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t># Blender v2.93.3 OBJ File: ''</w:t>
        <w:br/>
        <w:t># www.blender.org</w:t>
        <w:br/>
        <w:t>mtllib 奥黛丽.mtl</w:t>
        <w:br/>
        <w:t>o Body_奥黛丽</w:t>
        <w:br/>
        <w:t>v -0.801579 18.818127 0.160425</w:t>
        <w:br/>
        <w:t>v -0.831194 18.643030 0.167607</w:t>
        <w:br/>
        <w:t>v -0.797244 18.628174 0.107234</w:t>
        <w:br/>
        <w:t>v -0.756700 18.802914 0.100840</w:t>
        <w:br/>
        <w:t>v -0.679971 18.802914 0.107123</w:t>
        <w:br/>
        <w:t>v -0.756700 18.802914 0.100840</w:t>
        <w:br/>
        <w:t>v -0.797244 18.628174 0.107234</w:t>
        <w:br/>
        <w:t>v -0.736990 18.618856 0.111629</w:t>
        <w:br/>
        <w:t>v -0.738551 18.812401 0.210564</w:t>
        <w:br/>
        <w:t>v -0.781469 18.633160 0.214565</w:t>
        <w:br/>
        <w:t>v -0.831194 18.643030 0.167607</w:t>
        <w:br/>
        <w:t>v -0.801579 18.818127 0.160425</w:t>
        <w:br/>
        <w:t>v -0.679971 18.802914 0.107123</w:t>
        <w:br/>
        <w:t>v -0.736990 18.618856 0.111629</w:t>
        <w:br/>
        <w:t>v -0.723163 18.609646 0.213837</w:t>
        <w:br/>
        <w:t>v -0.668992 18.779766 0.212478</w:t>
        <w:br/>
        <w:t>v -0.668992 18.779766 0.212478</w:t>
        <w:br/>
        <w:t>v -0.723163 18.609646 0.213837</w:t>
        <w:br/>
        <w:t>v -0.820739 18.658878 0.328782</w:t>
        <w:br/>
        <w:t>v -0.708225 18.625849 0.269896</w:t>
        <w:br/>
        <w:t>v -0.738551 18.812401 0.210564</w:t>
        <w:br/>
        <w:t>v -0.850719 18.845055 0.303885</w:t>
        <w:br/>
        <w:t>v -0.668992 18.779766 0.212478</w:t>
        <w:br/>
        <w:t>v -0.712793 19.035093 0.095186</w:t>
        <w:br/>
        <w:t>v -0.756411 19.036522 0.155844</w:t>
        <w:br/>
        <w:t>v -0.634234 19.025417 0.106313</w:t>
        <w:br/>
        <w:t>v -0.712793 19.035093 0.095186</w:t>
        <w:br/>
        <w:t>v -0.761309 18.895409 0.463964</w:t>
        <w:br/>
        <w:t>v -0.782768 18.702888 0.486845</w:t>
        <w:br/>
        <w:t>v -0.850719 18.845055 0.303885</w:t>
        <w:br/>
        <w:t>v -0.756411 19.036522 0.155844</w:t>
        <w:br/>
        <w:t>v -0.668992 18.779766 0.212478</w:t>
        <w:br/>
        <w:t>v -0.708225 18.625849 0.269896</w:t>
        <w:br/>
        <w:t>v -0.686116 18.706383 0.489723</w:t>
        <w:br/>
        <w:t>v -0.634234 19.025417 0.106313</w:t>
        <w:br/>
        <w:t>v -0.620776 19.016413 0.217031</w:t>
        <w:br/>
        <w:t>v -0.881410 19.031139 0.273807</w:t>
        <w:br/>
        <w:t>v -0.747567 19.205952 0.086214</w:t>
        <w:br/>
        <w:t>v -0.881410 19.031139 0.273807</w:t>
        <w:br/>
        <w:t>v -0.756411 19.036522 0.155844</w:t>
        <w:br/>
        <w:t>v -0.747567 19.205952 0.086214</w:t>
        <w:br/>
        <w:t>v -0.874648 19.227137 0.187677</w:t>
        <w:br/>
        <w:t>v -0.712896 19.046495 0.228007</w:t>
        <w:br/>
        <w:t>v -0.620776 19.016413 0.217031</w:t>
        <w:br/>
        <w:t>v -0.668992 18.779766 0.212478</w:t>
        <w:br/>
        <w:t>v -0.666631 18.900547 0.476905</w:t>
        <w:br/>
        <w:t>v -0.686116 18.706383 0.489723</w:t>
        <w:br/>
        <w:t>v -0.666266 19.239027 0.153534</w:t>
        <w:br/>
        <w:t>v -0.747567 19.205952 0.086214</w:t>
        <w:br/>
        <w:t>v -0.684857 19.097740 0.456771</w:t>
        <w:br/>
        <w:t>v -0.666631 18.900547 0.476905</w:t>
        <w:br/>
        <w:t>v -0.743635 19.225286 0.229794</w:t>
        <w:br/>
        <w:t>v -0.666266 19.239027 0.153534</w:t>
        <w:br/>
        <w:t>v -0.713390 19.237989 0.411865</w:t>
        <w:br/>
        <w:t>v -0.743635 19.225286 0.229794</w:t>
        <w:br/>
        <w:t>v -0.712896 19.046495 0.228007</w:t>
        <w:br/>
        <w:t>v -0.775723 19.087502 0.431388</w:t>
        <w:br/>
        <w:t>v -0.684857 19.097740 0.456771</w:t>
        <w:br/>
        <w:t>v -0.844780 19.235329 0.368829</w:t>
        <w:br/>
        <w:t>v -0.713390 19.237989 0.411865</w:t>
        <w:br/>
        <w:t>v -0.925821 18.403069 0.220320</w:t>
        <w:br/>
        <w:t>v -0.993670 18.416447 0.161665</w:t>
        <w:br/>
        <w:t>v -0.999678 18.407730 0.163089</w:t>
        <w:br/>
        <w:t>v -0.992058 18.425529 0.165449</w:t>
        <w:br/>
        <w:t>v -0.925821 18.403069 0.220320</w:t>
        <w:br/>
        <w:t>v -0.999678 18.407730 0.163089</w:t>
        <w:br/>
        <w:t>v -1.008471 18.408878 0.173743</w:t>
        <w:br/>
        <w:t>v -1.002051 18.425854 0.177090</w:t>
        <w:br/>
        <w:t>v -0.992058 18.425529 0.165449</w:t>
        <w:br/>
        <w:t>v -0.925821 18.403069 0.220320</w:t>
        <w:br/>
        <w:t>v -1.007334 18.417534 0.177890</w:t>
        <w:br/>
        <w:t>v -0.925821 18.403069 0.220320</w:t>
        <w:br/>
        <w:t>v -1.008471 18.408878 0.173743</w:t>
        <w:br/>
        <w:t>v -1.002051 18.425854 0.177090</w:t>
        <w:br/>
        <w:t>v -0.685405 19.501842 0.129116</w:t>
        <w:br/>
        <w:t>v -0.767797 19.486912 0.056603</w:t>
        <w:br/>
        <w:t>v -0.747567 19.205952 0.086214</w:t>
        <w:br/>
        <w:t>v -0.767797 19.486912 0.056603</w:t>
        <w:br/>
        <w:t>v -0.879380 19.470997 0.146610</w:t>
        <w:br/>
        <w:t>v -0.874648 19.227137 0.187677</w:t>
        <w:br/>
        <w:t>v -0.685405 19.501842 0.129116</w:t>
        <w:br/>
        <w:t>v -0.759865 19.458715 0.215823</w:t>
        <w:br/>
        <w:t>v -0.874648 19.227137 0.187677</w:t>
        <w:br/>
        <w:t>v -0.879380 19.470997 0.146610</w:t>
        <w:br/>
        <w:t>v -0.917070 19.268614 0.098975</w:t>
        <w:br/>
        <w:t>v -0.716895 19.371004 0.413781</w:t>
        <w:br/>
        <w:t>v -0.657988 18.905411 0.526687</w:t>
        <w:br/>
        <w:t>v -0.663196 18.894270 0.540027</w:t>
        <w:br/>
        <w:t>v -0.598014 18.891888 0.582881</w:t>
        <w:br/>
        <w:t>v -0.598014 18.891888 0.582881</w:t>
        <w:br/>
        <w:t>v -0.654390 18.914543 0.545436</w:t>
        <w:br/>
        <w:t>v -0.657988 18.905411 0.526687</w:t>
        <w:br/>
        <w:t>v -0.663196 18.894270 0.540027</w:t>
        <w:br/>
        <w:t>v -0.660548 18.902603 0.557951</w:t>
        <w:br/>
        <w:t>v -0.598014 18.891888 0.582881</w:t>
        <w:br/>
        <w:t>v -0.759865 19.458715 0.215823</w:t>
        <w:br/>
        <w:t>v -0.598014 18.891888 0.582881</w:t>
        <w:br/>
        <w:t>v -0.660548 18.902603 0.557951</w:t>
        <w:br/>
        <w:t>v -0.654390 18.914543 0.545436</w:t>
        <w:br/>
        <w:t>v -0.743271 19.658722 0.128331</w:t>
        <w:br/>
        <w:t>v -0.779647 19.658133 0.055803</w:t>
        <w:br/>
        <w:t>v -0.716895 19.371004 0.413781</w:t>
        <w:br/>
        <w:t>v -0.865780 19.062037 0.475246</w:t>
        <w:br/>
        <w:t>v -0.837534 19.081970 0.445567</w:t>
        <w:br/>
        <w:t>v -0.859748 19.155758 0.433282</w:t>
        <w:br/>
        <w:t>v -0.894724 19.141176 0.465990</w:t>
        <w:br/>
        <w:t>v -0.859748 19.155758 0.433282</w:t>
        <w:br/>
        <w:t>v -0.837534 19.081970 0.445567</w:t>
        <w:br/>
        <w:t>v -0.808265 19.091806 0.490386</w:t>
        <w:br/>
        <w:t>v -0.829333 19.164726 0.493814</w:t>
        <w:br/>
        <w:t>v -1.050666 19.268473 0.156348</w:t>
        <w:br/>
        <w:t>v -0.879380 19.470997 0.146610</w:t>
        <w:br/>
        <w:t>v -1.010460 19.455341 0.213503</w:t>
        <w:br/>
        <w:t>v -0.865780 19.062037 0.475246</w:t>
        <w:br/>
        <w:t>v -0.894724 19.141176 0.465990</w:t>
        <w:br/>
        <w:t>v -0.846510 19.077299 0.514205</w:t>
        <w:br/>
        <w:t>v -0.846510 19.077299 0.514205</w:t>
        <w:br/>
        <w:t>v -0.872256 19.157394 0.502771</w:t>
        <w:br/>
        <w:t>v -0.829333 19.164726 0.493814</w:t>
        <w:br/>
        <w:t>v -0.590602 18.947496 0.753508</w:t>
        <w:br/>
        <w:t>v -0.677616 18.997818 0.628561</w:t>
        <w:br/>
        <w:t>v -0.727419 19.020670 0.683730</w:t>
        <w:br/>
        <w:t>v -0.629516 18.974546 0.788813</w:t>
        <w:br/>
        <w:t>v -0.832712 19.233807 0.489991</w:t>
        <w:br/>
        <w:t>v -0.869076 19.233391 0.428552</w:t>
        <w:br/>
        <w:t>v -0.743271 19.658722 0.128331</w:t>
        <w:br/>
        <w:t>v -0.793760 19.640823 0.218632</w:t>
        <w:br/>
        <w:t>v -0.902923 19.658657 0.086348</w:t>
        <w:br/>
        <w:t>v -0.844780 19.235329 0.368829</w:t>
        <w:br/>
        <w:t>v -0.937227 19.250610 0.380638</w:t>
        <w:br/>
        <w:t>v -0.888969 19.485538 0.488619</w:t>
        <w:br/>
        <w:t>v -0.716895 19.371004 0.413781</w:t>
        <w:br/>
        <w:t>v -0.869076 19.233391 0.428552</w:t>
        <w:br/>
        <w:t>v -0.908167 19.225031 0.463014</w:t>
        <w:br/>
        <w:t>v -0.489779 18.944139 0.875997</w:t>
        <w:br/>
        <w:t>v -0.595450 19.049831 0.802988</w:t>
        <w:br/>
        <w:t>v -0.661832 19.104334 0.734687</w:t>
        <w:br/>
        <w:t>v -0.677616 18.997818 0.628561</w:t>
        <w:br/>
        <w:t>v -0.590602 18.947496 0.753508</w:t>
        <w:br/>
        <w:t>v -0.821203 19.215380 0.480790</w:t>
        <w:br/>
        <w:t>v -0.857346 19.200911 0.544563</w:t>
        <w:br/>
        <w:t>v -0.799225 19.099342 0.610981</w:t>
        <w:br/>
        <w:t>v -0.752164 19.091181 0.533521</w:t>
        <w:br/>
        <w:t>v -0.489779 18.944139 0.875997</w:t>
        <w:br/>
        <w:t>v -0.493852 18.995344 0.906301</w:t>
        <w:br/>
        <w:t>v -0.832712 19.233807 0.489991</w:t>
        <w:br/>
        <w:t>v -0.883813 19.235657 0.500885</w:t>
        <w:br/>
        <w:t>v -0.908167 19.225031 0.463014</w:t>
        <w:br/>
        <w:t>v -0.883813 19.235657 0.500885</w:t>
        <w:br/>
        <w:t>v -0.872256 19.157394 0.502771</w:t>
        <w:br/>
        <w:t>v -0.368630 18.981176 1.049878</w:t>
        <w:br/>
        <w:t>v -0.521576 18.971262 0.903684</w:t>
        <w:br/>
        <w:t>v -0.368630 18.981176 1.049878</w:t>
        <w:br/>
        <w:t>v -0.823755 19.322544 0.496354</w:t>
        <w:br/>
        <w:t>v -0.858678 19.323797 0.426631</w:t>
        <w:br/>
        <w:t>v -0.732601 19.275820 0.634474</w:t>
        <w:br/>
        <w:t>v -0.821203 19.215380 0.480790</w:t>
        <w:br/>
        <w:t>v -0.752164 19.091181 0.533521</w:t>
        <w:br/>
        <w:t>v -0.708352 19.184620 0.676024</w:t>
        <w:br/>
        <w:t>v -0.521576 18.971262 0.903684</w:t>
        <w:br/>
        <w:t>v -0.493852 18.995344 0.906301</w:t>
        <w:br/>
        <w:t>v -0.368630 18.981176 1.049878</w:t>
        <w:br/>
        <w:t>v -0.858678 19.323797 0.426631</w:t>
        <w:br/>
        <w:t>v -0.913158 19.320030 0.460185</w:t>
        <w:br/>
        <w:t>v -1.050666 19.268473 0.156348</w:t>
        <w:br/>
        <w:t>v -1.010460 19.455341 0.213503</w:t>
        <w:br/>
        <w:t>v -0.994556 19.464386 0.340790</w:t>
        <w:br/>
        <w:t>v -1.034198 19.264936 0.272155</w:t>
        <w:br/>
        <w:t>v -0.639567 18.999226 0.812809</w:t>
        <w:br/>
        <w:t>v -0.521576 18.971262 0.903684</w:t>
        <w:br/>
        <w:t>v -0.629516 18.974546 0.788813</w:t>
        <w:br/>
        <w:t>v -0.727419 19.020670 0.683730</w:t>
        <w:br/>
        <w:t>v -0.722209 19.048725 0.736965</w:t>
        <w:br/>
        <w:t>v -0.625794 19.026058 0.821402</w:t>
        <w:br/>
        <w:t>v -0.595450 19.049831 0.802988</w:t>
        <w:br/>
        <w:t>v -0.886521 19.307085 0.511442</w:t>
        <w:br/>
        <w:t>v -0.715797 19.463911 0.448472</w:t>
        <w:br/>
        <w:t>v -0.741866 19.474878 0.613720</w:t>
        <w:br/>
        <w:t>v -0.750332 19.375105 0.587974</w:t>
        <w:br/>
        <w:t>v -0.823755 19.322544 0.496354</w:t>
        <w:br/>
        <w:t>v -0.886521 19.307085 0.511442</w:t>
        <w:br/>
        <w:t>v -0.823755 19.322544 0.496354</w:t>
        <w:br/>
        <w:t>v -0.799225 19.099342 0.610981</w:t>
        <w:br/>
        <w:t>v -0.857346 19.200911 0.544563</w:t>
        <w:br/>
        <w:t>v -0.848814 19.233463 0.605164</w:t>
        <w:br/>
        <w:t>v -0.799044 19.131252 0.665658</w:t>
        <w:br/>
        <w:t>v -0.886521 19.307085 0.511442</w:t>
        <w:br/>
        <w:t>v -0.829458 19.849981 0.082242</w:t>
        <w:br/>
        <w:t>v -0.704662 19.081821 0.748833</w:t>
        <w:br/>
        <w:t>v -0.893578 19.655853 0.187541</w:t>
        <w:br/>
        <w:t>v -0.779647 19.658133 0.055803</w:t>
        <w:br/>
        <w:t>v -0.829458 19.849981 0.082242</w:t>
        <w:br/>
        <w:t>v -0.908598 19.852442 0.106472</w:t>
        <w:br/>
        <w:t>v -0.770676 19.162939 0.692094</w:t>
        <w:br/>
        <w:t>v -0.805906 19.257885 0.646204</w:t>
        <w:br/>
        <w:t>v -0.732601 19.275820 0.634474</w:t>
        <w:br/>
        <w:t>v -0.708352 19.184620 0.676024</w:t>
        <w:br/>
        <w:t>v -0.715797 19.463911 0.448472</w:t>
        <w:br/>
        <w:t>v -0.877227 19.343796 0.559496</w:t>
        <w:br/>
        <w:t>v -0.886521 19.307085 0.511442</w:t>
        <w:br/>
        <w:t>v -0.835229 19.358664 0.605770</w:t>
        <w:br/>
        <w:t>v -0.993888 19.673607 0.260122</w:t>
        <w:br/>
        <w:t>v -0.750332 19.375105 0.587974</w:t>
        <w:br/>
        <w:t>v -0.993888 19.673607 0.260122</w:t>
        <w:br/>
        <w:t>v -0.945925 19.855202 0.169433</w:t>
        <w:br/>
        <w:t>v -0.933607 19.899822 0.247627</w:t>
        <w:br/>
        <w:t>v -0.995430 19.897768 0.300653</w:t>
        <w:br/>
        <w:t>v -0.953612 19.678265 0.383239</w:t>
        <w:br/>
        <w:t>v -0.901591 19.673700 0.514363</w:t>
        <w:br/>
        <w:t>v -0.858176 20.074343 0.120904</w:t>
        <w:br/>
        <w:t>v -0.926199 20.074574 0.149130</w:t>
        <w:br/>
        <w:t>v -0.933607 19.899822 0.247627</w:t>
        <w:br/>
        <w:t>v -0.893578 19.655853 0.187541</w:t>
        <w:br/>
        <w:t>v -0.823330 19.588549 0.784008</w:t>
        <w:br/>
        <w:t>v -0.853530 19.464071 0.627192</w:t>
        <w:br/>
        <w:t>v -0.899717 19.478355 0.561573</w:t>
        <w:br/>
        <w:t>v -0.967074 20.078720 0.228199</w:t>
        <w:br/>
        <w:t>v -0.995430 19.897768 0.300653</w:t>
        <w:br/>
        <w:t>v -0.944017 20.090033 0.296002</w:t>
        <w:br/>
        <w:t>v -0.741866 19.474878 0.613720</w:t>
        <w:br/>
        <w:t>v -0.853530 19.464071 0.627192</w:t>
        <w:br/>
        <w:t>v -0.707803 19.571428 0.792168</w:t>
        <w:br/>
        <w:t>v -0.947852 19.881226 0.419059</w:t>
        <w:br/>
        <w:t>v -0.890506 19.861311 0.543961</w:t>
        <w:br/>
        <w:t>v -0.944017 20.090033 0.296002</w:t>
        <w:br/>
        <w:t>v -0.993190 20.091404 0.342268</w:t>
        <w:br/>
        <w:t>v -0.915984 20.285814 0.197075</w:t>
        <w:br/>
        <w:t>v -0.843631 20.276619 0.161368</w:t>
        <w:br/>
        <w:t>v -0.942275 20.285904 0.281041</w:t>
        <w:br/>
        <w:t>v -0.993190 20.091404 0.342268</w:t>
        <w:br/>
        <w:t>v -0.938341 20.067404 0.458895</w:t>
        <w:br/>
        <w:t>v -0.922759 20.280748 0.344432</w:t>
        <w:br/>
        <w:t>v -0.876761 20.039433 0.579742</w:t>
        <w:br/>
        <w:t>v -0.867486 20.463036 0.254553</w:t>
        <w:br/>
        <w:t>v -0.794002 20.412443 0.209124</w:t>
        <w:br/>
        <w:t>v -0.922759 20.280748 0.344432</w:t>
        <w:br/>
        <w:t>v -0.958545 20.282869 0.383684</w:t>
        <w:br/>
        <w:t>v -0.883111 20.454454 0.323111</w:t>
        <w:br/>
        <w:t>v -0.699403 20.586052 0.298440</w:t>
        <w:br/>
        <w:t>v -0.782129 20.620634 0.320889</w:t>
        <w:br/>
        <w:t>v -0.958545 20.282869 0.383684</w:t>
        <w:br/>
        <w:t>v -0.905748 20.249422 0.492807</w:t>
        <w:br/>
        <w:t>v -0.870583 20.441351 0.388660</w:t>
        <w:br/>
        <w:t>v -0.782129 20.620634 0.320889</w:t>
        <w:br/>
        <w:t>v -0.789866 20.606934 0.368998</w:t>
        <w:br/>
        <w:t>v -0.593171 20.687017 0.371966</w:t>
        <w:br/>
        <w:t>v -0.658997 20.756157 0.388481</w:t>
        <w:br/>
        <w:t>v -0.895786 20.452702 0.418383</w:t>
        <w:br/>
        <w:t>v -0.870583 20.441351 0.388660</w:t>
        <w:br/>
        <w:t>v -0.848326 20.219027 0.607149</w:t>
        <w:br/>
        <w:t>v -0.784204 20.587870 0.433745</w:t>
        <w:br/>
        <w:t>v -0.556171 20.834620 0.445049</w:t>
        <w:br/>
        <w:t>v -0.491315 20.754564 0.425770</w:t>
        <w:br/>
        <w:t>v -0.658997 20.756157 0.388481</w:t>
        <w:br/>
        <w:t>v -0.662812 20.749111 0.430311</w:t>
        <w:br/>
        <w:t>v -0.389032 20.798370 0.477936</w:t>
        <w:br/>
        <w:t>v -0.402664 20.899866 0.519290</w:t>
        <w:br/>
        <w:t>v -0.784204 20.587870 0.433745</w:t>
        <w:br/>
        <w:t>v -0.800613 20.607855 0.457835</w:t>
        <w:br/>
        <w:t>v -0.895786 20.452702 0.418383</w:t>
        <w:br/>
        <w:t>v -0.848843 20.425987 0.523153</w:t>
        <w:br/>
        <w:t>v -0.663403 20.722027 0.482542</w:t>
        <w:br/>
        <w:t>v -0.680853 20.747080 0.513366</w:t>
        <w:br/>
        <w:t>v -0.663403 20.722027 0.482542</w:t>
        <w:br/>
        <w:t>v -0.801473 20.395803 0.627572</w:t>
        <w:br/>
        <w:t>v -0.800613 20.607855 0.457835</w:t>
        <w:br/>
        <w:t>v -0.768324 20.572250 0.546309</w:t>
        <w:br/>
        <w:t>v -0.556171 20.834620 0.445049</w:t>
        <w:br/>
        <w:t>v -0.567888 20.825779 0.479038</w:t>
        <w:br/>
        <w:t>v -0.576880 20.796495 0.520434</w:t>
        <w:br/>
        <w:t>v -0.451796 20.902203 0.566691</w:t>
        <w:br/>
        <w:t>v -0.451796 20.902203 0.566691</w:t>
        <w:br/>
        <w:t>v -0.595021 20.825340 0.546130</w:t>
        <w:br/>
        <w:t>v -0.576880 20.796495 0.520434</w:t>
        <w:br/>
        <w:t>v -0.739638 20.524693 0.637778</w:t>
        <w:br/>
        <w:t>v -0.555849 20.809124 0.594548</w:t>
        <w:br/>
        <w:t>v -0.536397 20.786724 0.641171</w:t>
        <w:br/>
        <w:t>v -0.628298 20.666286 0.642119</w:t>
        <w:br/>
        <w:t>v -0.652206 20.709515 0.577492</w:t>
        <w:br/>
        <w:t>v -0.879380 19.470997 0.146610</w:t>
        <w:br/>
        <w:t>v -0.888969 19.485538 0.488619</w:t>
        <w:br/>
        <w:t>v -0.858678 19.323797 0.426631</w:t>
        <w:br/>
        <w:t>v -0.715797 19.463911 0.448472</w:t>
        <w:br/>
        <w:t>v -0.661832 19.104334 0.734687</w:t>
        <w:br/>
        <w:t>v -0.736652 18.948854 0.500139</w:t>
        <w:br/>
        <w:t>v -0.751367 18.928570 0.520272</w:t>
        <w:br/>
        <w:t>v -0.729213 18.965790 0.503840</w:t>
        <w:br/>
        <w:t>v -0.736652 18.948854 0.500139</w:t>
        <w:br/>
        <w:t>v -0.729213 18.965790 0.503840</w:t>
        <w:br/>
        <w:t>v -0.745750 18.945095 0.545756</w:t>
        <w:br/>
        <w:t>v -0.751367 18.928570 0.520272</w:t>
        <w:br/>
        <w:t>v -0.745750 18.945095 0.545756</w:t>
        <w:br/>
        <w:t>v -0.818795 18.986015 0.496500</w:t>
        <w:br/>
        <w:t>v -0.796750 19.007710 0.470246</w:t>
        <w:br/>
        <w:t>v -0.776166 19.022675 0.491136</w:t>
        <w:br/>
        <w:t>v -0.796750 19.007710 0.470246</w:t>
        <w:br/>
        <w:t>v -0.808265 19.091806 0.490386</w:t>
        <w:br/>
        <w:t>v -0.776166 19.022675 0.491136</w:t>
        <w:br/>
        <w:t>v -0.806216 19.003626 0.530155</w:t>
        <w:br/>
        <w:t>v -0.806216 19.003626 0.530155</w:t>
        <w:br/>
        <w:t>v -0.818795 18.986015 0.496500</w:t>
        <w:br/>
        <w:t>v -0.886521 19.307085 0.511442</w:t>
        <w:br/>
        <w:t>v -0.823755 19.322544 0.496354</w:t>
        <w:br/>
        <w:t>v -0.741866 19.474878 0.613720</w:t>
        <w:br/>
        <w:t>v -0.913158 19.320030 0.460185</w:t>
        <w:br/>
        <w:t>v -0.901424 19.658327 0.633269</w:t>
        <w:br/>
        <w:t>v -0.680853 20.747080 0.513366</w:t>
        <w:br/>
        <w:t>v -0.595021 20.825340 0.546130</w:t>
        <w:br/>
        <w:t>v -0.436907 20.901503 0.628027</w:t>
        <w:br/>
        <w:t>v -0.793760 19.640823 0.218632</w:t>
        <w:br/>
        <w:t>v -0.759865 19.458715 0.215823</w:t>
        <w:br/>
        <w:t>v -0.715342 19.659044 0.497762</w:t>
        <w:br/>
        <w:t>v -0.725613 19.879555 0.564718</w:t>
        <w:br/>
        <w:t>v -0.829458 19.849981 0.082242</w:t>
        <w:br/>
        <w:t>v -0.688467 20.062122 0.624558</w:t>
        <w:br/>
        <w:t>v -0.858176 20.074343 0.120904</w:t>
        <w:br/>
        <w:t>v -0.776954 19.728090 0.892695</w:t>
        <w:br/>
        <w:t>v -0.897602 19.831472 0.750894</w:t>
        <w:br/>
        <w:t>v -0.638444 19.705212 0.920160</w:t>
        <w:br/>
        <w:t>v -0.707803 19.571428 0.792168</w:t>
        <w:br/>
        <w:t>v -0.638444 19.705212 0.920160</w:t>
        <w:br/>
        <w:t>v -0.631348 20.208973 0.663978</w:t>
        <w:br/>
        <w:t>v -0.843631 20.276619 0.161368</w:t>
        <w:br/>
        <w:t>v -0.885280 20.025572 0.767112</w:t>
        <w:br/>
        <w:t>v -0.859206 20.210047 0.779414</w:t>
        <w:br/>
        <w:t>v -0.769006 20.216860 0.945995</w:t>
        <w:br/>
        <w:t>v -0.786506 20.042366 0.939524</w:t>
        <w:br/>
        <w:t>v -0.584030 19.841064 1.006023</w:t>
        <w:br/>
        <w:t>v -0.673483 19.645315 1.011555</w:t>
        <w:br/>
        <w:t>v -0.660559 19.635593 1.044138</w:t>
        <w:br/>
        <w:t>v -0.603832 19.491016 0.974947</w:t>
        <w:br/>
        <w:t>v -0.603832 19.491016 0.974947</w:t>
        <w:br/>
        <w:t>v -0.636866 19.653791 1.001172</w:t>
        <w:br/>
        <w:t>v -0.673483 19.645315 1.011555</w:t>
        <w:br/>
        <w:t>v -0.660559 19.635593 1.044138</w:t>
        <w:br/>
        <w:t>v -0.640324 19.644060 1.033886</w:t>
        <w:br/>
        <w:t>v -0.603832 19.491016 0.974947</w:t>
        <w:br/>
        <w:t>v -0.640324 19.644060 1.033886</w:t>
        <w:br/>
        <w:t>v -0.636866 19.653791 1.001172</w:t>
        <w:br/>
        <w:t>v -0.603832 19.491016 0.974947</w:t>
        <w:br/>
        <w:t>v -0.584030 19.841064 1.006023</w:t>
        <w:br/>
        <w:t>v -0.723961 19.890867 0.989140</w:t>
        <w:br/>
        <w:t>v -0.502653 20.363674 0.781773</w:t>
        <w:br/>
        <w:t>v -0.794002 20.412443 0.209124</w:t>
        <w:br/>
        <w:t>v -0.670887 20.252337 1.069830</w:t>
        <w:br/>
        <w:t>v -0.699334 20.051834 1.025453</w:t>
        <w:br/>
        <w:t>v -0.682697 19.732477 1.085635</w:t>
        <w:br/>
        <w:t>v -0.702124 19.738853 1.040446</w:t>
        <w:br/>
        <w:t>v -0.702124 19.738853 1.040446</w:t>
        <w:br/>
        <w:t>v -0.647918 19.746582 1.025010</w:t>
        <w:br/>
        <w:t>v -0.647790 19.738638 1.069898</w:t>
        <w:br/>
        <w:t>v -0.647918 19.746582 1.025010</w:t>
        <w:br/>
        <w:t>v -0.682697 19.732477 1.085635</w:t>
        <w:br/>
        <w:t>v -0.647790 19.738638 1.069898</w:t>
        <w:br/>
        <w:t>v -0.688501 19.977310 1.149914</w:t>
        <w:br/>
        <w:t>v -0.690833 19.853235 1.124922</w:t>
        <w:br/>
        <w:t>v -0.714076 19.852751 1.069962</w:t>
        <w:br/>
        <w:t>v -0.714862 19.973904 1.089277</w:t>
        <w:br/>
        <w:t>v -0.631516 19.970699 1.073330</w:t>
        <w:br/>
        <w:t>v -0.714862 19.973904 1.089277</w:t>
        <w:br/>
        <w:t>v -0.714076 19.852751 1.069962</w:t>
        <w:br/>
        <w:t>v -0.643960 19.855812 1.052317</w:t>
        <w:br/>
        <w:t>v -0.626556 19.973011 1.128799</w:t>
        <w:br/>
        <w:t>v -0.631516 19.970699 1.073330</w:t>
        <w:br/>
        <w:t>v -0.643960 19.855812 1.052317</w:t>
        <w:br/>
        <w:t>v -0.642810 19.852266 1.104947</w:t>
        <w:br/>
        <w:t>v -0.415075 20.526505 0.750718</w:t>
        <w:br/>
        <w:t>v -0.699403 20.586052 0.298440</w:t>
        <w:br/>
        <w:t>v -0.723484 20.385418 0.941155</w:t>
        <w:br/>
        <w:t>v -0.815968 20.391117 0.785802</w:t>
        <w:br/>
        <w:t>v -0.495174 20.008898 1.067251</w:t>
        <w:br/>
        <w:t>v -0.626148 20.056656 1.056957</w:t>
        <w:br/>
        <w:t>v -0.688501 19.977310 1.149914</w:t>
        <w:br/>
        <w:t>v -0.626556 19.973011 1.128799</w:t>
        <w:br/>
        <w:t>v -0.642810 19.852266 1.104947</w:t>
        <w:br/>
        <w:t>v -0.690833 19.853235 1.124922</w:t>
        <w:br/>
        <w:t>v -0.603120 20.107729 1.076396</w:t>
        <w:br/>
        <w:t>v -0.495174 20.008898 1.067251</w:t>
        <w:br/>
        <w:t>v -0.604561 20.085592 1.082488</w:t>
        <w:br/>
        <w:t>v -0.703158 20.094433 1.091875</w:t>
        <w:br/>
        <w:t>v -0.739638 20.524693 0.637778</w:t>
        <w:br/>
        <w:t>v -0.760191 20.510693 0.782326</w:t>
        <w:br/>
        <w:t>v -0.801473 20.395803 0.627572</w:t>
        <w:br/>
        <w:t>v -0.676922 20.101582 1.155141</w:t>
        <w:br/>
        <w:t>v -0.703158 20.094433 1.091875</w:t>
        <w:br/>
        <w:t>v -0.596207 20.093891 1.136507</w:t>
        <w:br/>
        <w:t>v -0.604561 20.085592 1.082488</w:t>
        <w:br/>
        <w:t>v -0.408287 20.184145 1.053618</w:t>
        <w:br/>
        <w:t>v -0.596207 20.093891 1.136507</w:t>
        <w:br/>
        <w:t>v -0.676922 20.101582 1.155141</w:t>
        <w:br/>
        <w:t>v -0.593171 20.687017 0.371966</w:t>
        <w:br/>
        <w:t>v -0.603120 20.107729 1.076396</w:t>
        <w:br/>
        <w:t>v -0.670887 20.252337 1.069830</w:t>
        <w:br/>
        <w:t>v -0.628298 20.666286 0.642119</w:t>
        <w:br/>
        <w:t>v -0.670170 20.653803 0.766063</w:t>
        <w:br/>
        <w:t>v -0.643910 20.266245 1.131547</w:t>
        <w:br/>
        <w:t>v -0.670887 20.252337 1.069830</w:t>
        <w:br/>
        <w:t>v -0.361328 19.639282 1.220428</w:t>
        <w:br/>
        <w:t>v -0.316622 19.566238 1.204897</w:t>
        <w:br/>
        <w:t>v -0.288780 19.583836 1.175019</w:t>
        <w:br/>
        <w:t>v -0.328413 19.659843 1.174382</w:t>
        <w:br/>
        <w:t>v -0.308103 19.563450 1.245328</w:t>
        <w:br/>
        <w:t>v -0.316622 19.566238 1.204897</w:t>
        <w:br/>
        <w:t>v -0.361328 19.639282 1.220428</w:t>
        <w:br/>
        <w:t>v -0.350971 19.629204 1.267637</w:t>
        <w:br/>
        <w:t>v -0.545829 20.236282 1.124646</w:t>
        <w:br/>
        <w:t>v -0.260452 19.582275 1.181852</w:t>
        <w:br/>
        <w:t>v -0.281973 19.677841 1.164865</w:t>
        <w:br/>
        <w:t>v -0.350105 19.776138 1.162741</w:t>
        <w:br/>
        <w:t>v -0.412787 19.757164 1.225433</w:t>
        <w:br/>
        <w:t>v -0.125879 19.466515 1.233125</w:t>
        <w:br/>
        <w:t>v -0.022533 19.422310 1.186011</w:t>
        <w:br/>
        <w:t>v -0.048364 19.451214 1.105123</w:t>
        <w:br/>
        <w:t>v -0.116936 19.487286 1.127805</w:t>
        <w:br/>
        <w:t>v -0.310593 20.696873 0.675464</w:t>
        <w:br/>
        <w:t>v -0.491315 20.754564 0.425770</w:t>
        <w:br/>
        <w:t>v -0.320494 19.789631 1.162804</w:t>
        <w:br/>
        <w:t>v -0.350971 19.629204 1.267637</w:t>
        <w:br/>
        <w:t>v -0.298348 19.644928 1.273669</w:t>
        <w:br/>
        <w:t>v -0.308103 19.563450 1.245328</w:t>
        <w:br/>
        <w:t>v -0.281973 19.677841 1.164865</w:t>
        <w:br/>
        <w:t>v -0.260452 19.582275 1.181852</w:t>
        <w:br/>
        <w:t>v -0.274242 19.570297 1.228741</w:t>
        <w:br/>
        <w:t>v -0.298348 19.644928 1.273669</w:t>
        <w:br/>
        <w:t>v -0.412787 19.757164 1.225433</w:t>
        <w:br/>
        <w:t>v -0.402830 19.747860 1.293028</w:t>
        <w:br/>
        <w:t>v -0.212039 19.538097 1.262341</w:t>
        <w:br/>
        <w:t>v -0.209691 19.559044 1.152087</w:t>
        <w:br/>
        <w:t>v -0.643910 20.266245 1.131547</w:t>
        <w:br/>
        <w:t>v -0.545829 20.236282 1.124646</w:t>
        <w:br/>
        <w:t>v -0.656544 20.505898 0.931325</w:t>
        <w:br/>
        <w:t>v -0.125879 19.466515 1.233125</w:t>
        <w:br/>
        <w:t>v 0.002460 19.405411 1.202286</w:t>
        <w:br/>
        <w:t>v -0.022533 19.422310 1.186011</w:t>
        <w:br/>
        <w:t>v -0.545829 20.236282 1.124646</w:t>
        <w:br/>
        <w:t>v -0.603120 20.107729 1.076396</w:t>
        <w:br/>
        <w:t>v -0.384924 20.055222 1.130323</w:t>
        <w:br/>
        <w:t>v -0.467668 20.059347 1.212628</w:t>
        <w:br/>
        <w:t>v -0.447189 19.882599 1.226291</w:t>
        <w:br/>
        <w:t>v -0.365888 19.897675 1.150045</w:t>
        <w:br/>
        <w:t>v -0.523194 20.495140 1.041861</w:t>
        <w:br/>
        <w:t>v -0.613998 20.386019 1.050924</w:t>
        <w:br/>
        <w:t>v -0.613998 20.386019 1.050924</w:t>
        <w:br/>
        <w:t>v -0.402830 19.747860 1.293028</w:t>
        <w:br/>
        <w:t>v -0.313120 19.743176 1.304022</w:t>
        <w:br/>
        <w:t>v -0.536397 20.786724 0.641171</w:t>
        <w:br/>
        <w:t>v -0.551733 20.800787 0.744612</w:t>
        <w:br/>
        <w:t>v -0.313120 19.743176 1.304022</w:t>
        <w:br/>
        <w:t>v -0.313037 19.764385 1.236585</w:t>
        <w:br/>
        <w:t>v -0.467668 20.059347 1.212628</w:t>
        <w:br/>
        <w:t>v -0.455833 20.072594 1.296440</w:t>
        <w:br/>
        <w:t>v -0.436617 19.877392 1.303219</w:t>
        <w:br/>
        <w:t>v -0.447189 19.882599 1.226291</w:t>
        <w:br/>
        <w:t>v -0.306305 19.741142 1.309880</w:t>
        <w:br/>
        <w:t>v -0.278676 19.641182 1.293167</w:t>
        <w:br/>
        <w:t>v -0.281973 19.677841 1.164865</w:t>
        <w:br/>
        <w:t>v -0.313037 19.764385 1.236585</w:t>
        <w:br/>
        <w:t>v -0.410664 20.220661 1.115447</w:t>
        <w:br/>
        <w:t>v 0.045140 19.424185 1.248264</w:t>
        <w:br/>
        <w:t>v -0.048438 19.489859 1.319634</w:t>
        <w:br/>
        <w:t>v -0.326768 20.322166 1.053218</w:t>
        <w:br/>
        <w:t>v -0.212039 19.538097 1.262341</w:t>
        <w:br/>
        <w:t>v -0.119322 19.567734 1.362627</w:t>
        <w:br/>
        <w:t>v -0.151374 20.573509 0.944256</w:t>
        <w:br/>
        <w:t>v -0.566584 20.396870 1.088890</w:t>
        <w:br/>
        <w:t>v -0.513787 20.376520 1.102856</w:t>
        <w:br/>
        <w:t>v -0.389032 20.798370 0.477936</w:t>
        <w:br/>
        <w:t>v -0.455833 20.072594 1.296440</w:t>
        <w:br/>
        <w:t>v -0.362734 20.066246 1.324300</w:t>
        <w:br/>
        <w:t>v -0.331767 19.851933 1.326516</w:t>
        <w:br/>
        <w:t>v -0.436617 19.877392 1.303219</w:t>
        <w:br/>
        <w:t>v -0.453804 20.773321 0.828888</w:t>
        <w:br/>
        <w:t>v -0.569178 20.652378 0.882982</w:t>
        <w:br/>
        <w:t>v -0.306305 19.741142 1.309880</w:t>
        <w:br/>
        <w:t>v -0.230375 19.781311 1.435109</w:t>
        <w:br/>
        <w:t>v -0.278676 19.641182 1.293167</w:t>
        <w:br/>
        <w:t>v -0.410664 20.220661 1.115447</w:t>
        <w:br/>
        <w:t>v -0.468040 20.233433 1.173814</w:t>
        <w:br/>
        <w:t>v -0.468040 20.233433 1.173814</w:t>
        <w:br/>
        <w:t>v -0.452508 20.265530 1.258119</w:t>
        <w:br/>
        <w:t>v -0.440236 20.639675 0.966715</w:t>
        <w:br/>
        <w:t>v -0.455757 20.367968 1.116200</w:t>
        <w:br/>
        <w:t>v -0.410664 20.220661 1.115447</w:t>
        <w:br/>
        <w:t>v -0.419627 20.897657 0.689007</w:t>
        <w:br/>
        <w:t>v -0.436907 20.901503 0.628027</w:t>
        <w:br/>
        <w:t>v -0.326768 20.322166 1.053218</w:t>
        <w:br/>
        <w:t>v -0.523194 20.495140 1.041861</w:t>
        <w:br/>
        <w:t>v -0.513787 20.376520 1.102856</w:t>
        <w:br/>
        <w:t>v -0.163899 20.848776 0.514702</w:t>
        <w:br/>
        <w:t>v -0.455757 20.367968 1.116200</w:t>
        <w:br/>
        <w:t>v -0.299759 20.095968 1.417112</w:t>
        <w:br/>
        <w:t>v -0.265298 19.910976 1.444290</w:t>
        <w:br/>
        <w:t>v -0.345610 20.945772 0.603530</w:t>
        <w:br/>
        <w:t>v -0.290889 20.915304 0.571979</w:t>
        <w:br/>
        <w:t>v -0.430631 20.429918 1.189204</w:t>
        <w:br/>
        <w:t>v -0.455757 20.367968 1.116200</w:t>
        <w:br/>
        <w:t>v -0.335749 20.432592 1.261403</w:t>
        <w:br/>
        <w:t>v -0.428112 20.504129 1.055623</w:t>
        <w:br/>
        <w:t>v -0.363119 20.744795 0.882915</w:t>
        <w:br/>
        <w:t>v -0.263540 20.916506 0.583200</w:t>
        <w:br/>
        <w:t>v -0.321288 20.951788 0.628419</w:t>
        <w:br/>
        <w:t>v -0.345610 20.945772 0.603530</w:t>
        <w:br/>
        <w:t>v -0.290889 20.915304 0.571979</w:t>
        <w:br/>
        <w:t>v -0.092436 20.726917 0.775265</w:t>
        <w:br/>
        <w:t>v -0.386081 20.617682 0.978233</w:t>
        <w:br/>
        <w:t>v -0.404710 20.542505 1.120895</w:t>
        <w:br/>
        <w:t>v -0.428112 20.504129 1.055623</w:t>
        <w:br/>
        <w:t>v -0.163899 20.848776 0.514702</w:t>
        <w:br/>
        <w:t>v -0.049362 19.808315 1.456306</w:t>
        <w:br/>
        <w:t>v -0.037696 19.700798 1.426853</w:t>
        <w:br/>
        <w:t>v -0.180762 19.662674 1.402509</w:t>
        <w:br/>
        <w:t>v -0.233223 20.900536 0.605788</w:t>
        <w:br/>
        <w:t>v -0.281738 20.908047 0.661639</w:t>
        <w:br/>
        <w:t>v -0.163899 20.848776 0.514702</w:t>
        <w:br/>
        <w:t>v -0.345858 20.862448 0.742068</w:t>
        <w:br/>
        <w:t>v -0.291790 20.798399 0.798589</w:t>
        <w:br/>
        <w:t>v -0.339567 20.714014 0.891321</w:t>
        <w:br/>
        <w:t>v -0.175873 20.879847 0.599050</w:t>
        <w:br/>
        <w:t>v -0.386081 20.617682 0.978233</w:t>
        <w:br/>
        <w:t>v -0.367951 20.651594 1.036539</w:t>
        <w:br/>
        <w:t>v -0.076941 19.933857 1.465961</w:t>
        <w:br/>
        <w:t>v -0.107158 20.105694 1.444663</w:t>
        <w:br/>
        <w:t>v -0.009705 19.717834 1.393893</w:t>
        <w:br/>
        <w:t>v -0.322675 20.278780 1.342773</w:t>
        <w:br/>
        <w:t>v -0.363617 20.272596 1.291666</w:t>
        <w:br/>
        <w:t>v -0.183655 20.900726 0.612654</w:t>
        <w:br/>
        <w:t>v -0.314327 20.561399 1.190702</w:t>
        <w:br/>
        <w:t>v -0.339567 20.714014 0.891321</w:t>
        <w:br/>
        <w:t>v -0.325871 20.751226 0.951198</w:t>
        <w:br/>
        <w:t>v -0.175873 20.879847 0.599050</w:t>
        <w:br/>
        <w:t>v -0.162292 20.955072 0.615348</w:t>
        <w:br/>
        <w:t>v -0.183655 20.900726 0.612654</w:t>
        <w:br/>
        <w:t>v -0.291790 20.798399 0.798589</w:t>
        <w:br/>
        <w:t>v -0.283941 20.837601 0.868443</w:t>
        <w:br/>
        <w:t>v -0.206343 20.955400 0.686405</w:t>
        <w:br/>
        <w:t>v -0.222509 20.895859 0.670433</w:t>
        <w:br/>
        <w:t>v -0.277834 20.680616 1.103506</w:t>
        <w:br/>
        <w:t>v 0.025645 20.861021 0.535983</w:t>
        <w:br/>
        <w:t>v 0.002286 21.050549 0.658231</w:t>
        <w:br/>
        <w:t>v -0.163899 20.848776 0.514702</w:t>
        <w:br/>
        <w:t>v 0.185022 20.734770 0.809948</w:t>
        <w:br/>
        <w:t>v 0.025645 20.861021 0.535983</w:t>
        <w:br/>
        <w:t>v -0.092436 20.726917 0.775265</w:t>
        <w:br/>
        <w:t>v -0.153980 20.433619 1.318296</w:t>
        <w:br/>
        <w:t>v -0.034449 21.059582 0.720757</w:t>
        <w:br/>
        <w:t>v -0.166599 20.552683 1.242132</w:t>
        <w:br/>
        <w:t>v -0.232122 20.795113 1.005063</w:t>
        <w:br/>
        <w:t>v -0.179614 20.896053 0.911254</w:t>
        <w:br/>
        <w:t>v 0.173974 20.857231 0.565460</w:t>
        <w:br/>
        <w:t>v 0.139131 20.961632 0.644693</w:t>
        <w:br/>
        <w:t>v -0.166455 20.673368 1.149685</w:t>
        <w:br/>
        <w:t>v -0.143268 20.805948 1.031936</w:t>
        <w:br/>
        <w:t>v 0.071288 21.007370 0.651777</w:t>
        <w:br/>
        <w:t>v 0.045356 21.018703 0.738135</w:t>
        <w:br/>
        <w:t>v 0.002286 21.050549 0.658231</w:t>
        <w:br/>
        <w:t>v 0.172636 20.887383 0.621720</w:t>
        <w:br/>
        <w:t>v 0.227885 20.862200 0.566181</w:t>
        <w:br/>
        <w:t>v -0.089240 20.911501 0.925947</w:t>
        <w:br/>
        <w:t>v -0.034449 21.059582 0.720757</w:t>
        <w:br/>
        <w:t>v -0.002361 20.996256 0.823247</w:t>
        <w:br/>
        <w:t>v 0.139131 20.961632 0.644693</w:t>
        <w:br/>
        <w:t>v 0.092313 20.913677 0.727095</w:t>
        <w:br/>
        <w:t>v -0.109809 20.786203 1.021351</w:t>
        <w:br/>
        <w:t>v -0.109425 20.985519 0.814745</w:t>
        <w:br/>
        <w:t>v 0.049529 20.694353 1.171221</w:t>
        <w:br/>
        <w:t>v -0.045770 20.863194 0.938130</w:t>
        <w:br/>
        <w:t>v 0.039486 20.796463 1.071725</w:t>
        <w:br/>
        <w:t>v 0.024321 20.918051 0.839925</w:t>
        <w:br/>
        <w:t>v -0.045770 20.863194 0.938130</w:t>
        <w:br/>
        <w:t>v 0.031179 20.880917 0.979676</w:t>
        <w:br/>
        <w:t>v 0.024321 20.918051 0.839925</w:t>
        <w:br/>
        <w:t>v 0.150931 20.904016 0.825258</w:t>
        <w:br/>
        <w:t>v 0.092313 20.913677 0.727095</w:t>
        <w:br/>
        <w:t>v 0.068685 19.481491 1.121485</w:t>
        <w:br/>
        <w:t>v -0.048364 19.451214 1.105123</w:t>
        <w:br/>
        <w:t>v 0.021920 19.416378 1.088385</w:t>
        <w:br/>
        <w:t>v 0.003322 19.604435 1.386883</w:t>
        <w:br/>
        <w:t>v 0.038471 19.526155 1.334686</w:t>
        <w:br/>
        <w:t>v 0.023357 19.629715 1.346553</w:t>
        <w:br/>
        <w:t>v 0.003322 19.604435 1.386883</w:t>
        <w:br/>
        <w:t>v -0.331767 19.851933 1.326516</w:t>
        <w:br/>
        <w:t>v -0.331767 19.851933 1.326516</w:t>
        <w:br/>
        <w:t>v -0.258895 20.856853 0.734906</w:t>
        <w:br/>
        <w:t>v -0.258895 20.856853 0.734906</w:t>
        <w:br/>
        <w:t>v -0.243169 20.907082 0.776596</w:t>
        <w:br/>
        <w:t>v -0.222509 20.895859 0.670433</w:t>
        <w:br/>
        <w:t>v -0.451796 20.902203 0.566691</w:t>
        <w:br/>
        <w:t>v -0.345610 20.945772 0.603530</w:t>
        <w:br/>
        <w:t>v 0.197071 20.886923 0.704508</w:t>
        <w:br/>
        <w:t>v -0.138188 20.276579 1.389831</w:t>
        <w:br/>
        <w:t>v 1.060644 17.886600 0.434461</w:t>
        <w:br/>
        <w:t>v 1.030991 17.991180 0.315707</w:t>
        <w:br/>
        <w:t>v 0.999041 17.984186 0.311195</w:t>
        <w:br/>
        <w:t>v 1.028868 17.878326 0.426458</w:t>
        <w:br/>
        <w:t>v 1.030991 17.991180 0.315707</w:t>
        <w:br/>
        <w:t>v 1.060644 17.886600 0.434461</w:t>
        <w:br/>
        <w:t>v 1.070062 17.918358 0.463877</w:t>
        <w:br/>
        <w:t>v 1.040622 18.016544 0.344712</w:t>
        <w:br/>
        <w:t>v 1.045780 17.813686 0.573472</w:t>
        <w:br/>
        <w:t>v 1.077993 17.826443 0.587035</w:t>
        <w:br/>
        <w:t>v 1.086362 17.869102 0.619084</w:t>
        <w:br/>
        <w:t>v 0.999041 17.984186 0.311195</w:t>
        <w:br/>
        <w:t>v 0.976695 18.012417 0.353868</w:t>
        <w:br/>
        <w:t>v 1.006785 17.917530 0.464702</w:t>
        <w:br/>
        <w:t>v 1.028868 17.878326 0.426458</w:t>
        <w:br/>
        <w:t>v 0.952876 18.155430 0.198423</w:t>
        <w:br/>
        <w:t>v 0.918040 18.148600 0.195793</w:t>
        <w:br/>
        <w:t>v 1.022573 17.868126 0.610089</w:t>
        <w:br/>
        <w:t>v 1.045780 17.813686 0.573472</w:t>
        <w:br/>
        <w:t>v 1.048478 17.943611 0.483657</w:t>
        <w:br/>
        <w:t>v 1.019862 18.035152 0.369642</w:t>
        <w:br/>
        <w:t>v 0.964804 18.174990 0.237710</w:t>
        <w:br/>
        <w:t>v 0.952876 18.155430 0.198423</w:t>
        <w:br/>
        <w:t>v 1.062705 17.900482 0.634917</w:t>
        <w:br/>
        <w:t>v 1.048478 17.943611 0.483657</w:t>
        <w:br/>
        <w:t>v 1.006785 17.917530 0.464702</w:t>
        <w:br/>
        <w:t>v 0.976695 18.012417 0.353868</w:t>
        <w:br/>
        <w:t>v 1.019862 18.035152 0.369642</w:t>
        <w:br/>
        <w:t>v 1.048790 17.793617 0.712534</w:t>
        <w:br/>
        <w:t>v 1.079467 17.807228 0.729674</w:t>
        <w:br/>
        <w:t>v 1.062705 17.900482 0.634917</w:t>
        <w:br/>
        <w:t>v 1.022573 17.868126 0.610089</w:t>
        <w:br/>
        <w:t>v 0.918040 18.148600 0.195793</w:t>
        <w:br/>
        <w:t>v 0.896519 18.165810 0.257022</w:t>
        <w:br/>
        <w:t>v 0.944607 18.186579 0.275427</w:t>
        <w:br/>
        <w:t>v 1.085250 17.852140 0.763614</w:t>
        <w:br/>
        <w:t>v 0.896519 18.165810 0.257022</w:t>
        <w:br/>
        <w:t>v 0.944607 18.186579 0.275427</w:t>
        <w:br/>
        <w:t>v 1.022885 17.852230 0.747776</w:t>
        <w:br/>
        <w:t>v 1.048790 17.793617 0.712534</w:t>
        <w:br/>
        <w:t>v 0.995730 17.004108 1.441778</w:t>
        <w:br/>
        <w:t>v 0.936250 17.072315 1.382781</w:t>
        <w:br/>
        <w:t>v 0.987611 16.987808 1.432486</w:t>
        <w:br/>
        <w:t>v 0.894445 17.219519 1.158767</w:t>
        <w:br/>
        <w:t>v 0.848130 17.213226 1.192721</w:t>
        <w:br/>
        <w:t>v 0.901802 17.186253 1.252855</w:t>
        <w:br/>
        <w:t>v 0.925021 17.044069 1.378884</w:t>
        <w:br/>
        <w:t>v 0.921674 17.026951 1.403883</w:t>
        <w:br/>
        <w:t>v 0.973547 16.982031 1.441222</w:t>
        <w:br/>
        <w:t>v 0.987611 16.987808 1.432486</w:t>
        <w:br/>
        <w:t>v 1.060144 17.885014 0.777335</w:t>
        <w:br/>
        <w:t>v 0.868165 18.345835 0.125808</w:t>
        <w:br/>
        <w:t>v 0.826210 18.336912 0.125938</w:t>
        <w:br/>
        <w:t>v 0.928519 17.027254 1.431046</w:t>
        <w:br/>
        <w:t>v 0.947791 17.054861 1.434454</w:t>
        <w:br/>
        <w:t>v 0.975208 17.008741 1.458315</w:t>
        <w:br/>
        <w:t>v 0.997941 16.944214 1.540861</w:t>
        <w:br/>
        <w:t>v 0.923860 17.171328 1.337184</w:t>
        <w:br/>
        <w:t>v 0.951913 17.198458 1.244210</w:t>
        <w:br/>
        <w:t>v 0.987112 17.013218 1.451871</w:t>
        <w:br/>
        <w:t>v 0.946717 17.077456 1.406539</w:t>
        <w:br/>
        <w:t>v 0.886689 18.359922 0.178084</w:t>
        <w:br/>
        <w:t>v 0.868165 18.345835 0.125808</w:t>
        <w:br/>
        <w:t>v 0.830605 17.073036 1.370463</w:t>
        <w:br/>
        <w:t>v 0.850266 17.050182 1.402263</w:t>
        <w:br/>
        <w:t>v 0.987112 17.013218 1.451871</w:t>
        <w:br/>
        <w:t>v 0.997941 16.944214 1.540861</w:t>
        <w:br/>
        <w:t>v 0.963792 16.989103 1.450230</w:t>
        <w:br/>
        <w:t>v 0.997941 16.944214 1.540861</w:t>
        <w:br/>
        <w:t>v 0.797668 17.283422 1.129239</w:t>
        <w:br/>
        <w:t>v 0.766017 17.290234 1.166553</w:t>
        <w:br/>
        <w:t>v 1.060144 17.885014 0.777335</w:t>
        <w:br/>
        <w:t>v 1.022885 17.852230 0.747776</w:t>
        <w:br/>
        <w:t>v 0.943332 17.283484 1.187812</w:t>
        <w:br/>
        <w:t>v 0.996492 17.257841 1.281335</w:t>
        <w:br/>
        <w:t>v 0.989248 17.320827 1.330924</w:t>
        <w:br/>
        <w:t>v 0.946218 17.348566 1.254312</w:t>
        <w:br/>
        <w:t>v 0.838662 17.107033 1.365658</w:t>
        <w:br/>
        <w:t>v 0.883278 17.049179 1.436459</w:t>
        <w:br/>
        <w:t>v 0.878744 17.112383 1.389236</w:t>
        <w:br/>
        <w:t>v 0.998828 17.242748 1.386368</w:t>
        <w:br/>
        <w:t>v 0.992445 17.298861 1.411942</w:t>
        <w:br/>
        <w:t>v 1.032665 17.778984 0.853964</w:t>
        <w:br/>
        <w:t>v 1.061006 17.787443 0.872452</w:t>
        <w:br/>
        <w:t>v 0.861220 18.362337 0.227351</w:t>
        <w:br/>
        <w:t>v 0.826210 18.336912 0.125938</w:t>
        <w:br/>
        <w:t>v 0.807411 18.342215 0.209891</w:t>
        <w:br/>
        <w:t>v 0.858135 17.333101 1.133666</w:t>
        <w:br/>
        <w:t>v 0.859609 17.375692 1.196258</w:t>
        <w:br/>
        <w:t>v 0.907922 17.165131 1.411608</w:t>
        <w:br/>
        <w:t>v 0.964529 17.188986 1.351617</w:t>
        <w:br/>
        <w:t>v 1.063841 17.826851 0.904979</w:t>
        <w:br/>
        <w:t>v 0.852314 17.285269 1.261937</w:t>
        <w:br/>
        <w:t>v 0.942570 17.335072 1.347931</w:t>
        <w:br/>
        <w:t>v 0.891797 17.263262 1.307508</w:t>
        <w:br/>
        <w:t>v 0.948828 17.322073 1.408315</w:t>
        <w:br/>
        <w:t>v 0.807411 18.342215 0.209891</w:t>
        <w:br/>
        <w:t>v 0.861220 18.362337 0.227351</w:t>
        <w:br/>
        <w:t>v 1.003700 17.834188 0.884724</w:t>
        <w:br/>
        <w:t>v 1.032665 17.778984 0.853964</w:t>
        <w:br/>
        <w:t>v 0.748455 17.099724 1.410511</w:t>
        <w:br/>
        <w:t>v 0.798642 17.080124 1.433006</w:t>
        <w:br/>
        <w:t>v 0.849741 17.076311 1.459674</w:t>
        <w:br/>
        <w:t>v 0.905086 17.076389 1.428404</w:t>
        <w:br/>
        <w:t>v 0.812682 17.145029 1.404834</w:t>
        <w:br/>
        <w:t>v 0.938474 17.228203 1.478537</w:t>
        <w:br/>
        <w:t>v 0.741448 17.136089 1.398048</w:t>
        <w:br/>
        <w:t>v 1.037874 17.859818 0.916099</w:t>
        <w:br/>
        <w:t>v 0.909595 17.249565 1.366085</w:t>
        <w:br/>
        <w:t>v 0.896031 17.306667 1.467896</w:t>
        <w:br/>
        <w:t>v 0.886176 17.238848 1.422696</w:t>
        <w:br/>
        <w:t>v 0.704539 17.363031 1.117138</w:t>
        <w:br/>
        <w:t>v 0.678521 17.379532 1.147133</w:t>
        <w:br/>
        <w:t>v 0.800491 17.449921 1.180627</w:t>
        <w:br/>
        <w:t>v 0.804401 17.413021 1.127915</w:t>
        <w:br/>
        <w:t>v 0.905761 17.353769 1.292302</w:t>
        <w:br/>
        <w:t>v 0.989248 17.320827 1.330924</w:t>
        <w:br/>
        <w:t>v 0.942570 17.335072 1.347931</w:t>
        <w:br/>
        <w:t>v 0.784141 17.340967 1.217214</w:t>
        <w:br/>
        <w:t>v 0.905761 17.353769 1.292302</w:t>
        <w:br/>
        <w:t>v 0.865142 17.548161 0.977755</w:t>
        <w:br/>
        <w:t>v 0.864568 17.559591 1.021896</w:t>
        <w:br/>
        <w:t>v 0.919988 17.622152 1.039119</w:t>
        <w:br/>
        <w:t>v 0.925372 17.612713 0.994469</w:t>
        <w:br/>
        <w:t>v 0.839999 17.565544 0.961177</w:t>
        <w:br/>
        <w:t>v 0.865142 17.548161 0.977755</w:t>
        <w:br/>
        <w:t>v 0.925372 17.612713 0.994469</w:t>
        <w:br/>
        <w:t>v 0.900940 17.631180 0.976391</w:t>
        <w:br/>
        <w:t>v 0.887100 17.160181 1.443279</w:t>
        <w:br/>
        <w:t>v 0.893095 17.169254 1.482319</w:t>
        <w:br/>
        <w:t>v 0.928756 17.181990 1.444812</w:t>
        <w:br/>
        <w:t>v 1.037874 17.859818 0.916099</w:t>
        <w:br/>
        <w:t>v 1.003700 17.834188 0.884724</w:t>
        <w:br/>
        <w:t>v 0.830905 17.381981 1.234039</w:t>
        <w:br/>
        <w:t>v 1.029542 17.746477 0.972299</w:t>
        <w:br/>
        <w:t>v 1.002625 17.747784 0.955549</w:t>
        <w:br/>
        <w:t>v 0.992445 17.298861 1.411942</w:t>
        <w:br/>
        <w:t>v 0.948828 17.322073 1.408315</w:t>
        <w:br/>
        <w:t>v 0.839999 17.565544 0.961177</w:t>
        <w:br/>
        <w:t>v 0.900940 17.631180 0.976391</w:t>
        <w:br/>
        <w:t>v 0.862469 17.668707 1.023473</w:t>
        <w:br/>
        <w:t>v 0.806449 17.604912 1.009509</w:t>
        <w:br/>
        <w:t>v 0.984065 17.685452 0.999097</w:t>
        <w:br/>
        <w:t>v 0.957884 17.695778 0.980389</w:t>
        <w:br/>
        <w:t>v 0.981841 17.704121 1.038788</w:t>
        <w:br/>
        <w:t>v 0.984065 17.685452 0.999097</w:t>
        <w:br/>
        <w:t>v 0.848979 17.109840 1.479111</w:t>
        <w:br/>
        <w:t>v 0.872798 17.100504 1.437329</w:t>
        <w:br/>
        <w:t>v 0.836839 17.587965 1.050375</w:t>
        <w:br/>
        <w:t>v 0.888899 17.649973 1.065776</w:t>
        <w:br/>
        <w:t>v 1.029542 17.746477 0.972299</w:t>
        <w:br/>
        <w:t>v 1.029867 17.774538 1.004215</w:t>
        <w:br/>
        <w:t>v 0.797468 17.173332 1.432740</w:t>
        <w:br/>
        <w:t>v 0.719777 17.176378 1.447119</w:t>
        <w:br/>
        <w:t>v 0.970962 17.794262 0.985333</w:t>
        <w:br/>
        <w:t>v 1.002625 17.747784 0.955549</w:t>
        <w:br/>
        <w:t>v 0.730731 17.142035 1.469382</w:t>
        <w:br/>
        <w:t>v 0.788912 17.120386 1.481357</w:t>
        <w:br/>
        <w:t>v 0.957884 17.695778 0.980389</w:t>
        <w:br/>
        <w:t>v 0.922886 17.737869 1.019403</w:t>
        <w:br/>
        <w:t>v 0.815767 17.273605 1.498842</w:t>
        <w:br/>
        <w:t>v 0.848267 17.224964 1.451364</w:t>
        <w:br/>
        <w:t>v 0.874959 17.147959 1.451481</w:t>
        <w:br/>
        <w:t>v 0.867852 17.145176 1.489608</w:t>
        <w:br/>
        <w:t>v 0.806449 17.604912 1.009509</w:t>
        <w:br/>
        <w:t>v 0.862469 17.668707 1.023473</w:t>
        <w:br/>
        <w:t>v 0.888899 17.649973 1.065776</w:t>
        <w:br/>
        <w:t>v 0.836839 17.587965 1.050375</w:t>
        <w:br/>
        <w:t>v 0.874847 17.203207 1.517394</w:t>
        <w:br/>
        <w:t>v 0.926408 17.277948 1.488961</w:t>
        <w:br/>
        <w:t>v 0.896031 17.306667 1.467896</w:t>
        <w:br/>
        <w:t>v 0.952663 17.733431 1.059590</w:t>
        <w:br/>
        <w:t>v 0.866890 17.126343 1.447205</w:t>
        <w:br/>
        <w:t>v 0.830905 17.381981 1.234039</w:t>
        <w:br/>
        <w:t>v 0.707849 17.427711 1.195837</w:t>
        <w:br/>
        <w:t>v 0.768403 17.457233 1.216335</w:t>
        <w:br/>
        <w:t>v 1.002900 17.804235 1.018944</w:t>
        <w:br/>
        <w:t>v 0.768403 17.457233 1.216335</w:t>
        <w:br/>
        <w:t>v 0.922886 17.737869 1.019403</w:t>
        <w:br/>
        <w:t>v 0.952663 17.733431 1.059590</w:t>
        <w:br/>
        <w:t>v 0.792947 18.626745 0.107257</w:t>
        <w:br/>
        <w:t>v 0.732693 18.617998 0.112305</w:t>
        <w:br/>
        <w:t>v 0.741448 17.136089 1.398048</w:t>
        <w:br/>
        <w:t>v 0.719777 17.176378 1.447119</w:t>
        <w:br/>
        <w:t>v 0.826897 18.639280 0.167018</w:t>
        <w:br/>
        <w:t>v 0.792947 18.626745 0.107257</w:t>
        <w:br/>
        <w:t>v 1.002900 17.804235 1.018944</w:t>
        <w:br/>
        <w:t>v 0.970962 17.794262 0.985333</w:t>
        <w:br/>
        <w:t>v 0.806849 17.202799 1.456860</w:t>
        <w:br/>
        <w:t>v 0.738401 17.223965 1.491808</w:t>
        <w:br/>
        <w:t>v 0.661285 17.462946 1.103362</w:t>
        <w:br/>
        <w:t>v 0.597521 17.503155 1.114805</w:t>
        <w:br/>
        <w:t>v 0.768453 17.549139 1.184134</w:t>
        <w:br/>
        <w:t>v 0.788925 17.509951 1.125898</w:t>
        <w:br/>
        <w:t>v 0.814081 17.163555 1.519835</w:t>
        <w:br/>
        <w:t>v 0.839574 17.242926 1.526261</w:t>
        <w:br/>
        <w:t>v 0.756712 17.191853 1.519977</w:t>
        <w:br/>
        <w:t>v 0.777172 18.633158 0.214565</w:t>
        <w:br/>
        <w:t>v 0.826897 18.639280 0.167018</w:t>
        <w:br/>
        <w:t>v 0.933353 18.103825 0.594901</w:t>
        <w:br/>
        <w:t>v 0.899179 18.226885 0.472959</w:t>
        <w:br/>
        <w:t>v 0.807511 18.204185 0.437828</w:t>
        <w:br/>
        <w:t>v 0.843634 18.084322 0.561760</w:t>
        <w:br/>
        <w:t>v 0.815767 17.273605 1.498842</w:t>
        <w:br/>
        <w:t>v 0.954824 18.013573 0.751849</w:t>
        <w:br/>
        <w:t>v 0.866042 17.994015 0.715985</w:t>
        <w:br/>
        <w:t>v 0.732693 18.617998 0.112305</w:t>
        <w:br/>
        <w:t>v 0.718866 18.608103 0.214962</w:t>
        <w:br/>
        <w:t>v 0.738401 17.223965 1.491808</w:t>
        <w:br/>
        <w:t>v 0.718866 18.608103 0.214962</w:t>
        <w:br/>
        <w:t>v 0.851778 18.426809 0.393115</w:t>
        <w:br/>
        <w:t>v 0.758973 18.396269 0.345876</w:t>
        <w:br/>
        <w:t>v 0.866441 17.928339 0.861547</w:t>
        <w:br/>
        <w:t>v 0.956860 17.948805 0.905333</w:t>
        <w:br/>
        <w:t>v 0.700093 17.551256 1.204170</w:t>
        <w:br/>
        <w:t>v 0.768453 17.549139 1.184134</w:t>
        <w:br/>
        <w:t>v 0.756712 17.191853 1.519977</w:t>
        <w:br/>
        <w:t>v 0.630783 17.541323 1.194090</w:t>
        <w:br/>
        <w:t>v 0.899179 18.226885 0.472959</w:t>
        <w:br/>
        <w:t>v 0.933353 18.103825 0.594901</w:t>
        <w:br/>
        <w:t>v 0.864805 18.206280 0.774875</w:t>
        <w:br/>
        <w:t>v 0.846119 18.310333 0.638925</w:t>
        <w:br/>
        <w:t>v 0.954824 18.013573 0.751849</w:t>
        <w:br/>
        <w:t>v 0.875572 18.137501 0.940839</w:t>
        <w:br/>
        <w:t>v 0.762970 17.652632 1.205375</w:t>
        <w:br/>
        <w:t>v 0.823087 17.609177 1.129279</w:t>
        <w:br/>
        <w:t>v 0.661622 17.572990 1.091502</w:t>
        <w:br/>
        <w:t>v 0.563172 17.633873 1.113683</w:t>
        <w:br/>
        <w:t>v 0.866292 17.855055 0.981427</w:t>
        <w:br/>
        <w:t>v 0.949966 17.868011 1.024601</w:t>
        <w:br/>
        <w:t>v 0.810684 18.145874 0.922138</w:t>
        <w:br/>
        <w:t>v 0.866042 17.994015 0.715985</w:t>
        <w:br/>
        <w:t>v 0.843634 18.084322 0.561760</w:t>
        <w:br/>
        <w:t>v 0.796520 18.211655 0.756145</w:t>
        <w:br/>
        <w:t>v 0.808535 18.493715 0.541192</w:t>
        <w:br/>
        <w:t>v 0.851778 18.426809 0.393115</w:t>
        <w:br/>
        <w:t>v 0.832467 17.773685 1.059856</w:t>
        <w:br/>
        <w:t>v 0.928732 17.779789 1.093391</w:t>
        <w:br/>
        <w:t>v 0.956860 17.948805 0.905333</w:t>
        <w:br/>
        <w:t>v 0.883991 18.085049 1.107053</w:t>
        <w:br/>
        <w:t>v 0.807511 18.204185 0.437828</w:t>
        <w:br/>
        <w:t>v 0.770864 18.311409 0.621062</w:t>
        <w:br/>
        <w:t>v 0.661622 17.572990 1.091502</w:t>
        <w:br/>
        <w:t>v 0.823087 17.609177 1.129279</w:t>
        <w:br/>
        <w:t>v 0.899379 17.704300 1.126387</w:t>
        <w:br/>
        <w:t>v 0.710385 17.691021 1.081913</w:t>
        <w:br/>
        <w:t>v 0.816167 18.091751 1.078426</w:t>
        <w:br/>
        <w:t>v 0.866441 17.928339 0.861547</w:t>
        <w:br/>
        <w:t>v 0.682818 17.668560 1.211713</w:t>
        <w:br/>
        <w:t>v 0.949966 17.868011 1.024601</w:t>
        <w:br/>
        <w:t>v 0.873661 18.008083 1.229123</w:t>
        <w:br/>
        <w:t>v 0.758973 18.396269 0.345876</w:t>
        <w:br/>
        <w:t>v 0.724100 18.495119 0.530791</w:t>
        <w:br/>
        <w:t>v 0.816442 18.658876 0.328782</w:t>
        <w:br/>
        <w:t>v 0.703928 18.622038 0.272165</w:t>
        <w:br/>
        <w:t>v 0.834503 17.867411 1.276779</w:t>
        <w:br/>
        <w:t>v 0.928732 17.779789 1.093391</w:t>
        <w:br/>
        <w:t>v 0.805088 18.014101 1.193574</w:t>
        <w:br/>
        <w:t>v 0.866292 17.855055 0.981427</w:t>
        <w:br/>
        <w:t>v 0.766830 17.877453 1.244179</w:t>
        <w:br/>
        <w:t>v 0.600968 17.658079 1.184470</w:t>
        <w:br/>
        <w:t>v 0.722638 17.769543 1.242288</w:t>
        <w:br/>
        <w:t>v 0.832467 17.773685 1.059856</w:t>
        <w:br/>
        <w:t>v 0.686478 17.738146 1.157701</w:t>
        <w:br/>
        <w:t>v 0.797282 18.815741 0.160422</w:t>
        <w:br/>
        <w:t>v 0.752403 18.802036 0.100832</w:t>
        <w:br/>
        <w:t>v 0.752403 18.802036 0.100832</w:t>
        <w:br/>
        <w:t>v 0.675674 18.800846 0.108486</w:t>
        <w:br/>
        <w:t>v 0.864805 18.206280 0.774875</w:t>
        <w:br/>
        <w:t>v 0.796520 18.211655 0.756145</w:t>
        <w:br/>
        <w:t>v 0.770864 18.311409 0.621062</w:t>
        <w:br/>
        <w:t>v 0.846119 18.310333 0.638925</w:t>
        <w:br/>
        <w:t>v 0.778471 18.702887 0.486845</w:t>
        <w:br/>
        <w:t>v 0.816442 18.658876 0.328782</w:t>
        <w:br/>
        <w:t>v 0.785753 17.758295 1.244903</w:t>
        <w:br/>
        <w:t>v 0.734254 18.812399 0.210564</w:t>
        <w:br/>
        <w:t>v 0.797282 18.815741 0.160422</w:t>
        <w:br/>
        <w:t>v 0.875572 18.137501 0.940839</w:t>
        <w:br/>
        <w:t>v 0.810684 18.145874 0.922138</w:t>
        <w:br/>
        <w:t>v 0.724100 18.495119 0.530791</w:t>
        <w:br/>
        <w:t>v 0.808535 18.493715 0.541192</w:t>
        <w:br/>
        <w:t>v 0.675674 18.800846 0.108486</w:t>
        <w:br/>
        <w:t>v 0.664695 18.777033 0.214238</w:t>
        <w:br/>
        <w:t>v 0.703928 18.622038 0.272165</w:t>
        <w:br/>
        <w:t>v 0.681819 18.706419 0.489725</w:t>
        <w:br/>
        <w:t>v 0.883991 18.085049 1.107053</w:t>
        <w:br/>
        <w:t>v 0.816167 18.091751 1.078426</w:t>
        <w:br/>
        <w:t>v 0.834503 17.867411 1.276779</w:t>
        <w:br/>
        <w:t>v 0.664695 18.777033 0.214238</w:t>
        <w:br/>
        <w:t>v 0.734254 18.812399 0.210564</w:t>
        <w:br/>
        <w:t>v 0.766830 17.877453 1.244179</w:t>
        <w:br/>
        <w:t>v 0.805088 18.014101 1.193574</w:t>
        <w:br/>
        <w:t>v 0.873661 18.008083 1.229123</w:t>
        <w:br/>
        <w:t>v 0.813594 18.852947 0.291124</w:t>
        <w:br/>
        <w:t>v 0.664695 18.777033 0.214238</w:t>
        <w:br/>
        <w:t>v 0.752415 19.036308 0.155872</w:t>
        <w:br/>
        <w:t>v 0.708640 19.035023 0.095203</w:t>
        <w:br/>
        <w:t>v 0.708640 19.035023 0.095203</w:t>
        <w:br/>
        <w:t>v 0.629847 19.024988 0.106745</w:t>
        <w:br/>
        <w:t>v 0.757000 18.895510 0.463967</w:t>
        <w:br/>
        <w:t>v 0.752415 19.036308 0.155872</w:t>
        <w:br/>
        <w:t>v 0.681819 18.706419 0.489725</w:t>
        <w:br/>
        <w:t>v 0.778471 18.702887 0.486845</w:t>
        <w:br/>
        <w:t>v 0.827261 19.044472 0.250162</w:t>
        <w:br/>
        <w:t>v 0.752415 19.036308 0.155872</w:t>
        <w:br/>
        <w:t>v 0.664695 18.777033 0.214238</w:t>
        <w:br/>
        <w:t>v 0.666943 18.900518 0.476919</w:t>
        <w:br/>
        <w:t>v 0.629847 19.024988 0.106745</w:t>
        <w:br/>
        <w:t>v 0.616411 19.015301 0.217891</w:t>
        <w:br/>
        <w:t>v 0.771904 19.087505 0.431435</w:t>
        <w:br/>
        <w:t>v 0.743061 19.205952 0.086205</w:t>
        <w:br/>
        <w:t>v 0.871040 19.227144 0.187727</w:t>
        <w:br/>
        <w:t>v 0.616411 19.015301 0.217891</w:t>
        <w:br/>
        <w:t>v 0.699349 19.045633 0.228803</w:t>
        <w:br/>
        <w:t>v 0.666943 18.900518 0.476919</w:t>
        <w:br/>
        <w:t>v 0.743061 19.205952 0.086205</w:t>
        <w:br/>
        <w:t>v 0.699349 19.045633 0.228803</w:t>
        <w:br/>
        <w:t>v 0.688888 19.097740 0.456772</w:t>
        <w:br/>
        <w:t>v 0.661805 19.239029 0.153528</w:t>
        <w:br/>
        <w:t>v 0.661805 19.239029 0.153528</w:t>
        <w:br/>
        <w:t>v 0.739056 19.225286 0.229784</w:t>
        <w:br/>
        <w:t>v 0.739056 19.225286 0.229784</w:t>
        <w:br/>
        <w:t>v 0.716009 19.237970 0.411871</w:t>
        <w:br/>
        <w:t>v 0.757000 18.895510 0.463967</w:t>
        <w:br/>
        <w:t>v 0.688888 19.097740 0.456772</w:t>
        <w:br/>
        <w:t>v 0.840734 19.235308 0.368892</w:t>
        <w:br/>
        <w:t>v 0.716009 19.237970 0.411871</w:t>
        <w:br/>
        <w:t>v 0.743061 19.205952 0.086205</w:t>
        <w:br/>
        <w:t>v 0.763413 19.486912 0.056602</w:t>
        <w:br/>
        <w:t>v 0.681052 19.501844 0.129117</w:t>
        <w:br/>
        <w:t>v 0.873575 19.470791 0.146460</w:t>
        <w:br/>
        <w:t>v 0.763413 19.486912 0.056602</w:t>
        <w:br/>
        <w:t>v 0.743061 19.205952 0.086205</w:t>
        <w:br/>
        <w:t>v 0.871040 19.227144 0.187727</w:t>
        <w:br/>
        <w:t>v 0.777105 19.518486 0.215464</w:t>
        <w:br/>
        <w:t>v 0.681052 19.501844 0.129117</w:t>
        <w:br/>
        <w:t>v 0.873575 19.470791 0.146460</w:t>
        <w:br/>
        <w:t>v 0.871040 19.227144 0.187727</w:t>
        <w:br/>
        <w:t>v 0.913483 19.268604 0.099039</w:t>
        <w:br/>
        <w:t>v 0.726256 19.370852 0.413792</w:t>
        <w:br/>
        <w:t>v 0.658887 18.894272 0.540028</w:t>
        <w:br/>
        <w:t>v 0.653678 18.905411 0.526688</w:t>
        <w:br/>
        <w:t>v 0.593682 18.892059 0.582909</w:t>
        <w:br/>
        <w:t>v 0.650081 18.914543 0.545436</w:t>
        <w:br/>
        <w:t>v 0.593682 18.892059 0.582909</w:t>
        <w:br/>
        <w:t>v 0.653678 18.905411 0.526688</w:t>
        <w:br/>
        <w:t>v 0.656239 18.902603 0.557952</w:t>
        <w:br/>
        <w:t>v 0.658887 18.894272 0.540028</w:t>
        <w:br/>
        <w:t>v 0.593682 18.892059 0.582909</w:t>
        <w:br/>
        <w:t>v 0.777105 19.518486 0.215464</w:t>
        <w:br/>
        <w:t>v 0.656239 18.902603 0.557952</w:t>
        <w:br/>
        <w:t>v 0.593682 18.892059 0.582909</w:t>
        <w:br/>
        <w:t>v 0.650081 18.914543 0.545436</w:t>
        <w:br/>
        <w:t>v 0.774887 19.658134 0.055773</w:t>
        <w:br/>
        <w:t>v 0.726256 19.370852 0.413792</w:t>
        <w:br/>
        <w:t>v 0.846670 19.156166 0.433514</w:t>
        <w:br/>
        <w:t>v 0.833060 19.081970 0.445560</w:t>
        <w:br/>
        <w:t>v 0.861315 19.062038 0.475238</w:t>
        <w:br/>
        <w:t>v 0.890197 19.141178 0.465979</w:t>
        <w:br/>
        <w:t>v 0.833060 19.081970 0.445560</w:t>
        <w:br/>
        <w:t>v 0.846670 19.156166 0.433514</w:t>
        <w:br/>
        <w:t>v 0.825704 19.164734 0.493878</w:t>
        <w:br/>
        <w:t>v 0.804371 19.091812 0.490428</w:t>
        <w:br/>
        <w:t>v 0.913483 19.268604 0.099039</w:t>
        <w:br/>
        <w:t>v 1.046086 19.268475 0.156327</w:t>
        <w:br/>
        <w:t>v 0.873575 19.470791 0.146460</w:t>
        <w:br/>
        <w:t>v 0.890197 19.141178 0.465979</w:t>
        <w:br/>
        <w:t>v 0.861315 19.062038 0.475238</w:t>
        <w:br/>
        <w:t>v 0.842023 19.077301 0.514197</w:t>
        <w:br/>
        <w:t>v 0.868239 19.157400 0.502802</w:t>
        <w:br/>
        <w:t>v 0.842023 19.077301 0.514197</w:t>
        <w:br/>
        <w:t>v 0.825704 19.164734 0.493878</w:t>
        <w:br/>
        <w:t>v 0.586235 18.947781 0.753564</w:t>
        <w:br/>
        <w:t>v 0.625149 18.974827 0.788867</w:t>
        <w:br/>
        <w:t>v 0.723014 19.020725 0.683750</w:t>
        <w:br/>
        <w:t>v 0.673281 18.997818 0.628576</w:t>
        <w:br/>
        <w:t>v 0.841871 19.233244 0.429012</w:t>
        <w:br/>
        <w:t>v 0.828668 19.233774 0.490017</w:t>
        <w:br/>
        <w:t>v 0.796669 19.642273 0.208427</w:t>
        <w:br/>
        <w:t>v 0.738696 19.658722 0.128312</w:t>
        <w:br/>
        <w:t>v 0.897684 19.658657 0.091500</w:t>
        <w:br/>
        <w:t>v 0.914632 19.486988 0.489139</w:t>
        <w:br/>
        <w:t>v 0.932560 19.250612 0.380611</w:t>
        <w:br/>
        <w:t>v 0.840734 19.235308 0.368892</w:t>
        <w:br/>
        <w:t>v 0.726256 19.370852 0.413792</w:t>
        <w:br/>
        <w:t>v 0.841871 19.233244 0.429012</w:t>
        <w:br/>
        <w:t>v 0.903969 19.225035 0.463029</w:t>
        <w:br/>
        <w:t>v 0.485449 18.944244 0.876020</w:t>
        <w:br/>
        <w:t>v 0.673281 18.997818 0.628576</w:t>
        <w:br/>
        <w:t>v 0.656866 19.104645 0.734689</w:t>
        <w:br/>
        <w:t>v 0.591282 19.050095 0.803046</w:t>
        <w:br/>
        <w:t>v 0.586235 18.947781 0.753564</w:t>
        <w:br/>
        <w:t>v 0.795370 19.099350 0.611021</w:t>
        <w:br/>
        <w:t>v 0.848413 19.200920 0.558013</w:t>
        <w:br/>
        <w:t>v 0.800922 19.215372 0.480799</w:t>
        <w:br/>
        <w:t>v 0.748281 19.091187 0.533566</w:t>
        <w:br/>
        <w:t>v 0.489542 18.995346 0.906303</w:t>
        <w:br/>
        <w:t>v 0.485449 18.944244 0.876020</w:t>
        <w:br/>
        <w:t>v 0.828668 19.233774 0.490017</w:t>
        <w:br/>
        <w:t>v 0.880148 19.235630 0.500942</w:t>
        <w:br/>
        <w:t>v 0.880148 19.235630 0.500942</w:t>
        <w:br/>
        <w:t>v 0.903969 19.225035 0.463029</w:t>
        <w:br/>
        <w:t>v 0.868239 19.157400 0.502802</w:t>
        <w:br/>
        <w:t>v 0.364369 18.980934 1.049840</w:t>
        <w:br/>
        <w:t>v 0.517260 18.971294 0.903693</w:t>
        <w:br/>
        <w:t>v 0.364369 18.980934 1.049840</w:t>
        <w:br/>
        <w:t>v 0.804709 19.322577 0.426561</w:t>
        <w:br/>
        <w:t>v 0.792269 19.322447 0.496347</w:t>
        <w:br/>
        <w:t>v 0.727909 19.275850 0.634494</w:t>
        <w:br/>
        <w:t>v 0.703796 19.184620 0.676042</w:t>
        <w:br/>
        <w:t>v 0.748281 19.091187 0.533566</w:t>
        <w:br/>
        <w:t>v 0.800922 19.215372 0.480799</w:t>
        <w:br/>
        <w:t>v 0.489542 18.995346 0.906303</w:t>
        <w:br/>
        <w:t>v 0.517260 18.971294 0.903693</w:t>
        <w:br/>
        <w:t>v 0.364369 18.980934 1.049840</w:t>
        <w:br/>
        <w:t>v 0.908467 19.319839 0.460141</w:t>
        <w:br/>
        <w:t>v 0.804709 19.322577 0.426561</w:t>
        <w:br/>
        <w:t>v 0.993358 19.447866 0.330497</w:t>
        <w:br/>
        <w:t>v 1.005596 19.454985 0.213430</w:t>
        <w:br/>
        <w:t>v 1.046086 19.268475 0.156327</w:t>
        <w:br/>
        <w:t>v 1.029608 19.264938 0.272133</w:t>
        <w:br/>
        <w:t>v 0.517260 18.971294 0.903693</w:t>
        <w:br/>
        <w:t>v 0.635213 18.999508 0.812860</w:t>
        <w:br/>
        <w:t>v 0.625149 18.974827 0.788867</w:t>
        <w:br/>
        <w:t>v 0.718099 19.048912 0.737018</w:t>
        <w:br/>
        <w:t>v 0.723014 19.020725 0.683750</w:t>
        <w:br/>
        <w:t>v 0.591282 19.050095 0.803046</w:t>
        <w:br/>
        <w:t>v 0.621563 19.026333 0.821454</w:t>
        <w:br/>
        <w:t>v 0.882478 19.306948 0.511457</w:t>
        <w:br/>
        <w:t>v 0.726718 19.463902 0.448400</w:t>
        <w:br/>
        <w:t>v 0.737854 19.474886 0.613751</w:t>
        <w:br/>
        <w:t>v 0.726718 19.463902 0.448400</w:t>
        <w:br/>
        <w:t>v 0.736918 19.375120 0.587992</w:t>
        <w:br/>
        <w:t>v 0.792269 19.322447 0.496347</w:t>
        <w:br/>
        <w:t>v 0.792269 19.322447 0.496347</w:t>
        <w:br/>
        <w:t>v 0.882478 19.306948 0.511457</w:t>
        <w:br/>
        <w:t>v 0.838553 19.233421 0.610567</w:t>
        <w:br/>
        <w:t>v 0.848413 19.200920 0.558013</w:t>
        <w:br/>
        <w:t>v 0.795370 19.099350 0.611021</w:t>
        <w:br/>
        <w:t>v 0.795320 19.131260 0.665703</w:t>
        <w:br/>
        <w:t>v 0.882478 19.306948 0.511457</w:t>
        <w:br/>
        <w:t>v 0.824859 19.849909 0.082210</w:t>
        <w:br/>
        <w:t>v 0.738696 19.658722 0.128312</w:t>
        <w:br/>
        <w:t>v 0.700677 19.082024 0.748890</w:t>
        <w:br/>
        <w:t>v 0.914632 19.486988 0.489139</w:t>
        <w:br/>
        <w:t>v 0.888220 19.655853 0.187450</w:t>
        <w:br/>
        <w:t>v 1.005596 19.454985 0.213430</w:t>
        <w:br/>
        <w:t>v 0.903636 19.852268 0.109296</w:t>
        <w:br/>
        <w:t>v 0.824859 19.849909 0.082210</w:t>
        <w:br/>
        <w:t>v 0.774887 19.658134 0.055773</w:t>
        <w:br/>
        <w:t>v 0.824859 19.849909 0.082210</w:t>
        <w:br/>
        <w:t>v 0.727909 19.275850 0.634494</w:t>
        <w:br/>
        <w:t>v 0.798834 19.257811 0.651724</w:t>
        <w:br/>
        <w:t>v 0.766524 19.162945 0.692116</w:t>
        <w:br/>
        <w:t>v 0.703796 19.184620 0.676042</w:t>
        <w:br/>
        <w:t>v 0.726718 19.463902 0.448400</w:t>
        <w:br/>
        <w:t>v 0.872832 19.343607 0.559482</w:t>
        <w:br/>
        <w:t>v 0.882478 19.306948 0.511457</w:t>
        <w:br/>
        <w:t>v 0.113339 19.560030 1.152337</w:t>
        <w:br/>
        <w:t>v -0.116936 19.487286 1.127805</w:t>
        <w:br/>
        <w:t>v 0.719809 19.661919 0.487820</w:t>
        <w:br/>
        <w:t>v 0.726718 19.463902 0.448400</w:t>
        <w:br/>
        <w:t>v 0.777105 19.518486 0.215464</w:t>
        <w:br/>
        <w:t>v 0.796669 19.642273 0.208427</w:t>
        <w:br/>
        <w:t>v 0.825911 19.358530 0.605776</w:t>
        <w:br/>
        <w:t>v 0.988785 19.673185 0.260007</w:t>
        <w:br/>
        <w:t>v 0.736918 19.375120 0.587992</w:t>
        <w:br/>
        <w:t>v 0.964560 19.656685 0.370334</w:t>
        <w:br/>
        <w:t>v 0.988785 19.673185 0.260007</w:t>
        <w:br/>
        <w:t>v 0.940833 19.854956 0.169313</w:t>
        <w:br/>
        <w:t>v 0.150451 19.646263 1.161285</w:t>
        <w:br/>
        <w:t>v -0.209691 19.559044 1.152087</w:t>
        <w:br/>
        <w:t>v 0.907032 19.504190 0.567257</w:t>
        <w:br/>
        <w:t>v 0.914632 19.486988 0.489139</w:t>
        <w:br/>
        <w:t>v 0.769542 19.546989 0.781092</w:t>
        <w:br/>
        <w:t>v 0.807271 19.463902 0.626388</w:t>
        <w:br/>
        <w:t>v 0.704255 19.538660 0.772517</w:t>
        <w:br/>
        <w:t>v 0.649463 19.598555 0.863219</w:t>
        <w:br/>
        <w:t>v 0.704255 19.538660 0.772517</w:t>
        <w:br/>
        <w:t>v 0.824859 19.849909 0.082210</w:t>
        <w:br/>
        <w:t>v 0.759385 19.890585 0.545117</w:t>
        <w:br/>
        <w:t>v 0.200610 19.845551 1.162816</w:t>
        <w:br/>
        <w:t>v 0.178664 19.737720 1.160281</w:t>
        <w:br/>
        <w:t>v 0.990673 19.897663 0.300588</w:t>
        <w:br/>
        <w:t>v 0.926878 19.897346 0.247190</w:t>
        <w:br/>
        <w:t>v 0.923828 19.675161 0.514828</w:t>
        <w:br/>
        <w:t>v 0.921446 20.074556 0.151813</w:t>
        <w:br/>
        <w:t>v 0.853294 20.074326 0.120812</w:t>
        <w:br/>
        <w:t>v 0.144552 19.552435 1.205584</w:t>
        <w:br/>
        <w:t>v 0.068685 19.481491 1.121485</w:t>
        <w:br/>
        <w:t>v 0.090968 19.484001 1.168075</w:t>
        <w:br/>
        <w:t>v 0.217048 19.953293 1.152562</w:t>
        <w:br/>
        <w:t>v 0.231062 20.032246 1.129617</w:t>
        <w:br/>
        <w:t>v 0.926878 19.897346 0.247190</w:t>
        <w:br/>
        <w:t>v 0.888220 19.655853 0.187450</w:t>
        <w:br/>
        <w:t>v 0.858285 19.517344 0.627324</w:t>
        <w:br/>
        <w:t>v 0.870590 19.670355 0.723037</w:t>
        <w:br/>
        <w:t>v 0.081138 19.492231 1.235211</w:t>
        <w:br/>
        <w:t>v 0.087596 19.461531 1.261366</w:t>
        <w:br/>
        <w:t>v 0.038471 19.526155 1.334686</w:t>
        <w:br/>
        <w:t>v 0.055870 19.555471 1.300287</w:t>
        <w:br/>
        <w:t>v 0.081138 19.492231 1.235211</w:t>
        <w:br/>
        <w:t>v 0.962296 20.078701 0.228117</w:t>
        <w:br/>
        <w:t>v 0.961415 19.884811 0.412010</w:t>
        <w:br/>
        <w:t>v 0.990673 19.897663 0.300588</w:t>
        <w:br/>
        <w:t>v 0.739661 20.068623 0.605488</w:t>
        <w:br/>
        <w:t>v 0.853294 20.074326 0.120812</w:t>
        <w:br/>
        <w:t>v 0.094878 19.554659 1.289995</w:t>
        <w:br/>
        <w:t>v 0.055870 19.555471 1.300287</w:t>
        <w:br/>
        <w:t>v 0.150451 19.646263 1.161285</w:t>
        <w:br/>
        <w:t>v 0.113339 19.560030 1.152337</w:t>
        <w:br/>
        <w:t>v 0.567082 19.515299 0.981401</w:t>
        <w:br/>
        <w:t>v 0.591091 19.511965 1.002410</w:t>
        <w:br/>
        <w:t>v 0.650113 19.465488 0.931983</w:t>
        <w:br/>
        <w:t>v 0.580789 19.673769 0.957519</w:t>
        <w:br/>
        <w:t>v 0.595022 19.543264 0.982233</w:t>
        <w:br/>
        <w:t>v 0.567082 19.515299 0.981401</w:t>
        <w:br/>
        <w:t>v 0.650113 19.465488 0.931983</w:t>
        <w:br/>
        <w:t>v 0.591091 19.511965 1.002410</w:t>
        <w:br/>
        <w:t>v 0.605403 19.535845 1.006407</w:t>
        <w:br/>
        <w:t>v 0.650113 19.465488 0.931983</w:t>
        <w:br/>
        <w:t>v 0.939212 20.090014 0.295916</w:t>
        <w:br/>
        <w:t>v 0.828736 19.651037 0.732020</w:t>
        <w:br/>
        <w:t>v 0.595022 19.543264 0.982233</w:t>
        <w:br/>
        <w:t>v 0.650113 19.465488 0.931983</w:t>
        <w:br/>
        <w:t>v 0.605403 19.535845 1.006407</w:t>
        <w:br/>
        <w:t>v 0.911308 19.862064 0.544351</w:t>
        <w:br/>
        <w:t>v 0.274709 20.280441 1.111486</w:t>
        <w:br/>
        <w:t>v 0.988633 20.091389 0.342224</w:t>
        <w:br/>
        <w:t>v 0.939212 20.090014 0.295916</w:t>
        <w:br/>
        <w:t>v 0.908615 19.857353 0.663422</w:t>
        <w:br/>
        <w:t>v 0.911308 19.862064 0.544351</w:t>
        <w:br/>
        <w:t>v 0.923828 19.675161 0.514828</w:t>
        <w:br/>
        <w:t>v 0.909690 19.670692 0.607255</w:t>
        <w:br/>
        <w:t>v 0.911404 20.285797 0.196466</w:t>
        <w:br/>
        <w:t>v 0.838902 20.276522 0.161296</w:t>
        <w:br/>
        <w:t>v 0.241179 19.835209 1.263540</w:t>
        <w:br/>
        <w:t>v 0.200610 19.845551 1.162816</w:t>
        <w:br/>
        <w:t>v 0.178664 19.737720 1.160281</w:t>
        <w:br/>
        <w:t>v 0.216248 19.727154 1.252873</w:t>
        <w:br/>
        <w:t>v 0.285243 20.409224 1.097648</w:t>
        <w:br/>
        <w:t>v 0.838902 20.276522 0.161296</w:t>
        <w:br/>
        <w:t>v 0.929333 20.277502 0.276708</w:t>
        <w:br/>
        <w:t>v 0.960351 20.065918 0.456489</w:t>
        <w:br/>
        <w:t>v 0.988633 20.091389 0.342224</w:t>
        <w:br/>
        <w:t>v 0.580789 19.673769 0.957519</w:t>
        <w:br/>
        <w:t>v 0.662037 19.696415 0.991526</w:t>
        <w:br/>
        <w:t>v 0.734386 19.609653 0.887117</w:t>
        <w:br/>
        <w:t>v 0.649463 19.598555 0.863219</w:t>
        <w:br/>
        <w:t>v 0.119135 19.829437 1.413850</w:t>
        <w:br/>
        <w:t>v 0.117386 19.720280 1.395708</w:t>
        <w:br/>
        <w:t>v 0.458281 19.877087 1.124547</w:t>
        <w:br/>
        <w:t>v 0.531877 19.762661 1.049131</w:t>
        <w:br/>
        <w:t>v 0.343550 19.808475 1.147747</w:t>
        <w:br/>
        <w:t>v 0.384591 19.807678 1.209118</w:t>
        <w:br/>
        <w:t>v 0.402619 19.707417 1.108009</w:t>
        <w:br/>
        <w:t>v 0.343550 19.808475 1.147747</w:t>
        <w:br/>
        <w:t>v 0.402619 19.707417 1.108009</w:t>
        <w:br/>
        <w:t>v 0.498882 19.753819 1.081334</w:t>
        <w:br/>
        <w:t>v 0.484009 19.816456 1.103788</w:t>
        <w:br/>
        <w:t>v 0.918195 20.280741 0.344387</w:t>
        <w:br/>
        <w:t>v 0.896782 20.039516 0.580068</w:t>
        <w:br/>
        <w:t>v 0.268921 20.052841 1.241807</w:t>
        <w:br/>
        <w:t>v 0.234285 20.037477 1.205397</w:t>
        <w:br/>
        <w:t>v 0.253932 19.951805 1.271384</w:t>
        <w:br/>
        <w:t>v 0.874640 20.433199 0.243930</w:t>
        <w:br/>
        <w:t>v 0.789152 20.412394 0.209037</w:t>
        <w:br/>
        <w:t>v 0.242509 20.580748 1.030072</w:t>
        <w:br/>
        <w:t>v -0.151374 20.573509 0.944256</w:t>
        <w:br/>
        <w:t>v -0.326768 20.322166 1.053218</w:t>
        <w:br/>
        <w:t>v 0.458281 19.877087 1.124547</w:t>
        <w:br/>
        <w:t>v 0.484009 19.816456 1.103788</w:t>
        <w:br/>
        <w:t>v 0.475186 19.947451 1.183666</w:t>
        <w:br/>
        <w:t>v 0.588014 20.396399 0.686692</w:t>
        <w:br/>
        <w:t>v 0.676896 20.237757 0.658817</w:t>
        <w:br/>
        <w:t>v 0.789152 20.412394 0.209037</w:t>
        <w:br/>
        <w:t>v 0.953999 20.282871 0.383642</w:t>
        <w:br/>
        <w:t>v 0.918195 20.280741 0.344387</w:t>
        <w:br/>
        <w:t>v 0.738119 19.819706 0.980995</w:t>
        <w:br/>
        <w:t>v 0.475186 19.947451 1.183666</w:t>
        <w:br/>
        <w:t>v 0.531877 19.762661 1.049131</w:t>
        <w:br/>
        <w:t>v 0.458281 19.877087 1.124547</w:t>
        <w:br/>
        <w:t>v 0.886896 20.426907 0.317877</w:t>
        <w:br/>
        <w:t>v 0.384591 19.807678 1.209118</w:t>
        <w:br/>
        <w:t>v 0.488871 19.843294 1.193837</w:t>
        <w:br/>
        <w:t>v 0.513494 19.734829 1.146950</w:t>
        <w:br/>
        <w:t>v 0.446627 19.702744 1.155654</w:t>
        <w:br/>
        <w:t>v 0.374578 20.110537 1.168599</w:t>
        <w:br/>
        <w:t>v 0.832090 20.023457 0.897133</w:t>
        <w:br/>
        <w:t>v 0.893175 20.042091 0.724927</w:t>
        <w:br/>
        <w:t>v 0.862047 19.851719 0.817843</w:t>
        <w:br/>
        <w:t>v 0.810198 20.568892 0.296905</w:t>
        <w:br/>
        <w:t>v 0.727734 20.545042 0.275057</w:t>
        <w:br/>
        <w:t>v 0.234285 20.037477 1.205397</w:t>
        <w:br/>
        <w:t>v 0.288781 19.917982 1.188122</w:t>
        <w:br/>
        <w:t>v 0.458281 19.877087 1.124547</w:t>
        <w:br/>
        <w:t>v 0.374578 20.110537 1.168599</w:t>
        <w:br/>
        <w:t>v 0.939795 20.224007 0.496034</w:t>
        <w:br/>
        <w:t>v 0.268921 20.052841 1.241807</w:t>
        <w:br/>
        <w:t>v 0.328757 19.921640 1.241695</w:t>
        <w:br/>
        <w:t>v 0.234285 20.037477 1.205397</w:t>
        <w:br/>
        <w:t>v 0.879713 20.418512 0.383415</w:t>
        <w:br/>
        <w:t>v 0.475186 19.947451 1.183666</w:t>
        <w:br/>
        <w:t>v 0.497147 19.823799 1.151025</w:t>
        <w:br/>
        <w:t>v 0.488871 19.843294 1.193837</w:t>
        <w:br/>
        <w:t>v 0.823376 20.549253 0.352460</w:t>
        <w:br/>
        <w:t>v 0.810198 20.568892 0.296905</w:t>
        <w:br/>
        <w:t>v 0.072949 20.454073 1.309984</w:t>
        <w:br/>
        <w:t>v 0.091735 20.285128 1.383729</w:t>
        <w:br/>
        <w:t>v 0.738111 20.665989 0.343233</w:t>
        <w:br/>
        <w:t>v 0.727734 20.545042 0.275057</w:t>
        <w:br/>
        <w:t>v 0.692610 19.990845 1.058589</w:t>
        <w:br/>
        <w:t>v 0.595760 19.794176 1.089662</w:t>
        <w:br/>
        <w:t>v 0.902215 20.418619 0.411756</w:t>
        <w:br/>
        <w:t>v 0.879713 20.418512 0.383415</w:t>
        <w:br/>
        <w:t>v 0.918195 20.280741 0.344387</w:t>
        <w:br/>
        <w:t>v 0.874650 20.192265 0.603399</w:t>
        <w:br/>
        <w:t>v 0.870097 20.223610 0.771231</w:t>
        <w:br/>
        <w:t>v 0.874650 20.192265 0.603399</w:t>
        <w:br/>
        <w:t>v 0.896782 20.039516 0.580068</w:t>
        <w:br/>
        <w:t>v 0.286862 20.298227 1.167390</w:t>
        <w:br/>
        <w:t>v 0.274709 20.280441 1.111486</w:t>
        <w:br/>
        <w:t>v 0.231062 20.032246 1.129617</w:t>
        <w:br/>
        <w:t>v 0.234285 20.037477 1.205397</w:t>
        <w:br/>
        <w:t>v 0.497886 20.564053 0.647935</w:t>
        <w:br/>
        <w:t>v 0.658686 20.621187 0.322307</w:t>
        <w:br/>
        <w:t>v 0.588607 20.687008 0.371944</w:t>
        <w:br/>
        <w:t>v 0.286862 20.298227 1.167390</w:t>
        <w:br/>
        <w:t>v 0.816071 20.531681 0.416008</w:t>
        <w:br/>
        <w:t>v 0.369563 20.702812 0.687150</w:t>
        <w:br/>
        <w:t>v 0.486708 20.754539 0.425743</w:t>
        <w:br/>
        <w:t>v 0.654554 20.756239 0.388481</w:t>
        <w:br/>
        <w:t>v 0.658686 20.621187 0.322307</w:t>
        <w:br/>
        <w:t>v 0.384439 20.798332 0.477910</w:t>
        <w:br/>
        <w:t>v 0.588607 20.687008 0.371944</w:t>
        <w:br/>
        <w:t>v 0.551630 20.834656 0.445037</w:t>
        <w:br/>
        <w:t>v 0.486708 20.754539 0.425743</w:t>
        <w:br/>
        <w:t>v 0.742320 20.657028 0.389817</w:t>
        <w:br/>
        <w:t>v 0.738111 20.665989 0.343233</w:t>
        <w:br/>
        <w:t>v 0.185022 20.734770 0.809948</w:t>
        <w:br/>
        <w:t>v 0.294174 20.817715 0.534451</w:t>
        <w:br/>
        <w:t>v 0.435125 20.874994 0.501941</w:t>
        <w:br/>
        <w:t>v 0.314400 20.864130 0.542875</w:t>
        <w:br/>
        <w:t>v 0.384439 20.798332 0.477910</w:t>
        <w:br/>
        <w:t>v 0.060059 20.573313 1.245741</w:t>
        <w:br/>
        <w:t>v 0.286862 20.298227 1.167390</w:t>
        <w:br/>
        <w:t>v 0.832576 20.546457 0.440999</w:t>
        <w:br/>
        <w:t>v 0.816071 20.531681 0.416008</w:t>
        <w:br/>
        <w:t>v 0.227885 20.862200 0.566181</w:t>
        <w:br/>
        <w:t>v 0.294174 20.817715 0.534451</w:t>
        <w:br/>
        <w:t>v 0.422592 20.100641 1.189735</w:t>
        <w:br/>
        <w:t>v 0.409727 20.096870 1.216152</w:t>
        <w:br/>
        <w:t>v 0.352043 20.296631 1.190618</w:t>
        <w:br/>
        <w:t>v 0.242509 20.580748 1.030072</w:t>
        <w:br/>
        <w:t>v 0.285243 20.409224 1.097648</w:t>
        <w:br/>
        <w:t>v 0.297559 20.915154 0.651124</w:t>
        <w:br/>
        <w:t>v 0.899036 20.377758 0.532039</w:t>
        <w:br/>
        <w:t>v 0.738241 20.634245 0.449624</w:t>
        <w:br/>
        <w:t>v 0.285243 20.409224 1.097648</w:t>
        <w:br/>
        <w:t>v 0.285243 20.409224 1.097648</w:t>
        <w:br/>
        <w:t>v 0.658368 20.749197 0.430311</w:t>
        <w:br/>
        <w:t>v 0.654554 20.756239 0.388481</w:t>
        <w:br/>
        <w:t>v 0.247133 20.419847 1.194294</w:t>
        <w:br/>
        <w:t>v 0.293649 20.428062 1.175088</w:t>
        <w:br/>
        <w:t>v 0.260005 20.295195 1.219865</w:t>
        <w:br/>
        <w:t>v 0.781097 20.200081 0.949619</w:t>
        <w:br/>
        <w:t>v 0.327060 20.867373 0.597124</w:t>
        <w:br/>
        <w:t>v 0.314400 20.864130 0.542875</w:t>
        <w:br/>
        <w:t>v 0.767302 20.640903 0.469731</w:t>
        <w:br/>
        <w:t>v 0.738241 20.634245 0.449624</w:t>
        <w:br/>
        <w:t>v 0.341838 20.863113 0.628628</w:t>
        <w:br/>
        <w:t>v 0.341838 20.863113 0.628628</w:t>
        <w:br/>
        <w:t>v 0.575855 20.325222 1.088428</w:t>
        <w:br/>
        <w:t>v 0.638084 20.164820 1.097296</w:t>
        <w:br/>
        <w:t>v 0.843937 20.344116 0.622605</w:t>
        <w:br/>
        <w:t>v 0.235077 20.434538 1.223946</w:t>
        <w:br/>
        <w:t>v 0.830710 20.502747 0.553251</w:t>
        <w:br/>
        <w:t>v 0.836357 20.379066 0.804300</w:t>
        <w:br/>
        <w:t>v 0.843937 20.344116 0.622605</w:t>
        <w:br/>
        <w:t>v 0.563380 20.825838 0.479031</w:t>
        <w:br/>
        <w:t>v 0.551630 20.834656 0.445037</w:t>
        <w:br/>
        <w:t>v 0.454474 20.869249 0.533843</w:t>
        <w:br/>
        <w:t>v 0.435125 20.874994 0.501941</w:t>
        <w:br/>
        <w:t>v 0.470672 20.850767 0.566892</w:t>
        <w:br/>
        <w:t>v 0.659971 20.720888 0.482074</w:t>
        <w:br/>
        <w:t>v 0.572402 20.796574 0.520431</w:t>
        <w:br/>
        <w:t>v 0.388108 20.928434 0.677059</w:t>
        <w:br/>
        <w:t>v 0.236534 20.865793 0.780324</w:t>
        <w:br/>
        <w:t>v 0.388108 20.928434 0.677059</w:t>
        <w:br/>
        <w:t>v 0.316996 20.914829 0.761729</w:t>
        <w:br/>
        <w:t>v 0.472263 20.845205 0.592388</w:t>
        <w:br/>
        <w:t>v 0.341838 20.863113 0.628628</w:t>
        <w:br/>
        <w:t>v 0.470672 20.850767 0.566892</w:t>
        <w:br/>
        <w:t>v 0.220758 20.542997 1.183505</w:t>
        <w:br/>
        <w:t>v 0.584620 20.813902 0.551538</w:t>
        <w:br/>
        <w:t>v 0.572402 20.796574 0.520431</w:t>
        <w:br/>
        <w:t>v 0.786691 20.470268 0.634342</w:t>
        <w:br/>
        <w:t>v 0.465868 20.817690 0.636918</w:t>
        <w:br/>
        <w:t>v 0.474771 20.830814 0.619235</w:t>
        <w:br/>
        <w:t>v 0.465868 20.817690 0.636918</w:t>
        <w:br/>
        <w:t>v 0.168884 20.869059 0.937832</w:t>
        <w:br/>
        <w:t>v 0.781941 20.504147 0.803851</w:t>
        <w:br/>
        <w:t>v 0.786691 20.470268 0.634342</w:t>
        <w:br/>
        <w:t>v 0.659971 20.720888 0.482074</w:t>
        <w:br/>
        <w:t>v 0.686442 20.735420 0.507553</w:t>
        <w:br/>
        <w:t>v 0.725013 20.358841 0.963783</w:t>
        <w:br/>
        <w:t>v 0.585507 20.773510 0.606687</w:t>
        <w:br/>
        <w:t>v 0.564477 20.749828 0.646426</w:t>
        <w:br/>
        <w:t>v 0.725231 20.574463 0.639821</w:t>
        <w:br/>
        <w:t>v 0.761427 20.601139 0.568547</w:t>
        <w:br/>
        <w:t>v 0.304276 20.821686 0.873102</w:t>
        <w:br/>
        <w:t>v 0.525565 20.449951 1.067248</w:t>
        <w:br/>
        <w:t>v 0.678271 20.692396 0.587587</w:t>
        <w:br/>
        <w:t>v 0.647003 20.665983 0.642130</w:t>
        <w:br/>
        <w:t>v 0.458570 20.927225 0.716982</w:t>
        <w:br/>
        <w:t>v 0.395800 20.901693 0.818998</w:t>
        <w:br/>
        <w:t>v 0.715012 20.625866 0.792461</w:t>
        <w:br/>
        <w:t>v 0.725231 20.574463 0.639821</w:t>
        <w:br/>
        <w:t>v 0.564477 20.749828 0.646426</w:t>
        <w:br/>
        <w:t>v 0.458570 20.927225 0.716982</w:t>
        <w:br/>
        <w:t>v 0.187741 20.772894 1.032263</w:t>
        <w:br/>
        <w:t>v 0.207215 20.658407 1.107763</w:t>
        <w:br/>
        <w:t>v 0.629047 20.745369 0.774804</w:t>
        <w:br/>
        <w:t>v 0.533509 20.866619 0.754939</w:t>
        <w:br/>
        <w:t>v 0.647003 20.665983 0.642130</w:t>
        <w:br/>
        <w:t>v 0.255273 20.530695 1.151691</w:t>
        <w:br/>
        <w:t>v 0.482647 20.555090 1.043031</w:t>
        <w:br/>
        <w:t>v 0.229410 20.527868 1.161565</w:t>
        <w:br/>
        <w:t>v 0.371379 20.748528 0.949979</w:t>
        <w:br/>
        <w:t>v 0.476255 20.832870 0.878736</w:t>
        <w:br/>
        <w:t>v 0.433246 20.653345 1.007586</w:t>
        <w:br/>
        <w:t>v 0.666405 20.481869 0.952299</w:t>
        <w:br/>
        <w:t>v 0.607409 20.602524 0.939395</w:t>
        <w:br/>
        <w:t>v 0.547309 20.722607 0.917849</w:t>
        <w:br/>
        <w:t>v 0.217048 19.953293 1.152562</w:t>
        <w:br/>
        <w:t>v -0.022533 19.422310 1.186011</w:t>
        <w:br/>
        <w:t>v 0.021920 19.416378 1.088385</w:t>
        <w:br/>
        <w:t>v 0.187008 19.639072 1.232667</w:t>
        <w:br/>
        <w:t>v 0.108842 19.634262 1.348288</w:t>
        <w:br/>
        <w:t>v -0.009705 19.717834 1.393893</w:t>
        <w:br/>
        <w:t>v 0.023357 19.629715 1.346553</w:t>
        <w:br/>
        <w:t>v 0.087596 19.461531 1.261366</w:t>
        <w:br/>
        <w:t>v 0.763413 19.486912 0.056602</w:t>
        <w:br/>
        <w:t>v 0.873575 19.470791 0.146460</w:t>
        <w:br/>
        <w:t>v 0.460307 19.949131 1.215392</w:t>
        <w:br/>
        <w:t>v 0.288781 19.917982 1.188122</w:t>
        <w:br/>
        <w:t>v 0.513494 19.734829 1.146950</w:t>
        <w:br/>
        <w:t>v 0.498882 19.753819 1.081334</w:t>
        <w:br/>
        <w:t>v 0.484009 19.816456 1.103788</w:t>
        <w:br/>
        <w:t>v 0.823035 19.847507 0.834757</w:t>
        <w:br/>
        <w:t>v 0.726718 19.463902 0.448400</w:t>
        <w:br/>
        <w:t>v 0.914632 19.486988 0.489139</w:t>
        <w:br/>
        <w:t>v 0.656866 19.104645 0.734689</w:t>
        <w:br/>
        <w:t>v 0.253932 19.951805 1.271384</w:t>
        <w:br/>
        <w:t>v 0.117886 19.949123 1.423893</w:t>
        <w:br/>
        <w:t>v 0.732300 18.948856 0.500138</w:t>
        <w:br/>
        <w:t>v 0.747024 18.928570 0.520271</w:t>
        <w:br/>
        <w:t>v 0.732300 18.948856 0.500138</w:t>
        <w:br/>
        <w:t>v 0.724863 18.965790 0.503838</w:t>
        <w:br/>
        <w:t>v 0.724863 18.965790 0.503838</w:t>
        <w:br/>
        <w:t>v 0.741393 18.945095 0.545755</w:t>
        <w:br/>
        <w:t>v 0.741393 18.945095 0.545755</w:t>
        <w:br/>
        <w:t>v 0.747024 18.928570 0.520271</w:t>
        <w:br/>
        <w:t>v 0.792333 19.007710 0.470242</w:t>
        <w:br/>
        <w:t>v 0.814373 18.986015 0.496497</w:t>
        <w:br/>
        <w:t>v 0.771734 19.022675 0.491133</w:t>
        <w:br/>
        <w:t>v 0.792333 19.007710 0.470242</w:t>
        <w:br/>
        <w:t>v 0.771734 19.022675 0.491133</w:t>
        <w:br/>
        <w:t>v 0.804371 19.091812 0.490428</w:t>
        <w:br/>
        <w:t>v 0.801800 19.003628 0.530151</w:t>
        <w:br/>
        <w:t>v 0.801800 19.003628 0.530151</w:t>
        <w:br/>
        <w:t>v 0.814373 18.986015 0.496497</w:t>
        <w:br/>
        <w:t>v 0.882478 19.306948 0.511457</w:t>
        <w:br/>
        <w:t>v 0.792269 19.322447 0.496347</w:t>
        <w:br/>
        <w:t>v 0.737854 19.474886 0.613751</w:t>
        <w:br/>
        <w:t>v 0.247411 20.297766 1.248411</w:t>
        <w:br/>
        <w:t>v 0.908467 19.319839 0.460141</w:t>
        <w:br/>
        <w:t>v 0.882478 19.306948 0.511457</w:t>
        <w:br/>
        <w:t>v 0.914632 19.486988 0.489139</w:t>
        <w:br/>
        <w:t>v 0.253921 20.099123 1.265144</w:t>
        <w:br/>
        <w:t>v 0.107646 20.117191 1.422427</w:t>
        <w:br/>
        <w:t>v 0.268921 20.052841 1.241807</w:t>
        <w:br/>
        <w:t>v 0.737854 19.474886 0.613751</w:t>
        <w:br/>
        <w:t>v 0.769542 19.546989 0.781092</w:t>
        <w:br/>
        <w:t>v 0.807271 19.463902 0.626388</w:t>
        <w:br/>
        <w:t>v 0.710385 17.691021 1.081913</w:t>
        <w:br/>
        <w:t>v 0.597521 17.503155 1.114805</w:t>
        <w:br/>
        <w:t>v 0.563172 17.633873 1.113683</w:t>
        <w:br/>
        <w:t>v 0.600968 17.658079 1.184470</w:t>
        <w:br/>
        <w:t>v 0.630783 17.541323 1.194090</w:t>
        <w:br/>
        <w:t>v 0.678521 17.379532 1.147133</w:t>
        <w:br/>
        <w:t>v 0.766017 17.290234 1.166553</w:t>
        <w:br/>
        <w:t>v 0.707849 17.427711 1.195837</w:t>
        <w:br/>
        <w:t>v 0.784141 17.340967 1.217214</w:t>
        <w:br/>
        <w:t>v 0.848130 17.213226 1.192721</w:t>
        <w:br/>
        <w:t>v 0.852314 17.285269 1.261937</w:t>
        <w:br/>
        <w:t>v 0.891797 17.263262 1.307508</w:t>
        <w:br/>
        <w:t>v 0.901802 17.186253 1.252855</w:t>
        <w:br/>
        <w:t>v 0.909595 17.249565 1.366085</w:t>
        <w:br/>
        <w:t>v 0.923860 17.171328 1.337184</w:t>
        <w:br/>
        <w:t>v 0.886176 17.238848 1.422696</w:t>
        <w:br/>
        <w:t>v 0.848267 17.224964 1.451364</w:t>
        <w:br/>
        <w:t>v 0.907922 17.165131 1.411608</w:t>
        <w:br/>
        <w:t>v 0.887100 17.160181 1.443279</w:t>
        <w:br/>
        <w:t>v 0.806849 17.202799 1.456860</w:t>
        <w:br/>
        <w:t>v 0.797468 17.173332 1.432740</w:t>
        <w:br/>
        <w:t>v 0.874959 17.147959 1.451481</w:t>
        <w:br/>
        <w:t>v 0.866890 17.126343 1.447205</w:t>
        <w:br/>
        <w:t>v 0.812682 17.145029 1.404834</w:t>
        <w:br/>
        <w:t>v 0.872798 17.100504 1.437329</w:t>
        <w:br/>
        <w:t>v 0.878744 17.112383 1.389236</w:t>
        <w:br/>
        <w:t>v 0.905086 17.076389 1.428404</w:t>
        <w:br/>
        <w:t>v 0.946717 17.077456 1.406539</w:t>
        <w:br/>
        <w:t>v 0.722638 17.769543 1.242288</w:t>
        <w:br/>
        <w:t>v 0.997941 16.944214 1.540861</w:t>
        <w:br/>
        <w:t>v 0.563172 17.633873 1.113683</w:t>
        <w:br/>
        <w:t>v 0.600968 17.658079 1.184470</w:t>
        <w:br/>
        <w:t>v 0.710385 17.691021 1.081913</w:t>
        <w:br/>
        <w:t>v 0.928519 17.027254 1.431046</w:t>
        <w:br/>
        <w:t>v 0.963792 16.989103 1.450230</w:t>
        <w:br/>
        <w:t>v 0.883278 17.049179 1.436459</w:t>
        <w:br/>
        <w:t>v 0.849741 17.076311 1.459674</w:t>
        <w:br/>
        <w:t>v 0.848979 17.109840 1.479111</w:t>
        <w:br/>
        <w:t>v 0.893095 17.169254 1.482319</w:t>
        <w:br/>
        <w:t>v 0.867852 17.145176 1.489608</w:t>
        <w:br/>
        <w:t>v 0.928756 17.181990 1.444812</w:t>
        <w:br/>
        <w:t>v 0.951913 17.198458 1.244210</w:t>
        <w:br/>
        <w:t>v 0.964529 17.188986 1.351617</w:t>
        <w:br/>
        <w:t>v 0.894445 17.219519 1.158767</w:t>
        <w:br/>
        <w:t>v 0.704539 17.363031 1.117138</w:t>
        <w:br/>
        <w:t>v 0.797668 17.283422 1.129239</w:t>
        <w:br/>
        <w:t>v 0.804401 17.413021 1.127915</w:t>
        <w:br/>
        <w:t>v 0.788925 17.509951 1.125898</w:t>
        <w:br/>
        <w:t>v 0.661285 17.462946 1.103362</w:t>
        <w:br/>
        <w:t>v 0.899379 17.704300 1.126387</w:t>
        <w:br/>
        <w:t>v 0.584620 20.813902 0.551538</w:t>
        <w:br/>
        <w:t>v 0.686442 20.735420 0.507553</w:t>
        <w:br/>
        <w:t>v 0.767302 20.640903 0.469731</w:t>
        <w:br/>
        <w:t>v -0.715797 19.463911 0.448472</w:t>
        <w:br/>
        <w:t>v -0.741866 19.474878 0.613720</w:t>
        <w:br/>
        <w:t>v -0.888969 19.485538 0.488619</w:t>
        <w:br/>
        <w:t>v 0.737854 19.474886 0.613751</w:t>
        <w:br/>
        <w:t>v -0.858678 19.323797 0.426631</w:t>
        <w:br/>
        <w:t>v 0.172636 20.887383 0.621720</w:t>
        <w:br/>
        <w:t>v 0.997941 16.944214 1.540861</w:t>
        <w:br/>
        <w:t>v 0.849741 17.076311 1.459674</w:t>
        <w:br/>
        <w:t>v 0.872798 17.100504 1.437329</w:t>
        <w:br/>
        <w:t>v 0.848979 17.109840 1.479111</w:t>
        <w:br/>
        <w:t>v 0.797993 17.496809 0.996267</w:t>
        <w:br/>
        <w:t>v 0.729283 17.442181 1.025000</w:t>
        <w:br/>
        <w:t>v 0.717991 17.457609 1.041242</w:t>
        <w:br/>
        <w:t>v 0.777621 17.521626 1.021267</w:t>
        <w:br/>
        <w:t>v 0.717991 17.457609 1.041242</w:t>
        <w:br/>
        <w:t>v 0.698069 17.462284 1.023749</w:t>
        <w:br/>
        <w:t>v 0.748606 17.533178 0.989242</w:t>
        <w:br/>
        <w:t>v 0.777621 17.521626 1.021267</w:t>
        <w:br/>
        <w:t>v 0.772588 17.497566 0.948535</w:t>
        <w:br/>
        <w:t>v 0.748606 17.533178 0.989242</w:t>
        <w:br/>
        <w:t>v 0.698069 17.462284 1.023749</w:t>
        <w:br/>
        <w:t>v 0.710772 17.439642 0.998146</w:t>
        <w:br/>
        <w:t>v 0.794446 17.484549 0.960662</w:t>
        <w:br/>
        <w:t>v 0.772588 17.497566 0.948535</w:t>
        <w:br/>
        <w:t>v 0.710772 17.439642 0.998146</w:t>
        <w:br/>
        <w:t>v 0.724961 17.432943 1.003945</w:t>
        <w:br/>
        <w:t>v 0.794446 17.484549 0.960662</w:t>
        <w:br/>
        <w:t>v 0.724961 17.432943 1.003945</w:t>
        <w:br/>
        <w:t>v 0.657550 17.394220 1.078746</w:t>
        <w:br/>
        <w:t>v 0.657550 17.394220 1.078746</w:t>
        <w:br/>
        <w:t>v 0.657550 17.394220 1.078746</w:t>
        <w:br/>
        <w:t>v 0.657550 17.394220 1.078746</w:t>
        <w:br/>
        <w:t>v -0.888969 19.485538 0.488619</w:t>
        <w:br/>
        <w:t>v -0.901591 19.673700 0.514363</w:t>
        <w:br/>
        <w:t>v -0.890506 19.861311 0.543961</w:t>
        <w:br/>
        <w:t>v -0.876761 20.039433 0.579742</w:t>
        <w:br/>
        <w:t>v -0.848326 20.219027 0.607149</w:t>
        <w:br/>
        <w:t>v -0.792655 19.869835 0.919608</w:t>
        <w:br/>
        <w:t>v -1.003338 17.984186 0.311194</w:t>
        <w:br/>
        <w:t>v -1.035288 17.991179 0.315706</w:t>
        <w:br/>
        <w:t>v -1.064941 17.886599 0.434461</w:t>
        <w:br/>
        <w:t>v -1.033165 17.878325 0.426457</w:t>
        <w:br/>
        <w:t>v -1.074359 17.918356 0.463876</w:t>
        <w:br/>
        <w:t>v -1.064941 17.886599 0.434461</w:t>
        <w:br/>
        <w:t>v -1.035288 17.991179 0.315706</w:t>
        <w:br/>
        <w:t>v -1.044919 18.016542 0.344712</w:t>
        <w:br/>
        <w:t>v -1.082290 17.826441 0.587034</w:t>
        <w:br/>
        <w:t>v -1.050077 17.813684 0.573472</w:t>
        <w:br/>
        <w:t>v -1.090659 17.869101 0.619084</w:t>
        <w:br/>
        <w:t>v -1.082290 17.826441 0.587034</w:t>
        <w:br/>
        <w:t>v -1.064941 17.886599 0.434461</w:t>
        <w:br/>
        <w:t>v -1.011082 17.917528 0.464701</w:t>
        <w:br/>
        <w:t>v -0.980992 18.012415 0.353868</w:t>
        <w:br/>
        <w:t>v -1.003338 17.984186 0.311194</w:t>
        <w:br/>
        <w:t>v -1.033165 17.878325 0.426457</w:t>
        <w:br/>
        <w:t>v -0.922337 18.148600 0.195792</w:t>
        <w:br/>
        <w:t>v -0.957173 18.155428 0.198422</w:t>
        <w:br/>
        <w:t>v -1.026870 17.868124 0.610088</w:t>
        <w:br/>
        <w:t>v -1.050077 17.813684 0.573472</w:t>
        <w:br/>
        <w:t>v -1.052775 17.943609 0.483657</w:t>
        <w:br/>
        <w:t>v -1.024159 18.035151 0.369642</w:t>
        <w:br/>
        <w:t>v -0.957173 18.155428 0.198422</w:t>
        <w:br/>
        <w:t>v -0.969101 18.174990 0.237710</w:t>
        <w:br/>
        <w:t>v -1.067002 17.900480 0.634916</w:t>
        <w:br/>
        <w:t>v -0.980992 18.012415 0.353868</w:t>
        <w:br/>
        <w:t>v -1.011082 17.917528 0.464701</w:t>
        <w:br/>
        <w:t>v -1.052775 17.943609 0.483657</w:t>
        <w:br/>
        <w:t>v -1.024159 18.035151 0.369642</w:t>
        <w:br/>
        <w:t>v -1.083764 17.807226 0.729673</w:t>
        <w:br/>
        <w:t>v -1.053087 17.793615 0.712533</w:t>
        <w:br/>
        <w:t>v -1.067002 17.900480 0.634916</w:t>
        <w:br/>
        <w:t>v -1.026870 17.868124 0.610088</w:t>
        <w:br/>
        <w:t>v -0.922337 18.148600 0.195792</w:t>
        <w:br/>
        <w:t>v -0.900816 18.165808 0.257021</w:t>
        <w:br/>
        <w:t>v -0.948904 18.186579 0.275427</w:t>
        <w:br/>
        <w:t>v -1.089547 17.852137 0.763613</w:t>
        <w:br/>
        <w:t>v -1.083764 17.807226 0.729673</w:t>
        <w:br/>
        <w:t>v -0.900816 18.165808 0.257021</w:t>
        <w:br/>
        <w:t>v -0.948904 18.186579 0.275427</w:t>
        <w:br/>
        <w:t>v -1.027182 17.852228 0.747775</w:t>
        <w:br/>
        <w:t>v -1.053087 17.793615 0.712533</w:t>
        <w:br/>
        <w:t>v -0.940547 17.072315 1.382782</w:t>
        <w:br/>
        <w:t>v -1.000027 17.004108 1.441778</w:t>
        <w:br/>
        <w:t>v -0.991908 16.987808 1.432487</w:t>
        <w:br/>
        <w:t>v -0.852427 17.213226 1.192721</w:t>
        <w:br/>
        <w:t>v -0.898742 17.219519 1.158768</w:t>
        <w:br/>
        <w:t>v -0.906099 17.186253 1.252856</w:t>
        <w:br/>
        <w:t>v -0.977844 16.982031 1.441222</w:t>
        <w:br/>
        <w:t>v -0.925971 17.026951 1.403883</w:t>
        <w:br/>
        <w:t>v -0.929318 17.044069 1.378885</w:t>
        <w:br/>
        <w:t>v -0.991908 16.987808 1.432487</w:t>
        <w:br/>
        <w:t>v -1.064441 17.885012 0.777334</w:t>
        <w:br/>
        <w:t>v -0.830507 18.336912 0.125937</w:t>
        <w:br/>
        <w:t>v -0.872462 18.345835 0.125808</w:t>
        <w:br/>
        <w:t>v -0.952089 17.054861 1.434454</w:t>
        <w:br/>
        <w:t>v -0.932816 17.027254 1.431046</w:t>
        <w:br/>
        <w:t>v -0.979505 17.008741 1.458315</w:t>
        <w:br/>
        <w:t>v -1.002238 16.944214 1.540861</w:t>
        <w:br/>
        <w:t>v -0.928157 17.171328 1.337184</w:t>
        <w:br/>
        <w:t>v -0.956211 17.198458 1.244211</w:t>
        <w:br/>
        <w:t>v -0.991409 17.013218 1.451872</w:t>
        <w:br/>
        <w:t>v -1.000027 17.004108 1.441778</w:t>
        <w:br/>
        <w:t>v -0.951014 17.077456 1.406540</w:t>
        <w:br/>
        <w:t>v -0.872462 18.345835 0.125808</w:t>
        <w:br/>
        <w:t>v -0.890986 18.359922 0.178083</w:t>
        <w:br/>
        <w:t>v -0.834903 17.073036 1.370463</w:t>
        <w:br/>
        <w:t>v -0.854563 17.050182 1.402264</w:t>
        <w:br/>
        <w:t>v -1.002238 16.944214 1.540861</w:t>
        <w:br/>
        <w:t>v -0.968089 16.989103 1.450231</w:t>
        <w:br/>
        <w:t>v -1.002238 16.944214 1.540861</w:t>
        <w:br/>
        <w:t>v -0.770314 17.290232 1.166553</w:t>
        <w:br/>
        <w:t>v -0.801965 17.285597 1.128076</w:t>
        <w:br/>
        <w:t>v -1.064441 17.885012 0.777334</w:t>
        <w:br/>
        <w:t>v -1.027182 17.852228 0.747775</w:t>
        <w:br/>
        <w:t>v -0.993545 17.322647 1.329926</w:t>
        <w:br/>
        <w:t>v -1.000789 17.262554 1.278799</w:t>
        <w:br/>
        <w:t>v -0.947630 17.288788 1.184992</w:t>
        <w:br/>
        <w:t>v -0.950515 17.350576 1.253214</w:t>
        <w:br/>
        <w:t>v -0.842959 17.107033 1.365659</w:t>
        <w:br/>
        <w:t>v -0.887575 17.049179 1.436460</w:t>
        <w:br/>
        <w:t>v -0.883041 17.112383 1.389237</w:t>
        <w:br/>
        <w:t>v -0.940547 17.072315 1.382782</w:t>
        <w:br/>
        <w:t>v -0.996742 17.300451 1.411104</w:t>
        <w:br/>
        <w:t>v -1.003125 17.242748 1.386369</w:t>
        <w:br/>
        <w:t>v -1.065303 17.787439 0.872452</w:t>
        <w:br/>
        <w:t>v -1.036962 17.778982 0.853964</w:t>
        <w:br/>
        <w:t>v -0.865518 18.362337 0.227350</w:t>
        <w:br/>
        <w:t>v -0.830507 18.336912 0.125937</w:t>
        <w:br/>
        <w:t>v -0.811709 18.342215 0.209890</w:t>
        <w:br/>
        <w:t>v -0.862432 17.333101 1.133667</w:t>
        <w:br/>
        <w:t>v -0.863906 17.375692 1.196259</w:t>
        <w:br/>
        <w:t>v -0.912219 17.165131 1.411609</w:t>
        <w:br/>
        <w:t>v -0.968826 17.188986 1.351618</w:t>
        <w:br/>
        <w:t>v -1.068138 17.826849 0.904979</w:t>
        <w:br/>
        <w:t>v -1.065303 17.787439 0.872452</w:t>
        <w:br/>
        <w:t>v -0.946868 17.335072 1.347931</w:t>
        <w:br/>
        <w:t>v -0.856611 17.285269 1.261937</w:t>
        <w:br/>
        <w:t>v -0.896094 17.263262 1.307509</w:t>
        <w:br/>
        <w:t>v -0.953125 17.322073 1.408315</w:t>
        <w:br/>
        <w:t>v -0.913893 17.249565 1.366085</w:t>
        <w:br/>
        <w:t>v -0.811709 18.342215 0.209890</w:t>
        <w:br/>
        <w:t>v -0.865518 18.362337 0.227350</w:t>
        <w:br/>
        <w:t>v -1.007996 17.834185 0.884723</w:t>
        <w:br/>
        <w:t>v -1.036962 17.778982 0.853964</w:t>
        <w:br/>
        <w:t>v -0.752753 17.099724 1.410511</w:t>
        <w:br/>
        <w:t>v -0.802939 17.080124 1.433007</w:t>
        <w:br/>
        <w:t>v -0.854038 17.076311 1.459675</w:t>
        <w:br/>
        <w:t>v -0.909384 17.076389 1.428404</w:t>
        <w:br/>
        <w:t>v -0.816979 17.145029 1.404835</w:t>
        <w:br/>
        <w:t>v -0.842959 17.107033 1.365659</w:t>
        <w:br/>
        <w:t>v -0.942771 17.229523 1.477833</w:t>
        <w:br/>
        <w:t>v -0.745745 17.136089 1.398049</w:t>
        <w:br/>
        <w:t>v -1.042171 17.859816 0.916099</w:t>
        <w:br/>
        <w:t>v -0.900328 17.306667 1.467896</w:t>
        <w:br/>
        <w:t>v -0.890473 17.238848 1.422696</w:t>
        <w:br/>
        <w:t>v -0.682818 17.379530 1.147133</w:t>
        <w:br/>
        <w:t>v -0.708836 17.366091 1.115519</w:t>
        <w:br/>
        <w:t>v -0.804788 17.449919 1.180627</w:t>
        <w:br/>
        <w:t>v -0.808698 17.413019 1.127916</w:t>
        <w:br/>
        <w:t>v -0.993545 17.322647 1.329926</w:t>
        <w:br/>
        <w:t>v -0.910058 17.353769 1.292303</w:t>
        <w:br/>
        <w:t>v -0.946868 17.335072 1.347931</w:t>
        <w:br/>
        <w:t>v -0.835203 17.381979 1.234039</w:t>
        <w:br/>
        <w:t>v -0.788438 17.340967 1.217214</w:t>
        <w:br/>
        <w:t>v -0.910058 17.353769 1.292303</w:t>
        <w:br/>
        <w:t>v -0.924285 17.622150 1.039119</w:t>
        <w:br/>
        <w:t>v -0.868865 17.559589 1.021896</w:t>
        <w:br/>
        <w:t>v -0.869439 17.548161 0.977755</w:t>
        <w:br/>
        <w:t>v -0.929668 17.612713 0.994469</w:t>
        <w:br/>
        <w:t>v -0.929668 17.612713 0.994469</w:t>
        <w:br/>
        <w:t>v -0.869439 17.548161 0.977755</w:t>
        <w:br/>
        <w:t>v -0.844296 17.565544 0.961178</w:t>
        <w:br/>
        <w:t>v -0.905237 17.631180 0.976391</w:t>
        <w:br/>
        <w:t>v -0.897393 17.169254 1.482320</w:t>
        <w:br/>
        <w:t>v -0.891397 17.160181 1.443279</w:t>
        <w:br/>
        <w:t>v -0.933053 17.181990 1.444812</w:t>
        <w:br/>
        <w:t>v -1.042171 17.859816 0.916099</w:t>
        <w:br/>
        <w:t>v -1.007996 17.834185 0.884723</w:t>
        <w:br/>
        <w:t>v -0.835203 17.381979 1.234039</w:t>
        <w:br/>
        <w:t>v -1.033839 17.746475 0.972298</w:t>
        <w:br/>
        <w:t>v -0.953125 17.322073 1.408315</w:t>
        <w:br/>
        <w:t>v -0.996742 17.300451 1.411104</w:t>
        <w:br/>
        <w:t>v -0.866766 17.668705 1.023473</w:t>
        <w:br/>
        <w:t>v -0.905237 17.631180 0.976391</w:t>
        <w:br/>
        <w:t>v -0.844296 17.565544 0.961178</w:t>
        <w:br/>
        <w:t>v -0.810746 17.604912 1.009509</w:t>
        <w:br/>
        <w:t>v -0.988361 17.685452 0.999097</w:t>
        <w:br/>
        <w:t>v -0.962181 17.695778 0.980388</w:t>
        <w:br/>
        <w:t>v -0.986138 17.704121 1.038788</w:t>
        <w:br/>
        <w:t>v -0.988361 17.685452 0.999097</w:t>
        <w:br/>
        <w:t>v -0.853276 17.109840 1.479112</w:t>
        <w:br/>
        <w:t>v -0.877096 17.100504 1.437330</w:t>
        <w:br/>
        <w:t>v -0.893196 17.649971 1.065776</w:t>
        <w:br/>
        <w:t>v -0.841136 17.587963 1.050375</w:t>
        <w:br/>
        <w:t>v -1.006922 17.747784 0.955548</w:t>
        <w:br/>
        <w:t>v -1.034164 17.774536 1.004215</w:t>
        <w:br/>
        <w:t>v -1.033839 17.746475 0.972298</w:t>
        <w:br/>
        <w:t>v -1.033839 17.746475 0.972298</w:t>
        <w:br/>
        <w:t>v -0.724074 17.176378 1.447120</w:t>
        <w:br/>
        <w:t>v -0.801765 17.173332 1.432741</w:t>
        <w:br/>
        <w:t>v -0.745745 17.136089 1.398049</w:t>
        <w:br/>
        <w:t>v -0.975259 17.794262 0.985333</w:t>
        <w:br/>
        <w:t>v -1.006922 17.747784 0.955548</w:t>
        <w:br/>
        <w:t>v -0.735029 17.142035 1.469383</w:t>
        <w:br/>
        <w:t>v -0.793209 17.120386 1.481358</w:t>
        <w:br/>
        <w:t>v -0.927183 17.737869 1.019403</w:t>
        <w:br/>
        <w:t>v -0.962181 17.695778 0.980388</w:t>
        <w:br/>
        <w:t>v -0.820064 17.273605 1.498843</w:t>
        <w:br/>
        <w:t>v -0.852564 17.224964 1.451364</w:t>
        <w:br/>
        <w:t>v -0.872149 17.145176 1.489609</w:t>
        <w:br/>
        <w:t>v -0.879256 17.147959 1.451481</w:t>
        <w:br/>
        <w:t>v -0.893196 17.649971 1.065776</w:t>
        <w:br/>
        <w:t>v -0.866766 17.668705 1.023473</w:t>
        <w:br/>
        <w:t>v -0.810746 17.604912 1.009509</w:t>
        <w:br/>
        <w:t>v -0.841136 17.587963 1.050375</w:t>
        <w:br/>
        <w:t>v -0.879144 17.203781 1.517056</w:t>
        <w:br/>
        <w:t>v -0.930705 17.279207 1.488291</w:t>
        <w:br/>
        <w:t>v -0.900328 17.306667 1.467896</w:t>
        <w:br/>
        <w:t>v -0.956960 17.733429 1.059590</w:t>
        <w:br/>
        <w:t>v -0.871188 17.126343 1.447205</w:t>
        <w:br/>
        <w:t>v -0.772700 17.457232 1.216335</w:t>
        <w:br/>
        <w:t>v -0.712146 17.427710 1.195837</w:t>
        <w:br/>
        <w:t>v -1.007197 17.804234 1.018944</w:t>
        <w:br/>
        <w:t>v -0.772700 17.457232 1.216335</w:t>
        <w:br/>
        <w:t>v -0.956960 17.733429 1.059590</w:t>
        <w:br/>
        <w:t>v -0.927183 17.737869 1.019403</w:t>
        <w:br/>
        <w:t>v -0.797244 18.628174 0.107234</w:t>
        <w:br/>
        <w:t>v -0.724074 17.176378 1.447120</w:t>
        <w:br/>
        <w:t>v -0.745745 17.136089 1.398049</w:t>
        <w:br/>
        <w:t>v -0.975259 17.794262 0.985333</w:t>
        <w:br/>
        <w:t>v -0.811146 17.202799 1.456861</w:t>
        <w:br/>
        <w:t>v -0.742698 17.223965 1.491808</w:t>
        <w:br/>
        <w:t>v -0.601818 17.503155 1.114805</w:t>
        <w:br/>
        <w:t>v -0.772750 17.549139 1.184134</w:t>
        <w:br/>
        <w:t>v -0.793222 17.509951 1.125898</w:t>
        <w:br/>
        <w:t>v -1.007197 17.804234 1.018944</w:t>
        <w:br/>
        <w:t>v -0.843871 17.242926 1.526261</w:t>
        <w:br/>
        <w:t>v -0.818378 17.163555 1.519836</w:t>
        <w:br/>
        <w:t>v -0.761009 17.191853 1.519978</w:t>
        <w:br/>
        <w:t>v -0.811808 18.210108 0.434625</w:t>
        <w:br/>
        <w:t>v -0.903476 18.226885 0.472959</w:t>
        <w:br/>
        <w:t>v -0.937650 18.103823 0.594900</w:t>
        <w:br/>
        <w:t>v -0.847931 18.090712 0.558348</w:t>
        <w:br/>
        <w:t>v -0.820064 17.273605 1.498843</w:t>
        <w:br/>
        <w:t>v -0.959121 18.013571 0.751848</w:t>
        <w:br/>
        <w:t>v -0.870339 18.000692 0.712445</w:t>
        <w:br/>
        <w:t>v -0.742698 17.223965 1.491808</w:t>
        <w:br/>
        <w:t>v -0.763270 18.401354 0.343040</w:t>
        <w:br/>
        <w:t>v -0.856075 18.426809 0.393114</w:t>
        <w:br/>
        <w:t>v -0.961157 17.948801 0.905332</w:t>
        <w:br/>
        <w:t>v -0.870738 17.935106 0.857971</w:t>
        <w:br/>
        <w:t>v -0.704390 17.551256 1.204170</w:t>
        <w:br/>
        <w:t>v -0.772700 17.457232 1.216335</w:t>
        <w:br/>
        <w:t>v -0.772750 17.549139 1.184134</w:t>
        <w:br/>
        <w:t>v -0.761009 17.191853 1.519978</w:t>
        <w:br/>
        <w:t>v -0.635080 17.541323 1.194090</w:t>
        <w:br/>
        <w:t>v -0.869102 18.206278 0.774874</w:t>
        <w:br/>
        <w:t>v -0.937650 18.103823 0.594900</w:t>
        <w:br/>
        <w:t>v -0.903476 18.226885 0.472959</w:t>
        <w:br/>
        <w:t>v -0.850416 18.310331 0.638925</w:t>
        <w:br/>
        <w:t>v -0.879869 18.137499 0.940838</w:t>
        <w:br/>
        <w:t>v -0.959121 18.013571 0.751848</w:t>
        <w:br/>
        <w:t>v -0.767267 17.652630 1.205375</w:t>
        <w:br/>
        <w:t>v -0.827384 17.609177 1.129279</w:t>
        <w:br/>
        <w:t>v -0.567469 17.633873 1.113683</w:t>
        <w:br/>
        <w:t>v -0.665919 17.576509 1.089685</w:t>
        <w:br/>
        <w:t>v -0.665582 17.466253 1.101634</w:t>
        <w:br/>
        <w:t>v -0.954262 17.868010 1.024601</w:t>
        <w:br/>
        <w:t>v -0.870588 17.861773 0.977881</w:t>
        <w:br/>
        <w:t>v -0.814981 18.145868 0.922137</w:t>
        <w:br/>
        <w:t>v -0.800817 18.211653 0.756145</w:t>
        <w:br/>
        <w:t>v -0.847931 18.090712 0.558348</w:t>
        <w:br/>
        <w:t>v -0.870339 18.000692 0.712445</w:t>
        <w:br/>
        <w:t>v -0.812833 18.493715 0.541192</w:t>
        <w:br/>
        <w:t>v -0.856075 18.426809 0.393114</w:t>
        <w:br/>
        <w:t>v -0.933028 17.779787 1.093391</w:t>
        <w:br/>
        <w:t>v -0.888288 18.085047 1.107052</w:t>
        <w:br/>
        <w:t>v -0.961157 17.948801 0.905332</w:t>
        <w:br/>
        <w:t>v -0.775161 18.311407 0.621061</w:t>
        <w:br/>
        <w:t>v -0.811808 18.210108 0.434625</w:t>
        <w:br/>
        <w:t>v -0.903676 17.704300 1.126386</w:t>
        <w:br/>
        <w:t>v -0.827384 17.609177 1.129279</w:t>
        <w:br/>
        <w:t>v -0.665919 17.576509 1.089685</w:t>
        <w:br/>
        <w:t>v -0.714682 17.694729 1.080014</w:t>
        <w:br/>
        <w:t>v -0.820464 18.091749 1.078425</w:t>
        <w:br/>
        <w:t>v -0.870738 17.935106 0.857971</w:t>
        <w:br/>
        <w:t>v -0.687115 17.668558 1.211713</w:t>
        <w:br/>
        <w:t>v -0.704390 17.551256 1.204170</w:t>
        <w:br/>
        <w:t>v -0.687115 17.668558 1.211713</w:t>
        <w:br/>
        <w:t>v -0.877958 18.008081 1.229122</w:t>
        <w:br/>
        <w:t>v -0.954262 17.868010 1.024601</w:t>
        <w:br/>
        <w:t>v -0.728397 18.495119 0.530791</w:t>
        <w:br/>
        <w:t>v -0.763270 18.401354 0.343040</w:t>
        <w:br/>
        <w:t>v -0.836764 17.781475 1.055747</w:t>
        <w:br/>
        <w:t>v -0.838800 17.867409 1.276779</w:t>
        <w:br/>
        <w:t>v -0.933028 17.779787 1.093391</w:t>
        <w:br/>
        <w:t>v -0.809385 18.014097 1.193574</w:t>
        <w:br/>
        <w:t>v -0.870588 17.861773 0.977881</w:t>
        <w:br/>
        <w:t>v -0.836764 17.781475 1.055747</w:t>
        <w:br/>
        <w:t>v -0.771127 17.877453 1.244178</w:t>
        <w:br/>
        <w:t>v -0.726935 17.769543 1.242288</w:t>
        <w:br/>
        <w:t>v -0.605265 17.658079 1.184470</w:t>
        <w:br/>
        <w:t>v -0.690775 17.738144 1.157701</w:t>
        <w:br/>
        <w:t>v -0.775161 18.311407 0.621061</w:t>
        <w:br/>
        <w:t>v -0.800817 18.211653 0.756145</w:t>
        <w:br/>
        <w:t>v -0.869102 18.206278 0.774874</w:t>
        <w:br/>
        <w:t>v -0.850416 18.310331 0.638925</w:t>
        <w:br/>
        <w:t>v -0.820739 18.658878 0.328782</w:t>
        <w:br/>
        <w:t>v -0.790050 17.758293 1.244903</w:t>
        <w:br/>
        <w:t>v -0.879869 18.137499 0.940838</w:t>
        <w:br/>
        <w:t>v -0.814981 18.145868 0.922137</w:t>
        <w:br/>
        <w:t>v -0.728397 18.495119 0.530791</w:t>
        <w:br/>
        <w:t>v -0.812833 18.493715 0.541192</w:t>
        <w:br/>
        <w:t>v -0.888288 18.085047 1.107052</w:t>
        <w:br/>
        <w:t>v -0.820464 18.091749 1.078425</w:t>
        <w:br/>
        <w:t>v -0.726935 17.769543 1.242288</w:t>
        <w:br/>
        <w:t>v -0.838800 17.867409 1.276779</w:t>
        <w:br/>
        <w:t>v -0.809385 18.014097 1.193574</w:t>
        <w:br/>
        <w:t>v -0.771127 17.877453 1.244178</w:t>
        <w:br/>
        <w:t>v -0.877958 18.008081 1.229122</w:t>
        <w:br/>
        <w:t>v -0.714682 17.694729 1.080014</w:t>
        <w:br/>
        <w:t>v -0.567469 17.633873 1.113683</w:t>
        <w:br/>
        <w:t>v -0.601818 17.503155 1.114805</w:t>
        <w:br/>
        <w:t>v -0.682818 17.379530 1.147133</w:t>
        <w:br/>
        <w:t>v -0.770314 17.290232 1.166553</w:t>
        <w:br/>
        <w:t>v -0.852427 17.213226 1.192721</w:t>
        <w:br/>
        <w:t>v -0.906099 17.186253 1.252856</w:t>
        <w:br/>
        <w:t>v -0.928157 17.171328 1.337184</w:t>
        <w:br/>
        <w:t>v -0.912219 17.165131 1.411609</w:t>
        <w:br/>
        <w:t>v -0.891397 17.160181 1.443279</w:t>
        <w:br/>
        <w:t>v -0.879256 17.147959 1.451481</w:t>
        <w:br/>
        <w:t>v -0.871188 17.126343 1.447205</w:t>
        <w:br/>
        <w:t>v -0.877096 17.100504 1.437330</w:t>
        <w:br/>
        <w:t>v -0.909384 17.076389 1.428404</w:t>
        <w:br/>
        <w:t>v -0.726935 17.769543 1.242288</w:t>
        <w:br/>
        <w:t>v -0.567469 17.633873 1.113683</w:t>
        <w:br/>
        <w:t>v -0.605265 17.658079 1.184470</w:t>
        <w:br/>
        <w:t>v -0.714682 17.694729 1.080014</w:t>
        <w:br/>
        <w:t>v -0.968089 16.989103 1.450231</w:t>
        <w:br/>
        <w:t>v -0.932816 17.027254 1.431046</w:t>
        <w:br/>
        <w:t>v -0.887575 17.049179 1.436460</w:t>
        <w:br/>
        <w:t>v -0.854038 17.076311 1.459675</w:t>
        <w:br/>
        <w:t>v -0.853276 17.109840 1.479112</w:t>
        <w:br/>
        <w:t>v -0.897393 17.169254 1.482320</w:t>
        <w:br/>
        <w:t>v -0.872149 17.145176 1.489609</w:t>
        <w:br/>
        <w:t>v -0.933053 17.181990 1.444812</w:t>
        <w:br/>
        <w:t>v -0.968826 17.188986 1.351618</w:t>
        <w:br/>
        <w:t>v -0.956211 17.198458 1.244211</w:t>
        <w:br/>
        <w:t>v -0.898742 17.219519 1.158768</w:t>
        <w:br/>
        <w:t>v -0.708836 17.366091 1.115519</w:t>
        <w:br/>
        <w:t>v -0.808698 17.413019 1.127916</w:t>
        <w:br/>
        <w:t>v -0.801965 17.285597 1.128076</w:t>
        <w:br/>
        <w:t>v -0.665582 17.466253 1.101634</w:t>
        <w:br/>
        <w:t>v -0.793222 17.509951 1.125898</w:t>
        <w:br/>
        <w:t>v -0.903676 17.704300 1.126386</w:t>
        <w:br/>
        <w:t>v -1.002238 16.944214 1.540861</w:t>
        <w:br/>
        <w:t>v -0.854038 17.076311 1.459675</w:t>
        <w:br/>
        <w:t>v -0.877096 17.100504 1.437330</w:t>
        <w:br/>
        <w:t>v -0.853276 17.109840 1.479112</w:t>
        <w:br/>
        <w:t>v -0.802290 17.496809 0.996267</w:t>
        <w:br/>
        <w:t>v -0.781918 17.521626 1.021267</w:t>
        <w:br/>
        <w:t>v -0.722289 17.457609 1.041242</w:t>
        <w:br/>
        <w:t>v -0.733580 17.442181 1.025000</w:t>
        <w:br/>
        <w:t>v -0.752903 17.533178 0.989242</w:t>
        <w:br/>
        <w:t>v -0.702366 17.462284 1.023750</w:t>
        <w:br/>
        <w:t>v -0.722289 17.457609 1.041242</w:t>
        <w:br/>
        <w:t>v -0.781918 17.521626 1.021267</w:t>
        <w:br/>
        <w:t>v -0.702366 17.462284 1.023750</w:t>
        <w:br/>
        <w:t>v -0.752903 17.533178 0.989242</w:t>
        <w:br/>
        <w:t>v -0.776884 17.497566 0.948535</w:t>
        <w:br/>
        <w:t>v -0.715069 17.439642 0.998146</w:t>
        <w:br/>
        <w:t>v -0.715069 17.439642 0.998146</w:t>
        <w:br/>
        <w:t>v -0.776884 17.497566 0.948535</w:t>
        <w:br/>
        <w:t>v -0.798743 17.484549 0.960662</w:t>
        <w:br/>
        <w:t>v -0.729258 17.432943 1.003945</w:t>
        <w:br/>
        <w:t>v -0.798743 17.484549 0.960662</w:t>
        <w:br/>
        <w:t>v -0.729258 17.432943 1.003945</w:t>
        <w:br/>
        <w:t>v -0.661847 17.394220 1.078747</w:t>
        <w:br/>
        <w:t>v -0.661847 17.394220 1.078747</w:t>
        <w:br/>
        <w:t>v -0.661847 17.394220 1.078747</w:t>
        <w:br/>
        <w:t>v -0.661847 17.394220 1.078747</w:t>
        <w:br/>
        <w:t>v -0.874648 19.227137 0.187677</w:t>
        <w:br/>
        <w:t>v -0.844780 19.235329 0.368829</w:t>
        <w:br/>
        <w:t>v 0.989373 18.416445 0.161664</w:t>
        <w:br/>
        <w:t>v 0.921525 18.403067 0.220320</w:t>
        <w:br/>
        <w:t>v 0.995381 18.407726 0.163088</w:t>
        <w:br/>
        <w:t>v 1.068738 18.451557 0.097875</w:t>
        <w:br/>
        <w:t>v 1.049327 18.468943 0.105370</w:t>
        <w:br/>
        <w:t>v 0.987762 18.425528 0.165449</w:t>
        <w:br/>
        <w:t>v 0.995381 18.407726 0.163088</w:t>
        <w:br/>
        <w:t>v 0.921525 18.403067 0.220320</w:t>
        <w:br/>
        <w:t>v 1.004174 18.408876 0.173743</w:t>
        <w:br/>
        <w:t>v 1.043569 18.485582 0.123905</w:t>
        <w:br/>
        <w:t>v 1.068738 18.451557 0.097875</w:t>
        <w:br/>
        <w:t>v 1.084251 18.452406 0.118772</w:t>
        <w:br/>
        <w:t>v 0.987762 18.425528 0.165449</w:t>
        <w:br/>
        <w:t>v 0.997754 18.425850 0.177090</w:t>
        <w:br/>
        <w:t>v 0.921525 18.403067 0.220320</w:t>
        <w:br/>
        <w:t>v 0.921525 18.403067 0.220320</w:t>
        <w:br/>
        <w:t>v 1.003038 18.417532 0.177889</w:t>
        <w:br/>
        <w:t>v 1.004174 18.408876 0.173743</w:t>
        <w:br/>
        <w:t>v 0.997754 18.425850 0.177090</w:t>
        <w:br/>
        <w:t>v 1.078580 18.660986 0.043080</w:t>
        <w:br/>
        <w:t>v 1.081341 18.557964 0.062702</w:t>
        <w:br/>
        <w:t>v 1.118475 18.536829 0.036784</w:t>
        <w:br/>
        <w:t>v 1.133364 18.644684 -0.005359</w:t>
        <w:br/>
        <w:t>v 1.084251 18.452406 0.118772</w:t>
        <w:br/>
        <w:t>v 1.081428 18.467594 0.134160</w:t>
        <w:br/>
        <w:t>v 1.043569 18.485582 0.123905</w:t>
        <w:br/>
        <w:t>v 1.068251 18.483543 0.140156</w:t>
        <w:br/>
        <w:t>v 1.069924 18.678970 0.111790</w:t>
        <w:br/>
        <w:t>v 1.072997 18.578197 0.105082</w:t>
        <w:br/>
        <w:t>v 1.133364 18.644684 -0.005359</w:t>
        <w:br/>
        <w:t>v 1.118475 18.536829 0.036784</w:t>
        <w:br/>
        <w:t>v 1.143094 18.537455 0.065787</w:t>
        <w:br/>
        <w:t>v 1.170198 18.646107 0.030602</w:t>
        <w:br/>
        <w:t>v 1.164777 18.664371 0.084536</w:t>
        <w:br/>
        <w:t>v 1.139047 18.556253 0.099549</w:t>
        <w:br/>
        <w:t>v 1.127643 18.681480 0.123006</w:t>
        <w:br/>
        <w:t>v 1.114853 18.575989 0.120421</w:t>
        <w:br/>
        <w:t>v 1.069924 18.678970 0.111790</w:t>
        <w:br/>
        <w:t>v 1.037099 18.786003 0.043026</w:t>
        <w:br/>
        <w:t>v 1.104600 18.786905 -0.021482</w:t>
        <w:br/>
        <w:t>v 1.032983 18.795858 0.139982</w:t>
        <w:br/>
        <w:t>v 1.104600 18.786905 -0.021482</w:t>
        <w:br/>
        <w:t>v 1.166269 18.793961 0.023563</w:t>
        <w:br/>
        <w:t>v 1.155592 18.806002 0.099615</w:t>
        <w:br/>
        <w:t>v 1.032983 18.795858 0.139982</w:t>
        <w:br/>
        <w:t>v 1.105043 18.810911 0.145175</w:t>
        <w:br/>
        <w:t>v 0.952090 18.922253 0.080673</w:t>
        <w:br/>
        <w:t>v 1.031940 18.953808 -0.000685</w:t>
        <w:br/>
        <w:t>v 0.953972 18.921143 0.189012</w:t>
        <w:br/>
        <w:t>v 1.031940 18.953808 -0.000685</w:t>
        <w:br/>
        <w:t>v 1.131848 18.969288 0.054664</w:t>
        <w:br/>
        <w:t>v 1.116038 18.965515 0.149186</w:t>
        <w:br/>
        <w:t>v 1.131848 18.969288 0.054664</w:t>
        <w:br/>
        <w:t>v 0.952582 19.116276 0.047199</w:t>
        <w:br/>
        <w:t>v 0.869071 19.062149 0.146981</w:t>
        <w:br/>
        <w:t>v 0.953972 18.921143 0.189012</w:t>
        <w:br/>
        <w:t>v 1.046898 18.952885 0.197578</w:t>
        <w:br/>
        <w:t>v 0.877476 19.041367 0.252822</w:t>
        <w:br/>
        <w:t>v 1.081855 19.138149 0.109578</w:t>
        <w:br/>
        <w:t>v 0.952582 19.116276 0.047199</w:t>
        <w:br/>
        <w:t>v 1.065629 19.119064 0.214017</w:t>
        <w:br/>
        <w:t>v 1.081855 19.138149 0.109578</w:t>
        <w:br/>
        <w:t>v 0.877476 19.041367 0.252822</w:t>
        <w:br/>
        <w:t>v 0.983522 19.085285 0.271030</w:t>
        <w:br/>
        <w:t>v 1.072997 18.578197 0.105082</w:t>
        <w:br/>
        <w:t>v 0.840734 19.235308 0.368892</w:t>
        <w:br/>
        <w:t>v -1.053624 18.468945 0.105370</w:t>
        <w:br/>
        <w:t>v -1.073034 18.451561 0.097876</w:t>
        <w:br/>
        <w:t>v -1.047866 18.485584 0.123906</w:t>
        <w:br/>
        <w:t>v -1.073034 18.451561 0.097876</w:t>
        <w:br/>
        <w:t>v -1.088548 18.452408 0.118772</w:t>
        <w:br/>
        <w:t>v -1.122772 18.536831 0.036785</w:t>
        <w:br/>
        <w:t>v -1.085637 18.557968 0.062702</w:t>
        <w:br/>
        <w:t>v -1.082877 18.660988 0.043080</w:t>
        <w:br/>
        <w:t>v -1.137660 18.644686 -0.005358</w:t>
        <w:br/>
        <w:t>v -1.088548 18.452408 0.118772</w:t>
        <w:br/>
        <w:t>v -1.085725 18.467598 0.134161</w:t>
        <w:br/>
        <w:t>v -1.072547 18.483547 0.140156</w:t>
        <w:br/>
        <w:t>v -1.047866 18.485584 0.123906</w:t>
        <w:br/>
        <w:t>v -1.077294 18.578201 0.105083</w:t>
        <w:br/>
        <w:t>v -1.074221 18.678972 0.111790</w:t>
        <w:br/>
        <w:t>v -1.072547 18.483547 0.140156</w:t>
        <w:br/>
        <w:t>v -1.147391 18.537457 0.065788</w:t>
        <w:br/>
        <w:t>v -1.122772 18.536831 0.036785</w:t>
        <w:br/>
        <w:t>v -1.137660 18.644686 -0.005358</w:t>
        <w:br/>
        <w:t>v -1.174495 18.646109 0.030602</w:t>
        <w:br/>
        <w:t>v -1.169074 18.664373 0.084536</w:t>
        <w:br/>
        <w:t>v -1.143344 18.556255 0.099549</w:t>
        <w:br/>
        <w:t>v -1.077294 18.578201 0.105083</w:t>
        <w:br/>
        <w:t>v -1.119150 18.575993 0.120421</w:t>
        <w:br/>
        <w:t>v -1.131940 18.681482 0.123007</w:t>
        <w:br/>
        <w:t>v -1.074221 18.678972 0.111790</w:t>
        <w:br/>
        <w:t>v -1.041426 18.786005 0.043027</w:t>
        <w:br/>
        <w:t>v -1.108922 18.786907 -0.021481</w:t>
        <w:br/>
        <w:t>v -1.037313 18.795860 0.139984</w:t>
        <w:br/>
        <w:t>v -1.108922 18.786907 -0.021481</w:t>
        <w:br/>
        <w:t>v -1.170580 18.793962 0.023563</w:t>
        <w:br/>
        <w:t>v -1.170580 18.793962 0.023563</w:t>
        <w:br/>
        <w:t>v -1.159906 18.806004 0.099615</w:t>
        <w:br/>
        <w:t>v -1.037313 18.795860 0.139984</w:t>
        <w:br/>
        <w:t>v -1.109368 18.810913 0.145176</w:t>
        <w:br/>
        <w:t>v -0.956479 18.922255 0.080676</w:t>
        <w:br/>
        <w:t>v -1.036323 18.953810 -0.000682</w:t>
        <w:br/>
        <w:t>v -0.958359 18.921144 0.189016</w:t>
        <w:br/>
        <w:t>v -1.036323 18.953810 -0.000682</w:t>
        <w:br/>
        <w:t>v -1.136203 18.969286 0.054666</w:t>
        <w:br/>
        <w:t>v -1.136203 18.969286 0.054666</w:t>
        <w:br/>
        <w:t>v -1.120398 18.965513 0.149189</w:t>
        <w:br/>
        <w:t>v -1.051272 18.952883 0.197581</w:t>
        <w:br/>
        <w:t>v -0.958359 18.921144 0.189016</w:t>
        <w:br/>
        <w:t>v -0.881919 19.041367 0.252827</w:t>
        <w:br/>
        <w:t>v -0.873524 19.062151 0.146987</w:t>
        <w:br/>
        <w:t>v -0.957073 19.116274 0.047208</w:t>
        <w:br/>
        <w:t>v -1.086305 19.138151 0.109587</w:t>
        <w:br/>
        <w:t>v -1.086305 19.138151 0.109587</w:t>
        <w:br/>
        <w:t>v -1.070076 19.119062 0.214025</w:t>
        <w:br/>
        <w:t>v -0.881919 19.041367 0.252827</w:t>
        <w:br/>
        <w:t>v -0.987988 19.085287 0.271038</w:t>
        <w:br/>
        <w:t>v -0.957073 19.116274 0.047208</w:t>
        <w:br/>
        <w:t>v -0.917070 19.268614 0.098975</w:t>
        <w:br/>
        <w:t>v -0.844780 19.235329 0.368829</w:t>
        <w:br/>
        <w:t>v 0.144028 19.386663 1.091508</w:t>
        <w:br/>
        <w:t>v 0.170208 19.423759 1.109619</w:t>
        <w:br/>
        <w:t>v 0.123468 19.457211 1.172084</w:t>
        <w:br/>
        <w:t>v 0.070421 19.394005 1.127506</w:t>
        <w:br/>
        <w:t>v 0.067136 19.387711 1.164527</w:t>
        <w:br/>
        <w:t>v 0.137732 19.382515 1.113716</w:t>
        <w:br/>
        <w:t>v 0.144028 19.386663 1.091508</w:t>
        <w:br/>
        <w:t>v 0.070421 19.394005 1.127506</w:t>
        <w:br/>
        <w:t>v 0.093116 19.402887 1.196028</w:t>
        <w:br/>
        <w:t>v 0.149623 19.391247 1.130865</w:t>
        <w:br/>
        <w:t>v 0.122681 19.432627 1.197702</w:t>
        <w:br/>
        <w:t>v 0.166998 19.409096 1.125844</w:t>
        <w:br/>
        <w:t>v 0.123468 19.457211 1.172084</w:t>
        <w:br/>
        <w:t>v 0.170208 19.423759 1.109619</w:t>
        <w:br/>
        <w:t>v 0.219258 19.393383 1.059295</w:t>
        <w:br/>
        <w:t>v 0.081138 19.492231 1.235211</w:t>
        <w:br/>
        <w:t>v 0.219258 19.393383 1.059295</w:t>
        <w:br/>
        <w:t>v 0.081138 19.492231 1.235211</w:t>
        <w:br/>
        <w:t>v -0.022533 19.422310 1.186011</w:t>
        <w:br/>
        <w:t>v 0.219258 19.393383 1.059295</w:t>
        <w:br/>
        <w:t>v -0.056970 19.392796 1.154348</w:t>
        <w:br/>
        <w:t>v -0.089757 19.368389 1.114853</w:t>
        <w:br/>
        <w:t>v -0.100024 19.380617 1.055148</w:t>
        <w:br/>
        <w:t>v -0.074519 19.412704 1.081291</w:t>
        <w:br/>
        <w:t>v -0.087209 19.357771 1.047966</w:t>
        <w:br/>
        <w:t>v -0.048364 19.375784 1.067539</w:t>
        <w:br/>
        <w:t>v -0.074519 19.412704 1.081291</w:t>
        <w:br/>
        <w:t>v -0.100024 19.380617 1.055148</w:t>
        <w:br/>
        <w:t>v -0.087209 19.357771 1.047966</w:t>
        <w:br/>
        <w:t>v -0.089757 19.368389 1.114853</w:t>
        <w:br/>
        <w:t>v -0.056970 19.392796 1.154348</w:t>
        <w:br/>
        <w:t>v -0.048364 19.375784 1.067539</w:t>
        <w:br/>
        <w:t>v -0.142642 19.334864 1.011694</w:t>
        <w:br/>
        <w:t>v -0.142642 19.334864 1.011694</w:t>
        <w:br/>
        <w:t>v -0.048364 19.451214 1.105123</w:t>
        <w:br/>
        <w:t>v -0.022533 19.422310 1.186011</w:t>
        <w:br/>
        <w:t>v -0.142642 19.334864 1.011694</w:t>
        <w:br/>
        <w:t>v -0.227964 19.489496 1.157957</w:t>
        <w:br/>
        <w:t>v -0.258166 19.532389 1.170660</w:t>
        <w:br/>
        <w:t>v -0.280499 19.520622 1.193830</w:t>
        <w:br/>
        <w:t>v -0.244015 19.483463 1.177692</w:t>
        <w:br/>
        <w:t>v -0.275541 19.521572 1.222683</w:t>
        <w:br/>
        <w:t>v -0.240755 19.484589 1.191694</w:t>
        <w:br/>
        <w:t>v -0.244015 19.483463 1.177692</w:t>
        <w:br/>
        <w:t>v -0.280499 19.520622 1.193830</w:t>
        <w:br/>
        <w:t>v -0.275541 19.521572 1.222683</w:t>
        <w:br/>
        <w:t>v -0.253083 19.529442 1.208482</w:t>
        <w:br/>
        <w:t>v -0.225516 19.487585 1.183500</w:t>
        <w:br/>
        <w:t>v -0.240755 19.484589 1.191694</w:t>
        <w:br/>
        <w:t>v -0.216948 19.492931 1.169411</w:t>
        <w:br/>
        <w:t>v -0.240780 19.538496 1.179803</w:t>
        <w:br/>
        <w:t>v -0.258166 19.532389 1.170660</w:t>
        <w:br/>
        <w:t>v -0.227964 19.489496 1.157957</w:t>
        <w:br/>
        <w:t>v -0.253083 19.529442 1.208482</w:t>
        <w:br/>
        <w:t>v -0.240780 19.538496 1.179803</w:t>
        <w:br/>
        <w:t>v -0.216948 19.492931 1.169411</w:t>
        <w:br/>
        <w:t>v -0.225516 19.487585 1.183500</w:t>
        <w:br/>
        <w:t>v -0.179177 19.430216 1.122147</w:t>
        <w:br/>
        <w:t>v -0.179177 19.430216 1.122147</w:t>
        <w:br/>
        <w:t>v -0.179177 19.430216 1.122147</w:t>
        <w:br/>
        <w:t>v -0.179177 19.430216 1.122147</w:t>
        <w:br/>
        <w:t>v -0.179177 19.430216 1.122147</w:t>
        <w:br/>
        <w:t>v -0.274242 19.570297 1.228741</w:t>
        <w:br/>
        <w:t>v 0.543245 19.566244 1.057208</w:t>
        <w:br/>
        <w:t>v 0.508212 19.569683 1.025292</w:t>
        <w:br/>
        <w:t>v 0.449018 19.639229 1.071169</w:t>
        <w:br/>
        <w:t>v 0.492188 19.633970 1.111741</w:t>
        <w:br/>
        <w:t>v 0.540868 19.673450 1.108911</w:t>
        <w:br/>
        <w:t>v 0.574381 19.593473 1.052354</w:t>
        <w:br/>
        <w:t>v 0.543245 19.566244 1.057208</w:t>
        <w:br/>
        <w:t>v 0.492188 19.633970 1.111741</w:t>
        <w:br/>
        <w:t>v 0.561734 19.602079 1.015454</w:t>
        <w:br/>
        <w:t>v 0.525185 19.687166 1.055645</w:t>
        <w:br/>
        <w:t>v 0.449018 19.639229 1.071169</w:t>
        <w:br/>
        <w:t>v 0.508212 19.569683 1.025292</w:t>
        <w:br/>
        <w:t>v 0.561734 19.602079 1.015454</w:t>
        <w:br/>
        <w:t>v 0.574381 19.593473 1.052354</w:t>
        <w:br/>
        <w:t>v 0.540868 19.673450 1.108911</w:t>
        <w:br/>
        <w:t>v 0.525185 19.687166 1.055645</w:t>
        <w:br/>
        <w:t>v 0.446627 19.702744 1.155654</w:t>
        <w:br/>
        <w:t>v 0.173974 20.857231 0.565460</w:t>
        <w:br/>
        <w:t>v 0.227885 20.862200 0.566181</w:t>
        <w:br/>
        <w:t>v 0.227885 20.862200 0.566181</w:t>
        <w:br/>
        <w:t>v -0.175873 20.879847 0.599050</w:t>
        <w:br/>
        <w:t>v -0.163899 20.848776 0.514702</w:t>
        <w:br/>
        <w:t>v 0.629847 19.024988 0.106745</w:t>
        <w:br/>
        <w:t>v 0.743061 19.205952 0.086205</w:t>
        <w:br/>
        <w:t>v -0.183655 20.900726 0.612654</w:t>
        <w:br/>
        <w:t>v -0.747567 19.205952 0.086214</w:t>
        <w:br/>
        <w:t>v 0.217048 19.953293 1.152562</w:t>
        <w:br/>
        <w:t>v -0.163899 20.848776 0.514702</w:t>
        <w:br/>
        <w:t>v -0.591200 19.401432 -0.558066</w:t>
        <w:br/>
        <w:t>v -0.406803 19.365725 -0.717948</w:t>
        <w:br/>
        <w:t>v -0.447060 19.554155 -0.895382</w:t>
        <w:br/>
        <w:t>v -0.648931 19.587385 -0.707794</w:t>
        <w:br/>
        <w:t>v -0.437905 19.768604 -1.009655</w:t>
        <w:br/>
        <w:t>v -0.648395 19.780735 -0.823906</w:t>
        <w:br/>
        <w:t>v -0.791048 19.529837 -0.407043</w:t>
        <w:br/>
        <w:t>v -0.792872 19.678078 -0.580110</w:t>
        <w:br/>
        <w:t>v -0.185547 19.550255 -1.000695</w:t>
        <w:br/>
        <w:t>v -0.182124 19.356853 -0.817515</w:t>
        <w:br/>
        <w:t>v -0.498421 19.231710 -0.434656</w:t>
        <w:br/>
        <w:t>v -0.340366 19.195963 -0.548157</w:t>
        <w:br/>
        <w:t>v -0.757187 19.832523 -0.716747</w:t>
        <w:br/>
        <w:t>v -0.181699 19.762629 -1.106476</w:t>
        <w:br/>
        <w:t>v -0.647870 19.306978 -0.315559</w:t>
        <w:br/>
        <w:t>v -0.169633 19.182137 -0.625386</w:t>
        <w:br/>
        <w:t>v -0.401694 19.985027 -1.056753</w:t>
        <w:br/>
        <w:t>v -0.613221 19.975080 -0.891222</w:t>
        <w:br/>
        <w:t>v -0.679284 19.998684 -0.842634</w:t>
        <w:br/>
        <w:t>v -0.919376 19.827875 -0.415180</w:t>
        <w:br/>
        <w:t>v -0.848367 19.926867 -0.612646</w:t>
        <w:br/>
        <w:t>v -0.262800 19.009455 -0.358302</w:t>
        <w:br/>
        <w:t>v -0.364348 19.051111 -0.284295</w:t>
        <w:br/>
        <w:t>v -0.496485 19.134584 -0.222180</w:t>
        <w:br/>
        <w:t>v -0.767179 19.431372 -0.188831</w:t>
        <w:br/>
        <w:t>v 0.000000 19.550617 -1.014165</w:t>
        <w:br/>
        <w:t>v 0.000000 19.353579 -0.833921</w:t>
        <w:br/>
        <w:t>v -0.175242 19.983494 -1.147912</w:t>
        <w:br/>
        <w:t>v -0.147750 18.988533 -0.394212</w:t>
        <w:br/>
        <w:t>v -0.730882 20.054811 -0.795354</w:t>
        <w:br/>
        <w:t>v -0.232248 18.977131 -0.339953</w:t>
        <w:br/>
        <w:t>v -0.321905 18.966425 -0.262962</w:t>
        <w:br/>
        <w:t>v -0.361238 19.012815 -0.242814</w:t>
        <w:br/>
        <w:t>v -0.402356 18.997950 -0.210452</w:t>
        <w:br/>
        <w:t>v -0.433982 19.069834 -0.205580</w:t>
        <w:br/>
        <w:t>v 0.000000 19.763863 -1.119301</w:t>
        <w:br/>
        <w:t>v -0.660960 19.207655 -0.102946</w:t>
        <w:br/>
        <w:t>v -0.128764 18.903025 -0.367744</w:t>
        <w:br/>
        <w:t>v 0.000000 19.174879 -0.643947</w:t>
        <w:br/>
        <w:t>v -0.480360 19.056557 -0.108279</w:t>
        <w:br/>
        <w:t>v -0.868952 19.658026 -0.107605</w:t>
        <w:br/>
        <w:t>v -0.917640 19.744062 -0.248440</w:t>
        <w:br/>
        <w:t>v -0.969563 19.959646 -0.346009</w:t>
        <w:br/>
        <w:t>v -0.898179 20.021847 -0.529940</w:t>
        <w:br/>
        <w:t>v 0.000000 18.978642 -0.408801</w:t>
        <w:br/>
        <w:t>v -0.752652 20.109615 -0.741460</w:t>
        <w:br/>
        <w:t>v 0.000000 18.934910 -0.391551</w:t>
        <w:br/>
        <w:t>v -0.550069 20.180410 -0.927233</w:t>
        <w:br/>
        <w:t>v -0.764381 19.359701 -0.144751</w:t>
        <w:br/>
        <w:t>v -0.351920 20.230566 -1.053318</w:t>
        <w:br/>
        <w:t>v -0.248236 19.102734 -0.063925</w:t>
        <w:br/>
        <w:t>v -0.361238 19.012815 -0.242814</w:t>
        <w:br/>
        <w:t>v -0.402356 18.997950 -0.210452</w:t>
        <w:br/>
        <w:t>v -0.295612 19.077042 -0.059267</w:t>
        <w:br/>
        <w:t>v -0.232248 18.977131 -0.339953</w:t>
        <w:br/>
        <w:t>v -0.321905 18.966425 -0.262962</w:t>
        <w:br/>
        <w:t>v -0.231849 19.079088 -0.108367</w:t>
        <w:br/>
        <w:t>v -0.382147 19.077890 -0.022419</w:t>
        <w:br/>
        <w:t>v -0.614070 19.198000 -0.021270</w:t>
        <w:br/>
        <w:t>v -0.323254 19.131962 -0.055319</w:t>
        <w:br/>
        <w:t>v -0.295612 19.077042 -0.059267</w:t>
        <w:br/>
        <w:t>v -0.402356 18.997950 -0.210452</w:t>
        <w:br/>
        <w:t>v -0.433982 19.069834 -0.205580</w:t>
        <w:br/>
        <w:t>v -0.161739 19.017498 -0.123068</w:t>
        <w:br/>
        <w:t>v -0.128764 18.903025 -0.367744</w:t>
        <w:br/>
        <w:t>v 0.000000 19.984577 -1.162053</w:t>
        <w:br/>
        <w:t>v -0.970962 19.906176 -0.184692</w:t>
        <w:br/>
        <w:t>v -0.764381 19.359701 -0.144751</w:t>
        <w:br/>
        <w:t>v -0.619617 20.196848 -0.874539</w:t>
        <w:br/>
        <w:t>v -0.382147 19.077890 -0.022419</w:t>
        <w:br/>
        <w:t>v -0.323254 19.131962 -0.055319</w:t>
        <w:br/>
        <w:t>v -0.433982 19.069834 -0.205580</w:t>
        <w:br/>
        <w:t>v -0.480360 19.056557 -0.108279</w:t>
        <w:br/>
        <w:t>v 0.182124 19.356855 -0.817516</w:t>
        <w:br/>
        <w:t>v 0.185546 19.550255 -1.000695</w:t>
        <w:br/>
        <w:t>v 0.000000 19.550617 -1.014165</w:t>
        <w:br/>
        <w:t>v 0.000000 19.353579 -0.833921</w:t>
        <w:br/>
        <w:t>v -0.859846 20.035137 -0.503014</w:t>
        <w:br/>
        <w:t>v -0.898179 20.021847 -0.529940</w:t>
        <w:br/>
        <w:t>v -0.752652 20.109615 -0.741460</w:t>
        <w:br/>
        <w:t>v -0.719778 20.120819 -0.705444</w:t>
        <w:br/>
        <w:t>v 0.169634 19.182137 -0.625386</w:t>
        <w:br/>
        <w:t>v 0.000000 19.174879 -0.643947</w:t>
        <w:br/>
        <w:t>v 0.000000 19.027552 -0.111902</w:t>
        <w:br/>
        <w:t>v 0.000000 18.934910 -0.391551</w:t>
        <w:br/>
        <w:t>v -0.077803 18.991083 -0.132336</w:t>
        <w:br/>
        <w:t>v -0.928057 19.974165 -0.326053</w:t>
        <w:br/>
        <w:t>v -0.969563 19.959646 -0.346009</w:t>
        <w:br/>
        <w:t>v -0.170495 20.220081 -1.129678</w:t>
        <w:br/>
        <w:t>v 0.147751 18.988533 -0.394212</w:t>
        <w:br/>
        <w:t>v 0.000000 18.978642 -0.408801</w:t>
        <w:br/>
        <w:t>v 0.000000 18.934910 -0.391551</w:t>
        <w:br/>
        <w:t>v 0.128765 18.903025 -0.367744</w:t>
        <w:br/>
        <w:t>v -0.619617 20.196848 -0.874539</w:t>
        <w:br/>
        <w:t>v -0.577811 19.507862 -0.101859</w:t>
        <w:br/>
        <w:t>v -0.614070 19.198000 -0.021270</w:t>
        <w:br/>
        <w:t>v -0.764381 19.359701 -0.144751</w:t>
        <w:br/>
        <w:t>v -0.719778 20.120819 -0.705444</w:t>
        <w:br/>
        <w:t>v -0.796394 20.210783 -0.721991</w:t>
        <w:br/>
        <w:t>v -0.964629 20.160044 -0.510204</w:t>
        <w:br/>
        <w:t>v -0.859846 20.035137 -0.503014</w:t>
        <w:br/>
        <w:t>v 0.181699 19.762629 -1.106476</w:t>
        <w:br/>
        <w:t>v 0.000000 19.763863 -1.119301</w:t>
        <w:br/>
        <w:t>v -0.634243 20.279501 -0.871915</w:t>
        <w:br/>
        <w:t>v -0.834578 20.295240 -0.709790</w:t>
        <w:br/>
        <w:t>v -0.928057 19.974165 -0.326053</w:t>
        <w:br/>
        <w:t>v -0.473065 19.264601 -0.097450</w:t>
        <w:br/>
        <w:t>v -0.382147 19.077890 -0.022419</w:t>
        <w:br/>
        <w:t>v -0.671302 20.379112 -0.867700</w:t>
        <w:br/>
        <w:t>v -0.937250 19.919210 -0.172763</w:t>
        <w:br/>
        <w:t>v -0.970962 19.906176 -0.184692</w:t>
        <w:br/>
        <w:t>v -1.055023 20.276836 -0.295323</w:t>
        <w:br/>
        <w:t>v -1.036862 20.122910 -0.318597</w:t>
        <w:br/>
        <w:t>v -0.984676 20.281960 -0.494239</w:t>
        <w:br/>
        <w:t>v -0.764381 19.359701 -0.144751</w:t>
        <w:br/>
        <w:t>v -0.713233 19.452930 0.004185</w:t>
        <w:br/>
        <w:t>v -0.577811 19.507862 -0.101859</w:t>
        <w:br/>
        <w:t>v -0.923860 19.853794 -0.052672</w:t>
        <w:br/>
        <w:t>v -0.577811 19.507862 -0.101859</w:t>
        <w:br/>
        <w:t>v -0.442651 19.374853 -0.219295</w:t>
        <w:br/>
        <w:t>v -0.371467 19.216074 -0.147949</w:t>
        <w:br/>
        <w:t>v -0.399171 20.467167 -0.970563</w:t>
        <w:br/>
        <w:t>v -0.323254 19.131962 -0.055319</w:t>
        <w:br/>
        <w:t>v 0.000000 19.027552 -0.111902</w:t>
        <w:br/>
        <w:t>v 0.077804 18.991083 -0.132336</w:t>
        <w:br/>
        <w:t>v 0.128765 18.903025 -0.367744</w:t>
        <w:br/>
        <w:t>v 0.000000 18.934910 -0.391551</w:t>
        <w:br/>
        <w:t>v 0.000000 20.219543 -1.146493</w:t>
        <w:br/>
        <w:t>v -0.295612 19.077042 -0.059267</w:t>
        <w:br/>
        <w:t>v -0.931529 20.341019 -0.432296</w:t>
        <w:br/>
        <w:t>v -0.834578 20.295240 -0.709790</w:t>
        <w:br/>
        <w:t>v -0.794833 20.333101 -0.664742</w:t>
        <w:br/>
        <w:t>v -0.371467 19.216074 -0.147949</w:t>
        <w:br/>
        <w:t>v -0.248236 19.102734 -0.063925</w:t>
        <w:br/>
        <w:t>v -0.295612 19.077042 -0.059267</w:t>
        <w:br/>
        <w:t>v -0.165499 20.410622 -1.068719</w:t>
        <w:br/>
        <w:t>v -0.297348 20.439350 -1.014458</w:t>
        <w:br/>
        <w:t>v -0.204257 19.194565 -0.172181</w:t>
        <w:br/>
        <w:t>v -0.242915 19.339529 -0.277263</w:t>
        <w:br/>
        <w:t>v -0.640688 20.409792 -0.819674</w:t>
        <w:br/>
        <w:t>v -0.671302 20.379112 -0.867700</w:t>
        <w:br/>
        <w:t>v -0.713233 19.452930 0.004185</w:t>
        <w:br/>
        <w:t>v -0.751529 19.470179 0.088559</w:t>
        <w:br/>
        <w:t>v 0.175242 19.983494 -1.147912</w:t>
        <w:br/>
        <w:t>v 0.000000 19.984577 -1.162053</w:t>
        <w:br/>
        <w:t>v 0.262800 19.009455 -0.358302</w:t>
        <w:br/>
        <w:t>v 0.232249 18.977131 -0.339953</w:t>
        <w:br/>
        <w:t>v -0.231849 19.079088 -0.108367</w:t>
        <w:br/>
        <w:t>v -0.161739 19.017498 -0.123068</w:t>
        <w:br/>
        <w:t>v -0.077803 18.991083 -0.132336</w:t>
        <w:br/>
        <w:t>v -0.904625 19.861958 -0.047514</w:t>
        <w:br/>
        <w:t>v -0.923860 19.853794 -0.052672</w:t>
        <w:br/>
        <w:t>v -0.751529 19.470179 0.088559</w:t>
        <w:br/>
        <w:t>v 0.340366 19.195963 -0.548157</w:t>
        <w:br/>
        <w:t>v 0.406804 19.365725 -0.717948</w:t>
        <w:br/>
        <w:t>v 0.447060 19.554155 -0.895382</w:t>
        <w:br/>
        <w:t>v -1.027918 20.091946 -0.138042</w:t>
        <w:br/>
        <w:t>v -0.992783 20.356745 -0.235856</w:t>
        <w:br/>
        <w:t>v -0.485868 20.526272 -1.062364</w:t>
        <w:br/>
        <w:t>v -0.614171 20.612873 -0.963808</w:t>
        <w:br/>
        <w:t>v -0.690762 20.602516 -0.837877</w:t>
        <w:br/>
        <w:t>v -0.568318 20.510366 -0.961471</w:t>
        <w:br/>
        <w:t>v -0.632419 20.569767 -0.826876</w:t>
        <w:br/>
        <w:t>v -0.813207 20.426254 -0.655425</w:t>
        <w:br/>
        <w:t>v -0.640688 20.409792 -0.819674</w:t>
        <w:br/>
        <w:t>v -0.822437 19.794159 0.088593</w:t>
        <w:br/>
        <w:t>v -0.519492 20.503353 -0.921501</w:t>
        <w:br/>
        <w:t>v -0.399171 20.467167 -0.970563</w:t>
        <w:br/>
        <w:t>v -0.372279 20.452713 -1.066930</w:t>
        <w:br/>
        <w:t>v -0.568318 20.510366 -0.961471</w:t>
        <w:br/>
        <w:t>v 0.231849 19.079088 -0.108367</w:t>
        <w:br/>
        <w:t>v 0.232249 18.977131 -0.339953</w:t>
        <w:br/>
        <w:t>v 0.161740 19.017498 -0.123068</w:t>
        <w:br/>
        <w:t>v 0.437905 19.768604 -1.009655</w:t>
        <w:br/>
        <w:t>v 0.000000 19.027552 -0.111902</w:t>
        <w:br/>
        <w:t>v 0.000000 19.207205 -0.158291</w:t>
        <w:br/>
        <w:t>v -0.680420 20.679689 -0.681977</w:t>
        <w:br/>
        <w:t>v -0.632419 20.569767 -0.826876</w:t>
        <w:br/>
        <w:t>v -0.690762 20.602516 -0.837877</w:t>
        <w:br/>
        <w:t>v 0.000000 19.342815 -0.294450</w:t>
        <w:br/>
        <w:t>v -0.788575 20.451036 -0.632886</w:t>
        <w:br/>
        <w:t>v -0.904625 19.861958 -0.047514</w:t>
        <w:br/>
        <w:t>v -0.941197 20.064396 -0.003749</w:t>
        <w:br/>
        <w:t>v -0.476563 20.645170 -1.079469</w:t>
        <w:br/>
        <w:t>v -0.534375 20.665956 -0.998155</w:t>
        <w:br/>
        <w:t>v 0.364348 19.051111 -0.284295</w:t>
        <w:br/>
        <w:t>v 0.321906 18.966425 -0.262962</w:t>
        <w:br/>
        <w:t>v -0.822437 19.794159 0.088593</w:t>
        <w:br/>
        <w:t>v 0.000000 20.219543 -1.146493</w:t>
        <w:br/>
        <w:t>v 0.170496 20.220081 -1.129677</w:t>
        <w:br/>
        <w:t>v 0.204258 19.194565 -0.172181</w:t>
        <w:br/>
        <w:t>v 0.077804 18.991083 -0.132336</w:t>
        <w:br/>
        <w:t>v 0.401694 19.985027 -1.056753</w:t>
        <w:br/>
        <w:t>v -0.632419 20.569767 -0.826876</w:t>
        <w:br/>
        <w:t>v -0.650506 20.542240 -0.730380</w:t>
        <w:br/>
        <w:t>v -0.263712 20.670019 -1.138872</w:t>
        <w:br/>
        <w:t>v -0.379124 20.592381 -1.131471</w:t>
        <w:br/>
        <w:t>v -0.972286 20.361187 -0.058323</w:t>
        <w:br/>
        <w:t>v -1.028381 20.268530 -0.101223</w:t>
        <w:br/>
        <w:t>v -0.651629 20.704630 -0.675458</w:t>
        <w:br/>
        <w:t>v -0.680420 20.679689 -0.681977</w:t>
        <w:br/>
        <w:t>v -0.690762 20.602516 -0.837877</w:t>
        <w:br/>
        <w:t>v -0.667555 20.676062 -0.749680</w:t>
        <w:br/>
        <w:t>v 0.498421 19.231710 -0.434656</w:t>
        <w:br/>
        <w:t>v -0.534375 20.665956 -0.998155</w:t>
        <w:br/>
        <w:t>v -0.610710 20.718039 -0.960454</w:t>
        <w:br/>
        <w:t>v -0.698706 20.705940 -0.833952</w:t>
        <w:br/>
        <w:t>v -0.629983 20.652025 -0.882001</w:t>
        <w:br/>
        <w:t>v -0.302732 20.488773 -1.127205</w:t>
        <w:br/>
        <w:t>v -0.137645 20.464224 -1.138908</w:t>
        <w:br/>
        <w:t>v -0.203545 20.560081 -1.155796</w:t>
        <w:br/>
        <w:t>v -0.929618 20.254133 0.054430</w:t>
        <w:br/>
        <w:t>v -0.370006 20.692709 -1.084594</w:t>
        <w:br/>
        <w:t>v -0.650506 20.542240 -0.730380</w:t>
        <w:br/>
        <w:t>v -0.680420 20.679689 -0.681977</w:t>
        <w:br/>
        <w:t>v 0.321906 18.966425 -0.262962</w:t>
        <w:br/>
        <w:t>v 0.161740 19.017498 -0.123068</w:t>
        <w:br/>
        <w:t>v -0.871500 20.608740 -0.429092</w:t>
        <w:br/>
        <w:t>v -0.958096 20.554214 -0.255677</w:t>
        <w:br/>
        <w:t>v -0.696546 20.791216 -0.883813</w:t>
        <w:br/>
        <w:t>v 0.361239 19.012815 -0.242814</w:t>
        <w:br/>
        <w:t>v 0.242916 19.339529 -0.277263</w:t>
        <w:br/>
        <w:t>v -0.316297 20.766605 -0.993253</w:t>
        <w:br/>
        <w:t>v -0.385994 20.824709 -0.974558</w:t>
        <w:br/>
        <w:t>v -0.469205 20.745377 -1.026877</w:t>
        <w:br/>
        <w:t>v 0.248237 19.102734 -0.063925</w:t>
        <w:br/>
        <w:t>v 0.361239 19.012815 -0.242814</w:t>
        <w:br/>
        <w:t>v -0.057531 20.452969 -1.178983</w:t>
        <w:br/>
        <w:t>v 0.036010 20.534622 -1.180567</w:t>
        <w:br/>
        <w:t>v -0.036634 20.529705 -1.147109</w:t>
        <w:br/>
        <w:t>v -0.704777 20.729805 -0.677434</w:t>
        <w:br/>
        <w:t>v -0.667555 20.676062 -0.749680</w:t>
        <w:br/>
        <w:t>v 0.591201 19.401432 -0.558066</w:t>
        <w:br/>
        <w:t>v 0.402357 18.997950 -0.210452</w:t>
        <w:br/>
        <w:t>v 0.231849 19.079088 -0.108367</w:t>
        <w:br/>
        <w:t>v 0.351920 20.230566 -1.053318</w:t>
        <w:br/>
        <w:t>v 0.043830 20.603674 -1.110468</w:t>
        <w:br/>
        <w:t>v -0.107830 20.636728 -1.133085</w:t>
        <w:br/>
        <w:t>v 0.648932 19.587385 -0.707794</w:t>
        <w:br/>
        <w:t>v 0.209903 20.586460 -1.174265</w:t>
        <w:br/>
        <w:t>v 0.146526 20.479303 -1.177428</w:t>
        <w:br/>
        <w:t>v -0.460412 20.848192 -0.912862</w:t>
        <w:br/>
        <w:t>v -0.647270 20.873344 -0.878268</w:t>
        <w:br/>
        <w:t>v 0.433983 19.069834 -0.205580</w:t>
        <w:br/>
        <w:t>v 0.295613 19.077042 -0.059267</w:t>
        <w:br/>
        <w:t>v 0.402357 18.997950 -0.210452</w:t>
        <w:br/>
        <w:t>v 0.146127 20.406317 -1.129244</w:t>
        <w:br/>
        <w:t>v 0.009219 20.395462 -1.150478</w:t>
        <w:br/>
        <w:t>v 0.000712 20.394011 -1.092125</w:t>
        <w:br/>
        <w:t>v 0.127803 20.400427 -1.076965</w:t>
        <w:br/>
        <w:t>v 0.371468 19.216074 -0.147949</w:t>
        <w:br/>
        <w:t>v 0.248237 19.102734 -0.063925</w:t>
        <w:br/>
        <w:t>v -0.759185 20.784494 -0.736602</w:t>
        <w:br/>
        <w:t>v -0.747469 20.826824 -0.572442</w:t>
        <w:br/>
        <w:t>v -0.737452 20.917570 -0.762727</w:t>
        <w:br/>
        <w:t>v -0.903688 20.360632 0.076181</w:t>
        <w:br/>
        <w:t>v 0.648395 19.780735 -0.823906</w:t>
        <w:br/>
        <w:t>v -0.958958 20.532274 -0.066675</w:t>
        <w:br/>
        <w:t>v 0.323254 19.131962 -0.055319</w:t>
        <w:br/>
        <w:t>v 0.433983 19.069834 -0.205580</w:t>
        <w:br/>
        <w:t>v 0.402357 18.997950 -0.210452</w:t>
        <w:br/>
        <w:t>v 0.295613 19.077042 -0.059267</w:t>
        <w:br/>
        <w:t>v -0.835415 20.243868 0.165765</w:t>
        <w:br/>
        <w:t>v -0.824124 20.038506 0.122135</w:t>
        <w:br/>
        <w:t>v 0.647871 19.306978 -0.315559</w:t>
        <w:br/>
        <w:t>v 0.496486 19.134584 -0.222180</w:t>
        <w:br/>
        <w:t>v 0.104971 20.621132 -1.135143</w:t>
        <w:br/>
        <w:t>v 0.442651 19.374853 -0.219295</w:t>
        <w:br/>
        <w:t>v -0.462448 20.861118 -0.851927</w:t>
        <w:br/>
        <w:t>v -0.617381 20.898075 -0.811924</w:t>
        <w:br/>
        <w:t>v -0.678256 20.966143 -0.678204</w:t>
        <w:br/>
        <w:t>v 0.613222 19.975080 -0.891222</w:t>
        <w:br/>
        <w:t>v 0.295613 19.077042 -0.059267</w:t>
        <w:br/>
        <w:t>v -0.801191 20.769495 -0.380191</w:t>
        <w:br/>
        <w:t>v -0.883516 20.741659 -0.223105</w:t>
        <w:br/>
        <w:t>v -0.109516 20.786572 -0.878725</w:t>
        <w:br/>
        <w:t>v -0.286045 20.710485 -0.990648</w:t>
        <w:br/>
        <w:t>v -0.235084 20.727978 -1.031713</w:t>
        <w:br/>
        <w:t>v 0.382148 19.077890 -0.022419</w:t>
        <w:br/>
        <w:t>v 0.480360 19.056557 -0.108279</w:t>
        <w:br/>
        <w:t>v 0.433983 19.069834 -0.205580</w:t>
        <w:br/>
        <w:t>v 0.323254 19.131962 -0.055319</w:t>
        <w:br/>
        <w:t>v 0.480360 19.056557 -0.108279</w:t>
        <w:br/>
        <w:t>v 0.295613 19.077042 -0.059267</w:t>
        <w:br/>
        <w:t>v 0.371468 19.216074 -0.147949</w:t>
        <w:br/>
        <w:t>v 0.323254 19.131962 -0.055319</w:t>
        <w:br/>
        <w:t>v 0.241380 20.681145 -1.134523</w:t>
        <w:br/>
        <w:t>v -0.286045 20.710485 -0.990648</w:t>
        <w:br/>
        <w:t>v -0.109516 20.786572 -0.878725</w:t>
        <w:br/>
        <w:t>v 0.315973 20.503536 -1.124704</w:t>
        <w:br/>
        <w:t>v -0.043166 20.797358 -0.896476</w:t>
        <w:br/>
        <w:t>v -0.147251 20.723253 -1.059235</w:t>
        <w:br/>
        <w:t>v -0.137508 20.812002 -0.873017</w:t>
        <w:br/>
        <w:t>v -0.171332 20.844326 -0.867959</w:t>
        <w:br/>
        <w:t>v -0.217622 20.850489 -0.841572</w:t>
        <w:br/>
        <w:t>v 0.791049 19.529833 -0.407042</w:t>
        <w:br/>
        <w:t>v -0.748180 20.956018 -0.598121</w:t>
        <w:br/>
        <w:t>v -0.462448 20.861118 -0.851927</w:t>
        <w:br/>
        <w:t>v -0.448034 20.929914 -0.840394</w:t>
        <w:br/>
        <w:t>v -0.591366 20.992485 -0.786916</w:t>
        <w:br/>
        <w:t>v 0.550071 20.180410 -0.927233</w:t>
        <w:br/>
        <w:t>v -0.906448 20.700787 -0.041944</w:t>
        <w:br/>
        <w:t>v -0.894770 20.513119 0.077773</w:t>
        <w:br/>
        <w:t>v -0.231211 20.855335 -0.806625</w:t>
        <w:br/>
        <w:t>v 0.022446 20.791325 -0.887188</w:t>
        <w:br/>
        <w:t>v -0.023632 20.704142 -1.047979</w:t>
        <w:br/>
        <w:t>v 0.323254 19.131962 -0.055319</w:t>
        <w:br/>
        <w:t>v 0.473066 19.264601 -0.097450</w:t>
        <w:br/>
        <w:t>v 0.382148 19.077890 -0.022419</w:t>
        <w:br/>
        <w:t>v -0.818740 20.357513 0.188683</w:t>
        <w:br/>
        <w:t>v 0.660961 19.207655 -0.102946</w:t>
        <w:br/>
        <w:t>v 0.382148 19.077890 -0.022419</w:t>
        <w:br/>
        <w:t>v 0.614071 19.198000 -0.021270</w:t>
        <w:br/>
        <w:t>v 0.577811 19.507862 -0.101859</w:t>
        <w:br/>
        <w:t>v 0.792872 19.678078 -0.580110</w:t>
        <w:br/>
        <w:t>v 0.088421 20.668116 -1.024652</w:t>
        <w:br/>
        <w:t>v -0.231211 20.855335 -0.806625</w:t>
        <w:br/>
        <w:t>v -0.222131 20.888577 -0.802332</w:t>
        <w:br/>
        <w:t>v 0.767180 19.431372 -0.188830</w:t>
        <w:br/>
        <w:t>v -0.745271 20.822460 -0.341007</w:t>
        <w:br/>
        <w:t>v -0.814543 20.794960 -0.187196</w:t>
        <w:br/>
        <w:t>v 0.347911 20.611620 -1.123799</w:t>
        <w:br/>
        <w:t>v 0.614071 19.198000 -0.021270</w:t>
        <w:br/>
        <w:t>v 0.757188 19.832523 -0.716747</w:t>
        <w:br/>
        <w:t>v -0.649912 21.001625 -0.523351</w:t>
        <w:br/>
        <w:t>v -0.650698 21.041506 -0.642755</w:t>
        <w:br/>
        <w:t>v -0.422474 21.027636 -0.804612</w:t>
        <w:br/>
        <w:t>v 0.679284 19.998684 -0.842634</w:t>
        <w:br/>
        <w:t>v -0.785141 20.470085 0.223569</w:t>
        <w:br/>
        <w:t>v 0.130914 20.699078 -1.041570</w:t>
        <w:br/>
        <w:t>v 0.093954 20.793545 -0.880902</w:t>
        <w:br/>
        <w:t>v 0.074469 20.769505 -0.874140</w:t>
        <w:br/>
        <w:t>v 0.088421 20.668116 -1.024652</w:t>
        <w:br/>
        <w:t>v -0.545990 21.012812 -0.430096</w:t>
        <w:br/>
        <w:t>v -0.663202 20.976086 -0.436933</w:t>
        <w:br/>
        <w:t>v -0.846482 20.746996 -0.016252</w:t>
        <w:br/>
        <w:t>v 0.327901 20.445484 -1.006225</w:t>
        <w:br/>
        <w:t>v 0.377963 20.432684 -0.988613</w:t>
        <w:br/>
        <w:t>v 0.444537 20.443781 -1.043940</w:t>
        <w:br/>
        <w:t>v 0.364136 20.457006 -1.043824</w:t>
        <w:br/>
        <w:t>v -0.858972 20.647379 0.082106</w:t>
        <w:br/>
        <w:t>v -0.214212 20.938692 -0.785938</w:t>
        <w:br/>
        <w:t>v -0.551677 21.104153 -0.733584</w:t>
        <w:br/>
        <w:t>v -0.744609 20.888037 -0.337109</w:t>
        <w:br/>
        <w:t>v -0.818700 20.862074 -0.172034</w:t>
        <w:br/>
        <w:t>v 0.133736 20.840160 -0.867585</w:t>
        <w:br/>
        <w:t>v 0.220533 20.771347 -1.028425</w:t>
        <w:br/>
        <w:t>v 0.730882 20.054811 -0.795354</w:t>
        <w:br/>
        <w:t>v -0.823923 20.676315 0.093669</w:t>
        <w:br/>
        <w:t>v 0.469331 20.465551 -0.937016</w:t>
        <w:br/>
        <w:t>v 0.537555 20.475039 -0.997001</w:t>
        <w:br/>
        <w:t>v -0.849897 20.801485 0.001165</w:t>
        <w:br/>
        <w:t>v 0.351221 20.713036 -1.076772</w:t>
        <w:br/>
        <w:t>v 0.444475 20.631458 -1.065370</w:t>
        <w:br/>
        <w:t>v -0.738339 20.575918 0.282776</w:t>
        <w:br/>
        <w:t>v 0.752654 20.109615 -0.741461</w:t>
        <w:br/>
        <w:t>v 0.619617 20.196846 -0.874539</w:t>
        <w:br/>
        <w:t>v 0.848368 19.926867 -0.612646</w:t>
        <w:br/>
        <w:t>v 0.764382 19.359701 -0.144752</w:t>
        <w:br/>
        <w:t>v -0.608463 21.069721 -0.476174</w:t>
        <w:br/>
        <w:t>v -0.496811 21.072329 -0.383757</w:t>
        <w:br/>
        <w:t>v -0.545990 21.012812 -0.430096</w:t>
        <w:br/>
        <w:t>v -0.400078 21.088037 -0.722860</w:t>
        <w:br/>
        <w:t>v -0.218284 20.970379 -0.737933</w:t>
        <w:br/>
        <w:t>v -0.581538 21.154980 -0.589122</w:t>
        <w:br/>
        <w:t>v -0.480084 21.180206 -0.652319</w:t>
        <w:br/>
        <w:t>v -0.827618 20.708542 0.106021</w:t>
        <w:br/>
        <w:t>v 0.764382 19.359701 -0.144752</w:t>
        <w:br/>
        <w:t>v 0.919377 19.827875 -0.415180</w:t>
        <w:br/>
        <w:t>v 0.182675 20.854364 -0.832638</w:t>
        <w:br/>
        <w:t>v 0.310015 20.796144 -0.973623</w:t>
        <w:br/>
        <w:t>v -0.708179 20.983809 -0.120204</w:t>
        <w:br/>
        <w:t>v -0.734159 20.938980 0.065380</w:t>
        <w:br/>
        <w:t>v 0.466233 20.764042 -1.041146</w:t>
        <w:br/>
        <w:t>v 0.437293 20.727346 -1.017430</w:t>
        <w:br/>
        <w:t>v 0.503605 20.650843 -1.080027</w:t>
        <w:br/>
        <w:t>v 0.719779 20.120823 -0.705444</w:t>
        <w:br/>
        <w:t>v 0.619617 20.196846 -0.874539</w:t>
        <w:br/>
        <w:t>v 0.752654 20.109615 -0.741461</w:t>
        <w:br/>
        <w:t>v 0.917640 19.744062 -0.248440</w:t>
        <w:br/>
        <w:t>v 0.719779 20.120823 -0.705444</w:t>
        <w:br/>
        <w:t>v 0.796395 20.210785 -0.721990</w:t>
        <w:br/>
        <w:t>v -0.208816 20.973196 -0.708119</w:t>
        <w:br/>
        <w:t>v -0.363497 21.093061 -0.680591</w:t>
        <w:br/>
        <w:t>v 0.898180 20.021849 -0.529940</w:t>
        <w:br/>
        <w:t>v -0.459816 21.260702 -0.530310</w:t>
        <w:br/>
        <w:t>v 0.000974 20.900478 -0.742638</w:t>
        <w:br/>
        <w:t>v 0.713233 19.452930 0.004185</w:t>
        <w:br/>
        <w:t>v 0.764382 19.359701 -0.144752</w:t>
        <w:br/>
        <w:t>v 0.577811 19.507862 -0.101859</w:t>
        <w:br/>
        <w:t>v 0.868952 19.658026 -0.107605</w:t>
        <w:br/>
        <w:t>v 0.713233 19.452930 0.004185</w:t>
        <w:br/>
        <w:t>v -0.418546 21.182817 -0.623362</w:t>
        <w:br/>
        <w:t>v 0.486843 20.821705 -1.024767</w:t>
        <w:br/>
        <w:t>v 0.568743 20.717632 -1.048041</w:t>
        <w:br/>
        <w:t>v 0.074469 20.769505 -0.874140</w:t>
        <w:br/>
        <w:t>v -0.706425 20.852829 0.200765</w:t>
        <w:br/>
        <w:t>v -0.166798 20.997414 -0.716266</w:t>
        <w:br/>
        <w:t>v -0.284351 21.140358 -0.693740</w:t>
        <w:br/>
        <w:t>v -0.363497 21.093061 -0.680591</w:t>
        <w:br/>
        <w:t>v -0.208816 20.973196 -0.708119</w:t>
        <w:br/>
        <w:t>v 0.526663 20.522030 -0.876361</w:t>
        <w:br/>
        <w:t>v 0.537416 20.504725 -0.915503</w:t>
        <w:br/>
        <w:t>v 0.648433 20.389246 -0.887743</w:t>
        <w:br/>
        <w:t>v 0.619092 20.418991 -0.839304</w:t>
        <w:br/>
        <w:t>v 0.379386 20.798813 -0.922307</w:t>
        <w:br/>
        <w:t>v 0.219247 20.853252 -0.803229</w:t>
        <w:br/>
        <w:t>v 0.834578 20.295240 -0.709790</w:t>
        <w:br/>
        <w:t>v 0.648433 20.389246 -0.887743</w:t>
        <w:br/>
        <w:t>v 0.634243 20.279501 -0.871915</w:t>
        <w:br/>
        <w:t>v -0.126229 21.021336 -0.712032</w:t>
        <w:br/>
        <w:t>v 0.859847 20.035137 -0.503014</w:t>
        <w:br/>
        <w:t>v 0.898180 20.021849 -0.529940</w:t>
        <w:br/>
        <w:t>v -0.614083 20.721838 0.370380</w:t>
        <w:br/>
        <w:t>v 0.751529 19.470179 0.088559</w:t>
        <w:br/>
        <w:t>v -0.314231 21.245546 -0.624176</w:t>
        <w:br/>
        <w:t>v 0.591988 20.584356 -1.029518</w:t>
        <w:br/>
        <w:t>v 0.672202 20.659945 -0.954486</w:t>
        <w:br/>
        <w:t>v 0.628722 20.798908 -0.985289</w:t>
        <w:br/>
        <w:t>v -0.084998 21.040838 -0.671939</w:t>
        <w:br/>
        <w:t>v -0.502715 20.989180 -0.445234</w:t>
        <w:br/>
        <w:t>v -0.423031 21.032610 -0.421633</w:t>
        <w:br/>
        <w:t>v -0.483915 21.074417 -0.268763</w:t>
        <w:br/>
        <w:t>v -0.524925 21.050978 -0.281637</w:t>
        <w:br/>
        <w:t>v 0.000974 20.900478 -0.742638</w:t>
        <w:br/>
        <w:t>v 0.219247 20.853252 -0.803229</w:t>
        <w:br/>
        <w:t>v 0.199049 20.877293 -0.808439</w:t>
        <w:br/>
        <w:t>v 0.834578 20.295240 -0.709790</w:t>
        <w:br/>
        <w:t>v 0.794833 20.333099 -0.664742</w:t>
        <w:br/>
        <w:t>v 0.194602 20.931992 -0.790007</w:t>
        <w:br/>
        <w:t>v -0.204031 21.182262 -0.688839</w:t>
        <w:br/>
        <w:t>v -0.056844 21.033974 -0.621880</w:t>
        <w:br/>
        <w:t>v 0.859847 20.035137 -0.503014</w:t>
        <w:br/>
        <w:t>v 0.022696 21.047104 -0.686227</w:t>
        <w:br/>
        <w:t>v -0.053259 21.040268 -0.647389</w:t>
        <w:br/>
        <w:t>v 0.199848 20.957153 -0.759716</w:t>
        <w:br/>
        <w:t>v -0.053259 21.040268 -0.647389</w:t>
        <w:br/>
        <w:t>v -0.056844 21.033974 -0.621880</w:t>
        <w:br/>
        <w:t>v -0.524620 21.170208 -0.429776</w:t>
        <w:br/>
        <w:t>v 0.379386 20.798813 -0.922307</w:t>
        <w:br/>
        <w:t>v 0.381410 20.848768 -0.943481</w:t>
        <w:br/>
        <w:t>v 0.000974 20.900478 -0.742638</w:t>
        <w:br/>
        <w:t>v 0.199848 20.957153 -0.759716</w:t>
        <w:br/>
        <w:t>v 0.211765 20.928123 -0.727884</w:t>
        <w:br/>
        <w:t>v 0.193941 20.948683 -0.731963</w:t>
        <w:br/>
        <w:t>v 0.167598 20.993317 -0.711632</w:t>
        <w:br/>
        <w:t>v 0.211765 20.928123 -0.727884</w:t>
        <w:br/>
        <w:t>v 0.088058 21.043373 -0.658106</w:t>
        <w:br/>
        <w:t>v 0.139120 21.024532 -0.673884</w:t>
        <w:br/>
        <w:t>v 0.969563 19.959646 -0.346009</w:t>
        <w:br/>
        <w:t>v 0.525863 20.906919 -0.978024</w:t>
        <w:br/>
        <w:t>v 0.115025 21.026344 -0.643184</w:t>
        <w:br/>
        <w:t>v 0.115025 21.026344 -0.643184</w:t>
        <w:br/>
        <w:t>v -0.552930 21.040964 0.132928</w:t>
        <w:br/>
        <w:t>v -0.541148 21.070921 -0.061972</w:t>
        <w:br/>
        <w:t>v 0.646422 20.840624 -0.925885</w:t>
        <w:br/>
        <w:t>v 0.682707 20.710001 -0.904283</w:t>
        <w:br/>
        <w:t>v 0.526663 20.522030 -0.876361</w:t>
        <w:br/>
        <w:t>v 0.619092 20.418991 -0.839304</w:t>
        <w:br/>
        <w:t>v 0.598520 20.590429 -0.835485</w:t>
        <w:br/>
        <w:t>v 0.383222 20.949329 -0.900407</w:t>
        <w:br/>
        <w:t>v -0.201969 21.299612 -0.613237</w:t>
        <w:br/>
        <w:t>v 0.813207 20.426331 -0.655425</w:t>
        <w:br/>
        <w:t>v 0.751529 19.470179 0.088559</w:t>
        <w:br/>
        <w:t>v 0.788576 20.451172 -0.632886</w:t>
        <w:br/>
        <w:t>v 0.613383 20.606245 -0.771866</w:t>
        <w:br/>
        <w:t>v -0.110895 21.206148 -0.631983</w:t>
        <w:br/>
        <w:t>v 0.560424 20.620399 -0.795254</w:t>
        <w:br/>
        <w:t>v 0.613383 20.606245 -0.771866</w:t>
        <w:br/>
        <w:t>v 0.697732 20.661165 -0.801785</w:t>
        <w:br/>
        <w:t>v 0.578723 20.635824 -0.803684</w:t>
        <w:br/>
        <w:t>v -0.423031 21.032610 -0.421633</w:t>
        <w:br/>
        <w:t>v -0.502715 20.989180 -0.445234</w:t>
        <w:br/>
        <w:t>v 0.964631 20.160046 -0.510204</w:t>
        <w:br/>
        <w:t>v 0.928057 19.974165 -0.326053</w:t>
        <w:br/>
        <w:t>v 0.969563 19.959646 -0.346009</w:t>
        <w:br/>
        <w:t>v 0.970963 19.906176 -0.184691</w:t>
        <w:br/>
        <w:t>v 0.636304 20.887690 -0.856113</w:t>
        <w:br/>
        <w:t>v 0.585505 20.842030 -0.853526</w:t>
        <w:br/>
        <w:t>v 0.615745 20.743311 -0.843818</w:t>
        <w:br/>
        <w:t>v 0.704452 20.775223 -0.843024</w:t>
        <w:br/>
        <w:t>v 0.585505 20.842030 -0.853526</w:t>
        <w:br/>
        <w:t>v 0.646422 20.840624 -0.925885</w:t>
        <w:br/>
        <w:t>v 0.682707 20.710001 -0.904283</w:t>
        <w:br/>
        <w:t>v 0.615745 20.743311 -0.843818</w:t>
        <w:br/>
        <w:t>v -0.557309 20.950556 0.267482</w:t>
        <w:br/>
        <w:t>v 0.536158 20.947256 -0.906333</w:t>
        <w:br/>
        <w:t>v 0.397126 20.991974 -0.845176</w:t>
        <w:br/>
        <w:t>v -0.057069 21.315350 -0.572043</w:t>
        <w:br/>
        <w:t>v -0.358509 21.274084 -0.388296</w:t>
        <w:br/>
        <w:t>v -0.354608 21.250238 -0.527739</w:t>
        <w:br/>
        <w:t>v 0.931530 20.341019 -0.432297</w:t>
        <w:br/>
        <w:t>v 0.984677 20.281960 -0.494239</w:t>
        <w:br/>
        <w:t>v 0.923861 19.853794 -0.052672</w:t>
        <w:br/>
        <w:t>v 0.822438 19.794161 0.088593</w:t>
        <w:br/>
        <w:t>v 0.397126 20.991974 -0.845176</w:t>
        <w:br/>
        <w:t>v 0.400326 20.946230 -0.781460</w:t>
        <w:br/>
        <w:t>v -0.057681 21.180445 -0.566711</w:t>
        <w:br/>
        <w:t>v -0.492288 20.778307 0.438159</w:t>
        <w:br/>
        <w:t>v 0.928057 19.974165 -0.326053</w:t>
        <w:br/>
        <w:t>v 1.036862 20.122910 -0.318597</w:t>
        <w:br/>
        <w:t>v 0.509375 20.919113 -0.834459</w:t>
        <w:br/>
        <w:t>v 0.536158 20.947256 -0.906333</w:t>
        <w:br/>
        <w:t>v 0.931530 20.341019 -0.432297</w:t>
        <w:br/>
        <w:t>v 0.400326 20.946230 -0.781460</w:t>
        <w:br/>
        <w:t>v 0.384407 20.989891 -0.782968</w:t>
        <w:br/>
        <w:t>v 0.111541 21.196724 -0.668130</w:t>
        <w:br/>
        <w:t>v -0.050897 21.196936 -0.601995</w:t>
        <w:br/>
        <w:t>v -0.050897 21.196936 -0.601995</w:t>
        <w:br/>
        <w:t>v -0.057681 21.180445 -0.566711</w:t>
        <w:br/>
        <w:t>v 0.937250 19.919210 -0.172763</w:t>
        <w:br/>
        <w:t>v 0.970963 19.906176 -0.184691</w:t>
        <w:br/>
        <w:t>v -0.382420 21.144953 0.188509</w:t>
        <w:br/>
        <w:t>v -0.370189 21.174644 -0.024693</w:t>
        <w:br/>
        <w:t>v 0.509375 20.919113 -0.834459</w:t>
        <w:br/>
        <w:t>v 0.509918 20.968264 -0.834222</w:t>
        <w:br/>
        <w:t>v -0.104675 21.314919 -0.369422</w:t>
        <w:br/>
        <w:t>v -0.354608 21.250238 -0.527739</w:t>
        <w:br/>
        <w:t>v -0.242380 21.325232 -0.498127</w:t>
        <w:br/>
        <w:t>v 0.359869 21.074673 -0.741515</w:t>
        <w:br/>
        <w:t>v 0.232012 21.166752 -0.640139</w:t>
        <w:br/>
        <w:t>v -0.111283 21.146856 -0.347976</w:t>
        <w:br/>
        <w:t>v -0.340341 21.080538 -0.377582</w:t>
        <w:br/>
        <w:t>v -0.417804 21.149195 -0.336617</w:t>
        <w:br/>
        <w:t>v -0.209098 21.219902 -0.301343</w:t>
        <w:br/>
        <w:t>v 0.002383 21.262705 -0.539982</w:t>
        <w:br/>
        <w:t>v 0.904625 19.861958 -0.047514</w:t>
        <w:br/>
        <w:t>v 0.923861 19.853794 -0.052672</w:t>
        <w:br/>
        <w:t>v 1.055023 20.276836 -0.295323</w:t>
        <w:br/>
        <w:t>v 0.508932 21.067919 -0.773782</w:t>
        <w:br/>
        <w:t>v 0.032391 21.294104 -0.563956</w:t>
        <w:br/>
        <w:t>v 0.002383 21.262705 -0.539982</w:t>
        <w:br/>
        <w:t>v 0.267399 21.260366 -0.639547</w:t>
        <w:br/>
        <w:t>v 0.032391 21.294104 -0.563956</w:t>
        <w:br/>
        <w:t>v 0.937250 19.919210 -0.172763</w:t>
        <w:br/>
        <w:t>v 0.770889 20.873568 -0.751119</w:t>
        <w:br/>
        <w:t>v 0.660488 20.993814 -0.774041</w:t>
        <w:br/>
        <w:t>v 0.319697 21.129704 -0.676351</w:t>
        <w:br/>
        <w:t>v -0.386316 21.061413 0.328501</w:t>
        <w:br/>
        <w:t>v 0.873624 20.600014 -0.429217</w:t>
        <w:br/>
        <w:t>v 0.731944 20.648388 -0.593302</w:t>
        <w:br/>
        <w:t>v 0.267134 21.134630 -0.625812</w:t>
        <w:br/>
        <w:t>v 0.267134 21.134630 -0.625812</w:t>
        <w:br/>
        <w:t>v 1.027920 20.091946 -0.138042</w:t>
        <w:br/>
        <w:t>v 0.904625 19.861958 -0.047514</w:t>
        <w:br/>
        <w:t>v 0.941197 20.064396 -0.003749</w:t>
        <w:br/>
        <w:t>v 0.824124 20.038506 0.122135</w:t>
        <w:br/>
        <w:t>v 0.396870 21.180407 -0.646875</w:t>
        <w:br/>
        <w:t>v 0.111541 21.196724 -0.668130</w:t>
        <w:br/>
        <w:t>v 0.992783 20.356745 -0.235856</w:t>
        <w:br/>
        <w:t>v -0.349596 20.884712 0.487189</w:t>
        <w:br/>
        <w:t>v 0.471496 21.130655 -0.696542</w:t>
        <w:br/>
        <w:t>v -0.103411 21.369089 -0.480203</w:t>
        <w:br/>
        <w:t>v -0.185434 21.178835 0.232390</w:t>
        <w:br/>
        <w:t>v -0.174212 21.207685 0.002918</w:t>
        <w:br/>
        <w:t>v 0.406691 21.136431 -0.648765</w:t>
        <w:br/>
        <w:t>v 0.406691 21.136431 -0.648765</w:t>
        <w:br/>
        <w:t>v 0.629830 21.059696 -0.702348</w:t>
        <w:br/>
        <w:t>v 0.753802 20.935034 -0.689429</w:t>
        <w:br/>
        <w:t>v 0.958097 20.554552 -0.255677</w:t>
        <w:br/>
        <w:t>v 0.929619 20.254133 0.054430</w:t>
        <w:br/>
        <w:t>v 1.028381 20.268526 -0.101223</w:t>
        <w:br/>
        <w:t>v 0.972286 20.361185 -0.058323</w:t>
        <w:br/>
        <w:t>v -0.192636 21.102924 0.381077</w:t>
        <w:br/>
        <w:t>v 0.049993 21.335861 -0.348256</w:t>
        <w:br/>
        <w:t>v 0.087564 21.368719 -0.471457</w:t>
        <w:br/>
        <w:t>v 0.835415 20.243868 0.165765</w:t>
        <w:br/>
        <w:t>v 0.094955 21.144861 -0.328502</w:t>
        <w:br/>
        <w:t>v -0.064114 21.142664 -0.385304</w:t>
        <w:br/>
        <w:t>v -0.110185 21.183157 -0.367009</w:t>
        <w:br/>
        <w:t>v 0.050135 21.227020 -0.292802</w:t>
        <w:br/>
        <w:t>v 0.357866 21.266068 -0.398629</w:t>
        <w:br/>
        <w:t>v 0.306201 21.236835 -0.394216</w:t>
        <w:br/>
        <w:t>v 0.151331 21.301237 -0.474178</w:t>
        <w:br/>
        <w:t>v 0.193210 21.332876 -0.488204</w:t>
        <w:br/>
        <w:t>v 0.306201 21.236835 -0.394216</w:t>
        <w:br/>
        <w:t>v 0.250007 21.315094 -0.362332</w:t>
        <w:br/>
        <w:t>v 0.087564 21.368719 -0.471457</w:t>
        <w:br/>
        <w:t>v 0.151331 21.301237 -0.474178</w:t>
        <w:br/>
        <w:t>v 0.201790 21.220493 -0.277370</w:t>
        <w:br/>
        <w:t>v 0.050135 21.227020 -0.292802</w:t>
        <w:br/>
        <w:t>v 0.000000 21.198847 0.242671</w:t>
        <w:br/>
        <w:t>v 0.000000 21.217329 0.011330</w:t>
        <w:br/>
        <w:t>v -0.180425 20.936802 0.540388</w:t>
        <w:br/>
        <w:t>v 0.664409 20.871784 -0.535754</w:t>
        <w:br/>
        <w:t>v 0.597554 20.948559 -0.451981</w:t>
        <w:br/>
        <w:t>v 0.660056 21.029085 -0.419042</w:t>
        <w:br/>
        <w:t>v 0.748656 20.915447 -0.534593</w:t>
        <w:br/>
        <w:t>v 0.903688 20.360632 0.076181</w:t>
        <w:br/>
        <w:t>v 0.958960 20.532549 -0.066675</w:t>
        <w:br/>
        <w:t>v 0.883516 20.742746 -0.223105</w:t>
        <w:br/>
        <w:t>v 0.814543 20.796320 -0.187196</w:t>
        <w:br/>
        <w:t>v 0.745271 20.824183 -0.340444</w:t>
        <w:br/>
        <w:t>v 0.801190 20.770826 -0.380191</w:t>
        <w:br/>
        <w:t>v 0.447178 21.258930 -0.580355</w:t>
        <w:br/>
        <w:t>v 0.818741 20.357513 0.188683</w:t>
        <w:br/>
        <w:t>v 0.245130 21.121506 -0.338383</w:t>
        <w:br/>
        <w:t>v 0.396118 21.052593 -0.388440</w:t>
        <w:br/>
        <w:t>v 0.415319 21.099045 -0.351254</w:t>
        <w:br/>
        <w:t>v 0.445715 21.044127 -0.389205</w:t>
        <w:br/>
        <w:t>v 0.470133 21.129913 -0.341243</w:t>
        <w:br/>
        <w:t>v 0.818626 20.863441 -0.172058</w:t>
        <w:br/>
        <w:t>v 0.744610 20.890219 -0.336479</w:t>
        <w:br/>
        <w:t>v 0.339161 21.098310 -0.343614</w:t>
        <w:br/>
        <w:t>v 0.707813 20.985561 -0.106175</w:t>
        <w:br/>
        <w:t>v 0.658586 20.974134 -0.308643</w:t>
        <w:br/>
        <w:t>v 0.906450 20.701693 -0.041944</w:t>
        <w:br/>
        <w:t>v 0.000000 21.116589 0.415358</w:t>
        <w:br/>
        <w:t>v 0.894770 20.513395 0.077773</w:t>
        <w:br/>
        <w:t>v 0.785141 20.470268 0.223569</w:t>
        <w:br/>
        <w:t>v 0.846447 20.748165 -0.016264</w:t>
        <w:br/>
        <w:t>v 0.174213 21.207291 0.002922</w:t>
        <w:br/>
        <w:t>v 0.185434 21.178621 0.232392</w:t>
        <w:br/>
        <w:t>v 0.000000 20.973335 0.545324</w:t>
        <w:br/>
        <w:t>v 0.849810 20.802736 0.001136</w:t>
        <w:br/>
        <w:t>v 0.858972 20.648190 0.082106</w:t>
        <w:br/>
        <w:t>v 0.370190 21.174061 -0.024687</w:t>
        <w:br/>
        <w:t>v 0.382421 21.144758 0.188512</w:t>
        <w:br/>
        <w:t>v 0.738339 20.576513 0.282776</w:t>
        <w:br/>
        <w:t>v 0.823924 20.677288 0.093669</w:t>
        <w:br/>
        <w:t>v 0.734090 20.940351 0.065351</w:t>
        <w:br/>
        <w:t>v 0.541149 21.071325 -0.061976</w:t>
        <w:br/>
        <w:t>v 0.552858 21.062685 0.134220</w:t>
        <w:br/>
        <w:t>v 0.827604 20.709623 0.106017</w:t>
        <w:br/>
        <w:t>v 0.192636 21.103001 0.381076</w:t>
        <w:br/>
        <w:t>v 0.180426 20.937113 0.540388</w:t>
        <w:br/>
        <w:t>v 0.614084 20.723017 0.370380</w:t>
        <w:br/>
        <w:t>v 0.706338 20.854322 0.200736</w:t>
        <w:br/>
        <w:t>v 0.386316 21.061823 0.328497</w:t>
        <w:br/>
        <w:t>v 0.557288 20.951836 0.267471</w:t>
        <w:br/>
        <w:t>v 0.492289 20.779415 0.438159</w:t>
        <w:br/>
        <w:t>v 0.349597 20.885386 0.487189</w:t>
        <w:br/>
        <w:t>v -0.528623 20.510422 -0.880260</w:t>
        <w:br/>
        <w:t>v -0.297348 20.439350 -1.014458</w:t>
        <w:br/>
        <w:t>v -0.165499 20.410622 -1.068719</w:t>
        <w:br/>
        <w:t>v -0.133361 20.407183 -1.139468</w:t>
        <w:br/>
        <w:t>v -0.229125 20.431662 -1.095521</w:t>
        <w:br/>
        <w:t>v -0.644285 20.758848 -0.610270</w:t>
        <w:br/>
        <w:t>v -0.632232 20.817019 -0.544442</w:t>
        <w:br/>
        <w:t>v 0.377963 20.432684 -0.988613</w:t>
        <w:br/>
        <w:t>v -0.654789 20.863428 -0.527086</w:t>
        <w:br/>
        <w:t>v 0.469331 20.465551 -0.937016</w:t>
        <w:br/>
        <w:t>v -0.746445 20.898815 -0.503250</w:t>
        <w:br/>
        <w:t>v -0.663202 20.976086 -0.436933</w:t>
        <w:br/>
        <w:t>v -0.584115 20.944847 -0.463955</w:t>
        <w:br/>
        <w:t>v -0.654789 20.863428 -0.527086</w:t>
        <w:br/>
        <w:t>v 0.537416 20.504725 -0.915503</w:t>
        <w:br/>
        <w:t>v -0.651517 20.971666 -0.314521</w:t>
        <w:br/>
        <w:t>v -0.584115 20.944847 -0.463955</w:t>
        <w:br/>
        <w:t>v 0.613383 20.606245 -0.771866</w:t>
        <w:br/>
        <w:t>v 0.676174 20.673187 -0.683595</w:t>
        <w:br/>
        <w:t>v 0.777709 20.742615 -0.713025</w:t>
        <w:br/>
        <w:t>v 0.697732 20.661165 -0.801785</w:t>
        <w:br/>
        <w:t>v 0.677061 20.743105 -0.619123</w:t>
        <w:br/>
        <w:t>v 0.772876 20.802258 -0.655270</w:t>
        <w:br/>
        <w:t>v 0.660823 20.835903 -0.592578</w:t>
        <w:br/>
        <w:t>v 0.630121 20.816751 -0.574482</w:t>
        <w:br/>
        <w:t>v -0.064114 21.142664 -0.385304</w:t>
        <w:br/>
        <w:t>v -0.111283 21.146856 -0.347976</w:t>
        <w:br/>
        <w:t>v -0.209098 21.219902 -0.301343</w:t>
        <w:br/>
        <w:t>v -0.110185 21.183157 -0.367009</w:t>
        <w:br/>
        <w:t>v -0.001335 21.196829 -0.224713</w:t>
        <w:br/>
        <w:t>v 0.172749 21.188824 -0.213635</w:t>
        <w:br/>
        <w:t>v 0.356147 21.155647 -0.235086</w:t>
        <w:br/>
        <w:t>v 0.000712 20.394011 -1.092125</w:t>
        <w:br/>
        <w:t>v -0.654789 20.863428 -0.527086</w:t>
        <w:br/>
        <w:t>v 0.537416 20.504725 -0.915503</w:t>
        <w:br/>
        <w:t>v -0.528623 20.510422 -0.880260</w:t>
        <w:br/>
        <w:t>v 0.127803 20.400427 -1.076965</w:t>
        <w:br/>
        <w:t>v 0.249686 20.417896 -1.038353</w:t>
        <w:br/>
        <w:t>v 0.249686 20.417896 -1.038353</w:t>
        <w:br/>
        <w:t>v 0.000712 20.394011 -1.092125</w:t>
        <w:br/>
        <w:t>v 0.275903 20.432652 -1.084896</w:t>
        <w:br/>
        <w:t>v 0.327901 20.445484 -1.006225</w:t>
        <w:br/>
        <w:t>v 0.526663 20.522030 -0.876361</w:t>
        <w:br/>
        <w:t>v 0.641188 20.536057 -0.922378</w:t>
        <w:br/>
        <w:t>v 0.635792 20.599695 -0.852100</w:t>
        <w:br/>
        <w:t>v 0.598520 20.590429 -0.835485</w:t>
        <w:br/>
        <w:t>v 0.560424 20.620399 -0.795254</w:t>
        <w:br/>
        <w:t>v 0.578723 20.635824 -0.803684</w:t>
        <w:br/>
        <w:t>v 0.676174 20.673187 -0.683595</w:t>
        <w:br/>
        <w:t>v 0.677061 20.743105 -0.619123</w:t>
        <w:br/>
        <w:t>v 0.630121 20.816751 -0.574482</w:t>
        <w:br/>
        <w:t>v 0.496066 21.081663 -0.252682</w:t>
        <w:br/>
        <w:t>v -0.174514 21.188602 -0.229850</w:t>
        <w:br/>
        <w:t>v -0.357054 21.146311 -0.251143</w:t>
        <w:br/>
        <w:t>v -0.111283 21.146856 -0.347976</w:t>
        <w:br/>
        <w:t>v 0.470263 21.085897 -0.251922</w:t>
        <w:br/>
        <w:t>v 0.364779 21.178656 -0.296610</w:t>
        <w:br/>
        <w:t>v 0.245130 21.121506 -0.338383</w:t>
        <w:br/>
        <w:t>v 0.094955 21.144861 -0.328502</w:t>
        <w:br/>
        <w:t>v -0.064114 21.142664 -0.385304</w:t>
        <w:br/>
        <w:t>v -0.644285 20.758848 -0.610270</w:t>
        <w:br/>
        <w:t>v -0.651629 20.704630 -0.675458</w:t>
        <w:br/>
        <w:t>v -0.651629 20.704630 -0.675458</w:t>
        <w:br/>
        <w:t>v -0.632232 20.817019 -0.544442</w:t>
        <w:br/>
        <w:t>v -0.519492 20.503353 -0.921501</w:t>
        <w:br/>
        <w:t>v -0.528623 20.510422 -0.880260</w:t>
        <w:br/>
        <w:t>v 0.396118 21.052593 -0.388440</w:t>
        <w:br/>
        <w:t>v 0.445715 21.044127 -0.389205</w:t>
        <w:br/>
        <w:t>v 0.590787 21.168314 -0.490371</w:t>
        <w:br/>
        <w:t>v 0.660056 21.029085 -0.419042</w:t>
        <w:br/>
        <w:t>v 0.470133 21.129913 -0.341243</w:t>
        <w:br/>
        <w:t>v 0.664409 20.871784 -0.535754</w:t>
        <w:br/>
        <w:t>v 0.597554 20.948559 -0.451981</w:t>
        <w:br/>
        <w:t>v 0.664409 20.871784 -0.535754</w:t>
        <w:br/>
        <w:t>v 0.630121 20.816751 -0.574482</w:t>
        <w:br/>
        <w:t>v 0.630121 20.816751 -0.574482</w:t>
        <w:br/>
        <w:t>v -0.229125 20.431662 -1.095521</w:t>
        <w:br/>
        <w:t>v -0.133361 20.407183 -1.139468</w:t>
        <w:br/>
        <w:t>v 0.414199 20.527199 -1.073471</w:t>
        <w:br/>
        <w:t>v 0.494875 20.527182 -1.076526</w:t>
        <w:br/>
        <w:t>v -0.680420 20.679689 -0.681977</w:t>
        <w:br/>
        <w:t>v -0.746445 20.898815 -0.503250</w:t>
        <w:br/>
        <w:t>v -0.747469 20.826824 -0.572442</w:t>
        <w:br/>
        <w:t>v -0.748180 20.956018 -0.598121</w:t>
        <w:br/>
        <w:t>v -0.569142 20.813719 -0.979538</w:t>
        <w:br/>
        <w:t>v -0.403418 20.698208 -1.039354</w:t>
        <w:br/>
        <w:t>v 0.690982 21.053463 -0.598264</w:t>
        <w:br/>
        <w:t>v 0.560226 21.153400 -0.642919</w:t>
        <w:br/>
        <w:t>v 0.639057 20.953033 -0.637969</w:t>
        <w:br/>
        <w:t>v 0.560226 21.153400 -0.642919</w:t>
        <w:br/>
        <w:t>v 0.543762 21.067783 -0.656054</w:t>
        <w:br/>
        <w:t>v 0.753802 20.935034 -0.689429</w:t>
        <w:br/>
        <w:t>v 0.639057 20.953033 -0.637969</w:t>
        <w:br/>
        <w:t>v 0.543762 21.067783 -0.656054</w:t>
        <w:br/>
        <w:t>v 0.629830 21.059696 -0.702348</w:t>
        <w:br/>
        <w:t>v -0.403418 20.698208 -1.039354</w:t>
        <w:br/>
        <w:t>v 0.437293 20.727346 -1.017430</w:t>
        <w:br/>
        <w:t>v 0.777709 20.742615 -0.713025</w:t>
        <w:br/>
        <w:t>v 0.444537 20.443781 -1.043940</w:t>
        <w:br/>
        <w:t>v -0.629983 20.652025 -0.882001</w:t>
        <w:br/>
        <w:t>v -0.358509 21.274084 -0.388296</w:t>
        <w:br/>
        <w:t>v -0.221869 21.248323 -0.414641</w:t>
        <w:br/>
        <w:t>v -0.221869 21.248323 -0.414641</w:t>
        <w:br/>
        <w:t>v 0.364779 21.178656 -0.296610</w:t>
        <w:br/>
        <w:t>v 0.250007 21.315094 -0.362332</w:t>
        <w:br/>
        <w:t>v 0.415319 21.099045 -0.351254</w:t>
        <w:br/>
        <w:t>v 0.364779 21.178656 -0.296610</w:t>
        <w:br/>
        <w:t>v 0.748656 20.915447 -0.534593</w:t>
        <w:br/>
        <w:t>v 0.690982 21.053463 -0.598264</w:t>
        <w:br/>
        <w:t>v 0.471496 21.130655 -0.696542</w:t>
        <w:br/>
        <w:t>v 0.339161 21.098310 -0.343614</w:t>
        <w:br/>
        <w:t>v -0.340341 21.080538 -0.377582</w:t>
        <w:br/>
        <w:t>v 0.660823 20.835903 -0.592578</w:t>
        <w:br/>
        <w:t>v -0.519492 20.503353 -0.921501</w:t>
        <w:br/>
        <w:t>v 0.748656 20.915447 -0.534593</w:t>
        <w:br/>
        <w:t>v 0.613383 20.606245 -0.771866</w:t>
        <w:br/>
        <w:t>v 0.560424 20.620399 -0.795254</w:t>
        <w:br/>
        <w:t>v 0.598520 20.590429 -0.835485</w:t>
        <w:br/>
        <w:t>v 0.764382 19.359701 -0.144752</w:t>
        <w:br/>
        <w:t>v -0.937250 19.919210 -0.172763</w:t>
        <w:br/>
        <w:t>v 0.050936 18.809942 -0.397813</w:t>
        <w:br/>
        <w:t>v 0.047914 18.813978 -0.352872</w:t>
        <w:br/>
        <w:t>v 0.077404 18.796442 -0.369572</w:t>
        <w:br/>
        <w:t>v -0.033674 18.874331 -0.400211</w:t>
        <w:br/>
        <w:t>v 0.009331 18.822971 -0.413776</w:t>
        <w:br/>
        <w:t>v 0.003960 18.786598 -0.470208</w:t>
        <w:br/>
        <w:t>v -0.056594 18.839357 -0.460978</w:t>
        <w:br/>
        <w:t>v -0.002698 18.770836 -0.499486</w:t>
        <w:br/>
        <w:t>v -0.070858 18.818350 -0.499174</w:t>
        <w:br/>
        <w:t>v -0.038333 18.703625 -0.597661</w:t>
        <w:br/>
        <w:t>v -0.115187 18.747314 -0.600547</w:t>
        <w:br/>
        <w:t>v -0.107206 18.412731 -0.691378</w:t>
        <w:br/>
        <w:t>v -0.131088 18.454678 -0.701508</w:t>
        <w:br/>
        <w:t>v -0.105257 18.456974 -0.697486</w:t>
        <w:br/>
        <w:t>v 0.046740 18.861692 -0.435510</w:t>
        <w:br/>
        <w:t>v 0.029840 18.822535 -0.487495</w:t>
        <w:br/>
        <w:t>v 0.091356 18.791233 -0.485172</w:t>
        <w:br/>
        <w:t>v 0.100499 18.831600 -0.424106</w:t>
        <w:br/>
        <w:t>v 0.015838 18.798740 -0.520707</w:t>
        <w:br/>
        <w:t>v -0.030339 18.821547 -0.519084</w:t>
        <w:br/>
        <w:t>v -0.078303 18.745255 -0.620769</w:t>
        <w:br/>
        <w:t>v -0.032987 18.721037 -0.619382</w:t>
        <w:br/>
        <w:t>v 0.086110 18.766253 -0.518384</w:t>
        <w:br/>
        <w:t>v 0.028241 18.793743 -0.521194</w:t>
        <w:br/>
        <w:t>v 0.077067 18.697729 -0.598536</w:t>
        <w:br/>
        <w:t>v 0.027242 18.713991 -0.605993</w:t>
        <w:br/>
        <w:t>v 0.069160 18.532894 -0.725514</w:t>
        <w:br/>
        <w:t>v 0.100911 18.470478 -0.740441</w:t>
        <w:br/>
        <w:t>v 0.115662 18.478409 -0.733983</w:t>
        <w:br/>
        <w:t>v 0.095777 18.537941 -0.716296</w:t>
        <w:br/>
        <w:t>v -0.015675 18.844093 -0.484635</w:t>
        <w:br/>
        <w:t>v 0.005646 18.880440 -0.430164</w:t>
        <w:br/>
        <w:t>v 0.065425 18.904234 -0.368773</w:t>
        <w:br/>
        <w:t>v 0.085023 18.953033 -0.274731</w:t>
        <w:br/>
        <w:t>v 0.076505 18.956408 -0.273645</w:t>
        <w:br/>
        <w:t>v 0.037297 18.916388 -0.364051</w:t>
        <w:br/>
        <w:t>v 0.027205 18.757532 -0.398825</w:t>
        <w:br/>
        <w:t>v 0.000537 18.773046 -0.401598</w:t>
        <w:br/>
        <w:t>v 0.024394 18.826506 -0.354221</w:t>
        <w:br/>
        <w:t>v 0.047914 18.813978 -0.352872</w:t>
        <w:br/>
        <w:t>v -0.002773 18.684137 -0.451260</w:t>
        <w:br/>
        <w:t>v -0.029865 18.698978 -0.454133</w:t>
        <w:br/>
        <w:t>v 0.000825 18.801373 -0.435460</w:t>
        <w:br/>
        <w:t>v 0.009331 18.822971 -0.413776</w:t>
        <w:br/>
        <w:t>v 0.006071 18.842093 -0.366974</w:t>
        <w:br/>
        <w:t>v -0.020659 18.791771 -0.416299</w:t>
        <w:br/>
        <w:t>v 0.034911 18.773247 -0.437995</w:t>
        <w:br/>
        <w:t>v 0.027205 18.757532 -0.398825</w:t>
        <w:br/>
        <w:t>v 0.047914 18.813978 -0.352872</w:t>
        <w:br/>
        <w:t>v 0.050936 18.809942 -0.397813</w:t>
        <w:br/>
        <w:t>v -0.051448 18.716976 -0.468934</w:t>
        <w:br/>
        <w:t>v -0.035098 18.721746 -0.491554</w:t>
        <w:br/>
        <w:t>v 0.082862 18.758095 -0.453883</w:t>
        <w:br/>
        <w:t>v -0.147987 18.537540 -0.708815</w:t>
        <w:br/>
        <w:t>v -0.096177 18.525299 -0.701220</w:t>
        <w:br/>
        <w:t>v -0.107855 18.454765 -0.711950</w:t>
        <w:br/>
        <w:t>v -0.099062 18.530819 -0.724340</w:t>
        <w:br/>
        <w:t>v -0.126142 18.534031 -0.727188</w:t>
        <w:br/>
        <w:t>v -0.120034 18.453403 -0.712337</w:t>
        <w:br/>
        <w:t>v 0.101948 18.881302 -0.353884</w:t>
        <w:br/>
        <w:t>v 0.006008 18.909843 -0.333349</w:t>
        <w:br/>
        <w:t>v 0.051873 18.882299 -0.313190</w:t>
        <w:br/>
        <w:t>v 0.024394 18.826506 -0.354221</w:t>
        <w:br/>
        <w:t>v 0.006071 18.842093 -0.366974</w:t>
        <w:br/>
        <w:t>v 0.086522 18.864950 -0.305933</w:t>
        <w:br/>
        <w:t>v 0.079765 18.610008 -0.675215</w:t>
        <w:br/>
        <w:t>v 0.041231 18.610620 -0.687456</w:t>
        <w:br/>
        <w:t>v -0.068398 18.582716 -0.520145</w:t>
        <w:br/>
        <w:t>v -0.041818 18.570673 -0.515374</w:t>
        <w:br/>
        <w:t>v -0.061266 18.476721 -0.563937</w:t>
        <w:br/>
        <w:t>v -0.041818 18.570673 -0.515374</w:t>
        <w:br/>
        <w:t>v -0.036097 18.584965 -0.544140</w:t>
        <w:br/>
        <w:t>v -0.061266 18.476721 -0.563937</w:t>
        <w:br/>
        <w:t>v -0.064501 18.595894 -0.552621</w:t>
        <w:br/>
        <w:t>v -0.078115 18.590899 -0.532823</w:t>
        <w:br/>
        <w:t>v -0.061266 18.476721 -0.563937</w:t>
        <w:br/>
        <w:t>v -0.075780 18.611469 -0.680474</w:t>
        <w:br/>
        <w:t>v -0.148912 18.648767 -0.682035</w:t>
        <w:br/>
        <w:t>v -0.078128 18.624035 -0.700358</w:t>
        <w:br/>
        <w:t>v -0.118335 18.642696 -0.703444</w:t>
        <w:br/>
        <w:t>v -0.107206 18.412731 -0.691378</w:t>
        <w:br/>
        <w:t>v -0.036097 18.584965 -0.544140</w:t>
        <w:br/>
        <w:t>v -0.064501 18.595894 -0.552621</w:t>
        <w:br/>
        <w:t>v -0.061266 18.476721 -0.563937</w:t>
        <w:br/>
        <w:t>v 0.000825 18.801373 -0.435460</w:t>
        <w:br/>
        <w:t>v -0.035098 18.721746 -0.491554</w:t>
        <w:br/>
        <w:t>v 0.002149 18.700914 -0.486021</w:t>
        <w:br/>
        <w:t>v 0.034911 18.773247 -0.437995</w:t>
        <w:br/>
        <w:t>v 0.050936 18.809942 -0.397813</w:t>
        <w:br/>
        <w:t>v 0.009331 18.822971 -0.413776</w:t>
        <w:br/>
        <w:t>v 0.002661 18.768112 -0.501322</w:t>
        <w:br/>
        <w:t>v 0.081101 18.736736 -0.488744</w:t>
        <w:br/>
        <w:t>v 0.076579 18.673273 -0.568808</w:t>
        <w:br/>
        <w:t>v 0.003260 18.700039 -0.584359</w:t>
        <w:br/>
        <w:t>v 0.082100 18.589235 -0.648236</w:t>
        <w:br/>
        <w:t>v 0.021496 18.598379 -0.671468</w:t>
        <w:br/>
        <w:t>v 0.098575 18.525623 -0.693027</w:t>
        <w:br/>
        <w:t>v 0.054346 18.521065 -0.712312</w:t>
        <w:br/>
        <w:t>v 0.116324 18.475323 -0.715310</w:t>
        <w:br/>
        <w:t>v 0.090993 18.461082 -0.730348</w:t>
        <w:br/>
        <w:t>v -0.020659 18.791771 -0.416299</w:t>
        <w:br/>
        <w:t>v 0.006071 18.842093 -0.366974</w:t>
        <w:br/>
        <w:t>v -0.051448 18.716976 -0.468934</w:t>
        <w:br/>
        <w:t>v -0.078115 18.590899 -0.532823</w:t>
        <w:br/>
        <w:t>v 0.086522 18.864950 -0.305933</w:t>
        <w:br/>
        <w:t>v 0.101948 18.881302 -0.353884</w:t>
        <w:br/>
        <w:t>v 0.100499 18.831600 -0.424106</w:t>
        <w:br/>
        <w:t>v 0.077404 18.796442 -0.369572</w:t>
        <w:br/>
        <w:t>v 0.091356 18.791233 -0.485172</w:t>
        <w:br/>
        <w:t>v 0.082862 18.758095 -0.453883</w:t>
        <w:br/>
        <w:t>v 0.086110 18.766253 -0.518384</w:t>
        <w:br/>
        <w:t>v 0.081101 18.736736 -0.488744</w:t>
        <w:br/>
        <w:t>v 0.077067 18.697729 -0.598536</w:t>
        <w:br/>
        <w:t>v 0.076579 18.673273 -0.568808</w:t>
        <w:br/>
        <w:t>v 0.079765 18.610008 -0.675215</w:t>
        <w:br/>
        <w:t>v 0.082100 18.589235 -0.648236</w:t>
        <w:br/>
        <w:t>v 0.098575 18.525623 -0.693027</w:t>
        <w:br/>
        <w:t>v 0.095777 18.537941 -0.716296</w:t>
        <w:br/>
        <w:t>v 0.116324 18.475323 -0.715310</w:t>
        <w:br/>
        <w:t>v 0.115662 18.478409 -0.733983</w:t>
        <w:br/>
        <w:t>v 0.069160 18.532894 -0.725514</w:t>
        <w:br/>
        <w:t>v 0.054346 18.521065 -0.712312</w:t>
        <w:br/>
        <w:t>v 0.090993 18.461082 -0.730348</w:t>
        <w:br/>
        <w:t>v 0.100911 18.470478 -0.740441</w:t>
        <w:br/>
        <w:t>v 0.021496 18.598379 -0.671468</w:t>
        <w:br/>
        <w:t>v 0.069160 18.532894 -0.725514</w:t>
        <w:br/>
        <w:t>v 0.041231 18.610620 -0.687456</w:t>
        <w:br/>
        <w:t>v 0.027242 18.713991 -0.605993</w:t>
        <w:br/>
        <w:t>v 0.003260 18.700039 -0.584359</w:t>
        <w:br/>
        <w:t>v 0.028241 18.793743 -0.521194</w:t>
        <w:br/>
        <w:t>v 0.002661 18.768112 -0.501322</w:t>
        <w:br/>
        <w:t>v 0.029840 18.822535 -0.487495</w:t>
        <w:br/>
        <w:t>v 0.003960 18.786598 -0.470208</w:t>
        <w:br/>
        <w:t>v -0.002698 18.770836 -0.499486</w:t>
        <w:br/>
        <w:t>v 0.003960 18.786598 -0.470208</w:t>
        <w:br/>
        <w:t>v 0.029840 18.822535 -0.487495</w:t>
        <w:br/>
        <w:t>v 0.015838 18.798740 -0.520707</w:t>
        <w:br/>
        <w:t>v -0.032987 18.721037 -0.619382</w:t>
        <w:br/>
        <w:t>v -0.038333 18.703625 -0.597661</w:t>
        <w:br/>
        <w:t>v -0.078128 18.624035 -0.700358</w:t>
        <w:br/>
        <w:t>v -0.075780 18.611469 -0.680474</w:t>
        <w:br/>
        <w:t>v -0.096177 18.525299 -0.701220</w:t>
        <w:br/>
        <w:t>v -0.099062 18.530819 -0.724340</w:t>
        <w:br/>
        <w:t>v -0.105257 18.456974 -0.697486</w:t>
        <w:br/>
        <w:t>v -0.107855 18.454765 -0.711950</w:t>
        <w:br/>
        <w:t>v -0.107206 18.412731 -0.691378</w:t>
        <w:br/>
        <w:t>v -0.131088 18.454678 -0.701508</w:t>
        <w:br/>
        <w:t>v -0.147987 18.537540 -0.708815</w:t>
        <w:br/>
        <w:t>v -0.148912 18.648767 -0.682035</w:t>
        <w:br/>
        <w:t>v -0.115187 18.747314 -0.600547</w:t>
        <w:br/>
        <w:t>v -0.070858 18.818350 -0.499174</w:t>
        <w:br/>
        <w:t>v -0.056594 18.839357 -0.460978</w:t>
        <w:br/>
        <w:t>v -0.033674 18.874331 -0.400211</w:t>
        <w:br/>
        <w:t>v 0.006008 18.909843 -0.333349</w:t>
        <w:br/>
        <w:t>v 0.089657 18.937670 -0.252761</w:t>
        <w:br/>
        <w:t>v 0.096827 18.944941 -0.269373</w:t>
        <w:br/>
        <w:t>v 0.096827 18.944941 -0.269373</w:t>
        <w:br/>
        <w:t>v 0.065525 18.953447 -0.261054</w:t>
        <w:br/>
        <w:t>v 0.077054 18.945265 -0.255721</w:t>
        <w:br/>
        <w:t>v 0.065525 18.953447 -0.261054</w:t>
        <w:br/>
        <w:t>v -0.071471 18.661718 -0.503083</w:t>
        <w:br/>
        <w:t>v -0.050374 18.644094 -0.487845</w:t>
        <w:br/>
        <w:t>v -0.023707 18.629618 -0.484535</w:t>
        <w:br/>
        <w:t>v -0.023707 18.629618 -0.484535</w:t>
        <w:br/>
        <w:t>v -0.017199 18.645418 -0.518397</w:t>
        <w:br/>
        <w:t>v -0.017199 18.645418 -0.518397</w:t>
        <w:br/>
        <w:t>v -0.054883 18.666676 -0.525616</w:t>
        <w:br/>
        <w:t>v -0.054883 18.666676 -0.525616</w:t>
        <w:br/>
        <w:t>v -0.071471 18.661718 -0.503083</w:t>
        <w:br/>
        <w:t>v 0.002149 18.700914 -0.486021</w:t>
        <w:br/>
        <w:t>v -0.002773 18.684137 -0.451260</w:t>
        <w:br/>
        <w:t>v 0.148187 18.402218 -0.732047</w:t>
        <w:br/>
        <w:t>v 0.148187 18.402218 -0.732047</w:t>
        <w:br/>
        <w:t>v 0.148187 18.402218 -0.732047</w:t>
        <w:br/>
        <w:t>v 0.148187 18.402218 -0.732047</w:t>
        <w:br/>
        <w:t>v 0.089657 18.937670 -0.252761</w:t>
        <w:br/>
        <w:t>v -0.301883 19.006002 -0.193506</w:t>
        <w:br/>
        <w:t>v -0.276415 19.025526 -0.192494</w:t>
        <w:br/>
        <w:t>v -0.271044 19.022228 -0.200163</w:t>
        <w:br/>
        <w:t>v -0.289655 18.998707 -0.208669</w:t>
        <w:br/>
        <w:t>v -0.315298 18.969492 -0.215751</w:t>
        <w:br/>
        <w:t>v -0.346736 18.939278 -0.219686</w:t>
        <w:br/>
        <w:t>v -0.365260 18.952129 -0.197640</w:t>
        <w:br/>
        <w:t>v -0.333009 18.981096 -0.194780</w:t>
        <w:br/>
        <w:t>v -0.410375 18.905716 -0.199726</w:t>
        <w:br/>
        <w:t>v -0.391003 18.892065 -0.223283</w:t>
        <w:br/>
        <w:t>v -0.452930 18.861250 -0.200188</w:t>
        <w:br/>
        <w:t>v -0.433882 18.847372 -0.223520</w:t>
        <w:br/>
        <w:t>v -0.540576 18.698597 -0.196254</w:t>
        <w:br/>
        <w:t>v -0.531883 18.699499 -0.198277</w:t>
        <w:br/>
        <w:t>v -0.523102 18.672581 -0.202287</w:t>
        <w:br/>
        <w:t>v -0.271044 19.022228 -0.200163</w:t>
        <w:br/>
        <w:t>v -0.280199 19.030558 -0.203348</w:t>
        <w:br/>
        <w:t>v -0.309215 19.015369 -0.212791</w:t>
        <w:br/>
        <w:t>v -0.289655 18.998707 -0.208669</w:t>
        <w:br/>
        <w:t>v -0.523102 18.672581 -0.202287</w:t>
        <w:br/>
        <w:t>v -0.525238 18.697237 -0.203436</w:t>
        <w:br/>
        <w:t>v -0.538490 18.696726 -0.206533</w:t>
        <w:br/>
        <w:t>v -0.375877 18.963572 -0.219648</w:t>
        <w:br/>
        <w:t>v -0.346736 18.939278 -0.219686</w:t>
        <w:br/>
        <w:t>v -0.315298 18.969492 -0.215751</w:t>
        <w:br/>
        <w:t>v -0.343689 18.992464 -0.218050</w:t>
        <w:br/>
        <w:t>v -0.343689 18.992464 -0.218050</w:t>
        <w:br/>
        <w:t>v -0.352245 18.997009 -0.179129</w:t>
        <w:br/>
        <w:t>v -0.385607 18.968668 -0.180903</w:t>
        <w:br/>
        <w:t>v -0.375877 18.963572 -0.219648</w:t>
        <w:br/>
        <w:t>v -0.421255 18.917719 -0.221709</w:t>
        <w:br/>
        <w:t>v -0.391003 18.892065 -0.223283</w:t>
        <w:br/>
        <w:t>v -0.431996 18.923016 -0.181665</w:t>
        <w:br/>
        <w:t>v -0.421255 18.917719 -0.221709</w:t>
        <w:br/>
        <w:t>v -0.464172 18.873516 -0.222409</w:t>
        <w:br/>
        <w:t>v -0.433882 18.847372 -0.223520</w:t>
        <w:br/>
        <w:t>v -0.474477 18.878687 -0.182452</w:t>
        <w:br/>
        <w:t>v -0.464172 18.873516 -0.222409</w:t>
        <w:br/>
        <w:t>v -0.517881 18.731287 -0.207882</w:t>
        <w:br/>
        <w:t>v -0.540227 18.736258 -0.212591</w:t>
        <w:br/>
        <w:t>v -0.530322 18.735720 -0.196341</w:t>
        <w:br/>
        <w:t>v -0.517881 18.731287 -0.207882</w:t>
        <w:br/>
        <w:t>v -0.525238 18.697237 -0.203436</w:t>
        <w:br/>
        <w:t>v -0.546085 18.740116 -0.190246</w:t>
        <w:br/>
        <w:t>v -0.540576 18.698597 -0.196254</w:t>
        <w:br/>
        <w:t>v -0.538490 18.696726 -0.206533</w:t>
        <w:br/>
        <w:t>v -0.540227 18.736258 -0.212591</w:t>
        <w:br/>
        <w:t>v -0.309215 19.015369 -0.212791</w:t>
        <w:br/>
        <w:t>v -0.315585 19.016781 -0.181890</w:t>
        <w:br/>
        <w:t>v -0.280199 19.030558 -0.203348</w:t>
        <w:br/>
        <w:t>v -0.282473 19.030735 -0.186936</w:t>
        <w:br/>
        <w:t>v -0.523102 18.672581 -0.202287</w:t>
        <w:br/>
        <w:t>v -0.498321 18.832121 -0.222259</w:t>
        <w:br/>
        <w:t>v -0.468219 18.809713 -0.221010</w:t>
        <w:br/>
        <w:t>v -0.487242 18.822630 -0.199788</w:t>
        <w:br/>
        <w:t>v -0.468219 18.809713 -0.221010</w:t>
        <w:br/>
        <w:t>v -0.508788 18.838179 -0.184313</w:t>
        <w:br/>
        <w:t>v -0.498321 18.832121 -0.222259</w:t>
        <w:br/>
        <w:t>v -0.523839 18.788218 -0.219911</w:t>
        <w:br/>
        <w:t>v -0.494599 18.773779 -0.215339</w:t>
        <w:br/>
        <w:t>v -0.512123 18.783459 -0.197927</w:t>
        <w:br/>
        <w:t>v -0.494599 18.773779 -0.215339</w:t>
        <w:br/>
        <w:t>v -0.532795 18.794626 -0.186598</w:t>
        <w:br/>
        <w:t>v -0.523839 18.788218 -0.219911</w:t>
        <w:br/>
        <w:t>v -0.546085 18.740116 -0.190246</w:t>
        <w:br/>
        <w:t>v -0.532795 18.794626 -0.186598</w:t>
        <w:br/>
        <w:t>v -0.508788 18.838179 -0.184313</w:t>
        <w:br/>
        <w:t>v -0.474477 18.878687 -0.182452</w:t>
        <w:br/>
        <w:t>v -0.431996 18.923016 -0.181665</w:t>
        <w:br/>
        <w:t>v -0.385607 18.968668 -0.180903</w:t>
        <w:br/>
        <w:t>v -0.352245 18.997009 -0.179129</w:t>
        <w:br/>
        <w:t>v -0.315585 19.016781 -0.181890</w:t>
        <w:br/>
        <w:t>v -0.282473 19.030735 -0.186936</w:t>
        <w:br/>
        <w:t>v 0.208554 18.925993 -0.265076</w:t>
        <w:br/>
        <w:t>v 0.217048 18.930700 -0.260530</w:t>
        <w:br/>
        <w:t>v 0.260165 18.892069 -0.277017</w:t>
        <w:br/>
        <w:t>v 0.238382 18.879663 -0.286135</w:t>
        <w:br/>
        <w:t>v 0.323067 18.833113 -0.309343</w:t>
        <w:br/>
        <w:t>v 0.294651 18.815264 -0.320297</w:t>
        <w:br/>
        <w:t>v 0.476750 18.567215 -0.347589</w:t>
        <w:br/>
        <w:t>v 0.487005 18.565905 -0.349338</w:t>
        <w:br/>
        <w:t>v 0.466171 18.537138 -0.340957</w:t>
        <w:br/>
        <w:t>v 0.440053 18.633352 -0.363964</w:t>
        <w:br/>
        <w:t>v 0.463211 18.643520 -0.357207</w:t>
        <w:br/>
        <w:t>v 0.479636 18.591183 -0.352111</w:t>
        <w:br/>
        <w:t>v 0.464335 18.586550 -0.355833</w:t>
        <w:br/>
        <w:t>v 0.208554 18.925993 -0.265076</w:t>
        <w:br/>
        <w:t>v 0.238382 18.879663 -0.286135</w:t>
        <w:br/>
        <w:t>v 0.260652 18.898689 -0.305396</w:t>
        <w:br/>
        <w:t>v 0.216573 18.933937 -0.274856</w:t>
        <w:br/>
        <w:t>v 0.467570 18.564217 -0.349325</w:t>
        <w:br/>
        <w:t>v 0.466171 18.537138 -0.340957</w:t>
        <w:br/>
        <w:t>v 0.480497 18.562057 -0.358493</w:t>
        <w:br/>
        <w:t>v 0.325678 18.841845 -0.340519</w:t>
        <w:br/>
        <w:t>v 0.294651 18.815264 -0.320297</w:t>
        <w:br/>
        <w:t>v 0.281399 18.907806 -0.274170</w:t>
        <w:br/>
        <w:t>v 0.260652 18.898689 -0.305396</w:t>
        <w:br/>
        <w:t>v 0.325678 18.841845 -0.340519</w:t>
        <w:br/>
        <w:t>v 0.351296 18.854548 -0.305983</w:t>
        <w:br/>
        <w:t>v 0.483370 18.586212 -0.369547</w:t>
        <w:br/>
        <w:t>v 0.467245 18.642859 -0.384861</w:t>
        <w:br/>
        <w:t>v 0.440053 18.633352 -0.363964</w:t>
        <w:br/>
        <w:t>v 0.464335 18.586550 -0.355833</w:t>
        <w:br/>
        <w:t>v 0.483370 18.586212 -0.369547</w:t>
        <w:br/>
        <w:t>v 0.496086 18.593683 -0.354259</w:t>
        <w:br/>
        <w:t>v 0.487954 18.653526 -0.358855</w:t>
        <w:br/>
        <w:t>v 0.467245 18.642859 -0.384861</w:t>
        <w:br/>
        <w:t>v 0.380473 18.770699 -0.338196</w:t>
        <w:br/>
        <w:t>v 0.351296 18.752073 -0.349962</w:t>
        <w:br/>
        <w:t>v 0.383559 18.779541 -0.369797</w:t>
        <w:br/>
        <w:t>v 0.410051 18.792269 -0.334311</w:t>
        <w:br/>
        <w:t>v 0.383559 18.779541 -0.369797</w:t>
        <w:br/>
        <w:t>v 0.351296 18.752073 -0.349962</w:t>
        <w:br/>
        <w:t>v 0.467570 18.564217 -0.349325</w:t>
        <w:br/>
        <w:t>v 0.480497 18.562057 -0.358493</w:t>
        <w:br/>
        <w:t>v 0.487005 18.565905 -0.349338</w:t>
        <w:br/>
        <w:t>v 0.216573 18.933937 -0.274856</w:t>
        <w:br/>
        <w:t>v 0.225466 18.937098 -0.258769</w:t>
        <w:br/>
        <w:t>v 0.466171 18.537138 -0.340957</w:t>
        <w:br/>
        <w:t>v 0.431435 18.713430 -0.386697</w:t>
        <w:br/>
        <w:t>v 0.400408 18.691122 -0.365413</w:t>
        <w:br/>
        <w:t>v 0.428637 18.708059 -0.355620</w:t>
        <w:br/>
        <w:t>v 0.400408 18.691122 -0.365413</w:t>
        <w:br/>
        <w:t>v 0.431435 18.713430 -0.386697</w:t>
        <w:br/>
        <w:t>v 0.457877 18.726519 -0.354034</w:t>
        <w:br/>
        <w:t>v 0.496086 18.593683 -0.354259</w:t>
        <w:br/>
        <w:t>v 0.487954 18.653526 -0.358855</w:t>
        <w:br/>
        <w:t>v 0.457877 18.726519 -0.354034</w:t>
        <w:br/>
        <w:t>v 0.410051 18.792269 -0.334311</w:t>
        <w:br/>
        <w:t>v 0.351296 18.854548 -0.305983</w:t>
        <w:br/>
        <w:t>v 0.281399 18.907806 -0.274170</w:t>
        <w:br/>
        <w:t>v 0.225466 18.937098 -0.258769</w:t>
        <w:br/>
        <w:t>v 0.988269 19.998499 -0.002971</w:t>
        <w:br/>
        <w:t>v 0.981129 19.940260 -0.019462</w:t>
        <w:br/>
        <w:t>v 1.046917 20.020386 -0.018325</w:t>
        <w:br/>
        <w:t>v 0.792623 20.045729 0.099772</w:t>
        <w:br/>
        <w:t>v 0.952783 20.154806 0.048362</w:t>
        <w:br/>
        <w:t>v 0.983532 20.275972 0.045391</w:t>
        <w:br/>
        <w:t>v 0.776160 20.132662 0.132597</w:t>
        <w:br/>
        <w:t>v 0.677148 20.364899 0.270093</w:t>
        <w:br/>
        <w:t>v 0.848106 20.543371 0.139601</w:t>
        <w:br/>
        <w:t>v 0.829615 20.653784 0.170097</w:t>
        <w:br/>
        <w:t>v 0.626149 20.427938 0.324014</w:t>
        <w:br/>
        <w:t>v 0.405642 20.594673 0.489251</w:t>
        <w:br/>
        <w:t>v 0.545687 20.890888 0.343001</w:t>
        <w:br/>
        <w:t>v 0.447230 21.019835 0.375697</w:t>
        <w:br/>
        <w:t>v 0.326752 20.641577 0.536615</w:t>
        <w:br/>
        <w:t>v 0.942670 20.459196 0.086689</w:t>
        <w:br/>
        <w:t>v 0.718192 20.293116 0.218295</w:t>
        <w:br/>
        <w:t>v 0.789363 19.934050 0.074217</w:t>
        <w:br/>
        <w:t>v 0.968614 20.070707 0.026728</w:t>
        <w:br/>
        <w:t>v 0.683268 20.826822 0.281384</w:t>
        <w:br/>
        <w:t>v 0.783729 20.763681 0.213424</w:t>
        <w:br/>
        <w:t>v 0.866816 20.847944 0.160501</w:t>
        <w:br/>
        <w:t>v 0.479086 20.546097 0.438702</w:t>
        <w:br/>
        <w:t>v 0.362237 21.069107 0.400133</w:t>
        <w:br/>
        <w:t>v 0.390953 21.180967 0.375825</w:t>
        <w:br/>
        <w:t>v 0.961782 20.349611 0.067497</w:t>
        <w:br/>
        <w:t>v 1.062193 20.416149 0.016198</w:t>
        <w:br/>
        <w:t>v 0.750954 20.215761 0.172455</w:t>
        <w:br/>
        <w:t>v 0.561598 20.484032 0.379098</w:t>
        <w:br/>
        <w:t>v 0.259828 20.678686 0.569753</w:t>
        <w:br/>
        <w:t>v 0.768716 19.820087 0.059840</w:t>
        <w:br/>
        <w:t>v 0.715431 19.597944 0.041604</w:t>
        <w:br/>
        <w:t>v 0.287357 21.096548 0.429384</w:t>
        <w:br/>
        <w:t>v 0.188919 20.713432 0.593847</w:t>
        <w:br/>
        <w:t>v 0.182699 21.095852 0.466027</w:t>
        <w:br/>
        <w:t>v 0.116037 20.743237 0.609398</w:t>
        <w:br/>
        <w:t>v 0.104084 21.194868 0.469117</w:t>
        <w:br/>
        <w:t>v 0.054484 20.761520 0.615006</w:t>
        <w:br/>
        <w:t>v 0.005887 21.222195 0.473576</w:t>
        <w:br/>
        <w:t>v 0.000000 20.767569 0.615855</w:t>
        <w:br/>
        <w:t>v 0.000000 21.447527 0.437478</w:t>
        <w:br/>
        <w:t>v 1.013473 19.927357 0.020620</w:t>
        <w:br/>
        <w:t>v 1.016713 19.993929 0.040955</w:t>
        <w:br/>
        <w:t>v 1.046917 20.020386 -0.018325</w:t>
        <w:br/>
        <w:t>v 0.842422 20.032751 0.170369</w:t>
        <w:br/>
        <w:t>v 0.828321 20.121521 0.201782</w:t>
        <w:br/>
        <w:t>v 1.021282 20.271862 0.093031</w:t>
        <w:br/>
        <w:t>v 0.995797 20.141815 0.112890</w:t>
        <w:br/>
        <w:t>v 0.736191 20.366261 0.334556</w:t>
        <w:br/>
        <w:t>v 0.685154 20.435196 0.388091</w:t>
        <w:br/>
        <w:t>v 0.873981 20.658693 0.213936</w:t>
        <w:br/>
        <w:t>v 0.908097 20.543533 0.203722</w:t>
        <w:br/>
        <w:t>v 0.456840 20.617918 0.556076</w:t>
        <w:br/>
        <w:t>v 0.376014 20.668356 0.603702</w:t>
        <w:br/>
        <w:t>v 0.481259 21.043478 0.417869</w:t>
        <w:br/>
        <w:t>v 0.593849 20.910234 0.404272</w:t>
        <w:br/>
        <w:t>v 0.983671 20.456518 0.131130</w:t>
        <w:br/>
        <w:t>v 0.776085 20.288219 0.283583</w:t>
        <w:br/>
        <w:t>v 1.010932 20.058905 0.077202</w:t>
        <w:br/>
        <w:t>v 0.839387 19.917850 0.144014</w:t>
        <w:br/>
        <w:t>v 0.818890 20.772352 0.245746</w:t>
        <w:br/>
        <w:t>v 0.715369 20.838224 0.315060</w:t>
        <w:br/>
        <w:t>v 0.866816 20.847944 0.160501</w:t>
        <w:br/>
        <w:t>v 0.533270 20.564034 0.504902</w:t>
        <w:br/>
        <w:t>v 0.392939 21.093557 0.440872</w:t>
        <w:br/>
        <w:t>v 0.390953 21.180967 0.375825</w:t>
        <w:br/>
        <w:t>v 1.062193 20.416149 0.016198</w:t>
        <w:br/>
        <w:t>v 1.003338 20.346325 0.107336</w:t>
        <w:br/>
        <w:t>v 0.805950 20.207369 0.239853</w:t>
        <w:br/>
        <w:t>v 0.618143 20.497311 0.444373</w:t>
        <w:br/>
        <w:t>v 0.304569 20.708025 0.638675</w:t>
        <w:br/>
        <w:t>v 0.767479 19.578709 0.109165</w:t>
        <w:br/>
        <w:t>v 0.819902 19.801151 0.128126</w:t>
        <w:br/>
        <w:t>v 0.313445 21.118227 0.469449</w:t>
        <w:br/>
        <w:t>v 0.228926 20.743984 0.665330</w:t>
        <w:br/>
        <w:t>v 0.152122 20.771589 0.683666</w:t>
        <w:br/>
        <w:t>v 0.215461 21.121582 0.533439</w:t>
        <w:br/>
        <w:t>v 0.077117 20.788801 0.694333</w:t>
        <w:br/>
        <w:t>v 0.122332 21.223003 0.522231</w:t>
        <w:br/>
        <w:t>v 0.002343 21.227654 0.540025</w:t>
        <w:br/>
        <w:t>v 0.000000 20.794933 0.697843</w:t>
        <w:br/>
        <w:t>v 0.000000 21.447527 0.437478</w:t>
        <w:br/>
        <w:t>v 1.046917 20.020386 -0.018325</w:t>
        <w:br/>
        <w:t>v 0.981129 19.940260 -0.019462</w:t>
        <w:br/>
        <w:t>v 1.013473 19.927357 0.020620</w:t>
        <w:br/>
        <w:t>v 0.983532 20.275972 0.045391</w:t>
        <w:br/>
        <w:t>v 0.952783 20.154806 0.048362</w:t>
        <w:br/>
        <w:t>v 0.995797 20.141815 0.112890</w:t>
        <w:br/>
        <w:t>v 1.021282 20.271862 0.093031</w:t>
        <w:br/>
        <w:t>v 0.829615 20.653784 0.170097</w:t>
        <w:br/>
        <w:t>v 0.848106 20.543371 0.139601</w:t>
        <w:br/>
        <w:t>v 0.908097 20.543533 0.203722</w:t>
        <w:br/>
        <w:t>v 0.873981 20.658693 0.213936</w:t>
        <w:br/>
        <w:t>v 0.447230 21.019835 0.375697</w:t>
        <w:br/>
        <w:t>v 0.545687 20.890888 0.343001</w:t>
        <w:br/>
        <w:t>v 0.593849 20.910234 0.404272</w:t>
        <w:br/>
        <w:t>v 0.481259 21.043478 0.417869</w:t>
        <w:br/>
        <w:t>v 0.942670 20.459196 0.086689</w:t>
        <w:br/>
        <w:t>v 0.983671 20.456518 0.131130</w:t>
        <w:br/>
        <w:t>v 0.968614 20.070707 0.026728</w:t>
        <w:br/>
        <w:t>v 1.010932 20.058905 0.077202</w:t>
        <w:br/>
        <w:t>v 0.715369 20.838224 0.315060</w:t>
        <w:br/>
        <w:t>v 0.683268 20.826822 0.281384</w:t>
        <w:br/>
        <w:t>v 0.866816 20.847944 0.160501</w:t>
        <w:br/>
        <w:t>v 0.390953 21.180967 0.375825</w:t>
        <w:br/>
        <w:t>v 1.062193 20.416149 0.016198</w:t>
        <w:br/>
        <w:t>v 1.046917 20.020386 -0.018325</w:t>
        <w:br/>
        <w:t>v 0.715431 19.597944 0.041604</w:t>
        <w:br/>
        <w:t>v 0.767479 19.578709 0.109165</w:t>
        <w:br/>
        <w:t>v 0.313445 21.118227 0.469449</w:t>
        <w:br/>
        <w:t>v 0.287357 21.096548 0.429384</w:t>
        <w:br/>
        <w:t>v 0.390953 21.180967 0.375825</w:t>
        <w:br/>
        <w:t>v 0.182699 21.095852 0.466027</w:t>
        <w:br/>
        <w:t>v 0.215461 21.121582 0.533439</w:t>
        <w:br/>
        <w:t>v 0.104084 21.194868 0.469117</w:t>
        <w:br/>
        <w:t>v 0.122332 21.223003 0.522231</w:t>
        <w:br/>
        <w:t>v 0.000000 21.447527 0.437478</w:t>
        <w:br/>
        <w:t>v 0.866816 20.847944 0.160501</w:t>
        <w:br/>
        <w:t>v 1.062193 20.416149 0.016198</w:t>
        <w:br/>
        <w:t>v -0.981129 19.940260 -0.019462</w:t>
        <w:br/>
        <w:t>v -0.991234 20.006285 -0.001988</w:t>
        <w:br/>
        <w:t>v -1.046916 20.020386 -0.018325</w:t>
        <w:br/>
        <w:t>v -0.792622 20.045729 0.099772</w:t>
        <w:br/>
        <w:t>v -0.776160 20.132662 0.132597</w:t>
        <w:br/>
        <w:t>v -0.980984 20.270025 0.047313</w:t>
        <w:br/>
        <w:t>v -0.950365 20.150383 0.047148</w:t>
        <w:br/>
        <w:t>v -0.677148 20.364899 0.270093</w:t>
        <w:br/>
        <w:t>v -0.626149 20.427938 0.324014</w:t>
        <w:br/>
        <w:t>v -0.832821 20.655256 0.170167</w:t>
        <w:br/>
        <w:t>v -0.856445 20.535011 0.143191</w:t>
        <w:br/>
        <w:t>v -0.405641 20.594673 0.489251</w:t>
        <w:br/>
        <w:t>v -0.326751 20.641577 0.536615</w:t>
        <w:br/>
        <w:t>v -0.448975 21.017284 0.374383</w:t>
        <w:br/>
        <w:t>v -0.543891 20.891432 0.343762</w:t>
        <w:br/>
        <w:t>v -0.942159 20.459082 0.088101</w:t>
        <w:br/>
        <w:t>v -0.718191 20.293116 0.218295</w:t>
        <w:br/>
        <w:t>v -0.968613 20.070427 0.026728</w:t>
        <w:br/>
        <w:t>v -0.789362 19.934050 0.074217</w:t>
        <w:br/>
        <w:t>v -0.783729 20.763681 0.213424</w:t>
        <w:br/>
        <w:t>v -0.683268 20.827387 0.281384</w:t>
        <w:br/>
        <w:t>v -0.866816 20.847944 0.160501</w:t>
        <w:br/>
        <w:t>v -0.479086 20.546097 0.438702</w:t>
        <w:br/>
        <w:t>v -0.357617 21.067310 0.403337</w:t>
        <w:br/>
        <w:t>v -0.390953 21.180967 0.375825</w:t>
        <w:br/>
        <w:t>v -1.062192 20.416149 0.016198</w:t>
        <w:br/>
        <w:t>v -0.961781 20.349611 0.067497</w:t>
        <w:br/>
        <w:t>v -0.750954 20.215761 0.172455</w:t>
        <w:br/>
        <w:t>v -0.561598 20.484032 0.379098</w:t>
        <w:br/>
        <w:t>v -0.259827 20.678686 0.569753</w:t>
        <w:br/>
        <w:t>v -0.715431 19.597944 0.041604</w:t>
        <w:br/>
        <w:t>v -0.768715 19.820087 0.059840</w:t>
        <w:br/>
        <w:t>v -0.287356 21.093740 0.429384</w:t>
        <w:br/>
        <w:t>v -0.188919 20.713432 0.593847</w:t>
        <w:br/>
        <w:t>v -0.116037 20.743237 0.609398</w:t>
        <w:br/>
        <w:t>v -0.182698 21.095852 0.466027</w:t>
        <w:br/>
        <w:t>v -0.054483 20.761520 0.615006</w:t>
        <w:br/>
        <w:t>v -0.102607 21.202049 0.467524</w:t>
        <w:br/>
        <w:t>v -1.023184 19.993929 0.030144</w:t>
        <w:br/>
        <w:t>v -1.014098 19.929403 0.017433</w:t>
        <w:br/>
        <w:t>v -1.046916 20.020386 -0.018325</w:t>
        <w:br/>
        <w:t>v -0.842422 20.032751 0.170369</w:t>
        <w:br/>
        <w:t>v -0.995606 20.141815 0.111859</w:t>
        <w:br/>
        <w:t>v -1.017641 20.266285 0.093956</w:t>
        <w:br/>
        <w:t>v -0.828320 20.121521 0.201782</w:t>
        <w:br/>
        <w:t>v -0.736190 20.366261 0.334556</w:t>
        <w:br/>
        <w:t>v -0.908855 20.542568 0.204608</w:t>
        <w:br/>
        <w:t>v -0.874085 20.657677 0.212808</w:t>
        <w:br/>
        <w:t>v -0.685154 20.435196 0.388091</w:t>
        <w:br/>
        <w:t>v -0.456840 20.617918 0.556076</w:t>
        <w:br/>
        <w:t>v -0.591359 20.914677 0.405704</w:t>
        <w:br/>
        <w:t>v -0.483940 21.041624 0.417429</w:t>
        <w:br/>
        <w:t>v -0.376014 20.668356 0.603702</w:t>
        <w:br/>
        <w:t>v -0.985039 20.460804 0.134633</w:t>
        <w:br/>
        <w:t>v -0.776085 20.288219 0.283583</w:t>
        <w:br/>
        <w:t>v -0.839387 19.917850 0.144014</w:t>
        <w:br/>
        <w:t>v -1.010931 20.058622 0.077202</w:t>
        <w:br/>
        <w:t>v -0.715368 20.838789 0.316661</w:t>
        <w:br/>
        <w:t>v -0.818890 20.772352 0.244187</w:t>
        <w:br/>
        <w:t>v -0.866816 20.847944 0.160501</w:t>
        <w:br/>
        <w:t>v -0.533269 20.564034 0.504902</w:t>
        <w:br/>
        <w:t>v -0.392939 21.093557 0.440708</w:t>
        <w:br/>
        <w:t>v -0.390953 21.180967 0.375825</w:t>
        <w:br/>
        <w:t>v -1.003337 20.346325 0.114336</w:t>
        <w:br/>
        <w:t>v -1.062192 20.416149 0.016198</w:t>
        <w:br/>
        <w:t>v -0.805950 20.207369 0.239853</w:t>
        <w:br/>
        <w:t>v -0.618142 20.497311 0.444373</w:t>
        <w:br/>
        <w:t>v -0.304568 20.708025 0.638675</w:t>
        <w:br/>
        <w:t>v -0.819902 19.801151 0.128126</w:t>
        <w:br/>
        <w:t>v -0.767479 19.578709 0.109165</w:t>
        <w:br/>
        <w:t>v -0.314977 21.118904 0.469540</w:t>
        <w:br/>
        <w:t>v -0.228926 20.743984 0.665330</w:t>
        <w:br/>
        <w:t>v -0.214463 21.119280 0.532276</w:t>
        <w:br/>
        <w:t>v -0.152122 20.771589 0.683666</w:t>
        <w:br/>
        <w:t>v -0.117216 21.222708 0.520941</w:t>
        <w:br/>
        <w:t>v -0.077116 20.788801 0.694333</w:t>
        <w:br/>
        <w:t>v -0.981129 19.940260 -0.019462</w:t>
        <w:br/>
        <w:t>v -1.046916 20.020386 -0.018325</w:t>
        <w:br/>
        <w:t>v -1.014098 19.929403 0.017433</w:t>
        <w:br/>
        <w:t>v -0.980984 20.270025 0.047313</w:t>
        <w:br/>
        <w:t>v -1.017641 20.266285 0.093956</w:t>
        <w:br/>
        <w:t>v -0.995606 20.141815 0.111859</w:t>
        <w:br/>
        <w:t>v -0.950365 20.150383 0.047148</w:t>
        <w:br/>
        <w:t>v -0.832821 20.655256 0.170167</w:t>
        <w:br/>
        <w:t>v -0.874085 20.657677 0.212808</w:t>
        <w:br/>
        <w:t>v -0.908855 20.542568 0.204608</w:t>
        <w:br/>
        <w:t>v -0.856445 20.535011 0.143191</w:t>
        <w:br/>
        <w:t>v -0.448975 21.017284 0.374383</w:t>
        <w:br/>
        <w:t>v -0.483940 21.041624 0.417429</w:t>
        <w:br/>
        <w:t>v -0.591359 20.914677 0.405704</w:t>
        <w:br/>
        <w:t>v -0.543891 20.891432 0.343762</w:t>
        <w:br/>
        <w:t>v -0.985039 20.460804 0.134633</w:t>
        <w:br/>
        <w:t>v -0.942159 20.459082 0.088101</w:t>
        <w:br/>
        <w:t>v -1.010931 20.058622 0.077202</w:t>
        <w:br/>
        <w:t>v -0.968613 20.070427 0.026728</w:t>
        <w:br/>
        <w:t>v -0.683268 20.827387 0.281384</w:t>
        <w:br/>
        <w:t>v -0.715368 20.838789 0.316661</w:t>
        <w:br/>
        <w:t>v -0.866816 20.847944 0.160501</w:t>
        <w:br/>
        <w:t>v -0.390953 21.180967 0.375825</w:t>
        <w:br/>
        <w:t>v -1.062192 20.416149 0.016198</w:t>
        <w:br/>
        <w:t>v -1.046916 20.020386 -0.018325</w:t>
        <w:br/>
        <w:t>v -0.767479 19.578709 0.109165</w:t>
        <w:br/>
        <w:t>v -0.715431 19.597944 0.041604</w:t>
        <w:br/>
        <w:t>v -0.287356 21.093740 0.429384</w:t>
        <w:br/>
        <w:t>v -0.314977 21.118904 0.469540</w:t>
        <w:br/>
        <w:t>v -0.390953 21.180967 0.375825</w:t>
        <w:br/>
        <w:t>v -0.182698 21.095852 0.466027</w:t>
        <w:br/>
        <w:t>v -0.214463 21.119280 0.532276</w:t>
        <w:br/>
        <w:t>v -0.102607 21.202049 0.467524</w:t>
        <w:br/>
        <w:t>v -0.117216 21.222708 0.520941</w:t>
        <w:br/>
        <w:t>v 0.000000 21.447527 0.437478</w:t>
        <w:br/>
        <w:t>v -0.866816 20.847944 0.160501</w:t>
        <w:br/>
        <w:t>v -1.062192 20.416149 0.016198</w:t>
        <w:br/>
        <w:t>v 0.714305 19.589630 -1.432133</w:t>
        <w:br/>
        <w:t>v 0.797184 19.620678 -1.219774</w:t>
        <w:br/>
        <w:t>v 0.846864 19.472183 -1.203870</w:t>
        <w:br/>
        <w:t>v 0.804499 19.454344 -1.383466</w:t>
        <w:br/>
        <w:t>v 0.903512 19.380184 -1.241261</w:t>
        <w:br/>
        <w:t>v 0.935140 19.336346 -1.441163</w:t>
        <w:br/>
        <w:t>v 0.861075 19.374010 -1.400303</w:t>
        <w:br/>
        <w:t>v 1.074051 19.244091 -1.459292</w:t>
        <w:br/>
        <w:t>v 1.100424 19.169624 -1.503036</w:t>
        <w:br/>
        <w:t>v 1.047167 19.200993 -1.597667</w:t>
        <w:br/>
        <w:t>v 0.997997 19.275444 -1.519792</w:t>
        <w:br/>
        <w:t>v 0.933625 18.895447 -1.394757</w:t>
        <w:br/>
        <w:t>v 1.005425 18.862080 -1.492198</w:t>
        <w:br/>
        <w:t>v 0.998726 18.966789 -1.487108</w:t>
        <w:br/>
        <w:t>v 1.083962 18.834427 -1.590644</w:t>
        <w:br/>
        <w:t>v 1.054127 18.937717 -1.525777</w:t>
        <w:br/>
        <w:t>v 0.745999 19.779840 -1.268376</w:t>
        <w:br/>
        <w:t>v 0.645788 19.758739 -1.501721</w:t>
        <w:br/>
        <w:t>v 0.589117 20.008955 -1.531821</w:t>
        <w:br/>
        <w:t>v 0.655604 20.037491 -1.326867</w:t>
        <w:br/>
        <w:t>v 0.546599 20.266609 -1.434309</w:t>
        <w:br/>
        <w:t>v 0.600248 20.286993 -1.322387</w:t>
        <w:br/>
        <w:t>v 1.181213 18.759693 -1.656484</w:t>
        <w:br/>
        <w:t>v 1.205269 18.662804 -1.601830</w:t>
        <w:br/>
        <w:t>v 1.220159 18.713013 -1.576970</w:t>
        <w:br/>
        <w:t>v 1.217332 18.826397 -1.630816</w:t>
        <w:br/>
        <w:t>v 1.032604 18.972801 -1.467669</w:t>
        <w:br/>
        <w:t>v 1.066496 18.940929 -1.488543</w:t>
        <w:br/>
        <w:t>v 0.997136 18.888512 -1.398229</w:t>
        <w:br/>
        <w:t>v 1.136090 18.915970 -1.546112</w:t>
        <w:br/>
        <w:t>v 0.981864 18.756950 -1.452475</w:t>
        <w:br/>
        <w:t>v 0.848746 20.016121 -1.547730</w:t>
        <w:br/>
        <w:t>v 0.781106 20.283903 -1.544210</w:t>
        <w:br/>
        <w:t>v 0.659389 20.264936 -1.608645</w:t>
        <w:br/>
        <w:t>v 0.716237 19.981035 -1.617414</w:t>
        <w:br/>
        <w:t>v 1.203149 18.719234 -1.563742</w:t>
        <w:br/>
        <w:t>v 1.123114 18.701817 -1.624833</w:t>
        <w:br/>
        <w:t>v 1.198862 18.850254 -1.594088</w:t>
        <w:br/>
        <w:t>v 0.617057 20.482590 -1.593591</w:t>
        <w:br/>
        <w:t>v 0.721849 20.496851 -1.520682</w:t>
        <w:br/>
        <w:t>v 1.002433 19.478607 -1.075327</w:t>
        <w:br/>
        <w:t>v 0.984570 19.616699 -1.124769</w:t>
        <w:br/>
        <w:t>v 1.087362 19.473299 -1.130219</w:t>
        <w:br/>
        <w:t>v 0.861075 19.374010 -1.400303</w:t>
        <w:br/>
        <w:t>v 0.935140 19.336346 -1.441163</w:t>
        <w:br/>
        <w:t>v 0.982858 19.346491 -1.449714</w:t>
        <w:br/>
        <w:t>v 0.924245 19.385900 -1.406178</w:t>
        <w:br/>
        <w:t>v 0.997997 19.275444 -1.519792</w:t>
        <w:br/>
        <w:t>v 1.047167 19.200993 -1.597667</w:t>
        <w:br/>
        <w:t>v 1.102747 19.203156 -1.613652</w:t>
        <w:br/>
        <w:t>v 1.051171 19.278458 -1.528011</w:t>
        <w:br/>
        <w:t>v 1.203369 19.214827 -1.351023</w:t>
        <w:br/>
        <w:t>v 1.288216 19.235716 -1.354851</w:t>
        <w:br/>
        <w:t>v 1.204611 19.121910 -1.411982</w:t>
        <w:br/>
        <w:t>v 1.054127 18.937717 -1.525777</w:t>
        <w:br/>
        <w:t>v 1.066496 18.940929 -1.488543</w:t>
        <w:br/>
        <w:t>v 1.032604 18.972801 -1.467669</w:t>
        <w:br/>
        <w:t>v 0.969524 18.745937 -1.493047</w:t>
        <w:br/>
        <w:t>v 0.913583 18.804211 -1.379321</w:t>
        <w:br/>
        <w:t>v 0.981864 18.756950 -1.452475</w:t>
        <w:br/>
        <w:t>v 1.138668 18.908638 -1.585842</w:t>
        <w:br/>
        <w:t>v 1.136090 18.915970 -1.546112</w:t>
        <w:br/>
        <w:t>v 1.046224 18.725269 -1.599552</w:t>
        <w:br/>
        <w:t>v 1.059771 18.730766 -1.566556</w:t>
        <w:br/>
        <w:t>v 0.589117 20.008955 -1.531821</w:t>
        <w:br/>
        <w:t>v 0.645788 19.758739 -1.501721</w:t>
        <w:br/>
        <w:t>v 0.860750 19.733131 -1.562632</w:t>
        <w:br/>
        <w:t>v 0.937974 19.771397 -1.187699</w:t>
        <w:br/>
        <w:t>v 1.026453 19.602270 -1.162886</w:t>
        <w:br/>
        <w:t>v 1.220159 18.713013 -1.576970</w:t>
        <w:br/>
        <w:t>v 1.203149 18.719234 -1.563742</w:t>
        <w:br/>
        <w:t>v 1.198862 18.850254 -1.594088</w:t>
        <w:br/>
        <w:t>v 1.181885 18.606838 -1.610502</w:t>
        <w:br/>
        <w:t>v 1.138176 18.689522 -1.640279</w:t>
        <w:br/>
        <w:t>v 1.167458 18.614510 -1.602382</w:t>
        <w:br/>
        <w:t>v 0.804499 19.454344 -1.383466</w:t>
        <w:br/>
        <w:t>v 0.873326 19.451263 -1.399222</w:t>
        <w:br/>
        <w:t>v 0.860123 19.577255 -1.469002</w:t>
        <w:br/>
        <w:t>v 0.714305 19.589630 -1.432133</w:t>
        <w:br/>
        <w:t>v 0.876471 20.022776 -1.397390</w:t>
        <w:br/>
        <w:t>v 0.831392 20.033197 -1.286283</w:t>
        <w:br/>
        <w:t>v 0.742684 20.293879 -1.318133</w:t>
        <w:br/>
        <w:t>v 0.688758 20.479519 -1.321054</w:t>
        <w:br/>
        <w:t>v 0.750432 20.500523 -1.387725</w:t>
        <w:br/>
        <w:t>v 0.797047 20.293802 -1.392716</w:t>
        <w:br/>
        <w:t>v 0.797047 20.293802 -1.392716</w:t>
        <w:br/>
        <w:t>v 0.750432 20.500523 -1.387725</w:t>
        <w:br/>
        <w:t>v 0.876471 20.022776 -1.397390</w:t>
        <w:br/>
        <w:t>v 0.945717 18.804180 -1.360606</w:t>
        <w:br/>
        <w:t>v 0.969524 18.745937 -1.493047</w:t>
        <w:br/>
        <w:t>v 1.046224 18.725269 -1.599552</w:t>
        <w:br/>
        <w:t>v 0.913583 18.804211 -1.379321</w:t>
        <w:br/>
        <w:t>v 1.045840 19.376932 -1.108831</w:t>
        <w:br/>
        <w:t>v 1.114113 19.294439 -1.208779</w:t>
        <w:br/>
        <w:t>v 0.958664 19.311741 -1.318588</w:t>
        <w:br/>
        <w:t>v 0.984570 19.616699 -1.124769</w:t>
        <w:br/>
        <w:t>v 0.937974 19.771397 -1.187699</w:t>
        <w:br/>
        <w:t>v 0.831392 20.033197 -1.286283</w:t>
        <w:br/>
        <w:t>v 0.600248 20.286993 -1.322387</w:t>
        <w:br/>
        <w:t>v 0.742684 20.293879 -1.318133</w:t>
        <w:br/>
        <w:t>v 1.067469 19.100918 -1.592930</w:t>
        <w:br/>
        <w:t>v 0.973878 19.046043 -1.548328</w:t>
        <w:br/>
        <w:t>v 1.024930 19.046921 -1.531823</w:t>
        <w:br/>
        <w:t>v 0.920269 18.985168 -1.396559</w:t>
        <w:br/>
        <w:t>v 1.016600 19.102596 -1.594070</w:t>
        <w:br/>
        <w:t>v 0.981302 19.056149 -1.449712</w:t>
        <w:br/>
        <w:t>v 1.016818 18.999027 -1.335273</w:t>
        <w:br/>
        <w:t>v 0.933044 18.924171 -1.307725</w:t>
        <w:br/>
        <w:t>v 1.061129 18.994053 -1.343589</w:t>
        <w:br/>
        <w:t>v 0.983494 18.928722 -1.313992</w:t>
        <w:br/>
        <w:t>v 1.025065 18.984322 -1.398603</w:t>
        <w:br/>
        <w:t>v 1.075601 19.021427 -1.439266</w:t>
        <w:br/>
        <w:t>v 0.909984 18.931225 -1.370311</w:t>
        <w:br/>
        <w:t>v 0.973878 19.046043 -1.548328</w:t>
        <w:br/>
        <w:t>v 0.971393 19.001587 -1.503385</w:t>
        <w:br/>
        <w:t>v 1.015987 19.010632 -1.492096</w:t>
        <w:br/>
        <w:t>v 0.955089 18.868652 -1.320840</w:t>
        <w:br/>
        <w:t>v 0.933044 18.924171 -1.307725</w:t>
        <w:br/>
        <w:t>v 0.905041 18.857536 -1.325338</w:t>
        <w:br/>
        <w:t>v 1.184210 18.592796 -1.489912</w:t>
        <w:br/>
        <w:t>v 1.177386 18.564018 -1.508550</w:t>
        <w:br/>
        <w:t>v 1.080477 18.522991 -1.373737</w:t>
        <w:br/>
        <w:t>v 1.160462 18.541008 -1.511106</w:t>
        <w:br/>
        <w:t>v 1.160462 18.541008 -1.511106</w:t>
        <w:br/>
        <w:t>v 1.152213 18.546719 -1.516775</w:t>
        <w:br/>
        <w:t>v 1.080477 18.522991 -1.373737</w:t>
        <w:br/>
        <w:t>v 1.152213 18.546719 -1.516775</w:t>
        <w:br/>
        <w:t>v 1.175584 18.602753 -1.491694</w:t>
        <w:br/>
        <w:t>v 1.080477 18.522991 -1.373737</w:t>
        <w:br/>
        <w:t>v 1.080477 18.522991 -1.373737</w:t>
        <w:br/>
        <w:t>v 1.175584 18.602753 -1.491694</w:t>
        <w:br/>
        <w:t>v 1.184210 18.592796 -1.489912</w:t>
        <w:br/>
        <w:t>v 1.217332 18.826397 -1.630816</w:t>
        <w:br/>
        <w:t>v 1.138668 18.908638 -1.585842</w:t>
        <w:br/>
        <w:t>v 1.138176 18.689522 -1.640279</w:t>
        <w:br/>
        <w:t>v 1.123114 18.701817 -1.624833</w:t>
        <w:br/>
        <w:t>v 1.059771 18.730766 -1.566556</w:t>
        <w:br/>
        <w:t>v 1.217332 18.826397 -1.630816</w:t>
        <w:br/>
        <w:t>v 1.198862 18.850254 -1.594088</w:t>
        <w:br/>
        <w:t>v 1.167458 18.614510 -1.602382</w:t>
        <w:br/>
        <w:t>v 1.181885 18.606838 -1.610502</w:t>
        <w:br/>
        <w:t>v 1.138563 19.386208 -1.150106</w:t>
        <w:br/>
        <w:t>v 1.207068 19.310961 -1.231126</w:t>
        <w:br/>
        <w:t>v 0.992383 19.756594 -1.342732</w:t>
        <w:br/>
        <w:t>v 0.655604 20.037491 -1.326867</w:t>
        <w:br/>
        <w:t>v 0.659389 20.264936 -1.608645</w:t>
        <w:br/>
        <w:t>v 0.560432 20.458958 -1.311932</w:t>
        <w:br/>
        <w:t>v 0.517450 20.450695 -1.406182</w:t>
        <w:br/>
        <w:t>v 0.560432 20.458958 -1.311932</w:t>
        <w:br/>
        <w:t>v 0.517450 20.450695 -1.406182</w:t>
        <w:br/>
        <w:t>v 0.546599 20.266609 -1.434309</w:t>
        <w:br/>
        <w:t>v 0.617057 20.482590 -1.593591</w:t>
        <w:br/>
        <w:t>v 0.706016 20.699854 -1.373467</w:t>
        <w:br/>
        <w:t>v 0.659714 20.696894 -1.493251</w:t>
        <w:br/>
        <w:t>v 0.485345 20.625759 -1.379161</w:t>
        <w:br/>
        <w:t>v 0.520977 20.631428 -1.289605</w:t>
        <w:br/>
        <w:t>v 0.485345 20.625759 -1.379161</w:t>
        <w:br/>
        <w:t>v 0.586451 20.670731 -1.496473</w:t>
        <w:br/>
        <w:t>v 0.643565 20.648336 -1.293675</w:t>
        <w:br/>
        <w:t>v 0.706016 20.699854 -1.373467</w:t>
        <w:br/>
        <w:t>v 0.586451 20.670731 -1.496473</w:t>
        <w:br/>
        <w:t>v 0.520977 20.631428 -1.289605</w:t>
        <w:br/>
        <w:t>v 1.041070 19.154297 -1.607187</w:t>
        <w:br/>
        <w:t>v 1.103662 19.150047 -1.624192</w:t>
        <w:br/>
        <w:t>v 1.054125 19.112438 -1.489008</w:t>
        <w:br/>
        <w:t>v 1.047167 19.200993 -1.597667</w:t>
        <w:br/>
        <w:t>v 1.100424 19.169624 -1.503036</w:t>
        <w:br/>
        <w:t>v 1.204611 19.121910 -1.411982</w:t>
        <w:br/>
        <w:t>v 1.119641 19.055714 -1.381277</w:t>
        <w:br/>
        <w:t>v 1.278413 19.136826 -1.440445</w:t>
        <w:br/>
        <w:t>v 1.176779 19.052704 -1.406733</w:t>
        <w:br/>
        <w:t>v 0.581706 20.801781 -1.249873</w:t>
        <w:br/>
        <w:t>v 0.550126 20.992809 -1.260147</w:t>
        <w:br/>
        <w:t>v 0.634325 20.876997 -1.327916</w:t>
        <w:br/>
        <w:t>v 0.634325 20.876997 -1.327916</w:t>
        <w:br/>
        <w:t>v 0.550126 20.992809 -1.260147</w:t>
        <w:br/>
        <w:t>v 0.492413 21.035322 -1.319091</w:t>
        <w:br/>
        <w:t>v 0.584452 20.884775 -1.438745</w:t>
        <w:br/>
        <w:t>v 0.430997 20.984917 -1.308802</w:t>
        <w:br/>
        <w:t>v 0.519228 20.846758 -1.439057</w:t>
        <w:br/>
        <w:t>v 0.584452 20.884775 -1.438745</w:t>
        <w:br/>
        <w:t>v 0.492413 21.035322 -1.319091</w:t>
        <w:br/>
        <w:t>v 0.329071 20.873625 -1.235658</w:t>
        <w:br/>
        <w:t>v 0.329071 20.873625 -1.235658</w:t>
        <w:br/>
        <w:t>v 0.386865 20.874920 -1.183483</w:t>
        <w:br/>
        <w:t>v 0.462881 20.786142 -1.234272</w:t>
        <w:br/>
        <w:t>v 0.430066 20.779949 -1.322100</w:t>
        <w:br/>
        <w:t>v 0.523866 20.916330 -1.203770</w:t>
        <w:br/>
        <w:t>v 0.376288 20.956816 -1.033818</w:t>
        <w:br/>
        <w:t>v 0.384041 21.043425 -1.036098</w:t>
        <w:br/>
        <w:t>v 0.452323 21.067152 -1.141597</w:t>
        <w:br/>
        <w:t>v 0.440068 20.979944 -1.121212</w:t>
        <w:br/>
        <w:t>v 0.452323 21.067152 -1.141597</w:t>
        <w:br/>
        <w:t>v 0.384041 21.043425 -1.036098</w:t>
        <w:br/>
        <w:t>v 0.302796 21.058834 -1.034395</w:t>
        <w:br/>
        <w:t>v 0.380414 21.099737 -1.141018</w:t>
        <w:br/>
        <w:t>v 0.380414 21.099737 -1.141018</w:t>
        <w:br/>
        <w:t>v 0.302796 21.058834 -1.034395</w:t>
        <w:br/>
        <w:t>v 0.211144 20.987709 -1.051077</w:t>
        <w:br/>
        <w:t>v 0.297696 21.029501 -1.138619</w:t>
        <w:br/>
        <w:t>v 0.152513 20.860035 -1.063549</w:t>
        <w:br/>
        <w:t>v 0.235621 20.883951 -1.144453</w:t>
        <w:br/>
        <w:t>v 0.152513 20.860035 -1.063549</w:t>
        <w:br/>
        <w:t>v 0.228990 20.840034 -1.053780</w:t>
        <w:br/>
        <w:t>v 0.308564 20.876217 -1.124334</w:t>
        <w:br/>
        <w:t>v 0.235621 20.883951 -1.144453</w:t>
        <w:br/>
        <w:t>v 0.305981 20.972673 -0.939965</w:t>
        <w:br/>
        <w:t>v 0.173093 20.880459 -0.767638</w:t>
        <w:br/>
        <w:t>v 0.045960 20.850525 -0.776719</w:t>
        <w:br/>
        <w:t>v 0.212246 20.985628 -0.939097</w:t>
        <w:br/>
        <w:t>v 0.205894 20.763439 -0.823531</w:t>
        <w:br/>
        <w:t>v 0.173093 20.880459 -0.767638</w:t>
        <w:br/>
        <w:t>v 0.305981 20.972673 -0.939965</w:t>
        <w:br/>
        <w:t>v 0.306725 20.904812 -0.951729</w:t>
        <w:br/>
        <w:t>v 0.051477 20.685596 -0.854922</w:t>
        <w:br/>
        <w:t>v 0.205894 20.763439 -0.823531</w:t>
        <w:br/>
        <w:t>v 0.306725 20.904812 -0.951729</w:t>
        <w:br/>
        <w:t>v 0.166589 20.805155 -0.987280</w:t>
        <w:br/>
        <w:t>v -0.078018 20.643444 -0.864881</w:t>
        <w:br/>
        <w:t>v 0.070736 20.817104 -0.995422</w:t>
        <w:br/>
        <w:t>v 0.114312 20.918089 -0.972882</w:t>
        <w:br/>
        <w:t>v -0.056599 20.750700 -0.842609</w:t>
        <w:br/>
        <w:t>v -0.078018 20.643444 -0.864881</w:t>
        <w:br/>
        <w:t>v 0.070736 20.817104 -0.995422</w:t>
        <w:br/>
        <w:t>v 0.430066 20.779949 -1.322100</w:t>
        <w:br/>
        <w:t>v 0.971393 19.001587 -1.503385</w:t>
        <w:br/>
        <w:t>v 0.998726 18.966789 -1.487108</w:t>
        <w:br/>
        <w:t>v 1.032604 18.972801 -1.467669</w:t>
        <w:br/>
        <w:t>v 1.008943 18.943333 -1.387166</w:t>
        <w:br/>
        <w:t>v 0.905041 18.857536 -1.325338</w:t>
        <w:br/>
        <w:t>v 0.945717 18.804180 -1.360606</w:t>
        <w:br/>
        <w:t>v 1.041070 19.154297 -1.607187</w:t>
        <w:br/>
        <w:t>v 1.016600 19.102596 -1.594070</w:t>
        <w:br/>
        <w:t>v 1.119641 19.055714 -1.381277</w:t>
        <w:br/>
        <w:t>v 0.913246 19.733561 -1.525673</w:t>
        <w:br/>
        <w:t>v 1.122197 19.465714 -1.210403</w:t>
        <w:br/>
        <w:t>v 1.000650 19.582832 -1.364445</w:t>
        <w:br/>
        <w:t>v 1.047217 19.465496 -1.312219</w:t>
        <w:br/>
        <w:t>v 1.152035 19.340208 -1.411161</w:t>
        <w:br/>
        <w:t>v 1.093928 19.390158 -1.342912</w:t>
        <w:br/>
        <w:t>v 1.238238 19.200783 -1.589481</w:t>
        <w:br/>
        <w:t>v 1.211375 19.275276 -1.515118</w:t>
        <w:br/>
        <w:t>v 0.860750 19.733131 -1.562632</w:t>
        <w:br/>
        <w:t>v 1.282915 19.259834 -1.431711</w:t>
        <w:br/>
        <w:t>v 1.251007 19.324486 -1.314671</w:t>
        <w:br/>
        <w:t>v 1.212818 19.113834 -1.575148</w:t>
        <w:br/>
        <w:t>v 1.238238 19.200783 -1.589481</w:t>
        <w:br/>
        <w:t>v 1.211373 19.084202 -1.516469</w:t>
        <w:br/>
        <w:t>v 1.290441 19.169563 -1.515092</w:t>
        <w:br/>
        <w:t>v 1.278413 19.136826 -1.440445</w:t>
        <w:br/>
        <w:t>v 1.176779 19.052704 -1.406733</w:t>
        <w:br/>
        <w:t>v 1.047838 19.595829 -1.240746</w:t>
        <w:br/>
        <w:t>v 1.122197 19.465714 -1.210403</w:t>
        <w:br/>
        <w:t>v 1.178835 19.387123 -1.237412</w:t>
        <w:br/>
        <w:t>v 1.138563 19.386208 -1.150106</w:t>
        <w:br/>
        <w:t>v 1.178835 19.387123 -1.237412</w:t>
        <w:br/>
        <w:t>v 1.251007 19.324486 -1.314671</w:t>
        <w:br/>
        <w:t>v 1.207068 19.310961 -1.231126</w:t>
        <w:br/>
        <w:t>v 1.288216 19.235716 -1.354851</w:t>
        <w:br/>
        <w:t>v 1.290441 19.169563 -1.515092</w:t>
        <w:br/>
        <w:t>v 1.288216 19.235716 -1.354851</w:t>
        <w:br/>
        <w:t>v 0.992510 19.760517 -1.262760</w:t>
        <w:br/>
        <w:t>v 0.992383 19.756594 -1.342732</w:t>
        <w:br/>
        <w:t>v 0.983494 18.928722 -1.313992</w:t>
        <w:br/>
        <w:t>v 1.061129 18.994053 -1.343589</w:t>
        <w:br/>
        <w:t>v 0.955089 18.868652 -1.320840</w:t>
        <w:br/>
        <w:t>v 0.955089 18.868652 -1.320840</w:t>
        <w:br/>
        <w:t>v 1.002433 19.478607 -1.075327</w:t>
        <w:br/>
        <w:t>v 1.015987 19.010632 -1.492096</w:t>
        <w:br/>
        <w:t>v 0.998726 18.966789 -1.487108</w:t>
        <w:br/>
        <w:t>v 0.998726 18.966789 -1.487108</w:t>
        <w:br/>
        <w:t>v 1.123114 18.701817 -1.624833</w:t>
        <w:br/>
        <w:t>v 1.059771 18.730766 -1.566556</w:t>
        <w:br/>
        <w:t>v 1.123114 18.701817 -1.624833</w:t>
        <w:br/>
        <w:t>v 0.945717 18.804180 -1.360606</w:t>
        <w:br/>
        <w:t>v 0.971393 19.001587 -1.503385</w:t>
        <w:br/>
        <w:t>v 0.973878 19.046043 -1.548328</w:t>
        <w:br/>
        <w:t>v 1.047838 19.595829 -1.240746</w:t>
        <w:br/>
        <w:t>v 1.220159 18.713013 -1.576970</w:t>
        <w:br/>
        <w:t>v 0.589117 20.008955 -1.531821</w:t>
        <w:br/>
        <w:t>v 1.278413 19.136826 -1.440445</w:t>
        <w:br/>
        <w:t>v 0.909984 18.931225 -1.370311</w:t>
        <w:br/>
        <w:t>v -1.274405 19.431444 -1.809773</w:t>
        <w:br/>
        <w:t>v -1.463092 19.413483 -1.554440</w:t>
        <w:br/>
        <w:t>v -1.385098 19.546740 -1.629012</w:t>
        <w:br/>
        <w:t>v -0.759018 20.563936 -1.807614</w:t>
        <w:br/>
        <w:t>v -0.832695 20.333303 -1.857350</w:t>
        <w:br/>
        <w:t>v -1.019633 20.351868 -1.732998</w:t>
        <w:br/>
        <w:t>v -0.944357 20.574694 -1.636071</w:t>
        <w:br/>
        <w:t>v -1.449255 19.146273 -1.706019</w:t>
        <w:br/>
        <w:t>v -1.459807 19.185907 -1.411825</w:t>
        <w:br/>
        <w:t>v -1.494754 19.289717 -1.467791</w:t>
        <w:br/>
        <w:t>v -1.386902 18.792112 -1.494111</w:t>
        <w:br/>
        <w:t>v -1.344373 18.748779 -1.580998</w:t>
        <w:br/>
        <w:t>v -1.303520 18.834698 -1.552262</w:t>
        <w:br/>
        <w:t>v -1.421988 18.589071 -1.565762</w:t>
        <w:br/>
        <w:t>v -1.371999 18.660961 -1.587784</w:t>
        <w:br/>
        <w:t>v -1.400399 18.680853 -1.585184</w:t>
        <w:br/>
        <w:t>v -1.465286 18.615351 -1.564617</w:t>
        <w:br/>
        <w:t>v -1.490061 18.352175 -1.422746</w:t>
        <w:br/>
        <w:t>v -1.480734 18.371832 -1.443237</w:t>
        <w:br/>
        <w:t>v -1.510128 18.397427 -1.429064</w:t>
        <w:br/>
        <w:t>v -1.544034 18.397455 -1.389282</w:t>
        <w:br/>
        <w:t>v -1.398234 19.261009 -1.752020</w:t>
        <w:br/>
        <w:t>v -0.488599 20.788252 -0.792967</w:t>
        <w:br/>
        <w:t>v -0.258622 20.812992 -0.850279</w:t>
        <w:br/>
        <w:t>v -0.267929 21.016624 -0.887501</w:t>
        <w:br/>
        <w:t>v -0.474122 20.944164 -0.912486</w:t>
        <w:br/>
        <w:t>v -0.519281 21.137991 -1.584800</w:t>
        <w:br/>
        <w:t>v -0.644569 21.080511 -1.304451</w:t>
        <w:br/>
        <w:t>v -0.425190 21.306021 -1.452717</w:t>
        <w:br/>
        <w:t>v -1.431410 18.716213 -1.522786</w:t>
        <w:br/>
        <w:t>v -1.553630 18.515570 -1.367922</w:t>
        <w:br/>
        <w:t>v -1.582507 18.495619 -1.423549</w:t>
        <w:br/>
        <w:t>v -1.534734 18.592472 -1.435487</w:t>
        <w:br/>
        <w:t>v -1.445018 18.322474 -1.460375</w:t>
        <w:br/>
        <w:t>v -1.379514 18.293257 -1.522680</w:t>
        <w:br/>
        <w:t>v -1.438118 18.335587 -1.473421</w:t>
        <w:br/>
        <w:t>v -1.449671 19.463816 -1.819818</w:t>
        <w:br/>
        <w:t>v -1.481337 19.578445 -1.626956</w:t>
        <w:br/>
        <w:t>v -1.549367 19.440151 -1.513499</w:t>
        <w:br/>
        <w:t>v -1.542050 19.268658 -1.719404</w:t>
        <w:br/>
        <w:t>v -1.577421 19.171118 -1.656514</w:t>
        <w:br/>
        <w:t>v -1.578232 19.325647 -1.424125</w:t>
        <w:br/>
        <w:t>v -1.533522 19.178852 -1.349516</w:t>
        <w:br/>
        <w:t>v -1.556080 19.056805 -1.541933</w:t>
        <w:br/>
        <w:t>v -1.380679 18.774988 -1.412703</w:t>
        <w:br/>
        <w:t>v -1.306374 18.850574 -1.397684</w:t>
        <w:br/>
        <w:t>v -1.366753 18.676394 -1.474908</w:t>
        <w:br/>
        <w:t>v -1.416376 18.586662 -1.545008</w:t>
        <w:br/>
        <w:t>v -1.478358 18.518099 -1.510009</w:t>
        <w:br/>
        <w:t>v -1.459803 18.538919 -1.424777</w:t>
        <w:br/>
        <w:t>v -1.489939 18.455919 -1.375927</w:t>
        <w:br/>
        <w:t>v -1.540175 18.452997 -1.352223</w:t>
        <w:br/>
        <w:t>v -1.553630 18.515570 -1.367922</w:t>
        <w:br/>
        <w:t>v -1.485664 18.482672 -1.387698</w:t>
        <w:br/>
        <w:t>v -1.303423 18.722837 -1.551256</w:t>
        <w:br/>
        <w:t>v -1.344373 18.748779 -1.580998</w:t>
        <w:br/>
        <w:t>v -1.522110 18.474186 -1.451513</w:t>
        <w:br/>
        <w:t>v -1.485664 18.482672 -1.387698</w:t>
        <w:br/>
        <w:t>v -1.481337 19.578445 -1.626956</w:t>
        <w:br/>
        <w:t>v -1.549367 19.440151 -1.513499</w:t>
        <w:br/>
        <w:t>v -0.736704 21.016348 -1.419302</w:t>
        <w:br/>
        <w:t>v -0.810271 20.892061 -1.486799</w:t>
        <w:br/>
        <w:t>v -0.887226 20.980600 -1.579808</w:t>
        <w:br/>
        <w:t>v -0.822344 21.104727 -1.471546</w:t>
        <w:br/>
        <w:t>v -1.533522 19.178852 -1.349516</w:t>
        <w:br/>
        <w:t>v -1.578232 19.325647 -1.424125</w:t>
        <w:br/>
        <w:t>v -1.450205 19.064190 -1.634033</w:t>
        <w:br/>
        <w:t>v -1.449255 19.146273 -1.706019</w:t>
        <w:br/>
        <w:t>v -1.577421 19.171118 -1.656514</w:t>
        <w:br/>
        <w:t>v -1.285005 18.932755 -1.470380</w:t>
        <w:br/>
        <w:t>v -1.303520 18.834698 -1.552262</w:t>
        <w:br/>
        <w:t>v -1.261801 18.825251 -1.524224</w:t>
        <w:br/>
        <w:t>v -1.386902 18.792112 -1.494111</w:t>
        <w:br/>
        <w:t>v -1.380679 18.774988 -1.412703</w:t>
        <w:br/>
        <w:t>v -1.431410 18.716213 -1.522786</w:t>
        <w:br/>
        <w:t>v -1.356012 18.653275 -1.557878</w:t>
        <w:br/>
        <w:t>v -1.415911 18.595570 -1.482621</w:t>
        <w:br/>
        <w:t>v -1.534734 18.592472 -1.435487</w:t>
        <w:br/>
        <w:t>v -1.494424 18.651096 -1.516051</w:t>
        <w:br/>
        <w:t>v -1.415911 18.595570 -1.482621</w:t>
        <w:br/>
        <w:t>v -1.518710 18.395758 -1.361707</w:t>
        <w:br/>
        <w:t>v -1.482115 18.403803 -1.387574</w:t>
        <w:br/>
        <w:t>v -1.451768 18.364319 -1.421407</w:t>
        <w:br/>
        <w:t>v -1.465896 18.350754 -1.411427</w:t>
        <w:br/>
        <w:t>v -0.474122 20.944164 -0.912486</w:t>
        <w:br/>
        <w:t>v -0.431548 20.996161 -0.786103</w:t>
        <w:br/>
        <w:t>v -0.468256 20.825109 -0.724951</w:t>
        <w:br/>
        <w:t>v -0.266009 21.046700 -0.835898</w:t>
        <w:br/>
        <w:t>v -0.267929 21.016624 -0.887501</w:t>
        <w:br/>
        <w:t>v -0.258622 20.812992 -0.850279</w:t>
        <w:br/>
        <w:t>v -0.253416 20.833307 -0.799291</w:t>
        <w:br/>
        <w:t>v -0.644569 21.080511 -1.304451</w:t>
        <w:br/>
        <w:t>v -0.519281 21.137991 -1.584800</w:t>
        <w:br/>
        <w:t>v -0.425190 21.306021 -1.452717</w:t>
        <w:br/>
        <w:t>v -0.509785 21.352625 -1.448330</w:t>
        <w:br/>
        <w:t>v -0.613319 21.175261 -1.587500</w:t>
        <w:br/>
        <w:t>v -1.494424 18.651096 -1.516051</w:t>
        <w:br/>
        <w:t>v -1.542257 18.552197 -1.511452</w:t>
        <w:br/>
        <w:t>v -1.431410 18.716213 -1.522786</w:t>
        <w:br/>
        <w:t>v -1.366753 18.676394 -1.474908</w:t>
        <w:br/>
        <w:t>v -1.582507 18.495619 -1.423549</w:t>
        <w:br/>
        <w:t>v -1.522110 18.474186 -1.451513</w:t>
        <w:br/>
        <w:t>v -1.459803 18.538919 -1.424777</w:t>
        <w:br/>
        <w:t>v -1.482115 18.403803 -1.387574</w:t>
        <w:br/>
        <w:t>v -1.510128 18.397427 -1.429064</w:t>
        <w:br/>
        <w:t>v -1.480734 18.371832 -1.443237</w:t>
        <w:br/>
        <w:t>v -1.451768 18.364319 -1.421407</w:t>
        <w:br/>
        <w:t>v -0.338362 21.036081 -0.761800</w:t>
        <w:br/>
        <w:t>v -0.340961 20.880680 -0.730701</w:t>
        <w:br/>
        <w:t>v -0.720090 21.153734 -1.530051</w:t>
        <w:br/>
        <w:t>v -0.627536 21.318445 -1.390986</w:t>
        <w:br/>
        <w:t>v -0.733857 21.213530 -1.308714</w:t>
        <w:br/>
        <w:t>v -0.822344 21.104727 -1.471546</w:t>
        <w:br/>
        <w:t>v -1.524541 18.432325 -1.429327</w:t>
        <w:br/>
        <w:t>v -1.489939 18.455919 -1.375927</w:t>
        <w:br/>
        <w:t>v -0.532571 21.150854 -0.909526</w:t>
        <w:br/>
        <w:t>v -0.466507 21.212969 -0.868264</w:t>
        <w:br/>
        <w:t>v -0.289653 21.236191 -1.032442</w:t>
        <w:br/>
        <w:t>v -0.463239 21.079683 -1.010755</w:t>
        <w:br/>
        <w:t>v -0.316522 21.308119 -0.955535</w:t>
        <w:br/>
        <w:t>v -0.289653 21.236191 -1.032442</w:t>
        <w:br/>
        <w:t>v -0.405708 21.266851 -0.871941</w:t>
        <w:br/>
        <w:t>v -0.600424 21.282125 -1.125909</w:t>
        <w:br/>
        <w:t>v -0.618527 21.231009 -1.129584</w:t>
        <w:br/>
        <w:t>v -0.733857 21.213530 -1.308714</w:t>
        <w:br/>
        <w:t>v -0.618527 21.231009 -1.129584</w:t>
        <w:br/>
        <w:t>v -0.403616 21.422667 -1.229268</w:t>
        <w:br/>
        <w:t>v -0.324293 21.353148 -1.259148</w:t>
        <w:br/>
        <w:t>v -0.506800 21.391977 -1.182349</w:t>
        <w:br/>
        <w:t>v -1.445018 18.322474 -1.460375</w:t>
        <w:br/>
        <w:t>v -1.430250 18.321920 -1.453583</w:t>
        <w:br/>
        <w:t>v -1.379514 18.293257 -1.522680</w:t>
        <w:br/>
        <w:t>v -1.438118 18.335587 -1.473421</w:t>
        <w:br/>
        <w:t>v -1.379514 18.293257 -1.522680</w:t>
        <w:br/>
        <w:t>v -1.422948 18.330580 -1.461214</w:t>
        <w:br/>
        <w:t>v -1.518710 18.395758 -1.361707</w:t>
        <w:br/>
        <w:t>v -1.465896 18.350754 -1.411427</w:t>
        <w:br/>
        <w:t>v -1.490061 18.352175 -1.422746</w:t>
        <w:br/>
        <w:t>v -1.544034 18.397455 -1.389282</w:t>
        <w:br/>
        <w:t>v -1.430250 18.321920 -1.453583</w:t>
        <w:br/>
        <w:t>v -1.422948 18.330580 -1.461214</w:t>
        <w:br/>
        <w:t>v -1.379514 18.293257 -1.522680</w:t>
        <w:br/>
        <w:t>v -1.353582 18.926699 -1.341661</w:t>
        <w:br/>
        <w:t>v -1.304977 19.006020 -1.405346</w:t>
        <w:br/>
        <w:t>v -1.306374 18.850574 -1.397684</w:t>
        <w:br/>
        <w:t>v -1.382840 18.874876 -1.480927</w:t>
        <w:br/>
        <w:t>v -1.304977 19.006020 -1.405346</w:t>
        <w:br/>
        <w:t>v -1.382840 18.874876 -1.480927</w:t>
        <w:br/>
        <w:t>v -1.422096 18.851789 -1.396341</w:t>
        <w:br/>
        <w:t>v -1.422096 18.851789 -1.396341</w:t>
        <w:br/>
        <w:t>v -1.353582 18.926699 -1.341661</w:t>
        <w:br/>
        <w:t>v -0.878033 20.640993 -1.856518</w:t>
        <w:br/>
        <w:t>v -0.989782 20.387199 -1.963135</w:t>
        <w:br/>
        <w:t>v -0.759018 20.563936 -1.807614</w:t>
        <w:br/>
        <w:t>v -1.026050 20.637217 -1.742713</w:t>
        <w:br/>
        <w:t>v -1.106515 20.390118 -1.821551</w:t>
        <w:br/>
        <w:t>v -1.086039 20.397480 -1.894961</w:t>
        <w:br/>
        <w:t>v -1.274405 19.431444 -1.809773</w:t>
        <w:br/>
        <w:t>v -1.379802 19.411842 -1.876516</w:t>
        <w:br/>
        <w:t>v -1.398234 19.261009 -1.752020</w:t>
        <w:br/>
        <w:t>v -1.444309 19.228577 -1.774714</w:t>
        <w:br/>
        <w:t>v -1.379802 19.411842 -1.876516</w:t>
        <w:br/>
        <w:t>v -1.449255 19.146273 -1.706019</w:t>
        <w:br/>
        <w:t>v -1.398234 19.261009 -1.752020</w:t>
        <w:br/>
        <w:t>v -1.444309 19.228577 -1.774714</w:t>
        <w:br/>
        <w:t>v -0.989782 20.387199 -1.963135</w:t>
        <w:br/>
        <w:t>v -0.951170 20.652784 -1.796166</w:t>
        <w:br/>
        <w:t>v -0.340961 20.880680 -0.730701</w:t>
        <w:br/>
        <w:t>v -0.338362 21.036081 -0.761800</w:t>
        <w:br/>
        <w:t>v -0.878033 20.640993 -1.856518</w:t>
        <w:br/>
        <w:t>v -0.943798 20.846582 -1.653582</w:t>
        <w:br/>
        <w:t>v -0.866638 20.748442 -1.556534</w:t>
        <w:br/>
        <w:t>v -0.810271 20.892061 -1.486799</w:t>
        <w:br/>
        <w:t>v -0.621073 20.936464 -1.698585</w:t>
        <w:br/>
        <w:t>v -0.684681 20.784075 -1.749426</w:t>
        <w:br/>
        <w:t>v -0.866638 20.748442 -1.556534</w:t>
        <w:br/>
        <w:t>v -0.700797 21.008715 -1.681152</w:t>
        <w:br/>
        <w:t>v -0.768275 20.863260 -1.755681</w:t>
        <w:br/>
        <w:t>v -0.684681 20.784075 -1.749426</w:t>
        <w:br/>
        <w:t>v -0.621073 20.936464 -1.698585</w:t>
        <w:br/>
        <w:t>v -0.856168 20.865904 -1.702334</w:t>
        <w:br/>
        <w:t>v -0.786524 20.998343 -1.635949</w:t>
        <w:br/>
        <w:t>v -0.887226 20.980600 -1.579808</w:t>
        <w:br/>
        <w:t>v -0.943798 20.846582 -1.653582</w:t>
        <w:br/>
        <w:t>v -0.736704 21.016348 -1.419302</w:t>
        <w:br/>
        <w:t>v -1.026050 20.637217 -1.742713</w:t>
        <w:br/>
        <w:t>v -0.944357 20.574694 -1.636071</w:t>
        <w:br/>
        <w:t>v -1.106515 20.390118 -1.821551</w:t>
        <w:br/>
        <w:t>v -1.019633 20.351868 -1.732998</w:t>
        <w:br/>
        <w:t>v -1.355746 19.066006 -1.373785</w:t>
        <w:br/>
        <w:t>v -1.412839 18.983421 -1.333398</w:t>
        <w:br/>
        <w:t>v -1.475912 19.058313 -1.330918</w:t>
        <w:br/>
        <w:t>v -1.405632 19.112261 -1.382205</w:t>
        <w:br/>
        <w:t>v -1.447286 19.008093 -1.573428</w:t>
        <w:br/>
        <w:t>v -1.355746 19.066006 -1.373785</w:t>
        <w:br/>
        <w:t>v -1.405632 19.112261 -1.382205</w:t>
        <w:br/>
        <w:t>v -1.447286 19.008093 -1.573428</w:t>
        <w:br/>
        <w:t>v -1.522544 18.984783 -1.480533</w:t>
        <w:br/>
        <w:t>v -1.485092 18.928061 -1.445275</w:t>
        <w:br/>
        <w:t>v -1.426363 18.964014 -1.532324</w:t>
        <w:br/>
        <w:t>v -1.412839 18.983421 -1.333398</w:t>
        <w:br/>
        <w:t>v -1.485092 18.928061 -1.445275</w:t>
        <w:br/>
        <w:t>v -1.475912 19.058313 -1.330918</w:t>
        <w:br/>
        <w:t>v -1.450205 19.064190 -1.634033</w:t>
        <w:br/>
        <w:t>v -1.426363 18.964014 -1.532324</w:t>
        <w:br/>
        <w:t>v -1.522544 18.984783 -1.480533</w:t>
        <w:br/>
        <w:t>v -1.556080 19.056805 -1.541933</w:t>
        <w:br/>
        <w:t>v -1.382840 18.874876 -1.480927</w:t>
        <w:br/>
        <w:t>v -1.399978 19.739531 -1.757282</w:t>
        <w:br/>
        <w:t>v -1.371768 19.655008 -1.891133</w:t>
        <w:br/>
        <w:t>v -1.293162 19.853973 -1.931828</w:t>
        <w:br/>
        <w:t>v -1.336483 19.869410 -1.819743</w:t>
        <w:br/>
        <w:t>v -0.940026 20.078260 -1.898540</w:t>
        <w:br/>
        <w:t>v -1.091966 20.123285 -2.028111</w:t>
        <w:br/>
        <w:t>v -1.189312 19.830984 -2.007456</w:t>
        <w:br/>
        <w:t>v -1.195931 20.136627 -1.863268</w:t>
        <w:br/>
        <w:t>v -1.191122 20.135956 -1.960645</w:t>
        <w:br/>
        <w:t>v -1.091966 20.123285 -2.028111</w:t>
        <w:br/>
        <w:t>v -1.189312 19.830984 -2.007456</w:t>
        <w:br/>
        <w:t>v -1.273156 19.584146 -1.948818</w:t>
        <w:br/>
        <w:t>v -1.305370 19.705542 -1.723416</w:t>
        <w:br/>
        <w:t>v -1.305370 19.705542 -1.723416</w:t>
        <w:br/>
        <w:t>v -1.399978 19.739531 -1.757282</w:t>
        <w:br/>
        <w:t>v -1.336483 19.869410 -1.819743</w:t>
        <w:br/>
        <w:t>v -1.229636 19.852034 -1.781159</w:t>
        <w:br/>
        <w:t>v -0.832695 20.333303 -1.857350</w:t>
        <w:br/>
        <w:t>v -1.192704 19.560232 -1.841229</w:t>
        <w:br/>
        <w:t>v -1.069268 19.794830 -1.872171</w:t>
        <w:br/>
        <w:t>v -1.192704 19.560232 -1.841229</w:t>
        <w:br/>
        <w:t>v -0.483132 21.127935 -1.060749</w:t>
        <w:br/>
        <w:t>v -0.508431 21.128370 -1.132771</w:t>
        <w:br/>
        <w:t>v -0.592769 21.230391 -1.043986</w:t>
        <w:br/>
        <w:t>v -0.562851 21.210590 -0.970109</w:t>
        <w:br/>
        <w:t>v -0.592769 21.230391 -1.043986</w:t>
        <w:br/>
        <w:t>v -0.557807 21.300467 -1.026980</w:t>
        <w:br/>
        <w:t>v -0.517098 21.275154 -0.940016</w:t>
        <w:br/>
        <w:t>v -0.562851 21.210590 -0.970109</w:t>
        <w:br/>
        <w:t>v -0.352813 21.382032 -1.037699</w:t>
        <w:br/>
        <w:t>v -0.312191 21.335890 -1.200655</w:t>
        <w:br/>
        <w:t>v -0.297353 21.294504 -1.101537</w:t>
        <w:br/>
        <w:t>v -0.472315 21.392744 -1.072154</w:t>
        <w:br/>
        <w:t>v -0.446257 21.349617 -0.976782</w:t>
        <w:br/>
        <w:t>v -0.376652 21.414671 -1.130414</w:t>
        <w:br/>
        <w:t>v -0.352813 21.382032 -1.037699</w:t>
        <w:br/>
        <w:t>v -0.463239 21.079683 -1.010755</w:t>
        <w:br/>
        <w:t>v -0.532571 21.150854 -0.909526</w:t>
        <w:br/>
        <w:t>v -0.549078 21.120249 -1.207355</w:t>
        <w:br/>
        <w:t>v -0.488599 20.788252 -0.792967</w:t>
        <w:br/>
        <w:t>v -1.273156 19.584146 -1.948818</w:t>
        <w:br/>
        <w:t>v -1.069268 19.794830 -1.872171</w:t>
        <w:br/>
        <w:t>v -1.382840 18.874876 -1.480927</w:t>
        <w:br/>
        <w:t>v -1.386902 18.792112 -1.494111</w:t>
        <w:br/>
        <w:t>v -1.421988 18.589071 -1.565762</w:t>
        <w:br/>
        <w:t>v -0.468256 20.825109 -0.724951</w:t>
        <w:br/>
        <w:t>v -1.285005 18.932755 -1.470380</w:t>
        <w:br/>
        <w:t>v -1.261801 18.825251 -1.524224</w:t>
        <w:br/>
        <w:t>v -1.366753 18.676394 -1.474908</w:t>
        <w:br/>
        <w:t>v -1.478358 18.518099 -1.510009</w:t>
        <w:br/>
        <w:t>v -1.542257 18.552197 -1.511452</w:t>
        <w:br/>
        <w:t>v -1.303423 18.722837 -1.551256</w:t>
        <w:br/>
        <w:t>v -1.353582 18.926699 -1.341661</w:t>
        <w:br/>
        <w:t>v -1.412839 18.983421 -1.333398</w:t>
        <w:br/>
        <w:t>v -0.483132 21.127935 -1.060749</w:t>
        <w:br/>
        <w:t>v -0.297353 21.294504 -1.101537</w:t>
        <w:br/>
        <w:t>v -0.312191 21.335890 -1.200655</w:t>
        <w:br/>
        <w:t>v -0.508431 21.128370 -1.132771</w:t>
        <w:br/>
        <w:t>v -0.324293 21.353148 -1.259148</w:t>
        <w:br/>
        <w:t>v -0.549078 21.120249 -1.207355</w:t>
        <w:br/>
        <w:t>v -0.474122 20.944164 -0.912486</w:t>
        <w:br/>
        <w:t>v -1.195931 20.136627 -1.863268</w:t>
        <w:br/>
        <w:t>v -1.110512 20.119024 -1.810113</w:t>
        <w:br/>
        <w:t>v -1.303423 18.722837 -1.551256</w:t>
        <w:br/>
        <w:t>v -1.568092 18.441357 -1.387126</w:t>
        <w:br/>
        <w:t>v -1.524541 18.432325 -1.429327</w:t>
        <w:br/>
        <w:t>v -1.568092 18.441357 -1.387126</w:t>
        <w:br/>
        <w:t>v -1.540175 18.452997 -1.352223</w:t>
        <w:br/>
        <w:t>v -1.416376 18.586662 -1.545008</w:t>
        <w:br/>
        <w:t>v -1.356012 18.653275 -1.557878</w:t>
        <w:br/>
        <w:t>v -1.371999 18.660961 -1.587784</w:t>
        <w:br/>
        <w:t>v -1.421988 18.589071 -1.565762</w:t>
        <w:br/>
        <w:t>v -1.110512 20.119024 -1.810113</w:t>
        <w:br/>
        <w:t>v -0.940026 20.078260 -1.898540</w:t>
        <w:br/>
        <w:t>v 0.018466 18.794624 -2.233996</w:t>
        <w:br/>
        <w:t>v -0.018248 18.758102 -2.253877</w:t>
        <w:br/>
        <w:t>v 0.003760 18.740009 -2.300956</w:t>
        <w:br/>
        <w:t>v 0.050634 18.779320 -2.277522</w:t>
        <w:br/>
        <w:t>v -0.045586 18.704391 -2.330235</w:t>
        <w:br/>
        <w:t>v -0.096295 18.673260 -2.364103</w:t>
        <w:br/>
        <w:t>v -0.091183 18.665638 -2.387057</w:t>
        <w:br/>
        <w:t>v -0.031123 18.693676 -2.358927</w:t>
        <w:br/>
        <w:t>v -0.163859 18.642040 -2.413409</w:t>
        <w:br/>
        <w:t>v -0.098936 18.687878 -2.336509</w:t>
        <w:br/>
        <w:t>v -0.098936 18.687878 -2.336509</w:t>
        <w:br/>
        <w:t>v -0.089285 18.665005 -2.312728</w:t>
        <w:br/>
        <w:t>v -0.163859 18.642040 -2.413409</w:t>
        <w:br/>
        <w:t>v -0.163859 18.642040 -2.413409</w:t>
        <w:br/>
        <w:t>v -0.089285 18.665005 -2.312728</w:t>
        <w:br/>
        <w:t>v -0.081832 18.661640 -2.374422</w:t>
        <w:br/>
        <w:t>v -0.081832 18.661640 -2.374422</w:t>
        <w:br/>
        <w:t>v -0.091183 18.665638 -2.387057</w:t>
        <w:br/>
        <w:t>v -0.163859 18.642040 -2.413409</w:t>
        <w:br/>
        <w:t>v -0.015491 18.729519 -2.205140</w:t>
        <w:br/>
        <w:t>v -0.018248 18.758102 -2.253877</w:t>
        <w:br/>
        <w:t>v 0.018466 18.794624 -2.233996</w:t>
        <w:br/>
        <w:t>v 0.027199 18.767464 -2.178965</w:t>
        <w:br/>
        <w:t>v -0.017229 18.681046 -2.334522</w:t>
        <w:br/>
        <w:t>v -0.031123 18.693676 -2.358927</w:t>
        <w:br/>
        <w:t>v 0.025611 18.723610 -2.333666</w:t>
        <w:br/>
        <w:t>v 0.086917 18.765247 -2.308894</w:t>
        <w:br/>
        <w:t>v -0.055384 18.691868 -2.255436</w:t>
        <w:br/>
        <w:t>v -0.059383 18.720371 -2.290214</w:t>
        <w:br/>
        <w:t>v -0.055384 18.691868 -2.255436</w:t>
        <w:br/>
        <w:t>v -0.037070 18.684528 -2.273419</w:t>
        <w:br/>
        <w:t>v -0.015491 18.729519 -2.205140</w:t>
        <w:br/>
        <w:t>v 0.027199 18.767464 -2.178965</w:t>
        <w:br/>
        <w:t>v 0.067316 18.745972 -2.214347</w:t>
        <w:br/>
        <w:t>v 0.023410 18.713272 -2.242722</w:t>
        <w:br/>
        <w:t>v 0.025611 18.723610 -2.333666</w:t>
        <w:br/>
        <w:t>v 0.047135 18.706570 -2.299641</w:t>
        <w:br/>
        <w:t>v 0.115644 18.754066 -2.272455</w:t>
        <w:br/>
        <w:t>v 0.086917 18.765247 -2.308894</w:t>
        <w:br/>
        <w:t>v 0.115644 18.754066 -2.272455</w:t>
        <w:br/>
        <w:t>v -0.017229 18.681046 -2.334522</w:t>
        <w:br/>
        <w:t>v -0.146882 20.789198 -0.661356</w:t>
        <w:br/>
        <w:t>v -0.192076 20.957884 -0.681045</w:t>
        <w:br/>
        <w:t>v -0.033369 21.044424 -0.586857</w:t>
        <w:br/>
        <w:t>v -0.022065 20.835173 -0.586444</w:t>
        <w:br/>
        <w:t>v 0.061798 20.856264 -0.604169</w:t>
        <w:br/>
        <w:t>v 0.063602 21.051617 -0.626123</w:t>
        <w:br/>
        <w:t>v 0.149465 21.029488 -0.683879</w:t>
        <w:br/>
        <w:t>v 0.117388 20.832335 -0.674640</w:t>
        <w:br/>
        <w:t>v -0.194292 20.704287 -0.771786</w:t>
        <w:br/>
        <w:t>v -0.262364 20.891876 -0.766555</w:t>
        <w:br/>
        <w:t>v 0.118536 21.411409 -0.734783</w:t>
        <w:br/>
        <w:t>v 0.175322 21.187733 -0.718392</w:t>
        <w:br/>
        <w:t>v 0.073997 21.258001 -0.648930</w:t>
        <w:br/>
        <w:t>v -0.398951 19.816507 -2.608352</w:t>
        <w:br/>
        <w:t>v -0.525794 20.039934 -2.446508</w:t>
        <w:br/>
        <w:t>v -0.506061 20.006039 -2.325921</w:t>
        <w:br/>
        <w:t>v -0.337369 19.755156 -2.508085</w:t>
        <w:br/>
        <w:t>v -0.230643 20.239624 -2.508379</w:t>
        <w:br/>
        <w:t>v -0.394110 20.143270 -2.491794</w:t>
        <w:br/>
        <w:t>v -0.297585 19.939152 -2.676153</w:t>
        <w:br/>
        <w:t>v -0.147710 20.004147 -2.686794</w:t>
        <w:br/>
        <w:t>v -0.061316 21.268726 -0.636965</w:t>
        <w:br/>
        <w:t>v -0.239527 21.116369 -0.722394</w:t>
        <w:br/>
        <w:t>v -0.304021 21.034985 -0.789058</w:t>
        <w:br/>
        <w:t>v -0.065317 20.575893 -2.203663</w:t>
        <w:br/>
        <w:t>v -0.049006 20.541840 -2.141631</w:t>
        <w:br/>
        <w:t>v -0.015862 20.757957 -1.937323</w:t>
        <w:br/>
        <w:t>v -0.029313 20.794502 -2.001428</w:t>
        <w:br/>
        <w:t>v -0.532701 20.282196 -2.155948</w:t>
        <w:br/>
        <w:t>v -0.520973 20.347332 -2.243804</w:t>
        <w:br/>
        <w:t>v -0.501041 20.618393 -2.045300</w:t>
        <w:br/>
        <w:t>v -0.531713 20.544144 -1.981819</w:t>
        <w:br/>
        <w:t>v -0.441875 21.136400 -1.677425</w:t>
        <w:br/>
        <w:t>v -0.250732 21.273369 -1.673930</w:t>
        <w:br/>
        <w:t>v -0.406992 21.265013 -1.534402</w:t>
        <w:br/>
        <w:t>v -0.476201 21.003555 -1.635641</w:t>
        <w:br/>
        <w:t>v -0.440372 21.139301 -1.501265</w:t>
        <w:br/>
        <w:t>v -0.040545 21.350534 -1.593510</w:t>
        <w:br/>
        <w:t>v 0.028515 21.437073 -1.443714</w:t>
        <w:br/>
        <w:t>v -0.189355 21.426754 -1.500847</w:t>
        <w:br/>
        <w:t>v -0.525794 20.039934 -2.446508</w:t>
        <w:br/>
        <w:t>v -0.379368 20.456223 -2.278386</w:t>
        <w:br/>
        <w:t>v -0.202646 20.535679 -2.275350</w:t>
        <w:br/>
        <w:t>v -0.141611 19.756094 -2.784499</w:t>
        <w:br/>
        <w:t>v -0.042437 19.829609 -2.792438</w:t>
        <w:br/>
        <w:t>v 0.230823 19.063400 -2.473342</w:t>
        <w:br/>
        <w:t>v 0.234935 19.151192 -2.519823</w:t>
        <w:br/>
        <w:t>v 0.170921 19.162830 -2.552561</w:t>
        <w:br/>
        <w:t>v 0.115436 18.977835 -2.310394</w:t>
        <w:br/>
        <w:t>v 0.122579 19.073969 -2.469862</w:t>
        <w:br/>
        <w:t>v 0.111564 19.073683 -2.392766</w:t>
        <w:br/>
        <w:t>v 0.240639 19.272966 -2.584296</w:t>
        <w:br/>
        <w:t>v 0.149465 21.029488 -0.683879</w:t>
        <w:br/>
        <w:t>v 0.098437 20.990065 -0.763486</w:t>
        <w:br/>
        <w:t>v 0.088651 20.794605 -0.734794</w:t>
        <w:br/>
        <w:t>v 0.117388 20.832335 -0.674640</w:t>
        <w:br/>
        <w:t>v 0.175322 21.187733 -0.718392</w:t>
        <w:br/>
        <w:t>v 0.110757 21.109146 -0.793114</w:t>
        <w:br/>
        <w:t>v 0.216844 21.365461 -0.816334</w:t>
        <w:br/>
        <w:t>v 0.133882 21.270456 -0.855172</w:t>
        <w:br/>
        <w:t>v 0.030272 20.984709 -1.737826</w:t>
        <w:br/>
        <w:t>v 0.086282 21.216528 -1.477331</w:t>
        <w:br/>
        <w:t>v 0.140320 21.293608 -1.556620</w:t>
        <w:br/>
        <w:t>v 0.026733 21.023003 -1.804003</w:t>
        <w:br/>
        <w:t>v -0.098928 20.261221 -2.441364</w:t>
        <w:br/>
        <w:t>v -0.064642 20.233538 -2.378580</w:t>
        <w:br/>
        <w:t>v 0.036137 19.987085 -2.577462</w:t>
        <w:br/>
        <w:t>v 0.001048 20.033266 -2.638354</w:t>
        <w:br/>
        <w:t>v 0.087528 19.860163 -2.743922</w:t>
        <w:br/>
        <w:t>v 0.114308 19.820856 -2.668036</w:t>
        <w:br/>
        <w:t>v 0.285991 19.260759 -2.418357</w:t>
        <w:br/>
        <w:t>v 0.270554 19.358965 -2.502009</w:t>
        <w:br/>
        <w:t>v 0.299737 19.335375 -2.542113</w:t>
        <w:br/>
        <w:t>v 0.319547 19.234976 -2.458040</w:t>
        <w:br/>
        <w:t>v -0.293505 20.021336 -2.336321</w:t>
        <w:br/>
        <w:t>v -0.114968 20.094521 -2.351218</w:t>
        <w:br/>
        <w:t>v -0.020230 19.875637 -2.523326</w:t>
        <w:br/>
        <w:t>v -0.135081 19.787481 -2.517532</w:t>
        <w:br/>
        <w:t>v -0.346788 20.410816 -2.029873</w:t>
        <w:br/>
        <w:t>v -0.151303 20.481400 -2.037386</w:t>
        <w:br/>
        <w:t>v -0.517362 20.804399 -1.800921</w:t>
        <w:br/>
        <w:t>v -0.321076 20.881998 -1.689115</w:t>
        <w:br/>
        <w:t>v -0.333932 20.644802 -1.857089</w:t>
        <w:br/>
        <w:t>v -0.531713 20.544144 -1.981819</w:t>
        <w:br/>
        <w:t>v -0.056365 21.238813 -1.369520</w:t>
        <w:br/>
        <w:t>v -0.068901 21.176228 -1.474422</w:t>
        <w:br/>
        <w:t>v -0.280267 21.075424 -1.551916</w:t>
        <w:br/>
        <w:t>v -0.260988 21.161947 -1.440649</w:t>
        <w:br/>
        <w:t>v -0.212099 21.043592 -0.828451</w:t>
        <w:br/>
        <w:t>v -0.220012 21.092970 -0.872691</w:t>
        <w:br/>
        <w:t>v -0.304021 21.034985 -0.789058</w:t>
        <w:br/>
        <w:t>v -0.262364 20.891876 -0.766555</w:t>
        <w:br/>
        <w:t>v -0.040032 20.731813 -0.784526</w:t>
        <w:br/>
        <w:t>v -0.054312 20.919111 -0.815543</w:t>
        <w:br/>
        <w:t>v -0.194292 20.704287 -0.771786</w:t>
        <w:br/>
        <w:t>v 0.285991 19.260759 -2.418357</w:t>
        <w:br/>
        <w:t>v 0.219825 19.045982 -2.361836</w:t>
        <w:br/>
        <w:t>v 0.220115 19.165369 -2.451109</w:t>
        <w:br/>
        <w:t>v -0.020230 19.875637 -2.523326</w:t>
        <w:br/>
        <w:t>v 0.036137 19.987085 -2.577462</w:t>
        <w:br/>
        <w:t>v 0.114308 19.820856 -2.668036</w:t>
        <w:br/>
        <w:t>v 0.048206 19.714252 -2.649719</w:t>
        <w:br/>
        <w:t>v -0.151303 20.481400 -2.037386</w:t>
        <w:br/>
        <w:t>v -0.114968 20.094521 -2.351218</w:t>
        <w:br/>
        <w:t>v 0.134965 21.291704 -1.338282</w:t>
        <w:br/>
        <w:t>v -0.068901 21.176228 -1.474422</w:t>
        <w:br/>
        <w:t>v -0.056365 21.238813 -1.369520</w:t>
        <w:br/>
        <w:t>v -0.053241 21.040491 -0.852840</w:t>
        <w:br/>
        <w:t>v -0.051783 21.199112 -0.913150</w:t>
        <w:br/>
        <w:t>v -0.054312 20.919111 -0.815543</w:t>
        <w:br/>
        <w:t>v -0.040032 20.731813 -0.784526</w:t>
        <w:br/>
        <w:t>v 0.166892 18.682331 -2.297033</w:t>
        <w:br/>
        <w:t>v 0.116948 18.643543 -2.229969</w:t>
        <w:br/>
        <w:t>v 0.186567 18.721039 -2.218974</w:t>
        <w:br/>
        <w:t>v 0.048493 18.653111 -2.181890</w:t>
        <w:br/>
        <w:t>v 0.117171 18.733322 -2.161751</w:t>
        <w:br/>
        <w:t>v -0.023148 18.598068 -2.436745</w:t>
        <w:br/>
        <w:t>v 0.012523 18.583687 -2.409695</w:t>
        <w:br/>
        <w:t>v 0.056335 18.613781 -2.349083</w:t>
        <w:br/>
        <w:t>v 0.011288 18.639687 -2.383115</w:t>
        <w:br/>
        <w:t>v 0.026822 18.565739 -2.341257</w:t>
        <w:br/>
        <w:t>v 0.061346 18.596935 -2.288097</w:t>
        <w:br/>
        <w:t>v 0.012523 18.583687 -2.409695</w:t>
        <w:br/>
        <w:t>v -0.026661 18.554134 -2.298358</w:t>
        <w:br/>
        <w:t>v -0.006197 18.596497 -2.249357</w:t>
        <w:br/>
        <w:t>v -0.095524 18.567257 -2.325128</w:t>
        <w:br/>
        <w:t>v -0.077972 18.611969 -2.270838</w:t>
        <w:br/>
        <w:t>v -0.018914 18.485233 -2.414262</w:t>
        <w:br/>
        <w:t>v -0.008607 18.537773 -2.420665</w:t>
        <w:br/>
        <w:t>v -0.042946 18.548306 -2.447207</w:t>
        <w:br/>
        <w:t>v -0.040527 18.485252 -2.427680</w:t>
        <w:br/>
        <w:t>v -0.008607 18.537773 -2.420665</w:t>
        <w:br/>
        <w:t>v -0.003666 18.480553 -2.379064</w:t>
        <w:br/>
        <w:t>v -0.032339 18.477757 -2.361277</w:t>
        <w:br/>
        <w:t>v 0.001408 18.519424 -2.366607</w:t>
        <w:br/>
        <w:t>v -0.035237 18.363518 -2.292319</w:t>
        <w:br/>
        <w:t>v -0.007232 18.380520 -2.313825</w:t>
        <w:br/>
        <w:t>v -0.010271 18.378185 -2.316971</w:t>
        <w:br/>
        <w:t>v -0.059072 18.635868 -2.324412</w:t>
        <w:br/>
        <w:t>v -0.069231 18.607025 -2.448311</w:t>
        <w:br/>
        <w:t>v -0.037154 18.661625 -2.391427</w:t>
        <w:br/>
        <w:t>v -0.095524 18.567257 -2.325128</w:t>
        <w:br/>
        <w:t>v -0.086964 18.595512 -2.400659</w:t>
        <w:br/>
        <w:t>v -0.059072 18.635868 -2.324412</w:t>
        <w:br/>
        <w:t>v -0.086964 18.595512 -2.400659</w:t>
        <w:br/>
        <w:t>v -0.098487 18.537949 -2.414028</w:t>
        <w:br/>
        <w:t>v -0.073413 18.552357 -2.462435</w:t>
        <w:br/>
        <w:t>v -0.090213 18.520660 -2.356186</w:t>
        <w:br/>
        <w:t>v -0.033912 18.511116 -2.332967</w:t>
        <w:br/>
        <w:t>v -0.033912 18.511116 -2.332967</w:t>
        <w:br/>
        <w:t>v -0.070842 18.480087 -2.373671</w:t>
        <w:br/>
        <w:t>v -0.039911 18.448685 -2.373585</w:t>
        <w:br/>
        <w:t>v -0.052744 18.446114 -2.396178</w:t>
        <w:br/>
        <w:t>v -0.082812 18.482666 -2.408650</w:t>
        <w:br/>
        <w:t>v -0.035237 18.363518 -2.292319</w:t>
        <w:br/>
        <w:t>v -0.013838 18.379028 -2.320134</w:t>
        <w:br/>
        <w:t>v -0.018513 18.383549 -2.319484</w:t>
        <w:br/>
        <w:t>v -0.018513 18.383549 -2.319484</w:t>
        <w:br/>
        <w:t>v -0.019988 18.387627 -2.314900</w:t>
        <w:br/>
        <w:t>v -0.035237 18.363518 -2.292319</w:t>
        <w:br/>
        <w:t>v -0.019988 18.387627 -2.314900</w:t>
        <w:br/>
        <w:t>v -0.013550 18.387825 -2.310995</w:t>
        <w:br/>
        <w:t>v -0.035237 18.363518 -2.292319</w:t>
        <w:br/>
        <w:t>v 0.170413 19.122242 -2.390121</w:t>
        <w:br/>
        <w:t>v 0.219825 19.045982 -2.361836</w:t>
        <w:br/>
        <w:t>v 0.160208 18.999794 -2.285649</w:t>
        <w:br/>
        <w:t>v 0.006299 18.450665 -2.371320</w:t>
        <w:br/>
        <w:t>v -0.003666 18.480553 -2.379064</w:t>
        <w:br/>
        <w:t>v -0.018914 18.485233 -2.414262</w:t>
        <w:br/>
        <w:t>v -0.005327 18.447941 -2.395517</w:t>
        <w:br/>
        <w:t>v 0.006299 18.450665 -2.371320</w:t>
        <w:br/>
        <w:t>v 0.015723 18.426815 -2.355378</w:t>
        <w:br/>
        <w:t>v 0.000194 18.426510 -2.346917</w:t>
        <w:br/>
        <w:t>v -0.082812 18.482666 -2.408650</w:t>
        <w:br/>
        <w:t>v -0.052744 18.446114 -2.396178</w:t>
        <w:br/>
        <w:t>v -0.039433 18.443874 -2.410361</w:t>
        <w:br/>
        <w:t>v -0.062070 18.486061 -2.434842</w:t>
        <w:br/>
        <w:t>v -0.003531 18.419064 -2.379684</w:t>
        <w:br/>
        <w:t>v 0.000853 18.397484 -2.347814</w:t>
        <w:br/>
        <w:t>v 0.008185 18.400558 -2.338349</w:t>
        <w:br/>
        <w:t>v 0.010281 18.424580 -2.369832</w:t>
        <w:br/>
        <w:t>v 0.001408 18.519424 -2.366607</w:t>
        <w:br/>
        <w:t>v -0.098487 18.537949 -2.414028</w:t>
        <w:br/>
        <w:t>v -0.090213 18.520660 -2.356186</w:t>
        <w:br/>
        <w:t>v -0.172562 19.578730 -2.638886</w:t>
        <w:br/>
        <w:t>v -0.398951 19.816507 -2.608352</w:t>
        <w:br/>
        <w:t>v -0.237048 19.644106 -2.715074</w:t>
        <w:br/>
        <w:t>v 0.163261 19.436375 -2.604502</w:t>
        <w:br/>
        <w:t>v 0.197143 19.303032 -2.544194</w:t>
        <w:br/>
        <w:t>v 0.144568 19.245928 -2.476032</w:t>
        <w:br/>
        <w:t>v 0.106321 19.355881 -2.560367</w:t>
        <w:br/>
        <w:t>v 0.097686 18.832270 -2.278042</w:t>
        <w:br/>
        <w:t>v 0.146481 18.819689 -2.317637</w:t>
        <w:br/>
        <w:t>v 0.053230 18.841722 -2.232166</w:t>
        <w:br/>
        <w:t>v 0.073237 18.838945 -2.183259</w:t>
        <w:br/>
        <w:t>v 0.138496 18.836660 -2.235529</w:t>
        <w:br/>
        <w:t>v 0.127079 18.835917 -2.181530</w:t>
        <w:br/>
        <w:t>v 0.219976 18.878321 -2.182570</w:t>
        <w:br/>
        <w:t>v 0.066137 18.770771 -2.165237</w:t>
        <w:br/>
        <w:t>v 0.252234 19.497662 -2.576738</w:t>
        <w:br/>
        <w:t>v 0.224587 19.595802 -2.624331</w:t>
        <w:br/>
        <w:t>v 0.224756 19.577709 -2.680181</w:t>
        <w:br/>
        <w:t>v 0.263197 19.478645 -2.623690</w:t>
        <w:br/>
        <w:t>v 0.165823 19.488945 -2.741690</w:t>
        <w:br/>
        <w:t>v 0.115388 19.416145 -2.752226</w:t>
        <w:br/>
        <w:t>v 0.149857 19.325504 -2.689131</w:t>
        <w:br/>
        <w:t>v 0.210523 19.392551 -2.657343</w:t>
        <w:br/>
        <w:t>v 0.073062 19.240498 -2.637272</w:t>
        <w:br/>
        <w:t>v 0.035964 19.324856 -2.706807</w:t>
        <w:br/>
        <w:t>v 0.075154 19.204082 -2.500144</w:t>
        <w:br/>
        <w:t>v 0.073062 19.240498 -2.637272</w:t>
        <w:br/>
        <w:t>v 0.035964 19.324856 -2.706807</w:t>
        <w:br/>
        <w:t>v 0.042353 19.304726 -2.575492</w:t>
        <w:br/>
        <w:t>v 0.197143 19.303032 -2.544194</w:t>
        <w:br/>
        <w:t>v 0.163261 19.436375 -2.604502</w:t>
        <w:br/>
        <w:t>v 0.224587 19.595802 -2.624331</w:t>
        <w:br/>
        <w:t>v 0.252234 19.497662 -2.576738</w:t>
        <w:br/>
        <w:t>v 0.048206 19.714252 -2.649719</w:t>
        <w:br/>
        <w:t>v -0.013278 19.600960 -2.617497</w:t>
        <w:br/>
        <w:t>v 0.286156 19.107656 -2.294539</w:t>
        <w:br/>
        <w:t>v 0.331360 19.147072 -2.348233</w:t>
        <w:br/>
        <w:t>v 0.288491 19.045618 -2.414439</w:t>
        <w:br/>
        <w:t>v 0.295090 19.140255 -2.460482</w:t>
        <w:br/>
        <w:t>v 0.100617 19.157234 -2.553566</w:t>
        <w:br/>
        <w:t>v 0.095596 19.142910 -2.446455</w:t>
        <w:br/>
        <w:t>v 0.148990 18.979284 -2.377065</w:t>
        <w:br/>
        <w:t>v 0.087806 18.910597 -2.264600</w:t>
        <w:br/>
        <w:t>v 0.130785 18.898298 -2.310865</w:t>
        <w:br/>
        <w:t>v 0.176828 18.900618 -2.259421</w:t>
        <w:br/>
        <w:t>v 0.115417 18.901186 -2.213377</w:t>
        <w:br/>
        <w:t>v 0.253060 18.972612 -2.218221</w:t>
        <w:br/>
        <w:t>v 0.174141 18.916994 -2.230605</w:t>
        <w:br/>
        <w:t>v 0.317919 19.046684 -2.268967</w:t>
        <w:br/>
        <w:t>v 0.286156 19.107656 -2.294539</w:t>
        <w:br/>
        <w:t>v 0.317919 19.046684 -2.268967</w:t>
        <w:br/>
        <w:t>v 0.333071 19.128979 -2.395506</w:t>
        <w:br/>
        <w:t>v 0.331479 19.035688 -2.339554</w:t>
        <w:br/>
        <w:t>v -0.311219 21.025230 -1.827909</w:t>
        <w:br/>
        <w:t>v -0.517362 20.804399 -1.800921</w:t>
        <w:br/>
        <w:t>v -0.481109 20.871281 -1.848933</w:t>
        <w:br/>
        <w:t>v -0.119677 20.941162 -1.681185</w:t>
        <w:br/>
        <w:t>v 0.122579 19.073969 -2.469862</w:t>
        <w:br/>
        <w:t>v 0.100617 19.157234 -2.553566</w:t>
        <w:br/>
        <w:t>v 0.220115 19.165369 -2.451109</w:t>
        <w:br/>
        <w:t>v 0.270554 19.358965 -2.502009</w:t>
        <w:br/>
        <w:t>v 0.165234 19.257580 -2.626759</w:t>
        <w:br/>
        <w:t>v 0.301481 18.961220 -2.251444</w:t>
        <w:br/>
        <w:t>v 0.273110 18.873518 -2.233921</w:t>
        <w:br/>
        <w:t>v 0.253060 18.972612 -2.218221</w:t>
        <w:br/>
        <w:t>v 0.311360 18.951622 -2.303554</w:t>
        <w:br/>
        <w:t>v 0.186351 18.884001 -2.345318</w:t>
        <w:br/>
        <w:t>v 0.216804 18.969564 -2.402102</w:t>
        <w:br/>
        <w:t>v 0.148990 18.979284 -2.377065</w:t>
        <w:br/>
        <w:t>v 0.159913 19.070700 -2.464471</w:t>
        <w:br/>
        <w:t>v 0.333071 19.128979 -2.395506</w:t>
        <w:br/>
        <w:t>v 0.331479 19.035688 -2.339554</w:t>
        <w:br/>
        <w:t>v 0.279308 18.865320 -2.267554</w:t>
        <w:br/>
        <w:t>v 0.311360 18.951622 -2.303554</w:t>
        <w:br/>
        <w:t>v 0.271783 18.958904 -2.348194</w:t>
        <w:br/>
        <w:t>v 0.230382 18.869242 -2.287415</w:t>
        <w:br/>
        <w:t>v 0.247034 18.799013 -2.270315</w:t>
        <w:br/>
        <w:t>v 0.201860 18.807356 -2.282696</w:t>
        <w:br/>
        <w:t>v 0.001048 20.033266 -2.638354</w:t>
        <w:br/>
        <w:t>v -0.098928 20.261221 -2.441364</w:t>
        <w:br/>
        <w:t>v -0.162088 20.794525 -2.056513</w:t>
        <w:br/>
        <w:t>v -0.065317 20.575893 -2.203663</w:t>
        <w:br/>
        <w:t>v -0.029313 20.794502 -2.001428</w:t>
        <w:br/>
        <w:t>v 0.087528 19.860163 -2.743922</w:t>
        <w:br/>
        <w:t>v 0.319547 19.234976 -2.458040</w:t>
        <w:br/>
        <w:t>v 0.299737 19.335375 -2.542113</w:t>
        <w:br/>
        <w:t>v 0.178743 18.811110 -2.280214</w:t>
        <w:br/>
        <w:t>v 0.186351 18.884001 -2.345318</w:t>
        <w:br/>
        <w:t>v 0.146481 18.819689 -2.317637</w:t>
        <w:br/>
        <w:t>v 0.224756 19.577709 -2.680181</w:t>
        <w:br/>
        <w:t>v 0.263197 19.478645 -2.623690</w:t>
        <w:br/>
        <w:t>v 0.216804 18.969564 -2.402102</w:t>
        <w:br/>
        <w:t>v 0.136236 21.488079 -0.805899</w:t>
        <w:br/>
        <w:t>v -0.065936 21.367065 -0.690732</w:t>
        <w:br/>
        <w:t>v -0.065053 21.495304 -0.772475</w:t>
        <w:br/>
        <w:t>v -0.314506 21.281057 -0.818875</w:t>
        <w:br/>
        <w:t>v -0.344349 21.104828 -0.841043</w:t>
        <w:br/>
        <w:t>v -0.372283 21.151880 -0.904405</w:t>
        <w:br/>
        <w:t>v -0.275818 21.185736 -0.760577</w:t>
        <w:br/>
        <w:t>v 0.216844 21.365461 -0.816334</w:t>
        <w:br/>
        <w:t>v -0.372283 21.151880 -0.904405</w:t>
        <w:br/>
        <w:t>v -0.344349 21.104828 -0.841043</w:t>
        <w:br/>
        <w:t>v -0.226586 21.135477 -0.932917</w:t>
        <w:br/>
        <w:t>v -0.013807 18.402615 -2.331875</w:t>
        <w:br/>
        <w:t>v -0.015650 18.399151 -2.343010</w:t>
        <w:br/>
        <w:t>v -0.023536 18.419380 -2.371837</w:t>
        <w:br/>
        <w:t>v -0.016631 18.424179 -2.354449</w:t>
        <w:br/>
        <w:t>v -0.004991 18.404266 -2.325271</w:t>
        <w:br/>
        <w:t>v 0.006057 18.402977 -2.329660</w:t>
        <w:br/>
        <w:t>v -0.007232 18.380520 -2.313825</w:t>
        <w:br/>
        <w:t>v -0.008272 18.384483 -2.312573</w:t>
        <w:br/>
        <w:t>v 0.008185 18.400558 -2.338349</w:t>
        <w:br/>
        <w:t>v -0.008858 18.396397 -2.350962</w:t>
        <w:br/>
        <w:t>v -0.015650 18.399151 -2.343010</w:t>
        <w:br/>
        <w:t>v 0.010281 18.424580 -2.369832</w:t>
        <w:br/>
        <w:t>v 0.166892 18.682331 -2.297033</w:t>
        <w:br/>
        <w:t>v 0.200660 18.724461 -2.287978</w:t>
        <w:br/>
        <w:t>v 0.149292 18.743317 -2.275139</w:t>
        <w:br/>
        <w:t>v 0.097670 18.699078 -2.296490</w:t>
        <w:br/>
        <w:t>v 0.242617 18.796148 -2.229586</w:t>
        <w:br/>
        <w:t>v 0.200660 18.724461 -2.287978</w:t>
        <w:br/>
        <w:t>v -0.023583 18.444672 -2.407298</w:t>
        <w:br/>
        <w:t>v -0.005327 18.447941 -2.395517</w:t>
        <w:br/>
        <w:t>v -0.014795 18.449905 -2.360232</w:t>
        <w:br/>
        <w:t>v -0.015650 18.399151 -2.343010</w:t>
        <w:br/>
        <w:t>v -0.017840 18.416939 -2.383164</w:t>
        <w:br/>
        <w:t>v -0.023536 18.419380 -2.371837</w:t>
        <w:br/>
        <w:t>v 0.010281 18.424580 -2.369832</w:t>
        <w:br/>
        <w:t>v 0.015723 18.426815 -2.355378</w:t>
        <w:br/>
        <w:t>v 0.138496 18.836660 -2.235529</w:t>
        <w:br/>
        <w:t>v 0.127079 18.835917 -2.181530</w:t>
        <w:br/>
        <w:t>v 0.067316 18.745972 -2.214347</w:t>
        <w:br/>
        <w:t>v 0.176828 18.900618 -2.259421</w:t>
        <w:br/>
        <w:t>v 0.174141 18.916994 -2.230605</w:t>
        <w:br/>
        <w:t>v 0.044163 18.664639 -2.333457</w:t>
        <w:br/>
        <w:t>v 0.120266 18.641705 -2.322035</w:t>
        <w:br/>
        <w:t>v 0.025659 18.704819 -2.225249</w:t>
        <w:br/>
        <w:t>v 0.024045 18.723957 -2.163553</w:t>
        <w:br/>
        <w:t>v -0.017021 18.668667 -2.263416</w:t>
        <w:br/>
        <w:t>v 0.057485 18.706631 -2.292586</w:t>
        <w:br/>
        <w:t>v 0.025659 18.704819 -2.225249</w:t>
        <w:br/>
        <w:t>v -0.017021 18.668667 -2.263416</w:t>
        <w:br/>
        <w:t>v -0.000536 18.677280 -2.339067</w:t>
        <w:br/>
        <w:t>v -0.062070 18.486061 -2.434842</w:t>
        <w:br/>
        <w:t>v -0.073413 18.552357 -2.462435</w:t>
        <w:br/>
        <w:t>v -0.069231 18.607025 -2.448311</w:t>
        <w:br/>
        <w:t>v -0.037154 18.661625 -2.391427</w:t>
        <w:br/>
        <w:t>v 0.115644 18.754066 -2.272455</w:t>
        <w:br/>
        <w:t>v 0.247034 18.799013 -2.270315</w:t>
        <w:br/>
        <w:t>v 0.162946 18.792475 -2.163487</w:t>
        <w:br/>
        <w:t>v 0.024045 18.723957 -2.163553</w:t>
        <w:br/>
        <w:t>v 0.066137 18.770771 -2.165237</w:t>
        <w:br/>
        <w:t>v 0.067316 18.745972 -2.214347</w:t>
        <w:br/>
        <w:t>v -0.028186 18.668842 -2.191823</w:t>
        <w:br/>
        <w:t>v 0.056335 18.613781 -2.349083</w:t>
        <w:br/>
        <w:t>v 0.120266 18.641705 -2.322035</w:t>
        <w:br/>
        <w:t>v -0.028186 18.668842 -2.191823</w:t>
        <w:br/>
        <w:t>v -0.476201 21.003555 -1.635641</w:t>
        <w:br/>
        <w:t>v -0.440372 21.139301 -1.501265</w:t>
        <w:br/>
        <w:t>v -0.145555 20.721310 -1.880353</w:t>
        <w:br/>
        <w:t>v -0.532701 20.282196 -2.155948</w:t>
        <w:br/>
        <w:t>v -0.506061 20.006039 -2.325921</w:t>
        <w:br/>
        <w:t>v -0.337369 19.755156 -2.508085</w:t>
        <w:br/>
        <w:t>v -0.172562 19.578730 -2.638886</w:t>
        <w:br/>
        <w:t>v 0.042353 19.304726 -2.575492</w:t>
        <w:br/>
        <w:t>v 0.075154 19.204082 -2.500144</w:t>
        <w:br/>
        <w:t>v 0.095596 19.142910 -2.446455</w:t>
        <w:br/>
        <w:t>v 0.111564 19.073683 -2.392766</w:t>
        <w:br/>
        <w:t>v 0.160208 18.999794 -2.285649</w:t>
        <w:br/>
        <w:t>v 0.115436 18.977835 -2.310394</w:t>
        <w:br/>
        <w:t>v 0.115417 18.901186 -2.213377</w:t>
        <w:br/>
        <w:t>v 0.087806 18.910597 -2.264600</w:t>
        <w:br/>
        <w:t>v 0.073237 18.838945 -2.183259</w:t>
        <w:br/>
        <w:t>v 0.053230 18.841722 -2.232166</w:t>
        <w:br/>
        <w:t>v -0.349220 20.732182 -2.065752</w:t>
        <w:br/>
        <w:t>v -0.065317 20.575893 -2.203663</w:t>
        <w:br/>
        <w:t>v 0.191713 21.357954 -1.393122</w:t>
        <w:br/>
        <w:t>v 0.140320 21.293608 -1.556620</w:t>
        <w:br/>
        <w:t>v -0.121530 21.056578 -1.842486</w:t>
        <w:br/>
        <w:t>v 0.022490 19.549450 -2.813650</w:t>
        <w:br/>
        <w:t>v -0.048440 19.452499 -2.763831</w:t>
        <w:br/>
        <w:t>v -0.021161 19.416870 -2.643258</w:t>
        <w:br/>
        <w:t>v 0.119396 19.560997 -2.640434</w:t>
        <w:br/>
        <w:t>v 0.066798 19.464813 -2.605194</w:t>
        <w:br/>
        <w:t>v 0.119396 19.560997 -2.640434</w:t>
        <w:br/>
        <w:t>v 0.181569 19.694920 -2.658380</w:t>
        <w:br/>
        <w:t>v 0.181569 19.694920 -2.658380</w:t>
        <w:br/>
        <w:t>v 0.165829 19.706432 -2.736900</w:t>
        <w:br/>
        <w:t>v 0.083612 19.633705 -2.813637</w:t>
        <w:br/>
        <w:t>v 0.165829 19.706432 -2.736900</w:t>
        <w:br/>
        <w:t>v -0.237048 19.644106 -2.715074</w:t>
        <w:br/>
        <w:t>v -0.048440 19.452499 -2.763831</w:t>
        <w:br/>
        <w:t>v 0.087528 19.860163 -2.743922</w:t>
        <w:br/>
        <w:t>v -0.021161 19.416870 -2.643258</w:t>
        <w:br/>
        <w:t>v -0.051783 21.199112 -0.913150</w:t>
        <w:br/>
        <w:t>v -0.053241 21.040491 -0.852840</w:t>
        <w:br/>
        <w:t>v -0.390225 21.265886 -1.218201</w:t>
        <w:br/>
        <w:t>v -0.354610 21.352898 -1.321535</w:t>
        <w:br/>
        <w:t>v -0.330345 21.389845 -1.173329</w:t>
        <w:br/>
        <w:t>v -0.122563 21.490780 -1.310592</w:t>
        <w:br/>
        <w:t>v -0.082102 21.541033 -1.165822</w:t>
        <w:br/>
        <w:t>v 0.095443 21.491726 -1.290205</w:t>
        <w:br/>
        <w:t>v 0.144025 21.529406 -1.162760</w:t>
        <w:br/>
        <w:t>v -0.390225 21.265886 -1.218201</w:t>
        <w:br/>
        <w:t>v -0.240312 21.208763 -1.239636</w:t>
        <w:br/>
        <w:t>v -0.251476 21.184109 -1.347409</w:t>
        <w:br/>
        <w:t>v -0.417430 21.221718 -1.361900</w:t>
        <w:br/>
        <w:t>v 0.254123 21.426559 -1.158513</w:t>
        <w:br/>
        <w:t>v 0.228326 21.398388 -1.273212</w:t>
        <w:br/>
        <w:t>v 0.160531 21.323219 -1.233037</w:t>
        <w:br/>
        <w:t>v 0.169590 21.352257 -1.131993</w:t>
        <w:br/>
        <w:t>v 0.254123 21.426559 -1.158513</w:t>
        <w:br/>
        <w:t>v 0.228326 21.398388 -1.273212</w:t>
        <w:br/>
        <w:t>v -0.047938 21.257339 -1.271592</w:t>
        <w:br/>
        <w:t>v -0.038951 21.283278 -1.176590</w:t>
        <w:br/>
        <w:t>v -0.047938 21.257339 -1.271592</w:t>
        <w:br/>
        <w:t>v 0.191713 21.357954 -1.393122</w:t>
        <w:br/>
        <w:t>v -0.417430 21.221718 -1.361900</w:t>
        <w:br/>
        <w:t>v -0.048732 21.224644 -0.943269</w:t>
        <w:br/>
        <w:t>v -0.041768 21.283186 -1.084044</w:t>
        <w:br/>
        <w:t>v -0.230715 21.164179 -0.993538</w:t>
        <w:br/>
        <w:t>v -0.379394 21.268303 -1.102185</w:t>
        <w:br/>
        <w:t>v -0.230618 21.213217 -1.108055</w:t>
        <w:br/>
        <w:t>v 0.147586 21.314199 -0.904630</w:t>
        <w:br/>
        <w:t>v 0.183127 21.357246 -1.032583</w:t>
        <w:br/>
        <w:t>v -0.041768 21.283186 -1.084044</w:t>
        <w:br/>
        <w:t>v -0.048732 21.224644 -0.943269</w:t>
        <w:br/>
        <w:t>v 0.269846 21.416201 -0.945838</w:t>
        <w:br/>
        <w:t>v 0.269846 21.416201 -0.945838</w:t>
        <w:br/>
        <w:t>v 0.168506 21.561594 -0.907328</w:t>
        <w:br/>
        <w:t>v 0.184505 21.554989 -1.029746</w:t>
        <w:br/>
        <w:t>v 0.279178 21.442429 -1.059698</w:t>
        <w:br/>
        <w:t>v -0.064372 21.590246 -0.868191</w:t>
        <w:br/>
        <w:t>v -0.060547 21.600101 -1.014567</w:t>
        <w:br/>
        <w:t>v -0.321038 21.356398 -0.952701</w:t>
        <w:br/>
        <w:t>v -0.317910 21.406462 -1.066702</w:t>
        <w:br/>
        <w:t>v -0.378048 21.211639 -0.988956</w:t>
        <w:br/>
        <w:t>v -0.379394 21.268303 -1.102185</w:t>
        <w:br/>
        <w:t>v -0.378048 21.211639 -0.988956</w:t>
        <w:br/>
        <w:t>v 0.279178 21.442429 -1.059698</w:t>
        <w:br/>
        <w:t>v -0.038951 21.283278 -1.176590</w:t>
        <w:br/>
        <w:t>v 0.006057 18.402977 -2.329660</w:t>
        <w:br/>
        <w:t>v -0.077972 18.611969 -2.270838</w:t>
        <w:br/>
        <w:t>v 0.279308 18.865320 -2.267554</w:t>
        <w:br/>
        <w:t>v 0.026733 21.023003 -1.804003</w:t>
        <w:br/>
        <w:t>v -0.119677 20.941162 -1.681185</w:t>
        <w:br/>
        <w:t>v 0.200660 18.724461 -2.287978</w:t>
        <w:br/>
        <w:t>v 0.149292 18.743317 -2.275139</w:t>
        <w:br/>
        <w:t>v -0.145555 20.721310 -1.880353</w:t>
        <w:br/>
        <w:t>v 0.115644 18.754066 -2.272455</w:t>
        <w:br/>
        <w:t>v 0.047135 18.706570 -2.299641</w:t>
        <w:br/>
        <w:t>v 0.311360 18.951622 -2.303554</w:t>
        <w:br/>
        <w:t>v -0.059383 18.720371 -2.290214</w:t>
        <w:br/>
        <w:t>v 1.145270 19.612099 -1.678558</w:t>
        <w:br/>
        <w:t>v 1.362530 19.489756 -1.553627</w:t>
        <w:br/>
        <w:t>v 1.245493 19.440998 -1.628193</w:t>
        <w:br/>
        <w:t>v 1.293922 19.280348 -1.522489</w:t>
        <w:br/>
        <w:t>v 1.352771 19.151743 -1.304722</w:t>
        <w:br/>
        <w:t>v 1.289011 19.136570 -1.423330</w:t>
        <w:br/>
        <w:t>v 1.397478 19.325077 -1.421819</w:t>
        <w:br/>
        <w:t>v 1.006832 19.809526 -1.721149</w:t>
        <w:br/>
        <w:t>v 1.177565 19.846098 -1.655472</w:t>
        <w:br/>
        <w:t>v 0.291548 21.104921 -0.718469</w:t>
        <w:br/>
        <w:t>v 0.094494 21.080128 -0.649929</w:t>
        <w:br/>
        <w:t>v 0.198779 21.006390 -0.655444</w:t>
        <w:br/>
        <w:t>v 0.154711 21.066835 -0.614440</w:t>
        <w:br/>
        <w:t>v 0.207372 21.165363 -0.644467</w:t>
        <w:br/>
        <w:t>v 0.260406 21.141708 -0.643429</w:t>
        <w:br/>
        <w:t>v 0.190933 21.047546 -0.605316</w:t>
        <w:br/>
        <w:t>v 1.270990 19.654661 -1.800445</w:t>
        <w:br/>
        <w:t>v 1.186003 19.623379 -1.801832</w:t>
        <w:br/>
        <w:t>v 1.291995 19.469419 -1.759574</w:t>
        <w:br/>
        <w:t>v 1.356313 19.500877 -1.753625</w:t>
        <w:br/>
        <w:t>v 1.351825 19.327852 -1.663961</w:t>
        <w:br/>
        <w:t>v 1.491705 19.163548 -1.489925</w:t>
        <w:br/>
        <w:t>v 1.442572 19.360031 -1.651152</w:t>
        <w:br/>
        <w:t>v 1.166553 19.879948 -1.810946</w:t>
        <w:br/>
        <w:t>v 1.079920 19.862411 -1.817374</w:t>
        <w:br/>
        <w:t>v 0.485098 21.404390 -0.906040</w:t>
        <w:br/>
        <w:t>v 0.348867 21.481190 -0.863505</w:t>
        <w:br/>
        <w:t>v 0.414138 21.439056 -1.001473</w:t>
        <w:br/>
        <w:t>v 0.198779 21.006390 -0.655444</w:t>
        <w:br/>
        <w:t>v 0.217982 21.025862 -0.605625</w:t>
        <w:br/>
        <w:t>v 0.304761 21.114006 -0.679307</w:t>
        <w:br/>
        <w:t>v 0.291548 21.104921 -0.718469</w:t>
        <w:br/>
        <w:t>v 1.272229 19.657618 -1.644448</w:t>
        <w:br/>
        <w:t>v 1.304509 19.660620 -1.728083</w:t>
        <w:br/>
        <w:t>v 1.381876 19.507473 -1.662772</w:t>
        <w:br/>
        <w:t>v 1.362530 19.489756 -1.553627</w:t>
        <w:br/>
        <w:t>v 1.291995 19.469419 -1.759574</w:t>
        <w:br/>
        <w:t>v 1.186003 19.623379 -1.801832</w:t>
        <w:br/>
        <w:t>v 1.245493 19.440998 -1.628193</w:t>
        <w:br/>
        <w:t>v 1.439546 19.362125 -1.542072</w:t>
        <w:br/>
        <w:t>v 1.447031 19.172890 -1.377755</w:t>
        <w:br/>
        <w:t>v 1.397478 19.325077 -1.421819</w:t>
        <w:br/>
        <w:t>v 1.379138 19.158827 -1.520601</w:t>
        <w:br/>
        <w:t>v 1.351825 19.327852 -1.663961</w:t>
        <w:br/>
        <w:t>v 1.293922 19.280348 -1.522489</w:t>
        <w:br/>
        <w:t>v 1.289011 19.136570 -1.423330</w:t>
        <w:br/>
        <w:t>v 1.177565 19.846098 -1.655472</w:t>
        <w:br/>
        <w:t>v 1.199196 19.874342 -1.739777</w:t>
        <w:br/>
        <w:t>v 1.079920 19.862411 -1.817374</w:t>
        <w:br/>
        <w:t>v 1.006832 19.809526 -1.721149</w:t>
        <w:br/>
        <w:t>v 1.145270 19.612099 -1.678558</w:t>
        <w:br/>
        <w:t>v 0.094494 21.080128 -0.649929</w:t>
        <w:br/>
        <w:t>v 0.120108 21.176308 -0.672791</w:t>
        <w:br/>
        <w:t>v 0.583946 21.135891 -1.007174</w:t>
        <w:br/>
        <w:t>v 0.533580 21.302896 -0.866736</w:t>
        <w:br/>
        <w:t>v 0.615789 21.232105 -0.988350</w:t>
        <w:br/>
        <w:t>v 0.414138 21.439056 -1.001473</w:t>
        <w:br/>
        <w:t>v 0.317911 21.308891 -1.011009</w:t>
        <w:br/>
        <w:t>v 0.473808 21.387293 -1.116710</w:t>
        <w:br/>
        <w:t>v 0.304761 21.114006 -0.679307</w:t>
        <w:br/>
        <w:t>v 0.217982 21.025862 -0.605625</w:t>
        <w:br/>
        <w:t>v 0.615789 21.232105 -0.988350</w:t>
        <w:br/>
        <w:t>v 0.558290 21.324379 -1.036822</w:t>
        <w:br/>
        <w:t>v 1.270990 19.654661 -1.800445</w:t>
        <w:br/>
        <w:t>v 1.166553 19.879948 -1.810946</w:t>
        <w:br/>
        <w:t>v 1.356313 19.500877 -1.753625</w:t>
        <w:br/>
        <w:t>v 1.442572 19.360031 -1.651152</w:t>
        <w:br/>
        <w:t>v 1.491705 19.163548 -1.489925</w:t>
        <w:br/>
        <w:t>v 0.348867 21.481190 -0.863505</w:t>
        <w:br/>
        <w:t>v 0.269860 21.318075 -0.912384</w:t>
        <w:br/>
        <w:t>v 0.269860 21.318075 -0.912384</w:t>
        <w:br/>
        <w:t>v 0.455836 21.208046 -0.834557</w:t>
        <w:br/>
        <w:t>v 0.317911 21.308891 -1.011009</w:t>
        <w:br/>
        <w:t>v 0.463427 21.323603 -0.797217</w:t>
        <w:br/>
        <w:t>v 0.511961 21.193144 -0.895826</w:t>
        <w:br/>
        <w:t>v 0.455836 21.208046 -0.834557</w:t>
        <w:br/>
        <w:t>v 0.376626 21.270811 -1.137217</w:t>
        <w:br/>
        <w:t>v 0.461218 21.185400 -1.267147</w:t>
        <w:br/>
        <w:t>v 0.567196 21.288385 -1.283367</w:t>
        <w:br/>
        <w:t>v 0.692673 21.029840 -1.134748</w:t>
        <w:br/>
        <w:t>v 0.461218 21.185400 -1.267147</w:t>
        <w:br/>
        <w:t>v 0.583946 21.135891 -1.007174</w:t>
        <w:br/>
        <w:t>v 0.706830 21.120131 -1.129521</w:t>
        <w:br/>
        <w:t>v 0.692673 21.029840 -1.134748</w:t>
        <w:br/>
        <w:t>v 0.652214 21.209597 -1.191311</w:t>
        <w:br/>
        <w:t>v 0.473808 21.387293 -1.116710</w:t>
        <w:br/>
        <w:t>v 0.567196 21.288385 -1.283367</w:t>
        <w:br/>
        <w:t>v 0.252635 21.271536 -0.688536</w:t>
        <w:br/>
        <w:t>v 0.302897 21.233896 -0.684270</w:t>
        <w:br/>
        <w:t>v 0.176072 21.240229 -0.739092</w:t>
        <w:br/>
        <w:t>v 0.252635 21.271536 -0.688536</w:t>
        <w:br/>
        <w:t>v 0.338395 21.164064 -0.751399</w:t>
        <w:br/>
        <w:t>v 0.176072 21.240229 -0.739092</w:t>
        <w:br/>
        <w:t>v 0.349388 21.192059 -0.709213</w:t>
        <w:br/>
        <w:t>v 0.338395 21.164064 -0.751399</w:t>
        <w:br/>
        <w:t>v 0.349388 21.192059 -0.709213</w:t>
        <w:br/>
        <w:t>v 0.376626 21.270811 -1.137217</w:t>
        <w:br/>
        <w:t>v 0.511961 21.193144 -0.895826</w:t>
        <w:br/>
        <w:t>v 0.408918 21.429068 -0.818312</w:t>
        <w:br/>
        <w:t>v 1.502346 18.473358 -1.357070</w:t>
        <w:br/>
        <w:t>v 1.464233 18.495731 -1.419087</w:t>
        <w:br/>
        <w:t>v 1.467398 18.502262 -1.439153</w:t>
        <w:br/>
        <w:t>v 1.452394 18.486317 -1.419670</w:t>
        <w:br/>
        <w:t>v 1.502346 18.473358 -1.357070</w:t>
        <w:br/>
        <w:t>v 1.447744 18.491253 -1.464761</w:t>
        <w:br/>
        <w:t>v 1.437224 18.479862 -1.451121</w:t>
        <w:br/>
        <w:t>v 1.502346 18.473358 -1.357070</w:t>
        <w:br/>
        <w:t>v 1.437224 18.479862 -1.451121</w:t>
        <w:br/>
        <w:t>v 1.452394 18.486317 -1.419670</w:t>
        <w:br/>
        <w:t>v 1.467398 18.502262 -1.439153</w:t>
        <w:br/>
        <w:t>v 1.345081 18.532310 -1.526353</w:t>
        <w:br/>
        <w:t>v 1.367540 18.548679 -1.560990</w:t>
        <w:br/>
        <w:t>v 1.379714 18.528473 -1.467027</w:t>
        <w:br/>
        <w:t>v 1.345081 18.532310 -1.526353</w:t>
        <w:br/>
        <w:t>v 1.379714 18.528473 -1.467027</w:t>
        <w:br/>
        <w:t>v 1.409147 18.536709 -1.480065</w:t>
        <w:br/>
        <w:t>v 1.403637 18.552479 -1.540487</w:t>
        <w:br/>
        <w:t>v 1.403637 18.552479 -1.540487</w:t>
        <w:br/>
        <w:t>v 0.352679 21.344297 -0.749497</w:t>
        <w:br/>
        <w:t>v 0.390662 21.270052 -0.753993</w:t>
        <w:br/>
        <w:t>v 0.418346 21.198700 -0.796615</w:t>
        <w:br/>
        <w:t>v 0.291842 21.372276 -0.764640</w:t>
        <w:br/>
        <w:t>v 0.214821 21.300640 -0.810366</w:t>
        <w:br/>
        <w:t>v 0.291842 21.372276 -0.764640</w:t>
        <w:br/>
        <w:t>v 0.418346 21.198700 -0.796615</w:t>
        <w:br/>
        <w:t>v 0.214821 21.300640 -0.810366</w:t>
        <w:br/>
        <w:t>v 1.295563 18.657112 -1.607453</w:t>
        <w:br/>
        <w:t>v 1.240325 18.758606 -1.510605</w:t>
        <w:br/>
        <w:t>v 1.271356 18.657349 -1.568398</w:t>
        <w:br/>
        <w:t>v 1.240325 18.758606 -1.510605</w:t>
        <w:br/>
        <w:t>v 1.266189 18.752487 -1.455246</w:t>
        <w:br/>
        <w:t>v 1.303266 18.651993 -1.534640</w:t>
        <w:br/>
        <w:t>v 1.271356 18.657349 -1.568398</w:t>
        <w:br/>
        <w:t>v 1.345519 18.655476 -1.609244</w:t>
        <w:br/>
        <w:t>v 1.325592 18.739002 -1.612917</w:t>
        <w:br/>
        <w:t>v 1.261788 18.751999 -1.584601</w:t>
        <w:br/>
        <w:t>v 1.310528 18.740593 -1.544098</w:t>
        <w:br/>
        <w:t>v 1.345597 18.645859 -1.561629</w:t>
        <w:br/>
        <w:t>v 1.303266 18.651993 -1.534640</w:t>
        <w:br/>
        <w:t>v 1.266189 18.752487 -1.455246</w:t>
        <w:br/>
        <w:t>v 1.345519 18.655476 -1.609244</w:t>
        <w:br/>
        <w:t>v 1.325592 18.739002 -1.612917</w:t>
        <w:br/>
        <w:t>v 1.367540 18.548679 -1.560990</w:t>
        <w:br/>
        <w:t>v 1.430016 18.985939 -1.457799</w:t>
        <w:br/>
        <w:t>v 1.337736 18.822754 -1.544299</w:t>
        <w:br/>
        <w:t>v 1.323122 18.839783 -1.426982</w:t>
        <w:br/>
        <w:t>v 1.366478 19.003235 -1.350417</w:t>
        <w:br/>
        <w:t>v 1.263661 18.871841 -1.329258</w:t>
        <w:br/>
        <w:t>v 1.296520 19.022789 -1.282840</w:t>
        <w:br/>
        <w:t>v 1.320419 18.987255 -1.429635</w:t>
        <w:br/>
        <w:t>v 1.266210 18.828526 -1.506495</w:t>
        <w:br/>
        <w:t>v 1.337736 18.822754 -1.544299</w:t>
        <w:br/>
        <w:t>v 1.430016 18.985939 -1.457799</w:t>
        <w:br/>
        <w:t>v 1.263661 18.871841 -1.329258</w:t>
        <w:br/>
        <w:t>v 1.228983 18.857265 -1.390627</w:t>
        <w:br/>
        <w:t>v 1.254824 19.005806 -1.336064</w:t>
        <w:br/>
        <w:t>v 1.296520 19.022789 -1.282840</w:t>
        <w:br/>
        <w:t>v 1.254824 19.005806 -1.336064</w:t>
        <w:br/>
        <w:t>v 1.352771 19.151743 -1.304722</w:t>
        <w:br/>
        <w:t>v 1.261788 18.751999 -1.584601</w:t>
        <w:br/>
        <w:t>v 0.948472 20.197565 -1.787804</w:t>
        <w:br/>
        <w:t>v 0.846385 20.506933 -1.673048</w:t>
        <w:br/>
        <w:t>v 0.743431 20.460154 -1.647126</w:t>
        <w:br/>
        <w:t>v 0.834709 20.146059 -1.715814</w:t>
        <w:br/>
        <w:t>v 0.774127 20.812128 -1.548063</w:t>
        <w:br/>
        <w:t>v 0.658833 20.730066 -1.530755</w:t>
        <w:br/>
        <w:t>v 0.834709 20.146059 -1.715814</w:t>
        <w:br/>
        <w:t>v 1.044098 20.192331 -1.603505</w:t>
        <w:br/>
        <w:t>v 1.027501 20.236937 -1.744428</w:t>
        <w:br/>
        <w:t>v 1.050753 20.221910 -1.668588</w:t>
        <w:br/>
        <w:t>v 1.044098 20.192331 -1.603505</w:t>
        <w:br/>
        <w:t>v 0.538508 21.054522 -1.356471</w:t>
        <w:br/>
        <w:t>v 0.631081 21.161015 -1.376484</w:t>
        <w:br/>
        <w:t>v 0.712884 20.996031 -1.469773</w:t>
        <w:br/>
        <w:t>v 0.794938 20.948030 -1.387282</w:t>
        <w:br/>
        <w:t>v 0.722112 21.101728 -1.288540</w:t>
        <w:br/>
        <w:t>v 0.631081 21.161015 -1.376484</w:t>
        <w:br/>
        <w:t>v 0.830193 20.874498 -1.308708</w:t>
        <w:br/>
        <w:t>v 0.768612 21.021307 -1.216232</w:t>
        <w:br/>
        <w:t>v 0.739914 20.934355 -1.215394</w:t>
        <w:br/>
        <w:t>v 0.538508 21.054522 -1.356471</w:t>
        <w:br/>
        <w:t>v 0.739914 20.934355 -1.215394</w:t>
        <w:br/>
        <w:t>v 0.799492 20.800653 -1.307797</w:t>
        <w:br/>
        <w:t>v 0.595115 20.909262 -1.448989</w:t>
        <w:br/>
        <w:t>v 0.936407 20.506092 -1.623151</w:t>
        <w:br/>
        <w:t>v 0.857315 20.778074 -1.477251</w:t>
        <w:br/>
        <w:t>v 0.962446 20.481550 -1.545633</w:t>
        <w:br/>
        <w:t>v 0.888130 20.712858 -1.407950</w:t>
        <w:br/>
        <w:t>v 0.941772 20.458214 -1.514796</w:t>
        <w:br/>
        <w:t>v 0.863079 20.655058 -1.405710</w:t>
        <w:br/>
        <w:t>v 0.658833 20.730066 -1.530755</w:t>
        <w:br/>
        <w:t>v 0.863079 20.655058 -1.405710</w:t>
        <w:br/>
        <w:t>v 0.941772 20.458214 -1.514796</w:t>
        <w:br/>
        <w:t>v 0.743431 20.460154 -1.647126</w:t>
        <w:br/>
        <w:t>v 0.120108 21.176308 -0.672791</w:t>
        <w:br/>
        <w:t>v 1.228983 18.857265 -1.390627</w:t>
        <w:br/>
        <w:t>v 1.254824 19.005806 -1.336064</w:t>
        <w:br/>
        <w:t>v 1.272229 19.657618 -1.644448</w:t>
        <w:br/>
        <w:t>v 0.595115 20.909262 -1.448989</w:t>
        <w:br/>
        <w:t>v 0.712884 20.996031 -1.469773</w:t>
        <w:br/>
        <w:t>v 0.830193 20.874498 -1.308708</w:t>
        <w:br/>
        <w:t>v 0.799492 20.800653 -1.307797</w:t>
        <w:br/>
        <w:t>v -1.035472 19.467896 -1.549255</w:t>
        <w:br/>
        <w:t>v -0.987667 19.629005 -1.433014</w:t>
        <w:br/>
        <w:t>v -0.867406 19.581409 -1.709316</w:t>
        <w:br/>
        <w:t>v -0.941385 19.418579 -1.764829</w:t>
        <w:br/>
        <w:t>v -0.981829 19.315784 -1.784837</w:t>
        <w:br/>
        <w:t>v -1.007320 19.251114 -1.788970</w:t>
        <w:br/>
        <w:t>v -1.071213 19.344894 -1.637646</w:t>
        <w:br/>
        <w:t>v -1.045916 19.087883 -1.750581</w:t>
        <w:br/>
        <w:t>v -1.096385 19.037457 -1.617099</w:t>
        <w:br/>
        <w:t>v -1.115057 19.131424 -1.669407</w:t>
        <w:br/>
        <w:t>v -1.036504 19.172661 -1.774824</w:t>
        <w:br/>
        <w:t>v -0.978286 18.770823 -1.623863</w:t>
        <w:br/>
        <w:t>v -0.982222 18.663307 -1.594459</w:t>
        <w:br/>
        <w:t>v -0.935161 18.738886 -1.501720</w:t>
        <w:br/>
        <w:t>v -1.058898 18.722757 -1.670267</w:t>
        <w:br/>
        <w:t>v -1.058256 18.637203 -1.652316</w:t>
        <w:br/>
        <w:t>v -0.788625 19.995014 -1.580732</w:t>
        <w:br/>
        <w:t>v -0.828408 19.762594 -1.649489</w:t>
        <w:br/>
        <w:t>v -0.937844 19.778454 -1.391083</w:t>
        <w:br/>
        <w:t>v -0.847311 20.018126 -1.393440</w:t>
        <w:br/>
        <w:t>v -0.738121 20.247488 -1.446391</w:t>
        <w:br/>
        <w:t>v -1.166875 18.454039 -1.434334</w:t>
        <w:br/>
        <w:t>v -1.178144 18.468904 -1.434356</w:t>
        <w:br/>
        <w:t>v -1.133406 18.454294 -1.351617</w:t>
        <w:br/>
        <w:t>v -1.022245 18.702919 -1.484421</w:t>
        <w:br/>
        <w:t>v -1.076527 18.727144 -1.627099</w:t>
        <w:br/>
        <w:t>v -1.043813 18.765572 -1.591283</w:t>
        <w:br/>
        <w:t>v -1.022206 18.623711 -1.485547</w:t>
        <w:br/>
        <w:t>v -1.119909 18.695103 -1.644997</w:t>
        <w:br/>
        <w:t>v -0.860980 20.247231 -1.622217</w:t>
        <w:br/>
        <w:t>v -0.958707 20.267838 -1.553650</w:t>
        <w:br/>
        <w:t>v -1.046114 19.998663 -1.577679</w:t>
        <w:br/>
        <w:t>v -0.933345 19.974693 -1.675292</w:t>
        <w:br/>
        <w:t>v -0.804886 20.456671 -1.578507</w:t>
        <w:br/>
        <w:t>v -0.884908 20.468840 -1.504738</w:t>
        <w:br/>
        <w:t>v -1.270345 19.492256 -1.370422</w:t>
        <w:br/>
        <w:t>v -1.170757 19.631613 -1.292904</w:t>
        <w:br/>
        <w:t>v -1.164987 19.494793 -1.304412</w:t>
        <w:br/>
        <w:t>v -1.101969 19.253864 -1.818048</w:t>
        <w:br/>
        <w:t>v -1.007320 19.251114 -1.788970</w:t>
        <w:br/>
        <w:t>v -0.981829 19.315784 -1.784837</w:t>
        <w:br/>
        <w:t>v -1.086043 19.320072 -1.825165</w:t>
        <w:br/>
        <w:t>v -1.113057 19.096565 -1.769193</w:t>
        <w:br/>
        <w:t>v -1.045916 19.087883 -1.750581</w:t>
        <w:br/>
        <w:t>v -1.036504 19.172661 -1.774824</w:t>
        <w:br/>
        <w:t>v -1.111184 19.183628 -1.798445</w:t>
        <w:br/>
        <w:t>v -1.348065 19.219509 -1.489224</w:t>
        <w:br/>
        <w:t>v -1.337554 19.181320 -1.598336</w:t>
        <w:br/>
        <w:t>v -1.345127 19.286133 -1.589031</w:t>
        <w:br/>
        <w:t>v -1.058898 18.722757 -1.670267</w:t>
        <w:br/>
        <w:t>v -1.022206 18.623711 -1.485547</w:t>
        <w:br/>
        <w:t>v -0.963760 18.694263 -1.421853</w:t>
        <w:br/>
        <w:t>v -0.980713 18.633663 -1.518289</w:t>
        <w:br/>
        <w:t>v -1.108173 18.698994 -1.678854</w:t>
        <w:br/>
        <w:t>v -1.039798 18.582056 -1.614630</w:t>
        <w:br/>
        <w:t>v -1.053785 18.596384 -1.595008</w:t>
        <w:br/>
        <w:t>v -0.966901 19.738018 -1.742154</w:t>
        <w:br/>
        <w:t>v -0.828408 19.762594 -1.649489</w:t>
        <w:br/>
        <w:t>v -0.788625 19.995014 -1.580732</w:t>
        <w:br/>
        <w:t>v -0.933345 19.974693 -1.675292</w:t>
        <w:br/>
        <w:t>v -1.198835 19.613888 -1.371273</w:t>
        <w:br/>
        <w:t>v -1.109291 19.767574 -1.298064</w:t>
        <w:br/>
        <w:t>v -1.133406 18.454294 -1.351617</w:t>
        <w:br/>
        <w:t>v -1.158972 18.485699 -1.427769</w:t>
        <w:br/>
        <w:t>v -1.156799 18.455109 -1.438166</w:t>
        <w:br/>
        <w:t>v -1.014557 19.556953 -1.795809</w:t>
        <w:br/>
        <w:t>v -1.054336 19.419888 -1.829376</w:t>
        <w:br/>
        <w:t>v -0.941385 19.418579 -1.764829</w:t>
        <w:br/>
        <w:t>v -1.013769 20.015829 -1.343734</w:t>
        <w:br/>
        <w:t>v -1.053654 20.007761 -1.448099</w:t>
        <w:br/>
        <w:t>v -0.909271 20.269720 -1.349488</w:t>
        <w:br/>
        <w:t>v -0.867406 19.581409 -1.709316</w:t>
        <w:br/>
        <w:t>v -0.973770 20.272135 -1.425867</w:t>
        <w:br/>
        <w:t>v -0.909034 20.471510 -1.386387</w:t>
        <w:br/>
        <w:t>v -0.847206 20.451315 -1.322282</w:t>
        <w:br/>
        <w:t>v -0.988373 18.694229 -1.403340</w:t>
        <w:br/>
        <w:t>v -1.039798 18.582056 -1.614630</w:t>
        <w:br/>
        <w:t>v -0.980713 18.633663 -1.518289</w:t>
        <w:br/>
        <w:t>v -0.963760 18.694263 -1.421853</w:t>
        <w:br/>
        <w:t>v -1.103735 19.238785 -1.662030</w:t>
        <w:br/>
        <w:t>v -1.271751 19.204983 -1.476103</w:t>
        <w:br/>
        <w:t>v -1.257370 19.289341 -1.436228</w:t>
        <w:br/>
        <w:t>v -1.219093 19.390560 -1.354838</w:t>
        <w:br/>
        <w:t>v -1.164987 19.494793 -1.304412</w:t>
        <w:br/>
        <w:t>v -1.170757 19.631613 -1.292904</w:t>
        <w:br/>
        <w:t>v -1.109291 19.767574 -1.298064</w:t>
        <w:br/>
        <w:t>v -0.909271 20.269720 -1.349488</w:t>
        <w:br/>
        <w:t>v -0.763477 20.262863 -1.354676</w:t>
        <w:br/>
        <w:t>v -1.013769 20.015829 -1.343734</w:t>
        <w:br/>
        <w:t>v -1.060851 18.878988 -1.611285</w:t>
        <w:br/>
        <w:t>v -0.996588 18.897411 -1.638073</w:t>
        <w:br/>
        <w:t>v -1.088229 18.955786 -1.675917</w:t>
        <w:br/>
        <w:t>v -1.028121 18.901743 -1.551503</w:t>
        <w:br/>
        <w:t>v -1.022521 18.972290 -1.681677</w:t>
        <w:br/>
        <w:t>v -0.960538 18.884251 -1.515158</w:t>
        <w:br/>
        <w:t>v -0.976009 18.817661 -1.379316</w:t>
        <w:br/>
        <w:t>v -1.052333 18.847422 -1.434245</w:t>
        <w:br/>
        <w:t>v -1.094847 18.827057 -1.443535</w:t>
        <w:br/>
        <w:t>v -1.052333 18.847422 -1.434245</w:t>
        <w:br/>
        <w:t>v -0.976009 18.817661 -1.379316</w:t>
        <w:br/>
        <w:t>v -1.035686 18.794889 -1.392231</w:t>
        <w:br/>
        <w:t>v -1.127149 18.828495 -1.545464</w:t>
        <w:br/>
        <w:t>v -1.083978 18.787155 -1.512600</w:t>
        <w:br/>
        <w:t>v -0.996588 18.897411 -1.638073</w:t>
        <w:br/>
        <w:t>v -0.931824 18.798712 -1.467898</w:t>
        <w:br/>
        <w:t>v -0.960538 18.884251 -1.515158</w:t>
        <w:br/>
        <w:t>v -0.978370 18.830576 -1.614975</w:t>
        <w:br/>
        <w:t>v -1.041385 18.823586 -1.595041</w:t>
        <w:br/>
        <w:t>v -1.004020 18.756584 -1.380959</w:t>
        <w:br/>
        <w:t>v -0.954776 18.762737 -1.378223</w:t>
        <w:br/>
        <w:t>v -0.976009 18.817661 -1.379316</w:t>
        <w:br/>
        <w:t>v -1.328118 19.105450 -1.523668</w:t>
        <w:br/>
        <w:t>v -1.288718 19.012325 -1.534314</w:t>
        <w:br/>
        <w:t>v -1.291573 19.044147 -1.600615</w:t>
        <w:br/>
        <w:t>v -1.171444 18.483103 -1.425689</w:t>
        <w:br/>
        <w:t>v -1.158972 18.485699 -1.427769</w:t>
        <w:br/>
        <w:t>v -1.133406 18.454294 -1.351617</w:t>
        <w:br/>
        <w:t>v -1.182548 18.463177 -1.495143</w:t>
        <w:br/>
        <w:t>v -1.187531 18.481562 -1.551379</w:t>
        <w:br/>
        <w:t>v -1.203746 18.519760 -1.551221</w:t>
        <w:br/>
        <w:t>v -1.198490 18.489120 -1.494185</w:t>
        <w:br/>
        <w:t>v -1.167411 18.466232 -1.499979</w:t>
        <w:br/>
        <w:t>v -1.170480 18.483236 -1.546775</w:t>
        <w:br/>
        <w:t>v -1.187531 18.481562 -1.551379</w:t>
        <w:br/>
        <w:t>v -1.182548 18.463177 -1.495143</w:t>
        <w:br/>
        <w:t>v -1.176583 18.555090 -1.530201</w:t>
        <w:br/>
        <w:t>v -1.170480 18.483236 -1.546775</w:t>
        <w:br/>
        <w:t>v -1.167411 18.466232 -1.499979</w:t>
        <w:br/>
        <w:t>v -1.171569 18.517523 -1.482398</w:t>
        <w:br/>
        <w:t>v -1.171569 18.517523 -1.482398</w:t>
        <w:br/>
        <w:t>v -1.190764 18.512621 -1.479812</w:t>
        <w:br/>
        <w:t>v -1.199841 18.555908 -1.537857</w:t>
        <w:br/>
        <w:t>v -1.176583 18.555090 -1.530201</w:t>
        <w:br/>
        <w:t>v -1.159786 18.662210 -1.670215</w:t>
        <w:br/>
        <w:t>v -1.144332 18.617077 -1.663003</w:t>
        <w:br/>
        <w:t>v -1.108173 18.698994 -1.678854</w:t>
        <w:br/>
        <w:t>v -1.108874 18.558701 -1.635054</w:t>
        <w:br/>
        <w:t>v -1.090943 18.564018 -1.624930</w:t>
        <w:br/>
        <w:t>v -1.039798 18.582056 -1.614630</w:t>
        <w:br/>
        <w:t>v -1.142757 18.665236 -1.643040</w:t>
        <w:br/>
        <w:t>v -1.053785 18.596384 -1.595008</w:t>
        <w:br/>
        <w:t>v -1.142757 18.665236 -1.643040</w:t>
        <w:br/>
        <w:t>v -1.159786 18.662210 -1.670215</w:t>
        <w:br/>
        <w:t>v -1.133406 18.454294 -1.351617</w:t>
        <w:br/>
        <w:t>v -1.156799 18.455109 -1.438166</w:t>
        <w:br/>
        <w:t>v -1.166875 18.454039 -1.434334</w:t>
        <w:br/>
        <w:t>v -1.161883 18.622936 -1.600668</w:t>
        <w:br/>
        <w:t>v -1.090943 18.564018 -1.624930</w:t>
        <w:br/>
        <w:t>v -1.132916 18.532053 -1.604364</w:t>
        <w:br/>
        <w:t>v -1.151330 18.526623 -1.612111</w:t>
        <w:br/>
        <w:t>v -1.132916 18.532053 -1.604364</w:t>
        <w:br/>
        <w:t>v -1.161883 18.622936 -1.600668</w:t>
        <w:br/>
        <w:t>v -1.185345 18.617489 -1.613220</w:t>
        <w:br/>
        <w:t>v -1.335971 19.311165 -1.440287</w:t>
        <w:br/>
        <w:t>v -1.310132 19.398548 -1.392635</w:t>
        <w:br/>
        <w:t>v -1.219093 19.390560 -1.354838</w:t>
        <w:br/>
        <w:t>v -1.257370 19.289341 -1.436228</w:t>
        <w:br/>
        <w:t>v -1.143669 19.756592 -1.392153</w:t>
        <w:br/>
        <w:t>v -1.138365 19.750015 -1.589901</w:t>
        <w:br/>
        <w:t>v -0.860980 20.247231 -1.622217</w:t>
        <w:br/>
        <w:t>v -0.725522 20.432430 -1.310362</w:t>
        <w:br/>
        <w:t>v -0.847206 20.451315 -1.322282</w:t>
        <w:br/>
        <w:t>v -0.688901 20.424019 -1.398775</w:t>
        <w:br/>
        <w:t>v -0.763477 20.262863 -1.354676</w:t>
        <w:br/>
        <w:t>v -0.725522 20.432430 -1.310362</w:t>
        <w:br/>
        <w:t>v -0.738121 20.247488 -1.446391</w:t>
        <w:br/>
        <w:t>v -0.688901 20.424019 -1.398775</w:t>
        <w:br/>
        <w:t>v -0.804886 20.456671 -1.578507</w:t>
        <w:br/>
        <w:t>v -0.808007 20.673649 -1.458442</w:t>
        <w:br/>
        <w:t>v -0.848545 20.657665 -1.353302</w:t>
        <w:br/>
        <w:t>v -0.639013 20.587120 -1.359301</w:t>
        <w:br/>
        <w:t>v -0.676924 20.595654 -1.278611</w:t>
        <w:br/>
        <w:t>v -0.639013 20.587120 -1.359301</w:t>
        <w:br/>
        <w:t>v -0.734250 20.665199 -1.504051</w:t>
        <w:br/>
        <w:t>v -0.793122 20.611050 -1.282680</w:t>
        <w:br/>
        <w:t>v -0.734250 20.665199 -1.504051</w:t>
        <w:br/>
        <w:t>v -0.676924 20.595654 -1.278611</w:t>
        <w:br/>
        <w:t>v -0.793122 20.611050 -1.282680</w:t>
        <w:br/>
        <w:t>v -1.105928 19.030386 -1.733029</w:t>
        <w:br/>
        <w:t>v -1.037396 19.030827 -1.720450</w:t>
        <w:br/>
        <w:t>v -1.071262 18.958765 -1.584260</w:t>
        <w:br/>
        <w:t>v -1.239296 19.001650 -1.515300</w:t>
        <w:br/>
        <w:t>v -1.142760 18.905396 -1.487880</w:t>
        <w:br/>
        <w:t>v -1.199124 18.891693 -1.506745</w:t>
        <w:br/>
        <w:t>v -1.288718 19.012325 -1.534314</w:t>
        <w:br/>
        <w:t>v -1.239296 19.001650 -1.515300</w:t>
        <w:br/>
        <w:t>v -0.778111 20.824413 -1.307943</w:t>
        <w:br/>
        <w:t>v -0.709809 20.937786 -1.245342</w:t>
        <w:br/>
        <w:t>v -0.731840 20.759586 -1.239417</w:t>
        <w:br/>
        <w:t>v -0.662894 20.989632 -1.302725</w:t>
        <w:br/>
        <w:t>v -0.737323 20.839634 -1.408657</w:t>
        <w:br/>
        <w:t>v -0.662369 20.819126 -1.432572</w:t>
        <w:br/>
        <w:t>v -0.594273 20.972694 -1.320076</w:t>
        <w:br/>
        <w:t>v -0.502978 20.842884 -1.233638</w:t>
        <w:br/>
        <w:t>v -0.622113 20.748276 -1.226557</w:t>
        <w:br/>
        <w:t>v -0.559282 20.843655 -1.182598</w:t>
        <w:br/>
        <w:t>v -0.502978 20.842884 -1.233638</w:t>
        <w:br/>
        <w:t>v -0.585116 20.738159 -1.305855</w:t>
        <w:br/>
        <w:t>v -0.731840 20.759586 -1.239417</w:t>
        <w:br/>
        <w:t>v -0.685119 20.873119 -1.196895</w:t>
        <w:br/>
        <w:t>v -0.632854 21.036087 -1.138776</w:t>
        <w:br/>
        <w:t>v -0.574184 21.023602 -1.036098</w:t>
        <w:br/>
        <w:t>v -0.565095 20.935656 -1.033817</w:t>
        <w:br/>
        <w:t>v -0.618532 20.950470 -1.120378</w:t>
        <w:br/>
        <w:t>v -0.496643 21.041832 -1.034395</w:t>
        <w:br/>
        <w:t>v -0.574184 21.023602 -1.036098</w:t>
        <w:br/>
        <w:t>v -0.632854 21.036087 -1.138776</w:t>
        <w:br/>
        <w:t>v -0.565890 21.075848 -1.140557</w:t>
        <w:br/>
        <w:t>v -0.407080 20.972019 -1.051077</w:t>
        <w:br/>
        <w:t>v -0.496643 21.041832 -1.034395</w:t>
        <w:br/>
        <w:t>v -0.565890 21.075848 -1.140557</w:t>
        <w:br/>
        <w:t>v -0.485108 21.007481 -1.138619</w:t>
        <w:br/>
        <w:t>v -0.350519 20.843426 -1.064242</w:t>
        <w:br/>
        <w:t>v -0.425014 20.862942 -1.144453</w:t>
        <w:br/>
        <w:t>v -0.493495 20.852257 -1.124334</w:t>
        <w:br/>
        <w:t>v -0.423839 20.819574 -1.054918</w:t>
        <w:br/>
        <w:t>v -0.350519 20.843426 -1.064242</w:t>
        <w:br/>
        <w:t>v -0.425014 20.862942 -1.144453</w:t>
        <w:br/>
        <w:t>v -0.618532 20.950470 -1.120378</w:t>
        <w:br/>
        <w:t>v -0.565095 20.935656 -1.033817</w:t>
        <w:br/>
        <w:t>v -0.247211 20.802353 -0.789256</w:t>
        <w:br/>
        <w:t>v -0.374321 20.805159 -0.789294</w:t>
        <w:br/>
        <w:t>v -0.503062 20.952076 -0.941953</w:t>
        <w:br/>
        <w:t>v -0.411483 20.961060 -0.943041</w:t>
        <w:br/>
        <w:t>v -0.503062 20.952076 -0.941953</w:t>
        <w:br/>
        <w:t>v -0.374321 20.805159 -0.789294</w:t>
        <w:br/>
        <w:t>v -0.407394 20.694893 -0.841336</w:t>
        <w:br/>
        <w:t>v -0.503065 20.876511 -0.956012</w:t>
        <w:br/>
        <w:t>v -0.503065 20.876511 -0.956012</w:t>
        <w:br/>
        <w:t>v -0.407394 20.694893 -0.841336</w:t>
        <w:br/>
        <w:t>v -0.253427 20.623655 -0.875663</w:t>
        <w:br/>
        <w:t>v -0.366709 20.771248 -0.994054</w:t>
        <w:br/>
        <w:t>v -0.123932 20.629257 -0.874825</w:t>
        <w:br/>
        <w:t>v -0.272163 20.790785 -0.999814</w:t>
        <w:br/>
        <w:t>v -0.123932 20.629257 -0.874825</w:t>
        <w:br/>
        <w:t>v -0.144979 20.693071 -0.853485</w:t>
        <w:br/>
        <w:t>v -0.314903 20.892223 -0.977552</w:t>
        <w:br/>
        <w:t>v -0.272163 20.790785 -0.999814</w:t>
        <w:br/>
        <w:t>v -0.503065 20.876511 -0.956012</w:t>
        <w:br/>
        <w:t>v -0.685119 20.873119 -1.196895</w:t>
        <w:br/>
        <w:t>v -0.585116 20.738159 -1.305855</w:t>
        <w:br/>
        <w:t>v -0.978370 18.830576 -1.614975</w:t>
        <w:br/>
        <w:t>v -1.043813 18.765572 -1.591283</w:t>
        <w:br/>
        <w:t>v -0.978286 18.770823 -1.623863</w:t>
        <w:br/>
        <w:t>v -1.054788 18.758814 -1.494186</w:t>
        <w:br/>
        <w:t>v -0.988373 18.694229 -1.403340</w:t>
        <w:br/>
        <w:t>v -0.954776 18.762737 -1.378223</w:t>
        <w:br/>
        <w:t>v -1.028121 18.901743 -1.551503</w:t>
        <w:br/>
        <w:t>v -1.037396 19.030827 -1.720450</w:t>
        <w:br/>
        <w:t>v -1.022521 18.972290 -1.681677</w:t>
        <w:br/>
        <w:t>v -1.022521 18.972290 -1.681677</w:t>
        <w:br/>
        <w:t>v -1.142760 18.905396 -1.487880</w:t>
        <w:br/>
        <w:t>v -1.063708 19.731468 -1.723234</w:t>
        <w:br/>
        <w:t>v -1.181632 19.441677 -1.759066</w:t>
        <w:br/>
        <w:t>v -1.136878 19.566792 -1.740452</w:t>
        <w:br/>
        <w:t>v -1.285140 19.479145 -1.581844</w:t>
        <w:br/>
        <w:t>v -1.217414 19.340355 -1.747424</w:t>
        <w:br/>
        <w:t>v -1.239350 19.266068 -1.735728</w:t>
        <w:br/>
        <w:t>v -1.247371 19.182320 -1.722183</w:t>
        <w:br/>
        <w:t>v -1.233396 19.075994 -1.698804</w:t>
        <w:br/>
        <w:t>v -1.207554 18.977751 -1.664456</w:t>
        <w:br/>
        <w:t>v -1.137520 18.885290 -1.618338</w:t>
        <w:br/>
        <w:t>v -1.218131 18.936655 -1.589116</w:t>
        <w:br/>
        <w:t>v -1.199124 18.891693 -1.506745</w:t>
        <w:br/>
        <w:t>v -1.270345 19.492256 -1.370422</w:t>
        <w:br/>
        <w:t>v -1.212775 19.600313 -1.587433</w:t>
        <w:br/>
        <w:t>v -1.324094 19.390320 -1.579183</w:t>
        <w:br/>
        <w:t>v -1.310132 19.398548 -1.392635</w:t>
        <w:br/>
        <w:t>v -1.335971 19.311165 -1.440287</w:t>
        <w:br/>
        <w:t>v -1.257370 19.289341 -1.436228</w:t>
        <w:br/>
        <w:t>v -1.271751 19.204983 -1.476103</w:t>
        <w:br/>
        <w:t>v -1.348065 19.219509 -1.489224</w:t>
        <w:br/>
        <w:t>v -1.127149 18.828495 -1.545464</w:t>
        <w:br/>
        <w:t>v -1.094847 18.827057 -1.443535</w:t>
        <w:br/>
        <w:t>v -1.035686 18.794889 -1.392231</w:t>
        <w:br/>
        <w:t>v -1.004020 18.756584 -1.380959</w:t>
        <w:br/>
        <w:t>v -0.978286 18.770823 -1.623863</w:t>
        <w:br/>
        <w:t>v -1.053785 18.596384 -1.595008</w:t>
        <w:br/>
        <w:t>v -1.119909 18.695103 -1.644997</w:t>
        <w:br/>
        <w:t>v -1.090943 18.564018 -1.624930</w:t>
        <w:br/>
        <w:t>v -1.090943 18.564018 -1.624930</w:t>
        <w:br/>
        <w:t>v -1.239296 19.001650 -1.515300</w:t>
        <w:br/>
        <w:t>v -1.185345 18.617489 -1.613220</w:t>
        <w:br/>
        <w:t>v -1.176185 18.577641 -1.623205</w:t>
        <w:br/>
        <w:t>v -1.190764 18.512621 -1.479812</w:t>
        <w:br/>
        <w:t>v -1.199841 18.555908 -1.537857</w:t>
        <w:br/>
        <w:t>v -1.151330 18.526623 -1.612111</w:t>
        <w:br/>
        <w:t>v -1.171444 18.483103 -1.425689</w:t>
        <w:br/>
        <w:t>v -1.263749 19.091145 -1.506669</w:t>
        <w:br/>
        <w:t>v -1.263749 19.091145 -1.506669</w:t>
        <w:br/>
        <w:t>v -1.328118 19.105450 -1.523668</w:t>
        <w:br/>
        <w:t>v -0.203539 20.900721 -0.757497</w:t>
        <w:br/>
        <w:t>v -0.284182 20.930496 -0.731606</w:t>
        <w:br/>
        <w:t>v -0.270036 21.127445 -0.898885</w:t>
        <w:br/>
        <w:t>v -0.198764 21.104895 -0.935831</w:t>
        <w:br/>
        <w:t>v -0.346557 20.886845 -0.755072</w:t>
        <w:br/>
        <w:t>v -0.429323 21.024675 -0.961231</w:t>
        <w:br/>
        <w:t>v -0.346958 21.106659 -0.907034</w:t>
        <w:br/>
        <w:t>v -0.385503 20.846680 -0.821623</w:t>
        <w:br/>
        <w:t>v -0.452921 20.902668 -1.026793</w:t>
        <w:br/>
        <w:t>v -0.385503 20.846680 -0.821623</w:t>
        <w:br/>
        <w:t>v -0.246612 20.790771 -0.889696</w:t>
        <w:br/>
        <w:t>v -0.270308 20.860708 -1.078446</w:t>
        <w:br/>
        <w:t>v -0.452921 20.902668 -1.026793</w:t>
        <w:br/>
        <w:t>v -0.179010 20.825573 -0.855144</w:t>
        <w:br/>
        <w:t>v -0.153260 20.970625 -1.008005</w:t>
        <w:br/>
        <w:t>v -0.236315 20.941252 -1.019424</w:t>
        <w:br/>
        <w:t>v -0.179010 20.825573 -0.855144</w:t>
        <w:br/>
        <w:t>v -0.203539 20.900721 -0.757497</w:t>
        <w:br/>
        <w:t>v -0.198764 21.104895 -0.935831</w:t>
        <w:br/>
        <w:t>v -0.153260 20.970625 -1.008005</w:t>
        <w:br/>
        <w:t>v -0.346557 20.886845 -0.755072</w:t>
        <w:br/>
        <w:t>v -0.346958 21.106659 -0.907034</w:t>
        <w:br/>
        <w:t>v -0.324636 21.243183 -1.104489</w:t>
        <w:br/>
        <w:t>v -0.232094 21.270927 -1.076503</w:t>
        <w:br/>
        <w:t>v -0.100616 21.076347 -1.159448</w:t>
        <w:br/>
        <w:t>v -0.150849 21.199463 -1.098347</w:t>
        <w:br/>
        <w:t>v -0.246612 20.790771 -0.889696</w:t>
        <w:br/>
        <w:t>v -0.270308 20.860708 -1.078446</w:t>
        <w:br/>
        <w:t>v -0.100616 21.076347 -1.159448</w:t>
        <w:br/>
        <w:t>v -0.242920 21.031696 -1.163214</w:t>
        <w:br/>
        <w:t>v -0.447648 21.200268 -1.131795</w:t>
        <w:br/>
        <w:t>v -0.324636 21.243183 -1.104489</w:t>
        <w:br/>
        <w:t>v -0.526016 20.917269 -1.182658</w:t>
        <w:br/>
        <w:t>v -0.522127 21.056080 -1.183990</w:t>
        <w:br/>
        <w:t>v -0.295529 20.912952 -1.238539</w:t>
        <w:br/>
        <w:t>v -0.261955 21.028877 -1.291628</w:t>
        <w:br/>
        <w:t>v -0.084507 21.086422 -1.321717</w:t>
        <w:br/>
        <w:t>v -0.301359 20.950256 -1.383823</w:t>
        <w:br/>
        <w:t>v -0.135441 20.938679 -1.428702</w:t>
        <w:br/>
        <w:t>v -0.301359 20.950256 -1.383823</w:t>
        <w:br/>
        <w:t>v -0.203251 20.665627 -1.554102</w:t>
        <w:br/>
        <w:t>v -0.237466 20.488316 -1.618734</w:t>
        <w:br/>
        <w:t>v -0.437519 20.487926 -1.600215</w:t>
        <w:br/>
        <w:t>v -0.389458 20.680286 -1.513226</w:t>
        <w:br/>
        <w:t>v -0.673618 19.404671 -2.092654</w:t>
        <w:br/>
        <w:t>v -0.805399 19.410431 -1.855617</w:t>
        <w:br/>
        <w:t>v -0.773634 19.563976 -1.825374</w:t>
        <w:br/>
        <w:t>v -0.644610 19.569695 -2.021237</w:t>
        <w:br/>
        <w:t>v -0.224860 19.589382 -2.242646</w:t>
        <w:br/>
        <w:t>v -0.262824 19.411472 -2.308023</w:t>
        <w:br/>
        <w:t>v -0.463366 19.401756 -2.040383</w:t>
        <w:br/>
        <w:t>v -0.432107 19.570259 -1.978282</w:t>
        <w:br/>
        <w:t>v -0.084507 21.086422 -1.321717</w:t>
        <w:br/>
        <w:t>v -0.067588 21.191528 -1.481228</w:t>
        <w:br/>
        <w:t>v -0.046298 21.001797 -1.575427</w:t>
        <w:br/>
        <w:t>v -0.084408 20.476151 -1.818866</w:t>
        <w:br/>
        <w:t>v -0.059052 20.732616 -1.696357</w:t>
        <w:br/>
        <w:t>v -0.463998 18.990818 -2.061708</w:t>
        <w:br/>
        <w:t>v -0.448712 18.868069 -1.993796</w:t>
        <w:br/>
        <w:t>v -0.657230 18.883484 -2.042182</w:t>
        <w:br/>
        <w:t>v -0.654173 19.016727 -2.071368</w:t>
        <w:br/>
        <w:t>v -0.463366 19.401756 -2.040383</w:t>
        <w:br/>
        <w:t>v -0.673618 19.404671 -2.092654</w:t>
        <w:br/>
        <w:t>v -0.644610 19.569695 -2.021237</w:t>
        <w:br/>
        <w:t>v -0.432107 19.570259 -1.978282</w:t>
        <w:br/>
        <w:t>v -0.172168 19.822418 -2.123447</w:t>
        <w:br/>
        <w:t>v -0.378040 19.794012 -1.899115</w:t>
        <w:br/>
        <w:t>v -0.310893 20.048874 -1.808208</w:t>
        <w:br/>
        <w:t>v -0.124016 20.062048 -2.007617</w:t>
        <w:br/>
        <w:t>v -0.600985 19.778357 -1.917219</w:t>
        <w:br/>
        <w:t>v -0.542274 20.028046 -1.809286</w:t>
        <w:br/>
        <w:t>v -0.093721 21.233341 -1.311106</w:t>
        <w:br/>
        <w:t>v -0.184064 21.351952 -1.288039</w:t>
        <w:br/>
        <w:t>v -0.067588 21.191528 -1.481228</w:t>
        <w:br/>
        <w:t>v -0.093721 21.233341 -1.311106</w:t>
        <w:br/>
        <w:t>v -0.280464 21.329182 -1.302443</w:t>
        <w:br/>
        <w:t>v -0.184064 21.351952 -1.288039</w:t>
        <w:br/>
        <w:t>v -0.464628 21.253811 -1.297361</w:t>
        <w:br/>
        <w:t>v -0.312916 21.281345 -1.307261</w:t>
        <w:br/>
        <w:t>v -0.295529 20.912952 -1.238539</w:t>
        <w:br/>
        <w:t>v -0.526016 20.917269 -1.182658</w:t>
        <w:br/>
        <w:t>v -0.354450 20.835808 -1.328976</w:t>
        <w:br/>
        <w:t>v -0.324145 18.743574 -2.075878</w:t>
        <w:br/>
        <w:t>v -0.400891 18.671658 -1.998480</w:t>
        <w:br/>
        <w:t>v -0.483917 18.775513 -1.876147</w:t>
        <w:br/>
        <w:t>v -0.648824 18.744360 -1.879083</w:t>
        <w:br/>
        <w:t>v -0.611053 18.811108 -1.931530</w:t>
        <w:br/>
        <w:t>v -0.483917 18.775513 -1.876147</w:t>
        <w:br/>
        <w:t>v -0.553605 18.705816 -1.836232</w:t>
        <w:br/>
        <w:t>v -0.281830 18.855717 -2.195932</w:t>
        <w:br/>
        <w:t>v -0.059052 20.732616 -1.696357</w:t>
        <w:br/>
        <w:t>v -0.132036 20.782475 -1.752640</w:t>
        <w:br/>
        <w:t>v -0.165332 20.540623 -1.894404</w:t>
        <w:br/>
        <w:t>v -0.084408 20.476151 -1.818866</w:t>
        <w:br/>
        <w:t>v -0.120361 21.214699 -1.514262</w:t>
        <w:br/>
        <w:t>v -0.110949 21.038723 -1.613638</w:t>
        <w:br/>
        <w:t>v -0.046298 21.001797 -1.575427</w:t>
        <w:br/>
        <w:t>v -0.226001 21.242908 -1.512930</w:t>
        <w:br/>
        <w:t>v -0.257982 21.070961 -1.617301</w:t>
        <w:br/>
        <w:t>v -0.503304 20.610264 -1.837048</w:t>
        <w:br/>
        <w:t>v -0.564143 20.372257 -1.922903</w:t>
        <w:br/>
        <w:t>v -0.561326 20.377911 -1.949238</w:t>
        <w:br/>
        <w:t>v -0.288118 19.873585 -2.236532</w:t>
        <w:br/>
        <w:t>v -0.172168 19.822418 -2.123447</w:t>
        <w:br/>
        <w:t>v -0.124016 20.062048 -2.007617</w:t>
        <w:br/>
        <w:t>v -0.239305 20.120302 -2.111025</w:t>
        <w:br/>
        <w:t>v -0.794983 19.472414 -2.397779</w:t>
        <w:br/>
        <w:t>v -0.753374 19.672020 -2.297212</w:t>
        <w:br/>
        <w:t>v -0.820227 19.650429 -2.177689</w:t>
        <w:br/>
        <w:t>v -0.866851 19.453861 -2.243712</w:t>
        <w:br/>
        <w:t>v -0.524410 19.682442 -2.396029</w:t>
        <w:br/>
        <w:t>v -0.330392 19.642868 -2.343591</w:t>
        <w:br/>
        <w:t>v -0.489576 19.906898 -2.281879</w:t>
        <w:br/>
        <w:t>v -0.355057 19.143452 -2.466252</w:t>
        <w:br/>
        <w:t>v -0.297216 19.123089 -2.348081</w:t>
        <w:br/>
        <w:t>v -0.285518 19.255066 -2.338988</w:t>
        <w:br/>
        <w:t>v -0.364532 19.280781 -2.480030</w:t>
        <w:br/>
        <w:t>v -0.482925 19.249275 -2.068165</w:t>
        <w:br/>
        <w:t>v -0.481398 19.123386 -2.078307</w:t>
        <w:br/>
        <w:t>v -0.668892 19.134567 -2.099405</w:t>
        <w:br/>
        <w:t>v -0.677824 19.260929 -2.110909</w:t>
        <w:br/>
        <w:t>v -0.358282 19.437431 -2.446704</w:t>
        <w:br/>
        <w:t>v -0.262824 19.411472 -2.308023</w:t>
        <w:br/>
        <w:t>v -0.224860 19.589382 -2.242646</w:t>
        <w:br/>
        <w:t>v -0.655288 18.881004 -2.120502</w:t>
        <w:br/>
        <w:t>v -0.581497 18.905788 -2.344611</w:t>
        <w:br/>
        <w:t>v -0.695666 19.015327 -2.415392</w:t>
        <w:br/>
        <w:t>v -0.671980 18.739641 -1.948163</w:t>
        <w:br/>
        <w:t>v -0.497863 18.723175 -2.135161</w:t>
        <w:br/>
        <w:t>v -0.568265 18.806728 -2.162277</w:t>
        <w:br/>
        <w:t>v -0.400891 18.671658 -1.998480</w:t>
        <w:br/>
        <w:t>v -0.324145 18.743574 -2.075878</w:t>
        <w:br/>
        <w:t>v -0.444145 18.801014 -2.244706</w:t>
        <w:br/>
        <w:t>v -1.017265 18.969784 -2.005033</w:t>
        <w:br/>
        <w:t>v -0.941179 18.869320 -1.971289</w:t>
        <w:br/>
        <w:t>v -0.805747 18.859791 -2.052456</w:t>
        <w:br/>
        <w:t>v -0.333833 20.612148 -1.945381</w:t>
        <w:br/>
        <w:t>v -0.298759 20.845116 -1.794435</w:t>
        <w:br/>
        <w:t>v -0.333102 21.224514 -1.484897</w:t>
        <w:br/>
        <w:t>v -0.371484 21.081829 -1.597855</w:t>
        <w:br/>
        <w:t>v -0.312916 21.281345 -1.307261</w:t>
        <w:br/>
        <w:t>v -0.150849 21.199463 -1.098347</w:t>
        <w:br/>
        <w:t>v -0.232094 21.270927 -1.076503</w:t>
        <w:br/>
        <w:t>v -0.557171 18.648663 -2.064933</w:t>
        <w:br/>
        <w:t>v -0.497863 18.723175 -2.135161</w:t>
        <w:br/>
        <w:t>v -0.569766 18.565203 -1.902870</w:t>
        <w:br/>
        <w:t>v -0.673233 18.641249 -1.860760</w:t>
        <w:br/>
        <w:t>v -0.553605 18.705816 -1.836232</w:t>
        <w:br/>
        <w:t>v -0.776791 18.478056 -2.022290</w:t>
        <w:br/>
        <w:t>v -0.784350 18.547623 -1.949444</w:t>
        <w:br/>
        <w:t>v -0.706795 18.483608 -1.953884</w:t>
        <w:br/>
        <w:t>v -0.597220 18.342676 -2.060824</w:t>
        <w:br/>
        <w:t>v -0.621261 18.302685 -2.080300</w:t>
        <w:br/>
        <w:t>v -0.688260 18.341291 -2.061414</w:t>
        <w:br/>
        <w:t>v -0.502749 18.608492 -1.912565</w:t>
        <w:br/>
        <w:t>v -0.557171 18.648663 -2.064933</w:t>
        <w:br/>
        <w:t>v -0.597117 18.583601 -2.052596</w:t>
        <w:br/>
        <w:t>v -0.569766 18.565203 -1.902870</w:t>
        <w:br/>
        <w:t>v -0.588017 18.528400 -2.083511</w:t>
        <w:br/>
        <w:t>v -0.596885 18.484694 -1.956364</w:t>
        <w:br/>
        <w:t>v -0.568495 18.460146 -2.125695</w:t>
        <w:br/>
        <w:t>v -0.582293 18.397432 -2.025321</w:t>
        <w:br/>
        <w:t>v -0.580853 18.372467 -2.162529</w:t>
        <w:br/>
        <w:t>v -0.637852 18.315556 -2.161431</w:t>
        <w:br/>
        <w:t>v -0.621261 18.302685 -2.080300</w:t>
        <w:br/>
        <w:t>v -0.756601 19.007854 -2.189017</w:t>
        <w:br/>
        <w:t>v -0.890230 19.002419 -2.101307</w:t>
        <w:br/>
        <w:t>v -0.750776 18.663080 -1.978278</w:t>
        <w:br/>
        <w:t>v -0.597117 18.583601 -2.052596</w:t>
        <w:br/>
        <w:t>v -0.671980 18.739641 -1.948163</w:t>
        <w:br/>
        <w:t>v -0.648824 18.744360 -1.879083</w:t>
        <w:br/>
        <w:t>v -0.734700 18.644051 -1.901300</w:t>
        <w:br/>
        <w:t>v -0.750776 18.663080 -1.978278</w:t>
        <w:br/>
        <w:t>v -0.734700 18.644051 -1.901300</w:t>
        <w:br/>
        <w:t>v -0.688827 18.569769 -1.890874</w:t>
        <w:br/>
        <w:t>v -0.776791 18.478056 -2.022290</w:t>
        <w:br/>
        <w:t>v -0.750410 18.531734 -2.099818</w:t>
        <w:br/>
        <w:t>v -0.760581 18.594912 -2.044093</w:t>
        <w:br/>
        <w:t>v -0.784350 18.547623 -1.949444</w:t>
        <w:br/>
        <w:t>v -0.760581 18.594912 -2.044093</w:t>
        <w:br/>
        <w:t>v -0.568495 18.460146 -2.125695</w:t>
        <w:br/>
        <w:t>v -0.588017 18.528400 -2.083511</w:t>
        <w:br/>
        <w:t>v -0.750410 18.531734 -2.099818</w:t>
        <w:br/>
        <w:t>v -0.722394 18.457445 -2.145998</w:t>
        <w:br/>
        <w:t>v -0.580853 18.372467 -2.162529</w:t>
        <w:br/>
        <w:t>v -0.720410 18.378902 -2.154006</w:t>
        <w:br/>
        <w:t>v -0.637852 18.315556 -2.161431</w:t>
        <w:br/>
        <w:t>v -0.754778 18.419687 -2.095000</w:t>
        <w:br/>
        <w:t>v -0.755259 18.368511 -2.117797</w:t>
        <w:br/>
        <w:t>v -0.781331 18.242842 -2.102364</w:t>
        <w:br/>
        <w:t>v -0.822902 18.287628 -2.097405</w:t>
        <w:br/>
        <w:t>v -0.838313 18.236101 -2.057954</w:t>
        <w:br/>
        <w:t>v -0.801427 18.210821 -2.063495</w:t>
        <w:br/>
        <w:t>v -0.785562 18.334089 -2.127274</w:t>
        <w:br/>
        <w:t>v -0.732424 18.275974 -2.133663</w:t>
        <w:br/>
        <w:t>v -0.794153 18.186472 -2.007458</w:t>
        <w:br/>
        <w:t>v -0.805721 18.184376 -2.026252</w:t>
        <w:br/>
        <w:t>v -0.799708 18.152479 -1.976641</w:t>
        <w:br/>
        <w:t>v -0.793307 18.267979 -2.046375</w:t>
        <w:br/>
        <w:t>v -0.762996 18.234137 -2.046338</w:t>
        <w:br/>
        <w:t>v -0.783888 18.208380 -2.026082</w:t>
        <w:br/>
        <w:t>v -0.809075 18.231995 -2.026578</w:t>
        <w:br/>
        <w:t>v -0.732424 18.275974 -2.133663</w:t>
        <w:br/>
        <w:t>v -0.709043 18.264671 -2.063920</w:t>
        <w:br/>
        <w:t>v -0.785562 18.334089 -2.127274</w:t>
        <w:br/>
        <w:t>v -0.810723 18.197762 -2.005873</w:t>
        <w:br/>
        <w:t>v -0.799708 18.152479 -1.976641</w:t>
        <w:br/>
        <w:t>v -0.827354 18.196312 -2.020151</w:t>
        <w:br/>
        <w:t>v -0.762996 18.234137 -2.046338</w:t>
        <w:br/>
        <w:t>v -0.781331 18.242842 -2.102364</w:t>
        <w:br/>
        <w:t>v -0.801427 18.210821 -2.063495</w:t>
        <w:br/>
        <w:t>v -0.783888 18.208380 -2.026082</w:t>
        <w:br/>
        <w:t>v -0.501431 21.226753 -1.434579</w:t>
        <w:br/>
        <w:t>v -0.333102 21.224514 -1.484897</w:t>
        <w:br/>
        <w:t>v -0.538928 21.092331 -1.542496</w:t>
        <w:br/>
        <w:t>v -0.371484 21.081829 -1.597855</w:t>
        <w:br/>
        <w:t>v -0.622972 20.851517 -1.634184</w:t>
        <w:br/>
        <w:t>v -0.702877 20.616558 -1.723740</w:t>
        <w:br/>
        <w:t>v -0.503304 20.610264 -1.837048</w:t>
        <w:br/>
        <w:t>v -0.443426 20.844208 -1.719235</w:t>
        <w:br/>
        <w:t>v -0.640354 20.136801 -2.005837</w:t>
        <w:br/>
        <w:t>v -0.855963 20.157677 -1.912452</w:t>
        <w:br/>
        <w:t>v -0.931964 19.893467 -2.007302</w:t>
        <w:br/>
        <w:t>v -0.736492 19.870850 -2.104218</w:t>
        <w:br/>
        <w:t>v -0.962569 19.667305 -2.076075</w:t>
        <w:br/>
        <w:t>v -0.977541 19.456909 -2.123310</w:t>
        <w:br/>
        <w:t>v -0.866851 19.453861 -2.243712</w:t>
        <w:br/>
        <w:t>v -0.820227 19.650429 -2.177689</w:t>
        <w:br/>
        <w:t>v -1.097439 19.663918 -1.922607</w:t>
        <w:br/>
        <w:t>v -1.137225 19.440664 -1.973472</w:t>
        <w:br/>
        <w:t>v -0.936327 20.147861 -1.728125</w:t>
        <w:br/>
        <w:t>v -1.034280 19.893482 -1.834000</w:t>
        <w:br/>
        <w:t>v -0.692492 20.800526 -1.467589</w:t>
        <w:br/>
        <w:t>v -0.769144 20.588596 -1.559186</w:t>
        <w:br/>
        <w:t>v -0.574472 21.077133 -1.290682</w:t>
        <w:br/>
        <w:t>v -0.606730 21.003513 -1.367945</w:t>
        <w:br/>
        <w:t>v -0.573038 20.877686 -1.256947</w:t>
        <w:br/>
        <w:t>v -0.694747 20.559097 -1.444450</w:t>
        <w:br/>
        <w:t>v -0.633894 20.717045 -1.355023</w:t>
        <w:br/>
        <w:t>v -0.884082 20.118713 -1.634325</w:t>
        <w:br/>
        <w:t>v -0.990449 19.862089 -1.720245</w:t>
        <w:br/>
        <w:t>v -0.724812 18.914562 -1.739587</w:t>
        <w:br/>
        <w:t>v -0.924448 18.888691 -1.763566</w:t>
        <w:br/>
        <w:t>v -0.954959 18.995827 -1.810917</w:t>
        <w:br/>
        <w:t>v -0.748922 19.024662 -1.802240</w:t>
        <w:br/>
        <w:t>v -1.117858 19.429482 -1.848245</w:t>
        <w:br/>
        <w:t>v -1.012739 18.864994 -1.805585</w:t>
        <w:br/>
        <w:t>v -1.051761 18.986988 -1.875588</w:t>
        <w:br/>
        <w:t>v -0.990513 18.775587 -1.761894</w:t>
        <w:br/>
        <w:t>v -0.930762 18.723789 -1.857783</w:t>
        <w:br/>
        <w:t>v -0.955474 18.829971 -1.897940</w:t>
        <w:br/>
        <w:t>v -1.084324 19.096359 -1.903483</w:t>
        <w:br/>
        <w:t>v -1.079391 19.107121 -2.024306</w:t>
        <w:br/>
        <w:t>v -1.122211 19.255207 -2.007656</w:t>
        <w:br/>
        <w:t>v -0.852576 18.706526 -1.899089</w:t>
        <w:br/>
        <w:t>v -0.850889 18.774757 -1.936851</w:t>
        <w:br/>
        <w:t>v -0.943090 19.141747 -2.125333</w:t>
        <w:br/>
        <w:t>v -0.964262 19.268051 -2.133356</w:t>
        <w:br/>
        <w:t>v -0.667569 18.859314 -2.084685</w:t>
        <w:br/>
        <w:t>v -1.005484 19.144943 -1.847584</w:t>
        <w:br/>
        <w:t>v -1.084324 19.096359 -1.903483</w:t>
        <w:br/>
        <w:t>v -1.116275 19.245323 -1.875264</w:t>
        <w:br/>
        <w:t>v -0.486794 20.478546 -1.536545</w:t>
        <w:br/>
        <w:t>v -0.437784 20.662804 -1.457693</w:t>
        <w:br/>
        <w:t>v -0.723653 19.766090 -1.775760</w:t>
        <w:br/>
        <w:t>v -0.643489 20.022598 -1.705569</w:t>
        <w:br/>
        <w:t>v -0.480564 19.030327 -2.490503</w:t>
        <w:br/>
        <w:t>v -0.452398 18.932175 -2.427927</w:t>
        <w:br/>
        <w:t>v -0.325609 18.954647 -2.380816</w:t>
        <w:br/>
        <w:t>v -0.340912 19.046818 -2.433435</w:t>
        <w:br/>
        <w:t>v -0.297216 19.123089 -2.348081</w:t>
        <w:br/>
        <w:t>v -0.481398 19.123386 -2.078307</w:t>
        <w:br/>
        <w:t>v -0.482925 19.249275 -2.068165</w:t>
        <w:br/>
        <w:t>v -0.285518 19.255066 -2.338988</w:t>
        <w:br/>
        <w:t>v -0.785726 19.145199 -1.848787</w:t>
        <w:br/>
        <w:t>v -0.803959 19.262085 -1.861670</w:t>
        <w:br/>
        <w:t>v -0.677824 19.260929 -2.110909</w:t>
        <w:br/>
        <w:t>v -0.668892 19.134567 -2.099405</w:t>
        <w:br/>
        <w:t>v -0.737957 18.759020 -1.936248</w:t>
        <w:br/>
        <w:t>v -0.653459 18.809071 -1.970771</w:t>
        <w:br/>
        <w:t>v -0.863489 18.590172 -1.711960</w:t>
        <w:br/>
        <w:t>v -0.831462 18.573866 -1.824985</w:t>
        <w:br/>
        <w:t>v -0.935402 18.527761 -1.784287</w:t>
        <w:br/>
        <w:t>v -1.051761 18.986988 -1.875588</w:t>
        <w:br/>
        <w:t>v -1.012739 18.864994 -1.805585</w:t>
        <w:br/>
        <w:t>v -1.055904 19.633530 -1.783618</w:t>
        <w:br/>
        <w:t>v -1.038748 19.266945 -1.835563</w:t>
        <w:br/>
        <w:t>v -0.990449 19.862089 -1.720245</w:t>
        <w:br/>
        <w:t>v -0.884082 20.118713 -1.634325</w:t>
        <w:br/>
        <w:t>v -0.694747 20.559097 -1.444450</w:t>
        <w:br/>
        <w:t>v -0.633894 20.717045 -1.355023</w:t>
        <w:br/>
        <w:t>v -0.975558 18.640364 -1.920901</w:t>
        <w:br/>
        <w:t>v -0.910636 18.614754 -1.905420</w:t>
        <w:br/>
        <w:t>v -0.975558 18.640364 -1.920901</w:t>
        <w:br/>
        <w:t>v -1.052578 18.546762 -1.818949</w:t>
        <w:br/>
        <w:t>v -0.993176 18.540134 -1.955497</w:t>
        <w:br/>
        <w:t>v -1.057354 18.475225 -1.816652</w:t>
        <w:br/>
        <w:t>v -1.032868 18.410307 -1.783751</w:t>
        <w:br/>
        <w:t>v -0.987040 18.371422 -1.876434</w:t>
        <w:br/>
        <w:t>v -1.005961 18.456203 -1.941633</w:t>
        <w:br/>
        <w:t>v -0.996962 18.356588 -1.740010</w:t>
        <w:br/>
        <w:t>v -0.965737 18.334141 -1.812864</w:t>
        <w:br/>
        <w:t>v -0.938996 18.400650 -1.829654</w:t>
        <w:br/>
        <w:t>v -0.933401 18.467356 -1.860526</w:t>
        <w:br/>
        <w:t>v -1.005961 18.456203 -1.941633</w:t>
        <w:br/>
        <w:t>v -0.987040 18.371422 -1.876434</w:t>
        <w:br/>
        <w:t>v -0.965737 18.334141 -1.812864</w:t>
        <w:br/>
        <w:t>v -0.931138 18.360868 -1.783551</w:t>
        <w:br/>
        <w:t>v -0.993176 18.540134 -1.955497</w:t>
        <w:br/>
        <w:t>v -0.734612 18.792484 -1.660148</w:t>
        <w:br/>
        <w:t>v -0.646967 18.811367 -1.949520</w:t>
        <w:br/>
        <w:t>v -0.662203 18.758827 -1.856858</w:t>
        <w:br/>
        <w:t>v -0.990513 18.775587 -1.761894</w:t>
        <w:br/>
        <w:t>v -0.966425 18.636108 -1.748195</w:t>
        <w:br/>
        <w:t>v -1.017802 18.660109 -1.784430</w:t>
        <w:br/>
        <w:t>v -0.920963 18.768456 -1.715838</w:t>
        <w:br/>
        <w:t>v -1.052578 18.546762 -1.818949</w:t>
        <w:br/>
        <w:t>v -0.781995 18.689497 -1.857826</w:t>
        <w:br/>
        <w:t>v -0.662203 18.758827 -1.856858</w:t>
        <w:br/>
        <w:t>v -0.646967 18.811367 -1.949520</w:t>
        <w:br/>
        <w:t>v -0.831462 18.573866 -1.824985</w:t>
        <w:br/>
        <w:t>v -0.734452 18.671057 -1.800957</w:t>
        <w:br/>
        <w:t>v -0.662203 18.758827 -1.856858</w:t>
        <w:br/>
        <w:t>v -0.734612 18.792484 -1.660148</w:t>
        <w:br/>
        <w:t>v -0.792176 18.685629 -1.669782</w:t>
        <w:br/>
        <w:t>v -0.999461 18.538336 -1.789108</w:t>
        <w:br/>
        <w:t>v -1.057354 18.475225 -1.816652</w:t>
        <w:br/>
        <w:t>v -0.734452 18.671057 -1.800957</w:t>
        <w:br/>
        <w:t>v -0.792176 18.685629 -1.669782</w:t>
        <w:br/>
        <w:t>v -0.734452 18.671057 -1.800957</w:t>
        <w:br/>
        <w:t>v -0.903165 18.520279 -1.858114</w:t>
        <w:br/>
        <w:t>v -0.933401 18.467356 -1.860526</w:t>
        <w:br/>
        <w:t>v -0.921123 18.321371 -1.732983</w:t>
        <w:br/>
        <w:t>v -0.904539 18.270538 -1.659893</w:t>
        <w:br/>
        <w:t>v -0.931102 18.331709 -1.705193</w:t>
        <w:br/>
        <w:t>v -0.996962 18.356588 -1.740010</w:t>
        <w:br/>
        <w:t>v -1.032868 18.410307 -1.783751</w:t>
        <w:br/>
        <w:t>v -0.959843 18.433283 -1.762078</w:t>
        <w:br/>
        <w:t>v -0.946929 18.376083 -1.734657</w:t>
        <w:br/>
        <w:t>v -0.966820 18.486238 -1.782229</w:t>
        <w:br/>
        <w:t>v -0.942575 18.304762 -1.751351</w:t>
        <w:br/>
        <w:t>v -0.904539 18.270538 -1.659893</w:t>
        <w:br/>
        <w:t>v -0.921123 18.321371 -1.732983</w:t>
        <w:br/>
        <w:t>v -0.904539 18.270538 -1.659893</w:t>
        <w:br/>
        <w:t>v -0.942575 18.304762 -1.751351</w:t>
        <w:br/>
        <w:t>v -0.962325 18.318348 -1.706259</w:t>
        <w:br/>
        <w:t>v -1.055904 19.633530 -1.783618</w:t>
        <w:br/>
        <w:t>v -0.615653 20.149090 -2.054629</w:t>
        <w:br/>
        <w:t>v -0.640354 20.136801 -2.005837</w:t>
        <w:br/>
        <w:t>v -0.736492 19.870850 -2.104218</w:t>
        <w:br/>
        <w:t>v -0.696994 19.892786 -2.179672</w:t>
        <w:br/>
        <w:t>v -0.779420 20.385689 -1.819736</w:t>
        <w:br/>
        <w:t>v -0.564143 20.372257 -1.922903</w:t>
        <w:br/>
        <w:t>v -0.852736 20.367025 -1.645034</w:t>
        <w:br/>
        <w:t>v -0.789414 20.337738 -1.540729</w:t>
        <w:br/>
        <w:t>v -0.789414 20.337738 -1.540729</w:t>
        <w:br/>
        <w:t>v -0.562170 20.252041 -1.622876</w:t>
        <w:br/>
        <w:t>v -0.490165 20.258354 -1.705349</w:t>
        <w:br/>
        <w:t>v -0.272745 20.262671 -1.696257</w:t>
        <w:br/>
        <w:t>v -0.104212 20.267717 -1.914827</w:t>
        <w:br/>
        <w:t>v -0.104212 20.267717 -1.914827</w:t>
        <w:br/>
        <w:t>v -0.198787 20.327612 -2.001293</w:t>
        <w:br/>
        <w:t>v -0.573038 20.877686 -1.256947</w:t>
        <w:br/>
        <w:t>v -0.354450 20.835808 -1.328976</w:t>
        <w:br/>
        <w:t>v -0.535084 19.475508 -2.510891</w:t>
        <w:br/>
        <w:t>v -0.527539 19.293392 -2.550866</w:t>
        <w:br/>
        <w:t>v -0.962325 18.318348 -1.706259</w:t>
        <w:br/>
        <w:t>v -0.931102 18.331709 -1.705193</w:t>
        <w:br/>
        <w:t>v -0.904539 18.270538 -1.659893</w:t>
        <w:br/>
        <w:t>v -0.966820 18.486238 -1.782229</w:t>
        <w:br/>
        <w:t>v -0.597220 18.342676 -2.060824</w:t>
        <w:br/>
        <w:t>v -0.746072 18.307859 -2.059211</w:t>
        <w:br/>
        <w:t>v -0.785562 18.334089 -2.127274</w:t>
        <w:br/>
        <w:t>v -0.755259 18.368511 -2.117797</w:t>
        <w:br/>
        <w:t>v -0.688260 18.341291 -2.061414</w:t>
        <w:br/>
        <w:t>v -0.810723 18.197762 -2.005873</w:t>
        <w:br/>
        <w:t>v -0.794153 18.186472 -2.007458</w:t>
        <w:br/>
        <w:t>v -0.799708 18.152479 -1.976641</w:t>
        <w:br/>
        <w:t>v -0.668535 18.399704 -2.035177</w:t>
        <w:br/>
        <w:t>v -0.754778 18.419687 -2.095000</w:t>
        <w:br/>
        <w:t>v -0.596885 18.484694 -1.956364</w:t>
        <w:br/>
        <w:t>v -0.582293 18.397432 -2.025321</w:t>
        <w:br/>
        <w:t>v -0.822902 18.287628 -2.097405</w:t>
        <w:br/>
        <w:t>v -0.838313 18.236101 -2.057954</w:t>
        <w:br/>
        <w:t>v -0.382609 20.386183 -2.053004</w:t>
        <w:br/>
        <w:t>v -0.430716 20.162571 -2.154876</w:t>
        <w:br/>
        <w:t>v -1.116275 19.245323 -1.875264</w:t>
        <w:br/>
        <w:t>v -1.117858 19.429482 -1.848245</w:t>
        <w:br/>
        <w:t>v -1.055904 19.633530 -1.783618</w:t>
        <w:br/>
        <w:t>v -1.070241 19.414621 -1.824169</w:t>
        <w:br/>
        <w:t>v -0.785726 19.145199 -1.848787</w:t>
        <w:br/>
        <w:t>v -0.803959 19.262085 -1.861670</w:t>
        <w:br/>
        <w:t>v -0.863489 18.590172 -1.711960</w:t>
        <w:br/>
        <w:t>v -0.724812 18.914562 -1.739587</w:t>
        <w:br/>
        <w:t>v -0.657230 18.883484 -2.042182</w:t>
        <w:br/>
        <w:t>v -1.017802 18.660109 -1.784430</w:t>
        <w:br/>
        <w:t>v -0.930762 18.723789 -1.857783</w:t>
        <w:br/>
        <w:t>v -0.852576 18.706526 -1.899089</w:t>
        <w:br/>
        <w:t>v -0.903165 18.520279 -1.858114</w:t>
        <w:br/>
        <w:t>v -0.862794 19.269878 -2.258258</w:t>
        <w:br/>
        <w:t>v -0.828320 19.153419 -2.239579</w:t>
        <w:br/>
        <w:t>v -0.746124 19.159706 -2.454496</w:t>
        <w:br/>
        <w:t>v -0.785500 19.292435 -2.447887</w:t>
        <w:br/>
        <w:t>v -0.502749 18.608492 -1.912565</w:t>
        <w:br/>
        <w:t>v -0.611053 18.811108 -1.931530</w:t>
        <w:br/>
        <w:t>v -0.784350 18.547623 -1.949444</w:t>
        <w:br/>
        <w:t>v -0.734700 18.644051 -1.901300</w:t>
        <w:br/>
        <w:t>v -0.657230 18.883484 -2.042182</w:t>
        <w:br/>
        <w:t>v -0.756601 19.007854 -2.189017</w:t>
        <w:br/>
        <w:t>v -0.862794 19.269878 -2.258258</w:t>
        <w:br/>
        <w:t>v -0.828320 19.153419 -2.239579</w:t>
        <w:br/>
        <w:t>v -1.116275 19.245323 -1.875264</w:t>
        <w:br/>
        <w:t>v -0.748922 19.024662 -1.802240</w:t>
        <w:br/>
        <w:t>v -0.654173 19.016727 -2.071368</w:t>
        <w:br/>
        <w:t>v -0.317725 18.843620 -2.264749</w:t>
        <w:br/>
        <w:t>v -0.281830 18.855717 -2.195932</w:t>
        <w:br/>
        <w:t>v -0.671980 18.739641 -1.948163</w:t>
        <w:br/>
        <w:t>v -0.508255 19.158253 -2.538106</w:t>
        <w:br/>
        <w:t>v -0.443426 20.844208 -1.719235</w:t>
        <w:br/>
        <w:t>v -0.286602 18.971989 -2.302823</w:t>
        <w:br/>
        <w:t>v -0.647636 18.810322 -2.034333</w:t>
        <w:br/>
        <w:t>v -0.286602 18.971989 -2.302823</w:t>
        <w:br/>
        <w:t>v -0.709043 18.264671 -2.063920</w:t>
        <w:br/>
        <w:t>v -0.785562 18.334089 -2.127274</w:t>
        <w:br/>
        <w:t>v -0.827354 18.196312 -2.020151</w:t>
        <w:br/>
        <w:t>v -0.805721 18.184376 -2.026252</w:t>
        <w:br/>
        <w:t>v -0.799708 18.152479 -1.976641</w:t>
        <w:br/>
        <w:t>v -0.959843 18.433283 -1.762078</w:t>
        <w:br/>
        <w:t>v -0.938996 18.400650 -1.829654</w:t>
        <w:br/>
        <w:t>v -0.611053 18.811108 -1.931530</w:t>
        <w:br/>
        <w:t>v -0.946929 18.376083 -1.734657</w:t>
        <w:br/>
        <w:t>v -0.931138 18.360868 -1.783551</w:t>
        <w:br/>
        <w:t>v -0.756601 19.007854 -2.189017</w:t>
        <w:br/>
        <w:t>v -0.667569 18.859314 -2.084685</w:t>
        <w:br/>
        <w:t>v -0.657230 18.883484 -2.042182</w:t>
        <w:br/>
        <w:t>v -0.935402 18.527761 -1.784287</w:t>
        <w:br/>
        <w:t>v 0.304145 19.642532 -2.551231</w:t>
        <w:br/>
        <w:t>v 0.533473 19.666561 -2.490637</w:t>
        <w:br/>
        <w:t>v 0.480965 19.896042 -2.459226</w:t>
        <w:br/>
        <w:t>v 0.259546 19.869904 -2.533671</w:t>
        <w:br/>
        <w:t>v 0.604259 19.676704 -2.209141</w:t>
        <w:br/>
        <w:t>v 0.560997 19.891264 -2.199886</w:t>
        <w:br/>
        <w:t>v 0.003172 21.071041 -1.687819</w:t>
        <w:br/>
        <w:t>v 0.230153 21.088310 -1.642694</w:t>
        <w:br/>
        <w:t>v 0.163439 21.315914 -1.436342</w:t>
        <w:br/>
        <w:t>v -0.035638 21.293291 -1.468448</w:t>
        <w:br/>
        <w:t>v 0.409900 20.165077 -2.317513</w:t>
        <w:br/>
        <w:t>v 0.194743 20.153103 -2.394885</w:t>
        <w:br/>
        <w:t>v 0.109243 21.409361 -1.168283</w:t>
        <w:br/>
        <w:t>v -0.078370 21.376894 -1.215142</w:t>
        <w:br/>
        <w:t>v -0.035324 21.258192 -0.828468</w:t>
        <w:br/>
        <w:t>v -0.096975 21.142820 -0.698394</w:t>
        <w:br/>
        <w:t>v -0.215652 21.083157 -0.773838</w:t>
        <w:br/>
        <w:t>v -0.181282 21.201756 -0.902192</w:t>
        <w:br/>
        <w:t>v -0.225145 21.025917 -0.829789</w:t>
        <w:br/>
        <w:t>v -0.212971 21.139332 -0.949222</w:t>
        <w:br/>
        <w:t>v 0.376737 20.773127 -1.780087</w:t>
        <w:br/>
        <w:t>v 0.516700 20.794844 -1.719868</w:t>
        <w:br/>
        <w:t>v 0.429227 21.074411 -1.536850</w:t>
        <w:br/>
        <w:t>v 0.318263 21.039967 -1.599295</w:t>
        <w:br/>
        <w:t>v 0.512501 20.126518 -2.145262</w:t>
        <w:br/>
        <w:t>v 0.142041 19.434151 -2.361266</w:t>
        <w:br/>
        <w:t>v 0.161673 19.266806 -2.283551</w:t>
        <w:br/>
        <w:t>v 0.375348 19.298727 -2.430392</w:t>
        <w:br/>
        <w:t>v 0.341073 19.459543 -2.507938</w:t>
        <w:br/>
        <w:t>v 0.601759 19.323088 -2.395698</w:t>
        <w:br/>
        <w:t>v 0.571511 19.483276 -2.463012</w:t>
        <w:br/>
        <w:t>v 0.101708 19.850863 -2.420060</w:t>
        <w:br/>
        <w:t>v 0.120882 19.639210 -2.416599</w:t>
        <w:br/>
        <w:t>v 0.604259 19.676704 -2.209141</w:t>
        <w:br/>
        <w:t>v 0.774829 19.696196 -2.031425</w:t>
        <w:br/>
        <w:t>v 0.733065 19.896027 -2.050926</w:t>
        <w:br/>
        <w:t>v 0.560997 19.891264 -2.199886</w:t>
        <w:br/>
        <w:t>v 0.078480 20.103392 -2.304168</w:t>
        <w:br/>
        <w:t>v -0.167209 19.623747 -2.128745</w:t>
        <w:br/>
        <w:t>v -0.105284 19.617832 -2.310576</w:t>
        <w:br/>
        <w:t>v -0.114480 19.836926 -2.293429</w:t>
        <w:br/>
        <w:t>v -0.166697 19.808037 -2.149979</w:t>
        <w:br/>
        <w:t>v 0.013424 19.008720 -2.003819</w:t>
        <w:br/>
        <w:t>v 0.081780 18.890303 -1.943542</w:t>
        <w:br/>
        <w:t>v 0.179731 19.049271 -2.124651</w:t>
        <w:br/>
        <w:t>v 0.168017 18.950829 -2.118007</w:t>
        <w:br/>
        <w:t>v 0.352312 18.897985 -2.228537</w:t>
        <w:br/>
        <w:t>v 0.376699 19.009010 -2.271978</w:t>
        <w:br/>
        <w:t>v -0.106442 20.078772 -2.222602</w:t>
        <w:br/>
        <w:t>v 0.057566 20.793661 -1.913435</w:t>
        <w:br/>
        <w:t>v 0.288589 20.809181 -1.854983</w:t>
        <w:br/>
        <w:t>v 0.362696 20.393471 -2.152422</w:t>
        <w:br/>
        <w:t>v 0.145046 20.384327 -2.215301</w:t>
        <w:br/>
        <w:t>v -0.067806 21.048227 -1.675815</w:t>
        <w:br/>
        <w:t>v -0.061392 20.795122 -1.873750</w:t>
        <w:br/>
        <w:t>v -0.156840 20.027102 -2.083329</w:t>
        <w:br/>
        <w:t>v -0.088584 20.347528 -2.109662</w:t>
        <w:br/>
        <w:t>v -0.137899 20.296366 -1.977958</w:t>
        <w:br/>
        <w:t>v -0.102837 21.246876 -1.461417</w:t>
        <w:br/>
        <w:t>v -0.149022 21.303900 -1.235621</w:t>
        <w:br/>
        <w:t>v 0.028007 21.341799 -0.972285</w:t>
        <w:br/>
        <w:t>v -0.137328 21.297787 -1.044272</w:t>
        <w:br/>
        <w:t>v 0.183859 21.360662 -1.134701</w:t>
        <w:br/>
        <w:t>v 0.098068 21.302456 -0.966537</w:t>
        <w:br/>
        <w:t>v 0.318263 21.039967 -1.599295</w:t>
        <w:br/>
        <w:t>v 0.257355 21.292290 -1.375762</w:t>
        <w:br/>
        <w:t>v -0.049639 21.092678 -0.722288</w:t>
        <w:br/>
        <w:t>v -0.096975 21.142820 -0.698394</w:t>
        <w:br/>
        <w:t>v -0.035324 21.258192 -0.828468</w:t>
        <w:br/>
        <w:t>v 0.021435 21.211826 -0.832225</w:t>
        <w:br/>
        <w:t>v -0.142837 21.168478 -1.272021</w:t>
        <w:br/>
        <w:t>v -0.186056 21.237827 -1.092880</w:t>
        <w:br/>
        <w:t>v -0.172591 21.112343 -1.150127</w:t>
        <w:br/>
        <w:t>v 0.021435 21.211826 -0.832225</w:t>
        <w:br/>
        <w:t>v 0.073123 21.222214 -0.794510</w:t>
        <w:br/>
        <w:t>v 0.036705 21.131874 -0.688008</w:t>
        <w:br/>
        <w:t>v -0.049639 21.092678 -0.722288</w:t>
        <w:br/>
        <w:t>v 0.183859 21.360662 -1.134701</w:t>
        <w:br/>
        <w:t>v 0.257355 21.292290 -1.375762</w:t>
        <w:br/>
        <w:t>v 0.345684 21.312601 -1.355182</w:t>
        <w:br/>
        <w:t>v 0.223109 21.368204 -1.122521</w:t>
        <w:br/>
        <w:t>v 0.376737 20.773127 -1.780087</w:t>
        <w:br/>
        <w:t>v 0.467460 20.344530 -2.041212</w:t>
        <w:br/>
        <w:t>v 0.696392 20.114990 -2.028193</w:t>
        <w:br/>
        <w:t>v 0.512501 20.126518 -2.145262</w:t>
        <w:br/>
        <w:t>v 0.664174 19.331491 -2.096565</w:t>
        <w:br/>
        <w:t>v 0.831080 19.505688 -1.973992</w:t>
        <w:br/>
        <w:t>v 0.639354 19.486931 -2.193886</w:t>
        <w:br/>
        <w:t>v 0.956348 19.364658 -1.669670</w:t>
        <w:br/>
        <w:t>v 0.911295 19.517731 -1.719520</w:t>
        <w:br/>
        <w:t>v 0.875731 19.348522 -1.896476</w:t>
        <w:br/>
        <w:t>v 0.617272 19.152222 -2.287756</w:t>
        <w:br/>
        <w:t>v 0.666779 19.142500 -2.002803</w:t>
        <w:br/>
        <w:t>v 0.664174 19.331491 -2.096565</w:t>
        <w:br/>
        <w:t>v -0.034557 19.121429 -2.091408</w:t>
        <w:br/>
        <w:t>v 0.175153 19.127357 -2.172212</w:t>
        <w:br/>
        <w:t>v -0.077824 19.258083 -2.223984</w:t>
        <w:br/>
        <w:t>v 0.376699 19.009010 -2.271978</w:t>
        <w:br/>
        <w:t>v 0.352312 18.897985 -2.228537</w:t>
        <w:br/>
        <w:t>v 0.513653 18.925205 -2.157055</w:t>
        <w:br/>
        <w:t>v 0.794641 19.713013 -1.559825</w:t>
        <w:br/>
        <w:t>v 0.575793 19.654758 -1.701172</w:t>
        <w:br/>
        <w:t>v 0.543575 19.817585 -1.720783</w:t>
        <w:br/>
        <w:t>v 0.751335 19.867990 -1.585051</w:t>
        <w:br/>
        <w:t>v 0.819160 19.893492 -1.808679</w:t>
        <w:br/>
        <w:t>v 0.787710 20.104246 -1.802286</w:t>
        <w:br/>
        <w:t>v 0.787710 20.104246 -1.802286</w:t>
        <w:br/>
        <w:t>v 0.704591 20.046721 -1.588755</w:t>
        <w:br/>
        <w:t>v 0.665447 20.207073 -1.560693</w:t>
        <w:br/>
        <w:t>v 0.745798 20.316559 -1.723185</w:t>
        <w:br/>
        <w:t>v 0.745798 20.316559 -1.723185</w:t>
        <w:br/>
        <w:t>v 0.634193 20.342909 -1.941294</w:t>
        <w:br/>
        <w:t>v 0.579090 20.976072 -1.358312</w:t>
        <w:br/>
        <w:t>v 0.476143 21.164402 -1.209147</w:t>
        <w:br/>
        <w:t>v 0.328276 21.310278 -1.079749</w:t>
        <w:br/>
        <w:t>v 0.259247 21.063656 -0.774398</w:t>
        <w:br/>
        <w:t>v 0.225521 20.930170 -0.825789</w:t>
        <w:br/>
        <w:t>v 0.192281 20.885960 -0.740261</w:t>
        <w:br/>
        <w:t>v 0.226963 21.016829 -0.686667</w:t>
        <w:br/>
        <w:t>v 0.363305 21.182215 -1.036977</w:t>
        <w:br/>
        <w:t>v 0.319390 21.146992 -0.926214</w:t>
        <w:br/>
        <w:t>v 0.262120 21.265314 -0.932777</w:t>
        <w:br/>
        <w:t>v 0.363305 21.182215 -1.036977</w:t>
        <w:br/>
        <w:t>v 0.322992 21.059845 -1.068742</w:t>
        <w:br/>
        <w:t>v 0.286730 21.022779 -0.976112</w:t>
        <w:br/>
        <w:t>v 0.319390 21.146992 -0.926214</w:t>
        <w:br/>
        <w:t>v 0.131252 20.915068 -0.900907</w:t>
        <w:br/>
        <w:t>v 0.092782 20.869699 -0.825763</w:t>
        <w:br/>
        <w:t>v 0.476143 21.164402 -1.209147</w:t>
        <w:br/>
        <w:t>v 0.402931 21.017223 -1.210329</w:t>
        <w:br/>
        <w:t>v 0.579090 20.976072 -1.358312</w:t>
        <w:br/>
        <w:t>v 0.478764 20.862612 -1.322696</w:t>
        <w:br/>
        <w:t>v 0.366215 20.664492 -1.462549</w:t>
        <w:br/>
        <w:t>v 0.334635 20.840176 -1.379926</w:t>
        <w:br/>
        <w:t>v 0.542682 20.682682 -1.416711</w:t>
        <w:br/>
        <w:t>v 0.639365 20.760258 -1.501847</w:t>
        <w:br/>
        <w:t>v 0.819160 19.893492 -1.808679</w:t>
        <w:br/>
        <w:t>v 0.751335 19.867990 -1.585051</w:t>
        <w:br/>
        <w:t>v -0.167209 19.623747 -2.128745</w:t>
        <w:br/>
        <w:t>v -0.166697 19.808037 -2.149979</w:t>
        <w:br/>
        <w:t>v -0.038283 19.786196 -1.998463</w:t>
        <w:br/>
        <w:t>v 0.001755 19.583342 -1.930716</w:t>
        <w:br/>
        <w:t>v 0.911295 19.517731 -1.719520</w:t>
        <w:br/>
        <w:t>v 0.956348 19.364658 -1.669670</w:t>
        <w:br/>
        <w:t>v 0.884273 19.366209 -1.419159</w:t>
        <w:br/>
        <w:t>v 0.837927 19.550116 -1.500939</w:t>
        <w:br/>
        <w:t>v 0.916298 19.162167 -1.841419</w:t>
        <w:br/>
        <w:t>v 1.000642 19.190853 -1.602149</w:t>
        <w:br/>
        <w:t>v -0.088248 19.196863 -1.890562</w:t>
        <w:br/>
        <w:t>v -0.148221 19.335363 -2.004161</w:t>
        <w:br/>
        <w:t>v 0.134188 18.849979 -2.147182</w:t>
        <w:br/>
        <w:t>v 0.035344 18.579983 -2.161784</w:t>
        <w:br/>
        <w:t>v 0.108275 18.497082 -2.190933</w:t>
        <w:br/>
        <w:t>v 0.199693 18.579777 -2.301018</w:t>
        <w:br/>
        <w:t>v 0.174567 18.439449 -2.195328</w:t>
        <w:br/>
        <w:t>v 0.287576 18.470867 -2.301882</w:t>
        <w:br/>
        <w:t>v 0.285468 18.378078 -2.269627</w:t>
        <w:br/>
        <w:t>v 0.180734 18.386646 -2.178140</w:t>
        <w:br/>
        <w:t>v 0.166976 18.330330 -2.126122</w:t>
        <w:br/>
        <w:t>v 0.249251 18.285480 -2.195691</w:t>
        <w:br/>
        <w:t>v 0.189565 18.254520 -2.061564</w:t>
        <w:br/>
        <w:t>v 0.251381 18.229076 -2.119195</w:t>
        <w:br/>
        <w:t>v 0.368678 18.657169 -2.313710</w:t>
        <w:br/>
        <w:t>v 0.328696 18.776535 -2.296077</w:t>
        <w:br/>
        <w:t>v 0.419635 18.827663 -2.145986</w:t>
        <w:br/>
        <w:t>v 0.407452 18.699627 -2.189565</w:t>
        <w:br/>
        <w:t>v 0.449104 18.682663 -2.127945</w:t>
        <w:br/>
        <w:t>v 0.639269 19.000664 -1.988472</w:t>
        <w:br/>
        <w:t>v 0.486958 18.781044 -2.096608</w:t>
        <w:br/>
        <w:t>v 0.577389 18.882481 -2.059084</w:t>
        <w:br/>
        <w:t>v 0.328696 18.776535 -2.296077</w:t>
        <w:br/>
        <w:t>v 0.466671 18.563492 -2.137045</w:t>
        <w:br/>
        <w:t>v 0.379022 18.630707 -2.062677</w:t>
        <w:br/>
        <w:t>v 0.449104 18.682663 -2.127945</w:t>
        <w:br/>
        <w:t>v 0.368678 18.657169 -2.313710</w:t>
        <w:br/>
        <w:t>v 0.446718 18.529301 -2.270748</w:t>
        <w:br/>
        <w:t>v 0.405581 18.344440 -2.121321</w:t>
        <w:br/>
        <w:t>v 0.463791 18.448467 -2.164196</w:t>
        <w:br/>
        <w:t>v 0.447061 18.430214 -2.217866</w:t>
        <w:br/>
        <w:t>v 0.471003 18.567112 -2.190421</w:t>
        <w:br/>
        <w:t>v 0.285468 18.378078 -2.269627</w:t>
        <w:br/>
        <w:t>v 0.249251 18.285480 -2.195691</w:t>
        <w:br/>
        <w:t>v 0.251381 18.229076 -2.119195</w:t>
        <w:br/>
        <w:t>v 0.342671 18.273170 -2.084097</w:t>
        <w:br/>
        <w:t>v 0.382421 18.145519 -1.970398</w:t>
        <w:br/>
        <w:t>v 0.331728 18.167889 -2.015612</w:t>
        <w:br/>
        <w:t>v 0.303188 18.174965 -2.008009</w:t>
        <w:br/>
        <w:t>v 0.350512 18.190804 -2.030668</w:t>
        <w:br/>
        <w:t>v 0.382421 18.145519 -1.970398</w:t>
        <w:br/>
        <w:t>v 0.325705 18.197235 -1.995431</w:t>
        <w:br/>
        <w:t>v 0.134713 21.307926 -0.941097</w:t>
        <w:br/>
        <w:t>v 0.098068 21.302456 -0.966537</w:t>
        <w:br/>
        <w:t>v -0.216748 20.952583 -0.904597</w:t>
        <w:br/>
        <w:t>v -0.202214 21.024239 -1.001531</w:t>
        <w:br/>
        <w:t>v -0.121288 21.137163 -1.432137</w:t>
        <w:br/>
        <w:t>v -0.101966 20.956264 -1.603636</w:t>
        <w:br/>
        <w:t>v 0.639365 20.760258 -1.501847</w:t>
        <w:br/>
        <w:t>v -0.103604 20.751320 -1.753744</w:t>
        <w:br/>
        <w:t>v -0.162149 19.499414 -2.088593</w:t>
        <w:br/>
        <w:t>v -0.092576 19.433998 -2.282717</w:t>
        <w:br/>
        <w:t>v 0.860073 19.707987 -1.770380</w:t>
        <w:br/>
        <w:t>v 0.019291 19.032190 -1.825143</w:t>
        <w:br/>
        <w:t>v 0.093020 18.916296 -1.824783</w:t>
        <w:br/>
        <w:t>v 0.189487 19.093912 -1.800988</w:t>
        <w:br/>
        <w:t>v 0.362507 19.120073 -1.903201</w:t>
        <w:br/>
        <w:t>v 0.391233 18.973835 -1.903352</w:t>
        <w:br/>
        <w:t>v 0.235106 18.954935 -1.810294</w:t>
        <w:br/>
        <w:t>v 0.057308 19.408291 -1.855495</w:t>
        <w:br/>
        <w:t>v 0.283338 19.433683 -1.925152</w:t>
        <w:br/>
        <w:t>v 0.328892 19.271307 -1.909946</w:t>
        <w:br/>
        <w:t>v 0.128639 19.250233 -1.815380</w:t>
        <w:br/>
        <w:t>v 0.162474 18.511688 -2.137525</w:t>
        <w:br/>
        <w:t>v 0.174567 18.439449 -2.195328</w:t>
        <w:br/>
        <w:t>v 0.108275 18.497082 -2.190933</w:t>
        <w:br/>
        <w:t>v 0.035344 18.579983 -2.161784</w:t>
        <w:br/>
        <w:t>v 0.003891 18.645481 -2.134162</w:t>
        <w:br/>
        <w:t>v 0.139841 18.619183 -2.056341</w:t>
        <w:br/>
        <w:t>v 0.025558 18.771019 -2.038090</w:t>
        <w:br/>
        <w:t>v 0.121610 18.740711 -1.970407</w:t>
        <w:br/>
        <w:t>v 0.109314 18.833469 -1.889373</w:t>
        <w:br/>
        <w:t>v 0.121610 18.740711 -1.970407</w:t>
        <w:br/>
        <w:t>v 0.093020 18.916296 -1.824783</w:t>
        <w:br/>
        <w:t>v 0.254150 18.838543 -1.846963</w:t>
        <w:br/>
        <w:t>v 0.109314 18.833469 -1.889373</w:t>
        <w:br/>
        <w:t>v 0.397034 18.849569 -1.950731</w:t>
        <w:br/>
        <w:t>v 0.266991 18.725250 -1.913937</w:t>
        <w:br/>
        <w:t>v 0.109314 18.833469 -1.889373</w:t>
        <w:br/>
        <w:t>v 0.272039 18.608124 -2.013028</w:t>
        <w:br/>
        <w:t>v 0.135107 18.712528 -2.256700</w:t>
        <w:br/>
        <w:t>v 0.240095 18.392513 -2.075856</w:t>
        <w:br/>
        <w:t>v 0.255475 18.443199 -2.081251</w:t>
        <w:br/>
        <w:t>v 0.327879 18.373657 -2.080512</w:t>
        <w:br/>
        <w:t>v 0.240095 18.392513 -2.075856</w:t>
        <w:br/>
        <w:t>v 0.255475 18.443199 -2.081251</w:t>
        <w:br/>
        <w:t>v 0.352775 18.446419 -2.093923</w:t>
        <w:br/>
        <w:t>v 0.391867 18.745010 -2.009269</w:t>
        <w:br/>
        <w:t>v 0.268008 18.521168 -2.061036</w:t>
        <w:br/>
        <w:t>v 0.463791 18.448467 -2.164196</w:t>
        <w:br/>
        <w:t>v 0.405581 18.344440 -2.121321</w:t>
        <w:br/>
        <w:t>v 0.003891 18.645481 -2.134162</w:t>
        <w:br/>
        <w:t>v 0.466671 18.563492 -2.137045</w:t>
        <w:br/>
        <w:t>v 0.486958 18.781044 -2.096608</w:t>
        <w:br/>
        <w:t>v 0.500448 18.858685 -1.996481</w:t>
        <w:br/>
        <w:t>v 0.577389 18.882481 -2.059084</w:t>
        <w:br/>
        <w:t>v 0.526163 18.986382 -1.937821</w:t>
        <w:br/>
        <w:t>v 0.577412 19.270575 -1.897145</w:t>
        <w:br/>
        <w:t>v 0.622052 19.135620 -1.942809</w:t>
        <w:br/>
        <w:t>v 0.494127 19.110882 -1.918976</w:t>
        <w:br/>
        <w:t>v 0.019291 19.032190 -1.825143</w:t>
        <w:br/>
        <w:t>v 0.192356 19.791653 -1.963533</w:t>
        <w:br/>
        <w:t>v 0.226823 19.612514 -1.949029</w:t>
        <w:br/>
        <w:t>v -0.162149 19.499414 -2.088593</w:t>
        <w:br/>
        <w:t>v 0.057308 19.408291 -1.855495</w:t>
        <w:br/>
        <w:t>v -0.156840 20.027102 -2.083329</w:t>
        <w:br/>
        <w:t>v -0.041659 19.994038 -1.964914</w:t>
        <w:br/>
        <w:t>v -0.101966 20.956264 -1.603636</w:t>
        <w:br/>
        <w:t>v 0.001426 20.875870 -1.526950</w:t>
        <w:br/>
        <w:t>v 0.007726 20.678392 -1.664695</w:t>
        <w:br/>
        <w:t>v -0.103604 20.751320 -1.753744</w:t>
        <w:br/>
        <w:t>v -0.025820 20.217171 -1.881926</w:t>
        <w:br/>
        <w:t>v 0.154387 20.196907 -1.835091</w:t>
        <w:br/>
        <w:t>v 0.170430 19.972036 -1.916778</w:t>
        <w:br/>
        <w:t>v -0.101966 20.956264 -1.603636</w:t>
        <w:br/>
        <w:t>v -0.121288 21.137163 -1.432137</w:t>
        <w:br/>
        <w:t>v -0.033000 21.034714 -1.375031</w:t>
        <w:br/>
        <w:t>v -0.142837 21.168478 -1.272021</w:t>
        <w:br/>
        <w:t>v -0.051904 21.075407 -1.261068</w:t>
        <w:br/>
        <w:t>v -0.076345 21.029882 -1.172900</w:t>
        <w:br/>
        <w:t>v 0.033206 21.028193 -1.150228</w:t>
        <w:br/>
        <w:t>v 0.051433 21.052052 -1.235651</w:t>
        <w:br/>
        <w:t>v -0.172591 21.112343 -1.150127</w:t>
        <w:br/>
        <w:t>v 0.511581 19.439363 -1.948828</w:t>
        <w:br/>
        <w:t>v 0.627400 19.476576 -1.625155</w:t>
        <w:br/>
        <w:t>v 0.660096 19.302603 -1.534880</w:t>
        <w:br/>
        <w:t>v 0.577412 19.270575 -1.897145</w:t>
        <w:br/>
        <w:t>v 0.103530 20.847103 -1.506622</w:t>
        <w:br/>
        <w:t>v 0.122570 20.664516 -1.628689</w:t>
        <w:br/>
        <w:t>v 0.272930 20.671772 -1.601182</w:t>
        <w:br/>
        <w:t>v 0.245017 20.841208 -1.491913</w:t>
        <w:br/>
        <w:t>v 0.074607 21.010553 -1.358447</w:t>
        <w:br/>
        <w:t>v -0.127813 20.936790 -1.034970</w:t>
        <w:br/>
        <w:t>v -0.168104 20.865381 -0.952675</w:t>
        <w:br/>
        <w:t>v -0.068542 20.870535 -0.930262</w:t>
        <w:br/>
        <w:t>v -0.021176 20.942846 -1.008826</w:t>
        <w:br/>
        <w:t>v -0.001462 20.939367 -0.815544</w:t>
        <w:br/>
        <w:t>v 0.083749 21.018944 -0.955350</w:t>
        <w:br/>
        <w:t>v 0.147771 21.088760 -1.099854</w:t>
        <w:br/>
        <w:t>v 0.176373 21.106253 -1.202849</w:t>
        <w:br/>
        <w:t>v 0.083749 21.018944 -0.955350</w:t>
        <w:br/>
        <w:t>v -0.001462 20.939367 -0.815544</w:t>
        <w:br/>
        <w:t>v 0.092782 20.869699 -0.825763</w:t>
        <w:br/>
        <w:t>v 0.131252 20.915068 -0.900907</w:t>
        <w:br/>
        <w:t>v 0.214526 21.026846 -1.329268</w:t>
        <w:br/>
        <w:t>v 0.342689 20.201582 -1.798114</w:t>
        <w:br/>
        <w:t>v 0.370909 19.989134 -1.880872</w:t>
        <w:br/>
        <w:t>v 0.272930 20.671772 -1.601182</w:t>
        <w:br/>
        <w:t>v 0.245017 20.841208 -1.491913</w:t>
        <w:br/>
        <w:t>v 0.398544 19.809937 -1.937169</w:t>
        <w:br/>
        <w:t>v 0.442857 19.634995 -1.966045</w:t>
        <w:br/>
        <w:t>v 0.511581 19.439363 -1.948828</w:t>
        <w:br/>
        <w:t>v 0.285135 18.307987 -2.056888</w:t>
        <w:br/>
        <w:t>v 0.224139 18.344913 -2.066886</w:t>
        <w:br/>
        <w:t>v 0.342671 18.273170 -2.084097</w:t>
        <w:br/>
        <w:t>v 0.166976 18.330330 -2.126122</w:t>
        <w:br/>
        <w:t>v 0.180734 18.386646 -2.178140</w:t>
        <w:br/>
        <w:t>v 0.224949 18.292767 -2.041452</w:t>
        <w:br/>
        <w:t>v 0.189565 18.254520 -2.061564</w:t>
        <w:br/>
        <w:t>v 0.325705 18.197235 -1.995431</w:t>
        <w:br/>
        <w:t>v 0.382421 18.145519 -1.970398</w:t>
        <w:br/>
        <w:t>v 0.303188 18.174965 -2.008009</w:t>
        <w:br/>
        <w:t>v 0.279193 18.248047 -2.020803</w:t>
        <w:br/>
        <w:t>v 0.341061 18.230927 -2.061962</w:t>
        <w:br/>
        <w:t>v 0.922892 19.206762 -1.356875</w:t>
        <w:br/>
        <w:t>v 1.000642 19.190853 -1.602149</w:t>
        <w:br/>
        <w:t>v 0.249683 21.083265 -1.135727</w:t>
        <w:br/>
        <w:t>v 0.176373 21.106253 -1.202849</w:t>
        <w:br/>
        <w:t>v 0.147771 21.088760 -1.099854</w:t>
        <w:br/>
        <w:t>v 0.202945 21.024324 -1.038499</w:t>
        <w:br/>
        <w:t>v 0.214526 21.026846 -1.329268</w:t>
        <w:br/>
        <w:t>v 0.314181 21.010687 -1.287863</w:t>
        <w:br/>
        <w:t>v 0.503128 20.005259 -1.689335</w:t>
        <w:br/>
        <w:t>v 0.370909 19.989134 -1.880872</w:t>
        <w:br/>
        <w:t>v 0.342689 20.201582 -1.798114</w:t>
        <w:br/>
        <w:t>v 0.466152 20.194490 -1.633424</w:t>
        <w:br/>
        <w:t>v 0.068910 20.366755 -2.155716</w:t>
        <w:br/>
        <w:t>v 0.398544 19.809937 -1.937169</w:t>
        <w:br/>
        <w:t>v 0.860073 19.707987 -1.770380</w:t>
        <w:br/>
        <w:t>v 0.794641 19.713013 -1.559825</w:t>
        <w:br/>
        <w:t>v 0.711011 18.982611 -1.992528</w:t>
        <w:br/>
        <w:t>v 0.890622 18.946291 -1.851700</w:t>
        <w:br/>
        <w:t>v 0.916097 19.054230 -1.832343</w:t>
        <w:br/>
        <w:t>v 0.680146 18.902290 -2.020875</w:t>
        <w:br/>
        <w:t>v 0.639298 18.823883 -2.079683</w:t>
        <w:br/>
        <w:t>v 0.712777 18.772671 -2.042346</w:t>
        <w:br/>
        <w:t>v 0.815772 18.837341 -1.941563</w:t>
        <w:br/>
        <w:t>v 0.780542 18.710155 -1.967891</w:t>
        <w:br/>
        <w:t>v 0.867388 18.760639 -1.860157</w:t>
        <w:br/>
        <w:t>v 0.964674 18.870991 -1.714775</w:t>
        <w:br/>
        <w:t>v 1.000691 19.016535 -1.601173</w:t>
        <w:br/>
        <w:t>v 0.780542 18.710155 -1.967891</w:t>
        <w:br/>
        <w:t>v 0.674777 18.623482 -1.879619</w:t>
        <w:br/>
        <w:t>v 0.753612 18.684933 -1.733315</w:t>
        <w:br/>
        <w:t>v 0.867388 18.760639 -1.860157</w:t>
        <w:br/>
        <w:t>v 0.964674 18.870991 -1.714775</w:t>
        <w:br/>
        <w:t>v 0.880486 18.967072 -1.413424</w:t>
        <w:br/>
        <w:t>v 1.000691 19.016535 -1.601173</w:t>
        <w:br/>
        <w:t>v 0.908100 19.082182 -1.359567</w:t>
        <w:br/>
        <w:t>v 0.519464 18.674038 -1.871803</w:t>
        <w:br/>
        <w:t>v 0.584943 18.780209 -1.730433</w:t>
        <w:br/>
        <w:t>v 0.753612 18.684933 -1.733315</w:t>
        <w:br/>
        <w:t>v 0.674777 18.623482 -1.879619</w:t>
        <w:br/>
        <w:t>v 0.660804 18.885284 -1.584112</w:t>
        <w:br/>
        <w:t>v 0.817939 18.817188 -1.545420</w:t>
        <w:br/>
        <w:t>v 0.730446 19.001041 -1.466099</w:t>
        <w:br/>
        <w:t>v 0.880486 18.967072 -1.413424</w:t>
        <w:br/>
        <w:t>v 0.769055 19.152111 -1.419384</w:t>
        <w:br/>
        <w:t>v 0.908100 19.082182 -1.359567</w:t>
        <w:br/>
        <w:t>v 0.922892 19.206762 -1.356875</w:t>
        <w:br/>
        <w:t>v 0.884273 19.366209 -1.419159</w:t>
        <w:br/>
        <w:t>v 0.482422 18.808769 -1.921790</w:t>
        <w:br/>
        <w:t>v 0.557152 18.854042 -2.031048</w:t>
        <w:br/>
        <w:t>v 0.505363 18.887896 -1.797810</w:t>
        <w:br/>
        <w:t>v 0.587628 18.998116 -1.661881</w:t>
        <w:br/>
        <w:t>v 0.505363 18.887896 -1.797810</w:t>
        <w:br/>
        <w:t>v 0.635076 19.097029 -1.584383</w:t>
        <w:br/>
        <w:t>v 0.632306 19.108187 -1.920504</w:t>
        <w:br/>
        <w:t>v 0.635076 19.097029 -1.584383</w:t>
        <w:br/>
        <w:t>v 0.587628 18.998116 -1.661881</w:t>
        <w:br/>
        <w:t>v 0.628423 18.971846 -1.912926</w:t>
        <w:br/>
        <w:t>v 0.592787 18.912943 -1.971987</w:t>
        <w:br/>
        <w:t>v 0.471837 18.745129 -2.094618</w:t>
        <w:br/>
        <w:t>v 0.461123 18.688984 -2.069767</w:t>
        <w:br/>
        <w:t>v 0.523356 18.595276 -1.951148</w:t>
        <w:br/>
        <w:t>v 0.468113 18.614597 -2.145879</w:t>
        <w:br/>
        <w:t>v 0.668269 18.592323 -1.925373</w:t>
        <w:br/>
        <w:t>v 0.698791 18.669113 -2.010809</w:t>
        <w:br/>
        <w:t>v 0.668269 18.592323 -1.925373</w:t>
        <w:br/>
        <w:t>v 0.623537 18.726784 -2.091915</w:t>
        <w:br/>
        <w:t>v 0.698791 18.669113 -2.010809</w:t>
        <w:br/>
        <w:t>v 0.567384 18.753098 -2.143311</w:t>
        <w:br/>
        <w:t>v 0.601233 18.223145 -1.970420</w:t>
        <w:br/>
        <w:t>v 0.619901 18.235210 -1.990304</w:t>
        <w:br/>
        <w:t>v 0.595324 18.200844 -2.051195</w:t>
        <w:br/>
        <w:t>v 0.636256 18.251499 -1.917625</w:t>
        <w:br/>
        <w:t>v 0.661651 18.269333 -1.958796</w:t>
        <w:br/>
        <w:t>v 0.690722 18.289768 -1.876123</w:t>
        <w:br/>
        <w:t>v 0.712035 18.303791 -1.935360</w:t>
        <w:br/>
        <w:t>v 0.749331 18.322529 -1.855860</w:t>
        <w:br/>
        <w:t>v 0.766041 18.352985 -1.916147</w:t>
        <w:br/>
        <w:t>v 0.787086 18.358143 -1.859815</w:t>
        <w:br/>
        <w:t>v 0.817675 18.411648 -1.886331</w:t>
        <w:br/>
        <w:t>v 0.800813 18.403366 -1.965119</w:t>
        <w:br/>
        <w:t>v 0.717839 18.399166 -1.981746</w:t>
        <w:br/>
        <w:t>v 0.707050 18.357857 -1.941037</w:t>
        <w:br/>
        <w:t>v 0.678099 18.335876 -1.940608</w:t>
        <w:br/>
        <w:t>v 0.712035 18.303791 -1.935360</w:t>
        <w:br/>
        <w:t>v 0.640531 18.298279 -1.960482</w:t>
        <w:br/>
        <w:t>v 0.661651 18.269333 -1.958796</w:t>
        <w:br/>
        <w:t>v 0.615239 18.259487 -1.993983</w:t>
        <w:br/>
        <w:t>v 0.619901 18.235210 -1.990304</w:t>
        <w:br/>
        <w:t>v 0.595324 18.200844 -2.051195</w:t>
        <w:br/>
        <w:t>v 0.808681 18.450691 -2.016680</w:t>
        <w:br/>
        <w:t>v 0.802110 18.501984 -2.063165</w:t>
        <w:br/>
        <w:t>v 0.685442 18.425629 -2.038600</w:t>
        <w:br/>
        <w:t>v 0.820031 18.472267 -1.935994</w:t>
        <w:br/>
        <w:t>v 0.799533 18.523525 -1.982881</w:t>
        <w:br/>
        <w:t>v 0.802110 18.501984 -2.063165</w:t>
        <w:br/>
        <w:t>v 0.753789 18.579975 -2.023904</w:t>
        <w:br/>
        <w:t>v 0.748217 18.557121 -2.132051</w:t>
        <w:br/>
        <w:t>v 0.670544 18.618225 -2.166708</w:t>
        <w:br/>
        <w:t>v 0.590449 18.690285 -2.166862</w:t>
        <w:br/>
        <w:t>v 0.748217 18.557121 -2.132051</w:t>
        <w:br/>
        <w:t>v 0.612295 18.467266 -2.111108</w:t>
        <w:br/>
        <w:t>v 0.670544 18.618225 -2.166708</w:t>
        <w:br/>
        <w:t>v 0.534661 18.525627 -2.150210</w:t>
        <w:br/>
        <w:t>v 0.590449 18.690285 -2.166862</w:t>
        <w:br/>
        <w:t>v 0.468113 18.614597 -2.145879</w:t>
        <w:br/>
        <w:t>v 0.567384 18.753098 -2.143311</w:t>
        <w:br/>
        <w:t>v 0.457401 18.685665 -2.120071</w:t>
        <w:br/>
        <w:t>v 0.471837 18.745129 -2.094618</w:t>
        <w:br/>
        <w:t>v 0.639298 18.823883 -2.079683</w:t>
        <w:br/>
        <w:t>v 0.557152 18.854042 -2.031048</w:t>
        <w:br/>
        <w:t>v 0.680146 18.902290 -2.020875</w:t>
        <w:br/>
        <w:t>v 0.711011 18.982611 -1.992528</w:t>
        <w:br/>
        <w:t>v 0.628423 18.971846 -1.912926</w:t>
        <w:br/>
        <w:t>v 0.712082 19.148014 -2.025471</w:t>
        <w:br/>
        <w:t>v 0.632306 19.108187 -1.920504</w:t>
        <w:br/>
        <w:t>v 0.575189 18.531155 -1.973754</w:t>
        <w:br/>
        <w:t>v 0.534661 18.525627 -2.150210</w:t>
        <w:br/>
        <w:t>v 0.695050 18.640018 -2.027960</w:t>
        <w:br/>
        <w:t>v 0.753789 18.579975 -2.023904</w:t>
        <w:br/>
        <w:t>v 0.691770 18.547531 -1.945184</w:t>
        <w:br/>
        <w:t>v 0.737165 18.496021 -1.928605</w:t>
        <w:br/>
        <w:t>v 0.799533 18.523525 -1.982881</w:t>
        <w:br/>
        <w:t>v 0.820031 18.472267 -1.935994</w:t>
        <w:br/>
        <w:t>v 0.817675 18.411648 -1.886331</w:t>
        <w:br/>
        <w:t>v 0.779992 18.454609 -1.891991</w:t>
        <w:br/>
        <w:t>v 0.787086 18.358143 -1.859815</w:t>
        <w:br/>
        <w:t>v 0.753912 18.402805 -1.870489</w:t>
        <w:br/>
        <w:t>v 0.672062 18.329723 -1.890448</w:t>
        <w:br/>
        <w:t>v 0.714319 18.364853 -1.872349</w:t>
        <w:br/>
        <w:t>v 0.749331 18.322529 -1.855860</w:t>
        <w:br/>
        <w:t>v 0.690722 18.289768 -1.876123</w:t>
        <w:br/>
        <w:t>v 0.636256 18.251499 -1.917625</w:t>
        <w:br/>
        <w:t>v 0.624078 18.284725 -1.921026</w:t>
        <w:br/>
        <w:t>v 0.599977 18.240025 -1.966677</w:t>
        <w:br/>
        <w:t>v 0.601233 18.223145 -1.970420</w:t>
        <w:br/>
        <w:t>v 0.595324 18.200844 -2.051195</w:t>
        <w:br/>
        <w:t>v 0.619292 18.494076 -1.974793</w:t>
        <w:br/>
        <w:t>v 0.691770 18.547531 -1.945184</w:t>
        <w:br/>
        <w:t>v 0.737165 18.496021 -1.928605</w:t>
        <w:br/>
        <w:t>v 0.691784 18.440861 -1.952912</w:t>
        <w:br/>
        <w:t>v 0.779992 18.454609 -1.891991</w:t>
        <w:br/>
        <w:t>v 0.714684 18.409027 -1.925073</w:t>
        <w:br/>
        <w:t>v 0.640531 18.298279 -1.960482</w:t>
        <w:br/>
        <w:t>v 0.678099 18.335876 -1.940608</w:t>
        <w:br/>
        <w:t>v 0.672062 18.329723 -1.890448</w:t>
        <w:br/>
        <w:t>v 0.624078 18.284725 -1.921026</w:t>
        <w:br/>
        <w:t>v 0.615239 18.259487 -1.993983</w:t>
        <w:br/>
        <w:t>v 0.707050 18.357857 -1.941037</w:t>
        <w:br/>
        <w:t>v 0.714319 18.364853 -1.872349</w:t>
        <w:br/>
        <w:t>v 0.457401 18.685665 -2.120071</w:t>
        <w:br/>
        <w:t>v 0.714684 18.409027 -1.925073</w:t>
        <w:br/>
        <w:t>v 0.717839 18.399166 -1.981746</w:t>
        <w:br/>
        <w:t>v 0.685442 18.425629 -2.038600</w:t>
        <w:br/>
        <w:t>v 0.691784 18.440861 -1.952912</w:t>
        <w:br/>
        <w:t>v 0.612295 18.467266 -2.111108</w:t>
        <w:br/>
        <w:t>v 0.617272 19.152222 -2.287756</w:t>
        <w:br/>
        <w:t>v 0.389073 19.125696 -2.330237</w:t>
        <w:br/>
        <w:t>v 0.639269 19.000664 -1.988472</w:t>
        <w:br/>
        <w:t>v 0.704591 20.046721 -1.588755</w:t>
        <w:br/>
        <w:t>v -0.137899 20.296366 -1.977958</w:t>
        <w:br/>
        <w:t>v 0.665447 20.207073 -1.560693</w:t>
        <w:br/>
        <w:t>v 0.402931 21.017223 -1.210329</w:t>
        <w:br/>
        <w:t>v 0.322992 21.059845 -1.068742</w:t>
        <w:br/>
        <w:t>v -0.216748 20.952583 -0.904597</w:t>
        <w:br/>
        <w:t>v -0.168104 20.865381 -0.952675</w:t>
        <w:br/>
        <w:t>v -0.127813 20.936790 -1.034970</w:t>
        <w:br/>
        <w:t>v -0.202214 21.024239 -1.001531</w:t>
        <w:br/>
        <w:t>v 0.286730 21.022779 -0.976112</w:t>
        <w:br/>
        <w:t>v 0.695050 18.640018 -2.027960</w:t>
        <w:br/>
        <w:t>v 0.592787 18.912943 -1.971987</w:t>
        <w:br/>
        <w:t>v 0.808681 18.450691 -2.016680</w:t>
        <w:br/>
        <w:t>v 0.350512 18.190804 -2.030668</w:t>
        <w:br/>
        <w:t>v 0.577412 19.270575 -1.897145</w:t>
        <w:br/>
        <w:t>v 0.664174 19.331491 -2.096565</w:t>
        <w:br/>
        <w:t>v 0.666779 19.142500 -2.002803</w:t>
        <w:br/>
        <w:t>v 0.639269 19.000664 -1.988472</w:t>
        <w:br/>
        <w:t>v 0.664174 19.331491 -2.096565</w:t>
        <w:br/>
        <w:t>v 0.081780 18.890303 -1.943542</w:t>
        <w:br/>
        <w:t>v 0.482422 18.808769 -1.921790</w:t>
        <w:br/>
        <w:t>v 0.417322 20.563608 -1.913925</w:t>
        <w:br/>
        <w:t>v 0.324875 20.598621 -2.002643</w:t>
        <w:br/>
        <w:t>v 0.103666 20.586586 -2.064816</w:t>
        <w:br/>
        <w:t>v 0.061978 20.584055 -2.022705</w:t>
        <w:br/>
        <w:t>v 0.417322 20.563608 -1.913925</w:t>
        <w:br/>
        <w:t>v 0.574665 20.571733 -1.836617</w:t>
        <w:br/>
        <w:t>v 0.467460 20.344530 -2.041212</w:t>
        <w:br/>
        <w:t>v 0.694977 20.541082 -1.618344</w:t>
        <w:br/>
        <w:t>v 0.694977 20.541082 -1.618344</w:t>
        <w:br/>
        <w:t>v 0.604951 20.448084 -1.497284</w:t>
        <w:br/>
        <w:t>v -0.120637 20.528620 -1.873152</w:t>
        <w:br/>
        <w:t>v -0.073897 20.575815 -1.998491</w:t>
        <w:br/>
        <w:t>v -0.120637 20.528620 -1.873152</w:t>
        <w:br/>
        <w:t>v -0.008126 20.451555 -1.779777</w:t>
        <w:br/>
        <w:t>v 0.137390 20.434095 -1.737725</w:t>
        <w:br/>
        <w:t>v 0.309188 20.438240 -1.700952</w:t>
        <w:br/>
        <w:t>v 0.416673 20.431623 -1.552635</w:t>
        <w:br/>
        <w:t>v 0.604951 20.448084 -1.497284</w:t>
        <w:br/>
        <w:t>v 0.309188 20.438240 -1.700952</w:t>
        <w:br/>
        <w:t>v 0.442857 19.634995 -1.966045</w:t>
        <w:br/>
        <w:t>v 0.581713 19.026217 -2.207677</w:t>
        <w:br/>
        <w:t>v 0.367704 18.534363 -2.087237</w:t>
        <w:br/>
        <w:t>v 0.283469 18.192093 -2.060082</w:t>
        <w:br/>
        <w:t>v 0.341061 18.230927 -2.061962</w:t>
        <w:br/>
        <w:t>v 0.235677 18.209732 -2.038764</w:t>
        <w:br/>
        <w:t>v 0.235677 18.209732 -2.038764</w:t>
        <w:br/>
        <w:t>v 0.166903 21.111221 -0.686769</w:t>
        <w:br/>
        <w:t>v 0.201254 21.182817 -0.782936</w:t>
        <w:br/>
        <w:t>v -0.088248 19.196863 -1.890562</w:t>
        <w:br/>
        <w:t>v -0.148221 19.335363 -2.004161</w:t>
        <w:br/>
        <w:t>v 0.817939 18.817188 -1.545420</w:t>
        <w:br/>
        <w:t>v 0.025558 18.771019 -2.038090</w:t>
        <w:br/>
        <w:t>v 0.712082 19.148014 -2.025471</w:t>
        <w:br/>
        <w:t>v 0.601759 19.323088 -2.395698</w:t>
        <w:br/>
        <w:t>v 0.571511 19.483276 -2.463012</w:t>
        <w:br/>
        <w:t>v 0.639354 19.486931 -2.193886</w:t>
        <w:br/>
        <w:t>v 0.837927 19.550116 -1.500939</w:t>
        <w:br/>
        <w:t>v 0.259247 21.063656 -0.774398</w:t>
        <w:br/>
        <w:t>v 0.226963 21.016829 -0.686667</w:t>
        <w:br/>
        <w:t>v 0.932271 13.849140 1.289038</w:t>
        <w:br/>
        <w:t>v 0.975134 13.947449 1.200702</w:t>
        <w:br/>
        <w:t>v 0.832398 13.933113 1.234078</w:t>
        <w:br/>
        <w:t>v 0.932271 13.849140 1.289038</w:t>
        <w:br/>
        <w:t>v 0.832398 13.933113 1.234078</w:t>
        <w:br/>
        <w:t>v 0.865835 13.943134 1.373252</w:t>
        <w:br/>
        <w:t>v 0.932271 13.849140 1.289038</w:t>
        <w:br/>
        <w:t>v 0.865835 13.943134 1.373252</w:t>
        <w:br/>
        <w:t>v 1.008570 13.958357 1.339391</w:t>
        <w:br/>
        <w:t>v 0.932271 13.849140 1.289038</w:t>
        <w:br/>
        <w:t>v 1.008570 13.958357 1.339391</w:t>
        <w:br/>
        <w:t>v 0.975134 13.947449 1.200702</w:t>
        <w:br/>
        <w:t>v 0.975134 13.947449 1.200702</w:t>
        <w:br/>
        <w:t>v 0.908797 14.041025 1.285145</w:t>
        <w:br/>
        <w:t>v 0.832398 13.933113 1.234078</w:t>
        <w:br/>
        <w:t>v 0.832398 13.933113 1.234078</w:t>
        <w:br/>
        <w:t>v 0.908797 14.041025 1.285145</w:t>
        <w:br/>
        <w:t>v 0.865835 13.943134 1.373252</w:t>
        <w:br/>
        <w:t>v 0.865835 13.943134 1.373252</w:t>
        <w:br/>
        <w:t>v 0.908797 14.041025 1.285145</w:t>
        <w:br/>
        <w:t>v 1.008570 13.958357 1.339391</w:t>
        <w:br/>
        <w:t>v 1.008570 13.958357 1.339391</w:t>
        <w:br/>
        <w:t>v 0.908797 14.041025 1.285145</w:t>
        <w:br/>
        <w:t>v 0.975134 13.947449 1.200702</w:t>
        <w:br/>
        <w:t>v 0.824403 14.546257 -0.046175</w:t>
        <w:br/>
        <w:t>v 0.955122 14.598951 0.154723</w:t>
        <w:br/>
        <w:t>v 0.983778 14.739426 0.134056</w:t>
        <w:br/>
        <w:t>v 0.910180 14.714111 -0.065647</w:t>
        <w:br/>
        <w:t>v 0.780337 14.438328 1.127394</w:t>
        <w:br/>
        <w:t>v 0.871294 14.606070 1.078776</w:t>
        <w:br/>
        <w:t>v 0.946752 14.642910 0.899281</w:t>
        <w:br/>
        <w:t>v 0.905662 14.514807 0.849796</w:t>
        <w:br/>
        <w:t>v 0.994863 14.688730 0.656203</w:t>
        <w:br/>
        <w:t>v 1.015839 14.724955 0.389820</w:t>
        <w:br/>
        <w:t>v 0.981794 14.576492 0.499648</w:t>
        <w:br/>
        <w:t>v 0.589439 14.593193 -0.312127</w:t>
        <w:br/>
        <w:t>v 0.547773 14.452534 -0.176091</w:t>
        <w:br/>
        <w:t>v 0.773468 14.661148 -0.228710</w:t>
        <w:br/>
        <w:t>v 1.010703 14.221848 0.770801</w:t>
        <w:br/>
        <w:t>v 0.935458 14.176462 0.960443</w:t>
        <w:br/>
        <w:t>v 0.840140 14.257786 1.072726</w:t>
        <w:br/>
        <w:t>v 0.965369 14.346701 0.809900</w:t>
        <w:br/>
        <w:t>v 0.612112 14.195541 1.263466</w:t>
        <w:br/>
        <w:t>v 0.845082 14.136513 1.096689</w:t>
        <w:br/>
        <w:t>v 0.709763 14.090693 1.200680</w:t>
        <w:br/>
        <w:t>v 0.739638 14.554581 1.216453</w:t>
        <w:br/>
        <w:t>v 0.552688 14.349527 1.318773</w:t>
        <w:br/>
        <w:t>v 0.578928 14.484924 1.317744</w:t>
        <w:br/>
        <w:t>v 0.720927 14.299213 -0.277815</w:t>
        <w:br/>
        <w:t>v 0.878953 14.368242 -0.100832</w:t>
        <w:br/>
        <w:t>v 0.824403 14.546257 -0.046175</w:t>
        <w:br/>
        <w:t>v 0.547773 14.452534 -0.176091</w:t>
        <w:br/>
        <w:t>v 0.994509 14.408112 0.150311</w:t>
        <w:br/>
        <w:t>v 1.016695 14.399712 0.473712</w:t>
        <w:br/>
        <w:t>v 1.052458 14.259762 0.556709</w:t>
        <w:br/>
        <w:t>v 0.464772 14.513153 -0.354222</w:t>
        <w:br/>
        <w:t>v 0.338576 14.425121 -0.371542</w:t>
        <w:br/>
        <w:t>v 0.489721 14.404217 -0.321738</w:t>
        <w:br/>
        <w:t>v 0.347273 14.321693 -0.370919</w:t>
        <w:br/>
        <w:t>v 0.409370 14.212551 -0.378158</w:t>
        <w:br/>
        <w:t>v 0.599946 14.249008 -0.334521</w:t>
        <w:br/>
        <w:t>v 1.071543 14.279907 0.333055</w:t>
        <w:br/>
        <w:t>v 1.048406 14.283670 0.135730</w:t>
        <w:br/>
        <w:t>v 0.989961 14.268963 -0.034810</w:t>
        <w:br/>
        <w:t>v 0.892525 14.241457 -0.183851</w:t>
        <w:br/>
        <w:t>v 0.789703 14.205315 -0.289426</w:t>
        <w:br/>
        <w:t>v 0.518085 14.157917 -0.390029</w:t>
        <w:br/>
        <w:t>v 0.564467 14.072876 1.278389</w:t>
        <w:br/>
        <w:t>v 0.430536 14.149817 1.316946</w:t>
        <w:br/>
        <w:t>v 0.402430 14.301805 1.336977</w:t>
        <w:br/>
        <w:t>v 0.453886 14.398525 1.350746</w:t>
        <w:br/>
        <w:t>v 0.790560 14.578363 -0.082091</w:t>
        <w:br/>
        <w:t>v 0.880908 14.785490 -0.082486</w:t>
        <w:br/>
        <w:t>v 0.962121 14.803402 0.131202</w:t>
        <w:br/>
        <w:t>v 0.912076 14.635246 0.163269</w:t>
        <w:br/>
        <w:t>v 0.919396 14.693693 0.902822</w:t>
        <w:br/>
        <w:t>v 0.839698 14.653181 1.082966</w:t>
        <w:br/>
        <w:t>v 0.762678 14.459400 1.119746</w:t>
        <w:br/>
        <w:t>v 0.881305 14.546074 0.846000</w:t>
        <w:br/>
        <w:t>v 0.975872 14.743746 0.660360</w:t>
        <w:br/>
        <w:t>v 0.931279 14.609570 0.504961</w:t>
        <w:br/>
        <w:t>v 0.994365 14.782441 0.392908</w:t>
        <w:br/>
        <w:t>v 0.605603 14.474440 -0.261077</w:t>
        <w:br/>
        <w:t>v 0.551903 14.652365 -0.319470</w:t>
        <w:br/>
        <w:t>v 0.736694 14.730211 -0.235108</w:t>
        <w:br/>
        <w:t>v 0.833639 14.224144 1.051062</w:t>
        <w:br/>
        <w:t>v 0.929402 14.123236 0.936997</w:t>
        <w:br/>
        <w:t>v 0.997730 14.166119 0.755074</w:t>
        <w:br/>
        <w:t>v 0.954968 14.293348 0.788614</w:t>
        <w:br/>
        <w:t>v 0.598897 14.197878 1.241307</w:t>
        <w:br/>
        <w:t>v 0.707557 14.041420 1.167631</w:t>
        <w:br/>
        <w:t>v 0.840869 14.083651 1.071138</w:t>
        <w:br/>
        <w:t>v 0.708156 14.604986 1.218446</w:t>
        <w:br/>
        <w:t>v 0.533910 14.528841 1.322408</w:t>
        <w:br/>
        <w:t>v 0.541548 14.352585 1.296896</w:t>
        <w:br/>
        <w:t>v 0.867852 14.323826 -0.077654</w:t>
        <w:br/>
        <w:t>v 0.715283 14.279720 -0.270029</w:t>
        <w:br/>
        <w:t>v 0.968980 14.353134 0.165351</w:t>
        <w:br/>
        <w:t>v 0.994822 14.345541 0.469552</w:t>
        <w:br/>
        <w:t>v 1.045432 14.205153 0.548173</w:t>
        <w:br/>
        <w:t>v 0.296540 14.447891 -0.359420</w:t>
        <w:br/>
        <w:t>v 0.422879 14.563816 -0.352005</w:t>
        <w:br/>
        <w:t>v 0.480704 14.408293 -0.312471</w:t>
        <w:br/>
        <w:t>v 0.591825 14.247824 -0.323437</w:t>
        <w:br/>
        <w:t>v 0.363751 14.168770 -0.377301</w:t>
        <w:br/>
        <w:t>v 0.289548 14.317738 -0.357165</w:t>
        <w:br/>
        <w:t>v 1.075466 14.221739 0.334839</w:t>
        <w:br/>
        <w:t>v 1.050131 14.225128 0.146823</w:t>
        <w:br/>
        <w:t>v 0.994548 14.211174 -0.026278</w:t>
        <w:br/>
        <w:t>v 0.896026 14.184706 -0.179007</w:t>
        <w:br/>
        <w:t>v 0.785395 14.148746 -0.287662</w:t>
        <w:br/>
        <w:t>v 0.684528 14.120987 -0.359813</w:t>
        <w:br/>
        <w:t>v 0.488065 14.102060 -0.398073</w:t>
        <w:br/>
        <w:t>v 0.534769 14.019093 1.254824</w:t>
        <w:br/>
        <w:t>v 0.332234 14.310753 1.340930</w:t>
        <w:br/>
        <w:t>v 0.379539 14.115505 1.307847</w:t>
        <w:br/>
        <w:t>v 0.395103 14.430197 1.353893</w:t>
        <w:br/>
        <w:t>v 0.962121 14.803402 0.131202</w:t>
        <w:br/>
        <w:t>v 0.880908 14.785490 -0.082486</w:t>
        <w:br/>
        <w:t>v 0.922811 14.759987 -0.096793</w:t>
        <w:br/>
        <w:t>v 1.003137 14.781669 0.120065</w:t>
        <w:br/>
        <w:t>v 0.879411 14.634909 1.097308</w:t>
        <w:br/>
        <w:t>v 0.839698 14.653181 1.082966</w:t>
        <w:br/>
        <w:t>v 0.919396 14.693693 0.902822</w:t>
        <w:br/>
        <w:t>v 0.962175 14.676561 0.914544</w:t>
        <w:br/>
        <w:t>v 0.975872 14.743746 0.660360</w:t>
        <w:br/>
        <w:t>v 0.994365 14.782441 0.392908</w:t>
        <w:br/>
        <w:t>v 1.037270 14.766469 0.389561</w:t>
        <w:br/>
        <w:t>v 1.013928 14.726739 0.664630</w:t>
        <w:br/>
        <w:t>v 0.777268 14.704008 -0.258472</w:t>
        <w:br/>
        <w:t>v 0.736694 14.730211 -0.235108</w:t>
        <w:br/>
        <w:t>v 0.551903 14.652365 -0.319470</w:t>
        <w:br/>
        <w:t>v 0.585076 14.626230 -0.343554</w:t>
        <w:br/>
        <w:t>v 0.533910 14.528841 1.322408</w:t>
        <w:br/>
        <w:t>v 0.708156 14.604986 1.218446</w:t>
        <w:br/>
        <w:t>v 0.740293 14.585207 1.235364</w:t>
        <w:br/>
        <w:t>v 0.569474 14.514071 1.348337</w:t>
        <w:br/>
        <w:t>v 0.320670 14.430130 -0.404292</w:t>
        <w:br/>
        <w:t>v 0.296540 14.447891 -0.359420</w:t>
        <w:br/>
        <w:t>v 0.289548 14.317738 -0.357165</w:t>
        <w:br/>
        <w:t>v 0.312730 14.315178 -0.400484</w:t>
        <w:br/>
        <w:t>v 0.442510 14.541033 -0.378264</w:t>
        <w:br/>
        <w:t>v 0.422879 14.563816 -0.352005</w:t>
        <w:br/>
        <w:t>v 0.363751 14.168770 -0.377301</w:t>
        <w:br/>
        <w:t>v 0.385240 14.184755 -0.414889</w:t>
        <w:br/>
        <w:t>v 0.488065 14.102060 -0.398073</w:t>
        <w:br/>
        <w:t>v 0.512221 14.122332 -0.429313</w:t>
        <w:br/>
        <w:t>v 0.379539 14.115505 1.307847</w:t>
        <w:br/>
        <w:t>v 0.410059 14.119982 1.344349</w:t>
        <w:br/>
        <w:t>v 0.561323 14.028450 1.292771</w:t>
        <w:br/>
        <w:t>v 0.534769 14.019093 1.254824</w:t>
        <w:br/>
        <w:t>v 0.361142 14.303144 1.373465</w:t>
        <w:br/>
        <w:t>v 0.332234 14.310753 1.340930</w:t>
        <w:br/>
        <w:t>v 0.395103 14.430197 1.353893</w:t>
        <w:br/>
        <w:t>v 0.421379 14.415041 1.385839</w:t>
        <w:br/>
        <w:t>v 1.003011 14.750202 0.123856</w:t>
        <w:br/>
        <w:t>v 1.003137 14.781669 0.120065</w:t>
        <w:br/>
        <w:t>v 0.922811 14.759987 -0.096793</w:t>
        <w:br/>
        <w:t>v 0.928624 14.728460 -0.086357</w:t>
        <w:br/>
        <w:t>v 0.879411 14.634909 1.097308</w:t>
        <w:br/>
        <w:t>v 0.962175 14.676561 0.914544</w:t>
        <w:br/>
        <w:t>v 0.964840 14.651144 0.906440</w:t>
        <w:br/>
        <w:t>v 0.886059 14.610243 1.087333</w:t>
        <w:br/>
        <w:t>v 1.037270 14.766469 0.389561</w:t>
        <w:br/>
        <w:t>v 1.034568 14.736765 0.389254</w:t>
        <w:br/>
        <w:t>v 1.014684 14.700020 0.659840</w:t>
        <w:br/>
        <w:t>v 1.013928 14.726739 0.664630</w:t>
        <w:br/>
        <w:t>v 0.786740 14.673237 -0.248136</w:t>
        <w:br/>
        <w:t>v 0.598663 14.598484 -0.334896</w:t>
        <w:br/>
        <w:t>v 0.955970 14.141302 0.961646</w:t>
        <w:br/>
        <w:t>v 0.948900 14.170073 0.967819</w:t>
        <w:br/>
        <w:t>v 1.025501 14.214037 0.772230</w:t>
        <w:br/>
        <w:t>v 1.031248 14.185873 0.768587</w:t>
        <w:br/>
        <w:t>v 0.865399 14.096182 1.099422</w:t>
        <w:br/>
        <w:t>v 0.725546 14.052944 1.202158</w:t>
        <w:br/>
        <w:t>v 0.716188 14.082901 1.208065</w:t>
        <w:br/>
        <w:t>v 0.858256 14.125870 1.107038</w:t>
        <w:br/>
        <w:t>v 0.569474 14.514071 1.348337</w:t>
        <w:br/>
        <w:t>v 0.740293 14.585207 1.235364</w:t>
        <w:br/>
        <w:t>v 0.752530 14.560436 1.225331</w:t>
        <w:br/>
        <w:t>v 0.585587 14.490911 1.334467</w:t>
        <w:br/>
        <w:t>v 1.069165 14.253790 0.556828</w:t>
        <w:br/>
        <w:t>v 1.077503 14.223364 0.553617</w:t>
        <w:br/>
        <w:t>v 0.350109 14.415956 -0.397053</w:t>
        <w:br/>
        <w:t>v 0.320670 14.430130 -0.404292</w:t>
        <w:br/>
        <w:t>v 0.312730 14.315178 -0.400484</w:t>
        <w:br/>
        <w:t>v 0.343933 14.319675 -0.393647</w:t>
        <w:br/>
        <w:t>v 0.463252 14.515968 -0.374378</w:t>
        <w:br/>
        <w:t>v 0.385240 14.184755 -0.414889</w:t>
        <w:br/>
        <w:t>v 0.408116 14.209040 -0.401026</w:t>
        <w:br/>
        <w:t>v 1.098403 14.272226 0.329627</w:t>
        <w:br/>
        <w:t>v 1.106721 14.241402 0.327762</w:t>
        <w:br/>
        <w:t>v 1.078563 14.279602 0.124388</w:t>
        <w:br/>
        <w:t>v 1.086562 14.247787 0.123837</w:t>
        <w:br/>
        <w:t>v 1.021712 14.232639 -0.057465</w:t>
        <w:br/>
        <w:t>v 1.014237 14.264736 -0.056694</w:t>
        <w:br/>
        <w:t>v 0.919906 14.205694 -0.212226</w:t>
        <w:br/>
        <w:t>v 0.913651 14.237856 -0.210493</w:t>
        <w:br/>
        <w:t>v 0.805672 14.168428 -0.319152</w:t>
        <w:br/>
        <w:t>v 0.799057 14.200365 -0.310861</w:t>
        <w:br/>
        <w:t>v 0.512221 14.122332 -0.429313</w:t>
        <w:br/>
        <w:t>v 0.701412 14.142620 -0.403641</w:t>
        <w:br/>
        <w:t>v 0.694902 14.170589 -0.388357</w:t>
        <w:br/>
        <w:t>v 0.519667 14.150841 -0.409545</w:t>
        <w:br/>
        <w:t>v 0.561323 14.028450 1.292771</w:t>
        <w:br/>
        <w:t>v 0.567889 14.058876 1.291336</w:t>
        <w:br/>
        <w:t>v 0.410059 14.119982 1.344349</w:t>
        <w:br/>
        <w:t>v 0.432898 14.142284 1.336187</w:t>
        <w:br/>
        <w:t>v 0.393385 14.302368 1.355547</w:t>
        <w:br/>
        <w:t>v 0.361142 14.303144 1.373465</w:t>
        <w:br/>
        <w:t>v 0.421379 14.415041 1.385839</w:t>
        <w:br/>
        <w:t>v 0.451864 14.404158 1.369585</w:t>
        <w:br/>
        <w:t>v 0.955970 14.141302 0.961646</w:t>
        <w:br/>
        <w:t>v 1.031248 14.185873 0.768587</w:t>
        <w:br/>
        <w:t>v 0.997730 14.166119 0.755074</w:t>
        <w:br/>
        <w:t>v 0.929402 14.123236 0.936997</w:t>
        <w:br/>
        <w:t>v 0.840869 14.083651 1.071138</w:t>
        <w:br/>
        <w:t>v 0.707557 14.041420 1.167631</w:t>
        <w:br/>
        <w:t>v 0.725546 14.052944 1.202158</w:t>
        <w:br/>
        <w:t>v 0.865399 14.096182 1.099422</w:t>
        <w:br/>
        <w:t>v 1.045432 14.205153 0.548173</w:t>
        <w:br/>
        <w:t>v 1.077503 14.223364 0.553617</w:t>
        <w:br/>
        <w:t>v 1.075466 14.221739 0.334839</w:t>
        <w:br/>
        <w:t>v 1.106721 14.241402 0.327762</w:t>
        <w:br/>
        <w:t>v 1.086562 14.247787 0.123837</w:t>
        <w:br/>
        <w:t>v 1.050131 14.225128 0.146823</w:t>
        <w:br/>
        <w:t>v 1.078563 14.279602 0.124388</w:t>
        <w:br/>
        <w:t>v 1.021712 14.232639 -0.057465</w:t>
        <w:br/>
        <w:t>v 0.994548 14.211174 -0.026278</w:t>
        <w:br/>
        <w:t>v 1.014237 14.264736 -0.056694</w:t>
        <w:br/>
        <w:t>v 0.919906 14.205694 -0.212226</w:t>
        <w:br/>
        <w:t>v 0.896026 14.184706 -0.179007</w:t>
        <w:br/>
        <w:t>v 0.913651 14.237856 -0.210493</w:t>
        <w:br/>
        <w:t>v 0.805672 14.168428 -0.319152</w:t>
        <w:br/>
        <w:t>v 0.785395 14.148746 -0.287662</w:t>
        <w:br/>
        <w:t>v 0.799057 14.200365 -0.310861</w:t>
        <w:br/>
        <w:t>v 0.701412 14.142620 -0.403641</w:t>
        <w:br/>
        <w:t>v 0.684528 14.120987 -0.359813</w:t>
        <w:br/>
        <w:t>v 0.686238 14.181753 -0.363509</w:t>
        <w:br/>
        <w:t>v 0.752530 14.560436 1.225331</w:t>
        <w:br/>
        <w:t>v 0.886059 14.610243 1.087333</w:t>
        <w:br/>
        <w:t>v 0.964840 14.651144 0.906440</w:t>
        <w:br/>
        <w:t>v 1.014684 14.700020 0.659840</w:t>
        <w:br/>
        <w:t>v 0.928624 14.728460 -0.086357</w:t>
        <w:br/>
        <w:t>v 0.786740 14.673237 -0.248136</w:t>
        <w:br/>
        <w:t>v 0.598663 14.598484 -0.334896</w:t>
        <w:br/>
        <w:t>v 0.463252 14.515968 -0.374378</w:t>
        <w:br/>
        <w:t>v 0.350109 14.415956 -0.397053</w:t>
        <w:br/>
        <w:t>v 0.338576 14.425121 -0.371542</w:t>
        <w:br/>
        <w:t>v 0.464772 14.513153 -0.354222</w:t>
        <w:br/>
        <w:t>v 0.343933 14.319675 -0.393647</w:t>
        <w:br/>
        <w:t>v 0.347273 14.321693 -0.370919</w:t>
        <w:br/>
        <w:t>v 0.408116 14.209040 -0.401026</w:t>
        <w:br/>
        <w:t>v 0.409370 14.212551 -0.378158</w:t>
        <w:br/>
        <w:t>v 0.430536 14.149817 1.316946</w:t>
        <w:br/>
        <w:t>v 1.024378 13.410255 -0.889255</w:t>
        <w:br/>
        <w:t>v 1.179702 13.546207 -0.633999</w:t>
        <w:br/>
        <w:t>v 1.147140 13.546860 -0.614381</w:t>
        <w:br/>
        <w:t>v 0.991791 13.410911 -0.869657</w:t>
        <w:br/>
        <w:t>v 0.991791 13.410911 -0.869657</w:t>
        <w:br/>
        <w:t>v 1.147140 13.546860 -0.614381</w:t>
        <w:br/>
        <w:t>v 1.153852 13.512673 -0.598988</w:t>
        <w:br/>
        <w:t>v 0.998478 13.376715 -0.854230</w:t>
        <w:br/>
        <w:t>v 0.998478 13.376715 -0.854230</w:t>
        <w:br/>
        <w:t>v 1.153852 13.512673 -0.598988</w:t>
        <w:br/>
        <w:t>v 1.186414 13.512017 -0.618597</w:t>
        <w:br/>
        <w:t>v 1.031041 13.376072 -0.873836</w:t>
        <w:br/>
        <w:t>v 1.031041 13.376072 -0.873836</w:t>
        <w:br/>
        <w:t>v 1.186414 13.512017 -0.618597</w:t>
        <w:br/>
        <w:t>v 1.179702 13.546207 -0.633999</w:t>
        <w:br/>
        <w:t>v 1.024378 13.410255 -0.889255</w:t>
        <w:br/>
        <w:t>v 0.793573 13.590241 -0.865940</w:t>
        <w:br/>
        <w:t>v 0.844943 13.540709 -0.867062</w:t>
        <w:br/>
        <w:t>v 0.844918 13.541985 -0.892208</w:t>
        <w:br/>
        <w:t>v 0.793560 13.591504 -0.891091</w:t>
        <w:br/>
        <w:t>v 0.790497 13.610877 -0.876776</w:t>
        <w:br/>
        <w:t>v 0.953839 13.762666 -0.611753</w:t>
        <w:br/>
        <w:t>v 0.956965 13.742039 -0.600926</w:t>
        <w:br/>
        <w:t>v 0.793573 13.590241 -0.865940</w:t>
        <w:br/>
        <w:t>v 0.793560 13.591504 -0.891091</w:t>
        <w:br/>
        <w:t>v 0.810941 13.610124 -0.913282</w:t>
        <w:br/>
        <w:t>v 0.807883 13.629498 -0.898968</w:t>
        <w:br/>
        <w:t>v 0.790497 13.610877 -0.876776</w:t>
        <w:br/>
        <w:t>v 0.974313 13.759391 -0.597965</w:t>
        <w:br/>
        <w:t>v 1.025760 13.709863 -0.599094</w:t>
        <w:br/>
        <w:t>v 1.008399 13.692517 -0.602074</w:t>
        <w:br/>
        <w:t>v 0.953839 13.762666 -0.611753</w:t>
        <w:br/>
        <w:t>v 0.971112 13.781297 -0.633948</w:t>
        <w:br/>
        <w:t>v 0.991614 13.778016 -0.620153</w:t>
        <w:br/>
        <w:t>v 0.974313 13.759391 -0.597965</w:t>
        <w:br/>
        <w:t>v 0.991515 13.779290 -0.645309</w:t>
        <w:br/>
        <w:t>v 1.043000 13.729749 -0.646415</w:t>
        <w:br/>
        <w:t>v 1.043090 13.728478 -0.621281</w:t>
        <w:br/>
        <w:t>v 0.991614 13.778016 -0.620153</w:t>
        <w:br/>
        <w:t>v 0.828340 13.627469 -0.910319</w:t>
        <w:br/>
        <w:t>v 0.810941 13.610124 -0.913282</w:t>
        <w:br/>
        <w:t>v 0.862287 13.560588 -0.914387</w:t>
        <w:br/>
        <w:t>v 0.879691 13.577942 -0.911421</w:t>
        <w:br/>
        <w:t>v 0.828340 13.627469 -0.910319</w:t>
        <w:br/>
        <w:t>v 0.882725 13.557305 -0.900576</w:t>
        <w:br/>
        <w:t>v 1.046090 13.709108 -0.635590</w:t>
        <w:br/>
        <w:t>v 1.043000 13.729749 -0.646415</w:t>
        <w:br/>
        <w:t>v 0.862287 13.560588 -0.914387</w:t>
        <w:br/>
        <w:t>v 0.844918 13.541985 -0.892208</w:t>
        <w:br/>
        <w:t>v 0.865354 13.538691 -0.878398</w:t>
        <w:br/>
        <w:t>v 1.028769 13.690505 -0.613419</w:t>
        <w:br/>
        <w:t>v 1.025760 13.709863 -0.599094</w:t>
        <w:br/>
        <w:t>v 1.043090 13.728478 -0.621281</w:t>
        <w:br/>
        <w:t>v 1.028769 13.690505 -0.613419</w:t>
        <w:br/>
        <w:t>v 0.865354 13.538691 -0.878398</w:t>
        <w:br/>
        <w:t>v 1.008399 13.692517 -0.602074</w:t>
        <w:br/>
        <w:t>v 1.138989 13.618983 -0.637568</w:t>
        <w:br/>
        <w:t>v 0.975443 13.467172 -0.902505</w:t>
        <w:br/>
        <w:t>v 0.958098 13.448564 -0.880348</w:t>
        <w:br/>
        <w:t>v 1.121690 13.600387 -0.615416</w:t>
        <w:br/>
        <w:t>v 1.025760 13.709863 -0.599094</w:t>
        <w:br/>
        <w:t>v 0.974313 13.759391 -0.597965</w:t>
        <w:br/>
        <w:t>v 0.793560 13.591504 -0.891091</w:t>
        <w:br/>
        <w:t>v 0.844918 13.541985 -0.892208</w:t>
        <w:br/>
        <w:t>v 1.046090 13.709108 -0.635590</w:t>
        <w:br/>
        <w:t>v 0.882725 13.557305 -0.900576</w:t>
        <w:br/>
        <w:t>v 0.975443 13.467172 -0.902505</w:t>
        <w:br/>
        <w:t>v 1.138989 13.618983 -0.637568</w:t>
        <w:br/>
        <w:t>v 1.046090 13.709108 -0.635590</w:t>
        <w:br/>
        <w:t>v 1.138989 13.618983 -0.637568</w:t>
        <w:br/>
        <w:t>v 1.121690 13.600387 -0.615416</w:t>
        <w:br/>
        <w:t>v 1.028769 13.690505 -0.613419</w:t>
        <w:br/>
        <w:t>v 0.865354 13.538691 -0.878398</w:t>
        <w:br/>
        <w:t>v 1.028769 13.690505 -0.613419</w:t>
        <w:br/>
        <w:t>v 1.121690 13.600387 -0.615416</w:t>
        <w:br/>
        <w:t>v 0.958098 13.448564 -0.880348</w:t>
        <w:br/>
        <w:t>v 0.865354 13.538691 -0.878398</w:t>
        <w:br/>
        <w:t>v 0.958098 13.448564 -0.880348</w:t>
        <w:br/>
        <w:t>v 0.975443 13.467172 -0.902505</w:t>
        <w:br/>
        <w:t>v 0.882725 13.557305 -0.900576</w:t>
        <w:br/>
        <w:t>v -0.467428 14.484011 1.369479</w:t>
        <w:br/>
        <w:t>v -0.497258 14.461918 1.364058</w:t>
        <w:br/>
        <w:t>v -0.487076 14.459040 1.340446</w:t>
        <w:br/>
        <w:t>v -0.463267 14.478266 1.345017</w:t>
        <w:br/>
        <w:t>v -0.444599 14.375820 1.353395</w:t>
        <w:br/>
        <w:t>v -0.401546 14.345310 1.349072</w:t>
        <w:br/>
        <w:t>v -0.391631 14.351448 1.327029</w:t>
        <w:br/>
        <w:t>v -0.434544 14.381054 1.331360</w:t>
        <w:br/>
        <w:t>v -0.112823 14.227680 1.331842</w:t>
        <w:br/>
        <w:t>v -0.165205 14.284157 1.340772</w:t>
        <w:br/>
        <w:t>v -0.173687 14.281855 1.315686</w:t>
        <w:br/>
        <w:t>v -0.121570 14.225758 1.306833</w:t>
        <w:br/>
        <w:t>v -0.507611 14.435722 1.359090</w:t>
        <w:br/>
        <w:t>v -0.478227 14.404976 1.355600</w:t>
        <w:br/>
        <w:t>v -0.467054 14.409269 1.333482</w:t>
        <w:br/>
        <w:t>v -0.494710 14.436661 1.336285</w:t>
        <w:br/>
        <w:t>v -0.375585 14.472061 1.374298</w:t>
        <w:br/>
        <w:t>v -0.380615 14.465263 1.349042</w:t>
        <w:br/>
        <w:t>v -0.348698 14.435736 1.346589</w:t>
        <w:br/>
        <w:t>v -0.342271 14.441618 1.371741</w:t>
        <w:br/>
        <w:t>v -0.428106 14.484810 1.348204</w:t>
        <w:br/>
        <w:t>v -0.425141 14.491739 1.373150</w:t>
        <w:br/>
        <w:t>v -0.507611 14.435722 1.359090</w:t>
        <w:br/>
        <w:t>v -0.494710 14.436661 1.336285</w:t>
        <w:br/>
        <w:t>v -0.487076 14.459040 1.340446</w:t>
        <w:br/>
        <w:t>v -0.494710 14.436661 1.336285</w:t>
        <w:br/>
        <w:t>v -0.470511 14.437176 1.348968</w:t>
        <w:br/>
        <w:t>v -0.468976 14.449673 1.351068</w:t>
        <w:br/>
        <w:t>v -0.467054 14.409269 1.333482</w:t>
        <w:br/>
        <w:t>v -0.443954 14.417227 1.347024</w:t>
        <w:br/>
        <w:t>v -0.434544 14.381054 1.331360</w:t>
        <w:br/>
        <w:t>v -0.391631 14.351448 1.327029</w:t>
        <w:br/>
        <w:t>v -0.370349 14.363354 1.340536</w:t>
        <w:br/>
        <w:t>v -0.412303 14.391335 1.344870</w:t>
        <w:br/>
        <w:t>v -0.198899 14.272436 1.322807</w:t>
        <w:br/>
        <w:t>v -0.147574 14.217117 1.314158</w:t>
        <w:br/>
        <w:t>v -0.121570 14.225758 1.306833</w:t>
        <w:br/>
        <w:t>v -0.173687 14.281855 1.315686</w:t>
        <w:br/>
        <w:t>v -0.380615 14.465263 1.349042</w:t>
        <w:br/>
        <w:t>v -0.397138 14.446802 1.355197</w:t>
        <w:br/>
        <w:t>v -0.367614 14.419353 1.352957</w:t>
        <w:br/>
        <w:t>v -0.348698 14.435736 1.346589</w:t>
        <w:br/>
        <w:t>v -0.428106 14.484810 1.348204</w:t>
        <w:br/>
        <w:t>v -0.439188 14.464621 1.354815</w:t>
        <w:br/>
        <w:t>v -0.463267 14.478266 1.345017</w:t>
        <w:br/>
        <w:t>v -0.458332 14.460783 1.353343</w:t>
        <w:br/>
        <w:t>v -0.425141 14.491739 1.373150</w:t>
        <w:br/>
        <w:t>v -0.375585 14.472061 1.374298</w:t>
        <w:br/>
        <w:t>v -0.391375 14.453590 1.380641</w:t>
        <w:br/>
        <w:t>v -0.435808 14.471579 1.380313</w:t>
        <w:br/>
        <w:t>v -0.462530 14.466589 1.378277</w:t>
        <w:br/>
        <w:t>v -0.467428 14.484011 1.369479</w:t>
        <w:br/>
        <w:t>v -0.479391 14.451927 1.375019</w:t>
        <w:br/>
        <w:t>v -0.497258 14.461918 1.364058</w:t>
        <w:br/>
        <w:t>v -0.483505 14.435070 1.371963</w:t>
        <w:br/>
        <w:t>v -0.507611 14.435722 1.359090</w:t>
        <w:br/>
        <w:t>v -0.455155 14.412491 1.369112</w:t>
        <w:br/>
        <w:t>v -0.478227 14.404976 1.355600</w:t>
        <w:br/>
        <w:t>v -0.380489 14.356918 1.362571</w:t>
        <w:br/>
        <w:t>v -0.401546 14.345310 1.349072</w:t>
        <w:br/>
        <w:t>v -0.444599 14.375820 1.353395</w:t>
        <w:br/>
        <w:t>v -0.422567 14.385740 1.366894</w:t>
        <w:br/>
        <w:t>v -0.334853 14.329334 1.356719</w:t>
        <w:br/>
        <w:t>v -0.354134 14.316162 1.343282</w:t>
        <w:br/>
        <w:t>v -0.190105 14.274763 1.347964</w:t>
        <w:br/>
        <w:t>v -0.165205 14.284157 1.340772</w:t>
        <w:br/>
        <w:t>v -0.112823 14.227680 1.331842</w:t>
        <w:br/>
        <w:t>v -0.138468 14.219069 1.339254</w:t>
        <w:br/>
        <w:t>v -0.342271 14.441618 1.371741</w:t>
        <w:br/>
        <w:t>v -0.360644 14.425219 1.378193</w:t>
        <w:br/>
        <w:t>v -0.370349 14.363354 1.340536</w:t>
        <w:br/>
        <w:t>v -0.380489 14.356918 1.362571</w:t>
        <w:br/>
        <w:t>v -0.422567 14.385740 1.366894</w:t>
        <w:br/>
        <w:t>v -0.412303 14.391335 1.344870</w:t>
        <w:br/>
        <w:t>v -0.198899 14.272436 1.322807</w:t>
        <w:br/>
        <w:t>v -0.190105 14.274763 1.347964</w:t>
        <w:br/>
        <w:t>v -0.138468 14.219069 1.339254</w:t>
        <w:br/>
        <w:t>v -0.147574 14.217117 1.314158</w:t>
        <w:br/>
        <w:t>v -0.391375 14.453590 1.380641</w:t>
        <w:br/>
        <w:t>v -0.360644 14.425219 1.378193</w:t>
        <w:br/>
        <w:t>v -0.367614 14.419353 1.352957</w:t>
        <w:br/>
        <w:t>v -0.397138 14.446802 1.355197</w:t>
        <w:br/>
        <w:t>v -0.439188 14.464621 1.354815</w:t>
        <w:br/>
        <w:t>v -0.435808 14.471579 1.380313</w:t>
        <w:br/>
        <w:t>v -0.458332 14.460783 1.353343</w:t>
        <w:br/>
        <w:t>v -0.462530 14.466589 1.378277</w:t>
        <w:br/>
        <w:t>v -0.468976 14.449673 1.351068</w:t>
        <w:br/>
        <w:t>v -0.479391 14.451927 1.375019</w:t>
        <w:br/>
        <w:t>v -0.470511 14.437176 1.348968</w:t>
        <w:br/>
        <w:t>v -0.483505 14.435070 1.371963</w:t>
        <w:br/>
        <w:t>v -0.443954 14.417227 1.347024</w:t>
        <w:br/>
        <w:t>v -0.455155 14.412491 1.369112</w:t>
        <w:br/>
        <w:t>v -0.344098 14.323240 1.321182</w:t>
        <w:br/>
        <w:t>v -0.354134 14.316162 1.343282</w:t>
        <w:br/>
        <w:t>v -0.324947 14.336601 1.334645</w:t>
        <w:br/>
        <w:t>v -0.344098 14.323240 1.321182</w:t>
        <w:br/>
        <w:t>v -0.324947 14.336601 1.334645</w:t>
        <w:br/>
        <w:t>v -0.334853 14.329334 1.356719</w:t>
        <w:br/>
        <w:t>v -0.129922 14.130104 1.318534</w:t>
        <w:br/>
        <w:t>v -0.126278 14.139484 1.295291</w:t>
        <w:br/>
        <w:t>v -0.137085 14.165792 1.297055</w:t>
        <w:br/>
        <w:t>v -0.142840 14.157137 1.320677</w:t>
        <w:br/>
        <w:t>v -0.093446 14.189867 1.305217</w:t>
        <w:br/>
        <w:t>v -0.083397 14.156797 1.303095</w:t>
        <w:br/>
        <w:t>v -0.074870 14.151905 1.327419</w:t>
        <w:br/>
        <w:t>v -0.085946 14.192116 1.330503</w:t>
        <w:br/>
        <w:t>v -0.126289 14.173000 1.331106</w:t>
        <w:br/>
        <w:t>v -0.126787 14.149502 1.330060</w:t>
        <w:br/>
        <w:t>v -0.129922 14.130104 1.318534</w:t>
        <w:br/>
        <w:t>v -0.142840 14.157137 1.320677</w:t>
        <w:br/>
        <w:t>v -0.126787 14.149502 1.330060</w:t>
        <w:br/>
        <w:t>v -0.126289 14.173000 1.331106</w:t>
        <w:br/>
        <w:t>v -0.120059 14.181648 1.306638</w:t>
        <w:br/>
        <w:t>v -0.115683 14.160736 1.309212</w:t>
        <w:br/>
        <w:t>v -0.074870 14.151905 1.327419</w:t>
        <w:br/>
        <w:t>v -0.100164 14.159098 1.336485</w:t>
        <w:br/>
        <w:t>v -0.112617 14.185217 1.337387</w:t>
        <w:br/>
        <w:t>v -0.085946 14.192116 1.330503</w:t>
        <w:br/>
        <w:t>v -0.120836 14.182858 1.312404</w:t>
        <w:br/>
        <w:t>v -0.112617 14.185217 1.337387</w:t>
        <w:br/>
        <w:t>v -0.100164 14.159098 1.336485</w:t>
        <w:br/>
        <w:t>v -0.115683 14.160736 1.309212</w:t>
        <w:br/>
        <w:t>v -0.120059 14.181648 1.306638</w:t>
        <w:br/>
        <w:t>v -0.137085 14.165792 1.297055</w:t>
        <w:br/>
        <w:t>v -0.126278 14.139484 1.295291</w:t>
        <w:br/>
        <w:t>v -0.115683 14.160736 1.309212</w:t>
        <w:br/>
        <w:t>v -0.083397 14.156797 1.303095</w:t>
        <w:br/>
        <w:t>v -0.093446 14.189867 1.305217</w:t>
        <w:br/>
        <w:t>v -0.120836 14.182858 1.312404</w:t>
        <w:br/>
        <w:t>v -0.115683 14.160736 1.309212</w:t>
        <w:br/>
        <w:t>v -0.171891 14.195295 1.297775</w:t>
        <w:br/>
        <w:t>v -0.181453 14.186031 1.320204</w:t>
        <w:br/>
        <w:t>v -0.098051 14.132418 1.322807</w:t>
        <w:br/>
        <w:t>v -0.101567 14.141296 1.299072</w:t>
        <w:br/>
        <w:t>v -0.126278 14.139484 1.295291</w:t>
        <w:br/>
        <w:t>v -0.129922 14.130104 1.318534</w:t>
        <w:br/>
        <w:t>v -0.074870 14.151905 1.327419</w:t>
        <w:br/>
        <w:t>v -0.083397 14.156797 1.303095</w:t>
        <w:br/>
        <w:t>v -0.101567 14.141296 1.299072</w:t>
        <w:br/>
        <w:t>v -0.098051 14.132418 1.322807</w:t>
        <w:br/>
        <w:t>v -0.155527 14.212446 1.311084</w:t>
        <w:br/>
        <w:t>v -0.171891 14.195295 1.297775</w:t>
        <w:br/>
        <w:t>v -0.101567 14.141296 1.299072</w:t>
        <w:br/>
        <w:t>v -0.101567 14.141296 1.299072</w:t>
        <w:br/>
        <w:t>v -0.098051 14.132418 1.322807</w:t>
        <w:br/>
        <w:t>v -0.111665 14.149946 1.333200</w:t>
        <w:br/>
        <w:t>v -0.098051 14.132418 1.322807</w:t>
        <w:br/>
        <w:t>v -0.111665 14.149946 1.333200</w:t>
        <w:br/>
        <w:t>v -0.165292 14.202932 1.333525</w:t>
        <w:br/>
        <w:t>v -0.155527 14.212446 1.311084</w:t>
        <w:br/>
        <w:t>v -0.115683 14.160736 1.309212</w:t>
        <w:br/>
        <w:t>v -0.111665 14.149946 1.333200</w:t>
        <w:br/>
        <w:t>v -0.126787 14.149502 1.330060</w:t>
        <w:br/>
        <w:t>v -0.115683 14.160736 1.309212</w:t>
        <w:br/>
        <w:t>v -0.100164 14.159098 1.336485</w:t>
        <w:br/>
        <w:t>v -0.111665 14.149946 1.333200</w:t>
        <w:br/>
        <w:t>v -0.181453 14.186031 1.320204</w:t>
        <w:br/>
        <w:t>v -0.165292 14.202932 1.333525</w:t>
        <w:br/>
        <w:t>v -0.225348 14.331497 1.324815</w:t>
        <w:br/>
        <w:t>v -0.217276 14.334898 1.349982</w:t>
        <w:br/>
        <w:t>v -0.265032 14.375433 1.359270</w:t>
        <w:br/>
        <w:t>v -0.272717 14.370852 1.334332</w:t>
        <w:br/>
        <w:t>v -0.217276 14.334898 1.349982</w:t>
        <w:br/>
        <w:t>v -0.240252 14.322899 1.356950</w:t>
        <w:br/>
        <w:t>v -0.286228 14.361782 1.366194</w:t>
        <w:br/>
        <w:t>v -0.265032 14.375433 1.359270</w:t>
        <w:br/>
        <w:t>v -0.248470 14.319433 1.331740</w:t>
        <w:br/>
        <w:t>v -0.293934 14.357264 1.341242</w:t>
        <w:br/>
        <w:t>v -0.286228 14.361782 1.366194</w:t>
        <w:br/>
        <w:t>v -0.240252 14.322899 1.356950</w:t>
        <w:br/>
        <w:t>v -0.293934 14.357264 1.341242</w:t>
        <w:br/>
        <w:t>v -0.248470 14.319433 1.331740</w:t>
        <w:br/>
        <w:t>v -0.225348 14.331497 1.324815</w:t>
        <w:br/>
        <w:t>v -0.272717 14.370852 1.334332</w:t>
        <w:br/>
        <w:t>v -0.232385 14.247871 1.305086</w:t>
        <w:br/>
        <w:t>v -0.289836 14.289524 1.313126</w:t>
        <w:br/>
        <w:t>v -0.299509 14.281797 1.335308</w:t>
        <w:br/>
        <w:t>v -0.242134 14.239403 1.327434</w:t>
        <w:br/>
        <w:t>v -0.242134 14.239403 1.327434</w:t>
        <w:br/>
        <w:t>v -0.299509 14.281797 1.335308</w:t>
        <w:br/>
        <w:t>v -0.282051 14.296066 1.348639</w:t>
        <w:br/>
        <w:t>v -0.225217 14.254549 1.340919</w:t>
        <w:br/>
        <w:t>v -0.282051 14.296066 1.348639</w:t>
        <w:br/>
        <w:t>v -0.272356 14.303989 1.326461</w:t>
        <w:br/>
        <w:t>v -0.215306 14.263191 1.318570</w:t>
        <w:br/>
        <w:t>v -0.225217 14.254549 1.340919</w:t>
        <w:br/>
        <w:t>v -0.272356 14.303989 1.326461</w:t>
        <w:br/>
        <w:t>v -0.289836 14.289524 1.313126</w:t>
        <w:br/>
        <w:t>v -0.232385 14.247871 1.305086</w:t>
        <w:br/>
        <w:t>v -0.215306 14.263191 1.318570</w:t>
        <w:br/>
        <w:t>v -0.304106 14.408493 1.366547</w:t>
        <w:br/>
        <w:t>v -0.310867 14.403313 1.341501</w:t>
        <w:br/>
        <w:t>v -0.323460 14.393522 1.373207</w:t>
        <w:br/>
        <w:t>v -0.304106 14.408493 1.366547</w:t>
        <w:br/>
        <w:t>v -0.323460 14.393522 1.373207</w:t>
        <w:br/>
        <w:t>v -0.330672 14.388357 1.348124</w:t>
        <w:br/>
        <w:t>v -0.330672 14.388357 1.348124</w:t>
        <w:br/>
        <w:t>v -0.310867 14.403313 1.341501</w:t>
        <w:br/>
        <w:t>v -0.287394 14.660282 -0.437300</w:t>
        <w:br/>
        <w:t>v -0.273510 14.615063 -0.461690</w:t>
        <w:br/>
        <w:t>v -0.243184 14.634304 -0.509261</w:t>
        <w:br/>
        <w:t>v -0.239819 14.692783 -0.498317</w:t>
        <w:br/>
        <w:t>v -0.149962 14.380085 -0.437903</w:t>
        <w:br/>
        <w:t>v 0.120882 14.209068 -0.451450</w:t>
        <w:br/>
        <w:t>v 0.169371 14.215017 -0.426599</w:t>
        <w:br/>
        <w:t>v -0.114710 14.391579 -0.411324</w:t>
        <w:br/>
        <w:t>v 0.169371 14.215017 -0.426599</w:t>
        <w:br/>
        <w:t>v 0.142790 14.200937 -0.379898</w:t>
        <w:br/>
        <w:t>v -0.127881 14.372137 -0.365910</w:t>
        <w:br/>
        <w:t>v -0.114710 14.391579 -0.411324</w:t>
        <w:br/>
        <w:t>v -0.158744 14.360146 -0.392983</w:t>
        <w:br/>
        <w:t>v 0.092886 14.198208 -0.405277</w:t>
        <w:br/>
        <w:t>v 0.120882 14.209068 -0.451450</w:t>
        <w:br/>
        <w:t>v -0.149962 14.380085 -0.437903</w:t>
        <w:br/>
        <w:t>v -0.315605 14.523848 -0.376498</w:t>
        <w:br/>
        <w:t>v -0.293598 14.535608 -0.421281</w:t>
        <w:br/>
        <w:t>v -0.253528 14.532833 -0.395655</w:t>
        <w:br/>
        <w:t>v -0.293598 14.535608 -0.421281</w:t>
        <w:br/>
        <w:t>v -0.282612 14.528740 -0.349728</w:t>
        <w:br/>
        <w:t>v -0.253528 14.532833 -0.395655</w:t>
        <w:br/>
        <w:t>v -0.253210 14.639671 -0.403773</w:t>
        <w:br/>
        <w:t>v -0.213025 14.670033 -0.459466</w:t>
        <w:br/>
        <w:t>v -0.215939 14.610170 -0.470185</w:t>
        <w:br/>
        <w:t>v -0.238951 14.594498 -0.428396</w:t>
        <w:br/>
        <w:t>v -0.238951 14.594498 -0.428396</w:t>
        <w:br/>
        <w:t>v -0.215939 14.610170 -0.470185</w:t>
        <w:br/>
        <w:t>v -0.243184 14.634304 -0.509261</w:t>
        <w:br/>
        <w:t>v -0.273510 14.615063 -0.461690</w:t>
        <w:br/>
        <w:t>v -0.252688 14.566809 -0.405640</w:t>
        <w:br/>
        <w:t>v -0.292656 14.579695 -0.433283</w:t>
        <w:br/>
        <w:t>v -0.280513 14.588581 -0.366412</w:t>
        <w:br/>
        <w:t>v -0.252688 14.566809 -0.405640</w:t>
        <w:br/>
        <w:t>v -0.292656 14.579695 -0.433283</w:t>
        <w:br/>
        <w:t>v -0.320575 14.603611 -0.395287</w:t>
        <w:br/>
        <w:t>v -0.253210 14.639671 -0.403773</w:t>
        <w:br/>
        <w:t>v -0.287394 14.660282 -0.437300</w:t>
        <w:br/>
        <w:t>v -0.239819 14.692783 -0.498317</w:t>
        <w:br/>
        <w:t>v -0.213025 14.670033 -0.459466</w:t>
        <w:br/>
        <w:t>v 0.142790 14.200937 -0.379898</w:t>
        <w:br/>
        <w:t>v 0.092886 14.198208 -0.405277</w:t>
        <w:br/>
        <w:t>v -0.158744 14.360146 -0.392983</w:t>
        <w:br/>
        <w:t>v -0.127881 14.372137 -0.365910</w:t>
        <w:br/>
        <w:t>v -0.315605 14.523848 -0.376498</w:t>
        <w:br/>
        <w:t>v -0.282612 14.528740 -0.349728</w:t>
        <w:br/>
        <w:t>v -0.320575 14.603611 -0.395287</w:t>
        <w:br/>
        <w:t>v -0.280513 14.588581 -0.366412</w:t>
        <w:br/>
        <w:t>v 0.514476 13.978015 -0.684254</w:t>
        <w:br/>
        <w:t>v 0.511975 13.946134 -0.647617</w:t>
        <w:br/>
        <w:t>v 0.553883 13.919313 -0.667036</w:t>
        <w:br/>
        <w:t>v 0.535607 13.952731 -0.689851</w:t>
        <w:br/>
        <w:t>v 0.553883 13.919313 -0.667036</w:t>
        <w:br/>
        <w:t>v 0.511975 13.946134 -0.647617</w:t>
        <w:br/>
        <w:t>v 0.545720 13.969314 -0.623747</w:t>
        <w:br/>
        <w:t>v 0.575243 13.944111 -0.635108</w:t>
        <w:br/>
        <w:t>v 0.618284 13.958016 -0.712123</w:t>
        <w:br/>
        <w:t>v 0.586852 14.029296 -0.708396</w:t>
        <w:br/>
        <w:t>v 0.542568 14.005473 -0.700019</w:t>
        <w:br/>
        <w:t>v 0.568695 13.963013 -0.705830</w:t>
        <w:br/>
        <w:t>v 0.591604 14.028034 -0.659921</w:t>
        <w:br/>
        <w:t>v 0.586852 14.029296 -0.708396</w:t>
        <w:br/>
        <w:t>v 0.618284 13.958016 -0.712123</w:t>
        <w:br/>
        <w:t>v 0.623627 13.967711 -0.665157</w:t>
        <w:br/>
        <w:t>v 0.575243 13.944111 -0.635108</w:t>
        <w:br/>
        <w:t>v 0.545720 13.969314 -0.623747</w:t>
        <w:br/>
        <w:t>v 0.548435 14.000861 -0.661938</w:t>
        <w:br/>
        <w:t>v 0.558101 13.976163 -0.659362</w:t>
        <w:br/>
        <w:t>v 0.547357 14.003673 -0.649067</w:t>
        <w:br/>
        <w:t>v 0.591604 14.028034 -0.659921</w:t>
        <w:br/>
        <w:t>v 0.623627 13.967711 -0.665157</w:t>
        <w:br/>
        <w:t>v 0.573450 13.972610 -0.657227</w:t>
        <w:br/>
        <w:t>v 0.547357 14.003673 -0.649067</w:t>
        <w:br/>
        <w:t>v 0.573450 13.972610 -0.657227</w:t>
        <w:br/>
        <w:t>v 0.568695 13.963013 -0.705830</w:t>
        <w:br/>
        <w:t>v 0.542568 14.005473 -0.700019</w:t>
        <w:br/>
        <w:t>v 0.535607 13.952731 -0.689851</w:t>
        <w:br/>
        <w:t>v 0.558101 13.976163 -0.659362</w:t>
        <w:br/>
        <w:t>v 0.548435 14.000861 -0.661938</w:t>
        <w:br/>
        <w:t>v 0.514476 13.978015 -0.684254</w:t>
        <w:br/>
        <w:t>v 0.565495 13.962353 -0.655690</w:t>
        <w:br/>
        <w:t>v 0.601847 13.934250 -0.647092</w:t>
        <w:br/>
        <w:t>v 0.601847 13.934250 -0.647092</w:t>
        <w:br/>
        <w:t>v 0.565495 13.962353 -0.655690</w:t>
        <w:br/>
        <w:t>v 0.591418 13.913871 -0.687955</w:t>
        <w:br/>
        <w:t>v 0.554492 13.940902 -0.695259</w:t>
        <w:br/>
        <w:t>v 0.554492 13.940902 -0.695259</w:t>
        <w:br/>
        <w:t>v 0.591418 13.913871 -0.687955</w:t>
        <w:br/>
        <w:t>v 0.573450 13.972610 -0.657227</w:t>
        <w:br/>
        <w:t>v 0.565495 13.962353 -0.655690</w:t>
        <w:br/>
        <w:t>v 0.554492 13.940902 -0.695259</w:t>
        <w:br/>
        <w:t>v 0.568695 13.963013 -0.705830</w:t>
        <w:br/>
        <w:t>v 0.554492 13.940902 -0.695259</w:t>
        <w:br/>
        <w:t>v 0.591418 13.913871 -0.687955</w:t>
        <w:br/>
        <w:t>v 0.601847 13.934250 -0.647092</w:t>
        <w:br/>
        <w:t>v 0.591418 13.913871 -0.687955</w:t>
        <w:br/>
        <w:t>v 0.601847 13.934250 -0.647092</w:t>
        <w:br/>
        <w:t>v -0.186035 14.676685 -0.552130</w:t>
        <w:br/>
        <w:t>v -0.166009 14.654667 -0.507945</w:t>
        <w:br/>
        <w:t>v -0.166009 14.654667 -0.507945</w:t>
        <w:br/>
        <w:t>v -0.189059 14.596834 -0.506091</w:t>
        <w:br/>
        <w:t>v -0.189059 14.596834 -0.506091</w:t>
        <w:br/>
        <w:t>v -0.207598 14.618332 -0.551103</w:t>
        <w:br/>
        <w:t>v -0.207598 14.618332 -0.551103</w:t>
        <w:br/>
        <w:t>v -0.186035 14.676685 -0.552130</w:t>
        <w:br/>
        <w:t>v 0.215318 14.362598 -0.562292</w:t>
        <w:br/>
        <w:t>v 0.201719 14.359480 -0.608593</w:t>
        <w:br/>
        <w:t>v 0.199046 14.306587 -0.555703</w:t>
        <w:br/>
        <w:t>v 0.215318 14.362598 -0.562292</w:t>
        <w:br/>
        <w:t>v 0.199046 14.306587 -0.555703</w:t>
        <w:br/>
        <w:t>v 0.181048 14.308245 -0.602911</w:t>
        <w:br/>
        <w:t>v 0.181048 14.308245 -0.602911</w:t>
        <w:br/>
        <w:t>v 0.201719 14.359480 -0.608593</w:t>
        <w:br/>
        <w:t>v 0.846811 13.699717 -0.730964</w:t>
        <w:br/>
        <w:t>v 0.852841 13.728950 -0.775778</w:t>
        <w:br/>
        <w:t>v 0.811768 13.744666 -0.770513</w:t>
        <w:br/>
        <w:t>v 0.808503 13.720046 -0.743509</w:t>
        <w:br/>
        <w:t>v 0.820130 13.689090 -0.688130</w:t>
        <w:br/>
        <w:t>v 0.793675 13.707378 -0.717144</w:t>
        <w:br/>
        <w:t>v 0.864627 13.763232 -0.759796</w:t>
        <w:br/>
        <w:t>v 0.852841 13.728950 -0.775778</w:t>
        <w:br/>
        <w:t>v 0.846811 13.699717 -0.730964</w:t>
        <w:br/>
        <w:t>v 0.860507 13.736418 -0.722470</w:t>
        <w:br/>
        <w:t>v 0.820130 13.689090 -0.688130</w:t>
        <w:br/>
        <w:t>v 0.837860 13.724690 -0.686695</w:t>
        <w:br/>
        <w:t>v 0.823425 13.778579 -0.753755</w:t>
        <w:br/>
        <w:t>v 0.864627 13.763232 -0.759796</w:t>
        <w:br/>
        <w:t>v 0.860507 13.736418 -0.722470</w:t>
        <w:br/>
        <w:t>v 0.821753 13.756281 -0.734358</w:t>
        <w:br/>
        <w:t>v 0.837860 13.724690 -0.686695</w:t>
        <w:br/>
        <w:t>v 0.811009 13.743354 -0.715193</w:t>
        <w:br/>
        <w:t>v 0.793675 13.707378 -0.717144</w:t>
        <w:br/>
        <w:t>v 0.808503 13.720046 -0.743509</w:t>
        <w:br/>
        <w:t>v 0.821753 13.756281 -0.734358</w:t>
        <w:br/>
        <w:t>v 0.811009 13.743354 -0.715193</w:t>
        <w:br/>
        <w:t>v 0.823425 13.778579 -0.753755</w:t>
        <w:br/>
        <w:t>v 0.811768 13.744666 -0.770513</w:t>
        <w:br/>
        <w:t>v 0.841779 13.812272 -0.783002</w:t>
        <w:br/>
        <w:t>v 0.824283 13.795293 -0.809465</w:t>
        <w:br/>
        <w:t>v 0.822811 13.795422 -0.758533</w:t>
        <w:br/>
        <w:t>v 0.841779 13.812272 -0.783002</w:t>
        <w:br/>
        <w:t>v 0.822811 13.795422 -0.758533</w:t>
        <w:br/>
        <w:t>v 0.800616 13.777474 -0.782122</w:t>
        <w:br/>
        <w:t>v 0.800616 13.777474 -0.782122</w:t>
        <w:br/>
        <w:t>v 0.824283 13.795293 -0.809465</w:t>
        <w:br/>
        <w:t>v 0.647306 13.839157 -0.638515</w:t>
        <w:br/>
        <w:t>v 0.640107 13.840618 -0.673208</w:t>
        <w:br/>
        <w:t>v 0.561597 13.953462 -0.695363</w:t>
        <w:br/>
        <w:t>v 0.564775 13.956125 -0.662136</w:t>
        <w:br/>
        <w:t>v 0.640107 13.840618 -0.673208</w:t>
        <w:br/>
        <w:t>v 0.668019 13.867768 -0.675029</w:t>
        <w:br/>
        <w:t>v 0.591372 13.978826 -0.697783</w:t>
        <w:br/>
        <w:t>v 0.561597 13.953462 -0.695363</w:t>
        <w:br/>
        <w:t>v 0.591372 13.978826 -0.697783</w:t>
        <w:br/>
        <w:t>v 0.668019 13.867768 -0.675029</w:t>
        <w:br/>
        <w:t>v 0.675100 13.866295 -0.640321</w:t>
        <w:br/>
        <w:t>v 0.596629 13.981213 -0.664971</w:t>
        <w:br/>
        <w:t>v 0.596629 13.981213 -0.664971</w:t>
        <w:br/>
        <w:t>v 0.675100 13.866295 -0.640321</w:t>
        <w:br/>
        <w:t>v 0.647306 13.839157 -0.638515</w:t>
        <w:br/>
        <w:t>v 0.564775 13.956125 -0.662136</w:t>
        <w:br/>
        <w:t>v 0.772215 13.702284 -0.666692</w:t>
        <w:br/>
        <w:t>v 0.697494 13.765566 -0.641895</w:t>
        <w:br/>
        <w:t>v 0.723181 13.794584 -0.642937</w:t>
        <w:br/>
        <w:t>v 0.792759 13.735588 -0.665902</w:t>
        <w:br/>
        <w:t>v 0.772215 13.702284 -0.666692</w:t>
        <w:br/>
        <w:t>v 0.752024 13.714957 -0.696949</w:t>
        <w:br/>
        <w:t>v 0.688365 13.768784 -0.675876</w:t>
        <w:br/>
        <w:t>v 0.697494 13.765566 -0.641895</w:t>
        <w:br/>
        <w:t>v 0.752024 13.714957 -0.696949</w:t>
        <w:br/>
        <w:t>v 0.772626 13.748394 -0.696437</w:t>
        <w:br/>
        <w:t>v 0.714164 13.797844 -0.677114</w:t>
        <w:br/>
        <w:t>v 0.688365 13.768784 -0.675876</w:t>
        <w:br/>
        <w:t>v 0.792759 13.735588 -0.665902</w:t>
        <w:br/>
        <w:t>v 0.723181 13.794584 -0.642937</w:t>
        <w:br/>
        <w:t>v 0.714164 13.797844 -0.677114</w:t>
        <w:br/>
        <w:t>v 0.772626 13.748394 -0.696437</w:t>
        <w:br/>
        <w:t>v 0.603297 13.964885 -0.751116</w:t>
        <w:br/>
        <w:t>v 0.705171 13.884670 -0.783247</w:t>
        <w:br/>
        <w:t>v 0.727812 13.901230 -0.758594</w:t>
        <w:br/>
        <w:t>v 0.631050 13.979676 -0.728440</w:t>
        <w:br/>
        <w:t>v 0.631050 13.979676 -0.728440</w:t>
        <w:br/>
        <w:t>v 0.727812 13.901230 -0.758594</w:t>
        <w:br/>
        <w:t>v 0.713030 13.879346 -0.732816</w:t>
        <w:br/>
        <w:t>v 0.622476 13.953316 -0.705222</w:t>
        <w:br/>
        <w:t>v 0.713030 13.879346 -0.732816</w:t>
        <w:br/>
        <w:t>v 0.690340 13.862832 -0.757483</w:t>
        <w:br/>
        <w:t>v 0.594339 13.938919 -0.727971</w:t>
        <w:br/>
        <w:t>v 0.622476 13.953316 -0.705222</w:t>
        <w:br/>
        <w:t>v 0.705171 13.884670 -0.783247</w:t>
        <w:br/>
        <w:t>v 0.603297 13.964885 -0.751116</w:t>
        <w:br/>
        <w:t>v 0.594339 13.938919 -0.727971</w:t>
        <w:br/>
        <w:t>v 0.690340 13.862832 -0.757483</w:t>
        <w:br/>
        <w:t>v 0.569008 13.994547 -0.708131</w:t>
        <w:br/>
        <w:t>v 0.584791 13.964720 -0.698236</w:t>
        <w:br/>
        <w:t>v 0.579706 14.012241 -0.676374</w:t>
        <w:br/>
        <w:t>v 0.569008 13.994547 -0.708131</w:t>
        <w:br/>
        <w:t>v 0.579706 14.012241 -0.676374</w:t>
        <w:br/>
        <w:t>v 0.596629 13.981213 -0.664971</w:t>
        <w:br/>
        <w:t>v 0.596629 13.981213 -0.664971</w:t>
        <w:br/>
        <w:t>v 0.584791 13.964720 -0.698236</w:t>
        <w:br/>
        <w:t>v 0.747791 13.678106 -0.795822</w:t>
        <w:br/>
        <w:t>v 0.776939 13.650741 -0.783982</w:t>
        <w:br/>
        <w:t>v 0.786002 13.669635 -0.845379</w:t>
        <w:br/>
        <w:t>v 0.751049 13.689599 -0.827452</w:t>
        <w:br/>
        <w:t>v 0.685710 13.750418 -0.733629</w:t>
        <w:br/>
        <w:t>v 0.706410 13.732728 -0.708937</w:t>
        <w:br/>
        <w:t>v 0.807766 13.697807 -0.827384</w:t>
        <w:br/>
        <w:t>v 0.786002 13.669635 -0.845379</w:t>
        <w:br/>
        <w:t>v 0.776939 13.650741 -0.783982</w:t>
        <w:br/>
        <w:t>v 0.800072 13.683654 -0.779375</w:t>
        <w:br/>
        <w:t>v 0.706410 13.732728 -0.708937</w:t>
        <w:br/>
        <w:t>v 0.734378 13.759904 -0.709244</w:t>
        <w:br/>
        <w:t>v 0.771199 13.711573 -0.791373</w:t>
        <w:br/>
        <w:t>v 0.772926 13.718030 -0.809127</w:t>
        <w:br/>
        <w:t>v 0.807766 13.697807 -0.827384</w:t>
        <w:br/>
        <w:t>v 0.800072 13.683654 -0.779375</w:t>
        <w:br/>
        <w:t>v 0.734378 13.759904 -0.709244</w:t>
        <w:br/>
        <w:t>v 0.713722 13.777623 -0.733966</w:t>
        <w:br/>
        <w:t>v 0.713722 13.777623 -0.733966</w:t>
        <w:br/>
        <w:t>v 0.685710 13.750418 -0.733629</w:t>
        <w:br/>
        <w:t>v 0.747791 13.678106 -0.795822</w:t>
        <w:br/>
        <w:t>v 0.771199 13.711573 -0.791373</w:t>
        <w:br/>
        <w:t>v 0.772926 13.718030 -0.809127</w:t>
        <w:br/>
        <w:t>v 0.771199 13.711573 -0.791373</w:t>
        <w:br/>
        <w:t>v 0.747791 13.678106 -0.795822</w:t>
        <w:br/>
        <w:t>v 0.751049 13.689599 -0.827452</w:t>
        <w:br/>
        <w:t>v 0.792218 13.745017 -0.859282</w:t>
        <w:br/>
        <w:t>v 0.767068 13.727708 -0.885760</w:t>
        <w:br/>
        <w:t>v 0.765733 13.739371 -0.820970</w:t>
        <w:br/>
        <w:t>v 0.792218 13.745017 -0.859282</w:t>
        <w:br/>
        <w:t>v 0.740144 13.722185 -0.847952</w:t>
        <w:br/>
        <w:t>v 0.765733 13.739371 -0.820970</w:t>
        <w:br/>
        <w:t>v 0.740144 13.722185 -0.847952</w:t>
        <w:br/>
        <w:t>v 0.767068 13.727708 -0.885760</w:t>
        <w:br/>
        <w:t>v 0.740144 13.722185 -0.847952</w:t>
        <w:br/>
        <w:t>v 0.701953 13.768828 -0.810086</w:t>
        <w:br/>
        <w:t>v 0.730308 13.782297 -0.786299</w:t>
        <w:br/>
        <w:t>v 0.765733 13.739371 -0.820970</w:t>
        <w:br/>
        <w:t>v 0.730308 13.782297 -0.786299</w:t>
        <w:br/>
        <w:t>v 0.750523 13.796296 -0.818074</w:t>
        <w:br/>
        <w:t>v 0.750523 13.796296 -0.818074</w:t>
        <w:br/>
        <w:t>v 0.722232 13.782806 -0.841863</w:t>
        <w:br/>
        <w:t>v 0.767068 13.727708 -0.885760</w:t>
        <w:br/>
        <w:t>v 0.792218 13.745017 -0.859282</w:t>
        <w:br/>
        <w:t>v 0.722232 13.782806 -0.841863</w:t>
        <w:br/>
        <w:t>v 0.701953 13.768828 -0.810086</w:t>
        <w:br/>
        <w:t>v 0.631732 13.825303 -0.651069</w:t>
        <w:br/>
        <w:t>v 0.620359 13.832255 -0.682101</w:t>
        <w:br/>
        <w:t>v 0.576985 13.887443 -0.668226</w:t>
        <w:br/>
        <w:t>v 0.583270 13.884755 -0.637279</w:t>
        <w:br/>
        <w:t>v 0.576985 13.887443 -0.668226</w:t>
        <w:br/>
        <w:t>v 0.620359 13.832255 -0.682101</w:t>
        <w:br/>
        <w:t>v 0.651575 13.853835 -0.684602</w:t>
        <w:br/>
        <w:t>v 0.608640 13.905064 -0.669087</w:t>
        <w:br/>
        <w:t>v 0.608640 13.905064 -0.669087</w:t>
        <w:br/>
        <w:t>v 0.651575 13.853835 -0.684602</w:t>
        <w:br/>
        <w:t>v 0.662870 13.846766 -0.653526</w:t>
        <w:br/>
        <w:t>v 0.614899 13.902274 -0.638124</w:t>
        <w:br/>
        <w:t>v 0.662870 13.846766 -0.653526</w:t>
        <w:br/>
        <w:t>v 0.631732 13.825303 -0.651069</w:t>
        <w:br/>
        <w:t>v 0.583270 13.884755 -0.637279</w:t>
        <w:br/>
        <w:t>v 0.614899 13.902274 -0.638124</w:t>
        <w:br/>
        <w:t>v 0.587642 13.941814 -0.702579</w:t>
        <w:br/>
        <w:t>v 0.653661 13.861366 -0.769313</w:t>
        <w:br/>
        <w:t>v 0.685389 13.870607 -0.748915</w:t>
        <w:br/>
        <w:t>v 0.622145 13.947590 -0.685168</w:t>
        <w:br/>
        <w:t>v 0.613593 13.919086 -0.664900</w:t>
        <w:br/>
        <w:t>v 0.622145 13.947590 -0.685168</w:t>
        <w:br/>
        <w:t>v 0.685389 13.870607 -0.748915</w:t>
        <w:br/>
        <w:t>v 0.671778 13.848288 -0.723783</w:t>
        <w:br/>
        <w:t>v 0.671778 13.848288 -0.723783</w:t>
        <w:br/>
        <w:t>v 0.640004 13.839083 -0.744127</w:t>
        <w:br/>
        <w:t>v 0.578924 13.913490 -0.682430</w:t>
        <w:br/>
        <w:t>v 0.613593 13.919086 -0.664900</w:t>
        <w:br/>
        <w:t>v 0.530972 13.946265 -0.666416</w:t>
        <w:br/>
        <w:t>v 0.529409 13.950291 -0.636009</w:t>
        <w:br/>
        <w:t>v 0.564775 13.956125 -0.662136</w:t>
        <w:br/>
        <w:t>v 0.530972 13.946265 -0.666416</w:t>
        <w:br/>
        <w:t>v 0.653661 13.861366 -0.769313</w:t>
        <w:br/>
        <w:t>v 0.587642 13.941814 -0.702579</w:t>
        <w:br/>
        <w:t>v 0.578924 13.913490 -0.682430</w:t>
        <w:br/>
        <w:t>v 0.640004 13.839083 -0.744127</w:t>
        <w:br/>
        <w:t>v 0.561057 13.962480 -0.633483</w:t>
        <w:br/>
        <w:t>v 0.564775 13.956125 -0.662136</w:t>
        <w:br/>
        <w:t>v 0.529409 13.950291 -0.636009</w:t>
        <w:br/>
        <w:t>v 0.561057 13.962480 -0.633483</w:t>
        <w:br/>
        <w:t>v 0.653289 14.015918 -0.709396</w:t>
        <w:br/>
        <w:t>v 0.624343 13.992170 -0.697208</w:t>
        <w:br/>
        <w:t>v 0.597825 13.994820 -0.710932</w:t>
        <w:br/>
        <w:t>v 0.612633 14.021997 -0.735131</w:t>
        <w:br/>
        <w:t>v 0.576212 13.992780 -0.711710</w:t>
        <w:br/>
        <w:t>v 0.561227 14.014586 -0.736642</w:t>
        <w:br/>
        <w:t>v 0.535271 13.983182 -0.699287</w:t>
        <w:br/>
        <w:t>v 0.517394 14.005351 -0.719656</w:t>
        <w:br/>
        <w:t>v 0.506630 13.974942 -0.686523</w:t>
        <w:br/>
        <w:t>v 0.496107 13.964630 -0.663982</w:t>
        <w:br/>
        <w:t>v 0.458533 13.974058 -0.658791</w:t>
        <w:br/>
        <w:t>v 0.477561 13.989993 -0.697147</w:t>
        <w:br/>
        <w:t>v 0.506495 13.952534 -0.631475</w:t>
        <w:br/>
        <w:t>v 0.474532 13.955467 -0.608869</w:t>
        <w:br/>
        <w:t>v 0.532903 13.949984 -0.618227</w:t>
        <w:br/>
        <w:t>v 0.515262 13.949604 -0.583542</w:t>
        <w:br/>
        <w:t>v 0.567110 13.955352 -0.622349</w:t>
        <w:br/>
        <w:t>v 0.567228 13.956968 -0.587593</w:t>
        <w:br/>
        <w:t>v 0.515262 13.949604 -0.583542</w:t>
        <w:br/>
        <w:t>v 0.532903 13.949984 -0.618227</w:t>
        <w:br/>
        <w:t>v 0.595668 13.962609 -0.632570</w:t>
        <w:br/>
        <w:t>v 0.610458 13.968356 -0.603926</w:t>
        <w:br/>
        <w:t>v 0.620979 13.970953 -0.646191</w:t>
        <w:br/>
        <w:t>v 0.634768 13.980123 -0.664807</w:t>
        <w:br/>
        <w:t>v 0.669309 13.997285 -0.659371</w:t>
        <w:br/>
        <w:t>v 0.648727 13.982033 -0.627357</w:t>
        <w:br/>
        <w:t>v 0.669487 13.987641 -0.729041</w:t>
        <w:br/>
        <w:t>v 0.653289 14.015918 -0.709396</w:t>
        <w:br/>
        <w:t>v 0.612633 14.021997 -0.735131</w:t>
        <w:br/>
        <w:t>v 0.623153 13.995101 -0.759804</w:t>
        <w:br/>
        <w:t>v 0.561227 14.014586 -0.736642</w:t>
        <w:br/>
        <w:t>v 0.564325 13.987645 -0.763273</w:t>
        <w:br/>
        <w:t>v 0.517394 14.005351 -0.719656</w:t>
        <w:br/>
        <w:t>v 0.514280 13.976314 -0.742962</w:t>
        <w:br/>
        <w:t>v 0.477561 13.989993 -0.697147</w:t>
        <w:br/>
        <w:t>v 0.458533 13.974058 -0.658791</w:t>
        <w:br/>
        <w:t>v 0.447448 13.939923 -0.671402</w:t>
        <w:br/>
        <w:t>v 0.468388 13.958888 -0.716749</w:t>
        <w:br/>
        <w:t>v 0.474532 13.955467 -0.608869</w:t>
        <w:br/>
        <w:t>v 0.465704 13.918734 -0.614465</w:t>
        <w:br/>
        <w:t>v 0.515262 13.949604 -0.583542</w:t>
        <w:br/>
        <w:t>v 0.512154 13.911465 -0.584179</w:t>
        <w:br/>
        <w:t>v 0.567228 13.956968 -0.587593</w:t>
        <w:br/>
        <w:t>v 0.571529 13.919532 -0.588102</w:t>
        <w:br/>
        <w:t>v 0.512154 13.911465 -0.584179</w:t>
        <w:br/>
        <w:t>v 0.515262 13.949604 -0.583542</w:t>
        <w:br/>
        <w:t>v 0.610458 13.968356 -0.603926</w:t>
        <w:br/>
        <w:t>v 0.620937 13.932582 -0.606943</w:t>
        <w:br/>
        <w:t>v 0.648727 13.982033 -0.627357</w:t>
        <w:br/>
        <w:t>v 0.669309 13.997285 -0.659371</w:t>
        <w:br/>
        <w:t>v 0.687737 13.966396 -0.671982</w:t>
        <w:br/>
        <w:t>v 0.664534 13.948581 -0.634521</w:t>
        <w:br/>
        <w:t>v 0.669487 13.987641 -0.729041</w:t>
        <w:br/>
        <w:t>v 0.623153 13.995101 -0.759804</w:t>
        <w:br/>
        <w:t>v 0.608244 13.967830 -0.735888</w:t>
        <w:br/>
        <w:t>v 0.640724 13.963741 -0.717230</w:t>
        <w:br/>
        <w:t>v 0.564325 13.987645 -0.763273</w:t>
        <w:br/>
        <w:t>v 0.566373 13.969169 -0.734509</w:t>
        <w:br/>
        <w:t>v 0.514280 13.976314 -0.742962</w:t>
        <w:br/>
        <w:t>v 0.532209 13.954153 -0.722601</w:t>
        <w:br/>
        <w:t>v 0.497395 13.943740 -0.706519</w:t>
        <w:br/>
        <w:t>v 0.468388 13.958888 -0.716749</w:t>
        <w:br/>
        <w:t>v 0.447448 13.939923 -0.671402</w:t>
        <w:br/>
        <w:t>v 0.484791 13.930254 -0.676789</w:t>
        <w:br/>
        <w:t>v 0.465704 13.918734 -0.614465</w:t>
        <w:br/>
        <w:t>v 0.497548 13.915403 -0.636913</w:t>
        <w:br/>
        <w:t>v 0.512154 13.911465 -0.584179</w:t>
        <w:br/>
        <w:t>v 0.530023 13.911521 -0.618656</w:t>
        <w:br/>
        <w:t>v 0.512154 13.911465 -0.584179</w:t>
        <w:br/>
        <w:t>v 0.571529 13.919532 -0.588102</w:t>
        <w:br/>
        <w:t>v 0.571538 13.917772 -0.622798</w:t>
        <w:br/>
        <w:t>v 0.530023 13.911521 -0.618656</w:t>
        <w:br/>
        <w:t>v 0.620937 13.932582 -0.606943</w:t>
        <w:br/>
        <w:t>v 0.606133 13.926732 -0.635532</w:t>
        <w:br/>
        <w:t>v 0.636810 13.937234 -0.653134</w:t>
        <w:br/>
        <w:t>v 0.664534 13.948581 -0.634521</w:t>
        <w:br/>
        <w:t>v 0.687737 13.966396 -0.671982</w:t>
        <w:br/>
        <w:t>v 0.653543 13.948882 -0.677340</w:t>
        <w:br/>
        <w:t>v 0.640724 13.963741 -0.717230</w:t>
        <w:br/>
        <w:t>v 0.608244 13.967830 -0.735888</w:t>
        <w:br/>
        <w:t>v 0.597825 13.994820 -0.710932</w:t>
        <w:br/>
        <w:t>v 0.624343 13.992170 -0.697208</w:t>
        <w:br/>
        <w:t>v 0.566373 13.969169 -0.734509</w:t>
        <w:br/>
        <w:t>v 0.576212 13.992780 -0.711710</w:t>
        <w:br/>
        <w:t>v 0.532209 13.954153 -0.722601</w:t>
        <w:br/>
        <w:t>v 0.535271 13.983182 -0.699287</w:t>
        <w:br/>
        <w:t>v 0.506630 13.974942 -0.686523</w:t>
        <w:br/>
        <w:t>v 0.497395 13.943740 -0.706519</w:t>
        <w:br/>
        <w:t>v 0.484791 13.930254 -0.676789</w:t>
        <w:br/>
        <w:t>v 0.496107 13.964630 -0.663982</w:t>
        <w:br/>
        <w:t>v 0.497548 13.915403 -0.636913</w:t>
        <w:br/>
        <w:t>v 0.506495 13.952534 -0.631475</w:t>
        <w:br/>
        <w:t>v 0.530023 13.911521 -0.618656</w:t>
        <w:br/>
        <w:t>v 0.532903 13.949984 -0.618227</w:t>
        <w:br/>
        <w:t>v 0.567110 13.955352 -0.622349</w:t>
        <w:br/>
        <w:t>v 0.532903 13.949984 -0.618227</w:t>
        <w:br/>
        <w:t>v 0.530023 13.911521 -0.618656</w:t>
        <w:br/>
        <w:t>v 0.571538 13.917772 -0.622798</w:t>
        <w:br/>
        <w:t>v 0.606133 13.926732 -0.635532</w:t>
        <w:br/>
        <w:t>v 0.595668 13.962609 -0.632570</w:t>
        <w:br/>
        <w:t>v 0.620979 13.970953 -0.646191</w:t>
        <w:br/>
        <w:t>v 0.636810 13.937234 -0.653134</w:t>
        <w:br/>
        <w:t>v 0.653543 13.948882 -0.677340</w:t>
        <w:br/>
        <w:t>v 0.634768 13.980123 -0.664807</w:t>
        <w:br/>
        <w:t>v -0.148772 14.109339 1.516299</w:t>
        <w:br/>
        <w:t>v -0.081428 14.121017 1.514000</w:t>
        <w:br/>
        <w:t>v -0.080763 14.116964 1.490946</w:t>
        <w:br/>
        <w:t>v -0.142105 14.106236 1.493858</w:t>
        <w:br/>
        <w:t>v -0.121281 14.330101 1.465814</w:t>
        <w:br/>
        <w:t>v -0.121973 14.333944 1.488948</w:t>
        <w:br/>
        <w:t>v -0.189187 14.321802 1.483198</w:t>
        <w:br/>
        <w:t>v -0.182396 14.318867 1.460694</w:t>
        <w:br/>
        <w:t>v -0.055702 14.109848 1.428597</w:t>
        <w:br/>
        <w:t>v -0.055579 14.106518 1.411452</w:t>
        <w:br/>
        <w:t>v -0.144713 14.091595 1.431829</w:t>
        <w:br/>
        <w:t>v -0.134119 14.096933 1.448728</w:t>
        <w:br/>
        <w:t>v -0.104687 14.323917 1.407248</w:t>
        <w:br/>
        <w:t>v -0.104473 14.320915 1.389967</w:t>
        <w:br/>
        <w:t>v -0.012994 14.335268 1.397471</w:t>
        <w:br/>
        <w:t>v -0.018520 14.337736 1.414762</w:t>
        <w:br/>
        <w:t>v 0.009708 14.342602 1.417762</w:t>
        <w:br/>
        <w:t>v -0.015519 14.349340 1.475501</w:t>
        <w:br/>
        <w:t>v -0.031168 14.344149 1.458090</w:t>
        <w:br/>
        <w:t>v 0.024918 14.126837 1.447524</w:t>
        <w:br/>
        <w:t>v 0.011730 14.128792 1.472154</w:t>
        <w:br/>
        <w:t>v 0.027335 14.134157 1.489490</w:t>
        <w:br/>
        <w:t>v 0.047705 14.130375 1.448435</w:t>
        <w:br/>
        <w:t>v -0.220174 14.313845 1.461212</w:t>
        <w:br/>
        <w:t>v -0.220991 14.307884 1.423013</w:t>
        <w:br/>
        <w:t>v -0.197641 14.312069 1.429236</w:t>
        <w:br/>
        <w:t>v -0.199672 14.314512 1.450169</w:t>
        <w:br/>
        <w:t>v -0.158428 14.097673 1.471160</w:t>
        <w:br/>
        <w:t>v -0.181408 14.093067 1.465098</w:t>
        <w:br/>
        <w:t>v -0.180541 14.100414 1.496370</w:t>
        <w:br/>
        <w:t>v -0.160329 14.101217 1.485279</w:t>
        <w:br/>
        <w:t>v -0.184716 14.311342 1.413175</w:t>
        <w:br/>
        <w:t>v -0.195577 14.306494 1.396078</w:t>
        <w:br/>
        <w:t>v 0.033894 14.120407 1.402883</w:t>
        <w:br/>
        <w:t>v 0.023044 14.121822 1.420205</w:t>
        <w:br/>
        <w:t>v -0.021053 14.126051 1.481511</w:t>
        <w:br/>
        <w:t>v -0.015687 14.131079 1.505171</w:t>
        <w:br/>
        <w:t>v -0.056345 14.344564 1.488547</w:t>
        <w:br/>
        <w:t>v -0.061732 14.339752 1.464813</w:t>
        <w:br/>
        <w:t>v -0.189187 14.321802 1.483198</w:t>
        <w:br/>
        <w:t>v -0.148772 14.109339 1.516299</w:t>
        <w:br/>
        <w:t>v -0.180541 14.100414 1.496370</w:t>
        <w:br/>
        <w:t>v -0.220174 14.313845 1.461212</w:t>
        <w:br/>
        <w:t>v -0.121973 14.333944 1.488948</w:t>
        <w:br/>
        <w:t>v -0.081428 14.121017 1.514000</w:t>
        <w:br/>
        <w:t>v -0.056345 14.344564 1.488547</w:t>
        <w:br/>
        <w:t>v -0.015687 14.131079 1.505171</w:t>
        <w:br/>
        <w:t>v 0.027335 14.134157 1.489490</w:t>
        <w:br/>
        <w:t>v -0.015519 14.349340 1.475501</w:t>
        <w:br/>
        <w:t>v 0.047705 14.130375 1.448435</w:t>
        <w:br/>
        <w:t>v 0.009708 14.342602 1.417762</w:t>
        <w:br/>
        <w:t>v 0.033894 14.120407 1.402883</w:t>
        <w:br/>
        <w:t>v -0.012994 14.335268 1.397471</w:t>
        <w:br/>
        <w:t>v -0.220991 14.307884 1.423013</w:t>
        <w:br/>
        <w:t>v -0.181408 14.093067 1.465098</w:t>
        <w:br/>
        <w:t>v -0.144713 14.091595 1.431829</w:t>
        <w:br/>
        <w:t>v -0.195577 14.306494 1.396078</w:t>
        <w:br/>
        <w:t>v -0.160329 14.101217 1.485279</w:t>
        <w:br/>
        <w:t>v -0.142105 14.106236 1.493858</w:t>
        <w:br/>
        <w:t>v -0.182396 14.318867 1.460694</w:t>
        <w:br/>
        <w:t>v -0.199672 14.314512 1.450169</w:t>
        <w:br/>
        <w:t>v -0.197641 14.312069 1.429236</w:t>
        <w:br/>
        <w:t>v -0.158428 14.097673 1.471160</w:t>
        <w:br/>
        <w:t>v -0.160329 14.101217 1.485279</w:t>
        <w:br/>
        <w:t>v -0.199672 14.314512 1.450169</w:t>
        <w:br/>
        <w:t>v -0.184716 14.311342 1.413175</w:t>
        <w:br/>
        <w:t>v -0.134119 14.096933 1.448728</w:t>
        <w:br/>
        <w:t>v -0.104687 14.323917 1.407248</w:t>
        <w:br/>
        <w:t>v -0.055702 14.109848 1.428597</w:t>
        <w:br/>
        <w:t>v -0.134119 14.096933 1.448728</w:t>
        <w:br/>
        <w:t>v -0.184716 14.311342 1.413175</w:t>
        <w:br/>
        <w:t>v 0.024918 14.126837 1.447524</w:t>
        <w:br/>
        <w:t>v 0.023044 14.121822 1.420205</w:t>
        <w:br/>
        <w:t>v -0.018520 14.337736 1.414762</w:t>
        <w:br/>
        <w:t>v -0.031168 14.344149 1.458090</w:t>
        <w:br/>
        <w:t>v 0.011730 14.128792 1.472154</w:t>
        <w:br/>
        <w:t>v -0.061732 14.339752 1.464813</w:t>
        <w:br/>
        <w:t>v -0.021053 14.126051 1.481511</w:t>
        <w:br/>
        <w:t>v 0.023044 14.121822 1.420205</w:t>
        <w:br/>
        <w:t>v -0.018520 14.337736 1.414762</w:t>
        <w:br/>
        <w:t>v -0.104473 14.320915 1.389967</w:t>
        <w:br/>
        <w:t>v -0.055579 14.106518 1.411452</w:t>
        <w:br/>
        <w:t>v -0.777511 13.986279 1.237375</w:t>
        <w:br/>
        <w:t>v -0.982594 13.956440 1.021793</w:t>
        <w:br/>
        <w:t>v -0.875418 14.277075 1.016979</w:t>
        <w:br/>
        <w:t>v -0.762884 14.301119 1.179862</w:t>
        <w:br/>
        <w:t>v -1.084279 14.285746 0.538544</w:t>
        <w:br/>
        <w:t>v -1.008406 14.268604 0.778672</w:t>
        <w:br/>
        <w:t>v -1.134124 13.942736 0.780607</w:t>
        <w:br/>
        <w:t>v -1.215884 13.959400 0.514612</w:t>
        <w:br/>
        <w:t>v -1.097525 14.081516 -0.178302</w:t>
        <w:br/>
        <w:t>v -1.032487 14.029877 -0.160488</w:t>
        <w:br/>
        <w:t>v -1.013387 14.038465 -0.195798</w:t>
        <w:br/>
        <w:t>v -1.058169 14.074085 -0.215021</w:t>
        <w:br/>
        <w:t>v -0.431275 14.276438 1.430572</w:t>
        <w:br/>
        <w:t>v -0.379608 14.285532 1.429959</w:t>
        <w:br/>
        <w:t>v -0.349666 14.081947 1.459368</w:t>
        <w:br/>
        <w:t>v -0.412334 14.066462 1.449687</w:t>
        <w:br/>
        <w:t>v -0.956647 13.938437 1.004859</w:t>
        <w:br/>
        <w:t>v -0.754333 13.973867 1.213069</w:t>
        <w:br/>
        <w:t>v -0.742658 14.320719 1.156282</w:t>
        <w:br/>
        <w:t>v -0.852395 14.297937 0.999622</w:t>
        <w:br/>
        <w:t>v -1.182982 13.934151 0.512817</w:t>
        <w:br/>
        <w:t>v -1.106962 13.921211 0.769015</w:t>
        <w:br/>
        <w:t>v -0.977651 14.286358 0.766804</w:t>
        <w:br/>
        <w:t>v -1.044863 14.301586 0.534967</w:t>
        <w:br/>
        <w:t>v -0.364153 14.291433 1.364372</w:t>
        <w:br/>
        <w:t>v -0.404331 14.289392 1.329925</w:t>
        <w:br/>
        <w:t>v -0.380598 14.051186 1.360196</w:t>
        <w:br/>
        <w:t>v -0.333352 14.070169 1.379470</w:t>
        <w:br/>
        <w:t>v -0.754333 13.973867 1.213069</w:t>
        <w:br/>
        <w:t>v -0.956647 13.938437 1.004859</w:t>
        <w:br/>
        <w:t>v -0.982594 13.956440 1.021793</w:t>
        <w:br/>
        <w:t>v -0.777511 13.986279 1.237375</w:t>
        <w:br/>
        <w:t>v -0.852395 14.297937 0.999622</w:t>
        <w:br/>
        <w:t>v -0.742658 14.320719 1.156282</w:t>
        <w:br/>
        <w:t>v -1.182982 13.934151 0.512817</w:t>
        <w:br/>
        <w:t>v -1.215884 13.959400 0.514612</w:t>
        <w:br/>
        <w:t>v -1.134124 13.942736 0.780607</w:t>
        <w:br/>
        <w:t>v -1.106962 13.921211 0.769015</w:t>
        <w:br/>
        <w:t>v -1.044863 14.301586 0.534967</w:t>
        <w:br/>
        <w:t>v -0.977651 14.286358 0.766804</w:t>
        <w:br/>
        <w:t>v -0.942061 14.251303 -0.126360</w:t>
        <w:br/>
        <w:t>v -0.927418 14.245779 -0.103223</w:t>
        <w:br/>
        <w:t>v -0.989305 14.259596 -0.133615</w:t>
        <w:br/>
        <w:t>v -0.312100 14.082748 1.409725</w:t>
        <w:br/>
        <w:t>v -0.348638 14.293018 1.398529</w:t>
        <w:br/>
        <w:t>v -0.364153 14.291433 1.364372</w:t>
        <w:br/>
        <w:t>v -0.381579 14.287428 1.372285</w:t>
        <w:br/>
        <w:t>v -0.417335 14.285391 1.344619</w:t>
        <w:br/>
        <w:t>v -0.404331 14.289392 1.329925</w:t>
        <w:br/>
        <w:t>v -0.509987 14.287506 1.299421</w:t>
        <w:br/>
        <w:t>v -0.548534 14.275757 1.307114</w:t>
        <w:br/>
        <w:t>v -0.530303 14.291233 1.280816</w:t>
        <w:br/>
        <w:t>v -0.379608 14.285532 1.429959</w:t>
        <w:br/>
        <w:t>v -0.431275 14.276438 1.430572</w:t>
        <w:br/>
        <w:t>v -0.435070 14.282318 1.410105</w:t>
        <w:br/>
        <w:t>v -0.395128 14.286514 1.408536</w:t>
        <w:br/>
        <w:t>v -0.348638 14.293018 1.398529</w:t>
        <w:br/>
        <w:t>v -0.372491 14.289604 1.384864</w:t>
        <w:br/>
        <w:t>v -0.387226 14.054939 1.375163</w:t>
        <w:br/>
        <w:t>v -0.345544 14.068848 1.389464</w:t>
        <w:br/>
        <w:t>v -0.333352 14.070169 1.379470</w:t>
        <w:br/>
        <w:t>v -0.380598 14.051186 1.360196</w:t>
        <w:br/>
        <w:t>v -0.312100 14.082748 1.409725</w:t>
        <w:br/>
        <w:t>v -0.333683 14.078028 1.405079</w:t>
        <w:br/>
        <w:t>v -0.410463 14.059978 1.434548</w:t>
        <w:br/>
        <w:t>v -0.412334 14.066462 1.449687</w:t>
        <w:br/>
        <w:t>v -0.349666 14.081947 1.459368</w:t>
        <w:br/>
        <w:t>v -0.361190 14.073334 1.441657</w:t>
        <w:br/>
        <w:t>v -0.502363 14.042498 1.349306</w:t>
        <w:br/>
        <w:t>v -0.525841 14.035280 1.328397</w:t>
        <w:br/>
        <w:t>v -0.540682 14.043663 1.357119</w:t>
        <w:br/>
        <w:t>v -0.345544 14.068848 1.389464</w:t>
        <w:br/>
        <w:t>v -0.381579 14.287428 1.372285</w:t>
        <w:br/>
        <w:t>v -0.372491 14.289604 1.384864</w:t>
        <w:br/>
        <w:t>v -0.333683 14.078028 1.405079</w:t>
        <w:br/>
        <w:t>v -0.387226 14.054939 1.375163</w:t>
        <w:br/>
        <w:t>v -0.417335 14.285391 1.344619</w:t>
        <w:br/>
        <w:t>v -0.395128 14.286514 1.408536</w:t>
        <w:br/>
        <w:t>v -0.435070 14.282318 1.410105</w:t>
        <w:br/>
        <w:t>v -0.410463 14.059978 1.434548</w:t>
        <w:br/>
        <w:t>v -0.361190 14.073334 1.441657</w:t>
        <w:br/>
        <w:t>v -0.319030 14.085352 1.441297</w:t>
        <w:br/>
        <w:t>v -0.337366 14.078266 1.429589</w:t>
        <w:br/>
        <w:t>v -0.379096 14.289196 1.403114</w:t>
        <w:br/>
        <w:t>v -0.337366 14.078266 1.429589</w:t>
        <w:br/>
        <w:t>v -0.355268 14.290777 1.417924</w:t>
        <w:br/>
        <w:t>v -0.379096 14.289196 1.403114</w:t>
        <w:br/>
        <w:t>v -0.319030 14.085352 1.441297</w:t>
        <w:br/>
        <w:t>v -0.355268 14.290777 1.417924</w:t>
        <w:br/>
        <w:t>v -0.475867 14.051828 1.405712</w:t>
        <w:br/>
        <w:t>v -0.463157 14.047525 1.395376</w:t>
        <w:br/>
        <w:t>v -0.463157 14.047525 1.395376</w:t>
        <w:br/>
        <w:t>v -0.481413 14.282398 1.369530</w:t>
        <w:br/>
        <w:t>v -0.481413 14.282398 1.369530</w:t>
        <w:br/>
        <w:t>v -0.492697 14.271864 1.382218</w:t>
        <w:br/>
        <w:t>v -0.475867 14.051828 1.405712</w:t>
        <w:br/>
        <w:t>v -0.577195 14.325655 1.241822</w:t>
        <w:br/>
        <w:t>v -0.593506 14.305454 1.269189</w:t>
        <w:br/>
        <w:t>v -0.569736 13.989637 1.318346</w:t>
        <w:br/>
        <w:t>v -0.577195 14.325655 1.241822</w:t>
        <w:br/>
        <w:t>v -0.586085 13.999104 1.348518</w:t>
        <w:br/>
        <w:t>v -0.569736 13.989637 1.318346</w:t>
        <w:br/>
        <w:t>v -0.586085 13.999104 1.348518</w:t>
        <w:br/>
        <w:t>v -1.060452 14.322203 0.285086</w:t>
        <w:br/>
        <w:t>v -1.097646 14.311171 0.277656</w:t>
        <w:br/>
        <w:t>v -1.016033 14.324896 -0.015339</w:t>
        <w:br/>
        <w:t>v -0.982923 14.333534 0.000686</w:t>
        <w:br/>
        <w:t>v -1.120928 14.026836 -0.093460</w:t>
        <w:br/>
        <w:t>v -1.223749 13.966276 0.213367</w:t>
        <w:br/>
        <w:t>v -1.060452 14.322203 0.285086</w:t>
        <w:br/>
        <w:t>v -1.005828 14.261341 -0.039295</w:t>
        <w:br/>
        <w:t>v -1.223749 13.966276 0.213367</w:t>
        <w:br/>
        <w:t>v -1.151878 13.988008 -0.059322</w:t>
        <w:br/>
        <w:t>v -1.175087 14.014605 -0.069726</w:t>
        <w:br/>
        <w:t>v -1.251985 13.994066 0.210308</w:t>
        <w:br/>
        <w:t>v -1.045311 14.259600 -0.054842</w:t>
        <w:br/>
        <w:t>v -1.251985 13.994066 0.210308</w:t>
        <w:br/>
        <w:t>v -1.142403 14.056530 -0.106447</w:t>
        <w:br/>
        <w:t>v -1.120928 14.026836 -0.093460</w:t>
        <w:br/>
        <w:t>v -1.142403 14.056530 -0.106447</w:t>
        <w:br/>
        <w:t>v -1.045311 14.259600 -0.054842</w:t>
        <w:br/>
        <w:t>v -1.005828 14.261341 -0.039295</w:t>
        <w:br/>
        <w:t>v -0.982923 14.333534 0.000686</w:t>
        <w:br/>
        <w:t>v -1.016033 14.324896 -0.015339</w:t>
        <w:br/>
        <w:t>v -0.941371 14.247618 -0.082326</w:t>
        <w:br/>
        <w:t>v -1.005828 14.261341 -0.039295</w:t>
        <w:br/>
        <w:t>v -1.045311 14.259600 -0.054842</w:t>
        <w:br/>
        <w:t>v -1.021445 14.261120 -0.109767</w:t>
        <w:br/>
        <w:t>v -0.941371 14.247618 -0.082326</w:t>
        <w:br/>
        <w:t>v -1.032487 14.029877 -0.160488</w:t>
        <w:br/>
        <w:t>v -1.021445 14.261120 -0.109767</w:t>
        <w:br/>
        <w:t>v -1.097525 14.081516 -0.178302</w:t>
        <w:br/>
        <w:t>v -0.989305 14.259596 -0.133615</w:t>
        <w:br/>
        <w:t>v -1.058169 14.074085 -0.215021</w:t>
        <w:br/>
        <w:t>v -0.942061 14.251303 -0.126360</w:t>
        <w:br/>
        <w:t>v -1.021515 14.052967 -0.218565</w:t>
        <w:br/>
        <w:t>v -0.927418 14.245779 -0.103223</w:t>
        <w:br/>
        <w:t>v -1.013387 14.038465 -0.195798</w:t>
        <w:br/>
        <w:t>v -0.927418 14.245779 -0.103223</w:t>
        <w:br/>
        <w:t>v -1.013387 14.038465 -0.195798</w:t>
        <w:br/>
        <w:t>v -1.021515 14.052967 -0.218565</w:t>
        <w:br/>
        <w:t>v -0.460693 14.291674 1.298867</w:t>
        <w:br/>
        <w:t>v -0.530303 14.291233 1.280816</w:t>
        <w:br/>
        <w:t>v -0.525841 14.035280 1.328397</w:t>
        <w:br/>
        <w:t>v -0.445487 14.042255 1.339529</w:t>
        <w:br/>
        <w:t>v -0.460693 14.291674 1.298867</w:t>
        <w:br/>
        <w:t>v -0.463601 14.284645 1.315134</w:t>
        <w:br/>
        <w:t>v -0.463601 14.284645 1.315134</w:t>
        <w:br/>
        <w:t>v -0.445230 14.047373 1.358292</w:t>
        <w:br/>
        <w:t>v -0.502363 14.042498 1.349306</w:t>
        <w:br/>
        <w:t>v -0.509987 14.287506 1.299421</w:t>
        <w:br/>
        <w:t>v -0.445487 14.042255 1.339529</w:t>
        <w:br/>
        <w:t>v -0.445230 14.047373 1.358292</w:t>
        <w:br/>
        <w:t>v -0.509987 14.287506 1.299421</w:t>
        <w:br/>
        <w:t>v -0.502363 14.042498 1.349306</w:t>
        <w:br/>
        <w:t>v -0.540682 14.043663 1.357119</w:t>
        <w:br/>
        <w:t>v -0.548534 14.275757 1.307114</w:t>
        <w:br/>
        <w:t>v -1.175087 14.014605 -0.069726</w:t>
        <w:br/>
        <w:t>v -0.982923 14.333534 0.000686</w:t>
        <w:br/>
        <w:t>v -1.151878 13.988008 -0.059322</w:t>
        <w:br/>
        <w:t>v -0.348638 14.293018 1.398529</w:t>
        <w:br/>
        <w:t>v -0.312100 14.082748 1.409725</w:t>
        <w:br/>
        <w:t>v -0.195577 14.306494 1.396078</w:t>
        <w:br/>
        <w:t>v -0.144713 14.091595 1.431829</w:t>
        <w:br/>
        <w:t>v -0.061732 14.339752 1.464813</w:t>
        <w:br/>
        <w:t>v -0.121281 14.330101 1.465814</w:t>
        <w:br/>
        <w:t>v -0.080763 14.116964 1.490946</w:t>
        <w:br/>
        <w:t>v -0.021053 14.126051 1.481511</w:t>
        <w:br/>
        <w:t>v -0.956152 14.267860 -0.014884</w:t>
        <w:br/>
        <w:t>v -1.060264 13.999321 -0.126077</w:t>
        <w:br/>
        <w:t>v -1.102304 14.025345 -0.163343</w:t>
        <w:br/>
        <w:t>v -0.997599 14.293734 -0.051340</w:t>
        <w:br/>
        <w:t>v -0.960768 14.328909 -0.064715</w:t>
        <w:br/>
        <w:t>v -0.816899 14.342518 -0.232839</w:t>
        <w:br/>
        <w:t>v -0.778157 14.316624 -0.196320</w:t>
        <w:br/>
        <w:t>v -0.921439 14.303062 -0.028454</w:t>
        <w:br/>
        <w:t>v -0.859858 14.016554 -0.346244</w:t>
        <w:br/>
        <w:t>v -0.760954 14.285948 -0.239184</w:t>
        <w:br/>
        <w:t>v -0.801854 14.311897 -0.275994</w:t>
        <w:br/>
        <w:t>v -0.901987 14.042601 -0.383625</w:t>
        <w:br/>
        <w:t>v -0.939597 14.007235 -0.368724</w:t>
        <w:br/>
        <w:t>v -1.089144 13.994478 -0.205184</w:t>
        <w:br/>
        <w:t>v -1.047052 13.968430 -0.167843</w:t>
        <w:br/>
        <w:t>v -0.897450 13.981186 -0.331337</w:t>
        <w:br/>
        <w:t>v -0.894568 14.035032 -0.290742</w:t>
        <w:br/>
        <w:t>v -0.810683 14.260164 -0.201136</w:t>
        <w:br/>
        <w:t>v -0.760954 14.285948 -0.239184</w:t>
        <w:br/>
        <w:t>v -0.859858 14.016554 -0.346244</w:t>
        <w:br/>
        <w:t>v -0.924114 14.249811 -0.072232</w:t>
        <w:br/>
        <w:t>v -1.009536 14.025084 -0.164008</w:t>
        <w:br/>
        <w:t>v -1.060264 13.999321 -0.126077</w:t>
        <w:br/>
        <w:t>v -0.956152 14.267860 -0.014884</w:t>
        <w:br/>
        <w:t>v -0.965717 14.275715 -0.108863</w:t>
        <w:br/>
        <w:t>v -1.051577 14.051107 -0.201264</w:t>
        <w:br/>
        <w:t>v -1.009536 14.025084 -0.164008</w:t>
        <w:br/>
        <w:t>v -0.924114 14.249811 -0.072232</w:t>
        <w:br/>
        <w:t>v -0.852445 14.286112 -0.237994</w:t>
        <w:br/>
        <w:t>v -0.810683 14.260164 -0.201136</w:t>
        <w:br/>
        <w:t>v -0.894568 14.035032 -0.290742</w:t>
        <w:br/>
        <w:t>v -0.936675 14.061071 -0.328104</w:t>
        <w:br/>
        <w:t>v -0.936675 14.061071 -0.328104</w:t>
        <w:br/>
        <w:t>v -0.894568 14.035032 -0.290742</w:t>
        <w:br/>
        <w:t>v -1.009536 14.025084 -0.164008</w:t>
        <w:br/>
        <w:t>v -1.051577 14.051107 -0.201264</w:t>
        <w:br/>
        <w:t>v -0.810683 14.260164 -0.201136</w:t>
        <w:br/>
        <w:t>v -0.852445 14.286112 -0.237994</w:t>
        <w:br/>
        <w:t>v -0.965717 14.275715 -0.108863</w:t>
        <w:br/>
        <w:t>v -0.924114 14.249811 -0.072232</w:t>
        <w:br/>
        <w:t>v -1.051577 14.051107 -0.201264</w:t>
        <w:br/>
        <w:t>v -0.965717 14.275715 -0.108863</w:t>
        <w:br/>
        <w:t>v -0.997599 14.293734 -0.051340</w:t>
        <w:br/>
        <w:t>v -1.102304 14.025345 -0.163343</w:t>
        <w:br/>
        <w:t>v -0.897450 13.981186 -0.331337</w:t>
        <w:br/>
        <w:t>v -1.047052 13.968430 -0.167843</w:t>
        <w:br/>
        <w:t>v -0.852445 14.286112 -0.237994</w:t>
        <w:br/>
        <w:t>v -0.816899 14.342518 -0.232839</w:t>
        <w:br/>
        <w:t>v -0.960768 14.328909 -0.064715</w:t>
        <w:br/>
        <w:t>v -0.936675 14.061071 -0.328104</w:t>
        <w:br/>
        <w:t>v -0.901987 14.042601 -0.383625</w:t>
        <w:br/>
        <w:t>v -0.801854 14.311897 -0.275994</w:t>
        <w:br/>
        <w:t>v -0.921439 14.303062 -0.028454</w:t>
        <w:br/>
        <w:t>v -0.778157 14.316624 -0.196320</w:t>
        <w:br/>
        <w:t>v -1.089144 13.994478 -0.205184</w:t>
        <w:br/>
        <w:t>v -0.939597 14.007235 -0.368724</w:t>
        <w:br/>
        <w:t>v -1.058313 13.978441 -0.146172</w:t>
        <w:br/>
        <w:t>v -1.100385 14.004475 -0.183484</w:t>
        <w:br/>
        <w:t>v -0.979041 14.316238 -0.052827</w:t>
        <w:br/>
        <w:t>v -0.939058 14.290394 -0.016517</w:t>
        <w:br/>
        <w:t>v -0.956152 14.267860 -0.014884</w:t>
        <w:br/>
        <w:t>v -0.997599 14.293734 -0.051340</w:t>
        <w:br/>
        <w:t>v -0.804741 14.332628 -0.255157</w:t>
        <w:br/>
        <w:t>v -0.765225 14.306723 -0.218536</w:t>
        <w:br/>
        <w:t>v -0.877833 13.993868 -0.343786</w:t>
        <w:br/>
        <w:t>v -0.919966 14.019915 -0.381172</w:t>
        <w:br/>
        <w:t>v -1.100385 14.004475 -0.183484</w:t>
        <w:br/>
        <w:t>v -1.058313 13.978441 -0.146172</w:t>
        <w:br/>
        <w:t>v -0.979041 14.316238 -0.052827</w:t>
        <w:br/>
        <w:t>v -0.939058 14.290394 -0.016517</w:t>
        <w:br/>
        <w:t>v -0.804741 14.332628 -0.255157</w:t>
        <w:br/>
        <w:t>v -0.765225 14.306723 -0.218536</w:t>
        <w:br/>
        <w:t>v -0.919966 14.019915 -0.381172</w:t>
        <w:br/>
        <w:t>v -0.877833 13.993868 -0.343786</w:t>
        <w:br/>
        <w:t>v 0.731536 13.743025 1.342731</w:t>
        <w:br/>
        <w:t>v 0.836629 13.603871 1.220447</w:t>
        <w:br/>
        <w:t>v 0.868743 13.601161 1.249875</w:t>
        <w:br/>
        <w:t>v 0.763660 13.740490 1.372068</w:t>
        <w:br/>
        <w:t>v 0.834339 13.578954 1.283412</w:t>
        <w:br/>
        <w:t>v 0.802208 13.581663 1.253972</w:t>
        <w:br/>
        <w:t>v 0.753141 13.647290 1.310794</w:t>
        <w:br/>
        <w:t>v 0.785266 13.644603 1.340214</w:t>
        <w:br/>
        <w:t>v 0.834339 13.578954 1.283412</w:t>
        <w:br/>
        <w:t>v 0.705832 13.390445 1.397200</w:t>
        <w:br/>
        <w:t>v 0.673751 13.393168 1.367760</w:t>
        <w:br/>
        <w:t>v 0.802208 13.581663 1.253972</w:t>
        <w:br/>
        <w:t>v 0.708778 13.342283 1.389281</w:t>
        <w:br/>
        <w:t>v 0.868550 13.576717 1.247764</w:t>
        <w:br/>
        <w:t>v 0.836425 13.579426 1.218324</w:t>
        <w:br/>
        <w:t>v 0.676712 13.344992 1.359841</w:t>
        <w:br/>
        <w:t>v 0.705832 13.390445 1.397200</w:t>
        <w:br/>
        <w:t>v 0.834339 13.578954 1.283412</w:t>
        <w:br/>
        <w:t>v 0.868550 13.576717 1.247764</w:t>
        <w:br/>
        <w:t>v 0.708778 13.342283 1.389281</w:t>
        <w:br/>
        <w:t>v 0.676712 13.344992 1.359841</w:t>
        <w:br/>
        <w:t>v 0.836425 13.579426 1.218324</w:t>
        <w:br/>
        <w:t>v 0.802208 13.581663 1.253972</w:t>
        <w:br/>
        <w:t>v 0.673751 13.393168 1.367760</w:t>
        <w:br/>
        <w:t>v 0.836629 13.603871 1.220447</w:t>
        <w:br/>
        <w:t>v 0.731536 13.743025 1.342731</w:t>
        <w:br/>
        <w:t>v 0.753141 13.647290 1.310794</w:t>
        <w:br/>
        <w:t>v 0.785266 13.644603 1.340214</w:t>
        <w:br/>
        <w:t>v 0.763660 13.740490 1.372068</w:t>
        <w:br/>
        <w:t>v 0.868743 13.601161 1.249875</w:t>
        <w:br/>
        <w:t>v 0.586969 13.481416 1.528538</w:t>
        <w:br/>
        <w:t>v 0.691359 13.340821 1.407030</w:t>
        <w:br/>
        <w:t>v 0.659283 13.343544 1.377590</w:t>
        <w:br/>
        <w:t>v 0.555056 13.484124 1.499098</w:t>
        <w:br/>
        <w:t>v 0.705832 13.390445 1.397200</w:t>
        <w:br/>
        <w:t>v 0.656788 13.456147 1.453982</w:t>
        <w:br/>
        <w:t>v 0.624745 13.458856 1.424542</w:t>
        <w:br/>
        <w:t>v 0.673751 13.393168 1.367760</w:t>
        <w:br/>
        <w:t>v 0.606286 13.563855 1.517352</w:t>
        <w:br/>
        <w:t>v 0.574331 13.566542 1.487931</w:t>
        <w:br/>
        <w:t>v 0.669670 13.706372 1.403467</w:t>
        <w:br/>
        <w:t>v 0.701751 13.703804 1.432828</w:t>
        <w:br/>
        <w:t>v 0.714161 13.741622 1.360449</w:t>
        <w:br/>
        <w:t>v 0.669670 13.706372 1.403467</w:t>
        <w:br/>
        <w:t>v 0.656788 13.456147 1.453982</w:t>
        <w:br/>
        <w:t>v 0.785266 13.644603 1.340214</w:t>
        <w:br/>
        <w:t>v 0.753141 13.647290 1.310794</w:t>
        <w:br/>
        <w:t>v 0.624745 13.458856 1.424542</w:t>
        <w:br/>
        <w:t>v 0.587179 13.505846 1.530661</w:t>
        <w:br/>
        <w:t>v 0.606286 13.563855 1.517352</w:t>
        <w:br/>
        <w:t>v 0.656788 13.456147 1.453982</w:t>
        <w:br/>
        <w:t>v 0.555056 13.484124 1.499098</w:t>
        <w:br/>
        <w:t>v 0.659283 13.343544 1.377590</w:t>
        <w:br/>
        <w:t>v 0.624745 13.458856 1.424542</w:t>
        <w:br/>
        <w:t>v 0.586969 13.481416 1.528538</w:t>
        <w:br/>
        <w:t>v 0.691359 13.340821 1.407030</w:t>
        <w:br/>
        <w:t>v 0.746286 13.739093 1.389789</w:t>
        <w:br/>
        <w:t>v 0.714161 13.741622 1.360449</w:t>
        <w:br/>
        <w:t>v 0.555264 13.508570 1.501221</w:t>
        <w:br/>
        <w:t>v 0.587179 13.505846 1.530661</w:t>
        <w:br/>
        <w:t>v 0.708778 13.342283 1.389281</w:t>
        <w:br/>
        <w:t>v 0.676712 13.344992 1.359841</w:t>
        <w:br/>
        <w:t>v 0.746286 13.739093 1.389789</w:t>
        <w:br/>
        <w:t>v 0.555264 13.508570 1.501221</w:t>
        <w:br/>
        <w:t>v 0.573140 13.829371 1.324299</w:t>
        <w:br/>
        <w:t>v 0.648990 13.754071 1.240839</w:t>
        <w:br/>
        <w:t>v 0.675572 13.748565 1.269409</w:t>
        <w:br/>
        <w:t>v 0.599709 13.824125 1.352718</w:t>
        <w:br/>
        <w:t>v 0.436678 13.584697 1.443811</w:t>
        <w:br/>
        <w:t>v 0.512169 13.506482 1.361948</w:t>
        <w:br/>
        <w:t>v 0.485601 13.512177 1.333282</w:t>
        <w:br/>
        <w:t>v 0.410097 13.590381 1.415145</w:t>
        <w:br/>
        <w:t>v 0.648909 13.726039 1.287605</w:t>
        <w:br/>
        <w:t>v 0.622327 13.731570 1.259022</w:t>
        <w:br/>
        <w:t>v 0.571825 13.781971 1.314446</w:t>
        <w:br/>
        <w:t>v 0.598407 13.776612 1.342928</w:t>
        <w:br/>
        <w:t>v 0.527288 13.543444 1.356531</w:t>
        <w:br/>
        <w:t>v 0.477072 13.595515 1.411040</w:t>
        <w:br/>
        <w:t>v 0.450492 13.601205 1.382378</w:t>
        <w:br/>
        <w:t>v 0.500719 13.549137 1.327865</w:t>
        <w:br/>
        <w:t>v 0.455446 13.676662 1.447087</w:t>
        <w:br/>
        <w:t>v 0.428877 13.682236 1.418483</w:t>
        <w:br/>
        <w:t>v 0.503563 13.792673 1.377583</w:t>
        <w:br/>
        <w:t>v 0.530132 13.787340 1.406052</w:t>
        <w:br/>
        <w:t>v 0.450492 13.601205 1.382378</w:t>
        <w:br/>
        <w:t>v 0.428877 13.682236 1.418483</w:t>
        <w:br/>
        <w:t>v 0.414051 13.638477 1.421594</w:t>
        <w:br/>
        <w:t>v 0.477072 13.595515 1.411040</w:t>
        <w:br/>
        <w:t>v 0.598407 13.776612 1.342928</w:t>
        <w:br/>
        <w:t>v 0.571825 13.781971 1.314446</w:t>
        <w:br/>
        <w:t>v 0.450492 13.601205 1.382378</w:t>
        <w:br/>
        <w:t>v 0.648909 13.726039 1.287605</w:t>
        <w:br/>
        <w:t>v 0.527288 13.543444 1.356531</w:t>
        <w:br/>
        <w:t>v 0.500719 13.549137 1.327865</w:t>
        <w:br/>
        <w:t>v 0.622327 13.731570 1.259022</w:t>
        <w:br/>
        <w:t>v 0.533544 13.503835 1.343054</w:t>
        <w:br/>
        <w:t>v 0.681226 13.725676 1.259272</w:t>
        <w:br/>
        <w:t>v 0.654657 13.731236 1.230680</w:t>
        <w:br/>
        <w:t>v 0.506980 13.509530 1.314388</w:t>
        <w:br/>
        <w:t>v 0.440620 13.632827 1.450241</w:t>
        <w:br/>
        <w:t>v 0.455446 13.676662 1.447087</w:t>
        <w:br/>
        <w:t>v 0.477072 13.595515 1.411040</w:t>
        <w:br/>
        <w:t>v 0.573140 13.829371 1.324299</w:t>
        <w:br/>
        <w:t>v 0.571825 13.781971 1.314446</w:t>
        <w:br/>
        <w:t>v 0.622327 13.731570 1.259022</w:t>
        <w:br/>
        <w:t>v 0.648990 13.754071 1.240839</w:t>
        <w:br/>
        <w:t>v 0.648909 13.726039 1.287605</w:t>
        <w:br/>
        <w:t>v 0.598407 13.776612 1.342928</w:t>
        <w:br/>
        <w:t>v 0.599709 13.824125 1.352718</w:t>
        <w:br/>
        <w:t>v 0.675572 13.748565 1.269409</w:t>
        <w:br/>
        <w:t>v 0.506980 13.509530 1.314388</w:t>
        <w:br/>
        <w:t>v 0.654657 13.731236 1.230680</w:t>
        <w:br/>
        <w:t>v 0.500719 13.549137 1.327865</w:t>
        <w:br/>
        <w:t>v 0.436678 13.584697 1.443811</w:t>
        <w:br/>
        <w:t>v 0.527288 13.543444 1.356531</w:t>
        <w:br/>
        <w:t>v 0.512169 13.506482 1.361948</w:t>
        <w:br/>
        <w:t>v 0.681226 13.725676 1.259272</w:t>
        <w:br/>
        <w:t>v 0.533544 13.503835 1.343054</w:t>
        <w:br/>
        <w:t>v 0.410097 13.590381 1.415145</w:t>
        <w:br/>
        <w:t>v 0.485601 13.512177 1.333282</w:t>
        <w:br/>
        <w:t>v 0.567723 13.817873 1.379505</w:t>
        <w:br/>
        <w:t>v 0.541154 13.823122 1.351084</w:t>
        <w:br/>
        <w:t>v 0.681226 13.725676 1.259272</w:t>
        <w:br/>
        <w:t>v 0.654657 13.731236 1.230680</w:t>
        <w:br/>
        <w:t>v 0.440620 13.632827 1.450241</w:t>
        <w:br/>
        <w:t>v 0.414051 13.638477 1.421594</w:t>
        <w:br/>
        <w:t>v 0.533544 13.503835 1.343054</w:t>
        <w:br/>
        <w:t>v 0.506980 13.509530 1.314388</w:t>
        <w:br/>
        <w:t>v 0.567723 13.817873 1.379505</w:t>
        <w:br/>
        <w:t>v 0.541154 13.823122 1.351084</w:t>
        <w:br/>
        <w:t>v 1.260967 13.325016 -0.769369</w:t>
        <w:br/>
        <w:t>v 1.266541 13.353091 -0.741897</w:t>
        <w:br/>
        <w:t>v 1.216178 13.397857 -0.758926</w:t>
        <w:br/>
        <w:t>v 1.214299 13.380726 -0.774464</w:t>
        <w:br/>
        <w:t>v 1.214299 13.380726 -0.774464</w:t>
        <w:br/>
        <w:t>v 1.216178 13.397857 -0.758926</w:t>
        <w:br/>
        <w:t>v 1.173658 13.356698 -0.707527</w:t>
        <w:br/>
        <w:t>v 1.171816 13.339593 -0.723111</w:t>
        <w:br/>
        <w:t>v 1.227636 13.290519 -0.726385</w:t>
        <w:br/>
        <w:t>v 1.171816 13.339593 -0.723111</w:t>
        <w:br/>
        <w:t>v 1.173658 13.356698 -0.707527</w:t>
        <w:br/>
        <w:t>v 1.233036 13.318557 -0.698848</w:t>
        <w:br/>
        <w:t>v 1.260967 13.325016 -0.769369</w:t>
        <w:br/>
        <w:t>v 1.227636 13.290519 -0.726385</w:t>
        <w:br/>
        <w:t>v 1.233036 13.318557 -0.698848</w:t>
        <w:br/>
        <w:t>v 1.266541 13.353091 -0.741897</w:t>
        <w:br/>
        <w:t>v 1.197817 13.286351 -0.753956</w:t>
        <w:br/>
        <w:t>v 1.154616 13.307365 -0.772776</w:t>
        <w:br/>
        <w:t>v 1.127037 13.358768 -0.746533</w:t>
        <w:br/>
        <w:t>v 1.160289 13.332336 -0.738840</w:t>
        <w:br/>
        <w:t>v 1.160289 13.332336 -0.738840</w:t>
        <w:br/>
        <w:t>v 1.127037 13.358768 -0.746533</w:t>
        <w:br/>
        <w:t>v 1.169930 13.399986 -0.798028</w:t>
        <w:br/>
        <w:t>v 1.197134 13.379731 -0.790443</w:t>
        <w:br/>
        <w:t>v 1.232749 13.321198 -0.797433</w:t>
        <w:br/>
        <w:t>v 1.197134 13.379731 -0.790443</w:t>
        <w:br/>
        <w:t>v 1.169930 13.399986 -0.798028</w:t>
        <w:br/>
        <w:t>v 1.191279 13.342615 -0.816807</w:t>
        <w:br/>
        <w:t>v 1.154616 13.307365 -0.772776</w:t>
        <w:br/>
        <w:t>v 1.197817 13.286351 -0.753956</w:t>
        <w:br/>
        <w:t>v 1.232749 13.321198 -0.797433</w:t>
        <w:br/>
        <w:t>v 1.191279 13.342615 -0.816807</w:t>
        <w:br/>
        <w:t>v 1.212371 13.360842 -0.680610</w:t>
        <w:br/>
        <w:t>v 1.247588 13.395779 -0.724212</w:t>
        <w:br/>
        <w:t>v 1.154561 13.384870 -0.701103</w:t>
        <w:br/>
        <w:t>v 1.212371 13.360842 -0.680610</w:t>
        <w:br/>
        <w:t>v 1.197372 13.426101 -0.752605</w:t>
        <w:br/>
        <w:t>v 1.154561 13.384870 -0.701103</w:t>
        <w:br/>
        <w:t>v 1.247588 13.395779 -0.724212</w:t>
        <w:br/>
        <w:t>v 1.197372 13.426101 -0.752605</w:t>
        <w:br/>
        <w:t>v 0.891349 13.514470 -0.939997</w:t>
        <w:br/>
        <w:t>v 0.883111 13.557286 -0.912140</w:t>
        <w:br/>
        <w:t>v 0.846247 13.521967 -0.867965</w:t>
        <w:br/>
        <w:t>v 0.854509 13.479153 -0.895832</w:t>
        <w:br/>
        <w:t>v 1.058477 13.266685 -0.890335</w:t>
        <w:br/>
        <w:t>v 1.100961 13.256591 -0.861127</w:t>
        <w:br/>
        <w:t>v 1.137631 13.291850 -0.905174</w:t>
        <w:br/>
        <w:t>v 1.095164 13.301965 -0.934399</w:t>
        <w:br/>
        <w:t>v 1.213811 13.439524 -0.606328</w:t>
        <w:br/>
        <w:t>v 1.154561 13.384870 -0.701103</w:t>
        <w:br/>
        <w:t>v 1.197372 13.426101 -0.752605</w:t>
        <w:br/>
        <w:t>v 1.255753 13.480537 -0.657536</w:t>
        <w:br/>
        <w:t>v 1.255753 13.480537 -0.657536</w:t>
        <w:br/>
        <w:t>v 1.079398 13.664142 -0.662254</w:t>
        <w:br/>
        <w:t>v 1.036494 13.622872 -0.610652</w:t>
        <w:br/>
        <w:t>v 1.213811 13.439524 -0.606328</w:t>
        <w:br/>
        <w:t>v 1.010246 13.676496 -0.598366</w:t>
        <w:br/>
        <w:t>v 1.046962 13.711816 -0.642538</w:t>
        <w:br/>
        <w:t>v 1.154616 13.307365 -0.772776</w:t>
        <w:br/>
        <w:t>v 1.191279 13.342615 -0.816807</w:t>
        <w:br/>
        <w:t>v 1.259873 13.454465 -0.564595</w:t>
        <w:br/>
        <w:t>v 1.053429 13.666335 -0.569205</w:t>
        <w:br/>
        <w:t>v 1.090213 13.701650 -0.613355</w:t>
        <w:br/>
        <w:t>v 1.294294 13.489221 -0.607939</w:t>
        <w:br/>
        <w:t>v 1.212371 13.360842 -0.680610</w:t>
        <w:br/>
        <w:t>v 1.268569 13.411966 -0.592776</w:t>
        <w:br/>
        <w:t>v 1.301871 13.446449 -0.635762</w:t>
        <w:br/>
        <w:t>v 1.247588 13.395779 -0.724212</w:t>
        <w:br/>
        <w:t>v 1.259873 13.454465 -0.564595</w:t>
        <w:br/>
        <w:t>v 1.213811 13.439524 -0.606328</w:t>
        <w:br/>
        <w:t>v 1.036494 13.622872 -0.610652</w:t>
        <w:br/>
        <w:t>v 1.053429 13.666335 -0.569205</w:t>
        <w:br/>
        <w:t>v 0.846247 13.521967 -0.867965</w:t>
        <w:br/>
        <w:t>v 1.010246 13.676496 -0.598366</w:t>
        <w:br/>
        <w:t>v 0.893207 13.487811 -0.846217</w:t>
        <w:br/>
        <w:t>v 1.046962 13.711816 -0.642538</w:t>
        <w:br/>
        <w:t>v 1.010246 13.676496 -0.598366</w:t>
        <w:br/>
        <w:t>v 1.058477 13.266685 -0.890335</w:t>
        <w:br/>
        <w:t>v 0.854509 13.479153 -0.895832</w:t>
        <w:br/>
        <w:t>v 1.069401 13.304220 -0.841511</w:t>
        <w:br/>
        <w:t>v 1.095164 13.301965 -0.934399</w:t>
        <w:br/>
        <w:t>v 1.112319 13.345437 -0.893009</w:t>
        <w:br/>
        <w:t>v 0.936285 13.529078 -0.897820</w:t>
        <w:br/>
        <w:t>v 0.891349 13.514470 -0.939997</w:t>
        <w:br/>
        <w:t>v 1.046962 13.711816 -0.642538</w:t>
        <w:br/>
        <w:t>v 0.883111 13.557286 -0.912140</w:t>
        <w:br/>
        <w:t>v 1.079398 13.664142 -0.662254</w:t>
        <w:br/>
        <w:t>v 1.137631 13.291850 -0.905174</w:t>
        <w:br/>
        <w:t>v 1.100961 13.256591 -0.861127</w:t>
        <w:br/>
        <w:t>v 1.268569 13.411966 -0.592776</w:t>
        <w:br/>
        <w:t>v 1.079398 13.664142 -0.662254</w:t>
        <w:br/>
        <w:t>v 0.936285 13.529078 -0.897820</w:t>
        <w:br/>
        <w:t>v 0.893207 13.487811 -0.846217</w:t>
        <w:br/>
        <w:t>v 1.036494 13.622872 -0.610652</w:t>
        <w:br/>
        <w:t>v 1.090213 13.701650 -0.613355</w:t>
        <w:br/>
        <w:t>v 0.936285 13.529078 -0.897820</w:t>
        <w:br/>
        <w:t>v 1.112319 13.345437 -0.893009</w:t>
        <w:br/>
        <w:t>v 1.069401 13.304220 -0.841511</w:t>
        <w:br/>
        <w:t>v 0.893207 13.487811 -0.846217</w:t>
        <w:br/>
        <w:t>v 1.301871 13.446449 -0.635762</w:t>
        <w:br/>
        <w:t>v 1.294294 13.489221 -0.607939</w:t>
        <w:br/>
        <w:t>v 1.255753 13.480537 -0.657536</w:t>
        <w:br/>
        <w:t>v 1.112319 13.345437 -0.893009</w:t>
        <w:br/>
        <w:t>v 1.169930 13.399986 -0.798028</w:t>
        <w:br/>
        <w:t>v 1.127037 13.358768 -0.746533</w:t>
        <w:br/>
        <w:t>v 1.069401 13.304220 -0.841511</w:t>
        <w:br/>
        <w:t>v 0.867541 13.857265 -0.663497</w:t>
        <w:br/>
        <w:t>v 0.737326 13.736018 -0.875195</w:t>
        <w:br/>
        <w:t>v 0.703853 13.686236 -0.823860</w:t>
        <w:br/>
        <w:t>v 0.834323 13.807455 -0.612156</w:t>
        <w:br/>
        <w:t>v 0.834323 13.807455 -0.612156</w:t>
        <w:br/>
        <w:t>v 0.703853 13.686236 -0.823860</w:t>
        <w:br/>
        <w:t>v 0.644130 13.709458 -0.849197</w:t>
        <w:br/>
        <w:t>v 0.808464 13.862080 -0.582611</w:t>
        <w:br/>
        <w:t>v 0.672772 13.752068 -0.893142</w:t>
        <w:br/>
        <w:t>v 0.836905 13.904695 -0.626553</w:t>
        <w:br/>
        <w:t>v 0.808464 13.862080 -0.582611</w:t>
        <w:br/>
        <w:t>v 0.644130 13.709458 -0.849197</w:t>
        <w:br/>
        <w:t>v 0.737326 13.736018 -0.875195</w:t>
        <w:br/>
        <w:t>v 0.867541 13.857265 -0.663497</w:t>
        <w:br/>
        <w:t>v 0.836905 13.904695 -0.626553</w:t>
        <w:br/>
        <w:t>v 0.672772 13.752068 -0.893142</w:t>
        <w:br/>
        <w:t>v 0.814444 13.641669 -0.910425</w:t>
        <w:br/>
        <w:t>v 0.977527 13.793417 -0.645538</w:t>
        <w:br/>
        <w:t>v 0.945249 13.796200 -0.673493</w:t>
        <w:br/>
        <w:t>v 0.815059 13.674924 -0.885156</w:t>
        <w:br/>
        <w:t>v 0.785807 13.599090 -0.866511</w:t>
        <w:br/>
        <w:t>v 0.949124 13.750813 -0.601620</w:t>
        <w:br/>
        <w:t>v 0.977527 13.793417 -0.645538</w:t>
        <w:br/>
        <w:t>v 0.814444 13.641669 -0.910425</w:t>
        <w:br/>
        <w:t>v 0.781591 13.625148 -0.833841</w:t>
        <w:br/>
        <w:t>v 0.912049 13.746399 -0.622168</w:t>
        <w:br/>
        <w:t>v 0.949124 13.750813 -0.601620</w:t>
        <w:br/>
        <w:t>v 0.785807 13.599090 -0.866511</w:t>
        <w:br/>
        <w:t>v 0.815059 13.674924 -0.885156</w:t>
        <w:br/>
        <w:t>v 0.945249 13.796200 -0.673493</w:t>
        <w:br/>
        <w:t>v 0.912049 13.746399 -0.622168</w:t>
        <w:br/>
        <w:t>v 0.781591 13.625148 -0.833841</w:t>
        <w:br/>
        <w:t>v 0.651553 13.684443 -0.869800</w:t>
        <w:br/>
        <w:t>v 0.680174 13.727044 -0.913732</w:t>
        <w:br/>
        <w:t>v 0.783282 13.646082 -0.926950</w:t>
        <w:br/>
        <w:t>v 0.754662 13.603495 -0.883028</w:t>
        <w:br/>
        <w:t>v 0.941470 13.776944 -0.580137</w:t>
        <w:br/>
        <w:t>v 0.838347 13.857871 -0.566858</w:t>
        <w:br/>
        <w:t>v 0.866771 13.900484 -0.610783</w:t>
        <w:br/>
        <w:t>v 0.969892 13.819547 -0.624055</w:t>
        <w:br/>
        <w:t>v 0.969892 13.819547 -0.624055</w:t>
        <w:br/>
        <w:t>v 0.866771 13.900484 -0.610783</w:t>
        <w:br/>
        <w:t>v 0.977527 13.793417 -0.645538</w:t>
        <w:br/>
        <w:t>v 0.949124 13.750813 -0.601620</w:t>
        <w:br/>
        <w:t>v 0.680174 13.727044 -0.913732</w:t>
        <w:br/>
        <w:t>v 0.783282 13.646082 -0.926950</w:t>
        <w:br/>
        <w:t>v 0.754662 13.603495 -0.883028</w:t>
        <w:br/>
        <w:t>v 0.651553 13.684443 -0.869800</w:t>
        <w:br/>
        <w:t>v 0.941470 13.776944 -0.580137</w:t>
        <w:br/>
        <w:t>v 0.834323 13.807455 -0.612156</w:t>
        <w:br/>
        <w:t>v 0.912049 13.746399 -0.622168</w:t>
        <w:br/>
        <w:t>v 0.945249 13.796200 -0.673493</w:t>
        <w:br/>
        <w:t>v 0.867541 13.857265 -0.663497</w:t>
        <w:br/>
        <w:t>v 0.781591 13.625148 -0.833841</w:t>
        <w:br/>
        <w:t>v 0.703853 13.686236 -0.823860</w:t>
        <w:br/>
        <w:t>v 0.737326 13.736018 -0.875195</w:t>
        <w:br/>
        <w:t>v 0.815059 13.674924 -0.885156</w:t>
        <w:br/>
        <w:t>v 0.838347 13.857871 -0.566858</w:t>
        <w:br/>
        <w:t>v 0.632907 13.894564 -0.541160</w:t>
        <w:br/>
        <w:t>v 0.580041 13.957248 -0.505034</w:t>
        <w:br/>
        <w:t>v 0.486681 13.905198 -0.560792</w:t>
        <w:br/>
        <w:t>v 0.569685 13.857963 -0.580837</w:t>
        <w:br/>
        <w:t>v 0.742118 13.959949 -0.454796</w:t>
        <w:br/>
        <w:t>v 0.792459 13.976385 -0.407728</w:t>
        <w:br/>
        <w:t>v 0.781137 14.054695 -0.346137</w:t>
        <w:br/>
        <w:t>v 0.692976 14.016567 -0.423845</w:t>
        <w:br/>
        <w:t>v 0.677056 14.022377 -0.457962</w:t>
        <w:br/>
        <w:t>v 0.728043 13.957615 -0.471652</w:t>
        <w:br/>
        <w:t>v 0.642369 13.901434 -0.538512</w:t>
        <w:br/>
        <w:t>v 0.601571 13.985170 -0.515447</w:t>
        <w:br/>
        <w:t>v 0.806123 13.750217 -0.645517</w:t>
        <w:br/>
        <w:t>v 0.881705 13.787652 -0.588312</w:t>
        <w:br/>
        <w:t>v 0.542948 13.838991 -0.595742</w:t>
        <w:br/>
        <w:t>v 0.847705 13.996775 -0.371340</w:t>
        <w:br/>
        <w:t>v 0.835263 13.839455 -0.537344</w:t>
        <w:br/>
        <w:t>v 0.845881 13.838326 -0.518430</w:t>
        <w:br/>
        <w:t>v 0.894176 13.778431 -0.552204</w:t>
        <w:br/>
        <w:t>v 0.993654 13.829187 -0.457444</w:t>
        <w:br/>
        <w:t>v 0.904265 13.866948 -0.453251</w:t>
        <w:br/>
        <w:t>v 0.685137 13.667835 -0.689386</w:t>
        <w:br/>
        <w:t>v 0.777673 13.720682 -0.640334</w:t>
        <w:br/>
        <w:t>v 0.729780 13.776687 -0.606990</w:t>
        <w:br/>
        <w:t>v 0.668920 13.741777 -0.641733</w:t>
        <w:br/>
        <w:t>v 0.950374 13.891490 -0.411341</w:t>
        <w:br/>
        <w:t>v 0.747360 13.788931 -0.601605</w:t>
        <w:br/>
        <w:t>v -0.764067 15.072738 -0.182372</w:t>
        <w:br/>
        <w:t>v -0.730064 14.785755 -0.148639</w:t>
        <w:br/>
        <w:t>v -0.573578 14.755545 -0.239115</w:t>
        <w:br/>
        <w:t>v -0.627408 15.040740 -0.296736</w:t>
        <w:br/>
        <w:t>v 1.011227 14.331837 0.339448</w:t>
        <w:br/>
        <w:t>v 0.986484 14.579060 0.351386</w:t>
        <w:br/>
        <w:t>v 0.950966 14.604561 0.149369</w:t>
        <w:br/>
        <w:t>v 0.966414 14.341852 0.134147</w:t>
        <w:br/>
        <w:t>v 0.704557 14.595203 1.182126</w:t>
        <w:br/>
        <w:t>v 0.851317 14.570660 1.042926</w:t>
        <w:br/>
        <w:t>v 0.866733 14.335093 0.992100</w:t>
        <w:br/>
        <w:t>v 0.730185 14.364050 1.165712</w:t>
        <w:br/>
        <w:t>v 0.262602 14.454775 1.354974</w:t>
        <w:br/>
        <w:t>v 0.013168 14.507175 1.366634</w:t>
        <w:br/>
        <w:t>v 0.011360 14.727529 1.374311</w:t>
        <w:br/>
        <w:t>v 0.261717 14.680609 1.366546</w:t>
        <w:br/>
        <w:t>v 0.861593 14.367044 -0.018573</w:t>
        <w:br/>
        <w:t>v 0.846880 14.630510 -0.015920</w:t>
        <w:br/>
        <w:t>v 0.759482 14.658346 -0.125824</w:t>
        <w:br/>
        <w:t>v 0.771929 14.394592 -0.128692</w:t>
        <w:br/>
        <w:t>v 0.429172 14.750294 -0.296473</w:t>
        <w:br/>
        <w:t>v 0.419772 14.481604 -0.264658</w:t>
        <w:br/>
        <w:t>v 0.603553 14.437057 -0.202067</w:t>
        <w:br/>
        <w:t>v 0.604918 14.697155 -0.215762</w:t>
        <w:br/>
        <w:t>v -0.909785 14.714590 0.820665</w:t>
        <w:br/>
        <w:t>v -0.971474 14.761694 0.583296</w:t>
        <w:br/>
        <w:t>v -0.987079 14.992533 0.594307</w:t>
        <w:br/>
        <w:t>v -0.919886 14.941059 0.849477</w:t>
        <w:br/>
        <w:t>v 0.921961 14.565510 0.783842</w:t>
        <w:br/>
        <w:t>v 0.949362 14.324266 0.761467</w:t>
        <w:br/>
        <w:t>v -0.766985 14.678257 1.021845</w:t>
        <w:br/>
        <w:t>v -0.776696 14.902916 1.053648</w:t>
        <w:br/>
        <w:t>v -0.364671 14.815343 1.361492</w:t>
        <w:br/>
        <w:t>v -0.376334 14.592432 1.334919</w:t>
        <w:br/>
        <w:t>v -0.594239 14.637295 1.225640</w:t>
        <w:br/>
        <w:t>v -0.594466 14.863155 1.238634</w:t>
        <w:br/>
        <w:t>v -0.979820 14.789532 0.336225</w:t>
        <w:br/>
        <w:t>v -0.957563 14.804212 0.160357</w:t>
        <w:br/>
        <w:t>v -0.973425 15.078895 0.132470</w:t>
        <w:br/>
        <w:t>v -1.004369 15.040091 0.339521</w:t>
        <w:br/>
        <w:t>v -0.472046 15.005214 -0.350445</w:t>
        <w:br/>
        <w:t>v -0.433833 14.714130 -0.294492</w:t>
        <w:br/>
        <w:t>v -0.193754 14.649130 -0.278546</w:t>
        <w:br/>
        <w:t>v -0.187748 14.927601 -0.349906</w:t>
        <w:br/>
        <w:t>v 0.014134 14.585117 -0.290835</w:t>
        <w:br/>
        <w:t>v 0.015322 14.870717 -0.316880</w:t>
        <w:br/>
        <w:t>v -0.187748 14.927601 -0.349906</w:t>
        <w:br/>
        <w:t>v -0.193754 14.649130 -0.278546</w:t>
        <w:br/>
        <w:t>v 0.956816 14.566978 0.563053</w:t>
        <w:br/>
        <w:t>v 0.991289 14.324059 0.544180</w:t>
        <w:br/>
        <w:t>v 0.224599 14.808282 -0.325626</w:t>
        <w:br/>
        <w:t>v 0.217318 14.527649 -0.287199</w:t>
        <w:br/>
        <w:t>v -0.195885 14.548925 1.363089</w:t>
        <w:br/>
        <w:t>v -0.187024 14.771399 1.388239</w:t>
        <w:br/>
        <w:t>v -0.560141 14.736883 -0.210584</w:t>
        <w:br/>
        <w:t>v -0.710280 14.765017 -0.123929</w:t>
        <w:br/>
        <w:t>v -0.741539 15.081234 -0.157851</w:t>
        <w:br/>
        <w:t>v -0.609298 15.052411 -0.270175</w:t>
        <w:br/>
        <w:t>v 0.980774 14.309008 0.347114</w:t>
        <w:br/>
        <w:t>v 0.942552 14.322317 0.148896</w:t>
        <w:br/>
        <w:t>v 0.917809 14.609503 0.164067</w:t>
        <w:br/>
        <w:t>v 0.946244 14.589344 0.359863</w:t>
        <w:br/>
        <w:t>v 0.575419 14.418798 -0.174548</w:t>
        <w:br/>
        <w:t>v 0.410898 14.459171 -0.235726</w:t>
        <w:br/>
        <w:t>v 0.420326 14.759712 -0.265592</w:t>
        <w:br/>
        <w:t>v 0.591145 14.706535 -0.185987</w:t>
        <w:br/>
        <w:t>v -0.952639 15.005708 0.594559</w:t>
        <w:br/>
        <w:t>v -0.934511 14.747442 0.580973</w:t>
        <w:br/>
        <w:t>v -0.872157 14.703594 0.808838</w:t>
        <w:br/>
        <w:t>v -0.886856 14.953453 0.842634</w:t>
        <w:br/>
        <w:t>v 0.824397 14.579325 1.023535</w:t>
        <w:br/>
        <w:t>v 0.844163 14.321749 0.967022</w:t>
        <w:br/>
        <w:t>v 0.928817 14.308285 0.749952</w:t>
        <w:br/>
        <w:t>v 0.888076 14.575188 0.768508</w:t>
        <w:br/>
        <w:t>v 0.836416 14.346861 0.002641</w:t>
        <w:br/>
        <w:t>v 0.755222 14.375687 -0.103349</w:t>
        <w:br/>
        <w:t>v 0.740490 14.668148 -0.097243</w:t>
        <w:br/>
        <w:t>v 0.819327 14.637707 0.006916</w:t>
        <w:br/>
        <w:t>v -0.738141 14.668762 1.000460</w:t>
        <w:br/>
        <w:t>v -0.748220 14.913560 1.039495</w:t>
        <w:br/>
        <w:t>v -0.573499 14.628212 1.192467</w:t>
        <w:br/>
        <w:t>v -0.365744 14.579372 1.307806</w:t>
        <w:br/>
        <w:t>v -0.351565 14.822340 1.338213</w:t>
        <w:br/>
        <w:t>v -0.574235 14.875703 1.220826</w:t>
        <w:br/>
        <w:t>v 0.010872 14.569462 -0.258515</w:t>
        <w:br/>
        <w:t>v -0.193394 14.636049 -0.244484</w:t>
        <w:br/>
        <w:t>v -0.182928 14.943824 -0.319438</w:t>
        <w:br/>
        <w:t>v 0.016344 14.882981 -0.285812</w:t>
        <w:br/>
        <w:t>v -0.459597 15.020054 -0.322508</w:t>
        <w:br/>
        <w:t>v -0.182928 14.943824 -0.319438</w:t>
        <w:br/>
        <w:t>v -0.193394 14.636049 -0.244484</w:t>
        <w:br/>
        <w:t>v -0.426165 14.698160 -0.262933</w:t>
        <w:br/>
        <w:t>v 0.968261 14.305246 0.542592</w:t>
        <w:br/>
        <w:t>v 0.920563 14.578127 0.561079</w:t>
        <w:br/>
        <w:t>v 0.207193 14.508242 -0.256727</w:t>
        <w:br/>
        <w:t>v 0.220551 14.818388 -0.294368</w:t>
        <w:br/>
        <w:t>v -0.941767 14.772129 0.345589</w:t>
        <w:br/>
        <w:t>v -0.968236 15.051282 0.348637</w:t>
        <w:br/>
        <w:t>v -0.939078 15.087770 0.149164</w:t>
        <w:br/>
        <w:t>v -0.923542 14.786545 0.174983</w:t>
        <w:br/>
        <w:t>v -0.836540 14.784845 0.010812</w:t>
        <w:br/>
        <w:t>v -0.860178 15.100427 -0.024242</w:t>
        <w:br/>
        <w:t>v 0.014123 14.741308 1.345667</w:t>
        <w:br/>
        <w:t>v 0.013282 14.496153 1.338686</w:t>
        <w:br/>
        <w:t>v 0.257395 14.444012 1.318419</w:t>
        <w:br/>
        <w:t>v 0.258067 14.694435 1.343081</w:t>
        <w:br/>
        <w:t>v -0.627408 15.040740 -0.296736</w:t>
        <w:br/>
        <w:t>v -0.609298 15.052411 -0.270175</w:t>
        <w:br/>
        <w:t>v -0.741539 15.081234 -0.157851</w:t>
        <w:br/>
        <w:t>v -0.764067 15.072738 -0.182372</w:t>
        <w:br/>
        <w:t>v -0.710280 14.765017 -0.123929</w:t>
        <w:br/>
        <w:t>v -0.560141 14.736883 -0.210584</w:t>
        <w:br/>
        <w:t>v 0.824397 14.579325 1.023535</w:t>
        <w:br/>
        <w:t>v 0.851317 14.570660 1.042926</w:t>
        <w:br/>
        <w:t>v 0.704557 14.595203 1.182126</w:t>
        <w:br/>
        <w:t>v 0.684645 14.606339 1.161514</w:t>
        <w:br/>
        <w:t>v 0.014123 14.741308 1.345667</w:t>
        <w:br/>
        <w:t>v 0.258067 14.694435 1.343081</w:t>
        <w:br/>
        <w:t>v 0.261717 14.680609 1.366546</w:t>
        <w:br/>
        <w:t>v 0.011360 14.727529 1.374311</w:t>
        <w:br/>
        <w:t>v 0.836416 14.346861 0.002641</w:t>
        <w:br/>
        <w:t>v 0.861593 14.367044 -0.018573</w:t>
        <w:br/>
        <w:t>v 0.771929 14.394592 -0.128692</w:t>
        <w:br/>
        <w:t>v 0.755222 14.375687 -0.103349</w:t>
        <w:br/>
        <w:t>v 0.591145 14.706535 -0.185987</w:t>
        <w:br/>
        <w:t>v 0.420326 14.759712 -0.265592</w:t>
        <w:br/>
        <w:t>v 0.429172 14.750294 -0.296473</w:t>
        <w:br/>
        <w:t>v 0.604918 14.697155 -0.215762</w:t>
        <w:br/>
        <w:t>v 0.410898 14.459171 -0.235726</w:t>
        <w:br/>
        <w:t>v 0.575419 14.418798 -0.174548</w:t>
        <w:br/>
        <w:t>v -0.886856 14.953453 0.842634</w:t>
        <w:br/>
        <w:t>v -0.919886 14.941059 0.849477</w:t>
        <w:br/>
        <w:t>v -0.987079 14.992533 0.594307</w:t>
        <w:br/>
        <w:t>v -0.952639 15.005708 0.594559</w:t>
        <w:br/>
        <w:t>v -0.909785 14.714590 0.820665</w:t>
        <w:br/>
        <w:t>v -0.872157 14.703594 0.808838</w:t>
        <w:br/>
        <w:t>v -0.934511 14.747442 0.580973</w:t>
        <w:br/>
        <w:t>v -0.971474 14.761694 0.583296</w:t>
        <w:br/>
        <w:t>v 0.888076 14.575188 0.768508</w:t>
        <w:br/>
        <w:t>v 0.921961 14.565510 0.783842</w:t>
        <w:br/>
        <w:t>v 0.928817 14.308285 0.749952</w:t>
        <w:br/>
        <w:t>v 0.844163 14.321749 0.967022</w:t>
        <w:br/>
        <w:t>v 0.866733 14.335093 0.992100</w:t>
        <w:br/>
        <w:t>v 0.949362 14.324266 0.761467</w:t>
        <w:br/>
        <w:t>v 0.759482 14.658346 -0.125824</w:t>
        <w:br/>
        <w:t>v 0.846880 14.630510 -0.015920</w:t>
        <w:br/>
        <w:t>v 0.819327 14.637707 0.006916</w:t>
        <w:br/>
        <w:t>v 0.740490 14.668148 -0.097243</w:t>
        <w:br/>
        <w:t>v -0.748220 14.913560 1.039495</w:t>
        <w:br/>
        <w:t>v -0.776696 14.902916 1.053648</w:t>
        <w:br/>
        <w:t>v -0.766985 14.678257 1.021845</w:t>
        <w:br/>
        <w:t>v -0.738141 14.668762 1.000460</w:t>
        <w:br/>
        <w:t>v -0.351565 14.822340 1.338213</w:t>
        <w:br/>
        <w:t>v -0.364671 14.815343 1.361492</w:t>
        <w:br/>
        <w:t>v -0.594466 14.863155 1.238634</w:t>
        <w:br/>
        <w:t>v -0.574235 14.875703 1.220826</w:t>
        <w:br/>
        <w:t>v -0.573499 14.628212 1.192467</w:t>
        <w:br/>
        <w:t>v -0.594239 14.637295 1.225640</w:t>
        <w:br/>
        <w:t>v -0.376334 14.592432 1.334919</w:t>
        <w:br/>
        <w:t>v -0.365744 14.579372 1.307806</w:t>
        <w:br/>
        <w:t>v -0.941767 14.772129 0.345589</w:t>
        <w:br/>
        <w:t>v -0.923542 14.786545 0.174983</w:t>
        <w:br/>
        <w:t>v -0.957563 14.804212 0.160357</w:t>
        <w:br/>
        <w:t>v -0.979820 14.789532 0.336225</w:t>
        <w:br/>
        <w:t>v -0.182928 14.943824 -0.319438</w:t>
        <w:br/>
        <w:t>v -0.459597 15.020054 -0.322508</w:t>
        <w:br/>
        <w:t>v -0.472046 15.005214 -0.350445</w:t>
        <w:br/>
        <w:t>v -0.187748 14.927601 -0.349906</w:t>
        <w:br/>
        <w:t>v 0.016344 14.882981 -0.285812</w:t>
        <w:br/>
        <w:t>v -0.182928 14.943824 -0.319438</w:t>
        <w:br/>
        <w:t>v -0.187748 14.927601 -0.349906</w:t>
        <w:br/>
        <w:t>v 0.015322 14.870717 -0.316880</w:t>
        <w:br/>
        <w:t>v -0.193394 14.636049 -0.244484</w:t>
        <w:br/>
        <w:t>v 0.010872 14.569462 -0.258515</w:t>
        <w:br/>
        <w:t>v -0.193394 14.636049 -0.244484</w:t>
        <w:br/>
        <w:t>v -0.426165 14.698160 -0.262933</w:t>
        <w:br/>
        <w:t>v 0.920563 14.578127 0.561079</w:t>
        <w:br/>
        <w:t>v 0.956816 14.566978 0.563053</w:t>
        <w:br/>
        <w:t>v 0.968261 14.305246 0.542592</w:t>
        <w:br/>
        <w:t>v 0.220551 14.818388 -0.294368</w:t>
        <w:br/>
        <w:t>v 0.224599 14.808282 -0.325626</w:t>
        <w:br/>
        <w:t>v 0.207193 14.508242 -0.256727</w:t>
        <w:br/>
        <w:t>v -1.004369 15.040091 0.339521</w:t>
        <w:br/>
        <w:t>v -0.968236 15.051282 0.348637</w:t>
        <w:br/>
        <w:t>v -0.836540 14.784845 0.010812</w:t>
        <w:br/>
        <w:t>v -0.864781 14.802246 -0.010091</w:t>
        <w:br/>
        <w:t>v 0.013282 14.496153 1.338686</w:t>
        <w:br/>
        <w:t>v -0.189942 14.538717 1.338930</w:t>
        <w:br/>
        <w:t>v -0.195885 14.548925 1.363089</w:t>
        <w:br/>
        <w:t>v 0.013168 14.507175 1.366634</w:t>
        <w:br/>
        <w:t>v 0.257395 14.444012 1.318419</w:t>
        <w:br/>
        <w:t>v 0.262602 14.454775 1.354974</w:t>
        <w:br/>
        <w:t>v 0.484990 14.645262 1.280442</w:t>
        <w:br/>
        <w:t>v 0.484684 14.397234 1.249536</w:t>
        <w:br/>
        <w:t>v 0.711678 14.349991 1.141782</w:t>
        <w:br/>
        <w:t>v 0.684645 14.606339 1.161514</w:t>
        <w:br/>
        <w:t>v 0.711678 14.349991 1.141782</w:t>
        <w:br/>
        <w:t>v 0.484684 14.397234 1.249536</w:t>
        <w:br/>
        <w:t>v 0.496621 14.410669 1.279442</w:t>
        <w:br/>
        <w:t>v 0.730185 14.364050 1.165712</w:t>
        <w:br/>
        <w:t>v 0.496522 14.635605 1.306848</w:t>
        <w:br/>
        <w:t>v 0.496621 14.410669 1.279442</w:t>
        <w:br/>
        <w:t>v 0.496522 14.635605 1.306848</w:t>
        <w:br/>
        <w:t>v 0.484990 14.645262 1.280442</w:t>
        <w:br/>
        <w:t>v 0.917809 14.609503 0.164067</w:t>
        <w:br/>
        <w:t>v 0.950966 14.604561 0.149369</w:t>
        <w:br/>
        <w:t>v 0.942552 14.322317 0.148896</w:t>
        <w:br/>
        <w:t>v 0.966414 14.341852 0.134147</w:t>
        <w:br/>
        <w:t>v 0.986484 14.579060 0.351386</w:t>
        <w:br/>
        <w:t>v 0.946244 14.589344 0.359863</w:t>
        <w:br/>
        <w:t>v 0.980774 14.309008 0.347114</w:t>
        <w:br/>
        <w:t>v 1.011227 14.331837 0.339448</w:t>
        <w:br/>
        <w:t>v -0.178599 14.782536 1.359744</w:t>
        <w:br/>
        <w:t>v -0.187024 14.771399 1.388239</w:t>
        <w:br/>
        <w:t>v -0.189942 14.538717 1.338930</w:t>
        <w:br/>
        <w:t>v -0.178599 14.782536 1.359744</w:t>
        <w:br/>
        <w:t>v -0.973425 15.078895 0.132470</w:t>
        <w:br/>
        <w:t>v -0.939078 15.087770 0.149164</w:t>
        <w:br/>
        <w:t>v -0.890479 15.091752 -0.045299</w:t>
        <w:br/>
        <w:t>v -0.890479 15.091752 -0.045299</w:t>
        <w:br/>
        <w:t>v -0.860178 15.100427 -0.024242</w:t>
        <w:br/>
        <w:t>v -0.796055 15.040242 1.083659</w:t>
        <w:br/>
        <w:t>v -0.945434 15.090614 0.881617</w:t>
        <w:br/>
        <w:t>v -1.000297 15.354649 0.934245</w:t>
        <w:br/>
        <w:t>v -0.846887 15.295093 1.151945</w:t>
        <w:br/>
        <w:t>v -0.424117 14.938910 1.324115</w:t>
        <w:br/>
        <w:t>v -0.423395 15.168377 1.409957</w:t>
        <w:br/>
        <w:t>v -0.204611 15.106511 1.432950</w:t>
        <w:br/>
        <w:t>v -0.210778 14.889635 1.368023</w:t>
        <w:br/>
        <w:t>v -0.865297 15.543577 -0.279818</w:t>
        <w:br/>
        <w:t>v -0.984194 15.569728 -0.117776</w:t>
        <w:br/>
        <w:t>v -0.916872 15.240126 -0.023769</w:t>
        <w:br/>
        <w:t>v -0.794251 15.208216 -0.161065</w:t>
        <w:br/>
        <w:t>v 0.011677 15.061526 1.428233</w:t>
        <w:br/>
        <w:t>v -0.004399 14.842681 1.374276</w:t>
        <w:br/>
        <w:t>v -0.575962 15.453290 -0.428115</w:t>
        <w:br/>
        <w:t>v -0.515395 15.120100 -0.322941</w:t>
        <w:br/>
        <w:t>v -0.358621 15.078021 -0.328685</w:t>
        <w:br/>
        <w:t>v -0.409211 15.403195 -0.423927</w:t>
        <w:br/>
        <w:t>v -0.206172 15.339582 -0.394481</w:t>
        <w:br/>
        <w:t>v -0.175180 15.027249 -0.313283</w:t>
        <w:br/>
        <w:t>v 0.003270 14.978916 -0.299555</w:t>
        <w:br/>
        <w:t>v -0.010478 15.287342 -0.367071</w:t>
        <w:br/>
        <w:t>v 0.971988 14.705933 0.576679</w:t>
        <w:br/>
        <w:t>v 0.997462 14.929013 0.591567</w:t>
        <w:br/>
        <w:t>v 0.997379 14.989837 0.361499</w:t>
        <w:br/>
        <w:t>v 0.983033 14.738270 0.379194</w:t>
        <w:br/>
        <w:t>v 0.727758 14.834073 -0.146611</w:t>
        <w:br/>
        <w:t>v 0.777913 15.120790 -0.162482</w:t>
        <w:br/>
        <w:t>v 0.634079 15.155547 -0.302382</w:t>
        <w:br/>
        <w:t>v 0.560962 14.859883 -0.243194</w:t>
        <w:br/>
        <w:t>v 0.212431 14.928729 -0.299436</w:t>
        <w:br/>
        <w:t>v 0.238451 15.226031 -0.369322</w:t>
        <w:br/>
        <w:t>v 0.401840 14.889361 -0.292743</w:t>
        <w:br/>
        <w:t>v 0.465512 15.183908 -0.361222</w:t>
        <w:br/>
        <w:t>v -1.049573 15.557362 0.082426</w:t>
        <w:br/>
        <w:t>v -1.069701 15.500051 0.330464</w:t>
        <w:br/>
        <w:t>v -0.997615 15.202226 0.352320</w:t>
        <w:br/>
        <w:t>v -0.983303 15.238654 0.145591</w:t>
        <w:br/>
        <w:t>v 0.929674 14.674925 0.824525</w:t>
        <w:br/>
        <w:t>v 0.788844 14.680527 1.052153</w:t>
        <w:br/>
        <w:t>v 0.831724 14.882860 1.078494</w:t>
        <w:br/>
        <w:t>v 0.955212 14.883497 0.849447</w:t>
        <w:br/>
        <w:t>v 0.223205 14.791198 1.342314</w:t>
        <w:br/>
        <w:t>v 0.228017 15.016940 1.402728</w:t>
        <w:br/>
        <w:t>v 0.949812 14.774312 0.193427</w:t>
        <w:br/>
        <w:t>v 0.976594 15.044342 0.154129</w:t>
        <w:br/>
        <w:t>v 0.907292 15.090600 -0.019895</w:t>
        <w:br/>
        <w:t>v 0.872662 14.805189 0.007561</w:t>
        <w:br/>
        <w:t>v 0.465512 15.183908 -0.361222</w:t>
        <w:br/>
        <w:t>v 0.401840 14.889361 -0.292743</w:t>
        <w:br/>
        <w:t>v -0.996555 15.146391 0.592814</w:t>
        <w:br/>
        <w:t>v -1.051321 15.422142 0.618321</w:t>
        <w:br/>
        <w:t>v -0.662001 15.166261 -0.264275</w:t>
        <w:br/>
        <w:t>v -0.728055 15.503149 -0.373574</w:t>
        <w:br/>
        <w:t>v -0.197550 15.122339 1.404927</w:t>
        <w:br/>
        <w:t>v -0.408954 15.180244 1.386007</w:t>
        <w:br/>
        <w:t>v -0.408837 14.926691 1.286581</w:t>
        <w:br/>
        <w:t>v -0.205674 14.881965 1.324388</w:t>
        <w:br/>
        <w:t>v -0.892738 15.229452 -0.004862</w:t>
        <w:br/>
        <w:t>v -0.966555 15.584593 -0.105515</w:t>
        <w:br/>
        <w:t>v -0.852020 15.558518 -0.263378</w:t>
        <w:br/>
        <w:t>v -0.775640 15.198357 -0.138361</w:t>
        <w:br/>
        <w:t>v -0.007432 14.832668 1.339599</w:t>
        <w:br/>
        <w:t>v 0.009549 15.075665 1.401089</w:t>
        <w:br/>
        <w:t>v -0.566979 15.467128 -0.405303</w:t>
        <w:br/>
        <w:t>v -0.401081 15.414899 -0.401116</w:t>
        <w:br/>
        <w:t>v -0.353089 15.064790 -0.299926</w:t>
        <w:br/>
        <w:t>v -0.507347 15.108122 -0.293857</w:t>
        <w:br/>
        <w:t>v -0.200509 15.351975 -0.372239</w:t>
        <w:br/>
        <w:t>v -0.005943 15.299784 -0.344939</w:t>
        <w:br/>
        <w:t>v 0.002601 14.966736 -0.270897</w:t>
        <w:br/>
        <w:t>v -0.172856 15.014343 -0.284879</w:t>
        <w:br/>
        <w:t>v 0.211859 14.780622 1.307248</w:t>
        <w:br/>
        <w:t>v 0.221023 15.029460 1.372066</w:t>
        <w:br/>
        <w:t>v 0.703210 14.824227 -0.124675</w:t>
        <w:br/>
        <w:t>v 0.544654 14.850715 -0.216946</w:t>
        <w:br/>
        <w:t>v 0.624858 15.169336 -0.278082</w:t>
        <w:br/>
        <w:t>v 0.764777 15.135609 -0.145449</w:t>
        <w:br/>
        <w:t>v 0.239623 15.242813 -0.342266</w:t>
        <w:br/>
        <w:t>v 0.208589 14.917682 -0.270354</w:t>
        <w:br/>
        <w:t>v 0.462871 15.201725 -0.334717</w:t>
        <w:br/>
        <w:t>v 0.393452 14.879565 -0.263683</w:t>
        <w:br/>
        <w:t>v -1.024369 15.568662 0.091042</w:t>
        <w:br/>
        <w:t>v -0.952629 15.227935 0.159968</w:t>
        <w:br/>
        <w:t>v -0.962634 15.192636 0.359415</w:t>
        <w:br/>
        <w:t>v -1.041222 15.514215 0.336078</w:t>
        <w:br/>
        <w:t>v 0.892997 14.664515 0.813286</w:t>
        <w:br/>
        <w:t>v 0.928559 14.895440 0.841292</w:t>
        <w:br/>
        <w:t>v 0.806196 14.896589 1.060850</w:t>
        <w:br/>
        <w:t>v 0.757601 14.672119 1.031105</w:t>
        <w:br/>
        <w:t>v 0.611866 14.690727 1.172647</w:t>
        <w:br/>
        <w:t>v 0.661470 14.918962 1.209055</w:t>
        <w:br/>
        <w:t>v 0.443041 14.974407 1.313327</w:t>
        <w:br/>
        <w:t>v 0.419041 14.728683 1.256464</w:t>
        <w:br/>
        <w:t>v 0.915008 14.761509 0.206159</w:t>
        <w:br/>
        <w:t>v 0.831942 14.793370 0.018948</w:t>
        <w:br/>
        <w:t>v 0.883775 15.102992 -0.004494</w:t>
        <w:br/>
        <w:t>v 0.953601 15.056037 0.164594</w:t>
        <w:br/>
        <w:t>v 0.462871 15.201725 -0.334717</w:t>
        <w:br/>
        <w:t>v 0.393452 14.879565 -0.263683</w:t>
        <w:br/>
        <w:t>v -0.906455 15.085398 0.870032</w:t>
        <w:br/>
        <w:t>v -0.970190 15.367267 0.930389</w:t>
        <w:br/>
        <w:t>v -1.018632 15.436749 0.618385</w:t>
        <w:br/>
        <w:t>v -0.941280 15.138770 0.591916</w:t>
        <w:br/>
        <w:t>v -0.718612 15.516438 -0.357253</w:t>
        <w:br/>
        <w:t>v -0.648706 15.155509 -0.237328</w:t>
        <w:br/>
        <w:t>v 0.934259 14.694035 0.574500</w:t>
        <w:br/>
        <w:t>v 0.946254 14.725330 0.384892</w:t>
        <w:br/>
        <w:t>v 0.971014 15.000028 0.367826</w:t>
        <w:br/>
        <w:t>v 0.966713 14.941502 0.589921</w:t>
        <w:br/>
        <w:t>v -0.906455 15.085398 0.870032</w:t>
        <w:br/>
        <w:t>v -0.945434 15.090614 0.881617</w:t>
        <w:br/>
        <w:t>v -0.796055 15.040242 1.083659</w:t>
        <w:br/>
        <w:t>v -0.770358 15.036338 1.060622</w:t>
        <w:br/>
        <w:t>v -0.197550 15.122339 1.404927</w:t>
        <w:br/>
        <w:t>v -0.204611 15.106511 1.432950</w:t>
        <w:br/>
        <w:t>v -0.423395 15.168377 1.409957</w:t>
        <w:br/>
        <w:t>v -0.408954 15.180244 1.386007</w:t>
        <w:br/>
        <w:t>v -0.424117 14.938910 1.324115</w:t>
        <w:br/>
        <w:t>v -0.210778 14.889635 1.368023</w:t>
        <w:br/>
        <w:t>v -0.205674 14.881965 1.324388</w:t>
        <w:br/>
        <w:t>v -0.408837 14.926691 1.286581</w:t>
        <w:br/>
        <w:t>v -0.865297 15.543577 -0.279818</w:t>
        <w:br/>
        <w:t>v -0.852020 15.558518 -0.263378</w:t>
        <w:br/>
        <w:t>v -0.966555 15.584593 -0.105515</w:t>
        <w:br/>
        <w:t>v -0.984194 15.569728 -0.117776</w:t>
        <w:br/>
        <w:t>v -0.892738 15.229452 -0.004862</w:t>
        <w:br/>
        <w:t>v -0.775640 15.198357 -0.138361</w:t>
        <w:br/>
        <w:t>v 0.009549 15.075665 1.401089</w:t>
        <w:br/>
        <w:t>v 0.011677 15.061526 1.428233</w:t>
        <w:br/>
        <w:t>v -0.007432 14.832668 1.339599</w:t>
        <w:br/>
        <w:t>v -0.004399 14.842681 1.374276</w:t>
        <w:br/>
        <w:t>v -0.507347 15.108122 -0.293857</w:t>
        <w:br/>
        <w:t>v -0.353089 15.064790 -0.299926</w:t>
        <w:br/>
        <w:t>v -0.401081 15.414899 -0.401116</w:t>
        <w:br/>
        <w:t>v -0.566979 15.467128 -0.405303</w:t>
        <w:br/>
        <w:t>v -0.575962 15.453290 -0.428115</w:t>
        <w:br/>
        <w:t>v -0.409211 15.403195 -0.423927</w:t>
        <w:br/>
        <w:t>v -0.172856 15.014343 -0.284879</w:t>
        <w:br/>
        <w:t>v 0.002601 14.966736 -0.270897</w:t>
        <w:br/>
        <w:t>v -0.005943 15.299784 -0.344939</w:t>
        <w:br/>
        <w:t>v -0.200509 15.351975 -0.372239</w:t>
        <w:br/>
        <w:t>v -0.206172 15.339582 -0.394481</w:t>
        <w:br/>
        <w:t>v -0.010478 15.287342 -0.367071</w:t>
        <w:br/>
        <w:t>v 0.934259 14.694035 0.574500</w:t>
        <w:br/>
        <w:t>v 0.971988 14.705933 0.576679</w:t>
        <w:br/>
        <w:t>v 0.983033 14.738270 0.379194</w:t>
        <w:br/>
        <w:t>v 0.946254 14.725330 0.384892</w:t>
        <w:br/>
        <w:t>v 0.211859 14.780622 1.307248</w:t>
        <w:br/>
        <w:t>v 0.764777 15.135609 -0.145449</w:t>
        <w:br/>
        <w:t>v 0.624858 15.169336 -0.278082</w:t>
        <w:br/>
        <w:t>v 0.634079 15.155547 -0.302382</w:t>
        <w:br/>
        <w:t>v 0.777913 15.120790 -0.162482</w:t>
        <w:br/>
        <w:t>v 0.544654 14.850715 -0.216946</w:t>
        <w:br/>
        <w:t>v 0.703210 14.824227 -0.124675</w:t>
        <w:br/>
        <w:t>v 0.727758 14.834073 -0.146611</w:t>
        <w:br/>
        <w:t>v 0.208589 14.917682 -0.270354</w:t>
        <w:br/>
        <w:t>v 0.238451 15.226031 -0.369322</w:t>
        <w:br/>
        <w:t>v 0.239623 15.242813 -0.342266</w:t>
        <w:br/>
        <w:t>v 0.393452 14.879565 -0.263683</w:t>
        <w:br/>
        <w:t>v 0.465512 15.183908 -0.361222</w:t>
        <w:br/>
        <w:t>v 0.462871 15.201725 -0.334717</w:t>
        <w:br/>
        <w:t>v -1.049573 15.557362 0.082426</w:t>
        <w:br/>
        <w:t>v -1.024369 15.568662 0.091042</w:t>
        <w:br/>
        <w:t>v -1.041222 15.514215 0.336078</w:t>
        <w:br/>
        <w:t>v -1.069701 15.500051 0.330464</w:t>
        <w:br/>
        <w:t>v -0.962634 15.192636 0.359415</w:t>
        <w:br/>
        <w:t>v -0.952629 15.227935 0.159968</w:t>
        <w:br/>
        <w:t>v -0.983303 15.238654 0.145591</w:t>
        <w:br/>
        <w:t>v -0.997615 15.202226 0.352320</w:t>
        <w:br/>
        <w:t>v 0.757601 14.672119 1.031105</w:t>
        <w:br/>
        <w:t>v 0.788844 14.680527 1.052153</w:t>
        <w:br/>
        <w:t>v 0.929674 14.674925 0.824525</w:t>
        <w:br/>
        <w:t>v 0.892997 14.664515 0.813286</w:t>
        <w:br/>
        <w:t>v 0.831724 14.882860 1.078494</w:t>
        <w:br/>
        <w:t>v 0.806196 14.896589 1.060850</w:t>
        <w:br/>
        <w:t>v 0.928559 14.895440 0.841292</w:t>
        <w:br/>
        <w:t>v 0.955212 14.883497 0.849447</w:t>
        <w:br/>
        <w:t>v 0.228017 15.016940 1.402728</w:t>
        <w:br/>
        <w:t>v 0.221023 15.029460 1.372066</w:t>
        <w:br/>
        <w:t>v 0.676552 14.908787 1.227817</w:t>
        <w:br/>
        <w:t>v 0.453986 14.961621 1.341231</w:t>
        <w:br/>
        <w:t>v 0.443041 14.974407 1.313327</w:t>
        <w:br/>
        <w:t>v 0.661470 14.918962 1.209055</w:t>
        <w:br/>
        <w:t>v 0.953601 15.056037 0.164594</w:t>
        <w:br/>
        <w:t>v 0.883775 15.102992 -0.004494</w:t>
        <w:br/>
        <w:t>v 0.907292 15.090600 -0.019895</w:t>
        <w:br/>
        <w:t>v 0.976594 15.044342 0.154129</w:t>
        <w:br/>
        <w:t>v 0.872662 14.805189 0.007561</w:t>
        <w:br/>
        <w:t>v 0.831942 14.793370 0.018948</w:t>
        <w:br/>
        <w:t>v 0.915008 14.761509 0.206159</w:t>
        <w:br/>
        <w:t>v 0.949812 14.774312 0.193427</w:t>
        <w:br/>
        <w:t>v 0.465512 15.183908 -0.361222</w:t>
        <w:br/>
        <w:t>v 0.462871 15.201725 -0.334717</w:t>
        <w:br/>
        <w:t>v 0.393452 14.879565 -0.263683</w:t>
        <w:br/>
        <w:t>v -0.941280 15.138770 0.591916</w:t>
        <w:br/>
        <w:t>v -0.996555 15.146391 0.592814</w:t>
        <w:br/>
        <w:t>v -0.970190 15.367267 0.930389</w:t>
        <w:br/>
        <w:t>v -1.000297 15.354649 0.934245</w:t>
        <w:br/>
        <w:t>v -1.051321 15.422142 0.618321</w:t>
        <w:br/>
        <w:t>v -1.018632 15.436749 0.618385</w:t>
        <w:br/>
        <w:t>v -0.648706 15.155509 -0.237328</w:t>
        <w:br/>
        <w:t>v -0.728055 15.503149 -0.373574</w:t>
        <w:br/>
        <w:t>v -0.718612 15.516438 -0.357253</w:t>
        <w:br/>
        <w:t>v 0.997379 14.989837 0.361499</w:t>
        <w:br/>
        <w:t>v 0.997462 14.929013 0.591567</w:t>
        <w:br/>
        <w:t>v 0.966713 14.941502 0.589921</w:t>
        <w:br/>
        <w:t>v 0.971014 15.000028 0.367826</w:t>
        <w:br/>
        <w:t>v -0.770358 15.036338 1.060622</w:t>
        <w:br/>
        <w:t>v -0.828597 15.310416 1.138668</w:t>
        <w:br/>
        <w:t>v -0.828597 15.310416 1.138668</w:t>
        <w:br/>
        <w:t>v -0.846887 15.295093 1.151945</w:t>
        <w:br/>
        <w:t>v 0.435559 14.738626 1.289275</w:t>
        <w:br/>
        <w:t>v 0.632438 14.703704 1.193835</w:t>
        <w:br/>
        <w:t>v 0.611866 14.690727 1.172647</w:t>
        <w:br/>
        <w:t>v 0.419041 14.728683 1.256464</w:t>
        <w:br/>
        <w:t>v 0.453986 14.961621 1.341231</w:t>
        <w:br/>
        <w:t>v 0.676552 14.908787 1.227817</w:t>
        <w:br/>
        <w:t>v -0.627001 14.991329 1.226573</w:t>
        <w:br/>
        <w:t>v -0.660027 15.238223 1.320263</w:t>
        <w:br/>
        <w:t>v -0.605275 14.979515 1.197617</w:t>
        <w:br/>
        <w:t>v -0.605275 14.979515 1.197617</w:t>
        <w:br/>
        <w:t>v -0.644624 15.252530 1.304574</w:t>
        <w:br/>
        <w:t>v -0.644624 15.252530 1.304574</w:t>
        <w:br/>
        <w:t>v -0.660027 15.238223 1.320263</w:t>
        <w:br/>
        <w:t>v -0.328205 14.567053 1.382726</w:t>
        <w:br/>
        <w:t>v -0.415190 14.767117 1.394182</w:t>
        <w:br/>
        <w:t>v -0.223788 14.871506 1.434669</w:t>
        <w:br/>
        <w:t>v -0.130121 14.683071 1.414157</w:t>
        <w:br/>
        <w:t>v -0.560831 14.444529 1.295569</w:t>
        <w:br/>
        <w:t>v -0.620408 14.660534 1.277919</w:t>
        <w:br/>
        <w:t>v -0.783150 14.582903 1.132879</w:t>
        <w:br/>
        <w:t>v -0.735523 14.361242 1.152195</w:t>
        <w:br/>
        <w:t>v -0.865498 14.318558 0.970229</w:t>
        <w:br/>
        <w:t>v -0.893448 14.533701 0.959013</w:t>
        <w:br/>
        <w:t>v 0.565410 15.190628 1.466595</w:t>
        <w:br/>
        <w:t>v 0.561110 15.101112 1.434853</w:t>
        <w:br/>
        <w:t>v 0.516490 15.227391 1.476883</w:t>
        <w:br/>
        <w:t>v -0.095544 14.783554 -0.394695</w:t>
        <w:br/>
        <w:t>v 0.088129 14.894164 -0.409719</w:t>
        <w:br/>
        <w:t>v -0.003056 15.121645 -0.464372</w:t>
        <w:br/>
        <w:t>v -0.190941 15.016931 -0.443673</w:t>
        <w:br/>
        <w:t>v -0.667470 14.477022 -0.260161</w:t>
        <w:br/>
        <w:t>v -0.471347 14.579725 -0.359722</w:t>
        <w:br/>
        <w:t>v -0.533355 14.823139 -0.380725</w:t>
        <w:br/>
        <w:t>v -0.701253 14.717310 -0.265917</w:t>
        <w:br/>
        <w:t>v -0.994889 14.292509 0.742767</w:t>
        <w:br/>
        <w:t>v -0.976160 14.511627 0.736100</w:t>
        <w:br/>
        <w:t>v 0.270686 15.010360 -0.432404</w:t>
        <w:br/>
        <w:t>v 0.180567 15.223521 -0.487911</w:t>
        <w:br/>
        <w:t>v 0.395005 15.337833 -0.508088</w:t>
        <w:br/>
        <w:t>v 0.480081 15.137486 -0.454087</w:t>
        <w:br/>
        <w:t>v 0.540874 15.214237 -0.484183</w:t>
        <w:br/>
        <w:t>v 0.477036 15.367361 -0.514805</w:t>
        <w:br/>
        <w:t>v -0.836126 14.404455 -0.099915</w:t>
        <w:br/>
        <w:t>v -0.834808 14.647404 -0.096110</w:t>
        <w:br/>
        <w:t>v -1.033326 14.298792 0.550434</w:t>
        <w:br/>
        <w:t>v -1.004881 14.514753 0.556717</w:t>
        <w:br/>
        <w:t>v -0.976641 14.349581 0.104144</w:t>
        <w:br/>
        <w:t>v -0.952720 14.584772 0.110092</w:t>
        <w:br/>
        <w:t>v -1.028730 14.315508 0.319265</w:t>
        <w:br/>
        <w:t>v -1.001880 14.542187 0.334992</w:t>
        <w:br/>
        <w:t>v -0.319092 14.572529 1.356953</w:t>
        <w:br/>
        <w:t>v -0.126744 14.687235 1.387652</w:t>
        <w:br/>
        <w:t>v -0.220788 14.876874 1.415167</w:t>
        <w:br/>
        <w:t>v -0.405934 14.773785 1.369314</w:t>
        <w:br/>
        <w:t>v -0.545738 14.451075 1.269341</w:t>
        <w:br/>
        <w:t>v -0.603515 14.666971 1.254779</w:t>
        <w:br/>
        <w:t>v -0.844285 14.321478 0.953477</w:t>
        <w:br/>
        <w:t>v -0.715859 14.364935 1.130666</w:t>
        <w:br/>
        <w:t>v -0.760992 14.585632 1.112352</w:t>
        <w:br/>
        <w:t>v -0.864783 14.534573 0.942783</w:t>
        <w:br/>
        <w:t>v 0.484415 15.040359 1.406390</w:t>
        <w:br/>
        <w:t>v 0.413799 15.216499 1.446132</w:t>
        <w:br/>
        <w:t>v 0.172200 15.091942 1.431627</w:t>
        <w:br/>
        <w:t>v 0.247836 14.905537 1.404076</w:t>
        <w:br/>
        <w:t>v 0.562140 15.196015 1.441320</w:t>
        <w:br/>
        <w:t>v 0.513260 15.233434 1.453155</w:t>
        <w:br/>
        <w:t>v 0.557850 15.106905 1.410584</w:t>
        <w:br/>
        <w:t>v -0.000413 15.123682 -0.435565</w:t>
        <w:br/>
        <w:t>v 0.090650 14.897418 -0.381317</w:t>
        <w:br/>
        <w:t>v -0.091863 14.787256 -0.366544</w:t>
        <w:br/>
        <w:t>v -0.186020 15.018755 -0.415241</w:t>
        <w:br/>
        <w:t>v -0.645440 14.473770 -0.237944</w:t>
        <w:br/>
        <w:t>v -0.681216 14.716152 -0.244181</w:t>
        <w:br/>
        <w:t>v -0.519188 14.823772 -0.354893</w:t>
        <w:br/>
        <w:t>v -0.456411 14.579796 -0.333667</w:t>
        <w:br/>
        <w:t>v -0.966946 14.288746 0.734180</w:t>
        <w:br/>
        <w:t>v -0.944137 14.509493 0.727371</w:t>
        <w:br/>
        <w:t>v 0.536452 15.333375 -0.477802</w:t>
        <w:br/>
        <w:t>v 0.540479 15.218691 -0.454644</w:t>
        <w:br/>
        <w:t>v 0.475468 15.373364 -0.485402</w:t>
        <w:br/>
        <w:t>v -0.811567 14.397219 -0.078772</w:t>
        <w:br/>
        <w:t>v -0.810672 14.642262 -0.078000</w:t>
        <w:br/>
        <w:t>v -1.003768 14.294624 0.549127</w:t>
        <w:br/>
        <w:t>v -0.971843 14.512880 0.554924</w:t>
        <w:br/>
        <w:t>v -0.950859 14.344727 0.120121</w:t>
        <w:br/>
        <w:t>v -0.924665 14.579691 0.125826</w:t>
        <w:br/>
        <w:t>v -0.999039 14.307869 0.325014</w:t>
        <w:br/>
        <w:t>v -0.970498 14.535952 0.340491</w:t>
        <w:br/>
        <w:t>v -0.126744 14.687235 1.387652</w:t>
        <w:br/>
        <w:t>v -0.319092 14.572529 1.356953</w:t>
        <w:br/>
        <w:t>v -0.328205 14.567053 1.382726</w:t>
        <w:br/>
        <w:t>v -0.130121 14.683071 1.414157</w:t>
        <w:br/>
        <w:t>v -0.223788 14.871506 1.434669</w:t>
        <w:br/>
        <w:t>v -0.415190 14.767117 1.394182</w:t>
        <w:br/>
        <w:t>v -0.405934 14.773785 1.369314</w:t>
        <w:br/>
        <w:t>v -0.220788 14.876874 1.415167</w:t>
        <w:br/>
        <w:t>v -0.545738 14.451075 1.269341</w:t>
        <w:br/>
        <w:t>v -0.560831 14.444529 1.295569</w:t>
        <w:br/>
        <w:t>v -0.603515 14.666971 1.254779</w:t>
        <w:br/>
        <w:t>v -0.620408 14.660534 1.277919</w:t>
        <w:br/>
        <w:t>v -0.844285 14.321478 0.953477</w:t>
        <w:br/>
        <w:t>v -0.865498 14.318558 0.970229</w:t>
        <w:br/>
        <w:t>v -0.735523 14.361242 1.152195</w:t>
        <w:br/>
        <w:t>v -0.715859 14.364935 1.130666</w:t>
        <w:br/>
        <w:t>v -0.864783 14.534573 0.942783</w:t>
        <w:br/>
        <w:t>v -0.760992 14.585632 1.112352</w:t>
        <w:br/>
        <w:t>v -0.783150 14.582903 1.132879</w:t>
        <w:br/>
        <w:t>v -0.893448 14.533701 0.959013</w:t>
        <w:br/>
        <w:t>v 0.174230 15.089093 1.456253</w:t>
        <w:br/>
        <w:t>v 0.172200 15.091942 1.431627</w:t>
        <w:br/>
        <w:t>v 0.413799 15.216499 1.446132</w:t>
        <w:br/>
        <w:t>v 0.413244 15.210614 1.467838</w:t>
        <w:br/>
        <w:t>v 0.561110 15.101112 1.434853</w:t>
        <w:br/>
        <w:t>v 0.557850 15.106905 1.410584</w:t>
        <w:br/>
        <w:t>v 0.484415 15.040359 1.406390</w:t>
        <w:br/>
        <w:t>v 0.487554 15.036615 1.430144</w:t>
        <w:br/>
        <w:t>v 0.513260 15.233434 1.453155</w:t>
        <w:br/>
        <w:t>v 0.516490 15.227391 1.476883</w:t>
        <w:br/>
        <w:t>v -0.000413 15.123682 -0.435565</w:t>
        <w:br/>
        <w:t>v -0.186020 15.018755 -0.415241</w:t>
        <w:br/>
        <w:t>v -0.190941 15.016931 -0.443673</w:t>
        <w:br/>
        <w:t>v -0.003056 15.121645 -0.464372</w:t>
        <w:br/>
        <w:t>v -0.095544 14.783554 -0.394695</w:t>
        <w:br/>
        <w:t>v -0.091863 14.787256 -0.366544</w:t>
        <w:br/>
        <w:t>v 0.090650 14.897418 -0.381317</w:t>
        <w:br/>
        <w:t>v 0.088129 14.894164 -0.409719</w:t>
        <w:br/>
        <w:t>v -0.533355 14.823139 -0.380725</w:t>
        <w:br/>
        <w:t>v -0.519188 14.823772 -0.354893</w:t>
        <w:br/>
        <w:t>v -0.681216 14.716152 -0.244181</w:t>
        <w:br/>
        <w:t>v -0.701253 14.717310 -0.265917</w:t>
        <w:br/>
        <w:t>v -0.645440 14.473770 -0.237944</w:t>
        <w:br/>
        <w:t>v -0.456411 14.579796 -0.333667</w:t>
        <w:br/>
        <w:t>v -0.471347 14.579725 -0.359722</w:t>
        <w:br/>
        <w:t>v -0.667470 14.477022 -0.260161</w:t>
        <w:br/>
        <w:t>v -0.944137 14.509493 0.727371</w:t>
        <w:br/>
        <w:t>v -0.976160 14.511627 0.736100</w:t>
        <w:br/>
        <w:t>v -0.966946 14.288746 0.734180</w:t>
        <w:br/>
        <w:t>v -0.994889 14.292509 0.742767</w:t>
        <w:br/>
        <w:t>v 0.271651 15.013274 -0.403313</w:t>
        <w:br/>
        <w:t>v 0.270686 15.010360 -0.432404</w:t>
        <w:br/>
        <w:t>v 0.477036 15.367361 -0.514805</w:t>
        <w:br/>
        <w:t>v 0.475468 15.373364 -0.485402</w:t>
        <w:br/>
        <w:t>v 0.393623 15.343307 -0.478519</w:t>
        <w:br/>
        <w:t>v 0.395005 15.337833 -0.508088</w:t>
        <w:br/>
        <w:t>v 0.479924 15.141512 -0.424710</w:t>
        <w:br/>
        <w:t>v 0.540479 15.218691 -0.454644</w:t>
        <w:br/>
        <w:t>v 0.540874 15.214237 -0.484183</w:t>
        <w:br/>
        <w:t>v 0.480081 15.137486 -0.454087</w:t>
        <w:br/>
        <w:t>v -0.810672 14.642262 -0.078000</w:t>
        <w:br/>
        <w:t>v -0.834808 14.647404 -0.096110</w:t>
        <w:br/>
        <w:t>v -0.811567 14.397219 -0.078772</w:t>
        <w:br/>
        <w:t>v -0.836126 14.404455 -0.099915</w:t>
        <w:br/>
        <w:t>v -0.971843 14.512880 0.554924</w:t>
        <w:br/>
        <w:t>v -1.004881 14.514753 0.556717</w:t>
        <w:br/>
        <w:t>v -1.003768 14.294624 0.549127</w:t>
        <w:br/>
        <w:t>v -1.033326 14.298792 0.550434</w:t>
        <w:br/>
        <w:t>v -0.924665 14.579691 0.125826</w:t>
        <w:br/>
        <w:t>v -0.952720 14.584772 0.110092</w:t>
        <w:br/>
        <w:t>v -0.950859 14.344727 0.120121</w:t>
        <w:br/>
        <w:t>v -0.976641 14.349581 0.104144</w:t>
        <w:br/>
        <w:t>v -0.970498 14.535952 0.340491</w:t>
        <w:br/>
        <w:t>v -1.001880 14.542187 0.334992</w:t>
        <w:br/>
        <w:t>v -0.999039 14.307869 0.325014</w:t>
        <w:br/>
        <w:t>v -1.028730 14.315508 0.319265</w:t>
        <w:br/>
        <w:t>v 0.562140 15.196015 1.441320</w:t>
        <w:br/>
        <w:t>v 0.565410 15.190628 1.466595</w:t>
        <w:br/>
        <w:t>v 0.537557 15.327932 -0.507203</w:t>
        <w:br/>
        <w:t>v 0.536452 15.333375 -0.477802</w:t>
        <w:br/>
        <w:t>v 0.247836 14.905537 1.404076</w:t>
        <w:br/>
        <w:t>v 0.250445 14.901755 1.426067</w:t>
        <w:br/>
        <w:t>v 0.487554 15.036615 1.430144</w:t>
        <w:br/>
        <w:t>v 0.250445 14.901755 1.426067</w:t>
        <w:br/>
        <w:t>v 0.174230 15.089093 1.456253</w:t>
        <w:br/>
        <w:t>v 0.413244 15.210614 1.467838</w:t>
        <w:br/>
        <w:t>v 0.049972 14.787315 1.417143</w:t>
        <w:br/>
        <w:t>v -0.027904 14.973779 1.437312</w:t>
        <w:br/>
        <w:t>v 0.049986 14.789768 1.392885</w:t>
        <w:br/>
        <w:t>v 0.049972 14.787315 1.417143</w:t>
        <w:br/>
        <w:t>v -0.025944 14.979142 1.415265</w:t>
        <w:br/>
        <w:t>v 0.049986 14.789768 1.392885</w:t>
        <w:br/>
        <w:t>v -0.027904 14.973779 1.437312</w:t>
        <w:br/>
        <w:t>v -0.025944 14.979142 1.415265</w:t>
        <w:br/>
        <w:t>v -0.281469 14.674366 -0.382285</w:t>
        <w:br/>
        <w:t>v -0.368212 14.911271 -0.419999</w:t>
        <w:br/>
        <w:t>v -0.281469 14.674366 -0.382285</w:t>
        <w:br/>
        <w:t>v -0.273785 14.677872 -0.354643</w:t>
        <w:br/>
        <w:t>v -0.273785 14.677872 -0.354643</w:t>
        <w:br/>
        <w:t>v -0.360187 14.912629 -0.392315</w:t>
        <w:br/>
        <w:t>v -0.360187 14.912629 -0.392315</w:t>
        <w:br/>
        <w:t>v -0.368212 14.911271 -0.419999</w:t>
        <w:br/>
        <w:t>v 0.537557 15.327932 -0.507203</w:t>
        <w:br/>
        <w:t>v 0.479924 15.141512 -0.424710</w:t>
        <w:br/>
        <w:t>v 0.393623 15.343307 -0.478519</w:t>
        <w:br/>
        <w:t>v 0.181333 15.226020 -0.458424</w:t>
        <w:br/>
        <w:t>v 0.271651 15.013274 -0.403313</w:t>
        <w:br/>
        <w:t>v 0.180567 15.223521 -0.487911</w:t>
        <w:br/>
        <w:t>v 0.181333 15.226020 -0.458424</w:t>
        <w:br/>
        <w:t>v 0.858189 14.964610 1.298834</w:t>
        <w:br/>
        <w:t>v 0.593346 14.829711 1.339260</w:t>
        <w:br/>
        <w:t>v 0.510021 15.001040 1.399317</w:t>
        <w:br/>
        <w:t>v 0.798716 15.122893 1.356936</w:t>
        <w:br/>
        <w:t>v -0.186321 14.401203 1.417702</w:t>
        <w:br/>
        <w:t>v -0.311298 14.334822 1.392588</w:t>
        <w:br/>
        <w:t>v -0.427465 14.481972 1.406506</w:t>
        <w:br/>
        <w:t>v -0.280329 14.564219 1.433605</w:t>
        <w:br/>
        <w:t>v 0.252460 14.871287 1.413170</w:t>
        <w:br/>
        <w:t>v 0.331731 14.689075 1.377097</w:t>
        <w:br/>
        <w:t>v 0.118246 14.569040 1.407020</w:t>
        <w:br/>
        <w:t>v 0.021355 14.742344 1.419644</w:t>
        <w:br/>
        <w:t>v 0.892354 15.078062 1.314365</w:t>
        <w:br/>
        <w:t>v 0.891216 15.010728 1.303376</w:t>
        <w:br/>
        <w:t>v 0.862472 15.112403 1.338324</w:t>
        <w:br/>
        <w:t>v 0.500120 15.009011 1.380286</w:t>
        <w:br/>
        <w:t>v 0.585037 14.834875 1.321177</w:t>
        <w:br/>
        <w:t>v 0.845818 14.969867 1.282130</w:t>
        <w:br/>
        <w:t>v 0.780020 15.134158 1.341326</w:t>
        <w:br/>
        <w:t>v -0.419736 14.476950 1.324210</w:t>
        <w:br/>
        <w:t>v -0.306216 14.331305 1.310214</w:t>
        <w:br/>
        <w:t>v -0.177900 14.402370 1.340218</w:t>
        <w:br/>
        <w:t>v -0.274837 14.560745 1.362006</w:t>
        <w:br/>
        <w:t>v 0.244393 14.876237 1.392028</w:t>
        <w:br/>
        <w:t>v 0.020581 14.743606 1.397915</w:t>
        <w:br/>
        <w:t>v 0.118071 14.571699 1.383915</w:t>
        <w:br/>
        <w:t>v 0.329916 14.683962 1.359239</w:t>
        <w:br/>
        <w:t>v 0.873231 15.017809 1.286957</w:t>
        <w:br/>
        <w:t>v 0.836400 15.131488 1.324017</w:t>
        <w:br/>
        <w:t>v 0.858189 14.964610 1.298834</w:t>
        <w:br/>
        <w:t>v 0.845818 14.969867 1.282130</w:t>
        <w:br/>
        <w:t>v 0.585037 14.834875 1.321177</w:t>
        <w:br/>
        <w:t>v 0.593346 14.829711 1.339260</w:t>
        <w:br/>
        <w:t>v 0.500120 15.009011 1.380286</w:t>
        <w:br/>
        <w:t>v 0.780020 15.134158 1.341326</w:t>
        <w:br/>
        <w:t>v 0.798716 15.122893 1.356936</w:t>
        <w:br/>
        <w:t>v 0.510021 15.001040 1.399317</w:t>
        <w:br/>
        <w:t>v -0.344709 14.313065 1.351973</w:t>
        <w:br/>
        <w:t>v -0.459972 14.464439 1.365492</w:t>
        <w:br/>
        <w:t>v 0.331731 14.689075 1.377097</w:t>
        <w:br/>
        <w:t>v 0.329916 14.683962 1.359239</w:t>
        <w:br/>
        <w:t>v 0.118071 14.571699 1.383915</w:t>
        <w:br/>
        <w:t>v 0.118246 14.569040 1.407020</w:t>
        <w:br/>
        <w:t>v 0.020581 14.743606 1.397915</w:t>
        <w:br/>
        <w:t>v 0.244393 14.876237 1.392028</w:t>
        <w:br/>
        <w:t>v 0.252460 14.871287 1.413170</w:t>
        <w:br/>
        <w:t>v 0.021355 14.742344 1.419644</w:t>
        <w:br/>
        <w:t>v 0.891216 15.010728 1.303376</w:t>
        <w:br/>
        <w:t>v 0.873231 15.017809 1.286957</w:t>
        <w:br/>
        <w:t>v 0.862472 15.112403 1.338324</w:t>
        <w:br/>
        <w:t>v 0.836400 15.131488 1.324017</w:t>
        <w:br/>
        <w:t>v -0.459972 14.464439 1.365492</w:t>
        <w:br/>
        <w:t>v -0.344709 14.313065 1.351973</w:t>
        <w:br/>
        <w:t>v -0.306216 14.331305 1.310214</w:t>
        <w:br/>
        <w:t>v -0.419736 14.476950 1.324210</w:t>
        <w:br/>
        <w:t>v -0.311298 14.334822 1.392588</w:t>
        <w:br/>
        <w:t>v -0.186321 14.401203 1.417702</w:t>
        <w:br/>
        <w:t>v -0.186568 14.401653 1.396036</w:t>
        <w:br/>
        <w:t>v -0.300363 14.340961 1.370990</w:t>
        <w:br/>
        <w:t>v -0.344709 14.313065 1.351973</w:t>
        <w:br/>
        <w:t>v -0.316389 14.329336 1.354502</w:t>
        <w:br/>
        <w:t>v 0.096164 14.558542 1.399712</w:t>
        <w:br/>
        <w:t>v -0.298643 14.337610 1.332480</w:t>
        <w:br/>
        <w:t>v -0.306216 14.331305 1.310214</w:t>
        <w:br/>
        <w:t>v -0.182203 14.400965 1.364072</w:t>
        <w:br/>
        <w:t>v -0.177900 14.402370 1.340218</w:t>
        <w:br/>
        <w:t>v -0.415195 14.486511 1.384913</w:t>
        <w:br/>
        <w:t>v -0.427465 14.481972 1.406506</w:t>
        <w:br/>
        <w:t>v -0.459972 14.464439 1.365492</w:t>
        <w:br/>
        <w:t>v -0.431224 14.477232 1.368249</w:t>
        <w:br/>
        <w:t>v -0.280122 14.564011 1.413320</w:t>
        <w:br/>
        <w:t>v -0.280329 14.564219 1.433605</w:t>
        <w:br/>
        <w:t>v -0.013286 14.723553 1.405735</w:t>
        <w:br/>
        <w:t>v -0.279709 14.561264 1.385448</w:t>
        <w:br/>
        <w:t>v -0.412038 14.482363 1.346263</w:t>
        <w:br/>
        <w:t>v -0.419736 14.476950 1.324210</w:t>
        <w:br/>
        <w:t>v -0.274837 14.560745 1.362006</w:t>
        <w:br/>
        <w:t>v -0.415195 14.486511 1.384913</w:t>
        <w:br/>
        <w:t>v -0.300363 14.340961 1.370990</w:t>
        <w:br/>
        <w:t>v -0.186568 14.401653 1.396036</w:t>
        <w:br/>
        <w:t>v -0.280122 14.564011 1.413320</w:t>
        <w:br/>
        <w:t>v -0.182203 14.400965 1.364072</w:t>
        <w:br/>
        <w:t>v -0.298643 14.337610 1.332480</w:t>
        <w:br/>
        <w:t>v -0.412038 14.482363 1.346263</w:t>
        <w:br/>
        <w:t>v -0.279709 14.561264 1.385448</w:t>
        <w:br/>
        <w:t>v -0.316389 14.329336 1.354502</w:t>
        <w:br/>
        <w:t>v -0.431224 14.477232 1.368249</w:t>
        <w:br/>
        <w:t>v -0.298643 14.337610 1.332480</w:t>
        <w:br/>
        <w:t>v -0.316389 14.329336 1.354502</w:t>
        <w:br/>
        <w:t>v -0.431224 14.477232 1.368249</w:t>
        <w:br/>
        <w:t>v -0.412038 14.482363 1.346263</w:t>
        <w:br/>
        <w:t>v 0.869867 15.094316 1.298290</w:t>
        <w:br/>
        <w:t>v 0.892354 15.078062 1.314365</w:t>
        <w:br/>
        <w:t>v 0.873231 15.017809 1.286957</w:t>
        <w:br/>
        <w:t>v 0.869867 15.094316 1.298290</w:t>
        <w:br/>
        <w:t>v -0.138270 14.645830 1.443656</w:t>
        <w:br/>
        <w:t>v -0.151549 14.642910 1.427584</w:t>
        <w:br/>
        <w:t>v -0.151549 14.642910 1.427584</w:t>
        <w:br/>
        <w:t>v -0.063063 14.472477 1.409276</w:t>
        <w:br/>
        <w:t>v 0.096164 14.558542 1.399712</w:t>
        <w:br/>
        <w:t>v -0.013286 14.723553 1.405735</w:t>
        <w:br/>
        <w:t>v -0.063063 14.472477 1.409276</w:t>
        <w:br/>
        <w:t>v -0.049943 14.476614 1.427740</w:t>
        <w:br/>
        <w:t>v -0.138270 14.645830 1.443656</w:t>
        <w:br/>
        <w:t>v -0.049943 14.476614 1.427740</w:t>
        <w:br/>
        <w:t>v -0.050936 14.475660 1.391665</w:t>
        <w:br/>
        <w:t>v -0.038254 14.480545 1.381595</w:t>
        <w:br/>
        <w:t>v -0.050936 14.475660 1.391665</w:t>
        <w:br/>
        <w:t>v -0.138205 14.644514 1.407800</w:t>
        <w:br/>
        <w:t>v -0.145360 14.638081 1.392265</w:t>
        <w:br/>
        <w:t>v -0.138205 14.644514 1.407800</w:t>
        <w:br/>
        <w:t>v -0.038254 14.480545 1.381595</w:t>
        <w:br/>
        <w:t>v -0.145360 14.638081 1.392265</w:t>
        <w:br/>
        <w:t>v -0.013286 14.723553 1.405735</w:t>
        <w:br/>
        <w:t>v 0.096164 14.558542 1.399712</w:t>
        <w:br/>
        <w:t>v 0.014301 14.709030 -0.413344</w:t>
        <w:br/>
        <w:t>v 0.105628 14.547119 -0.389049</w:t>
        <w:br/>
        <w:t>v 0.256047 14.638908 -0.389878</w:t>
        <w:br/>
        <w:t>v 0.159030 14.796326 -0.419851</w:t>
        <w:br/>
        <w:t>v 0.751989 15.160282 -0.356150</w:t>
        <w:br/>
        <w:t>v 0.824790 15.018065 -0.292671</w:t>
        <w:br/>
        <w:t>v 0.848475 15.078047 -0.281132</w:t>
        <w:br/>
        <w:t>v 0.808190 15.164242 -0.324124</w:t>
        <w:br/>
        <w:t>v 0.291623 14.882929 -0.432084</w:t>
        <w:br/>
        <w:t>v 0.380414 14.721796 -0.383427</w:t>
        <w:br/>
        <w:t>v 0.495071 14.790283 -0.381566</w:t>
        <w:br/>
        <w:t>v 0.409181 14.964149 -0.439112</w:t>
        <w:br/>
        <w:t>v 0.597057 14.856289 -0.348384</w:t>
        <w:br/>
        <w:t>v 0.490511 14.790092 -0.357854</w:t>
        <w:br/>
        <w:t>v 0.404204 14.964967 -0.416359</w:t>
        <w:br/>
        <w:t>v 0.509856 15.036684 -0.420314</w:t>
        <w:br/>
        <w:t>v 0.252720 14.636906 -0.369046</w:t>
        <w:br/>
        <w:t>v 0.103391 14.545444 -0.366419</w:t>
        <w:br/>
        <w:t>v 0.012486 14.707893 -0.389928</w:t>
        <w:br/>
        <w:t>v 0.155225 14.795467 -0.396124</w:t>
        <w:br/>
        <w:t>v 0.834614 15.146548 -0.278481</w:t>
        <w:br/>
        <w:t>v 0.837633 15.085009 -0.263483</w:t>
        <w:br/>
        <w:t>v 0.793819 15.174487 -0.307137</w:t>
        <w:br/>
        <w:t>v 0.376445 14.720921 -0.361127</w:t>
        <w:br/>
        <w:t>v 0.287295 14.883077 -0.405272</w:t>
        <w:br/>
        <w:t>v 0.602703 14.854012 -0.375836</w:t>
        <w:br/>
        <w:t>v 0.495071 14.790283 -0.381566</w:t>
        <w:br/>
        <w:t>v 0.490511 14.790092 -0.357854</w:t>
        <w:br/>
        <w:t>v 0.597057 14.856289 -0.348384</w:t>
        <w:br/>
        <w:t>v -0.235801 14.345537 -0.442427</w:t>
        <w:br/>
        <w:t>v -0.334783 14.489559 -0.441491</w:t>
        <w:br/>
        <w:t>v -0.370390 14.465256 -0.431450</w:t>
        <w:br/>
        <w:t>v -0.270037 14.326677 -0.428254</w:t>
        <w:br/>
        <w:t>v 0.256047 14.638908 -0.389878</w:t>
        <w:br/>
        <w:t>v 0.105628 14.547119 -0.389049</w:t>
        <w:br/>
        <w:t>v 0.103391 14.545444 -0.366419</w:t>
        <w:br/>
        <w:t>v 0.252720 14.636906 -0.369046</w:t>
        <w:br/>
        <w:t>v 0.159030 14.796326 -0.419851</w:t>
        <w:br/>
        <w:t>v 0.155225 14.795467 -0.396124</w:t>
        <w:br/>
        <w:t>v 0.012486 14.707893 -0.389928</w:t>
        <w:br/>
        <w:t>v 0.014301 14.709030 -0.413344</w:t>
        <w:br/>
        <w:t>v 0.824790 15.018065 -0.292671</w:t>
        <w:br/>
        <w:t>v 0.814426 15.027133 -0.273610</w:t>
        <w:br/>
        <w:t>v 0.837633 15.085009 -0.263483</w:t>
        <w:br/>
        <w:t>v 0.848475 15.078047 -0.281132</w:t>
        <w:br/>
        <w:t>v 0.739591 15.171849 -0.337427</w:t>
        <w:br/>
        <w:t>v 0.751989 15.160282 -0.356150</w:t>
        <w:br/>
        <w:t>v 0.808190 15.164242 -0.324124</w:t>
        <w:br/>
        <w:t>v 0.793819 15.174487 -0.307137</w:t>
        <w:br/>
        <w:t>v 0.380414 14.721796 -0.383427</w:t>
        <w:br/>
        <w:t>v 0.376445 14.720921 -0.361127</w:t>
        <w:br/>
        <w:t>v 0.409181 14.964149 -0.439112</w:t>
        <w:br/>
        <w:t>v 0.404204 14.964967 -0.416359</w:t>
        <w:br/>
        <w:t>v 0.287295 14.883077 -0.405272</w:t>
        <w:br/>
        <w:t>v 0.291623 14.882929 -0.432084</w:t>
        <w:br/>
        <w:t>v -0.269125 14.346674 -0.380180</w:t>
        <w:br/>
        <w:t>v -0.270037 14.326677 -0.428254</w:t>
        <w:br/>
        <w:t>v -0.370390 14.465256 -0.431450</w:t>
        <w:br/>
        <w:t>v -0.368381 14.487234 -0.382568</w:t>
        <w:br/>
        <w:t>v -0.228515 14.349751 -0.422685</w:t>
        <w:br/>
        <w:t>v -0.235801 14.345537 -0.442427</w:t>
        <w:br/>
        <w:t>v -0.270037 14.326677 -0.428254</w:t>
        <w:br/>
        <w:t>v -0.243542 14.341434 -0.412809</w:t>
        <w:br/>
        <w:t>v 0.079446 14.531414 -0.379388</w:t>
        <w:br/>
        <w:t>v -0.263121 14.351435 -0.409191</w:t>
        <w:br/>
        <w:t>v -0.269125 14.346674 -0.380180</w:t>
        <w:br/>
        <w:t>v -0.326572 14.494085 -0.420799</w:t>
        <w:br/>
        <w:t>v -0.343508 14.484491 -0.413274</w:t>
        <w:br/>
        <w:t>v -0.370390 14.465256 -0.431450</w:t>
        <w:br/>
        <w:t>v -0.334783 14.489559 -0.441491</w:t>
        <w:br/>
        <w:t>v -0.007622 14.697781 -0.402466</w:t>
        <w:br/>
        <w:t>v -0.344171 14.487955 -0.407714</w:t>
        <w:br/>
        <w:t>v -0.368381 14.487234 -0.382568</w:t>
        <w:br/>
        <w:t>v -0.343508 14.484491 -0.413274</w:t>
        <w:br/>
        <w:t>v -0.326572 14.494085 -0.420799</w:t>
        <w:br/>
        <w:t>v -0.228515 14.349751 -0.422685</w:t>
        <w:br/>
        <w:t>v -0.243542 14.341434 -0.412809</w:t>
        <w:br/>
        <w:t>v -0.263121 14.351435 -0.409191</w:t>
        <w:br/>
        <w:t>v -0.344171 14.487955 -0.407714</w:t>
        <w:br/>
        <w:t>v -0.255579 14.546833 -0.432058</w:t>
        <w:br/>
        <w:t>v -0.254086 14.546576 -0.452900</w:t>
        <w:br/>
        <w:t>v -0.152644 14.392040 -0.423914</w:t>
        <w:br/>
        <w:t>v -0.255579 14.546833 -0.432058</w:t>
        <w:br/>
        <w:t>v -0.152644 14.392040 -0.423914</w:t>
        <w:br/>
        <w:t>v -0.151252 14.392107 -0.444824</w:t>
        <w:br/>
        <w:t>v -0.151252 14.392107 -0.444824</w:t>
        <w:br/>
        <w:t>v -0.254086 14.546576 -0.452900</w:t>
        <w:br/>
        <w:t>v -0.125776 14.623034 -0.381151</w:t>
        <w:br/>
        <w:t>v -0.022169 14.470306 -0.360966</w:t>
        <w:br/>
        <w:t>v 0.079446 14.531414 -0.379388</w:t>
        <w:br/>
        <w:t>v -0.007622 14.697781 -0.402466</w:t>
        <w:br/>
        <w:t>v -0.022169 14.470306 -0.360966</w:t>
        <w:br/>
        <w:t>v -0.011765 14.476402 -0.341194</w:t>
        <w:br/>
        <w:t>v -0.113730 14.630264 -0.363329</w:t>
        <w:br/>
        <w:t>v -0.011765 14.476402 -0.341194</w:t>
        <w:br/>
        <w:t>v -0.125776 14.623034 -0.381151</w:t>
        <w:br/>
        <w:t>v -0.113730 14.630264 -0.363329</w:t>
        <w:br/>
        <w:t>v 0.846280 15.138397 -0.295931</w:t>
        <w:br/>
        <w:t>v 0.834614 15.146548 -0.278481</w:t>
        <w:br/>
        <w:t>v 0.846280 15.138397 -0.295931</w:t>
        <w:br/>
        <w:t>v 0.814426 15.027133 -0.273610</w:t>
        <w:br/>
        <w:t>v 0.739591 15.171849 -0.337427</w:t>
        <w:br/>
        <w:t>v 0.516740 15.030593 -0.438687</w:t>
        <w:br/>
        <w:t>v 0.509856 15.036684 -0.420314</w:t>
        <w:br/>
        <w:t>v 0.602703 14.854012 -0.375836</w:t>
        <w:br/>
        <w:t>v 0.516740 15.030593 -0.438687</w:t>
        <w:br/>
        <w:t>v 0.627634 15.093779 -0.412520</w:t>
        <w:br/>
        <w:t>v 0.715982 14.930724 -0.340925</w:t>
        <w:br/>
        <w:t>v 0.715982 14.930724 -0.340925</w:t>
        <w:br/>
        <w:t>v 0.708744 14.936279 -0.319804</w:t>
        <w:br/>
        <w:t>v 0.708744 14.936279 -0.319804</w:t>
        <w:br/>
        <w:t>v 0.620265 15.101264 -0.393384</w:t>
        <w:br/>
        <w:t>v 0.620265 15.101264 -0.393384</w:t>
        <w:br/>
        <w:t>v 0.627634 15.093779 -0.412520</w:t>
        <w:br/>
        <w:t>v -0.115585 14.631218 -0.421626</w:t>
        <w:br/>
        <w:t>v -0.010961 14.479263 -0.404781</w:t>
        <w:br/>
        <w:t>v -0.010961 14.479263 -0.404781</w:t>
        <w:br/>
        <w:t>v -0.021004 14.472893 -0.389097</w:t>
        <w:br/>
        <w:t>v 0.079446 14.531414 -0.379388</w:t>
        <w:br/>
        <w:t>v -0.021004 14.472893 -0.389097</w:t>
        <w:br/>
        <w:t>v -0.128847 14.623362 -0.406031</w:t>
        <w:br/>
        <w:t>v -0.007622 14.697781 -0.402466</w:t>
        <w:br/>
        <w:t>v -0.128847 14.623362 -0.406031</w:t>
        <w:br/>
        <w:t>v -0.115585 14.631218 -0.421626</w:t>
        <w:br/>
        <w:t>v -0.152759 14.387976 -0.314940</w:t>
        <w:br/>
        <w:t>v -0.254530 14.543144 -0.323051</w:t>
        <w:br/>
        <w:t>v -0.154432 14.388615 -0.339058</w:t>
        <w:br/>
        <w:t>v -0.152759 14.387976 -0.314940</w:t>
        <w:br/>
        <w:t>v -0.256267 14.543631 -0.346551</w:t>
        <w:br/>
        <w:t>v -0.154432 14.388615 -0.339058</w:t>
        <w:br/>
        <w:t>v -0.254530 14.543144 -0.323051</w:t>
        <w:br/>
        <w:t>v -0.256267 14.543631 -0.346551</w:t>
        <w:br/>
        <w:t>v -0.269125 14.346674 -0.380180</w:t>
        <w:br/>
        <w:t>v -0.368381 14.487234 -0.382568</w:t>
        <w:br/>
        <w:t>v -0.344171 14.487955 -0.407714</w:t>
        <w:br/>
        <w:t>v -0.263121 14.351435 -0.409191</w:t>
        <w:br/>
        <w:t>v -0.357165 14.058960 -0.479097</w:t>
        <w:br/>
        <w:t>v -0.033291 14.102940 -0.476259</w:t>
        <w:br/>
        <w:t>v -0.037328 14.139370 -0.520808</w:t>
        <w:br/>
        <w:t>v -0.371243 14.096458 -0.507481</w:t>
        <w:br/>
        <w:t>v -0.614941 14.029921 -0.392403</w:t>
        <w:br/>
        <w:t>v -0.639112 14.063543 -0.426926</w:t>
        <w:br/>
        <w:t>v -0.831862 14.049154 -0.393916</w:t>
        <w:br/>
        <w:t>v -0.803836 14.016806 -0.355155</w:t>
        <w:br/>
        <w:t>v 1.090928 14.359909 0.551063</w:t>
        <w:br/>
        <w:t>v 1.040860 14.333342 0.746845</w:t>
        <w:br/>
        <w:t>v 1.070576 14.361626 0.758755</w:t>
        <w:br/>
        <w:t>v 1.127220 14.387129 0.557194</w:t>
        <w:br/>
        <w:t>v 0.900368 14.548750 0.949893</w:t>
        <w:br/>
        <w:t>v 0.971114 14.582664 0.769363</w:t>
        <w:br/>
        <w:t>v 1.010217 14.580366 0.776709</w:t>
        <w:br/>
        <w:t>v 0.934581 14.542971 0.959860</w:t>
        <w:br/>
        <w:t>v 0.853596 14.249798 1.081752</w:t>
        <w:br/>
        <w:t>v 0.720434 14.210999 1.226498</w:t>
        <w:br/>
        <w:t>v 0.724256 14.226484 1.243746</w:t>
        <w:br/>
        <w:t>v 0.863941 14.269047 1.101761</w:t>
        <w:br/>
        <w:t>v 0.569959 14.181883 1.320315</w:t>
        <w:br/>
        <w:t>v 0.412090 14.152439 1.380449</w:t>
        <w:br/>
        <w:t>v 0.413961 14.167049 1.410543</w:t>
        <w:br/>
        <w:t>v 0.575921 14.195948 1.342650</w:t>
        <w:br/>
        <w:t>v 0.531560 14.444742 1.362425</w:t>
        <w:br/>
        <w:t>v 0.543488 14.435221 1.377117</w:t>
        <w:br/>
        <w:t>v 0.382293 14.414490 1.433792</w:t>
        <w:br/>
        <w:t>v 0.369445 14.420418 1.403811</w:t>
        <w:br/>
        <w:t>v 0.718961 14.598598 -0.243027</w:t>
        <w:br/>
        <w:t>v 0.748940 14.594347 -0.279527</w:t>
        <w:br/>
        <w:t>v 0.888510 14.618570 -0.122452</w:t>
        <w:br/>
        <w:t>v 0.851600 14.622969 -0.096755</w:t>
        <w:br/>
        <w:t>v 0.786818 14.302120 -0.241683</w:t>
        <w:br/>
        <w:t>v 0.923762 14.338627 -0.078244</w:t>
        <w:br/>
        <w:t>v 0.947927 14.365191 -0.100673</w:t>
        <w:br/>
        <w:t>v 0.804077 14.329218 -0.272685</w:t>
        <w:br/>
        <w:t>v 0.277025 14.163694 -0.440680</w:t>
        <w:br/>
        <w:t>v 0.281451 14.196934 -0.481828</w:t>
        <w:br/>
        <w:t>v 0.265792 14.495916 -0.507210</w:t>
        <w:br/>
        <w:t>v 0.262324 14.490080 -0.463877</w:t>
        <w:br/>
        <w:t>v -0.034511 14.429623 -0.489903</w:t>
        <w:br/>
        <w:t>v -0.039499 14.439108 -0.535044</w:t>
        <w:br/>
        <w:t>v 0.523837 14.545708 -0.419348</w:t>
        <w:br/>
        <w:t>v 0.507491 14.544716 -0.378948</w:t>
        <w:br/>
        <w:t>v 0.558636 14.238007 -0.356164</w:t>
        <w:br/>
        <w:t>v 0.568116 14.266018 -0.394107</w:t>
        <w:br/>
        <w:t>v 1.016665 14.630434 0.367187</w:t>
        <w:br/>
        <w:t>v 0.985365 14.639761 0.144242</w:t>
        <w:br/>
        <w:t>v 1.031575 14.635935 0.129083</w:t>
        <w:br/>
        <w:t>v 1.065120 14.627810 0.362621</w:t>
        <w:br/>
        <w:t>v -0.759899 14.338629 -0.332331</w:t>
        <w:br/>
        <w:t>v -0.626902 14.355761 -0.389545</w:t>
        <w:br/>
        <w:t>v -0.590568 14.344866 -0.339469</w:t>
        <w:br/>
        <w:t>v -0.722663 14.320803 -0.287022</w:t>
        <w:br/>
        <w:t>v -0.330464 14.387466 -0.447722</w:t>
        <w:br/>
        <w:t>v -0.344595 14.395414 -0.489589</w:t>
        <w:br/>
        <w:t>v 1.070360 14.365692 0.129394</w:t>
        <w:br/>
        <w:t>v 1.099317 14.392872 0.117625</w:t>
        <w:br/>
        <w:t>v 0.683937 14.473074 1.262366</w:t>
        <w:br/>
        <w:t>v 0.698849 14.464001 1.270455</w:t>
        <w:br/>
        <w:t>v 1.103653 14.371004 0.337480</w:t>
        <w:br/>
        <w:t>v 1.140082 14.397863 0.335803</w:t>
        <w:br/>
        <w:t>v 1.055797 14.607023 0.579061</w:t>
        <w:br/>
        <w:t>v 1.008480 14.608259 0.577915</w:t>
        <w:br/>
        <w:t>v 0.948505 14.289665 0.920709</w:t>
        <w:br/>
        <w:t>v 0.967479 14.315609 0.937730</w:t>
        <w:br/>
        <w:t>v 0.835944 14.505020 1.137792</w:t>
        <w:br/>
        <w:t>v 0.810174 14.514786 1.127432</w:t>
        <w:br/>
        <w:t>v 0.212873 14.392628 1.467879</w:t>
        <w:br/>
        <w:t>v 0.214817 14.402981 1.387088</w:t>
        <w:br/>
        <w:t>v 0.243257 14.139170 1.473605</w:t>
        <w:br/>
        <w:t>v 0.240803 14.123564 1.379993</w:t>
        <w:br/>
        <w:t>v -0.344595 14.395414 -0.489589</w:t>
        <w:br/>
        <w:t>v -0.626902 14.355761 -0.389545</w:t>
        <w:br/>
        <w:t>v -0.759899 14.338629 -0.332331</w:t>
        <w:br/>
        <w:t>v -0.831862 14.049154 -0.393916</w:t>
        <w:br/>
        <w:t>v -0.826613 14.302240 -0.325817</w:t>
        <w:br/>
        <w:t>v -0.906861 14.097441 -0.399219</w:t>
        <w:br/>
        <w:t>v -0.867879 14.301569 -0.306667</w:t>
        <w:br/>
        <w:t>v -0.884550 14.292459 -0.281073</w:t>
        <w:br/>
        <w:t>v -0.975239 14.090199 -0.351057</w:t>
        <w:br/>
        <w:t>v -0.952986 14.099642 -0.387396</w:t>
        <w:br/>
        <w:t>v -0.879581 14.273878 -0.238544</w:t>
        <w:br/>
        <w:t>v -0.966215 14.070774 -0.317474</w:t>
        <w:br/>
        <w:t>v -0.831584 14.260403 -0.198837</w:t>
        <w:br/>
        <w:t>v -0.913526 14.045721 -0.279498</w:t>
        <w:br/>
        <w:t>v -0.783034 14.263229 -0.217149</w:t>
        <w:br/>
        <w:t>v -0.876219 14.043892 -0.294919</w:t>
        <w:br/>
        <w:t>v -0.913526 14.045721 -0.279498</w:t>
        <w:br/>
        <w:t>v -0.831584 14.260403 -0.198837</w:t>
        <w:br/>
        <w:t>v -0.722663 14.320803 -0.287022</w:t>
        <w:br/>
        <w:t>v -0.803836 14.016806 -0.355155</w:t>
        <w:br/>
        <w:t>v -0.590568 14.344866 -0.339469</w:t>
        <w:br/>
        <w:t>v -0.614941 14.029921 -0.392403</w:t>
        <w:br/>
        <w:t>v -0.330464 14.387466 -0.447722</w:t>
        <w:br/>
        <w:t>v -0.357165 14.058960 -0.479097</w:t>
        <w:br/>
        <w:t>v -0.034511 14.429623 -0.489903</w:t>
        <w:br/>
        <w:t>v -0.033291 14.102940 -0.476259</w:t>
        <w:br/>
        <w:t>v 0.262324 14.490080 -0.463877</w:t>
        <w:br/>
        <w:t>v 0.277025 14.163694 -0.440680</w:t>
        <w:br/>
        <w:t>v 0.507491 14.544716 -0.378948</w:t>
        <w:br/>
        <w:t>v 0.558636 14.238007 -0.356164</w:t>
        <w:br/>
        <w:t>v 0.718961 14.598598 -0.243027</w:t>
        <w:br/>
        <w:t>v 0.786818 14.302120 -0.241683</w:t>
        <w:br/>
        <w:t>v 0.851600 14.622969 -0.096755</w:t>
        <w:br/>
        <w:t>v 0.923762 14.338627 -0.078244</w:t>
        <w:br/>
        <w:t>v 0.985365 14.639761 0.144242</w:t>
        <w:br/>
        <w:t>v 1.070360 14.365692 0.129394</w:t>
        <w:br/>
        <w:t>v 1.016665 14.630434 0.367187</w:t>
        <w:br/>
        <w:t>v 1.103653 14.371004 0.337480</w:t>
        <w:br/>
        <w:t>v 1.008480 14.608259 0.577915</w:t>
        <w:br/>
        <w:t>v 1.090928 14.359909 0.551063</w:t>
        <w:br/>
        <w:t>v 0.971114 14.582664 0.769363</w:t>
        <w:br/>
        <w:t>v 1.040860 14.333342 0.746845</w:t>
        <w:br/>
        <w:t>v 0.900368 14.548750 0.949893</w:t>
        <w:br/>
        <w:t>v 0.948505 14.289665 0.920709</w:t>
        <w:br/>
        <w:t>v 0.810174 14.514786 1.127432</w:t>
        <w:br/>
        <w:t>v 0.853596 14.249798 1.081752</w:t>
        <w:br/>
        <w:t>v 0.683937 14.473074 1.262366</w:t>
        <w:br/>
        <w:t>v 0.720434 14.210999 1.226498</w:t>
        <w:br/>
        <w:t>v 0.531560 14.444742 1.362425</w:t>
        <w:br/>
        <w:t>v 0.569959 14.181883 1.320315</w:t>
        <w:br/>
        <w:t>v 0.369445 14.420418 1.403811</w:t>
        <w:br/>
        <w:t>v 0.412090 14.152439 1.380449</w:t>
        <w:br/>
        <w:t>v 0.214817 14.402981 1.387088</w:t>
        <w:br/>
        <w:t>v 0.240803 14.123564 1.379993</w:t>
        <w:br/>
        <w:t>v 0.153786 14.361324 1.381905</w:t>
        <w:br/>
        <w:t>v 0.089885 14.349308 1.385574</w:t>
        <w:br/>
        <w:t>v 0.117039 14.144361 1.391709</w:t>
        <w:br/>
        <w:t>v 0.173021 14.154476 1.382087</w:t>
        <w:br/>
        <w:t>v 0.035975 14.336985 1.401347</w:t>
        <w:br/>
        <w:t>v 0.065844 14.145761 1.414617</w:t>
        <w:br/>
        <w:t>v 0.035975 14.336985 1.401347</w:t>
        <w:br/>
        <w:t>v 0.036216 14.334984 1.437957</w:t>
        <w:br/>
        <w:t>v 0.064878 14.148483 1.451362</w:t>
        <w:br/>
        <w:t>v 0.065844 14.145761 1.414617</w:t>
        <w:br/>
        <w:t>v 0.076171 14.342817 1.471946</w:t>
        <w:br/>
        <w:t>v 0.109362 14.157696 1.491727</w:t>
        <w:br/>
        <w:t>v 0.212873 14.392628 1.467879</w:t>
        <w:br/>
        <w:t>v 0.243257 14.139170 1.473605</w:t>
        <w:br/>
        <w:t>v 0.171197 14.166908 1.492059</w:t>
        <w:br/>
        <w:t>v 0.147587 14.353088 1.478532</w:t>
        <w:br/>
        <w:t>v 0.382293 14.414490 1.433792</w:t>
        <w:br/>
        <w:t>v 0.413961 14.167049 1.410543</w:t>
        <w:br/>
        <w:t>v 0.543488 14.435221 1.377117</w:t>
        <w:br/>
        <w:t>v 0.698849 14.464001 1.270455</w:t>
        <w:br/>
        <w:t>v 0.835944 14.505020 1.137792</w:t>
        <w:br/>
        <w:t>v 0.934581 14.542971 0.959860</w:t>
        <w:br/>
        <w:t>v 1.010217 14.580366 0.776709</w:t>
        <w:br/>
        <w:t>v 1.127220 14.387129 0.557194</w:t>
        <w:br/>
        <w:t>v 1.055797 14.607023 0.579061</w:t>
        <w:br/>
        <w:t>v 1.065120 14.627810 0.362621</w:t>
        <w:br/>
        <w:t>v 1.140082 14.397863 0.335803</w:t>
        <w:br/>
        <w:t>v 1.031575 14.635935 0.129083</w:t>
        <w:br/>
        <w:t>v 1.099317 14.392872 0.117625</w:t>
        <w:br/>
        <w:t>v 0.888510 14.618570 -0.122452</w:t>
        <w:br/>
        <w:t>v 0.947927 14.365191 -0.100673</w:t>
        <w:br/>
        <w:t>v 0.748940 14.594347 -0.279527</w:t>
        <w:br/>
        <w:t>v 0.523837 14.545708 -0.419348</w:t>
        <w:br/>
        <w:t>v 0.265792 14.495916 -0.507210</w:t>
        <w:br/>
        <w:t>v -0.039499 14.439108 -0.535044</w:t>
        <w:br/>
        <w:t>v 0.123766 14.149422 1.415708</w:t>
        <w:br/>
        <w:t>v 0.117039 14.144361 1.391709</w:t>
        <w:br/>
        <w:t>v 0.065844 14.145761 1.414617</w:t>
        <w:br/>
        <w:t>v 0.088431 14.147356 1.434299</w:t>
        <w:br/>
        <w:t>v 0.064878 14.148483 1.451362</w:t>
        <w:br/>
        <w:t>v 0.109362 14.157696 1.491727</w:t>
        <w:br/>
        <w:t>v 0.114609 14.150513 1.471312</w:t>
        <w:br/>
        <w:t>v 0.171197 14.166908 1.492059</w:t>
        <w:br/>
        <w:t>v 0.157741 14.160227 1.467015</w:t>
        <w:br/>
        <w:t>v 0.173021 14.154476 1.382087</w:t>
        <w:br/>
        <w:t>v 0.159929 14.157293 1.410561</w:t>
        <w:br/>
        <w:t>v 0.207320 14.123459 1.412331</w:t>
        <w:br/>
        <w:t>v 0.211020 14.132664 1.443478</w:t>
        <w:br/>
        <w:t>v 0.035975 14.336985 1.401347</w:t>
        <w:br/>
        <w:t>v 0.089885 14.349308 1.385574</w:t>
        <w:br/>
        <w:t>v 0.092091 14.349136 1.408381</w:t>
        <w:br/>
        <w:t>v 0.054624 14.341139 1.420405</w:t>
        <w:br/>
        <w:t>v 0.036216 14.334984 1.437957</w:t>
        <w:br/>
        <w:t>v 0.076171 14.342817 1.471946</w:t>
        <w:br/>
        <w:t>v 0.083815 14.344099 1.455189</w:t>
        <w:br/>
        <w:t>v 0.153786 14.361324 1.381905</w:t>
        <w:br/>
        <w:t>v 0.137761 14.357992 1.405361</w:t>
        <w:br/>
        <w:t>v 0.147587 14.353088 1.478532</w:t>
        <w:br/>
        <w:t>v 0.133453 14.352997 1.457862</w:t>
        <w:br/>
        <w:t>v 0.176802 14.396082 1.445746</w:t>
        <w:br/>
        <w:t>v 0.179642 14.398788 1.410618</w:t>
        <w:br/>
        <w:t>v 0.123766 14.149422 1.415708</w:t>
        <w:br/>
        <w:t>v 0.092091 14.349136 1.408381</w:t>
        <w:br/>
        <w:t>v 0.137761 14.357992 1.405361</w:t>
        <w:br/>
        <w:t>v 0.159929 14.157293 1.410561</w:t>
        <w:br/>
        <w:t>v 0.157741 14.160227 1.467015</w:t>
        <w:br/>
        <w:t>v 0.211020 14.132664 1.443478</w:t>
        <w:br/>
        <w:t>v 0.176802 14.396082 1.445746</w:t>
        <w:br/>
        <w:t>v 0.133453 14.352997 1.457862</w:t>
        <w:br/>
        <w:t>v 0.088431 14.147356 1.434299</w:t>
        <w:br/>
        <w:t>v 0.054624 14.341139 1.420405</w:t>
        <w:br/>
        <w:t>v 0.054624 14.341139 1.420405</w:t>
        <w:br/>
        <w:t>v 0.088431 14.147356 1.434299</w:t>
        <w:br/>
        <w:t>v 0.114609 14.150513 1.471312</w:t>
        <w:br/>
        <w:t>v 0.083815 14.344099 1.455189</w:t>
        <w:br/>
        <w:t>v 0.211020 14.132664 1.443478</w:t>
        <w:br/>
        <w:t>v 0.207320 14.123459 1.412331</w:t>
        <w:br/>
        <w:t>v 0.179642 14.398788 1.410618</w:t>
        <w:br/>
        <w:t>v 0.176802 14.396082 1.445746</w:t>
        <w:br/>
        <w:t>v -0.951952 14.073540 -0.328048</w:t>
        <w:br/>
        <w:t>v -0.966215 14.070774 -0.317474</w:t>
        <w:br/>
        <w:t>v -0.913526 14.045721 -0.279498</w:t>
        <w:br/>
        <w:t>v -0.914348 14.049597 -0.304195</w:t>
        <w:br/>
        <w:t>v -0.839061 14.039295 -0.358450</w:t>
        <w:br/>
        <w:t>v -0.884248 14.054428 -0.312470</w:t>
        <w:br/>
        <w:t>v -0.876219 14.043892 -0.294919</w:t>
        <w:br/>
        <w:t>v -0.906861 14.097441 -0.399219</w:t>
        <w:br/>
        <w:t>v -0.905155 14.090002 -0.383885</w:t>
        <w:br/>
        <w:t>v -0.845596 14.046770 -0.368941</w:t>
        <w:br/>
        <w:t>v -0.975239 14.090199 -0.351057</w:t>
        <w:br/>
        <w:t>v -0.961015 14.079620 -0.346489</w:t>
        <w:br/>
        <w:t>v -0.952986 14.099642 -0.387396</w:t>
        <w:br/>
        <w:t>v -0.942163 14.088526 -0.373572</w:t>
        <w:br/>
        <w:t>v -0.791752 14.269875 -0.235860</w:t>
        <w:br/>
        <w:t>v -0.783034 14.263229 -0.217149</w:t>
        <w:br/>
        <w:t>v -0.831584 14.260403 -0.198837</w:t>
        <w:br/>
        <w:t>v -0.830430 14.269558 -0.222503</w:t>
        <w:br/>
        <w:t>v -0.884550 14.292459 -0.281073</w:t>
        <w:br/>
        <w:t>v -0.865581 14.279459 -0.247389</w:t>
        <w:br/>
        <w:t>v -0.879581 14.273878 -0.238544</w:t>
        <w:br/>
        <w:t>v -0.771252 14.327213 -0.305009</w:t>
        <w:br/>
        <w:t>v -0.758572 14.321875 -0.291901</w:t>
        <w:br/>
        <w:t>v -0.825994 14.297815 -0.309005</w:t>
        <w:br/>
        <w:t>v -0.826613 14.302240 -0.325817</w:t>
        <w:br/>
        <w:t>v -0.867879 14.301569 -0.306667</w:t>
        <w:br/>
        <w:t>v -0.858393 14.296459 -0.295240</w:t>
        <w:br/>
        <w:t>v -0.951952 14.073540 -0.328048</w:t>
        <w:br/>
        <w:t>v -0.865581 14.279459 -0.247389</w:t>
        <w:br/>
        <w:t>v -0.884550 14.292459 -0.281073</w:t>
        <w:br/>
        <w:t>v -0.961015 14.079620 -0.346489</w:t>
        <w:br/>
        <w:t>v -0.771252 14.327213 -0.305009</w:t>
        <w:br/>
        <w:t>v -0.845596 14.046770 -0.368941</w:t>
        <w:br/>
        <w:t>v -0.905155 14.090002 -0.383885</w:t>
        <w:br/>
        <w:t>v -0.825994 14.297815 -0.309005</w:t>
        <w:br/>
        <w:t>v -0.758572 14.321875 -0.291901</w:t>
        <w:br/>
        <w:t>v -0.791752 14.269875 -0.235860</w:t>
        <w:br/>
        <w:t>v -0.884248 14.054428 -0.312470</w:t>
        <w:br/>
        <w:t>v -0.839061 14.039295 -0.358450</w:t>
        <w:br/>
        <w:t>v -0.914348 14.049597 -0.304195</w:t>
        <w:br/>
        <w:t>v -0.830430 14.269558 -0.222503</w:t>
        <w:br/>
        <w:t>v -0.942163 14.088526 -0.373572</w:t>
        <w:br/>
        <w:t>v -0.858393 14.296459 -0.295240</w:t>
        <w:br/>
        <w:t>v 0.310702 14.011278 1.286185</w:t>
        <w:br/>
        <w:t>v 0.567528 13.762535 1.316748</w:t>
        <w:br/>
        <w:t>v 0.458105 13.599325 1.397588</w:t>
        <w:br/>
        <w:t>v 0.185986 13.869156 1.326573</w:t>
        <w:br/>
        <w:t>v 1.359498 13.150947 1.080496</w:t>
        <w:br/>
        <w:t>v 1.301877 12.993304 1.169397</w:t>
        <w:br/>
        <w:t>v 1.034498 13.177044 1.323989</w:t>
        <w:br/>
        <w:t>v 1.118695 13.327137 1.234697</w:t>
        <w:br/>
        <w:t>v 0.849849 13.539937 1.314503</w:t>
        <w:br/>
        <w:t>v 0.751483 13.380199 1.411772</w:t>
        <w:br/>
        <w:t>v 1.708185 12.927794 0.627188</w:t>
        <w:br/>
        <w:t>v 1.682124 12.746280 0.682828</w:t>
        <w:br/>
        <w:t>v 1.530082 12.845887 0.971577</w:t>
        <w:br/>
        <w:t>v 1.572195 13.009716 0.887768</w:t>
        <w:br/>
        <w:t>v 1.764400 12.763113 -0.262341</w:t>
        <w:br/>
        <w:t>v 1.801777 12.702720 0.051274</w:t>
        <w:br/>
        <w:t>v 1.828508 12.901822 0.062344</w:t>
        <w:br/>
        <w:t>v 1.791444 12.957379 -0.217590</w:t>
        <w:br/>
        <w:t>v 1.782470 12.700416 0.379852</w:t>
        <w:br/>
        <w:t>v 1.799486 12.893928 0.355382</w:t>
        <w:br/>
        <w:t>v 1.219924 13.482864 -0.653850</w:t>
        <w:br/>
        <w:t>v 1.108065 13.356898 -0.835652</w:t>
        <w:br/>
        <w:t>v 1.134329 13.331967 -0.845359</w:t>
        <w:br/>
        <w:t>v 1.255729 13.449451 -0.657100</w:t>
        <w:br/>
        <w:t>v 1.687672 12.845269 -0.509419</w:t>
        <w:br/>
        <w:t>v 1.690341 13.026339 -0.450900</w:t>
        <w:br/>
        <w:t>v 1.549317 13.150275 -0.578043</w:t>
        <w:br/>
        <w:t>v 1.517349 13.006320 -0.709913</w:t>
        <w:br/>
        <w:t>v 0.305686 14.003588 1.262633</w:t>
        <w:br/>
        <w:t>v 0.180959 13.861250 1.303121</w:t>
        <w:br/>
        <w:t>v 0.448712 13.593674 1.374980</w:t>
        <w:br/>
        <w:t>v 0.558174 13.757013 1.294075</w:t>
        <w:br/>
        <w:t>v 1.104311 13.324163 1.221925</w:t>
        <w:br/>
        <w:t>v 1.016641 13.172276 1.304175</w:t>
        <w:br/>
        <w:t>v 1.277553 12.990467 1.150988</w:t>
        <w:br/>
        <w:t>v 1.340874 13.149646 1.070058</w:t>
        <w:br/>
        <w:t>v 0.835891 13.535285 1.293481</w:t>
        <w:br/>
        <w:t>v 0.738423 13.375631 1.392309</w:t>
        <w:br/>
        <w:t>v 1.507108 12.845083 0.963294</w:t>
        <w:br/>
        <w:t>v 1.657622 12.747195 0.674113</w:t>
        <w:br/>
        <w:t>v 1.691426 12.928368 0.619185</w:t>
        <w:br/>
        <w:t>v 1.557429 13.009640 0.879354</w:t>
        <w:br/>
        <w:t>v 0.098458 14.233784 1.198873</w:t>
        <w:br/>
        <w:t>v -0.029593 14.101927 1.230989</w:t>
        <w:br/>
        <w:t>v 1.732486 12.768711 -0.258698</w:t>
        <w:br/>
        <w:t>v 1.773060 12.962723 -0.213388</w:t>
        <w:br/>
        <w:t>v 1.808413 12.906932 0.063251</w:t>
        <w:br/>
        <w:t>v 1.766219 12.707750 0.052034</w:t>
        <w:br/>
        <w:t>v 1.780349 12.897428 0.351674</w:t>
        <w:br/>
        <w:t>v 1.750346 12.704548 0.375785</w:t>
        <w:br/>
        <w:t>v 1.078466 13.357319 -0.824990</w:t>
        <w:br/>
        <w:t>v 1.196628 13.476017 -0.635898</w:t>
        <w:br/>
        <w:t>v 1.239724 13.444750 -0.641782</w:t>
        <w:br/>
        <w:t>v 1.115972 13.325166 -0.829310</w:t>
        <w:br/>
        <w:t>v 1.664866 12.850357 -0.500980</w:t>
        <w:br/>
        <w:t>v 1.676044 13.030811 -0.443815</w:t>
        <w:br/>
        <w:t>v 1.503855 13.004939 -0.697990</w:t>
        <w:br/>
        <w:t>v 1.537334 13.151876 -0.567666</w:t>
        <w:br/>
        <w:t>v 0.305686 14.003588 1.262633</w:t>
        <w:br/>
        <w:t>v 0.558174 13.757013 1.294075</w:t>
        <w:br/>
        <w:t>v 0.567528 13.762535 1.316748</w:t>
        <w:br/>
        <w:t>v 0.310702 14.011278 1.286185</w:t>
        <w:br/>
        <w:t>v 0.458105 13.599325 1.397588</w:t>
        <w:br/>
        <w:t>v 0.448712 13.593674 1.374980</w:t>
        <w:br/>
        <w:t>v 0.180959 13.861250 1.303121</w:t>
        <w:br/>
        <w:t>v 0.185986 13.869156 1.326573</w:t>
        <w:br/>
        <w:t>v 1.104311 13.324163 1.221925</w:t>
        <w:br/>
        <w:t>v 1.340874 13.149646 1.070058</w:t>
        <w:br/>
        <w:t>v 1.359498 13.150947 1.080496</w:t>
        <w:br/>
        <w:t>v 1.118695 13.327137 1.234697</w:t>
        <w:br/>
        <w:t>v 1.301877 12.993304 1.169397</w:t>
        <w:br/>
        <w:t>v 1.277553 12.990467 1.150988</w:t>
        <w:br/>
        <w:t>v 1.016641 13.172276 1.304175</w:t>
        <w:br/>
        <w:t>v 1.034498 13.177044 1.323989</w:t>
        <w:br/>
        <w:t>v 0.835891 13.535285 1.293481</w:t>
        <w:br/>
        <w:t>v 0.849849 13.539937 1.314503</w:t>
        <w:br/>
        <w:t>v 0.738423 13.375631 1.392309</w:t>
        <w:br/>
        <w:t>v 0.751483 13.380199 1.411772</w:t>
        <w:br/>
        <w:t>v 1.691426 12.928368 0.619185</w:t>
        <w:br/>
        <w:t>v 1.708185 12.927794 0.627188</w:t>
        <w:br/>
        <w:t>v 1.572195 13.009716 0.887768</w:t>
        <w:br/>
        <w:t>v 1.557429 13.009640 0.879354</w:t>
        <w:br/>
        <w:t>v 1.682124 12.746280 0.682828</w:t>
        <w:br/>
        <w:t>v 1.657622 12.747195 0.674113</w:t>
        <w:br/>
        <w:t>v 1.507108 12.845083 0.963294</w:t>
        <w:br/>
        <w:t>v 1.530082 12.845887 0.971577</w:t>
        <w:br/>
        <w:t>v 0.098458 14.233784 1.198873</w:t>
        <w:br/>
        <w:t>v 0.102021 14.240730 1.223123</w:t>
        <w:br/>
        <w:t>v -0.029593 14.101927 1.230989</w:t>
        <w:br/>
        <w:t>v 0.098458 14.233784 1.198873</w:t>
        <w:br/>
        <w:t>v 0.102021 14.240730 1.223123</w:t>
        <w:br/>
        <w:t>v -0.026096 14.108906 1.255204</w:t>
        <w:br/>
        <w:t>v -0.029593 14.101927 1.230989</w:t>
        <w:br/>
        <w:t>v -0.026096 14.108906 1.255204</w:t>
        <w:br/>
        <w:t>v 1.732486 12.768711 -0.258698</w:t>
        <w:br/>
        <w:t>v 1.766219 12.707750 0.052034</w:t>
        <w:br/>
        <w:t>v 1.801777 12.702720 0.051274</w:t>
        <w:br/>
        <w:t>v 1.764400 12.763113 -0.262341</w:t>
        <w:br/>
        <w:t>v 1.828508 12.901822 0.062344</w:t>
        <w:br/>
        <w:t>v 1.808413 12.906932 0.063251</w:t>
        <w:br/>
        <w:t>v 1.773060 12.962723 -0.213388</w:t>
        <w:br/>
        <w:t>v 1.791444 12.957379 -0.217590</w:t>
        <w:br/>
        <w:t>v 1.782470 12.700416 0.379852</w:t>
        <w:br/>
        <w:t>v 1.750346 12.704548 0.375785</w:t>
        <w:br/>
        <w:t>v 1.799486 12.893928 0.355382</w:t>
        <w:br/>
        <w:t>v 1.780349 12.897428 0.351674</w:t>
        <w:br/>
        <w:t>v 1.009617 13.460338 -0.848507</w:t>
        <w:br/>
        <w:t>v 1.122175 13.569648 -0.653170</w:t>
        <w:br/>
        <w:t>v 1.122795 13.546222 -0.634029</w:t>
        <w:br/>
        <w:t>v 1.009371 13.434927 -0.828728</w:t>
        <w:br/>
        <w:t>v 1.255729 13.449451 -0.657100</w:t>
        <w:br/>
        <w:t>v 1.239724 13.444750 -0.641782</w:t>
        <w:br/>
        <w:t>v 1.196628 13.476017 -0.635898</w:t>
        <w:br/>
        <w:t>v 1.219924 13.482864 -0.653850</w:t>
        <w:br/>
        <w:t>v 1.664866 12.850357 -0.500980</w:t>
        <w:br/>
        <w:t>v 1.687672 12.845269 -0.509419</w:t>
        <w:br/>
        <w:t>v 1.676044 13.030811 -0.443815</w:t>
        <w:br/>
        <w:t>v 1.690341 13.026339 -0.450900</w:t>
        <w:br/>
        <w:t>v 1.503855 13.004939 -0.697990</w:t>
        <w:br/>
        <w:t>v 1.517349 13.006320 -0.709913</w:t>
        <w:br/>
        <w:t>v 1.537334 13.151876 -0.567666</w:t>
        <w:br/>
        <w:t>v 1.549317 13.150275 -0.578043</w:t>
        <w:br/>
        <w:t>v 1.078466 13.357319 -0.824990</w:t>
        <w:br/>
        <w:t>v 1.115972 13.325166 -0.829310</w:t>
        <w:br/>
        <w:t>v 1.134329 13.331967 -0.845359</w:t>
        <w:br/>
        <w:t>v 1.108065 13.356898 -0.835652</w:t>
        <w:br/>
        <w:t>v 1.157057 13.510052 -0.634585</w:t>
        <w:br/>
        <w:t>v 1.206940 13.536010 -0.680355</w:t>
        <w:br/>
        <w:t>v 1.041700 13.394478 -0.826639</w:t>
        <w:br/>
        <w:t>v 1.157057 13.510052 -0.634585</w:t>
        <w:br/>
        <w:t>v 1.009617 13.460338 -0.848507</w:t>
        <w:br/>
        <w:t>v 1.009371 13.434927 -0.828728</w:t>
        <w:br/>
        <w:t>v 1.049402 13.467054 -0.867692</w:t>
        <w:br/>
        <w:t>v 1.206940 13.536010 -0.680355</w:t>
        <w:br/>
        <w:t>v 1.088850 13.428790 -0.866505</w:t>
        <w:br/>
        <w:t>v 1.164791 13.574426 -0.679261</w:t>
        <w:br/>
        <w:t>v 1.122175 13.569648 -0.653170</w:t>
        <w:br/>
        <w:t>v 1.009617 13.460338 -0.848507</w:t>
        <w:br/>
        <w:t>v 1.049402 13.467054 -0.867692</w:t>
        <w:br/>
        <w:t>v 1.164791 13.574426 -0.679261</w:t>
        <w:br/>
        <w:t>v 1.122795 13.546222 -0.634029</w:t>
        <w:br/>
        <w:t>v 1.122175 13.569648 -0.653170</w:t>
        <w:br/>
        <w:t>v 1.088850 13.428790 -0.866505</w:t>
        <w:br/>
        <w:t>v 1.041700 13.394478 -0.826639</w:t>
        <w:br/>
        <w:t>v 1.009371 13.434927 -0.828728</w:t>
        <w:br/>
        <w:t>v 1.122795 13.546222 -0.634029</w:t>
        <w:br/>
        <w:t>v 1.298372 13.365075 -0.657423</w:t>
        <w:br/>
        <w:t>v 1.285406 13.359256 -0.643469</w:t>
        <w:br/>
        <w:t>v 1.285406 13.359256 -0.643469</w:t>
        <w:br/>
        <w:t>v 1.173175 13.259417 -0.817429</w:t>
        <w:br/>
        <w:t>v 1.190220 13.267284 -0.831969</w:t>
        <w:br/>
        <w:t>v 1.173175 13.259417 -0.817429</w:t>
        <w:br/>
        <w:t>v 1.298372 13.365075 -0.657423</w:t>
        <w:br/>
        <w:t>v 1.190220 13.267284 -0.831969</w:t>
        <w:br/>
        <w:t>v 1.412077 13.256639 -0.620767</w:t>
        <w:br/>
        <w:t>v 1.423572 13.257892 -0.632734</w:t>
        <w:br/>
        <w:t>v 1.346484 13.133030 -0.777143</w:t>
        <w:br/>
        <w:t>v 1.412077 13.256639 -0.620767</w:t>
        <w:br/>
        <w:t>v 1.346484 13.133030 -0.777143</w:t>
        <w:br/>
        <w:t>v 1.362981 13.136778 -0.791106</w:t>
        <w:br/>
        <w:t>v 1.423572 13.257892 -0.632734</w:t>
        <w:br/>
        <w:t>v 1.362981 13.136778 -0.791106</w:t>
        <w:br/>
        <w:t>v -0.961015 14.079620 -0.346489</w:t>
        <w:br/>
        <w:t>v -0.884550 14.292459 -0.281073</w:t>
        <w:br/>
        <w:t>v 0.179642 14.398788 1.410618</w:t>
        <w:br/>
        <w:t>v 0.207320 14.123459 1.412331</w:t>
        <w:br/>
        <w:t>v 0.102021 14.240730 1.223123</w:t>
        <w:br/>
        <w:t>v -0.026096 14.108906 1.255204</w:t>
        <w:br/>
        <w:t>v 0.114614 12.249489 -1.488447</w:t>
        <w:br/>
        <w:t>v 0.092520 12.364577 -1.449015</w:t>
        <w:br/>
        <w:t>v 0.092517 12.374256 -1.477268</w:t>
        <w:br/>
        <w:t>v 0.114614 12.259170 -1.516689</w:t>
        <w:br/>
        <w:t>v 0.092517 12.374256 -1.477268</w:t>
        <w:br/>
        <w:t>v -0.092504 12.374256 -1.477268</w:t>
        <w:br/>
        <w:t>v -0.114612 12.259170 -1.516689</w:t>
        <w:br/>
        <w:t>v 0.114614 12.259170 -1.516689</w:t>
        <w:br/>
        <w:t>v -0.114612 12.259170 -1.516689</w:t>
        <w:br/>
        <w:t>v -0.092504 12.374256 -1.477268</w:t>
        <w:br/>
        <w:t>v -0.092504 12.364577 -1.449015</w:t>
        <w:br/>
        <w:t>v -0.114612 12.249489 -1.488447</w:t>
        <w:br/>
        <w:t>v -0.092504 12.364577 -1.449015</w:t>
        <w:br/>
        <w:t>v 0.092520 12.364577 -1.449015</w:t>
        <w:br/>
        <w:t>v 0.114614 12.249489 -1.488447</w:t>
        <w:br/>
        <w:t>v -0.114612 12.249489 -1.488447</w:t>
        <w:br/>
        <w:t>v -0.136708 12.134412 -1.527881</w:t>
        <w:br/>
        <w:t>v 0.136709 12.134412 -1.527881</w:t>
        <w:br/>
        <w:t>v 0.136709 12.156370 -1.574095</w:t>
        <w:br/>
        <w:t>v -0.136708 12.156370 -1.574095</w:t>
        <w:br/>
        <w:t>v -0.044136 12.700210 -1.334027</w:t>
        <w:br/>
        <w:t>v -0.044152 12.709890 -1.362268</w:t>
        <w:br/>
        <w:t>v 0.045191 12.709890 -1.362268</w:t>
        <w:br/>
        <w:t>v 0.045207 12.700210 -1.334027</w:t>
        <w:br/>
        <w:t>v -0.054809 12.604420 -1.398403</w:t>
        <w:br/>
        <w:t>v 0.055356 12.604420 -1.398403</w:t>
        <w:br/>
        <w:t>v 0.045191 12.709890 -1.362268</w:t>
        <w:br/>
        <w:t>v -0.044152 12.709890 -1.362268</w:t>
        <w:br/>
        <w:t>v 0.045207 12.700210 -1.334027</w:t>
        <w:br/>
        <w:t>v 0.045191 12.709890 -1.362268</w:t>
        <w:br/>
        <w:t>v 0.055356 12.604420 -1.398403</w:t>
        <w:br/>
        <w:t>v 0.055368 12.594741 -1.370162</w:t>
        <w:br/>
        <w:t>v -0.044136 12.700210 -1.334027</w:t>
        <w:br/>
        <w:t>v 0.045207 12.700210 -1.334027</w:t>
        <w:br/>
        <w:t>v 0.055368 12.594741 -1.370162</w:t>
        <w:br/>
        <w:t>v -0.054799 12.594741 -1.370162</w:t>
        <w:br/>
        <w:t>v -0.044152 12.709890 -1.362268</w:t>
        <w:br/>
        <w:t>v -0.044136 12.700210 -1.334027</w:t>
        <w:br/>
        <w:t>v -0.054799 12.594741 -1.370162</w:t>
        <w:br/>
        <w:t>v -0.054809 12.604420 -1.398403</w:t>
        <w:br/>
        <w:t>v 0.072055 12.489107 -1.437923</w:t>
        <w:br/>
        <w:t>v -0.071876 12.489107 -1.437923</w:t>
        <w:br/>
        <w:t>v 0.072055 12.489107 -1.437923</w:t>
        <w:br/>
        <w:t>v 0.072063 12.479427 -1.409670</w:t>
        <w:br/>
        <w:t>v -0.071872 12.479427 -1.409670</w:t>
        <w:br/>
        <w:t>v 0.072063 12.479427 -1.409670</w:t>
        <w:br/>
        <w:t>v -0.071872 12.479427 -1.409670</w:t>
        <w:br/>
        <w:t>v -0.071876 12.489107 -1.437923</w:t>
        <w:br/>
        <w:t>v -0.136708 12.134412 -1.527881</w:t>
        <w:br/>
        <w:t>v -0.136708 12.156370 -1.574095</w:t>
        <w:br/>
        <w:t>v -0.125654 12.213914 -1.554373</w:t>
        <w:br/>
        <w:t>v -0.125654 12.191956 -1.508158</w:t>
        <w:br/>
        <w:t>v -0.125654 12.191956 -1.508158</w:t>
        <w:br/>
        <w:t>v 0.125655 12.191956 -1.508158</w:t>
        <w:br/>
        <w:t>v 0.136709 12.134412 -1.527881</w:t>
        <w:br/>
        <w:t>v -0.136708 12.134412 -1.527881</w:t>
        <w:br/>
        <w:t>v 0.125655 12.213914 -1.554373</w:t>
        <w:br/>
        <w:t>v 0.136709 12.156370 -1.574095</w:t>
        <w:br/>
        <w:t>v 0.136709 12.134412 -1.527881</w:t>
        <w:br/>
        <w:t>v 0.125655 12.191956 -1.508158</w:t>
        <w:br/>
        <w:t>v 0.125655 12.213914 -1.554373</w:t>
        <w:br/>
        <w:t>v -0.125654 12.213914 -1.554373</w:t>
        <w:br/>
        <w:t>v -0.136708 12.156370 -1.574095</w:t>
        <w:br/>
        <w:t>v 0.136709 12.156370 -1.574095</w:t>
        <w:br/>
        <w:t>v 0.073388 12.722443 -1.232667</w:t>
        <w:br/>
        <w:t>v 0.073343 12.749398 -1.311332</w:t>
        <w:br/>
        <w:t>v 0.072769 12.663238 -1.340847</w:t>
        <w:br/>
        <w:t>v 0.072804 12.636295 -1.262182</w:t>
        <w:br/>
        <w:t>v -0.071929 12.749398 -1.311332</w:t>
        <w:br/>
        <w:t>v -0.071893 12.722443 -1.232667</w:t>
        <w:br/>
        <w:t>v -0.071817 12.636295 -1.262182</w:t>
        <w:br/>
        <w:t>v -0.071845 12.663238 -1.340847</w:t>
        <w:br/>
        <w:t>v -0.095594 12.550150 -1.291697</w:t>
        <w:br/>
        <w:t>v -0.095611 12.577089 -1.370362</w:t>
        <w:br/>
        <w:t>v 0.096162 12.577089 -1.370362</w:t>
        <w:br/>
        <w:t>v 0.096192 12.550150 -1.291697</w:t>
        <w:br/>
        <w:t>v 0.127159 12.524668 -1.388324</w:t>
        <w:br/>
        <w:t>v 0.127186 12.497726 -1.309658</w:t>
        <w:br/>
        <w:t>v -0.126760 12.497726 -1.309658</w:t>
        <w:br/>
        <w:t>v -0.126770 12.524668 -1.388324</w:t>
        <w:br/>
        <w:t>v 0.127186 12.497726 -1.309658</w:t>
        <w:br/>
        <w:t>v 0.063596 12.466999 -1.320188</w:t>
        <w:br/>
        <w:t>v 0.096192 12.550150 -1.291697</w:t>
        <w:br/>
        <w:t>v 0.127159 12.524668 -1.388324</w:t>
        <w:br/>
        <w:t>v 0.063578 12.493955 -1.398853</w:t>
        <w:br/>
        <w:t>v 0.063596 12.466999 -1.320188</w:t>
        <w:br/>
        <w:t>v 0.127186 12.497726 -1.309658</w:t>
        <w:br/>
        <w:t>v 0.073388 12.722443 -1.232667</w:t>
        <w:br/>
        <w:t>v -0.071893 12.722443 -1.232667</w:t>
        <w:br/>
        <w:t>v -0.071929 12.749398 -1.311332</w:t>
        <w:br/>
        <w:t>v 0.073343 12.749398 -1.311332</w:t>
        <w:br/>
        <w:t>v -0.071893 12.722443 -1.232667</w:t>
        <w:br/>
        <w:t>v 0.073388 12.722443 -1.232667</w:t>
        <w:br/>
        <w:t>v 0.072804 12.636295 -1.262182</w:t>
        <w:br/>
        <w:t>v -0.071817 12.636295 -1.262182</w:t>
        <w:br/>
        <w:t>v -0.095594 12.550150 -1.291697</w:t>
        <w:br/>
        <w:t>v -0.063333 12.466999 -1.320188</w:t>
        <w:br/>
        <w:t>v -0.063347 12.493955 -1.398853</w:t>
        <w:br/>
        <w:t>v -0.063333 12.466999 -1.320188</w:t>
        <w:br/>
        <w:t>v -0.063347 12.493955 -1.398853</w:t>
        <w:br/>
        <w:t>v 0.063578 12.493955 -1.398853</w:t>
        <w:br/>
        <w:t>v 0.096162 12.577089 -1.370362</w:t>
        <w:br/>
        <w:t>v -0.095611 12.577089 -1.370362</w:t>
        <w:br/>
        <w:t>v 0.072769 12.663238 -1.340847</w:t>
        <w:br/>
        <w:t>v -0.071845 12.663238 -1.340847</w:t>
        <w:br/>
        <w:t>v 0.073343 12.749398 -1.311332</w:t>
        <w:br/>
        <w:t>v -0.071929 12.749398 -1.311332</w:t>
        <w:br/>
        <w:t>v -0.126770 12.524668 -1.388324</w:t>
        <w:br/>
        <w:t>v -0.126760 12.497726 -1.309658</w:t>
        <w:br/>
        <w:t>v -0.126770 12.524668 -1.388324</w:t>
        <w:br/>
        <w:t>v -0.126760 12.497726 -1.309658</w:t>
        <w:br/>
        <w:t>v 0.127159 12.524668 -1.388324</w:t>
        <w:br/>
        <w:t>v 0.841365 12.017899 1.930122</w:t>
        <w:br/>
        <w:t>v 0.831665 11.999707 1.903011</w:t>
        <w:br/>
        <w:t>v 0.835875 12.099776 1.825849</w:t>
        <w:br/>
        <w:t>v 0.843810 12.113473 1.850251</w:t>
        <w:br/>
        <w:t>v 0.841365 12.017899 1.930122</w:t>
        <w:br/>
        <w:t>v 0.843810 12.113473 1.850251</w:t>
        <w:br/>
        <w:t>v 0.968667 12.104419 1.813746</w:t>
        <w:br/>
        <w:t>v 0.986340 12.007441 1.887916</w:t>
        <w:br/>
        <w:t>v 0.986340 12.007441 1.887916</w:t>
        <w:br/>
        <w:t>v 0.968667 12.104419 1.813746</w:t>
        <w:br/>
        <w:t>v 0.960713 12.090707 1.789330</w:t>
        <w:br/>
        <w:t>v 0.976610 11.989258 1.860789</w:t>
        <w:br/>
        <w:t>v 0.960713 12.090707 1.789330</w:t>
        <w:br/>
        <w:t>v 0.835875 12.099776 1.825849</w:t>
        <w:br/>
        <w:t>v 0.831665 11.999707 1.903011</w:t>
        <w:br/>
        <w:t>v 0.976610 11.989258 1.860789</w:t>
        <w:br/>
        <w:t>v 0.936613 12.307204 1.670624</w:t>
        <w:br/>
        <w:t>v 0.852101 12.313550 1.695709</w:t>
        <w:br/>
        <w:t>v 0.844287 12.299879 1.671409</w:t>
        <w:br/>
        <w:t>v 0.928857 12.293589 1.646325</w:t>
        <w:br/>
        <w:t>v 0.847837 12.213485 1.772939</w:t>
        <w:br/>
        <w:t>v 0.852101 12.313550 1.695709</w:t>
        <w:br/>
        <w:t>v 0.936613 12.307204 1.670624</w:t>
        <w:br/>
        <w:t>v 0.952595 12.205830 1.742151</w:t>
        <w:br/>
        <w:t>v 0.847837 12.213485 1.772939</w:t>
        <w:br/>
        <w:t>v 0.839962 12.199800 1.748599</w:t>
        <w:br/>
        <w:t>v 0.844287 12.299879 1.671409</w:t>
        <w:br/>
        <w:t>v 0.852101 12.313550 1.695709</w:t>
        <w:br/>
        <w:t>v 0.928857 12.293589 1.646325</w:t>
        <w:br/>
        <w:t>v 0.844287 12.299879 1.671409</w:t>
        <w:br/>
        <w:t>v 0.839962 12.199800 1.748599</w:t>
        <w:br/>
        <w:t>v 0.944717 12.192142 1.717801</w:t>
        <w:br/>
        <w:t>v 0.952595 12.205830 1.742151</w:t>
        <w:br/>
        <w:t>v 0.936613 12.307204 1.670624</w:t>
        <w:br/>
        <w:t>v 0.928857 12.293589 1.646325</w:t>
        <w:br/>
        <w:t>v 0.944717 12.192142 1.717801</w:t>
        <w:br/>
        <w:t>v 0.998516 11.962353 1.938965</w:t>
        <w:br/>
        <w:t>v 0.984445 11.938495 1.896449</w:t>
        <w:br/>
        <w:t>v 0.829446 11.949657 1.941519</w:t>
        <w:br/>
        <w:t>v 0.984445 11.938495 1.896449</w:t>
        <w:br/>
        <w:t>v 0.842098 11.924839 2.025037</w:t>
        <w:br/>
        <w:t>v 0.843483 11.973502 1.984020</w:t>
        <w:br/>
        <w:t>v 0.998516 11.962353 1.938965</w:t>
        <w:br/>
        <w:t>v 1.007190 11.912989 1.977117</w:t>
        <w:br/>
        <w:t>v 0.842098 11.924839 2.025037</w:t>
        <w:br/>
        <w:t>v 0.827123 11.899563 1.979964</w:t>
        <w:br/>
        <w:t>v 0.829446 11.949657 1.941519</w:t>
        <w:br/>
        <w:t>v 0.843483 11.973502 1.984020</w:t>
        <w:br/>
        <w:t>v 1.007190 11.912989 1.977117</w:t>
        <w:br/>
        <w:t>v 0.992157 11.887700 1.932010</w:t>
        <w:br/>
        <w:t>v 0.827123 11.899563 1.979964</w:t>
        <w:br/>
        <w:t>v 0.842098 11.924839 2.025037</w:t>
        <w:br/>
        <w:t>v 0.827123 11.899563 1.979964</w:t>
        <w:br/>
        <w:t>v 0.992157 11.887700 1.932010</w:t>
        <w:br/>
        <w:t>v 1.007190 11.912989 1.977117</w:t>
        <w:br/>
        <w:t>v 0.992157 11.887700 1.932010</w:t>
        <w:br/>
        <w:t>v 0.818453 12.265645 1.699416</w:t>
        <w:br/>
        <w:t>v 0.796589 12.227556 1.631672</w:t>
        <w:br/>
        <w:t>v 0.792035 12.309866 1.571028</w:t>
        <w:br/>
        <w:t>v 0.813495 12.347638 1.638243</w:t>
        <w:br/>
        <w:t>v 0.818453 12.265645 1.699416</w:t>
        <w:br/>
        <w:t>v 0.813495 12.347638 1.638243</w:t>
        <w:br/>
        <w:t>v 0.950762 12.337456 1.597719</w:t>
        <w:br/>
        <w:t>v 0.955520 12.255497 1.658886</w:t>
        <w:br/>
        <w:t>v 0.955520 12.255497 1.658886</w:t>
        <w:br/>
        <w:t>v 0.950762 12.337456 1.597719</w:t>
        <w:br/>
        <w:t>v 0.929419 12.299781 1.530417</w:t>
        <w:br/>
        <w:t>v 0.933687 12.217447 1.591126</w:t>
        <w:br/>
        <w:t>v 0.929419 12.299781 1.530417</w:t>
        <w:br/>
        <w:t>v 0.792035 12.309866 1.571028</w:t>
        <w:br/>
        <w:t>v 0.796589 12.227556 1.631672</w:t>
        <w:br/>
        <w:t>v 0.933687 12.217447 1.591126</w:t>
        <w:br/>
        <w:t>v 0.950762 12.337456 1.597719</w:t>
        <w:br/>
        <w:t>v 0.813495 12.347638 1.638243</w:t>
        <w:br/>
        <w:t>v 0.792035 12.309866 1.571028</w:t>
        <w:br/>
        <w:t>v 0.929419 12.299781 1.530417</w:t>
        <w:br/>
        <w:t>v 0.982996 12.171637 1.713105</w:t>
        <w:br/>
        <w:t>v 0.960945 12.133501 1.645223</w:t>
        <w:br/>
        <w:t>v 0.778629 12.146831 1.698846</w:t>
        <w:br/>
        <w:t>v 0.960945 12.133501 1.645223</w:t>
        <w:br/>
        <w:t>v 0.800623 12.184957 1.766702</w:t>
        <w:br/>
        <w:t>v 0.778629 12.146831 1.698846</w:t>
        <w:br/>
        <w:t>v 0.800623 12.184957 1.766702</w:t>
        <w:br/>
        <w:t>v 0.982996 12.171637 1.713105</w:t>
        <w:br/>
        <w:t>v 0.773904 12.137032 1.812329</w:t>
        <w:br/>
        <w:t>v 0.751808 12.098881 1.744398</w:t>
        <w:br/>
        <w:t>v 0.835989 12.103268 1.816211</w:t>
        <w:br/>
        <w:t>v 0.956925 12.094492 1.780828</w:t>
        <w:br/>
        <w:t>v 1.015685 12.119444 1.741470</w:t>
        <w:br/>
        <w:t>v 0.993508 12.081258 1.673501</w:t>
        <w:br/>
        <w:t>v 0.751808 12.098881 1.744398</w:t>
        <w:br/>
        <w:t>v 0.813811 12.065090 1.748238</w:t>
        <w:br/>
        <w:t>v 0.751808 12.098881 1.744398</w:t>
        <w:br/>
        <w:t>v 0.773904 12.137032 1.812329</w:t>
        <w:br/>
        <w:t>v 0.835989 12.103268 1.816211</w:t>
        <w:br/>
        <w:t>v 0.813811 12.065090 1.748238</w:t>
        <w:br/>
        <w:t>v 0.956925 12.094492 1.780828</w:t>
        <w:br/>
        <w:t>v 0.934719 12.056298 1.712820</w:t>
        <w:br/>
        <w:t>v 0.993508 12.081258 1.673501</w:t>
        <w:br/>
        <w:t>v 1.015685 12.119444 1.741470</w:t>
        <w:br/>
        <w:t>v 1.015685 12.119444 1.741470</w:t>
        <w:br/>
        <w:t>v 0.934719 12.056298 1.712820</w:t>
        <w:br/>
        <w:t>v 0.993508 12.081258 1.673501</w:t>
        <w:br/>
        <w:t>v 0.773904 12.137032 1.812329</w:t>
        <w:br/>
        <w:t>v 1.014431 13.820213 1.166069</w:t>
        <w:br/>
        <w:t>v 1.020689 13.768230 1.167658</w:t>
        <w:br/>
        <w:t>v 1.072534 13.776695 1.222326</w:t>
        <w:br/>
        <w:t>v 1.066036 13.828732 1.220754</w:t>
        <w:br/>
        <w:t>v 0.940861 13.811049 1.144637</w:t>
        <w:br/>
        <w:t>v 0.947111 13.759089 1.146222</w:t>
        <w:br/>
        <w:t>v 0.865783 13.803692 1.162105</w:t>
        <w:br/>
        <w:t>v 0.872046 13.751684 1.163702</w:t>
        <w:br/>
        <w:t>v 0.809558 13.799658 1.213977</w:t>
        <w:br/>
        <w:t>v 0.815808 13.747679 1.215566</w:t>
        <w:br/>
        <w:t>v 0.787246 13.800259 1.286242</w:t>
        <w:br/>
        <w:t>v 0.793509 13.748333 1.287807</w:t>
        <w:br/>
        <w:t>v 0.804839 13.805510 1.359457</w:t>
        <w:br/>
        <w:t>v 0.811102 13.753563 1.361027</w:t>
        <w:br/>
        <w:t>v 0.857604 13.813971 1.413978</w:t>
        <w:br/>
        <w:t>v 0.863854 13.761976 1.415582</w:t>
        <w:br/>
        <w:t>v 0.931409 13.823402 1.435227</w:t>
        <w:br/>
        <w:t>v 0.937659 13.771309 1.436885</w:t>
        <w:br/>
        <w:t>v 1.006474 13.831242 1.417508</w:t>
        <w:br/>
        <w:t>v 1.012737 13.779037 1.419227</w:t>
        <w:br/>
        <w:t>v 1.062497 13.835228 1.365688</w:t>
        <w:br/>
        <w:t>v 1.068928 13.782982 1.367395</w:t>
        <w:br/>
        <w:t>v 1.083716 13.834242 1.293794</w:t>
        <w:br/>
        <w:t>v 1.090309 13.782097 1.295428</w:t>
        <w:br/>
        <w:t>v 0.942392 13.765215 1.291551</w:t>
        <w:br/>
        <w:t>v 1.072534 13.776695 1.222326</w:t>
        <w:br/>
        <w:t>v 1.020689 13.768230 1.167658</w:t>
        <w:br/>
        <w:t>v 0.947111 13.759089 1.146222</w:t>
        <w:br/>
        <w:t>v 0.872046 13.751684 1.163702</w:t>
        <w:br/>
        <w:t>v 0.815808 13.747679 1.215566</w:t>
        <w:br/>
        <w:t>v 0.793509 13.748333 1.287807</w:t>
        <w:br/>
        <w:t>v 0.811102 13.753563 1.361027</w:t>
        <w:br/>
        <w:t>v 0.863854 13.761976 1.415582</w:t>
        <w:br/>
        <w:t>v 0.937659 13.771309 1.436885</w:t>
        <w:br/>
        <w:t>v 1.012737 13.779037 1.419227</w:t>
        <w:br/>
        <w:t>v 1.068928 13.782982 1.367395</w:t>
        <w:br/>
        <w:t>v 1.090309 13.782097 1.295428</w:t>
        <w:br/>
        <w:t>v 0.970825 13.818523 1.235216</w:t>
        <w:br/>
        <w:t>v 1.014431 13.820213 1.166069</w:t>
        <w:br/>
        <w:t>v 1.066036 13.828732 1.220754</w:t>
        <w:br/>
        <w:t>v 0.994128 13.822268 1.259301</w:t>
        <w:br/>
        <w:t>v 0.938212 13.814491 1.225755</w:t>
        <w:br/>
        <w:t>v 0.940861 13.811049 1.144637</w:t>
        <w:br/>
        <w:t>v 0.905058 13.811232 1.233476</w:t>
        <w:br/>
        <w:t>v 0.865783 13.803692 1.162105</w:t>
        <w:br/>
        <w:t>v 0.880225 13.809393 1.256421</w:t>
        <w:br/>
        <w:t>v 0.809558 13.799658 1.213977</w:t>
        <w:br/>
        <w:t>v 0.870362 13.809664 1.288334</w:t>
        <w:br/>
        <w:t>v 0.787246 13.800259 1.286242</w:t>
        <w:br/>
        <w:t>v 0.878129 13.811977 1.320676</w:t>
        <w:br/>
        <w:t>v 0.804839 13.805510 1.359457</w:t>
        <w:br/>
        <w:t>v 0.901445 13.815727 1.344770</w:t>
        <w:br/>
        <w:t>v 0.857604 13.813971 1.413978</w:t>
        <w:br/>
        <w:t>v 0.934045 13.819893 1.354147</w:t>
        <w:br/>
        <w:t>v 0.931409 13.823402 1.435227</w:t>
        <w:br/>
        <w:t>v 0.967212 13.823370 1.346319</w:t>
        <w:br/>
        <w:t>v 1.006474 13.831242 1.417508</w:t>
        <w:br/>
        <w:t>v 0.992045 13.825171 1.323393</w:t>
        <w:br/>
        <w:t>v 1.062497 13.835228 1.365688</w:t>
        <w:br/>
        <w:t>v 1.006474 13.831242 1.417508</w:t>
        <w:br/>
        <w:t>v 0.967212 13.823370 1.346319</w:t>
        <w:br/>
        <w:t>v 1.001896 13.824696 1.291580</w:t>
        <w:br/>
        <w:t>v 1.083716 13.834242 1.293794</w:t>
        <w:br/>
        <w:t>v 0.929776 13.869209 1.288501</w:t>
        <w:br/>
        <w:t>v 0.842660 13.849974 1.314213</w:t>
        <w:br/>
        <w:t>v 0.852910 13.793242 1.313993</w:t>
        <w:br/>
        <w:t>v 0.871197 13.796808 1.347211</w:t>
        <w:br/>
        <w:t>v 0.860948 13.853559 1.347421</w:t>
        <w:br/>
        <w:t>v 0.792403 13.886278 1.326400</w:t>
        <w:br/>
        <w:t>v 0.819924 13.891685 1.376349</w:t>
        <w:br/>
        <w:t>v 0.751122 13.976475 1.424872</w:t>
        <w:br/>
        <w:t>v 0.706754 13.967684 1.344376</w:t>
        <w:br/>
        <w:t>v 0.744704 13.923191 1.337896</w:t>
        <w:br/>
        <w:t>v 0.780919 13.930340 1.403609</w:t>
        <w:br/>
        <w:t>v 0.745443 14.126368 1.411649</w:t>
        <w:br/>
        <w:t>v 0.771930 14.128677 1.385609</w:t>
        <w:br/>
        <w:t>v 0.742281 14.122770 1.332431</w:t>
        <w:br/>
        <w:t>v 0.705559 14.119312 1.342232</w:t>
        <w:br/>
        <w:t>v 0.732422 14.030815 1.433302</w:t>
        <w:br/>
        <w:t>v 0.727306 14.089706 1.429893</w:t>
        <w:br/>
        <w:t>v 0.681757 14.080664 1.347880</w:t>
        <w:br/>
        <w:t>v 0.685415 14.021465 1.348231</w:t>
        <w:br/>
        <w:t>v 0.776478 14.103054 1.324643</w:t>
        <w:br/>
        <w:t>v 0.798519 14.107456 1.364238</w:t>
        <w:br/>
        <w:t>v 0.868287 14.083128 1.281894</w:t>
        <w:br/>
        <w:t>v 0.843866 14.071772 1.295543</w:t>
        <w:br/>
        <w:t>v 0.862265 14.075443 1.328706</w:t>
        <w:br/>
        <w:t>v 0.886687 14.086792 1.315053</w:t>
        <w:br/>
        <w:t>v 0.808971 14.080069 1.313092</w:t>
        <w:br/>
        <w:t>v 0.827571 14.083782 1.346601</w:t>
        <w:br/>
        <w:t>v 0.842660 13.849974 1.314213</w:t>
        <w:br/>
        <w:t>v 0.828154 13.841003 1.322576</w:t>
        <w:br/>
        <w:t>v 0.834147 13.791586 1.323915</w:t>
        <w:br/>
        <w:t>v 0.852910 13.793242 1.313993</w:t>
        <w:br/>
        <w:t>v 0.852447 13.795141 1.357134</w:t>
        <w:br/>
        <w:t>v 0.846454 13.844589 1.355785</w:t>
        <w:br/>
        <w:t>v 0.860948 13.853559 1.347421</w:t>
        <w:br/>
        <w:t>v 0.871197 13.796808 1.347211</w:t>
        <w:br/>
        <w:t>v 0.781819 13.870371 1.333285</w:t>
        <w:br/>
        <w:t>v 0.792403 13.886278 1.326400</w:t>
        <w:br/>
        <w:t>v 0.809340 13.875771 1.383239</w:t>
        <w:br/>
        <w:t>v 0.819924 13.891685 1.376349</w:t>
        <w:br/>
        <w:t>v 0.780919 13.930340 1.403609</w:t>
        <w:br/>
        <w:t>v 0.766142 13.916096 1.413046</w:t>
        <w:br/>
        <w:t>v 0.730995 13.962036 1.436792</w:t>
        <w:br/>
        <w:t>v 0.751122 13.976475 1.424872</w:t>
        <w:br/>
        <w:t>v 0.686358 13.953211 1.355815</w:t>
        <w:br/>
        <w:t>v 0.729452 13.908869 1.346454</w:t>
        <w:br/>
        <w:t>v 0.744704 13.923191 1.337896</w:t>
        <w:br/>
        <w:t>v 0.706754 13.967684 1.344376</w:t>
        <w:br/>
        <w:t>v 0.705559 14.119312 1.342232</w:t>
        <w:br/>
        <w:t>v 0.742281 14.122770 1.332431</w:t>
        <w:br/>
        <w:t>v 0.748529 14.140720 1.331356</w:t>
        <w:br/>
        <w:t>v 0.698531 14.133619 1.346160</w:t>
        <w:br/>
        <w:t>v 0.745443 14.126368 1.411649</w:t>
        <w:br/>
        <w:t>v 0.735490 14.138861 1.411284</w:t>
        <w:br/>
        <w:t>v 0.774580 14.142981 1.380671</w:t>
        <w:br/>
        <w:t>v 0.771930 14.128677 1.385609</w:t>
        <w:br/>
        <w:t>v 0.727306 14.089706 1.429893</w:t>
        <w:br/>
        <w:t>v 0.732422 14.030815 1.433302</w:t>
        <w:br/>
        <w:t>v 0.707551 14.026798 1.446345</w:t>
        <w:br/>
        <w:t>v 0.705557 14.091145 1.440149</w:t>
        <w:br/>
        <w:t>v 0.681757 14.080664 1.347880</w:t>
        <w:br/>
        <w:t>v 0.658634 14.080786 1.361480</w:t>
        <w:br/>
        <w:t>v 0.660675 14.017494 1.361493</w:t>
        <w:br/>
        <w:t>v 0.685415 14.021465 1.348231</w:t>
        <w:br/>
        <w:t>v 0.776478 14.103054 1.324643</w:t>
        <w:br/>
        <w:t>v 0.782588 14.120163 1.321360</w:t>
        <w:br/>
        <w:t>v 0.803808 14.124401 1.359418</w:t>
        <w:br/>
        <w:t>v 0.798519 14.107456 1.364238</w:t>
        <w:br/>
        <w:t>v 0.864068 14.093634 1.283407</w:t>
        <w:br/>
        <w:t>v 0.843381 14.082359 1.295078</w:t>
        <w:br/>
        <w:t>v 0.843866 14.071772 1.295543</w:t>
        <w:br/>
        <w:t>v 0.868287 14.083128 1.281894</w:t>
        <w:br/>
        <w:t>v 0.862265 14.075443 1.328706</w:t>
        <w:br/>
        <w:t>v 0.861785 14.086035 1.328238</w:t>
        <w:br/>
        <w:t>v 0.882487 14.097313 1.316564</w:t>
        <w:br/>
        <w:t>v 0.886687 14.086792 1.315053</w:t>
        <w:br/>
        <w:t>v 0.814588 14.093748 1.308933</w:t>
        <w:br/>
        <w:t>v 0.808971 14.080069 1.313092</w:t>
        <w:br/>
        <w:t>v 0.833469 14.097506 1.342899</w:t>
        <w:br/>
        <w:t>v 0.827571 14.083782 1.346601</w:t>
        <w:br/>
        <w:t>v 0.827666 13.791979 1.348793</w:t>
        <w:br/>
        <w:t>v 0.825222 13.835310 1.346145</w:t>
        <w:br/>
        <w:t>v 0.827666 13.791979 1.348793</w:t>
        <w:br/>
        <w:t>v 0.825222 13.835310 1.346145</w:t>
        <w:br/>
        <w:t>v 0.786757 13.859777 1.364009</w:t>
        <w:br/>
        <w:t>v 0.786757 13.859777 1.364009</w:t>
        <w:br/>
        <w:t>v 0.738390 13.901144 1.385612</w:t>
        <w:br/>
        <w:t>v 0.729452 13.908869 1.346454</w:t>
        <w:br/>
        <w:t>v 0.686358 13.953211 1.355815</w:t>
        <w:br/>
        <w:t>v 0.696478 13.949896 1.403277</w:t>
        <w:br/>
        <w:t>v 0.730995 13.962036 1.436792</w:t>
        <w:br/>
        <w:t>v 0.766142 13.916096 1.413046</w:t>
        <w:br/>
        <w:t>v 0.765800 14.150219 1.354812</w:t>
        <w:br/>
        <w:t>v 0.774580 14.142981 1.380671</w:t>
        <w:br/>
        <w:t>v 0.715379 14.146662 1.383565</w:t>
        <w:br/>
        <w:t>v 0.698531 14.133619 1.346160</w:t>
        <w:br/>
        <w:t>v 0.748529 14.140720 1.331356</w:t>
        <w:br/>
        <w:t>v 0.660675 14.017494 1.361493</w:t>
        <w:br/>
        <w:t>v 0.658634 14.080786 1.361480</w:t>
        <w:br/>
        <w:t>v 0.672232 14.087711 1.409670</w:t>
        <w:br/>
        <w:t>v 0.673240 14.019438 1.410445</w:t>
        <w:br/>
        <w:t>v 0.705557 14.091145 1.440149</w:t>
        <w:br/>
        <w:t>v 0.707551 14.026798 1.446345</w:t>
        <w:br/>
        <w:t>v 0.798478 14.130219 1.339525</w:t>
        <w:br/>
        <w:t>v 0.803808 14.124401 1.359418</w:t>
        <w:br/>
        <w:t>v 0.782588 14.120163 1.321360</w:t>
        <w:br/>
        <w:t>v 0.865866 14.109861 1.302969</w:t>
        <w:br/>
        <w:t>v 0.882487 14.097313 1.316564</w:t>
        <w:br/>
        <w:t>v 0.861785 14.086035 1.328238</w:t>
        <w:br/>
        <w:t>v 0.852440 14.090658 1.311310</w:t>
        <w:br/>
        <w:t>v 0.843381 14.082359 1.295078</w:t>
        <w:br/>
        <w:t>v 0.864068 14.093634 1.283407</w:t>
        <w:br/>
        <w:t>v 0.852440 14.090658 1.311310</w:t>
        <w:br/>
        <w:t>v 0.833469 14.097506 1.342899</w:t>
        <w:br/>
        <w:t>v 0.832536 14.101131 1.321094</w:t>
        <w:br/>
        <w:t>v 0.814588 14.093748 1.308933</w:t>
        <w:br/>
        <w:t>v 1.019426 13.867674 1.263510</w:t>
        <w:br/>
        <w:t>v 1.023062 13.810255 1.266867</w:t>
        <w:br/>
        <w:t>v 1.004789 13.806629 1.233678</w:t>
        <w:br/>
        <w:t>v 1.001201 13.864000 1.230339</w:t>
        <w:br/>
        <w:t>v 1.057352 13.912809 1.249894</w:t>
        <w:br/>
        <w:t>v 1.030812 13.907303 1.199837</w:t>
        <w:br/>
        <w:t>v 1.068050 13.999184 1.149422</w:t>
        <w:br/>
        <w:t>v 1.109092 14.006672 1.232840</w:t>
        <w:br/>
        <w:t>v 1.088716 13.957224 1.238099</w:t>
        <w:br/>
        <w:t>v 1.054805 13.950029 1.172055</w:t>
        <w:br/>
        <w:t>v 1.041614 14.147943 1.160207</w:t>
        <w:br/>
        <w:t>v 1.018612 14.145964 1.184563</w:t>
        <w:br/>
        <w:t>v 1.048452 14.152657 1.237359</w:t>
        <w:br/>
        <w:t>v 1.078868 14.155758 1.230768</w:t>
        <w:br/>
        <w:t>v 1.107140 14.121700 1.225907</w:t>
        <w:br/>
        <w:t>v 1.115605 14.062710 1.226950</w:t>
        <w:br/>
        <w:t>v 1.073519 14.053614 1.139205</w:t>
        <w:br/>
        <w:t>v 1.064806 14.112797 1.142720</w:t>
        <w:br/>
        <w:t>v 1.022386 14.127382 1.244728</w:t>
        <w:br/>
        <w:t>v 1.000395 14.122595 1.205309</w:t>
        <w:br/>
        <w:t>v 0.946955 14.081068 1.240850</w:t>
        <w:br/>
        <w:t>v 0.920672 14.087889 1.254079</w:t>
        <w:br/>
        <w:t>v 0.939066 14.091719 1.287147</w:t>
        <w:br/>
        <w:t>v 0.964505 14.088383 1.273629</w:t>
        <w:br/>
        <w:t>v 0.995574 14.101286 1.256648</w:t>
        <w:br/>
        <w:t>v 0.977056 14.097914 1.223588</w:t>
        <w:br/>
        <w:t>v 1.019426 13.867674 1.263510</w:t>
        <w:br/>
        <w:t>v 1.035485 13.861431 1.255596</w:t>
        <w:br/>
        <w:t>v 1.041510 13.811909 1.256998</w:t>
        <w:br/>
        <w:t>v 1.023062 13.810255 1.266867</w:t>
        <w:br/>
        <w:t>v 1.023386 13.808271 1.223791</w:t>
        <w:br/>
        <w:t>v 1.017418 13.857752 1.222405</w:t>
        <w:br/>
        <w:t>v 1.001201 13.864000 1.230339</w:t>
        <w:br/>
        <w:t>v 1.004789 13.806629 1.233678</w:t>
        <w:br/>
        <w:t>v 1.070590 13.898977 1.243870</w:t>
        <w:br/>
        <w:t>v 1.057352 13.912809 1.249894</w:t>
        <w:br/>
        <w:t>v 1.044053 13.893457 1.193815</w:t>
        <w:br/>
        <w:t>v 1.030812 13.907303 1.199837</w:t>
        <w:br/>
        <w:t>v 1.054805 13.950029 1.172055</w:t>
        <w:br/>
        <w:t>v 1.070506 13.938307 1.163580</w:t>
        <w:br/>
        <w:t>v 1.087828 13.987661 1.138794</w:t>
        <w:br/>
        <w:t>v 1.068050 13.999184 1.149422</w:t>
        <w:br/>
        <w:t>v 1.129239 13.994928 1.222840</w:t>
        <w:br/>
        <w:t>v 1.105003 13.945196 1.230710</w:t>
        <w:br/>
        <w:t>v 1.088716 13.957224 1.238099</w:t>
        <w:br/>
        <w:t>v 1.109092 14.006672 1.232840</w:t>
        <w:br/>
        <w:t>v 1.048452 14.152657 1.237359</w:t>
        <w:br/>
        <w:t>v 1.039702 14.167482 1.237156</w:t>
        <w:br/>
        <w:t>v 1.083026 14.171455 1.226223</w:t>
        <w:br/>
        <w:t>v 1.078868 14.155758 1.230768</w:t>
        <w:br/>
        <w:t>v 1.041614 14.147943 1.160207</w:t>
        <w:br/>
        <w:t>v 1.045386 14.162037 1.159869</w:t>
        <w:br/>
        <w:t>v 1.012392 14.160976 1.189791</w:t>
        <w:br/>
        <w:t>v 1.018612 14.145964 1.184563</w:t>
        <w:br/>
        <w:t>v 1.064806 14.112797 1.142720</w:t>
        <w:br/>
        <w:t>v 1.073519 14.053614 1.139205</w:t>
        <w:br/>
        <w:t>v 1.095392 14.052757 1.127208</w:t>
        <w:br/>
        <w:t>v 1.085425 14.118523 1.131350</w:t>
        <w:br/>
        <w:t>v 1.107140 14.121700 1.225907</w:t>
        <w:br/>
        <w:t>v 1.125854 14.126457 1.212431</w:t>
        <w:br/>
        <w:t>v 1.137081 14.061573 1.215499</w:t>
        <w:br/>
        <w:t>v 1.115605 14.062710 1.226950</w:t>
        <w:br/>
        <w:t>v 1.022386 14.127382 1.244728</w:t>
        <w:br/>
        <w:t>v 1.013244 14.142948 1.247623</w:t>
        <w:br/>
        <w:t>v 0.991467 14.138165 1.209907</w:t>
        <w:br/>
        <w:t>v 1.000395 14.122595 1.205309</w:t>
        <w:br/>
        <w:t>v 0.941060 14.102797 1.285363</w:t>
        <w:br/>
        <w:t>v 0.963683 14.098160 1.273422</w:t>
        <w:br/>
        <w:t>v 0.964505 14.088383 1.273629</w:t>
        <w:br/>
        <w:t>v 0.939066 14.091719 1.287147</w:t>
        <w:br/>
        <w:t>v 0.946955 14.081068 1.240850</w:t>
        <w:br/>
        <w:t>v 0.945184 14.091539 1.241037</w:t>
        <w:br/>
        <w:t>v 0.922600 14.098938 1.252308</w:t>
        <w:br/>
        <w:t>v 0.920672 14.087889 1.254079</w:t>
        <w:br/>
        <w:t>v 0.989345 14.111704 1.260056</w:t>
        <w:br/>
        <w:t>v 0.995574 14.101286 1.256648</w:t>
        <w:br/>
        <w:t>v 0.969575 14.108215 1.226247</w:t>
        <w:br/>
        <w:t>v 0.977056 14.097914 1.223588</w:t>
        <w:br/>
        <w:t>v 1.047701 13.811476 1.232181</w:t>
        <w:br/>
        <w:t>v 1.039766 13.854391 1.232414</w:t>
        <w:br/>
        <w:t>v 1.047701 13.811476 1.232181</w:t>
        <w:br/>
        <w:t>v 1.039766 13.854391 1.232414</w:t>
        <w:br/>
        <w:t>v 1.066920 13.889212 1.216526</w:t>
        <w:br/>
        <w:t>v 1.044053 13.893457 1.193815</w:t>
        <w:br/>
        <w:t>v 1.097233 13.932350 1.193453</w:t>
        <w:br/>
        <w:t>v 1.105003 13.945196 1.230710</w:t>
        <w:br/>
        <w:t>v 1.129239 13.994928 1.222840</w:t>
        <w:br/>
        <w:t>v 1.117311 13.986855 1.176961</w:t>
        <w:br/>
        <w:t>v 1.087828 13.987661 1.138794</w:t>
        <w:br/>
        <w:t>v 1.070506 13.938307 1.163580</w:t>
        <w:br/>
        <w:t>v 1.022397 14.171280 1.215538</w:t>
        <w:br/>
        <w:t>v 1.012392 14.160976 1.189791</w:t>
        <w:br/>
        <w:t>v 1.045386 14.162037 1.159869</w:t>
        <w:br/>
        <w:t>v 1.065753 14.173977 1.190199</w:t>
        <w:br/>
        <w:t>v 1.083026 14.171455 1.226223</w:t>
        <w:br/>
        <w:t>v 1.039702 14.167482 1.237156</w:t>
        <w:br/>
        <w:t>v 1.137081 14.061573 1.215499</w:t>
        <w:br/>
        <w:t>v 1.125854 14.126457 1.212431</w:t>
        <w:br/>
        <w:t>v 1.114749 14.124905 1.168210</w:t>
        <w:br/>
        <w:t>v 1.125722 14.056082 1.167282</w:t>
        <w:br/>
        <w:t>v 1.085425 14.118523 1.131350</w:t>
        <w:br/>
        <w:t>v 1.095392 14.052757 1.127208</w:t>
        <w:br/>
        <w:t>v 0.995397 14.144735 1.233675</w:t>
        <w:br/>
        <w:t>v 0.991467 14.138165 1.209907</w:t>
        <w:br/>
        <w:t>v 1.013244 14.142948 1.247623</w:t>
        <w:br/>
        <w:t>v 0.936117 14.116289 1.265572</w:t>
        <w:br/>
        <w:t>v 0.922600 14.098938 1.252308</w:t>
        <w:br/>
        <w:t>v 0.945184 14.091539 1.241037</w:t>
        <w:br/>
        <w:t>v 0.953216 14.099831 1.257768</w:t>
        <w:br/>
        <w:t>v 0.963683 14.098160 1.273422</w:t>
        <w:br/>
        <w:t>v 0.941060 14.102797 1.285363</w:t>
        <w:br/>
        <w:t>v 0.969575 14.108215 1.226247</w:t>
        <w:br/>
        <w:t>v 0.970419 14.113617 1.247817</w:t>
        <w:br/>
        <w:t>v 0.989345 14.111704 1.260056</w:t>
        <w:br/>
        <w:t>v 0.997292 13.869535 1.350562</w:t>
        <w:br/>
        <w:t>v 1.000995 13.811825 1.350308</w:t>
        <w:br/>
        <w:t>v 1.021417 13.812555 1.318120</w:t>
        <w:br/>
        <w:t>v 1.017714 13.870218 1.318403</w:t>
        <w:br/>
        <w:t>v 1.026356 13.916100 1.380990</w:t>
        <w:br/>
        <w:t>v 1.056487 13.917044 1.332720</w:t>
        <w:br/>
        <w:t>v 1.110731 14.014429 1.356086</w:t>
        <w:br/>
        <w:t>v 1.068900 14.014664 1.431921</w:t>
        <w:br/>
        <w:t>v 1.053139 13.962776 1.409652</w:t>
        <w:br/>
        <w:t>v 1.089805 13.963461 1.346902</w:t>
        <w:br/>
        <w:t>v 1.042803 14.162256 1.417491</w:t>
        <w:br/>
        <w:t>v 1.080692 14.162060 1.350000</w:t>
        <w:br/>
        <w:t>v 1.048219 14.159138 1.339965</w:t>
        <w:br/>
        <w:t>v 1.018647 14.159159 1.390516</w:t>
        <w:br/>
        <w:t>v 1.106621 14.129625 1.359508</w:t>
        <w:br/>
        <w:t>v 1.063176 14.126886 1.436503</w:t>
        <w:br/>
        <w:t>v 1.071415 14.071863 1.440794</w:t>
        <w:br/>
        <w:t>v 1.113397 14.071348 1.360538</w:t>
        <w:br/>
        <w:t>v 0.998211 14.132092 1.368145</w:t>
        <w:br/>
        <w:t>v 1.021221 14.132305 1.330242</w:t>
        <w:br/>
        <w:t>v 0.944296 14.085556 1.330329</w:t>
        <w:br/>
        <w:t>v 0.963598 14.089334 1.297939</w:t>
        <w:br/>
        <w:t>v 0.939170 14.091528 1.283473</w:t>
        <w:br/>
        <w:t>v 0.918858 14.090773 1.315680</w:t>
        <w:br/>
        <w:t>v 0.994805 14.104858 1.316529</w:t>
        <w:br/>
        <w:t>v 0.975430 14.102034 1.349495</w:t>
        <w:br/>
        <w:t>v 0.997292 13.869535 1.350562</w:t>
        <w:br/>
        <w:t>v 1.013084 13.864073 1.359633</w:t>
        <w:br/>
        <w:t>v 1.019077 13.814417 1.361114</w:t>
        <w:br/>
        <w:t>v 1.000995 13.811825 1.350308</w:t>
        <w:br/>
        <w:t>v 1.039479 13.815119 1.328947</w:t>
        <w:br/>
        <w:t>v 1.033437 13.864731 1.327497</w:t>
        <w:br/>
        <w:t>v 1.017714 13.870218 1.318403</w:t>
        <w:br/>
        <w:t>v 1.021417 13.812555 1.318120</w:t>
        <w:br/>
        <w:t>v 1.040070 13.902929 1.388499</w:t>
        <w:br/>
        <w:t>v 1.026356 13.916100 1.380990</w:t>
        <w:br/>
        <w:t>v 1.069948 13.903915 1.340258</w:t>
        <w:br/>
        <w:t>v 1.056487 13.917044 1.332720</w:t>
        <w:br/>
        <w:t>v 1.089805 13.963461 1.346902</w:t>
        <w:br/>
        <w:t>v 1.106801 13.952799 1.356461</w:t>
        <w:br/>
        <w:t>v 1.131794 14.004257 1.369181</w:t>
        <w:br/>
        <w:t>v 1.110731 14.014429 1.356086</w:t>
        <w:br/>
        <w:t>v 1.090361 14.005033 1.445085</w:t>
        <w:br/>
        <w:t>v 1.070145 13.952202 1.419931</w:t>
        <w:br/>
        <w:t>v 1.053139 13.962776 1.409652</w:t>
        <w:br/>
        <w:t>v 1.068900 14.014664 1.431921</w:t>
        <w:br/>
        <w:t>v 1.042803 14.162256 1.417491</w:t>
        <w:br/>
        <w:t>v 1.018647 14.159159 1.390516</w:t>
        <w:br/>
        <w:t>v 1.012757 14.175497 1.384097</w:t>
        <w:br/>
        <w:t>v 1.048658 14.177658 1.419287</w:t>
        <w:br/>
        <w:t>v 1.080692 14.162060 1.350000</w:t>
        <w:br/>
        <w:t>v 1.083666 14.176641 1.353896</w:t>
        <w:br/>
        <w:t>v 1.042406 14.173306 1.338973</w:t>
        <w:br/>
        <w:t>v 1.048219 14.159138 1.339965</w:t>
        <w:br/>
        <w:t>v 1.106621 14.129625 1.359508</w:t>
        <w:br/>
        <w:t>v 1.113397 14.071348 1.360538</w:t>
        <w:br/>
        <w:t>v 1.136948 14.071726 1.376726</w:t>
        <w:br/>
        <w:t>v 1.125298 14.134504 1.374255</w:t>
        <w:br/>
        <w:t>v 1.084003 14.136606 1.449406</w:t>
        <w:br/>
        <w:t>v 1.094492 14.073349 1.455699</w:t>
        <w:br/>
        <w:t>v 1.071415 14.071863 1.440794</w:t>
        <w:br/>
        <w:t>v 1.063176 14.126886 1.436503</w:t>
        <w:br/>
        <w:t>v 0.998211 14.132092 1.368145</w:t>
        <w:br/>
        <w:t>v 0.990169 14.147480 1.363020</w:t>
        <w:br/>
        <w:t>v 1.014335 14.146292 1.326854</w:t>
        <w:br/>
        <w:t>v 1.021221 14.132305 1.330242</w:t>
        <w:br/>
        <w:t>v 0.920761 14.102055 1.317306</w:t>
        <w:br/>
        <w:t>v 0.942606 14.096020 1.329818</w:t>
        <w:br/>
        <w:t>v 0.944296 14.085556 1.330329</w:t>
        <w:br/>
        <w:t>v 0.918858 14.090773 1.315680</w:t>
        <w:br/>
        <w:t>v 0.963598 14.089334 1.297939</w:t>
        <w:br/>
        <w:t>v 0.961916 14.099777 1.297433</w:t>
        <w:br/>
        <w:t>v 0.941059 14.102781 1.285114</w:t>
        <w:br/>
        <w:t>v 0.939170 14.091528 1.283473</w:t>
        <w:br/>
        <w:t>v 0.967158 14.114080 1.345481</w:t>
        <w:br/>
        <w:t>v 0.975430 14.102034 1.349495</w:t>
        <w:br/>
        <w:t>v 0.987259 14.116386 1.312803</w:t>
        <w:br/>
        <w:t>v 0.994805 14.104858 1.316529</w:t>
        <w:br/>
        <w:t>v 1.044341 13.816906 1.354044</w:t>
        <w:br/>
        <w:t>v 1.036420 13.859812 1.351161</w:t>
        <w:br/>
        <w:t>v 1.044341 13.816906 1.354044</w:t>
        <w:br/>
        <w:t>v 1.036420 13.859812 1.351161</w:t>
        <w:br/>
        <w:t>v 1.060798 13.894094 1.368458</w:t>
        <w:br/>
        <w:t>v 1.069948 13.903915 1.340258</w:t>
        <w:br/>
        <w:t>v 1.099828 13.944790 1.392151</w:t>
        <w:br/>
        <w:t>v 1.070145 13.952202 1.419931</w:t>
        <w:br/>
        <w:t>v 1.090361 14.005033 1.445085</w:t>
        <w:br/>
        <w:t>v 1.119671 13.999941 1.412793</w:t>
        <w:br/>
        <w:t>v 1.131794 14.004257 1.369181</w:t>
        <w:br/>
        <w:t>v 1.106801 13.952799 1.356461</w:t>
        <w:br/>
        <w:t>v 1.024381 14.181736 1.359843</w:t>
        <w:br/>
        <w:t>v 1.042406 14.173306 1.338973</w:t>
        <w:br/>
        <w:t>v 1.083666 14.176641 1.353896</w:t>
        <w:br/>
        <w:t>v 1.071637 14.187666 1.388616</w:t>
        <w:br/>
        <w:t>v 1.048658 14.177658 1.419287</w:t>
        <w:br/>
        <w:t>v 1.012757 14.175497 1.384097</w:t>
        <w:br/>
        <w:t>v 1.113294 14.137489 1.417977</w:t>
        <w:br/>
        <w:t>v 1.124709 14.072731 1.423805</w:t>
        <w:br/>
        <w:t>v 1.094492 14.073349 1.455699</w:t>
        <w:br/>
        <w:t>v 1.084003 14.136606 1.449406</w:t>
        <w:br/>
        <w:t>v 1.125298 14.134504 1.374255</w:t>
        <w:br/>
        <w:t>v 1.136948 14.071726 1.376726</w:t>
        <w:br/>
        <w:t>v 0.996997 14.153963 1.340708</w:t>
        <w:br/>
        <w:t>v 1.014335 14.146292 1.326854</w:t>
        <w:br/>
        <w:t>v 0.990169 14.147480 1.363020</w:t>
        <w:br/>
        <w:t>v 0.935176 14.118391 1.304341</w:t>
        <w:br/>
        <w:t>v 0.941059 14.102781 1.285114</w:t>
        <w:br/>
        <w:t>v 0.961916 14.099777 1.297433</w:t>
        <w:br/>
        <w:t>v 0.951611 14.102770 1.313324</w:t>
        <w:br/>
        <w:t>v 0.942606 14.096020 1.329818</w:t>
        <w:br/>
        <w:t>v 0.920761 14.102055 1.317306</w:t>
        <w:br/>
        <w:t>v 0.987259 14.116386 1.312803</w:t>
        <w:br/>
        <w:t>v 0.968430 14.117708 1.323862</w:t>
        <w:br/>
        <w:t>v 0.967158 14.114080 1.345481</w:t>
        <w:br/>
        <w:t>v 0.908865 13.860380 1.376086</w:t>
        <w:br/>
        <w:t>v 0.915899 13.803112 1.373984</w:t>
        <w:br/>
        <w:t>v 0.954622 13.807590 1.374910</w:t>
        <w:br/>
        <w:t>v 0.947587 13.864920 1.376978</w:t>
        <w:br/>
        <w:t>v 0.892661 13.902124 1.419820</w:t>
        <w:br/>
        <w:t>v 0.950905 13.909021 1.421120</w:t>
        <w:br/>
        <w:t>v 0.956383 13.999319 1.486879</w:t>
        <w:br/>
        <w:t>v 0.861501 13.987806 1.485086</w:t>
        <w:br/>
        <w:t>v 0.876097 13.944696 1.459633</w:t>
        <w:br/>
        <w:t>v 0.954416 13.955858 1.460417</w:t>
        <w:br/>
        <w:t>v 0.925271 14.149986 1.440663</w:t>
        <w:br/>
        <w:t>v 0.863072 14.142233 1.439501</w:t>
        <w:br/>
        <w:t>v 0.850547 14.141624 1.470306</w:t>
        <w:br/>
        <w:t>v 0.934573 14.152090 1.471909</w:t>
        <w:br/>
        <w:t>v 0.951997 14.055716 1.500576</w:t>
        <w:br/>
        <w:t>v 0.944404 14.114428 1.497434</w:t>
        <w:br/>
        <w:t>v 0.846419 14.102348 1.495509</w:t>
        <w:br/>
        <w:t>v 0.850900 14.043430 1.498505</w:t>
        <w:br/>
        <w:t>v 0.874052 14.118662 1.408973</w:t>
        <w:br/>
        <w:t>v 0.920331 14.124405 1.409852</w:t>
        <w:br/>
        <w:t>v 0.883465 14.086317 1.313149</w:t>
        <w:br/>
        <w:t>v 0.883552 14.078594 1.341358</w:t>
        <w:br/>
        <w:t>v 0.922279 14.083368 1.342121</w:t>
        <w:br/>
        <w:t>v 0.922195 14.091103 1.313895</w:t>
        <w:br/>
        <w:t>v 0.881063 14.091703 1.378342</w:t>
        <w:br/>
        <w:t>v 0.920199 14.096531 1.379097</w:t>
        <w:br/>
        <w:t>v 0.908865 13.860380 1.376086</w:t>
        <w:br/>
        <w:t>v 0.909238 13.853523 1.393346</w:t>
        <w:br/>
        <w:t>v 0.915231 13.804008 1.394736</w:t>
        <w:br/>
        <w:t>v 0.915899 13.803112 1.373984</w:t>
        <w:br/>
        <w:t>v 0.953940 13.808489 1.395663</w:t>
        <w:br/>
        <w:t>v 0.947960 13.858053 1.394243</w:t>
        <w:br/>
        <w:t>v 0.947587 13.864920 1.376978</w:t>
        <w:br/>
        <w:t>v 0.954622 13.807590 1.374910</w:t>
        <w:br/>
        <w:t>v 0.894024 13.887888 1.433858</w:t>
        <w:br/>
        <w:t>v 0.892661 13.902124 1.419820</w:t>
        <w:br/>
        <w:t>v 0.952268 13.894754 1.435185</w:t>
        <w:br/>
        <w:t>v 0.950905 13.909021 1.421120</w:t>
        <w:br/>
        <w:t>v 0.954416 13.955858 1.460417</w:t>
        <w:br/>
        <w:t>v 0.957374 13.942486 1.482895</w:t>
        <w:br/>
        <w:t>v 0.957631 13.987034 1.513581</w:t>
        <w:br/>
        <w:t>v 0.956383 13.999319 1.486879</w:t>
        <w:br/>
        <w:t>v 0.861899 13.975475 1.511741</w:t>
        <w:br/>
        <w:t>v 0.876457 13.930847 1.480632</w:t>
        <w:br/>
        <w:t>v 0.876097 13.944696 1.459633</w:t>
        <w:br/>
        <w:t>v 0.861501 13.987806 1.485086</w:t>
        <w:br/>
        <w:t>v 0.850547 14.141624 1.470306</w:t>
        <w:br/>
        <w:t>v 0.863072 14.142233 1.439501</w:t>
        <w:br/>
        <w:t>v 0.864750 14.159401 1.432226</w:t>
        <w:br/>
        <w:t>v 0.850661 14.158131 1.477107</w:t>
        <w:br/>
        <w:t>v 0.934573 14.152090 1.471909</w:t>
        <w:br/>
        <w:t>v 0.931318 14.168201 1.478616</w:t>
        <w:br/>
        <w:t>v 0.921108 14.166460 1.433264</w:t>
        <w:br/>
        <w:t>v 0.925271 14.149986 1.440663</w:t>
        <w:br/>
        <w:t>v 0.951997 14.055716 1.500576</w:t>
        <w:br/>
        <w:t>v 0.951264 14.055077 1.530693</w:t>
        <w:br/>
        <w:t>v 0.941045 14.120853 1.528170</w:t>
        <w:br/>
        <w:t>v 0.944404 14.114428 1.497434</w:t>
        <w:br/>
        <w:t>v 0.846819 14.109261 1.526305</w:t>
        <w:br/>
        <w:t>v 0.850168 14.042814 1.528596</w:t>
        <w:br/>
        <w:t>v 0.850900 14.043430 1.498505</w:t>
        <w:br/>
        <w:t>v 0.846419 14.102348 1.495509</w:t>
        <w:br/>
        <w:t>v 0.874052 14.118662 1.408973</w:t>
        <w:br/>
        <w:t>v 0.873681 14.134789 1.400749</w:t>
        <w:br/>
        <w:t>v 0.918191 14.140347 1.401590</w:t>
        <w:br/>
        <w:t>v 0.920331 14.124405 1.409852</w:t>
        <w:br/>
        <w:t>v 0.882267 14.097273 1.316440</w:t>
        <w:br/>
        <w:t>v 0.882487 14.089098 1.340528</w:t>
        <w:br/>
        <w:t>v 0.883552 14.078594 1.341358</w:t>
        <w:br/>
        <w:t>v 0.883465 14.086317 1.313149</w:t>
        <w:br/>
        <w:t>v 0.922279 14.083368 1.342121</w:t>
        <w:br/>
        <w:t>v 0.921221 14.093885 1.341285</w:t>
        <w:br/>
        <w:t>v 0.920992 14.102072 1.317179</w:t>
        <w:br/>
        <w:t>v 0.922195 14.091103 1.313895</w:t>
        <w:br/>
        <w:t>v 0.879729 14.104366 1.370328</w:t>
        <w:br/>
        <w:t>v 0.881063 14.091703 1.378342</w:t>
        <w:br/>
        <w:t>v 0.919427 14.109291 1.371096</w:t>
        <w:br/>
        <w:t>v 0.920199 14.096531 1.379097</w:t>
        <w:br/>
        <w:t>v 0.934019 13.806993 1.412499</w:t>
        <w:br/>
        <w:t>v 0.928901 13.850050 1.408173</w:t>
        <w:br/>
        <w:t>v 0.934019 13.806993 1.412499</w:t>
        <w:br/>
        <w:t>v 0.928901 13.850050 1.408173</w:t>
        <w:br/>
        <w:t>v 0.924850 13.879410 1.445177</w:t>
        <w:br/>
        <w:t>v 0.924850 13.879410 1.445177</w:t>
        <w:br/>
        <w:t>v 0.917931 13.926849 1.492925</w:t>
        <w:br/>
        <w:t>v 0.876457 13.930847 1.480632</w:t>
        <w:br/>
        <w:t>v 0.861899 13.975475 1.511741</w:t>
        <w:br/>
        <w:t>v 0.909637 13.976671 1.527328</w:t>
        <w:br/>
        <w:t>v 0.957631 13.987034 1.513581</w:t>
        <w:br/>
        <w:t>v 0.957374 13.942486 1.482895</w:t>
        <w:br/>
        <w:t>v 0.893687 14.170309 1.433203</w:t>
        <w:br/>
        <w:t>v 0.921108 14.166460 1.433264</w:t>
        <w:br/>
        <w:t>v 0.931318 14.168201 1.478616</w:t>
        <w:br/>
        <w:t>v 0.891970 14.171204 1.482314</w:t>
        <w:br/>
        <w:t>v 0.850661 14.158131 1.477107</w:t>
        <w:br/>
        <w:t>v 0.864750 14.159401 1.432226</w:t>
        <w:br/>
        <w:t>v 0.850168 14.042814 1.528596</w:t>
        <w:br/>
        <w:t>v 0.846819 14.109261 1.526305</w:t>
        <w:br/>
        <w:t>v 0.892952 14.121334 1.541840</w:t>
        <w:br/>
        <w:t>v 0.900381 14.047913 1.546296</w:t>
        <w:br/>
        <w:t>v 0.941045 14.120853 1.528170</w:t>
        <w:br/>
        <w:t>v 0.951264 14.055077 1.530693</w:t>
        <w:br/>
        <w:t>v 0.918191 14.140347 1.401590</w:t>
        <w:br/>
        <w:t>v 0.895342 14.146019 1.395948</w:t>
        <w:br/>
        <w:t>v 0.873681 14.134789 1.400749</w:t>
        <w:br/>
        <w:t>v 0.899982 14.114918 1.323184</w:t>
        <w:br/>
        <w:t>v 0.920992 14.102072 1.317179</w:t>
        <w:br/>
        <w:t>v 0.921221 14.093885 1.341285</w:t>
        <w:br/>
        <w:t>v 0.901230 14.097889 1.340251</w:t>
        <w:br/>
        <w:t>v 0.882487 14.089098 1.340528</w:t>
        <w:br/>
        <w:t>v 0.882267 14.097273 1.316440</w:t>
        <w:br/>
        <w:t>v 0.901230 14.097889 1.340251</w:t>
        <w:br/>
        <w:t>v 0.919427 14.109291 1.371096</w:t>
        <w:br/>
        <w:t>v 0.899419 14.111057 1.360729</w:t>
        <w:br/>
        <w:t>v 0.879729 14.104366 1.370328</w:t>
        <w:br/>
        <w:t>v 0.953271 13.857361 1.201620</w:t>
        <w:br/>
        <w:t>v 0.960074 13.800459 1.206863</w:t>
        <w:br/>
        <w:t>v 0.921352 13.796165 1.205837</w:t>
        <w:br/>
        <w:t>v 0.914562 13.853065 1.200587</w:t>
        <w:br/>
        <w:t>v 0.959521 13.897356 1.155921</w:t>
        <w:br/>
        <w:t>v 0.901277 13.890919 1.154358</w:t>
        <w:br/>
        <w:t>v 0.874927 13.974842 1.078660</w:t>
        <w:br/>
        <w:t>v 0.968474 13.985088 1.081273</w:t>
        <w:br/>
        <w:t>v 0.965062 13.937740 1.112871</w:t>
        <w:br/>
        <w:t>v 0.888417 13.929293 1.110812</w:t>
        <w:br/>
        <w:t>v 0.866903 14.127081 1.127903</w:t>
        <w:br/>
        <w:t>v 0.926988 14.132891 1.130416</w:t>
        <w:br/>
        <w:t>v 0.936967 14.128325 1.093989</w:t>
        <w:br/>
        <w:t>v 0.856154 14.128111 1.091056</w:t>
        <w:br/>
        <w:t>v 0.864494 14.028824 1.063224</w:t>
        <w:br/>
        <w:t>v 0.855886 14.087090 1.065622</w:t>
        <w:br/>
        <w:t>v 0.948901 14.096188 1.069390</w:t>
        <w:br/>
        <w:t>v 0.962852 14.039282 1.066288</w:t>
        <w:br/>
        <w:t>v 0.924324 14.111774 1.160406</w:t>
        <w:br/>
        <w:t>v 0.878902 14.107101 1.158819</w:t>
        <w:br/>
        <w:t>v 0.923868 14.088375 1.256009</w:t>
        <w:br/>
        <w:t>v 0.925654 14.078085 1.228138</w:t>
        <w:br/>
        <w:t>v 0.886935 14.073847 1.227080</w:t>
        <w:br/>
        <w:t>v 0.885155 14.084085 1.254979</w:t>
        <w:br/>
        <w:t>v 0.925065 14.087675 1.191044</w:t>
        <w:br/>
        <w:t>v 0.886055 14.083424 1.189950</w:t>
        <w:br/>
        <w:t>v 0.953271 13.857361 1.201620</w:t>
        <w:br/>
        <w:t>v 0.954750 13.849026 1.184741</w:t>
        <w:br/>
        <w:t>v 0.960743 13.799578 1.186108</w:t>
        <w:br/>
        <w:t>v 0.960074 13.800459 1.206863</w:t>
        <w:br/>
        <w:t>v 0.922034 13.795273 1.185081</w:t>
        <w:br/>
        <w:t>v 0.916041 13.844742 1.183709</w:t>
        <w:br/>
        <w:t>v 0.914562 13.853065 1.200587</w:t>
        <w:br/>
        <w:t>v 0.921352 13.796165 1.205837</w:t>
        <w:br/>
        <w:t>v 0.961785 13.881954 1.142526</w:t>
        <w:br/>
        <w:t>v 0.959521 13.897356 1.155921</w:t>
        <w:br/>
        <w:t>v 0.903541 13.875513 1.140966</w:t>
        <w:br/>
        <w:t>v 0.901277 13.890919 1.154358</w:t>
        <w:br/>
        <w:t>v 0.888417 13.929293 1.110812</w:t>
        <w:br/>
        <w:t>v 0.890076 13.915632 1.092661</w:t>
        <w:br/>
        <w:t>v 0.876972 13.961235 1.054662</w:t>
        <w:br/>
        <w:t>v 0.874927 13.974842 1.078660</w:t>
        <w:br/>
        <w:t>v 0.970819 13.971483 1.057375</w:t>
        <w:br/>
        <w:t>v 0.967694 13.924194 1.094758</w:t>
        <w:br/>
        <w:t>v 0.965062 13.937740 1.112871</w:t>
        <w:br/>
        <w:t>v 0.968474 13.985088 1.081273</w:t>
        <w:br/>
        <w:t>v 0.936967 14.128325 1.093989</w:t>
        <w:br/>
        <w:t>v 0.926988 14.132891 1.130416</w:t>
        <w:br/>
        <w:t>v 0.922062 14.147400 1.138111</w:t>
        <w:br/>
        <w:t>v 0.930263 14.146330 1.088693</w:t>
        <w:br/>
        <w:t>v 0.856154 14.128111 1.091056</w:t>
        <w:br/>
        <w:t>v 0.856244 14.138144 1.085052</w:t>
        <w:br/>
        <w:t>v 0.868565 14.143211 1.134841</w:t>
        <w:br/>
        <w:t>v 0.866903 14.127081 1.127903</w:t>
        <w:br/>
        <w:t>v 0.855886 14.087090 1.065622</w:t>
        <w:br/>
        <w:t>v 0.864494 14.028824 1.063224</w:t>
        <w:br/>
        <w:t>v 0.865127 14.025726 1.035615</w:t>
        <w:br/>
        <w:t>v 0.859975 14.089268 1.040659</w:t>
        <w:br/>
        <w:t>v 0.948901 14.096188 1.069390</w:t>
        <w:br/>
        <w:t>v 0.946854 14.095963 1.045624</w:t>
        <w:br/>
        <w:t>v 0.962679 14.035860 1.038922</w:t>
        <w:br/>
        <w:t>v 0.962852 14.039282 1.066288</w:t>
        <w:br/>
        <w:t>v 0.924324 14.111774 1.160406</w:t>
        <w:br/>
        <w:t>v 0.920748 14.126802 1.168421</w:t>
        <w:br/>
        <w:t>v 0.877247 14.123732 1.166877</w:t>
        <w:br/>
        <w:t>v 0.878902 14.107101 1.158819</w:t>
        <w:br/>
        <w:t>v 0.922808 14.099012 1.252458</w:t>
        <w:br/>
        <w:t>v 0.924409 14.088629 1.228703</w:t>
        <w:br/>
        <w:t>v 0.925654 14.078085 1.228138</w:t>
        <w:br/>
        <w:t>v 0.923868 14.088375 1.256009</w:t>
        <w:br/>
        <w:t>v 0.886935 14.073847 1.227080</w:t>
        <w:br/>
        <w:t>v 0.885743 14.084402 1.227647</w:t>
        <w:br/>
        <w:t>v 0.884119 14.094782 1.251393</w:t>
        <w:br/>
        <w:t>v 0.885155 14.084085 1.254979</w:t>
        <w:br/>
        <w:t>v 0.923447 14.101032 1.198780</w:t>
        <w:br/>
        <w:t>v 0.925065 14.087675 1.191044</w:t>
        <w:br/>
        <w:t>v 0.883896 14.096731 1.197665</w:t>
        <w:br/>
        <w:t>v 0.886055 14.083424 1.189950</w:t>
        <w:br/>
        <w:t>v 0.941954 13.796700 1.168301</w:t>
        <w:br/>
        <w:t>v 0.936630 13.839937 1.170176</w:t>
        <w:br/>
        <w:t>v 0.941954 13.796700 1.168301</w:t>
        <w:br/>
        <w:t>v 0.936630 13.839937 1.170176</w:t>
        <w:br/>
        <w:t>v 0.936437 13.870050 1.132891</w:t>
        <w:br/>
        <w:t>v 0.903541 13.875513 1.140966</w:t>
        <w:br/>
        <w:t>v 0.931563 13.913574 1.083282</w:t>
        <w:br/>
        <w:t>v 0.967694 13.924194 1.094758</w:t>
        <w:br/>
        <w:t>v 0.970819 13.971483 1.057375</w:t>
        <w:br/>
        <w:t>v 0.927178 13.960890 1.045813</w:t>
        <w:br/>
        <w:t>v 0.876972 13.961235 1.054662</w:t>
        <w:br/>
        <w:t>v 0.890076 13.915632 1.092661</w:t>
        <w:br/>
        <w:t>v 0.895997 14.153873 1.140811</w:t>
        <w:br/>
        <w:t>v 0.868565 14.143211 1.134841</w:t>
        <w:br/>
        <w:t>v 0.856244 14.138144 1.085052</w:t>
        <w:br/>
        <w:t>v 0.894547 14.146688 1.080444</w:t>
        <w:br/>
        <w:t>v 0.930263 14.146330 1.088693</w:t>
        <w:br/>
        <w:t>v 0.922062 14.147400 1.138111</w:t>
        <w:br/>
        <w:t>v 0.902811 14.093418 1.033710</w:t>
        <w:br/>
        <w:t>v 0.915851 14.028564 1.026569</w:t>
        <w:br/>
        <w:t>v 0.962679 14.035860 1.038922</w:t>
        <w:br/>
        <w:t>v 0.946854 14.095963 1.045624</w:t>
        <w:br/>
        <w:t>v 0.859975 14.089268 1.040659</w:t>
        <w:br/>
        <w:t>v 0.865127 14.025726 1.035615</w:t>
        <w:br/>
        <w:t>v 0.900407 14.132275 1.173760</w:t>
        <w:br/>
        <w:t>v 0.877247 14.123732 1.166877</w:t>
        <w:br/>
        <w:t>v 0.920748 14.126802 1.168421</w:t>
        <w:br/>
        <w:t>v 0.901814 14.111444 1.245286</w:t>
        <w:br/>
        <w:t>v 0.884119 14.094782 1.251393</w:t>
        <w:br/>
        <w:t>v 0.885743 14.084402 1.227647</w:t>
        <w:br/>
        <w:t>v 0.904273 14.092918 1.228702</w:t>
        <w:br/>
        <w:t>v 0.924409 14.088629 1.228703</w:t>
        <w:br/>
        <w:t>v 0.922808 14.099012 1.252458</w:t>
        <w:br/>
        <w:t>v 0.904273 14.092918 1.228702</w:t>
        <w:br/>
        <w:t>v 0.883896 14.096731 1.197665</w:t>
        <w:br/>
        <w:t>v 0.904328 14.102720 1.207349</w:t>
        <w:br/>
        <w:t>v 0.923447 14.101032 1.198780</w:t>
        <w:br/>
        <w:t>v 0.864857 13.848761 1.226833</w:t>
        <w:br/>
        <w:t>v 0.874978 13.792133 1.230328</w:t>
        <w:br/>
        <w:t>v 0.854556 13.791206 1.262623</w:t>
        <w:br/>
        <w:t>v 0.844435 13.847805 1.259150</w:t>
        <w:br/>
        <w:t>v 0.825827 13.884472 1.194155</w:t>
        <w:br/>
        <w:t>v 0.795104 13.882994 1.242796</w:t>
        <w:br/>
        <w:t>v 0.710856 13.962717 1.217435</w:t>
        <w:br/>
        <w:t>v 0.760381 13.965240 1.138951</w:t>
        <w:br/>
        <w:t>v 0.788699 13.920845 1.163346</w:t>
        <w:br/>
        <w:t>v 0.748279 13.918859 1.227395</w:t>
        <w:br/>
        <w:t>v 0.745187 14.118782 1.228140</w:t>
        <w:br/>
        <w:t>v 0.776986 14.120432 1.176320</w:t>
        <w:br/>
        <w:t>v 0.749223 14.120543 1.148815</w:t>
        <w:br/>
        <w:t>v 0.710615 14.113792 1.217679</w:t>
        <w:br/>
        <w:t>v 0.689774 14.016140 1.211031</w:t>
        <w:br/>
        <w:t>v 0.687437 14.075304 1.211108</w:t>
        <w:br/>
        <w:t>v 0.736186 14.078075 1.129862</w:t>
        <w:br/>
        <w:t>v 0.742107 14.018879 1.128024</w:t>
        <w:br/>
        <w:t>v 0.802957 14.101038 1.199459</w:t>
        <w:br/>
        <w:t>v 0.778947 14.099737 1.238103</w:t>
        <w:br/>
        <w:t>v 0.888481 14.084396 1.253206</w:t>
        <w:br/>
        <w:t>v 0.864923 14.071966 1.238712</w:t>
        <w:br/>
        <w:t>v 0.844584 14.070860 1.271111</w:t>
        <w:br/>
        <w:t>v 0.868158 14.083305 1.285609</w:t>
        <w:br/>
        <w:t>v 0.831304 14.078852 1.218991</w:t>
        <w:br/>
        <w:t>v 0.810765 14.077724 1.251732</w:t>
        <w:br/>
        <w:t>v 0.864857 13.848761 1.226833</w:t>
        <w:br/>
        <w:t>v 0.850917 13.839100 1.218091</w:t>
        <w:br/>
        <w:t>v 0.856897 13.789633 1.219470</w:t>
        <w:br/>
        <w:t>v 0.874978 13.792133 1.230328</w:t>
        <w:br/>
        <w:t>v 0.836475 13.788717 1.251766</w:t>
        <w:br/>
        <w:t>v 0.830495 13.838150 1.250417</w:t>
        <w:br/>
        <w:t>v 0.844435 13.847805 1.259150</w:t>
        <w:br/>
        <w:t>v 0.854556 13.791206 1.262623</w:t>
        <w:br/>
        <w:t>v 0.815693 13.867996 1.187304</w:t>
        <w:br/>
        <w:t>v 0.825827 13.884472 1.194155</w:t>
        <w:br/>
        <w:t>v 0.784970 13.866522 1.235936</w:t>
        <w:br/>
        <w:t>v 0.795104 13.882994 1.242796</w:t>
        <w:br/>
        <w:t>v 0.748279 13.918859 1.227395</w:t>
        <w:br/>
        <w:t>v 0.733593 13.903818 1.218420</w:t>
        <w:br/>
        <w:t>v 0.691244 13.947300 1.205176</w:t>
        <w:br/>
        <w:t>v 0.710856 13.962717 1.217435</w:t>
        <w:br/>
        <w:t>v 0.741078 13.949810 1.126231</w:t>
        <w:br/>
        <w:t>v 0.774553 13.905836 1.153543</w:t>
        <w:br/>
        <w:t>v 0.788699 13.920845 1.163346</w:t>
        <w:br/>
        <w:t>v 0.760381 13.965240 1.138951</w:t>
        <w:br/>
        <w:t>v 0.749223 14.120543 1.148815</w:t>
        <w:br/>
        <w:t>v 0.776986 14.120432 1.176320</w:t>
        <w:br/>
        <w:t>v 0.779532 14.135796 1.182339</w:t>
        <w:br/>
        <w:t>v 0.743348 14.129492 1.147436</w:t>
        <w:br/>
        <w:t>v 0.710615 14.113792 1.217679</w:t>
        <w:br/>
        <w:t>v 0.703587 14.128483 1.212747</w:t>
        <w:br/>
        <w:t>v 0.751236 14.134600 1.229172</w:t>
        <w:br/>
        <w:t>v 0.745187 14.118782 1.228140</w:t>
        <w:br/>
        <w:t>v 0.687437 14.075304 1.211108</w:t>
        <w:br/>
        <w:t>v 0.689774 14.016140 1.211031</w:t>
        <w:br/>
        <w:t>v 0.665949 14.011066 1.196338</w:t>
        <w:br/>
        <w:t>v 0.665961 14.076313 1.196670</w:t>
        <w:br/>
        <w:t>v 0.736186 14.078075 1.129862</w:t>
        <w:br/>
        <w:t>v 0.711462 14.075893 1.116823</w:t>
        <w:br/>
        <w:t>v 0.718174 14.013805 1.113527</w:t>
        <w:br/>
        <w:t>v 0.742107 14.018879 1.128024</w:t>
        <w:br/>
        <w:t>v 0.802957 14.101038 1.199459</w:t>
        <w:br/>
        <w:t>v 0.807460 14.118263 1.204307</w:t>
        <w:br/>
        <w:t>v 0.784811 14.117109 1.241383</w:t>
        <w:br/>
        <w:t>v 0.778947 14.099737 1.238103</w:t>
        <w:br/>
        <w:t>v 0.884349 14.094795 1.251269</w:t>
        <w:br/>
        <w:t>v 0.864378 14.082582 1.238930</w:t>
        <w:br/>
        <w:t>v 0.864923 14.071966 1.238712</w:t>
        <w:br/>
        <w:t>v 0.888481 14.084396 1.253206</w:t>
        <w:br/>
        <w:t>v 0.844584 14.070860 1.271111</w:t>
        <w:br/>
        <w:t>v 0.844052 14.081470 1.271333</w:t>
        <w:br/>
        <w:t>v 0.864044 14.093681 1.283683</w:t>
        <w:br/>
        <w:t>v 0.868158 14.083305 1.285609</w:t>
        <w:br/>
        <w:t>v 0.836844 14.092861 1.222704</w:t>
        <w:br/>
        <w:t>v 0.831304 14.078852 1.218991</w:t>
        <w:br/>
        <w:t>v 0.816095 14.091724 1.255899</w:t>
        <w:br/>
        <w:t>v 0.810765 14.077724 1.251732</w:t>
        <w:br/>
        <w:t>v 0.831627 13.787098 1.226573</w:t>
        <w:br/>
        <w:t>v 0.829080 13.830576 1.226974</w:t>
        <w:br/>
        <w:t>v 0.831627 13.787098 1.226573</w:t>
        <w:br/>
        <w:t>v 0.829080 13.830576 1.226974</w:t>
        <w:br/>
        <w:t>v 0.796222 13.857277 1.208058</w:t>
        <w:br/>
        <w:t>v 0.784970 13.866522 1.235936</w:t>
        <w:br/>
        <w:t>v 0.815693 13.867996 1.187304</w:t>
        <w:br/>
        <w:t>v 0.744550 13.895962 1.179811</w:t>
        <w:br/>
        <w:t>v 0.774553 13.905836 1.153543</w:t>
        <w:br/>
        <w:t>v 0.741078 13.949810 1.126231</w:t>
        <w:br/>
        <w:t>v 0.709699 13.939035 1.161867</w:t>
        <w:br/>
        <w:t>v 0.691244 13.947300 1.205176</w:t>
        <w:br/>
        <w:t>v 0.733593 13.903818 1.218420</w:t>
        <w:br/>
        <w:t>v 0.767762 14.144117 1.211672</w:t>
        <w:br/>
        <w:t>v 0.751236 14.134600 1.229172</w:t>
        <w:br/>
        <w:t>v 0.703587 14.128483 1.212747</w:t>
        <w:br/>
        <w:t>v 0.720469 14.137045 1.178291</w:t>
        <w:br/>
        <w:t>v 0.743348 14.129492 1.147436</w:t>
        <w:br/>
        <w:t>v 0.779532 14.135796 1.182339</w:t>
        <w:br/>
        <w:t>v 0.718174 14.013805 1.113527</w:t>
        <w:br/>
        <w:t>v 0.711462 14.075893 1.116823</w:t>
        <w:br/>
        <w:t>v 0.680999 14.079845 1.152740</w:t>
        <w:br/>
        <w:t>v 0.682204 14.007257 1.148761</w:t>
        <w:br/>
        <w:t>v 0.665961 14.076313 1.196670</w:t>
        <w:br/>
        <w:t>v 0.665949 14.011066 1.196338</w:t>
        <w:br/>
        <w:t>v 0.801498 14.122662 1.229404</w:t>
        <w:br/>
        <w:t>v 0.784811 14.117109 1.241383</w:t>
        <w:br/>
        <w:t>v 0.807460 14.118263 1.204307</w:t>
        <w:br/>
        <w:t>v 0.866935 14.108362 1.263883</w:t>
        <w:br/>
        <w:t>v 0.864044 14.093681 1.283683</w:t>
        <w:br/>
        <w:t>v 0.844052 14.081470 1.271333</w:t>
        <w:br/>
        <w:t>v 0.854047 14.088514 1.255352</w:t>
        <w:br/>
        <w:t>v 0.864378 14.082582 1.238930</w:t>
        <w:br/>
        <w:t>v 0.884349 14.094795 1.251269</w:t>
        <w:br/>
        <w:t>v 0.816095 14.091724 1.255899</w:t>
        <w:br/>
        <w:t>v 0.834665 14.096197 1.244357</w:t>
        <w:br/>
        <w:t>v 0.836844 14.092861 1.222704</w:t>
        <w:br/>
        <w:t>v 0.926651 14.204201 1.346148</w:t>
        <w:br/>
        <w:t>v 0.891103 14.184778 1.353808</w:t>
        <w:br/>
        <w:t>v 0.891786 14.179440 1.362388</w:t>
        <w:br/>
        <w:t>v 0.931735 14.199436 1.352523</w:t>
        <w:br/>
        <w:t>v 0.951877 14.214821 1.321696</w:t>
        <w:br/>
        <w:t>v 0.959500 14.210108 1.325468</w:t>
        <w:br/>
        <w:t>v 0.962615 14.216703 1.286277</w:t>
        <w:br/>
        <w:t>v 0.971061 14.211775 1.286385</w:t>
        <w:br/>
        <w:t>v 0.958861 14.207983 1.247646</w:t>
        <w:br/>
        <w:t>v 0.951385 14.213310 1.251115</w:t>
        <w:br/>
        <w:t>v 0.927996 14.202890 1.217870</w:t>
        <w:br/>
        <w:t>v 0.923360 14.208738 1.223886</w:t>
        <w:br/>
        <w:t>v 0.887662 14.204199 1.212205</w:t>
        <w:br/>
        <w:t>v 0.888678 14.197891 1.205035</w:t>
        <w:br/>
        <w:t>v 0.848771 14.195271 1.213583</w:t>
        <w:br/>
        <w:t>v 0.851216 14.201855 1.219867</w:t>
        <w:br/>
        <w:t>v 0.818938 14.193645 1.241758</w:t>
        <w:br/>
        <w:t>v 0.824137 14.200449 1.245547</w:t>
        <w:br/>
        <w:t>v 0.809772 14.193653 1.280770</w:t>
        <w:br/>
        <w:t>v 0.815897 14.200388 1.280932</w:t>
        <w:br/>
        <w:t>v 0.821402 14.193233 1.320825</w:t>
        <w:br/>
        <w:t>v 0.826846 14.199633 1.317240</w:t>
        <w:br/>
        <w:t>v 0.851981 14.189817 1.349156</w:t>
        <w:br/>
        <w:t>v 0.854294 14.195467 1.342644</w:t>
        <w:br/>
        <w:t>v 0.892463 14.181580 1.354381</w:t>
        <w:br/>
        <w:t>v 0.891525 14.186441 1.346265</w:t>
        <w:br/>
        <w:t>v 0.931787 14.171923 1.349462</w:t>
        <w:br/>
        <w:t>v 0.927114 14.175894 1.342398</w:t>
        <w:br/>
        <w:t>v 0.960123 14.165190 1.323483</w:t>
        <w:br/>
        <w:t>v 0.951562 14.168430 1.319199</w:t>
        <w:br/>
        <w:t>v 0.972441 14.160107 1.286036</w:t>
        <w:br/>
        <w:t>v 0.962789 14.163313 1.285747</w:t>
        <w:br/>
        <w:t>v 0.961190 14.156408 1.248309</w:t>
        <w:br/>
        <w:t>v 0.952625 14.160013 1.252437</w:t>
        <w:br/>
        <w:t>v 0.929975 14.156237 1.228739</w:t>
        <w:br/>
        <w:t>v 0.935160 14.152063 1.221475</w:t>
        <w:br/>
        <w:t>v 0.896554 14.147465 1.210575</w:t>
        <w:br/>
        <w:t>v 0.895720 14.152172 1.219200</w:t>
        <w:br/>
        <w:t>v 0.859326 14.144003 1.218516</w:t>
        <w:br/>
        <w:t>v 0.862814 14.149096 1.226080</w:t>
        <w:br/>
        <w:t>v 0.859326 14.144003 1.218516</w:t>
        <w:br/>
        <w:t>v 0.831442 14.142057 1.245893</w:t>
        <w:br/>
        <w:t>v 0.838183 14.147371 1.250448</w:t>
        <w:br/>
        <w:t>v 0.862814 14.149096 1.226080</w:t>
        <w:br/>
        <w:t>v 0.821787 14.142874 1.280644</w:t>
        <w:br/>
        <w:t>v 0.829723 14.148174 1.280716</w:t>
        <w:br/>
        <w:t>v 0.839758 14.154562 1.316896</w:t>
        <w:br/>
        <w:t>v 0.832580 14.149391 1.320874</w:t>
        <w:br/>
        <w:t>v 0.860823 14.166555 1.342233</w:t>
        <w:br/>
        <w:t>v 0.856598 14.161516 1.348989</w:t>
        <w:br/>
        <w:t>v 0.934456 14.209875 1.357640</w:t>
        <w:br/>
        <w:t>v 0.929265 14.214266 1.351314</w:t>
        <w:br/>
        <w:t>v 0.956412 14.224405 1.325029</w:t>
        <w:br/>
        <w:t>v 0.964128 14.220039 1.328761</w:t>
        <w:br/>
        <w:t>v 0.967855 14.225937 1.286790</w:t>
        <w:br/>
        <w:t>v 0.976355 14.221361 1.286877</w:t>
        <w:br/>
        <w:t>v 0.955464 14.222151 1.248179</w:t>
        <w:br/>
        <w:t>v 0.962980 14.217165 1.244698</w:t>
        <w:br/>
        <w:t>v 0.924727 14.217146 1.218377</w:t>
        <w:br/>
        <w:t>v 0.929377 14.211639 1.212327</w:t>
        <w:br/>
        <w:t>v 0.885603 14.212313 1.205552</w:t>
        <w:br/>
        <w:t>v 0.886658 14.206352 1.198384</w:t>
        <w:br/>
        <w:t>v 0.845995 14.209856 1.213878</w:t>
        <w:br/>
        <w:t>v 0.843580 14.203617 1.207571</w:t>
        <w:br/>
        <w:t>v 0.816564 14.208382 1.241938</w:t>
        <w:br/>
        <w:t>v 0.811416 14.201927 1.238124</w:t>
        <w:br/>
        <w:t>v 0.807444 14.208384 1.280819</w:t>
        <w:br/>
        <w:t>v 0.801386 14.202003 1.280618</w:t>
        <w:br/>
        <w:t>v 0.819193 14.208019 1.320091</w:t>
        <w:br/>
        <w:t>v 0.813808 14.201967 1.323637</w:t>
        <w:br/>
        <w:t>v 0.849082 14.204697 1.347717</w:t>
        <w:br/>
        <w:t>v 0.846864 14.199409 1.354202</w:t>
        <w:br/>
        <w:t>v 0.889159 14.196445 1.352028</w:t>
        <w:br/>
        <w:t>v 0.890163 14.191946 1.360115</w:t>
        <w:br/>
        <w:t>v 0.927228 14.186354 1.346969</w:t>
        <w:br/>
        <w:t>v 0.932018 14.182749 1.353991</w:t>
        <w:br/>
        <w:t>v 0.953759 14.179033 1.321836</w:t>
        <w:br/>
        <w:t>v 0.962438 14.176147 1.326087</w:t>
        <w:br/>
        <w:t>v 0.965265 14.173662 1.286048</w:t>
        <w:br/>
        <w:t>v 0.974970 14.170795 1.286330</w:t>
        <w:br/>
        <w:t>v 0.954331 14.170073 1.250623</w:t>
        <w:br/>
        <w:t>v 0.962911 14.166790 1.246503</w:t>
        <w:br/>
        <w:t>v 0.929942 14.166000 1.225387</w:t>
        <w:br/>
        <w:t>v 0.935155 14.162125 1.218113</w:t>
        <w:br/>
        <w:t>v 0.893664 14.161747 1.215111</w:t>
        <w:br/>
        <w:t>v 0.894505 14.157347 1.206484</w:t>
        <w:br/>
        <w:t>v 0.858888 14.158619 1.222386</w:t>
        <w:br/>
        <w:t>v 0.855439 14.153849 1.214808</w:t>
        <w:br/>
        <w:t>v 0.832755 14.156809 1.248241</w:t>
        <w:br/>
        <w:t>v 0.826060 14.151821 1.243655</w:t>
        <w:br/>
        <w:t>v 0.855439 14.153849 1.214808</w:t>
        <w:br/>
        <w:t>v 0.858888 14.158619 1.222386</w:t>
        <w:br/>
        <w:t>v 0.823844 14.157652 1.280684</w:t>
        <w:br/>
        <w:t>v 0.815993 14.152697 1.280575</w:t>
        <w:br/>
        <w:t>v 0.834485 14.164251 1.319352</w:t>
        <w:br/>
        <w:t>v 0.827409 14.159428 1.323288</w:t>
        <w:br/>
        <w:t>v 0.857305 14.176559 1.346637</w:t>
        <w:br/>
        <w:t>v 0.853198 14.171858 1.353348</w:t>
        <w:br/>
        <w:t>v 0.890361 14.196270 1.359979</w:t>
        <w:br/>
        <w:t>v 0.891153 14.191298 1.368521</w:t>
        <w:br/>
        <w:t>v 0.934456 14.209875 1.357640</w:t>
        <w:br/>
        <w:t>v 0.931735 14.199436 1.352523</w:t>
        <w:br/>
        <w:t>v 0.891786 14.179440 1.362388</w:t>
        <w:br/>
        <w:t>v 0.891153 14.191298 1.368521</w:t>
        <w:br/>
        <w:t>v 0.964128 14.220039 1.328761</w:t>
        <w:br/>
        <w:t>v 0.959500 14.210108 1.325468</w:t>
        <w:br/>
        <w:t>v 0.976355 14.221361 1.286877</w:t>
        <w:br/>
        <w:t>v 0.971061 14.211775 1.286385</w:t>
        <w:br/>
        <w:t>v 0.962980 14.217165 1.244698</w:t>
        <w:br/>
        <w:t>v 0.958861 14.207983 1.247646</w:t>
        <w:br/>
        <w:t>v 0.929377 14.211639 1.212327</w:t>
        <w:br/>
        <w:t>v 0.927996 14.202890 1.217870</w:t>
        <w:br/>
        <w:t>v 0.886658 14.206352 1.198384</w:t>
        <w:br/>
        <w:t>v 0.888678 14.197891 1.205035</w:t>
        <w:br/>
        <w:t>v 0.843580 14.203617 1.207571</w:t>
        <w:br/>
        <w:t>v 0.848771 14.195271 1.213583</w:t>
        <w:br/>
        <w:t>v 0.811416 14.201927 1.238124</w:t>
        <w:br/>
        <w:t>v 0.818938 14.193645 1.241758</w:t>
        <w:br/>
        <w:t>v 0.809772 14.193653 1.280770</w:t>
        <w:br/>
        <w:t>v 0.801386 14.202003 1.280618</w:t>
        <w:br/>
        <w:t>v 0.813808 14.201967 1.323637</w:t>
        <w:br/>
        <w:t>v 0.821402 14.193233 1.320825</w:t>
        <w:br/>
        <w:t>v 0.846864 14.199409 1.354202</w:t>
        <w:br/>
        <w:t>v 0.851981 14.189817 1.349156</w:t>
        <w:br/>
        <w:t>v 0.890163 14.191946 1.360115</w:t>
        <w:br/>
        <w:t>v 0.892463 14.181580 1.354381</w:t>
        <w:br/>
        <w:t>v 0.932018 14.182749 1.353991</w:t>
        <w:br/>
        <w:t>v 0.931787 14.171923 1.349462</w:t>
        <w:br/>
        <w:t>v 0.962438 14.176147 1.326087</w:t>
        <w:br/>
        <w:t>v 0.960123 14.165190 1.323483</w:t>
        <w:br/>
        <w:t>v 0.974970 14.170795 1.286330</w:t>
        <w:br/>
        <w:t>v 0.972441 14.160107 1.286036</w:t>
        <w:br/>
        <w:t>v 0.962911 14.166790 1.246503</w:t>
        <w:br/>
        <w:t>v 0.961190 14.156408 1.248309</w:t>
        <w:br/>
        <w:t>v 0.935155 14.162125 1.218113</w:t>
        <w:br/>
        <w:t>v 0.935160 14.152063 1.221475</w:t>
        <w:br/>
        <w:t>v 0.894505 14.157347 1.206484</w:t>
        <w:br/>
        <w:t>v 0.896554 14.147465 1.210575</w:t>
        <w:br/>
        <w:t>v 0.855439 14.153849 1.214808</w:t>
        <w:br/>
        <w:t>v 0.859326 14.144003 1.218516</w:t>
        <w:br/>
        <w:t>v 0.826060 14.151821 1.243655</w:t>
        <w:br/>
        <w:t>v 0.831442 14.142057 1.245893</w:t>
        <w:br/>
        <w:t>v 0.859326 14.144003 1.218516</w:t>
        <w:br/>
        <w:t>v 0.855439 14.153849 1.214808</w:t>
        <w:br/>
        <w:t>v 0.815993 14.152697 1.280575</w:t>
        <w:br/>
        <w:t>v 0.821787 14.142874 1.280644</w:t>
        <w:br/>
        <w:t>v 0.827409 14.159428 1.323288</w:t>
        <w:br/>
        <w:t>v 0.832580 14.149391 1.320874</w:t>
        <w:br/>
        <w:t>v 0.853198 14.171858 1.353348</w:t>
        <w:br/>
        <w:t>v 0.856598 14.161516 1.348989</w:t>
        <w:br/>
        <w:t>v 0.890361 14.196270 1.359979</w:t>
        <w:br/>
        <w:t>v 0.857305 14.176559 1.346637</w:t>
        <w:br/>
        <w:t>v 0.860823 14.166555 1.342233</w:t>
        <w:br/>
        <w:t>v 0.891103 14.184778 1.353808</w:t>
        <w:br/>
        <w:t>v 0.926651 14.204201 1.346148</w:t>
        <w:br/>
        <w:t>v 0.929265 14.214266 1.351314</w:t>
        <w:br/>
        <w:t>v 0.956412 14.224405 1.325029</w:t>
        <w:br/>
        <w:t>v 0.951877 14.214821 1.321696</w:t>
        <w:br/>
        <w:t>v 0.967855 14.225937 1.286790</w:t>
        <w:br/>
        <w:t>v 0.962615 14.216703 1.286277</w:t>
        <w:br/>
        <w:t>v 0.955464 14.222151 1.248179</w:t>
        <w:br/>
        <w:t>v 0.951385 14.213310 1.251115</w:t>
        <w:br/>
        <w:t>v 0.923360 14.208738 1.223886</w:t>
        <w:br/>
        <w:t>v 0.924727 14.217146 1.218377</w:t>
        <w:br/>
        <w:t>v 0.887662 14.204199 1.212205</w:t>
        <w:br/>
        <w:t>v 0.885603 14.212313 1.205552</w:t>
        <w:br/>
        <w:t>v 0.851216 14.201855 1.219867</w:t>
        <w:br/>
        <w:t>v 0.845995 14.209856 1.213878</w:t>
        <w:br/>
        <w:t>v 0.824137 14.200449 1.245547</w:t>
        <w:br/>
        <w:t>v 0.816564 14.208382 1.241938</w:t>
        <w:br/>
        <w:t>v 0.815897 14.200388 1.280932</w:t>
        <w:br/>
        <w:t>v 0.807444 14.208384 1.280819</w:t>
        <w:br/>
        <w:t>v 0.826846 14.199633 1.317240</w:t>
        <w:br/>
        <w:t>v 0.819193 14.208019 1.320091</w:t>
        <w:br/>
        <w:t>v 0.854294 14.195467 1.342644</w:t>
        <w:br/>
        <w:t>v 0.849082 14.204697 1.347717</w:t>
        <w:br/>
        <w:t>v 0.891525 14.186441 1.346265</w:t>
        <w:br/>
        <w:t>v 0.889159 14.196445 1.352028</w:t>
        <w:br/>
        <w:t>v 0.927114 14.175894 1.342398</w:t>
        <w:br/>
        <w:t>v 0.927228 14.186354 1.346969</w:t>
        <w:br/>
        <w:t>v 0.951562 14.168430 1.319199</w:t>
        <w:br/>
        <w:t>v 0.953759 14.179033 1.321836</w:t>
        <w:br/>
        <w:t>v 0.962789 14.163313 1.285747</w:t>
        <w:br/>
        <w:t>v 0.965265 14.173662 1.286048</w:t>
        <w:br/>
        <w:t>v 0.954331 14.170073 1.250623</w:t>
        <w:br/>
        <w:t>v 0.952625 14.160013 1.252437</w:t>
        <w:br/>
        <w:t>v 0.929975 14.156237 1.228739</w:t>
        <w:br/>
        <w:t>v 0.929942 14.166000 1.225387</w:t>
        <w:br/>
        <w:t>v 0.895720 14.152172 1.219200</w:t>
        <w:br/>
        <w:t>v 0.893664 14.161747 1.215111</w:t>
        <w:br/>
        <w:t>v 0.862814 14.149096 1.226080</w:t>
        <w:br/>
        <w:t>v 0.858888 14.158619 1.222386</w:t>
        <w:br/>
        <w:t>v 0.862814 14.149096 1.226080</w:t>
        <w:br/>
        <w:t>v 0.838183 14.147371 1.250448</w:t>
        <w:br/>
        <w:t>v 0.832755 14.156809 1.248241</w:t>
        <w:br/>
        <w:t>v 0.858888 14.158619 1.222386</w:t>
        <w:br/>
        <w:t>v 0.829723 14.148174 1.280716</w:t>
        <w:br/>
        <w:t>v 0.823844 14.157652 1.280684</w:t>
        <w:br/>
        <w:t>v 0.834485 14.164251 1.319352</w:t>
        <w:br/>
        <w:t>v 0.839758 14.154562 1.316896</w:t>
        <w:br/>
        <w:t>v 0.691279 14.485420 1.223251</w:t>
        <w:br/>
        <w:t>v 0.712124 14.483717 1.236597</w:t>
        <w:br/>
        <w:t>v 0.707678 14.484331 1.249843</w:t>
        <w:br/>
        <w:t>v 0.685140 14.487558 1.235433</w:t>
        <w:br/>
        <w:t>v 0.675117 14.479504 1.210059</w:t>
        <w:br/>
        <w:t>v 0.667539 14.480421 1.218745</w:t>
        <w:br/>
        <w:t>v 0.657702 14.468710 1.209770</w:t>
        <w:br/>
        <w:t>v 0.665001 14.467552 1.201794</w:t>
        <w:br/>
        <w:t>v 0.647571 14.398077 1.184495</w:t>
        <w:br/>
        <w:t>v 0.654649 14.350769 1.174240</w:t>
        <w:br/>
        <w:t>v 0.666173 14.353296 1.167992</w:t>
        <w:br/>
        <w:t>v 0.655623 14.399973 1.178027</w:t>
        <w:br/>
        <w:t>v 0.671359 14.314760 1.160682</w:t>
        <w:br/>
        <w:t>v 0.660391 14.312075 1.167012</w:t>
        <w:br/>
        <w:t>v 0.705050 14.254192 1.164846</w:t>
        <w:br/>
        <w:t>v 0.680103 14.279282 1.158308</w:t>
        <w:br/>
        <w:t>v 0.669893 14.275154 1.165227</w:t>
        <w:br/>
        <w:t>v 0.695415 14.250294 1.173056</w:t>
        <w:br/>
        <w:t>v 0.688522 14.475132 1.223919</w:t>
        <w:br/>
        <w:t>v 0.681908 14.476843 1.236687</w:t>
        <w:br/>
        <w:t>v 0.699810 14.476768 1.248659</w:t>
        <w:br/>
        <w:t>v 0.704611 14.476187 1.234680</w:t>
        <w:br/>
        <w:t>v 0.677728 14.472450 1.215330</w:t>
        <w:br/>
        <w:t>v 0.669803 14.473110 1.224800</w:t>
        <w:br/>
        <w:t>v 0.660527 14.463596 1.216826</w:t>
        <w:br/>
        <w:t>v 0.668158 14.462582 1.208092</w:t>
        <w:br/>
        <w:t>v 0.652383 14.397156 1.194519</w:t>
        <w:br/>
        <w:t>v 0.660706 14.398954 1.187419</w:t>
        <w:br/>
        <w:t>v 0.671453 14.353836 1.178250</w:t>
        <w:br/>
        <w:t>v 0.659765 14.351238 1.185278</w:t>
        <w:br/>
        <w:t>v 0.685556 14.284050 1.168366</w:t>
        <w:br/>
        <w:t>v 0.674892 14.279814 1.175927</w:t>
        <w:br/>
        <w:t>v 0.665615 14.313988 1.177744</w:t>
        <w:br/>
        <w:t>v 0.677003 14.316751 1.170761</w:t>
        <w:br/>
        <w:t>v 0.688522 14.475132 1.223919</w:t>
        <w:br/>
        <w:t>v 0.704611 14.476187 1.234680</w:t>
        <w:br/>
        <w:t>v 0.712124 14.483717 1.236597</w:t>
        <w:br/>
        <w:t>v 0.691279 14.485420 1.223251</w:t>
        <w:br/>
        <w:t>v 0.677728 14.472450 1.215330</w:t>
        <w:br/>
        <w:t>v 0.675117 14.479504 1.210059</w:t>
        <w:br/>
        <w:t>v 0.658543 14.452152 1.193136</w:t>
        <w:br/>
        <w:t>v 0.656139 14.429440 1.186149</w:t>
        <w:br/>
        <w:t>v 0.660873 14.427113 1.194802</w:t>
        <w:br/>
        <w:t>v 0.662568 14.448708 1.201184</w:t>
        <w:br/>
        <w:t>v 0.655623 14.399973 1.178027</w:t>
        <w:br/>
        <w:t>v 0.666173 14.353296 1.167992</w:t>
        <w:br/>
        <w:t>v 0.671453 14.353836 1.178250</w:t>
        <w:br/>
        <w:t>v 0.660706 14.398954 1.187419</w:t>
        <w:br/>
        <w:t>v 0.677003 14.316751 1.170761</w:t>
        <w:br/>
        <w:t>v 0.671359 14.314760 1.160682</w:t>
        <w:br/>
        <w:t>v 0.680103 14.279282 1.158308</w:t>
        <w:br/>
        <w:t>v 0.685556 14.284050 1.168366</w:t>
        <w:br/>
        <w:t>v 0.705050 14.254192 1.164846</w:t>
        <w:br/>
        <w:t>v 0.709478 14.259657 1.174665</w:t>
        <w:br/>
        <w:t>v 0.707678 14.484331 1.249843</w:t>
        <w:br/>
        <w:t>v 0.699810 14.476768 1.248659</w:t>
        <w:br/>
        <w:t>v 0.681908 14.476843 1.236687</w:t>
        <w:br/>
        <w:t>v 0.685140 14.487558 1.235433</w:t>
        <w:br/>
        <w:t>v 0.669803 14.473110 1.224800</w:t>
        <w:br/>
        <w:t>v 0.667539 14.480421 1.218745</w:t>
        <w:br/>
        <w:t>v 0.650832 14.453680 1.201329</w:t>
        <w:br/>
        <w:t>v 0.654420 14.450190 1.210189</w:t>
        <w:br/>
        <w:t>v 0.652672 14.425949 1.202062</w:t>
        <w:br/>
        <w:t>v 0.648212 14.428270 1.192723</w:t>
        <w:br/>
        <w:t>v 0.652383 14.397156 1.194519</w:t>
        <w:br/>
        <w:t>v 0.647571 14.398077 1.184495</w:t>
        <w:br/>
        <w:t>v 0.665615 14.313988 1.177744</w:t>
        <w:br/>
        <w:t>v 0.660391 14.312075 1.167012</w:t>
        <w:br/>
        <w:t>v 0.654649 14.350769 1.174240</w:t>
        <w:br/>
        <w:t>v 0.659765 14.351238 1.185278</w:t>
        <w:br/>
        <w:t>v 0.763761 14.262625 1.216113</w:t>
        <w:br/>
        <w:t>v 0.779237 14.233614 1.215388</w:t>
        <w:br/>
        <w:t>v 0.779379 14.232016 1.203413</w:t>
        <w:br/>
        <w:t>v 0.764486 14.261518 1.203099</w:t>
        <w:br/>
        <w:t>v 0.764486 14.261518 1.203099</w:t>
        <w:br/>
        <w:t>v 0.779379 14.232016 1.203413</w:t>
        <w:br/>
        <w:t>v 0.788375 14.238091 1.204134</w:t>
        <w:br/>
        <w:t>v 0.774838 14.267202 1.204586</w:t>
        <w:br/>
        <w:t>v 0.754074 14.292381 1.224188</w:t>
        <w:br/>
        <w:t>v 0.765018 14.297430 1.224936</w:t>
        <w:br/>
        <w:t>v 0.774419 14.268337 1.216794</w:t>
        <w:br/>
        <w:t>v 0.763761 14.262625 1.216113</w:t>
        <w:br/>
        <w:t>v 0.765018 14.297430 1.224936</w:t>
        <w:br/>
        <w:t>v 0.766819 14.296875 1.213049</w:t>
        <w:br/>
        <w:t>v 0.774838 14.267202 1.204586</w:t>
        <w:br/>
        <w:t>v 0.774419 14.268337 1.216794</w:t>
        <w:br/>
        <w:t>v 0.669893 14.275154 1.165227</w:t>
        <w:br/>
        <w:t>v 0.674892 14.279814 1.175927</w:t>
        <w:br/>
        <w:t>v 0.699214 14.255672 1.183478</w:t>
        <w:br/>
        <w:t>v 0.695415 14.250294 1.173056</w:t>
        <w:br/>
        <w:t>v 0.709478 14.259657 1.174665</w:t>
        <w:br/>
        <w:t>v 0.699214 14.255672 1.183478</w:t>
        <w:br/>
        <w:t>v 0.845473 14.200270 1.229350</w:t>
        <w:br/>
        <w:t>v 0.838118 14.213671 1.226189</w:t>
        <w:br/>
        <w:t>v 0.827240 14.210785 1.225556</w:t>
        <w:br/>
        <w:t>v 0.834455 14.202803 1.229503</w:t>
        <w:br/>
        <w:t>v 0.827240 14.210785 1.225556</w:t>
        <w:br/>
        <w:t>v 0.826744 14.210737 1.239004</w:t>
        <w:br/>
        <w:t>v 0.833214 14.200300 1.242062</w:t>
        <w:br/>
        <w:t>v 0.834455 14.202803 1.229503</w:t>
        <w:br/>
        <w:t>v 0.826744 14.210737 1.239004</w:t>
        <w:br/>
        <w:t>v 0.838066 14.213909 1.238653</w:t>
        <w:br/>
        <w:t>v 0.844732 14.197840 1.241177</w:t>
        <w:br/>
        <w:t>v 0.833214 14.200300 1.242062</w:t>
        <w:br/>
        <w:t>v 0.844732 14.197840 1.241177</w:t>
        <w:br/>
        <w:t>v 0.838066 14.213909 1.238653</w:t>
        <w:br/>
        <w:t>v 0.838118 14.213671 1.226189</w:t>
        <w:br/>
        <w:t>v 0.845473 14.200270 1.229350</w:t>
        <w:br/>
        <w:t>v 0.843866 14.191217 1.227075</w:t>
        <w:br/>
        <w:t>v 0.834736 14.198391 1.229320</w:t>
        <w:br/>
        <w:t>v 0.831816 14.193674 1.241875</w:t>
        <w:br/>
        <w:t>v 0.834736 14.198391 1.229320</w:t>
        <w:br/>
        <w:t>v 0.841554 14.186846 1.238951</w:t>
        <w:br/>
        <w:t>v 0.831816 14.193674 1.241875</w:t>
        <w:br/>
        <w:t>v 0.841554 14.186846 1.238951</w:t>
        <w:br/>
        <w:t>v 0.843866 14.191217 1.227075</w:t>
        <w:br/>
        <w:t>v 0.835594 14.186886 1.223109</w:t>
        <w:br/>
        <w:t>v 0.825818 14.187742 1.218817</w:t>
        <w:br/>
        <w:t>v 0.819846 14.182489 1.228171</w:t>
        <w:br/>
        <w:t>v 0.831130 14.181623 1.233143</w:t>
        <w:br/>
        <w:t>v 0.831130 14.181623 1.233143</w:t>
        <w:br/>
        <w:t>v 0.819846 14.182489 1.228171</w:t>
        <w:br/>
        <w:t>v 0.818076 14.192114 1.235100</w:t>
        <w:br/>
        <w:t>v 0.826314 14.190933 1.238478</w:t>
        <w:br/>
        <w:t>v 0.818076 14.192114 1.235100</w:t>
        <w:br/>
        <w:t>v 0.825216 14.197786 1.225507</w:t>
        <w:br/>
        <w:t>v 0.831844 14.196709 1.228110</w:t>
        <w:br/>
        <w:t>v 0.826314 14.190933 1.238478</w:t>
        <w:br/>
        <w:t>v 0.825216 14.197786 1.225507</w:t>
        <w:br/>
        <w:t>v 0.825818 14.187742 1.218817</w:t>
        <w:br/>
        <w:t>v 0.835594 14.186886 1.223109</w:t>
        <w:br/>
        <w:t>v 0.831844 14.196709 1.228110</w:t>
        <w:br/>
        <w:t>v 0.779237 14.233614 1.215388</w:t>
        <w:br/>
        <w:t>v 0.788544 14.239712 1.215316</w:t>
        <w:br/>
        <w:t>v 0.788375 14.238091 1.204134</w:t>
        <w:br/>
        <w:t>v 0.788544 14.239712 1.215316</w:t>
        <w:br/>
        <w:t>v 0.747308 14.222694 1.198633</w:t>
        <w:br/>
        <w:t>v 0.756028 14.227655 1.189235</w:t>
        <w:br/>
        <w:t>v 0.756028 14.227655 1.189235</w:t>
        <w:br/>
        <w:t>v 0.753978 14.219664 1.180855</w:t>
        <w:br/>
        <w:t>v 0.746018 14.214952 1.189832</w:t>
        <w:br/>
        <w:t>v 0.753978 14.219664 1.180855</w:t>
        <w:br/>
        <w:t>v 0.746018 14.214952 1.189832</w:t>
        <w:br/>
        <w:t>v 0.747308 14.222694 1.198633</w:t>
        <w:br/>
        <w:t>v 0.720714 14.463562 1.259709</w:t>
        <w:br/>
        <w:t>v 0.728191 14.416958 1.251136</w:t>
        <w:br/>
        <w:t>v 0.731568 14.418102 1.237470</w:t>
        <w:br/>
        <w:t>v 0.724127 14.463844 1.246226</w:t>
        <w:br/>
        <w:t>v 0.720714 14.463562 1.259709</w:t>
        <w:br/>
        <w:t>v 0.729861 14.468706 1.260954</w:t>
        <w:br/>
        <w:t>v 0.724127 14.463844 1.246226</w:t>
        <w:br/>
        <w:t>v 0.732909 14.468882 1.248130</w:t>
        <w:br/>
        <w:t>v 0.732909 14.468882 1.248130</w:t>
        <w:br/>
        <w:t>v 0.729861 14.468706 1.260954</w:t>
        <w:br/>
        <w:t>v 0.751740 14.358587 1.238899</w:t>
        <w:br/>
        <w:t>v 0.755047 14.358767 1.225747</w:t>
        <w:br/>
        <w:t>v 0.755589 14.291845 1.210546</w:t>
        <w:br/>
        <w:t>v 0.766819 14.296875 1.213049</w:t>
        <w:br/>
        <w:t>v 0.755047 14.358767 1.225747</w:t>
        <w:br/>
        <w:t>v 0.743591 14.354170 1.222710</w:t>
        <w:br/>
        <w:t>v 0.740449 14.353846 1.237816</w:t>
        <w:br/>
        <w:t>v 0.754074 14.292381 1.224188</w:t>
        <w:br/>
        <w:t>v 0.755589 14.291845 1.210546</w:t>
        <w:br/>
        <w:t>v 0.743591 14.354170 1.222710</w:t>
        <w:br/>
        <w:t>v 0.740449 14.353846 1.237816</w:t>
        <w:br/>
        <w:t>v 0.751740 14.358587 1.238899</w:t>
        <w:br/>
        <w:t>v 0.739382 14.419935 1.252504</w:t>
        <w:br/>
        <w:t>v 0.741986 14.420889 1.239451</w:t>
        <w:br/>
        <w:t>v 0.741986 14.420889 1.239451</w:t>
        <w:br/>
        <w:t>v 0.731568 14.418102 1.237470</w:t>
        <w:br/>
        <w:t>v 0.728191 14.416958 1.251136</w:t>
        <w:br/>
        <w:t>v 0.739382 14.419935 1.252504</w:t>
        <w:br/>
        <w:t>v 0.656139 14.429440 1.186149</w:t>
        <w:br/>
        <w:t>v 0.648212 14.428270 1.192723</w:t>
        <w:br/>
        <w:t>v 0.660873 14.427113 1.194802</w:t>
        <w:br/>
        <w:t>v 0.652672 14.425949 1.202062</w:t>
        <w:br/>
        <w:t>v 0.671359 14.314760 1.160682</w:t>
        <w:br/>
        <w:t>v 0.660391 14.312075 1.167012</w:t>
        <w:br/>
        <w:t>v 0.677003 14.316751 1.170761</w:t>
        <w:br/>
        <w:t>v 0.665615 14.313988 1.177744</w:t>
        <w:br/>
        <w:t>v 0.671359 14.314760 1.160682</w:t>
        <w:br/>
        <w:t>v 0.677003 14.316751 1.170761</w:t>
        <w:br/>
        <w:t>v 0.660391 14.312075 1.167012</w:t>
        <w:br/>
        <w:t>v 0.665615 14.313988 1.177744</w:t>
        <w:br/>
        <w:t>v 0.658543 14.452152 1.193136</w:t>
        <w:br/>
        <w:t>v 0.650832 14.453680 1.201329</w:t>
        <w:br/>
        <w:t>v 0.654420 14.450190 1.210189</w:t>
        <w:br/>
        <w:t>v 0.662568 14.448708 1.201184</w:t>
        <w:br/>
        <w:t>v 0.668158 14.462582 1.208092</w:t>
        <w:br/>
        <w:t>v 0.665001 14.467552 1.201794</w:t>
        <w:br/>
        <w:t>v 0.660527 14.463596 1.216826</w:t>
        <w:br/>
        <w:t>v 0.657702 14.468710 1.209770</w:t>
        <w:br/>
        <w:t>v 0.009188 12.714649 -1.318951</w:t>
        <w:br/>
        <w:t>v 0.009169 12.703744 -1.313618</w:t>
        <w:br/>
        <w:t>v -0.008038 12.703744 -1.313618</w:t>
        <w:br/>
        <w:t>v -0.008020 12.714649 -1.318951</w:t>
        <w:br/>
        <w:t>v 0.009169 12.703744 -1.313618</w:t>
        <w:br/>
        <w:t>v 0.017779 12.706529 -1.321737</w:t>
        <w:br/>
        <w:t>v 0.017494 12.603183 -1.357147</w:t>
        <w:br/>
        <w:t>v 0.008891 12.600397 -1.349028</w:t>
        <w:br/>
        <w:t>v 0.017779 12.706529 -1.321737</w:t>
        <w:br/>
        <w:t>v 0.009188 12.714649 -1.318951</w:t>
        <w:br/>
        <w:t>v 0.009157 12.729037 -1.360969</w:t>
        <w:br/>
        <w:t>v 0.017747 12.720920 -1.363742</w:t>
        <w:br/>
        <w:t>v 0.009126 12.723703 -1.371861</w:t>
        <w:br/>
        <w:t>v 0.009157 12.729037 -1.360969</w:t>
        <w:br/>
        <w:t>v -0.008049 12.729037 -1.360969</w:t>
        <w:br/>
        <w:t>v -0.008077 12.723703 -1.371861</w:t>
        <w:br/>
        <w:t>v 0.017747 12.720920 -1.363742</w:t>
        <w:br/>
        <w:t>v 0.009126 12.723703 -1.371861</w:t>
        <w:br/>
        <w:t>v 0.008865 12.620358 -1.407272</w:t>
        <w:br/>
        <w:t>v 0.017479 12.617573 -1.399153</w:t>
        <w:br/>
        <w:t>v -0.016686 12.720920 -1.363742</w:t>
        <w:br/>
        <w:t>v -0.008049 12.729037 -1.360969</w:t>
        <w:br/>
        <w:t>v -0.008020 12.714649 -1.318951</w:t>
        <w:br/>
        <w:t>v -0.016659 12.706529 -1.321737</w:t>
        <w:br/>
        <w:t>v -0.008077 12.723703 -1.371861</w:t>
        <w:br/>
        <w:t>v -0.016686 12.720920 -1.363742</w:t>
        <w:br/>
        <w:t>v -0.016923 12.617573 -1.399153</w:t>
        <w:br/>
        <w:t>v -0.008322 12.620358 -1.407272</w:t>
        <w:br/>
        <w:t>v -0.016659 12.706529 -1.321737</w:t>
        <w:br/>
        <w:t>v -0.008038 12.703744 -1.313618</w:t>
        <w:br/>
        <w:t>v -0.008295 12.600397 -1.349028</w:t>
        <w:br/>
        <w:t>v -0.016904 12.603183 -1.357147</w:t>
        <w:br/>
        <w:t>v 0.008891 12.600397 -1.349028</w:t>
        <w:br/>
        <w:t>v 0.008869 12.595064 -1.359933</w:t>
        <w:br/>
        <w:t>v -0.008315 12.595064 -1.359933</w:t>
        <w:br/>
        <w:t>v -0.008295 12.600397 -1.349028</w:t>
        <w:br/>
        <w:t>v 0.008869 12.595064 -1.359933</w:t>
        <w:br/>
        <w:t>v 0.017494 12.603183 -1.357147</w:t>
        <w:br/>
        <w:t>v 0.017479 12.617573 -1.399153</w:t>
        <w:br/>
        <w:t>v 0.008851 12.609454 -1.401938</w:t>
        <w:br/>
        <w:t>v 0.008851 12.609454 -1.401938</w:t>
        <w:br/>
        <w:t>v 0.008865 12.620358 -1.407272</w:t>
        <w:br/>
        <w:t>v -0.008322 12.620358 -1.407272</w:t>
        <w:br/>
        <w:t>v -0.008335 12.609454 -1.401938</w:t>
        <w:br/>
        <w:t>v -0.008335 12.609454 -1.401938</w:t>
        <w:br/>
        <w:t>v -0.016923 12.617573 -1.399153</w:t>
        <w:br/>
        <w:t>v -0.016904 12.603183 -1.357147</w:t>
        <w:br/>
        <w:t>v -0.008315 12.595064 -1.359933</w:t>
        <w:br/>
        <w:t>v 0.017479 12.617573 -1.399153</w:t>
        <w:br/>
        <w:t>v 0.017494 12.603183 -1.357147</w:t>
        <w:br/>
        <w:t>v 0.017779 12.706529 -1.321737</w:t>
        <w:br/>
        <w:t>v 0.017747 12.720920 -1.363742</w:t>
        <w:br/>
        <w:t>v -0.016904 12.603183 -1.357147</w:t>
        <w:br/>
        <w:t>v -0.016923 12.617573 -1.399153</w:t>
        <w:br/>
        <w:t>v -0.016686 12.720920 -1.363742</w:t>
        <w:br/>
        <w:t>v -0.016659 12.706529 -1.321737</w:t>
        <w:br/>
        <w:t>v -0.008315 12.595064 -1.359933</w:t>
        <w:br/>
        <w:t>v 0.008869 12.595064 -1.359933</w:t>
        <w:br/>
        <w:t>v 0.009188 12.714649 -1.318951</w:t>
        <w:br/>
        <w:t>v -0.008020 12.714649 -1.318951</w:t>
        <w:br/>
        <w:t>v -0.016659 12.706529 -1.321737</w:t>
        <w:br/>
        <w:t>v 0.878911 12.322906 1.685409</w:t>
        <w:br/>
        <w:t>v 0.867282 12.302574 1.649270</w:t>
        <w:br/>
        <w:t>v 0.875024 12.309746 1.641145</w:t>
        <w:br/>
        <w:t>v 0.886631 12.330067 1.677278</w:t>
        <w:br/>
        <w:t>v 0.889297 12.326227 1.689978</w:t>
        <w:br/>
        <w:t>v 0.886631 12.330067 1.677278</w:t>
        <w:br/>
        <w:t>v 0.902900 12.328834 1.672440</w:t>
        <w:br/>
        <w:t>v 0.905566 12.324994 1.685142</w:t>
        <w:br/>
        <w:t>v 0.894930 12.227479 1.762843</w:t>
        <w:br/>
        <w:t>v 0.884495 12.224135 1.758249</w:t>
        <w:br/>
        <w:t>v 0.911458 12.320462 1.675749</w:t>
        <w:br/>
        <w:t>v 0.902900 12.328834 1.672440</w:t>
        <w:br/>
        <w:t>v 0.891307 12.308533 1.636306</w:t>
        <w:br/>
        <w:t>v 0.899889 12.300157 1.639603</w:t>
        <w:br/>
        <w:t>v 0.911281 12.226281 1.758037</w:t>
        <w:br/>
        <w:t>v 0.917190 12.221755 1.748647</w:t>
        <w:br/>
        <w:t>v 0.893132 12.215789 1.761586</w:t>
        <w:br/>
        <w:t>v 0.881438 12.195434 1.725374</w:t>
        <w:br/>
        <w:t>v 0.872805 12.203799 1.722057</w:t>
        <w:br/>
        <w:t>v 0.884495 12.224135 1.758249</w:t>
        <w:br/>
        <w:t>v 0.893132 12.215789 1.761586</w:t>
        <w:br/>
        <w:t>v 0.894930 12.227479 1.762843</w:t>
        <w:br/>
        <w:t>v 0.909481 12.214606 1.756778</w:t>
        <w:br/>
        <w:t>v 0.909481 12.214606 1.756778</w:t>
        <w:br/>
        <w:t>v 0.917190 12.221755 1.748647</w:t>
        <w:br/>
        <w:t>v 0.905489 12.201391 1.712436</w:t>
        <w:br/>
        <w:t>v 0.897772 12.194246 1.720563</w:t>
        <w:br/>
        <w:t>v 0.884495 12.224135 1.758249</w:t>
        <w:br/>
        <w:t>v 0.872805 12.203799 1.722057</w:t>
        <w:br/>
        <w:t>v 0.867282 12.302574 1.649270</w:t>
        <w:br/>
        <w:t>v 0.878911 12.322906 1.685409</w:t>
        <w:br/>
        <w:t>v 0.917190 12.221755 1.748647</w:t>
        <w:br/>
        <w:t>v 0.911458 12.320462 1.675749</w:t>
        <w:br/>
        <w:t>v 0.899889 12.300157 1.639603</w:t>
        <w:br/>
        <w:t>v 0.905489 12.201391 1.712436</w:t>
        <w:br/>
        <w:t>v -0.758572 14.321875 -0.291901</w:t>
        <w:br/>
        <w:t>v -0.839061 14.039295 -0.358450</w:t>
        <w:br/>
        <w:t>v -5.324820 14.150555 0.162657</w:t>
        <w:br/>
        <w:t>v -5.349082 14.079591 0.053956</w:t>
        <w:br/>
        <w:t>v -5.406600 13.984655 0.123342</w:t>
        <w:br/>
        <w:t>v -5.361756 14.074670 0.232880</w:t>
        <w:br/>
        <w:t>v -5.418262 13.984036 0.340555</w:t>
        <w:br/>
        <w:t>v -5.414248 13.958905 0.283097</w:t>
        <w:br/>
        <w:t>v -5.440852 14.066210 -0.216803</w:t>
        <w:br/>
        <w:t>v -5.540354 13.981854 -0.231797</w:t>
        <w:br/>
        <w:t>v -5.500641 13.952820 0.002052</w:t>
        <w:br/>
        <w:t>v -5.413734 14.064777 -0.062994</w:t>
        <w:br/>
        <w:t>v -5.481138 14.110660 -0.371274</w:t>
        <w:br/>
        <w:t>v -5.552091 13.997973 -0.317467</w:t>
        <w:br/>
        <w:t>v -5.571936 14.090312 -0.419899</w:t>
        <w:br/>
        <w:t>v -5.579873 14.028371 -0.390311</w:t>
        <w:br/>
        <w:t>v -5.440179 13.945815 0.184115</w:t>
        <w:br/>
        <w:t>v -5.681368 13.675220 0.496673</w:t>
        <w:br/>
        <w:t>v -5.712375 13.658358 0.442912</w:t>
        <w:br/>
        <w:t>v -5.751341 13.616264 0.481841</w:t>
        <w:br/>
        <w:t>v -5.725768 13.627876 0.531547</w:t>
        <w:br/>
        <w:t>v -5.761060 13.590850 0.563926</w:t>
        <w:br/>
        <w:t>v -5.786752 13.575072 0.509657</w:t>
        <w:br/>
        <w:t>v -5.837580 13.517094 0.568289</w:t>
        <w:br/>
        <w:t>v -5.811073 13.539571 0.610602</w:t>
        <w:br/>
        <w:t>v -5.741503 13.676114 0.561777</w:t>
        <w:br/>
        <w:t>v -5.725768 13.627876 0.531547</w:t>
        <w:br/>
        <w:t>v -5.753901 13.661789 0.571712</w:t>
        <w:br/>
        <w:t>v -5.764363 13.671842 0.407705</w:t>
        <w:br/>
        <w:t>v -5.798511 13.630642 0.452687</w:t>
        <w:br/>
        <w:t>v -5.829244 13.588885 0.483840</w:t>
        <w:br/>
        <w:t>v -5.879798 13.529783 0.547257</w:t>
        <w:br/>
        <w:t>v -5.874503 13.492954 0.618492</w:t>
        <w:br/>
        <w:t>v -5.912748 13.502197 0.602267</w:t>
        <w:br/>
        <w:t>v -5.933871 13.487417 0.659116</w:t>
        <w:br/>
        <w:t>v -5.897271 13.484842 0.666409</w:t>
        <w:br/>
        <w:t>v -5.751575 13.747365 0.538294</w:t>
        <w:br/>
        <w:t>v -5.655632 13.889883 0.458616</w:t>
        <w:br/>
        <w:t>v -5.594905 13.854640 0.459468</w:t>
        <w:br/>
        <w:t>v -5.704489 13.715418 0.534320</w:t>
        <w:br/>
        <w:t>v -5.898155 13.555524 0.676911</w:t>
        <w:br/>
        <w:t>v -5.867673 13.526811 0.674418</w:t>
        <w:br/>
        <w:t>v -5.905418 13.491507 0.700559</w:t>
        <w:br/>
        <w:t>v -5.920310 13.494176 0.706889</w:t>
        <w:br/>
        <w:t>v -5.812891 13.709449 0.421774</w:t>
        <w:br/>
        <w:t>v -5.725360 13.836524 0.315469</w:t>
        <w:br/>
        <w:t>v -5.749466 13.886075 0.351205</w:t>
        <w:br/>
        <w:t>v -5.826365 13.748080 0.462022</w:t>
        <w:br/>
        <w:t>v -5.843625 13.662046 0.464098</w:t>
        <w:br/>
        <w:t>v -5.860227 13.699051 0.499245</w:t>
        <w:br/>
        <w:t>v -5.842251 13.695266 0.555509</w:t>
        <w:br/>
        <w:t>v -5.834041 13.705523 0.547327</w:t>
        <w:br/>
        <w:t>v -5.812891 13.709449 0.421774</w:t>
        <w:br/>
        <w:t>v -5.843625 13.662046 0.464098</w:t>
        <w:br/>
        <w:t>v -5.943191 13.530690 0.605736</w:t>
        <w:br/>
        <w:t>v -5.954451 13.516232 0.649211</w:t>
        <w:br/>
        <w:t>v -5.797530 13.762539 0.508791</w:t>
        <w:br/>
        <w:t>v -5.709095 13.898539 0.419371</w:t>
        <w:br/>
        <w:t>v -5.938455 13.501702 0.705409</w:t>
        <w:br/>
        <w:t>v -5.953485 13.510429 0.700309</w:t>
        <w:br/>
        <w:t>v -5.870893 13.620167 0.492737</w:t>
        <w:br/>
        <w:t>v -5.915679 13.560788 0.551938</w:t>
        <w:br/>
        <w:t>v -5.593676 13.768270 0.354619</w:t>
        <w:br/>
        <w:t>v -5.666582 13.781033 0.304798</w:t>
        <w:br/>
        <w:t>v -5.681368 13.675220 0.496673</w:t>
        <w:br/>
        <w:t>v -5.565392 13.802359 0.417413</w:t>
        <w:br/>
        <w:t>v -5.858336 13.501658 0.651709</w:t>
        <w:br/>
        <w:t>v -5.725360 13.836524 0.315469</w:t>
        <w:br/>
        <w:t>v -5.926270 13.603580 0.583603</w:t>
        <w:br/>
        <w:t>v -5.915679 13.560788 0.551938</w:t>
        <w:br/>
        <w:t>v -5.870893 13.620167 0.492737</w:t>
        <w:br/>
        <w:t>v -5.888035 13.656354 0.535069</w:t>
        <w:br/>
        <w:t>v -5.803412 13.680675 0.584424</w:t>
        <w:br/>
        <w:t>v -5.793990 13.692406 0.575591</w:t>
        <w:br/>
        <w:t>v -5.762358 13.651709 0.578915</w:t>
        <w:br/>
        <w:t>v -5.943191 13.530690 0.605736</w:t>
        <w:br/>
        <w:t>v -5.953401 13.558124 0.623956</w:t>
        <w:br/>
        <w:t>v -5.898791 13.614684 0.617864</w:t>
        <w:br/>
        <w:t>v -5.933873 13.564301 0.656993</w:t>
        <w:br/>
        <w:t>v -5.953401 13.558124 0.623956</w:t>
        <w:br/>
        <w:t>v -5.938455 13.501702 0.705409</w:t>
        <w:br/>
        <w:t>v -5.956974 13.519388 0.688669</w:t>
        <w:br/>
        <w:t>v -5.953485 13.510429 0.700309</w:t>
        <w:br/>
        <w:t>v -5.825445 13.578255 0.631979</w:t>
        <w:br/>
        <w:t>v -5.954451 13.516232 0.649211</w:t>
        <w:br/>
        <w:t>v -5.956974 13.519388 0.688669</w:t>
        <w:br/>
        <w:t>v -5.388025 14.221395 0.206306</w:t>
        <w:br/>
        <w:t>v -5.421741 14.146466 0.277557</w:t>
        <w:br/>
        <w:t>v -5.461432 14.063792 0.367722</w:t>
        <w:br/>
        <w:t>v -5.446748 14.026865 0.365638</w:t>
        <w:br/>
        <w:t>v -5.637172 13.937529 0.436741</w:t>
        <w:br/>
        <w:t>v -5.566260 13.901381 0.438874</w:t>
        <w:br/>
        <w:t>v -5.696758 13.941029 0.398742</w:t>
        <w:br/>
        <w:t>v -5.822876 13.720695 0.534737</w:t>
        <w:br/>
        <w:t>v -5.781101 13.707734 0.564308</w:t>
        <w:br/>
        <w:t>v -5.332203 14.143819 -0.093058</w:t>
        <w:br/>
        <w:t>v -5.354531 14.144648 -0.220950</w:t>
        <w:br/>
        <w:t>v -5.301817 14.156898 0.015320</w:t>
        <w:br/>
        <w:t>v -5.392246 14.194828 -0.346710</w:t>
        <w:br/>
        <w:t>v -5.351153 14.281404 0.150272</w:t>
        <w:br/>
        <w:t>v -5.299545 14.209001 0.109879</w:t>
        <w:br/>
        <w:t>v -5.785116 13.625138 0.596909</w:t>
        <w:br/>
        <w:t>v -5.822445 13.654819 0.602377</w:t>
        <w:br/>
        <w:t>v -5.858993 13.608454 0.635649</w:t>
        <w:br/>
        <w:t>v -5.862635 13.665454 0.577542</w:t>
        <w:br/>
        <w:t>v -5.522812 13.848036 0.391470</w:t>
        <w:br/>
        <w:t>v -5.261036 14.236815 -0.116121</w:t>
        <w:br/>
        <w:t>v -5.279400 14.240672 -0.220264</w:t>
        <w:br/>
        <w:t>v -5.247453 14.252307 -0.016687</w:t>
        <w:br/>
        <w:t>v -5.329704 14.261051 -0.322802</w:t>
        <w:br/>
        <w:t>v -5.249961 14.285181 0.059755</w:t>
        <w:br/>
        <w:t>v -5.553877 13.801867 0.325116</w:t>
        <w:br/>
        <w:t>v -5.633745 13.801517 0.284080</w:t>
        <w:br/>
        <w:t>v -5.898435 13.604841 0.629582</w:t>
        <w:br/>
        <w:t>v -5.865246 13.598705 0.639379</w:t>
        <w:br/>
        <w:t>v -5.841072 13.573317 0.644597</w:t>
        <w:br/>
        <w:t>v -5.905418 13.491507 0.700559</w:t>
        <w:br/>
        <w:t>v -5.920310 13.494176 0.706889</w:t>
        <w:br/>
        <w:t>v -5.297251 14.293638 0.104504</w:t>
        <w:br/>
        <w:t>v -5.424480 14.242616 0.216093</w:t>
        <w:br/>
        <w:t>v -5.482348 14.178327 0.285438</w:t>
        <w:br/>
        <w:t>v -5.475114 14.107017 0.348674</w:t>
        <w:br/>
        <w:t>v -5.536651 14.168377 -0.429074</w:t>
        <w:br/>
        <w:t>v -5.395978 14.254978 -0.367172</w:t>
        <w:br/>
        <w:t>v -5.466953 14.230859 -0.402539</w:t>
        <w:br/>
        <w:t>v -5.741170 13.914991 0.348375</w:t>
        <w:br/>
        <w:t>v -5.749207 13.891309 0.312332</w:t>
        <w:br/>
        <w:t>v -5.716267 13.852921 0.283893</w:t>
        <w:br/>
        <w:t>v -5.716267 13.852921 0.283893</w:t>
        <w:br/>
        <w:t>v 5.406601 13.984653 0.123342</w:t>
        <w:br/>
        <w:t>v 5.349082 14.079592 0.053957</w:t>
        <w:br/>
        <w:t>v 5.324821 14.150556 0.162658</w:t>
        <w:br/>
        <w:t>v 5.361756 14.074669 0.232880</w:t>
        <w:br/>
        <w:t>v 5.418263 13.984035 0.340555</w:t>
        <w:br/>
        <w:t>v 5.414249 13.958904 0.283097</w:t>
        <w:br/>
        <w:t>v 5.500642 13.952821 0.002052</w:t>
        <w:br/>
        <w:t>v 5.540355 13.981854 -0.231795</w:t>
        <w:br/>
        <w:t>v 5.440853 14.066211 -0.216802</w:t>
        <w:br/>
        <w:t>v 5.413734 14.064778 -0.062993</w:t>
        <w:br/>
        <w:t>v 5.552090 13.997974 -0.317466</w:t>
        <w:br/>
        <w:t>v 5.481139 14.110661 -0.371273</w:t>
        <w:br/>
        <w:t>v 5.571935 14.090313 -0.419897</w:t>
        <w:br/>
        <w:t>v 5.579873 14.028372 -0.390310</w:t>
        <w:br/>
        <w:t>v 5.440180 13.945814 0.184115</w:t>
        <w:br/>
        <w:t>v 5.751343 13.616262 0.481841</w:t>
        <w:br/>
        <w:t>v 5.712377 13.658356 0.442913</w:t>
        <w:br/>
        <w:t>v 5.681369 13.675219 0.496673</w:t>
        <w:br/>
        <w:t>v 5.725769 13.627872 0.531547</w:t>
        <w:br/>
        <w:t>v 5.837581 13.517092 0.568289</w:t>
        <w:br/>
        <w:t>v 5.786754 13.575070 0.509657</w:t>
        <w:br/>
        <w:t>v 5.761061 13.590848 0.563926</w:t>
        <w:br/>
        <w:t>v 5.811074 13.539568 0.610602</w:t>
        <w:br/>
        <w:t>v 5.725769 13.627872 0.531547</w:t>
        <w:br/>
        <w:t>v 5.741504 13.676112 0.561777</w:t>
        <w:br/>
        <w:t>v 5.753903 13.661787 0.571713</w:t>
        <w:br/>
        <w:t>v 5.764364 13.671840 0.407706</w:t>
        <w:br/>
        <w:t>v 5.798512 13.630640 0.452687</w:t>
        <w:br/>
        <w:t>v 5.829245 13.588883 0.483840</w:t>
        <w:br/>
        <w:t>v 5.879798 13.529781 0.547256</w:t>
        <w:br/>
        <w:t>v 5.933872 13.487415 0.659116</w:t>
        <w:br/>
        <w:t>v 5.912749 13.502195 0.602267</w:t>
        <w:br/>
        <w:t>v 5.874503 13.492952 0.618491</w:t>
        <w:br/>
        <w:t>v 5.897271 13.484840 0.666409</w:t>
        <w:br/>
        <w:t>v 5.594907 13.854638 0.459468</w:t>
        <w:br/>
        <w:t>v 5.655633 13.889881 0.458616</w:t>
        <w:br/>
        <w:t>v 5.751577 13.747363 0.538295</w:t>
        <w:br/>
        <w:t>v 5.704490 13.715416 0.534320</w:t>
        <w:br/>
        <w:t>v 5.905418 13.491505 0.700559</w:t>
        <w:br/>
        <w:t>v 5.867675 13.526809 0.674418</w:t>
        <w:br/>
        <w:t>v 5.898156 13.555522 0.676911</w:t>
        <w:br/>
        <w:t>v 5.920311 13.494174 0.706889</w:t>
        <w:br/>
        <w:t>v 5.749467 13.886073 0.351206</w:t>
        <w:br/>
        <w:t>v 5.725361 13.836522 0.315470</w:t>
        <w:br/>
        <w:t>v 5.812893 13.709447 0.421774</w:t>
        <w:br/>
        <w:t>v 5.826366 13.748077 0.462022</w:t>
        <w:br/>
        <w:t>v 5.843626 13.662043 0.464098</w:t>
        <w:br/>
        <w:t>v 5.860229 13.699049 0.499245</w:t>
        <w:br/>
        <w:t>v 5.842252 13.695264 0.555509</w:t>
        <w:br/>
        <w:t>v 5.834042 13.705521 0.547327</w:t>
        <w:br/>
        <w:t>v 5.843626 13.662043 0.464098</w:t>
        <w:br/>
        <w:t>v 5.812893 13.709447 0.421774</w:t>
        <w:br/>
        <w:t>v 5.943192 13.530688 0.605735</w:t>
        <w:br/>
        <w:t>v 5.954453 13.516230 0.649211</w:t>
        <w:br/>
        <w:t>v 5.709096 13.898536 0.419371</w:t>
        <w:br/>
        <w:t>v 5.797531 13.762537 0.508791</w:t>
        <w:br/>
        <w:t>v 5.938456 13.501700 0.705408</w:t>
        <w:br/>
        <w:t>v 5.953486 13.510427 0.700308</w:t>
        <w:br/>
        <w:t>v 5.915679 13.560784 0.551938</w:t>
        <w:br/>
        <w:t>v 5.870894 13.620165 0.492737</w:t>
        <w:br/>
        <w:t>v 5.666583 13.781031 0.304799</w:t>
        <w:br/>
        <w:t>v 5.593676 13.768268 0.354619</w:t>
        <w:br/>
        <w:t>v 5.681369 13.675219 0.496673</w:t>
        <w:br/>
        <w:t>v 5.565392 13.802357 0.417413</w:t>
        <w:br/>
        <w:t>v 5.858338 13.501657 0.651709</w:t>
        <w:br/>
        <w:t>v 5.725361 13.836522 0.315470</w:t>
        <w:br/>
        <w:t>v 5.870894 13.620165 0.492737</w:t>
        <w:br/>
        <w:t>v 5.915679 13.560784 0.551938</w:t>
        <w:br/>
        <w:t>v 5.926271 13.603578 0.583603</w:t>
        <w:br/>
        <w:t>v 5.888037 13.656352 0.535069</w:t>
        <w:br/>
        <w:t>v 5.803413 13.680673 0.584424</w:t>
        <w:br/>
        <w:t>v 5.793991 13.692404 0.575591</w:t>
        <w:br/>
        <w:t>v 5.762359 13.651707 0.578915</w:t>
        <w:br/>
        <w:t>v 5.943192 13.530688 0.605735</w:t>
        <w:br/>
        <w:t>v 5.953403 13.558122 0.623956</w:t>
        <w:br/>
        <w:t>v 5.933874 13.564300 0.656992</w:t>
        <w:br/>
        <w:t>v 5.898792 13.614682 0.617864</w:t>
        <w:br/>
        <w:t>v 5.953403 13.558122 0.623956</w:t>
        <w:br/>
        <w:t>v 5.956974 13.519386 0.688668</w:t>
        <w:br/>
        <w:t>v 5.938456 13.501700 0.705408</w:t>
        <w:br/>
        <w:t>v 5.953486 13.510427 0.700308</w:t>
        <w:br/>
        <w:t>v 5.825446 13.578253 0.631979</w:t>
        <w:br/>
        <w:t>v 5.954453 13.516230 0.649211</w:t>
        <w:br/>
        <w:t>v 5.956974 13.519386 0.688668</w:t>
        <w:br/>
        <w:t>v 5.388026 14.221395 0.206307</w:t>
        <w:br/>
        <w:t>v 5.421742 14.146465 0.277557</w:t>
        <w:br/>
        <w:t>v 5.461434 14.063791 0.367722</w:t>
        <w:br/>
        <w:t>v 5.446750 14.026865 0.365638</w:t>
        <w:br/>
        <w:t>v 5.566262 13.901381 0.438874</w:t>
        <w:br/>
        <w:t>v 5.637173 13.937527 0.436741</w:t>
        <w:br/>
        <w:t>v 5.696759 13.941027 0.398742</w:t>
        <w:br/>
        <w:t>v 5.822877 13.720693 0.534737</w:t>
        <w:br/>
        <w:t>v 5.781102 13.707732 0.564309</w:t>
        <w:br/>
        <w:t>v 5.354531 14.144649 -0.220949</w:t>
        <w:br/>
        <w:t>v 5.332203 14.143820 -0.093057</w:t>
        <w:br/>
        <w:t>v 5.301817 14.156899 0.015321</w:t>
        <w:br/>
        <w:t>v 5.392247 14.194829 -0.346709</w:t>
        <w:br/>
        <w:t>v 5.351154 14.281406 0.150273</w:t>
        <w:br/>
        <w:t>v 5.299546 14.209001 0.109880</w:t>
        <w:br/>
        <w:t>v 5.785117 13.625136 0.596909</w:t>
        <w:br/>
        <w:t>v 5.822447 13.654818 0.602377</w:t>
        <w:br/>
        <w:t>v 5.858994 13.608452 0.635649</w:t>
        <w:br/>
        <w:t>v 5.862637 13.665452 0.577542</w:t>
        <w:br/>
        <w:t>v 5.522813 13.848036 0.391470</w:t>
        <w:br/>
        <w:t>v 5.279402 14.240672 -0.220263</w:t>
        <w:br/>
        <w:t>v 5.261036 14.236815 -0.116120</w:t>
        <w:br/>
        <w:t>v 5.247454 14.252306 -0.016686</w:t>
        <w:br/>
        <w:t>v 5.329705 14.261052 -0.322801</w:t>
        <w:br/>
        <w:t>v 5.249962 14.285182 0.059756</w:t>
        <w:br/>
        <w:t>v 5.553878 13.801865 0.325116</w:t>
        <w:br/>
        <w:t>v 5.633746 13.801516 0.284080</w:t>
        <w:br/>
        <w:t>v 5.898436 13.604839 0.629582</w:t>
        <w:br/>
        <w:t>v 5.865247 13.598703 0.639379</w:t>
        <w:br/>
        <w:t>v 5.841073 13.573315 0.644597</w:t>
        <w:br/>
        <w:t>v 5.905418 13.491505 0.700559</w:t>
        <w:br/>
        <w:t>v 5.920311 13.494174 0.706889</w:t>
        <w:br/>
        <w:t>v 5.297252 14.293640 0.104505</w:t>
        <w:br/>
        <w:t>v 5.424481 14.242617 0.216093</w:t>
        <w:br/>
        <w:t>v 5.482349 14.178328 0.285438</w:t>
        <w:br/>
        <w:t>v 5.475115 14.107016 0.348674</w:t>
        <w:br/>
        <w:t>v 5.536652 14.168378 -0.429073</w:t>
        <w:br/>
        <w:t>v 5.395979 14.254980 -0.367171</w:t>
        <w:br/>
        <w:t>v 5.466953 14.230858 -0.402537</w:t>
        <w:br/>
        <w:t>v 5.741170 13.914989 0.348375</w:t>
        <w:br/>
        <w:t>v 5.749208 13.891308 0.312332</w:t>
        <w:br/>
        <w:t>v 5.716268 13.852921 0.283892</w:t>
        <w:br/>
        <w:t>v 5.716268 13.852921 0.283892</w:t>
        <w:br/>
        <w:t>v -0.920313 12.711729 -1.095952</w:t>
        <w:br/>
        <w:t>v -0.646459 12.673733 -1.106837</w:t>
        <w:br/>
        <w:t>v -0.550336 13.233641 -0.765615</w:t>
        <w:br/>
        <w:t>v -0.794998 13.280880 -0.755157</w:t>
        <w:br/>
        <w:t>v -0.969787 12.381557 -1.090243</w:t>
        <w:br/>
        <w:t>v -0.969610 12.029970 -1.018626</w:t>
        <w:br/>
        <w:t>v -0.660622 12.038425 -1.049143</w:t>
        <w:br/>
        <w:t>v -0.669498 12.364332 -1.128947</w:t>
        <w:br/>
        <w:t>v -1.502076 12.377764 -0.709560</w:t>
        <w:br/>
        <w:t>v -1.273179 12.393847 -0.957612</w:t>
        <w:br/>
        <w:t>v -1.218597 12.727797 -0.959796</w:t>
        <w:br/>
        <w:t>v -1.450228 12.705330 -0.717425</w:t>
        <w:br/>
        <w:t>v -0.013681 12.330095 -0.775643</w:t>
        <w:br/>
        <w:t>v 0.000000 12.569468 -0.820725</w:t>
        <w:br/>
        <w:t>v -0.097069 12.577961 -0.900084</w:t>
        <w:br/>
        <w:t>v -0.104927 12.333511 -0.912571</w:t>
        <w:br/>
        <w:t>v -0.077014 13.125177 -0.586325</w:t>
        <w:br/>
        <w:t>v 0.000000 13.112560 -0.525123</w:t>
        <w:br/>
        <w:t>v -0.022427 12.116510 -0.739330</w:t>
        <w:br/>
        <w:t>v -0.036888 11.933039 -0.668379</w:t>
        <w:br/>
        <w:t>v 0.000000 11.939811 -0.627470</w:t>
        <w:br/>
        <w:t>v 0.000006 12.117750 -0.716968</w:t>
        <w:br/>
        <w:t>v -0.086708 11.735070 -0.488798</w:t>
        <w:br/>
        <w:t>v 0.000000 11.775716 -0.488130</w:t>
        <w:br/>
        <w:t>v 0.000000 11.782821 0.828880</w:t>
        <w:br/>
        <w:t>v -0.123596 11.779559 0.838385</w:t>
        <w:br/>
        <w:t>v -0.204189 12.060564 1.065142</w:t>
        <w:br/>
        <w:t>v 0.000000 12.077057 1.082665</w:t>
        <w:br/>
        <w:t>v -0.092093 11.608103 -0.007210</w:t>
        <w:br/>
        <w:t>v 0.000000 11.647670 -0.209254</w:t>
        <w:br/>
        <w:t>v -0.079033 11.640166 -0.301532</w:t>
        <w:br/>
        <w:t>v -0.145830 11.616438 -0.195936</w:t>
        <w:br/>
        <w:t>v 0.000000 11.637230 0.486320</w:t>
        <w:br/>
        <w:t>v -0.098009 11.649049 0.480781</w:t>
        <w:br/>
        <w:t>v 0.000000 11.637230 0.486320</w:t>
        <w:br/>
        <w:t>v 0.000000 11.600593 0.003110</w:t>
        <w:br/>
        <w:t>v -0.098009 11.649049 0.480781</w:t>
        <w:br/>
        <w:t>v -0.135708 11.641520 -0.336914</w:t>
        <w:br/>
        <w:t>v -0.142729 11.623464 0.015876</w:t>
        <w:br/>
        <w:t>v -0.145830 11.616438 -0.195936</w:t>
        <w:br/>
        <w:t>v -0.122969 11.500819 -0.045915</w:t>
        <w:br/>
        <w:t>v -0.142729 11.623464 0.015876</w:t>
        <w:br/>
        <w:t>v -0.179908 11.687231 0.483621</w:t>
        <w:br/>
        <w:t>v -0.301700 12.027841 1.038764</w:t>
        <w:br/>
        <w:t>v -0.241661 11.795114 0.790516</w:t>
        <w:br/>
        <w:t>v -0.358585 11.911889 1.019420</w:t>
        <w:br/>
        <w:t>v -0.152826 11.868132 -0.751050</w:t>
        <w:br/>
        <w:t>v -0.222071 11.668481 -0.575946</w:t>
        <w:br/>
        <w:t>v -0.285595 11.555828 -0.431947</w:t>
        <w:br/>
        <w:t>v -0.210845 11.581231 -0.317254</w:t>
        <w:br/>
        <w:t>v -0.179908 11.687231 0.483621</w:t>
        <w:br/>
        <w:t>v -0.772947 12.584591 1.187107</w:t>
        <w:br/>
        <w:t>v -0.360018 12.585981 1.220294</w:t>
        <w:br/>
        <w:t>v -0.280790 12.333723 1.177724</w:t>
        <w:br/>
        <w:t>v -0.520496 12.311237 1.136047</w:t>
        <w:br/>
        <w:t>v -0.951324 11.698278 -0.801953</w:t>
        <w:br/>
        <w:t>v -0.615611 11.728081 -0.851094</w:t>
        <w:br/>
        <w:t>v -0.124589 12.102320 -0.850128</w:t>
        <w:br/>
        <w:t>v -1.047429 13.314901 -0.663763</w:t>
        <w:br/>
        <w:t>v -1.276260 12.008608 -0.864115</w:t>
        <w:br/>
        <w:t>v -1.265616 13.291157 -0.455157</w:t>
        <w:br/>
        <w:t>v -0.704229 12.187356 1.187190</w:t>
        <w:br/>
        <w:t>v -1.688483 12.601824 -0.144183</w:t>
        <w:br/>
        <w:t>v -1.474640 13.229237 0.278386</w:t>
        <w:br/>
        <w:t>v -1.766065 12.346566 0.140907</w:t>
        <w:br/>
        <w:t>v -1.515809 12.036464 -0.635228</w:t>
        <w:br/>
        <w:t>v -0.934673 11.551542 -0.703154</w:t>
        <w:br/>
        <w:t>v -0.918439 11.460378 -0.686858</w:t>
        <w:br/>
        <w:t>v -0.700059 11.425850 -0.646380</w:t>
        <w:br/>
        <w:t>v -0.738144 11.515844 -0.682173</w:t>
        <w:br/>
        <w:t>v -0.581084 11.603751 -0.687909</w:t>
        <w:br/>
        <w:t>v -0.772391 11.648566 -0.742096</w:t>
        <w:br/>
        <w:t>v -1.277852 11.721590 -0.651784</w:t>
        <w:br/>
        <w:t>v -1.269704 11.577093 -0.618070</w:t>
        <w:br/>
        <w:t>v -0.157056 11.605365 0.462386</w:t>
        <w:br/>
        <w:t>v -0.179908 11.687231 0.483621</w:t>
        <w:br/>
        <w:t>v -0.112390 11.512782 0.204305</w:t>
        <w:br/>
        <w:t>v -0.324591 11.443700 -0.430660</w:t>
        <w:br/>
        <w:t>v -0.190959 11.474500 -0.254780</w:t>
        <w:br/>
        <w:t>v -0.358585 11.911889 1.019420</w:t>
        <w:br/>
        <w:t>v -0.520024 11.849416 1.152094</w:t>
        <w:br/>
        <w:t>v -0.775479 11.949176 1.215692</w:t>
        <w:br/>
        <w:t>v -0.989414 12.154675 1.187534</w:t>
        <w:br/>
        <w:t>v -1.223555 12.342628 1.076916</w:t>
        <w:br/>
        <w:t>v -0.194215 11.543811 0.755364</w:t>
        <w:br/>
        <w:t>v -0.311338 11.586567 1.009908</w:t>
        <w:br/>
        <w:t>v -0.329060 11.729817 1.018008</w:t>
        <w:br/>
        <w:t>v -0.208339 11.673543 0.757088</w:t>
        <w:br/>
        <w:t>v -0.524876 11.650194 1.163978</w:t>
        <w:br/>
        <w:t>v -0.803414 11.730783 1.226094</w:t>
        <w:br/>
        <w:t>v -1.067451 11.810485 1.226894</w:t>
        <w:br/>
        <w:t>v -1.302595 11.881560 1.120634</w:t>
        <w:br/>
        <w:t>v -1.406519 13.251169 -0.193459</w:t>
        <w:br/>
        <w:t>v -1.453539 13.245096 0.068059</w:t>
        <w:br/>
        <w:t>v -1.596638 12.672840 -0.441495</w:t>
        <w:br/>
        <w:t>v -1.128185 12.799414 1.043442</w:t>
        <w:br/>
        <w:t>v -1.387118 13.225851 0.673545</w:t>
        <w:br/>
        <w:t>v -1.731133 12.410989 0.396278</w:t>
        <w:br/>
        <w:t>v -0.719598 13.191967 1.164546</w:t>
        <w:br/>
        <w:t>v -1.002926 13.210426 1.051124</w:t>
        <w:br/>
        <w:t>v -1.664201 12.446029 0.630741</w:t>
        <w:br/>
        <w:t>v -1.769005 11.995868 0.652854</w:t>
        <w:br/>
        <w:t>v -1.818630 12.012168 0.399185</w:t>
        <w:br/>
        <w:t>v -1.438342 12.419015 0.920342</w:t>
        <w:br/>
        <w:t>v -1.564123 11.955274 0.919900</w:t>
        <w:br/>
        <w:t>v -0.363083 13.190042 1.211394</w:t>
        <w:br/>
        <w:t>v 0.000000 12.591190 1.223870</w:t>
        <w:br/>
        <w:t>v 0.000000 13.187756 1.233949</w:t>
        <w:br/>
        <w:t>v 0.000000 12.353607 1.175884</w:t>
        <w:br/>
        <w:t>v -1.742788 12.176528 -0.199215</w:t>
        <w:br/>
        <w:t>v -1.757527 11.856362 -0.197300</w:t>
        <w:br/>
        <w:t>v -1.824538 11.972936 0.137097</w:t>
        <w:br/>
        <w:t>v -0.241661 11.795114 0.790516</w:t>
        <w:br/>
        <w:t>v -0.157056 11.605365 0.462386</w:t>
        <w:br/>
        <w:t>v -0.179908 11.687231 0.483621</w:t>
        <w:br/>
        <w:t>v 0.000000 12.339380 -0.772678</w:t>
        <w:br/>
        <w:t>v -0.368247 12.624802 -1.047426</w:t>
        <w:br/>
        <w:t>v -0.314732 13.180304 -0.720549</w:t>
        <w:br/>
        <w:t>v -0.370405 12.350269 -1.064458</w:t>
        <w:br/>
        <w:t>v -0.302118 11.792038 -0.781777</w:t>
        <w:br/>
        <w:t>v -0.348440 12.077539 -0.985528</w:t>
        <w:br/>
        <w:t>v -0.550019 11.511462 -0.603074</w:t>
        <w:br/>
        <w:t>v -0.490914 11.423677 -0.546335</w:t>
        <w:br/>
        <w:t>v -1.623079 12.353926 -0.455192</w:t>
        <w:br/>
        <w:t>v -1.619794 11.754590 -0.379861</w:t>
        <w:br/>
        <w:t>v -1.630632 11.975724 -0.379045</w:t>
        <w:br/>
        <w:t>v -1.507730 11.806413 -0.501017</w:t>
        <w:br/>
        <w:t>v -1.539105 11.687753 -0.463335</w:t>
        <w:br/>
        <w:t>v 0.550336 13.233643 -0.765608</w:t>
        <w:br/>
        <w:t>v 0.646454 12.673733 -1.106830</w:t>
        <w:br/>
        <w:t>v 0.920316 12.711727 -1.095957</w:t>
        <w:br/>
        <w:t>v 0.795001 13.280884 -0.755159</w:t>
        <w:br/>
        <w:t>v 0.660622 12.038425 -1.049142</w:t>
        <w:br/>
        <w:t>v 0.969610 12.029970 -1.018626</w:t>
        <w:br/>
        <w:t>v 0.969784 12.381556 -1.090248</w:t>
        <w:br/>
        <w:t>v 0.669493 12.364338 -1.128947</w:t>
        <w:br/>
        <w:t>v 1.218603 12.727795 -0.959796</w:t>
        <w:br/>
        <w:t>v 1.273174 12.393845 -0.957607</w:t>
        <w:br/>
        <w:t>v 1.487614 12.376532 -0.719584</w:t>
        <w:br/>
        <w:t>v 1.463000 12.704571 -0.710928</w:t>
        <w:br/>
        <w:t>v 0.097071 12.577965 -0.900084</w:t>
        <w:br/>
        <w:t>v 0.000000 12.569468 -0.820725</w:t>
        <w:br/>
        <w:t>v 0.013681 12.330095 -0.775638</w:t>
        <w:br/>
        <w:t>v 0.104932 12.333511 -0.912575</w:t>
        <w:br/>
        <w:t>v 0.077018 13.125179 -0.586323</w:t>
        <w:br/>
        <w:t>v 0.000000 13.112560 -0.525123</w:t>
        <w:br/>
        <w:t>v 0.000000 11.939811 -0.627470</w:t>
        <w:br/>
        <w:t>v 0.036888 11.933039 -0.668377</w:t>
        <w:br/>
        <w:t>v 0.022437 12.116505 -0.739331</w:t>
        <w:br/>
        <w:t>v 0.000006 12.117750 -0.716968</w:t>
        <w:br/>
        <w:t>v 0.086709 11.735071 -0.488798</w:t>
        <w:br/>
        <w:t>v 0.204189 12.060565 1.065142</w:t>
        <w:br/>
        <w:t>v 0.123596 11.779559 0.838384</w:t>
        <w:br/>
        <w:t>v 0.079033 11.640166 -0.301532</w:t>
        <w:br/>
        <w:t>v 0.092093 11.608103 -0.007210</w:t>
        <w:br/>
        <w:t>v 0.145831 11.616438 -0.195937</w:t>
        <w:br/>
        <w:t>v 0.098010 11.649049 0.480780</w:t>
        <w:br/>
        <w:t>v 0.098010 11.649049 0.480780</w:t>
        <w:br/>
        <w:t>v 0.135709 11.641521 -0.336915</w:t>
        <w:br/>
        <w:t>v 0.145831 11.616438 -0.195937</w:t>
        <w:br/>
        <w:t>v 0.142729 11.623464 0.015875</w:t>
        <w:br/>
        <w:t>v 0.122969 11.500819 -0.045916</w:t>
        <w:br/>
        <w:t>v 0.179908 11.687231 0.483620</w:t>
        <w:br/>
        <w:t>v 0.142729 11.623464 0.015875</w:t>
        <w:br/>
        <w:t>v 0.301701 12.027841 1.038763</w:t>
        <w:br/>
        <w:t>v 0.241661 11.795114 0.790516</w:t>
        <w:br/>
        <w:t>v 0.358585 11.911888 1.019419</w:t>
        <w:br/>
        <w:t>v 0.222072 11.668482 -0.575947</w:t>
        <w:br/>
        <w:t>v 0.152826 11.868132 -0.751050</w:t>
        <w:br/>
        <w:t>v 0.285596 11.555828 -0.431947</w:t>
        <w:br/>
        <w:t>v 0.179908 11.687231 0.483620</w:t>
        <w:br/>
        <w:t>v 0.280789 12.333723 1.177724</w:t>
        <w:br/>
        <w:t>v 0.360012 12.585981 1.220291</w:t>
        <w:br/>
        <w:t>v 0.772944 12.584589 1.187103</w:t>
        <w:br/>
        <w:t>v 0.520489 12.311238 1.136051</w:t>
        <w:br/>
        <w:t>v 0.615611 11.728081 -0.851094</w:t>
        <w:br/>
        <w:t>v 0.951325 11.698278 -0.801953</w:t>
        <w:br/>
        <w:t>v 0.124589 12.102320 -0.850128</w:t>
        <w:br/>
        <w:t>v 1.047431 13.314905 -0.663767</w:t>
        <w:br/>
        <w:t>v 1.276259 12.008608 -0.864115</w:t>
        <w:br/>
        <w:t>v 1.265610 13.291161 -0.455154</w:t>
        <w:br/>
        <w:t>v 0.704231 12.187354 1.187188</w:t>
        <w:br/>
        <w:t>v 1.474642 13.229235 0.278388</w:t>
        <w:br/>
        <w:t>v 1.690198 12.601702 -0.144072</w:t>
        <w:br/>
        <w:t>v 1.791395 12.345174 0.139235</w:t>
        <w:br/>
        <w:t>v 1.527238 12.034385 -0.635141</w:t>
        <w:br/>
        <w:t>v 0.700059 11.425850 -0.646380</w:t>
        <w:br/>
        <w:t>v 0.918440 11.460378 -0.686858</w:t>
        <w:br/>
        <w:t>v 0.934673 11.551542 -0.703154</w:t>
        <w:br/>
        <w:t>v 0.738145 11.515844 -0.682174</w:t>
        <w:br/>
        <w:t>v 0.581084 11.603751 -0.687909</w:t>
        <w:br/>
        <w:t>v 0.772391 11.648568 -0.742097</w:t>
        <w:br/>
        <w:t>v 1.269704 11.577093 -0.618071</w:t>
        <w:br/>
        <w:t>v 1.277851 11.721590 -0.651784</w:t>
        <w:br/>
        <w:t>v 0.179908 11.687231 0.483620</w:t>
        <w:br/>
        <w:t>v 0.157056 11.605365 0.462386</w:t>
        <w:br/>
        <w:t>v 0.106455 11.511180 0.205829</w:t>
        <w:br/>
        <w:t>v 0.190959 11.474499 -0.254781</w:t>
        <w:br/>
        <w:t>v 0.324591 11.443700 -0.430661</w:t>
        <w:br/>
        <w:t>v 0.520023 11.849421 1.152090</w:t>
        <w:br/>
        <w:t>v 0.358585 11.911888 1.019419</w:t>
        <w:br/>
        <w:t>v 0.775480 11.949175 1.215691</w:t>
        <w:br/>
        <w:t>v 0.989417 12.154675 1.187537</w:t>
        <w:br/>
        <w:t>v 1.223559 12.342628 1.076920</w:t>
        <w:br/>
        <w:t>v 0.329060 11.729816 1.018007</w:t>
        <w:br/>
        <w:t>v 0.311339 11.586567 1.009907</w:t>
        <w:br/>
        <w:t>v 0.194217 11.543808 0.755367</w:t>
        <w:br/>
        <w:t>v 0.208336 11.673545 0.757090</w:t>
        <w:br/>
        <w:t>v 0.803415 11.730783 1.226092</w:t>
        <w:br/>
        <w:t>v 0.524872 11.650194 1.163979</w:t>
        <w:br/>
        <w:t>v 1.302595 11.881561 1.120633</w:t>
        <w:br/>
        <w:t>v 1.067455 11.810480 1.226887</w:t>
        <w:br/>
        <w:t>v 1.453542 13.245100 0.068060</w:t>
        <w:br/>
        <w:t>v 1.406520 13.251171 -0.193465</w:t>
        <w:br/>
        <w:t>v 1.618523 12.670368 -0.438393</w:t>
        <w:br/>
        <w:t>v 1.128180 12.799412 1.043442</w:t>
        <w:br/>
        <w:t>v 1.749834 12.410472 0.395798</w:t>
        <w:br/>
        <w:t>v 0.719600 13.191965 1.164549</w:t>
        <w:br/>
        <w:t>v 1.002920 13.210430 1.051128</w:t>
        <w:br/>
        <w:t>v 1.387115 13.225849 0.673543</w:t>
        <w:br/>
        <w:t>v 1.874823 12.012172 0.399189</w:t>
        <w:br/>
        <w:t>v 1.820293 11.995863 0.652860</w:t>
        <w:br/>
        <w:t>v 1.677732 12.446528 0.630741</w:t>
        <w:br/>
        <w:t>v 1.439425 12.418944 0.920257</w:t>
        <w:br/>
        <w:t>v 1.590183 11.955271 0.919900</w:t>
        <w:br/>
        <w:t>v 0.363085 13.190042 1.211391</w:t>
        <w:br/>
        <w:t>v 1.783124 12.176156 -0.198899</w:t>
        <w:br/>
        <w:t>v 1.801838 11.856359 -0.197304</w:t>
        <w:br/>
        <w:t>v 1.880854 11.972934 0.137097</w:t>
        <w:br/>
        <w:t>v 0.241661 11.795114 0.790516</w:t>
        <w:br/>
        <w:t>v 0.157056 11.605365 0.462386</w:t>
        <w:br/>
        <w:t>v 0.179908 11.687231 0.483620</w:t>
        <w:br/>
        <w:t>v 0.314722 13.180305 -0.720552</w:t>
        <w:br/>
        <w:t>v 0.368272 12.624794 -1.047416</w:t>
        <w:br/>
        <w:t>v 0.370411 12.350267 -1.064452</w:t>
        <w:br/>
        <w:t>v 0.302118 11.792036 -0.781777</w:t>
        <w:br/>
        <w:t>v 0.348440 12.077539 -0.985528</w:t>
        <w:br/>
        <w:t>v 0.550019 11.511462 -0.603075</w:t>
        <w:br/>
        <w:t>v 0.490915 11.423677 -0.546335</w:t>
        <w:br/>
        <w:t>v 1.612781 12.353786 -0.460536</w:t>
        <w:br/>
        <w:t>v 1.664309 11.975688 -0.378768</w:t>
        <w:br/>
        <w:t>v 1.643319 11.754584 -0.379857</w:t>
        <w:br/>
        <w:t>v 1.519573 11.806029 -0.500509</w:t>
        <w:br/>
        <w:t>v 1.550851 11.687755 -0.463336</w:t>
        <w:br/>
        <w:t>v 1.261807 10.829256 -0.661140</w:t>
        <w:br/>
        <w:t>v 1.275353 11.074059 -0.657228</w:t>
        <w:br/>
        <w:t>v 0.898191 11.072363 -0.736629</w:t>
        <w:br/>
        <w:t>v 0.878956 10.839548 -0.740386</w:t>
        <w:br/>
        <w:t>v 0.896954 11.101017 -0.697141</w:t>
        <w:br/>
        <w:t>v 1.263654 11.104050 -0.621012</w:t>
        <w:br/>
        <w:t>v 1.244091 10.799557 -0.617704</w:t>
        <w:br/>
        <w:t>v 0.874430 10.810926 -0.693225</w:t>
        <w:br/>
        <w:t>v 1.583761 10.815382 -0.450315</w:t>
        <w:br/>
        <w:t>v 1.601765 11.071501 -0.442602</w:t>
        <w:br/>
        <w:t>v 1.581919 11.102951 -0.420202</w:t>
        <w:br/>
        <w:t>v 1.552575 10.785044 -0.420614</w:t>
        <w:br/>
        <w:t>v 1.724937 11.068279 -0.191723</w:t>
        <w:br/>
        <w:t>v 1.700922 11.100153 -0.182570</w:t>
        <w:br/>
        <w:t>v 1.803919 11.072895 0.078314</w:t>
        <w:br/>
        <w:t>v 1.783672 11.105085 0.091332</w:t>
        <w:br/>
        <w:t>v 1.798112 11.105211 0.375823</w:t>
        <w:br/>
        <w:t>v 1.819035 11.073343 0.377747</w:t>
        <w:br/>
        <w:t>v 1.769157 11.081638 0.664665</w:t>
        <w:br/>
        <w:t>v 1.749131 11.113031 0.648590</w:t>
        <w:br/>
        <w:t>v 1.341611 11.094744 1.111284</w:t>
        <w:br/>
        <w:t>v 1.621054 11.088774 0.918177</w:t>
        <w:br/>
        <w:t>v 1.611041 10.835970 0.893927</w:t>
        <w:br/>
        <w:t>v 1.325472 10.841702 1.082803</w:t>
        <w:br/>
        <w:t>v 1.329539 11.125458 1.079988</w:t>
        <w:br/>
        <w:t>v 1.604153 11.119900 0.893204</w:t>
        <w:br/>
        <w:t>v 1.582671 10.805094 0.857283</w:t>
        <w:br/>
        <w:t>v 1.747656 10.829319 0.648627</w:t>
        <w:br/>
        <w:t>v 1.713176 10.798595 0.625019</w:t>
        <w:br/>
        <w:t>v 1.014491 10.848259 1.195060</w:t>
        <w:br/>
        <w:t>v 1.023143 11.101374 1.221713</w:t>
        <w:br/>
        <w:t>v 1.083035 11.101191 1.218752</w:t>
        <w:br/>
        <w:t>v 1.073743 10.847084 1.189232</w:t>
        <w:br/>
        <w:t>v 1.079803 11.131622 1.184381</w:t>
        <w:br/>
        <w:t>v 0.940436 11.101625 1.273793</w:t>
        <w:br/>
        <w:t>v 0.804445 11.131859 1.197978</w:t>
        <w:br/>
        <w:t>v 1.066429 10.816359 1.140109</w:t>
        <w:br/>
        <w:t>v 1.306225 10.810858 1.037112</w:t>
        <w:br/>
        <w:t>v 0.797837 11.102060 1.285060</w:t>
        <w:br/>
        <w:t>v 0.791593 10.852671 1.269190</w:t>
        <w:br/>
        <w:t>v 0.681287 10.854107 1.237499</w:t>
        <w:br/>
        <w:t>v 0.688196 11.102779 1.258739</w:t>
        <w:br/>
        <w:t>v 0.495773 11.134426 1.140591</w:t>
        <w:br/>
        <w:t>v 0.688196 11.102779 1.258739</w:t>
        <w:br/>
        <w:t>v 0.562053 11.103558 1.258999</w:t>
        <w:br/>
        <w:t>v 0.235332 10.863468 0.960844</w:t>
        <w:br/>
        <w:t>v 0.469362 10.858906 1.131947</w:t>
        <w:br/>
        <w:t>v 0.488133 10.829084 1.086180</w:t>
        <w:br/>
        <w:t>v 0.264320 10.834385 0.922496</w:t>
        <w:br/>
        <w:t>v 0.132657 11.095825 0.735725</w:t>
        <w:br/>
        <w:t>v 0.111740 10.860922 0.712496</w:t>
        <w:br/>
        <w:t>v 0.049493 10.862328 0.419334</w:t>
        <w:br/>
        <w:t>v 0.073239 11.092028 0.436302</w:t>
        <w:br/>
        <w:t>v 0.119234 11.119778 0.431894</w:t>
        <w:br/>
        <w:t>v 0.165783 11.123991 0.719988</w:t>
        <w:br/>
        <w:t>v 0.049493 10.862328 0.419334</w:t>
        <w:br/>
        <w:t>v 0.111740 10.860922 0.712496</w:t>
        <w:br/>
        <w:t>v 0.149588 10.832214 0.686970</w:t>
        <w:br/>
        <w:t>v 0.091180 10.834049 0.409262</w:t>
        <w:br/>
        <w:t>v 0.038479 10.856869 0.169880</w:t>
        <w:br/>
        <w:t>v 0.057942 11.087811 0.182856</w:t>
        <w:br/>
        <w:t>v 0.073239 11.092028 0.436302</w:t>
        <w:br/>
        <w:t>v 0.049493 10.862328 0.419334</w:t>
        <w:br/>
        <w:t>v 0.105167 11.115608 0.187617</w:t>
        <w:br/>
        <w:t>v 0.119234 11.119778 0.431894</w:t>
        <w:br/>
        <w:t>v 0.049493 10.862328 0.419334</w:t>
        <w:br/>
        <w:t>v 0.091180 10.834049 0.409262</w:t>
        <w:br/>
        <w:t>v 0.081120 10.828686 0.172181</w:t>
        <w:br/>
        <w:t>v 0.038479 10.856869 0.169880</w:t>
        <w:br/>
        <w:t>v 0.184081 10.838886 -0.324893</w:t>
        <w:br/>
        <w:t>v 0.198639 11.063337 -0.312326</w:t>
        <w:br/>
        <w:t>v 0.103006 11.072029 -0.069181</w:t>
        <w:br/>
        <w:t>v 0.078668 10.852137 -0.078271</w:t>
        <w:br/>
        <w:t>v 0.229032 11.090988 -0.288794</w:t>
        <w:br/>
        <w:t>v 0.138440 11.099222 -0.055158</w:t>
        <w:br/>
        <w:t>v 0.078668 10.852137 -0.078271</w:t>
        <w:br/>
        <w:t>v 0.118989 10.824795 -0.063535</w:t>
        <w:br/>
        <w:t>v 0.220228 10.811441 -0.299208</w:t>
        <w:br/>
        <w:t>v 0.184081 10.838886 -0.324893</w:t>
        <w:br/>
        <w:t>v 0.600323 11.066433 -0.666166</w:t>
        <w:br/>
        <w:t>v 0.591159 10.838896 -0.673070</w:t>
        <w:br/>
        <w:t>v 0.612532 11.094547 -0.628429</w:t>
        <w:br/>
        <w:t>v 0.604348 10.810892 -0.629061</w:t>
        <w:br/>
        <w:t>v 0.591159 10.838896 -0.673070</w:t>
        <w:br/>
        <w:t>v 0.350799 10.839239 -0.525031</w:t>
        <w:br/>
        <w:t>v 0.378890 10.811697 -0.490053</w:t>
        <w:br/>
        <w:t>v 1.724218 10.810278 -0.161821</w:t>
        <w:br/>
        <w:t>v 1.689440 10.779589 -0.145713</w:t>
        <w:br/>
        <w:t>v 1.769491 10.810175 0.027126</w:t>
        <w:br/>
        <w:t>v 1.730551 10.779570 0.024906</w:t>
        <w:br/>
        <w:t>v 1.792162 10.816866 0.344436</w:t>
        <w:br/>
        <w:t>v 1.754921 10.786436 0.331154</w:t>
        <w:br/>
        <w:t>v 0.356707 11.062809 -0.515281</w:t>
        <w:br/>
        <w:t>v 0.350799 10.839239 -0.525031</w:t>
        <w:br/>
        <w:t>v 0.379462 11.090538 -0.484388</w:t>
        <w:br/>
        <w:t>v 0.797405 10.822451 1.169430</w:t>
        <w:br/>
        <w:t>v 0.791593 10.852671 1.269190</w:t>
        <w:br/>
        <w:t>v 0.932668 10.849878 1.251098</w:t>
        <w:br/>
        <w:t>v 0.478492 11.105183 1.171128</w:t>
        <w:br/>
        <w:t>v 0.263022 11.101089 0.988335</w:t>
        <w:br/>
        <w:t>v 0.289061 11.129545 0.963035</w:t>
        <w:br/>
        <w:t>v 0.554423 10.855663 1.231940</w:t>
        <w:br/>
        <w:t>v 0.681287 10.854107 1.237499</w:t>
        <w:br/>
        <w:t>v 0.142742 11.521004 0.458114</w:t>
        <w:br/>
        <w:t>v -0.142741 11.521005 0.458115</w:t>
        <w:br/>
        <w:t>v -0.142741 11.521005 0.458115</w:t>
        <w:br/>
        <w:t>v 0.142742 11.521004 0.458114</w:t>
        <w:br/>
        <w:t>v 0.093756 14.405548 1.454641</w:t>
        <w:br/>
        <w:t>v -0.064536 14.386328 1.459671</w:t>
        <w:br/>
        <w:t>v -0.067413 14.381943 1.419895</w:t>
        <w:br/>
        <w:t>v 0.091972 14.401236 1.414837</w:t>
        <w:br/>
        <w:t>v -0.013290 14.074245 1.441931</w:t>
        <w:br/>
        <w:t>v -0.009956 14.078959 1.481584</w:t>
        <w:br/>
        <w:t>v 0.144616 14.101074 1.475494</w:t>
        <w:br/>
        <w:t>v 0.141275 14.096333 1.435844</w:t>
        <w:br/>
        <w:t>v 0.170182 14.132288 1.470396</w:t>
        <w:br/>
        <w:t>v 0.128300 14.384712 1.453231</w:t>
        <w:br/>
        <w:t>v 0.125865 14.380375 1.413453</w:t>
        <w:br/>
        <w:t>v 0.166817 14.127548 1.430744</w:t>
        <w:br/>
        <w:t>v -0.047624 14.097567 1.442403</w:t>
        <w:br/>
        <w:t>v -0.093491 14.353289 1.424156</w:t>
        <w:br/>
        <w:t>v -0.090282 14.357639 1.463957</w:t>
        <w:br/>
        <w:t>v -0.044288 14.102272 1.482074</w:t>
        <w:br/>
        <w:t>v 0.079377 14.363232 1.458732</w:t>
        <w:br/>
        <w:t>v 0.116448 14.142109 1.474011</w:t>
        <w:br/>
        <w:t>v 0.113088 14.137363 1.434356</w:t>
        <w:br/>
        <w:t>v 0.077459 14.358849 1.418966</w:t>
        <w:br/>
        <w:t>v -0.037955 14.344318 1.420387</w:t>
        <w:br/>
        <w:t>v 0.000353 14.120924 1.436476</w:t>
        <w:br/>
        <w:t>v 0.003693 14.125626 1.476148</w:t>
        <w:br/>
        <w:t>v -0.035299 14.348763 1.460155</w:t>
        <w:br/>
        <w:t>v 0.116448 14.142109 1.474011</w:t>
        <w:br/>
        <w:t>v 0.003693 14.125626 1.476148</w:t>
        <w:br/>
        <w:t>v 0.000353 14.120924 1.436476</w:t>
        <w:br/>
        <w:t>v 0.113088 14.137363 1.434356</w:t>
        <w:br/>
        <w:t>v -0.037955 14.344318 1.420387</w:t>
        <w:br/>
        <w:t>v -0.035299 14.348763 1.460155</w:t>
        <w:br/>
        <w:t>v 0.079377 14.363232 1.458732</w:t>
        <w:br/>
        <w:t>v 0.077459 14.358849 1.418966</w:t>
        <w:br/>
        <w:t>v -0.035299 14.348763 1.460155</w:t>
        <w:br/>
        <w:t>v 0.003693 14.125626 1.476148</w:t>
        <w:br/>
        <w:t>v -0.044288 14.102272 1.482074</w:t>
        <w:br/>
        <w:t>v -0.090282 14.357639 1.463957</w:t>
        <w:br/>
        <w:t>v -0.037955 14.344318 1.420387</w:t>
        <w:br/>
        <w:t>v 0.077459 14.358849 1.418966</w:t>
        <w:br/>
        <w:t>v 0.091972 14.401236 1.414837</w:t>
        <w:br/>
        <w:t>v -0.067413 14.381943 1.419895</w:t>
        <w:br/>
        <w:t>v -0.064536 14.386328 1.459671</w:t>
        <w:br/>
        <w:t>v 0.093756 14.405548 1.454641</w:t>
        <w:br/>
        <w:t>v 0.079377 14.363232 1.458732</w:t>
        <w:br/>
        <w:t>v 0.113088 14.137363 1.434356</w:t>
        <w:br/>
        <w:t>v 0.166817 14.127548 1.430744</w:t>
        <w:br/>
        <w:t>v 0.125865 14.380375 1.413453</w:t>
        <w:br/>
        <w:t>v 0.116448 14.142109 1.474011</w:t>
        <w:br/>
        <w:t>v 0.144616 14.101074 1.475494</w:t>
        <w:br/>
        <w:t>v -0.009956 14.078959 1.481584</w:t>
        <w:br/>
        <w:t>v -0.093491 14.353289 1.424156</w:t>
        <w:br/>
        <w:t>v -0.047624 14.097567 1.442403</w:t>
        <w:br/>
        <w:t>v 0.000353 14.120924 1.436476</w:t>
        <w:br/>
        <w:t>v 0.128300 14.384712 1.453231</w:t>
        <w:br/>
        <w:t>v 0.170182 14.132288 1.470396</w:t>
        <w:br/>
        <w:t>v -0.013290 14.074245 1.441931</w:t>
        <w:br/>
        <w:t>v 0.141275 14.096333 1.435844</w:t>
        <w:br/>
        <w:t>v -0.084931 14.370218 1.421949</w:t>
        <w:br/>
        <w:t>v -0.081829 14.374544 1.461771</w:t>
        <w:br/>
        <w:t>v 0.114243 14.398592 1.453647</w:t>
        <w:br/>
        <w:t>v 0.112151 14.394279 1.413849</w:t>
        <w:br/>
        <w:t>v -0.009956 14.078959 1.481584</w:t>
        <w:br/>
        <w:t>v -0.013290 14.074245 1.441931</w:t>
        <w:br/>
        <w:t>v -0.081829 14.374544 1.461771</w:t>
        <w:br/>
        <w:t>v -0.084931 14.370218 1.421949</w:t>
        <w:br/>
        <w:t>v 0.114243 14.398592 1.453647</w:t>
        <w:br/>
        <w:t>v 0.112151 14.394279 1.413849</w:t>
        <w:br/>
        <w:t>v -0.378007 14.004736 1.441297</w:t>
        <w:br/>
        <w:t>v -0.357102 14.067373 1.439229</w:t>
        <w:br/>
        <w:t>v -0.150310 14.102186 1.480123</w:t>
        <w:br/>
        <w:t>v -0.109273 14.050589 1.494198</w:t>
        <w:br/>
        <w:t>v -0.191293 14.320108 1.450641</w:t>
        <w:br/>
        <w:t>v -0.133365 14.356730 1.459546</w:t>
        <w:br/>
        <w:t>v -0.083142 14.084703 1.496079</w:t>
        <w:br/>
        <w:t>v -0.170422 14.377365 1.450308</w:t>
        <w:br/>
        <w:t>v -0.400530 14.288637 1.408646</w:t>
        <w:br/>
        <w:t>v -0.444383 14.337923 1.395225</w:t>
        <w:br/>
        <w:t>v -0.469063 14.306641 1.392301</w:t>
        <w:br/>
        <w:t>v -0.413966 14.028070 1.431112</w:t>
        <w:br/>
        <w:t>v -0.399187 14.012194 1.435968</w:t>
        <w:br/>
        <w:t>v -0.091770 14.064800 1.496376</w:t>
        <w:br/>
        <w:t>v -0.148596 14.370884 1.455299</w:t>
        <w:br/>
        <w:t>v -0.461419 14.325117 1.392502</w:t>
        <w:br/>
        <w:t>v -0.369216 13.999640 1.402857</w:t>
        <w:br/>
        <w:t>v -0.100485 14.045740 1.455610</w:t>
        <w:br/>
        <w:t>v -0.141493 14.097368 1.441518</w:t>
        <w:br/>
        <w:t>v -0.348277 14.062281 1.400776</w:t>
        <w:br/>
        <w:t>v -0.124323 14.352436 1.420755</w:t>
        <w:br/>
        <w:t>v -0.182407 14.315708 1.411871</w:t>
        <w:br/>
        <w:t>v -0.074346 14.079872 1.457494</w:t>
        <w:br/>
        <w:t>v -0.161443 14.373123 1.411498</w:t>
        <w:br/>
        <w:t>v -0.437173 14.333109 1.356682</w:t>
        <w:br/>
        <w:t>v -0.391679 14.283735 1.370131</w:t>
        <w:br/>
        <w:t>v -0.461280 14.301805 1.353775</w:t>
        <w:br/>
        <w:t>v -0.405149 14.022972 1.392673</w:t>
        <w:br/>
        <w:t>v -0.390392 14.007095 1.397516</w:t>
        <w:br/>
        <w:t>v -0.082979 14.059971 1.457797</w:t>
        <w:br/>
        <w:t>v -0.139530 14.366615 1.416481</w:t>
        <w:br/>
        <w:t>v -0.454077 14.320284 1.353982</w:t>
        <w:br/>
        <w:t>v -0.348277 14.062281 1.400776</w:t>
        <w:br/>
        <w:t>v -0.141493 14.097368 1.441518</w:t>
        <w:br/>
        <w:t>v -0.150310 14.102186 1.480123</w:t>
        <w:br/>
        <w:t>v -0.357102 14.067373 1.439229</w:t>
        <w:br/>
        <w:t>v -0.369216 13.999640 1.402857</w:t>
        <w:br/>
        <w:t>v -0.378007 14.004736 1.441297</w:t>
        <w:br/>
        <w:t>v -0.109273 14.050589 1.494198</w:t>
        <w:br/>
        <w:t>v -0.100485 14.045740 1.455610</w:t>
        <w:br/>
        <w:t>v -0.124323 14.352436 1.420755</w:t>
        <w:br/>
        <w:t>v -0.074346 14.079872 1.457494</w:t>
        <w:br/>
        <w:t>v -0.083142 14.084703 1.496079</w:t>
        <w:br/>
        <w:t>v -0.133365 14.356730 1.459546</w:t>
        <w:br/>
        <w:t>v -0.182407 14.315708 1.411871</w:t>
        <w:br/>
        <w:t>v -0.191293 14.320108 1.450641</w:t>
        <w:br/>
        <w:t>v -0.150310 14.102186 1.480123</w:t>
        <w:br/>
        <w:t>v -0.141493 14.097368 1.441518</w:t>
        <w:br/>
        <w:t>v -0.182407 14.315708 1.411871</w:t>
        <w:br/>
        <w:t>v -0.391679 14.283735 1.370131</w:t>
        <w:br/>
        <w:t>v -0.400530 14.288637 1.408646</w:t>
        <w:br/>
        <w:t>v -0.191293 14.320108 1.450641</w:t>
        <w:br/>
        <w:t>v -0.161443 14.373123 1.411498</w:t>
        <w:br/>
        <w:t>v -0.170422 14.377365 1.450308</w:t>
        <w:br/>
        <w:t>v -0.444383 14.337923 1.395225</w:t>
        <w:br/>
        <w:t>v -0.437173 14.333109 1.356682</w:t>
        <w:br/>
        <w:t>v -0.391679 14.283735 1.370131</w:t>
        <w:br/>
        <w:t>v -0.348277 14.062281 1.400776</w:t>
        <w:br/>
        <w:t>v -0.357102 14.067373 1.439229</w:t>
        <w:br/>
        <w:t>v -0.400530 14.288637 1.408646</w:t>
        <w:br/>
        <w:t>v -0.461280 14.301805 1.353775</w:t>
        <w:br/>
        <w:t>v -0.469063 14.306641 1.392301</w:t>
        <w:br/>
        <w:t>v -0.413966 14.028070 1.431112</w:t>
        <w:br/>
        <w:t>v -0.405149 14.022972 1.392673</w:t>
        <w:br/>
        <w:t>v -0.399187 14.012194 1.435968</w:t>
        <w:br/>
        <w:t>v -0.390392 14.007095 1.397516</w:t>
        <w:br/>
        <w:t>v -0.091770 14.064800 1.496376</w:t>
        <w:br/>
        <w:t>v -0.082979 14.059971 1.457797</w:t>
        <w:br/>
        <w:t>v -0.148596 14.370884 1.455299</w:t>
        <w:br/>
        <w:t>v -0.139530 14.366615 1.416481</w:t>
        <w:br/>
        <w:t>v -0.461419 14.325117 1.392502</w:t>
        <w:br/>
        <w:t>v -0.454077 14.320284 1.353982</w:t>
        <w:br/>
        <w:t>v -0.378007 14.004736 1.441297</w:t>
        <w:br/>
        <w:t>v -0.369216 13.999640 1.402857</w:t>
        <w:br/>
        <w:t>v 0.952651 14.150467 1.250563</w:t>
        <w:br/>
        <w:t>v 0.960488 14.156973 1.245879</w:t>
        <w:br/>
        <w:t>v 0.971320 14.160641 1.283523</w:t>
        <w:br/>
        <w:t>v 0.961658 14.153505 1.282584</w:t>
        <w:br/>
        <w:t>v 0.930133 14.146441 1.229144</w:t>
        <w:br/>
        <w:t>v 0.933713 14.152182 1.220480</w:t>
        <w:br/>
        <w:t>v 0.895314 14.147606 1.209119</w:t>
        <w:br/>
        <w:t>v 0.897426 14.142487 1.219545</w:t>
        <w:br/>
        <w:t>v 0.859269 14.144554 1.215939</w:t>
        <w:br/>
        <w:t>v 0.866749 14.139818 1.225304</w:t>
        <w:br/>
        <w:t>v 0.831093 14.142605 1.242895</w:t>
        <w:br/>
        <w:t>v 0.859269 14.144554 1.215939</w:t>
        <w:br/>
        <w:t>v 0.866749 14.139818 1.225304</w:t>
        <w:br/>
        <w:t>v 0.842738 14.138126 1.248195</w:t>
        <w:br/>
        <w:t>v 0.820660 14.142561 1.278323</w:t>
        <w:br/>
        <w:t>v 0.833868 14.138081 1.278168</w:t>
        <w:br/>
        <w:t>v 0.830277 14.145372 1.316578</w:t>
        <w:br/>
        <w:t>v 0.842072 14.140472 1.310630</w:t>
        <w:br/>
        <w:t>v 0.864034 14.144241 1.333377</w:t>
        <w:br/>
        <w:t>v 0.856294 14.149837 1.343484</w:t>
        <w:br/>
        <w:t>v 0.896939 14.148718 1.342659</w:t>
        <w:br/>
        <w:t>v 0.895071 14.155119 1.354420</w:t>
        <w:br/>
        <w:t>v 0.928455 14.152252 1.335523</w:t>
        <w:br/>
        <w:t>v 0.932215 14.158672 1.345620</w:t>
        <w:br/>
        <w:t>v 0.953086 14.154026 1.312337</w:t>
        <w:br/>
        <w:t>v 0.961205 14.161024 1.318535</w:t>
        <w:br/>
        <w:t>v 0.969595 14.152370 1.241289</w:t>
        <w:br/>
        <w:t>v 0.966050 14.143137 1.245069</w:t>
        <w:br/>
        <w:t>v 0.976737 14.146736 1.283461</w:t>
        <w:br/>
        <w:t>v 0.981592 14.156446 1.283174</w:t>
        <w:br/>
        <w:t>v 0.939639 14.147009 1.212906</w:t>
        <w:br/>
        <w:t>v 0.938899 14.138271 1.219256</w:t>
        <w:br/>
        <w:t>v 0.896887 14.141901 1.200266</w:t>
        <w:br/>
        <w:t>v 0.899691 14.133518 1.207770</w:t>
        <w:br/>
        <w:t>v 0.856655 14.138479 1.207968</w:t>
        <w:br/>
        <w:t>v 0.862788 14.130283 1.214800</w:t>
        <w:br/>
        <w:t>v 0.825289 14.136332 1.237941</w:t>
        <w:br/>
        <w:t>v 0.833975 14.128286 1.242226</w:t>
        <w:br/>
        <w:t>v 0.862788 14.130283 1.214800</w:t>
        <w:br/>
        <w:t>v 0.856655 14.138479 1.207968</w:t>
        <w:br/>
        <w:t>v 0.823099 14.128199 1.278321</w:t>
        <w:br/>
        <w:t>v 0.813525 14.136286 1.277529</w:t>
        <w:br/>
        <w:t>v 0.832693 14.131018 1.317252</w:t>
        <w:br/>
        <w:t>v 0.824070 14.139380 1.320122</w:t>
        <w:br/>
        <w:t>v 0.859120 14.135534 1.344607</w:t>
        <w:br/>
        <w:t>v 0.853109 14.144341 1.350133</w:t>
        <w:br/>
        <w:t>v 0.898502 14.140890 1.355719</w:t>
        <w:br/>
        <w:t>v 0.896240 14.150211 1.362302</w:t>
        <w:br/>
        <w:t>v 0.936193 14.145712 1.346790</w:t>
        <w:br/>
        <w:t>v 0.937490 14.154789 1.352147</w:t>
        <w:br/>
        <w:t>v 0.965953 14.147627 1.319198</w:t>
        <w:br/>
        <w:t>v 0.969899 14.157156 1.322198</w:t>
        <w:br/>
        <w:t>v 0.976737 14.146736 1.283461</w:t>
        <w:br/>
        <w:t>v 0.966050 14.143137 1.245069</w:t>
        <w:br/>
        <w:t>v 0.952651 14.150467 1.250563</w:t>
        <w:br/>
        <w:t>v 0.961658 14.153505 1.282584</w:t>
        <w:br/>
        <w:t>v 0.938899 14.138271 1.219256</w:t>
        <w:br/>
        <w:t>v 0.930133 14.146441 1.229144</w:t>
        <w:br/>
        <w:t>v 0.899691 14.133518 1.207770</w:t>
        <w:br/>
        <w:t>v 0.897426 14.142487 1.219545</w:t>
        <w:br/>
        <w:t>v 0.862788 14.130283 1.214800</w:t>
        <w:br/>
        <w:t>v 0.866749 14.139818 1.225304</w:t>
        <w:br/>
        <w:t>v 0.862788 14.130283 1.214800</w:t>
        <w:br/>
        <w:t>v 0.833975 14.128286 1.242226</w:t>
        <w:br/>
        <w:t>v 0.842738 14.138126 1.248195</w:t>
        <w:br/>
        <w:t>v 0.866749 14.139818 1.225304</w:t>
        <w:br/>
        <w:t>v 0.823099 14.128199 1.278321</w:t>
        <w:br/>
        <w:t>v 0.833868 14.138081 1.278168</w:t>
        <w:br/>
        <w:t>v 0.832693 14.131018 1.317252</w:t>
        <w:br/>
        <w:t>v 0.842072 14.140472 1.310630</w:t>
        <w:br/>
        <w:t>v 0.859120 14.135534 1.344607</w:t>
        <w:br/>
        <w:t>v 0.864034 14.144241 1.333377</w:t>
        <w:br/>
        <w:t>v 0.898502 14.140890 1.355719</w:t>
        <w:br/>
        <w:t>v 0.896939 14.148718 1.342659</w:t>
        <w:br/>
        <w:t>v 0.936193 14.145712 1.346790</w:t>
        <w:br/>
        <w:t>v 0.928455 14.152252 1.335523</w:t>
        <w:br/>
        <w:t>v 0.965953 14.147627 1.319198</w:t>
        <w:br/>
        <w:t>v 0.953086 14.154026 1.312337</w:t>
        <w:br/>
        <w:t>v 0.960488 14.156973 1.245879</w:t>
        <w:br/>
        <w:t>v 0.969595 14.152370 1.241289</w:t>
        <w:br/>
        <w:t>v 0.981592 14.156446 1.283174</w:t>
        <w:br/>
        <w:t>v 0.933713 14.152182 1.220480</w:t>
        <w:br/>
        <w:t>v 0.939639 14.147009 1.212906</w:t>
        <w:br/>
        <w:t>v 0.895314 14.147606 1.209119</w:t>
        <w:br/>
        <w:t>v 0.896887 14.141901 1.200266</w:t>
        <w:br/>
        <w:t>v 0.856655 14.138479 1.207968</w:t>
        <w:br/>
        <w:t>v 0.825289 14.136332 1.237941</w:t>
        <w:br/>
        <w:t>v 0.856655 14.138479 1.207968</w:t>
        <w:br/>
        <w:t>v 0.820660 14.142561 1.278323</w:t>
        <w:br/>
        <w:t>v 0.813525 14.136286 1.277529</w:t>
        <w:br/>
        <w:t>v 0.830277 14.145372 1.316578</w:t>
        <w:br/>
        <w:t>v 0.824070 14.139380 1.320122</w:t>
        <w:br/>
        <w:t>v 0.856294 14.149837 1.343484</w:t>
        <w:br/>
        <w:t>v 0.853109 14.144341 1.350133</w:t>
        <w:br/>
        <w:t>v 0.895071 14.155119 1.354420</w:t>
        <w:br/>
        <w:t>v 0.896240 14.150211 1.362302</w:t>
        <w:br/>
        <w:t>v 0.932215 14.158672 1.345620</w:t>
        <w:br/>
        <w:t>v 0.937490 14.154789 1.352147</w:t>
        <w:br/>
        <w:t>v 0.969899 14.157156 1.322198</w:t>
        <w:br/>
        <w:t>v -0.737463 14.052280 1.368825</w:t>
        <w:br/>
        <w:t>v -0.769259 14.046890 1.335203</w:t>
        <w:br/>
        <w:t>v -0.768035 14.073545 1.329285</w:t>
        <w:br/>
        <w:t>v -0.736254 14.078878 1.362930</w:t>
        <w:br/>
        <w:t>v -0.766984 14.037348 1.293316</w:t>
        <w:br/>
        <w:t>v -0.765690 14.064041 1.287365</w:t>
        <w:br/>
        <w:t>v -0.741687 14.055620 1.254828</w:t>
        <w:br/>
        <w:t>v -0.742766 14.028973 1.261027</w:t>
        <w:br/>
        <w:t>v -0.657805 14.040565 1.344375</w:t>
        <w:br/>
        <w:t>v -0.690268 14.049746 1.371395</w:t>
        <w:br/>
        <w:t>v -0.688997 14.076305 1.365524</w:t>
        <w:br/>
        <w:t>v -0.656926 14.067280 1.339027</w:t>
        <w:br/>
        <w:t>v -0.749637 14.055407 1.252091</w:t>
        <w:br/>
        <w:t>v -0.741687 14.055620 1.254828</w:t>
        <w:br/>
        <w:t>v -0.742766 14.028973 1.261027</w:t>
        <w:br/>
        <w:t>v -0.750522 14.029509 1.258033</w:t>
        <w:br/>
        <w:t>v -0.639119 14.030062 1.318684</w:t>
        <w:br/>
        <w:t>v -0.638136 14.056772 1.313379</w:t>
        <w:br/>
        <w:t>v -0.638136 14.056772 1.313379</w:t>
        <w:br/>
        <w:t>v -0.630283 14.057119 1.318508</w:t>
        <w:br/>
        <w:t>v -0.631542 14.030910 1.323940</w:t>
        <w:br/>
        <w:t>v -0.639119 14.030062 1.318684</w:t>
        <w:br/>
        <w:t>v -0.733468 14.083254 1.356578</w:t>
        <w:br/>
        <w:t>v -0.762196 14.078463 1.326163</w:t>
        <w:br/>
        <w:t>v -0.763948 14.040359 1.334627</w:t>
        <w:br/>
        <w:t>v -0.735217 14.045238 1.365000</w:t>
        <w:br/>
        <w:t>v -0.760047 14.069939 1.288576</w:t>
        <w:br/>
        <w:t>v -0.761901 14.031796 1.297085</w:t>
        <w:br/>
        <w:t>v -0.737301 14.061031 1.253447</w:t>
        <w:br/>
        <w:t>v -0.739262 14.022905 1.261954</w:t>
        <w:br/>
        <w:t>v -0.690763 14.080917 1.358923</w:t>
        <w:br/>
        <w:t>v -0.692587 14.042948 1.367328</w:t>
        <w:br/>
        <w:t>v -0.663017 14.034283 1.341749</w:t>
        <w:br/>
        <w:t>v -0.661152 14.072273 1.333333</w:t>
        <w:br/>
        <w:t>v -0.748173 14.060293 1.246468</w:t>
        <w:br/>
        <w:t>v -0.749776 14.022905 1.254804</w:t>
        <w:br/>
        <w:t>v -0.739262 14.022905 1.261954</w:t>
        <w:br/>
        <w:t>v -0.737301 14.061031 1.253447</w:t>
        <w:br/>
        <w:t>v -0.640699 14.023455 1.315678</w:t>
        <w:br/>
        <w:t>v -0.638751 14.061401 1.307267</w:t>
        <w:br/>
        <w:t>v -0.640699 14.023455 1.315678</w:t>
        <w:br/>
        <w:t>v -0.628143 14.024229 1.321794</w:t>
        <w:br/>
        <w:t>v -0.626126 14.061741 1.313550</w:t>
        <w:br/>
        <w:t>v -0.638751 14.061401 1.307267</w:t>
        <w:br/>
        <w:t>v -0.735217 14.045238 1.365000</w:t>
        <w:br/>
        <w:t>v -0.763948 14.040359 1.334627</w:t>
        <w:br/>
        <w:t>v -0.761901 14.031796 1.297085</w:t>
        <w:br/>
        <w:t>v -0.739262 14.022905 1.261954</w:t>
        <w:br/>
        <w:t>v -0.663017 14.034283 1.341749</w:t>
        <w:br/>
        <w:t>v -0.692587 14.042948 1.367328</w:t>
        <w:br/>
        <w:t>v -0.757165 14.030344 1.247881</w:t>
        <w:br/>
        <w:t>v -0.759898 14.041906 1.243220</w:t>
        <w:br/>
        <w:t>v -0.758169 14.043657 1.251764</w:t>
        <w:br/>
        <w:t>v -0.756257 14.035210 1.254291</w:t>
        <w:br/>
        <w:t>v -0.739262 14.022905 1.261954</w:t>
        <w:br/>
        <w:t>v -0.749776 14.022905 1.254804</w:t>
        <w:br/>
        <w:t>v -0.640699 14.023455 1.315678</w:t>
        <w:br/>
        <w:t>v -0.628143 14.024229 1.321794</w:t>
        <w:br/>
        <w:t>v -0.622603 14.045172 1.326753</w:t>
        <w:br/>
        <w:t>v -0.613952 14.044044 1.324208</w:t>
        <w:br/>
        <w:t>v -0.618708 14.032272 1.324754</w:t>
        <w:br/>
        <w:t>v -0.625430 14.036804 1.326843</w:t>
        <w:br/>
        <w:t>v -0.624399 14.052954 1.323606</w:t>
        <w:br/>
        <w:t>v -0.617246 14.055305 1.319880</w:t>
        <w:br/>
        <w:t>v -0.638751 14.061401 1.307267</w:t>
        <w:br/>
        <w:t>v -0.626126 14.061741 1.313550</w:t>
        <w:br/>
        <w:t>v -0.661152 14.072273 1.333333</w:t>
        <w:br/>
        <w:t>v -0.638751 14.061401 1.307267</w:t>
        <w:br/>
        <w:t>v -0.690763 14.080917 1.358923</w:t>
        <w:br/>
        <w:t>v -0.733468 14.083254 1.356578</w:t>
        <w:br/>
        <w:t>v -0.762196 14.078463 1.326163</w:t>
        <w:br/>
        <w:t>v -0.760047 14.069939 1.288576</w:t>
        <w:br/>
        <w:t>v -0.737301 14.061031 1.253447</w:t>
        <w:br/>
        <w:t>v -0.748173 14.060293 1.246468</w:t>
        <w:br/>
        <w:t>v -0.737301 14.061031 1.253447</w:t>
        <w:br/>
        <w:t>v -0.756204 14.053308 1.242813</w:t>
        <w:br/>
        <w:t>v -0.755660 14.051214 1.250685</w:t>
        <w:br/>
        <w:t>v -0.617246 14.055305 1.319880</w:t>
        <w:br/>
        <w:t>v -0.618708 14.032272 1.324754</w:t>
        <w:br/>
        <w:t>v -0.756204 14.053308 1.242813</w:t>
        <w:br/>
        <w:t>v -0.757165 14.030344 1.247881</w:t>
        <w:br/>
        <w:t>v -0.758169 14.043657 1.251764</w:t>
        <w:br/>
        <w:t>v -0.613952 14.044044 1.324208</w:t>
        <w:br/>
        <w:t>v -0.759898 14.041906 1.243220</w:t>
        <w:br/>
        <w:t>v -0.732752 13.715897 1.391363</w:t>
        <w:br/>
        <w:t>v -0.735680 13.714090 1.383279</w:t>
        <w:br/>
        <w:t>v -0.740898 13.715582 1.387806</w:t>
        <w:br/>
        <w:t>v -0.741213 13.717171 1.394402</w:t>
        <w:br/>
        <w:t>v -0.736503 13.718071 1.399325</w:t>
        <w:br/>
        <w:t>v -0.729541 13.717756 1.399683</w:t>
        <w:br/>
        <w:t>v -0.724400 13.716402 1.395255</w:t>
        <w:br/>
        <w:t>v -0.724101 13.714827 1.388635</w:t>
        <w:br/>
        <w:t>v -0.728810 13.713923 1.383725</w:t>
        <w:br/>
        <w:t>v -0.708795 14.343884 1.252076</w:t>
        <w:br/>
        <w:t>v -0.757869 14.346636 1.228199</w:t>
        <w:br/>
        <w:t>v -0.731736 14.335812 1.202957</w:t>
        <w:br/>
        <w:t>v -0.755965 14.354900 1.268631</w:t>
        <w:br/>
        <w:t>v -0.727004 14.359364 1.299039</w:t>
        <w:br/>
        <w:t>v -0.686160 14.356962 1.301564</w:t>
        <w:br/>
        <w:t>v -0.657626 14.348686 1.274961</w:t>
        <w:br/>
        <w:t>v -0.658218 14.340168 1.234423</w:t>
        <w:br/>
        <w:t>v -0.690990 14.336607 1.204063</w:t>
        <w:br/>
        <w:t>v -0.656499 14.293177 1.284733</w:t>
        <w:br/>
        <w:t>v -0.685859 14.300983 1.310560</w:t>
        <w:br/>
        <w:t>v -0.692241 14.328659 1.290498</w:t>
        <w:br/>
        <w:t>v -0.672214 14.323040 1.272333</w:t>
        <w:br/>
        <w:t>v -0.726909 14.303406 1.308250</w:t>
        <w:br/>
        <w:t>v -0.720836 14.330368 1.288864</w:t>
        <w:br/>
        <w:t>v -0.754115 14.299053 1.279061</w:t>
        <w:br/>
        <w:t>v -0.740898 14.327307 1.268277</w:t>
        <w:br/>
        <w:t>v -0.754395 14.291090 1.240110</w:t>
        <w:br/>
        <w:t>v -0.742094 14.321733 1.240764</w:t>
        <w:br/>
        <w:t>v -0.728037 14.283707 1.214502</w:t>
        <w:br/>
        <w:t>v -0.723510 14.312973 1.223834</w:t>
        <w:br/>
        <w:t>v -0.695796 14.314566 1.224465</w:t>
        <w:br/>
        <w:t>v -0.687909 14.280897 1.217031</w:t>
        <w:br/>
        <w:t>v -0.657113 14.284700 1.246038</w:t>
        <w:br/>
        <w:t>v -0.673553 14.317123 1.245008</w:t>
        <w:br/>
        <w:t>v -0.672214 14.323040 1.272333</w:t>
        <w:br/>
        <w:t>v -0.692241 14.328659 1.290498</w:t>
        <w:br/>
        <w:t>v -0.686160 14.356962 1.301564</w:t>
        <w:br/>
        <w:t>v -0.657626 14.348686 1.274961</w:t>
        <w:br/>
        <w:t>v -0.720836 14.330368 1.288864</w:t>
        <w:br/>
        <w:t>v -0.727004 14.359364 1.299039</w:t>
        <w:br/>
        <w:t>v -0.755965 14.354900 1.268631</w:t>
        <w:br/>
        <w:t>v -0.742094 14.321733 1.240764</w:t>
        <w:br/>
        <w:t>v -0.757869 14.346636 1.228199</w:t>
        <w:br/>
        <w:t>v -0.723510 14.312973 1.223834</w:t>
        <w:br/>
        <w:t>v -0.731736 14.335812 1.202957</w:t>
        <w:br/>
        <w:t>v -0.690990 14.336607 1.204063</w:t>
        <w:br/>
        <w:t>v -0.695796 14.314566 1.224465</w:t>
        <w:br/>
        <w:t>v -0.673553 14.317123 1.245008</w:t>
        <w:br/>
        <w:t>v -0.658218 14.340168 1.234423</w:t>
        <w:br/>
        <w:t>v -0.756964 13.925610 1.325358</w:t>
        <w:br/>
        <w:t>v -0.732879 13.923223 1.304684</w:t>
        <w:br/>
        <w:t>v -0.732736 13.987169 1.278683</w:t>
        <w:br/>
        <w:t>v -0.762852 13.994949 1.304619</w:t>
        <w:br/>
        <w:t>v -0.764664 14.003832 1.343509</w:t>
        <w:br/>
        <w:t>v -0.758337 13.932684 1.355874</w:t>
        <w:br/>
        <w:t>v -0.737108 14.008579 1.372571</w:t>
        <w:br/>
        <w:t>v -0.736659 13.936508 1.378694</w:t>
        <w:br/>
        <w:t>v -0.696295 14.006432 1.374789</w:t>
        <w:br/>
        <w:t>v -0.704635 13.934898 1.380401</w:t>
        <w:br/>
        <w:t>v -0.666238 13.998669 1.348852</w:t>
        <w:br/>
        <w:t>v -0.681008 13.928766 1.360020</w:t>
        <w:br/>
        <w:t>v -0.664422 13.989817 1.309943</w:t>
        <w:br/>
        <w:t>v -0.679610 13.921721 1.329478</w:t>
        <w:br/>
        <w:t>v -0.691936 13.984953 1.280943</w:t>
        <w:br/>
        <w:t>v -0.701301 13.917877 1.306678</w:t>
        <w:br/>
        <w:t>v -0.765416 13.906116 1.326487</w:t>
        <w:br/>
        <w:t>v -0.736815 13.902941 1.302030</w:t>
        <w:br/>
        <w:t>v -0.767036 13.914524 1.362740</w:t>
        <w:br/>
        <w:t>v -0.741277 13.919115 1.389818</w:t>
        <w:br/>
        <w:t>v -0.703220 13.917215 1.391838</w:t>
        <w:br/>
        <w:t>v -0.675157 13.909922 1.367620</w:t>
        <w:br/>
        <w:t>v -0.673508 13.901525 1.331337</w:t>
        <w:br/>
        <w:t>v -0.699280 13.896925 1.304292</w:t>
        <w:br/>
        <w:t>v -0.716531 13.818182 1.395385</w:t>
        <w:br/>
        <w:t>v -0.729541 13.717756 1.399683</w:t>
        <w:br/>
        <w:t>v -0.736503 13.718071 1.399325</w:t>
        <w:br/>
        <w:t>v -0.739042 13.819246 1.394221</w:t>
        <w:br/>
        <w:t>v -0.699925 13.813845 1.381068</w:t>
        <w:br/>
        <w:t>v -0.724400 13.716402 1.395255</w:t>
        <w:br/>
        <w:t>v -0.698948 13.808804 1.359649</w:t>
        <w:br/>
        <w:t>v -0.724101 13.714827 1.388635</w:t>
        <w:br/>
        <w:t>v -0.714186 13.805988 1.343708</w:t>
        <w:br/>
        <w:t>v -0.728810 13.713923 1.383725</w:t>
        <w:br/>
        <w:t>v -0.736394 13.809063 1.342363</w:t>
        <w:br/>
        <w:t>v -0.753293 13.811382 1.356863</w:t>
        <w:br/>
        <w:t>v -0.754274 13.816431 1.378259</w:t>
        <w:br/>
        <w:t>v -0.741213 13.717171 1.394402</w:t>
        <w:br/>
        <w:t>v -0.740898 13.715582 1.387806</w:t>
        <w:br/>
        <w:t>v -0.731022 14.241581 1.327374</w:t>
        <w:br/>
        <w:t>v -0.762387 14.236576 1.293513</w:t>
        <w:br/>
        <w:t>v -0.761273 14.262329 1.288009</w:t>
        <w:br/>
        <w:t>v -0.730458 14.267366 1.321851</w:t>
        <w:br/>
        <w:t>v -0.759432 14.227537 1.251342</w:t>
        <w:br/>
        <w:t>v -0.759327 14.253475 1.245921</w:t>
        <w:br/>
        <w:t>v -0.737693 14.245275 1.213614</w:t>
        <w:br/>
        <w:t>v -0.736103 14.219177 1.219166</w:t>
        <w:br/>
        <w:t>v -0.650442 14.229662 1.302918</w:t>
        <w:br/>
        <w:t>v -0.683318 14.238773 1.330027</w:t>
        <w:br/>
        <w:t>v -0.682653 14.264526 1.324518</w:t>
        <w:br/>
        <w:t>v -0.650179 14.255575 1.297933</w:t>
        <w:br/>
        <w:t>v -0.745209 14.245073 1.210831</w:t>
        <w:br/>
        <w:t>v -0.737693 14.245275 1.213614</w:t>
        <w:br/>
        <w:t>v -0.736103 14.219177 1.219166</w:t>
        <w:br/>
        <w:t>v -0.743680 14.219732 1.216154</w:t>
        <w:br/>
        <w:t>v -0.631308 14.219074 1.277253</w:t>
        <w:br/>
        <w:t>v -0.631242 14.245026 1.272343</w:t>
        <w:br/>
        <w:t>v -0.631242 14.245026 1.272343</w:t>
        <w:br/>
        <w:t>v -0.623168 14.245256 1.277497</w:t>
        <w:br/>
        <w:t>v -0.623722 14.219816 1.282551</w:t>
        <w:br/>
        <w:t>v -0.631308 14.219074 1.277253</w:t>
        <w:br/>
        <w:t>v -0.727700 14.271629 1.315532</w:t>
        <w:br/>
        <w:t>v -0.755655 14.267090 1.284981</w:t>
        <w:br/>
        <w:t>v -0.757044 14.230228 1.292855</w:t>
        <w:br/>
        <w:t>v -0.728537 14.234739 1.323433</w:t>
        <w:br/>
        <w:t>v -0.754307 14.259178 1.247286</w:t>
        <w:br/>
        <w:t>v -0.754367 14.222092 1.255046</w:t>
        <w:br/>
        <w:t>v -0.734189 14.250546 1.212411</w:t>
        <w:br/>
        <w:t>v -0.732219 14.213190 1.220001</w:t>
        <w:br/>
        <w:t>v -0.684505 14.269041 1.317956</w:t>
        <w:br/>
        <w:t>v -0.685440 14.232197 1.325851</w:t>
        <w:br/>
        <w:t>v -0.655516 14.223604 1.300188</w:t>
        <w:br/>
        <w:t>v -0.654719 14.260460 1.292319</w:t>
        <w:br/>
        <w:t>v -0.744592 14.249838 1.205396</w:t>
        <w:br/>
        <w:t>v -0.742556 14.213242 1.212812</w:t>
        <w:br/>
        <w:t>v -0.732219 14.213190 1.220001</w:t>
        <w:br/>
        <w:t>v -0.734189 14.250546 1.212411</w:t>
        <w:br/>
        <w:t>v -0.632729 14.212624 1.274145</w:t>
        <w:br/>
        <w:t>v -0.632296 14.249531 1.266319</w:t>
        <w:br/>
        <w:t>v -0.632729 14.212624 1.274145</w:t>
        <w:br/>
        <w:t>v -0.620159 14.213255 1.280328</w:t>
        <w:br/>
        <w:t>v -0.619243 14.249685 1.272639</w:t>
        <w:br/>
        <w:t>v -0.632296 14.249531 1.266319</w:t>
        <w:br/>
        <w:t>v -0.728537 14.234739 1.323433</w:t>
        <w:br/>
        <w:t>v -0.757044 14.230228 1.292855</w:t>
        <w:br/>
        <w:t>v -0.754367 14.222092 1.255046</w:t>
        <w:br/>
        <w:t>v -0.732219 14.213190 1.220001</w:t>
        <w:br/>
        <w:t>v -0.655516 14.223604 1.300188</w:t>
        <w:br/>
        <w:t>v -0.685440 14.232197 1.325851</w:t>
        <w:br/>
        <w:t>v -0.750265 14.220596 1.206008</w:t>
        <w:br/>
        <w:t>v -0.753841 14.231936 1.201591</w:t>
        <w:br/>
        <w:t>v -0.752146 14.233610 1.210158</w:t>
        <w:br/>
        <w:t>v -0.749631 14.225346 1.212509</w:t>
        <w:br/>
        <w:t>v -0.732219 14.213190 1.220001</w:t>
        <w:br/>
        <w:t>v -0.742556 14.213242 1.212812</w:t>
        <w:br/>
        <w:t>v -0.632729 14.212624 1.274145</w:t>
        <w:br/>
        <w:t>v -0.620159 14.213255 1.280328</w:t>
        <w:br/>
        <w:t>v -0.615072 14.233583 1.285581</w:t>
        <w:br/>
        <w:t>v -0.606332 14.232410 1.283061</w:t>
        <w:br/>
        <w:t>v -0.610868 14.221014 1.283423</w:t>
        <w:br/>
        <w:t>v -0.617721 14.225492 1.285555</w:t>
        <w:br/>
        <w:t>v -0.617045 14.241138 1.282538</w:t>
        <w:br/>
        <w:t>v -0.609962 14.243357 1.278888</w:t>
        <w:br/>
        <w:t>v -0.632296 14.249531 1.266319</w:t>
        <w:br/>
        <w:t>v -0.619243 14.249685 1.272639</w:t>
        <w:br/>
        <w:t>v -0.654719 14.260460 1.292319</w:t>
        <w:br/>
        <w:t>v -0.632296 14.249531 1.266319</w:t>
        <w:br/>
        <w:t>v -0.684505 14.269041 1.317956</w:t>
        <w:br/>
        <w:t>v -0.727700 14.271629 1.315532</w:t>
        <w:br/>
        <w:t>v -0.755655 14.267090 1.284981</w:t>
        <w:br/>
        <w:t>v -0.754307 14.259178 1.247286</w:t>
        <w:br/>
        <w:t>v -0.734189 14.250546 1.212411</w:t>
        <w:br/>
        <w:t>v -0.744592 14.249838 1.205396</w:t>
        <w:br/>
        <w:t>v -0.734189 14.250546 1.212411</w:t>
        <w:br/>
        <w:t>v -0.751470 14.243063 1.201516</w:t>
        <w:br/>
        <w:t>v -0.750483 14.240992 1.209300</w:t>
        <w:br/>
        <w:t>v -0.609962 14.243357 1.278888</w:t>
        <w:br/>
        <w:t>v -0.610868 14.221014 1.283423</w:t>
        <w:br/>
        <w:t>v -0.751470 14.243063 1.201516</w:t>
        <w:br/>
        <w:t>v -0.750265 14.220596 1.206008</w:t>
        <w:br/>
        <w:t>v -0.752146 14.233610 1.210158</w:t>
        <w:br/>
        <w:t>v -0.606332 14.232410 1.283061</w:t>
        <w:br/>
        <w:t>v -0.753841 14.231936 1.201591</w:t>
        <w:br/>
        <w:t>v -1.280080 14.066046 0.248387</w:t>
        <w:br/>
        <w:t>v -1.259055 14.062725 0.207270</w:t>
        <w:br/>
        <w:t>v -1.246197 14.088438 0.211068</w:t>
        <w:br/>
        <w:t>v -1.267196 14.091642 0.252242</w:t>
        <w:br/>
        <w:t>v -1.220839 14.047243 0.193788</w:t>
        <w:br/>
        <w:t>v -1.207967 14.073053 0.197543</w:t>
        <w:br/>
        <w:t>v -1.171778 14.055687 0.207050</w:t>
        <w:br/>
        <w:t>v -1.184774 14.029842 0.203662</w:t>
        <w:br/>
        <w:t>v -1.235505 14.035259 0.310883</w:t>
        <w:br/>
        <w:t>v -1.268826 14.054340 0.291805</w:t>
        <w:br/>
        <w:t>v -1.255955 14.079872 0.295691</w:t>
        <w:br/>
        <w:t>v -1.223223 14.061117 0.314571</w:t>
        <w:br/>
        <w:t>v -1.171644 14.056639 0.198877</w:t>
        <w:br/>
        <w:t>v -1.171778 14.055687 0.207050</w:t>
        <w:br/>
        <w:t>v -1.184774 14.029842 0.203662</w:t>
        <w:br/>
        <w:t>v -1.184162 14.031456 0.195707</w:t>
        <w:br/>
        <w:t>v -1.207577 14.017530 0.317764</w:t>
        <w:br/>
        <w:t>v -1.195320 14.043413 0.321494</w:t>
        <w:br/>
        <w:t>v -1.195320 14.043413 0.321494</w:t>
        <w:br/>
        <w:t>v -1.197720 14.042744 0.330492</w:t>
        <w:br/>
        <w:t>v -1.210097 14.017454 0.326610</w:t>
        <w:br/>
        <w:t>v -1.207577 14.017530 0.317764</w:t>
        <w:br/>
        <w:t>v -1.259141 14.094690 0.253426</w:t>
        <w:br/>
        <w:t>v -1.240169 14.091816 0.216221</w:t>
        <w:br/>
        <w:t>v -1.258559 14.055054 0.210788</w:t>
        <w:br/>
        <w:t>v -1.277530 14.058094 0.247923</w:t>
        <w:br/>
        <w:t>v -1.205882 14.078043 0.204106</w:t>
        <w:br/>
        <w:t>v -1.224286 14.041172 0.198729</w:t>
        <w:br/>
        <w:t>v -1.167718 14.060131 0.211490</w:t>
        <w:br/>
        <w:t>v -1.186109 14.023174 0.206148</w:t>
        <w:br/>
        <w:t>v -1.248995 14.084042 0.292701</w:t>
        <w:br/>
        <w:t>v -1.267385 14.047539 0.287157</w:t>
        <w:br/>
        <w:t>v -1.236165 14.029728 0.304156</w:t>
        <w:br/>
        <w:t>v -1.217764 14.066284 0.309685</w:t>
        <w:br/>
        <w:t>v -1.164573 14.060564 0.199158</w:t>
        <w:br/>
        <w:t>v -1.182496 14.024242 0.194235</w:t>
        <w:br/>
        <w:t>v -1.186109 14.023174 0.206148</w:t>
        <w:br/>
        <w:t>v -1.167718 14.060131 0.211490</w:t>
        <w:br/>
        <w:t>v -1.206765 14.010838 0.314209</w:t>
        <w:br/>
        <w:t>v -1.188324 14.047415 0.319724</w:t>
        <w:br/>
        <w:t>v -1.206765 14.010838 0.314209</w:t>
        <w:br/>
        <w:t>v -1.208553 14.009735 0.327916</w:t>
        <w:br/>
        <w:t>v -1.190300 14.045841 0.333528</w:t>
        <w:br/>
        <w:t>v -1.188324 14.047415 0.319724</w:t>
        <w:br/>
        <w:t>v -1.277530 14.058094 0.247923</w:t>
        <w:br/>
        <w:t>v -1.258559 14.055054 0.210788</w:t>
        <w:br/>
        <w:t>v -1.224286 14.041172 0.198729</w:t>
        <w:br/>
        <w:t>v -1.186109 14.023174 0.206148</w:t>
        <w:br/>
        <w:t>v -1.236165 14.029728 0.304156</w:t>
        <w:br/>
        <w:t>v -1.267385 14.047539 0.287157</w:t>
        <w:br/>
        <w:t>v -1.176266 14.032242 0.186446</w:t>
        <w:br/>
        <w:t>v -1.169729 14.043808 0.184336</w:t>
        <w:br/>
        <w:t>v -1.176945 14.046364 0.189040</w:t>
        <w:br/>
        <w:t>v -1.180906 14.037804 0.190209</w:t>
        <w:br/>
        <w:t>v -1.186109 14.023174 0.206148</w:t>
        <w:br/>
        <w:t>v -1.182496 14.024242 0.194235</w:t>
        <w:br/>
        <w:t>v -1.206765 14.010838 0.314209</w:t>
        <w:br/>
        <w:t>v -1.208553 14.009735 0.327916</w:t>
        <w:br/>
        <w:t>v -1.206765 14.010838 0.314209</w:t>
        <w:br/>
        <w:t>v -1.206379 14.030163 0.338215</w:t>
        <w:br/>
        <w:t>v -1.201318 14.026836 0.345200</w:t>
        <w:br/>
        <w:t>v -1.206386 14.016150 0.338969</w:t>
        <w:br/>
        <w:t>v -1.209500 14.022415 0.334196</w:t>
        <w:br/>
        <w:t>v -1.201883 14.037931 0.336884</w:t>
        <w:br/>
        <w:t>v -1.195259 14.038277 0.342697</w:t>
        <w:br/>
        <w:t>v -1.188324 14.047415 0.319724</w:t>
        <w:br/>
        <w:t>v -1.190300 14.045841 0.333528</w:t>
        <w:br/>
        <w:t>v -1.217764 14.066284 0.309685</w:t>
        <w:br/>
        <w:t>v -1.188324 14.047415 0.319724</w:t>
        <w:br/>
        <w:t>v -1.248995 14.084042 0.292701</w:t>
        <w:br/>
        <w:t>v -1.259141 14.094690 0.253426</w:t>
        <w:br/>
        <w:t>v -1.240169 14.091816 0.216221</w:t>
        <w:br/>
        <w:t>v -1.205882 14.078043 0.204106</w:t>
        <w:br/>
        <w:t>v -1.167718 14.060131 0.211490</w:t>
        <w:br/>
        <w:t>v -1.164573 14.060564 0.199158</w:t>
        <w:br/>
        <w:t>v -1.167718 14.060131 0.211490</w:t>
        <w:br/>
        <w:t>v -1.165322 14.054575 0.189460</w:t>
        <w:br/>
        <w:t>v -1.173228 14.053370 0.192227</w:t>
        <w:br/>
        <w:t>v -1.195259 14.038277 0.342697</w:t>
        <w:br/>
        <w:t>v -1.206386 14.016150 0.338969</w:t>
        <w:br/>
        <w:t>v -1.165322 14.054575 0.189460</w:t>
        <w:br/>
        <w:t>v -1.176266 14.032242 0.186446</w:t>
        <w:br/>
        <w:t>v -1.176945 14.046364 0.189040</w:t>
        <w:br/>
        <w:t>v -1.201318 14.026836 0.345200</w:t>
        <w:br/>
        <w:t>v -1.169729 14.043808 0.184336</w:t>
        <w:br/>
        <w:t>v -1.373104 13.729830 0.209484</w:t>
        <w:br/>
        <w:t>v -1.366270 13.727451 0.204002</w:t>
        <w:br/>
        <w:t>v -1.372530 13.730721 0.200755</w:t>
        <w:br/>
        <w:t>v -1.379071 13.733351 0.202716</w:t>
        <w:br/>
        <w:t>v -1.382192 13.733976 0.208740</w:t>
        <w:br/>
        <w:t>v -1.380077 13.732220 0.215285</w:t>
        <w:br/>
        <w:t>v -1.373932 13.729124 0.218519</w:t>
        <w:br/>
        <w:t>v -1.367328 13.726492 0.216546</w:t>
        <w:br/>
        <w:t>v -1.364206 13.725866 0.210523</w:t>
        <w:br/>
        <w:t>v -1.077064 14.340000 0.296755</w:t>
        <w:br/>
        <w:t>v -1.068591 14.350992 0.243036</w:t>
        <w:br/>
        <w:t>v -1.038601 14.329369 0.261183</w:t>
        <w:br/>
        <w:t>v -1.105688 14.365051 0.256739</w:t>
        <w:br/>
        <w:t>v -1.124834 14.367020 0.294423</w:t>
        <w:br/>
        <w:t>v -1.114681 14.355858 0.333999</w:t>
        <w:br/>
        <w:t>v -1.081306 14.338297 0.352175</w:t>
        <w:br/>
        <w:t>v -1.044792 14.324499 0.338315</w:t>
        <w:br/>
        <w:t>v -1.024961 14.322159 0.300839</w:t>
        <w:br/>
        <w:t>v -1.109172 14.281637 0.341120</w:t>
        <w:br/>
        <w:t>v -1.141222 14.298491 0.323697</w:t>
        <w:br/>
        <w:t>v -1.115037 14.325983 0.318314</w:t>
        <w:br/>
        <w:t>v -1.092288 14.314026 0.330671</w:t>
        <w:br/>
        <w:t>v -1.150926 14.309101 0.285849</w:t>
        <w:br/>
        <w:t>v -1.121926 14.333498 0.291486</w:t>
        <w:br/>
        <w:t>v -1.132648 14.307053 0.249834</w:t>
        <w:br/>
        <w:t>v -1.108951 14.332104 0.265919</w:t>
        <w:br/>
        <w:t>v -1.097108 14.293501 0.236779</w:t>
        <w:br/>
        <w:t>v -1.083699 14.322554 0.256633</w:t>
        <w:br/>
        <w:t>v -1.065090 14.276518 0.254253</w:t>
        <w:br/>
        <w:t>v -1.063252 14.306808 0.268782</w:t>
        <w:br/>
        <w:t>v -1.054080 14.303148 0.295784</w:t>
        <w:br/>
        <w:t>v -1.055367 14.266161 0.291983</w:t>
        <w:br/>
        <w:t>v -1.073629 14.268314 0.327945</w:t>
        <w:br/>
        <w:t>v -1.067040 14.304604 0.321323</w:t>
        <w:br/>
        <w:t>v -1.114681 14.355858 0.333999</w:t>
        <w:br/>
        <w:t>v -1.081306 14.338297 0.352175</w:t>
        <w:br/>
        <w:t>v -1.124834 14.367020 0.294423</w:t>
        <w:br/>
        <w:t>v -1.105688 14.365051 0.256739</w:t>
        <w:br/>
        <w:t>v -1.068591 14.350992 0.243036</w:t>
        <w:br/>
        <w:t>v -1.038601 14.329369 0.261183</w:t>
        <w:br/>
        <w:t>v -1.024961 14.322159 0.300839</w:t>
        <w:br/>
        <w:t>v -1.044792 14.324499 0.338315</w:t>
        <w:br/>
        <w:t>v -1.275580 13.936808 0.195827</w:t>
        <w:br/>
        <w:t>v -1.249145 13.926928 0.210544</w:t>
        <w:br/>
        <w:t>v -1.208965 13.988056 0.211855</w:t>
        <w:br/>
        <w:t>v -1.240947 14.005234 0.194291</w:t>
        <w:br/>
        <w:t>v -1.276428 14.019651 0.206962</w:t>
        <w:br/>
        <w:t>v -1.303463 13.948343 0.205700</w:t>
        <w:br/>
        <w:t>v -1.294610 14.022697 0.242481</w:t>
        <w:br/>
        <w:t>v -1.317789 13.950968 0.233538</w:t>
        <w:br/>
        <w:t>v -1.284875 14.012667 0.280039</w:t>
        <w:br/>
        <w:t>v -1.310136 13.943233 0.263000</w:t>
        <w:br/>
        <w:t>v -1.252913 13.995586 0.297570</w:t>
        <w:br/>
        <w:t>v -1.284904 13.929716 0.276835</w:t>
        <w:br/>
        <w:t>v -1.217175 13.981256 0.284923</w:t>
        <w:br/>
        <w:t>v -1.256643 13.918253 0.267036</w:t>
        <w:br/>
        <w:t>v -1.198849 13.978035 0.249497</w:t>
        <w:br/>
        <w:t>v -1.242645 13.915627 0.239119</w:t>
        <w:br/>
        <w:t>v -1.283754 13.918839 0.185646</w:t>
        <w:br/>
        <w:t>v -1.252534 13.906775 0.203085</w:t>
        <w:br/>
        <w:t>v -1.316894 13.932598 0.197331</w:t>
        <w:br/>
        <w:t>v -1.333903 13.935797 0.230362</w:t>
        <w:br/>
        <w:t>v -1.324800 13.926645 0.265372</w:t>
        <w:br/>
        <w:t>v -1.294222 13.910423 0.282008</w:t>
        <w:br/>
        <w:t>v -1.260147 13.896654 0.270529</w:t>
        <w:br/>
        <w:t>v -1.243821 13.893520 0.237320</w:t>
        <w:br/>
        <w:t>v -1.352876 13.829660 0.240155</w:t>
        <w:br/>
        <w:t>v -1.380077 13.732220 0.215285</w:t>
        <w:br/>
        <w:t>v -1.382192 13.733976 0.208740</w:t>
        <w:br/>
        <w:t>v -1.359384 13.835217 0.219127</w:t>
        <w:br/>
        <w:t>v -1.333407 13.819740 0.250460</w:t>
        <w:br/>
        <w:t>v -1.373932 13.729124 0.218519</w:t>
        <w:br/>
        <w:t>v -1.312554 13.811321 0.243955</w:t>
        <w:br/>
        <w:t>v -1.367328 13.726492 0.216546</w:t>
        <w:br/>
        <w:t>v -1.302824 13.809387 0.224365</w:t>
        <w:br/>
        <w:t>v -1.364206 13.725866 0.210523</w:t>
        <w:br/>
        <w:t>v -1.309141 13.816999 0.203691</w:t>
        <w:br/>
        <w:t>v -1.329070 13.824921 0.192961</w:t>
        <w:br/>
        <w:t>v -1.349465 13.833248 0.199595</w:t>
        <w:br/>
        <w:t>v -1.379071 13.733351 0.202716</w:t>
        <w:br/>
        <w:t>v -1.372530 13.730721 0.200755</w:t>
        <w:br/>
        <w:t>v -1.188514 14.248550 0.276122</w:t>
        <w:br/>
        <w:t>v -1.167452 14.245995 0.234648</w:t>
        <w:br/>
        <w:t>v -1.154602 14.271605 0.238495</w:t>
        <w:br/>
        <w:t>v -1.175651 14.274073 0.280011</w:t>
        <w:br/>
        <w:t>v -1.129173 14.231125 0.220891</w:t>
        <w:br/>
        <w:t>v -1.116336 14.256804 0.224705</w:t>
        <w:br/>
        <w:t>v -1.080105 14.239702 0.234084</w:t>
        <w:br/>
        <w:t>v -1.093081 14.213991 0.230634</w:t>
        <w:br/>
        <w:t>v -1.143896 14.217506 0.338748</w:t>
        <w:br/>
        <w:t>v -1.177276 14.236418 0.319741</w:t>
        <w:br/>
        <w:t>v -1.164425 14.261887 0.323652</w:t>
        <w:br/>
        <w:t>v -1.131650 14.243284 0.342466</w:t>
        <w:br/>
        <w:t>v -1.079967 14.240759 0.225862</w:t>
        <w:br/>
        <w:t>v -1.080105 14.239702 0.234084</w:t>
        <w:br/>
        <w:t>v -1.093081 14.213991 0.230634</w:t>
        <w:br/>
        <w:t>v -1.092466 14.215721 0.222632</w:t>
        <w:br/>
        <w:t>v -1.116361 14.200281 0.345291</w:t>
        <w:br/>
        <w:t>v -1.104149 14.226095 0.349058</w:t>
        <w:br/>
        <w:t>v -1.104149 14.226095 0.349058</w:t>
        <w:br/>
        <w:t>v -1.106577 14.225321 0.358086</w:t>
        <w:br/>
        <w:t>v -1.118868 14.200092 0.354188</w:t>
        <w:br/>
        <w:t>v -1.116361 14.200281 0.345291</w:t>
        <w:br/>
        <w:t>v -1.167593 14.277161 0.281177</w:t>
        <w:br/>
        <w:t>v -1.148576 14.274942 0.243666</w:t>
        <w:br/>
        <w:t>v -1.166937 14.238329 0.238164</w:t>
        <w:br/>
        <w:t>v -1.185954 14.240675 0.275623</w:t>
        <w:br/>
        <w:t>v -1.114260 14.261679 0.231313</w:t>
        <w:br/>
        <w:t>v -1.132621 14.225002 0.225855</w:t>
        <w:br/>
        <w:t>v -1.076050 14.244095 0.238548</w:t>
        <w:br/>
        <w:t>v -1.094412 14.207348 0.233116</w:t>
        <w:br/>
        <w:t>v -1.157462 14.266153 0.320624</w:t>
        <w:br/>
        <w:t>v -1.175823 14.229731 0.315040</w:t>
        <w:br/>
        <w:t>v -1.144579 14.212078 0.331964</w:t>
        <w:br/>
        <w:t>v -1.126207 14.248535 0.337537</w:t>
        <w:br/>
        <w:t>v -1.072898 14.244709 0.226130</w:t>
        <w:br/>
        <w:t>v -1.090793 14.208588 0.221115</w:t>
        <w:br/>
        <w:t>v -1.094412 14.207348 0.233116</w:t>
        <w:br/>
        <w:t>v -1.076050 14.244095 0.238548</w:t>
        <w:br/>
        <w:t>v -1.115622 14.193722 0.341660</w:t>
        <w:br/>
        <w:t>v -1.097267 14.230209 0.347212</w:t>
        <w:br/>
        <w:t>v -1.115622 14.193722 0.341660</w:t>
        <w:br/>
        <w:t>v -1.117466 14.192505 0.355397</w:t>
        <w:br/>
        <w:t>v -1.099343 14.228554 0.361022</w:t>
        <w:br/>
        <w:t>v -1.097267 14.230209 0.347212</w:t>
        <w:br/>
        <w:t>v -1.185954 14.240675 0.275623</w:t>
        <w:br/>
        <w:t>v -1.166937 14.238329 0.238164</w:t>
        <w:br/>
        <w:t>v -1.132621 14.225002 0.225855</w:t>
        <w:br/>
        <w:t>v -1.094412 14.207348 0.233116</w:t>
        <w:br/>
        <w:t>v -1.144579 14.212078 0.331964</w:t>
        <w:br/>
        <w:t>v -1.175823 14.229731 0.315040</w:t>
        <w:br/>
        <w:t>v -1.084562 14.216682 0.213283</w:t>
        <w:br/>
        <w:t>v -1.078033 14.228247 0.211179</w:t>
        <w:br/>
        <w:t>v -1.085256 14.230648 0.215948</w:t>
        <w:br/>
        <w:t>v -1.089224 14.222118 0.217108</w:t>
        <w:br/>
        <w:t>v -1.094412 14.207348 0.233116</w:t>
        <w:br/>
        <w:t>v -1.090793 14.208588 0.221115</w:t>
        <w:br/>
        <w:t>v -1.115622 14.193722 0.341660</w:t>
        <w:br/>
        <w:t>v -1.117466 14.192505 0.355397</w:t>
        <w:br/>
        <w:t>v -1.115622 14.193722 0.341660</w:t>
        <w:br/>
        <w:t>v -1.115217 14.212660 0.365843</w:t>
        <w:br/>
        <w:t>v -1.110477 14.209467 0.372707</w:t>
        <w:br/>
        <w:t>v -1.115416 14.198830 0.366467</w:t>
        <w:br/>
        <w:t>v -1.118288 14.204960 0.361811</w:t>
        <w:br/>
        <w:t>v -1.110742 14.220453 0.364504</w:t>
        <w:br/>
        <w:t>v -1.104402 14.220924 0.370191</w:t>
        <w:br/>
        <w:t>v -1.097267 14.230209 0.347212</w:t>
        <w:br/>
        <w:t>v -1.099343 14.228554 0.361022</w:t>
        <w:br/>
        <w:t>v -1.126207 14.248535 0.337537</w:t>
        <w:br/>
        <w:t>v -1.097267 14.230209 0.347212</w:t>
        <w:br/>
        <w:t>v -1.157462 14.266153 0.320624</w:t>
        <w:br/>
        <w:t>v -1.167593 14.277161 0.281177</w:t>
        <w:br/>
        <w:t>v -1.148576 14.274942 0.243666</w:t>
        <w:br/>
        <w:t>v -1.114260 14.261679 0.231313</w:t>
        <w:br/>
        <w:t>v -1.076050 14.244095 0.238548</w:t>
        <w:br/>
        <w:t>v -1.072898 14.244709 0.226130</w:t>
        <w:br/>
        <w:t>v -1.076050 14.244095 0.238548</w:t>
        <w:br/>
        <w:t>v -1.073649 14.238895 0.216356</w:t>
        <w:br/>
        <w:t>v -1.081544 14.237598 0.219167</w:t>
        <w:br/>
        <w:t>v -1.104402 14.220924 0.370191</w:t>
        <w:br/>
        <w:t>v -1.115416 14.198830 0.366467</w:t>
        <w:br/>
        <w:t>v -1.073649 14.238895 0.216356</w:t>
        <w:br/>
        <w:t>v -1.084562 14.216682 0.213283</w:t>
        <w:br/>
        <w:t>v -1.085256 14.230648 0.215948</w:t>
        <w:br/>
        <w:t>v -1.110477 14.209467 0.372707</w:t>
        <w:br/>
        <w:t>v -1.078033 14.228247 0.211179</w:t>
        <w:br/>
        <w:t>v -1.260911 14.118773 0.255274</w:t>
        <w:br/>
        <w:t>v -1.238207 14.115440 0.210720</w:t>
        <w:br/>
        <w:t>v -1.180994 14.230093 0.227884</w:t>
        <w:br/>
        <w:t>v -1.203752 14.232912 0.272671</w:t>
        <w:br/>
        <w:t>v -1.193944 14.097797 0.194760</w:t>
        <w:br/>
        <w:t>v -1.136661 14.212873 0.211716</w:t>
        <w:br/>
        <w:t>v -1.154025 14.076439 0.216651</w:t>
        <w:br/>
        <w:t>v -1.096717 14.191610 0.233570</w:t>
        <w:br/>
        <w:t>v -1.141396 14.063725 0.263713</w:t>
        <w:br/>
        <w:t>v -1.084596 14.178885 0.280529</w:t>
        <w:br/>
        <w:t>v -1.163972 14.067160 0.308252</w:t>
        <w:br/>
        <w:t>v -1.107366 14.181889 0.325250</w:t>
        <w:br/>
        <w:t>v -1.084596 14.178885 0.280529</w:t>
        <w:br/>
        <w:t>v -1.141396 14.063725 0.263713</w:t>
        <w:br/>
        <w:t>v -1.208912 14.084764 0.324080</w:t>
        <w:br/>
        <w:t>v -1.151701 14.198742 0.341571</w:t>
        <w:br/>
        <w:t>v -1.248761 14.105965 0.302280</w:t>
        <w:br/>
        <w:t>v -1.191620 14.219818 0.319823</w:t>
        <w:br/>
        <w:t>v -1.172372 14.233244 0.235899</w:t>
        <w:br/>
        <w:t>v -1.236274 14.105307 0.216745</w:t>
        <w:br/>
        <w:t>v -1.255696 14.108185 0.254856</w:t>
        <w:br/>
        <w:t>v -1.191854 14.235651 0.274246</w:t>
        <w:br/>
        <w:t>v -1.134428 14.218550 0.222049</w:t>
        <w:br/>
        <w:t>v -1.198380 14.090206 0.203083</w:t>
        <w:br/>
        <w:t>v -1.100253 14.200377 0.240746</w:t>
        <w:br/>
        <w:t>v -1.164237 14.071924 0.221814</w:t>
        <w:br/>
        <w:t>v -1.089870 14.189449 0.280953</w:t>
        <w:br/>
        <w:t>v -1.153553 14.061113 0.262036</w:t>
        <w:br/>
        <w:t>v -1.109362 14.191978 0.319241</w:t>
        <w:br/>
        <w:t>v -1.172917 14.064087 0.300125</w:t>
        <w:br/>
        <w:t>v -1.153553 14.061113 0.262036</w:t>
        <w:br/>
        <w:t>v -1.089870 14.189449 0.280953</w:t>
        <w:br/>
        <w:t>v -1.147307 14.206406 0.333222</w:t>
        <w:br/>
        <w:t>v -1.211172 14.079111 0.313732</w:t>
        <w:br/>
        <w:t>v -1.181474 14.224443 0.314597</w:t>
        <w:br/>
        <w:t>v -1.245302 14.097263 0.295068</w:t>
        <w:br/>
        <w:t>v -1.172372 14.233244 0.235899</w:t>
        <w:br/>
        <w:t>v -1.191854 14.235651 0.274246</w:t>
        <w:br/>
        <w:t>v -1.255696 14.108185 0.254856</w:t>
        <w:br/>
        <w:t>v -1.236274 14.105307 0.216745</w:t>
        <w:br/>
        <w:t>v -1.134428 14.218550 0.222049</w:t>
        <w:br/>
        <w:t>v -1.198380 14.090206 0.203083</w:t>
        <w:br/>
        <w:t>v -1.100253 14.200377 0.240746</w:t>
        <w:br/>
        <w:t>v -1.164237 14.071924 0.221814</w:t>
        <w:br/>
        <w:t>v -1.089870 14.189449 0.280953</w:t>
        <w:br/>
        <w:t>v -1.153553 14.061113 0.262036</w:t>
        <w:br/>
        <w:t>v -1.089870 14.189449 0.280953</w:t>
        <w:br/>
        <w:t>v -1.109362 14.191978 0.319241</w:t>
        <w:br/>
        <w:t>v -1.172917 14.064087 0.300125</w:t>
        <w:br/>
        <w:t>v -1.153553 14.061113 0.262036</w:t>
        <w:br/>
        <w:t>v -1.147307 14.206406 0.333222</w:t>
        <w:br/>
        <w:t>v -1.211172 14.079111 0.313732</w:t>
        <w:br/>
        <w:t>v -1.181474 14.224443 0.314597</w:t>
        <w:br/>
        <w:t>v -1.245302 14.097263 0.295068</w:t>
        <w:br/>
        <w:t>v -1.263489 14.113989 0.047780</w:t>
        <w:br/>
        <w:t>v -1.235838 14.110233 0.010976</w:t>
        <w:br/>
        <w:t>v -1.224161 14.136517 0.016543</w:t>
        <w:br/>
        <w:t>v -1.251849 14.140207 0.053379</w:t>
        <w:br/>
        <w:t>v -1.195725 14.094923 0.003986</w:t>
        <w:br/>
        <w:t>v -1.184039 14.121210 0.009555</w:t>
        <w:br/>
        <w:t>v -1.149517 14.104212 0.024814</w:t>
        <w:br/>
        <w:t>v -1.161392 14.077932 0.019571</w:t>
        <w:br/>
        <w:t>v -1.229396 14.084158 0.116393</w:t>
        <w:br/>
        <w:t>v -1.259468 14.102898 0.092173</w:t>
        <w:br/>
        <w:t>v -1.247841 14.129028 0.097817</w:t>
        <w:br/>
        <w:t>v -1.218332 14.110596 0.121751</w:t>
        <w:br/>
        <w:t>v -1.148111 14.105093 0.016804</w:t>
        <w:br/>
        <w:t>v -1.149517 14.104212 0.024814</w:t>
        <w:br/>
        <w:t>v -1.161392 14.077932 0.019571</w:t>
        <w:br/>
        <w:t>v -1.159552 14.079514 0.011841</w:t>
        <w:br/>
        <w:t>v -1.203042 14.066765 0.127521</w:t>
        <w:br/>
        <w:t>v -1.192014 14.093241 0.132914</w:t>
        <w:br/>
        <w:t>v -1.192014 14.093241 0.132914</w:t>
        <w:br/>
        <w:t>v -1.195895 14.092680 0.141310</w:t>
        <w:br/>
        <w:t>v -1.206985 14.066797 0.135772</w:t>
        <w:br/>
        <w:t>v -1.203042 14.066765 0.127521</w:t>
        <w:br/>
        <w:t>v -1.244143 14.143414 0.055814</w:t>
        <w:br/>
        <w:t>v -1.219135 14.140099 0.022519</w:t>
        <w:br/>
        <w:t>v -1.235768 14.102524 0.014572</w:t>
        <w:br/>
        <w:t>v -1.260768 14.105936 0.047821</w:t>
        <w:br/>
        <w:t>v -1.183101 14.126362 0.016283</w:t>
        <w:br/>
        <w:t>v -1.199801 14.088797 0.008326</w:t>
        <w:br/>
        <w:t>v -1.146285 14.108799 0.029795</w:t>
        <w:br/>
        <w:t>v -1.162993 14.071220 0.021838</w:t>
        <w:br/>
        <w:t>v -1.240522 14.133301 0.095967</w:t>
        <w:br/>
        <w:t>v -1.257148 14.095934 0.087914</w:t>
        <w:br/>
        <w:t>v -1.228851 14.078434 0.109746</w:t>
        <w:br/>
        <w:t>v -1.212224 14.115835 0.117789</w:t>
        <w:br/>
        <w:t>v -1.141243 14.109144 0.018186</w:t>
        <w:br/>
        <w:t>v -1.157557 14.072254 0.010691</w:t>
        <w:br/>
        <w:t>v -1.162993 14.071220 0.021838</w:t>
        <w:br/>
        <w:t>v -1.146285 14.108799 0.029795</w:t>
        <w:br/>
        <w:t>v -1.201606 14.059958 0.124200</w:t>
        <w:br/>
        <w:t>v -1.184979 14.097397 0.132213</w:t>
        <w:br/>
        <w:t>v -1.201606 14.059958 0.124200</w:t>
        <w:br/>
        <w:t>v -1.205684 14.059074 0.137273</w:t>
        <w:br/>
        <w:t>v -1.189298 14.096048 0.145338</w:t>
        <w:br/>
        <w:t>v -1.184979 14.097397 0.132213</w:t>
        <w:br/>
        <w:t>v -1.260768 14.105936 0.047821</w:t>
        <w:br/>
        <w:t>v -1.235768 14.102524 0.014572</w:t>
        <w:br/>
        <w:t>v -1.199801 14.088797 0.008326</w:t>
        <w:br/>
        <w:t>v -1.162993 14.071220 0.021838</w:t>
        <w:br/>
        <w:t>v -1.228851 14.078434 0.109746</w:t>
        <w:br/>
        <w:t>v -1.257148 14.095934 0.087914</w:t>
        <w:br/>
        <w:t>v -1.150309 14.080341 0.003982</w:t>
        <w:br/>
        <w:t>v -1.143715 14.092073 0.002887</w:t>
        <w:br/>
        <w:t>v -1.151619 14.094574 0.006345</w:t>
        <w:br/>
        <w:t>v -1.155577 14.085911 0.006907</w:t>
        <w:br/>
        <w:t>v -1.162993 14.071220 0.021838</w:t>
        <w:br/>
        <w:t>v -1.157557 14.072254 0.010691</w:t>
        <w:br/>
        <w:t>v -1.201606 14.059958 0.124200</w:t>
        <w:br/>
        <w:t>v -1.205684 14.059074 0.137273</w:t>
        <w:br/>
        <w:t>v -1.201606 14.059958 0.124200</w:t>
        <w:br/>
        <w:t>v -1.205501 14.079941 0.147583</w:t>
        <w:br/>
        <w:t>v -1.201866 14.076851 0.155094</w:t>
        <w:br/>
        <w:t>v -1.205565 14.065821 0.148318</w:t>
        <w:br/>
        <w:t>v -1.207757 14.071968 0.143234</w:t>
        <w:br/>
        <w:t>v -1.200989 14.087864 0.146924</w:t>
        <w:br/>
        <w:t>v -1.195657 14.088488 0.153526</w:t>
        <w:br/>
        <w:t>v -1.184979 14.097397 0.132213</w:t>
        <w:br/>
        <w:t>v -1.189298 14.096048 0.145338</w:t>
        <w:br/>
        <w:t>v -1.212224 14.115835 0.117789</w:t>
        <w:br/>
        <w:t>v -1.184979 14.097397 0.132213</w:t>
        <w:br/>
        <w:t>v -1.240522 14.133301 0.095967</w:t>
        <w:br/>
        <w:t>v -1.244143 14.143414 0.055814</w:t>
        <w:br/>
        <w:t>v -1.219135 14.140099 0.022519</w:t>
        <w:br/>
        <w:t>v -1.183101 14.126362 0.016283</w:t>
        <w:br/>
        <w:t>v -1.146285 14.108799 0.029795</w:t>
        <w:br/>
        <w:t>v -1.141243 14.109144 0.018186</w:t>
        <w:br/>
        <w:t>v -1.146285 14.108799 0.029795</w:t>
        <w:br/>
        <w:t>v -1.140355 14.103010 0.008571</w:t>
        <w:br/>
        <w:t>v -1.148565 14.101717 0.010039</w:t>
        <w:br/>
        <w:t>v -1.195657 14.088488 0.153526</w:t>
        <w:br/>
        <w:t>v -1.205565 14.065821 0.148318</w:t>
        <w:br/>
        <w:t>v -1.140355 14.103010 0.008571</w:t>
        <w:br/>
        <w:t>v -1.150309 14.080341 0.003982</w:t>
        <w:br/>
        <w:t>v -1.151619 14.094574 0.006345</w:t>
        <w:br/>
        <w:t>v -1.201866 14.076851 0.155094</w:t>
        <w:br/>
        <w:t>v -1.143715 14.092073 0.002887</w:t>
        <w:br/>
        <w:t>v -1.347525 13.775177 -0.006067</w:t>
        <w:br/>
        <w:t>v -1.340125 13.772976 -0.010523</w:t>
        <w:br/>
        <w:t>v -1.345440 13.776058 -0.014506</w:t>
        <w:br/>
        <w:t>v -1.351896 13.778507 -0.013426</w:t>
        <w:br/>
        <w:t>v -1.355910 13.779064 -0.007957</w:t>
        <w:br/>
        <w:t>v -1.355094 13.777403 -0.001304</w:t>
        <w:br/>
        <w:t>v -1.349856 13.774475 0.002648</w:t>
        <w:br/>
        <w:t>v -1.343279 13.772020 0.001599</w:t>
        <w:br/>
        <w:t>v -1.339302 13.771465 -0.003882</w:t>
        <w:br/>
        <w:t>v -1.080220 14.393663 0.125433</w:t>
        <w:br/>
        <w:t>v -1.062529 14.404194 0.074131</w:t>
        <w:br/>
        <w:t>v -1.039779 14.382578 0.096452</w:t>
        <w:br/>
        <w:t>v -1.098625 14.418379 0.081901</w:t>
        <w:br/>
        <w:t>v -1.123137 14.420694 0.115880</w:t>
        <w:br/>
        <w:t>v -1.119590 14.409899 0.156464</w:t>
        <w:br/>
        <w:t>v -1.092061 14.392483 0.179453</w:t>
        <w:br/>
        <w:t>v -1.058735 14.378469 0.171159</w:t>
        <w:br/>
        <w:t>v -1.037347 14.375776 0.136880</w:t>
        <w:br/>
        <w:t>v -1.113802 14.335146 0.164737</w:t>
        <w:br/>
        <w:t>v -1.142792 14.351757 0.142342</w:t>
        <w:br/>
        <w:t>v -1.116630 14.379629 0.141149</w:t>
        <w:br/>
        <w:t>v -1.097175 14.367805 0.156872</w:t>
        <w:br/>
        <w:t>v -1.146402 14.361975 0.103520</w:t>
        <w:br/>
        <w:t>v -1.119161 14.386877 0.113635</w:t>
        <w:br/>
        <w:t>v -1.122646 14.359591 0.071119</w:t>
        <w:br/>
        <w:t>v -1.102381 14.385256 0.090602</w:t>
        <w:br/>
        <w:t>v -1.085251 14.345993 0.064149</w:t>
        <w:br/>
        <w:t>v -1.077102 14.375639 0.085443</w:t>
        <w:br/>
        <w:t>v -1.056961 14.329288 0.086491</w:t>
        <w:br/>
        <w:t>v -1.060598 14.359983 0.100495</w:t>
        <w:br/>
        <w:t>v -1.057812 14.356600 0.128248</w:t>
        <w:br/>
        <w:t>v -1.054205 14.319332 0.125020</w:t>
        <w:br/>
        <w:t>v -1.076993 14.321793 0.157526</w:t>
        <w:br/>
        <w:t>v -1.073163 14.358299 0.151467</w:t>
        <w:br/>
        <w:t>v -1.119590 14.409899 0.156464</w:t>
        <w:br/>
        <w:t>v -1.092061 14.392483 0.179453</w:t>
        <w:br/>
        <w:t>v -1.123137 14.420694 0.115880</w:t>
        <w:br/>
        <w:t>v -1.098625 14.418379 0.081901</w:t>
        <w:br/>
        <w:t>v -1.077102 14.375639 0.085443</w:t>
        <w:br/>
        <w:t>v -1.062529 14.404194 0.074131</w:t>
        <w:br/>
        <w:t>v -1.060598 14.359983 0.100495</w:t>
        <w:br/>
        <w:t>v -1.039779 14.382578 0.096452</w:t>
        <w:br/>
        <w:t>v -1.037347 14.375776 0.136880</w:t>
        <w:br/>
        <w:t>v -1.058735 14.378469 0.171159</w:t>
        <w:br/>
        <w:t>v -1.248278 13.983013 -0.002201</w:t>
        <w:br/>
        <w:t>v -1.224339 13.973557 0.016525</w:t>
        <w:br/>
        <w:t>v -1.185878 14.035561 0.023988</w:t>
        <w:br/>
        <w:t>v -1.214963 14.052279 0.001525</w:t>
        <w:br/>
        <w:t>v -1.252230 14.066429 0.008219</w:t>
        <w:br/>
        <w:t>v -1.277569 13.994152 0.003048</w:t>
        <w:br/>
        <w:t>v -1.276126 14.069689 0.040084</w:t>
        <w:br/>
        <w:t>v -1.296291 13.996712 0.028136</w:t>
        <w:br/>
        <w:t>v -1.272652 14.060177 0.078481</w:t>
        <w:br/>
        <w:t>v -1.293557 13.989237 0.058325</w:t>
        <w:br/>
        <w:t>v -1.243720 14.043451 0.100934</w:t>
        <w:br/>
        <w:t>v -1.270818 13.976080 0.075982</w:t>
        <w:br/>
        <w:t>v -1.206276 14.029308 0.094278</w:t>
        <w:br/>
        <w:t>v -1.241375 13.964962 0.070754</w:t>
        <w:br/>
        <w:t>v -1.182276 14.026037 0.062416</w:t>
        <w:br/>
        <w:t>v -1.222494 13.962393 0.045688</w:t>
        <w:br/>
        <w:t>v -1.254459 13.964897 -0.013515</w:t>
        <w:br/>
        <w:t>v -1.226185 13.953341 0.008667</w:t>
        <w:br/>
        <w:t>v -1.289259 13.978115 -0.007283</w:t>
        <w:br/>
        <w:t>v -1.311416 13.981167 0.022531</w:t>
        <w:br/>
        <w:t>v -1.308170 13.972284 0.058413</w:t>
        <w:br/>
        <w:t>v -1.281152 13.956650 0.079377</w:t>
        <w:br/>
        <w:t>v -1.246170 13.943426 0.073158</w:t>
        <w:br/>
        <w:t>v -1.223757 13.940382 0.043380</w:t>
        <w:br/>
        <w:t>v -1.331842 13.874872 0.028482</w:t>
        <w:br/>
        <w:t>v -1.355094 13.777403 -0.001304</w:t>
        <w:br/>
        <w:t>v -1.355910 13.779064 -0.007957</w:t>
        <w:br/>
        <w:t>v -1.333856 13.880125 0.007241</w:t>
        <w:br/>
        <w:t>v -1.315873 13.865622 0.040876</w:t>
        <w:br/>
        <w:t>v -1.349856 13.774475 0.002648</w:t>
        <w:br/>
        <w:t>v -1.295190 13.857803 0.037198</w:t>
        <w:br/>
        <w:t>v -1.343279 13.772020 0.001599</w:t>
        <w:br/>
        <w:t>v -1.282092 13.855995 0.019561</w:t>
        <w:br/>
        <w:t>v -1.339302 13.771465 -0.003882</w:t>
        <w:br/>
        <w:t>v -1.283620 13.863203 -0.001066</w:t>
        <w:br/>
        <w:t>v -1.300258 13.870497 -0.014088</w:t>
        <w:br/>
        <w:t>v -1.320825 13.878317 -0.010406</w:t>
        <w:br/>
        <w:t>v -1.351896 13.778507 -0.013426</w:t>
        <w:br/>
        <w:t>v -1.345440 13.776058 -0.014506</w:t>
        <w:br/>
        <w:t>v -1.180858 14.300367 0.088251</w:t>
        <w:br/>
        <w:t>v -1.153444 14.297384 0.050987</w:t>
        <w:br/>
        <w:t>v -1.141846 14.323442 0.056666</w:t>
        <w:br/>
        <w:t>v -1.169254 14.326326 0.093987</w:t>
        <w:br/>
        <w:t>v -1.113212 14.282457 0.043805</w:t>
        <w:br/>
        <w:t>v -1.101609 14.308588 0.049445</w:t>
        <w:br/>
        <w:t>v -1.067031 14.291731 0.064636</w:t>
        <w:br/>
        <w:t>v -1.078827 14.265574 0.059339</w:t>
        <w:br/>
        <w:t>v -1.146597 14.270071 0.157147</w:t>
        <w:br/>
        <w:t>v -1.176708 14.288727 0.132967</w:t>
        <w:br/>
        <w:t>v -1.165114 14.314617 0.138737</w:t>
        <w:br/>
        <w:t>v -1.135568 14.296263 0.162635</w:t>
        <w:br/>
        <w:t>v -1.065611 14.292675 0.056594</w:t>
        <w:br/>
        <w:t>v -1.067031 14.291731 0.064636</w:t>
        <w:br/>
        <w:t>v -1.078827 14.265574 0.059339</w:t>
        <w:br/>
        <w:t>v -1.076974 14.267202 0.051585</w:t>
        <w:br/>
        <w:t>v -1.120206 14.252943 0.168136</w:t>
        <w:br/>
        <w:t>v -1.109212 14.279158 0.173667</w:t>
        <w:br/>
        <w:t>v -1.109212 14.279158 0.173667</w:t>
        <w:br/>
        <w:t>v -1.113099 14.278448 0.182143</w:t>
        <w:br/>
        <w:t>v -1.124156 14.252815 0.176474</w:t>
        <w:br/>
        <w:t>v -1.120206 14.252943 0.168136</w:t>
        <w:br/>
        <w:t>v -1.161545 14.329527 0.096426</w:t>
        <w:br/>
        <w:t>v -1.136777 14.326942 0.062693</w:t>
        <w:br/>
        <w:t>v -1.153359 14.289692 0.054575</w:t>
        <w:br/>
        <w:t>v -1.178118 14.292421 0.088236</w:t>
        <w:br/>
        <w:t>v -1.100697 14.313641 0.056225</w:t>
        <w:br/>
        <w:t>v -1.117286 14.276312 0.048156</w:t>
        <w:br/>
        <w:t>v -1.063822 14.296265 0.069644</w:t>
        <w:br/>
        <w:t>v -1.080416 14.258871 0.061602</w:t>
        <w:br/>
        <w:t>v -1.157796 14.318941 0.136859</w:t>
        <w:br/>
        <w:t>v -1.174373 14.281923 0.128623</w:t>
        <w:br/>
        <w:t>v -1.146039 14.264517 0.150409</w:t>
        <w:br/>
        <w:t>v -1.129460 14.301565 0.158637</w:t>
        <w:br/>
        <w:t>v -1.058746 14.296728 0.057975</w:t>
        <w:br/>
        <w:t>v -1.074948 14.259983 0.050419</w:t>
        <w:br/>
        <w:t>v -1.080416 14.258871 0.061602</w:t>
        <w:br/>
        <w:t>v -1.063822 14.296265 0.069644</w:t>
        <w:br/>
        <w:t>v -1.118757 14.246277 0.164740</w:t>
        <w:br/>
        <w:t>v -1.102179 14.283350 0.172947</w:t>
        <w:br/>
        <w:t>v -1.118757 14.246277 0.164740</w:t>
        <w:br/>
        <w:t>v -1.122844 14.245171 0.177932</w:t>
        <w:br/>
        <w:t>v -1.106505 14.281790 0.186186</w:t>
        <w:br/>
        <w:t>v -1.102179 14.283350 0.172947</w:t>
        <w:br/>
        <w:t>v -1.178118 14.292421 0.088236</w:t>
        <w:br/>
        <w:t>v -1.153359 14.289692 0.054575</w:t>
        <w:br/>
        <w:t>v -1.117286 14.276312 0.048156</w:t>
        <w:br/>
        <w:t>v -1.080416 14.258871 0.061602</w:t>
        <w:br/>
        <w:t>v -1.146039 14.264517 0.150409</w:t>
        <w:br/>
        <w:t>v -1.174373 14.281923 0.128623</w:t>
        <w:br/>
        <w:t>v -1.067704 14.268093 0.043696</w:t>
        <w:br/>
        <w:t>v -1.061139 14.279810 0.042604</w:t>
        <w:br/>
        <w:t>v -1.069066 14.282259 0.046087</w:t>
        <w:br/>
        <w:t>v -1.073004 14.273617 0.046642</w:t>
        <w:br/>
        <w:t>v -1.080416 14.258871 0.061602</w:t>
        <w:br/>
        <w:t>v -1.074948 14.259983 0.050419</w:t>
        <w:br/>
        <w:t>v -1.118757 14.246277 0.164740</w:t>
        <w:br/>
        <w:t>v -1.122844 14.245171 0.177932</w:t>
        <w:br/>
        <w:t>v -1.118757 14.246277 0.164740</w:t>
        <w:br/>
        <w:t>v -1.122697 14.265659 0.188444</w:t>
        <w:br/>
        <w:t>v -1.119059 14.262533 0.195977</w:t>
        <w:br/>
        <w:t>v -1.122742 14.251682 0.189105</w:t>
        <w:br/>
        <w:t>v -1.124941 14.257812 0.184028</w:t>
        <w:br/>
        <w:t>v -1.118194 14.273554 0.187800</w:t>
        <w:br/>
        <w:t>v -1.112862 14.274130 0.194429</w:t>
        <w:br/>
        <w:t>v -1.102179 14.283350 0.172947</w:t>
        <w:br/>
        <w:t>v -1.106505 14.281790 0.186186</w:t>
        <w:br/>
        <w:t>v -1.129460 14.301565 0.158637</w:t>
        <w:br/>
        <w:t>v -1.102179 14.283350 0.172947</w:t>
        <w:br/>
        <w:t>v -1.157796 14.318941 0.136859</w:t>
        <w:br/>
        <w:t>v -1.161545 14.329527 0.096426</w:t>
        <w:br/>
        <w:t>v -1.136777 14.326942 0.062693</w:t>
        <w:br/>
        <w:t>v -1.100697 14.313641 0.056225</w:t>
        <w:br/>
        <w:t>v -1.063822 14.296265 0.069644</w:t>
        <w:br/>
        <w:t>v -1.058746 14.296728 0.057975</w:t>
        <w:br/>
        <w:t>v -1.063822 14.296265 0.069644</w:t>
        <w:br/>
        <w:t>v -1.057820 14.290689 0.048314</w:t>
        <w:br/>
        <w:t>v -1.066039 14.289362 0.049799</w:t>
        <w:br/>
        <w:t>v -1.112862 14.274130 0.194429</w:t>
        <w:br/>
        <w:t>v -1.122742 14.251682 0.189105</w:t>
        <w:br/>
        <w:t>v -1.057820 14.290689 0.048314</w:t>
        <w:br/>
        <w:t>v -1.067704 14.268093 0.043696</w:t>
        <w:br/>
        <w:t>v -1.069066 14.282259 0.046087</w:t>
        <w:br/>
        <w:t>v -1.119059 14.262533 0.195977</w:t>
        <w:br/>
        <w:t>v -1.061139 14.279810 0.042604</w:t>
        <w:br/>
        <w:t>v -5.588227 14.076713 0.401706</w:t>
        <w:br/>
        <w:t>v -5.622133 14.056124 0.416967</w:t>
        <w:br/>
        <w:t>v -5.623243 14.034972 0.381345</w:t>
        <w:br/>
        <w:t>v -5.589332 14.055552 0.366084</w:t>
        <w:br/>
        <w:t>v -5.545590 14.071881 0.403647</w:t>
        <w:br/>
        <w:t>v -5.546699 14.050731 0.368036</w:t>
        <w:br/>
        <w:t>v -5.519215 14.044480 0.421656</w:t>
        <w:br/>
        <w:t>v -5.520324 14.023330 0.386034</w:t>
        <w:br/>
        <w:t>v -5.524531 14.010554 0.445174</w:t>
        <w:br/>
        <w:t>v -5.525640 13.989406 0.409563</w:t>
        <w:br/>
        <w:t>v -5.558443 13.989977 0.460434</w:t>
        <w:br/>
        <w:t>v -5.559549 13.968815 0.424812</w:t>
        <w:br/>
        <w:t>v -5.601075 13.994795 0.458494</w:t>
        <w:br/>
        <w:t>v -5.602184 13.973646 0.422872</w:t>
        <w:br/>
        <w:t>v -5.627462 14.022196 0.440486</w:t>
        <w:br/>
        <w:t>v -5.628571 14.001044 0.404864</w:t>
        <w:br/>
        <w:t>v -5.588227 14.076713 0.401706</w:t>
        <w:br/>
        <w:t>v -5.573332 14.033339 0.431070</w:t>
        <w:br/>
        <w:t>v -5.622133 14.056124 0.416967</w:t>
        <w:br/>
        <w:t>v -5.545590 14.071881 0.403647</w:t>
        <w:br/>
        <w:t>v -5.519215 14.044480 0.421656</w:t>
        <w:br/>
        <w:t>v -5.524531 14.010554 0.445174</w:t>
        <w:br/>
        <w:t>v -5.558443 13.989977 0.460434</w:t>
        <w:br/>
        <w:t>v -5.601075 13.994795 0.458494</w:t>
        <w:br/>
        <w:t>v -5.627462 14.022196 0.440486</w:t>
        <w:br/>
        <w:t>v 5.623244 14.034971 0.381344</w:t>
        <w:br/>
        <w:t>v 5.622134 14.056124 0.416966</w:t>
        <w:br/>
        <w:t>v 5.588228 14.076712 0.401705</w:t>
        <w:br/>
        <w:t>v 5.589333 14.055552 0.366083</w:t>
        <w:br/>
        <w:t>v 5.545591 14.071880 0.403646</w:t>
        <w:br/>
        <w:t>v 5.546700 14.050730 0.368036</w:t>
        <w:br/>
        <w:t>v 5.519217 14.044479 0.421655</w:t>
        <w:br/>
        <w:t>v 5.520325 14.023327 0.386033</w:t>
        <w:br/>
        <w:t>v 5.524532 14.010553 0.445173</w:t>
        <w:br/>
        <w:t>v 5.525640 13.989405 0.409563</w:t>
        <w:br/>
        <w:t>v 5.558444 13.989977 0.460434</w:t>
        <w:br/>
        <w:t>v 5.559550 13.968815 0.424812</w:t>
        <w:br/>
        <w:t>v 5.601076 13.994795 0.458493</w:t>
        <w:br/>
        <w:t>v 5.602185 13.973646 0.422871</w:t>
        <w:br/>
        <w:t>v 5.627463 14.022196 0.440485</w:t>
        <w:br/>
        <w:t>v 5.628572 14.001043 0.404863</w:t>
        <w:br/>
        <w:t>v 5.573333 14.033339 0.431070</w:t>
        <w:br/>
        <w:t>v 5.588228 14.076712 0.401705</w:t>
        <w:br/>
        <w:t>v 5.622134 14.056124 0.416966</w:t>
        <w:br/>
        <w:t>v 5.545591 14.071880 0.403646</w:t>
        <w:br/>
        <w:t>v 5.519217 14.044479 0.421655</w:t>
        <w:br/>
        <w:t>v 5.524532 14.010553 0.445173</w:t>
        <w:br/>
        <w:t>v 5.558444 13.989977 0.460434</w:t>
        <w:br/>
        <w:t>v 5.601076 13.994795 0.458493</w:t>
        <w:br/>
        <w:t>v 5.627463 14.022196 0.440485</w:t>
        <w:br/>
        <w:t>v 5.164087 14.321263 -0.038060</w:t>
        <w:br/>
        <w:t>v 5.163189 14.301180 -0.133103</w:t>
        <w:br/>
        <w:t>v 5.052595 14.364534 -0.138815</w:t>
        <w:br/>
        <w:t>v 5.065338 14.375799 -0.034673</w:t>
        <w:br/>
        <w:t>v 5.091816 14.409813 0.023695</w:t>
        <w:br/>
        <w:t>v 5.181180 14.356932 0.017997</w:t>
        <w:br/>
        <w:t>v 5.120646 14.445770 0.044334</w:t>
        <w:br/>
        <w:t>v 5.349446 14.552197 -0.134690</w:t>
        <w:br/>
        <w:t>v 5.266148 14.613604 -0.112034</w:t>
        <w:br/>
        <w:t>v 5.274353 14.619923 -0.192110</w:t>
        <w:br/>
        <w:t>v 5.217048 14.348939 -0.328586</w:t>
        <w:br/>
        <w:t>v 5.282794 14.420498 -0.378355</w:t>
        <w:br/>
        <w:t>v 5.174694 14.496235 -0.386569</w:t>
        <w:br/>
        <w:t>v 5.128549 14.443594 -0.367155</w:t>
        <w:br/>
        <w:t>v 5.094110 14.404821 -0.327354</w:t>
        <w:br/>
        <w:t>v 5.063657 14.372892 -0.252790</w:t>
        <w:br/>
        <w:t>v 5.179420 14.305293 -0.242256</w:t>
        <w:br/>
        <w:t>v 5.151723 14.481066 0.051646</w:t>
        <w:br/>
        <w:t>v 5.182794 14.518055 0.042772</w:t>
        <w:br/>
        <w:t>v 5.227534 14.424143 0.051338</w:t>
        <w:br/>
        <w:t>v 5.447314 14.478962 -0.110718</w:t>
        <w:br/>
        <w:t>v 5.354416 14.538185 -0.246196</w:t>
        <w:br/>
        <w:t>v 5.451457 14.470204 -0.235536</w:t>
        <w:br/>
        <w:t>v 5.421096 14.461796 -0.011400</w:t>
        <w:br/>
        <w:t>v 5.322629 14.532410 -0.036974</w:t>
        <w:br/>
        <w:t>v 5.546441 14.407769 -0.229978</w:t>
        <w:br/>
        <w:t>v 5.516643 14.421894 -0.068692</w:t>
        <w:br/>
        <w:t>v 5.518882 14.358413 -0.357277</w:t>
        <w:br/>
        <w:t>v 5.423698 14.421168 -0.340547</w:t>
        <w:br/>
        <w:t>v 5.504385 13.833500 0.286521</w:t>
        <w:br/>
        <w:t>v 5.463272 13.893641 0.226823</w:t>
        <w:br/>
        <w:t>v 5.406119 13.949392 0.289178</w:t>
        <w:br/>
        <w:t>v 5.466676 13.892925 0.379907</w:t>
        <w:br/>
        <w:t>v 5.477622 14.273517 -0.413088</w:t>
        <w:br/>
        <w:t>v 5.378680 14.351084 -0.382727</w:t>
        <w:br/>
        <w:t>v 6.228458 13.775283 0.081229</w:t>
        <w:br/>
        <w:t>v 6.211712 13.782720 0.085312</w:t>
        <w:br/>
        <w:t>v 6.249064 13.885508 0.059621</w:t>
        <w:br/>
        <w:t>v 6.264905 13.860373 0.048466</w:t>
        <w:br/>
        <w:t>v 6.179837 13.702470 0.053218</w:t>
        <w:br/>
        <w:t>v 6.157138 13.677572 -0.038560</w:t>
        <w:br/>
        <w:t>v 6.081316 13.693690 -0.039814</w:t>
        <w:br/>
        <w:t>v 6.102118 13.708593 0.057539</w:t>
        <w:br/>
        <w:t>v 6.228458 13.775283 0.081229</w:t>
        <w:br/>
        <w:t>v 6.211712 13.782720 0.085312</w:t>
        <w:br/>
        <w:t>v 6.192160 13.902626 0.094453</w:t>
        <w:br/>
        <w:t>v 6.178389 13.806106 0.090852</w:t>
        <w:br/>
        <w:t>v 6.097249 14.057774 -0.065561</w:t>
        <w:br/>
        <w:t>v 6.173291 14.007156 -0.031621</w:t>
        <w:br/>
        <w:t>v 6.139066 13.987540 0.091457</w:t>
        <w:br/>
        <w:t>v 6.262684 13.883227 -0.096907</w:t>
        <w:br/>
        <w:t>v 6.290660 13.908504 -0.024074</w:t>
        <w:br/>
        <w:t>v 6.268630 13.928106 -0.022079</w:t>
        <w:br/>
        <w:t>v 6.257492 13.905844 -0.104215</w:t>
        <w:br/>
        <w:t>v 6.167918 13.808670 -0.160526</w:t>
        <w:br/>
        <w:t>v 6.202974 13.797418 -0.150545</w:t>
        <w:br/>
        <w:t>v 6.198944 13.917059 -0.167531</w:t>
        <w:br/>
        <w:t>v 6.077534 13.726916 -0.131215</w:t>
        <w:br/>
        <w:t>v 6.093174 13.702834 -0.114608</w:t>
        <w:br/>
        <w:t>v 6.202974 13.797418 -0.150545</w:t>
        <w:br/>
        <w:t>v 6.067364 14.050586 -0.290601</w:t>
        <w:br/>
        <w:t>v 6.165887 13.991549 -0.178151</w:t>
        <w:br/>
        <w:t>v 5.948808 13.780756 0.253372</w:t>
        <w:br/>
        <w:t>v 6.035525 13.752291 0.259782</w:t>
        <w:br/>
        <w:t>v 6.037452 13.715667 0.162716</w:t>
        <w:br/>
        <w:t>v 5.975345 13.728912 0.144175</w:t>
        <w:br/>
        <w:t>v 6.108315 13.720777 0.265018</w:t>
        <w:br/>
        <w:t>v 6.099761 13.696347 0.176443</w:t>
        <w:br/>
        <w:t>v 6.192160 13.902626 0.094453</w:t>
        <w:br/>
        <w:t>v 6.178389 13.806106 0.090852</w:t>
        <w:br/>
        <w:t>v 6.185921 13.795502 0.094747</w:t>
        <w:br/>
        <w:t>v 6.217190 13.881098 0.124263</w:t>
        <w:br/>
        <w:t>v 6.185921 13.795502 0.094747</w:t>
        <w:br/>
        <w:t>v 6.178389 13.806106 0.090852</w:t>
        <w:br/>
        <w:t>v 6.076963 13.725766 0.079004</w:t>
        <w:br/>
        <w:t>v 6.009960 13.721546 0.063016</w:t>
        <w:br/>
        <w:t>v 6.069730 13.723247 0.089937</w:t>
        <w:br/>
        <w:t>v 6.096139 13.989901 0.200390</w:t>
        <w:br/>
        <w:t>v 6.028033 14.032025 0.205305</w:t>
        <w:br/>
        <w:t>v 6.217190 13.881098 0.124263</w:t>
        <w:br/>
        <w:t>v 6.201288 13.900782 0.208752</w:t>
        <w:br/>
        <w:t>v 6.154001 13.938778 0.205140</w:t>
        <w:br/>
        <w:t>v 6.181280 13.925779 0.130273</w:t>
        <w:br/>
        <w:t>v 6.299932 13.719478 -0.186738</w:t>
        <w:br/>
        <w:t>v 6.247794 13.662915 -0.192969</w:t>
        <w:br/>
        <w:t>v 6.159649 13.712430 -0.182751</w:t>
        <w:br/>
        <w:t>v 6.223064 13.772599 -0.179594</w:t>
        <w:br/>
        <w:t>v 6.299932 13.719478 -0.186738</w:t>
        <w:br/>
        <w:t>v 6.223064 13.772599 -0.179594</w:t>
        <w:br/>
        <w:t>v 6.257352 13.860627 -0.230842</w:t>
        <w:br/>
        <w:t>v 6.340945 13.778165 -0.234756</w:t>
        <w:br/>
        <w:t>v 6.217760 13.627053 -0.253871</w:t>
        <w:br/>
        <w:t>v 6.120014 13.664088 -0.244745</w:t>
        <w:br/>
        <w:t>v 6.251407 13.877319 -0.311122</w:t>
        <w:br/>
        <w:t>v 6.345668 13.788928 -0.307033</w:t>
        <w:br/>
        <w:t>v 6.193500 13.795305 -0.171371</w:t>
        <w:br/>
        <w:t>v 6.077534 13.726916 -0.131215</w:t>
        <w:br/>
        <w:t>v 6.167918 13.808670 -0.160526</w:t>
        <w:br/>
        <w:t>v 6.072209 13.715253 -0.143767</w:t>
        <w:br/>
        <w:t>v 6.193500 13.795305 -0.171371</w:t>
        <w:br/>
        <w:t>v 6.167918 13.808670 -0.160526</w:t>
        <w:br/>
        <w:t>v 6.198944 13.917059 -0.167531</w:t>
        <w:br/>
        <w:t>v 6.233990 13.893967 -0.223842</w:t>
        <w:br/>
        <w:t>v 6.136178 13.984933 -0.304480</w:t>
        <w:br/>
        <w:t>v 6.128728 13.690557 -0.325070</w:t>
        <w:br/>
        <w:t>v 6.227779 13.641938 -0.325413</w:t>
        <w:br/>
        <w:t>v 6.282332 13.710866 -0.375423</w:t>
        <w:br/>
        <w:t>v 6.176653 13.777060 -0.379305</w:t>
        <w:br/>
        <w:t>v 6.319143 13.754523 -0.363998</w:t>
        <w:br/>
        <w:t>v 6.222995 13.833669 -0.369114</w:t>
        <w:br/>
        <w:t>v 6.176653 13.777060 -0.379305</w:t>
        <w:br/>
        <w:t>v 6.282332 13.710866 -0.375423</w:t>
        <w:br/>
        <w:t>v 6.153811 13.789886 -0.384751</w:t>
        <w:br/>
        <w:t>v 6.178341 13.873978 -0.381028</w:t>
        <w:br/>
        <w:t>v 6.134953 13.883908 -0.404436</w:t>
        <w:br/>
        <w:t>v 6.129347 13.796590 -0.385007</w:t>
        <w:br/>
        <w:t>v 6.017796 13.720080 -0.348852</w:t>
        <w:br/>
        <w:t>v 6.043867 13.702002 -0.325724</w:t>
        <w:br/>
        <w:t>v 6.153811 13.789886 -0.384751</w:t>
        <w:br/>
        <w:t>v 6.096528 13.947869 -0.399435</w:t>
        <w:br/>
        <w:t>v 6.238246 13.678670 -0.421738</w:t>
        <w:br/>
        <w:t>v 6.129068 13.776338 -0.400033</w:t>
        <w:br/>
        <w:t>v 6.158552 13.828775 -0.439163</w:t>
        <w:br/>
        <w:t>v 6.248365 13.732836 -0.461429</w:t>
        <w:br/>
        <w:t>v 6.238246 13.678670 -0.421738</w:t>
        <w:br/>
        <w:t>v 6.193444 13.630537 -0.419282</w:t>
        <w:br/>
        <w:t>v 6.071808 13.727690 -0.389741</w:t>
        <w:br/>
        <w:t>v 6.129068 13.776338 -0.400033</w:t>
        <w:br/>
        <w:t>v 6.154176 13.613054 -0.465646</w:t>
        <w:br/>
        <w:t>v 6.041385 13.694689 -0.447228</w:t>
        <w:br/>
        <w:t>v 6.243323 13.741538 -0.523504</w:t>
        <w:br/>
        <w:t>v 6.152073 13.832020 -0.513155</w:t>
        <w:br/>
        <w:t>v 6.115571 13.794104 -0.391870</w:t>
        <w:br/>
        <w:t>v 6.017796 13.720080 -0.348852</w:t>
        <w:br/>
        <w:t>v 6.129347 13.796590 -0.385007</w:t>
        <w:br/>
        <w:t>v 6.134953 13.883908 -0.404436</w:t>
        <w:br/>
        <w:t>v 6.126820 13.868263 -0.430314</w:t>
        <w:br/>
        <w:t>v 6.115571 13.794104 -0.391870</w:t>
        <w:br/>
        <w:t>v 6.129347 13.796590 -0.385007</w:t>
        <w:br/>
        <w:t>v 6.013588 13.732731 -0.360267</w:t>
        <w:br/>
        <w:t>v 5.970046 13.728733 -0.321184</w:t>
        <w:br/>
        <w:t>v 6.074620 13.918437 -0.491100</w:t>
        <w:br/>
        <w:t>v 6.102183 13.904559 -0.426851</w:t>
        <w:br/>
        <w:t>v 6.048669 13.946556 -0.478422</w:t>
        <w:br/>
        <w:t>v 6.118086 13.803686 -0.563624</w:t>
        <w:br/>
        <w:t>v 6.066359 13.776972 -0.573867</w:t>
        <w:br/>
        <w:t>v 6.204782 13.669265 -0.590324</w:t>
        <w:br/>
        <w:t>v 6.216227 13.716603 -0.571337</w:t>
        <w:br/>
        <w:t>v 6.034535 13.713758 -0.522215</w:t>
        <w:br/>
        <w:t>v 6.152532 13.620267 -0.535919</w:t>
        <w:br/>
        <w:t>v 6.204782 13.669265 -0.590324</w:t>
        <w:br/>
        <w:t>v 6.066359 13.776972 -0.573867</w:t>
        <w:br/>
        <w:t>v 5.948243 13.771102 -0.499636</w:t>
        <w:br/>
        <w:t>v 5.965003 13.735467 -0.421521</w:t>
        <w:br/>
        <w:t>v 5.893898 13.798316 -0.486448</w:t>
        <w:br/>
        <w:t>v 5.811099 13.851250 -0.450087</w:t>
        <w:br/>
        <w:t>v 5.848569 13.773991 -0.287993</w:t>
        <w:br/>
        <w:t>v 5.920043 13.756530 -0.393975</w:t>
        <w:br/>
        <w:t>v 5.991612 14.005887 -0.460041</w:t>
        <w:br/>
        <w:t>v 5.864627 13.936873 -0.526760</w:t>
        <w:br/>
        <w:t>v 5.933991 13.879391 -0.547707</w:t>
        <w:br/>
        <w:t>v 5.999139 13.927573 -0.519533</w:t>
        <w:br/>
        <w:t>v 5.546497 13.786676 0.333025</w:t>
        <w:br/>
        <w:t>v 5.511322 13.835775 0.408160</w:t>
        <w:br/>
        <w:t>v 5.630075 13.784355 0.273291</w:t>
        <w:br/>
        <w:t>v 5.605240 13.813507 0.228835</w:t>
        <w:br/>
        <w:t>v 5.504385 13.833500 0.286521</w:t>
        <w:br/>
        <w:t>v 5.546497 13.786676 0.333025</w:t>
        <w:br/>
        <w:t>v 5.619013 14.005402 0.431305</w:t>
        <w:br/>
        <w:t>v 5.642868 13.937187 0.454063</w:t>
        <w:br/>
        <w:t>v 5.556792 13.904507 0.458780</w:t>
        <w:br/>
        <w:t>v 5.523050 13.964077 0.430458</w:t>
        <w:br/>
        <w:t>v 5.721502 13.838079 0.278250</w:t>
        <w:br/>
        <w:t>v 5.694170 14.001463 0.398185</w:t>
        <w:br/>
        <w:t>v 5.756866 13.981667 0.363311</w:t>
        <w:br/>
        <w:t>v 5.702566 13.941227 0.416665</w:t>
        <w:br/>
        <w:t>v 5.934575 14.155648 -0.271159</w:t>
        <w:br/>
        <w:t>v 5.867073 14.108473 -0.433458</w:t>
        <w:br/>
        <w:t>v 5.867416 13.764986 0.073202</w:t>
        <w:br/>
        <w:t>v 5.995977 13.717225 -0.040304</w:t>
        <w:br/>
        <w:t>v 5.869567 13.760256 -0.100022</w:t>
        <w:br/>
        <w:t>v 5.827671 13.962612 0.337102</w:t>
        <w:br/>
        <w:t>v 5.867095 14.034220 0.288850</w:t>
        <w:br/>
        <w:t>v 5.955108 13.994308 0.277159</w:t>
        <w:br/>
        <w:t>v 5.895418 13.932206 0.317942</w:t>
        <w:br/>
        <w:t>v 5.869524 13.880651 0.308131</w:t>
        <w:br/>
        <w:t>v 5.805351 13.881145 0.316203</w:t>
        <w:br/>
        <w:t>v 5.770927 13.836416 0.267692</w:t>
        <w:br/>
        <w:t>v 5.805351 13.881145 0.316203</w:t>
        <w:br/>
        <w:t>v 5.869524 13.880651 0.308131</w:t>
        <w:br/>
        <w:t>v 5.839438 13.812715 0.259527</w:t>
        <w:br/>
        <w:t>v 5.972460 13.719664 -0.221275</w:t>
        <w:br/>
        <w:t>v 5.666203 14.111435 -0.470835</w:t>
        <w:br/>
        <w:t>v 5.570117 14.089090 -0.437381</w:t>
        <w:br/>
        <w:t>v 5.569405 14.023355 -0.402751</w:t>
        <w:br/>
        <w:t>v 5.766301 14.020458 -0.503163</w:t>
        <w:br/>
        <w:t>v 5.675601 13.926547 -0.432597</w:t>
        <w:br/>
        <w:t>v 5.766301 14.020458 -0.503163</w:t>
        <w:br/>
        <w:t>v 5.745888 14.201748 -0.411199</w:t>
        <w:br/>
        <w:t>v 5.666203 14.111435 -0.470835</w:t>
        <w:br/>
        <w:t>v 5.542212 13.989317 -0.325342</w:t>
        <w:br/>
        <w:t>v 5.463272 13.893641 0.226823</w:t>
        <w:br/>
        <w:t>v 5.576046 13.852282 0.141712</w:t>
        <w:br/>
        <w:t>v 5.721315 13.807392 0.116184</w:t>
        <w:br/>
        <w:t>v 5.439527 14.025047 0.375703</w:t>
        <w:br/>
        <w:t>v 5.586719 14.091154 0.376784</w:t>
        <w:br/>
        <w:t>v 5.659728 14.188187 0.244432</w:t>
        <w:br/>
        <w:t>v 5.789955 14.147065 0.217528</w:t>
        <w:br/>
        <w:t>v 5.779508 14.064770 0.305112</w:t>
        <w:br/>
        <w:t>v 5.677033 14.086500 0.339220</w:t>
        <w:br/>
        <w:t>v 6.017404 13.713109 -0.122831</w:t>
        <w:br/>
        <w:t>v 6.201092 13.933339 0.051100</w:t>
        <w:br/>
        <w:t>v 6.215905 13.941995 -0.107547</w:t>
        <w:br/>
        <w:t>v 6.207489 13.935456 -0.222517</w:t>
        <w:br/>
        <w:t>v 6.148139 13.913187 -0.369145</w:t>
        <w:br/>
        <w:t>v 5.759326 13.876207 0.322552</w:t>
        <w:br/>
        <w:t>v 5.489769 13.937506 0.005856</w:t>
        <w:br/>
        <w:t>v 5.436355 13.932327 0.190284</w:t>
        <w:br/>
        <w:t>v 5.981929 13.861145 0.294875</w:t>
        <w:br/>
        <w:t>v 5.981929 13.861145 0.294875</w:t>
        <w:br/>
        <w:t>v 5.464189 14.378633 0.081268</w:t>
        <w:br/>
        <w:t>v 5.619799 14.291404 0.112637</w:t>
        <w:br/>
        <w:t>v 5.507128 14.284462 0.187189</w:t>
        <w:br/>
        <w:t>v 5.374638 14.420128 0.062918</w:t>
        <w:br/>
        <w:t>v 5.347386 14.291454 0.162941</w:t>
        <w:br/>
        <w:t>v 5.305105 14.354371 0.097266</w:t>
        <w:br/>
        <w:t>v 5.458961 14.068724 0.378565</w:t>
        <w:br/>
        <w:t>v 6.165181 13.870958 0.277334</w:t>
        <w:br/>
        <w:t>v 6.118806 13.803513 0.300047</w:t>
        <w:br/>
        <w:t>v 6.061141 13.828616 0.302157</w:t>
        <w:br/>
        <w:t>v 6.111779 13.908140 0.274941</w:t>
        <w:br/>
        <w:t>v 6.040484 13.960319 0.265310</w:t>
        <w:br/>
        <w:t>v 6.023647 13.888043 -0.536194</w:t>
        <w:br/>
        <w:t>v 5.975875 13.842003 -0.556465</w:t>
        <w:br/>
        <w:t>v 6.022020 13.810276 -0.568101</w:t>
        <w:br/>
        <w:t>v 6.061156 13.850410 -0.552561</w:t>
        <w:br/>
        <w:t>v 6.022020 13.810276 -0.568101</w:t>
        <w:br/>
        <w:t>v 5.975875 13.842003 -0.556465</w:t>
        <w:br/>
        <w:t>v 5.933991 13.879391 -0.547707</w:t>
        <w:br/>
        <w:t>v 5.864627 13.936873 -0.526760</w:t>
        <w:br/>
        <w:t>v 6.118806 13.803513 0.300047</w:t>
        <w:br/>
        <w:t>v 6.209345 13.843486 0.267989</w:t>
        <w:br/>
        <w:t>v 6.166697 13.783755 0.296826</w:t>
        <w:br/>
        <w:t>v 6.166697 13.783755 0.296826</w:t>
        <w:br/>
        <w:t>v 6.379063 13.713885 0.245617</w:t>
        <w:br/>
        <w:t>v 6.428551 13.673512 0.241536</w:t>
        <w:br/>
        <w:t>v 6.414032 13.627271 0.257035</w:t>
        <w:br/>
        <w:t>v 6.348615 13.670486 0.268538</w:t>
        <w:br/>
        <w:t>v 6.188087 13.677113 0.246576</w:t>
        <w:br/>
        <w:t>v 6.243710 13.746921 0.281245</w:t>
        <w:br/>
        <w:t>v 6.348615 13.670486 0.268538</w:t>
        <w:br/>
        <w:t>v 6.295779 13.611126 0.234109</w:t>
        <w:br/>
        <w:t>v 6.550339 13.524261 0.243156</w:t>
        <w:br/>
        <w:t>v 6.505347 13.479186 0.214186</w:t>
        <w:br/>
        <w:t>v 6.407599 13.543198 0.223615</w:t>
        <w:br/>
        <w:t>v 6.460322 13.590869 0.255904</w:t>
        <w:br/>
        <w:t>v 6.608770 13.486632 0.236126</w:t>
        <w:br/>
        <w:t>v 6.567428 13.441282 0.209061</w:t>
        <w:br/>
        <w:t>v 6.576283 13.560672 0.225759</w:t>
        <w:br/>
        <w:t>v 6.550339 13.524261 0.243156</w:t>
        <w:br/>
        <w:t>v 6.460322 13.590869 0.255904</w:t>
        <w:br/>
        <w:t>v 6.499888 13.619096 0.233424</w:t>
        <w:br/>
        <w:t>v 6.176670 13.658524 0.168774</w:t>
        <w:br/>
        <w:t>v 6.282557 13.599964 0.160543</w:t>
        <w:br/>
        <w:t>v 6.491728 13.470045 0.150164</w:t>
        <w:br/>
        <w:t>v 6.390733 13.534993 0.155098</w:t>
        <w:br/>
        <w:t>v 6.557035 13.429300 0.146644</w:t>
        <w:br/>
        <w:t>v 6.749678 13.353756 0.147848</w:t>
        <w:br/>
        <w:t>v 6.747784 13.363569 0.197950</w:t>
        <w:br/>
        <w:t>v 6.813977 13.381805 0.198697</w:t>
        <w:br/>
        <w:t>v 6.811116 13.359502 0.155169</w:t>
        <w:br/>
        <w:t>v 6.827896 13.376163 0.154436</w:t>
        <w:br/>
        <w:t>v 6.813977 13.381805 0.198697</w:t>
        <w:br/>
        <w:t>v 6.829525 13.393164 0.189953</w:t>
        <w:br/>
        <w:t>v 6.593005 13.582292 0.174633</w:t>
        <w:br/>
        <w:t>v 6.521132 13.640616 0.180278</w:t>
        <w:br/>
        <w:t>v 6.236116 13.871571 0.205491</w:t>
        <w:br/>
        <w:t>v 6.656603 13.504775 0.217222</w:t>
        <w:br/>
        <w:t>v 6.672869 13.526216 0.171134</w:t>
        <w:br/>
        <w:t>v 6.741342 13.478733 0.166338</w:t>
        <w:br/>
        <w:t>v 6.728611 13.453634 0.209532</w:t>
        <w:br/>
        <w:t>v 6.191172 13.791510 0.094630</w:t>
        <w:br/>
        <w:t>v 6.232636 13.854835 0.122847</w:t>
        <w:br/>
        <w:t>v 6.403035 13.647608 0.083995</w:t>
        <w:br/>
        <w:t>v 6.432626 13.692689 0.122079</w:t>
        <w:br/>
        <w:t>v 6.387528 13.728971 0.124612</w:t>
        <w:br/>
        <w:t>v 6.348939 13.686104 0.086765</w:t>
        <w:br/>
        <w:t>v 6.348939 13.686104 0.086765</w:t>
        <w:br/>
        <w:t>v 6.310418 13.625659 0.099590</w:t>
        <w:br/>
        <w:t>v 6.365996 13.591084 0.099512</w:t>
        <w:br/>
        <w:t>v 6.403035 13.647608 0.083995</w:t>
        <w:br/>
        <w:t>v 6.193818 13.689925 0.111182</w:t>
        <w:br/>
        <w:t>v 6.247931 13.752223 0.090945</w:t>
        <w:br/>
        <w:t>v 6.247931 13.752223 0.090945</w:t>
        <w:br/>
        <w:t>v 6.292404 13.799340 0.125882</w:t>
        <w:br/>
        <w:t>v 6.405901 13.564064 0.096409</w:t>
        <w:br/>
        <w:t>v 6.509848 13.492378 0.097352</w:t>
        <w:br/>
        <w:t>v 6.555501 13.544764 0.083978</w:t>
        <w:br/>
        <w:t>v 6.453706 13.613005 0.083508</w:t>
        <w:br/>
        <w:t>v 6.453706 13.613005 0.083508</w:t>
        <w:br/>
        <w:t>v 6.555501 13.544764 0.083978</w:t>
        <w:br/>
        <w:t>v 6.580571 13.577135 0.117851</w:t>
        <w:br/>
        <w:t>v 6.505163 13.633730 0.119711</w:t>
        <w:br/>
        <w:t>v 6.129073 13.727345 0.108237</w:t>
        <w:br/>
        <w:t>v 6.343507 13.561617 0.157128</w:t>
        <w:br/>
        <w:t>v 6.569567 13.457232 0.095576</w:t>
        <w:br/>
        <w:t>v 6.813440 13.392138 0.110362</w:t>
        <w:br/>
        <w:t>v 6.755042 13.381107 0.098504</w:t>
        <w:br/>
        <w:t>v 6.232636 13.854835 0.122847</w:t>
        <w:br/>
        <w:t>v 6.660996 13.520277 0.118233</w:t>
        <w:br/>
        <w:t>v 6.737091 13.472275 0.118400</w:t>
        <w:br/>
        <w:t>v 6.711802 13.427558 0.224376</w:t>
        <w:br/>
        <w:t>v 6.679832 13.383934 0.197648</w:t>
        <w:br/>
        <w:t>v 6.669801 13.378815 0.146133</w:t>
        <w:br/>
        <w:t>v 6.685697 13.397622 0.097499</w:t>
        <w:br/>
        <w:t>v 6.773419 13.398432 0.217887</w:t>
        <w:br/>
        <w:t>v 6.781692 13.412647 0.092511</w:t>
        <w:br/>
        <w:t>v 6.717400 13.446678 0.089842</w:t>
        <w:br/>
        <w:t>v 6.610307 13.510033 0.086061</w:t>
        <w:br/>
        <w:t>v 6.414032 13.627271 0.257035</w:t>
        <w:br/>
        <w:t>v 6.355779 13.575613 0.225992</w:t>
        <w:br/>
        <w:t>v 6.644495 13.531443 0.118327</w:t>
        <w:br/>
        <w:t>v 6.610307 13.510033 0.086061</w:t>
        <w:br/>
        <w:t>v 6.621752 13.526649 0.221779</w:t>
        <w:br/>
        <w:t>v 6.608770 13.486632 0.236126</w:t>
        <w:br/>
        <w:t>v 6.637339 13.551408 0.172483</w:t>
        <w:br/>
        <w:t>v 6.628798 13.541845 0.117822</w:t>
        <w:br/>
        <w:t>v 6.711802 13.427558 0.224376</w:t>
        <w:br/>
        <w:t>v 6.773419 13.398432 0.217887</w:t>
        <w:br/>
        <w:t>v 6.785295 13.418689 0.207825</w:t>
        <w:br/>
        <w:t>v 6.829525 13.393164 0.189953</w:t>
        <w:br/>
        <w:t>v 6.717400 13.446678 0.089842</w:t>
        <w:br/>
        <w:t>v 6.781692 13.412647 0.092511</w:t>
        <w:br/>
        <w:t>v 6.792073 13.434134 0.122311</w:t>
        <w:br/>
        <w:t>v 6.817920 13.414826 0.166327</w:t>
        <w:br/>
        <w:t>v 6.789019 13.443309 0.166309</w:t>
        <w:br/>
        <w:t>v 6.827533 13.402887 0.123441</w:t>
        <w:br/>
        <w:t>v 6.813440 13.392138 0.110362</w:t>
        <w:br/>
        <w:t>v 6.442360 13.742155 0.018843</w:t>
        <w:br/>
        <w:t>v 6.503563 13.702494 0.007293</w:t>
        <w:br/>
        <w:t>v 6.484755 13.644790 0.032432</w:t>
        <w:br/>
        <w:t>v 6.411548 13.678653 0.039322</w:t>
        <w:br/>
        <w:t>v 6.252000 13.673103 0.034187</w:t>
        <w:br/>
        <w:t>v 6.303465 13.738008 0.059516</w:t>
        <w:br/>
        <w:t>v 6.411548 13.678653 0.039322</w:t>
        <w:br/>
        <w:t>v 6.375706 13.618176 0.014761</w:t>
        <w:br/>
        <w:t>v 6.608100 13.477581 -0.019846</w:t>
        <w:br/>
        <w:t>v 6.644392 13.536705 0.006506</w:t>
        <w:br/>
        <w:t>v 6.725521 13.493527 0.000380</w:t>
        <w:br/>
        <w:t>v 6.679117 13.436297 -0.026361</w:t>
        <w:br/>
        <w:t>v 6.725521 13.493527 0.000380</w:t>
        <w:br/>
        <w:t>v 6.772256 13.513994 -0.028344</w:t>
        <w:br/>
        <w:t>v 6.876239 13.453667 -0.037828</w:t>
        <w:br/>
        <w:t>v 6.847081 13.417810 -0.014920</w:t>
        <w:br/>
        <w:t>v 6.673591 13.577427 -0.013416</w:t>
        <w:br/>
        <w:t>v 6.733413 13.535198 -0.023356</w:t>
        <w:br/>
        <w:t>v 6.644392 13.536705 0.006506</w:t>
        <w:br/>
        <w:t>v 6.355244 13.594117 -0.061988</w:t>
        <w:br/>
        <w:t>v 6.233532 13.649892 -0.046557</w:t>
        <w:br/>
        <w:t>v 6.662934 13.426373 -0.096324</w:t>
        <w:br/>
        <w:t>v 6.587024 13.464931 -0.089644</w:t>
        <w:br/>
        <w:t>v 6.967959 13.355150 -0.059562</w:t>
        <w:br/>
        <w:t>v 6.981014 13.351536 -0.105323</w:t>
        <w:br/>
        <w:t>v 6.897259 13.341309 -0.110702</w:t>
        <w:br/>
        <w:t>v 6.912443 13.343971 -0.051876</w:t>
        <w:br/>
        <w:t>v 6.778142 13.537682 -0.079491</w:t>
        <w:br/>
        <w:t>v 6.872123 13.464861 -0.089261</w:t>
        <w:br/>
        <w:t>v 6.688360 13.594486 -0.071160</w:t>
        <w:br/>
        <w:t>v 6.752399 13.558188 -0.076300</w:t>
        <w:br/>
        <w:t>v 6.348705 13.801639 0.032460</w:t>
        <w:br/>
        <w:t>v 6.370078 13.841413 -0.036107</w:t>
        <w:br/>
        <w:t>v 6.462497 13.772207 -0.047980</w:t>
        <w:br/>
        <w:t>v 6.444122 13.753758 -0.117617</w:t>
        <w:br/>
        <w:t>v 6.404428 13.686074 -0.149806</w:t>
        <w:br/>
        <w:t>v 6.471464 13.654709 -0.154454</w:t>
        <w:br/>
        <w:t>v 6.496087 13.714085 -0.121681</w:t>
        <w:br/>
        <w:t>v 6.471464 13.654709 -0.154454</w:t>
        <w:br/>
        <w:t>v 6.404428 13.686074 -0.149806</w:t>
        <w:br/>
        <w:t>v 6.373485 13.629924 -0.133336</w:t>
        <w:br/>
        <w:t>v 6.430412 13.599587 -0.135879</w:t>
        <w:br/>
        <w:t>v 6.299839 13.750999 -0.145757</w:t>
        <w:br/>
        <w:t>v 6.245637 13.689676 -0.122702</w:t>
        <w:br/>
        <w:t>v 6.344398 13.824965 -0.109232</w:t>
        <w:br/>
        <w:t>v 6.299839 13.750999 -0.145757</w:t>
        <w:br/>
        <w:t>v 6.870863 13.462702 -0.142665</w:t>
        <w:br/>
        <w:t>v 6.764829 13.523415 -0.136696</w:t>
        <w:br/>
        <w:t>v 6.712938 13.503629 -0.164591</w:t>
        <w:br/>
        <w:t>v 6.833756 13.430109 -0.172891</w:t>
        <w:br/>
        <w:t>v 6.664989 13.449721 -0.158028</w:t>
        <w:br/>
        <w:t>v 6.803845 13.384020 -0.155423</w:t>
        <w:br/>
        <w:t>v 6.833756 13.430109 -0.172891</w:t>
        <w:br/>
        <w:t>v 6.712938 13.503629 -0.164591</w:t>
        <w:br/>
        <w:t>v 6.643517 13.542044 -0.162720</w:t>
        <w:br/>
        <w:t>v 6.604118 13.482853 -0.152882</w:t>
        <w:br/>
        <w:t>v 6.671673 13.584848 -0.131166</w:t>
        <w:br/>
        <w:t>v 6.643517 13.542044 -0.162720</w:t>
        <w:br/>
        <w:t>v 6.736513 13.547333 -0.139560</w:t>
        <w:br/>
        <w:t>v 6.410728 13.564669 -0.071373</w:t>
        <w:br/>
        <w:t>v 6.664989 13.449721 -0.158028</w:t>
        <w:br/>
        <w:t>v 6.604118 13.482853 -0.152882</w:t>
        <w:br/>
        <w:t>v 6.955297 13.364943 -0.159102</w:t>
        <w:br/>
        <w:t>v 6.898499 13.355906 -0.152333</w:t>
        <w:br/>
        <w:t>v 6.579551 13.652796 -0.125922</w:t>
        <w:br/>
        <w:t>v 6.537156 13.684371 -0.121195</w:t>
        <w:br/>
        <w:t>v 6.527992 13.615481 -0.156207</w:t>
        <w:br/>
        <w:t>v 6.527992 13.615481 -0.156207</w:t>
        <w:br/>
        <w:t>v 6.475626 13.563706 -0.138842</w:t>
        <w:br/>
        <w:t>v 6.602303 13.661566 -0.062734</w:t>
        <w:br/>
        <w:t>v 6.557778 13.695851 -0.058066</w:t>
        <w:br/>
        <w:t>v 6.429760 13.589385 0.005503</w:t>
        <w:br/>
        <w:t>v 6.478958 13.557702 -0.002103</w:t>
        <w:br/>
        <w:t>v 6.465106 13.539332 -0.074299</w:t>
        <w:br/>
        <w:t>v 6.813457 13.369875 -0.042012</w:t>
        <w:br/>
        <w:t>v 6.795325 13.364765 -0.102578</w:t>
        <w:br/>
        <w:t>v 6.847081 13.417810 -0.014920</w:t>
        <w:br/>
        <w:t>v 6.929072 13.374128 -0.027895</w:t>
        <w:br/>
        <w:t>v 6.915195 13.387365 -0.172828</w:t>
        <w:br/>
        <w:t>v 6.484755 13.644790 0.032432</w:t>
        <w:br/>
        <w:t>v 6.517277 13.729025 -0.053949</w:t>
        <w:br/>
        <w:t>v 6.967959 13.355150 -0.059562</w:t>
        <w:br/>
        <w:t>v 6.929072 13.374128 -0.027895</w:t>
        <w:br/>
        <w:t>v 6.937366 13.410366 -0.051798</w:t>
        <w:br/>
        <w:t>v 6.979663 13.381079 -0.063544</w:t>
        <w:br/>
        <w:t>v 6.915195 13.387365 -0.172828</w:t>
        <w:br/>
        <w:t>v 6.932577 13.418718 -0.146759</w:t>
        <w:br/>
        <w:t>v 6.535764 13.606157 0.022449</w:t>
        <w:br/>
        <w:t>v 6.955297 13.364943 -0.159102</w:t>
        <w:br/>
        <w:t>v 6.972231 13.387215 -0.143193</w:t>
        <w:br/>
        <w:t>v 6.419140 13.718818 -0.238319</w:t>
        <w:br/>
        <w:t>v 6.472787 13.680231 -0.242806</w:t>
        <w:br/>
        <w:t>v 6.453900 13.617580 -0.196306</w:t>
        <w:br/>
        <w:t>v 6.389494 13.660690 -0.189670</w:t>
        <w:br/>
        <w:t>v 6.389494 13.660690 -0.189670</w:t>
        <w:br/>
        <w:t>v 6.341525 13.606175 -0.203557</w:t>
        <w:br/>
        <w:t>v 6.412212 13.567883 -0.207159</w:t>
        <w:br/>
        <w:t>v 6.453900 13.617580 -0.196306</w:t>
        <w:br/>
        <w:t>v 6.520222 13.572266 -0.201868</w:t>
        <w:br/>
        <w:t>v 6.474814 13.524651 -0.211826</w:t>
        <w:br/>
        <w:t>v 6.606841 13.443993 -0.225424</w:t>
        <w:br/>
        <w:t>v 6.636704 13.482798 -0.213584</w:t>
        <w:br/>
        <w:t>v 6.692096 13.447054 -0.221249</w:t>
        <w:br/>
        <w:t>v 6.664231 13.409380 -0.232451</w:t>
        <w:br/>
        <w:t>v 6.692096 13.447054 -0.221249</w:t>
        <w:br/>
        <w:t>v 6.636704 13.482798 -0.213584</w:t>
        <w:br/>
        <w:t>v 6.655427 13.537239 -0.254497</w:t>
        <w:br/>
        <w:t>v 6.711611 13.496338 -0.261802</w:t>
        <w:br/>
        <w:t>v 6.518072 13.650141 -0.241959</w:t>
        <w:br/>
        <w:t>v 6.573806 13.600601 -0.248015</w:t>
        <w:br/>
        <w:t>v 6.520222 13.572266 -0.201868</w:t>
        <w:br/>
        <w:t>v 6.315867 13.572362 -0.258025</w:t>
        <w:br/>
        <w:t>v 6.451542 13.492268 -0.267033</w:t>
        <w:br/>
        <w:t>v 6.383140 13.531844 -0.263597</w:t>
        <w:br/>
        <w:t>v 6.641854 13.376318 -0.277313</w:t>
        <w:br/>
        <w:t>v 6.581899 13.414297 -0.275410</w:t>
        <w:br/>
        <w:t>v 6.909612 13.306314 -0.319978</w:t>
        <w:br/>
        <w:t>v 6.823765 13.303823 -0.301018</w:t>
        <w:br/>
        <w:t>v 6.835136 13.319570 -0.256896</w:t>
        <w:br/>
        <w:t>v 6.891302 13.325779 -0.263696</w:t>
        <w:br/>
        <w:t>v 6.659115 13.544418 -0.320025</w:t>
        <w:br/>
        <w:t>v 6.713125 13.504435 -0.323101</w:t>
        <w:br/>
        <w:t>v 6.580610 13.608335 -0.317473</w:t>
        <w:br/>
        <w:t>v 6.521106 13.653988 -0.315498</w:t>
        <w:br/>
        <w:t>v 6.423694 13.727266 -0.309770</w:t>
        <w:br/>
        <w:t>v 6.474530 13.687485 -0.312988</w:t>
        <w:br/>
        <w:t>v 6.816996 13.440703 -0.330518</w:t>
        <w:br/>
        <w:t>v 6.819571 13.433012 -0.269566</w:t>
        <w:br/>
        <w:t>v 6.748044 13.476213 -0.263848</w:t>
        <w:br/>
        <w:t>v 6.754376 13.476402 -0.325122</w:t>
        <w:br/>
        <w:t>v 6.407365 13.696557 -0.365950</w:t>
        <w:br/>
        <w:t>v 6.369491 13.654340 -0.380235</w:t>
        <w:br/>
        <w:t>v 6.433395 13.609877 -0.381653</w:t>
        <w:br/>
        <w:t>v 6.457265 13.657967 -0.367375</w:t>
        <w:br/>
        <w:t>v 6.433395 13.609877 -0.381653</w:t>
        <w:br/>
        <w:t>v 6.369491 13.654340 -0.380235</w:t>
        <w:br/>
        <w:t>v 6.321150 13.586926 -0.334891</w:t>
        <w:br/>
        <w:t>v 6.387226 13.547622 -0.337541</w:t>
        <w:br/>
        <w:t>v 6.647533 13.512459 -0.368767</w:t>
        <w:br/>
        <w:t>v 6.626064 13.478550 -0.383006</w:t>
        <w:br/>
        <w:t>v 6.680119 13.443249 -0.387631</w:t>
        <w:br/>
        <w:t>v 6.702523 13.476875 -0.376392</w:t>
        <w:br/>
        <w:t>v 6.626064 13.478550 -0.383006</w:t>
        <w:br/>
        <w:t>v 6.585427 13.424803 -0.342011</w:t>
        <w:br/>
        <w:t>v 6.646923 13.382828 -0.344139</w:t>
        <w:br/>
        <w:t>v 6.680119 13.443249 -0.387631</w:t>
        <w:br/>
        <w:t>v 6.502496 13.563284 -0.382349</w:t>
        <w:br/>
        <w:t>v 6.453136 13.503242 -0.339477</w:t>
        <w:br/>
        <w:t>v 6.540665 13.592297 -0.368763</w:t>
        <w:br/>
        <w:t>v 6.492177 13.632200 -0.367370</w:t>
        <w:br/>
        <w:t>v 6.502496 13.563284 -0.382349</w:t>
        <w:br/>
        <w:t>v 6.818053 13.299736 -0.347589</w:t>
        <w:br/>
        <w:t>v 6.884197 13.312644 -0.368166</w:t>
        <w:br/>
        <w:t>v 6.727963 13.458046 -0.377419</w:t>
        <w:br/>
        <w:t>v 6.795724 13.410243 -0.376874</w:t>
        <w:br/>
        <w:t>v 6.793991 13.383778 -0.228658</w:t>
        <w:br/>
        <w:t>v 6.769619 13.354288 -0.241704</w:t>
        <w:br/>
        <w:t>v 6.743073 13.332308 -0.290156</w:t>
        <w:br/>
        <w:t>v 6.740880 13.332444 -0.349037</w:t>
        <w:br/>
        <w:t>v 6.855209 13.346093 -0.244481</w:t>
        <w:br/>
        <w:t>v 6.843895 13.336342 -0.381538</w:t>
        <w:br/>
        <w:t>v 6.772158 13.382302 -0.383643</w:t>
        <w:br/>
        <w:t>v 6.772158 13.382302 -0.383643</w:t>
        <w:br/>
        <w:t>v 6.793991 13.383778 -0.228658</w:t>
        <w:br/>
        <w:t>v 6.881972 13.386715 -0.280922</w:t>
        <w:br/>
        <w:t>v 6.855209 13.346093 -0.244481</w:t>
        <w:br/>
        <w:t>v 6.843895 13.336342 -0.381538</w:t>
        <w:br/>
        <w:t>v 6.861853 13.367823 -0.373917</w:t>
        <w:br/>
        <w:t>v 6.908701 13.335654 -0.365810</w:t>
        <w:br/>
        <w:t>v 6.884197 13.312644 -0.368166</w:t>
        <w:br/>
        <w:t>v 6.304138 13.684061 -0.476582</w:t>
        <w:br/>
        <w:t>v 6.295473 13.640074 -0.436646</w:t>
        <w:br/>
        <w:t>v 6.343871 13.512635 -0.450910</w:t>
        <w:br/>
        <w:t>v 6.388940 13.550074 -0.452375</w:t>
        <w:br/>
        <w:t>v 6.444333 13.509171 -0.464656</w:t>
        <w:br/>
        <w:t>v 6.404372 13.471619 -0.463492</w:t>
        <w:br/>
        <w:t>v 6.411268 13.579638 -0.496310</w:t>
        <w:br/>
        <w:t>v 6.450521 13.545189 -0.504041</w:t>
        <w:br/>
        <w:t>v 6.444333 13.509171 -0.464656</w:t>
        <w:br/>
        <w:t>v 6.388940 13.550074 -0.452375</w:t>
        <w:br/>
        <w:t>v 6.236770 13.598579 -0.426903</w:t>
        <w:br/>
        <w:t>v 6.283664 13.560876 -0.437878</w:t>
        <w:br/>
        <w:t>v 6.260040 13.532843 -0.483088</w:t>
        <w:br/>
        <w:t>v 6.210392 13.571018 -0.473764</w:t>
        <w:br/>
        <w:t>v 6.378595 13.446383 -0.504890</w:t>
        <w:br/>
        <w:t>v 6.319785 13.484892 -0.494466</w:t>
        <w:br/>
        <w:t>v 6.549427 13.379757 -0.501006</w:t>
        <w:br/>
        <w:t>v 6.590221 13.381964 -0.507459</w:t>
        <w:br/>
        <w:t>v 6.598126 13.362455 -0.550448</w:t>
        <w:br/>
        <w:t>v 6.532618 13.357910 -0.535143</w:t>
        <w:br/>
        <w:t>v 6.406547 13.578753 -0.552571</w:t>
        <w:br/>
        <w:t>v 6.446541 13.543699 -0.557080</w:t>
        <w:br/>
        <w:t>v 6.526514 13.483469 -0.570492</w:t>
        <w:br/>
        <w:t>v 6.538852 13.481283 -0.518879</w:t>
        <w:br/>
        <w:t>v 6.480816 13.522459 -0.508915</w:t>
        <w:br/>
        <w:t>v 6.477710 13.518814 -0.562513</w:t>
        <w:br/>
        <w:t>v 6.253041 13.622690 -0.593287</w:t>
        <w:br/>
        <w:t>v 6.269854 13.663417 -0.580824</w:t>
        <w:br/>
        <w:t>v 6.253041 13.622690 -0.593287</w:t>
        <w:br/>
        <w:t>v 6.205564 13.572800 -0.538611</w:t>
        <w:br/>
        <w:t>v 6.408730 13.496894 -0.600936</w:t>
        <w:br/>
        <w:t>v 6.423234 13.522157 -0.600537</w:t>
        <w:br/>
        <w:t>v 6.381676 13.557110 -0.599497</w:t>
        <w:br/>
        <w:t>v 6.355680 13.536830 -0.599217</w:t>
        <w:br/>
        <w:t>v 6.408730 13.496894 -0.600936</w:t>
        <w:br/>
        <w:t>v 6.355680 13.536830 -0.599217</w:t>
        <w:br/>
        <w:t>v 6.312752 13.486766 -0.551585</w:t>
        <w:br/>
        <w:t>v 6.369019 13.447516 -0.554317</w:t>
        <w:br/>
        <w:t>v 6.296268 13.585529 -0.595388</w:t>
        <w:br/>
        <w:t>v 6.251624 13.534204 -0.544780</w:t>
        <w:br/>
        <w:t>v 6.329011 13.603951 -0.586462</w:t>
        <w:br/>
        <w:t>v 6.299806 13.633442 -0.587092</w:t>
        <w:br/>
        <w:t>v 6.296268 13.585529 -0.595388</w:t>
        <w:br/>
        <w:t>v 6.577839 13.371521 -0.598204</w:t>
        <w:br/>
        <w:t>v 6.522832 13.362017 -0.575050</w:t>
        <w:br/>
        <w:t>v 6.363928 13.625810 -0.546731</w:t>
        <w:br/>
        <w:t>v 6.334704 13.655863 -0.542682</w:t>
        <w:br/>
        <w:t>v 6.443871 13.504683 -0.602361</w:t>
        <w:br/>
        <w:t>v 6.504434 13.458765 -0.605502</w:t>
        <w:br/>
        <w:t>v 6.520664 13.444077 -0.473930</w:t>
        <w:br/>
        <w:t>v 6.490076 13.411980 -0.483102</w:t>
        <w:br/>
        <w:t>v 6.466631 13.393225 -0.520294</w:t>
        <w:br/>
        <w:t>v 6.460143 13.390402 -0.564139</w:t>
        <w:br/>
        <w:t>v 6.367227 13.621325 -0.489421</w:t>
        <w:br/>
        <w:t>v 6.337240 13.654366 -0.483905</w:t>
        <w:br/>
        <w:t>v 6.333974 13.597610 -0.441595</w:t>
        <w:br/>
        <w:t>v 6.333974 13.597610 -0.441595</w:t>
        <w:br/>
        <w:t>v 6.295473 13.640074 -0.436646</w:t>
        <w:br/>
        <w:t>v 6.570934 13.403824 -0.491735</w:t>
        <w:br/>
        <w:t>v 6.542061 13.397051 -0.610267</w:t>
        <w:br/>
        <w:t>v 6.487272 13.434504 -0.609181</w:t>
        <w:br/>
        <w:t>v 6.460143 13.390402 -0.564139</w:t>
        <w:br/>
        <w:t>v 6.487272 13.434504 -0.609181</w:t>
        <w:br/>
        <w:t>v 6.520664 13.444077 -0.473930</w:t>
        <w:br/>
        <w:t>v 6.618627 13.400656 -0.535195</w:t>
        <w:br/>
        <w:t>v 6.590221 13.381964 -0.507459</w:t>
        <w:br/>
        <w:t>v 6.570934 13.403824 -0.491735</w:t>
        <w:br/>
        <w:t>v 6.587773 13.435940 -0.533917</w:t>
        <w:br/>
        <w:t>v 6.560059 13.416311 -0.610499</w:t>
        <w:br/>
        <w:t>v 6.542061 13.397051 -0.610267</w:t>
        <w:br/>
        <w:t>v 6.598568 13.382118 -0.601912</w:t>
        <w:br/>
        <w:t>v 6.577839 13.371521 -0.598204</w:t>
        <w:br/>
        <w:t>v 6.061141 13.828616 0.302157</w:t>
        <w:br/>
        <w:t>v 5.418263 13.984035 0.340555</w:t>
        <w:br/>
        <w:t>v 5.669061 13.875690 -0.249652</w:t>
        <w:br/>
        <w:t>v 5.693663 13.848423 -0.061362</w:t>
        <w:br/>
        <w:t>v 5.531074 13.969544 -0.235106</w:t>
        <w:br/>
        <w:t>v 5.625000 14.287926 -0.385990</w:t>
        <w:br/>
        <w:t>v 5.668959 14.335934 -0.237791</w:t>
        <w:br/>
        <w:t>v 5.661812 14.338189 -0.065471</w:t>
        <w:br/>
        <w:t>v 6.054870 14.059256 0.081204</w:t>
        <w:br/>
        <w:t>v 5.933082 14.137872 0.077275</w:t>
        <w:br/>
        <w:t>v 5.952193 14.159945 -0.086209</w:t>
        <w:br/>
        <w:t>v 6.187835 13.945123 -0.313272</w:t>
        <w:br/>
        <w:t>v 6.397790 13.740100 0.188077</w:t>
        <w:br/>
        <w:t>v 6.288603 13.786379 0.257832</w:t>
        <w:br/>
        <w:t>v 6.308750 13.809927 0.195081</w:t>
        <w:br/>
        <w:t>v 6.243710 13.746921 0.281245</w:t>
        <w:br/>
        <w:t>v 6.303465 13.738008 0.059516</w:t>
        <w:br/>
        <w:t>v 6.581022 13.642172 -0.004475</w:t>
        <w:br/>
        <w:t>v 6.541736 13.674127 0.002794</w:t>
        <w:br/>
        <w:t>v 6.535764 13.606157 0.022449</w:t>
        <w:br/>
        <w:t>v 6.446876 13.698942 0.184472</w:t>
        <w:br/>
        <w:t>v 6.296134 13.692899 -0.534283</w:t>
        <w:br/>
        <w:t>v 6.221884 13.969465 -0.025188</w:t>
        <w:br/>
        <w:t>v 6.215234 13.907997 -0.316496</w:t>
        <w:br/>
        <w:t>v 6.101108 13.881952 -0.500521</w:t>
        <w:br/>
        <w:t>v 5.721502 13.838079 0.278250</w:t>
        <w:br/>
        <w:t>v 5.759326 13.876207 0.322552</w:t>
        <w:br/>
        <w:t>v 6.213321 13.792315 -0.142641</w:t>
        <w:br/>
        <w:t>v 5.909389 14.092217 0.206747</w:t>
        <w:br/>
        <w:t>v 5.545013 14.203585 0.282647</w:t>
        <w:br/>
        <w:t>v 5.864627 13.936873 -0.526760</w:t>
        <w:br/>
        <w:t>v 5.553798 14.207702 -0.442294</w:t>
        <w:br/>
        <w:t>v 6.925069 13.348624 -0.291690</w:t>
        <w:br/>
        <w:t>v 6.891302 13.325779 -0.263696</w:t>
        <w:br/>
        <w:t>v 5.479726 14.183208 0.301466</w:t>
        <w:br/>
        <w:t>v 5.422456 14.253745 0.222363</w:t>
        <w:br/>
        <w:t>v 6.590221 13.381964 -0.507459</w:t>
        <w:br/>
        <w:t>v 6.598126 13.362455 -0.550448</w:t>
        <w:br/>
        <w:t>v 6.891302 13.325779 -0.263696</w:t>
        <w:br/>
        <w:t>v 6.909612 13.306314 -0.319978</w:t>
        <w:br/>
        <w:t>v 6.884197 13.312644 -0.368166</w:t>
        <w:br/>
        <w:t>v 6.448349 13.656023 0.240040</w:t>
        <w:br/>
        <w:t>v 6.467285 13.681414 0.182848</w:t>
        <w:br/>
        <w:t>v 6.453011 13.676086 0.121400</w:t>
        <w:br/>
        <w:t>v 6.485334 13.666970 0.181576</w:t>
        <w:br/>
        <w:t>v 6.469798 13.662532 0.121151</w:t>
        <w:br/>
        <w:t>v 6.466954 13.650169 0.244891</w:t>
        <w:br/>
        <w:t>v 6.635834 13.515645 0.221221</w:t>
        <w:br/>
        <w:t>v 6.655312 13.538624 0.172174</w:t>
        <w:br/>
        <w:t>v 6.524299 13.686448 0.004216</w:t>
        <w:br/>
        <w:t>v 6.539176 13.711048 -0.056652</w:t>
        <w:br/>
        <w:t>v 6.520082 13.696783 -0.121926</w:t>
        <w:br/>
        <w:t>v 6.747118 13.525025 -0.023028</w:t>
        <w:br/>
        <w:t>v 6.762885 13.546626 -0.078173</w:t>
        <w:br/>
        <w:t>v 6.747871 13.539035 -0.140538</w:t>
        <w:br/>
        <w:t>v 6.495784 13.664157 -0.244231</w:t>
        <w:br/>
        <w:t>v 6.500288 13.669336 -0.314521</w:t>
        <w:br/>
        <w:t>v 6.478900 13.642103 -0.367866</w:t>
        <w:br/>
        <w:t>v 6.730381 13.484212 -0.262825</w:t>
        <w:br/>
        <w:t>v 6.735194 13.489165 -0.324940</w:t>
        <w:br/>
        <w:t>v 6.715740 13.466623 -0.376951</w:t>
        <w:br/>
        <w:t>v 6.322580 13.666575 -0.481251</w:t>
        <w:br/>
        <w:t>v 6.319741 13.668202 -0.541070</w:t>
        <w:br/>
        <w:t>v 6.291146 13.645297 -0.592474</w:t>
        <w:br/>
        <w:t>v 6.466457 13.532614 -0.506533</w:t>
        <w:br/>
        <w:t>v 6.461688 13.531469 -0.559405</w:t>
        <w:br/>
        <w:t>v 6.435243 13.512451 -0.601356</w:t>
        <w:br/>
        <w:t>v 6.076963 13.725766 0.079004</w:t>
        <w:br/>
        <w:t>v 6.178389 13.806106 0.090852</w:t>
        <w:br/>
        <w:t>v 6.167957 13.712633 -0.110259</w:t>
        <w:br/>
        <w:t>v 6.041927 13.687841 -0.231000</w:t>
        <w:br/>
        <w:t>v 6.213321 13.792315 -0.142641</w:t>
        <w:br/>
        <w:t>v 6.191172 13.791510 0.094630</w:t>
        <w:br/>
        <w:t>v 6.013588 13.732731 -0.360267</w:t>
        <w:br/>
        <w:t>v 5.333677 14.497541 -0.344981</w:t>
        <w:br/>
        <w:t>v 5.793960 14.214317 0.085883</w:t>
        <w:br/>
        <w:t>v 5.281351 14.493748 0.029526</w:t>
        <w:br/>
        <w:t>v 5.282794 14.420498 -0.378355</w:t>
        <w:br/>
        <w:t>v 5.244184 14.222027 -0.116700</w:t>
        <w:br/>
        <w:t>v 5.262040 14.232333 -0.222828</w:t>
        <w:br/>
        <w:t>v 5.244349 14.285216 0.059656</w:t>
        <w:br/>
        <w:t>v 5.234627 14.243773 -0.019144</w:t>
        <w:br/>
        <w:t>v 5.315098 14.260233 -0.332558</w:t>
        <w:br/>
        <w:t>v 5.378680 14.351084 -0.382727</w:t>
        <w:br/>
        <w:t>v 5.288075 14.295217 0.119521</w:t>
        <w:br/>
        <w:t>v 5.297252 14.293640 0.104505</w:t>
        <w:br/>
        <w:t>v 5.249962 14.285182 0.059756</w:t>
        <w:br/>
        <w:t>v 5.800485 14.249310 -0.256047</w:t>
        <w:br/>
        <w:t>v 5.809910 14.250227 -0.080168</w:t>
        <w:br/>
        <w:t>v 6.167918 13.808670 -0.160526</w:t>
        <w:br/>
        <w:t>v 6.115571 13.794104 -0.391870</w:t>
        <w:br/>
        <w:t>v 6.129347 13.796590 -0.385007</w:t>
        <w:br/>
        <w:t>v 6.185921 13.795502 0.094747</w:t>
        <w:br/>
        <w:t>v 6.069730 13.723247 0.089937</w:t>
        <w:br/>
        <w:t>v 6.813440 13.392138 0.110362</w:t>
        <w:br/>
        <w:t>v 6.836795 13.387422 0.158375</w:t>
        <w:br/>
        <w:t>v 6.836795 13.387422 0.158375</w:t>
        <w:br/>
        <w:t>v 6.827896 13.376163 0.154436</w:t>
        <w:br/>
        <w:t>v 6.943228 13.430624 -0.097450</w:t>
        <w:br/>
        <w:t>v 6.955297 13.364943 -0.159102</w:t>
        <w:br/>
        <w:t>v 6.983933 13.362139 -0.108828</w:t>
        <w:br/>
        <w:t>v 6.967959 13.355150 -0.059562</w:t>
        <w:br/>
        <w:t>v 6.981014 13.351536 -0.105323</w:t>
        <w:br/>
        <w:t>v 6.981014 13.351536 -0.105323</w:t>
        <w:br/>
        <w:t>v 6.990858 13.384926 -0.107053</w:t>
        <w:br/>
        <w:t>v 6.990858 13.384926 -0.107053</w:t>
        <w:br/>
        <w:t>v 6.881138 13.394553 -0.331405</w:t>
        <w:br/>
        <w:t>v 6.926724 13.349215 -0.331126</w:t>
        <w:br/>
        <w:t>v 6.925069 13.348624 -0.291690</w:t>
        <w:br/>
        <w:t>v 6.926724 13.349215 -0.331126</w:t>
        <w:br/>
        <w:t>v 6.582168 13.444918 -0.579985</w:t>
        <w:br/>
        <w:t>v 6.611422 13.401516 -0.569232</w:t>
        <w:br/>
        <w:t>v 6.598568 13.382118 -0.601912</w:t>
        <w:br/>
        <w:t>v 5.209159 14.535749 -0.376184</w:t>
        <w:br/>
        <w:t>v 5.240811 14.576387 -0.344987</w:t>
        <w:br/>
        <w:t>v 5.269158 14.606045 -0.277374</w:t>
        <w:br/>
        <w:t>v 5.212275 14.555504 0.020790</w:t>
        <w:br/>
        <w:t>v 5.244624 14.591022 -0.035756</w:t>
        <w:br/>
        <w:t>v 5.750305 13.912470 0.365216</w:t>
        <w:br/>
        <w:t>v 5.759326 13.876207 0.322552</w:t>
        <w:br/>
        <w:t>v 5.388266 14.260401 -0.385463</w:t>
        <w:br/>
        <w:t>v 5.061528 14.378910 -0.139637</w:t>
        <w:br/>
        <w:t>v 5.075243 14.391443 -0.042231</w:t>
        <w:br/>
        <w:t>v 5.065338 14.375799 -0.034673</w:t>
        <w:br/>
        <w:t>v 5.052595 14.364534 -0.138815</w:t>
        <w:br/>
        <w:t>v 5.097576 14.420673 0.011660</w:t>
        <w:br/>
        <w:t>v 5.091816 14.409813 0.023695</w:t>
        <w:br/>
        <w:t>v 5.123283 14.451702 0.030199</w:t>
        <w:br/>
        <w:t>v 5.120646 14.445770 0.044334</w:t>
        <w:br/>
        <w:t>v 5.266148 14.613604 -0.112034</w:t>
        <w:br/>
        <w:t>v 5.259360 14.603426 -0.115076</w:t>
        <w:br/>
        <w:t>v 5.266745 14.606287 -0.193448</w:t>
        <w:br/>
        <w:t>v 5.274353 14.619923 -0.192110</w:t>
        <w:br/>
        <w:t>v 5.128549 14.443594 -0.367155</w:t>
        <w:br/>
        <w:t>v 5.174694 14.496235 -0.386569</w:t>
        <w:br/>
        <w:t>v 5.169425 14.499153 -0.373714</w:t>
        <w:br/>
        <w:t>v 5.131792 14.455572 -0.358227</w:t>
        <w:br/>
        <w:t>v 5.098705 14.417360 -0.320524</w:t>
        <w:br/>
        <w:t>v 5.069509 14.385635 -0.248316</w:t>
        <w:br/>
        <w:t>v 5.063657 14.372892 -0.252790</w:t>
        <w:br/>
        <w:t>v 5.094110 14.404821 -0.327354</w:t>
        <w:br/>
        <w:t>v 5.151723 14.481066 0.051646</w:t>
        <w:br/>
        <w:t>v 5.151174 14.482063 0.035788</w:t>
        <w:br/>
        <w:t>v 5.179880 14.514782 0.027760</w:t>
        <w:br/>
        <w:t>v 5.182794 14.518055 0.042772</w:t>
        <w:br/>
        <w:t>v 5.406119 13.949392 0.289178</w:t>
        <w:br/>
        <w:t>v 5.414249 13.958904 0.283097</w:t>
        <w:br/>
        <w:t>v 5.511322 13.835775 0.408160</w:t>
        <w:br/>
        <w:t>v 5.522737 13.848057 0.391462</w:t>
        <w:br/>
        <w:t>v 5.553800 13.801888 0.325109</w:t>
        <w:br/>
        <w:t>v 5.546497 13.786676 0.333025</w:t>
        <w:br/>
        <w:t>v 5.546497 13.786676 0.333025</w:t>
        <w:br/>
        <w:t>v 5.553800 13.801888 0.325109</w:t>
        <w:br/>
        <w:t>v 5.633746 13.801519 0.284080</w:t>
        <w:br/>
        <w:t>v 5.630075 13.784355 0.273291</w:t>
        <w:br/>
        <w:t>v 5.637106 13.937544 0.436735</w:t>
        <w:br/>
        <w:t>v 5.566185 13.901400 0.438867</w:t>
        <w:br/>
        <w:t>v 5.556792 13.904507 0.458780</w:t>
        <w:br/>
        <w:t>v 5.642868 13.937187 0.454063</w:t>
        <w:br/>
        <w:t>v 5.716268 13.852921 0.283892</w:t>
        <w:br/>
        <w:t>v 5.571935 14.090313 -0.419897</w:t>
        <w:br/>
        <w:t>v 5.570117 14.089090 -0.437381</w:t>
        <w:br/>
        <w:t>v 5.538947 14.174572 -0.443157</w:t>
        <w:br/>
        <w:t>v 5.536652 14.168378 -0.429073</w:t>
        <w:br/>
        <w:t>v 5.569405 14.023355 -0.402751</w:t>
        <w:br/>
        <w:t>v 5.579873 14.028372 -0.390310</w:t>
        <w:br/>
        <w:t>v 5.552090 13.997974 -0.317466</w:t>
        <w:br/>
        <w:t>v 5.542212 13.989317 -0.325342</w:t>
        <w:br/>
        <w:t>v 5.500642 13.952821 0.002052</w:t>
        <w:br/>
        <w:t>v 5.440180 13.945814 0.184115</w:t>
        <w:br/>
        <w:t>v 5.436355 13.932327 0.190284</w:t>
        <w:br/>
        <w:t>v 5.489769 13.937506 0.005856</w:t>
        <w:br/>
        <w:t>v 5.458961 14.068724 0.378565</w:t>
        <w:br/>
        <w:t>v 5.439527 14.025047 0.375703</w:t>
        <w:br/>
        <w:t>v 5.446750 14.026865 0.365638</w:t>
        <w:br/>
        <w:t>v 5.461434 14.063791 0.367722</w:t>
        <w:br/>
        <w:t>v 5.531074 13.969544 -0.235106</w:t>
        <w:br/>
        <w:t>v 5.540355 13.981854 -0.231795</w:t>
        <w:br/>
        <w:t>v 5.749209 13.891310 0.312332</w:t>
        <w:br/>
        <w:t>v 5.696759 13.941027 0.398742</w:t>
        <w:br/>
        <w:t>v 5.702566 13.941227 0.416665</w:t>
        <w:br/>
        <w:t>v 5.465486 14.240778 -0.418266</w:t>
        <w:br/>
        <w:t>v 5.466953 14.230858 -0.402537</w:t>
        <w:br/>
        <w:t>v 5.479726 14.183208 0.301466</w:t>
        <w:br/>
        <w:t>v 5.482349 14.178328 0.285438</w:t>
        <w:br/>
        <w:t>v 5.424481 14.242617 0.216093</w:t>
        <w:br/>
        <w:t>v 5.422456 14.253745 0.222363</w:t>
        <w:br/>
        <w:t>v 5.244184 14.222027 -0.116700</w:t>
        <w:br/>
        <w:t>v 5.261036 14.236815 -0.116120</w:t>
        <w:br/>
        <w:t>v 5.279402 14.240672 -0.220263</w:t>
        <w:br/>
        <w:t>v 5.262040 14.232333 -0.222828</w:t>
        <w:br/>
        <w:t>v 5.234627 14.243773 -0.019144</w:t>
        <w:br/>
        <w:t>v 5.247454 14.252306 -0.016686</w:t>
        <w:br/>
        <w:t>v 5.347386 14.291454 0.162941</w:t>
        <w:br/>
        <w:t>v 5.351154 14.281406 0.150273</w:t>
        <w:br/>
        <w:t>v 5.329705 14.261052 -0.322801</w:t>
        <w:br/>
        <w:t>v 5.315098 14.260233 -0.332558</w:t>
        <w:br/>
        <w:t>v 5.351154 14.281406 0.150273</w:t>
        <w:br/>
        <w:t>v 5.240811 14.576387 -0.344987</w:t>
        <w:br/>
        <w:t>v 5.234261 14.569601 -0.335358</w:t>
        <w:br/>
        <w:t>v 5.203252 14.533802 -0.364954</w:t>
        <w:br/>
        <w:t>v 5.209159 14.535749 -0.376184</w:t>
        <w:br/>
        <w:t>v 5.269158 14.606045 -0.277374</w:t>
        <w:br/>
        <w:t>v 5.258917 14.594637 -0.273481</w:t>
        <w:br/>
        <w:t>v 5.212275 14.555504 0.020790</w:t>
        <w:br/>
        <w:t>v 5.207010 14.547970 0.006625</w:t>
        <w:br/>
        <w:t>v 5.237750 14.580967 -0.041937</w:t>
        <w:br/>
        <w:t>v 5.244624 14.591022 -0.035756</w:t>
        <w:br/>
        <w:t>v 5.749209 13.891310 0.312332</w:t>
        <w:br/>
        <w:t>v 5.741170 13.914989 0.348375</w:t>
        <w:br/>
        <w:t>v 5.750305 13.912470 0.365216</w:t>
        <w:br/>
        <w:t>v 5.395979 14.254980 -0.367171</w:t>
        <w:br/>
        <w:t>v 5.571935 14.090313 -0.419897</w:t>
        <w:br/>
        <w:t>v 5.469799 14.113251 0.358054</w:t>
        <w:br/>
        <w:t>v 5.475115 14.107016 0.348674</w:t>
        <w:br/>
        <w:t>v 5.469799 14.113251 0.358054</w:t>
        <w:br/>
        <w:t>v 5.288075 14.295217 0.119521</w:t>
        <w:br/>
        <w:t>v 5.553798 14.207702 -0.442294</w:t>
        <w:br/>
        <w:t>v 5.477622 14.273517 -0.413088</w:t>
        <w:br/>
        <w:t>v 5.465486 14.240778 -0.418266</w:t>
        <w:br/>
        <w:t>v 5.388266 14.260401 -0.385463</w:t>
        <w:br/>
        <w:t>v 5.169425 14.499153 -0.373714</w:t>
        <w:br/>
        <w:t>v 5.174694 14.496235 -0.386569</w:t>
        <w:br/>
        <w:t>v 5.174694 14.496235 -0.386569</w:t>
        <w:br/>
        <w:t>v 5.440180 13.945814 0.184115</w:t>
        <w:br/>
        <w:t>v 5.414249 13.958904 0.283097</w:t>
        <w:br/>
        <w:t>v 5.436355 13.932327 0.190284</w:t>
        <w:br/>
        <w:t>v 5.436355 13.932327 0.190284</w:t>
        <w:br/>
        <w:t>v 5.166201 14.496115 -0.158522</w:t>
        <w:br/>
        <w:t>v 5.123283 14.451702 0.030199</w:t>
        <w:br/>
        <w:t>v 5.097576 14.420673 0.011660</w:t>
        <w:br/>
        <w:t>v 5.179880 14.514782 0.027760</w:t>
        <w:br/>
        <w:t>v 5.151174 14.482063 0.035788</w:t>
        <w:br/>
        <w:t>v 5.203252 14.533802 -0.364954</w:t>
        <w:br/>
        <w:t>v 5.234261 14.569601 -0.335358</w:t>
        <w:br/>
        <w:t>v 5.258917 14.594637 -0.273481</w:t>
        <w:br/>
        <w:t>v 5.266745 14.606287 -0.193448</w:t>
        <w:br/>
        <w:t>v 5.259360 14.603426 -0.115076</w:t>
        <w:br/>
        <w:t>v 5.237750 14.580967 -0.041937</w:t>
        <w:br/>
        <w:t>v 5.098705 14.417360 -0.320524</w:t>
        <w:br/>
        <w:t>v 5.131792 14.455572 -0.358227</w:t>
        <w:br/>
        <w:t>v 5.075243 14.391443 -0.042231</w:t>
        <w:br/>
        <w:t>v 5.061528 14.378910 -0.139637</w:t>
        <w:br/>
        <w:t>v 5.169425 14.499153 -0.373714</w:t>
        <w:br/>
        <w:t>v 5.069509 14.385635 -0.248316</w:t>
        <w:br/>
        <w:t>v 5.207010 14.547970 0.006625</w:t>
        <w:br/>
        <w:t>v 5.626072 13.893154 0.344707</w:t>
        <w:br/>
        <w:t>v 5.553800 13.801888 0.325109</w:t>
        <w:br/>
        <w:t>v 5.522737 13.848057 0.391462</w:t>
        <w:br/>
        <w:t>v 5.633746 13.801519 0.284080</w:t>
        <w:br/>
        <w:t>v 5.716268 13.852921 0.283892</w:t>
        <w:br/>
        <w:t>v 5.749209 13.891310 0.312332</w:t>
        <w:br/>
        <w:t>v 5.741170 13.914989 0.348375</w:t>
        <w:br/>
        <w:t>v 5.696759 13.941027 0.398742</w:t>
        <w:br/>
        <w:t>v 5.637106 13.937544 0.436735</w:t>
        <w:br/>
        <w:t>v 5.566185 13.901400 0.438867</w:t>
        <w:br/>
        <w:t>v 5.244349 14.285216 0.059656</w:t>
        <w:br/>
        <w:t>v -5.052595 14.364533 -0.138815</w:t>
        <w:br/>
        <w:t>v -5.163189 14.301180 -0.133103</w:t>
        <w:br/>
        <w:t>v -5.164087 14.321263 -0.038060</w:t>
        <w:br/>
        <w:t>v -5.065336 14.375799 -0.034673</w:t>
        <w:br/>
        <w:t>v -5.091816 14.409813 0.023695</w:t>
        <w:br/>
        <w:t>v -5.181180 14.356932 0.017997</w:t>
        <w:br/>
        <w:t>v -5.120646 14.445770 0.044335</w:t>
        <w:br/>
        <w:t>v -5.266147 14.613604 -0.112033</w:t>
        <w:br/>
        <w:t>v -5.349445 14.552197 -0.134690</w:t>
        <w:br/>
        <w:t>v -5.274352 14.619923 -0.192109</w:t>
        <w:br/>
        <w:t>v -5.174693 14.496234 -0.386568</w:t>
        <w:br/>
        <w:t>v -5.282793 14.420498 -0.378355</w:t>
        <w:br/>
        <w:t>v -5.217048 14.348939 -0.328586</w:t>
        <w:br/>
        <w:t>v -5.128549 14.443593 -0.367155</w:t>
        <w:br/>
        <w:t>v -5.063656 14.372893 -0.252790</w:t>
        <w:br/>
        <w:t>v -5.094109 14.404821 -0.327353</w:t>
        <w:br/>
        <w:t>v -5.179420 14.305294 -0.242256</w:t>
        <w:br/>
        <w:t>v -5.182794 14.518054 0.042772</w:t>
        <w:br/>
        <w:t>v -5.151723 14.481065 0.051646</w:t>
        <w:br/>
        <w:t>v -5.227533 14.424142 0.051338</w:t>
        <w:br/>
        <w:t>v -5.354415 14.538184 -0.246196</w:t>
        <w:br/>
        <w:t>v -5.447313 14.478961 -0.110719</w:t>
        <w:br/>
        <w:t>v -5.451457 14.470203 -0.235537</w:t>
        <w:br/>
        <w:t>v -5.421096 14.461795 -0.011401</w:t>
        <w:br/>
        <w:t>v -5.322629 14.532409 -0.036974</w:t>
        <w:br/>
        <w:t>v -5.516644 14.421893 -0.068693</w:t>
        <w:br/>
        <w:t>v -5.546440 14.407768 -0.229980</w:t>
        <w:br/>
        <w:t>v -5.518882 14.358413 -0.357278</w:t>
        <w:br/>
        <w:t>v -5.423697 14.421168 -0.340547</w:t>
        <w:br/>
        <w:t>v -5.406117 13.949394 0.289178</w:t>
        <w:br/>
        <w:t>v -5.463270 13.893641 0.226823</w:t>
        <w:br/>
        <w:t>v -5.504383 13.833501 0.286521</w:t>
        <w:br/>
        <w:t>v -5.466675 13.892926 0.379908</w:t>
        <w:br/>
        <w:t>v -5.477621 14.273516 -0.413089</w:t>
        <w:br/>
        <w:t>v -5.378680 14.351083 -0.382727</w:t>
        <w:br/>
        <w:t>v -6.249063 13.885506 0.059620</w:t>
        <w:br/>
        <w:t>v -6.211712 13.782719 0.085311</w:t>
        <w:br/>
        <w:t>v -6.228457 13.775281 0.081229</w:t>
        <w:br/>
        <w:t>v -6.264904 13.860372 0.048465</w:t>
        <w:br/>
        <w:t>v -6.081316 13.693689 -0.039815</w:t>
        <w:br/>
        <w:t>v -6.157137 13.677570 -0.038560</w:t>
        <w:br/>
        <w:t>v -6.179836 13.702468 0.053218</w:t>
        <w:br/>
        <w:t>v -6.102118 13.708593 0.057538</w:t>
        <w:br/>
        <w:t>v -6.228457 13.775281 0.081229</w:t>
        <w:br/>
        <w:t>v -6.211712 13.782719 0.085311</w:t>
        <w:br/>
        <w:t>v -6.192160 13.902625 0.094452</w:t>
        <w:br/>
        <w:t>v -6.178389 13.806105 0.090851</w:t>
        <w:br/>
        <w:t>v -6.173291 14.007156 -0.031623</w:t>
        <w:br/>
        <w:t>v -6.097249 14.057773 -0.065562</w:t>
        <w:br/>
        <w:t>v -6.139066 13.987539 0.091456</w:t>
        <w:br/>
        <w:t>v -6.268629 13.928104 -0.022080</w:t>
        <w:br/>
        <w:t>v -6.290660 13.908504 -0.024074</w:t>
        <w:br/>
        <w:t>v -6.262683 13.883225 -0.096907</w:t>
        <w:br/>
        <w:t>v -6.257492 13.905842 -0.104215</w:t>
        <w:br/>
        <w:t>v -6.202973 13.797417 -0.150546</w:t>
        <w:br/>
        <w:t>v -6.167918 13.808668 -0.160527</w:t>
        <w:br/>
        <w:t>v -6.198944 13.917058 -0.167532</w:t>
        <w:br/>
        <w:t>v -6.093173 13.702833 -0.114609</w:t>
        <w:br/>
        <w:t>v -6.077535 13.726915 -0.131216</w:t>
        <w:br/>
        <w:t>v -6.202973 13.797417 -0.150546</w:t>
        <w:br/>
        <w:t>v -6.067364 14.050585 -0.290602</w:t>
        <w:br/>
        <w:t>v -6.165887 13.991549 -0.178152</w:t>
        <w:br/>
        <w:t>v -6.037452 13.715666 0.162715</w:t>
        <w:br/>
        <w:t>v -6.035525 13.752290 0.259781</w:t>
        <w:br/>
        <w:t>v -5.948808 13.780755 0.253371</w:t>
        <w:br/>
        <w:t>v -5.975345 13.728911 0.144174</w:t>
        <w:br/>
        <w:t>v -6.099761 13.696346 0.176443</w:t>
        <w:br/>
        <w:t>v -6.108316 13.720776 0.265018</w:t>
        <w:br/>
        <w:t>v -6.185921 13.795500 0.094746</w:t>
        <w:br/>
        <w:t>v -6.178389 13.806105 0.090851</w:t>
        <w:br/>
        <w:t>v -6.192160 13.902625 0.094452</w:t>
        <w:br/>
        <w:t>v -6.217190 13.881096 0.124262</w:t>
        <w:br/>
        <w:t>v -6.178389 13.806105 0.090851</w:t>
        <w:br/>
        <w:t>v -6.185921 13.795500 0.094746</w:t>
        <w:br/>
        <w:t>v -6.076963 13.725765 0.079003</w:t>
        <w:br/>
        <w:t>v -6.009959 13.721545 0.063015</w:t>
        <w:br/>
        <w:t>v -6.069729 13.723246 0.089935</w:t>
        <w:br/>
        <w:t>v -6.096140 13.989900 0.200389</w:t>
        <w:br/>
        <w:t>v -6.028033 14.032024 0.205304</w:t>
        <w:br/>
        <w:t>v -6.154001 13.938778 0.205139</w:t>
        <w:br/>
        <w:t>v -6.201290 13.900780 0.208751</w:t>
        <w:br/>
        <w:t>v -6.217190 13.881096 0.124262</w:t>
        <w:br/>
        <w:t>v -6.181281 13.925778 0.130272</w:t>
        <w:br/>
        <w:t>v -6.159649 13.712429 -0.182752</w:t>
        <w:br/>
        <w:t>v -6.247792 13.662914 -0.192971</w:t>
        <w:br/>
        <w:t>v -6.299931 13.719477 -0.186739</w:t>
        <w:br/>
        <w:t>v -6.223063 13.772600 -0.179595</w:t>
        <w:br/>
        <w:t>v -6.257351 13.860626 -0.230844</w:t>
        <w:br/>
        <w:t>v -6.223063 13.772600 -0.179595</w:t>
        <w:br/>
        <w:t>v -6.299931 13.719477 -0.186739</w:t>
        <w:br/>
        <w:t>v -6.340944 13.778164 -0.234758</w:t>
        <w:br/>
        <w:t>v -6.120012 13.664087 -0.244747</w:t>
        <w:br/>
        <w:t>v -6.217759 13.627052 -0.253872</w:t>
        <w:br/>
        <w:t>v -6.251406 13.877318 -0.311124</w:t>
        <w:br/>
        <w:t>v -6.345666 13.788927 -0.307034</w:t>
        <w:br/>
        <w:t>v -6.077535 13.726915 -0.131216</w:t>
        <w:br/>
        <w:t>v -6.193500 13.795305 -0.171372</w:t>
        <w:br/>
        <w:t>v -6.167918 13.808668 -0.160527</w:t>
        <w:br/>
        <w:t>v -6.072209 13.715252 -0.143768</w:t>
        <w:br/>
        <w:t>v -6.198944 13.917058 -0.167532</w:t>
        <w:br/>
        <w:t>v -6.167918 13.808668 -0.160527</w:t>
        <w:br/>
        <w:t>v -6.193500 13.795305 -0.171372</w:t>
        <w:br/>
        <w:t>v -6.233989 13.893967 -0.223844</w:t>
        <w:br/>
        <w:t>v -6.136178 13.984932 -0.304481</w:t>
        <w:br/>
        <w:t>v -6.282331 13.710865 -0.375425</w:t>
        <w:br/>
        <w:t>v -6.227777 13.641937 -0.325415</w:t>
        <w:br/>
        <w:t>v -6.128727 13.690556 -0.325071</w:t>
        <w:br/>
        <w:t>v -6.176652 13.777059 -0.379306</w:t>
        <w:br/>
        <w:t>v -6.176652 13.777059 -0.379306</w:t>
        <w:br/>
        <w:t>v -6.222994 13.833668 -0.369115</w:t>
        <w:br/>
        <w:t>v -6.319141 13.754522 -0.364000</w:t>
        <w:br/>
        <w:t>v -6.282331 13.710865 -0.375425</w:t>
        <w:br/>
        <w:t>v -6.134953 13.883907 -0.404438</w:t>
        <w:br/>
        <w:t>v -6.178340 13.873976 -0.381029</w:t>
        <w:br/>
        <w:t>v -6.153810 13.789886 -0.384752</w:t>
        <w:br/>
        <w:t>v -6.129347 13.796589 -0.385008</w:t>
        <w:br/>
        <w:t>v -6.043867 13.702003 -0.325725</w:t>
        <w:br/>
        <w:t>v -6.017795 13.720079 -0.348853</w:t>
        <w:br/>
        <w:t>v -6.153810 13.789886 -0.384752</w:t>
        <w:br/>
        <w:t>v -6.096527 13.947870 -0.399436</w:t>
        <w:br/>
        <w:t>v -6.158553 13.828774 -0.439165</w:t>
        <w:br/>
        <w:t>v -6.129069 13.776337 -0.400035</w:t>
        <w:br/>
        <w:t>v -6.238248 13.678670 -0.421739</w:t>
        <w:br/>
        <w:t>v -6.248366 13.732836 -0.461431</w:t>
        <w:br/>
        <w:t>v -6.071809 13.727690 -0.389743</w:t>
        <w:br/>
        <w:t>v -6.193445 13.630536 -0.419284</w:t>
        <w:br/>
        <w:t>v -6.238248 13.678670 -0.421739</w:t>
        <w:br/>
        <w:t>v -6.129069 13.776337 -0.400035</w:t>
        <w:br/>
        <w:t>v -6.041386 13.694688 -0.447229</w:t>
        <w:br/>
        <w:t>v -6.154177 13.613053 -0.465648</w:t>
        <w:br/>
        <w:t>v -6.243324 13.741537 -0.523506</w:t>
        <w:br/>
        <w:t>v -6.152074 13.832019 -0.513157</w:t>
        <w:br/>
        <w:t>v -6.017795 13.720079 -0.348853</w:t>
        <w:br/>
        <w:t>v -6.115571 13.794104 -0.391872</w:t>
        <w:br/>
        <w:t>v -6.129347 13.796589 -0.385008</w:t>
        <w:br/>
        <w:t>v -6.115571 13.794104 -0.391872</w:t>
        <w:br/>
        <w:t>v -6.126820 13.868263 -0.430315</w:t>
        <w:br/>
        <w:t>v -6.134953 13.883907 -0.404438</w:t>
        <w:br/>
        <w:t>v -6.129347 13.796589 -0.385008</w:t>
        <w:br/>
        <w:t>v -5.970045 13.728732 -0.321185</w:t>
        <w:br/>
        <w:t>v -6.013588 13.732730 -0.360269</w:t>
        <w:br/>
        <w:t>v -6.102183 13.904558 -0.426852</w:t>
        <w:br/>
        <w:t>v -6.074620 13.918436 -0.491101</w:t>
        <w:br/>
        <w:t>v -6.048669 13.946556 -0.478423</w:t>
        <w:br/>
        <w:t>v -6.204783 13.669265 -0.590326</w:t>
        <w:br/>
        <w:t>v -6.066360 13.776971 -0.573868</w:t>
        <w:br/>
        <w:t>v -6.118087 13.803685 -0.563626</w:t>
        <w:br/>
        <w:t>v -6.216228 13.716602 -0.571338</w:t>
        <w:br/>
        <w:t>v -6.204783 13.669265 -0.590326</w:t>
        <w:br/>
        <w:t>v -6.152533 13.620266 -0.535921</w:t>
        <w:br/>
        <w:t>v -6.034537 13.713757 -0.522216</w:t>
        <w:br/>
        <w:t>v -6.066360 13.776971 -0.573868</w:t>
        <w:br/>
        <w:t>v -5.965002 13.735466 -0.421522</w:t>
        <w:br/>
        <w:t>v -5.948243 13.771101 -0.499637</w:t>
        <w:br/>
        <w:t>v -5.848568 13.773990 -0.287994</w:t>
        <w:br/>
        <w:t>v -5.811098 13.851249 -0.450088</w:t>
        <w:br/>
        <w:t>v -5.893899 13.798315 -0.486449</w:t>
        <w:br/>
        <w:t>v -5.920043 13.756529 -0.393976</w:t>
        <w:br/>
        <w:t>v -5.933990 13.879390 -0.547709</w:t>
        <w:br/>
        <w:t>v -5.864628 13.936872 -0.526761</w:t>
        <w:br/>
        <w:t>v -5.991612 14.005887 -0.460043</w:t>
        <w:br/>
        <w:t>v -5.999139 13.927573 -0.519534</w:t>
        <w:br/>
        <w:t>v -5.546496 13.786676 0.333025</w:t>
        <w:br/>
        <w:t>v -5.511322 13.835777 0.408160</w:t>
        <w:br/>
        <w:t>v -5.504383 13.833501 0.286521</w:t>
        <w:br/>
        <w:t>v -5.605238 13.813509 0.228836</w:t>
        <w:br/>
        <w:t>v -5.630073 13.784355 0.273291</w:t>
        <w:br/>
        <w:t>v -5.546496 13.786676 0.333025</w:t>
        <w:br/>
        <w:t>v -5.556791 13.904509 0.458780</w:t>
        <w:br/>
        <w:t>v -5.642867 13.937187 0.454063</w:t>
        <w:br/>
        <w:t>v -5.619012 14.005402 0.431305</w:t>
        <w:br/>
        <w:t>v -5.523048 13.964077 0.430459</w:t>
        <w:br/>
        <w:t>v -5.721500 13.838080 0.278250</w:t>
        <w:br/>
        <w:t>v -5.756866 13.981668 0.363311</w:t>
        <w:br/>
        <w:t>v -5.694170 14.001463 0.398185</w:t>
        <w:br/>
        <w:t>v -5.702564 13.941229 0.416665</w:t>
        <w:br/>
        <w:t>v -5.867072 14.108472 -0.433459</w:t>
        <w:br/>
        <w:t>v -5.934575 14.155647 -0.271160</w:t>
        <w:br/>
        <w:t>v -5.995976 13.717224 -0.040305</w:t>
        <w:br/>
        <w:t>v -5.867415 13.764985 0.073201</w:t>
        <w:br/>
        <w:t>v -5.869566 13.760255 -0.100024</w:t>
        <w:br/>
        <w:t>v -5.955108 13.994308 0.277158</w:t>
        <w:br/>
        <w:t>v -5.867094 14.034219 0.288849</w:t>
        <w:br/>
        <w:t>v -5.827671 13.962612 0.337102</w:t>
        <w:br/>
        <w:t>v -5.895418 13.932205 0.317941</w:t>
        <w:br/>
        <w:t>v -5.805350 13.881145 0.316202</w:t>
        <w:br/>
        <w:t>v -5.869524 13.880651 0.308130</w:t>
        <w:br/>
        <w:t>v -5.869524 13.880651 0.308130</w:t>
        <w:br/>
        <w:t>v -5.805350 13.881145 0.316202</w:t>
        <w:br/>
        <w:t>v -5.770926 13.836416 0.267692</w:t>
        <w:br/>
        <w:t>v -5.839438 13.812714 0.259526</w:t>
        <w:br/>
        <w:t>v -5.972461 13.719663 -0.221276</w:t>
        <w:br/>
        <w:t>v -5.570117 14.089089 -0.437383</w:t>
        <w:br/>
        <w:t>v -5.666203 14.111434 -0.470837</w:t>
        <w:br/>
        <w:t>v -5.569405 14.023355 -0.402753</w:t>
        <w:br/>
        <w:t>v -5.766301 14.020457 -0.503165</w:t>
        <w:br/>
        <w:t>v -5.675601 13.926546 -0.432598</w:t>
        <w:br/>
        <w:t>v -5.745889 14.201747 -0.411201</w:t>
        <w:br/>
        <w:t>v -5.766301 14.020457 -0.503165</w:t>
        <w:br/>
        <w:t>v -5.666203 14.111434 -0.470837</w:t>
        <w:br/>
        <w:t>v -5.542212 13.989317 -0.325343</w:t>
        <w:br/>
        <w:t>v -5.463270 13.893641 0.226823</w:t>
        <w:br/>
        <w:t>v -5.576046 13.852283 0.141712</w:t>
        <w:br/>
        <w:t>v -5.721314 13.807392 0.116183</w:t>
        <w:br/>
        <w:t>v -5.439526 14.025047 0.375703</w:t>
        <w:br/>
        <w:t>v -5.586718 14.091155 0.376784</w:t>
        <w:br/>
        <w:t>v -5.779508 14.064770 0.305112</w:t>
        <w:br/>
        <w:t>v -5.789955 14.147064 0.217528</w:t>
        <w:br/>
        <w:t>v -5.659727 14.188186 0.244432</w:t>
        <w:br/>
        <w:t>v -5.677032 14.086501 0.339220</w:t>
        <w:br/>
        <w:t>v -6.017404 13.713110 -0.122833</w:t>
        <w:br/>
        <w:t>v -6.201092 13.933338 0.051099</w:t>
        <w:br/>
        <w:t>v -6.215904 13.941994 -0.107548</w:t>
        <w:br/>
        <w:t>v -6.207488 13.935455 -0.222518</w:t>
        <w:br/>
        <w:t>v -6.148139 13.913187 -0.369147</w:t>
        <w:br/>
        <w:t>v -5.759325 13.876207 0.322552</w:t>
        <w:br/>
        <w:t>v -5.436355 13.932327 0.190284</w:t>
        <w:br/>
        <w:t>v -5.489769 13.937505 0.005855</w:t>
        <w:br/>
        <w:t>v -5.981929 13.861144 0.294873</w:t>
        <w:br/>
        <w:t>v -5.981929 13.861144 0.294873</w:t>
        <w:br/>
        <w:t>v -5.619800 14.291403 0.112636</w:t>
        <w:br/>
        <w:t>v -5.464189 14.378633 0.081267</w:t>
        <w:br/>
        <w:t>v -5.507128 14.284461 0.187188</w:t>
        <w:br/>
        <w:t>v -5.347385 14.291453 0.162940</w:t>
        <w:br/>
        <w:t>v -5.374638 14.420129 0.062918</w:t>
        <w:br/>
        <w:t>v -5.305104 14.354370 0.097266</w:t>
        <w:br/>
        <w:t>v -5.458960 14.068725 0.378565</w:t>
        <w:br/>
        <w:t>v -6.061141 13.828615 0.302156</w:t>
        <w:br/>
        <w:t>v -6.118806 13.803513 0.300046</w:t>
        <w:br/>
        <w:t>v -6.165182 13.870958 0.277333</w:t>
        <w:br/>
        <w:t>v -6.111779 13.908139 0.274940</w:t>
        <w:br/>
        <w:t>v -6.040484 13.960318 0.265309</w:t>
        <w:br/>
        <w:t>v -6.022021 13.810274 -0.568102</w:t>
        <w:br/>
        <w:t>v -5.975875 13.842002 -0.556466</w:t>
        <w:br/>
        <w:t>v -6.023647 13.888042 -0.536195</w:t>
        <w:br/>
        <w:t>v -6.061157 13.850410 -0.552563</w:t>
        <w:br/>
        <w:t>v -6.022021 13.810274 -0.568102</w:t>
        <w:br/>
        <w:t>v -5.975875 13.842002 -0.556466</w:t>
        <w:br/>
        <w:t>v -5.864628 13.936872 -0.526761</w:t>
        <w:br/>
        <w:t>v -5.933990 13.879390 -0.547709</w:t>
        <w:br/>
        <w:t>v -6.118806 13.803513 0.300046</w:t>
        <w:br/>
        <w:t>v -6.166698 13.783756 0.296826</w:t>
        <w:br/>
        <w:t>v -6.209346 13.843485 0.267988</w:t>
        <w:br/>
        <w:t>v -6.166698 13.783756 0.296826</w:t>
        <w:br/>
        <w:t>v -6.414031 13.627268 0.257036</w:t>
        <w:br/>
        <w:t>v -6.428553 13.673512 0.241536</w:t>
        <w:br/>
        <w:t>v -6.379064 13.713884 0.245617</w:t>
        <w:br/>
        <w:t>v -6.348617 13.670485 0.268538</w:t>
        <w:br/>
        <w:t>v -6.348617 13.670485 0.268538</w:t>
        <w:br/>
        <w:t>v -6.243712 13.746920 0.281245</w:t>
        <w:br/>
        <w:t>v -6.188088 13.677112 0.246576</w:t>
        <w:br/>
        <w:t>v -6.295780 13.611125 0.234109</w:t>
        <w:br/>
        <w:t>v -6.407599 13.543196 0.223616</w:t>
        <w:br/>
        <w:t>v -6.505348 13.479183 0.214188</w:t>
        <w:br/>
        <w:t>v -6.550340 13.524260 0.243158</w:t>
        <w:br/>
        <w:t>v -6.460323 13.590866 0.255905</w:t>
        <w:br/>
        <w:t>v -6.608769 13.486631 0.236127</w:t>
        <w:br/>
        <w:t>v -6.567427 13.441281 0.209062</w:t>
        <w:br/>
        <w:t>v -6.460323 13.590866 0.255905</w:t>
        <w:br/>
        <w:t>v -6.550340 13.524260 0.243158</w:t>
        <w:br/>
        <w:t>v -6.576283 13.560669 0.225760</w:t>
        <w:br/>
        <w:t>v -6.499888 13.619095 0.233425</w:t>
        <w:br/>
        <w:t>v -6.176672 13.658523 0.168774</w:t>
        <w:br/>
        <w:t>v -6.282558 13.599963 0.160544</w:t>
        <w:br/>
        <w:t>v -6.390732 13.534990 0.155099</w:t>
        <w:br/>
        <w:t>v -6.491729 13.470043 0.150165</w:t>
        <w:br/>
        <w:t>v -6.557034 13.429299 0.146644</w:t>
        <w:br/>
        <w:t>v -6.813975 13.381805 0.198697</w:t>
        <w:br/>
        <w:t>v -6.747782 13.363569 0.197950</w:t>
        <w:br/>
        <w:t>v -6.749676 13.353756 0.147848</w:t>
        <w:br/>
        <w:t>v -6.811114 13.359502 0.155169</w:t>
        <w:br/>
        <w:t>v -6.813975 13.381805 0.198697</w:t>
        <w:br/>
        <w:t>v -6.827894 13.376163 0.154436</w:t>
        <w:br/>
        <w:t>v -6.829523 13.393164 0.189953</w:t>
        <w:br/>
        <w:t>v -6.593006 13.582289 0.174634</w:t>
        <w:br/>
        <w:t>v -6.521132 13.640614 0.180280</w:t>
        <w:br/>
        <w:t>v -6.236116 13.871570 0.205491</w:t>
        <w:br/>
        <w:t>v -6.741340 13.478733 0.166338</w:t>
        <w:br/>
        <w:t>v -6.672868 13.526215 0.171135</w:t>
        <w:br/>
        <w:t>v -6.656602 13.504774 0.217223</w:t>
        <w:br/>
        <w:t>v -6.728609 13.453634 0.209532</w:t>
        <w:br/>
        <w:t>v -6.232637 13.854834 0.122847</w:t>
        <w:br/>
        <w:t>v -6.191173 13.791510 0.094630</w:t>
        <w:br/>
        <w:t>v -6.387529 13.728971 0.124612</w:t>
        <w:br/>
        <w:t>v -6.432627 13.692688 0.122079</w:t>
        <w:br/>
        <w:t>v -6.403036 13.647607 0.083996</w:t>
        <w:br/>
        <w:t>v -6.348940 13.686103 0.086765</w:t>
        <w:br/>
        <w:t>v -6.365996 13.591083 0.099513</w:t>
        <w:br/>
        <w:t>v -6.310419 13.625658 0.099590</w:t>
        <w:br/>
        <w:t>v -6.348940 13.686103 0.086765</w:t>
        <w:br/>
        <w:t>v -6.403036 13.647607 0.083996</w:t>
        <w:br/>
        <w:t>v -6.193818 13.689924 0.111182</w:t>
        <w:br/>
        <w:t>v -6.247933 13.752222 0.090945</w:t>
        <w:br/>
        <w:t>v -6.247933 13.752222 0.090945</w:t>
        <w:br/>
        <w:t>v -6.292405 13.799339 0.125883</w:t>
        <w:br/>
        <w:t>v -6.555502 13.544762 0.083979</w:t>
        <w:br/>
        <w:t>v -6.509849 13.492376 0.097353</w:t>
        <w:br/>
        <w:t>v -6.405902 13.564062 0.096410</w:t>
        <w:br/>
        <w:t>v -6.453705 13.613003 0.083509</w:t>
        <w:br/>
        <w:t>v -6.580572 13.577133 0.117852</w:t>
        <w:br/>
        <w:t>v -6.555502 13.544762 0.083979</w:t>
        <w:br/>
        <w:t>v -6.453705 13.613003 0.083509</w:t>
        <w:br/>
        <w:t>v -6.505163 13.633728 0.119713</w:t>
        <w:br/>
        <w:t>v -6.129074 13.727345 0.108237</w:t>
        <w:br/>
        <w:t>v -6.343508 13.561616 0.157129</w:t>
        <w:br/>
        <w:t>v -6.569566 13.457231 0.095577</w:t>
        <w:br/>
        <w:t>v -6.813438 13.392138 0.110362</w:t>
        <w:br/>
        <w:t>v -6.755040 13.381107 0.098504</w:t>
        <w:br/>
        <w:t>v -6.232637 13.854834 0.122847</w:t>
        <w:br/>
        <w:t>v -6.660995 13.520276 0.118234</w:t>
        <w:br/>
        <w:t>v -6.737089 13.472275 0.118400</w:t>
        <w:br/>
        <w:t>v -6.711800 13.427558 0.224376</w:t>
        <w:br/>
        <w:t>v -6.679831 13.383934 0.197648</w:t>
        <w:br/>
        <w:t>v -6.669799 13.378815 0.146134</w:t>
        <w:br/>
        <w:t>v -6.685695 13.397622 0.097499</w:t>
        <w:br/>
        <w:t>v -6.773417 13.398432 0.217887</w:t>
        <w:br/>
        <w:t>v -6.781690 13.412647 0.092512</w:t>
        <w:br/>
        <w:t>v -6.717398 13.446678 0.089842</w:t>
        <w:br/>
        <w:t>v -6.610307 13.510032 0.086062</w:t>
        <w:br/>
        <w:t>v -6.355779 13.575612 0.225992</w:t>
        <w:br/>
        <w:t>v -6.414031 13.627268 0.257036</w:t>
        <w:br/>
        <w:t>v -6.644495 13.531442 0.118328</w:t>
        <w:br/>
        <w:t>v -6.610307 13.510032 0.086062</w:t>
        <w:br/>
        <w:t>v -6.608769 13.486631 0.236127</w:t>
        <w:br/>
        <w:t>v -6.621752 13.526649 0.221780</w:t>
        <w:br/>
        <w:t>v -6.637339 13.551406 0.172484</w:t>
        <w:br/>
        <w:t>v -6.628798 13.541844 0.117823</w:t>
        <w:br/>
        <w:t>v -6.711800 13.427558 0.224376</w:t>
        <w:br/>
        <w:t>v -6.829523 13.393164 0.189953</w:t>
        <w:br/>
        <w:t>v -6.785294 13.418689 0.207825</w:t>
        <w:br/>
        <w:t>v -6.773417 13.398432 0.217887</w:t>
        <w:br/>
        <w:t>v -6.792071 13.434134 0.122311</w:t>
        <w:br/>
        <w:t>v -6.781690 13.412647 0.092512</w:t>
        <w:br/>
        <w:t>v -6.717398 13.446678 0.089842</w:t>
        <w:br/>
        <w:t>v -6.817918 13.414826 0.166328</w:t>
        <w:br/>
        <w:t>v -6.789017 13.443309 0.166309</w:t>
        <w:br/>
        <w:t>v -6.827531 13.402887 0.123441</w:t>
        <w:br/>
        <w:t>v -6.813438 13.392138 0.110362</w:t>
        <w:br/>
        <w:t>v -6.484754 13.644791 0.032432</w:t>
        <w:br/>
        <w:t>v -6.503561 13.702494 0.007293</w:t>
        <w:br/>
        <w:t>v -6.442359 13.742153 0.018843</w:t>
        <w:br/>
        <w:t>v -6.411547 13.678651 0.039322</w:t>
        <w:br/>
        <w:t>v -6.411547 13.678651 0.039322</w:t>
        <w:br/>
        <w:t>v -6.303464 13.738007 0.059516</w:t>
        <w:br/>
        <w:t>v -6.252000 13.673102 0.034187</w:t>
        <w:br/>
        <w:t>v -6.375705 13.618175 0.014761</w:t>
        <w:br/>
        <w:t>v -6.725521 13.493526 0.000379</w:t>
        <w:br/>
        <w:t>v -6.644392 13.536704 0.006506</w:t>
        <w:br/>
        <w:t>v -6.608100 13.477581 -0.019846</w:t>
        <w:br/>
        <w:t>v -6.679117 13.436296 -0.026361</w:t>
        <w:br/>
        <w:t>v -6.876239 13.453665 -0.037829</w:t>
        <w:br/>
        <w:t>v -6.772256 13.513992 -0.028345</w:t>
        <w:br/>
        <w:t>v -6.725521 13.493526 0.000379</w:t>
        <w:br/>
        <w:t>v -6.847081 13.417809 -0.014921</w:t>
        <w:br/>
        <w:t>v -6.733413 13.535197 -0.023356</w:t>
        <w:br/>
        <w:t>v -6.673591 13.577426 -0.013416</w:t>
        <w:br/>
        <w:t>v -6.644392 13.536704 0.006506</w:t>
        <w:br/>
        <w:t>v -6.355243 13.594115 -0.061988</w:t>
        <w:br/>
        <w:t>v -6.233531 13.649892 -0.046557</w:t>
        <w:br/>
        <w:t>v -6.587024 13.464931 -0.089644</w:t>
        <w:br/>
        <w:t>v -6.662934 13.426373 -0.096324</w:t>
        <w:br/>
        <w:t>v -6.897259 13.341307 -0.110703</w:t>
        <w:br/>
        <w:t>v -6.981015 13.351534 -0.105324</w:t>
        <w:br/>
        <w:t>v -6.967960 13.355149 -0.059562</w:t>
        <w:br/>
        <w:t>v -6.912444 13.343970 -0.051877</w:t>
        <w:br/>
        <w:t>v -6.872123 13.464859 -0.089262</w:t>
        <w:br/>
        <w:t>v -6.778142 13.537680 -0.079491</w:t>
        <w:br/>
        <w:t>v -6.752399 13.558187 -0.076300</w:t>
        <w:br/>
        <w:t>v -6.688360 13.594485 -0.071160</w:t>
        <w:br/>
        <w:t>v -6.462497 13.772205 -0.047980</w:t>
        <w:br/>
        <w:t>v -6.370077 13.841412 -0.036107</w:t>
        <w:br/>
        <w:t>v -6.348704 13.801637 0.032460</w:t>
        <w:br/>
        <w:t>v -6.471463 13.654708 -0.154454</w:t>
        <w:br/>
        <w:t>v -6.404428 13.686072 -0.149806</w:t>
        <w:br/>
        <w:t>v -6.444122 13.753757 -0.117617</w:t>
        <w:br/>
        <w:t>v -6.496087 13.714084 -0.121681</w:t>
        <w:br/>
        <w:t>v -6.373484 13.629923 -0.133336</w:t>
        <w:br/>
        <w:t>v -6.404428 13.686072 -0.149806</w:t>
        <w:br/>
        <w:t>v -6.471463 13.654708 -0.154454</w:t>
        <w:br/>
        <w:t>v -6.430411 13.599586 -0.135879</w:t>
        <w:br/>
        <w:t>v -6.245636 13.689674 -0.122702</w:t>
        <w:br/>
        <w:t>v -6.299839 13.750998 -0.145757</w:t>
        <w:br/>
        <w:t>v -6.299839 13.750998 -0.145757</w:t>
        <w:br/>
        <w:t>v -6.344398 13.824963 -0.109232</w:t>
        <w:br/>
        <w:t>v -6.712938 13.503627 -0.164591</w:t>
        <w:br/>
        <w:t>v -6.764829 13.523413 -0.136697</w:t>
        <w:br/>
        <w:t>v -6.870863 13.462701 -0.142665</w:t>
        <w:br/>
        <w:t>v -6.833756 13.430108 -0.172892</w:t>
        <w:br/>
        <w:t>v -6.833756 13.430108 -0.172892</w:t>
        <w:br/>
        <w:t>v -6.803845 13.384019 -0.155424</w:t>
        <w:br/>
        <w:t>v -6.664989 13.449720 -0.158028</w:t>
        <w:br/>
        <w:t>v -6.712938 13.503627 -0.164591</w:t>
        <w:br/>
        <w:t>v -6.604118 13.482853 -0.152882</w:t>
        <w:br/>
        <w:t>v -6.643517 13.542043 -0.162720</w:t>
        <w:br/>
        <w:t>v -6.643517 13.542043 -0.162720</w:t>
        <w:br/>
        <w:t>v -6.671673 13.584848 -0.131166</w:t>
        <w:br/>
        <w:t>v -6.736513 13.547333 -0.139560</w:t>
        <w:br/>
        <w:t>v -6.410728 13.564668 -0.071373</w:t>
        <w:br/>
        <w:t>v -6.604118 13.482853 -0.152882</w:t>
        <w:br/>
        <w:t>v -6.664989 13.449720 -0.158028</w:t>
        <w:br/>
        <w:t>v -6.898499 13.355905 -0.152334</w:t>
        <w:br/>
        <w:t>v -6.955297 13.364942 -0.159103</w:t>
        <w:br/>
        <w:t>v -6.537156 13.684371 -0.121195</w:t>
        <w:br/>
        <w:t>v -6.579551 13.652796 -0.125922</w:t>
        <w:br/>
        <w:t>v -6.527992 13.615480 -0.156206</w:t>
        <w:br/>
        <w:t>v -6.527992 13.615480 -0.156206</w:t>
        <w:br/>
        <w:t>v -6.475625 13.563704 -0.138842</w:t>
        <w:br/>
        <w:t>v -6.602303 13.661565 -0.062734</w:t>
        <w:br/>
        <w:t>v -6.557778 13.695850 -0.058066</w:t>
        <w:br/>
        <w:t>v -6.465105 13.539331 -0.074298</w:t>
        <w:br/>
        <w:t>v -6.478957 13.557701 -0.002102</w:t>
        <w:br/>
        <w:t>v -6.429760 13.589385 0.005503</w:t>
        <w:br/>
        <w:t>v -6.795326 13.364764 -0.102578</w:t>
        <w:br/>
        <w:t>v -6.813457 13.369874 -0.042013</w:t>
        <w:br/>
        <w:t>v -6.847081 13.417809 -0.014921</w:t>
        <w:br/>
        <w:t>v -6.929072 13.374126 -0.027896</w:t>
        <w:br/>
        <w:t>v -6.915194 13.387363 -0.172829</w:t>
        <w:br/>
        <w:t>v -6.484754 13.644791 0.032432</w:t>
        <w:br/>
        <w:t>v -6.517276 13.729024 -0.053949</w:t>
        <w:br/>
        <w:t>v -6.937366 13.410364 -0.051798</w:t>
        <w:br/>
        <w:t>v -6.929072 13.374126 -0.027896</w:t>
        <w:br/>
        <w:t>v -6.967960 13.355149 -0.059562</w:t>
        <w:br/>
        <w:t>v -6.979663 13.381078 -0.063545</w:t>
        <w:br/>
        <w:t>v -6.932578 13.418716 -0.146760</w:t>
        <w:br/>
        <w:t>v -6.915194 13.387363 -0.172829</w:t>
        <w:br/>
        <w:t>v -6.535764 13.606156 0.022449</w:t>
        <w:br/>
        <w:t>v -6.972231 13.387214 -0.143194</w:t>
        <w:br/>
        <w:t>v -6.955297 13.364942 -0.159103</w:t>
        <w:br/>
        <w:t>v -6.453898 13.617581 -0.196307</w:t>
        <w:br/>
        <w:t>v -6.472786 13.680232 -0.242807</w:t>
        <w:br/>
        <w:t>v -6.419138 13.718817 -0.238320</w:t>
        <w:br/>
        <w:t>v -6.389492 13.660689 -0.189672</w:t>
        <w:br/>
        <w:t>v -6.341523 13.606174 -0.203558</w:t>
        <w:br/>
        <w:t>v -6.389492 13.660689 -0.189672</w:t>
        <w:br/>
        <w:t>v -6.520222 13.572268 -0.201869</w:t>
        <w:br/>
        <w:t>v -6.453898 13.617581 -0.196307</w:t>
        <w:br/>
        <w:t>v -6.412211 13.567883 -0.207160</w:t>
        <w:br/>
        <w:t>v -6.474813 13.524652 -0.211827</w:t>
        <w:br/>
        <w:t>v -6.692096 13.447056 -0.221250</w:t>
        <w:br/>
        <w:t>v -6.636704 13.482800 -0.213584</w:t>
        <w:br/>
        <w:t>v -6.606841 13.443995 -0.225424</w:t>
        <w:br/>
        <w:t>v -6.664232 13.409380 -0.232452</w:t>
        <w:br/>
        <w:t>v -6.655427 13.537240 -0.254497</w:t>
        <w:br/>
        <w:t>v -6.636704 13.482800 -0.213584</w:t>
        <w:br/>
        <w:t>v -6.692096 13.447056 -0.221250</w:t>
        <w:br/>
        <w:t>v -6.711611 13.496339 -0.261802</w:t>
        <w:br/>
        <w:t>v -6.573806 13.600603 -0.248015</w:t>
        <w:br/>
        <w:t>v -6.518071 13.650142 -0.241959</w:t>
        <w:br/>
        <w:t>v -6.520222 13.572268 -0.201869</w:t>
        <w:br/>
        <w:t>v -6.315866 13.572363 -0.258027</w:t>
        <w:br/>
        <w:t>v -6.383139 13.531844 -0.263598</w:t>
        <w:br/>
        <w:t>v -6.451541 13.492270 -0.267033</w:t>
        <w:br/>
        <w:t>v -6.581899 13.414298 -0.275410</w:t>
        <w:br/>
        <w:t>v -6.641855 13.376318 -0.277315</w:t>
        <w:br/>
        <w:t>v -6.835137 13.319570 -0.256899</w:t>
        <w:br/>
        <w:t>v -6.823765 13.303823 -0.301020</w:t>
        <w:br/>
        <w:t>v -6.909612 13.306314 -0.319981</w:t>
        <w:br/>
        <w:t>v -6.891303 13.325779 -0.263699</w:t>
        <w:br/>
        <w:t>v -6.713125 13.504436 -0.323101</w:t>
        <w:br/>
        <w:t>v -6.659115 13.544420 -0.320025</w:t>
        <w:br/>
        <w:t>v -6.580610 13.608337 -0.317473</w:t>
        <w:br/>
        <w:t>v -6.521105 13.653989 -0.315498</w:t>
        <w:br/>
        <w:t>v -6.423691 13.727265 -0.309771</w:t>
        <w:br/>
        <w:t>v -6.474528 13.687485 -0.312989</w:t>
        <w:br/>
        <w:t>v -6.748044 13.476213 -0.263850</w:t>
        <w:br/>
        <w:t>v -6.819572 13.433012 -0.269569</w:t>
        <w:br/>
        <w:t>v -6.816996 13.440703 -0.330521</w:t>
        <w:br/>
        <w:t>v -6.754377 13.476402 -0.325124</w:t>
        <w:br/>
        <w:t>v -6.433394 13.609877 -0.381654</w:t>
        <w:br/>
        <w:t>v -6.369489 13.654339 -0.380237</w:t>
        <w:br/>
        <w:t>v -6.407363 13.696556 -0.365952</w:t>
        <w:br/>
        <w:t>v -6.457264 13.657967 -0.367376</w:t>
        <w:br/>
        <w:t>v -6.321148 13.586925 -0.334893</w:t>
        <w:br/>
        <w:t>v -6.369489 13.654339 -0.380237</w:t>
        <w:br/>
        <w:t>v -6.433394 13.609877 -0.381654</w:t>
        <w:br/>
        <w:t>v -6.387224 13.547622 -0.337542</w:t>
        <w:br/>
        <w:t>v -6.680119 13.443250 -0.387632</w:t>
        <w:br/>
        <w:t>v -6.626064 13.478552 -0.383006</w:t>
        <w:br/>
        <w:t>v -6.647533 13.512460 -0.368767</w:t>
        <w:br/>
        <w:t>v -6.702523 13.476876 -0.376393</w:t>
        <w:br/>
        <w:t>v -6.646924 13.382828 -0.344141</w:t>
        <w:br/>
        <w:t>v -6.585427 13.424804 -0.342011</w:t>
        <w:br/>
        <w:t>v -6.626064 13.478552 -0.383006</w:t>
        <w:br/>
        <w:t>v -6.680119 13.443250 -0.387632</w:t>
        <w:br/>
        <w:t>v -6.502495 13.563285 -0.382350</w:t>
        <w:br/>
        <w:t>v -6.453136 13.503244 -0.339477</w:t>
        <w:br/>
        <w:t>v -6.492176 13.632200 -0.367371</w:t>
        <w:br/>
        <w:t>v -6.540664 13.592299 -0.368763</w:t>
        <w:br/>
        <w:t>v -6.502495 13.563285 -0.382350</w:t>
        <w:br/>
        <w:t>v -6.818054 13.299736 -0.347592</w:t>
        <w:br/>
        <w:t>v -6.884198 13.312644 -0.368168</w:t>
        <w:br/>
        <w:t>v -6.727964 13.458046 -0.377421</w:t>
        <w:br/>
        <w:t>v -6.795725 13.410243 -0.376876</w:t>
        <w:br/>
        <w:t>v -6.769619 13.354288 -0.241707</w:t>
        <w:br/>
        <w:t>v -6.793992 13.383778 -0.228661</w:t>
        <w:br/>
        <w:t>v -6.743074 13.332308 -0.290159</w:t>
        <w:br/>
        <w:t>v -6.740880 13.332444 -0.349039</w:t>
        <w:br/>
        <w:t>v -6.855210 13.346093 -0.244483</w:t>
        <w:br/>
        <w:t>v -6.843896 13.336342 -0.381541</w:t>
        <w:br/>
        <w:t>v -6.772158 13.382302 -0.383646</w:t>
        <w:br/>
        <w:t>v -6.772158 13.382302 -0.383646</w:t>
        <w:br/>
        <w:t>v -6.793992 13.383778 -0.228661</w:t>
        <w:br/>
        <w:t>v -6.881973 13.386715 -0.280924</w:t>
        <w:br/>
        <w:t>v -6.855210 13.346093 -0.244483</w:t>
        <w:br/>
        <w:t>v -6.861854 13.367823 -0.373920</w:t>
        <w:br/>
        <w:t>v -6.843896 13.336342 -0.381541</w:t>
        <w:br/>
        <w:t>v -6.908701 13.335654 -0.365812</w:t>
        <w:br/>
        <w:t>v -6.884198 13.312644 -0.368168</w:t>
        <w:br/>
        <w:t>v -6.295473 13.640074 -0.436648</w:t>
        <w:br/>
        <w:t>v -6.304139 13.684061 -0.476583</w:t>
        <w:br/>
        <w:t>v -6.444331 13.509171 -0.464657</w:t>
        <w:br/>
        <w:t>v -6.388939 13.550075 -0.452377</w:t>
        <w:br/>
        <w:t>v -6.343870 13.512636 -0.450911</w:t>
        <w:br/>
        <w:t>v -6.404371 13.471621 -0.463494</w:t>
        <w:br/>
        <w:t>v -6.444331 13.509171 -0.464657</w:t>
        <w:br/>
        <w:t>v -6.450519 13.545191 -0.504042</w:t>
        <w:br/>
        <w:t>v -6.411266 13.579638 -0.496311</w:t>
        <w:br/>
        <w:t>v -6.388939 13.550075 -0.452377</w:t>
        <w:br/>
        <w:t>v -6.260040 13.532844 -0.483090</w:t>
        <w:br/>
        <w:t>v -6.283664 13.560877 -0.437880</w:t>
        <w:br/>
        <w:t>v -6.236770 13.598579 -0.426905</w:t>
        <w:br/>
        <w:t>v -6.210392 13.571019 -0.473766</w:t>
        <w:br/>
        <w:t>v -6.378593 13.446386 -0.504891</w:t>
        <w:br/>
        <w:t>v -6.319784 13.484893 -0.494467</w:t>
        <w:br/>
        <w:t>v -6.598125 13.362457 -0.550449</w:t>
        <w:br/>
        <w:t>v -6.590220 13.381967 -0.507459</w:t>
        <w:br/>
        <w:t>v -6.549424 13.379760 -0.501007</w:t>
        <w:br/>
        <w:t>v -6.532616 13.357912 -0.535144</w:t>
        <w:br/>
        <w:t>v -6.446539 13.543702 -0.557082</w:t>
        <w:br/>
        <w:t>v -6.406547 13.578754 -0.552572</w:t>
        <w:br/>
        <w:t>v -6.480814 13.522462 -0.508916</w:t>
        <w:br/>
        <w:t>v -6.538849 13.481286 -0.518880</w:t>
        <w:br/>
        <w:t>v -6.526513 13.483472 -0.570493</w:t>
        <w:br/>
        <w:t>v -6.477707 13.518817 -0.562514</w:t>
        <w:br/>
        <w:t>v -6.253041 13.622690 -0.593289</w:t>
        <w:br/>
        <w:t>v -6.269854 13.663417 -0.580825</w:t>
        <w:br/>
        <w:t>v -6.253041 13.622690 -0.593289</w:t>
        <w:br/>
        <w:t>v -6.205565 13.572801 -0.538612</w:t>
        <w:br/>
        <w:t>v -6.381675 13.557111 -0.599498</w:t>
        <w:br/>
        <w:t>v -6.423234 13.522160 -0.600538</w:t>
        <w:br/>
        <w:t>v -6.408728 13.496896 -0.600938</w:t>
        <w:br/>
        <w:t>v -6.355679 13.536831 -0.599218</w:t>
        <w:br/>
        <w:t>v -6.312752 13.486767 -0.551586</w:t>
        <w:br/>
        <w:t>v -6.355679 13.536831 -0.599218</w:t>
        <w:br/>
        <w:t>v -6.408728 13.496896 -0.600938</w:t>
        <w:br/>
        <w:t>v -6.369018 13.447518 -0.554318</w:t>
        <w:br/>
        <w:t>v -6.296268 13.585530 -0.595389</w:t>
        <w:br/>
        <w:t>v -6.251624 13.534205 -0.544781</w:t>
        <w:br/>
        <w:t>v -6.299805 13.633442 -0.587093</w:t>
        <w:br/>
        <w:t>v -6.329010 13.603951 -0.586463</w:t>
        <w:br/>
        <w:t>v -6.296268 13.585530 -0.595389</w:t>
        <w:br/>
        <w:t>v -6.522830 13.362019 -0.575051</w:t>
        <w:br/>
        <w:t>v -6.577837 13.371523 -0.598205</w:t>
        <w:br/>
        <w:t>v -6.334704 13.655863 -0.542683</w:t>
        <w:br/>
        <w:t>v -6.363927 13.625811 -0.546733</w:t>
        <w:br/>
        <w:t>v -6.504432 13.458767 -0.605503</w:t>
        <w:br/>
        <w:t>v -6.443869 13.504684 -0.602362</w:t>
        <w:br/>
        <w:t>v -6.520662 13.444078 -0.473930</w:t>
        <w:br/>
        <w:t>v -6.490073 13.411983 -0.483103</w:t>
        <w:br/>
        <w:t>v -6.466630 13.393228 -0.520295</w:t>
        <w:br/>
        <w:t>v -6.460141 13.390405 -0.564140</w:t>
        <w:br/>
        <w:t>v -6.337241 13.654366 -0.483907</w:t>
        <w:br/>
        <w:t>v -6.367226 13.621325 -0.489422</w:t>
        <w:br/>
        <w:t>v -6.333973 13.597611 -0.441596</w:t>
        <w:br/>
        <w:t>v -6.333973 13.597611 -0.441596</w:t>
        <w:br/>
        <w:t>v -6.295473 13.640074 -0.436648</w:t>
        <w:br/>
        <w:t>v -6.570932 13.403826 -0.491737</w:t>
        <w:br/>
        <w:t>v -6.542060 13.397053 -0.610268</w:t>
        <w:br/>
        <w:t>v -6.487270 13.434505 -0.609182</w:t>
        <w:br/>
        <w:t>v -6.460141 13.390405 -0.564140</w:t>
        <w:br/>
        <w:t>v -6.487270 13.434505 -0.609182</w:t>
        <w:br/>
        <w:t>v -6.520662 13.444078 -0.473930</w:t>
        <w:br/>
        <w:t>v -6.570932 13.403826 -0.491737</w:t>
        <w:br/>
        <w:t>v -6.590220 13.381967 -0.507459</w:t>
        <w:br/>
        <w:t>v -6.618625 13.400658 -0.535195</w:t>
        <w:br/>
        <w:t>v -6.587771 13.435943 -0.533917</w:t>
        <w:br/>
        <w:t>v -6.560056 13.416313 -0.610500</w:t>
        <w:br/>
        <w:t>v -6.542060 13.397053 -0.610268</w:t>
        <w:br/>
        <w:t>v -6.598566 13.382121 -0.601913</w:t>
        <w:br/>
        <w:t>v -6.577837 13.371523 -0.598205</w:t>
        <w:br/>
        <w:t>v -6.061141 13.828615 0.302156</w:t>
        <w:br/>
        <w:t>v -5.418262 13.984036 0.340555</w:t>
        <w:br/>
        <w:t>v -5.693663 13.848423 -0.061363</w:t>
        <w:br/>
        <w:t>v -5.669060 13.875689 -0.249653</w:t>
        <w:br/>
        <w:t>v -5.531073 13.969544 -0.235107</w:t>
        <w:br/>
        <w:t>v -5.668960 14.335933 -0.237793</w:t>
        <w:br/>
        <w:t>v -5.624999 14.287926 -0.385991</w:t>
        <w:br/>
        <w:t>v -5.661812 14.338188 -0.065472</w:t>
        <w:br/>
        <w:t>v -5.933082 14.137872 0.077274</w:t>
        <w:br/>
        <w:t>v -6.054870 14.059255 0.081203</w:t>
        <w:br/>
        <w:t>v -5.952193 14.159945 -0.086210</w:t>
        <w:br/>
        <w:t>v -6.187834 13.945122 -0.313273</w:t>
        <w:br/>
        <w:t>v -6.288604 13.786378 0.257832</w:t>
        <w:br/>
        <w:t>v -6.397791 13.740099 0.188077</w:t>
        <w:br/>
        <w:t>v -6.308751 13.809926 0.195081</w:t>
        <w:br/>
        <w:t>v -6.243712 13.746920 0.281245</w:t>
        <w:br/>
        <w:t>v -6.303464 13.738007 0.059516</w:t>
        <w:br/>
        <w:t>v -6.541735 13.674126 0.002794</w:t>
        <w:br/>
        <w:t>v -6.581022 13.642172 -0.004475</w:t>
        <w:br/>
        <w:t>v -6.535764 13.606156 0.022449</w:t>
        <w:br/>
        <w:t>v -6.446877 13.698941 0.184473</w:t>
        <w:br/>
        <w:t>v -6.296134 13.692900 -0.534285</w:t>
        <w:br/>
        <w:t>v -6.221884 13.969464 -0.025189</w:t>
        <w:br/>
        <w:t>v -6.215233 13.907995 -0.316498</w:t>
        <w:br/>
        <w:t>v -6.101109 13.881952 -0.500523</w:t>
        <w:br/>
        <w:t>v -5.759325 13.876207 0.322552</w:t>
        <w:br/>
        <w:t>v -5.721500 13.838080 0.278250</w:t>
        <w:br/>
        <w:t>v -6.213320 13.792314 -0.142641</w:t>
        <w:br/>
        <w:t>v -5.909388 14.092217 0.206746</w:t>
        <w:br/>
        <w:t>v -5.545012 14.203585 0.282647</w:t>
        <w:br/>
        <w:t>v -5.864628 13.936872 -0.526761</w:t>
        <w:br/>
        <w:t>v -5.553798 14.207703 -0.442295</w:t>
        <w:br/>
        <w:t>v -6.925070 13.348624 -0.291692</w:t>
        <w:br/>
        <w:t>v -6.891303 13.325779 -0.263699</w:t>
        <w:br/>
        <w:t>v -5.479725 14.183209 0.301465</w:t>
        <w:br/>
        <w:t>v -5.422455 14.253744 0.222362</w:t>
        <w:br/>
        <w:t>v -6.590220 13.381967 -0.507459</w:t>
        <w:br/>
        <w:t>v -6.598125 13.362457 -0.550449</w:t>
        <w:br/>
        <w:t>v -6.891303 13.325779 -0.263699</w:t>
        <w:br/>
        <w:t>v -6.909612 13.306314 -0.319981</w:t>
        <w:br/>
        <w:t>v -6.884198 13.312644 -0.368168</w:t>
        <w:br/>
        <w:t>v -6.448349 13.656021 0.240041</w:t>
        <w:br/>
        <w:t>v -6.467286 13.681412 0.182849</w:t>
        <w:br/>
        <w:t>v -6.453011 13.676085 0.121401</w:t>
        <w:br/>
        <w:t>v -6.485334 13.666967 0.181577</w:t>
        <w:br/>
        <w:t>v -6.469798 13.662529 0.121152</w:t>
        <w:br/>
        <w:t>v -6.466954 13.650167 0.244892</w:t>
        <w:br/>
        <w:t>v -6.635833 13.515644 0.221222</w:t>
        <w:br/>
        <w:t>v -6.655311 13.538623 0.172175</w:t>
        <w:br/>
        <w:t>v -6.524298 13.686448 0.004216</w:t>
        <w:br/>
        <w:t>v -6.539175 13.711047 -0.056652</w:t>
        <w:br/>
        <w:t>v -6.520082 13.696782 -0.121926</w:t>
        <w:br/>
        <w:t>v -6.747118 13.525024 -0.023028</w:t>
        <w:br/>
        <w:t>v -6.762885 13.546625 -0.078173</w:t>
        <w:br/>
        <w:t>v -6.747871 13.539033 -0.140539</w:t>
        <w:br/>
        <w:t>v -6.495783 13.664157 -0.244232</w:t>
        <w:br/>
        <w:t>v -6.500287 13.669337 -0.314522</w:t>
        <w:br/>
        <w:t>v -6.478898 13.642104 -0.367866</w:t>
        <w:br/>
        <w:t>v -6.730381 13.484212 -0.262826</w:t>
        <w:br/>
        <w:t>v -6.735195 13.489165 -0.324942</w:t>
        <w:br/>
        <w:t>v -6.715741 13.466623 -0.376952</w:t>
        <w:br/>
        <w:t>v -6.322580 13.666575 -0.481252</w:t>
        <w:br/>
        <w:t>v -6.319741 13.668202 -0.541071</w:t>
        <w:br/>
        <w:t>v -6.291146 13.645297 -0.592476</w:t>
        <w:br/>
        <w:t>v -6.466456 13.532615 -0.506534</w:t>
        <w:br/>
        <w:t>v -6.461686 13.531471 -0.559406</w:t>
        <w:br/>
        <w:t>v -6.435242 13.512453 -0.601357</w:t>
        <w:br/>
        <w:t>v -6.076963 13.725765 0.079003</w:t>
        <w:br/>
        <w:t>v -6.178389 13.806105 0.090851</w:t>
        <w:br/>
        <w:t>v -6.167956 13.712631 -0.110260</w:t>
        <w:br/>
        <w:t>v -6.041927 13.687842 -0.231002</w:t>
        <w:br/>
        <w:t>v -6.213320 13.792314 -0.142641</w:t>
        <w:br/>
        <w:t>v -6.191173 13.791510 0.094630</w:t>
        <w:br/>
        <w:t>v -6.013588 13.732730 -0.360269</w:t>
        <w:br/>
        <w:t>v -5.333676 14.497541 -0.344981</w:t>
        <w:br/>
        <w:t>v -5.793959 14.214317 0.085882</w:t>
        <w:br/>
        <w:t>v -5.281350 14.493749 0.029527</w:t>
        <w:br/>
        <w:t>v -5.282793 14.420498 -0.378355</w:t>
        <w:br/>
        <w:t>v -5.262040 14.232332 -0.222829</w:t>
        <w:br/>
        <w:t>v -5.244184 14.222026 -0.116701</w:t>
        <w:br/>
        <w:t>v -5.234627 14.243773 -0.019145</w:t>
        <w:br/>
        <w:t>v -5.244349 14.285215 0.059656</w:t>
        <w:br/>
        <w:t>v -5.378680 14.351083 -0.382727</w:t>
        <w:br/>
        <w:t>v -5.315098 14.260232 -0.332558</w:t>
        <w:br/>
        <w:t>v -5.297251 14.293638 0.104504</w:t>
        <w:br/>
        <w:t>v -5.288075 14.295216 0.119520</w:t>
        <w:br/>
        <w:t>v -5.249961 14.285181 0.059755</w:t>
        <w:br/>
        <w:t>v -5.800486 14.249309 -0.256049</w:t>
        <w:br/>
        <w:t>v -5.809910 14.250227 -0.080169</w:t>
        <w:br/>
        <w:t>v -6.167918 13.808668 -0.160527</w:t>
        <w:br/>
        <w:t>v -6.115571 13.794104 -0.391872</w:t>
        <w:br/>
        <w:t>v -6.129347 13.796589 -0.385008</w:t>
        <w:br/>
        <w:t>v -6.185921 13.795500 0.094746</w:t>
        <w:br/>
        <w:t>v -6.069729 13.723246 0.089935</w:t>
        <w:br/>
        <w:t>v -6.813438 13.392138 0.110362</w:t>
        <w:br/>
        <w:t>v -6.836793 13.387422 0.158376</w:t>
        <w:br/>
        <w:t>v -6.836793 13.387422 0.158376</w:t>
        <w:br/>
        <w:t>v -6.827894 13.376163 0.154436</w:t>
        <w:br/>
        <w:t>v -6.943228 13.430622 -0.097451</w:t>
        <w:br/>
        <w:t>v -6.983934 13.362137 -0.108829</w:t>
        <w:br/>
        <w:t>v -6.955297 13.364942 -0.159103</w:t>
        <w:br/>
        <w:t>v -6.967960 13.355149 -0.059562</w:t>
        <w:br/>
        <w:t>v -6.981015 13.351534 -0.105324</w:t>
        <w:br/>
        <w:t>v -6.981015 13.351534 -0.105324</w:t>
        <w:br/>
        <w:t>v -6.990859 13.384925 -0.107054</w:t>
        <w:br/>
        <w:t>v -6.990859 13.384925 -0.107054</w:t>
        <w:br/>
        <w:t>v -6.881138 13.394553 -0.331407</w:t>
        <w:br/>
        <w:t>v -6.926725 13.349215 -0.331128</w:t>
        <w:br/>
        <w:t>v -6.925070 13.348624 -0.291692</w:t>
        <w:br/>
        <w:t>v -6.926725 13.349215 -0.331128</w:t>
        <w:br/>
        <w:t>v -6.582166 13.444921 -0.579986</w:t>
        <w:br/>
        <w:t>v -6.611421 13.401518 -0.569232</w:t>
        <w:br/>
        <w:t>v -6.598566 13.382121 -0.601913</w:t>
        <w:br/>
        <w:t>v -5.209159 14.535748 -0.376183</w:t>
        <w:br/>
        <w:t>v -5.240811 14.576387 -0.344986</w:t>
        <w:br/>
        <w:t>v -5.269157 14.606049 -0.277374</w:t>
        <w:br/>
        <w:t>v -5.244623 14.591024 -0.035755</w:t>
        <w:br/>
        <w:t>v -5.212274 14.555505 0.020791</w:t>
        <w:br/>
        <w:t>v -5.750304 13.912470 0.365216</w:t>
        <w:br/>
        <w:t>v -5.759325 13.876207 0.322552</w:t>
        <w:br/>
        <w:t>v -5.388265 14.260400 -0.385464</w:t>
        <w:br/>
        <w:t>v -5.065336 14.375799 -0.034673</w:t>
        <w:br/>
        <w:t>v -5.075242 14.391443 -0.042231</w:t>
        <w:br/>
        <w:t>v -5.061527 14.378910 -0.139636</w:t>
        <w:br/>
        <w:t>v -5.052595 14.364533 -0.138815</w:t>
        <w:br/>
        <w:t>v -5.097575 14.420673 0.011661</w:t>
        <w:br/>
        <w:t>v -5.091816 14.409813 0.023695</w:t>
        <w:br/>
        <w:t>v -5.123282 14.451702 0.030199</w:t>
        <w:br/>
        <w:t>v -5.120646 14.445770 0.044335</w:t>
        <w:br/>
        <w:t>v -5.266745 14.606287 -0.193447</w:t>
        <w:br/>
        <w:t>v -5.259360 14.603425 -0.115075</w:t>
        <w:br/>
        <w:t>v -5.266147 14.613604 -0.112033</w:t>
        <w:br/>
        <w:t>v -5.274352 14.619923 -0.192109</w:t>
        <w:br/>
        <w:t>v -5.169423 14.499153 -0.373713</w:t>
        <w:br/>
        <w:t>v -5.174693 14.496234 -0.386568</w:t>
        <w:br/>
        <w:t>v -5.128549 14.443593 -0.367155</w:t>
        <w:br/>
        <w:t>v -5.131791 14.455571 -0.358227</w:t>
        <w:br/>
        <w:t>v -5.063656 14.372893 -0.252790</w:t>
        <w:br/>
        <w:t>v -5.069508 14.385634 -0.248315</w:t>
        <w:br/>
        <w:t>v -5.098704 14.417360 -0.320523</w:t>
        <w:br/>
        <w:t>v -5.094109 14.404821 -0.327353</w:t>
        <w:br/>
        <w:t>v -5.179879 14.514781 0.027761</w:t>
        <w:br/>
        <w:t>v -5.151174 14.482062 0.035789</w:t>
        <w:br/>
        <w:t>v -5.151723 14.481065 0.051646</w:t>
        <w:br/>
        <w:t>v -5.182794 14.518054 0.042772</w:t>
        <w:br/>
        <w:t>v -5.406117 13.949394 0.289178</w:t>
        <w:br/>
        <w:t>v -5.414248 13.958905 0.283097</w:t>
        <w:br/>
        <w:t>v -5.553799 13.801888 0.325109</w:t>
        <w:br/>
        <w:t>v -5.522736 13.848059 0.391462</w:t>
        <w:br/>
        <w:t>v -5.511322 13.835777 0.408160</w:t>
        <w:br/>
        <w:t>v -5.546496 13.786676 0.333025</w:t>
        <w:br/>
        <w:t>v -5.633745 13.801519 0.284080</w:t>
        <w:br/>
        <w:t>v -5.553799 13.801888 0.325109</w:t>
        <w:br/>
        <w:t>v -5.546496 13.786676 0.333025</w:t>
        <w:br/>
        <w:t>v -5.630073 13.784355 0.273291</w:t>
        <w:br/>
        <w:t>v -5.556791 13.904509 0.458780</w:t>
        <w:br/>
        <w:t>v -5.566183 13.901402 0.438867</w:t>
        <w:br/>
        <w:t>v -5.637106 13.937546 0.436735</w:t>
        <w:br/>
        <w:t>v -5.642867 13.937187 0.454063</w:t>
        <w:br/>
        <w:t>v -5.716267 13.852921 0.283892</w:t>
        <w:br/>
        <w:t>v -5.538946 14.174571 -0.443158</w:t>
        <w:br/>
        <w:t>v -5.570117 14.089089 -0.437383</w:t>
        <w:br/>
        <w:t>v -5.571936 14.090312 -0.419899</w:t>
        <w:br/>
        <w:t>v -5.536651 14.168377 -0.429074</w:t>
        <w:br/>
        <w:t>v -5.552091 13.997973 -0.317467</w:t>
        <w:br/>
        <w:t>v -5.579873 14.028371 -0.390311</w:t>
        <w:br/>
        <w:t>v -5.569405 14.023355 -0.402753</w:t>
        <w:br/>
        <w:t>v -5.542212 13.989317 -0.325343</w:t>
        <w:br/>
        <w:t>v -5.436355 13.932327 0.190284</w:t>
        <w:br/>
        <w:t>v -5.440179 13.945815 0.184115</w:t>
        <w:br/>
        <w:t>v -5.500641 13.952820 0.002052</w:t>
        <w:br/>
        <w:t>v -5.489769 13.937505 0.005855</w:t>
        <w:br/>
        <w:t>v -5.446748 14.026865 0.365638</w:t>
        <w:br/>
        <w:t>v -5.439526 14.025047 0.375703</w:t>
        <w:br/>
        <w:t>v -5.458960 14.068725 0.378565</w:t>
        <w:br/>
        <w:t>v -5.461432 14.063792 0.367722</w:t>
        <w:br/>
        <w:t>v -5.540354 13.981854 -0.231797</w:t>
        <w:br/>
        <w:t>v -5.531073 13.969544 -0.235107</w:t>
        <w:br/>
        <w:t>v -5.749208 13.891311 0.312332</w:t>
        <w:br/>
        <w:t>v -5.696758 13.941029 0.398742</w:t>
        <w:br/>
        <w:t>v -5.702564 13.941229 0.416665</w:t>
        <w:br/>
        <w:t>v -5.465486 14.240777 -0.418268</w:t>
        <w:br/>
        <w:t>v -5.466953 14.230859 -0.402539</w:t>
        <w:br/>
        <w:t>v -5.424480 14.242616 0.216093</w:t>
        <w:br/>
        <w:t>v -5.482348 14.178327 0.285438</w:t>
        <w:br/>
        <w:t>v -5.479725 14.183209 0.301465</w:t>
        <w:br/>
        <w:t>v -5.422455 14.253744 0.222362</w:t>
        <w:br/>
        <w:t>v -5.279400 14.240672 -0.220264</w:t>
        <w:br/>
        <w:t>v -5.261036 14.236815 -0.116121</w:t>
        <w:br/>
        <w:t>v -5.244184 14.222026 -0.116701</w:t>
        <w:br/>
        <w:t>v -5.262040 14.232332 -0.222829</w:t>
        <w:br/>
        <w:t>v -5.247453 14.252307 -0.016687</w:t>
        <w:br/>
        <w:t>v -5.234627 14.243773 -0.019145</w:t>
        <w:br/>
        <w:t>v -5.351153 14.281404 0.150272</w:t>
        <w:br/>
        <w:t>v -5.347385 14.291453 0.162940</w:t>
        <w:br/>
        <w:t>v -5.329704 14.261051 -0.322802</w:t>
        <w:br/>
        <w:t>v -5.315098 14.260232 -0.332558</w:t>
        <w:br/>
        <w:t>v -5.351153 14.281404 0.150272</w:t>
        <w:br/>
        <w:t>v -5.203252 14.533801 -0.364954</w:t>
        <w:br/>
        <w:t>v -5.234260 14.569600 -0.335358</w:t>
        <w:br/>
        <w:t>v -5.240811 14.576387 -0.344986</w:t>
        <w:br/>
        <w:t>v -5.209159 14.535748 -0.376183</w:t>
        <w:br/>
        <w:t>v -5.258916 14.594636 -0.273481</w:t>
        <w:br/>
        <w:t>v -5.269157 14.606049 -0.277374</w:t>
        <w:br/>
        <w:t>v -5.237748 14.580967 -0.041937</w:t>
        <w:br/>
        <w:t>v -5.207009 14.547972 0.006626</w:t>
        <w:br/>
        <w:t>v -5.212274 14.555505 0.020791</w:t>
        <w:br/>
        <w:t>v -5.244623 14.591024 -0.035755</w:t>
        <w:br/>
        <w:t>v -5.750304 13.912470 0.365216</w:t>
        <w:br/>
        <w:t>v -5.741170 13.914991 0.348375</w:t>
        <w:br/>
        <w:t>v -5.749208 13.891311 0.312332</w:t>
        <w:br/>
        <w:t>v -5.395978 14.254978 -0.367172</w:t>
        <w:br/>
        <w:t>v -5.571936 14.090312 -0.419899</w:t>
        <w:br/>
        <w:t>v -5.469798 14.113251 0.358054</w:t>
        <w:br/>
        <w:t>v -5.475114 14.107017 0.348674</w:t>
        <w:br/>
        <w:t>v -5.469798 14.113251 0.358054</w:t>
        <w:br/>
        <w:t>v -5.288075 14.295216 0.119520</w:t>
        <w:br/>
        <w:t>v -5.553798 14.207703 -0.442295</w:t>
        <w:br/>
        <w:t>v -5.477621 14.273516 -0.413089</w:t>
        <w:br/>
        <w:t>v -5.465486 14.240777 -0.418268</w:t>
        <w:br/>
        <w:t>v -5.388265 14.260400 -0.385464</w:t>
        <w:br/>
        <w:t>v -5.174693 14.496234 -0.386568</w:t>
        <w:br/>
        <w:t>v -5.169423 14.499153 -0.373713</w:t>
        <w:br/>
        <w:t>v -5.174693 14.496234 -0.386568</w:t>
        <w:br/>
        <w:t>v -5.414248 13.958905 0.283097</w:t>
        <w:br/>
        <w:t>v -5.440179 13.945815 0.184115</w:t>
        <w:br/>
        <w:t>v -5.436355 13.932327 0.190284</w:t>
        <w:br/>
        <w:t>v -5.436355 13.932327 0.190284</w:t>
        <w:br/>
        <w:t>v -5.123282 14.451702 0.030199</w:t>
        <w:br/>
        <w:t>v -5.166200 14.496115 -0.158521</w:t>
        <w:br/>
        <w:t>v -5.097575 14.420673 0.011661</w:t>
        <w:br/>
        <w:t>v -5.179879 14.514781 0.027761</w:t>
        <w:br/>
        <w:t>v -5.151174 14.482062 0.035789</w:t>
        <w:br/>
        <w:t>v -5.203252 14.533801 -0.364954</w:t>
        <w:br/>
        <w:t>v -5.234260 14.569600 -0.335358</w:t>
        <w:br/>
        <w:t>v -5.258916 14.594636 -0.273481</w:t>
        <w:br/>
        <w:t>v -5.266745 14.606287 -0.193447</w:t>
        <w:br/>
        <w:t>v -5.259360 14.603425 -0.115075</w:t>
        <w:br/>
        <w:t>v -5.237748 14.580967 -0.041937</w:t>
        <w:br/>
        <w:t>v -5.098704 14.417360 -0.320523</w:t>
        <w:br/>
        <w:t>v -5.131791 14.455571 -0.358227</w:t>
        <w:br/>
        <w:t>v -5.075242 14.391443 -0.042231</w:t>
        <w:br/>
        <w:t>v -5.061527 14.378910 -0.139636</w:t>
        <w:br/>
        <w:t>v -5.169423 14.499153 -0.373713</w:t>
        <w:br/>
        <w:t>v -5.069508 14.385634 -0.248315</w:t>
        <w:br/>
        <w:t>v -5.207009 14.547972 0.006626</w:t>
        <w:br/>
        <w:t>v -5.553799 13.801888 0.325109</w:t>
        <w:br/>
        <w:t>v -5.626072 13.893154 0.344707</w:t>
        <w:br/>
        <w:t>v -5.522736 13.848059 0.391462</w:t>
        <w:br/>
        <w:t>v -5.633745 13.801519 0.284080</w:t>
        <w:br/>
        <w:t>v -5.716267 13.852921 0.283892</w:t>
        <w:br/>
        <w:t>v -5.749208 13.891311 0.312332</w:t>
        <w:br/>
        <w:t>v -5.741170 13.914991 0.348375</w:t>
        <w:br/>
        <w:t>v -5.696758 13.941029 0.398742</w:t>
        <w:br/>
        <w:t>v -5.637106 13.937546 0.436735</w:t>
        <w:br/>
        <w:t>v -5.566183 13.901402 0.438867</w:t>
        <w:br/>
        <w:t>v -5.244349 14.285215 0.059656</w:t>
        <w:br/>
        <w:t>v -2.354500 12.774246 0.943740</w:t>
        <w:br/>
        <w:t>v -2.371839 12.850880 0.939120</w:t>
        <w:br/>
        <w:t>v -2.317050 12.836431 1.097414</w:t>
        <w:br/>
        <w:t>v -1.741426 13.673484 0.548773</w:t>
        <w:br/>
        <w:t>v -1.719904 13.702541 0.542565</w:t>
        <w:br/>
        <w:t>v -1.735324 13.723584 0.602444</w:t>
        <w:br/>
        <w:t>v -1.756161 13.694932 0.605953</w:t>
        <w:br/>
        <w:t>v -1.638527 13.722108 0.871883</w:t>
        <w:br/>
        <w:t>v -1.661729 13.691228 0.879568</w:t>
        <w:br/>
        <w:t>v -2.438146 12.785250 0.650987</w:t>
        <w:br/>
        <w:t>v -2.429062 12.737329 0.689128</w:t>
        <w:br/>
        <w:t>v -2.407744 12.763916 0.613667</w:t>
        <w:br/>
        <w:t>v -1.640666 13.649918 0.511629</w:t>
        <w:br/>
        <w:t>v -1.660824 13.617860 0.515044</w:t>
        <w:br/>
        <w:t>v -2.217756 12.628503 0.530232</w:t>
        <w:br/>
        <w:t>v -2.241844 12.733458 0.495434</w:t>
        <w:br/>
        <w:t>v -2.341760 12.738523 0.546178</w:t>
        <w:br/>
        <w:t>v -2.359449 12.699697 0.594378</w:t>
        <w:br/>
        <w:t>v -1.622842 13.650498 0.558666</w:t>
        <w:br/>
        <w:t>v -1.523515 13.644673 0.828233</w:t>
        <w:br/>
        <w:t>v -1.638527 13.722108 0.871883</w:t>
        <w:br/>
        <w:t>v -1.735324 13.723584 0.602444</w:t>
        <w:br/>
        <w:t>v -1.640666 13.649918 0.511629</w:t>
        <w:br/>
        <w:t>v -1.622842 13.650498 0.558666</w:t>
        <w:br/>
        <w:t>v -1.735324 13.723584 0.602444</w:t>
        <w:br/>
        <w:t>v -1.719904 13.702541 0.542565</w:t>
        <w:br/>
        <w:t>v -1.864953 12.505205 0.940418</w:t>
        <w:br/>
        <w:t>v -1.987819 12.488489 0.807703</w:t>
        <w:br/>
        <w:t>v -1.932431 12.483300 0.964409</w:t>
        <w:br/>
        <w:t>v -1.558171 13.595895 0.479000</w:t>
        <w:br/>
        <w:t>v -1.575526 13.560307 0.483059</w:t>
        <w:br/>
        <w:t>v -1.523529 13.536398 0.519321</w:t>
        <w:br/>
        <w:t>v -1.506990 13.572504 0.515324</w:t>
        <w:br/>
        <w:t>v -1.423933 13.530556 0.790128</w:t>
        <w:br/>
        <w:t>v -1.407315 13.566682 0.784874</w:t>
        <w:br/>
        <w:t>v -1.506990 13.572504 0.515324</w:t>
        <w:br/>
        <w:t>v -1.523529 13.536398 0.519321</w:t>
        <w:br/>
        <w:t>v -2.074996 12.523620 0.507705</w:t>
        <w:br/>
        <w:t>v -2.015439 12.527721 0.505369</w:t>
        <w:br/>
        <w:t>v -2.062401 12.567586 0.483163</w:t>
        <w:br/>
        <w:t>v -2.103354 12.578972 1.030766</w:t>
        <w:br/>
        <w:t>v -2.128896 12.582079 0.857409</w:t>
        <w:br/>
        <w:t>v -1.506990 13.572504 0.515324</w:t>
        <w:br/>
        <w:t>v -1.407315 13.566682 0.784874</w:t>
        <w:br/>
        <w:t>v -1.558171 13.595895 0.479000</w:t>
        <w:br/>
        <w:t>v -1.506990 13.572504 0.515324</w:t>
        <w:br/>
        <w:t>v -1.991516 12.716692 0.530357</w:t>
        <w:br/>
        <w:t>v -2.044214 12.698089 0.484347</w:t>
        <w:br/>
        <w:t>v -1.867687 12.789600 0.588616</w:t>
        <w:br/>
        <w:t>v -1.981988 12.523029 0.614071</w:t>
        <w:br/>
        <w:t>v -1.864953 12.505205 0.940418</w:t>
        <w:br/>
        <w:t>v -1.745604 12.777868 0.895861</w:t>
        <w:br/>
        <w:t>v -2.308519 12.934356 0.905474</w:t>
        <w:br/>
        <w:t>v -2.307477 12.930597 1.078541</w:t>
        <w:br/>
        <w:t>v -2.264397 12.890257 0.539856</w:t>
        <w:br/>
        <w:t>v -2.204943 12.985848 0.544278</w:t>
        <w:br/>
        <w:t>v -2.214364 13.018414 0.635540</w:t>
        <w:br/>
        <w:t>v -2.305644 12.913813 0.650510</w:t>
        <w:br/>
        <w:t>v -2.154428 12.822331 0.470830</w:t>
        <w:br/>
        <w:t>v -2.127816 12.748448 0.454480</w:t>
        <w:br/>
        <w:t>v -1.667197 13.602175 0.525270</w:t>
        <w:br/>
        <w:t>v -1.583059 13.544921 0.492382</w:t>
        <w:br/>
        <w:t>v -1.679285 13.586832 0.519757</w:t>
        <w:br/>
        <w:t>v -1.591415 13.527514 0.486797</w:t>
        <w:br/>
        <w:t>v -1.534978 13.522489 0.525747</w:t>
        <w:br/>
        <w:t>v -1.538676 13.503127 0.522996</w:t>
        <w:br/>
        <w:t>v -1.437232 13.517162 0.794654</w:t>
        <w:br/>
        <w:t>v -1.534978 13.522489 0.525747</w:t>
        <w:br/>
        <w:t>v -1.538676 13.503127 0.522996</w:t>
        <w:br/>
        <w:t>v -1.439126 13.497262 0.794945</w:t>
        <w:br/>
        <w:t>v -1.666511 13.674238 0.880869</w:t>
        <w:br/>
        <w:t>v -1.682269 13.662252 0.886809</w:t>
        <w:br/>
        <w:t>v -1.777998 13.666382 0.614092</w:t>
        <w:br/>
        <w:t>v -1.763205 13.677220 0.612400</w:t>
        <w:br/>
        <w:t>v -1.764419 13.646161 0.554503</w:t>
        <w:br/>
        <w:t>v -1.749733 13.659417 0.557026</w:t>
        <w:br/>
        <w:t>v -1.896102 13.511090 0.646866</w:t>
        <w:br/>
        <w:t>v -1.870858 13.487504 0.590848</w:t>
        <w:br/>
        <w:t>v -1.797450 13.508276 0.926631</w:t>
        <w:br/>
        <w:t>v -1.618341 13.324122 0.542503</w:t>
        <w:br/>
        <w:t>v -1.518950 13.318123 0.820566</w:t>
        <w:br/>
        <w:t>v -1.675068 13.351052 0.506583</w:t>
        <w:br/>
        <w:t>v -1.618341 13.324122 0.542503</w:t>
        <w:br/>
        <w:t>v -1.754824 13.412250 0.577135</w:t>
        <w:br/>
        <w:t>v -2.020753 12.828208 0.539627</w:t>
        <w:br/>
        <w:t>v -1.995513 12.804403 0.606991</w:t>
        <w:br/>
        <w:t>v -2.106806 12.836493 0.680968</w:t>
        <w:br/>
        <w:t>v -2.085292 12.841352 0.515636</w:t>
        <w:br/>
        <w:t>v -2.176327 12.918775 0.649835</w:t>
        <w:br/>
        <w:t>v -2.196444 12.889375 0.566536</w:t>
        <w:br/>
        <w:t>v -2.033787 12.873804 0.492787</w:t>
        <w:br/>
        <w:t>v -2.014420 12.845555 0.463200</w:t>
        <w:br/>
        <w:t>v -1.964021 12.829215 0.533357</w:t>
        <w:br/>
        <w:t>v -2.002671 12.853071 0.523017</w:t>
        <w:br/>
        <w:t>v -1.981988 12.523029 0.614071</w:t>
        <w:br/>
        <w:t>v -1.867687 12.789600 0.588616</w:t>
        <w:br/>
        <w:t>v -1.877134 12.784067 0.561563</w:t>
        <w:br/>
        <w:t>v -1.928524 12.657954 0.562944</w:t>
        <w:br/>
        <w:t>v -1.981988 12.523029 0.614071</w:t>
        <w:br/>
        <w:t>v -1.999945 12.514952 0.550341</w:t>
        <w:br/>
        <w:t>v -2.077258 12.494626 0.552656</w:t>
        <w:br/>
        <w:t>v -2.054865 12.493017 0.639474</w:t>
        <w:br/>
        <w:t>v -2.211632 12.585004 0.590817</w:t>
        <w:br/>
        <w:t>v -2.313318 12.675664 0.747118</w:t>
        <w:br/>
        <w:t>v -2.364252 12.686815 0.646368</w:t>
        <w:br/>
        <w:t>v -2.395393 12.725452 0.777473</w:t>
        <w:br/>
        <w:t>v -2.443400 12.802794 0.687945</w:t>
        <w:br/>
        <w:t>v -2.403280 12.800842 0.775345</w:t>
        <w:br/>
        <w:t>v -2.338605 12.936589 0.706309</w:t>
        <w:br/>
        <w:t>v -2.241153 13.035410 0.696364</w:t>
        <w:br/>
        <w:t>v -2.172485 12.968459 0.562300</w:t>
        <w:br/>
        <w:t>v -2.177552 12.994184 0.627276</w:t>
        <w:br/>
        <w:t>v -2.214364 13.018414 0.635540</w:t>
        <w:br/>
        <w:t>v -2.204943 12.985848 0.544278</w:t>
        <w:br/>
        <w:t>v -2.171247 12.954747 0.492403</w:t>
        <w:br/>
        <w:t>v -2.103891 12.908922 0.466138</w:t>
        <w:br/>
        <w:t>v -2.091568 12.911746 0.501985</w:t>
        <w:br/>
        <w:t>v -2.144126 12.947657 0.527429</w:t>
        <w:br/>
        <w:t>v -1.831778 12.988880 0.551991</w:t>
        <w:br/>
        <w:t>v -1.952384 13.084293 0.657621</w:t>
        <w:br/>
        <w:t>v -2.061770 12.916211 0.669372</w:t>
        <w:br/>
        <w:t>v -1.949546 12.824171 0.582990</w:t>
        <w:br/>
        <w:t>v -1.831778 12.988880 0.551991</w:t>
        <w:br/>
        <w:t>v -1.906557 12.814153 0.562580</w:t>
        <w:br/>
        <w:t>v -1.782649 12.964526 0.581640</w:t>
        <w:br/>
        <w:t>v -1.671414 12.958234 0.870915</w:t>
        <w:br/>
        <w:t>v -1.782649 12.964526 0.581640</w:t>
        <w:br/>
        <w:t>v -2.126390 13.205829 0.713317</w:t>
        <w:br/>
        <w:t>v -2.012147 13.181484 0.998179</w:t>
        <w:br/>
        <w:t>v -2.143323 13.048415 1.041355</w:t>
        <w:br/>
        <w:t>v -2.224677 13.071483 0.860855</w:t>
        <w:br/>
        <w:t>v -2.101573 13.177746 0.657725</w:t>
        <w:br/>
        <w:t>v -2.236159 13.040215 0.727757</w:t>
        <w:br/>
        <w:t>v -2.196653 13.021818 0.670722</w:t>
        <w:br/>
        <w:t>v -2.168162 12.996354 0.666507</w:t>
        <w:br/>
        <w:t>v -1.838964 13.257195 0.623082</w:t>
        <w:br/>
        <w:t>v -1.756397 13.173904 0.525986</w:t>
        <w:br/>
        <w:t>v -1.756397 13.173904 0.525986</w:t>
        <w:br/>
        <w:t>v -1.696390 13.144444 0.561615</w:t>
        <w:br/>
        <w:t>v -1.696390 13.144444 0.561615</w:t>
        <w:br/>
        <w:t>v -1.596049 13.138307 0.845813</w:t>
        <w:br/>
        <w:t>v -1.911860 13.354708 0.966070</w:t>
        <w:br/>
        <w:t>v -2.013708 13.360840 0.681872</w:t>
        <w:br/>
        <w:t>v -1.994161 13.329459 0.625480</w:t>
        <w:br/>
        <w:t>v -2.085292 12.841352 0.515636</w:t>
        <w:br/>
        <w:t>v -2.091568 12.911746 0.501985</w:t>
        <w:br/>
        <w:t>v -2.033787 12.873804 0.492787</w:t>
        <w:br/>
        <w:t>v -2.176327 12.918775 0.649835</w:t>
        <w:br/>
        <w:t>v -2.106806 12.836493 0.680968</w:t>
        <w:br/>
        <w:t>v -2.177552 12.994184 0.627276</w:t>
        <w:br/>
        <w:t>v -2.172485 12.968459 0.562300</w:t>
        <w:br/>
        <w:t>v -2.196444 12.889375 0.566536</w:t>
        <w:br/>
        <w:t>v -2.288947 12.885834 1.183194</w:t>
        <w:br/>
        <w:t>v -2.254574 12.821378 1.310417</w:t>
        <w:br/>
        <w:t>v -1.486768 13.693024 1.177687</w:t>
        <w:br/>
        <w:t>v -1.509121 13.661540 1.186590</w:t>
        <w:br/>
        <w:t>v -1.560720 13.685266 1.150428</w:t>
        <w:br/>
        <w:t>v -1.537569 13.716072 1.141565</w:t>
        <w:br/>
        <w:t>v -2.133924 12.718353 1.492443</w:t>
        <w:br/>
        <w:t>v -2.155454 12.775885 1.475459</w:t>
        <w:br/>
        <w:t>v -2.090628 12.742552 1.518925</w:t>
        <w:br/>
        <w:t>v -1.405195 13.637772 1.146539</w:t>
        <w:br/>
        <w:t>v -1.424828 13.604065 1.154562</w:t>
        <w:br/>
        <w:t>v -2.038609 12.687366 1.533137</w:t>
        <w:br/>
        <w:t>v -1.999543 12.540344 1.207788</w:t>
        <w:br/>
        <w:t>v -2.167843 12.682536 1.278100</w:t>
        <w:br/>
        <w:t>v -2.085701 12.660051 1.399644</w:t>
        <w:br/>
        <w:t>v -1.978890 12.589728 1.360704</w:t>
        <w:br/>
        <w:t>v -1.537569 13.716072 1.141565</w:t>
        <w:br/>
        <w:t>v -1.423479 13.638789 1.097816</w:t>
        <w:br/>
        <w:t>v -1.405195 13.637772 1.146539</w:t>
        <w:br/>
        <w:t>v -1.486768 13.693024 1.177687</w:t>
        <w:br/>
        <w:t>v -1.537569 13.716072 1.141565</w:t>
        <w:br/>
        <w:t>v -1.423479 13.638789 1.097816</w:t>
        <w:br/>
        <w:t>v -1.866422 12.480195 1.152206</w:t>
        <w:br/>
        <w:t>v -1.326076 13.582160 1.114117</w:t>
        <w:br/>
        <w:t>v -1.313661 13.560869 1.054622</w:t>
        <w:br/>
        <w:t>v -1.330026 13.524709 1.062574</w:t>
        <w:br/>
        <w:t>v -1.343307 13.546512 1.120117</w:t>
        <w:br/>
        <w:t>v -1.330026 13.524709 1.062574</w:t>
        <w:br/>
        <w:t>v -1.313661 13.560869 1.054622</w:t>
        <w:br/>
        <w:t>v -1.719897 12.495134 1.357652</w:t>
        <w:br/>
        <w:t>v -1.766326 12.485138 1.388536</w:t>
        <w:br/>
        <w:t>v -1.747940 12.528542 1.430155</w:t>
        <w:br/>
        <w:t>v -1.914188 12.613045 1.512863</w:t>
        <w:br/>
        <w:t>v -1.827081 12.561699 1.473756</w:t>
        <w:br/>
        <w:t>v -1.855975 12.532133 1.433280</w:t>
        <w:br/>
        <w:t>v -1.945392 12.587247 1.464154</w:t>
        <w:br/>
        <w:t>v -1.891001 12.532642 1.328439</w:t>
        <w:br/>
        <w:t>v -1.810888 12.481223 1.299382</w:t>
        <w:br/>
        <w:t>v -1.313661 13.560869 1.054622</w:t>
        <w:br/>
        <w:t>v -1.313661 13.560869 1.054622</w:t>
        <w:br/>
        <w:t>v -1.326076 13.582160 1.114117</w:t>
        <w:br/>
        <w:t>v -1.844995 12.719856 1.525133</w:t>
        <w:br/>
        <w:t>v -1.781970 12.616252 1.480535</w:t>
        <w:br/>
        <w:t>v -1.658147 12.814245 1.396426</w:t>
        <w:br/>
        <w:t>v -1.649811 12.792539 1.313749</w:t>
        <w:br/>
        <w:t>v -1.704005 12.675198 1.309213</w:t>
        <w:br/>
        <w:t>v -1.689355 12.700726 1.397101</w:t>
        <w:br/>
        <w:t>v -1.684181 12.649037 1.237053</w:t>
        <w:br/>
        <w:t>v -1.646299 12.760939 1.217816</w:t>
        <w:br/>
        <w:t>v -2.196093 12.929809 1.221761</w:t>
        <w:br/>
        <w:t>v -2.036438 12.941199 1.421611</w:t>
        <w:br/>
        <w:t>v -1.987122 12.908995 1.432584</w:t>
        <w:br/>
        <w:t>v -2.019591 12.838682 1.457489</w:t>
        <w:br/>
        <w:t>v -2.071904 12.860212 1.457842</w:t>
        <w:br/>
        <w:t>v -1.948787 12.712779 1.542408</w:t>
        <w:br/>
        <w:t>v -1.353910 13.531375 1.118664</w:t>
        <w:br/>
        <w:t>v -1.436797 13.588690 1.150410</w:t>
        <w:br/>
        <w:t>v -1.357068 13.513654 1.126450</w:t>
        <w:br/>
        <w:t>v -1.442837 13.572974 1.161975</w:t>
        <w:br/>
        <w:t>v -1.341527 13.510893 1.063986</w:t>
        <w:br/>
        <w:t>v -1.344448 13.491385 1.068242</w:t>
        <w:br/>
        <w:t>v -1.341527 13.510893 1.063986</w:t>
        <w:br/>
        <w:t>v -1.344448 13.491385 1.068242</w:t>
        <w:br/>
        <w:t>v -1.578050 13.651775 1.157600</w:t>
        <w:br/>
        <w:t>v -1.568051 13.667577 1.150119</w:t>
        <w:br/>
        <w:t>v -1.529675 13.632302 1.194946</w:t>
        <w:br/>
        <w:t>v -1.520112 13.645642 1.183355</w:t>
        <w:br/>
        <w:t>v -1.636270 13.468932 1.230273</w:t>
        <w:br/>
        <w:t>v -1.683905 13.497978 1.209532</w:t>
        <w:br/>
        <w:t>v -1.422048 13.312121 1.100279</w:t>
        <w:br/>
        <w:t>v -1.422048 13.312121 1.100279</w:t>
        <w:br/>
        <w:t>v -1.433447 13.341687 1.152248</w:t>
        <w:br/>
        <w:t>v -1.562252 13.407339 1.170000</w:t>
        <w:br/>
        <w:t>v -2.161067 12.724810 1.427040</w:t>
        <w:br/>
        <w:t>v -2.154676 12.808774 1.427819</w:t>
        <w:br/>
        <w:t>v -2.069349 12.665615 1.488809</w:t>
        <w:br/>
        <w:t>v -1.945392 12.587247 1.464154</w:t>
        <w:br/>
        <w:t>v -1.766326 12.485138 1.388536</w:t>
        <w:br/>
        <w:t>v -1.719897 12.495134 1.357652</w:t>
        <w:br/>
        <w:t>v -1.743503 12.499909 1.274155</w:t>
        <w:br/>
        <w:t>v -1.855975 12.532133 1.433280</w:t>
        <w:br/>
        <w:t>v -1.812962 12.843511 1.434048</w:t>
        <w:br/>
        <w:t>v -1.869898 12.849449 1.297638</w:t>
        <w:br/>
        <w:t>v -1.713397 12.772119 1.297918</w:t>
        <w:br/>
        <w:t>v -1.723323 12.780090 1.356188</w:t>
        <w:br/>
        <w:t>v -1.703048 12.559726 1.307085</w:t>
        <w:br/>
        <w:t>v -1.743503 12.499909 1.274155</w:t>
        <w:br/>
        <w:t>v -1.649811 12.792539 1.313749</w:t>
        <w:br/>
        <w:t>v -1.679741 12.827097 1.366133</w:t>
        <w:br/>
        <w:t>v -1.673946 12.809129 1.304105</w:t>
        <w:br/>
        <w:t>v -1.974419 13.014510 1.388152</w:t>
        <w:br/>
        <w:t>v -1.928745 12.975572 1.371366</w:t>
        <w:br/>
        <w:t>v -1.908690 12.966290 1.394547</w:t>
        <w:br/>
        <w:t>v -1.938458 12.983605 1.402800</w:t>
        <w:br/>
        <w:t>v -1.992362 13.020708 1.360507</w:t>
        <w:br/>
        <w:t>v -2.099668 12.892053 1.405624</w:t>
        <w:br/>
        <w:t>v -1.883946 12.881298 1.436705</w:t>
        <w:br/>
        <w:t>v -1.934721 12.902695 1.354818</w:t>
        <w:br/>
        <w:t>v -1.693597 12.846241 1.436373</w:t>
        <w:br/>
        <w:t>v -1.752421 12.891659 1.473549</w:t>
        <w:br/>
        <w:t>v -1.768125 12.900047 1.434733</w:t>
        <w:br/>
        <w:t>v -1.713976 12.859374 1.404492</w:t>
        <w:br/>
        <w:t>v -1.658147 12.814245 1.396426</w:t>
        <w:br/>
        <w:t>v -1.873493 12.955264 1.434806</w:t>
        <w:br/>
        <w:t>v -1.826020 12.931378 1.444419</w:t>
        <w:br/>
        <w:t>v -1.819770 12.933661 1.480442</w:t>
        <w:br/>
        <w:t>v -1.879163 12.961711 1.464330</w:t>
        <w:br/>
        <w:t>v -1.667308 12.802597 1.262372</w:t>
        <w:br/>
        <w:t>v -1.855879 12.900078 1.269484</w:t>
        <w:br/>
        <w:t>v -1.756712 13.075553 1.223162</w:t>
        <w:br/>
        <w:t>v -1.595580 12.977365 1.218210</w:t>
        <w:br/>
        <w:t>v -1.646299 12.760939 1.217816</w:t>
        <w:br/>
        <w:t>v -1.569221 12.951933 1.164228</w:t>
        <w:br/>
        <w:t>v -1.569221 12.951933 1.164228</w:t>
        <w:br/>
        <w:t>v -1.916350 13.174062 1.304167</w:t>
        <w:br/>
        <w:t>v -2.088616 13.042479 1.192008</w:t>
        <w:br/>
        <w:t>v -1.916350 13.174062 1.304167</w:t>
        <w:br/>
        <w:t>v -1.851085 13.149022 1.320954</w:t>
        <w:br/>
        <w:t>v -1.928745 12.975572 1.371366</w:t>
        <w:br/>
        <w:t>v -1.510504 13.162154 1.183236</w:t>
        <w:br/>
        <w:t>v -1.667289 13.238664 1.188364</w:t>
        <w:br/>
        <w:t>v -1.496992 13.132173 1.131869</w:t>
        <w:br/>
        <w:t>v -1.510504 13.162154 1.183236</w:t>
        <w:br/>
        <w:t>v -1.496992 13.132173 1.131869</w:t>
        <w:br/>
        <w:t>v -1.803804 13.333072 1.259092</w:t>
        <w:br/>
        <w:t>v -1.743072 13.305769 1.273460</w:t>
        <w:br/>
        <w:t>v -1.869898 12.849449 1.297638</w:t>
        <w:br/>
        <w:t>v -1.713397 12.772119 1.297918</w:t>
        <w:br/>
        <w:t>v -1.713976 12.859374 1.404492</w:t>
        <w:br/>
        <w:t>v -1.723323 12.780090 1.356188</w:t>
        <w:br/>
        <w:t>v -1.679741 12.827097 1.366133</w:t>
        <w:br/>
        <w:t>v -1.713397 12.772119 1.297918</w:t>
        <w:br/>
        <w:t>v -1.673946 12.809129 1.304105</w:t>
        <w:br/>
        <w:t>v -1.934721 12.902695 1.354818</w:t>
        <w:br/>
        <w:t>v -1.934721 12.902695 1.354818</w:t>
        <w:br/>
        <w:t>v -1.883946 12.881298 1.436705</w:t>
        <w:br/>
        <w:t>v -1.873493 12.955264 1.434806</w:t>
        <w:br/>
        <w:t>v -1.908690 12.966290 1.394547</w:t>
        <w:br/>
        <w:t>v -1.812962 12.843511 1.434048</w:t>
        <w:br/>
        <w:t>v -1.768125 12.900047 1.434733</w:t>
        <w:br/>
        <w:t>v -1.826020 12.931378 1.444419</w:t>
        <w:br/>
        <w:t>v -2.196653 13.021818 0.670722</w:t>
        <w:br/>
        <w:t>v -1.769580 12.660757 1.470870</w:t>
        <w:br/>
        <w:t>v -1.823892 12.832829 1.509136</w:t>
        <w:br/>
        <w:t>v -1.918117 12.808887 1.522901</w:t>
        <w:br/>
        <w:t>v -1.900587 12.894701 1.497156</w:t>
        <w:br/>
        <w:t>v -2.026094 12.716089 1.532297</w:t>
        <w:br/>
        <w:t>v -1.992362 13.020708 1.360507</w:t>
        <w:br/>
        <w:t>v -2.199620 12.812635 1.395772</w:t>
        <w:br/>
        <w:t>v -2.135946 12.914476 1.356666</w:t>
        <w:br/>
        <w:t>v -2.026416 13.038200 1.333619</w:t>
        <w:br/>
        <w:t>v -2.320996 12.924503 0.754997</w:t>
        <w:br/>
        <w:t>v -2.236159 13.040215 0.727757</w:t>
        <w:br/>
        <w:t>v -2.241153 13.035410 0.696364</w:t>
        <w:br/>
        <w:t>v -2.168162 12.996354 0.666507</w:t>
        <w:br/>
        <w:t>v -2.002671 12.853071 0.523017</w:t>
        <w:br/>
        <w:t>v -1.949546 12.824171 0.582990</w:t>
        <w:br/>
        <w:t>v -1.995513 12.804403 0.606991</w:t>
        <w:br/>
        <w:t>v -1.949546 12.824171 0.582990</w:t>
        <w:br/>
        <w:t>v -2.277955 12.795683 0.533035</w:t>
        <w:br/>
        <w:t>v -2.407744 12.763916 0.613667</w:t>
        <w:br/>
        <w:t>v -2.171247 12.954747 0.492403</w:t>
        <w:br/>
        <w:t>v -2.014420 12.845555 0.463200</w:t>
        <w:br/>
        <w:t>v -2.129899 12.657455 0.476810</w:t>
        <w:br/>
        <w:t>v -1.964021 12.829215 0.533357</w:t>
        <w:br/>
        <w:t>v -1.904738 12.801102 0.544891</w:t>
        <w:br/>
        <w:t>v -1.906557 12.814153 0.562580</w:t>
        <w:br/>
        <w:t>v -1.904738 12.801102 0.544891</w:t>
        <w:br/>
        <w:t>v -1.867687 12.789600 0.588616</w:t>
        <w:br/>
        <w:t>v -1.877134 12.784067 0.561563</w:t>
        <w:br/>
        <w:t>v -2.077258 12.494626 0.552656</w:t>
        <w:br/>
        <w:t>v -2.103891 12.908922 0.466138</w:t>
        <w:br/>
        <w:t>v -2.378270 12.817598 0.623269</w:t>
        <w:br/>
        <w:t>v -2.409821 12.854794 0.693748</w:t>
        <w:br/>
        <w:t>v -2.381360 12.850830 0.769552</w:t>
        <w:br/>
        <w:t>v -2.234918 12.688984 1.077118</w:t>
        <w:br/>
        <w:t>v -2.285830 12.663852 0.912222</w:t>
        <w:br/>
        <w:t>v -1.999945 12.514952 0.550341</w:t>
        <w:br/>
        <w:t>v -1.667308 12.802597 1.262372</w:t>
        <w:br/>
        <w:t>v -1.646299 12.760939 1.217816</w:t>
        <w:br/>
        <w:t>v -1.634642 12.771246 1.254649</w:t>
        <w:br/>
        <w:t>v -1.667308 12.802597 1.262372</w:t>
        <w:br/>
        <w:t>v -1.732593 12.592272 1.410887</w:t>
        <w:br/>
        <w:t>v -1.713533 12.571602 1.349741</w:t>
        <w:br/>
        <w:t>v -1.731522 12.751510 1.457198</w:t>
        <w:br/>
        <w:t>v -1.693597 12.846241 1.436373</w:t>
        <w:br/>
        <w:t>v -1.634642 12.771246 1.254649</w:t>
        <w:br/>
        <w:t>v -1.679674 12.655961 1.270003</w:t>
        <w:br/>
        <w:t>v -1.684181 12.649037 1.237053</w:t>
        <w:br/>
        <w:t>v -1.743503 12.499909 1.274155</w:t>
        <w:br/>
        <w:t>v -2.254574 12.821378 1.310417</w:t>
        <w:br/>
        <w:t>v -2.167914 12.576938 0.686035</w:t>
        <w:br/>
        <w:t>v -1.752421 12.891659 1.473549</w:t>
        <w:br/>
        <w:t>v -1.819770 12.933661 1.480442</w:t>
        <w:br/>
        <w:t>v -1.879163 12.961711 1.464330</w:t>
        <w:br/>
        <w:t>v -1.938458 12.983605 1.402800</w:t>
        <w:br/>
        <w:t>v -1.974419 13.014510 1.388152</w:t>
        <w:br/>
        <w:t>v -2.211632 12.585004 0.590817</w:t>
        <w:br/>
        <w:t>v -2.443400 12.802794 0.687945</w:t>
        <w:br/>
        <w:t>v -1.448433 13.628510 0.419079</w:t>
        <w:br/>
        <w:t>v -1.451367 13.673713 0.420865</w:t>
        <w:br/>
        <w:t>v -1.491005 13.626218 0.431423</w:t>
        <w:br/>
        <w:t>v -1.202259 13.660303 1.095114</w:t>
        <w:br/>
        <w:t>v -1.197422 13.613854 1.093915</w:t>
        <w:br/>
        <w:t>v -1.239422 13.611570 1.110068</w:t>
        <w:br/>
        <w:t>v -1.697644 13.837515 0.517128</w:t>
        <w:br/>
        <w:t>v -1.737524 13.824527 0.526449</w:t>
        <w:br/>
        <w:t>v -1.724881 13.777017 0.518896</w:t>
        <w:br/>
        <w:t>v -1.485770 13.802189 1.204978</w:t>
        <w:br/>
        <w:t>v -1.451707 13.819314 1.185866</w:t>
        <w:br/>
        <w:t>v -1.474225 13.758967 1.198688</w:t>
        <w:br/>
        <w:t>v -1.587812 12.581818 1.288803</w:t>
        <w:br/>
        <w:t>v -1.649686 12.618122 1.312400</w:t>
        <w:br/>
        <w:t>v -1.938745 12.634067 0.512345</w:t>
        <w:br/>
        <w:t>v -1.876236 12.599082 0.489195</w:t>
        <w:br/>
        <w:t>v -1.899102 13.563171 0.564272</w:t>
        <w:br/>
        <w:t>v -1.852561 13.620342 0.551742</w:t>
        <w:br/>
        <w:t>v -1.877792 13.666613 0.562975</w:t>
        <w:br/>
        <w:t>v -1.928334 13.601231 0.577591</w:t>
        <w:br/>
        <w:t>v -1.718497 13.449289 1.303939</w:t>
        <w:br/>
        <w:t>v -1.755173 13.487420 1.318307</w:t>
        <w:br/>
        <w:t>v -1.684670 13.615525 1.284817</w:t>
        <w:br/>
        <w:t>v -1.658770 13.574448 1.273906</w:t>
        <w:br/>
        <w:t>v -1.819240 13.278195 1.351932</w:t>
        <w:br/>
        <w:t>v -1.907424 13.165705 1.387758</w:t>
        <w:br/>
        <w:t>v -1.954189 13.195031 1.407762</w:t>
        <w:br/>
        <w:t>v -1.863800 13.309204 1.369673</w:t>
        <w:br/>
        <w:t>v -2.189917 13.193463 0.639807</w:t>
        <w:br/>
        <w:t>v -2.123958 13.319940 0.625127</w:t>
        <w:br/>
        <w:t>v -2.166620 13.349815 0.641457</w:t>
        <w:br/>
        <w:t>v -2.235227 13.215617 0.656448</w:t>
        <w:br/>
        <w:t>v -1.626336 13.661951 1.261884</w:t>
        <w:br/>
        <w:t>v -1.684670 13.615525 1.284817</w:t>
        <w:br/>
        <w:t>v -1.807659 13.608378 0.931204</w:t>
        <w:br/>
        <w:t>v -1.753391 13.664282 0.912429</w:t>
        <w:br/>
        <w:t>v -1.737524 13.824527 0.526449</w:t>
        <w:br/>
        <w:t>v -1.697644 13.837515 0.517128</w:t>
        <w:br/>
        <w:t>v -1.575962 13.826766 0.852400</w:t>
        <w:br/>
        <w:t>v -1.613024 13.811927 0.866497</w:t>
        <w:br/>
        <w:t>v -1.451367 13.673713 0.420865</w:t>
        <w:br/>
        <w:t>v -1.448433 13.628510 0.419079</w:t>
        <w:br/>
        <w:t>v -1.323111 13.621182 0.756497</w:t>
        <w:br/>
        <w:t>v -1.327238 13.666986 0.758002</w:t>
        <w:br/>
        <w:t>v -1.876236 12.599082 0.489195</w:t>
        <w:br/>
        <w:t>v -1.733775 12.590450 0.888999</w:t>
        <w:br/>
        <w:t>v -1.953719 12.358080 0.581028</w:t>
        <w:br/>
        <w:t>v -2.016201 12.402066 0.604656</w:t>
        <w:br/>
        <w:t>v -1.893642 12.393694 0.946678</w:t>
        <w:br/>
        <w:t>v -1.829391 12.350829 0.923299</w:t>
        <w:br/>
        <w:t>v -1.649686 12.618122 1.312400</w:t>
        <w:br/>
        <w:t>v -1.796000 12.626096 0.912372</w:t>
        <w:br/>
        <w:t>v -1.365474 13.618894 0.770746</w:t>
        <w:br/>
        <w:t>v -1.239422 13.611570 1.110068</w:t>
        <w:br/>
        <w:t>v -1.899102 13.563171 0.564272</w:t>
        <w:br/>
        <w:t>v -1.779816 13.568810 0.919089</w:t>
        <w:br/>
        <w:t>v -1.729446 13.622144 0.902204</w:t>
        <w:br/>
        <w:t>v -1.852561 13.620342 0.551742</w:t>
        <w:br/>
        <w:t>v -1.973216 13.299067 0.988530</w:t>
        <w:br/>
        <w:t>v -2.050542 13.179585 1.013782</w:t>
        <w:br/>
        <w:t>v -1.907424 13.165705 1.387758</w:t>
        <w:br/>
        <w:t>v -1.819240 13.278195 1.351932</w:t>
        <w:br/>
        <w:t>v -2.082327 13.118220 1.025855</w:t>
        <w:br/>
        <w:t>v -2.126848 13.140509 1.045009</w:t>
        <w:br/>
        <w:t>v -2.079276 13.155240 1.210559</w:t>
        <w:br/>
        <w:t>v -2.027131 13.129713 1.191499</w:t>
        <w:br/>
        <w:t>v -1.954189 13.195031 1.407762</w:t>
        <w:br/>
        <w:t>v -2.096403 13.205318 1.032105</w:t>
        <w:br/>
        <w:t>v -2.016614 13.329510 1.005565</w:t>
        <w:br/>
        <w:t>v -1.863800 13.309204 1.369673</w:t>
        <w:br/>
        <w:t>v -1.291343 13.690709 1.128216</w:t>
        <w:br/>
        <w:t>v -1.324164 13.629785 1.142321</w:t>
        <w:br/>
        <w:t>v -1.418870 13.690539 1.178319</w:t>
        <w:br/>
        <w:t>v -1.382852 13.748014 1.162897</w:t>
        <w:br/>
        <w:t>v -1.291343 13.690709 1.128216</w:t>
        <w:br/>
        <w:t>v -1.382852 13.748014 1.162897</w:t>
        <w:br/>
        <w:t>v -1.508266 13.756237 0.825495</w:t>
        <w:br/>
        <w:t>v -1.417174 13.699205 0.790788</w:t>
        <w:br/>
        <w:t>v -1.670250 13.706756 0.496950</w:t>
        <w:br/>
        <w:t>v -1.576921 13.644563 0.463844</w:t>
        <w:br/>
        <w:t>v -1.541458 13.708138 0.453120</w:t>
        <w:br/>
        <w:t>v -1.631482 13.766011 0.487243</w:t>
        <w:br/>
        <w:t>v -1.670250 13.706756 0.496950</w:t>
        <w:br/>
        <w:t>v -1.545618 13.698451 0.837741</w:t>
        <w:br/>
        <w:t>v -1.451060 13.637177 0.803080</w:t>
        <w:br/>
        <w:t>v -1.576921 13.644563 0.463844</w:t>
        <w:br/>
        <w:t>v -1.631482 13.766011 0.487243</w:t>
        <w:br/>
        <w:t>v -1.575962 13.826766 0.852400</w:t>
        <w:br/>
        <w:t>v -1.697644 13.837515 0.517128</w:t>
        <w:br/>
        <w:t>v -1.541458 13.708138 0.453120</w:t>
        <w:br/>
        <w:t>v -1.451367 13.673713 0.420865</w:t>
        <w:br/>
        <w:t>v -1.327238 13.666986 0.758002</w:t>
        <w:br/>
        <w:t>v -1.324164 13.629785 1.142321</w:t>
        <w:br/>
        <w:t>v -1.239422 13.611570 1.110068</w:t>
        <w:br/>
        <w:t>v -1.365474 13.618894 0.770746</w:t>
        <w:br/>
        <w:t>v -1.418870 13.690539 1.178319</w:t>
        <w:br/>
        <w:t>v -1.600873 13.767187 0.859232</w:t>
        <w:br/>
        <w:t>v -1.474225 13.758967 1.198688</w:t>
        <w:br/>
        <w:t>v -1.821412 13.730924 0.552209</w:t>
        <w:br/>
        <w:t>v -1.695561 13.723616 0.894896</w:t>
        <w:br/>
        <w:t>v -1.802128 13.681416 0.542824</w:t>
        <w:br/>
        <w:t>v -1.821412 13.730924 0.552209</w:t>
        <w:br/>
        <w:t>v -1.604185 13.623944 1.252666</w:t>
        <w:br/>
        <w:t>v -1.548665 13.669977 1.229828</w:t>
        <w:br/>
        <w:t>v -1.676603 13.675684 0.886333</w:t>
        <w:br/>
        <w:t>v -1.604185 13.623944 1.252666</w:t>
        <w:br/>
        <w:t>v -1.626336 13.661951 1.261884</w:t>
        <w:br/>
        <w:t>v -1.566761 13.716681 1.237377</w:t>
        <w:br/>
        <w:t>v -1.548665 13.669977 1.229828</w:t>
        <w:br/>
        <w:t>v -2.166620 13.349815 0.641457</w:t>
        <w:br/>
        <w:t>v -2.015013 13.503874 0.599537</w:t>
        <w:br/>
        <w:t>v -1.885807 13.495647 0.958922</w:t>
        <w:br/>
        <w:t>v -1.982205 13.466938 0.586031</w:t>
        <w:br/>
        <w:t>v -2.015013 13.503874 0.599537</w:t>
        <w:br/>
        <w:t>v -1.718497 13.449289 1.303939</w:t>
        <w:br/>
        <w:t>v -1.851314 13.458113 0.944985</w:t>
        <w:br/>
        <w:t>v -1.948208 12.434103 0.502369</w:t>
        <w:br/>
        <w:t>v -1.803928 12.423279 0.904057</w:t>
        <w:br/>
        <w:t>v -1.948208 12.434103 0.502369</w:t>
        <w:br/>
        <w:t>v -2.009733 12.476085 0.525716</w:t>
        <w:br/>
        <w:t>v -1.866048 12.465766 0.927586</w:t>
        <w:br/>
        <w:t>v -1.720314 12.455446 1.329456</w:t>
        <w:br/>
        <w:t>v -1.657662 12.412458 1.305745</w:t>
        <w:br/>
        <w:t>v -1.720314 12.455446 1.329456</w:t>
        <w:br/>
        <w:t>v -1.657662 12.412458 1.305745</w:t>
        <w:br/>
        <w:t>v -1.829391 12.350829 0.923299</w:t>
        <w:br/>
        <w:t>v -1.704059 12.343578 1.265570</w:t>
        <w:br/>
        <w:t>v -1.770044 12.385321 1.288699</w:t>
        <w:br/>
        <w:t>v -1.893642 12.393694 0.946678</w:t>
        <w:br/>
        <w:t>v -2.256381 13.169036 0.721466</w:t>
        <w:br/>
        <w:t>v -2.203867 13.143197 0.700610</w:t>
        <w:br/>
        <w:t>v -2.023534 13.158073 1.376764</w:t>
        <w:br/>
        <w:t>v -1.968628 13.129049 1.355908</w:t>
        <w:br/>
        <w:t>v -2.256381 13.169036 0.721466</w:t>
        <w:br/>
        <w:t>v -2.235227 13.215617 0.656448</w:t>
        <w:br/>
        <w:t>v -2.194022 13.158770 0.882054</w:t>
        <w:br/>
        <w:t>v -1.968628 13.129049 1.355908</w:t>
        <w:br/>
        <w:t>v -2.027131 13.129713 1.191499</w:t>
        <w:br/>
        <w:t>v -1.704059 12.343578 1.265570</w:t>
        <w:br/>
        <w:t>v -1.770044 12.385321 1.288699</w:t>
        <w:br/>
        <w:t>v -1.615447 13.859961 0.747685</w:t>
        <w:br/>
        <w:t>v -1.539436 13.849722 0.962479</w:t>
        <w:br/>
        <w:t>v -1.578610 13.830175 0.975913</w:t>
        <w:br/>
        <w:t>v -1.658691 13.836719 0.760808</w:t>
        <w:br/>
        <w:t>v -1.437920 13.771845 0.924510</w:t>
        <w:br/>
        <w:t>v -1.502100 13.842059 0.948107</w:t>
        <w:br/>
        <w:t>v -1.577752 13.847526 0.732920</w:t>
        <w:br/>
        <w:t>v -1.524029 13.790072 0.710913</w:t>
        <w:br/>
        <w:t>v -2.220248 13.108762 1.216612</w:t>
        <w:br/>
        <w:t>v -2.349514 13.047471 1.268539</w:t>
        <w:br/>
        <w:t>v -2.442779 13.054259 1.016253</w:t>
        <w:br/>
        <w:t>v -2.306744 13.111285 0.970243</w:t>
        <w:br/>
        <w:t>v -1.450977 13.725485 0.683371</w:t>
        <w:br/>
        <w:t>v -1.369500 13.716438 0.893959</w:t>
        <w:br/>
        <w:t>v -1.773903 13.586271 1.046462</w:t>
        <w:br/>
        <w:t>v -1.859815 13.594306 0.823016</w:t>
        <w:br/>
        <w:t>v -1.758345 13.718027 0.790888</w:t>
        <w:br/>
        <w:t>v -1.677828 13.714547 1.010721</w:t>
        <w:br/>
        <w:t>v -1.619975 13.836939 0.746970</w:t>
        <w:br/>
        <w:t>v -1.654699 13.823753 0.758641</w:t>
        <w:br/>
        <w:t>v -1.573762 13.816873 0.974371</w:t>
        <w:br/>
        <w:t>v -1.544371 13.830760 0.963790</w:t>
        <w:br/>
        <w:t>v -1.468484 13.751733 0.933281</w:t>
        <w:br/>
        <w:t>v -1.548521 13.757534 0.718110</w:t>
        <w:br/>
        <w:t>v -1.590808 13.822935 0.736366</w:t>
        <w:br/>
        <w:t>v -1.509949 13.819042 0.950530</w:t>
        <w:br/>
        <w:t>v -2.209832 13.083307 1.213529</w:t>
        <w:br/>
        <w:t>v -2.296241 13.084823 0.965239</w:t>
        <w:br/>
        <w:t>v -2.439962 13.021984 1.015360</w:t>
        <w:br/>
        <w:t>v -2.345444 13.019804 1.265134</w:t>
        <w:br/>
        <w:t>v -1.377426 13.700646 0.895465</w:t>
        <w:br/>
        <w:t>v -1.459469 13.708786 0.685820</w:t>
        <w:br/>
        <w:t>v -1.755538 13.564553 1.039299</w:t>
        <w:br/>
        <w:t>v -1.668717 13.697958 1.007101</w:t>
        <w:br/>
        <w:t>v -1.751330 13.705011 0.787938</w:t>
        <w:br/>
        <w:t>v -1.847821 13.580395 0.818770</w:t>
        <w:br/>
        <w:t>v -1.654699 13.823753 0.758641</w:t>
        <w:br/>
        <w:t>v -1.619975 13.836939 0.746970</w:t>
        <w:br/>
        <w:t>v -1.615447 13.859961 0.747685</w:t>
        <w:br/>
        <w:t>v -1.658691 13.836719 0.760808</w:t>
        <w:br/>
        <w:t>v -1.539436 13.849722 0.962479</w:t>
        <w:br/>
        <w:t>v -1.544371 13.830760 0.963790</w:t>
        <w:br/>
        <w:t>v -1.573762 13.816873 0.974371</w:t>
        <w:br/>
        <w:t>v -1.578610 13.830175 0.975913</w:t>
        <w:br/>
        <w:t>v -1.577752 13.847526 0.732920</w:t>
        <w:br/>
        <w:t>v -1.590808 13.822935 0.736366</w:t>
        <w:br/>
        <w:t>v -1.548521 13.757534 0.718110</w:t>
        <w:br/>
        <w:t>v -1.524029 13.790072 0.710913</w:t>
        <w:br/>
        <w:t>v -1.468484 13.751733 0.933281</w:t>
        <w:br/>
        <w:t>v -1.509949 13.819042 0.950530</w:t>
        <w:br/>
        <w:t>v -1.502100 13.842059 0.948107</w:t>
        <w:br/>
        <w:t>v -1.437920 13.771845 0.924510</w:t>
        <w:br/>
        <w:t>v -2.439962 13.021984 1.015360</w:t>
        <w:br/>
        <w:t>v -2.296241 13.084823 0.965239</w:t>
        <w:br/>
        <w:t>v -2.306744 13.111285 0.970243</w:t>
        <w:br/>
        <w:t>v -2.442779 13.054259 1.016253</w:t>
        <w:br/>
        <w:t>v -2.597230 13.009807 1.069551</w:t>
        <w:br/>
        <w:t>v -2.591371 13.042249 1.069208</w:t>
        <w:br/>
        <w:t>v -2.498386 13.036736 1.324785</w:t>
        <w:br/>
        <w:t>v -2.503659 13.004264 1.326498</w:t>
        <w:br/>
        <w:t>v -2.220248 13.108762 1.216612</w:t>
        <w:br/>
        <w:t>v -2.209832 13.083307 1.213529</w:t>
        <w:br/>
        <w:t>v -2.345444 13.019804 1.265134</w:t>
        <w:br/>
        <w:t>v -2.349514 13.047471 1.268539</w:t>
        <w:br/>
        <w:t>v -1.369500 13.716438 0.893959</w:t>
        <w:br/>
        <w:t>v -1.377426 13.700646 0.895465</w:t>
        <w:br/>
        <w:t>v -1.377426 13.700646 0.895465</w:t>
        <w:br/>
        <w:t>v -1.369500 13.716438 0.893959</w:t>
        <w:br/>
        <w:t>v -1.450977 13.725485 0.683371</w:t>
        <w:br/>
        <w:t>v -1.459469 13.708786 0.685820</w:t>
        <w:br/>
        <w:t>v -1.459469 13.708786 0.685820</w:t>
        <w:br/>
        <w:t>v -1.450977 13.725485 0.683371</w:t>
        <w:br/>
        <w:t>v -1.677828 13.714547 1.010721</w:t>
        <w:br/>
        <w:t>v -1.668717 13.697958 1.007101</w:t>
        <w:br/>
        <w:t>v -1.755538 13.564553 1.039299</w:t>
        <w:br/>
        <w:t>v -1.773903 13.586271 1.046462</w:t>
        <w:br/>
        <w:t>v -1.847821 13.580395 0.818770</w:t>
        <w:br/>
        <w:t>v -1.751330 13.705011 0.787938</w:t>
        <w:br/>
        <w:t>v -1.758345 13.718027 0.790888</w:t>
        <w:br/>
        <w:t>v -1.859815 13.594306 0.823016</w:t>
        <w:br/>
        <w:t>v -1.950336 13.414917 1.113058</w:t>
        <w:br/>
        <w:t>v -1.923339 13.504819 1.103995</w:t>
        <w:br/>
        <w:t>v -1.903381 13.492352 1.094611</w:t>
        <w:br/>
        <w:t>v -1.932000 13.413058 1.104785</w:t>
        <w:br/>
        <w:t>v -1.903381 13.492352 1.094611</w:t>
        <w:br/>
        <w:t>v -1.986343 13.497366 0.866524</w:t>
        <w:br/>
        <w:t>v -2.018253 13.417626 0.875618</w:t>
        <w:br/>
        <w:t>v -1.932000 13.413058 1.104785</w:t>
        <w:br/>
        <w:t>v -2.018253 13.417626 0.875618</w:t>
        <w:br/>
        <w:t>v -1.986343 13.497366 0.866524</w:t>
        <w:br/>
        <w:t>v -2.004158 13.513706 0.873635</w:t>
        <w:br/>
        <w:t>v -2.036988 13.421634 0.882853</w:t>
        <w:br/>
        <w:t>v -1.950336 13.414917 1.113058</w:t>
        <w:br/>
        <w:t>v -2.036988 13.421634 0.882853</w:t>
        <w:br/>
        <w:t>v -2.004158 13.513706 0.873635</w:t>
        <w:br/>
        <w:t>v -1.923339 13.504819 1.103995</w:t>
        <w:br/>
        <w:t>v -1.836256 13.570055 1.070651</w:t>
        <w:br/>
        <w:t>v -1.915574 13.574146 0.845356</w:t>
        <w:br/>
        <w:t>v -1.954003 13.373028 1.112851</w:t>
        <w:br/>
        <w:t>v -2.035173 13.376445 0.880549</w:t>
        <w:br/>
        <w:t>v -1.911616 13.553258 0.840799</w:t>
        <w:br/>
        <w:t>v -1.828613 13.548368 1.067194</w:t>
        <w:br/>
        <w:t>v -2.007601 13.359720 0.870022</w:t>
        <w:br/>
        <w:t>v -1.938977 13.363717 1.107795</w:t>
        <w:br/>
        <w:t>v -1.828613 13.548368 1.067194</w:t>
        <w:br/>
        <w:t>v -1.836256 13.570055 1.070651</w:t>
        <w:br/>
        <w:t>v -1.915574 13.574146 0.845356</w:t>
        <w:br/>
        <w:t>v -1.911616 13.553258 0.840799</w:t>
        <w:br/>
        <w:t>v -2.007601 13.359720 0.870022</w:t>
        <w:br/>
        <w:t>v -2.035173 13.376445 0.880549</w:t>
        <w:br/>
        <w:t>v -1.938977 13.363717 1.107795</w:t>
        <w:br/>
        <w:t>v -1.954003 13.373028 1.112851</w:t>
        <w:br/>
        <w:t>v -2.183672 13.207376 0.930192</w:t>
        <w:br/>
        <w:t>v -2.170733 13.189590 0.923205</w:t>
        <w:br/>
        <w:t>v -2.170733 13.189590 0.923205</w:t>
        <w:br/>
        <w:t>v -2.084221 13.184368 1.164944</w:t>
        <w:br/>
        <w:t>v -2.084221 13.184368 1.164944</w:t>
        <w:br/>
        <w:t>v -2.100621 13.206273 1.170654</w:t>
        <w:br/>
        <w:t>v -2.100621 13.206273 1.170654</w:t>
        <w:br/>
        <w:t>v -2.183672 13.207376 0.930192</w:t>
        <w:br/>
        <w:t>v -2.597230 13.009807 1.069551</w:t>
        <w:br/>
        <w:t>v -2.503659 13.004264 1.326498</w:t>
        <w:br/>
        <w:t>v -2.503659 13.004264 1.326498</w:t>
        <w:br/>
        <w:t>v -2.498386 13.036736 1.324785</w:t>
        <w:br/>
        <w:t>v -2.498386 13.036736 1.324785</w:t>
        <w:br/>
        <w:t>v -2.591371 13.042249 1.069208</w:t>
        <w:br/>
        <w:t>v -2.597230 13.009807 1.069551</w:t>
        <w:br/>
        <w:t>v -2.591371 13.042249 1.069208</w:t>
        <w:br/>
        <w:t>v -2.026160 13.072073 0.448729</w:t>
        <w:br/>
        <w:t>v -1.954960 13.201301 0.436884</w:t>
        <w:br/>
        <w:t>v -2.020788 13.251204 0.495579</w:t>
        <w:br/>
        <w:t>v -2.092791 13.124770 0.510207</w:t>
        <w:br/>
        <w:t>v -2.057770 13.296945 0.601583</w:t>
        <w:br/>
        <w:t>v -2.143384 13.179148 0.624037</w:t>
        <w:br/>
        <w:t>v -2.045719 13.312206 0.697412</w:t>
        <w:br/>
        <w:t>v -2.133820 13.192913 0.721653</w:t>
        <w:br/>
        <w:t>v -2.019164 13.071568 0.477153</w:t>
        <w:br/>
        <w:t>v -2.073199 13.116351 0.531104</w:t>
        <w:br/>
        <w:t>v -1.997166 13.243720 0.514774</w:t>
        <w:br/>
        <w:t>v -1.944376 13.200223 0.464768</w:t>
        <w:br/>
        <w:t>v -2.119387 13.163970 0.634325</w:t>
        <w:br/>
        <w:t>v -2.033784 13.285379 0.612826</w:t>
        <w:br/>
        <w:t>v -2.103916 13.171995 0.723064</w:t>
        <w:br/>
        <w:t>v -2.017302 13.292283 0.699156</w:t>
        <w:br/>
        <w:t>v -2.026160 13.072073 0.448729</w:t>
        <w:br/>
        <w:t>v -2.092791 13.124770 0.510207</w:t>
        <w:br/>
        <w:t>v -2.073199 13.116351 0.531104</w:t>
        <w:br/>
        <w:t>v -2.019164 13.071568 0.477153</w:t>
        <w:br/>
        <w:t>v -1.954960 13.201301 0.436884</w:t>
        <w:br/>
        <w:t>v -1.944376 13.200223 0.464768</w:t>
        <w:br/>
        <w:t>v -1.997166 13.243720 0.514774</w:t>
        <w:br/>
        <w:t>v -2.020788 13.251204 0.495579</w:t>
        <w:br/>
        <w:t>v -2.143384 13.179148 0.624037</w:t>
        <w:br/>
        <w:t>v -2.119387 13.163970 0.634325</w:t>
        <w:br/>
        <w:t>v -2.033784 13.285379 0.612826</w:t>
        <w:br/>
        <w:t>v -2.057770 13.296945 0.601583</w:t>
        <w:br/>
        <w:t>v -2.133820 13.192913 0.721653</w:t>
        <w:br/>
        <w:t>v -2.045719 13.312206 0.697412</w:t>
        <w:br/>
        <w:t>v -2.017302 13.292283 0.699156</w:t>
        <w:br/>
        <w:t>v -2.103916 13.171995 0.723064</w:t>
        <w:br/>
        <w:t>v -2.133820 13.192913 0.721653</w:t>
        <w:br/>
        <w:t>v -2.103916 13.171995 0.723064</w:t>
        <w:br/>
        <w:t>v -2.017302 13.292283 0.699156</w:t>
        <w:br/>
        <w:t>v -2.045719 13.312206 0.697412</w:t>
        <w:br/>
        <w:t>v -1.937397 13.020999 0.455508</w:t>
        <w:br/>
        <w:t>v -1.872379 13.149189 0.438399</w:t>
        <w:br/>
        <w:t>v -1.830615 12.965925 0.508234</w:t>
        <w:br/>
        <w:t>v -1.769585 13.100624 0.494977</w:t>
        <w:br/>
        <w:t>v -1.779819 12.949981 0.586654</w:t>
        <w:br/>
        <w:t>v -1.719585 13.089288 0.573543</w:t>
        <w:br/>
        <w:t>v -1.872791 13.158810 0.467591</w:t>
        <w:br/>
        <w:t>v -1.943506 13.026719 0.481533</w:t>
        <w:br/>
        <w:t>v -1.783947 13.115012 0.518148</w:t>
        <w:br/>
        <w:t>v -1.846089 12.977635 0.530782</w:t>
        <w:br/>
        <w:t>v -1.742823 13.104589 0.594845</w:t>
        <w:br/>
        <w:t>v -1.804318 12.966227 0.608715</w:t>
        <w:br/>
        <w:t>v -1.943506 13.026719 0.481533</w:t>
        <w:br/>
        <w:t>v -1.937397 13.020999 0.455508</w:t>
        <w:br/>
        <w:t>v -1.872791 13.158810 0.467591</w:t>
        <w:br/>
        <w:t>v -1.872379 13.149189 0.438399</w:t>
        <w:br/>
        <w:t>v -1.830615 12.965925 0.508234</w:t>
        <w:br/>
        <w:t>v -1.846089 12.977635 0.530782</w:t>
        <w:br/>
        <w:t>v -1.783947 13.115012 0.518148</w:t>
        <w:br/>
        <w:t>v -1.769585 13.100624 0.494977</w:t>
        <w:br/>
        <w:t>v -1.779819 12.949981 0.586654</w:t>
        <w:br/>
        <w:t>v -1.804318 12.966227 0.608715</w:t>
        <w:br/>
        <w:t>v -1.742823 13.104589 0.594845</w:t>
        <w:br/>
        <w:t>v -1.719585 13.089288 0.573543</w:t>
        <w:br/>
        <w:t>v -1.804318 12.966227 0.608715</w:t>
        <w:br/>
        <w:t>v -1.779819 12.949981 0.586654</w:t>
        <w:br/>
        <w:t>v -1.742823 13.104589 0.594845</w:t>
        <w:br/>
        <w:t>v -1.719585 13.089288 0.573543</w:t>
        <w:br/>
        <w:t>v -1.675267 13.050731 1.428151</w:t>
        <w:br/>
        <w:t>v -1.763363 13.105369 1.426781</w:t>
        <w:br/>
        <w:t>v -1.691447 13.232468 1.393613</w:t>
        <w:br/>
        <w:t>v -1.610112 13.181898 1.396187</w:t>
        <w:br/>
        <w:t>v -1.873943 13.163254 1.375934</w:t>
        <w:br/>
        <w:t>v -1.793459 13.280241 1.340222</w:t>
        <w:br/>
        <w:t>v -1.928219 13.180537 1.294928</w:t>
        <w:br/>
        <w:t>v -1.843684 13.300100 1.258272</w:t>
        <w:br/>
        <w:t>v -1.684917 13.052351 1.401367</w:t>
        <w:br/>
        <w:t>v -1.616424 13.180537 1.368448</w:t>
        <w:br/>
        <w:t>v -1.690223 13.225387 1.364441</w:t>
        <w:br/>
        <w:t>v -1.761775 13.097354 1.399572</w:t>
        <w:br/>
        <w:t>v -1.780743 13.270243 1.314476</w:t>
        <w:br/>
        <w:t>v -1.861079 13.149011 1.352607</w:t>
        <w:br/>
        <w:t>v -1.823550 13.280665 1.237769</w:t>
        <w:br/>
        <w:t>v -1.906746 13.160120 1.273657</w:t>
        <w:br/>
        <w:t>v -1.675267 13.050731 1.428151</w:t>
        <w:br/>
        <w:t>v -1.684917 13.052351 1.401367</w:t>
        <w:br/>
        <w:t>v -1.761775 13.097354 1.399572</w:t>
        <w:br/>
        <w:t>v -1.763363 13.105369 1.426781</w:t>
        <w:br/>
        <w:t>v -1.690223 13.225387 1.364441</w:t>
        <w:br/>
        <w:t>v -1.616424 13.180537 1.368448</w:t>
        <w:br/>
        <w:t>v -1.610112 13.181898 1.396187</w:t>
        <w:br/>
        <w:t>v -1.691447 13.232468 1.393613</w:t>
        <w:br/>
        <w:t>v -1.861079 13.149011 1.352607</w:t>
        <w:br/>
        <w:t>v -1.873943 13.163254 1.375934</w:t>
        <w:br/>
        <w:t>v -1.780743 13.270243 1.314476</w:t>
        <w:br/>
        <w:t>v -1.793459 13.280241 1.340222</w:t>
        <w:br/>
        <w:t>v -1.928219 13.180537 1.294928</w:t>
        <w:br/>
        <w:t>v -1.906746 13.160120 1.273657</w:t>
        <w:br/>
        <w:t>v -1.823550 13.280665 1.237769</w:t>
        <w:br/>
        <w:t>v -1.843684 13.300100 1.258272</w:t>
        <w:br/>
        <w:t>v -1.906746 13.160120 1.273657</w:t>
        <w:br/>
        <w:t>v -1.928219 13.180537 1.294928</w:t>
        <w:br/>
        <w:t>v -1.823550 13.280665 1.237769</w:t>
        <w:br/>
        <w:t>v -1.843684 13.300100 1.258272</w:t>
        <w:br/>
        <w:t>v -1.546733 13.132868 1.335332</w:t>
        <w:br/>
        <w:t>v -1.608650 12.999178 1.366144</w:t>
        <w:br/>
        <w:t>v -1.508127 13.088165 1.228052</w:t>
        <w:br/>
        <w:t>v -1.563826 12.951517 1.257940</w:t>
        <w:br/>
        <w:t>v -1.517995 13.077183 1.134392</w:t>
        <w:br/>
        <w:t>v -1.573813 12.937606 1.159930</w:t>
        <w:br/>
        <w:t>v -1.631248 13.007981 1.349908</w:t>
        <w:br/>
        <w:t>v -1.567408 13.140248 1.317622</w:t>
        <w:br/>
        <w:t>v -1.590376 12.962998 1.248794</w:t>
        <w:br/>
        <w:t>v -1.534384 13.100478 1.220494</w:t>
        <w:br/>
        <w:t>v -1.606570 12.954341 1.159307</w:t>
        <w:br/>
        <w:t>v -1.549343 13.092973 1.133468</w:t>
        <w:br/>
        <w:t>v -1.608650 12.999178 1.366144</w:t>
        <w:br/>
        <w:t>v -1.631248 13.007981 1.349908</w:t>
        <w:br/>
        <w:t>v -1.567408 13.140248 1.317622</w:t>
        <w:br/>
        <w:t>v -1.546733 13.132868 1.335332</w:t>
        <w:br/>
        <w:t>v -1.563826 12.951517 1.257940</w:t>
        <w:br/>
        <w:t>v -1.590376 12.962998 1.248794</w:t>
        <w:br/>
        <w:t>v -1.508127 13.088165 1.228052</w:t>
        <w:br/>
        <w:t>v -1.534384 13.100478 1.220494</w:t>
        <w:br/>
        <w:t>v -1.573813 12.937606 1.159930</w:t>
        <w:br/>
        <w:t>v -1.517995 13.077183 1.134392</w:t>
        <w:br/>
        <w:t>v -1.549343 13.092973 1.133468</w:t>
        <w:br/>
        <w:t>v -1.606570 12.954341 1.159307</w:t>
        <w:br/>
        <w:t>v -1.573813 12.937606 1.159930</w:t>
        <w:br/>
        <w:t>v -1.606570 12.954341 1.159307</w:t>
        <w:br/>
        <w:t>v -1.549343 13.092973 1.133468</w:t>
        <w:br/>
        <w:t>v -1.517995 13.077183 1.134392</w:t>
        <w:br/>
        <w:t>v -1.755173 13.487420 1.318307</w:t>
        <w:br/>
        <w:t>v -1.982205 13.466938 0.586031</w:t>
        <w:br/>
        <w:t>v -1.566761 13.716681 1.237377</w:t>
        <w:br/>
        <w:t>v -1.474225 13.758967 1.198688</w:t>
        <w:br/>
        <w:t>v -1.600873 13.767187 0.859232</w:t>
        <w:br/>
        <w:t>v -2.194022 13.158770 0.882054</w:t>
        <w:br/>
        <w:t>v -2.145314 13.135048 0.861561</w:t>
        <w:br/>
        <w:t>v -2.075562 13.392473 0.831497</w:t>
        <w:br/>
        <w:t>v -2.055234 13.392035 0.885739</w:t>
        <w:br/>
        <w:t>v -2.136989 13.375384 0.855789</w:t>
        <w:br/>
        <w:t>v -1.873616 13.585545 0.766064</w:t>
        <w:br/>
        <w:t>v -2.050797 13.371575 0.821832</w:t>
        <w:br/>
        <w:t>v -2.030525 13.371181 0.876126</w:t>
        <w:br/>
        <w:t>v -1.855338 13.582939 0.819008</w:t>
        <w:br/>
        <w:t>v -2.085688 13.329510 0.832878</w:t>
        <w:br/>
        <w:t>v -1.960519 13.321973 1.181803</w:t>
        <w:br/>
        <w:t>v -1.945482 13.366053 1.113629</w:t>
        <w:br/>
        <w:t>v -1.771081 13.577997 1.047760</w:t>
        <w:br/>
        <w:t>v -1.925763 13.364589 1.168110</w:t>
        <w:br/>
        <w:t>v -1.751147 13.578070 1.100134</w:t>
        <w:br/>
        <w:t>v -1.855338 13.582939 0.819008</w:t>
        <w:br/>
        <w:t>v -2.030525 13.371181 0.876126</w:t>
        <w:br/>
        <w:t>v -2.055234 13.392035 0.885739</w:t>
        <w:br/>
        <w:t>v -1.876807 13.601501 0.827334</w:t>
        <w:br/>
        <w:t>v -2.136989 13.375384 0.855789</w:t>
        <w:br/>
        <w:t>v -2.085688 13.329510 0.832878</w:t>
        <w:br/>
        <w:t>v -2.050797 13.371575 0.821832</w:t>
        <w:br/>
        <w:t>v -2.075562 13.392473 0.831497</w:t>
        <w:br/>
        <w:t>v -2.030525 13.371181 0.876126</w:t>
        <w:br/>
        <w:t>v -1.945482 13.366053 1.113629</w:t>
        <w:br/>
        <w:t>v -1.969988 13.386908 1.123149</w:t>
        <w:br/>
        <w:t>v -2.055234 13.392035 0.885739</w:t>
        <w:br/>
        <w:t>v -2.011402 13.367858 1.204549</w:t>
        <w:br/>
        <w:t>v -1.960519 13.321973 1.181803</w:t>
        <w:br/>
        <w:t>v -2.085688 13.329510 0.832878</w:t>
        <w:br/>
        <w:t>v -2.136989 13.375384 0.855789</w:t>
        <w:br/>
        <w:t>v -1.771081 13.577997 1.047760</w:t>
        <w:br/>
        <w:t>v -1.792346 13.596569 1.056013</w:t>
        <w:br/>
        <w:t>v -1.969988 13.386908 1.123149</w:t>
        <w:br/>
        <w:t>v -1.945482 13.366053 1.113629</w:t>
        <w:br/>
        <w:t>v -1.763214 13.662678 1.107836</w:t>
        <w:br/>
        <w:t>v -1.716624 13.620061 1.086887</w:t>
        <w:br/>
        <w:t>v -1.751147 13.578070 1.100134</w:t>
        <w:br/>
        <w:t>v -1.772410 13.596632 1.108356</w:t>
        <w:br/>
        <w:t>v -1.876807 13.601501 0.827334</w:t>
        <w:br/>
        <w:t>v -1.792346 13.596569 1.056013</w:t>
        <w:br/>
        <w:t>v -1.771081 13.577997 1.047760</w:t>
        <w:br/>
        <w:t>v -1.855338 13.582939 0.819008</w:t>
        <w:br/>
        <w:t>v -1.763214 13.662678 1.107836</w:t>
        <w:br/>
        <w:t>v -1.885753 13.669829 0.776362</w:t>
        <w:br/>
        <w:t>v -1.839017 13.627224 0.755288</w:t>
        <w:br/>
        <w:t>v -1.716624 13.620061 1.086887</w:t>
        <w:br/>
        <w:t>v -1.969988 13.386908 1.123149</w:t>
        <w:br/>
        <w:t>v -1.792346 13.596569 1.056013</w:t>
        <w:br/>
        <w:t>v -1.772410 13.596632 1.108356</w:t>
        <w:br/>
        <w:t>v -1.950349 13.385488 1.177620</w:t>
        <w:br/>
        <w:t>v -1.925763 13.364589 1.168110</w:t>
        <w:br/>
        <w:t>v -1.950349 13.385488 1.177620</w:t>
        <w:br/>
        <w:t>v -1.895048 13.604095 0.774410</w:t>
        <w:br/>
        <w:t>v -1.876807 13.601501 0.827334</w:t>
        <w:br/>
        <w:t>v -2.055234 13.392035 0.885739</w:t>
        <w:br/>
        <w:t>v -1.873616 13.585545 0.766064</w:t>
        <w:br/>
        <w:t>v -1.895048 13.604095 0.774410</w:t>
        <w:br/>
        <w:t>v -1.885753 13.669829 0.776362</w:t>
        <w:br/>
        <w:t>v -1.839017 13.627224 0.755288</w:t>
        <w:br/>
        <w:t>v -1.876807 13.601501 0.827334</w:t>
        <w:br/>
        <w:t>v -1.885753 13.669829 0.776362</w:t>
        <w:br/>
        <w:t>v -1.763214 13.662678 1.107836</w:t>
        <w:br/>
        <w:t>v -1.792346 13.596569 1.056013</w:t>
        <w:br/>
        <w:t>v -1.716624 13.620061 1.086887</w:t>
        <w:br/>
        <w:t>v -1.839017 13.627224 0.755288</w:t>
        <w:br/>
        <w:t>v -2.011402 13.367858 1.204549</w:t>
        <w:br/>
        <w:t>v -1.960519 13.321973 1.181803</w:t>
        <w:br/>
        <w:t>v -2.011402 13.367858 1.204549</w:t>
        <w:br/>
        <w:t>v -1.969988 13.386908 1.123149</w:t>
        <w:br/>
        <w:t>v -1.821162 13.711718 0.764724</w:t>
        <w:br/>
        <w:t>v -1.778667 13.752148 0.712122</w:t>
        <w:br/>
        <w:t>v -1.758828 13.774799 0.655916</w:t>
        <w:br/>
        <w:t>v -1.848613 13.685743 0.767019</w:t>
        <w:br/>
        <w:t>v -1.861631 13.698068 0.772812</w:t>
        <w:br/>
        <w:t>v -1.848613 13.685743 0.767019</w:t>
        <w:br/>
        <w:t>v -1.758828 13.774799 0.655916</w:t>
        <w:br/>
        <w:t>v -1.771906 13.787054 0.661739</w:t>
        <w:br/>
        <w:t>v -1.778667 13.752148 0.712122</w:t>
        <w:br/>
        <w:t>v -1.821162 13.711718 0.764724</w:t>
        <w:br/>
        <w:t>v -1.834188 13.724041 0.770517</w:t>
        <w:br/>
        <w:t>v -1.791723 13.764423 0.717935</w:t>
        <w:br/>
        <w:t>v -1.834188 13.724041 0.770517</w:t>
        <w:br/>
        <w:t>v -1.861631 13.698068 0.772812</w:t>
        <w:br/>
        <w:t>v -1.771906 13.787054 0.661739</w:t>
        <w:br/>
        <w:t>v -1.791723 13.764423 0.717935</w:t>
        <w:br/>
        <w:t>v -1.693732 13.700067 1.069546</w:t>
        <w:br/>
        <w:t>v -1.717204 13.673994 1.085326</w:t>
        <w:br/>
        <w:t>v -1.558456 13.755113 1.110509</w:t>
        <w:br/>
        <w:t>v -1.618168 13.736539 1.081542</w:t>
        <w:br/>
        <w:t>v -1.730575 13.686351 1.091044</w:t>
        <w:br/>
        <w:t>v -1.572041 13.767221 1.116343</w:t>
        <w:br/>
        <w:t>v -1.558456 13.755113 1.110509</w:t>
        <w:br/>
        <w:t>v -1.717204 13.673994 1.085326</w:t>
        <w:br/>
        <w:t>v -1.707490 13.712417 1.075197</w:t>
        <w:br/>
        <w:t>v -1.693732 13.700067 1.069546</w:t>
        <w:br/>
        <w:t>v -1.618168 13.736539 1.081542</w:t>
        <w:br/>
        <w:t>v -1.632529 13.748836 1.087134</w:t>
        <w:br/>
        <w:t>v -1.707490 13.712417 1.075197</w:t>
        <w:br/>
        <w:t>v -1.632529 13.748836 1.087134</w:t>
        <w:br/>
        <w:t>v -1.572041 13.767221 1.116343</w:t>
        <w:br/>
        <w:t>v -1.730575 13.686351 1.091044</w:t>
        <w:br/>
        <w:t>v -1.687144 13.795342 0.891557</w:t>
        <w:br/>
        <w:t>v -1.693732 13.700067 1.069546</w:t>
        <w:br/>
        <w:t>v -1.707490 13.712417 1.075197</w:t>
        <w:br/>
        <w:t>v -1.700206 13.807435 0.897470</w:t>
        <w:br/>
        <w:t>v -1.687144 13.795342 0.891557</w:t>
        <w:br/>
        <w:t>v -1.708692 13.773658 0.899236</w:t>
        <w:br/>
        <w:t>v -1.721745 13.785798 0.905124</w:t>
        <w:br/>
        <w:t>v -1.730575 13.686351 1.091044</w:t>
        <w:br/>
        <w:t>v -1.717204 13.673994 1.085326</w:t>
        <w:br/>
        <w:t>v -1.708692 13.773658 0.899236</w:t>
        <w:br/>
        <w:t>v -1.721745 13.785798 0.905124</w:t>
        <w:br/>
        <w:t>v -1.700206 13.807435 0.897470</w:t>
        <w:br/>
        <w:t>v -1.861631 13.698068 0.772812</w:t>
        <w:br/>
        <w:t>v -1.721745 13.785798 0.905124</w:t>
        <w:br/>
        <w:t>v -1.708692 13.773658 0.899236</w:t>
        <w:br/>
        <w:t>v -1.848613 13.685743 0.767019</w:t>
        <w:br/>
        <w:t>v -1.700206 13.807435 0.897470</w:t>
        <w:br/>
        <w:t>v -1.834188 13.724041 0.770517</w:t>
        <w:br/>
        <w:t>v -1.821162 13.711718 0.764724</w:t>
        <w:br/>
        <w:t>v -1.687144 13.795342 0.891557</w:t>
        <w:br/>
        <w:t>v -1.741270 13.719136 0.910183</w:t>
        <w:br/>
        <w:t>v -1.762191 13.703584 0.918190</w:t>
        <w:br/>
        <w:t>v -1.791723 13.764423 0.717935</w:t>
        <w:br/>
        <w:t>v -1.762191 13.703584 0.918190</w:t>
        <w:br/>
        <w:t>v -1.749130 13.691286 0.912384</w:t>
        <w:br/>
        <w:t>v -1.778667 13.752148 0.712122</w:t>
        <w:br/>
        <w:t>v -1.749130 13.691286 0.912384</w:t>
        <w:br/>
        <w:t>v -1.728196 13.706877 0.904356</w:t>
        <w:br/>
        <w:t>v -1.741270 13.719136 0.910183</w:t>
        <w:br/>
        <w:t>v -1.771906 13.787054 0.661739</w:t>
        <w:br/>
        <w:t>v -1.758828 13.774799 0.655916</w:t>
        <w:br/>
        <w:t>v -1.728196 13.706877 0.904356</w:t>
        <w:br/>
        <w:t>v -1.558456 13.755113 1.110509</w:t>
        <w:br/>
        <w:t>v -1.572041 13.767221 1.116343</w:t>
        <w:br/>
        <w:t>v -1.632529 13.748836 1.087134</w:t>
        <w:br/>
        <w:t>v -1.618168 13.736539 1.081542</w:t>
        <w:br/>
        <w:t>v -2.023534 13.158073 1.376764</w:t>
        <w:br/>
        <w:t>v -2.079276 13.155240 1.210559</w:t>
        <w:br/>
        <w:t>v -2.082327 13.118220 1.025855</w:t>
        <w:br/>
        <w:t>v -2.126848 13.140509 1.045009</w:t>
        <w:br/>
        <w:t>v -2.189917 13.193463 0.639807</w:t>
        <w:br/>
        <w:t>v -2.203867 13.143197 0.700610</w:t>
        <w:br/>
        <w:t>v -2.145314 13.135048 0.861561</w:t>
        <w:br/>
        <w:t>v -2.144126 12.947657 0.527429</w:t>
        <w:br/>
        <w:t>v -1.451377 13.347927 1.263784</w:t>
        <w:br/>
        <w:t>v -1.451977 13.371929 1.253476</w:t>
        <w:br/>
        <w:t>v -1.453711 13.359399 1.187388</w:t>
        <w:br/>
        <w:t>v -1.453245 13.333280 1.186932</w:t>
        <w:br/>
        <w:t>v -1.496103 13.374566 1.136780</w:t>
        <w:br/>
        <w:t>v -1.502465 13.350854 1.127987</w:t>
        <w:br/>
        <w:t>v -1.554273 13.408544 1.131298</w:t>
        <w:br/>
        <w:t>v -1.570090 13.390334 1.121467</w:t>
        <w:br/>
        <w:t>v -1.594097 13.441431 1.174152</w:t>
        <w:br/>
        <w:t>v -1.616495 13.428621 1.171193</w:t>
        <w:br/>
        <w:t>v -1.592340 13.453952 1.240250</w:t>
        <w:br/>
        <w:t>v -1.614571 13.443258 1.248046</w:t>
        <w:br/>
        <w:t>v -1.550045 13.438774 1.290417</w:t>
        <w:br/>
        <w:t>v -1.565485 13.425683 1.307001</w:t>
        <w:br/>
        <w:t>v -1.491918 13.404805 1.295909</w:t>
        <w:br/>
        <w:t>v -1.497904 13.386193 1.313521</w:t>
        <w:br/>
        <w:t>v -1.619783 13.334524 1.326072</w:t>
        <w:br/>
        <w:t>v -1.551741 13.294669 1.332550</w:t>
        <w:br/>
        <w:t>v -1.669258 13.352297 1.266681</w:t>
        <w:br/>
        <w:t>v -1.671242 13.337577 1.189163</w:t>
        <w:br/>
        <w:t>v -1.624565 13.298990 1.138918</w:t>
        <w:br/>
        <w:t>v -1.556471 13.259147 1.145396</w:t>
        <w:br/>
        <w:t>v -1.506883 13.241373 1.204798</w:t>
        <w:br/>
        <w:t>v -1.504929 13.256094 1.282315</w:t>
        <w:br/>
        <w:t>v -1.506883 13.241373 1.204798</w:t>
        <w:br/>
        <w:t>v -1.489141 13.215119 1.198019</w:t>
        <w:br/>
        <w:t>v -1.486752 13.234169 1.297991</w:t>
        <w:br/>
        <w:t>v -1.504929 13.256094 1.282315</w:t>
        <w:br/>
        <w:t>v -1.556471 13.259147 1.145396</w:t>
        <w:br/>
        <w:t>v -1.553031 13.237980 1.121332</w:t>
        <w:br/>
        <w:t>v -1.624565 13.298990 1.138918</w:t>
        <w:br/>
        <w:t>v -1.640835 13.289345 1.112861</w:t>
        <w:br/>
        <w:t>v -1.671242 13.337577 1.189163</w:t>
        <w:br/>
        <w:t>v -1.701084 13.339133 1.177547</w:t>
        <w:br/>
        <w:t>v -1.669258 13.352297 1.266681</w:t>
        <w:br/>
        <w:t>v -1.698627 13.358172 1.277529</w:t>
        <w:br/>
        <w:t>v -1.619783 13.334524 1.326072</w:t>
        <w:br/>
        <w:t>v -1.634942 13.335324 1.354205</w:t>
        <w:br/>
        <w:t>v -1.551741 13.294669 1.332550</w:t>
        <w:br/>
        <w:t>v -1.547205 13.283946 1.362687</w:t>
        <w:br/>
        <w:t>v -1.656164 13.298679 1.360932</w:t>
        <w:br/>
        <w:t>v -1.634942 13.335324 1.354205</w:t>
        <w:br/>
        <w:t>v -1.547205 13.283946 1.362687</w:t>
        <w:br/>
        <w:t>v -1.568889 13.247550 1.369372</w:t>
        <w:br/>
        <w:t>v -1.719495 13.321433 1.284599</w:t>
        <w:br/>
        <w:t>v -1.698627 13.358172 1.277529</w:t>
        <w:br/>
        <w:t>v -1.721917 13.302467 1.185094</w:t>
        <w:br/>
        <w:t>v -1.701084 13.339133 1.177547</w:t>
        <w:br/>
        <w:t>v -1.661970 13.252909 1.120709</w:t>
        <w:br/>
        <w:t>v -1.640835 13.289345 1.112861</w:t>
        <w:br/>
        <w:t>v -1.574632 13.201789 1.129149</w:t>
        <w:br/>
        <w:t>v -1.553031 13.237980 1.121332</w:t>
        <w:br/>
        <w:t>v -1.511106 13.179045 1.205483</w:t>
        <w:br/>
        <w:t>v -1.489141 13.215119 1.198019</w:t>
        <w:br/>
        <w:t>v -1.486752 13.234169 1.297991</w:t>
        <w:br/>
        <w:t>v -1.508748 13.198001 1.304988</w:t>
        <w:br/>
        <w:t>v -1.533278 13.444556 1.265699</w:t>
        <w:br/>
        <w:t>v -1.491222 13.419994 1.269634</w:t>
        <w:br/>
        <w:t>v -1.563912 13.455549 1.229568</w:t>
        <w:br/>
        <w:t>v -1.565213 13.446528 1.181772</w:t>
        <w:br/>
        <w:t>v -1.536427 13.422755 1.150753</w:t>
        <w:br/>
        <w:t>v -1.494353 13.398171 1.154677</w:t>
        <w:br/>
        <w:t>v -1.463660 13.387189 1.191240</w:t>
        <w:br/>
        <w:t>v -1.462376 13.396220 1.239035</w:t>
        <w:br/>
        <w:t>v -1.514064 13.421094 1.210455</w:t>
        <w:br/>
        <w:t>v -1.463660 13.387189 1.191240</w:t>
        <w:br/>
        <w:t>v -1.462376 13.396220 1.239035</w:t>
        <w:br/>
        <w:t>v -1.494353 13.398171 1.154677</w:t>
        <w:br/>
        <w:t>v -1.536427 13.422755 1.150753</w:t>
        <w:br/>
        <w:t>v -1.565213 13.446528 1.181772</w:t>
        <w:br/>
        <w:t>v -1.563912 13.455549 1.229568</w:t>
        <w:br/>
        <w:t>v -1.533278 13.444556 1.265699</w:t>
        <w:br/>
        <w:t>v -1.491222 13.419994 1.269634</w:t>
        <w:br/>
        <w:t>v -1.742020 13.133388 1.374978</w:t>
        <w:br/>
        <w:t>v -1.657584 13.279067 1.346056</w:t>
        <w:br/>
        <w:t>v -1.583340 13.235591 1.353333</w:t>
        <w:br/>
        <w:t>v -1.668147 13.089972 1.382017</w:t>
        <w:br/>
        <w:t>v -1.795666 13.152759 1.310292</w:t>
        <w:br/>
        <w:t>v -1.711391 13.298367 1.281048</w:t>
        <w:br/>
        <w:t>v -1.797739 13.136740 1.225830</w:t>
        <w:br/>
        <w:t>v -1.713365 13.282183 1.196399</w:t>
        <w:br/>
        <w:t>v -1.747017 13.094707 1.171090</w:t>
        <w:br/>
        <w:t>v -1.662288 13.240003 1.141711</w:t>
        <w:br/>
        <w:t>v -1.673111 13.051293 1.178118</w:t>
        <w:br/>
        <w:t>v -1.587998 13.196527 1.148988</w:t>
        <w:br/>
        <w:t>v -1.619351 13.031930 1.242814</w:t>
        <w:br/>
        <w:t>v -1.534042 13.177227 1.213996</w:t>
        <w:br/>
        <w:t>v -1.532124 13.193402 1.298645</w:t>
        <w:br/>
        <w:t>v -1.617301 13.047938 1.327266</w:t>
        <w:br/>
        <w:t>v -1.758565 13.122746 1.395782</w:t>
        <w:br/>
        <w:t>v -1.671723 13.071722 1.404212</w:t>
        <w:br/>
        <w:t>v -1.821520 13.145460 1.319615</w:t>
        <w:br/>
        <w:t>v -1.823816 13.126534 1.220307</w:t>
        <w:br/>
        <w:t>v -1.764078 13.077069 1.156047</w:t>
        <w:br/>
        <w:t>v -1.677193 13.026055 1.164467</w:t>
        <w:br/>
        <w:t>v -1.614074 13.003341 1.240645</w:t>
        <w:br/>
        <w:t>v -1.611822 13.022266 1.339952</w:t>
        <w:br/>
        <w:t>v -1.788059 12.700621 1.300690</w:t>
        <w:br/>
        <w:t>v -1.851148 12.723481 1.223993</w:t>
        <w:br/>
        <w:t>v -1.786055 12.719670 1.400672</w:t>
        <w:br/>
        <w:t>v -1.846336 12.769460 1.465379</w:t>
        <w:br/>
        <w:t>v -1.933505 12.820837 1.456897</w:t>
        <w:br/>
        <w:t>v -1.996516 12.843697 1.380200</w:t>
        <w:br/>
        <w:t>v -1.998521 12.824656 1.280218</w:t>
        <w:br/>
        <w:t>v -1.938329 12.774858 1.215511</w:t>
        <w:br/>
        <w:t>v -1.765735 13.370040 0.433665</w:t>
        <w:br/>
        <w:t>v -1.713300 13.351269 0.488541</w:t>
        <w:br/>
        <w:t>v -1.713765 13.377358 0.489745</w:t>
        <w:br/>
        <w:t>v -1.758786 13.393439 0.442479</w:t>
        <w:br/>
        <w:t>v -1.706651 13.364579 0.565331</w:t>
        <w:br/>
        <w:t>v -1.708144 13.388871 0.555780</w:t>
        <w:br/>
        <w:t>v -1.749987 13.402179 0.619054</w:t>
        <w:br/>
        <w:t>v -1.745441 13.421228 0.601873</w:t>
        <w:br/>
        <w:t>v -1.817398 13.442044 0.618234</w:t>
        <w:br/>
        <w:t>v -1.803429 13.455487 0.601043</w:t>
        <w:br/>
        <w:t>v -1.869465 13.460823 0.563359</w:t>
        <w:br/>
        <w:t>v -1.848220 13.471568 0.553787</w:t>
        <w:br/>
        <w:t>v -1.876099 13.447504 0.486568</w:t>
        <w:br/>
        <w:t>v -1.853817 13.460056 0.487752</w:t>
        <w:br/>
        <w:t>v -1.833159 13.409893 0.432856</w:t>
        <w:br/>
        <w:t>v -1.816790 13.427689 0.441659</w:t>
        <w:br/>
        <w:t>v -1.928377 13.356295 0.506916</w:t>
        <w:br/>
        <w:t>v -1.885098 13.318350 0.452808</w:t>
        <w:br/>
        <w:t>v -1.921821 13.369769 0.584360</w:t>
        <w:br/>
        <w:t>v -1.869516 13.350875 0.639775</w:t>
        <w:br/>
        <w:t>v -1.801614 13.310699 0.640689</w:t>
        <w:br/>
        <w:t>v -1.757954 13.272757 0.586582</w:t>
        <w:br/>
        <w:t>v -1.764425 13.259282 0.509137</w:t>
        <w:br/>
        <w:t>v -1.817183 13.278166 0.453722</w:t>
        <w:br/>
        <w:t>v -1.764425 13.259282 0.509137</w:t>
        <w:br/>
        <w:t>v -1.817183 13.278166 0.453722</w:t>
        <w:br/>
        <w:t>v -1.815406 13.257505 0.429025</w:t>
        <w:br/>
        <w:t>v -1.747283 13.233078 0.500396</w:t>
        <w:br/>
        <w:t>v -1.757954 13.272757 0.586582</w:t>
        <w:br/>
        <w:t>v -1.738872 13.250405 0.600295</w:t>
        <w:br/>
        <w:t>v -1.801614 13.310699 0.640689</w:t>
        <w:br/>
        <w:t>v -1.795115 13.299312 0.670172</w:t>
        <w:br/>
        <w:t>v -1.869516 13.350875 0.639775</w:t>
        <w:br/>
        <w:t>v -1.882646 13.351167 0.669113</w:t>
        <w:br/>
        <w:t>v -1.921821 13.369769 0.584360</w:t>
        <w:br/>
        <w:t>v -1.950172 13.375572 0.597721</w:t>
        <w:br/>
        <w:t>v -1.928377 13.356295 0.506916</w:t>
        <w:br/>
        <w:t>v -1.958691 13.358267 0.497832</w:t>
        <w:br/>
        <w:t>v -1.885098 13.318350 0.452808</w:t>
        <w:br/>
        <w:t>v -1.902961 13.309352 0.427966</w:t>
        <w:br/>
        <w:t>v -1.978630 13.321559 0.506355</w:t>
        <w:br/>
        <w:t>v -1.923207 13.272881 0.436811</w:t>
        <w:br/>
        <w:t>v -1.902961 13.309352 0.427966</w:t>
        <w:br/>
        <w:t>v -1.958691 13.358267 0.497832</w:t>
        <w:br/>
        <w:t>v -1.970200 13.338801 0.605787</w:t>
        <w:br/>
        <w:t>v -1.950172 13.375572 0.597721</w:t>
        <w:br/>
        <w:t>v -1.902990 13.314499 0.676826</w:t>
        <w:br/>
        <w:t>v -1.882646 13.351167 0.669113</w:t>
        <w:br/>
        <w:t>v -1.815912 13.262884 0.677885</w:t>
        <w:br/>
        <w:t>v -1.795115 13.299312 0.670172</w:t>
        <w:br/>
        <w:t>v -1.760002 13.214195 0.608331</w:t>
        <w:br/>
        <w:t>v -1.738872 13.250405 0.600295</w:t>
        <w:br/>
        <w:t>v -1.768324 13.196962 0.508909</w:t>
        <w:br/>
        <w:t>v -1.747283 13.233078 0.500396</w:t>
        <w:br/>
        <w:t>v -1.815406 13.257505 0.429025</w:t>
        <w:br/>
        <w:t>v -1.836094 13.221275 0.437859</w:t>
        <w:br/>
        <w:t>v -1.797985 13.441473 0.460034</w:t>
        <w:br/>
        <w:t>v -1.824810 13.464883 0.493337</w:t>
        <w:br/>
        <w:t>v -1.820790 13.473229 0.541080</w:t>
        <w:br/>
        <w:t>v -1.788292 13.461624 0.575287</w:t>
        <w:br/>
        <w:t>v -1.746340 13.436863 0.575930</w:t>
        <w:br/>
        <w:t>v -1.719459 13.413453 0.542627</w:t>
        <w:br/>
        <w:t>v -1.723492 13.405107 0.494884</w:t>
        <w:br/>
        <w:t>v -1.756024 13.416714 0.460677</w:t>
        <w:br/>
        <w:t>v -1.723492 13.405107 0.494884</w:t>
        <w:br/>
        <w:t>v -1.772412 13.438888 0.518055</w:t>
        <w:br/>
        <w:t>v -1.756024 13.416714 0.460677</w:t>
        <w:br/>
        <w:t>v -1.719459 13.413453 0.542627</w:t>
        <w:br/>
        <w:t>v -1.746340 13.436863 0.575930</w:t>
        <w:br/>
        <w:t>v -1.788292 13.461624 0.575287</w:t>
        <w:br/>
        <w:t>v -1.820790 13.473229 0.541080</w:t>
        <w:br/>
        <w:t>v -1.824810 13.464883 0.493337</w:t>
        <w:br/>
        <w:t>v -1.797985 13.441473 0.460034</w:t>
        <w:br/>
        <w:t>v -1.969423 13.301159 0.516923</w:t>
        <w:br/>
        <w:t>v -2.050547 13.155343 0.549832</w:t>
        <w:br/>
        <w:t>v -2.003527 13.113995 0.490897</w:t>
        <w:br/>
        <w:t>v -1.922321 13.259758 0.457677</w:t>
        <w:br/>
        <w:t>v -1.962148 13.315766 0.601510</w:t>
        <w:br/>
        <w:t>v -2.043643 13.170044 0.634201</w:t>
        <w:br/>
        <w:t>v -1.904931 13.295034 0.661877</w:t>
        <w:br/>
        <w:t>v -1.987025 13.149478 0.694589</w:t>
        <w:br/>
        <w:t>v -1.830874 13.251101 0.662666</w:t>
        <w:br/>
        <w:t>v -1.914010 13.105701 0.695606</w:t>
        <w:br/>
        <w:t>v -1.783383 13.209722 0.603420</w:t>
        <w:br/>
        <w:t>v -1.866687 13.064363 0.636682</w:t>
        <w:br/>
        <w:t>v -1.790559 13.195115 0.518844</w:t>
        <w:br/>
        <w:t>v -1.872885 13.049673 0.552313</w:t>
        <w:br/>
        <w:t>v -1.848245 13.215825 0.458477</w:t>
        <w:br/>
        <w:t>v -1.929738 13.070227 0.491925</w:t>
        <w:br/>
        <w:t>v -2.076862 13.145460 0.546458</w:t>
        <w:br/>
        <w:t>v -2.021698 13.096887 0.477038</w:t>
        <w:br/>
        <w:t>v -2.068586 13.162661 0.645672</w:t>
        <w:br/>
        <w:t>v -2.002074 13.138423 0.716587</w:t>
        <w:br/>
        <w:t>v -1.916232 13.086909 0.717635</w:t>
        <w:br/>
        <w:t>v -1.860695 13.038326 0.648215</w:t>
        <w:br/>
        <w:t>v -1.868138 13.021113 0.549001</w:t>
        <w:br/>
        <w:t>v -1.934952 13.045374 0.478097</w:t>
        <w:br/>
        <w:t>v -2.193667 12.794406 0.544963</w:t>
        <w:br/>
        <w:t>v -2.106762 12.742552 0.546022</w:t>
        <w:br/>
        <w:t>v -2.039548 12.718135 0.617414</w:t>
        <w:br/>
        <w:t>v -2.031422 12.735461 0.717313</w:t>
        <w:br/>
        <w:t>v -2.087048 12.784378 0.787200</w:t>
        <w:br/>
        <w:t>v -2.173764 12.836221 0.786141</w:t>
        <w:br/>
        <w:t>v -2.240913 12.860648 0.714749</w:t>
        <w:br/>
        <w:t>v -2.249218 12.843323 0.614850</w:t>
        <w:br/>
        <w:t>v -1.928334 13.601231 0.577591</w:t>
        <w:br/>
        <w:t>v -1.877792 13.666613 0.562975</w:t>
        <w:br/>
        <w:t>v -1.451707 13.819314 1.185866</w:t>
        <w:br/>
        <w:t>v -1.485770 13.802189 1.204978</w:t>
        <w:br/>
        <w:t>v -1.197422 13.613854 1.093915</w:t>
        <w:br/>
        <w:t>v -1.202259 13.660303 1.095114</w:t>
        <w:br/>
        <w:t>v -1.587812 12.581818 1.288803</w:t>
        <w:br/>
        <w:t>v -1.938745 12.634067 0.512345</w:t>
        <w:br/>
        <w:t>v -1.491005 13.626218 0.431423</w:t>
        <w:br/>
        <w:t>v -1.658770 13.574448 1.273906</w:t>
        <w:br/>
        <w:t>v -1.451707 13.819314 1.185866</w:t>
        <w:br/>
        <w:t>v -1.202259 13.660303 1.095114</w:t>
        <w:br/>
        <w:t>v -1.491005 13.626218 0.431423</w:t>
        <w:br/>
        <w:t>v -1.724881 13.777017 0.518896</w:t>
        <w:br/>
        <w:t>v -1.802128 13.681416 0.542824</w:t>
        <w:br/>
        <w:t>v -2.123958 13.319940 0.625127</w:t>
        <w:br/>
        <w:t>v -2.009733 12.476085 0.525716</w:t>
        <w:br/>
        <w:t>v -1.953719 12.358080 0.581028</w:t>
        <w:br/>
        <w:t>v -2.016201 12.402066 0.604656</w:t>
        <w:br/>
        <w:t>v -1.724881 13.777017 0.518896</w:t>
        <w:br/>
        <w:t>v 0.668155 17.776501 0.536754</w:t>
        <w:br/>
        <w:t>v 0.768987 17.668482 0.695321</w:t>
        <w:br/>
        <w:t>v 0.643248 17.573393 0.773324</w:t>
        <w:br/>
        <w:t>v 0.473806 17.665209 0.629346</w:t>
        <w:br/>
        <w:t>v 0.369420 17.858999 0.424364</w:t>
        <w:br/>
        <w:t>v 0.530610 17.922541 0.347997</w:t>
        <w:br/>
        <w:t>v 0.374025 18.100441 0.197624</w:t>
        <w:br/>
        <w:t>v 0.234605 18.072025 0.291590</w:t>
        <w:br/>
        <w:t>v 0.655884 17.549984 0.754251</w:t>
        <w:br/>
        <w:t>v 0.788099 17.647512 0.673600</w:t>
        <w:br/>
        <w:t>v 0.680871 17.763735 0.508375</w:t>
        <w:br/>
        <w:t>v 0.522004 17.646524 0.576511</w:t>
        <w:br/>
        <w:t>v 0.280243 17.548586 0.656126</w:t>
        <w:br/>
        <w:t>v 0.370544 17.834057 0.373590</w:t>
        <w:br/>
        <w:t>v 0.185834 17.770592 0.458938</w:t>
        <w:br/>
        <w:t>v 0.180050 18.134165 0.241916</w:t>
        <w:br/>
        <w:t>v 0.215307 18.041475 0.240117</w:t>
        <w:br/>
        <w:t>v 0.383558 18.088163 0.167722</w:t>
        <w:br/>
        <w:t>v 0.311725 18.184977 0.131824</w:t>
        <w:br/>
        <w:t>v 0.541601 17.910212 0.319369</w:t>
        <w:br/>
        <w:t>v 0.643248 17.573393 0.773324</w:t>
        <w:br/>
        <w:t>v 0.768987 17.668482 0.695321</w:t>
        <w:br/>
        <w:t>v 0.788099 17.647512 0.673600</w:t>
        <w:br/>
        <w:t>v 0.655884 17.549984 0.754251</w:t>
        <w:br/>
        <w:t>v 0.768987 17.668482 0.695321</w:t>
        <w:br/>
        <w:t>v 0.668155 17.776501 0.536754</w:t>
        <w:br/>
        <w:t>v 0.680871 17.763735 0.508375</w:t>
        <w:br/>
        <w:t>v 0.788099 17.647512 0.673600</w:t>
        <w:br/>
        <w:t>v 0.362298 17.315098 0.928159</w:t>
        <w:br/>
        <w:t>v 0.280243 17.548586 0.656126</w:t>
        <w:br/>
        <w:t>v 0.290706 17.568796 0.680894</w:t>
        <w:br/>
        <w:t>v 0.368875 17.351208 0.941815</w:t>
        <w:br/>
        <w:t>v 0.541601 17.910212 0.319369</w:t>
        <w:br/>
        <w:t>v 0.185834 17.770592 0.458938</w:t>
        <w:br/>
        <w:t>v 0.198625 17.791763 0.481171</w:t>
        <w:br/>
        <w:t>v 0.261809 18.285675 0.193078</w:t>
        <w:br/>
        <w:t>v 0.265713 18.281317 0.163326</w:t>
        <w:br/>
        <w:t>v 0.311725 18.184977 0.131824</w:t>
        <w:br/>
        <w:t>v 0.304795 18.193308 0.161652</w:t>
        <w:br/>
        <w:t>v 0.106309 18.219627 0.306467</w:t>
        <w:br/>
        <w:t>v 0.100501 18.211697 0.282647</w:t>
        <w:br/>
        <w:t>v 0.193690 18.259361 0.223942</w:t>
        <w:br/>
        <w:t>v 0.194635 18.265491 0.250722</w:t>
        <w:br/>
        <w:t>v 0.105265 18.014084 0.349246</w:t>
        <w:br/>
        <w:t>v 0.091579 17.995422 0.330411</w:t>
        <w:br/>
        <w:t>v 0.073485 18.079060 0.263000</w:t>
        <w:br/>
        <w:t>v 0.074444 18.089924 0.336556</w:t>
        <w:br/>
        <w:t>v 0.383558 18.088163 0.167722</w:t>
        <w:br/>
        <w:t>v 0.091579 17.995422 0.330411</w:t>
        <w:br/>
        <w:t>v 0.073485 18.079060 0.263000</w:t>
        <w:br/>
        <w:t>v 0.021872 18.164579 0.310326</w:t>
        <w:br/>
        <w:t>v 0.037541 18.174423 0.333421</w:t>
        <w:br/>
        <w:t>v 0.191842 18.152964 0.280311</w:t>
        <w:br/>
        <w:t>v 0.105265 18.014084 0.349246</w:t>
        <w:br/>
        <w:t>v 0.074444 18.089924 0.336556</w:t>
        <w:br/>
        <w:t>v 0.198625 17.791763 0.481171</w:t>
        <w:br/>
        <w:t>v 0.527400 17.457531 0.867227</w:t>
        <w:br/>
        <w:t>v 0.368875 17.351208 0.941815</w:t>
        <w:br/>
        <w:t>v 0.290706 17.568796 0.680894</w:t>
        <w:br/>
        <w:t>v 0.527400 17.457531 0.867227</w:t>
        <w:br/>
        <w:t>v 0.533166 17.431664 0.850803</w:t>
        <w:br/>
        <w:t>v 0.362298 17.315098 0.928159</w:t>
        <w:br/>
        <w:t>v 0.368875 17.351208 0.941815</w:t>
        <w:br/>
        <w:t>v 0.362298 17.315098 0.928159</w:t>
        <w:br/>
        <w:t>v 0.533166 17.431664 0.850803</w:t>
        <w:br/>
        <w:t>v 0.345988 18.370975 -0.226391</w:t>
        <w:br/>
        <w:t>v 0.276915 18.416214 -0.349647</w:t>
        <w:br/>
        <w:t>v 0.287944 18.445133 -0.351496</w:t>
        <w:br/>
        <w:t>v 0.360189 18.398129 -0.223780</w:t>
        <w:br/>
        <w:t>v 0.157556 18.451912 -0.473356</w:t>
        <w:br/>
        <w:t>v 0.164288 18.484837 -0.478640</w:t>
        <w:br/>
        <w:t>v -0.014026 18.449753 -0.533511</w:t>
        <w:br/>
        <w:t>v -0.013552 18.482792 -0.539231</w:t>
        <w:br/>
        <w:t>v -0.170757 18.432476 -0.492204</w:t>
        <w:br/>
        <w:t>v -0.177152 18.464767 -0.497975</w:t>
        <w:br/>
        <w:t>v -0.292158 18.397465 -0.369442</w:t>
        <w:br/>
        <w:t>v -0.304257 18.430763 -0.371492</w:t>
        <w:br/>
        <w:t>v -0.366291 18.383247 -0.209687</w:t>
        <w:br/>
        <w:t>v -0.349915 18.358223 -0.214474</w:t>
        <w:br/>
        <w:t>v -0.374645 18.328098 -0.046431</w:t>
        <w:br/>
        <w:t>v -0.389832 18.354866 -0.037143</w:t>
        <w:br/>
        <w:t>v -0.351652 18.296806 0.113981</w:t>
        <w:br/>
        <w:t>v -0.366343 18.322876 0.129577</w:t>
        <w:br/>
        <w:t>v -0.254510 18.262108 0.255223</w:t>
        <w:br/>
        <w:t>v -0.264831 18.283298 0.274301</w:t>
        <w:br/>
        <w:t>v -0.137932 18.227261 0.323529</w:t>
        <w:br/>
        <w:t>v -0.143287 18.247532 0.343914</w:t>
        <w:br/>
        <w:t>v -0.002545 18.219093 0.393188</w:t>
        <w:br/>
        <w:t>v -0.003166 18.198025 0.371166</w:t>
        <w:br/>
        <w:t>v 0.163801 18.221039 0.379898</w:t>
        <w:br/>
        <w:t>v 0.157980 18.200253 0.358427</w:t>
        <w:br/>
        <w:t>v 0.272069 18.236874 0.254756</w:t>
        <w:br/>
        <w:t>v 0.283323 18.259762 0.273991</w:t>
        <w:br/>
        <w:t>v 0.283323 18.259762 0.273991</w:t>
        <w:br/>
        <w:t>v 0.272069 18.236874 0.254756</w:t>
        <w:br/>
        <w:t>v 0.332573 18.274525 0.096489</w:t>
        <w:br/>
        <w:t>v 0.347012 18.298466 0.110553</w:t>
        <w:br/>
        <w:t>v 0.366247 18.316830 -0.061491</w:t>
        <w:br/>
        <w:t>v 0.381323 18.341560 -0.053535</w:t>
        <w:br/>
        <w:t>v 0.360189 18.398129 -0.223780</w:t>
        <w:br/>
        <w:t>v 0.287944 18.445133 -0.351496</w:t>
        <w:br/>
        <w:t>v 0.309940 18.451862 -0.371955</w:t>
        <w:br/>
        <w:t>v 0.388605 18.401775 -0.234972</w:t>
        <w:br/>
        <w:t>v 0.164288 18.484837 -0.478640</w:t>
        <w:br/>
        <w:t>v 0.175867 18.493332 -0.506606</w:t>
        <w:br/>
        <w:t>v -0.013552 18.482792 -0.539231</w:t>
        <w:br/>
        <w:t>v -0.012840 18.493217 -0.569396</w:t>
        <w:br/>
        <w:t>v -0.177152 18.464767 -0.497975</w:t>
        <w:br/>
        <w:t>v -0.189943 18.474297 -0.527340</w:t>
        <w:br/>
        <w:t>v -0.304257 18.430763 -0.371492</w:t>
        <w:br/>
        <w:t>v -0.328454 18.438534 -0.394879</w:t>
        <w:br/>
        <w:t>v -0.395779 18.390041 -0.218409</w:t>
        <w:br/>
        <w:t>v -0.421447 18.354874 -0.036422</w:t>
        <w:br/>
        <w:t>v -0.397002 18.318844 0.142314</w:t>
        <w:br/>
        <w:t>v -0.264831 18.283298 0.274301</w:t>
        <w:br/>
        <w:t>v -0.284879 18.277176 0.293811</w:t>
        <w:br/>
        <w:t>v -0.143287 18.247532 0.343914</w:t>
        <w:br/>
        <w:t>v -0.152947 18.240582 0.367883</w:t>
        <w:br/>
        <w:t>v -0.001305 18.210735 0.420862</w:t>
        <w:br/>
        <w:t>v -0.002545 18.219093 0.393188</w:t>
        <w:br/>
        <w:t>v 0.175442 18.212383 0.406566</w:t>
        <w:br/>
        <w:t>v 0.283323 18.259762 0.273991</w:t>
        <w:br/>
        <w:t>v 0.305831 18.252815 0.295363</w:t>
        <w:br/>
        <w:t>v 0.305831 18.252815 0.295363</w:t>
        <w:br/>
        <w:t>v 0.283323 18.259762 0.273991</w:t>
        <w:br/>
        <w:t>v 0.347012 18.298466 0.110553</w:t>
        <w:br/>
        <w:t>v 0.375865 18.294758 0.121920</w:t>
        <w:br/>
        <w:t>v 0.411475 18.341599 -0.053647</w:t>
        <w:br/>
        <w:t>v 0.381323 18.341560 -0.053535</w:t>
        <w:br/>
        <w:t>v 0.402807 18.378258 -0.248786</w:t>
        <w:br/>
        <w:t>v 0.388605 18.401775 -0.234972</w:t>
        <w:br/>
        <w:t>v 0.309940 18.451862 -0.371955</w:t>
        <w:br/>
        <w:t>v 0.319683 18.429680 -0.388580</w:t>
        <w:br/>
        <w:t>v 0.175867 18.493332 -0.506606</w:t>
        <w:br/>
        <w:t>v 0.182474 18.470112 -0.530438</w:t>
        <w:br/>
        <w:t>v -0.012840 18.493217 -0.569396</w:t>
        <w:br/>
        <w:t>v -0.012215 18.470585 -0.592765</w:t>
        <w:br/>
        <w:t>v -0.189943 18.474297 -0.527340</w:t>
        <w:br/>
        <w:t>v -0.196338 18.451538 -0.550960</w:t>
        <w:br/>
        <w:t>v -0.328454 18.438534 -0.394879</w:t>
        <w:br/>
        <w:t>v -0.337457 18.413406 -0.414721</w:t>
        <w:br/>
        <w:t>v -0.395779 18.390041 -0.218409</w:t>
        <w:br/>
        <w:t>v -0.407472 18.368324 -0.231696</w:t>
        <w:br/>
        <w:t>v -0.421447 18.354874 -0.036422</w:t>
        <w:br/>
        <w:t>v -0.437704 18.328106 -0.044927</w:t>
        <w:br/>
        <w:t>v -0.397002 18.318844 0.142314</w:t>
        <w:br/>
        <w:t>v -0.413161 18.288734 0.139472</w:t>
        <w:br/>
        <w:t>v -0.284879 18.277176 0.293811</w:t>
        <w:br/>
        <w:t>v -0.294653 18.250111 0.294088</w:t>
        <w:br/>
        <w:t>v -0.157563 18.213123 0.371777</w:t>
        <w:br/>
        <w:t>v -0.152947 18.240582 0.367883</w:t>
        <w:br/>
        <w:t>v -0.001305 18.210735 0.420862</w:t>
        <w:br/>
        <w:t>v -0.000903 18.181129 0.426744</w:t>
        <w:br/>
        <w:t>v 0.175442 18.212383 0.406566</w:t>
        <w:br/>
        <w:t>v 0.181275 18.182957 0.411762</w:t>
        <w:br/>
        <w:t>v 0.305831 18.252815 0.295363</w:t>
        <w:br/>
        <w:t>v 0.317085 18.222950 0.297499</w:t>
        <w:br/>
        <w:t>v 0.375865 18.294758 0.121920</w:t>
        <w:br/>
        <w:t>v 0.390291 18.267117 0.119234</w:t>
        <w:br/>
        <w:t>v 0.317085 18.222950 0.297499</w:t>
        <w:br/>
        <w:t>v 0.305831 18.252815 0.295363</w:t>
        <w:br/>
        <w:t>v 0.426526 18.316879 -0.061716</w:t>
        <w:br/>
        <w:t>v 0.411475 18.341599 -0.053647</w:t>
        <w:br/>
        <w:t>v 0.388605 18.351101 -0.251409</w:t>
        <w:br/>
        <w:t>v 0.402807 18.378258 -0.248786</w:t>
        <w:br/>
        <w:t>v 0.308678 18.400753 -0.386469</w:t>
        <w:br/>
        <w:t>v 0.182474 18.470112 -0.530438</w:t>
        <w:br/>
        <w:t>v 0.175854 18.437176 -0.524817</w:t>
        <w:br/>
        <w:t>v -0.012840 18.437550 -0.587457</w:t>
        <w:br/>
        <w:t>v -0.012215 18.470585 -0.592765</w:t>
        <w:br/>
        <w:t>v -0.189943 18.419239 -0.545202</w:t>
        <w:br/>
        <w:t>v -0.337457 18.413406 -0.414721</w:t>
        <w:br/>
        <w:t>v -0.328713 18.393734 -0.410431</w:t>
        <w:br/>
        <w:t>v -0.393733 18.340611 -0.236177</w:t>
        <w:br/>
        <w:t>v -0.422354 18.301323 -0.053916</w:t>
        <w:br/>
        <w:t>v -0.397870 18.263103 0.123512</w:t>
        <w:br/>
        <w:t>v -0.284211 18.229107 0.274814</w:t>
        <w:br/>
        <w:t>v -0.152142 18.192944 0.351304</w:t>
        <w:br/>
        <w:t>v -0.001758 18.159851 0.404983</w:t>
        <w:br/>
        <w:t>v 0.181275 18.182957 0.411762</w:t>
        <w:br/>
        <w:t>v 0.175442 18.162182 0.390278</w:t>
        <w:br/>
        <w:t>v 0.317085 18.222950 0.297499</w:t>
        <w:br/>
        <w:t>v 0.305831 18.200069 0.278251</w:t>
        <w:br/>
        <w:t>v 0.317085 18.222950 0.297499</w:t>
        <w:br/>
        <w:t>v 0.375877 18.243183 0.105182</w:t>
        <w:br/>
        <w:t>v 0.305831 18.200069 0.278251</w:t>
        <w:br/>
        <w:t>v 0.426526 18.316879 -0.061716</w:t>
        <w:br/>
        <w:t>v 0.411475 18.292122 -0.069697</w:t>
        <w:br/>
        <w:t>v 0.360189 18.347469 -0.240218</w:t>
        <w:br/>
        <w:t>v 0.388605 18.351101 -0.251409</w:t>
        <w:br/>
        <w:t>v 0.308678 18.400753 -0.386469</w:t>
        <w:br/>
        <w:t>v 0.287944 18.394020 -0.368083</w:t>
        <w:br/>
        <w:t>v 0.175854 18.437176 -0.524817</w:t>
        <w:br/>
        <w:t>v 0.162502 18.427456 -0.495702</w:t>
        <w:br/>
        <w:t>v -0.012840 18.437550 -0.587457</w:t>
        <w:br/>
        <w:t>v -0.013552 18.427132 -0.557292</w:t>
        <w:br/>
        <w:t>v -0.177152 18.409710 -0.515824</w:t>
        <w:br/>
        <w:t>v -0.304067 18.371880 -0.390588</w:t>
        <w:br/>
        <w:t>v -0.366979 18.337250 -0.226124</w:t>
        <w:br/>
        <w:t>v -0.422354 18.301323 -0.053916</w:t>
        <w:br/>
        <w:t>v -0.390843 18.301319 -0.054687</w:t>
        <w:br/>
        <w:t>v -0.367414 18.266853 0.111099</w:t>
        <w:br/>
        <w:t>v -0.264119 18.235008 0.255445</w:t>
        <w:br/>
        <w:t>v -0.142297 18.200039 0.327127</w:t>
        <w:br/>
        <w:t>v -0.152142 18.192944 0.351304</w:t>
        <w:br/>
        <w:t>v -0.001758 18.159851 0.404983</w:t>
        <w:br/>
        <w:t>v -0.002787 18.168400 0.377085</w:t>
        <w:br/>
        <w:t>v 0.175442 18.162182 0.390278</w:t>
        <w:br/>
        <w:t>v 0.163801 18.170841 0.363611</w:t>
        <w:br/>
        <w:t>v 0.305831 18.200069 0.278251</w:t>
        <w:br/>
        <w:t>v 0.283323 18.207024 0.256879</w:t>
        <w:br/>
        <w:t>v 0.305831 18.200069 0.278251</w:t>
        <w:br/>
        <w:t>v 0.375877 18.243183 0.105182</w:t>
        <w:br/>
        <w:t>v 0.347012 18.246880 0.093816</w:t>
        <w:br/>
        <w:t>v 0.283323 18.207024 0.256879</w:t>
        <w:br/>
        <w:t>v 0.411475 18.292122 -0.069697</w:t>
        <w:br/>
        <w:t>v 0.381323 18.292099 -0.069585</w:t>
        <w:br/>
        <w:t>v 0.345988 18.370975 -0.226391</w:t>
        <w:br/>
        <w:t>v 0.360189 18.347469 -0.240218</w:t>
        <w:br/>
        <w:t>v 0.287944 18.394020 -0.368083</w:t>
        <w:br/>
        <w:t>v 0.276915 18.416214 -0.349647</w:t>
        <w:br/>
        <w:t>v 0.276915 18.416214 -0.349647</w:t>
        <w:br/>
        <w:t>v 0.162502 18.427456 -0.495702</w:t>
        <w:br/>
        <w:t>v 0.157556 18.451912 -0.473356</w:t>
        <w:br/>
        <w:t>v -0.013552 18.427132 -0.557292</w:t>
        <w:br/>
        <w:t>v -0.014026 18.449753 -0.533511</w:t>
        <w:br/>
        <w:t>v -0.170757 18.432476 -0.492204</w:t>
        <w:br/>
        <w:t>v -0.177152 18.409710 -0.515824</w:t>
        <w:br/>
        <w:t>v -0.304067 18.371880 -0.390588</w:t>
        <w:br/>
        <w:t>v -0.292158 18.397465 -0.369442</w:t>
        <w:br/>
        <w:t>v -0.366979 18.337250 -0.226124</w:t>
        <w:br/>
        <w:t>v -0.349915 18.358223 -0.214474</w:t>
        <w:br/>
        <w:t>v -0.374645 18.328098 -0.046431</w:t>
        <w:br/>
        <w:t>v -0.367414 18.266853 0.111099</w:t>
        <w:br/>
        <w:t>v -0.351652 18.296806 0.113981</w:t>
        <w:br/>
        <w:t>v -0.374645 18.328098 -0.046431</w:t>
        <w:br/>
        <w:t>v -0.264119 18.235008 0.255445</w:t>
        <w:br/>
        <w:t>v -0.254510 18.262108 0.255223</w:t>
        <w:br/>
        <w:t>v -0.351652 18.296806 0.113981</w:t>
        <w:br/>
        <w:t>v -0.142297 18.200039 0.327127</w:t>
        <w:br/>
        <w:t>v -0.137932 18.227261 0.323529</w:t>
        <w:br/>
        <w:t>v -0.002787 18.168400 0.377085</w:t>
        <w:br/>
        <w:t>v -0.003166 18.198025 0.371166</w:t>
        <w:br/>
        <w:t>v 0.163801 18.170841 0.363611</w:t>
        <w:br/>
        <w:t>v 0.157980 18.200253 0.358427</w:t>
        <w:br/>
        <w:t>v 0.272069 18.236874 0.254756</w:t>
        <w:br/>
        <w:t>v 0.283323 18.207024 0.256879</w:t>
        <w:br/>
        <w:t>v 0.332573 18.274525 0.096489</w:t>
        <w:br/>
        <w:t>v 0.272069 18.236874 0.254756</w:t>
        <w:br/>
        <w:t>v 0.283323 18.207024 0.256879</w:t>
        <w:br/>
        <w:t>v 0.347012 18.246880 0.093816</w:t>
        <w:br/>
        <w:t>v 0.381323 18.292099 -0.069585</w:t>
        <w:br/>
        <w:t>v 0.366247 18.316830 -0.061491</w:t>
        <w:br/>
        <w:t>v -0.403702 18.291641 -0.052876</w:t>
        <w:br/>
        <w:t>v -0.393318 18.262512 0.130610</w:t>
        <w:br/>
        <w:t>v -0.402643 18.275364 0.136671</w:t>
        <w:br/>
        <w:t>v -0.413946 18.305073 -0.050281</w:t>
        <w:br/>
        <w:t>v -0.351310 18.246803 0.218555</w:t>
        <w:br/>
        <w:t>v -0.357632 18.258270 0.227046</w:t>
        <w:br/>
        <w:t>v -0.292699 18.206768 0.331587</w:t>
        <w:br/>
        <w:t>v -0.287898 18.196022 0.323508</w:t>
        <w:br/>
        <w:t>v -0.224000 18.157749 0.360022</w:t>
        <w:br/>
        <w:t>v -0.225586 18.168892 0.370664</w:t>
        <w:br/>
        <w:t>v -0.108806 18.134125 0.389888</w:t>
        <w:br/>
        <w:t>v -0.104856 18.123543 0.380464</w:t>
        <w:br/>
        <w:t>v -0.001510 18.100239 0.403819</w:t>
        <w:br/>
        <w:t>v -0.004473 18.110859 0.414081</w:t>
        <w:br/>
        <w:t>v 0.085436 18.116070 0.421979</w:t>
        <w:br/>
        <w:t>v 0.083824 18.105465 0.409551</w:t>
        <w:br/>
        <w:t>v 0.242604 18.207176 0.320469</w:t>
        <w:br/>
        <w:t>v 0.238632 18.194859 0.308253</w:t>
        <w:br/>
        <w:t>v 0.301434 18.226124 0.230587</w:t>
        <w:br/>
        <w:t>v 0.307404 18.239037 0.240941</w:t>
        <w:br/>
        <w:t>v 0.307404 18.239037 0.240941</w:t>
        <w:br/>
        <w:t>v 0.301434 18.226124 0.230587</w:t>
        <w:br/>
        <w:t>v 0.374204 18.243183 0.100860</w:t>
        <w:br/>
        <w:t>v 0.380736 18.255848 0.106993</w:t>
        <w:br/>
        <w:t>v -0.402643 18.275364 0.136671</w:t>
        <w:br/>
        <w:t>v -0.419813 18.273468 0.140311</w:t>
        <w:br/>
        <w:t>v -0.431189 18.303234 -0.053030</w:t>
        <w:br/>
        <w:t>v -0.413946 18.305073 -0.050281</w:t>
        <w:br/>
        <w:t>v -0.371713 18.256748 0.235886</w:t>
        <w:br/>
        <w:t>v -0.230320 18.165844 0.386701</w:t>
        <w:br/>
        <w:t>v -0.304308 18.204716 0.342445</w:t>
        <w:br/>
        <w:t>v -0.115532 18.130932 0.403938</w:t>
        <w:br/>
        <w:t>v -0.008064 18.107563 0.428776</w:t>
        <w:br/>
        <w:t>v 0.088365 18.111565 0.438272</w:t>
        <w:br/>
        <w:t>v 0.251509 18.202816 0.335807</w:t>
        <w:br/>
        <w:t>v 0.242604 18.207176 0.320469</w:t>
        <w:br/>
        <w:t>v 0.307404 18.239037 0.240941</w:t>
        <w:br/>
        <w:t>v 0.320257 18.235691 0.253320</w:t>
        <w:br/>
        <w:t>v 0.320257 18.235691 0.253320</w:t>
        <w:br/>
        <w:t>v 0.307404 18.239037 0.240941</w:t>
        <w:br/>
        <w:t>v 0.380736 18.255848 0.106993</w:t>
        <w:br/>
        <w:t>v 0.395238 18.254688 0.113551</w:t>
        <w:br/>
        <w:t>v -0.437692 18.286625 -0.058699</w:t>
        <w:br/>
        <w:t>v -0.431189 18.303234 -0.053030</w:t>
        <w:br/>
        <w:t>v -0.419813 18.273468 0.140311</w:t>
        <w:br/>
        <w:t>v -0.427142 18.257168 0.137039</w:t>
        <w:br/>
        <w:t>v -0.371713 18.256748 0.235886</w:t>
        <w:br/>
        <w:t>v -0.379197 18.241962 0.235088</w:t>
        <w:br/>
        <w:t>v -0.304308 18.204716 0.342445</w:t>
        <w:br/>
        <w:t>v -0.230320 18.165844 0.386701</w:t>
        <w:br/>
        <w:t>v -0.233842 18.149567 0.390948</w:t>
        <w:br/>
        <w:t>v -0.311077 18.190090 0.344181</w:t>
        <w:br/>
        <w:t>v -0.115532 18.130932 0.403938</w:t>
        <w:br/>
        <w:t>v -0.008064 18.107563 0.428776</w:t>
        <w:br/>
        <w:t>v -0.009127 18.091476 0.432870</w:t>
        <w:br/>
        <w:t>v -0.118268 18.115208 0.407373</w:t>
        <w:br/>
        <w:t>v 0.088365 18.111565 0.438272</w:t>
        <w:br/>
        <w:t>v 0.089932 18.094788 0.442288</w:t>
        <w:br/>
        <w:t>v 0.256443 18.185028 0.338767</w:t>
        <w:br/>
        <w:t>v 0.251509 18.202816 0.335807</w:t>
        <w:br/>
        <w:t>v 0.320257 18.235691 0.253320</w:t>
        <w:br/>
        <w:t>v 0.326940 18.218292 0.254743</w:t>
        <w:br/>
        <w:t>v 0.402944 18.239586 0.113563</w:t>
        <w:br/>
        <w:t>v 0.326940 18.218292 0.254743</w:t>
        <w:br/>
        <w:t>v 0.320257 18.235691 0.253320</w:t>
        <w:br/>
        <w:t>v 0.395238 18.254688 0.113551</w:t>
        <w:br/>
        <w:t>v -0.425888 18.272892 -0.061182</w:t>
        <w:br/>
        <w:t>v -0.437692 18.286625 -0.058699</w:t>
        <w:br/>
        <w:t>v -0.427142 18.257168 0.137039</w:t>
        <w:br/>
        <w:t>v -0.416014 18.244026 0.129927</w:t>
        <w:br/>
        <w:t>v -0.379197 18.241962 0.235088</w:t>
        <w:br/>
        <w:t>v -0.371565 18.229984 0.224896</w:t>
        <w:br/>
        <w:t>v -0.311077 18.190090 0.344181</w:t>
        <w:br/>
        <w:t>v -0.233842 18.149567 0.390948</w:t>
        <w:br/>
        <w:t>v -0.232931 18.138054 0.378083</w:t>
        <w:br/>
        <w:t>v -0.305522 18.178871 0.334166</w:t>
        <w:br/>
        <w:t>v -0.118268 18.115208 0.407373</w:t>
        <w:br/>
        <w:t>v -0.009127 18.091476 0.432870</w:t>
        <w:br/>
        <w:t>v -0.007857 18.080292 0.421054</w:t>
        <w:br/>
        <w:t>v -0.114877 18.104488 0.395501</w:t>
        <w:br/>
        <w:t>v 0.089932 18.094788 0.442288</w:t>
        <w:br/>
        <w:t>v 0.087097 18.083492 0.429298</w:t>
        <w:br/>
        <w:t>v 0.319945 18.205349 0.243265</w:t>
        <w:br/>
        <w:t>v 0.251534 18.172512 0.325802</w:t>
        <w:br/>
        <w:t>v 0.256443 18.185028 0.338767</w:t>
        <w:br/>
        <w:t>v 0.326940 18.218292 0.254743</w:t>
        <w:br/>
        <w:t>v 0.395150 18.226559 0.106756</w:t>
        <w:br/>
        <w:t>v 0.319945 18.205349 0.243265</w:t>
        <w:br/>
        <w:t>v 0.326940 18.218292 0.254743</w:t>
        <w:br/>
        <w:t>v 0.402944 18.239586 0.113563</w:t>
        <w:br/>
        <w:t>v -0.416014 18.244026 0.129927</w:t>
        <w:br/>
        <w:t>v -0.399176 18.247559 0.126951</w:t>
        <w:br/>
        <w:t>v -0.409169 18.276245 -0.058120</w:t>
        <w:br/>
        <w:t>v -0.425888 18.272892 -0.061182</w:t>
        <w:br/>
        <w:t>v -0.357382 18.233330 0.216872</w:t>
        <w:br/>
        <w:t>v -0.293636 18.182838 0.323977</w:t>
        <w:br/>
        <w:t>v -0.305522 18.178871 0.334166</w:t>
        <w:br/>
        <w:t>v -0.232931 18.138054 0.378083</w:t>
        <w:br/>
        <w:t>v -0.227747 18.143261 0.362757</w:t>
        <w:br/>
        <w:t>v -0.114877 18.104488 0.395501</w:t>
        <w:br/>
        <w:t>v -0.007857 18.080292 0.421054</w:t>
        <w:br/>
        <w:t>v -0.003872 18.085598 0.406750</w:t>
        <w:br/>
        <w:t>v -0.108135 18.109596 0.382449</w:t>
        <w:br/>
        <w:t>v 0.087097 18.083492 0.429298</w:t>
        <w:br/>
        <w:t>v 0.084137 18.089363 0.413111</w:t>
        <w:br/>
        <w:t>v 0.251534 18.172512 0.325802</w:t>
        <w:br/>
        <w:t>v 0.319945 18.205349 0.243265</w:t>
        <w:br/>
        <w:t>v 0.307355 18.210011 0.231611</w:t>
        <w:br/>
        <w:t>v 0.242804 18.177998 0.310913</w:t>
        <w:br/>
        <w:t>v 0.380861 18.229134 0.100686</w:t>
        <w:br/>
        <w:t>v 0.307355 18.210011 0.231611</w:t>
        <w:br/>
        <w:t>v 0.319945 18.205349 0.243265</w:t>
        <w:br/>
        <w:t>v 0.395150 18.226559 0.106756</w:t>
        <w:br/>
        <w:t>v -0.399176 18.247559 0.126951</w:t>
        <w:br/>
        <w:t>v -0.393318 18.262512 0.130610</w:t>
        <w:br/>
        <w:t>v -0.403702 18.291641 -0.052876</w:t>
        <w:br/>
        <w:t>v -0.357382 18.233330 0.216872</w:t>
        <w:br/>
        <w:t>v -0.351310 18.246803 0.218555</w:t>
        <w:br/>
        <w:t>v -0.287898 18.196022 0.323508</w:t>
        <w:br/>
        <w:t>v -0.224000 18.157749 0.360022</w:t>
        <w:br/>
        <w:t>v -0.001510 18.100239 0.403819</w:t>
        <w:br/>
        <w:t>v -0.104856 18.123543 0.380464</w:t>
        <w:br/>
        <w:t>v 0.083824 18.105465 0.409551</w:t>
        <w:br/>
        <w:t>v 0.242804 18.177998 0.310913</w:t>
        <w:br/>
        <w:t>v 0.307355 18.210011 0.231611</w:t>
        <w:br/>
        <w:t>v 0.301434 18.226124 0.230587</w:t>
        <w:br/>
        <w:t>v 0.238632 18.194859 0.308253</w:t>
        <w:br/>
        <w:t>v 0.301434 18.226124 0.230587</w:t>
        <w:br/>
        <w:t>v 0.374204 18.243183 0.100860</w:t>
        <w:br/>
        <w:t>v 0.167736 18.140911 0.412873</w:t>
        <w:br/>
        <w:t>v 0.157206 18.145771 0.398672</w:t>
        <w:br/>
        <w:t>v 0.150599 18.134003 0.386943</w:t>
        <w:br/>
        <w:t>v 0.153759 18.116592 0.389529</w:t>
        <w:br/>
        <w:t>v 0.150599 18.134003 0.386943</w:t>
        <w:br/>
        <w:t>v 0.164213 18.110573 0.403630</w:t>
        <w:br/>
        <w:t>v 0.171945 18.122887 0.415509</w:t>
        <w:br/>
        <w:t>v 0.167736 18.140911 0.412873</w:t>
        <w:br/>
        <w:t>v 0.171945 18.122887 0.415509</w:t>
        <w:br/>
        <w:t>v 0.179327 18.438774 -0.530288</w:t>
        <w:br/>
        <w:t>v 0.171695 18.436562 -0.514350</w:t>
        <w:br/>
        <w:t>v -0.012353 18.432716 -0.550685</w:t>
        <w:br/>
        <w:t>v -0.012353 18.434875 -0.567859</w:t>
        <w:br/>
        <w:t>v -0.011903 18.417179 -0.544065</w:t>
        <w:br/>
        <w:t>v -0.012353 18.432716 -0.550685</w:t>
        <w:br/>
        <w:t>v 0.171695 18.436562 -0.514350</w:t>
        <w:br/>
        <w:t>v 0.167323 18.420650 -0.508842</w:t>
        <w:br/>
        <w:t>v 0.169984 18.406437 -0.517922</w:t>
        <w:br/>
        <w:t>v -0.011366 18.403313 -0.553158</w:t>
        <w:br/>
        <w:t>v -0.011903 18.417179 -0.544065</w:t>
        <w:br/>
        <w:t>v 0.167323 18.420650 -0.508842</w:t>
        <w:br/>
        <w:t>v 0.177353 18.407009 -0.533798</w:t>
        <w:br/>
        <w:t>v -0.011366 18.403873 -0.570170</w:t>
        <w:br/>
        <w:t>v 0.182399 18.423584 -0.540618</w:t>
        <w:br/>
        <w:t>v -0.011840 18.420063 -0.578239</w:t>
        <w:br/>
        <w:t>v -0.011366 18.403873 -0.570170</w:t>
        <w:br/>
        <w:t>v 0.177353 18.407009 -0.533798</w:t>
        <w:br/>
        <w:t>v 0.179327 18.438774 -0.530288</w:t>
        <w:br/>
        <w:t>v -0.012353 18.434875 -0.567859</w:t>
        <w:br/>
        <w:t>v -0.011840 18.420063 -0.578239</w:t>
        <w:br/>
        <w:t>v 0.182399 18.423584 -0.540618</w:t>
        <w:br/>
        <w:t>v 0.320445 18.384090 -0.405305</w:t>
        <w:br/>
        <w:t>v 0.314799 18.398754 -0.397261</w:t>
        <w:br/>
        <w:t>v 0.314799 18.398754 -0.397261</w:t>
        <w:br/>
        <w:t>v 0.302845 18.396992 -0.385470</w:t>
        <w:br/>
        <w:t>v 0.302845 18.396992 -0.385470</w:t>
        <w:br/>
        <w:t>v 0.296800 18.381966 -0.381735</w:t>
        <w:br/>
        <w:t>v 0.296800 18.381966 -0.381735</w:t>
        <w:br/>
        <w:t>v 0.301696 18.368252 -0.388817</w:t>
        <w:br/>
        <w:t>v 0.313350 18.368465 -0.400621</w:t>
        <w:br/>
        <w:t>v 0.313350 18.368465 -0.400621</w:t>
        <w:br/>
        <w:t>v 0.320445 18.384090 -0.405305</w:t>
        <w:br/>
        <w:t>v 0.403094 18.330379 -0.258229</w:t>
        <w:br/>
        <w:t>v 0.394913 18.345970 -0.252696</w:t>
        <w:br/>
        <w:t>v 0.378888 18.344444 -0.245539</w:t>
        <w:br/>
        <w:t>v 0.394913 18.345970 -0.252696</w:t>
        <w:br/>
        <w:t>v 0.371343 18.328808 -0.243865</w:t>
        <w:br/>
        <w:t>v 0.378888 18.344444 -0.245539</w:t>
        <w:br/>
        <w:t>v 0.378500 18.314270 -0.248724</w:t>
        <w:br/>
        <w:t>v 0.371343 18.328808 -0.243865</w:t>
        <w:br/>
        <w:t>v 0.394201 18.314167 -0.255981</w:t>
        <w:br/>
        <w:t>v 0.394201 18.314167 -0.255981</w:t>
        <w:br/>
        <w:t>v 0.403094 18.330379 -0.258229</w:t>
        <w:br/>
        <w:t>v 0.409027 18.254002 -0.064689</w:t>
        <w:br/>
        <w:t>v 0.400209 18.268364 -0.062515</w:t>
        <w:br/>
        <w:t>v 0.426664 18.254265 -0.066163</w:t>
        <w:br/>
        <w:t>v 0.426664 18.254265 -0.066163</w:t>
        <w:br/>
        <w:t>v 0.435732 18.270664 -0.065213</w:t>
        <w:br/>
        <w:t>v 0.435732 18.270664 -0.065213</w:t>
        <w:br/>
        <w:t>v 0.425715 18.286064 -0.062778</w:t>
        <w:br/>
        <w:t>v 0.407828 18.284180 -0.061479</w:t>
        <w:br/>
        <w:t>v 0.425715 18.286064 -0.062778</w:t>
        <w:br/>
        <w:t>v 0.400209 18.268364 -0.062515</w:t>
        <w:br/>
        <w:t>v 0.407828 18.284180 -0.061479</w:t>
        <w:br/>
        <w:t>v -0.175279 18.415977 -0.513451</w:t>
        <w:br/>
        <w:t>v -0.182511 18.418201 -0.529576</w:t>
        <w:br/>
        <w:t>v -0.172044 18.399979 -0.507430</w:t>
        <w:br/>
        <w:t>v -0.175279 18.415977 -0.513451</w:t>
        <w:br/>
        <w:t>v -0.175391 18.385712 -0.516186</w:t>
        <w:br/>
        <w:t>v -0.172044 18.399979 -0.507430</w:t>
        <w:br/>
        <w:t>v -0.182561 18.386288 -0.532174</w:t>
        <w:br/>
        <w:t>v -0.182561 18.386288 -0.532174</w:t>
        <w:br/>
        <w:t>v -0.186420 18.402950 -0.539543</w:t>
        <w:br/>
        <w:t>v -0.186420 18.402950 -0.539543</w:t>
        <w:br/>
        <w:t>v -0.182511 18.418201 -0.529576</w:t>
        <w:br/>
        <w:t>v -0.309996 18.387924 -0.393745</w:t>
        <w:br/>
        <w:t>v -0.320908 18.390400 -0.407266</w:t>
        <w:br/>
        <w:t>v -0.303900 18.372017 -0.390363</w:t>
        <w:br/>
        <w:t>v -0.309996 18.387924 -0.393745</w:t>
        <w:br/>
        <w:t>v -0.303900 18.372017 -0.390363</w:t>
        <w:br/>
        <w:t>v -0.307692 18.358044 -0.399455</w:t>
        <w:br/>
        <w:t>v -0.318252 18.358849 -0.413030</w:t>
        <w:br/>
        <w:t>v -0.318252 18.358849 -0.413030</w:t>
        <w:br/>
        <w:t>v -0.325346 18.375462 -0.417459</w:t>
        <w:br/>
        <w:t>v -0.320908 18.390400 -0.407266</w:t>
        <w:br/>
        <w:t>v -0.325346 18.375462 -0.417459</w:t>
        <w:br/>
        <w:t>v -0.371332 18.344517 -0.228111</w:t>
        <w:br/>
        <w:t>v -0.386985 18.345127 -0.234661</w:t>
        <w:br/>
        <w:t>v -0.362777 18.329712 -0.228992</w:t>
        <w:br/>
        <w:t>v -0.371332 18.344517 -0.228111</w:t>
        <w:br/>
        <w:t>v -0.362777 18.329712 -0.228992</w:t>
        <w:br/>
        <w:t>v -0.368471 18.315174 -0.235984</w:t>
        <w:br/>
        <w:t>v -0.368471 18.315174 -0.235984</w:t>
        <w:br/>
        <w:t>v -0.383691 18.314198 -0.242798</w:t>
        <w:br/>
        <w:t>v -0.383691 18.314198 -0.242798</w:t>
        <w:br/>
        <w:t>v -0.393652 18.329521 -0.242355</w:t>
        <w:br/>
        <w:t>v -0.386985 18.345127 -0.234661</w:t>
        <w:br/>
        <w:t>v 0.265713 18.281317 0.163326</w:t>
        <w:br/>
        <w:t>v 0.261809 18.285675 0.193078</w:t>
        <w:br/>
        <w:t>v 0.106309 18.219627 0.306467</w:t>
        <w:br/>
        <w:t>v 0.194635 18.265491 0.250722</w:t>
        <w:br/>
        <w:t>v 0.265713 18.281317 0.163326</w:t>
        <w:br/>
        <w:t>v 0.193690 18.259361 0.223942</w:t>
        <w:br/>
        <w:t>v 0.037541 18.174423 0.333421</w:t>
        <w:br/>
        <w:t>v 0.021872 18.164579 0.310326</w:t>
        <w:br/>
        <w:t>v 0.021872 18.164579 0.310326</w:t>
        <w:br/>
        <w:t>v 0.100501 18.211697 0.282647</w:t>
        <w:br/>
        <w:t>v 0.037541 18.174423 0.333421</w:t>
        <w:br/>
        <w:t>v -0.045598 18.532227 -0.427209</w:t>
        <w:br/>
        <w:t>v 0.014417 18.499088 -0.461989</w:t>
        <w:br/>
        <w:t>v 0.118560 18.551373 -0.468016</w:t>
        <w:br/>
        <w:t>v 0.058681 18.580265 -0.444796</w:t>
        <w:br/>
        <w:t>v -0.067334 18.437401 -0.460189</w:t>
        <w:br/>
        <w:t>v -0.113385 18.462868 -0.428657</w:t>
        <w:br/>
        <w:t>v -0.165710 18.406441 -0.414152</w:t>
        <w:br/>
        <w:t>v -0.126417 18.378885 -0.443729</w:t>
        <w:br/>
        <w:t>v -0.100237 18.302280 0.288730</w:t>
        <w:br/>
        <w:t>v -0.151777 18.215134 0.248306</w:t>
        <w:br/>
        <w:t>v -0.061713 18.153053 0.223792</w:t>
        <w:br/>
        <w:t>v -0.036303 18.207504 0.246170</w:t>
        <w:br/>
        <w:t>v -0.108166 18.049482 0.210514</w:t>
        <w:br/>
        <w:t>v -0.197181 18.104214 0.224217</w:t>
        <w:br/>
        <w:t>v 0.012930 18.460506 -0.351133</w:t>
        <w:br/>
        <w:t>v -0.016949 18.437725 -0.349260</w:t>
        <w:br/>
        <w:t>v -0.090249 18.502403 -0.342339</w:t>
        <w:br/>
        <w:t>v -0.044382 18.532230 -0.346917</w:t>
        <w:br/>
        <w:t>v -0.121500 18.367304 -0.383113</w:t>
        <w:br/>
        <w:t>v -0.161050 18.410175 -0.355521</w:t>
        <w:br/>
        <w:t>v -0.133062 18.453716 -0.341406</w:t>
        <w:br/>
        <w:t>v -0.075535 18.401566 -0.357337</w:t>
        <w:br/>
        <w:t>v 0.172324 18.218037 0.272212</w:t>
        <w:br/>
        <w:t>v 0.100074 18.161896 0.311383</w:t>
        <w:br/>
        <w:t>v 0.112649 18.140560 0.339540</w:t>
        <w:br/>
        <w:t>v 0.191503 18.191990 0.294166</w:t>
        <w:br/>
        <w:t>v -0.101967 18.308075 0.321490</w:t>
        <w:br/>
        <w:t>v -0.150555 18.221287 0.273314</w:t>
        <w:br/>
        <w:t>v -0.151777 18.215134 0.248306</w:t>
        <w:br/>
        <w:t>v -0.100237 18.302280 0.288730</w:t>
        <w:br/>
        <w:t>v -0.004211 17.996384 0.285982</w:t>
        <w:br/>
        <w:t>v 0.038229 18.079033 0.300978</w:t>
        <w:br/>
        <w:t>v 0.026415 18.095102 0.264190</w:t>
        <w:br/>
        <w:t>v -0.010654 18.005527 0.247087</w:t>
        <w:br/>
        <w:t>v -0.207677 18.022526 0.217746</w:t>
        <w:br/>
        <w:t>v -0.219334 18.014318 0.237594</w:t>
        <w:br/>
        <w:t>v -0.175866 17.964483 0.255043</w:t>
        <w:br/>
        <w:t>v -0.167640 17.972826 0.223967</w:t>
        <w:br/>
        <w:t>v -0.210172 18.105309 0.245801</w:t>
        <w:br/>
        <w:t>v -0.197181 18.104214 0.224217</w:t>
        <w:br/>
        <w:t>v -0.137088 18.363546 -0.418161</w:t>
        <w:br/>
        <w:t>v -0.175220 18.418144 -0.383700</w:t>
        <w:br/>
        <w:t>v -0.121500 18.367304 -0.383113</w:t>
        <w:br/>
        <w:t>v -0.004257 18.379772 -0.433576</w:t>
        <w:br/>
        <w:t>v -0.085213 18.340069 -0.425708</w:t>
        <w:br/>
        <w:t>v -0.082961 18.343573 -0.401006</w:t>
        <w:br/>
        <w:t>v -0.025550 18.371569 -0.399205</w:t>
        <w:br/>
        <w:t>v -0.161050 18.410175 -0.355521</w:t>
        <w:br/>
        <w:t>v -0.175220 18.418144 -0.383700</w:t>
        <w:br/>
        <w:t>v -0.146009 18.478870 -0.372451</w:t>
        <w:br/>
        <w:t>v -0.133062 18.453716 -0.341406</w:t>
        <w:br/>
        <w:t>v 0.057857 18.455051 -0.463730</w:t>
        <w:br/>
        <w:t>v 0.146269 18.498302 -0.460308</w:t>
        <w:br/>
        <w:t>v -0.020461 18.403486 -0.458764</w:t>
        <w:br/>
        <w:t>v -0.093801 18.356699 -0.446847</w:t>
        <w:br/>
        <w:t>v -0.121500 18.367304 -0.383113</w:t>
        <w:br/>
        <w:t>v -0.075535 18.401566 -0.357337</w:t>
        <w:br/>
        <w:t>v -0.036303 18.207504 0.246170</w:t>
        <w:br/>
        <w:t>v -0.061713 18.153053 0.223792</w:t>
        <w:br/>
        <w:t>v -0.047213 17.939552 0.275940</w:t>
        <w:br/>
        <w:t>v -0.049499 17.936405 0.248898</w:t>
        <w:br/>
        <w:t>v -0.106153 17.957100 0.229400</w:t>
        <w:br/>
        <w:t>v -0.100585 17.944473 0.263561</w:t>
        <w:br/>
        <w:t>v -0.093387 18.536140 -0.370004</w:t>
        <w:br/>
        <w:t>v -0.022783 18.580036 -0.377820</w:t>
        <w:br/>
        <w:t>v -0.114879 17.972727 0.285307</w:t>
        <w:br/>
        <w:t>v -0.170693 17.986416 0.273816</w:t>
        <w:br/>
        <w:t>v -0.175866 17.964483 0.255043</w:t>
        <w:br/>
        <w:t>v -0.219334 18.014318 0.237594</w:t>
        <w:br/>
        <w:t>v -0.206110 18.022013 0.260439</w:t>
        <w:br/>
        <w:t>v -0.123799 18.199757 0.315684</w:t>
        <w:br/>
        <w:t>v -0.182223 18.096926 0.282704</w:t>
        <w:br/>
        <w:t>v -0.065755 18.316730 0.388686</w:t>
        <w:br/>
        <w:t>v 0.221082 18.239456 0.214155</w:t>
        <w:br/>
        <w:t>v 0.245541 18.233456 0.227373</w:t>
        <w:br/>
        <w:t>v 0.053483 18.133934 0.299639</w:t>
        <w:br/>
        <w:t>v 0.068353 18.108788 0.338975</w:t>
        <w:br/>
        <w:t>v 0.136346 18.359497 0.249203</w:t>
        <w:br/>
        <w:t>v 0.066065 18.323189 0.299563</w:t>
        <w:br/>
        <w:t>v 0.195320 18.238762 0.320205</w:t>
        <w:br/>
        <w:t>v 0.191503 18.191990 0.294166</w:t>
        <w:br/>
        <w:t>v 0.112649 18.140560 0.339540</w:t>
        <w:br/>
        <w:t>v 0.135158 18.170387 0.374115</w:t>
        <w:br/>
        <w:t>v 0.196610 18.277439 0.350652</w:t>
        <w:br/>
        <w:t>v 0.278904 18.355488 0.291808</w:t>
        <w:br/>
        <w:t>v 0.237476 18.298874 0.262725</w:t>
        <w:br/>
        <w:t>v -0.022783 18.580036 -0.377820</w:t>
        <w:br/>
        <w:t>v -0.093387 18.536140 -0.370004</w:t>
        <w:br/>
        <w:t>v 0.144036 18.450447 -0.429976</w:t>
        <w:br/>
        <w:t>v 0.066330 18.415588 -0.436047</w:t>
        <w:br/>
        <w:t>v 0.048727 18.411587 -0.400252</w:t>
        <w:br/>
        <w:t>v 0.110942 18.444836 -0.401269</w:t>
        <w:br/>
        <w:t>v -0.016949 18.437725 -0.349260</w:t>
        <w:br/>
        <w:t>v 0.012930 18.460506 -0.351133</w:t>
        <w:br/>
        <w:t>v 0.066330 18.415588 -0.436047</w:t>
        <w:br/>
        <w:t>v 0.144036 18.450447 -0.429976</w:t>
        <w:br/>
        <w:t>v 0.162541 18.627728 -0.417758</w:t>
        <w:br/>
        <w:t>v 0.234006 18.586262 -0.439409</w:t>
        <w:br/>
        <w:t>v 0.285859 18.589413 -0.394101</w:t>
        <w:br/>
        <w:t>v 0.240224 18.641479 -0.386669</w:t>
        <w:br/>
        <w:t>v 0.261096 18.518871 -0.428988</w:t>
        <w:br/>
        <w:t>v 0.304833 18.515305 -0.395917</w:t>
        <w:br/>
        <w:t>v 0.231717 18.462444 -0.402307</w:t>
        <w:br/>
        <w:t>v 0.282446 18.457893 -0.382324</w:t>
        <w:br/>
        <w:t>v 0.282446 18.457893 -0.382324</w:t>
        <w:br/>
        <w:t>v 0.231717 18.462444 -0.402307</w:t>
        <w:br/>
        <w:t>v 0.189968 18.465302 -0.377191</w:t>
        <w:br/>
        <w:t>v 0.242830 18.461823 -0.349560</w:t>
        <w:br/>
        <w:t>v 0.085506 18.510296 -0.351327</w:t>
        <w:br/>
        <w:t>v 0.151092 18.526501 -0.336470</w:t>
        <w:br/>
        <w:t>v 0.042470 18.592812 -0.353160</w:t>
        <w:br/>
        <w:t>v 0.122054 18.622387 -0.341234</w:t>
        <w:br/>
        <w:t>v 0.151092 18.526501 -0.336470</w:t>
        <w:br/>
        <w:t>v 0.085506 18.510296 -0.351327</w:t>
        <w:br/>
        <w:t>v 0.075048 18.627064 -0.377164</w:t>
        <w:br/>
        <w:t>v 0.170976 18.660019 -0.367477</w:t>
        <w:br/>
        <w:t>v 0.075048 18.627064 -0.377164</w:t>
        <w:br/>
        <w:t>v 0.170976 18.660019 -0.367477</w:t>
        <w:br/>
        <w:t>v 0.188748 18.388786 0.167641</w:t>
        <w:br/>
        <w:t>v 0.245541 18.233456 0.227373</w:t>
        <w:br/>
        <w:t>v 0.068353 18.108788 0.338975</w:t>
        <w:br/>
        <w:t>v 0.073591 18.139603 0.379246</w:t>
        <w:br/>
        <w:t>v 0.011502 18.385811 0.435077</w:t>
        <w:br/>
        <w:t>v 0.012772 18.368351 0.440836</w:t>
        <w:br/>
        <w:t>v -0.039309 18.329063 0.420618</w:t>
        <w:br/>
        <w:t>v -0.030951 18.355610 0.407136</w:t>
        <w:br/>
        <w:t>v -0.053235 18.341080 0.358928</w:t>
        <w:br/>
        <w:t>v -0.045184 18.325478 0.307648</w:t>
        <w:br/>
        <w:t>v 0.007214 18.264271 0.286085</w:t>
        <w:br/>
        <w:t>v 0.007214 18.264271 0.286085</w:t>
        <w:br/>
        <w:t>v 0.076830 18.170090 0.396186</w:t>
        <w:br/>
        <w:t>v 0.073591 18.139603 0.379246</w:t>
        <w:br/>
        <w:t>v 0.023219 18.102093 0.334767</w:t>
        <w:br/>
        <w:t>v -0.049499 17.936405 0.248898</w:t>
        <w:br/>
        <w:t>v -0.047213 17.939552 0.275940</w:t>
        <w:br/>
        <w:t>v -0.108166 18.049482 0.210514</w:t>
        <w:br/>
        <w:t>v -0.106153 17.957100 0.229400</w:t>
        <w:br/>
        <w:t>v -0.049499 17.936405 0.248898</w:t>
        <w:br/>
        <w:t>v -0.167640 17.972826 0.223967</w:t>
        <w:br/>
        <w:t>v -0.207677 18.022526 0.217746</w:t>
        <w:br/>
        <w:t>v -0.219334 18.014318 0.237594</w:t>
        <w:br/>
        <w:t>v -0.207677 18.022526 0.217746</w:t>
        <w:br/>
        <w:t>v 0.374138 18.524006 -0.155991</w:t>
        <w:br/>
        <w:t>v 0.356484 18.610352 -0.175127</w:t>
        <w:br/>
        <w:t>v 0.332865 18.632954 -0.253184</w:t>
        <w:br/>
        <w:t>v 0.376000 18.551350 -0.251017</w:t>
        <w:br/>
        <w:t>v 0.251759 18.613419 -0.222578</w:t>
        <w:br/>
        <w:t>v 0.278099 18.587242 -0.144126</w:t>
        <w:br/>
        <w:t>v 0.283044 18.492634 -0.135905</w:t>
        <w:br/>
        <w:t>v 0.259756 18.518368 -0.221509</w:t>
        <w:br/>
        <w:t>v 0.325530 18.447460 -0.335879</w:t>
        <w:br/>
        <w:t>v 0.294021 18.448612 -0.328180</w:t>
        <w:br/>
        <w:t>v 0.355771 18.361935 -0.118396</w:t>
        <w:br/>
        <w:t>v 0.355763 18.357746 -0.155947</w:t>
        <w:br/>
        <w:t>v 0.354827 18.393490 -0.236997</w:t>
        <w:br/>
        <w:t>v 0.332703 18.403412 -0.228296</w:t>
        <w:br/>
        <w:t>v 0.276466 18.658848 -0.247575</w:t>
        <w:br/>
        <w:t>v 0.292737 18.646324 -0.189220</w:t>
        <w:br/>
        <w:t>v 0.380362 18.413086 -0.148406</w:t>
        <w:br/>
        <w:t>v 0.363833 18.446949 -0.243371</w:t>
        <w:br/>
        <w:t>v 0.294021 18.448612 -0.328180</w:t>
        <w:br/>
        <w:t>v 0.199174 18.538280 -0.316450</w:t>
        <w:br/>
        <w:t>v 0.259756 18.518368 -0.221509</w:t>
        <w:br/>
        <w:t>v 0.213814 18.364120 0.368391</w:t>
        <w:br/>
        <w:t>v 0.196610 18.277439 0.350652</w:t>
        <w:br/>
        <w:t>v 0.134405 18.216358 0.386339</w:t>
        <w:br/>
        <w:t>v 0.133680 18.266850 0.373937</w:t>
        <w:br/>
        <w:t>v 0.292737 18.646324 -0.189220</w:t>
        <w:br/>
        <w:t>v 0.276466 18.658848 -0.247575</w:t>
        <w:br/>
        <w:t>v 0.277978 18.640446 -0.351297</w:t>
        <w:br/>
        <w:t>v 0.213438 18.667686 -0.337945</w:t>
        <w:br/>
        <w:t>v 0.038229 18.079033 0.300978</w:t>
        <w:br/>
        <w:t>v -0.004211 17.996384 0.285982</w:t>
        <w:br/>
        <w:t>v -0.029024 18.010323 0.296212</w:t>
        <w:br/>
        <w:t>v 0.276256 18.424549 0.289657</w:t>
        <w:br/>
        <w:t>v 0.321659 18.578209 -0.350337</w:t>
        <w:br/>
        <w:t>v 0.176900 18.634899 -0.323580</w:t>
        <w:br/>
        <w:t>v 0.199174 18.538280 -0.316450</w:t>
        <w:br/>
        <w:t>v 0.334398 18.500767 -0.348039</w:t>
        <w:br/>
        <w:t>v 0.325530 18.447460 -0.335879</w:t>
        <w:br/>
        <w:t>v 0.213438 18.667686 -0.337945</w:t>
        <w:br/>
        <w:t>v 0.234218 18.544033 0.152972</w:t>
        <w:br/>
        <w:t>v 0.269095 18.597046 0.176880</w:t>
        <w:br/>
        <w:t>v 0.212995 18.551483 0.226313</w:t>
        <w:br/>
        <w:t>v 0.247672 18.473301 0.332657</w:t>
        <w:br/>
        <w:t>v 0.244242 18.562046 0.244415</w:t>
        <w:br/>
        <w:t>v 0.269095 18.597046 0.176880</w:t>
        <w:br/>
        <w:t>v 0.314635 18.528221 0.264748</w:t>
        <w:br/>
        <w:t>v 0.136346 18.359497 0.249203</w:t>
        <w:br/>
        <w:t>v 0.188748 18.388786 0.167641</w:t>
        <w:br/>
        <w:t>v 0.069171 18.192387 0.382184</w:t>
        <w:br/>
        <w:t>v 0.023219 18.102093 0.334767</w:t>
        <w:br/>
        <w:t>v 0.401861 18.580933 -0.059858</w:t>
        <w:br/>
        <w:t>v 0.376769 18.471493 0.002822</w:t>
        <w:br/>
        <w:t>v 0.332613 18.442886 0.076435</w:t>
        <w:br/>
        <w:t>v 0.360124 18.531658 0.028530</w:t>
        <w:br/>
        <w:t>v 0.328499 18.623501 -0.080812</w:t>
        <w:br/>
        <w:t>v 0.317837 18.583153 -0.005029</w:t>
        <w:br/>
        <w:t>v 0.279419 18.529888 0.003994</w:t>
        <w:br/>
        <w:t>v 0.290101 18.559036 -0.067931</w:t>
        <w:br/>
        <w:t>v 0.328499 18.623501 -0.080812</w:t>
        <w:br/>
        <w:t>v 0.317837 18.583153 -0.005029</w:t>
        <w:br/>
        <w:t>v 0.219963 18.427742 0.044623</w:t>
        <w:br/>
        <w:t>v 0.281029 18.447777 -0.045585</w:t>
        <w:br/>
        <w:t>v 0.262604 18.256474 0.129682</w:t>
        <w:br/>
        <w:t>v 0.300613 18.300228 0.009411</w:t>
        <w:br/>
        <w:t>v 0.281029 18.447777 -0.045585</w:t>
        <w:br/>
        <w:t>v 0.219963 18.427742 0.044623</w:t>
        <w:br/>
        <w:t>v 0.298970 18.294807 0.007607</w:t>
        <w:br/>
        <w:t>v 0.287528 18.251427 0.136736</w:t>
        <w:br/>
        <w:t>v 0.355650 18.360901 0.019106</w:t>
        <w:br/>
        <w:t>v 0.287528 18.251427 0.136736</w:t>
        <w:br/>
        <w:t>v 0.350855 18.327545 0.105941</w:t>
        <w:br/>
        <w:t>v 0.289037 18.582901 0.086815</w:t>
        <w:br/>
        <w:t>v 0.343275 18.536022 0.131147</w:t>
        <w:br/>
        <w:t>v 0.323884 18.427677 0.150876</w:t>
        <w:br/>
        <w:t>v 0.333260 18.332790 0.165507</w:t>
        <w:br/>
        <w:t>v 0.252839 18.518101 0.068807</w:t>
        <w:br/>
        <w:t>v 0.289037 18.582901 0.086815</w:t>
        <w:br/>
        <w:t>v 0.213450 18.420639 0.104101</w:t>
        <w:br/>
        <w:t>v 0.213450 18.420639 0.104101</w:t>
        <w:br/>
        <w:t>v 0.262604 18.256474 0.129682</w:t>
        <w:br/>
        <w:t>v -0.013764 18.154465 0.357084</w:t>
        <w:br/>
        <w:t>v -0.074910 18.044699 0.312450</w:t>
        <w:br/>
        <w:t>v 0.195624 18.479511 0.420793</w:t>
        <w:br/>
        <w:t>v 0.217845 18.540337 0.307042</w:t>
        <w:br/>
        <w:t>v 0.229597 18.483757 0.376527</w:t>
        <w:br/>
        <w:t>v 0.244242 18.562046 0.244415</w:t>
        <w:br/>
        <w:t>v 0.217845 18.540337 0.307042</w:t>
        <w:br/>
        <w:t>v 0.191968 18.523121 0.276401</w:t>
        <w:br/>
        <w:t>v 0.116290 18.474518 0.339064</w:t>
        <w:br/>
        <w:t>v 0.132612 18.513821 0.382288</w:t>
        <w:br/>
        <w:t>v 0.066065 18.323189 0.299563</w:t>
        <w:br/>
        <w:t>v 0.176364 18.418926 0.447516</w:t>
        <w:br/>
        <w:t>v 0.142413 18.453300 0.454375</w:t>
        <w:br/>
        <w:t>v 0.064743 18.228416 0.407474</w:t>
        <w:br/>
        <w:t>v 0.043546 18.311398 0.432529</w:t>
        <w:br/>
        <w:t>v 0.091697 18.391262 0.432622</w:t>
        <w:br/>
        <w:t>v 0.100110 18.352779 0.447934</w:t>
        <w:br/>
        <w:t>v 0.005795 18.218708 0.387076</w:t>
        <w:br/>
        <w:t>v 0.125152 18.327087 0.439542</w:t>
        <w:br/>
        <w:t>v -0.121754 18.071175 0.299147</w:t>
        <w:br/>
        <w:t>v -0.068034 18.174202 0.337225</w:t>
        <w:br/>
        <w:t>v 0.097092 18.446056 0.346764</w:t>
        <w:br/>
        <w:t>v 0.059130 18.451248 0.362194</w:t>
        <w:br/>
        <w:t>v -0.005487 18.412315 0.369244</w:t>
        <w:br/>
        <w:t>v -0.001835 18.354725 0.323257</w:t>
        <w:br/>
        <w:t>v 0.061329 18.421104 0.342640</w:t>
        <w:br/>
        <w:t>v 0.055298 18.474457 0.395763</w:t>
        <w:br/>
        <w:t>v 0.002266 18.451534 0.415990</w:t>
        <w:br/>
        <w:t>v 0.103899 18.468399 0.375393</w:t>
        <w:br/>
        <w:t>v 0.081428 18.416050 0.437631</w:t>
        <w:br/>
        <w:t>v 0.142413 18.453300 0.454375</w:t>
        <w:br/>
        <w:t>v 0.113129 18.440460 0.428589</w:t>
        <w:br/>
        <w:t>v 0.022000 18.349079 0.436798</w:t>
        <w:br/>
        <w:t>v 0.034318 18.322254 0.418284</w:t>
        <w:br/>
        <w:t>v -0.009746 18.245594 0.377104</w:t>
        <w:br/>
        <w:t>v -0.042840 18.280766 0.396316</w:t>
        <w:br/>
        <w:t>v 0.066065 18.323189 0.299563</w:t>
        <w:br/>
        <w:t>v 0.054804 18.493446 -0.366582</w:t>
        <w:br/>
        <w:t>v 0.004636 18.555813 -0.355698</w:t>
        <w:br/>
        <w:t>v 0.018698 18.588821 -0.393454</w:t>
        <w:br/>
        <w:t>v 0.004636 18.555813 -0.355698</w:t>
        <w:br/>
        <w:t>v 0.194273 18.472931 -0.415896</w:t>
        <w:br/>
        <w:t>v 0.157454 18.468464 -0.395183</w:t>
        <w:br/>
        <w:t>v 0.054804 18.493446 -0.366582</w:t>
        <w:br/>
        <w:t>v 0.208740 18.512344 -0.435603</w:t>
        <w:br/>
        <w:t>v 0.184626 18.569759 -0.448143</w:t>
        <w:br/>
        <w:t>v 0.108929 18.599960 -0.427459</w:t>
        <w:br/>
        <w:t>v 0.018698 18.588821 -0.393454</w:t>
        <w:br/>
        <w:t>v 0.301329 18.637211 -0.160459</w:t>
        <w:br/>
        <w:t>v 0.283044 18.492634 -0.135905</w:t>
        <w:br/>
        <w:t>v 0.301329 18.637211 -0.160459</w:t>
        <w:br/>
        <w:t>v 0.373262 18.606834 -0.137708</w:t>
        <w:br/>
        <w:t>v 0.363835 18.346455 -0.112955</w:t>
        <w:br/>
        <w:t>v 0.355763 18.357746 -0.155947</w:t>
        <w:br/>
        <w:t>v 0.363835 18.346455 -0.112955</w:t>
        <w:br/>
        <w:t>v 0.392414 18.410892 -0.107444</w:t>
        <w:br/>
        <w:t>v 0.298970 18.294807 0.007607</w:t>
        <w:br/>
        <w:t>v 0.373262 18.606834 -0.137708</w:t>
        <w:br/>
        <w:t>v 0.375608 18.517147 -0.120480</w:t>
        <w:br/>
        <w:t>v 0.396184 18.392792 -0.047124</w:t>
        <w:br/>
        <w:t>v 0.282357 18.625240 -0.333579</w:t>
        <w:br/>
        <w:t>v 0.242578 18.655098 -0.305129</w:t>
        <w:br/>
        <w:t>v 0.324950 18.560780 -0.329677</w:t>
        <w:br/>
        <w:t>v 0.335419 18.489025 -0.319592</w:t>
        <w:br/>
        <w:t>v 0.216320 18.621937 -0.301182</w:t>
        <w:br/>
        <w:t>v 0.242578 18.655098 -0.305129</w:t>
        <w:br/>
        <w:t>v 0.244124 18.537380 -0.281073</w:t>
        <w:br/>
        <w:t>v 0.308691 18.446491 -0.292558</w:t>
        <w:br/>
        <w:t>v 0.244124 18.537380 -0.281073</w:t>
        <w:br/>
        <w:t>v 0.330694 18.439602 -0.306008</w:t>
        <w:br/>
        <w:t>v 0.330694 18.439602 -0.306008</w:t>
        <w:br/>
        <w:t>v -0.167640 17.972826 0.223967</w:t>
        <w:br/>
        <w:t>v 0.354827 18.393490 -0.236997</w:t>
        <w:br/>
        <w:t>v 0.336641 18.324463 0.019410</w:t>
        <w:br/>
        <w:t>v 0.134405 18.216358 0.386339</w:t>
        <w:br/>
        <w:t>v 0.006908 18.429375 0.446237</w:t>
        <w:br/>
        <w:t>v 0.064489 18.459278 0.434657</w:t>
        <w:br/>
        <w:t>v -0.044280 18.389626 0.402072</w:t>
        <w:br/>
        <w:t>v -0.036225 18.372494 0.359703</w:t>
        <w:br/>
        <w:t>v -0.044280 18.389626 0.402072</w:t>
        <w:br/>
        <w:t>v -0.053235 18.341080 0.358928</w:t>
        <w:br/>
        <w:t>v 0.006908 18.429375 0.446237</w:t>
        <w:br/>
        <w:t>v 0.002266 18.451534 0.415990</w:t>
        <w:br/>
        <w:t>v 0.055298 18.474457 0.395763</w:t>
        <w:br/>
        <w:t>v 0.064489 18.459278 0.434657</w:t>
        <w:br/>
        <w:t>v 0.069171 18.192387 0.382184</w:t>
        <w:br/>
        <w:t>v 0.103899 18.468399 0.375393</w:t>
        <w:br/>
        <w:t>v 0.103899 18.468399 0.375393</w:t>
        <w:br/>
        <w:t>v 0.132612 18.513821 0.382288</w:t>
        <w:br/>
        <w:t>v 0.314635 18.528221 0.264748</w:t>
        <w:br/>
        <w:t>v -0.360815 17.410965 0.969089</w:t>
        <w:br/>
        <w:t>v -0.130872 17.383541 1.008808</w:t>
        <w:br/>
        <w:t>v -0.142937 17.183910 1.310597</w:t>
        <w:br/>
        <w:t>v -0.405505 17.238417 1.236905</w:t>
        <w:br/>
        <w:t>v -0.306349 17.571119 0.749942</w:t>
        <w:br/>
        <w:t>v -0.117446 17.539207 0.783867</w:t>
        <w:br/>
        <w:t>v -0.258802 18.016453 0.359057</w:t>
        <w:br/>
        <w:t>v -0.132913 18.021662 0.377060</w:t>
        <w:br/>
        <w:t>v -0.115401 17.852791 0.445655</w:t>
        <w:br/>
        <w:t>v -0.259202 17.881796 0.444262</w:t>
        <w:br/>
        <w:t>v -0.114269 17.695065 0.588685</w:t>
        <w:br/>
        <w:t>v -0.276027 17.732172 0.578622</w:t>
        <w:br/>
        <w:t>v -0.184507 16.639578 1.761279</w:t>
        <w:br/>
        <w:t>v -0.300511 16.760544 1.664715</w:t>
        <w:br/>
        <w:t>v -0.145048 16.962852 1.570667</w:t>
        <w:br/>
        <w:t>v 0.191242 18.330397 -0.519182</w:t>
        <w:br/>
        <w:t>v 0.273120 18.368456 -0.439248</w:t>
        <w:br/>
        <w:t>v 0.171003 18.379595 -0.495856</w:t>
        <w:br/>
        <w:t>v 0.311334 18.405678 -0.354084</w:t>
        <w:br/>
        <w:t>v 0.251409 18.451794 -0.395050</w:t>
        <w:br/>
        <w:t>v 0.216542 18.441765 -0.452936</w:t>
        <w:br/>
        <w:t>v -0.278527 16.980568 1.453934</w:t>
        <w:br/>
        <w:t>v -0.303441 16.726625 1.646467</w:t>
        <w:br/>
        <w:t>v -0.187020 16.601160 1.744680</w:t>
        <w:br/>
        <w:t>v -0.013235 16.765314 1.588775</w:t>
        <w:br/>
        <w:t>v -0.532646 17.261497 1.196940</w:t>
        <w:br/>
        <w:t>v -0.553993 17.236729 1.181579</w:t>
        <w:br/>
        <w:t>v -0.490119 17.377241 0.889049</w:t>
        <w:br/>
        <w:t>v -0.479908 17.397526 0.913356</w:t>
        <w:br/>
        <w:t>v -0.004231 17.084003 1.323933</w:t>
        <w:br/>
        <w:t>v 0.003031 17.313583 1.044298</w:t>
        <w:br/>
        <w:t>v 0.017888 17.291658 1.021801</w:t>
        <w:br/>
        <w:t>v 0.010929 17.055279 1.304343</w:t>
        <w:br/>
        <w:t>v -0.419372 17.562487 0.685554</w:t>
        <w:br/>
        <w:t>v -0.442048 17.526253 0.685716</w:t>
        <w:br/>
        <w:t>v -0.006616 17.509220 0.777699</w:t>
        <w:br/>
        <w:t>v 0.018285 17.481133 0.769033</w:t>
        <w:br/>
        <w:t>v -0.320436 18.009724 0.304855</w:t>
        <w:br/>
        <w:t>v -0.317545 18.028122 0.332072</w:t>
        <w:br/>
        <w:t>v -0.336478 17.884094 0.392139</w:t>
        <w:br/>
        <w:t>v -0.344347 17.885006 0.361824</w:t>
        <w:br/>
        <w:t>v 0.006625 17.863491 0.404869</w:t>
        <w:br/>
        <w:t>v -0.016594 17.878437 0.435311</w:t>
        <w:br/>
        <w:t>v -0.023689 18.054752 0.363024</w:t>
        <w:br/>
        <w:t>v 0.003502 18.047182 0.331460</w:t>
        <w:br/>
        <w:t>v -0.368016 17.730486 0.512372</w:t>
        <w:br/>
        <w:t>v -0.385616 17.717409 0.488153</w:t>
        <w:br/>
        <w:t>v 0.011813 17.679932 0.561247</w:t>
        <w:br/>
        <w:t>v -0.013149 17.718840 0.568842</w:t>
        <w:br/>
        <w:t>v -0.027960 16.807261 1.604360</w:t>
        <w:br/>
        <w:t>v -0.013235 16.765314 1.588775</w:t>
        <w:br/>
        <w:t>v -0.025151 16.516142 1.774598</w:t>
        <w:br/>
        <w:t>v -0.039799 16.556787 1.790478</w:t>
        <w:br/>
        <w:t>v -0.303441 16.726625 1.646467</w:t>
        <w:br/>
        <w:t>v -0.187020 16.601160 1.744680</w:t>
        <w:br/>
        <w:t>v -0.614886 17.102215 1.430546</w:t>
        <w:br/>
        <w:t>v -0.581135 17.128271 1.450134</w:t>
        <w:br/>
        <w:t>v -0.619837 16.990402 1.580250</w:t>
        <w:br/>
        <w:t>v -0.654250 16.962999 1.560986</w:t>
        <w:br/>
        <w:t>v -0.333123 18.128658 0.277310</w:t>
        <w:br/>
        <w:t>v -0.316681 18.118113 0.258929</w:t>
        <w:br/>
        <w:t>v -0.077253 18.234619 0.364181</w:t>
        <w:br/>
        <w:t>v -0.043730 18.206131 0.331838</w:t>
        <w:br/>
        <w:t>v -0.220094 18.461964 0.284813</w:t>
        <w:br/>
        <w:t>v -0.195432 18.468597 0.255677</w:t>
        <w:br/>
        <w:t>v -0.119590 18.368862 0.343775</w:t>
        <w:br/>
        <w:t>v -0.146623 18.373230 0.356476</w:t>
        <w:br/>
        <w:t>v -0.252983 18.538662 0.155016</w:t>
        <w:br/>
        <w:t>v -0.273248 18.535641 0.173729</w:t>
        <w:br/>
        <w:t>v -0.080761 18.480606 -0.486015</w:t>
        <w:br/>
        <w:t>v -0.069585 18.440697 -0.440804</w:t>
        <w:br/>
        <w:t>v -0.194909 18.453468 -0.389282</w:t>
        <w:br/>
        <w:t>v -0.220858 18.487698 -0.416086</w:t>
        <w:br/>
        <w:t>v -0.317640 18.587715 -0.075039</w:t>
        <w:br/>
        <w:t>v -0.314196 18.566200 -0.183543</w:t>
        <w:br/>
        <w:t>v -0.304241 18.529930 -0.186880</w:t>
        <w:br/>
        <w:t>v -0.305408 18.555908 -0.077077</w:t>
        <w:br/>
        <w:t>v -0.304116 18.597019 0.046985</w:t>
        <w:br/>
        <w:t>v -0.279573 18.545498 0.033354</w:t>
        <w:br/>
        <w:t>v -0.278478 18.488003 -0.283821</w:t>
        <w:br/>
        <w:t>v -0.275912 18.529797 -0.310332</w:t>
        <w:br/>
        <w:t>v 0.197105 18.286140 -0.491630</w:t>
        <w:br/>
        <w:t>v 0.188228 18.277451 -0.460875</w:t>
        <w:br/>
        <w:t>v 0.275673 18.321815 -0.393363</w:t>
        <w:br/>
        <w:t>v 0.281446 18.337959 -0.415926</w:t>
        <w:br/>
        <w:t>v 0.146305 18.478695 -0.473902</w:t>
        <w:br/>
        <w:t>v 0.196383 18.469330 -0.438744</w:t>
        <w:br/>
        <w:t>v 0.178741 18.452641 -0.397262</w:t>
        <w:br/>
        <w:t>v 0.133400 18.449776 -0.424008</w:t>
        <w:br/>
        <w:t>v 0.055197 18.474764 -0.509481</w:t>
        <w:br/>
        <w:t>v 0.044704 18.442017 -0.448390</w:t>
        <w:br/>
        <w:t>v 0.313130 18.373363 -0.318832</w:t>
        <w:br/>
        <w:t>v 0.322700 18.385666 -0.338885</w:t>
        <w:br/>
        <w:t>v 0.215146 18.469467 -0.409390</w:t>
        <w:br/>
        <w:t>v 0.195237 18.458672 -0.380244</w:t>
        <w:br/>
        <w:t>v -0.357651 18.262386 0.171406</w:t>
        <w:br/>
        <w:t>v -0.374475 18.206640 0.233368</w:t>
        <w:br/>
        <w:t>v -0.348680 18.189703 0.212606</w:t>
        <w:br/>
        <w:t>v -0.356582 18.244682 0.157544</w:t>
        <w:br/>
        <w:t>v -0.348467 18.287018 0.078518</w:t>
        <w:br/>
        <w:t>v -0.372873 18.296730 0.099182</w:t>
        <w:br/>
        <w:t>v -0.207405 18.257223 -0.425336</w:t>
        <w:br/>
        <w:t>v -0.063989 18.260670 -0.487583</w:t>
        <w:br/>
        <w:t>v -0.195380 18.256510 -0.447615</w:t>
        <w:br/>
        <w:t>v -0.354093 18.326029 -0.271144</w:t>
        <w:br/>
        <w:t>v -0.374448 18.331497 -0.161577</w:t>
        <w:br/>
        <w:t>v -0.376041 18.311520 -0.152479</w:t>
        <w:br/>
        <w:t>v -0.361787 18.303572 -0.244136</w:t>
        <w:br/>
        <w:t>v -0.384335 18.325329 -0.033944</w:t>
        <w:br/>
        <w:t>v -0.365886 18.310349 -0.036072</w:t>
        <w:br/>
        <w:t>v -0.296285 18.294876 -0.366864</w:t>
        <w:br/>
        <w:t>v -0.308733 18.294540 -0.336138</w:t>
        <w:br/>
        <w:t>v 0.056714 18.255997 -0.490960</w:t>
        <w:br/>
        <w:t>v 0.057319 18.279253 -0.538332</w:t>
        <w:br/>
        <w:t>v -0.317545 18.028122 0.332072</w:t>
        <w:br/>
        <w:t>v -0.333123 18.128658 0.277310</w:t>
        <w:br/>
        <w:t>v -0.294038 18.127840 0.302258</w:t>
        <w:br/>
        <w:t>v 0.313130 18.373363 -0.318832</w:t>
        <w:br/>
        <w:t>v 0.275673 18.321815 -0.393363</w:t>
        <w:br/>
        <w:t>v 0.202639 18.373611 -0.393513</w:t>
        <w:br/>
        <w:t>v 0.244213 18.402084 -0.344726</w:t>
        <w:br/>
        <w:t>v 0.188228 18.277451 -0.460875</w:t>
        <w:br/>
        <w:t>v 0.138454 18.350475 -0.438448</w:t>
        <w:br/>
        <w:t>v 0.056714 18.255997 -0.490960</w:t>
        <w:br/>
        <w:t>v 0.036507 18.345135 -0.468205</w:t>
        <w:br/>
        <w:t>v -0.063989 18.260670 -0.487583</w:t>
        <w:br/>
        <w:t>v -0.070438 18.351196 -0.465168</w:t>
        <w:br/>
        <w:t>v -0.207405 18.257223 -0.425336</w:t>
        <w:br/>
        <w:t>v -0.191918 18.362471 -0.410521</w:t>
        <w:br/>
        <w:t>v -0.308733 18.294540 -0.336138</w:t>
        <w:br/>
        <w:t>v -0.276130 18.378197 -0.313589</w:t>
        <w:br/>
        <w:t>v -0.361787 18.303572 -0.244136</w:t>
        <w:br/>
        <w:t>v -0.376041 18.311520 -0.152479</w:t>
        <w:br/>
        <w:t>v -0.326214 18.408695 -0.111341</w:t>
        <w:br/>
        <w:t>v -0.319544 18.395805 -0.219036</w:t>
        <w:br/>
        <w:t>v -0.365886 18.310349 -0.036072</w:t>
        <w:br/>
        <w:t>v -0.317709 18.402069 -0.004489</w:t>
        <w:br/>
        <w:t>v -0.348467 18.287018 0.078518</w:t>
        <w:br/>
        <w:t>v -0.356582 18.244682 0.157544</w:t>
        <w:br/>
        <w:t>v -0.282503 18.315495 0.186143</w:t>
        <w:br/>
        <w:t>v -0.299646 18.366570 0.099815</w:t>
        <w:br/>
        <w:t>v -0.348680 18.189703 0.212606</w:t>
        <w:br/>
        <w:t>v -0.230936 18.247219 0.230235</w:t>
        <w:br/>
        <w:t>v -0.194083 18.146172 0.273082</w:t>
        <w:br/>
        <w:t>v -0.316681 18.118113 0.258929</w:t>
        <w:br/>
        <w:t>v -0.320436 18.009724 0.304855</w:t>
        <w:br/>
        <w:t>v -0.189458 18.020670 0.316977</w:t>
        <w:br/>
        <w:t>v -0.344347 17.885006 0.361824</w:t>
        <w:br/>
        <w:t>v -0.176020 17.860994 0.398320</w:t>
        <w:br/>
        <w:t>v -0.385616 17.717409 0.488153</w:t>
        <w:br/>
        <w:t>v -0.196025 17.689955 0.547396</w:t>
        <w:br/>
        <w:t>v -0.442048 17.526253 0.685716</w:t>
        <w:br/>
        <w:t>v -0.490119 17.377241 0.889049</w:t>
        <w:br/>
        <w:t>v -0.246331 17.357855 0.991710</w:t>
        <w:br/>
        <w:t>v -0.223961 17.515873 0.754989</w:t>
        <w:br/>
        <w:t>v -0.553993 17.236729 1.181579</w:t>
        <w:br/>
        <w:t>v -0.276763 17.174261 1.261886</w:t>
        <w:br/>
        <w:t>v -0.472579 16.806107 1.629084</w:t>
        <w:br/>
        <w:t>v -0.614886 17.102215 1.430546</w:t>
        <w:br/>
        <w:t>v -0.654250 16.962999 1.560986</w:t>
        <w:br/>
        <w:t>v -0.469774 16.837162 1.648213</w:t>
        <w:br/>
        <w:t>v -0.472579 16.806107 1.629084</w:t>
        <w:br/>
        <w:t>v -0.469774 16.837162 1.648213</w:t>
        <w:br/>
        <w:t>v -0.581135 17.128271 1.450134</w:t>
        <w:br/>
        <w:t>v -0.425678 17.038776 1.448415</w:t>
        <w:br/>
        <w:t>v -0.153836 18.179756 0.304353</w:t>
        <w:br/>
        <w:t>v 0.056238 18.420059 -0.545538</w:t>
        <w:br/>
        <w:t>v 0.044095 18.363041 -0.564273</w:t>
        <w:br/>
        <w:t>v 0.155792 18.431707 -0.508157</w:t>
        <w:br/>
        <w:t>v 0.146305 18.478695 -0.473902</w:t>
        <w:br/>
        <w:t>v 0.055197 18.474764 -0.509481</w:t>
        <w:br/>
        <w:t>v -0.191289 18.341019 0.344941</w:t>
        <w:br/>
        <w:t>v -0.220834 18.317455 0.316632</w:t>
        <w:br/>
        <w:t>v -0.299130 18.398346 0.267267</w:t>
        <w:br/>
        <w:t>v -0.257536 18.430038 0.292536</w:t>
        <w:br/>
        <w:t>v -0.284073 18.257648 0.252600</w:t>
        <w:br/>
        <w:t>v -0.312957 18.337147 0.202387</w:t>
        <w:br/>
        <w:t>v -0.351251 18.484158 0.168296</w:t>
        <w:br/>
        <w:t>v -0.319100 18.527443 0.183113</w:t>
        <w:br/>
        <w:t>v -0.340039 18.393471 0.119286</w:t>
        <w:br/>
        <w:t>v -0.081517 18.406712 -0.541160</w:t>
        <w:br/>
        <w:t>v -0.080761 18.480606 -0.486015</w:t>
        <w:br/>
        <w:t>v -0.220858 18.487698 -0.416086</w:t>
        <w:br/>
        <w:t>v -0.223075 18.454983 -0.467672</w:t>
        <w:br/>
        <w:t>v -0.209367 18.403240 -0.477229</w:t>
        <w:br/>
        <w:t>v -0.217570 18.382914 -0.502763</w:t>
        <w:br/>
        <w:t>v -0.070209 18.359631 -0.573332</w:t>
        <w:br/>
        <w:t>v -0.359677 18.529064 -0.252722</w:t>
        <w:br/>
        <w:t>v -0.336910 18.548340 -0.221578</w:t>
        <w:br/>
        <w:t>v -0.344010 18.577156 -0.083063</w:t>
        <w:br/>
        <w:t>v -0.392623 18.563236 -0.109504</w:t>
        <w:br/>
        <w:t>v -0.358210 18.424618 -0.282141</w:t>
        <w:br/>
        <w:t>v -0.362312 18.453953 -0.286404</w:t>
        <w:br/>
        <w:t>v -0.368566 18.446495 -0.147885</w:t>
        <w:br/>
        <w:t>v -0.384124 18.546761 -0.026765</w:t>
        <w:br/>
        <w:t>v -0.367824 18.497070 0.010865</w:t>
        <w:br/>
        <w:t>v -0.364302 18.451176 -0.005207</w:t>
        <w:br/>
        <w:t>v -0.392623 18.563236 -0.109504</w:t>
        <w:br/>
        <w:t>v -0.294792 18.519512 -0.340086</w:t>
        <w:br/>
        <w:t>v -0.310413 18.505569 -0.366914</w:t>
        <w:br/>
        <w:t>v -0.325560 18.409660 -0.382242</w:t>
        <w:br/>
        <w:t>v -0.342984 18.229744 0.251791</w:t>
        <w:br/>
        <w:t>v -0.339966 18.296906 0.182216</w:t>
        <w:br/>
        <w:t>v -0.357651 18.262386 0.171406</w:t>
        <w:br/>
        <w:t>v -0.376612 18.336861 0.106438</w:t>
        <w:br/>
        <w:t>v -0.076056 18.288366 -0.550705</w:t>
        <w:br/>
        <w:t>v -0.215114 18.296642 -0.499037</w:t>
        <w:br/>
        <w:t>v -0.351752 18.381092 -0.275512</w:t>
        <w:br/>
        <w:t>v -0.369335 18.368164 -0.155821</w:t>
        <w:br/>
        <w:t>v -0.397343 18.361313 -0.022008</w:t>
        <w:br/>
        <w:t>v -0.307118 18.340431 -0.389000</w:t>
        <w:br/>
        <w:t>v 0.063693 18.295099 -0.546148</w:t>
        <w:br/>
        <w:t>v 0.215146 18.469467 -0.409390</w:t>
        <w:br/>
        <w:t>v 0.196383 18.469330 -0.438744</w:t>
        <w:br/>
        <w:t>v 0.244213 18.402084 -0.344726</w:t>
        <w:br/>
        <w:t>v 0.202639 18.373611 -0.393513</w:t>
        <w:br/>
        <w:t>v 0.178741 18.452641 -0.397262</w:t>
        <w:br/>
        <w:t>v 0.195237 18.458672 -0.380244</w:t>
        <w:br/>
        <w:t>v 0.133400 18.449776 -0.424008</w:t>
        <w:br/>
        <w:t>v 0.138454 18.350475 -0.438448</w:t>
        <w:br/>
        <w:t>v 0.036507 18.345135 -0.468205</w:t>
        <w:br/>
        <w:t>v 0.044704 18.442017 -0.448390</w:t>
        <w:br/>
        <w:t>v -0.069585 18.440697 -0.440804</w:t>
        <w:br/>
        <w:t>v -0.070438 18.351196 -0.465168</w:t>
        <w:br/>
        <w:t>v -0.191918 18.362471 -0.410521</w:t>
        <w:br/>
        <w:t>v -0.276130 18.378197 -0.313589</w:t>
        <w:br/>
        <w:t>v -0.319544 18.395805 -0.219036</w:t>
        <w:br/>
        <w:t>v -0.326214 18.408695 -0.111341</w:t>
        <w:br/>
        <w:t>v -0.317709 18.402069 -0.004489</w:t>
        <w:br/>
        <w:t>v -0.299646 18.366570 0.099815</w:t>
        <w:br/>
        <w:t>v -0.282503 18.315495 0.186143</w:t>
        <w:br/>
        <w:t>v -0.171403 18.431980 0.236761</w:t>
        <w:br/>
        <w:t>v -0.241772 18.508381 0.140905</w:t>
        <w:br/>
        <w:t>v -0.230936 18.247219 0.230235</w:t>
        <w:br/>
        <w:t>v -0.125173 18.368164 0.298615</w:t>
        <w:br/>
        <w:t>v -0.043730 18.206131 0.331838</w:t>
        <w:br/>
        <w:t>v -0.194083 18.146172 0.273082</w:t>
        <w:br/>
        <w:t>v -0.189458 18.020670 0.316977</w:t>
        <w:br/>
        <w:t>v 0.003502 18.047182 0.331460</w:t>
        <w:br/>
        <w:t>v -0.176020 17.860994 0.398320</w:t>
        <w:br/>
        <w:t>v 0.006625 17.863491 0.404869</w:t>
        <w:br/>
        <w:t>v -0.196025 17.689955 0.547396</w:t>
        <w:br/>
        <w:t>v 0.011813 17.679932 0.561247</w:t>
        <w:br/>
        <w:t>v -0.223961 17.515873 0.754989</w:t>
        <w:br/>
        <w:t>v -0.246331 17.357855 0.991710</w:t>
        <w:br/>
        <w:t>v 0.017888 17.291658 1.021801</w:t>
        <w:br/>
        <w:t>v 0.018285 17.481133 0.769033</w:t>
        <w:br/>
        <w:t>v -0.276763 17.174261 1.261886</w:t>
        <w:br/>
        <w:t>v 0.010929 17.055279 1.304343</w:t>
        <w:br/>
        <w:t>v -0.121426 16.573160 1.770380</w:t>
        <w:br/>
        <w:t>v -0.126306 16.594223 1.796319</w:t>
        <w:br/>
        <w:t>v -0.039799 16.556787 1.790478</w:t>
        <w:br/>
        <w:t>v -0.025151 16.516142 1.774598</w:t>
        <w:br/>
        <w:t>v -0.121426 16.573160 1.770380</w:t>
        <w:br/>
        <w:t>v -0.126306 16.594223 1.796319</w:t>
        <w:br/>
        <w:t>v -0.082127 18.036884 0.387062</w:t>
        <w:br/>
        <w:t>v -0.090949 18.149691 0.358705</w:t>
        <w:br/>
        <w:t>v -0.115767 18.207119 0.349595</w:t>
        <w:br/>
        <w:t>v -0.077253 18.234619 0.364181</w:t>
        <w:br/>
        <w:t>v -0.335762 18.477745 -0.389352</w:t>
        <w:br/>
        <w:t>v -0.304116 18.597019 0.046985</w:t>
        <w:br/>
        <w:t>v -0.393712 18.574829 0.030550</w:t>
        <w:br/>
        <w:t>v -0.361652 18.605534 0.039907</w:t>
        <w:br/>
        <w:t>v -0.278527 16.980568 1.453934</w:t>
        <w:br/>
        <w:t>v 0.298311 18.475216 -0.232643</w:t>
        <w:br/>
        <w:t>v 0.224235 18.475990 -0.284611</w:t>
        <w:br/>
        <w:t>v 0.230392 18.473469 -0.343229</w:t>
        <w:br/>
        <w:t>v 0.314971 18.435272 -0.288667</w:t>
        <w:br/>
        <w:t>v 0.308122 18.468605 -0.216361</w:t>
        <w:br/>
        <w:t>v 0.323415 18.423706 -0.269180</w:t>
        <w:br/>
        <w:t>v 0.306442 18.453205 -0.205732</w:t>
        <w:br/>
        <w:t>v 0.315581 18.412392 -0.253787</w:t>
        <w:br/>
        <w:t>v 0.306442 18.453205 -0.205732</w:t>
        <w:br/>
        <w:t>v 0.315581 18.412392 -0.253787</w:t>
        <w:br/>
        <w:t>v 0.260362 18.423912 -0.302166</w:t>
        <w:br/>
        <w:t>v 0.248564 18.450153 -0.245405</w:t>
        <w:br/>
        <w:t>v 0.183184 18.461048 -0.345790</w:t>
        <w:br/>
        <w:t>v 0.169205 18.466728 -0.303916</w:t>
        <w:br/>
        <w:t>v 0.248564 18.450153 -0.245405</w:t>
        <w:br/>
        <w:t>v 0.260362 18.423912 -0.302166</w:t>
        <w:br/>
        <w:t>v 0.204970 18.476250 -0.361058</w:t>
        <w:br/>
        <w:t>v 0.186673 18.482189 -0.317090</w:t>
        <w:br/>
        <w:t>v 0.169205 18.466728 -0.303916</w:t>
        <w:br/>
        <w:t>v 0.183184 18.461048 -0.345790</w:t>
        <w:br/>
        <w:t>v 0.186673 18.482189 -0.317090</w:t>
        <w:br/>
        <w:t>v 0.204970 18.476250 -0.361058</w:t>
        <w:br/>
        <w:t>v -0.138013 18.266392 0.372091</w:t>
        <w:br/>
        <w:t>v -0.195533 18.246044 0.320414</w:t>
        <w:br/>
        <w:t>v -0.153836 18.179756 0.304353</w:t>
        <w:br/>
        <w:t>v -0.374475 18.206640 0.233368</w:t>
        <w:br/>
        <w:t>v -0.099337 18.291889 0.330972</w:t>
        <w:br/>
        <w:t>v -0.095843 18.306229 0.355501</w:t>
        <w:br/>
        <w:t>v -0.108561 18.303478 0.374724</w:t>
        <w:br/>
        <w:t>v 0.248564 18.450153 -0.245405</w:t>
        <w:br/>
        <w:t>v 0.298311 18.475216 -0.232643</w:t>
        <w:br/>
        <w:t>v 0.308122 18.468605 -0.216361</w:t>
        <w:br/>
        <w:t>v 0.306442 18.453205 -0.205732</w:t>
        <w:br/>
        <w:t>v 0.224235 18.475990 -0.284611</w:t>
        <w:br/>
        <w:t>v 0.169205 18.466728 -0.303916</w:t>
        <w:br/>
        <w:t>v -0.146623 18.373230 0.356476</w:t>
        <w:br/>
        <w:t>v -0.108561 18.303478 0.374724</w:t>
        <w:br/>
        <w:t>v -0.354902 18.605244 -0.045508</w:t>
        <w:br/>
        <w:t>v -0.317640 18.587715 -0.075039</w:t>
        <w:br/>
        <w:t>v -0.314196 18.566200 -0.183543</w:t>
        <w:br/>
        <w:t>v -0.275912 18.529797 -0.310332</w:t>
        <w:br/>
        <w:t>v -0.384124 18.546761 -0.026765</w:t>
        <w:br/>
        <w:t>v -0.385507 18.590580 -0.010336</w:t>
        <w:br/>
        <w:t>v -0.354902 18.605244 -0.045508</w:t>
        <w:br/>
        <w:t>v -0.223075 18.454983 -0.467672</w:t>
        <w:br/>
        <w:t>v -0.359677 18.529064 -0.252722</w:t>
        <w:br/>
        <w:t>v -0.575644 18.204184 0.170774</w:t>
        <w:br/>
        <w:t>v -0.775517 18.116430 0.168786</w:t>
        <w:br/>
        <w:t>v -0.632964 17.999321 0.402787</w:t>
        <w:br/>
        <w:t>v -0.501107 18.125578 0.300364</w:t>
        <w:br/>
        <w:t>v -0.311529 18.295231 0.085861</w:t>
        <w:br/>
        <w:t>v -0.260971 18.224495 0.131511</w:t>
        <w:br/>
        <w:t>v -0.171724 18.280842 0.111680</w:t>
        <w:br/>
        <w:t>v -0.230431 18.322048 0.052947</w:t>
        <w:br/>
        <w:t>v -0.416887 18.106936 0.206648</w:t>
        <w:br/>
        <w:t>v -0.462791 18.054174 0.232588</w:t>
        <w:br/>
        <w:t>v -0.565908 18.125616 0.084140</w:t>
        <w:br/>
        <w:t>v -0.497692 18.170937 0.085794</w:t>
        <w:br/>
        <w:t>v -0.675934 17.906006 0.395439</w:t>
        <w:br/>
        <w:t>v -0.812899 18.024996 0.141994</w:t>
        <w:br/>
        <w:t>v -0.786266 18.002617 0.108279</w:t>
        <w:br/>
        <w:t>v -0.649448 17.880602 0.354950</w:t>
        <w:br/>
        <w:t>v -0.816340 18.071938 0.163012</w:t>
        <w:br/>
        <w:t>v -0.671266 17.935894 0.408895</w:t>
        <w:br/>
        <w:t>v -0.456243 17.931812 0.595392</w:t>
        <w:br/>
        <w:t>v -0.363301 18.086315 0.423352</w:t>
        <w:br/>
        <w:t>v -0.171777 18.241474 0.223053</w:t>
        <w:br/>
        <w:t>v -0.129341 18.267185 0.156984</w:t>
        <w:br/>
        <w:t>v -0.330334 17.982370 0.348575</w:t>
        <w:br/>
        <w:t>v -0.300607 18.040358 0.298696</w:t>
        <w:br/>
        <w:t>v -0.440919 17.800714 0.540086</w:t>
        <w:br/>
        <w:t>v -0.462631 17.819174 0.583442</w:t>
        <w:br/>
        <w:t>v -0.470019 17.854620 0.603954</w:t>
        <w:br/>
        <w:t>v -0.346671 18.152918 0.203768</w:t>
        <w:br/>
        <w:t>v -0.324652 18.111189 0.354163</w:t>
        <w:br/>
        <w:t>v -0.429530 18.235590 0.127310</w:t>
        <w:br/>
        <w:t>v -0.415407 17.813345 0.499330</w:t>
        <w:br/>
        <w:t>v -0.604037 17.885229 0.317794</w:t>
        <w:br/>
        <w:t>v -0.540556 17.956230 0.268076</w:t>
        <w:br/>
        <w:t>v -0.371143 17.880722 0.426433</w:t>
        <w:br/>
        <w:t>v -0.743336 18.007244 0.085874</w:t>
        <w:br/>
        <w:t>v -0.656049 18.051054 0.074925</w:t>
        <w:br/>
        <w:t>v -0.505614 18.153650 0.317781</w:t>
        <w:br/>
        <w:t>v -0.735241 18.057653 0.307845</w:t>
        <w:br/>
        <w:t>v -0.782385 18.128458 0.182576</w:t>
        <w:br/>
        <w:t>v -0.579752 18.216520 0.177068</w:t>
        <w:br/>
        <w:t>v -0.294819 18.313648 0.084060</w:t>
        <w:br/>
        <w:t>v -0.211853 18.341774 0.049813</w:t>
        <w:br/>
        <w:t>v -0.157080 18.298992 0.092876</w:t>
        <w:br/>
        <w:t>v -0.245501 18.255501 0.130071</w:t>
        <w:br/>
        <w:t>v -0.481702 18.160053 0.070110</w:t>
        <w:br/>
        <w:t>v -0.399136 18.090303 0.187564</w:t>
        <w:br/>
        <w:t>v -0.314823 18.160625 0.135205</w:t>
        <w:br/>
        <w:t>v -0.379665 18.205744 0.055454</w:t>
        <w:br/>
        <w:t>v -0.665305 17.856409 0.356016</w:t>
        <w:br/>
        <w:t>v -0.615600 17.858688 0.310979</w:t>
        <w:br/>
        <w:t>v -0.697219 17.916063 0.199047</w:t>
        <w:br/>
        <w:t>v -0.747497 17.913420 0.234988</w:t>
        <w:br/>
        <w:t>v -0.781785 17.984037 0.299964</w:t>
        <w:br/>
        <w:t>v -0.829436 18.074459 0.173868</w:t>
        <w:br/>
        <w:t>v -0.570203 17.958899 0.517881</w:t>
        <w:br/>
        <w:t>v -0.654089 18.011469 0.425526</w:t>
        <w:br/>
        <w:t>v -0.112030 18.284721 0.141567</w:t>
        <w:br/>
        <w:t>v -0.163775 18.259132 0.225653</w:t>
        <w:br/>
        <w:t>v -0.456043 18.018524 0.218131</w:t>
        <w:br/>
        <w:t>v -0.320851 17.969995 0.329850</w:t>
        <w:br/>
        <w:t>v -0.293112 18.029102 0.285693</w:t>
        <w:br/>
        <w:t>v -0.571216 17.807545 0.450572</w:t>
        <w:br/>
        <w:t>v -0.527113 17.812693 0.404828</w:t>
        <w:br/>
        <w:t>v -0.602290 17.866198 0.519574</w:t>
        <w:br/>
        <w:t>v -0.699593 17.919411 0.423579</w:t>
        <w:br/>
        <w:t>v -0.367436 18.108709 0.435675</w:t>
        <w:br/>
        <w:t>v -0.354913 18.169577 0.207075</w:t>
        <w:br/>
        <w:t>v -0.325719 18.129993 0.357697</w:t>
        <w:br/>
        <w:t>v -0.425596 18.248594 0.131111</w:t>
        <w:br/>
        <w:t>v -0.534008 17.927303 0.256807</w:t>
        <w:br/>
        <w:t>v -0.459777 17.884735 0.333144</w:t>
        <w:br/>
        <w:t>v -0.652768 18.034449 0.063522</w:t>
        <w:br/>
        <w:t>v -0.605344 17.974928 0.161065</w:t>
        <w:br/>
        <w:t>v -0.556533 18.107666 0.067550</w:t>
        <w:br/>
        <w:t>v -0.775517 18.116430 0.168786</w:t>
        <w:br/>
        <w:t>v -0.575644 18.204184 0.170774</w:t>
        <w:br/>
        <w:t>v -0.579752 18.216520 0.177068</w:t>
        <w:br/>
        <w:t>v -0.782385 18.128458 0.182576</w:t>
        <w:br/>
        <w:t>v -0.211853 18.341774 0.049813</w:t>
        <w:br/>
        <w:t>v -0.294819 18.313648 0.084060</w:t>
        <w:br/>
        <w:t>v -0.311529 18.295231 0.085861</w:t>
        <w:br/>
        <w:t>v -0.230431 18.322048 0.052947</w:t>
        <w:br/>
        <w:t>v -0.565908 18.125616 0.084140</w:t>
        <w:br/>
        <w:t>v -0.556533 18.107666 0.067550</w:t>
        <w:br/>
        <w:t>v -0.481702 18.160053 0.070110</w:t>
        <w:br/>
        <w:t>v -0.497692 18.170937 0.085794</w:t>
        <w:br/>
        <w:t>v -0.786266 18.002617 0.108279</w:t>
        <w:br/>
        <w:t>v -0.812899 18.024996 0.141994</w:t>
        <w:br/>
        <w:t>v -0.826849 18.015379 0.145181</w:t>
        <w:br/>
        <w:t>v -0.795255 17.989786 0.106452</w:t>
        <w:br/>
        <w:t>v -0.829436 18.074459 0.173868</w:t>
        <w:br/>
        <w:t>v -0.816340 18.071938 0.163012</w:t>
        <w:br/>
        <w:t>v -0.465765 17.939173 0.609715</w:t>
        <w:br/>
        <w:t>v -0.367436 18.108709 0.435675</w:t>
        <w:br/>
        <w:t>v -0.363301 18.086315 0.423352</w:t>
        <w:br/>
        <w:t>v -0.456243 17.931812 0.595392</w:t>
        <w:br/>
        <w:t>v -0.171777 18.241474 0.223053</w:t>
        <w:br/>
        <w:t>v -0.163775 18.259132 0.225653</w:t>
        <w:br/>
        <w:t>v -0.112030 18.284721 0.141567</w:t>
        <w:br/>
        <w:t>v -0.129341 18.267185 0.156984</w:t>
        <w:br/>
        <w:t>v -0.293112 18.029102 0.285693</w:t>
        <w:br/>
        <w:t>v -0.320851 17.969995 0.329850</w:t>
        <w:br/>
        <w:t>v -0.330334 17.982370 0.348575</w:t>
        <w:br/>
        <w:t>v -0.300607 18.040358 0.298696</w:t>
        <w:br/>
        <w:t>v -0.440919 17.800714 0.540086</w:t>
        <w:br/>
        <w:t>v -0.448334 17.786032 0.544700</w:t>
        <w:br/>
        <w:t>v -0.476367 17.805319 0.596645</w:t>
        <w:br/>
        <w:t>v -0.462631 17.819174 0.583442</w:t>
        <w:br/>
        <w:t>v -0.470019 17.854620 0.603954</w:t>
        <w:br/>
        <w:t>v -0.483449 17.840017 0.618117</w:t>
        <w:br/>
        <w:t>v -0.325719 18.129993 0.357697</w:t>
        <w:br/>
        <w:t>v -0.324652 18.111189 0.354163</w:t>
        <w:br/>
        <w:t>v -0.425596 18.248594 0.131111</w:t>
        <w:br/>
        <w:t>v -0.429530 18.235590 0.127310</w:t>
        <w:br/>
        <w:t>v -0.371143 17.880722 0.426433</w:t>
        <w:br/>
        <w:t>v -0.366449 17.864250 0.414563</w:t>
        <w:br/>
        <w:t>v -0.652768 18.034449 0.063522</w:t>
        <w:br/>
        <w:t>v -0.656049 18.051054 0.074925</w:t>
        <w:br/>
        <w:t>v -0.112030 18.284721 0.141567</w:t>
        <w:br/>
        <w:t>v -0.151559 18.201931 0.179629</w:t>
        <w:br/>
        <w:t>v -0.155813 18.205826 0.198020</w:t>
        <w:br/>
        <w:t>v -0.129341 18.267185 0.156984</w:t>
        <w:br/>
        <w:t>v -0.157080 18.298992 0.092876</w:t>
        <w:br/>
        <w:t>v -0.212080 18.221695 0.101371</w:t>
        <w:br/>
        <w:t>v -0.151559 18.201931 0.179629</w:t>
        <w:br/>
        <w:t>v -0.112030 18.284721 0.141567</w:t>
        <w:br/>
        <w:t>v -0.289844 18.256168 0.036903</w:t>
        <w:br/>
        <w:t>v -0.211853 18.341774 0.049813</w:t>
        <w:br/>
        <w:t>v -0.211853 18.341774 0.049813</w:t>
        <w:br/>
        <w:t>v -0.230431 18.322048 0.052947</w:t>
        <w:br/>
        <w:t>v -0.297579 18.262558 0.048946</w:t>
        <w:br/>
        <w:t>v -0.289844 18.256168 0.036903</w:t>
        <w:br/>
        <w:t>v -0.171724 18.280842 0.111680</w:t>
        <w:br/>
        <w:t>v -0.239353 18.225681 0.130391</w:t>
        <w:br/>
        <w:t>v -0.297579 18.262558 0.048946</w:t>
        <w:br/>
        <w:t>v -0.230431 18.322048 0.052947</w:t>
        <w:br/>
        <w:t>v -0.129341 18.267185 0.156984</w:t>
        <w:br/>
        <w:t>v -0.155813 18.205826 0.198020</w:t>
        <w:br/>
        <w:t>v -0.271387 18.177258 0.291282</w:t>
        <w:br/>
        <w:t>v -0.274707 18.190594 0.296549</w:t>
        <w:br/>
        <w:t>v -0.271387 18.177258 0.291282</w:t>
        <w:br/>
        <w:t>v -0.274707 18.190594 0.296549</w:t>
        <w:br/>
        <w:t>v -0.248635 18.101545 0.235429</w:t>
        <w:br/>
        <w:t>v -0.252689 18.115108 0.247325</w:t>
        <w:br/>
        <w:t>v -0.248635 18.101545 0.235429</w:t>
        <w:br/>
        <w:t>v -0.401804 18.208851 0.070177</w:t>
        <w:br/>
        <w:t>v -0.379665 18.205744 0.055454</w:t>
        <w:br/>
        <w:t>v -0.349445 18.160732 0.166706</w:t>
        <w:br/>
        <w:t>v -0.401804 18.208851 0.070177</w:t>
        <w:br/>
        <w:t>v -0.252689 18.115108 0.247325</w:t>
        <w:br/>
        <w:t>v -0.702540 17.886843 0.407655</w:t>
        <w:br/>
        <w:t>v -0.781905 17.941427 0.280172</w:t>
        <w:br/>
        <w:t>v -0.483449 17.840017 0.618117</w:t>
        <w:br/>
        <w:t>v -0.476367 17.805319 0.596645</w:t>
        <w:br/>
        <w:t>v -0.602944 17.834044 0.502717</w:t>
        <w:br/>
        <w:t>v -0.448334 17.786032 0.544700</w:t>
        <w:br/>
        <w:t>v -0.743336 18.007244 0.085874</w:t>
        <w:br/>
        <w:t>v -0.746150 17.991959 0.079646</w:t>
        <w:br/>
        <w:t>v -0.415407 17.813345 0.499330</w:t>
        <w:br/>
        <w:t>v -0.416687 17.797543 0.495502</w:t>
        <w:br/>
        <w:t>v -0.746150 17.991959 0.079646</w:t>
        <w:br/>
        <w:t>v -0.795255 17.989786 0.106452</w:t>
        <w:br/>
        <w:t>v -0.416687 17.797543 0.495502</w:t>
        <w:br/>
        <w:t>v -0.465765 17.939173 0.609715</w:t>
        <w:br/>
        <w:t>v -0.366449 17.864250 0.414563</w:t>
        <w:br/>
        <w:t>v -0.826849 18.015379 0.145181</w:t>
        <w:br/>
        <w:t>v 0.533133 18.121525 0.429958</w:t>
        <w:br/>
        <w:t>v 0.470780 18.051401 0.511247</w:t>
        <w:br/>
        <w:t>v 0.532596 18.009024 0.557187</w:t>
        <w:br/>
        <w:t>v 0.612760 18.086401 0.480558</w:t>
        <w:br/>
        <w:t>v 0.463049 17.949903 0.376462</w:t>
        <w:br/>
        <w:t>v 0.346937 18.061131 0.305915</w:t>
        <w:br/>
        <w:t>v 0.413636 18.130367 0.243188</w:t>
        <w:br/>
        <w:t>v 0.534132 18.045082 0.306165</w:t>
        <w:br/>
        <w:t>v 0.577187 17.890137 0.476461</w:t>
        <w:br/>
        <w:t>v 0.557802 17.889162 0.440276</w:t>
        <w:br/>
        <w:t>v 0.621266 17.999353 0.358538</w:t>
        <w:br/>
        <w:t>v 0.644298 17.998953 0.394598</w:t>
        <w:br/>
        <w:t>v 0.277502 18.122025 0.240440</w:t>
        <w:br/>
        <w:t>v 0.343265 18.162806 0.195412</w:t>
        <w:br/>
        <w:t>v 0.411113 18.151989 0.319205</w:t>
        <w:br/>
        <w:t>v 0.349160 18.114655 0.391925</w:t>
        <w:br/>
        <w:t>v 0.573215 17.960033 0.563082</w:t>
        <w:br/>
        <w:t>v 0.640176 18.068115 0.477897</w:t>
        <w:br/>
        <w:t>v 0.720865 18.168863 0.424738</w:t>
        <w:br/>
        <w:t>v 0.636966 18.174509 0.374738</w:t>
        <w:br/>
        <w:t>v 0.495012 18.182514 0.258701</w:t>
        <w:br/>
        <w:t>v 0.486331 18.189823 0.193288</w:t>
        <w:br/>
        <w:t>v 0.397324 18.215178 0.133409</w:t>
        <w:br/>
        <w:t>v 0.635905 18.117504 0.249458</w:t>
        <w:br/>
        <w:t>v 0.777385 18.097841 0.377823</w:t>
        <w:br/>
        <w:t>v 0.657938 18.020176 0.437290</w:t>
        <w:br/>
        <w:t>v 0.765594 18.071985 0.336917</w:t>
        <w:br/>
        <w:t>v 0.756001 18.141321 0.419779</w:t>
        <w:br/>
        <w:t>v 0.246776 18.161930 0.260450</w:t>
        <w:br/>
        <w:t>v 0.307130 18.170462 0.202756</w:t>
        <w:br/>
        <w:t>v 0.229626 18.241508 0.161101</w:t>
        <w:br/>
        <w:t>v 0.190006 18.215565 0.198510</w:t>
        <w:br/>
        <w:t>v 0.279051 18.259445 0.103444</w:t>
        <w:br/>
        <w:t>v 0.357966 18.213654 0.148647</w:t>
        <w:br/>
        <w:t>v 0.531547 18.145555 0.446134</w:t>
        <w:br/>
        <w:t>v 0.616957 18.100653 0.509011</w:t>
        <w:br/>
        <w:t>v 0.540989 18.019789 0.574236</w:t>
        <w:br/>
        <w:t>v 0.467670 18.067251 0.521539</w:t>
        <w:br/>
        <w:t>v 0.142367 18.293732 0.159852</w:t>
        <w:br/>
        <w:t>v 0.142230 18.283352 0.142203</w:t>
        <w:br/>
        <w:t>v 0.175492 18.310867 0.106755</w:t>
        <w:br/>
        <w:t>v 0.172907 18.314579 0.120069</w:t>
        <w:br/>
        <w:t>v 0.410276 18.109560 0.221604</w:t>
        <w:br/>
        <w:t>v 0.348511 18.040897 0.281059</w:t>
        <w:br/>
        <w:t>v 0.469294 17.931580 0.356951</w:t>
        <w:br/>
        <w:t>v 0.539528 18.023861 0.285456</w:t>
        <w:br/>
        <w:t>v 0.632795 17.975260 0.342375</w:t>
        <w:br/>
        <w:t>v 0.568643 17.874136 0.427448</w:t>
        <w:br/>
        <w:t>v 0.594961 17.876509 0.471190</w:t>
        <w:br/>
        <w:t>v 0.656814 17.980944 0.389827</w:t>
        <w:br/>
        <w:t>v 0.339855 18.146893 0.170893</w:t>
        <w:br/>
        <w:t>v 0.277365 18.108097 0.216746</w:t>
        <w:br/>
        <w:t>v 0.408628 18.180441 0.331821</w:t>
        <w:br/>
        <w:t>v 0.350559 18.131079 0.399457</w:t>
        <w:br/>
        <w:t>v 0.650669 18.071724 0.499368</w:t>
        <w:br/>
        <w:t>v 0.671415 18.008272 0.443910</w:t>
        <w:br/>
        <w:t>v 0.607901 17.902740 0.524424</w:t>
        <w:br/>
        <w:t>v 0.588428 17.960247 0.574249</w:t>
        <w:br/>
        <w:t>v 0.725799 18.177006 0.445647</w:t>
        <w:br/>
        <w:t>v 0.631058 18.201586 0.388815</w:t>
        <w:br/>
        <w:t>v 0.491627 18.211330 0.270030</w:t>
        <w:br/>
        <w:t>v 0.206587 18.343544 0.076047</w:t>
        <w:br/>
        <w:t>v 0.487330 18.168976 0.168832</w:t>
        <w:br/>
        <w:t>v 0.394738 18.197317 0.107566</w:t>
        <w:br/>
        <w:t>v 0.639889 18.097019 0.231597</w:t>
        <w:br/>
        <w:t>v 0.788913 18.085440 0.391013</w:t>
        <w:br/>
        <w:t>v 0.778159 18.051802 0.338840</w:t>
        <w:br/>
        <w:t>v 0.766668 18.136526 0.437415</w:t>
        <w:br/>
        <w:t>v 0.249249 18.181978 0.270780</w:t>
        <w:br/>
        <w:t>v 0.189944 18.238712 0.208714</w:t>
        <w:br/>
        <w:t>v 0.226703 18.254261 0.162812</w:t>
        <w:br/>
        <w:t>v 0.296725 18.198341 0.228487</w:t>
        <w:br/>
        <w:t>v 0.277952 18.279068 0.111139</w:t>
        <w:br/>
        <w:t>v 0.357829 18.238022 0.159514</w:t>
        <w:br/>
        <w:t>v 0.470780 18.051401 0.511247</w:t>
        <w:br/>
        <w:t>v 0.467670 18.067251 0.521539</w:t>
        <w:br/>
        <w:t>v 0.540989 18.019789 0.574236</w:t>
        <w:br/>
        <w:t>v 0.532596 18.009024 0.557187</w:t>
        <w:br/>
        <w:t>v 0.469294 17.931580 0.356951</w:t>
        <w:br/>
        <w:t>v 0.348511 18.040897 0.281059</w:t>
        <w:br/>
        <w:t>v 0.346937 18.061131 0.305915</w:t>
        <w:br/>
        <w:t>v 0.463049 17.949903 0.376462</w:t>
        <w:br/>
        <w:t>v 0.585543 17.911695 0.521177</w:t>
        <w:br/>
        <w:t>v 0.607901 17.902740 0.524424</w:t>
        <w:br/>
        <w:t>v 0.594961 17.876509 0.471190</w:t>
        <w:br/>
        <w:t>v 0.577187 17.890137 0.476461</w:t>
        <w:br/>
        <w:t>v 0.277365 18.108097 0.216746</w:t>
        <w:br/>
        <w:t>v 0.277502 18.122025 0.240440</w:t>
        <w:br/>
        <w:t>v 0.349160 18.114655 0.391925</w:t>
        <w:br/>
        <w:t>v 0.350559 18.131079 0.399457</w:t>
        <w:br/>
        <w:t>v 0.573215 17.960033 0.563082</w:t>
        <w:br/>
        <w:t>v 0.588428 17.960247 0.574249</w:t>
        <w:br/>
        <w:t>v 0.725799 18.177006 0.445647</w:t>
        <w:br/>
        <w:t>v 0.631058 18.201586 0.388815</w:t>
        <w:br/>
        <w:t>v 0.636966 18.174509 0.374738</w:t>
        <w:br/>
        <w:t>v 0.720865 18.168863 0.424738</w:t>
        <w:br/>
        <w:t>v 0.491627 18.211330 0.270030</w:t>
        <w:br/>
        <w:t>v 0.495012 18.182514 0.258701</w:t>
        <w:br/>
        <w:t>v 0.486331 18.189823 0.193288</w:t>
        <w:br/>
        <w:t>v 0.397324 18.215178 0.133409</w:t>
        <w:br/>
        <w:t>v 0.394738 18.197317 0.107566</w:t>
        <w:br/>
        <w:t>v 0.487330 18.168976 0.168832</w:t>
        <w:br/>
        <w:t>v 0.639889 18.097019 0.231597</w:t>
        <w:br/>
        <w:t>v 0.635905 18.117504 0.249458</w:t>
        <w:br/>
        <w:t>v 0.765594 18.071985 0.336917</w:t>
        <w:br/>
        <w:t>v 0.778159 18.051802 0.338840</w:t>
        <w:br/>
        <w:t>v 0.788913 18.085440 0.391013</w:t>
        <w:br/>
        <w:t>v 0.777385 18.097841 0.377823</w:t>
        <w:br/>
        <w:t>v 0.766668 18.136526 0.437415</w:t>
        <w:br/>
        <w:t>v 0.756001 18.141321 0.419779</w:t>
        <w:br/>
        <w:t>v 0.189944 18.238712 0.208714</w:t>
        <w:br/>
        <w:t>v 0.249249 18.181978 0.270780</w:t>
        <w:br/>
        <w:t>v 0.246776 18.161930 0.260450</w:t>
        <w:br/>
        <w:t>v 0.190006 18.215565 0.198510</w:t>
        <w:br/>
        <w:t>v 0.357966 18.213654 0.148647</w:t>
        <w:br/>
        <w:t>v 0.357829 18.238022 0.159514</w:t>
        <w:br/>
        <w:t>v 0.277952 18.279068 0.111139</w:t>
        <w:br/>
        <w:t>v 0.279051 18.259445 0.103444</w:t>
        <w:br/>
        <w:t>v 0.142230 18.283352 0.142203</w:t>
        <w:br/>
        <w:t>v 0.142367 18.293732 0.159852</w:t>
        <w:br/>
        <w:t>v 0.156144 18.270287 0.156742</w:t>
        <w:br/>
        <w:t>v 0.300522 18.196030 0.157678</w:t>
        <w:br/>
        <w:t>v 0.239306 18.159834 0.204567</w:t>
        <w:br/>
        <w:t>v 0.342840 18.238235 0.103569</w:t>
        <w:br/>
        <w:t>v 0.340604 18.222696 0.080150</w:t>
        <w:br/>
        <w:t>v 0.342840 18.238235 0.103569</w:t>
        <w:br/>
        <w:t>v 0.340604 18.222696 0.080150</w:t>
        <w:br/>
        <w:t>v 0.283023 18.183876 0.136419</w:t>
        <w:br/>
        <w:t>v 0.237070 18.147478 0.183996</w:t>
        <w:br/>
        <w:t>v 0.191892 18.217953 0.171605</w:t>
        <w:br/>
        <w:t>v 0.187271 18.211208 0.153182</w:t>
        <w:br/>
        <w:t>v 0.731694 18.071199 0.297172</w:t>
        <w:br/>
        <w:t>v 0.740425 18.048555 0.286667</w:t>
        <w:br/>
        <w:t>v 0.731694 18.071199 0.297172</w:t>
        <w:br/>
        <w:t>v 0.740425 18.048555 0.286667</w:t>
        <w:br/>
        <w:t>v 0.568643 17.874136 0.427448</w:t>
        <w:br/>
        <w:t>v 0.557802 17.889162 0.440276</w:t>
        <w:br/>
        <w:t>v 0.142367 18.293732 0.159852</w:t>
        <w:br/>
        <w:t>v 0.172907 18.314579 0.120069</w:t>
        <w:br/>
        <w:t>v 0.142367 18.293732 0.159852</w:t>
        <w:br/>
        <w:t>v 0.156144 18.270287 0.156742</w:t>
        <w:br/>
        <w:t>v 0.187471 18.293232 0.123529</w:t>
        <w:br/>
        <w:t>v 0.156144 18.270287 0.156742</w:t>
        <w:br/>
        <w:t>v 0.216211 18.334938 0.080912</w:t>
        <w:br/>
        <w:t>v 0.279051 18.259445 0.103444</w:t>
        <w:br/>
        <w:t>v 0.277952 18.279068 0.111139</w:t>
        <w:br/>
        <w:t>v 0.206587 18.343544 0.076047</w:t>
        <w:br/>
        <w:t>v 0.216211 18.334938 0.080912</w:t>
        <w:br/>
        <w:t>v 0.206587 18.343544 0.076047</w:t>
        <w:br/>
        <w:t>v 0.585543 17.911695 0.521177</w:t>
        <w:br/>
        <w:t>v 0.156144 18.270287 0.156742</w:t>
        <w:br/>
        <w:t>v 0.187471 18.293232 0.123529</w:t>
        <w:br/>
        <w:t>v 0.246738 18.239086 0.129212</w:t>
        <w:br/>
        <w:t>v 0.191892 18.217953 0.171605</w:t>
        <w:br/>
        <w:t>v 0.216211 18.334938 0.080912</w:t>
        <w:br/>
        <w:t>v 0.278989 18.282391 0.083859</w:t>
        <w:br/>
        <w:t>v 0.206587 18.343544 0.076047</w:t>
        <w:br/>
        <w:t>v 0.275529 18.273659 0.064412</w:t>
        <w:br/>
        <w:t>v 0.278989 18.282391 0.083859</w:t>
        <w:br/>
        <w:t>v 0.216211 18.334938 0.080912</w:t>
        <w:br/>
        <w:t>v 0.206587 18.343544 0.076047</w:t>
        <w:br/>
        <w:t>v 0.175492 18.310867 0.106755</w:t>
        <w:br/>
        <w:t>v 0.226978 18.237785 0.116272</w:t>
        <w:br/>
        <w:t>v 0.275529 18.273659 0.064412</w:t>
        <w:br/>
        <w:t>v 0.142230 18.283352 0.142203</w:t>
        <w:br/>
        <w:t>v 0.187271 18.211208 0.153182</w:t>
        <w:br/>
        <w:t>v 0.239306 18.159834 0.204567</w:t>
        <w:br/>
        <w:t>v 0.237070 18.147478 0.183996</w:t>
        <w:br/>
        <w:t>v -0.300511 16.760544 1.664715</w:t>
        <w:br/>
        <w:t>v -0.303441 16.726625 1.646467</w:t>
        <w:br/>
        <w:t>v -0.025151 16.516142 1.774598</w:t>
        <w:br/>
        <w:t>v -0.619837 16.990402 1.580250</w:t>
        <w:br/>
        <w:t>v -0.124442 18.132717 0.436618</w:t>
        <w:br/>
        <w:t>v -0.136845 18.163044 0.413460</w:t>
        <w:br/>
        <w:t>v -0.138557 18.140425 0.394700</w:t>
        <w:br/>
        <w:t>v -0.125242 18.122112 0.427799</w:t>
        <w:br/>
        <w:t>v -0.145776 18.112457 0.389079</w:t>
        <w:br/>
        <w:t>v -0.128627 18.108986 0.425176</w:t>
        <w:br/>
        <w:t>v -0.128627 18.108986 0.425176</w:t>
        <w:br/>
        <w:t>v -0.145776 18.112457 0.389079</w:t>
        <w:br/>
        <w:t>v -0.156618 18.086617 0.398109</w:t>
        <w:br/>
        <w:t>v -0.133710 18.096857 0.429411</w:t>
        <w:br/>
        <w:t>v -0.168134 18.069839 0.419381</w:t>
        <w:br/>
        <w:t>v -0.139119 18.088989 0.439391</w:t>
        <w:br/>
        <w:t>v -0.177265 18.066616 0.447160</w:t>
        <w:br/>
        <w:t>v -0.143403 18.087477 0.452431</w:t>
        <w:br/>
        <w:t>v -0.181549 18.077808 0.474052</w:t>
        <w:br/>
        <w:t>v -0.145414 18.092722 0.465046</w:t>
        <w:br/>
        <w:t>v -0.179838 18.100430 0.492812</w:t>
        <w:br/>
        <w:t>v -0.144615 18.103340 0.473852</w:t>
        <w:br/>
        <w:t>v -0.172606 18.128395 0.498433</w:t>
        <w:br/>
        <w:t>v -0.141217 18.116468 0.476487</w:t>
        <w:br/>
        <w:t>v -0.161776 18.154240 0.489403</w:t>
        <w:br/>
        <w:t>v -0.136146 18.128595 0.472253</w:t>
        <w:br/>
        <w:t>v -0.150260 18.171013 0.468144</w:t>
        <w:br/>
        <w:t>v -0.130725 18.136465 0.462273</w:t>
        <w:br/>
        <w:t>v -0.141130 18.174236 0.440340</w:t>
        <w:br/>
        <w:t>v -0.126441 18.137976 0.449233</w:t>
        <w:br/>
        <w:t>v -0.166685 18.183754 0.396436</w:t>
        <w:br/>
        <w:t>v -0.168771 18.156025 0.373428</w:t>
        <w:br/>
        <w:t>v -0.177639 18.121725 0.366533</w:t>
        <w:br/>
        <w:t>v -0.177639 18.121725 0.366533</w:t>
        <w:br/>
        <w:t>v -0.190917 18.090036 0.377613</w:t>
        <w:br/>
        <w:t>v -0.205056 18.069466 0.403680</w:t>
        <w:br/>
        <w:t>v -0.216248 18.065506 0.437767</w:t>
        <w:br/>
        <w:t>v -0.221494 18.079233 0.470742</w:t>
        <w:br/>
        <w:t>v -0.219395 18.106960 0.493749</w:t>
        <w:br/>
        <w:t>v -0.210539 18.141262 0.500632</w:t>
        <w:br/>
        <w:t>v -0.197262 18.172949 0.489565</w:t>
        <w:br/>
        <w:t>v -0.183123 18.193521 0.463497</w:t>
        <w:br/>
        <w:t>v -0.171931 18.197479 0.429398</w:t>
        <w:br/>
        <w:t>v -0.206630 18.185177 0.393126</w:t>
        <w:br/>
        <w:t>v -0.208341 18.162560 0.374352</w:t>
        <w:br/>
        <w:t>v -0.215573 18.134590 0.368732</w:t>
        <w:br/>
        <w:t>v -0.215573 18.134590 0.368732</w:t>
        <w:br/>
        <w:t>v -0.226402 18.108749 0.377762</w:t>
        <w:br/>
        <w:t>v -0.237919 18.091974 0.399034</w:t>
        <w:br/>
        <w:t>v -0.247049 18.088751 0.426825</w:t>
        <w:br/>
        <w:t>v -0.251333 18.099941 0.453705</w:t>
        <w:br/>
        <w:t>v -0.249622 18.122549 0.472478</w:t>
        <w:br/>
        <w:t>v -0.242390 18.150528 0.478099</w:t>
        <w:br/>
        <w:t>v -0.231561 18.176373 0.469068</w:t>
        <w:br/>
        <w:t>v -0.220045 18.193146 0.447797</w:t>
        <w:br/>
        <w:t>v -0.210914 18.196369 0.420005</w:t>
        <w:br/>
        <w:t>v -0.242765 18.170252 0.402119</w:t>
        <w:br/>
        <w:t>v -0.243564 18.159634 0.393326</w:t>
        <w:br/>
        <w:t>v -0.246962 18.146521 0.390690</w:t>
        <w:br/>
        <w:t>v -0.246962 18.146521 0.390690</w:t>
        <w:br/>
        <w:t>v -0.252033 18.134390 0.394924</w:t>
        <w:br/>
        <w:t>v -0.257441 18.126511 0.404904</w:t>
        <w:br/>
        <w:t>v -0.261725 18.125010 0.417932</w:t>
        <w:br/>
        <w:t>v -0.263736 18.130257 0.430560</w:t>
        <w:br/>
        <w:t>v -0.262937 18.140873 0.439366</w:t>
        <w:br/>
        <w:t>v -0.259540 18.154001 0.441989</w:t>
        <w:br/>
        <w:t>v -0.254469 18.166117 0.437754</w:t>
        <w:br/>
        <w:t>v -0.249048 18.173986 0.427774</w:t>
        <w:br/>
        <w:t>v -0.244776 18.175510 0.414734</w:t>
        <w:br/>
        <w:t>v -0.130051 18.111172 0.452256</w:t>
        <w:br/>
        <w:t>v -0.258128 18.151804 0.414909</w:t>
        <w:br/>
        <w:t>v 0.018857 18.093779 0.472423</w:t>
        <w:br/>
        <w:t>v 0.010862 18.113325 0.457497</w:t>
        <w:br/>
        <w:t>v 0.009759 18.098747 0.445404</w:t>
        <w:br/>
        <w:t>v 0.018341 18.086943 0.466739</w:t>
        <w:br/>
        <w:t>v 0.005106 18.080721 0.441782</w:t>
        <w:br/>
        <w:t>v 0.016160 18.078482 0.465048</w:t>
        <w:br/>
        <w:t>v 0.016160 18.078482 0.465048</w:t>
        <w:br/>
        <w:t>v 0.005106 18.080721 0.441782</w:t>
        <w:br/>
        <w:t>v -0.001882 18.064066 0.447602</w:t>
        <w:br/>
        <w:t>v 0.012883 18.070667 0.467777</w:t>
        <w:br/>
        <w:t>v -0.009305 18.053251 0.461313</w:t>
        <w:br/>
        <w:t>v 0.009397 18.065594 0.474210</w:t>
        <w:br/>
        <w:t>v -0.015190 18.051172 0.479217</w:t>
        <w:br/>
        <w:t>v 0.006636 18.064619 0.482615</w:t>
        <w:br/>
        <w:t>v -0.017951 18.058388 0.496551</w:t>
        <w:br/>
        <w:t>v 0.005339 18.067999 0.490746</w:t>
        <w:br/>
        <w:t>v -0.016848 18.072968 0.508643</w:t>
        <w:br/>
        <w:t>v 0.005855 18.074844 0.496422</w:t>
        <w:br/>
        <w:t>v -0.012187 18.090992 0.512266</w:t>
        <w:br/>
        <w:t>v 0.008044 18.083305 0.498121</w:t>
        <w:br/>
        <w:t>v -0.005207 18.107649 0.506445</w:t>
        <w:br/>
        <w:t>v 0.011313 18.091122 0.495391</w:t>
        <w:br/>
        <w:t>v 0.002216 18.118464 0.492743</w:t>
        <w:br/>
        <w:t>v 0.014807 18.096195 0.488959</w:t>
        <w:br/>
        <w:t>v 0.008101 18.120541 0.474822</w:t>
        <w:br/>
        <w:t>v 0.017568 18.097168 0.480554</w:t>
        <w:br/>
        <w:t>v -0.008371 18.126675 0.446523</w:t>
        <w:br/>
        <w:t>v -0.009715 18.108801 0.431694</w:t>
        <w:br/>
        <w:t>v -0.015432 18.086695 0.427250</w:t>
        <w:br/>
        <w:t>v -0.015432 18.086695 0.427250</w:t>
        <w:br/>
        <w:t>v -0.023989 18.066267 0.434391</w:t>
        <w:br/>
        <w:t>v -0.033103 18.053011 0.451193</w:t>
        <w:br/>
        <w:t>v -0.040316 18.050457 0.473163</w:t>
        <w:br/>
        <w:t>v -0.043698 18.059303 0.494417</w:t>
        <w:br/>
        <w:t>v -0.042345 18.077177 0.509247</w:t>
        <w:br/>
        <w:t>v -0.036637 18.099287 0.513683</w:t>
        <w:br/>
        <w:t>v -0.028079 18.119709 0.506550</w:t>
        <w:br/>
        <w:t>v -0.018966 18.132971 0.489748</w:t>
        <w:br/>
        <w:t>v -0.011752 18.135521 0.467769</w:t>
        <w:br/>
        <w:t>v -0.034117 18.127592 0.444390</w:t>
        <w:br/>
        <w:t>v -0.035220 18.113012 0.432290</w:t>
        <w:br/>
        <w:t>v -0.039882 18.094986 0.428667</w:t>
        <w:br/>
        <w:t>v -0.039882 18.094986 0.428667</w:t>
        <w:br/>
        <w:t>v -0.046862 18.078329 0.434488</w:t>
        <w:br/>
        <w:t>v -0.054284 18.067518 0.448198</w:t>
        <w:br/>
        <w:t>v -0.060169 18.065441 0.466111</w:t>
        <w:br/>
        <w:t>v -0.062931 18.072653 0.483436</w:t>
        <w:br/>
        <w:t>v -0.061828 18.087225 0.495536</w:t>
        <w:br/>
        <w:t>v -0.057167 18.105259 0.499159</w:t>
        <w:br/>
        <w:t>v -0.050187 18.121916 0.493338</w:t>
        <w:br/>
        <w:t>v -0.042764 18.132727 0.479628</w:t>
        <w:br/>
        <w:t>v -0.036879 18.134804 0.461715</w:t>
        <w:br/>
        <w:t>v -0.057408 18.117971 0.450187</w:t>
        <w:br/>
        <w:t>v -0.057923 18.111130 0.444519</w:t>
        <w:br/>
        <w:t>v -0.060113 18.102674 0.442820</w:t>
        <w:br/>
        <w:t>v -0.060113 18.102674 0.442820</w:t>
        <w:br/>
        <w:t>v -0.063382 18.094856 0.445549</w:t>
        <w:br/>
        <w:t>v -0.066868 18.089777 0.451982</w:t>
        <w:br/>
        <w:t>v -0.069629 18.088812 0.460379</w:t>
        <w:br/>
        <w:t>v -0.070925 18.092194 0.468518</w:t>
        <w:br/>
        <w:t>v -0.070410 18.099035 0.474194</w:t>
        <w:br/>
        <w:t>v -0.068220 18.107496 0.475884</w:t>
        <w:br/>
        <w:t>v -0.064952 18.115307 0.473155</w:t>
        <w:br/>
        <w:t>v -0.061458 18.120378 0.466723</w:t>
        <w:br/>
        <w:t>v -0.058704 18.121361 0.458318</w:t>
        <w:br/>
        <w:t>v 0.015242 18.079891 0.482502</w:t>
        <w:br/>
        <w:t>v -0.067310 18.106081 0.458430</w:t>
        <w:br/>
        <w:t>v -0.314085 18.209064 0.381789</w:t>
        <w:br/>
        <w:t>v -0.315478 18.228750 0.360636</w:t>
        <w:br/>
        <w:t>v -0.318728 18.210791 0.349800</w:t>
        <w:br/>
        <w:t>v -0.315605 18.200644 0.376693</w:t>
        <w:br/>
        <w:t>v -0.327917 18.191742 0.348125</w:t>
        <w:br/>
        <w:t>v -0.319917 18.191704 0.375918</w:t>
        <w:br/>
        <w:t>v -0.319917 18.191704 0.375918</w:t>
        <w:br/>
        <w:t>v -0.327917 18.191742 0.348125</w:t>
        <w:br/>
        <w:t>v -0.340623 18.176701 0.356058</w:t>
        <w:br/>
        <w:t>v -0.325875 18.184649 0.379639</w:t>
        <w:br/>
        <w:t>v -0.353408 18.169701 0.371485</w:t>
        <w:br/>
        <w:t>v -0.331878 18.181364 0.386876</w:t>
        <w:br/>
        <w:t>v -0.362863 18.172617 0.390245</w:t>
        <w:br/>
        <w:t>v -0.336315 18.182730 0.395683</w:t>
        <w:br/>
        <w:t>v -0.366450 18.184668 0.407349</w:t>
        <w:br/>
        <w:t>v -0.338000 18.188377 0.403707</w:t>
        <w:br/>
        <w:t>v -0.363201 18.202623 0.418185</w:t>
        <w:br/>
        <w:t>v -0.336476 18.196812 0.408792</w:t>
        <w:br/>
        <w:t>v -0.354002 18.221670 0.419862</w:t>
        <w:br/>
        <w:t>v -0.332157 18.205750 0.409578</w:t>
        <w:br/>
        <w:t>v -0.341306 18.236715 0.411927</w:t>
        <w:br/>
        <w:t>v -0.326207 18.212811 0.405855</w:t>
        <w:br/>
        <w:t>v -0.328522 18.243713 0.396509</w:t>
        <w:br/>
        <w:t>v -0.320196 18.216091 0.398620</w:t>
        <w:br/>
        <w:t>v -0.319065 18.240793 0.377731</w:t>
        <w:br/>
        <w:t>v -0.315758 18.214724 0.389813</w:t>
        <w:br/>
        <w:t>v -0.331171 18.245205 0.342766</w:t>
        <w:br/>
        <w:t>v -0.335145 18.223190 0.329478</w:t>
        <w:br/>
        <w:t>v -0.346425 18.199829 0.327421</w:t>
        <w:br/>
        <w:t>v -0.346425 18.199829 0.327421</w:t>
        <w:br/>
        <w:t>v -0.361994 18.181385 0.337155</w:t>
        <w:br/>
        <w:t>v -0.377682 18.172806 0.356058</w:t>
        <w:br/>
        <w:t>v -0.389277 18.176374 0.379081</w:t>
        <w:br/>
        <w:t>v -0.393670 18.191149 0.400054</w:t>
        <w:br/>
        <w:t>v -0.389687 18.213161 0.413344</w:t>
        <w:br/>
        <w:t>v -0.378415 18.236523 0.415391</w:t>
        <w:br/>
        <w:t>v -0.362847 18.254971 0.405666</w:t>
        <w:br/>
        <w:t>v -0.347158 18.263552 0.386762</w:t>
        <w:br/>
        <w:t>v -0.335563 18.259979 0.363731</w:t>
        <w:br/>
        <w:t>v -0.358390 18.251692 0.335471</w:t>
        <w:br/>
        <w:t>v -0.361638 18.233732 0.324627</w:t>
        <w:br/>
        <w:t>v -0.370837 18.214685 0.322950</w:t>
        <w:br/>
        <w:t>v -0.370837 18.214685 0.322950</w:t>
        <w:br/>
        <w:t>v -0.383533 18.199642 0.330885</w:t>
        <w:br/>
        <w:t>v -0.396319 18.192644 0.346312</w:t>
        <w:br/>
        <w:t>v -0.405776 18.195559 0.365081</w:t>
        <w:br/>
        <w:t>v -0.409362 18.207605 0.382176</w:t>
        <w:br/>
        <w:t>v -0.406116 18.225554 0.393022</w:t>
        <w:br/>
        <w:t>v -0.396915 18.244612 0.394698</w:t>
        <w:br/>
        <w:t>v -0.384219 18.259653 0.386763</w:t>
        <w:br/>
        <w:t>v -0.371433 18.266653 0.371336</w:t>
        <w:br/>
        <w:t>v -0.361976 18.263737 0.352567</w:t>
        <w:br/>
        <w:t>v -0.386842 18.247965 0.339106</w:t>
        <w:br/>
        <w:t>v -0.388366 18.239538 0.334030</w:t>
        <w:br/>
        <w:t>v -0.392684 18.230606 0.333243</w:t>
        <w:br/>
        <w:t>v -0.392684 18.230606 0.333243</w:t>
        <w:br/>
        <w:t>v -0.398635 18.223543 0.336965</w:t>
        <w:br/>
        <w:t>v -0.404638 18.220255 0.344204</w:t>
        <w:br/>
        <w:t>v -0.409072 18.221632 0.353001</w:t>
        <w:br/>
        <w:t>v -0.410757 18.227282 0.361033</w:t>
        <w:br/>
        <w:t>v -0.409235 18.235710 0.366119</w:t>
        <w:br/>
        <w:t>v -0.404914 18.244646 0.366896</w:t>
        <w:br/>
        <w:t>v -0.398965 18.251703 0.363174</w:t>
        <w:br/>
        <w:t>v -0.392954 18.254982 0.355939</w:t>
        <w:br/>
        <w:t>v -0.388525 18.253622 0.347129</w:t>
        <w:br/>
        <w:t>v -0.323044 18.197121 0.394509</w:t>
        <w:br/>
        <w:t>v -0.401798 18.239225 0.348305</w:t>
        <w:br/>
        <w:t>v 0.319658 18.259434 0.295825</w:t>
        <w:br/>
        <w:t>v 0.297999 18.276558 0.284284</w:t>
        <w:br/>
        <w:t>v 0.310377 18.292011 0.263399</w:t>
        <w:br/>
        <w:t>v 0.339068 18.274048 0.277326</w:t>
        <w:br/>
        <w:t>v 0.268596 18.267551 0.259552</w:t>
        <w:br/>
        <w:t>v 0.275853 18.278919 0.244052</w:t>
        <w:br/>
        <w:t>v 0.275853 18.278919 0.244052</w:t>
        <w:br/>
        <w:t>v 0.268596 18.267551 0.259552</w:t>
        <w:br/>
        <w:t>v 0.257742 18.240135 0.244214</w:t>
        <w:br/>
        <w:t>v 0.259416 18.246719 0.230787</w:t>
        <w:br/>
        <w:t>v 0.300722 18.177185 0.264424</w:t>
        <w:br/>
        <w:t>v 0.311139 18.175659 0.249423</w:t>
        <w:br/>
        <w:t>v 0.278814 18.187077 0.231261</w:t>
        <w:br/>
        <w:t>v 0.272906 18.187840 0.246550</w:t>
        <w:br/>
        <w:t>v 0.339005 18.196732 0.267571</w:t>
        <w:br/>
        <w:t>v 0.321431 18.194473 0.282835</w:t>
        <w:br/>
        <w:t>v 0.328901 18.230080 0.295225</w:t>
        <w:br/>
        <w:t>v 0.350946 18.235989 0.279899</w:t>
        <w:br/>
        <w:t>v 0.319645 18.288013 0.244439</w:t>
        <w:br/>
        <w:t>v 0.345313 18.272350 0.255480</w:t>
        <w:br/>
        <w:t>v 0.288781 18.277386 0.226403</w:t>
        <w:br/>
        <w:t>v 0.288781 18.277386 0.226403</w:t>
        <w:br/>
        <w:t>v 0.273917 18.248055 0.215448</w:t>
        <w:br/>
        <w:t>v 0.320357 18.184067 0.232036</w:t>
        <w:br/>
        <w:t>v 0.290242 18.193836 0.217972</w:t>
        <w:br/>
        <w:t>v 0.346500 18.203690 0.249323</w:t>
        <w:br/>
        <w:t>v 0.356854 18.238163 0.258441</w:t>
        <w:br/>
        <w:t>v 0.341628 18.262730 0.241666</w:t>
        <w:br/>
        <w:t>v 0.324304 18.274162 0.235446</w:t>
        <w:br/>
        <w:t>v 0.300884 18.266766 0.222156</w:t>
        <w:br/>
        <w:t>v 0.290530 18.248005 0.214449</w:t>
        <w:br/>
        <w:t>v 0.300884 18.266766 0.222156</w:t>
        <w:br/>
        <w:t>v 0.324067 18.199818 0.226702</w:t>
        <w:br/>
        <w:t>v 0.302121 18.207649 0.215823</w:t>
        <w:br/>
        <w:t>v 0.343839 18.213493 0.237044</w:t>
        <w:br/>
        <w:t>v 0.351646 18.241375 0.243327</w:t>
        <w:br/>
        <w:t>v 0.324304 18.274162 0.235446</w:t>
        <w:br/>
        <w:t>v 0.320882 18.240498 0.238893</w:t>
        <w:br/>
        <w:t>v 0.341628 18.262730 0.241666</w:t>
        <w:br/>
        <w:t>v 0.300884 18.266766 0.222156</w:t>
        <w:br/>
        <w:t>v 0.290530 18.248005 0.214449</w:t>
        <w:br/>
        <w:t>v 0.324067 18.199818 0.226702</w:t>
        <w:br/>
        <w:t>v 0.302121 18.207649 0.215823</w:t>
        <w:br/>
        <w:t>v 0.343839 18.213493 0.237044</w:t>
        <w:br/>
        <w:t>v 0.351646 18.241375 0.243327</w:t>
        <w:br/>
        <w:t>v 0.265236 18.214882 0.229163</w:t>
        <w:br/>
        <w:t>v 0.261727 18.208847 0.242415</w:t>
        <w:br/>
        <w:t>v 0.293003 18.225971 0.212014</w:t>
        <w:br/>
        <w:t>v 0.293003 18.225971 0.212014</w:t>
        <w:br/>
        <w:t>v 0.278751 18.219105 0.213587</w:t>
        <w:br/>
        <w:t>v 0.267372 18.256550 0.316197</w:t>
        <w:br/>
        <w:t>v 0.282536 18.243984 0.327101</w:t>
        <w:br/>
        <w:t>v 0.271120 18.222515 0.308115</w:t>
        <w:br/>
        <w:t>v 0.246039 18.249542 0.297111</w:t>
        <w:br/>
        <w:t>v 0.236821 18.230072 0.285995</w:t>
        <w:br/>
        <w:t>v 0.267372 18.176311 0.304668</w:t>
        <w:br/>
        <w:t>v 0.246426 18.186241 0.288943</w:t>
        <w:br/>
        <w:t>v 0.285046 18.192459 0.321630</w:t>
        <w:br/>
        <w:t>v 0.291429 18.221363 0.331223</w:t>
        <w:br/>
        <w:t>v 0.282536 18.243984 0.327101</w:t>
        <w:br/>
        <w:t>v 0.267372 18.256550 0.316197</w:t>
        <w:br/>
        <w:t>v 0.272231 18.270512 0.312937</w:t>
        <w:br/>
        <w:t>v 0.293228 18.253414 0.328013</w:t>
        <w:br/>
        <w:t>v 0.246039 18.249542 0.297111</w:t>
        <w:br/>
        <w:t>v 0.245352 18.259872 0.289017</w:t>
        <w:br/>
        <w:t>v 0.233411 18.232090 0.274778</w:t>
        <w:br/>
        <w:t>v 0.245352 18.259872 0.289017</w:t>
        <w:br/>
        <w:t>v 0.246039 18.249542 0.297111</w:t>
        <w:br/>
        <w:t>v 0.236821 18.230072 0.285995</w:t>
        <w:br/>
        <w:t>v 0.272194 18.165756 0.298585</w:t>
        <w:br/>
        <w:t>v 0.246888 18.179123 0.280924</w:t>
        <w:br/>
        <w:t>v 0.246426 18.186241 0.288943</w:t>
        <w:br/>
        <w:t>v 0.267372 18.176311 0.304668</w:t>
        <w:br/>
        <w:t>v 0.285046 18.192459 0.321630</w:t>
        <w:br/>
        <w:t>v 0.295701 18.185555 0.320643</w:t>
        <w:br/>
        <w:t>v 0.291429 18.221363 0.331223</w:t>
        <w:br/>
        <w:t>v 0.305019 18.221825 0.333409</w:t>
        <w:br/>
        <w:t>v 0.284135 18.277946 0.299547</w:t>
        <w:br/>
        <w:t>v 0.308154 18.258709 0.317159</w:t>
        <w:br/>
        <w:t>v 0.253021 18.266880 0.271756</w:t>
        <w:br/>
        <w:t>v 0.238931 18.233681 0.255118</w:t>
        <w:br/>
        <w:t>v 0.253021 18.266880 0.271756</w:t>
        <w:br/>
        <w:t>v 0.285134 18.162769 0.284234</w:t>
        <w:br/>
        <w:t>v 0.258104 18.175037 0.263200</w:t>
        <w:br/>
        <w:t>v 0.310589 18.183369 0.308628</w:t>
        <w:br/>
        <w:t>v 0.320157 18.228420 0.322217</w:t>
        <w:br/>
        <w:t>v 0.238906 18.206963 0.284558</w:t>
        <w:br/>
        <w:t>v 0.237045 18.203903 0.273991</w:t>
        <w:br/>
        <w:t>v 0.238906 18.206963 0.284558</w:t>
        <w:br/>
        <w:t>v 0.243740 18.201641 0.254806</w:t>
        <w:br/>
        <w:t>v 0.947505 14.307236 1.404242</w:t>
        <w:br/>
        <w:t>v 0.945587 14.271370 1.391460</w:t>
        <w:br/>
        <w:t>v 0.821518 14.257040 1.388214</w:t>
        <w:br/>
        <w:t>v 0.810914 14.292257 1.400043</w:t>
        <w:br/>
        <w:t>v 0.759927 14.245607 1.280426</w:t>
        <w:br/>
        <w:t>v 0.743710 14.280134 1.280145</w:t>
        <w:br/>
        <w:t>v 0.819477 14.247122 1.176977</w:t>
        <w:br/>
        <w:t>v 0.811517 14.281532 1.165532</w:t>
        <w:br/>
        <w:t>v 0.811517 14.281532 1.165532</w:t>
        <w:br/>
        <w:t>v 0.819477 14.247122 1.176977</w:t>
        <w:br/>
        <w:t>v 0.937926 14.256475 1.183679</w:t>
        <w:br/>
        <w:t>v 0.938798 14.290913 1.173538</w:t>
        <w:br/>
        <w:t>v 1.004676 14.270554 1.289471</w:t>
        <w:br/>
        <w:t>v 1.012981 14.306250 1.291131</w:t>
        <w:br/>
        <w:t>v 1.012981 14.306250 1.291131</w:t>
        <w:br/>
        <w:t>v 1.004676 14.270554 1.289471</w:t>
        <w:br/>
        <w:t>v 0.964615 14.220331 1.286719</w:t>
        <w:br/>
        <w:t>v 0.964068 14.166958 1.285614</w:t>
        <w:br/>
        <w:t>v 0.929436 14.166246 1.342207</w:t>
        <w:br/>
        <w:t>v 0.927749 14.220642 1.350007</w:t>
        <w:br/>
        <w:t>v 0.860857 14.157663 1.340911</w:t>
        <w:br/>
        <w:t>v 0.850498 14.211224 1.348317</w:t>
        <w:br/>
        <w:t>v 0.827645 14.151012 1.282251</w:t>
        <w:br/>
        <w:t>v 0.812186 14.203714 1.281822</w:t>
        <w:br/>
        <w:t>v 0.812186 14.203714 1.281822</w:t>
        <w:br/>
        <w:t>v 0.827645 14.151012 1.282251</w:t>
        <w:br/>
        <w:t>v 0.861744 14.152445 1.225309</w:t>
        <w:br/>
        <w:t>v 0.849466 14.204887 1.217623</w:t>
        <w:br/>
        <w:t>v 0.849466 14.204887 1.217623</w:t>
        <w:br/>
        <w:t>v 0.861744 14.152445 1.225309</w:t>
        <w:br/>
        <w:t>v 0.929199 14.159420 1.227636</w:t>
        <w:br/>
        <w:t>v 0.924200 14.211723 1.221101</w:t>
        <w:br/>
        <w:t>v 0.964068 14.166958 1.285614</w:t>
        <w:br/>
        <w:t>v 0.964615 14.220331 1.286719</w:t>
        <w:br/>
        <w:t>v 0.932149 14.268486 1.369313</w:t>
        <w:br/>
        <w:t>v 0.834493 14.257347 1.366562</w:t>
        <w:br/>
        <w:t>v 0.785485 14.248268 1.281324</w:t>
        <w:br/>
        <w:t>v 0.831928 14.249365 1.199589</w:t>
        <w:br/>
        <w:t>v 0.831928 14.249365 1.199589</w:t>
        <w:br/>
        <w:t>v 0.926063 14.256783 1.204860</w:t>
        <w:br/>
        <w:t>v 0.978326 14.267611 1.288798</w:t>
        <w:br/>
        <w:t>v 0.945587 14.271370 1.391460</w:t>
        <w:br/>
        <w:t>v 0.932149 14.268486 1.369313</w:t>
        <w:br/>
        <w:t>v 0.834493 14.257347 1.366562</w:t>
        <w:br/>
        <w:t>v 0.821518 14.257040 1.388214</w:t>
        <w:br/>
        <w:t>v 0.785485 14.248268 1.281324</w:t>
        <w:br/>
        <w:t>v 0.759927 14.245607 1.280426</w:t>
        <w:br/>
        <w:t>v 0.831928 14.249365 1.199589</w:t>
        <w:br/>
        <w:t>v 0.819477 14.247122 1.176977</w:t>
        <w:br/>
        <w:t>v 0.819477 14.247122 1.176977</w:t>
        <w:br/>
        <w:t>v 0.831928 14.249365 1.199589</w:t>
        <w:br/>
        <w:t>v 0.926063 14.256783 1.204860</w:t>
        <w:br/>
        <w:t>v 0.937926 14.256475 1.183679</w:t>
        <w:br/>
        <w:t>v 0.978326 14.267611 1.288798</w:t>
        <w:br/>
        <w:t>v 1.004676 14.270554 1.289471</w:t>
        <w:br/>
        <w:t>v 0.947505 14.307236 1.404242</w:t>
        <w:br/>
        <w:t>v 0.810914 14.292257 1.400043</w:t>
        <w:br/>
        <w:t>v 0.877479 14.284838 1.285510</w:t>
        <w:br/>
        <w:t>v 0.743710 14.280134 1.280145</w:t>
        <w:br/>
        <w:t>v 0.811517 14.281532 1.165532</w:t>
        <w:br/>
        <w:t>v 0.938798 14.290913 1.173538</w:t>
        <w:br/>
        <w:t>v 1.012981 14.306250 1.291131</w:t>
        <w:br/>
        <w:t>v 0.862792 14.120707 1.343667</w:t>
        <w:br/>
        <w:t>v 0.828697 14.113909 1.282457</w:t>
        <w:br/>
        <w:t>v 0.828697 14.113909 1.282457</w:t>
        <w:br/>
        <w:t>v 0.865382 14.115652 1.222890</w:t>
        <w:br/>
        <w:t>v 0.865382 14.115652 1.222890</w:t>
        <w:br/>
        <w:t>v 0.936536 14.123369 1.224933</w:t>
        <w:br/>
        <w:t>v 0.971673 14.130783 1.285698</w:t>
        <w:br/>
        <w:t>v 0.971673 14.130783 1.285698</w:t>
        <w:br/>
        <w:t>v 0.934340 14.129616 1.345020</w:t>
        <w:br/>
        <w:t>v 0.813085 14.099607 1.282230</w:t>
        <w:br/>
        <w:t>v 0.855138 14.107992 1.357832</w:t>
        <w:br/>
        <w:t>v 0.858799 14.101814 1.208587</w:t>
        <w:br/>
        <w:t>v 0.946727 14.111362 1.211094</w:t>
        <w:br/>
        <w:t>v 0.865382 14.115652 1.222890</w:t>
        <w:br/>
        <w:t>v 0.858799 14.101814 1.208587</w:t>
        <w:br/>
        <w:t>v 0.989694 14.120411 1.286239</w:t>
        <w:br/>
        <w:t>v 0.943489 14.118959 1.359522</w:t>
        <w:br/>
        <w:t>v 0.939617 14.099117 1.225415</w:t>
        <w:br/>
        <w:t>v 0.946727 14.111362 1.211094</w:t>
        <w:br/>
        <w:t>v 0.858799 14.101814 1.208587</w:t>
        <w:br/>
        <w:t>v 0.868740 14.091379 1.223446</w:t>
        <w:br/>
        <w:t>v 0.868740 14.091379 1.223446</w:t>
        <w:br/>
        <w:t>v 0.858799 14.101814 1.208587</w:t>
        <w:br/>
        <w:t>v 0.813085 14.099607 1.282230</w:t>
        <w:br/>
        <w:t>v 0.831617 14.089502 1.282768</w:t>
        <w:br/>
        <w:t>v 0.855138 14.107992 1.357832</w:t>
        <w:br/>
        <w:t>v 0.865410 14.096230 1.343591</w:t>
        <w:br/>
        <w:t>v 0.943489 14.118959 1.359522</w:t>
        <w:br/>
        <w:t>v 0.936457 14.105032 1.344963</w:t>
        <w:br/>
        <w:t>v 0.989694 14.120411 1.286239</w:t>
        <w:br/>
        <w:t>v 0.973685 14.106241 1.285992</w:t>
        <w:br/>
        <w:t>v 0.876223 14.070459 1.331072</w:t>
        <w:br/>
        <w:t>v 0.849836 14.065199 1.283457</w:t>
        <w:br/>
        <w:t>v 0.863418 14.093294 1.283464</w:t>
        <w:br/>
        <w:t>v 0.882096 14.097025 1.317070</w:t>
        <w:br/>
        <w:t>v 0.879048 14.066725 1.236975</w:t>
        <w:br/>
        <w:t>v 0.884006 14.094433 1.250613</w:t>
        <w:br/>
        <w:t>v 0.879048 14.066725 1.236975</w:t>
        <w:br/>
        <w:t>v 0.934625 14.072817 1.238488</w:t>
        <w:br/>
        <w:t>v 0.923234 14.098722 1.251691</w:t>
        <w:br/>
        <w:t>v 0.884006 14.094433 1.250613</w:t>
        <w:br/>
        <w:t>v 0.960997 14.078312 1.285974</w:t>
        <w:br/>
        <w:t>v 0.941940 14.102625 1.285192</w:t>
        <w:br/>
        <w:t>v 0.931807 14.077309 1.332158</w:t>
        <w:br/>
        <w:t>v 0.921361 14.101892 1.317830</w:t>
        <w:br/>
        <w:t>v 0.891578 14.052729 1.256569</w:t>
        <w:br/>
        <w:t>v 0.924547 14.056383 1.257448</w:t>
        <w:br/>
        <w:t>v 0.934625 14.072817 1.238488</w:t>
        <w:br/>
        <w:t>v 0.879048 14.066725 1.236975</w:t>
        <w:br/>
        <w:t>v 0.891578 14.052729 1.256569</w:t>
        <w:br/>
        <w:t>v 0.879048 14.066725 1.236975</w:t>
        <w:br/>
        <w:t>v 0.849836 14.065199 1.283457</w:t>
        <w:br/>
        <w:t>v 0.874229 14.051805 1.284165</w:t>
        <w:br/>
        <w:t>v 0.876223 14.070459 1.331072</w:t>
        <w:br/>
        <w:t>v 0.889868 14.054920 1.312423</w:t>
        <w:br/>
        <w:t>v 0.931807 14.077309 1.332158</w:t>
        <w:br/>
        <w:t>v 0.922838 14.058969 1.313073</w:t>
        <w:br/>
        <w:t>v 0.960997 14.078312 1.285974</w:t>
        <w:br/>
        <w:t>v 0.940181 14.059629 1.285633</w:t>
        <w:br/>
        <w:t>v 0.909056 14.039667 1.285089</w:t>
        <w:br/>
        <w:t>v 0.889755 14.037315 1.284695</w:t>
        <w:br/>
        <w:t>v 0.898891 14.039137 1.301230</w:t>
        <w:br/>
        <w:t>v 0.899922 14.037859 1.268534</w:t>
        <w:br/>
        <w:t>v 0.919222 14.040064 1.269004</w:t>
        <w:br/>
        <w:t>v 0.928369 14.041958 1.285511</w:t>
        <w:br/>
        <w:t>v 0.918204 14.041502 1.301618</w:t>
        <w:br/>
        <w:t>v 0.898891 14.039137 1.301230</w:t>
        <w:br/>
        <w:t>v 0.918204 14.041502 1.301618</w:t>
        <w:br/>
        <w:t>v 0.928369 14.041958 1.285511</w:t>
        <w:br/>
        <w:t>v 0.919222 14.040064 1.269004</w:t>
        <w:br/>
        <w:t>v 0.899922 14.037859 1.268534</w:t>
        <w:br/>
        <w:t>v 0.899922 14.037859 1.268534</w:t>
        <w:br/>
        <w:t>v 0.889755 14.037315 1.284695</w:t>
        <w:br/>
        <w:t>v 0.882096 14.097025 1.317070</w:t>
        <w:br/>
        <w:t>v 0.921361 14.101892 1.317830</w:t>
        <w:br/>
        <w:t>v 0.941940 14.102625 1.285192</w:t>
        <w:br/>
        <w:t>v 0.923234 14.098722 1.251691</w:t>
        <w:br/>
        <w:t>v 0.884006 14.094433 1.250613</w:t>
        <w:br/>
        <w:t>v 0.884006 14.094433 1.250613</w:t>
        <w:br/>
        <w:t>v 0.863418 14.093294 1.283464</w:t>
        <w:br/>
        <w:t>v 0.849466 14.204887 1.217623</w:t>
        <w:br/>
        <w:t>v -0.735680 13.714090 1.383279</w:t>
        <w:br/>
        <w:t>v -1.366270 13.727451 0.204002</w:t>
        <w:br/>
        <w:t>v -1.340125 13.772976 -0.010523</w:t>
        <w:br/>
        <w:t>v -0.263658 11.116837 0.969676</w:t>
        <w:br/>
        <w:t>v -0.143623 11.116566 0.722067</w:t>
        <w:br/>
        <w:t>v -0.139123 10.838236 0.694173</w:t>
        <w:br/>
        <w:t>v -0.261970 10.834839 0.935415</w:t>
        <w:br/>
        <w:t>v -0.288086 10.496611 0.876466</w:t>
        <w:br/>
        <w:t>v -0.487669 10.494704 1.061594</w:t>
        <w:br/>
        <w:t>v -0.490118 10.829405 1.102995</w:t>
        <w:br/>
        <w:t>v -0.801066 11.117499 1.187673</w:t>
        <w:br/>
        <w:t>v -0.795745 10.822673 1.153949</w:t>
        <w:br/>
        <w:t>v -1.072719 10.816417 1.144963</w:t>
        <w:br/>
        <w:t>v -1.082852 11.118319 1.180549</w:t>
        <w:br/>
        <w:t>v -1.595321 10.804885 0.874885</w:t>
        <w:br/>
        <w:t>v -1.619242 11.119947 0.903845</w:t>
        <w:br/>
        <w:t>v -1.333589 11.119235 1.087762</w:t>
        <w:br/>
        <w:t>v -1.314070 10.810857 1.052253</w:t>
        <w:br/>
        <w:t>v -1.781072 10.800478 0.352520</w:t>
        <w:br/>
        <w:t>v -1.735556 10.484451 0.307363</w:t>
        <w:br/>
        <w:t>v -1.704325 10.485284 -0.042677</w:t>
        <w:br/>
        <w:t>v -1.765333 10.802412 0.020435</w:t>
        <w:br/>
        <w:t>v -1.810936 11.119486 0.089520</w:t>
        <w:br/>
        <w:t>v -1.727687 10.804312 -0.153470</w:t>
        <w:br/>
        <w:t>v -1.747459 11.119560 -0.186982</w:t>
        <w:br/>
        <w:t>v -1.560835 10.809879 -0.433690</w:t>
        <w:br/>
        <w:t>v -1.592866 11.118461 -0.426951</w:t>
        <w:br/>
        <w:t>v -1.251149 10.816653 -0.634593</w:t>
        <w:br/>
        <w:t>v -1.229203 10.490159 -0.632508</w:t>
        <w:br/>
        <w:t>v -0.844348 10.490760 -0.706881</w:t>
        <w:br/>
        <w:t>v -0.874260 10.825433 -0.711571</w:t>
        <w:br/>
        <w:t>v -0.369132 10.836000 -0.510261</w:t>
        <w:br/>
        <w:t>v -0.598953 10.831314 -0.661442</w:t>
        <w:br/>
        <w:t>v -0.589409 10.492517 -0.663996</w:t>
        <w:br/>
        <w:t>v -0.368018 10.494228 -0.524927</w:t>
        <w:br/>
        <w:t>v -0.100809 11.116162 0.433396</w:t>
        <w:br/>
        <w:t>v -0.093409 11.115643 0.185175</w:t>
        <w:br/>
        <w:t>v -0.090694 10.841096 0.168890</w:t>
        <w:br/>
        <w:t>v -0.094100 10.840034 0.412250</w:t>
        <w:br/>
        <w:t>v -0.128865 11.424953 0.452794</w:t>
        <w:br/>
        <w:t>v -0.173942 11.435166 0.746150</w:t>
        <w:br/>
        <w:t>v -0.194215 11.543811 0.755364</w:t>
        <w:br/>
        <w:t>v -0.142741 11.521005 0.458115</w:t>
        <w:br/>
        <w:t>v -1.337301 11.542952 1.116936</w:t>
        <w:br/>
        <w:t>v -1.082939 11.506715 1.221423</w:t>
        <w:br/>
        <w:t>v -1.619482 11.580372 0.922800</w:t>
        <w:br/>
        <w:t>v -1.563499 11.955087 0.920763</w:t>
        <w:br/>
        <w:t>v -1.303647 11.881818 1.120711</w:t>
        <w:br/>
        <w:t>v -1.818630 12.012168 0.399185</w:t>
        <w:br/>
        <w:t>v -1.844373 11.609201 0.398148</w:t>
        <w:br/>
        <w:t>v -1.833993 11.597795 0.125143</w:t>
        <w:br/>
        <w:t>v -1.824538 11.972936 0.137096</w:t>
        <w:br/>
        <w:t>v -1.766020 11.555367 -0.206118</w:t>
        <w:br/>
        <w:t>v -1.757527 11.856362 -0.197300</w:t>
        <w:br/>
        <w:t>v -1.269841 11.577146 -0.618548</w:t>
        <w:br/>
        <w:t>v -1.274194 11.393477 -0.618504</w:t>
        <w:br/>
        <w:t>v -0.909908 11.333522 -0.694621</w:t>
        <w:br/>
        <w:t>v -0.918439 11.460378 -0.686858</w:t>
        <w:br/>
        <w:t>v -0.626061 11.316998 -0.641749</w:t>
        <w:br/>
        <w:t>v -0.700059 11.425850 -0.646380</w:t>
        <w:br/>
        <w:t>v -0.142741 11.521005 0.458115</w:t>
        <w:br/>
        <w:t>v -0.112390 11.512782 0.204305</w:t>
        <w:br/>
        <w:t>v -0.097262 11.388597 0.200780</w:t>
        <w:br/>
        <w:t>v -0.128865 11.424953 0.452794</w:t>
        <w:br/>
        <w:t>v -0.122969 11.500819 -0.045915</w:t>
        <w:br/>
        <w:t>v -0.190959 11.474500 -0.254780</w:t>
        <w:br/>
        <w:t>v -0.210793 11.331684 -0.277511</w:t>
        <w:br/>
        <w:t>v -0.121230 11.352083 -0.046764</w:t>
        <w:br/>
        <w:t>v -0.217024 10.839392 -0.309929</w:t>
        <w:br/>
        <w:t>v -0.210180 11.114750 -0.294264</w:t>
        <w:br/>
        <w:t>v -0.376553 11.114626 -0.491750</w:t>
        <w:br/>
        <w:t>v -0.314169 10.158422 0.803301</w:t>
        <w:br/>
        <w:t>v -0.174200 10.159006 0.580125</w:t>
        <w:br/>
        <w:t>v -0.209988 9.773730 0.532907</w:t>
        <w:br/>
        <w:t>v -0.314406 9.774876 0.759300</w:t>
        <w:br/>
        <w:t>v -1.258350 10.173931 0.958213</w:t>
        <w:br/>
        <w:t>v -0.777790 10.163445 1.066116</w:t>
        <w:br/>
        <w:t>v -0.760684 9.777929 0.995530</w:t>
        <w:br/>
        <w:t>v -1.218917 9.796179 0.883795</w:t>
        <w:br/>
        <w:t>v -1.509445 9.801506 0.618111</w:t>
        <w:br/>
        <w:t>v -1.541443 10.175624 0.741007</w:t>
        <w:br/>
        <w:t>v -1.598265 9.799869 0.247583</w:t>
        <w:br/>
        <w:t>v -1.671655 10.169124 0.283090</w:t>
        <w:br/>
        <w:t>v -1.623554 10.173242 0.581068</w:t>
        <w:br/>
        <w:t>v -0.784629 9.793481 -0.690861</w:t>
        <w:br/>
        <w:t>v -0.814435 10.156085 -0.701656</w:t>
        <w:br/>
        <w:t>v -1.204561 10.163666 -0.629822</w:t>
        <w:br/>
        <w:t>v -1.172900 9.799850 -0.615381</w:t>
        <w:br/>
        <w:t>v -0.117428 10.158943 0.321145</w:t>
        <w:br/>
        <w:t>v -0.106114 10.156093 0.072255</w:t>
        <w:br/>
        <w:t>v -0.122734 9.776234 -0.031753</w:t>
        <w:br/>
        <w:t>v -0.143394 9.778625 0.285630</w:t>
        <w:br/>
        <w:t>v -0.296227 11.446683 1.000240</w:t>
        <w:br/>
        <w:t>v -0.803414 11.730783 1.226094</w:t>
        <w:br/>
        <w:t>v -0.524876 11.650194 1.163978</w:t>
        <w:br/>
        <w:t>v -0.518345 11.465851 1.165509</w:t>
        <w:br/>
        <w:t>v -0.810097 11.485119 1.219799</w:t>
        <w:br/>
        <w:t>v -1.067451 11.810485 1.226894</w:t>
        <w:br/>
        <w:t>v -1.267199 11.116712 -0.629696</w:t>
        <w:br/>
        <w:t>v -0.896931 11.115425 -0.706562</w:t>
        <w:br/>
        <w:t>v -0.129250 11.115113 -0.058367</w:t>
        <w:br/>
        <w:t>v -0.370944 11.309253 -0.476287</w:t>
        <w:br/>
        <w:t>v -0.324591 11.443700 -0.430660</w:t>
        <w:br/>
        <w:t>v -0.490914 11.423677 -0.546335</w:t>
        <w:br/>
        <w:t>v -1.620318 11.481111 -0.428998</w:t>
        <w:br/>
        <w:t>v -1.619794 11.754590 -0.379861</w:t>
        <w:br/>
        <w:t>v -1.539105 11.687753 -0.463335</w:t>
        <w:br/>
        <w:t>v -1.506651 10.488381 -0.446878</w:t>
        <w:br/>
        <w:t>v -0.499996 11.117066 1.135987</w:t>
        <w:br/>
        <w:t>v -1.792787 11.602793 0.659300</w:t>
        <w:br/>
        <w:t>v -1.766257 11.119897 0.652167</w:t>
        <w:br/>
        <w:t>v -1.820454 11.119647 0.376740</w:t>
        <w:br/>
        <w:t>v -0.609758 11.114808 -0.652462</w:t>
        <w:br/>
        <w:t>v -0.117428 10.158943 0.321145</w:t>
        <w:br/>
        <w:t>v -0.160269 10.498564 0.644784</w:t>
        <w:br/>
        <w:t>v -0.103014 10.499429 0.354870</w:t>
        <w:br/>
        <w:t>v -1.286655 10.492393 1.008482</w:t>
        <w:br/>
        <w:t>v -1.049059 10.492552 1.091210</w:t>
        <w:br/>
        <w:t>v -1.560168 10.489987 0.817982</w:t>
        <w:br/>
        <w:t>v -1.685239 10.486199 -0.129648</w:t>
        <w:br/>
        <w:t>v -1.444717 10.167091 -0.459477</w:t>
        <w:br/>
        <w:t>v -1.621445 10.168779 -0.105919</w:t>
        <w:br/>
        <w:t>v -0.103014 10.499429 0.354870</w:t>
        <w:br/>
        <w:t>v -0.092230 10.498528 0.118892</w:t>
        <w:br/>
        <w:t>v -0.125808 10.497176 -0.079888</w:t>
        <w:br/>
        <w:t>v -0.225861 10.495699 -0.319719</w:t>
        <w:br/>
        <w:t>v -0.236874 10.152168 -0.350976</w:t>
        <w:br/>
        <w:t>v -0.130559 10.153443 -0.086592</w:t>
        <w:br/>
        <w:t>v 0.488133 10.829084 1.086180</w:t>
        <w:br/>
        <w:t>v 0.480035 10.744381 1.094365</w:t>
        <w:br/>
        <w:t>v 0.238686 10.748137 0.931937</w:t>
        <w:br/>
        <w:t>v 0.264320 10.834385 0.922496</w:t>
        <w:br/>
        <w:t>v 1.733673 10.722607 -0.008910</w:t>
        <w:br/>
        <w:t>v 1.759268 10.720453 0.318383</w:t>
        <w:br/>
        <w:t>v 1.754921 10.786436 0.331154</w:t>
        <w:br/>
        <w:t>v 1.730551 10.779570 0.024906</w:t>
        <w:br/>
        <w:t>v 0.864540 10.738308 -0.728997</w:t>
        <w:br/>
        <w:t>v 1.251886 10.732893 -0.651963</w:t>
        <w:br/>
        <w:t>v 1.244091 10.799557 -0.617704</w:t>
        <w:br/>
        <w:t>v 0.874430 10.810926 -0.693225</w:t>
        <w:br/>
        <w:t>v 0.839253 10.447069 -0.727787</w:t>
        <w:br/>
        <w:t>v 0.557309 10.448065 -0.684429</w:t>
        <w:br/>
        <w:t>v 0.557185 10.153555 -0.677885</w:t>
        <w:br/>
        <w:t>v 0.814645 10.155943 -0.714052</w:t>
        <w:br/>
        <w:t>v 0.194217 11.543808 0.755367</w:t>
        <w:br/>
        <w:t>v 0.179221 11.448593 0.746722</w:t>
        <w:br/>
        <w:t>v 0.128865 11.424953 0.452793</w:t>
        <w:br/>
        <w:t>v 0.142742 11.521004 0.458114</w:t>
        <w:br/>
        <w:t>v 1.329539 11.125458 1.079988</w:t>
        <w:br/>
        <w:t>v 1.079803 11.131622 1.184381</w:t>
        <w:br/>
        <w:t>v 1.085279 11.194252 1.207356</w:t>
        <w:br/>
        <w:t>v 1.342912 11.202293 1.109260</w:t>
        <w:br/>
        <w:t>v 1.590182 11.955271 0.919900</w:t>
        <w:br/>
        <w:t>v 1.630013 11.580378 0.922800</w:t>
        <w:br/>
        <w:t>v 1.337301 11.542952 1.116935</w:t>
        <w:br/>
        <w:t>v 1.304209 11.881819 1.120706</w:t>
        <w:br/>
        <w:t>v 1.858186 11.597792 0.125145</w:t>
        <w:br/>
        <w:t>v 1.870182 11.609198 0.398149</w:t>
        <w:br/>
        <w:t>v 1.874823 12.012172 0.399189</w:t>
        <w:br/>
        <w:t>v 1.880852 11.972936 0.137096</w:t>
        <w:br/>
        <w:t>v 1.782911 11.555370 -0.206122</w:t>
        <w:br/>
        <w:t>v 1.801839 11.856359 -0.197305</w:t>
        <w:br/>
        <w:t>v 0.909909 11.333521 -0.694623</w:t>
        <w:br/>
        <w:t>v 1.274194 11.393476 -0.618505</w:t>
        <w:br/>
        <w:t>v 1.269841 11.577146 -0.618549</w:t>
        <w:br/>
        <w:t>v 0.918440 11.460378 -0.686858</w:t>
        <w:br/>
        <w:t>v 0.700059 11.425850 -0.646380</w:t>
        <w:br/>
        <w:t>v 0.626061 11.316998 -0.641750</w:t>
        <w:br/>
        <w:t>v 0.091094 11.389427 0.202136</w:t>
        <w:br/>
        <w:t>v 0.106455 11.511180 0.205829</w:t>
        <w:br/>
        <w:t>v 0.142742 11.521004 0.458114</w:t>
        <w:br/>
        <w:t>v 0.128865 11.424953 0.452793</w:t>
        <w:br/>
        <w:t>v 0.210793 11.331684 -0.277512</w:t>
        <w:br/>
        <w:t>v 0.190959 11.474499 -0.254781</w:t>
        <w:br/>
        <w:t>v 0.122969 11.500819 -0.045916</w:t>
        <w:br/>
        <w:t>v 0.121230 11.352083 -0.046765</w:t>
        <w:br/>
        <w:t>v 0.183548 9.778667 0.532919</w:t>
        <w:br/>
        <w:t>v 0.157066 10.158989 0.586118</w:t>
        <w:br/>
        <w:t>v 0.284145 10.158422 0.812384</w:t>
        <w:br/>
        <w:t>v 0.306964 9.778967 0.762051</w:t>
        <w:br/>
        <w:t>v 0.760684 9.777929 0.995529</w:t>
        <w:br/>
        <w:t>v 0.771233 10.163540 1.077791</w:t>
        <w:br/>
        <w:t>v 1.264138 10.174120 0.969439</w:t>
        <w:br/>
        <w:t>v 1.218916 9.796179 0.883794</w:t>
        <w:br/>
        <w:t>v 1.597255 10.174545 0.667910</w:t>
        <w:br/>
        <w:t>v 1.533917 9.805143 0.618136</w:t>
        <w:br/>
        <w:t>v 1.669310 10.160854 0.281181</w:t>
        <w:br/>
        <w:t>v 1.597365 9.803507 0.247608</w:t>
        <w:br/>
        <w:t>v 1.209604 10.163633 -0.641276</w:t>
        <w:br/>
        <w:t>v 0.784629 9.793480 -0.690863</w:t>
        <w:br/>
        <w:t>v 1.172900 9.799849 -0.615383</w:t>
        <w:br/>
        <w:t>v 0.095297 9.781422 -0.033060</w:t>
        <w:br/>
        <w:t>v 0.067628 10.156044 0.072635</w:t>
        <w:br/>
        <w:t>v 0.082913 10.158911 0.322973</w:t>
        <w:br/>
        <w:t>v 0.109547 9.783125 0.288133</w:t>
        <w:br/>
        <w:t>v 0.165783 11.123991 0.719988</w:t>
        <w:br/>
        <w:t>v 0.151045 11.181261 0.737412</w:t>
        <w:br/>
        <w:t>v 0.276543 11.183863 0.989173</w:t>
        <w:br/>
        <w:t>v 0.289061 11.129545 0.963035</w:t>
        <w:br/>
        <w:t>v 0.517386 11.466564 1.156071</w:t>
        <w:br/>
        <w:t>v 0.524872 11.650194 1.163979</w:t>
        <w:br/>
        <w:t>v 0.803415 11.730783 1.226092</w:t>
        <w:br/>
        <w:t>v 0.810099 11.485113 1.219797</w:t>
        <w:br/>
        <w:t>v 1.067455 11.810480 1.226887</w:t>
        <w:br/>
        <w:t>v 1.082944 11.506720 1.221416</w:t>
        <w:br/>
        <w:t>v 1.820760 11.214434 0.093138</w:t>
        <w:br/>
        <w:t>v 1.752161 11.205763 -0.202490</w:t>
        <w:br/>
        <w:t>v 1.700922 11.100153 -0.182570</w:t>
        <w:br/>
        <w:t>v 1.783672 11.105085 0.091332</w:t>
        <w:br/>
        <w:t>v 1.275632 11.170429 -0.644998</w:t>
        <w:br/>
        <w:t>v 0.899391 11.157452 -0.723203</w:t>
        <w:br/>
        <w:t>v 0.896954 11.101017 -0.697141</w:t>
        <w:br/>
        <w:t>v 1.263654 11.104050 -0.621012</w:t>
        <w:br/>
        <w:t>v 0.105167 11.115608 0.187617</w:t>
        <w:br/>
        <w:t>v 0.085565 11.168751 0.188085</w:t>
        <w:br/>
        <w:t>v 0.104336 11.176235 0.440296</w:t>
        <w:br/>
        <w:t>v 0.119234 11.119778 0.431894</w:t>
        <w:br/>
        <w:t>v 0.229032 11.090988 -0.288794</w:t>
        <w:br/>
        <w:t>v 0.212523 11.156532 -0.301971</w:t>
        <w:br/>
        <w:t>v 0.122023 11.160887 -0.062533</w:t>
        <w:br/>
        <w:t>v 0.138440 11.099222 -0.055158</w:t>
        <w:br/>
        <w:t>v 0.324591 11.443700 -0.430661</w:t>
        <w:br/>
        <w:t>v 0.370944 11.309252 -0.476289</w:t>
        <w:br/>
        <w:t>v 0.490915 11.423677 -0.546335</w:t>
        <w:br/>
        <w:t>v 1.624175 11.481106 -0.429004</w:t>
        <w:br/>
        <w:t>v 1.643319 11.754584 -0.379857</w:t>
        <w:br/>
        <w:t>v 1.555661 11.688231 -0.463488</w:t>
        <w:br/>
        <w:t>v 1.607840 11.189625 -0.440989</w:t>
        <w:br/>
        <w:t>v 1.581919 11.102951 -0.420202</w:t>
        <w:br/>
        <w:t>v 1.559520 10.727934 -0.450032</w:t>
        <w:br/>
        <w:t>v 1.552575 10.785044 -0.420614</w:t>
        <w:br/>
        <w:t>v 0.496118 11.185265 1.141871</w:t>
        <w:br/>
        <w:t>v 0.305575 11.455502 1.000239</w:t>
        <w:br/>
        <w:t>v 1.815722 11.602798 0.659294</w:t>
        <w:br/>
        <w:t>v 1.776352 11.215773 0.661016</w:t>
        <w:br/>
        <w:t>v 1.637187 11.210947 0.919687</w:t>
        <w:br/>
        <w:t>v 1.831428 11.216936 0.383122</w:t>
        <w:br/>
        <w:t>v 0.369046 11.151972 -0.503535</w:t>
        <w:br/>
        <w:t>v 0.607322 11.153660 -0.668300</w:t>
        <w:br/>
        <w:t>v 0.082913 10.158911 0.322973</w:t>
        <w:br/>
        <w:t>v 0.079023 10.458899 0.354948</w:t>
        <w:br/>
        <w:t>v 0.128615 10.458313 0.635417</w:t>
        <w:br/>
        <w:t>v 1.051329 10.452293 1.110102</w:t>
        <w:br/>
        <w:t>v 1.298294 10.452951 1.015256</w:t>
        <w:br/>
        <w:t>v 1.535365 10.449385 0.846436</w:t>
        <w:br/>
        <w:t>v 1.689440 10.779589 -0.145713</w:t>
        <w:br/>
        <w:t>v 1.703876 10.724173 -0.149840</w:t>
        <w:br/>
        <w:t>v 1.664518 10.449804 -0.136948</w:t>
        <w:br/>
        <w:t>v 1.518224 10.447371 -0.460299</w:t>
        <w:br/>
        <w:t>v 1.468400 10.167103 -0.468436</w:t>
        <w:br/>
        <w:t>v 1.634253 10.172421 -0.110214</w:t>
        <w:br/>
        <w:t>v 0.055056 10.457548 0.112085</w:t>
        <w:br/>
        <w:t>v 0.079023 10.458899 0.354948</w:t>
        <w:br/>
        <w:t>v 0.196368 10.152014 -0.358456</w:t>
        <w:br/>
        <w:t>v 0.196961 10.454081 -0.344034</w:t>
        <w:br/>
        <w:t>v 0.097314 10.455620 -0.095482</w:t>
        <w:br/>
        <w:t>v 0.101842 10.153311 -0.090979</w:t>
        <w:br/>
        <w:t>v 0.329031 10.452856 -0.542934</w:t>
        <w:br/>
        <w:t>v 0.354854 10.152300 -0.548793</w:t>
        <w:br/>
        <w:t>v 0.802123 11.187670 1.200245</w:t>
        <w:br/>
        <w:t>v 1.066429 10.816359 1.140109</w:t>
        <w:br/>
        <w:t>v 1.069249 10.735670 1.158846</w:t>
        <w:br/>
        <w:t>v 0.792052 10.739788 1.158102</w:t>
        <w:br/>
        <w:t>v 0.797405 10.822451 1.169430</w:t>
        <w:br/>
        <w:t>v 1.820293 11.995863 0.652858</w:t>
        <w:br/>
        <w:t>v 0.311339 11.586567 1.009907</w:t>
        <w:br/>
        <w:t>v 0.495773 11.134426 1.140591</w:t>
        <w:br/>
        <w:t>v 0.804445 11.131859 1.197978</w:t>
        <w:br/>
        <w:t>v 1.716670 10.722422 0.630479</w:t>
        <w:br/>
        <w:t>v 1.713176 10.798595 0.625019</w:t>
        <w:br/>
        <w:t>v 1.798112 11.105211 0.375823</w:t>
        <w:br/>
        <w:t>v 0.254002 9.782331 -0.369345</w:t>
        <w:br/>
        <w:t>v 0.220228 10.811441 -0.299208</w:t>
        <w:br/>
        <w:t>v 0.193853 10.749323 -0.327762</w:t>
        <w:br/>
        <w:t>v 0.356406 10.746475 -0.530568</w:t>
        <w:br/>
        <w:t>v 0.378890 10.811697 -0.490053</w:t>
        <w:br/>
        <w:t>v 0.081120 10.828686 0.172181</w:t>
        <w:br/>
        <w:t>v 0.060149 10.752031 0.160306</w:t>
        <w:br/>
        <w:t>v 0.098274 10.751081 -0.083409</w:t>
        <w:br/>
        <w:t>v 0.118989 10.824795 -0.063535</w:t>
        <w:br/>
        <w:t>v 0.104336 11.176235 0.440296</w:t>
        <w:br/>
        <w:t>v 0.260589 10.456818 0.875256</w:t>
        <w:br/>
        <w:t>v -0.786768 10.493059 1.121649</w:t>
        <w:br/>
        <w:t>v -0.311338 11.586567 1.009908</w:t>
        <w:br/>
        <w:t>v -1.739653 10.801140 0.632170</w:t>
        <w:br/>
        <w:t>v -1.769005 11.995854 0.652867</w:t>
        <w:br/>
        <w:t>v -1.692838 10.486848 0.614763</w:t>
        <w:br/>
        <w:t>v -0.579865 10.153721 -0.666014</w:t>
        <w:br/>
        <w:t>v -0.622211 9.792500 -0.663619</w:t>
        <w:br/>
        <w:t>v -0.131496 10.841072 -0.069696</w:t>
        <w:br/>
        <w:t>v -0.378205 10.152471 -0.538585</w:t>
        <w:br/>
        <w:t>v -0.100809 11.116162 0.433396</w:t>
        <w:br/>
        <w:t>v -0.094100 10.840034 0.412250</w:t>
        <w:br/>
        <w:t>v -0.143394 9.778625 0.285630</w:t>
        <w:br/>
        <w:t>v 0.472157 10.449245 1.051108</w:t>
        <w:br/>
        <w:t>v 1.680335 10.449045 -0.065083</w:t>
        <w:br/>
        <w:t>v 1.721780 10.442028 0.291075</w:t>
        <w:br/>
        <w:t>v 1.239449 10.448227 -0.651438</w:t>
        <w:br/>
        <w:t>v 0.587763 10.742651 -0.680129</w:t>
        <w:br/>
        <w:t>v 0.604348 10.810892 -0.629061</w:t>
        <w:br/>
        <w:t>v 0.071015 10.751837 0.405109</w:t>
        <w:br/>
        <w:t>v 0.091180 10.834049 0.409262</w:t>
        <w:br/>
        <w:t>v 0.149588 10.832214 0.686970</w:t>
        <w:br/>
        <w:t>v 0.131659 10.750587 0.690004</w:t>
        <w:br/>
        <w:t>v 1.306225 10.810858 1.037112</w:t>
        <w:br/>
        <w:t>v 1.314360 10.731667 1.054900</w:t>
        <w:br/>
        <w:t>v 1.599580 10.726311 0.874360</w:t>
        <w:br/>
        <w:t>v 1.582671 10.805094 0.857283</w:t>
        <w:br/>
        <w:t>v 0.091180 10.834049 0.409262</w:t>
        <w:br/>
        <w:t>v 0.071015 10.751837 0.405109</w:t>
        <w:br/>
        <w:t>v 0.783320 10.451696 1.123078</w:t>
        <w:br/>
        <w:t>v 1.749131 11.113031 0.648590</w:t>
        <w:br/>
        <w:t>v 1.604153 11.119900 0.893204</w:t>
        <w:br/>
        <w:t>v 0.379462 11.090538 -0.484388</w:t>
        <w:br/>
        <w:t>v 0.612532 11.094547 -0.628429</w:t>
        <w:br/>
        <w:t>v 0.119234 11.119778 0.431894</w:t>
        <w:br/>
        <w:t>v 1.656804 10.450047 0.647368</w:t>
        <w:br/>
        <w:t>v 0.475400 9.774788 0.931850</w:t>
        <w:br/>
        <w:t>v 0.476421 10.154181 1.001513</w:t>
        <w:br/>
        <w:t>v 1.548484 9.799887 -0.120556</w:t>
        <w:br/>
        <w:t>v 0.204528 7.489854 0.042052</w:t>
        <w:br/>
        <w:t>v 0.240749 7.537224 -0.261554</w:t>
        <w:br/>
        <w:t>v 0.252018 7.866705 -0.222546</w:t>
        <w:br/>
        <w:t>v 0.211667 7.832487 0.093850</w:t>
        <w:br/>
        <w:t>v 0.225858 8.538700 -0.194209</w:t>
        <w:br/>
        <w:t>v 0.188128 8.509949 0.172555</w:t>
        <w:br/>
        <w:t>v 0.308254 7.827000 0.368311</w:t>
        <w:br/>
        <w:t>v 0.211667 7.832487 0.093850</w:t>
        <w:br/>
        <w:t>v 0.188128 8.509949 0.172555</w:t>
        <w:br/>
        <w:t>v 0.328358 8.513731 0.533371</w:t>
        <w:br/>
        <w:t>v 0.302896 7.485428 0.323401</w:t>
        <w:br/>
        <w:t>v 0.204528 7.489854 0.042052</w:t>
        <w:br/>
        <w:t>v 0.642738 7.509370 0.493080</w:t>
        <w:br/>
        <w:t>v 0.660932 7.835699 0.559235</w:t>
        <w:br/>
        <w:t>v 0.702366 8.554228 0.724303</w:t>
        <w:br/>
        <w:t>v 1.017892 7.869328 0.422441</w:t>
        <w:br/>
        <w:t>v 1.006305 7.536686 0.361512</w:t>
        <w:br/>
        <w:t>v 1.093174 8.596527 0.582802</w:t>
        <w:br/>
        <w:t>v 1.214073 7.922936 0.164912</w:t>
        <w:br/>
        <w:t>v 1.283716 8.613192 0.387829</w:t>
        <w:br/>
        <w:t>v 1.174980 7.573424 0.076625</w:t>
        <w:br/>
        <w:t>v 1.219374 7.967122 -0.236358</w:t>
        <w:br/>
        <w:t>v 1.345224 8.626560 0.116182</w:t>
        <w:br/>
        <w:t>v 1.313530 8.635124 -0.170782</w:t>
        <w:br/>
        <w:t>v 1.167732 7.616355 -0.274542</w:t>
        <w:br/>
        <w:t>v 1.175385 7.286662 -0.298220</w:t>
        <w:br/>
        <w:t>v 1.158873 7.236887 0.065840</w:t>
        <w:br/>
        <w:t>v 0.981957 7.237574 0.339876</w:t>
        <w:br/>
        <w:t>v 0.618163 7.220572 0.465899</w:t>
        <w:br/>
        <w:t>v 0.321235 7.176668 0.300513</w:t>
        <w:br/>
        <w:t>v 0.217915 7.149982 -0.033077</w:t>
        <w:br/>
        <w:t>v 0.256671 7.229450 -0.324422</w:t>
        <w:br/>
        <w:t>v 0.217915 7.149982 -0.033077</w:t>
        <w:br/>
        <w:t>v 0.304786 6.681789 -0.450522</w:t>
        <w:br/>
        <w:t>v 0.297617 6.912978 -0.367541</w:t>
        <w:br/>
        <w:t>v 0.260484 6.858982 -0.110703</w:t>
        <w:br/>
        <w:t>v 0.301007 6.637673 -0.156765</w:t>
        <w:br/>
        <w:t>v 0.966629 6.966825 0.299356</w:t>
        <w:br/>
        <w:t>v 0.638880 6.926126 0.395336</w:t>
        <w:br/>
        <w:t>v 1.027941 6.543949 0.093582</w:t>
        <w:br/>
        <w:t>v 0.700639 6.478852 0.201912</w:t>
        <w:br/>
        <w:t>v 0.673433 6.702116 0.304378</w:t>
        <w:br/>
        <w:t>v 0.978302 6.755395 0.206434</w:t>
        <w:br/>
        <w:t>v 0.452305 6.142962 -0.996850</w:t>
        <w:br/>
        <w:t>v 0.479454 6.440244 -0.905257</w:t>
        <w:br/>
        <w:t>v 0.290942 6.401261 -0.524506</w:t>
        <w:br/>
        <w:t>v 0.275645 6.111283 -0.564598</w:t>
        <w:br/>
        <w:t>v 0.485600 6.726558 -0.778369</w:t>
        <w:br/>
        <w:t>v 0.736342 6.459733 -1.073009</w:t>
        <w:br/>
        <w:t>v 0.716652 6.738581 -0.952537</w:t>
        <w:br/>
        <w:t>v 1.161241 6.635468 -0.171350</w:t>
        <w:br/>
        <w:t>v 1.213073 6.365894 -0.242624</w:t>
        <w:br/>
        <w:t>v 1.040978 6.296329 0.012582</w:t>
        <w:br/>
        <w:t>v 1.079546 6.034343 -0.063760</w:t>
        <w:br/>
        <w:t>v 0.748095 5.985767 0.077016</w:t>
        <w:br/>
        <w:t>v 0.724367 6.244958 0.142296</w:t>
        <w:br/>
        <w:t>v 0.310396 6.337796 -0.202500</w:t>
        <w:br/>
        <w:t>v 0.302246 6.057443 -0.246863</w:t>
        <w:br/>
        <w:t>v 1.014399 7.648072 -0.543538</w:t>
        <w:br/>
        <w:t>v 1.015013 7.306143 -0.553310</w:t>
        <w:br/>
        <w:t>v 1.028426 7.984744 -0.546885</w:t>
        <w:br/>
        <w:t>v 1.082550 8.640881 -0.544642</w:t>
        <w:br/>
        <w:t>v 1.049488 7.022076 -0.621222</w:t>
        <w:br/>
        <w:t>v 1.221707 7.008500 -0.345748</w:t>
        <w:br/>
        <w:t>v 1.312411 6.420897 -0.510117</w:t>
        <w:br/>
        <w:t>v 1.123927 6.462776 -0.883671</w:t>
        <w:br/>
        <w:t>v 1.158508 6.148270 -0.992847</w:t>
        <w:br/>
        <w:t>v 1.353170 6.117596 -0.564525</w:t>
        <w:br/>
        <w:t>v 0.689408 7.629345 -0.662796</w:t>
        <w:br/>
        <w:t>v 0.478365 7.588620 -0.533199</w:t>
        <w:br/>
        <w:t>v 0.477789 7.232569 -0.602916</w:t>
        <w:br/>
        <w:t>v 0.679230 7.271047 -0.705514</w:t>
        <w:br/>
        <w:t>v 0.466442 7.924131 -0.517902</w:t>
        <w:br/>
        <w:t>v 0.421458 8.586409 -0.520359</w:t>
        <w:br/>
        <w:t>v 0.700386 7.966085 -0.658722</w:t>
        <w:br/>
        <w:t>v 0.713194 8.615356 -0.651652</w:t>
        <w:br/>
        <w:t>v 0.481695 6.979563 -0.656541</w:t>
        <w:br/>
        <w:t>v 0.697941 7.004814 -0.818628</w:t>
        <w:br/>
        <w:t>v 0.474716 6.546676 0.076338</w:t>
        <w:br/>
        <w:t>v 0.424754 6.760294 0.164378</w:t>
        <w:br/>
        <w:t>v 0.366290 6.970947 0.250227</w:t>
        <w:br/>
        <w:t>v 1.064010 7.048843 0.201629</w:t>
        <w:br/>
        <w:t>v 1.074453 6.828408 0.067580</w:t>
        <w:br/>
        <w:t>v 1.146935 9.200268 -0.565233</w:t>
        <w:br/>
        <w:t>v 1.432314 9.191891 -0.133504</w:t>
        <w:br/>
        <w:t>v 1.548484 9.799887 -0.120556</w:t>
        <w:br/>
        <w:t>v 1.385460 9.803560 -0.482301</w:t>
        <w:br/>
        <w:t>v 1.156887 9.177586 0.746857</w:t>
        <w:br/>
        <w:t>v 0.757349 9.152077 0.858426</w:t>
        <w:br/>
        <w:t>v 0.760684 9.777929 0.995529</w:t>
        <w:br/>
        <w:t>v 1.218916 9.796179 0.883794</w:t>
        <w:br/>
        <w:t>v 0.448055 9.138428 0.735755</w:t>
        <w:br/>
        <w:t>v 0.475400 9.774788 0.931850</w:t>
        <w:br/>
        <w:t>v 0.183548 9.778667 0.532919</w:t>
        <w:br/>
        <w:t>v 0.152362 9.138018 0.250365</w:t>
        <w:br/>
        <w:t>v 0.109547 9.783125 0.288133</w:t>
        <w:br/>
        <w:t>v 1.474385 9.191685 0.196925</w:t>
        <w:br/>
        <w:t>v 1.597365 9.803507 0.247608</w:t>
        <w:br/>
        <w:t>v 0.766593 9.183556 -0.661680</w:t>
        <w:br/>
        <w:t>v 0.697941 7.004814 -0.818628</w:t>
        <w:br/>
        <w:t>v 1.080427 6.737990 -0.757506</w:t>
        <w:br/>
        <w:t>v 0.301007 6.637673 -0.156765</w:t>
        <w:br/>
        <w:t>v 0.260484 6.858982 -0.110703</w:t>
        <w:br/>
        <w:t>v 0.310396 6.337796 -0.202500</w:t>
        <w:br/>
        <w:t>v 0.491410 6.278312 -0.015704</w:t>
        <w:br/>
        <w:t>v 0.486620 6.011607 -0.058482</w:t>
        <w:br/>
        <w:t>v 0.302246 6.057443 -0.246863</w:t>
        <w:br/>
        <w:t>v 0.433468 9.167240 -0.530073</w:t>
        <w:br/>
        <w:t>v 0.162511 9.145164 -0.090014</w:t>
        <w:br/>
        <w:t>v 0.354421 9.135183 0.658148</w:t>
        <w:br/>
        <w:t>v 1.411245 9.188379 0.513439</w:t>
        <w:br/>
        <w:t>v 0.152362 9.138018 0.250365</w:t>
        <w:br/>
        <w:t>v 1.172900 9.799849 -0.615383</w:t>
        <w:br/>
        <w:t>v 0.784629 9.793480 -0.690863</w:t>
        <w:br/>
        <w:t>v 1.188802 6.910835 -0.082668</w:t>
        <w:br/>
        <w:t>v 1.268396 6.730362 -0.448641</w:t>
        <w:br/>
        <w:t>v 1.245248 6.088055 -0.310942</w:t>
        <w:br/>
        <w:t>v 1.277274 5.711480 -0.352231</w:t>
        <w:br/>
        <w:t>v 1.101430 5.664972 -0.144796</w:t>
        <w:br/>
        <w:t>v 0.772339 5.635603 -0.000989</w:t>
        <w:br/>
        <w:t>v 1.201737 5.429028 -0.996251</w:t>
        <w:br/>
        <w:t>v 1.307229 5.392253 -0.679022</w:t>
        <w:br/>
        <w:t>v 1.343478 5.736076 -0.626084</w:t>
        <w:br/>
        <w:t>v 1.187927 5.774296 -1.010693</w:t>
        <w:br/>
        <w:t>v 0.740932 5.774834 -1.176218</w:t>
        <w:br/>
        <w:t>v 0.419775 5.772610 -1.006937</w:t>
        <w:br/>
        <w:t>v 0.424656 5.398730 -1.018327</w:t>
        <w:br/>
        <w:t>v 0.738377 5.414359 -1.176994</w:t>
        <w:br/>
        <w:t>v 0.285090 5.359423 -0.690068</w:t>
        <w:br/>
        <w:t>v 0.274606 5.742414 -0.638506</w:t>
        <w:br/>
        <w:t>v 0.489426 5.668821 -0.129436</w:t>
        <w:br/>
        <w:t>v 0.298698 5.703017 -0.336885</w:t>
        <w:br/>
        <w:t>v 0.777080 4.867850 -0.158055</w:t>
        <w:br/>
        <w:t>v 1.036863 4.864141 -0.271923</w:t>
        <w:br/>
        <w:t>v 1.010299 4.541085 -0.332028</w:t>
        <w:br/>
        <w:t>v 0.774238 4.537150 -0.227295</w:t>
        <w:br/>
        <w:t>v 1.154180 4.545819 -0.505380</w:t>
        <w:br/>
        <w:t>v 1.192506 4.885626 -0.458645</w:t>
        <w:br/>
        <w:t>v 1.155163 4.883287 -0.735342</w:t>
        <w:br/>
        <w:t>v 1.107163 4.881252 -0.852553</w:t>
        <w:br/>
        <w:t>v 0.529359 4.885349 -0.249942</w:t>
        <w:br/>
        <w:t>v 0.534208 4.545495 -0.296160</w:t>
        <w:br/>
        <w:t>v 0.301935 5.331188 -0.398354</w:t>
        <w:br/>
        <w:t>v 0.504191 5.305789 -0.189659</w:t>
        <w:br/>
        <w:t>v 0.750805 6.157839 -1.144152</w:t>
        <w:br/>
        <w:t>v 1.081108 5.335214 -0.204789</w:t>
        <w:br/>
        <w:t>v 1.261638 5.373099 -0.391294</w:t>
        <w:br/>
        <w:t>v 0.780808 5.301645 -0.071548</w:t>
        <w:br/>
        <w:t>v 1.228902 4.891669 -0.551132</w:t>
        <w:br/>
        <w:t>v 0.693862 4.090894 -1.121801</w:t>
        <w:br/>
        <w:t>v 0.706801 4.542521 -1.135076</w:t>
        <w:br/>
        <w:t>v 0.665332 4.092245 -1.106608</w:t>
        <w:br/>
        <w:t>v 0.852566 3.103853 -0.453756</w:t>
        <w:br/>
        <w:t>v 0.759033 3.104423 -0.402490</w:t>
        <w:br/>
        <w:t>v 0.767293 3.458642 -0.367815</w:t>
        <w:br/>
        <w:t>v 0.918515 3.457959 -0.457154</w:t>
        <w:br/>
        <w:t>v 0.708488 3.102479 -0.404668</w:t>
        <w:br/>
        <w:t>v 0.670154 3.457059 -0.370944</w:t>
        <w:br/>
        <w:t>v 1.168000 4.478595 -0.553967</w:t>
        <w:br/>
        <w:t>v 1.139939 4.254191 -0.557115</w:t>
        <w:br/>
        <w:t>v 0.630222 3.822132 -0.331974</w:t>
        <w:br/>
        <w:t>v 0.772563 3.830895 -0.320321</w:t>
        <w:br/>
        <w:t>v 0.720766 2.879985 -0.426627</w:t>
        <w:br/>
        <w:t>v 0.744688 2.883973 -0.424056</w:t>
        <w:br/>
        <w:t>v 0.792086 2.893500 -0.449909</w:t>
        <w:br/>
        <w:t>v 1.049965 4.250706 -0.434283</w:t>
        <w:br/>
        <w:t>v 1.187755 4.634502 -0.551782</w:t>
        <w:br/>
        <w:t>v 0.788876 4.091065 -1.109870</w:t>
        <w:br/>
        <w:t>v 0.764445 4.569689 -1.159120</w:t>
        <w:br/>
        <w:t>v 0.778996 4.854884 -1.183877</w:t>
        <w:br/>
        <w:t>v 0.724051 4.840957 -1.172922</w:t>
        <w:br/>
        <w:t>v 1.007423 4.003856 -0.453456</w:t>
        <w:br/>
        <w:t>v 1.009782 4.253205 -0.385929</w:t>
        <w:br/>
        <w:t>v 0.974635 3.822906 -0.465048</w:t>
        <w:br/>
        <w:t>v 0.773093 4.054311 -0.283282</w:t>
        <w:br/>
        <w:t>v 0.774281 4.253589 -0.250256</w:t>
        <w:br/>
        <w:t>v 0.608745 4.245028 -0.281366</w:t>
        <w:br/>
        <w:t>v 0.614819 4.065527 -0.303490</w:t>
        <w:br/>
        <w:t>v 0.731620 2.683148 -0.443701</w:t>
        <w:br/>
        <w:t>v 0.432463 4.246044 -0.403923</w:t>
        <w:br/>
        <w:t>v 0.384096 4.620017 -0.377585</w:t>
        <w:br/>
        <w:t>v 0.526060 4.852621 -1.067556</w:t>
        <w:br/>
        <w:t>v 0.686866 3.846708 -1.114624</w:t>
        <w:br/>
        <w:t>v 0.680205 3.611928 -1.106442</w:t>
        <w:br/>
        <w:t>v 0.845533 3.598951 -1.041972</w:t>
        <w:br/>
        <w:t>v 0.817427 3.843105 -1.075659</w:t>
        <w:br/>
        <w:t>v 0.637591 3.846064 -1.080817</w:t>
        <w:br/>
        <w:t>v 0.605516 3.599189 -1.054225</w:t>
        <w:br/>
        <w:t>v 0.666663 3.365824 -1.089685</w:t>
        <w:br/>
        <w:t>v 0.837927 3.228983 -1.036039</w:t>
        <w:br/>
        <w:t>v 0.862970 3.358771 -1.033216</w:t>
        <w:br/>
        <w:t>v 0.587842 3.369413 -1.039611</w:t>
        <w:br/>
        <w:t>v 0.607215 3.237801 -1.048317</w:t>
        <w:br/>
        <w:t>v 0.784505 3.153702 -1.052988</w:t>
        <w:br/>
        <w:t>v 0.714870 3.131345 -1.075047</w:t>
        <w:br/>
        <w:t>v 0.343730 4.877898 -0.363478</w:t>
        <w:br/>
        <w:t>v 0.329578 4.846361 -0.681813</w:t>
        <w:br/>
        <w:t>v 0.360753 4.855446 -0.898327</w:t>
        <w:br/>
        <w:t>v 0.964036 4.874070 -1.064667</w:t>
        <w:br/>
        <w:t>v 1.048544 4.879341 -0.962370</w:t>
        <w:br/>
        <w:t>v 0.298698 5.703017 -0.336885</w:t>
        <w:br/>
        <w:t>v 0.301935 5.331188 -0.398354</w:t>
        <w:br/>
        <w:t>v 0.342906 4.859673 -0.491688</w:t>
        <w:br/>
        <w:t>v 0.655216 3.157787 -1.075521</w:t>
        <w:br/>
        <w:t>v 0.343730 4.877898 -0.363478</w:t>
        <w:br/>
        <w:t>v 0.095297 9.781422 -0.033060</w:t>
        <w:br/>
        <w:t>v 0.109547 9.783125 0.288133</w:t>
        <w:br/>
        <w:t>v 0.254002 9.782331 -0.369345</w:t>
        <w:br/>
        <w:t>v 0.407743 9.783859 -0.541502</w:t>
        <w:br/>
        <w:t>v 0.579679 9.793133 -0.663620</w:t>
        <w:br/>
        <w:t>v 0.306964 9.778967 0.762051</w:t>
        <w:br/>
        <w:t>v 1.533917 9.805143 0.618136</w:t>
        <w:br/>
        <w:t>v -0.252018 7.866705 -0.222545</w:t>
        <w:br/>
        <w:t>v -0.240749 7.537225 -0.261553</w:t>
        <w:br/>
        <w:t>v -0.204526 7.489854 0.042053</w:t>
        <w:br/>
        <w:t>v -0.211666 7.832487 0.093852</w:t>
        <w:br/>
        <w:t>v -0.188128 8.509950 0.172556</w:t>
        <w:br/>
        <w:t>v -0.225857 8.538700 -0.194208</w:t>
        <w:br/>
        <w:t>v -0.188128 8.509950 0.172556</w:t>
        <w:br/>
        <w:t>v -0.211666 7.832487 0.093852</w:t>
        <w:br/>
        <w:t>v -0.308253 7.827000 0.368312</w:t>
        <w:br/>
        <w:t>v -0.328358 8.513732 0.533372</w:t>
        <w:br/>
        <w:t>v -0.204526 7.489854 0.042053</w:t>
        <w:br/>
        <w:t>v -0.302896 7.485428 0.323402</w:t>
        <w:br/>
        <w:t>v -0.642737 7.509370 0.493081</w:t>
        <w:br/>
        <w:t>v -0.660931 7.835699 0.559236</w:t>
        <w:br/>
        <w:t>v -0.702365 8.554229 0.724304</w:t>
        <w:br/>
        <w:t>v -1.006305 7.536686 0.361513</w:t>
        <w:br/>
        <w:t>v -1.017892 7.869329 0.422442</w:t>
        <w:br/>
        <w:t>v -1.093174 8.596528 0.582804</w:t>
        <w:br/>
        <w:t>v -1.214075 7.922936 0.164913</w:t>
        <w:br/>
        <w:t>v -1.283717 8.613192 0.387831</w:t>
        <w:br/>
        <w:t>v -1.174980 7.573424 0.076627</w:t>
        <w:br/>
        <w:t>v -1.345226 8.626560 0.116183</w:t>
        <w:br/>
        <w:t>v -1.219375 7.967123 -0.236357</w:t>
        <w:br/>
        <w:t>v -1.313531 8.635125 -0.170781</w:t>
        <w:br/>
        <w:t>v -1.167732 7.616356 -0.274541</w:t>
        <w:br/>
        <w:t>v -1.158872 7.236887 0.065841</w:t>
        <w:br/>
        <w:t>v -1.175385 7.286662 -0.298219</w:t>
        <w:br/>
        <w:t>v -0.981956 7.237574 0.339877</w:t>
        <w:br/>
        <w:t>v -0.618163 7.220572 0.465899</w:t>
        <w:br/>
        <w:t>v -0.217914 7.149982 -0.033076</w:t>
        <w:br/>
        <w:t>v -0.321234 7.176668 0.300514</w:t>
        <w:br/>
        <w:t>v -0.256670 7.229450 -0.324421</w:t>
        <w:br/>
        <w:t>v -0.217914 7.149982 -0.033076</w:t>
        <w:br/>
        <w:t>v -0.260483 6.858981 -0.110702</w:t>
        <w:br/>
        <w:t>v -0.297616 6.912978 -0.395230</w:t>
        <w:br/>
        <w:t>v -0.304785 6.681788 -0.450522</w:t>
        <w:br/>
        <w:t>v -0.301006 6.637672 -0.156765</w:t>
        <w:br/>
        <w:t>v -0.638880 6.926126 0.395337</w:t>
        <w:br/>
        <w:t>v -0.966629 6.966825 0.299356</w:t>
        <w:br/>
        <w:t>v -0.673432 6.702115 0.304378</w:t>
        <w:br/>
        <w:t>v -0.700639 6.478852 0.201912</w:t>
        <w:br/>
        <w:t>v -1.027941 6.543948 0.093583</w:t>
        <w:br/>
        <w:t>v -0.978302 6.755394 0.206435</w:t>
        <w:br/>
        <w:t>v -0.452303 6.142962 -0.996850</w:t>
        <w:br/>
        <w:t>v -0.275644 6.111282 -0.564597</w:t>
        <w:br/>
        <w:t>v -0.290941 6.401260 -0.524505</w:t>
        <w:br/>
        <w:t>v -0.479453 6.440243 -0.905257</w:t>
        <w:br/>
        <w:t>v -0.485600 6.726557 -0.778368</w:t>
        <w:br/>
        <w:t>v -0.716651 6.738580 -0.952537</w:t>
        <w:br/>
        <w:t>v -0.736341 6.459732 -1.073009</w:t>
        <w:br/>
        <w:t>v -1.161240 6.635468 -0.171349</w:t>
        <w:br/>
        <w:t>v -1.040977 6.296328 0.012582</w:t>
        <w:br/>
        <w:t>v -1.213072 6.365893 -0.242623</w:t>
        <w:br/>
        <w:t>v -1.079545 6.034342 -0.063760</w:t>
        <w:br/>
        <w:t>v -0.724367 6.244957 0.142296</w:t>
        <w:br/>
        <w:t>v -0.748094 5.985766 0.077016</w:t>
        <w:br/>
        <w:t>v -0.310395 6.337795 -0.202499</w:t>
        <w:br/>
        <w:t>v -0.302246 6.057442 -0.246863</w:t>
        <w:br/>
        <w:t>v -1.014399 7.648072 -0.543536</w:t>
        <w:br/>
        <w:t>v -1.015013 7.306143 -0.553309</w:t>
        <w:br/>
        <w:t>v -1.028427 7.984745 -0.546884</w:t>
        <w:br/>
        <w:t>v -1.082551 8.640882 -0.544641</w:t>
        <w:br/>
        <w:t>v -1.221705 7.008499 -0.345747</w:t>
        <w:br/>
        <w:t>v -1.049488 7.022075 -0.621221</w:t>
        <w:br/>
        <w:t>v -1.158507 6.148270 -0.992847</w:t>
        <w:br/>
        <w:t>v -1.123926 6.462775 -0.883671</w:t>
        <w:br/>
        <w:t>v -1.312411 6.420896 -0.510117</w:t>
        <w:br/>
        <w:t>v -1.353169 6.117595 -0.564525</w:t>
        <w:br/>
        <w:t>v -0.477788 7.232569 -0.602915</w:t>
        <w:br/>
        <w:t>v -0.478365 7.588621 -0.533198</w:t>
        <w:br/>
        <w:t>v -0.689407 7.629345 -0.662794</w:t>
        <w:br/>
        <w:t>v -0.679230 7.271047 -0.705513</w:t>
        <w:br/>
        <w:t>v -0.466442 7.924131 -0.517900</w:t>
        <w:br/>
        <w:t>v -0.421458 8.586410 -0.520357</w:t>
        <w:br/>
        <w:t>v -0.713194 8.615356 -0.651650</w:t>
        <w:br/>
        <w:t>v -0.700385 7.966086 -0.658721</w:t>
        <w:br/>
        <w:t>v -0.481694 6.979563 -0.656540</w:t>
        <w:br/>
        <w:t>v -0.697940 7.004814 -0.818628</w:t>
        <w:br/>
        <w:t>v -0.424754 6.760294 0.164378</w:t>
        <w:br/>
        <w:t>v -0.474715 6.546675 0.076339</w:t>
        <w:br/>
        <w:t>v -0.366289 6.970947 0.250227</w:t>
        <w:br/>
        <w:t>v -1.064009 7.048843 0.201630</w:t>
        <w:br/>
        <w:t>v -1.074453 6.828408 0.067581</w:t>
        <w:br/>
        <w:t>v -1.541912 9.796250 -0.120580</w:t>
        <w:br/>
        <w:t>v -1.432316 9.191892 -0.133503</w:t>
        <w:br/>
        <w:t>v -1.146936 9.200268 -0.565231</w:t>
        <w:br/>
        <w:t>v -1.362016 9.803560 -0.482300</w:t>
        <w:br/>
        <w:t>v -0.757349 9.152078 0.858428</w:t>
        <w:br/>
        <w:t>v -1.156888 9.177586 0.746859</w:t>
        <w:br/>
        <w:t>v -0.485283 9.774787 0.931663</w:t>
        <w:br/>
        <w:t>v -0.448055 9.138429 0.735757</w:t>
        <w:br/>
        <w:t>v -0.152361 9.138019 0.250367</w:t>
        <w:br/>
        <w:t>v -1.474386 9.191685 0.196926</w:t>
        <w:br/>
        <w:t>v -0.766593 9.183557 -0.661678</w:t>
        <w:br/>
        <w:t>v -0.697940 7.004814 -0.818628</w:t>
        <w:br/>
        <w:t>v -1.080426 6.737989 -0.757506</w:t>
        <w:br/>
        <w:t>v -0.260483 6.858981 -0.110702</w:t>
        <w:br/>
        <w:t>v -0.486619 6.011606 -0.058482</w:t>
        <w:br/>
        <w:t>v -0.491409 6.278311 -0.015703</w:t>
        <w:br/>
        <w:t>v -0.310395 6.337795 -0.202499</w:t>
        <w:br/>
        <w:t>v -0.302246 6.057442 -0.246863</w:t>
        <w:br/>
        <w:t>v -0.162511 9.145164 -0.090012</w:t>
        <w:br/>
        <w:t>v -0.433468 9.167240 -0.530072</w:t>
        <w:br/>
        <w:t>v -0.354421 9.135184 0.658149</w:t>
        <w:br/>
        <w:t>v -1.411246 9.188379 0.513441</w:t>
        <w:br/>
        <w:t>v -0.152361 9.138019 0.250367</w:t>
        <w:br/>
        <w:t>v -1.188803 6.910835 -0.082667</w:t>
        <w:br/>
        <w:t>v -0.301006 6.637672 -0.156765</w:t>
        <w:br/>
        <w:t>v -1.268396 6.730361 -0.448640</w:t>
        <w:br/>
        <w:t>v -1.245247 6.088054 -0.310941</w:t>
        <w:br/>
        <w:t>v -1.101429 5.664971 -0.144796</w:t>
        <w:br/>
        <w:t>v -1.277273 5.711479 -0.352231</w:t>
        <w:br/>
        <w:t>v -0.772338 5.635602 -0.000989</w:t>
        <w:br/>
        <w:t>v -1.343478 5.736075 -0.626084</w:t>
        <w:br/>
        <w:t>v -1.307229 5.392252 -0.679022</w:t>
        <w:br/>
        <w:t>v -1.201736 5.429027 -0.996251</w:t>
        <w:br/>
        <w:t>v -1.187927 5.774295 -1.010692</w:t>
        <w:br/>
        <w:t>v -0.424655 5.398729 -1.018327</w:t>
        <w:br/>
        <w:t>v -0.419774 5.772609 -1.006937</w:t>
        <w:br/>
        <w:t>v -0.740931 5.774833 -1.176218</w:t>
        <w:br/>
        <w:t>v -0.738376 5.414358 -1.176994</w:t>
        <w:br/>
        <w:t>v -0.285089 5.359422 -0.690068</w:t>
        <w:br/>
        <w:t>v -0.274605 5.742413 -0.638506</w:t>
        <w:br/>
        <w:t>v -0.298697 5.703016 -0.336884</w:t>
        <w:br/>
        <w:t>v -0.489425 5.668820 -0.129435</w:t>
        <w:br/>
        <w:t>v -1.010298 4.541084 -0.332028</w:t>
        <w:br/>
        <w:t>v -1.036862 4.864140 -0.271923</w:t>
        <w:br/>
        <w:t>v -0.777079 4.867849 -0.158055</w:t>
        <w:br/>
        <w:t>v -0.774237 4.537149 -0.227295</w:t>
        <w:br/>
        <w:t>v -1.154179 4.545818 -0.505380</w:t>
        <w:br/>
        <w:t>v -1.191691 4.885625 -0.458645</w:t>
        <w:br/>
        <w:t>v -1.156790 4.883286 -0.735342</w:t>
        <w:br/>
        <w:t>v -1.107163 4.881251 -0.852553</w:t>
        <w:br/>
        <w:t>v -0.529358 4.885348 -0.249942</w:t>
        <w:br/>
        <w:t>v -0.534207 4.545494 -0.296160</w:t>
        <w:br/>
        <w:t>v -0.301935 5.331187 -0.398354</w:t>
        <w:br/>
        <w:t>v -0.504190 5.305789 -0.189659</w:t>
        <w:br/>
        <w:t>v -0.750804 6.157838 -1.144152</w:t>
        <w:br/>
        <w:t>v -1.081108 5.335213 -0.204788</w:t>
        <w:br/>
        <w:t>v -1.261637 5.373098 -0.391294</w:t>
        <w:br/>
        <w:t>v -0.780807 5.301644 -0.071548</w:t>
        <w:br/>
        <w:t>v -1.228087 4.891668 -0.551132</w:t>
        <w:br/>
        <w:t>v -0.706800 4.542521 -1.135075</w:t>
        <w:br/>
        <w:t>v -0.693861 4.090893 -1.121801</w:t>
        <w:br/>
        <w:t>v -0.665331 4.092244 -1.106607</w:t>
        <w:br/>
        <w:t>v -0.767292 3.458640 -0.367815</w:t>
        <w:br/>
        <w:t>v -0.759033 3.104421 -0.402490</w:t>
        <w:br/>
        <w:t>v -0.852565 3.103852 -0.453756</w:t>
        <w:br/>
        <w:t>v -0.918515 3.457958 -0.457153</w:t>
        <w:br/>
        <w:t>v -0.670153 3.457058 -0.370944</w:t>
        <w:br/>
        <w:t>v -0.708487 3.102477 -0.404668</w:t>
        <w:br/>
        <w:t>v -1.139939 4.254190 -0.557115</w:t>
        <w:br/>
        <w:t>v -1.168000 4.478594 -0.553967</w:t>
        <w:br/>
        <w:t>v -0.630221 3.822130 -0.331973</w:t>
        <w:br/>
        <w:t>v -0.772562 3.830894 -0.320321</w:t>
        <w:br/>
        <w:t>v -0.720765 2.879984 -0.426626</w:t>
        <w:br/>
        <w:t>v -0.744687 2.883972 -0.424056</w:t>
        <w:br/>
        <w:t>v -0.792086 2.893499 -0.449909</w:t>
        <w:br/>
        <w:t>v -1.049965 4.250705 -0.434283</w:t>
        <w:br/>
        <w:t>v -1.187755 4.634501 -0.551781</w:t>
        <w:br/>
        <w:t>v -0.764444 4.569688 -1.159120</w:t>
        <w:br/>
        <w:t>v -0.788876 4.091064 -1.109870</w:t>
        <w:br/>
        <w:t>v -0.724050 4.840956 -1.172922</w:t>
        <w:br/>
        <w:t>v -0.778995 4.854883 -1.183877</w:t>
        <w:br/>
        <w:t>v -1.007422 4.003855 -0.453456</w:t>
        <w:br/>
        <w:t>v -1.009782 4.253204 -0.385929</w:t>
        <w:br/>
        <w:t>v -0.773092 4.054310 -0.283282</w:t>
        <w:br/>
        <w:t>v -0.974634 3.822905 -0.465047</w:t>
        <w:br/>
        <w:t>v -0.774280 4.253588 -0.250256</w:t>
        <w:br/>
        <w:t>v -0.608745 4.245027 -0.281366</w:t>
        <w:br/>
        <w:t>v -0.614818 4.065526 -0.303489</w:t>
        <w:br/>
        <w:t>v -0.731619 2.683146 -0.443701</w:t>
        <w:br/>
        <w:t>v -0.432462 4.246043 -0.403923</w:t>
        <w:br/>
        <w:t>v -0.384095 4.620016 -0.377585</w:t>
        <w:br/>
        <w:t>v -0.526059 4.852620 -1.067556</w:t>
        <w:br/>
        <w:t>v -0.845533 3.598950 -1.041971</w:t>
        <w:br/>
        <w:t>v -0.680204 3.611927 -1.106442</w:t>
        <w:br/>
        <w:t>v -0.686866 3.846707 -1.114624</w:t>
        <w:br/>
        <w:t>v -0.817426 3.843103 -1.075658</w:t>
        <w:br/>
        <w:t>v -0.605515 3.599187 -1.054224</w:t>
        <w:br/>
        <w:t>v -0.637590 3.846062 -1.080817</w:t>
        <w:br/>
        <w:t>v -0.837926 3.228981 -1.036038</w:t>
        <w:br/>
        <w:t>v -0.666662 3.365822 -1.089685</w:t>
        <w:br/>
        <w:t>v -0.862969 3.358770 -1.033216</w:t>
        <w:br/>
        <w:t>v -0.607214 3.237800 -1.048317</w:t>
        <w:br/>
        <w:t>v -0.587841 3.369412 -1.039611</w:t>
        <w:br/>
        <w:t>v -0.784504 3.153701 -1.052988</w:t>
        <w:br/>
        <w:t>v -0.714869 3.131343 -1.075046</w:t>
        <w:br/>
        <w:t>v -0.344279 4.877897 -0.363478</w:t>
        <w:br/>
        <w:t>v -0.361302 4.855445 -0.898327</w:t>
        <w:br/>
        <w:t>v -0.343541 4.848101 -0.679966</w:t>
        <w:br/>
        <w:t>v -0.964035 4.874069 -1.064667</w:t>
        <w:br/>
        <w:t>v -1.048543 4.879340 -0.962370</w:t>
        <w:br/>
        <w:t>v -0.298697 5.703016 -0.336884</w:t>
        <w:br/>
        <w:t>v -0.301935 5.331187 -0.398354</w:t>
        <w:br/>
        <w:t>v -0.343455 4.859672 -0.491688</w:t>
        <w:br/>
        <w:t>v -0.655215 3.157785 -1.075521</w:t>
        <w:br/>
        <w:t>v -0.344279 4.877897 -0.363478</w:t>
        <w:br/>
        <w:t>v -0.258601 9.776899 -0.369420</w:t>
        <w:br/>
        <w:t>v -0.407949 9.782172 -0.541730</w:t>
        <w:br/>
        <w:t>v -0.499414 10.160015 0.997608</w:t>
        <w:br/>
        <w:t>v 1.385460 9.803560 -0.482301</w:t>
        <w:br/>
        <w:t>v 0.407743 9.783859 -0.541502</w:t>
        <w:br/>
        <w:t>v 0.579679 9.793133 -0.663620</w:t>
        <w:br/>
        <w:t>v 0.109547 9.783125 0.288133</w:t>
        <w:br/>
        <w:t>v 0.426426 1.168010 -0.740600</w:t>
        <w:br/>
        <w:t>v 0.477511 1.004285 -0.831383</w:t>
        <w:br/>
        <w:t>v 0.456778 1.104222 -1.008384</w:t>
        <w:br/>
        <w:t>v 1.031054 1.075044 -0.637590</w:t>
        <w:br/>
        <w:t>v 1.042845 0.977355 -0.528211</w:t>
        <w:br/>
        <w:t>v 1.024359 1.057145 -0.468144</w:t>
        <w:br/>
        <w:t>v 0.423078 0.942344 -0.542688</w:t>
        <w:br/>
        <w:t>v 0.479899 0.765454 -0.608488</w:t>
        <w:br/>
        <w:t>v 0.443113 1.144428 -0.469443</w:t>
        <w:br/>
        <w:t>v 1.000452 1.078853 -0.821788</w:t>
        <w:br/>
        <w:t>v 0.960582 0.991719 -0.837874</w:t>
        <w:br/>
        <w:t>v 0.492038 0.144763 0.203520</w:t>
        <w:br/>
        <w:t>v 0.457240 0.369156 0.124168</w:t>
        <w:br/>
        <w:t>v 0.582257 0.379821 0.134423</w:t>
        <w:br/>
        <w:t>v 0.929169 0.120657 0.162926</w:t>
        <w:br/>
        <w:t>v 0.797769 0.137868 0.256492</w:t>
        <w:br/>
        <w:t>v 0.864530 0.352056 0.114088</w:t>
        <w:br/>
        <w:t>v 0.734217 0.385529 0.141867</w:t>
        <w:br/>
        <w:t>v 0.590039 0.550641 0.020697</w:t>
        <w:br/>
        <w:t>v 0.457103 0.522489 0.001624</w:t>
        <w:br/>
        <w:t>v 0.980539 0.398707 -0.044842</w:t>
        <w:br/>
        <w:t>v 0.884028 0.491625 0.002348</w:t>
        <w:br/>
        <w:t>v 0.734017 0.558286 0.042093</w:t>
        <w:br/>
        <w:t>v 0.409765 0.613494 -0.367229</w:t>
        <w:br/>
        <w:t>v 0.386751 0.714531 -0.295177</w:t>
        <w:br/>
        <w:t>v 0.374603 0.629107 -0.237769</w:t>
        <w:br/>
        <w:t>v 0.403531 0.459487 -0.285058</w:t>
        <w:br/>
        <w:t>v 0.373404 0.323840 -0.139244</w:t>
        <w:br/>
        <w:t>v 0.457103 0.522489 0.001624</w:t>
        <w:br/>
        <w:t>v 0.457240 0.369156 0.124168</w:t>
        <w:br/>
        <w:t>v 0.429548 0.153444 0.087471</w:t>
        <w:br/>
        <w:t>v 0.477899 0.768139 -0.148725</w:t>
        <w:br/>
        <w:t>v 0.592525 0.823648 -0.110304</w:t>
        <w:br/>
        <w:t>v 0.422379 0.556825 -0.405255</w:t>
        <w:br/>
        <w:t>v 0.988836 0.765454 -0.616142</w:t>
        <w:br/>
        <w:t>v 1.009883 0.639152 -0.507549</w:t>
        <w:br/>
        <w:t>v 1.052992 0.666088 -0.390238</w:t>
        <w:br/>
        <w:t>v 0.480410 1.043780 -0.262463</w:t>
        <w:br/>
        <w:t>v 0.535356 0.957383 -0.174105</w:t>
        <w:br/>
        <w:t>v 0.601780 0.842883 -0.107568</w:t>
        <w:br/>
        <w:t>v 0.683281 0.558998 0.040357</w:t>
        <w:br/>
        <w:t>v 0.671927 0.575523 0.029165</w:t>
        <w:br/>
        <w:t>v 0.705813 0.550093 0.045128</w:t>
        <w:br/>
        <w:t>v 0.897081 0.949552 -0.196301</w:t>
        <w:br/>
        <w:t>v 0.909131 0.729312 -0.155519</w:t>
        <w:br/>
        <w:t>v 0.823736 0.856485 -0.104858</w:t>
        <w:br/>
        <w:t>v 0.980979 1.017775 -0.319195</w:t>
        <w:br/>
        <w:t>v 0.961931 1.074357 -0.958122</w:t>
        <w:br/>
        <w:t>v 0.975868 0.884937 -0.720138</w:t>
        <w:br/>
        <w:t>v 1.056497 0.553128 -0.401795</w:t>
        <w:br/>
        <w:t>v 1.035491 0.550142 -0.265976</w:t>
        <w:br/>
        <w:t>v 1.049490 0.425700 -0.223193</w:t>
        <w:br/>
        <w:t>v 1.080491 0.257840 -0.026343</w:t>
        <w:br/>
        <w:t>v 0.423420 0.994225 -0.408556</w:t>
        <w:br/>
        <w:t>v 0.678572 0.611509 0.001961</w:t>
        <w:br/>
        <w:t>v 0.645097 0.720076 -0.045378</w:t>
        <w:br/>
        <w:t>v 0.747307 0.574711 0.030127</w:t>
        <w:br/>
        <w:t>v 0.743135 0.607886 0.008431</w:t>
        <w:br/>
        <w:t>v 0.774936 0.722387 -0.037659</w:t>
        <w:br/>
        <w:t>v -0.477511 1.004283 -0.831383</w:t>
        <w:br/>
        <w:t>v -0.426426 1.168009 -0.740600</w:t>
        <w:br/>
        <w:t>v -0.456778 1.104220 -1.008384</w:t>
        <w:br/>
        <w:t>v -1.042845 0.977353 -0.528211</w:t>
        <w:br/>
        <w:t>v -1.031054 1.075042 -0.637590</w:t>
        <w:br/>
        <w:t>v -1.024359 1.057143 -0.468144</w:t>
        <w:br/>
        <w:t>v -0.479899 0.765452 -0.608488</w:t>
        <w:br/>
        <w:t>v -0.423078 0.942342 -0.542688</w:t>
        <w:br/>
        <w:t>v -0.443113 1.144427 -0.469443</w:t>
        <w:br/>
        <w:t>v -0.960582 0.991717 -0.837874</w:t>
        <w:br/>
        <w:t>v -1.000452 1.078851 -0.821788</w:t>
        <w:br/>
        <w:t>v -0.457240 0.369154 0.124168</w:t>
        <w:br/>
        <w:t>v -0.492038 0.144761 0.203520</w:t>
        <w:br/>
        <w:t>v -0.582257 0.379819 0.134423</w:t>
        <w:br/>
        <w:t>v -0.797769 0.137867 0.256493</w:t>
        <w:br/>
        <w:t>v -0.929169 0.120655 0.162926</w:t>
        <w:br/>
        <w:t>v -0.864530 0.352054 0.114088</w:t>
        <w:br/>
        <w:t>v -0.734217 0.385528 0.141867</w:t>
        <w:br/>
        <w:t>v -0.590039 0.550640 0.020697</w:t>
        <w:br/>
        <w:t>v -0.457102 0.522487 0.001624</w:t>
        <w:br/>
        <w:t>v -0.980539 0.398706 -0.044842</w:t>
        <w:br/>
        <w:t>v -0.884028 0.491623 0.002348</w:t>
        <w:br/>
        <w:t>v -0.734017 0.558285 0.042093</w:t>
        <w:br/>
        <w:t>v -0.374603 0.629105 -0.237769</w:t>
        <w:br/>
        <w:t>v -0.386751 0.714529 -0.295177</w:t>
        <w:br/>
        <w:t>v -0.409765 0.613492 -0.367229</w:t>
        <w:br/>
        <w:t>v -0.403531 0.459485 -0.285058</w:t>
        <w:br/>
        <w:t>v -0.373404 0.323838 -0.139244</w:t>
        <w:br/>
        <w:t>v -0.429548 0.153442 0.087471</w:t>
        <w:br/>
        <w:t>v -0.457240 0.369154 0.124168</w:t>
        <w:br/>
        <w:t>v -0.457102 0.522487 0.001624</w:t>
        <w:br/>
        <w:t>v -0.592525 0.823646 -0.110304</w:t>
        <w:br/>
        <w:t>v -0.477899 0.768137 -0.148724</w:t>
        <w:br/>
        <w:t>v -0.422379 0.556823 -0.405254</w:t>
        <w:br/>
        <w:t>v -1.009883 0.639150 -0.507549</w:t>
        <w:br/>
        <w:t>v -0.988836 0.765452 -0.616142</w:t>
        <w:br/>
        <w:t>v -1.052992 0.666086 -0.390238</w:t>
        <w:br/>
        <w:t>v -0.535355 0.957381 -0.174105</w:t>
        <w:br/>
        <w:t>v -0.480410 1.043778 -0.262463</w:t>
        <w:br/>
        <w:t>v -0.601780 0.842881 -0.107568</w:t>
        <w:br/>
        <w:t>v -0.683281 0.558996 0.040357</w:t>
        <w:br/>
        <w:t>v -0.671927 0.575521 0.029165</w:t>
        <w:br/>
        <w:t>v -0.705813 0.550091 0.045128</w:t>
        <w:br/>
        <w:t>v -0.909131 0.729310 -0.155519</w:t>
        <w:br/>
        <w:t>v -0.897081 0.949550 -0.196301</w:t>
        <w:br/>
        <w:t>v -0.823736 0.856483 -0.104858</w:t>
        <w:br/>
        <w:t>v -0.980979 1.017773 -0.319195</w:t>
        <w:br/>
        <w:t>v -0.961931 1.074355 -0.958122</w:t>
        <w:br/>
        <w:t>v -0.975868 0.884935 -0.720138</w:t>
        <w:br/>
        <w:t>v -1.056497 0.553126 -0.401795</w:t>
        <w:br/>
        <w:t>v -1.035491 0.550140 -0.265976</w:t>
        <w:br/>
        <w:t>v -1.049490 0.425698 -0.223193</w:t>
        <w:br/>
        <w:t>v -1.080491 0.257838 -0.026342</w:t>
        <w:br/>
        <w:t>v -0.423420 0.994223 -0.408556</w:t>
        <w:br/>
        <w:t>v -0.678572 0.611507 0.001961</w:t>
        <w:br/>
        <w:t>v -0.645097 0.720074 -0.045378</w:t>
        <w:br/>
        <w:t>v -0.747307 0.574710 0.030127</w:t>
        <w:br/>
        <w:t>v -0.743135 0.607884 0.008431</w:t>
        <w:br/>
        <w:t>v -0.774936 0.722385 -0.037659</w:t>
        <w:br/>
        <w:t>v 1.090334 0.499156 -0.464560</w:t>
        <w:br/>
        <w:t>v 1.065627 0.383969 -0.564696</w:t>
        <w:br/>
        <w:t>v 1.069112 0.307577 -0.532733</w:t>
        <w:br/>
        <w:t>v 1.098440 0.422440 -0.428762</w:t>
        <w:br/>
        <w:t>v 0.451157 0.761007 -0.142379</w:t>
        <w:br/>
        <w:t>v 0.455966 0.700428 -0.093916</w:t>
        <w:br/>
        <w:t>v 0.372554 0.612707 -0.148700</w:t>
        <w:br/>
        <w:t>v 0.382309 0.680631 -0.201634</w:t>
        <w:br/>
        <w:t>v 1.080241 0.650579 -0.235596</w:t>
        <w:br/>
        <w:t>v 1.009483 0.763868 -0.144415</w:t>
        <w:br/>
        <w:t>v 1.006847 0.835588 -0.189069</w:t>
        <w:br/>
        <w:t>v 1.072947 0.725372 -0.279275</w:t>
        <w:br/>
        <w:t>v 1.108782 0.544784 -0.327364</w:t>
        <w:br/>
        <w:t>v 1.099090 0.620701 -0.367633</w:t>
        <w:br/>
        <w:t>v 1.002038 1.041769 -0.285008</w:t>
        <w:br/>
        <w:t>v 1.014816 0.975107 -0.266448</w:t>
        <w:br/>
        <w:t>v 0.908672 0.961093 -0.148750</w:t>
        <w:br/>
        <w:t>v 0.896131 1.033213 -0.175292</w:t>
        <w:br/>
        <w:t>v 0.349859 0.620314 -0.254856</w:t>
        <w:br/>
        <w:t>v 0.336269 0.549518 -0.203783</w:t>
        <w:br/>
        <w:t>v 0.329699 0.473901 -0.290954</w:t>
        <w:br/>
        <w:t>v 0.341715 0.544135 -0.336782</w:t>
        <w:br/>
        <w:t>v 0.360139 0.461785 -0.442876</w:t>
        <w:br/>
        <w:t>v 0.352932 0.390377 -0.403993</w:t>
        <w:br/>
        <w:t>v 0.394712 0.316008 -0.527075</w:t>
        <w:br/>
        <w:t>v 0.391690 0.388790 -0.559437</w:t>
        <w:br/>
        <w:t>v 0.571228 0.974208 -0.059155</w:t>
        <w:br/>
        <w:t>v 0.444687 0.977280 -0.128815</w:t>
        <w:br/>
        <w:t>v 0.460275 1.046940 -0.147763</w:t>
        <w:br/>
        <w:t>v 0.576087 1.046253 -0.080039</w:t>
        <w:br/>
        <w:t>v 0.521216 0.833989 -0.097438</w:t>
        <w:br/>
        <w:t>v 0.550606 0.788012 -0.055221</w:t>
        <w:br/>
        <w:t>v 0.789013 1.007033 -0.098288</w:t>
        <w:br/>
        <w:t>v 0.793397 0.935100 -0.072970</w:t>
        <w:br/>
        <w:t>v 0.707387 0.897878 -0.048738</w:t>
        <w:br/>
        <w:t>v 0.690812 0.966239 -0.073357</w:t>
        <w:br/>
        <w:t>v 0.604940 0.910032 -0.072482</w:t>
        <w:br/>
        <w:t>v 0.632756 0.855048 -0.043892</w:t>
        <w:br/>
        <w:t>v 0.808298 0.978405 -0.079190</w:t>
        <w:br/>
        <w:t>v 0.914280 0.921048 -0.119247</w:t>
        <w:br/>
        <w:t>v 0.922074 0.848541 -0.087484</w:t>
        <w:br/>
        <w:t>v 0.810134 0.906509 -0.054496</w:t>
        <w:br/>
        <w:t>v 1.080903 0.626147 -0.376214</w:t>
        <w:br/>
        <w:t>v 1.094143 0.537240 -0.319632</w:t>
        <w:br/>
        <w:t>v 1.081965 0.419392 -0.413923</w:t>
        <w:br/>
        <w:t>v 1.071161 0.510922 -0.463123</w:t>
        <w:br/>
        <w:t>v 0.396836 0.681031 -0.215599</w:t>
        <w:br/>
        <w:t>v 0.368333 0.622737 -0.265149</w:t>
        <w:br/>
        <w:t>v 0.354730 0.538252 -0.198050</w:t>
        <w:br/>
        <w:t>v 0.386007 0.599280 -0.145427</w:t>
        <w:br/>
        <w:t>v 1.063242 0.639962 -0.230450</w:t>
        <w:br/>
        <w:t>v 1.056747 0.729356 -0.291691</w:t>
        <w:br/>
        <w:t>v 0.996193 0.841097 -0.205132</w:t>
        <w:br/>
        <w:t>v 0.993882 0.751015 -0.144515</w:t>
        <w:br/>
        <w:t>v 0.996930 1.044242 -0.304506</w:t>
        <w:br/>
        <w:t>v 0.887076 1.034212 -0.189244</w:t>
        <w:br/>
        <w:t>v 0.904837 0.947715 -0.159167</w:t>
        <w:br/>
        <w:t>v 1.013155 0.961393 -0.283310</w:t>
        <w:br/>
        <w:t>v 0.361225 0.552179 -0.339679</w:t>
        <w:br/>
        <w:t>v 0.347311 0.464395 -0.282585</w:t>
        <w:br/>
        <w:t>v 0.377238 0.472539 -0.437555</w:t>
        <w:br/>
        <w:t>v 0.407578 0.403629 -0.545123</w:t>
        <w:br/>
        <w:t>v 0.410875 0.313385 -0.501669</w:t>
        <w:br/>
        <w:t>v 0.369819 0.384319 -0.387106</w:t>
        <w:br/>
        <w:t>v 0.442701 0.961517 -0.144628</w:t>
        <w:br/>
        <w:t>v 0.569180 0.958957 -0.071483</w:t>
        <w:br/>
        <w:t>v 0.580221 1.049201 -0.097214</w:t>
        <w:br/>
        <w:t>v 0.464247 1.049763 -0.167673</w:t>
        <w:br/>
        <w:t>v 0.525600 0.831629 -0.115687</w:t>
        <w:br/>
        <w:t>v 0.460238 0.760033 -0.156519</w:t>
        <w:br/>
        <w:t>v 0.471954 0.688512 -0.094353</w:t>
        <w:br/>
        <w:t>v 0.562810 0.773286 -0.062065</w:t>
        <w:br/>
        <w:t>v 0.688527 0.966226 -0.087821</w:t>
        <w:br/>
        <w:t>v 0.603641 0.907384 -0.089470</w:t>
        <w:br/>
        <w:t>v 0.638652 0.839348 -0.053684</w:t>
        <w:br/>
        <w:t>v 0.710210 0.885300 -0.059817</w:t>
        <w:br/>
        <w:t>v 0.909946 0.834764 -0.092605</w:t>
        <w:br/>
        <w:t>v 0.909659 0.923097 -0.142042</w:t>
        <w:br/>
        <w:t>v 0.807299 0.980403 -0.095340</w:t>
        <w:br/>
        <w:t>v 0.801953 0.892058 -0.062515</w:t>
        <w:br/>
        <w:t>v 1.069112 0.307577 -0.532733</w:t>
        <w:br/>
        <w:t>v 1.050789 0.309038 -0.510774</w:t>
        <w:br/>
        <w:t>v 1.081965 0.419392 -0.413923</w:t>
        <w:br/>
        <w:t>v 1.098440 0.422440 -0.428762</w:t>
        <w:br/>
        <w:t>v 1.071161 0.510922 -0.463123</w:t>
        <w:br/>
        <w:t>v 1.045468 0.402068 -0.553230</w:t>
        <w:br/>
        <w:t>v 1.065627 0.383969 -0.564696</w:t>
        <w:br/>
        <w:t>v 1.090334 0.499156 -0.464560</w:t>
        <w:br/>
        <w:t>v 0.386007 0.599280 -0.145427</w:t>
        <w:br/>
        <w:t>v 0.354730 0.538252 -0.198050</w:t>
        <w:br/>
        <w:t>v 0.336269 0.549518 -0.203783</w:t>
        <w:br/>
        <w:t>v 0.382309 0.680631 -0.201634</w:t>
        <w:br/>
        <w:t>v 0.368333 0.622737 -0.265149</w:t>
        <w:br/>
        <w:t>v 0.396836 0.681031 -0.215599</w:t>
        <w:br/>
        <w:t>v 0.993882 0.751015 -0.144515</w:t>
        <w:br/>
        <w:t>v 1.080241 0.650579 -0.235596</w:t>
        <w:br/>
        <w:t>v 1.063242 0.639962 -0.230450</w:t>
        <w:br/>
        <w:t>v 0.996193 0.841097 -0.205132</w:t>
        <w:br/>
        <w:t>v 1.056747 0.729356 -0.291691</w:t>
        <w:br/>
        <w:t>v 1.094143 0.537240 -0.319632</w:t>
        <w:br/>
        <w:t>v 1.080903 0.626147 -0.376214</w:t>
        <w:br/>
        <w:t>v 1.013155 0.961393 -0.283310</w:t>
        <w:br/>
        <w:t>v 0.904837 0.947715 -0.159167</w:t>
        <w:br/>
        <w:t>v 0.896131 1.033213 -0.175292</w:t>
        <w:br/>
        <w:t>v 0.887076 1.034212 -0.189244</w:t>
        <w:br/>
        <w:t>v 0.996930 1.044242 -0.304506</w:t>
        <w:br/>
        <w:t>v 1.002038 1.041769 -0.285008</w:t>
        <w:br/>
        <w:t>v 0.347311 0.464395 -0.282585</w:t>
        <w:br/>
        <w:t>v 0.329699 0.473901 -0.290954</w:t>
        <w:br/>
        <w:t>v 0.361225 0.552179 -0.339679</w:t>
        <w:br/>
        <w:t>v 0.369819 0.384319 -0.387106</w:t>
        <w:br/>
        <w:t>v 0.410875 0.313385 -0.501669</w:t>
        <w:br/>
        <w:t>v 0.391690 0.388790 -0.559437</w:t>
        <w:br/>
        <w:t>v 0.407578 0.403629 -0.545123</w:t>
        <w:br/>
        <w:t>v 0.377238 0.472539 -0.437555</w:t>
        <w:br/>
        <w:t>v 0.360139 0.461785 -0.442876</w:t>
        <w:br/>
        <w:t>v 0.569180 0.958957 -0.071483</w:t>
        <w:br/>
        <w:t>v 0.442701 0.961517 -0.144628</w:t>
        <w:br/>
        <w:t>v 0.464247 1.049763 -0.167673</w:t>
        <w:br/>
        <w:t>v 0.580221 1.049201 -0.097214</w:t>
        <w:br/>
        <w:t>v 0.576087 1.046253 -0.080039</w:t>
        <w:br/>
        <w:t>v 0.460275 1.046940 -0.147763</w:t>
        <w:br/>
        <w:t>v 0.562810 0.773286 -0.062065</w:t>
        <w:br/>
        <w:t>v 0.471954 0.688512 -0.094353</w:t>
        <w:br/>
        <w:t>v 0.455966 0.700428 -0.093916</w:t>
        <w:br/>
        <w:t>v 0.521216 0.833989 -0.097438</w:t>
        <w:br/>
        <w:t>v 0.460238 0.760033 -0.156519</w:t>
        <w:br/>
        <w:t>v 0.525600 0.831629 -0.115687</w:t>
        <w:br/>
        <w:t>v 0.710210 0.885300 -0.059817</w:t>
        <w:br/>
        <w:t>v 0.638652 0.839348 -0.053684</w:t>
        <w:br/>
        <w:t>v 0.632756 0.855048 -0.043892</w:t>
        <w:br/>
        <w:t>v 0.690812 0.966239 -0.073357</w:t>
        <w:br/>
        <w:t>v 0.688527 0.966226 -0.087821</w:t>
        <w:br/>
        <w:t>v 0.783567 1.009019 -0.114201</w:t>
        <w:br/>
        <w:t>v 0.789013 1.007033 -0.098288</w:t>
        <w:br/>
        <w:t>v 0.604940 0.910032 -0.072482</w:t>
        <w:br/>
        <w:t>v 0.603641 0.907384 -0.089470</w:t>
        <w:br/>
        <w:t>v 0.909946 0.834764 -0.092605</w:t>
        <w:br/>
        <w:t>v 0.801953 0.892058 -0.062515</w:t>
        <w:br/>
        <w:t>v 0.670753 1.030103 -0.057944</w:t>
        <w:br/>
        <w:t>v 0.672714 1.032688 -0.075605</w:t>
        <w:br/>
        <w:t>v 0.807299 0.980403 -0.095340</w:t>
        <w:br/>
        <w:t>v 0.670828 0.957346 -0.037709</w:t>
        <w:br/>
        <w:t>v 0.670753 1.030103 -0.057944</w:t>
        <w:br/>
        <w:t>v 0.666618 0.942532 -0.049325</w:t>
        <w:br/>
        <w:t>v 0.666618 0.942532 -0.049325</w:t>
        <w:br/>
        <w:t>v 0.672714 1.032688 -0.075605</w:t>
        <w:br/>
        <w:t>v 0.783567 1.009019 -0.114201</w:t>
        <w:br/>
        <w:t>v 0.794846 0.920486 -0.084648</w:t>
        <w:br/>
        <w:t>v 0.794846 0.920486 -0.084648</w:t>
        <w:br/>
        <w:t>v 0.793397 0.935100 -0.072970</w:t>
        <w:br/>
        <w:t>v 0.996930 1.044242 -0.304506</w:t>
        <w:br/>
        <w:t>v 1.013155 0.961393 -0.283310</w:t>
        <w:br/>
        <w:t>v 0.442701 0.961517 -0.144628</w:t>
        <w:br/>
        <w:t>v 0.464247 1.049763 -0.167673</w:t>
        <w:br/>
        <w:t>v 0.460275 1.046940 -0.147763</w:t>
        <w:br/>
        <w:t>v 0.444687 0.977280 -0.128815</w:t>
        <w:br/>
        <w:t>v 0.391690 0.388790 -0.559437</w:t>
        <w:br/>
        <w:t>v 0.394712 0.316008 -0.527075</w:t>
        <w:br/>
        <w:t>v 1.069112 0.307577 -0.532733</w:t>
        <w:br/>
        <w:t>v 1.065627 0.383969 -0.564696</w:t>
        <w:br/>
        <w:t>v 0.394712 0.316008 -0.527075</w:t>
        <w:br/>
        <w:t>v 0.407578 0.403629 -0.545123</w:t>
        <w:br/>
        <w:t>v 1.045468 0.402068 -0.553230</w:t>
        <w:br/>
        <w:t>v 1.050789 0.309038 -0.510774</w:t>
        <w:br/>
        <w:t>v 0.410875 0.313385 -0.501669</w:t>
        <w:br/>
        <w:t>v 0.909659 0.923097 -0.142042</w:t>
        <w:br/>
        <w:t>v 1.303023 4.704432 -0.716871</w:t>
        <w:br/>
        <w:t>v 1.295876 4.678352 -0.444148</w:t>
        <w:br/>
        <w:t>v 1.330712 4.813461 -0.435491</w:t>
        <w:br/>
        <w:t>v 1.332875 4.849754 -0.722451</w:t>
        <w:br/>
        <w:t>v 1.221545 4.641452 -0.220923</w:t>
        <w:br/>
        <w:t>v 1.240104 4.763460 -0.175195</w:t>
        <w:br/>
        <w:t>v 0.395532 4.270575 -1.056427</w:t>
        <w:br/>
        <w:t>v 0.439092 4.280464 -1.149760</w:t>
        <w:br/>
        <w:t>v 0.432661 4.415647 -1.156962</w:t>
        <w:br/>
        <w:t>v 0.389699 4.411947 -1.062178</w:t>
        <w:br/>
        <w:t>v 0.398448 4.453848 -0.216545</w:t>
        <w:br/>
        <w:t>v 0.421019 4.296369 -0.237939</w:t>
        <w:br/>
        <w:t>v 0.321619 4.260808 -0.407311</w:t>
        <w:br/>
        <w:t>v 0.307442 4.415964 -0.383373</w:t>
        <w:br/>
        <w:t>v 0.276578 4.247982 -0.624448</w:t>
        <w:br/>
        <w:t>v 0.265512 4.400638 -0.610516</w:t>
        <w:br/>
        <w:t>v 0.559674 4.505126 -0.102523</w:t>
        <w:br/>
        <w:t>v 0.593195 4.359291 -0.124837</w:t>
        <w:br/>
        <w:t>v 1.112776 4.709059 -0.142555</w:t>
        <w:br/>
        <w:t>v 1.116356 4.595810 -0.188029</w:t>
        <w:br/>
        <w:t>v 1.020321 4.552177 -0.163149</w:t>
        <w:br/>
        <w:t>v 0.997205 4.667922 -0.113168</w:t>
        <w:br/>
        <w:t>v 0.773522 4.582289 -0.060685</w:t>
        <w:br/>
        <w:t>v 0.839154 4.458470 -0.115063</w:t>
        <w:br/>
        <w:t>v 1.145443 4.820847 -1.109558</w:t>
        <w:br/>
        <w:t>v 1.078831 4.808832 -1.174134</w:t>
        <w:br/>
        <w:t>v 1.082366 4.661530 -1.155947</w:t>
        <w:br/>
        <w:t>v 1.141896 4.675246 -1.093932</w:t>
        <w:br/>
        <w:t>v 1.307804 4.823222 -0.439901</w:t>
        <w:br/>
        <w:t>v 1.281096 4.660189 -0.452598</w:t>
        <w:br/>
        <w:t>v 1.290963 4.699371 -0.714415</w:t>
        <w:br/>
        <w:t>v 1.313274 4.857561 -0.717638</w:t>
        <w:br/>
        <w:t>v 1.221611 4.777778 -0.186957</w:t>
        <w:br/>
        <w:t>v 1.212176 4.621228 -0.234582</w:t>
        <w:br/>
        <w:t>v 0.457947 4.256621 -1.040534</w:t>
        <w:br/>
        <w:t>v 0.446826 4.417986 -1.042299</w:t>
        <w:br/>
        <w:t>v 0.484863 4.421524 -1.142602</w:t>
        <w:br/>
        <w:t>v 0.493604 4.266057 -1.136091</w:t>
        <w:br/>
        <w:t>v 0.412038 4.467678 -0.233871</w:t>
        <w:br/>
        <w:t>v 0.328676 4.430992 -0.391118</w:t>
        <w:br/>
        <w:t>v 0.346638 4.251227 -0.414467</w:t>
        <w:br/>
        <w:t>v 0.440816 4.286482 -0.254739</w:t>
        <w:br/>
        <w:t>v 0.293978 4.414190 -0.611608</w:t>
        <w:br/>
        <w:t>v 0.307180 4.237309 -0.624892</w:t>
        <w:br/>
        <w:t>v 0.602731 4.348460 -0.150343</w:t>
        <w:br/>
        <w:t>v 0.562423 4.518065 -0.130615</w:t>
        <w:br/>
        <w:t>v 0.978507 4.673849 -0.128864</w:t>
        <w:br/>
        <w:t>v 0.759107 4.589210 -0.086057</w:t>
        <w:br/>
        <w:t>v 0.836803 4.445054 -0.140997</w:t>
        <w:br/>
        <w:t>v 1.009800 4.536119 -0.180828</w:t>
        <w:br/>
        <w:t>v 1.105656 4.578300 -0.205514</w:t>
        <w:br/>
        <w:t>v 1.093838 4.719539 -0.157978</w:t>
        <w:br/>
        <w:t>v 1.047243 4.666265 -1.128518</w:t>
        <w:br/>
        <w:t>v 1.043495 4.822371 -1.146042</w:t>
        <w:br/>
        <w:t>v 1.116515 4.838434 -1.061269</w:t>
        <w:br/>
        <w:t>v 1.112893 4.669827 -1.048747</w:t>
        <w:br/>
        <w:t>v 1.307804 4.823222 -0.439901</w:t>
        <w:br/>
        <w:t>v 1.313274 4.857561 -0.717638</w:t>
        <w:br/>
        <w:t>v 1.332875 4.849754 -0.722451</w:t>
        <w:br/>
        <w:t>v 1.330712 4.813461 -0.435491</w:t>
        <w:br/>
        <w:t>v 1.290963 4.699371 -0.714415</w:t>
        <w:br/>
        <w:t>v 1.281096 4.660189 -0.452598</w:t>
        <w:br/>
        <w:t>v 1.212176 4.621228 -0.234582</w:t>
        <w:br/>
        <w:t>v 1.221611 4.777778 -0.186957</w:t>
        <w:br/>
        <w:t>v 1.240104 4.763460 -0.175195</w:t>
        <w:br/>
        <w:t>v 0.389699 4.411947 -1.062178</w:t>
        <w:br/>
        <w:t>v 0.432661 4.415647 -1.156962</w:t>
        <w:br/>
        <w:t>v 0.484863 4.421524 -1.142602</w:t>
        <w:br/>
        <w:t>v 0.446826 4.417986 -1.042299</w:t>
        <w:br/>
        <w:t>v 0.439092 4.280464 -1.149760</w:t>
        <w:br/>
        <w:t>v 0.493604 4.266057 -1.136091</w:t>
        <w:br/>
        <w:t>v 0.484656 4.270086 -1.169550</w:t>
        <w:br/>
        <w:t>v 0.321619 4.260808 -0.407311</w:t>
        <w:br/>
        <w:t>v 0.440816 4.286482 -0.254739</w:t>
        <w:br/>
        <w:t>v 0.346638 4.251227 -0.414467</w:t>
        <w:br/>
        <w:t>v 0.307442 4.415964 -0.383373</w:t>
        <w:br/>
        <w:t>v 0.328676 4.430992 -0.391118</w:t>
        <w:br/>
        <w:t>v 0.412038 4.467678 -0.233871</w:t>
        <w:br/>
        <w:t>v 0.398448 4.453848 -0.216545</w:t>
        <w:br/>
        <w:t>v 0.307180 4.237309 -0.624892</w:t>
        <w:br/>
        <w:t>v 0.276578 4.247982 -0.624448</w:t>
        <w:br/>
        <w:t>v 0.265512 4.400638 -0.610516</w:t>
        <w:br/>
        <w:t>v 0.293978 4.414190 -0.611608</w:t>
        <w:br/>
        <w:t>v 0.562423 4.518065 -0.130615</w:t>
        <w:br/>
        <w:t>v 0.559674 4.505126 -0.102523</w:t>
        <w:br/>
        <w:t>v 0.602731 4.348460 -0.150343</w:t>
        <w:br/>
        <w:t>v 0.759107 4.589210 -0.086057</w:t>
        <w:br/>
        <w:t>v 0.978507 4.673849 -0.128864</w:t>
        <w:br/>
        <w:t>v 0.997205 4.667922 -0.113168</w:t>
        <w:br/>
        <w:t>v 0.773522 4.582289 -0.060685</w:t>
        <w:br/>
        <w:t>v 1.093838 4.719539 -0.157978</w:t>
        <w:br/>
        <w:t>v 1.112776 4.709059 -0.142555</w:t>
        <w:br/>
        <w:t>v 1.105656 4.578300 -0.205514</w:t>
        <w:br/>
        <w:t>v 1.009800 4.536119 -0.180828</w:t>
        <w:br/>
        <w:t>v 0.836803 4.445054 -0.140997</w:t>
        <w:br/>
        <w:t>v 1.116515 4.838434 -1.061269</w:t>
        <w:br/>
        <w:t>v 1.043495 4.822371 -1.146042</w:t>
        <w:br/>
        <w:t>v 1.078831 4.808832 -1.174134</w:t>
        <w:br/>
        <w:t>v 1.145443 4.820847 -1.109558</w:t>
        <w:br/>
        <w:t>v 1.141896 4.675246 -1.093932</w:t>
        <w:br/>
        <w:t>v 1.112893 4.669827 -1.048747</w:t>
        <w:br/>
        <w:t>v 1.221819 4.685334 -0.929170</w:t>
        <w:br/>
        <w:t>v 1.240367 4.696898 -0.940582</w:t>
        <w:br/>
        <w:t>v 1.239884 4.848498 -0.944775</w:t>
        <w:br/>
        <w:t>v 1.221055 4.859748 -0.933347</w:t>
        <w:br/>
        <w:t>v 1.221819 4.685334 -0.929170</w:t>
        <w:br/>
        <w:t>v 1.221055 4.859748 -0.933347</w:t>
        <w:br/>
        <w:t>v 1.239884 4.848498 -0.944775</w:t>
        <w:br/>
        <w:t>v 1.240367 4.696898 -0.940582</w:t>
        <w:br/>
        <w:t>v 1.082366 4.661530 -1.155947</w:t>
        <w:br/>
        <w:t>v 1.047243 4.666265 -1.128518</w:t>
        <w:br/>
        <w:t>v 0.480163 4.415649 -1.180049</w:t>
        <w:br/>
        <w:t>v 0.484656 4.270086 -1.169550</w:t>
        <w:br/>
        <w:t>v 0.493604 4.266057 -1.136091</w:t>
        <w:br/>
        <w:t>v 0.484863 4.421524 -1.142602</w:t>
        <w:br/>
        <w:t>v 1.053700 4.658495 -1.149952</w:t>
        <w:br/>
        <w:t>v 1.049966 4.810181 -1.168388</w:t>
        <w:br/>
        <w:t>v 1.053700 4.658495 -1.149952</w:t>
        <w:br/>
        <w:t>v 1.049966 4.810181 -1.168388</w:t>
        <w:br/>
        <w:t>v 1.043495 4.822371 -1.146042</w:t>
        <w:br/>
        <w:t>v 1.047243 4.666265 -1.128518</w:t>
        <w:br/>
        <w:t>v 1.049966 4.810181 -1.168388</w:t>
        <w:br/>
        <w:t>v 1.053700 4.658495 -1.149952</w:t>
        <w:br/>
        <w:t>v 0.322244 4.410575 -0.797756</w:t>
        <w:br/>
        <w:t>v 0.281487 4.400851 -0.807791</w:t>
        <w:br/>
        <w:t>v 0.333722 4.239246 -0.804756</w:t>
        <w:br/>
        <w:t>v 0.322244 4.410575 -0.797756</w:t>
        <w:br/>
        <w:t>v 0.395532 4.270575 -1.056427</w:t>
        <w:br/>
        <w:t>v 0.291529 4.252350 -0.814969</w:t>
        <w:br/>
        <w:t>v 0.333722 4.239246 -0.804756</w:t>
        <w:br/>
        <w:t>v 0.457947 4.256621 -1.040534</w:t>
        <w:br/>
        <w:t>v 0.281487 4.400851 -0.807791</w:t>
        <w:br/>
        <w:t>v 0.291529 4.252350 -0.814969</w:t>
        <w:br/>
        <w:t>v 0.484656 4.270086 -1.169550</w:t>
        <w:br/>
        <w:t>v 0.480163 4.415649 -1.180049</w:t>
        <w:br/>
        <w:t>v 0.480163 4.415649 -1.180049</w:t>
        <w:br/>
        <w:t>v 1.066453 4.449330 -0.177754</w:t>
        <w:br/>
        <w:t>v 1.052426 4.418666 -0.180340</w:t>
        <w:br/>
        <w:t>v 1.020663 4.433292 -0.181527</w:t>
        <w:br/>
        <w:t>v 1.034690 4.463956 -0.178941</w:t>
        <w:br/>
        <w:t>v 1.035701 4.464855 -0.195066</w:t>
        <w:br/>
        <w:t>v 1.067465 4.450216 -0.193867</w:t>
        <w:br/>
        <w:t>v 1.066453 4.449330 -0.177754</w:t>
        <w:br/>
        <w:t>v 1.034690 4.463956 -0.178941</w:t>
        <w:br/>
        <w:t>v 1.021674 4.434191 -0.197652</w:t>
        <w:br/>
        <w:t>v 1.053438 4.419565 -0.196465</w:t>
        <w:br/>
        <w:t>v 1.067465 4.450216 -0.193867</w:t>
        <w:br/>
        <w:t>v 1.035701 4.464855 -0.195066</w:t>
        <w:br/>
        <w:t>v 1.020663 4.433292 -0.181527</w:t>
        <w:br/>
        <w:t>v 1.052426 4.418666 -0.180340</w:t>
        <w:br/>
        <w:t>v 1.053438 4.419565 -0.196465</w:t>
        <w:br/>
        <w:t>v 1.021674 4.434191 -0.197652</w:t>
        <w:br/>
        <w:t>v 1.137024 4.382830 -0.214214</w:t>
        <w:br/>
        <w:t>v 1.151051 4.413482 -0.211629</w:t>
        <w:br/>
        <w:t>v 1.146367 4.416842 -0.225993</w:t>
        <w:br/>
        <w:t>v 1.132340 4.386178 -0.228578</w:t>
        <w:br/>
        <w:t>v 1.126595 4.424461 -0.207469</w:t>
        <w:br/>
        <w:t>v 1.131141 4.420939 -0.192631</w:t>
        <w:br/>
        <w:t>v 1.103187 4.432805 -0.181502</w:t>
        <w:br/>
        <w:t>v 1.099478 4.435815 -0.196678</w:t>
        <w:br/>
        <w:t>v 1.085451 4.405151 -0.199263</w:t>
        <w:br/>
        <w:t>v 1.112580 4.393809 -0.210055</w:t>
        <w:br/>
        <w:t>v 1.126595 4.424461 -0.207469</w:t>
        <w:br/>
        <w:t>v 1.099478 4.435815 -0.196678</w:t>
        <w:br/>
        <w:t>v 1.112580 4.393809 -0.210055</w:t>
        <w:br/>
        <w:t>v 1.085451 4.405151 -0.199263</w:t>
        <w:br/>
        <w:t>v 1.089161 4.402153 -0.184087</w:t>
        <w:br/>
        <w:t>v 1.117127 4.390275 -0.195216</w:t>
        <w:br/>
        <w:t>v 1.103187 4.432805 -0.181502</w:t>
        <w:br/>
        <w:t>v 1.131141 4.420939 -0.192631</w:t>
        <w:br/>
        <w:t>v 1.117127 4.390275 -0.195216</w:t>
        <w:br/>
        <w:t>v 1.089161 4.402153 -0.184087</w:t>
        <w:br/>
        <w:t>v 1.151051 4.413482 -0.211629</w:t>
        <w:br/>
        <w:t>v 1.137024 4.382830 -0.214214</w:t>
        <w:br/>
        <w:t>v 1.146367 4.416842 -0.225993</w:t>
        <w:br/>
        <w:t>v 1.151051 4.413482 -0.211629</w:t>
        <w:br/>
        <w:t>v 1.132340 4.386178 -0.228578</w:t>
        <w:br/>
        <w:t>v 1.146367 4.416842 -0.225993</w:t>
        <w:br/>
        <w:t>v 1.132340 4.386178 -0.228578</w:t>
        <w:br/>
        <w:t>v 1.137024 4.382830 -0.214214</w:t>
        <w:br/>
        <w:t>v 1.050789 0.309038 -0.510774</w:t>
        <w:br/>
        <w:t>v 1.045468 0.402068 -0.553230</w:t>
        <w:br/>
        <w:t>v 0.664870 1.065676 -0.067062</w:t>
        <w:br/>
        <w:t>v 0.645559 1.072408 -0.058531</w:t>
        <w:br/>
        <w:t>v 0.601555 1.058893 -0.123644</w:t>
        <w:br/>
        <w:t>v 0.620866 1.052149 -0.133511</w:t>
        <w:br/>
        <w:t>v 0.641800 0.940396 -0.033575</w:t>
        <w:br/>
        <w:t>v 0.597371 0.926819 -0.097226</w:t>
        <w:br/>
        <w:t>v 0.578061 0.933564 -0.087284</w:t>
        <w:br/>
        <w:t>v 0.622489 0.947141 -0.023607</w:t>
        <w:br/>
        <w:t>v 0.641800 0.940396 -0.033575</w:t>
        <w:br/>
        <w:t>v 0.622489 0.947141 -0.023607</w:t>
        <w:br/>
        <w:t>v 0.645559 1.072408 -0.058531</w:t>
        <w:br/>
        <w:t>v 0.664870 1.065676 -0.067062</w:t>
        <w:br/>
        <w:t>v 0.597371 0.926819 -0.097226</w:t>
        <w:br/>
        <w:t>v 0.620866 1.052149 -0.133511</w:t>
        <w:br/>
        <w:t>v 0.601555 1.058893 -0.123644</w:t>
        <w:br/>
        <w:t>v 0.578061 0.933564 -0.087284</w:t>
        <w:br/>
        <w:t>v 0.616419 0.963016 -0.042343</w:t>
        <w:br/>
        <w:t>v 0.622489 0.947141 -0.023607</w:t>
        <w:br/>
        <w:t>v 0.578061 0.933564 -0.087284</w:t>
        <w:br/>
        <w:t>v 0.591176 0.955297 -0.078141</w:t>
        <w:br/>
        <w:t>v 0.645559 1.072408 -0.058531</w:t>
        <w:br/>
        <w:t>v 0.632869 1.050750 -0.066549</w:t>
        <w:br/>
        <w:t>v 0.607626 1.043031 -0.102897</w:t>
        <w:br/>
        <w:t>v 0.601555 1.058893 -0.123644</w:t>
        <w:br/>
        <w:t>v 0.652179 1.044005 -0.075780</w:t>
        <w:br/>
        <w:t>v 0.664870 1.065676 -0.067062</w:t>
        <w:br/>
        <w:t>v 0.620866 1.052149 -0.133511</w:t>
        <w:br/>
        <w:t>v 0.626936 1.036286 -0.112814</w:t>
        <w:br/>
        <w:t>v 0.635729 0.956271 -0.052398</w:t>
        <w:br/>
        <w:t>v 0.641800 0.940396 -0.033575</w:t>
        <w:br/>
        <w:t>v 0.597371 0.926819 -0.097226</w:t>
        <w:br/>
        <w:t>v 0.610486 0.948552 -0.088033</w:t>
        <w:br/>
        <w:t>v 0.632869 1.050750 -0.066549</w:t>
        <w:br/>
        <w:t>v 0.616419 0.963016 -0.042343</w:t>
        <w:br/>
        <w:t>v 0.635729 0.956271 -0.052398</w:t>
        <w:br/>
        <w:t>v 0.652179 1.044005 -0.075780</w:t>
        <w:br/>
        <w:t>v 0.610486 0.948552 -0.088033</w:t>
        <w:br/>
        <w:t>v 0.591176 0.955297 -0.078141</w:t>
        <w:br/>
        <w:t>v 0.607626 1.043031 -0.102897</w:t>
        <w:br/>
        <w:t>v 0.626936 1.036286 -0.112814</w:t>
        <w:br/>
        <w:t>v 0.635729 0.956271 -0.052398</w:t>
        <w:br/>
        <w:t>v 0.616419 0.963016 -0.042343</w:t>
        <w:br/>
        <w:t>v 0.591176 0.955297 -0.078141</w:t>
        <w:br/>
        <w:t>v 0.610486 0.948552 -0.088033</w:t>
        <w:br/>
        <w:t>v 0.607626 1.043031 -0.102897</w:t>
        <w:br/>
        <w:t>v 0.632869 1.050750 -0.066549</w:t>
        <w:br/>
        <w:t>v 0.652179 1.044005 -0.075780</w:t>
        <w:br/>
        <w:t>v 0.626936 1.036286 -0.112814</w:t>
        <w:br/>
        <w:t>v 1.238791 4.249033 -0.765391</w:t>
        <w:br/>
        <w:t>v 1.238884 4.262880 -0.557742</w:t>
        <w:br/>
        <w:t>v 1.277955 4.424387 -0.539312</w:t>
        <w:br/>
        <w:t>v 1.279750 4.411990 -0.753374</w:t>
        <w:br/>
        <w:t>v 0.234624 4.837177 -0.394164</w:t>
        <w:br/>
        <w:t>v 0.285711 4.799875 -0.202248</w:t>
        <w:br/>
        <w:t>v 0.313446 4.652890 -0.207368</w:t>
        <w:br/>
        <w:t>v 0.264769 4.685994 -0.384574</w:t>
        <w:br/>
        <w:t>v 0.250332 4.694461 -0.619331</w:t>
        <w:br/>
        <w:t>v 0.222291 4.842424 -0.616098</w:t>
        <w:br/>
        <w:t>v 1.229217 4.453612 -0.394996</w:t>
        <w:br/>
        <w:t>v 1.178493 4.294465 -0.411370</w:t>
        <w:br/>
        <w:t>v 1.056411 4.261148 -1.103886</w:t>
        <w:br/>
        <w:t>v 1.151788 4.263899 -1.020741</w:t>
        <w:br/>
        <w:t>v 1.170024 4.413106 -1.024749</w:t>
        <w:br/>
        <w:t>v 1.061382 4.408123 -1.125346</w:t>
        <w:br/>
        <w:t>v 0.628280 4.685945 -0.022121</w:t>
        <w:br/>
        <w:t>v 0.792836 4.622474 -0.032943</w:t>
        <w:br/>
        <w:t>v 0.744015 4.477778 -0.047870</w:t>
        <w:br/>
        <w:t>v 0.598819 4.540944 -0.038411</w:t>
        <w:br/>
        <w:t>v 0.406165 4.607881 -0.111284</w:t>
        <w:br/>
        <w:t>v 0.366281 4.769159 -0.054180</w:t>
        <w:br/>
        <w:t>v 0.500337 4.578181 -0.055499</w:t>
        <w:br/>
        <w:t>v 0.494485 4.732283 -0.038676</w:t>
        <w:br/>
        <w:t>v 1.211612 4.239583 -0.758452</w:t>
        <w:br/>
        <w:t>v 1.254800 4.425740 -0.748788</w:t>
        <w:br/>
        <w:t>v 1.257283 4.438165 -0.543942</w:t>
        <w:br/>
        <w:t>v 1.215265 4.254630 -0.559246</w:t>
        <w:br/>
        <w:t>v 0.331943 4.636932 -0.221005</w:t>
        <w:br/>
        <w:t>v 0.308441 4.813806 -0.213978</w:t>
        <w:br/>
        <w:t>v 0.260871 4.847078 -0.400089</w:t>
        <w:br/>
        <w:t>v 0.282946 4.668948 -0.390663</w:t>
        <w:br/>
        <w:t>v 0.253410 4.854819 -0.628605</w:t>
        <w:br/>
        <w:t>v 0.267057 4.679404 -0.622931</w:t>
        <w:br/>
        <w:t>v 1.211505 4.467860 -0.406287</w:t>
        <w:br/>
        <w:t>v 1.156335 4.287950 -0.419638</w:t>
        <w:br/>
        <w:t>v 0.739807 4.468962 -0.067290</w:t>
        <w:br/>
        <w:t>v 0.796595 4.635303 -0.053751</w:t>
        <w:br/>
        <w:t>v 0.639488 4.698221 -0.044032</w:t>
        <w:br/>
        <w:t>v 0.601964 4.530460 -0.059720</w:t>
        <w:br/>
        <w:t>v 0.428561 4.596383 -0.138404</w:t>
        <w:br/>
        <w:t>v 0.371843 4.788314 -0.077292</w:t>
        <w:br/>
        <w:t>v 0.979772 4.555897 -0.116701</w:t>
        <w:br/>
        <w:t>v 0.907230 4.394828 -0.115880</w:t>
        <w:br/>
        <w:t>v 0.957877 4.375206 -0.151539</w:t>
        <w:br/>
        <w:t>v 1.025080 4.537281 -0.153417</w:t>
        <w:br/>
        <w:t>v 0.508673 4.566717 -0.079406</w:t>
        <w:br/>
        <w:t>v 0.502307 4.747581 -0.060310</w:t>
        <w:br/>
        <w:t>v 1.023211 4.256402 -1.061808</w:t>
        <w:br/>
        <w:t>v 1.026671 4.426320 -1.080948</w:t>
        <w:br/>
        <w:t>v 1.131591 4.427998 -0.978704</w:t>
        <w:br/>
        <w:t>v 1.109170 4.257493 -0.972964</w:t>
        <w:br/>
        <w:t>v 1.215265 4.254630 -0.559246</w:t>
        <w:br/>
        <w:t>v 1.211612 4.239583 -0.758452</w:t>
        <w:br/>
        <w:t>v 1.257283 4.438165 -0.543942</w:t>
        <w:br/>
        <w:t>v 1.254800 4.425740 -0.748788</w:t>
        <w:br/>
        <w:t>v 1.279750 4.411990 -0.753374</w:t>
        <w:br/>
        <w:t>v 1.277955 4.424387 -0.539312</w:t>
        <w:br/>
        <w:t>v 0.260871 4.847078 -0.400089</w:t>
        <w:br/>
        <w:t>v 0.308441 4.813806 -0.213978</w:t>
        <w:br/>
        <w:t>v 0.285711 4.799875 -0.202248</w:t>
        <w:br/>
        <w:t>v 0.234624 4.837177 -0.394164</w:t>
        <w:br/>
        <w:t>v 0.331943 4.636932 -0.221005</w:t>
        <w:br/>
        <w:t>v 0.282946 4.668948 -0.390663</w:t>
        <w:br/>
        <w:t>v 0.267057 4.679404 -0.622931</w:t>
        <w:br/>
        <w:t>v 0.222291 4.842424 -0.616098</w:t>
        <w:br/>
        <w:t>v 0.253410 4.854819 -0.628605</w:t>
        <w:br/>
        <w:t>v 1.229217 4.453612 -0.394996</w:t>
        <w:br/>
        <w:t>v 1.211505 4.467860 -0.406287</w:t>
        <w:br/>
        <w:t>v 1.156335 4.287950 -0.419638</w:t>
        <w:br/>
        <w:t>v 1.109170 4.257493 -0.972964</w:t>
        <w:br/>
        <w:t>v 1.151788 4.263899 -1.020741</w:t>
        <w:br/>
        <w:t>v 1.056411 4.261148 -1.103886</w:t>
        <w:br/>
        <w:t>v 1.023211 4.256402 -1.061808</w:t>
        <w:br/>
        <w:t>v 0.744015 4.477778 -0.047870</w:t>
        <w:br/>
        <w:t>v 0.739807 4.468962 -0.067290</w:t>
        <w:br/>
        <w:t>v 0.601964 4.530460 -0.059720</w:t>
        <w:br/>
        <w:t>v 0.428561 4.596383 -0.138404</w:t>
        <w:br/>
        <w:t>v 0.371843 4.788314 -0.077292</w:t>
        <w:br/>
        <w:t>v 0.366281 4.769159 -0.054180</w:t>
        <w:br/>
        <w:t>v 1.146649 4.489782 -0.271985</w:t>
        <w:br/>
        <w:t>v 1.112823 4.501480 -0.242536</w:t>
        <w:br/>
        <w:t>v 1.105519 4.518503 -0.257796</w:t>
        <w:br/>
        <w:t>v 1.136369 4.504837 -0.286151</w:t>
        <w:br/>
        <w:t>v 0.500337 4.578181 -0.055499</w:t>
        <w:br/>
        <w:t>v 0.508673 4.566717 -0.079406</w:t>
        <w:br/>
        <w:t>v 0.502307 4.747581 -0.060310</w:t>
        <w:br/>
        <w:t>v 1.131591 4.427998 -0.978704</w:t>
        <w:br/>
        <w:t>v 1.026671 4.426320 -1.080948</w:t>
        <w:br/>
        <w:t>v 1.061382 4.408123 -1.125346</w:t>
        <w:br/>
        <w:t>v 1.170024 4.413106 -1.024749</w:t>
        <w:br/>
        <w:t>v 0.977714 4.538684 -0.101648</w:t>
        <w:br/>
        <w:t>v 1.027780 4.517553 -0.136884</w:t>
        <w:br/>
        <w:t>v 0.970580 4.376945 -0.137116</w:t>
        <w:br/>
        <w:t>v 0.915901 4.398175 -0.101611</w:t>
        <w:br/>
        <w:t>v 0.907230 4.394828 -0.115880</w:t>
        <w:br/>
        <w:t>v 0.915901 4.398175 -0.101611</w:t>
        <w:br/>
        <w:t>v 0.970580 4.376945 -0.137116</w:t>
        <w:br/>
        <w:t>v 0.957877 4.375206 -0.151539</w:t>
        <w:br/>
        <w:t>v 0.796595 4.635303 -0.053751</w:t>
        <w:br/>
        <w:t>v 0.792836 4.622474 -0.032943</w:t>
        <w:br/>
        <w:t>v 0.628280 4.685945 -0.022121</w:t>
        <w:br/>
        <w:t>v 0.639488 4.698221 -0.044032</w:t>
        <w:br/>
        <w:t>v 1.062269 4.333897 -0.308866</w:t>
        <w:br/>
        <w:t>v 1.136369 4.504837 -0.286151</w:t>
        <w:br/>
        <w:t>v 1.105519 4.518503 -0.257796</w:t>
        <w:br/>
        <w:t>v 1.023250 4.356954 -0.270899</w:t>
        <w:br/>
        <w:t>v 1.025080 4.537281 -0.153417</w:t>
        <w:br/>
        <w:t>v 0.979772 4.555897 -0.116701</w:t>
        <w:br/>
        <w:t>v 1.081318 4.337923 -0.293694</w:t>
        <w:br/>
        <w:t>v 1.040092 4.360521 -0.254264</w:t>
        <w:br/>
        <w:t>v 1.112823 4.501480 -0.242536</w:t>
        <w:br/>
        <w:t>v 1.146649 4.489782 -0.271985</w:t>
        <w:br/>
        <w:t>v 1.023250 4.356954 -0.270899</w:t>
        <w:br/>
        <w:t>v 1.062269 4.333897 -0.308866</w:t>
        <w:br/>
        <w:t>v 1.014907 4.362576 -0.186724</w:t>
        <w:br/>
        <w:t>v 1.068990 4.506915 -0.188835</w:t>
        <w:br/>
        <w:t>v 1.014907 4.362576 -0.186724</w:t>
        <w:br/>
        <w:t>v 1.001011 4.360516 -0.200337</w:t>
        <w:br/>
        <w:t>v 1.063318 4.527333 -0.206290</w:t>
        <w:br/>
        <w:t>v 1.001011 4.360516 -0.200337</w:t>
        <w:br/>
        <w:t>v 1.068990 4.506915 -0.188835</w:t>
        <w:br/>
        <w:t>v 1.063318 4.527333 -0.206290</w:t>
        <w:br/>
        <w:t>v 0.878454 4.591938 -0.022417</w:t>
        <w:br/>
        <w:t>v 0.806794 4.446282 -0.036165</w:t>
        <w:br/>
        <w:t>v 0.806794 4.446282 -0.036165</w:t>
        <w:br/>
        <w:t>v 0.828221 4.432300 -0.125921</w:t>
        <w:br/>
        <w:t>v 0.828221 4.432300 -0.125921</w:t>
        <w:br/>
        <w:t>v 0.914441 4.591152 -0.110017</w:t>
        <w:br/>
        <w:t>v 0.914441 4.591152 -0.110017</w:t>
        <w:br/>
        <w:t>v 0.878454 4.591938 -0.022417</w:t>
        <w:br/>
        <w:t>v 1.179917 4.261339 -0.967962</w:t>
        <w:br/>
        <w:t>v 1.199652 4.414811 -0.969038</w:t>
        <w:br/>
        <w:t>v 1.160094 4.245107 -0.931405</w:t>
        <w:br/>
        <w:t>v 1.179917 4.261339 -0.967962</w:t>
        <w:br/>
        <w:t>v 1.181091 4.418257 -0.927727</w:t>
        <w:br/>
        <w:t>v 1.160094 4.245107 -0.931405</w:t>
        <w:br/>
        <w:t>v 1.199652 4.414811 -0.969038</w:t>
        <w:br/>
        <w:t>v 1.181091 4.418257 -0.927727</w:t>
        <w:br/>
        <w:t>v 0.485468 4.796806 -1.151456</w:t>
        <w:br/>
        <w:t>v 0.429760 4.792019 -1.188712</w:t>
        <w:br/>
        <w:t>v 0.462992 4.792652 -1.185802</w:t>
        <w:br/>
        <w:t>v 0.491760 4.642699 -1.147082</w:t>
        <w:br/>
        <w:t>v 0.444497 4.639023 -1.084126</w:t>
        <w:br/>
        <w:t>v 0.436839 4.809614 -1.087105</w:t>
        <w:br/>
        <w:t>v 0.485468 4.796806 -1.151456</w:t>
        <w:br/>
        <w:t>v 0.468960 4.648049 -1.181522</w:t>
        <w:br/>
        <w:t>v 0.435776 4.648784 -1.184980</w:t>
        <w:br/>
        <w:t>v 0.491760 4.642699 -1.147082</w:t>
        <w:br/>
        <w:t>v 0.378228 4.795401 -1.114625</w:t>
        <w:br/>
        <w:t>v 0.385173 4.644039 -1.111367</w:t>
        <w:br/>
        <w:t>v 0.435776 4.648784 -1.184980</w:t>
        <w:br/>
        <w:t>v 0.429760 4.792019 -1.188712</w:t>
        <w:br/>
        <w:t>v 0.468960 4.648049 -1.181522</w:t>
        <w:br/>
        <w:t>v 0.462992 4.792652 -1.185802</w:t>
        <w:br/>
        <w:t>v 0.429760 4.792019 -1.188712</w:t>
        <w:br/>
        <w:t>v 0.435776 4.648784 -1.184980</w:t>
        <w:br/>
        <w:t>v 1.026671 4.422060 -1.111432</w:t>
        <w:br/>
        <w:t>v 1.023785 4.258972 -1.093081</w:t>
        <w:br/>
        <w:t>v 1.056411 4.261148 -1.103886</w:t>
        <w:br/>
        <w:t>v 1.061382 4.408123 -1.125346</w:t>
        <w:br/>
        <w:t>v 1.026671 4.422060 -1.111432</w:t>
        <w:br/>
        <w:t>v 1.026671 4.426320 -1.080948</w:t>
        <w:br/>
        <w:t>v 1.023211 4.256402 -1.061808</w:t>
        <w:br/>
        <w:t>v 1.023785 4.258972 -1.093081</w:t>
        <w:br/>
        <w:t>v 1.026671 4.422060 -1.111432</w:t>
        <w:br/>
        <w:t>v 1.023785 4.258972 -1.093081</w:t>
        <w:br/>
        <w:t>v 0.301185 4.838838 -0.849149</w:t>
        <w:br/>
        <w:t>v 0.281912 4.825506 -0.856925</w:t>
        <w:br/>
        <w:t>v 0.378228 4.795401 -1.114625</w:t>
        <w:br/>
        <w:t>v 0.436839 4.809614 -1.087105</w:t>
        <w:br/>
        <w:t>v 0.303595 4.651962 -0.858010</w:t>
        <w:br/>
        <w:t>v 0.301185 4.838838 -0.849149</w:t>
        <w:br/>
        <w:t>v 0.385173 4.644039 -1.111367</w:t>
        <w:br/>
        <w:t>v 0.290194 4.662485 -0.861438</w:t>
        <w:br/>
        <w:t>v 0.303595 4.651962 -0.858010</w:t>
        <w:br/>
        <w:t>v 0.444497 4.639023 -1.084126</w:t>
        <w:br/>
        <w:t>v 0.281912 4.825506 -0.856925</w:t>
        <w:br/>
        <w:t>v 0.290194 4.662485 -0.861438</w:t>
        <w:br/>
        <w:t>v 0.491760 4.642699 -1.147082</w:t>
        <w:br/>
        <w:t>v 0.485468 4.796806 -1.151456</w:t>
        <w:br/>
        <w:t>v -0.904363 4.576644 -1.291769</w:t>
        <w:br/>
        <w:t>v -0.996068 4.584326 -1.203586</w:t>
        <w:br/>
        <w:t>v -0.967377 4.588860 -1.173746</w:t>
        <w:br/>
        <w:t>v -0.875684 4.581179 -1.261917</w:t>
        <w:br/>
        <w:t>v -0.849429 4.823682 -1.325506</w:t>
        <w:br/>
        <w:t>v -0.878083 4.819060 -1.355345</w:t>
        <w:br/>
        <w:t>v -0.875947 4.605997 -1.322308</w:t>
        <w:br/>
        <w:t>v -0.847256 4.610569 -1.292481</w:t>
        <w:br/>
        <w:t>v -0.894021 4.804759 -1.279765</w:t>
        <w:br/>
        <w:t>v -1.045306 4.823632 -1.137249</w:t>
        <w:br/>
        <w:t>v -0.969526 4.877104 -1.217613</w:t>
        <w:br/>
        <w:t>v -1.116876 4.636037 -1.095318</w:t>
        <w:br/>
        <w:t>v -1.072285 4.654947 -1.141058</w:t>
        <w:br/>
        <w:t>v -1.073996 4.819011 -1.167076</w:t>
        <w:br/>
        <w:t>v -1.119075 4.849100 -1.128318</w:t>
        <w:br/>
        <w:t>v -0.921013 4.636087 -1.283563</w:t>
        <w:br/>
        <w:t>v -0.996068 4.584326 -1.203586</w:t>
        <w:br/>
        <w:t>v -0.878083 4.819060 -1.355345</w:t>
        <w:br/>
        <w:t>v -0.922686 4.800150 -1.309605</w:t>
        <w:br/>
        <w:t>v -0.875947 4.605997 -1.322308</w:t>
        <w:br/>
        <w:t>v -1.072285 4.654947 -1.141058</w:t>
        <w:br/>
        <w:t>v -1.043607 4.659507 -1.111219</w:t>
        <w:br/>
        <w:t>v -1.045306 4.823632 -1.137249</w:t>
        <w:br/>
        <w:t>v -1.073996 4.819011 -1.167076</w:t>
        <w:br/>
        <w:t>v -0.922686 4.800150 -1.309605</w:t>
        <w:br/>
        <w:t>v -1.073996 4.819011 -1.167076</w:t>
        <w:br/>
        <w:t>v -1.045306 4.823632 -1.137249</w:t>
        <w:br/>
        <w:t>v -0.894021 4.804759 -1.279765</w:t>
        <w:br/>
        <w:t>v -0.849429 4.823682 -1.325506</w:t>
        <w:br/>
        <w:t>v -0.847256 4.610569 -1.292481</w:t>
        <w:br/>
        <w:t>v -0.892322 4.640658 -1.253735</w:t>
        <w:br/>
        <w:t>v -1.089335 4.601189 -1.116764</w:t>
        <w:br/>
        <w:t>v -1.060657 4.605722 -1.086912</w:t>
        <w:br/>
        <w:t>v -1.043607 4.659507 -1.111219</w:t>
        <w:br/>
        <w:t>v -0.967377 4.588860 -1.173746</w:t>
        <w:br/>
        <w:t>v -1.088223 4.640608 -1.065478</w:t>
        <w:br/>
        <w:t>v -1.090371 4.853721 -1.098503</w:t>
        <w:br/>
        <w:t>v -0.998204 4.872582 -1.247453</w:t>
        <w:br/>
        <w:t>v -0.906761 4.854134 -1.334224</w:t>
        <w:br/>
        <w:t>v -0.878083 4.858655 -1.304384</w:t>
        <w:br/>
        <w:t>v -1.119075 4.849100 -1.128318</w:t>
        <w:br/>
        <w:t>v -1.092457 4.877466 -1.158595</w:t>
        <w:br/>
        <w:t>v -1.063767 4.881988 -1.128755</w:t>
        <w:br/>
        <w:t>v -1.090371 4.853721 -1.098503</w:t>
        <w:br/>
        <w:t>v -1.089335 4.601189 -1.116764</w:t>
        <w:br/>
        <w:t>v -1.116876 4.636037 -1.095318</w:t>
        <w:br/>
        <w:t>v -1.088223 4.640608 -1.065478</w:t>
        <w:br/>
        <w:t>v -1.060657 4.605722 -1.086912</w:t>
        <w:br/>
        <w:t>v -0.878083 4.858655 -1.304384</w:t>
        <w:br/>
        <w:t>v -0.906761 4.854134 -1.334224</w:t>
        <w:br/>
        <w:t>v -1.063767 4.881988 -1.128755</w:t>
        <w:br/>
        <w:t>v -1.092457 4.877466 -1.158595</w:t>
        <w:br/>
        <w:t>v -0.875684 4.581179 -1.261917</w:t>
        <w:br/>
        <w:t>v -0.904363 4.576644 -1.291769</w:t>
        <w:br/>
        <w:t>v -1.060657 4.605722 -1.086912</w:t>
        <w:br/>
        <w:t>v -1.089335 4.601189 -1.116764</w:t>
        <w:br/>
        <w:t>v -0.921013 4.636087 -1.283563</w:t>
        <w:br/>
        <w:t>v -0.892322 4.640658 -1.253735</w:t>
        <w:br/>
        <w:t>v -1.043607 4.659507 -1.111219</w:t>
        <w:br/>
        <w:t>v -1.072285 4.654947 -1.141058</w:t>
        <w:br/>
        <w:t>v -0.922686 4.800150 -1.309605</w:t>
        <w:br/>
        <w:t>v -0.894021 4.804759 -1.279765</w:t>
        <w:br/>
        <w:t>v -0.892322 4.640658 -1.253735</w:t>
        <w:br/>
        <w:t>v -0.921013 4.636087 -1.283563</w:t>
        <w:br/>
        <w:t>v -0.998204 4.872582 -1.247453</w:t>
        <w:br/>
        <w:t>v -0.969526 4.877104 -1.217613</w:t>
        <w:br/>
        <w:t>v -0.839899 4.368615 -1.210406</w:t>
        <w:br/>
        <w:t>v -0.777647 4.369527 -1.186936</w:t>
        <w:br/>
        <w:t>v -0.777647 4.306450 -1.184463</w:t>
        <w:br/>
        <w:t>v -0.839899 4.305538 -1.207920</w:t>
        <w:br/>
        <w:t>v -0.777647 4.369527 -1.186936</w:t>
        <w:br/>
        <w:t>v -0.839899 4.368615 -1.210406</w:t>
        <w:br/>
        <w:t>v -0.842747 4.365705 -1.284187</w:t>
        <w:br/>
        <w:t>v -0.757337 4.366429 -1.266064</w:t>
        <w:br/>
        <w:t>v -0.842747 4.302628 -1.281702</w:t>
        <w:br/>
        <w:t>v -0.757337 4.303339 -1.263578</w:t>
        <w:br/>
        <w:t>v -0.757337 4.366429 -1.266064</w:t>
        <w:br/>
        <w:t>v -0.842747 4.365705 -1.284187</w:t>
        <w:br/>
        <w:t>v -0.777647 4.306450 -1.184463</w:t>
        <w:br/>
        <w:t>v -0.757337 4.303339 -1.263578</w:t>
        <w:br/>
        <w:t>v -0.842747 4.302628 -1.281702</w:t>
        <w:br/>
        <w:t>v -0.839899 4.305538 -1.207920</w:t>
        <w:br/>
        <w:t>v -0.928319 4.305925 -1.167726</w:t>
        <w:br/>
        <w:t>v -0.960595 4.305414 -1.197241</w:t>
        <w:br/>
        <w:t>v -0.960595 4.368503 -1.199726</w:t>
        <w:br/>
        <w:t>v -0.928320 4.369002 -1.170224</w:t>
        <w:br/>
        <w:t>v -0.777647 4.369527 -1.186936</w:t>
        <w:br/>
        <w:t>v -0.757337 4.366429 -1.266064</w:t>
        <w:br/>
        <w:t>v -0.757337 4.303339 -1.263578</w:t>
        <w:br/>
        <w:t>v -0.777647 4.306450 -1.184463</w:t>
        <w:br/>
        <w:t>v -0.878607 4.364880 -1.281377</w:t>
        <w:br/>
        <w:t>v -0.878607 4.301791 -1.278891</w:t>
        <w:br/>
        <w:t>v -0.878607 4.301791 -1.278891</w:t>
        <w:br/>
        <w:t>v -0.862719 4.304364 -1.208382</w:t>
        <w:br/>
        <w:t>v -0.862719 4.304364 -1.208382</w:t>
        <w:br/>
        <w:t>v -0.862719 4.367454 -1.210855</w:t>
        <w:br/>
        <w:t>v -0.878607 4.364880 -1.281377</w:t>
        <w:br/>
        <w:t>v -0.862719 4.367454 -1.210855</w:t>
        <w:br/>
        <w:t>v -0.911682 4.301603 -1.265401</w:t>
        <w:br/>
        <w:t>v -0.911682 4.364681 -1.267887</w:t>
        <w:br/>
        <w:t>v -0.954537 4.367104 -1.230790</w:t>
        <w:br/>
        <w:t>v -0.954362 4.304014 -1.228467</w:t>
        <w:br/>
        <w:t>v -0.928319 4.305925 -1.167726</w:t>
        <w:br/>
        <w:t>v -0.884428 4.303652 -1.201262</w:t>
        <w:br/>
        <w:t>v -0.911682 4.301603 -1.265401</w:t>
        <w:br/>
        <w:t>v -0.954362 4.304014 -1.228467</w:t>
        <w:br/>
        <w:t>v -0.928320 4.369002 -1.170224</w:t>
        <w:br/>
        <w:t>v -0.884428 4.366729 -1.203748</w:t>
        <w:br/>
        <w:t>v -0.884428 4.303652 -1.201262</w:t>
        <w:br/>
        <w:t>v -0.928319 4.305925 -1.167726</w:t>
        <w:br/>
        <w:t>v -0.911682 4.364681 -1.267887</w:t>
        <w:br/>
        <w:t>v -0.884428 4.366729 -1.203748</w:t>
        <w:br/>
        <w:t>v -0.928320 4.369002 -1.170224</w:t>
        <w:br/>
        <w:t>v -0.954537 4.367104 -1.230790</w:t>
        <w:br/>
        <w:t>v -0.960595 4.368503 -1.199726</w:t>
        <w:br/>
        <w:t>v -0.960595 4.305414 -1.197241</w:t>
        <w:br/>
        <w:t>v -1.069112 0.307575 -0.532733</w:t>
        <w:br/>
        <w:t>v -1.065628 0.383967 -0.564696</w:t>
        <w:br/>
        <w:t>v -1.090334 0.499155 -0.464559</w:t>
        <w:br/>
        <w:t>v -1.098440 0.422438 -0.428762</w:t>
        <w:br/>
        <w:t>v -0.372554 0.612706 -0.148699</w:t>
        <w:br/>
        <w:t>v -0.455966 0.700427 -0.093916</w:t>
        <w:br/>
        <w:t>v -0.451157 0.761006 -0.142379</w:t>
        <w:br/>
        <w:t>v -0.382309 0.680629 -0.201634</w:t>
        <w:br/>
        <w:t>v -1.006847 0.835586 -0.189069</w:t>
        <w:br/>
        <w:t>v -1.009483 0.763866 -0.144415</w:t>
        <w:br/>
        <w:t>v -1.080241 0.650577 -0.235596</w:t>
        <w:br/>
        <w:t>v -1.072947 0.725370 -0.279275</w:t>
        <w:br/>
        <w:t>v -1.108782 0.544782 -0.327364</w:t>
        <w:br/>
        <w:t>v -1.099090 0.620700 -0.367633</w:t>
        <w:br/>
        <w:t>v -0.908672 0.961091 -0.148749</w:t>
        <w:br/>
        <w:t>v -1.014816 0.975105 -0.266447</w:t>
        <w:br/>
        <w:t>v -1.002038 1.041767 -0.285008</w:t>
        <w:br/>
        <w:t>v -0.896131 1.033211 -0.175292</w:t>
        <w:br/>
        <w:t>v -0.329699 0.473899 -0.290954</w:t>
        <w:br/>
        <w:t>v -0.336269 0.549516 -0.203783</w:t>
        <w:br/>
        <w:t>v -0.349859 0.620312 -0.254856</w:t>
        <w:br/>
        <w:t>v -0.341715 0.544133 -0.336781</w:t>
        <w:br/>
        <w:t>v -0.394712 0.316006 -0.527074</w:t>
        <w:br/>
        <w:t>v -0.352932 0.390375 -0.403993</w:t>
        <w:br/>
        <w:t>v -0.360139 0.461783 -0.442876</w:t>
        <w:br/>
        <w:t>v -0.391690 0.388788 -0.559437</w:t>
        <w:br/>
        <w:t>v -0.460275 1.046938 -0.147763</w:t>
        <w:br/>
        <w:t>v -0.444687 0.977279 -0.128814</w:t>
        <w:br/>
        <w:t>v -0.571228 0.974206 -0.059155</w:t>
        <w:br/>
        <w:t>v -0.576087 1.046251 -0.080039</w:t>
        <w:br/>
        <w:t>v -0.521216 0.833988 -0.097438</w:t>
        <w:br/>
        <w:t>v -0.550606 0.788010 -0.055220</w:t>
        <w:br/>
        <w:t>v -0.707387 0.897877 -0.048738</w:t>
        <w:br/>
        <w:t>v -0.793397 0.935098 -0.072969</w:t>
        <w:br/>
        <w:t>v -0.789013 1.007031 -0.098288</w:t>
        <w:br/>
        <w:t>v -0.690812 0.966237 -0.073357</w:t>
        <w:br/>
        <w:t>v -0.604940 0.910030 -0.072482</w:t>
        <w:br/>
        <w:t>v -0.632756 0.855047 -0.043892</w:t>
        <w:br/>
        <w:t>v -0.922074 0.848539 -0.087483</w:t>
        <w:br/>
        <w:t>v -0.914280 0.921046 -0.119247</w:t>
        <w:br/>
        <w:t>v -0.808298 0.978403 -0.079190</w:t>
        <w:br/>
        <w:t>v -0.810134 0.906507 -0.054496</w:t>
        <w:br/>
        <w:t>v -1.081965 0.419390 -0.413923</w:t>
        <w:br/>
        <w:t>v -1.094143 0.537238 -0.319632</w:t>
        <w:br/>
        <w:t>v -1.080903 0.626145 -0.376214</w:t>
        <w:br/>
        <w:t>v -1.071161 0.510921 -0.463123</w:t>
        <w:br/>
        <w:t>v -0.354730 0.538250 -0.198049</w:t>
        <w:br/>
        <w:t>v -0.368332 0.622736 -0.265148</w:t>
        <w:br/>
        <w:t>v -0.396836 0.681029 -0.215599</w:t>
        <w:br/>
        <w:t>v -0.386006 0.599278 -0.145427</w:t>
        <w:br/>
        <w:t>v -0.996193 0.841095 -0.205132</w:t>
        <w:br/>
        <w:t>v -1.056747 0.729355 -0.291691</w:t>
        <w:br/>
        <w:t>v -1.063242 0.639960 -0.230450</w:t>
        <w:br/>
        <w:t>v -0.993882 0.751013 -0.144515</w:t>
        <w:br/>
        <w:t>v -0.904837 0.947714 -0.159166</w:t>
        <w:br/>
        <w:t>v -0.887076 1.034210 -0.189244</w:t>
        <w:br/>
        <w:t>v -0.996930 1.044240 -0.304506</w:t>
        <w:br/>
        <w:t>v -1.013155 0.961391 -0.283310</w:t>
        <w:br/>
        <w:t>v -0.347311 0.464393 -0.282585</w:t>
        <w:br/>
        <w:t>v -0.361225 0.552177 -0.339679</w:t>
        <w:br/>
        <w:t>v -0.410875 0.313383 -0.501669</w:t>
        <w:br/>
        <w:t>v -0.407578 0.403627 -0.545123</w:t>
        <w:br/>
        <w:t>v -0.377238 0.472537 -0.437555</w:t>
        <w:br/>
        <w:t>v -0.369819 0.384317 -0.387106</w:t>
        <w:br/>
        <w:t>v -0.580221 1.049199 -0.097214</w:t>
        <w:br/>
        <w:t>v -0.569180 0.958955 -0.071483</w:t>
        <w:br/>
        <w:t>v -0.442701 0.961516 -0.144627</w:t>
        <w:br/>
        <w:t>v -0.464247 1.049761 -0.167672</w:t>
        <w:br/>
        <w:t>v -0.471954 0.688511 -0.094353</w:t>
        <w:br/>
        <w:t>v -0.460238 0.760031 -0.156518</w:t>
        <w:br/>
        <w:t>v -0.525600 0.831627 -0.115687</w:t>
        <w:br/>
        <w:t>v -0.562810 0.773284 -0.062065</w:t>
        <w:br/>
        <w:t>v -0.638652 0.839346 -0.053684</w:t>
        <w:br/>
        <w:t>v -0.603641 0.907382 -0.089469</w:t>
        <w:br/>
        <w:t>v -0.688527 0.966225 -0.087821</w:t>
        <w:br/>
        <w:t>v -0.710210 0.885299 -0.059817</w:t>
        <w:br/>
        <w:t>v -0.807299 0.980401 -0.095340</w:t>
        <w:br/>
        <w:t>v -0.909659 0.923095 -0.142042</w:t>
        <w:br/>
        <w:t>v -0.909946 0.834762 -0.092605</w:t>
        <w:br/>
        <w:t>v -0.801953 0.892056 -0.062515</w:t>
        <w:br/>
        <w:t>v -1.081965 0.419390 -0.413923</w:t>
        <w:br/>
        <w:t>v -1.050789 0.309036 -0.510774</w:t>
        <w:br/>
        <w:t>v -1.069112 0.307575 -0.532733</w:t>
        <w:br/>
        <w:t>v -1.098440 0.422438 -0.428762</w:t>
        <w:br/>
        <w:t>v -1.065628 0.383967 -0.564696</w:t>
        <w:br/>
        <w:t>v -1.045468 0.402066 -0.553230</w:t>
        <w:br/>
        <w:t>v -1.071161 0.510921 -0.463123</w:t>
        <w:br/>
        <w:t>v -1.090334 0.499155 -0.464559</w:t>
        <w:br/>
        <w:t>v -0.354730 0.538250 -0.198049</w:t>
        <w:br/>
        <w:t>v -0.386006 0.599278 -0.145427</w:t>
        <w:br/>
        <w:t>v -0.336269 0.549516 -0.203783</w:t>
        <w:br/>
        <w:t>v -0.368332 0.622736 -0.265148</w:t>
        <w:br/>
        <w:t>v -0.382309 0.680629 -0.201634</w:t>
        <w:br/>
        <w:t>v -0.396836 0.681029 -0.215599</w:t>
        <w:br/>
        <w:t>v -1.080241 0.650577 -0.235596</w:t>
        <w:br/>
        <w:t>v -0.993882 0.751013 -0.144515</w:t>
        <w:br/>
        <w:t>v -1.063242 0.639960 -0.230450</w:t>
        <w:br/>
        <w:t>v -0.996193 0.841095 -0.205132</w:t>
        <w:br/>
        <w:t>v -1.056747 0.729355 -0.291691</w:t>
        <w:br/>
        <w:t>v -1.094143 0.537238 -0.319632</w:t>
        <w:br/>
        <w:t>v -1.080903 0.626145 -0.376214</w:t>
        <w:br/>
        <w:t>v -0.904837 0.947714 -0.159166</w:t>
        <w:br/>
        <w:t>v -1.013155 0.961391 -0.283310</w:t>
        <w:br/>
        <w:t>v -0.996930 1.044240 -0.304506</w:t>
        <w:br/>
        <w:t>v -0.887076 1.034210 -0.189244</w:t>
        <w:br/>
        <w:t>v -0.896131 1.033211 -0.175292</w:t>
        <w:br/>
        <w:t>v -1.002038 1.041767 -0.285008</w:t>
        <w:br/>
        <w:t>v -0.329699 0.473899 -0.290954</w:t>
        <w:br/>
        <w:t>v -0.347311 0.464393 -0.282585</w:t>
        <w:br/>
        <w:t>v -0.361225 0.552177 -0.339679</w:t>
        <w:br/>
        <w:t>v -0.410875 0.313383 -0.501669</w:t>
        <w:br/>
        <w:t>v -0.369819 0.384317 -0.387106</w:t>
        <w:br/>
        <w:t>v -0.377238 0.472537 -0.437555</w:t>
        <w:br/>
        <w:t>v -0.407578 0.403627 -0.545123</w:t>
        <w:br/>
        <w:t>v -0.391690 0.388788 -0.559437</w:t>
        <w:br/>
        <w:t>v -0.360139 0.461783 -0.442876</w:t>
        <w:br/>
        <w:t>v -0.442701 0.961516 -0.144627</w:t>
        <w:br/>
        <w:t>v -0.569180 0.958955 -0.071483</w:t>
        <w:br/>
        <w:t>v -0.576087 1.046251 -0.080039</w:t>
        <w:br/>
        <w:t>v -0.580221 1.049199 -0.097214</w:t>
        <w:br/>
        <w:t>v -0.464247 1.049761 -0.167672</w:t>
        <w:br/>
        <w:t>v -0.460275 1.046938 -0.147763</w:t>
        <w:br/>
        <w:t>v -0.471954 0.688511 -0.094353</w:t>
        <w:br/>
        <w:t>v -0.562810 0.773284 -0.062065</w:t>
        <w:br/>
        <w:t>v -0.455966 0.700427 -0.093916</w:t>
        <w:br/>
        <w:t>v -0.460238 0.760031 -0.156518</w:t>
        <w:br/>
        <w:t>v -0.521216 0.833988 -0.097438</w:t>
        <w:br/>
        <w:t>v -0.525600 0.831627 -0.115687</w:t>
        <w:br/>
        <w:t>v -0.638652 0.839346 -0.053684</w:t>
        <w:br/>
        <w:t>v -0.710210 0.885299 -0.059817</w:t>
        <w:br/>
        <w:t>v -0.632756 0.855047 -0.043892</w:t>
        <w:br/>
        <w:t>v -0.783567 1.009017 -0.114201</w:t>
        <w:br/>
        <w:t>v -0.688527 0.966225 -0.087821</w:t>
        <w:br/>
        <w:t>v -0.690812 0.966237 -0.073357</w:t>
        <w:br/>
        <w:t>v -0.789013 1.007031 -0.098288</w:t>
        <w:br/>
        <w:t>v -0.604940 0.910030 -0.072482</w:t>
        <w:br/>
        <w:t>v -0.603641 0.907382 -0.089469</w:t>
        <w:br/>
        <w:t>v -0.801953 0.892056 -0.062515</w:t>
        <w:br/>
        <w:t>v -0.909946 0.834762 -0.092605</w:t>
        <w:br/>
        <w:t>v -0.807299 0.980401 -0.095340</w:t>
        <w:br/>
        <w:t>v -0.672714 1.032687 -0.075605</w:t>
        <w:br/>
        <w:t>v -0.670753 1.030101 -0.057943</w:t>
        <w:br/>
        <w:t>v -0.670828 0.957344 -0.037709</w:t>
        <w:br/>
        <w:t>v -0.670753 1.030101 -0.057943</w:t>
        <w:br/>
        <w:t>v -0.666618 0.942530 -0.049325</w:t>
        <w:br/>
        <w:t>v -0.672714 1.032687 -0.075605</w:t>
        <w:br/>
        <w:t>v -0.666618 0.942530 -0.049325</w:t>
        <w:br/>
        <w:t>v -0.794846 0.920484 -0.084648</w:t>
        <w:br/>
        <w:t>v -0.783567 1.009017 -0.114201</w:t>
        <w:br/>
        <w:t>v -0.793397 0.935098 -0.072969</w:t>
        <w:br/>
        <w:t>v -0.794846 0.920484 -0.084648</w:t>
        <w:br/>
        <w:t>v -1.013155 0.961391 -0.283310</w:t>
        <w:br/>
        <w:t>v -0.996930 1.044240 -0.304506</w:t>
        <w:br/>
        <w:t>v -0.460275 1.046938 -0.147763</w:t>
        <w:br/>
        <w:t>v -0.464247 1.049761 -0.167672</w:t>
        <w:br/>
        <w:t>v -0.442701 0.961516 -0.144627</w:t>
        <w:br/>
        <w:t>v -0.444687 0.977279 -0.128814</w:t>
        <w:br/>
        <w:t>v -1.069112 0.307575 -0.532733</w:t>
        <w:br/>
        <w:t>v -0.394712 0.316006 -0.527074</w:t>
        <w:br/>
        <w:t>v -0.391690 0.388788 -0.559437</w:t>
        <w:br/>
        <w:t>v -1.065628 0.383967 -0.564696</w:t>
        <w:br/>
        <w:t>v -0.394712 0.316006 -0.527074</w:t>
        <w:br/>
        <w:t>v -1.050789 0.309036 -0.510774</w:t>
        <w:br/>
        <w:t>v -1.045468 0.402066 -0.553230</w:t>
        <w:br/>
        <w:t>v -0.407578 0.403627 -0.545123</w:t>
        <w:br/>
        <w:t>v -0.410875 0.313383 -0.501669</w:t>
        <w:br/>
        <w:t>v -0.909659 0.923095 -0.142042</w:t>
        <w:br/>
        <w:t>v -1.330712 4.813460 -0.435491</w:t>
        <w:br/>
        <w:t>v -1.295875 4.678351 -0.444147</w:t>
        <w:br/>
        <w:t>v -1.303022 4.704431 -0.716871</w:t>
        <w:br/>
        <w:t>v -1.332874 4.849753 -0.722451</w:t>
        <w:br/>
        <w:t>v -1.221545 4.641451 -0.220923</w:t>
        <w:br/>
        <w:t>v -1.240103 4.763459 -0.175195</w:t>
        <w:br/>
        <w:t>v -0.432660 4.415646 -1.156961</w:t>
        <w:br/>
        <w:t>v -0.439090 4.280463 -1.149760</w:t>
        <w:br/>
        <w:t>v -0.395530 4.270574 -1.056425</w:t>
        <w:br/>
        <w:t>v -0.389697 4.411946 -1.062177</w:t>
        <w:br/>
        <w:t>v -0.321618 4.260808 -0.407311</w:t>
        <w:br/>
        <w:t>v -0.421018 4.296368 -0.237939</w:t>
        <w:br/>
        <w:t>v -0.398447 4.453847 -0.216544</w:t>
        <w:br/>
        <w:t>v -0.307441 4.415963 -0.383373</w:t>
        <w:br/>
        <w:t>v -0.276577 4.247981 -0.624448</w:t>
        <w:br/>
        <w:t>v -0.265511 4.400637 -0.610516</w:t>
        <w:br/>
        <w:t>v -0.593194 4.359290 -0.124837</w:t>
        <w:br/>
        <w:t>v -0.559673 4.505125 -0.102523</w:t>
        <w:br/>
        <w:t>v -1.020320 4.552177 -0.163149</w:t>
        <w:br/>
        <w:t>v -1.116356 4.595809 -0.188029</w:t>
        <w:br/>
        <w:t>v -1.112775 4.709058 -0.142555</w:t>
        <w:br/>
        <w:t>v -0.997204 4.667922 -0.113168</w:t>
        <w:br/>
        <w:t>v -0.839154 4.458469 -0.115063</w:t>
        <w:br/>
        <w:t>v -0.773521 4.582288 -0.060685</w:t>
        <w:br/>
        <w:t>v -1.082365 4.661530 -1.155947</w:t>
        <w:br/>
        <w:t>v -1.078830 4.808831 -1.174133</w:t>
        <w:br/>
        <w:t>v -1.145442 4.820846 -1.109557</w:t>
        <w:br/>
        <w:t>v -1.141895 4.675245 -1.093932</w:t>
        <w:br/>
        <w:t>v -1.290963 4.699370 -0.714415</w:t>
        <w:br/>
        <w:t>v -1.281095 4.660188 -0.452598</w:t>
        <w:br/>
        <w:t>v -1.307803 4.823221 -0.439901</w:t>
        <w:br/>
        <w:t>v -1.313273 4.857560 -0.717638</w:t>
        <w:br/>
        <w:t>v -1.212176 4.621227 -0.234582</w:t>
        <w:br/>
        <w:t>v -1.221610 4.777777 -0.186956</w:t>
        <w:br/>
        <w:t>v -0.484862 4.421523 -1.142602</w:t>
        <w:br/>
        <w:t>v -0.446824 4.417985 -1.042298</w:t>
        <w:br/>
        <w:t>v -0.457946 4.256620 -1.040533</w:t>
        <w:br/>
        <w:t>v -0.493603 4.266056 -1.136090</w:t>
        <w:br/>
        <w:t>v -0.346637 4.251226 -0.414466</w:t>
        <w:br/>
        <w:t>v -0.328675 4.430991 -0.391117</w:t>
        <w:br/>
        <w:t>v -0.412037 4.467677 -0.233871</w:t>
        <w:br/>
        <w:t>v -0.440815 4.286481 -0.254738</w:t>
        <w:br/>
        <w:t>v -0.307179 4.237308 -0.624892</w:t>
        <w:br/>
        <w:t>v -0.293977 4.414189 -0.611607</w:t>
        <w:br/>
        <w:t>v -0.562423 4.518064 -0.130615</w:t>
        <w:br/>
        <w:t>v -0.602730 4.348459 -0.150343</w:t>
        <w:br/>
        <w:t>v -0.836802 4.445053 -0.140996</w:t>
        <w:br/>
        <w:t>v -0.759106 4.589209 -0.086057</w:t>
        <w:br/>
        <w:t>v -0.978506 4.673849 -0.128864</w:t>
        <w:br/>
        <w:t>v -1.009799 4.536118 -0.180828</w:t>
        <w:br/>
        <w:t>v -1.093837 4.719538 -0.157978</w:t>
        <w:br/>
        <w:t>v -1.105655 4.578299 -0.205514</w:t>
        <w:br/>
        <w:t>v -1.116514 4.838433 -1.061269</w:t>
        <w:br/>
        <w:t>v -1.043495 4.822370 -1.146042</w:t>
        <w:br/>
        <w:t>v -1.047242 4.666264 -1.128518</w:t>
        <w:br/>
        <w:t>v -1.112892 4.669827 -1.048747</w:t>
        <w:br/>
        <w:t>v -1.332874 4.849753 -0.722451</w:t>
        <w:br/>
        <w:t>v -1.313273 4.857560 -0.717638</w:t>
        <w:br/>
        <w:t>v -1.307803 4.823221 -0.439901</w:t>
        <w:br/>
        <w:t>v -1.330712 4.813460 -0.435491</w:t>
        <w:br/>
        <w:t>v -1.290963 4.699370 -0.714415</w:t>
        <w:br/>
        <w:t>v -1.281095 4.660188 -0.452598</w:t>
        <w:br/>
        <w:t>v -1.212176 4.621227 -0.234582</w:t>
        <w:br/>
        <w:t>v -1.221610 4.777777 -0.186956</w:t>
        <w:br/>
        <w:t>v -1.240103 4.763459 -0.175195</w:t>
        <w:br/>
        <w:t>v -0.484862 4.421523 -1.142602</w:t>
        <w:br/>
        <w:t>v -0.432660 4.415646 -1.156961</w:t>
        <w:br/>
        <w:t>v -0.389697 4.411946 -1.062177</w:t>
        <w:br/>
        <w:t>v -0.446824 4.417985 -1.042298</w:t>
        <w:br/>
        <w:t>v -0.493603 4.266056 -1.136090</w:t>
        <w:br/>
        <w:t>v -0.439090 4.280463 -1.149760</w:t>
        <w:br/>
        <w:t>v -0.484655 4.270085 -1.169550</w:t>
        <w:br/>
        <w:t>v -0.440815 4.286481 -0.254738</w:t>
        <w:br/>
        <w:t>v -0.321618 4.260808 -0.407311</w:t>
        <w:br/>
        <w:t>v -0.346637 4.251226 -0.414466</w:t>
        <w:br/>
        <w:t>v -0.412037 4.467677 -0.233871</w:t>
        <w:br/>
        <w:t>v -0.328675 4.430991 -0.391117</w:t>
        <w:br/>
        <w:t>v -0.307441 4.415963 -0.383373</w:t>
        <w:br/>
        <w:t>v -0.398447 4.453847 -0.216544</w:t>
        <w:br/>
        <w:t>v -0.276577 4.247981 -0.624448</w:t>
        <w:br/>
        <w:t>v -0.307179 4.237308 -0.624892</w:t>
        <w:br/>
        <w:t>v -0.265511 4.400637 -0.610516</w:t>
        <w:br/>
        <w:t>v -0.293977 4.414189 -0.611607</w:t>
        <w:br/>
        <w:t>v -0.559673 4.505125 -0.102523</w:t>
        <w:br/>
        <w:t>v -0.562423 4.518064 -0.130615</w:t>
        <w:br/>
        <w:t>v -0.602730 4.348459 -0.150343</w:t>
        <w:br/>
        <w:t>v -0.997204 4.667922 -0.113168</w:t>
        <w:br/>
        <w:t>v -0.978506 4.673849 -0.128864</w:t>
        <w:br/>
        <w:t>v -0.759106 4.589209 -0.086057</w:t>
        <w:br/>
        <w:t>v -0.773521 4.582288 -0.060685</w:t>
        <w:br/>
        <w:t>v -1.112775 4.709058 -0.142555</w:t>
        <w:br/>
        <w:t>v -1.093837 4.719538 -0.157978</w:t>
        <w:br/>
        <w:t>v -1.009799 4.536118 -0.180828</w:t>
        <w:br/>
        <w:t>v -1.105655 4.578299 -0.205514</w:t>
        <w:br/>
        <w:t>v -0.836802 4.445053 -0.140996</w:t>
        <w:br/>
        <w:t>v -1.078830 4.808831 -1.174133</w:t>
        <w:br/>
        <w:t>v -1.043495 4.822370 -1.146042</w:t>
        <w:br/>
        <w:t>v -1.116514 4.838433 -1.061269</w:t>
        <w:br/>
        <w:t>v -1.145442 4.820846 -1.109557</w:t>
        <w:br/>
        <w:t>v -1.221819 4.685333 -0.929170</w:t>
        <w:br/>
        <w:t>v -1.112892 4.669827 -1.048747</w:t>
        <w:br/>
        <w:t>v -1.141895 4.675245 -1.093932</w:t>
        <w:br/>
        <w:t>v -1.240367 4.696897 -0.940582</w:t>
        <w:br/>
        <w:t>v -1.239883 4.848497 -0.944775</w:t>
        <w:br/>
        <w:t>v -1.221055 4.859747 -0.933347</w:t>
        <w:br/>
        <w:t>v -1.221055 4.859747 -0.933347</w:t>
        <w:br/>
        <w:t>v -1.221819 4.685333 -0.929170</w:t>
        <w:br/>
        <w:t>v -1.240367 4.696897 -0.940582</w:t>
        <w:br/>
        <w:t>v -1.239883 4.848497 -0.944775</w:t>
        <w:br/>
        <w:t>v -1.047242 4.666264 -1.128518</w:t>
        <w:br/>
        <w:t>v -1.082365 4.661530 -1.155947</w:t>
        <w:br/>
        <w:t>v -0.493603 4.266056 -1.136090</w:t>
        <w:br/>
        <w:t>v -0.484655 4.270085 -1.169550</w:t>
        <w:br/>
        <w:t>v -0.480162 4.415648 -1.180048</w:t>
        <w:br/>
        <w:t>v -0.484862 4.421523 -1.142602</w:t>
        <w:br/>
        <w:t>v -1.053699 4.658494 -1.149952</w:t>
        <w:br/>
        <w:t>v -1.049965 4.810180 -1.168388</w:t>
        <w:br/>
        <w:t>v -1.043495 4.822370 -1.146042</w:t>
        <w:br/>
        <w:t>v -1.049965 4.810180 -1.168388</w:t>
        <w:br/>
        <w:t>v -1.053699 4.658494 -1.149952</w:t>
        <w:br/>
        <w:t>v -1.047242 4.666264 -1.128518</w:t>
        <w:br/>
        <w:t>v -1.049965 4.810180 -1.168388</w:t>
        <w:br/>
        <w:t>v -1.053699 4.658494 -1.149952</w:t>
        <w:br/>
        <w:t>v -0.281486 4.400850 -0.807790</w:t>
        <w:br/>
        <w:t>v -0.322243 4.410574 -0.797756</w:t>
        <w:br/>
        <w:t>v -0.322243 4.410574 -0.797756</w:t>
        <w:br/>
        <w:t>v -0.333721 4.239245 -0.804755</w:t>
        <w:br/>
        <w:t>v -0.333721 4.239245 -0.804755</w:t>
        <w:br/>
        <w:t>v -0.291529 4.252349 -0.814969</w:t>
        <w:br/>
        <w:t>v -0.395530 4.270574 -1.056425</w:t>
        <w:br/>
        <w:t>v -0.457946 4.256620 -1.040533</w:t>
        <w:br/>
        <w:t>v -0.291529 4.252349 -0.814969</w:t>
        <w:br/>
        <w:t>v -0.281486 4.400850 -0.807790</w:t>
        <w:br/>
        <w:t>v -0.484655 4.270085 -1.169550</w:t>
        <w:br/>
        <w:t>v -0.480162 4.415648 -1.180048</w:t>
        <w:br/>
        <w:t>v -0.480162 4.415648 -1.180048</w:t>
        <w:br/>
        <w:t>v -1.020662 4.433291 -0.181526</w:t>
        <w:br/>
        <w:t>v -1.052425 4.418665 -0.180340</w:t>
        <w:br/>
        <w:t>v -1.066452 4.449329 -0.177754</w:t>
        <w:br/>
        <w:t>v -1.034689 4.463955 -0.178941</w:t>
        <w:br/>
        <w:t>v -1.066452 4.449329 -0.177754</w:t>
        <w:br/>
        <w:t>v -1.067464 4.450215 -0.193867</w:t>
        <w:br/>
        <w:t>v -1.035701 4.464854 -0.195066</w:t>
        <w:br/>
        <w:t>v -1.034689 4.463955 -0.178941</w:t>
        <w:br/>
        <w:t>v -1.067464 4.450215 -0.193867</w:t>
        <w:br/>
        <w:t>v -1.053437 4.419564 -0.196465</w:t>
        <w:br/>
        <w:t>v -1.021674 4.434190 -0.197652</w:t>
        <w:br/>
        <w:t>v -1.035701 4.464854 -0.195066</w:t>
        <w:br/>
        <w:t>v -1.053437 4.419564 -0.196465</w:t>
        <w:br/>
        <w:t>v -1.052425 4.418665 -0.180340</w:t>
        <w:br/>
        <w:t>v -1.020662 4.433291 -0.181526</w:t>
        <w:br/>
        <w:t>v -1.021674 4.434190 -0.197652</w:t>
        <w:br/>
        <w:t>v -1.146366 4.416841 -0.225993</w:t>
        <w:br/>
        <w:t>v -1.151050 4.413481 -0.211629</w:t>
        <w:br/>
        <w:t>v -1.137024 4.382829 -0.214214</w:t>
        <w:br/>
        <w:t>v -1.132340 4.386177 -0.228578</w:t>
        <w:br/>
        <w:t>v -1.103187 4.432804 -0.181501</w:t>
        <w:br/>
        <w:t>v -1.131140 4.420938 -0.192630</w:t>
        <w:br/>
        <w:t>v -1.126594 4.424460 -0.207469</w:t>
        <w:br/>
        <w:t>v -1.099477 4.435814 -0.196677</w:t>
        <w:br/>
        <w:t>v -1.126594 4.424460 -0.207469</w:t>
        <w:br/>
        <w:t>v -1.112580 4.393808 -0.210055</w:t>
        <w:br/>
        <w:t>v -1.085450 4.405150 -0.199263</w:t>
        <w:br/>
        <w:t>v -1.099477 4.435814 -0.196677</w:t>
        <w:br/>
        <w:t>v -1.089160 4.402152 -0.184087</w:t>
        <w:br/>
        <w:t>v -1.085450 4.405150 -0.199263</w:t>
        <w:br/>
        <w:t>v -1.112580 4.393808 -0.210055</w:t>
        <w:br/>
        <w:t>v -1.117126 4.390274 -0.195216</w:t>
        <w:br/>
        <w:t>v -1.117126 4.390274 -0.195216</w:t>
        <w:br/>
        <w:t>v -1.131140 4.420938 -0.192630</w:t>
        <w:br/>
        <w:t>v -1.103187 4.432804 -0.181501</w:t>
        <w:br/>
        <w:t>v -1.089160 4.402152 -0.184087</w:t>
        <w:br/>
        <w:t>v -1.137024 4.382829 -0.214214</w:t>
        <w:br/>
        <w:t>v -1.151050 4.413481 -0.211629</w:t>
        <w:br/>
        <w:t>v -1.146366 4.416841 -0.225993</w:t>
        <w:br/>
        <w:t>v -1.151050 4.413481 -0.211629</w:t>
        <w:br/>
        <w:t>v -1.146366 4.416841 -0.225993</w:t>
        <w:br/>
        <w:t>v -1.132340 4.386177 -0.228578</w:t>
        <w:br/>
        <w:t>v -1.132340 4.386177 -0.228578</w:t>
        <w:br/>
        <w:t>v -1.137024 4.382829 -0.214214</w:t>
        <w:br/>
        <w:t>v -0.960532 1.867902 -0.345125</w:t>
        <w:br/>
        <w:t>v -0.996143 1.871924 -0.346062</w:t>
        <w:br/>
        <w:t>v -0.999902 1.820126 -0.341291</w:t>
        <w:br/>
        <w:t>v -0.969476 1.816691 -0.339979</w:t>
        <w:br/>
        <w:t>v -0.960532 1.867902 -0.345125</w:t>
        <w:br/>
        <w:t>v -0.969476 1.816691 -0.339979</w:t>
        <w:br/>
        <w:t>v -0.954250 1.814992 -0.317396</w:t>
        <w:br/>
        <w:t>v -0.942733 1.865904 -0.319232</w:t>
        <w:br/>
        <w:t>v -0.942733 1.865904 -0.319232</w:t>
        <w:br/>
        <w:t>v -0.954250 1.814992 -0.317396</w:t>
        <w:br/>
        <w:t>v -0.969476 1.816691 -0.296425</w:t>
        <w:br/>
        <w:t>v -0.960532 1.867915 -0.294589</w:t>
        <w:br/>
        <w:t>v -0.999902 1.820126 -0.297974</w:t>
        <w:br/>
        <w:t>v -0.996143 1.871924 -0.295750</w:t>
        <w:br/>
        <w:t>v -1.015116 1.821837 -0.320257</w:t>
        <w:br/>
        <w:t>v -1.013942 1.873935 -0.321331</w:t>
        <w:br/>
        <w:t>v -1.015116 1.821837 -0.320257</w:t>
        <w:br/>
        <w:t>v -1.013942 1.873935 -0.321331</w:t>
        <w:br/>
        <w:t>v -0.974447 1.804188 -0.334334</w:t>
        <w:br/>
        <w:t>v -0.997842 1.806824 -0.335333</w:t>
        <w:br/>
        <w:t>v -0.974447 1.804188 -0.334334</w:t>
        <w:br/>
        <w:t>v -0.962756 1.802876 -0.316972</w:t>
        <w:br/>
        <w:t>v -0.974447 1.804188 -0.300846</w:t>
        <w:br/>
        <w:t>v -0.962756 1.802876 -0.316972</w:t>
        <w:br/>
        <w:t>v -0.997842 1.806824 -0.302046</w:t>
        <w:br/>
        <w:t>v -1.009533 1.808135 -0.319170</w:t>
        <w:br/>
        <w:t>v -1.009533 1.808135 -0.319170</w:t>
        <w:br/>
        <w:t>v -0.944295 2.011443 -0.348673</w:t>
        <w:br/>
        <w:t>v -0.962106 2.013442 -0.323817</w:t>
        <w:br/>
        <w:t>v -0.979905 2.015453 -0.348673</w:t>
        <w:br/>
        <w:t>v -0.926496 2.009445 -0.323817</w:t>
        <w:br/>
        <w:t>v -0.944295 2.011443 -0.298961</w:t>
        <w:br/>
        <w:t>v -0.979905 2.015453 -0.298961</w:t>
        <w:br/>
        <w:t>v -0.997717 2.017451 -0.323817</w:t>
        <w:br/>
        <w:t>v -0.979905 2.015453 -0.298961</w:t>
        <w:br/>
        <w:t>v -0.944295 2.011443 -0.298961</w:t>
        <w:br/>
        <w:t>v -0.926496 2.009445 -0.323817</w:t>
        <w:br/>
        <w:t>v -0.944295 2.011443 -0.348673</w:t>
        <w:br/>
        <w:t>v -0.926496 2.009445 -0.323817</w:t>
        <w:br/>
        <w:t>v -0.944295 2.011443 -0.348673</w:t>
        <w:br/>
        <w:t>v -0.979905 2.015453 -0.348673</w:t>
        <w:br/>
        <w:t>v -0.997717 2.017451 -0.323817</w:t>
        <w:br/>
        <w:t>v -0.997717 2.017451 -0.323817</w:t>
        <w:br/>
        <w:t>v -0.575787 1.812732 -0.273330</w:t>
        <w:br/>
        <w:t>v -0.581396 1.857497 -0.284746</w:t>
        <w:br/>
        <w:t>v -0.616881 1.852539 -0.283410</w:t>
        <w:br/>
        <w:t>v -0.609062 1.808422 -0.270619</w:t>
        <w:br/>
        <w:t>v -0.560724 1.819214 -0.252009</w:t>
        <w:br/>
        <w:t>v -0.564146 1.863418 -0.260639</w:t>
        <w:br/>
        <w:t>v -0.564146 1.863418 -0.260639</w:t>
        <w:br/>
        <w:t>v -0.560724 1.819214 -0.252009</w:t>
        <w:br/>
        <w:t>v -0.577723 1.821375 -0.227989</w:t>
        <w:br/>
        <w:t>v -0.582357 1.864380 -0.235209</w:t>
        <w:br/>
        <w:t>v -0.609811 1.817078 -0.225254</w:t>
        <w:br/>
        <w:t>v -0.617843 1.859421 -0.233822</w:t>
        <w:br/>
        <w:t>v -0.624875 1.810596 -0.246563</w:t>
        <w:br/>
        <w:t>v -0.635117 1.853501 -0.257917</w:t>
        <w:br/>
        <w:t>v -0.624875 1.810596 -0.246563</w:t>
        <w:br/>
        <w:t>v -0.609062 1.808422 -0.270619</w:t>
        <w:br/>
        <w:t>v -0.616881 1.852539 -0.283410</w:t>
        <w:br/>
        <w:t>v -0.635117 1.853501 -0.257917</w:t>
        <w:br/>
        <w:t>v -0.604216 1.793096 -0.261614</w:t>
        <w:br/>
        <w:t>v -0.577886 1.796706 -0.263537</w:t>
        <w:br/>
        <w:t>v -0.565283 1.802152 -0.245613</w:t>
        <w:br/>
        <w:t>v -0.578997 1.803976 -0.225766</w:t>
        <w:br/>
        <w:t>v -0.565283 1.802152 -0.245613</w:t>
        <w:br/>
        <w:t>v -0.605327 1.800353 -0.223817</w:t>
        <w:br/>
        <w:t>v -0.617943 1.794920 -0.241741</w:t>
        <w:br/>
        <w:t>v -0.617943 1.794920 -0.241741</w:t>
        <w:br/>
        <w:t>v -0.604216 1.793096 -0.261614</w:t>
        <w:br/>
        <w:t>v -0.601330 1.999040 -0.312488</w:t>
        <w:br/>
        <w:t>v -0.619554 2.000002 -0.287869</w:t>
        <w:br/>
        <w:t>v -0.636816 1.994082 -0.312488</w:t>
        <w:br/>
        <w:t>v -0.584069 2.004961 -0.287869</w:t>
        <w:br/>
        <w:t>v -0.602292 2.005923 -0.263250</w:t>
        <w:br/>
        <w:t>v -0.637778 2.000964 -0.263250</w:t>
        <w:br/>
        <w:t>v -0.655040 1.995043 -0.287782</w:t>
        <w:br/>
        <w:t>v -0.637778 2.000964 -0.263250</w:t>
        <w:br/>
        <w:t>v -0.602292 2.005923 -0.263250</w:t>
        <w:br/>
        <w:t>v -0.584069 2.004961 -0.287869</w:t>
        <w:br/>
        <w:t>v -0.601330 1.999040 -0.312488</w:t>
        <w:br/>
        <w:t>v -0.584069 2.004961 -0.287869</w:t>
        <w:br/>
        <w:t>v -0.636816 1.994082 -0.312488</w:t>
        <w:br/>
        <w:t>v -0.636816 1.994082 -0.312488</w:t>
        <w:br/>
        <w:t>v -0.655040 1.995043 -0.287782</w:t>
        <w:br/>
        <w:t>v -0.655040 1.995043 -0.287782</w:t>
        <w:br/>
        <w:t>v -0.815630 2.841026 -0.418333</w:t>
        <w:br/>
        <w:t>v -0.800766 2.844623 -0.427101</w:t>
        <w:br/>
        <w:t>v -0.804863 2.866345 -0.417084</w:t>
        <w:br/>
        <w:t>v -0.818403 2.857701 -0.413524</w:t>
        <w:br/>
        <w:t>v -0.795995 2.757939 -0.416072</w:t>
        <w:br/>
        <w:t>v -0.798443 2.814834 -0.425315</w:t>
        <w:br/>
        <w:t>v -0.813507 2.814409 -0.417458</w:t>
        <w:br/>
        <w:t>v -0.811246 2.761874 -0.409302</w:t>
        <w:br/>
        <w:t>v -0.794946 2.691090 -0.397898</w:t>
        <w:br/>
        <w:t>v -0.806737 2.698160 -0.396762</w:t>
        <w:br/>
        <w:t>v -0.802390 2.679012 -0.370219</w:t>
        <w:br/>
        <w:t>v -0.794946 2.691090 -0.397898</w:t>
        <w:br/>
        <w:t>v -0.806737 2.698160 -0.396762</w:t>
        <w:br/>
        <w:t>v -0.812632 2.688217 -0.376202</w:t>
        <w:br/>
        <w:t>v -0.820164 2.707577 -0.365298</w:t>
        <w:br/>
        <w:t>v -0.812795 2.703381 -0.350497</w:t>
        <w:br/>
        <w:t>v -0.826584 2.770093 -0.365810</w:t>
        <w:br/>
        <w:t>v -0.819677 2.770093 -0.351209</w:t>
        <w:br/>
        <w:t>v -0.821288 2.857239 -0.363187</w:t>
        <w:br/>
        <w:t>v -0.828558 2.851206 -0.376989</w:t>
        <w:br/>
        <w:t>v -0.815930 2.881620 -0.386832</w:t>
        <w:br/>
        <w:t>v -0.820751 2.874701 -0.372268</w:t>
        <w:br/>
        <w:t>v -0.825643 2.867053 -0.394472</w:t>
        <w:br/>
        <w:t>v -0.745633 2.814883 -0.392677</w:t>
        <w:br/>
        <w:t>v -0.752216 2.814834 -0.408228</w:t>
        <w:br/>
        <w:t>v -0.757487 2.757939 -0.401845</w:t>
        <w:br/>
        <w:t>v -0.750592 2.762561 -0.386807</w:t>
        <w:br/>
        <w:t>v -0.754589 2.866357 -0.398510</w:t>
        <w:br/>
        <w:t>v -0.749893 2.844623 -0.408303</w:t>
        <w:br/>
        <w:t>v -0.743585 2.841126 -0.392352</w:t>
        <w:br/>
        <w:t>v -0.746071 2.857751 -0.387106</w:t>
        <w:br/>
        <w:t>v -0.765306 2.691103 -0.387456</w:t>
        <w:br/>
        <w:t>v -0.756700 2.698859 -0.379675</w:t>
        <w:br/>
        <w:t>v -0.756700 2.698859 -0.379675</w:t>
        <w:br/>
        <w:t>v -0.765306 2.691103 -0.387456</w:t>
        <w:br/>
        <w:t>v -0.779145 2.679012 -0.361613</w:t>
        <w:br/>
        <w:t>v -0.766355 2.685657 -0.359490</w:t>
        <w:br/>
        <w:t>v -0.768216 2.707915 -0.347187</w:t>
        <w:br/>
        <w:t>v -0.783430 2.703381 -0.339655</w:t>
        <w:br/>
        <w:t>v -0.766655 2.770068 -0.344189</w:t>
        <w:br/>
        <w:t>v -0.781594 2.770030 -0.336932</w:t>
        <w:br/>
        <w:t>v -0.775273 2.857464 -0.345675</w:t>
        <w:br/>
        <w:t>v -0.760472 2.852018 -0.351971</w:t>
        <w:br/>
        <w:t>v -0.765406 2.881620 -0.368158</w:t>
        <w:br/>
        <w:t>v -0.752965 2.867856 -0.368171</w:t>
        <w:br/>
        <w:t>v -0.770589 2.874751 -0.353994</w:t>
        <w:br/>
        <w:t>v -0.810247 2.879210 -0.403157</w:t>
        <w:br/>
        <w:t>v -0.759810 2.879309 -0.383859</w:t>
        <w:br/>
        <w:t>v -0.820164 2.707577 -0.365298</w:t>
        <w:br/>
        <w:t>v -0.812632 2.688217 -0.376202</w:t>
        <w:br/>
        <w:t>v -0.819352 2.796647 -0.393477</w:t>
        <w:br/>
        <w:t>v -0.826584 2.770093 -0.365810</w:t>
        <w:br/>
        <w:t>v -0.756175 2.798109 -0.370269</w:t>
        <w:br/>
        <w:t>v -0.750592 2.762561 -0.386807</w:t>
        <w:br/>
        <w:t>v -0.756700 2.698859 -0.379675</w:t>
        <w:br/>
        <w:t>v -0.766355 2.685657 -0.359490</w:t>
        <w:br/>
        <w:t>v -0.806737 2.698160 -0.396762</w:t>
        <w:br/>
        <w:t>v -0.811246 2.761874 -0.409302</w:t>
        <w:br/>
        <w:t>v -0.768216 2.707915 -0.347187</w:t>
        <w:br/>
        <w:t>v -0.766655 2.770068 -0.344189</w:t>
        <w:br/>
        <w:t>v -0.760472 2.852018 -0.351971</w:t>
        <w:br/>
        <w:t>v -0.745633 2.814883 -0.392677</w:t>
        <w:br/>
        <w:t>v -0.813507 2.814409 -0.417458</w:t>
        <w:br/>
        <w:t>v -0.828558 2.851206 -0.376989</w:t>
        <w:br/>
        <w:t>v -0.746071 2.857751 -0.387106</w:t>
        <w:br/>
        <w:t>v -0.743585 2.841126 -0.392352</w:t>
        <w:br/>
        <w:t>v -0.752965 2.867856 -0.368171</w:t>
        <w:br/>
        <w:t>v -0.815630 2.841026 -0.418333</w:t>
        <w:br/>
        <w:t>v -0.818403 2.857701 -0.413524</w:t>
        <w:br/>
        <w:t>v -0.825643 2.867053 -0.394472</w:t>
        <w:br/>
        <w:t>v -0.769490 2.706891 -0.355218</w:t>
        <w:br/>
        <w:t>v -0.813694 2.828635 -0.374116</w:t>
        <w:br/>
        <w:t>v -0.799043 2.835655 -0.367122</w:t>
        <w:br/>
        <w:t>v -0.749068 2.725439 -0.346662</w:t>
        <w:br/>
        <w:t>v -0.720815 2.587581 -0.339205</w:t>
        <w:br/>
        <w:t>v -0.701230 2.616909 -0.329550</w:t>
        <w:br/>
        <w:t>v -0.790562 2.838553 -0.384583</w:t>
        <w:br/>
        <w:t>v -0.805213 2.831533 -0.391553</w:t>
        <w:br/>
        <w:t>v -0.751904 2.713673 -0.391978</w:t>
        <w:br/>
        <w:t>v -0.733043 2.732284 -0.381848</w:t>
        <w:br/>
        <w:t>v -0.699144 2.596200 -0.388543</w:t>
        <w:br/>
        <w:t>v -0.679171 2.625315 -0.376090</w:t>
        <w:br/>
        <w:t>v -0.568868 2.579787 -0.298274</w:t>
        <w:br/>
        <w:t>v -0.544424 2.592153 -0.291529</w:t>
        <w:br/>
        <w:t>v -0.525938 2.540292 -0.286658</w:t>
        <w:br/>
        <w:t>v -0.553529 2.539006 -0.294102</w:t>
        <w:br/>
        <w:t>v -0.645310 2.673191 -0.317747</w:t>
        <w:br/>
        <w:t>v -0.617431 2.687518 -0.309216</w:t>
        <w:br/>
        <w:t>v -0.507265 2.546475 -0.338094</w:t>
        <w:br/>
        <w:t>v -0.526737 2.599160 -0.342878</w:t>
        <w:br/>
        <w:t>v -0.550657 2.584934 -0.350047</w:t>
        <w:br/>
        <w:t>v -0.534769 2.544852 -0.345563</w:t>
        <w:br/>
        <w:t>v -0.598970 2.691665 -0.360027</w:t>
        <w:br/>
        <w:t>v -0.628647 2.678250 -0.368583</w:t>
        <w:br/>
        <w:t>v -0.761222 2.867993 -0.386519</w:t>
        <w:br/>
        <w:t>v -0.777409 2.857201 -0.391591</w:t>
        <w:br/>
        <w:t>v -0.647121 2.509091 -0.314686</w:t>
        <w:br/>
        <w:t>v -0.618068 2.481487 -0.310440</w:t>
        <w:br/>
        <w:t>v -0.617306 2.444478 -0.314362</w:t>
        <w:br/>
        <w:t>v -0.666531 2.483298 -0.326315</w:t>
        <w:br/>
        <w:t>v -0.623788 2.517447 -0.364611</w:t>
        <w:br/>
        <w:t>v -0.643174 2.491692 -0.376340</w:t>
        <w:br/>
        <w:t>v -0.596334 2.453321 -0.364736</w:t>
        <w:br/>
        <w:t>v -0.596372 2.489793 -0.361089</w:t>
        <w:br/>
        <w:t>v -0.577411 2.434323 -0.304482</w:t>
        <w:br/>
        <w:t>v -0.590364 2.471669 -0.303932</w:t>
        <w:br/>
        <w:t>v -0.554191 2.498686 -0.294514</w:t>
        <w:br/>
        <w:t>v -0.524751 2.486845 -0.287232</w:t>
        <w:br/>
        <w:t>v -0.543125 2.445939 -0.292378</w:t>
        <w:br/>
        <w:t>v -0.564284 2.477552 -0.296638</w:t>
        <w:br/>
        <w:t>v -0.534869 2.505231 -0.345663</w:t>
        <w:br/>
        <w:t>v -0.545873 2.485634 -0.347724</w:t>
        <w:br/>
        <w:t>v -0.523015 2.453446 -0.342940</w:t>
        <w:br/>
        <w:t>v -0.506278 2.492279 -0.338119</w:t>
        <w:br/>
        <w:t>v -0.556864 2.442342 -0.354331</w:t>
        <w:br/>
        <w:t>v -0.569455 2.479563 -0.354294</w:t>
        <w:br/>
        <w:t>v -0.666531 2.483298 -0.326315</w:t>
        <w:br/>
        <w:t>v -0.643174 2.491692 -0.376340</w:t>
        <w:br/>
        <w:t>v -0.699144 2.596200 -0.388543</w:t>
        <w:br/>
        <w:t>v -0.720815 2.587581 -0.339205</w:t>
        <w:br/>
        <w:t>v -0.598970 2.691665 -0.360027</w:t>
        <w:br/>
        <w:t>v -0.526737 2.599160 -0.342878</w:t>
        <w:br/>
        <w:t>v -0.544424 2.592153 -0.291529</w:t>
        <w:br/>
        <w:t>v -0.617431 2.687518 -0.309216</w:t>
        <w:br/>
        <w:t>v -0.628647 2.678250 -0.368583</w:t>
        <w:br/>
        <w:t>v -0.645310 2.673191 -0.317747</w:t>
        <w:br/>
        <w:t>v -0.568868 2.579787 -0.298274</w:t>
        <w:br/>
        <w:t>v -0.550657 2.584934 -0.350047</w:t>
        <w:br/>
        <w:t>v -0.647121 2.509091 -0.314686</w:t>
        <w:br/>
        <w:t>v -0.701230 2.616909 -0.329550</w:t>
        <w:br/>
        <w:t>v -0.679171 2.625315 -0.376090</w:t>
        <w:br/>
        <w:t>v -0.623788 2.517447 -0.364611</w:t>
        <w:br/>
        <w:t>v -0.596372 2.489793 -0.361089</w:t>
        <w:br/>
        <w:t>v -0.618068 2.481487 -0.310440</w:t>
        <w:br/>
        <w:t>v -0.596334 2.453321 -0.364736</w:t>
        <w:br/>
        <w:t>v -0.617306 2.444478 -0.314362</w:t>
        <w:br/>
        <w:t>v -0.534869 2.505231 -0.345663</w:t>
        <w:br/>
        <w:t>v -0.554191 2.498686 -0.294514</w:t>
        <w:br/>
        <w:t>v -0.564284 2.477552 -0.296638</w:t>
        <w:br/>
        <w:t>v -0.545873 2.485634 -0.347724</w:t>
        <w:br/>
        <w:t>v -0.506278 2.492279 -0.338119</w:t>
        <w:br/>
        <w:t>v -0.523015 2.453446 -0.342940</w:t>
        <w:br/>
        <w:t>v -0.543125 2.445939 -0.292378</w:t>
        <w:br/>
        <w:t>v -0.524751 2.486845 -0.287232</w:t>
        <w:br/>
        <w:t>v -0.553529 2.539006 -0.294102</w:t>
        <w:br/>
        <w:t>v -0.534769 2.544852 -0.345563</w:t>
        <w:br/>
        <w:t>v -0.507265 2.546475 -0.338094</w:t>
        <w:br/>
        <w:t>v -0.525938 2.540292 -0.286658</w:t>
        <w:br/>
        <w:t>v -0.590364 2.471669 -0.303932</w:t>
        <w:br/>
        <w:t>v -0.569455 2.479563 -0.354294</w:t>
        <w:br/>
        <w:t>v -0.556864 2.442342 -0.354331</w:t>
        <w:br/>
        <w:t>v -0.577411 2.434323 -0.304482</w:t>
        <w:br/>
        <w:t>v -0.751904 2.713673 -0.391978</w:t>
        <w:br/>
        <w:t>v -0.769490 2.706891 -0.355218</w:t>
        <w:br/>
        <w:t>v -0.749068 2.725439 -0.346662</w:t>
        <w:br/>
        <w:t>v -0.733043 2.732284 -0.381848</w:t>
        <w:br/>
        <w:t>v -0.777409 2.857201 -0.391591</w:t>
        <w:br/>
        <w:t>v -0.786078 2.856714 -0.369895</w:t>
        <w:br/>
        <w:t>v -0.770027 2.867381 -0.364349</w:t>
        <w:br/>
        <w:t>v -0.761222 2.867993 -0.386519</w:t>
        <w:br/>
        <w:t>v -0.805213 2.831533 -0.391553</w:t>
        <w:br/>
        <w:t>v -0.813694 2.828635 -0.374116</w:t>
        <w:br/>
        <w:t>v -0.799043 2.835655 -0.367122</w:t>
        <w:br/>
        <w:t>v -0.790562 2.838553 -0.384583</w:t>
        <w:br/>
        <w:t>v -0.813694 2.828635 -0.374116</w:t>
        <w:br/>
        <w:t>v -0.790562 2.838553 -0.384583</w:t>
        <w:br/>
        <w:t>v -0.799043 2.835655 -0.367122</w:t>
        <w:br/>
        <w:t>v -0.805213 2.831533 -0.391553</w:t>
        <w:br/>
        <w:t>v -0.645110 1.983602 -0.269146</w:t>
        <w:br/>
        <w:t>v -0.665344 2.164040 -0.321381</w:t>
        <w:br/>
        <w:t>v -0.610986 2.168986 -0.329887</w:t>
        <w:br/>
        <w:t>v -0.593411 1.995880 -0.278576</w:t>
        <w:br/>
        <w:t>v -0.785303 2.770143 -0.393102</w:t>
        <w:br/>
        <w:t>v -0.785303 2.770143 -0.360377</w:t>
        <w:br/>
        <w:t>v -0.804389 2.717533 -0.360377</w:t>
        <w:br/>
        <w:t>v -0.804389 2.717533 -0.393102</w:t>
        <w:br/>
        <w:t>v -0.611448 2.168986 -0.359714</w:t>
        <w:br/>
        <w:t>v -0.665507 2.164153 -0.350646</w:t>
        <w:br/>
        <w:t>v -0.645060 1.983602 -0.296575</w:t>
        <w:br/>
        <w:t>v -0.593411 1.995893 -0.306230</w:t>
        <w:br/>
        <w:t>v -0.645110 1.983602 -0.269146</w:t>
        <w:br/>
        <w:t>v -0.593411 1.995880 -0.278576</w:t>
        <w:br/>
        <w:t>v -0.593411 1.995893 -0.306230</w:t>
        <w:br/>
        <w:t>v -0.645060 1.983602 -0.296575</w:t>
        <w:br/>
        <w:t>v -0.593411 1.995880 -0.278576</w:t>
        <w:br/>
        <w:t>v -0.610986 2.168986 -0.329887</w:t>
        <w:br/>
        <w:t>v -0.611448 2.168986 -0.359714</w:t>
        <w:br/>
        <w:t>v -0.593411 1.995893 -0.306230</w:t>
        <w:br/>
        <w:t>v -0.645110 1.983602 -0.269146</w:t>
        <w:br/>
        <w:t>v -0.645060 1.983602 -0.296575</w:t>
        <w:br/>
        <w:t>v -0.665507 2.164153 -0.350646</w:t>
        <w:br/>
        <w:t>v -0.665344 2.164040 -0.321381</w:t>
        <w:br/>
        <w:t>v -0.774149 2.673016 -0.358104</w:t>
        <w:br/>
        <w:t>v -0.804389 2.717533 -0.360377</w:t>
        <w:br/>
        <w:t>v -0.785303 2.770143 -0.360377</w:t>
        <w:br/>
        <w:t>v -0.723600 2.687556 -0.356567</w:t>
        <w:br/>
        <w:t>v -0.774149 2.673016 -0.358104</w:t>
        <w:br/>
        <w:t>v -0.774149 2.673016 -0.390829</w:t>
        <w:br/>
        <w:t>v -0.785303 2.770143 -0.393102</w:t>
        <w:br/>
        <w:t>v -0.804389 2.717533 -0.393102</w:t>
        <w:br/>
        <w:t>v -0.774149 2.673016 -0.390829</w:t>
        <w:br/>
        <w:t>v -0.723600 2.687556 -0.389292</w:t>
        <w:br/>
        <w:t>v -0.723600 2.687556 -0.356567</w:t>
        <w:br/>
        <w:t>v -0.785303 2.770143 -0.360377</w:t>
        <w:br/>
        <w:t>v -0.785303 2.770143 -0.393102</w:t>
        <w:br/>
        <w:t>v -0.723600 2.687556 -0.389292</w:t>
        <w:br/>
        <w:t>v -0.641388 2.366124 -0.354519</w:t>
        <w:br/>
        <w:t>v -0.691687 2.357444 -0.353732</w:t>
        <w:br/>
        <w:t>v -0.725049 2.527952 -0.355880</w:t>
        <w:br/>
        <w:t>v -0.677772 2.535334 -0.357079</w:t>
        <w:br/>
        <w:t>v -0.725049 2.527952 -0.355880</w:t>
        <w:br/>
        <w:t>v -0.691687 2.357444 -0.353732</w:t>
        <w:br/>
        <w:t>v -0.692836 2.356944 -0.384433</w:t>
        <w:br/>
        <w:t>v -0.727722 2.526840 -0.387156</w:t>
        <w:br/>
        <w:t>v -0.727722 2.526840 -0.387156</w:t>
        <w:br/>
        <w:t>v -0.692836 2.356944 -0.384433</w:t>
        <w:br/>
        <w:t>v -0.641950 2.367024 -0.386020</w:t>
        <w:br/>
        <w:t>v -0.677985 2.536320 -0.388505</w:t>
        <w:br/>
        <w:t>v -0.677985 2.536320 -0.388505</w:t>
        <w:br/>
        <w:t>v -0.641950 2.367024 -0.386020</w:t>
        <w:br/>
        <w:t>v -0.641388 2.366124 -0.354519</w:t>
        <w:br/>
        <w:t>v -0.677772 2.535334 -0.357079</w:t>
        <w:br/>
        <w:t>v -0.775311 2.833107 -0.384946</w:t>
        <w:br/>
        <w:t>v -0.760010 2.827049 -0.391403</w:t>
        <w:br/>
        <w:t>v -0.804726 2.704055 -0.393627</w:t>
        <w:br/>
        <w:t>v -0.825535 2.722529 -0.383359</w:t>
        <w:br/>
        <w:t>v -0.851853 2.583734 -0.398698</w:t>
        <w:br/>
        <w:t>v -0.875035 2.613062 -0.385320</w:t>
        <w:br/>
        <w:t>v -0.819827 2.714647 -0.428600</w:t>
        <w:br/>
        <w:t>v -0.766817 2.832333 -0.409015</w:t>
        <w:br/>
        <w:t>v -0.782118 2.838403 -0.402570</w:t>
        <w:br/>
        <w:t>v -0.838813 2.733183 -0.419344</w:t>
        <w:br/>
        <w:t>v -0.870414 2.598473 -0.446936</w:t>
        <w:br/>
        <w:t>v -0.891373 2.627239 -0.434283</w:t>
        <w:br/>
        <w:t>v -1.057721 2.507692 -0.375815</w:t>
        <w:br/>
        <w:t>v -1.038536 2.573267 -0.367584</w:t>
        <w:br/>
        <w:t>v -1.014717 2.559228 -0.374216</w:t>
        <w:br/>
        <w:t>v -1.026133 2.520857 -0.379250</w:t>
        <w:br/>
        <w:t>v -0.961319 2.679562 -0.365648</w:t>
        <w:br/>
        <w:t>v -0.931405 2.667146 -0.374016</w:t>
        <w:br/>
        <w:t>v -0.809997 2.857651 -0.378500</w:t>
        <w:br/>
        <w:t>v -0.792623 2.846722 -0.382060</w:t>
        <w:br/>
        <w:t>v -1.027307 2.571481 -0.426127</w:t>
        <w:br/>
        <w:t>v -1.051801 2.585508 -0.419619</w:t>
        <w:br/>
        <w:t>v -1.067963 2.523143 -0.427001</w:t>
        <w:br/>
        <w:t>v -1.040160 2.534422 -0.430911</w:t>
        <w:br/>
        <w:t>v -0.944157 2.678225 -0.424366</w:t>
        <w:br/>
        <w:t>v -0.974147 2.690740 -0.416684</w:t>
        <w:br/>
        <w:t>v -0.929169 2.503670 -0.393901</w:t>
        <w:br/>
        <w:t>v -0.906823 2.480887 -0.406604</w:t>
        <w:br/>
        <w:t>v -0.956273 2.440043 -0.403906</w:t>
        <w:br/>
        <w:t>v -0.960895 2.472769 -0.393714</w:t>
        <w:br/>
        <w:t>v -0.947155 2.518871 -0.444912</w:t>
        <w:br/>
        <w:t>v -0.977932 2.488045 -0.444263</w:t>
        <w:br/>
        <w:t>v -0.973360 2.455295 -0.455105</w:t>
        <w:br/>
        <w:t>v -0.925409 2.496151 -0.457003</w:t>
        <w:br/>
        <w:t>v -0.994657 2.428452 -0.398997</w:t>
        <w:br/>
        <w:t>v -0.985189 2.464338 -0.391928</w:t>
        <w:br/>
        <w:t>v -1.023959 2.491030 -0.384096</w:t>
        <w:br/>
        <w:t>v -1.050289 2.468309 -0.383746</w:t>
        <w:br/>
        <w:t>v -1.065053 2.482686 -0.434171</w:t>
        <w:br/>
        <w:t>v -1.038648 2.505057 -0.435370</w:t>
        <w:br/>
        <w:t>v -1.011157 2.443091 -0.449584</w:t>
        <w:br/>
        <w:t>v -1.001377 2.479226 -0.442652</w:t>
        <w:br/>
        <w:t>v -0.870414 2.598473 -0.446936</w:t>
        <w:br/>
        <w:t>v -0.925409 2.496151 -0.457003</w:t>
        <w:br/>
        <w:t>v -0.906823 2.480887 -0.406604</w:t>
        <w:br/>
        <w:t>v -0.851853 2.583734 -0.398698</w:t>
        <w:br/>
        <w:t>v -0.974147 2.690740 -0.416684</w:t>
        <w:br/>
        <w:t>v -0.961319 2.679562 -0.365648</w:t>
        <w:br/>
        <w:t>v -1.038536 2.573267 -0.367584</w:t>
        <w:br/>
        <w:t>v -1.051801 2.585508 -0.419619</w:t>
        <w:br/>
        <w:t>v -1.014717 2.559228 -0.374216</w:t>
        <w:br/>
        <w:t>v -0.931405 2.667146 -0.374016</w:t>
        <w:br/>
        <w:t>v -0.944157 2.678225 -0.424366</w:t>
        <w:br/>
        <w:t>v -1.027307 2.571481 -0.426127</w:t>
        <w:br/>
        <w:t>v -0.929169 2.503670 -0.393901</w:t>
        <w:br/>
        <w:t>v -0.947155 2.518871 -0.444912</w:t>
        <w:br/>
        <w:t>v -0.891373 2.627239 -0.434283</w:t>
        <w:br/>
        <w:t>v -0.875035 2.613062 -0.385320</w:t>
        <w:br/>
        <w:t>v -0.960895 2.472769 -0.393714</w:t>
        <w:br/>
        <w:t>v -0.977932 2.488045 -0.444263</w:t>
        <w:br/>
        <w:t>v -0.973360 2.455295 -0.455105</w:t>
        <w:br/>
        <w:t>v -0.956273 2.440043 -0.403906</w:t>
        <w:br/>
        <w:t>v -1.023959 2.491030 -0.384096</w:t>
        <w:br/>
        <w:t>v -1.026133 2.520857 -0.379250</w:t>
        <w:br/>
        <w:t>v -1.040160 2.534422 -0.430911</w:t>
        <w:br/>
        <w:t>v -1.038648 2.505057 -0.435370</w:t>
        <w:br/>
        <w:t>v -1.067963 2.523143 -0.427001</w:t>
        <w:br/>
        <w:t>v -1.057721 2.507692 -0.375815</w:t>
        <w:br/>
        <w:t>v -1.050289 2.468309 -0.383746</w:t>
        <w:br/>
        <w:t>v -1.065053 2.482686 -0.434171</w:t>
        <w:br/>
        <w:t>v -0.985189 2.464338 -0.391928</w:t>
        <w:br/>
        <w:t>v -1.009246 2.468334 -0.390291</w:t>
        <w:br/>
        <w:t>v -1.024584 2.482824 -0.441178</w:t>
        <w:br/>
        <w:t>v -1.001377 2.479226 -0.442652</w:t>
        <w:br/>
        <w:t>v -1.045755 2.450536 -0.442802</w:t>
        <w:br/>
        <w:t>v -1.030317 2.436072 -0.393027</w:t>
        <w:br/>
        <w:t>v -0.994657 2.428452 -0.398997</w:t>
        <w:br/>
        <w:t>v -1.011157 2.443091 -0.449584</w:t>
        <w:br/>
        <w:t>v -0.819827 2.714647 -0.428600</w:t>
        <w:br/>
        <w:t>v -0.804726 2.704055 -0.393627</w:t>
        <w:br/>
        <w:t>v -0.838813 2.733183 -0.419344</w:t>
        <w:br/>
        <w:t>v -0.825535 2.722529 -0.383359</w:t>
        <w:br/>
        <w:t>v -0.792623 2.846722 -0.382060</w:t>
        <w:br/>
        <w:t>v -0.801004 2.850831 -0.408678</w:t>
        <w:br/>
        <w:t>v -0.809997 2.857651 -0.378500</w:t>
        <w:br/>
        <w:t>v -0.816180 2.860199 -0.402795</w:t>
        <w:br/>
        <w:t>v -0.766817 2.832333 -0.409015</w:t>
        <w:br/>
        <w:t>v -0.760010 2.827049 -0.391403</w:t>
        <w:br/>
        <w:t>v -0.782118 2.838403 -0.402570</w:t>
        <w:br/>
        <w:t>v -0.775311 2.833107 -0.384946</w:t>
        <w:br/>
        <w:t>v -0.775311 2.833107 -0.384946</w:t>
        <w:br/>
        <w:t>v -0.782118 2.838403 -0.402570</w:t>
        <w:br/>
        <w:t>v -0.766817 2.832333 -0.409015</w:t>
        <w:br/>
        <w:t>v -0.760010 2.827049 -0.391403</w:t>
        <w:br/>
        <w:t>v -0.937088 1.999328 -0.300372</w:t>
        <w:br/>
        <w:t>v -0.992808 2.009008 -0.306155</w:t>
        <w:br/>
        <w:t>v -0.975046 2.182976 -0.323230</w:t>
        <w:br/>
        <w:t>v -0.921112 2.177755 -0.318621</w:t>
        <w:br/>
        <w:t>v -0.809273 2.785768 -0.393102</w:t>
        <w:br/>
        <w:t>v -0.789325 2.733458 -0.393102</w:t>
        <w:br/>
        <w:t>v -0.789325 2.733458 -0.360377</w:t>
        <w:br/>
        <w:t>v -0.809273 2.785768 -0.360377</w:t>
        <w:br/>
        <w:t>v -0.937088 1.999328 -0.333097</w:t>
        <w:br/>
        <w:t>v -0.921112 2.177755 -0.351346</w:t>
        <w:br/>
        <w:t>v -0.975134 2.178867 -0.352882</w:t>
        <w:br/>
        <w:t>v -0.991434 2.009008 -0.338281</w:t>
        <w:br/>
        <w:t>v -0.991434 2.009008 -0.338281</w:t>
        <w:br/>
        <w:t>v -0.992808 2.009008 -0.306155</w:t>
        <w:br/>
        <w:t>v -0.937088 1.999328 -0.300372</w:t>
        <w:br/>
        <w:t>v -0.937088 1.999328 -0.333097</w:t>
        <w:br/>
        <w:t>v -0.975134 2.178867 -0.352882</w:t>
        <w:br/>
        <w:t>v -0.975046 2.182976 -0.323230</w:t>
        <w:br/>
        <w:t>v -0.992808 2.009008 -0.306155</w:t>
        <w:br/>
        <w:t>v -0.991434 2.009008 -0.338281</w:t>
        <w:br/>
        <w:t>v -0.937088 1.999328 -0.300372</w:t>
        <w:br/>
        <w:t>v -0.921112 2.177755 -0.318621</w:t>
        <w:br/>
        <w:t>v -0.921112 2.177755 -0.351346</w:t>
        <w:br/>
        <w:t>v -0.937088 1.999328 -0.333097</w:t>
        <w:br/>
        <w:t>v -0.818990 2.688704 -0.358890</w:t>
        <w:br/>
        <w:t>v -0.862332 2.702344 -0.357929</w:t>
        <w:br/>
        <w:t>v -0.809273 2.785768 -0.360377</w:t>
        <w:br/>
        <w:t>v -0.789325 2.733458 -0.360377</w:t>
        <w:br/>
        <w:t>v -0.818016 2.690353 -0.385595</w:t>
        <w:br/>
        <w:t>v -0.818990 2.688704 -0.358890</w:t>
        <w:br/>
        <w:t>v -0.818016 2.690353 -0.385595</w:t>
        <w:br/>
        <w:t>v -0.789325 2.733458 -0.393102</w:t>
        <w:br/>
        <w:t>v -0.809273 2.785768 -0.393102</w:t>
        <w:br/>
        <w:t>v -0.862944 2.702344 -0.389430</w:t>
        <w:br/>
        <w:t>v -0.862332 2.702344 -0.357929</w:t>
        <w:br/>
        <w:t>v -0.862944 2.702344 -0.389430</w:t>
        <w:br/>
        <w:t>v -0.809273 2.785768 -0.393102</w:t>
        <w:br/>
        <w:t>v -0.809273 2.785768 -0.360377</w:t>
        <w:br/>
        <w:t>v -0.863606 2.542616 -0.356380</w:t>
        <w:br/>
        <w:t>v -0.896369 2.371583 -0.356292</w:t>
        <w:br/>
        <w:t>v -0.949341 2.380301 -0.356317</w:t>
        <w:br/>
        <w:t>v -0.914680 2.550222 -0.356555</w:t>
        <w:br/>
        <w:t>v -0.863606 2.542616 -0.356380</w:t>
        <w:br/>
        <w:t>v -0.863719 2.542616 -0.388880</w:t>
        <w:br/>
        <w:t>v -0.896369 2.371583 -0.389017</w:t>
        <w:br/>
        <w:t>v -0.896369 2.371583 -0.356292</w:t>
        <w:br/>
        <w:t>v -0.863719 2.542616 -0.388880</w:t>
        <w:br/>
        <w:t>v -0.914792 2.550222 -0.389055</w:t>
        <w:br/>
        <w:t>v -0.949341 2.380301 -0.389042</w:t>
        <w:br/>
        <w:t>v -0.896369 2.371583 -0.389017</w:t>
        <w:br/>
        <w:t>v -0.914792 2.550222 -0.389055</w:t>
        <w:br/>
        <w:t>v -0.914680 2.550222 -0.356555</w:t>
        <w:br/>
        <w:t>v -0.949341 2.380301 -0.356317</w:t>
        <w:br/>
        <w:t>v -0.949341 2.380301 -0.389042</w:t>
        <w:br/>
        <w:t>v -1.045468 0.402066 -0.553230</w:t>
        <w:br/>
        <w:t>v -1.050789 0.309036 -0.510774</w:t>
        <w:br/>
        <w:t>v -0.987599 1.794146 -0.317284</w:t>
        <w:br/>
        <w:t>v -0.587916 1.786014 -0.242641</w:t>
        <w:br/>
        <w:t>v -1.030317 2.436072 -0.393027</w:t>
        <w:br/>
        <w:t>v -1.009246 2.468334 -0.390291</w:t>
        <w:br/>
        <w:t>v -1.024584 2.482824 -0.441178</w:t>
        <w:br/>
        <w:t>v -1.045755 2.450536 -0.442802</w:t>
        <w:br/>
        <w:t>v -0.801004 2.850831 -0.408678</w:t>
        <w:br/>
        <w:t>v -0.816180 2.860199 -0.402795</w:t>
        <w:br/>
        <w:t>v -0.786078 2.856714 -0.369895</w:t>
        <w:br/>
        <w:t>v -0.770027 2.867381 -0.364349</w:t>
        <w:br/>
        <w:t>v -0.617806 4.660556 -1.295379</w:t>
        <w:br/>
        <w:t>v -0.629647 4.662979 -1.233775</w:t>
        <w:br/>
        <w:t>v -0.577424 4.664053 -1.209369</w:t>
        <w:br/>
        <w:t>v -0.540327 4.662442 -1.250625</w:t>
        <w:br/>
        <w:t>v -0.573152 4.776742 -1.209956</w:t>
        <w:br/>
        <w:t>v -0.629647 4.785898 -1.238609</w:t>
        <w:br/>
        <w:t>v -0.617806 4.783475 -1.300225</w:t>
        <w:br/>
        <w:t>v -0.536055 4.775119 -1.251212</w:t>
        <w:br/>
        <w:t>v -0.617806 4.783475 -1.300225</w:t>
        <w:br/>
        <w:t>v -0.617806 4.660556 -1.295379</w:t>
        <w:br/>
        <w:t>v -0.540327 4.662442 -1.250625</w:t>
        <w:br/>
        <w:t>v -0.536055 4.775119 -1.251212</w:t>
        <w:br/>
        <w:t>v -0.701305 4.627431 -1.319973</w:t>
        <w:br/>
        <w:t>v -0.701305 4.630441 -1.243368</w:t>
        <w:br/>
        <w:t>v -0.577424 4.664053 -1.209369</w:t>
        <w:br/>
        <w:t>v -0.629647 4.662979 -1.233775</w:t>
        <w:br/>
        <w:t>v -0.629647 4.785898 -1.238609</w:t>
        <w:br/>
        <w:t>v -0.573152 4.776742 -1.209956</w:t>
        <w:br/>
        <w:t>v -0.701392 4.813452 -1.326667</w:t>
        <w:br/>
        <w:t>v -0.701305 4.627431 -1.319973</w:t>
        <w:br/>
        <w:t>v -0.810222 4.623771 -1.347602</w:t>
        <w:br/>
        <w:t>v -0.810222 4.627931 -1.242007</w:t>
        <w:br/>
        <w:t>v -0.701305 4.630441 -1.243368</w:t>
        <w:br/>
        <w:t>v -0.701392 4.816463 -1.250063</w:t>
        <w:br/>
        <w:t>v -0.839162 4.719673 -1.357456</w:t>
        <w:br/>
        <w:t>v -0.810222 4.816038 -1.355158</w:t>
        <w:br/>
        <w:t>v -0.701392 4.816463 -1.250063</w:t>
        <w:br/>
        <w:t>v -0.701392 4.813452 -1.326667</w:t>
        <w:br/>
        <w:t>v -0.839162 4.724058 -1.245791</w:t>
        <w:br/>
        <w:t>v -0.810222 4.820197 -1.249576</w:t>
        <w:br/>
        <w:t>v -0.839162 4.724058 -1.245791</w:t>
        <w:br/>
        <w:t>v -0.839162 4.719673 -1.357456</w:t>
        <w:br/>
        <w:t>v -0.810222 4.816038 -1.355158</w:t>
        <w:br/>
        <w:t>v -0.810222 4.816038 -1.355158</w:t>
        <w:br/>
        <w:t>v -0.810222 4.820197 -1.249576</w:t>
        <w:br/>
        <w:t>v -0.810222 4.627931 -1.242007</w:t>
        <w:br/>
        <w:t>v -0.810222 4.623771 -1.347602</w:t>
        <w:br/>
        <w:t>v -0.810222 4.820197 -1.249576</w:t>
        <w:br/>
        <w:t>v -0.810222 4.627931 -1.242007</w:t>
        <w:br/>
        <w:t>v -0.810222 4.623771 -1.347602</w:t>
        <w:br/>
        <w:t>v -0.601555 1.058892 -0.123643</w:t>
        <w:br/>
        <w:t>v -0.645559 1.072406 -0.058530</w:t>
        <w:br/>
        <w:t>v -0.664870 1.065674 -0.067061</w:t>
        <w:br/>
        <w:t>v -0.620865 1.052147 -0.133511</w:t>
        <w:br/>
        <w:t>v -0.578060 0.933562 -0.087284</w:t>
        <w:br/>
        <w:t>v -0.597371 0.926817 -0.097226</w:t>
        <w:br/>
        <w:t>v -0.641800 0.940394 -0.033574</w:t>
        <w:br/>
        <w:t>v -0.622489 0.947139 -0.023607</w:t>
        <w:br/>
        <w:t>v -0.645559 1.072406 -0.058530</w:t>
        <w:br/>
        <w:t>v -0.622489 0.947139 -0.023607</w:t>
        <w:br/>
        <w:t>v -0.641800 0.940394 -0.033574</w:t>
        <w:br/>
        <w:t>v -0.664870 1.065674 -0.067061</w:t>
        <w:br/>
        <w:t>v -0.601555 1.058892 -0.123643</w:t>
        <w:br/>
        <w:t>v -0.620865 1.052147 -0.133511</w:t>
        <w:br/>
        <w:t>v -0.597371 0.926817 -0.097226</w:t>
        <w:br/>
        <w:t>v -0.578060 0.933562 -0.087284</w:t>
        <w:br/>
        <w:t>v -0.578060 0.933562 -0.087284</w:t>
        <w:br/>
        <w:t>v -0.622489 0.947139 -0.023607</w:t>
        <w:br/>
        <w:t>v -0.616419 0.963014 -0.042343</w:t>
        <w:br/>
        <w:t>v -0.591175 0.955295 -0.078141</w:t>
        <w:br/>
        <w:t>v -0.645559 1.072406 -0.058530</w:t>
        <w:br/>
        <w:t>v -0.632869 1.050748 -0.066549</w:t>
        <w:br/>
        <w:t>v -0.607626 1.043029 -0.102897</w:t>
        <w:br/>
        <w:t>v -0.601555 1.058892 -0.123643</w:t>
        <w:br/>
        <w:t>v -0.620865 1.052147 -0.133511</w:t>
        <w:br/>
        <w:t>v -0.664870 1.065674 -0.067061</w:t>
        <w:br/>
        <w:t>v -0.652179 1.044003 -0.075780</w:t>
        <w:br/>
        <w:t>v -0.626936 1.036284 -0.112814</w:t>
        <w:br/>
        <w:t>v -0.641800 0.940394 -0.033574</w:t>
        <w:br/>
        <w:t>v -0.635729 0.956270 -0.052398</w:t>
        <w:br/>
        <w:t>v -0.597371 0.926817 -0.097226</w:t>
        <w:br/>
        <w:t>v -0.610486 0.948550 -0.088033</w:t>
        <w:br/>
        <w:t>v -0.635729 0.956270 -0.052398</w:t>
        <w:br/>
        <w:t>v -0.616419 0.963014 -0.042343</w:t>
        <w:br/>
        <w:t>v -0.632869 1.050748 -0.066549</w:t>
        <w:br/>
        <w:t>v -0.652179 1.044003 -0.075780</w:t>
        <w:br/>
        <w:t>v -0.607626 1.043029 -0.102897</w:t>
        <w:br/>
        <w:t>v -0.591175 0.955295 -0.078141</w:t>
        <w:br/>
        <w:t>v -0.610486 0.948550 -0.088033</w:t>
        <w:br/>
        <w:t>v -0.626936 1.036284 -0.112814</w:t>
        <w:br/>
        <w:t>v -0.591175 0.955295 -0.078141</w:t>
        <w:br/>
        <w:t>v -0.616419 0.963014 -0.042343</w:t>
        <w:br/>
        <w:t>v -0.635729 0.956270 -0.052398</w:t>
        <w:br/>
        <w:t>v -0.610486 0.948550 -0.088033</w:t>
        <w:br/>
        <w:t>v -0.652179 1.044003 -0.075780</w:t>
        <w:br/>
        <w:t>v -0.632869 1.050748 -0.066549</w:t>
        <w:br/>
        <w:t>v -0.607626 1.043029 -0.102897</w:t>
        <w:br/>
        <w:t>v -0.626936 1.036284 -0.112814</w:t>
        <w:br/>
        <w:t>v -1.277954 4.424386 -0.539312</w:t>
        <w:br/>
        <w:t>v -1.238884 4.262879 -0.557742</w:t>
        <w:br/>
        <w:t>v -1.238790 4.249032 -0.765391</w:t>
        <w:br/>
        <w:t>v -1.279749 4.411989 -0.753374</w:t>
        <w:br/>
        <w:t>v -0.313445 4.652889 -0.207367</w:t>
        <w:br/>
        <w:t>v -0.285710 4.799874 -0.202248</w:t>
        <w:br/>
        <w:t>v -0.234623 4.837176 -0.394164</w:t>
        <w:br/>
        <w:t>v -0.264768 4.685993 -0.384574</w:t>
        <w:br/>
        <w:t>v -0.250331 4.694460 -0.619330</w:t>
        <w:br/>
        <w:t>v -0.222290 4.842423 -0.616098</w:t>
        <w:br/>
        <w:t>v -1.229216 4.453611 -0.394996</w:t>
        <w:br/>
        <w:t>v -1.178492 4.294464 -0.411370</w:t>
        <w:br/>
        <w:t>v -1.170023 4.413105 -1.024748</w:t>
        <w:br/>
        <w:t>v -1.151787 4.263898 -1.020740</w:t>
        <w:br/>
        <w:t>v -1.056410 4.261147 -1.103886</w:t>
        <w:br/>
        <w:t>v -1.061381 4.408123 -1.125345</w:t>
        <w:br/>
        <w:t>v -0.744014 4.477777 -0.047870</w:t>
        <w:br/>
        <w:t>v -0.792835 4.622473 -0.032943</w:t>
        <w:br/>
        <w:t>v -0.628279 4.685944 -0.022121</w:t>
        <w:br/>
        <w:t>v -0.598818 4.540942 -0.038411</w:t>
        <w:br/>
        <w:t>v -0.406164 4.607880 -0.111284</w:t>
        <w:br/>
        <w:t>v -0.366281 4.769157 -0.054180</w:t>
        <w:br/>
        <w:t>v -0.494484 4.732281 -0.038676</w:t>
        <w:br/>
        <w:t>v -0.500336 4.578180 -0.055499</w:t>
        <w:br/>
        <w:t>v -1.257282 4.438164 -0.543942</w:t>
        <w:br/>
        <w:t>v -1.254799 4.425739 -0.748788</w:t>
        <w:br/>
        <w:t>v -1.211612 4.239582 -0.758452</w:t>
        <w:br/>
        <w:t>v -1.215264 4.254629 -0.559246</w:t>
        <w:br/>
        <w:t>v -0.260870 4.847077 -0.400089</w:t>
        <w:br/>
        <w:t>v -0.308440 4.813805 -0.213978</w:t>
        <w:br/>
        <w:t>v -0.331942 4.636931 -0.221005</w:t>
        <w:br/>
        <w:t>v -0.282945 4.668947 -0.390663</w:t>
        <w:br/>
        <w:t>v -0.267056 4.679403 -0.622930</w:t>
        <w:br/>
        <w:t>v -0.253409 4.854818 -0.628605</w:t>
        <w:br/>
        <w:t>v -1.211504 4.467859 -0.406287</w:t>
        <w:br/>
        <w:t>v -1.156334 4.287949 -0.419638</w:t>
        <w:br/>
        <w:t>v -0.639487 4.698220 -0.044032</w:t>
        <w:br/>
        <w:t>v -0.796594 4.635303 -0.053751</w:t>
        <w:br/>
        <w:t>v -0.739806 4.468961 -0.067290</w:t>
        <w:br/>
        <w:t>v -0.601963 4.530459 -0.059720</w:t>
        <w:br/>
        <w:t>v -0.371840 4.788311 -0.077290</w:t>
        <w:br/>
        <w:t>v -0.428559 4.596383 -0.138404</w:t>
        <w:br/>
        <w:t>v -0.957876 4.375206 -0.151539</w:t>
        <w:br/>
        <w:t>v -0.907229 4.394827 -0.115880</w:t>
        <w:br/>
        <w:t>v -0.979771 4.555896 -0.116701</w:t>
        <w:br/>
        <w:t>v -1.025080 4.537281 -0.153417</w:t>
        <w:br/>
        <w:t>v -0.502305 4.747579 -0.060309</w:t>
        <w:br/>
        <w:t>v -0.508672 4.566717 -0.079407</w:t>
        <w:br/>
        <w:t>v -1.131590 4.427997 -0.978704</w:t>
        <w:br/>
        <w:t>v -1.026670 4.426319 -1.080947</w:t>
        <w:br/>
        <w:t>v -1.023210 4.256401 -1.061808</w:t>
        <w:br/>
        <w:t>v -1.109170 4.257492 -0.972964</w:t>
        <w:br/>
        <w:t>v -1.215264 4.254629 -0.559246</w:t>
        <w:br/>
        <w:t>v -1.211612 4.239582 -0.758452</w:t>
        <w:br/>
        <w:t>v -1.279749 4.411989 -0.753374</w:t>
        <w:br/>
        <w:t>v -1.254799 4.425739 -0.748788</w:t>
        <w:br/>
        <w:t>v -1.257282 4.438164 -0.543942</w:t>
        <w:br/>
        <w:t>v -1.277954 4.424386 -0.539312</w:t>
        <w:br/>
        <w:t>v -0.285710 4.799874 -0.202248</w:t>
        <w:br/>
        <w:t>v -0.308440 4.813805 -0.213978</w:t>
        <w:br/>
        <w:t>v -0.260870 4.847077 -0.400089</w:t>
        <w:br/>
        <w:t>v -0.234623 4.837176 -0.394164</w:t>
        <w:br/>
        <w:t>v -0.282945 4.668947 -0.390663</w:t>
        <w:br/>
        <w:t>v -0.331942 4.636931 -0.221005</w:t>
        <w:br/>
        <w:t>v -0.267056 4.679403 -0.622930</w:t>
        <w:br/>
        <w:t>v -0.253409 4.854818 -0.628605</w:t>
        <w:br/>
        <w:t>v -0.222290 4.842423 -0.616098</w:t>
        <w:br/>
        <w:t>v -1.211504 4.467859 -0.406287</w:t>
        <w:br/>
        <w:t>v -1.229216 4.453611 -0.394996</w:t>
        <w:br/>
        <w:t>v -1.156334 4.287949 -0.419638</w:t>
        <w:br/>
        <w:t>v -1.056410 4.261147 -1.103886</w:t>
        <w:br/>
        <w:t>v -1.151787 4.263898 -1.020740</w:t>
        <w:br/>
        <w:t>v -1.109170 4.257492 -0.972964</w:t>
        <w:br/>
        <w:t>v -1.023210 4.256401 -1.061808</w:t>
        <w:br/>
        <w:t>v -0.739806 4.468961 -0.067290</w:t>
        <w:br/>
        <w:t>v -0.744014 4.477777 -0.047870</w:t>
        <w:br/>
        <w:t>v -0.601963 4.530459 -0.059720</w:t>
        <w:br/>
        <w:t>v -0.428559 4.596383 -0.138404</w:t>
        <w:br/>
        <w:t>v -0.366281 4.769157 -0.054180</w:t>
        <w:br/>
        <w:t>v -0.371840 4.788311 -0.077290</w:t>
        <w:br/>
        <w:t>v -1.105518 4.518502 -0.257796</w:t>
        <w:br/>
        <w:t>v -1.112822 4.501479 -0.242536</w:t>
        <w:br/>
        <w:t>v -1.146648 4.489781 -0.271985</w:t>
        <w:br/>
        <w:t>v -1.136369 4.504836 -0.286150</w:t>
        <w:br/>
        <w:t>v -0.508672 4.566717 -0.079407</w:t>
        <w:br/>
        <w:t>v -0.500336 4.578180 -0.055499</w:t>
        <w:br/>
        <w:t>v -0.502305 4.747579 -0.060309</w:t>
        <w:br/>
        <w:t>v -1.061381 4.408123 -1.125345</w:t>
        <w:br/>
        <w:t>v -1.026670 4.426319 -1.080947</w:t>
        <w:br/>
        <w:t>v -1.131590 4.427997 -0.978704</w:t>
        <w:br/>
        <w:t>v -1.170023 4.413105 -1.024748</w:t>
        <w:br/>
        <w:t>v -0.970579 4.376945 -0.137116</w:t>
        <w:br/>
        <w:t>v -1.027779 4.517552 -0.136884</w:t>
        <w:br/>
        <w:t>v -0.977713 4.538683 -0.101647</w:t>
        <w:br/>
        <w:t>v -0.915900 4.398174 -0.101611</w:t>
        <w:br/>
        <w:t>v -0.970579 4.376945 -0.137116</w:t>
        <w:br/>
        <w:t>v -0.915900 4.398174 -0.101611</w:t>
        <w:br/>
        <w:t>v -0.907229 4.394827 -0.115880</w:t>
        <w:br/>
        <w:t>v -0.957876 4.375206 -0.151539</w:t>
        <w:br/>
        <w:t>v -0.628279 4.685944 -0.022121</w:t>
        <w:br/>
        <w:t>v -0.792835 4.622473 -0.032943</w:t>
        <w:br/>
        <w:t>v -0.796594 4.635303 -0.053751</w:t>
        <w:br/>
        <w:t>v -0.639487 4.698220 -0.044032</w:t>
        <w:br/>
        <w:t>v -1.105518 4.518502 -0.257796</w:t>
        <w:br/>
        <w:t>v -1.136369 4.504836 -0.286150</w:t>
        <w:br/>
        <w:t>v -1.062269 4.333896 -0.308866</w:t>
        <w:br/>
        <w:t>v -1.023250 4.356953 -0.270898</w:t>
        <w:br/>
        <w:t>v -1.025080 4.537281 -0.153417</w:t>
        <w:br/>
        <w:t>v -0.979771 4.555896 -0.116701</w:t>
        <w:br/>
        <w:t>v -1.112822 4.501479 -0.242536</w:t>
        <w:br/>
        <w:t>v -1.040092 4.360520 -0.254264</w:t>
        <w:br/>
        <w:t>v -1.081317 4.337922 -0.293694</w:t>
        <w:br/>
        <w:t>v -1.146648 4.489781 -0.271985</w:t>
        <w:br/>
        <w:t>v -1.023250 4.356953 -0.270898</w:t>
        <w:br/>
        <w:t>v -1.062269 4.333896 -0.308866</w:t>
        <w:br/>
        <w:t>v -1.068989 4.506914 -0.188835</w:t>
        <w:br/>
        <w:t>v -1.014906 4.362575 -0.186724</w:t>
        <w:br/>
        <w:t>v -1.014906 4.362575 -0.186724</w:t>
        <w:br/>
        <w:t>v -1.001010 4.360515 -0.200337</w:t>
        <w:br/>
        <w:t>v -1.001010 4.360515 -0.200337</w:t>
        <w:br/>
        <w:t>v -1.063317 4.527332 -0.206290</w:t>
        <w:br/>
        <w:t>v -1.068989 4.506914 -0.188835</w:t>
        <w:br/>
        <w:t>v -1.063317 4.527332 -0.206290</w:t>
        <w:br/>
        <w:t>v -0.806793 4.446281 -0.036165</w:t>
        <w:br/>
        <w:t>v -0.878453 4.591937 -0.022417</w:t>
        <w:br/>
        <w:t>v -0.828220 4.432299 -0.125921</w:t>
        <w:br/>
        <w:t>v -0.806793 4.446281 -0.036165</w:t>
        <w:br/>
        <w:t>v -0.828220 4.432299 -0.125921</w:t>
        <w:br/>
        <w:t>v -0.914440 4.591151 -0.110017</w:t>
        <w:br/>
        <w:t>v -0.878453 4.591937 -0.022417</w:t>
        <w:br/>
        <w:t>v -0.914440 4.591151 -0.110017</w:t>
        <w:br/>
        <w:t>v -1.199651 4.414810 -0.969038</w:t>
        <w:br/>
        <w:t>v -1.179916 4.261338 -0.967962</w:t>
        <w:br/>
        <w:t>v -1.179916 4.261338 -0.967962</w:t>
        <w:br/>
        <w:t>v -1.160093 4.245106 -0.931405</w:t>
        <w:br/>
        <w:t>v -1.160093 4.245106 -0.931405</w:t>
        <w:br/>
        <w:t>v -1.181090 4.418256 -0.927727</w:t>
        <w:br/>
        <w:t>v -1.181090 4.418256 -0.927727</w:t>
        <w:br/>
        <w:t>v -1.199651 4.414810 -0.969038</w:t>
        <w:br/>
        <w:t>v -0.429759 4.792018 -1.188712</w:t>
        <w:br/>
        <w:t>v -0.485467 4.796805 -1.151456</w:t>
        <w:br/>
        <w:t>v -0.462991 4.792651 -1.185801</w:t>
        <w:br/>
        <w:t>v -0.436838 4.809613 -1.087105</w:t>
        <w:br/>
        <w:t>v -0.444496 4.639022 -1.084125</w:t>
        <w:br/>
        <w:t>v -0.491759 4.642698 -1.147081</w:t>
        <w:br/>
        <w:t>v -0.485467 4.796805 -1.151456</w:t>
        <w:br/>
        <w:t>v -0.435775 4.648783 -1.184980</w:t>
        <w:br/>
        <w:t>v -0.468960 4.648048 -1.181522</w:t>
        <w:br/>
        <w:t>v -0.491759 4.642698 -1.147081</w:t>
        <w:br/>
        <w:t>v -0.435775 4.648783 -1.184980</w:t>
        <w:br/>
        <w:t>v -0.385172 4.644038 -1.111367</w:t>
        <w:br/>
        <w:t>v -0.378227 4.795400 -1.114625</w:t>
        <w:br/>
        <w:t>v -0.429759 4.792018 -1.188712</w:t>
        <w:br/>
        <w:t>v -0.429759 4.792018 -1.188712</w:t>
        <w:br/>
        <w:t>v -0.462991 4.792651 -1.185801</w:t>
        <w:br/>
        <w:t>v -0.468960 4.648048 -1.181522</w:t>
        <w:br/>
        <w:t>v -0.435775 4.648783 -1.184980</w:t>
        <w:br/>
        <w:t>v -1.056410 4.261147 -1.103886</w:t>
        <w:br/>
        <w:t>v -1.023785 4.258971 -1.093080</w:t>
        <w:br/>
        <w:t>v -1.026670 4.422060 -1.111432</w:t>
        <w:br/>
        <w:t>v -1.061381 4.408123 -1.125345</w:t>
        <w:br/>
        <w:t>v -1.023210 4.256401 -1.061808</w:t>
        <w:br/>
        <w:t>v -1.026670 4.426319 -1.080947</w:t>
        <w:br/>
        <w:t>v -1.026670 4.422060 -1.111432</w:t>
        <w:br/>
        <w:t>v -1.023785 4.258971 -1.093080</w:t>
        <w:br/>
        <w:t>v -1.026670 4.422060 -1.111432</w:t>
        <w:br/>
        <w:t>v -1.023785 4.258971 -1.093080</w:t>
        <w:br/>
        <w:t>v -0.378227 4.795400 -1.114625</w:t>
        <w:br/>
        <w:t>v -0.281911 4.825505 -0.856924</w:t>
        <w:br/>
        <w:t>v -0.301184 4.838837 -0.849149</w:t>
        <w:br/>
        <w:t>v -0.436838 4.809613 -1.087105</w:t>
        <w:br/>
        <w:t>v -0.301184 4.838837 -0.849149</w:t>
        <w:br/>
        <w:t>v -0.303593 4.651961 -0.858010</w:t>
        <w:br/>
        <w:t>v -0.303593 4.651961 -0.858010</w:t>
        <w:br/>
        <w:t>v -0.290194 4.662484 -0.861438</w:t>
        <w:br/>
        <w:t>v -0.385172 4.644038 -1.111367</w:t>
        <w:br/>
        <w:t>v -0.444496 4.639022 -1.084125</w:t>
        <w:br/>
        <w:t>v -0.290194 4.662484 -0.861438</w:t>
        <w:br/>
        <w:t>v -0.281911 4.825505 -0.856924</w:t>
        <w:br/>
        <w:t>v -0.491759 4.642698 -1.147081</w:t>
        <w:br/>
        <w:t>v -0.485467 4.796805 -1.151456</w:t>
        <w:br/>
        <w:t>v -0.017913 14.242363 1.384587</w:t>
        <w:br/>
        <w:t>v -0.090964 14.216429 1.393815</w:t>
        <w:br/>
        <w:t>v -0.111383 14.242107 1.382174</w:t>
        <w:br/>
        <w:t>v -0.029082 14.271008 1.371381</w:t>
        <w:br/>
        <w:t>v -0.152088 14.172384 1.400677</w:t>
        <w:br/>
        <w:t>v -0.179677 14.193665 1.390130</w:t>
        <w:br/>
        <w:t>v -0.227313 14.049530 1.411061</w:t>
        <w:br/>
        <w:t>v -0.237300 13.978260 1.416181</w:t>
        <w:br/>
        <w:t>v -0.274504 13.977367 1.408204</w:t>
        <w:br/>
        <w:t>v -0.263431 14.056948 1.402533</w:t>
        <w:br/>
        <w:t>v -0.225444 13.906445 1.420793</w:t>
        <w:br/>
        <w:t>v -0.261250 13.897055 1.413449</w:t>
        <w:br/>
        <w:t>v -0.146797 13.780447 1.428042</w:t>
        <w:br/>
        <w:t>v -0.173420 13.755894 1.420719</w:t>
        <w:br/>
        <w:t>v -0.227983 13.821012 1.417955</w:t>
        <w:br/>
        <w:t>v -0.195644 13.838522 1.425160</w:t>
        <w:br/>
        <w:t>v -0.012138 13.706413 1.422858</w:t>
        <w:br/>
        <w:t>v -0.023026 13.672699 1.414164</w:t>
        <w:br/>
        <w:t>v -0.104303 13.704220 1.420307</w:t>
        <w:br/>
        <w:t>v -0.084904 13.734426 1.428053</w:t>
        <w:br/>
        <w:t>v -0.111980 13.699900 1.374258</w:t>
        <w:br/>
        <w:t>v -0.104303 13.704220 1.420307</w:t>
        <w:br/>
        <w:t>v -0.023026 13.672699 1.414164</w:t>
        <w:br/>
        <w:t>v -0.030702 13.668350 1.368129</w:t>
        <w:br/>
        <w:t>v -0.235660 13.816847 1.372174</w:t>
        <w:br/>
        <w:t>v -0.227983 13.821012 1.417955</w:t>
        <w:br/>
        <w:t>v -0.173420 13.755894 1.420719</w:t>
        <w:br/>
        <w:t>v -0.181109 13.751648 1.374787</w:t>
        <w:br/>
        <w:t>v -0.274504 13.977367 1.408204</w:t>
        <w:br/>
        <w:t>v -0.261250 13.897055 1.413449</w:t>
        <w:br/>
        <w:t>v -0.268927 13.892977 1.367790</w:t>
        <w:br/>
        <w:t>v -0.282172 13.973328 1.362631</w:t>
        <w:br/>
        <w:t>v -0.271087 14.053043 1.356802</w:t>
        <w:br/>
        <w:t>v -0.263431 14.056948 1.402533</w:t>
        <w:br/>
        <w:t>v -0.119134 14.238516 1.335805</w:t>
        <w:br/>
        <w:t>v -0.111383 14.242107 1.382174</w:t>
        <w:br/>
        <w:t>v -0.179677 14.193665 1.390130</w:t>
        <w:br/>
        <w:t>v -0.187370 14.189941 1.343937</w:t>
        <w:br/>
        <w:t>v -0.029082 14.271008 1.371381</w:t>
        <w:br/>
        <w:t>v -0.036605 14.267460 1.324970</w:t>
        <w:br/>
        <w:t>v 0.061069 14.281471 1.358543</w:t>
        <w:br/>
        <w:t>v 0.060978 14.251846 1.373086</w:t>
        <w:br/>
        <w:t>v 0.061069 14.281471 1.358543</w:t>
        <w:br/>
        <w:t>v 0.057695 14.278097 1.311879</w:t>
        <w:br/>
        <w:t>v -0.232467 14.131126 1.396614</w:t>
        <w:br/>
        <w:t>v -0.240132 14.127300 1.350657</w:t>
        <w:br/>
        <w:t>v -0.199463 14.116056 1.406101</w:t>
        <w:br/>
        <w:t>v -0.232467 14.131126 1.396614</w:t>
        <w:br/>
        <w:t>v 0.063661 13.660305 1.403172</w:t>
        <w:br/>
        <w:t>v 0.059742 13.655952 1.356964</w:t>
        <w:br/>
        <w:t>v 0.063661 13.660305 1.403172</w:t>
        <w:br/>
        <w:t>v 0.064503 13.695381 1.413032</w:t>
        <w:br/>
        <w:t>v 0.062147 13.977758 1.380006</w:t>
        <w:br/>
        <w:t>v 0.057111 13.972569 1.320648</w:t>
        <w:br/>
        <w:t>v -0.111980 13.699900 1.374258</w:t>
        <w:br/>
        <w:t>v -0.030702 13.668350 1.368129</w:t>
        <w:br/>
        <w:t>v -0.181109 13.751648 1.374787</w:t>
        <w:br/>
        <w:t>v -0.235660 13.816847 1.372174</w:t>
        <w:br/>
        <w:t>v -0.268927 13.892977 1.367790</w:t>
        <w:br/>
        <w:t>v -0.282172 13.973328 1.362631</w:t>
        <w:br/>
        <w:t>v -0.271087 14.053043 1.356802</w:t>
        <w:br/>
        <w:t>v -0.240132 14.127300 1.350657</w:t>
        <w:br/>
        <w:t>v -0.187370 14.189941 1.343937</w:t>
        <w:br/>
        <w:t>v -0.119134 14.238516 1.335805</w:t>
        <w:br/>
        <w:t>v -0.036605 14.267460 1.324970</w:t>
        <w:br/>
        <w:t>v 0.057695 14.278097 1.311879</w:t>
        <w:br/>
        <w:t>v 0.059742 13.655952 1.356964</w:t>
        <w:br/>
        <w:t>v 0.232690 14.242838 1.353396</w:t>
        <w:br/>
        <w:t>v 0.213865 14.217297 1.368011</w:t>
        <w:br/>
        <w:t>v 0.139675 14.243109 1.371152</w:t>
        <w:br/>
        <w:t>v 0.149753 14.271845 1.356469</w:t>
        <w:br/>
        <w:t>v 0.301704 14.194242 1.350660</w:t>
        <w:br/>
        <w:t>v 0.276330 14.173103 1.365554</w:t>
        <w:br/>
        <w:t>v 0.400931 13.977711 1.358733</w:t>
        <w:br/>
        <w:t>v 0.365511 13.978729 1.372300</w:t>
        <w:br/>
        <w:t>v 0.354197 14.049992 1.367568</w:t>
        <w:br/>
        <w:t>v 0.388362 14.057243 1.353483</w:t>
        <w:br/>
        <w:t>v 0.389021 13.897482 1.365334</w:t>
        <w:br/>
        <w:t>v 0.354847 13.906952 1.378155</w:t>
        <w:br/>
        <w:t>v 0.356746 13.821503 1.373660</w:t>
        <w:br/>
        <w:t>v 0.302678 13.756386 1.383649</w:t>
        <w:br/>
        <w:t>v 0.277534 13.780979 1.395239</w:t>
        <w:br/>
        <w:t>v 0.325936 13.839062 1.385944</w:t>
        <w:br/>
        <w:t>v 0.233609 13.704639 1.393337</w:t>
        <w:br/>
        <w:t>v 0.151843 13.672962 1.400085</w:t>
        <w:br/>
        <w:t>v 0.142478 13.706692 1.410384</w:t>
        <w:br/>
        <w:t>v 0.215683 13.734890 1.404165</w:t>
        <w:br/>
        <w:t>v 0.151843 13.672962 1.400085</w:t>
        <w:br/>
        <w:t>v 0.233609 13.704639 1.393337</w:t>
        <w:br/>
        <w:t>v 0.233455 13.700266 1.346694</w:t>
        <w:br/>
        <w:t>v 0.151689 13.668594 1.353461</w:t>
        <w:br/>
        <w:t>v 0.302678 13.756386 1.383649</w:t>
        <w:br/>
        <w:t>v 0.356746 13.821503 1.373660</w:t>
        <w:br/>
        <w:t>v 0.356592 13.817209 1.327241</w:t>
        <w:br/>
        <w:t>v 0.302536 13.752056 1.337098</w:t>
        <w:br/>
        <w:t>v 0.388866 13.893232 1.319014</w:t>
        <w:br/>
        <w:t>v 0.389021 13.897482 1.365334</w:t>
        <w:br/>
        <w:t>v 0.400931 13.977711 1.358733</w:t>
        <w:br/>
        <w:t>v 0.400765 13.973488 1.312470</w:t>
        <w:br/>
        <w:t>v 0.388362 14.057243 1.353483</w:t>
        <w:br/>
        <w:t>v 0.388144 14.053072 1.307198</w:t>
        <w:br/>
        <w:t>v 0.301704 14.194242 1.350660</w:t>
        <w:br/>
        <w:t>v 0.232690 14.242838 1.353396</w:t>
        <w:br/>
        <w:t>v 0.233257 14.238960 1.306642</w:t>
        <w:br/>
        <w:t>v 0.301434 14.190191 1.304055</w:t>
        <w:br/>
        <w:t>v 0.149753 14.271845 1.356469</w:t>
        <w:br/>
        <w:t>v 0.150379 14.268442 1.309443</w:t>
        <w:br/>
        <w:t>v 0.061069 14.281471 1.358543</w:t>
        <w:br/>
        <w:t>v 0.061069 14.281471 1.358543</w:t>
        <w:br/>
        <w:t>v 0.057695 14.278097 1.311879</w:t>
        <w:br/>
        <w:t>v 0.355680 14.127337 1.303745</w:t>
        <w:br/>
        <w:t>v 0.355938 14.131466 1.350171</w:t>
        <w:br/>
        <w:t>v 0.355938 14.131466 1.350171</w:t>
        <w:br/>
        <w:t>v 0.325027 14.116585 1.364875</w:t>
        <w:br/>
        <w:t>v 0.059742 13.655952 1.356964</w:t>
        <w:br/>
        <w:t>v 0.062147 13.977758 1.380006</w:t>
        <w:br/>
        <w:t>v 0.233455 13.700266 1.346694</w:t>
        <w:br/>
        <w:t>v 0.151689 13.668594 1.353461</w:t>
        <w:br/>
        <w:t>v 0.302536 13.752056 1.337098</w:t>
        <w:br/>
        <w:t>v 0.356592 13.817209 1.327241</w:t>
        <w:br/>
        <w:t>v 0.388866 13.893232 1.319014</w:t>
        <w:br/>
        <w:t>v 0.400765 13.973488 1.312470</w:t>
        <w:br/>
        <w:t>v 0.388144 14.053072 1.307198</w:t>
        <w:br/>
        <w:t>v 0.355680 14.127337 1.303745</w:t>
        <w:br/>
        <w:t>v 0.301434 14.190191 1.304055</w:t>
        <w:br/>
        <w:t>v 0.233257 14.238960 1.306642</w:t>
        <w:br/>
        <w:t>v 0.150379 14.268442 1.309443</w:t>
        <w:br/>
        <w:t>v 0.962109 13.375989 1.067808</w:t>
        <w:br/>
        <w:t>v 0.973665 13.100992 1.179760</w:t>
        <w:br/>
        <w:t>v 0.867201 13.085828 1.242353</w:t>
        <w:br/>
        <w:t>v 0.857234 13.360934 1.149001</w:t>
        <w:br/>
        <w:t>v 0.846731 13.643484 1.073478</w:t>
        <w:br/>
        <w:t>v 0.927170 13.905573 0.946979</w:t>
        <w:br/>
        <w:t>v 0.949097 13.650367 0.994973</w:t>
        <w:br/>
        <w:t>v 0.898753 12.170118 1.689926</w:t>
        <w:br/>
        <w:t>v 0.985971 12.158715 1.659995</w:t>
        <w:br/>
        <w:t>v 0.965084 12.125359 1.694639</w:t>
        <w:br/>
        <w:t>v 0.988458 12.280173 1.575831</w:t>
        <w:br/>
        <w:t>v 0.890982 12.307436 1.599953</w:t>
        <w:br/>
        <w:t>v 0.878212 12.474148 1.501766</w:t>
        <w:br/>
        <w:t>v 0.987835 12.469149 1.466317</w:t>
        <w:br/>
        <w:t>v 0.872776 12.765343 1.353000</w:t>
        <w:br/>
        <w:t>v 0.981478 12.772837 1.304258</w:t>
        <w:br/>
        <w:t>v 0.876332 14.542475 0.868043</w:t>
        <w:br/>
        <w:t>v 0.910600 14.541777 0.931311</w:t>
        <w:br/>
        <w:t>v 0.767402 14.529003 1.079322</w:t>
        <w:br/>
        <w:t>v 0.739487 14.525806 1.067370</w:t>
        <w:br/>
        <w:t>v 0.766865 12.469120 1.544048</w:t>
        <w:br/>
        <w:t>v 0.772151 12.298481 1.646673</w:t>
        <w:br/>
        <w:t>v 0.763633 12.759091 1.423089</w:t>
        <w:br/>
        <w:t>v 0.760520 13.068588 1.315063</w:t>
        <w:br/>
        <w:t>v 0.758038 13.338398 1.224221</w:t>
        <w:br/>
        <w:t>v 0.753740 13.608906 1.144395</w:t>
        <w:br/>
        <w:t>v 0.752772 13.873089 1.092194</w:t>
        <w:br/>
        <w:t>v 0.755775 14.114862 1.083761</w:t>
        <w:br/>
        <w:t>v 0.761509 14.327995 1.086297</w:t>
        <w:br/>
        <w:t>v 0.918009 14.339447 0.932595</w:t>
        <w:br/>
        <w:t>v 0.925956 14.159204 0.926562</w:t>
        <w:br/>
        <w:t>v 0.767402 14.529003 1.079322</w:t>
        <w:br/>
        <w:t>v 0.910600 14.541777 0.931311</w:t>
        <w:br/>
        <w:t>v 0.031638 11.375583 1.783132</w:t>
        <w:br/>
        <w:t>v -0.027157 11.461614 1.770093</w:t>
        <w:br/>
        <w:t>v 0.164124 11.594120 1.735735</w:t>
        <w:br/>
        <w:t>v 0.163642 11.459998 1.763084</w:t>
        <w:br/>
        <w:t>v 0.459316 11.841726 1.809994</w:t>
        <w:br/>
        <w:t>v 0.457021 11.873352 1.776994</w:t>
        <w:br/>
        <w:t>v 0.386746 11.891242 1.846483</w:t>
        <w:br/>
        <w:t>v 0.369973 11.828418 1.883078</w:t>
        <w:br/>
        <w:t>v 0.356897 12.674373 1.478718</w:t>
        <w:br/>
        <w:t>v 0.013319 12.684794 1.550509</w:t>
        <w:br/>
        <w:t>v 0.040536 13.001053 1.481524</w:t>
        <w:br/>
        <w:t>v 0.426570 13.008931 1.424869</w:t>
        <w:br/>
        <w:t>v -0.332890 12.706348 1.630738</w:t>
        <w:br/>
        <w:t>v -0.296973 13.028523 1.550044</w:t>
        <w:br/>
        <w:t>v 0.348580 12.355328 1.542657</w:t>
        <w:br/>
        <w:t>v 0.435480 12.694180 1.511605</w:t>
        <w:br/>
        <w:t>v 0.470108 12.399796 1.584639</w:t>
        <w:br/>
        <w:t>v 0.435480 12.694180 1.511605</w:t>
        <w:br/>
        <w:t>v 0.425551 12.695636 1.534016</w:t>
        <w:br/>
        <w:t>v 0.418404 12.404750 1.631581</w:t>
        <w:br/>
        <w:t>v 0.470108 12.399796 1.584639</w:t>
        <w:br/>
        <w:t>v -0.013452 12.318576 1.614931</w:t>
        <w:br/>
        <w:t>v 0.366263 12.053266 1.609038</w:t>
        <w:br/>
        <w:t>v -0.023866 11.933224 1.679441</w:t>
        <w:br/>
        <w:t>v 0.413475 13.291621 1.356805</w:t>
        <w:br/>
        <w:t>v 0.515936 13.316870 1.357805</w:t>
        <w:br/>
        <w:t>v 0.522243 13.049849 1.455338</w:t>
        <w:br/>
        <w:t>v 0.631759 13.317989 1.316594</w:t>
        <w:br/>
        <w:t>v 0.758038 13.338398 1.224221</w:t>
        <w:br/>
        <w:t>v 0.760520 13.068588 1.315063</w:t>
        <w:br/>
        <w:t>v 0.642160 13.056934 1.397865</w:t>
        <w:br/>
        <w:t>v 0.652408 12.470570 1.615355</w:t>
        <w:br/>
        <w:t>v 0.651407 12.756248 1.502413</w:t>
        <w:br/>
        <w:t>v 0.763633 12.759091 1.423089</w:t>
        <w:br/>
        <w:t>v 0.766865 12.469120 1.544048</w:t>
        <w:br/>
        <w:t>v 1.062458 13.415838 1.013556</w:t>
        <w:br/>
        <w:t>v 1.065166 13.410869 1.045130</w:t>
        <w:br/>
        <w:t>v 1.014845 13.662542 0.976992</w:t>
        <w:br/>
        <w:t>v 0.576963 13.854626 1.240229</w:t>
        <w:br/>
        <w:t>v 0.752772 13.873089 1.092194</w:t>
        <w:br/>
        <w:t>v 0.753740 13.608906 1.144395</w:t>
        <w:br/>
        <w:t>v 0.589408 13.586335 1.277112</w:t>
        <w:br/>
        <w:t>v 0.338933 13.825369 1.302689</w:t>
        <w:br/>
        <w:t>v 0.066174 13.826632 1.339188</w:t>
        <w:br/>
        <w:t>v 0.063626 14.073864 1.337075</w:t>
        <w:br/>
        <w:t>v 0.320902 14.074928 1.309896</w:t>
        <w:br/>
        <w:t>v 0.063679 14.306885 1.338127</w:t>
        <w:br/>
        <w:t>v 0.310225 14.307478 1.317647</w:t>
        <w:br/>
        <w:t>v 0.546323 14.310505 1.234317</w:t>
        <w:br/>
        <w:t>v 0.555207 14.082998 1.234392</w:t>
        <w:br/>
        <w:t>v 0.761509 14.327995 1.086297</w:t>
        <w:br/>
        <w:t>v 0.755775 14.114862 1.083761</w:t>
        <w:br/>
        <w:t>v 0.383919 13.563113 1.320686</w:t>
        <w:br/>
        <w:t>v 0.069624 13.548468 1.380462</w:t>
        <w:br/>
        <w:t>v 0.529289 12.752378 1.576977</w:t>
        <w:br/>
        <w:t>v 0.533621 12.468777 1.680592</w:t>
        <w:br/>
        <w:t>v 0.443951 12.448627 1.693393</w:t>
        <w:br/>
        <w:t>v 0.449134 12.728029 1.574293</w:t>
        <w:br/>
        <w:t>v 0.413357 12.418819 1.670357</w:t>
        <w:br/>
        <w:t>v 0.426078 12.710384 1.551163</w:t>
        <w:br/>
        <w:t>v 0.232965 13.536960 -0.834532</w:t>
        <w:br/>
        <w:t>v 0.484916 13.564449 -0.804392</w:t>
        <w:br/>
        <w:t>v 0.357321 13.793604 -0.650438</w:t>
        <w:br/>
        <w:t>v 0.769065 13.841887 -0.542228</w:t>
        <w:br/>
        <w:t>v 0.694062 14.037119 -0.403690</w:t>
        <w:br/>
        <w:t>v 0.301326 13.989529 -0.505835</w:t>
        <w:br/>
        <w:t>v 0.000737 13.983393 -0.513512</w:t>
        <w:br/>
        <w:t>v -0.000329 13.782988 -0.648859</w:t>
        <w:br/>
        <w:t>v 0.597382 12.971629 -1.146724</w:t>
        <w:br/>
        <w:t>v 0.549840 13.302840 -0.960385</w:t>
        <w:br/>
        <w:t>v 0.237176 13.285407 -1.010192</w:t>
        <w:br/>
        <w:t>v 0.272894 12.939268 -1.194284</w:t>
        <w:br/>
        <w:t>v 0.956169 13.360480 -0.827129</w:t>
        <w:br/>
        <w:t>v 1.052359 13.022923 -1.008592</w:t>
        <w:br/>
        <w:t>v 0.851535 13.613635 -0.676017</w:t>
        <w:br/>
        <w:t>v 1.224106 13.400126 -0.613628</w:t>
        <w:br/>
        <w:t>v 1.114803 13.662148 -0.464419</w:t>
        <w:br/>
        <w:t>v 1.369306 13.046118 -0.794427</w:t>
        <w:br/>
        <w:t>v 0.958084 14.099350 -0.193699</w:t>
        <w:br/>
        <w:t>v 1.030645 13.884345 -0.324615</w:t>
        <w:br/>
        <w:t>v 0.904773 14.251127 -0.111520</w:t>
        <w:br/>
        <w:t>v 0.608573 14.228106 -0.303117</w:t>
        <w:br/>
        <w:t>v 0.281529 14.197361 -0.393661</w:t>
        <w:br/>
        <w:t>v 1.215324 13.850075 0.334693</w:t>
        <w:br/>
        <w:t>v 1.121045 14.075541 0.357861</w:t>
        <w:br/>
        <w:t>v 1.109402 14.092628 0.198455</w:t>
        <w:br/>
        <w:t>v 1.204864 13.879870 0.128344</w:t>
        <w:br/>
        <w:t>v 1.191764 13.785561 0.565082</w:t>
        <w:br/>
        <w:t>v 1.102898 14.020098 0.633908</w:t>
        <w:br/>
        <w:t>v 1.059832 14.237404 0.329354</w:t>
        <w:br/>
        <w:t>v 1.027961 14.209251 0.620059</w:t>
        <w:br/>
        <w:t>v 0.986355 14.373762 0.633403</w:t>
        <w:br/>
        <w:t>v 1.011265 14.390863 0.361981</w:t>
        <w:br/>
        <w:t>v 1.016046 14.259047 0.105353</w:t>
        <w:br/>
        <w:t>v 0.987778 14.403656 0.161608</w:t>
        <w:br/>
        <w:t>v 1.064690 14.100601 0.028333</w:t>
        <w:br/>
        <w:t>v 1.340338 13.587505 0.302745</w:t>
        <w:br/>
        <w:t>v 1.339512 13.538363 0.541930</w:t>
        <w:br/>
        <w:t>v 1.307112 13.492743 0.723991</w:t>
        <w:br/>
        <w:t>v 1.169108 13.750738 0.715978</w:t>
        <w:br/>
        <w:t>v 2.029156 11.582773 0.689276</w:t>
        <w:br/>
        <w:t>v 2.027048 11.563316 0.660566</w:t>
        <w:br/>
        <w:t>v 2.137920 11.359264 0.755056</w:t>
        <w:br/>
        <w:t>v 2.037610 11.599464 0.740773</w:t>
        <w:br/>
        <w:t>v 2.154723 11.395899 0.827576</w:t>
        <w:br/>
        <w:t>v 2.155717 11.405985 0.913291</w:t>
        <w:br/>
        <w:t>v 2.040582 11.614147 0.803475</w:t>
        <w:br/>
        <w:t>v 1.986615 11.618143 0.917640</w:t>
        <w:br/>
        <w:t>v 2.028347 11.615059 0.853072</w:t>
        <w:br/>
        <w:t>v 2.126943 11.400996 0.963831</w:t>
        <w:br/>
        <w:t>v 2.096323 11.396309 1.017659</w:t>
        <w:br/>
        <w:t>v 2.079656 11.387976 1.037148</w:t>
        <w:br/>
        <w:t>v 1.920525 11.614744 0.974579</w:t>
        <w:br/>
        <w:t>v 2.039604 11.367405 1.075668</w:t>
        <w:br/>
        <w:t>v 1.967046 11.324978 1.108264</w:t>
        <w:br/>
        <w:t>v 1.870407 11.599703 1.009378</w:t>
        <w:br/>
        <w:t>v 1.995506 11.550677 0.465645</w:t>
        <w:br/>
        <w:t>v 2.026570 11.550387 0.384093</w:t>
        <w:br/>
        <w:t>v 2.100483 11.124908 0.394871</w:t>
        <w:br/>
        <w:t>v 2.077878 11.120638 0.495537</w:t>
        <w:br/>
        <w:t>v 2.157636 10.823020 0.412725</w:t>
        <w:br/>
        <w:t>v 2.085238 10.935843 0.511731</w:t>
        <w:br/>
        <w:t>v 2.267097 10.741179 0.273035</w:t>
        <w:br/>
        <w:t>v 2.228500 10.770332 0.333197</w:t>
        <w:br/>
        <w:t>v 2.143068 11.129445 0.282957</w:t>
        <w:br/>
        <w:t>v 2.255625 10.664404 0.344825</w:t>
        <w:br/>
        <w:t>v 2.199674 10.695315 0.441499</w:t>
        <w:br/>
        <w:t>v 2.090373 11.107940 0.599757</w:t>
        <w:br/>
        <w:t>v 2.066274 11.668612 -0.135910</w:t>
        <w:br/>
        <w:t>v 2.161241 11.227757 -0.123437</w:t>
        <w:br/>
        <w:t>v 2.181388 11.179260 0.059822</w:t>
        <w:br/>
        <w:t>v 2.058815 11.610495 0.126681</w:t>
        <w:br/>
        <w:t>v 1.959970 12.133839 -0.058278</w:t>
        <w:br/>
        <w:t>v 1.943281 12.065246 0.191301</w:t>
        <w:br/>
        <w:t>v 1.896167 12.140704 -0.263018</w:t>
        <w:br/>
        <w:t>v 1.963537 11.673859 -0.331883</w:t>
        <w:br/>
        <w:t>v 1.763268 12.503000 0.436833</w:t>
        <w:br/>
        <w:t>v 1.630918 12.931735 0.432397</w:t>
        <w:br/>
        <w:t>v 1.645172 12.952081 0.240248</w:t>
        <w:br/>
        <w:t>v 1.809826 12.535505 0.231551</w:t>
        <w:br/>
        <w:t>v 1.205897 11.848540 1.579997</w:t>
        <w:br/>
        <w:t>v 1.265559 11.889827 1.632093</w:t>
        <w:br/>
        <w:t>v 1.202874 12.226675 1.513539</w:t>
        <w:br/>
        <w:t>v 1.739559 12.605473 -0.202330</w:t>
        <w:br/>
        <w:t>v 1.642560 12.674027 -0.457896</w:t>
        <w:br/>
        <w:t>v 1.759361 12.189815 -0.599418</w:t>
        <w:br/>
        <w:t>v 1.377261 13.404780 -0.380993</w:t>
        <w:br/>
        <w:t>v 1.489002 13.059545 -0.606602</w:t>
        <w:br/>
        <w:t>v 1.514673 13.039141 -0.502864</w:t>
        <w:br/>
        <w:t>v 1.415117 13.385671 -0.239957</w:t>
        <w:br/>
        <w:t>v 1.631318 12.689904 -0.660699</w:t>
        <w:br/>
        <w:t>v 1.540911 13.022998 -0.352936</w:t>
        <w:br/>
        <w:t>v 1.742875 12.234904 -0.818424</w:t>
        <w:br/>
        <w:t>v 1.595382 12.695105 -0.828439</w:t>
        <w:br/>
        <w:t>v 1.663684 13.000400 0.055416</w:t>
        <w:br/>
        <w:t>v 1.499961 13.353725 0.086982</w:t>
        <w:br/>
        <w:t>v 1.462872 13.366196 -0.075002</w:t>
        <w:br/>
        <w:t>v 1.582213 13.001850 -0.148497</w:t>
        <w:br/>
        <w:t>v 1.929836 11.309178 -0.888751</w:t>
        <w:br/>
        <w:t>v 1.858166 11.710060 -0.762083</w:t>
        <w:br/>
        <w:t>v 1.872944 11.722692 -0.930022</w:t>
        <w:br/>
        <w:t>v 1.938136 11.327621 -1.026422</w:t>
        <w:br/>
        <w:t>v 2.037959 10.800172 -1.014556</w:t>
        <w:br/>
        <w:t>v 2.033428 10.831339 -1.148657</w:t>
        <w:br/>
        <w:t>v 2.152407 11.251245 -0.217607</w:t>
        <w:br/>
        <w:t>v 2.229654 10.804165 -0.341170</w:t>
        <w:br/>
        <w:t>v 2.259003 10.806596 -0.292324</w:t>
        <w:br/>
        <w:t>v 2.316483 10.745135 0.048646</w:t>
        <w:br/>
        <w:t>v 2.294333 10.772538 -0.091582</w:t>
        <w:br/>
        <w:t>v 1.924275 11.685658 -0.450039</w:t>
        <w:br/>
        <w:t>v 1.154735 13.888669 -0.077001</w:t>
        <w:br/>
        <w:t>v 1.263540 13.658612 -0.207635</w:t>
        <w:br/>
        <w:t>v 1.324058 13.642723 -0.008903</w:t>
        <w:br/>
        <w:t>v -0.683084 13.885456 1.247972</w:t>
        <w:br/>
        <w:t>v -0.786448 13.651944 1.260222</w:t>
        <w:br/>
        <w:t>v -0.865005 13.684518 1.231133</w:t>
        <w:br/>
        <w:t>v -0.744431 13.911448 1.237436</w:t>
        <w:br/>
        <w:t>v -0.714033 13.621677 1.319836</w:t>
        <w:br/>
        <w:t>v -0.692139 13.625726 1.387962</w:t>
        <w:br/>
        <w:t>v -0.783532 13.356842 1.449408</w:t>
        <w:br/>
        <w:t>v -0.781738 13.348724 1.362529</w:t>
        <w:br/>
        <w:t>v -0.630756 13.617620 1.405167</w:t>
        <w:br/>
        <w:t>v -0.706516 13.344624 1.484444</w:t>
        <w:br/>
        <w:t>v -0.783532 13.356842 1.449408</w:t>
        <w:br/>
        <w:t>v -0.692139 13.625726 1.387962</w:t>
        <w:br/>
        <w:t>v -0.641027 13.867477 1.271027</w:t>
        <w:br/>
        <w:t>v -0.584531 13.868504 1.308252</w:t>
        <w:br/>
        <w:t>v -0.744589 13.341200 1.336177</w:t>
        <w:br/>
        <w:t>v -0.781738 13.348724 1.362529</w:t>
        <w:br/>
        <w:t>v -0.836952 13.091970 1.421118</w:t>
        <w:br/>
        <w:t>v -0.783565 13.057740 1.384959</w:t>
        <w:br/>
        <w:t>v -0.978158 13.412096 1.244576</w:t>
        <w:br/>
        <w:t>v -1.082984 13.122005 1.266187</w:t>
        <w:br/>
        <w:t>v -1.268564 13.180161 0.988226</w:t>
        <w:br/>
        <w:t>v -1.153382 13.469905 1.002250</w:t>
        <w:br/>
        <w:t>v -1.022033 13.741853 1.013397</w:t>
        <w:br/>
        <w:t>v -0.714033 13.621677 1.319836</w:t>
        <w:br/>
        <w:t>v -0.888531 13.965940 1.005827</w:t>
        <w:br/>
        <w:t>v -0.624157 14.121296 1.222632</w:t>
        <w:br/>
        <w:t>v -0.747915 13.042685 1.375398</w:t>
        <w:br/>
        <w:t>v -0.715781 13.031167 1.376555</w:t>
        <w:br/>
        <w:t>v -0.829546 12.744745 1.440066</w:t>
        <w:br/>
        <w:t>v -0.775317 12.736638 1.428450</w:t>
        <w:br/>
        <w:t>v -0.892980 12.784092 1.495282</w:t>
        <w:br/>
        <w:t>v -0.972458 12.400808 1.570114</w:t>
        <w:br/>
        <w:t>v -0.919105 12.365802 1.500825</w:t>
        <w:br/>
        <w:t>v -0.624157 14.121296 1.222632</w:t>
        <w:br/>
        <w:t>v -0.466106 14.108736 1.291576</w:t>
        <w:br/>
        <w:t>v -0.494962 13.866642 1.334714</w:t>
        <w:br/>
        <w:t>v -0.223785 14.088015 1.330871</w:t>
        <w:br/>
        <w:t>v -0.227034 13.839745 1.353658</w:t>
        <w:br/>
        <w:t>v -0.235671 13.571372 1.407624</w:t>
        <w:br/>
        <w:t>v -0.510399 13.603274 1.410943</w:t>
        <w:br/>
        <w:t>v -0.265179 13.299632 1.465415</w:t>
        <w:br/>
        <w:t>v -0.583252 13.065545 1.570357</w:t>
        <w:br/>
        <w:t>v -0.554571 13.324204 1.493711</w:t>
        <w:br/>
        <w:t>v -0.624634 12.751211 1.644709</w:t>
        <w:br/>
        <w:t>v -0.628816 14.335070 1.209577</w:t>
        <w:br/>
        <w:t>v -0.474694 14.321535 1.279008</w:t>
        <w:br/>
        <w:t>v -0.230928 14.313480 1.317522</w:t>
        <w:br/>
        <w:t>v -1.331195 11.092005 1.822572</w:t>
        <w:br/>
        <w:t>v -1.194694 11.530803 1.768995</w:t>
        <w:br/>
        <w:t>v -1.354993 11.111120 1.877828</w:t>
        <w:br/>
        <w:t>v -1.055121 11.425775 1.672775</w:t>
        <w:br/>
        <w:t>v -1.100900 11.451460 1.664867</w:t>
        <w:br/>
        <w:t>v -1.233040 11.031456 1.765856</w:t>
        <w:br/>
        <w:t>v -1.176484 11.014783 1.782370</w:t>
        <w:br/>
        <w:t>v -1.088797 11.019938 1.844453</w:t>
        <w:br/>
        <w:t>v -0.960840 11.411686 1.728292</w:t>
        <w:br/>
        <w:t>v -0.876405 11.388996 1.758852</w:t>
        <w:br/>
        <w:t>v -0.778088 11.830263 1.629894</w:t>
        <w:br/>
        <w:t>v -0.859011 11.849546 1.592857</w:t>
        <w:br/>
        <w:t>v -0.960840 11.411686 1.728292</w:t>
        <w:br/>
        <w:t>v -0.819495 11.352614 1.668041</w:t>
        <w:br/>
        <w:t>v -0.876405 11.388996 1.758852</w:t>
        <w:br/>
        <w:t>v -0.945713 10.985950 1.859004</w:t>
        <w:br/>
        <w:t>v -0.861096 10.960664 1.744475</w:t>
        <w:br/>
        <w:t>v -0.762219 11.822605 1.577676</w:t>
        <w:br/>
        <w:t>v -0.778088 11.830263 1.629894</w:t>
        <w:br/>
        <w:t>v -1.035811 11.004502 1.873065</w:t>
        <w:br/>
        <w:t>v -1.088797 11.019938 1.844453</w:t>
        <w:br/>
        <w:t>v -0.859011 11.849546 1.592857</w:t>
        <w:br/>
        <w:t>v -0.939457 11.878354 1.571544</w:t>
        <w:br/>
        <w:t>v -1.172388 10.633228 1.908700</w:t>
        <w:br/>
        <w:t>v -1.266961 10.677049 1.842378</w:t>
        <w:br/>
        <w:t>v -0.975512 11.901241 1.569002</w:t>
        <w:br/>
        <w:t>v -1.070293 11.990174 1.661612</w:t>
        <w:br/>
        <w:t>v -1.145850 11.481575 1.687171</w:t>
        <w:br/>
        <w:t>v -1.016701 11.927111 1.588911</w:t>
        <w:br/>
        <w:t>v -1.067754 12.003393 1.741513</w:t>
        <w:br/>
        <w:t>v -1.170348 11.563808 1.848982</w:t>
        <w:br/>
        <w:t>v -1.496451 10.811688 1.965321</w:t>
        <w:br/>
        <w:t>v -1.467555 10.794730 1.906608</w:t>
        <w:br/>
        <w:t>v -1.403518 10.754054 1.858331</w:t>
        <w:br/>
        <w:t>v -1.525844 10.705277 1.938766</w:t>
        <w:br/>
        <w:t>v -1.471347 10.612356 1.897420</w:t>
        <w:br/>
        <w:t>v -1.336487 11.137362 1.980965</w:t>
        <w:br/>
        <w:t>v -1.260975 11.113266 2.077732</w:t>
        <w:br/>
        <w:t>v -1.084670 11.548811 1.931185</w:t>
        <w:br/>
        <w:t>v -0.954545 11.986002 1.809874</w:t>
        <w:br/>
        <w:t>v -0.842429 11.109592 2.057635</w:t>
        <w:br/>
        <w:t>v -0.937378 11.093675 2.097872</w:t>
        <w:br/>
        <w:t>v -0.764682 11.533333 1.953078</w:t>
        <w:br/>
        <w:t>v -0.915021 11.544405 1.977128</w:t>
        <w:br/>
        <w:t>v -0.780173 11.968328 1.838259</w:t>
        <w:br/>
        <w:t>v -0.654799 11.952559 1.830298</w:t>
        <w:br/>
        <w:t>v -0.967171 14.381758 0.725823</w:t>
        <w:br/>
        <w:t>v -0.813601 14.351887 1.002925</w:t>
        <w:br/>
        <w:t>v -0.861689 14.182405 1.001500</w:t>
        <w:br/>
        <w:t>v -1.017568 14.220276 0.726263</w:t>
        <w:br/>
        <w:t>v -1.007880 14.394053 0.466697</w:t>
        <w:br/>
        <w:t>v -0.959927 14.603037 0.492242</w:t>
        <w:br/>
        <w:t>v -0.933591 14.576298 0.744718</w:t>
        <w:br/>
        <w:t>v -1.041641 14.248533 0.426676</w:t>
        <w:br/>
        <w:t>v -0.628816 14.335070 1.209577</w:t>
        <w:br/>
        <w:t>v -1.035781 14.027174 0.805221</w:t>
        <w:br/>
        <w:t>v -1.142233 13.798457 0.762209</w:t>
        <w:br/>
        <w:t>v -1.308967 13.526666 0.700303</w:t>
        <w:br/>
        <w:t>v -1.097218 14.055964 0.602694</w:t>
        <w:br/>
        <w:t>v -1.180107 13.832578 0.547184</w:t>
        <w:br/>
        <w:t>v -2.127589 10.636893 0.721844</w:t>
        <w:br/>
        <w:t>v -2.062817 11.133204 0.884366</w:t>
        <w:br/>
        <w:t>v -2.123698 10.672957 0.866970</w:t>
        <w:br/>
        <w:t>v -2.173620 10.992068 0.096126</w:t>
        <w:br/>
        <w:t>v -2.142352 11.010457 0.281501</w:t>
        <w:br/>
        <w:t>v -2.174925 10.514197 0.233963</w:t>
        <w:br/>
        <w:t>v -2.200666 10.496057 0.062963</w:t>
        <w:br/>
        <w:t>v -2.118649 11.323218 0.292414</w:t>
        <w:br/>
        <w:t>v -2.044017 11.694956 0.322034</w:t>
        <w:br/>
        <w:t>v -2.002995 11.676922 0.489208</w:t>
        <w:br/>
        <w:t>v -2.078928 11.344877 0.453141</w:t>
        <w:br/>
        <w:t>v -1.993942 11.654262 0.623255</w:t>
        <w:br/>
        <w:t>v -2.044499 11.440530 0.622074</w:t>
        <w:br/>
        <w:t>v -1.925910 12.126101 0.379674</w:t>
        <w:br/>
        <w:t>v -1.883671 12.110055 0.541213</w:t>
        <w:br/>
        <w:t>v -1.855873 12.064814 0.815121</w:t>
        <w:br/>
        <w:t>v -1.646350 12.015715 1.022521</w:t>
        <w:br/>
        <w:t>v -1.765162 11.564524 1.046760</w:t>
        <w:br/>
        <w:t>v -1.971982 11.588245 0.864434</w:t>
        <w:br/>
        <w:t>v -1.877446 12.104347 0.616121</w:t>
        <w:br/>
        <w:t>v -1.391543 11.964003 1.239459</w:t>
        <w:br/>
        <w:t>v -1.486934 11.508875 1.252905</w:t>
        <w:br/>
        <w:t>v -1.937399 10.182312 1.195832</w:t>
        <w:br/>
        <w:t>v -2.056207 10.159751 1.104911</w:t>
        <w:br/>
        <w:t>v -1.970514 10.670675 1.105560</w:t>
        <w:br/>
        <w:t>v -1.146013 10.301750 1.458467</w:t>
        <w:br/>
        <w:t>v -1.114201 10.161642 1.481424</w:t>
        <w:br/>
        <w:t>v -1.190619 10.192833 1.459916</w:t>
        <w:br/>
        <w:t>v -1.210189 10.284059 1.440805</w:t>
        <w:br/>
        <w:t>v -1.481935 10.146877 1.387321</w:t>
        <w:br/>
        <w:t>v -1.607931 10.112532 1.349137</w:t>
        <w:br/>
        <w:t>v -1.492723 10.346750 1.352697</w:t>
        <w:br/>
        <w:t>v -1.628722 10.304408 1.313776</w:t>
        <w:br/>
        <w:t>v -1.591166 10.653912 1.287359</w:t>
        <w:br/>
        <w:t>v -1.510741 10.643798 1.313140</w:t>
        <w:br/>
        <w:t>v -1.540417 11.077958 1.269484</w:t>
        <w:br/>
        <w:t>v -0.927139 10.545987 1.549110</w:t>
        <w:br/>
        <w:t>v -1.045815 10.571506 1.487332</w:t>
        <w:br/>
        <w:t>v -0.905993 10.961155 1.511806</w:t>
        <w:br/>
        <w:t>v -0.876018 11.351304 1.467456</w:t>
        <w:br/>
        <w:t>v -1.180264 11.020156 1.388183</w:t>
        <w:br/>
        <w:t>v -1.166454 11.430999 1.362602</w:t>
        <w:br/>
        <w:t>v -1.174947 10.596463 1.422693</w:t>
        <w:br/>
        <w:t>v -1.040696 10.497029 1.496426</w:t>
        <w:br/>
        <w:t>v -1.160075 10.443993 1.441229</w:t>
        <w:br/>
        <w:t>v -1.323420 13.538585 0.540297</w:t>
        <w:br/>
        <w:t>v -1.217627 13.868793 0.288493</w:t>
        <w:br/>
        <w:t>v -1.376909 13.597971 0.178323</w:t>
        <w:br/>
        <w:t>v -1.296643 13.651787 -0.175066</w:t>
        <w:br/>
        <w:t>v -1.175348 13.891989 -0.033238</w:t>
        <w:br/>
        <w:t>v -1.376462 13.570205 0.364748</w:t>
        <w:br/>
        <w:t>v -1.110549 14.088469 0.373251</w:t>
        <w:br/>
        <w:t>v -1.085754 14.094807 0.073691</w:t>
        <w:br/>
        <w:t>v -1.025014 14.266665 0.150307</w:t>
        <w:br/>
        <w:t>v -0.987251 13.907183 -0.345396</w:t>
        <w:br/>
        <w:t>v -0.920616 14.097509 -0.214313</w:t>
        <w:br/>
        <w:t>v -1.096813 13.683619 -0.496450</w:t>
        <w:br/>
        <w:t>v -0.890481 13.372838 -0.841806</w:t>
        <w:br/>
        <w:t>v -0.756609 13.624162 -0.705891</w:t>
        <w:br/>
        <w:t>v -1.206672 13.422550 -0.658625</w:t>
        <w:br/>
        <w:t>v -0.667336 13.842826 -0.574503</w:t>
        <w:br/>
        <w:t>v -1.813807 11.368191 -1.244991</w:t>
        <w:br/>
        <w:t>v -1.711227 11.813513 -1.159370</w:t>
        <w:br/>
        <w:t>v -1.832943 11.818704 -1.009499</w:t>
        <w:br/>
        <w:t>v -1.932705 11.386943 -1.088354</w:t>
        <w:br/>
        <w:t>v -2.177799 11.418001 -0.543696</w:t>
        <w:br/>
        <w:t>v -2.015348 11.399718 -0.952306</w:t>
        <w:br/>
        <w:t>v -1.921357 11.815755 -0.871699</w:t>
        <w:br/>
        <w:t>v -2.079706 11.782923 -0.498576</w:t>
        <w:br/>
        <w:t>v -1.633104 13.025561 -0.097478</w:t>
        <w:br/>
        <w:t>v -1.773446 12.650496 -0.268314</w:t>
        <w:br/>
        <w:t>v -1.673874 12.686674 -0.640113</w:t>
        <w:br/>
        <w:t>v -1.543894 13.070755 -0.466751</w:t>
        <w:br/>
        <w:t>v -1.471415 12.693254 -0.946830</w:t>
        <w:br/>
        <w:t>v -1.321998 13.100164 -0.817030</w:t>
        <w:br/>
        <w:t>v -2.278394 10.467503 -0.424743</w:t>
        <w:br/>
        <w:t>v -2.204613 10.973460 -0.354869</w:t>
        <w:br/>
        <w:t>v -2.142663 10.998219 -0.140300</w:t>
        <w:br/>
        <w:t>v -2.163106 10.474725 -0.262681</w:t>
        <w:br/>
        <w:t>v -2.480810 9.938542 -0.769915</w:t>
        <w:br/>
        <w:t>v -2.435676 9.950206 -0.606732</w:t>
        <w:br/>
        <w:t>v -2.572930 9.290061 -0.661481</w:t>
        <w:br/>
        <w:t>v -2.626835 9.293781 -0.813388</w:t>
        <w:br/>
        <w:t>v -2.373253 10.445855 -0.697392</w:t>
        <w:br/>
        <w:t>v -2.268614 10.965965 -0.605892</w:t>
        <w:br/>
        <w:t>v -2.167920 11.404514 -0.343939</w:t>
        <w:br/>
        <w:t>v -2.499381 9.287399 -0.548288</w:t>
        <w:br/>
        <w:t>v -2.341254 9.958478 -0.476549</w:t>
        <w:br/>
        <w:t>v -2.435249 9.292333 -0.523735</w:t>
        <w:br/>
        <w:t>v -2.120845 11.344349 -0.171900</w:t>
        <w:br/>
        <w:t>v -2.048931 11.729522 -0.096125</w:t>
        <w:br/>
        <w:t>v -2.074507 11.707658 0.151477</w:t>
        <w:br/>
        <w:t>v -2.145897 11.306593 0.084102</w:t>
        <w:br/>
        <w:t>v -1.942619 12.140048 0.212723</w:t>
        <w:br/>
        <w:t>v -1.951950 12.152348 -0.015760</w:t>
        <w:br/>
        <w:t>v -2.372940 9.299799 -0.479518</w:t>
        <w:br/>
        <w:t>v -2.244764 9.942472 -0.379424</w:t>
        <w:br/>
        <w:t>v -2.716963 8.747244 -0.634495</w:t>
        <w:br/>
        <w:t>v -2.658957 8.744631 -0.599761</w:t>
        <w:br/>
        <w:t>v -2.793109 8.490667 -0.642085</w:t>
        <w:br/>
        <w:t>v -2.846411 8.505731 -0.677116</w:t>
        <w:br/>
        <w:t>v -2.584532 8.743880 -0.588547</w:t>
        <w:br/>
        <w:t>v -2.007577 10.918481 -1.190855</w:t>
        <w:br/>
        <w:t>v -2.061365 10.330467 -1.335703</w:t>
        <w:br/>
        <w:t>v -1.968984 10.305137 -1.498794</w:t>
        <w:br/>
        <w:t>v -1.883868 10.888399 -1.361098</w:t>
        <w:br/>
        <w:t>v -0.891667 11.272012 -1.610945</w:t>
        <w:br/>
        <w:t>v -1.399109 11.318576 -1.480530</w:t>
        <w:br/>
        <w:t>v -1.483481 10.815802 -1.598819</w:t>
        <w:br/>
        <w:t>v -1.002707 10.736053 -1.746432</w:t>
        <w:br/>
        <w:t>v -1.224978 9.436749 -2.083924</w:t>
        <w:br/>
        <w:t>v -1.697687 9.583426 -1.913576</w:t>
        <w:br/>
        <w:t>v -1.818800 8.863882 -2.086449</w:t>
        <w:br/>
        <w:t>v -1.351608 8.689733 -2.275206</w:t>
        <w:br/>
        <w:t>v -1.309893 11.785500 -1.376977</w:t>
        <w:br/>
        <w:t>v -0.804396 11.727325 -1.518005</w:t>
        <w:br/>
        <w:t>v -2.027698 9.676746 -1.663861</w:t>
        <w:br/>
        <w:t>v -2.120156 8.315001 -2.060165</w:t>
        <w:br/>
        <w:t>v -2.076177 8.953197 -1.856607</w:t>
        <w:br/>
        <w:t>v -2.149924 8.311939 -1.999859</w:t>
        <w:br/>
        <w:t>v -2.071149 8.952744 -1.768746</w:t>
        <w:br/>
        <w:t>v -2.041769 9.620890 -1.525262</w:t>
        <w:br/>
        <w:t>v -2.036712 8.953095 -1.664354</w:t>
        <w:br/>
        <w:t>v -2.120158 8.330995 -1.907594</w:t>
        <w:br/>
        <w:t>v -2.178138 7.985669 -2.106770</w:t>
        <w:br/>
        <w:t>v -2.136391 7.973318 -2.002061</w:t>
        <w:br/>
        <w:t>v -2.028721 8.962564 -1.614191</w:t>
        <w:br/>
        <w:t>v -2.043967 8.979962 -1.554683</w:t>
        <w:br/>
        <w:t>v -2.087814 9.637091 -1.470044</w:t>
        <w:br/>
        <w:t>v -2.179045 9.057453 -1.461819</w:t>
        <w:br/>
        <w:t>v -2.269366 8.520051 -1.525782</w:t>
        <w:br/>
        <w:t>v -2.243917 9.098763 -1.428645</w:t>
        <w:br/>
        <w:t>v -2.385901 8.571928 -1.495401</w:t>
        <w:br/>
        <w:t>v -2.214890 9.722961 -1.316308</w:t>
        <w:br/>
        <w:t>v -2.360878 9.174603 -1.366990</w:t>
        <w:br/>
        <w:t>v -2.191787 8.479204 -1.556536</w:t>
        <w:br/>
        <w:t>v -2.531473 9.221845 -1.191497</w:t>
        <w:br/>
        <w:t>v -2.372227 9.830203 -1.119195</w:t>
        <w:br/>
        <w:t>v -2.426937 9.880690 -0.965253</w:t>
        <w:br/>
        <w:t>v -2.575740 9.257040 -1.008975</w:t>
        <w:br/>
        <w:t>v -2.592371 8.425323 -1.495963</w:t>
        <w:br/>
        <w:t>v -2.725881 8.483255 -1.375460</w:t>
        <w:br/>
        <w:t>v -2.777233 8.277909 -1.453359</w:t>
        <w:br/>
        <w:t>v -2.657182 8.217039 -1.544241</w:t>
        <w:br/>
        <w:t>v -2.505403 8.178110 -1.600092</w:t>
        <w:br/>
        <w:t>v -2.455284 8.355769 -1.551215</w:t>
        <w:br/>
        <w:t>v 1.792288 11.622295 1.042403</w:t>
        <w:br/>
        <w:t>v 1.889527 11.313407 1.121086</w:t>
        <w:br/>
        <w:t>v 1.856580 11.256008 1.181779</w:t>
        <w:br/>
        <w:t>v 1.761343 11.622105 1.085374</w:t>
        <w:br/>
        <w:t>v 2.335845 9.453724 -1.508259</w:t>
        <w:br/>
        <w:t>v 2.515693 8.895054 -1.694933</w:t>
        <w:br/>
        <w:t>v 2.498663 8.858829 -1.562951</w:t>
        <w:br/>
        <w:t>v 2.340138 9.405016 -1.434813</w:t>
        <w:br/>
        <w:t>v 2.298615 9.618442 -1.448892</w:t>
        <w:br/>
        <w:t>v 2.309150 9.642065 -1.380058</w:t>
        <w:br/>
        <w:t>v 2.158428 10.286649 -1.279252</w:t>
        <w:br/>
        <w:t>v 2.537102 8.934048 -1.867115</w:t>
        <w:br/>
        <w:t>v 2.712546 8.582000 -2.027869</w:t>
        <w:br/>
        <w:t>v 2.696017 8.525648 -1.802638</w:t>
        <w:br/>
        <w:t>v 2.299518 9.795193 -1.084732</w:t>
        <w:br/>
        <w:t>v 2.155185 10.307665 -0.977683</w:t>
        <w:br/>
        <w:t>v 2.142418 10.299122 -1.125228</w:t>
        <w:br/>
        <w:t>v 2.305996 9.727870 -1.220441</w:t>
        <w:br/>
        <w:t>v -2.203866 10.151527 0.704983</w:t>
        <w:br/>
        <w:t>v -2.313432 9.730891 0.680497</w:t>
        <w:br/>
        <w:t>v -2.303135 9.709722 0.606765</w:t>
        <w:br/>
        <w:t>v -2.188440 10.130864 0.626678</w:t>
        <w:br/>
        <w:t>v -2.343264 9.581461 0.596345</w:t>
        <w:br/>
        <w:t>v -2.316942 9.579446 0.541833</w:t>
        <w:br/>
        <w:t>v -2.279287 9.700131 0.550213</w:t>
        <w:br/>
        <w:t>v 1.612659 12.435681 0.942063</w:t>
        <w:br/>
        <w:t>v 1.515805 12.871643 0.824449</w:t>
        <w:br/>
        <w:t>v 1.553276 12.886239 0.752031</w:t>
        <w:br/>
        <w:t>v 1.683635 12.467912 0.807409</w:t>
        <w:br/>
        <w:t>v 1.563740 12.466049 1.163161</w:t>
        <w:br/>
        <w:t>v 1.466573 12.847279 1.034664</w:t>
        <w:br/>
        <w:t>v 1.843333 12.022833 0.841908</w:t>
        <w:br/>
        <w:t>v 1.776838 12.013176 0.906514</w:t>
        <w:br/>
        <w:t>v 1.399378 13.203957 0.740458</w:t>
        <w:br/>
        <w:t>v 1.459235 13.245162 0.600986</w:t>
        <w:br/>
        <w:t>v 1.287932 13.460366 0.822891</w:t>
        <w:br/>
        <w:t>v 1.365736 13.203268 0.908813</w:t>
        <w:br/>
        <w:t>v 1.576197 12.895839 0.696232</w:t>
        <w:br/>
        <w:t>v 1.325006 12.808006 1.006309</w:t>
        <w:br/>
        <w:t>v 1.466573 12.847279 1.034664</w:t>
        <w:br/>
        <w:t>v 1.563740 12.466049 1.163161</w:t>
        <w:br/>
        <w:t>v 1.387048 12.445247 1.131353</w:t>
        <w:br/>
        <w:t>v 1.250178 13.162206 0.916769</w:t>
        <w:br/>
        <w:t>v 1.215693 13.436528 0.842872</w:t>
        <w:br/>
        <w:t>v 1.287932 13.460366 0.822891</w:t>
        <w:br/>
        <w:t>v 1.365736 13.203268 0.908813</w:t>
        <w:br/>
        <w:t>v -0.234881 14.503782 1.332198</w:t>
        <w:br/>
        <w:t>v -0.489369 14.518978 1.298724</w:t>
        <w:br/>
        <w:t>v 0.059058 14.495968 1.343888</w:t>
        <w:br/>
        <w:t>v 1.151819 12.273913 1.638955</w:t>
        <w:br/>
        <w:t>v 1.029013 12.265267 1.581600</w:t>
        <w:br/>
        <w:t>v 1.021101 12.465040 1.455223</w:t>
        <w:br/>
        <w:t>v 1.114359 12.496575 1.503083</w:t>
        <w:br/>
        <w:t>v 0.707525 12.099034 1.800604</w:t>
        <w:br/>
        <w:t>v 0.649613 12.061495 1.862123</w:t>
        <w:br/>
        <w:t>v 0.650107 12.172194 1.782730</w:t>
        <w:br/>
        <w:t>v 0.701926 12.180600 1.756289</w:t>
        <w:br/>
        <w:t>v 0.308435 14.499136 1.324931</w:t>
        <w:br/>
        <w:t>v 0.550781 14.514977 1.242108</w:t>
        <w:br/>
        <w:t>v 0.767402 14.529003 1.079322</w:t>
        <w:br/>
        <w:t>v 1.065166 13.410869 1.045130</w:t>
        <w:br/>
        <w:t>v 1.001430 13.105061 1.164886</w:t>
        <w:br/>
        <w:t>v 0.962109 13.375989 1.067808</w:t>
        <w:br/>
        <w:t>v 1.082268 13.118565 1.174231</w:t>
        <w:br/>
        <w:t>v 1.109789 13.122098 1.172295</w:t>
        <w:br/>
        <w:t>v 1.102806 13.123273 1.131638</w:t>
        <w:br/>
        <w:t>v 1.135117 12.789080 1.254200</w:t>
        <w:br/>
        <w:t>v 1.152649 12.791983 1.315234</w:t>
        <w:br/>
        <w:t>v 1.109789 13.122098 1.172295</w:t>
        <w:br/>
        <w:t>v 1.089113 13.124531 1.069238</w:t>
        <w:br/>
        <w:t>v 1.102763 12.784504 1.163549</w:t>
        <w:br/>
        <w:t>v 1.190528 12.773007 1.056399</w:t>
        <w:br/>
        <w:t>v 1.215632 12.418116 1.152977</w:t>
        <w:br/>
        <w:t>v 1.117573 12.457244 1.265319</w:t>
        <w:br/>
        <w:t>v 1.168198 12.481457 1.378828</w:t>
        <w:br/>
        <w:t>v 1.192027 12.499277 1.456291</w:t>
        <w:br/>
        <w:t>v 1.097003 12.788940 1.341444</w:t>
        <w:br/>
        <w:t>v 1.152649 12.791983 1.315234</w:t>
        <w:br/>
        <w:t>v 1.192027 12.499277 1.456291</w:t>
        <w:br/>
        <w:t>v 1.170089 13.134393 0.972234</w:t>
        <w:br/>
        <w:t>v 0.865522 14.417500 -0.060020</w:t>
        <w:br/>
        <w:t>v 1.472224 13.307761 0.272020</w:t>
        <w:br/>
        <w:t>v 1.349045 13.631229 0.113461</w:t>
        <w:br/>
        <w:t>v 1.480325 13.278861 0.458814</w:t>
        <w:br/>
        <w:t>v 1.824807 12.589550 0.008909</w:t>
        <w:br/>
        <w:t>v 0.975625 14.575985 0.653452</w:t>
        <w:br/>
        <w:t>v 0.973759 14.608679 0.393726</w:t>
        <w:br/>
        <w:t>v 0.958433 14.630270 0.219325</w:t>
        <w:br/>
        <w:t>v 1.368936 11.205975 -1.449031</w:t>
        <w:br/>
        <w:t>v 1.337283 11.672140 -1.355728</w:t>
        <w:br/>
        <w:t>v 1.180749 11.677473 -1.433327</w:t>
        <w:br/>
        <w:t>v 1.187310 11.225072 -1.570225</w:t>
        <w:br/>
        <w:t>v 1.207285 12.134371 -1.297992</w:t>
        <w:br/>
        <w:t>v 1.689241 11.682499 -1.197742</w:t>
        <w:br/>
        <w:t>v 1.502591 11.678204 -1.279542</w:t>
        <w:br/>
        <w:t>v 1.561604 11.237095 -1.394287</w:t>
        <w:br/>
        <w:t>v 1.764332 11.268233 -1.311075</w:t>
        <w:br/>
        <w:t>v 1.587788 12.175001 -1.091839</w:t>
        <w:br/>
        <w:t>v 1.406717 12.156111 -1.185542</w:t>
        <w:br/>
        <w:t>v 0.649702 12.616549 -1.292835</w:t>
        <w:br/>
        <w:t>v 0.306153 12.594307 -1.323455</w:t>
        <w:br/>
        <w:t>v 0.336813 12.171722 -1.454352</w:t>
        <w:br/>
        <w:t>v 0.724654 12.164206 -1.419034</w:t>
        <w:br/>
        <w:t>v 0.364757 11.658782 -1.586435</w:t>
        <w:br/>
        <w:t>v 0.780504 11.658621 -1.531964</w:t>
        <w:br/>
        <w:t>v 1.916791 11.344357 -1.214753</w:t>
        <w:br/>
        <w:t>v 1.833310 11.760601 -1.104873</w:t>
        <w:br/>
        <w:t>v 2.025187 10.851110 -1.342960</w:t>
        <w:br/>
        <w:t>v 1.716379 12.227137 -0.969192</w:t>
        <w:br/>
        <w:t>v -0.841857 13.085202 1.504134</w:t>
        <w:br/>
        <w:t>v -0.841857 13.085202 1.504134</w:t>
        <w:br/>
        <w:t>v -0.744674 13.076691 1.551914</w:t>
        <w:br/>
        <w:t>v -0.793828 12.770484 1.619524</w:t>
        <w:br/>
        <w:t>v -0.901154 12.786243 1.574522</w:t>
        <w:br/>
        <w:t>v -0.210260 13.789162 -0.653923</w:t>
        <w:br/>
        <w:t>v -0.212878 13.991344 -0.506407</w:t>
        <w:br/>
        <w:t>v -0.199338 14.187832 -0.413013</w:t>
        <w:br/>
        <w:t>v 0.000629 14.189524 -0.411656</w:t>
        <w:br/>
        <w:t>v -0.627349 14.030764 -0.425022</w:t>
        <w:br/>
        <w:t>v -0.578498 14.218864 -0.323419</w:t>
        <w:br/>
        <w:t>v -0.184945 14.394941 -0.361213</w:t>
        <w:br/>
        <w:t>v -0.442559 14.407114 -0.328697</w:t>
        <w:br/>
        <w:t>v -0.644613 14.416828 -0.224930</w:t>
        <w:br/>
        <w:t>v -0.856398 14.422211 -0.025452</w:t>
        <w:br/>
        <w:t>v -0.898609 14.246641 -0.112241</w:t>
        <w:br/>
        <w:t>v -1.115440 12.656135 -1.148505</w:t>
        <w:br/>
        <w:t>v -0.639985 12.604630 -1.288840</w:t>
        <w:br/>
        <w:t>v -0.554791 12.975231 -1.127339</w:t>
        <w:br/>
        <w:t>v -1.008189 13.048465 -0.999043</w:t>
        <w:br/>
        <w:t>v -0.341744 11.687523 -1.589411</w:t>
        <w:br/>
        <w:t>v -0.430176 11.258603 -1.673241</w:t>
        <w:br/>
        <w:t>v -0.719343 12.726423 1.436665</w:t>
        <w:br/>
        <w:t>v -0.783901 12.313457 1.506646</w:t>
        <w:br/>
        <w:t>v -0.719433 12.308244 1.538460</w:t>
        <w:br/>
        <w:t>v -0.686149 12.726752 1.448870</w:t>
        <w:br/>
        <w:t>v -1.118273 11.896935 1.338011</w:t>
        <w:br/>
        <w:t>v -0.858436 11.835566 1.422611</w:t>
        <w:br/>
        <w:t>v -0.916222 13.076435 1.282843</w:t>
        <w:br/>
        <w:t>v -0.672551 13.013205 1.317948</w:t>
        <w:br/>
        <w:t>v -0.972803 12.795382 1.297639</w:t>
        <w:br/>
        <w:t>v -1.186764 12.825022 1.246265</w:t>
        <w:br/>
        <w:t>v -1.380811 12.863232 0.991214</w:t>
        <w:br/>
        <w:t>v -1.449306 13.201998 0.697399</w:t>
        <w:br/>
        <w:t>v -0.719343 12.726423 1.436665</w:t>
        <w:br/>
        <w:t>v -1.300642 10.491269 1.886703</w:t>
        <w:br/>
        <w:t>v -1.204492 10.457624 1.951530</w:t>
        <w:br/>
        <w:t>v -0.976259 14.408518 0.201633</w:t>
        <w:br/>
        <w:t>v -0.979662 14.631735 0.296319</w:t>
        <w:br/>
        <w:t>v -0.916854 14.651651 0.037556</w:t>
        <w:br/>
        <w:t>v -2.196936 10.485751 -0.136623</w:t>
        <w:br/>
        <w:t>v -2.225696 9.951706 -0.158529</w:t>
        <w:br/>
        <w:t>v -2.189065 9.932812 -0.293202</w:t>
        <w:br/>
        <w:t>v -1.209895 12.236287 -1.254951</w:t>
        <w:br/>
        <w:t>v -1.577725 12.262836 -1.064239</w:t>
        <w:br/>
        <w:t>v 1.913249 11.233085 1.143094</w:t>
        <w:br/>
        <w:t>v 1.988305 11.220948 1.150159</w:t>
        <w:br/>
        <w:t>v 2.112746 11.249576 1.141408</w:t>
        <w:br/>
        <w:t>v 2.173134 11.267261 1.114182</w:t>
        <w:br/>
        <w:t>v 2.712546 8.582000 -2.027869</w:t>
        <w:br/>
        <w:t>v 2.406939 8.572476 -2.168106</w:t>
        <w:br/>
        <w:t>v 2.478961 8.343098 -2.296328</w:t>
        <w:br/>
        <w:t>v 2.810427 8.393345 -2.141267</w:t>
        <w:br/>
        <w:t>v 2.537102 8.934048 -1.867115</w:t>
        <w:br/>
        <w:t>v 2.289669 8.927871 -2.006060</w:t>
        <w:br/>
        <w:t>v 1.960145 8.793505 -2.100175</w:t>
        <w:br/>
        <w:t>v 1.829036 8.766519 -2.101129</w:t>
        <w:br/>
        <w:t>v 1.837067 8.379390 -2.222838</w:t>
        <w:br/>
        <w:t>v 2.021295 8.456612 -2.242729</w:t>
        <w:br/>
        <w:t>v 1.836158 8.037024 -2.333667</w:t>
        <w:br/>
        <w:t>v 2.070000 8.187055 -2.393661</w:t>
        <w:br/>
        <w:t>v 1.667760 7.567494 -2.412718</w:t>
        <w:br/>
        <w:t>v 1.879007 7.704294 -2.469035</w:t>
        <w:br/>
        <w:t>v 2.025588 7.817629 -2.537404</w:t>
        <w:br/>
        <w:t>v 2.128934 7.886311 -2.569742</w:t>
        <w:br/>
        <w:t>v 2.445666 8.053864 -2.546229</w:t>
        <w:br/>
        <w:t>v 2.614271 8.133673 -2.489362</w:t>
        <w:br/>
        <w:t>v 1.474003 8.263290 -2.197101</w:t>
        <w:br/>
        <w:t>v 1.476894 7.836794 -2.349620</w:t>
        <w:br/>
        <w:t>v 2.115012 9.547588 -1.778322</w:t>
        <w:br/>
        <w:t>v 1.826200 9.466905 -1.879484</w:t>
        <w:br/>
        <w:t>v 2.065470 8.838727 -2.071449</w:t>
        <w:br/>
        <w:t>v 2.734255 8.199026 -2.384284</w:t>
        <w:br/>
        <w:t>v 2.810427 8.393345 -2.141267</w:t>
        <w:br/>
        <w:t>v 2.900870 8.272685 -2.143572</w:t>
        <w:br/>
        <w:t>v 2.814539 8.348255 -1.897068</w:t>
        <w:br/>
        <w:t>v -2.322036 8.904045 -0.356677</w:t>
        <w:br/>
        <w:t>v -2.295926 9.280582 -0.401015</w:t>
        <w:br/>
        <w:t>v -2.266484 9.281503 -0.338589</w:t>
        <w:br/>
        <w:t>v -2.369861 8.775401 -0.470016</w:t>
        <w:br/>
        <w:t>v -2.356595 8.778320 -0.419125</w:t>
        <w:br/>
        <w:t>v 2.148102 10.270279 -1.474250</w:t>
        <w:br/>
        <w:t>v 0.863297 14.643047 -0.026409</w:t>
        <w:br/>
        <w:t>v 0.688520 14.641294 -0.201285</w:t>
        <w:br/>
        <w:t>v 0.665851 14.412638 -0.230470</w:t>
        <w:br/>
        <w:t>v -0.153986 14.631454 -0.354385</w:t>
        <w:br/>
        <w:t>v 0.005210 14.396328 -0.367800</w:t>
        <w:br/>
        <w:t>v 0.016705 14.628405 -0.353426</w:t>
        <w:br/>
        <w:t>v -0.425575 14.639339 -0.314736</w:t>
        <w:br/>
        <w:t>v -0.815956 14.544083 1.004344</w:t>
        <w:br/>
        <w:t>v -0.627245 14.535172 1.230145</w:t>
        <w:br/>
        <w:t>v -0.627245 14.535172 1.230145</w:t>
        <w:br/>
        <w:t>v 1.758099 12.510804 0.659437</w:t>
        <w:br/>
        <w:t>v 1.618889 12.913654 0.617559</w:t>
        <w:br/>
        <w:t>v -0.289552 11.935338 1.727967</w:t>
        <w:br/>
        <w:t>v 0.532312 14.409185 -0.308124</w:t>
        <w:br/>
        <w:t>v 0.278881 14.396690 -0.351541</w:t>
        <w:br/>
        <w:t>v -1.050849 10.603976 1.980644</w:t>
        <w:br/>
        <w:t>v -0.992478 10.589093 1.967420</w:t>
        <w:br/>
        <w:t>v -0.943971 10.579288 1.921063</w:t>
        <w:br/>
        <w:t>v -0.892167 10.385825 1.680385</w:t>
        <w:br/>
        <w:t>v -0.925379 10.386619 1.574565</w:t>
        <w:br/>
        <w:t>v -0.890380 10.553487 1.648210</w:t>
        <w:br/>
        <w:t>v -0.696962 14.652536 -0.212582</w:t>
        <w:br/>
        <w:t>v 1.117573 12.457244 1.265319</w:t>
        <w:br/>
        <w:t>v 1.523456 9.370783 -1.906281</w:t>
        <w:br/>
        <w:t>v 1.423016 10.021215 -1.734629</w:t>
        <w:br/>
        <w:t>v 1.180622 10.024825 -1.934028</w:t>
        <w:br/>
        <w:t>v 1.229963 9.341864 -2.130622</w:t>
        <w:br/>
        <w:t>v 1.391137 10.698886 -1.555981</w:t>
        <w:br/>
        <w:t>v 1.203635 10.678976 -1.733703</w:t>
        <w:br/>
        <w:t>v 1.731626 10.118176 -1.677642</w:t>
        <w:br/>
        <w:t>v 1.625076 10.768164 -1.506618</w:t>
        <w:br/>
        <w:t>v 1.854954 10.809992 -1.436733</w:t>
        <w:br/>
        <w:t>v 1.961775 10.213874 -1.585535</w:t>
        <w:br/>
        <w:t>v 1.329119 11.918198 1.703253</w:t>
        <w:br/>
        <w:t>v -1.646194 12.954901 0.344612</w:t>
        <w:br/>
        <w:t>v -1.605062 12.956358 0.460951</w:t>
        <w:br/>
        <w:t>v -1.776157 12.580185 0.423748</w:t>
        <w:br/>
        <w:t>v -1.785972 12.593658 0.284433</w:t>
        <w:br/>
        <w:t>v -2.168536 8.240912 -1.599400</w:t>
        <w:br/>
        <w:t>v -2.137720 8.022933 -1.642536</w:t>
        <w:br/>
        <w:t>v -2.095356 8.223027 -1.625040</w:t>
        <w:br/>
        <w:t>v 0.505217 14.635572 -0.288293</w:t>
        <w:br/>
        <w:t>v 0.274642 14.629099 -0.332603</w:t>
        <w:br/>
        <w:t>v 0.853496 11.199384 -1.642625</w:t>
        <w:br/>
        <w:t>v 0.454557 11.209178 -1.687886</w:t>
        <w:br/>
        <w:t>v 0.565100 10.658397 -1.811090</w:t>
        <w:br/>
        <w:t>v 0.927475 10.621819 -1.792565</w:t>
        <w:br/>
        <w:t>v 0.702154 9.924011 -1.996230</w:t>
        <w:br/>
        <w:t>v 0.823481 9.251364 -2.162972</w:t>
        <w:br/>
        <w:t>v -2.897135 8.562654 -0.933694</w:t>
        <w:br/>
        <w:t>v -2.902616 8.559151 -0.870440</w:t>
        <w:br/>
        <w:t>v -2.986640 8.422097 -0.887455</w:t>
        <w:br/>
        <w:t>v -2.989960 8.426527 -0.954940</w:t>
        <w:br/>
        <w:t>v -2.911656 8.370075 -1.260803</w:t>
        <w:br/>
        <w:t>v -2.829556 8.532207 -1.226595</w:t>
        <w:br/>
        <w:t>v -2.841508 8.542605 -1.156742</w:t>
        <w:br/>
        <w:t>v -2.935188 8.394144 -1.184610</w:t>
        <w:br/>
        <w:t>v -0.978761 8.579792 -2.347496</w:t>
        <w:br/>
        <w:t>v -0.814416 9.342588 -2.131501</w:t>
        <w:br/>
        <w:t>v -1.919438 8.270548 -2.247073</w:t>
        <w:br/>
        <w:t>v -1.439394 8.047995 -2.462888</w:t>
        <w:br/>
        <w:t>v -1.476850 7.570670 -2.643101</w:t>
        <w:br/>
        <w:t>v -1.849229 7.769267 -2.471176</w:t>
        <w:br/>
        <w:t>v -1.110417 7.880088 -2.577067</w:t>
        <w:br/>
        <w:t>v -1.063998 8.248395 -2.438069</w:t>
        <w:br/>
        <w:t>v -1.171048 7.469415 -2.739260</w:t>
        <w:br/>
        <w:t>v -2.053520 8.213114 -1.651187</w:t>
        <w:br/>
        <w:t>v -2.019116 8.370137 -1.698295</w:t>
        <w:br/>
        <w:t>v -2.050892 8.406548 -1.611758</w:t>
        <w:br/>
        <w:t>v -2.624254 8.744011 -0.589637</w:t>
        <w:br/>
        <w:t>v -2.047679 8.354219 -1.779152</w:t>
        <w:br/>
        <w:t>v 1.286623 8.245672 -2.411019</w:t>
        <w:br/>
        <w:t>v 1.274851 8.692276 -2.297946</w:t>
        <w:br/>
        <w:t>v 0.936569 8.621819 -2.322905</w:t>
        <w:br/>
        <w:t>v 1.072690 8.233740 -2.420155</w:t>
        <w:br/>
        <w:t>v 1.131225 7.703935 -2.627792</w:t>
        <w:br/>
        <w:t>v 1.297727 7.780456 -2.578339</w:t>
        <w:br/>
        <w:t>v 1.155528 7.375548 -2.761496</w:t>
        <w:br/>
        <w:t>v 1.166606 7.201774 -2.817454</w:t>
        <w:br/>
        <w:t>v 1.277684 7.252361 -2.785578</w:t>
        <w:br/>
        <w:t>v 1.305756 7.390840 -2.731318</w:t>
        <w:br/>
        <w:t>v 1.525227 8.709939 -2.074771</w:t>
        <w:br/>
        <w:t>v 1.407577 7.809708 -2.459062</w:t>
        <w:br/>
        <w:t>v 1.422343 7.441385 -2.583048</w:t>
        <w:br/>
        <w:t>v 1.460613 7.446798 -2.502056</w:t>
        <w:br/>
        <w:t>v 1.476894 7.836794 -2.349620</w:t>
        <w:br/>
        <w:t>v 0.918009 14.339447 0.932595</w:t>
        <w:br/>
        <w:t>v 0.910600 14.541777 0.931311</w:t>
        <w:br/>
        <w:t>v 1.073560 13.424353 0.969137</w:t>
        <w:br/>
        <w:t>v 1.035988 13.680684 0.929877</w:t>
        <w:br/>
        <w:t>v -0.334723 11.305452 1.827083</w:t>
        <w:br/>
        <w:t>v -0.453429 11.134724 1.891812</w:t>
        <w:br/>
        <w:t>v -0.579719 11.199883 1.936723</w:t>
        <w:br/>
        <w:t>v 0.669282 11.665533 1.830023</w:t>
        <w:br/>
        <w:t>v 0.617999 11.673651 1.801582</w:t>
        <w:br/>
        <w:t>v 0.604147 11.808821 1.715703</w:t>
        <w:br/>
        <w:t>v 0.669282 11.665533 1.830023</w:t>
        <w:br/>
        <w:t>v 0.604147 11.808821 1.715703</w:t>
        <w:br/>
        <w:t>v 0.585044 11.746576 1.847003</w:t>
        <w:br/>
        <w:t>v 0.384844 11.859822 1.934181</w:t>
        <w:br/>
        <w:t>v 0.369973 11.828418 1.883078</w:t>
        <w:br/>
        <w:t>v 0.386746 11.891242 1.846483</w:t>
        <w:br/>
        <w:t>v 0.405281 11.924353 1.899541</w:t>
        <w:br/>
        <w:t>v 1.216064 11.768654 1.458165</w:t>
        <w:br/>
        <w:t>v 1.217723 11.862903 1.414416</w:t>
        <w:br/>
        <w:t>v 1.270995 11.730743 1.454546</w:t>
        <w:br/>
        <w:t>v 1.415815 11.554916 1.515371</w:t>
        <w:br/>
        <w:t>v 1.327731 11.702719 1.433693</w:t>
        <w:br/>
        <w:t>v 1.322040 11.802908 1.385780</w:t>
        <w:br/>
        <w:t>v 1.384632 11.774030 1.406429</w:t>
        <w:br/>
        <w:t>v 1.195912 12.186018 1.275158</w:t>
        <w:br/>
        <w:t>v 1.180890 11.870826 1.491530</w:t>
        <w:br/>
        <w:t>v 1.146862 12.205991 1.399614</w:t>
        <w:br/>
        <w:t>v 2.132710 10.770617 -0.533932</w:t>
        <w:br/>
        <w:t>v 2.029534 11.266443 -0.434664</w:t>
        <w:br/>
        <w:t>v 2.010543 11.274079 -0.527807</w:t>
        <w:br/>
        <w:t>v 2.116467 10.769131 -0.633094</w:t>
        <w:br/>
        <w:t>v -1.323626 10.712249 1.833722</w:t>
        <w:br/>
        <w:t>v -1.379802 10.539340 1.878348</w:t>
        <w:br/>
        <w:t>v -1.451867 10.841664 2.143201</w:t>
        <w:br/>
        <w:t>v -1.031849 10.164404 1.503295</w:t>
        <w:br/>
        <w:t>v -1.060130 10.334332 1.490542</w:t>
        <w:br/>
        <w:t>v 2.605474 8.656793 -1.620117</w:t>
        <w:br/>
        <w:t>v 2.369538 9.292831 -1.247510</w:t>
        <w:br/>
        <w:t>v 2.406636 8.920393 -1.315107</w:t>
        <w:br/>
        <w:t>v 2.372268 9.031663 -1.257404</w:t>
        <w:br/>
        <w:t>v 2.363988 9.261870 -1.185807</w:t>
        <w:br/>
        <w:t>v 2.093697 11.309645 0.661010</w:t>
        <w:br/>
        <w:t>v 2.012027 11.543244 0.638536</w:t>
        <w:br/>
        <w:t>v 1.994127 11.547915 0.539159</w:t>
        <w:br/>
        <w:t>v 2.062401 11.270236 0.579798</w:t>
        <w:br/>
        <w:t>v -2.150860 10.171228 0.990400</w:t>
        <w:br/>
        <w:t>v -2.287551 9.743753 0.905886</w:t>
        <w:br/>
        <w:t>v -2.199618 10.184662 0.854061</w:t>
        <w:br/>
        <w:t>v -2.643666 8.504285 -0.621064</w:t>
        <w:br/>
        <w:t>v -2.692980 8.388461 -0.640659</w:t>
        <w:br/>
        <w:t>v -2.748417 8.390556 -0.646116</w:t>
        <w:br/>
        <w:t>v -2.698097 8.499594 -0.626668</w:t>
        <w:br/>
        <w:t>v -2.471389 8.517354 -0.549973</w:t>
        <w:br/>
        <w:t>v -2.446301 8.524652 -0.506166</w:t>
        <w:br/>
        <w:t>v -2.517027 8.323145 -0.547474</w:t>
        <w:br/>
        <w:t>v -2.533100 8.330067 -0.578651</w:t>
        <w:br/>
        <w:t>v -2.255784 9.270545 0.206574</w:t>
        <w:br/>
        <w:t>v -2.299951 9.195362 0.144367</w:t>
        <w:br/>
        <w:t>v -2.258445 9.460801 0.147535</w:t>
        <w:br/>
        <w:t>v -2.226004 9.496974 0.212665</w:t>
        <w:br/>
        <w:t>v 0.772151 12.298481 1.646673</w:t>
        <w:br/>
        <w:t>v 0.653529 12.276650 1.719210</w:t>
        <w:br/>
        <w:t>v 2.049567 11.226717 1.154851</w:t>
        <w:br/>
        <w:t>v 2.967489 8.196591 -2.394814</w:t>
        <w:br/>
        <w:t>v 2.846763 8.248847 -2.279852</w:t>
        <w:br/>
        <w:t>v 2.905476 8.182580 -2.461959</w:t>
        <w:br/>
        <w:t>v -2.187654 7.680345 -2.226901</w:t>
        <w:br/>
        <w:t>v -2.185599 7.823512 -2.165656</w:t>
        <w:br/>
        <w:t>v -2.150269 7.810987 -2.058537</w:t>
        <w:br/>
        <w:t>v -2.154954 7.760210 -2.078627</w:t>
        <w:br/>
        <w:t>v 2.221273 7.943619 -2.571938</w:t>
        <w:br/>
        <w:t>v 2.167912 7.785839 -2.639696</w:t>
        <w:br/>
        <w:t>v 2.305821 7.811845 -2.683742</w:t>
        <w:br/>
        <w:t>v 1.714823 7.481659 -2.447937</w:t>
        <w:br/>
        <w:t>v 1.749973 7.418107 -2.470983</w:t>
        <w:br/>
        <w:t>v 1.832122 7.458332 -2.507242</w:t>
        <w:br/>
        <w:t>v 1.852865 7.566234 -2.492476</w:t>
        <w:br/>
        <w:t>v 2.066810 7.718876 -2.604301</w:t>
        <w:br/>
        <w:t>v 2.089832 7.664838 -2.638666</w:t>
        <w:br/>
        <w:t>v 2.193206 7.719873 -2.683471</w:t>
        <w:br/>
        <w:t>v -1.566303 7.375597 -2.691434</w:t>
        <w:br/>
        <w:t>v -1.540043 7.445832 -2.679250</w:t>
        <w:br/>
        <w:t>v -1.703120 7.499297 -2.623874</w:t>
        <w:br/>
        <w:t>v -1.707169 7.364481 -2.672979</w:t>
        <w:br/>
        <w:t>v -2.848725 8.386889 -0.663645</w:t>
        <w:br/>
        <w:t>v -2.913626 8.397655 -0.694373</w:t>
        <w:br/>
        <w:t>v -2.817799 8.299324 -1.420669</w:t>
        <w:br/>
        <w:t>v -2.876637 8.340993 -1.330704</w:t>
        <w:br/>
        <w:t>v -2.945246 8.209384 -1.386411</w:t>
        <w:br/>
        <w:t>v -2.899084 8.165291 -1.471074</w:t>
        <w:br/>
        <w:t>v -1.401325 7.304874 -2.755377</w:t>
        <w:br/>
        <w:t>v -1.197105 7.313215 -2.788425</w:t>
        <w:br/>
        <w:t>v 1.531544 7.478936 -2.437958</w:t>
        <w:br/>
        <w:t>v 1.507979 7.346261 -2.481447</w:t>
        <w:br/>
        <w:t>v 1.577628 7.386268 -2.442946</w:t>
        <w:br/>
        <w:t>v 1.382363 7.304453 -2.727048</w:t>
        <w:br/>
        <w:t>v 0.587009 11.581365 1.830021</w:t>
        <w:br/>
        <w:t>v 0.527289 11.554864 1.803371</w:t>
        <w:br/>
        <w:t>v 0.529075 11.653324 1.741872</w:t>
        <w:br/>
        <w:t>v 0.381731 11.608619 1.726026</w:t>
        <w:br/>
        <w:t>v 0.399539 11.513234 1.755228</w:t>
        <w:br/>
        <w:t>v -0.224859 11.261202 1.831587</w:t>
        <w:br/>
        <w:t>v -0.224490 11.361629 1.801215</w:t>
        <w:br/>
        <w:t>v -0.104849 11.305973 1.807912</w:t>
        <w:br/>
        <w:t>v -0.750496 10.982337 2.060565</w:t>
        <w:br/>
        <w:t>v -0.733825 11.146680 2.007915</w:t>
        <w:br/>
        <w:t>v -0.631131 11.032210 1.994997</w:t>
        <w:br/>
        <w:t>v -1.410771 10.426527 1.903991</w:t>
        <w:br/>
        <w:t>v -1.326397 10.396962 1.913183</w:t>
        <w:br/>
        <w:t>v -1.219087 10.408317 1.966931</w:t>
        <w:br/>
        <w:t>v -1.086247 10.428417 2.016505</w:t>
        <w:br/>
        <w:t>v -1.112332 10.294470 2.042103</w:t>
        <w:br/>
        <w:t>v -1.057969 10.300479 2.038488</w:t>
        <w:br/>
        <w:t>v -1.034260 10.415314 2.005937</w:t>
        <w:br/>
        <w:t>v -0.995266 10.338722 1.998618</w:t>
        <w:br/>
        <w:t>v -0.980234 10.404377 1.968890</w:t>
        <w:br/>
        <w:t>v -0.925927 10.390211 1.897638</w:t>
        <w:br/>
        <w:t>v -0.947873 10.280929 1.932231</w:t>
        <w:br/>
        <w:t>v -0.898402 10.247750 1.813702</w:t>
        <w:br/>
        <w:t>v -0.889899 10.384734 1.779104</w:t>
        <w:br/>
        <w:t>v -0.911775 10.303362 1.587781</w:t>
        <w:br/>
        <w:t>v -0.897940 10.253649 1.707315</w:t>
        <w:br/>
        <w:t>v -1.421851 10.070574 1.419059</w:t>
        <w:br/>
        <w:t>v -1.480504 10.087420 1.400735</w:t>
        <w:br/>
        <w:t>v -1.428045 10.167435 1.400186</w:t>
        <w:br/>
        <w:t>v -2.148113 9.736015 1.118712</w:t>
        <w:br/>
        <w:t>v -2.244119 9.663668 1.019275</w:t>
        <w:br/>
        <w:t>v -2.229089 9.777880 1.012256</w:t>
        <w:br/>
        <w:t>v -2.131449 9.819943 1.118275</w:t>
        <w:br/>
        <w:t>v -2.300767 9.747031 0.842572</w:t>
        <w:br/>
        <w:t>v -2.306073 9.627895 0.913305</w:t>
        <w:br/>
        <w:t>v -2.323969 9.633197 0.834216</w:t>
        <w:br/>
        <w:t>v -2.343729 9.616906 0.667805</w:t>
        <w:br/>
        <w:t>v -2.259516 9.591612 0.504848</w:t>
        <w:br/>
        <w:t>v -2.197582 9.492435 0.483261</w:t>
        <w:br/>
        <w:t>v -2.184694 9.663310 0.480495</w:t>
        <w:br/>
        <w:t>v -2.237125 9.686130 0.515751</w:t>
        <w:br/>
        <w:t>v -2.308106 9.379142 0.006524</w:t>
        <w:br/>
        <w:t>v -2.330580 9.178090 0.074573</w:t>
        <w:br/>
        <w:t>v -2.344805 9.161814 -0.017023</w:t>
        <w:br/>
        <w:t>v -2.410616 8.539863 -0.422380</w:t>
        <w:br/>
        <w:t>v -2.395334 8.573515 -0.362487</w:t>
        <w:br/>
        <w:t>v -2.393277 8.772849 -0.506113</w:t>
        <w:br/>
        <w:t>v -2.751381 8.382078 -0.646383</w:t>
        <w:br/>
        <w:t>v -2.720695 8.326729 -0.652230</w:t>
        <w:br/>
        <w:t>v -2.874765 8.312486 -0.673808</w:t>
        <w:br/>
        <w:t>v -2.931806 8.347039 -0.700420</w:t>
        <w:br/>
        <w:t>v -2.972021 8.420898 -0.753878</w:t>
        <w:br/>
        <w:t>v -2.983023 8.397429 -0.752896</w:t>
        <w:br/>
        <w:t>v -2.848589 8.113885 -1.534919</w:t>
        <w:br/>
        <w:t>v -2.908339 7.989854 -1.598841</w:t>
        <w:br/>
        <w:t>v -2.758358 7.953373 -1.660704</w:t>
        <w:br/>
        <w:t>v -2.711128 8.068591 -1.604247</w:t>
        <w:br/>
        <w:t>v -2.399783 7.757535 -1.709919</w:t>
        <w:br/>
        <w:t>v -2.258894 7.690104 -1.702444</w:t>
        <w:br/>
        <w:t>v -2.243824 7.860290 -1.664065</w:t>
        <w:br/>
        <w:t>v -2.370898 7.932751 -1.655060</w:t>
        <w:br/>
        <w:t>v -2.135603 7.803707 -1.695598</w:t>
        <w:br/>
        <w:t>v -2.125661 7.707845 -1.726488</w:t>
        <w:br/>
        <w:t>v -2.014642 7.769003 -1.802939</w:t>
        <w:br/>
        <w:t>v -2.000160 7.759899 -1.851916</w:t>
        <w:br/>
        <w:t>v -2.009784 7.962640 -1.781809</w:t>
        <w:br/>
        <w:t>v -1.408224 7.202843 -2.794583</w:t>
        <w:br/>
        <w:t>v -1.316941 7.187695 -2.820227</w:t>
        <w:br/>
        <w:t>v 1.233709 7.179248 -2.830794</w:t>
        <w:br/>
        <w:t>v 1.299796 7.184876 -2.810085</w:t>
        <w:br/>
        <w:t>v 1.356262 7.224424 -2.776312</w:t>
        <w:br/>
        <w:t>v 1.397449 7.258339 -2.744335</w:t>
        <w:br/>
        <w:t>v 1.429502 7.268032 -2.703764</w:t>
        <w:br/>
        <w:t>v 1.417791 7.317216 -2.683693</w:t>
        <w:br/>
        <w:t>v 1.442965 7.268712 -2.652305</w:t>
        <w:br/>
        <w:t>v 1.430917 7.331689 -2.628789</w:t>
        <w:br/>
        <w:t>v 1.439670 7.334132 -2.577023</w:t>
        <w:br/>
        <w:t>v 1.439790 7.284600 -2.591075</w:t>
        <w:br/>
        <w:t>v 1.459663 7.330216 -2.533626</w:t>
        <w:br/>
        <w:t>v 1.458392 7.261715 -2.562386</w:t>
        <w:br/>
        <w:t>v 1.497071 7.242093 -2.520767</w:t>
        <w:br/>
        <w:t>v 1.565024 7.269781 -2.482021</w:t>
        <w:br/>
        <w:t>v 1.627874 7.329002 -2.458046</w:t>
        <w:br/>
        <w:t>v 1.672144 7.448284 -2.432311</w:t>
        <w:br/>
        <w:t>v 1.673539 7.407492 -2.435854</w:t>
        <w:br/>
        <w:t>v 1.907123 7.529883 -2.544750</w:t>
        <w:br/>
        <w:t>v 1.896862 7.590952 -2.519803</w:t>
        <w:br/>
        <w:t>v 2.675366 8.033268 -2.657367</w:t>
        <w:br/>
        <w:t>v 2.754319 8.099357 -2.598774</w:t>
        <w:br/>
        <w:t>v 2.194312 10.110376 -0.687031</w:t>
        <w:br/>
        <w:t>v 2.183305 10.026652 -0.758912</w:t>
        <w:br/>
        <w:t>v 2.248078 9.764413 -0.769498</w:t>
        <w:br/>
        <w:t>v 2.256299 9.858214 -0.692720</w:t>
        <w:br/>
        <w:t>v 2.178316 10.316303 -0.698726</w:t>
        <w:br/>
        <w:t>v 2.227995 10.133085 -0.618873</w:t>
        <w:br/>
        <w:t>v 2.201550 10.316045 -0.600593</w:t>
        <w:br/>
        <w:t>v 2.300529 10.313760 -0.535460</w:t>
        <w:br/>
        <w:t>v 2.272901 10.126265 -0.576972</w:t>
        <w:br/>
        <w:t>v 2.376085 10.293404 -0.461281</w:t>
        <w:br/>
        <w:t>v 2.431088 10.309307 -0.333963</w:t>
        <w:br/>
        <w:t>v 2.377369 10.431915 -0.319405</w:t>
        <w:br/>
        <w:t>v 2.345329 10.381490 -0.438760</w:t>
        <w:br/>
        <w:t>v 2.436137 10.359614 -0.206278</w:t>
        <w:br/>
        <w:t>v 2.391202 10.466215 -0.192312</w:t>
        <w:br/>
        <w:t>v 2.387922 10.455246 0.176976</w:t>
        <w:br/>
        <w:t>v 2.344200 10.525993 0.288565</w:t>
        <w:br/>
        <w:t>v 2.301828 10.633248 0.280997</w:t>
        <w:br/>
        <w:t>v 2.345225 10.585672 0.174916</w:t>
        <w:br/>
        <w:t>v 2.093357 10.998363 0.610587</w:t>
        <w:br/>
        <w:t>v 2.123459 10.999343 0.646683</w:t>
        <w:br/>
        <w:t>v 2.203099 11.023237 0.704852</w:t>
        <w:br/>
        <w:t>v 2.145499 11.160546 0.678969</w:t>
        <w:br/>
        <w:t>v 2.274242 11.105356 0.735977</w:t>
        <w:br/>
        <w:t>v 2.366076 11.243609 0.888163</w:t>
        <w:br/>
        <w:t>v 2.339381 11.246139 0.996819</w:t>
        <w:br/>
        <w:t>v 2.256268 11.297565 0.956962</w:t>
        <w:br/>
        <w:t>v 2.261479 11.302585 0.868456</w:t>
        <w:br/>
        <w:t>v 2.152166 11.187666 1.184385</w:t>
        <w:br/>
        <w:t>v 2.011478 11.169488 1.183341</w:t>
        <w:br/>
        <w:t>v 1.926393 11.196302 1.159924</w:t>
        <w:br/>
        <w:t>v 1.893251 11.189089 1.203133</w:t>
        <w:br/>
        <w:t>v 1.853776 11.212473 1.252912</w:t>
        <w:br/>
        <w:t>v 1.805273 11.325498 1.235942</w:t>
        <w:br/>
        <w:t>v 1.813892 11.274312 1.282439</w:t>
        <w:br/>
        <w:t>v 1.782041 11.366533 1.282783</w:t>
        <w:br/>
        <w:t>v 1.742734 11.653387 1.174712</w:t>
        <w:br/>
        <w:t>v 1.811607 11.372418 1.353669</w:t>
        <w:br/>
        <w:t>v 1.765185 11.648704 1.257251</w:t>
        <w:br/>
        <w:t>v 1.832529 11.386838 1.409914</w:t>
        <w:br/>
        <w:t>v 1.836884 11.407956 1.448329</w:t>
        <w:br/>
        <w:t>v 1.762089 11.686707 1.305703</w:t>
        <w:br/>
        <w:t>v 1.711724 11.714765 1.430515</w:t>
        <w:br/>
        <w:t>v 1.794601 11.398229 1.574433</w:t>
        <w:br/>
        <w:t>v 1.764181 11.388490 1.612691</w:t>
        <w:br/>
        <w:t>v 1.689302 11.709079 1.461708</w:t>
        <w:br/>
        <w:t>v 1.629739 11.436619 1.612036</w:t>
        <w:br/>
        <w:t>v 1.569290 11.715402 1.484407</w:t>
        <w:br/>
        <w:t>v 1.629314 11.710201 1.481722</w:t>
        <w:br/>
        <w:t>v 1.710434 11.389157 1.627104</w:t>
        <w:br/>
        <w:t>v 1.192521 11.801051 1.471897</w:t>
        <w:br/>
        <w:t>v 1.175233 11.846058 1.499952</w:t>
        <w:br/>
        <w:t>v 1.191504 11.810690 1.539787</w:t>
        <w:br/>
        <w:t>v 1.212703 11.802098 1.605125</w:t>
        <w:br/>
        <w:t>v 1.237038 11.820511 1.640575</w:t>
        <w:br/>
        <w:t>v 1.270934 11.851814 1.658078</w:t>
        <w:br/>
        <w:t>v 1.315374 11.826442 1.702315</w:t>
        <w:br/>
        <w:t>v 1.332825 12.012689 1.770788</w:t>
        <w:br/>
        <w:t>v 1.370281 11.820333 1.787686</w:t>
        <w:br/>
        <w:t>v 1.377925 11.880651 1.874722</w:t>
        <w:br/>
        <w:t>v 1.356315 11.936994 1.868315</w:t>
        <w:br/>
        <w:t>v 1.313723 11.970361 1.877484</w:t>
        <w:br/>
        <w:t>v 1.240700 12.078239 1.787817</w:t>
        <w:br/>
        <w:t>v 1.259820 12.000738 1.862784</w:t>
        <w:br/>
        <w:t>v 1.205883 12.044673 1.799543</w:t>
        <w:br/>
        <w:t>v 0.556214 12.135058 1.842963</w:t>
        <w:br/>
        <w:t>v 0.554484 12.017832 1.917653</w:t>
        <w:br/>
        <w:t>v 0.471820 11.977091 1.914586</w:t>
        <w:br/>
        <w:t>v 0.489505 12.076754 1.851607</w:t>
        <w:br/>
        <w:t>v 0.546489 11.970298 1.964271</w:t>
        <w:br/>
        <w:t>v 0.447555 11.911621 1.961054</w:t>
        <w:br/>
        <w:t>v 0.444201 11.775004 1.918736</w:t>
        <w:br/>
        <w:t>v 0.526946 11.734925 1.903506</w:t>
        <w:br/>
        <w:t>v 0.483021 11.774330 1.870955</w:t>
        <w:br/>
        <w:t>v 0.594826 11.712536 1.872053</w:t>
        <w:br/>
        <w:t>v 2.206149 11.231894 1.145563</w:t>
        <w:br/>
        <w:t>v 2.889314 8.267784 -2.027136</w:t>
        <w:br/>
        <w:t>v 2.911094 8.201116 -1.984905</w:t>
        <w:br/>
        <w:t>v 2.870682 8.227672 -1.922330</w:t>
        <w:br/>
        <w:t>v 2.488095 8.811893 -1.472512</w:t>
        <w:br/>
        <w:t>v 2.527318 8.631351 -1.522328</w:t>
        <w:br/>
        <w:t>v 0.623329 11.605791 1.840500</w:t>
        <w:br/>
        <w:t>v -0.031291 11.336882 1.796464</w:t>
        <w:br/>
        <w:t>v -2.358364 8.675524 -0.318286</w:t>
        <w:br/>
        <w:t>v 1.398451 7.432537 -2.641230</w:t>
        <w:br/>
        <w:t>v 1.228078 12.259600 1.586372</w:t>
        <w:br/>
        <w:t>v -2.808609 8.328934 -0.656827</w:t>
        <w:br/>
        <w:t>v -2.794947 8.387411 -0.649186</w:t>
        <w:br/>
        <w:t>v -2.338703 9.654681 0.744934</w:t>
        <w:br/>
        <w:t>v -2.309616 9.751110 0.762695</w:t>
        <w:br/>
        <w:t>v -2.034764 7.711710 -1.769149</w:t>
        <w:br/>
        <w:t>v -2.013036 7.637041 -1.965347</w:t>
        <w:br/>
        <w:t>v -2.019051 7.738938 -1.937563</w:t>
        <w:br/>
        <w:t>v -1.988130 7.638022 -1.887505</w:t>
        <w:br/>
        <w:t>v -3.051972 8.327058 -1.042424</w:t>
        <w:br/>
        <w:t>v -2.977339 8.421233 -1.011022</w:t>
        <w:br/>
        <w:t>v -3.067490 8.316265 -0.983965</w:t>
        <w:br/>
        <w:t>v -3.074546 8.315080 -0.890401</w:t>
        <w:br/>
        <w:t>v -2.421048 8.534401 -0.462304</w:t>
        <w:br/>
        <w:t>v -1.483825 7.264921 -2.755700</w:t>
        <w:br/>
        <w:t>v -1.218025 7.198138 -2.830644</w:t>
        <w:br/>
        <w:t>v 2.550271 7.969359 -2.673800</w:t>
        <w:br/>
        <w:t>v 2.845080 8.246382 -1.837662</w:t>
        <w:br/>
        <w:t>v 2.799200 8.284507 -1.771637</w:t>
        <w:br/>
        <w:t>v 2.796476 8.421759 -1.857480</w:t>
        <w:br/>
        <w:t>v 2.606568 8.499599 -1.593035</w:t>
        <w:br/>
        <w:t>v 2.661922 8.437040 -1.663321</w:t>
        <w:br/>
        <w:t>v 2.707889 8.411447 -1.701976</w:t>
        <w:br/>
        <w:t>v 0.549762 11.830856 1.749769</w:t>
        <w:br/>
        <w:t>v -1.639848 9.921155 1.380625</w:t>
        <w:br/>
        <w:t>v -1.712561 9.920005 1.339719</w:t>
        <w:br/>
        <w:t>v -1.714411 10.066472 1.315613</w:t>
        <w:br/>
        <w:t>v -1.569539 9.967239 1.400473</w:t>
        <w:br/>
        <w:t>v -0.759387 13.343890 1.313888</w:t>
        <w:br/>
        <w:t>v -0.840289 13.370753 1.260882</w:t>
        <w:br/>
        <w:t>v -1.790053 12.252337 -0.778362</w:t>
        <w:br/>
        <w:t>v -1.942375 12.222802 -0.402660</w:t>
        <w:br/>
        <w:t>v -0.720753 12.199290 -1.394933</w:t>
        <w:br/>
        <w:t>v -2.105475 11.757410 -0.277683</w:t>
        <w:br/>
        <w:t>v -1.988348 12.192560 -0.163430</w:t>
        <w:br/>
        <w:t>v 0.398552 11.864900 1.639319</w:t>
        <w:br/>
        <w:t>v 0.336185 11.707861 1.697307</w:t>
        <w:br/>
        <w:t>v -0.025322 11.642441 1.729784</w:t>
        <w:br/>
        <w:t>v -1.735103 12.560199 0.560155</w:t>
        <w:br/>
        <w:t>v -1.565452 12.962293 0.583422</w:t>
        <w:br/>
        <w:t>v -1.562690 12.919796 0.731458</w:t>
        <w:br/>
        <w:t>v -1.721145 12.521096 0.787327</w:t>
        <w:br/>
        <w:t>v -1.804522 12.596721 0.090653</w:t>
        <w:br/>
        <w:t>v -0.901154 12.786243 1.574522</w:t>
        <w:br/>
        <w:t>v -0.965510 12.424051 1.652316</w:t>
        <w:br/>
        <w:t>v -0.694879 12.331953 1.496688</w:t>
        <w:br/>
        <w:t>v -0.719433 12.308244 1.538460</w:t>
        <w:br/>
        <w:t>v -0.694879 12.331953 1.496688</w:t>
        <w:br/>
        <w:t>v -0.804328 12.354562 1.384301</w:t>
        <w:br/>
        <w:t>v -1.518348 12.464124 0.997710</w:t>
        <w:br/>
        <w:t>v -1.810946 12.658998 -0.040418</w:t>
        <w:br/>
        <w:t>v 0.499222 11.771755 1.676662</w:t>
        <w:br/>
        <w:t>v -1.992211 9.739594 1.238658</w:t>
        <w:br/>
        <w:t>v -2.057150 9.726077 1.193318</w:t>
        <w:br/>
        <w:t>v -2.062608 9.868120 1.166363</w:t>
        <w:br/>
        <w:t>v -1.945878 9.944981 1.235361</w:t>
        <w:br/>
        <w:t>v -2.158738 9.439248 0.445669</w:t>
        <w:br/>
        <w:t>v -2.159108 9.638654 0.446620</w:t>
        <w:br/>
        <w:t>v -2.364491 8.957416 -0.105799</w:t>
        <w:br/>
        <w:t>v -2.280640 9.286177 -0.186215</w:t>
        <w:br/>
        <w:t>v 0.426570 13.008931 1.424869</w:t>
        <w:br/>
        <w:t>v -0.715781 13.031167 1.376555</w:t>
        <w:br/>
        <w:t>v -0.661290 13.023503 1.371277</w:t>
        <w:br/>
        <w:t>v -0.744589 13.341200 1.336177</w:t>
        <w:br/>
        <w:t>v 2.366897 9.302069 -1.087972</w:t>
        <w:br/>
        <w:t>v 2.287485 9.801351 -1.001614</w:t>
        <w:br/>
        <w:t>v 2.153126 10.310401 -0.919311</w:t>
        <w:br/>
        <w:t>v 2.330592 9.547794 -1.636293</w:t>
        <w:br/>
        <w:t>v 2.365223 9.415022 -0.923404</w:t>
        <w:br/>
        <w:t>v 2.293936 9.552389 -0.835785</w:t>
        <w:br/>
        <w:t>v 2.289636 9.794692 -0.872009</w:t>
        <w:br/>
        <w:t>v 2.075310 10.765799 -0.852329</w:t>
        <w:br/>
        <w:t>v 2.062183 11.262277 -0.378536</w:t>
        <w:br/>
        <w:t>v 1.879640 11.698596 -0.603311</w:t>
        <w:br/>
        <w:t>v 2.046574 11.561708 0.298232</w:t>
        <w:br/>
        <w:t>v 1.905825 12.010775 0.380450</w:t>
        <w:br/>
        <w:t>v 1.743607 11.636991 1.131232</w:t>
        <w:br/>
        <w:t>v 1.688457 11.987520 1.044401</w:t>
        <w:br/>
        <w:t>v 1.351794 12.154548 1.251510</w:t>
        <w:br/>
        <w:t>v 1.010211 12.775568 1.297547</w:t>
        <w:br/>
        <w:t>v 0.460574 11.950261 1.734515</w:t>
        <w:br/>
        <w:t>v 0.565857 11.938336 1.668177</w:t>
        <w:br/>
        <w:t>v 0.525390 12.129270 1.629176</w:t>
        <w:br/>
        <w:t>v 0.453790 12.123352 1.681686</w:t>
        <w:br/>
        <w:t>v -1.421407 13.397012 -0.311578</w:t>
        <w:br/>
        <w:t>v -1.531345 13.306166 0.235957</w:t>
        <w:br/>
        <w:t>v -1.491172 13.350274 0.062212</w:t>
        <w:br/>
        <w:t>v -1.445669 13.241653 0.487739</w:t>
        <w:br/>
        <w:t>v 2.751006 8.342265 -1.727605</w:t>
        <w:br/>
        <w:t>v 2.172304 8.505460 -2.219062</w:t>
        <w:br/>
        <w:t>v 2.234003 8.257517 -2.365632</w:t>
        <w:br/>
        <w:t>v 1.134197 12.111113 1.730212</w:t>
        <w:br/>
        <w:t>v 1.169108 13.750738 0.715978</w:t>
        <w:br/>
        <w:t>v 1.152180 13.446618 0.880168</w:t>
        <w:br/>
        <w:t>v 1.823746 11.437623 1.489963</w:t>
        <w:br/>
        <w:t>v 1.748045 11.725873 1.354579</w:t>
        <w:br/>
        <w:t>v 0.565857 11.938336 1.668177</w:t>
        <w:br/>
        <w:t>v 0.553713 12.237967 1.790066</w:t>
        <w:br/>
        <w:t>v 0.512389 12.219280 1.777941</w:t>
        <w:br/>
        <w:t>v 0.415307 12.140579 1.747514</w:t>
        <w:br/>
        <w:t>v 0.459651 12.193886 1.779010</w:t>
        <w:br/>
        <w:t>v 0.437517 12.023751 1.845298</w:t>
        <w:br/>
        <w:t>v 0.401892 11.973673 1.803704</w:t>
        <w:br/>
        <w:t>v -0.855885 12.330447 1.485020</w:t>
        <w:br/>
        <w:t>v -0.885243 12.346210 1.487337</w:t>
        <w:br/>
        <w:t>v -0.859472 12.405346 1.701718</w:t>
        <w:br/>
        <w:t>v -0.965510 12.424051 1.652316</w:t>
        <w:br/>
        <w:t>v -0.747095 12.750358 1.350775</w:t>
        <w:br/>
        <w:t>v -1.035518 12.388583 1.316913</w:t>
        <w:br/>
        <w:t>v -1.290489 12.418276 1.233422</w:t>
        <w:br/>
        <w:t>v -0.783901 12.313457 1.506646</w:t>
        <w:br/>
        <w:t>v -1.611533 12.996651 0.213055</w:t>
        <w:br/>
        <w:t>v -0.641991 12.732407 1.435792</w:t>
        <w:br/>
        <w:t>v -0.661290 13.023503 1.371277</w:t>
        <w:br/>
        <w:t>v -0.641991 12.732407 1.435792</w:t>
        <w:br/>
        <w:t>v 0.525390 12.129270 1.629176</w:t>
        <w:br/>
        <w:t>v -0.460675 13.303937 -0.951244</w:t>
        <w:br/>
        <w:t>v -1.665887 13.016182 0.110788</w:t>
        <w:br/>
        <w:t>v 1.099982 13.703519 0.841983</w:t>
        <w:br/>
        <w:t>v -1.344500 13.563638 0.414233</w:t>
        <w:br/>
        <w:t>v -1.482626 13.279449 0.328269</w:t>
        <w:br/>
        <w:t>v 2.025187 10.851110 -1.342960</w:t>
        <w:br/>
        <w:t>v 1.228078 12.259600 1.586372</w:t>
        <w:br/>
        <w:t>v 2.311789 11.224063 0.770023</w:t>
        <w:br/>
        <w:t>v 2.230339 11.277807 0.768602</w:t>
        <w:br/>
        <w:t>v 2.191044 11.220409 0.733886</w:t>
        <w:br/>
        <w:t>v 1.121916 12.628024 -1.159427</w:t>
        <w:br/>
        <w:t>v 1.477734 12.649114 -0.932597</w:t>
        <w:br/>
        <w:t>v -0.442598 11.933977 1.770563</w:t>
        <w:br/>
        <w:t>v -0.312616 11.514169 1.772089</w:t>
        <w:br/>
        <w:t>v -0.510956 11.507566 1.856404</w:t>
        <w:br/>
        <w:t>v 0.401892 11.973673 1.803704</w:t>
        <w:br/>
        <w:t>v -0.542259 13.867725 1.320746</w:t>
        <w:br/>
        <w:t>v -2.886729 8.531516 -0.744785</w:t>
        <w:br/>
        <w:t>v -2.759279 8.751347 -0.709092</w:t>
        <w:br/>
        <w:t>v -2.771929 8.754834 -0.771403</w:t>
        <w:br/>
        <w:t>v -2.799305 8.761864 -0.887192</w:t>
        <w:br/>
        <w:t>v -2.153570 9.623794 0.409729</w:t>
        <w:br/>
        <w:t>v -2.162786 9.421675 0.386203</w:t>
        <w:br/>
        <w:t>v -2.336174 9.805438 -1.165225</w:t>
        <w:br/>
        <w:t>v -2.476261 9.206783 -1.247916</w:t>
        <w:br/>
        <w:t>v -3.008470 8.288868 -1.212042</w:t>
        <w:br/>
        <w:t>v -2.987021 8.249927 -1.309153</w:t>
        <w:br/>
        <w:t>v 1.046126 12.085581 1.716361</w:t>
        <w:br/>
        <w:t>v 1.034160 12.148240 1.676321</w:t>
        <w:br/>
        <w:t>v 1.078667 12.089680 1.722431</w:t>
        <w:br/>
        <w:t>v 0.967724 13.909258 0.924499</w:t>
        <w:br/>
        <w:t>v 0.925956 14.159204 0.926562</w:t>
        <w:br/>
        <w:t>v 1.013046 12.095352 1.705582</w:t>
        <w:br/>
        <w:t>v 0.965084 12.125359 1.694639</w:t>
        <w:br/>
        <w:t>v -0.544489 10.669355 -1.797001</w:t>
        <w:br/>
        <w:t>v -2.107152 10.946858 -1.027145</w:t>
        <w:br/>
        <w:t>v -0.675512 10.021932 -1.951563</w:t>
        <w:br/>
        <w:t>v -1.118950 10.087619 -1.912184</w:t>
        <w:br/>
        <w:t>v -1.584744 10.219085 -1.759742</w:t>
        <w:br/>
        <w:t>v -2.300970 10.411736 -0.918773</w:t>
        <w:br/>
        <w:t>v -2.219960 10.375618 -1.109690</w:t>
        <w:br/>
        <w:t>v -2.022404 11.130376 0.965888</w:t>
        <w:br/>
        <w:t>v -2.084854 10.672568 0.986158</w:t>
        <w:br/>
        <w:t>v -1.777905 10.663588 1.211204</w:t>
        <w:br/>
        <w:t>v -1.883231 11.124238 1.082748</w:t>
        <w:br/>
        <w:t>v -2.223142 9.965651 0.032689</w:t>
        <w:br/>
        <w:t>v -2.193768 9.974322 0.172272</w:t>
        <w:br/>
        <w:t>v -2.156677 10.110760 0.573395</w:t>
        <w:br/>
        <w:t>v -2.106016 10.608377 0.598760</w:t>
        <w:br/>
        <w:t>v -2.261841 9.284401 -0.307664</w:t>
        <w:br/>
        <w:t>v 0.051633 13.284241 1.413720</w:t>
        <w:br/>
        <w:t>v 1.089113 13.124531 1.069238</w:t>
        <w:br/>
        <w:t>v -0.382887 12.336029 1.703232</w:t>
        <w:br/>
        <w:t>v -0.694829 12.384058 1.729661</w:t>
        <w:br/>
        <w:t>v 1.882877 11.983474 0.470502</w:t>
        <w:br/>
        <w:t>v 1.904262 11.986547 0.558958</w:t>
        <w:br/>
        <w:t>v 1.901618 12.023529 0.725402</w:t>
        <w:br/>
        <w:t>v 1.610097 12.101865 1.308764</w:t>
        <w:br/>
        <w:t>v 1.665591 12.081578 1.251382</w:t>
        <w:br/>
        <w:t>v 1.466292 12.123256 1.270062</w:t>
        <w:br/>
        <w:t>v 1.270788 12.174269 1.241085</w:t>
        <w:br/>
        <w:t>v 1.694799 12.011481 1.139867</w:t>
        <w:br/>
        <w:t>v -2.106864 11.045292 0.471929</w:t>
        <w:br/>
        <w:t>v -2.085611 11.074278 0.617797</w:t>
        <w:br/>
        <w:t>v -1.409654 11.057599 1.319122</w:t>
        <w:br/>
        <w:t>v 2.172837 11.154623 0.160222</w:t>
        <w:br/>
        <w:t>v 2.131065 10.798535 0.534575</w:t>
        <w:br/>
        <w:t>v 1.448795 11.747227 1.428499</w:t>
        <w:br/>
        <w:t>v -0.959927 14.603037 0.492242</w:t>
        <w:br/>
        <w:t>v -0.923422 14.597624 0.489259</w:t>
        <w:br/>
        <w:t>v -0.897328 14.572523 0.736151</w:t>
        <w:br/>
        <w:t>v -0.933591 14.576298 0.744718</w:t>
        <w:br/>
        <w:t>v -0.489369 14.518978 1.298724</w:t>
        <w:br/>
        <w:t>v -0.478503 14.523558 1.269352</w:t>
        <w:br/>
        <w:t>v -0.230662 14.508724 1.303341</w:t>
        <w:br/>
        <w:t>v -0.234881 14.503782 1.332198</w:t>
        <w:br/>
        <w:t>v 0.058426 14.498993 1.316274</w:t>
        <w:br/>
        <w:t>v 0.059058 14.495968 1.343888</w:t>
        <w:br/>
        <w:t>v 0.533818 14.512897 1.219549</w:t>
        <w:br/>
        <w:t>v 0.550781 14.514977 1.242108</w:t>
        <w:br/>
        <w:t>v 0.308435 14.499136 1.324931</w:t>
        <w:br/>
        <w:t>v 0.300339 14.501171 1.297015</w:t>
        <w:br/>
        <w:t>v 0.739487 14.525806 1.067370</w:t>
        <w:br/>
        <w:t>v 0.767402 14.529003 1.079322</w:t>
        <w:br/>
        <w:t>v 0.975625 14.575985 0.653452</w:t>
        <w:br/>
        <w:t>v 0.940429 14.570864 0.598838</w:t>
        <w:br/>
        <w:t>v 0.950206 14.599949 0.395216</w:t>
        <w:br/>
        <w:t>v 0.973759 14.608679 0.393726</w:t>
        <w:br/>
        <w:t>v 0.958433 14.630270 0.219325</w:t>
        <w:br/>
        <w:t>v 0.923646 14.622982 0.229528</w:t>
        <w:br/>
        <w:t>v -0.979662 14.631735 0.296319</w:t>
        <w:br/>
        <w:t>v -0.944239 14.625008 0.302363</w:t>
        <w:br/>
        <w:t>v -0.916854 14.651651 0.037556</w:t>
        <w:br/>
        <w:t>v -0.877188 14.646353 0.067698</w:t>
        <w:br/>
        <w:t>v 0.863297 14.643047 -0.026409</w:t>
        <w:br/>
        <w:t>v 0.831219 14.640713 -0.001137</w:t>
        <w:br/>
        <w:t>v 0.669127 14.640497 -0.171835</w:t>
        <w:br/>
        <w:t>v 0.688520 14.641294 -0.201285</w:t>
        <w:br/>
        <w:t>v 0.015383 14.634657 -0.324129</w:t>
        <w:br/>
        <w:t>v -0.151587 14.639154 -0.325368</w:t>
        <w:br/>
        <w:t>v -0.153986 14.631454 -0.354385</w:t>
        <w:br/>
        <w:t>v 0.016705 14.628405 -0.353426</w:t>
        <w:br/>
        <w:t>v -0.416970 14.644600 -0.285250</w:t>
        <w:br/>
        <w:t>v -0.425575 14.639339 -0.314736</w:t>
        <w:br/>
        <w:t>v -0.781262 14.542290 0.986031</w:t>
        <w:br/>
        <w:t>v -0.605400 14.537680 1.205426</w:t>
        <w:br/>
        <w:t>v -0.627245 14.535172 1.230145</w:t>
        <w:br/>
        <w:t>v -0.815956 14.544083 1.004344</w:t>
        <w:br/>
        <w:t>v -0.627245 14.535172 1.230145</w:t>
        <w:br/>
        <w:t>v -0.605400 14.537680 1.205426</w:t>
        <w:br/>
        <w:t>v -0.669502 14.651680 -0.175723</w:t>
        <w:br/>
        <w:t>v -0.696962 14.652536 -0.212582</w:t>
        <w:br/>
        <w:t>v 0.495681 14.637472 -0.257752</w:t>
        <w:br/>
        <w:t>v 0.505217 14.635572 -0.288293</w:t>
        <w:br/>
        <w:t>v 0.274642 14.629099 -0.332603</w:t>
        <w:br/>
        <w:t>v 0.270703 14.632324 -0.303241</w:t>
        <w:br/>
        <w:t>v 0.910600 14.541777 0.931311</w:t>
        <w:br/>
        <w:t>v 0.876332 14.542475 0.868043</w:t>
        <w:br/>
        <w:t>v -1.181571 10.194015 1.431487</w:t>
        <w:br/>
        <w:t>v -1.190619 10.192833 1.459916</w:t>
        <w:br/>
        <w:t>v -1.114201 10.161642 1.481424</w:t>
        <w:br/>
        <w:t>v -1.102893 10.163474 1.448624</w:t>
        <w:br/>
        <w:t>v 0.774762 12.122260 1.762160</w:t>
        <w:br/>
        <w:t>v 0.741035 12.105986 1.755436</w:t>
        <w:br/>
        <w:t>v 0.691170 12.082585 1.791538</w:t>
        <w:br/>
        <w:t>v 0.707525 12.099034 1.800604</w:t>
        <w:br/>
        <w:t>v 0.031667 11.290174 1.786591</w:t>
        <w:br/>
        <w:t>v 0.031507 11.289626 1.806556</w:t>
        <w:br/>
        <w:t>v 0.164233 11.308694 1.815193</w:t>
        <w:br/>
        <w:t>v 0.168730 11.302917 1.795545</w:t>
        <w:br/>
        <w:t>v 0.415941 11.871546 1.917951</w:t>
        <w:br/>
        <w:t>v 0.408043 11.846742 1.878376</w:t>
        <w:br/>
        <w:t>v 0.369973 11.828418 1.883078</w:t>
        <w:br/>
        <w:t>v 0.384844 11.859822 1.934181</w:t>
        <w:br/>
        <w:t>v 1.270995 11.730743 1.454546</w:t>
        <w:br/>
        <w:t>v 1.265059 11.724020 1.426148</w:t>
        <w:br/>
        <w:t>v 1.191679 11.772729 1.438782</w:t>
        <w:br/>
        <w:t>v 1.216064 11.768654 1.458165</w:t>
        <w:br/>
        <w:t>v 1.415815 11.554916 1.515371</w:t>
        <w:br/>
        <w:t>v 1.421829 11.524092 1.499819</w:t>
        <w:br/>
        <w:t>v 1.307503 11.706141 1.410184</w:t>
        <w:br/>
        <w:t>v 1.327731 11.702719 1.433693</w:t>
        <w:br/>
        <w:t>v 1.629739 11.436619 1.612036</w:t>
        <w:br/>
        <w:t>v 1.630245 11.419118 1.587587</w:t>
        <w:br/>
        <w:t>v 1.589711 11.412256 1.579109</w:t>
        <w:br/>
        <w:t>v 1.577604 11.426911 1.601153</w:t>
        <w:br/>
        <w:t>v -1.012533 10.161203 1.471656</w:t>
        <w:br/>
        <w:t>v -1.031849 10.164404 1.503295</w:t>
        <w:br/>
        <w:t>v 2.840107 8.204553 -1.931628</w:t>
        <w:br/>
        <w:t>v 2.870682 8.227672 -1.922330</w:t>
        <w:br/>
        <w:t>v 2.911094 8.201116 -1.984905</w:t>
        <w:br/>
        <w:t>v 2.878835 8.177402 -1.994434</w:t>
        <w:br/>
        <w:t>v -2.321955 8.849822 -0.269166</w:t>
        <w:br/>
        <w:t>v -2.309323 8.851880 -0.258903</w:t>
        <w:br/>
        <w:t>v -2.304007 8.841125 -0.313314</w:t>
        <w:br/>
        <w:t>v -2.317646 8.840862 -0.323212</w:t>
        <w:br/>
        <w:t>v -2.533100 8.330067 -0.578651</w:t>
        <w:br/>
        <w:t>v -2.517027 8.323145 -0.547474</w:t>
        <w:br/>
        <w:t>v -2.502479 8.326335 -0.561460</w:t>
        <w:br/>
        <w:t>v -2.520185 8.333295 -0.604776</w:t>
        <w:br/>
        <w:t>v -2.255784 9.270545 0.206574</w:t>
        <w:br/>
        <w:t>v -2.223908 9.268394 0.213007</w:t>
        <w:br/>
        <w:t>v -2.270732 9.198723 0.148777</w:t>
        <w:br/>
        <w:t>v -2.299951 9.195362 0.144367</w:t>
        <w:br/>
        <w:t>v 2.895633 8.151110 -2.447721</w:t>
        <w:br/>
        <w:t>v 2.952720 8.164551 -2.384823</w:t>
        <w:br/>
        <w:t>v 2.967489 8.196591 -2.394814</w:t>
        <w:br/>
        <w:t>v 2.905476 8.182580 -2.461959</w:t>
        <w:br/>
        <w:t>v 2.956568 8.225992 -2.208806</w:t>
        <w:br/>
        <w:t>v 2.975260 8.205730 -2.314915</w:t>
        <w:br/>
        <w:t>v 2.956173 8.173425 -2.310250</w:t>
        <w:br/>
        <w:t>v 2.937024 8.191412 -2.213905</w:t>
        <w:br/>
        <w:t>v 2.305821 7.811845 -2.683742</w:t>
        <w:br/>
        <w:t>v 2.318237 7.799117 -2.652223</w:t>
        <w:br/>
        <w:t>v 2.406202 7.909936 -2.627713</w:t>
        <w:br/>
        <w:t>v 2.393450 7.929099 -2.657137</w:t>
        <w:br/>
        <w:t>v -3.033987 8.332366 -0.828283</w:t>
        <w:br/>
        <w:t>v -3.058378 8.302361 -0.895577</w:t>
        <w:br/>
        <w:t>v -3.074546 8.315080 -0.890401</w:t>
        <w:br/>
        <w:t>v -3.045902 8.345399 -0.817244</w:t>
        <w:br/>
        <w:t>v 0.544212 11.553783 1.788629</w:t>
        <w:br/>
        <w:t>v 0.527289 11.554864 1.803371</w:t>
        <w:br/>
        <w:t>v 0.587009 11.581365 1.830021</w:t>
        <w:br/>
        <w:t>v 0.604979 11.574792 1.814345</w:t>
        <w:br/>
        <w:t>v 0.399539 11.513234 1.755228</w:t>
        <w:br/>
        <w:t>v 0.414812 11.524084 1.732934</w:t>
        <w:br/>
        <w:t>v 0.262133 11.339721 1.786121</w:t>
        <w:br/>
        <w:t>v 0.252009 11.340611 1.803566</w:t>
        <w:br/>
        <w:t>v -0.131071 11.129618 1.850577</w:t>
        <w:br/>
        <w:t>v -0.132187 11.129783 1.829568</w:t>
        <w:br/>
        <w:t>v -0.233029 11.108130 1.842354</w:t>
        <w:br/>
        <w:t>v -0.231566 11.112343 1.863358</w:t>
        <w:br/>
        <w:t>v -0.475468 10.995198 1.917439</w:t>
        <w:br/>
        <w:t>v -0.368529 11.103257 1.867982</w:t>
        <w:br/>
        <w:t>v -0.375584 11.099809 1.846540</w:t>
        <w:br/>
        <w:t>v -0.488488 10.982728 1.896852</w:t>
        <w:br/>
        <w:t>v -0.583509 10.921406 1.940309</w:t>
        <w:br/>
        <w:t>v -0.655077 10.906259 2.003037</w:t>
        <w:br/>
        <w:t>v -0.644792 10.914818 2.024348</w:t>
        <w:br/>
        <w:t>v -0.569768 10.934001 1.962181</w:t>
        <w:br/>
        <w:t>v -1.273968 10.764768 2.277274</w:t>
        <w:br/>
        <w:t>v -1.268976 10.757539 2.249021</w:t>
        <w:br/>
        <w:t>v -1.341201 10.772412 2.231450</w:t>
        <w:br/>
        <w:t>v -1.352092 10.782231 2.255636</w:t>
        <w:br/>
        <w:t>v -1.401213 10.797570 2.192300</w:t>
        <w:br/>
        <w:t>v -1.485448 10.736753 2.170069</w:t>
        <w:br/>
        <w:t>v -1.511285 10.743109 2.183479</w:t>
        <w:br/>
        <w:t>v -1.418974 10.806841 2.212371</w:t>
        <w:br/>
        <w:t>v -1.560824 10.699937 2.134329</w:t>
        <w:br/>
        <w:t>v -1.537912 10.693547 2.123811</w:t>
        <w:br/>
        <w:t>v -1.546511 10.673158 2.043298</w:t>
        <w:br/>
        <w:t>v -1.577892 10.678703 2.040989</w:t>
        <w:br/>
        <w:t>v -1.525777 10.661533 1.969931</w:t>
        <w:br/>
        <w:t>v -1.556034 10.665791 1.956335</w:t>
        <w:br/>
        <w:t>v -1.410771 10.426527 1.903991</w:t>
        <w:br/>
        <w:t>v -1.497500 10.514077 1.929074</w:t>
        <w:br/>
        <w:t>v -1.479234 10.517446 1.949046</w:t>
        <w:br/>
        <w:t>v -1.401845 10.431309 1.927721</w:t>
        <w:br/>
        <w:t>v -1.328880 10.408074 1.938326</w:t>
        <w:br/>
        <w:t>v -1.326397 10.396962 1.913183</w:t>
        <w:br/>
        <w:t>v -1.234361 10.419949 1.989729</w:t>
        <w:br/>
        <w:t>v -1.219087 10.408317 1.966931</w:t>
        <w:br/>
        <w:t>v -1.166209 10.337390 2.045395</w:t>
        <w:br/>
        <w:t>v -1.159410 10.326903 2.023412</w:t>
        <w:br/>
        <w:t>v -1.219087 10.408317 1.966931</w:t>
        <w:br/>
        <w:t>v -1.234361 10.419949 1.989729</w:t>
        <w:br/>
        <w:t>v -1.043465 10.303988 2.064182</w:t>
        <w:br/>
        <w:t>v -1.057969 10.300479 2.038488</w:t>
        <w:br/>
        <w:t>v -1.112332 10.294470 2.042103</w:t>
        <w:br/>
        <w:t>v -1.111520 10.300228 2.069199</w:t>
        <w:br/>
        <w:t>v -0.995266 10.338722 1.998618</w:t>
        <w:br/>
        <w:t>v -0.973927 10.341523 2.019565</w:t>
        <w:br/>
        <w:t>v -0.898402 10.247750 1.813702</w:t>
        <w:br/>
        <w:t>v -0.947873 10.280929 1.932231</w:t>
        <w:br/>
        <w:t>v -0.922074 10.280117 1.947664</w:t>
        <w:br/>
        <w:t>v -0.864777 10.247711 1.823995</w:t>
        <w:br/>
        <w:t>v -0.897940 10.253649 1.707315</w:t>
        <w:br/>
        <w:t>v -0.864128 10.251178 1.704854</w:t>
        <w:br/>
        <w:t>v -0.911775 10.303362 1.587781</w:t>
        <w:br/>
        <w:t>v -0.877895 10.305084 1.569832</w:t>
        <w:br/>
        <w:t>v -0.877895 10.305084 1.569832</w:t>
        <w:br/>
        <w:t>v -0.933744 10.209521 1.507416</w:t>
        <w:br/>
        <w:t>v -0.963945 10.212292 1.534608</w:t>
        <w:br/>
        <w:t>v -0.911775 10.303362 1.587781</w:t>
        <w:br/>
        <w:t>v -1.412716 10.070523 1.389831</w:t>
        <w:br/>
        <w:t>v -1.421851 10.070574 1.419059</w:t>
        <w:br/>
        <w:t>v -1.343882 10.062951 1.441679</w:t>
        <w:br/>
        <w:t>v -1.337798 10.061698 1.411877</w:t>
        <w:br/>
        <w:t>v -2.306073 9.627895 0.913305</w:t>
        <w:br/>
        <w:t>v -2.285869 9.626761 0.908359</w:t>
        <w:br/>
        <w:t>v -2.305226 9.627156 0.830131</w:t>
        <w:br/>
        <w:t>v -2.323969 9.633197 0.834216</w:t>
        <w:br/>
        <w:t>v -2.325264 9.615841 0.672824</w:t>
        <w:br/>
        <w:t>v -2.343729 9.616906 0.667805</w:t>
        <w:br/>
        <w:t>v -2.338703 9.654681 0.744934</w:t>
        <w:br/>
        <w:t>v -2.316862 9.648438 0.740412</w:t>
        <w:br/>
        <w:t>v -2.316942 9.579446 0.541833</w:t>
        <w:br/>
        <w:t>v -2.343264 9.581461 0.596345</w:t>
        <w:br/>
        <w:t>v -2.319741 9.581330 0.606400</w:t>
        <w:br/>
        <w:t>v -2.290768 9.573482 0.558372</w:t>
        <w:br/>
        <w:t>v -2.238453 9.587194 0.529482</w:t>
        <w:br/>
        <w:t>v -2.259516 9.591612 0.504848</w:t>
        <w:br/>
        <w:t>v -2.306200 9.176481 0.083231</w:t>
        <w:br/>
        <w:t>v -2.330580 9.178090 0.074573</w:t>
        <w:br/>
        <w:t>v -2.322108 9.159409 -0.007804</w:t>
        <w:br/>
        <w:t>v -2.344805 9.161814 -0.017023</w:t>
        <w:br/>
        <w:t>v -2.410616 8.539863 -0.422380</w:t>
        <w:br/>
        <w:t>v -2.395334 8.573515 -0.362487</w:t>
        <w:br/>
        <w:t>v -2.377869 8.577201 -0.363981</w:t>
        <w:br/>
        <w:t>v -2.390505 8.541808 -0.424349</w:t>
        <w:br/>
        <w:t>v -2.562803 8.365164 -0.601505</w:t>
        <w:br/>
        <w:t>v -2.557309 8.383263 -0.628400</w:t>
        <w:br/>
        <w:t>v -2.596225 8.317932 -0.623119</w:t>
        <w:br/>
        <w:t>v -2.592125 8.338753 -0.648843</w:t>
        <w:br/>
        <w:t>v -2.643979 8.312827 -0.668864</w:t>
        <w:br/>
        <w:t>v -2.655226 8.296873 -0.641181</w:t>
        <w:br/>
        <w:t>v -2.702628 8.335242 -0.682639</w:t>
        <w:br/>
        <w:t>v -2.720695 8.326729 -0.652230</w:t>
        <w:br/>
        <w:t>v -2.743559 8.388213 -0.676410</w:t>
        <w:br/>
        <w:t>v -2.751381 8.382078 -0.646383</w:t>
        <w:br/>
        <w:t>v -2.931806 8.347039 -0.700420</w:t>
        <w:br/>
        <w:t>v -2.874765 8.312486 -0.673808</w:t>
        <w:br/>
        <w:t>v -2.866558 8.316004 -0.706268</w:t>
        <w:br/>
        <w:t>v -2.920372 8.341758 -0.728080</w:t>
        <w:br/>
        <w:t>v -2.967746 8.382159 -0.770750</w:t>
        <w:br/>
        <w:t>v -2.983023 8.397429 -0.752896</w:t>
        <w:br/>
        <w:t>v -2.895285 7.974062 -1.573268</w:t>
        <w:br/>
        <w:t>v -2.756209 7.942502 -1.634824</w:t>
        <w:br/>
        <w:t>v -2.758358 7.953373 -1.660704</w:t>
        <w:br/>
        <w:t>v -2.908339 7.989854 -1.598841</w:t>
        <w:br/>
        <w:t>v -2.558859 7.937144 -1.663973</w:t>
        <w:br/>
        <w:t>v -2.564657 7.943980 -1.695108</w:t>
        <w:br/>
        <w:t>v -2.258894 7.690104 -1.702444</w:t>
        <w:br/>
        <w:t>v -2.399783 7.757535 -1.709919</w:t>
        <w:br/>
        <w:t>v -2.393623 7.750113 -1.680070</w:t>
        <w:br/>
        <w:t>v -2.253464 7.682642 -1.675191</w:t>
        <w:br/>
        <w:t>v -2.004417 7.705417 -1.760517</w:t>
        <w:br/>
        <w:t>v -2.034764 7.711710 -1.769149</w:t>
        <w:br/>
        <w:t>v -2.125661 7.707845 -1.726488</w:t>
        <w:br/>
        <w:t>v -2.115740 7.695435 -1.701748</w:t>
        <w:br/>
        <w:t>v -2.052207 7.690430 -2.041672</w:t>
        <w:br/>
        <w:t>v -2.082278 7.683681 -2.025399</w:t>
        <w:br/>
        <w:t>v -2.013036 7.637041 -1.965347</w:t>
        <w:br/>
        <w:t>v -1.967601 7.632600 -1.976095</w:t>
        <w:br/>
        <w:t>v -2.126094 7.759547 -2.090119</w:t>
        <w:br/>
        <w:t>v -2.154954 7.760210 -2.078627</w:t>
        <w:br/>
        <w:t>v -2.125124 7.631894 -2.424618</w:t>
        <w:br/>
        <w:t>v -2.102123 7.623597 -2.407771</w:t>
        <w:br/>
        <w:t>v -2.030485 7.638063 -2.448143</w:t>
        <w:br/>
        <w:t>v -2.047412 7.649148 -2.477145</w:t>
        <w:br/>
        <w:t>v -1.859906 7.393729 -2.639581</w:t>
        <w:br/>
        <w:t>v -1.971252 7.488942 -2.575876</w:t>
        <w:br/>
        <w:t>v -1.956355 7.479774 -2.544543</w:t>
        <w:br/>
        <w:t>v -1.848083 7.380064 -2.606313</w:t>
        <w:br/>
        <w:t>v -1.707169 7.364481 -2.672979</w:t>
        <w:br/>
        <w:t>v -1.696723 7.351533 -2.640354</w:t>
        <w:br/>
        <w:t>v -1.559374 7.365668 -2.661665</w:t>
        <w:br/>
        <w:t>v -1.566303 7.375597 -2.691434</w:t>
        <w:br/>
        <w:t>v -1.408224 7.202843 -2.794583</w:t>
        <w:br/>
        <w:t>v -1.401407 7.188767 -2.762097</w:t>
        <w:br/>
        <w:t>v -1.310079 7.171371 -2.786302</w:t>
        <w:br/>
        <w:t>v -1.316941 7.187695 -2.820227</w:t>
        <w:br/>
        <w:t>v 1.233709 7.179248 -2.830794</w:t>
        <w:br/>
        <w:t>v 1.228693 7.162957 -2.796856</w:t>
        <w:br/>
        <w:t>v 1.290270 7.168805 -2.776823</w:t>
        <w:br/>
        <w:t>v 1.299796 7.184876 -2.810085</w:t>
        <w:br/>
        <w:t>v 1.343883 7.208039 -2.743524</w:t>
        <w:br/>
        <w:t>v 1.356262 7.224424 -2.776312</w:t>
        <w:br/>
        <w:t>v 1.377286 7.242917 -2.713933</w:t>
        <w:br/>
        <w:t>v 1.397449 7.258339 -2.744335</w:t>
        <w:br/>
        <w:t>v 1.429502 7.268032 -2.703764</w:t>
        <w:br/>
        <w:t>v 1.399385 7.253543 -2.683656</w:t>
        <w:br/>
        <w:t>v 1.408656 7.256955 -2.643036</w:t>
        <w:br/>
        <w:t>v 1.442965 7.268712 -2.652305</w:t>
        <w:br/>
        <w:t>v 1.403315 7.278926 -2.580909</w:t>
        <w:br/>
        <w:t>v 1.439790 7.284600 -2.591075</w:t>
        <w:br/>
        <w:t>v 1.428504 7.250679 -2.541164</w:t>
        <w:br/>
        <w:t>v 1.458392 7.261715 -2.562386</w:t>
        <w:br/>
        <w:t>v 1.497071 7.242093 -2.520767</w:t>
        <w:br/>
        <w:t>v 1.475577 7.230743 -2.492226</w:t>
        <w:br/>
        <w:t>v 1.549855 7.257662 -2.448920</w:t>
        <w:br/>
        <w:t>v 1.565024 7.269781 -2.482021</w:t>
        <w:br/>
        <w:t>v 1.623446 7.316352 -2.421980</w:t>
        <w:br/>
        <w:t>v 1.627874 7.329002 -2.458046</w:t>
        <w:br/>
        <w:t>v 1.673539 7.407492 -2.435854</w:t>
        <w:br/>
        <w:t>v 1.676804 7.400373 -2.397526</w:t>
        <w:br/>
        <w:t>v 1.769506 7.416198 -2.437966</w:t>
        <w:br/>
        <w:t>v 1.749973 7.418107 -2.470983</w:t>
        <w:br/>
        <w:t>v 1.852209 7.452336 -2.475417</w:t>
        <w:br/>
        <w:t>v 1.934021 7.524867 -2.517252</w:t>
        <w:br/>
        <w:t>v 1.907123 7.529883 -2.544750</w:t>
        <w:br/>
        <w:t>v 1.832122 7.458332 -2.507242</w:t>
        <w:br/>
        <w:t>v 2.675366 8.033268 -2.657367</w:t>
        <w:br/>
        <w:t>v 2.677633 8.010737 -2.631068</w:t>
        <w:br/>
        <w:t>v 2.753359 8.069658 -2.579041</w:t>
        <w:br/>
        <w:t>v 2.754319 8.099357 -2.598774</w:t>
        <w:br/>
        <w:t>v 2.248078 9.764413 -0.769498</w:t>
        <w:br/>
        <w:t>v 2.215512 9.760272 -0.776965</w:t>
        <w:br/>
        <w:t>v 2.226753 9.849194 -0.669655</w:t>
        <w:br/>
        <w:t>v 2.256299 9.858214 -0.692720</w:t>
        <w:br/>
        <w:t>v 2.226678 9.964722 -0.608237</w:t>
        <w:br/>
        <w:t>v 2.254474 9.971639 -0.636399</w:t>
        <w:br/>
        <w:t>v 2.272901 10.126265 -0.576972</w:t>
        <w:br/>
        <w:t>v 2.251877 10.119587 -0.544787</w:t>
        <w:br/>
        <w:t>v 2.280131 10.303838 -0.500164</w:t>
        <w:br/>
        <w:t>v 2.300529 10.313760 -0.535460</w:t>
        <w:br/>
        <w:t>v 2.354819 10.283712 -0.433765</w:t>
        <w:br/>
        <w:t>v 2.406781 10.300895 -0.316889</w:t>
        <w:br/>
        <w:t>v 2.431088 10.309307 -0.333963</w:t>
        <w:br/>
        <w:t>v 2.376085 10.293404 -0.461281</w:t>
        <w:br/>
        <w:t>v 2.414938 10.352968 -0.199401</w:t>
        <w:br/>
        <w:t>v 2.436137 10.359614 -0.206278</w:t>
        <w:br/>
        <w:t>v 2.383346 10.433570 0.037791</w:t>
        <w:br/>
        <w:t>v 2.406805 10.432116 0.038284</w:t>
        <w:br/>
        <w:t>v 2.408219 10.448565 -0.089937</w:t>
        <w:br/>
        <w:t>v 2.388952 10.448987 -0.091623</w:t>
        <w:br/>
        <w:t>v 2.322141 10.520456 0.276898</w:t>
        <w:br/>
        <w:t>v 2.344200 10.525993 0.288565</w:t>
        <w:br/>
        <w:t>v 2.387922 10.455246 0.176976</w:t>
        <w:br/>
        <w:t>v 2.363003 10.455858 0.166566</w:t>
        <w:br/>
        <w:t>v 2.199674 10.695315 0.441499</w:t>
        <w:br/>
        <w:t>v 2.255625 10.664404 0.344825</w:t>
        <w:br/>
        <w:t>v 2.231333 10.660187 0.328764</w:t>
        <w:br/>
        <w:t>v 2.177986 10.688643 0.427707</w:t>
        <w:br/>
        <w:t>v 2.110862 10.786926 0.530641</w:t>
        <w:br/>
        <w:t>v 2.131065 10.798535 0.534575</w:t>
        <w:br/>
        <w:t>v 2.074630 10.992466 0.627634</w:t>
        <w:br/>
        <w:t>v 2.112693 10.991786 0.672117</w:t>
        <w:br/>
        <w:t>v 2.123459 10.999343 0.646683</w:t>
        <w:br/>
        <w:t>v 2.093357 10.998363 0.610587</w:t>
        <w:br/>
        <w:t>v 2.195310 11.017827 0.736067</w:t>
        <w:br/>
        <w:t>v 2.203099 11.023237 0.704852</w:t>
        <w:br/>
        <w:t>v 2.266885 11.102199 0.771398</w:t>
        <w:br/>
        <w:t>v 2.274242 11.105356 0.735977</w:t>
        <w:br/>
        <w:t>v 2.366076 11.243609 0.888163</w:t>
        <w:br/>
        <w:t>v 2.353120 11.220603 0.893443</w:t>
        <w:br/>
        <w:t>v 2.327732 11.225979 0.990303</w:t>
        <w:br/>
        <w:t>v 2.339381 11.246139 0.996819</w:t>
        <w:br/>
        <w:t>v 2.270969 11.230009 1.054681</w:t>
        <w:br/>
        <w:t>v 2.277600 11.247464 1.076659</w:t>
        <w:br/>
        <w:t>v 2.225409 11.230384 1.099691</w:t>
        <w:br/>
        <w:t>v 2.229272 11.248278 1.122119</w:t>
        <w:br/>
        <w:t>v 2.150261 11.178439 1.154068</w:t>
        <w:br/>
        <w:t>v 2.090780 11.159447 1.163529</w:t>
        <w:br/>
        <w:t>v 2.088232 11.168263 1.194606</w:t>
        <w:br/>
        <w:t>v 2.152166 11.187666 1.184385</w:t>
        <w:br/>
        <w:t>v 2.013294 11.161599 1.151204</w:t>
        <w:br/>
        <w:t>v 2.011478 11.169488 1.183341</w:t>
        <w:br/>
        <w:t>v 1.916395 11.190482 1.127803</w:t>
        <w:br/>
        <w:t>v 1.926393 11.196302 1.159924</w:t>
        <w:br/>
        <w:t>v 1.873170 11.176593 1.182485</w:t>
        <w:br/>
        <w:t>v 1.893251 11.189089 1.203133</w:t>
        <w:br/>
        <w:t>v 1.832976 11.192250 1.238041</w:t>
        <w:br/>
        <w:t>v 1.853776 11.212473 1.252912</w:t>
        <w:br/>
        <w:t>v 1.787119 11.250894 1.274987</w:t>
        <w:br/>
        <w:t>v 1.813892 11.274312 1.282439</w:t>
        <w:br/>
        <w:t>v 1.782041 11.366533 1.282783</w:t>
        <w:br/>
        <w:t>v 1.753825 11.368058 1.282159</w:t>
        <w:br/>
        <w:t>v 1.791083 11.363816 1.366930</w:t>
        <w:br/>
        <w:t>v 1.811607 11.372418 1.353669</w:t>
        <w:br/>
        <w:t>v 1.782041 11.366533 1.282783</w:t>
        <w:br/>
        <w:t>v 1.753825 11.368058 1.282159</w:t>
        <w:br/>
        <w:t>v 1.803458 11.394536 1.421413</w:t>
        <w:br/>
        <w:t>v 1.832529 11.386838 1.409914</w:t>
        <w:br/>
        <w:t>v 1.813562 11.402029 1.455702</w:t>
        <w:br/>
        <w:t>v 1.836884 11.407956 1.448329</w:t>
        <w:br/>
        <w:t>v 1.712886 11.371750 1.601396</w:t>
        <w:br/>
        <w:t>v 1.710434 11.389157 1.627104</w:t>
        <w:br/>
        <w:t>v 1.764181 11.388490 1.612691</w:t>
        <w:br/>
        <w:t>v 1.758233 11.378708 1.584889</w:t>
        <w:br/>
        <w:t>v 1.192521 11.801051 1.471897</w:t>
        <w:br/>
        <w:t>v 1.159679 11.813400 1.462384</w:t>
        <w:br/>
        <w:t>v 1.143055 11.857173 1.494629</w:t>
        <w:br/>
        <w:t>v 1.175233 11.846058 1.499952</w:t>
        <w:br/>
        <w:t>v 1.143055 11.857173 1.494629</w:t>
        <w:br/>
        <w:t>v 1.160663 11.819765 1.546705</w:t>
        <w:br/>
        <w:t>v 1.191504 11.810690 1.539787</w:t>
        <w:br/>
        <w:t>v 1.175233 11.846058 1.499952</w:t>
        <w:br/>
        <w:t>v 1.237038 11.820511 1.640575</w:t>
        <w:br/>
        <w:t>v 1.212703 11.802098 1.605125</w:t>
        <w:br/>
        <w:t>v 1.184537 11.814509 1.618313</w:t>
        <w:br/>
        <w:t>v 1.210527 11.838145 1.660425</w:t>
        <w:br/>
        <w:t>v 1.315374 11.826442 1.702315</w:t>
        <w:br/>
        <w:t>v 1.270934 11.851814 1.658078</w:t>
        <w:br/>
        <w:t>v 1.242356 11.867442 1.671803</w:t>
        <w:br/>
        <w:t>v 1.289563 11.846337 1.714649</w:t>
        <w:br/>
        <w:t>v 1.353728 11.897669 1.865219</w:t>
        <w:br/>
        <w:t>v 1.377925 11.880651 1.874722</w:t>
        <w:br/>
        <w:t>v 1.370281 11.820333 1.787686</w:t>
        <w:br/>
        <w:t>v 1.343541 11.845654 1.801657</w:t>
        <w:br/>
        <w:t>v 1.344534 11.936837 1.864404</w:t>
        <w:br/>
        <w:t>v 1.356315 11.936994 1.868315</w:t>
        <w:br/>
        <w:t>v 1.311461 11.958987 1.865015</w:t>
        <w:br/>
        <w:t>v 1.313723 11.970361 1.877484</w:t>
        <w:br/>
        <w:t>v 1.264960 11.982299 1.843686</w:t>
        <w:br/>
        <w:t>v 1.259820 12.000738 1.862784</w:t>
        <w:br/>
        <w:t>v 1.205883 12.044673 1.799543</w:t>
        <w:br/>
        <w:t>v 1.210613 12.024495 1.779526</w:t>
        <w:br/>
        <w:t>v 0.898753 12.170118 1.689926</w:t>
        <w:br/>
        <w:t>v 0.965084 12.125359 1.694639</w:t>
        <w:br/>
        <w:t>v 0.951157 12.122251 1.675133</w:t>
        <w:br/>
        <w:t>v 0.881309 12.153015 1.678465</w:t>
        <w:br/>
        <w:t>v 0.468147 11.918771 1.935769</w:t>
        <w:br/>
        <w:t>v 0.447555 11.911621 1.961054</w:t>
        <w:br/>
        <w:t>v 0.546489 11.970298 1.964271</w:t>
        <w:br/>
        <w:t>v 0.547991 11.962525 1.939729</w:t>
        <w:br/>
        <w:t>v 0.526946 11.734925 1.903506</w:t>
        <w:br/>
        <w:t>v 0.444201 11.775004 1.918736</w:t>
        <w:br/>
        <w:t>v 0.470390 11.799104 1.917242</w:t>
        <w:br/>
        <w:t>v 0.543449 11.756833 1.912288</w:t>
        <w:br/>
        <w:t>v 0.611164 11.729554 1.881874</w:t>
        <w:br/>
        <w:t>v 0.594826 11.712536 1.872053</w:t>
        <w:br/>
        <w:t>v 2.206149 11.231894 1.145563</w:t>
        <w:br/>
        <w:t>v 2.202156 11.215241 1.115499</w:t>
        <w:br/>
        <w:t>v 1.976236 7.628575 -2.572967</w:t>
        <w:br/>
        <w:t>v 2.002390 7.625223 -2.542190</w:t>
        <w:br/>
        <w:t>v 2.114498 7.659025 -2.609937</w:t>
        <w:br/>
        <w:t>v 2.089832 7.664838 -2.638666</w:t>
        <w:br/>
        <w:t>v 2.940726 8.189166 -2.064939</w:t>
        <w:br/>
        <w:t>v 2.948848 8.200460 -2.141608</w:t>
        <w:br/>
        <w:t>v 2.922716 8.168957 -2.145674</w:t>
        <w:br/>
        <w:t>v 2.908862 8.165733 -2.071587</w:t>
        <w:br/>
        <w:t>v 2.453464 8.810550 -1.486869</w:t>
        <w:br/>
        <w:t>v 2.488095 8.811893 -1.472512</w:t>
        <w:br/>
        <w:t>v 2.527318 8.631351 -1.522328</w:t>
        <w:br/>
        <w:t>v 2.492298 8.624982 -1.535159</w:t>
        <w:br/>
        <w:t>v 1.270934 11.851814 1.658078</w:t>
        <w:br/>
        <w:t>v 1.242356 11.867442 1.671803</w:t>
        <w:br/>
        <w:t>v 0.623329 11.605791 1.840500</w:t>
        <w:br/>
        <w:t>v 0.650931 11.604710 1.832931</w:t>
        <w:br/>
        <w:t>v -0.050594 11.188128 1.812086</w:t>
        <w:br/>
        <w:t>v -0.048390 11.187523 1.836939</w:t>
        <w:br/>
        <w:t>v -0.768498 10.906799 2.053566</w:t>
        <w:br/>
        <w:t>v -0.757659 10.917066 2.079188</w:t>
        <w:br/>
        <w:t>v -0.924982 10.808997 2.172329</w:t>
        <w:br/>
        <w:t>v -0.912744 10.820565 2.196815</w:t>
        <w:br/>
        <w:t>v -0.841916 10.836767 2.153982</w:t>
        <w:br/>
        <w:t>v -0.857875 10.821651 2.134485</w:t>
        <w:br/>
        <w:t>v -1.081871 10.836241 2.213326</w:t>
        <w:br/>
        <w:t>v -1.085374 10.854916 2.236813</w:t>
        <w:br/>
        <w:t>v -0.979405 10.830629 2.219906</w:t>
        <w:br/>
        <w:t>v -0.988533 10.819645 2.195069</w:t>
        <w:br/>
        <w:t>v -1.188446 10.761124 2.248751</w:t>
        <w:br/>
        <w:t>v -1.188375 10.775949 2.277485</w:t>
        <w:br/>
        <w:t>v -1.270607 10.101431 1.455443</w:t>
        <w:br/>
        <w:t>v -1.264443 10.097740 1.425217</w:t>
        <w:br/>
        <w:t>v -2.228385 9.663666 1.011081</w:t>
        <w:br/>
        <w:t>v -2.244119 9.663668 1.019275</w:t>
        <w:br/>
        <w:t>v -2.358364 8.675524 -0.318286</w:t>
        <w:br/>
        <w:t>v -2.335879 8.697426 -0.308857</w:t>
        <w:br/>
        <w:t>v -3.097544 8.200659 -1.248578</w:t>
        <w:br/>
        <w:t>v -3.084566 8.252818 -1.147086</w:t>
        <w:br/>
        <w:t>v -3.067206 8.233871 -1.141496</w:t>
        <w:br/>
        <w:t>v -3.077993 8.179677 -1.238716</w:t>
        <w:br/>
        <w:t>v -3.047274 8.174286 -1.351499</w:t>
        <w:br/>
        <w:t>v -3.032825 8.155517 -1.335100</w:t>
        <w:br/>
        <w:t>v -2.955394 8.159000 -1.392866</w:t>
        <w:br/>
        <w:t>v -2.973170 8.176291 -1.411391</w:t>
        <w:br/>
        <w:t>v 1.169267 7.178567 -2.813606</w:t>
        <w:br/>
        <w:t>v 1.172632 7.190335 -2.845244</w:t>
        <w:br/>
        <w:t>v -2.808609 8.328934 -0.656827</w:t>
        <w:br/>
        <w:t>v -2.812071 8.333999 -0.691007</w:t>
        <w:br/>
        <w:t>v -1.556034 10.665791 1.956335</w:t>
        <w:br/>
        <w:t>v -1.525777 10.661533 1.969931</w:t>
        <w:br/>
        <w:t>v -2.183479 9.412494 0.287592</w:t>
        <w:br/>
        <w:t>v -2.213033 9.411998 0.293394</w:t>
        <w:br/>
        <w:t>v -2.148113 9.736015 1.118712</w:t>
        <w:br/>
        <w:t>v -2.129665 9.732306 1.105784</w:t>
        <w:br/>
        <w:t>v -2.047412 7.649148 -2.477145</w:t>
        <w:br/>
        <w:t>v -2.030485 7.638063 -2.448143</w:t>
        <w:br/>
        <w:t>v -2.154954 7.760210 -2.078627</w:t>
        <w:br/>
        <w:t>v -2.126094 7.759547 -2.090119</w:t>
        <w:br/>
        <w:t>v -2.157933 7.682059 -2.230591</w:t>
        <w:br/>
        <w:t>v -2.187654 7.680345 -2.226901</w:t>
        <w:br/>
        <w:t>v -1.988130 7.638022 -1.887505</w:t>
        <w:br/>
        <w:t>v -2.007828 7.677267 -1.817860</w:t>
        <w:br/>
        <w:t>v -1.971499 7.667913 -1.815526</w:t>
        <w:br/>
        <w:t>v -1.948829 7.634881 -1.884498</w:t>
        <w:br/>
        <w:t>v -2.962686 8.047580 -1.523133</w:t>
        <w:br/>
        <w:t>v -2.950108 8.034614 -1.505155</w:t>
        <w:br/>
        <w:t>v -2.955394 8.159000 -1.392866</w:t>
        <w:br/>
        <w:t>v -2.973170 8.176291 -1.411391</w:t>
        <w:br/>
        <w:t>v -3.039638 8.308958 -1.043183</w:t>
        <w:br/>
        <w:t>v -3.051972 8.327058 -1.042424</w:t>
        <w:br/>
        <w:t>v -3.067490 8.316265 -0.983965</w:t>
        <w:br/>
        <w:t>v -3.056299 8.300192 -0.983715</w:t>
        <w:br/>
        <w:t>v -2.751381 8.382078 -0.646383</w:t>
        <w:br/>
        <w:t>v -2.743559 8.388213 -0.676410</w:t>
        <w:br/>
        <w:t>v -2.557309 8.383263 -0.628400</w:t>
        <w:br/>
        <w:t>v -2.562803 8.365164 -0.601505</w:t>
        <w:br/>
        <w:t>v -2.479679 8.400255 -0.473955</w:t>
        <w:br/>
        <w:t>v -2.455731 8.407809 -0.489655</w:t>
        <w:br/>
        <w:t>v -2.421048 8.534401 -0.462304</w:t>
        <w:br/>
        <w:t>v -2.404526 8.535493 -0.474569</w:t>
        <w:br/>
        <w:t>v -2.404526 8.535493 -0.474569</w:t>
        <w:br/>
        <w:t>v -2.421048 8.534401 -0.462304</w:t>
        <w:br/>
        <w:t>v -1.483825 7.264921 -2.755700</w:t>
        <w:br/>
        <w:t>v -1.476331 7.250186 -2.723289</w:t>
        <w:br/>
        <w:t>v -1.211652 7.186090 -2.798904</w:t>
        <w:br/>
        <w:t>v -1.218025 7.198138 -2.830644</w:t>
        <w:br/>
        <w:t>v 2.212717 7.710690 -2.653689</w:t>
        <w:br/>
        <w:t>v 2.193206 7.719873 -2.683471</w:t>
        <w:br/>
        <w:t>v 2.550271 7.969359 -2.673800</w:t>
        <w:br/>
        <w:t>v 2.559503 7.950096 -2.645587</w:t>
        <w:br/>
        <w:t>v 2.811134 8.136554 -2.479545</w:t>
        <w:br/>
        <w:t>v 2.813059 8.167698 -2.498351</w:t>
        <w:br/>
        <w:t>v 2.799200 8.284507 -1.771637</w:t>
        <w:br/>
        <w:t>v 2.845080 8.246382 -1.837662</w:t>
        <w:br/>
        <w:t>v 2.810527 8.226751 -1.845000</w:t>
        <w:br/>
        <w:t>v 2.769901 8.264771 -1.781291</w:t>
        <w:br/>
        <w:t>v 2.606568 8.499599 -1.593035</w:t>
        <w:br/>
        <w:t>v 2.570335 8.492324 -1.604835</w:t>
        <w:br/>
        <w:t>v 2.661922 8.437040 -1.663321</w:t>
        <w:br/>
        <w:t>v 2.625505 8.428518 -1.675492</w:t>
        <w:br/>
        <w:t>v 2.707889 8.411447 -1.701976</w:t>
        <w:br/>
        <w:t>v 2.672848 8.399792 -1.719300</w:t>
        <w:br/>
        <w:t>v 2.371669 8.917302 -1.310848</w:t>
        <w:br/>
        <w:t>v 2.338253 9.028831 -1.248438</w:t>
        <w:br/>
        <w:t>v 2.372268 9.031663 -1.257404</w:t>
        <w:br/>
        <w:t>v 2.406636 8.920393 -1.315107</w:t>
        <w:br/>
        <w:t>v 2.441460 8.841039 -1.406746</w:t>
        <w:br/>
        <w:t>v 2.406176 8.837179 -1.406277</w:t>
        <w:br/>
        <w:t>v -1.639848 9.921155 1.380625</w:t>
        <w:br/>
        <w:t>v -1.620447 9.920195 1.355794</w:t>
        <w:br/>
        <w:t>v -1.698687 9.916271 1.316924</w:t>
        <w:br/>
        <w:t>v -1.712561 9.920005 1.339719</w:t>
        <w:br/>
        <w:t>v -1.480504 10.087420 1.400735</w:t>
        <w:br/>
        <w:t>v -1.471205 10.086093 1.371645</w:t>
        <w:br/>
        <w:t>v -1.190619 10.192833 1.459916</w:t>
        <w:br/>
        <w:t>v -1.181571 10.194015 1.431487</w:t>
        <w:br/>
        <w:t>v -1.569539 9.967239 1.400473</w:t>
        <w:br/>
        <w:t>v -1.559848 9.963687 1.371783</w:t>
        <w:br/>
        <w:t>v -1.785506 9.934486 1.306245</w:t>
        <w:br/>
        <w:t>v -1.767435 9.934489 1.282750</w:t>
        <w:br/>
        <w:t>v -1.480504 10.087420 1.400735</w:t>
        <w:br/>
        <w:t>v -1.471205 10.086093 1.371645</w:t>
        <w:br/>
        <w:t>v 0.337930 11.424771 1.780018</w:t>
        <w:br/>
        <w:t>v 0.348022 11.421309 1.762057</w:t>
        <w:br/>
        <w:t>v 0.694776 11.671192 1.829265</w:t>
        <w:br/>
        <w:t>v 0.623329 11.605791 1.840500</w:t>
        <w:br/>
        <w:t>v 0.669282 11.665533 1.830023</w:t>
        <w:br/>
        <w:t>v 0.369973 11.828418 1.883078</w:t>
        <w:br/>
        <w:t>v 0.408043 11.846742 1.878376</w:t>
        <w:br/>
        <w:t>v -2.057150 9.726077 1.193318</w:t>
        <w:br/>
        <w:t>v -2.043071 9.723955 1.172771</w:t>
        <w:br/>
        <w:t>v -1.888950 9.795206 1.256582</w:t>
        <w:br/>
        <w:t>v -1.971995 9.738728 1.217687</w:t>
        <w:br/>
        <w:t>v -1.992211 9.739594 1.238658</w:t>
        <w:br/>
        <w:t>v -1.902325 9.798982 1.279465</w:t>
        <w:br/>
        <w:t>v -1.767435 9.934489 1.282750</w:t>
        <w:br/>
        <w:t>v -1.785506 9.934486 1.306245</w:t>
        <w:br/>
        <w:t>v -2.175455 9.492627 0.509263</w:t>
        <w:br/>
        <w:t>v -2.197582 9.492435 0.483261</w:t>
        <w:br/>
        <w:t>v -2.259516 9.591612 0.504848</w:t>
        <w:br/>
        <w:t>v -2.238453 9.587194 0.529482</w:t>
        <w:br/>
        <w:t>v -2.158738 9.439248 0.445669</w:t>
        <w:br/>
        <w:t>v -2.123663 9.432220 0.457287</w:t>
        <w:br/>
        <w:t>v -2.347325 8.961084 -0.095114</w:t>
        <w:br/>
        <w:t>v -2.364491 8.957416 -0.105799</w:t>
        <w:br/>
        <w:t>v 2.332645 9.256703 -1.177688</w:t>
        <w:br/>
        <w:t>v 2.336725 9.292686 -1.071797</w:t>
        <w:br/>
        <w:t>v 2.366897 9.302069 -1.087972</w:t>
        <w:br/>
        <w:t>v 2.363988 9.261870 -1.185807</w:t>
        <w:br/>
        <w:t>v 2.300529 10.313760 -0.535460</w:t>
        <w:br/>
        <w:t>v 2.280131 10.303838 -0.500164</w:t>
        <w:br/>
        <w:t>v 2.333360 9.407274 -0.921095</w:t>
        <w:br/>
        <w:t>v 2.365223 9.415022 -0.923404</w:t>
        <w:br/>
        <w:t>v 2.372268 9.031663 -1.257404</w:t>
        <w:br/>
        <w:t>v 2.261511 9.546978 -0.841511</w:t>
        <w:br/>
        <w:t>v 2.293936 9.552389 -0.835785</w:t>
        <w:br/>
        <w:t>v 2.751006 8.342265 -1.727605</w:t>
        <w:br/>
        <w:t>v 2.719941 8.328352 -1.739780</w:t>
        <w:br/>
        <w:t>v 1.132546 12.088882 1.717660</w:t>
        <w:br/>
        <w:t>v 1.134197 12.111113 1.730212</w:t>
        <w:br/>
        <w:t>v 0.637177 12.050623 1.845581</w:t>
        <w:br/>
        <w:t>v 0.649613 12.061495 1.862123</w:t>
        <w:br/>
        <w:t>v 1.794601 11.398229 1.574433</w:t>
        <w:br/>
        <w:t>v 1.823746 11.437623 1.489963</w:t>
        <w:br/>
        <w:t>v 1.798252 11.430263 1.479150</w:t>
        <w:br/>
        <w:t>v 1.778699 11.393546 1.549686</w:t>
        <w:br/>
        <w:t>v 1.823746 11.437623 1.489963</w:t>
        <w:br/>
        <w:t>v 1.798252 11.430263 1.479150</w:t>
        <w:br/>
        <w:t>v 2.311789 11.224063 0.770023</w:t>
        <w:br/>
        <w:t>v 2.306470 11.201101 0.796906</w:t>
        <w:br/>
        <w:t>v -2.178020 7.632721 -2.345484</w:t>
        <w:br/>
        <w:t>v -2.155977 7.629695 -2.332509</w:t>
        <w:br/>
        <w:t>v -2.162786 9.421675 0.386203</w:t>
        <w:br/>
        <w:t>v -2.134811 9.417784 0.382457</w:t>
        <w:br/>
        <w:t>v -2.304007 8.841125 -0.313314</w:t>
        <w:br/>
        <w:t>v -2.317646 8.840862 -0.323212</w:t>
        <w:br/>
        <w:t>v -2.345441 8.874089 -0.189035</w:t>
        <w:br/>
        <w:t>v -2.333261 8.874058 -0.178454</w:t>
        <w:br/>
        <w:t>v 1.514642 11.428170 1.548391</w:t>
        <w:br/>
        <w:t>v 1.502163 11.457780 1.563943</w:t>
        <w:br/>
        <w:t>v 0.814501 12.134173 1.711508</w:t>
        <w:br/>
        <w:t>v 0.834117 12.147132 1.725564</w:t>
        <w:br/>
        <w:t>v 1.078667 12.089680 1.722431</w:t>
        <w:br/>
        <w:t>v 1.091639 12.073423 1.709077</w:t>
        <w:br/>
        <w:t>v 1.049633 12.070149 1.700792</w:t>
        <w:br/>
        <w:t>v 1.046126 12.085581 1.716361</w:t>
        <w:br/>
        <w:t>v 1.013046 12.095352 1.705582</w:t>
        <w:br/>
        <w:t>v 1.007025 12.084529 1.689832</w:t>
        <w:br/>
        <w:t>v 2.074630 10.992466 0.627634</w:t>
        <w:br/>
        <w:t>v 2.093357 10.998363 0.610587</w:t>
        <w:br/>
        <w:t>v 0.985971 12.158715 1.659995</w:t>
        <w:br/>
        <w:t>v 0.988458 12.280173 1.575831</w:t>
        <w:br/>
        <w:t>v 0.987835 12.469149 1.466317</w:t>
        <w:br/>
        <w:t>v 0.981478 12.772837 1.304258</w:t>
        <w:br/>
        <w:t>v 0.973665 13.100992 1.179760</w:t>
        <w:br/>
        <w:t>v 1.014845 13.662542 0.976992</w:t>
        <w:br/>
        <w:t>v 0.949097 13.650367 0.994973</w:t>
        <w:br/>
        <w:t>v 0.927170 13.905573 0.946979</w:t>
        <w:br/>
        <w:t>v 0.898753 12.170118 1.689926</w:t>
        <w:br/>
        <w:t>v 0.834117 12.147132 1.725564</w:t>
        <w:br/>
        <w:t>v 0.772615 12.190977 1.716951</w:t>
        <w:br/>
        <w:t>v 0.774762 12.122260 1.762160</w:t>
        <w:br/>
        <w:t>v -0.744589 13.341200 1.336177</w:t>
        <w:br/>
        <w:t>v -0.713819 13.621315 1.299156</w:t>
        <w:br/>
        <w:t>v -0.714033 13.621677 1.319836</w:t>
        <w:br/>
        <w:t>v -0.641027 13.867477 1.271027</w:t>
        <w:br/>
        <w:t>v 0.915690 8.189004 -2.515691</w:t>
        <w:br/>
        <w:t>v 1.003030 7.385705 -2.839390</w:t>
        <w:br/>
        <w:t>v 1.010509 7.304371 -2.864500</w:t>
        <w:br/>
        <w:t>v 1.026975 7.214923 -2.897954</w:t>
        <w:br/>
        <w:t>v 1.011619 7.199189 -2.867504</w:t>
        <w:br/>
        <w:t>v 0.924927 8.126620 -2.540027</w:t>
        <w:br/>
        <w:t>v 0.957467 7.855176 -2.647560</w:t>
        <w:br/>
        <w:t>v 0.968452 7.745739 -2.694336</w:t>
        <w:br/>
        <w:t>v 0.979255 7.653849 -2.732445</w:t>
        <w:br/>
        <w:t>v -1.004878 7.227013 -2.875314</w:t>
        <w:br/>
        <w:t>v -1.016678 7.245216 -2.910048</w:t>
        <w:br/>
        <w:t>v 1.026975 7.214923 -2.897954</w:t>
        <w:br/>
        <w:t>v 1.172632 7.190335 -2.845244</w:t>
        <w:br/>
        <w:t>v -0.979195 7.553240 -2.800390</w:t>
        <w:br/>
        <w:t>v -0.991826 7.424185 -2.851900</w:t>
        <w:br/>
        <w:t>v -0.959174 7.749557 -2.717144</w:t>
        <w:br/>
        <w:t>v -0.940826 7.915545 -2.646239</w:t>
        <w:br/>
        <w:t>v -0.917494 8.120833 -2.563656</w:t>
        <w:br/>
        <w:t>v -0.905998 8.209908 -2.530835</w:t>
        <w:br/>
        <w:t>v 2.088232 11.168263 1.194606</w:t>
        <w:br/>
        <w:t>v 2.151648 10.314923 -0.820117</w:t>
        <w:br/>
        <w:t>v -0.018937 12.007906 1.550900</w:t>
        <w:br/>
        <w:t>v -0.280445 12.021014 1.624747</w:t>
        <w:br/>
        <w:t>v -0.312646 11.562293 1.710815</w:t>
        <w:br/>
        <w:t>v -0.018601 11.692748 1.635301</w:t>
        <w:br/>
        <w:t>v 0.360292 11.750122 1.651863</w:t>
        <w:br/>
        <w:t>v 0.187619 11.632766 1.685505</w:t>
        <w:br/>
        <w:t>v 0.243295 11.501733 1.716755</w:t>
        <w:br/>
        <w:t>v 0.335510 11.579886 1.701052</w:t>
        <w:br/>
        <w:t>v 0.484633 11.906803 1.782118</w:t>
        <w:br/>
        <w:t>v 0.420096 11.919062 1.842940</w:t>
        <w:br/>
        <w:t>v 0.436985 12.020502 1.783547</w:t>
        <w:br/>
        <w:t>v 0.487734 11.997755 1.727580</w:t>
        <w:br/>
        <w:t>v 0.342265 12.409585 1.440842</w:t>
        <w:br/>
        <w:t>v 0.512875 12.477937 1.527551</w:t>
        <w:br/>
        <w:t>v 0.148345 12.547415 0.639014</w:t>
        <w:br/>
        <w:t>v 0.342265 12.409585 1.440842</w:t>
        <w:br/>
        <w:t>v -0.014434 12.394750 1.454862</w:t>
        <w:br/>
        <w:t>v 0.392429 12.129457 1.536611</w:t>
        <w:br/>
        <w:t>v 0.802459 12.507718 1.391147</w:t>
        <w:br/>
        <w:t>v 0.148345 12.547415 0.639014</w:t>
        <w:br/>
        <w:t>v 1.976248 11.619973 0.687294</w:t>
        <w:br/>
        <w:t>v 2.102814 11.359276 0.744246</w:t>
        <w:br/>
        <w:t>v 2.077257 11.330573 0.687164</w:t>
        <w:br/>
        <w:t>v 1.966594 11.599678 0.659932</w:t>
        <w:br/>
        <w:t>v 2.142724 11.415842 0.911150</w:t>
        <w:br/>
        <w:t>v 2.122991 11.376229 0.777109</w:t>
        <w:br/>
        <w:t>v 1.981111 11.636525 0.706761</w:t>
        <w:br/>
        <w:t>v 1.992867 11.664989 0.802314</w:t>
        <w:br/>
        <w:t>v 1.968084 11.665961 0.835025</w:t>
        <w:br/>
        <w:t>v 2.116204 11.411055 0.953639</w:t>
        <w:br/>
        <w:t>v 1.943407 11.664371 0.895391</w:t>
        <w:br/>
        <w:t>v 2.069654 11.397750 1.016331</w:t>
        <w:br/>
        <w:t>v 2.089392 11.406816 0.996515</w:t>
        <w:br/>
        <w:t>v 1.838584 11.645104 0.975894</w:t>
        <w:br/>
        <w:t>v 1.967788 11.334218 1.079137</w:t>
        <w:br/>
        <w:t>v 2.037085 11.379860 1.048804</w:t>
        <w:br/>
        <w:t>v 1.887049 11.659910 0.943548</w:t>
        <w:br/>
        <w:t>v 2.051777 11.146107 0.377011</w:t>
        <w:br/>
        <w:t>v 1.949752 11.620372 0.372867</w:t>
        <w:br/>
        <w:t>v 1.921286 11.618204 0.462425</w:t>
        <w:br/>
        <w:t>v 2.030042 11.136912 0.492196</w:t>
        <w:br/>
        <w:t>v 2.110862 10.786926 0.530641</w:t>
        <w:br/>
        <w:t>v 2.177986 10.688643 0.427707</w:t>
        <w:br/>
        <w:t>v 2.129603 10.818012 0.411810</w:t>
        <w:br/>
        <w:t>v 2.064007 10.932626 0.509868</w:t>
        <w:br/>
        <w:t>v 2.231333 10.660187 0.328764</w:t>
        <w:br/>
        <w:t>v 2.199989 10.762436 0.311640</w:t>
        <w:br/>
        <w:t>v 2.044034 11.118078 0.617969</w:t>
        <w:br/>
        <w:t>v 2.136414 11.213477 0.050756</w:t>
        <w:br/>
        <w:t>v 2.117747 11.257241 -0.091289</w:t>
        <w:br/>
        <w:t>v 1.987974 11.661729 -0.112203</w:t>
        <w:br/>
        <w:t>v 1.980699 11.624600 0.128003</w:t>
        <w:br/>
        <w:t>v 1.855995 12.242004 -0.033638</w:t>
        <w:br/>
        <w:t>v 1.827123 12.176761 0.193628</w:t>
        <w:br/>
        <w:t>v 1.751163 12.254985 -0.224475</w:t>
        <w:br/>
        <w:t>v 1.901783 11.672438 -0.301756</w:t>
        <w:br/>
        <w:t>v 1.665941 12.611410 0.421932</w:t>
        <w:br/>
        <w:t>v 1.674910 12.650600 0.220923</w:t>
        <w:br/>
        <w:t>v 1.152226 12.269430 1.500003</w:t>
        <w:br/>
        <w:t>v 1.239549 11.925569 1.632202</w:t>
        <w:br/>
        <w:t>v 1.176385 11.881512 1.581000</w:t>
        <w:br/>
        <w:t>v 1.679415 12.310215 -0.561754</w:t>
        <w:br/>
        <w:t>v 1.528479 12.794924 -0.391841</w:t>
        <w:br/>
        <w:t>v 1.565397 12.725435 -0.168834</w:t>
        <w:br/>
        <w:t>v 1.528479 12.794924 -0.391841</w:t>
        <w:br/>
        <w:t>v 1.553457 12.811009 -0.557519</w:t>
        <w:br/>
        <w:t>v 1.553457 12.811009 -0.557519</w:t>
        <w:br/>
        <w:t>v 1.703495 12.352093 -0.783613</w:t>
        <w:br/>
        <w:t>v 1.499378 12.807789 -0.735946</w:t>
        <w:br/>
        <w:t>v 1.803934 11.720786 -0.910141</w:t>
        <w:br/>
        <w:t>v 1.821044 11.709652 -0.736663</w:t>
        <w:br/>
        <w:t>v 1.915307 11.366286 -0.877594</w:t>
        <w:br/>
        <w:t>v 1.889042 11.387465 -1.030871</w:t>
        <w:br/>
        <w:t>v 1.962314 10.864035 -1.155248</w:t>
        <w:br/>
        <w:t>v 2.001670 10.829046 -1.004426</w:t>
        <w:br/>
        <w:t>v 1.994634 11.315046 -0.420633</w:t>
        <w:br/>
        <w:t>v 2.030488 11.308004 -0.349231</w:t>
        <w:br/>
        <w:t>v 2.130766 10.809447 -0.410314</w:t>
        <w:br/>
        <w:t>v 2.088436 10.794662 -0.483856</w:t>
        <w:br/>
        <w:t>v 1.871497 11.683011 -0.416262</w:t>
        <w:br/>
        <w:t>v 1.833711 11.698503 -0.573539</w:t>
        <w:br/>
        <w:t>v -1.269560 11.109521 1.816139</w:t>
        <w:br/>
        <w:t>v -1.295435 11.129584 1.847987</w:t>
        <w:br/>
        <w:t>v -1.062510 11.572837 1.698575</w:t>
        <w:br/>
        <w:t>v -1.028941 11.519610 1.683794</w:t>
        <w:br/>
        <w:t>v -1.169554 11.076960 1.795814</w:t>
        <w:br/>
        <w:t>v -1.059910 11.084780 1.875342</w:t>
        <w:br/>
        <w:t>v -0.947114 11.507305 1.758162</w:t>
        <w:br/>
        <w:t>v -0.811312 11.483399 1.796688</w:t>
        <w:br/>
        <w:t>v -0.708068 12.040792 1.654850</w:t>
        <w:br/>
        <w:t>v -0.753241 11.028871 1.748081</w:t>
        <w:br/>
        <w:t>v -0.893362 11.056360 1.903922</w:t>
        <w:br/>
        <w:t>v -0.811312 11.483399 1.796688</w:t>
        <w:br/>
        <w:t>v -0.686927 11.447911 1.664453</w:t>
        <w:br/>
        <w:t>v -0.708068 12.040792 1.654850</w:t>
        <w:br/>
        <w:t>v -0.645038 11.930072 1.549066</w:t>
        <w:br/>
        <w:t>v -1.157254 10.662642 1.976485</w:t>
        <w:br/>
        <w:t>v -1.280470 10.711415 1.875120</w:t>
        <w:br/>
        <w:t>v -1.379054 10.780537 1.881530</w:t>
        <w:br/>
        <w:t>v -1.104020 11.616417 1.764209</w:t>
        <w:br/>
        <w:t>v -1.087444 11.642427 1.815459</w:t>
        <w:br/>
        <w:t>v -1.420740 10.796782 1.925185</w:t>
        <w:br/>
        <w:t>v -1.461938 10.816168 1.968128</w:t>
        <w:br/>
        <w:t>v -1.325359 11.155888 1.888012</w:t>
        <w:br/>
        <w:t>v -1.525777 10.661533 1.969931</w:t>
        <w:br/>
        <w:t>v -1.497950 10.699445 1.957688</w:t>
        <w:br/>
        <w:t>v -1.452605 10.620268 1.924178</w:t>
        <w:br/>
        <w:t>v -1.308699 11.171458 1.973442</w:t>
        <w:br/>
        <w:t>v -1.140362 11.115136 2.082623</w:t>
        <w:br/>
        <w:t>v -0.893196 11.613585 1.907131</w:t>
        <w:br/>
        <w:t>v -1.010423 11.617843 1.870046</w:t>
        <w:br/>
        <w:t>v -1.187305 11.130428 2.052685</w:t>
        <w:br/>
        <w:t>v -0.708068 12.040792 1.654850</w:t>
        <w:br/>
        <w:t>v -0.613981 11.565780 1.809503</w:t>
        <w:br/>
        <w:t>v -0.766998 11.153941 1.982399</w:t>
        <w:br/>
        <w:t>v -0.589942 11.215371 1.906077</w:t>
        <w:br/>
        <w:t>v -0.496008 11.572103 1.740756</w:t>
        <w:br/>
        <w:t>v -0.430954 12.026381 1.666105</w:t>
        <w:br/>
        <w:t>v -0.805388 14.541136 0.709624</w:t>
        <w:br/>
        <w:t>v -0.897328 14.572523 0.736151</w:t>
        <w:br/>
        <w:t>v -0.923422 14.597624 0.489259</w:t>
        <w:br/>
        <w:t>v -0.830018 14.561121 0.483207</w:t>
        <w:br/>
        <w:t>v -2.073602 10.675262 0.780723</w:t>
        <w:br/>
        <w:t>v -2.055223 11.121874 0.614994</w:t>
        <w:br/>
        <w:t>v -2.044400 10.640896 0.649958</w:t>
        <w:br/>
        <w:t>v -2.056219 11.080033 0.444414</w:t>
        <w:br/>
        <w:t>v -2.045498 11.058130 0.268031</w:t>
        <w:br/>
        <w:t>v -2.079695 10.536328 0.240706</w:t>
        <w:br/>
        <w:t>v -2.099642 10.554631 0.391637</w:t>
        <w:br/>
        <w:t>v -1.880316 11.765961 0.507362</w:t>
        <w:br/>
        <w:t>v -1.873150 11.781148 0.317596</w:t>
        <w:br/>
        <w:t>v -1.994106 11.355548 0.279699</w:t>
        <w:br/>
        <w:t>v -1.999535 11.374312 0.464600</w:t>
        <w:br/>
        <w:t>v -1.886343 11.735540 0.621336</w:t>
        <w:br/>
        <w:t>v -1.981219 11.461669 0.620639</w:t>
        <w:br/>
        <w:t>v -1.905232 11.644140 0.847597</w:t>
        <w:br/>
        <w:t>v -1.738151 12.225046 0.547529</w:t>
        <w:br/>
        <w:t>v -1.737474 12.239794 0.361402</w:t>
        <w:br/>
        <w:t>v -1.704228 11.656024 1.020287</w:t>
        <w:br/>
        <w:t>v -1.553943 12.137149 0.987338</w:t>
        <w:br/>
        <w:t>v -1.768967 12.180874 0.817891</w:t>
        <w:br/>
        <w:t>v -1.747368 12.214826 0.610349</w:t>
        <w:br/>
        <w:t>v -1.308256 11.591734 1.152081</w:t>
        <w:br/>
        <w:t>v -1.194406 12.073864 1.124851</w:t>
        <w:br/>
        <w:t>v -2.047590 10.172075 1.075648</w:t>
        <w:br/>
        <w:t>v -1.904772 10.221579 1.138422</w:t>
        <w:br/>
        <w:t>v -1.934375 10.707355 1.114828</w:t>
        <w:br/>
        <w:t>v -1.102893 10.163474 1.448624</w:t>
        <w:br/>
        <w:t>v -1.100721 10.310523 1.408267</w:t>
        <w:br/>
        <w:t>v -1.181571 10.194015 1.431487</w:t>
        <w:br/>
        <w:t>v -1.471871 10.146284 1.357917</w:t>
        <w:br/>
        <w:t>v -1.451800 10.351293 1.299338</w:t>
        <w:br/>
        <w:t>v -1.603341 10.112742 1.317823</w:t>
        <w:br/>
        <w:t>v -1.337511 10.661484 1.279181</w:t>
        <w:br/>
        <w:t>v -1.189909 10.410082 1.361715</w:t>
        <w:br/>
        <w:t>v -1.090849 10.628361 1.347351</w:t>
        <w:br/>
        <w:t>v -1.093278 11.080341 1.309588</w:t>
        <w:br/>
        <w:t>v -1.320015 11.111929 1.241875</w:t>
        <w:br/>
        <w:t>v -0.950453 10.593929 1.446051</w:t>
        <w:br/>
        <w:t>v -0.808589 11.022949 1.478235</w:t>
        <w:br/>
        <w:t>v -0.771158 11.446690 1.413863</w:t>
        <w:br/>
        <w:t>v -1.037425 11.521338 1.263931</w:t>
        <w:br/>
        <w:t>v -0.944606 10.512671 1.459028</w:t>
        <w:br/>
        <w:t>v -0.858824 10.568860 1.517009</w:t>
        <w:br/>
        <w:t>v -1.624762 11.767248 -1.103400</w:t>
        <w:br/>
        <w:t>v -1.755252 11.390542 -1.217590</w:t>
        <w:br/>
        <w:t>v -1.964739 11.424425 -0.917926</w:t>
        <w:br/>
        <w:t>v -1.833540 11.760025 -0.819480</w:t>
        <w:br/>
        <w:t>v -2.155221 11.446558 -0.540319</w:t>
        <w:br/>
        <w:t>v -1.971766 11.732979 -0.470324</w:t>
        <w:br/>
        <w:t>v -1.629565 12.772848 -0.219466</w:t>
        <w:br/>
        <w:t>v -1.538979 12.804974 -0.537915</w:t>
        <w:br/>
        <w:t>v -1.335905 12.820754 -0.873585</w:t>
        <w:br/>
        <w:t>v -2.022899 11.048784 -0.193228</w:t>
        <w:br/>
        <w:t>v -2.132995 11.024916 -0.431588</w:t>
        <w:br/>
        <w:t>v -2.211025 10.497931 -0.461168</w:t>
        <w:br/>
        <w:t>v -2.072091 10.499121 -0.272286</w:t>
        <w:br/>
        <w:t>v -2.543702 9.296304 -0.693563</w:t>
        <w:br/>
        <w:t>v -2.473916 9.303353 -0.578137</w:t>
        <w:br/>
        <w:t>v -2.299260 9.962606 -0.515442</w:t>
        <w:br/>
        <w:t>v -2.394872 9.950341 -0.666865</w:t>
        <w:br/>
        <w:t>v -2.314405 10.463714 -0.698421</w:t>
        <w:br/>
        <w:t>v -2.244908 11.005766 -0.607370</w:t>
        <w:br/>
        <w:t>v -2.145314 11.435175 -0.357859</w:t>
        <w:br/>
        <w:t>v -2.410625 9.306525 -0.555456</w:t>
        <w:br/>
        <w:t>v -1.865339 11.677061 0.171265</w:t>
        <w:br/>
        <w:t>v -1.907681 11.697888 -0.104839</w:t>
        <w:br/>
        <w:t>v -2.027766 11.380119 -0.198449</w:t>
        <w:br/>
        <w:t>v -1.985611 11.337778 0.092784</w:t>
        <w:br/>
        <w:t>v -1.737155 12.252934 0.218055</w:t>
        <w:br/>
        <w:t>v -1.768171 12.266116 -0.014247</w:t>
        <w:br/>
        <w:t>v -2.032768 11.038231 0.092607</w:t>
        <w:br/>
        <w:t>v -2.263049 9.293900 -0.427135</w:t>
        <w:br/>
        <w:t>v -2.135152 9.939397 -0.299765</w:t>
        <w:br/>
        <w:t>v -2.192173 9.951608 -0.390382</w:t>
        <w:br/>
        <w:t>v -2.345704 9.314194 -0.505230</w:t>
        <w:br/>
        <w:t>v -2.573851 8.746191 -0.634189</w:t>
        <w:br/>
        <w:t>v -2.618826 8.750273 -0.649158</w:t>
        <w:br/>
        <w:t>v -2.752411 8.496597 -0.665448</w:t>
        <w:br/>
        <w:t>v -2.699465 8.506659 -0.653110</w:t>
        <w:br/>
        <w:t>v -2.425714 8.769172 -0.575139</w:t>
        <w:br/>
        <w:t>v -2.368855 8.776628 -0.534346</w:t>
        <w:br/>
        <w:t>v -2.052616 10.981871 -0.992295</w:t>
        <w:br/>
        <w:t>v -1.857435 10.917759 -1.325888</w:t>
        <w:br/>
        <w:t>v -1.937032 10.306327 -1.414012</w:t>
        <w:br/>
        <w:t>v -2.150563 10.386724 -1.040869</w:t>
        <w:br/>
        <w:t>v -0.997913 10.757187 -1.678332</w:t>
        <w:br/>
        <w:t>v -1.462195 10.839867 -1.546620</w:t>
        <w:br/>
        <w:t>v -1.383026 11.336245 -1.436872</w:t>
        <w:br/>
        <w:t>v -0.882500 11.289186 -1.562918</w:t>
        <w:br/>
        <w:t>v -1.345811 8.676652 -2.211964</w:t>
        <w:br/>
        <w:t>v -1.767433 8.840052 -2.047397</w:t>
        <w:br/>
        <w:t>v -1.652364 9.570343 -1.860630</w:t>
        <w:br/>
        <w:t>v -1.224921 9.428350 -2.013280</w:t>
        <w:br/>
        <w:t>v -1.254436 11.755686 -1.309309</w:t>
        <w:br/>
        <w:t>v -0.786522 11.729340 -1.428700</w:t>
        <w:br/>
        <w:t>v -1.983509 9.674661 -1.651799</w:t>
        <w:br/>
        <w:t>v -2.044797 8.948679 -1.849028</w:t>
        <w:br/>
        <w:t>v -1.859469 8.248547 -2.202875</w:t>
        <w:br/>
        <w:t>v -2.106348 8.319577 -2.022431</w:t>
        <w:br/>
        <w:t>v -2.044797 8.948679 -1.849028</w:t>
        <w:br/>
        <w:t>v -2.025143 8.951088 -1.764964</w:t>
        <w:br/>
        <w:t>v -1.983509 9.674661 -1.651799</w:t>
        <w:br/>
        <w:t>v -2.003210 8.953550 -1.666988</w:t>
        <w:br/>
        <w:t>v -2.058754 8.336806 -1.902985</w:t>
        <w:br/>
        <w:t>v -2.011225 8.354584 -1.783423</w:t>
        <w:br/>
        <w:t>v -1.917624 7.799309 -2.393410</w:t>
        <w:br/>
        <w:t>v -1.987968 7.846251 -2.328033</w:t>
        <w:br/>
        <w:t>v -2.036722 7.966621 -1.943632</w:t>
        <w:br/>
        <w:t>v -2.002360 7.963186 -1.890699</w:t>
        <w:br/>
        <w:t>v -1.990624 8.962683 -1.607763</w:t>
        <w:br/>
        <w:t>v -1.997102 9.619735 -1.491920</w:t>
        <w:br/>
        <w:t>v -2.346615 8.557821 -1.429030</w:t>
        <w:br/>
        <w:t>v -2.476770 8.623268 -1.381812</w:t>
        <w:br/>
        <w:t>v -2.309845 9.162759 -1.287883</w:t>
        <w:br/>
        <w:t>v -2.192276 9.054699 -1.379188</w:t>
        <w:br/>
        <w:t>v -2.062702 9.638615 -1.427888</w:t>
        <w:br/>
        <w:t>v -2.291939 9.824157 -1.101236</w:t>
        <w:br/>
        <w:t>v -2.439816 9.936694 -0.778680</w:t>
        <w:br/>
        <w:t>v -2.360957 9.873685 -0.965199</w:t>
        <w:br/>
        <w:t>v -2.508060 9.245533 -1.001031</w:t>
        <w:br/>
        <w:t>v -2.594943 9.288232 -0.819375</w:t>
        <w:br/>
        <w:t>v -2.561803 8.652578 -1.291070</w:t>
        <w:br/>
        <w:t>v -2.674203 8.440942 -1.332035</w:t>
        <w:br/>
        <w:t>v -2.740796 8.477430 -1.253732</w:t>
        <w:br/>
        <w:t>v -2.639431 8.680020 -1.206488</w:t>
        <w:br/>
        <w:t>v -2.566055 8.398646 -1.440261</w:t>
        <w:br/>
        <w:t>v -2.411728 8.324358 -1.476511</w:t>
        <w:br/>
        <w:t>v -2.387774 9.191756 -1.195568</w:t>
        <w:br/>
        <w:t>v -2.661666 8.693560 -1.147805</w:t>
        <w:br/>
        <w:t>v -2.434479 9.210222 -1.134557</w:t>
        <w:br/>
        <w:t>v 1.755040 11.670670 1.010541</w:t>
        <w:br/>
        <w:t>v 1.716019 11.671702 1.061260</w:t>
        <w:br/>
        <w:t>v 1.837332 11.253582 1.163947</w:t>
        <w:br/>
        <w:t>v 1.881223 11.321499 1.093648</w:t>
        <w:br/>
        <w:t>v 2.268325 9.725322 -1.219195</w:t>
        <w:br/>
        <w:t>v 2.336264 9.347854 -1.367557</w:t>
        <w:br/>
        <w:t>v 2.277212 9.639131 -1.382928</w:t>
        <w:br/>
        <w:t>v 2.270761 9.610955 -1.460620</w:t>
        <w:br/>
        <w:t>v 2.307389 9.442057 -1.503918</w:t>
        <w:br/>
        <w:t>v 2.283786 9.543547 -1.635319</w:t>
        <w:br/>
        <w:t>v 2.110235 10.296542 -1.251362</w:t>
        <w:br/>
        <w:t>v 2.673122 8.564197 -2.011224</w:t>
        <w:br/>
        <w:t>v 2.508490 8.922142 -1.851869</w:t>
        <w:br/>
        <w:t>v 2.485406 8.888604 -1.697950</w:t>
        <w:br/>
        <w:t>v 2.653725 8.513501 -1.808054</w:t>
        <w:br/>
        <w:t>v 2.116471 10.309171 -1.117132</w:t>
        <w:br/>
        <w:t>v -2.159436 10.160701 0.708952</w:t>
        <w:br/>
        <w:t>v -2.278229 9.723792 0.684974</w:t>
        <w:br/>
        <w:t>v -2.279209 9.746707 0.752441</w:t>
        <w:br/>
        <w:t>v -2.174616 10.196545 0.830595</w:t>
        <w:br/>
        <w:t>v -2.261403 9.695662 0.573596</w:t>
        <w:br/>
        <w:t>v -2.290768 9.573482 0.558372</w:t>
        <w:br/>
        <w:t>v -2.319741 9.581330 0.606400</w:t>
        <w:br/>
        <w:t>v -2.273961 9.704408 0.620856</w:t>
        <w:br/>
        <w:t>v -2.168272 9.546117 0.285832</w:t>
        <w:br/>
        <w:t>v -2.190444 9.502774 0.211387</w:t>
        <w:br/>
        <w:t>v -2.223908 9.268394 0.213007</w:t>
        <w:br/>
        <w:t>v -2.183479 9.412494 0.287592</w:t>
        <w:br/>
        <w:t>v 1.524722 12.525075 0.897032</w:t>
        <w:br/>
        <w:t>v 1.597726 12.561496 0.761606</w:t>
        <w:br/>
        <w:t>v 1.494298 12.539383 1.097653</w:t>
        <w:br/>
        <w:t>v 1.597726 12.561496 0.761606</w:t>
        <w:br/>
        <w:t>v 1.722553 12.097702 0.875140</w:t>
        <w:br/>
        <w:t>v 1.786288 12.108695 0.814330</w:t>
        <w:br/>
        <w:t>v 1.666458 12.608310 0.629814</w:t>
        <w:br/>
        <w:t>v 1.334629 12.510620 1.061787</w:t>
        <w:br/>
        <w:t>v 1.494298 12.539383 1.097653</w:t>
        <w:br/>
        <w:t>v -0.230662 14.508724 1.303341</w:t>
        <w:br/>
        <w:t>v -0.478503 14.523558 1.269352</w:t>
        <w:br/>
        <w:t>v -0.423488 14.495451 1.163566</w:t>
        <w:br/>
        <w:t>v -0.207709 14.484724 1.190311</w:t>
        <w:br/>
        <w:t>v 0.055679 14.481415 1.213259</w:t>
        <w:br/>
        <w:t>v 0.058426 14.498993 1.316274</w:t>
        <w:br/>
        <w:t>v 1.022263 12.274369 1.533228</w:t>
        <w:br/>
        <w:t>v 1.136364 12.287384 1.586173</w:t>
        <w:br/>
        <w:t>v 1.015706 12.514104 1.312814</w:t>
        <w:br/>
        <w:t>v 0.705941 12.298791 1.553648</w:t>
        <w:br/>
        <w:t>v 0.688816 12.167410 1.766300</w:t>
        <w:br/>
        <w:t>v 0.740908 12.156054 1.728177</w:t>
        <w:br/>
        <w:t>v 0.300339 14.501171 1.297015</w:t>
        <w:br/>
        <w:t>v 0.277145 14.479155 1.190603</w:t>
        <w:br/>
        <w:t>v 0.481451 14.488993 1.133993</w:t>
        <w:br/>
        <w:t>v 0.533818 14.512897 1.219549</w:t>
        <w:br/>
        <w:t>v 0.671650 14.500589 1.012528</w:t>
        <w:br/>
        <w:t>v 0.739487 14.525806 1.067370</w:t>
        <w:br/>
        <w:t>v 1.127685 12.477798 1.059950</w:t>
        <w:br/>
        <w:t>v 1.015706 12.514104 1.312814</w:t>
        <w:br/>
        <w:t>v 1.689397 12.704645 0.024294</w:t>
        <w:br/>
        <w:t>v 1.565397 12.725435 -0.168834</w:t>
        <w:br/>
        <w:t>v 0.866751 14.561943 0.399573</w:t>
        <w:br/>
        <w:t>v 0.950206 14.599949 0.395216</w:t>
        <w:br/>
        <w:t>v 0.940429 14.570864 0.598838</w:t>
        <w:br/>
        <w:t>v 0.863668 14.536198 0.583276</w:t>
        <w:br/>
        <w:t>v 0.923646 14.622982 0.229528</w:t>
        <w:br/>
        <w:t>v 0.838373 14.583412 0.235544</w:t>
        <w:br/>
        <w:t>v 1.150813 11.749960 -1.358198</w:t>
        <w:br/>
        <w:t>v 1.313091 11.739523 -1.321390</w:t>
        <w:br/>
        <w:t>v 1.368395 11.251971 -1.415336</w:t>
        <w:br/>
        <w:t>v 1.174320 11.271782 -1.528972</w:t>
        <w:br/>
        <w:t>v 1.165279 12.348540 -1.181930</w:t>
        <w:br/>
        <w:t>v 1.478740 11.725071 -1.236467</w:t>
        <w:br/>
        <w:t>v 1.552122 11.280578 -1.360994</w:t>
        <w:br/>
        <w:t>v 1.354627 12.331760 -1.094094</w:t>
        <w:br/>
        <w:t>v 0.619446 12.761497 -1.173102</w:t>
        <w:br/>
        <w:t>v 0.682284 12.389344 -1.257531</w:t>
        <w:br/>
        <w:t>v 0.312762 12.348917 -1.332280</w:t>
        <w:br/>
        <w:t>v 0.284141 12.744210 -1.238773</w:t>
        <w:br/>
        <w:t>v 0.741644 11.743416 -1.431812</w:t>
        <w:br/>
        <w:t>v 0.407228 11.729803 -1.528382</w:t>
        <w:br/>
        <w:t>v 1.750875 11.741856 -1.075984</w:t>
        <w:br/>
        <w:t>v 1.860045 11.397142 -1.205037</w:t>
        <w:br/>
        <w:t>v 1.988495 10.877456 -1.332809</w:t>
        <w:br/>
        <w:t>v 1.655527 12.390796 -0.921443</w:t>
        <w:br/>
        <w:t>v -0.600064 12.732062 -1.157991</w:t>
        <w:br/>
        <w:t>v -1.019621 12.777844 -1.022535</w:t>
        <w:br/>
        <w:t>v -0.358305 11.717710 -1.521441</w:t>
        <w:br/>
        <w:t>v -0.472663 11.290642 -1.642218</w:t>
        <w:br/>
        <w:t>v -0.217987 12.709810 -1.251865</w:t>
        <w:br/>
        <w:t>v -0.949682 12.011563 1.226773</w:t>
        <w:br/>
        <w:t>v -0.733129 11.946725 1.353395</w:t>
        <w:br/>
        <w:t>v -0.686927 11.447911 1.664453</w:t>
        <w:br/>
        <w:t>v -1.211660 10.470329 2.003519</w:t>
        <w:br/>
        <w:t>v -1.336167 10.513437 1.912734</w:t>
        <w:br/>
        <w:t>v -0.944239 14.625008 0.302363</w:t>
        <w:br/>
        <w:t>v -0.816126 14.583117 0.310273</w:t>
        <w:br/>
        <w:t>v -0.877188 14.646353 0.067698</w:t>
        <w:br/>
        <w:t>v -0.732600 14.602280 0.102055</w:t>
        <w:br/>
        <w:t>v -2.107561 10.506345 -0.122144</w:t>
        <w:br/>
        <w:t>v -2.176122 9.957178 -0.176664</w:t>
        <w:br/>
        <w:t>v -2.152557 9.967349 0.014526</w:t>
        <w:br/>
        <w:t>v -2.119629 10.516951 0.074683</w:t>
        <w:br/>
        <w:t>v -1.468380 12.372703 -0.999360</w:t>
        <w:br/>
        <w:t>v -1.131123 12.344939 -1.154996</w:t>
        <w:br/>
        <w:t>v 1.907574 11.224805 1.116265</w:t>
        <w:br/>
        <w:t>v 1.992208 11.217721 1.121815</w:t>
        <w:br/>
        <w:t>v 2.192703 11.259116 1.071933</w:t>
        <w:br/>
        <w:t>v 2.170563 11.254796 1.090796</w:t>
        <w:br/>
        <w:t>v 2.461286 8.319348 -2.268510</w:t>
        <w:br/>
        <w:t>v 2.406416 8.555451 -2.131382</w:t>
        <w:br/>
        <w:t>v 2.673122 8.564197 -2.011224</w:t>
        <w:br/>
        <w:t>v 2.733737 8.369191 -2.124613</w:t>
        <w:br/>
        <w:t>v 2.286136 8.914194 -1.972613</w:t>
        <w:br/>
        <w:t>v 2.508490 8.922142 -1.851869</w:t>
        <w:br/>
        <w:t>v 2.055954 8.453922 -2.199803</w:t>
        <w:br/>
        <w:t>v 1.868117 8.368159 -2.181793</w:t>
        <w:br/>
        <w:t>v 1.946434 8.769455 -2.059285</w:t>
        <w:br/>
        <w:t>v 1.853852 8.026904 -2.293067</w:t>
        <w:br/>
        <w:t>v 2.081976 8.172775 -2.346837</w:t>
        <w:br/>
        <w:t>v 1.664375 7.562639 -2.402516</w:t>
        <w:br/>
        <w:t>v 1.449640 7.818856 -2.314206</w:t>
        <w:br/>
        <w:t>v 1.894081 7.696700 -2.430681</w:t>
        <w:br/>
        <w:t>v 2.144153 7.874111 -2.527317</w:t>
        <w:br/>
        <w:t>v 2.526550 8.115981 -2.449240</w:t>
        <w:br/>
        <w:t>v 1.467727 8.250790 -2.140777</w:t>
        <w:br/>
        <w:t>v 1.519065 8.697872 -2.022684</w:t>
        <w:br/>
        <w:t>v 1.813616 9.458510 -1.835767</w:t>
        <w:br/>
        <w:t>v 2.088777 9.539941 -1.752427</w:t>
        <w:br/>
        <w:t>v 2.829311 8.237656 -2.252170</w:t>
        <w:br/>
        <w:t>v 2.782057 8.330714 -1.900885</w:t>
        <w:br/>
        <w:t>v 2.834219 8.239753 -2.020867</w:t>
        <w:br/>
        <w:t>v -1.932677 9.928081 1.208869</w:t>
        <w:br/>
        <w:t>v -1.766976 10.085135 1.260155</w:t>
        <w:br/>
        <w:t>v -1.751942 10.274612 1.206416</w:t>
        <w:br/>
        <w:t>v -2.346100 8.784627 -0.498165</w:t>
        <w:br/>
        <w:t>v -2.332953 8.784015 -0.431788</w:t>
        <w:br/>
        <w:t>v 2.137132 10.274392 -1.440416</w:t>
        <w:br/>
        <w:t>v 0.831219 14.640713 -0.001137</w:t>
        <w:br/>
        <w:t>v 0.739208 14.596619 0.053365</w:t>
        <w:br/>
        <w:t>v 0.606376 14.597563 -0.085401</w:t>
        <w:br/>
        <w:t>v 0.669127 14.640497 -0.171835</w:t>
        <w:br/>
        <w:t>v -0.151587 14.639154 -0.325368</w:t>
        <w:br/>
        <w:t>v 0.015383 14.634657 -0.324129</w:t>
        <w:br/>
        <w:t>v 0.021865 14.588091 -0.217111</w:t>
        <w:br/>
        <w:t>v -0.143765 14.587429 -0.211740</w:t>
        <w:br/>
        <w:t>v -0.381105 14.595356 -0.178397</w:t>
        <w:br/>
        <w:t>v -0.416970 14.644600 -0.285250</w:t>
        <w:br/>
        <w:t>v -0.605400 14.537680 1.205426</w:t>
        <w:br/>
        <w:t>v -0.781262 14.542290 0.986031</w:t>
        <w:br/>
        <w:t>v -0.710855 14.516314 0.923600</w:t>
        <w:br/>
        <w:t>v -0.549493 14.508171 1.110022</w:t>
        <w:br/>
        <w:t>v -0.369744 12.431298 1.560248</w:t>
        <w:br/>
        <w:t>v -0.968376 10.619018 2.015963</w:t>
        <w:br/>
        <w:t>v -0.894770 10.605552 1.939012</w:t>
        <w:br/>
        <w:t>v -0.827173 10.593583 1.827986</w:t>
        <w:br/>
        <w:t>v -0.852499 10.583285 1.661375</w:t>
        <w:br/>
        <w:t>v -0.875686 10.404013 1.782351</w:t>
        <w:br/>
        <w:t>v -0.949540 10.417381 1.999318</w:t>
        <w:br/>
        <w:t>v -2.534328 8.751847 -0.615850</w:t>
        <w:br/>
        <w:t>v -2.629996 8.514297 -0.644280</w:t>
        <w:br/>
        <w:t>v -2.588984 8.522262 -0.637335</w:t>
        <w:br/>
        <w:t>v -2.484185 8.756181 -0.596929</w:t>
        <w:br/>
        <w:t>v -0.669502 14.651680 -0.175723</w:t>
        <w:br/>
        <w:t>v -0.582870 14.601847 -0.081452</w:t>
        <w:br/>
        <w:t>v 1.425508 10.019141 -1.669664</w:t>
        <w:br/>
        <w:t>v 1.497816 9.363229 -1.864029</w:t>
        <w:br/>
        <w:t>v 1.201369 9.336376 -2.102572</w:t>
        <w:br/>
        <w:t>v 1.184545 10.022820 -1.858333</w:t>
        <w:br/>
        <w:t>v 1.191592 10.698715 -1.694894</w:t>
        <w:br/>
        <w:t>v 1.376382 10.721376 -1.540934</w:t>
        <w:br/>
        <w:t>v 1.625080 10.789450 -1.476216</w:t>
        <w:br/>
        <w:t>v 1.753456 10.115993 -1.611871</w:t>
        <w:br/>
        <w:t>v 1.747156 11.315656 -1.276691</w:t>
        <w:br/>
        <w:t>v 1.848613 10.831859 -1.420288</w:t>
        <w:br/>
        <w:t>v 1.972142 10.214237 -1.539793</w:t>
        <w:br/>
        <w:t>v 1.300651 11.955519 1.718695</w:t>
        <w:br/>
        <w:t>v -1.574842 12.707582 0.394287</w:t>
        <w:br/>
        <w:t>v -1.573961 12.691295 0.523414</w:t>
        <w:br/>
        <w:t>v -2.050690 8.205001 -1.597047</w:t>
        <w:br/>
        <w:t>v -1.973078 8.400347 -1.578702</w:t>
        <w:br/>
        <w:t>v -1.982862 8.185539 -1.625157</w:t>
        <w:br/>
        <w:t>v 0.457117 14.595509 -0.158660</w:t>
        <w:br/>
        <w:t>v 0.495681 14.637472 -0.257752</w:t>
        <w:br/>
        <w:t>v 0.250767 14.586628 -0.202224</w:t>
        <w:br/>
        <w:t>v 0.270703 14.632324 -0.303241</w:t>
        <w:br/>
        <w:t>v 0.815677 11.212937 -1.587471</w:t>
        <w:br/>
        <w:t>v 0.889829 10.639724 -1.725037</w:t>
        <w:br/>
        <w:t>v 0.619281 10.677682 -1.777940</w:t>
        <w:br/>
        <w:t>v 0.504842 11.220677 -1.661195</w:t>
        <w:br/>
        <w:t>v 0.785788 9.909913 -1.921311</w:t>
        <w:br/>
        <w:t>v 0.915749 9.260436 -2.107897</w:t>
        <w:br/>
        <w:t>v -2.899838 8.397550 -0.723154</w:t>
        <w:br/>
        <w:t>v -2.833584 8.508195 -0.710963</w:t>
        <w:br/>
        <w:t>v -2.857023 8.523801 -0.767137</w:t>
        <w:br/>
        <w:t>v -2.945178 8.406885 -0.758315</w:t>
        <w:br/>
        <w:t>v -2.838295 8.541383 -0.987020</w:t>
        <w:br/>
        <w:t>v -2.865524 8.556940 -0.927069</w:t>
        <w:br/>
        <w:t>v -2.782974 8.751948 -0.892762</w:t>
        <w:br/>
        <w:t>v -2.744230 8.734038 -0.972002</w:t>
        <w:br/>
        <w:t>v -0.977007 8.537011 -2.332777</w:t>
        <w:br/>
        <w:t>v -0.790987 9.319667 -2.106844</w:t>
        <w:br/>
        <w:t>v -1.432163 8.033589 -2.395505</w:t>
        <w:br/>
        <w:t>v -1.811767 7.744765 -2.438865</w:t>
        <w:br/>
        <w:t>v -1.059493 8.211159 -2.409244</w:t>
        <w:br/>
        <w:t>v -1.165216 7.458409 -2.711978</w:t>
        <w:br/>
        <w:t>v -1.469524 7.558026 -2.594778</w:t>
        <w:br/>
        <w:t>v -1.104420 7.868604 -2.546640</w:t>
        <w:br/>
        <w:t>v -1.985301 7.981888 -1.672451</w:t>
        <w:br/>
        <w:t>v -1.982862 8.185539 -1.625157</w:t>
        <w:br/>
        <w:t>v -1.994817 8.374069 -1.695453</w:t>
        <w:br/>
        <w:t>v -1.993812 7.971853 -1.780235</w:t>
        <w:br/>
        <w:t>v -2.751337 8.750590 -0.789556</w:t>
        <w:br/>
        <w:t>v -1.973078 8.400347 -1.578702</w:t>
        <w:br/>
        <w:t>v -1.973070 8.975380 -1.523914</w:t>
        <w:br/>
        <w:t>v 1.015585 8.642869 -2.263645</w:t>
        <w:br/>
        <w:t>v 1.262602 8.682549 -2.272957</w:t>
        <w:br/>
        <w:t>v 1.272608 8.235983 -2.383569</w:t>
        <w:br/>
        <w:t>v 1.070211 8.222728 -2.386824</w:t>
        <w:br/>
        <w:t>v 1.283276 7.768689 -2.544915</w:t>
        <w:br/>
        <w:t>v 1.126564 7.692522 -2.597818</w:t>
        <w:br/>
        <w:t>v 1.269546 7.237194 -2.745547</w:t>
        <w:br/>
        <w:t>v 1.166049 7.207170 -2.796732</w:t>
        <w:br/>
        <w:t>v 1.149868 7.369061 -2.731139</w:t>
        <w:br/>
        <w:t>v 1.293496 7.376552 -2.693079</w:t>
        <w:br/>
        <w:t>v 1.360928 7.791862 -2.437760</w:t>
        <w:br/>
        <w:t>v 1.374326 7.422697 -2.621654</w:t>
        <w:br/>
        <w:t>v 0.799817 14.511719 0.796029</w:t>
        <w:br/>
        <w:t>v 0.876332 14.542475 0.868043</w:t>
        <w:br/>
        <w:t>v 0.876332 14.542475 0.868043</w:t>
        <w:br/>
        <w:t>v 0.799817 14.511719 0.796029</w:t>
        <w:br/>
        <w:t>v 0.183732 11.454627 1.723368</w:t>
        <w:br/>
        <w:t>v 0.031651 11.360229 1.749744</w:t>
        <w:br/>
        <w:t>v 0.031667 11.290174 1.786591</w:t>
        <w:br/>
        <w:t>v 0.168730 11.302917 1.795545</w:t>
        <w:br/>
        <w:t>v 0.694776 11.671192 1.829265</w:t>
        <w:br/>
        <w:t>v 0.635786 11.841349 1.700758</w:t>
        <w:br/>
        <w:t>v 0.646181 11.678737 1.782155</w:t>
        <w:br/>
        <w:t>v 0.694776 11.671192 1.829265</w:t>
        <w:br/>
        <w:t>v 0.609227 11.772980 1.843841</w:t>
        <w:br/>
        <w:t>v 0.635786 11.841349 1.700758</w:t>
        <w:br/>
        <w:t>v 0.415941 11.871546 1.917951</w:t>
        <w:br/>
        <w:t>v 0.433578 11.946188 1.880148</w:t>
        <w:br/>
        <w:t>v 0.408043 11.846742 1.878376</w:t>
        <w:br/>
        <w:t>v 1.294111 11.814261 1.347739</w:t>
        <w:br/>
        <w:t>v 1.198532 11.878213 1.390535</w:t>
        <w:br/>
        <w:t>v 1.265059 11.724020 1.426148</w:t>
        <w:br/>
        <w:t>v 1.493588 11.722503 1.389368</w:t>
        <w:br/>
        <w:t>v 1.422105 11.747848 1.370431</w:t>
        <w:br/>
        <w:t>v 1.514642 11.428170 1.548391</w:t>
        <w:br/>
        <w:t>v 1.589711 11.412256 1.579109</w:t>
        <w:br/>
        <w:t>v 1.152635 12.237587 1.236387</w:t>
        <w:br/>
        <w:t>v 1.095656 12.252975 1.379553</w:t>
        <w:br/>
        <w:t>v 1.149202 11.890622 1.487420</w:t>
        <w:br/>
        <w:t>v 1.529271 11.711481 1.399971</w:t>
        <w:br/>
        <w:t>v 1.630245 11.419118 1.587587</w:t>
        <w:br/>
        <w:t>v 1.937114 11.344545 -0.731956</w:t>
        <w:br/>
        <w:t>v 1.978583 11.324356 -0.516971</w:t>
        <w:br/>
        <w:t>v 2.071903 10.794713 -0.613397</w:t>
        <w:br/>
        <w:t>v 2.037493 10.791329 -0.836619</w:t>
        <w:br/>
        <w:t>v -1.012533 10.161203 1.471656</w:t>
        <w:br/>
        <w:t>v -1.012068 10.344383 1.448411</w:t>
        <w:br/>
        <w:t>v -2.801491 8.390533 -0.681898</w:t>
        <w:br/>
        <w:t>v -2.743559 8.388213 -0.676410</w:t>
        <w:br/>
        <w:t>v 2.575061 8.650624 -1.629883</w:t>
        <w:br/>
        <w:t>v 2.455040 8.856911 -1.581684</w:t>
        <w:br/>
        <w:t>v 2.345431 9.320673 -1.312595</w:t>
        <w:br/>
        <w:t>v 2.878835 8.177402 -1.994434</w:t>
        <w:br/>
        <w:t>v 2.840107 8.204553 -1.931628</w:t>
        <w:br/>
        <w:t>v 2.015440 11.289843 0.593241</w:t>
        <w:br/>
        <w:t>v 1.920746 11.612149 0.550842</w:t>
        <w:br/>
        <w:t>v -2.442314 8.538808 -0.577547</w:t>
        <w:br/>
        <w:t>v -2.487282 8.526381 -0.606542</w:t>
        <w:br/>
        <w:t>v -2.557309 8.383263 -0.628400</w:t>
        <w:br/>
        <w:t>v -2.417162 8.531496 -0.524012</w:t>
        <w:br/>
        <w:t>v -2.502479 8.326335 -0.561460</w:t>
        <w:br/>
        <w:t>v -2.455731 8.407809 -0.489655</w:t>
        <w:br/>
        <w:t>v -2.404526 8.535493 -0.474569</w:t>
        <w:br/>
        <w:t>v -2.216096 9.456268 0.136220</w:t>
        <w:br/>
        <w:t>v -2.270732 9.198723 0.148777</w:t>
        <w:br/>
        <w:t>v 0.612464 12.269205 1.618897</w:t>
        <w:br/>
        <w:t>v 2.053238 11.223742 1.127255</w:t>
        <w:br/>
        <w:t>v 2.952720 8.164551 -2.384823</w:t>
        <w:br/>
        <w:t>v 2.895633 8.151110 -2.447721</w:t>
        <w:br/>
        <w:t>v 2.599060 8.053554 -2.547638</w:t>
        <w:br/>
        <w:t>v 2.956173 8.173425 -2.310250</w:t>
        <w:br/>
        <w:t>v 2.937024 8.191412 -2.213905</w:t>
        <w:br/>
        <w:t>v -1.990702 7.751364 -1.947155</w:t>
        <w:br/>
        <w:t>v -2.042865 7.774087 -2.011537</w:t>
        <w:br/>
        <w:t>v 2.248417 11.283732 0.960002</w:t>
        <w:br/>
        <w:t>v 2.257210 11.294686 0.885013</w:t>
        <w:br/>
        <w:t>v 2.223917 11.260628 0.796117</w:t>
        <w:br/>
        <w:t>v 2.174041 7.780292 -2.596125</w:t>
        <w:br/>
        <w:t>v 2.406202 7.909936 -2.627713</w:t>
        <w:br/>
        <w:t>v 2.318237 7.799117 -2.652223</w:t>
        <w:br/>
        <w:t>v 1.871971 7.554197 -2.451880</w:t>
        <w:br/>
        <w:t>v 1.993513 7.645428 -2.536645</w:t>
        <w:br/>
        <w:t>v 1.731631 7.471580 -2.412471</w:t>
        <w:br/>
        <w:t>v -1.528600 7.432875 -2.635601</w:t>
        <w:br/>
        <w:t>v -1.696549 7.478525 -2.594979</w:t>
        <w:br/>
        <w:t>v -1.925529 7.599426 -2.504712</w:t>
        <w:br/>
        <w:t>v -2.014721 7.725469 -2.391587</w:t>
        <w:br/>
        <w:t>v -3.058378 8.302361 -0.895577</w:t>
        <w:br/>
        <w:t>v -3.033987 8.332366 -0.828283</w:t>
        <w:br/>
        <w:t>v -2.953369 8.404542 -0.821503</w:t>
        <w:br/>
        <w:t>v -2.963233 8.402300 -0.884582</w:t>
        <w:br/>
        <w:t>v -2.829937 8.389659 -0.689780</w:t>
        <w:br/>
        <w:t>v -2.784353 8.493326 -0.671446</w:t>
        <w:br/>
        <w:t>v -1.192305 7.307126 -2.761145</w:t>
        <w:br/>
        <w:t>v -1.394283 7.291926 -2.726147</w:t>
        <w:br/>
        <w:t>v 1.568989 7.375611 -2.399892</w:t>
        <w:br/>
        <w:t>v 1.487673 7.335200 -2.444618</w:t>
        <w:br/>
        <w:t>v 1.518147 7.469117 -2.381700</w:t>
        <w:br/>
        <w:t>v 1.672159 7.435215 -2.394777</w:t>
        <w:br/>
        <w:t>v 1.365116 7.290859 -2.706927</w:t>
        <w:br/>
        <w:t>v 0.604979 11.574792 1.814345</w:t>
        <w:br/>
        <w:t>v 0.548563 11.665447 1.719769</w:t>
        <w:br/>
        <w:t>v 0.544212 11.553783 1.788629</w:t>
        <w:br/>
        <w:t>v 0.397283 11.619086 1.702611</w:t>
        <w:br/>
        <w:t>v 0.414812 11.524084 1.732934</w:t>
        <w:br/>
        <w:t>v -0.233103 11.262641 1.802178</w:t>
        <w:br/>
        <w:t>v -0.233029 11.108130 1.842354</w:t>
        <w:br/>
        <w:t>v -0.132187 11.129783 1.829568</w:t>
        <w:br/>
        <w:t>v -0.127005 11.291984 1.778803</w:t>
        <w:br/>
        <w:t>v -0.381825 11.165767 1.833964</w:t>
        <w:br/>
        <w:t>v -0.468349 11.115646 1.862266</w:t>
        <w:br/>
        <w:t>v -0.488488 10.982728 1.896852</w:t>
        <w:br/>
        <w:t>v -0.375584 11.099809 1.846540</w:t>
        <w:br/>
        <w:t>v -0.565314 11.064032 1.897407</w:t>
        <w:br/>
        <w:t>v -0.583509 10.921406 1.940309</w:t>
        <w:br/>
        <w:t>v -0.850231 11.127797 2.011350</w:t>
        <w:br/>
        <w:t>v -0.858410 10.947602 2.078491</w:t>
        <w:br/>
        <w:t>v -0.767484 10.970724 2.036935</w:t>
        <w:br/>
        <w:t>v -1.069565 10.930192 2.179816</w:t>
        <w:br/>
        <w:t>v -1.027719 11.104773 2.079666</w:t>
        <w:br/>
        <w:t>v -1.099042 11.102930 2.109056</w:t>
        <w:br/>
        <w:t>v -1.156497 10.897546 2.192743</w:t>
        <w:br/>
        <w:t>v -1.293997 10.870491 2.180803</w:t>
        <w:br/>
        <w:t>v -1.341201 10.772412 2.231450</w:t>
        <w:br/>
        <w:t>v -1.268976 10.757539 2.249021</w:t>
        <w:br/>
        <w:t>v -1.231927 10.895228 2.195280</w:t>
        <w:br/>
        <w:t>v -1.227968 11.143646 2.026975</w:t>
        <w:br/>
        <w:t>v -1.375762 10.840794 2.165092</w:t>
        <w:br/>
        <w:t>v -1.505417 10.746728 2.005258</w:t>
        <w:br/>
        <w:t>v -1.478324 10.794237 2.088930</w:t>
        <w:br/>
        <w:t>v -1.401845 10.431309 1.927721</w:t>
        <w:br/>
        <w:t>v -1.479234 10.517446 1.949046</w:t>
        <w:br/>
        <w:t>v -1.328880 10.408074 1.938326</w:t>
        <w:br/>
        <w:t>v -1.234361 10.419949 1.989729</w:t>
        <w:br/>
        <w:t>v -1.141774 10.458889 2.024980</w:t>
        <w:br/>
        <w:t>v -1.166209 10.337390 2.045395</w:t>
        <w:br/>
        <w:t>v -1.111520 10.300228 2.069199</w:t>
        <w:br/>
        <w:t>v -1.008285 10.434598 2.053351</w:t>
        <w:br/>
        <w:t>v -1.043465 10.303988 2.064182</w:t>
        <w:br/>
        <w:t>v -0.973927 10.341523 2.019565</w:t>
        <w:br/>
        <w:t>v -0.890772 10.404267 1.900337</w:t>
        <w:br/>
        <w:t>v -0.864777 10.247711 1.823995</w:t>
        <w:br/>
        <w:t>v -0.922074 10.280117 1.947664</w:t>
        <w:br/>
        <w:t>v -0.875038 10.396845 1.556179</w:t>
        <w:br/>
        <w:t>v -0.946166 10.369335 1.481499</w:t>
        <w:br/>
        <w:t>v -0.933744 10.209521 1.507416</w:t>
        <w:br/>
        <w:t>v -0.877895 10.305084 1.569832</w:t>
        <w:br/>
        <w:t>v -1.306056 10.202431 1.387770</w:t>
        <w:br/>
        <w:t>v -1.406661 10.169890 1.369684</w:t>
        <w:br/>
        <w:t>v -1.412716 10.070523 1.389831</w:t>
        <w:br/>
        <w:t>v -1.337798 10.061698 1.411877</w:t>
        <w:br/>
        <w:t>v -2.208232 9.768726 0.980554</w:t>
        <w:br/>
        <w:t>v -2.106607 9.813917 1.091108</w:t>
        <w:br/>
        <w:t>v -2.122246 10.186204 0.934457</w:t>
        <w:br/>
        <w:t>v -2.267250 9.743832 0.823699</w:t>
        <w:br/>
        <w:t>v -2.305226 9.627156 0.830131</w:t>
        <w:br/>
        <w:t>v -2.285869 9.626761 0.908359</w:t>
        <w:br/>
        <w:t>v -2.255068 9.740707 0.897868</w:t>
        <w:br/>
        <w:t>v -2.325264 9.615841 0.672824</w:t>
        <w:br/>
        <w:t>v -2.316862 9.648438 0.740412</w:t>
        <w:br/>
        <w:t>v -2.199957 9.691115 0.537622</w:t>
        <w:br/>
        <w:t>v -2.238453 9.587194 0.529482</w:t>
        <w:br/>
        <w:t>v -2.390505 8.541808 -0.424349</w:t>
        <w:br/>
        <w:t>v -2.377869 8.577201 -0.363981</w:t>
        <w:br/>
        <w:t>v -2.293651 8.897238 -0.351444</w:t>
        <w:br/>
        <w:t>v -2.520185 8.333295 -0.604776</w:t>
        <w:br/>
        <w:t>v -2.622101 8.393279 -0.655793</w:t>
        <w:br/>
        <w:t>v -2.643979 8.312827 -0.668864</w:t>
        <w:br/>
        <w:t>v -2.592125 8.338753 -0.648843</w:t>
        <w:br/>
        <w:t>v -2.571227 8.390955 -0.639859</w:t>
        <w:br/>
        <w:t>v -2.920372 8.341758 -0.728080</w:t>
        <w:br/>
        <w:t>v -2.866558 8.316004 -0.706268</w:t>
        <w:br/>
        <w:t>v -2.967746 8.382159 -0.770750</w:t>
        <w:br/>
        <w:t>v -2.895285 7.974062 -1.573268</w:t>
        <w:br/>
        <w:t>v -2.812538 8.102866 -1.500492</w:t>
        <w:br/>
        <w:t>v -2.702851 8.051461 -1.563496</w:t>
        <w:br/>
        <w:t>v -2.756209 7.942502 -1.634824</w:t>
        <w:br/>
        <w:t>v -2.349684 7.905844 -1.596603</w:t>
        <w:br/>
        <w:t>v -2.512154 8.005439 -1.578873</w:t>
        <w:br/>
        <w:t>v -2.455549 8.141497 -1.516775</w:t>
        <w:br/>
        <w:t>v -2.287603 8.085961 -1.536903</w:t>
        <w:br/>
        <w:t>v -2.216155 7.829097 -1.643837</w:t>
        <w:br/>
        <w:t>v -2.253464 7.682642 -1.675191</w:t>
        <w:br/>
        <w:t>v -2.393623 7.750113 -1.680070</w:t>
        <w:br/>
        <w:t>v -2.052207 7.690430 -2.041672</w:t>
        <w:br/>
        <w:t>v -1.967601 7.632600 -1.976095</w:t>
        <w:br/>
        <w:t>v -2.075038 7.743664 -2.327072</w:t>
        <w:br/>
        <w:t>v -2.045691 7.895591 -2.240765</w:t>
        <w:br/>
        <w:t>v -1.848083 7.380064 -2.606313</w:t>
        <w:br/>
        <w:t>v -1.956355 7.479774 -2.544543</w:t>
        <w:br/>
        <w:t>v -1.840626 7.543023 -2.545078</w:t>
        <w:br/>
        <w:t>v -1.696723 7.351533 -2.640354</w:t>
        <w:br/>
        <w:t>v -1.401407 7.188767 -2.762097</w:t>
        <w:br/>
        <w:t>v -1.310079 7.171371 -2.786302</w:t>
        <w:br/>
        <w:t>v 1.228693 7.162957 -2.796856</w:t>
        <w:br/>
        <w:t>v 1.290270 7.168805 -2.776823</w:t>
        <w:br/>
        <w:t>v 1.343883 7.208039 -2.743524</w:t>
        <w:br/>
        <w:t>v 1.377286 7.242917 -2.713933</w:t>
        <w:br/>
        <w:t>v 1.387221 7.305075 -2.675985</w:t>
        <w:br/>
        <w:t>v 1.399385 7.253543 -2.683656</w:t>
        <w:br/>
        <w:t>v 1.392216 7.305036 -2.614533</w:t>
        <w:br/>
        <w:t>v 1.408656 7.256955 -2.643036</w:t>
        <w:br/>
        <w:t>v 1.403315 7.278926 -2.580909</w:t>
        <w:br/>
        <w:t>v 1.396406 7.305213 -2.563386</w:t>
        <w:br/>
        <w:t>v 1.428254 7.310340 -2.498117</w:t>
        <w:br/>
        <w:t>v 1.428504 7.250679 -2.541164</w:t>
        <w:br/>
        <w:t>v 1.475577 7.230743 -2.492226</w:t>
        <w:br/>
        <w:t>v 1.549855 7.257662 -2.448920</w:t>
        <w:br/>
        <w:t>v 1.623446 7.316352 -2.421980</w:t>
        <w:br/>
        <w:t>v 1.769506 7.416198 -2.437966</w:t>
        <w:br/>
        <w:t>v 1.676804 7.400373 -2.397526</w:t>
        <w:br/>
        <w:t>v 1.852209 7.452336 -2.475417</w:t>
        <w:br/>
        <w:t>v 1.934021 7.524867 -2.517252</w:t>
        <w:br/>
        <w:t>v 2.677633 8.010737 -2.631068</w:t>
        <w:br/>
        <w:t>v 2.753359 8.069658 -2.579041</w:t>
        <w:br/>
        <w:t>v 2.215512 9.760272 -0.776965</w:t>
        <w:br/>
        <w:t>v 2.149328 10.015832 -0.756411</w:t>
        <w:br/>
        <w:t>v 2.226753 9.849194 -0.669655</w:t>
        <w:br/>
        <w:t>v 2.145522 10.314787 -0.581019</w:t>
        <w:br/>
        <w:t>v 2.185566 10.123023 -0.594742</w:t>
        <w:br/>
        <w:t>v 2.147730 10.121803 -0.680835</w:t>
        <w:br/>
        <w:t>v 2.125324 10.318982 -0.677541</w:t>
        <w:br/>
        <w:t>v 2.226678 9.964722 -0.608237</w:t>
        <w:br/>
        <w:t>v 2.251877 10.119587 -0.544787</w:t>
        <w:br/>
        <w:t>v 2.354819 10.283712 -0.433765</w:t>
        <w:br/>
        <w:t>v 2.317406 10.383103 -0.406214</w:t>
        <w:br/>
        <w:t>v 2.342251 10.436189 -0.291876</w:t>
        <w:br/>
        <w:t>v 2.406781 10.300895 -0.316889</w:t>
        <w:br/>
        <w:t>v 2.326827 10.541436 0.057320</w:t>
        <w:br/>
        <w:t>v 2.383346 10.433570 0.037791</w:t>
        <w:br/>
        <w:t>v 2.388952 10.448987 -0.091623</w:t>
        <w:br/>
        <w:t>v 2.371894 10.482911 -0.102036</w:t>
        <w:br/>
        <w:t>v 2.304243 10.573113 0.173516</w:t>
        <w:br/>
        <w:t>v 2.363003 10.455858 0.166566</w:t>
        <w:br/>
        <w:t>v 2.074630 10.992466 0.627634</w:t>
        <w:br/>
        <w:t>v 2.112693 10.991786 0.672117</w:t>
        <w:br/>
        <w:t>v 2.195310 11.017827 0.736067</w:t>
        <w:br/>
        <w:t>v 2.130104 11.171514 0.712931</w:t>
        <w:br/>
        <w:t>v 2.266885 11.102199 0.771398</w:t>
        <w:br/>
        <w:t>v 2.353120 11.220603 0.893443</w:t>
        <w:br/>
        <w:t>v 2.327732 11.225979 0.990303</w:t>
        <w:br/>
        <w:t>v 2.150261 11.178439 1.154068</w:t>
        <w:br/>
        <w:t>v 2.114327 11.244348 1.115508</w:t>
        <w:br/>
        <w:t>v 2.090780 11.159447 1.163529</w:t>
        <w:br/>
        <w:t>v 2.013294 11.161599 1.151204</w:t>
        <w:br/>
        <w:t>v 1.916395 11.190482 1.127803</w:t>
        <w:br/>
        <w:t>v 1.873170 11.176593 1.182485</w:t>
        <w:br/>
        <w:t>v 1.832976 11.192250 1.238041</w:t>
        <w:br/>
        <w:t>v 1.781358 11.325784 1.223727</w:t>
        <w:br/>
        <w:t>v 1.787119 11.250894 1.274987</w:t>
        <w:br/>
        <w:t>v 1.753825 11.368058 1.282159</w:t>
        <w:br/>
        <w:t>v 1.778478 11.442641 1.345061</w:t>
        <w:br/>
        <w:t>v 1.791083 11.363816 1.366930</w:t>
        <w:br/>
        <w:t>v 1.588594 11.694310 1.418457</w:t>
        <w:br/>
        <w:t>v 1.712886 11.371750 1.601396</w:t>
        <w:br/>
        <w:t>v 1.758233 11.378708 1.584889</w:t>
        <w:br/>
        <w:t>v 1.662487 11.721327 1.418466</w:t>
        <w:br/>
        <w:t>v 1.307503 11.706141 1.410184</w:t>
        <w:br/>
        <w:t>v 1.159679 11.813400 1.462384</w:t>
        <w:br/>
        <w:t>v 1.143055 11.857173 1.494629</w:t>
        <w:br/>
        <w:t>v 1.160663 11.819765 1.546705</w:t>
        <w:br/>
        <w:t>v 1.184537 11.814509 1.618313</w:t>
        <w:br/>
        <w:t>v 1.210527 11.838145 1.660425</w:t>
        <w:br/>
        <w:t>v 1.242356 11.867442 1.671803</w:t>
        <w:br/>
        <w:t>v 1.289563 11.846337 1.714649</w:t>
        <w:br/>
        <w:t>v 1.343541 11.845654 1.801657</w:t>
        <w:br/>
        <w:t>v 1.309055 12.024868 1.757290</w:t>
        <w:br/>
        <w:t>v 1.353728 11.897669 1.865219</w:t>
        <w:br/>
        <w:t>v 1.344534 11.936837 1.864404</w:t>
        <w:br/>
        <w:t>v 1.246174 12.065635 1.764046</w:t>
        <w:br/>
        <w:t>v 1.311461 11.958987 1.865015</w:t>
        <w:br/>
        <w:t>v 1.344534 11.936837 1.864404</w:t>
        <w:br/>
        <w:t>v 1.309055 12.024868 1.757290</w:t>
        <w:br/>
        <w:t>v 1.264960 11.982299 1.843686</w:t>
        <w:br/>
        <w:t>v 1.210613 12.024495 1.779526</w:t>
        <w:br/>
        <w:t>v 0.951157 12.122251 1.675133</w:t>
        <w:br/>
        <w:t>v 1.007025 12.084529 1.689832</w:t>
        <w:br/>
        <w:t>v 1.027022 12.137703 1.630143</w:t>
        <w:br/>
        <w:t>v 0.971734 12.147566 1.641746</w:t>
        <w:br/>
        <w:t>v 0.562104 12.017948 1.891876</w:t>
        <w:br/>
        <w:t>v 0.637177 12.050623 1.845581</w:t>
        <w:br/>
        <w:t>v 0.624954 12.161806 1.761754</w:t>
        <w:br/>
        <w:t>v 0.563887 12.142839 1.793788</w:t>
        <w:br/>
        <w:t>v 0.484381 11.982645 1.892919</w:t>
        <w:br/>
        <w:t>v 0.468147 11.918771 1.935769</w:t>
        <w:br/>
        <w:t>v 0.547991 11.962525 1.939729</w:t>
        <w:br/>
        <w:t>v 0.470390 11.799104 1.917242</w:t>
        <w:br/>
        <w:t>v 0.509016 11.801320 1.865476</w:t>
        <w:br/>
        <w:t>v 0.543449 11.756833 1.912288</w:t>
        <w:br/>
        <w:t>v 0.611164 11.729554 1.881874</w:t>
        <w:br/>
        <w:t>v 2.225409 11.230384 1.099691</w:t>
        <w:br/>
        <w:t>v 2.202156 11.215241 1.115499</w:t>
        <w:br/>
        <w:t>v 2.002390 7.625223 -2.542190</w:t>
        <w:br/>
        <w:t>v 2.114498 7.659025 -2.609937</w:t>
        <w:br/>
        <w:t>v 2.922716 8.168957 -2.145674</w:t>
        <w:br/>
        <w:t>v 2.908862 8.165733 -2.071587</w:t>
        <w:br/>
        <w:t>v 2.810527 8.226751 -1.845000</w:t>
        <w:br/>
        <w:t>v 2.453464 8.810550 -1.486869</w:t>
        <w:br/>
        <w:t>v 2.492298 8.624982 -1.535159</w:t>
        <w:br/>
        <w:t>v 1.404229 7.432312 -2.572519</w:t>
        <w:br/>
        <w:t>v -0.050594 11.188128 1.812086</w:t>
        <w:br/>
        <w:t>v -0.022549 11.331659 1.761428</w:t>
        <w:br/>
        <w:t>v -0.630053 11.030565 1.961072</w:t>
        <w:br/>
        <w:t>v -1.188446 10.761124 2.248751</w:t>
        <w:br/>
        <w:t>v -1.081871 10.836241 2.213326</w:t>
        <w:br/>
        <w:t>v -2.129665 9.732306 1.105784</w:t>
        <w:br/>
        <w:t>v -2.228385 9.663666 1.011081</w:t>
        <w:br/>
        <w:t>v -2.335879 8.697426 -0.308857</w:t>
        <w:br/>
        <w:t>v -2.914540 8.193247 -1.365726</w:t>
        <w:br/>
        <w:t>v -2.960852 8.234351 -1.285022</w:t>
        <w:br/>
        <w:t>v -2.857355 8.346445 -1.232019</w:t>
        <w:br/>
        <w:t>v -2.815330 8.319415 -1.286930</w:t>
        <w:br/>
        <w:t>v 0.408043 11.846742 1.878376</w:t>
        <w:br/>
        <w:t>v 0.483674 11.869115 1.806271</w:t>
        <w:br/>
        <w:t>v 1.180157 12.290252 1.576116</w:t>
        <w:br/>
        <w:t>v 1.169267 7.178567 -2.813606</w:t>
        <w:br/>
        <w:t>v -2.812071 8.333999 -0.691007</w:t>
        <w:br/>
        <w:t>v -1.485448 10.736753 2.170069</w:t>
        <w:br/>
        <w:t>v -1.426416 10.813437 2.129107</w:t>
        <w:br/>
        <w:t>v -1.537912 10.693547 2.123811</w:t>
        <w:br/>
        <w:t>v -2.030485 7.638063 -2.448143</w:t>
        <w:br/>
        <w:t>v -1.987461 7.770408 -1.801814</w:t>
        <w:br/>
        <w:t>v -1.971499 7.667913 -1.815526</w:t>
        <w:br/>
        <w:t>v -2.004417 7.705417 -1.760517</w:t>
        <w:br/>
        <w:t>v -2.000486 7.776124 -1.729782</w:t>
        <w:br/>
        <w:t>v -2.187983 8.051193 -1.581938</w:t>
        <w:br/>
        <w:t>v -2.950108 8.034614 -1.505155</w:t>
        <w:br/>
        <w:t>v -2.861881 8.141876 -1.446913</w:t>
        <w:br/>
        <w:t>v -2.973576 8.400107 -0.949151</w:t>
        <w:br/>
        <w:t>v -2.954936 8.396075 -1.017978</w:t>
        <w:br/>
        <w:t>v -3.039638 8.308958 -1.043183</w:t>
        <w:br/>
        <w:t>v -3.056299 8.300192 -0.983715</w:t>
        <w:br/>
        <w:t>v -1.476331 7.250186 -2.723289</w:t>
        <w:br/>
        <w:t>v -1.559374 7.365668 -2.661665</w:t>
        <w:br/>
        <w:t>v 2.212717 7.710690 -2.653689</w:t>
        <w:br/>
        <w:t>v 2.559503 7.950096 -2.645587</w:t>
        <w:br/>
        <w:t>v 2.811134 8.136554 -2.479545</w:t>
        <w:br/>
        <w:t>v 2.769901 8.264771 -1.781291</w:t>
        <w:br/>
        <w:t>v 2.570335 8.492324 -1.604835</w:t>
        <w:br/>
        <w:t>v 2.625505 8.428518 -1.675492</w:t>
        <w:br/>
        <w:t>v 2.672848 8.399792 -1.719300</w:t>
        <w:br/>
        <w:t>v 0.573948 11.859559 1.738408</w:t>
        <w:br/>
        <w:t>v -1.698687 9.916271 1.316924</w:t>
        <w:br/>
        <w:t>v -1.620447 9.920195 1.355794</w:t>
        <w:br/>
        <w:t>v -1.700716 10.096660 1.283599</w:t>
        <w:br/>
        <w:t>v -1.559848 9.963687 1.371783</w:t>
        <w:br/>
        <w:t>v -1.471205 10.086093 1.371645</w:t>
        <w:br/>
        <w:t>v -1.674186 12.355738 -0.683588</w:t>
        <w:br/>
        <w:t>v -1.807942 12.329204 -0.364353</w:t>
        <w:br/>
        <w:t>v -0.698806 12.305792 -1.261929</w:t>
        <w:br/>
        <w:t>v -0.253252 12.296882 -1.347668</w:t>
        <w:br/>
        <w:t>v -1.873966 12.300328 -0.153171</w:t>
        <w:br/>
        <w:t>v -2.016396 11.714094 -0.271250</w:t>
        <w:br/>
        <w:t>v 0.430249 11.924856 1.586866</w:t>
        <w:br/>
        <w:t>v -1.622589 12.651577 0.748610</w:t>
        <w:br/>
        <w:t>v -1.576613 12.723742 0.271672</w:t>
        <w:br/>
        <w:t>v -1.618669 12.731056 0.080628</w:t>
        <w:br/>
        <w:t>v -0.591727 12.443894 1.431794</w:t>
        <w:br/>
        <w:t>v -1.396973 12.599290 0.925491</w:t>
        <w:br/>
        <w:t>v -1.707349 12.786963 -0.037506</w:t>
        <w:br/>
        <w:t>v -1.629565 12.772848 -0.219466</w:t>
        <w:br/>
        <w:t>v -1.335905 12.820754 -0.873585</w:t>
        <w:br/>
        <w:t>v -1.019621 12.777844 -1.022535</w:t>
        <w:br/>
        <w:t>v 0.521325 11.807449 1.646891</w:t>
        <w:br/>
        <w:t>v 0.650931 11.604710 1.832931</w:t>
        <w:br/>
        <w:t>v -2.045350 9.859094 1.136199</w:t>
        <w:br/>
        <w:t>v -2.043071 9.723955 1.172771</w:t>
        <w:br/>
        <w:t>v -1.971995 9.738728 1.217687</w:t>
        <w:br/>
        <w:t>v -1.983321 9.903734 1.181552</w:t>
        <w:br/>
        <w:t>v -1.767435 9.934489 1.282750</w:t>
        <w:br/>
        <w:t>v -1.888950 9.795206 1.256582</w:t>
        <w:br/>
        <w:t>v -2.123663 9.432220 0.457287</w:t>
        <w:br/>
        <w:t>v -2.175455 9.492627 0.509263</w:t>
        <w:br/>
        <w:t>v -2.132295 9.685858 0.498386</w:t>
        <w:br/>
        <w:t>v -2.096770 9.653066 0.459012</w:t>
        <w:br/>
        <w:t>v 2.250588 9.798518 -1.001450</w:t>
        <w:br/>
        <w:t>v 2.336725 9.292686 -1.071797</w:t>
        <w:br/>
        <w:t>v 2.332645 9.256703 -1.177688</w:t>
        <w:br/>
        <w:t>v 2.257415 9.801601 -1.074841</w:t>
        <w:br/>
        <w:t>v 2.125782 10.315825 -0.980611</w:t>
        <w:br/>
        <w:t>v 2.115679 10.318923 -0.925556</w:t>
        <w:br/>
        <w:t>v 2.280131 10.303838 -0.500164</w:t>
        <w:br/>
        <w:t>v 2.098683 10.324052 -0.817425</w:t>
        <w:br/>
        <w:t>v 2.262602 9.791613 -0.876973</w:t>
        <w:br/>
        <w:t>v 2.333360 9.407274 -0.921095</w:t>
        <w:br/>
        <w:t>v 2.261511 9.546978 -0.841511</w:t>
        <w:br/>
        <w:t>v 2.236867 10.757093 0.057877</w:t>
        <w:br/>
        <w:t>v 2.233148 10.780882 -0.056923</w:t>
        <w:br/>
        <w:t>v 2.185479 10.828538 -0.309755</w:t>
        <w:br/>
        <w:t>v 2.206712 10.826350 -0.244606</w:t>
        <w:br/>
        <w:t>v 1.960097 11.634030 0.287221</w:t>
        <w:br/>
        <w:t>v 1.817690 12.118197 0.372515</w:t>
        <w:br/>
        <w:t>v 1.692115 11.708153 1.170226</w:t>
        <w:br/>
        <w:t>v 1.693358 11.691272 1.117012</w:t>
        <w:br/>
        <w:t>v 1.524722 12.525075 0.897032</w:t>
        <w:br/>
        <w:t>v 1.626702 12.072486 1.022605</w:t>
        <w:br/>
        <w:t>v 1.312360 12.211552 1.202769</w:t>
        <w:br/>
        <w:t>v 1.414082 12.185843 1.215862</w:t>
        <w:br/>
        <w:t>v 1.191679 11.772729 1.438782</w:t>
        <w:br/>
        <w:t>v 0.610837 11.984843 1.639594</w:t>
        <w:br/>
        <w:t>v 0.478435 12.172709 1.664112</w:t>
        <w:br/>
        <w:t>v 0.572816 12.189154 1.622686</w:t>
        <w:br/>
        <w:t>v 0.467884 12.073981 1.808593</w:t>
        <w:br/>
        <w:t>v 0.436985 12.020502 1.783547</w:t>
        <w:br/>
        <w:t>v 2.719941 8.328352 -1.739780</w:t>
        <w:br/>
        <w:t>v 1.132546 12.088882 1.717660</w:t>
        <w:br/>
        <w:t>v 0.547991 11.962525 1.939729</w:t>
        <w:br/>
        <w:t>v 1.798252 11.430263 1.479150</w:t>
        <w:br/>
        <w:t>v 1.701040 11.759959 1.329353</w:t>
        <w:br/>
        <w:t>v 1.670326 11.728905 1.400495</w:t>
        <w:br/>
        <w:t>v 1.778699 11.393546 1.549686</w:t>
        <w:br/>
        <w:t>v 0.610837 11.984843 1.639594</w:t>
        <w:br/>
        <w:t>v 0.512533 12.240670 1.716799</w:t>
        <w:br/>
        <w:t>v 0.562518 12.258150 1.679285</w:t>
        <w:br/>
        <w:t>v 0.447086 12.183659 1.710741</w:t>
        <w:br/>
        <w:t>v 0.475876 12.223346 1.725648</w:t>
        <w:br/>
        <w:t>v 0.447086 12.183659 1.710741</w:t>
        <w:br/>
        <w:t>v 0.512875 12.477937 1.527551</w:t>
        <w:br/>
        <w:t>v -1.538979 12.804974 -0.537915</w:t>
        <w:br/>
        <w:t>v -0.600064 12.732062 -1.157991</w:t>
        <w:br/>
        <w:t>v -0.217987 12.709810 -1.251865</w:t>
        <w:br/>
        <w:t>v -0.608478 12.493122 1.558267</w:t>
        <w:br/>
        <w:t>v -0.860146 12.511489 1.182200</w:t>
        <w:br/>
        <w:t>v -1.088839 12.542158 1.093453</w:t>
        <w:br/>
        <w:t>v -1.396973 12.599290 0.925491</w:t>
        <w:br/>
        <w:t>v -1.574842 12.707582 0.394287</w:t>
        <w:br/>
        <w:t>v -1.573961 12.691295 0.523414</w:t>
        <w:br/>
        <w:t>v -1.618669 12.731056 0.080628</w:t>
        <w:br/>
        <w:t>v -1.576613 12.723742 0.271672</w:t>
        <w:br/>
        <w:t>v 0.572816 12.189154 1.622686</w:t>
        <w:br/>
        <w:t>v -1.707349 12.786963 -0.037506</w:t>
        <w:br/>
        <w:t>v 1.524154 12.313072 -1.026469</w:t>
        <w:br/>
        <w:t>v 1.659758 11.711012 -1.160578</w:t>
        <w:br/>
        <w:t>v 1.988495 10.877456 -1.332809</w:t>
        <w:br/>
        <w:t>v 2.137132 10.274392 -1.440416</w:t>
        <w:br/>
        <w:t>v 1.180157 12.290252 1.576116</w:t>
        <w:br/>
        <w:t>v 2.306470 11.201101 0.796906</w:t>
        <w:br/>
        <w:t>v 2.185745 11.221685 0.764266</w:t>
        <w:br/>
        <w:t>v 1.499378 12.807789 -0.735946</w:t>
        <w:br/>
        <w:t>v 1.068197 12.765857 -1.034431</w:t>
        <w:br/>
        <w:t>v 1.392286 12.780519 -0.874659</w:t>
        <w:br/>
        <w:t>v 1.689397 12.704645 0.024294</w:t>
        <w:br/>
        <w:t>v 1.674910 12.650600 0.220923</w:t>
        <w:br/>
        <w:t>v 1.665941 12.611410 0.421932</w:t>
        <w:br/>
        <w:t>v 1.714787 11.693461 1.249661</w:t>
        <w:br/>
        <w:t>v 0.619446 12.761497 -1.173102</w:t>
        <w:br/>
        <w:t>v 0.284141 12.744210 -1.238773</w:t>
        <w:br/>
        <w:t>v 1.068197 12.765857 -1.034431</w:t>
        <w:br/>
        <w:t>v 1.392286 12.780519 -0.874659</w:t>
        <w:br/>
        <w:t>v 1.127685 12.477798 1.059950</w:t>
        <w:br/>
        <w:t>v 1.015706 12.514104 1.312814</w:t>
        <w:br/>
        <w:t>v -1.622589 12.651577 0.748610</w:t>
        <w:br/>
        <w:t>v -0.591727 12.443894 1.431794</w:t>
        <w:br/>
        <w:t>v -1.088839 12.542158 1.093453</w:t>
        <w:br/>
        <w:t>v -0.860146 12.511489 1.182200</w:t>
        <w:br/>
        <w:t>v 1.309055 12.024868 1.757290</w:t>
        <w:br/>
        <w:t>v -2.685738 8.750996 -0.683384</w:t>
        <w:br/>
        <w:t>v -2.082192 7.929780 -2.175849</w:t>
        <w:br/>
        <w:t>v -2.127761 7.783263 -2.246719</w:t>
        <w:br/>
        <w:t>v -2.144707 7.821641 -2.161783</w:t>
        <w:br/>
        <w:t>v -2.129109 7.976350 -2.085997</w:t>
        <w:br/>
        <w:t>v -2.134811 9.417784 0.382457</w:t>
        <w:br/>
        <w:t>v -2.116757 9.618164 0.405998</w:t>
        <w:br/>
        <w:t>v -2.304007 8.841125 -0.313314</w:t>
        <w:br/>
        <w:t>v -2.244778 9.285902 -0.154383</w:t>
        <w:br/>
        <w:t>v -2.269605 9.069522 -0.301583</w:t>
        <w:br/>
        <w:t>v -2.309323 8.851880 -0.258903</w:t>
        <w:br/>
        <w:t>v -2.333261 8.874058 -0.178454</w:t>
        <w:br/>
        <w:t>v -2.347325 8.961084 -0.095114</w:t>
        <w:br/>
        <w:t>v 0.741035 12.105986 1.755436</w:t>
        <w:br/>
        <w:t>v 0.814501 12.134173 1.711508</w:t>
        <w:br/>
        <w:t>v 0.849806 12.311391 1.529504</w:t>
        <w:br/>
        <w:t>v 0.881309 12.153015 1.678465</w:t>
        <w:br/>
        <w:t>v 1.049633 12.070149 1.700792</w:t>
        <w:br/>
        <w:t>v 1.091639 12.073423 1.709077</w:t>
        <w:br/>
        <w:t>v 0.977844 12.289126 1.530349</w:t>
        <w:br/>
        <w:t>v -0.602935 10.694461 -1.760040</w:t>
        <w:br/>
        <w:t>v -0.682256 10.025364 -1.886051</w:t>
        <w:br/>
        <w:t>v -1.109448 10.088597 -1.803428</w:t>
        <w:br/>
        <w:t>v -1.560155 10.221960 -1.675798</w:t>
        <w:br/>
        <w:t>v -2.243003 10.422441 -0.874090</w:t>
        <w:br/>
        <w:t>v -2.004564 11.190724 0.916215</w:t>
        <w:br/>
        <w:t>v -2.051928 10.708570 0.961728</w:t>
        <w:br/>
        <w:t>v -1.858441 11.185726 1.058439</w:t>
        <w:br/>
        <w:t>v -1.738151 10.699086 1.154410</w:t>
        <w:br/>
        <w:t>v -2.121372 9.977470 0.152217</w:t>
        <w:br/>
        <w:t>v -2.128652 9.981170 0.217478</w:t>
        <w:br/>
        <w:t>v -2.110019 10.005719 0.317760</w:t>
        <w:br/>
        <w:t>v -2.063916 10.067329 0.455285</w:t>
        <w:br/>
        <w:t>v -2.068521 10.601280 0.533254</w:t>
        <w:br/>
        <w:t>v -2.108249 10.101843 0.545604</w:t>
        <w:br/>
        <w:t>v -2.127607 10.118989 0.586691</w:t>
        <w:br/>
        <w:t>v -2.092922 10.707971 0.901324</w:t>
        <w:br/>
        <w:t>v -2.230292 9.288966 -0.352600</w:t>
        <w:br/>
        <w:t>v -0.608478 12.493122 1.558267</w:t>
        <w:br/>
        <w:t>v -0.369744 12.431298 1.560248</w:t>
        <w:br/>
        <w:t>v -0.014434 12.394750 1.454862</w:t>
        <w:br/>
        <w:t>v 1.803271 12.087693 0.478881</w:t>
        <w:br/>
        <w:t>v 1.838759 12.084550 0.571813</w:t>
        <w:br/>
        <w:t>v 1.666458 12.608310 0.629814</w:t>
        <w:br/>
        <w:t>v 1.835744 12.114151 0.717528</w:t>
        <w:br/>
        <w:t>v 1.606412 12.150926 1.219326</w:t>
        <w:br/>
        <w:t>v 1.494298 12.539383 1.097653</w:t>
        <w:br/>
        <w:t>v 1.569748 12.161952 1.260201</w:t>
        <w:br/>
        <w:t>v 1.569748 12.161952 1.260201</w:t>
        <w:br/>
        <w:t>v 1.244993 12.226127 1.194414</w:t>
        <w:br/>
        <w:t>v 1.631170 12.090885 1.124467</w:t>
        <w:br/>
        <w:t>v -0.614299 12.049103 1.722033</w:t>
        <w:br/>
        <w:t>v -2.044175 11.192233 0.872752</w:t>
        <w:br/>
        <w:t>v -1.462690 11.133183 1.197385</w:t>
        <w:br/>
        <w:t>v 2.115377 11.178164 0.170084</w:t>
        <w:br/>
        <w:t>v 2.096723 11.152691 0.257684</w:t>
        <w:br/>
        <w:t>v 1.708735 11.721874 1.282884</w:t>
        <w:br/>
        <w:t>v 0.011787 10.684138 -1.874479</w:t>
        <w:br/>
        <w:t>v -0.306180 10.684569 -1.829955</w:t>
        <w:br/>
        <w:t>v -0.293651 11.248075 -1.679613</w:t>
        <w:br/>
        <w:t>v 0.010702 11.241940 -1.715344</w:t>
        <w:br/>
        <w:t>v -0.695285 8.517920 -2.392349</w:t>
        <w:br/>
        <w:t>v 0.008588 8.476171 -2.529145</w:t>
        <w:br/>
        <w:t>v -0.346007 8.496650 -2.479124</w:t>
        <w:br/>
        <w:t>v -0.339864 9.266430 -2.218480</w:t>
        <w:br/>
        <w:t>v 0.001178 9.264930 -2.257703</w:t>
        <w:br/>
        <w:t>v -0.351914 8.058726 -2.718029</w:t>
        <w:br/>
        <w:t>v 0.010988 8.032846 -2.762691</w:t>
        <w:br/>
        <w:t>v -0.269597 11.704517 -1.520900</w:t>
        <w:br/>
        <w:t>v -0.323830 10.003640 -1.972051</w:t>
        <w:br/>
        <w:t>v 0.012298 9.988552 -2.022837</w:t>
        <w:br/>
        <w:t>v -0.703766 8.126743 -2.596427</w:t>
        <w:br/>
        <w:t>v 0.018205 11.707211 -1.541004</w:t>
        <w:br/>
        <w:t>v 0.018713 12.308611 -1.340816</w:t>
        <w:br/>
        <w:t>v 0.013607 12.690707 -1.231894</w:t>
        <w:br/>
        <w:t>v 0.013607 12.690707 -1.231894</w:t>
        <w:br/>
        <w:t>v 0.312864 11.237219 -1.678067</w:t>
        <w:br/>
        <w:t>v 0.321400 10.688251 -1.828810</w:t>
        <w:br/>
        <w:t>v 0.906966 8.602339 -2.303661</w:t>
        <w:br/>
        <w:t>v 0.916249 8.174035 -2.492963</w:t>
        <w:br/>
        <w:t>v 0.867374 8.162660 -2.515292</w:t>
        <w:br/>
        <w:t>v 0.711300 8.517488 -2.387141</w:t>
        <w:br/>
        <w:t>v 0.342249 9.244122 -2.225688</w:t>
        <w:br/>
        <w:t>v 0.362975 8.495782 -2.468412</w:t>
        <w:br/>
        <w:t>v 0.302011 11.723092 -1.513352</w:t>
        <w:br/>
        <w:t>v 0.788374 9.243177 -2.127961</w:t>
        <w:br/>
        <w:t>v 0.336101 9.960538 -1.986592</w:t>
        <w:br/>
        <w:t>v 0.680094 9.916008 -1.935247</w:t>
        <w:br/>
        <w:t>v 0.717182 8.124140 -2.577316</w:t>
        <w:br/>
        <w:t>v 0.366495 8.059241 -2.701384</w:t>
        <w:br/>
        <w:t>v -0.854759 8.167739 -2.535244</w:t>
        <w:br/>
        <w:t>v -0.898956 8.172080 -2.518603</w:t>
        <w:br/>
        <w:t>v -0.906982 8.093213 -2.543789</w:t>
        <w:br/>
        <w:t>v -0.990026 7.288256 -2.865529</w:t>
        <w:br/>
        <w:t>v -1.004878 7.227013 -2.875314</w:t>
        <w:br/>
        <w:t>v -1.211652 7.186090 -2.798904</w:t>
        <w:br/>
        <w:t>v -0.931428 7.878786 -2.631129</w:t>
        <w:br/>
        <w:t>v -0.944042 7.760990 -2.681660</w:t>
        <w:br/>
        <w:t>v -0.964967 7.542975 -2.771796</w:t>
        <w:br/>
        <w:t>v 0.956656 7.734624 -2.668699</w:t>
        <w:br/>
        <w:t>v 0.962559 7.642710 -2.705841</w:t>
        <w:br/>
        <w:t>v 0.944157 7.860897 -2.613390</w:t>
        <w:br/>
        <w:t>v 0.921050 8.095917 -2.518419</w:t>
        <w:br/>
        <w:t>v -0.976365 7.411246 -2.822786</w:t>
        <w:br/>
        <w:t>v 1.010509 7.304371 -2.864500</w:t>
        <w:br/>
        <w:t>v 0.997376 7.289641 -2.838237</w:t>
        <w:br/>
        <w:t>v 1.011619 7.199189 -2.867504</w:t>
        <w:br/>
        <w:t>v 1.026975 7.214923 -2.897954</w:t>
        <w:br/>
        <w:t>v -1.005499 7.300497 -2.892768</w:t>
        <w:br/>
        <w:t>v -1.016678 7.245216 -2.910048</w:t>
        <w:br/>
        <w:t>v -1.004878 7.227013 -2.875314</w:t>
        <w:br/>
        <w:t>v -0.990026 7.288256 -2.865529</w:t>
        <w:br/>
        <w:t>v -2.007828 7.677267 -1.817860</w:t>
        <w:br/>
        <w:t>v -2.043267 7.784827 -1.758454</w:t>
        <w:br/>
        <w:t>v -2.041866 7.962513 -1.877320</w:t>
        <w:br/>
        <w:t>v -2.048445 7.988767 -1.700740</w:t>
        <w:br/>
        <w:t>v -2.544946 8.041135 -1.653547</w:t>
        <w:br/>
        <w:t>v -2.564657 7.943980 -1.695108</w:t>
        <w:br/>
        <w:t>v -3.045902 8.345399 -0.817244</w:t>
        <w:br/>
        <w:t>v -2.982186 8.418285 -0.828170</w:t>
        <w:br/>
        <w:t>v -2.898815 8.547305 -0.814470</w:t>
        <w:br/>
        <w:t>v -2.019793 7.861248 -2.374599</w:t>
        <w:br/>
        <w:t>v -1.946226 7.818898 -2.427312</w:t>
        <w:br/>
        <w:t>v -2.141265 10.091587 0.535924</w:t>
        <w:br/>
        <w:t>v -2.133426 10.060446 0.477944</w:t>
        <w:br/>
        <w:t>v -2.114100 10.575681 0.489875</w:t>
        <w:br/>
        <w:t>v 0.009338 11.668864 -1.619673</w:t>
        <w:br/>
        <w:t>v -0.297285 11.230561 -1.706908</w:t>
        <w:br/>
        <w:t>v 0.010648 11.224640 -1.743359</w:t>
        <w:br/>
        <w:t>v -0.702352 8.536124 -2.420450</w:t>
        <w:br/>
        <w:t>v -0.349374 8.515291 -2.513576</w:t>
        <w:br/>
        <w:t>v -0.337950 9.271079 -2.263874</w:t>
        <w:br/>
        <w:t>v -0.352830 8.082660 -2.737998</w:t>
        <w:br/>
        <w:t>v -0.707408 8.147086 -2.619491</w:t>
        <w:br/>
        <w:t>v -0.703766 8.126743 -2.596427</w:t>
        <w:br/>
        <w:t>v -0.351914 8.058726 -2.718029</w:t>
        <w:br/>
        <w:t>v 0.012823 8.055473 -2.779688</w:t>
        <w:br/>
        <w:t>v 0.008667 8.495104 -2.563530</w:t>
        <w:br/>
        <w:t>v -0.352830 8.082660 -2.737998</w:t>
        <w:br/>
        <w:t>v 0.010959 9.262763 -2.307792</w:t>
        <w:br/>
        <w:t>v 0.011873 9.988893 -2.100775</w:t>
        <w:br/>
        <w:t>v -0.323676 10.003367 -2.054291</w:t>
        <w:br/>
        <w:t>v -0.310328 10.663784 -1.861165</w:t>
        <w:br/>
        <w:t>v 0.011779 10.663260 -1.904420</w:t>
        <w:br/>
        <w:t>v 0.010988 8.032846 -2.762691</w:t>
        <w:br/>
        <w:t>v 0.012823 8.055473 -2.779688</w:t>
        <w:br/>
        <w:t>v -0.707408 8.147086 -2.619491</w:t>
        <w:br/>
        <w:t>v 0.316320 11.222256 -1.705426</w:t>
        <w:br/>
        <w:t>v 0.369177 8.077561 -2.723684</w:t>
        <w:br/>
        <w:t>v 0.366495 8.059241 -2.701384</w:t>
        <w:br/>
        <w:t>v 0.717182 8.124140 -2.577316</w:t>
        <w:br/>
        <w:t>v 0.723005 8.143189 -2.597907</w:t>
        <w:br/>
        <w:t>v 0.369177 8.077561 -2.723684</w:t>
        <w:br/>
        <w:t>v 0.366484 8.514404 -2.502561</w:t>
        <w:br/>
        <w:t>v 0.339340 9.969359 -2.066916</w:t>
        <w:br/>
        <w:t>v 0.359913 9.238921 -2.273660</w:t>
        <w:br/>
        <w:t>v 0.325509 10.669039 -1.860005</w:t>
        <w:br/>
        <w:t>v 0.723005 8.143189 -2.597907</w:t>
        <w:br/>
        <w:t>v 0.718059 8.535471 -2.414851</w:t>
        <w:br/>
        <w:t>v 0.875449 8.177301 -2.528842</w:t>
        <w:br/>
        <w:t>v -0.854759 8.167739 -2.535244</w:t>
        <w:br/>
        <w:t>v -0.861628 8.182665 -2.547053</w:t>
        <w:br/>
        <w:t>v 0.867374 8.162660 -2.515292</w:t>
        <w:br/>
        <w:t>v 0.875449 8.177301 -2.528842</w:t>
        <w:br/>
        <w:t>v 0.872643 8.137882 -2.529425</w:t>
        <w:br/>
        <w:t>v 0.867374 8.162660 -2.515292</w:t>
        <w:br/>
        <w:t>v 0.916249 8.174035 -2.492963</w:t>
        <w:br/>
        <w:t>v 0.921050 8.095917 -2.518419</w:t>
        <w:br/>
        <w:t>v 0.881766 8.144717 -2.547749</w:t>
        <w:br/>
        <w:t>v 0.875449 8.177301 -2.528842</w:t>
        <w:br/>
        <w:t>v 0.867374 8.162660 -2.515292</w:t>
        <w:br/>
        <w:t>v 0.872643 8.137882 -2.529425</w:t>
        <w:br/>
        <w:t>v 0.997376 7.289641 -2.838237</w:t>
        <w:br/>
        <w:t>v 1.010509 7.304371 -2.864500</w:t>
        <w:br/>
        <w:t>v 0.961695 7.315509 -2.884132</w:t>
        <w:br/>
        <w:t>v 0.946096 7.303856 -2.855274</w:t>
        <w:br/>
        <w:t>v 0.944157 7.860897 -2.613390</w:t>
        <w:br/>
        <w:t>v 0.908086 7.833468 -2.650476</w:t>
        <w:br/>
        <w:t>v 0.901392 7.895319 -2.619004</w:t>
        <w:br/>
        <w:t>v 0.956656 7.734624 -2.668699</w:t>
        <w:br/>
        <w:t>v 0.913455 7.779974 -2.674301</w:t>
        <w:br/>
        <w:t>v 0.878029 8.079296 -2.549445</w:t>
        <w:br/>
        <w:t>v 0.895190 7.958818 -2.593539</w:t>
        <w:br/>
        <w:t>v 0.915473 7.904753 -2.641442</w:t>
        <w:br/>
        <w:t>v 0.909464 7.967945 -2.617025</w:t>
        <w:br/>
        <w:t>v 0.895190 7.958818 -2.593539</w:t>
        <w:br/>
        <w:t>v 0.901392 7.895319 -2.619004</w:t>
        <w:br/>
        <w:t>v 0.887185 8.021896 -2.570780</w:t>
        <w:br/>
        <w:t>v 0.890225 8.088293 -2.571564</w:t>
        <w:br/>
        <w:t>v 0.878029 8.079296 -2.549445</w:t>
        <w:br/>
        <w:t>v 0.887185 8.021896 -2.570780</w:t>
        <w:br/>
        <w:t>v 0.901018 8.031319 -2.592965</w:t>
        <w:br/>
        <w:t>v 0.975035 7.493514 -2.768720</w:t>
        <w:br/>
        <w:t>v 0.934579 7.485235 -2.795376</w:t>
        <w:br/>
        <w:t>v 0.927912 7.544145 -2.772455</w:t>
        <w:br/>
        <w:t>v 0.915652 7.716882 -2.700362</w:t>
        <w:br/>
        <w:t>v 0.908086 7.833468 -2.650476</w:t>
        <w:br/>
        <w:t>v 0.913455 7.779974 -2.674301</w:t>
        <w:br/>
        <w:t>v 0.926579 7.785348 -2.695598</w:t>
        <w:br/>
        <w:t>v 0.920164 7.841469 -2.670375</w:t>
        <w:br/>
        <w:t>v 0.981966 7.378885 -2.811621</w:t>
        <w:br/>
        <w:t>v 0.938311 7.429733 -2.815002</w:t>
        <w:br/>
        <w:t>v 0.939664 7.613958 -2.769341</w:t>
        <w:br/>
        <w:t>v 0.923970 7.601064 -2.747173</w:t>
        <w:br/>
        <w:t>v 0.927912 7.544145 -2.772455</w:t>
        <w:br/>
        <w:t>v 0.944308 7.550582 -2.796312</w:t>
        <w:br/>
        <w:t>v 0.962559 7.642710 -2.705841</w:t>
        <w:br/>
        <w:t>v 0.917723 7.660254 -2.723207</w:t>
        <w:br/>
        <w:t>v 0.942791 7.369317 -2.837136</w:t>
        <w:br/>
        <w:t>v 0.997376 7.289641 -2.838237</w:t>
        <w:br/>
        <w:t>v 0.946096 7.303856 -2.855274</w:t>
        <w:br/>
        <w:t>v 0.958777 7.381162 -2.862545</w:t>
        <w:br/>
        <w:t>v 0.942791 7.369317 -2.837136</w:t>
        <w:br/>
        <w:t>v 0.946096 7.303856 -2.855274</w:t>
        <w:br/>
        <w:t>v 0.961695 7.315509 -2.884132</w:t>
        <w:br/>
        <w:t>v 0.938311 7.429733 -2.815002</w:t>
        <w:br/>
        <w:t>v 0.954882 7.438038 -2.840719</w:t>
        <w:br/>
        <w:t>v 0.949757 7.496003 -2.818133</w:t>
        <w:br/>
        <w:t>v 0.934579 7.485235 -2.795376</w:t>
        <w:br/>
        <w:t>v 0.923970 7.601064 -2.747173</w:t>
        <w:br/>
        <w:t>v 0.929950 7.727397 -2.720932</w:t>
        <w:br/>
        <w:t>v 0.915652 7.716882 -2.700362</w:t>
        <w:br/>
        <w:t>v 0.917723 7.660254 -2.723207</w:t>
        <w:br/>
        <w:t>v 0.934201 7.669401 -2.746140</w:t>
        <w:br/>
        <w:t>v 0.864540 8.091813 -2.555114</w:t>
        <w:br/>
        <w:t>v 0.859433 8.127226 -2.540338</w:t>
        <w:br/>
        <w:t>v 0.809789 8.089988 -2.582928</w:t>
        <w:br/>
        <w:t>v 0.803427 8.132922 -2.565027</w:t>
        <w:br/>
        <w:t>v 0.826948 8.147881 -2.546697</w:t>
        <w:br/>
        <w:t>v 0.837826 8.073606 -2.577689</w:t>
        <w:br/>
        <w:t>v 0.870704 8.136449 -2.561499</w:t>
        <w:br/>
        <w:t>v 0.875142 8.100569 -2.575068</w:t>
        <w:br/>
        <w:t>v 0.890225 8.088293 -2.571564</w:t>
        <w:br/>
        <w:t>v 0.881766 8.144717 -2.547749</w:t>
        <w:br/>
        <w:t>v 0.815230 8.142524 -2.587035</w:t>
        <w:br/>
        <w:t>v 0.811511 8.120998 -2.598399</w:t>
        <w:br/>
        <w:t>v 0.820740 8.099003 -2.603482</w:t>
        <w:br/>
        <w:t>v 0.838701 8.157413 -2.568677</w:t>
        <w:br/>
        <w:t>v 0.848139 8.082128 -2.597110</w:t>
        <w:br/>
        <w:t>v 0.859433 8.127226 -2.540338</w:t>
        <w:br/>
        <w:t>v 0.870704 8.136449 -2.561499</w:t>
        <w:br/>
        <w:t>v 0.838701 8.157413 -2.568677</w:t>
        <w:br/>
        <w:t>v 0.870704 8.136449 -2.561499</w:t>
        <w:br/>
        <w:t>v 0.859433 8.127226 -2.540338</w:t>
        <w:br/>
        <w:t>v 0.826948 8.147881 -2.546697</w:t>
        <w:br/>
        <w:t>v 0.815230 8.142524 -2.587035</w:t>
        <w:br/>
        <w:t>v 0.838701 8.157413 -2.568677</w:t>
        <w:br/>
        <w:t>v 0.826948 8.147881 -2.546697</w:t>
        <w:br/>
        <w:t>v 0.803427 8.132922 -2.565027</w:t>
        <w:br/>
        <w:t>v 0.875142 8.100569 -2.575068</w:t>
        <w:br/>
        <w:t>v 0.864540 8.091813 -2.555114</w:t>
        <w:br/>
        <w:t>v 0.848139 8.082128 -2.597110</w:t>
        <w:br/>
        <w:t>v 0.820740 8.099003 -2.603482</w:t>
        <w:br/>
        <w:t>v 0.809789 8.089988 -2.582928</w:t>
        <w:br/>
        <w:t>v 0.837826 8.073606 -2.577689</w:t>
        <w:br/>
        <w:t>v 0.811511 8.120998 -2.598399</w:t>
        <w:br/>
        <w:t>v 0.800087 8.111651 -2.577012</w:t>
        <w:br/>
        <w:t>v 0.848139 8.082128 -2.597110</w:t>
        <w:br/>
        <w:t>v 0.837826 8.073606 -2.577689</w:t>
        <w:br/>
        <w:t>v 0.864540 8.091813 -2.555114</w:t>
        <w:br/>
        <w:t>v 0.875142 8.100569 -2.575068</w:t>
        <w:br/>
        <w:t>v 0.871806 7.972954 -2.602670</w:t>
        <w:br/>
        <w:t>v 0.867483 8.007953 -2.587207</w:t>
        <w:br/>
        <w:t>v 0.817326 7.971988 -2.630265</w:t>
        <w:br/>
        <w:t>v 0.811914 8.014406 -2.611520</w:t>
        <w:br/>
        <w:t>v 0.835635 8.028810 -2.592992</w:t>
        <w:br/>
        <w:t>v 0.844851 7.955388 -2.625434</w:t>
        <w:br/>
        <w:t>v 0.883387 7.982314 -2.624030</w:t>
        <w:br/>
        <w:t>v 0.909464 7.967945 -2.617025</w:t>
        <w:br/>
        <w:t>v 0.901018 8.031319 -2.592965</w:t>
        <w:br/>
        <w:t>v 0.879664 8.017712 -2.609603</w:t>
        <w:br/>
        <w:t>v 0.824570 8.024536 -2.634691</w:t>
        <w:br/>
        <w:t>v 0.820479 8.003407 -2.646544</w:t>
        <w:br/>
        <w:t>v 0.829240 7.981611 -2.652181</w:t>
        <w:br/>
        <w:t>v 0.848214 8.038842 -2.616080</w:t>
        <w:br/>
        <w:t>v 0.856173 7.964577 -2.646333</w:t>
        <w:br/>
        <w:t>v 0.867483 8.007953 -2.587207</w:t>
        <w:br/>
        <w:t>v 0.879664 8.017712 -2.609603</w:t>
        <w:br/>
        <w:t>v 0.848214 8.038842 -2.616080</w:t>
        <w:br/>
        <w:t>v 0.879664 8.017712 -2.609603</w:t>
        <w:br/>
        <w:t>v 0.867483 8.007953 -2.587207</w:t>
        <w:br/>
        <w:t>v 0.835635 8.028810 -2.592992</w:t>
        <w:br/>
        <w:t>v 0.824570 8.024536 -2.634691</w:t>
        <w:br/>
        <w:t>v 0.848214 8.038842 -2.616080</w:t>
        <w:br/>
        <w:t>v 0.835635 8.028810 -2.592992</w:t>
        <w:br/>
        <w:t>v 0.811914 8.014406 -2.611520</w:t>
        <w:br/>
        <w:t>v 0.895190 7.958818 -2.593539</w:t>
        <w:br/>
        <w:t>v 0.909464 7.967945 -2.617025</w:t>
        <w:br/>
        <w:t>v 0.883387 7.982314 -2.624030</w:t>
        <w:br/>
        <w:t>v 0.871806 7.972954 -2.602670</w:t>
        <w:br/>
        <w:t>v 0.844851 7.955388 -2.625434</w:t>
        <w:br/>
        <w:t>v 0.856173 7.964577 -2.646333</w:t>
        <w:br/>
        <w:t>v 0.829240 7.981611 -2.652181</w:t>
        <w:br/>
        <w:t>v 0.817326 7.971988 -2.630265</w:t>
        <w:br/>
        <w:t>v 0.820479 8.003407 -2.646544</w:t>
        <w:br/>
        <w:t>v 0.808121 7.993477 -2.623912</w:t>
        <w:br/>
        <w:t>v 0.856173 7.964577 -2.646333</w:t>
        <w:br/>
        <w:t>v 0.844851 7.955388 -2.625434</w:t>
        <w:br/>
        <w:t>v 0.878860 7.880019 -2.637566</w:t>
        <w:br/>
        <w:t>v 0.884449 7.845590 -2.653308</w:t>
        <w:br/>
        <w:t>v 0.829866 7.842554 -2.679827</w:t>
        <w:br/>
        <w:t>v 0.822930 7.884288 -2.660754</w:t>
        <w:br/>
        <w:t>v 0.846178 7.899425 -2.642593</w:t>
        <w:br/>
        <w:t>v 0.858050 7.827201 -2.675625</w:t>
        <w:br/>
        <w:t>v 0.896120 7.856121 -2.676644</w:t>
        <w:br/>
        <w:t>v 0.920164 7.841469 -2.670375</w:t>
        <w:br/>
        <w:t>v 0.915473 7.904753 -2.641442</w:t>
        <w:br/>
        <w:t>v 0.891336 7.891123 -2.662295</w:t>
        <w:br/>
        <w:t>v 0.836856 7.896426 -2.687746</w:t>
        <w:br/>
        <w:t>v 0.833488 7.875365 -2.699596</w:t>
        <w:br/>
        <w:t>v 0.842806 7.853982 -2.705134</w:t>
        <w:br/>
        <w:t>v 0.859701 7.911202 -2.669006</w:t>
        <w:br/>
        <w:t>v 0.869868 7.837805 -2.699075</w:t>
        <w:br/>
        <w:t>v 0.878860 7.880019 -2.637566</w:t>
        <w:br/>
        <w:t>v 0.891336 7.891123 -2.662295</w:t>
        <w:br/>
        <w:t>v 0.878860 7.880019 -2.637566</w:t>
        <w:br/>
        <w:t>v 0.846178 7.899425 -2.642593</w:t>
        <w:br/>
        <w:t>v 0.859701 7.911202 -2.669006</w:t>
        <w:br/>
        <w:t>v 0.891336 7.891123 -2.662295</w:t>
        <w:br/>
        <w:t>v 0.846178 7.899425 -2.642593</w:t>
        <w:br/>
        <w:t>v 0.822930 7.884288 -2.660754</w:t>
        <w:br/>
        <w:t>v 0.836856 7.896426 -2.687746</w:t>
        <w:br/>
        <w:t>v 0.859701 7.911202 -2.669006</w:t>
        <w:br/>
        <w:t>v 0.896120 7.856121 -2.676644</w:t>
        <w:br/>
        <w:t>v 0.884449 7.845590 -2.653308</w:t>
        <w:br/>
        <w:t>v 0.908086 7.833468 -2.650476</w:t>
        <w:br/>
        <w:t>v 0.920164 7.841469 -2.670375</w:t>
        <w:br/>
        <w:t>v 0.829866 7.842554 -2.679827</w:t>
        <w:br/>
        <w:t>v 0.858050 7.827201 -2.675625</w:t>
        <w:br/>
        <w:t>v 0.869868 7.837805 -2.699075</w:t>
        <w:br/>
        <w:t>v 0.842806 7.853982 -2.705134</w:t>
        <w:br/>
        <w:t>v 0.833488 7.875365 -2.699596</w:t>
        <w:br/>
        <w:t>v 0.819886 7.863461 -2.673172</w:t>
        <w:br/>
        <w:t>v 0.869868 7.837805 -2.699075</w:t>
        <w:br/>
        <w:t>v 0.858050 7.827201 -2.675625</w:t>
        <w:br/>
        <w:t>v 0.884449 7.845590 -2.653308</w:t>
        <w:br/>
        <w:t>v 0.896120 7.856121 -2.676644</w:t>
        <w:br/>
        <w:t>v 0.892973 7.765368 -2.689150</w:t>
        <w:br/>
        <w:t>v 0.897193 7.730601 -2.703887</w:t>
        <w:br/>
        <w:t>v 0.838139 7.770852 -2.713365</w:t>
        <w:br/>
        <w:t>v 0.861550 7.785549 -2.695179</w:t>
        <w:br/>
        <w:t>v 0.870565 7.712646 -2.726055</w:t>
        <w:br/>
        <w:t>v 0.843436 7.728719 -2.731205</w:t>
        <w:br/>
        <w:t>v 0.908903 7.739724 -2.725963</w:t>
        <w:br/>
        <w:t>v 0.929950 7.727397 -2.720932</w:t>
        <w:br/>
        <w:t>v 0.926579 7.785348 -2.695598</w:t>
        <w:br/>
        <w:t>v 0.904758 7.774519 -2.711405</w:t>
        <w:br/>
        <w:t>v 0.850605 7.780495 -2.736629</w:t>
        <w:br/>
        <w:t>v 0.846867 7.759673 -2.748590</w:t>
        <w:br/>
        <w:t>v 0.855757 7.738316 -2.754249</w:t>
        <w:br/>
        <w:t>v 0.873602 7.794857 -2.717814</w:t>
        <w:br/>
        <w:t>v 0.882424 7.721898 -2.748307</w:t>
        <w:br/>
        <w:t>v 0.892973 7.765368 -2.689150</w:t>
        <w:br/>
        <w:t>v 0.904758 7.774519 -2.711405</w:t>
        <w:br/>
        <w:t>v 0.892973 7.765368 -2.689150</w:t>
        <w:br/>
        <w:t>v 0.861550 7.785549 -2.695179</w:t>
        <w:br/>
        <w:t>v 0.873602 7.794857 -2.717814</w:t>
        <w:br/>
        <w:t>v 0.904758 7.774519 -2.711405</w:t>
        <w:br/>
        <w:t>v 0.850605 7.780495 -2.736629</w:t>
        <w:br/>
        <w:t>v 0.873602 7.794857 -2.717814</w:t>
        <w:br/>
        <w:t>v 0.861550 7.785549 -2.695179</w:t>
        <w:br/>
        <w:t>v 0.838139 7.770852 -2.713365</w:t>
        <w:br/>
        <w:t>v 0.929950 7.727397 -2.720932</w:t>
        <w:br/>
        <w:t>v 0.908903 7.739724 -2.725963</w:t>
        <w:br/>
        <w:t>v 0.897193 7.730601 -2.703887</w:t>
        <w:br/>
        <w:t>v 0.915652 7.716882 -2.700362</w:t>
        <w:br/>
        <w:t>v 0.855757 7.738316 -2.754249</w:t>
        <w:br/>
        <w:t>v 0.843436 7.728719 -2.731205</w:t>
        <w:br/>
        <w:t>v 0.870565 7.712646 -2.726055</w:t>
        <w:br/>
        <w:t>v 0.882424 7.721898 -2.748307</w:t>
        <w:br/>
        <w:t>v 0.846867 7.759673 -2.748590</w:t>
        <w:br/>
        <w:t>v 0.834379 7.749969 -2.725307</w:t>
        <w:br/>
        <w:t>v 0.897193 7.730601 -2.703887</w:t>
        <w:br/>
        <w:t>v 0.908903 7.739724 -2.725963</w:t>
        <w:br/>
        <w:t>v 0.882424 7.721898 -2.748307</w:t>
        <w:br/>
        <w:t>v 0.870565 7.712646 -2.726055</w:t>
        <w:br/>
        <w:t>v 0.903606 7.613484 -2.750959</w:t>
        <w:br/>
        <w:t>v 0.899853 7.648259 -2.736908</w:t>
        <w:br/>
        <w:t>v 0.876979 7.595635 -2.772639</w:t>
        <w:br/>
        <w:t>v 0.850312 7.611831 -2.778069</w:t>
        <w:br/>
        <w:t>v 0.845591 7.653984 -2.761091</w:t>
        <w:br/>
        <w:t>v 0.868981 7.668558 -2.743230</w:t>
        <w:br/>
        <w:t>v 0.917374 7.623961 -2.776302</w:t>
        <w:br/>
        <w:t>v 0.939664 7.613958 -2.769341</w:t>
        <w:br/>
        <w:t>v 0.934201 7.669401 -2.746140</w:t>
        <w:br/>
        <w:t>v 0.913505 7.658552 -2.762051</w:t>
        <w:br/>
        <w:t>v 0.859825 7.664743 -2.787078</w:t>
        <w:br/>
        <w:t>v 0.855981 7.644046 -2.798840</w:t>
        <w:br/>
        <w:t>v 0.864686 7.622782 -2.804314</w:t>
        <w:br/>
        <w:t>v 0.891029 7.606316 -2.798326</w:t>
        <w:br/>
        <w:t>v 0.882724 7.678927 -2.768486</w:t>
        <w:br/>
        <w:t>v 0.913505 7.658552 -2.762051</w:t>
        <w:br/>
        <w:t>v 0.899853 7.648259 -2.736908</w:t>
        <w:br/>
        <w:t>v 0.913505 7.658552 -2.762051</w:t>
        <w:br/>
        <w:t>v 0.899853 7.648259 -2.736908</w:t>
        <w:br/>
        <w:t>v 0.868981 7.668558 -2.743230</w:t>
        <w:br/>
        <w:t>v 0.882724 7.678927 -2.768486</w:t>
        <w:br/>
        <w:t>v 0.845591 7.653984 -2.761091</w:t>
        <w:br/>
        <w:t>v 0.859825 7.664743 -2.787078</w:t>
        <w:br/>
        <w:t>v 0.882724 7.678927 -2.768486</w:t>
        <w:br/>
        <w:t>v 0.868981 7.668558 -2.743230</w:t>
        <w:br/>
        <w:t>v 0.903606 7.613484 -2.750959</w:t>
        <w:br/>
        <w:t>v 0.923970 7.601064 -2.747173</w:t>
        <w:br/>
        <w:t>v 0.939664 7.613958 -2.769341</w:t>
        <w:br/>
        <w:t>v 0.917374 7.623961 -2.776302</w:t>
        <w:br/>
        <w:t>v 0.864686 7.622782 -2.804314</w:t>
        <w:br/>
        <w:t>v 0.850312 7.611831 -2.778069</w:t>
        <w:br/>
        <w:t>v 0.876979 7.595635 -2.772639</w:t>
        <w:br/>
        <w:t>v 0.891029 7.606316 -2.798326</w:t>
        <w:br/>
        <w:t>v 0.855981 7.644046 -2.798840</w:t>
        <w:br/>
        <w:t>v 0.841605 7.633137 -2.772597</w:t>
        <w:br/>
        <w:t>v 0.891029 7.606316 -2.798326</w:t>
        <w:br/>
        <w:t>v 0.876979 7.595635 -2.772639</w:t>
        <w:br/>
        <w:t>v 0.903606 7.613484 -2.750959</w:t>
        <w:br/>
        <w:t>v 0.917374 7.623961 -2.776302</w:t>
        <w:br/>
        <w:t>v 0.910253 7.532499 -2.785789</w:t>
        <w:br/>
        <w:t>v 0.914263 7.497862 -2.799231</w:t>
        <w:br/>
        <w:t>v 0.856500 7.537884 -2.809986</w:t>
        <w:br/>
        <w:t>v 0.879505 7.552543 -2.792354</w:t>
        <w:br/>
        <w:t>v 0.888078 7.479896 -2.820545</w:t>
        <w:br/>
        <w:t>v 0.861536 7.495896 -2.826253</w:t>
        <w:br/>
        <w:t>v 0.927757 7.508448 -2.824065</w:t>
        <w:br/>
        <w:t>v 0.949757 7.496003 -2.818133</w:t>
        <w:br/>
        <w:t>v 0.944308 7.550582 -2.796312</w:t>
        <w:br/>
        <w:t>v 0.923726 7.542980 -2.810542</w:t>
        <w:br/>
        <w:t>v 0.870549 7.548839 -2.835615</w:t>
        <w:br/>
        <w:t>v 0.866875 7.528157 -2.846952</w:t>
        <w:br/>
        <w:t>v 0.875617 7.506962 -2.851984</w:t>
        <w:br/>
        <w:t>v 0.893145 7.563120 -2.817322</w:t>
        <w:br/>
        <w:t>v 0.901770 7.490675 -2.845649</w:t>
        <w:br/>
        <w:t>v 0.910253 7.532499 -2.785789</w:t>
        <w:br/>
        <w:t>v 0.923726 7.542980 -2.810542</w:t>
        <w:br/>
        <w:t>v 0.910253 7.532499 -2.785789</w:t>
        <w:br/>
        <w:t>v 0.879505 7.552543 -2.792354</w:t>
        <w:br/>
        <w:t>v 0.893145 7.563120 -2.817322</w:t>
        <w:br/>
        <w:t>v 0.923726 7.542980 -2.810542</w:t>
        <w:br/>
        <w:t>v 0.893145 7.563120 -2.817322</w:t>
        <w:br/>
        <w:t>v 0.879505 7.552543 -2.792354</w:t>
        <w:br/>
        <w:t>v 0.856500 7.537884 -2.809986</w:t>
        <w:br/>
        <w:t>v 0.870549 7.548839 -2.835615</w:t>
        <w:br/>
        <w:t>v 0.914263 7.497862 -2.799231</w:t>
        <w:br/>
        <w:t>v 0.934579 7.485235 -2.795376</w:t>
        <w:br/>
        <w:t>v 0.949757 7.496003 -2.818133</w:t>
        <w:br/>
        <w:t>v 0.927757 7.508448 -2.824065</w:t>
        <w:br/>
        <w:t>v 0.901770 7.490675 -2.845649</w:t>
        <w:br/>
        <w:t>v 0.875617 7.506962 -2.851984</w:t>
        <w:br/>
        <w:t>v 0.861536 7.495896 -2.826253</w:t>
        <w:br/>
        <w:t>v 0.888078 7.479896 -2.820545</w:t>
        <w:br/>
        <w:t>v 0.866875 7.528157 -2.846952</w:t>
        <w:br/>
        <w:t>v 0.852738 7.517087 -2.821156</w:t>
        <w:br/>
        <w:t>v 0.914263 7.497862 -2.799231</w:t>
        <w:br/>
        <w:t>v 0.927757 7.508448 -2.824065</w:t>
        <w:br/>
        <w:t>v 0.901770 7.490675 -2.845649</w:t>
        <w:br/>
        <w:t>v 0.888078 7.479896 -2.820545</w:t>
        <w:br/>
        <w:t>v 0.922957 7.382344 -2.841303</w:t>
        <w:br/>
        <w:t>v 0.919766 7.417150 -2.828827</w:t>
        <w:br/>
        <w:t>v 0.896575 7.364759 -2.861962</w:t>
        <w:br/>
        <w:t>v 0.870611 7.381265 -2.868049</w:t>
        <w:br/>
        <w:t>v 0.866549 7.423389 -2.852851</w:t>
        <w:br/>
        <w:t>v 0.889719 7.437702 -2.835707</w:t>
        <w:br/>
        <w:t>v 0.937671 7.394045 -2.868365</w:t>
        <w:br/>
        <w:t>v 0.958777 7.381162 -2.862545</w:t>
        <w:br/>
        <w:t>v 0.954882 7.438038 -2.840719</w:t>
        <w:br/>
        <w:t>v 0.934348 7.428609 -2.855520</w:t>
        <w:br/>
        <w:t>v 0.881686 7.435280 -2.880302</w:t>
        <w:br/>
        <w:t>v 0.877628 7.414718 -2.891238</w:t>
        <w:br/>
        <w:t>v 0.885887 7.393422 -2.895918</w:t>
        <w:br/>
        <w:t>v 0.904385 7.449188 -2.862410</w:t>
        <w:br/>
        <w:t>v 0.911511 7.376721 -2.889392</w:t>
        <w:br/>
        <w:t>v 0.919766 7.417150 -2.828827</w:t>
        <w:br/>
        <w:t>v 0.934348 7.428609 -2.855520</w:t>
        <w:br/>
        <w:t>v 0.919766 7.417150 -2.828827</w:t>
        <w:br/>
        <w:t>v 0.889719 7.437702 -2.835707</w:t>
        <w:br/>
        <w:t>v 0.904385 7.449188 -2.862410</w:t>
        <w:br/>
        <w:t>v 0.934348 7.428609 -2.855520</w:t>
        <w:br/>
        <w:t>v 0.904385 7.449188 -2.862410</w:t>
        <w:br/>
        <w:t>v 0.889719 7.437702 -2.835707</w:t>
        <w:br/>
        <w:t>v 0.866549 7.423389 -2.852851</w:t>
        <w:br/>
        <w:t>v 0.881686 7.435280 -2.880302</w:t>
        <w:br/>
        <w:t>v 0.922957 7.382344 -2.841303</w:t>
        <w:br/>
        <w:t>v 0.942791 7.369317 -2.837136</w:t>
        <w:br/>
        <w:t>v 0.958777 7.381162 -2.862545</w:t>
        <w:br/>
        <w:t>v 0.937671 7.394045 -2.868365</w:t>
        <w:br/>
        <w:t>v 0.870611 7.381265 -2.868049</w:t>
        <w:br/>
        <w:t>v 0.896575 7.364759 -2.861962</w:t>
        <w:br/>
        <w:t>v 0.911511 7.376721 -2.889392</w:t>
        <w:br/>
        <w:t>v 0.885887 7.393422 -2.895918</w:t>
        <w:br/>
        <w:t>v 0.877628 7.414718 -2.891238</w:t>
        <w:br/>
        <w:t>v 0.862350 7.402629 -2.863484</w:t>
        <w:br/>
        <w:t>v 0.922957 7.382344 -2.841303</w:t>
        <w:br/>
        <w:t>v 0.937671 7.394045 -2.868365</w:t>
        <w:br/>
        <w:t>v 0.911511 7.376721 -2.889392</w:t>
        <w:br/>
        <w:t>v 0.896575 7.364759 -2.861962</w:t>
        <w:br/>
        <w:t>v 0.819886 7.863461 -2.673172</w:t>
        <w:br/>
        <w:t>v 0.808121 7.993477 -2.623912</w:t>
        <w:br/>
        <w:t>v 0.800087 8.111651 -2.577012</w:t>
        <w:br/>
        <w:t>v 0.841605 7.633137 -2.772597</w:t>
        <w:br/>
        <w:t>v 0.852738 7.517087 -2.821156</w:t>
        <w:br/>
        <w:t>v 0.862350 7.402629 -2.863484</w:t>
        <w:br/>
        <w:t>v 0.834379 7.749969 -2.725307</w:t>
        <w:br/>
        <w:t>v -0.871374 8.146840 -2.571563</w:t>
        <w:br/>
        <w:t>v -0.861526 8.139889 -2.550416</w:t>
        <w:br/>
        <w:t>v -0.854759 8.167739 -2.535244</w:t>
        <w:br/>
        <w:t>v -0.861628 8.182665 -2.547053</w:t>
        <w:br/>
        <w:t>v -0.961003 7.315788 -2.909997</w:t>
        <w:br/>
        <w:t>v -1.005499 7.300497 -2.892768</w:t>
        <w:br/>
        <w:t>v -0.990026 7.288256 -2.865529</w:t>
        <w:br/>
        <w:t>v -0.945556 7.302866 -2.880910</w:t>
        <w:br/>
        <w:t>v -0.887240 7.894684 -2.645335</w:t>
        <w:br/>
        <w:t>v -0.879818 7.966521 -2.618786</w:t>
        <w:br/>
        <w:t>v -0.895277 7.974372 -2.641698</w:t>
        <w:br/>
        <w:t>v -0.903167 7.906374 -2.667149</w:t>
        <w:br/>
        <w:t>v -0.866715 8.082440 -2.572709</w:t>
        <w:br/>
        <w:t>v -0.878454 8.094485 -2.592687</w:t>
        <w:br/>
        <w:t>v -0.885310 8.028994 -2.617230</w:t>
        <w:br/>
        <w:t>v -0.873198 8.019587 -2.595999</w:t>
        <w:br/>
        <w:t>v -0.900612 7.778639 -2.698723</w:t>
        <w:br/>
        <w:t>v -0.897332 7.836190 -2.672117</w:t>
        <w:br/>
        <w:t>v -0.910448 7.851039 -2.690342</w:t>
        <w:br/>
        <w:t>v -0.916246 7.784071 -2.719988</w:t>
        <w:br/>
        <w:t>v -0.934788 7.609702 -2.794100</w:t>
        <w:br/>
        <w:t>v -0.939178 7.557068 -2.816599</w:t>
        <w:br/>
        <w:t>v -0.922868 7.547124 -2.793676</w:t>
        <w:br/>
        <w:t>v -0.918247 7.603306 -2.768753</w:t>
        <w:br/>
        <w:t>v -0.956049 7.385667 -2.884101</w:t>
        <w:br/>
        <w:t>v -0.961003 7.315788 -2.909997</w:t>
        <w:br/>
        <w:t>v -0.945556 7.302866 -2.880910</w:t>
        <w:br/>
        <w:t>v -0.940145 7.372466 -2.858473</w:t>
        <w:br/>
        <w:t>v -0.945426 7.501579 -2.838889</w:t>
        <w:br/>
        <w:t>v -0.950532 7.441946 -2.862748</w:t>
        <w:br/>
        <w:t>v -0.934012 7.431653 -2.837123</w:t>
        <w:br/>
        <w:t>v -0.930354 7.488234 -2.816602</w:t>
        <w:br/>
        <w:t>v -0.908415 7.719648 -2.723742</w:t>
        <w:br/>
        <w:t>v -0.922650 7.730058 -2.742972</w:t>
        <w:br/>
        <w:t>v -0.927180 7.680048 -2.764477</w:t>
        <w:br/>
        <w:t>v -0.911147 7.663363 -2.744460</w:t>
        <w:br/>
        <w:t>v -0.850514 8.092443 -2.578637</w:t>
        <w:br/>
        <w:t>v -0.866715 8.082440 -2.572709</w:t>
        <w:br/>
        <w:t>v -0.861526 8.139889 -2.550416</w:t>
        <w:br/>
        <w:t>v -0.845030 8.127810 -2.563869</w:t>
        <w:br/>
        <w:t>v -0.795554 8.090618 -2.606370</w:t>
        <w:br/>
        <w:t>v -0.823867 8.074254 -2.601158</w:t>
        <w:br/>
        <w:t>v -0.812194 8.148431 -2.570193</w:t>
        <w:br/>
        <w:t>v -0.788731 8.133493 -2.588472</w:t>
        <w:br/>
        <w:t>v -0.871374 8.146840 -2.571563</w:t>
        <w:br/>
        <w:t>v -0.878454 8.094485 -2.592687</w:t>
        <w:br/>
        <w:t>v -0.861070 8.101128 -2.598399</w:t>
        <w:br/>
        <w:t>v -0.856215 8.136956 -2.584813</w:t>
        <w:br/>
        <w:t>v -0.796621 8.121316 -2.621132</w:t>
        <w:br/>
        <w:t>v -0.800139 8.142830 -2.609827</w:t>
        <w:br/>
        <w:t>v -0.806165 8.099379 -2.626296</w:t>
        <w:br/>
        <w:t>v -0.823693 8.157783 -2.591691</w:t>
        <w:br/>
        <w:t>v -0.833996 8.082622 -2.620176</w:t>
        <w:br/>
        <w:t>v -0.856215 8.136956 -2.584813</w:t>
        <w:br/>
        <w:t>v -0.845030 8.127810 -2.563869</w:t>
        <w:br/>
        <w:t>v -0.823693 8.157783 -2.591691</w:t>
        <w:br/>
        <w:t>v -0.812194 8.148431 -2.570193</w:t>
        <w:br/>
        <w:t>v -0.845030 8.127810 -2.563869</w:t>
        <w:br/>
        <w:t>v -0.856215 8.136956 -2.584813</w:t>
        <w:br/>
        <w:t>v -0.788731 8.133493 -2.588472</w:t>
        <w:br/>
        <w:t>v -0.812194 8.148431 -2.570193</w:t>
        <w:br/>
        <w:t>v -0.823693 8.157783 -2.591691</w:t>
        <w:br/>
        <w:t>v -0.800139 8.142830 -2.609827</w:t>
        <w:br/>
        <w:t>v -0.866715 8.082440 -2.572709</w:t>
        <w:br/>
        <w:t>v -0.850514 8.092443 -2.578637</w:t>
        <w:br/>
        <w:t>v -0.861070 8.101128 -2.598399</w:t>
        <w:br/>
        <w:t>v -0.878454 8.094485 -2.592687</w:t>
        <w:br/>
        <w:t>v -0.806165 8.099379 -2.626296</w:t>
        <w:br/>
        <w:t>v -0.833996 8.082622 -2.620176</w:t>
        <w:br/>
        <w:t>v -0.823867 8.074254 -2.601158</w:t>
        <w:br/>
        <w:t>v -0.795554 8.090618 -2.606370</w:t>
        <w:br/>
        <w:t>v -0.785579 8.112253 -2.600455</w:t>
        <w:br/>
        <w:t>v -0.796621 8.121316 -2.621132</w:t>
        <w:br/>
        <w:t>v -0.833996 8.082622 -2.620176</w:t>
        <w:br/>
        <w:t>v -0.823867 8.074254 -2.601158</w:t>
        <w:br/>
        <w:t>v -0.856714 8.010163 -2.608927</w:t>
        <w:br/>
        <w:t>v -0.861443 7.975215 -2.624376</w:t>
        <w:br/>
        <w:t>v -0.879818 7.966521 -2.618786</w:t>
        <w:br/>
        <w:t>v -0.873198 8.019587 -2.595999</w:t>
        <w:br/>
        <w:t>v -0.806748 7.974240 -2.651870</w:t>
        <w:br/>
        <w:t>v -0.834566 7.957657 -2.647058</w:t>
        <w:br/>
        <w:t>v -0.824512 8.031000 -2.614683</w:t>
        <w:br/>
        <w:t>v -0.800844 8.016611 -2.633160</w:t>
        <w:br/>
        <w:t>v -0.895277 7.974372 -2.641698</w:t>
        <w:br/>
        <w:t>v -0.872968 7.984539 -2.645614</w:t>
        <w:br/>
        <w:t>v -0.868814 8.019896 -2.631187</w:t>
        <w:br/>
        <w:t>v -0.885310 8.028994 -2.617230</w:t>
        <w:br/>
        <w:t>v -0.809241 8.005382 -2.667543</w:t>
        <w:br/>
        <w:t>v -0.813161 8.026503 -2.655752</w:t>
        <w:br/>
        <w:t>v -0.818338 7.983634 -2.673232</w:t>
        <w:br/>
        <w:t>v -0.845693 7.966721 -2.667640</w:t>
        <w:br/>
        <w:t>v -0.836856 8.040892 -2.637381</w:t>
        <w:br/>
        <w:t>v -0.873198 8.019587 -2.595999</w:t>
        <w:br/>
        <w:t>v -0.885310 8.028994 -2.617230</w:t>
        <w:br/>
        <w:t>v -0.868814 8.019896 -2.631187</w:t>
        <w:br/>
        <w:t>v -0.856714 8.010163 -2.608927</w:t>
        <w:br/>
        <w:t>v -0.856714 8.010163 -2.608927</w:t>
        <w:br/>
        <w:t>v -0.868814 8.019896 -2.631187</w:t>
        <w:br/>
        <w:t>v -0.836856 8.040892 -2.637381</w:t>
        <w:br/>
        <w:t>v -0.824512 8.031000 -2.614683</w:t>
        <w:br/>
        <w:t>v -0.836856 8.040892 -2.637381</w:t>
        <w:br/>
        <w:t>v -0.813161 8.026503 -2.655752</w:t>
        <w:br/>
        <w:t>v -0.800844 8.016611 -2.633160</w:t>
        <w:br/>
        <w:t>v -0.824512 8.031000 -2.614683</w:t>
        <w:br/>
        <w:t>v -0.872968 7.984539 -2.645614</w:t>
        <w:br/>
        <w:t>v -0.895277 7.974372 -2.641698</w:t>
        <w:br/>
        <w:t>v -0.879818 7.966521 -2.618786</w:t>
        <w:br/>
        <w:t>v -0.861443 7.975215 -2.624376</w:t>
        <w:br/>
        <w:t>v -0.845693 7.966721 -2.667640</w:t>
        <w:br/>
        <w:t>v -0.834566 7.957657 -2.647058</w:t>
        <w:br/>
        <w:t>v -0.806748 7.974240 -2.651870</w:t>
        <w:br/>
        <w:t>v -0.818338 7.983634 -2.673232</w:t>
        <w:br/>
        <w:t>v -0.797275 7.995704 -2.645516</w:t>
        <w:br/>
        <w:t>v -0.809241 8.005382 -2.667543</w:t>
        <w:br/>
        <w:t>v -0.834566 7.957657 -2.647058</w:t>
        <w:br/>
        <w:t>v -0.845693 7.966721 -2.667640</w:t>
        <w:br/>
        <w:t>v -0.875546 7.847996 -2.674940</w:t>
        <w:br/>
        <w:t>v -0.897332 7.836190 -2.672117</w:t>
        <w:br/>
        <w:t>v -0.887240 7.894684 -2.645335</w:t>
        <w:br/>
        <w:t>v -0.869543 7.882382 -2.659205</w:t>
        <w:br/>
        <w:t>v -0.813359 7.886636 -2.682306</w:t>
        <w:br/>
        <w:t>v -0.820804 7.844951 -2.701355</w:t>
        <w:br/>
        <w:t>v -0.849261 7.829625 -2.697179</w:t>
        <w:br/>
        <w:t>v -0.836511 7.901756 -2.664212</w:t>
        <w:br/>
        <w:t>v -0.881965 7.893492 -2.683902</w:t>
        <w:br/>
        <w:t>v -0.903167 7.906374 -2.667149</w:t>
        <w:br/>
        <w:t>v -0.910448 7.851039 -2.690342</w:t>
        <w:br/>
        <w:t>v -0.887204 7.858544 -2.698246</w:t>
        <w:br/>
        <w:t>v -0.823756 7.877542 -2.720610</w:t>
        <w:br/>
        <w:t>v -0.826908 7.898585 -2.708834</w:t>
        <w:br/>
        <w:t>v -0.833409 7.856215 -2.726233</w:t>
        <w:br/>
        <w:t>v -0.860927 7.840147 -2.720405</w:t>
        <w:br/>
        <w:t>v -0.849800 7.913444 -2.690329</w:t>
        <w:br/>
        <w:t>v -0.881965 7.893492 -2.683902</w:t>
        <w:br/>
        <w:t>v -0.869543 7.882382 -2.659205</w:t>
        <w:br/>
        <w:t>v -0.869543 7.882382 -2.659205</w:t>
        <w:br/>
        <w:t>v -0.881965 7.893492 -2.683902</w:t>
        <w:br/>
        <w:t>v -0.849800 7.913444 -2.690329</w:t>
        <w:br/>
        <w:t>v -0.836511 7.901756 -2.664212</w:t>
        <w:br/>
        <w:t>v -0.813359 7.886636 -2.682306</w:t>
        <w:br/>
        <w:t>v -0.836511 7.901756 -2.664212</w:t>
        <w:br/>
        <w:t>v -0.849800 7.913444 -2.690329</w:t>
        <w:br/>
        <w:t>v -0.826908 7.898585 -2.708834</w:t>
        <w:br/>
        <w:t>v -0.887204 7.858544 -2.698246</w:t>
        <w:br/>
        <w:t>v -0.910448 7.851039 -2.690342</w:t>
        <w:br/>
        <w:t>v -0.897332 7.836190 -2.672117</w:t>
        <w:br/>
        <w:t>v -0.875546 7.847996 -2.674940</w:t>
        <w:br/>
        <w:t>v -0.849261 7.829625 -2.697179</w:t>
        <w:br/>
        <w:t>v -0.820804 7.844951 -2.701355</w:t>
        <w:br/>
        <w:t>v -0.833409 7.856215 -2.726233</w:t>
        <w:br/>
        <w:t>v -0.860927 7.840147 -2.720405</w:t>
        <w:br/>
        <w:t>v -0.810547 7.865834 -2.694709</w:t>
        <w:br/>
        <w:t>v -0.823756 7.877542 -2.720610</w:t>
        <w:br/>
        <w:t>v -0.860927 7.840147 -2.720405</w:t>
        <w:br/>
        <w:t>v -0.849261 7.829625 -2.697179</w:t>
        <w:br/>
        <w:t>v -0.887367 7.732246 -2.727167</w:t>
        <w:br/>
        <w:t>v -0.908415 7.719648 -2.723742</w:t>
        <w:br/>
        <w:t>v -0.900612 7.778639 -2.698723</w:t>
        <w:br/>
        <w:t>v -0.882707 7.766959 -2.712463</w:t>
        <w:br/>
        <w:t>v -0.850938 7.787102 -2.718444</w:t>
        <w:br/>
        <w:t>v -0.827623 7.772423 -2.736562</w:t>
        <w:br/>
        <w:t>v -0.833461 7.730339 -2.754339</w:t>
        <w:br/>
        <w:t>v -0.860884 7.714298 -2.749232</w:t>
        <w:br/>
        <w:t>v -0.899133 7.741410 -2.749319</w:t>
        <w:br/>
        <w:t>v -0.894539 7.776147 -2.734762</w:t>
        <w:br/>
        <w:t>v -0.916246 7.784071 -2.719988</w:t>
        <w:br/>
        <w:t>v -0.922650 7.730058 -2.742972</w:t>
        <w:br/>
        <w:t>v -0.836325 7.761106 -2.771325</w:t>
        <w:br/>
        <w:t>v -0.839832 7.781920 -2.759440</w:t>
        <w:br/>
        <w:t>v -0.845548 7.739818 -2.777046</w:t>
        <w:br/>
        <w:t>v -0.872647 7.723511 -2.771347</w:t>
        <w:br/>
        <w:t>v -0.862847 7.796353 -2.740876</w:t>
        <w:br/>
        <w:t>v -0.894539 7.776147 -2.734762</w:t>
        <w:br/>
        <w:t>v -0.882707 7.766959 -2.712463</w:t>
        <w:br/>
        <w:t>v -0.862847 7.796353 -2.740876</w:t>
        <w:br/>
        <w:t>v -0.850938 7.787102 -2.718444</w:t>
        <w:br/>
        <w:t>v -0.862847 7.796353 -2.740876</w:t>
        <w:br/>
        <w:t>v -0.839832 7.781920 -2.759440</w:t>
        <w:br/>
        <w:t>v -0.827623 7.772423 -2.736562</w:t>
        <w:br/>
        <w:t>v -0.850938 7.787102 -2.718444</w:t>
        <w:br/>
        <w:t>v -0.899133 7.741410 -2.749319</w:t>
        <w:br/>
        <w:t>v -0.922650 7.730058 -2.742972</w:t>
        <w:br/>
        <w:t>v -0.908415 7.719648 -2.723742</w:t>
        <w:br/>
        <w:t>v -0.887367 7.732246 -2.727167</w:t>
        <w:br/>
        <w:t>v -0.833461 7.730339 -2.754339</w:t>
        <w:br/>
        <w:t>v -0.845548 7.739818 -2.777046</w:t>
        <w:br/>
        <w:t>v -0.872647 7.723511 -2.771347</w:t>
        <w:br/>
        <w:t>v -0.860884 7.714298 -2.749232</w:t>
        <w:br/>
        <w:t>v -0.824111 7.751565 -2.748463</w:t>
        <w:br/>
        <w:t>v -0.836325 7.761106 -2.771325</w:t>
        <w:br/>
        <w:t>v -0.887367 7.732246 -2.727167</w:t>
        <w:br/>
        <w:t>v -0.860884 7.714298 -2.749232</w:t>
        <w:br/>
        <w:t>v -0.872647 7.723511 -2.771347</w:t>
        <w:br/>
        <w:t>v -0.899133 7.741410 -2.749319</w:t>
        <w:br/>
        <w:t>v -0.893355 7.651091 -2.758231</w:t>
        <w:br/>
        <w:t>v -0.897561 7.616365 -2.772237</w:t>
        <w:br/>
        <w:t>v -0.918247 7.603306 -2.768753</w:t>
        <w:br/>
        <w:t>v -0.911147 7.663363 -2.744460</w:t>
        <w:br/>
        <w:t>v -0.862126 7.671363 -2.764503</w:t>
        <w:br/>
        <w:t>v -0.838845 7.656802 -2.782289</w:t>
        <w:br/>
        <w:t>v -0.844128 7.614699 -2.799227</w:t>
        <w:br/>
        <w:t>v -0.871086 7.598523 -2.793843</w:t>
        <w:br/>
        <w:t>v -0.911385 7.626940 -2.797756</w:t>
        <w:br/>
        <w:t>v -0.907038 7.661486 -2.783507</w:t>
        <w:br/>
        <w:t>v -0.927180 7.680048 -2.764477</w:t>
        <w:br/>
        <w:t>v -0.934788 7.609702 -2.794100</w:t>
        <w:br/>
        <w:t>v -0.849217 7.646769 -2.819690</w:t>
        <w:br/>
        <w:t>v -0.852830 7.667446 -2.807991</w:t>
        <w:br/>
        <w:t>v -0.858273 7.625549 -2.825217</w:t>
        <w:br/>
        <w:t>v -0.885035 7.609221 -2.819494</w:t>
        <w:br/>
        <w:t>v -0.875735 7.681705 -2.789649</w:t>
        <w:br/>
        <w:t>v -0.907038 7.661486 -2.783507</w:t>
        <w:br/>
        <w:t>v -0.893355 7.651091 -2.758231</w:t>
        <w:br/>
        <w:t>v -0.875735 7.681705 -2.789649</w:t>
        <w:br/>
        <w:t>v -0.862126 7.671363 -2.764503</w:t>
        <w:br/>
        <w:t>v -0.893355 7.651091 -2.758231</w:t>
        <w:br/>
        <w:t>v -0.907038 7.661486 -2.783507</w:t>
        <w:br/>
        <w:t>v -0.852830 7.667446 -2.807991</w:t>
        <w:br/>
        <w:t>v -0.838845 7.656802 -2.782289</w:t>
        <w:br/>
        <w:t>v -0.862126 7.671363 -2.764503</w:t>
        <w:br/>
        <w:t>v -0.875735 7.681705 -2.789649</w:t>
        <w:br/>
        <w:t>v -0.918247 7.603306 -2.768753</w:t>
        <w:br/>
        <w:t>v -0.897561 7.616365 -2.772237</w:t>
        <w:br/>
        <w:t>v -0.911385 7.626940 -2.797756</w:t>
        <w:br/>
        <w:t>v -0.934788 7.609702 -2.794100</w:t>
        <w:br/>
        <w:t>v -0.885035 7.609221 -2.819494</w:t>
        <w:br/>
        <w:t>v -0.871086 7.598523 -2.793843</w:t>
        <w:br/>
        <w:t>v -0.844128 7.614699 -2.799227</w:t>
        <w:br/>
        <w:t>v -0.858273 7.625549 -2.825217</w:t>
        <w:br/>
        <w:t>v -0.835120 7.635967 -2.793760</w:t>
        <w:br/>
        <w:t>v -0.849217 7.646769 -2.819690</w:t>
        <w:br/>
        <w:t>v -0.897561 7.616365 -2.772237</w:t>
        <w:br/>
        <w:t>v -0.871086 7.598523 -2.793843</w:t>
        <w:br/>
        <w:t>v -0.885035 7.609221 -2.819494</w:t>
        <w:br/>
        <w:t>v -0.911385 7.626940 -2.797756</w:t>
        <w:br/>
        <w:t>v -0.909827 7.500681 -2.820467</w:t>
        <w:br/>
        <w:t>v -0.930354 7.488234 -2.816602</w:t>
        <w:br/>
        <w:t>v -0.922868 7.547124 -2.793676</w:t>
        <w:br/>
        <w:t>v -0.905347 7.535268 -2.807043</w:t>
        <w:br/>
        <w:t>v -0.883819 7.482726 -2.841699</w:t>
        <w:br/>
        <w:t>v -0.874249 7.555274 -2.813578</w:t>
        <w:br/>
        <w:t>v -0.851376 7.540629 -2.831122</w:t>
        <w:br/>
        <w:t>v -0.856994 7.498698 -2.847350</w:t>
        <w:br/>
        <w:t>v -0.939178 7.557068 -2.816599</w:t>
        <w:br/>
        <w:t>v -0.945426 7.501579 -2.838889</w:t>
        <w:br/>
        <w:t>v -0.923426 7.511408 -2.845563</w:t>
        <w:br/>
        <w:t>v -0.918901 7.545887 -2.832026</w:t>
        <w:br/>
        <w:t>v -0.861808 7.530850 -2.867823</w:t>
        <w:br/>
        <w:t>v -0.865227 7.551525 -2.856559</w:t>
        <w:br/>
        <w:t>v -0.870898 7.509717 -2.872927</w:t>
        <w:br/>
        <w:t>v -0.887792 7.565868 -2.838517</w:t>
        <w:br/>
        <w:t>v -0.897474 7.493562 -2.866859</w:t>
        <w:br/>
        <w:t>v -0.918901 7.545887 -2.832026</w:t>
        <w:br/>
        <w:t>v -0.905347 7.535268 -2.807043</w:t>
        <w:br/>
        <w:t>v -0.905347 7.535268 -2.807043</w:t>
        <w:br/>
        <w:t>v -0.918901 7.545887 -2.832026</w:t>
        <w:br/>
        <w:t>v -0.887792 7.565868 -2.838517</w:t>
        <w:br/>
        <w:t>v -0.874249 7.555274 -2.813578</w:t>
        <w:br/>
        <w:t>v -0.865227 7.551525 -2.856559</w:t>
        <w:br/>
        <w:t>v -0.851376 7.540629 -2.831122</w:t>
        <w:br/>
        <w:t>v -0.874249 7.555274 -2.813578</w:t>
        <w:br/>
        <w:t>v -0.887792 7.565868 -2.838517</w:t>
        <w:br/>
        <w:t>v -0.930354 7.488234 -2.816602</w:t>
        <w:br/>
        <w:t>v -0.909827 7.500681 -2.820467</w:t>
        <w:br/>
        <w:t>v -0.923426 7.511408 -2.845563</w:t>
        <w:br/>
        <w:t>v -0.945426 7.501579 -2.838889</w:t>
        <w:br/>
        <w:t>v -0.883819 7.482726 -2.841699</w:t>
        <w:br/>
        <w:t>v -0.856994 7.498698 -2.847350</w:t>
        <w:br/>
        <w:t>v -0.870898 7.509717 -2.872927</w:t>
        <w:br/>
        <w:t>v -0.897474 7.493562 -2.866859</w:t>
        <w:br/>
        <w:t>v -0.861808 7.530850 -2.867823</w:t>
        <w:br/>
        <w:t>v -0.847887 7.519849 -2.842261</w:t>
        <w:br/>
        <w:t>v -0.897474 7.493562 -2.866859</w:t>
        <w:br/>
        <w:t>v -0.923426 7.511408 -2.845563</w:t>
        <w:br/>
        <w:t>v -0.909827 7.500681 -2.820467</w:t>
        <w:br/>
        <w:t>v -0.883819 7.482726 -2.841699</w:t>
        <w:br/>
        <w:t>v -0.916442 7.420104 -2.850052</w:t>
        <w:br/>
        <w:t>v -0.920121 7.385390 -2.862585</w:t>
        <w:br/>
        <w:t>v -0.940145 7.372466 -2.858473</w:t>
        <w:br/>
        <w:t>v -0.934012 7.431653 -2.837123</w:t>
        <w:br/>
        <w:t>v -0.863034 7.426311 -2.873937</w:t>
        <w:br/>
        <w:t>v -0.867695 7.384278 -2.889173</w:t>
        <w:br/>
        <w:t>v -0.893944 7.367830 -2.883177</w:t>
        <w:br/>
        <w:t>v -0.886044 7.440611 -2.856851</w:t>
        <w:br/>
        <w:t>v -0.950532 7.441946 -2.862748</w:t>
        <w:br/>
        <w:t>v -0.956049 7.385667 -2.884101</w:t>
        <w:br/>
        <w:t>v -0.934954 7.397278 -2.889966</w:t>
        <w:br/>
        <w:t>v -0.931139 7.431752 -2.877053</w:t>
        <w:br/>
        <w:t>v -0.874173 7.417650 -2.912160</w:t>
        <w:br/>
        <w:t>v -0.877977 7.438189 -2.901263</w:t>
        <w:br/>
        <w:t>v -0.882798 7.396428 -2.916930</w:t>
        <w:br/>
        <w:t>v -0.908830 7.379869 -2.910721</w:t>
        <w:br/>
        <w:t>v -0.900647 7.452147 -2.883639</w:t>
        <w:br/>
        <w:t>v -0.931139 7.431752 -2.877053</w:t>
        <w:br/>
        <w:t>v -0.916442 7.420104 -2.850052</w:t>
        <w:br/>
        <w:t>v -0.916442 7.420104 -2.850052</w:t>
        <w:br/>
        <w:t>v -0.931139 7.431752 -2.877053</w:t>
        <w:br/>
        <w:t>v -0.900647 7.452147 -2.883639</w:t>
        <w:br/>
        <w:t>v -0.886044 7.440611 -2.856851</w:t>
        <w:br/>
        <w:t>v -0.900647 7.452147 -2.883639</w:t>
        <w:br/>
        <w:t>v -0.877977 7.438189 -2.901263</w:t>
        <w:br/>
        <w:t>v -0.863034 7.426311 -2.873937</w:t>
        <w:br/>
        <w:t>v -0.886044 7.440611 -2.856851</w:t>
        <w:br/>
        <w:t>v -0.956049 7.385667 -2.884101</w:t>
        <w:br/>
        <w:t>v -0.940145 7.372466 -2.858473</w:t>
        <w:br/>
        <w:t>v -0.920121 7.385390 -2.862585</w:t>
        <w:br/>
        <w:t>v -0.934954 7.397278 -2.889966</w:t>
        <w:br/>
        <w:t>v -0.908830 7.379869 -2.910721</w:t>
        <w:br/>
        <w:t>v -0.893944 7.367830 -2.883177</w:t>
        <w:br/>
        <w:t>v -0.867695 7.384278 -2.889173</w:t>
        <w:br/>
        <w:t>v -0.882798 7.396428 -2.916930</w:t>
        <w:br/>
        <w:t>v -0.859119 7.405593 -2.884566</w:t>
        <w:br/>
        <w:t>v -0.874173 7.417650 -2.912160</w:t>
        <w:br/>
        <w:t>v -0.908830 7.379869 -2.910721</w:t>
        <w:br/>
        <w:t>v -0.934954 7.397278 -2.889966</w:t>
        <w:br/>
        <w:t>v -0.920121 7.385390 -2.862585</w:t>
        <w:br/>
        <w:t>v -0.893944 7.367830 -2.883177</w:t>
        <w:br/>
        <w:t>v -0.810547 7.865834 -2.694709</w:t>
        <w:br/>
        <w:t>v -0.797275 7.995704 -2.645516</w:t>
        <w:br/>
        <w:t>v -0.785579 8.112253 -2.600455</w:t>
        <w:br/>
        <w:t>v -0.835120 7.635967 -2.793760</w:t>
        <w:br/>
        <w:t>v -0.847887 7.519849 -2.842261</w:t>
        <w:br/>
        <w:t>v -0.859119 7.405593 -2.884566</w:t>
        <w:br/>
        <w:t>v -0.824111 7.751565 -2.748463</w:t>
        <w:br/>
        <w:t>v -0.945556 7.302866 -2.880910</w:t>
        <w:br/>
        <w:t>v -0.990026 7.288256 -2.865529</w:t>
        <w:br/>
        <w:t>v -0.976365 7.411246 -2.822786</w:t>
        <w:br/>
        <w:t>v -0.964967 7.542975 -2.771796</w:t>
        <w:br/>
        <w:t>v -0.944042 7.760990 -2.681660</w:t>
        <w:br/>
        <w:t>v -0.931428 7.878786 -2.631129</w:t>
        <w:br/>
        <w:t>v -0.906982 8.093213 -2.543789</w:t>
        <w:br/>
        <w:t>v -0.898956 8.172080 -2.518603</w:t>
        <w:br/>
        <w:t>v -0.854759 8.167739 -2.535244</w:t>
        <w:br/>
        <w:t>v 0.008585 12.917396 -1.166409</w:t>
        <w:br/>
        <w:t>v 0.008027 12.564628 -1.316955</w:t>
        <w:br/>
        <w:t>v -0.207287 13.531372 -0.834689</w:t>
        <w:br/>
        <w:t>v 0.010090 13.526802 -0.848003</w:t>
        <w:br/>
        <w:t>v -0.197254 13.284159 -0.975124</w:t>
        <w:br/>
        <w:t>v 0.009625 13.269938 -0.973773</w:t>
        <w:br/>
        <w:t>v -0.209422 12.935680 -1.184061</w:t>
        <w:br/>
        <w:t>v -0.242096 12.592397 -1.330207</w:t>
        <w:br/>
        <w:t>v -0.284253 12.187600 -1.438961</w:t>
        <w:br/>
        <w:t>v 0.007469 12.181945 -1.449749</w:t>
        <w:br/>
        <w:t>v -0.861628 8.182665 -2.547053</w:t>
        <w:br/>
        <w:t>v -0.353619 13.555744 -0.804995</w:t>
        <w:br/>
        <w:t>v 0.994641 7.501329 -2.794847</w:t>
        <w:br/>
        <w:t>v 0.961695 7.315509 -2.884132</w:t>
        <w:br/>
        <w:t>v 1.450122 7.447097 -2.496305</w:t>
        <w:br/>
        <w:t>v -0.349766 11.325491 1.791533</w:t>
        <w:br/>
        <w:t>v -2.592125 8.338753 -0.648843</w:t>
        <w:br/>
        <w:t>v -1.983060 7.765995 -1.859721</w:t>
        <w:br/>
        <w:t>v -1.948829 7.634881 -1.884498</w:t>
        <w:br/>
        <w:t>v -1.005499 7.300497 -2.892768</w:t>
        <w:br/>
        <w:t>v -1.016678 7.245216 -2.910048</w:t>
        <w:br/>
        <w:t>v -0.961003 7.315788 -2.909997</w:t>
        <w:br/>
        <w:t>v 1.011619 7.199189 -2.867504</w:t>
        <w:br/>
        <w:t>v 0.997376 7.289641 -2.838237</w:t>
        <w:br/>
        <w:t>v 0.981966 7.378885 -2.811621</w:t>
        <w:br/>
        <w:t>v -2.124605 9.037363 -1.429734</w:t>
        <w:br/>
        <w:t>v -1.973070 8.975380 -1.523914</w:t>
        <w:br/>
        <w:t>v -2.258038 9.381300 0.018261</w:t>
        <w:br/>
        <w:t>v 0.772615 12.190977 1.716951</w:t>
        <w:br/>
        <w:t>v 2.223104 10.754613 0.182763</w:t>
        <w:br/>
        <w:t>v -1.502145 10.821767 2.093869</w:t>
        <w:br/>
        <w:t>v -1.556034 10.665791 1.956335</w:t>
        <w:br/>
        <w:t>v -1.497500 10.514077 1.929074</w:t>
        <w:br/>
        <w:t>v -1.534957 10.755940 1.991515</w:t>
        <w:br/>
        <w:t>v -1.577892 10.678703 2.040989</w:t>
        <w:br/>
        <w:t>v -1.270607 10.101431 1.455443</w:t>
        <w:br/>
        <w:t>v -1.343882 10.062951 1.441679</w:t>
        <w:br/>
        <w:t>v -1.323427 10.216933 1.419758</w:t>
        <w:br/>
        <w:t>v -0.864128 10.251178 1.704854</w:t>
        <w:br/>
        <w:t>v -0.867774 10.401032 1.699221</w:t>
        <w:br/>
        <w:t>v -1.290532 11.063959 1.782816</w:t>
        <w:br/>
        <w:t>v -1.560824 10.699937 2.134329</w:t>
        <w:br/>
        <w:t>v -1.511285 10.743109 2.183479</w:t>
        <w:br/>
        <w:t>v -0.989982 10.361735 1.524204</w:t>
        <w:br/>
        <w:t>v -0.963945 10.212292 1.534608</w:t>
        <w:br/>
        <w:t>v -0.899732 10.563149 1.820460</w:t>
        <w:br/>
        <w:t>v -2.345441 8.874089 -0.189035</w:t>
        <w:br/>
        <w:t>v 2.813059 8.167698 -2.498351</w:t>
        <w:br/>
        <w:t>v 2.975260 8.205730 -2.314915</w:t>
        <w:br/>
        <w:t>v 2.393450 7.929099 -2.657137</w:t>
        <w:br/>
        <w:t>v 2.330281 8.004869 -2.558420</w:t>
        <w:br/>
        <w:t>v 2.948848 8.200460 -2.141608</w:t>
        <w:br/>
        <w:t>v 2.940726 8.189166 -2.064939</w:t>
        <w:br/>
        <w:t>v 2.956568 8.225992 -2.208806</w:t>
        <w:br/>
        <w:t>v 1.956863 7.642792 -2.555423</w:t>
        <w:br/>
        <w:t>v 1.976236 7.628575 -2.572967</w:t>
        <w:br/>
        <w:t>v 0.975035 7.493514 -2.768720</w:t>
        <w:br/>
        <w:t>v 2.956568 8.225992 -2.208806</w:t>
        <w:br/>
        <w:t>v -2.962686 8.047580 -1.523133</w:t>
        <w:br/>
        <w:t>v -2.973170 8.176291 -1.411391</w:t>
        <w:br/>
        <w:t>v -3.084566 8.252818 -1.147086</w:t>
        <w:br/>
        <w:t>v -3.019447 8.322205 -1.127353</w:t>
        <w:br/>
        <w:t>v -2.955394 8.159000 -1.392866</w:t>
        <w:br/>
        <w:t>v -2.874541 8.535360 -0.808605</w:t>
        <w:br/>
        <w:t>v -2.869653 8.548678 -0.881886</w:t>
        <w:br/>
        <w:t>v -2.723591 8.752678 -0.734039</w:t>
        <w:br/>
        <w:t>v -2.558859 7.937144 -1.663973</w:t>
        <w:br/>
        <w:t>v -2.632993 8.203216 -1.494566</w:t>
        <w:br/>
        <w:t>v -2.393623 7.750113 -1.680070</w:t>
        <w:br/>
        <w:t>v -2.115740 7.695435 -1.701748</w:t>
        <w:br/>
        <w:t>v -2.118566 7.806685 -1.680840</w:t>
        <w:br/>
        <w:t>v -1.985301 7.981888 -1.672451</w:t>
        <w:br/>
        <w:t>v -2.109889 8.024307 -1.616927</w:t>
        <w:br/>
        <w:t>v -2.155977 7.629695 -2.332509</w:t>
        <w:br/>
        <w:t>v -2.157933 7.682059 -2.230591</w:t>
        <w:br/>
        <w:t>v -2.102123 7.623597 -2.407771</w:t>
        <w:br/>
        <w:t>v -2.063916 10.067329 0.455285</w:t>
        <w:br/>
        <w:t>v -2.149876 10.139382 0.635617</w:t>
        <w:br/>
        <w:t>v -2.306200 9.176481 0.083231</w:t>
        <w:br/>
        <w:t>v -2.322108 9.159409 -0.007804</w:t>
        <w:br/>
        <w:t>v -2.300956 9.058597 -0.312343</w:t>
        <w:br/>
        <w:t>v -2.082278 7.683681 -2.025399</w:t>
        <w:br/>
        <w:t>v -2.084421 7.771945 -1.995090</w:t>
        <w:br/>
        <w:t>v -2.085504 7.967422 -1.934859</w:t>
        <w:br/>
        <w:t>v -2.346294 8.114929 -1.607686</w:t>
        <w:br/>
        <w:t>v -2.315620 8.295330 -1.569544</w:t>
        <w:br/>
        <w:t>v -2.232673 8.060925 -1.617623</w:t>
        <w:br/>
        <w:t>v -2.217707 8.253139 -1.587811</w:t>
        <w:br/>
        <w:t>v -2.527874 8.637253 -1.457206</w:t>
        <w:br/>
        <w:t>v -2.543657 8.749245 -0.583981</w:t>
        <w:br/>
        <w:t>v -2.744119 8.494132 -0.630133</w:t>
        <w:br/>
        <w:t>v -2.580091 8.380004 -0.615793</w:t>
        <w:br/>
        <w:t>v -2.562803 8.365164 -0.601505</w:t>
        <w:br/>
        <w:t>v -2.596225 8.317932 -0.623119</w:t>
        <w:br/>
        <w:t>v -2.536197 8.515021 -0.595211</w:t>
        <w:br/>
        <w:t>v -2.510029 8.515900 -0.580616</w:t>
        <w:br/>
        <w:t>v -2.488810 8.755743 -0.569860</w:t>
        <w:br/>
        <w:t>v -2.585696 8.510916 -0.611774</w:t>
        <w:br/>
        <w:t>v -2.432589 8.767750 -0.546119</w:t>
        <w:br/>
        <w:t>v -2.634296 8.383924 -0.630716</w:t>
        <w:br/>
        <w:t>v -2.655226 8.296873 -0.641181</w:t>
        <w:br/>
        <w:t>v -2.479679 8.400255 -0.473955</w:t>
        <w:br/>
        <w:t>v -2.321955 8.849822 -0.269166</w:t>
        <w:br/>
        <w:t>v -2.189836 9.988099 0.226954</w:t>
        <w:br/>
        <w:t>v -2.144547 10.548253 0.368625</w:t>
        <w:br/>
        <w:t>v -2.213033 9.411998 0.293394</w:t>
        <w:br/>
        <w:t>v -2.202133 9.538621 0.300145</w:t>
        <w:br/>
        <w:t>v -2.166503 10.017649 0.329836</w:t>
        <w:br/>
        <w:t>v -1.785613 10.030741 1.292680</w:t>
        <w:br/>
        <w:t>v -1.785506 9.934486 1.306245</w:t>
        <w:br/>
        <w:t>v -1.784749 10.243282 1.262565</w:t>
        <w:br/>
        <w:t>v -1.902325 9.798982 1.279465</w:t>
        <w:br/>
        <w:t>v -1.391311 10.627831 1.355582</w:t>
        <w:br/>
        <w:t>v -1.373771 10.382175 1.384972</w:t>
        <w:br/>
        <w:t>v -1.236341 10.419888 1.420258</w:t>
        <w:br/>
        <w:t>v -1.138518 10.443243 1.998830</w:t>
        <w:br/>
        <w:t>v -1.159410 10.326903 2.023412</w:t>
        <w:br/>
        <w:t>v -1.105565 10.618241 1.962134</w:t>
        <w:br/>
        <w:t>v -1.204492 10.457624 1.951530</w:t>
        <w:br/>
        <w:t>v -1.219087 10.408317 1.966931</w:t>
        <w:br/>
        <w:t>v -1.172388 10.633228 1.908700</w:t>
        <w:br/>
        <w:t>v -1.211241 11.100826 2.113209</w:t>
        <w:br/>
        <w:t>v -1.297665 10.887049 2.206967</w:t>
        <w:br/>
        <w:t>v -1.375703 10.869609 2.182184</w:t>
        <w:br/>
        <w:t>v -1.223189 10.902492 2.215542</w:t>
        <w:br/>
        <w:t>v -1.154141 11.095994 2.128294</w:t>
        <w:br/>
        <w:t>v -1.137915 10.920258 2.212184</w:t>
        <w:br/>
        <w:t>v -1.078214 11.084052 2.135906</w:t>
        <w:br/>
        <w:t>v -1.016872 11.086888 2.127251</w:t>
        <w:br/>
        <w:t>v -1.064219 10.928664 2.202816</w:t>
        <w:br/>
        <w:t>v -0.963753 10.939717 2.171890</w:t>
        <w:br/>
        <w:t>v -0.642146 11.527240 1.908498</w:t>
        <w:br/>
        <w:t>v -0.862918 10.951282 2.127095</w:t>
        <w:br/>
        <w:t>v -0.354342 11.191572 1.853665</w:t>
        <w:br/>
        <w:t>v -0.556891 11.076032 1.931944</w:t>
        <w:br/>
        <w:t>v -1.418974 10.806841 2.212371</w:t>
        <w:br/>
        <w:t>v -1.352092 10.782231 2.255636</w:t>
        <w:br/>
        <w:t>v -1.273968 10.764768 2.277274</w:t>
        <w:br/>
        <w:t>v -1.188375 10.775949 2.277485</w:t>
        <w:br/>
        <w:t>v -1.085374 10.854916 2.236813</w:t>
        <w:br/>
        <w:t>v -0.979405 10.830629 2.219906</w:t>
        <w:br/>
        <w:t>v -0.912744 10.820565 2.196815</w:t>
        <w:br/>
        <w:t>v -0.841916 10.836767 2.153982</w:t>
        <w:br/>
        <w:t>v -0.757659 10.917066 2.079188</w:t>
        <w:br/>
        <w:t>v -0.644792 10.914818 2.024348</w:t>
        <w:br/>
        <w:t>v -0.569768 10.934001 1.962181</w:t>
        <w:br/>
        <w:t>v -0.475468 10.995198 1.917439</w:t>
        <w:br/>
        <w:t>v -0.368529 11.103257 1.867982</w:t>
        <w:br/>
        <w:t>v -0.231566 11.112343 1.863358</w:t>
        <w:br/>
        <w:t>v -0.131071 11.129618 1.850577</w:t>
        <w:br/>
        <w:t>v -0.048390 11.187523 1.836939</w:t>
        <w:br/>
        <w:t>v 0.031507 11.289626 1.806556</w:t>
        <w:br/>
        <w:t>v 0.164233 11.308694 1.815193</w:t>
        <w:br/>
        <w:t>v 0.322792 11.577068 1.724667</w:t>
        <w:br/>
        <w:t>v 0.337930 11.424771 1.780018</w:t>
        <w:br/>
        <w:t>v 0.233665 11.508717 1.746526</w:t>
        <w:br/>
        <w:t>v 0.252009 11.340611 1.803566</w:t>
        <w:br/>
        <w:t>v 1.517397 11.728788 1.466293</w:t>
        <w:br/>
        <w:t>v 1.577604 11.426911 1.601153</w:t>
        <w:br/>
        <w:t>v 1.502163 11.457780 1.563943</w:t>
        <w:br/>
        <w:t>v 2.233291 11.284672 1.043917</w:t>
        <w:br/>
        <w:t>v 2.277600 11.247464 1.076659</w:t>
        <w:br/>
        <w:t>v 2.229272 11.248278 1.122119</w:t>
        <w:br/>
        <w:t>v 2.194581 11.276818 1.093683</w:t>
        <w:br/>
        <w:t>v 2.116614 11.340262 0.718488</w:t>
        <w:br/>
        <w:t>v -2.178020 7.632721 -2.345484</w:t>
        <w:br/>
        <w:t>v -2.152601 7.794240 -2.255748</w:t>
        <w:br/>
        <w:t>v -2.148690 7.961069 -2.186439</w:t>
        <w:br/>
        <w:t>v -2.080102 7.913376 -2.297817</w:t>
        <w:br/>
        <w:t>v -2.125124 7.631894 -2.424618</w:t>
        <w:br/>
        <w:t>v -2.104903 7.761947 -2.363165</w:t>
        <w:br/>
        <w:t>v -1.961641 7.652483 -2.500817</w:t>
        <w:br/>
        <w:t>v -2.037692 7.741631 -2.433188</w:t>
        <w:br/>
        <w:t>v -2.047412 7.649148 -2.477145</w:t>
        <w:br/>
        <w:t>v -1.971252 7.488942 -2.575876</w:t>
        <w:br/>
        <w:t>v -1.859906 7.393729 -2.639581</w:t>
        <w:br/>
        <w:t>v -1.854267 7.567748 -2.563459</w:t>
        <w:br/>
        <w:t>v 2.360724 9.327830 -1.309902</w:t>
        <w:br/>
        <w:t>v 2.441460 8.841039 -1.406746</w:t>
        <w:br/>
        <w:t>v 2.254474 9.971639 -0.636399</w:t>
        <w:br/>
        <w:t>v 2.285810 10.787549 -0.157441</w:t>
        <w:br/>
        <w:t>v 2.169889 10.782063 -0.446032</w:t>
        <w:br/>
        <w:t>v 2.408219 10.448565 -0.089937</w:t>
        <w:br/>
        <w:t>v 2.392380 10.490154 -0.090217</w:t>
        <w:br/>
        <w:t>v 2.406805 10.432116 0.038284</w:t>
        <w:br/>
        <w:t>v 2.374338 10.529263 0.036491</w:t>
        <w:br/>
        <w:t>v 2.283579 10.757577 0.171823</w:t>
        <w:br/>
        <w:t>v 1.962609 11.288751 -0.736218</w:t>
        <w:br/>
        <w:t>v 2.356838 9.358288 -1.361891</w:t>
        <w:br/>
        <w:t>v 2.330592 9.547794 -1.636293</w:t>
        <w:br/>
        <w:t>v 2.365223 9.415022 -0.923404</w:t>
        <w:br/>
        <w:t>v 2.310253 9.391582 -1.436932</w:t>
        <w:br/>
        <w:t>v 2.406176 8.837179 -1.406277</w:t>
        <w:br/>
        <w:t>v 2.353505 9.289976 -1.249517</w:t>
        <w:br/>
        <w:t>v 2.371669 8.917302 -1.310848</w:t>
        <w:br/>
        <w:t>v 2.338253 9.028831 -1.248438</w:t>
        <w:br/>
        <w:t>v 2.098571 11.293674 -0.207423</w:t>
        <w:br/>
        <w:t>v 2.359527 10.463099 -0.182734</w:t>
        <w:br/>
        <w:t>v 2.414938 10.352968 -0.199401</w:t>
        <w:br/>
        <w:t>v 2.225254 10.794702 -0.113806</w:t>
        <w:br/>
        <w:t>v 2.363003 10.455858 0.166566</w:t>
        <w:br/>
        <w:t>v 2.262095 10.623797 0.263728</w:t>
        <w:br/>
        <w:t>v 2.322141 10.520456 0.276898</w:t>
        <w:br/>
        <w:t>v 2.210248 10.758995 0.255379</w:t>
        <w:br/>
        <w:t>v 2.229507 11.270422 1.028074</w:t>
        <w:br/>
        <w:t>v 2.270969 11.230009 1.054681</w:t>
        <w:br/>
        <w:t>v 1.787437 11.437085 1.404765</w:t>
        <w:br/>
        <w:t>v 1.803458 11.394536 1.421413</w:t>
        <w:br/>
        <w:t>v 1.791985 11.434133 1.435710</w:t>
        <w:br/>
        <w:t>v 1.813562 11.402029 1.455702</w:t>
        <w:br/>
        <w:t>v 1.362899 11.776839 1.356209</w:t>
        <w:br/>
        <w:t>v 1.421829 11.524092 1.499819</w:t>
        <w:br/>
        <w:t>v 0.691170 12.082585 1.791538</w:t>
        <w:br/>
        <w:t>v 0.517446 12.115027 1.811626</w:t>
        <w:br/>
        <w:t>v 0.468147 11.918771 1.935769</w:t>
        <w:br/>
        <w:t>v 0.348022 11.421309 1.762057</w:t>
        <w:br/>
        <w:t>v -0.020900 11.489675 1.716249</w:t>
        <w:br/>
        <w:t>v 0.262133 11.339721 1.786121</w:t>
        <w:br/>
        <w:t>v -0.237490 11.384663 1.764503</w:t>
        <w:br/>
        <w:t>v -0.366756 11.178109 1.831252</w:t>
        <w:br/>
        <w:t>v -0.655077 10.906259 2.003037</w:t>
        <w:br/>
        <w:t>v -0.734332 11.579390 1.852321</w:t>
        <w:br/>
        <w:t>v -0.608478 12.493122 1.558267</w:t>
        <w:br/>
        <w:t>v -0.959953 11.112558 2.052309</w:t>
        <w:br/>
        <w:t>v -0.974982 10.940992 2.132409</w:t>
        <w:br/>
        <w:t>v -0.768498 10.906799 2.053566</w:t>
        <w:br/>
        <w:t>v -0.857875 10.821651 2.134485</w:t>
        <w:br/>
        <w:t>v -0.924982 10.808997 2.172329</w:t>
        <w:br/>
        <w:t>v -0.988533 10.819645 2.195069</w:t>
        <w:br/>
        <w:t>v -1.401213 10.797570 2.192300</w:t>
        <w:br/>
        <w:t>v -1.546511 10.673158 2.043298</w:t>
        <w:br/>
        <w:t>v -1.095956 10.435298 1.384485</w:t>
        <w:br/>
        <w:t>v -1.182572 10.270923 1.399624</w:t>
        <w:br/>
        <w:t>v -1.264443 10.097740 1.425217</w:t>
        <w:br/>
        <w:t>v -1.337077 10.378622 1.327453</w:t>
        <w:br/>
        <w:t>v -1.455957 10.677671 1.249709</w:t>
        <w:br/>
        <w:t>v -1.554742 10.693357 1.229367</w:t>
        <w:br/>
        <w:t>v -1.595047 10.320971 1.267447</w:t>
        <w:br/>
        <w:t>v -2.231000 9.288880 -0.311129</w:t>
        <w:br/>
        <w:t>v -2.524498 8.524992 -0.619408</w:t>
        <w:br/>
        <w:t>v -2.702628 8.335242 -0.682639</w:t>
        <w:br/>
        <w:t>v -2.676392 8.391399 -0.668623</w:t>
        <w:br/>
        <w:t>v -2.248544 8.509892 -1.464064</w:t>
        <w:br/>
        <w:t>v -2.275484 8.259881 -1.505316</w:t>
        <w:br/>
        <w:t>v -2.135787 8.464563 -1.511343</w:t>
        <w:br/>
        <w:t>v -2.168194 8.236329 -1.548656</w:t>
        <w:br/>
        <w:t>v -2.126211 8.227098 -1.566380</w:t>
        <w:br/>
        <w:t>v -2.126094 7.759547 -2.090119</w:t>
        <w:br/>
        <w:t>v -2.109511 7.815912 -2.075537</w:t>
        <w:br/>
        <w:t>v -2.081828 7.973279 -2.007943</w:t>
        <w:br/>
        <w:t>v -2.129109 7.976350 -2.085997</w:t>
        <w:br/>
        <w:t>v -2.106348 8.319577 -2.022431</w:t>
        <w:br/>
        <w:t>v -2.955531 8.412819 -1.102013</w:t>
        <w:br/>
        <w:t>v -2.878324 8.563558 -0.987488</w:t>
        <w:br/>
        <w:t>v -2.856276 8.555977 -1.067869</w:t>
        <w:br/>
        <w:t>v -2.778904 8.748047 -0.967281</w:t>
        <w:br/>
        <w:t>v -2.754337 8.734887 -1.044186</w:t>
        <w:br/>
        <w:t>v -2.655103 8.674610 -1.339723</w:t>
        <w:br/>
        <w:t>v -3.047274 8.174286 -1.351499</w:t>
        <w:br/>
        <w:t>v -3.097544 8.200659 -1.248578</w:t>
        <w:br/>
        <w:t>v -2.734634 8.709268 -1.194853</w:t>
        <w:br/>
        <w:t>v -2.796126 8.515306 -1.284574</w:t>
        <w:br/>
        <w:t>v -2.713619 8.697914 -1.246967</w:t>
        <w:br/>
        <w:t>v -3.032825 8.155517 -1.335100</w:t>
        <w:br/>
        <w:t>v -2.709851 8.716763 -1.048981</w:t>
        <w:br/>
        <w:t>v -2.748161 8.275794 -1.366488</w:t>
        <w:br/>
        <w:t>v -2.725558 8.261150 -1.392190</w:t>
        <w:br/>
        <w:t>v -2.989347 8.278683 -1.202587</w:t>
        <w:br/>
        <w:t>v -3.077993 8.179677 -1.238716</w:t>
        <w:br/>
        <w:t>v -2.905340 8.377675 -1.168881</w:t>
        <w:br/>
        <w:t>v -2.811456 8.508283 -1.146743</w:t>
        <w:br/>
        <w:t>v -2.778362 8.497545 -1.193005</w:t>
        <w:br/>
        <w:t>v -3.067206 8.233871 -1.141496</w:t>
        <w:br/>
        <w:t>v -2.992792 8.304996 -1.124945</w:t>
        <w:br/>
        <w:t>v -2.932082 8.391112 -1.106405</w:t>
        <w:br/>
        <w:t>v -2.819238 8.517366 -1.080250</w:t>
        <w:br/>
        <w:t>v 0.185748 13.665672 1.337138</w:t>
        <w:br/>
        <w:t>v 0.272991 13.704624 1.340677</w:t>
        <w:br/>
        <w:t>v 0.190763 13.870924 1.326806</w:t>
        <w:br/>
        <w:t>v 0.103532 13.832901 1.322762</w:t>
        <w:br/>
        <w:t>v 0.101192 13.835550 1.348850</w:t>
        <w:br/>
        <w:t>v 0.188436 13.873667 1.352835</w:t>
        <w:br/>
        <w:t>v 0.266896 13.715189 1.364865</w:t>
        <w:br/>
        <w:t>v 0.179652 13.676323 1.361277</w:t>
        <w:br/>
        <w:t>v 0.181311 13.882259 1.432257</w:t>
        <w:br/>
        <w:t>v 0.094067 13.843763 1.428474</w:t>
        <w:br/>
        <w:t>v 0.096395 13.841051 1.402427</w:t>
        <w:br/>
        <w:t>v 0.183639 13.879410 1.406279</w:t>
        <w:br/>
        <w:t>v 0.103532 13.832901 1.322762</w:t>
        <w:br/>
        <w:t>v 0.190763 13.870924 1.326806</w:t>
        <w:br/>
        <w:t>v 0.188436 13.873667 1.352835</w:t>
        <w:br/>
        <w:t>v 0.101192 13.835550 1.348850</w:t>
        <w:br/>
        <w:t>v 0.101192 13.835550 1.348850</w:t>
        <w:br/>
        <w:t>v 0.179652 13.676323 1.361277</w:t>
        <w:br/>
        <w:t>v 0.185748 13.665672 1.337138</w:t>
        <w:br/>
        <w:t>v 0.103532 13.832901 1.322762</w:t>
        <w:br/>
        <w:t>v 0.188436 13.873667 1.352835</w:t>
        <w:br/>
        <w:t>v 0.190763 13.870924 1.326806</w:t>
        <w:br/>
        <w:t>v 0.272991 13.704624 1.340677</w:t>
        <w:br/>
        <w:t>v 0.266896 13.715189 1.364865</w:t>
        <w:br/>
        <w:t>v 0.183639 13.879410 1.406279</w:t>
        <w:br/>
        <w:t>v 0.254704 13.735367 1.425849</w:t>
        <w:br/>
        <w:t>v 0.262896 13.716627 1.454862</w:t>
        <w:br/>
        <w:t>v 0.181311 13.882259 1.432257</w:t>
        <w:br/>
        <w:t>v 0.183639 13.879410 1.406279</w:t>
        <w:br/>
        <w:t>v 0.096395 13.841051 1.402427</w:t>
        <w:br/>
        <w:t>v 0.167461 13.696629 1.422198</w:t>
        <w:br/>
        <w:t>v 0.254704 13.735367 1.425849</w:t>
        <w:br/>
        <w:t>v 0.096395 13.841051 1.402427</w:t>
        <w:br/>
        <w:t>v 0.094067 13.843763 1.428474</w:t>
        <w:br/>
        <w:t>v 0.175653 13.677704 1.451313</w:t>
        <w:br/>
        <w:t>v 0.167461 13.696629 1.422198</w:t>
        <w:br/>
        <w:t>v 0.094067 13.843763 1.428474</w:t>
        <w:br/>
        <w:t>v 0.181311 13.882259 1.432257</w:t>
        <w:br/>
        <w:t>v 0.262896 13.716627 1.454862</w:t>
        <w:br/>
        <w:t>v 0.175653 13.677704 1.451313</w:t>
        <w:br/>
        <w:t>v 0.262600 13.720331 1.412632</w:t>
        <w:br/>
        <w:t>v 0.270792 13.701565 1.441673</w:t>
        <w:br/>
        <w:t>v 0.175370 13.681479 1.409050</w:t>
        <w:br/>
        <w:t>v 0.262600 13.720331 1.412632</w:t>
        <w:br/>
        <w:t>v 0.175370 13.681479 1.409050</w:t>
        <w:br/>
        <w:t>v 0.183562 13.662493 1.438191</w:t>
        <w:br/>
        <w:t>v 0.183562 13.662493 1.438191</w:t>
        <w:br/>
        <w:t>v 0.270792 13.701565 1.441673</w:t>
        <w:br/>
        <w:t>v 0.278367 13.692465 1.357358</w:t>
        <w:br/>
        <w:t>v 0.191123 13.653376 1.353885</w:t>
        <w:br/>
        <w:t>v 0.179652 13.676323 1.361277</w:t>
        <w:br/>
        <w:t>v 0.266896 13.715189 1.364865</w:t>
        <w:br/>
        <w:t>v 0.191123 13.653376 1.353885</w:t>
        <w:br/>
        <w:t>v 0.278367 13.692465 1.357358</w:t>
        <w:br/>
        <w:t>v -0.076279 13.870752 1.326901</w:t>
        <w:br/>
        <w:t>v -0.158507 13.704624 1.340678</w:t>
        <w:br/>
        <w:t>v -0.071263 13.665619 1.337167</w:t>
        <w:br/>
        <w:t>v 0.010952 13.832712 1.322866</w:t>
        <w:br/>
        <w:t>v -0.152411 13.715122 1.364901</w:t>
        <w:br/>
        <w:t>v -0.073951 13.873346 1.353010</w:t>
        <w:br/>
        <w:t>v 0.013293 13.835367 1.348951</w:t>
        <w:br/>
        <w:t>v -0.065167 13.676222 1.361332</w:t>
        <w:br/>
        <w:t>v 0.018090 13.840883 1.402519</w:t>
        <w:br/>
        <w:t>v 0.020417 13.843603 1.428561</w:t>
        <w:br/>
        <w:t>v -0.066826 13.881483 1.432683</w:t>
        <w:br/>
        <w:t>v -0.069154 13.878780 1.406623</w:t>
        <w:br/>
        <w:t>v -0.073951 13.873346 1.353010</w:t>
        <w:br/>
        <w:t>v -0.076279 13.870752 1.326901</w:t>
        <w:br/>
        <w:t>v 0.010952 13.832712 1.322866</w:t>
        <w:br/>
        <w:t>v 0.013293 13.835367 1.348951</w:t>
        <w:br/>
        <w:t>v -0.071263 13.665619 1.337167</w:t>
        <w:br/>
        <w:t>v -0.065167 13.676222 1.361332</w:t>
        <w:br/>
        <w:t>v 0.013293 13.835367 1.348951</w:t>
        <w:br/>
        <w:t>v 0.010952 13.832712 1.322866</w:t>
        <w:br/>
        <w:t>v -0.158507 13.704624 1.340678</w:t>
        <w:br/>
        <w:t>v -0.076279 13.870752 1.326901</w:t>
        <w:br/>
        <w:t>v -0.073951 13.873346 1.353010</w:t>
        <w:br/>
        <w:t>v -0.152411 13.715122 1.364901</w:t>
        <w:br/>
        <w:t>v -0.148412 13.716351 1.455014</w:t>
        <w:br/>
        <w:t>v -0.140220 13.735109 1.425991</w:t>
        <w:br/>
        <w:t>v -0.069154 13.878780 1.406623</w:t>
        <w:br/>
        <w:t>v -0.066826 13.881483 1.432683</w:t>
        <w:br/>
        <w:t>v -0.052976 13.696390 1.422329</w:t>
        <w:br/>
        <w:t>v 0.018090 13.840883 1.402519</w:t>
        <w:br/>
        <w:t>v -0.069154 13.878780 1.406623</w:t>
        <w:br/>
        <w:t>v -0.140220 13.735109 1.425991</w:t>
        <w:br/>
        <w:t>v -0.061168 13.677486 1.451432</w:t>
        <w:br/>
        <w:t>v 0.020417 13.843603 1.428561</w:t>
        <w:br/>
        <w:t>v 0.018090 13.840883 1.402519</w:t>
        <w:br/>
        <w:t>v -0.052976 13.696390 1.422329</w:t>
        <w:br/>
        <w:t>v -0.148412 13.716351 1.455014</w:t>
        <w:br/>
        <w:t>v -0.066826 13.881483 1.432683</w:t>
        <w:br/>
        <w:t>v 0.020417 13.843603 1.428561</w:t>
        <w:br/>
        <w:t>v -0.061168 13.677486 1.451432</w:t>
        <w:br/>
        <w:t>v -0.148116 13.720140 1.412736</w:t>
        <w:br/>
        <w:t>v -0.156308 13.701357 1.441787</w:t>
        <w:br/>
        <w:t>v -0.148116 13.720140 1.412736</w:t>
        <w:br/>
        <w:t>v -0.060885 13.681301 1.409147</w:t>
        <w:br/>
        <w:t>v -0.060885 13.681301 1.409147</w:t>
        <w:br/>
        <w:t>v -0.069077 13.662334 1.438277</w:t>
        <w:br/>
        <w:t>v -0.069077 13.662334 1.438277</w:t>
        <w:br/>
        <w:t>v -0.156308 13.701357 1.441787</w:t>
        <w:br/>
        <w:t>v -0.163882 13.692436 1.357373</w:t>
        <w:br/>
        <w:t>v -0.076639 13.653318 1.353916</w:t>
        <w:br/>
        <w:t>v -0.152411 13.715122 1.364901</w:t>
        <w:br/>
        <w:t>v -0.065167 13.676222 1.361332</w:t>
        <w:br/>
        <w:t>v -0.076639 13.653318 1.353916</w:t>
        <w:br/>
        <w:t>v -0.163882 13.692436 1.357373</w:t>
        <w:br/>
        <w:t>v 0.389756 13.069429 -1.167580</w:t>
        <w:br/>
        <w:t>v 0.390503 13.044622 -1.120954</w:t>
        <w:br/>
        <w:t>v 0.372736 13.099829 -1.089112</w:t>
        <w:br/>
        <w:t>v 0.371986 13.124635 -1.135737</w:t>
        <w:br/>
        <w:t>v 0.002854 13.147275 -1.121747</w:t>
        <w:br/>
        <w:t>v 0.000536 12.994095 -1.201482</w:t>
        <w:br/>
        <w:t>v 0.081043 12.985671 -1.206758</w:t>
        <w:br/>
        <w:t>v 0.083903 13.154469 -1.118350</w:t>
        <w:br/>
        <w:t>v 0.000536 12.994095 -1.201482</w:t>
        <w:br/>
        <w:t>v 0.001239 12.969291 -1.154855</w:t>
        <w:br/>
        <w:t>v 0.081762 12.960866 -1.160131</w:t>
        <w:br/>
        <w:t>v 0.081043 12.985671 -1.206758</w:t>
        <w:br/>
        <w:t>v 0.001239 12.969291 -1.154855</w:t>
        <w:br/>
        <w:t>v 0.003569 13.122471 -1.075121</w:t>
        <w:br/>
        <w:t>v 0.084641 13.129663 -1.071723</w:t>
        <w:br/>
        <w:t>v 0.081762 12.960866 -1.160131</w:t>
        <w:br/>
        <w:t>v 0.239048 13.069780 -1.165280</w:t>
        <w:br/>
        <w:t>v 0.237401 12.925650 -1.179961</w:t>
        <w:br/>
        <w:t>v 0.236692 12.950454 -1.226575</w:t>
        <w:br/>
        <w:t>v 0.242173 13.164045 -1.057491</w:t>
        <w:br/>
        <w:t>v 0.239769 13.044976 -1.118654</w:t>
        <w:br/>
        <w:t>v 0.084641 13.129663 -1.071723</w:t>
        <w:br/>
        <w:t>v 0.083903 13.154469 -1.118350</w:t>
        <w:br/>
        <w:t>v 0.241441 13.188850 -1.104118</w:t>
        <w:br/>
        <w:t>v 0.242173 13.164045 -1.057491</w:t>
        <w:br/>
        <w:t>v 0.316460 13.170885 -1.111946</w:t>
        <w:br/>
        <w:t>v 0.371986 13.124635 -1.135737</w:t>
        <w:br/>
        <w:t>v 0.308846 12.966479 -1.222247</w:t>
        <w:br/>
        <w:t>v 0.309569 12.941675 -1.175634</w:t>
        <w:br/>
        <w:t>v 0.370603 12.987605 -1.151499</w:t>
        <w:br/>
        <w:t>v 0.369865 13.012422 -1.198124</w:t>
        <w:br/>
        <w:t>v 0.317204 13.146080 -1.065319</w:t>
        <w:br/>
        <w:t>v 0.316460 13.170885 -1.111946</w:t>
        <w:br/>
        <w:t>v 0.317204 13.146080 -1.065319</w:t>
        <w:br/>
        <w:t>v 0.390503 13.044622 -1.120954</w:t>
        <w:br/>
        <w:t>v 0.370603 12.987605 -1.151499</w:t>
        <w:br/>
        <w:t>v 0.236692 12.950454 -1.226575</w:t>
        <w:br/>
        <w:t>v 0.308846 12.966479 -1.222247</w:t>
        <w:br/>
        <w:t>v 0.002854 13.147275 -1.121747</w:t>
        <w:br/>
        <w:t>v 0.003569 13.122471 -1.075121</w:t>
        <w:br/>
        <w:t>v 0.389756 13.069429 -1.167580</w:t>
        <w:br/>
        <w:t>v 0.372736 13.099829 -1.089112</w:t>
        <w:br/>
        <w:t>v 0.309569 12.941675 -1.175634</w:t>
        <w:br/>
        <w:t>v 0.369865 13.012422 -1.198124</w:t>
        <w:br/>
        <w:t>v 0.241441 13.188850 -1.104118</w:t>
        <w:br/>
        <w:t>v 0.237401 12.925650 -1.179961</w:t>
        <w:br/>
        <w:t>v -0.385164 13.071243 -1.155752</w:t>
        <w:br/>
        <w:t>v -0.365676 13.126365 -1.124477</w:t>
        <w:br/>
        <w:t>v -0.365060 13.101560 -1.077850</w:t>
        <w:br/>
        <w:t>v -0.384551 13.046441 -1.109123</w:t>
        <w:br/>
        <w:t>v -0.077956 13.154848 -1.115879</w:t>
        <w:br/>
        <w:t>v -0.080220 12.986049 -1.204296</w:t>
        <w:br/>
        <w:t>v -0.080220 12.986049 -1.204296</w:t>
        <w:br/>
        <w:t>v -0.079536 12.961246 -1.157669</w:t>
        <w:br/>
        <w:t>v -0.079536 12.961246 -1.157669</w:t>
        <w:br/>
        <w:t>v -0.077263 13.130043 -1.069252</w:t>
        <w:br/>
        <w:t>v -0.235181 13.070893 -1.158041</w:t>
        <w:br/>
        <w:t>v -0.236363 12.951562 -1.219355</w:t>
        <w:br/>
        <w:t>v -0.235712 12.926758 -1.172740</w:t>
        <w:br/>
        <w:t>v -0.233355 13.165159 -1.050233</w:t>
        <w:br/>
        <w:t>v -0.234531 13.046088 -1.111414</w:t>
        <w:br/>
        <w:t>v -0.077263 13.130043 -1.069252</w:t>
        <w:br/>
        <w:t>v -0.233355 13.165159 -1.050233</w:t>
        <w:br/>
        <w:t>v -0.234005 13.189964 -1.096860</w:t>
        <w:br/>
        <w:t>v -0.077956 13.154848 -1.115879</w:t>
        <w:br/>
        <w:t>v -0.309090 13.172353 -1.102397</w:t>
        <w:br/>
        <w:t>v -0.365676 13.126365 -1.124477</w:t>
        <w:br/>
        <w:t>v -0.307841 12.967927 -1.212834</w:t>
        <w:br/>
        <w:t>v -0.367147 13.014150 -1.186874</w:t>
        <w:br/>
        <w:t>v -0.366526 12.989334 -1.140248</w:t>
        <w:br/>
        <w:t>v -0.307205 12.943122 -1.166219</w:t>
        <w:br/>
        <w:t>v -0.308461 13.147544 -1.055769</w:t>
        <w:br/>
        <w:t>v -0.309090 13.172353 -1.102397</w:t>
        <w:br/>
        <w:t>v -0.308461 13.147544 -1.055769</w:t>
        <w:br/>
        <w:t>v -0.384551 13.046441 -1.109123</w:t>
        <w:br/>
        <w:t>v -0.366526 12.989334 -1.140248</w:t>
        <w:br/>
        <w:t>v -0.236363 12.951562 -1.219355</w:t>
        <w:br/>
        <w:t>v -0.307841 12.967927 -1.212834</w:t>
        <w:br/>
        <w:t>v -0.385164 13.071243 -1.155752</w:t>
        <w:br/>
        <w:t>v -0.365060 13.101560 -1.077850</w:t>
        <w:br/>
        <w:t>v -0.307205 12.943122 -1.166219</w:t>
        <w:br/>
        <w:t>v -0.367147 13.014150 -1.186874</w:t>
        <w:br/>
        <w:t>v -0.234005 13.189964 -1.096860</w:t>
        <w:br/>
        <w:t>v -0.235712 12.926758 -1.172740</w:t>
        <w:br/>
        <w:t>v 0.775961 4.705935 -1.249014</w:t>
        <w:br/>
        <w:t>v 0.775961 4.770211 -1.251537</w:t>
        <w:br/>
        <w:t>v 0.839388 4.769274 -1.275457</w:t>
        <w:br/>
        <w:t>v 0.839388 4.704998 -1.272921</w:t>
        <w:br/>
        <w:t>v 0.842298 4.766314 -1.350624</w:t>
        <w:br/>
        <w:t>v 0.839388 4.769274 -1.275457</w:t>
        <w:br/>
        <w:t>v 0.775961 4.770211 -1.251537</w:t>
        <w:br/>
        <w:t>v 0.755264 4.767038 -1.332163</w:t>
        <w:br/>
        <w:t>v 0.755264 4.767038 -1.332163</w:t>
        <w:br/>
        <w:t>v 0.755264 4.702762 -1.329640</w:t>
        <w:br/>
        <w:t>v 0.842298 4.702038 -1.348101</w:t>
        <w:br/>
        <w:t>v 0.842298 4.766314 -1.350624</w:t>
        <w:br/>
        <w:t>v 0.842298 4.702038 -1.348101</w:t>
        <w:br/>
        <w:t>v 0.755264 4.702762 -1.329640</w:t>
        <w:br/>
        <w:t>v 0.775961 4.705935 -1.249014</w:t>
        <w:br/>
        <w:t>v 0.839388 4.704998 -1.272921</w:t>
        <w:br/>
        <w:t>v 0.961733 4.769961 -1.270960</w:t>
        <w:br/>
        <w:t>v 0.961733 4.705685 -1.268437</w:t>
        <w:br/>
        <w:t>v 0.929482 4.705397 -1.231977</w:t>
        <w:br/>
        <w:t>v 0.929482 4.769674 -1.234500</w:t>
        <w:br/>
        <w:t>v 0.755264 4.702762 -1.329640</w:t>
        <w:br/>
        <w:t>v 0.755264 4.767038 -1.332163</w:t>
        <w:br/>
        <w:t>v 0.775961 4.770211 -1.251537</w:t>
        <w:br/>
        <w:t>v 0.775961 4.705935 -1.249014</w:t>
        <w:br/>
        <w:t>v 0.878833 4.701188 -1.345241</w:t>
        <w:br/>
        <w:t>v 0.878833 4.765477 -1.347777</w:t>
        <w:br/>
        <w:t>v 0.878833 4.701188 -1.345241</w:t>
        <w:br/>
        <w:t>v 0.862645 4.703811 -1.273383</w:t>
        <w:br/>
        <w:t>v 0.862645 4.703811 -1.273383</w:t>
        <w:br/>
        <w:t>v 0.862645 4.768087 -1.275906</w:t>
        <w:br/>
        <w:t>v 0.878833 4.765477 -1.347777</w:t>
        <w:br/>
        <w:t>v 0.862645 4.768087 -1.275906</w:t>
        <w:br/>
        <w:t>v 0.951303 4.768075 -1.299875</w:t>
        <w:br/>
        <w:t>v 0.912545 4.765277 -1.334025</w:t>
        <w:br/>
        <w:t>v 0.912545 4.700989 -1.331489</w:t>
        <w:br/>
        <w:t>v 0.951403 4.703849 -1.297240</w:t>
        <w:br/>
        <w:t>v 0.912545 4.700989 -1.331489</w:t>
        <w:br/>
        <w:t>v 0.884766 4.703074 -1.266139</w:t>
        <w:br/>
        <w:t>v 0.929482 4.705397 -1.231977</w:t>
        <w:br/>
        <w:t>v 0.951403 4.703849 -1.297240</w:t>
        <w:br/>
        <w:t>v 0.884766 4.703074 -1.266139</w:t>
        <w:br/>
        <w:t>v 0.884766 4.767363 -1.268662</w:t>
        <w:br/>
        <w:t>v 0.929482 4.769674 -1.234500</w:t>
        <w:br/>
        <w:t>v 0.929482 4.705397 -1.231977</w:t>
        <w:br/>
        <w:t>v 0.929482 4.769674 -1.234500</w:t>
        <w:br/>
        <w:t>v 0.884766 4.767363 -1.268662</w:t>
        <w:br/>
        <w:t>v 0.912545 4.765277 -1.334025</w:t>
        <w:br/>
        <w:t>v 0.951303 4.768075 -1.299875</w:t>
        <w:br/>
        <w:t>v 0.961733 4.769961 -1.270960</w:t>
        <w:br/>
        <w:t>v 0.961733 4.769961 -1.270960</w:t>
        <w:br/>
        <w:t>v 0.961733 4.705685 -1.268437</w:t>
        <w:br/>
        <w:t>v 0.961733 4.705685 -1.268437</w:t>
        <w:br/>
        <w:t>v 0.967378 4.588861 -1.173746</w:t>
        <w:br/>
        <w:t>v 0.996069 4.584327 -1.203586</w:t>
        <w:br/>
        <w:t>v 0.904364 4.576645 -1.291769</w:t>
        <w:br/>
        <w:t>v 0.875685 4.581180 -1.261917</w:t>
        <w:br/>
        <w:t>v 0.875948 4.605998 -1.322308</w:t>
        <w:br/>
        <w:t>v 0.878084 4.819061 -1.355346</w:t>
        <w:br/>
        <w:t>v 0.849430 4.823683 -1.325506</w:t>
        <w:br/>
        <w:t>v 0.847257 4.610570 -1.292481</w:t>
        <w:br/>
        <w:t>v 1.045306 4.823633 -1.137249</w:t>
        <w:br/>
        <w:t>v 0.894022 4.804760 -1.279766</w:t>
        <w:br/>
        <w:t>v 0.969527 4.877105 -1.217613</w:t>
        <w:br/>
        <w:t>v 1.073997 4.819012 -1.167076</w:t>
        <w:br/>
        <w:t>v 1.072286 4.654948 -1.141059</w:t>
        <w:br/>
        <w:t>v 1.116877 4.636038 -1.095319</w:t>
        <w:br/>
        <w:t>v 1.119075 4.849101 -1.128318</w:t>
        <w:br/>
        <w:t>v 0.921014 4.636088 -1.283563</w:t>
        <w:br/>
        <w:t>v 0.996069 4.584327 -1.203586</w:t>
        <w:br/>
        <w:t>v 0.922687 4.800151 -1.309606</w:t>
        <w:br/>
        <w:t>v 0.878084 4.819061 -1.355346</w:t>
        <w:br/>
        <w:t>v 0.875948 4.605998 -1.322308</w:t>
        <w:br/>
        <w:t>v 1.045306 4.823633 -1.137249</w:t>
        <w:br/>
        <w:t>v 1.043608 4.659508 -1.111219</w:t>
        <w:br/>
        <w:t>v 1.072286 4.654948 -1.141059</w:t>
        <w:br/>
        <w:t>v 1.073997 4.819012 -1.167076</w:t>
        <w:br/>
        <w:t>v 1.045306 4.823633 -1.137249</w:t>
        <w:br/>
        <w:t>v 1.073997 4.819012 -1.167076</w:t>
        <w:br/>
        <w:t>v 0.922687 4.800151 -1.309606</w:t>
        <w:br/>
        <w:t>v 0.894022 4.804760 -1.279766</w:t>
        <w:br/>
        <w:t>v 0.892323 4.640659 -1.253736</w:t>
        <w:br/>
        <w:t>v 0.847257 4.610570 -1.292481</w:t>
        <w:br/>
        <w:t>v 0.849430 4.823683 -1.325506</w:t>
        <w:br/>
        <w:t>v 1.060657 4.605723 -1.086912</w:t>
        <w:br/>
        <w:t>v 1.089336 4.601190 -1.116765</w:t>
        <w:br/>
        <w:t>v 1.043608 4.659508 -1.111219</w:t>
        <w:br/>
        <w:t>v 0.967378 4.588861 -1.173746</w:t>
        <w:br/>
        <w:t>v 1.090372 4.853722 -1.098503</w:t>
        <w:br/>
        <w:t>v 1.088224 4.640609 -1.065479</w:t>
        <w:br/>
        <w:t>v 0.998205 4.872583 -1.247453</w:t>
        <w:br/>
        <w:t>v 0.906762 4.854135 -1.334224</w:t>
        <w:br/>
        <w:t>v 0.878084 4.858656 -1.304384</w:t>
        <w:br/>
        <w:t>v 1.063767 4.881989 -1.128755</w:t>
        <w:br/>
        <w:t>v 1.092458 4.877467 -1.158595</w:t>
        <w:br/>
        <w:t>v 1.119075 4.849101 -1.128318</w:t>
        <w:br/>
        <w:t>v 1.090372 4.853722 -1.098503</w:t>
        <w:br/>
        <w:t>v 1.088224 4.640609 -1.065479</w:t>
        <w:br/>
        <w:t>v 1.116877 4.636038 -1.095319</w:t>
        <w:br/>
        <w:t>v 1.089336 4.601190 -1.116765</w:t>
        <w:br/>
        <w:t>v 1.060657 4.605723 -1.086912</w:t>
        <w:br/>
        <w:t>v 0.878084 4.858656 -1.304384</w:t>
        <w:br/>
        <w:t>v 0.906762 4.854135 -1.334224</w:t>
        <w:br/>
        <w:t>v 1.063767 4.881989 -1.128755</w:t>
        <w:br/>
        <w:t>v 1.092458 4.877467 -1.158595</w:t>
        <w:br/>
        <w:t>v 0.875685 4.581180 -1.261917</w:t>
        <w:br/>
        <w:t>v 0.904364 4.576645 -1.291769</w:t>
        <w:br/>
        <w:t>v 1.060657 4.605723 -1.086912</w:t>
        <w:br/>
        <w:t>v 1.089336 4.601190 -1.116765</w:t>
        <w:br/>
        <w:t>v 1.043608 4.659508 -1.111219</w:t>
        <w:br/>
        <w:t>v 0.892323 4.640659 -1.253736</w:t>
        <w:br/>
        <w:t>v 0.921014 4.636088 -1.283563</w:t>
        <w:br/>
        <w:t>v 1.072286 4.654948 -1.141059</w:t>
        <w:br/>
        <w:t>v 0.892323 4.640659 -1.253736</w:t>
        <w:br/>
        <w:t>v 0.894022 4.804760 -1.279766</w:t>
        <w:br/>
        <w:t>v 0.922687 4.800151 -1.309606</w:t>
        <w:br/>
        <w:t>v 0.921014 4.636088 -1.283563</w:t>
        <w:br/>
        <w:t>v 0.969527 4.877105 -1.217613</w:t>
        <w:br/>
        <w:t>v 0.998205 4.872583 -1.247453</w:t>
        <w:br/>
        <w:t>v 0.777647 4.306451 -1.184463</w:t>
        <w:br/>
        <w:t>v 0.777647 4.369528 -1.186936</w:t>
        <w:br/>
        <w:t>v 0.839900 4.368616 -1.210406</w:t>
        <w:br/>
        <w:t>v 0.839900 4.305539 -1.207920</w:t>
        <w:br/>
        <w:t>v 0.842748 4.365705 -1.284187</w:t>
        <w:br/>
        <w:t>v 0.839900 4.368616 -1.210406</w:t>
        <w:br/>
        <w:t>v 0.777647 4.369528 -1.186936</w:t>
        <w:br/>
        <w:t>v 0.757338 4.366430 -1.266064</w:t>
        <w:br/>
        <w:t>v 0.757338 4.366430 -1.266064</w:t>
        <w:br/>
        <w:t>v 0.757338 4.303340 -1.263578</w:t>
        <w:br/>
        <w:t>v 0.842748 4.302629 -1.281702</w:t>
        <w:br/>
        <w:t>v 0.842748 4.365705 -1.284187</w:t>
        <w:br/>
        <w:t>v 0.842748 4.302629 -1.281702</w:t>
        <w:br/>
        <w:t>v 0.757338 4.303340 -1.263578</w:t>
        <w:br/>
        <w:t>v 0.777647 4.306451 -1.184463</w:t>
        <w:br/>
        <w:t>v 0.839900 4.305539 -1.207920</w:t>
        <w:br/>
        <w:t>v 0.960596 4.368504 -1.199727</w:t>
        <w:br/>
        <w:t>v 0.960596 4.305415 -1.197241</w:t>
        <w:br/>
        <w:t>v 0.928320 4.305926 -1.167726</w:t>
        <w:br/>
        <w:t>v 0.928320 4.369003 -1.170224</w:t>
        <w:br/>
        <w:t>v 0.757338 4.303340 -1.263578</w:t>
        <w:br/>
        <w:t>v 0.757338 4.366430 -1.266064</w:t>
        <w:br/>
        <w:t>v 0.777647 4.369528 -1.186936</w:t>
        <w:br/>
        <w:t>v 0.777647 4.306451 -1.184463</w:t>
        <w:br/>
        <w:t>v 0.878608 4.301792 -1.278891</w:t>
        <w:br/>
        <w:t>v 0.878608 4.364881 -1.281377</w:t>
        <w:br/>
        <w:t>v 0.878608 4.301792 -1.278891</w:t>
        <w:br/>
        <w:t>v 0.862720 4.304365 -1.208382</w:t>
        <w:br/>
        <w:t>v 0.862720 4.304365 -1.208382</w:t>
        <w:br/>
        <w:t>v 0.862720 4.367455 -1.210856</w:t>
        <w:br/>
        <w:t>v 0.878608 4.364881 -1.281377</w:t>
        <w:br/>
        <w:t>v 0.862720 4.367455 -1.210856</w:t>
        <w:br/>
        <w:t>v 0.954538 4.367105 -1.230790</w:t>
        <w:br/>
        <w:t>v 0.911683 4.364682 -1.267887</w:t>
        <w:br/>
        <w:t>v 0.911683 4.301604 -1.265402</w:t>
        <w:br/>
        <w:t>v 0.954363 4.304015 -1.228467</w:t>
        <w:br/>
        <w:t>v 0.911683 4.301604 -1.265402</w:t>
        <w:br/>
        <w:t>v 0.884429 4.303653 -1.201263</w:t>
        <w:br/>
        <w:t>v 0.928320 4.305926 -1.167726</w:t>
        <w:br/>
        <w:t>v 0.954363 4.304015 -1.228467</w:t>
        <w:br/>
        <w:t>v 0.884429 4.303653 -1.201263</w:t>
        <w:br/>
        <w:t>v 0.884429 4.366730 -1.203748</w:t>
        <w:br/>
        <w:t>v 0.928320 4.369003 -1.170224</w:t>
        <w:br/>
        <w:t>v 0.928320 4.305926 -1.167726</w:t>
        <w:br/>
        <w:t>v 0.928320 4.369003 -1.170224</w:t>
        <w:br/>
        <w:t>v 0.884429 4.366730 -1.203748</w:t>
        <w:br/>
        <w:t>v 0.911683 4.364682 -1.267887</w:t>
        <w:br/>
        <w:t>v 0.954538 4.367105 -1.230790</w:t>
        <w:br/>
        <w:t>v 0.960596 4.368504 -1.199727</w:t>
        <w:br/>
        <w:t>v 0.960596 4.305415 -1.197241</w:t>
        <w:br/>
        <w:t>v 0.971250 4.189852 -1.105723</w:t>
        <w:br/>
        <w:t>v 0.997880 4.185567 -1.137462</w:t>
        <w:br/>
        <w:t>v 0.898718 4.180809 -1.219986</w:t>
        <w:br/>
        <w:t>v 0.872101 4.185093 -1.188248</w:t>
        <w:br/>
        <w:t>v 0.871614 4.216295 -1.247490</w:t>
        <w:br/>
        <w:t>v 0.879620 4.430332 -1.272209</w:t>
        <w:br/>
        <w:t>v 0.853015 4.434691 -1.240483</w:t>
        <w:br/>
        <w:t>v 0.844996 4.220603 -1.215777</w:t>
        <w:br/>
        <w:t>v 1.059895 4.420089 -1.064979</w:t>
        <w:br/>
        <w:t>v 0.899605 4.412383 -1.198390</w:t>
        <w:br/>
        <w:t>v 0.982067 4.477721 -1.138023</w:t>
        <w:br/>
        <w:t>v 1.086513 4.415717 -1.096680</w:t>
        <w:br/>
        <w:t>v 1.080330 4.250881 -1.077070</w:t>
        <w:br/>
        <w:t>v 1.126907 4.228560 -1.035002</w:t>
        <w:br/>
        <w:t>v 1.134938 4.442597 -1.059671</w:t>
        <w:br/>
        <w:t>v 0.920052 4.243174 -1.210494</w:t>
        <w:br/>
        <w:t>v 0.997880 4.185567 -1.137462</w:t>
        <w:br/>
        <w:t>v 0.926197 4.408011 -1.230129</w:t>
        <w:br/>
        <w:t>v 0.879620 4.430332 -1.272209</w:t>
        <w:br/>
        <w:t>v 0.871614 4.216295 -1.247490</w:t>
        <w:br/>
        <w:t>v 1.059895 4.420089 -1.064979</w:t>
        <w:br/>
        <w:t>v 1.053712 4.255177 -1.045344</w:t>
        <w:br/>
        <w:t>v 1.080330 4.250881 -1.077070</w:t>
        <w:br/>
        <w:t>v 1.086513 4.415717 -1.096680</w:t>
        <w:br/>
        <w:t>v 1.059895 4.420089 -1.064979</w:t>
        <w:br/>
        <w:t>v 1.086513 4.415717 -1.096680</w:t>
        <w:br/>
        <w:t>v 0.926197 4.408011 -1.230129</w:t>
        <w:br/>
        <w:t>v 0.899605 4.412383 -1.198390</w:t>
        <w:br/>
        <w:t>v 0.893435 4.247483 -1.178780</w:t>
        <w:br/>
        <w:t>v 0.844996 4.220603 -1.215777</w:t>
        <w:br/>
        <w:t>v 0.853015 4.434691 -1.240483</w:t>
        <w:br/>
        <w:t>v 1.070400 4.194611 -1.023186</w:t>
        <w:br/>
        <w:t>v 1.097029 4.190351 -1.054924</w:t>
        <w:br/>
        <w:t>v 1.053712 4.255177 -1.045344</w:t>
        <w:br/>
        <w:t>v 0.971250 4.189852 -1.105723</w:t>
        <w:br/>
        <w:t>v 1.108321 4.446969 -1.027957</w:t>
        <w:br/>
        <w:t>v 1.100290 4.232882 -1.003276</w:t>
        <w:br/>
        <w:t>v 1.008672 4.473436 -1.169762</w:t>
        <w:br/>
        <w:t>v 0.909522 4.468678 -1.252287</w:t>
        <w:br/>
        <w:t>v 0.882917 4.472949 -1.220548</w:t>
        <w:br/>
        <w:t>v 1.081204 4.482480 -1.055486</w:t>
        <w:br/>
        <w:t>v 1.107821 4.478208 -1.087225</w:t>
        <w:br/>
        <w:t>v 1.134938 4.442597 -1.059671</w:t>
        <w:br/>
        <w:t>v 1.108321 4.446969 -1.027957</w:t>
        <w:br/>
        <w:t>v 1.100290 4.232882 -1.003276</w:t>
        <w:br/>
        <w:t>v 1.126907 4.228560 -1.035002</w:t>
        <w:br/>
        <w:t>v 1.097029 4.190351 -1.054924</w:t>
        <w:br/>
        <w:t>v 1.070400 4.194611 -1.023186</w:t>
        <w:br/>
        <w:t>v 0.882917 4.472949 -1.220548</w:t>
        <w:br/>
        <w:t>v 0.909522 4.468678 -1.252287</w:t>
        <w:br/>
        <w:t>v 1.081204 4.482480 -1.055486</w:t>
        <w:br/>
        <w:t>v 1.107821 4.478208 -1.087225</w:t>
        <w:br/>
        <w:t>v 0.872101 4.185093 -1.188248</w:t>
        <w:br/>
        <w:t>v 0.898718 4.180809 -1.219986</w:t>
        <w:br/>
        <w:t>v 1.070400 4.194611 -1.023186</w:t>
        <w:br/>
        <w:t>v 1.097029 4.190351 -1.054924</w:t>
        <w:br/>
        <w:t>v 1.053712 4.255177 -1.045344</w:t>
        <w:br/>
        <w:t>v 0.893435 4.247483 -1.178780</w:t>
        <w:br/>
        <w:t>v 0.920052 4.243174 -1.210494</w:t>
        <w:br/>
        <w:t>v 1.080330 4.250881 -1.077070</w:t>
        <w:br/>
        <w:t>v 0.893435 4.247483 -1.178780</w:t>
        <w:br/>
        <w:t>v 0.899605 4.412383 -1.198390</w:t>
        <w:br/>
        <w:t>v 0.926197 4.408011 -1.230129</w:t>
        <w:br/>
        <w:t>v 0.920052 4.243174 -1.210494</w:t>
        <w:br/>
        <w:t>v 0.982067 4.477721 -1.138023</w:t>
        <w:br/>
        <w:t>v 1.008672 4.473436 -1.169762</w:t>
        <w:br/>
        <w:t>v 0.610799 3.278957 -0.373629</w:t>
        <w:br/>
        <w:t>v 0.626225 3.247019 -0.369433</w:t>
        <w:br/>
        <w:t>v 0.660699 3.260021 -0.343203</w:t>
        <w:br/>
        <w:t>v 0.634844 3.298829 -0.346388</w:t>
        <w:br/>
        <w:t>v 0.968840 3.637884 -0.398498</w:t>
        <w:br/>
        <w:t>v 1.001427 3.603898 -0.441765</w:t>
        <w:br/>
        <w:t>v 1.028869 3.643980 -0.475452</w:t>
        <w:br/>
        <w:t>v 0.999841 3.672321 -0.435470</w:t>
        <w:br/>
        <w:t>v 0.764945 3.425983 -0.325041</w:t>
        <w:br/>
        <w:t>v 0.805063 3.381044 -0.338483</w:t>
        <w:br/>
        <w:t>v 0.925835 3.511668 -0.386670</w:t>
        <w:br/>
        <w:t>v 0.886889 3.549889 -0.352820</w:t>
        <w:br/>
        <w:t>v 0.700256 3.287051 -0.332074</w:t>
        <w:br/>
        <w:t>v 0.666882 3.330318 -0.330737</w:t>
        <w:br/>
        <w:t>v 1.030568 3.648064 -0.479237</w:t>
        <w:br/>
        <w:t>v 1.001115 3.677841 -0.447099</w:t>
        <w:br/>
        <w:t>v 0.768615 3.418767 -0.313631</w:t>
        <w:br/>
        <w:t>v 0.801613 3.380891 -0.325969</w:t>
        <w:br/>
        <w:t>v 0.695622 3.286202 -0.323443</w:t>
        <w:br/>
        <w:t>v 0.667918 3.322361 -0.321631</w:t>
        <w:br/>
        <w:t>v 0.655690 3.258648 -0.337245</w:t>
        <w:br/>
        <w:t>v 0.619118 3.244433 -0.367209</w:t>
        <w:br/>
        <w:t>v 0.604142 3.270288 -0.374616</w:t>
        <w:br/>
        <w:t>v 0.633282 3.289249 -0.339543</w:t>
        <w:br/>
        <w:t>v 1.028869 3.643980 -0.475452</w:t>
        <w:br/>
        <w:t>v 1.031142 3.651599 -0.466634</w:t>
        <w:br/>
        <w:t>v 1.031292 3.661916 -0.478325</w:t>
        <w:br/>
        <w:t>v 1.030568 3.648064 -0.479237</w:t>
        <w:br/>
        <w:t>v 1.001427 3.603898 -0.441765</w:t>
        <w:br/>
        <w:t>v 1.003925 3.607095 -0.429025</w:t>
        <w:br/>
        <w:t>v 0.925835 3.511668 -0.386670</w:t>
        <w:br/>
        <w:t>v 0.926547 3.512817 -0.372330</w:t>
        <w:br/>
        <w:t>v 0.805063 3.381044 -0.338483</w:t>
        <w:br/>
        <w:t>v 0.801613 3.380891 -0.325969</w:t>
        <w:br/>
        <w:t>v 0.700256 3.287051 -0.332074</w:t>
        <w:br/>
        <w:t>v 0.660699 3.260021 -0.343203</w:t>
        <w:br/>
        <w:t>v 0.655690 3.258648 -0.337245</w:t>
        <w:br/>
        <w:t>v 0.695622 3.286202 -0.323443</w:t>
        <w:br/>
        <w:t>v 0.626225 3.247019 -0.369433</w:t>
        <w:br/>
        <w:t>v 0.619118 3.244433 -0.367209</w:t>
        <w:br/>
        <w:t>v 1.011482 3.672133 -0.436681</w:t>
        <w:br/>
        <w:t>v 1.011245 3.683974 -0.451433</w:t>
        <w:br/>
        <w:t>v 0.977521 3.634837 -0.391004</w:t>
        <w:br/>
        <w:t>v 0.894296 3.546254 -0.342640</w:t>
        <w:br/>
        <w:t>v 1.011245 3.683974 -0.451433</w:t>
        <w:br/>
        <w:t>v 1.011482 3.672133 -0.436681</w:t>
        <w:br/>
        <w:t>v 0.999841 3.672321 -0.435470</w:t>
        <w:br/>
        <w:t>v 1.001115 3.677841 -0.447099</w:t>
        <w:br/>
        <w:t>v 0.977521 3.634837 -0.391004</w:t>
        <w:br/>
        <w:t>v 0.968840 3.637884 -0.398498</w:t>
        <w:br/>
        <w:t>v 0.894296 3.546254 -0.342640</w:t>
        <w:br/>
        <w:t>v 0.886889 3.549889 -0.352820</w:t>
        <w:br/>
        <w:t>v 0.768615 3.418767 -0.313631</w:t>
        <w:br/>
        <w:t>v 0.764945 3.425983 -0.325041</w:t>
        <w:br/>
        <w:t>v 0.634844 3.298829 -0.346388</w:t>
        <w:br/>
        <w:t>v 0.666882 3.330318 -0.330737</w:t>
        <w:br/>
        <w:t>v 0.667918 3.322361 -0.321631</w:t>
        <w:br/>
        <w:t>v 0.610799 3.278957 -0.373629</w:t>
        <w:br/>
        <w:t>v 1.011245 3.683974 -0.451433</w:t>
        <w:br/>
        <w:t>v 1.001115 3.677841 -0.447099</w:t>
        <w:br/>
        <w:t>v 1.030568 3.648064 -0.479237</w:t>
        <w:br/>
        <w:t>v 1.031292 3.661916 -0.478325</w:t>
        <w:br/>
        <w:t>v 0.619118 3.244433 -0.367209</w:t>
        <w:br/>
        <w:t>v 0.626225 3.247019 -0.369433</w:t>
        <w:br/>
        <w:t>v 0.610799 3.278957 -0.373629</w:t>
        <w:br/>
        <w:t>v 0.604142 3.270288 -0.374616</w:t>
        <w:br/>
        <w:t>v 0.996431 3.658506 -0.463249</w:t>
        <w:br/>
        <w:t>v 1.022174 3.677067 -0.474128</w:t>
        <w:br/>
        <w:t>v 1.032179 3.686497 -0.460926</w:t>
        <w:br/>
        <w:t>v 1.001203 3.662903 -0.446586</w:t>
        <w:br/>
        <w:t>v 1.007810 3.656695 -0.442564</w:t>
        <w:br/>
        <w:t>v 1.003139 3.649900 -0.462662</w:t>
        <w:br/>
        <w:t>v 0.996431 3.658506 -0.463249</w:t>
        <w:br/>
        <w:t>v 1.001203 3.662903 -0.446586</w:t>
        <w:br/>
        <w:t>v 1.038586 3.680090 -0.456754</w:t>
        <w:br/>
        <w:t>v 1.028632 3.668811 -0.473553</w:t>
        <w:br/>
        <w:t>v 1.003139 3.649900 -0.462662</w:t>
        <w:br/>
        <w:t>v 1.007810 3.656695 -0.442564</w:t>
        <w:br/>
        <w:t>v 1.038586 3.680090 -0.456754</w:t>
        <w:br/>
        <w:t>v 1.032179 3.686497 -0.460926</w:t>
        <w:br/>
        <w:t>v 1.022174 3.677067 -0.474128</w:t>
        <w:br/>
        <w:t>v 1.028632 3.668811 -0.473553</w:t>
        <w:br/>
        <w:t>v 1.003966 3.773214 -0.381407</w:t>
        <w:br/>
        <w:t>v 0.947325 3.734331 -0.360506</w:t>
        <w:br/>
        <w:t>v 0.856368 3.840329 -0.290144</w:t>
        <w:br/>
        <w:t>v 0.919288 3.887283 -0.306623</w:t>
        <w:br/>
        <w:t>v 0.851368 3.840313 -0.303993</w:t>
        <w:br/>
        <w:t>v 0.941435 3.736471 -0.369764</w:t>
        <w:br/>
        <w:t>v 0.999367 3.776546 -0.391482</w:t>
        <w:br/>
        <w:t>v 0.915416 3.888607 -0.321212</w:t>
        <w:br/>
        <w:t>v 0.999367 3.776546 -0.391482</w:t>
        <w:br/>
        <w:t>v 1.003966 3.773214 -0.381407</w:t>
        <w:br/>
        <w:t>v 0.919288 3.887283 -0.306623</w:t>
        <w:br/>
        <w:t>v 0.915416 3.888607 -0.321212</w:t>
        <w:br/>
        <w:t>v 1.035701 3.705495 -0.435395</w:t>
        <w:br/>
        <w:t>v 0.996256 3.675481 -0.416697</w:t>
        <w:br/>
        <w:t>v 0.941435 3.736471 -0.369764</w:t>
        <w:br/>
        <w:t>v 0.947325 3.734331 -0.360506</w:t>
        <w:br/>
        <w:t>v 0.996256 3.675481 -0.416697</w:t>
        <w:br/>
        <w:t>v 0.990561 3.678728 -0.423841</w:t>
        <w:br/>
        <w:t>v 0.990561 3.678728 -0.423841</w:t>
        <w:br/>
        <w:t>v 1.030218 3.709142 -0.442914</w:t>
        <w:br/>
        <w:t>v 1.035701 3.705495 -0.435395</w:t>
        <w:br/>
        <w:t>v 1.030218 3.709142 -0.442914</w:t>
        <w:br/>
        <w:t>v 0.644768 4.128711 -0.211766</w:t>
        <w:br/>
        <w:t>v 0.599229 4.080062 -0.227351</w:t>
        <w:br/>
        <w:t>v 0.523253 4.146997 -0.254720</w:t>
        <w:br/>
        <w:t>v 0.554817 4.194411 -0.228227</w:t>
        <w:br/>
        <w:t>v 0.605877 4.075384 -0.245977</w:t>
        <w:br/>
        <w:t>v 0.530660 4.144786 -0.267423</w:t>
        <w:br/>
        <w:t>v 0.523253 4.146997 -0.254720</w:t>
        <w:br/>
        <w:t>v 0.599229 4.080062 -0.227351</w:t>
        <w:br/>
        <w:t>v 0.562511 4.193962 -0.241505</w:t>
        <w:br/>
        <w:t>v 0.530660 4.144786 -0.267423</w:t>
        <w:br/>
        <w:t>v 0.605877 4.075384 -0.245977</w:t>
        <w:br/>
        <w:t>v 0.653066 4.126949 -0.230811</w:t>
        <w:br/>
        <w:t>v 0.653066 4.126949 -0.230811</w:t>
        <w:br/>
        <w:t>v 0.644768 4.128711 -0.211766</w:t>
        <w:br/>
        <w:t>v 0.554817 4.194411 -0.228227</w:t>
        <w:br/>
        <w:t>v 0.562511 4.193962 -0.241505</w:t>
        <w:br/>
        <w:t>v 0.537830 4.209862 -0.251510</w:t>
        <w:br/>
        <w:t>v 0.510076 4.165733 -0.277128</w:t>
        <w:br/>
        <w:t>v 0.510276 4.183344 -0.298724</w:t>
        <w:br/>
        <w:t>v 0.526638 4.215308 -0.280688</w:t>
        <w:br/>
        <w:t>v 0.516646 4.178873 -0.296575</w:t>
        <w:br/>
        <w:t>v 0.518732 4.161848 -0.280513</w:t>
        <w:br/>
        <w:t>v 0.546648 4.207051 -0.255269</w:t>
        <w:br/>
        <w:t>v 0.533008 4.210836 -0.278539</w:t>
        <w:br/>
        <w:t>v 0.510276 4.183344 -0.298724</w:t>
        <w:br/>
        <w:t>v 0.510076 4.165733 -0.277128</w:t>
        <w:br/>
        <w:t>v 0.518732 4.161848 -0.280513</w:t>
        <w:br/>
        <w:t>v 0.516646 4.178873 -0.296575</w:t>
        <w:br/>
        <w:t>v 0.546648 4.207051 -0.255269</w:t>
        <w:br/>
        <w:t>v 0.537830 4.209862 -0.251510</w:t>
        <w:br/>
        <w:t>v 0.526638 4.215308 -0.280688</w:t>
        <w:br/>
        <w:t>v 0.533008 4.210836 -0.278539</w:t>
        <w:br/>
        <w:t>v 0.774452 4.030723 -0.235821</w:t>
        <w:br/>
        <w:t>v 0.775841 4.029991 -0.254788</w:t>
        <w:br/>
        <w:t>v 0.717353 3.981351 -0.234925</w:t>
        <w:br/>
        <w:t>v 0.774452 4.030723 -0.235821</w:t>
        <w:br/>
        <w:t>v 0.775841 4.029991 -0.254788</w:t>
        <w:br/>
        <w:t>v 0.717571 3.978499 -0.253363</w:t>
        <w:br/>
        <w:t>v 0.717571 3.978499 -0.253363</w:t>
        <w:br/>
        <w:t>v 0.717353 3.981351 -0.234925</w:t>
        <w:br/>
        <w:t>v 1.028632 3.668811 -0.473553</w:t>
        <w:br/>
        <w:t>v 1.022174 3.677067 -0.474128</w:t>
        <w:br/>
        <w:t>v 0.996431 3.658506 -0.463249</w:t>
        <w:br/>
        <w:t>v 1.003139 3.649900 -0.462662</w:t>
        <w:br/>
        <w:t>v 0.533008 4.210836 -0.278539</w:t>
        <w:br/>
        <w:t>v 0.526638 4.215308 -0.280688</w:t>
        <w:br/>
        <w:t>v 0.510276 4.183344 -0.298724</w:t>
        <w:br/>
        <w:t>v 0.516646 4.178873 -0.296575</w:t>
        <w:br/>
        <w:t>v 0.553568 3.588422 -0.374092</w:t>
        <w:br/>
        <w:t>v 0.570892 3.551625 -0.366185</w:t>
        <w:br/>
        <w:t>v 0.621928 3.554160 -0.330187</w:t>
        <w:br/>
        <w:t>v 0.586705 3.606009 -0.333060</w:t>
        <w:br/>
        <w:t>v 1.095094 4.182858 -0.427001</w:t>
        <w:br/>
        <w:t>v 1.127369 4.136605 -0.469781</w:t>
        <w:br/>
        <w:t>v 1.125496 4.147222 -0.481622</w:t>
        <w:br/>
        <w:t>v 1.094219 4.191775 -0.442302</w:t>
        <w:br/>
        <w:t>v 0.666519 3.570498 -0.310952</w:t>
        <w:br/>
        <w:t>v 0.618781 3.630827 -0.308342</w:t>
        <w:br/>
        <w:t>v 1.110869 4.202105 -0.439317</w:t>
        <w:br/>
        <w:t>v 1.110095 4.188678 -0.422630</w:t>
        <w:br/>
        <w:t>v 1.095094 4.182858 -0.427001</w:t>
        <w:br/>
        <w:t>v 1.094219 4.191775 -0.442302</w:t>
        <w:br/>
        <w:t>v 0.613859 3.627579 -0.289194</w:t>
        <w:br/>
        <w:t>v 0.578624 3.601337 -0.321844</w:t>
        <w:br/>
        <w:t>v 0.586705 3.606009 -0.333060</w:t>
        <w:br/>
        <w:t>v 0.618781 3.630827 -0.308342</w:t>
        <w:br/>
        <w:t>v 0.543913 3.583888 -0.374042</w:t>
        <w:br/>
        <w:t>v 0.553568 3.588422 -0.374092</w:t>
        <w:br/>
        <w:t>v 1.090997 4.199282 -0.454593</w:t>
        <w:br/>
        <w:t>v 1.102975 4.211835 -0.453456</w:t>
        <w:br/>
        <w:t>v 1.115940 4.157014 -0.501257</w:t>
        <w:br/>
        <w:t>v 1.090997 4.199282 -0.454593</w:t>
        <w:br/>
        <w:t>v 1.137586 4.158937 -0.475177</w:t>
        <w:br/>
        <w:t>v 1.125308 4.172778 -0.497872</w:t>
        <w:br/>
        <w:t>v 1.115940 4.157014 -0.501257</w:t>
        <w:br/>
        <w:t>v 1.125496 4.147222 -0.481622</w:t>
        <w:br/>
        <w:t>v 1.110869 4.202105 -0.439317</w:t>
        <w:br/>
        <w:t>v 1.102975 4.211835 -0.453456</w:t>
        <w:br/>
        <w:t>v 1.125308 4.172778 -0.497872</w:t>
        <w:br/>
        <w:t>v 1.137586 4.158937 -0.475177</w:t>
        <w:br/>
        <w:t>v 1.136425 4.142850 -0.459839</w:t>
        <w:br/>
        <w:t>v 1.110095 4.188678 -0.422630</w:t>
        <w:br/>
        <w:t>v 0.657626 3.571510 -0.291155</w:t>
        <w:br/>
        <w:t>v 0.611174 3.553261 -0.318809</w:t>
        <w:br/>
        <w:t>v 0.578624 3.601337 -0.321844</w:t>
        <w:br/>
        <w:t>v 0.613859 3.627579 -0.289194</w:t>
        <w:br/>
        <w:t>v 0.560025 3.549676 -0.366697</w:t>
        <w:br/>
        <w:t>v 0.543913 3.583888 -0.374042</w:t>
        <w:br/>
        <w:t>v 1.127369 4.136605 -0.469781</w:t>
        <w:br/>
        <w:t>v 1.136425 4.142850 -0.459839</w:t>
        <w:br/>
        <w:t>v 0.666519 3.570498 -0.310952</w:t>
        <w:br/>
        <w:t>v 0.621928 3.554160 -0.330187</w:t>
        <w:br/>
        <w:t>v 0.611174 3.553261 -0.318809</w:t>
        <w:br/>
        <w:t>v 0.657626 3.571510 -0.291155</w:t>
        <w:br/>
        <w:t>v 0.570892 3.551625 -0.366185</w:t>
        <w:br/>
        <w:t>v 0.560025 3.549676 -0.366697</w:t>
        <w:br/>
        <w:t>v 0.680871 3.595154 -0.289606</w:t>
        <w:br/>
        <w:t>v 0.635793 3.651287 -0.284710</w:t>
        <w:br/>
        <w:t>v 0.773210 3.803071 -0.290459</w:t>
        <w:br/>
        <w:t>v 0.817507 3.750085 -0.313219</w:t>
        <w:br/>
        <w:t>v 0.818614 3.750449 -0.334064</w:t>
        <w:br/>
        <w:t>v 0.688640 3.594567 -0.309828</w:t>
        <w:br/>
        <w:t>v 0.680871 3.595154 -0.289606</w:t>
        <w:br/>
        <w:t>v 0.817507 3.750085 -0.313219</w:t>
        <w:br/>
        <w:t>v 0.688640 3.594567 -0.309828</w:t>
        <w:br/>
        <w:t>v 0.818614 3.750449 -0.334064</w:t>
        <w:br/>
        <w:t>v 0.770548 3.807581 -0.308916</w:t>
        <w:br/>
        <w:t>v 0.639590 3.654971 -0.303995</w:t>
        <w:br/>
        <w:t>v 0.635793 3.651287 -0.284710</w:t>
        <w:br/>
        <w:t>v 0.639590 3.654971 -0.303995</w:t>
        <w:br/>
        <w:t>v 0.770548 3.807581 -0.308916</w:t>
        <w:br/>
        <w:t>v 0.773210 3.803071 -0.290459</w:t>
        <w:br/>
        <w:t>v 1.114792 4.079992 -0.424315</w:t>
        <w:br/>
        <w:t>v 1.081537 4.128085 -0.380953</w:t>
        <w:br/>
        <w:t>v 1.103513 4.074909 -0.437255</w:t>
        <w:br/>
        <w:t>v 1.114792 4.079992 -0.424315</w:t>
        <w:br/>
        <w:t>v 1.103513 4.074909 -0.437255</w:t>
        <w:br/>
        <w:t>v 1.067701 4.126204 -0.389931</w:t>
        <w:br/>
        <w:t>v 1.081537 4.128085 -0.380953</w:t>
        <w:br/>
        <w:t>v 1.067701 4.126204 -0.389931</w:t>
        <w:br/>
        <w:t>v 0.995432 3.934978 -0.365921</w:t>
        <w:br/>
        <w:t>v 0.955625 3.987950 -0.328387</w:t>
        <w:br/>
        <w:t>v 0.989312 3.932842 -0.383158</w:t>
        <w:br/>
        <w:t>v 0.995432 3.934978 -0.365921</w:t>
        <w:br/>
        <w:t>v 0.946332 3.989349 -0.341952</w:t>
        <w:br/>
        <w:t>v 0.989312 3.932842 -0.383158</w:t>
        <w:br/>
        <w:t>v 0.946332 3.989349 -0.341952</w:t>
        <w:br/>
        <w:t>v 0.955625 3.987950 -0.328387</w:t>
        <w:br/>
        <w:t>v 0.543913 3.583888 -0.374042</w:t>
        <w:br/>
        <w:t>v 0.560025 3.549676 -0.366697</w:t>
        <w:br/>
        <w:t>v 0.570892 3.551625 -0.366185</w:t>
        <w:br/>
        <w:t>v 0.553568 3.588422 -0.374092</w:t>
        <w:br/>
        <w:t>v 1.115940 4.157014 -0.501257</w:t>
        <w:br/>
        <w:t>v 1.125308 4.172778 -0.497872</w:t>
        <w:br/>
        <w:t>v 1.102975 4.211835 -0.453456</w:t>
        <w:br/>
        <w:t>v 1.090997 4.199282 -0.454593</w:t>
        <w:br/>
        <w:t>v 0.939162 3.343233 -0.430561</w:t>
        <w:br/>
        <w:t>v 0.937438 3.345182 -0.447261</w:t>
        <w:br/>
        <w:t>v 0.955050 3.358984 -0.454993</w:t>
        <w:br/>
        <w:t>v 0.960296 3.364917 -0.445288</w:t>
        <w:br/>
        <w:t>v 0.942710 3.339973 -0.425865</w:t>
        <w:br/>
        <w:t>v 0.941523 3.338949 -0.446437</w:t>
        <w:br/>
        <w:t>v 0.937438 3.345182 -0.447261</w:t>
        <w:br/>
        <w:t>v 0.939162 3.343233 -0.430561</w:t>
        <w:br/>
        <w:t>v 0.942710 3.339973 -0.425865</w:t>
        <w:br/>
        <w:t>v 0.964743 3.360870 -0.442739</w:t>
        <w:br/>
        <w:t>v 0.960159 3.352963 -0.454068</w:t>
        <w:br/>
        <w:t>v 0.941523 3.338949 -0.446437</w:t>
        <w:br/>
        <w:t>v 0.964743 3.360870 -0.442739</w:t>
        <w:br/>
        <w:t>v 0.960296 3.364917 -0.445288</w:t>
        <w:br/>
        <w:t>v 0.955050 3.358984 -0.454993</w:t>
        <w:br/>
        <w:t>v 0.960159 3.352963 -0.454068</w:t>
        <w:br/>
        <w:t>v 0.941298 3.388112 -0.414673</w:t>
        <w:br/>
        <w:t>v 0.917691 3.354500 -0.405106</w:t>
        <w:br/>
        <w:t>v 0.839975 3.397242 -0.371456</w:t>
        <w:br/>
        <w:t>v 0.870714 3.436900 -0.375178</w:t>
        <w:br/>
        <w:t>v 0.839975 3.397242 -0.371456</w:t>
        <w:br/>
        <w:t>v 0.917691 3.354500 -0.405106</w:t>
        <w:br/>
        <w:t>v 0.915792 3.355786 -0.415248</w:t>
        <w:br/>
        <w:t>v 0.838264 3.397554 -0.385995</w:t>
        <w:br/>
        <w:t>v 0.838264 3.397554 -0.385995</w:t>
        <w:br/>
        <w:t>v 0.915792 3.355786 -0.415248</w:t>
        <w:br/>
        <w:t>v 0.939512 3.390148 -0.426489</w:t>
        <w:br/>
        <w:t>v 0.870290 3.439048 -0.390304</w:t>
        <w:br/>
        <w:t>v 0.870714 3.436900 -0.375178</w:t>
        <w:br/>
        <w:t>v 0.870290 3.439048 -0.390304</w:t>
        <w:br/>
        <w:t>v 0.939512 3.390148 -0.426489</w:t>
        <w:br/>
        <w:t>v 0.941298 3.388112 -0.414673</w:t>
        <w:br/>
        <w:t>v 0.939162 3.343233 -0.430561</w:t>
        <w:br/>
        <w:t>v 0.960296 3.364917 -0.445288</w:t>
        <w:br/>
        <w:t>v 0.566683 3.601474 -0.330100</w:t>
        <w:br/>
        <w:t>v 0.539691 3.558457 -0.354881</w:t>
        <w:br/>
        <w:t>v 0.538354 3.576905 -0.376852</w:t>
        <w:br/>
        <w:t>v 0.554630 3.608332 -0.358566</w:t>
        <w:br/>
        <w:t>v 0.544712 3.572434 -0.374704</w:t>
        <w:br/>
        <w:t>v 0.546835 3.556022 -0.357829</w:t>
        <w:br/>
        <w:t>v 0.574002 3.599551 -0.333622</w:t>
        <w:br/>
        <w:t>v 0.561075 3.604397 -0.356667</w:t>
        <w:br/>
        <w:t>v 0.538354 3.576905 -0.376852</w:t>
        <w:br/>
        <w:t>v 0.539691 3.558457 -0.354881</w:t>
        <w:br/>
        <w:t>v 0.546835 3.556022 -0.357829</w:t>
        <w:br/>
        <w:t>v 0.544712 3.572434 -0.374704</w:t>
        <w:br/>
        <w:t>v 0.574002 3.599551 -0.333622</w:t>
        <w:br/>
        <w:t>v 0.566683 3.601474 -0.330100</w:t>
        <w:br/>
        <w:t>v 0.554630 3.608332 -0.358566</w:t>
        <w:br/>
        <w:t>v 0.561075 3.604397 -0.356667</w:t>
        <w:br/>
        <w:t>v 0.556478 3.541482 -0.342665</w:t>
        <w:br/>
        <w:t>v 0.550670 3.543831 -0.336133</w:t>
        <w:br/>
        <w:t>v 0.588316 3.590395 -0.318184</w:t>
        <w:br/>
        <w:t>v 0.556478 3.541482 -0.342665</w:t>
        <w:br/>
        <w:t>v 0.588316 3.590395 -0.318184</w:t>
        <w:br/>
        <w:t>v 0.581434 3.591357 -0.312376</w:t>
        <w:br/>
        <w:t>v 0.581434 3.591357 -0.312376</w:t>
        <w:br/>
        <w:t>v 0.550670 3.543831 -0.336133</w:t>
        <w:br/>
        <w:t>v 0.648221 3.556459 -0.293903</w:t>
        <w:br/>
        <w:t>v 0.616520 3.506622 -0.309765</w:t>
        <w:br/>
        <w:t>v 0.577237 3.527156 -0.318734</w:t>
        <w:br/>
        <w:t>v 0.608526 3.576394 -0.298399</w:t>
        <w:br/>
        <w:t>v 0.577237 3.527156 -0.318734</w:t>
        <w:br/>
        <w:t>v 0.616520 3.506622 -0.309765</w:t>
        <w:br/>
        <w:t>v 0.620604 3.506160 -0.322218</w:t>
        <w:br/>
        <w:t>v 0.582171 3.525794 -0.328127</w:t>
        <w:br/>
        <w:t>v 0.582171 3.525794 -0.328127</w:t>
        <w:br/>
        <w:t>v 0.620604 3.506160 -0.322218</w:t>
        <w:br/>
        <w:t>v 0.654941 3.558257 -0.307555</w:t>
        <w:br/>
        <w:t>v 0.615371 3.576943 -0.308017</w:t>
        <w:br/>
        <w:t>v 0.654941 3.558257 -0.307555</w:t>
        <w:br/>
        <w:t>v 0.648221 3.556459 -0.293903</w:t>
        <w:br/>
        <w:t>v 0.608526 3.576394 -0.298399</w:t>
        <w:br/>
        <w:t>v 0.615371 3.576943 -0.308017</w:t>
        <w:br/>
        <w:t>v 0.737103 3.509644 -0.323567</w:t>
        <w:br/>
        <w:t>v 0.701668 3.466402 -0.329888</w:t>
        <w:br/>
        <w:t>v 0.701668 3.466402 -0.329888</w:t>
        <w:br/>
        <w:t>v 0.703379 3.466152 -0.343652</w:t>
        <w:br/>
        <w:t>v 0.703379 3.466152 -0.343652</w:t>
        <w:br/>
        <w:t>v 0.740213 3.511343 -0.337095</w:t>
        <w:br/>
        <w:t>v 0.740213 3.511343 -0.337095</w:t>
        <w:br/>
        <w:t>v 0.737103 3.509644 -0.323567</w:t>
        <w:br/>
        <w:t>v 0.955050 3.358984 -0.454993</w:t>
        <w:br/>
        <w:t>v 0.937438 3.345182 -0.447261</w:t>
        <w:br/>
        <w:t>v 0.941523 3.338949 -0.446437</w:t>
        <w:br/>
        <w:t>v 0.960159 3.352963 -0.454068</w:t>
        <w:br/>
        <w:t>v 0.538354 3.576905 -0.376852</w:t>
        <w:br/>
        <w:t>v 0.544712 3.572434 -0.374704</w:t>
        <w:br/>
        <w:t>v 0.561075 3.604397 -0.356667</w:t>
        <w:br/>
        <w:t>v 0.554630 3.608332 -0.358566</w:t>
        <w:br/>
        <w:t>v 0.845433 2.883445 -0.424990</w:t>
        <w:br/>
        <w:t>v 0.857037 2.898059 -0.431610</w:t>
        <w:br/>
        <w:t>v 0.862957 2.904067 -0.421131</w:t>
        <w:br/>
        <w:t>v 0.845771 2.885181 -0.416497</w:t>
        <w:br/>
        <w:t>v 0.845771 2.885181 -0.416497</w:t>
        <w:br/>
        <w:t>v 0.849330 2.881909 -0.414386</w:t>
        <w:br/>
        <w:t>v 0.851042 2.879049 -0.424653</w:t>
        <w:br/>
        <w:t>v 0.845433 2.883445 -0.424990</w:t>
        <w:br/>
        <w:t>v 0.867142 2.900070 -0.418620</w:t>
        <w:br/>
        <w:t>v 0.862833 2.893500 -0.431198</w:t>
        <w:br/>
        <w:t>v 0.851042 2.879049 -0.424653</w:t>
        <w:br/>
        <w:t>v 0.849330 2.881909 -0.414386</w:t>
        <w:br/>
        <w:t>v 0.867142 2.900070 -0.418620</w:t>
        <w:br/>
        <w:t>v 0.862957 2.904067 -0.421131</w:t>
        <w:br/>
        <w:t>v 0.857037 2.898059 -0.431610</w:t>
        <w:br/>
        <w:t>v 0.862833 2.893500 -0.431198</w:t>
        <w:br/>
        <w:t>v 0.834916 2.896160 -0.401671</w:t>
        <w:br/>
        <w:t>v 0.857274 2.915458 -0.406480</w:t>
        <w:br/>
        <w:t>v 0.833018 2.898484 -0.404381</w:t>
        <w:br/>
        <w:t>v 0.834916 2.896160 -0.401671</w:t>
        <w:br/>
        <w:t>v 0.854601 2.918906 -0.410127</w:t>
        <w:br/>
        <w:t>v 0.833018 2.898484 -0.404381</w:t>
        <w:br/>
        <w:t>v 0.857274 2.915458 -0.406480</w:t>
        <w:br/>
        <w:t>v 0.854601 2.918906 -0.410127</w:t>
        <w:br/>
        <w:t>v 0.668880 3.099244 -0.345376</w:t>
        <w:br/>
        <w:t>v 0.650057 3.073014 -0.355668</w:t>
        <w:br/>
        <w:t>v 0.646197 3.078922 -0.364886</w:t>
        <w:br/>
        <w:t>v 0.666170 3.104515 -0.357604</w:t>
        <w:br/>
        <w:t>v 0.649320 3.077273 -0.367259</w:t>
        <w:br/>
        <w:t>v 0.652867 3.072127 -0.358816</w:t>
        <w:br/>
        <w:t>v 0.672078 3.099169 -0.348986</w:t>
        <w:br/>
        <w:t>v 0.670704 3.102066 -0.357979</w:t>
        <w:br/>
        <w:t>v 0.649320 3.077273 -0.367259</w:t>
        <w:br/>
        <w:t>v 0.646197 3.078922 -0.364886</w:t>
        <w:br/>
        <w:t>v 0.650057 3.073014 -0.355668</w:t>
        <w:br/>
        <w:t>v 0.652867 3.072127 -0.358816</w:t>
        <w:br/>
        <w:t>v 0.670704 3.102066 -0.357979</w:t>
        <w:br/>
        <w:t>v 0.672078 3.099169 -0.348986</w:t>
        <w:br/>
        <w:t>v 0.668880 3.099244 -0.345376</w:t>
        <w:br/>
        <w:t>v 0.666170 3.104515 -0.357604</w:t>
        <w:br/>
        <w:t>v 0.789371 2.940639 -0.380410</w:t>
        <w:br/>
        <w:t>v 0.810898 2.964886 -0.379390</w:t>
        <w:br/>
        <w:t>v 0.788689 2.942184 -0.383785</w:t>
        <w:br/>
        <w:t>v 0.789371 2.940639 -0.380410</w:t>
        <w:br/>
        <w:t>v 0.810457 2.967489 -0.383692</w:t>
        <w:br/>
        <w:t>v 0.788689 2.942184 -0.383785</w:t>
        <w:br/>
        <w:t>v 0.810898 2.964886 -0.379390</w:t>
        <w:br/>
        <w:t>v 0.810457 2.967489 -0.383692</w:t>
        <w:br/>
        <w:t>v 0.675138 3.092461 -0.341067</w:t>
        <w:br/>
        <w:t>v 0.657489 3.065882 -0.351646</w:t>
        <w:br/>
        <w:t>v 0.659837 3.064907 -0.355531</w:t>
        <w:br/>
        <w:t>v 0.657489 3.065882 -0.351646</w:t>
        <w:br/>
        <w:t>v 0.659837 3.064907 -0.355531</w:t>
        <w:br/>
        <w:t>v 0.678173 3.092449 -0.344389</w:t>
        <w:br/>
        <w:t>v 0.678173 3.092449 -0.344389</w:t>
        <w:br/>
        <w:t>v 0.675138 3.092461 -0.341067</w:t>
        <w:br/>
        <w:t>v 0.689156 3.035977 -0.353032</w:t>
        <w:br/>
        <w:t>v 0.707538 3.061736 -0.343225</w:t>
        <w:br/>
        <w:t>v 0.747183 2.981940 -0.370393</w:t>
        <w:br/>
        <w:t>v 0.747013 2.981115 -0.366348</w:t>
        <w:br/>
        <w:t>v 0.768023 3.007855 -0.365882</w:t>
        <w:br/>
        <w:t>v 0.747183 2.981940 -0.370393</w:t>
        <w:br/>
        <w:t>v 0.767174 3.006205 -0.361537</w:t>
        <w:br/>
        <w:t>v 0.768023 3.007855 -0.365882</w:t>
        <w:br/>
        <w:t>v 0.747013 2.981115 -0.366348</w:t>
        <w:br/>
        <w:t>v 0.767174 3.006205 -0.361537</w:t>
        <w:br/>
        <w:t>v 0.689156 3.035977 -0.353032</w:t>
        <w:br/>
        <w:t>v 0.690731 3.035547 -0.357143</w:t>
        <w:br/>
        <w:t>v 0.707538 3.061736 -0.343225</w:t>
        <w:br/>
        <w:t>v 0.709876 3.062246 -0.347164</w:t>
        <w:br/>
        <w:t>v 0.709876 3.062246 -0.347164</w:t>
        <w:br/>
        <w:t>v 0.690731 3.035547 -0.357143</w:t>
        <w:br/>
        <w:t>v 0.851042 2.879049 -0.424653</w:t>
        <w:br/>
        <w:t>v 0.862833 2.893500 -0.431198</w:t>
        <w:br/>
        <w:t>v 0.857037 2.898059 -0.431610</w:t>
        <w:br/>
        <w:t>v 0.845433 2.883445 -0.424990</w:t>
        <w:br/>
        <w:t>v 0.670604 3.103978 -0.367397</w:t>
        <w:br/>
        <w:t>v 0.666457 3.106975 -0.368871</w:t>
        <w:br/>
        <w:t>v 0.643987 3.086341 -0.378713</w:t>
        <w:br/>
        <w:t>v 0.648171 3.083368 -0.377327</w:t>
        <w:br/>
        <w:t>v 0.897694 3.084343 -0.428413</w:t>
        <w:br/>
        <w:t>v 0.895458 3.085442 -0.446162</w:t>
        <w:br/>
        <w:t>v 0.911583 3.105114 -0.454381</w:t>
        <w:br/>
        <w:t>v 0.916904 3.104789 -0.433084</w:t>
        <w:br/>
        <w:t>v 0.902727 3.079933 -0.426477</w:t>
        <w:br/>
        <w:t>v 0.903552 3.079097 -0.445600</w:t>
        <w:br/>
        <w:t>v 0.895458 3.085442 -0.446162</w:t>
        <w:br/>
        <w:t>v 0.897694 3.084343 -0.428413</w:t>
        <w:br/>
        <w:t>v 0.919677 3.098744 -0.453819</w:t>
        <w:br/>
        <w:t>v 0.903552 3.079097 -0.445600</w:t>
        <w:br/>
        <w:t>v 0.902727 3.079933 -0.426477</w:t>
        <w:br/>
        <w:t>v 0.921838 3.100306 -0.431098</w:t>
        <w:br/>
        <w:t>v 0.921838 3.100306 -0.431098</w:t>
        <w:br/>
        <w:t>v 0.916904 3.104789 -0.433084</w:t>
        <w:br/>
        <w:t>v 0.911583 3.105114 -0.454381</w:t>
        <w:br/>
        <w:t>v 0.919677 3.098744 -0.453819</w:t>
        <w:br/>
        <w:t>v 0.797801 3.177366 -0.364935</w:t>
        <w:br/>
        <w:t>v 0.776779 3.148438 -0.369057</w:t>
        <w:br/>
        <w:t>v 0.712778 3.183099 -0.344988</w:t>
        <w:br/>
        <w:t>v 0.735323 3.215512 -0.337094</w:t>
        <w:br/>
        <w:t>v 0.712778 3.183099 -0.344988</w:t>
        <w:br/>
        <w:t>v 0.776779 3.148438 -0.369057</w:t>
        <w:br/>
        <w:t>v 0.777179 3.149575 -0.375203</w:t>
        <w:br/>
        <w:t>v 0.715363 3.182937 -0.352994</w:t>
        <w:br/>
        <w:t>v 0.715363 3.182937 -0.352994</w:t>
        <w:br/>
        <w:t>v 0.777179 3.149575 -0.375203</w:t>
        <w:br/>
        <w:t>v 0.798388 3.179427 -0.371393</w:t>
        <w:br/>
        <w:t>v 0.738134 3.216686 -0.345538</w:t>
        <w:br/>
        <w:t>v 0.798388 3.179427 -0.371393</w:t>
        <w:br/>
        <w:t>v 0.797801 3.177366 -0.364935</w:t>
        <w:br/>
        <w:t>v 0.735323 3.215512 -0.337094</w:t>
        <w:br/>
        <w:t>v 0.738134 3.216686 -0.345538</w:t>
        <w:br/>
        <w:t>v 0.621654 3.285377 -0.336283</w:t>
        <w:br/>
        <w:t>v 0.601719 3.252127 -0.352358</w:t>
        <w:br/>
        <w:t>v 0.594399 3.267066 -0.380000</w:t>
        <w:br/>
        <w:t>v 0.608064 3.292709 -0.364749</w:t>
        <w:br/>
        <w:t>v 0.599670 3.263369 -0.378226</w:t>
        <w:br/>
        <w:t>v 0.606378 3.250204 -0.356992</w:t>
        <w:br/>
        <w:t>v 0.626750 3.284665 -0.339443</w:t>
        <w:br/>
        <w:t>v 0.613210 3.289512 -0.363150</w:t>
        <w:br/>
        <w:t>v 0.594399 3.267066 -0.380000</w:t>
        <w:br/>
        <w:t>v 0.601719 3.252127 -0.352358</w:t>
        <w:br/>
        <w:t>v 0.606378 3.250204 -0.356992</w:t>
        <w:br/>
        <w:t>v 0.599670 3.263369 -0.378226</w:t>
        <w:br/>
        <w:t>v 0.626750 3.284665 -0.339443</w:t>
        <w:br/>
        <w:t>v 0.621654 3.285377 -0.336283</w:t>
        <w:br/>
        <w:t>v 0.608064 3.292709 -0.364749</w:t>
        <w:br/>
        <w:t>v 0.613210 3.289512 -0.363150</w:t>
        <w:br/>
        <w:t>v 0.624426 3.233279 -0.330487</w:t>
        <w:br/>
        <w:t>v 0.627799 3.232180 -0.337582</w:t>
        <w:br/>
        <w:t>v 0.651656 3.269777 -0.323555</w:t>
        <w:br/>
        <w:t>v 0.627799 3.232180 -0.337582</w:t>
        <w:br/>
        <w:t>v 0.651656 3.269777 -0.323555</w:t>
        <w:br/>
        <w:t>v 0.645560 3.269727 -0.317460</w:t>
        <w:br/>
        <w:t>v 0.645560 3.269727 -0.317460</w:t>
        <w:br/>
        <w:t>v 0.624426 3.233279 -0.330487</w:t>
        <w:br/>
        <w:t>v 0.670954 3.253789 -0.316048</w:t>
        <w:br/>
        <w:t>v 0.649545 3.217628 -0.328102</w:t>
        <w:br/>
        <w:t>v 0.649545 3.217628 -0.328102</w:t>
        <w:br/>
        <w:t>v 0.651581 3.217841 -0.335796</w:t>
        <w:br/>
        <w:t>v 0.674476 3.254526 -0.324429</w:t>
        <w:br/>
        <w:t>v 0.651581 3.217841 -0.335796</w:t>
        <w:br/>
        <w:t>v 0.674476 3.254526 -0.324429</w:t>
        <w:br/>
        <w:t>v 0.670954 3.253789 -0.316048</w:t>
        <w:br/>
        <w:t>v 0.908773 3.110248 -0.421393</w:t>
        <w:br/>
        <w:t>v 0.855507 3.144242 -0.394425</w:t>
        <w:br/>
        <w:t>v 0.835734 3.117962 -0.394788</w:t>
        <w:br/>
        <w:t>v 0.892441 3.087447 -0.415872</w:t>
        <w:br/>
        <w:t>v 0.835734 3.117962 -0.394788</w:t>
        <w:br/>
        <w:t>v 0.837196 3.115738 -0.390416</w:t>
        <w:br/>
        <w:t>v 0.892972 3.085179 -0.415598</w:t>
        <w:br/>
        <w:t>v 0.892441 3.087447 -0.415872</w:t>
        <w:br/>
        <w:t>v 0.837196 3.115738 -0.390416</w:t>
        <w:br/>
        <w:t>v 0.856831 3.141431 -0.389829</w:t>
        <w:br/>
        <w:t>v 0.912020 3.106675 -0.418658</w:t>
        <w:br/>
        <w:t>v 0.892972 3.085179 -0.415598</w:t>
        <w:br/>
        <w:t>v 0.855507 3.144242 -0.394425</w:t>
        <w:br/>
        <w:t>v 0.908773 3.110248 -0.421393</w:t>
        <w:br/>
        <w:t>v 0.912020 3.106675 -0.418658</w:t>
        <w:br/>
        <w:t>v 0.856831 3.141431 -0.389829</w:t>
        <w:br/>
        <w:t>v 0.903552 3.079097 -0.445600</w:t>
        <w:br/>
        <w:t>v 0.919677 3.098744 -0.453819</w:t>
        <w:br/>
        <w:t>v 0.911583 3.105114 -0.454381</w:t>
        <w:br/>
        <w:t>v 0.895458 3.085442 -0.446162</w:t>
        <w:br/>
        <w:t>v 0.594399 3.267066 -0.380000</w:t>
        <w:br/>
        <w:t>v 0.599670 3.263369 -0.378226</w:t>
        <w:br/>
        <w:t>v 0.613210 3.289512 -0.363150</w:t>
        <w:br/>
        <w:t>v 0.608064 3.292709 -0.364749</w:t>
        <w:br/>
        <w:t>v 0.956974 3.386925 -0.436319</w:t>
        <w:br/>
        <w:t>v 0.959297 3.382603 -0.423954</w:t>
        <w:br/>
        <w:t>v 0.951940 3.379506 -0.421980</w:t>
        <w:br/>
        <w:t>v 0.948917 3.380580 -0.429787</w:t>
        <w:br/>
        <w:t>v 0.946207 3.371836 -0.413986</w:t>
        <w:br/>
        <w:t>v 0.954076 3.371812 -0.412675</w:t>
        <w:br/>
        <w:t>v 0.846885 3.258024 -0.365683</w:t>
        <w:br/>
        <w:t>v 0.923099 3.343395 -0.398148</w:t>
        <w:br/>
        <w:t>v 0.931805 3.341784 -0.394414</w:t>
        <w:br/>
        <w:t>v 0.853302 3.252735 -0.358974</w:t>
        <w:br/>
        <w:t>v 0.959297 3.382603 -0.423954</w:t>
        <w:br/>
        <w:t>v 0.956974 3.386925 -0.436319</w:t>
        <w:br/>
        <w:t>v 0.972037 3.370350 -0.457516</w:t>
        <w:br/>
        <w:t>v 0.976696 3.362431 -0.441878</w:t>
        <w:br/>
        <w:t>v 0.954076 3.371812 -0.412675</w:t>
        <w:br/>
        <w:t>v 0.972799 3.349753 -0.432185</w:t>
        <w:br/>
        <w:t>v 0.875139 3.222620 -0.375446</w:t>
        <w:br/>
        <w:t>v 0.853302 3.252735 -0.358974</w:t>
        <w:br/>
        <w:t>v 0.931805 3.341784 -0.394414</w:t>
        <w:br/>
        <w:t>v 0.953489 3.316441 -0.414548</w:t>
        <w:br/>
        <w:t>v 0.780551 3.133712 -0.352944</w:t>
        <w:br/>
        <w:t>v 0.763002 3.166125 -0.340854</w:t>
        <w:br/>
        <w:t>v 0.658550 3.090713 -0.372355</w:t>
        <w:br/>
        <w:t>v 0.665058 3.095709 -0.372418</w:t>
        <w:br/>
        <w:t>v 0.677199 3.105389 -0.358229</w:t>
        <w:br/>
        <w:t>v 0.677161 3.100493 -0.352246</w:t>
        <w:br/>
        <w:t>v 0.677199 3.105389 -0.358229</w:t>
        <w:br/>
        <w:t>v 0.665058 3.095709 -0.372418</w:t>
        <w:br/>
        <w:t>v 0.678223 3.068155 -0.371606</w:t>
        <w:br/>
        <w:t>v 0.691663 3.068655 -0.363712</w:t>
        <w:br/>
        <w:t>v 0.783012 3.132850 -0.361451</w:t>
        <w:br/>
        <w:t>v 0.874682 3.220886 -0.384240</w:t>
        <w:br/>
        <w:t>v 0.846885 3.258024 -0.365683</w:t>
        <w:br/>
        <w:t>v 0.759293 3.171746 -0.348061</w:t>
        <w:br/>
        <w:t>v 0.950379 3.313656 -0.422255</w:t>
        <w:br/>
        <w:t>v 0.923099 3.343395 -0.398148</w:t>
        <w:br/>
        <w:t>v 0.968253 3.345531 -0.439442</w:t>
        <w:br/>
        <w:t>v 0.946207 3.371836 -0.413986</w:t>
        <w:br/>
        <w:t>v 0.951940 3.379506 -0.421980</w:t>
        <w:br/>
        <w:t>v 0.971925 3.355949 -0.447174</w:t>
        <w:br/>
        <w:t>v 0.969702 3.360208 -0.456591</w:t>
        <w:br/>
        <w:t>v 0.948917 3.380580 -0.429787</w:t>
        <w:br/>
        <w:t>v 0.670391 3.066156 -0.371344</w:t>
        <w:br/>
        <w:t>v 0.658550 3.090713 -0.372355</w:t>
        <w:br/>
        <w:t>v 0.677161 3.100493 -0.352246</w:t>
        <w:br/>
        <w:t>v 0.687379 3.068667 -0.358978</w:t>
        <w:br/>
        <w:t>v 0.763002 3.166125 -0.340854</w:t>
        <w:br/>
        <w:t>v 0.759293 3.171746 -0.348061</w:t>
        <w:br/>
        <w:t>v 0.722103 3.088229 -0.351117</w:t>
        <w:br/>
        <w:t>v 0.709738 3.121364 -0.341432</w:t>
        <w:br/>
        <w:t>v 0.725814 3.087606 -0.358127</w:t>
        <w:br/>
        <w:t>v 0.708328 3.127259 -0.348476</w:t>
        <w:br/>
        <w:t>v 0.709738 3.121364 -0.341432</w:t>
        <w:br/>
        <w:t>v 0.708328 3.127259 -0.348476</w:t>
        <w:br/>
        <w:t>v 0.691663 3.068655 -0.363712</w:t>
        <w:br/>
        <w:t>v 0.678223 3.068155 -0.371606</w:t>
        <w:br/>
        <w:t>v 0.670391 3.066156 -0.371344</w:t>
        <w:br/>
        <w:t>v 0.687379 3.068667 -0.358978</w:t>
        <w:br/>
        <w:t>v 0.725814 3.087606 -0.358127</w:t>
        <w:br/>
        <w:t>v 0.874682 3.220886 -0.384240</w:t>
        <w:br/>
        <w:t>v 0.783012 3.132850 -0.361451</w:t>
        <w:br/>
        <w:t>v 0.953489 3.316441 -0.414548</w:t>
        <w:br/>
        <w:t>v 0.950379 3.313656 -0.422255</w:t>
        <w:br/>
        <w:t>v 0.976696 3.362431 -0.441878</w:t>
        <w:br/>
        <w:t>v 0.971925 3.355949 -0.447174</w:t>
        <w:br/>
        <w:t>v 0.968253 3.345531 -0.439442</w:t>
        <w:br/>
        <w:t>v 0.972799 3.349753 -0.432185</w:t>
        <w:br/>
        <w:t>v 0.972037 3.370350 -0.457516</w:t>
        <w:br/>
        <w:t>v 0.969702 3.360208 -0.456591</w:t>
        <w:br/>
        <w:t>v 0.972037 3.370350 -0.457516</w:t>
        <w:br/>
        <w:t>v 0.956974 3.386925 -0.436319</w:t>
        <w:br/>
        <w:t>v 0.948917 3.380580 -0.429787</w:t>
        <w:br/>
        <w:t>v 0.969702 3.360208 -0.456591</w:t>
        <w:br/>
        <w:t>v 0.665058 3.095709 -0.372418</w:t>
        <w:br/>
        <w:t>v 0.658550 3.090713 -0.372355</w:t>
        <w:br/>
        <w:t>v 0.670391 3.066156 -0.371344</w:t>
        <w:br/>
        <w:t>v 0.678223 3.068155 -0.371606</w:t>
        <w:br/>
        <w:t>v 0.876978 3.074719 -0.385208</w:t>
        <w:br/>
        <w:t>v 0.896682 3.104739 -0.406192</w:t>
        <w:br/>
        <w:t>v 0.904613 3.105751 -0.406579</w:t>
        <w:br/>
        <w:t>v 0.884697 3.073845 -0.383684</w:t>
        <w:br/>
        <w:t>v 0.925448 3.088215 -0.423192</w:t>
        <w:br/>
        <w:t>v 0.905946 3.052275 -0.396699</w:t>
        <w:br/>
        <w:t>v 0.680284 2.901094 -0.373804</w:t>
        <w:br/>
        <w:t>v 0.683956 2.906890 -0.377514</w:t>
        <w:br/>
        <w:t>v 0.704603 2.923465 -0.365411</w:t>
        <w:br/>
        <w:t>v 0.702604 2.918506 -0.359665</w:t>
        <w:br/>
        <w:t>v 0.670079 2.890865 -0.394651</w:t>
        <w:br/>
        <w:t>v 0.676100 2.897272 -0.394776</w:t>
        <w:br/>
        <w:t>v 0.676100 2.897272 -0.394776</w:t>
        <w:br/>
        <w:t>v 0.691325 2.873253 -0.389767</w:t>
        <w:br/>
        <w:t>v 0.702242 2.876476 -0.375790</w:t>
        <w:br/>
        <w:t>v 0.683956 2.906890 -0.377514</w:t>
        <w:br/>
        <w:t>v 0.876978 3.074719 -0.385208</w:t>
        <w:br/>
        <w:t>v 0.904671 3.049201 -0.402701</w:t>
        <w:br/>
        <w:t>v 0.922725 3.082394 -0.427876</w:t>
        <w:br/>
        <w:t>v 0.896682 3.104739 -0.406192</w:t>
        <w:br/>
        <w:t>v 0.698058 2.876063 -0.371968</w:t>
        <w:br/>
        <w:t>v 0.683344 2.870530 -0.390529</w:t>
        <w:br/>
        <w:t>v 0.670079 2.890865 -0.394651</w:t>
        <w:br/>
        <w:t>v 0.680284 2.901094 -0.373804</w:t>
        <w:br/>
        <w:t>v 0.762666 2.921157 -0.356807</w:t>
        <w:br/>
        <w:t>v 0.743598 2.949643 -0.352408</w:t>
        <w:br/>
        <w:t>v 0.823982 3.013656 -0.360497</w:t>
        <w:br/>
        <w:t>v 0.845052 2.987727 -0.369059</w:t>
        <w:br/>
        <w:t>v 0.765617 2.920164 -0.362714</w:t>
        <w:br/>
        <w:t>v 0.846116 2.985655 -0.375868</w:t>
        <w:br/>
        <w:t>v 0.819840 3.016931 -0.364418</w:t>
        <w:br/>
        <w:t>v 0.742708 2.954057 -0.358496</w:t>
        <w:br/>
        <w:t>v 0.742708 2.954057 -0.358496</w:t>
        <w:br/>
        <w:t>v 0.819840 3.016931 -0.364418</w:t>
        <w:br/>
        <w:t>v 0.911945 3.122888 -0.426414</w:t>
        <w:br/>
        <w:t>v 0.912882 3.132768 -0.445850</w:t>
        <w:br/>
        <w:t>v 0.926135 3.117330 -0.464960</w:t>
        <w:br/>
        <w:t>v 0.929470 3.103990 -0.441853</w:t>
        <w:br/>
        <w:t>v 0.905076 3.121727 -0.426464</w:t>
        <w:br/>
        <w:t>v 0.905588 3.126785 -0.439392</w:t>
        <w:br/>
        <w:t>v 0.912882 3.132768 -0.445850</w:t>
        <w:br/>
        <w:t>v 0.911945 3.122888 -0.426414</w:t>
        <w:br/>
        <w:t>v 0.905076 3.121727 -0.426464</w:t>
        <w:br/>
        <w:t>v 0.926484 3.097108 -0.445974</w:t>
        <w:br/>
        <w:t>v 0.924386 3.107662 -0.464760</w:t>
        <w:br/>
        <w:t>v 0.905588 3.126785 -0.439392</w:t>
        <w:br/>
        <w:t>v 0.702242 2.876476 -0.375790</w:t>
        <w:br/>
        <w:t>v 0.691325 2.873253 -0.389767</w:t>
        <w:br/>
        <w:t>v 0.683344 2.870530 -0.390529</w:t>
        <w:br/>
        <w:t>v 0.698058 2.876063 -0.371968</w:t>
        <w:br/>
        <w:t>v 0.846116 2.985655 -0.375868</w:t>
        <w:br/>
        <w:t>v 0.765617 2.920164 -0.362714</w:t>
        <w:br/>
        <w:t>v 0.904671 3.049201 -0.402701</w:t>
        <w:br/>
        <w:t>v 0.922725 3.082394 -0.427876</w:t>
        <w:br/>
        <w:t>v 0.926484 3.097108 -0.445974</w:t>
        <w:br/>
        <w:t>v 0.924386 3.107662 -0.464760</w:t>
        <w:br/>
        <w:t>v 0.926135 3.117330 -0.464960</w:t>
        <w:br/>
        <w:t>v 0.912882 3.132768 -0.445850</w:t>
        <w:br/>
        <w:t>v 0.905588 3.126785 -0.439392</w:t>
        <w:br/>
        <w:t>v 0.924386 3.107662 -0.464760</w:t>
        <w:br/>
        <w:t>v 0.676100 2.897272 -0.394776</w:t>
        <w:br/>
        <w:t>v 0.670079 2.890865 -0.394651</w:t>
        <w:br/>
        <w:t>v 0.683344 2.870530 -0.390529</w:t>
        <w:br/>
        <w:t>v 0.691325 2.873253 -0.389767</w:t>
        <w:br/>
        <w:t>v 0.704603 2.923465 -0.365411</w:t>
        <w:br/>
        <w:t>v 0.725899 2.891914 -0.366535</w:t>
        <w:br/>
        <w:t>v 0.722165 2.892139 -0.361139</w:t>
        <w:br/>
        <w:t>v 0.702604 2.918506 -0.359665</w:t>
        <w:br/>
        <w:t>v 0.725899 2.891914 -0.366535</w:t>
        <w:br/>
        <w:t>v 0.722165 2.892139 -0.361139</w:t>
        <w:br/>
        <w:t>v 0.643987 3.086341 -0.378713</w:t>
        <w:br/>
        <w:t>v 0.666457 3.106975 -0.368871</w:t>
        <w:br/>
        <w:t>v 0.648171 3.083368 -0.377327</w:t>
        <w:br/>
        <w:t>v 0.670604 3.103978 -0.367397</w:t>
        <w:br/>
        <w:t>v 0.643987 3.086341 -0.378713</w:t>
        <w:br/>
        <w:t>v 0.648171 3.083368 -0.377327</w:t>
        <w:br/>
        <w:t>v 0.666457 3.106975 -0.368871</w:t>
        <w:br/>
        <w:t>v 0.670604 3.103978 -0.367397</w:t>
        <w:br/>
        <w:t>v 0.851368 3.840313 -0.303993</w:t>
        <w:br/>
        <w:t>v 0.856368 3.840329 -0.290144</w:t>
        <w:br/>
        <w:t>v 0.999902 1.820128 -0.341291</w:t>
        <w:br/>
        <w:t>v 0.996143 1.871926 -0.346062</w:t>
        <w:br/>
        <w:t>v 0.960533 1.867904 -0.345125</w:t>
        <w:br/>
        <w:t>v 0.969476 1.816693 -0.339979</w:t>
        <w:br/>
        <w:t>v 0.954250 1.814994 -0.317396</w:t>
        <w:br/>
        <w:t>v 0.969476 1.816693 -0.339979</w:t>
        <w:br/>
        <w:t>v 0.960533 1.867904 -0.345125</w:t>
        <w:br/>
        <w:t>v 0.942734 1.865905 -0.319233</w:t>
        <w:br/>
        <w:t>v 0.969476 1.816693 -0.296425</w:t>
        <w:br/>
        <w:t>v 0.954250 1.814994 -0.317396</w:t>
        <w:br/>
        <w:t>v 0.942734 1.865905 -0.319233</w:t>
        <w:br/>
        <w:t>v 0.960533 1.867916 -0.294589</w:t>
        <w:br/>
        <w:t>v 0.996143 1.871926 -0.295750</w:t>
        <w:br/>
        <w:t>v 0.999902 1.820128 -0.297974</w:t>
        <w:br/>
        <w:t>v 1.013942 1.873937 -0.321331</w:t>
        <w:br/>
        <w:t>v 1.015116 1.821839 -0.320257</w:t>
        <w:br/>
        <w:t>v 1.015116 1.821839 -0.320257</w:t>
        <w:br/>
        <w:t>v 1.013942 1.873937 -0.321331</w:t>
        <w:br/>
        <w:t>v 0.974447 1.804190 -0.334334</w:t>
        <w:br/>
        <w:t>v 0.997842 1.806825 -0.335333</w:t>
        <w:br/>
        <w:t>v 0.974447 1.804190 -0.334334</w:t>
        <w:br/>
        <w:t>v 0.962756 1.802878 -0.316972</w:t>
        <w:br/>
        <w:t>v 0.974447 1.804190 -0.300847</w:t>
        <w:br/>
        <w:t>v 0.962756 1.802878 -0.316972</w:t>
        <w:br/>
        <w:t>v 0.997842 1.806825 -0.302046</w:t>
        <w:br/>
        <w:t>v 1.009533 1.808137 -0.319170</w:t>
        <w:br/>
        <w:t>v 1.009533 1.808137 -0.319170</w:t>
        <w:br/>
        <w:t>v 0.962107 2.013443 -0.323817</w:t>
        <w:br/>
        <w:t>v 0.944295 2.011445 -0.348673</w:t>
        <w:br/>
        <w:t>v 0.979906 2.015455 -0.348673</w:t>
        <w:br/>
        <w:t>v 0.926496 2.009446 -0.323817</w:t>
        <w:br/>
        <w:t>v 0.944295 2.011445 -0.298961</w:t>
        <w:br/>
        <w:t>v 0.979906 2.015455 -0.298961</w:t>
        <w:br/>
        <w:t>v 0.997717 2.017453 -0.323817</w:t>
        <w:br/>
        <w:t>v 0.944295 2.011445 -0.298961</w:t>
        <w:br/>
        <w:t>v 0.979906 2.015455 -0.298961</w:t>
        <w:br/>
        <w:t>v 0.926496 2.009446 -0.323817</w:t>
        <w:br/>
        <w:t>v 0.944295 2.011445 -0.348673</w:t>
        <w:br/>
        <w:t>v 0.926496 2.009446 -0.323817</w:t>
        <w:br/>
        <w:t>v 0.979906 2.015455 -0.348673</w:t>
        <w:br/>
        <w:t>v 0.944295 2.011445 -0.348673</w:t>
        <w:br/>
        <w:t>v 0.997717 2.017453 -0.323817</w:t>
        <w:br/>
        <w:t>v 0.997717 2.017453 -0.323817</w:t>
        <w:br/>
        <w:t>v 0.616881 1.852540 -0.283410</w:t>
        <w:br/>
        <w:t>v 0.581396 1.857499 -0.284746</w:t>
        <w:br/>
        <w:t>v 0.575787 1.812733 -0.273330</w:t>
        <w:br/>
        <w:t>v 0.609062 1.808424 -0.270619</w:t>
        <w:br/>
        <w:t>v 0.560724 1.819216 -0.252009</w:t>
        <w:br/>
        <w:t>v 0.564146 1.863420 -0.260640</w:t>
        <w:br/>
        <w:t>v 0.577724 1.821377 -0.227989</w:t>
        <w:br/>
        <w:t>v 0.560724 1.819216 -0.252009</w:t>
        <w:br/>
        <w:t>v 0.564146 1.863420 -0.260640</w:t>
        <w:br/>
        <w:t>v 0.582358 1.864381 -0.235209</w:t>
        <w:br/>
        <w:t>v 0.617843 1.859423 -0.233822</w:t>
        <w:br/>
        <w:t>v 0.609812 1.817080 -0.225254</w:t>
        <w:br/>
        <w:t>v 0.635117 1.853502 -0.257917</w:t>
        <w:br/>
        <w:t>v 0.624875 1.810597 -0.246563</w:t>
        <w:br/>
        <w:t>v 0.616881 1.852540 -0.283410</w:t>
        <w:br/>
        <w:t>v 0.609062 1.808424 -0.270619</w:t>
        <w:br/>
        <w:t>v 0.624875 1.810597 -0.246563</w:t>
        <w:br/>
        <w:t>v 0.635117 1.853502 -0.257917</w:t>
        <w:br/>
        <w:t>v 0.604216 1.793098 -0.261614</w:t>
        <w:br/>
        <w:t>v 0.577886 1.796708 -0.263537</w:t>
        <w:br/>
        <w:t>v 0.565283 1.802154 -0.245613</w:t>
        <w:br/>
        <w:t>v 0.578997 1.803977 -0.225766</w:t>
        <w:br/>
        <w:t>v 0.565283 1.802154 -0.245613</w:t>
        <w:br/>
        <w:t>v 0.605327 1.800355 -0.223818</w:t>
        <w:br/>
        <w:t>v 0.617943 1.794922 -0.241741</w:t>
        <w:br/>
        <w:t>v 0.617943 1.794922 -0.241741</w:t>
        <w:br/>
        <w:t>v 0.604216 1.793098 -0.261614</w:t>
        <w:br/>
        <w:t>v 0.619554 2.000004 -0.287869</w:t>
        <w:br/>
        <w:t>v 0.601331 1.999042 -0.312488</w:t>
        <w:br/>
        <w:t>v 0.636816 1.994083 -0.312488</w:t>
        <w:br/>
        <w:t>v 0.584069 2.004962 -0.287869</w:t>
        <w:br/>
        <w:t>v 0.602293 2.005924 -0.263250</w:t>
        <w:br/>
        <w:t>v 0.637778 2.000965 -0.263250</w:t>
        <w:br/>
        <w:t>v 0.655040 1.995045 -0.287782</w:t>
        <w:br/>
        <w:t>v 0.602293 2.005924 -0.263250</w:t>
        <w:br/>
        <w:t>v 0.637778 2.000965 -0.263250</w:t>
        <w:br/>
        <w:t>v 0.584069 2.004962 -0.287869</w:t>
        <w:br/>
        <w:t>v 0.601331 1.999042 -0.312488</w:t>
        <w:br/>
        <w:t>v 0.584069 2.004962 -0.287869</w:t>
        <w:br/>
        <w:t>v 0.636816 1.994083 -0.312488</w:t>
        <w:br/>
        <w:t>v 0.655040 1.995045 -0.287782</w:t>
        <w:br/>
        <w:t>v 0.636816 1.994083 -0.312488</w:t>
        <w:br/>
        <w:t>v 0.655040 1.995045 -0.287782</w:t>
        <w:br/>
        <w:t>v 0.804864 2.866346 -0.417084</w:t>
        <w:br/>
        <w:t>v 0.800767 2.844625 -0.427101</w:t>
        <w:br/>
        <w:t>v 0.815631 2.841027 -0.418333</w:t>
        <w:br/>
        <w:t>v 0.818404 2.857702 -0.413524</w:t>
        <w:br/>
        <w:t>v 0.813508 2.814410 -0.417459</w:t>
        <w:br/>
        <w:t>v 0.798444 2.814835 -0.425315</w:t>
        <w:br/>
        <w:t>v 0.795996 2.757941 -0.416072</w:t>
        <w:br/>
        <w:t>v 0.811247 2.761875 -0.409302</w:t>
        <w:br/>
        <w:t>v 0.794947 2.691091 -0.397898</w:t>
        <w:br/>
        <w:t>v 0.806738 2.698161 -0.396762</w:t>
        <w:br/>
        <w:t>v 0.806738 2.698161 -0.396762</w:t>
        <w:br/>
        <w:t>v 0.794947 2.691091 -0.397898</w:t>
        <w:br/>
        <w:t>v 0.802391 2.679013 -0.370220</w:t>
        <w:br/>
        <w:t>v 0.812633 2.688219 -0.376203</w:t>
        <w:br/>
        <w:t>v 0.820165 2.707579 -0.365298</w:t>
        <w:br/>
        <w:t>v 0.812796 2.703382 -0.350497</w:t>
        <w:br/>
        <w:t>v 0.826585 2.770094 -0.365810</w:t>
        <w:br/>
        <w:t>v 0.819678 2.770094 -0.351209</w:t>
        <w:br/>
        <w:t>v 0.821289 2.857240 -0.363187</w:t>
        <w:br/>
        <w:t>v 0.828559 2.851207 -0.376989</w:t>
        <w:br/>
        <w:t>v 0.820752 2.874702 -0.372268</w:t>
        <w:br/>
        <w:t>v 0.815931 2.881622 -0.386832</w:t>
        <w:br/>
        <w:t>v 0.825644 2.867054 -0.394472</w:t>
        <w:br/>
        <w:t>v 0.757488 2.757941 -0.401846</w:t>
        <w:br/>
        <w:t>v 0.752217 2.814835 -0.408228</w:t>
        <w:br/>
        <w:t>v 0.745634 2.814885 -0.392677</w:t>
        <w:br/>
        <w:t>v 0.750593 2.762562 -0.386807</w:t>
        <w:br/>
        <w:t>v 0.743586 2.841127 -0.392353</w:t>
        <w:br/>
        <w:t>v 0.749893 2.844625 -0.408303</w:t>
        <w:br/>
        <w:t>v 0.754590 2.866358 -0.398511</w:t>
        <w:br/>
        <w:t>v 0.746071 2.857752 -0.387107</w:t>
        <w:br/>
        <w:t>v 0.765307 2.691104 -0.387456</w:t>
        <w:br/>
        <w:t>v 0.756701 2.698860 -0.379675</w:t>
        <w:br/>
        <w:t>v 0.779146 2.679013 -0.361614</w:t>
        <w:br/>
        <w:t>v 0.765307 2.691104 -0.387456</w:t>
        <w:br/>
        <w:t>v 0.756701 2.698860 -0.379675</w:t>
        <w:br/>
        <w:t>v 0.766356 2.685658 -0.359490</w:t>
        <w:br/>
        <w:t>v 0.768217 2.707916 -0.347187</w:t>
        <w:br/>
        <w:t>v 0.783430 2.703382 -0.339655</w:t>
        <w:br/>
        <w:t>v 0.766656 2.770069 -0.344189</w:t>
        <w:br/>
        <w:t>v 0.781594 2.770031 -0.336932</w:t>
        <w:br/>
        <w:t>v 0.775274 2.857465 -0.345676</w:t>
        <w:br/>
        <w:t>v 0.760473 2.852019 -0.351971</w:t>
        <w:br/>
        <w:t>v 0.752966 2.867857 -0.368171</w:t>
        <w:br/>
        <w:t>v 0.765407 2.881622 -0.368159</w:t>
        <w:br/>
        <w:t>v 0.770590 2.874752 -0.353994</w:t>
        <w:br/>
        <w:t>v 0.759811 2.879311 -0.383859</w:t>
        <w:br/>
        <w:t>v 0.810248 2.879211 -0.403157</w:t>
        <w:br/>
        <w:t>v 0.819353 2.796649 -0.393477</w:t>
        <w:br/>
        <w:t>v 0.812633 2.688219 -0.376203</w:t>
        <w:br/>
        <w:t>v 0.820165 2.707579 -0.365298</w:t>
        <w:br/>
        <w:t>v 0.826585 2.770094 -0.365810</w:t>
        <w:br/>
        <w:t>v 0.756701 2.698860 -0.379675</w:t>
        <w:br/>
        <w:t>v 0.750593 2.762562 -0.386807</w:t>
        <w:br/>
        <w:t>v 0.756176 2.798110 -0.370270</w:t>
        <w:br/>
        <w:t>v 0.766356 2.685658 -0.359490</w:t>
        <w:br/>
        <w:t>v 0.806738 2.698161 -0.396762</w:t>
        <w:br/>
        <w:t>v 0.811247 2.761875 -0.409302</w:t>
        <w:br/>
        <w:t>v 0.768217 2.707916 -0.347187</w:t>
        <w:br/>
        <w:t>v 0.766656 2.770069 -0.344189</w:t>
        <w:br/>
        <w:t>v 0.760473 2.852019 -0.351971</w:t>
        <w:br/>
        <w:t>v 0.745634 2.814885 -0.392677</w:t>
        <w:br/>
        <w:t>v 0.813508 2.814410 -0.417459</w:t>
        <w:br/>
        <w:t>v 0.828559 2.851207 -0.376989</w:t>
        <w:br/>
        <w:t>v 0.743586 2.841127 -0.392353</w:t>
        <w:br/>
        <w:t>v 0.746071 2.857752 -0.387107</w:t>
        <w:br/>
        <w:t>v 0.752966 2.867857 -0.368171</w:t>
        <w:br/>
        <w:t>v 0.818404 2.857702 -0.413524</w:t>
        <w:br/>
        <w:t>v 0.815631 2.841027 -0.418333</w:t>
        <w:br/>
        <w:t>v 0.825644 2.867054 -0.394472</w:t>
        <w:br/>
        <w:t>v 0.799044 2.835656 -0.367122</w:t>
        <w:br/>
        <w:t>v 0.813695 2.828637 -0.374117</w:t>
        <w:br/>
        <w:t>v 0.769491 2.706892 -0.355218</w:t>
        <w:br/>
        <w:t>v 0.749069 2.725440 -0.346662</w:t>
        <w:br/>
        <w:t>v 0.720816 2.587583 -0.339206</w:t>
        <w:br/>
        <w:t>v 0.701231 2.616910 -0.329550</w:t>
        <w:br/>
        <w:t>v 0.751904 2.713674 -0.391978</w:t>
        <w:br/>
        <w:t>v 0.805214 2.831535 -0.391553</w:t>
        <w:br/>
        <w:t>v 0.790563 2.838554 -0.384584</w:t>
        <w:br/>
        <w:t>v 0.733044 2.732285 -0.381848</w:t>
        <w:br/>
        <w:t>v 0.699145 2.596201 -0.388543</w:t>
        <w:br/>
        <w:t>v 0.679172 2.625316 -0.376090</w:t>
        <w:br/>
        <w:t>v 0.525939 2.540293 -0.286658</w:t>
        <w:br/>
        <w:t>v 0.544425 2.592154 -0.291529</w:t>
        <w:br/>
        <w:t>v 0.568869 2.579788 -0.298274</w:t>
        <w:br/>
        <w:t>v 0.553530 2.539007 -0.294102</w:t>
        <w:br/>
        <w:t>v 0.645311 2.673193 -0.317747</w:t>
        <w:br/>
        <w:t>v 0.617432 2.687519 -0.309216</w:t>
        <w:br/>
        <w:t>v 0.550657 2.584935 -0.350047</w:t>
        <w:br/>
        <w:t>v 0.526738 2.599161 -0.342878</w:t>
        <w:br/>
        <w:t>v 0.507265 2.546476 -0.338094</w:t>
        <w:br/>
        <w:t>v 0.534770 2.544853 -0.345563</w:t>
        <w:br/>
        <w:t>v 0.628648 2.678251 -0.368583</w:t>
        <w:br/>
        <w:t>v 0.598971 2.691666 -0.360027</w:t>
        <w:br/>
        <w:t>v 0.777410 2.857203 -0.391591</w:t>
        <w:br/>
        <w:t>v 0.761222 2.867995 -0.386520</w:t>
        <w:br/>
        <w:t>v 0.617307 2.444479 -0.314362</w:t>
        <w:br/>
        <w:t>v 0.618069 2.481488 -0.310440</w:t>
        <w:br/>
        <w:t>v 0.647122 2.509092 -0.314687</w:t>
        <w:br/>
        <w:t>v 0.666532 2.483299 -0.326315</w:t>
        <w:br/>
        <w:t>v 0.596335 2.453322 -0.364736</w:t>
        <w:br/>
        <w:t>v 0.643175 2.491693 -0.376340</w:t>
        <w:br/>
        <w:t>v 0.623789 2.517448 -0.364611</w:t>
        <w:br/>
        <w:t>v 0.596373 2.489794 -0.361089</w:t>
        <w:br/>
        <w:t>v 0.577412 2.434324 -0.304482</w:t>
        <w:br/>
        <w:t>v 0.590365 2.471671 -0.303932</w:t>
        <w:br/>
        <w:t>v 0.543126 2.445940 -0.292379</w:t>
        <w:br/>
        <w:t>v 0.524752 2.486847 -0.287233</w:t>
        <w:br/>
        <w:t>v 0.554192 2.498688 -0.294515</w:t>
        <w:br/>
        <w:t>v 0.564285 2.477554 -0.296638</w:t>
        <w:br/>
        <w:t>v 0.523016 2.453447 -0.342940</w:t>
        <w:br/>
        <w:t>v 0.545874 2.485635 -0.347724</w:t>
        <w:br/>
        <w:t>v 0.534869 2.505233 -0.345663</w:t>
        <w:br/>
        <w:t>v 0.506279 2.492280 -0.338119</w:t>
        <w:br/>
        <w:t>v 0.556865 2.442343 -0.354332</w:t>
        <w:br/>
        <w:t>v 0.569456 2.479565 -0.354294</w:t>
        <w:br/>
        <w:t>v 0.699145 2.596201 -0.388543</w:t>
        <w:br/>
        <w:t>v 0.643175 2.491693 -0.376340</w:t>
        <w:br/>
        <w:t>v 0.666532 2.483299 -0.326315</w:t>
        <w:br/>
        <w:t>v 0.720816 2.587583 -0.339206</w:t>
        <w:br/>
        <w:t>v 0.544425 2.592154 -0.291529</w:t>
        <w:br/>
        <w:t>v 0.526738 2.599161 -0.342878</w:t>
        <w:br/>
        <w:t>v 0.598971 2.691666 -0.360027</w:t>
        <w:br/>
        <w:t>v 0.617432 2.687519 -0.309216</w:t>
        <w:br/>
        <w:t>v 0.568869 2.579788 -0.298274</w:t>
        <w:br/>
        <w:t>v 0.645311 2.673193 -0.317747</w:t>
        <w:br/>
        <w:t>v 0.628648 2.678251 -0.368583</w:t>
        <w:br/>
        <w:t>v 0.550657 2.584935 -0.350047</w:t>
        <w:br/>
        <w:t>v 0.679172 2.625316 -0.376090</w:t>
        <w:br/>
        <w:t>v 0.701231 2.616910 -0.329550</w:t>
        <w:br/>
        <w:t>v 0.647122 2.509092 -0.314687</w:t>
        <w:br/>
        <w:t>v 0.623789 2.517448 -0.364611</w:t>
        <w:br/>
        <w:t>v 0.618069 2.481488 -0.310440</w:t>
        <w:br/>
        <w:t>v 0.596373 2.489794 -0.361089</w:t>
        <w:br/>
        <w:t>v 0.596335 2.453322 -0.364736</w:t>
        <w:br/>
        <w:t>v 0.617307 2.444479 -0.314362</w:t>
        <w:br/>
        <w:t>v 0.564285 2.477554 -0.296638</w:t>
        <w:br/>
        <w:t>v 0.554192 2.498688 -0.294515</w:t>
        <w:br/>
        <w:t>v 0.534869 2.505233 -0.345663</w:t>
        <w:br/>
        <w:t>v 0.545874 2.485635 -0.347724</w:t>
        <w:br/>
        <w:t>v 0.543126 2.445940 -0.292379</w:t>
        <w:br/>
        <w:t>v 0.523016 2.453447 -0.342940</w:t>
        <w:br/>
        <w:t>v 0.506279 2.492280 -0.338119</w:t>
        <w:br/>
        <w:t>v 0.524752 2.486847 -0.287233</w:t>
        <w:br/>
        <w:t>v 0.553530 2.539007 -0.294102</w:t>
        <w:br/>
        <w:t>v 0.534770 2.544853 -0.345563</w:t>
        <w:br/>
        <w:t>v 0.507265 2.546476 -0.338094</w:t>
        <w:br/>
        <w:t>v 0.525939 2.540293 -0.286658</w:t>
        <w:br/>
        <w:t>v 0.590365 2.471671 -0.303932</w:t>
        <w:br/>
        <w:t>v 0.569456 2.479565 -0.354294</w:t>
        <w:br/>
        <w:t>v 0.556865 2.442343 -0.354332</w:t>
        <w:br/>
        <w:t>v 0.577412 2.434324 -0.304482</w:t>
        <w:br/>
        <w:t>v 0.751904 2.713674 -0.391978</w:t>
        <w:br/>
        <w:t>v 0.769491 2.706892 -0.355218</w:t>
        <w:br/>
        <w:t>v 0.733044 2.732285 -0.381848</w:t>
        <w:br/>
        <w:t>v 0.749069 2.725440 -0.346662</w:t>
        <w:br/>
        <w:t>v 0.786079 2.856715 -0.369895</w:t>
        <w:br/>
        <w:t>v 0.777410 2.857203 -0.391591</w:t>
        <w:br/>
        <w:t>v 0.770028 2.867382 -0.364349</w:t>
        <w:br/>
        <w:t>v 0.761222 2.867995 -0.386520</w:t>
        <w:br/>
        <w:t>v 0.805214 2.831535 -0.391553</w:t>
        <w:br/>
        <w:t>v 0.813695 2.828637 -0.374117</w:t>
        <w:br/>
        <w:t>v 0.790563 2.838554 -0.384584</w:t>
        <w:br/>
        <w:t>v 0.799044 2.835656 -0.367122</w:t>
        <w:br/>
        <w:t>v 0.790563 2.838554 -0.384584</w:t>
        <w:br/>
        <w:t>v 0.813695 2.828637 -0.374117</w:t>
        <w:br/>
        <w:t>v 0.799044 2.835656 -0.367122</w:t>
        <w:br/>
        <w:t>v 0.805214 2.831535 -0.391553</w:t>
        <w:br/>
        <w:t>v 0.610986 2.168988 -0.329887</w:t>
        <w:br/>
        <w:t>v 0.665345 2.164042 -0.321381</w:t>
        <w:br/>
        <w:t>v 0.645110 1.983604 -0.269146</w:t>
        <w:br/>
        <w:t>v 0.593412 1.995882 -0.278577</w:t>
        <w:br/>
        <w:t>v 0.804390 2.717534 -0.360377</w:t>
        <w:br/>
        <w:t>v 0.785304 2.770144 -0.360377</w:t>
        <w:br/>
        <w:t>v 0.785304 2.770144 -0.393102</w:t>
        <w:br/>
        <w:t>v 0.804390 2.717534 -0.393102</w:t>
        <w:br/>
        <w:t>v 0.645060 1.983604 -0.296575</w:t>
        <w:br/>
        <w:t>v 0.665507 2.164154 -0.350647</w:t>
        <w:br/>
        <w:t>v 0.611448 2.168988 -0.359715</w:t>
        <w:br/>
        <w:t>v 0.593412 1.995894 -0.306231</w:t>
        <w:br/>
        <w:t>v 0.593412 1.995894 -0.306231</w:t>
        <w:br/>
        <w:t>v 0.593412 1.995882 -0.278577</w:t>
        <w:br/>
        <w:t>v 0.645110 1.983604 -0.269146</w:t>
        <w:br/>
        <w:t>v 0.645060 1.983604 -0.296575</w:t>
        <w:br/>
        <w:t>v 0.611448 2.168988 -0.359715</w:t>
        <w:br/>
        <w:t>v 0.610986 2.168988 -0.329887</w:t>
        <w:br/>
        <w:t>v 0.593412 1.995882 -0.278577</w:t>
        <w:br/>
        <w:t>v 0.593412 1.995894 -0.306231</w:t>
        <w:br/>
        <w:t>v 0.665507 2.164154 -0.350647</w:t>
        <w:br/>
        <w:t>v 0.645060 1.983604 -0.296575</w:t>
        <w:br/>
        <w:t>v 0.645110 1.983604 -0.269146</w:t>
        <w:br/>
        <w:t>v 0.665345 2.164042 -0.321381</w:t>
        <w:br/>
        <w:t>v 0.785304 2.770144 -0.360377</w:t>
        <w:br/>
        <w:t>v 0.804390 2.717534 -0.360377</w:t>
        <w:br/>
        <w:t>v 0.774150 2.673018 -0.358104</w:t>
        <w:br/>
        <w:t>v 0.723601 2.687557 -0.356567</w:t>
        <w:br/>
        <w:t>v 0.774150 2.673018 -0.390829</w:t>
        <w:br/>
        <w:t>v 0.774150 2.673018 -0.358104</w:t>
        <w:br/>
        <w:t>v 0.774150 2.673018 -0.390829</w:t>
        <w:br/>
        <w:t>v 0.804390 2.717534 -0.393102</w:t>
        <w:br/>
        <w:t>v 0.785304 2.770144 -0.393102</w:t>
        <w:br/>
        <w:t>v 0.723601 2.687557 -0.389293</w:t>
        <w:br/>
        <w:t>v 0.785304 2.770144 -0.393102</w:t>
        <w:br/>
        <w:t>v 0.785304 2.770144 -0.360377</w:t>
        <w:br/>
        <w:t>v 0.723601 2.687557 -0.356567</w:t>
        <w:br/>
        <w:t>v 0.723601 2.687557 -0.389293</w:t>
        <w:br/>
        <w:t>v 0.725050 2.527953 -0.355880</w:t>
        <w:br/>
        <w:t>v 0.691688 2.357445 -0.353732</w:t>
        <w:br/>
        <w:t>v 0.641388 2.366126 -0.354519</w:t>
        <w:br/>
        <w:t>v 0.677773 2.535335 -0.357080</w:t>
        <w:br/>
        <w:t>v 0.692837 2.356945 -0.384434</w:t>
        <w:br/>
        <w:t>v 0.691688 2.357445 -0.353732</w:t>
        <w:br/>
        <w:t>v 0.725050 2.527953 -0.355880</w:t>
        <w:br/>
        <w:t>v 0.727723 2.526841 -0.387157</w:t>
        <w:br/>
        <w:t>v 0.641950 2.367025 -0.386020</w:t>
        <w:br/>
        <w:t>v 0.692837 2.356945 -0.384434</w:t>
        <w:br/>
        <w:t>v 0.727723 2.526841 -0.387157</w:t>
        <w:br/>
        <w:t>v 0.677986 2.536321 -0.388506</w:t>
        <w:br/>
        <w:t>v 0.641388 2.366126 -0.354519</w:t>
        <w:br/>
        <w:t>v 0.641950 2.367025 -0.386020</w:t>
        <w:br/>
        <w:t>v 0.677986 2.536321 -0.388506</w:t>
        <w:br/>
        <w:t>v 0.677773 2.535335 -0.357080</w:t>
        <w:br/>
        <w:t>v 0.804727 2.704056 -0.393627</w:t>
        <w:br/>
        <w:t>v 0.760011 2.827051 -0.391403</w:t>
        <w:br/>
        <w:t>v 0.775312 2.833108 -0.384946</w:t>
        <w:br/>
        <w:t>v 0.825536 2.722530 -0.383360</w:t>
        <w:br/>
        <w:t>v 0.851853 2.583735 -0.398698</w:t>
        <w:br/>
        <w:t>v 0.875036 2.613063 -0.385321</w:t>
        <w:br/>
        <w:t>v 0.782119 2.838404 -0.402570</w:t>
        <w:br/>
        <w:t>v 0.766818 2.832334 -0.409015</w:t>
        <w:br/>
        <w:t>v 0.819828 2.714648 -0.428600</w:t>
        <w:br/>
        <w:t>v 0.838813 2.733184 -0.419345</w:t>
        <w:br/>
        <w:t>v 0.870414 2.598474 -0.446936</w:t>
        <w:br/>
        <w:t>v 0.891374 2.627240 -0.434283</w:t>
        <w:br/>
        <w:t>v 1.014717 2.559229 -0.374216</w:t>
        <w:br/>
        <w:t>v 1.038537 2.573268 -0.367584</w:t>
        <w:br/>
        <w:t>v 1.057722 2.507693 -0.375815</w:t>
        <w:br/>
        <w:t>v 1.026134 2.520858 -0.379250</w:t>
        <w:br/>
        <w:t>v 0.931406 2.667147 -0.374017</w:t>
        <w:br/>
        <w:t>v 0.961320 2.679563 -0.365648</w:t>
        <w:br/>
        <w:t>v 0.792623 2.846723 -0.382061</w:t>
        <w:br/>
        <w:t>v 0.809998 2.857652 -0.378501</w:t>
        <w:br/>
        <w:t>v 1.067964 2.523144 -0.427001</w:t>
        <w:br/>
        <w:t>v 1.051802 2.585509 -0.419619</w:t>
        <w:br/>
        <w:t>v 1.027308 2.571482 -0.426127</w:t>
        <w:br/>
        <w:t>v 1.040160 2.534423 -0.430911</w:t>
        <w:br/>
        <w:t>v 0.944158 2.678226 -0.424366</w:t>
        <w:br/>
        <w:t>v 0.974148 2.690742 -0.416684</w:t>
        <w:br/>
        <w:t>v 0.956274 2.440045 -0.403906</w:t>
        <w:br/>
        <w:t>v 0.906824 2.480889 -0.406604</w:t>
        <w:br/>
        <w:t>v 0.929170 2.503671 -0.393902</w:t>
        <w:br/>
        <w:t>v 0.960896 2.472770 -0.393714</w:t>
        <w:br/>
        <w:t>v 0.973361 2.455296 -0.455105</w:t>
        <w:br/>
        <w:t>v 0.977933 2.488046 -0.444263</w:t>
        <w:br/>
        <w:t>v 0.947156 2.518872 -0.444913</w:t>
        <w:br/>
        <w:t>v 0.925410 2.496152 -0.457004</w:t>
        <w:br/>
        <w:t>v 0.994658 2.428453 -0.398998</w:t>
        <w:br/>
        <w:t>v 0.985190 2.464339 -0.391928</w:t>
        <w:br/>
        <w:t>v 1.050290 2.468311 -0.383747</w:t>
        <w:br/>
        <w:t>v 1.023960 2.491031 -0.384097</w:t>
        <w:br/>
        <w:t>v 1.065054 2.482687 -0.434171</w:t>
        <w:br/>
        <w:t>v 1.038649 2.505058 -0.435370</w:t>
        <w:br/>
        <w:t>v 1.011157 2.443093 -0.449584</w:t>
        <w:br/>
        <w:t>v 1.001377 2.479227 -0.442652</w:t>
        <w:br/>
        <w:t>v 0.906824 2.480889 -0.406604</w:t>
        <w:br/>
        <w:t>v 0.925410 2.496152 -0.457004</w:t>
        <w:br/>
        <w:t>v 0.870414 2.598474 -0.446936</w:t>
        <w:br/>
        <w:t>v 0.851853 2.583735 -0.398698</w:t>
        <w:br/>
        <w:t>v 1.038537 2.573268 -0.367584</w:t>
        <w:br/>
        <w:t>v 0.961320 2.679563 -0.365648</w:t>
        <w:br/>
        <w:t>v 0.974148 2.690742 -0.416684</w:t>
        <w:br/>
        <w:t>v 1.051802 2.585509 -0.419619</w:t>
        <w:br/>
        <w:t>v 0.944158 2.678226 -0.424366</w:t>
        <w:br/>
        <w:t>v 0.931406 2.667147 -0.374017</w:t>
        <w:br/>
        <w:t>v 1.014717 2.559229 -0.374216</w:t>
        <w:br/>
        <w:t>v 1.027308 2.571482 -0.426127</w:t>
        <w:br/>
        <w:t>v 0.891374 2.627240 -0.434283</w:t>
        <w:br/>
        <w:t>v 0.947156 2.518872 -0.444913</w:t>
        <w:br/>
        <w:t>v 0.929170 2.503671 -0.393902</w:t>
        <w:br/>
        <w:t>v 0.875036 2.613063 -0.385321</w:t>
        <w:br/>
        <w:t>v 0.977933 2.488046 -0.444263</w:t>
        <w:br/>
        <w:t>v 0.960896 2.472770 -0.393714</w:t>
        <w:br/>
        <w:t>v 0.956274 2.440045 -0.403906</w:t>
        <w:br/>
        <w:t>v 0.973361 2.455296 -0.455105</w:t>
        <w:br/>
        <w:t>v 1.040160 2.534423 -0.430911</w:t>
        <w:br/>
        <w:t>v 1.026134 2.520858 -0.379250</w:t>
        <w:br/>
        <w:t>v 1.023960 2.491031 -0.384097</w:t>
        <w:br/>
        <w:t>v 1.038649 2.505058 -0.435370</w:t>
        <w:br/>
        <w:t>v 1.050290 2.468311 -0.383747</w:t>
        <w:br/>
        <w:t>v 1.057722 2.507693 -0.375815</w:t>
        <w:br/>
        <w:t>v 1.067964 2.523144 -0.427001</w:t>
        <w:br/>
        <w:t>v 1.065054 2.482687 -0.434171</w:t>
        <w:br/>
        <w:t>v 1.024585 2.482825 -0.441178</w:t>
        <w:br/>
        <w:t>v 1.009246 2.468336 -0.390292</w:t>
        <w:br/>
        <w:t>v 0.985190 2.464339 -0.391928</w:t>
        <w:br/>
        <w:t>v 1.001377 2.479227 -0.442652</w:t>
        <w:br/>
        <w:t>v 0.994658 2.428453 -0.398998</w:t>
        <w:br/>
        <w:t>v 1.030318 2.436073 -0.393027</w:t>
        <w:br/>
        <w:t>v 1.045756 2.450537 -0.442802</w:t>
        <w:br/>
        <w:t>v 1.011157 2.443093 -0.449584</w:t>
        <w:br/>
        <w:t>v 0.819828 2.714648 -0.428600</w:t>
        <w:br/>
        <w:t>v 0.804727 2.704056 -0.393627</w:t>
        <w:br/>
        <w:t>v 0.838813 2.733184 -0.419345</w:t>
        <w:br/>
        <w:t>v 0.825536 2.722530 -0.383360</w:t>
        <w:br/>
        <w:t>v 0.792623 2.846723 -0.382061</w:t>
        <w:br/>
        <w:t>v 0.801005 2.850832 -0.408678</w:t>
        <w:br/>
        <w:t>v 0.809998 2.857652 -0.378501</w:t>
        <w:br/>
        <w:t>v 0.816181 2.860200 -0.402795</w:t>
        <w:br/>
        <w:t>v 0.766818 2.832334 -0.409015</w:t>
        <w:br/>
        <w:t>v 0.760011 2.827051 -0.391403</w:t>
        <w:br/>
        <w:t>v 0.782119 2.838404 -0.402570</w:t>
        <w:br/>
        <w:t>v 0.775312 2.833108 -0.384946</w:t>
        <w:br/>
        <w:t>v 0.782119 2.838404 -0.402570</w:t>
        <w:br/>
        <w:t>v 0.775312 2.833108 -0.384946</w:t>
        <w:br/>
        <w:t>v 0.766818 2.832334 -0.409015</w:t>
        <w:br/>
        <w:t>v 0.760011 2.827051 -0.391403</w:t>
        <w:br/>
        <w:t>v 0.975047 2.182977 -0.323230</w:t>
        <w:br/>
        <w:t>v 0.992808 2.009009 -0.306155</w:t>
        <w:br/>
        <w:t>v 0.937088 1.999329 -0.300372</w:t>
        <w:br/>
        <w:t>v 0.921113 2.177756 -0.318621</w:t>
        <w:br/>
        <w:t>v 0.789326 2.733459 -0.360377</w:t>
        <w:br/>
        <w:t>v 0.789326 2.733459 -0.393102</w:t>
        <w:br/>
        <w:t>v 0.809273 2.785769 -0.393102</w:t>
        <w:br/>
        <w:t>v 0.809273 2.785769 -0.360377</w:t>
        <w:br/>
        <w:t>v 0.975135 2.178868 -0.352882</w:t>
        <w:br/>
        <w:t>v 0.921113 2.177756 -0.351346</w:t>
        <w:br/>
        <w:t>v 0.937088 1.999329 -0.333097</w:t>
        <w:br/>
        <w:t>v 0.991434 2.009009 -0.338281</w:t>
        <w:br/>
        <w:t>v 0.937088 1.999329 -0.300372</w:t>
        <w:br/>
        <w:t>v 0.992808 2.009009 -0.306155</w:t>
        <w:br/>
        <w:t>v 0.991434 2.009009 -0.338281</w:t>
        <w:br/>
        <w:t>v 0.937088 1.999329 -0.333097</w:t>
        <w:br/>
        <w:t>v 0.992808 2.009009 -0.306155</w:t>
        <w:br/>
        <w:t>v 0.975047 2.182977 -0.323230</w:t>
        <w:br/>
        <w:t>v 0.975135 2.178868 -0.352882</w:t>
        <w:br/>
        <w:t>v 0.991434 2.009009 -0.338281</w:t>
        <w:br/>
        <w:t>v 0.921113 2.177756 -0.351346</w:t>
        <w:br/>
        <w:t>v 0.921113 2.177756 -0.318621</w:t>
        <w:br/>
        <w:t>v 0.937088 1.999329 -0.300372</w:t>
        <w:br/>
        <w:t>v 0.937088 1.999329 -0.333097</w:t>
        <w:br/>
        <w:t>v 0.809273 2.785769 -0.360377</w:t>
        <w:br/>
        <w:t>v 0.862333 2.702346 -0.357929</w:t>
        <w:br/>
        <w:t>v 0.818991 2.688705 -0.358891</w:t>
        <w:br/>
        <w:t>v 0.789326 2.733459 -0.360377</w:t>
        <w:br/>
        <w:t>v 0.818991 2.688705 -0.358891</w:t>
        <w:br/>
        <w:t>v 0.818017 2.690354 -0.385595</w:t>
        <w:br/>
        <w:t>v 0.809273 2.785769 -0.393102</w:t>
        <w:br/>
        <w:t>v 0.789326 2.733459 -0.393102</w:t>
        <w:br/>
        <w:t>v 0.818017 2.690354 -0.385595</w:t>
        <w:br/>
        <w:t>v 0.862945 2.702346 -0.389430</w:t>
        <w:br/>
        <w:t>v 0.809273 2.785769 -0.393102</w:t>
        <w:br/>
        <w:t>v 0.862945 2.702346 -0.389430</w:t>
        <w:br/>
        <w:t>v 0.862333 2.702346 -0.357929</w:t>
        <w:br/>
        <w:t>v 0.809273 2.785769 -0.360377</w:t>
        <w:br/>
        <w:t>v 0.949342 2.380303 -0.356318</w:t>
        <w:br/>
        <w:t>v 0.896370 2.371584 -0.356293</w:t>
        <w:br/>
        <w:t>v 0.863607 2.542617 -0.356380</w:t>
        <w:br/>
        <w:t>v 0.914681 2.550223 -0.356555</w:t>
        <w:br/>
        <w:t>v 0.896370 2.371584 -0.389018</w:t>
        <w:br/>
        <w:t>v 0.863720 2.542617 -0.388880</w:t>
        <w:br/>
        <w:t>v 0.863607 2.542617 -0.356380</w:t>
        <w:br/>
        <w:t>v 0.896370 2.371584 -0.356293</w:t>
        <w:br/>
        <w:t>v 0.949342 2.380303 -0.389043</w:t>
        <w:br/>
        <w:t>v 0.914793 2.550223 -0.389055</w:t>
        <w:br/>
        <w:t>v 0.863720 2.542617 -0.388880</w:t>
        <w:br/>
        <w:t>v 0.896370 2.371584 -0.389018</w:t>
        <w:br/>
        <w:t>v 0.949342 2.380303 -0.356318</w:t>
        <w:br/>
        <w:t>v 0.914681 2.550223 -0.356555</w:t>
        <w:br/>
        <w:t>v 0.914793 2.550223 -0.389055</w:t>
        <w:br/>
        <w:t>v 0.949342 2.380303 -0.389043</w:t>
        <w:br/>
        <w:t>v 0.987599 1.794147 -0.317284</w:t>
        <w:br/>
        <w:t>v 0.587916 1.786016 -0.242641</w:t>
        <w:br/>
        <w:t>v 1.030318 2.436073 -0.393027</w:t>
        <w:br/>
        <w:t>v 1.009246 2.468336 -0.390292</w:t>
        <w:br/>
        <w:t>v 1.045756 2.450537 -0.442802</w:t>
        <w:br/>
        <w:t>v 1.024585 2.482825 -0.441178</w:t>
        <w:br/>
        <w:t>v 0.816181 2.860200 -0.402795</w:t>
        <w:br/>
        <w:t>v 0.801005 2.850832 -0.408678</w:t>
        <w:br/>
        <w:t>v 0.770028 2.867382 -0.364349</w:t>
        <w:br/>
        <w:t>v 0.786079 2.856715 -0.369895</w:t>
        <w:br/>
        <w:t>v 0.577425 4.664054 -1.209369</w:t>
        <w:br/>
        <w:t>v 0.629647 4.662980 -1.233776</w:t>
        <w:br/>
        <w:t>v 0.617806 4.660557 -1.295379</w:t>
        <w:br/>
        <w:t>v 0.540328 4.662443 -1.250625</w:t>
        <w:br/>
        <w:t>v 0.617806 4.783476 -1.300225</w:t>
        <w:br/>
        <w:t>v 0.629647 4.785899 -1.238610</w:t>
        <w:br/>
        <w:t>v 0.573153 4.776743 -1.209956</w:t>
        <w:br/>
        <w:t>v 0.536056 4.775120 -1.251212</w:t>
        <w:br/>
        <w:t>v 0.540328 4.662443 -1.250625</w:t>
        <w:br/>
        <w:t>v 0.617806 4.660557 -1.295379</w:t>
        <w:br/>
        <w:t>v 0.617806 4.783476 -1.300225</w:t>
        <w:br/>
        <w:t>v 0.536056 4.775120 -1.251212</w:t>
        <w:br/>
        <w:t>v 0.701305 4.627432 -1.319973</w:t>
        <w:br/>
        <w:t>v 0.701305 4.630442 -1.243368</w:t>
        <w:br/>
        <w:t>v 0.629647 4.785899 -1.238610</w:t>
        <w:br/>
        <w:t>v 0.629647 4.662980 -1.233776</w:t>
        <w:br/>
        <w:t>v 0.577425 4.664054 -1.209369</w:t>
        <w:br/>
        <w:t>v 0.573153 4.776743 -1.209956</w:t>
        <w:br/>
        <w:t>v 0.701305 4.627432 -1.319973</w:t>
        <w:br/>
        <w:t>v 0.701393 4.813453 -1.326668</w:t>
        <w:br/>
        <w:t>v 0.810223 4.623772 -1.347602</w:t>
        <w:br/>
        <w:t>v 0.810223 4.627932 -1.242007</w:t>
        <w:br/>
        <w:t>v 0.701393 4.816463 -1.250063</w:t>
        <w:br/>
        <w:t>v 0.701305 4.630442 -1.243368</w:t>
        <w:br/>
        <w:t>v 0.839163 4.719674 -1.357457</w:t>
        <w:br/>
        <w:t>v 0.810223 4.816039 -1.355158</w:t>
        <w:br/>
        <w:t>v 0.701393 4.813453 -1.326668</w:t>
        <w:br/>
        <w:t>v 0.701393 4.816463 -1.250063</w:t>
        <w:br/>
        <w:t>v 0.839163 4.724059 -1.245792</w:t>
        <w:br/>
        <w:t>v 0.839163 4.719674 -1.357457</w:t>
        <w:br/>
        <w:t>v 0.839163 4.724059 -1.245792</w:t>
        <w:br/>
        <w:t>v 0.810223 4.820198 -1.249576</w:t>
        <w:br/>
        <w:t>v 0.810223 4.816039 -1.355158</w:t>
        <w:br/>
        <w:t>v 0.810223 4.816039 -1.355158</w:t>
        <w:br/>
        <w:t>v 0.810223 4.820198 -1.249576</w:t>
        <w:br/>
        <w:t>v 0.810223 4.623772 -1.347602</w:t>
        <w:br/>
        <w:t>v 0.810223 4.627932 -1.242007</w:t>
        <w:br/>
        <w:t>v 0.810223 4.820198 -1.249576</w:t>
        <w:br/>
        <w:t>v 0.810223 4.627932 -1.242007</w:t>
        <w:br/>
        <w:t>v 0.810223 4.623772 -1.347602</w:t>
        <w:br/>
        <w:t>v 0.591152 4.286679 -1.182140</w:t>
        <w:br/>
        <w:t>v 0.643375 4.285604 -1.206547</w:t>
        <w:br/>
        <w:t>v 0.631534 4.283182 -1.268150</w:t>
        <w:br/>
        <w:t>v 0.554055 4.285068 -1.223396</w:t>
        <w:br/>
        <w:t>v 0.631534 4.406101 -1.272996</w:t>
        <w:br/>
        <w:t>v 0.643375 4.408524 -1.211380</w:t>
        <w:br/>
        <w:t>v 0.586880 4.399368 -1.182727</w:t>
        <w:br/>
        <w:t>v 0.549783 4.397744 -1.223983</w:t>
        <w:br/>
        <w:t>v 0.554055 4.285068 -1.223396</w:t>
        <w:br/>
        <w:t>v 0.631534 4.283182 -1.268150</w:t>
        <w:br/>
        <w:t>v 0.631534 4.406101 -1.272996</w:t>
        <w:br/>
        <w:t>v 0.549783 4.397744 -1.223983</w:t>
        <w:br/>
        <w:t>v 0.717281 4.252055 -1.288946</w:t>
        <w:br/>
        <w:t>v 0.716544 4.255465 -1.213479</w:t>
        <w:br/>
        <w:t>v 0.643375 4.408524 -1.211380</w:t>
        <w:br/>
        <w:t>v 0.643375 4.285604 -1.206547</w:t>
        <w:br/>
        <w:t>v 0.591152 4.286679 -1.182140</w:t>
        <w:br/>
        <w:t>v 0.586880 4.399368 -1.182727</w:t>
        <w:br/>
        <w:t>v 0.717281 4.252055 -1.288946</w:t>
        <w:br/>
        <w:t>v 0.718767 4.435103 -1.295579</w:t>
        <w:br/>
        <w:t>v 0.823937 4.246397 -1.286985</w:t>
        <w:br/>
        <w:t>v 0.823937 4.250556 -1.181390</w:t>
        <w:br/>
        <w:t>v 0.715295 4.442822 -1.222335</w:t>
        <w:br/>
        <w:t>v 0.716544 4.255465 -1.213479</w:t>
        <w:br/>
        <w:t>v 0.846408 4.340787 -1.297390</w:t>
        <w:br/>
        <w:t>v 0.823225 4.438001 -1.294479</w:t>
        <w:br/>
        <w:t>v 0.718767 4.435103 -1.295579</w:t>
        <w:br/>
        <w:t>v 0.715295 4.442822 -1.222335</w:t>
        <w:br/>
        <w:t>v 0.846395 4.345134 -1.187548</w:t>
        <w:br/>
        <w:t>v 0.846408 4.340787 -1.297390</w:t>
        <w:br/>
        <w:t>v 0.846395 4.345134 -1.187548</w:t>
        <w:br/>
        <w:t>v 0.823225 4.442161 -1.188885</w:t>
        <w:br/>
        <w:t>v 0.823225 4.438001 -1.294479</w:t>
        <w:br/>
        <w:t>v 0.823225 4.438001 -1.294479</w:t>
        <w:br/>
        <w:t>v 0.823225 4.442161 -1.188885</w:t>
        <w:br/>
        <w:t>v 0.823937 4.246397 -1.286985</w:t>
        <w:br/>
        <w:t>v 0.823937 4.250556 -1.181390</w:t>
        <w:br/>
        <w:t>v 0.823225 4.442161 -1.188885</w:t>
        <w:br/>
        <w:t>v 0.823937 4.250556 -1.181390</w:t>
        <w:br/>
        <w:t>v 0.823937 4.246397 -1.286985</w:t>
        <w:br/>
        <w:t>v -0.839387 4.769273 -1.275456</w:t>
        <w:br/>
        <w:t>v -0.775960 4.770210 -1.251537</w:t>
        <w:br/>
        <w:t>v -0.775960 4.705934 -1.249014</w:t>
        <w:br/>
        <w:t>v -0.839387 4.704997 -1.272921</w:t>
        <w:br/>
        <w:t>v -0.775960 4.770210 -1.251537</w:t>
        <w:br/>
        <w:t>v -0.839387 4.769273 -1.275456</w:t>
        <w:br/>
        <w:t>v -0.842297 4.766313 -1.350624</w:t>
        <w:br/>
        <w:t>v -0.755263 4.767037 -1.332163</w:t>
        <w:br/>
        <w:t>v -0.842297 4.702037 -1.348101</w:t>
        <w:br/>
        <w:t>v -0.755263 4.702761 -1.329640</w:t>
        <w:br/>
        <w:t>v -0.755263 4.767037 -1.332163</w:t>
        <w:br/>
        <w:t>v -0.842297 4.766313 -1.350624</w:t>
        <w:br/>
        <w:t>v -0.775960 4.705934 -1.249014</w:t>
        <w:br/>
        <w:t>v -0.755263 4.702761 -1.329640</w:t>
        <w:br/>
        <w:t>v -0.842297 4.702037 -1.348101</w:t>
        <w:br/>
        <w:t>v -0.839387 4.704997 -1.272921</w:t>
        <w:br/>
        <w:t>v -0.929481 4.705396 -1.231977</w:t>
        <w:br/>
        <w:t>v -0.961731 4.705684 -1.268437</w:t>
        <w:br/>
        <w:t>v -0.961731 4.769960 -1.270960</w:t>
        <w:br/>
        <w:t>v -0.929481 4.769673 -1.234500</w:t>
        <w:br/>
        <w:t>v -0.775960 4.770210 -1.251537</w:t>
        <w:br/>
        <w:t>v -0.755263 4.767037 -1.332163</w:t>
        <w:br/>
        <w:t>v -0.755263 4.702761 -1.329640</w:t>
        <w:br/>
        <w:t>v -0.775960 4.705934 -1.249014</w:t>
        <w:br/>
        <w:t>v -0.878832 4.765476 -1.347776</w:t>
        <w:br/>
        <w:t>v -0.878832 4.701187 -1.345241</w:t>
        <w:br/>
        <w:t>v -0.878832 4.701187 -1.345241</w:t>
        <w:br/>
        <w:t>v -0.862644 4.703810 -1.273383</w:t>
        <w:br/>
        <w:t>v -0.862644 4.703810 -1.273383</w:t>
        <w:br/>
        <w:t>v -0.862644 4.768086 -1.275906</w:t>
        <w:br/>
        <w:t>v -0.878832 4.765476 -1.347776</w:t>
        <w:br/>
        <w:t>v -0.862644 4.768086 -1.275906</w:t>
        <w:br/>
        <w:t>v -0.912544 4.700988 -1.331489</w:t>
        <w:br/>
        <w:t>v -0.912544 4.765276 -1.334024</w:t>
        <w:br/>
        <w:t>v -0.951302 4.768074 -1.299875</w:t>
        <w:br/>
        <w:t>v -0.951402 4.703848 -1.297240</w:t>
        <w:br/>
        <w:t>v -0.929481 4.705396 -1.231977</w:t>
        <w:br/>
        <w:t>v -0.884765 4.703074 -1.266138</w:t>
        <w:br/>
        <w:t>v -0.912544 4.700988 -1.331489</w:t>
        <w:br/>
        <w:t>v -0.951402 4.703848 -1.297240</w:t>
        <w:br/>
        <w:t>v -0.929481 4.769673 -1.234500</w:t>
        <w:br/>
        <w:t>v -0.884765 4.767362 -1.268661</w:t>
        <w:br/>
        <w:t>v -0.884765 4.703074 -1.266138</w:t>
        <w:br/>
        <w:t>v -0.929481 4.705396 -1.231977</w:t>
        <w:br/>
        <w:t>v -0.912544 4.765276 -1.334024</w:t>
        <w:br/>
        <w:t>v -0.884765 4.767362 -1.268661</w:t>
        <w:br/>
        <w:t>v -0.929481 4.769673 -1.234500</w:t>
        <w:br/>
        <w:t>v -0.951302 4.768074 -1.299875</w:t>
        <w:br/>
        <w:t>v -0.961731 4.769960 -1.270960</w:t>
        <w:br/>
        <w:t>v -0.961731 4.769960 -1.270960</w:t>
        <w:br/>
        <w:t>v -0.961731 4.705684 -1.268437</w:t>
        <w:br/>
        <w:t>v -0.961731 4.705684 -1.268437</w:t>
        <w:br/>
        <w:t>v -0.898717 4.180808 -1.219986</w:t>
        <w:br/>
        <w:t>v -0.997879 4.185566 -1.137461</w:t>
        <w:br/>
        <w:t>v -0.971249 4.189851 -1.105723</w:t>
        <w:br/>
        <w:t>v -0.872099 4.185092 -1.188248</w:t>
        <w:br/>
        <w:t>v -0.853014 4.434690 -1.240483</w:t>
        <w:br/>
        <w:t>v -0.879619 4.430331 -1.272209</w:t>
        <w:br/>
        <w:t>v -0.871612 4.216294 -1.247490</w:t>
        <w:br/>
        <w:t>v -0.844995 4.220603 -1.215777</w:t>
        <w:br/>
        <w:t>v -0.899603 4.412382 -1.198390</w:t>
        <w:br/>
        <w:t>v -1.059894 4.420088 -1.064979</w:t>
        <w:br/>
        <w:t>v -0.982066 4.477720 -1.138023</w:t>
        <w:br/>
        <w:t>v -1.126906 4.228559 -1.035002</w:t>
        <w:br/>
        <w:t>v -1.080329 4.250880 -1.077070</w:t>
        <w:br/>
        <w:t>v -1.086511 4.415716 -1.096680</w:t>
        <w:br/>
        <w:t>v -1.134937 4.442596 -1.059670</w:t>
        <w:br/>
        <w:t>v -0.920050 4.243173 -1.210493</w:t>
        <w:br/>
        <w:t>v -0.997879 4.185566 -1.137461</w:t>
        <w:br/>
        <w:t>v -0.879619 4.430331 -1.272209</w:t>
        <w:br/>
        <w:t>v -0.926196 4.408010 -1.230128</w:t>
        <w:br/>
        <w:t>v -0.871612 4.216294 -1.247490</w:t>
        <w:br/>
        <w:t>v -1.080329 4.250880 -1.077070</w:t>
        <w:br/>
        <w:t>v -1.053712 4.255177 -1.045344</w:t>
        <w:br/>
        <w:t>v -1.059894 4.420088 -1.064979</w:t>
        <w:br/>
        <w:t>v -1.086511 4.415716 -1.096680</w:t>
        <w:br/>
        <w:t>v -0.926196 4.408010 -1.230128</w:t>
        <w:br/>
        <w:t>v -1.086511 4.415716 -1.096680</w:t>
        <w:br/>
        <w:t>v -1.059894 4.420088 -1.064979</w:t>
        <w:br/>
        <w:t>v -0.899603 4.412382 -1.198390</w:t>
        <w:br/>
        <w:t>v -0.853014 4.434690 -1.240483</w:t>
        <w:br/>
        <w:t>v -0.844995 4.220603 -1.215777</w:t>
        <w:br/>
        <w:t>v -0.893433 4.247482 -1.178780</w:t>
        <w:br/>
        <w:t>v -1.097028 4.190351 -1.054924</w:t>
        <w:br/>
        <w:t>v -1.070399 4.194610 -1.023185</w:t>
        <w:br/>
        <w:t>v -1.053712 4.255177 -1.045344</w:t>
        <w:br/>
        <w:t>v -0.971249 4.189851 -1.105723</w:t>
        <w:br/>
        <w:t>v -1.100289 4.232881 -1.003276</w:t>
        <w:br/>
        <w:t>v -1.108320 4.446968 -1.027957</w:t>
        <w:br/>
        <w:t>v -1.008671 4.473435 -1.169762</w:t>
        <w:br/>
        <w:t>v -0.909521 4.468677 -1.252286</w:t>
        <w:br/>
        <w:t>v -0.882916 4.472948 -1.220548</w:t>
        <w:br/>
        <w:t>v -1.134937 4.442596 -1.059670</w:t>
        <w:br/>
        <w:t>v -1.107820 4.478207 -1.087224</w:t>
        <w:br/>
        <w:t>v -1.081203 4.482479 -1.055486</w:t>
        <w:br/>
        <w:t>v -1.108320 4.446968 -1.027957</w:t>
        <w:br/>
        <w:t>v -1.097028 4.190351 -1.054924</w:t>
        <w:br/>
        <w:t>v -1.126906 4.228559 -1.035002</w:t>
        <w:br/>
        <w:t>v -1.100289 4.232881 -1.003276</w:t>
        <w:br/>
        <w:t>v -1.070399 4.194610 -1.023185</w:t>
        <w:br/>
        <w:t>v -0.882916 4.472948 -1.220548</w:t>
        <w:br/>
        <w:t>v -0.909521 4.468677 -1.252286</w:t>
        <w:br/>
        <w:t>v -1.081203 4.482479 -1.055486</w:t>
        <w:br/>
        <w:t>v -1.107820 4.478207 -1.087224</w:t>
        <w:br/>
        <w:t>v -0.872099 4.185092 -1.188248</w:t>
        <w:br/>
        <w:t>v -0.898717 4.180808 -1.219986</w:t>
        <w:br/>
        <w:t>v -1.070399 4.194610 -1.023185</w:t>
        <w:br/>
        <w:t>v -1.097028 4.190351 -1.054924</w:t>
        <w:br/>
        <w:t>v -0.920050 4.243173 -1.210493</w:t>
        <w:br/>
        <w:t>v -0.893433 4.247482 -1.178780</w:t>
        <w:br/>
        <w:t>v -1.053712 4.255177 -1.045344</w:t>
        <w:br/>
        <w:t>v -1.080329 4.250880 -1.077070</w:t>
        <w:br/>
        <w:t>v -0.926196 4.408010 -1.230128</w:t>
        <w:br/>
        <w:t>v -0.899603 4.412382 -1.198390</w:t>
        <w:br/>
        <w:t>v -0.893433 4.247482 -1.178780</w:t>
        <w:br/>
        <w:t>v -0.920050 4.243173 -1.210493</w:t>
        <w:br/>
        <w:t>v -1.008671 4.473435 -1.169762</w:t>
        <w:br/>
        <w:t>v -0.982066 4.477720 -1.138023</w:t>
        <w:br/>
        <w:t>v -0.660698 3.260020 -0.343202</w:t>
        <w:br/>
        <w:t>v -0.626224 3.247017 -0.369432</w:t>
        <w:br/>
        <w:t>v -0.610798 3.278956 -0.373629</w:t>
        <w:br/>
        <w:t>v -0.634842 3.298828 -0.346387</w:t>
        <w:br/>
        <w:t>v -1.028868 3.643978 -0.475452</w:t>
        <w:br/>
        <w:t>v -1.001426 3.603896 -0.441765</w:t>
        <w:br/>
        <w:t>v -0.968838 3.637883 -0.398498</w:t>
        <w:br/>
        <w:t>v -0.999840 3.672319 -0.435470</w:t>
        <w:br/>
        <w:t>v -0.925834 3.511667 -0.386669</w:t>
        <w:br/>
        <w:t>v -0.805061 3.381043 -0.338482</w:t>
        <w:br/>
        <w:t>v -0.764943 3.425982 -0.325041</w:t>
        <w:br/>
        <w:t>v -0.886888 3.549887 -0.352820</w:t>
        <w:br/>
        <w:t>v -0.700255 3.287050 -0.332073</w:t>
        <w:br/>
        <w:t>v -0.666880 3.330317 -0.330737</w:t>
        <w:br/>
        <w:t>v -1.030567 3.648063 -0.479236</w:t>
        <w:br/>
        <w:t>v -1.001114 3.677840 -0.447098</w:t>
        <w:br/>
        <w:t>v -0.695621 3.286201 -0.323442</w:t>
        <w:br/>
        <w:t>v -0.801612 3.380890 -0.325969</w:t>
        <w:br/>
        <w:t>v -0.768614 3.418766 -0.313630</w:t>
        <w:br/>
        <w:t>v -0.667917 3.322360 -0.321631</w:t>
        <w:br/>
        <w:t>v -0.604141 3.270287 -0.374616</w:t>
        <w:br/>
        <w:t>v -0.619117 3.244432 -0.367209</w:t>
        <w:br/>
        <w:t>v -0.655689 3.258646 -0.337244</w:t>
        <w:br/>
        <w:t>v -0.633281 3.289248 -0.339543</w:t>
        <w:br/>
        <w:t>v -1.031291 3.661915 -0.478325</w:t>
        <w:br/>
        <w:t>v -1.031141 3.651598 -0.466634</w:t>
        <w:br/>
        <w:t>v -1.028868 3.643978 -0.475452</w:t>
        <w:br/>
        <w:t>v -1.030567 3.648063 -0.479236</w:t>
        <w:br/>
        <w:t>v -1.003924 3.607094 -0.429025</w:t>
        <w:br/>
        <w:t>v -1.001426 3.603896 -0.441765</w:t>
        <w:br/>
        <w:t>v -0.926546 3.512815 -0.372330</w:t>
        <w:br/>
        <w:t>v -0.925834 3.511667 -0.386669</w:t>
        <w:br/>
        <w:t>v -0.801612 3.380890 -0.325969</w:t>
        <w:br/>
        <w:t>v -0.805061 3.381043 -0.338482</w:t>
        <w:br/>
        <w:t>v -0.655689 3.258646 -0.337244</w:t>
        <w:br/>
        <w:t>v -0.660698 3.260020 -0.343202</w:t>
        <w:br/>
        <w:t>v -0.700255 3.287050 -0.332073</w:t>
        <w:br/>
        <w:t>v -0.695621 3.286201 -0.323442</w:t>
        <w:br/>
        <w:t>v -0.619117 3.244432 -0.367209</w:t>
        <w:br/>
        <w:t>v -0.626224 3.247017 -0.369432</w:t>
        <w:br/>
        <w:t>v -1.011481 3.672132 -0.436681</w:t>
        <w:br/>
        <w:t>v -1.011244 3.683973 -0.451433</w:t>
        <w:br/>
        <w:t>v -0.977519 3.634835 -0.391003</w:t>
        <w:br/>
        <w:t>v -0.894295 3.546253 -0.342640</w:t>
        <w:br/>
        <w:t>v -0.999840 3.672319 -0.435470</w:t>
        <w:br/>
        <w:t>v -1.011481 3.672132 -0.436681</w:t>
        <w:br/>
        <w:t>v -1.011244 3.683973 -0.451433</w:t>
        <w:br/>
        <w:t>v -1.001114 3.677840 -0.447098</w:t>
        <w:br/>
        <w:t>v -0.968838 3.637883 -0.398498</w:t>
        <w:br/>
        <w:t>v -0.977519 3.634835 -0.391003</w:t>
        <w:br/>
        <w:t>v -0.894295 3.546253 -0.342640</w:t>
        <w:br/>
        <w:t>v -0.886888 3.549887 -0.352820</w:t>
        <w:br/>
        <w:t>v -0.764943 3.425982 -0.325041</w:t>
        <w:br/>
        <w:t>v -0.768614 3.418766 -0.313630</w:t>
        <w:br/>
        <w:t>v -0.666880 3.330317 -0.330737</w:t>
        <w:br/>
        <w:t>v -0.634842 3.298828 -0.346387</w:t>
        <w:br/>
        <w:t>v -0.667917 3.322360 -0.321631</w:t>
        <w:br/>
        <w:t>v -0.610798 3.278956 -0.373629</w:t>
        <w:br/>
        <w:t>v -1.030567 3.648063 -0.479236</w:t>
        <w:br/>
        <w:t>v -1.001114 3.677840 -0.447098</w:t>
        <w:br/>
        <w:t>v -1.011244 3.683973 -0.451433</w:t>
        <w:br/>
        <w:t>v -1.031291 3.661915 -0.478325</w:t>
        <w:br/>
        <w:t>v -0.610798 3.278956 -0.373629</w:t>
        <w:br/>
        <w:t>v -0.626224 3.247017 -0.369432</w:t>
        <w:br/>
        <w:t>v -0.619117 3.244432 -0.367209</w:t>
        <w:br/>
        <w:t>v -0.604141 3.270287 -0.374616</w:t>
        <w:br/>
        <w:t>v -1.032178 3.686496 -0.460925</w:t>
        <w:br/>
        <w:t>v -1.022173 3.677066 -0.474128</w:t>
        <w:br/>
        <w:t>v -0.996430 3.658505 -0.463249</w:t>
        <w:br/>
        <w:t>v -1.001201 3.662902 -0.446586</w:t>
        <w:br/>
        <w:t>v -0.996430 3.658505 -0.463249</w:t>
        <w:br/>
        <w:t>v -1.003137 3.649899 -0.462662</w:t>
        <w:br/>
        <w:t>v -1.007809 3.656694 -0.442564</w:t>
        <w:br/>
        <w:t>v -1.001201 3.662902 -0.446586</w:t>
        <w:br/>
        <w:t>v -1.003137 3.649899 -0.462662</w:t>
        <w:br/>
        <w:t>v -1.028630 3.668810 -0.473553</w:t>
        <w:br/>
        <w:t>v -1.038585 3.680089 -0.456754</w:t>
        <w:br/>
        <w:t>v -1.007809 3.656694 -0.442564</w:t>
        <w:br/>
        <w:t>v -1.022173 3.677066 -0.474128</w:t>
        <w:br/>
        <w:t>v -1.032178 3.686496 -0.460925</w:t>
        <w:br/>
        <w:t>v -1.038585 3.680089 -0.456754</w:t>
        <w:br/>
        <w:t>v -1.028630 3.668810 -0.473553</w:t>
        <w:br/>
        <w:t>v -0.856367 3.840328 -0.290143</w:t>
        <w:br/>
        <w:t>v -0.947324 3.734330 -0.360506</w:t>
        <w:br/>
        <w:t>v -1.003965 3.773212 -0.381407</w:t>
        <w:br/>
        <w:t>v -0.919287 3.887282 -0.306623</w:t>
        <w:br/>
        <w:t>v -0.999366 3.776545 -0.391482</w:t>
        <w:br/>
        <w:t>v -0.941434 3.736470 -0.369763</w:t>
        <w:br/>
        <w:t>v -0.851367 3.840312 -0.303993</w:t>
        <w:br/>
        <w:t>v -0.915415 3.888605 -0.321212</w:t>
        <w:br/>
        <w:t>v -0.919287 3.887282 -0.306623</w:t>
        <w:br/>
        <w:t>v -1.003965 3.773212 -0.381407</w:t>
        <w:br/>
        <w:t>v -0.999366 3.776545 -0.391482</w:t>
        <w:br/>
        <w:t>v -0.915415 3.888605 -0.321212</w:t>
        <w:br/>
        <w:t>v -0.996255 3.675480 -0.416696</w:t>
        <w:br/>
        <w:t>v -1.035700 3.705494 -0.435395</w:t>
        <w:br/>
        <w:t>v -0.996255 3.675480 -0.416696</w:t>
        <w:br/>
        <w:t>v -0.947324 3.734330 -0.360506</w:t>
        <w:br/>
        <w:t>v -0.941434 3.736470 -0.369763</w:t>
        <w:br/>
        <w:t>v -0.990559 3.678727 -0.423841</w:t>
        <w:br/>
        <w:t>v -1.030217 3.709141 -0.442914</w:t>
        <w:br/>
        <w:t>v -0.990559 3.678727 -0.423841</w:t>
        <w:br/>
        <w:t>v -1.035700 3.705494 -0.435395</w:t>
        <w:br/>
        <w:t>v -1.030217 3.709141 -0.442914</w:t>
        <w:br/>
        <w:t>v -0.523252 4.146996 -0.254720</w:t>
        <w:br/>
        <w:t>v -0.599227 4.080061 -0.227351</w:t>
        <w:br/>
        <w:t>v -0.644767 4.128710 -0.211766</w:t>
        <w:br/>
        <w:t>v -0.554816 4.194410 -0.228227</w:t>
        <w:br/>
        <w:t>v -0.523252 4.146996 -0.254720</w:t>
        <w:br/>
        <w:t>v -0.530659 4.144785 -0.267422</w:t>
        <w:br/>
        <w:t>v -0.605876 4.075383 -0.245977</w:t>
        <w:br/>
        <w:t>v -0.599227 4.080061 -0.227351</w:t>
        <w:br/>
        <w:t>v -0.605876 4.075383 -0.245977</w:t>
        <w:br/>
        <w:t>v -0.530659 4.144785 -0.267422</w:t>
        <w:br/>
        <w:t>v -0.562510 4.193961 -0.241505</w:t>
        <w:br/>
        <w:t>v -0.653065 4.126948 -0.230811</w:t>
        <w:br/>
        <w:t>v -0.554816 4.194410 -0.228227</w:t>
        <w:br/>
        <w:t>v -0.644767 4.128710 -0.211766</w:t>
        <w:br/>
        <w:t>v -0.653065 4.126948 -0.230811</w:t>
        <w:br/>
        <w:t>v -0.562510 4.193961 -0.241505</w:t>
        <w:br/>
        <w:t>v -0.510274 4.183343 -0.298724</w:t>
        <w:br/>
        <w:t>v -0.510075 4.165732 -0.277128</w:t>
        <w:br/>
        <w:t>v -0.537829 4.209861 -0.251510</w:t>
        <w:br/>
        <w:t>v -0.526637 4.215307 -0.280687</w:t>
        <w:br/>
        <w:t>v -0.546647 4.207050 -0.255269</w:t>
        <w:br/>
        <w:t>v -0.518731 4.161847 -0.280512</w:t>
        <w:br/>
        <w:t>v -0.516645 4.178872 -0.296575</w:t>
        <w:br/>
        <w:t>v -0.533007 4.210835 -0.278539</w:t>
        <w:br/>
        <w:t>v -0.518731 4.161847 -0.280512</w:t>
        <w:br/>
        <w:t>v -0.510075 4.165732 -0.277128</w:t>
        <w:br/>
        <w:t>v -0.510274 4.183343 -0.298724</w:t>
        <w:br/>
        <w:t>v -0.516645 4.178872 -0.296575</w:t>
        <w:br/>
        <w:t>v -0.526637 4.215307 -0.280687</w:t>
        <w:br/>
        <w:t>v -0.537829 4.209861 -0.251510</w:t>
        <w:br/>
        <w:t>v -0.546647 4.207050 -0.255269</w:t>
        <w:br/>
        <w:t>v -0.533007 4.210835 -0.278539</w:t>
        <w:br/>
        <w:t>v -0.774451 4.030722 -0.235820</w:t>
        <w:br/>
        <w:t>v -0.775840 4.029990 -0.254788</w:t>
        <w:br/>
        <w:t>v -0.717352 3.981349 -0.234925</w:t>
        <w:br/>
        <w:t>v -0.774451 4.030722 -0.235820</w:t>
        <w:br/>
        <w:t>v -0.775840 4.029990 -0.254788</w:t>
        <w:br/>
        <w:t>v -0.717570 3.978498 -0.253363</w:t>
        <w:br/>
        <w:t>v -0.717570 3.978498 -0.253363</w:t>
        <w:br/>
        <w:t>v -0.717352 3.981349 -0.234925</w:t>
        <w:br/>
        <w:t>v -0.996430 3.658505 -0.463249</w:t>
        <w:br/>
        <w:t>v -1.022173 3.677066 -0.474128</w:t>
        <w:br/>
        <w:t>v -1.028630 3.668810 -0.473553</w:t>
        <w:br/>
        <w:t>v -1.003137 3.649899 -0.462662</w:t>
        <w:br/>
        <w:t>v -0.510274 4.183343 -0.298724</w:t>
        <w:br/>
        <w:t>v -0.526637 4.215307 -0.280687</w:t>
        <w:br/>
        <w:t>v -0.533007 4.210835 -0.278539</w:t>
        <w:br/>
        <w:t>v -0.516645 4.178872 -0.296575</w:t>
        <w:br/>
        <w:t>v -0.621927 3.554159 -0.330187</w:t>
        <w:br/>
        <w:t>v -0.570891 3.551624 -0.366185</w:t>
        <w:br/>
        <w:t>v -0.553567 3.588421 -0.374091</w:t>
        <w:br/>
        <w:t>v -0.586704 3.606007 -0.333060</w:t>
        <w:br/>
        <w:t>v -1.125494 4.147221 -0.481622</w:t>
        <w:br/>
        <w:t>v -1.127368 4.136604 -0.469781</w:t>
        <w:br/>
        <w:t>v -1.095093 4.182857 -0.427001</w:t>
        <w:br/>
        <w:t>v -1.094218 4.191774 -0.442302</w:t>
        <w:br/>
        <w:t>v -0.618779 3.630826 -0.308341</w:t>
        <w:br/>
        <w:t>v -0.666518 3.570497 -0.310952</w:t>
        <w:br/>
        <w:t>v -1.095093 4.182857 -0.427001</w:t>
        <w:br/>
        <w:t>v -1.110094 4.188677 -0.422629</w:t>
        <w:br/>
        <w:t>v -1.110868 4.202104 -0.439317</w:t>
        <w:br/>
        <w:t>v -1.094218 4.191774 -0.442302</w:t>
        <w:br/>
        <w:t>v -0.586704 3.606007 -0.333060</w:t>
        <w:br/>
        <w:t>v -0.578622 3.601336 -0.321844</w:t>
        <w:br/>
        <w:t>v -0.613858 3.627578 -0.289193</w:t>
        <w:br/>
        <w:t>v -0.618779 3.630826 -0.308341</w:t>
        <w:br/>
        <w:t>v -0.553567 3.588421 -0.374091</w:t>
        <w:br/>
        <w:t>v -0.543911 3.583886 -0.374041</w:t>
        <w:br/>
        <w:t>v -1.090996 4.199281 -0.454593</w:t>
        <w:br/>
        <w:t>v -1.102974 4.211834 -0.453456</w:t>
        <w:br/>
        <w:t>v -1.090996 4.199281 -0.454593</w:t>
        <w:br/>
        <w:t>v -1.115939 4.157013 -0.501257</w:t>
        <w:br/>
        <w:t>v -1.115939 4.157013 -0.501257</w:t>
        <w:br/>
        <w:t>v -1.125307 4.172777 -0.497872</w:t>
        <w:br/>
        <w:t>v -1.137585 4.158937 -0.475177</w:t>
        <w:br/>
        <w:t>v -1.125494 4.147221 -0.481622</w:t>
        <w:br/>
        <w:t>v -1.125307 4.172777 -0.497872</w:t>
        <w:br/>
        <w:t>v -1.102974 4.211834 -0.453456</w:t>
        <w:br/>
        <w:t>v -1.110868 4.202104 -0.439317</w:t>
        <w:br/>
        <w:t>v -1.137585 4.158937 -0.475177</w:t>
        <w:br/>
        <w:t>v -1.136424 4.142849 -0.459839</w:t>
        <w:br/>
        <w:t>v -1.110094 4.188677 -0.422629</w:t>
        <w:br/>
        <w:t>v -0.578622 3.601336 -0.321844</w:t>
        <w:br/>
        <w:t>v -0.611173 3.553260 -0.318808</w:t>
        <w:br/>
        <w:t>v -0.657625 3.571509 -0.291154</w:t>
        <w:br/>
        <w:t>v -0.613858 3.627578 -0.289193</w:t>
        <w:br/>
        <w:t>v -0.543911 3.583886 -0.374041</w:t>
        <w:br/>
        <w:t>v -0.560024 3.549675 -0.366697</w:t>
        <w:br/>
        <w:t>v -1.136424 4.142849 -0.459839</w:t>
        <w:br/>
        <w:t>v -1.127368 4.136604 -0.469781</w:t>
        <w:br/>
        <w:t>v -0.611173 3.553260 -0.318808</w:t>
        <w:br/>
        <w:t>v -0.621927 3.554159 -0.330187</w:t>
        <w:br/>
        <w:t>v -0.666518 3.570497 -0.310952</w:t>
        <w:br/>
        <w:t>v -0.657625 3.571509 -0.291154</w:t>
        <w:br/>
        <w:t>v -0.560024 3.549675 -0.366697</w:t>
        <w:br/>
        <w:t>v -0.570891 3.551624 -0.366185</w:t>
        <w:br/>
        <w:t>v -0.773209 3.803070 -0.290459</w:t>
        <w:br/>
        <w:t>v -0.635791 3.651285 -0.284709</w:t>
        <w:br/>
        <w:t>v -0.680870 3.595153 -0.289606</w:t>
        <w:br/>
        <w:t>v -0.817506 3.750084 -0.313219</w:t>
        <w:br/>
        <w:t>v -0.680870 3.595153 -0.289606</w:t>
        <w:br/>
        <w:t>v -0.688639 3.594566 -0.309828</w:t>
        <w:br/>
        <w:t>v -0.818613 3.750448 -0.334064</w:t>
        <w:br/>
        <w:t>v -0.817506 3.750084 -0.313219</w:t>
        <w:br/>
        <w:t>v -0.770547 3.807580 -0.308915</w:t>
        <w:br/>
        <w:t>v -0.818613 3.750448 -0.334064</w:t>
        <w:br/>
        <w:t>v -0.688639 3.594566 -0.309828</w:t>
        <w:br/>
        <w:t>v -0.639589 3.654970 -0.303995</w:t>
        <w:br/>
        <w:t>v -0.770547 3.807580 -0.308915</w:t>
        <w:br/>
        <w:t>v -0.639589 3.654970 -0.303995</w:t>
        <w:br/>
        <w:t>v -0.635791 3.651285 -0.284709</w:t>
        <w:br/>
        <w:t>v -0.773209 3.803070 -0.290459</w:t>
        <w:br/>
        <w:t>v -1.114791 4.079991 -0.424314</w:t>
        <w:br/>
        <w:t>v -1.081536 4.128084 -0.380953</w:t>
        <w:br/>
        <w:t>v -1.103512 4.074908 -0.437254</w:t>
        <w:br/>
        <w:t>v -1.114791 4.079991 -0.424314</w:t>
        <w:br/>
        <w:t>v -1.103512 4.074908 -0.437254</w:t>
        <w:br/>
        <w:t>v -1.067700 4.126203 -0.389931</w:t>
        <w:br/>
        <w:t>v -1.067700 4.126203 -0.389931</w:t>
        <w:br/>
        <w:t>v -1.081536 4.128084 -0.380953</w:t>
        <w:br/>
        <w:t>v -0.995431 3.934977 -0.365921</w:t>
        <w:br/>
        <w:t>v -0.955624 3.987949 -0.328387</w:t>
        <w:br/>
        <w:t>v -0.989311 3.932841 -0.383158</w:t>
        <w:br/>
        <w:t>v -0.995431 3.934977 -0.365921</w:t>
        <w:br/>
        <w:t>v -0.989311 3.932841 -0.383158</w:t>
        <w:br/>
        <w:t>v -0.946331 3.989347 -0.341952</w:t>
        <w:br/>
        <w:t>v -0.946331 3.989347 -0.341952</w:t>
        <w:br/>
        <w:t>v -0.955624 3.987949 -0.328387</w:t>
        <w:br/>
        <w:t>v -0.570891 3.551624 -0.366185</w:t>
        <w:br/>
        <w:t>v -0.560024 3.549675 -0.366697</w:t>
        <w:br/>
        <w:t>v -0.543911 3.583886 -0.374041</w:t>
        <w:br/>
        <w:t>v -0.553567 3.588421 -0.374091</w:t>
        <w:br/>
        <w:t>v -1.102974 4.211834 -0.453456</w:t>
        <w:br/>
        <w:t>v -1.125307 4.172777 -0.497872</w:t>
        <w:br/>
        <w:t>v -1.115939 4.157013 -0.501257</w:t>
        <w:br/>
        <w:t>v -1.090996 4.199281 -0.454593</w:t>
        <w:br/>
        <w:t>v -0.955049 3.358983 -0.454992</w:t>
        <w:br/>
        <w:t>v -0.937437 3.345181 -0.447261</w:t>
        <w:br/>
        <w:t>v -0.939161 3.343232 -0.430561</w:t>
        <w:br/>
        <w:t>v -0.960295 3.364916 -0.445287</w:t>
        <w:br/>
        <w:t>v -0.937437 3.345181 -0.447261</w:t>
        <w:br/>
        <w:t>v -0.941522 3.338948 -0.446436</w:t>
        <w:br/>
        <w:t>v -0.942708 3.339972 -0.425864</w:t>
        <w:br/>
        <w:t>v -0.939161 3.343232 -0.430561</w:t>
        <w:br/>
        <w:t>v -0.960158 3.352962 -0.454068</w:t>
        <w:br/>
        <w:t>v -0.964741 3.360868 -0.442739</w:t>
        <w:br/>
        <w:t>v -0.942708 3.339972 -0.425864</w:t>
        <w:br/>
        <w:t>v -0.941522 3.338948 -0.446436</w:t>
        <w:br/>
        <w:t>v -0.955049 3.358983 -0.454992</w:t>
        <w:br/>
        <w:t>v -0.960295 3.364916 -0.445287</w:t>
        <w:br/>
        <w:t>v -0.964741 3.360868 -0.442739</w:t>
        <w:br/>
        <w:t>v -0.960158 3.352962 -0.454068</w:t>
        <w:br/>
        <w:t>v -0.839974 3.397241 -0.371456</w:t>
        <w:br/>
        <w:t>v -0.917690 3.354498 -0.405105</w:t>
        <w:br/>
        <w:t>v -0.941297 3.388110 -0.414673</w:t>
        <w:br/>
        <w:t>v -0.870713 3.436898 -0.375178</w:t>
        <w:br/>
        <w:t>v -0.915791 3.355785 -0.415248</w:t>
        <w:br/>
        <w:t>v -0.917690 3.354498 -0.405105</w:t>
        <w:br/>
        <w:t>v -0.839974 3.397241 -0.371456</w:t>
        <w:br/>
        <w:t>v -0.838263 3.397553 -0.385995</w:t>
        <w:br/>
        <w:t>v -0.939511 3.390146 -0.426489</w:t>
        <w:br/>
        <w:t>v -0.915791 3.355785 -0.415248</w:t>
        <w:br/>
        <w:t>v -0.838263 3.397553 -0.385995</w:t>
        <w:br/>
        <w:t>v -0.870288 3.439047 -0.390304</w:t>
        <w:br/>
        <w:t>v -0.939511 3.390146 -0.426489</w:t>
        <w:br/>
        <w:t>v -0.870288 3.439047 -0.390304</w:t>
        <w:br/>
        <w:t>v -0.870713 3.436898 -0.375178</w:t>
        <w:br/>
        <w:t>v -0.941297 3.388110 -0.414673</w:t>
        <w:br/>
        <w:t>v -0.960295 3.364916 -0.445287</w:t>
        <w:br/>
        <w:t>v -0.939161 3.343232 -0.430561</w:t>
        <w:br/>
        <w:t>v -0.538353 3.576904 -0.376852</w:t>
        <w:br/>
        <w:t>v -0.539690 3.558456 -0.354881</w:t>
        <w:br/>
        <w:t>v -0.566682 3.601473 -0.330100</w:t>
        <w:br/>
        <w:t>v -0.554628 3.608330 -0.358566</w:t>
        <w:br/>
        <w:t>v -0.574001 3.599550 -0.333622</w:t>
        <w:br/>
        <w:t>v -0.546834 3.556020 -0.357829</w:t>
        <w:br/>
        <w:t>v -0.544711 3.572433 -0.374703</w:t>
        <w:br/>
        <w:t>v -0.561073 3.604396 -0.356667</w:t>
        <w:br/>
        <w:t>v -0.546834 3.556020 -0.357829</w:t>
        <w:br/>
        <w:t>v -0.539690 3.558456 -0.354881</w:t>
        <w:br/>
        <w:t>v -0.538353 3.576904 -0.376852</w:t>
        <w:br/>
        <w:t>v -0.544711 3.572433 -0.374703</w:t>
        <w:br/>
        <w:t>v -0.554628 3.608330 -0.358566</w:t>
        <w:br/>
        <w:t>v -0.566682 3.601473 -0.330100</w:t>
        <w:br/>
        <w:t>v -0.574001 3.599550 -0.333622</w:t>
        <w:br/>
        <w:t>v -0.561073 3.604396 -0.356667</w:t>
        <w:br/>
        <w:t>v -0.556477 3.541481 -0.342665</w:t>
        <w:br/>
        <w:t>v -0.550669 3.543829 -0.336133</w:t>
        <w:br/>
        <w:t>v -0.588315 3.590394 -0.318184</w:t>
        <w:br/>
        <w:t>v -0.556477 3.541481 -0.342665</w:t>
        <w:br/>
        <w:t>v -0.581433 3.591356 -0.312376</w:t>
        <w:br/>
        <w:t>v -0.588315 3.590394 -0.318184</w:t>
        <w:br/>
        <w:t>v -0.550669 3.543829 -0.336133</w:t>
        <w:br/>
        <w:t>v -0.581433 3.591356 -0.312376</w:t>
        <w:br/>
        <w:t>v -0.577236 3.527155 -0.318733</w:t>
        <w:br/>
        <w:t>v -0.616519 3.506620 -0.309765</w:t>
        <w:br/>
        <w:t>v -0.648220 3.556458 -0.293902</w:t>
        <w:br/>
        <w:t>v -0.608525 3.576392 -0.298399</w:t>
        <w:br/>
        <w:t>v -0.620603 3.506158 -0.322218</w:t>
        <w:br/>
        <w:t>v -0.616519 3.506620 -0.309765</w:t>
        <w:br/>
        <w:t>v -0.577236 3.527155 -0.318733</w:t>
        <w:br/>
        <w:t>v -0.582170 3.525793 -0.328126</w:t>
        <w:br/>
        <w:t>v -0.654940 3.558256 -0.307554</w:t>
        <w:br/>
        <w:t>v -0.620603 3.506158 -0.322218</w:t>
        <w:br/>
        <w:t>v -0.582170 3.525793 -0.328126</w:t>
        <w:br/>
        <w:t>v -0.615370 3.576942 -0.308017</w:t>
        <w:br/>
        <w:t>v -0.608525 3.576392 -0.298399</w:t>
        <w:br/>
        <w:t>v -0.648220 3.556458 -0.293902</w:t>
        <w:br/>
        <w:t>v -0.654940 3.558256 -0.307554</w:t>
        <w:br/>
        <w:t>v -0.615370 3.576942 -0.308017</w:t>
        <w:br/>
        <w:t>v -0.701666 3.466401 -0.329887</w:t>
        <w:br/>
        <w:t>v -0.737102 3.509643 -0.323567</w:t>
        <w:br/>
        <w:t>v -0.703378 3.466151 -0.343652</w:t>
        <w:br/>
        <w:t>v -0.701666 3.466401 -0.329887</w:t>
        <w:br/>
        <w:t>v -0.740212 3.511342 -0.337094</w:t>
        <w:br/>
        <w:t>v -0.703378 3.466151 -0.343652</w:t>
        <w:br/>
        <w:t>v -0.740212 3.511342 -0.337094</w:t>
        <w:br/>
        <w:t>v -0.737102 3.509643 -0.323567</w:t>
        <w:br/>
        <w:t>v -0.941522 3.338948 -0.446436</w:t>
        <w:br/>
        <w:t>v -0.937437 3.345181 -0.447261</w:t>
        <w:br/>
        <w:t>v -0.955049 3.358983 -0.454992</w:t>
        <w:br/>
        <w:t>v -0.960158 3.352962 -0.454068</w:t>
        <w:br/>
        <w:t>v -0.561073 3.604396 -0.356667</w:t>
        <w:br/>
        <w:t>v -0.544711 3.572433 -0.374703</w:t>
        <w:br/>
        <w:t>v -0.538353 3.576904 -0.376852</w:t>
        <w:br/>
        <w:t>v -0.554628 3.608330 -0.358566</w:t>
        <w:br/>
        <w:t>v -0.862956 2.904066 -0.421131</w:t>
        <w:br/>
        <w:t>v -0.857036 2.898058 -0.431610</w:t>
        <w:br/>
        <w:t>v -0.845432 2.883444 -0.424990</w:t>
        <w:br/>
        <w:t>v -0.845769 2.885180 -0.416497</w:t>
        <w:br/>
        <w:t>v -0.851040 2.879047 -0.424653</w:t>
        <w:br/>
        <w:t>v -0.849329 2.881907 -0.414386</w:t>
        <w:br/>
        <w:t>v -0.845769 2.885180 -0.416497</w:t>
        <w:br/>
        <w:t>v -0.845432 2.883444 -0.424990</w:t>
        <w:br/>
        <w:t>v -0.851040 2.879047 -0.424653</w:t>
        <w:br/>
        <w:t>v -0.862831 2.893499 -0.431198</w:t>
        <w:br/>
        <w:t>v -0.867141 2.900069 -0.418620</w:t>
        <w:br/>
        <w:t>v -0.849329 2.881907 -0.414386</w:t>
        <w:br/>
        <w:t>v -0.857036 2.898058 -0.431610</w:t>
        <w:br/>
        <w:t>v -0.862956 2.904066 -0.421131</w:t>
        <w:br/>
        <w:t>v -0.867141 2.900069 -0.418620</w:t>
        <w:br/>
        <w:t>v -0.862831 2.893499 -0.431198</w:t>
        <w:br/>
        <w:t>v -0.857273 2.915457 -0.406479</w:t>
        <w:br/>
        <w:t>v -0.834915 2.896159 -0.401670</w:t>
        <w:br/>
        <w:t>v -0.833017 2.898483 -0.404381</w:t>
        <w:br/>
        <w:t>v -0.834915 2.896159 -0.401670</w:t>
        <w:br/>
        <w:t>v -0.854600 2.918905 -0.410126</w:t>
        <w:br/>
        <w:t>v -0.833017 2.898483 -0.404381</w:t>
        <w:br/>
        <w:t>v -0.854600 2.918905 -0.410126</w:t>
        <w:br/>
        <w:t>v -0.857273 2.915457 -0.406479</w:t>
        <w:br/>
        <w:t>v -0.646196 3.078920 -0.364886</w:t>
        <w:br/>
        <w:t>v -0.650056 3.073012 -0.355668</w:t>
        <w:br/>
        <w:t>v -0.668879 3.099242 -0.345376</w:t>
        <w:br/>
        <w:t>v -0.666168 3.104513 -0.357604</w:t>
        <w:br/>
        <w:t>v -0.672077 3.099168 -0.348985</w:t>
        <w:br/>
        <w:t>v -0.652866 3.072125 -0.358815</w:t>
        <w:br/>
        <w:t>v -0.649319 3.077272 -0.367259</w:t>
        <w:br/>
        <w:t>v -0.670703 3.102065 -0.357979</w:t>
        <w:br/>
        <w:t>v -0.650056 3.073012 -0.355668</w:t>
        <w:br/>
        <w:t>v -0.646196 3.078920 -0.364886</w:t>
        <w:br/>
        <w:t>v -0.649319 3.077272 -0.367259</w:t>
        <w:br/>
        <w:t>v -0.652866 3.072125 -0.358815</w:t>
        <w:br/>
        <w:t>v -0.668879 3.099242 -0.345376</w:t>
        <w:br/>
        <w:t>v -0.672077 3.099168 -0.348985</w:t>
        <w:br/>
        <w:t>v -0.670703 3.102065 -0.357979</w:t>
        <w:br/>
        <w:t>v -0.666168 3.104513 -0.357604</w:t>
        <w:br/>
        <w:t>v -0.789369 2.940638 -0.380410</w:t>
        <w:br/>
        <w:t>v -0.810897 2.964885 -0.379390</w:t>
        <w:br/>
        <w:t>v -0.788687 2.942183 -0.383785</w:t>
        <w:br/>
        <w:t>v -0.789369 2.940638 -0.380410</w:t>
        <w:br/>
        <w:t>v -0.810456 2.967488 -0.383692</w:t>
        <w:br/>
        <w:t>v -0.788687 2.942183 -0.383785</w:t>
        <w:br/>
        <w:t>v -0.810456 2.967488 -0.383692</w:t>
        <w:br/>
        <w:t>v -0.810897 2.964885 -0.379390</w:t>
        <w:br/>
        <w:t>v -0.657488 3.065881 -0.351646</w:t>
        <w:br/>
        <w:t>v -0.675137 3.092460 -0.341066</w:t>
        <w:br/>
        <w:t>v -0.659836 3.064906 -0.355530</w:t>
        <w:br/>
        <w:t>v -0.657488 3.065881 -0.351646</w:t>
        <w:br/>
        <w:t>v -0.678172 3.092448 -0.344389</w:t>
        <w:br/>
        <w:t>v -0.659836 3.064906 -0.355530</w:t>
        <w:br/>
        <w:t>v -0.678172 3.092448 -0.344389</w:t>
        <w:br/>
        <w:t>v -0.675137 3.092460 -0.341066</w:t>
        <w:br/>
        <w:t>v -0.689155 3.035975 -0.353032</w:t>
        <w:br/>
        <w:t>v -0.707537 3.061735 -0.343225</w:t>
        <w:br/>
        <w:t>v -0.747182 2.981939 -0.370393</w:t>
        <w:br/>
        <w:t>v -0.747012 2.981114 -0.366348</w:t>
        <w:br/>
        <w:t>v -0.768022 3.007854 -0.365882</w:t>
        <w:br/>
        <w:t>v -0.747182 2.981939 -0.370393</w:t>
        <w:br/>
        <w:t>v -0.768022 3.007854 -0.365882</w:t>
        <w:br/>
        <w:t>v -0.767172 3.006204 -0.361537</w:t>
        <w:br/>
        <w:t>v -0.767172 3.006204 -0.361537</w:t>
        <w:br/>
        <w:t>v -0.747012 2.981114 -0.366348</w:t>
        <w:br/>
        <w:t>v -0.689155 3.035975 -0.353032</w:t>
        <w:br/>
        <w:t>v -0.690730 3.035546 -0.357143</w:t>
        <w:br/>
        <w:t>v -0.709875 3.062244 -0.347164</w:t>
        <w:br/>
        <w:t>v -0.707537 3.061735 -0.343225</w:t>
        <w:br/>
        <w:t>v -0.709875 3.062244 -0.347164</w:t>
        <w:br/>
        <w:t>v -0.690730 3.035546 -0.357143</w:t>
        <w:br/>
        <w:t>v -0.857036 2.898058 -0.431610</w:t>
        <w:br/>
        <w:t>v -0.862831 2.893499 -0.431198</w:t>
        <w:br/>
        <w:t>v -0.851040 2.879047 -0.424653</w:t>
        <w:br/>
        <w:t>v -0.845432 2.883444 -0.424990</w:t>
        <w:br/>
        <w:t>v -0.643985 3.086340 -0.378713</w:t>
        <w:br/>
        <w:t>v -0.666456 3.106974 -0.368870</w:t>
        <w:br/>
        <w:t>v -0.670603 3.103976 -0.367396</w:t>
        <w:br/>
        <w:t>v -0.648170 3.083367 -0.377326</w:t>
        <w:br/>
        <w:t>v -0.911582 3.105113 -0.454380</w:t>
        <w:br/>
        <w:t>v -0.895457 3.085440 -0.446162</w:t>
        <w:br/>
        <w:t>v -0.897692 3.084342 -0.428413</w:t>
        <w:br/>
        <w:t>v -0.916903 3.104788 -0.433084</w:t>
        <w:br/>
        <w:t>v -0.895457 3.085440 -0.446162</w:t>
        <w:br/>
        <w:t>v -0.903551 3.079096 -0.445599</w:t>
        <w:br/>
        <w:t>v -0.902726 3.079932 -0.426477</w:t>
        <w:br/>
        <w:t>v -0.897692 3.084342 -0.428413</w:t>
        <w:br/>
        <w:t>v -0.902726 3.079932 -0.426477</w:t>
        <w:br/>
        <w:t>v -0.903551 3.079096 -0.445599</w:t>
        <w:br/>
        <w:t>v -0.919676 3.098743 -0.453818</w:t>
        <w:br/>
        <w:t>v -0.921837 3.100304 -0.431098</w:t>
        <w:br/>
        <w:t>v -0.911582 3.105113 -0.454380</w:t>
        <w:br/>
        <w:t>v -0.916903 3.104788 -0.433084</w:t>
        <w:br/>
        <w:t>v -0.921837 3.100304 -0.431098</w:t>
        <w:br/>
        <w:t>v -0.919676 3.098743 -0.453818</w:t>
        <w:br/>
        <w:t>v -0.712777 3.183098 -0.344988</w:t>
        <w:br/>
        <w:t>v -0.776778 3.148437 -0.369057</w:t>
        <w:br/>
        <w:t>v -0.797800 3.177365 -0.364935</w:t>
        <w:br/>
        <w:t>v -0.735322 3.215511 -0.337094</w:t>
        <w:br/>
        <w:t>v -0.777178 3.149574 -0.375202</w:t>
        <w:br/>
        <w:t>v -0.776778 3.148437 -0.369057</w:t>
        <w:br/>
        <w:t>v -0.712777 3.183098 -0.344988</w:t>
        <w:br/>
        <w:t>v -0.715362 3.182936 -0.352994</w:t>
        <w:br/>
        <w:t>v -0.798387 3.179426 -0.371393</w:t>
        <w:br/>
        <w:t>v -0.777178 3.149574 -0.375202</w:t>
        <w:br/>
        <w:t>v -0.715362 3.182936 -0.352994</w:t>
        <w:br/>
        <w:t>v -0.738132 3.216685 -0.345537</w:t>
        <w:br/>
        <w:t>v -0.735322 3.215511 -0.337094</w:t>
        <w:br/>
        <w:t>v -0.797800 3.177365 -0.364935</w:t>
        <w:br/>
        <w:t>v -0.798387 3.179426 -0.371393</w:t>
        <w:br/>
        <w:t>v -0.738132 3.216685 -0.345537</w:t>
        <w:br/>
        <w:t>v -0.594398 3.267065 -0.379999</w:t>
        <w:br/>
        <w:t>v -0.601717 3.252126 -0.352358</w:t>
        <w:br/>
        <w:t>v -0.621652 3.285376 -0.336283</w:t>
        <w:br/>
        <w:t>v -0.608063 3.292708 -0.364748</w:t>
        <w:br/>
        <w:t>v -0.626748 3.284664 -0.339443</w:t>
        <w:br/>
        <w:t>v -0.606376 3.250203 -0.356992</w:t>
        <w:br/>
        <w:t>v -0.599669 3.263368 -0.378226</w:t>
        <w:br/>
        <w:t>v -0.613209 3.289510 -0.363150</w:t>
        <w:br/>
        <w:t>v -0.606376 3.250203 -0.356992</w:t>
        <w:br/>
        <w:t>v -0.601717 3.252126 -0.352358</w:t>
        <w:br/>
        <w:t>v -0.594398 3.267065 -0.379999</w:t>
        <w:br/>
        <w:t>v -0.599669 3.263368 -0.378226</w:t>
        <w:br/>
        <w:t>v -0.608063 3.292708 -0.364748</w:t>
        <w:br/>
        <w:t>v -0.621652 3.285376 -0.336283</w:t>
        <w:br/>
        <w:t>v -0.626748 3.284664 -0.339443</w:t>
        <w:br/>
        <w:t>v -0.613209 3.289510 -0.363150</w:t>
        <w:br/>
        <w:t>v -0.627798 3.232179 -0.337582</w:t>
        <w:br/>
        <w:t>v -0.624425 3.233278 -0.330487</w:t>
        <w:br/>
        <w:t>v -0.651654 3.269775 -0.323555</w:t>
        <w:br/>
        <w:t>v -0.627798 3.232179 -0.337582</w:t>
        <w:br/>
        <w:t>v -0.645559 3.269725 -0.317459</w:t>
        <w:br/>
        <w:t>v -0.651654 3.269775 -0.323555</w:t>
        <w:br/>
        <w:t>v -0.624425 3.233278 -0.330487</w:t>
        <w:br/>
        <w:t>v -0.645559 3.269725 -0.317459</w:t>
        <w:br/>
        <w:t>v -0.649544 3.217627 -0.328101</w:t>
        <w:br/>
        <w:t>v -0.670952 3.253788 -0.316048</w:t>
        <w:br/>
        <w:t>v -0.651579 3.217840 -0.335795</w:t>
        <w:br/>
        <w:t>v -0.649544 3.217627 -0.328101</w:t>
        <w:br/>
        <w:t>v -0.674475 3.254524 -0.324429</w:t>
        <w:br/>
        <w:t>v -0.651579 3.217840 -0.335795</w:t>
        <w:br/>
        <w:t>v -0.670952 3.253788 -0.316048</w:t>
        <w:br/>
        <w:t>v -0.674475 3.254524 -0.324429</w:t>
        <w:br/>
        <w:t>v -0.835733 3.117960 -0.394787</w:t>
        <w:br/>
        <w:t>v -0.855506 3.144240 -0.394425</w:t>
        <w:br/>
        <w:t>v -0.908772 3.110246 -0.421393</w:t>
        <w:br/>
        <w:t>v -0.892440 3.087446 -0.415871</w:t>
        <w:br/>
        <w:t>v -0.892971 3.085178 -0.415597</w:t>
        <w:br/>
        <w:t>v -0.837195 3.115737 -0.390416</w:t>
        <w:br/>
        <w:t>v -0.835733 3.117960 -0.394787</w:t>
        <w:br/>
        <w:t>v -0.892440 3.087446 -0.415871</w:t>
        <w:br/>
        <w:t>v -0.912019 3.106674 -0.418657</w:t>
        <w:br/>
        <w:t>v -0.856830 3.141430 -0.389829</w:t>
        <w:br/>
        <w:t>v -0.837195 3.115737 -0.390416</w:t>
        <w:br/>
        <w:t>v -0.892971 3.085178 -0.415597</w:t>
        <w:br/>
        <w:t>v -0.912019 3.106674 -0.418657</w:t>
        <w:br/>
        <w:t>v -0.908772 3.110246 -0.421393</w:t>
        <w:br/>
        <w:t>v -0.855506 3.144240 -0.394425</w:t>
        <w:br/>
        <w:t>v -0.856830 3.141430 -0.389829</w:t>
        <w:br/>
        <w:t>v -0.911582 3.105113 -0.454380</w:t>
        <w:br/>
        <w:t>v -0.919676 3.098743 -0.453818</w:t>
        <w:br/>
        <w:t>v -0.903551 3.079096 -0.445599</w:t>
        <w:br/>
        <w:t>v -0.895457 3.085440 -0.446162</w:t>
        <w:br/>
        <w:t>v -0.613209 3.289510 -0.363150</w:t>
        <w:br/>
        <w:t>v -0.599669 3.263368 -0.378226</w:t>
        <w:br/>
        <w:t>v -0.594398 3.267065 -0.379999</w:t>
        <w:br/>
        <w:t>v -0.608063 3.292708 -0.364748</w:t>
        <w:br/>
        <w:t>v -0.951939 3.379505 -0.421980</w:t>
        <w:br/>
        <w:t>v -0.959296 3.382602 -0.423953</w:t>
        <w:br/>
        <w:t>v -0.956972 3.386924 -0.436319</w:t>
        <w:br/>
        <w:t>v -0.948916 3.380579 -0.429786</w:t>
        <w:br/>
        <w:t>v -0.946206 3.371835 -0.413986</w:t>
        <w:br/>
        <w:t>v -0.954075 3.371810 -0.412674</w:t>
        <w:br/>
        <w:t>v -0.931804 3.341783 -0.394413</w:t>
        <w:br/>
        <w:t>v -0.923098 3.343394 -0.398148</w:t>
        <w:br/>
        <w:t>v -0.846884 3.258023 -0.365683</w:t>
        <w:br/>
        <w:t>v -0.853301 3.252734 -0.358974</w:t>
        <w:br/>
        <w:t>v -0.972036 3.370349 -0.457515</w:t>
        <w:br/>
        <w:t>v -0.956972 3.386924 -0.436319</w:t>
        <w:br/>
        <w:t>v -0.959296 3.382602 -0.423953</w:t>
        <w:br/>
        <w:t>v -0.976695 3.362430 -0.441877</w:t>
        <w:br/>
        <w:t>v -0.954075 3.371810 -0.412674</w:t>
        <w:br/>
        <w:t>v -0.972798 3.349752 -0.432185</w:t>
        <w:br/>
        <w:t>v -0.931804 3.341783 -0.394413</w:t>
        <w:br/>
        <w:t>v -0.853301 3.252734 -0.358974</w:t>
        <w:br/>
        <w:t>v -0.875138 3.222619 -0.375446</w:t>
        <w:br/>
        <w:t>v -0.953488 3.316440 -0.414548</w:t>
        <w:br/>
        <w:t>v -0.780550 3.133711 -0.352944</w:t>
        <w:br/>
        <w:t>v -0.763001 3.166124 -0.340853</w:t>
        <w:br/>
        <w:t>v -0.677198 3.105388 -0.358228</w:t>
        <w:br/>
        <w:t>v -0.665057 3.095708 -0.372418</w:t>
        <w:br/>
        <w:t>v -0.658549 3.090711 -0.372355</w:t>
        <w:br/>
        <w:t>v -0.677160 3.100492 -0.352245</w:t>
        <w:br/>
        <w:t>v -0.678222 3.068154 -0.371606</w:t>
        <w:br/>
        <w:t>v -0.665057 3.095708 -0.372418</w:t>
        <w:br/>
        <w:t>v -0.677198 3.105388 -0.358228</w:t>
        <w:br/>
        <w:t>v -0.691662 3.068653 -0.363712</w:t>
        <w:br/>
        <w:t>v -0.846884 3.258023 -0.365683</w:t>
        <w:br/>
        <w:t>v -0.874681 3.220884 -0.384239</w:t>
        <w:br/>
        <w:t>v -0.783011 3.132849 -0.361450</w:t>
        <w:br/>
        <w:t>v -0.759291 3.171744 -0.348060</w:t>
        <w:br/>
        <w:t>v -0.923098 3.343394 -0.398148</w:t>
        <w:br/>
        <w:t>v -0.950377 3.313655 -0.422255</w:t>
        <w:br/>
        <w:t>v -0.968251 3.345530 -0.439442</w:t>
        <w:br/>
        <w:t>v -0.946206 3.371835 -0.413986</w:t>
        <w:br/>
        <w:t>v -0.969700 3.360207 -0.456591</w:t>
        <w:br/>
        <w:t>v -0.971924 3.355947 -0.447173</w:t>
        <w:br/>
        <w:t>v -0.951939 3.379505 -0.421980</w:t>
        <w:br/>
        <w:t>v -0.948916 3.380579 -0.429786</w:t>
        <w:br/>
        <w:t>v -0.677160 3.100492 -0.352245</w:t>
        <w:br/>
        <w:t>v -0.658549 3.090711 -0.372355</w:t>
        <w:br/>
        <w:t>v -0.670390 3.066155 -0.371343</w:t>
        <w:br/>
        <w:t>v -0.687377 3.068666 -0.358978</w:t>
        <w:br/>
        <w:t>v -0.759291 3.171744 -0.348060</w:t>
        <w:br/>
        <w:t>v -0.763001 3.166124 -0.340853</w:t>
        <w:br/>
        <w:t>v -0.722101 3.088228 -0.351117</w:t>
        <w:br/>
        <w:t>v -0.709737 3.121363 -0.341432</w:t>
        <w:br/>
        <w:t>v -0.725813 3.087605 -0.358127</w:t>
        <w:br/>
        <w:t>v -0.708326 3.127258 -0.348476</w:t>
        <w:br/>
        <w:t>v -0.709737 3.121363 -0.341432</w:t>
        <w:br/>
        <w:t>v -0.708326 3.127258 -0.348476</w:t>
        <w:br/>
        <w:t>v -0.670390 3.066155 -0.371343</w:t>
        <w:br/>
        <w:t>v -0.678222 3.068154 -0.371606</w:t>
        <w:br/>
        <w:t>v -0.691662 3.068653 -0.363712</w:t>
        <w:br/>
        <w:t>v -0.687377 3.068666 -0.358978</w:t>
        <w:br/>
        <w:t>v -0.725813 3.087605 -0.358127</w:t>
        <w:br/>
        <w:t>v -0.783011 3.132849 -0.361450</w:t>
        <w:br/>
        <w:t>v -0.874681 3.220884 -0.384239</w:t>
        <w:br/>
        <w:t>v -0.953488 3.316440 -0.414548</w:t>
        <w:br/>
        <w:t>v -0.950377 3.313655 -0.422255</w:t>
        <w:br/>
        <w:t>v -0.968251 3.345530 -0.439442</w:t>
        <w:br/>
        <w:t>v -0.971924 3.355947 -0.447173</w:t>
        <w:br/>
        <w:t>v -0.976695 3.362430 -0.441877</w:t>
        <w:br/>
        <w:t>v -0.972798 3.349752 -0.432185</w:t>
        <w:br/>
        <w:t>v -0.972036 3.370349 -0.457515</w:t>
        <w:br/>
        <w:t>v -0.969700 3.360207 -0.456591</w:t>
        <w:br/>
        <w:t>v -0.948916 3.380579 -0.429786</w:t>
        <w:br/>
        <w:t>v -0.956972 3.386924 -0.436319</w:t>
        <w:br/>
        <w:t>v -0.972036 3.370349 -0.457515</w:t>
        <w:br/>
        <w:t>v -0.969700 3.360207 -0.456591</w:t>
        <w:br/>
        <w:t>v -0.670390 3.066155 -0.371343</w:t>
        <w:br/>
        <w:t>v -0.658549 3.090711 -0.372355</w:t>
        <w:br/>
        <w:t>v -0.665057 3.095708 -0.372418</w:t>
        <w:br/>
        <w:t>v -0.678222 3.068154 -0.371606</w:t>
        <w:br/>
        <w:t>v -0.904612 3.105750 -0.406579</w:t>
        <w:br/>
        <w:t>v -0.896681 3.104738 -0.406192</w:t>
        <w:br/>
        <w:t>v -0.876977 3.074718 -0.385207</w:t>
        <w:br/>
        <w:t>v -0.884696 3.073843 -0.383683</w:t>
        <w:br/>
        <w:t>v -0.925446 3.088213 -0.423191</w:t>
        <w:br/>
        <w:t>v -0.905945 3.052274 -0.396698</w:t>
        <w:br/>
        <w:t>v -0.704602 2.923464 -0.365410</w:t>
        <w:br/>
        <w:t>v -0.683955 2.906889 -0.377514</w:t>
        <w:br/>
        <w:t>v -0.680283 2.901093 -0.373804</w:t>
        <w:br/>
        <w:t>v -0.702603 2.918505 -0.359665</w:t>
        <w:br/>
        <w:t>v -0.676098 2.897271 -0.394776</w:t>
        <w:br/>
        <w:t>v -0.670078 2.890863 -0.394651</w:t>
        <w:br/>
        <w:t>v -0.702241 2.876474 -0.375790</w:t>
        <w:br/>
        <w:t>v -0.691324 2.873252 -0.389767</w:t>
        <w:br/>
        <w:t>v -0.676098 2.897271 -0.394776</w:t>
        <w:br/>
        <w:t>v -0.683955 2.906889 -0.377514</w:t>
        <w:br/>
        <w:t>v -0.922723 3.082393 -0.427875</w:t>
        <w:br/>
        <w:t>v -0.904670 3.049200 -0.402701</w:t>
        <w:br/>
        <w:t>v -0.876977 3.074718 -0.385207</w:t>
        <w:br/>
        <w:t>v -0.896681 3.104738 -0.406192</w:t>
        <w:br/>
        <w:t>v -0.670078 2.890863 -0.394651</w:t>
        <w:br/>
        <w:t>v -0.683343 2.870529 -0.390529</w:t>
        <w:br/>
        <w:t>v -0.698057 2.876062 -0.371968</w:t>
        <w:br/>
        <w:t>v -0.680283 2.901093 -0.373804</w:t>
        <w:br/>
        <w:t>v -0.823981 3.013655 -0.360497</w:t>
        <w:br/>
        <w:t>v -0.743597 2.949641 -0.352408</w:t>
        <w:br/>
        <w:t>v -0.762665 2.921156 -0.356807</w:t>
        <w:br/>
        <w:t>v -0.845050 2.987726 -0.369059</w:t>
        <w:br/>
        <w:t>v -0.819839 3.016930 -0.364417</w:t>
        <w:br/>
        <w:t>v -0.846115 2.985654 -0.375868</w:t>
        <w:br/>
        <w:t>v -0.765616 2.920163 -0.362714</w:t>
        <w:br/>
        <w:t>v -0.742707 2.954056 -0.358496</w:t>
        <w:br/>
        <w:t>v -0.819839 3.016930 -0.364417</w:t>
        <w:br/>
        <w:t>v -0.742707 2.954056 -0.358496</w:t>
        <w:br/>
        <w:t>v -0.926133 3.117329 -0.464960</w:t>
        <w:br/>
        <w:t>v -0.912881 3.132767 -0.445849</w:t>
        <w:br/>
        <w:t>v -0.911944 3.122887 -0.426414</w:t>
        <w:br/>
        <w:t>v -0.929468 3.103989 -0.441852</w:t>
        <w:br/>
        <w:t>v -0.912881 3.132767 -0.445849</w:t>
        <w:br/>
        <w:t>v -0.905586 3.126784 -0.439392</w:t>
        <w:br/>
        <w:t>v -0.905074 3.121725 -0.426464</w:t>
        <w:br/>
        <w:t>v -0.911944 3.122887 -0.426414</w:t>
        <w:br/>
        <w:t>v -0.924385 3.107661 -0.464760</w:t>
        <w:br/>
        <w:t>v -0.926483 3.097106 -0.445974</w:t>
        <w:br/>
        <w:t>v -0.905074 3.121725 -0.426464</w:t>
        <w:br/>
        <w:t>v -0.905586 3.126784 -0.439392</w:t>
        <w:br/>
        <w:t>v -0.683343 2.870529 -0.390529</w:t>
        <w:br/>
        <w:t>v -0.691324 2.873252 -0.389767</w:t>
        <w:br/>
        <w:t>v -0.702241 2.876474 -0.375790</w:t>
        <w:br/>
        <w:t>v -0.698057 2.876062 -0.371968</w:t>
        <w:br/>
        <w:t>v -0.846115 2.985654 -0.375868</w:t>
        <w:br/>
        <w:t>v -0.765616 2.920163 -0.362714</w:t>
        <w:br/>
        <w:t>v -0.904670 3.049200 -0.402701</w:t>
        <w:br/>
        <w:t>v -0.922723 3.082393 -0.427875</w:t>
        <w:br/>
        <w:t>v -0.926483 3.097106 -0.445974</w:t>
        <w:br/>
        <w:t>v -0.924385 3.107661 -0.464760</w:t>
        <w:br/>
        <w:t>v -0.905586 3.126784 -0.439392</w:t>
        <w:br/>
        <w:t>v -0.912881 3.132767 -0.445849</w:t>
        <w:br/>
        <w:t>v -0.926133 3.117329 -0.464960</w:t>
        <w:br/>
        <w:t>v -0.924385 3.107661 -0.464760</w:t>
        <w:br/>
        <w:t>v -0.683343 2.870529 -0.390529</w:t>
        <w:br/>
        <w:t>v -0.670078 2.890863 -0.394651</w:t>
        <w:br/>
        <w:t>v -0.676098 2.897271 -0.394776</w:t>
        <w:br/>
        <w:t>v -0.691324 2.873252 -0.389767</w:t>
        <w:br/>
        <w:t>v -0.704602 2.923464 -0.365410</w:t>
        <w:br/>
        <w:t>v -0.725898 2.891913 -0.366535</w:t>
        <w:br/>
        <w:t>v -0.722163 2.892138 -0.361139</w:t>
        <w:br/>
        <w:t>v -0.702603 2.918505 -0.359665</w:t>
        <w:br/>
        <w:t>v -0.725898 2.891913 -0.366535</w:t>
        <w:br/>
        <w:t>v -0.722163 2.892138 -0.361139</w:t>
        <w:br/>
        <w:t>v -0.666456 3.106974 -0.368870</w:t>
        <w:br/>
        <w:t>v -0.643985 3.086340 -0.378713</w:t>
        <w:br/>
        <w:t>v -0.648170 3.083367 -0.377326</w:t>
        <w:br/>
        <w:t>v -0.670603 3.103976 -0.367396</w:t>
        <w:br/>
        <w:t>v -0.643985 3.086340 -0.378713</w:t>
        <w:br/>
        <w:t>v -0.648170 3.083367 -0.377326</w:t>
        <w:br/>
        <w:t>v -0.670603 3.103976 -0.367396</w:t>
        <w:br/>
        <w:t>v -0.666456 3.106974 -0.368870</w:t>
        <w:br/>
        <w:t>v -0.851367 3.840312 -0.303993</w:t>
        <w:br/>
        <w:t>v -0.856367 3.840328 -0.290143</w:t>
        <w:br/>
        <w:t>v -0.960532 1.867902 -0.345125</w:t>
        <w:br/>
        <w:t>v -0.996143 1.871924 -0.346062</w:t>
        <w:br/>
        <w:t>v -0.999902 1.820126 -0.341291</w:t>
        <w:br/>
        <w:t>v -0.969475 1.816691 -0.339979</w:t>
        <w:br/>
        <w:t>v -0.960532 1.867902 -0.345125</w:t>
        <w:br/>
        <w:t>v -0.969475 1.816691 -0.339979</w:t>
        <w:br/>
        <w:t>v -0.954249 1.814992 -0.317396</w:t>
        <w:br/>
        <w:t>v -0.942733 1.865904 -0.319232</w:t>
        <w:br/>
        <w:t>v -0.942733 1.865904 -0.319232</w:t>
        <w:br/>
        <w:t>v -0.954249 1.814992 -0.317396</w:t>
        <w:br/>
        <w:t>v -0.969475 1.816691 -0.296425</w:t>
        <w:br/>
        <w:t>v -0.960532 1.867915 -0.294589</w:t>
        <w:br/>
        <w:t>v -0.999902 1.820126 -0.297974</w:t>
        <w:br/>
        <w:t>v -0.996143 1.871924 -0.295750</w:t>
        <w:br/>
        <w:t>v -1.015116 1.821837 -0.320257</w:t>
        <w:br/>
        <w:t>v -1.013941 1.873935 -0.321331</w:t>
        <w:br/>
        <w:t>v -1.015116 1.821837 -0.320257</w:t>
        <w:br/>
        <w:t>v -1.013941 1.873935 -0.321331</w:t>
        <w:br/>
        <w:t>v -0.974446 1.804188 -0.334334</w:t>
        <w:br/>
        <w:t>v -0.997841 1.806824 -0.335333</w:t>
        <w:br/>
        <w:t>v -0.974446 1.804188 -0.334334</w:t>
        <w:br/>
        <w:t>v -0.962755 1.802876 -0.316972</w:t>
        <w:br/>
        <w:t>v -0.974446 1.804188 -0.300846</w:t>
        <w:br/>
        <w:t>v -0.962755 1.802876 -0.316972</w:t>
        <w:br/>
        <w:t>v -0.997841 1.806824 -0.302046</w:t>
        <w:br/>
        <w:t>v -1.009532 1.808135 -0.319170</w:t>
        <w:br/>
        <w:t>v -1.009532 1.808135 -0.319170</w:t>
        <w:br/>
        <w:t>v -0.944294 2.011443 -0.348673</w:t>
        <w:br/>
        <w:t>v -0.962106 2.013442 -0.323817</w:t>
        <w:br/>
        <w:t>v -0.979905 2.015453 -0.348673</w:t>
        <w:br/>
        <w:t>v -0.926495 2.009445 -0.323817</w:t>
        <w:br/>
        <w:t>v -0.944294 2.011443 -0.298961</w:t>
        <w:br/>
        <w:t>v -0.979905 2.015453 -0.298961</w:t>
        <w:br/>
        <w:t>v -0.997716 2.017451 -0.323817</w:t>
        <w:br/>
        <w:t>v -0.979905 2.015453 -0.298961</w:t>
        <w:br/>
        <w:t>v -0.944294 2.011443 -0.298961</w:t>
        <w:br/>
        <w:t>v -0.926495 2.009445 -0.323817</w:t>
        <w:br/>
        <w:t>v -0.944294 2.011443 -0.348673</w:t>
        <w:br/>
        <w:t>v -0.926495 2.009445 -0.323817</w:t>
        <w:br/>
        <w:t>v -0.944294 2.011443 -0.348673</w:t>
        <w:br/>
        <w:t>v -0.979905 2.015453 -0.348673</w:t>
        <w:br/>
        <w:t>v -0.997716 2.017451 -0.323817</w:t>
        <w:br/>
        <w:t>v -0.997716 2.017451 -0.323817</w:t>
        <w:br/>
        <w:t>v -0.575787 1.812732 -0.273330</w:t>
        <w:br/>
        <w:t>v -0.581395 1.857497 -0.284746</w:t>
        <w:br/>
        <w:t>v -0.616881 1.852539 -0.283410</w:t>
        <w:br/>
        <w:t>v -0.609062 1.808422 -0.270619</w:t>
        <w:br/>
        <w:t>v -0.560723 1.819214 -0.252009</w:t>
        <w:br/>
        <w:t>v -0.564146 1.863418 -0.260639</w:t>
        <w:br/>
        <w:t>v -0.564146 1.863418 -0.260639</w:t>
        <w:br/>
        <w:t>v -0.560723 1.819214 -0.252009</w:t>
        <w:br/>
        <w:t>v -0.577723 1.821375 -0.227989</w:t>
        <w:br/>
        <w:t>v -0.582357 1.864380 -0.235209</w:t>
        <w:br/>
        <w:t>v -0.609811 1.817078 -0.225254</w:t>
        <w:br/>
        <w:t>v -0.617842 1.859421 -0.233822</w:t>
        <w:br/>
        <w:t>v -0.624875 1.810596 -0.246563</w:t>
        <w:br/>
        <w:t>v -0.635117 1.853501 -0.257917</w:t>
        <w:br/>
        <w:t>v -0.624875 1.810596 -0.246563</w:t>
        <w:br/>
        <w:t>v -0.609062 1.808422 -0.270619</w:t>
        <w:br/>
        <w:t>v -0.616881 1.852539 -0.283410</w:t>
        <w:br/>
        <w:t>v -0.635117 1.853501 -0.257917</w:t>
        <w:br/>
        <w:t>v -0.604215 1.793096 -0.261614</w:t>
        <w:br/>
        <w:t>v -0.577885 1.796706 -0.263537</w:t>
        <w:br/>
        <w:t>v -0.565282 1.802152 -0.245613</w:t>
        <w:br/>
        <w:t>v -0.578997 1.803976 -0.225766</w:t>
        <w:br/>
        <w:t>v -0.565282 1.802152 -0.245613</w:t>
        <w:br/>
        <w:t>v -0.605327 1.800353 -0.223817</w:t>
        <w:br/>
        <w:t>v -0.617942 1.794920 -0.241741</w:t>
        <w:br/>
        <w:t>v -0.617942 1.794920 -0.241741</w:t>
        <w:br/>
        <w:t>v -0.604215 1.793096 -0.261614</w:t>
        <w:br/>
        <w:t>v -0.601330 1.999040 -0.312488</w:t>
        <w:br/>
        <w:t>v -0.619554 2.000002 -0.287869</w:t>
        <w:br/>
        <w:t>v -0.636816 1.994082 -0.312488</w:t>
        <w:br/>
        <w:t>v -0.584068 2.004961 -0.287869</w:t>
        <w:br/>
        <w:t>v -0.602292 2.005923 -0.263250</w:t>
        <w:br/>
        <w:t>v -0.637777 2.000964 -0.263250</w:t>
        <w:br/>
        <w:t>v -0.655039 1.995043 -0.287782</w:t>
        <w:br/>
        <w:t>v -0.637777 2.000964 -0.263250</w:t>
        <w:br/>
        <w:t>v -0.602292 2.005923 -0.263250</w:t>
        <w:br/>
        <w:t>v -0.584068 2.004961 -0.287869</w:t>
        <w:br/>
        <w:t>v -0.601330 1.999040 -0.312488</w:t>
        <w:br/>
        <w:t>v -0.584068 2.004961 -0.287869</w:t>
        <w:br/>
        <w:t>v -0.636816 1.994082 -0.312488</w:t>
        <w:br/>
        <w:t>v -0.636816 1.994082 -0.312488</w:t>
        <w:br/>
        <w:t>v -0.655039 1.995043 -0.287782</w:t>
        <w:br/>
        <w:t>v -0.655039 1.995043 -0.287782</w:t>
        <w:br/>
        <w:t>v -0.815630 2.841026 -0.418333</w:t>
        <w:br/>
        <w:t>v -0.800766 2.844623 -0.427101</w:t>
        <w:br/>
        <w:t>v -0.804863 2.866345 -0.417084</w:t>
        <w:br/>
        <w:t>v -0.818403 2.857701 -0.413524</w:t>
        <w:br/>
        <w:t>v -0.795995 2.757939 -0.416072</w:t>
        <w:br/>
        <w:t>v -0.798443 2.814834 -0.425315</w:t>
        <w:br/>
        <w:t>v -0.813506 2.814409 -0.417458</w:t>
        <w:br/>
        <w:t>v -0.811246 2.761874 -0.409302</w:t>
        <w:br/>
        <w:t>v -0.794946 2.691090 -0.397898</w:t>
        <w:br/>
        <w:t>v -0.806737 2.698160 -0.396762</w:t>
        <w:br/>
        <w:t>v -0.802390 2.679012 -0.370219</w:t>
        <w:br/>
        <w:t>v -0.794946 2.691090 -0.397898</w:t>
        <w:br/>
        <w:t>v -0.806737 2.698160 -0.396762</w:t>
        <w:br/>
        <w:t>v -0.812632 2.688217 -0.376202</w:t>
        <w:br/>
        <w:t>v -0.820164 2.707577 -0.365298</w:t>
        <w:br/>
        <w:t>v -0.812794 2.703381 -0.350497</w:t>
        <w:br/>
        <w:t>v -0.826584 2.770093 -0.365810</w:t>
        <w:br/>
        <w:t>v -0.819677 2.770093 -0.351209</w:t>
        <w:br/>
        <w:t>v -0.821288 2.857239 -0.363187</w:t>
        <w:br/>
        <w:t>v -0.828557 2.851206 -0.376989</w:t>
        <w:br/>
        <w:t>v -0.815930 2.881620 -0.386832</w:t>
        <w:br/>
        <w:t>v -0.820751 2.874701 -0.372268</w:t>
        <w:br/>
        <w:t>v -0.825643 2.867053 -0.394472</w:t>
        <w:br/>
        <w:t>v -0.745633 2.814883 -0.392677</w:t>
        <w:br/>
        <w:t>v -0.752216 2.814834 -0.408228</w:t>
        <w:br/>
        <w:t>v -0.757486 2.757939 -0.401845</w:t>
        <w:br/>
        <w:t>v -0.750592 2.762561 -0.386807</w:t>
        <w:br/>
        <w:t>v -0.754589 2.866357 -0.398510</w:t>
        <w:br/>
        <w:t>v -0.749892 2.844623 -0.408303</w:t>
        <w:br/>
        <w:t>v -0.743585 2.841126 -0.392352</w:t>
        <w:br/>
        <w:t>v -0.746070 2.857751 -0.387106</w:t>
        <w:br/>
        <w:t>v -0.765306 2.691103 -0.387456</w:t>
        <w:br/>
        <w:t>v -0.756700 2.698859 -0.379675</w:t>
        <w:br/>
        <w:t>v -0.756700 2.698859 -0.379675</w:t>
        <w:br/>
        <w:t>v -0.765306 2.691103 -0.387456</w:t>
        <w:br/>
        <w:t>v -0.779145 2.679012 -0.361613</w:t>
        <w:br/>
        <w:t>v -0.766355 2.685657 -0.359490</w:t>
        <w:br/>
        <w:t>v -0.768216 2.707915 -0.347187</w:t>
        <w:br/>
        <w:t>v -0.783429 2.703381 -0.339655</w:t>
        <w:br/>
        <w:t>v -0.766654 2.770068 -0.344189</w:t>
        <w:br/>
        <w:t>v -0.781593 2.770030 -0.336932</w:t>
        <w:br/>
        <w:t>v -0.775273 2.857464 -0.345675</w:t>
        <w:br/>
        <w:t>v -0.760472 2.852018 -0.351971</w:t>
        <w:br/>
        <w:t>v -0.765405 2.881620 -0.368158</w:t>
        <w:br/>
        <w:t>v -0.752965 2.867856 -0.368171</w:t>
        <w:br/>
        <w:t>v -0.770589 2.874751 -0.353994</w:t>
        <w:br/>
        <w:t>v -0.810246 2.879210 -0.403157</w:t>
        <w:br/>
        <w:t>v -0.759810 2.879309 -0.383859</w:t>
        <w:br/>
        <w:t>v -0.820164 2.707577 -0.365298</w:t>
        <w:br/>
        <w:t>v -0.812632 2.688217 -0.376202</w:t>
        <w:br/>
        <w:t>v -0.819352 2.796647 -0.393477</w:t>
        <w:br/>
        <w:t>v -0.826584 2.770093 -0.365810</w:t>
        <w:br/>
        <w:t>v -0.756175 2.798109 -0.370269</w:t>
        <w:br/>
        <w:t>v -0.750592 2.762561 -0.386807</w:t>
        <w:br/>
        <w:t>v -0.756700 2.698859 -0.379675</w:t>
        <w:br/>
        <w:t>v -0.766355 2.685657 -0.359490</w:t>
        <w:br/>
        <w:t>v -0.806737 2.698160 -0.396762</w:t>
        <w:br/>
        <w:t>v -0.811246 2.761874 -0.409302</w:t>
        <w:br/>
        <w:t>v -0.768216 2.707915 -0.347187</w:t>
        <w:br/>
        <w:t>v -0.766654 2.770068 -0.344189</w:t>
        <w:br/>
        <w:t>v -0.760472 2.852018 -0.351971</w:t>
        <w:br/>
        <w:t>v -0.745633 2.814883 -0.392677</w:t>
        <w:br/>
        <w:t>v -0.813506 2.814409 -0.417458</w:t>
        <w:br/>
        <w:t>v -0.828557 2.851206 -0.376989</w:t>
        <w:br/>
        <w:t>v -0.746070 2.857751 -0.387106</w:t>
        <w:br/>
        <w:t>v -0.743585 2.841126 -0.392352</w:t>
        <w:br/>
        <w:t>v -0.752965 2.867856 -0.368171</w:t>
        <w:br/>
        <w:t>v -0.815630 2.841026 -0.418333</w:t>
        <w:br/>
        <w:t>v -0.818403 2.857701 -0.413524</w:t>
        <w:br/>
        <w:t>v -0.825643 2.867053 -0.394472</w:t>
        <w:br/>
        <w:t>v -0.769490 2.706891 -0.355218</w:t>
        <w:br/>
        <w:t>v -0.813694 2.828635 -0.374116</w:t>
        <w:br/>
        <w:t>v -0.799042 2.835655 -0.367122</w:t>
        <w:br/>
        <w:t>v -0.749068 2.725439 -0.346662</w:t>
        <w:br/>
        <w:t>v -0.720814 2.587581 -0.339205</w:t>
        <w:br/>
        <w:t>v -0.701229 2.616909 -0.329550</w:t>
        <w:br/>
        <w:t>v -0.790561 2.838553 -0.384583</w:t>
        <w:br/>
        <w:t>v -0.805213 2.831533 -0.391553</w:t>
        <w:br/>
        <w:t>v -0.751903 2.713673 -0.391978</w:t>
        <w:br/>
        <w:t>v -0.733043 2.732284 -0.381848</w:t>
        <w:br/>
        <w:t>v -0.699143 2.596200 -0.388543</w:t>
        <w:br/>
        <w:t>v -0.679171 2.625315 -0.376090</w:t>
        <w:br/>
        <w:t>v -0.568867 2.579787 -0.298274</w:t>
        <w:br/>
        <w:t>v -0.544423 2.592153 -0.291529</w:t>
        <w:br/>
        <w:t>v -0.525937 2.540292 -0.286658</w:t>
        <w:br/>
        <w:t>v -0.553529 2.539006 -0.294102</w:t>
        <w:br/>
        <w:t>v -0.645309 2.673191 -0.317747</w:t>
        <w:br/>
        <w:t>v -0.617431 2.687518 -0.309216</w:t>
        <w:br/>
        <w:t>v -0.507264 2.546475 -0.338094</w:t>
        <w:br/>
        <w:t>v -0.526737 2.599160 -0.342878</w:t>
        <w:br/>
        <w:t>v -0.550656 2.584934 -0.350047</w:t>
        <w:br/>
        <w:t>v -0.534768 2.544852 -0.345563</w:t>
        <w:br/>
        <w:t>v -0.598969 2.691665 -0.360027</w:t>
        <w:br/>
        <w:t>v -0.628647 2.678250 -0.368583</w:t>
        <w:br/>
        <w:t>v -0.761221 2.867993 -0.386519</w:t>
        <w:br/>
        <w:t>v -0.777409 2.857201 -0.391591</w:t>
        <w:br/>
        <w:t>v -0.647120 2.509091 -0.314686</w:t>
        <w:br/>
        <w:t>v -0.618067 2.481487 -0.310440</w:t>
        <w:br/>
        <w:t>v -0.617306 2.444478 -0.314362</w:t>
        <w:br/>
        <w:t>v -0.666531 2.483298 -0.326315</w:t>
        <w:br/>
        <w:t>v -0.623788 2.517447 -0.364611</w:t>
        <w:br/>
        <w:t>v -0.643173 2.491692 -0.376340</w:t>
        <w:br/>
        <w:t>v -0.596334 2.453321 -0.364736</w:t>
        <w:br/>
        <w:t>v -0.596371 2.489793 -0.361089</w:t>
        <w:br/>
        <w:t>v -0.577411 2.434323 -0.304482</w:t>
        <w:br/>
        <w:t>v -0.590364 2.471669 -0.303932</w:t>
        <w:br/>
        <w:t>v -0.554191 2.498686 -0.294514</w:t>
        <w:br/>
        <w:t>v -0.524751 2.486845 -0.287232</w:t>
        <w:br/>
        <w:t>v -0.543124 2.445939 -0.292378</w:t>
        <w:br/>
        <w:t>v -0.564283 2.477552 -0.296638</w:t>
        <w:br/>
        <w:t>v -0.534868 2.505231 -0.345663</w:t>
        <w:br/>
        <w:t>v -0.545872 2.485634 -0.347724</w:t>
        <w:br/>
        <w:t>v -0.523015 2.453446 -0.342940</w:t>
        <w:br/>
        <w:t>v -0.506277 2.492279 -0.338119</w:t>
        <w:br/>
        <w:t>v -0.556864 2.442342 -0.354331</w:t>
        <w:br/>
        <w:t>v -0.569454 2.479563 -0.354294</w:t>
        <w:br/>
        <w:t>v -0.666531 2.483298 -0.326315</w:t>
        <w:br/>
        <w:t>v -0.643173 2.491692 -0.376340</w:t>
        <w:br/>
        <w:t>v -0.699143 2.596200 -0.388543</w:t>
        <w:br/>
        <w:t>v -0.720814 2.587581 -0.339205</w:t>
        <w:br/>
        <w:t>v -0.598969 2.691665 -0.360027</w:t>
        <w:br/>
        <w:t>v -0.526737 2.599160 -0.342878</w:t>
        <w:br/>
        <w:t>v -0.544423 2.592153 -0.291529</w:t>
        <w:br/>
        <w:t>v -0.617431 2.687518 -0.309216</w:t>
        <w:br/>
        <w:t>v -0.628647 2.678250 -0.368583</w:t>
        <w:br/>
        <w:t>v -0.645309 2.673191 -0.317747</w:t>
        <w:br/>
        <w:t>v -0.568867 2.579787 -0.298274</w:t>
        <w:br/>
        <w:t>v -0.550656 2.584934 -0.350047</w:t>
        <w:br/>
        <w:t>v -0.647120 2.509091 -0.314686</w:t>
        <w:br/>
        <w:t>v -0.701229 2.616909 -0.329550</w:t>
        <w:br/>
        <w:t>v -0.679171 2.625315 -0.376090</w:t>
        <w:br/>
        <w:t>v -0.623788 2.517447 -0.364611</w:t>
        <w:br/>
        <w:t>v -0.596371 2.489793 -0.361089</w:t>
        <w:br/>
        <w:t>v -0.618067 2.481487 -0.310440</w:t>
        <w:br/>
        <w:t>v -0.596334 2.453321 -0.364736</w:t>
        <w:br/>
        <w:t>v -0.617306 2.444478 -0.314362</w:t>
        <w:br/>
        <w:t>v -0.534868 2.505231 -0.345663</w:t>
        <w:br/>
        <w:t>v -0.554191 2.498686 -0.294514</w:t>
        <w:br/>
        <w:t>v -0.564283 2.477552 -0.296638</w:t>
        <w:br/>
        <w:t>v -0.545872 2.485634 -0.347724</w:t>
        <w:br/>
        <w:t>v -0.506277 2.492279 -0.338119</w:t>
        <w:br/>
        <w:t>v -0.523015 2.453446 -0.342940</w:t>
        <w:br/>
        <w:t>v -0.543124 2.445939 -0.292378</w:t>
        <w:br/>
        <w:t>v -0.524751 2.486845 -0.287232</w:t>
        <w:br/>
        <w:t>v -0.553529 2.539006 -0.294102</w:t>
        <w:br/>
        <w:t>v -0.534768 2.544852 -0.345563</w:t>
        <w:br/>
        <w:t>v -0.507264 2.546475 -0.338094</w:t>
        <w:br/>
        <w:t>v -0.525937 2.540292 -0.286658</w:t>
        <w:br/>
        <w:t>v -0.590364 2.471669 -0.303932</w:t>
        <w:br/>
        <w:t>v -0.569454 2.479563 -0.354294</w:t>
        <w:br/>
        <w:t>v -0.556864 2.442342 -0.354331</w:t>
        <w:br/>
        <w:t>v -0.577411 2.434323 -0.304482</w:t>
        <w:br/>
        <w:t>v -0.751903 2.713673 -0.391978</w:t>
        <w:br/>
        <w:t>v -0.769490 2.706891 -0.355218</w:t>
        <w:br/>
        <w:t>v -0.749068 2.725439 -0.346662</w:t>
        <w:br/>
        <w:t>v -0.733043 2.732284 -0.381848</w:t>
        <w:br/>
        <w:t>v -0.777409 2.857201 -0.391591</w:t>
        <w:br/>
        <w:t>v -0.786077 2.856714 -0.369895</w:t>
        <w:br/>
        <w:t>v -0.770027 2.867381 -0.364349</w:t>
        <w:br/>
        <w:t>v -0.761221 2.867993 -0.386519</w:t>
        <w:br/>
        <w:t>v -0.805213 2.831533 -0.391553</w:t>
        <w:br/>
        <w:t>v -0.813694 2.828635 -0.374116</w:t>
        <w:br/>
        <w:t>v -0.799042 2.835655 -0.367122</w:t>
        <w:br/>
        <w:t>v -0.790561 2.838553 -0.384583</w:t>
        <w:br/>
        <w:t>v -0.813694 2.828635 -0.374116</w:t>
        <w:br/>
        <w:t>v -0.790561 2.838553 -0.384583</w:t>
        <w:br/>
        <w:t>v -0.799042 2.835655 -0.367122</w:t>
        <w:br/>
        <w:t>v -0.805213 2.831533 -0.391553</w:t>
        <w:br/>
        <w:t>v -0.645109 1.983602 -0.269146</w:t>
        <w:br/>
        <w:t>v -0.665344 2.164040 -0.321381</w:t>
        <w:br/>
        <w:t>v -0.610985 2.168986 -0.329887</w:t>
        <w:br/>
        <w:t>v -0.593411 1.995880 -0.278576</w:t>
        <w:br/>
        <w:t>v -0.785303 2.770143 -0.393102</w:t>
        <w:br/>
        <w:t>v -0.785303 2.770143 -0.360377</w:t>
        <w:br/>
        <w:t>v -0.804388 2.717533 -0.360377</w:t>
        <w:br/>
        <w:t>v -0.804388 2.717533 -0.393102</w:t>
        <w:br/>
        <w:t>v -0.611447 2.168986 -0.359714</w:t>
        <w:br/>
        <w:t>v -0.665506 2.164153 -0.350646</w:t>
        <w:br/>
        <w:t>v -0.645059 1.983602 -0.296575</w:t>
        <w:br/>
        <w:t>v -0.593411 1.995893 -0.306230</w:t>
        <w:br/>
        <w:t>v -0.645109 1.983602 -0.269146</w:t>
        <w:br/>
        <w:t>v -0.593411 1.995880 -0.278576</w:t>
        <w:br/>
        <w:t>v -0.593411 1.995893 -0.306230</w:t>
        <w:br/>
        <w:t>v -0.645059 1.983602 -0.296575</w:t>
        <w:br/>
        <w:t>v -0.593411 1.995880 -0.278576</w:t>
        <w:br/>
        <w:t>v -0.610985 2.168986 -0.329887</w:t>
        <w:br/>
        <w:t>v -0.611447 2.168986 -0.359714</w:t>
        <w:br/>
        <w:t>v -0.593411 1.995893 -0.306230</w:t>
        <w:br/>
        <w:t>v -0.645109 1.983602 -0.269146</w:t>
        <w:br/>
        <w:t>v -0.645059 1.983602 -0.296575</w:t>
        <w:br/>
        <w:t>v -0.665506 2.164153 -0.350646</w:t>
        <w:br/>
        <w:t>v -0.665344 2.164040 -0.321381</w:t>
        <w:br/>
        <w:t>v -0.774149 2.673016 -0.358104</w:t>
        <w:br/>
        <w:t>v -0.804388 2.717533 -0.360377</w:t>
        <w:br/>
        <w:t>v -0.785303 2.770143 -0.360377</w:t>
        <w:br/>
        <w:t>v -0.723600 2.687556 -0.356567</w:t>
        <w:br/>
        <w:t>v -0.774149 2.673016 -0.358104</w:t>
        <w:br/>
        <w:t>v -0.774149 2.673016 -0.390829</w:t>
        <w:br/>
        <w:t>v -0.785303 2.770143 -0.393102</w:t>
        <w:br/>
        <w:t>v -0.804388 2.717533 -0.393102</w:t>
        <w:br/>
        <w:t>v -0.774149 2.673016 -0.390829</w:t>
        <w:br/>
        <w:t>v -0.723600 2.687556 -0.389292</w:t>
        <w:br/>
        <w:t>v -0.723600 2.687556 -0.356567</w:t>
        <w:br/>
        <w:t>v -0.785303 2.770143 -0.360377</w:t>
        <w:br/>
        <w:t>v -0.785303 2.770143 -0.393102</w:t>
        <w:br/>
        <w:t>v -0.723600 2.687556 -0.389292</w:t>
        <w:br/>
        <w:t>v -0.641387 2.366124 -0.354519</w:t>
        <w:br/>
        <w:t>v -0.691687 2.357444 -0.353732</w:t>
        <w:br/>
        <w:t>v -0.725049 2.527952 -0.355880</w:t>
        <w:br/>
        <w:t>v -0.677772 2.535334 -0.357079</w:t>
        <w:br/>
        <w:t>v -0.725049 2.527952 -0.355880</w:t>
        <w:br/>
        <w:t>v -0.691687 2.357444 -0.353732</w:t>
        <w:br/>
        <w:t>v -0.692836 2.356944 -0.384433</w:t>
        <w:br/>
        <w:t>v -0.727722 2.526840 -0.387156</w:t>
        <w:br/>
        <w:t>v -0.727722 2.526840 -0.387156</w:t>
        <w:br/>
        <w:t>v -0.692836 2.356944 -0.384433</w:t>
        <w:br/>
        <w:t>v -0.641949 2.367024 -0.386020</w:t>
        <w:br/>
        <w:t>v -0.677984 2.536320 -0.388505</w:t>
        <w:br/>
        <w:t>v -0.677984 2.536320 -0.388505</w:t>
        <w:br/>
        <w:t>v -0.641949 2.367024 -0.386020</w:t>
        <w:br/>
        <w:t>v -0.641387 2.366124 -0.354519</w:t>
        <w:br/>
        <w:t>v -0.677772 2.535334 -0.357079</w:t>
        <w:br/>
        <w:t>v -0.775310 2.833107 -0.384946</w:t>
        <w:br/>
        <w:t>v -0.760010 2.827049 -0.391403</w:t>
        <w:br/>
        <w:t>v -0.804726 2.704055 -0.393627</w:t>
        <w:br/>
        <w:t>v -0.825535 2.722529 -0.383359</w:t>
        <w:br/>
        <w:t>v -0.851852 2.583734 -0.398698</w:t>
        <w:br/>
        <w:t>v -0.875035 2.613062 -0.385320</w:t>
        <w:br/>
        <w:t>v -0.819827 2.714647 -0.428600</w:t>
        <w:br/>
        <w:t>v -0.766817 2.832333 -0.409015</w:t>
        <w:br/>
        <w:t>v -0.782118 2.838403 -0.402570</w:t>
        <w:br/>
        <w:t>v -0.838812 2.733183 -0.419344</w:t>
        <w:br/>
        <w:t>v -0.870413 2.598473 -0.446936</w:t>
        <w:br/>
        <w:t>v -0.891372 2.627239 -0.434283</w:t>
        <w:br/>
        <w:t>v -1.057721 2.507692 -0.375815</w:t>
        <w:br/>
        <w:t>v -1.038536 2.573267 -0.367584</w:t>
        <w:br/>
        <w:t>v -1.014716 2.559228 -0.374216</w:t>
        <w:br/>
        <w:t>v -1.026132 2.520857 -0.379250</w:t>
        <w:br/>
        <w:t>v -0.961319 2.679562 -0.365648</w:t>
        <w:br/>
        <w:t>v -0.931404 2.667146 -0.374016</w:t>
        <w:br/>
        <w:t>v -0.809997 2.857651 -0.378500</w:t>
        <w:br/>
        <w:t>v -0.792622 2.846722 -0.382060</w:t>
        <w:br/>
        <w:t>v -1.027307 2.571481 -0.426127</w:t>
        <w:br/>
        <w:t>v -1.051800 2.585508 -0.419619</w:t>
        <w:br/>
        <w:t>v -1.067963 2.523143 -0.427001</w:t>
        <w:br/>
        <w:t>v -1.040159 2.534422 -0.430911</w:t>
        <w:br/>
        <w:t>v -0.944157 2.678225 -0.424366</w:t>
        <w:br/>
        <w:t>v -0.974147 2.690740 -0.416684</w:t>
        <w:br/>
        <w:t>v -0.929169 2.503670 -0.393901</w:t>
        <w:br/>
        <w:t>v -0.906823 2.480887 -0.406604</w:t>
        <w:br/>
        <w:t>v -0.956273 2.440043 -0.403906</w:t>
        <w:br/>
        <w:t>v -0.960894 2.472769 -0.393714</w:t>
        <w:br/>
        <w:t>v -0.947155 2.518871 -0.444912</w:t>
        <w:br/>
        <w:t>v -0.977931 2.488045 -0.444263</w:t>
        <w:br/>
        <w:t>v -0.973360 2.455295 -0.455105</w:t>
        <w:br/>
        <w:t>v -0.925409 2.496151 -0.457003</w:t>
        <w:br/>
        <w:t>v -0.994656 2.428452 -0.398997</w:t>
        <w:br/>
        <w:t>v -0.985188 2.464338 -0.391928</w:t>
        <w:br/>
        <w:t>v -1.023959 2.491030 -0.384096</w:t>
        <w:br/>
        <w:t>v -1.050289 2.468309 -0.383746</w:t>
        <w:br/>
        <w:t>v -1.065053 2.482686 -0.434171</w:t>
        <w:br/>
        <w:t>v -1.038648 2.505057 -0.435370</w:t>
        <w:br/>
        <w:t>v -1.011156 2.443091 -0.449584</w:t>
        <w:br/>
        <w:t>v -1.001376 2.479226 -0.442652</w:t>
        <w:br/>
        <w:t>v -0.870413 2.598473 -0.446936</w:t>
        <w:br/>
        <w:t>v -0.925409 2.496151 -0.457003</w:t>
        <w:br/>
        <w:t>v -0.906823 2.480887 -0.406604</w:t>
        <w:br/>
        <w:t>v -0.851852 2.583734 -0.398698</w:t>
        <w:br/>
        <w:t>v -0.974147 2.690740 -0.416684</w:t>
        <w:br/>
        <w:t>v -0.961319 2.679562 -0.365648</w:t>
        <w:br/>
        <w:t>v -1.038536 2.573267 -0.367584</w:t>
        <w:br/>
        <w:t>v -1.051800 2.585508 -0.419619</w:t>
        <w:br/>
        <w:t>v -1.014716 2.559228 -0.374216</w:t>
        <w:br/>
        <w:t>v -0.931404 2.667146 -0.374016</w:t>
        <w:br/>
        <w:t>v -0.944157 2.678225 -0.424366</w:t>
        <w:br/>
        <w:t>v -1.027307 2.571481 -0.426127</w:t>
        <w:br/>
        <w:t>v -0.929169 2.503670 -0.393901</w:t>
        <w:br/>
        <w:t>v -0.947155 2.518871 -0.444912</w:t>
        <w:br/>
        <w:t>v -0.891372 2.627239 -0.434283</w:t>
        <w:br/>
        <w:t>v -0.875035 2.613062 -0.385320</w:t>
        <w:br/>
        <w:t>v -0.960894 2.472769 -0.393714</w:t>
        <w:br/>
        <w:t>v -0.977931 2.488045 -0.444263</w:t>
        <w:br/>
        <w:t>v -0.973360 2.455295 -0.455105</w:t>
        <w:br/>
        <w:t>v -0.956273 2.440043 -0.403906</w:t>
        <w:br/>
        <w:t>v -1.023959 2.491030 -0.384096</w:t>
        <w:br/>
        <w:t>v -1.026132 2.520857 -0.379250</w:t>
        <w:br/>
        <w:t>v -1.040159 2.534422 -0.430911</w:t>
        <w:br/>
        <w:t>v -1.038648 2.505057 -0.435370</w:t>
        <w:br/>
        <w:t>v -1.067963 2.523143 -0.427001</w:t>
        <w:br/>
        <w:t>v -1.057721 2.507692 -0.375815</w:t>
        <w:br/>
        <w:t>v -1.050289 2.468309 -0.383746</w:t>
        <w:br/>
        <w:t>v -1.065053 2.482686 -0.434171</w:t>
        <w:br/>
        <w:t>v -0.985188 2.464338 -0.391928</w:t>
        <w:br/>
        <w:t>v -1.009245 2.468334 -0.390291</w:t>
        <w:br/>
        <w:t>v -1.024584 2.482824 -0.441178</w:t>
        <w:br/>
        <w:t>v -1.001376 2.479226 -0.442652</w:t>
        <w:br/>
        <w:t>v -1.045755 2.450536 -0.442802</w:t>
        <w:br/>
        <w:t>v -1.030317 2.436072 -0.393027</w:t>
        <w:br/>
        <w:t>v -0.994656 2.428452 -0.398997</w:t>
        <w:br/>
        <w:t>v -1.011156 2.443091 -0.449584</w:t>
        <w:br/>
        <w:t>v -0.819827 2.714647 -0.428600</w:t>
        <w:br/>
        <w:t>v -0.804726 2.704055 -0.393627</w:t>
        <w:br/>
        <w:t>v -0.838812 2.733183 -0.419344</w:t>
        <w:br/>
        <w:t>v -0.825535 2.722529 -0.383359</w:t>
        <w:br/>
        <w:t>v -0.792622 2.846722 -0.382060</w:t>
        <w:br/>
        <w:t>v -0.801003 2.850831 -0.408678</w:t>
        <w:br/>
        <w:t>v -0.809997 2.857651 -0.378500</w:t>
        <w:br/>
        <w:t>v -0.816179 2.860199 -0.402795</w:t>
        <w:br/>
        <w:t>v -0.766817 2.832333 -0.409015</w:t>
        <w:br/>
        <w:t>v -0.760010 2.827049 -0.391403</w:t>
        <w:br/>
        <w:t>v -0.782118 2.838403 -0.402570</w:t>
        <w:br/>
        <w:t>v -0.775310 2.833107 -0.384946</w:t>
        <w:br/>
        <w:t>v -0.775310 2.833107 -0.384946</w:t>
        <w:br/>
        <w:t>v -0.782118 2.838403 -0.402570</w:t>
        <w:br/>
        <w:t>v -0.766817 2.832333 -0.409015</w:t>
        <w:br/>
        <w:t>v -0.760010 2.827049 -0.391403</w:t>
        <w:br/>
        <w:t>v -0.937087 1.999328 -0.300372</w:t>
        <w:br/>
        <w:t>v -0.992807 2.009008 -0.306155</w:t>
        <w:br/>
        <w:t>v -0.975046 2.182976 -0.323230</w:t>
        <w:br/>
        <w:t>v -0.921112 2.177755 -0.318621</w:t>
        <w:br/>
        <w:t>v -0.809272 2.785768 -0.393102</w:t>
        <w:br/>
        <w:t>v -0.789325 2.733458 -0.393102</w:t>
        <w:br/>
        <w:t>v -0.789325 2.733458 -0.360377</w:t>
        <w:br/>
        <w:t>v -0.809272 2.785768 -0.360377</w:t>
        <w:br/>
        <w:t>v -0.937087 1.999328 -0.333097</w:t>
        <w:br/>
        <w:t>v -0.921112 2.177755 -0.351346</w:t>
        <w:br/>
        <w:t>v -0.975134 2.178867 -0.352882</w:t>
        <w:br/>
        <w:t>v -0.991434 2.009008 -0.338281</w:t>
        <w:br/>
        <w:t>v -0.991434 2.009008 -0.338281</w:t>
        <w:br/>
        <w:t>v -0.992807 2.009008 -0.306155</w:t>
        <w:br/>
        <w:t>v -0.937087 1.999328 -0.300372</w:t>
        <w:br/>
        <w:t>v -0.937087 1.999328 -0.333097</w:t>
        <w:br/>
        <w:t>v -0.975134 2.178867 -0.352882</w:t>
        <w:br/>
        <w:t>v -0.975046 2.182976 -0.323230</w:t>
        <w:br/>
        <w:t>v -0.992807 2.009008 -0.306155</w:t>
        <w:br/>
        <w:t>v -0.991434 2.009008 -0.338281</w:t>
        <w:br/>
        <w:t>v -0.937087 1.999328 -0.300372</w:t>
        <w:br/>
        <w:t>v -0.921112 2.177755 -0.318621</w:t>
        <w:br/>
        <w:t>v -0.921112 2.177755 -0.351346</w:t>
        <w:br/>
        <w:t>v -0.937087 1.999328 -0.333097</w:t>
        <w:br/>
        <w:t>v -0.818990 2.688704 -0.358890</w:t>
        <w:br/>
        <w:t>v -0.862332 2.702344 -0.357929</w:t>
        <w:br/>
        <w:t>v -0.809272 2.785768 -0.360377</w:t>
        <w:br/>
        <w:t>v -0.789325 2.733458 -0.360377</w:t>
        <w:br/>
        <w:t>v -0.818016 2.690353 -0.385595</w:t>
        <w:br/>
        <w:t>v -0.818990 2.688704 -0.358890</w:t>
        <w:br/>
        <w:t>v -0.818016 2.690353 -0.385595</w:t>
        <w:br/>
        <w:t>v -0.789325 2.733458 -0.393102</w:t>
        <w:br/>
        <w:t>v -0.809272 2.785768 -0.393102</w:t>
        <w:br/>
        <w:t>v -0.862944 2.702344 -0.389430</w:t>
        <w:br/>
        <w:t>v -0.862332 2.702344 -0.357929</w:t>
        <w:br/>
        <w:t>v -0.862944 2.702344 -0.389430</w:t>
        <w:br/>
        <w:t>v -0.809272 2.785768 -0.393102</w:t>
        <w:br/>
        <w:t>v -0.809272 2.785768 -0.360377</w:t>
        <w:br/>
        <w:t>v -0.863606 2.542616 -0.356380</w:t>
        <w:br/>
        <w:t>v -0.896368 2.371583 -0.356292</w:t>
        <w:br/>
        <w:t>v -0.949341 2.380301 -0.356317</w:t>
        <w:br/>
        <w:t>v -0.914680 2.550222 -0.356555</w:t>
        <w:br/>
        <w:t>v -0.863606 2.542616 -0.356380</w:t>
        <w:br/>
        <w:t>v -0.863718 2.542616 -0.388880</w:t>
        <w:br/>
        <w:t>v -0.896368 2.371583 -0.389017</w:t>
        <w:br/>
        <w:t>v -0.896368 2.371583 -0.356292</w:t>
        <w:br/>
        <w:t>v -0.863718 2.542616 -0.388880</w:t>
        <w:br/>
        <w:t>v -0.914792 2.550222 -0.389055</w:t>
        <w:br/>
        <w:t>v -0.949341 2.380301 -0.389042</w:t>
        <w:br/>
        <w:t>v -0.896368 2.371583 -0.389017</w:t>
        <w:br/>
        <w:t>v -0.914792 2.550222 -0.389055</w:t>
        <w:br/>
        <w:t>v -0.914680 2.550222 -0.356555</w:t>
        <w:br/>
        <w:t>v -0.949341 2.380301 -0.356317</w:t>
        <w:br/>
        <w:t>v -0.949341 2.380301 -0.389042</w:t>
        <w:br/>
        <w:t>v -0.987599 1.794146 -0.317284</w:t>
        <w:br/>
        <w:t>v -0.587915 1.786014 -0.242641</w:t>
        <w:br/>
        <w:t>v -1.030317 2.436072 -0.393027</w:t>
        <w:br/>
        <w:t>v -1.009245 2.468334 -0.390291</w:t>
        <w:br/>
        <w:t>v -1.024584 2.482824 -0.441178</w:t>
        <w:br/>
        <w:t>v -1.045755 2.450536 -0.442802</w:t>
        <w:br/>
        <w:t>v -0.801003 2.850831 -0.408678</w:t>
        <w:br/>
        <w:t>v -0.816179 2.860199 -0.402795</w:t>
        <w:br/>
        <w:t>v -0.786077 2.856714 -0.369895</w:t>
        <w:br/>
        <w:t>v -0.770027 2.867381 -0.364349</w:t>
        <w:br/>
        <w:t>v -0.631532 4.283181 -1.268149</w:t>
        <w:br/>
        <w:t>v -0.643373 4.285604 -1.206546</w:t>
        <w:br/>
        <w:t>v -0.591150 4.286678 -1.182140</w:t>
        <w:br/>
        <w:t>v -0.554054 4.285067 -1.223396</w:t>
        <w:br/>
        <w:t>v -0.586879 4.399367 -1.182727</w:t>
        <w:br/>
        <w:t>v -0.643373 4.408523 -1.211380</w:t>
        <w:br/>
        <w:t>v -0.631532 4.406100 -1.272996</w:t>
        <w:br/>
        <w:t>v -0.549782 4.397743 -1.223983</w:t>
        <w:br/>
        <w:t>v -0.631532 4.406100 -1.272996</w:t>
        <w:br/>
        <w:t>v -0.631532 4.283181 -1.268149</w:t>
        <w:br/>
        <w:t>v -0.554054 4.285067 -1.223396</w:t>
        <w:br/>
        <w:t>v -0.549782 4.397743 -1.223983</w:t>
        <w:br/>
        <w:t>v -0.717279 4.252054 -1.288946</w:t>
        <w:br/>
        <w:t>v -0.716543 4.255464 -1.213478</w:t>
        <w:br/>
        <w:t>v -0.591150 4.286678 -1.182140</w:t>
        <w:br/>
        <w:t>v -0.643373 4.285604 -1.206546</w:t>
        <w:br/>
        <w:t>v -0.643373 4.408523 -1.211380</w:t>
        <w:br/>
        <w:t>v -0.586879 4.399367 -1.182727</w:t>
        <w:br/>
        <w:t>v -0.718766 4.435102 -1.295579</w:t>
        <w:br/>
        <w:t>v -0.717279 4.252054 -1.288946</w:t>
        <w:br/>
        <w:t>v -0.823936 4.246396 -1.286985</w:t>
        <w:br/>
        <w:t>v -0.823936 4.250555 -1.181390</w:t>
        <w:br/>
        <w:t>v -0.716543 4.255464 -1.213478</w:t>
        <w:br/>
        <w:t>v -0.715294 4.442821 -1.222334</w:t>
        <w:br/>
        <w:t>v -0.846406 4.340786 -1.297390</w:t>
        <w:br/>
        <w:t>v -0.823224 4.438000 -1.294479</w:t>
        <w:br/>
        <w:t>v -0.715294 4.442821 -1.222334</w:t>
        <w:br/>
        <w:t>v -0.718766 4.435102 -1.295579</w:t>
        <w:br/>
        <w:t>v -0.846394 4.345133 -1.187548</w:t>
        <w:br/>
        <w:t>v -0.823224 4.442160 -1.188885</w:t>
        <w:br/>
        <w:t>v -0.846394 4.345133 -1.187548</w:t>
        <w:br/>
        <w:t>v -0.846406 4.340786 -1.297390</w:t>
        <w:br/>
        <w:t>v -0.823224 4.438000 -1.294479</w:t>
        <w:br/>
        <w:t>v -0.823224 4.438000 -1.294479</w:t>
        <w:br/>
        <w:t>v -0.823224 4.442160 -1.188885</w:t>
        <w:br/>
        <w:t>v -0.823936 4.250555 -1.181390</w:t>
        <w:br/>
        <w:t>v -0.823936 4.246396 -1.286985</w:t>
        <w:br/>
        <w:t>v -0.823224 4.442160 -1.188885</w:t>
        <w:br/>
        <w:t>v -0.823936 4.250555 -1.181390</w:t>
        <w:br/>
        <w:t>v -0.823936 4.246396 -1.286985</w:t>
        <w:br/>
        <w:t>v -0.841735 5.147523 -1.435947</w:t>
        <w:br/>
        <w:t>v -0.603841 5.164373 -1.418972</w:t>
        <w:br/>
        <w:t>v -0.728634 5.470203 -1.590979</w:t>
        <w:br/>
        <w:t>v -0.759185 5.469291 -1.590266</w:t>
        <w:br/>
        <w:t>v -0.843209 4.921532 -1.337846</w:t>
        <w:br/>
        <w:t>v -0.666993 4.900361 -1.256608</w:t>
        <w:br/>
        <w:t>v -0.724050 4.840957 -1.172922</w:t>
        <w:br/>
        <w:t>v -0.778995 4.854883 -1.183876</w:t>
        <w:br/>
        <w:t>v 0.728635 5.470204 -1.590980</w:t>
        <w:br/>
        <w:t>v 0.603842 5.164373 -1.418972</w:t>
        <w:br/>
        <w:t>v 0.841736 5.147523 -1.435947</w:t>
        <w:br/>
        <w:t>v 0.759187 5.469292 -1.590267</w:t>
        <w:br/>
        <w:t>v 0.666994 4.900362 -1.256608</w:t>
        <w:br/>
        <w:t>v 0.843210 4.921533 -1.337847</w:t>
        <w:br/>
        <w:t>v 0.724051 4.840957 -1.172922</w:t>
        <w:br/>
        <w:t>v 0.778996 4.854884 -1.183877</w:t>
        <w:br/>
        <w:t>v -1.282657 14.036949 0.457276</w:t>
        <w:br/>
        <w:t>v -1.269725 14.034332 0.412896</w:t>
        <w:br/>
        <w:t>v -1.258261 14.060946 0.414017</w:t>
        <w:br/>
        <w:t>v -1.271149 14.063452 0.458449</w:t>
        <w:br/>
        <w:t>v -1.233791 14.021301 0.392381</w:t>
        <w:br/>
        <w:t>v -1.222330 14.048012 0.393457</w:t>
        <w:br/>
        <w:t>v -1.183835 14.033392 0.395900</w:t>
        <w:br/>
        <w:t>v -1.195345 14.006641 0.395208</w:t>
        <w:br/>
        <w:t>v -1.224823 14.010519 0.510166</w:t>
        <w:br/>
        <w:t>v -1.262470 14.026876 0.497770</w:t>
        <w:br/>
        <w:t>v -1.250965 14.053307 0.498976</w:t>
        <w:br/>
        <w:t>v -1.213956 14.037237 0.511290</w:t>
        <w:br/>
        <w:t>v -1.185340 14.034193 0.387849</w:t>
        <w:br/>
        <w:t>v -1.183835 14.033392 0.395900</w:t>
        <w:br/>
        <w:t>v -1.195345 14.006641 0.395208</w:t>
        <w:br/>
        <w:t>v -1.196388 14.008144 0.387277</w:t>
        <w:br/>
        <w:t>v -1.194892 13.994913 0.511625</w:t>
        <w:br/>
        <w:t>v -1.184042 14.021652 0.512796</w:t>
        <w:br/>
        <w:t>v -1.184042 14.021652 0.512796</w:t>
        <w:br/>
        <w:t>v -1.184618 14.020985 0.522090</w:t>
        <w:br/>
        <w:t>v -1.195657 13.994827 0.520792</w:t>
        <w:br/>
        <w:t>v -1.194892 13.994913 0.511625</w:t>
        <w:br/>
        <w:t>v -1.263257 14.067074 0.458044</w:t>
        <w:br/>
        <w:t>v -1.251616 14.064829 0.417895</w:t>
        <w:br/>
        <w:t>v -1.268012 14.026783 0.416290</w:t>
        <w:br/>
        <w:t>v -1.279678 14.029188 0.456369</w:t>
        <w:br/>
        <w:t>v -1.219389 14.053255 0.399471</w:t>
        <w:br/>
        <w:t>v -1.235782 14.015099 0.397923</w:t>
        <w:br/>
        <w:t>v -1.179330 14.038187 0.399452</w:t>
        <w:br/>
        <w:t>v -1.195695 13.999947 0.397938</w:t>
        <w:br/>
        <w:t>v -1.245026 14.057894 0.494681</w:t>
        <w:br/>
        <w:t>v -1.261463 14.020105 0.492965</w:t>
        <w:br/>
        <w:t>v -1.226362 14.004833 0.503720</w:t>
        <w:br/>
        <w:t>v -1.209922 14.042679 0.505417</w:t>
        <w:br/>
        <w:t>v -1.178648 14.038609 0.386743</w:t>
        <w:br/>
        <w:t>v -1.194521 14.001040 0.385547</w:t>
        <w:br/>
        <w:t>v -1.195695 13.999947 0.397938</w:t>
        <w:br/>
        <w:t>v -1.179330 14.038187 0.399452</w:t>
        <w:br/>
        <w:t>v -1.194297 13.988228 0.508013</w:t>
        <w:br/>
        <w:t>v -1.177823 14.026096 0.509691</w:t>
        <w:br/>
        <w:t>v -1.194297 13.988228 0.508013</w:t>
        <w:br/>
        <w:t>v -1.193338 13.987261 0.521814</w:t>
        <w:br/>
        <w:t>v -1.176996 14.024649 0.523624</w:t>
        <w:br/>
        <w:t>v -1.177823 14.026096 0.509691</w:t>
        <w:br/>
        <w:t>v -1.279678 14.029188 0.456369</w:t>
        <w:br/>
        <w:t>v -1.268012 14.026783 0.416290</w:t>
        <w:br/>
        <w:t>v -1.235782 14.015099 0.397923</w:t>
        <w:br/>
        <w:t>v -1.195695 13.999947 0.397938</w:t>
        <w:br/>
        <w:t>v -1.226362 14.004833 0.503720</w:t>
        <w:br/>
        <w:t>v -1.261463 14.020105 0.492965</w:t>
        <w:br/>
        <w:t>v -1.190492 14.009306 0.376663</w:t>
        <w:br/>
        <w:t>v -1.185331 14.021259 0.373276</w:t>
        <w:br/>
        <w:t>v -1.191676 14.023396 0.379270</w:t>
        <w:br/>
        <w:t>v -1.194713 14.014601 0.381222</w:t>
        <w:br/>
        <w:t>v -1.195695 13.999947 0.397938</w:t>
        <w:br/>
        <w:t>v -1.194521 14.001040 0.385547</w:t>
        <w:br/>
        <w:t>v -1.194297 13.988228 0.508013</w:t>
        <w:br/>
        <w:t>v -1.193338 13.987261 0.521814</w:t>
        <w:br/>
        <w:t>v -1.194297 13.988228 0.508013</w:t>
        <w:br/>
        <w:t>v -1.190706 14.007977 0.531400</w:t>
        <w:br/>
        <w:t>v -1.184173 14.005144 0.537295</w:t>
        <w:br/>
        <w:t>v -1.189560 13.994015 0.532210</w:t>
        <w:br/>
        <w:t>v -1.193974 13.999958 0.528096</w:t>
        <w:br/>
        <w:t>v -1.187120 14.016016 0.529189</w:t>
        <w:br/>
        <w:t>v -1.179546 14.016933 0.533615</w:t>
        <w:br/>
        <w:t>v -1.177823 14.026096 0.509691</w:t>
        <w:br/>
        <w:t>v -1.176996 14.024649 0.523624</w:t>
        <w:br/>
        <w:t>v -1.209922 14.042679 0.505417</w:t>
        <w:br/>
        <w:t>v -1.177823 14.026096 0.509691</w:t>
        <w:br/>
        <w:t>v -1.245026 14.057894 0.494681</w:t>
        <w:br/>
        <w:t>v -1.263257 14.067074 0.458044</w:t>
        <w:br/>
        <w:t>v -1.251616 14.064829 0.417895</w:t>
        <w:br/>
        <w:t>v -1.219389 14.053255 0.399471</w:t>
        <w:br/>
        <w:t>v -1.179330 14.038187 0.399452</w:t>
        <w:br/>
        <w:t>v -1.178648 14.038609 0.386743</w:t>
        <w:br/>
        <w:t>v -1.179330 14.038187 0.399452</w:t>
        <w:br/>
        <w:t>v -1.180810 14.032398 0.377401</w:t>
        <w:br/>
        <w:t>v -1.187930 14.030699 0.381646</w:t>
        <w:br/>
        <w:t>v -1.179546 14.016933 0.533615</w:t>
        <w:br/>
        <w:t>v -1.189560 13.994015 0.532210</w:t>
        <w:br/>
        <w:t>v -1.180810 14.032398 0.377401</w:t>
        <w:br/>
        <w:t>v -1.190492 14.009306 0.376663</w:t>
        <w:br/>
        <w:t>v -1.191676 14.023396 0.379270</w:t>
        <w:br/>
        <w:t>v -1.184173 14.005144 0.537295</w:t>
        <w:br/>
        <w:t>v -1.185331 14.021259 0.373276</w:t>
        <w:br/>
        <w:t>v -1.356970 13.694399 0.438698</w:t>
        <w:br/>
        <w:t>v -1.351162 13.692400 0.432015</w:t>
        <w:br/>
        <w:t>v -1.358149 13.695168 0.430018</w:t>
        <w:br/>
        <w:t>v -1.364364 13.697369 0.433189</w:t>
        <w:br/>
        <w:t>v -1.366307 13.697891 0.439698</w:t>
        <w:br/>
        <w:t>v -1.362856 13.696407 0.445721</w:t>
        <w:br/>
        <w:t>v -1.355997 13.693810 0.447727</w:t>
        <w:br/>
        <w:t>v -1.349723 13.691607 0.444532</w:t>
        <w:br/>
        <w:t>v -1.347778 13.691088 0.438023</w:t>
        <w:br/>
        <w:t>v -1.094386 14.325241 0.464261</w:t>
        <w:br/>
        <w:t>v -1.097187 14.335789 0.409861</w:t>
        <w:br/>
        <w:t>v -1.062797 14.316652 0.421998</w:t>
        <w:br/>
        <w:t>v -1.131881 14.347483 0.430385</w:t>
        <w:br/>
        <w:t>v -1.143535 14.348822 0.471041</w:t>
        <w:br/>
        <w:t>v -1.125203 14.339134 0.507975</w:t>
        <w:br/>
        <w:t>v -1.087784 14.324286 0.519467</w:t>
        <w:br/>
        <w:t>v -1.053711 14.312807 0.498901</w:t>
        <w:br/>
        <w:t>v -1.041321 14.311155 0.458318</w:t>
        <w:br/>
        <w:t>v -1.113102 14.265625 0.514270</w:t>
        <w:br/>
        <w:t>v -1.149027 14.279875 0.503265</w:t>
        <w:br/>
        <w:t>v -1.126410 14.309021 0.492801</w:t>
        <w:br/>
        <w:t>v -1.100912 14.298912 0.500603</w:t>
        <w:br/>
        <w:t>v -1.166549 14.289072 0.467944</w:t>
        <w:br/>
        <w:t>v -1.138839 14.315531 0.467766</w:t>
        <w:br/>
        <w:t>v -1.155421 14.287628 0.429092</w:t>
        <w:br/>
        <w:t>v -1.130943 14.314564 0.440185</w:t>
        <w:br/>
        <w:t>v -1.122162 14.276344 0.409501</w:t>
        <w:br/>
        <w:t>v -1.107321 14.306625 0.426256</w:t>
        <w:br/>
        <w:t>v -1.086250 14.261963 0.420564</w:t>
        <w:br/>
        <w:t>v -1.083843 14.292574 0.434316</w:t>
        <w:br/>
        <w:t>v -1.069423 14.290068 0.459063</w:t>
        <w:br/>
        <w:t>v -1.068751 14.253014 0.455765</w:t>
        <w:br/>
        <w:t>v -1.079881 14.254564 0.494560</w:t>
        <w:br/>
        <w:t>v -1.077314 14.291098 0.486613</w:t>
        <w:br/>
        <w:t>v -1.125203 14.339134 0.507975</w:t>
        <w:br/>
        <w:t>v -1.087784 14.324286 0.519467</w:t>
        <w:br/>
        <w:t>v -1.143535 14.348822 0.471041</w:t>
        <w:br/>
        <w:t>v -1.131881 14.347483 0.430385</w:t>
        <w:br/>
        <w:t>v -1.097187 14.335789 0.409861</w:t>
        <w:br/>
        <w:t>v -1.062797 14.316652 0.421998</w:t>
        <w:br/>
        <w:t>v -1.041321 14.311155 0.458318</w:t>
        <w:br/>
        <w:t>v -1.053711 14.312807 0.498901</w:t>
        <w:br/>
        <w:t>v -1.279032 13.907379 0.405478</w:t>
        <w:br/>
        <w:t>v -1.249623 13.899643 0.414875</w:t>
        <w:br/>
        <w:t>v -1.214445 13.963436 0.408116</w:t>
        <w:br/>
        <w:t>v -1.250354 13.978010 0.396957</w:t>
        <w:br/>
        <w:t>v -1.283689 13.990158 0.416155</w:t>
        <w:br/>
        <w:t>v -1.305260 13.917126 0.420480</w:t>
        <w:br/>
        <w:t>v -1.294891 13.992590 0.454496</w:t>
        <w:br/>
        <w:t>v -1.314132 13.919266 0.450544</w:t>
        <w:br/>
        <w:t>v -1.277438 13.983971 0.489524</w:t>
        <w:br/>
        <w:t>v -1.300432 13.912640 0.478017</w:t>
        <w:br/>
        <w:t>v -1.241561 13.969488 0.500653</w:t>
        <w:br/>
        <w:t>v -1.272110 13.901175 0.486798</w:t>
        <w:br/>
        <w:t>v -1.207976 13.957451 0.481430</w:t>
        <w:br/>
        <w:t>v -1.245502 13.891527 0.471796</w:t>
        <w:br/>
        <w:t>v -1.196602 13.954851 0.443153</w:t>
        <w:br/>
        <w:t>v -1.236968 13.889359 0.441718</w:t>
        <w:br/>
        <w:t>v -1.287692 13.888699 0.397152</w:t>
        <w:br/>
        <w:t>v -1.252922 13.879164 0.408309</w:t>
        <w:br/>
        <w:t>v -1.318879 13.900331 0.414934</w:t>
        <w:br/>
        <w:t>v -1.329421 13.902956 0.450607</w:t>
        <w:br/>
        <w:t>v -1.313138 13.895117 0.483252</w:t>
        <w:br/>
        <w:t>v -1.278849 13.881378 0.493767</w:t>
        <w:br/>
        <w:t>v -1.246708 13.869806 0.476006</w:t>
        <w:br/>
        <w:t>v -1.236872 13.867193 0.440289</w:t>
        <w:br/>
        <w:t>v -1.338475 13.795956 0.464400</w:t>
        <w:br/>
        <w:t>v -1.362856 13.696407 0.445721</w:t>
        <w:br/>
        <w:t>v -1.366307 13.697891 0.439698</w:t>
        <w:br/>
        <w:t>v -1.349277 13.800650 0.444992</w:t>
        <w:br/>
        <w:t>v -1.316727 13.787613 0.470811</w:t>
        <w:br/>
        <w:t>v -1.355997 13.693810 0.447727</w:t>
        <w:br/>
        <w:t>v -1.296958 13.780544 0.460451</w:t>
        <w:br/>
        <w:t>v -1.349723 13.691607 0.444532</w:t>
        <w:br/>
        <w:t>v -1.291053 13.778927 0.439364</w:t>
        <w:br/>
        <w:t>v -1.347778 13.691088 0.438023</w:t>
        <w:br/>
        <w:t>v -1.301750 13.785692 0.420257</w:t>
        <w:br/>
        <w:t>v -1.323885 13.792002 0.413528</w:t>
        <w:br/>
        <w:t>v -1.343174 13.799013 0.423925</w:t>
        <w:br/>
        <w:t>v -1.364364 13.697369 0.433189</w:t>
        <w:br/>
        <w:t>v -1.358149 13.695168 0.430018</w:t>
        <w:br/>
        <w:t>v -1.200848 14.225880 0.465941</w:t>
        <w:br/>
        <w:t>v -1.188004 14.224020 0.421200</w:t>
        <w:br/>
        <w:t>v -1.176532 14.250528 0.422372</w:t>
        <w:br/>
        <w:t>v -1.189349 14.252302 0.467153</w:t>
        <w:br/>
        <w:t>v -1.152105 14.211599 0.400400</w:t>
        <w:br/>
        <w:t>v -1.140656 14.238173 0.401542</w:t>
        <w:br/>
        <w:t>v -1.102165 14.223818 0.403849</w:t>
        <w:br/>
        <w:t>v -1.113677 14.197205 0.403092</w:t>
        <w:br/>
        <w:t>v -1.142930 14.199196 0.518952</w:t>
        <w:br/>
        <w:t>v -1.180608 14.215378 0.506638</w:t>
        <w:br/>
        <w:t>v -1.169112 14.241747 0.507873</w:t>
        <w:br/>
        <w:t>v -1.132085 14.225832 0.520112</w:t>
        <w:br/>
        <w:t>v -1.103683 14.224730 0.395749</w:t>
        <w:br/>
        <w:t>v -1.102165 14.223818 0.403849</w:t>
        <w:br/>
        <w:t>v -1.113677 14.197205 0.403092</w:t>
        <w:br/>
        <w:t>v -1.114735 14.198824 0.395113</w:t>
        <w:br/>
        <w:t>v -1.113484 14.184057 0.520154</w:t>
        <w:br/>
        <w:t>v -1.102666 14.210726 0.521368</w:t>
        <w:br/>
        <w:t>v -1.102666 14.210726 0.521368</w:t>
        <w:br/>
        <w:t>v -1.103255 14.209955 0.530699</w:t>
        <w:br/>
        <w:t>v -1.114218 14.183861 0.529366</w:t>
        <w:br/>
        <w:t>v -1.113484 14.184057 0.520154</w:t>
        <w:br/>
        <w:t>v -1.181461 14.255964 0.466729</w:t>
        <w:br/>
        <w:t>v -1.169882 14.254377 0.426268</w:t>
        <w:br/>
        <w:t>v -1.186274 14.216473 0.424589</w:t>
        <w:br/>
        <w:t>v -1.197871 14.218193 0.464998</w:t>
        <w:br/>
        <w:t>v -1.137708 14.243305 0.407602</w:t>
        <w:br/>
        <w:t>v -1.154088 14.205345 0.405966</w:t>
        <w:br/>
        <w:t>v -1.097655 14.228567 0.407427</w:t>
        <w:br/>
        <w:t>v -1.114026 14.190535 0.405817</w:t>
        <w:br/>
        <w:t>v -1.163185 14.246429 0.503539</w:t>
        <w:br/>
        <w:t>v -1.179606 14.208719 0.501778</w:t>
        <w:br/>
        <w:t>v -1.144508 14.193611 0.512454</w:t>
        <w:br/>
        <w:t>v -1.128080 14.231358 0.514201</w:t>
        <w:br/>
        <w:t>v -1.096997 14.229166 0.394631</w:t>
        <w:br/>
        <w:t>v -1.112874 14.191799 0.393337</w:t>
        <w:br/>
        <w:t>v -1.114026 14.190535 0.405817</w:t>
        <w:br/>
        <w:t>v -1.097655 14.228567 0.407427</w:t>
        <w:br/>
        <w:t>v -1.112985 14.177498 0.516480</w:t>
        <w:br/>
        <w:t>v -1.096581 14.215273 0.518210</w:t>
        <w:br/>
        <w:t>v -1.112985 14.177498 0.516480</w:t>
        <w:br/>
        <w:t>v -1.112068 14.176414 0.530321</w:t>
        <w:br/>
        <w:t>v -1.095844 14.213737 0.532170</w:t>
        <w:br/>
        <w:t>v -1.096581 14.215273 0.518210</w:t>
        <w:br/>
        <w:t>v -1.197871 14.218193 0.464998</w:t>
        <w:br/>
        <w:t>v -1.186274 14.216473 0.424589</w:t>
        <w:br/>
        <w:t>v -1.154088 14.205345 0.405966</w:t>
        <w:br/>
        <w:t>v -1.114026 14.190535 0.405817</w:t>
        <w:br/>
        <w:t>v -1.144508 14.193611 0.512454</w:t>
        <w:br/>
        <w:t>v -1.179606 14.208719 0.501778</w:t>
        <w:br/>
        <w:t>v -1.108860 14.200157 0.384412</w:t>
        <w:br/>
        <w:t>v -1.103706 14.212109 0.381032</w:t>
        <w:br/>
        <w:t>v -1.110034 14.214087 0.387091</w:t>
        <w:br/>
        <w:t>v -1.113081 14.205328 0.389036</w:t>
        <w:br/>
        <w:t>v -1.114026 14.190535 0.405817</w:t>
        <w:br/>
        <w:t>v -1.112874 14.191799 0.393337</w:t>
        <w:br/>
        <w:t>v -1.112985 14.177498 0.516480</w:t>
        <w:br/>
        <w:t>v -1.112068 14.176414 0.530321</w:t>
        <w:br/>
        <w:t>v -1.112985 14.177498 0.516480</w:t>
        <w:br/>
        <w:t>v -1.109312 14.196869 0.540037</w:t>
        <w:br/>
        <w:t>v -1.103128 14.194145 0.545875</w:t>
        <w:br/>
        <w:t>v -1.108392 14.183075 0.540757</w:t>
        <w:br/>
        <w:t>v -1.112538 14.188900 0.536712</w:t>
        <w:br/>
        <w:t>v -1.105750 14.204927 0.537823</w:t>
        <w:br/>
        <w:t>v -1.098487 14.205948 0.542180</w:t>
        <w:br/>
        <w:t>v -1.096581 14.215273 0.518210</w:t>
        <w:br/>
        <w:t>v -1.095844 14.213737 0.532170</w:t>
        <w:br/>
        <w:t>v -1.128080 14.231358 0.514201</w:t>
        <w:br/>
        <w:t>v -1.096581 14.215273 0.518210</w:t>
        <w:br/>
        <w:t>v -1.163185 14.246429 0.503539</w:t>
        <w:br/>
        <w:t>v -1.181461 14.255964 0.466729</w:t>
        <w:br/>
        <w:t>v -1.169882 14.254377 0.426268</w:t>
        <w:br/>
        <w:t>v -1.137708 14.243305 0.407602</w:t>
        <w:br/>
        <w:t>v -1.097655 14.228567 0.407427</w:t>
        <w:br/>
        <w:t>v -1.096997 14.229166 0.394631</w:t>
        <w:br/>
        <w:t>v -1.097655 14.228567 0.407427</w:t>
        <w:br/>
        <w:t>v -1.099189 14.223129 0.385214</w:t>
        <w:br/>
        <w:t>v -1.106284 14.221342 0.389500</w:t>
        <w:br/>
        <w:t>v -1.098487 14.205948 0.542180</w:t>
        <w:br/>
        <w:t>v -1.108392 14.183075 0.540757</w:t>
        <w:br/>
        <w:t>v -1.099189 14.223129 0.385214</w:t>
        <w:br/>
        <w:t>v -1.108860 14.200157 0.384412</w:t>
        <w:br/>
        <w:t>v -1.110034 14.214087 0.387091</w:t>
        <w:br/>
        <w:t>v -1.103128 14.194145 0.545875</w:t>
        <w:br/>
        <w:t>v -1.103706 14.212109 0.381032</w:t>
        <w:br/>
        <w:t>v -1.266368 14.091003 0.460078</w:t>
        <w:br/>
        <w:t>v -1.252451 14.088428 0.412003</w:t>
        <w:br/>
        <w:t>v -1.201411 14.207090 0.417250</w:t>
        <w:br/>
        <w:t>v -1.215299 14.209156 0.465569</w:t>
        <w:br/>
        <w:t>v -1.210919 14.073616 0.387901</w:t>
        <w:br/>
        <w:t>v -1.159881 14.192699 0.392930</w:t>
        <w:br/>
        <w:t>v -1.166111 14.055504 0.401797</w:t>
        <w:br/>
        <w:t>v -1.115062 14.174683 0.406784</w:t>
        <w:br/>
        <w:t>v -1.143807 14.044588 0.445607</w:t>
        <w:br/>
        <w:t>v -1.093274 14.163715 0.450592</w:t>
        <w:br/>
        <w:t>v -1.157607 14.047272 0.493644</w:t>
        <w:br/>
        <w:t>v -1.107201 14.165964 0.498846</w:t>
        <w:br/>
        <w:t>v -1.093274 14.163715 0.450592</w:t>
        <w:br/>
        <w:t>v -1.143807 14.044588 0.445607</w:t>
        <w:br/>
        <w:t>v -1.199827 14.061998 0.517745</w:t>
        <w:br/>
        <w:t>v -1.148677 14.179991 0.523319</w:t>
        <w:br/>
        <w:t>v -1.244538 14.079958 0.503926</w:t>
        <w:br/>
        <w:t>v -1.193437 14.197823 0.509565</w:t>
        <w:br/>
        <w:t>v -1.191662 14.210985 0.423439</w:t>
        <w:br/>
        <w:t>v -1.248674 14.078568 0.417592</w:t>
        <w:br/>
        <w:t>v -1.260582 14.080801 0.458716</w:t>
        <w:br/>
        <w:t>v -1.203548 14.212746 0.464809</w:t>
        <w:br/>
        <w:t>v -1.156122 14.198711 0.402612</w:t>
        <w:br/>
        <w:t>v -1.213118 14.065895 0.396961</w:t>
        <w:br/>
        <w:t>v -1.117777 14.183317 0.414464</w:t>
        <w:br/>
        <w:t>v -1.174790 14.050385 0.408853</w:t>
        <w:br/>
        <w:t>v -1.099116 14.173895 0.451971</w:t>
        <w:br/>
        <w:t>v -1.155840 14.041103 0.446316</w:t>
        <w:br/>
        <w:t>v -1.111033 14.175776 0.493284</w:t>
        <w:br/>
        <w:t>v -1.167701 14.043432 0.487407</w:t>
        <w:br/>
        <w:t>v -1.155840 14.041103 0.446316</w:t>
        <w:br/>
        <w:t>v -1.099116 14.173895 0.451971</w:t>
        <w:br/>
        <w:t>v -1.146529 14.187786 0.514242</w:t>
        <w:br/>
        <w:t>v -1.203616 14.056009 0.508055</w:t>
        <w:br/>
        <w:t>v -1.184842 14.203047 0.502459</w:t>
        <w:br/>
        <w:t>v -1.241909 14.071386 0.496226</w:t>
        <w:br/>
        <w:t>v -1.191662 14.210985 0.423439</w:t>
        <w:br/>
        <w:t>v -1.203548 14.212746 0.464809</w:t>
        <w:br/>
        <w:t>v -1.260582 14.080801 0.458716</w:t>
        <w:br/>
        <w:t>v -1.248674 14.078568 0.417592</w:t>
        <w:br/>
        <w:t>v -1.156122 14.198711 0.402612</w:t>
        <w:br/>
        <w:t>v -1.213118 14.065895 0.396961</w:t>
        <w:br/>
        <w:t>v -1.117777 14.183317 0.414464</w:t>
        <w:br/>
        <w:t>v -1.174790 14.050385 0.408853</w:t>
        <w:br/>
        <w:t>v -1.099116 14.173895 0.451971</w:t>
        <w:br/>
        <w:t>v -1.155840 14.041103 0.446316</w:t>
        <w:br/>
        <w:t>v -1.099116 14.173895 0.451971</w:t>
        <w:br/>
        <w:t>v -1.111033 14.175776 0.493284</w:t>
        <w:br/>
        <w:t>v -1.167701 14.043432 0.487407</w:t>
        <w:br/>
        <w:t>v -1.155840 14.041103 0.446316</w:t>
        <w:br/>
        <w:t>v -1.146529 14.187786 0.514242</w:t>
        <w:br/>
        <w:t>v -1.203616 14.056009 0.508055</w:t>
        <w:br/>
        <w:t>v -1.184842 14.203047 0.502459</w:t>
        <w:br/>
        <w:t>v -1.241909 14.071386 0.496226</w:t>
        <w:br/>
        <w:t>v -1.351162 13.692400 0.432015</w:t>
        <w:br/>
        <w:t>v -1.251728 14.027987 0.679194</w:t>
        <w:br/>
        <w:t>v -1.250098 14.024292 0.633070</w:t>
        <w:br/>
        <w:t>v -1.238994 14.050976 0.630699</w:t>
        <w:br/>
        <w:t>v -1.240566 14.054562 0.676864</w:t>
        <w:br/>
        <w:t>v -1.220188 14.010897 0.604646</w:t>
        <w:br/>
        <w:t>v -1.209098 14.037676 0.602230</w:t>
        <w:br/>
        <w:t>v -1.171034 14.023291 0.595455</w:t>
        <w:br/>
        <w:t>v -1.182077 13.996485 0.598257</w:t>
        <w:br/>
        <w:t>v -1.182374 14.003172 0.716808</w:t>
        <w:br/>
        <w:t>v -1.222084 14.019045 0.713690</w:t>
        <w:br/>
        <w:t>v -1.210917 14.045546 0.711395</w:t>
        <w:br/>
        <w:t>v -1.171847 14.029959 0.714585</w:t>
        <w:br/>
        <w:t>v -1.174485 14.023882 0.588008</w:t>
        <w:br/>
        <w:t>v -1.171034 14.023291 0.595455</w:t>
        <w:br/>
        <w:t>v -1.182077 13.996485 0.598257</w:t>
        <w:br/>
        <w:t>v -1.185057 13.997780 0.590794</w:t>
        <w:br/>
        <w:t>v -1.152842 13.987741 0.711215</w:t>
        <w:br/>
        <w:t>v -1.142322 14.014547 0.709040</w:t>
        <w:br/>
        <w:t>v -1.142322 14.014547 0.709040</w:t>
        <w:br/>
        <w:t>v -1.140582 14.014118 0.718203</w:t>
        <w:br/>
        <w:t>v -1.151324 13.987888 0.720287</w:t>
        <w:br/>
        <w:t>v -1.152842 13.987741 0.711215</w:t>
        <w:br/>
        <w:t>v -1.233055 14.058207 0.674441</w:t>
        <w:br/>
        <w:t>v -1.231639 14.054987 0.632726</w:t>
        <w:br/>
        <w:t>v -1.247522 14.016838 0.636116</w:t>
        <w:br/>
        <w:t>v -1.248982 14.020218 0.677764</w:t>
        <w:br/>
        <w:t>v -1.204822 14.043085 0.607207</w:t>
        <w:br/>
        <w:t>v -1.220686 14.004829 0.610654</w:t>
        <w:br/>
        <w:t>v -1.165844 14.028198 0.597672</w:t>
        <w:br/>
        <w:t>v -1.181674 13.989862 0.601147</w:t>
        <w:br/>
        <w:t>v -1.206267 14.050051 0.705661</w:t>
        <w:br/>
        <w:t>v -1.222220 14.012156 0.708947</w:t>
        <w:br/>
        <w:t>v -1.185392 13.997318 0.711077</w:t>
        <w:br/>
        <w:t>v -1.169442 14.035267 0.707772</w:t>
        <w:br/>
        <w:t>v -1.168318 14.028296 0.585181</w:t>
        <w:br/>
        <w:t>v -1.183599 13.990643 0.588826</w:t>
        <w:br/>
        <w:t>v -1.181674 13.989862 0.601147</w:t>
        <w:br/>
        <w:t>v -1.165844 14.028198 0.597672</w:t>
        <w:br/>
        <w:t>v -1.153085 13.980968 0.707728</w:t>
        <w:br/>
        <w:t>v -1.137105 14.018942 0.704393</w:t>
        <w:br/>
        <w:t>v -1.153085 13.980968 0.707728</w:t>
        <w:br/>
        <w:t>v -1.148745 13.980362 0.720885</w:t>
        <w:br/>
        <w:t>v -1.132856 14.017855 0.717724</w:t>
        <w:br/>
        <w:t>v -1.137105 14.018942 0.704393</w:t>
        <w:br/>
        <w:t>v -1.248982 14.020218 0.677764</w:t>
        <w:br/>
        <w:t>v -1.247522 14.016838 0.636116</w:t>
        <w:br/>
        <w:t>v -1.220686 14.004829 0.610654</w:t>
        <w:br/>
        <w:t>v -1.181674 13.989862 0.601147</w:t>
        <w:br/>
        <w:t>v -1.185392 13.997318 0.711077</w:t>
        <w:br/>
        <w:t>v -1.222220 14.012156 0.708947</w:t>
        <w:br/>
        <w:t>v -1.181970 13.998692 0.579030</w:t>
        <w:br/>
        <w:t>v -1.177929 14.010578 0.574193</w:t>
        <w:br/>
        <w:t>v -1.182624 14.012840 0.581513</w:t>
        <w:br/>
        <w:t>v -1.184994 14.004087 0.584362</w:t>
        <w:br/>
        <w:t>v -1.181674 13.989862 0.601147</w:t>
        <w:br/>
        <w:t>v -1.183599 13.990643 0.588826</w:t>
        <w:br/>
        <w:t>v -1.153085 13.980968 0.707728</w:t>
        <w:br/>
        <w:t>v -1.148745 13.980362 0.720885</w:t>
        <w:br/>
        <w:t>v -1.153085 13.980968 0.707728</w:t>
        <w:br/>
        <w:t>v -1.144052 14.001328 0.729032</w:t>
        <w:br/>
        <w:t>v -1.136238 13.998674 0.733200</w:t>
        <w:br/>
        <w:t>v -1.142594 13.987396 0.729866</w:t>
        <w:br/>
        <w:t>v -1.147948 13.993212 0.726827</w:t>
        <w:br/>
        <w:t>v -1.141206 14.009321 0.725815</w:t>
        <w:br/>
        <w:t>v -1.132786 14.010386 0.728215</w:t>
        <w:br/>
        <w:t>v -1.137105 14.018942 0.704393</w:t>
        <w:br/>
        <w:t>v -1.132856 14.017855 0.717724</w:t>
        <w:br/>
        <w:t>v -1.169442 14.035267 0.707772</w:t>
        <w:br/>
        <w:t>v -1.137105 14.018942 0.704393</w:t>
        <w:br/>
        <w:t>v -1.206267 14.050051 0.705661</w:t>
        <w:br/>
        <w:t>v -1.233055 14.058207 0.674441</w:t>
        <w:br/>
        <w:t>v -1.231639 14.054987 0.632726</w:t>
        <w:br/>
        <w:t>v -1.204822 14.043085 0.607207</w:t>
        <w:br/>
        <w:t>v -1.165844 14.028198 0.597672</w:t>
        <w:br/>
        <w:t>v -1.168318 14.028296 0.585181</w:t>
        <w:br/>
        <w:t>v -1.165844 14.028198 0.597672</w:t>
        <w:br/>
        <w:t>v -1.172649 14.021841 0.576810</w:t>
        <w:br/>
        <w:t>v -1.178486 14.020216 0.582718</w:t>
        <w:br/>
        <w:t>v -1.132786 14.010386 0.728215</w:t>
        <w:br/>
        <w:t>v -1.142594 13.987396 0.729866</w:t>
        <w:br/>
        <w:t>v -1.172649 14.021841 0.576810</w:t>
        <w:br/>
        <w:t>v -1.181970 13.998692 0.579030</w:t>
        <w:br/>
        <w:t>v -1.182624 14.012840 0.581513</w:t>
        <w:br/>
        <w:t>v -1.136238 13.998674 0.733200</w:t>
        <w:br/>
        <w:t>v -1.177929 14.010578 0.574193</w:t>
        <w:br/>
        <w:t>v -1.324704 13.684752 0.687641</w:t>
        <w:br/>
        <w:t>v -1.320699 13.682610 0.679782</w:t>
        <w:br/>
        <w:t>v -1.327991 13.685289 0.679504</w:t>
        <w:br/>
        <w:t>v -1.333256 13.687548 0.684056</w:t>
        <w:br/>
        <w:t>v -1.333542 13.688225 0.690828</w:t>
        <w:br/>
        <w:t>v -1.328698 13.686913 0.695849</w:t>
        <w:br/>
        <w:t>v -1.321530 13.684397 0.696163</w:t>
        <w:br/>
        <w:t>v -1.316213 13.682140 0.691574</w:t>
        <w:br/>
        <w:t>v -1.315924 13.681461 0.684800</w:t>
        <w:br/>
        <w:t>v -1.070593 14.317186 0.632712</w:t>
        <w:br/>
        <w:t>v -1.086818 14.326326 0.580447</w:t>
        <w:br/>
        <w:t>v -1.050298 14.307657 0.584184</w:t>
        <w:br/>
        <w:t>v -1.115510 14.338388 0.608606</w:t>
        <w:br/>
        <w:t>v -1.116804 14.340719 0.650836</w:t>
        <w:br/>
        <w:t>v -1.089840 14.332060 0.682331</w:t>
        <w:br/>
        <w:t>v -1.050589 14.317673 0.684595</w:t>
        <w:br/>
        <w:t>v -1.022511 14.305822 0.656543</w:t>
        <w:br/>
        <w:t>v -1.020481 14.303186 0.614210</w:t>
        <w:br/>
        <w:t>v -1.075785 14.258793 0.687193</w:t>
        <w:br/>
        <w:t>v -1.113463 14.272596 0.685047</w:t>
        <w:br/>
        <w:t>v -1.094429 14.301561 0.668642</w:t>
        <w:br/>
        <w:t>v -1.067689 14.291769 0.670156</w:t>
        <w:br/>
        <w:t>v -1.139241 14.280807 0.654926</w:t>
        <w:br/>
        <w:t>v -1.112709 14.307377 0.647296</w:t>
        <w:br/>
        <w:t>v -1.138009 14.278421 0.614575</w:t>
        <w:br/>
        <w:t>v -1.111839 14.305737 0.618651</w:t>
        <w:br/>
        <w:t>v -1.110482 14.266785 0.587665</w:t>
        <w:br/>
        <w:t>v -1.092293 14.297548 0.599521</w:t>
        <w:br/>
        <w:t>v -1.072803 14.252848 0.589873</w:t>
        <w:br/>
        <w:t>v -1.067407 14.283810 0.601877</w:t>
        <w:br/>
        <w:t>v -1.047310 14.282003 0.622358</w:t>
        <w:br/>
        <w:t>v -1.047079 14.244883 0.619877</w:t>
        <w:br/>
        <w:t>v -1.048328 14.247374 0.660171</w:t>
        <w:br/>
        <w:t>v -1.048183 14.283705 0.650971</w:t>
        <w:br/>
        <w:t>v -1.089840 14.332060 0.682331</w:t>
        <w:br/>
        <w:t>v -1.050589 14.317673 0.684595</w:t>
        <w:br/>
        <w:t>v -1.116804 14.340719 0.650836</w:t>
        <w:br/>
        <w:t>v -1.115510 14.338388 0.608606</w:t>
        <w:br/>
        <w:t>v -1.086818 14.326326 0.580447</w:t>
        <w:br/>
        <w:t>v -1.050298 14.307657 0.584184</w:t>
        <w:br/>
        <w:t>v -1.020481 14.303186 0.614210</w:t>
        <w:br/>
        <w:t>v -1.022511 14.305822 0.656543</w:t>
        <w:br/>
        <w:t>v -1.259603 13.897150 0.631190</w:t>
        <w:br/>
        <w:t>v -1.228706 13.889786 0.633230</w:t>
        <w:br/>
        <w:t>v -1.196952 13.953539 0.616497</w:t>
        <w:br/>
        <w:t>v -1.234655 13.967663 0.614190</w:t>
        <w:br/>
        <w:t>v -1.262362 13.980152 0.640718</w:t>
        <w:br/>
        <w:t>v -1.281430 13.907164 0.651959</w:t>
        <w:br/>
        <w:t>v -1.263801 13.983517 0.680568</w:t>
        <w:br/>
        <w:t>v -1.282646 13.910032 0.683222</w:t>
        <w:br/>
        <w:t>v -1.238167 13.975876 0.710408</w:t>
        <w:br/>
        <w:t>v -1.262533 13.904171 0.706621</w:t>
        <w:br/>
        <w:t>v -1.200503 13.961843 0.712691</w:t>
        <w:br/>
        <w:t>v -1.232800 13.893061 0.708419</w:t>
        <w:br/>
        <w:t>v -1.172561 13.949463 0.686074</w:t>
        <w:br/>
        <w:t>v -1.210607 13.883150 0.687554</w:t>
        <w:br/>
        <w:t>v -1.170938 13.945936 0.646248</w:t>
        <w:br/>
        <w:t>v -1.209721 13.880247 0.656361</w:t>
        <w:br/>
        <w:t>v -1.269848 13.878225 0.625701</w:t>
        <w:br/>
        <w:t>v -1.233304 13.869133 0.628167</w:t>
        <w:br/>
        <w:t>v -1.295816 13.890171 0.650341</w:t>
        <w:br/>
        <w:t>v -1.297274 13.893661 0.687438</w:t>
        <w:br/>
        <w:t>v -1.273371 13.886734 0.715240</w:t>
        <w:br/>
        <w:t>v -1.237405 13.873423 0.717301</w:t>
        <w:br/>
        <w:t>v -1.210508 13.861538 0.692446</w:t>
        <w:br/>
        <w:t>v -1.209745 13.858057 0.655479</w:t>
        <w:br/>
        <w:t>v -1.301521 13.787012 0.705573</w:t>
        <w:br/>
        <w:t>v -1.328698 13.686913 0.695849</w:t>
        <w:br/>
        <w:t>v -1.333542 13.688225 0.690828</w:t>
        <w:br/>
        <w:t>v -1.316820 13.791161 0.689322</w:t>
        <w:br/>
        <w:t>v -1.278778 13.778931 0.706622</w:t>
        <w:br/>
        <w:t>v -1.321530 13.684397 0.696163</w:t>
        <w:br/>
        <w:t>v -1.262097 13.771687 0.691881</w:t>
        <w:br/>
        <w:t>v -1.316213 13.682140 0.691574</w:t>
        <w:br/>
        <w:t>v -1.261549 13.769558 0.670033</w:t>
        <w:br/>
        <w:t>v -1.315924 13.681461 0.684800</w:t>
        <w:br/>
        <w:t>v -1.276693 13.775784 0.653996</w:t>
        <w:br/>
        <w:t>v -1.299870 13.781820 0.652783</w:t>
        <w:br/>
        <w:t>v -1.316076 13.789013 0.667445</w:t>
        <w:br/>
        <w:t>v -1.333256 13.687548 0.684056</w:t>
        <w:br/>
        <w:t>v -1.327991 13.685289 0.679504</w:t>
        <w:br/>
        <w:t>v -1.172306 14.217438 0.662940</w:t>
        <w:br/>
        <w:t>v -1.170858 14.214487 0.616470</w:t>
        <w:br/>
        <w:t>v -1.159732 14.241068 0.614149</w:t>
        <w:br/>
        <w:t>v -1.161143 14.243933 0.660652</w:t>
        <w:br/>
        <w:t>v -1.141059 14.201694 0.587765</w:t>
        <w:br/>
        <w:t>v -1.129964 14.228342 0.585418</w:t>
        <w:br/>
        <w:t>v -1.091939 14.214220 0.578506</w:t>
        <w:br/>
        <w:t>v -1.103002 14.187542 0.581242</w:t>
        <w:br/>
        <w:t>v -1.102836 14.192375 0.700657</w:t>
        <w:br/>
        <w:t>v -1.142556 14.208071 0.697629</w:t>
        <w:br/>
        <w:t>v -1.131391 14.234514 0.695367</w:t>
        <w:br/>
        <w:t>v -1.092323 14.219076 0.698476</w:t>
        <w:br/>
        <w:t>v -1.095415 14.214914 0.571012</w:t>
        <w:br/>
        <w:t>v -1.091939 14.214220 0.578506</w:t>
        <w:br/>
        <w:t>v -1.103002 14.187542 0.581242</w:t>
        <w:br/>
        <w:t>v -1.106009 14.188951 0.573734</w:t>
        <w:br/>
        <w:t>v -1.073844 14.177397 0.694923</w:t>
        <w:br/>
        <w:t>v -1.063343 14.204136 0.692800</w:t>
        <w:br/>
        <w:t>v -1.063343 14.204136 0.692800</w:t>
        <w:br/>
        <w:t>v -1.061607 14.203604 0.702004</w:t>
        <w:br/>
        <w:t>v -1.072284 14.177435 0.704034</w:t>
        <w:br/>
        <w:t>v -1.073844 14.177397 0.694923</w:t>
        <w:br/>
        <w:t>v -1.153642 14.247618 0.658210</w:t>
        <w:br/>
        <w:t>v -1.152368 14.245043 0.616193</w:t>
        <w:br/>
        <w:t>v -1.168267 14.207039 0.619506</w:t>
        <w:br/>
        <w:t>v -1.169573 14.209738 0.661475</w:t>
        <w:br/>
        <w:t>v -1.125667 14.233641 0.590441</w:t>
        <w:br/>
        <w:t>v -1.141544 14.195578 0.593794</w:t>
        <w:br/>
        <w:t>v -1.086738 14.219076 0.580749</w:t>
        <w:br/>
        <w:t>v -1.102599 14.180944 0.584127</w:t>
        <w:br/>
        <w:t>v -1.126762 14.239107 0.689596</w:t>
        <w:br/>
        <w:t>v -1.142712 14.201292 0.692832</w:t>
        <w:br/>
        <w:t>v -1.105909 14.186617 0.694883</w:t>
        <w:br/>
        <w:t>v -1.089956 14.224468 0.691631</w:t>
        <w:br/>
        <w:t>v -1.089258 14.219351 0.568175</w:t>
        <w:br/>
        <w:t>v -1.104570 14.181896 0.571722</w:t>
        <w:br/>
        <w:t>v -1.102599 14.180944 0.584127</w:t>
        <w:br/>
        <w:t>v -1.086738 14.219076 0.580749</w:t>
        <w:br/>
        <w:t>v -1.074196 14.170752 0.691397</w:t>
        <w:br/>
        <w:t>v -1.058272 14.208630 0.688133</w:t>
        <w:br/>
        <w:t>v -1.074196 14.170752 0.691397</w:t>
        <w:br/>
        <w:t>v -1.069887 14.170027 0.704606</w:t>
        <w:br/>
        <w:t>v -1.054103 14.207453 0.701513</w:t>
        <w:br/>
        <w:t>v -1.058272 14.208630 0.688133</w:t>
        <w:br/>
        <w:t>v -1.169573 14.209738 0.661475</w:t>
        <w:br/>
        <w:t>v -1.168267 14.207039 0.619506</w:t>
        <w:br/>
        <w:t>v -1.141544 14.195578 0.593794</w:t>
        <w:br/>
        <w:t>v -1.102599 14.180944 0.584127</w:t>
        <w:br/>
        <w:t>v -1.105909 14.186617 0.694883</w:t>
        <w:br/>
        <w:t>v -1.142712 14.201292 0.692832</w:t>
        <w:br/>
        <w:t>v -1.102965 14.190039 0.561887</w:t>
        <w:br/>
        <w:t>v -1.098929 14.201921 0.557058</w:t>
        <w:br/>
        <w:t>v -1.103590 14.204027 0.564441</w:t>
        <w:br/>
        <w:t>v -1.105972 14.195309 0.567285</w:t>
        <w:br/>
        <w:t>v -1.102599 14.180944 0.584127</w:t>
        <w:br/>
        <w:t>v -1.104570 14.181896 0.571722</w:t>
        <w:br/>
        <w:t>v -1.074196 14.170752 0.691397</w:t>
        <w:br/>
        <w:t>v -1.069887 14.170027 0.704606</w:t>
        <w:br/>
        <w:t>v -1.074196 14.170752 0.691397</w:t>
        <w:br/>
        <w:t>v -1.065039 14.190735 0.712855</w:t>
        <w:br/>
        <w:t>v -1.057579 14.188187 0.717052</w:t>
        <w:br/>
        <w:t>v -1.063824 14.176966 0.713653</w:t>
        <w:br/>
        <w:t>v -1.068900 14.182669 0.710617</w:t>
        <w:br/>
        <w:t>v -1.062218 14.198751 0.709641</w:t>
        <w:br/>
        <w:t>v -1.054117 14.199911 0.712047</w:t>
        <w:br/>
        <w:t>v -1.058272 14.208630 0.688133</w:t>
        <w:br/>
        <w:t>v -1.054103 14.207453 0.701513</w:t>
        <w:br/>
        <w:t>v -1.089956 14.224468 0.691631</w:t>
        <w:br/>
        <w:t>v -1.058272 14.208630 0.688133</w:t>
        <w:br/>
        <w:t>v -1.126762 14.239107 0.689596</w:t>
        <w:br/>
        <w:t>v -1.153642 14.247618 0.658210</w:t>
        <w:br/>
        <w:t>v -1.152368 14.245043 0.616193</w:t>
        <w:br/>
        <w:t>v -1.125667 14.233641 0.590441</w:t>
        <w:br/>
        <w:t>v -1.086738 14.219076 0.580749</w:t>
        <w:br/>
        <w:t>v -1.089258 14.219351 0.568175</w:t>
        <w:br/>
        <w:t>v -1.086738 14.219076 0.580749</w:t>
        <w:br/>
        <w:t>v -1.093639 14.213064 0.559735</w:t>
        <w:br/>
        <w:t>v -1.099439 14.211359 0.565678</w:t>
        <w:br/>
        <w:t>v -1.054117 14.199911 0.712047</w:t>
        <w:br/>
        <w:t>v -1.063824 14.176966 0.713653</w:t>
        <w:br/>
        <w:t>v -1.093639 14.213064 0.559735</w:t>
        <w:br/>
        <w:t>v -1.102965 14.190039 0.561887</w:t>
        <w:br/>
        <w:t>v -1.103590 14.204027 0.564441</w:t>
        <w:br/>
        <w:t>v -1.057579 14.188187 0.717052</w:t>
        <w:br/>
        <w:t>v -1.098929 14.201921 0.557058</w:t>
        <w:br/>
        <w:t>v -1.235823 14.082165 0.676610</w:t>
        <w:br/>
        <w:t>v -1.234149 14.078423 0.626663</w:t>
        <w:br/>
        <w:t>v -1.184646 14.197403 0.616350</w:t>
        <w:br/>
        <w:t>v -1.186225 14.200644 0.666538</w:t>
        <w:br/>
        <w:t>v -1.199678 14.063181 0.593427</w:t>
        <w:br/>
        <w:t>v -1.150235 14.182577 0.582893</w:t>
        <w:br/>
        <w:t>v -1.152638 14.045626 0.596275</w:t>
        <w:br/>
        <w:t>v -1.103198 14.165119 0.585696</w:t>
        <w:br/>
        <w:t>v -1.120118 14.035936 0.633482</w:t>
        <w:br/>
        <w:t>v -1.071175 14.155375 0.623029</w:t>
        <w:br/>
        <w:t>v -1.121690 14.039787 0.683361</w:t>
        <w:br/>
        <w:t>v -1.072811 14.158796 0.673160</w:t>
        <w:br/>
        <w:t>v -1.071175 14.155375 0.623029</w:t>
        <w:br/>
        <w:t>v -1.120118 14.035936 0.633482</w:t>
        <w:br/>
        <w:t>v -1.156826 14.054939 0.716769</w:t>
        <w:br/>
        <w:t>v -1.107130 14.173262 0.706761</w:t>
        <w:br/>
        <w:t>v -1.203750 14.072344 0.713974</w:t>
        <w:br/>
        <w:t>v -1.154083 14.190536 0.704045</w:t>
        <w:br/>
        <w:t>v -1.173714 14.201498 0.619850</w:t>
        <w:br/>
        <w:t>v -1.229007 14.068726 0.631381</w:t>
        <w:br/>
        <w:t>v -1.230443 14.071955 0.674107</w:t>
        <w:br/>
        <w:t>v -1.175064 14.204262 0.662821</w:t>
        <w:br/>
        <w:t>v -1.144271 14.188848 0.591204</w:t>
        <w:br/>
        <w:t>v -1.199496 14.055685 0.602929</w:t>
        <w:br/>
        <w:t>v -1.104027 14.173933 0.593600</w:t>
        <w:br/>
        <w:t>v -1.159258 14.040653 0.605372</w:t>
        <w:br/>
        <w:t>v -1.076605 14.165558 0.625564</w:t>
        <w:br/>
        <w:t>v -1.131567 14.032417 0.637218</w:t>
        <w:br/>
        <w:t>v -1.077999 14.168444 0.668482</w:t>
        <w:br/>
        <w:t>v -1.132966 14.035746 0.679897</w:t>
        <w:br/>
        <w:t>v -1.131567 14.032417 0.637218</w:t>
        <w:br/>
        <w:t>v -1.076605 14.165558 0.625564</w:t>
        <w:br/>
        <w:t>v -1.107364 14.180830 0.697252</w:t>
        <w:br/>
        <w:t>v -1.162822 14.048689 0.708456</w:t>
        <w:br/>
        <w:t>v -1.147559 14.195618 0.694917</w:t>
        <w:br/>
        <w:t>v -1.203008 14.063591 0.706070</w:t>
        <w:br/>
        <w:t>v -1.173714 14.201498 0.619850</w:t>
        <w:br/>
        <w:t>v -1.175064 14.204262 0.662821</w:t>
        <w:br/>
        <w:t>v -1.230443 14.071955 0.674107</w:t>
        <w:br/>
        <w:t>v -1.229007 14.068726 0.631381</w:t>
        <w:br/>
        <w:t>v -1.144271 14.188848 0.591204</w:t>
        <w:br/>
        <w:t>v -1.199496 14.055685 0.602929</w:t>
        <w:br/>
        <w:t>v -1.104027 14.173933 0.593600</w:t>
        <w:br/>
        <w:t>v -1.159258 14.040653 0.605372</w:t>
        <w:br/>
        <w:t>v -1.076605 14.165558 0.625564</w:t>
        <w:br/>
        <w:t>v -1.131567 14.032417 0.637218</w:t>
        <w:br/>
        <w:t>v -1.076605 14.165558 0.625564</w:t>
        <w:br/>
        <w:t>v -1.077999 14.168444 0.668482</w:t>
        <w:br/>
        <w:t>v -1.132966 14.035746 0.679897</w:t>
        <w:br/>
        <w:t>v -1.131567 14.032417 0.637218</w:t>
        <w:br/>
        <w:t>v -1.107364 14.180830 0.697252</w:t>
        <w:br/>
        <w:t>v -1.162822 14.048689 0.708456</w:t>
        <w:br/>
        <w:t>v -1.147559 14.195618 0.694917</w:t>
        <w:br/>
        <w:t>v -1.203008 14.063591 0.706070</w:t>
        <w:br/>
        <w:t>v -1.320699 13.682610 0.679782</w:t>
        <w:br/>
        <w:t>v -1.177676 14.018383 0.880152</w:t>
        <w:br/>
        <w:t>v -1.181872 14.013180 0.834336</w:t>
        <w:br/>
        <w:t>v -1.173556 14.040590 0.829831</w:t>
        <w:br/>
        <w:t>v -1.169289 14.045692 0.875683</w:t>
        <w:br/>
        <w:t>v -1.154948 14.001305 0.802459</w:t>
        <w:br/>
        <w:t>v -1.146661 14.028814 0.797909</w:t>
        <w:br/>
        <w:t>v -1.108726 14.017416 0.786395</w:t>
        <w:br/>
        <w:t>v -1.116912 13.989899 0.791321</w:t>
        <w:br/>
        <w:t>v -1.102038 14.000805 0.908621</w:t>
        <w:br/>
        <w:t>v -1.143045 14.013186 0.910523</w:t>
        <w:br/>
        <w:t>v -1.134641 14.040430 0.906089</w:t>
        <w:br/>
        <w:t>v -1.094282 14.028278 0.904337</w:t>
        <w:br/>
        <w:t>v -1.113174 14.017450 0.779471</w:t>
        <w:br/>
        <w:t>v -1.108726 14.017416 0.786395</w:t>
        <w:br/>
        <w:t>v -1.116912 13.989899 0.791321</w:t>
        <w:br/>
        <w:t>v -1.120959 13.990671 0.784301</w:t>
        <w:br/>
        <w:t>v -1.072277 13.987694 0.899458</w:t>
        <w:br/>
        <w:t>v -1.064522 14.015190 0.895223</w:t>
        <w:br/>
        <w:t>v -1.064522 14.015190 0.895223</w:t>
        <w:br/>
        <w:t>v -1.061550 14.015234 0.904073</w:t>
        <w:br/>
        <w:t>v -1.069586 13.988291 0.908234</w:t>
        <w:br/>
        <w:t>v -1.072277 13.987694 0.899458</w:t>
        <w:br/>
        <w:t>v -1.162515 14.049860 0.872176</w:t>
        <w:br/>
        <w:t>v -1.166378 14.045271 0.830746</w:t>
        <w:br/>
        <w:t>v -1.178273 14.006077 0.837187</w:t>
        <w:br/>
        <w:t>v -1.174477 14.010822 0.878554</w:t>
        <w:br/>
        <w:t>v -1.142252 14.034735 0.802127</w:t>
        <w:br/>
        <w:t>v -1.154112 13.995438 0.808626</w:t>
        <w:br/>
        <w:t>v -1.103736 14.022814 0.787768</w:t>
        <w:br/>
        <w:t>v -1.115551 13.983440 0.794291</w:t>
        <w:br/>
        <w:t>v -1.131206 14.045092 0.899669</w:t>
        <w:br/>
        <w:t>v -1.143207 14.006145 0.906012</w:t>
        <w:br/>
        <w:t>v -1.105268 13.994513 0.903497</w:t>
        <w:br/>
        <w:t>v -1.093277 14.033516 0.897134</w:t>
        <w:br/>
        <w:t>v -1.107845 14.022257 0.775728</w:t>
        <w:br/>
        <w:t>v -1.119157 13.983612 0.782330</w:t>
        <w:br/>
        <w:t>v -1.115551 13.983440 0.794291</w:t>
        <w:br/>
        <w:t>v -1.103736 14.022814 0.787768</w:t>
        <w:br/>
        <w:t>v -1.072387 13.980801 0.896203</w:t>
        <w:br/>
        <w:t>v -1.060374 14.019831 0.889806</w:t>
        <w:br/>
        <w:t>v -1.072387 13.980801 0.896203</w:t>
        <w:br/>
        <w:t>v -1.066303 13.981033 0.908662</w:t>
        <w:br/>
        <w:t>v -1.054313 14.019583 0.902461</w:t>
        <w:br/>
        <w:t>v -1.060374 14.019831 0.889806</w:t>
        <w:br/>
        <w:t>v -1.174477 14.010822 0.878554</w:t>
        <w:br/>
        <w:t>v -1.178273 14.006077 0.837187</w:t>
        <w:br/>
        <w:t>v -1.154112 13.995438 0.808626</w:t>
        <w:br/>
        <w:t>v -1.115551 13.983440 0.794291</w:t>
        <w:br/>
        <w:t>v -1.105268 13.994513 0.903497</w:t>
        <w:br/>
        <w:t>v -1.143207 14.006145 0.906012</w:t>
        <w:br/>
        <w:t>v -1.119554 13.991415 0.772209</w:t>
        <w:br/>
        <w:t>v -1.117245 14.003414 0.766580</w:t>
        <w:br/>
        <w:t>v -1.121106 14.005537 0.774411</w:t>
        <w:br/>
        <w:t>v -1.122302 13.996727 0.777768</w:t>
        <w:br/>
        <w:t>v -1.115551 13.983440 0.794291</w:t>
        <w:br/>
        <w:t>v -1.119157 13.983612 0.782330</w:t>
        <w:br/>
        <w:t>v -1.072387 13.980801 0.896203</w:t>
        <w:br/>
        <w:t>v -1.066303 13.981033 0.908662</w:t>
        <w:br/>
        <w:t>v -1.072387 13.980801 0.896203</w:t>
        <w:br/>
        <w:t>v -1.062419 14.002596 0.915582</w:t>
        <w:br/>
        <w:t>v -1.053920 14.000759 0.918718</w:t>
        <w:br/>
        <w:t>v -1.059651 13.988876 0.916551</w:t>
        <w:br/>
        <w:t>v -1.065850 13.994110 0.914125</w:t>
        <w:br/>
        <w:t>v -1.060736 14.010681 0.911815</w:t>
        <w:br/>
        <w:t>v -1.052197 14.012526 0.913025</w:t>
        <w:br/>
        <w:t>v -1.060374 14.019831 0.889806</w:t>
        <w:br/>
        <w:t>v -1.054313 14.019583 0.902461</w:t>
        <w:br/>
        <w:t>v -1.093277 14.033516 0.897134</w:t>
        <w:br/>
        <w:t>v -1.060374 14.019831 0.889806</w:t>
        <w:br/>
        <w:t>v -1.131206 14.045092 0.899669</w:t>
        <w:br/>
        <w:t>v -1.162515 14.049860 0.872176</w:t>
        <w:br/>
        <w:t>v -1.166378 14.045271 0.830746</w:t>
        <w:br/>
        <w:t>v -1.142252 14.034735 0.802127</w:t>
        <w:br/>
        <w:t>v -1.103736 14.022814 0.787768</w:t>
        <w:br/>
        <w:t>v -1.107845 14.022257 0.775728</w:t>
        <w:br/>
        <w:t>v -1.103736 14.022814 0.787768</w:t>
        <w:br/>
        <w:t>v -1.112670 14.015167 0.768182</w:t>
        <w:br/>
        <w:t>v -1.117506 14.013275 0.774864</w:t>
        <w:br/>
        <w:t>v -1.052197 14.012526 0.913025</w:t>
        <w:br/>
        <w:t>v -1.059651 13.988876 0.916551</w:t>
        <w:br/>
        <w:t>v -1.112670 14.015167 0.768182</w:t>
        <w:br/>
        <w:t>v -1.119554 13.991415 0.772209</w:t>
        <w:br/>
        <w:t>v -1.121106 14.005537 0.774411</w:t>
        <w:br/>
        <w:t>v -1.053920 14.000759 0.918718</w:t>
        <w:br/>
        <w:t>v -1.117245 14.003414 0.766580</w:t>
        <w:br/>
        <w:t>v -1.218600 13.670786 0.906798</w:t>
        <w:br/>
        <w:t>v -1.215503 13.668701 0.898523</w:t>
        <w:br/>
        <w:t>v -1.222975 13.670757 0.899170</w:t>
        <w:br/>
        <w:t>v -1.227765 13.672729 0.904337</w:t>
        <w:br/>
        <w:t>v -1.227206 13.673624 0.911067</w:t>
        <w:br/>
        <w:t>v -1.221642 13.672901 0.915416</w:t>
        <w:br/>
        <w:t>v -1.214303 13.671003 0.914818</w:t>
        <w:br/>
        <w:t>v -1.209468 13.669031 0.909607</w:t>
        <w:br/>
        <w:t>v -1.210024 13.668139 0.902875</w:t>
        <w:br/>
        <w:t>v -1.030301 14.319807 0.802505</w:t>
        <w:br/>
        <w:t>v -1.054062 14.325680 0.752711</w:t>
        <w:br/>
        <w:t>v -1.015878 14.310261 0.751921</w:t>
        <w:br/>
        <w:t>v -1.079702 14.336311 0.784193</w:t>
        <w:br/>
        <w:t>v -1.075573 14.340042 0.826140</w:t>
        <w:br/>
        <w:t>v -1.044011 14.334801 0.853895</w:t>
        <w:br/>
        <w:t>v -1.003700 14.323828 0.851171</w:t>
        <w:br/>
        <w:t>v -0.978671 14.313354 0.819873</w:t>
        <w:br/>
        <w:t>v -0.982061 14.309376 0.777732</w:t>
        <w:br/>
        <w:t>v -1.023084 14.263180 0.858597</w:t>
        <w:br/>
        <w:t>v -1.061774 14.273708 0.861238</w:t>
        <w:br/>
        <w:t>v -1.047694 14.303555 0.841703</w:t>
        <w:br/>
        <w:t>v -1.020237 14.296085 0.839820</w:t>
        <w:br/>
        <w:t>v -1.091944 14.278658 0.834695</w:t>
        <w:br/>
        <w:t>v -1.069086 14.307051 0.822894</w:t>
        <w:br/>
        <w:t>v -1.095880 14.274929 0.794620</w:t>
        <w:br/>
        <w:t>v -1.071889 14.304461 0.794444</w:t>
        <w:br/>
        <w:t>v -1.071262 14.264666 0.764522</w:t>
        <w:br/>
        <w:t>v -1.054419 14.297247 0.773049</w:t>
        <w:br/>
        <w:t>v -1.032550 14.254007 0.761946</w:t>
        <w:br/>
        <w:t>v -1.028335 14.285725 0.772347</w:t>
        <w:br/>
        <w:t>v -1.005615 14.286337 0.789956</w:t>
        <w:br/>
        <w:t>v -1.002471 14.249300 0.788374</w:t>
        <w:br/>
        <w:t>v -0.998568 14.253126 0.828393</w:t>
        <w:br/>
        <w:t>v -1.002823 14.288986 0.818372</w:t>
        <w:br/>
        <w:t>v -1.044011 14.334801 0.853895</w:t>
        <w:br/>
        <w:t>v -1.003700 14.323828 0.851171</w:t>
        <w:br/>
        <w:t>v -1.075573 14.340042 0.826140</w:t>
        <w:br/>
        <w:t>v -1.079702 14.336311 0.784193</w:t>
        <w:br/>
        <w:t>v -1.054062 14.325680 0.752711</w:t>
        <w:br/>
        <w:t>v -1.015878 14.310261 0.751921</w:t>
        <w:br/>
        <w:t>v -0.982061 14.309376 0.777732</w:t>
        <w:br/>
        <w:t>v -0.978671 14.313354 0.819873</w:t>
        <w:br/>
        <w:t>v -1.180393 13.885698 0.836872</w:t>
        <w:br/>
        <w:t>v -1.148975 13.881014 0.834887</w:t>
        <w:br/>
        <w:t>v -1.125420 13.946550 0.812452</w:t>
        <w:br/>
        <w:t>v -1.164185 13.957390 0.814929</w:t>
        <w:br/>
        <w:t>v -1.189105 13.968475 0.844653</w:t>
        <w:br/>
        <w:t>v -1.200058 13.894602 0.860154</w:t>
        <w:br/>
        <w:t>v -1.185526 13.973141 0.884236</w:t>
        <w:br/>
        <w:t>v -1.197355 13.898483 0.891214</w:t>
        <w:br/>
        <w:t>v -1.155586 13.968739 0.910506</w:t>
        <w:br/>
        <w:t>v -1.173877 13.895164 0.911809</w:t>
        <w:br/>
        <w:t>v -1.116872 13.957981 0.908009</w:t>
        <w:br/>
        <w:t>v -1.143313 13.886639 0.909835</w:t>
        <w:br/>
        <w:t>v -1.091740 13.947025 0.878164</w:t>
        <w:br/>
        <w:t>v -1.123308 13.877867 0.886405</w:t>
        <w:br/>
        <w:t>v -1.095121 13.942211 0.838583</w:t>
        <w:br/>
        <w:t>v -1.126324 13.873930 0.855460</w:t>
        <w:br/>
        <w:t>v -1.189584 13.865803 0.833286</w:t>
        <w:br/>
        <w:t>v -1.152381 13.859882 0.831000</w:t>
        <w:br/>
        <w:t>v -1.212992 13.876423 0.860916</w:t>
        <w:br/>
        <w:t>v -1.209807 13.881115 0.897773</w:t>
        <w:br/>
        <w:t>v -1.181909 13.877205 0.922241</w:t>
        <w:br/>
        <w:t>v -1.144963 13.867018 0.919737</w:t>
        <w:br/>
        <w:t>v -1.120672 13.856533 0.891766</w:t>
        <w:br/>
        <w:t>v -1.124526 13.851799 0.855133</w:t>
        <w:br/>
        <w:t>v -1.202268 13.775202 0.918919</w:t>
        <w:br/>
        <w:t>v -1.221642 13.672901 0.915416</w:t>
        <w:br/>
        <w:t>v -1.227206 13.673624 0.911067</w:t>
        <w:br/>
        <w:t>v -1.219895 13.777473 0.904792</w:t>
        <w:br/>
        <w:t>v -1.178969 13.769087 0.917074</w:t>
        <w:br/>
        <w:t>v -1.214303 13.671003 0.914818</w:t>
        <w:br/>
        <w:t>v -1.163824 13.762732 0.900391</w:t>
        <w:br/>
        <w:t>v -1.209468 13.669031 0.909607</w:t>
        <w:br/>
        <w:t>v -1.166002 13.759872 0.878729</w:t>
        <w:br/>
        <w:t>v -1.210024 13.668139 0.902875</w:t>
        <w:br/>
        <w:t>v -1.183628 13.764231 0.864744</w:t>
        <w:br/>
        <w:t>v -1.207197 13.768270 0.866534</w:t>
        <w:br/>
        <w:t>v -1.221878 13.774605 0.883076</w:t>
        <w:br/>
        <w:t>v -1.227765 13.672729 0.904337</w:t>
        <w:br/>
        <w:t>v -1.222975 13.670757 0.899170</w:t>
        <w:br/>
        <w:t>v -1.117984 14.213081 0.848661</w:t>
        <w:br/>
        <w:t>v -1.122471 14.208591 0.802510</w:t>
        <w:br/>
        <w:t>v -1.114118 14.235907 0.798053</w:t>
        <w:br/>
        <w:t>v -1.109583 14.240316 0.844235</w:t>
        <w:br/>
        <w:t>v -1.095747 14.197304 0.770354</w:t>
        <w:br/>
        <w:t>v -1.087433 14.224680 0.765875</w:t>
        <w:br/>
        <w:t>v -1.049577 14.213537 0.754224</w:t>
        <w:br/>
        <w:t>v -1.057804 14.186148 0.759085</w:t>
        <w:br/>
        <w:t>v -1.042198 14.195271 0.877223</w:t>
        <w:br/>
        <w:t>v -1.083185 14.207479 0.879220</w:t>
        <w:br/>
        <w:t>v -1.074774 14.234663 0.874820</w:t>
        <w:br/>
        <w:t>v -1.034441 14.222656 0.872985</w:t>
        <w:br/>
        <w:t>v -1.054066 14.213669 0.747255</w:t>
        <w:br/>
        <w:t>v -1.049577 14.213537 0.754224</w:t>
        <w:br/>
        <w:t>v -1.057804 14.186148 0.759085</w:t>
        <w:br/>
        <w:t>v -1.061893 14.187031 0.752021</w:t>
        <w:br/>
        <w:t>v -1.013027 14.182564 0.867982</w:t>
        <w:br/>
        <w:t>v -1.005278 14.209991 0.863802</w:t>
        <w:br/>
        <w:t>v -1.005278 14.209991 0.863802</w:t>
        <w:br/>
        <w:t>v -1.002296 14.209934 0.872697</w:t>
        <w:br/>
        <w:t>v -1.010279 14.183060 0.876794</w:t>
        <w:br/>
        <w:t>v -1.013027 14.182564 0.867982</w:t>
        <w:br/>
        <w:t>v -1.102823 14.244522 0.840711</w:t>
        <w:br/>
        <w:t>v -1.106925 14.240555 0.798984</w:t>
        <w:br/>
        <w:t>v -1.118858 14.201500 0.805349</w:t>
        <w:br/>
        <w:t>v -1.114807 14.205591 0.847028</w:t>
        <w:br/>
        <w:t>v -1.082988 14.230495 0.770139</w:t>
        <w:br/>
        <w:t>v -1.094889 14.191385 0.776542</w:t>
        <w:br/>
        <w:t>v -1.044569 14.218887 0.755622</w:t>
        <w:br/>
        <w:t>v -1.056445 14.179712 0.762049</w:t>
        <w:br/>
        <w:t>v -1.071373 14.239416 0.868364</w:t>
        <w:br/>
        <w:t>v -1.083385 14.200544 0.874656</w:t>
        <w:br/>
        <w:t>v -1.045494 14.189068 0.872060</w:t>
        <w:br/>
        <w:t>v -1.033484 14.227976 0.865753</w:t>
        <w:br/>
        <w:t>v -1.048751 14.218498 0.743502</w:t>
        <w:br/>
        <w:t>v -1.060123 14.180046 0.750005</w:t>
        <w:br/>
        <w:t>v -1.056445 14.179712 0.762049</w:t>
        <w:br/>
        <w:t>v -1.044569 14.218887 0.755622</w:t>
        <w:br/>
        <w:t>v -1.013262 14.175789 0.864699</w:t>
        <w:br/>
        <w:t>v -1.001283 14.214720 0.858383</w:t>
        <w:br/>
        <w:t>v -1.013262 14.175789 0.864699</w:t>
        <w:br/>
        <w:t>v -1.007188 14.175900 0.877217</w:t>
        <w:br/>
        <w:t>v -0.995288 14.214378 0.871100</w:t>
        <w:br/>
        <w:t>v -1.001283 14.214720 0.858383</w:t>
        <w:br/>
        <w:t>v -1.114807 14.205591 0.847028</w:t>
        <w:br/>
        <w:t>v -1.118858 14.201500 0.805349</w:t>
        <w:br/>
        <w:t>v -1.094889 14.191385 0.776542</w:t>
        <w:br/>
        <w:t>v -1.056445 14.179712 0.762049</w:t>
        <w:br/>
        <w:t>v -1.045494 14.189068 0.872060</w:t>
        <w:br/>
        <w:t>v -1.083385 14.200544 0.874656</w:t>
        <w:br/>
        <w:t>v -1.060557 14.187939 0.739847</w:t>
        <w:br/>
        <w:t>v -1.058252 14.199936 0.734228</w:t>
        <w:br/>
        <w:t>v -1.062057 14.201906 0.742120</w:t>
        <w:br/>
        <w:t>v -1.063269 14.193129 0.745473</w:t>
        <w:br/>
        <w:t>v -1.056445 14.179712 0.762049</w:t>
        <w:br/>
        <w:t>v -1.060123 14.180046 0.750005</w:t>
        <w:br/>
        <w:t>v -1.013262 14.175789 0.864699</w:t>
        <w:br/>
        <w:t>v -1.007188 14.175900 0.877217</w:t>
        <w:br/>
        <w:t>v -1.013262 14.175789 0.864699</w:t>
        <w:br/>
        <w:t>v -1.003117 14.197224 0.884225</w:t>
        <w:br/>
        <w:t>v -0.994971 14.195457 0.887433</w:t>
        <w:br/>
        <w:t>v -1.000608 14.183643 0.885187</w:t>
        <w:br/>
        <w:t>v -1.006521 14.188791 0.882728</w:t>
        <w:br/>
        <w:t>v -1.001459 14.205324 0.880462</w:t>
        <w:br/>
        <w:t>v -0.993243 14.207243 0.881720</w:t>
        <w:br/>
        <w:t>v -1.001283 14.214720 0.858383</w:t>
        <w:br/>
        <w:t>v -0.995288 14.214378 0.871100</w:t>
        <w:br/>
        <w:t>v -1.033484 14.227976 0.865753</w:t>
        <w:br/>
        <w:t>v -1.001283 14.214720 0.858383</w:t>
        <w:br/>
        <w:t>v -1.071373 14.239416 0.868364</w:t>
        <w:br/>
        <w:t>v -1.102823 14.244522 0.840711</w:t>
        <w:br/>
        <w:t>v -1.106925 14.240555 0.798984</w:t>
        <w:br/>
        <w:t>v -1.082988 14.230495 0.770139</w:t>
        <w:br/>
        <w:t>v -1.044569 14.218887 0.755622</w:t>
        <w:br/>
        <w:t>v -1.048751 14.218498 0.743502</w:t>
        <w:br/>
        <w:t>v -1.044569 14.218887 0.755622</w:t>
        <w:br/>
        <w:t>v -1.053648 14.211569 0.735890</w:t>
        <w:br/>
        <w:t>v -1.058435 14.209599 0.742604</w:t>
        <w:br/>
        <w:t>v -0.993243 14.207243 0.881720</w:t>
        <w:br/>
        <w:t>v -1.000608 14.183643 0.885187</w:t>
        <w:br/>
        <w:t>v -1.053648 14.211569 0.735890</w:t>
        <w:br/>
        <w:t>v -1.060557 14.187939 0.739847</w:t>
        <w:br/>
        <w:t>v -1.062057 14.201906 0.742120</w:t>
        <w:br/>
        <w:t>v -0.994971 14.195457 0.887433</w:t>
        <w:br/>
        <w:t>v -1.058252 14.199936 0.734228</w:t>
        <w:br/>
        <w:t>v -1.167053 14.073568 0.874113</w:t>
        <w:br/>
        <w:t>v -1.171709 14.068182 0.824507</w:t>
        <w:br/>
        <w:t>v -1.134606 14.190426 0.804677</w:t>
        <w:br/>
        <w:t>v -1.129781 14.195328 0.854522</w:t>
        <w:br/>
        <w:t>v -1.140760 14.054680 0.787290</w:t>
        <w:br/>
        <w:t>v -1.103783 14.177324 0.767239</w:t>
        <w:br/>
        <w:t>v -1.092407 14.041222 0.784169</w:t>
        <w:br/>
        <w:t>v -1.055445 14.163958 0.764071</w:t>
        <w:br/>
        <w:t>v -1.054509 14.035618 0.816853</w:t>
        <w:br/>
        <w:t>v -1.018019 14.158264 0.796950</w:t>
        <w:br/>
        <w:t>v -1.049771 14.041117 0.866376</w:t>
        <w:br/>
        <w:t>v -1.013272 14.163342 0.846741</w:t>
        <w:br/>
        <w:t>v -1.018019 14.158264 0.796950</w:t>
        <w:br/>
        <w:t>v -1.054509 14.035618 0.816853</w:t>
        <w:br/>
        <w:t>v -1.081345 14.054483 0.903855</w:t>
        <w:br/>
        <w:t>v -1.043954 14.176096 0.884317</w:t>
        <w:br/>
        <w:t>v -1.129566 14.067806 0.907017</w:t>
        <w:br/>
        <w:t>v -1.092181 14.189291 0.887564</w:t>
        <w:br/>
        <w:t>v -1.123707 14.195541 0.806563</w:t>
        <w:br/>
        <w:t>v -1.165159 14.059124 0.828721</w:t>
        <w:br/>
        <w:t>v -1.161182 14.063759 0.871155</w:t>
        <w:br/>
        <w:t>v -1.119571 14.199728 0.849239</w:t>
        <w:br/>
        <w:t>v -1.097338 14.184368 0.774509</w:t>
        <w:br/>
        <w:t>v -1.138663 14.047573 0.796861</w:t>
        <w:br/>
        <w:t>v -1.055985 14.172953 0.771797</w:t>
        <w:br/>
        <w:t>v -1.097299 14.036041 0.794198</w:t>
        <w:br/>
        <w:t>v -1.023932 14.168045 0.799947</w:t>
        <w:br/>
        <w:t>v -1.065010 14.031294 0.822191</w:t>
        <w:br/>
        <w:t>v -1.019858 14.172350 0.842574</w:t>
        <w:br/>
        <w:t>v -1.061011 14.036028 0.864572</w:t>
        <w:br/>
        <w:t>v -1.065010 14.031294 0.822191</w:t>
        <w:br/>
        <w:t>v -1.023932 14.168045 0.799947</w:t>
        <w:br/>
        <w:t>v -1.046111 14.183273 0.874745</w:t>
        <w:br/>
        <w:t>v -1.087823 14.047459 0.896587</w:t>
        <w:br/>
        <w:t>v -1.087396 14.194561 0.877516</w:t>
        <w:br/>
        <w:t>v -1.129118 14.058865 0.899302</w:t>
        <w:br/>
        <w:t>v -1.123707 14.195541 0.806563</w:t>
        <w:br/>
        <w:t>v -1.119571 14.199728 0.849239</w:t>
        <w:br/>
        <w:t>v -1.161182 14.063759 0.871155</w:t>
        <w:br/>
        <w:t>v -1.165159 14.059124 0.828721</w:t>
        <w:br/>
        <w:t>v -1.097338 14.184368 0.774509</w:t>
        <w:br/>
        <w:t>v -1.138663 14.047573 0.796861</w:t>
        <w:br/>
        <w:t>v -1.055985 14.172953 0.771797</w:t>
        <w:br/>
        <w:t>v -1.097299 14.036041 0.794198</w:t>
        <w:br/>
        <w:t>v -1.023932 14.168045 0.799947</w:t>
        <w:br/>
        <w:t>v -1.065010 14.031294 0.822191</w:t>
        <w:br/>
        <w:t>v -1.023932 14.168045 0.799947</w:t>
        <w:br/>
        <w:t>v -1.019858 14.172350 0.842574</w:t>
        <w:br/>
        <w:t>v -1.061011 14.036028 0.864572</w:t>
        <w:br/>
        <w:t>v -1.065010 14.031294 0.822191</w:t>
        <w:br/>
        <w:t>v -1.046111 14.183273 0.874745</w:t>
        <w:br/>
        <w:t>v -1.087823 14.047459 0.896587</w:t>
        <w:br/>
        <w:t>v -1.087396 14.194561 0.877516</w:t>
        <w:br/>
        <w:t>v -1.129118 14.058865 0.899302</w:t>
        <w:br/>
        <w:t>v -1.215503 13.668701 0.898523</w:t>
        <w:br/>
        <w:t>v -1.061927 14.021927 1.063803</w:t>
        <w:br/>
        <w:t>v -1.070742 14.012598 1.019316</w:t>
        <w:br/>
        <w:t>v -1.064746 14.039944 1.011747</w:t>
        <w:br/>
        <w:t>v -1.055849 14.049175 1.056269</w:t>
        <w:br/>
        <w:t>v -1.046742 13.999544 0.985618</w:t>
        <w:br/>
        <w:t>v -1.040784 14.026978 0.977999</w:t>
        <w:br/>
        <w:t>v -1.003675 14.016743 0.963178</w:t>
        <w:br/>
        <w:t>v -1.009491 13.989338 0.971158</w:t>
        <w:br/>
        <w:t>v -0.982666 14.011038 1.084776</w:t>
        <w:br/>
        <w:t>v -1.023933 14.021263 1.090350</w:t>
        <w:br/>
        <w:t>v -1.017831 14.048447 1.082854</w:t>
        <w:br/>
        <w:t>v -0.977204 14.038429 1.077484</w:t>
        <w:br/>
        <w:t>v -1.008843 14.015936 0.956824</w:t>
        <w:br/>
        <w:t>v -1.003675 14.016743 0.963178</w:t>
        <w:br/>
        <w:t>v -1.009491 13.989338 0.971158</w:t>
        <w:br/>
        <w:t>v -1.014320 13.989286 0.964605</w:t>
        <w:br/>
        <w:t>v -0.953298 13.998854 1.073346</w:t>
        <w:br/>
        <w:t>v -0.947835 14.026270 1.066103</w:t>
        <w:br/>
        <w:t>v -0.947835 14.026270 1.066103</w:t>
        <w:br/>
        <w:t>v -0.943926 14.027235 1.074526</w:t>
        <w:br/>
        <w:t>v -0.949712 14.000343 1.081685</w:t>
        <w:br/>
        <w:t>v -0.953298 13.998854 1.073346</w:t>
        <w:br/>
        <w:t>v -1.049778 14.053394 1.051697</w:t>
        <w:br/>
        <w:t>v -1.057826 14.045071 1.011467</w:t>
        <w:br/>
        <w:t>v -1.066405 14.005978 1.022289</w:t>
        <w:br/>
        <w:t>v -1.058440 14.014446 1.062452</w:t>
        <w:br/>
        <w:t>v -1.036333 14.033470 0.981209</w:t>
        <w:br/>
        <w:t>v -1.044864 13.994284 0.992092</w:t>
        <w:br/>
        <w:t>v -0.998923 14.022503 0.963544</w:t>
        <w:br/>
        <w:t>v -1.007403 13.983244 0.974453</w:t>
        <w:br/>
        <w:t>v -1.015421 14.052725 1.075738</w:t>
        <w:br/>
        <w:t>v -1.024132 14.013863 1.086456</w:t>
        <w:br/>
        <w:t>v -0.986024 14.004166 1.080564</w:t>
        <w:br/>
        <w:t>v -0.977328 14.043083 1.069823</w:t>
        <w:br/>
        <w:t>v -1.004275 14.020695 0.952132</w:t>
        <w:br/>
        <w:t>v -1.012293 13.982195 0.963004</w:t>
        <w:br/>
        <w:t>v -1.007403 13.983244 0.974453</w:t>
        <w:br/>
        <w:t>v -0.998923 14.022503 0.963544</w:t>
        <w:br/>
        <w:t>v -0.953319 13.991711 1.070678</w:t>
        <w:br/>
        <w:t>v -0.944607 14.030653 1.059900</w:t>
        <w:br/>
        <w:t>v -0.953319 13.991711 1.070678</w:t>
        <w:br/>
        <w:t>v -0.945942 13.993341 1.082307</w:t>
        <w:br/>
        <w:t>v -0.937201 14.031822 1.071762</w:t>
        <w:br/>
        <w:t>v -0.944607 14.030653 1.059900</w:t>
        <w:br/>
        <w:t>v -1.058440 14.014446 1.062452</w:t>
        <w:br/>
        <w:t>v -1.066405 14.005978 1.022289</w:t>
        <w:br/>
        <w:t>v -1.044864 13.994284 0.992092</w:t>
        <w:br/>
        <w:t>v -1.007403 13.983244 0.974453</w:t>
        <w:br/>
        <w:t>v -0.986024 14.004166 1.080564</w:t>
        <w:br/>
        <w:t>v -1.024132 14.013863 1.086456</w:t>
        <w:br/>
        <w:t>v -1.014290 13.989065 0.952411</w:t>
        <w:br/>
        <w:t>v -1.013384 14.000650 0.945627</w:t>
        <w:br/>
        <w:t>v -1.016498 14.003222 0.953654</w:t>
        <w:br/>
        <w:t>v -1.016753 13.994675 0.957810</w:t>
        <w:br/>
        <w:t>v -1.007403 13.983244 0.974453</w:t>
        <w:br/>
        <w:t>v -1.012293 13.982195 0.963004</w:t>
        <w:br/>
        <w:t>v -0.953319 13.991711 1.070678</w:t>
        <w:br/>
        <w:t>v -0.945942 13.993341 1.082307</w:t>
        <w:br/>
        <w:t>v -0.953319 13.991711 1.070678</w:t>
        <w:br/>
        <w:t>v -0.942722 14.015596 1.087019</w:t>
        <w:br/>
        <w:t>v -0.933831 14.014505 1.089302</w:t>
        <w:br/>
        <w:t>v -0.938989 14.002184 1.088745</w:t>
        <w:br/>
        <w:t>v -0.945739 14.006844 1.086635</w:t>
        <w:br/>
        <w:t>v -0.941983 14.023411 1.082460</w:t>
        <w:br/>
        <w:t>v -0.933499 14.025820 1.082541</w:t>
        <w:br/>
        <w:t>v -0.944607 14.030653 1.059900</w:t>
        <w:br/>
        <w:t>v -0.937201 14.031822 1.071762</w:t>
        <w:br/>
        <w:t>v -0.977328 14.043083 1.069823</w:t>
        <w:br/>
        <w:t>v -0.944607 14.030653 1.059900</w:t>
        <w:br/>
        <w:t>v -1.015421 14.052725 1.075738</w:t>
        <w:br/>
        <w:t>v -1.049778 14.053394 1.051697</w:t>
        <w:br/>
        <w:t>v -1.057826 14.045071 1.011467</w:t>
        <w:br/>
        <w:t>v -1.036333 14.033470 0.981209</w:t>
        <w:br/>
        <w:t>v -0.998923 14.022503 0.963544</w:t>
        <w:br/>
        <w:t>v -1.004275 14.020695 0.952132</w:t>
        <w:br/>
        <w:t>v -0.998923 14.022503 0.963544</w:t>
        <w:br/>
        <w:t>v -1.009425 14.012730 0.945766</w:t>
        <w:br/>
        <w:t>v -1.013374 14.011152 0.953083</w:t>
        <w:br/>
        <w:t>v -0.933499 14.025820 1.082541</w:t>
        <w:br/>
        <w:t>v -0.938989 14.002184 1.088745</w:t>
        <w:br/>
        <w:t>v -1.009425 14.012730 0.945766</w:t>
        <w:br/>
        <w:t>v -1.014290 13.989065 0.952411</w:t>
        <w:br/>
        <w:t>v -1.016498 14.003222 0.953654</w:t>
        <w:br/>
        <w:t>v -0.933831 14.014505 1.089302</w:t>
        <w:br/>
        <w:t>v -1.013384 14.000650 0.945627</w:t>
        <w:br/>
        <w:t>v -1.077280 13.676159 1.122252</w:t>
        <w:br/>
        <w:t>v -1.074975 13.673546 1.113869</w:t>
        <w:br/>
        <w:t>v -1.082449 13.675234 1.115199</w:t>
        <w:br/>
        <w:t>v -1.086765 13.677376 1.120705</w:t>
        <w:br/>
        <w:t>v -1.085534 13.678869 1.127236</w:t>
        <w:br/>
        <w:t>v -1.079496 13.678829 1.130967</w:t>
        <w:br/>
        <w:t>v -1.072159 13.677296 1.129689</w:t>
        <w:br/>
        <w:t>v -1.067803 13.675158 1.124133</w:t>
        <w:br/>
        <w:t>v -1.069030 13.673662 1.117600</w:t>
        <w:br/>
        <w:t>v -0.943561 14.323261 0.946368</w:t>
        <w:br/>
        <w:t>v -0.972929 14.323534 0.899295</w:t>
        <w:br/>
        <w:t>v -0.934147 14.310236 0.895383</w:t>
        <w:br/>
        <w:t>v -0.995620 14.335396 0.932554</w:t>
        <w:br/>
        <w:t>v -0.987197 14.342920 0.973333</w:t>
        <w:br/>
        <w:t>v -0.952529 14.341818 0.997642</w:t>
        <w:br/>
        <w:t>v -0.912132 14.332890 0.991221</w:t>
        <w:br/>
        <w:t>v -0.890039 14.321175 0.958202</w:t>
        <w:br/>
        <w:t>v -0.897734 14.313421 0.917167</w:t>
        <w:br/>
        <w:t>v -0.926655 14.272125 1.005564</w:t>
        <w:br/>
        <w:t>v -0.965423 14.280695 1.011752</w:t>
        <w:br/>
        <w:t>v -0.955502 14.309486 0.988450</w:t>
        <w:br/>
        <w:t>v -0.927990 14.303408 0.984049</w:t>
        <w:br/>
        <w:t>v -0.998559 14.281683 0.988508</w:t>
        <w:br/>
        <w:t>v -0.978995 14.310181 0.971980</w:t>
        <w:br/>
        <w:t>v -1.006587 14.274332 0.949561</w:t>
        <w:br/>
        <w:t>v -0.984707 14.305017 0.944328</w:t>
        <w:br/>
        <w:t>v -0.984784 14.262905 0.917760</w:t>
        <w:br/>
        <w:t>v -0.969241 14.296974 0.921719</w:t>
        <w:br/>
        <w:t>v -0.945978 14.254213 0.911643</w:t>
        <w:br/>
        <w:t>v -0.942704 14.286886 0.918964</w:t>
        <w:br/>
        <w:t>v -0.918287 14.290253 0.933769</w:t>
        <w:br/>
        <w:t>v -0.912961 14.253445 0.934764</w:t>
        <w:br/>
        <w:t>v -0.904978 14.260889 0.973652</w:t>
        <w:br/>
        <w:t>v -0.912595 14.295471 0.961386</w:t>
        <w:br/>
        <w:t>v -0.952529 14.341818 0.997642</w:t>
        <w:br/>
        <w:t>v -0.912132 14.332890 0.991221</w:t>
        <w:br/>
        <w:t>v -0.987197 14.342920 0.973333</w:t>
        <w:br/>
        <w:t>v -0.995620 14.335396 0.932554</w:t>
        <w:br/>
        <w:t>v -0.972929 14.323534 0.899295</w:t>
        <w:br/>
        <w:t>v -0.934147 14.310236 0.895383</w:t>
        <w:br/>
        <w:t>v -0.897734 14.313421 0.917167</w:t>
        <w:br/>
        <w:t>v -0.890039 14.321175 0.958202</w:t>
        <w:br/>
        <w:t>v -1.060806 13.886080 1.031709</w:t>
        <w:br/>
        <w:t>v -1.029555 13.882980 1.026537</w:t>
        <w:br/>
        <w:t>v -1.012844 13.947556 0.996471</w:t>
        <w:br/>
        <w:t>v -1.051725 13.956415 1.002481</w:t>
        <w:br/>
        <w:t>v -1.073922 13.968613 1.033881</w:t>
        <w:br/>
        <w:t>v -1.078350 13.895844 1.056303</w:t>
        <w:br/>
        <w:t>v -1.066361 13.976835 1.072308</w:t>
        <w:br/>
        <w:t>v -1.072538 13.902510 1.086450</w:t>
        <w:br/>
        <w:t>v -1.033518 13.976351 1.095265</w:t>
        <w:br/>
        <w:t>v -1.046792 13.902264 1.104437</w:t>
        <w:br/>
        <w:t>v -0.994694 13.967569 1.089234</w:t>
        <w:br/>
        <w:t>v -1.016140 13.895296 1.099675</w:t>
        <w:br/>
        <w:t>v -0.972310 13.955502 1.057679</w:t>
        <w:br/>
        <w:t>v -0.998282 13.885668 1.074885</w:t>
        <w:br/>
        <w:t>v -0.979663 13.947144 1.019243</w:t>
        <w:br/>
        <w:t>v -1.004391 13.878939 1.044892</w:t>
        <w:br/>
        <w:t>v -1.069035 13.865473 1.030772</w:t>
        <w:br/>
        <w:t>v -1.031999 13.861437 1.024741</w:t>
        <w:br/>
        <w:t>v -1.089929 13.877113 1.059963</w:t>
        <w:br/>
        <w:t>v -1.083058 13.885107 1.095732</w:t>
        <w:br/>
        <w:t>v -1.052468 13.884846 1.117098</w:t>
        <w:br/>
        <w:t>v -1.015437 13.876534 1.111216</w:t>
        <w:br/>
        <w:t>v -0.993713 13.865047 1.081577</w:t>
        <w:br/>
        <w:t>v -1.001220 13.856993 1.046108</w:t>
        <w:br/>
        <w:t>v -1.066471 13.781969 1.124166</w:t>
        <w:br/>
        <w:t>v -1.079496 13.678829 1.130967</w:t>
        <w:br/>
        <w:t>v -1.085534 13.678869 1.127236</w:t>
        <w:br/>
        <w:t>v -1.085640 13.782049 1.112002</w:t>
        <w:br/>
        <w:t>v -1.043166 13.777010 1.120170</w:t>
        <w:br/>
        <w:t>v -1.072159 13.677296 1.129689</w:t>
        <w:br/>
        <w:t>v -1.029551 13.770092 1.102424</w:t>
        <w:br/>
        <w:t>v -1.067803 13.675158 1.124133</w:t>
        <w:br/>
        <w:t>v -1.033885 13.765276 1.081444</w:t>
        <w:br/>
        <w:t>v -1.069030 13.673662 1.117600</w:t>
        <w:br/>
        <w:t>v -1.053174 13.767448 1.069256</w:t>
        <w:br/>
        <w:t>v -1.076619 13.770321 1.073393</w:t>
        <w:br/>
        <w:t>v -1.089788 13.777229 1.090947</w:t>
        <w:br/>
        <w:t>v -1.086765 13.677376 1.120705</w:t>
        <w:br/>
        <w:t>v -1.082449 13.675234 1.115199</w:t>
        <w:br/>
        <w:t>v -1.018655 14.216209 1.010473</w:t>
        <w:br/>
        <w:t>v -1.027843 14.207548 0.965631</w:t>
        <w:br/>
        <w:t>v -1.021798 14.234802 0.958113</w:t>
        <w:br/>
        <w:t>v -1.012555 14.243387 1.002987</w:t>
        <w:br/>
        <w:t>v -1.004108 14.195042 0.931633</w:t>
        <w:br/>
        <w:t>v -0.998109 14.222349 0.924093</w:t>
        <w:br/>
        <w:t>v -0.961109 14.212351 0.909124</w:t>
        <w:br/>
        <w:t>v -0.966979 14.185068 0.917033</w:t>
        <w:br/>
        <w:t>v -0.939223 14.205105 1.031538</w:t>
        <w:br/>
        <w:t>v -0.980448 14.215168 1.037219</w:t>
        <w:br/>
        <w:t>v -0.974330 14.242296 1.029761</w:t>
        <w:br/>
        <w:t>v -0.933750 14.232414 1.024300</w:t>
        <w:br/>
        <w:t>v -0.966329 14.211641 0.902722</w:t>
        <w:br/>
        <w:t>v -0.961109 14.212351 0.909124</w:t>
        <w:br/>
        <w:t>v -0.966979 14.185068 0.917033</w:t>
        <w:br/>
        <w:t>v -0.971863 14.185120 0.910434</w:t>
        <w:br/>
        <w:t>v -0.910475 14.193281 1.020069</w:t>
        <w:br/>
        <w:t>v -0.905007 14.220638 1.012885</w:t>
        <w:br/>
        <w:t>v -0.905007 14.220638 1.012885</w:t>
        <w:br/>
        <w:t>v -0.901076 14.221504 1.021359</w:t>
        <w:br/>
        <w:t>v -0.906822 14.194679 1.028444</w:t>
        <w:br/>
        <w:t>v -0.910475 14.193281 1.020069</w:t>
        <w:br/>
        <w:t>v -1.006503 14.247643 0.998395</w:t>
        <w:br/>
        <w:t>v -1.014859 14.239901 0.957850</w:t>
        <w:br/>
        <w:t>v -1.023494 14.200935 0.968590</w:t>
        <w:br/>
        <w:t>v -1.015201 14.208792 1.009085</w:t>
        <w:br/>
        <w:t>v -0.993609 14.228746 0.927351</w:t>
        <w:br/>
        <w:t>v -1.002203 14.189732 0.938130</w:t>
        <w:br/>
        <w:t>v -0.956332 14.218073 0.909517</w:t>
        <w:br/>
        <w:t>v -0.964896 14.178995 0.920322</w:t>
        <w:br/>
        <w:t>v -0.971966 14.246658 1.022606</w:t>
        <w:br/>
        <w:t>v -0.980698 14.207867 1.033268</w:t>
        <w:br/>
        <w:t>v -0.942656 14.198315 1.027290</w:t>
        <w:br/>
        <w:t>v -0.933930 14.237143 1.016609</w:t>
        <w:br/>
        <w:t>v -0.961776 14.216417 0.898020</w:t>
        <w:br/>
        <w:t>v -0.969877 14.178097 0.908786</w:t>
        <w:br/>
        <w:t>v -0.964896 14.178995 0.920322</w:t>
        <w:br/>
        <w:t>v -0.956332 14.218073 0.909517</w:t>
        <w:br/>
        <w:t>v -0.910630 14.186247 1.017379</w:t>
        <w:br/>
        <w:t>v -0.901938 14.225098 1.006690</w:t>
        <w:br/>
        <w:t>v -0.910630 14.186247 1.017379</w:t>
        <w:br/>
        <w:t>v -0.903250 14.187763 1.029075</w:t>
        <w:br/>
        <w:t>v -0.894585 14.226173 1.018629</w:t>
        <w:br/>
        <w:t>v -0.901938 14.225098 1.006690</w:t>
        <w:br/>
        <w:t>v -1.015201 14.208792 1.009085</w:t>
        <w:br/>
        <w:t>v -1.023494 14.200935 0.968590</w:t>
        <w:br/>
        <w:t>v -1.002203 14.189732 0.938130</w:t>
        <w:br/>
        <w:t>v -0.964896 14.178995 0.920322</w:t>
        <w:br/>
        <w:t>v -0.942656 14.198315 1.027290</w:t>
        <w:br/>
        <w:t>v -0.980698 14.207867 1.033268</w:t>
        <w:br/>
        <w:t>v -0.971920 14.185053 0.898153</w:t>
        <w:br/>
        <w:t>v -0.971017 14.196634 0.891379</w:t>
        <w:br/>
        <w:t>v -0.974059 14.199062 0.899474</w:t>
        <w:br/>
        <w:t>v -0.974332 14.190550 0.903624</w:t>
        <w:br/>
        <w:t>v -0.964896 14.178995 0.920322</w:t>
        <w:br/>
        <w:t>v -0.969877 14.178097 0.908786</w:t>
        <w:br/>
        <w:t>v -0.910630 14.186247 1.017379</w:t>
        <w:br/>
        <w:t>v -0.903250 14.187763 1.029075</w:t>
        <w:br/>
        <w:t>v -0.910630 14.186247 1.017379</w:t>
        <w:br/>
        <w:t>v -0.899819 14.209801 1.033871</w:t>
        <w:br/>
        <w:t>v -0.891276 14.208767 1.036261</w:t>
        <w:br/>
        <w:t>v -0.896353 14.196510 1.035610</w:t>
        <w:br/>
        <w:t>v -0.902817 14.201096 1.033442</w:t>
        <w:br/>
        <w:t>v -0.899104 14.217630 1.029318</w:t>
        <w:br/>
        <w:t>v -0.890941 14.220098 1.029477</w:t>
        <w:br/>
        <w:t>v -0.901938 14.225098 1.006690</w:t>
        <w:br/>
        <w:t>v -0.894585 14.226173 1.018629</w:t>
        <w:br/>
        <w:t>v -0.933930 14.237143 1.016609</w:t>
        <w:br/>
        <w:t>v -0.901938 14.225098 1.006690</w:t>
        <w:br/>
        <w:t>v -0.971966 14.246658 1.022606</w:t>
        <w:br/>
        <w:t>v -1.006503 14.247643 0.998395</w:t>
        <w:br/>
        <w:t>v -1.014859 14.239901 0.957850</w:t>
        <w:br/>
        <w:t>v -0.993609 14.228746 0.927351</w:t>
        <w:br/>
        <w:t>v -0.956332 14.218073 0.909517</w:t>
        <w:br/>
        <w:t>v -0.961776 14.216417 0.898020</w:t>
        <w:br/>
        <w:t>v -0.956332 14.218073 0.909517</w:t>
        <w:br/>
        <w:t>v -0.967017 14.208605 0.891585</w:t>
        <w:br/>
        <w:t>v -0.970908 14.206953 0.898934</w:t>
        <w:br/>
        <w:t>v -0.890941 14.220098 1.029477</w:t>
        <w:br/>
        <w:t>v -0.896353 14.196510 1.035610</w:t>
        <w:br/>
        <w:t>v -0.967017 14.208605 0.891585</w:t>
        <w:br/>
        <w:t>v -0.971920 14.185053 0.898153</w:t>
        <w:br/>
        <w:t>v -0.974059 14.199062 0.899474</w:t>
        <w:br/>
        <w:t>v -0.891276 14.208767 1.036261</w:t>
        <w:br/>
        <w:t>v -0.971017 14.196634 0.891379</w:t>
        <w:br/>
        <w:t>v -1.055592 14.076899 1.052263</w:t>
        <w:br/>
        <w:t>v -1.065267 14.067036 1.004089</w:t>
        <w:br/>
        <w:t>v -1.038477 14.188995 0.970590</w:t>
        <w:br/>
        <w:t>v -1.028578 14.198400 1.019019</w:t>
        <w:br/>
        <w:t>v -1.037751 14.052126 0.964772</w:t>
        <w:br/>
        <w:t>v -1.011135 14.174458 0.931038</w:t>
        <w:br/>
        <w:t>v -0.989260 14.041136 0.957239</w:t>
        <w:br/>
        <w:t>v -0.962671 14.163551 0.923452</w:t>
        <w:br/>
        <w:t>v -0.947748 14.040442 0.985738</w:t>
        <w:br/>
        <w:t>v -0.921599 14.162758 0.952204</w:t>
        <w:br/>
        <w:t>v -0.938008 14.050409 1.033811</w:t>
        <w:br/>
        <w:t>v -0.911796 14.172329 1.000576</w:t>
        <w:br/>
        <w:t>v -0.921599 14.162758 0.952204</w:t>
        <w:br/>
        <w:t>v -0.947748 14.040442 0.985738</w:t>
        <w:br/>
        <w:t>v -0.966109 14.065174 1.073468</w:t>
        <w:br/>
        <w:t>v -0.938960 14.186541 1.040276</w:t>
        <w:br/>
        <w:t>v -1.014454 14.076040 1.081038</w:t>
        <w:br/>
        <w:t>v -0.987294 14.197290 1.047940</w:t>
        <w:br/>
        <w:t>v -1.027788 14.194845 0.970814</w:t>
        <w:br/>
        <w:t>v -1.057727 14.058746 1.008230</w:t>
        <w:br/>
        <w:t>v -1.049461 14.067207 1.049438</w:t>
        <w:br/>
        <w:t>v -1.019308 14.202888 1.012278</w:t>
        <w:br/>
        <w:t>v -1.004403 14.182442 0.936949</w:t>
        <w:br/>
        <w:t>v -1.034171 14.045990 0.974573</w:t>
        <w:br/>
        <w:t>v -0.962943 14.173128 0.930456</w:t>
        <w:br/>
        <w:t>v -0.992688 14.036572 0.968137</w:t>
        <w:br/>
        <w:t>v -0.927768 14.172422 0.955074</w:t>
        <w:br/>
        <w:t>v -0.957305 14.036020 0.992560</w:t>
        <w:br/>
        <w:t>v -0.919362 14.180571 0.996488</w:t>
        <w:br/>
        <w:t>v -0.949028 14.044571 1.033705</w:t>
        <w:br/>
        <w:t>v -0.957305 14.036020 0.992560</w:t>
        <w:br/>
        <w:t>v -0.927768 14.172422 0.955074</w:t>
        <w:br/>
        <w:t>v -0.942604 14.192745 1.030476</w:t>
        <w:br/>
        <w:t>v -0.972874 14.057205 1.067561</w:t>
        <w:br/>
        <w:t>v -0.983981 14.201939 1.037029</w:t>
        <w:br/>
        <w:t>v -1.014275 14.066509 1.074051</w:t>
        <w:br/>
        <w:t>v -1.027788 14.194845 0.970814</w:t>
        <w:br/>
        <w:t>v -1.019308 14.202888 1.012278</w:t>
        <w:br/>
        <w:t>v -1.049461 14.067207 1.049438</w:t>
        <w:br/>
        <w:t>v -1.057727 14.058746 1.008230</w:t>
        <w:br/>
        <w:t>v -1.004403 14.182442 0.936949</w:t>
        <w:br/>
        <w:t>v -1.034171 14.045990 0.974573</w:t>
        <w:br/>
        <w:t>v -0.962943 14.173128 0.930456</w:t>
        <w:br/>
        <w:t>v -0.992688 14.036572 0.968137</w:t>
        <w:br/>
        <w:t>v -0.927768 14.172422 0.955074</w:t>
        <w:br/>
        <w:t>v -0.957305 14.036020 0.992560</w:t>
        <w:br/>
        <w:t>v -0.927768 14.172422 0.955074</w:t>
        <w:br/>
        <w:t>v -0.919362 14.180571 0.996488</w:t>
        <w:br/>
        <w:t>v -0.949028 14.044571 1.033705</w:t>
        <w:br/>
        <w:t>v -0.957305 14.036020 0.992560</w:t>
        <w:br/>
        <w:t>v -0.942604 14.192745 1.030476</w:t>
        <w:br/>
        <w:t>v -0.972874 14.057205 1.067561</w:t>
        <w:br/>
        <w:t>v -0.983981 14.201939 1.037029</w:t>
        <w:br/>
        <w:t>v -1.014275 14.066509 1.074051</w:t>
        <w:br/>
        <w:t>v -1.074975 13.673546 1.113869</w:t>
        <w:br/>
        <w:t>v -0.925632 14.028189 1.231537</w:t>
        <w:br/>
        <w:t>v -0.940330 14.019861 1.188427</w:t>
        <w:br/>
        <w:t>v -0.937965 14.047932 1.181532</w:t>
        <w:br/>
        <w:t>v -0.923173 14.056168 1.224659</w:t>
        <w:br/>
        <w:t>v -0.920747 14.010483 1.150871</w:t>
        <w:br/>
        <w:t>v -0.918435 14.038637 1.143936</w:t>
        <w:br/>
        <w:t>v -0.883296 14.032539 1.123212</w:t>
        <w:br/>
        <w:t>v -0.885414 14.004414 1.130483</w:t>
        <w:br/>
        <w:t>v -0.843448 14.023970 1.239825</w:t>
        <w:br/>
        <w:t>v -0.884100 14.030037 1.252040</w:t>
        <w:br/>
        <w:t>v -0.881605 14.057953 1.245193</w:t>
        <w:br/>
        <w:t>v -0.841571 14.052023 1.233286</w:t>
        <w:br/>
        <w:t>v -0.889288 14.031504 1.117667</w:t>
        <w:br/>
        <w:t>v -0.883296 14.032539 1.123212</w:t>
        <w:br/>
        <w:t>v -0.885414 14.004414 1.130483</w:t>
        <w:br/>
        <w:t>v -0.891169 14.004169 1.124731</w:t>
        <w:br/>
        <w:t>v -0.815238 14.015066 1.223501</w:t>
        <w:br/>
        <w:t>v -0.813353 14.043144 1.217010</w:t>
        <w:br/>
        <w:t>v -0.813353 14.043144 1.217010</w:t>
        <w:br/>
        <w:t>v -0.808296 14.044134 1.224795</w:t>
        <w:br/>
        <w:t>v -0.810557 14.016554 1.231280</w:t>
        <w:br/>
        <w:t>v -0.815238 14.015066 1.223501</w:t>
        <w:br/>
        <w:t>v -0.918266 14.061117 1.219465</w:t>
        <w:br/>
        <w:t>v -0.931642 14.053694 1.180498</w:t>
        <w:br/>
        <w:t>v -0.935030 14.013565 1.190359</w:t>
        <w:br/>
        <w:t>v -0.921758 14.021130 1.229280</w:t>
        <w:br/>
        <w:t>v -0.914125 14.045385 1.146791</w:t>
        <w:br/>
        <w:t>v -0.917447 14.005167 1.156699</w:t>
        <w:br/>
        <w:t>v -0.879062 14.038702 1.123175</w:t>
        <w:br/>
        <w:t>v -0.882323 13.998415 1.133097</w:t>
        <w:br/>
        <w:t>v -0.880698 14.062721 1.238037</w:t>
        <w:br/>
        <w:t>v -0.884252 14.022814 1.247826</w:t>
        <w:br/>
        <w:t>v -0.846803 14.016987 1.235798</w:t>
        <w:br/>
        <w:t>v -0.843274 14.056948 1.225991</w:t>
        <w:br/>
        <w:t>v -0.885925 14.036856 1.112609</w:t>
        <w:br/>
        <w:t>v -0.888804 13.997368 1.122466</w:t>
        <w:br/>
        <w:t>v -0.882323 13.998415 1.133097</w:t>
        <w:br/>
        <w:t>v -0.879062 14.038702 1.123175</w:t>
        <w:br/>
        <w:t>v -0.815048 14.008068 1.220486</w:t>
        <w:br/>
        <w:t>v -0.811510 14.048056 1.210641</w:t>
        <w:br/>
        <w:t>v -0.815048 14.008068 1.220486</w:t>
        <w:br/>
        <w:t>v -0.806142 14.009918 1.230954</w:t>
        <w:br/>
        <w:t>v -0.802500 14.049440 1.221310</w:t>
        <w:br/>
        <w:t>v -0.811510 14.048056 1.210641</w:t>
        <w:br/>
        <w:t>v -0.921758 14.021130 1.229280</w:t>
        <w:br/>
        <w:t>v -0.935030 14.013565 1.190359</w:t>
        <w:br/>
        <w:t>v -0.917447 14.005167 1.156699</w:t>
        <w:br/>
        <w:t>v -0.882323 13.998415 1.133097</w:t>
        <w:br/>
        <w:t>v -0.846803 14.016987 1.235798</w:t>
        <w:br/>
        <w:t>v -0.884252 14.022814 1.247826</w:t>
        <w:br/>
        <w:t>v -0.892993 14.004440 1.112675</w:t>
        <w:br/>
        <w:t>v -0.894149 14.016321 1.106466</w:t>
        <w:br/>
        <w:t>v -0.896205 14.018265 1.114995</w:t>
        <w:br/>
        <w:t>v -0.895075 14.009573 1.118676</w:t>
        <w:br/>
        <w:t>v -0.882323 13.998415 1.133097</w:t>
        <w:br/>
        <w:t>v -0.888804 13.997368 1.122466</w:t>
        <w:br/>
        <w:t>v -0.815048 14.008068 1.220486</w:t>
        <w:br/>
        <w:t>v -0.806142 14.009918 1.230954</w:t>
        <w:br/>
        <w:t>v -0.815048 14.008068 1.220486</w:t>
        <w:br/>
        <w:t>v -0.804182 14.032171 1.236324</w:t>
        <w:br/>
        <w:t>v -0.794986 14.031830 1.237192</w:t>
        <w:br/>
        <w:t>v -0.799077 14.019112 1.236748</w:t>
        <w:br/>
        <w:t>v -0.806450 14.023193 1.235923</w:t>
        <w:br/>
        <w:t>v -0.804834 14.040197 1.232133</w:t>
        <w:br/>
        <w:t>v -0.796680 14.043388 1.231076</w:t>
        <w:br/>
        <w:t>v -0.811510 14.048056 1.210641</w:t>
        <w:br/>
        <w:t>v -0.802500 14.049440 1.221310</w:t>
        <w:br/>
        <w:t>v -0.843274 14.056948 1.225991</w:t>
        <w:br/>
        <w:t>v -0.811510 14.048056 1.210641</w:t>
        <w:br/>
        <w:t>v -0.880698 14.062721 1.238037</w:t>
        <w:br/>
        <w:t>v -0.918266 14.061117 1.219465</w:t>
        <w:br/>
        <w:t>v -0.931642 14.053694 1.180498</w:t>
        <w:br/>
        <w:t>v -0.914125 14.045385 1.146791</w:t>
        <w:br/>
        <w:t>v -0.879062 14.038702 1.123175</w:t>
        <w:br/>
        <w:t>v -0.885925 14.036856 1.112609</w:t>
        <w:br/>
        <w:t>v -0.879062 14.038702 1.123175</w:t>
        <w:br/>
        <w:t>v -0.891280 14.028704 1.106663</w:t>
        <w:br/>
        <w:t>v -0.893907 14.026470 1.114392</w:t>
        <w:br/>
        <w:t>v -0.796680 14.043388 1.231076</w:t>
        <w:br/>
        <w:t>v -0.799077 14.019112 1.236748</w:t>
        <w:br/>
        <w:t>v -0.891280 14.028704 1.106663</w:t>
        <w:br/>
        <w:t>v -0.892993 14.004440 1.112675</w:t>
        <w:br/>
        <w:t>v -0.896205 14.018265 1.114995</w:t>
        <w:br/>
        <w:t>v -0.794986 14.031830 1.237192</w:t>
        <w:br/>
        <w:t>v -0.894149 14.016321 1.106466</w:t>
        <w:br/>
        <w:t>v -0.901738 13.680447 1.272916</w:t>
        <w:br/>
        <w:t>v -0.900529 13.678400 1.264154</w:t>
        <w:br/>
        <w:t>v -0.907828 13.679323 1.266674</w:t>
        <w:br/>
        <w:t>v -0.911416 13.680828 1.272869</w:t>
        <w:br/>
        <w:t>v -0.909333 13.682169 1.279215</w:t>
        <w:br/>
        <w:t>v -0.902812 13.682547 1.281995</w:t>
        <w:br/>
        <w:t>v -0.895654 13.681763 1.279555</w:t>
        <w:br/>
        <w:t>v -0.892033 13.680267 1.273304</w:t>
        <w:br/>
        <w:t>v -0.894114 13.678926 1.266956</w:t>
        <w:br/>
        <w:t>v -0.853328 14.343779 1.114150</w:t>
        <w:br/>
        <w:t>v -0.889488 14.343174 1.072072</w:t>
        <w:br/>
        <w:t>v -0.850760 14.333748 1.061704</w:t>
        <w:br/>
        <w:t>v -0.907746 14.351507 1.108935</w:t>
        <w:br/>
        <w:t>v -0.893847 14.358152 1.148345</w:t>
        <w:br/>
        <w:t>v -0.855894 14.359343 1.167111</w:t>
        <w:br/>
        <w:t>v -0.816341 14.354515 1.154262</w:t>
        <w:br/>
        <w:t>v -0.798647 14.346260 1.117732</w:t>
        <w:br/>
        <w:t>v -0.811850 14.339468 1.077948</w:t>
        <w:br/>
        <w:t>v -0.823156 14.292128 1.167317</w:t>
        <w:br/>
        <w:t>v -0.861111 14.296759 1.179676</w:t>
        <w:br/>
        <w:t>v -0.857424 14.327269 1.156739</w:t>
        <w:br/>
        <w:t>v -0.830491 14.323984 1.147960</w:t>
        <w:br/>
        <w:t>v -0.897381 14.295559 1.161725</w:t>
        <w:br/>
        <w:t>v -0.883137 14.326408 1.144022</w:t>
        <w:br/>
        <w:t>v -0.910626 14.289053 1.124075</w:t>
        <w:br/>
        <w:t>v -0.892557 14.321840 1.117294</w:t>
        <w:br/>
        <w:t>v -0.893056 14.281008 1.088807</w:t>
        <w:br/>
        <w:t>v -0.880107 14.316200 1.092231</w:t>
        <w:br/>
        <w:t>v -0.855042 14.276253 1.076507</w:t>
        <w:br/>
        <w:t>v -0.853533 14.308771 1.085006</w:t>
        <w:br/>
        <w:t>v -0.827518 14.313822 1.096160</w:t>
        <w:br/>
        <w:t>v -0.818925 14.277668 1.094365</w:t>
        <w:br/>
        <w:t>v -0.805744 14.284266 1.131969</w:t>
        <w:br/>
        <w:t>v -0.818129 14.318443 1.122858</w:t>
        <w:br/>
        <w:t>v -0.855894 14.359343 1.167111</w:t>
        <w:br/>
        <w:t>v -0.816341 14.354515 1.154262</w:t>
        <w:br/>
        <w:t>v -0.893847 14.358152 1.148345</w:t>
        <w:br/>
        <w:t>v -0.907746 14.351507 1.108935</w:t>
        <w:br/>
        <w:t>v -0.889488 14.343174 1.072072</w:t>
        <w:br/>
        <w:t>v -0.850760 14.333748 1.061704</w:t>
        <w:br/>
        <w:t>v -0.811850 14.339468 1.077948</w:t>
        <w:br/>
        <w:t>v -0.798647 14.346260 1.117732</w:t>
        <w:br/>
        <w:t>v -0.917658 13.894444 1.192366</w:t>
        <w:br/>
        <w:t>v -0.887422 13.894506 1.182428</w:t>
        <w:br/>
        <w:t>v -0.881199 13.961515 1.153726</w:t>
        <w:br/>
        <w:t>v -0.919316 13.966433 1.165941</w:t>
        <w:br/>
        <w:t>v -0.937403 13.975224 1.200913</w:t>
        <w:br/>
        <w:t>v -0.931999 13.901522 1.219794</w:t>
        <w:br/>
        <w:t>v -0.924774 13.982576 1.238167</w:t>
        <w:br/>
        <w:t>v -0.922227 13.907494 1.249050</w:t>
        <w:br/>
        <w:t>v -0.888879 13.984262 1.255905</w:t>
        <w:br/>
        <w:t>v -0.894102 13.908947 1.262952</w:t>
        <w:br/>
        <w:t>v -0.850828 13.979418 1.243682</w:t>
        <w:br/>
        <w:t>v -0.864056 13.905090 1.253300</w:t>
        <w:br/>
        <w:t>v -0.832592 13.970779 1.208536</w:t>
        <w:br/>
        <w:t>v -0.849449 13.898184 1.225640</w:t>
        <w:br/>
        <w:t>v -0.845006 13.963318 1.171234</w:t>
        <w:br/>
        <w:t>v -0.859483 13.892118 1.196576</w:t>
        <w:br/>
        <w:t>v -0.924112 13.873209 1.191560</w:t>
        <w:br/>
        <w:t>v -0.888232 13.872915 1.179859</w:t>
        <w:br/>
        <w:t>v -0.941207 13.881655 1.224127</w:t>
        <w:br/>
        <w:t>v -0.929645 13.888819 1.258847</w:t>
        <w:br/>
        <w:t>v -0.896232 13.890579 1.275362</w:t>
        <w:br/>
        <w:t>v -0.859963 13.886030 1.263579</w:t>
        <w:br/>
        <w:t>v -0.842133 13.877834 1.230454</w:t>
        <w:br/>
        <w:t>v -0.854269 13.870533 1.196122</w:t>
        <w:br/>
        <w:t>v -0.899994 13.786644 1.278890</w:t>
        <w:br/>
        <w:t>v -0.902812 13.682547 1.281995</w:t>
        <w:br/>
        <w:t>v -0.909333 13.682169 1.279215</w:t>
        <w:br/>
        <w:t>v -0.920737 13.785408 1.269747</w:t>
        <w:br/>
        <w:t>v -0.877238 13.784061 1.271199</w:t>
        <w:br/>
        <w:t>v -0.895654 13.681763 1.279555</w:t>
        <w:br/>
        <w:t>v -0.865961 13.779169 1.251274</w:t>
        <w:br/>
        <w:t>v -0.892033 13.680267 1.273304</w:t>
        <w:br/>
        <w:t>v -0.873030 13.774815 1.230947</w:t>
        <w:br/>
        <w:t>v -0.894114 13.678926 1.266956</w:t>
        <w:br/>
        <w:t>v -0.894076 13.775646 1.221910</w:t>
        <w:br/>
        <w:t>v -0.916767 13.776134 1.229648</w:t>
        <w:br/>
        <w:t>v -0.927634 13.781067 1.249318</w:t>
        <w:br/>
        <w:t>v -0.911416 13.680828 1.272869</w:t>
        <w:br/>
        <w:t>v -0.907828 13.679323 1.266674</w:t>
        <w:br/>
        <w:t>v -0.908103 14.227659 1.182886</w:t>
        <w:br/>
        <w:t>v -0.923280 14.219976 1.139517</w:t>
        <w:br/>
        <w:t>v -0.920851 14.247955 1.132661</w:t>
        <w:br/>
        <w:t>v -0.905608 14.255568 1.176048</w:t>
        <w:br/>
        <w:t>v -0.904052 14.211126 1.101734</w:t>
        <w:br/>
        <w:t>v -0.901676 14.239159 1.094864</w:t>
        <w:br/>
        <w:t>v -0.866687 14.233290 1.074024</w:t>
        <w:br/>
        <w:t>v -0.868881 14.205282 1.081239</w:t>
        <w:br/>
        <w:t>v -0.825717 14.223236 1.191230</w:t>
        <w:br/>
        <w:t>v -0.866298 14.229143 1.203534</w:t>
        <w:br/>
        <w:t>v -0.863776 14.257004 1.196718</w:t>
        <w:br/>
        <w:t>v -0.823814 14.251207 1.184737</w:t>
        <w:br/>
        <w:t>v -0.872746 14.232349 1.068444</w:t>
        <w:br/>
        <w:t>v -0.866687 14.233290 1.074024</w:t>
        <w:br/>
        <w:t>v -0.868881 14.205282 1.081239</w:t>
        <w:br/>
        <w:t>v -0.874706 14.205137 1.075455</w:t>
        <w:br/>
        <w:t>v -0.798155 14.214640 1.174977</w:t>
        <w:br/>
        <w:t>v -0.796252 14.242653 1.168542</w:t>
        <w:br/>
        <w:t>v -0.796252 14.242653 1.168542</w:t>
        <w:br/>
        <w:t>v -0.791156 14.243546 1.176368</w:t>
        <w:br/>
        <w:t>v -0.793394 14.216038 1.182776</w:t>
        <w:br/>
        <w:t>v -0.798155 14.214640 1.174977</w:t>
        <w:br/>
        <w:t>v -0.900726 14.260553 1.170841</w:t>
        <w:br/>
        <w:t>v -0.914504 14.253689 1.131639</w:t>
        <w:br/>
        <w:t>v -0.917970 14.213688 1.141433</w:t>
        <w:br/>
        <w:t>v -0.904272 14.220661 1.180601</w:t>
        <w:br/>
        <w:t>v -0.897302 14.245813 1.097754</w:t>
        <w:br/>
        <w:t>v -0.900718 14.205763 1.107578</w:t>
        <w:br/>
        <w:t>v -0.862422 14.239416 1.074006</w:t>
        <w:br/>
        <w:t>v -0.865797 14.199306 1.083848</w:t>
        <w:br/>
        <w:t>v -0.862927 14.261852 1.189536</w:t>
        <w:br/>
        <w:t>v -0.866515 14.222015 1.199277</w:t>
        <w:br/>
        <w:t>v -0.829159 14.216330 1.187181</w:t>
        <w:br/>
        <w:t>v -0.825583 14.256201 1.177424</w:t>
        <w:br/>
        <w:t>v -0.869401 14.237717 1.063379</w:t>
        <w:br/>
        <w:t>v -0.872393 14.198402 1.073154</w:t>
        <w:br/>
        <w:t>v -0.865797 14.199306 1.083848</w:t>
        <w:br/>
        <w:t>v -0.862422 14.239416 1.074006</w:t>
        <w:br/>
        <w:t>v -0.798109 14.207733 1.171965</w:t>
        <w:br/>
        <w:t>v -0.794569 14.247625 1.162207</w:t>
        <w:br/>
        <w:t>v -0.798109 14.207733 1.171965</w:t>
        <w:br/>
        <w:t>v -0.789181 14.209467 1.182494</w:t>
        <w:br/>
        <w:t>v -0.785592 14.248911 1.172956</w:t>
        <w:br/>
        <w:t>v -0.794569 14.247625 1.162207</w:t>
        <w:br/>
        <w:t>v -0.904272 14.220661 1.180601</w:t>
        <w:br/>
        <w:t>v -0.917970 14.213688 1.141433</w:t>
        <w:br/>
        <w:t>v -0.900718 14.205763 1.107578</w:t>
        <w:br/>
        <w:t>v -0.865797 14.199306 1.083848</w:t>
        <w:br/>
        <w:t>v -0.829159 14.216330 1.187181</w:t>
        <w:br/>
        <w:t>v -0.866515 14.222015 1.199277</w:t>
        <w:br/>
        <w:t>v -0.876642 14.205557 1.063335</w:t>
        <w:br/>
        <w:t>v -0.877799 14.217436 1.057137</w:t>
        <w:br/>
        <w:t>v -0.879761 14.219242 1.065713</w:t>
        <w:br/>
        <w:t>v -0.878653 14.210579 1.069393</w:t>
        <w:br/>
        <w:t>v -0.865797 14.199306 1.083848</w:t>
        <w:br/>
        <w:t>v -0.872393 14.198402 1.073154</w:t>
        <w:br/>
        <w:t>v -0.798109 14.207733 1.171965</w:t>
        <w:br/>
        <w:t>v -0.789181 14.209467 1.182494</w:t>
        <w:br/>
        <w:t>v -0.798109 14.207733 1.171965</w:t>
        <w:br/>
        <w:t>v -0.786981 14.231520 1.187904</w:t>
        <w:br/>
        <w:t>v -0.778115 14.231199 1.188932</w:t>
        <w:br/>
        <w:t>v -0.782148 14.218555 1.188388</w:t>
        <w:br/>
        <w:t>v -0.789242 14.222597 1.187459</w:t>
        <w:br/>
        <w:t>v -0.787657 14.239559 1.183723</w:t>
        <w:br/>
        <w:t>v -0.779811 14.242775 1.182794</w:t>
        <w:br/>
        <w:t>v -0.794569 14.247625 1.162207</w:t>
        <w:br/>
        <w:t>v -0.785592 14.248911 1.172956</w:t>
        <w:br/>
        <w:t>v -0.825583 14.256201 1.177424</w:t>
        <w:br/>
        <w:t>v -0.794569 14.247625 1.162207</w:t>
        <w:br/>
        <w:t>v -0.862927 14.261852 1.189536</w:t>
        <w:br/>
        <w:t>v -0.900726 14.260553 1.170841</w:t>
        <w:br/>
        <w:t>v -0.914504 14.253689 1.131639</w:t>
        <w:br/>
        <w:t>v -0.897302 14.245813 1.097754</w:t>
        <w:br/>
        <w:t>v -0.862422 14.239416 1.074006</w:t>
        <w:br/>
        <w:t>v -0.869401 14.237717 1.063379</w:t>
        <w:br/>
        <w:t>v -0.862422 14.239416 1.074006</w:t>
        <w:br/>
        <w:t>v -0.874869 14.229708 1.057387</w:t>
        <w:br/>
        <w:t>v -0.877428 14.227407 1.065135</w:t>
        <w:br/>
        <w:t>v -0.779811 14.242775 1.182794</w:t>
        <w:br/>
        <w:t>v -0.782148 14.218555 1.188388</w:t>
        <w:br/>
        <w:t>v -0.874869 14.229708 1.057387</w:t>
        <w:br/>
        <w:t>v -0.876642 14.205557 1.063335</w:t>
        <w:br/>
        <w:t>v -0.879761 14.219242 1.065713</w:t>
        <w:br/>
        <w:t>v -0.778115 14.231199 1.188932</w:t>
        <w:br/>
        <w:t>v -0.877799 14.217436 1.057137</w:t>
        <w:br/>
        <w:t>v -0.925943 14.083929 1.222157</w:t>
        <w:br/>
        <w:t>v -0.942007 14.075138 1.175507</w:t>
        <w:br/>
        <w:t>v -0.931374 14.200321 1.145002</w:t>
        <w:br/>
        <w:t>v -0.915011 14.208668 1.191846</w:t>
        <w:br/>
        <w:t>v -0.919665 14.064470 1.131778</w:t>
        <w:br/>
        <w:t>v -0.909272 14.190014 1.101087</w:t>
        <w:br/>
        <w:t>v -0.872136 14.058395 1.116511</w:t>
        <w:br/>
        <w:t>v -0.861785 14.184025 1.085775</w:t>
        <w:br/>
        <w:t>v -0.826840 14.060467 1.138414</w:t>
        <w:br/>
        <w:t>v -0.816874 14.185946 1.107989</w:t>
        <w:br/>
        <w:t>v -0.810737 14.069374 1.184961</w:t>
        <w:br/>
        <w:t>v -0.800628 14.194448 1.154800</w:t>
        <w:br/>
        <w:t>v -0.816874 14.185946 1.107989</w:t>
        <w:br/>
        <w:t>v -0.826840 14.060467 1.138414</w:t>
        <w:br/>
        <w:t>v -0.833589 14.079830 1.229106</w:t>
        <w:br/>
        <w:t>v -0.822505 14.204445 1.198817</w:t>
        <w:br/>
        <w:t>v -0.880957 14.085793 1.244381</w:t>
        <w:br/>
        <w:t>v -0.869837 14.210287 1.214178</w:t>
        <w:br/>
        <w:t>v -0.921326 14.207134 1.143942</w:t>
        <w:br/>
        <w:t>v -0.933229 14.067436 1.178024</w:t>
        <w:br/>
        <w:t>v -0.919500 14.074980 1.217932</w:t>
        <w:br/>
        <w:t>v -0.907311 14.214272 1.184048</w:t>
        <w:br/>
        <w:t>v -0.902431 14.198351 1.106348</w:t>
        <w:br/>
        <w:t>v -0.914104 14.058310 1.140590</w:t>
        <w:br/>
        <w:t>v -0.861810 14.193245 1.093247</w:t>
        <w:br/>
        <w:t>v -0.873441 14.053099 1.127536</w:t>
        <w:br/>
        <w:t>v -0.823344 14.194862 1.112264</w:t>
        <w:br/>
        <w:t>v -0.834815 14.054899 1.146338</w:t>
        <w:br/>
        <w:t>v -0.809419 14.202103 1.152338</w:t>
        <w:br/>
        <w:t>v -0.821093 14.062536 1.186187</w:t>
        <w:br/>
        <w:t>v -0.834815 14.054899 1.146338</w:t>
        <w:br/>
        <w:t>v -0.823344 14.194862 1.112264</w:t>
        <w:br/>
        <w:t>v -0.828135 14.210667 1.190020</w:t>
        <w:br/>
        <w:t>v -0.840463 14.071507 1.223854</w:t>
        <w:br/>
        <w:t>v -0.868656 14.215660 1.203161</w:t>
        <w:br/>
        <w:t>v -0.881026 14.076609 1.236942</w:t>
        <w:br/>
        <w:t>v -0.921326 14.207134 1.143942</w:t>
        <w:br/>
        <w:t>v -0.907311 14.214272 1.184048</w:t>
        <w:br/>
        <w:t>v -0.919500 14.074980 1.217932</w:t>
        <w:br/>
        <w:t>v -0.933229 14.067436 1.178024</w:t>
        <w:br/>
        <w:t>v -0.902431 14.198351 1.106348</w:t>
        <w:br/>
        <w:t>v -0.914104 14.058310 1.140590</w:t>
        <w:br/>
        <w:t>v -0.861810 14.193245 1.093247</w:t>
        <w:br/>
        <w:t>v -0.873441 14.053099 1.127536</w:t>
        <w:br/>
        <w:t>v -0.823344 14.194862 1.112264</w:t>
        <w:br/>
        <w:t>v -0.834815 14.054899 1.146338</w:t>
        <w:br/>
        <w:t>v -0.823344 14.194862 1.112264</w:t>
        <w:br/>
        <w:t>v -0.809419 14.202103 1.152338</w:t>
        <w:br/>
        <w:t>v -0.821093 14.062536 1.186187</w:t>
        <w:br/>
        <w:t>v -0.834815 14.054899 1.146338</w:t>
        <w:br/>
        <w:t>v -0.828135 14.210667 1.190020</w:t>
        <w:br/>
        <w:t>v -0.840463 14.071507 1.223854</w:t>
        <w:br/>
        <w:t>v -0.868656 14.215660 1.203161</w:t>
        <w:br/>
        <w:t>v -0.881026 14.076609 1.236942</w:t>
        <w:br/>
        <w:t>v -0.900529 13.678400 1.264154</w:t>
        <w:br/>
        <w:t>v -0.591727 12.443894 1.431794</w:t>
        <w:br/>
        <w:t>v -0.728826 13.771465 -0.609081</w:t>
        <w:br/>
        <w:t>v -0.777482 13.715562 -0.641477</w:t>
        <w:br/>
        <w:t>v -0.686534 13.664706 -0.695367</w:t>
        <w:br/>
        <w:t>v -0.669113 13.737913 -0.647007</w:t>
        <w:br/>
        <w:t>v -0.841753 13.830089 -0.514571</w:t>
        <w:br/>
        <w:t>v -0.897649 13.856810 -0.446468</w:t>
        <w:br/>
        <w:t>v -0.986732 13.818122 -0.447656</w:t>
        <w:br/>
        <w:t>v -0.890788 13.770301 -0.547455</w:t>
        <w:br/>
        <w:t>v -0.879941 13.780346 -0.583866</w:t>
        <w:br/>
        <w:t>v -0.831951 13.831699 -0.533886</w:t>
        <w:br/>
        <w:t>v -0.746294 13.783408 -0.602731</w:t>
        <w:br/>
        <w:t>v -0.806435 13.744865 -0.644893</w:t>
        <w:br/>
        <w:t>v -0.599099 13.979622 -0.518943</w:t>
        <w:br/>
        <w:t>v -0.672494 14.014874 -0.457646</w:t>
        <w:br/>
        <w:t>v -0.638917 13.719981 -0.667068</w:t>
        <w:br/>
        <w:t>v -0.942216 13.880025 -0.402200</w:t>
        <w:br/>
        <w:t>v -0.723322 13.949808 -0.470448</w:t>
        <w:br/>
        <w:t>v -0.736701 13.951664 -0.452977</w:t>
        <w:br/>
        <w:t>v -0.686905 14.008240 -0.423012</w:t>
        <w:br/>
        <w:t>v -0.772125 14.043880 -0.340965</w:t>
        <w:br/>
        <w:t>v -0.785194 13.966631 -0.403538</w:t>
        <w:br/>
        <w:t>v -0.485374 13.901833 -0.570590</w:t>
        <w:br/>
        <w:t>v -0.576857 13.951753 -0.509982</w:t>
        <w:br/>
        <w:t>v -0.630527 13.889167 -0.545079</w:t>
        <w:br/>
        <w:t>v -0.568642 13.854047 -0.588064</w:t>
        <w:br/>
        <w:t>v -0.839077 13.985697 -0.364486</w:t>
        <w:br/>
        <w:t>v -0.639941 13.895877 -0.541905</w:t>
        <w:br/>
        <w:t>v 0.437126 10.798534 1.145139</w:t>
        <w:br/>
        <w:t>v 0.432823 11.174648 1.153140</w:t>
        <w:br/>
        <w:t>v 0.505277 11.173889 1.228631</w:t>
        <w:br/>
        <w:t>v 0.509576 10.797749 1.220621</w:t>
        <w:br/>
        <w:t>v 0.432823 11.174648 1.153140</w:t>
        <w:br/>
        <w:t>v 0.495702 11.176664 1.092825</w:t>
        <w:br/>
        <w:t>v 0.568153 11.175880 1.168307</w:t>
        <w:br/>
        <w:t>v 0.505277 11.173889 1.228631</w:t>
        <w:br/>
        <w:t>v 0.499999 10.800545 1.084808</w:t>
        <w:br/>
        <w:t>v 0.437126 10.798534 1.145139</w:t>
        <w:br/>
        <w:t>v 0.509576 10.797749 1.220621</w:t>
        <w:br/>
        <w:t>v 0.572455 10.799767 1.160306</w:t>
        <w:br/>
        <w:t>v 0.509576 10.797749 1.220621</w:t>
        <w:br/>
        <w:t>v 0.522513 10.844990 1.208718</w:t>
        <w:br/>
        <w:t>v 0.558454 10.846138 1.174211</w:t>
        <w:br/>
        <w:t>v 0.572455 10.799767 1.160306</w:t>
        <w:br/>
        <w:t>v 0.555222 11.128649 1.180226</w:t>
        <w:br/>
        <w:t>v 0.568153 11.175880 1.168307</w:t>
        <w:br/>
        <w:t>v 0.519258 11.127493 1.214725</w:t>
        <w:br/>
        <w:t>v 0.505277 11.173889 1.228631</w:t>
        <w:br/>
        <w:t>v 0.499999 10.800545 1.084808</w:t>
        <w:br/>
        <w:t>v 0.486021 10.846922 1.098722</w:t>
        <w:br/>
        <w:t>v 0.450056 10.845768 1.133219</w:t>
        <w:br/>
        <w:t>v 0.437126 10.798534 1.145139</w:t>
        <w:br/>
        <w:t>v 0.446825 11.128281 1.139235</w:t>
        <w:br/>
        <w:t>v 0.432823 11.174648 1.153140</w:t>
        <w:br/>
        <w:t>v 0.482789 11.129433 1.104737</w:t>
        <w:br/>
        <w:t>v 0.495702 11.176664 1.092825</w:t>
        <w:br/>
        <w:t>v 0.558454 10.846138 1.174211</w:t>
        <w:br/>
        <w:t>v 0.486021 10.846922 1.098722</w:t>
        <w:br/>
        <w:t>v 0.482789 11.129433 1.104737</w:t>
        <w:br/>
        <w:t>v 0.555222 11.128649 1.180226</w:t>
        <w:br/>
        <w:t>v 0.519258 11.127493 1.214725</w:t>
        <w:br/>
        <w:t>v 0.446825 11.128281 1.139235</w:t>
        <w:br/>
        <w:t>v 0.450056 10.845768 1.133219</w:t>
        <w:br/>
        <w:t>v 0.522513 10.844990 1.208718</w:t>
        <w:br/>
        <w:t>v 0.522513 10.844990 1.208718</w:t>
        <w:br/>
        <w:t>v 0.450056 10.845768 1.133219</w:t>
        <w:br/>
        <w:t>v 0.486021 10.846922 1.098722</w:t>
        <w:br/>
        <w:t>v 0.558454 10.846138 1.174211</w:t>
        <w:br/>
        <w:t>v 0.555222 11.128649 1.180226</w:t>
        <w:br/>
        <w:t>v 0.482789 11.129433 1.104737</w:t>
        <w:br/>
        <w:t>v 0.446825 11.128281 1.139235</w:t>
        <w:br/>
        <w:t>v 0.519258 11.127493 1.214725</w:t>
        <w:br/>
        <w:t>v 1.108726 10.945318 1.263937</w:t>
        <w:br/>
        <w:t>v 1.109647 11.002012 1.264624</w:t>
        <w:br/>
        <w:t>v 1.107800 11.002365 1.238732</w:t>
        <w:br/>
        <w:t>v 1.106887 10.945654 1.238049</w:t>
        <w:br/>
        <w:t>v 1.057607 11.003170 1.258438</w:t>
        <w:br/>
        <w:t>v 1.059112 11.002537 1.285080</w:t>
        <w:br/>
        <w:t>v 1.005317 11.003775 1.275494</w:t>
        <w:br/>
        <w:t>v 1.005530 11.004148 1.248811</w:t>
        <w:br/>
        <w:t>v 1.004616 10.947437 1.248128</w:t>
        <w:br/>
        <w:t>v 1.056704 10.946487 1.257756</w:t>
        <w:br/>
        <w:t>v 1.057607 11.003170 1.258438</w:t>
        <w:br/>
        <w:t>v 1.005530 11.004148 1.248811</w:t>
        <w:br/>
        <w:t>v 1.056704 10.946487 1.257756</w:t>
        <w:br/>
        <w:t>v 1.004616 10.947437 1.248128</w:t>
        <w:br/>
        <w:t>v 1.004395 10.947084 1.274806</w:t>
        <w:br/>
        <w:t>v 1.058217 10.945831 1.284402</w:t>
        <w:br/>
        <w:t>v 1.005317 11.003775 1.275494</w:t>
        <w:br/>
        <w:t>v 1.059112 11.002537 1.285080</w:t>
        <w:br/>
        <w:t>v 1.058217 10.945831 1.284402</w:t>
        <w:br/>
        <w:t>v 1.004395 10.947084 1.274806</w:t>
        <w:br/>
        <w:t>v 1.109647 11.002012 1.264624</w:t>
        <w:br/>
        <w:t>v 1.108726 10.945318 1.263937</w:t>
        <w:br/>
        <w:t>v 1.107800 11.002365 1.238732</w:t>
        <w:br/>
        <w:t>v 1.109647 11.002012 1.264624</w:t>
        <w:br/>
        <w:t>v 1.106887 10.945654 1.238049</w:t>
        <w:br/>
        <w:t>v 1.107800 11.002365 1.238732</w:t>
        <w:br/>
        <w:t>v 1.106887 10.945654 1.238049</w:t>
        <w:br/>
        <w:t>v 1.108726 10.945318 1.263937</w:t>
        <w:br/>
        <w:t>v 0.925407 10.948528 1.218972</w:t>
        <w:br/>
        <w:t>v 0.916440 10.948362 1.244588</w:t>
        <w:br/>
        <w:t>v 0.916440 10.948362 1.244588</w:t>
        <w:br/>
        <w:t>v 0.917354 11.005075 1.245271</w:t>
        <w:br/>
        <w:t>v 0.917354 11.005075 1.245271</w:t>
        <w:br/>
        <w:t>v 0.926323 11.005226 1.219679</w:t>
        <w:br/>
        <w:t>v 0.925407 10.948528 1.218972</w:t>
        <w:br/>
        <w:t>v 0.926323 11.005226 1.219679</w:t>
        <w:br/>
        <w:t>v 0.940436 11.101625 1.273793</w:t>
        <w:br/>
        <w:t>v 0.932668 10.849878 1.251098</w:t>
        <w:br/>
        <w:t>v 0.797837 11.102060 1.285060</w:t>
        <w:br/>
        <w:t>v 0.562053 11.103558 1.258999</w:t>
        <w:br/>
        <w:t>v 0.554423 10.855663 1.231940</w:t>
        <w:br/>
        <w:t>v 0.818428 0.007517 0.581570</w:t>
        <w:br/>
        <w:t>v 0.460425 0.004907 0.533507</w:t>
        <w:br/>
        <w:t>v 0.527575 0.005181 0.634580</w:t>
        <w:br/>
        <w:t>v 0.713558 0.010316 0.662784</w:t>
        <w:br/>
        <w:t>v 0.563259 1.011929 -1.207282</w:t>
        <w:br/>
        <w:t>v 0.471242 1.000188 -1.015840</w:t>
        <w:br/>
        <w:t>v 0.507764 0.756499 -1.015878</w:t>
        <w:br/>
        <w:t>v 0.581246 0.760395 -1.178479</w:t>
        <w:br/>
        <w:t>v 0.466796 0.302069 0.493000</w:t>
        <w:br/>
        <w:t>v 0.538366 0.289003 0.578760</w:t>
        <w:br/>
        <w:t>v 0.528111 0.184770 0.623951</w:t>
        <w:br/>
        <w:t>v 0.466184 0.194113 0.537541</w:t>
        <w:br/>
        <w:t>v 0.615458 0.183022 0.654590</w:t>
        <w:br/>
        <w:t>v 0.944257 1.329426 -1.266837</w:t>
        <w:br/>
        <w:t>v 0.954300 1.562449 -1.264651</w:t>
        <w:br/>
        <w:t>v 0.816042 1.576301 -1.394940</w:t>
        <w:br/>
        <w:t>v 0.819365 1.342777 -1.389356</w:t>
        <w:br/>
        <w:t>v 0.237297 5.250961 -1.007628</w:t>
        <w:br/>
        <w:t>v 0.358479 5.199222 -1.276418</w:t>
        <w:br/>
        <w:t>v 0.351759 5.537741 -1.346490</w:t>
        <w:br/>
        <w:t>v 0.182088 5.629894 -1.033665</w:t>
        <w:br/>
        <w:t>v 1.493279 5.698244 -0.534682</w:t>
        <w:br/>
        <w:t>v 1.449562 5.665317 -0.857062</w:t>
        <w:br/>
        <w:t>v 1.436072 5.260032 -0.782483</w:t>
        <w:br/>
        <w:t>v 0.231688 5.249397 -0.130789</w:t>
        <w:br/>
        <w:t>v 0.151436 5.664505 -0.123457</w:t>
        <w:br/>
        <w:t>v 0.108355 5.534530 0.127078</w:t>
        <w:br/>
        <w:t>v 1.043295 1.733356 -0.942796</w:t>
        <w:br/>
        <w:t>v 1.079317 1.586730 -0.863244</w:t>
        <w:br/>
        <w:t>v 1.085425 1.636305 -0.641962</w:t>
        <w:br/>
        <w:t>v 1.052425 1.314824 -0.983765</w:t>
        <w:br/>
        <w:t>v 1.043956 1.542076 -1.076881</w:t>
        <w:br/>
        <w:t>v 0.950628 1.964406 -1.119962</w:t>
        <w:br/>
        <w:t>v 0.817367 1.993821 -1.226855</w:t>
        <w:br/>
        <w:t>v 0.801878 1.775337 -1.328927</w:t>
        <w:br/>
        <w:t>v 0.933316 1.777260 -1.206833</w:t>
        <w:br/>
        <w:t>v 0.321693 1.825974 -0.973235</w:t>
        <w:br/>
        <w:t>v 0.369045 1.619667 -0.849079</w:t>
        <w:br/>
        <w:t>v 0.373591 1.730983 -1.010444</w:t>
        <w:br/>
        <w:t>v 1.019126 3.058225 -0.622153</w:t>
        <w:br/>
        <w:t>v 1.034452 2.862162 -0.530210</w:t>
        <w:br/>
        <w:t>v 0.900929 2.865784 -0.418820</w:t>
        <w:br/>
        <w:t>v 0.989598 2.126682 -1.106197</w:t>
        <w:br/>
        <w:t>v 1.028706 2.012269 -0.979818</w:t>
        <w:br/>
        <w:t>v 0.426214 1.939263 -1.097616</w:t>
        <w:br/>
        <w:t>v 0.546148 1.999380 -1.194343</w:t>
        <w:br/>
        <w:t>v 0.457740 2.009134 -1.066540</w:t>
        <w:br/>
        <w:t>v 0.559725 2.033465 -0.334771</w:t>
        <w:br/>
        <w:t>v 0.777710 2.148316 -0.445899</w:t>
        <w:br/>
        <w:t>v 0.839350 1.929295 -0.347761</w:t>
        <w:br/>
        <w:t>v 0.704015 1.941298 -0.300672</w:t>
        <w:br/>
        <w:t>v 1.016103 2.002090 -0.640289</w:t>
        <w:br/>
        <w:t>v 0.919527 1.927233 -0.475464</w:t>
        <w:br/>
        <w:t>v 0.964368 2.057685 -0.479798</w:t>
        <w:br/>
        <w:t>v 1.016103 1.536930 -0.552143</w:t>
        <w:br/>
        <w:t>v 1.005061 1.640402 -0.438017</w:t>
        <w:br/>
        <w:t>v 1.035214 2.408381 -0.619880</w:t>
        <w:br/>
        <w:t>v 1.080729 2.278942 -0.552905</w:t>
        <w:br/>
        <w:t>v 0.990786 2.328879 -0.454843</w:t>
        <w:br/>
        <w:t>v 0.915056 2.443617 -1.082291</w:t>
        <w:br/>
        <w:t>v 0.794947 2.303673 -1.147216</w:t>
        <w:br/>
        <w:t>v 0.936964 2.302961 -1.021362</w:t>
        <w:br/>
        <w:t>v 0.592076 2.236212 -1.167101</w:t>
        <w:br/>
        <w:t>v 0.587704 2.326481 -1.108133</w:t>
        <w:br/>
        <w:t>v 0.504567 2.308345 -1.020762</w:t>
        <w:br/>
        <w:t>v 0.463836 2.219724 -1.045955</w:t>
        <w:br/>
        <w:t>v 0.891922 1.572890 -0.315760</w:t>
        <w:br/>
        <w:t>v 0.858048 1.369346 -0.265623</w:t>
        <w:br/>
        <w:t>v 0.696208 1.389479 -0.201559</w:t>
        <w:br/>
        <w:t>v 0.757574 1.551656 -0.240717</w:t>
        <w:br/>
        <w:t>v 0.735817 2.638994 -0.393464</w:t>
        <w:br/>
        <w:t>v 0.848356 2.625116 -0.446049</w:t>
        <w:br/>
        <w:t>v 0.847245 2.523719 -0.425290</w:t>
        <w:br/>
        <w:t>v 0.731670 2.526642 -0.397623</w:t>
        <w:br/>
        <w:t>v 0.931368 2.507731 -0.513785</w:t>
        <w:br/>
        <w:t>v 0.964680 2.640018 -0.538042</w:t>
        <w:br/>
        <w:t>v 1.063855 2.655181 -0.670266</w:t>
        <w:br/>
        <w:t>v 1.076146 2.555344 -0.716194</w:t>
        <w:br/>
        <w:t>v 1.047705 2.638344 -0.973998</w:t>
        <w:br/>
        <w:t>v 1.082103 2.603321 -0.823388</w:t>
        <w:br/>
        <w:t>v 1.036588 2.686383 -0.899605</w:t>
        <w:br/>
        <w:t>v 0.452407 2.730361 -0.922837</w:t>
        <w:br/>
        <w:t>v 0.452495 2.522919 -1.046992</w:t>
        <w:br/>
        <w:t>v 0.591776 2.606805 -1.174958</w:t>
        <w:br/>
        <w:t>v 0.588441 2.705968 -1.094506</w:t>
        <w:br/>
        <w:t>v 0.375853 2.601946 -0.818179</w:t>
        <w:br/>
        <w:t>v 0.419370 2.564363 -0.926996</w:t>
        <w:br/>
        <w:t>v 0.867629 2.335087 -0.352208</w:t>
        <w:br/>
        <w:t>v 0.777710 2.148316 -0.445899</w:t>
        <w:br/>
        <w:t>v 0.726012 2.232902 -0.354806</w:t>
        <w:br/>
        <w:t>v 0.356417 1.907624 -0.862482</w:t>
        <w:br/>
        <w:t>v 0.352233 2.051839 -0.818466</w:t>
        <w:br/>
        <w:t>v 0.402757 2.306370 -0.841124</w:t>
        <w:br/>
        <w:t>v 0.291317 2.170012 -0.839175</w:t>
        <w:br/>
        <w:t>v 0.576687 1.771414 -1.308393</w:t>
        <w:br/>
        <w:t>v 0.426439 1.758063 -1.126644</w:t>
        <w:br/>
        <w:t>v 0.425227 1.546085 -1.178804</w:t>
        <w:br/>
        <w:t>v 0.561361 1.567145 -1.368635</w:t>
        <w:br/>
        <w:t>v 0.709211 1.132375 -0.130713</w:t>
        <w:br/>
        <w:t>v 0.833004 1.113402 -0.169234</w:t>
        <w:br/>
        <w:t>v 1.202575 5.184396 -1.216151</w:t>
        <w:br/>
        <w:t>v 1.357929 5.225908 -1.014148</w:t>
        <w:br/>
        <w:t>v 1.378641 5.616505 -1.069975</w:t>
        <w:br/>
        <w:t>v 1.053962 3.126199 -0.848069</w:t>
        <w:br/>
        <w:t>v 1.055924 3.013484 -0.861871</w:t>
        <w:br/>
        <w:t>v 1.061807 2.950657 -0.669529</w:t>
        <w:br/>
        <w:t>v 0.583969 1.113752 -0.157031</w:t>
        <w:br/>
        <w:t>v 0.530147 1.187746 -0.215411</w:t>
        <w:br/>
        <w:t>v 0.584818 1.383634 -0.244352</w:t>
        <w:br/>
        <w:t>v 0.699832 5.453529 -1.622817</w:t>
        <w:br/>
        <w:t>v 0.575664 5.144989 -1.468310</w:t>
        <w:br/>
        <w:t>v 1.246129 5.561147 -1.256658</w:t>
        <w:br/>
        <w:t>v 1.374869 4.940419 -0.850704</w:t>
        <w:br/>
        <w:t>v 1.292831 4.850349 -0.759911</w:t>
        <w:br/>
        <w:t>v 1.320060 4.851765 -0.545873</w:t>
        <w:br/>
        <w:t>v 1.357445 4.910916 -0.546922</w:t>
        <w:br/>
        <w:t>v 1.258108 4.916625 -1.063355</w:t>
        <w:br/>
        <w:t>v 1.194981 4.843518 -0.985227</w:t>
        <w:br/>
        <w:t>v 0.646035 4.897064 -1.300575</w:t>
        <w:br/>
        <w:t>v 0.432448 4.905134 -1.155610</w:t>
        <w:br/>
        <w:t>v 0.436782 4.856170 -1.101788</w:t>
        <w:br/>
        <w:t>v 0.699607 4.818399 -1.209257</w:t>
        <w:br/>
        <w:t>v 0.295414 4.870422 -0.819290</w:t>
        <w:br/>
        <w:t>v 0.217886 4.916612 -0.842323</w:t>
        <w:br/>
        <w:t>v 1.385337 5.224311 -0.474586</w:t>
        <w:br/>
        <w:t>v 0.884154 3.099456 -0.415397</w:t>
        <w:br/>
        <w:t>v 1.318911 4.884194 -0.403589</w:t>
        <w:br/>
        <w:t>v 1.336023 5.182410 -0.192542</w:t>
        <w:br/>
        <w:t>v 0.319096 4.863764 -0.154908</w:t>
        <w:br/>
        <w:t>v 0.244091 4.900238 -0.346550</w:t>
        <w:br/>
        <w:t>v 0.719416 0.339577 0.413623</w:t>
        <w:br/>
        <w:t>v 0.743822 0.381883 0.277039</w:t>
        <w:br/>
        <w:t>v 0.926471 0.351244 0.226265</w:t>
        <w:br/>
        <w:t>v 0.917715 0.287168 0.359577</w:t>
        <w:br/>
        <w:t>v 1.047778 0.284769 0.153046</w:t>
        <w:br/>
        <w:t>v 1.114403 0.165323 0.115462</w:t>
        <w:br/>
        <w:t>v 0.977844 0.165110 0.362537</w:t>
        <w:br/>
        <w:t>v 0.765931 0.285718 0.515770</w:t>
        <w:br/>
        <w:t>v 0.797319 0.178662 0.565832</w:t>
        <w:br/>
        <w:t>v 0.700893 0.181660 0.640563</w:t>
        <w:br/>
        <w:t>v 0.685792 0.283957 0.572215</w:t>
        <w:br/>
        <w:t>v 0.381210 0.191753 0.336144</w:t>
        <w:br/>
        <w:t>v 0.327239 0.210851 0.108205</w:t>
        <w:br/>
        <w:t>v 0.363286 0.346422 0.123356</w:t>
        <w:br/>
        <w:t>v 0.397236 0.306628 0.320606</w:t>
        <w:br/>
        <w:t>v 0.579609 1.339842 -1.377578</w:t>
        <w:br/>
        <w:t>v 0.447372 1.327527 -1.209755</w:t>
        <w:br/>
        <w:t>v 0.926621 0.752613 -1.024496</w:t>
        <w:br/>
        <w:t>v 0.964479 0.994954 -1.022273</w:t>
        <w:br/>
        <w:t>v 0.852327 1.003423 -1.215713</w:t>
        <w:br/>
        <w:t>v 0.834191 0.759084 -1.189433</w:t>
        <w:br/>
        <w:t>v 0.697121 3.098794 -0.356280</w:t>
        <w:br/>
        <w:t>v 0.558377 3.100093 -0.398498</w:t>
        <w:br/>
        <w:t>v 0.517683 3.452425 -0.396175</w:t>
        <w:br/>
        <w:t>v 0.651444 3.452076 -0.324991</w:t>
        <w:br/>
        <w:t>v 0.562049 3.367965 -1.082378</w:t>
        <w:br/>
        <w:t>v 0.580648 3.597865 -1.097541</w:t>
        <w:br/>
        <w:t>v 0.465148 3.477768 -1.026982</w:t>
        <w:br/>
        <w:t>v 1.093170 3.465778 -0.830944</w:t>
        <w:br/>
        <w:t>v 1.086038 3.456435 -0.614421</w:t>
        <w:br/>
        <w:t>v 1.547379 5.492887 0.093299</w:t>
        <w:br/>
        <w:t>v 1.510803 5.645071 -0.170933</w:t>
        <w:br/>
        <w:t>v 1.275503 4.858373 -0.289464</w:t>
        <w:br/>
        <w:t>v 0.358566 4.817812 -0.073122</w:t>
        <w:br/>
        <w:t>v 0.197610 5.143788 0.152961</w:t>
        <w:br/>
        <w:t>v 0.784006 5.446897 -1.620619</w:t>
        <w:br/>
        <w:t>v 0.864557 5.149298 -1.480850</w:t>
        <w:br/>
        <w:t>v 1.049316 5.166847 -1.357405</w:t>
        <w:br/>
        <w:t>v 1.063680 5.500930 -1.419147</w:t>
        <w:br/>
        <w:t>v 1.047992 4.924768 -1.280727</w:t>
        <w:br/>
        <w:t>v 0.792786 4.842881 -1.227743</w:t>
        <w:br/>
        <w:t>v 1.005087 4.864576 -1.176444</w:t>
        <w:br/>
        <w:t>v 0.856650 4.908856 -1.381438</w:t>
        <w:br/>
        <w:t>v 0.383710 3.471186 -0.861758</w:t>
        <w:br/>
        <w:t>v 0.379325 3.115844 -0.886365</w:t>
        <w:br/>
        <w:t>v 0.455343 3.014234 -1.030080</w:t>
        <w:br/>
        <w:t>v 0.590765 3.233454 -1.091821</w:t>
        <w:br/>
        <w:t>v 0.954001 3.452487 -0.422480</w:t>
        <w:br/>
        <w:t>v 0.985852 3.474259 -1.020313</w:t>
        <w:br/>
        <w:t>v 0.886765 3.356036 -1.077032</w:t>
        <w:br/>
        <w:t>v 0.858224 3.224486 -1.081604</w:t>
        <w:br/>
        <w:t>v 0.969477 3.155276 -1.024672</w:t>
        <w:br/>
        <w:t>v 0.867479 3.597027 -1.086750</w:t>
        <w:br/>
        <w:t>v 1.175083 4.126474 -0.905800</w:t>
        <w:br/>
        <w:t>v 1.269824 3.972143 -0.890262</w:t>
        <w:br/>
        <w:t>v 1.265714 4.079874 -0.714033</w:t>
        <w:br/>
        <w:t>v 1.161868 4.003581 -1.013255</w:t>
        <w:br/>
        <w:t>v 0.611949 3.840955 -1.121561</w:t>
        <w:br/>
        <w:t>v 0.465547 3.825617 -1.025371</w:t>
        <w:br/>
        <w:t>v 0.340268 4.140565 -0.780345</w:t>
        <w:br/>
        <w:t>v 0.330775 4.022392 -0.891486</w:t>
        <w:br/>
        <w:t>v 0.465847 4.091052 -1.061531</w:t>
        <w:br/>
        <w:t>v 0.605991 3.816061 -0.288756</w:t>
        <w:br/>
        <w:t>v 0.476664 3.815499 -0.376165</w:t>
        <w:br/>
        <w:t>v 0.382686 4.104404 -0.351109</w:t>
        <w:br/>
        <w:t>v 0.582028 4.062199 -0.264212</w:t>
        <w:br/>
        <w:t>v 1.039211 3.995162 -0.430511</w:t>
        <w:br/>
        <w:t>v 1.128918 3.879213 -0.632170</w:t>
        <w:br/>
        <w:t>v 1.004688 3.818259 -0.438630</w:t>
        <w:br/>
        <w:t>v 0.781582 4.563331 -1.205285</w:t>
        <w:br/>
        <w:t>v 0.807113 4.086268 -1.156147</w:t>
        <w:br/>
        <w:t>v 0.981967 4.084457 -1.122785</w:t>
        <w:br/>
        <w:t>v 0.978420 4.555874 -1.155010</w:t>
        <w:br/>
        <w:t>v 0.468708 4.457735 -1.057047</w:t>
        <w:br/>
        <w:t>v 0.686155 4.534553 -1.174770</w:t>
        <w:br/>
        <w:t>v 0.469432 4.549766 -1.100277</w:t>
        <w:br/>
        <w:t>v 0.835404 3.856942 -1.123622</w:t>
        <w:br/>
        <w:t>v 1.010046 3.936407 -1.063130</w:t>
        <w:br/>
        <w:t>v 0.327765 3.816061 -0.849093</w:t>
        <w:br/>
        <w:t>v 1.135813 3.827640 -0.976496</w:t>
        <w:br/>
        <w:t>v 0.226279 5.637788 -1.013867</w:t>
        <w:br/>
        <w:t>v 0.182088 5.629894 -1.033665</w:t>
        <w:br/>
        <w:t>v 0.351759 5.537741 -1.346490</w:t>
        <w:br/>
        <w:t>v 0.390155 5.549931 -1.319335</w:t>
        <w:br/>
        <w:t>v 1.449562 5.665317 -0.857062</w:t>
        <w:br/>
        <w:t>v 1.493279 5.698244 -0.534682</w:t>
        <w:br/>
        <w:t>v 1.463102 5.711295 -0.514385</w:t>
        <w:br/>
        <w:t>v 1.419548 5.675085 -0.836765</w:t>
        <w:br/>
        <w:t>v 0.108355 5.534530 0.127078</w:t>
        <w:br/>
        <w:t>v 0.151436 5.664505 -0.123457</w:t>
        <w:br/>
        <w:t>v 0.200437 5.673225 -0.120546</w:t>
        <w:br/>
        <w:t>v 0.156094 5.547645 0.131974</w:t>
        <w:br/>
        <w:t>v 1.378641 5.616505 -1.069975</w:t>
        <w:br/>
        <w:t>v 1.347665 5.627434 -1.046667</w:t>
        <w:br/>
        <w:t>v 0.699832 5.453529 -1.622817</w:t>
        <w:br/>
        <w:t>v 0.728635 5.470204 -1.590979</w:t>
        <w:br/>
        <w:t>v 0.728635 5.470204 -1.590979</w:t>
        <w:br/>
        <w:t>v 0.699832 5.453529 -1.622817</w:t>
        <w:br/>
        <w:t>v 0.575664 5.144989 -1.468310</w:t>
        <w:br/>
        <w:t>v 0.603842 5.164375 -1.418972</w:t>
        <w:br/>
        <w:t>v 1.246129 5.561147 -1.256658</w:t>
        <w:br/>
        <w:t>v 1.219062 5.574763 -1.229716</w:t>
        <w:br/>
        <w:t>v 0.646035 4.897064 -1.300575</w:t>
        <w:br/>
        <w:t>v 0.699607 4.818399 -1.209257</w:t>
        <w:br/>
        <w:t>v 0.724051 4.840957 -1.172921</w:t>
        <w:br/>
        <w:t>v 0.666994 4.900362 -1.256608</w:t>
        <w:br/>
        <w:t>v 1.510803 5.645071 -0.170933</w:t>
        <w:br/>
        <w:t>v 1.469547 5.660946 -0.148900</w:t>
        <w:br/>
        <w:t>v 0.792087 2.893500 -0.449909</w:t>
        <w:br/>
        <w:t>v 0.809611 2.864684 -0.408428</w:t>
        <w:br/>
        <w:t>v 0.735817 2.638994 -0.393464</w:t>
        <w:br/>
        <w:t>v 0.731620 2.683148 -0.443701</w:t>
        <w:br/>
        <w:t>v 0.708488 3.102479 -0.404668</w:t>
        <w:br/>
        <w:t>v 0.697121 3.098794 -0.356280</w:t>
        <w:br/>
        <w:t>v 0.651444 3.452076 -0.324991</w:t>
        <w:br/>
        <w:t>v 0.670154 3.457059 -0.370944</w:t>
        <w:br/>
        <w:t>v 0.580648 3.597865 -1.097541</w:t>
        <w:br/>
        <w:t>v 0.562049 3.367965 -1.082378</w:t>
        <w:br/>
        <w:t>v 0.587842 3.369413 -1.039611</w:t>
        <w:br/>
        <w:t>v 0.605516 3.599189 -1.054224</w:t>
        <w:br/>
        <w:t>v 1.547379 5.492887 0.093299</w:t>
        <w:br/>
        <w:t>v 1.508509 5.511335 0.117705</w:t>
        <w:br/>
        <w:t>v 1.332215 5.071273 0.058128</w:t>
        <w:br/>
        <w:t>v 1.292083 5.092282 0.076888</w:t>
        <w:br/>
        <w:t>v 1.616191 5.345729 0.329760</w:t>
        <w:br/>
        <w:t>v 1.652926 5.326207 0.302081</w:t>
        <w:br/>
        <w:t>v 1.231383 4.810800 -0.159957</w:t>
        <w:br/>
        <w:t>v 1.186121 4.823332 -0.150620</w:t>
        <w:br/>
        <w:t>v 0.029797 5.349260 0.335672</w:t>
        <w:br/>
        <w:t>v 0.074698 5.364973 0.344960</w:t>
        <w:br/>
        <w:t>v 0.250151 5.152439 0.157792</w:t>
        <w:br/>
        <w:t>v 0.197610 5.143788 0.152961</w:t>
        <w:br/>
        <w:t>v 0.029797 5.349260 0.335672</w:t>
        <w:br/>
        <w:t>v 0.074698 5.364973 0.344960</w:t>
        <w:br/>
        <w:t>v 0.405302 4.834676 -0.069982</w:t>
        <w:br/>
        <w:t>v 0.358566 4.817812 -0.073122</w:t>
        <w:br/>
        <w:t>v 0.841737 5.147524 -1.435947</w:t>
        <w:br/>
        <w:t>v 0.864557 5.149298 -1.480850</w:t>
        <w:br/>
        <w:t>v 0.784006 5.446897 -1.620619</w:t>
        <w:br/>
        <w:t>v 0.759187 5.469292 -1.590267</w:t>
        <w:br/>
        <w:t>v 0.759187 5.469292 -1.590267</w:t>
        <w:br/>
        <w:t>v 0.784006 5.446897 -1.620619</w:t>
        <w:br/>
        <w:t>v 1.063680 5.500930 -1.419147</w:t>
        <w:br/>
        <w:t>v 1.031030 5.518268 -1.398513</w:t>
        <w:br/>
        <w:t>v 0.843211 4.921533 -1.337846</w:t>
        <w:br/>
        <w:t>v 0.856650 4.908856 -1.381438</w:t>
        <w:br/>
        <w:t>v 0.778997 4.854884 -1.183876</w:t>
        <w:br/>
        <w:t>v 0.792786 4.842881 -1.227743</w:t>
        <w:br/>
        <w:t>v 0.590765 3.233454 -1.091821</w:t>
        <w:br/>
        <w:t>v 0.607215 3.237801 -1.048316</w:t>
        <w:br/>
        <w:t>v 0.954001 3.452487 -0.422480</w:t>
        <w:br/>
        <w:t>v 0.884154 3.099456 -0.415397</w:t>
        <w:br/>
        <w:t>v 0.852566 3.103853 -0.453756</w:t>
        <w:br/>
        <w:t>v 0.918516 3.457959 -0.457153</w:t>
        <w:br/>
        <w:t>v 0.886765 3.356036 -1.077032</w:t>
        <w:br/>
        <w:t>v 0.862970 3.358772 -1.033215</w:t>
        <w:br/>
        <w:t>v 0.837927 3.228983 -1.036038</w:t>
        <w:br/>
        <w:t>v 0.858224 3.224486 -1.081604</w:t>
        <w:br/>
        <w:t>v 0.867479 3.597027 -1.086750</w:t>
        <w:br/>
        <w:t>v 0.845534 3.598951 -1.041971</w:t>
        <w:br/>
        <w:t>v 0.655216 3.157786 -1.075521</w:t>
        <w:br/>
        <w:t>v 0.646797 3.144884 -1.120636</w:t>
        <w:br/>
        <w:t>v 0.721977 3.120865 -1.111056</w:t>
        <w:br/>
        <w:t>v 0.714870 3.131345 -1.075046</w:t>
        <w:br/>
        <w:t>v 0.817427 3.843105 -1.075658</w:t>
        <w:br/>
        <w:t>v 0.835404 3.856942 -1.123622</w:t>
        <w:br/>
        <w:t>v 0.807113 4.086268 -1.156147</w:t>
        <w:br/>
        <w:t>v 0.788877 4.091065 -1.109869</w:t>
        <w:br/>
        <w:t>v 0.637592 3.846064 -1.080817</w:t>
        <w:br/>
        <w:t>v 0.611949 3.840955 -1.121561</w:t>
        <w:br/>
        <w:t>v 0.630222 3.822131 -0.331973</w:t>
        <w:br/>
        <w:t>v 0.605991 3.816061 -0.288756</w:t>
        <w:br/>
        <w:t>v 0.582028 4.062199 -0.264212</w:t>
        <w:br/>
        <w:t>v 0.614819 4.065526 -0.303490</w:t>
        <w:br/>
        <w:t>v 0.974635 3.822906 -0.465047</w:t>
        <w:br/>
        <w:t>v 1.007423 4.003856 -0.453456</w:t>
        <w:br/>
        <w:t>v 1.039211 3.995162 -0.430511</w:t>
        <w:br/>
        <w:t>v 1.004688 3.818259 -0.438630</w:t>
        <w:br/>
        <w:t>v 0.764445 4.569689 -1.159120</w:t>
        <w:br/>
        <w:t>v 0.781582 4.563331 -1.205285</w:t>
        <w:br/>
        <w:t>v 0.706802 4.542521 -1.135075</w:t>
        <w:br/>
        <w:t>v 0.686155 4.534553 -1.174770</w:t>
        <w:br/>
        <w:t>v 0.644012 4.090103 -1.146192</w:t>
        <w:br/>
        <w:t>v 0.664374 4.092511 -1.106547</w:t>
        <w:br/>
        <w:t>v 1.469547 5.660946 -0.148900</w:t>
        <w:br/>
        <w:t>v 1.309281 5.222093 -0.293815</w:t>
        <w:br/>
        <w:t>v 1.343780 5.271917 -0.534020</w:t>
        <w:br/>
        <w:t>v 1.463102 5.711295 -0.514385</w:t>
        <w:br/>
        <w:t>v 1.253566 4.903306 -0.382155</w:t>
        <w:br/>
        <w:t>v 1.294609 4.938821 -0.551057</w:t>
        <w:br/>
        <w:t>v 0.256082 5.277063 -0.281174</w:t>
        <w:br/>
        <w:t>v 0.296626 5.222181 -0.014515</w:t>
        <w:br/>
        <w:t>v 0.156094 5.547645 0.131974</w:t>
        <w:br/>
        <w:t>v 0.200437 5.673225 -0.120546</w:t>
        <w:br/>
        <w:t>v 0.301560 4.911440 -0.358103</w:t>
        <w:br/>
        <w:t>v 0.369080 4.900608 -0.160991</w:t>
        <w:br/>
        <w:t>v 1.351724 5.280048 -0.773575</w:t>
        <w:br/>
        <w:t>v 1.230366 4.959005 -0.764457</w:t>
        <w:br/>
        <w:t>v 1.419548 5.675085 -0.836765</w:t>
        <w:br/>
        <w:t>v 1.234625 4.891669 -0.551132</w:t>
        <w:br/>
        <w:t>v 1.161294 4.883287 -0.735342</w:t>
        <w:br/>
        <w:t>v 0.517408 4.899300 -1.156959</w:t>
        <w:br/>
        <w:t>v 0.523516 4.853011 -1.067202</w:t>
        <w:br/>
        <w:t>v 0.395488 4.859169 -0.895420</w:t>
        <w:br/>
        <w:t>v 0.361889 4.897689 -0.960858</w:t>
        <w:br/>
        <w:t>v 0.272207 5.251457 -1.001989</w:t>
        <w:br/>
        <w:t>v 0.401034 5.200346 -1.263665</w:t>
        <w:br/>
        <w:t>v 0.226279 5.637788 -1.013867</w:t>
        <w:br/>
        <w:t>v 0.390155 5.549931 -1.319335</w:t>
        <w:br/>
        <w:t>v 1.347665 5.627434 -1.046667</w:t>
        <w:br/>
        <w:t>v 1.254735 5.263274 -0.945532</w:t>
        <w:br/>
        <w:t>v 1.153499 5.232771 -1.100102</w:t>
        <w:br/>
        <w:t>v 1.219062 5.574763 -1.229716</w:t>
        <w:br/>
        <w:t>v 1.178531 4.961528 -0.923449</w:t>
        <w:br/>
        <w:t>v 1.104387 4.950212 -1.073235</w:t>
        <w:br/>
        <w:t>v 1.112756 4.881251 -0.852553</w:t>
        <w:br/>
        <w:t>v 1.051926 4.879341 -0.962369</w:t>
        <w:br/>
        <w:t>v 0.666994 4.900362 -1.256608</w:t>
        <w:br/>
        <w:t>v 0.724051 4.840957 -1.172921</w:t>
        <w:br/>
        <w:t>v 0.603842 5.164375 -1.418972</w:t>
        <w:br/>
        <w:t>v 0.728635 5.470204 -1.590979</w:t>
        <w:br/>
        <w:t>v 0.759187 5.469292 -1.590267</w:t>
        <w:br/>
        <w:t>v 1.031030 5.518268 -1.398513</w:t>
        <w:br/>
        <w:t>v 1.013843 5.194825 -1.254047</w:t>
        <w:br/>
        <w:t>v 0.841737 5.147524 -1.435947</w:t>
        <w:br/>
        <w:t>v 1.001715 4.947464 -1.213266</w:t>
        <w:br/>
        <w:t>v 0.843211 4.921533 -1.337846</w:t>
        <w:br/>
        <w:t>v 0.964768 4.874070 -1.064666</w:t>
        <w:br/>
        <w:t>v 0.778997 4.854884 -1.183876</w:t>
        <w:br/>
        <w:t>v 0.408689 0.458537 0.065438</w:t>
        <w:br/>
        <w:t>v 0.477762 0.438328 0.135722</w:t>
        <w:br/>
        <w:t>v 0.450932 0.384656 0.198124</w:t>
        <w:br/>
        <w:t>v 0.883978 0.418567 0.144103</w:t>
        <w:br/>
        <w:t>v 0.980217 0.435655 0.082787</w:t>
        <w:br/>
        <w:t>v 0.648008 0.740960 -0.016050</w:t>
        <w:br/>
        <w:t>v 0.833554 0.887037 -0.080064</w:t>
        <w:br/>
        <w:t>v 0.767254 0.728645 -0.001024</w:t>
        <w:br/>
        <w:t>v 0.976757 1.089183 -1.008034</w:t>
        <w:br/>
        <w:t>v 0.961931 1.074357 -0.958122</w:t>
        <w:br/>
        <w:t>v 1.000452 1.078853 -0.821788</w:t>
        <w:br/>
        <w:t>v 1.031666 1.099775 -0.813070</w:t>
        <w:br/>
        <w:t>v 0.735817 2.638994 -0.393464</w:t>
        <w:br/>
        <w:t>v 0.576013 2.496540 -0.403844</w:t>
        <w:br/>
        <w:t>v 0.584632 2.679163 -0.412187</w:t>
        <w:br/>
        <w:t>v 0.618518 2.163117 -0.372293</w:t>
        <w:br/>
        <w:t>v 0.634031 1.509801 -0.264099</w:t>
        <w:br/>
        <w:t>v 0.592687 1.634831 -0.286907</w:t>
        <w:br/>
        <w:t>v 0.926309 2.174671 -0.507303</w:t>
        <w:br/>
        <w:t>v 0.990786 2.328879 -0.454843</w:t>
        <w:br/>
        <w:t>v 0.525101 0.978355 -0.142055</w:t>
        <w:br/>
        <w:t>v 0.596971 0.883290 -0.086971</w:t>
        <w:br/>
        <w:t>v 0.912044 0.966352 -0.163538</w:t>
        <w:br/>
        <w:t>v 0.684255 0.622338 0.042105</w:t>
        <w:br/>
        <w:t>v 0.732168 0.623674 0.041868</w:t>
        <w:br/>
        <w:t>v 0.735091 0.597981 0.059392</w:t>
        <w:br/>
        <w:t>v 0.682281 0.603502 0.055245</w:t>
        <w:br/>
        <w:t>v 0.985951 0.991058 -0.838213</w:t>
        <w:br/>
        <w:t>v 0.960582 0.991718 -0.837874</w:t>
        <w:br/>
        <w:t>v 0.961931 1.074357 -0.958122</w:t>
        <w:br/>
        <w:t>v 0.975868 0.884936 -0.720138</w:t>
        <w:br/>
        <w:t>v 1.001226 0.884414 -0.720340</w:t>
        <w:br/>
        <w:t>v 1.024834 0.765454 -0.616681</w:t>
        <w:br/>
        <w:t>v 0.988836 0.765454 -0.616142</w:t>
        <w:br/>
        <w:t>v 1.056497 0.553128 -0.401795</w:t>
        <w:br/>
        <w:t>v 1.009883 0.639151 -0.507549</w:t>
        <w:br/>
        <w:t>v 1.055710 0.639262 -0.508239</w:t>
        <w:br/>
        <w:t>v 0.397485 0.557300 -0.405879</w:t>
        <w:br/>
        <w:t>v 0.425427 0.637764 -0.498721</w:t>
        <w:br/>
        <w:t>v 0.422379 0.556825 -0.405255</w:t>
        <w:br/>
        <w:t>v 0.443113 1.144428 -0.469443</w:t>
        <w:br/>
        <w:t>v 0.426426 1.168011 -0.740600</w:t>
        <w:br/>
        <w:t>v 0.388093 1.175043 -0.744647</w:t>
        <w:br/>
        <w:t>v 0.410900 1.158381 -0.461474</w:t>
        <w:br/>
        <w:t>v 0.460625 1.055609 -0.230450</w:t>
        <w:br/>
        <w:t>v 0.480410 1.043780 -0.262463</w:t>
        <w:br/>
        <w:t>v 0.833554 0.887037 -0.080064</w:t>
        <w:br/>
        <w:t>v 0.823736 0.856485 -0.104858</w:t>
        <w:br/>
        <w:t>v 0.774936 0.722387 -0.037659</w:t>
        <w:br/>
        <w:t>v 0.767254 0.728645 -0.001024</w:t>
        <w:br/>
        <w:t>v 1.061243 1.092930 -0.626774</w:t>
        <w:br/>
        <w:t>v 1.031054 1.075044 -0.637590</w:t>
        <w:br/>
        <w:t>v 0.456778 1.104222 -1.008384</w:t>
        <w:br/>
        <w:t>v 0.434982 1.104721 -1.007984</w:t>
        <w:br/>
        <w:t>v 0.645097 0.720076 -0.045378</w:t>
        <w:br/>
        <w:t>v 0.601780 0.842883 -0.107568</w:t>
        <w:br/>
        <w:t>v 0.596971 0.883290 -0.086971</w:t>
        <w:br/>
        <w:t>v 0.648008 0.740960 -0.016050</w:t>
        <w:br/>
        <w:t>v 1.051014 1.073807 -0.451869</w:t>
        <w:br/>
        <w:t>v 1.024359 1.057145 -0.468144</w:t>
        <w:br/>
        <w:t>v 0.525101 0.978355 -0.142055</w:t>
        <w:br/>
        <w:t>v 0.535356 0.957383 -0.174105</w:t>
        <w:br/>
        <w:t>v 0.912044 0.966352 -0.163538</w:t>
        <w:br/>
        <w:t>v 1.004711 1.034999 -0.298261</w:t>
        <w:br/>
        <w:t>v 0.980979 1.017775 -0.319195</w:t>
        <w:br/>
        <w:t>v 0.897081 0.949552 -0.196301</w:t>
        <w:br/>
        <w:t>v 0.678572 0.611508 0.001961</w:t>
        <w:br/>
        <w:t>v 0.684255 0.622338 0.042105</w:t>
        <w:br/>
        <w:t>v 0.682281 0.603502 0.055245</w:t>
        <w:br/>
        <w:t>v 0.671927 0.575523 0.029165</w:t>
        <w:br/>
        <w:t>v 0.705814 0.550092 0.045128</w:t>
        <w:br/>
        <w:t>v 0.683281 0.558999 0.040357</w:t>
        <w:br/>
        <w:t>v 0.688552 0.584654 0.067561</w:t>
        <w:br/>
        <w:t>v 0.705664 0.576972 0.071895</w:t>
        <w:br/>
        <w:t>v 0.726061 0.583243 0.069410</w:t>
        <w:br/>
        <w:t>v 0.734017 0.558286 0.042093</w:t>
        <w:br/>
        <w:t>v 0.747307 0.574711 0.030127</w:t>
        <w:br/>
        <w:t>v 0.735091 0.597981 0.059392</w:t>
        <w:br/>
        <w:t>v 0.732168 0.623674 0.041868</w:t>
        <w:br/>
        <w:t>v 0.743135 0.607886 0.008431</w:t>
        <w:br/>
        <w:t>v 1.155247 0.199759 -0.090631</w:t>
        <w:br/>
        <w:t>v 1.086124 0.364821 -0.016937</w:t>
        <w:br/>
        <w:t>v 0.427238 0.445285 0.036947</w:t>
        <w:br/>
        <w:t>v 0.497334 0.418992 0.104146</w:t>
        <w:br/>
        <w:t>v 0.477762 0.438328 0.135722</w:t>
        <w:br/>
        <w:t>v 0.408689 0.458537 0.065438</w:t>
        <w:br/>
        <w:t>v 0.865555 0.404103 0.119297</w:t>
        <w:br/>
        <w:t>v 0.957860 0.428273 0.060991</w:t>
        <w:br/>
        <w:t>v 1.045843 0.456714 -0.017012</w:t>
        <w:br/>
        <w:t>v 1.015753 0.452267 -0.027504</w:t>
        <w:br/>
        <w:t>v 0.336894 0.483719 -0.148887</w:t>
        <w:br/>
        <w:t>v 0.352619 0.506688 -0.260752</w:t>
        <w:br/>
        <w:t>v 0.376426 0.502466 -0.254444</w:t>
        <w:br/>
        <w:t>v 0.361175 0.485055 -0.151098</w:t>
        <w:br/>
        <w:t>v 0.359314 0.478310 -0.040244</w:t>
        <w:br/>
        <w:t>v 0.385694 0.463271 -0.044691</w:t>
        <w:br/>
        <w:t>v 1.088847 0.487228 -0.185534</w:t>
        <w:br/>
        <w:t>v 1.059445 0.485017 -0.181774</w:t>
        <w:br/>
        <w:t>v 1.125582 0.337305 -0.243140</w:t>
        <w:br/>
        <w:t>v 1.088847 0.487228 -0.185534</w:t>
        <w:br/>
        <w:t>v 1.099439 0.456101 -0.324553</w:t>
        <w:br/>
        <w:t>v 0.337393 0.312148 -0.226790</w:t>
        <w:br/>
        <w:t>v 0.368258 0.428723 -0.334995</w:t>
        <w:br/>
        <w:t>v 0.352619 0.506688 -0.260752</w:t>
        <w:br/>
        <w:t>v 0.594311 0.402729 0.141355</w:t>
        <w:br/>
        <w:t>v 0.593674 0.423226 0.176266</w:t>
        <w:br/>
        <w:t>v 0.742973 0.399170 0.148275</w:t>
        <w:br/>
        <w:t>v 0.756300 0.416294 0.181112</w:t>
        <w:br/>
        <w:t>v 0.582969 0.393574 0.250135</w:t>
        <w:br/>
        <w:t>v 1.045843 0.456714 -0.017012</w:t>
        <w:br/>
        <w:t>v 1.080429 0.552665 -0.400658</w:t>
        <w:br/>
        <w:t>v 1.056497 0.553128 -0.401795</w:t>
        <w:br/>
        <w:t>v 1.056497 0.553128 -0.401795</w:t>
        <w:br/>
        <w:t>v 1.059445 0.485017 -0.181774</w:t>
        <w:br/>
        <w:t>v 1.049490 0.425700 -0.223193</w:t>
        <w:br/>
        <w:t>v 0.422379 0.556825 -0.405255</w:t>
        <w:br/>
        <w:t>v 0.403531 0.459487 -0.285058</w:t>
        <w:br/>
        <w:t>v 0.376426 0.502466 -0.254444</w:t>
        <w:br/>
        <w:t>v 0.742973 0.399170 0.148275</w:t>
        <w:br/>
        <w:t>v 0.594311 0.402729 0.141355</w:t>
        <w:br/>
        <w:t>v 0.492038 0.144763 0.203520</w:t>
        <w:br/>
        <w:t>v 0.797769 0.137868 0.256492</w:t>
        <w:br/>
        <w:t>v 0.427238 0.445285 0.036947</w:t>
        <w:br/>
        <w:t>v 0.429548 0.153444 0.087471</w:t>
        <w:br/>
        <w:t>v 0.929169 0.120657 0.162926</w:t>
        <w:br/>
        <w:t>v 0.957860 0.428273 0.060991</w:t>
        <w:br/>
        <w:t>v 0.865555 0.404103 0.119297</w:t>
        <w:br/>
        <w:t>v 1.080491 0.257840 -0.026343</w:t>
        <w:br/>
        <w:t>v 1.015753 0.452267 -0.027504</w:t>
        <w:br/>
        <w:t>v 0.387568 1.321157 -0.981954</w:t>
        <w:br/>
        <w:t>v 0.809611 2.864684 -0.408428</w:t>
        <w:br/>
        <w:t>v 1.279616 4.626882 -0.767430</w:t>
        <w:br/>
        <w:t>v 1.271730 4.621262 -0.543563</w:t>
        <w:br/>
        <w:t>v 1.204061 4.643420 -0.976796</w:t>
        <w:br/>
        <w:t>v 1.005087 4.864576 -1.176444</w:t>
        <w:br/>
        <w:t>v 0.792786 4.842881 -1.227743</w:t>
        <w:br/>
        <w:t>v 0.946794 4.639960 -1.047467</w:t>
        <w:br/>
        <w:t>v 0.764445 4.569689 -1.159120</w:t>
        <w:br/>
        <w:t>v 1.080180 4.648503 -0.823812</w:t>
        <w:br/>
        <w:t>v 1.025684 4.643694 -0.938313</w:t>
        <w:br/>
        <w:t>v 1.127382 4.648166 -0.705327</w:t>
        <w:br/>
        <w:t>v 1.198603 4.634502 -0.551781</w:t>
        <w:br/>
        <w:t>v 1.231383 4.810800 -0.159957</w:t>
        <w:br/>
        <w:t>v 1.652926 5.326207 0.302081</w:t>
        <w:br/>
        <w:t>v 1.616191 5.345729 0.329760</w:t>
        <w:br/>
        <w:t>v 0.513984 1.080615 -1.164652</w:t>
        <w:br/>
        <w:t>v 0.609087 1.078953 -1.270110</w:t>
        <w:br/>
        <w:t>v 0.250151 5.152439 0.157792</w:t>
        <w:br/>
        <w:t>v 1.508509 5.511335 0.117705</w:t>
        <w:br/>
        <w:t>v 1.284188 5.155981 -0.053485</w:t>
        <w:br/>
        <w:t>v 1.204362 4.871521 -0.237306</w:t>
        <w:br/>
        <w:t>v 1.292083 5.092282 0.076888</w:t>
        <w:br/>
        <w:t>v 1.186121 4.823332 -0.150620</w:t>
        <w:br/>
        <w:t>v 1.332215 5.071273 0.058128</w:t>
        <w:br/>
        <w:t>v 0.405302 4.834676 -0.069982</w:t>
        <w:br/>
        <w:t>v 0.029797 5.349260 0.335672</w:t>
        <w:br/>
        <w:t>v 1.089498 4.243548 -0.405405</w:t>
        <w:br/>
        <w:t>v 1.208295 4.135768 -0.557040</w:t>
        <w:br/>
        <w:t>v 1.089498 4.243548 -0.405405</w:t>
        <w:br/>
        <w:t>v 1.049965 4.250706 -0.434283</w:t>
        <w:br/>
        <w:t>v 0.569957 4.245323 -0.247975</w:t>
        <w:br/>
        <w:t>v 0.608745 4.245028 -0.281366</w:t>
        <w:br/>
        <w:t>v 0.403120 4.209238 -0.361451</w:t>
        <w:br/>
        <w:t>v 0.569957 4.245323 -0.247975</w:t>
        <w:br/>
        <w:t>v 0.282786 4.629542 -0.804939</w:t>
        <w:br/>
        <w:t>v 1.037200 2.803356 -0.662760</w:t>
        <w:br/>
        <w:t>v 1.014930 2.784233 -0.867292</w:t>
        <w:br/>
        <w:t>v 0.720766 2.879986 -0.426627</w:t>
        <w:br/>
        <w:t>v 0.714845 2.879761 -0.377376</w:t>
        <w:br/>
        <w:t>v 0.714845 2.879761 -0.377376</w:t>
        <w:br/>
        <w:t>v 0.578224 2.881447 -0.408890</w:t>
        <w:br/>
        <w:t>v 0.382648 2.930110 -0.858274</w:t>
        <w:br/>
        <w:t>v 0.731620 2.683148 -0.443701</w:t>
        <w:br/>
        <w:t>v 0.735817 2.638994 -0.393464</w:t>
        <w:br/>
        <w:t>v 0.784505 3.153702 -1.052988</w:t>
        <w:br/>
        <w:t>v 0.799493 3.147944 -1.099490</w:t>
        <w:br/>
        <w:t>v 0.528711 1.701443 -0.303894</w:t>
        <w:br/>
        <w:t>v 0.710860 1.739064 -0.311151</w:t>
        <w:br/>
        <w:t>v 0.876896 1.688015 -0.349534</w:t>
        <w:br/>
        <w:t>v 0.985489 1.767017 -0.435844</w:t>
        <w:br/>
        <w:t>v 0.388093 1.175043 -0.744647</w:t>
        <w:br/>
        <w:t>v 0.391827 1.320857 -0.694435</w:t>
        <w:br/>
        <w:t>v 0.442913 1.273430 -0.409838</w:t>
        <w:br/>
        <w:t>v 0.410900 1.158381 -0.461474</w:t>
        <w:br/>
        <w:t>v 0.460625 1.055609 -0.230450</w:t>
        <w:br/>
        <w:t>v 0.434982 1.104721 -1.007984</w:t>
        <w:br/>
        <w:t>v 0.434982 1.104721 -1.007984</w:t>
        <w:br/>
        <w:t>v 0.387568 1.321157 -0.981954</w:t>
        <w:br/>
        <w:t>v 0.475876 1.532883 -0.426463</w:t>
        <w:br/>
        <w:t>v 0.386943 1.515359 -0.626761</w:t>
        <w:br/>
        <w:t>v 1.038611 1.271107 -0.558513</w:t>
        <w:br/>
        <w:t>v 0.926009 1.203171 -0.287307</w:t>
        <w:br/>
        <w:t>v 0.540677 0.414246 -1.010057</w:t>
        <w:br/>
        <w:t>v 0.601006 0.410786 -1.147665</w:t>
        <w:br/>
        <w:t>v 0.878919 0.412135 -1.024147</w:t>
        <w:br/>
        <w:t>v 0.814231 0.411673 -1.161292</w:t>
        <w:br/>
        <w:t>v 0.369045 1.619667 -0.849079</w:t>
        <w:br/>
        <w:t>v 0.288318 1.694723 -0.743610</w:t>
        <w:br/>
        <w:t>v 0.445049 1.706476 -0.396161</w:t>
        <w:br/>
        <w:t>v 0.228615 5.288855 -0.699381</w:t>
        <w:br/>
        <w:t>v 0.238033 5.296661 -0.453056</w:t>
        <w:br/>
        <w:t>v 0.191831 5.708822 -0.394038</w:t>
        <w:br/>
        <w:t>v 0.170447 5.692684 -0.722164</w:t>
        <w:br/>
        <w:t>v 0.191831 5.708822 -0.394038</w:t>
        <w:br/>
        <w:t>v 0.142506 5.702415 -0.398573</w:t>
        <w:br/>
        <w:t>v 0.140295 5.687102 -0.733431</w:t>
        <w:br/>
        <w:t>v 0.170447 5.692684 -0.722164</w:t>
        <w:br/>
        <w:t>v 0.184531 5.288250 -0.698311</w:t>
        <w:br/>
        <w:t>v 0.140295 5.687102 -0.733431</w:t>
        <w:br/>
        <w:t>v 0.142506 5.702415 -0.398573</w:t>
        <w:br/>
        <w:t>v 0.153884 5.301257 -0.455167</w:t>
        <w:br/>
        <w:t>v 0.433746 2.557555 -0.578136</w:t>
        <w:br/>
        <w:t>v 0.373168 2.823328 -0.668518</w:t>
        <w:br/>
        <w:t>v 0.429400 2.830961 -0.521704</w:t>
        <w:br/>
        <w:t>v 0.426914 2.082053 -0.438217</w:t>
        <w:br/>
        <w:t>v 0.317784 2.132653 -0.596260</w:t>
        <w:br/>
        <w:t>v 0.478000 2.157671 -0.426426</w:t>
        <w:br/>
        <w:t>v 0.507640 1.944596 -0.445337</w:t>
        <w:br/>
        <w:t>v 0.367946 2.022212 -0.626462</w:t>
        <w:br/>
        <w:t>v 0.334296 1.697058 -0.619079</w:t>
        <w:br/>
        <w:t>v 0.467495 1.823201 -0.464247</w:t>
        <w:br/>
        <w:t>v 0.407417 3.109561 -0.587030</w:t>
        <w:br/>
        <w:t>v 0.252478 4.854270 -0.519588</w:t>
        <w:br/>
        <w:t>v 0.173182 4.907257 -0.502344</w:t>
        <w:br/>
        <w:t>v 0.320807 4.065758 -0.485132</w:t>
        <w:br/>
        <w:t>v 0.260079 3.966709 -0.715907</w:t>
        <w:br/>
        <w:t>v 0.349011 4.153567 -0.508239</w:t>
        <w:br/>
        <w:t>v 0.273756 4.619063 -0.534882</w:t>
        <w:br/>
        <w:t>v 0.322144 4.894941 -0.712322</w:t>
        <w:br/>
        <w:t>v 0.314950 4.904533 -0.510538</w:t>
        <w:br/>
        <w:t>v 0.362413 4.853747 -0.675949</w:t>
        <w:br/>
        <w:t>v 0.359640 4.865688 -0.487393</w:t>
        <w:br/>
        <w:t>v 0.559725 2.033465 -0.334771</w:t>
        <w:br/>
        <w:t>v 0.600969 1.922899 -0.323829</w:t>
        <w:br/>
        <w:t>v 0.362975 2.228805 -0.630534</w:t>
        <w:br/>
        <w:t>v 0.270620 2.148753 -0.726111</w:t>
        <w:br/>
        <w:t>v 0.279788 2.217250 -0.715432</w:t>
        <w:br/>
        <w:t>v 0.270620 2.148753 -0.726111</w:t>
        <w:br/>
        <w:t>v 0.295242 4.849676 -0.346637</w:t>
        <w:br/>
        <w:t>v 0.376915 3.461681 -0.600457</w:t>
        <w:br/>
        <w:t>v 0.357230 3.801260 -0.590352</w:t>
        <w:br/>
        <w:t>v 0.344964 4.614454 -0.347449</w:t>
        <w:br/>
        <w:t>v 0.393527 4.252304 -0.365710</w:t>
        <w:br/>
        <w:t>v 0.360702 4.883812 -0.359190</w:t>
        <w:br/>
        <w:t>v 0.528711 1.701443 -0.303894</w:t>
        <w:br/>
        <w:t>v 0.288318 1.694723 -0.743610</w:t>
        <w:br/>
        <w:t>v 0.379524 1.826647 -0.621802</w:t>
        <w:br/>
        <w:t>v 0.457977 0.353542 0.352894</w:t>
        <w:br/>
        <w:t>v 0.558388 0.361099 0.410450</w:t>
        <w:br/>
        <w:t>v 0.980217 0.435655 0.082787</w:t>
        <w:br/>
        <w:t>v 1.044757 2.167114 -1.015316</w:t>
        <w:br/>
        <w:t>v 0.971812 2.189597 -1.092757</w:t>
        <w:br/>
        <w:t>v 1.047705 2.638344 -0.973998</w:t>
        <w:br/>
        <w:t>v 0.890862 2.672130 -1.144706</w:t>
        <w:br/>
        <w:t>v 0.831931 2.546164 -1.064317</w:t>
        <w:br/>
        <w:t>v 0.989199 2.568984 -0.957098</w:t>
        <w:br/>
        <w:t>v 0.904976 2.729675 -1.104599</w:t>
        <w:br/>
        <w:t>v 0.890862 2.672130 -1.144706</w:t>
        <w:br/>
        <w:t>v 0.927084 3.091986 -1.055261</w:t>
        <w:br/>
        <w:t>v 0.336894 0.483719 -0.148887</w:t>
        <w:br/>
        <w:t>v 0.359314 0.478310 -0.040244</w:t>
        <w:br/>
        <w:t>v 0.315348 0.246736 -0.051673</w:t>
        <w:br/>
        <w:t>v 1.132039 0.037020 0.083062</w:t>
        <w:br/>
        <w:t>v 1.165689 0.039530 -0.099012</w:t>
        <w:br/>
        <w:t>v 1.166663 0.006044 -0.102572</w:t>
        <w:br/>
        <w:t>v 1.133676 0.005432 0.080876</w:t>
        <w:br/>
        <w:t>v 1.074308 0.308788 -0.439266</w:t>
        <w:br/>
        <w:t>v 1.095180 0.108104 -0.357428</w:t>
        <w:br/>
        <w:t>v 0.450320 0.859232 -0.762745</w:t>
        <w:br/>
        <w:t>v 0.443963 0.717978 -0.659636</w:t>
        <w:br/>
        <w:t>v 0.445099 0.693584 -0.680745</w:t>
        <w:br/>
        <w:t>v 0.451319 0.834477 -0.782905</w:t>
        <w:br/>
        <w:t>v 0.419743 0.380434 -0.532770</w:t>
        <w:br/>
        <w:t>v 0.434745 0.543797 -0.599020</w:t>
        <w:br/>
        <w:t>v 0.434645 0.567755 -0.577061</w:t>
        <w:br/>
        <w:t>v 0.417495 0.413247 -0.515683</w:t>
        <w:br/>
        <w:t>v 0.312500 0.035559 -0.092792</w:t>
        <w:br/>
        <w:t>v 0.311113 0.004707 -0.101411</w:t>
        <w:br/>
        <w:t>v 0.355480 0.015274 -0.366634</w:t>
        <w:br/>
        <w:t>v 0.350446 0.037720 -0.342427</w:t>
        <w:br/>
        <w:t>v 0.321056 0.037769 0.077628</w:t>
        <w:br/>
        <w:t>v 0.318645 0.007205 0.070346</w:t>
        <w:br/>
        <w:t>v 0.353294 0.039743 0.240167</w:t>
        <w:br/>
        <w:t>v 0.350796 0.010065 0.235359</w:t>
        <w:br/>
        <w:t>v 0.454542 0.939859 -0.900316</w:t>
        <w:br/>
        <w:t>v 0.471242 1.000188 -1.015840</w:t>
        <w:br/>
        <w:t>v 0.467320 1.026669 -1.013067</w:t>
        <w:br/>
        <w:t>v 0.453031 0.963779 -0.879919</w:t>
        <w:br/>
        <w:t>v 0.713558 0.010316 0.662784</w:t>
        <w:br/>
        <w:t>v 0.712559 0.041254 0.658662</w:t>
        <w:br/>
        <w:t>v 0.816218 0.040905 0.578335</w:t>
        <w:br/>
        <w:t>v 0.818428 0.007517 0.581570</w:t>
        <w:br/>
        <w:t>v 1.049365 0.036408 0.280399</w:t>
        <w:br/>
        <w:t>v 1.051326 0.006469 0.279637</w:t>
        <w:br/>
        <w:t>v 0.962069 1.017875 -1.020999</w:t>
        <w:br/>
        <w:t>v 0.964479 0.994954 -1.022273</w:t>
        <w:br/>
        <w:t>v 0.968451 0.925295 -0.887538</w:t>
        <w:br/>
        <w:t>v 0.972561 0.951088 -0.876409</w:t>
        <w:br/>
        <w:t>v 0.986375 0.843432 -0.762595</w:t>
        <w:br/>
        <w:t>v 0.980730 0.822099 -0.779895</w:t>
        <w:br/>
        <w:t>v 1.001364 0.690024 -0.681557</w:t>
        <w:br/>
        <w:t>v 1.007284 0.711907 -0.665469</w:t>
        <w:br/>
        <w:t>v 0.857823 1.039808 -1.218486</w:t>
        <w:br/>
        <w:t>v 0.962069 1.017875 -1.020999</w:t>
        <w:br/>
        <w:t>v 0.560399 1.048614 -1.216251</w:t>
        <w:br/>
        <w:t>v 0.467320 1.026669 -1.013067</w:t>
        <w:br/>
        <w:t>v 0.528874 0.038082 0.634318</w:t>
        <w:br/>
        <w:t>v 0.527575 0.005181 0.634580</w:t>
        <w:br/>
        <w:t>v 0.460425 0.004907 0.533507</w:t>
        <w:br/>
        <w:t>v 0.460950 0.038244 0.534356</w:t>
        <w:br/>
        <w:t>v 0.615370 0.039681 0.671927</w:t>
        <w:br/>
        <w:t>v 0.615982 0.008441 0.674113</w:t>
        <w:br/>
        <w:t>v 1.049752 0.421428 -0.516620</w:t>
        <w:br/>
        <w:t>v 1.042033 0.382270 -0.537679</w:t>
        <w:br/>
        <w:t>v 1.057883 0.249534 -0.485494</w:t>
        <w:br/>
        <w:t>v 1.064516 0.273066 -0.459276</w:t>
        <w:br/>
        <w:t>v 0.402594 0.288904 -0.466208</w:t>
        <w:br/>
        <w:t>v 0.405392 0.258789 -0.485968</w:t>
        <w:br/>
        <w:t>v 1.055985 0.435704 -0.488491</w:t>
        <w:br/>
        <w:t>v 1.080429 0.552665 -0.400658</w:t>
        <w:br/>
        <w:t>v 1.055710 0.639262 -0.508239</w:t>
        <w:br/>
        <w:t>v 1.037999 0.593260 -0.560312</w:t>
        <w:br/>
        <w:t>v 1.161967 0.068384 -0.092380</w:t>
        <w:br/>
        <w:t>v 1.129342 0.063588 0.086347</w:t>
        <w:br/>
        <w:t>v 1.046005 0.062950 0.281686</w:t>
        <w:br/>
        <w:t>v 0.710111 0.069957 0.653653</w:t>
        <w:br/>
        <w:t>v 0.805800 0.072069 0.583207</w:t>
        <w:br/>
        <w:t>v 0.617918 0.070133 0.666169</w:t>
        <w:br/>
        <w:t>v 0.528099 0.070295 0.630970</w:t>
        <w:br/>
        <w:t>v 0.464135 0.070270 0.535618</w:t>
        <w:br/>
        <w:t>v 0.322580 0.069895 0.086959</w:t>
        <w:br/>
        <w:t>v 0.350396 0.076053 0.246425</w:t>
        <w:br/>
        <w:t>v 0.371368 0.056730 -0.409851</w:t>
        <w:br/>
        <w:t>v 0.367096 0.076853 -0.381672</w:t>
        <w:br/>
        <w:t>v 0.398035 0.310850 -0.449209</w:t>
        <w:br/>
        <w:t>v 0.416421 0.447895 -0.498234</w:t>
        <w:br/>
        <w:t>v 0.397485 0.557300 -0.405879</w:t>
        <w:br/>
        <w:t>v 1.101500 0.008692 -0.344076</w:t>
        <w:br/>
        <w:t>v 1.100676 0.043440 -0.331561</w:t>
        <w:br/>
        <w:t>v 1.090458 0.089855 -0.378025</w:t>
        <w:br/>
        <w:t>v 1.079392 0.065049 -0.407540</w:t>
        <w:br/>
        <w:t>v 1.131352 0.066423 -0.247387</w:t>
        <w:br/>
        <w:t>v 0.939524 0.067934 0.438854</w:t>
        <w:br/>
        <w:t>v 0.944520 0.037033 0.438754</w:t>
        <w:br/>
        <w:t>v 0.946656 0.005369 0.438891</w:t>
        <w:br/>
        <w:t>v 0.405929 0.038856 0.404880</w:t>
        <w:br/>
        <w:t>v 0.404493 0.008092 0.402432</w:t>
        <w:br/>
        <w:t>v 0.408165 0.073842 0.408252</w:t>
        <w:br/>
        <w:t>v 0.311538 0.072855 -0.085448</w:t>
        <w:br/>
        <w:t>v 0.356017 0.069895 -0.342078</w:t>
        <w:br/>
        <w:t>v 0.447985 0.877756 -0.744597</w:t>
        <w:br/>
        <w:t>v 0.446148 0.895830 -0.715856</w:t>
        <w:br/>
        <w:t>v 0.439903 0.765454 -0.607888</w:t>
        <w:br/>
        <w:t>v 0.440827 0.741697 -0.644223</w:t>
        <w:br/>
        <w:t>v 0.448084 0.981140 -0.851453</w:t>
        <w:br/>
        <w:t>v 0.453743 1.057932 -1.010744</w:t>
        <w:br/>
        <w:t>v 0.434982 1.104721 -1.007984</w:t>
        <w:br/>
        <w:t>v 0.449209 1.005022 -0.831006</w:t>
        <w:br/>
        <w:t>v 0.453743 1.057932 -1.010744</w:t>
        <w:br/>
        <w:t>v 0.900353 1.069161 -1.179791</w:t>
        <w:br/>
        <w:t>v 0.797032 1.072696 -1.276217</w:t>
        <w:br/>
        <w:t>v 0.967415 1.050700 -1.019188</w:t>
        <w:br/>
        <w:t>v 0.976757 1.089183 -1.008034</w:t>
        <w:br/>
        <w:t>v 0.967415 1.050700 -1.019188</w:t>
        <w:br/>
        <w:t>v 0.980855 0.967713 -0.850079</w:t>
        <w:br/>
        <w:t>v 0.985951 0.991058 -0.838213</w:t>
        <w:br/>
        <w:t>v 1.001226 0.884414 -0.720340</w:t>
        <w:br/>
        <w:t>v 0.992783 0.866777 -0.741699</w:t>
        <w:br/>
        <w:t>v 1.012880 0.736689 -0.644148</w:t>
        <w:br/>
        <w:t>v 1.024834 0.765454 -0.616681</w:t>
        <w:br/>
        <w:t>v 0.425427 0.637764 -0.498721</w:t>
        <w:br/>
        <w:t>v 0.428374 0.590312 -0.561011</w:t>
        <w:br/>
        <w:t>v 1.030005 0.569115 -0.582420</w:t>
        <w:br/>
        <w:t>v 1.022073 0.548194 -0.604878</w:t>
        <w:br/>
        <w:t>v 0.420793 0.306353 -0.450045</w:t>
        <w:br/>
        <w:t>v 0.439353 0.430533 -0.503230</w:t>
        <w:br/>
        <w:t>v 0.416421 0.447895 -0.498234</w:t>
        <w:br/>
        <w:t>v 0.398035 0.310850 -0.449209</w:t>
        <w:br/>
        <w:t>v 0.439353 0.430533 -0.503230</w:t>
        <w:br/>
        <w:t>v 0.420793 0.306353 -0.450045</w:t>
        <w:br/>
        <w:t>v 0.389267 0.088706 -0.366596</w:t>
        <w:br/>
        <w:t>v 0.374428 0.052983 -0.336182</w:t>
        <w:br/>
        <w:t>v 0.362762 0.102733 -0.365610</w:t>
        <w:br/>
        <w:t>v 0.356017 0.069895 -0.342078</w:t>
        <w:br/>
        <w:t>v 0.374428 0.052983 -0.336182</w:t>
        <w:br/>
        <w:t>v 0.389267 0.088706 -0.366596</w:t>
        <w:br/>
        <w:t>v 0.449458 0.579846 -0.570704</w:t>
        <w:br/>
        <w:t>v 0.461387 0.730144 -0.653903</w:t>
        <w:br/>
        <w:t>v 0.449458 0.579846 -0.570704</w:t>
        <w:br/>
        <w:t>v 0.434645 0.567755 -0.577061</w:t>
        <w:br/>
        <w:t>v 1.144255 0.049836 -0.097626</w:t>
        <w:br/>
        <w:t>v 1.105909 0.048811 -0.251359</w:t>
        <w:br/>
        <w:t>v 1.100676 0.043440 -0.331561</w:t>
        <w:br/>
        <w:t>v 1.165689 0.039530 -0.099012</w:t>
        <w:br/>
        <w:t>v 1.105909 0.048811 -0.251359</w:t>
        <w:br/>
        <w:t>v 1.144255 0.049836 -0.097626</w:t>
        <w:br/>
        <w:t>v 1.111555 0.049236 0.074656</w:t>
        <w:br/>
        <w:t>v 1.132039 0.037020 0.083062</w:t>
        <w:br/>
        <w:t>v 1.111555 0.049236 0.074656</w:t>
        <w:br/>
        <w:t>v 1.029380 0.048586 0.266160</w:t>
        <w:br/>
        <w:t>v 1.046005 0.062950 0.281686</w:t>
        <w:br/>
        <w:t>v 1.049365 0.036408 0.280399</w:t>
        <w:br/>
        <w:t>v 1.029380 0.048586 0.266160</w:t>
        <w:br/>
        <w:t>v 0.926659 0.050797 0.422754</w:t>
        <w:br/>
        <w:t>v 0.939524 0.067934 0.438854</w:t>
        <w:br/>
        <w:t>v 0.926659 0.050797 0.422754</w:t>
        <w:br/>
        <w:t>v 0.796732 0.055182 0.565245</w:t>
        <w:br/>
        <w:t>v 0.702367 0.054094 0.641475</w:t>
        <w:br/>
        <w:t>v 0.702367 0.054094 0.641475</w:t>
        <w:br/>
        <w:t>v 0.796732 0.055182 0.565245</w:t>
        <w:br/>
        <w:t>v 0.613709 0.054644 0.654827</w:t>
        <w:br/>
        <w:t>v 0.540465 0.054557 0.621777</w:t>
        <w:br/>
        <w:t>v 0.613709 0.054644 0.654827</w:t>
        <w:br/>
        <w:t>v 0.540465 0.054557 0.621777</w:t>
        <w:br/>
        <w:t>v 0.476014 0.054157 0.521354</w:t>
        <w:br/>
        <w:t>v 0.476014 0.054157 0.521354</w:t>
        <w:br/>
        <w:t>v 0.423604 0.054419 0.394862</w:t>
        <w:br/>
        <w:t>v 0.374428 0.060514 0.233323</w:t>
        <w:br/>
        <w:t>v 0.374428 0.060514 0.233323</w:t>
        <w:br/>
        <w:t>v 0.423604 0.054419 0.394862</w:t>
        <w:br/>
        <w:t>v 0.347361 0.054107 0.075180</w:t>
        <w:br/>
        <w:t>v 0.322580 0.069895 0.086959</w:t>
        <w:br/>
        <w:t>v 0.347361 0.054107 0.075180</w:t>
        <w:br/>
        <w:t>v 0.336219 0.050847 -0.092517</w:t>
        <w:br/>
        <w:t>v 0.336219 0.050847 -0.092517</w:t>
        <w:br/>
        <w:t>v 1.049752 0.421428 -0.516620</w:t>
        <w:br/>
        <w:t>v 1.031291 0.428760 -0.498371</w:t>
        <w:br/>
        <w:t>v 1.008146 0.585053 -0.567744</w:t>
        <w:br/>
        <w:t>v 1.030005 0.569115 -0.582420</w:t>
        <w:br/>
        <w:t>v 0.991284 0.727320 -0.650868</w:t>
        <w:br/>
        <w:t>v 1.008146 0.585053 -0.567744</w:t>
        <w:br/>
        <w:t>v 1.031291 0.428760 -0.498371</w:t>
        <w:br/>
        <w:t>v 1.045992 0.288279 -0.449358</w:t>
        <w:br/>
        <w:t>v 1.064516 0.273066 -0.459276</w:t>
        <w:br/>
        <w:t>v 1.045992 0.288279 -0.449358</w:t>
        <w:br/>
        <w:t>v 1.072647 0.095688 -0.363561</w:t>
        <w:br/>
        <w:t>v 1.072647 0.095688 -0.363561</w:t>
        <w:br/>
        <w:t>v 0.461387 0.730144 -0.653903</w:t>
        <w:br/>
        <w:t>v 0.469206 0.868114 -0.753365</w:t>
        <w:br/>
        <w:t>v 0.469206 0.868114 -0.753365</w:t>
        <w:br/>
        <w:t>v 0.473540 0.971235 -0.860446</w:t>
        <w:br/>
        <w:t>v 0.478774 1.049401 -1.006272</w:t>
        <w:br/>
        <w:t>v 0.448084 0.981140 -0.851453</w:t>
        <w:br/>
        <w:t>v 0.473540 0.971235 -0.860446</w:t>
        <w:br/>
        <w:t>v 0.478774 1.049401 -1.006272</w:t>
        <w:br/>
        <w:t>v 0.478774 1.049401 -1.006272</w:t>
        <w:br/>
        <w:t>v 0.535156 1.071621 -1.157807</w:t>
        <w:br/>
        <w:t>v 0.535156 1.071621 -1.157807</w:t>
        <w:br/>
        <w:t>v 0.478774 1.049401 -1.006272</w:t>
        <w:br/>
        <w:t>v 0.619129 1.064389 -1.257344</w:t>
        <w:br/>
        <w:t>v 0.619129 1.064389 -1.257344</w:t>
        <w:br/>
        <w:t>v 0.787527 1.062329 -1.260479</w:t>
        <w:br/>
        <w:t>v 0.882767 1.058132 -1.161667</w:t>
        <w:br/>
        <w:t>v 0.882767 1.058132 -1.161667</w:t>
        <w:br/>
        <w:t>v 0.787527 1.062329 -1.260479</w:t>
        <w:br/>
        <w:t>v 0.942409 1.037022 -1.014716</w:t>
        <w:br/>
        <w:t>v 0.942409 1.037022 -1.014716</w:t>
        <w:br/>
        <w:t>v 0.942409 1.037022 -1.014716</w:t>
        <w:br/>
        <w:t>v 0.954125 0.961955 -0.856674</w:t>
        <w:br/>
        <w:t>v 0.954125 0.961955 -0.856674</w:t>
        <w:br/>
        <w:t>v 0.942409 1.037022 -1.014716</w:t>
        <w:br/>
        <w:t>v 0.965266 0.858309 -0.748031</w:t>
        <w:br/>
        <w:t>v 0.991284 0.727320 -0.650868</w:t>
        <w:br/>
        <w:t>v 0.965266 0.858309 -0.748031</w:t>
        <w:br/>
        <w:t>v 0.362762 0.102733 -0.365610</w:t>
        <w:br/>
        <w:t>v 0.385694 0.463271 -0.044691</w:t>
        <w:br/>
        <w:t>v 0.361175 0.485055 -0.151098</w:t>
        <w:br/>
        <w:t>v 0.373404 0.323839 -0.139244</w:t>
        <w:br/>
        <w:t>v 0.497334 0.418992 0.104146</w:t>
        <w:br/>
        <w:t>v 1.055710 0.639262 -0.508239</w:t>
        <w:br/>
        <w:t>v 1.004711 1.034999 -0.298261</w:t>
        <w:br/>
        <w:t>v 1.051014 1.073807 -0.451869</w:t>
        <w:br/>
        <w:t>v 1.061243 1.092930 -0.626774</w:t>
        <w:br/>
        <w:t>v 0.620928 0.285743 0.587466</w:t>
        <w:br/>
        <w:t>v 0.946656 0.005369 0.438891</w:t>
        <w:br/>
        <w:t>v 0.404493 0.008092 0.402432</w:t>
        <w:br/>
        <w:t>v 1.051326 0.006469 0.279637</w:t>
        <w:br/>
        <w:t>v 0.350796 0.010065 0.235359</w:t>
        <w:br/>
        <w:t>v 1.133676 0.005432 0.080876</w:t>
        <w:br/>
        <w:t>v 0.318645 0.007205 0.070346</w:t>
        <w:br/>
        <w:t>v 1.166663 0.006044 -0.102572</w:t>
        <w:br/>
        <w:t>v 0.311113 0.004707 -0.101411</w:t>
        <w:br/>
        <w:t>v 0.355480 0.015274 -0.366634</w:t>
        <w:br/>
        <w:t>v 1.101500 0.008692 -0.344076</w:t>
        <w:br/>
        <w:t>v 0.371368 0.056730 -0.409851</w:t>
        <w:br/>
        <w:t>v 1.079392 0.065049 -0.407540</w:t>
        <w:br/>
        <w:t>v 1.057883 0.249534 -0.485494</w:t>
        <w:br/>
        <w:t>v 0.405392 0.258789 -0.485968</w:t>
        <w:br/>
        <w:t>v 1.042033 0.382270 -0.537679</w:t>
        <w:br/>
        <w:t>v 0.419743 0.380434 -0.532770</w:t>
        <w:br/>
        <w:t>v 1.022073 0.548194 -0.604878</w:t>
        <w:br/>
        <w:t>v 0.434745 0.543797 -0.599020</w:t>
        <w:br/>
        <w:t>v 0.445099 0.693584 -0.680745</w:t>
        <w:br/>
        <w:t>v 1.001364 0.690024 -0.681557</w:t>
        <w:br/>
        <w:t>v 0.451319 0.834477 -0.782905</w:t>
        <w:br/>
        <w:t>v 0.980730 0.822099 -0.779895</w:t>
        <w:br/>
        <w:t>v 0.968451 0.925295 -0.887538</w:t>
        <w:br/>
        <w:t>v 0.454542 0.939859 -0.900316</w:t>
        <w:br/>
        <w:t>v 0.964479 0.994954 -1.022273</w:t>
        <w:br/>
        <w:t>v 0.471242 1.000188 -1.015840</w:t>
        <w:br/>
        <w:t>v 0.471242 1.000188 -1.015840</w:t>
        <w:br/>
        <w:t>v 0.964479 0.994954 -1.022273</w:t>
        <w:br/>
        <w:t>v 0.926621 0.752613 -1.024496</w:t>
        <w:br/>
        <w:t>v 0.507764 0.756499 -1.015878</w:t>
        <w:br/>
        <w:t>v 0.540677 0.414246 -1.010057</w:t>
        <w:br/>
        <w:t>v 0.878919 0.412135 -1.024147</w:t>
        <w:br/>
        <w:t>v 0.568405 -0.000014 -0.994244</w:t>
        <w:br/>
        <w:t>v 0.849017 -0.000014 -1.013605</w:t>
        <w:br/>
        <w:t>v 0.802952 -0.000014 -1.150163</w:t>
        <w:br/>
        <w:t>v 0.614021 -0.000014 -1.134788</w:t>
        <w:br/>
        <w:t>v 0.568405 -0.000014 -0.994244</w:t>
        <w:br/>
        <w:t>v 0.614021 -0.000014 -1.134788</w:t>
        <w:br/>
        <w:t>v 0.849017 -0.000014 -1.013605</w:t>
        <w:br/>
        <w:t>v 0.568405 -0.000014 -0.994244</w:t>
        <w:br/>
        <w:t>v 0.802952 -0.000014 -1.150163</w:t>
        <w:br/>
        <w:t>v 0.849017 -0.000014 -1.013605</w:t>
        <w:br/>
        <w:t>v 0.703053 -0.000014 -1.206945</w:t>
        <w:br/>
        <w:t>v 0.699543 0.409599 -1.212978</w:t>
        <w:br/>
        <w:t>v 0.697033 0.757473 -1.249388</w:t>
        <w:br/>
        <w:t>v 0.695371 1.007308 -1.286385</w:t>
        <w:br/>
        <w:t>v 0.694435 1.042981 -1.294941</w:t>
        <w:br/>
        <w:t>v 0.694909 1.064340 -1.284211</w:t>
        <w:br/>
        <w:t>v 0.693610 1.074419 -1.301685</w:t>
        <w:br/>
        <w:t>v 0.694909 1.064340 -1.284211</w:t>
        <w:br/>
        <w:t>v 0.686616 1.341691 -1.419171</w:t>
        <w:br/>
        <w:t>v 0.685267 1.580735 -1.425204</w:t>
        <w:br/>
        <w:t>v 0.690563 1.783356 -1.348937</w:t>
        <w:br/>
        <w:t>v 0.698307 1.996319 -1.241369</w:t>
        <w:br/>
        <w:t>v 0.806950 2.143769 -1.168862</w:t>
        <w:br/>
        <w:t>v 0.701493 2.137536 -1.183963</w:t>
        <w:br/>
        <w:t>v 0.709524 2.647113 -1.207571</w:t>
        <w:br/>
        <w:t>v 0.698608 2.514238 -1.103525</w:t>
        <w:br/>
        <w:t>v 0.579848 2.472033 -1.074559</w:t>
        <w:br/>
        <w:t>v 0.591776 2.606805 -1.174958</w:t>
        <w:br/>
        <w:t>v 0.576937 2.133365 -1.148078</w:t>
        <w:br/>
        <w:t>v 0.703053 -0.000014 -1.206945</w:t>
        <w:br/>
        <w:t>v 0.799493 3.147944 -1.099490</w:t>
        <w:br/>
        <w:t>v 0.737316 2.707154 -1.197453</w:t>
        <w:br/>
        <w:t>v 0.721977 3.120865 -1.111056</w:t>
        <w:br/>
        <w:t>v 0.646797 3.144884 -1.120636</w:t>
        <w:br/>
        <w:t>v 0.561325 3.048532 -1.115103</w:t>
        <w:br/>
        <w:t>v 0.756214 3.075611 -1.111793</w:t>
        <w:br/>
        <w:t>v 0.709524 2.647113 -1.207571</w:t>
        <w:br/>
        <w:t>v 0.516134 2.944537 -1.076358</w:t>
        <w:br/>
        <w:t>v 0.740688 2.924564 -1.066790</w:t>
        <w:br/>
        <w:t>v 1.109358 2.196579 -0.603829</w:t>
        <w:br/>
        <w:t>v 1.133139 2.202225 -0.840075</w:t>
        <w:br/>
        <w:t>v 1.060345 2.067052 -0.826447</w:t>
        <w:br/>
        <w:t>v 1.150826 2.228255 -0.700381</w:t>
        <w:br/>
        <w:t>v 0.804827 2.222235 -1.174408</w:t>
        <w:br/>
        <w:t>v 0.698533 2.230503 -1.201975</w:t>
        <w:br/>
        <w:t>v 0.695085 2.333825 -1.195904</w:t>
        <w:br/>
        <w:t>v 0.625613 2.379765 -1.154048</w:t>
        <w:br/>
        <w:t>v 0.409365 2.116740 -1.043919</w:t>
        <w:br/>
        <w:t>v 0.852203 2.452210 -0.383147</w:t>
        <w:br/>
        <w:t>v 1.025022 2.380652 -0.825948</w:t>
        <w:br/>
        <w:t>v 1.006898 2.500549 -0.960696</w:t>
        <w:br/>
        <w:t>v 0.831931 2.546164 -1.064317</w:t>
        <w:br/>
        <w:t>v 0.698608 2.514238 -1.103525</w:t>
        <w:br/>
        <w:t>v 0.497023 2.450936 -1.013281</w:t>
        <w:br/>
        <w:t>v 0.452495 2.522919 -1.046992</w:t>
        <w:br/>
        <w:t>v 0.362938 2.407007 -0.851604</w:t>
        <w:br/>
        <w:t>v 0.384321 2.451086 -0.930156</w:t>
        <w:br/>
        <w:t>v 0.333960 2.315239 -0.779359</w:t>
        <w:br/>
        <w:t>v 0.438993 2.400025 -0.474590</w:t>
        <w:br/>
        <w:t>v 0.349910 2.317588 -0.579535</w:t>
        <w:br/>
        <w:t>v 0.731670 2.526642 -0.397623</w:t>
        <w:br/>
        <w:t>v 0.539566 2.298939 -0.480873</w:t>
        <w:br/>
        <w:t>v 0.722827 2.413478 -0.401858</w:t>
        <w:br/>
        <w:t>v 0.610912 2.829561 -1.131791</w:t>
        <w:br/>
        <w:t>v 0.906550 2.837430 -1.016466</w:t>
        <w:br/>
        <w:t>v 0.726012 2.232902 -0.354806</w:t>
        <w:br/>
        <w:t>v 0.867629 2.335087 -0.352208</w:t>
        <w:br/>
        <w:t>v 0.539566 2.298939 -0.480873</w:t>
        <w:br/>
        <w:t>v 0.362975 2.228805 -0.630534</w:t>
        <w:br/>
        <w:t>v 0.547897 2.120175 -0.352083</w:t>
        <w:br/>
        <w:t>v 0.618518 2.163117 -0.372293</w:t>
        <w:br/>
        <w:t>v 0.333960 2.315239 -0.779359</w:t>
        <w:br/>
        <w:t>v 0.405043 2.376980 -0.877409</w:t>
        <w:br/>
        <w:t>v 0.279788 2.217250 -0.715432</w:t>
        <w:br/>
        <w:t>v 0.352233 2.051839 -0.818466</w:t>
        <w:br/>
        <w:t>v 0.349910 2.317588 -0.579535</w:t>
        <w:br/>
        <w:t>v 0.596572 1.789001 -0.299960</w:t>
        <w:br/>
        <w:t>v 0.712671 1.886627 -0.271931</w:t>
        <w:br/>
        <w:t>v 0.852515 1.844496 -0.310289</w:t>
        <w:br/>
        <w:t>v 0.356417 1.907624 -0.862482</w:t>
        <w:br/>
        <w:t>v 0.286433 1.750980 -0.867803</w:t>
        <w:br/>
        <w:t>v 0.286433 1.750980 -0.867803</w:t>
        <w:br/>
        <w:t>v 0.500146 2.389471 -1.043395</w:t>
        <w:br/>
        <w:t>v 0.579848 2.472033 -1.074559</w:t>
        <w:br/>
        <w:t>v 0.931318 2.963022 -1.010333</w:t>
        <w:br/>
        <w:t>v 1.078156 2.554407 -0.811059</w:t>
        <w:br/>
        <w:t>v 1.243206 3.894414 -0.866867</w:t>
        <w:br/>
        <w:t>v 1.243181 3.988156 -0.707301</w:t>
        <w:br/>
        <w:t>v 1.186337 3.919045 -0.983378</w:t>
        <w:br/>
        <w:t>v 1.280818 4.448396 -0.633474</w:t>
        <w:br/>
        <w:t>v 1.235794 4.260748 -0.702208</w:t>
        <w:br/>
        <w:t>v 1.198923 4.247383 -0.534234</w:t>
        <w:br/>
        <w:t>v 1.193194 4.449629 -0.950179</w:t>
        <w:br/>
        <w:t>v 1.295204 4.495532 -0.793423</w:t>
        <w:br/>
        <w:t>v 0.706802 4.542521 -1.135075</w:t>
        <w:br/>
        <w:t>v 0.506329 4.640196 -1.050939</w:t>
        <w:br/>
        <w:t>v 0.409090 4.637324 -0.881081</w:t>
        <w:br/>
        <w:t>v 0.389493 4.633615 -0.660286</w:t>
        <w:br/>
        <w:t>v 0.400622 4.633577 -0.489529</w:t>
        <w:br/>
        <w:t>v 0.386083 4.627544 -0.369282</w:t>
        <w:br/>
        <w:t>v 0.615982 0.008441 0.674113</w:t>
        <w:br/>
        <w:t>v 0.703053 -0.000014 -1.206945</w:t>
        <w:br/>
        <w:t>v 0.449209 1.005022 -0.831006</w:t>
        <w:br/>
        <w:t>v 0.434982 1.104721 -1.007984</w:t>
        <w:br/>
        <w:t>v 0.456778 1.104222 -1.008384</w:t>
        <w:br/>
        <w:t>v 0.976757 1.089183 -1.008034</w:t>
        <w:br/>
        <w:t>v 0.644012 4.090103 -1.146192</w:t>
        <w:br/>
        <w:t>v 1.232377 4.400179 -0.817404</w:t>
        <w:br/>
        <w:t>v 1.133139 2.202225 -0.840075</w:t>
        <w:br/>
        <w:t>v 0.726061 0.583243 0.069410</w:t>
        <w:br/>
        <w:t>v 0.688552 0.584654 0.067561</w:t>
        <w:br/>
        <w:t>v 0.705664 0.576972 0.071895</w:t>
        <w:br/>
        <w:t>v 0.286433 1.750980 -0.867803</w:t>
        <w:br/>
        <w:t>v 0.286433 1.750980 -0.867803</w:t>
        <w:br/>
        <w:t>v 0.478486 0.895168 -0.716118</w:t>
        <w:br/>
        <w:t>v 0.446148 0.895830 -0.715856</w:t>
        <w:br/>
        <w:t>v 0.477511 1.004286 -0.831383</w:t>
        <w:br/>
        <w:t>v 0.439903 0.765454 -0.607888</w:t>
        <w:br/>
        <w:t>v 0.479899 0.765454 -0.608488</w:t>
        <w:br/>
        <w:t>v 0.425427 0.637764 -0.498721</w:t>
        <w:br/>
        <w:t>v 0.457865 0.637838 -0.499208</w:t>
        <w:br/>
        <w:t>v 0.422379 0.556825 -0.405255</w:t>
        <w:br/>
        <w:t>v 0.569957 4.245323 -0.247975</w:t>
        <w:br/>
        <w:t>v 0.393527 4.252304 -0.365710</w:t>
        <w:br/>
        <w:t>v 0.344964 4.614454 -0.347449</w:t>
        <w:br/>
        <w:t>v 0.484018 4.519796 -0.176668</w:t>
        <w:br/>
        <w:t>v 0.608745 4.245028 -0.281366</w:t>
        <w:br/>
        <w:t>v 0.569957 4.245323 -0.247975</w:t>
        <w:br/>
        <w:t>v 0.484018 4.519796 -0.176668</w:t>
        <w:br/>
        <w:t>v 0.521278 4.533323 -0.192424</w:t>
        <w:br/>
        <w:t>v 0.322761 4.829031 -0.230365</w:t>
        <w:br/>
        <w:t>v 0.358566 4.817812 -0.073122</w:t>
        <w:br/>
        <w:t>v 0.358566 4.817812 -0.073122</w:t>
        <w:br/>
        <w:t>v 0.405302 4.834676 -0.069982</w:t>
        <w:br/>
        <w:t>v 0.369080 4.900608 -0.160991</w:t>
        <w:br/>
        <w:t>v 0.381155 4.844982 -0.244323</w:t>
        <w:br/>
        <w:t>v 0.405302 4.834676 -0.069982</w:t>
        <w:br/>
        <w:t>v 0.360702 4.883812 -0.359190</w:t>
        <w:br/>
        <w:t>v 0.386083 4.627544 -0.369282</w:t>
        <w:br/>
        <w:t>v 1.169675 4.562848 -0.288145</w:t>
        <w:br/>
        <w:t>v 1.243481 4.612580 -0.416103</w:t>
        <w:br/>
        <w:t>v 1.216277 4.429982 -0.476441</w:t>
        <w:br/>
        <w:t>v 1.131876 4.403198 -0.356137</w:t>
        <w:br/>
        <w:t>v 1.169675 4.562848 -0.288145</w:t>
        <w:br/>
        <w:t>v 1.131876 4.403198 -0.356137</w:t>
        <w:br/>
        <w:t>v 1.089543 4.415464 -0.362928</w:t>
        <w:br/>
        <w:t>v 1.123903 4.580869 -0.284355</w:t>
        <w:br/>
        <w:t>v 1.231383 4.810800 -0.159957</w:t>
        <w:br/>
        <w:t>v 1.259492 4.802228 -0.309237</w:t>
        <w:br/>
        <w:t>v 1.198923 4.247383 -0.534234</w:t>
        <w:br/>
        <w:t>v 1.089498 4.243548 -0.405405</w:t>
        <w:br/>
        <w:t>v 1.186121 4.823332 -0.150620</w:t>
        <w:br/>
        <w:t>v 1.231383 4.810800 -0.159957</w:t>
        <w:br/>
        <w:t>v 1.049965 4.250706 -0.434283</w:t>
        <w:br/>
        <w:t>v 1.089498 4.243548 -0.405405</w:t>
        <w:br/>
        <w:t>v 1.280818 4.448396 -0.633474</w:t>
        <w:br/>
        <w:t>v 1.271730 4.621262 -0.543563</w:t>
        <w:br/>
        <w:t>v 1.301448 4.831271 -0.410858</w:t>
        <w:br/>
        <w:t>v 1.318911 4.884194 -0.403589</w:t>
        <w:br/>
        <w:t>v 1.357445 4.910916 -0.546922</w:t>
        <w:br/>
        <w:t>v 1.320060 4.851765 -0.545873</w:t>
        <w:br/>
        <w:t>v 1.195231 4.607362 -0.420835</w:t>
        <w:br/>
        <w:t>v 1.210364 4.803705 -0.308919</w:t>
        <w:br/>
        <w:t>v 1.123903 4.580869 -0.284355</w:t>
        <w:br/>
        <w:t>v 1.246673 4.847209 -0.398504</w:t>
        <w:br/>
        <w:t>v 1.275503 4.858373 -0.289464</w:t>
        <w:br/>
        <w:t>v 1.652926 5.326207 0.302081</w:t>
        <w:br/>
        <w:t>v 1.616191 5.345729 0.329760</w:t>
        <w:br/>
        <w:t>v 1.204362 4.871521 -0.237306</w:t>
        <w:br/>
        <w:t>v 1.253566 4.903306 -0.382155</w:t>
        <w:br/>
        <w:t>v 1.186121 4.823332 -0.150620</w:t>
        <w:br/>
        <w:t>v 1.234625 4.891669 -0.551132</w:t>
        <w:br/>
        <w:t>v 1.198603 4.634502 -0.551781</w:t>
        <w:br/>
        <w:t>v 0.074698 5.364973 0.344960</w:t>
        <w:br/>
        <w:t>v 0.319096 4.863764 -0.154908</w:t>
        <w:br/>
        <w:t>v 0.521278 4.533323 -0.192424</w:t>
        <w:br/>
        <w:t>v 0.301560 4.911440 -0.358103</w:t>
        <w:br/>
        <w:t>v 0.244091 4.900238 -0.346550</w:t>
        <w:br/>
        <w:t>v 0.295242 4.849676 -0.346637</w:t>
        <w:br/>
        <w:t>v -0.527574 0.005181 0.634580</w:t>
        <w:br/>
        <w:t>v -0.460425 0.004907 0.533507</w:t>
        <w:br/>
        <w:t>v -0.818428 0.007517 0.581570</w:t>
        <w:br/>
        <w:t>v -0.713557 0.010316 0.662784</w:t>
        <w:br/>
        <w:t>v -0.507764 0.756497 -1.015878</w:t>
        <w:br/>
        <w:t>v -0.471242 1.000186 -1.015840</w:t>
        <w:br/>
        <w:t>v -0.563259 1.011927 -1.207282</w:t>
        <w:br/>
        <w:t>v -0.581245 0.760393 -1.178479</w:t>
        <w:br/>
        <w:t>v -0.528111 0.184770 0.623951</w:t>
        <w:br/>
        <w:t>v -0.538365 0.289003 0.578760</w:t>
        <w:br/>
        <w:t>v -0.466795 0.302069 0.493000</w:t>
        <w:br/>
        <w:t>v -0.466183 0.194113 0.537541</w:t>
        <w:br/>
        <w:t>v -0.615457 0.183022 0.654590</w:t>
        <w:br/>
        <w:t>v -0.816042 1.576299 -1.394940</w:t>
        <w:br/>
        <w:t>v -0.954300 1.562447 -1.264651</w:t>
        <w:br/>
        <w:t>v -0.944257 1.329424 -1.266837</w:t>
        <w:br/>
        <w:t>v -0.819365 1.342775 -1.389356</w:t>
        <w:br/>
        <w:t>v -0.351758 5.537740 -1.346489</w:t>
        <w:br/>
        <w:t>v -0.358478 5.199221 -1.276418</w:t>
        <w:br/>
        <w:t>v -0.237296 5.250960 -1.007628</w:t>
        <w:br/>
        <w:t>v -0.182087 5.629893 -1.033665</w:t>
        <w:br/>
        <w:t>v -1.449561 5.665316 -0.857061</w:t>
        <w:br/>
        <w:t>v -1.493278 5.698243 -0.534681</w:t>
        <w:br/>
        <w:t>v -1.436072 5.260031 -0.782483</w:t>
        <w:br/>
        <w:t>v -0.151435 5.664505 -0.123457</w:t>
        <w:br/>
        <w:t>v -0.231687 5.249396 -0.130789</w:t>
        <w:br/>
        <w:t>v -0.108354 5.534529 0.127078</w:t>
        <w:br/>
        <w:t>v -1.079317 1.586728 -0.863244</w:t>
        <w:br/>
        <w:t>v -1.043295 1.733355 -0.942796</w:t>
        <w:br/>
        <w:t>v -1.085425 1.636303 -0.641962</w:t>
        <w:br/>
        <w:t>v -1.052425 1.314822 -0.983765</w:t>
        <w:br/>
        <w:t>v -1.043957 1.542075 -1.076881</w:t>
        <w:br/>
        <w:t>v -0.801878 1.775335 -1.328927</w:t>
        <w:br/>
        <w:t>v -0.817366 1.993819 -1.226855</w:t>
        <w:br/>
        <w:t>v -0.950627 1.964405 -1.119962</w:t>
        <w:br/>
        <w:t>v -0.933316 1.777258 -1.206833</w:t>
        <w:br/>
        <w:t>v -0.369044 1.619666 -0.849080</w:t>
        <w:br/>
        <w:t>v -0.321693 1.825972 -0.973235</w:t>
        <w:br/>
        <w:t>v -0.373591 1.730981 -1.010444</w:t>
        <w:br/>
        <w:t>v -1.034452 2.862161 -0.530210</w:t>
        <w:br/>
        <w:t>v -1.019126 3.058223 -0.622153</w:t>
        <w:br/>
        <w:t>v -0.900928 2.865783 -0.418820</w:t>
        <w:br/>
        <w:t>v -0.989598 2.126681 -1.106197</w:t>
        <w:br/>
        <w:t>v -1.028706 2.012267 -0.979818</w:t>
        <w:br/>
        <w:t>v -0.546148 1.999378 -1.194342</w:t>
        <w:br/>
        <w:t>v -0.426214 1.939261 -1.097616</w:t>
        <w:br/>
        <w:t>v -0.457740 2.009132 -1.066540</w:t>
        <w:br/>
        <w:t>v -0.839350 1.929293 -0.347761</w:t>
        <w:br/>
        <w:t>v -0.777709 2.148314 -0.445899</w:t>
        <w:br/>
        <w:t>v -0.559725 2.033464 -0.334771</w:t>
        <w:br/>
        <w:t>v -0.704015 1.941296 -0.300672</w:t>
        <w:br/>
        <w:t>v -0.919526 1.927232 -0.475464</w:t>
        <w:br/>
        <w:t>v -1.016103 2.002088 -0.640289</w:t>
        <w:br/>
        <w:t>v -0.964367 2.057683 -0.479798</w:t>
        <w:br/>
        <w:t>v -1.005061 1.640400 -0.438017</w:t>
        <w:br/>
        <w:t>v -1.016103 1.536929 -0.552143</w:t>
        <w:br/>
        <w:t>v -1.080729 2.278941 -0.552905</w:t>
        <w:br/>
        <w:t>v -1.035214 2.408380 -0.619879</w:t>
        <w:br/>
        <w:t>v -0.990785 2.328878 -0.454842</w:t>
        <w:br/>
        <w:t>v -0.794946 2.303672 -1.147216</w:t>
        <w:br/>
        <w:t>v -0.915055 2.443615 -1.082291</w:t>
        <w:br/>
        <w:t>v -0.936963 2.302960 -1.021362</w:t>
        <w:br/>
        <w:t>v -0.504567 2.308344 -1.020762</w:t>
        <w:br/>
        <w:t>v -0.587703 2.326479 -1.108133</w:t>
        <w:br/>
        <w:t>v -0.592075 2.236210 -1.167101</w:t>
        <w:br/>
        <w:t>v -0.463835 2.219723 -1.045955</w:t>
        <w:br/>
        <w:t>v -0.696208 1.389478 -0.201559</w:t>
        <w:br/>
        <w:t>v -0.858048 1.369344 -0.265623</w:t>
        <w:br/>
        <w:t>v -0.891922 1.572888 -0.315760</w:t>
        <w:br/>
        <w:t>v -0.757574 1.551655 -0.240717</w:t>
        <w:br/>
        <w:t>v -0.847244 2.523717 -0.425290</w:t>
        <w:br/>
        <w:t>v -0.848356 2.625115 -0.446049</w:t>
        <w:br/>
        <w:t>v -0.735816 2.638992 -0.393464</w:t>
        <w:br/>
        <w:t>v -0.731669 2.526640 -0.397623</w:t>
        <w:br/>
        <w:t>v -1.063854 2.655180 -0.670266</w:t>
        <w:br/>
        <w:t>v -0.964679 2.640017 -0.538042</w:t>
        <w:br/>
        <w:t>v -0.931367 2.507730 -0.513785</w:t>
        <w:br/>
        <w:t>v -1.076145 2.555343 -0.716194</w:t>
        <w:br/>
        <w:t>v -1.082103 2.603319 -0.823387</w:t>
        <w:br/>
        <w:t>v -1.047704 2.638343 -0.973998</w:t>
        <w:br/>
        <w:t>v -1.036588 2.686381 -0.899604</w:t>
        <w:br/>
        <w:t>v -0.591775 2.606804 -1.174958</w:t>
        <w:br/>
        <w:t>v -0.452494 2.522918 -1.046992</w:t>
        <w:br/>
        <w:t>v -0.452406 2.730360 -0.922837</w:t>
        <w:br/>
        <w:t>v -0.588441 2.705966 -1.094506</w:t>
        <w:br/>
        <w:t>v -0.375852 2.601945 -0.818179</w:t>
        <w:br/>
        <w:t>v -0.419369 2.564362 -0.926996</w:t>
        <w:br/>
        <w:t>v -0.777709 2.148314 -0.445899</w:t>
        <w:br/>
        <w:t>v -0.867628 2.335086 -0.352208</w:t>
        <w:br/>
        <w:t>v -0.726011 2.232901 -0.354806</w:t>
        <w:br/>
        <w:t>v -0.356417 1.907622 -0.862482</w:t>
        <w:br/>
        <w:t>v -0.352232 2.051838 -0.818466</w:t>
        <w:br/>
        <w:t>v -0.291316 2.170010 -0.839175</w:t>
        <w:br/>
        <w:t>v -0.402756 2.306369 -0.841124</w:t>
        <w:br/>
        <w:t>v -0.576687 1.771413 -1.308393</w:t>
        <w:br/>
        <w:t>v -0.426438 1.758061 -1.126644</w:t>
        <w:br/>
        <w:t>v -0.561361 1.567143 -1.368635</w:t>
        <w:br/>
        <w:t>v -0.425227 1.546084 -1.178804</w:t>
        <w:br/>
        <w:t>v -0.709211 1.132374 -0.130713</w:t>
        <w:br/>
        <w:t>v -0.833004 1.113400 -0.169234</w:t>
        <w:br/>
        <w:t>v -1.357929 5.225907 -1.014148</w:t>
        <w:br/>
        <w:t>v -1.202574 5.184395 -1.216151</w:t>
        <w:br/>
        <w:t>v -1.378640 5.616504 -1.069975</w:t>
        <w:br/>
        <w:t>v -1.061806 2.950655 -0.669529</w:t>
        <w:br/>
        <w:t>v -1.055923 3.013483 -0.861870</w:t>
        <w:br/>
        <w:t>v -1.053962 3.126197 -0.848068</w:t>
        <w:br/>
        <w:t>v -0.530147 1.187744 -0.215411</w:t>
        <w:br/>
        <w:t>v -0.583969 1.113750 -0.157030</w:t>
        <w:br/>
        <w:t>v -0.584818 1.383632 -0.244352</w:t>
        <w:br/>
        <w:t>v -0.699831 5.453528 -1.622817</w:t>
        <w:br/>
        <w:t>v -0.575663 5.144988 -1.468309</w:t>
        <w:br/>
        <w:t>v -1.246128 5.561146 -1.256657</w:t>
        <w:br/>
        <w:t>v -1.320059 4.851764 -0.545873</w:t>
        <w:br/>
        <w:t>v -1.292830 4.850348 -0.759910</w:t>
        <w:br/>
        <w:t>v -1.374868 4.940418 -0.850704</w:t>
        <w:br/>
        <w:t>v -1.357444 4.910915 -0.546922</w:t>
        <w:br/>
        <w:t>v -1.258107 4.916624 -1.063355</w:t>
        <w:br/>
        <w:t>v -1.194980 4.843517 -0.985227</w:t>
        <w:br/>
        <w:t>v -0.436781 4.856169 -1.101788</w:t>
        <w:br/>
        <w:t>v -0.432447 4.905133 -1.155609</w:t>
        <w:br/>
        <w:t>v -0.646034 4.897063 -1.300574</w:t>
        <w:br/>
        <w:t>v -0.699606 4.818398 -1.209256</w:t>
        <w:br/>
        <w:t>v -0.295413 4.870421 -0.819290</w:t>
        <w:br/>
        <w:t>v -0.217885 4.916611 -0.842323</w:t>
        <w:br/>
        <w:t>v -1.385337 5.224310 -0.474586</w:t>
        <w:br/>
        <w:t>v -0.884153 3.099455 -0.415397</w:t>
        <w:br/>
        <w:t>v -1.318911 4.884193 -0.403589</w:t>
        <w:br/>
        <w:t>v -1.336023 5.182409 -0.192542</w:t>
        <w:br/>
        <w:t>v -0.244090 4.900237 -0.346550</w:t>
        <w:br/>
        <w:t>v -0.319095 4.863763 -0.154908</w:t>
        <w:br/>
        <w:t>v -0.926471 0.351242 0.226266</w:t>
        <w:br/>
        <w:t>v -0.743822 0.381882 0.277040</w:t>
        <w:br/>
        <w:t>v -0.719415 0.339577 0.413623</w:t>
        <w:br/>
        <w:t>v -0.917715 0.287166 0.359577</w:t>
        <w:br/>
        <w:t>v -1.114403 0.165321 0.115462</w:t>
        <w:br/>
        <w:t>v -1.047779 0.284767 0.153046</w:t>
        <w:br/>
        <w:t>v -0.977844 0.165108 0.362537</w:t>
        <w:br/>
        <w:t>v -0.700892 0.181660 0.640563</w:t>
        <w:br/>
        <w:t>v -0.797319 0.178662 0.565832</w:t>
        <w:br/>
        <w:t>v -0.765930 0.285718 0.515770</w:t>
        <w:br/>
        <w:t>v -0.685791 0.283957 0.572215</w:t>
        <w:br/>
        <w:t>v -0.363286 0.346420 0.123356</w:t>
        <w:br/>
        <w:t>v -0.327239 0.210849 0.108205</w:t>
        <w:br/>
        <w:t>v -0.381210 0.191751 0.336145</w:t>
        <w:br/>
        <w:t>v -0.397235 0.306626 0.320607</w:t>
        <w:br/>
        <w:t>v -0.579609 1.339840 -1.377578</w:t>
        <w:br/>
        <w:t>v -0.447372 1.327525 -1.209755</w:t>
        <w:br/>
        <w:t>v -0.852327 1.003421 -1.215713</w:t>
        <w:br/>
        <w:t>v -0.964479 0.994953 -1.022273</w:t>
        <w:br/>
        <w:t>v -0.926621 0.752612 -1.024496</w:t>
        <w:br/>
        <w:t>v -0.834191 0.759082 -1.189433</w:t>
        <w:br/>
        <w:t>v -0.517682 3.452424 -0.396174</w:t>
        <w:br/>
        <w:t>v -0.558376 3.100091 -0.398498</w:t>
        <w:br/>
        <w:t>v -0.697121 3.098793 -0.356280</w:t>
        <w:br/>
        <w:t>v -0.651443 3.452075 -0.324991</w:t>
        <w:br/>
        <w:t>v -0.580647 3.597864 -1.097541</w:t>
        <w:br/>
        <w:t>v -0.562048 3.367964 -1.082378</w:t>
        <w:br/>
        <w:t>v -0.465147 3.477767 -1.026982</w:t>
        <w:br/>
        <w:t>v -1.093170 3.465776 -0.830944</w:t>
        <w:br/>
        <w:t>v -1.086038 3.456434 -0.614421</w:t>
        <w:br/>
        <w:t>v -1.547379 5.492886 0.093299</w:t>
        <w:br/>
        <w:t>v -1.510802 5.645070 -0.170933</w:t>
        <w:br/>
        <w:t>v -1.275502 4.858372 -0.289464</w:t>
        <w:br/>
        <w:t>v -0.358565 4.817811 -0.073122</w:t>
        <w:br/>
        <w:t>v -0.197609 5.143787 0.152961</w:t>
        <w:br/>
        <w:t>v -1.049315 5.166846 -1.357405</w:t>
        <w:br/>
        <w:t>v -0.864556 5.149297 -1.480850</w:t>
        <w:br/>
        <w:t>v -0.784005 5.446896 -1.620619</w:t>
        <w:br/>
        <w:t>v -1.063679 5.500929 -1.419147</w:t>
        <w:br/>
        <w:t>v -1.047992 4.924767 -1.280727</w:t>
        <w:br/>
        <w:t>v -1.005087 4.864575 -1.176444</w:t>
        <w:br/>
        <w:t>v -0.792785 4.842880 -1.227742</w:t>
        <w:br/>
        <w:t>v -0.856649 4.908855 -1.381438</w:t>
        <w:br/>
        <w:t>v -0.455342 3.014232 -1.030080</w:t>
        <w:br/>
        <w:t>v -0.379324 3.115842 -0.886364</w:t>
        <w:br/>
        <w:t>v -0.383709 3.471185 -0.861758</w:t>
        <w:br/>
        <w:t>v -0.590764 3.233453 -1.091820</w:t>
        <w:br/>
        <w:t>v -0.954000 3.452486 -0.422479</w:t>
        <w:br/>
        <w:t>v -0.858223 3.224485 -1.081603</w:t>
        <w:br/>
        <w:t>v -0.886764 3.356035 -1.077032</w:t>
        <w:br/>
        <w:t>v -0.985851 3.474258 -1.020312</w:t>
        <w:br/>
        <w:t>v -0.969476 3.155275 -1.024672</w:t>
        <w:br/>
        <w:t>v -0.867478 3.597026 -1.086749</w:t>
        <w:br/>
        <w:t>v -1.269823 3.972142 -0.890261</w:t>
        <w:br/>
        <w:t>v -1.175082 4.126473 -0.905799</w:t>
        <w:br/>
        <w:t>v -1.265713 4.079873 -0.714033</w:t>
        <w:br/>
        <w:t>v -1.161867 4.003580 -1.013255</w:t>
        <w:br/>
        <w:t>v -0.465547 3.825616 -1.025371</w:t>
        <w:br/>
        <w:t>v -0.611948 3.840954 -1.121560</w:t>
        <w:br/>
        <w:t>v -0.330774 4.022391 -0.891485</w:t>
        <w:br/>
        <w:t>v -0.340267 4.140564 -0.780345</w:t>
        <w:br/>
        <w:t>v -0.465846 4.091051 -1.061531</w:t>
        <w:br/>
        <w:t>v -0.382685 4.104403 -0.351109</w:t>
        <w:br/>
        <w:t>v -0.476663 3.815497 -0.376164</w:t>
        <w:br/>
        <w:t>v -0.605990 3.816060 -0.288756</w:t>
        <w:br/>
        <w:t>v -0.582027 4.062198 -0.264212</w:t>
        <w:br/>
        <w:t>v -1.128917 3.879212 -0.632170</w:t>
        <w:br/>
        <w:t>v -1.039211 3.995161 -0.430511</w:t>
        <w:br/>
        <w:t>v -1.004687 3.818258 -0.438630</w:t>
        <w:br/>
        <w:t>v -0.981966 4.084456 -1.122785</w:t>
        <w:br/>
        <w:t>v -0.807112 4.086267 -1.156147</w:t>
        <w:br/>
        <w:t>v -0.781581 4.563330 -1.205284</w:t>
        <w:br/>
        <w:t>v -0.978419 4.555873 -1.155010</w:t>
        <w:br/>
        <w:t>v -0.686154 4.534552 -1.174770</w:t>
        <w:br/>
        <w:t>v -0.468707 4.457734 -1.057047</w:t>
        <w:br/>
        <w:t>v -0.469431 4.549765 -1.100277</w:t>
        <w:br/>
        <w:t>v -0.835403 3.856941 -1.123621</w:t>
        <w:br/>
        <w:t>v -1.010045 3.936406 -1.063130</w:t>
        <w:br/>
        <w:t>v -0.327764 3.816060 -0.849093</w:t>
        <w:br/>
        <w:t>v -1.135812 3.827639 -0.976496</w:t>
        <w:br/>
        <w:t>v -0.351758 5.537740 -1.346489</w:t>
        <w:br/>
        <w:t>v -0.182087 5.629893 -1.033665</w:t>
        <w:br/>
        <w:t>v -0.226279 5.637787 -1.013867</w:t>
        <w:br/>
        <w:t>v -0.390154 5.549930 -1.319335</w:t>
        <w:br/>
        <w:t>v -1.463101 5.711294 -0.514384</w:t>
        <w:br/>
        <w:t>v -1.493278 5.698243 -0.534681</w:t>
        <w:br/>
        <w:t>v -1.449561 5.665316 -0.857061</w:t>
        <w:br/>
        <w:t>v -1.419547 5.675084 -0.836764</w:t>
        <w:br/>
        <w:t>v -0.200436 5.673224 -0.120546</w:t>
        <w:br/>
        <w:t>v -0.151435 5.664505 -0.123457</w:t>
        <w:br/>
        <w:t>v -0.108354 5.534529 0.127078</w:t>
        <w:br/>
        <w:t>v -0.156093 5.547644 0.131974</w:t>
        <w:br/>
        <w:t>v -1.378640 5.616504 -1.069975</w:t>
        <w:br/>
        <w:t>v -1.347664 5.627433 -1.046667</w:t>
        <w:br/>
        <w:t>v -0.728634 5.470203 -1.590979</w:t>
        <w:br/>
        <w:t>v -0.699831 5.453528 -1.622817</w:t>
        <w:br/>
        <w:t>v -0.575663 5.144988 -1.468309</w:t>
        <w:br/>
        <w:t>v -0.699831 5.453528 -1.622817</w:t>
        <w:br/>
        <w:t>v -0.728634 5.470203 -1.590979</w:t>
        <w:br/>
        <w:t>v -0.603842 5.164374 -1.418972</w:t>
        <w:br/>
        <w:t>v -1.246128 5.561146 -1.256657</w:t>
        <w:br/>
        <w:t>v -1.219061 5.574762 -1.229716</w:t>
        <w:br/>
        <w:t>v -0.724050 4.840956 -1.172921</w:t>
        <w:br/>
        <w:t>v -0.699606 4.818398 -1.209256</w:t>
        <w:br/>
        <w:t>v -0.646034 4.897063 -1.300574</w:t>
        <w:br/>
        <w:t>v -0.666993 4.900361 -1.256608</w:t>
        <w:br/>
        <w:t>v -1.469546 5.660945 -0.148900</w:t>
        <w:br/>
        <w:t>v -1.510802 5.645070 -0.170933</w:t>
        <w:br/>
        <w:t>v -0.735816 2.638992 -0.393464</w:t>
        <w:br/>
        <w:t>v -0.809610 2.864683 -0.408428</w:t>
        <w:br/>
        <w:t>v -0.792086 2.893499 -0.449909</w:t>
        <w:br/>
        <w:t>v -0.731619 2.683147 -0.443701</w:t>
        <w:br/>
        <w:t>v -0.651443 3.452075 -0.324991</w:t>
        <w:br/>
        <w:t>v -0.697121 3.098793 -0.356280</w:t>
        <w:br/>
        <w:t>v -0.708487 3.102477 -0.404668</w:t>
        <w:br/>
        <w:t>v -0.670154 3.457058 -0.370944</w:t>
        <w:br/>
        <w:t>v -0.587841 3.369412 -1.039610</w:t>
        <w:br/>
        <w:t>v -0.562048 3.367964 -1.082378</w:t>
        <w:br/>
        <w:t>v -0.580647 3.597864 -1.097541</w:t>
        <w:br/>
        <w:t>v -0.605515 3.599187 -1.054224</w:t>
        <w:br/>
        <w:t>v -1.508508 5.511334 0.117705</w:t>
        <w:br/>
        <w:t>v -1.547379 5.492886 0.093299</w:t>
        <w:br/>
        <w:t>v -1.616190 5.345728 0.329760</w:t>
        <w:br/>
        <w:t>v -1.292082 5.092281 0.076889</w:t>
        <w:br/>
        <w:t>v -1.332214 5.071272 0.058128</w:t>
        <w:br/>
        <w:t>v -1.652925 5.326206 0.302081</w:t>
        <w:br/>
        <w:t>v -1.186121 4.823331 -0.150620</w:t>
        <w:br/>
        <w:t>v -1.231382 4.810799 -0.159957</w:t>
        <w:br/>
        <w:t>v -0.250150 5.152438 0.157793</w:t>
        <w:br/>
        <w:t>v -0.074698 5.364972 0.344960</w:t>
        <w:br/>
        <w:t>v -0.029796 5.349259 0.335672</w:t>
        <w:br/>
        <w:t>v -0.197609 5.143787 0.152961</w:t>
        <w:br/>
        <w:t>v -0.029796 5.349259 0.335672</w:t>
        <w:br/>
        <w:t>v -0.074698 5.364972 0.344960</w:t>
        <w:br/>
        <w:t>v -0.358565 4.817811 -0.073122</w:t>
        <w:br/>
        <w:t>v -0.405301 4.834675 -0.069982</w:t>
        <w:br/>
        <w:t>v -0.784005 5.446896 -1.620619</w:t>
        <w:br/>
        <w:t>v -0.864556 5.149297 -1.480850</w:t>
        <w:br/>
        <w:t>v -0.841736 5.147523 -1.435946</w:t>
        <w:br/>
        <w:t>v -0.759186 5.469291 -1.590267</w:t>
        <w:br/>
        <w:t>v -1.063679 5.500929 -1.419147</w:t>
        <w:br/>
        <w:t>v -0.784005 5.446896 -1.620619</w:t>
        <w:br/>
        <w:t>v -0.759186 5.469291 -1.590267</w:t>
        <w:br/>
        <w:t>v -1.031029 5.518267 -1.398512</w:t>
        <w:br/>
        <w:t>v -0.856649 4.908855 -1.381438</w:t>
        <w:br/>
        <w:t>v -0.843210 4.921532 -1.337846</w:t>
        <w:br/>
        <w:t>v -0.792785 4.842880 -1.227742</w:t>
        <w:br/>
        <w:t>v -0.778996 4.854883 -1.183875</w:t>
        <w:br/>
        <w:t>v -0.590764 3.233453 -1.091820</w:t>
        <w:br/>
        <w:t>v -0.607214 3.237800 -1.048316</w:t>
        <w:br/>
        <w:t>v -0.852565 3.103852 -0.453756</w:t>
        <w:br/>
        <w:t>v -0.884153 3.099455 -0.415397</w:t>
        <w:br/>
        <w:t>v -0.954000 3.452486 -0.422479</w:t>
        <w:br/>
        <w:t>v -0.918515 3.457958 -0.457153</w:t>
        <w:br/>
        <w:t>v -0.837926 3.228981 -1.036038</w:t>
        <w:br/>
        <w:t>v -0.862970 3.358771 -1.033215</w:t>
        <w:br/>
        <w:t>v -0.886764 3.356035 -1.077032</w:t>
        <w:br/>
        <w:t>v -0.858223 3.224485 -1.081603</w:t>
        <w:br/>
        <w:t>v -0.845533 3.598950 -1.041971</w:t>
        <w:br/>
        <w:t>v -0.867478 3.597026 -1.086749</w:t>
        <w:br/>
        <w:t>v -0.721977 3.120864 -1.111056</w:t>
        <w:br/>
        <w:t>v -0.646796 3.144883 -1.120636</w:t>
        <w:br/>
        <w:t>v -0.655215 3.157785 -1.075520</w:t>
        <w:br/>
        <w:t>v -0.714869 3.131343 -1.075046</w:t>
        <w:br/>
        <w:t>v -0.807112 4.086267 -1.156147</w:t>
        <w:br/>
        <w:t>v -0.835403 3.856941 -1.123621</w:t>
        <w:br/>
        <w:t>v -0.817426 3.843103 -1.075658</w:t>
        <w:br/>
        <w:t>v -0.788876 4.091064 -1.109869</w:t>
        <w:br/>
        <w:t>v -0.611948 3.840954 -1.121560</w:t>
        <w:br/>
        <w:t>v -0.637591 3.846062 -1.080817</w:t>
        <w:br/>
        <w:t>v -0.582027 4.062198 -0.264212</w:t>
        <w:br/>
        <w:t>v -0.605990 3.816060 -0.288756</w:t>
        <w:br/>
        <w:t>v -0.630221 3.822130 -0.331973</w:t>
        <w:br/>
        <w:t>v -0.614818 4.065526 -0.303489</w:t>
        <w:br/>
        <w:t>v -1.039211 3.995161 -0.430511</w:t>
        <w:br/>
        <w:t>v -1.007422 4.003855 -0.453456</w:t>
        <w:br/>
        <w:t>v -0.974635 3.822905 -0.465047</w:t>
        <w:br/>
        <w:t>v -1.004687 3.818258 -0.438630</w:t>
        <w:br/>
        <w:t>v -0.764444 4.569688 -1.159119</w:t>
        <w:br/>
        <w:t>v -0.781581 4.563330 -1.205284</w:t>
        <w:br/>
        <w:t>v -0.644011 4.090102 -1.146192</w:t>
        <w:br/>
        <w:t>v -0.686154 4.534552 -1.174770</w:t>
        <w:br/>
        <w:t>v -0.706801 4.542520 -1.135075</w:t>
        <w:br/>
        <w:t>v -0.664373 4.092510 -1.106547</w:t>
        <w:br/>
        <w:t>v -1.343779 5.271916 -0.534020</w:t>
        <w:br/>
        <w:t>v -1.309281 5.222092 -0.293815</w:t>
        <w:br/>
        <w:t>v -1.469546 5.660945 -0.148900</w:t>
        <w:br/>
        <w:t>v -1.463101 5.711294 -0.514384</w:t>
        <w:br/>
        <w:t>v -1.294608 4.938820 -0.551057</w:t>
        <w:br/>
        <w:t>v -1.253566 4.903305 -0.382155</w:t>
        <w:br/>
        <w:t>v -0.156093 5.547644 0.131974</w:t>
        <w:br/>
        <w:t>v -0.296625 5.222180 -0.014514</w:t>
        <w:br/>
        <w:t>v -0.256081 5.277062 -0.281174</w:t>
        <w:br/>
        <w:t>v -0.200436 5.673224 -0.120546</w:t>
        <w:br/>
        <w:t>v -0.369079 4.900607 -0.160991</w:t>
        <w:br/>
        <w:t>v -0.301559 4.911439 -0.358103</w:t>
        <w:br/>
        <w:t>v -1.351723 5.280047 -0.773575</w:t>
        <w:br/>
        <w:t>v -1.230365 4.959004 -0.764457</w:t>
        <w:br/>
        <w:t>v -1.419547 5.675084 -0.836764</w:t>
        <w:br/>
        <w:t>v -1.161293 4.883286 -0.735341</w:t>
        <w:br/>
        <w:t>v -1.234625 4.891668 -0.551132</w:t>
        <w:br/>
        <w:t>v -0.395487 4.859168 -0.895420</w:t>
        <w:br/>
        <w:t>v -0.523515 4.853010 -1.067202</w:t>
        <w:br/>
        <w:t>v -0.517407 4.899299 -1.156959</w:t>
        <w:br/>
        <w:t>v -0.361888 4.897688 -0.960858</w:t>
        <w:br/>
        <w:t>v -0.401033 5.200345 -1.263665</w:t>
        <w:br/>
        <w:t>v -0.272206 5.251456 -1.001989</w:t>
        <w:br/>
        <w:t>v -0.226279 5.637787 -1.013867</w:t>
        <w:br/>
        <w:t>v -0.390154 5.549930 -1.319335</w:t>
        <w:br/>
        <w:t>v -1.153499 5.232770 -1.100102</w:t>
        <w:br/>
        <w:t>v -1.254734 5.263273 -0.945532</w:t>
        <w:br/>
        <w:t>v -1.347664 5.627433 -1.046667</w:t>
        <w:br/>
        <w:t>v -1.219061 5.574762 -1.229716</w:t>
        <w:br/>
        <w:t>v -1.104386 4.950212 -1.073235</w:t>
        <w:br/>
        <w:t>v -1.178530 4.961527 -0.923449</w:t>
        <w:br/>
        <w:t>v -1.112755 4.881250 -0.852552</w:t>
        <w:br/>
        <w:t>v -1.051926 4.879340 -0.962369</w:t>
        <w:br/>
        <w:t>v -0.666993 4.900361 -1.256608</w:t>
        <w:br/>
        <w:t>v -0.724050 4.840956 -1.172921</w:t>
        <w:br/>
        <w:t>v -0.603842 5.164374 -1.418972</w:t>
        <w:br/>
        <w:t>v -0.728634 5.470203 -1.590979</w:t>
        <w:br/>
        <w:t>v -1.013843 5.194824 -1.254047</w:t>
        <w:br/>
        <w:t>v -1.031029 5.518267 -1.398512</w:t>
        <w:br/>
        <w:t>v -0.759186 5.469291 -1.590267</w:t>
        <w:br/>
        <w:t>v -0.841736 5.147523 -1.435946</w:t>
        <w:br/>
        <w:t>v -1.001714 4.947463 -1.213266</w:t>
        <w:br/>
        <w:t>v -0.843210 4.921532 -1.337846</w:t>
        <w:br/>
        <w:t>v -0.964767 4.874069 -1.064666</w:t>
        <w:br/>
        <w:t>v -0.778996 4.854883 -1.183875</w:t>
        <w:br/>
        <w:t>v -0.477762 0.438326 0.135722</w:t>
        <w:br/>
        <w:t>v -0.408689 0.458535 0.065438</w:t>
        <w:br/>
        <w:t>v -0.450932 0.384654 0.198125</w:t>
        <w:br/>
        <w:t>v -0.980217 0.435653 0.082787</w:t>
        <w:br/>
        <w:t>v -0.883978 0.418565 0.144103</w:t>
        <w:br/>
        <w:t>v -0.833554 0.887035 -0.080064</w:t>
        <w:br/>
        <w:t>v -0.648007 0.740958 -0.016050</w:t>
        <w:br/>
        <w:t>v -0.767254 0.728643 -0.001024</w:t>
        <w:br/>
        <w:t>v -1.000452 1.078851 -0.821788</w:t>
        <w:br/>
        <w:t>v -0.961931 1.074355 -0.958122</w:t>
        <w:br/>
        <w:t>v -0.976757 1.089181 -1.008034</w:t>
        <w:br/>
        <w:t>v -1.031666 1.099773 -0.813070</w:t>
        <w:br/>
        <w:t>v -0.576012 2.496538 -0.403844</w:t>
        <w:br/>
        <w:t>v -0.735816 2.638992 -0.393464</w:t>
        <w:br/>
        <w:t>v -0.584631 2.679162 -0.412187</w:t>
        <w:br/>
        <w:t>v -0.618518 2.163116 -0.372292</w:t>
        <w:br/>
        <w:t>v -0.592687 1.634829 -0.286907</w:t>
        <w:br/>
        <w:t>v -0.634031 1.509799 -0.264099</w:t>
        <w:br/>
        <w:t>v -0.926309 2.174670 -0.507302</w:t>
        <w:br/>
        <w:t>v -0.990785 2.328878 -0.454842</w:t>
        <w:br/>
        <w:t>v -0.525101 0.978353 -0.142054</w:t>
        <w:br/>
        <w:t>v -0.596971 0.883288 -0.086971</w:t>
        <w:br/>
        <w:t>v -0.912044 0.966350 -0.163538</w:t>
        <w:br/>
        <w:t>v -0.735091 0.597979 0.059392</w:t>
        <w:br/>
        <w:t>v -0.732168 0.623673 0.041868</w:t>
        <w:br/>
        <w:t>v -0.684255 0.622336 0.042106</w:t>
        <w:br/>
        <w:t>v -0.682281 0.603501 0.055246</w:t>
        <w:br/>
        <w:t>v -0.960582 0.991716 -0.837874</w:t>
        <w:br/>
        <w:t>v -0.985951 0.991056 -0.838213</w:t>
        <w:br/>
        <w:t>v -0.961931 1.074355 -0.958122</w:t>
        <w:br/>
        <w:t>v -1.024834 0.765453 -0.616681</w:t>
        <w:br/>
        <w:t>v -1.001226 0.884412 -0.720340</w:t>
        <w:br/>
        <w:t>v -0.975868 0.884934 -0.720138</w:t>
        <w:br/>
        <w:t>v -0.988836 0.765452 -0.616142</w:t>
        <w:br/>
        <w:t>v -1.009883 0.639150 -0.507549</w:t>
        <w:br/>
        <w:t>v -1.056497 0.553126 -0.401795</w:t>
        <w:br/>
        <w:t>v -1.055710 0.639260 -0.508239</w:t>
        <w:br/>
        <w:t>v -0.425427 0.637762 -0.498721</w:t>
        <w:br/>
        <w:t>v -0.397485 0.557298 -0.405879</w:t>
        <w:br/>
        <w:t>v -0.422379 0.556823 -0.405254</w:t>
        <w:br/>
        <w:t>v -0.388092 1.175041 -0.744646</w:t>
        <w:br/>
        <w:t>v -0.426426 1.168009 -0.740600</w:t>
        <w:br/>
        <w:t>v -0.443113 1.144427 -0.469443</w:t>
        <w:br/>
        <w:t>v -0.410900 1.158379 -0.461474</w:t>
        <w:br/>
        <w:t>v -0.460625 1.055607 -0.230450</w:t>
        <w:br/>
        <w:t>v -0.480410 1.043778 -0.262463</w:t>
        <w:br/>
        <w:t>v -0.774936 0.722385 -0.037659</w:t>
        <w:br/>
        <w:t>v -0.823736 0.856483 -0.104858</w:t>
        <w:br/>
        <w:t>v -0.833554 0.887035 -0.080064</w:t>
        <w:br/>
        <w:t>v -0.767254 0.728643 -0.001024</w:t>
        <w:br/>
        <w:t>v -1.061244 1.092928 -0.626774</w:t>
        <w:br/>
        <w:t>v -1.031054 1.075042 -0.637590</w:t>
        <w:br/>
        <w:t>v -0.434982 1.104719 -1.007984</w:t>
        <w:br/>
        <w:t>v -0.456778 1.104220 -1.008384</w:t>
        <w:br/>
        <w:t>v -0.596971 0.883288 -0.086971</w:t>
        <w:br/>
        <w:t>v -0.601780 0.842881 -0.107568</w:t>
        <w:br/>
        <w:t>v -0.645097 0.720074 -0.045378</w:t>
        <w:br/>
        <w:t>v -0.648007 0.740958 -0.016050</w:t>
        <w:br/>
        <w:t>v -1.051014 1.073805 -0.451869</w:t>
        <w:br/>
        <w:t>v -1.024359 1.057143 -0.468144</w:t>
        <w:br/>
        <w:t>v -0.525101 0.978353 -0.142054</w:t>
        <w:br/>
        <w:t>v -0.535356 0.957381 -0.174105</w:t>
        <w:br/>
        <w:t>v -0.980979 1.017773 -0.319195</w:t>
        <w:br/>
        <w:t>v -1.004711 1.034997 -0.298261</w:t>
        <w:br/>
        <w:t>v -0.912044 0.966350 -0.163538</w:t>
        <w:br/>
        <w:t>v -0.897081 0.949550 -0.196301</w:t>
        <w:br/>
        <w:t>v -0.682281 0.603501 0.055246</w:t>
        <w:br/>
        <w:t>v -0.684255 0.622336 0.042106</w:t>
        <w:br/>
        <w:t>v -0.678572 0.611506 0.001961</w:t>
        <w:br/>
        <w:t>v -0.671927 0.575521 0.029165</w:t>
        <w:br/>
        <w:t>v -0.688552 0.584652 0.067561</w:t>
        <w:br/>
        <w:t>v -0.683281 0.558997 0.040357</w:t>
        <w:br/>
        <w:t>v -0.705814 0.550091 0.045128</w:t>
        <w:br/>
        <w:t>v -0.705664 0.576970 0.071895</w:t>
        <w:br/>
        <w:t>v -0.726061 0.583241 0.069410</w:t>
        <w:br/>
        <w:t>v -0.734017 0.558284 0.042093</w:t>
        <w:br/>
        <w:t>v -0.732168 0.623673 0.041868</w:t>
        <w:br/>
        <w:t>v -0.735091 0.597979 0.059392</w:t>
        <w:br/>
        <w:t>v -0.747307 0.574709 0.030127</w:t>
        <w:br/>
        <w:t>v -0.743135 0.607884 0.008431</w:t>
        <w:br/>
        <w:t>v -1.155247 0.199757 -0.090631</w:t>
        <w:br/>
        <w:t>v -1.086125 0.364819 -0.016937</w:t>
        <w:br/>
        <w:t>v -0.477762 0.438326 0.135722</w:t>
        <w:br/>
        <w:t>v -0.497334 0.418990 0.104146</w:t>
        <w:br/>
        <w:t>v -0.427238 0.445283 0.036947</w:t>
        <w:br/>
        <w:t>v -0.408689 0.458535 0.065438</w:t>
        <w:br/>
        <w:t>v -0.957860 0.428271 0.060991</w:t>
        <w:br/>
        <w:t>v -0.865555 0.404102 0.119297</w:t>
        <w:br/>
        <w:t>v -1.045843 0.456712 -0.017012</w:t>
        <w:br/>
        <w:t>v -1.015753 0.452266 -0.027504</w:t>
        <w:br/>
        <w:t>v -0.376426 0.502464 -0.254444</w:t>
        <w:br/>
        <w:t>v -0.352619 0.506687 -0.260752</w:t>
        <w:br/>
        <w:t>v -0.336894 0.483717 -0.148887</w:t>
        <w:br/>
        <w:t>v -0.361175 0.485053 -0.151097</w:t>
        <w:br/>
        <w:t>v -0.385694 0.463269 -0.044691</w:t>
        <w:br/>
        <w:t>v -0.359314 0.478308 -0.040244</w:t>
        <w:br/>
        <w:t>v -1.088847 0.487226 -0.185534</w:t>
        <w:br/>
        <w:t>v -1.059445 0.485016 -0.181774</w:t>
        <w:br/>
        <w:t>v -1.088847 0.487226 -0.185534</w:t>
        <w:br/>
        <w:t>v -1.125582 0.337303 -0.243140</w:t>
        <w:br/>
        <w:t>v -1.099439 0.456099 -0.324553</w:t>
        <w:br/>
        <w:t>v -0.368257 0.428721 -0.334995</w:t>
        <w:br/>
        <w:t>v -0.337393 0.312147 -0.226790</w:t>
        <w:br/>
        <w:t>v -0.352619 0.506687 -0.260752</w:t>
        <w:br/>
        <w:t>v -0.593674 0.423224 0.176266</w:t>
        <w:br/>
        <w:t>v -0.594311 0.402727 0.141355</w:t>
        <w:br/>
        <w:t>v -0.742973 0.399168 0.148275</w:t>
        <w:br/>
        <w:t>v -0.756300 0.416293 0.181113</w:t>
        <w:br/>
        <w:t>v -0.582969 0.393572 0.250135</w:t>
        <w:br/>
        <w:t>v -1.045843 0.456712 -0.017012</w:t>
        <w:br/>
        <w:t>v -1.080429 0.552664 -0.400658</w:t>
        <w:br/>
        <w:t>v -1.056497 0.553126 -0.401795</w:t>
        <w:br/>
        <w:t>v -1.059445 0.485016 -0.181774</w:t>
        <w:br/>
        <w:t>v -1.056497 0.553126 -0.401795</w:t>
        <w:br/>
        <w:t>v -1.049490 0.425698 -0.223193</w:t>
        <w:br/>
        <w:t>v -0.403531 0.459485 -0.285058</w:t>
        <w:br/>
        <w:t>v -0.422379 0.556823 -0.405254</w:t>
        <w:br/>
        <w:t>v -0.376426 0.502464 -0.254444</w:t>
        <w:br/>
        <w:t>v -0.492038 0.144761 0.203521</w:t>
        <w:br/>
        <w:t>v -0.594311 0.402727 0.141355</w:t>
        <w:br/>
        <w:t>v -0.742973 0.399168 0.148275</w:t>
        <w:br/>
        <w:t>v -0.797769 0.137866 0.256493</w:t>
        <w:br/>
        <w:t>v -0.429548 0.153442 0.087471</w:t>
        <w:br/>
        <w:t>v -0.427238 0.445283 0.036947</w:t>
        <w:br/>
        <w:t>v -0.957860 0.428271 0.060991</w:t>
        <w:br/>
        <w:t>v -0.929169 0.120655 0.162926</w:t>
        <w:br/>
        <w:t>v -0.865555 0.404102 0.119297</w:t>
        <w:br/>
        <w:t>v -1.080491 0.257838 -0.026342</w:t>
        <w:br/>
        <w:t>v -1.015753 0.452266 -0.027504</w:t>
        <w:br/>
        <w:t>v -0.387568 1.321155 -0.981954</w:t>
        <w:br/>
        <w:t>v -0.809610 2.864683 -0.408428</w:t>
        <w:br/>
        <w:t>v -1.279616 4.626881 -0.767430</w:t>
        <w:br/>
        <w:t>v -1.271729 4.621261 -0.543562</w:t>
        <w:br/>
        <w:t>v -1.204060 4.643419 -0.976796</w:t>
        <w:br/>
        <w:t>v -1.005087 4.864575 -1.176444</w:t>
        <w:br/>
        <w:t>v -0.792785 4.842880 -1.227742</w:t>
        <w:br/>
        <w:t>v -0.764444 4.569688 -1.159119</w:t>
        <w:br/>
        <w:t>v -0.946793 4.639959 -1.047467</w:t>
        <w:br/>
        <w:t>v -1.025683 4.643693 -0.938312</w:t>
        <w:br/>
        <w:t>v -1.080180 4.648502 -0.823812</w:t>
        <w:br/>
        <w:t>v -1.127381 4.648165 -0.705327</w:t>
        <w:br/>
        <w:t>v -1.198602 4.634501 -0.551781</w:t>
        <w:br/>
        <w:t>v -1.231382 4.810799 -0.159957</w:t>
        <w:br/>
        <w:t>v -1.616190 5.345728 0.329760</w:t>
        <w:br/>
        <w:t>v -1.652925 5.326206 0.302081</w:t>
        <w:br/>
        <w:t>v -0.513984 1.080613 -1.164652</w:t>
        <w:br/>
        <w:t>v -0.609087 1.078951 -1.270110</w:t>
        <w:br/>
        <w:t>v -0.250150 5.152438 0.157793</w:t>
        <w:br/>
        <w:t>v -1.284187 5.155980 -0.053485</w:t>
        <w:br/>
        <w:t>v -1.508508 5.511334 0.117705</w:t>
        <w:br/>
        <w:t>v -1.204362 4.871520 -0.237306</w:t>
        <w:br/>
        <w:t>v -1.186121 4.823331 -0.150620</w:t>
        <w:br/>
        <w:t>v -1.292082 5.092281 0.076889</w:t>
        <w:br/>
        <w:t>v -1.332214 5.071272 0.058128</w:t>
        <w:br/>
        <w:t>v -0.405301 4.834675 -0.069982</w:t>
        <w:br/>
        <w:t>v -0.029796 5.349259 0.335672</w:t>
        <w:br/>
        <w:t>v -1.089497 4.243547 -0.405405</w:t>
        <w:br/>
        <w:t>v -1.208295 4.135767 -0.557040</w:t>
        <w:br/>
        <w:t>v -1.089497 4.243547 -0.405405</w:t>
        <w:br/>
        <w:t>v -1.049965 4.250706 -0.434283</w:t>
        <w:br/>
        <w:t>v -0.608745 4.245027 -0.281366</w:t>
        <w:br/>
        <w:t>v -0.569956 4.245322 -0.247975</w:t>
        <w:br/>
        <w:t>v -0.569956 4.245322 -0.247975</w:t>
        <w:br/>
        <w:t>v -0.403119 4.209237 -0.361451</w:t>
        <w:br/>
        <w:t>v -0.282785 4.629541 -0.804939</w:t>
        <w:br/>
        <w:t>v -1.037200 2.803355 -0.662759</w:t>
        <w:br/>
        <w:t>v -1.014929 2.784232 -0.867291</w:t>
        <w:br/>
        <w:t>v -0.720765 2.879985 -0.426626</w:t>
        <w:br/>
        <w:t>v -0.714845 2.879760 -0.377376</w:t>
        <w:br/>
        <w:t>v -0.714845 2.879760 -0.377376</w:t>
        <w:br/>
        <w:t>v -0.578223 2.881445 -0.408890</w:t>
        <w:br/>
        <w:t>v -0.382647 2.930109 -0.858273</w:t>
        <w:br/>
        <w:t>v -0.735816 2.638992 -0.393464</w:t>
        <w:br/>
        <w:t>v -0.731619 2.683147 -0.443701</w:t>
        <w:br/>
        <w:t>v -0.799493 3.147943 -1.099490</w:t>
        <w:br/>
        <w:t>v -0.784504 3.153701 -1.052987</w:t>
        <w:br/>
        <w:t>v -0.528711 1.701441 -0.303894</w:t>
        <w:br/>
        <w:t>v -0.710860 1.739063 -0.311151</w:t>
        <w:br/>
        <w:t>v -0.876896 1.688013 -0.349534</w:t>
        <w:br/>
        <w:t>v -0.985489 1.767016 -0.435844</w:t>
        <w:br/>
        <w:t>v -0.442913 1.273428 -0.409838</w:t>
        <w:br/>
        <w:t>v -0.391827 1.320855 -0.694435</w:t>
        <w:br/>
        <w:t>v -0.388092 1.175041 -0.744646</w:t>
        <w:br/>
        <w:t>v -0.410900 1.158379 -0.461474</w:t>
        <w:br/>
        <w:t>v -0.460625 1.055607 -0.230450</w:t>
        <w:br/>
        <w:t>v -0.434982 1.104719 -1.007984</w:t>
        <w:br/>
        <w:t>v -0.387568 1.321155 -0.981954</w:t>
        <w:br/>
        <w:t>v -0.434982 1.104719 -1.007984</w:t>
        <w:br/>
        <w:t>v -0.475876 1.532881 -0.426463</w:t>
        <w:br/>
        <w:t>v -0.386943 1.515358 -0.626761</w:t>
        <w:br/>
        <w:t>v -1.038611 1.271105 -0.558513</w:t>
        <w:br/>
        <w:t>v -0.926009 1.203169 -0.287307</w:t>
        <w:br/>
        <w:t>v -0.540676 0.414244 -1.010057</w:t>
        <w:br/>
        <w:t>v -0.601005 0.410785 -1.147665</w:t>
        <w:br/>
        <w:t>v -0.878919 0.412133 -1.024146</w:t>
        <w:br/>
        <w:t>v -0.814231 0.411671 -1.161292</w:t>
        <w:br/>
        <w:t>v -0.288318 1.694721 -0.743610</w:t>
        <w:br/>
        <w:t>v -0.369044 1.619666 -0.849080</w:t>
        <w:br/>
        <w:t>v -0.445049 1.706475 -0.396161</w:t>
        <w:br/>
        <w:t>v -0.191830 5.708821 -0.394038</w:t>
        <w:br/>
        <w:t>v -0.238032 5.296660 -0.453056</w:t>
        <w:br/>
        <w:t>v -0.228614 5.288854 -0.699381</w:t>
        <w:br/>
        <w:t>v -0.170446 5.692683 -0.722164</w:t>
        <w:br/>
        <w:t>v -0.140294 5.687101 -0.733431</w:t>
        <w:br/>
        <w:t>v -0.142505 5.702414 -0.398572</w:t>
        <w:br/>
        <w:t>v -0.191830 5.708821 -0.394038</w:t>
        <w:br/>
        <w:t>v -0.170446 5.692683 -0.722164</w:t>
        <w:br/>
        <w:t>v -0.142505 5.702414 -0.398572</w:t>
        <w:br/>
        <w:t>v -0.140294 5.687101 -0.733431</w:t>
        <w:br/>
        <w:t>v -0.184530 5.288249 -0.698311</w:t>
        <w:br/>
        <w:t>v -0.153884 5.301256 -0.455167</w:t>
        <w:br/>
        <w:t>v -0.373167 2.823327 -0.668517</w:t>
        <w:br/>
        <w:t>v -0.433746 2.557554 -0.578136</w:t>
        <w:br/>
        <w:t>v -0.429399 2.830959 -0.521704</w:t>
        <w:br/>
        <w:t>v -0.317784 2.132652 -0.596260</w:t>
        <w:br/>
        <w:t>v -0.426913 2.082052 -0.438217</w:t>
        <w:br/>
        <w:t>v -0.477999 2.157670 -0.426426</w:t>
        <w:br/>
        <w:t>v -0.367945 2.022211 -0.626462</w:t>
        <w:br/>
        <w:t>v -0.507639 1.944595 -0.445337</w:t>
        <w:br/>
        <w:t>v -0.334296 1.697057 -0.619079</w:t>
        <w:br/>
        <w:t>v -0.467495 1.823199 -0.464247</w:t>
        <w:br/>
        <w:t>v -0.407416 3.109560 -0.587029</w:t>
        <w:br/>
        <w:t>v -0.252477 4.854269 -0.519588</w:t>
        <w:br/>
        <w:t>v -0.173181 4.907256 -0.502344</w:t>
        <w:br/>
        <w:t>v -0.320807 4.065757 -0.485132</w:t>
        <w:br/>
        <w:t>v -0.260078 3.966708 -0.715906</w:t>
        <w:br/>
        <w:t>v -0.349010 4.153566 -0.508239</w:t>
        <w:br/>
        <w:t>v -0.273755 4.619062 -0.534881</w:t>
        <w:br/>
        <w:t>v -0.314949 4.904532 -0.510537</w:t>
        <w:br/>
        <w:t>v -0.322143 4.894940 -0.712322</w:t>
        <w:br/>
        <w:t>v -0.359640 4.865687 -0.487393</w:t>
        <w:br/>
        <w:t>v -0.362413 4.853746 -0.675949</w:t>
        <w:br/>
        <w:t>v -0.600968 1.922898 -0.323829</w:t>
        <w:br/>
        <w:t>v -0.559725 2.033464 -0.334771</w:t>
        <w:br/>
        <w:t>v -0.270619 2.148752 -0.726111</w:t>
        <w:br/>
        <w:t>v -0.362974 2.228804 -0.630534</w:t>
        <w:br/>
        <w:t>v -0.279787 2.217249 -0.715431</w:t>
        <w:br/>
        <w:t>v -0.270619 2.148752 -0.726111</w:t>
        <w:br/>
        <w:t>v -0.295241 4.849675 -0.346637</w:t>
        <w:br/>
        <w:t>v -0.376914 3.461680 -0.600457</w:t>
        <w:br/>
        <w:t>v -0.357229 3.801259 -0.590352</w:t>
        <w:br/>
        <w:t>v -0.344963 4.614453 -0.347449</w:t>
        <w:br/>
        <w:t>v -0.393526 4.252303 -0.365710</w:t>
        <w:br/>
        <w:t>v -0.360701 4.883811 -0.359190</w:t>
        <w:br/>
        <w:t>v -0.528711 1.701441 -0.303894</w:t>
        <w:br/>
        <w:t>v -0.288318 1.694721 -0.743610</w:t>
        <w:br/>
        <w:t>v -0.379524 1.826646 -0.621802</w:t>
        <w:br/>
        <w:t>v -0.457977 0.353540 0.352894</w:t>
        <w:br/>
        <w:t>v -0.558388 0.361099 0.410450</w:t>
        <w:br/>
        <w:t>v -0.980217 0.435653 0.082787</w:t>
        <w:br/>
        <w:t>v -0.971812 2.189595 -1.092757</w:t>
        <w:br/>
        <w:t>v -1.044756 2.167113 -1.015316</w:t>
        <w:br/>
        <w:t>v -0.831930 2.546162 -1.064317</w:t>
        <w:br/>
        <w:t>v -0.890861 2.672129 -1.144706</w:t>
        <w:br/>
        <w:t>v -1.047704 2.638343 -0.973998</w:t>
        <w:br/>
        <w:t>v -0.989198 2.568983 -0.957098</w:t>
        <w:br/>
        <w:t>v -0.890861 2.672129 -1.144706</w:t>
        <w:br/>
        <w:t>v -0.904975 2.729674 -1.104599</w:t>
        <w:br/>
        <w:t>v -0.927083 3.091985 -1.055261</w:t>
        <w:br/>
        <w:t>v -0.315348 0.246734 -0.051673</w:t>
        <w:br/>
        <w:t>v -0.359314 0.478308 -0.040244</w:t>
        <w:br/>
        <w:t>v -0.336894 0.483717 -0.148887</w:t>
        <w:br/>
        <w:t>v -1.166663 0.006042 -0.102572</w:t>
        <w:br/>
        <w:t>v -1.165689 0.039529 -0.099012</w:t>
        <w:br/>
        <w:t>v -1.132040 0.037018 0.083062</w:t>
        <w:br/>
        <w:t>v -1.133676 0.005430 0.080876</w:t>
        <w:br/>
        <w:t>v -1.095180 0.108102 -0.357428</w:t>
        <w:br/>
        <w:t>v -1.074309 0.308786 -0.439266</w:t>
        <w:br/>
        <w:t>v -0.445099 0.693582 -0.680745</w:t>
        <w:br/>
        <w:t>v -0.443962 0.717976 -0.659636</w:t>
        <w:br/>
        <w:t>v -0.450320 0.859230 -0.762745</w:t>
        <w:br/>
        <w:t>v -0.451319 0.834475 -0.782905</w:t>
        <w:br/>
        <w:t>v -0.434644 0.567753 -0.577061</w:t>
        <w:br/>
        <w:t>v -0.434744 0.543795 -0.599020</w:t>
        <w:br/>
        <w:t>v -0.419743 0.380432 -0.532770</w:t>
        <w:br/>
        <w:t>v -0.417495 0.413245 -0.515683</w:t>
        <w:br/>
        <w:t>v -0.355480 0.015272 -0.366634</w:t>
        <w:br/>
        <w:t>v -0.311113 0.004705 -0.101410</w:t>
        <w:br/>
        <w:t>v -0.312500 0.035557 -0.092792</w:t>
        <w:br/>
        <w:t>v -0.350446 0.037718 -0.342427</w:t>
        <w:br/>
        <w:t>v -0.321056 0.037767 0.077629</w:t>
        <w:br/>
        <w:t>v -0.318645 0.007203 0.070347</w:t>
        <w:br/>
        <w:t>v -0.353294 0.039741 0.240168</w:t>
        <w:br/>
        <w:t>v -0.350796 0.010063 0.235359</w:t>
        <w:br/>
        <w:t>v -0.467320 1.026667 -1.013067</w:t>
        <w:br/>
        <w:t>v -0.471242 1.000186 -1.015840</w:t>
        <w:br/>
        <w:t>v -0.454542 0.939857 -0.900316</w:t>
        <w:br/>
        <w:t>v -0.453031 0.963777 -0.879919</w:t>
        <w:br/>
        <w:t>v -0.816217 0.040905 0.578335</w:t>
        <w:br/>
        <w:t>v -0.712558 0.041254 0.658662</w:t>
        <w:br/>
        <w:t>v -0.713557 0.010316 0.662784</w:t>
        <w:br/>
        <w:t>v -0.818428 0.007517 0.581570</w:t>
        <w:br/>
        <w:t>v -1.049365 0.036406 0.280400</w:t>
        <w:br/>
        <w:t>v -1.051326 0.006467 0.279638</w:t>
        <w:br/>
        <w:t>v -0.968451 0.925293 -0.887538</w:t>
        <w:br/>
        <w:t>v -0.964479 0.994953 -1.022273</w:t>
        <w:br/>
        <w:t>v -0.962069 1.017873 -1.020999</w:t>
        <w:br/>
        <w:t>v -0.972561 0.951086 -0.876409</w:t>
        <w:br/>
        <w:t>v -1.001364 0.690022 -0.681557</w:t>
        <w:br/>
        <w:t>v -0.980730 0.822097 -0.779895</w:t>
        <w:br/>
        <w:t>v -0.986375 0.843431 -0.762595</w:t>
        <w:br/>
        <w:t>v -1.007284 0.711905 -0.665469</w:t>
        <w:br/>
        <w:t>v -0.857823 1.039806 -1.218486</w:t>
        <w:br/>
        <w:t>v -0.962069 1.017873 -1.020999</w:t>
        <w:br/>
        <w:t>v -0.560399 1.048612 -1.216251</w:t>
        <w:br/>
        <w:t>v -0.467320 1.026667 -1.013067</w:t>
        <w:br/>
        <w:t>v -0.460425 0.004907 0.533507</w:t>
        <w:br/>
        <w:t>v -0.527574 0.005181 0.634580</w:t>
        <w:br/>
        <w:t>v -0.528873 0.038082 0.634318</w:t>
        <w:br/>
        <w:t>v -0.460949 0.038244 0.534356</w:t>
        <w:br/>
        <w:t>v -0.615369 0.039681 0.671927</w:t>
        <w:br/>
        <w:t>v -0.615981 0.008441 0.674113</w:t>
        <w:br/>
        <w:t>v -1.057883 0.249532 -0.485493</w:t>
        <w:br/>
        <w:t>v -1.042033 0.382268 -0.537679</w:t>
        <w:br/>
        <w:t>v -1.049752 0.421426 -0.516620</w:t>
        <w:br/>
        <w:t>v -1.064516 0.273064 -0.459276</w:t>
        <w:br/>
        <w:t>v -0.405392 0.258787 -0.485968</w:t>
        <w:br/>
        <w:t>v -0.402594 0.288902 -0.466208</w:t>
        <w:br/>
        <w:t>v -1.055710 0.639260 -0.508239</w:t>
        <w:br/>
        <w:t>v -1.080429 0.552664 -0.400658</w:t>
        <w:br/>
        <w:t>v -1.055985 0.435702 -0.488491</w:t>
        <w:br/>
        <w:t>v -1.037999 0.593258 -0.560312</w:t>
        <w:br/>
        <w:t>v -1.161967 0.068382 -0.092380</w:t>
        <w:br/>
        <w:t>v -1.129342 0.063586 0.086347</w:t>
        <w:br/>
        <w:t>v -1.046005 0.062948 0.281686</w:t>
        <w:br/>
        <w:t>v -0.710110 0.069957 0.653653</w:t>
        <w:br/>
        <w:t>v -0.805800 0.072069 0.583207</w:t>
        <w:br/>
        <w:t>v -0.617917 0.070133 0.666169</w:t>
        <w:br/>
        <w:t>v -0.528098 0.070295 0.630970</w:t>
        <w:br/>
        <w:t>v -0.464134 0.070270 0.535618</w:t>
        <w:br/>
        <w:t>v -0.322580 0.069893 0.086959</w:t>
        <w:br/>
        <w:t>v -0.350396 0.076051 0.246425</w:t>
        <w:br/>
        <w:t>v -0.371368 0.056728 -0.409851</w:t>
        <w:br/>
        <w:t>v -0.367096 0.076851 -0.381672</w:t>
        <w:br/>
        <w:t>v -0.397485 0.557298 -0.405879</w:t>
        <w:br/>
        <w:t>v -0.416421 0.447893 -0.498234</w:t>
        <w:br/>
        <w:t>v -0.398035 0.310848 -0.449208</w:t>
        <w:br/>
        <w:t>v -1.090459 0.089853 -0.378025</w:t>
        <w:br/>
        <w:t>v -1.100676 0.043438 -0.331560</w:t>
        <w:br/>
        <w:t>v -1.101500 0.008690 -0.344076</w:t>
        <w:br/>
        <w:t>v -1.079392 0.065047 -0.407540</w:t>
        <w:br/>
        <w:t>v -1.131353 0.066421 -0.247387</w:t>
        <w:br/>
        <w:t>v -0.939523 0.067934 0.438854</w:t>
        <w:br/>
        <w:t>v -0.944519 0.037033 0.438754</w:t>
        <w:br/>
        <w:t>v -0.946655 0.005369 0.438891</w:t>
        <w:br/>
        <w:t>v -0.405929 0.038856 0.404880</w:t>
        <w:br/>
        <w:t>v -0.404492 0.008092 0.402432</w:t>
        <w:br/>
        <w:t>v -0.408164 0.073842 0.408252</w:t>
        <w:br/>
        <w:t>v -0.356017 0.069893 -0.342077</w:t>
        <w:br/>
        <w:t>v -0.311538 0.072853 -0.085447</w:t>
        <w:br/>
        <w:t>v -0.439903 0.765453 -0.607888</w:t>
        <w:br/>
        <w:t>v -0.446148 0.895829 -0.715856</w:t>
        <w:br/>
        <w:t>v -0.447984 0.877754 -0.744596</w:t>
        <w:br/>
        <w:t>v -0.440827 0.741696 -0.644223</w:t>
        <w:br/>
        <w:t>v -0.434982 1.104719 -1.007984</w:t>
        <w:br/>
        <w:t>v -0.453743 1.057930 -1.010744</w:t>
        <w:br/>
        <w:t>v -0.448084 0.981139 -0.851453</w:t>
        <w:br/>
        <w:t>v -0.449208 1.005020 -0.831006</w:t>
        <w:br/>
        <w:t>v -0.453743 1.057930 -1.010744</w:t>
        <w:br/>
        <w:t>v -0.900353 1.069159 -1.179791</w:t>
        <w:br/>
        <w:t>v -0.797032 1.072694 -1.276217</w:t>
        <w:br/>
        <w:t>v -0.967415 1.050698 -1.019188</w:t>
        <w:br/>
        <w:t>v -0.980854 0.967712 -0.850079</w:t>
        <w:br/>
        <w:t>v -0.967415 1.050698 -1.019188</w:t>
        <w:br/>
        <w:t>v -0.976757 1.089181 -1.008034</w:t>
        <w:br/>
        <w:t>v -0.985951 0.991056 -0.838213</w:t>
        <w:br/>
        <w:t>v -1.012880 0.736687 -0.644148</w:t>
        <w:br/>
        <w:t>v -0.992783 0.866775 -0.741699</w:t>
        <w:br/>
        <w:t>v -1.001226 0.884412 -0.720340</w:t>
        <w:br/>
        <w:t>v -1.024834 0.765453 -0.616681</w:t>
        <w:br/>
        <w:t>v -0.428374 0.590310 -0.561011</w:t>
        <w:br/>
        <w:t>v -0.425427 0.637762 -0.498721</w:t>
        <w:br/>
        <w:t>v -1.022073 0.548192 -0.604878</w:t>
        <w:br/>
        <w:t>v -1.030005 0.569113 -0.582420</w:t>
        <w:br/>
        <w:t>v -0.416421 0.447893 -0.498234</w:t>
        <w:br/>
        <w:t>v -0.439353 0.430532 -0.503230</w:t>
        <w:br/>
        <w:t>v -0.420793 0.306351 -0.450045</w:t>
        <w:br/>
        <w:t>v -0.398035 0.310848 -0.449208</w:t>
        <w:br/>
        <w:t>v -0.420793 0.306351 -0.450045</w:t>
        <w:br/>
        <w:t>v -0.439353 0.430532 -0.503230</w:t>
        <w:br/>
        <w:t>v -0.389266 0.088704 -0.366596</w:t>
        <w:br/>
        <w:t>v -0.374428 0.052981 -0.336182</w:t>
        <w:br/>
        <w:t>v -0.374428 0.052981 -0.336182</w:t>
        <w:br/>
        <w:t>v -0.356017 0.069893 -0.342077</w:t>
        <w:br/>
        <w:t>v -0.362762 0.102731 -0.365609</w:t>
        <w:br/>
        <w:t>v -0.389266 0.088704 -0.366596</w:t>
        <w:br/>
        <w:t>v -0.449458 0.579844 -0.570704</w:t>
        <w:br/>
        <w:t>v -0.434644 0.567753 -0.577061</w:t>
        <w:br/>
        <w:t>v -0.449458 0.579844 -0.570704</w:t>
        <w:br/>
        <w:t>v -0.461387 0.730142 -0.653903</w:t>
        <w:br/>
        <w:t>v -1.100676 0.043438 -0.331560</w:t>
        <w:br/>
        <w:t>v -1.105909 0.048809 -0.251359</w:t>
        <w:br/>
        <w:t>v -1.144255 0.049834 -0.097626</w:t>
        <w:br/>
        <w:t>v -1.165689 0.039529 -0.099012</w:t>
        <w:br/>
        <w:t>v -1.144255 0.049834 -0.097626</w:t>
        <w:br/>
        <w:t>v -1.105909 0.048809 -0.251359</w:t>
        <w:br/>
        <w:t>v -1.111555 0.049234 0.074656</w:t>
        <w:br/>
        <w:t>v -1.132040 0.037018 0.083062</w:t>
        <w:br/>
        <w:t>v -1.111555 0.049234 0.074656</w:t>
        <w:br/>
        <w:t>v -1.046005 0.062948 0.281686</w:t>
        <w:br/>
        <w:t>v -1.029380 0.048584 0.266160</w:t>
        <w:br/>
        <w:t>v -1.029380 0.048584 0.266160</w:t>
        <w:br/>
        <w:t>v -1.049365 0.036406 0.280400</w:t>
        <w:br/>
        <w:t>v -0.939523 0.067934 0.438854</w:t>
        <w:br/>
        <w:t>v -0.926658 0.050797 0.422754</w:t>
        <w:br/>
        <w:t>v -0.926658 0.050797 0.422754</w:t>
        <w:br/>
        <w:t>v -0.702366 0.054094 0.641475</w:t>
        <w:br/>
        <w:t>v -0.796732 0.055182 0.565245</w:t>
        <w:br/>
        <w:t>v -0.702366 0.054094 0.641475</w:t>
        <w:br/>
        <w:t>v -0.796732 0.055182 0.565245</w:t>
        <w:br/>
        <w:t>v -0.613708 0.054644 0.654827</w:t>
        <w:br/>
        <w:t>v -0.540464 0.054557 0.621777</w:t>
        <w:br/>
        <w:t>v -0.613708 0.054644 0.654827</w:t>
        <w:br/>
        <w:t>v -0.476013 0.054157 0.521354</w:t>
        <w:br/>
        <w:t>v -0.540464 0.054557 0.621777</w:t>
        <w:br/>
        <w:t>v -0.476013 0.054157 0.521354</w:t>
        <w:br/>
        <w:t>v -0.374428 0.060512 0.233323</w:t>
        <w:br/>
        <w:t>v -0.423603 0.054419 0.394862</w:t>
        <w:br/>
        <w:t>v -0.374428 0.060512 0.233323</w:t>
        <w:br/>
        <w:t>v -0.423603 0.054419 0.394862</w:t>
        <w:br/>
        <w:t>v -0.347361 0.054105 0.075180</w:t>
        <w:br/>
        <w:t>v -0.322580 0.069893 0.086959</w:t>
        <w:br/>
        <w:t>v -0.347361 0.054105 0.075180</w:t>
        <w:br/>
        <w:t>v -0.336219 0.050845 -0.092517</w:t>
        <w:br/>
        <w:t>v -0.336219 0.050845 -0.092517</w:t>
        <w:br/>
        <w:t>v -1.008146 0.585051 -0.567743</w:t>
        <w:br/>
        <w:t>v -1.031291 0.428758 -0.498371</w:t>
        <w:br/>
        <w:t>v -1.049752 0.421426 -0.516620</w:t>
        <w:br/>
        <w:t>v -1.030005 0.569113 -0.582420</w:t>
        <w:br/>
        <w:t>v -1.008146 0.585051 -0.567743</w:t>
        <w:br/>
        <w:t>v -0.991284 0.727318 -0.650868</w:t>
        <w:br/>
        <w:t>v -1.045992 0.288277 -0.449358</w:t>
        <w:br/>
        <w:t>v -1.031291 0.428758 -0.498371</w:t>
        <w:br/>
        <w:t>v -1.045992 0.288277 -0.449358</w:t>
        <w:br/>
        <w:t>v -1.064516 0.273064 -0.459276</w:t>
        <w:br/>
        <w:t>v -1.072647 0.095686 -0.363561</w:t>
        <w:br/>
        <w:t>v -1.072647 0.095686 -0.363561</w:t>
        <w:br/>
        <w:t>v -0.469206 0.868112 -0.753365</w:t>
        <w:br/>
        <w:t>v -0.461387 0.730142 -0.653903</w:t>
        <w:br/>
        <w:t>v -0.469206 0.868112 -0.753365</w:t>
        <w:br/>
        <w:t>v -0.478773 1.049399 -1.006272</w:t>
        <w:br/>
        <w:t>v -0.473540 0.971234 -0.860446</w:t>
        <w:br/>
        <w:t>v -0.448084 0.981139 -0.851453</w:t>
        <w:br/>
        <w:t>v -0.473540 0.971234 -0.860446</w:t>
        <w:br/>
        <w:t>v -0.478773 1.049399 -1.006272</w:t>
        <w:br/>
        <w:t>v -0.535156 1.071619 -1.157807</w:t>
        <w:br/>
        <w:t>v -0.478773 1.049399 -1.006272</w:t>
        <w:br/>
        <w:t>v -0.478773 1.049399 -1.006272</w:t>
        <w:br/>
        <w:t>v -0.535156 1.071619 -1.157807</w:t>
        <w:br/>
        <w:t>v -0.619129 1.064387 -1.257344</w:t>
        <w:br/>
        <w:t>v -0.619129 1.064387 -1.257344</w:t>
        <w:br/>
        <w:t>v -0.882767 1.058130 -1.161667</w:t>
        <w:br/>
        <w:t>v -0.787526 1.062327 -1.260479</w:t>
        <w:br/>
        <w:t>v -0.787526 1.062327 -1.260479</w:t>
        <w:br/>
        <w:t>v -0.882767 1.058130 -1.161667</w:t>
        <w:br/>
        <w:t>v -0.942409 1.037021 -1.014716</w:t>
        <w:br/>
        <w:t>v -0.942409 1.037021 -1.014716</w:t>
        <w:br/>
        <w:t>v -0.954125 0.961953 -0.856674</w:t>
        <w:br/>
        <w:t>v -0.942409 1.037021 -1.014716</w:t>
        <w:br/>
        <w:t>v -0.942409 1.037021 -1.014716</w:t>
        <w:br/>
        <w:t>v -0.954125 0.961953 -0.856674</w:t>
        <w:br/>
        <w:t>v -0.965266 0.858307 -0.748031</w:t>
        <w:br/>
        <w:t>v -0.965266 0.858307 -0.748031</w:t>
        <w:br/>
        <w:t>v -0.991284 0.727318 -0.650868</w:t>
        <w:br/>
        <w:t>v -0.362762 0.102731 -0.365609</w:t>
        <w:br/>
        <w:t>v -0.361175 0.485053 -0.151097</w:t>
        <w:br/>
        <w:t>v -0.385694 0.463269 -0.044691</w:t>
        <w:br/>
        <w:t>v -0.373404 0.323837 -0.139244</w:t>
        <w:br/>
        <w:t>v -0.497334 0.418990 0.104146</w:t>
        <w:br/>
        <w:t>v -1.055710 0.639260 -0.508239</w:t>
        <w:br/>
        <w:t>v -1.004711 1.034997 -0.298261</w:t>
        <w:br/>
        <w:t>v -1.051014 1.073805 -0.451869</w:t>
        <w:br/>
        <w:t>v -1.061244 1.092928 -0.626774</w:t>
        <w:br/>
        <w:t>v -0.620928 0.285743 0.587466</w:t>
        <w:br/>
        <w:t>v -0.946655 0.005369 0.438891</w:t>
        <w:br/>
        <w:t>v -0.404492 0.008092 0.402432</w:t>
        <w:br/>
        <w:t>v -1.051326 0.006467 0.279638</w:t>
        <w:br/>
        <w:t>v -0.350796 0.010063 0.235359</w:t>
        <w:br/>
        <w:t>v -1.133676 0.005430 0.080876</w:t>
        <w:br/>
        <w:t>v -0.318645 0.007203 0.070347</w:t>
        <w:br/>
        <w:t>v -1.166663 0.006042 -0.102572</w:t>
        <w:br/>
        <w:t>v -0.311113 0.004705 -0.101410</w:t>
        <w:br/>
        <w:t>v -0.355480 0.015272 -0.366634</w:t>
        <w:br/>
        <w:t>v -1.101500 0.008690 -0.344076</w:t>
        <w:br/>
        <w:t>v -0.371368 0.056728 -0.409851</w:t>
        <w:br/>
        <w:t>v -1.079392 0.065047 -0.407540</w:t>
        <w:br/>
        <w:t>v -1.057883 0.249532 -0.485493</w:t>
        <w:br/>
        <w:t>v -0.405392 0.258787 -0.485968</w:t>
        <w:br/>
        <w:t>v -0.419743 0.380432 -0.532770</w:t>
        <w:br/>
        <w:t>v -1.042033 0.382268 -0.537679</w:t>
        <w:br/>
        <w:t>v -0.434744 0.543795 -0.599020</w:t>
        <w:br/>
        <w:t>v -1.022073 0.548192 -0.604878</w:t>
        <w:br/>
        <w:t>v -0.445099 0.693582 -0.680745</w:t>
        <w:br/>
        <w:t>v -1.001364 0.690022 -0.681557</w:t>
        <w:br/>
        <w:t>v -0.451319 0.834475 -0.782905</w:t>
        <w:br/>
        <w:t>v -0.980730 0.822097 -0.779895</w:t>
        <w:br/>
        <w:t>v -0.454542 0.939857 -0.900316</w:t>
        <w:br/>
        <w:t>v -0.968451 0.925293 -0.887538</w:t>
        <w:br/>
        <w:t>v -0.964479 0.994953 -1.022273</w:t>
        <w:br/>
        <w:t>v -0.471242 1.000186 -1.015840</w:t>
        <w:br/>
        <w:t>v -0.926621 0.752612 -1.024496</w:t>
        <w:br/>
        <w:t>v -0.964479 0.994953 -1.022273</w:t>
        <w:br/>
        <w:t>v -0.471242 1.000186 -1.015840</w:t>
        <w:br/>
        <w:t>v -0.507764 0.756497 -1.015878</w:t>
        <w:br/>
        <w:t>v -0.540676 0.414244 -1.010057</w:t>
        <w:br/>
        <w:t>v -0.878919 0.412133 -1.024146</w:t>
        <w:br/>
        <w:t>v -0.802952 -0.000016 -1.150163</w:t>
        <w:br/>
        <w:t>v -0.849017 -0.000016 -1.013605</w:t>
        <w:br/>
        <w:t>v -0.568405 -0.000016 -0.994244</w:t>
        <w:br/>
        <w:t>v -0.614021 -0.000016 -1.134788</w:t>
        <w:br/>
        <w:t>v -0.568405 -0.000016 -0.994244</w:t>
        <w:br/>
        <w:t>v -0.614021 -0.000016 -1.134788</w:t>
        <w:br/>
        <w:t>v -0.849017 -0.000016 -1.013605</w:t>
        <w:br/>
        <w:t>v -0.568405 -0.000016 -0.994244</w:t>
        <w:br/>
        <w:t>v -0.802952 -0.000016 -1.150163</w:t>
        <w:br/>
        <w:t>v -0.849017 -0.000016 -1.013605</w:t>
        <w:br/>
        <w:t>v -0.703053 -0.000016 -1.206945</w:t>
        <w:br/>
        <w:t>v -0.699543 0.409597 -1.212978</w:t>
        <w:br/>
        <w:t>v -0.697033 0.757471 -1.249388</w:t>
        <w:br/>
        <w:t>v -0.695371 1.007306 -1.286385</w:t>
        <w:br/>
        <w:t>v -0.694434 1.042979 -1.294941</w:t>
        <w:br/>
        <w:t>v -0.694909 1.064338 -1.284211</w:t>
        <w:br/>
        <w:t>v -0.694909 1.064338 -1.284211</w:t>
        <w:br/>
        <w:t>v -0.693610 1.074417 -1.301685</w:t>
        <w:br/>
        <w:t>v -0.686616 1.341689 -1.419171</w:t>
        <w:br/>
        <w:t>v -0.685266 1.580733 -1.425204</w:t>
        <w:br/>
        <w:t>v -0.690563 1.783354 -1.348937</w:t>
        <w:br/>
        <w:t>v -0.698307 1.996317 -1.241369</w:t>
        <w:br/>
        <w:t>v -0.806949 2.143768 -1.168862</w:t>
        <w:br/>
        <w:t>v -0.701492 2.137535 -1.183963</w:t>
        <w:br/>
        <w:t>v -0.698607 2.514237 -1.103524</w:t>
        <w:br/>
        <w:t>v -0.709523 2.647111 -1.207570</w:t>
        <w:br/>
        <w:t>v -0.579847 2.472031 -1.074559</w:t>
        <w:br/>
        <w:t>v -0.591775 2.606804 -1.174958</w:t>
        <w:br/>
        <w:t>v -0.576937 2.133364 -1.148078</w:t>
        <w:br/>
        <w:t>v -0.703053 -0.000016 -1.206945</w:t>
        <w:br/>
        <w:t>v -0.799493 3.147943 -1.099490</w:t>
        <w:br/>
        <w:t>v -0.737315 2.707153 -1.197453</w:t>
        <w:br/>
        <w:t>v -0.561324 3.048531 -1.115103</w:t>
        <w:br/>
        <w:t>v -0.646796 3.144883 -1.120636</w:t>
        <w:br/>
        <w:t>v -0.721977 3.120864 -1.111056</w:t>
        <w:br/>
        <w:t>v -0.756213 3.075610 -1.111793</w:t>
        <w:br/>
        <w:t>v -0.709523 2.647111 -1.207570</w:t>
        <w:br/>
        <w:t>v -0.740687 2.924563 -1.066790</w:t>
        <w:br/>
        <w:t>v -0.516133 2.944535 -1.076357</w:t>
        <w:br/>
        <w:t>v -1.109357 2.196578 -0.603829</w:t>
        <w:br/>
        <w:t>v -1.060344 2.067051 -0.826447</w:t>
        <w:br/>
        <w:t>v -1.133139 2.202224 -0.840074</w:t>
        <w:br/>
        <w:t>v -1.150826 2.228254 -0.700381</w:t>
        <w:br/>
        <w:t>v -0.804826 2.222233 -1.174408</w:t>
        <w:br/>
        <w:t>v -0.698532 2.230502 -1.201974</w:t>
        <w:br/>
        <w:t>v -0.695084 2.333824 -1.195904</w:t>
        <w:br/>
        <w:t>v -0.625612 2.379764 -1.154048</w:t>
        <w:br/>
        <w:t>v -0.409364 2.116739 -1.043919</w:t>
        <w:br/>
        <w:t>v -0.852203 2.452209 -0.383147</w:t>
        <w:br/>
        <w:t>v -1.025021 2.380651 -0.825948</w:t>
        <w:br/>
        <w:t>v -1.006898 2.500548 -0.960696</w:t>
        <w:br/>
        <w:t>v -0.831930 2.546162 -1.064317</w:t>
        <w:br/>
        <w:t>v -0.698607 2.514237 -1.103524</w:t>
        <w:br/>
        <w:t>v -0.497022 2.450935 -1.013280</w:t>
        <w:br/>
        <w:t>v -0.452494 2.522918 -1.046992</w:t>
        <w:br/>
        <w:t>v -0.384320 2.451085 -0.930156</w:t>
        <w:br/>
        <w:t>v -0.362937 2.407006 -0.851603</w:t>
        <w:br/>
        <w:t>v -0.333959 2.315238 -0.779358</w:t>
        <w:br/>
        <w:t>v -0.349909 2.317586 -0.579535</w:t>
        <w:br/>
        <w:t>v -0.438992 2.400024 -0.474590</w:t>
        <w:br/>
        <w:t>v -0.539565 2.298938 -0.480872</w:t>
        <w:br/>
        <w:t>v -0.731669 2.526640 -0.397623</w:t>
        <w:br/>
        <w:t>v -0.722826 2.413476 -0.401857</w:t>
        <w:br/>
        <w:t>v -0.610911 2.829560 -1.131790</w:t>
        <w:br/>
        <w:t>v -0.906549 2.837429 -1.016465</w:t>
        <w:br/>
        <w:t>v -0.726011 2.232901 -0.354806</w:t>
        <w:br/>
        <w:t>v -0.867628 2.335086 -0.352208</w:t>
        <w:br/>
        <w:t>v -0.539565 2.298938 -0.480872</w:t>
        <w:br/>
        <w:t>v -0.362974 2.228804 -0.630534</w:t>
        <w:br/>
        <w:t>v -0.547896 2.120174 -0.352083</w:t>
        <w:br/>
        <w:t>v -0.618518 2.163116 -0.372292</w:t>
        <w:br/>
        <w:t>v -0.405042 2.376979 -0.877409</w:t>
        <w:br/>
        <w:t>v -0.333959 2.315238 -0.779358</w:t>
        <w:br/>
        <w:t>v -0.279787 2.217249 -0.715431</w:t>
        <w:br/>
        <w:t>v -0.352232 2.051838 -0.818466</w:t>
        <w:br/>
        <w:t>v -0.349909 2.317586 -0.579535</w:t>
        <w:br/>
        <w:t>v -0.596572 1.788999 -0.299959</w:t>
        <w:br/>
        <w:t>v -0.712671 1.886626 -0.271931</w:t>
        <w:br/>
        <w:t>v -0.852515 1.844495 -0.310289</w:t>
        <w:br/>
        <w:t>v -0.356417 1.907622 -0.862482</w:t>
        <w:br/>
        <w:t>v -0.286432 1.750979 -0.867803</w:t>
        <w:br/>
        <w:t>v -0.286432 1.750979 -0.867803</w:t>
        <w:br/>
        <w:t>v -0.500145 2.389469 -1.043395</w:t>
        <w:br/>
        <w:t>v -0.579847 2.472031 -1.074559</w:t>
        <w:br/>
        <w:t>v -0.931317 2.963021 -1.010332</w:t>
        <w:br/>
        <w:t>v -1.078156 2.554406 -0.811059</w:t>
        <w:br/>
        <w:t>v -1.243206 3.894413 -0.866866</w:t>
        <w:br/>
        <w:t>v -1.243180 3.988155 -0.707300</w:t>
        <w:br/>
        <w:t>v -1.186336 3.919044 -0.983378</w:t>
        <w:br/>
        <w:t>v -1.235793 4.260747 -0.702208</w:t>
        <w:br/>
        <w:t>v -1.280817 4.448395 -0.633474</w:t>
        <w:br/>
        <w:t>v -1.198922 4.247382 -0.534233</w:t>
        <w:br/>
        <w:t>v -1.295204 4.495531 -0.793422</w:t>
        <w:br/>
        <w:t>v -1.193194 4.449628 -0.950178</w:t>
        <w:br/>
        <w:t>v -0.706801 4.542520 -1.135075</w:t>
        <w:br/>
        <w:t>v -0.506328 4.640195 -1.050939</w:t>
        <w:br/>
        <w:t>v -0.409090 4.637323 -0.881081</w:t>
        <w:br/>
        <w:t>v -0.389492 4.633614 -0.660286</w:t>
        <w:br/>
        <w:t>v -0.400621 4.633576 -0.489528</w:t>
        <w:br/>
        <w:t>v -0.386082 4.627543 -0.369282</w:t>
        <w:br/>
        <w:t>v -0.615981 0.008441 0.674113</w:t>
        <w:br/>
        <w:t>v -0.703053 -0.000016 -1.206945</w:t>
        <w:br/>
        <w:t>v -0.434982 1.104719 -1.007984</w:t>
        <w:br/>
        <w:t>v -0.449208 1.005020 -0.831006</w:t>
        <w:br/>
        <w:t>v -0.456778 1.104220 -1.008384</w:t>
        <w:br/>
        <w:t>v -0.976757 1.089181 -1.008034</w:t>
        <w:br/>
        <w:t>v -0.644011 4.090102 -1.146192</w:t>
        <w:br/>
        <w:t>v -1.232376 4.400178 -0.817404</w:t>
        <w:br/>
        <w:t>v -1.133139 2.202224 -0.840074</w:t>
        <w:br/>
        <w:t>v -0.726061 0.583241 0.069410</w:t>
        <w:br/>
        <w:t>v -0.688552 0.584652 0.067561</w:t>
        <w:br/>
        <w:t>v -0.705664 0.576970 0.071895</w:t>
        <w:br/>
        <w:t>v -0.286432 1.750979 -0.867803</w:t>
        <w:br/>
        <w:t>v -0.286432 1.750979 -0.867803</w:t>
        <w:br/>
        <w:t>v -0.446148 0.895829 -0.715856</w:t>
        <w:br/>
        <w:t>v -0.478486 0.895166 -0.716118</w:t>
        <w:br/>
        <w:t>v -0.477511 1.004284 -0.831383</w:t>
        <w:br/>
        <w:t>v -0.439903 0.765453 -0.607888</w:t>
        <w:br/>
        <w:t>v -0.479899 0.765453 -0.608488</w:t>
        <w:br/>
        <w:t>v -0.425427 0.637762 -0.498721</w:t>
        <w:br/>
        <w:t>v -0.457864 0.637836 -0.499208</w:t>
        <w:br/>
        <w:t>v -0.422379 0.556823 -0.405254</w:t>
        <w:br/>
        <w:t>v -0.344963 4.614453 -0.347449</w:t>
        <w:br/>
        <w:t>v -0.393526 4.252303 -0.365710</w:t>
        <w:br/>
        <w:t>v -0.569956 4.245322 -0.247975</w:t>
        <w:br/>
        <w:t>v -0.484018 4.519795 -0.176667</w:t>
        <w:br/>
        <w:t>v -0.484018 4.519795 -0.176667</w:t>
        <w:br/>
        <w:t>v -0.569956 4.245322 -0.247975</w:t>
        <w:br/>
        <w:t>v -0.608745 4.245027 -0.281366</w:t>
        <w:br/>
        <w:t>v -0.521277 4.533322 -0.192424</w:t>
        <w:br/>
        <w:t>v -0.358565 4.817811 -0.073122</w:t>
        <w:br/>
        <w:t>v -0.322760 4.829030 -0.230365</w:t>
        <w:br/>
        <w:t>v -0.405301 4.834675 -0.069982</w:t>
        <w:br/>
        <w:t>v -0.358565 4.817811 -0.073122</w:t>
        <w:br/>
        <w:t>v -0.381154 4.844981 -0.244323</w:t>
        <w:br/>
        <w:t>v -0.369079 4.900607 -0.160991</w:t>
        <w:br/>
        <w:t>v -0.405301 4.834675 -0.069982</w:t>
        <w:br/>
        <w:t>v -0.360701 4.883811 -0.359190</w:t>
        <w:br/>
        <w:t>v -0.386082 4.627543 -0.369282</w:t>
        <w:br/>
        <w:t>v -1.216276 4.429981 -0.476441</w:t>
        <w:br/>
        <w:t>v -1.243480 4.612579 -0.416103</w:t>
        <w:br/>
        <w:t>v -1.169674 4.562847 -0.288144</w:t>
        <w:br/>
        <w:t>v -1.131875 4.403197 -0.356136</w:t>
        <w:br/>
        <w:t>v -1.089543 4.415463 -0.362928</w:t>
        <w:br/>
        <w:t>v -1.131875 4.403197 -0.356136</w:t>
        <w:br/>
        <w:t>v -1.169674 4.562847 -0.288144</w:t>
        <w:br/>
        <w:t>v -1.123902 4.580868 -0.284355</w:t>
        <w:br/>
        <w:t>v -1.259491 4.802227 -0.309237</w:t>
        <w:br/>
        <w:t>v -1.231382 4.810799 -0.159957</w:t>
        <w:br/>
        <w:t>v -1.089497 4.243547 -0.405405</w:t>
        <w:br/>
        <w:t>v -1.198922 4.247382 -0.534233</w:t>
        <w:br/>
        <w:t>v -1.231382 4.810799 -0.159957</w:t>
        <w:br/>
        <w:t>v -1.186121 4.823331 -0.150620</w:t>
        <w:br/>
        <w:t>v -1.049965 4.250706 -0.434283</w:t>
        <w:br/>
        <w:t>v -1.089497 4.243547 -0.405405</w:t>
        <w:br/>
        <w:t>v -1.280817 4.448395 -0.633474</w:t>
        <w:br/>
        <w:t>v -1.271729 4.621261 -0.543562</w:t>
        <w:br/>
        <w:t>v -1.357444 4.910915 -0.546922</w:t>
        <w:br/>
        <w:t>v -1.318911 4.884193 -0.403589</w:t>
        <w:br/>
        <w:t>v -1.301447 4.831270 -0.410858</w:t>
        <w:br/>
        <w:t>v -1.320059 4.851764 -0.545873</w:t>
        <w:br/>
        <w:t>v -1.210363 4.803704 -0.308919</w:t>
        <w:br/>
        <w:t>v -1.195230 4.607361 -0.420835</w:t>
        <w:br/>
        <w:t>v -1.123902 4.580868 -0.284355</w:t>
        <w:br/>
        <w:t>v -1.246673 4.847208 -0.398504</w:t>
        <w:br/>
        <w:t>v -1.275502 4.858372 -0.289464</w:t>
        <w:br/>
        <w:t>v -1.652925 5.326206 0.302081</w:t>
        <w:br/>
        <w:t>v -1.616190 5.345728 0.329760</w:t>
        <w:br/>
        <w:t>v -1.204362 4.871520 -0.237306</w:t>
        <w:br/>
        <w:t>v -1.253566 4.903305 -0.382155</w:t>
        <w:br/>
        <w:t>v -1.186121 4.823331 -0.150620</w:t>
        <w:br/>
        <w:t>v -1.234625 4.891668 -0.551132</w:t>
        <w:br/>
        <w:t>v -1.198602 4.634501 -0.551781</w:t>
        <w:br/>
        <w:t>v -0.074698 5.364972 0.344960</w:t>
        <w:br/>
        <w:t>v -0.319095 4.863763 -0.154908</w:t>
        <w:br/>
        <w:t>v -0.521277 4.533322 -0.192424</w:t>
        <w:br/>
        <w:t>v -0.301559 4.911439 -0.358103</w:t>
        <w:br/>
        <w:t>v -0.244090 4.900237 -0.346550</w:t>
        <w:br/>
        <w:t>v -0.295241 4.849675 -0.346637</w:t>
        <w:br/>
        <w:t>v 0.638118 13.723141 -0.660167</w:t>
        <w:br/>
        <w:t>v -0.542355 13.835666 -0.604438</w:t>
        <w:br/>
        <w:t>v 0.453931 4.650947 -1.127977</w:t>
        <w:br/>
        <w:t>v 0.574282 4.636555 -1.199872</w:t>
        <w:br/>
        <w:t>v 0.541623 4.634983 -1.271230</w:t>
        <w:br/>
        <w:t>v 0.421575 4.650993 -1.202380</w:t>
        <w:br/>
        <w:t>v 0.453931 4.650947 -1.127977</w:t>
        <w:br/>
        <w:t>v 0.456920 4.792833 -1.130484</w:t>
        <w:br/>
        <w:t>v 0.576093 4.803898 -1.198795</w:t>
        <w:br/>
        <w:t>v 0.574282 4.636555 -1.199872</w:t>
        <w:br/>
        <w:t>v 0.543446 4.802371 -1.270102</w:t>
        <w:br/>
        <w:t>v 0.424566 4.792881 -1.204876</w:t>
        <w:br/>
        <w:t>v 0.421575 4.650993 -1.202380</w:t>
        <w:br/>
        <w:t>v 0.541623 4.634983 -1.271230</w:t>
        <w:br/>
        <w:t>v 0.543446 4.802371 -1.270102</w:t>
        <w:br/>
        <w:t>v 0.576093 4.803898 -1.198795</w:t>
        <w:br/>
        <w:t>v 0.456920 4.792833 -1.130484</w:t>
        <w:br/>
        <w:t>v 0.424566 4.792881 -1.204876</w:t>
        <w:br/>
        <w:t>v 0.541623 4.634983 -1.271230</w:t>
        <w:br/>
        <w:t>v 0.574282 4.636555 -1.199872</w:t>
        <w:br/>
        <w:t>v 0.576093 4.803898 -1.198795</w:t>
        <w:br/>
        <w:t>v 0.543446 4.802371 -1.270102</w:t>
        <w:br/>
        <w:t>v 0.424566 4.792881 -1.204876</w:t>
        <w:br/>
        <w:t>v 0.456920 4.792833 -1.130484</w:t>
        <w:br/>
        <w:t>v 0.453931 4.650947 -1.127977</w:t>
        <w:br/>
        <w:t>v 0.421575 4.650993 -1.202380</w:t>
        <w:br/>
        <w:t>v 0.471033 4.275243 -1.102849</w:t>
        <w:br/>
        <w:t>v 0.591384 4.260851 -1.174744</w:t>
        <w:br/>
        <w:t>v 0.558725 4.259279 -1.246102</w:t>
        <w:br/>
        <w:t>v 0.438678 4.275290 -1.177252</w:t>
        <w:br/>
        <w:t>v 0.471033 4.275243 -1.102849</w:t>
        <w:br/>
        <w:t>v 0.474023 4.417130 -1.105356</w:t>
        <w:br/>
        <w:t>v 0.593195 4.428195 -1.173667</w:t>
        <w:br/>
        <w:t>v 0.591384 4.260851 -1.174744</w:t>
        <w:br/>
        <w:t>v 0.560549 4.426668 -1.244975</w:t>
        <w:br/>
        <w:t>v 0.441668 4.417177 -1.179748</w:t>
        <w:br/>
        <w:t>v 0.438678 4.275290 -1.177252</w:t>
        <w:br/>
        <w:t>v 0.558725 4.259279 -1.246102</w:t>
        <w:br/>
        <w:t>v 0.560549 4.426668 -1.244975</w:t>
        <w:br/>
        <w:t>v 0.593195 4.428195 -1.173667</w:t>
        <w:br/>
        <w:t>v 0.474023 4.417130 -1.105356</w:t>
        <w:br/>
        <w:t>v 0.441668 4.417177 -1.179748</w:t>
        <w:br/>
        <w:t>v 0.558725 4.259279 -1.246102</w:t>
        <w:br/>
        <w:t>v 0.591384 4.260851 -1.174744</w:t>
        <w:br/>
        <w:t>v 0.593195 4.428195 -1.173667</w:t>
        <w:br/>
        <w:t>v 0.560549 4.426668 -1.244975</w:t>
        <w:br/>
        <w:t>v 0.441668 4.417177 -1.179748</w:t>
        <w:br/>
        <w:t>v 0.474023 4.417130 -1.105356</w:t>
        <w:br/>
        <w:t>v 0.471033 4.275243 -1.102849</w:t>
        <w:br/>
        <w:t>v 0.438678 4.275290 -1.177252</w:t>
        <w:br/>
        <w:t>v -0.453929 4.650946 -1.127977</w:t>
        <w:br/>
        <w:t>v -0.421573 4.650992 -1.202379</w:t>
        <w:br/>
        <w:t>v -0.541055 4.634856 -1.271248</w:t>
        <w:br/>
        <w:t>v -0.573791 4.636662 -1.199856</w:t>
        <w:br/>
        <w:t>v -0.576657 4.804022 -1.198776</w:t>
        <w:br/>
        <w:t>v -0.456918 4.792832 -1.130483</w:t>
        <w:br/>
        <w:t>v -0.453929 4.650946 -1.127977</w:t>
        <w:br/>
        <w:t>v -0.573791 4.636662 -1.199856</w:t>
        <w:br/>
        <w:t>v -0.421573 4.650992 -1.202379</w:t>
        <w:br/>
        <w:t>v -0.424564 4.792879 -1.204876</w:t>
        <w:br/>
        <w:t>v -0.543934 4.802263 -1.270118</w:t>
        <w:br/>
        <w:t>v -0.541055 4.634856 -1.271248</w:t>
        <w:br/>
        <w:t>v -0.456918 4.792832 -1.130483</w:t>
        <w:br/>
        <w:t>v -0.576657 4.804022 -1.198776</w:t>
        <w:br/>
        <w:t>v -0.543934 4.802263 -1.270118</w:t>
        <w:br/>
        <w:t>v -0.424564 4.792879 -1.204876</w:t>
        <w:br/>
        <w:t>v -0.576657 4.804022 -1.198776</w:t>
        <w:br/>
        <w:t>v -0.573791 4.636662 -1.199856</w:t>
        <w:br/>
        <w:t>v -0.541055 4.634856 -1.271248</w:t>
        <w:br/>
        <w:t>v -0.543934 4.802263 -1.270118</w:t>
        <w:br/>
        <w:t>v -0.453929 4.650946 -1.127977</w:t>
        <w:br/>
        <w:t>v -0.456918 4.792832 -1.130483</w:t>
        <w:br/>
        <w:t>v -0.424564 4.792879 -1.204876</w:t>
        <w:br/>
        <w:t>v -0.421573 4.650992 -1.202379</w:t>
        <w:br/>
        <w:t>v -0.471032 4.275242 -1.102849</w:t>
        <w:br/>
        <w:t>v -0.438676 4.275289 -1.177252</w:t>
        <w:br/>
        <w:t>v -0.558158 4.259153 -1.246121</w:t>
        <w:br/>
        <w:t>v -0.590894 4.260958 -1.174728</w:t>
        <w:br/>
        <w:t>v -0.593759 4.428318 -1.173649</w:t>
        <w:br/>
        <w:t>v -0.474021 4.417129 -1.105356</w:t>
        <w:br/>
        <w:t>v -0.471032 4.275242 -1.102849</w:t>
        <w:br/>
        <w:t>v -0.590894 4.260958 -1.174728</w:t>
        <w:br/>
        <w:t>v -0.438676 4.275289 -1.177252</w:t>
        <w:br/>
        <w:t>v -0.441666 4.417177 -1.179748</w:t>
        <w:br/>
        <w:t>v -0.561036 4.426558 -1.244991</w:t>
        <w:br/>
        <w:t>v -0.558158 4.259153 -1.246121</w:t>
        <w:br/>
        <w:t>v -0.474021 4.417129 -1.105356</w:t>
        <w:br/>
        <w:t>v -0.593759 4.428318 -1.173649</w:t>
        <w:br/>
        <w:t>v -0.561036 4.426558 -1.244991</w:t>
        <w:br/>
        <w:t>v -0.441666 4.417177 -1.179748</w:t>
        <w:br/>
        <w:t>v -0.593759 4.428318 -1.173649</w:t>
        <w:br/>
        <w:t>v -0.590894 4.260958 -1.174728</w:t>
        <w:br/>
        <w:t>v -0.558158 4.259153 -1.246121</w:t>
        <w:br/>
        <w:t>v -0.561036 4.426558 -1.244991</w:t>
        <w:br/>
        <w:t>v -0.471032 4.275242 -1.102849</w:t>
        <w:br/>
        <w:t>v -0.474021 4.417129 -1.105356</w:t>
        <w:br/>
        <w:t>v -0.441666 4.417177 -1.179748</w:t>
        <w:br/>
        <w:t>v -0.438676 4.275289 -1.177252</w:t>
        <w:br/>
        <w:t>v 0.669139 4.458816 -0.026318</w:t>
        <w:br/>
        <w:t>v 0.773066 4.687796 -0.011125</w:t>
        <w:br/>
        <w:t>v 0.836888 4.658893 -0.011914</w:t>
        <w:br/>
        <w:t>v 0.732949 4.429900 -0.027109</w:t>
        <w:br/>
        <w:t>v 0.773066 4.687796 -0.011125</w:t>
        <w:br/>
        <w:t>v 0.773931 4.691278 -0.069373</w:t>
        <w:br/>
        <w:t>v 0.837741 4.662364 -0.070164</w:t>
        <w:br/>
        <w:t>v 0.836888 4.658893 -0.011914</w:t>
        <w:br/>
        <w:t>v 0.773931 4.691278 -0.069373</w:t>
        <w:br/>
        <w:t>v 0.669992 4.462297 -0.084570</w:t>
        <w:br/>
        <w:t>v 0.733814 4.433384 -0.085357</w:t>
        <w:br/>
        <w:t>v 0.837741 4.662364 -0.070164</w:t>
        <w:br/>
        <w:t>v 0.669992 4.462297 -0.084570</w:t>
        <w:br/>
        <w:t>v 0.669139 4.458816 -0.026318</w:t>
        <w:br/>
        <w:t>v 0.732949 4.429900 -0.027109</w:t>
        <w:br/>
        <w:t>v 0.733814 4.433384 -0.085357</w:t>
        <w:br/>
        <w:t>v 0.732949 4.429900 -0.027109</w:t>
        <w:br/>
        <w:t>v 0.746079 4.459139 -0.037688</w:t>
        <w:br/>
        <w:t>v 0.746557 4.461132 -0.070996</w:t>
        <w:br/>
        <w:t>v 0.733814 4.433384 -0.085357</w:t>
        <w:br/>
        <w:t>v 0.824623 4.633125 -0.059582</w:t>
        <w:br/>
        <w:t>v 0.837741 4.662364 -0.070164</w:t>
        <w:br/>
        <w:t>v 0.824128 4.631133 -0.026266</w:t>
        <w:br/>
        <w:t>v 0.836888 4.658893 -0.011914</w:t>
        <w:br/>
        <w:t>v 0.669992 4.462297 -0.084570</w:t>
        <w:br/>
        <w:t>v 0.682752 4.490045 -0.070216</w:t>
        <w:br/>
        <w:t>v 0.682258 4.488054 -0.036901</w:t>
        <w:br/>
        <w:t>v 0.669139 4.458816 -0.026318</w:t>
        <w:br/>
        <w:t>v 0.760323 4.660047 -0.025486</w:t>
        <w:br/>
        <w:t>v 0.773066 4.687796 -0.011125</w:t>
        <w:br/>
        <w:t>v 0.760817 4.662038 -0.058802</w:t>
        <w:br/>
        <w:t>v 0.773931 4.691278 -0.069373</w:t>
        <w:br/>
        <w:t>v 0.746557 4.461132 -0.070996</w:t>
        <w:br/>
        <w:t>v 0.682752 4.490045 -0.070216</w:t>
        <w:br/>
        <w:t>v 0.760817 4.662038 -0.058802</w:t>
        <w:br/>
        <w:t>v 0.824623 4.633125 -0.059582</w:t>
        <w:br/>
        <w:t>v 0.824128 4.631133 -0.026266</w:t>
        <w:br/>
        <w:t>v 0.760323 4.660047 -0.025486</w:t>
        <w:br/>
        <w:t>v 0.682258 4.488054 -0.036901</w:t>
        <w:br/>
        <w:t>v 0.746079 4.459139 -0.037688</w:t>
        <w:br/>
        <w:t>v 0.746079 4.459139 -0.037688</w:t>
        <w:br/>
        <w:t>v 0.682258 4.488054 -0.036901</w:t>
        <w:br/>
        <w:t>v 0.682752 4.490045 -0.070216</w:t>
        <w:br/>
        <w:t>v 0.746557 4.461132 -0.070996</w:t>
        <w:br/>
        <w:t>v 0.824623 4.633125 -0.059582</w:t>
        <w:br/>
        <w:t>v 0.760817 4.662038 -0.058802</w:t>
        <w:br/>
        <w:t>v 0.760323 4.660047 -0.025486</w:t>
        <w:br/>
        <w:t>v 0.824128 4.631133 -0.026266</w:t>
        <w:br/>
        <w:t>v 1.087993 4.345922 -0.306316</w:t>
        <w:br/>
        <w:t>v 1.108880 4.332320 -0.264710</w:t>
        <w:br/>
        <w:t>v 1.169352 4.451598 -0.256069</w:t>
        <w:br/>
        <w:t>v 1.148457 4.465200 -0.297675</w:t>
        <w:br/>
        <w:t>v 0.776323 4.442148 -0.089109</w:t>
        <w:br/>
        <w:t>v 0.877097 4.640947 -0.074708</w:t>
        <w:br/>
        <w:t>v 0.897994 4.627345 -0.033089</w:t>
        <w:br/>
        <w:t>v 0.797208 4.428545 -0.047491</w:t>
        <w:br/>
        <w:t>v 1.131316 4.498155 -0.192456</w:t>
        <w:br/>
        <w:t>v 1.048579 4.334929 -0.204284</w:t>
        <w:br/>
        <w:t>v 1.027695 4.348544 -0.245890</w:t>
        <w:br/>
        <w:t>v 1.110432 4.511757 -0.234062</w:t>
        <w:br/>
        <w:t>v 0.928021 4.591597 -0.059857</w:t>
        <w:br/>
        <w:t>v 0.907137 4.605211 -0.101462</w:t>
        <w:br/>
        <w:t>v 0.824399 4.441985 -0.113291</w:t>
        <w:br/>
        <w:t>v 0.845284 4.428383 -0.071685</w:t>
        <w:br/>
        <w:t>v 0.910769 4.645924 -0.089797</w:t>
        <w:br/>
        <w:t>v 1.145315 4.538106 -0.242781</w:t>
        <w:br/>
        <w:t>v 1.166200 4.524504 -0.201175</w:t>
        <w:br/>
        <w:t>v 0.931653 4.632322 -0.048191</w:t>
        <w:br/>
        <w:t>v 0.928021 4.591597 -0.059857</w:t>
        <w:br/>
        <w:t>v 1.131316 4.498155 -0.192456</w:t>
        <w:br/>
        <w:t>v 1.110432 4.511757 -0.234062</w:t>
        <w:br/>
        <w:t>v 0.907137 4.605211 -0.101462</w:t>
        <w:br/>
        <w:t>v 1.048579 4.334929 -0.204284</w:t>
        <w:br/>
        <w:t>v 0.845284 4.428383 -0.071685</w:t>
        <w:br/>
        <w:t>v 0.824399 4.441985 -0.113291</w:t>
        <w:br/>
        <w:t>v 1.027695 4.348544 -0.245890</w:t>
        <w:br/>
        <w:t>v 0.810026 4.398891 -0.063629</w:t>
        <w:br/>
        <w:t>v 1.044572 4.291073 -0.216600</w:t>
        <w:br/>
        <w:t>v 1.023688 4.304675 -0.258219</w:t>
        <w:br/>
        <w:t>v 0.789142 4.412493 -0.105235</w:t>
        <w:br/>
        <w:t>v 0.928021 4.591597 -0.059857</w:t>
        <w:br/>
        <w:t>v 0.845284 4.428383 -0.071685</w:t>
        <w:br/>
        <w:t>v 0.797208 4.428545 -0.047491</w:t>
        <w:br/>
        <w:t>v 0.897994 4.627345 -0.033089</w:t>
        <w:br/>
        <w:t>v 1.145315 4.538106 -0.242781</w:t>
        <w:br/>
        <w:t>v 0.910769 4.645924 -0.089797</w:t>
        <w:br/>
        <w:t>v 0.907137 4.605211 -0.101462</w:t>
        <w:br/>
        <w:t>v 1.110432 4.511757 -0.234062</w:t>
        <w:br/>
        <w:t>v 0.931653 4.632322 -0.048191</w:t>
        <w:br/>
        <w:t>v 1.166200 4.524504 -0.201175</w:t>
        <w:br/>
        <w:t>v 1.131316 4.498155 -0.192456</w:t>
        <w:br/>
        <w:t>v 1.148457 4.465200 -0.297675</w:t>
        <w:br/>
        <w:t>v 1.158495 4.511595 -0.287792</w:t>
        <w:br/>
        <w:t>v 1.044572 4.291073 -0.216600</w:t>
        <w:br/>
        <w:t>v 0.810026 4.398891 -0.063629</w:t>
        <w:br/>
        <w:t>v 1.048579 4.334929 -0.204284</w:t>
        <w:br/>
        <w:t>v 0.877097 4.640947 -0.074708</w:t>
        <w:br/>
        <w:t>v 0.776323 4.442148 -0.089109</w:t>
        <w:br/>
        <w:t>v 0.824399 4.441985 -0.113291</w:t>
        <w:br/>
        <w:t>v 1.179392 4.497993 -0.246186</w:t>
        <w:br/>
        <w:t>v 1.169352 4.451598 -0.256069</w:t>
        <w:br/>
        <w:t>v 0.789142 4.412493 -0.105235</w:t>
        <w:br/>
        <w:t>v 1.023688 4.304675 -0.258219</w:t>
        <w:br/>
        <w:t>v 1.027695 4.348544 -0.245890</w:t>
        <w:br/>
        <w:t>v 0.897994 4.627345 -0.033089</w:t>
        <w:br/>
        <w:t>v 0.877097 4.640947 -0.074708</w:t>
        <w:br/>
        <w:t>v 1.179392 4.497993 -0.246186</w:t>
        <w:br/>
        <w:t>v 1.158495 4.511595 -0.287792</w:t>
        <w:br/>
        <w:t>v 0.810026 4.398891 -0.063629</w:t>
        <w:br/>
        <w:t>v 0.789142 4.412493 -0.105235</w:t>
        <w:br/>
        <w:t>v 1.078606 4.299194 -0.260588</w:t>
        <w:br/>
        <w:t>v 1.057722 4.312796 -0.302194</w:t>
        <w:br/>
        <w:t>v 1.078606 4.299194 -0.260588</w:t>
        <w:br/>
        <w:t>v 1.057722 4.312796 -0.302194</w:t>
        <w:br/>
        <w:t>v 1.087993 4.345922 -0.306316</w:t>
        <w:br/>
        <w:t>v 1.108880 4.332320 -0.264710</w:t>
        <w:br/>
        <w:t>v -0.836887 4.658893 -0.011913</w:t>
        <w:br/>
        <w:t>v -0.773065 4.687795 -0.011125</w:t>
        <w:br/>
        <w:t>v -0.669138 4.458815 -0.026318</w:t>
        <w:br/>
        <w:t>v -0.732947 4.429899 -0.027109</w:t>
        <w:br/>
        <w:t>v -0.837740 4.662363 -0.070164</w:t>
        <w:br/>
        <w:t>v -0.773930 4.691278 -0.069373</w:t>
        <w:br/>
        <w:t>v -0.773065 4.687795 -0.011125</w:t>
        <w:br/>
        <w:t>v -0.836887 4.658893 -0.011913</w:t>
        <w:br/>
        <w:t>v -0.733812 4.433383 -0.085357</w:t>
        <w:br/>
        <w:t>v -0.669991 4.462297 -0.084570</w:t>
        <w:br/>
        <w:t>v -0.773930 4.691278 -0.069373</w:t>
        <w:br/>
        <w:t>v -0.837740 4.662363 -0.070164</w:t>
        <w:br/>
        <w:t>v -0.732947 4.429899 -0.027109</w:t>
        <w:br/>
        <w:t>v -0.669138 4.458815 -0.026318</w:t>
        <w:br/>
        <w:t>v -0.669991 4.462297 -0.084570</w:t>
        <w:br/>
        <w:t>v -0.733812 4.433383 -0.085357</w:t>
        <w:br/>
        <w:t>v -0.746556 4.461131 -0.070996</w:t>
        <w:br/>
        <w:t>v -0.746078 4.459138 -0.037688</w:t>
        <w:br/>
        <w:t>v -0.732947 4.429899 -0.027109</w:t>
        <w:br/>
        <w:t>v -0.733812 4.433383 -0.085357</w:t>
        <w:br/>
        <w:t>v -0.824621 4.633125 -0.059581</w:t>
        <w:br/>
        <w:t>v -0.837740 4.662363 -0.070164</w:t>
        <w:br/>
        <w:t>v -0.824127 4.631132 -0.026266</w:t>
        <w:br/>
        <w:t>v -0.836887 4.658893 -0.011913</w:t>
        <w:br/>
        <w:t>v -0.682256 4.488053 -0.036900</w:t>
        <w:br/>
        <w:t>v -0.682751 4.490044 -0.070216</w:t>
        <w:br/>
        <w:t>v -0.669991 4.462297 -0.084570</w:t>
        <w:br/>
        <w:t>v -0.669138 4.458815 -0.026318</w:t>
        <w:br/>
        <w:t>v -0.773065 4.687795 -0.011125</w:t>
        <w:br/>
        <w:t>v -0.760322 4.660046 -0.025486</w:t>
        <w:br/>
        <w:t>v -0.760816 4.662037 -0.058801</w:t>
        <w:br/>
        <w:t>v -0.773930 4.691278 -0.069373</w:t>
        <w:br/>
        <w:t>v -0.760816 4.662037 -0.058801</w:t>
        <w:br/>
        <w:t>v -0.682751 4.490044 -0.070216</w:t>
        <w:br/>
        <w:t>v -0.746556 4.461131 -0.070996</w:t>
        <w:br/>
        <w:t>v -0.824621 4.633125 -0.059581</w:t>
        <w:br/>
        <w:t>v -0.682256 4.488053 -0.036900</w:t>
        <w:br/>
        <w:t>v -0.760322 4.660046 -0.025486</w:t>
        <w:br/>
        <w:t>v -0.824127 4.631132 -0.026266</w:t>
        <w:br/>
        <w:t>v -0.746078 4.459138 -0.037688</w:t>
        <w:br/>
        <w:t>v -0.682751 4.490044 -0.070216</w:t>
        <w:br/>
        <w:t>v -0.682256 4.488053 -0.036900</w:t>
        <w:br/>
        <w:t>v -0.746078 4.459138 -0.037688</w:t>
        <w:br/>
        <w:t>v -0.746556 4.461131 -0.070996</w:t>
        <w:br/>
        <w:t>v -0.760322 4.660046 -0.025486</w:t>
        <w:br/>
        <w:t>v -0.760816 4.662037 -0.058801</w:t>
        <w:br/>
        <w:t>v -0.824621 4.633125 -0.059581</w:t>
        <w:br/>
        <w:t>v -0.824127 4.631132 -0.026266</w:t>
        <w:br/>
        <w:t>v -1.169351 4.451597 -0.256069</w:t>
        <w:br/>
        <w:t>v -1.108879 4.332318 -0.264710</w:t>
        <w:br/>
        <w:t>v -1.087992 4.345921 -0.306316</w:t>
        <w:br/>
        <w:t>v -1.148456 4.465199 -0.297675</w:t>
        <w:br/>
        <w:t>v -0.897992 4.627344 -0.033089</w:t>
        <w:br/>
        <w:t>v -0.877096 4.640946 -0.074708</w:t>
        <w:br/>
        <w:t>v -0.776322 4.442147 -0.089109</w:t>
        <w:br/>
        <w:t>v -0.797206 4.428545 -0.047491</w:t>
        <w:br/>
        <w:t>v -1.027694 4.348544 -0.245890</w:t>
        <w:br/>
        <w:t>v -1.048578 4.334928 -0.204284</w:t>
        <w:br/>
        <w:t>v -1.131315 4.498155 -0.192456</w:t>
        <w:br/>
        <w:t>v -1.110431 4.511756 -0.234061</w:t>
        <w:br/>
        <w:t>v -0.824398 4.441984 -0.113291</w:t>
        <w:br/>
        <w:t>v -0.907135 4.605211 -0.101462</w:t>
        <w:br/>
        <w:t>v -0.928019 4.591595 -0.059856</w:t>
        <w:br/>
        <w:t>v -0.845282 4.428381 -0.071685</w:t>
        <w:br/>
        <w:t>v -1.166198 4.524504 -0.201175</w:t>
        <w:br/>
        <w:t>v -1.145314 4.538105 -0.242781</w:t>
        <w:br/>
        <w:t>v -0.910768 4.645923 -0.089797</w:t>
        <w:br/>
        <w:t>v -0.931652 4.632320 -0.048191</w:t>
        <w:br/>
        <w:t>v -1.110431 4.511756 -0.234061</w:t>
        <w:br/>
        <w:t>v -1.131315 4.498155 -0.192456</w:t>
        <w:br/>
        <w:t>v -0.928019 4.591595 -0.059856</w:t>
        <w:br/>
        <w:t>v -0.907135 4.605211 -0.101462</w:t>
        <w:br/>
        <w:t>v -0.824398 4.441984 -0.113291</w:t>
        <w:br/>
        <w:t>v -0.845282 4.428381 -0.071685</w:t>
        <w:br/>
        <w:t>v -1.048578 4.334928 -0.204284</w:t>
        <w:br/>
        <w:t>v -1.027694 4.348544 -0.245890</w:t>
        <w:br/>
        <w:t>v -1.023687 4.304674 -0.258218</w:t>
        <w:br/>
        <w:t>v -1.044571 4.291073 -0.216600</w:t>
        <w:br/>
        <w:t>v -0.810025 4.398890 -0.063629</w:t>
        <w:br/>
        <w:t>v -0.789140 4.412492 -0.105235</w:t>
        <w:br/>
        <w:t>v -0.797206 4.428545 -0.047491</w:t>
        <w:br/>
        <w:t>v -0.845282 4.428381 -0.071685</w:t>
        <w:br/>
        <w:t>v -0.928019 4.591595 -0.059856</w:t>
        <w:br/>
        <w:t>v -0.897992 4.627344 -0.033089</w:t>
        <w:br/>
        <w:t>v -0.907135 4.605211 -0.101462</w:t>
        <w:br/>
        <w:t>v -0.910768 4.645923 -0.089797</w:t>
        <w:br/>
        <w:t>v -1.145314 4.538105 -0.242781</w:t>
        <w:br/>
        <w:t>v -1.110431 4.511756 -0.234061</w:t>
        <w:br/>
        <w:t>v -1.131315 4.498155 -0.192456</w:t>
        <w:br/>
        <w:t>v -1.166198 4.524504 -0.201175</w:t>
        <w:br/>
        <w:t>v -0.931652 4.632320 -0.048191</w:t>
        <w:br/>
        <w:t>v -1.148456 4.465199 -0.297675</w:t>
        <w:br/>
        <w:t>v -1.158494 4.511594 -0.287792</w:t>
        <w:br/>
        <w:t>v -0.810025 4.398890 -0.063629</w:t>
        <w:br/>
        <w:t>v -1.044571 4.291073 -0.216600</w:t>
        <w:br/>
        <w:t>v -1.048578 4.334928 -0.204284</w:t>
        <w:br/>
        <w:t>v -0.824398 4.441984 -0.113291</w:t>
        <w:br/>
        <w:t>v -0.776322 4.442147 -0.089109</w:t>
        <w:br/>
        <w:t>v -0.877096 4.640946 -0.074708</w:t>
        <w:br/>
        <w:t>v -1.169351 4.451597 -0.256069</w:t>
        <w:br/>
        <w:t>v -1.179391 4.497992 -0.246186</w:t>
        <w:br/>
        <w:t>v -1.027694 4.348544 -0.245890</w:t>
        <w:br/>
        <w:t>v -1.023687 4.304674 -0.258218</w:t>
        <w:br/>
        <w:t>v -0.789140 4.412492 -0.105235</w:t>
        <w:br/>
        <w:t>v -0.877096 4.640946 -0.074708</w:t>
        <w:br/>
        <w:t>v -0.897992 4.627344 -0.033089</w:t>
        <w:br/>
        <w:t>v -1.179391 4.497992 -0.246186</w:t>
        <w:br/>
        <w:t>v -1.158494 4.511594 -0.287792</w:t>
        <w:br/>
        <w:t>v -0.789140 4.412492 -0.105235</w:t>
        <w:br/>
        <w:t>v -0.810025 4.398890 -0.063629</w:t>
        <w:br/>
        <w:t>v -1.057721 4.312794 -0.302194</w:t>
        <w:br/>
        <w:t>v -1.078605 4.299193 -0.260588</w:t>
        <w:br/>
        <w:t>v -1.078605 4.299193 -0.260588</w:t>
        <w:br/>
        <w:t>v -1.057721 4.312794 -0.302194</w:t>
        <w:br/>
        <w:t>v -1.087992 4.345921 -0.306316</w:t>
        <w:br/>
        <w:t>v -1.108879 4.332318 -0.264710</w:t>
        <w:br/>
        <w:t>v 0.593724 10.783760 1.210429</w:t>
        <w:br/>
        <w:t>v 0.625587 10.830130 1.219223</w:t>
        <w:br/>
        <w:t>v 1.026095 10.825745 1.234886</w:t>
        <w:br/>
        <w:t>v 1.057196 10.778688 1.228553</w:t>
        <w:br/>
        <w:t>v 1.138239 11.066732 1.269420</w:t>
        <w:br/>
        <w:t>v 1.027981 11.132887 1.272332</w:t>
        <w:br/>
        <w:t>v 1.112903 11.141481 1.278577</w:t>
        <w:br/>
        <w:t>v 1.059857 11.172546 1.281113</w:t>
        <w:br/>
        <w:t>v 0.627486 11.137283 1.256657</w:t>
        <w:br/>
        <w:t>v 0.596384 11.177616 1.262989</w:t>
        <w:br/>
        <w:t>v 0.562997 10.814823 1.212965</w:t>
        <w:br/>
        <w:t>v 0.565283 11.147240 1.258031</w:t>
        <w:br/>
        <w:t>v 1.110618 10.809065 1.233512</w:t>
        <w:br/>
        <w:t>v 0.595735 10.789793 1.160867</w:t>
        <w:br/>
        <w:t>v 1.059207 10.784710 1.179003</w:t>
        <w:br/>
        <w:t>v 1.028106 10.831766 1.185336</w:t>
        <w:br/>
        <w:t>v 0.627598 10.836163 1.169660</w:t>
        <w:br/>
        <w:t>v 1.112629 10.815086 1.183962</w:t>
        <w:br/>
        <w:t>v 1.138879 10.873306 1.192831</w:t>
        <w:br/>
        <w:t>v 1.061868 11.178579 1.231563</w:t>
        <w:br/>
        <w:t>v 0.598395 11.183638 1.213427</w:t>
        <w:br/>
        <w:t>v 0.629497 11.143316 1.207107</w:t>
        <w:br/>
        <w:t>v 1.029992 11.138931 1.222770</w:t>
        <w:br/>
        <w:t>v 0.567294 11.153275 1.208468</w:t>
        <w:br/>
        <w:t>v 0.565008 10.820845 1.163402</w:t>
        <w:br/>
        <w:t>v 1.114915 11.147516 1.229028</w:t>
        <w:br/>
        <w:t>v 0.627598 10.836163 1.169660</w:t>
        <w:br/>
        <w:t>v 1.028106 10.831766 1.185336</w:t>
        <w:br/>
        <w:t>v 1.026095 10.825745 1.234886</w:t>
        <w:br/>
        <w:t>v 0.625587 10.830130 1.219223</w:t>
        <w:br/>
        <w:t>v 0.595735 10.789793 1.160867</w:t>
        <w:br/>
        <w:t>v 0.593724 10.783760 1.210429</w:t>
        <w:br/>
        <w:t>v 1.057196 10.778688 1.228553</w:t>
        <w:br/>
        <w:t>v 1.059207 10.784710 1.179003</w:t>
        <w:br/>
        <w:t>v 1.028106 10.831766 1.185336</w:t>
        <w:br/>
        <w:t>v 1.029992 11.138931 1.222770</w:t>
        <w:br/>
        <w:t>v 1.027981 11.132887 1.272332</w:t>
        <w:br/>
        <w:t>v 1.026095 10.825745 1.234886</w:t>
        <w:br/>
        <w:t>v 1.136868 10.867283 1.242381</w:t>
        <w:br/>
        <w:t>v 1.138239 11.066732 1.269420</w:t>
        <w:br/>
        <w:t>v 1.140250 11.072763 1.219870</w:t>
        <w:br/>
        <w:t>v 1.138879 10.873306 1.192831</w:t>
        <w:br/>
        <w:t>v 1.029992 11.138931 1.222770</w:t>
        <w:br/>
        <w:t>v 0.629497 11.143316 1.207107</w:t>
        <w:br/>
        <w:t>v 0.627486 11.137283 1.256657</w:t>
        <w:br/>
        <w:t>v 1.027981 11.132887 1.272332</w:t>
        <w:br/>
        <w:t>v 1.061868 11.178579 1.231563</w:t>
        <w:br/>
        <w:t>v 1.059857 11.172546 1.281113</w:t>
        <w:br/>
        <w:t>v 0.596384 11.177616 1.262989</w:t>
        <w:br/>
        <w:t>v 0.598395 11.183638 1.213427</w:t>
        <w:br/>
        <w:t>v 0.567294 11.153275 1.208468</w:t>
        <w:br/>
        <w:t>v 0.565283 11.147240 1.258031</w:t>
        <w:br/>
        <w:t>v 0.562997 10.814823 1.212965</w:t>
        <w:br/>
        <w:t>v 0.565008 10.820845 1.163402</w:t>
        <w:br/>
        <w:t>v 0.629497 11.143316 1.207107</w:t>
        <w:br/>
        <w:t>v 0.627598 10.836163 1.169660</w:t>
        <w:br/>
        <w:t>v 0.625587 10.830130 1.219223</w:t>
        <w:br/>
        <w:t>v 0.627486 11.137283 1.256657</w:t>
        <w:br/>
        <w:t>v 0.593724 10.783760 1.210429</w:t>
        <w:br/>
        <w:t>v 0.595735 10.789793 1.160867</w:t>
        <w:br/>
        <w:t>v 1.110618 10.809065 1.233512</w:t>
        <w:br/>
        <w:t>v 1.112629 10.815086 1.183962</w:t>
        <w:br/>
        <w:t>v 1.114915 11.147516 1.229028</w:t>
        <w:br/>
        <w:t>v 1.112903 11.141481 1.278577</w:t>
        <w:br/>
        <w:t>v 1.136868 10.867283 1.242381</w:t>
        <w:br/>
        <w:t>v 1.140250 11.072763 1.219870</w:t>
        <w:br/>
        <w:t>v 0.503563 13.792673 1.377583</w:t>
        <w:br/>
        <w:t>v 0.530132 13.787340 1.406052</w:t>
        <w:br/>
        <w:t>v 0.574331 13.566542 1.487931</w:t>
        <w:br/>
        <w:t>v 0.701751 13.703804 1.432828</w:t>
        <w:br/>
        <w:t>v 5.163314 14.694864 -0.253299</w:t>
        <w:br/>
        <w:t>v 5.068091 14.794977 -0.232729</w:t>
        <w:br/>
        <w:t>v 5.050669 14.774431 -0.337070</w:t>
        <w:br/>
        <w:t>v 5.154729 14.684555 -0.305474</w:t>
        <w:br/>
        <w:t>v 4.867750 14.961617 -0.395384</w:t>
        <w:br/>
        <w:t>v 4.807654 14.843094 -0.486047</w:t>
        <w:br/>
        <w:t>v 4.886059 14.756048 -0.438506</w:t>
        <w:br/>
        <w:t>v 4.946953 14.864206 -0.369174</w:t>
        <w:br/>
        <w:t>v 4.973086 14.895027 -0.212667</w:t>
        <w:br/>
        <w:t>v 4.897334 15.006435 -0.200347</w:t>
        <w:br/>
        <w:t>v 4.817994 14.630112 0.027041</w:t>
        <w:br/>
        <w:t>v 4.735332 14.691736 0.063866</w:t>
        <w:br/>
        <w:t>v 4.792287 14.798904 0.096083</w:t>
        <w:br/>
        <w:t>v 4.871751 14.724148 0.055281</w:t>
        <w:br/>
        <w:t>v 5.097031 14.608027 -0.389446</w:t>
        <w:br/>
        <w:t>v 4.991270 14.682114 -0.413662</w:t>
        <w:br/>
        <w:t>v 4.979973 14.670576 -0.416507</w:t>
        <w:br/>
        <w:t>v 5.074438 14.584936 -0.395181</w:t>
        <w:br/>
        <w:t>v 4.977256 14.454042 -0.261991</w:t>
        <w:br/>
        <w:t>v 5.006560 14.493935 -0.346161</w:t>
        <w:br/>
        <w:t>v 4.914763 14.570414 -0.371871</w:t>
        <w:br/>
        <w:t>v 4.885158 14.522417 -0.275856</w:t>
        <w:br/>
        <w:t>v 4.861583 14.927265 0.026543</w:t>
        <w:br/>
        <w:t>v 4.936046 14.828508 -0.012886</w:t>
        <w:br/>
        <w:t>v 4.883225 14.515711 -0.153182</w:t>
        <w:br/>
        <w:t>v 4.972446 14.447298 -0.146303</w:t>
        <w:br/>
        <w:t>v 5.036963 14.745893 -0.022279</w:t>
        <w:br/>
        <w:t>v 5.137548 14.663372 -0.032266</w:t>
        <w:br/>
        <w:t>v 5.117231 14.641317 0.000211</w:t>
        <w:br/>
        <w:t>v 5.026844 14.734859 -0.006019</w:t>
        <w:br/>
        <w:t>v 5.168827 14.702539 -0.199953</w:t>
        <w:br/>
        <w:t>v 5.070919 14.798801 -0.206058</w:t>
        <w:br/>
        <w:t>v 4.883225 14.515711 -0.153182</w:t>
        <w:br/>
        <w:t>v 4.894066 14.532511 -0.047871</w:t>
        <w:br/>
        <w:t>v 4.984872 14.461920 -0.044965</w:t>
        <w:br/>
        <w:t>v 4.972446 14.447298 -0.146303</w:t>
        <w:br/>
        <w:t>v 4.911666 14.560154 0.022504</w:t>
        <w:br/>
        <w:t>v 5.004908 14.490322 0.017149</w:t>
        <w:br/>
        <w:t>v 5.058631 14.562580 0.042517</w:t>
        <w:br/>
        <w:t>v 5.040009 14.542339 0.038875</w:t>
        <w:br/>
        <w:t>v 4.956127 14.633169 0.047458</w:t>
        <w:br/>
        <w:t>v 4.965438 14.643288 0.049261</w:t>
        <w:br/>
        <w:t>v 5.028482 14.519451 -0.371401</w:t>
        <w:br/>
        <w:t>v 4.925695 14.583178 -0.384514</w:t>
        <w:br/>
        <w:t>v 5.077740 14.584393 0.037073</w:t>
        <w:br/>
        <w:t>v 4.974987 14.654198 0.046526</w:t>
        <w:br/>
        <w:t>v 5.138053 14.667931 -0.346657</w:t>
        <w:br/>
        <w:t>v 5.042289 14.766140 -0.357647</w:t>
        <w:br/>
        <w:t>v 5.164190 14.700544 -0.147670</w:t>
        <w:br/>
        <w:t>v 5.068666 14.797771 -0.179902</w:t>
        <w:br/>
        <w:t>v 1.089370 17.916611 -0.472403</w:t>
        <w:br/>
        <w:t>v 1.243265 17.888477 -0.470280</w:t>
        <w:br/>
        <w:t>v 1.250740 17.937077 -0.392439</w:t>
        <w:br/>
        <w:t>v 1.102596 17.973103 -0.393251</w:t>
        <w:br/>
        <w:t>v 1.257021 17.978638 -0.244139</w:t>
        <w:br/>
        <w:t>v 1.238115 17.941059 -0.042617</w:t>
        <w:br/>
        <w:t>v 1.125334 17.965164 -0.043167</w:t>
        <w:br/>
        <w:t>v 1.120346 18.003807 -0.244689</w:t>
        <w:br/>
        <w:t>v 1.129506 17.503845 0.223855</w:t>
        <w:br/>
        <w:t>v 1.015591 17.469435 0.296200</w:t>
        <w:br/>
        <w:t>v 1.096599 17.768578 0.174892</w:t>
        <w:br/>
        <w:t>v 1.187664 17.758381 0.147226</w:t>
        <w:br/>
        <w:t>v 1.227018 17.894508 0.027355</w:t>
        <w:br/>
        <w:t>v 1.125915 17.906940 0.045453</w:t>
        <w:br/>
        <w:t>v 1.101619 17.622295 -0.653191</w:t>
        <w:br/>
        <w:t>v 1.231403 17.614666 -0.636691</w:t>
        <w:br/>
        <w:t>v 1.044769 17.619370 -0.657975</w:t>
        <w:br/>
        <w:t>v 0.661085 17.855030 0.207504</w:t>
        <w:br/>
        <w:t>v 0.651505 17.795822 0.309639</w:t>
        <w:br/>
        <w:t>v 0.519893 17.795300 0.351907</w:t>
        <w:br/>
        <w:t>v 0.523015 17.842701 0.261363</w:t>
        <w:br/>
        <w:t>v 0.311076 17.587458 0.571015</w:t>
        <w:br/>
        <w:t>v 0.130626 17.541916 0.607725</w:t>
        <w:br/>
        <w:t>v 0.146352 17.763885 0.426001</w:t>
        <w:br/>
        <w:t>v 0.248399 17.775402 0.411212</w:t>
        <w:br/>
        <w:t>v 0.612947 17.587582 0.488266</w:t>
        <w:br/>
        <w:t>v 0.363799 17.777788 0.389878</w:t>
        <w:br/>
        <w:t>v 0.242016 17.815060 0.343276</w:t>
        <w:br/>
        <w:t>v 0.149074 17.797636 0.360725</w:t>
        <w:br/>
        <w:t>v 0.065288 17.721668 0.459088</w:t>
        <w:br/>
        <w:t>v 0.084349 17.773991 0.359551</w:t>
        <w:br/>
        <w:t>v 1.050127 17.420734 -0.705501</w:t>
        <w:br/>
        <w:t>v 1.117596 17.432171 -0.695222</w:t>
        <w:br/>
        <w:t>v 1.233409 17.439350 -0.672151</w:t>
        <w:br/>
        <w:t>v 0.000000 17.704281 0.440015</w:t>
        <w:br/>
        <w:t>v 0.000000 17.777077 0.359401</w:t>
        <w:br/>
        <w:t>v 0.000000 17.495539 0.626935</w:t>
        <w:br/>
        <w:t>v 0.000000 17.901730 0.300858</w:t>
        <w:br/>
        <w:t>v 0.151660 17.910275 0.282297</w:t>
        <w:br/>
        <w:t>v 0.373466 17.821878 0.305555</w:t>
        <w:br/>
        <w:t>v 0.284896 17.946161 0.220494</w:t>
        <w:br/>
        <w:t>v 0.389866 17.885918 0.255530</w:t>
        <w:br/>
        <w:t>v 0.426139 18.003155 0.133997</w:t>
        <w:br/>
        <w:t>v 0.526513 17.932632 0.152946</w:t>
        <w:br/>
        <w:t>v 1.162972 17.249828 -0.664408</w:t>
        <w:br/>
        <w:t>v 1.073309 17.225971 -0.689139</w:t>
        <w:br/>
        <w:t>v 1.245727 17.288361 -0.645609</w:t>
        <w:br/>
        <w:t>v 1.203919 16.941320 -0.191905</w:t>
        <w:br/>
        <w:t>v 1.204147 16.850142 -0.159342</w:t>
        <w:br/>
        <w:t>v 1.166414 16.909697 0.048537</w:t>
        <w:br/>
        <w:t>v 1.164166 17.003332 0.027254</w:t>
        <w:br/>
        <w:t>v 1.204147 16.850142 -0.159342</w:t>
        <w:br/>
        <w:t>v 1.203919 16.941320 -0.191905</w:t>
        <w:br/>
        <w:t>v 1.189625 16.930578 -0.416871</w:t>
        <w:br/>
        <w:t>v 1.189646 16.873449 -0.392865</w:t>
        <w:br/>
        <w:t>v 1.137259 17.317326 0.232011</w:t>
        <w:br/>
        <w:t>v 1.137259 17.317326 0.232011</w:t>
        <w:br/>
        <w:t>v 1.057559 17.299952 0.284096</w:t>
        <w:br/>
        <w:t>v 1.161026 17.207029 0.153358</w:t>
        <w:br/>
        <w:t>v 1.122961 17.081236 0.182473</w:t>
        <w:br/>
        <w:t>v 1.098041 17.147890 0.248648</w:t>
        <w:br/>
        <w:t>v 1.212232 17.046654 -0.224604</w:t>
        <w:br/>
        <w:t>v 1.181519 17.114662 0.001324</w:t>
        <w:br/>
        <w:t>v 1.132889 17.029545 0.192103</w:t>
        <w:br/>
        <w:t>v 1.212232 17.046654 -0.224604</w:t>
        <w:br/>
        <w:t>v 1.194918 17.089336 -0.477225</w:t>
        <w:br/>
        <w:t>v 1.119936 17.033403 -0.637479</w:t>
        <w:br/>
        <w:t>v 1.144093 16.938612 -0.537792</w:t>
        <w:br/>
        <w:t>v 1.406634 17.412605 0.155895</w:t>
        <w:br/>
        <w:t>v 1.293288 17.497238 0.171982</w:t>
        <w:br/>
        <w:t>v 1.352655 17.701447 0.105858</w:t>
        <w:br/>
        <w:t>v 1.521323 17.607449 0.075231</w:t>
        <w:br/>
        <w:t>v 1.247966 17.094341 -0.238031</w:t>
        <w:br/>
        <w:t>v 1.228703 17.162762 -0.011816</w:t>
        <w:br/>
        <w:t>v 1.285787 17.146025 -0.020821</w:t>
        <w:br/>
        <w:t>v 1.268032 17.097130 -0.249185</w:t>
        <w:br/>
        <w:t>v 1.231826 17.275341 0.124418</w:t>
        <w:br/>
        <w:t>v 1.332193 17.265594 0.144204</w:t>
        <w:br/>
        <w:t>v 1.239900 17.331741 0.168148</w:t>
        <w:br/>
        <w:t>v 1.305389 17.132458 -0.484856</w:t>
        <w:br/>
        <w:t>v 1.247316 17.137592 -0.485293</w:t>
        <w:br/>
        <w:t>v 1.247966 17.094341 -0.238031</w:t>
        <w:br/>
        <w:t>v 1.268032 17.097130 -0.249185</w:t>
        <w:br/>
        <w:t>v 1.374613 17.241886 -0.594323</w:t>
        <w:br/>
        <w:t>v 1.318461 17.264782 -0.607700</w:t>
        <w:br/>
        <w:t>v 1.381460 17.068396 -0.482945</w:t>
        <w:br/>
        <w:t>v 1.453521 17.152378 -0.599119</w:t>
        <w:br/>
        <w:t>v 1.340172 17.052353 -0.253931</w:t>
        <w:br/>
        <w:t>v 1.340172 17.052353 -0.253931</w:t>
        <w:br/>
        <w:t>v 1.360982 17.083588 -0.025480</w:t>
        <w:br/>
        <w:t>v 1.422106 17.164114 0.121621</w:t>
        <w:br/>
        <w:t>v 1.524034 17.298038 0.139944</w:t>
        <w:br/>
        <w:t>v 1.593737 16.999477 0.111641</w:t>
        <w:br/>
        <w:t>v 1.522485 16.910866 -0.028315</w:t>
        <w:br/>
        <w:t>v 1.360534 17.582836 -0.613770</w:t>
        <w:br/>
        <w:t>v 1.403857 17.817024 -0.464359</w:t>
        <w:br/>
        <w:t>v 1.340207 17.424259 -0.648419</w:t>
        <w:br/>
        <w:t>v 1.433748 17.376251 -0.639713</w:t>
        <w:br/>
        <w:t>v 1.491540 17.514856 -0.599993</w:t>
        <w:br/>
        <w:t>v 1.540487 17.271111 -0.630045</w:t>
        <w:br/>
        <w:t>v 1.513718 16.930025 -0.485755</w:t>
        <w:br/>
        <w:t>v 1.577296 17.029667 -0.593623</w:t>
        <w:br/>
        <w:t>v 1.625461 17.403549 -0.590026</w:t>
        <w:br/>
        <w:t>v 1.706513 17.117823 -0.617205</w:t>
        <w:br/>
        <w:t>v 1.566251 17.695583 -0.453604</w:t>
        <w:br/>
        <w:t>v 1.494935 16.886423 -0.253706</w:t>
        <w:br/>
        <w:t>v 1.587852 17.742785 -0.052310</w:t>
        <w:br/>
        <w:t>v 1.740757 17.592518 -0.067560</w:t>
        <w:br/>
        <w:t>v 1.665434 17.489584 0.060580</w:t>
        <w:br/>
        <w:t>v 1.411571 17.864048 -0.041980</w:t>
        <w:br/>
        <w:t>v 1.418940 17.858543 -0.395874</w:t>
        <w:br/>
        <w:t>v 1.437933 17.902618 -0.245363</w:t>
        <w:br/>
        <w:t>v 1.583691 17.728693 -0.403518</w:t>
        <w:br/>
        <w:t>v 1.610136 17.776257 -0.250796</w:t>
        <w:br/>
        <w:t>v 1.824762 17.217455 -0.575150</w:t>
        <w:br/>
        <w:t>v 2.265418 16.990786 0.037384</w:t>
        <w:br/>
        <w:t>v 2.060330 16.868208 0.118161</w:t>
        <w:br/>
        <w:t>v 1.940063 16.959967 0.122320</w:t>
        <w:br/>
        <w:t>v 2.143309 17.091599 0.041594</w:t>
        <w:br/>
        <w:t>v 1.716194 17.130785 0.130077</w:t>
        <w:br/>
        <w:t>v 1.642138 17.079781 0.121421</w:t>
        <w:br/>
        <w:t>v 0.529160 19.206388 -0.170557</w:t>
        <w:br/>
        <w:t>v 0.546048 19.085567 0.040745</w:t>
        <w:br/>
        <w:t>v 0.661110 19.196484 -0.067510</w:t>
        <w:br/>
        <w:t>v 0.656251 19.271688 -0.173080</w:t>
        <w:br/>
        <w:t>v 0.734454 19.306051 -0.105831</w:t>
        <w:br/>
        <w:t>v 0.000000 18.600376 0.404731</w:t>
        <w:br/>
        <w:t>v 0.100536 18.631750 0.358441</w:t>
        <w:br/>
        <w:t>v 0.099300 18.579502 0.340692</w:t>
        <w:br/>
        <w:t>v 0.000000 18.555960 0.386357</w:t>
        <w:br/>
        <w:t>v 0.420606 19.150482 -0.220369</w:t>
        <w:br/>
        <w:t>v 0.353294 18.957104 -0.195088</w:t>
        <w:br/>
        <w:t>v 0.398647 18.887196 -0.024593</w:t>
        <w:br/>
        <w:t>v 0.490253 19.037567 0.002012</w:t>
        <w:br/>
        <w:t>v 0.000000 18.982496 -0.376975</w:t>
        <w:br/>
        <w:t>v 0.181849 18.980936 -0.318857</w:t>
        <w:br/>
        <w:t>v 0.193728 19.120716 -0.335207</w:t>
        <w:br/>
        <w:t>v 0.000000 19.116282 -0.418468</w:t>
        <w:br/>
        <w:t>v 0.363449 18.821732 0.097677</w:t>
        <w:br/>
        <w:t>v 0.294301 18.738234 0.215200</w:t>
        <w:br/>
        <w:t>v 0.326190 18.790993 0.203034</w:t>
        <w:br/>
        <w:t>v 0.439166 18.932699 0.106333</w:t>
        <w:br/>
        <w:t>v 0.305980 18.778416 -0.198224</w:t>
        <w:br/>
        <w:t>v 0.341216 18.736870 -0.049112</w:t>
        <w:br/>
        <w:t>v 0.186271 18.612291 0.282636</w:t>
        <w:br/>
        <w:t>v 0.212226 18.693142 0.297662</w:t>
        <w:br/>
        <w:t>v 0.490253 19.037567 0.002012</w:t>
        <w:br/>
        <w:t>v 0.398647 18.887196 -0.024593</w:t>
        <w:br/>
        <w:t>v 0.501594 19.021091 0.066301</w:t>
        <w:br/>
        <w:t>v 0.546048 19.085567 0.040745</w:t>
        <w:br/>
        <w:t>v 0.181187 18.799063 -0.318582</w:t>
        <w:br/>
        <w:t>v 0.000000 18.803408 -0.372491</w:t>
        <w:br/>
        <w:t>v 0.525763 18.064043 -0.027330</w:t>
        <w:br/>
        <w:t>v 0.318883 18.133318 0.122631</w:t>
        <w:br/>
        <w:t>v 0.369294 18.196095 -0.003236</w:t>
        <w:br/>
        <w:t>v 0.215886 18.198380 -0.469956</w:t>
        <w:br/>
        <w:t>v 0.210952 18.334152 -0.409202</w:t>
        <w:br/>
        <w:t>v 0.000000 18.334751 -0.450908</w:t>
        <w:br/>
        <w:t>v 0.000000 18.194921 -0.503518</w:t>
        <w:br/>
        <w:t>v 0.545236 18.117041 -0.119772</w:t>
        <w:br/>
        <w:t>v 0.388393 18.238163 -0.081214</w:t>
        <w:br/>
        <w:t>v 0.381823 18.270550 -0.165300</w:t>
        <w:br/>
        <w:t>v 0.538678 18.152153 -0.206856</w:t>
        <w:br/>
        <w:t>v 0.455454 18.169176 -0.315711</w:t>
        <w:br/>
        <w:t>v 0.510500 18.117367 -0.357854</w:t>
        <w:br/>
        <w:t>v 0.608900 18.119089 -0.221195</w:t>
        <w:br/>
        <w:t>v 0.538678 18.152153 -0.206856</w:t>
        <w:br/>
        <w:t>v 0.381823 18.270550 -0.165300</w:t>
        <w:br/>
        <w:t>v 0.362562 18.293783 -0.243391</w:t>
        <w:br/>
        <w:t>v 0.000000 18.122850 -0.532883</w:t>
        <w:br/>
        <w:t>v 0.216423 18.126846 -0.505666</w:t>
        <w:br/>
        <w:t>v 0.303445 18.315266 -0.330474</w:t>
        <w:br/>
        <w:t>v 0.360139 18.189451 -0.402844</w:t>
        <w:br/>
        <w:t>v 0.199848 18.481991 -0.369007</w:t>
        <w:br/>
        <w:t>v 0.000000 18.490759 -0.407628</w:t>
        <w:br/>
        <w:t>v 0.284746 18.457047 -0.281948</w:t>
        <w:br/>
        <w:t>v 0.346224 18.410606 -0.124418</w:t>
        <w:br/>
        <w:t>v 0.329237 18.435436 -0.205706</w:t>
        <w:br/>
        <w:t>v 0.275691 18.301914 0.139818</w:t>
        <w:br/>
        <w:t>v 0.319994 18.354862 0.020484</w:t>
        <w:br/>
        <w:t>v 0.234659 18.091911 0.205481</w:t>
        <w:br/>
        <w:t>v 0.210290 18.265755 0.216573</w:t>
        <w:br/>
        <w:t>v 0.114051 18.232792 0.273754</w:t>
        <w:br/>
        <w:t>v 0.128303 18.049706 0.264411</w:t>
        <w:br/>
        <w:t>v 0.000000 18.027935 0.280099</w:t>
        <w:br/>
        <w:t>v 0.000000 18.215317 0.303019</w:t>
        <w:br/>
        <w:t>v 0.000000 18.638683 -0.380848</w:t>
        <w:br/>
        <w:t>v 0.190880 18.630093 -0.334783</w:t>
        <w:br/>
        <w:t>v 0.301546 18.517853 0.053659</w:t>
        <w:br/>
        <w:t>v 0.320532 18.693705 0.079653</w:t>
        <w:br/>
        <w:t>v 0.341216 18.736870 -0.049112</w:t>
        <w:br/>
        <w:t>v 0.326115 18.555607 -0.081538</w:t>
        <w:br/>
        <w:t>v 0.289892 18.596779 -0.210378</w:t>
        <w:br/>
        <w:t>v 0.326115 18.555607 -0.081538</w:t>
        <w:br/>
        <w:t>v 0.105195 18.413742 0.306867</w:t>
        <w:br/>
        <w:t>v 0.192791 18.444305 0.247537</w:t>
        <w:br/>
        <w:t>v 0.256243 18.475483 0.172394</w:t>
        <w:br/>
        <w:t>v 0.265911 18.648077 0.204071</w:t>
        <w:br/>
        <w:t>v 0.000000 18.388863 0.345338</w:t>
        <w:br/>
        <w:t>v 0.341541 18.384289 -0.051249</w:t>
        <w:br/>
        <w:t>v 0.527037 17.977549 0.093778</w:t>
        <w:br/>
        <w:t>v 0.669691 17.932457 0.082349</w:t>
        <w:br/>
        <w:t>v 0.665195 18.005552 -0.034837</w:t>
        <w:br/>
        <w:t>v 0.384720 18.123962 -0.450458</w:t>
        <w:br/>
        <w:t>v 0.346224 18.410606 -0.124418</w:t>
        <w:br/>
        <w:t>v 2.036387 17.369354 -0.276152</w:t>
        <w:br/>
        <w:t>v 2.008822 17.349199 -0.077678</w:t>
        <w:br/>
        <w:t>v 1.758690 17.624668 -0.261026</w:t>
        <w:br/>
        <w:t>v 1.956533 17.313023 -0.446560</w:t>
        <w:br/>
        <w:t>v 1.709315 17.557659 -0.442375</w:t>
        <w:br/>
        <w:t>v 2.674998 16.788675 -0.116811</w:t>
        <w:br/>
        <w:t>v 2.695841 16.803003 -0.317371</w:t>
        <w:br/>
        <w:t>v 2.803111 16.708389 -0.323592</w:t>
        <w:br/>
        <w:t>v 2.784633 16.694202 -0.124081</w:t>
        <w:br/>
        <w:t>v 2.720295 16.644329 -0.490452</w:t>
        <w:br/>
        <w:t>v 2.609910 16.739090 -0.484407</w:t>
        <w:br/>
        <w:t>v 2.506299 16.668707 -0.575100</w:t>
        <w:br/>
        <w:t>v 2.629138 16.571682 -0.580896</w:t>
        <w:br/>
        <w:t>v 2.182092 17.113667 -0.459813</w:t>
        <w:br/>
        <w:t>v 2.303252 17.006561 -0.466932</w:t>
        <w:br/>
        <w:t>v 2.389865 17.067898 -0.298648</w:t>
        <w:br/>
        <w:t>v 2.266333 17.173244 -0.290791</w:t>
        <w:br/>
        <w:t>v 2.364842 17.051535 -0.097875</w:t>
        <w:br/>
        <w:t>v 2.240427 17.155565 -0.090818</w:t>
        <w:br/>
        <w:t>v 1.494935 16.886423 -0.253706</w:t>
        <w:br/>
        <w:t>v 2.433572 16.620630 -0.596397</w:t>
        <w:br/>
        <w:t>v 1.916006 17.279284 0.049438</w:t>
        <w:br/>
        <w:t>v 2.698963 16.624945 0.020959</w:t>
        <w:br/>
        <w:t>v 2.581842 16.725121 0.025643</w:t>
        <w:br/>
        <w:t>v 2.055787 17.030392 -0.571915</w:t>
        <w:br/>
        <w:t>v 2.179886 16.929911 -0.570179</w:t>
        <w:br/>
        <w:t>v 1.927906 16.940996 -0.613558</w:t>
        <w:br/>
        <w:t>v 2.046852 16.845995 -0.611597</w:t>
        <w:br/>
        <w:t>v 1.895737 16.920355 -0.607875</w:t>
        <w:br/>
        <w:t>v 1.918725 16.948914 0.126729</w:t>
        <w:br/>
        <w:t>v 0.619117 16.910158 1.293979</w:t>
        <w:br/>
        <w:t>v 0.528873 17.038586 1.129203</w:t>
        <w:br/>
        <w:t>v 0.729496 17.049467 1.033751</w:t>
        <w:br/>
        <w:t>v 0.757687 16.923237 1.224594</w:t>
        <w:br/>
        <w:t>v 0.151123 16.867167 1.209118</w:t>
        <w:br/>
        <w:t>v 0.255981 16.825037 1.308967</w:t>
        <w:br/>
        <w:t>v 0.196926 16.655954 1.398386</w:t>
        <w:br/>
        <w:t>v 0.079577 16.669617 1.284036</w:t>
        <w:br/>
        <w:t>v 0.190643 16.451307 1.498848</w:t>
        <w:br/>
        <w:t>v 0.064739 16.436169 1.386096</w:t>
        <w:br/>
        <w:t>v 0.406516 16.758976 1.440392</w:t>
        <w:br/>
        <w:t>v 0.358852 16.628662 1.515885</w:t>
        <w:br/>
        <w:t>v 0.354993 16.469170 1.586694</w:t>
        <w:br/>
        <w:t>v 0.000000 16.430573 1.300036</w:t>
        <w:br/>
        <w:t>v 0.000000 16.676676 1.202148</w:t>
        <w:br/>
        <w:t>v 0.000000 16.893885 1.061567</w:t>
        <w:br/>
        <w:t>v 0.487217 16.851192 1.367673</w:t>
        <w:br/>
        <w:t>v 0.360714 16.948868 1.229240</w:t>
        <w:br/>
        <w:t>v 0.700618 17.163940 0.873460</w:t>
        <w:br/>
        <w:t>v 0.458152 17.137775 0.999802</w:t>
        <w:br/>
        <w:t>v 0.264574 17.023785 1.114065</w:t>
        <w:br/>
        <w:t>v 0.650531 17.421707 0.579234</w:t>
        <w:br/>
        <w:t>v 0.676773 17.271534 0.727234</w:t>
        <w:br/>
        <w:t>v 0.386694 17.242182 0.860395</w:t>
        <w:br/>
        <w:t>v 0.336869 17.380753 0.709498</w:t>
        <w:br/>
        <w:t>v 0.193653 17.094856 0.972448</w:t>
        <w:br/>
        <w:t>v 0.133986 17.259830 0.812007</w:t>
        <w:br/>
        <w:t>v 0.000000 17.221373 0.834602</w:t>
        <w:br/>
        <w:t>v 0.769865 17.577814 0.425888</w:t>
        <w:br/>
        <w:t>v 0.643973 18.076075 -0.129602</w:t>
        <w:br/>
        <w:t>v 0.608900 18.119089 -0.221195</w:t>
        <w:br/>
        <w:t>v 0.697932 17.919304 0.072619</w:t>
        <w:br/>
        <w:t>v 0.722514 17.843512 0.179588</w:t>
        <w:br/>
        <w:t>v 0.744172 17.786568 0.281036</w:t>
        <w:br/>
        <w:t>v 0.783592 17.437447 0.527636</w:t>
        <w:br/>
        <w:t>v 0.782593 17.247816 0.719453</w:t>
        <w:br/>
        <w:t>v 1.128816 17.987000 -0.045990</w:t>
        <w:br/>
        <w:t>v 1.127741 17.924496 0.059305</w:t>
        <w:br/>
        <w:t>v 0.960533 17.911697 0.081525</w:t>
        <w:br/>
        <w:t>v 0.969101 17.990112 -0.052061</w:t>
        <w:br/>
        <w:t>v 1.030604 17.471470 0.313686</w:t>
        <w:br/>
        <w:t>v 1.004986 17.590942 0.305218</w:t>
        <w:br/>
        <w:t>v 1.101871 17.780697 0.193053</w:t>
        <w:br/>
        <w:t>v 1.047429 17.626026 -0.667643</w:t>
        <w:br/>
        <w:t>v 1.091280 17.937897 -0.482496</w:t>
        <w:br/>
        <w:t>v 0.960482 17.943859 -0.483870</w:t>
        <w:br/>
        <w:t>v 0.956211 17.621418 -0.686791</w:t>
        <w:br/>
        <w:t>v 0.964380 17.771416 0.244426</w:t>
        <w:br/>
        <w:t>v 0.924385 17.594141 0.356404</w:t>
        <w:br/>
        <w:t>v 0.865967 17.612352 0.382896</w:t>
        <w:br/>
        <w:t>v 0.863406 17.776426 0.273192</w:t>
        <w:br/>
        <w:t>v 0.964380 17.771416 0.244426</w:t>
        <w:br/>
        <w:t>v 1.050639 17.423904 -0.713920</w:t>
        <w:br/>
        <w:t>v 0.959358 17.420609 -0.729896</w:t>
        <w:br/>
        <w:t>v 1.105175 17.993290 -0.402681</w:t>
        <w:br/>
        <w:t>v 0.964554 18.006512 -0.399172</w:t>
        <w:br/>
        <w:t>v 0.980205 18.040348 -0.259540</w:t>
        <w:br/>
        <w:t>v 1.123082 18.024254 -0.253670</w:t>
        <w:br/>
        <w:t>v 0.997854 17.242594 -0.714919</w:t>
        <w:br/>
        <w:t>v 1.068763 17.230042 -0.703116</w:t>
        <w:br/>
        <w:t>v 1.217300 16.846371 -0.162078</w:t>
        <w:br/>
        <w:t>v 1.202012 16.733007 -0.122045</w:t>
        <w:br/>
        <w:t>v 1.175807 16.792074 0.078927</w:t>
        <w:br/>
        <w:t>v 1.181715 16.908562 0.050099</w:t>
        <w:br/>
        <w:t>v 1.204135 16.868666 -0.401183</w:t>
        <w:br/>
        <w:t>v 1.184662 16.698246 -0.339992</w:t>
        <w:br/>
        <w:t>v 1.141970 17.021200 0.196175</w:t>
        <w:br/>
        <w:t>v 1.127006 16.938988 0.343426</w:t>
        <w:br/>
        <w:t>v 1.100726 17.075285 0.362561</w:t>
        <w:br/>
        <w:t>v 1.113916 17.143646 0.260377</w:t>
        <w:br/>
        <w:t>v 1.142682 16.933891 -0.594399</w:t>
        <w:br/>
        <w:t>v 1.106259 16.885168 -0.628910</w:t>
        <w:br/>
        <w:t>v 1.156983 16.932104 -0.550670</w:t>
        <w:br/>
        <w:t>v 1.180653 16.499296 -0.040270</w:t>
        <w:br/>
        <w:t>v 1.163853 16.477301 -0.265699</w:t>
        <w:br/>
        <w:t>v 1.145092 16.819828 0.233459</w:t>
        <w:br/>
        <w:t>v 0.758774 16.545088 -0.650631</w:t>
        <w:br/>
        <w:t>v 0.841835 16.554455 -0.645972</w:t>
        <w:br/>
        <w:t>v 0.866579 16.655529 -0.664396</w:t>
        <w:br/>
        <w:t>v 0.721714 16.641340 -0.671765</w:t>
        <w:br/>
        <w:t>v 0.470305 16.647022 -0.689989</w:t>
        <w:br/>
        <w:t>v 0.474902 16.528862 -0.667493</w:t>
        <w:br/>
        <w:t>v 0.853726 17.910601 0.106419</w:t>
        <w:br/>
        <w:t>v 1.156384 16.886978 -0.514210</w:t>
        <w:br/>
        <w:t>v 1.136824 16.681795 -0.447848</w:t>
        <w:br/>
        <w:t>v 1.113866 16.461651 -0.368471</w:t>
        <w:br/>
        <w:t>v 1.077669 15.926657 -0.111129</w:t>
        <w:br/>
        <w:t>v 1.121360 15.935662 0.071420</w:t>
        <w:br/>
        <w:t>v 1.162304 16.221083 0.031001</w:t>
        <w:br/>
        <w:t>v 1.128642 16.223370 -0.188995</w:t>
        <w:br/>
        <w:t>v 1.028581 16.325027 -0.438093</w:t>
        <w:br/>
        <w:t>v 1.051039 16.440340 -0.475652</w:t>
        <w:br/>
        <w:t>v 0.981754 15.262625 0.719215</w:t>
        <w:br/>
        <w:t>v 1.020437 15.489002 0.724824</w:t>
        <w:br/>
        <w:t>v 1.070449 15.538002 0.461649</w:t>
        <w:br/>
        <w:t>v 1.029742 15.283659 0.464709</w:t>
        <w:br/>
        <w:t>v 1.032366 15.630009 0.758111</w:t>
        <w:br/>
        <w:t>v 0.879482 15.435843 0.938886</w:t>
        <w:br/>
        <w:t>v 0.900678 15.582694 0.957284</w:t>
        <w:br/>
        <w:t>v 0.968839 14.742757 0.459500</w:t>
        <w:br/>
        <w:t>v 0.978981 15.006569 0.467707</w:t>
        <w:br/>
        <w:t>v 0.952651 15.020620 0.251958</w:t>
        <w:br/>
        <w:t>v 0.940885 14.755535 0.249123</w:t>
        <w:br/>
        <w:t>v 0.922012 14.724520 0.697507</w:t>
        <w:br/>
        <w:t>v 0.934477 14.981501 0.711634</w:t>
        <w:br/>
        <w:t>v 0.830993 14.696716 0.880718</w:t>
        <w:br/>
        <w:t>v 0.836801 14.960167 0.891247</w:t>
        <w:br/>
        <w:t>v 0.433221 15.181449 1.245765</w:t>
        <w:br/>
        <w:t>v 0.479273 15.348635 1.265325</w:t>
        <w:br/>
        <w:t>v 0.604778 15.358938 1.222658</w:t>
        <w:br/>
        <w:t>v 0.593349 15.199223 1.197701</w:t>
        <w:br/>
        <w:t>v 0.775423 15.536192 1.117088</w:t>
        <w:br/>
        <w:t>v 0.760472 15.396647 1.089296</w:t>
        <w:br/>
        <w:t>v 0.614071 15.502917 1.246077</w:t>
        <w:br/>
        <w:t>v 0.721726 14.667089 1.040846</w:t>
        <w:br/>
        <w:t>v 0.745221 14.355089 1.032503</w:t>
        <w:br/>
        <w:t>v 0.604778 14.325686 1.130216</w:t>
        <w:br/>
        <w:t>v 0.581658 14.637749 1.146691</w:t>
        <w:br/>
        <w:t>v 0.724399 14.939082 1.050139</w:t>
        <w:br/>
        <w:t>v 0.573214 14.917950 1.168649</w:t>
        <w:br/>
        <w:t>v 0.979505 14.402065 0.213238</w:t>
        <w:br/>
        <w:t>v 0.995856 14.395021 0.438454</w:t>
        <w:br/>
        <w:t>v 0.940935 14.395746 0.678721</w:t>
        <w:br/>
        <w:t>v 0.853264 14.378321 0.871775</w:t>
        <w:br/>
        <w:t>v 1.093157 15.689324 0.455366</w:t>
        <w:br/>
        <w:t>v 1.042408 15.528186 0.257679</w:t>
        <w:br/>
        <w:t>v 0.413198 14.618526 1.200875</w:t>
        <w:br/>
        <w:t>v 0.403806 14.902286 1.219972</w:t>
        <w:br/>
        <w:t>v 0.860121 14.745241 0.088620</w:t>
        <w:br/>
        <w:t>v 0.915254 14.394472 0.049325</w:t>
        <w:br/>
        <w:t>v 0.862744 14.993641 0.078790</w:t>
        <w:br/>
        <w:t>v 0.723138 14.959766 -0.060005</w:t>
        <w:br/>
        <w:t>v 0.739538 14.718201 -0.045478</w:t>
        <w:br/>
        <w:t>v 0.906286 15.236344 0.050574</w:t>
        <w:br/>
        <w:t>v 0.997567 15.271368 0.255555</w:t>
        <w:br/>
        <w:t>v 0.958971 15.480859 0.000761</w:t>
        <w:br/>
        <w:t>v 0.743722 15.184946 -0.092643</w:t>
        <w:br/>
        <w:t>v 0.797943 14.368402 -0.082250</w:t>
        <w:br/>
        <w:t>v 1.089072 15.716779 0.258490</w:t>
        <w:br/>
        <w:t>v 1.067164 15.720151 0.083099</w:t>
        <w:br/>
        <w:t>v 0.741199 15.224116 1.075832</w:t>
        <w:br/>
        <w:t>v 0.858123 15.243489 0.920912</w:t>
        <w:br/>
        <w:t>v 1.026608 15.723650 -0.057869</w:t>
        <w:br/>
        <w:t>v 0.886701 15.707523 -0.236708</w:t>
        <w:br/>
        <w:t>v 0.797132 15.433758 -0.151973</w:t>
        <w:br/>
        <w:t>v 0.942496 15.928355 -0.312938</w:t>
        <w:br/>
        <w:t>v 0.816592 16.151848 1.664535</w:t>
        <w:br/>
        <w:t>v 0.816592 16.151848 1.664535</w:t>
        <w:br/>
        <w:t>v 0.842010 15.979966 1.601458</w:t>
        <w:br/>
        <w:t>v 0.754114 15.993918 1.638355</w:t>
        <w:br/>
        <w:t>v 0.852215 15.819451 1.486070</w:t>
        <w:br/>
        <w:t>v 0.726423 15.835827 1.541203</w:t>
        <w:br/>
        <w:t>v 0.929731 16.507801 1.579087</w:t>
        <w:br/>
        <w:t>v 1.018089 16.470905 1.533147</w:t>
        <w:br/>
        <w:t>v 1.016365 16.416370 1.554506</w:t>
        <w:br/>
        <w:t>v 0.905712 16.399311 1.633159</w:t>
        <w:br/>
        <w:t>v 0.964554 16.576324 1.511838</w:t>
        <w:br/>
        <w:t>v 1.000764 16.525627 1.518408</w:t>
        <w:br/>
        <w:t>v 0.953038 16.282970 1.613674</w:t>
        <w:br/>
        <w:t>v 0.859159 16.269146 1.658215</w:t>
        <w:br/>
        <w:t>v 0.994756 16.354881 1.584583</w:t>
        <w:br/>
        <w:t>v 0.675312 15.859008 1.555592</w:t>
        <w:br/>
        <w:t>v 0.674250 15.716979 1.375679</w:t>
        <w:br/>
        <w:t>v 0.610836 15.746757 1.411627</w:t>
        <w:br/>
        <w:t>v 1.228017 16.712723 0.760246</w:t>
        <w:br/>
        <w:t>v 1.296502 16.505243 0.765080</w:t>
        <w:br/>
        <w:t>v 1.296927 16.496374 0.982503</w:t>
        <w:br/>
        <w:t>v 1.225993 16.681660 0.966952</w:t>
        <w:br/>
        <w:t>v 1.118837 16.929783 0.770526</w:t>
        <w:br/>
        <w:t>v 1.114316 16.851593 0.966365</w:t>
        <w:br/>
        <w:t>v 0.977545 15.831093 1.426565</w:t>
        <w:br/>
        <w:t>v 1.099602 15.865941 1.366611</w:t>
        <w:br/>
        <w:t>v 1.088685 15.775958 1.151025</w:t>
        <w:br/>
        <w:t>v 0.953850 15.725673 1.221171</w:t>
        <w:br/>
        <w:t>v 1.296203 16.114063 0.899765</w:t>
        <w:br/>
        <w:t>v 1.246415 15.981178 0.981916</w:t>
        <w:br/>
        <w:t>v 1.248976 16.033152 1.200562</w:t>
        <w:br/>
        <w:t>v 1.298138 16.151512 1.114527</w:t>
        <w:br/>
        <w:t>v 1.253810 16.085037 0.686203</w:t>
        <w:br/>
        <w:t>v 1.267225 16.287022 0.618866</w:t>
        <w:br/>
        <w:t>v 1.196154 16.271070 0.462960</w:t>
        <w:br/>
        <w:t>v 1.186136 16.061380 0.537728</w:t>
        <w:br/>
        <w:t>v 1.254372 16.512499 0.582182</w:t>
        <w:br/>
        <w:t>v 1.188734 16.510624 0.414209</w:t>
        <w:br/>
        <w:t>v 1.319922 16.296202 0.820563</w:t>
        <w:br/>
        <w:t>v 1.155822 16.252010 0.322329</w:t>
        <w:br/>
        <w:t>v 1.144393 16.011230 0.406878</w:t>
        <w:br/>
        <w:t>v 0.958834 17.070787 0.803376</w:t>
        <w:br/>
        <w:t>v 0.961807 16.986315 0.981154</w:t>
        <w:br/>
        <w:t>v 0.850941 17.151575 0.853063</w:t>
        <w:br/>
        <w:t>v 0.862257 17.045980 1.025058</w:t>
        <w:br/>
        <w:t>v 0.821014 15.703427 1.290506</w:t>
        <w:br/>
        <w:t>v 1.320534 16.315561 1.026082</w:t>
        <w:br/>
        <w:t>v 0.642812 15.692223 1.294053</w:t>
        <w:br/>
        <w:t>v 0.589964 15.715868 1.338969</w:t>
        <w:br/>
        <w:t>v 0.628735 15.648682 1.269385</w:t>
        <w:br/>
        <w:t>v 0.569218 15.669877 1.313563</w:t>
        <w:br/>
        <w:t>v 0.938237 16.598572 1.511539</w:t>
        <w:br/>
        <w:t>v 1.106746 17.002476 0.604777</w:t>
        <w:br/>
        <w:t>v 1.201737 16.752466 0.587740</w:t>
        <w:br/>
        <w:t>v 0.848418 17.286024 0.659223</w:t>
        <w:br/>
        <w:t>v 0.950240 17.184713 0.639401</w:t>
        <w:br/>
        <w:t>v 0.970250 16.877472 1.191806</w:t>
        <w:br/>
        <w:t>v 0.861370 16.916143 1.204584</w:t>
        <w:br/>
        <w:t>v 1.044793 16.677197 1.369322</w:t>
        <w:br/>
        <w:t>v 0.955761 16.748043 1.370196</w:t>
        <w:br/>
        <w:t>v 1.090122 16.773626 1.183525</w:t>
        <w:br/>
        <w:t>v 1.226543 16.209730 1.325093</w:t>
        <w:br/>
        <w:t>v 1.255808 16.341692 1.251748</w:t>
        <w:br/>
        <w:t>v 1.237147 16.491840 1.207919</w:t>
        <w:br/>
        <w:t>v 1.156121 16.378201 1.428677</w:t>
        <w:br/>
        <w:t>v 1.148989 16.480988 1.396688</w:t>
        <w:br/>
        <w:t>v 1.125857 16.283337 1.479088</w:t>
        <w:br/>
        <w:t>v 1.183600 16.119400 1.387433</w:t>
        <w:br/>
        <w:t>v 1.093244 16.229652 1.516110</w:t>
        <w:br/>
        <w:t>v 0.895832 16.146862 1.632997</w:t>
        <w:br/>
        <w:t>v 0.976558 16.160191 1.594551</w:t>
        <w:br/>
        <w:t>v 1.047891 16.005472 1.504244</w:t>
        <w:br/>
        <w:t>v 0.943945 15.985562 1.549248</w:t>
        <w:br/>
        <w:t>v 1.178242 16.638792 1.185611</w:t>
        <w:br/>
        <w:t>v 1.109095 16.584442 1.377728</w:t>
        <w:br/>
        <w:t>v 0.816592 16.151848 1.664535</w:t>
        <w:br/>
        <w:t>v 0.816592 16.151848 1.664535</w:t>
        <w:br/>
        <w:t>v 0.816592 16.151848 1.664535</w:t>
        <w:br/>
        <w:t>v 1.161105 15.921099 0.609249</w:t>
        <w:br/>
        <w:t>v 1.218537 15.946231 0.760097</w:t>
        <w:br/>
        <w:t>v 1.179679 15.862518 1.074633</w:t>
        <w:br/>
        <w:t>v 1.162042 15.822986 0.854612</w:t>
        <w:br/>
        <w:t>v 1.068463 15.734790 0.967414</w:t>
        <w:br/>
        <w:t>v 0.799892 15.669090 1.178654</w:t>
        <w:br/>
        <w:t>v 1.126107 15.943606 0.247898</w:t>
        <w:br/>
        <w:t>v 1.156234 16.239071 0.199535</w:t>
        <w:br/>
        <w:t>v 1.109719 15.806985 0.433170</w:t>
        <w:br/>
        <w:t>v 1.125083 15.846394 0.497134</w:t>
        <w:br/>
        <w:t>v 1.125769 15.799167 0.706750</w:t>
        <w:br/>
        <w:t>v 1.049053 15.694283 0.860221</w:t>
        <w:br/>
        <w:t>v 0.790887 15.627347 1.142231</w:t>
        <w:br/>
        <w:t>v 0.516183 15.481896 1.282337</w:t>
        <w:br/>
        <w:t>v 0.422042 14.303053 1.196053</w:t>
        <w:br/>
        <w:t>v 0.627223 15.403717 -0.262239</w:t>
        <w:br/>
        <w:t>v 0.592425 15.151471 -0.186221</w:t>
        <w:br/>
        <w:t>v 0.567244 14.916438 -0.151061</w:t>
        <w:br/>
        <w:t>v 0.397535 14.877979 -0.195127</w:t>
        <w:br/>
        <w:t>v 0.397598 14.654310 -0.170121</w:t>
        <w:br/>
        <w:t>v 0.574338 14.680429 -0.123019</w:t>
        <w:br/>
        <w:t>v 0.427138 14.321739 -0.219583</w:t>
        <w:br/>
        <w:t>v 0.615907 14.337776 -0.185397</w:t>
        <w:br/>
        <w:t>v 0.683606 15.685816 -0.365061</w:t>
        <w:br/>
        <w:t>v 0.912282 15.643435 1.015927</w:t>
        <w:br/>
        <w:t>v 1.002064 16.188921 -0.393764</w:t>
        <w:br/>
        <w:t>v 0.405729 15.109179 -0.230313</w:t>
        <w:br/>
        <w:t>v 0.427325 15.382771 -0.313887</w:t>
        <w:br/>
        <w:t>v 0.789025 16.171997 -0.549958</w:t>
        <w:br/>
        <w:t>v 0.942846 16.434021 -0.562236</w:t>
        <w:br/>
        <w:t>v 0.201459 15.079176 -0.245152</w:t>
        <w:br/>
        <w:t>v 0.204083 15.373002 -0.323729</w:t>
        <w:br/>
        <w:t>v 0.456453 15.673062 -0.410813</w:t>
        <w:br/>
        <w:t>v 0.207205 15.668878 -0.413511</w:t>
        <w:br/>
        <w:t>v 0.474502 15.916440 -0.505666</w:t>
        <w:br/>
        <w:t>v 0.735092 15.924234 -0.456466</w:t>
        <w:br/>
        <w:t>v 0.486206 16.172695 -0.589652</w:t>
        <w:br/>
        <w:t>v 0.214450 15.916452 -0.487917</w:t>
        <w:br/>
        <w:t>v 0.225292 16.178879 -0.562523</w:t>
        <w:br/>
        <w:t>v 0.799605 16.421131 -0.613547</w:t>
        <w:br/>
        <w:t>v 0.479998 16.394327 -0.641326</w:t>
        <w:br/>
        <w:t>v 0.913406 17.507393 0.411986</w:t>
        <w:br/>
        <w:t>v 0.855937 17.432762 0.507127</w:t>
        <w:br/>
        <w:t>v -0.000000 14.634888 -0.161278</w:t>
        <w:br/>
        <w:t>v -0.000000 14.287914 -0.208005</w:t>
        <w:br/>
        <w:t>v 0.225566 14.307674 -0.221257</w:t>
        <w:br/>
        <w:t>v 0.169196 14.634914 -0.181200</w:t>
        <w:br/>
        <w:t>v 0.165524 14.844330 -0.208180</w:t>
        <w:br/>
        <w:t>v 0.957173 17.342768 0.451456</w:t>
        <w:br/>
        <w:t>v -0.000000 14.829229 -0.176941</w:t>
        <w:br/>
        <w:t>v 0.000000 15.372815 -0.302745</w:t>
        <w:br/>
        <w:t>v -0.000000 15.074979 -0.219084</w:t>
        <w:br/>
        <w:t>v 0.000000 15.668965 -0.382423</w:t>
        <w:br/>
        <w:t>v 0.855937 17.432762 0.507127</w:t>
        <w:br/>
        <w:t>v 0.957173 17.342768 0.451456</w:t>
        <w:br/>
        <w:t>v 1.123082 18.024254 -0.253670</w:t>
        <w:br/>
        <w:t>v 0.980205 18.040348 -0.259540</w:t>
        <w:br/>
        <w:t>v 0.227565 16.520769 -0.647708</w:t>
        <w:br/>
        <w:t>v 0.230413 16.645023 -0.684580</w:t>
        <w:br/>
        <w:t>v 0.000000 16.514811 -0.623389</w:t>
        <w:br/>
        <w:t>v 0.000000 16.637917 -0.653779</w:t>
        <w:br/>
        <w:t>v 0.000000 15.916127 -0.461512</w:t>
        <w:br/>
        <w:t>v 0.000000 16.177490 -0.535007</w:t>
        <w:br/>
        <w:t>v 0.228839 16.391079 -0.612210</w:t>
        <w:br/>
        <w:t>v 0.000000 16.378428 -0.588741</w:t>
        <w:br/>
        <w:t>v 0.232973 16.894558 -0.728684</w:t>
        <w:br/>
        <w:t>v 0.000000 16.887800 -0.701080</w:t>
        <w:br/>
        <w:t>v 0.466808 16.888626 -0.730520</w:t>
        <w:br/>
        <w:t>v 1.125334 17.965164 -0.043167</w:t>
        <w:br/>
        <w:t>v 1.125915 17.906940 0.045453</w:t>
        <w:br/>
        <w:t>v 1.127741 17.924496 0.059305</w:t>
        <w:br/>
        <w:t>v 1.128816 17.987000 -0.045990</w:t>
        <w:br/>
        <w:t>v 1.096599 17.768578 0.174892</w:t>
        <w:br/>
        <w:t>v 1.015591 17.469435 0.296200</w:t>
        <w:br/>
        <w:t>v 1.030604 17.471470 0.313686</w:t>
        <w:br/>
        <w:t>v 1.101871 17.780697 0.193053</w:t>
        <w:br/>
        <w:t>v 1.044769 17.619370 -0.657975</w:t>
        <w:br/>
        <w:t>v 1.089370 17.916611 -0.472403</w:t>
        <w:br/>
        <w:t>v 1.091280 17.937897 -0.482496</w:t>
        <w:br/>
        <w:t>v 1.047429 17.626026 -0.667643</w:t>
        <w:br/>
        <w:t>v 1.050127 17.420734 -0.705501</w:t>
        <w:br/>
        <w:t>v 1.050639 17.423904 -0.713920</w:t>
        <w:br/>
        <w:t>v 1.102596 17.973103 -0.393251</w:t>
        <w:br/>
        <w:t>v 1.105175 17.993290 -0.402681</w:t>
        <w:br/>
        <w:t>v 1.120346 18.003807 -0.244689</w:t>
        <w:br/>
        <w:t>v 1.123082 18.024254 -0.253670</w:t>
        <w:br/>
        <w:t>v 1.073309 17.225971 -0.689139</w:t>
        <w:br/>
        <w:t>v 1.068763 17.230042 -0.703116</w:t>
        <w:br/>
        <w:t>v 1.166414 16.909697 0.048537</w:t>
        <w:br/>
        <w:t>v 1.204147 16.850142 -0.159342</w:t>
        <w:br/>
        <w:t>v 1.217300 16.846371 -0.162078</w:t>
        <w:br/>
        <w:t>v 1.181715 16.908562 0.050099</w:t>
        <w:br/>
        <w:t>v 1.189646 16.873449 -0.392865</w:t>
        <w:br/>
        <w:t>v 1.204135 16.868666 -0.401183</w:t>
        <w:br/>
        <w:t>v 1.098041 17.147890 0.248648</w:t>
        <w:br/>
        <w:t>v 1.132889 17.029545 0.192103</w:t>
        <w:br/>
        <w:t>v 1.144093 16.938612 -0.537792</w:t>
        <w:br/>
        <w:t>v 1.156983 16.932104 -0.550670</w:t>
        <w:br/>
        <w:t>v 1.015591 17.469435 0.296200</w:t>
        <w:br/>
        <w:t>v 1.057559 17.299952 0.284096</w:t>
        <w:br/>
        <w:t>v 1.076120 17.296030 0.298648</w:t>
        <w:br/>
        <w:t>v 1.030604 17.471470 0.313686</w:t>
        <w:br/>
        <w:t>v 1.120346 18.003807 -0.244689</w:t>
        <w:br/>
        <w:t>v 1.123082 18.024254 -0.253670</w:t>
        <w:br/>
        <w:t>v 1.119936 17.033403 -0.637479</w:t>
        <w:br/>
        <w:t>v 1.125470 17.029419 -0.651143</w:t>
        <w:br/>
        <w:t>v 1.144093 16.938612 -0.537792</w:t>
        <w:br/>
        <w:t>v 1.119936 17.033403 -0.637479</w:t>
        <w:br/>
        <w:t>v 1.156983 16.932104 -0.550670</w:t>
        <w:br/>
        <w:t>v 2.434114 16.851501 0.031564</w:t>
        <w:br/>
        <w:t>v 2.226470 16.741436 0.112402</w:t>
        <w:br/>
        <w:t>v 2.470649 16.858610 -0.476762</w:t>
        <w:br/>
        <w:t>v 2.560520 16.922359 -0.309515</w:t>
        <w:br/>
        <w:t>v 2.536715 16.907839 -0.107630</w:t>
        <w:br/>
        <w:t>v 2.351347 16.791098 -0.567793</w:t>
        <w:br/>
        <w:t>v 2.211152 16.714766 -0.608874</w:t>
        <w:br/>
        <w:t>v 2.475332 16.655062 0.073694</w:t>
        <w:br/>
        <w:t>v 2.919114 16.606068 -0.330324</w:t>
        <w:br/>
        <w:t>v 2.903174 16.592043 -0.131937</w:t>
        <w:br/>
        <w:t>v 2.839685 16.541862 -0.497010</w:t>
        <w:br/>
        <w:t>v 4.742064 14.717022 -0.435350</w:t>
        <w:br/>
        <w:t>v 4.823392 14.646757 -0.398383</w:t>
        <w:br/>
        <w:t>v 4.704422 14.633621 -0.168014</w:t>
        <w:br/>
        <w:t>v 4.715125 14.654297 -0.033937</w:t>
        <w:br/>
        <w:t>v 4.802972 14.603199 -0.051648</w:t>
        <w:br/>
        <w:t>v 4.793957 14.584148 -0.160944</w:t>
        <w:br/>
        <w:t>v 4.708594 14.649220 -0.324069</w:t>
        <w:br/>
        <w:t>v 4.793310 14.590715 -0.290559</w:t>
        <w:br/>
        <w:t>v 4.704422 14.633621 -0.168014</w:t>
        <w:br/>
        <w:t>v 4.793957 14.584148 -0.160944</w:t>
        <w:br/>
        <w:t>v 4.711731 15.023397 0.003547</w:t>
        <w:br/>
        <w:t>v 4.754256 15.091490 -0.217498</w:t>
        <w:br/>
        <w:t>v 4.656386 14.940985 -0.523965</w:t>
        <w:br/>
        <w:t>v 4.573016 14.815065 -0.471779</w:t>
        <w:br/>
        <w:t>v 4.734812 15.059589 -0.430661</w:t>
        <w:br/>
        <w:t>v 4.517690 14.730852 -0.196664</w:t>
        <w:br/>
        <w:t>v 4.531365 14.751516 -0.058681</w:t>
        <w:br/>
        <w:t>v 4.556096 14.788788 0.041968</w:t>
        <w:br/>
        <w:t>v 4.626933 14.895613 0.075105</w:t>
        <w:br/>
        <w:t>v 4.528121 14.747065 -0.357254</w:t>
        <w:br/>
        <w:t>v 4.517690 14.730852 -0.196664</w:t>
        <w:br/>
        <w:t>v 4.398724 15.316278 0.165924</w:t>
        <w:br/>
        <w:t>v 4.477057 15.445421 0.003622</w:t>
        <w:br/>
        <w:t>v 4.497319 15.431513 0.003060</w:t>
        <w:br/>
        <w:t>v 4.421739 15.301682 0.161702</w:t>
        <w:br/>
        <w:t>v 4.129489 14.991878 -0.586817</w:t>
        <w:br/>
        <w:t>v 4.155992 14.980075 -0.584494</w:t>
        <w:br/>
        <w:t>v 4.271402 15.127552 -0.643012</w:t>
        <w:br/>
        <w:t>v 4.246517 15.141852 -0.646984</w:t>
        <w:br/>
        <w:t>v 4.992296 14.871382 -0.463961</w:t>
        <w:br/>
        <w:t>v 5.018843 14.927223 -0.330724</w:t>
        <w:br/>
        <w:t>v 4.767828 15.173334 -0.336158</w:t>
        <w:br/>
        <w:t>v 4.736124 15.100086 -0.488442</w:t>
        <w:br/>
        <w:t>v 3.799985 14.986240 0.065463</w:t>
        <w:br/>
        <w:t>v 3.941312 15.111059 0.251396</w:t>
        <w:br/>
        <w:t>v 4.045921 15.037186 0.218346</w:t>
        <w:br/>
        <w:t>v 3.933222 14.921824 0.046302</w:t>
        <w:br/>
        <w:t>v 3.724954 15.557099 0.284259</w:t>
        <w:br/>
        <w:t>v 3.526422 15.399665 0.249486</w:t>
        <w:br/>
        <w:t>v 3.309819 15.569874 0.198899</w:t>
        <w:br/>
        <w:t>v 3.495276 15.738210 0.216298</w:t>
        <w:br/>
        <w:t>v 4.308180 15.372173 0.161889</w:t>
        <w:br/>
        <w:t>v 4.261327 15.455313 0.201434</w:t>
        <w:br/>
        <w:t>v 4.327334 15.569933 0.009480</w:t>
        <w:br/>
        <w:t>v 4.377565 15.479312 -0.003835</w:t>
        <w:br/>
        <w:t>v 3.202280 15.948874 0.099737</w:t>
        <w:br/>
        <w:t>v 3.322310 16.097090 0.016650</w:t>
        <w:br/>
        <w:t>v 3.417650 16.063271 0.075093</w:t>
        <w:br/>
        <w:t>v 3.283640 15.904141 0.149862</w:t>
        <w:br/>
        <w:t>v 4.282598 15.337157 -0.624251</w:t>
        <w:br/>
        <w:t>v 4.218157 15.405037 -0.665145</w:t>
        <w:br/>
        <w:t>v 4.111426 15.271816 -0.693123</w:t>
        <w:br/>
        <w:t>v 4.179945 15.187296 -0.650806</w:t>
        <w:br/>
        <w:t>v 3.795284 14.995448 -0.484319</w:t>
        <w:br/>
        <w:t>v 3.733333 14.944072 -0.231649</w:t>
        <w:br/>
        <w:t>v 3.900974 14.893044 -0.214387</w:t>
        <w:br/>
        <w:t>v 3.940484 14.925766 -0.446773</w:t>
        <w:br/>
        <w:t>v 3.955491 15.117941 -0.645460</w:t>
        <w:br/>
        <w:t>v 4.060140 15.043744 -0.597596</w:t>
        <w:br/>
        <w:t>v 4.094209 15.262094 0.276003</w:t>
        <w:br/>
        <w:t>v 4.172048 15.192957 0.240342</w:t>
        <w:br/>
        <w:t>v 4.380928 15.524283 -0.355505</w:t>
        <w:br/>
        <w:t>v 4.339476 15.606620 -0.360489</w:t>
        <w:br/>
        <w:t>v 4.319805 15.541068 -0.547059</w:t>
        <w:br/>
        <w:t>v 4.369623 15.467192 -0.531958</w:t>
        <w:br/>
        <w:t>v 3.263492 15.230845 0.071159</w:t>
        <w:br/>
        <w:t>v 3.139366 15.205545 -0.252807</w:t>
        <w:br/>
        <w:t>v 2.999246 15.366610 -0.259877</w:t>
        <w:br/>
        <w:t>v 3.070489 15.402717 0.026430</w:t>
        <w:br/>
        <w:t>v 4.048942 14.842959 0.055245</w:t>
        <w:br/>
        <w:t>v 3.981890 14.796492 -0.190918</w:t>
        <w:br/>
        <w:t>v 3.953789 14.811804 -0.194752</w:t>
        <w:br/>
        <w:t>v 4.019357 14.855762 0.057094</w:t>
        <w:br/>
        <w:t>v 4.804805 14.494217 0.099074</w:t>
        <w:br/>
        <w:t>v 4.506800 14.707409 0.136883</w:t>
        <w:br/>
        <w:t>v 4.601023 14.833029 0.154594</w:t>
        <w:br/>
        <w:t>v 4.876167 14.606792 0.117335</w:t>
        <w:br/>
        <w:t>v 4.016412 14.862115 -0.445836</w:t>
        <w:br/>
        <w:t>v 4.042887 14.848328 -0.441103</w:t>
        <w:br/>
        <w:t>v 4.701062 14.995356 0.095914</w:t>
        <w:br/>
        <w:t>v 4.957283 14.759989 0.059004</w:t>
        <w:br/>
        <w:t>v 4.164739 14.973647 0.210465</w:t>
        <w:br/>
        <w:t>v 4.136809 14.985665 0.214674</w:t>
        <w:br/>
        <w:t>v 2.772274 16.004730 0.066737</w:t>
        <w:br/>
        <w:t>v 2.640515 15.856270 -0.065563</w:t>
        <w:br/>
        <w:t>v 2.538800 15.962494 -0.060991</w:t>
        <w:br/>
        <w:t>v 2.668571 16.105316 0.069934</w:t>
        <w:br/>
        <w:t>v 3.047732 16.329561 0.005533</w:t>
        <w:br/>
        <w:t>v 2.925743 16.190781 0.086572</w:t>
        <w:br/>
        <w:t>v 2.817979 16.278481 0.095265</w:t>
        <w:br/>
        <w:t>v 2.938259 16.421986 0.013752</w:t>
        <w:br/>
        <w:t>v 1.425180 16.975733 -0.473939</w:t>
        <w:br/>
        <w:t>v 1.661148 16.781006 -0.474651</w:t>
        <w:br/>
        <w:t>v 1.746968 16.840643 -0.577723</w:t>
        <w:br/>
        <w:t>v 1.546578 17.026453 -0.587303</w:t>
        <w:br/>
        <w:t>v 3.146253 16.422312 -0.371018</w:t>
        <w:br/>
        <w:t>v 3.166800 16.437222 -0.222943</w:t>
        <w:br/>
        <w:t>v 3.051009 16.536278 -0.176641</w:t>
        <w:br/>
        <w:t>v 3.028316 16.514132 -0.356467</w:t>
        <w:br/>
        <w:t>v 1.650520 16.765713 -0.010566</w:t>
        <w:br/>
        <w:t>v 1.622603 16.747770 -0.253057</w:t>
        <w:br/>
        <w:t>v 1.403178 16.934351 -0.247836</w:t>
        <w:br/>
        <w:t>v 1.412746 16.963015 -0.002310</w:t>
        <w:br/>
        <w:t>v 2.761184 15.987761 -0.576462</w:t>
        <w:br/>
        <w:t>v 2.873413 16.132635 -0.630733</w:t>
        <w:br/>
        <w:t>v 2.760053 16.224741 -0.632757</w:t>
        <w:br/>
        <w:t>v 2.647015 16.089344 -0.577449</w:t>
        <w:br/>
        <w:t>v 2.902122 15.617472 -0.471442</w:t>
        <w:br/>
        <w:t>v 2.938958 15.599113 -0.490190</w:t>
        <w:br/>
        <w:t>v 3.119017 15.743460 -0.628984</w:t>
        <w:br/>
        <w:t>v 3.045897 15.753155 -0.595859</w:t>
        <w:br/>
        <w:t>v 4.052395 15.915050 -0.369644</w:t>
        <w:br/>
        <w:t>v 3.798049 16.044750 -0.373154</w:t>
        <w:br/>
        <w:t>v 3.735173 15.986700 -0.567881</w:t>
        <w:br/>
        <w:t>v 4.005600 15.845429 -0.570304</w:t>
        <w:br/>
        <w:t>v 3.264913 15.893596 -0.687165</w:t>
        <w:br/>
        <w:t>v 3.169777 15.909275 -0.651580</w:t>
        <w:br/>
        <w:t>v 3.377648 16.021593 -0.677722</w:t>
        <w:br/>
        <w:t>v 3.284992 16.047245 -0.646996</w:t>
        <w:br/>
        <w:t>v 1.863075 16.916885 -0.628896</w:t>
        <w:br/>
        <w:t>v 1.965804 16.993443 -0.625736</w:t>
        <w:br/>
        <w:t>v 1.831240 17.066210 -0.634779</w:t>
        <w:br/>
        <w:t>v 1.747766 17.111076 -0.644847</w:t>
        <w:br/>
        <w:t>v 1.706969 17.066921 -0.640887</w:t>
        <w:br/>
        <w:t>v 3.121466 16.402002 -0.129851</w:t>
        <w:br/>
        <w:t>v 3.011019 16.497984 -0.124256</w:t>
        <w:br/>
        <w:t>v 3.670122 15.901892 0.146814</w:t>
        <w:br/>
        <w:t>v 3.766603 16.006138 -0.030214</w:t>
        <w:br/>
        <w:t>v 4.022392 15.879231 0.003073</w:t>
        <w:br/>
        <w:t>v 3.925182 15.744359 0.207355</w:t>
        <w:br/>
        <w:t>v 3.285978 15.259469 -0.525688</w:t>
        <w:br/>
        <w:t>v 3.093155 15.436865 -0.508800</w:t>
        <w:br/>
        <w:t>v 1.453934 17.082996 0.140781</w:t>
        <w:br/>
        <w:t>v 1.545751 17.020235 0.138021</w:t>
        <w:br/>
        <w:t>v 1.768246 16.680347 -0.473165</w:t>
        <w:br/>
        <w:t>v 1.854538 16.742081 -0.575949</w:t>
        <w:br/>
        <w:t>v 1.758161 16.664961 -0.017636</w:t>
        <w:br/>
        <w:t>v 1.731067 16.647961 -0.256792</w:t>
        <w:br/>
        <w:t>v 2.476711 16.690031 -0.605739</w:t>
        <w:br/>
        <w:t>v 2.447866 16.803940 -0.571128</w:t>
        <w:br/>
        <w:t>v 2.290410 16.840204 -0.606127</w:t>
        <w:br/>
        <w:t>v 1.978198 16.830784 -0.628534</w:t>
        <w:br/>
        <w:t>v 2.103152 16.930777 -0.618080</w:t>
        <w:br/>
        <w:t>v 1.718215 17.113382 0.165350</w:t>
        <w:br/>
        <w:t>v 1.549162 17.264174 0.192217</w:t>
        <w:br/>
        <w:t>v 1.903784 16.528646 -0.027204</w:t>
        <w:br/>
        <w:t>v 2.045215 16.628313 0.115188</w:t>
        <w:br/>
        <w:t>v 2.232275 16.472338 0.091156</w:t>
        <w:br/>
        <w:t>v 2.086434 16.354136 -0.044916</w:t>
        <w:br/>
        <w:t>v 2.327285 16.558113 -0.622152</w:t>
        <w:br/>
        <w:t>v 2.133695 16.713898 -0.628047</w:t>
        <w:br/>
        <w:t>v 2.000074 16.608728 -0.573551</w:t>
        <w:br/>
        <w:t>v 2.191781 16.446346 -0.575575</w:t>
        <w:br/>
        <w:t>v 2.222195 16.745218 0.126342</w:t>
        <w:br/>
        <w:t>v 2.408881 16.613756 0.124456</w:t>
        <w:br/>
        <w:t>v 2.092796 16.362579 -0.468943</w:t>
        <w:br/>
        <w:t>v 2.237620 16.232262 -0.467370</w:t>
        <w:br/>
        <w:t>v 2.338171 16.328630 -0.574801</w:t>
        <w:br/>
        <w:t>v 2.240058 16.215250 -0.052572</w:t>
        <w:br/>
        <w:t>v 2.201449 16.194948 -0.270907</w:t>
        <w:br/>
        <w:t>v 2.057526 16.331621 -0.268296</w:t>
        <w:br/>
        <w:t>v 2.608022 16.578049 -0.612722</w:t>
        <w:br/>
        <w:t>v 2.721735 16.687635 -0.512748</w:t>
        <w:br/>
        <w:t>v 2.614751 16.802813 -0.502905</w:t>
        <w:br/>
        <w:t>v 2.717409 16.839678 -0.419643</w:t>
        <w:br/>
        <w:t>v 2.844763 16.750282 -0.342477</w:t>
        <w:br/>
        <w:t>v 2.794616 16.848148 -0.336332</w:t>
        <w:br/>
        <w:t>v 2.471792 16.444948 -0.624875</w:t>
        <w:br/>
        <w:t>v 2.566381 16.732134 0.041544</w:t>
        <w:br/>
        <w:t>v 2.532020 16.838923 0.005059</w:t>
        <w:br/>
        <w:t>v 2.656595 16.829788 -0.092654</w:t>
        <w:br/>
        <w:t>v 2.411333 16.862516 0.077366</w:t>
        <w:br/>
        <w:t>v 1.763752 17.132372 0.165500</w:t>
        <w:br/>
        <w:t>v 3.063843 16.078558 0.085123</w:t>
        <w:br/>
        <w:t>v 3.028556 15.755423 0.105308</w:t>
        <w:br/>
        <w:t>v 2.893082 15.881012 0.072208</w:t>
        <w:br/>
        <w:t>v 3.176003 16.220617 0.003672</w:t>
        <w:br/>
        <w:t>v 3.417229 16.221617 -0.374653</w:t>
        <w:br/>
        <w:t>v 3.429963 16.238443 -0.222493</w:t>
        <w:br/>
        <w:t>v 3.288229 16.337250 -0.246975</w:t>
        <w:br/>
        <w:t>v 3.274815 16.324732 -0.381760</w:t>
        <w:br/>
        <w:t>v 3.211711 16.264648 -0.539577</w:t>
        <w:br/>
        <w:t>v 3.078238 16.368031 -0.535843</w:t>
        <w:br/>
        <w:t>v 2.984812 16.270361 -0.625762</w:t>
        <w:br/>
        <w:t>v 3.127923 16.157246 -0.628360</w:t>
        <w:br/>
        <w:t>v 2.751891 15.725679 -0.061803</w:t>
        <w:br/>
        <w:t>v 2.872530 15.597134 -0.037234</w:t>
        <w:br/>
        <w:t>v 2.844583 15.561653 -0.275003</w:t>
        <w:br/>
        <w:t>v 2.724993 15.696331 -0.277676</w:t>
        <w:br/>
        <w:t>v 3.012962 16.013660 -0.631358</w:t>
        <w:br/>
        <w:t>v 2.887274 15.871111 -0.577499</w:t>
        <w:br/>
        <w:t>v 2.659975 15.853317 -0.461812</w:t>
        <w:br/>
        <w:t>v 2.765107 15.740980 -0.460500</w:t>
        <w:br/>
        <w:t>v 3.247187 16.299419 -0.128215</w:t>
        <w:br/>
        <w:t>v 3.394004 16.190872 -0.108330</w:t>
        <w:br/>
        <w:t>v 2.617802 15.818895 -0.276477</w:t>
        <w:br/>
        <w:t>v 3.367352 16.164133 -0.551019</w:t>
        <w:br/>
        <w:t>v 3.109492 15.720428 0.145727</w:t>
        <w:br/>
        <w:t>v 3.478685 16.142277 -0.565470</w:t>
        <w:br/>
        <w:t>v 2.908197 15.565328 0.002274</w:t>
        <w:br/>
        <w:t>v 2.860723 15.533860 -0.265997</w:t>
        <w:br/>
        <w:t>v 3.316369 15.597549 -0.658187</w:t>
        <w:br/>
        <w:t>v 3.534180 16.204321 -0.376563</w:t>
        <w:br/>
        <w:t>v 3.479048 15.742308 -0.712770</w:t>
        <w:br/>
        <w:t>v 3.611339 15.863650 -0.693060</w:t>
        <w:br/>
        <w:t>v 3.501005 16.163744 -0.073032</w:t>
        <w:br/>
        <w:t>v 3.557062 15.417203 -0.694847</w:t>
        <w:br/>
        <w:t>v 3.732121 15.559128 -0.743822</w:t>
        <w:br/>
        <w:t>v 4.428575 15.473226 0.015863</w:t>
        <w:br/>
        <w:t>v 4.452561 15.442649 -0.006183</w:t>
        <w:br/>
        <w:t>v 4.376283 15.318856 0.150048</w:t>
        <w:br/>
        <w:t>v 4.356011 15.347548 0.166898</w:t>
        <w:br/>
        <w:t>v 4.127322 15.006743 -0.569305</w:t>
        <w:br/>
        <w:t>v 4.239190 15.150304 -0.626899</w:t>
        <w:br/>
        <w:t>v 4.222034 15.163453 -0.642937</w:t>
        <w:br/>
        <w:t>v 4.109258 15.021399 -0.589027</w:t>
        <w:br/>
        <w:t>v 4.354246 15.299548 -0.613272</w:t>
        <w:br/>
        <w:t>v 4.326754 15.320355 -0.625687</w:t>
        <w:br/>
        <w:t>v 4.432659 15.420650 -0.541027</w:t>
        <w:br/>
        <w:t>v 4.481590 15.517220 -0.343926</w:t>
        <w:br/>
        <w:t>v 4.451280 15.524316 -0.356479</w:t>
        <w:br/>
        <w:t>v 4.421535 15.450110 -0.547934</w:t>
        <w:br/>
        <w:t>v 3.987846 14.890396 0.054171</w:t>
        <w:br/>
        <w:t>v 4.104221 15.016320 0.215798</w:t>
        <w:br/>
        <w:t>v 3.992750 14.895926 -0.450008</w:t>
        <w:br/>
        <w:t>v 3.953607 14.866644 -0.204994</w:t>
        <w:br/>
        <w:t>v 4.235237 15.174666 0.231311</w:t>
        <w:br/>
        <w:t>v 4.015772 14.878896 0.049100</w:t>
        <w:br/>
        <w:t>v 4.126052 15.001731 0.198087</w:t>
        <w:br/>
        <w:t>v 4.016243 14.884287 -0.435819</w:t>
        <w:br/>
        <w:t>v 3.958065 14.838107 -0.195139</w:t>
        <w:br/>
        <w:t>v 4.253171 15.155457 0.214399</w:t>
        <w:br/>
        <w:t>v 2.528486 16.223402 0.075555</w:t>
        <w:br/>
        <w:t>v 2.381815 16.089554 -0.054708</w:t>
        <w:br/>
        <w:t>v 2.382815 16.350029 0.079402</w:t>
        <w:br/>
        <w:t>v 2.832731 16.519285 0.021883</w:t>
        <w:br/>
        <w:t>v 2.695301 16.386869 0.105457</w:t>
        <w:br/>
        <w:t>v 2.551885 16.503815 0.114126</w:t>
        <w:br/>
        <w:t>v 2.691729 16.637758 0.030352</w:t>
        <w:br/>
        <w:t>v 2.913410 16.670635 -0.138307</w:t>
        <w:br/>
        <w:t>v 2.849763 16.755333 -0.232661</w:t>
        <w:br/>
        <w:t>v 2.928466 16.624420 -0.345925</w:t>
        <w:br/>
        <w:t>v 2.618670 16.330978 -0.628910</w:t>
        <w:br/>
        <w:t>v 2.489737 16.210443 -0.578323</w:t>
        <w:br/>
        <w:t>v 2.785170 16.710056 -0.104146</w:t>
        <w:br/>
        <w:t>v 2.905364 16.592348 -0.114838</w:t>
        <w:br/>
        <w:t>v 2.386518 16.104937 -0.465721</w:t>
        <w:br/>
        <w:t>v 2.551946 15.970726 -0.463810</w:t>
        <w:br/>
        <w:t>v 2.351170 16.062632 -0.273530</w:t>
        <w:br/>
        <w:t>v 2.511139 15.931551 -0.275141</w:t>
        <w:br/>
        <w:t>v 2.853977 16.564751 -0.527374</w:t>
        <w:br/>
        <w:t>v 2.750777 16.464861 -0.619267</w:t>
        <w:br/>
        <w:t>v 2.875274 16.360706 -0.625837</w:t>
        <w:br/>
        <w:t>v 2.968774 16.463140 -0.532745</w:t>
        <w:br/>
        <w:t>v 2.929008 16.609068 -0.267110</w:t>
        <w:br/>
        <w:t>v 2.836035 16.723114 -0.285046</w:t>
        <w:br/>
        <w:t>v 3.037247 16.508324 -0.246250</w:t>
        <w:br/>
        <w:t>v 3.270419 16.313444 -0.282910</w:t>
        <w:br/>
        <w:t>v 3.144322 16.418003 -0.246163</w:t>
        <w:br/>
        <w:t>v 3.415683 16.211313 -0.256205</w:t>
        <w:br/>
        <w:t>v 3.523395 16.193687 -0.238393</w:t>
        <w:br/>
        <w:t>v 3.798319 16.027557 -0.229400</w:t>
        <w:br/>
        <w:t>v 4.054517 15.889102 -0.232735</w:t>
        <w:br/>
        <w:t>v 4.389868 15.502052 -0.228526</w:t>
        <w:br/>
        <w:t>v 4.337697 15.592875 -0.230587</w:t>
        <w:br/>
        <w:t>v 4.456420 15.506050 -0.222056</w:t>
        <w:br/>
        <w:t>v 4.389868 15.502052 -0.228526</w:t>
        <w:br/>
        <w:t>v 4.478754 15.513766 -0.195851</w:t>
        <w:br/>
        <w:t>v 4.505005 15.518895 -0.191630</w:t>
        <w:br/>
        <w:t>v 4.526855 15.503022 -0.190293</w:t>
        <w:br/>
        <w:t>v 3.544380 16.218578 -0.200660</w:t>
        <w:br/>
        <w:t>v 3.823604 16.064026 -0.193040</w:t>
        <w:br/>
        <w:t>v 4.070086 15.940843 -0.184385</w:t>
        <w:br/>
        <w:t>v 4.396398 15.547604 -0.203958</w:t>
        <w:br/>
        <w:t>v 4.355363 15.645262 -0.191817</w:t>
        <w:br/>
        <w:t>v 4.456420 15.506050 -0.222056</w:t>
        <w:br/>
        <w:t>v 4.481590 15.517220 -0.343926</w:t>
        <w:br/>
        <w:t>v 4.478754 15.513766 -0.195851</w:t>
        <w:br/>
        <w:t>v 4.506955 15.522054 -0.346062</w:t>
        <w:br/>
        <w:t>v 4.532001 15.503789 -0.346549</w:t>
        <w:br/>
        <w:t>v 4.526855 15.503022 -0.190293</w:t>
        <w:br/>
        <w:t>v 4.505005 15.518895 -0.191630</w:t>
        <w:br/>
        <w:t>v 1.913140 16.544165 -0.471167</w:t>
        <w:br/>
        <w:t>v 1.877824 16.512936 -0.261838</w:t>
        <w:br/>
        <w:t>v 1.888627 16.750584 0.123731</w:t>
        <w:br/>
        <w:t>v 2.049314 16.864643 0.140169</w:t>
        <w:br/>
        <w:t>v 2.165224 16.935469 0.125705</w:t>
        <w:br/>
        <w:t>v 2.727517 16.825085 -0.184685</w:t>
        <w:br/>
        <w:t>v 2.767090 16.814726 -0.276777</w:t>
        <w:br/>
        <w:t>v 3.875108 15.683616 -0.712346</w:t>
        <w:br/>
        <w:t>v 4.389390 15.282498 -0.628960</w:t>
        <w:br/>
        <w:t>v 4.365711 15.296644 -0.632807</w:t>
        <w:br/>
        <w:t>v 4.471482 15.412159 -0.551681</w:t>
        <w:br/>
        <w:t>v 4.451321 15.424579 -0.554953</w:t>
        <w:br/>
        <w:t>v 3.616849 15.048208 0.076992</w:t>
        <w:br/>
        <w:t>v 3.823936 15.190125 0.271768</w:t>
        <w:br/>
        <w:t>v 4.007739 15.336564 0.297474</w:t>
        <w:br/>
        <w:t>v 4.198165 15.525734 0.218446</w:t>
        <w:br/>
        <w:t>v 4.277488 15.659579 0.016163</w:t>
        <w:br/>
        <w:t>v 3.921266 15.411020 0.318945</w:t>
        <w:br/>
        <w:t>v 4.135015 15.596153 0.235446</w:t>
        <w:br/>
        <w:t>v 4.156610 15.468635 -0.688427</w:t>
        <w:br/>
        <w:t>v 4.022582 15.343700 -0.722264</w:t>
        <w:br/>
        <w:t>v 3.620423 15.056163 -0.508226</w:t>
        <w:br/>
        <w:t>v 3.485735 15.009943 -0.238269</w:t>
        <w:br/>
        <w:t>v 3.842198 15.199547 -0.678010</w:t>
        <w:br/>
        <w:t>v 4.299937 15.696218 -0.362699</w:t>
        <w:br/>
        <w:t>v 4.272294 15.621079 -0.556340</w:t>
        <w:br/>
        <w:t>v 3.262214 15.099794 -0.244889</w:t>
        <w:br/>
        <w:t>v 3.441519 15.129693 0.088520</w:t>
        <w:br/>
        <w:t>v 3.728908 15.281162 -0.710547</w:t>
        <w:br/>
        <w:t>v 3.452469 15.135028 -0.532120</w:t>
        <w:br/>
        <w:t>v 4.298681 15.674946 -0.231362</w:t>
        <w:br/>
        <w:t>v 4.319631 15.729136 -0.186508</w:t>
        <w:br/>
        <w:t>v 3.706540 15.269211 0.292141</w:t>
        <w:br/>
        <w:t>v 4.227654 15.749224 0.022845</w:t>
        <w:br/>
        <w:t>v 3.933722 15.415578 -0.751404</w:t>
        <w:br/>
        <w:t>v 4.095063 15.532232 -0.711722</w:t>
        <w:br/>
        <w:t>v 4.224778 15.701077 -0.565620</w:t>
        <w:br/>
        <w:t>v 4.260386 15.785822 -0.364898</w:t>
        <w:br/>
        <w:t>v 4.259665 15.757019 -0.232149</w:t>
        <w:br/>
        <w:t>v 4.283901 15.813023 -0.181187</w:t>
        <w:br/>
        <w:t>v 1.772875 16.840954 0.130039</w:t>
        <w:br/>
        <w:t>v 1.921833 16.950808 0.150399</w:t>
        <w:br/>
        <w:t>v 2.001899 17.014597 0.141905</w:t>
        <w:br/>
        <w:t>v 1.473372 17.083826 -0.590088</w:t>
        <w:br/>
        <w:t>v 1.537571 17.257326 -0.678009</w:t>
        <w:br/>
        <w:t>v 1.854834 17.087469 0.154883</w:t>
        <w:br/>
        <w:t>v 4.495231 15.402673 -0.011716</w:t>
        <w:br/>
        <w:t>v 4.755656 15.112734 -0.031839</w:t>
        <w:br/>
        <w:t>v 4.422021 15.278791 0.139106</w:t>
        <w:br/>
        <w:t>v 4.287526 15.114456 -0.616557</w:t>
        <w:br/>
        <w:t>v 4.177848 14.976675 -0.561548</w:t>
        <w:br/>
        <w:t>v 4.499348 14.716244 -0.527087</w:t>
        <w:br/>
        <w:t>v 4.583656 14.834118 -0.564422</w:t>
        <w:br/>
        <w:t>v 4.010126 14.805542 -0.190193</w:t>
        <w:br/>
        <w:t>v 4.070237 14.850760 0.042867</w:t>
        <w:br/>
        <w:t>v 4.427373 14.627064 0.018023</w:t>
        <w:br/>
        <w:t>v 4.386923 14.592442 -0.172332</w:t>
        <w:br/>
        <w:t>v 4.295730 15.131988 0.228926</w:t>
        <w:br/>
        <w:t>v 4.270331 15.146328 0.233260</w:t>
        <w:br/>
        <w:t>v 4.067478 14.853828 -0.425814</w:t>
        <w:br/>
        <w:t>v 4.411443 14.623293 -0.387231</w:t>
        <w:br/>
        <w:t>v 4.177462 14.971081 0.186808</w:t>
        <w:br/>
        <w:t>v 4.523878 15.469296 -0.196751</w:t>
        <w:br/>
        <w:t>v 4.774745 15.172756 -0.201760</w:t>
        <w:br/>
        <w:t>v 4.527960 15.469946 -0.341765</w:t>
        <w:br/>
        <w:t>v 4.774745 15.172756 -0.201760</w:t>
        <w:br/>
        <w:t>v 4.523878 15.469296 -0.196751</w:t>
        <w:br/>
        <w:t>v 4.401649 15.260664 -0.602967</w:t>
        <w:br/>
        <w:t>v 4.674187 14.982744 -0.550769</w:t>
        <w:br/>
        <w:t>v 4.475132 15.382905 -0.531134</w:t>
        <w:br/>
        <w:t>v 4.376283 15.318856 0.150048</w:t>
        <w:br/>
        <w:t>v 4.253171 15.155457 0.214399</w:t>
        <w:br/>
        <w:t>v 4.126052 15.001731 0.198087</w:t>
        <w:br/>
        <w:t>v 3.953789 14.811804 -0.194752</w:t>
        <w:br/>
        <w:t>v 4.016412 14.862115 -0.445836</w:t>
        <w:br/>
        <w:t>v 4.016243 14.884287 -0.435819</w:t>
        <w:br/>
        <w:t>v 4.129489 14.991878 -0.586817</w:t>
        <w:br/>
        <w:t>v 4.127322 15.006743 -0.569305</w:t>
        <w:br/>
        <w:t>v 4.246517 15.141852 -0.646984</w:t>
        <w:br/>
        <w:t>v 4.239190 15.150304 -0.626899</w:t>
        <w:br/>
        <w:t>v 4.365711 15.296644 -0.632807</w:t>
        <w:br/>
        <w:t>v 4.354246 15.299548 -0.613272</w:t>
        <w:br/>
        <w:t>v 4.451321 15.424579 -0.554953</w:t>
        <w:br/>
        <w:t>v 4.432659 15.420650 -0.541027</w:t>
        <w:br/>
        <w:t>v 4.421739 15.301682 0.161702</w:t>
        <w:br/>
        <w:t>v 4.497319 15.431513 0.003060</w:t>
        <w:br/>
        <w:t>v 4.526855 15.503022 -0.190293</w:t>
        <w:br/>
        <w:t>v 4.526855 15.503022 -0.190293</w:t>
        <w:br/>
        <w:t>v 4.532001 15.503789 -0.346549</w:t>
        <w:br/>
        <w:t>v 4.300899 15.118317 0.203133</w:t>
        <w:br/>
        <w:t>v 5.008429 14.877823 -0.052011</w:t>
        <w:br/>
        <w:t>v 4.788812 14.509747 -0.501669</w:t>
        <w:br/>
        <w:t>v 4.860518 14.614441 -0.537780</w:t>
        <w:br/>
        <w:t>v 4.729004 14.438194 -0.005821</w:t>
        <w:br/>
        <w:t>v 4.690371 14.421896 -0.154433</w:t>
        <w:br/>
        <w:t>v 4.698539 14.428379 -0.348573</w:t>
        <w:br/>
        <w:t>v 5.028632 14.930037 -0.206918</w:t>
        <w:br/>
        <w:t>v 5.028632 14.930037 -0.206918</w:t>
        <w:br/>
        <w:t>v 4.936170 14.753418 -0.526226</w:t>
        <w:br/>
        <w:t>v 4.979197 14.857578 -0.444475</w:t>
        <w:br/>
        <w:t>v 4.734812 15.059589 -0.430661</w:t>
        <w:br/>
        <w:t>v 4.754256 15.091490 -0.217498</w:t>
        <w:br/>
        <w:t>v 5.001412 14.907694 -0.323905</w:t>
        <w:br/>
        <w:t>v 4.809892 14.506147 0.074892</w:t>
        <w:br/>
        <w:t>v 4.872487 14.606586 0.090131</w:t>
        <w:br/>
        <w:t>v 4.626933 14.895613 0.075105</w:t>
        <w:br/>
        <w:t>v 4.556096 14.788788 0.041968</w:t>
        <w:br/>
        <w:t>v 4.946945 14.751276 0.035260</w:t>
        <w:br/>
        <w:t>v 4.711731 15.023397 0.003547</w:t>
        <w:br/>
        <w:t>v 3.130758 16.401258 -0.362525</w:t>
        <w:br/>
        <w:t>v 3.011022 16.494467 -0.348148</w:t>
        <w:br/>
        <w:t>v 3.032961 16.515924 -0.172719</w:t>
        <w:br/>
        <w:t>v 3.150292 16.415668 -0.218696</w:t>
        <w:br/>
        <w:t>v 1.963724 16.991903 -0.598382</w:t>
        <w:br/>
        <w:t>v 1.895736 16.920355 -0.607875</w:t>
        <w:br/>
        <w:t>v 1.742447 16.981627 -0.607575</w:t>
        <w:br/>
        <w:t>v 1.828403 17.065416 -0.607463</w:t>
        <w:br/>
        <w:t>v 1.553099 17.031584 0.114089</w:t>
        <w:br/>
        <w:t>v 1.461158 17.094614 0.116949</w:t>
        <w:br/>
        <w:t>v 1.428057 16.982370 -0.014413</w:t>
        <w:br/>
        <w:t>v 1.577296 17.029667 -0.593623</w:t>
        <w:br/>
        <w:t>v 1.555822 17.038561 -0.564433</w:t>
        <w:br/>
        <w:t>v 1.677776 17.080744 -0.595022</w:t>
        <w:br/>
        <w:t>v 2.287168 16.836597 -0.579072</w:t>
        <w:br/>
        <w:t>v 2.440869 16.795973 -0.546572</w:t>
        <w:br/>
        <w:t>v 2.479505 16.687330 -0.587528</w:t>
        <w:br/>
        <w:t>v 2.101283 16.928627 -0.590751</w:t>
        <w:br/>
        <w:t>v 2.046852 16.845995 -0.611597</w:t>
        <w:br/>
        <w:t>v 1.642138 17.079781 0.121421</w:t>
        <w:br/>
        <w:t>v 1.549827 17.268972 0.165163</w:t>
        <w:br/>
        <w:t>v 2.603984 16.790478 -0.480834</w:t>
        <w:br/>
        <w:t>v 2.728032 16.657618 -0.495111</w:t>
        <w:br/>
        <w:t>v 2.629138 16.571682 -0.580896</w:t>
        <w:br/>
        <w:t>v 2.701838 16.827026 -0.401895</w:t>
        <w:br/>
        <w:t>v 2.638987 16.815081 -0.107218</w:t>
        <w:br/>
        <w:t>v 2.519692 16.829252 -0.015301</w:t>
        <w:br/>
        <w:t>v 2.573078 16.730005 0.035273</w:t>
        <w:br/>
        <w:t>v 1.756849 17.127264 0.139395</w:t>
        <w:br/>
        <w:t>v 3.402747 16.199417 -0.367371</w:t>
        <w:br/>
        <w:t>v 3.259622 16.303408 -0.373429</w:t>
        <w:br/>
        <w:t>v 3.272024 16.315382 -0.243203</w:t>
        <w:br/>
        <w:t>v 3.415087 16.215651 -0.218746</w:t>
        <w:br/>
        <w:t>v 2.893417 16.652485 -0.135522</w:t>
        <w:br/>
        <w:t>v 2.919114 16.606068 -0.330324</w:t>
        <w:br/>
        <w:t>v 2.823113 16.736223 -0.333097</w:t>
        <w:br/>
        <w:t>v 2.826664 16.740601 -0.230512</w:t>
        <w:br/>
        <w:t>v 2.923645 16.604013 -0.266797</w:t>
        <w:br/>
        <w:t>v 2.815920 16.704943 -0.289530</w:t>
        <w:br/>
        <w:t>v 2.777075 16.701710 -0.113064</w:t>
        <w:br/>
        <w:t>v 2.903174 16.592043 -0.131937</w:t>
        <w:br/>
        <w:t>v 3.521445 16.181261 -0.369594</w:t>
        <w:br/>
        <w:t>v 3.531363 16.194860 -0.197462</w:t>
        <w:br/>
        <w:t>v 3.811678 16.039902 -0.188606</w:t>
        <w:br/>
        <w:t>v 3.786111 16.021404 -0.365659</w:t>
        <w:br/>
        <w:t>v 4.057681 15.917033 -0.179651</w:t>
        <w:br/>
        <w:t>v 4.040079 15.891978 -0.361912</w:t>
        <w:br/>
        <w:t>v 4.366823 15.502096 -0.348510</w:t>
        <w:br/>
        <w:t>v 4.316263 15.594773 -0.354581</w:t>
        <w:br/>
        <w:t>v 4.331673 15.634028 -0.186858</w:t>
        <w:br/>
        <w:t>v 4.377153 15.528927 -0.201172</w:t>
        <w:br/>
        <w:t>v 4.457166 15.478675 -0.224242</w:t>
        <w:br/>
        <w:t>v 4.446213 15.497987 -0.350584</w:t>
        <w:br/>
        <w:t>v 2.211152 16.714766 -0.608874</w:t>
        <w:br/>
        <w:t>v 2.433572 16.620630 -0.596397</w:t>
        <w:br/>
        <w:t>v 2.404274 16.857891 0.051211</w:t>
        <w:br/>
        <w:t>v 2.161221 16.930954 0.098888</w:t>
        <w:br/>
        <w:t>v 2.060330 16.868208 0.118161</w:t>
        <w:br/>
        <w:t>v 2.226470 16.741436 0.112402</w:t>
        <w:br/>
        <w:t>v 2.839685 16.541862 -0.497010</w:t>
        <w:br/>
        <w:t>v 2.698963 16.624945 0.020959</w:t>
        <w:br/>
        <w:t>v 2.707637 16.809864 -0.194814</w:t>
        <w:br/>
        <w:t>v 2.774329 16.835274 -0.323017</w:t>
        <w:br/>
        <w:t>v 4.276584 15.685084 -0.356042</w:t>
        <w:br/>
        <w:t>v 4.295915 15.717948 -0.181562</w:t>
        <w:br/>
        <w:t>v 4.264810 15.794744 -0.175841</w:t>
        <w:br/>
        <w:t>v 4.241635 15.768083 -0.357054</w:t>
        <w:br/>
        <w:t>v 1.996971 17.008173 0.118448</w:t>
        <w:br/>
        <w:t>v 1.920426 16.950718 0.130264</w:t>
        <w:br/>
        <w:t>v 1.440320 16.994110 -0.460212</w:t>
        <w:br/>
        <w:t>v 1.481923 17.096291 -0.567143</w:t>
        <w:br/>
        <w:t>v 1.555822 17.038561 -0.564433</w:t>
        <w:br/>
        <w:t>v 1.541762 17.266026 -0.652291</w:t>
        <w:br/>
        <w:t>v 1.744461 17.110758 -0.617567</w:t>
        <w:br/>
        <w:t>v 1.522485 16.910866 -0.028315</w:t>
        <w:br/>
        <w:t>v 1.593737 16.999477 0.111641</w:t>
        <w:br/>
        <w:t>v 1.756320 17.025391 0.129102</w:t>
        <w:br/>
        <w:t>v 1.848287 17.081955 0.128778</w:t>
        <w:br/>
        <w:t>v 4.992852 14.861567 -0.067162</w:t>
        <w:br/>
        <w:t>v 4.656386 14.940985 -0.523965</w:t>
        <w:br/>
        <w:t>v 4.860526 14.617943 -0.510525</w:t>
        <w:br/>
        <w:t>v 4.795788 14.523104 -0.478762</w:t>
        <w:br/>
        <w:t>v 4.573016 14.815065 -0.471779</w:t>
        <w:br/>
        <w:t>v 4.517690 14.730852 -0.196664</w:t>
        <w:br/>
        <w:t>v 4.703216 14.445765 -0.157294</w:t>
        <w:br/>
        <w:t>v 4.740591 14.459219 -0.018811</w:t>
        <w:br/>
        <w:t>v 4.531365 14.751516 -0.058681</w:t>
        <w:br/>
        <w:t>v 4.528121 14.747065 -0.357254</w:t>
        <w:br/>
        <w:t>v 4.710768 14.450441 -0.338206</w:t>
        <w:br/>
        <w:t>v 4.754256 15.091490 -0.217498</w:t>
        <w:br/>
        <w:t>v 5.010809 14.910059 -0.210641</w:t>
        <w:br/>
        <w:t>v 5.010809 14.910059 -0.210641</w:t>
        <w:br/>
        <w:t>v 4.930528 14.749336 -0.499696</w:t>
        <w:br/>
        <w:t>v 4.979197 14.857578 -0.444475</w:t>
        <w:br/>
        <w:t>v 5.001412 14.907694 -0.323905</w:t>
        <w:br/>
        <w:t>v 5.018843 14.927223 -0.330724</w:t>
        <w:br/>
        <w:t>v 4.992296 14.871382 -0.463961</w:t>
        <w:br/>
        <w:t>v 4.872487 14.606586 0.090131</w:t>
        <w:br/>
        <w:t>v 4.809892 14.506147 0.074892</w:t>
        <w:br/>
        <w:t>v 4.804805 14.494217 0.099074</w:t>
        <w:br/>
        <w:t>v 4.876167 14.606792 0.117335</w:t>
        <w:br/>
        <w:t>v 4.946945 14.751276 0.035260</w:t>
        <w:br/>
        <w:t>v 4.957283 14.759989 0.059004</w:t>
        <w:br/>
        <w:t>v 3.150292 16.415668 -0.218696</w:t>
        <w:br/>
        <w:t>v 3.032961 16.515924 -0.172719</w:t>
        <w:br/>
        <w:t>v 3.051009 16.536278 -0.176641</w:t>
        <w:br/>
        <w:t>v 3.166800 16.437222 -0.222943</w:t>
        <w:br/>
        <w:t>v 1.420984 16.955248 -0.246712</w:t>
        <w:br/>
        <w:t>v 1.428057 16.982370 -0.014413</w:t>
        <w:br/>
        <w:t>v 1.412746 16.963015 -0.002310</w:t>
        <w:br/>
        <w:t>v 1.403178 16.934351 -0.247836</w:t>
        <w:br/>
        <w:t>v 1.440320 16.994110 -0.460212</w:t>
        <w:br/>
        <w:t>v 1.425180 16.975733 -0.473939</w:t>
        <w:br/>
        <w:t>v 1.965804 16.993443 -0.625736</w:t>
        <w:br/>
        <w:t>v 1.963724 16.991903 -0.598382</w:t>
        <w:br/>
        <w:t>v 1.828403 17.065416 -0.607463</w:t>
        <w:br/>
        <w:t>v 1.831240 17.066210 -0.634779</w:t>
        <w:br/>
        <w:t>v 1.461158 17.094614 0.116949</w:t>
        <w:br/>
        <w:t>v 1.453934 17.082996 0.140781</w:t>
        <w:br/>
        <w:t>v 2.603984 16.790478 -0.480834</w:t>
        <w:br/>
        <w:t>v 2.440869 16.795973 -0.546572</w:t>
        <w:br/>
        <w:t>v 2.447866 16.803940 -0.571128</w:t>
        <w:br/>
        <w:t>v 2.614751 16.802813 -0.502905</w:t>
        <w:br/>
        <w:t>v 2.101283 16.928627 -0.590751</w:t>
        <w:br/>
        <w:t>v 2.103152 16.930777 -0.618080</w:t>
        <w:br/>
        <w:t>v 1.549827 17.268972 0.165163</w:t>
        <w:br/>
        <w:t>v 1.549162 17.264174 0.192217</w:t>
        <w:br/>
        <w:t>v 2.774329 16.835274 -0.323017</w:t>
        <w:br/>
        <w:t>v 2.701838 16.827026 -0.401895</w:t>
        <w:br/>
        <w:t>v 2.717409 16.839678 -0.419643</w:t>
        <w:br/>
        <w:t>v 2.794616 16.848148 -0.336332</w:t>
        <w:br/>
        <w:t>v 2.404274 16.857891 0.051211</w:t>
        <w:br/>
        <w:t>v 2.519692 16.829252 -0.015301</w:t>
        <w:br/>
        <w:t>v 2.532020 16.838923 0.005059</w:t>
        <w:br/>
        <w:t>v 2.411333 16.862516 0.077366</w:t>
        <w:br/>
        <w:t>v 1.549827 17.268972 0.165163</w:t>
        <w:br/>
        <w:t>v 1.756849 17.127264 0.139395</w:t>
        <w:br/>
        <w:t>v 1.763752 17.132372 0.165500</w:t>
        <w:br/>
        <w:t>v 1.549162 17.264174 0.192217</w:t>
        <w:br/>
        <w:t>v 3.415087 16.215651 -0.218746</w:t>
        <w:br/>
        <w:t>v 3.272024 16.315382 -0.243203</w:t>
        <w:br/>
        <w:t>v 3.288229 16.337250 -0.246975</w:t>
        <w:br/>
        <w:t>v 3.429963 16.238443 -0.222493</w:t>
        <w:br/>
        <w:t>v 2.893417 16.652485 -0.135522</w:t>
        <w:br/>
        <w:t>v 2.826664 16.740601 -0.230512</w:t>
        <w:br/>
        <w:t>v 2.849763 16.755333 -0.232661</w:t>
        <w:br/>
        <w:t>v 2.913410 16.670635 -0.138307</w:t>
        <w:br/>
        <w:t>v 2.815920 16.704943 -0.289530</w:t>
        <w:br/>
        <w:t>v 2.923645 16.604013 -0.266797</w:t>
        <w:br/>
        <w:t>v 2.929008 16.609068 -0.267110</w:t>
        <w:br/>
        <w:t>v 2.836035 16.723114 -0.285046</w:t>
        <w:br/>
        <w:t>v 3.531363 16.194860 -0.197462</w:t>
        <w:br/>
        <w:t>v 3.544380 16.218578 -0.200660</w:t>
        <w:br/>
        <w:t>v 3.811678 16.039902 -0.188606</w:t>
        <w:br/>
        <w:t>v 3.823604 16.064026 -0.193040</w:t>
        <w:br/>
        <w:t>v 4.057681 15.917033 -0.179651</w:t>
        <w:br/>
        <w:t>v 4.070086 15.940843 -0.184385</w:t>
        <w:br/>
        <w:t>v 4.377153 15.528927 -0.201172</w:t>
        <w:br/>
        <w:t>v 4.331673 15.634028 -0.186858</w:t>
        <w:br/>
        <w:t>v 4.355363 15.645262 -0.191817</w:t>
        <w:br/>
        <w:t>v 4.396398 15.547604 -0.203958</w:t>
        <w:br/>
        <w:t>v 4.457166 15.478675 -0.224242</w:t>
        <w:br/>
        <w:t>v 4.456420 15.506050 -0.222056</w:t>
        <w:br/>
        <w:t>v 2.161221 16.930954 0.098888</w:t>
        <w:br/>
        <w:t>v 2.165224 16.935469 0.125705</w:t>
        <w:br/>
        <w:t>v 2.745150 16.799152 -0.282360</w:t>
        <w:br/>
        <w:t>v 2.767090 16.814726 -0.276777</w:t>
        <w:br/>
        <w:t>v 2.638987 16.815081 -0.107218</w:t>
        <w:br/>
        <w:t>v 2.707637 16.809864 -0.194814</w:t>
        <w:br/>
        <w:t>v 2.727517 16.825085 -0.184685</w:t>
        <w:br/>
        <w:t>v 2.656595 16.829788 -0.092654</w:t>
        <w:br/>
        <w:t>v 4.295915 15.717948 -0.181562</w:t>
        <w:br/>
        <w:t>v 4.319631 15.729136 -0.186508</w:t>
        <w:br/>
        <w:t>v 4.264810 15.794744 -0.175841</w:t>
        <w:br/>
        <w:t>v 4.283901 15.813023 -0.181187</w:t>
        <w:br/>
        <w:t>v 2.287168 16.836597 -0.579072</w:t>
        <w:br/>
        <w:t>v 2.290410 16.840204 -0.606127</w:t>
        <w:br/>
        <w:t>v 1.996971 17.008173 0.118448</w:t>
        <w:br/>
        <w:t>v 2.001899 17.014597 0.141905</w:t>
        <w:br/>
        <w:t>v 1.481923 17.096291 -0.567143</w:t>
        <w:br/>
        <w:t>v 1.473372 17.083826 -0.590088</w:t>
        <w:br/>
        <w:t>v 1.541762 17.266026 -0.652291</w:t>
        <w:br/>
        <w:t>v 1.537571 17.257326 -0.678009</w:t>
        <w:br/>
        <w:t>v 1.744461 17.110758 -0.617567</w:t>
        <w:br/>
        <w:t>v 1.541762 17.266026 -0.652291</w:t>
        <w:br/>
        <w:t>v 1.537571 17.257326 -0.678009</w:t>
        <w:br/>
        <w:t>v 1.747766 17.111076 -0.644847</w:t>
        <w:br/>
        <w:t>v 1.848287 17.081955 0.128778</w:t>
        <w:br/>
        <w:t>v 1.854834 17.087469 0.154883</w:t>
        <w:br/>
        <w:t>v 4.992852 14.861567 -0.067162</w:t>
        <w:br/>
        <w:t>v 5.008429 14.877823 -0.052011</w:t>
        <w:br/>
        <w:t>v 4.795788 14.523104 -0.478762</w:t>
        <w:br/>
        <w:t>v 4.860526 14.617943 -0.510525</w:t>
        <w:br/>
        <w:t>v 4.860518 14.614441 -0.537780</w:t>
        <w:br/>
        <w:t>v 4.788812 14.509747 -0.501669</w:t>
        <w:br/>
        <w:t>v 4.740591 14.459219 -0.018811</w:t>
        <w:br/>
        <w:t>v 4.703216 14.445765 -0.157294</w:t>
        <w:br/>
        <w:t>v 4.690371 14.421896 -0.154433</w:t>
        <w:br/>
        <w:t>v 4.729004 14.438194 -0.005821</w:t>
        <w:br/>
        <w:t>v 4.710768 14.450441 -0.338206</w:t>
        <w:br/>
        <w:t>v 4.698539 14.428379 -0.348573</w:t>
        <w:br/>
        <w:t>v 5.010809 14.910059 -0.210641</w:t>
        <w:br/>
        <w:t>v 5.028632 14.930037 -0.206918</w:t>
        <w:br/>
        <w:t>v 5.010809 14.910059 -0.210641</w:t>
        <w:br/>
        <w:t>v 5.028632 14.930037 -0.206918</w:t>
        <w:br/>
        <w:t>v 4.930528 14.749336 -0.499696</w:t>
        <w:br/>
        <w:t>v 4.936170 14.753418 -0.526226</w:t>
        <w:br/>
        <w:t>v 1.513718 16.930025 -0.485755</w:t>
        <w:br/>
        <w:t>v 1.494935 16.886423 -0.253706</w:t>
        <w:br/>
        <w:t>v 1.420984 16.955248 -0.246712</w:t>
        <w:br/>
        <w:t>v 2.475332 16.655062 0.073694</w:t>
        <w:br/>
        <w:t>v 1.022873 17.177145 -0.700056</w:t>
        <w:br/>
        <w:t>v 1.106347 17.020338 -0.651593</w:t>
        <w:br/>
        <w:t>v 1.125470 17.029419 -0.651143</w:t>
        <w:br/>
        <w:t>v 1.142682 16.933891 -0.594399</w:t>
        <w:br/>
        <w:t>v 1.156983 16.932104 -0.550670</w:t>
        <w:br/>
        <w:t>v 1.063629 17.096792 -0.675150</w:t>
        <w:br/>
        <w:t>v 1.044519 16.823938 -0.650581</w:t>
        <w:br/>
        <w:t>v 1.083914 16.677050 -0.555791</w:t>
        <w:br/>
        <w:t>v 0.880144 16.718231 -0.671328</w:t>
        <w:br/>
        <w:t>v 0.638640 16.753204 -0.698770</w:t>
        <w:br/>
        <w:t>v 0.535168 16.846972 -0.721952</w:t>
        <w:br/>
        <w:t>v 0.214675 16.988924 -0.741062</w:t>
        <w:br/>
        <w:t>v 0.371568 16.950041 -0.743248</w:t>
        <w:br/>
        <w:t>v 0.000000 17.025970 -0.725512</w:t>
        <w:br/>
        <w:t>v 0.219821 17.161631 -0.778297</w:t>
        <w:br/>
        <w:t>v 0.389929 17.165215 -0.785928</w:t>
        <w:br/>
        <w:t>v 0.400071 17.384413 -0.785466</w:t>
        <w:br/>
        <w:t>v 0.224192 17.376043 -0.778984</w:t>
        <w:br/>
        <w:t>v 0.586042 17.395367 -0.781894</w:t>
        <w:br/>
        <w:t>v 0.581683 17.175846 -0.783293</w:t>
        <w:br/>
        <w:t>v 0.754239 17.194494 -0.769541</w:t>
        <w:br/>
        <w:t>v 0.760048 17.403671 -0.773013</w:t>
        <w:br/>
        <w:t>v 0.908834 17.214378 -0.755214</w:t>
        <w:br/>
        <w:t>v 1.000065 17.245043 -0.736615</w:t>
        <w:br/>
        <w:t>v 0.963130 17.421545 -0.743935</w:t>
        <w:br/>
        <w:t>v 0.906361 17.414312 -0.758312</w:t>
        <w:br/>
        <w:t>v 0.590127 17.612001 -0.744647</w:t>
        <w:br/>
        <w:t>v 0.404643 17.599449 -0.747607</w:t>
        <w:br/>
        <w:t>v 0.957522 17.633698 -0.709099</w:t>
        <w:br/>
        <w:t>v 0.911682 17.628014 -0.717580</w:t>
        <w:br/>
        <w:t>v 0.225929 17.594877 -0.744148</w:t>
        <w:br/>
        <w:t>v 0.405754 17.909874 -0.637066</w:t>
        <w:br/>
        <w:t>v 0.215861 17.863398 -0.662210</w:t>
        <w:br/>
        <w:t>v 0.767966 17.620770 -0.731869</w:t>
        <w:br/>
        <w:t>v 0.759523 17.084265 -0.769241</w:t>
        <w:br/>
        <w:t>v 0.576624 17.059959 -0.778596</w:t>
        <w:br/>
        <w:t>v 0.561161 16.940924 -0.768716</w:t>
        <w:br/>
        <w:t>v 0.774437 16.949131 -0.758512</w:t>
        <w:br/>
        <w:t>v 0.371530 16.947132 -0.765869</w:t>
        <w:br/>
        <w:t>v 0.381997 17.042522 -0.777497</w:t>
        <w:br/>
        <w:t>v 0.215749 17.035688 -0.767767</w:t>
        <w:br/>
        <w:t>v 0.213163 16.986877 -0.763395</w:t>
        <w:br/>
        <w:t>v 1.022136 17.173674 -0.728047</w:t>
        <w:br/>
        <w:t>v 0.916041 17.130203 -0.753853</w:t>
        <w:br/>
        <w:t>v 0.943383 17.021463 -0.742324</w:t>
        <w:br/>
        <w:t>v 1.064516 17.093382 -0.711085</w:t>
        <w:br/>
        <w:t>v 0.743298 18.057001 -0.418457</w:t>
        <w:br/>
        <w:t>v 0.827609 18.037577 -0.415959</w:t>
        <w:br/>
        <w:t>v 0.792048 18.065044 -0.272306</w:t>
        <w:br/>
        <w:t>v 0.807324 17.969717 -0.538691</w:t>
        <w:br/>
        <w:t>v 0.963493 17.964443 -0.505116</w:t>
        <w:br/>
        <w:t>v 0.966928 18.025459 -0.398023</w:t>
        <w:br/>
        <w:t>v 0.694572 18.022926 -0.502031</w:t>
        <w:br/>
        <w:t>v 0.584056 17.972828 -0.575213</w:t>
        <w:br/>
        <w:t>v 0.000000 17.590816 -0.739139</w:t>
        <w:br/>
        <w:t>v 0.000000 17.377705 -0.764582</w:t>
        <w:br/>
        <w:t>v 0.000000 17.158272 -0.758124</w:t>
        <w:br/>
        <w:t>v 0.000000 17.024235 -0.747832</w:t>
        <w:br/>
        <w:t>v 0.985651 16.934654 -0.722314</w:t>
        <w:br/>
        <w:t>v 1.112654 17.012119 -0.686791</w:t>
        <w:br/>
        <w:t>v 0.629772 16.879669 -0.760323</w:t>
        <w:br/>
        <w:t>v 0.535418 16.842922 -0.753366</w:t>
        <w:br/>
        <w:t>v 0.000000 17.838192 -0.669217</w:t>
        <w:br/>
        <w:t>v 0.817529 16.830982 -0.739014</w:t>
        <w:br/>
        <w:t>v 0.883391 16.713997 -0.706526</w:t>
        <w:br/>
        <w:t>v 1.051264 16.821091 -0.685205</w:t>
        <w:br/>
        <w:t>v 0.784579 16.666571 -0.702367</w:t>
        <w:br/>
        <w:t>v 0.711597 16.783657 -0.731869</w:t>
        <w:br/>
        <w:t>v 0.640826 16.748871 -0.734080</w:t>
        <w:br/>
        <w:t>v 0.724799 16.637878 -0.707126</w:t>
        <w:br/>
        <w:t>v 1.116327 16.884190 -0.662297</w:t>
        <w:br/>
        <w:t>v 1.159207 16.931131 -0.633657</w:t>
        <w:br/>
        <w:t>v 0.980505 18.056126 -0.268184</w:t>
        <w:br/>
        <w:t>v 0.867403 18.065781 -0.270220</w:t>
        <w:br/>
        <w:t>v 0.997854 17.242594 -0.714919</w:t>
        <w:br/>
        <w:t>v 0.957947 17.419411 -0.722151</w:t>
        <w:br/>
        <w:t>v 0.963130 17.421545 -0.743935</w:t>
        <w:br/>
        <w:t>v 1.000065 17.245043 -0.736615</w:t>
        <w:br/>
        <w:t>v 0.956211 17.621418 -0.686791</w:t>
        <w:br/>
        <w:t>v 0.957522 17.633698 -0.709099</w:t>
        <w:br/>
        <w:t>v 0.214675 16.988924 -0.741062</w:t>
        <w:br/>
        <w:t>v 0.371568 16.950041 -0.743248</w:t>
        <w:br/>
        <w:t>v 0.371530 16.947132 -0.765869</w:t>
        <w:br/>
        <w:t>v 0.213163 16.986877 -0.763395</w:t>
        <w:br/>
        <w:t>v 1.063629 17.096792 -0.675150</w:t>
        <w:br/>
        <w:t>v 1.022873 17.177145 -0.700056</w:t>
        <w:br/>
        <w:t>v 1.022136 17.173674 -0.728047</w:t>
        <w:br/>
        <w:t>v 1.064516 17.093382 -0.711085</w:t>
        <w:br/>
        <w:t>v 0.960482 17.943859 -0.483870</w:t>
        <w:br/>
        <w:t>v 0.964554 18.006512 -0.399172</w:t>
        <w:br/>
        <w:t>v 0.966928 18.025459 -0.398023</w:t>
        <w:br/>
        <w:t>v 0.963493 17.964443 -0.505116</w:t>
        <w:br/>
        <w:t>v 0.000000 17.025970 -0.725512</w:t>
        <w:br/>
        <w:t>v 0.000000 17.024235 -0.747832</w:t>
        <w:br/>
        <w:t>v 1.106347 17.020338 -0.651593</w:t>
        <w:br/>
        <w:t>v 1.112654 17.012119 -0.686791</w:t>
        <w:br/>
        <w:t>v 0.535168 16.846972 -0.721952</w:t>
        <w:br/>
        <w:t>v 0.535418 16.842922 -0.753366</w:t>
        <w:br/>
        <w:t>v 0.880144 16.718231 -0.671328</w:t>
        <w:br/>
        <w:t>v 1.044519 16.823938 -0.650581</w:t>
        <w:br/>
        <w:t>v 1.051264 16.821091 -0.685205</w:t>
        <w:br/>
        <w:t>v 0.883391 16.713997 -0.706526</w:t>
        <w:br/>
        <w:t>v 0.638640 16.753204 -0.698770</w:t>
        <w:br/>
        <w:t>v 0.721714 16.641340 -0.671765</w:t>
        <w:br/>
        <w:t>v 0.724799 16.637878 -0.707126</w:t>
        <w:br/>
        <w:t>v 0.640826 16.748871 -0.734080</w:t>
        <w:br/>
        <w:t>v 0.721714 16.641340 -0.671765</w:t>
        <w:br/>
        <w:t>v 0.782356 16.670904 -0.667056</w:t>
        <w:br/>
        <w:t>v 0.784579 16.666571 -0.702367</w:t>
        <w:br/>
        <w:t>v 0.724799 16.637878 -0.707126</w:t>
        <w:br/>
        <w:t>v 1.116327 16.884190 -0.662297</w:t>
        <w:br/>
        <w:t>v 1.106259 16.885168 -0.628910</w:t>
        <w:br/>
        <w:t>v 1.142682 16.933891 -0.594399</w:t>
        <w:br/>
        <w:t>v 1.159207 16.931131 -0.633657</w:t>
        <w:br/>
        <w:t>v 1.142682 16.933891 -0.594399</w:t>
        <w:br/>
        <w:t>v 1.159207 16.931131 -0.633657</w:t>
        <w:br/>
        <w:t>v 0.980205 18.040348 -0.259540</w:t>
        <w:br/>
        <w:t>v 0.980505 18.056126 -0.268184</w:t>
        <w:br/>
        <w:t>v 1.299150 17.438637 0.479098</w:t>
        <w:br/>
        <w:t>v 1.162640 17.312729 0.616768</w:t>
        <w:br/>
        <w:t>v 1.096492 17.307421 0.644135</w:t>
        <w:br/>
        <w:t>v 1.209354 17.452496 0.485981</w:t>
        <w:br/>
        <w:t>v 1.228370 17.636032 0.338318</w:t>
        <w:br/>
        <w:t>v 1.135025 17.633232 0.361837</w:t>
        <w:br/>
        <w:t>v 1.043245 17.808491 0.243115</w:t>
        <w:br/>
        <w:t>v 1.116052 17.819969 0.223093</w:t>
        <w:br/>
        <w:t>v 1.005973 17.994259 0.091768</w:t>
        <w:br/>
        <w:t>v 0.944407 17.975475 0.092455</w:t>
        <w:br/>
        <w:t>v 0.896831 18.050930 0.001411</w:t>
        <w:br/>
        <w:t>v 0.962244 18.066944 0.006420</w:t>
        <w:br/>
        <w:t>v 0.852440 18.162655 -0.294114</w:t>
        <w:br/>
        <w:t>v 0.780232 18.132692 -0.302333</w:t>
        <w:br/>
        <w:t>v 0.724112 18.094011 -0.454780</w:t>
        <w:br/>
        <w:t>v 0.783380 18.109861 -0.463673</w:t>
        <w:br/>
        <w:t>v 0.670778 18.055876 -0.514722</w:t>
        <w:br/>
        <w:t>v 0.712721 18.052479 -0.538191</w:t>
        <w:br/>
        <w:t>v 0.435444 17.912035 -0.683469</w:t>
        <w:br/>
        <w:t>v 0.406279 17.937216 -0.659699</w:t>
        <w:br/>
        <w:t>v 0.246488 17.898510 -0.696047</w:t>
        <w:br/>
        <w:t>v 0.263600 17.866020 -0.722826</w:t>
        <w:br/>
        <w:t>v 0.812333 17.491106 0.587990</w:t>
        <w:br/>
        <w:t>v 0.809597 17.351637 0.709310</w:t>
        <w:br/>
        <w:t>v 0.721964 17.360979 0.715356</w:t>
        <w:br/>
        <w:t>v 0.723001 17.502922 0.592437</w:t>
        <w:br/>
        <w:t>v 0.797794 17.685097 0.434094</w:t>
        <w:br/>
        <w:t>v 0.712784 17.705505 0.440015</w:t>
        <w:br/>
        <w:t>v 0.700443 17.836006 0.334757</w:t>
        <w:br/>
        <w:t>v 0.769803 17.853155 0.283384</w:t>
        <w:br/>
        <w:t>v 0.736865 17.993637 0.137058</w:t>
        <w:br/>
        <w:t>v 0.668217 18.020452 0.147825</w:t>
        <w:br/>
        <w:t>v 0.632907 18.136852 0.009018</w:t>
        <w:br/>
        <w:t>v 0.694173 18.100605 0.006782</w:t>
        <w:br/>
        <w:t>v 0.574001 18.206375 -0.303233</w:t>
        <w:br/>
        <w:t>v 0.511711 18.252851 -0.302496</w:t>
        <w:br/>
        <w:t>v 0.447672 18.244583 -0.390866</w:t>
        <w:br/>
        <w:t>v 0.501781 18.193972 -0.404856</w:t>
        <w:br/>
        <w:t>v 0.388617 18.229794 -0.456216</w:t>
        <w:br/>
        <w:t>v 0.447772 18.177359 -0.465759</w:t>
        <w:br/>
        <w:t>v 0.689576 17.907789 0.265697</w:t>
        <w:br/>
        <w:t>v 0.135997 17.846985 -0.740950</w:t>
        <w:br/>
        <w:t>v 0.125767 17.880022 -0.714183</w:t>
        <w:br/>
        <w:t>v 0.000000 17.869881 -0.725037</w:t>
        <w:br/>
        <w:t>v 0.000000 17.838566 -0.751505</w:t>
        <w:br/>
        <w:t>v 0.148537 18.190811 -0.552293</w:t>
        <w:br/>
        <w:t>v 0.171445 18.115005 -0.581871</w:t>
        <w:br/>
        <w:t>v 0.287919 18.132343 -0.553093</w:t>
        <w:br/>
        <w:t>v 0.250135 18.204039 -0.525864</w:t>
        <w:br/>
        <w:t>v 0.000000 18.178446 -0.573790</w:t>
        <w:br/>
        <w:t>v 0.000000 18.090387 -0.607689</w:t>
        <w:br/>
        <w:t>v 0.092580 18.102316 -0.596897</w:t>
        <w:br/>
        <w:t>v 0.080514 18.184080 -0.564746</w:t>
        <w:br/>
        <w:t>v 0.927533 18.121899 -0.075643</w:t>
        <w:br/>
        <w:t>v 0.863057 18.095932 -0.082125</w:t>
        <w:br/>
        <w:t>v 0.821401 18.127909 -0.187220</w:t>
        <w:br/>
        <w:t>v 0.891622 18.158146 -0.181337</w:t>
        <w:br/>
        <w:t>v 0.595398 18.201054 -0.088533</w:t>
        <w:br/>
        <w:t>v 0.561611 18.237112 -0.193878</w:t>
        <w:br/>
        <w:t>v 0.622702 18.190262 -0.193803</w:t>
        <w:br/>
        <w:t>v 0.661148 18.156651 -0.091981</w:t>
        <w:br/>
        <w:t>v 1.023759 17.643288 0.388155</w:t>
        <w:br/>
        <w:t>v 1.073959 17.465324 0.527998</w:t>
        <w:br/>
        <w:t>v 1.009770 17.160669 0.808173</w:t>
        <w:br/>
        <w:t>v 0.912706 17.202463 0.813081</w:t>
        <w:br/>
        <w:t>v 0.999728 17.319811 0.669178</w:t>
        <w:br/>
        <w:t>v 0.805713 17.238497 0.819739</w:t>
        <w:br/>
        <w:t>v 0.720702 17.259243 0.823361</w:t>
        <w:br/>
        <w:t>v 0.958422 17.816544 0.252982</w:t>
        <w:br/>
        <w:t>v 0.886339 17.969379 0.106281</w:t>
        <w:br/>
        <w:t>v 0.836514 18.055664 0.002148</w:t>
        <w:br/>
        <w:t>v 0.718579 18.139002 -0.305468</w:t>
        <w:br/>
        <w:t>v 0.652392 18.111595 -0.438555</w:t>
        <w:br/>
        <w:t>v 0.596272 18.084791 -0.495349</w:t>
        <w:br/>
        <w:t>v 0.361338 17.999580 -0.624326</w:t>
        <w:br/>
        <w:t>v 0.219696 17.971914 -0.655727</w:t>
        <w:br/>
        <w:t>v 0.115575 17.952892 -0.674401</w:t>
        <w:br/>
        <w:t>v 0.000000 17.936741 -0.687803</w:t>
        <w:br/>
        <w:t>v 0.799992 18.102142 -0.089420</w:t>
        <w:br/>
        <w:t>v 0.761159 18.131069 -0.191280</w:t>
        <w:br/>
        <w:t>v 1.307318 17.486290 0.437305</w:t>
        <w:br/>
        <w:t>v 0.954962 17.473932 0.560474</w:t>
        <w:br/>
        <w:t>v 0.925035 17.330202 0.689400</w:t>
        <w:br/>
        <w:t>v 0.866479 17.829836 0.267484</w:t>
        <w:br/>
        <w:t>v 0.911832 17.660776 0.412886</w:t>
        <w:br/>
        <w:t>v 0.777447 18.065594 0.006382</w:t>
        <w:br/>
        <w:t>v 0.816255 17.975288 0.120783</w:t>
        <w:br/>
        <w:t>v 0.580497 18.142109 -0.419557</w:t>
        <w:br/>
        <w:t>v 0.652417 18.158361 -0.304781</w:t>
        <w:br/>
        <w:t>v 0.521004 18.121790 -0.477201</w:t>
        <w:br/>
        <w:t>v 0.199524 18.034655 -0.620542</w:t>
        <w:br/>
        <w:t>v 0.322705 18.060747 -0.587030</w:t>
        <w:br/>
        <w:t>v 0.000000 18.001453 -0.652380</w:t>
        <w:br/>
        <w:t>v 0.106744 18.016905 -0.639814</w:t>
        <w:br/>
        <w:t>v 0.741387 18.118179 -0.091918</w:t>
        <w:br/>
        <w:t>v 0.702941 18.147570 -0.193204</w:t>
        <w:br/>
        <w:t>v 1.294027 17.417198 0.453181</w:t>
        <w:br/>
        <w:t>v 1.200740 17.431606 0.451669</w:t>
        <w:br/>
        <w:t>v 1.075358 17.284662 0.617193</w:t>
        <w:br/>
        <w:t>v 1.157674 17.289482 0.592349</w:t>
        <w:br/>
        <w:t>v 1.222248 17.615662 0.311713</w:t>
        <w:br/>
        <w:t>v 1.111855 17.798908 0.196601</w:t>
        <w:br/>
        <w:t>v 1.038686 17.782257 0.215311</w:t>
        <w:br/>
        <w:t>v 1.126357 17.610214 0.330499</w:t>
        <w:br/>
        <w:t>v 1.016203 17.968666 0.069085</w:t>
        <w:br/>
        <w:t>v 0.970512 18.042110 -0.015438</w:t>
        <w:br/>
        <w:t>v 0.901203 18.008549 -0.029203</w:t>
        <w:br/>
        <w:t>v 0.960632 17.920605 0.083062</w:t>
        <w:br/>
        <w:t>v 0.865367 18.131180 -0.296238</w:t>
        <w:br/>
        <w:t>v 0.793534 18.078384 -0.455816</w:t>
        <w:br/>
        <w:t>v 0.743298 18.057001 -0.418457</w:t>
        <w:br/>
        <w:t>v 0.792048 18.065044 -0.272306</w:t>
        <w:br/>
        <w:t>v 0.720890 18.023937 -0.523115</w:t>
        <w:br/>
        <w:t>v 0.694572 18.022926 -0.502031</w:t>
        <w:br/>
        <w:t>v 0.431710 17.886442 -0.660948</w:t>
        <w:br/>
        <w:t>v 0.262788 17.843811 -0.697108</w:t>
        <w:br/>
        <w:t>v 0.215861 17.863398 -0.662210</w:t>
        <w:br/>
        <w:t>v 0.405754 17.909874 -0.637066</w:t>
        <w:br/>
        <w:t>v 0.783592 17.437447 0.527636</w:t>
        <w:br/>
        <w:t>v 0.715606 17.456007 0.555789</w:t>
        <w:br/>
        <w:t>v 0.718579 17.311092 0.687002</w:t>
        <w:br/>
        <w:t>v 0.782593 17.247816 0.719453</w:t>
        <w:br/>
        <w:t>v 0.769865 17.577814 0.425888</w:t>
        <w:br/>
        <w:t>v 0.744172 17.786568 0.281036</w:t>
        <w:br/>
        <w:t>v 0.688027 17.795860 0.299472</w:t>
        <w:br/>
        <w:t>v 0.701617 17.660028 0.404629</w:t>
        <w:br/>
        <w:t>v 0.697932 17.919304 0.072619</w:t>
        <w:br/>
        <w:t>v 0.665195 18.005552 -0.034837</w:t>
        <w:br/>
        <w:t>v 0.609137 18.078285 -0.016713</w:t>
        <w:br/>
        <w:t>v 0.649444 17.965321 0.113825</w:t>
        <w:br/>
        <w:t>v 0.510500 18.117367 -0.357854</w:t>
        <w:br/>
        <w:t>v 0.428987 18.189775 -0.366172</w:t>
        <w:br/>
        <w:t>v 0.482858 18.194347 -0.288869</w:t>
        <w:br/>
        <w:t>v 0.384720 18.123962 -0.450458</w:t>
        <w:br/>
        <w:t>v 0.383421 18.180244 -0.414323</w:t>
        <w:br/>
        <w:t>v 0.722514 17.843512 0.179588</w:t>
        <w:br/>
        <w:t>v 0.674375 17.861986 0.228863</w:t>
        <w:br/>
        <w:t>v 0.134336 17.825214 -0.714757</w:t>
        <w:br/>
        <w:t>v 0.000000 17.816645 -0.725387</w:t>
        <w:br/>
        <w:t>v 0.000000 17.838192 -0.669217</w:t>
        <w:br/>
        <w:t>v 0.147775 18.147182 -0.515959</w:t>
        <w:br/>
        <w:t>v 0.240605 18.155676 -0.492227</w:t>
        <w:br/>
        <w:t>v 0.216423 18.126846 -0.505666</w:t>
        <w:br/>
        <w:t>v 0.000000 18.139387 -0.536755</w:t>
        <w:br/>
        <w:t>v 0.078478 18.142759 -0.528337</w:t>
        <w:br/>
        <w:t>v 0.000000 18.122850 -0.532883</w:t>
        <w:br/>
        <w:t>v 0.939636 18.095669 -0.093766</w:t>
        <w:br/>
        <w:t>v 0.904775 18.128609 -0.192179</w:t>
        <w:br/>
        <w:t>v 0.837164 18.085289 -0.216935</w:t>
        <w:br/>
        <w:t>v 0.879644 18.049915 -0.107906</w:t>
        <w:br/>
        <w:t>v 0.573564 18.135828 -0.102585</w:t>
        <w:br/>
        <w:t>v 0.643973 18.076075 -0.129602</w:t>
        <w:br/>
        <w:t>v 0.608900 18.119089 -0.221195</w:t>
        <w:br/>
        <w:t>v 0.531209 18.176098 -0.194066</w:t>
        <w:br/>
        <w:t>v 1.011107 17.609604 0.349984</w:t>
        <w:br/>
        <w:t>v 1.049377 17.421209 0.477924</w:t>
        <w:br/>
        <w:t>v 0.958647 17.288048 0.637652</w:t>
        <w:br/>
        <w:t>v 0.963905 17.150440 0.788587</w:t>
        <w:br/>
        <w:t>v 0.711959 17.219000 0.789387</w:t>
        <w:br/>
        <w:t>v 0.766380 17.205124 0.777383</w:t>
        <w:br/>
        <w:t>v 0.954013 17.776215 0.243727</w:t>
        <w:br/>
        <w:t>v 0.832955 17.991226 -0.048563</w:t>
        <w:br/>
        <w:t>v 0.853726 17.910601 0.106419</w:t>
        <w:br/>
        <w:t>v 1.301999 17.464897 0.411400</w:t>
        <w:br/>
        <w:t>v 1.009758 17.135038 0.785677</w:t>
        <w:br/>
        <w:t>v 0.855937 17.432762 0.507127</w:t>
        <w:br/>
        <w:t>v 0.848418 17.286024 0.659223</w:t>
        <w:br/>
        <w:t>v 0.863406 17.776426 0.273192</w:t>
        <w:br/>
        <w:t>v 0.865967 17.612352 0.382896</w:t>
        <w:br/>
        <w:t>v 0.840424 17.193193 0.789100</w:t>
        <w:br/>
        <w:t>v 1.299150 17.438637 0.479098</w:t>
        <w:br/>
        <w:t>v 1.294027 17.417198 0.453181</w:t>
        <w:br/>
        <w:t>v 1.157674 17.289482 0.592349</w:t>
        <w:br/>
        <w:t>v 1.162640 17.312729 0.616768</w:t>
        <w:br/>
        <w:t>v 1.116052 17.819969 0.223093</w:t>
        <w:br/>
        <w:t>v 1.111855 17.798908 0.196601</w:t>
        <w:br/>
        <w:t>v 1.222248 17.615662 0.311713</w:t>
        <w:br/>
        <w:t>v 1.228370 17.636032 0.338318</w:t>
        <w:br/>
        <w:t>v 0.962244 18.066944 0.006420</w:t>
        <w:br/>
        <w:t>v 0.970512 18.042110 -0.015438</w:t>
        <w:br/>
        <w:t>v 1.016203 17.968666 0.069085</w:t>
        <w:br/>
        <w:t>v 1.005973 17.994259 0.091768</w:t>
        <w:br/>
        <w:t>v 0.793534 18.078384 -0.455816</w:t>
        <w:br/>
        <w:t>v 0.865367 18.131180 -0.296238</w:t>
        <w:br/>
        <w:t>v 0.852440 18.162655 -0.294114</w:t>
        <w:br/>
        <w:t>v 0.783380 18.109861 -0.463673</w:t>
        <w:br/>
        <w:t>v 0.720890 18.023937 -0.523115</w:t>
        <w:br/>
        <w:t>v 0.712721 18.052479 -0.538191</w:t>
        <w:br/>
        <w:t>v 0.263600 17.866020 -0.722826</w:t>
        <w:br/>
        <w:t>v 0.262788 17.843811 -0.697108</w:t>
        <w:br/>
        <w:t>v 0.431710 17.886442 -0.660948</w:t>
        <w:br/>
        <w:t>v 0.435444 17.912035 -0.683469</w:t>
        <w:br/>
        <w:t>v 0.688552 17.486422 0.578834</w:t>
        <w:br/>
        <w:t>v 0.688627 17.335999 0.708111</w:t>
        <w:br/>
        <w:t>v 0.665332 17.822803 0.325514</w:t>
        <w:br/>
        <w:t>v 0.678072 17.693951 0.427275</w:t>
        <w:br/>
        <w:t>v 0.597221 18.128922 -0.000188</w:t>
        <w:br/>
        <w:t>v 0.632594 18.009224 0.138669</w:t>
        <w:br/>
        <w:t>v 0.416584 18.241823 -0.373604</w:t>
        <w:br/>
        <w:t>v 0.475314 18.247305 -0.296113</w:t>
        <w:br/>
        <w:t>v 0.362712 18.227858 -0.431823</w:t>
        <w:br/>
        <w:t>v 0.654216 17.895037 0.256979</w:t>
        <w:br/>
        <w:t>v 0.000000 17.838566 -0.751505</w:t>
        <w:br/>
        <w:t>v 0.000000 17.816645 -0.725387</w:t>
        <w:br/>
        <w:t>v 0.134336 17.825214 -0.714757</w:t>
        <w:br/>
        <w:t>v 0.135997 17.846985 -0.740950</w:t>
        <w:br/>
        <w:t>v 0.135385 18.192148 -0.526388</w:t>
        <w:br/>
        <w:t>v 0.231549 18.203951 -0.499696</w:t>
        <w:br/>
        <w:t>v 0.000000 18.180832 -0.549533</w:t>
        <w:br/>
        <w:t>v 0.070659 18.186041 -0.539703</w:t>
        <w:br/>
        <w:t>v 0.891622 18.158146 -0.181337</w:t>
        <w:br/>
        <w:t>v 0.904775 18.128609 -0.192179</w:t>
        <w:br/>
        <w:t>v 0.939636 18.095669 -0.093766</w:t>
        <w:br/>
        <w:t>v 0.927533 18.121899 -0.075643</w:t>
        <w:br/>
        <w:t>v 0.525039 18.231281 -0.193691</w:t>
        <w:br/>
        <w:t>v 0.566182 18.195169 -0.091793</w:t>
        <w:br/>
        <w:t>v 0.685667 17.246778 0.810283</w:t>
        <w:br/>
        <w:t>v 1.301999 17.464897 0.411400</w:t>
        <w:br/>
        <w:t>v 1.307318 17.486290 0.437305</w:t>
        <w:br/>
        <w:t>v 1.009758 17.135038 0.785677</w:t>
        <w:br/>
        <w:t>v 1.009770 17.160669 0.808173</w:t>
        <w:br/>
        <w:t>v 0.688627 17.335999 0.708111</w:t>
        <w:br/>
        <w:t>v 0.688552 17.486422 0.578834</w:t>
        <w:br/>
        <w:t>v 0.678072 17.693951 0.427275</w:t>
        <w:br/>
        <w:t>v 0.665332 17.822803 0.325514</w:t>
        <w:br/>
        <w:t>v 0.632594 18.009224 0.138669</w:t>
        <w:br/>
        <w:t>v 0.597221 18.128922 -0.000188</w:t>
        <w:br/>
        <w:t>v 0.475314 18.247305 -0.296113</w:t>
        <w:br/>
        <w:t>v 0.416584 18.241823 -0.373604</w:t>
        <w:br/>
        <w:t>v 0.362712 18.227858 -0.431823</w:t>
        <w:br/>
        <w:t>v 0.654216 17.895037 0.256979</w:t>
        <w:br/>
        <w:t>v 0.250135 18.204039 -0.525864</w:t>
        <w:br/>
        <w:t>v 0.231549 18.203951 -0.499696</w:t>
        <w:br/>
        <w:t>v 0.135385 18.192148 -0.526388</w:t>
        <w:br/>
        <w:t>v 0.148537 18.190811 -0.552293</w:t>
        <w:br/>
        <w:t>v 0.080514 18.184080 -0.564746</w:t>
        <w:br/>
        <w:t>v 0.070659 18.186041 -0.539703</w:t>
        <w:br/>
        <w:t>v 0.000000 18.180832 -0.549533</w:t>
        <w:br/>
        <w:t>v 0.000000 18.178446 -0.573790</w:t>
        <w:br/>
        <w:t>v 0.566182 18.195169 -0.091793</w:t>
        <w:br/>
        <w:t>v 0.525039 18.231281 -0.193691</w:t>
        <w:br/>
        <w:t>v 0.685667 17.246778 0.810283</w:t>
        <w:br/>
        <w:t>v 0.574476 17.999619 -0.593350</w:t>
        <w:br/>
        <w:t>v 0.616931 17.988926 -0.612435</w:t>
        <w:br/>
        <w:t>v 0.337781 18.218353 -0.494575</w:t>
        <w:br/>
        <w:t>v 0.392814 18.161722 -0.508040</w:t>
        <w:br/>
        <w:t>v 0.510262 18.048357 -0.563260</w:t>
        <w:br/>
        <w:t>v 0.448984 18.098282 -0.531122</w:t>
        <w:br/>
        <w:t>v 0.620466 17.961922 -0.592663</w:t>
        <w:br/>
        <w:t>v 0.584056 17.972828 -0.575213</w:t>
        <w:br/>
        <w:t>v 0.330537 18.169128 -0.450896</w:t>
        <w:br/>
        <w:t>v 0.311776 18.216343 -0.470281</w:t>
        <w:br/>
        <w:t>v 0.616931 17.988926 -0.612435</w:t>
        <w:br/>
        <w:t>v 0.620466 17.961922 -0.592663</w:t>
        <w:br/>
        <w:t>v 0.337781 18.218353 -0.494575</w:t>
        <w:br/>
        <w:t>v 0.311776 18.216343 -0.470281</w:t>
        <w:br/>
        <w:t>v 1.313001 17.460007 0.457302</w:t>
        <w:br/>
        <w:t>v 1.307794 17.438614 0.431372</w:t>
        <w:br/>
        <w:t>v 1.313001 17.460007 0.457302</w:t>
        <w:br/>
        <w:t>v 1.307794 17.438614 0.431372</w:t>
        <w:br/>
        <w:t>v 0.624426 15.496772 1.355369</w:t>
        <w:br/>
        <w:t>v 0.570566 15.342151 1.311802</w:t>
        <w:br/>
        <w:t>v 0.494487 15.333446 1.340206</w:t>
        <w:br/>
        <w:t>v 0.533282 15.489877 1.375829</w:t>
        <w:br/>
        <w:t>v 0.832942 16.154297 1.718969</w:t>
        <w:br/>
        <w:t>v 0.878882 16.279636 1.717145</w:t>
        <w:br/>
        <w:t>v 1.028930 16.237385 1.639579</w:t>
        <w:br/>
        <w:t>v 0.969625 16.117237 1.649209</w:t>
        <w:br/>
        <w:t>v 1.108870 16.466747 1.557092</w:t>
        <w:br/>
        <w:t>v 0.949004 16.528725 1.624603</w:t>
        <w:br/>
        <w:t>v 0.970088 16.645996 1.547861</w:t>
        <w:br/>
        <w:t>v 1.136661 16.581532 1.488881</w:t>
        <w:br/>
        <w:t>v 1.181889 16.976572 0.996392</w:t>
        <w:br/>
        <w:t>v 1.005698 17.036039 1.038710</w:t>
        <w:br/>
        <w:t>v 1.187510 17.089087 0.814543</w:t>
        <w:br/>
        <w:t>v 0.723388 15.712319 1.460876</w:t>
        <w:br/>
        <w:t>v 0.631370 15.739437 1.508078</w:t>
        <w:br/>
        <w:t>v 0.684854 15.841022 1.589017</w:t>
        <w:br/>
        <w:t>v 0.786890 15.809845 1.543152</w:t>
        <w:br/>
        <w:t>v 0.334945 15.154543 1.325017</w:t>
        <w:br/>
        <w:t>v 0.361525 15.319481 1.357105</w:t>
        <w:br/>
        <w:t>v 0.415909 15.324952 1.352796</w:t>
        <w:br/>
        <w:t>v 0.385545 15.156831 1.319222</w:t>
        <w:br/>
        <w:t>v 0.594111 16.368446 1.753055</w:t>
        <w:br/>
        <w:t>v 0.704914 16.331738 1.752806</w:t>
        <w:br/>
        <w:t>v 0.670228 16.197964 1.751057</w:t>
        <w:br/>
        <w:t>v 0.568118 16.226402 1.751469</w:t>
        <w:br/>
        <w:t>v 0.638115 16.748219 1.569357</w:t>
        <w:br/>
        <w:t>v 0.770289 16.714645 1.573429</w:t>
        <w:br/>
        <w:t>v 0.751017 16.594349 1.658340</w:t>
        <w:br/>
        <w:t>v 0.629122 16.626934 1.657328</w:t>
        <w:br/>
        <w:t>v 0.799118 16.987438 1.238858</w:t>
        <w:br/>
        <w:t>v 0.645897 17.023598 1.245928</w:t>
        <w:br/>
        <w:t>v 0.644373 17.151314 1.055360</w:t>
        <w:br/>
        <w:t>v 0.805101 17.108358 1.048378</w:t>
        <w:br/>
        <w:t>v 0.431597 15.733417 1.484084</w:t>
        <w:br/>
        <w:t>v 0.451382 15.802440 1.530299</w:t>
        <w:br/>
        <w:t>v 0.523540 15.768439 1.524029</w:t>
        <w:br/>
        <w:t>v 0.496985 15.704863 1.469532</w:t>
        <w:br/>
        <w:t>v 0.920575 16.412876 1.679024</w:t>
        <w:br/>
        <w:t>v 1.073521 16.355156 1.603244</w:t>
        <w:br/>
        <w:t>v 0.616356 16.509537 1.713685</w:t>
        <w:br/>
        <w:t>v 0.731182 16.477375 1.714297</w:t>
        <w:br/>
        <w:t>v 0.887550 15.972610 1.625140</w:t>
        <w:br/>
        <w:t>v 0.767329 16.004822 1.680985</w:t>
        <w:br/>
        <w:t>v 0.622152 16.043419 1.707340</w:t>
        <w:br/>
        <w:t>v 0.568768 15.887737 1.616321</w:t>
        <w:br/>
        <w:t>v 0.491976 15.933789 1.626376</w:t>
        <w:br/>
        <w:t>v 0.529273 16.068958 1.706840</w:t>
        <w:br/>
        <w:t>v 0.689701 15.661870 1.425478</w:t>
        <w:br/>
        <w:t>v 0.595972 15.677084 1.454082</w:t>
        <w:br/>
        <w:t>v 0.986638 16.781757 1.396114</w:t>
        <w:br/>
        <w:t>v 1.161505 16.715557 1.342579</w:t>
        <w:br/>
        <w:t>v 0.642699 16.882641 1.425192</w:t>
        <w:br/>
        <w:t>v 0.786152 16.848942 1.423093</w:t>
        <w:br/>
        <w:t>v 1.175656 16.842848 1.178367</w:t>
        <w:br/>
        <w:t>v 0.999053 16.916204 1.216700</w:t>
        <w:br/>
        <w:t>v 0.652467 17.303024 0.845082</w:t>
        <w:br/>
        <w:t>v 0.809223 17.248264 0.826559</w:t>
        <w:br/>
        <w:t>v 0.446648 15.493524 1.387033</w:t>
        <w:br/>
        <w:t>v 1.010769 17.182240 0.812007</w:t>
        <w:br/>
        <w:t>v 0.514721 15.180650 1.274743</w:t>
        <w:br/>
        <w:t>v 0.466233 14.906857 1.226168</w:t>
        <w:br/>
        <w:t>v 0.420118 14.895842 1.278678</w:t>
        <w:br/>
        <w:t>v 0.455891 15.171593 1.304795</w:t>
        <w:br/>
        <w:t>v 0.577349 15.628422 1.429438</w:t>
        <w:br/>
        <w:t>v 0.667131 15.615307 1.399973</w:t>
        <w:br/>
        <w:t>v 0.391153 15.503266 1.392866</w:t>
        <w:br/>
        <w:t>v 0.420306 15.682954 1.457991</w:t>
        <w:br/>
        <w:t>v 0.482558 15.654901 1.444951</w:t>
        <w:br/>
        <w:t>v 0.363136 14.891582 1.293854</w:t>
        <w:br/>
        <w:t>v 0.315947 14.892830 1.299574</w:t>
        <w:br/>
        <w:t>v 0.561111 15.338267 1.286622</w:t>
        <w:br/>
        <w:t>v 0.479273 15.348635 1.265325</w:t>
        <w:br/>
        <w:t>v 0.433221 15.181449 1.245765</w:t>
        <w:br/>
        <w:t>v 0.510812 15.190292 1.254996</w:t>
        <w:br/>
        <w:t>v 0.816592 16.151848 1.664535</w:t>
        <w:br/>
        <w:t>v 0.816592 16.151848 1.664535</w:t>
        <w:br/>
        <w:t>v 0.963130 16.127903 1.624178</w:t>
        <w:br/>
        <w:t>v 1.018376 16.236084 1.615710</w:t>
        <w:br/>
        <w:t>v 0.859159 16.269146 1.658215</w:t>
        <w:br/>
        <w:t>v 1.094118 16.448158 1.538281</w:t>
        <w:br/>
        <w:t>v 1.121535 16.558102 1.474330</w:t>
        <w:br/>
        <w:t>v 0.938237 16.598572 1.511539</w:t>
        <w:br/>
        <w:t>v 0.929731 16.507801 1.579087</w:t>
        <w:br/>
        <w:t>v 1.166664 16.944883 0.986587</w:t>
        <w:br/>
        <w:t>v 1.169661 17.066679 0.802864</w:t>
        <w:br/>
        <w:t>v 0.985838 16.995094 1.013054</w:t>
        <w:br/>
        <w:t>v 0.718342 15.726485 1.436620</w:t>
        <w:br/>
        <w:t>v 0.789150 15.839499 1.521381</w:t>
        <w:br/>
        <w:t>v 0.675312 15.859008 1.555592</w:t>
        <w:br/>
        <w:t>v 0.610836 15.746757 1.411627</w:t>
        <w:br/>
        <w:t>v 1.059932 16.343700 1.581336</w:t>
        <w:br/>
        <w:t>v 0.905712 16.399311 1.633159</w:t>
        <w:br/>
        <w:t>v 0.885552 15.993831 1.600221</w:t>
        <w:br/>
        <w:t>v 0.754114 15.993918 1.638355</w:t>
        <w:br/>
        <w:t>v 0.589964 15.715868 1.338969</w:t>
        <w:br/>
        <w:t>v 0.688464 15.691323 1.409778</w:t>
        <w:br/>
        <w:t>v 1.144143 16.685268 1.330101</w:t>
        <w:br/>
        <w:t>v 0.955761 16.748043 1.370196</w:t>
        <w:br/>
        <w:t>v 0.970250 16.877472 1.191806</w:t>
        <w:br/>
        <w:t>v 1.158719 16.808624 1.169985</w:t>
        <w:br/>
        <w:t>v 0.403806 14.902286 1.219972</w:t>
        <w:br/>
        <w:t>v 0.457028 14.907932 1.210442</w:t>
        <w:br/>
        <w:t>v 0.516183 15.481896 1.282337</w:t>
        <w:br/>
        <w:t>v 0.608525 15.477124 1.323131</w:t>
        <w:br/>
        <w:t>v 0.667231 15.643822 1.384859</w:t>
        <w:br/>
        <w:t>v 0.569218 15.669877 1.313563</w:t>
        <w:br/>
        <w:t>v 0.624426 15.496772 1.355369</w:t>
        <w:br/>
        <w:t>v 0.608525 15.477124 1.323131</w:t>
        <w:br/>
        <w:t>v 0.561111 15.338267 1.286622</w:t>
        <w:br/>
        <w:t>v 0.570566 15.342151 1.311802</w:t>
        <w:br/>
        <w:t>v 1.018376 16.236084 1.615710</w:t>
        <w:br/>
        <w:t>v 0.963130 16.127903 1.624178</w:t>
        <w:br/>
        <w:t>v 0.969625 16.117237 1.649209</w:t>
        <w:br/>
        <w:t>v 1.028930 16.237385 1.639579</w:t>
        <w:br/>
        <w:t>v 1.121535 16.558102 1.474330</w:t>
        <w:br/>
        <w:t>v 1.094118 16.448158 1.538281</w:t>
        <w:br/>
        <w:t>v 1.108870 16.466747 1.557092</w:t>
        <w:br/>
        <w:t>v 1.136661 16.581532 1.488881</w:t>
        <w:br/>
        <w:t>v 0.986725 17.145094 0.784903</w:t>
        <w:br/>
        <w:t>v 1.136124 17.096380 0.779145</w:t>
        <w:br/>
        <w:t>v 1.155984 17.121199 0.792759</w:t>
        <w:br/>
        <w:t>v 1.010769 17.182240 0.812007</w:t>
        <w:br/>
        <w:t>v 1.169661 17.066679 0.802864</w:t>
        <w:br/>
        <w:t>v 1.166664 16.944883 0.986587</w:t>
        <w:br/>
        <w:t>v 1.181889 16.976572 0.996392</w:t>
        <w:br/>
        <w:t>v 1.187510 17.089087 0.814543</w:t>
        <w:br/>
        <w:t>v 0.789150 15.839499 1.521381</w:t>
        <w:br/>
        <w:t>v 0.718342 15.726485 1.436620</w:t>
        <w:br/>
        <w:t>v 0.723388 15.712319 1.460876</w:t>
        <w:br/>
        <w:t>v 0.786890 15.809845 1.543152</w:t>
        <w:br/>
        <w:t>v 0.308765 15.157254 1.303596</w:t>
        <w:br/>
        <w:t>v 0.332472 15.317121 1.327041</w:t>
        <w:br/>
        <w:t>v 0.337693 15.318955 1.348150</w:t>
        <w:br/>
        <w:t>v 0.313537 15.154382 1.315575</w:t>
        <w:br/>
        <w:t>v 0.528186 16.242214 1.702319</w:t>
        <w:br/>
        <w:t>v 0.550257 16.375454 1.702094</w:t>
        <w:br/>
        <w:t>v 0.566507 16.375938 1.741676</w:t>
        <w:br/>
        <w:t>v 0.542038 16.235310 1.740565</w:t>
        <w:br/>
        <w:t>v 0.580808 16.616245 1.618545</w:t>
        <w:br/>
        <w:t>v 0.588615 16.726585 1.533334</w:t>
        <w:br/>
        <w:t>v 0.607738 16.747231 1.559465</w:t>
        <w:br/>
        <w:t>v 0.599369 16.628338 1.646736</w:t>
        <w:br/>
        <w:t>v 0.584793 16.973511 1.201199</w:t>
        <w:br/>
        <w:t>v 0.581833 17.101389 1.012979</w:t>
        <w:br/>
        <w:t>v 0.611785 17.148716 1.050089</w:t>
        <w:br/>
        <w:t>v 0.613821 17.020462 1.240045</w:t>
        <w:br/>
        <w:t>v 0.399846 15.770502 1.458915</w:t>
        <w:br/>
        <w:t>v 0.421455 15.848429 1.504981</w:t>
        <w:br/>
        <w:t>v 0.429574 15.819126 1.524528</w:t>
        <w:br/>
        <w:t>v 0.409014 15.748980 1.476814</w:t>
        <w:br/>
        <w:t>v 1.059932 16.343700 1.581336</w:t>
        <w:br/>
        <w:t>v 1.073521 16.355156 1.603244</w:t>
        <w:br/>
        <w:t>v 0.568992 16.507278 1.670580</w:t>
        <w:br/>
        <w:t>v 0.587129 16.513287 1.702731</w:t>
        <w:br/>
        <w:t>v 0.885552 15.993831 1.600221</w:t>
        <w:br/>
        <w:t>v 0.887550 15.972610 1.625140</w:t>
        <w:br/>
        <w:t>v 0.459738 15.966839 1.582235</w:t>
        <w:br/>
        <w:t>v 0.494762 16.096777 1.659701</w:t>
        <w:br/>
        <w:t>v 0.505179 16.080078 1.696610</w:t>
        <w:br/>
        <w:t>v 0.469406 15.946841 1.616683</w:t>
        <w:br/>
        <w:t>v 0.688464 15.691323 1.409778</w:t>
        <w:br/>
        <w:t>v 0.689701 15.661870 1.425478</w:t>
        <w:br/>
        <w:t>v 1.144143 16.685268 1.330101</w:t>
        <w:br/>
        <w:t>v 1.161505 16.715557 1.342579</w:t>
        <w:br/>
        <w:t>v 0.590601 16.853315 1.392441</w:t>
        <w:br/>
        <w:t>v 0.611285 16.880095 1.417647</w:t>
        <w:br/>
        <w:t>v 1.158719 16.808624 1.169985</w:t>
        <w:br/>
        <w:t>v 1.175656 16.842848 1.178367</w:t>
        <w:br/>
        <w:t>v 0.620928 17.236013 0.785715</w:t>
        <w:br/>
        <w:t>v 0.798243 17.201038 0.789462</w:t>
        <w:br/>
        <w:t>v 0.809223 17.248264 0.826559</w:t>
        <w:br/>
        <w:t>v 0.652467 17.303024 0.845082</w:t>
        <w:br/>
        <w:t>v 0.577424 17.232203 0.816316</w:t>
        <w:br/>
        <w:t>v 0.615070 17.291458 0.859796</w:t>
        <w:br/>
        <w:t>v 0.595647 16.958088 1.261366</w:t>
        <w:br/>
        <w:t>v 0.613184 16.985365 1.284448</w:t>
        <w:br/>
        <w:t>v 0.510812 15.190292 1.254996</w:t>
        <w:br/>
        <w:t>v 0.457028 14.907932 1.210442</w:t>
        <w:br/>
        <w:t>v 0.466233 14.906857 1.226168</w:t>
        <w:br/>
        <w:t>v 0.514721 15.180650 1.274743</w:t>
        <w:br/>
        <w:t>v 0.667231 15.643822 1.384859</w:t>
        <w:br/>
        <w:t>v 0.667131 15.615307 1.399973</w:t>
        <w:br/>
        <w:t>v 0.362712 15.530721 1.368409</w:t>
        <w:br/>
        <w:t>v 0.388667 15.722962 1.434509</w:t>
        <w:br/>
        <w:t>v 0.397748 15.698755 1.450085</w:t>
        <w:br/>
        <w:t>v 0.366259 15.513609 1.389331</w:t>
        <w:br/>
        <w:t>v 0.285770 14.901662 1.275005</w:t>
        <w:br/>
        <w:t>v 0.291279 14.975780 1.281850</w:t>
        <w:br/>
        <w:t>v 0.288268 14.898114 1.293604</w:t>
        <w:br/>
        <w:t>v 0.615070 17.291458 0.859796</w:t>
        <w:br/>
        <w:t>v 0.288268 14.898114 1.293604</w:t>
        <w:br/>
        <w:t>v 1.161480 17.084127 0.782105</w:t>
        <w:br/>
        <w:t>v 1.180028 17.106760 0.794021</w:t>
        <w:br/>
        <w:t>v 1.155984 17.121199 0.792759</w:t>
        <w:br/>
        <w:t>v 1.180028 17.106760 0.794021</w:t>
        <w:br/>
        <w:t>v 1.161480 17.084127 0.782105</w:t>
        <w:br/>
        <w:t>v 1.136124 17.096380 0.779145</w:t>
        <w:br/>
        <w:t>v 0.986725 17.145094 0.784903</w:t>
        <w:br/>
        <w:t>v 0.798243 17.201038 0.789462</w:t>
        <w:br/>
        <w:t>v 0.850941 17.151575 0.853063</w:t>
        <w:br/>
        <w:t>v 0.862257 17.045980 1.025058</w:t>
        <w:br/>
        <w:t>v 0.861370 16.916143 1.204584</w:t>
        <w:br/>
        <w:t>v 0.463598 14.611368 1.213802</w:t>
        <w:br/>
        <w:t>v 0.406791 14.602062 1.265088</w:t>
        <w:br/>
        <w:t>v 0.347086 14.597805 1.281963</w:t>
        <w:br/>
        <w:t>v 0.303569 14.597342 1.290032</w:t>
        <w:br/>
        <w:t>v 0.413198 14.618526 1.200875</w:t>
        <w:br/>
        <w:t>v 0.453755 14.617327 1.196778</w:t>
        <w:br/>
        <w:t>v 0.453755 14.617327 1.196778</w:t>
        <w:br/>
        <w:t>v 0.463598 14.611368 1.213802</w:t>
        <w:br/>
        <w:t>v 0.282048 14.601713 1.285073</w:t>
        <w:br/>
        <w:t>v 0.276815 14.606173 1.267249</w:t>
        <w:br/>
        <w:t>v 0.282048 14.601713 1.285073</w:t>
        <w:br/>
        <w:t>v 0.474814 14.306688 1.209843</w:t>
        <w:br/>
        <w:t>v 0.398247 14.307888 1.268373</w:t>
        <w:br/>
        <w:t>v 0.344413 14.303627 1.282987</w:t>
        <w:br/>
        <w:t>v 0.297973 14.303165 1.292180</w:t>
        <w:br/>
        <w:t>v 0.422042 14.303053 1.196053</w:t>
        <w:br/>
        <w:t>v 0.465346 14.312634 1.194167</w:t>
        <w:br/>
        <w:t>v 0.465346 14.312634 1.194167</w:t>
        <w:br/>
        <w:t>v 0.474814 14.306688 1.209843</w:t>
        <w:br/>
        <w:t>v 0.277389 14.307537 1.289757</w:t>
        <w:br/>
        <w:t>v 0.269270 14.311996 1.268273</w:t>
        <w:br/>
        <w:t>v 0.277389 14.307537 1.289757</w:t>
        <w:br/>
        <w:t>v 0.688464 15.691323 1.409778</w:t>
        <w:br/>
        <w:t>v 0.060080 16.281574 1.511451</w:t>
        <w:br/>
        <w:t>v 0.088383 16.429701 1.498873</w:t>
        <w:br/>
        <w:t>v 0.134148 16.430075 1.521106</w:t>
        <w:br/>
        <w:t>v 0.097564 16.277317 1.526264</w:t>
        <w:br/>
        <w:t>v 0.261202 16.806326 1.365711</w:t>
        <w:br/>
        <w:t>v 0.341928 16.925648 1.275842</w:t>
        <w:br/>
        <w:t>v 0.359277 16.924124 1.285172</w:t>
        <w:br/>
        <w:t>v 0.296600 16.803366 1.387894</w:t>
        <w:br/>
        <w:t>v 0.080839 15.995304 1.475678</w:t>
        <w:br/>
        <w:t>v 0.067087 15.999901 1.470831</w:t>
        <w:br/>
        <w:t>v 0.051886 16.116013 1.502720</w:t>
        <w:br/>
        <w:t>v 0.078603 16.114241 1.513386</w:t>
        <w:br/>
        <w:t>v 0.550257 16.375454 1.702094</w:t>
        <w:br/>
        <w:t>v 0.528186 16.242214 1.702319</w:t>
        <w:br/>
        <w:t>v 0.416696 16.247513 1.684994</w:t>
        <w:br/>
        <w:t>v 0.446561 16.401257 1.691439</w:t>
        <w:br/>
        <w:t>v 0.580808 16.616245 1.618545</w:t>
        <w:br/>
        <w:t>v 0.506690 16.642475 1.611388</w:t>
        <w:br/>
        <w:t>v 0.534306 16.748905 1.523455</w:t>
        <w:br/>
        <w:t>v 0.588615 16.726585 1.533334</w:t>
        <w:br/>
        <w:t>v 0.335395 15.836339 1.485433</w:t>
        <w:br/>
        <w:t>v 0.358003 15.955073 1.568745</w:t>
        <w:br/>
        <w:t>v 0.459738 15.966839 1.582235</w:t>
        <w:br/>
        <w:t>v 0.421455 15.848429 1.504981</w:t>
        <w:br/>
        <w:t>v 0.326177 15.532945 1.371270</w:t>
        <w:br/>
        <w:t>v 0.319570 15.697944 1.408391</w:t>
        <w:br/>
        <w:t>v 0.388667 15.722962 1.434509</w:t>
        <w:br/>
        <w:t>v 0.362712 15.530721 1.368409</w:t>
        <w:br/>
        <w:t>v 0.234360 16.674889 1.461538</w:t>
        <w:br/>
        <w:t>v 0.186059 16.675301 1.433272</w:t>
        <w:br/>
        <w:t>v 0.590601 16.853315 1.392441</w:t>
        <w:br/>
        <w:t>v 0.564796 16.860109 1.390318</w:t>
        <w:br/>
        <w:t>v 0.595647 16.958088 1.261366</w:t>
        <w:br/>
        <w:t>v 0.236146 15.157393 1.314600</w:t>
        <w:br/>
        <w:t>v 0.196813 15.163962 1.320158</w:t>
        <w:br/>
        <w:t>v 0.170071 15.321243 1.343353</w:t>
        <w:br/>
        <w:t>v 0.214987 15.310288 1.341992</w:t>
        <w:br/>
        <w:t>v 0.114688 15.864592 1.435034</w:t>
        <w:br/>
        <w:t>v 0.178515 15.815342 1.432448</w:t>
        <w:br/>
        <w:t>v 0.175080 15.699755 1.395763</w:t>
        <w:br/>
        <w:t>v 0.106919 15.712558 1.390917</w:t>
        <w:br/>
        <w:t>v 0.233810 16.265137 1.608702</w:t>
        <w:br/>
        <w:t>v 0.161815 16.271008 1.562774</w:t>
        <w:br/>
        <w:t>v 0.199111 16.428514 1.562449</w:t>
        <w:br/>
        <w:t>v 0.273542 16.426752 1.615584</w:t>
        <w:br/>
        <w:t>v 0.118348 15.904687 1.452633</w:t>
        <w:br/>
        <w:t>v 0.182774 15.857697 1.456954</w:t>
        <w:br/>
        <w:t>v 0.187920 15.550142 1.377602</w:t>
        <w:br/>
        <w:t>v 0.129027 15.570253 1.377877</w:t>
        <w:br/>
        <w:t>v 0.435194 16.661247 1.589242</w:t>
        <w:br/>
        <w:t>v 0.469568 16.773989 1.503894</w:t>
        <w:br/>
        <w:t>v 0.273967 15.154282 1.306094</w:t>
        <w:br/>
        <w:t>v 0.270807 14.976180 1.279952</w:t>
        <w:br/>
        <w:t>v 0.250435 15.772388 1.427539</w:t>
        <w:br/>
        <w:t>v 0.248024 15.692785 1.406942</w:t>
        <w:br/>
        <w:t>v 0.354556 16.418783 1.660038</w:t>
        <w:br/>
        <w:t>v 0.317409 16.255482 1.654705</w:t>
        <w:br/>
        <w:t>v 0.444462 16.905575 1.340131</w:t>
        <w:br/>
        <w:t>v 0.506915 16.885227 1.368260</w:t>
        <w:br/>
        <w:t>v 0.398835 16.793337 1.465511</w:t>
        <w:br/>
        <w:t>v 0.192716 15.971110 1.515273</w:t>
        <w:br/>
        <w:t>v 0.273692 15.959832 1.549209</w:t>
        <w:br/>
        <w:t>v 0.263388 15.840510 1.478138</w:t>
        <w:br/>
        <w:t>v 0.253183 15.540627 1.375791</w:t>
        <w:br/>
        <w:t>v 0.339392 16.801918 1.419945</w:t>
        <w:br/>
        <w:t>v 0.354805 16.671415 1.551433</w:t>
        <w:br/>
        <w:t>v 0.290242 16.676836 1.504681</w:t>
        <w:br/>
        <w:t>v 0.137721 16.569868 1.470956</w:t>
        <w:br/>
        <w:t>v 0.186384 16.570841 1.493989</w:t>
        <w:br/>
        <w:t>v 0.480760 16.542999 1.661437</w:t>
        <w:br/>
        <w:t>v 0.568992 16.507278 1.670580</w:t>
        <w:br/>
        <w:t>v 0.494762 16.096777 1.659701</w:t>
        <w:br/>
        <w:t>v 0.383209 16.094791 1.641465</w:t>
        <w:br/>
        <w:t>v 0.397123 16.560188 1.632622</w:t>
        <w:br/>
        <w:t>v 0.288843 16.097551 1.609651</w:t>
        <w:br/>
        <w:t>v 0.246313 16.571018 1.539217</w:t>
        <w:br/>
        <w:t>v 0.317746 16.569857 1.592414</w:t>
        <w:br/>
        <w:t>v 0.136184 16.108370 1.533022</w:t>
        <w:br/>
        <w:t>v 0.202921 16.102037 1.567146</w:t>
        <w:br/>
        <w:t>v 0.421230 17.033802 1.190907</w:t>
        <w:br/>
        <w:t>v 0.448972 17.024448 1.204684</w:t>
        <w:br/>
        <w:t>v 0.395862 16.918928 1.311977</w:t>
        <w:br/>
        <w:t>v 0.084236 15.887362 1.424529</w:t>
        <w:br/>
        <w:t>v 0.082575 15.939972 1.449460</w:t>
        <w:br/>
        <w:t>v 0.332472 15.317121 1.327041</w:t>
        <w:br/>
        <w:t>v 0.268971 15.306992 1.328202</w:t>
        <w:br/>
        <w:t>v 0.074906 15.948940 1.450359</w:t>
        <w:br/>
        <w:t>v 0.125342 15.981104 1.486195</w:t>
        <w:br/>
        <w:t>v 0.308765 15.157254 1.303596</w:t>
        <w:br/>
        <w:t>v 0.291279 14.975780 1.281850</w:t>
        <w:br/>
        <w:t>v 0.319695 15.745844 1.429438</w:t>
        <w:br/>
        <w:t>v 0.388667 15.722962 1.434509</w:t>
        <w:br/>
        <w:t>v 0.487642 17.009510 1.221184</w:t>
        <w:br/>
        <w:t>v 0.540802 16.984316 1.241918</w:t>
        <w:br/>
        <w:t>v 0.256768 15.814517 1.459977</w:t>
        <w:br/>
        <w:t>v 0.067611 16.280512 1.491616</w:t>
        <w:br/>
        <w:t>v 0.143154 16.270945 1.468208</w:t>
        <w:br/>
        <w:t>v 0.158068 16.417048 1.475515</w:t>
        <w:br/>
        <w:t>v 0.097314 16.425116 1.480162</w:t>
        <w:br/>
        <w:t>v 0.142255 16.014677 1.412501</w:t>
        <w:br/>
        <w:t>v 0.135884 16.126282 1.446275</w:t>
        <w:br/>
        <w:t>v 0.055683 16.118736 1.483172</w:t>
        <w:br/>
        <w:t>v 0.074581 16.006796 1.452195</w:t>
        <w:br/>
        <w:t>v 0.227677 16.660862 1.419920</w:t>
        <w:br/>
        <w:t>v 0.267847 16.792898 1.351310</w:t>
        <w:br/>
        <w:t>v 0.193990 16.664570 1.418646</w:t>
        <w:br/>
        <w:t>v 0.146364 16.562111 1.454744</w:t>
        <w:br/>
        <w:t>v 0.202584 16.556877 1.455331</w:t>
        <w:br/>
        <w:t>v 0.083262 15.957608 1.433035</w:t>
        <w:br/>
        <w:t>v 0.094354 15.894081 1.407117</w:t>
        <w:br/>
        <w:t>v 0.138645 15.952039 1.389119</w:t>
        <w:br/>
        <w:t>v 0.097314 16.425116 1.480162</w:t>
        <w:br/>
        <w:t>v 0.088383 16.429701 1.498873</w:t>
        <w:br/>
        <w:t>v 0.060080 16.281574 1.511451</w:t>
        <w:br/>
        <w:t>v 0.267847 16.792898 1.351310</w:t>
        <w:br/>
        <w:t>v 0.348023 16.910696 1.262053</w:t>
        <w:br/>
        <w:t>v 0.341928 16.925648 1.275842</w:t>
        <w:br/>
        <w:t>v 0.261202 16.806326 1.365711</w:t>
        <w:br/>
        <w:t>v 0.051886 16.116013 1.502720</w:t>
        <w:br/>
        <w:t>v 0.067087 15.999901 1.470831</w:t>
        <w:br/>
        <w:t>v 0.193990 16.664570 1.418646</w:t>
        <w:br/>
        <w:t>v 0.186059 16.675301 1.433272</w:t>
        <w:br/>
        <w:t>v 0.226528 14.979315 1.292080</w:t>
        <w:br/>
        <w:t>v 0.224654 14.983074 1.273931</w:t>
        <w:br/>
        <w:t>v 0.195277 15.167422 1.299299</w:t>
        <w:br/>
        <w:t>v 0.196813 15.163962 1.320158</w:t>
        <w:br/>
        <w:t>v 0.129514 15.573002 1.356830</w:t>
        <w:br/>
        <w:t>v 0.109317 15.715843 1.370070</w:t>
        <w:br/>
        <w:t>v 0.106919 15.712558 1.390917</w:t>
        <w:br/>
        <w:t>v 0.129027 15.570253 1.377877</w:t>
        <w:br/>
        <w:t>v 0.137721 16.569868 1.470956</w:t>
        <w:br/>
        <w:t>v 0.425427 17.018364 1.176917</w:t>
        <w:br/>
        <w:t>v 0.450995 17.009398 1.189845</w:t>
        <w:br/>
        <w:t>v 0.448972 17.024448 1.204684</w:t>
        <w:br/>
        <w:t>v 0.421230 17.033802 1.190907</w:t>
        <w:br/>
        <w:t>v 0.084236 15.887362 1.424529</w:t>
        <w:br/>
        <w:t>v 0.169609 15.324452 1.322369</w:t>
        <w:br/>
        <w:t>v 0.170071 15.321243 1.343353</w:t>
        <w:br/>
        <w:t>v 0.074906 15.948940 1.450359</w:t>
        <w:br/>
        <w:t>v 0.425427 17.018364 1.176917</w:t>
        <w:br/>
        <w:t>v 0.421230 17.033802 1.190907</w:t>
        <w:br/>
        <w:t>v 0.487192 16.993984 1.206707</w:t>
        <w:br/>
        <w:t>v 0.539690 16.969103 1.227067</w:t>
        <w:br/>
        <w:t>v 0.540802 16.984316 1.241918</w:t>
        <w:br/>
        <w:t>v 0.487642 17.009510 1.221184</w:t>
        <w:br/>
        <w:t>v 0.585393 16.947792 1.244166</w:t>
        <w:br/>
        <w:t>v 0.595647 16.958088 1.261366</w:t>
        <w:br/>
        <w:t>v 0.326902 15.786675 1.452208</w:t>
        <w:br/>
        <w:t>v 0.399846 15.770502 1.458915</w:t>
        <w:br/>
        <w:t>v 0.226528 14.979315 1.292080</w:t>
        <w:br/>
        <w:t>v 0.585393 16.947792 1.244166</w:t>
        <w:br/>
        <w:t>v 1.178155 15.932128 1.294266</w:t>
        <w:br/>
        <w:t>v 1.045643 16.190418 1.553906</w:t>
        <w:br/>
        <w:t>v 1.119149 16.051651 1.450010</w:t>
        <w:br/>
        <w:t>v 0.929519 15.685091 1.084363</w:t>
        <w:br/>
        <w:t>v 1.104061 15.742685 0.594235</w:t>
        <w:br/>
        <w:t>v 0.561111 15.338267 1.286622</w:t>
        <w:br/>
        <w:t>v 0.816592 16.151848 1.664535</w:t>
        <w:br/>
        <w:t>v 0.895832 16.146862 1.632997</w:t>
        <w:br/>
        <w:t>v 0.285770 14.901662 1.275005</w:t>
        <w:br/>
        <w:t>v 0.226528 14.979315 1.292080</w:t>
        <w:br/>
        <w:t>v 0.270807 14.976180 1.279952</w:t>
        <w:br/>
        <w:t>v 0.291279 14.975780 1.281850</w:t>
        <w:br/>
        <w:t>v 0.285770 14.901662 1.275005</w:t>
        <w:br/>
        <w:t>v 0.281923 14.904171 1.257219</w:t>
        <w:br/>
        <w:t>v 0.224654 14.983074 1.273931</w:t>
        <w:br/>
        <w:t>v 0.226528 14.979315 1.292080</w:t>
        <w:br/>
        <w:t>v 0.140731 15.757699 1.347263</w:t>
        <w:br/>
        <w:t>v 1.056335 17.146679 0.496160</w:t>
        <w:br/>
        <w:t>v 1.117151 16.986477 0.498720</w:t>
        <w:br/>
        <w:t>v 1.167325 16.796522 0.459400</w:t>
        <w:br/>
        <w:t>v 1.165989 16.653055 0.392526</w:t>
        <w:br/>
        <w:t>v 1.141145 16.463474 0.277351</w:t>
        <w:br/>
        <w:t>v 1.162791 16.348085 0.176403</w:t>
        <w:br/>
        <w:t>v 1.163841 16.254408 0.021708</w:t>
        <w:br/>
        <w:t>v 1.051813 16.275255 -0.359502</w:t>
        <w:br/>
        <w:t>v 1.151550 16.401396 -0.239681</w:t>
        <w:br/>
        <w:t>v 1.175956 16.435184 -0.024170</w:t>
        <w:br/>
        <w:t>v 1.173009 16.529373 0.128564</w:t>
        <w:br/>
        <w:t>v 1.151962 16.677261 0.251521</w:t>
        <w:br/>
        <w:t>v 1.135487 16.835815 0.321355</w:t>
        <w:br/>
        <w:t>v 1.065890 17.246241 0.362749</w:t>
        <w:br/>
        <w:t>v 1.021161 17.454197 0.332285</w:t>
        <w:br/>
        <w:t>v 1.030604 17.471470 0.313686</w:t>
        <w:br/>
        <w:t>v 1.076120 17.296030 0.298648</w:t>
        <w:br/>
        <w:t>v 1.021161 17.454197 0.332285</w:t>
        <w:br/>
        <w:t>v 1.193930 16.529013 0.132199</w:t>
        <w:br/>
        <w:t>v 1.194555 16.431673 -0.026531</w:t>
        <w:br/>
        <w:t>v 1.178455 16.252422 0.019060</w:t>
        <w:br/>
        <w:t>v 1.182576 16.352707 0.178276</w:t>
        <w:br/>
        <w:t>v 1.134088 16.451071 -0.373642</w:t>
        <w:br/>
        <w:t>v 1.069325 16.271046 -0.367684</w:t>
        <w:br/>
        <w:t>v 1.144768 16.221807 -0.185197</w:t>
        <w:br/>
        <w:t>v 1.173383 16.396275 -0.234910</w:t>
        <w:br/>
        <w:t>v 1.128705 16.994396 0.498570</w:t>
        <w:br/>
        <w:t>v 1.117826 17.076471 0.367620</w:t>
        <w:br/>
        <w:t>v 1.144943 16.948517 0.349234</w:t>
        <w:br/>
        <w:t>v 1.180890 16.793486 0.455128</w:t>
        <w:br/>
        <w:t>v 1.165152 16.466972 0.280574</w:t>
        <w:br/>
        <w:t>v 0.832955 17.991226 -0.048563</w:t>
        <w:br/>
        <w:t>v 1.043507 16.323769 -0.449546</w:t>
        <w:br/>
        <w:t>v 1.137561 16.494488 -0.490603</w:t>
        <w:br/>
        <w:t>v 1.034401 16.375952 -0.527063</w:t>
        <w:br/>
        <w:t>v 1.159406 16.831432 0.322304</w:t>
        <w:br/>
        <w:t>v 1.173184 16.678024 0.251558</w:t>
        <w:br/>
        <w:t>v 1.184300 16.654566 0.387193</w:t>
        <w:br/>
        <w:t>v 1.030929 17.461329 0.343788</w:t>
        <w:br/>
        <w:t>v 1.080179 17.247078 0.370156</w:t>
        <w:br/>
        <w:t>v 1.067739 17.154636 0.498345</w:t>
        <w:br/>
        <w:t>v 0.964617 17.355984 0.456590</w:t>
        <w:br/>
        <w:t>v 0.967452 18.009598 -0.046265</w:t>
        <w:br/>
        <w:t>v 0.959958 17.917919 0.087583</w:t>
        <w:br/>
        <w:t>v 0.924385 17.594141 0.356404</w:t>
        <w:br/>
        <w:t>v 1.003825 17.596424 0.315185</w:t>
        <w:br/>
        <w:t>v 0.913406 17.507393 0.411986</w:t>
        <w:br/>
        <w:t>v 1.163841 16.254408 0.021708</w:t>
        <w:br/>
        <w:t>v 1.162791 16.348085 0.176403</w:t>
        <w:br/>
        <w:t>v 1.182576 16.352707 0.178276</w:t>
        <w:br/>
        <w:t>v 1.178455 16.252422 0.019060</w:t>
        <w:br/>
        <w:t>v 1.173009 16.529373 0.128564</w:t>
        <w:br/>
        <w:t>v 1.175956 16.435184 -0.024170</w:t>
        <w:br/>
        <w:t>v 1.194555 16.431673 -0.026531</w:t>
        <w:br/>
        <w:t>v 1.193930 16.529013 0.132199</w:t>
        <w:br/>
        <w:t>v 1.051813 16.275255 -0.359502</w:t>
        <w:br/>
        <w:t>v 1.128642 16.223370 -0.188995</w:t>
        <w:br/>
        <w:t>v 1.144768 16.221807 -0.185197</w:t>
        <w:br/>
        <w:t>v 1.069325 16.271046 -0.367684</w:t>
        <w:br/>
        <w:t>v 1.151550 16.401396 -0.239681</w:t>
        <w:br/>
        <w:t>v 1.113866 16.461651 -0.368471</w:t>
        <w:br/>
        <w:t>v 1.134088 16.451071 -0.373642</w:t>
        <w:br/>
        <w:t>v 1.173383 16.396275 -0.234910</w:t>
        <w:br/>
        <w:t>v 1.100726 17.075285 0.362561</w:t>
        <w:br/>
        <w:t>v 1.127006 16.938988 0.343426</w:t>
        <w:br/>
        <w:t>v 1.144943 16.948517 0.349234</w:t>
        <w:br/>
        <w:t>v 1.117826 17.076471 0.367620</w:t>
        <w:br/>
        <w:t>v 1.167325 16.796522 0.459400</w:t>
        <w:br/>
        <w:t>v 1.117151 16.986477 0.498720</w:t>
        <w:br/>
        <w:t>v 1.128705 16.994396 0.498570</w:t>
        <w:br/>
        <w:t>v 1.180890 16.793486 0.455128</w:t>
        <w:br/>
        <w:t>v 1.141145 16.463474 0.277351</w:t>
        <w:br/>
        <w:t>v 1.165152 16.466972 0.280574</w:t>
        <w:br/>
        <w:t>v 1.151962 16.677261 0.251521</w:t>
        <w:br/>
        <w:t>v 1.173184 16.678024 0.251558</w:t>
        <w:br/>
        <w:t>v 0.969101 17.990112 -0.052061</w:t>
        <w:br/>
        <w:t>v 0.967452 18.009598 -0.046265</w:t>
        <w:br/>
        <w:t>v 1.110044 16.520407 -0.474303</w:t>
        <w:br/>
        <w:t>v 1.006560 16.401983 -0.509339</w:t>
        <w:br/>
        <w:t>v 1.034401 16.375952 -0.527063</w:t>
        <w:br/>
        <w:t>v 1.137561 16.494488 -0.490603</w:t>
        <w:br/>
        <w:t>v 1.110044 16.520407 -0.474303</w:t>
        <w:br/>
        <w:t>v 1.137561 16.494488 -0.490603</w:t>
        <w:br/>
        <w:t>v 1.006560 16.401983 -0.509339</w:t>
        <w:br/>
        <w:t>v 1.028581 16.325027 -0.438093</w:t>
        <w:br/>
        <w:t>v 1.043507 16.323769 -0.449546</w:t>
        <w:br/>
        <w:t>v 1.034401 16.375952 -0.527063</w:t>
        <w:br/>
        <w:t>v 1.165989 16.653055 0.392526</w:t>
        <w:br/>
        <w:t>v 1.184300 16.654566 0.387193</w:t>
        <w:br/>
        <w:t>v 1.135487 16.835815 0.321355</w:t>
        <w:br/>
        <w:t>v 1.159406 16.831432 0.322304</w:t>
        <w:br/>
        <w:t>v 1.056335 17.146679 0.496160</w:t>
        <w:br/>
        <w:t>v 0.957173 17.342768 0.451456</w:t>
        <w:br/>
        <w:t>v 0.964617 17.355984 0.456590</w:t>
        <w:br/>
        <w:t>v 1.067739 17.154636 0.498345</w:t>
        <w:br/>
        <w:t>v 1.021161 17.454197 0.332285</w:t>
        <w:br/>
        <w:t>v 1.065890 17.246241 0.362749</w:t>
        <w:br/>
        <w:t>v 1.080179 17.247078 0.370156</w:t>
        <w:br/>
        <w:t>v 1.030929 17.461329 0.343788</w:t>
        <w:br/>
        <w:t>v 0.913406 17.507393 0.411986</w:t>
        <w:br/>
        <w:t>v 0.964380 17.771416 0.244426</w:t>
        <w:br/>
        <w:t>v 1.004986 17.590942 0.305218</w:t>
        <w:br/>
        <w:t>v 1.003825 17.596424 0.315185</w:t>
        <w:br/>
        <w:t>v 1.021161 17.454197 0.332285</w:t>
        <w:br/>
        <w:t>v 1.004986 17.590942 0.305218</w:t>
        <w:br/>
        <w:t>v 0.964380 17.771416 0.244426</w:t>
        <w:br/>
        <w:t>v 0.832955 17.991226 -0.048563</w:t>
        <w:br/>
        <w:t>v 0.959958 17.917919 0.087583</w:t>
        <w:br/>
        <w:t>v 0.960533 17.911697 0.081525</w:t>
        <w:br/>
        <w:t>v 0.832955 17.991226 -0.048563</w:t>
        <w:br/>
        <w:t>v 0.959958 17.917919 0.087583</w:t>
        <w:br/>
        <w:t>v 0.960533 17.911697 0.081525</w:t>
        <w:br/>
        <w:t>v 1.070511 16.580561 -0.523128</w:t>
        <w:br/>
        <w:t>v 1.076757 16.573614 -0.542463</w:t>
        <w:br/>
        <w:t>v 0.839862 16.544550 -0.657264</w:t>
        <w:br/>
        <w:t>v 0.803565 16.409565 -0.633119</w:t>
        <w:br/>
        <w:t>v 0.951639 16.424816 -0.580684</w:t>
        <w:br/>
        <w:t>v 0.763532 16.535307 -0.662934</w:t>
        <w:br/>
        <w:t>v 0.476401 16.519070 -0.689027</w:t>
        <w:br/>
        <w:t>v 0.476688 16.383947 -0.661685</w:t>
        <w:br/>
        <w:t>v 0.225429 16.510714 -0.667206</w:t>
        <w:br/>
        <w:t>v 0.226578 16.377491 -0.631533</w:t>
        <w:br/>
        <w:t>v 0.000000 16.505768 -0.640376</w:t>
        <w:br/>
        <w:t>v 0.000000 16.375114 -0.604616</w:t>
        <w:br/>
        <w:t>v 0.799605 16.421131 -0.613547</w:t>
        <w:br/>
        <w:t>v 0.942846 16.434021 -0.562236</w:t>
        <w:br/>
        <w:t>v 0.951639 16.424816 -0.580684</w:t>
        <w:br/>
        <w:t>v 0.803565 16.409565 -0.633119</w:t>
        <w:br/>
        <w:t>v 1.070511 16.580561 -0.523128</w:t>
        <w:br/>
        <w:t>v 0.841835 16.554455 -0.645972</w:t>
        <w:br/>
        <w:t>v 0.839862 16.544550 -0.657264</w:t>
        <w:br/>
        <w:t>v 1.076757 16.573614 -0.542463</w:t>
        <w:br/>
        <w:t>v 1.070511 16.580561 -0.523128</w:t>
        <w:br/>
        <w:t>v 1.076757 16.573614 -0.542463</w:t>
        <w:br/>
        <w:t>v 0.476563 16.394728 -0.641551</w:t>
        <w:br/>
        <w:t>v 0.476688 16.383947 -0.661685</w:t>
        <w:br/>
        <w:t>v 0.758774 16.545088 -0.650631</w:t>
        <w:br/>
        <w:t>v 0.474902 16.528862 -0.667493</w:t>
        <w:br/>
        <w:t>v 0.476401 16.519070 -0.689027</w:t>
        <w:br/>
        <w:t>v 0.763532 16.535307 -0.662934</w:t>
        <w:br/>
        <w:t>v 0.228839 16.391079 -0.612210</w:t>
        <w:br/>
        <w:t>v 0.226578 16.377491 -0.631533</w:t>
        <w:br/>
        <w:t>v 0.227565 16.520769 -0.647708</w:t>
        <w:br/>
        <w:t>v 0.225429 16.510714 -0.667206</w:t>
        <w:br/>
        <w:t>v 0.000000 16.378428 -0.588741</w:t>
        <w:br/>
        <w:t>v 0.000000 16.375114 -0.604616</w:t>
        <w:br/>
        <w:t>v 0.000000 16.514811 -0.623389</w:t>
        <w:br/>
        <w:t>v 0.000000 16.505768 -0.640376</w:t>
        <w:br/>
        <w:t>v 5.258917 14.594637 -0.273481</w:t>
        <w:br/>
        <w:t>v 5.169425 14.499155 -0.373714</w:t>
        <w:br/>
        <w:t>v 5.203253 14.533804 -0.364954</w:t>
        <w:br/>
        <w:t>v 5.069509 14.385635 -0.248315</w:t>
        <w:br/>
        <w:t>v 5.098705 14.417362 -0.320524</w:t>
        <w:br/>
        <w:t>v 5.061528 14.378914 -0.139637</w:t>
        <w:br/>
        <w:t>v 5.237749 14.580969 -0.041937</w:t>
        <w:br/>
        <w:t>v 5.207010 14.547976 0.006625</w:t>
        <w:br/>
        <w:t>v 5.266746 14.606289 -0.193448</w:t>
        <w:br/>
        <w:t>v 5.075243 14.391447 -0.042231</w:t>
        <w:br/>
        <w:t>v 5.061528 14.378914 -0.139637</w:t>
        <w:br/>
        <w:t>v 5.097577 14.420677 0.011660</w:t>
        <w:br/>
        <w:t>v 5.151175 14.482065 0.035788</w:t>
        <w:br/>
        <w:t>v 5.123282 14.451704 0.030199</w:t>
        <w:br/>
        <w:t>v 5.131792 14.455574 -0.358227</w:t>
        <w:br/>
        <w:t>v 5.179880 14.514784 0.027760</w:t>
        <w:br/>
        <w:t>v 5.234261 14.569603 -0.335358</w:t>
        <w:br/>
        <w:t>v 5.259361 14.603426 -0.115076</w:t>
        <w:br/>
        <w:t>v -5.050669 14.774431 -0.337070</w:t>
        <w:br/>
        <w:t>v -5.068091 14.794977 -0.232728</w:t>
        <w:br/>
        <w:t>v -5.163314 14.694863 -0.253298</w:t>
        <w:br/>
        <w:t>v -5.154729 14.684555 -0.305474</w:t>
        <w:br/>
        <w:t>v -4.886059 14.756048 -0.438505</w:t>
        <w:br/>
        <w:t>v -4.838147 14.822508 -0.463960</w:t>
        <w:br/>
        <w:t>v -4.893520 14.935658 -0.379737</w:t>
        <w:br/>
        <w:t>v -4.946953 14.864206 -0.369173</w:t>
        <w:br/>
        <w:t>v -4.919473 14.976253 -0.198555</w:t>
        <w:br/>
        <w:t>v -4.973086 14.895026 -0.212666</w:t>
        <w:br/>
        <w:t>v -4.822649 14.778071 0.076819</w:t>
        <w:br/>
        <w:t>v -4.770668 14.676597 0.046890</w:t>
        <w:br/>
        <w:t>v -4.817994 14.630112 0.027042</w:t>
        <w:br/>
        <w:t>v -4.871751 14.724147 0.055282</w:t>
        <w:br/>
        <w:t>v -4.979973 14.670575 -0.416506</w:t>
        <w:br/>
        <w:t>v -4.991273 14.682127 -0.413661</w:t>
        <w:br/>
        <w:t>v -5.097031 14.608026 -0.389445</w:t>
        <w:br/>
        <w:t>v -5.074438 14.584936 -0.395180</w:t>
        <w:br/>
        <w:t>v -4.977256 14.454042 -0.261990</w:t>
        <w:br/>
        <w:t>v -4.885158 14.522416 -0.275855</w:t>
        <w:br/>
        <w:t>v -4.914763 14.570414 -0.371871</w:t>
        <w:br/>
        <w:t>v -5.006560 14.493935 -0.346160</w:t>
        <w:br/>
        <w:t>v -4.885695 14.899267 0.012219</w:t>
        <w:br/>
        <w:t>v -4.936046 14.828508 -0.012885</w:t>
        <w:br/>
        <w:t>v -4.972457 14.447292 -0.146302</w:t>
        <w:br/>
        <w:t>v -4.883225 14.515710 -0.153181</w:t>
        <w:br/>
        <w:t>v -5.117231 14.641316 0.000212</w:t>
        <w:br/>
        <w:t>v -5.137548 14.663372 -0.032265</w:t>
        <w:br/>
        <w:t>v -5.036963 14.745893 -0.022278</w:t>
        <w:br/>
        <w:t>v -5.026844 14.734859 -0.006018</w:t>
        <w:br/>
        <w:t>v -5.168827 14.702538 -0.199952</w:t>
        <w:br/>
        <w:t>v -5.070919 14.798800 -0.206057</w:t>
        <w:br/>
        <w:t>v -4.883225 14.515710 -0.153181</w:t>
        <w:br/>
        <w:t>v -4.972457 14.447292 -0.146302</w:t>
        <w:br/>
        <w:t>v -4.984872 14.461920 -0.044964</w:t>
        <w:br/>
        <w:t>v -4.894066 14.532510 -0.047870</w:t>
        <w:br/>
        <w:t>v -5.004908 14.490321 0.017150</w:t>
        <w:br/>
        <w:t>v -4.911666 14.560153 0.022505</w:t>
        <w:br/>
        <w:t>v -5.058631 14.562580 0.042517</w:t>
        <w:br/>
        <w:t>v -4.965438 14.643288 0.049261</w:t>
        <w:br/>
        <w:t>v -4.956127 14.633169 0.047459</w:t>
        <w:br/>
        <w:t>v -5.040011 14.542353 0.038876</w:t>
        <w:br/>
        <w:t>v -5.028493 14.519448 -0.371400</w:t>
        <w:br/>
        <w:t>v -4.925695 14.583178 -0.384513</w:t>
        <w:br/>
        <w:t>v -4.974987 14.654197 0.046527</w:t>
        <w:br/>
        <w:t>v -5.077740 14.584392 0.037074</w:t>
        <w:br/>
        <w:t>v -5.138053 14.667930 -0.346656</w:t>
        <w:br/>
        <w:t>v -5.042289 14.766140 -0.357646</w:t>
        <w:br/>
        <w:t>v -5.164190 14.700544 -0.147669</w:t>
        <w:br/>
        <w:t>v -5.068669 14.797784 -0.179901</w:t>
        <w:br/>
        <w:t>v -1.089370 17.916615 -0.472391</w:t>
        <w:br/>
        <w:t>v -1.102596 17.973110 -0.393251</w:t>
        <w:br/>
        <w:t>v -1.250739 17.937077 -0.392439</w:t>
        <w:br/>
        <w:t>v -1.243265 17.888477 -0.470280</w:t>
        <w:br/>
        <w:t>v -1.125334 17.965168 -0.043167</w:t>
        <w:br/>
        <w:t>v -1.238115 17.941059 -0.042618</w:t>
        <w:br/>
        <w:t>v -1.257021 17.978642 -0.244140</w:t>
        <w:br/>
        <w:t>v -1.120346 18.003815 -0.244689</w:t>
        <w:br/>
        <w:t>v -1.096599 17.768578 0.174892</w:t>
        <w:br/>
        <w:t>v -1.015590 17.469435 0.296200</w:t>
        <w:br/>
        <w:t>v -1.129506 17.503845 0.223854</w:t>
        <w:br/>
        <w:t>v -1.187664 17.758385 0.147225</w:t>
        <w:br/>
        <w:t>v -1.125915 17.906933 0.045453</w:t>
        <w:br/>
        <w:t>v -1.227018 17.894512 0.027354</w:t>
        <w:br/>
        <w:t>v -1.231403 17.614670 -0.636692</w:t>
        <w:br/>
        <w:t>v -1.101619 17.622299 -0.653191</w:t>
        <w:br/>
        <w:t>v -1.044768 17.619373 -0.657975</w:t>
        <w:br/>
        <w:t>v -0.519892 17.795300 0.351907</w:t>
        <w:br/>
        <w:t>v -0.651505 17.795822 0.309639</w:t>
        <w:br/>
        <w:t>v -0.661085 17.855030 0.207504</w:t>
        <w:br/>
        <w:t>v -0.523015 17.842701 0.261363</w:t>
        <w:br/>
        <w:t>v -0.146351 17.763885 0.426001</w:t>
        <w:br/>
        <w:t>v -0.130625 17.541916 0.607725</w:t>
        <w:br/>
        <w:t>v -0.311076 17.587458 0.571015</w:t>
        <w:br/>
        <w:t>v -0.248398 17.775402 0.411212</w:t>
        <w:br/>
        <w:t>v -0.612946 17.587582 0.488266</w:t>
        <w:br/>
        <w:t>v -0.363798 17.777788 0.389878</w:t>
        <w:br/>
        <w:t>v -0.242016 17.815060 0.343276</w:t>
        <w:br/>
        <w:t>v -0.149074 17.797636 0.360725</w:t>
        <w:br/>
        <w:t>v -0.084348 17.773991 0.359551</w:t>
        <w:br/>
        <w:t>v -0.065288 17.721668 0.459088</w:t>
        <w:br/>
        <w:t>v -1.117595 17.432175 -0.695222</w:t>
        <w:br/>
        <w:t>v -1.050127 17.420734 -0.705502</w:t>
        <w:br/>
        <w:t>v -1.233408 17.439346 -0.672152</w:t>
        <w:br/>
        <w:t>v 0.000000 17.777077 0.359401</w:t>
        <w:br/>
        <w:t>v 0.000000 17.704281 0.440015</w:t>
        <w:br/>
        <w:t>v -0.151659 17.910275 0.282297</w:t>
        <w:br/>
        <w:t>v 0.000000 17.901730 0.300858</w:t>
        <w:br/>
        <w:t>v -0.284896 17.946161 0.220494</w:t>
        <w:br/>
        <w:t>v -0.373478 17.821878 0.305555</w:t>
        <w:br/>
        <w:t>v -0.389866 17.885918 0.255530</w:t>
        <w:br/>
        <w:t>v -0.426138 18.003155 0.133997</w:t>
        <w:br/>
        <w:t>v -0.526512 17.932632 0.152946</w:t>
        <w:br/>
        <w:t>v -1.162971 17.249832 -0.664408</w:t>
        <w:br/>
        <w:t>v -1.073321 17.225971 -0.689139</w:t>
        <w:br/>
        <w:t>v -1.245727 17.288364 -0.645610</w:t>
        <w:br/>
        <w:t>v -1.166413 16.909697 0.048537</w:t>
        <w:br/>
        <w:t>v -1.204147 16.850142 -0.159342</w:t>
        <w:br/>
        <w:t>v -1.203919 16.941320 -0.191905</w:t>
        <w:br/>
        <w:t>v -1.164166 17.003332 0.027254</w:t>
        <w:br/>
        <w:t>v -1.189625 16.930578 -0.416871</w:t>
        <w:br/>
        <w:t>v -1.203919 16.941320 -0.191905</w:t>
        <w:br/>
        <w:t>v -1.204147 16.850142 -0.159342</w:t>
        <w:br/>
        <w:t>v -1.189646 16.873449 -0.392865</w:t>
        <w:br/>
        <w:t>v -1.137259 17.317326 0.232011</w:t>
        <w:br/>
        <w:t>v -1.057558 17.299952 0.284096</w:t>
        <w:br/>
        <w:t>v -1.137259 17.317326 0.232011</w:t>
        <w:br/>
        <w:t>v -1.122960 17.081236 0.182473</w:t>
        <w:br/>
        <w:t>v -1.161026 17.207029 0.153358</w:t>
        <w:br/>
        <w:t>v -1.098040 17.147890 0.248648</w:t>
        <w:br/>
        <w:t>v -1.212231 17.046658 -0.224605</w:t>
        <w:br/>
        <w:t>v -1.181518 17.114662 0.001323</w:t>
        <w:br/>
        <w:t>v -1.132889 17.029545 0.192103</w:t>
        <w:br/>
        <w:t>v -1.194917 17.089336 -0.477225</w:t>
        <w:br/>
        <w:t>v -1.212231 17.046658 -0.224605</w:t>
        <w:br/>
        <w:t>v -1.144093 16.938612 -0.537792</w:t>
        <w:br/>
        <w:t>v -1.119936 17.033403 -0.637479</w:t>
        <w:br/>
        <w:t>v -1.352655 17.701447 0.105857</w:t>
        <w:br/>
        <w:t>v -1.293288 17.497242 0.171981</w:t>
        <w:br/>
        <w:t>v -1.406634 17.412609 0.155893</w:t>
        <w:br/>
        <w:t>v -1.521323 17.607452 0.075230</w:t>
        <w:br/>
        <w:t>v -1.285787 17.146029 -0.020822</w:t>
        <w:br/>
        <w:t>v -1.228702 17.162746 -0.011817</w:t>
        <w:br/>
        <w:t>v -1.247966 17.094341 -0.238032</w:t>
        <w:br/>
        <w:t>v -1.268032 17.097134 -0.249186</w:t>
        <w:br/>
        <w:t>v -1.231826 17.275345 0.124417</w:t>
        <w:br/>
        <w:t>v -1.239900 17.331745 0.168147</w:t>
        <w:br/>
        <w:t>v -1.332193 17.265598 0.144202</w:t>
        <w:br/>
        <w:t>v -1.247966 17.094341 -0.238032</w:t>
        <w:br/>
        <w:t>v -1.247316 17.137596 -0.485294</w:t>
        <w:br/>
        <w:t>v -1.305389 17.132462 -0.484857</w:t>
        <w:br/>
        <w:t>v -1.268032 17.097134 -0.249186</w:t>
        <w:br/>
        <w:t>v -1.374613 17.241890 -0.594324</w:t>
        <w:br/>
        <w:t>v -1.318461 17.264786 -0.607701</w:t>
        <w:br/>
        <w:t>v -1.381457 17.068384 -0.482946</w:t>
        <w:br/>
        <w:t>v -1.453521 17.152382 -0.599120</w:t>
        <w:br/>
        <w:t>v -1.340172 17.052357 -0.253933</w:t>
        <w:br/>
        <w:t>v -1.340172 17.052357 -0.253933</w:t>
        <w:br/>
        <w:t>v -1.360982 17.083591 -0.025481</w:t>
        <w:br/>
        <w:t>v -1.422106 17.164118 0.121619</w:t>
        <w:br/>
        <w:t>v -1.524034 17.298042 0.139943</w:t>
        <w:br/>
        <w:t>v -1.522485 16.910870 -0.028304</w:t>
        <w:br/>
        <w:t>v -1.593725 16.999483 0.111639</w:t>
        <w:br/>
        <w:t>v -1.403857 17.817024 -0.464360</w:t>
        <w:br/>
        <w:t>v -1.360534 17.582836 -0.613772</w:t>
        <w:br/>
        <w:t>v -1.340207 17.424263 -0.648420</w:t>
        <w:br/>
        <w:t>v -1.491540 17.514860 -0.599995</w:t>
        <w:br/>
        <w:t>v -1.433736 17.376257 -0.639715</w:t>
        <w:br/>
        <w:t>v -1.540487 17.271114 -0.630047</w:t>
        <w:br/>
        <w:t>v -1.513706 16.930031 -0.485757</w:t>
        <w:br/>
        <w:t>v -1.577296 17.029671 -0.593625</w:t>
        <w:br/>
        <w:t>v -1.625461 17.403553 -0.590027</w:t>
        <w:br/>
        <w:t>v -1.706514 17.117826 -0.617207</w:t>
        <w:br/>
        <w:t>v -1.566251 17.695587 -0.453606</w:t>
        <w:br/>
        <w:t>v -1.494936 16.886427 -0.253708</w:t>
        <w:br/>
        <w:t>v -1.740757 17.592522 -0.067562</w:t>
        <w:br/>
        <w:t>v -1.587853 17.742788 -0.052311</w:t>
        <w:br/>
        <w:t>v -1.665434 17.489588 0.060578</w:t>
        <w:br/>
        <w:t>v -1.411571 17.864048 -0.041981</w:t>
        <w:br/>
        <w:t>v -1.418940 17.858543 -0.395875</w:t>
        <w:br/>
        <w:t>v -1.583691 17.728697 -0.403519</w:t>
        <w:br/>
        <w:t>v -1.437933 17.902622 -0.245364</w:t>
        <w:br/>
        <w:t>v -1.610133 17.776249 -0.250798</w:t>
        <w:br/>
        <w:t>v -1.824762 17.217459 -0.575151</w:t>
        <w:br/>
        <w:t>v -2.265418 16.990789 0.037383</w:t>
        <w:br/>
        <w:t>v -2.143309 17.091602 0.041593</w:t>
        <w:br/>
        <w:t>v -1.940063 16.959970 0.122319</w:t>
        <w:br/>
        <w:t>v -2.060330 16.868212 0.118159</w:t>
        <w:br/>
        <w:t>v -1.642138 17.079784 0.121419</w:t>
        <w:br/>
        <w:t>v -1.716194 17.130789 0.130075</w:t>
        <w:br/>
        <w:t>v -0.661110 19.196484 -0.067510</w:t>
        <w:br/>
        <w:t>v -0.546047 19.085558 0.040745</w:t>
        <w:br/>
        <w:t>v -0.529160 19.206388 -0.170557</w:t>
        <w:br/>
        <w:t>v -0.656251 19.271688 -0.173080</w:t>
        <w:br/>
        <w:t>v -0.734454 19.306051 -0.105831</w:t>
        <w:br/>
        <w:t>v -0.099299 18.579502 0.340692</w:t>
        <w:br/>
        <w:t>v -0.100536 18.631750 0.358441</w:t>
        <w:br/>
        <w:t>v 0.000000 18.600376 0.404731</w:t>
        <w:br/>
        <w:t>v -0.398659 18.887196 -0.024593</w:t>
        <w:br/>
        <w:t>v -0.353306 18.957104 -0.195088</w:t>
        <w:br/>
        <w:t>v -0.420605 19.150482 -0.220369</w:t>
        <w:br/>
        <w:t>v -0.490252 19.037567 0.002012</w:t>
        <w:br/>
        <w:t>v -0.193728 19.120716 -0.335207</w:t>
        <w:br/>
        <w:t>v -0.181849 18.980936 -0.318857</w:t>
        <w:br/>
        <w:t>v -0.326189 18.790993 0.203047</w:t>
        <w:br/>
        <w:t>v -0.294301 18.738195 0.215200</w:t>
        <w:br/>
        <w:t>v -0.363449 18.821732 0.097677</w:t>
        <w:br/>
        <w:t>v -0.441464 18.932699 0.106333</w:t>
        <w:br/>
        <w:t>v -0.341203 18.736870 -0.049112</w:t>
        <w:br/>
        <w:t>v -0.305980 18.778416 -0.198224</w:t>
        <w:br/>
        <w:t>v -0.186271 18.612291 0.282636</w:t>
        <w:br/>
        <w:t>v -0.212226 18.692892 0.297662</w:t>
        <w:br/>
        <w:t>v -0.490252 19.037567 0.002012</w:t>
        <w:br/>
        <w:t>v -0.398659 18.887196 -0.024593</w:t>
        <w:br/>
        <w:t>v -0.501593 19.021091 0.066301</w:t>
        <w:br/>
        <w:t>v -0.546047 19.085558 0.040745</w:t>
        <w:br/>
        <w:t>v -0.181187 18.799063 -0.318582</w:t>
        <w:br/>
        <w:t>v -0.318882 18.133318 0.122631</w:t>
        <w:br/>
        <w:t>v -0.525763 18.064043 -0.027330</w:t>
        <w:br/>
        <w:t>v -0.369294 18.196095 -0.003236</w:t>
        <w:br/>
        <w:t>v -0.210952 18.334152 -0.409202</w:t>
        <w:br/>
        <w:t>v -0.215886 18.198380 -0.469956</w:t>
        <w:br/>
        <w:t>v -0.381822 18.270550 -0.165300</w:t>
        <w:br/>
        <w:t>v -0.388392 18.238163 -0.081214</w:t>
        <w:br/>
        <w:t>v -0.545235 18.117041 -0.119772</w:t>
        <w:br/>
        <w:t>v -0.538678 18.152153 -0.206856</w:t>
        <w:br/>
        <w:t>v -0.455454 18.169176 -0.315711</w:t>
        <w:br/>
        <w:t>v -0.538678 18.152153 -0.206856</w:t>
        <w:br/>
        <w:t>v -0.608899 18.119080 -0.221195</w:t>
        <w:br/>
        <w:t>v -0.510499 18.117367 -0.357854</w:t>
        <w:br/>
        <w:t>v -0.362562 18.293770 -0.243391</w:t>
        <w:br/>
        <w:t>v -0.381822 18.270550 -0.165300</w:t>
        <w:br/>
        <w:t>v -0.216423 18.126846 -0.505666</w:t>
        <w:br/>
        <w:t>v -0.303444 18.315266 -0.330474</w:t>
        <w:br/>
        <w:t>v -0.360139 18.189451 -0.402844</w:t>
        <w:br/>
        <w:t>v -0.199848 18.481991 -0.369007</w:t>
        <w:br/>
        <w:t>v -0.284746 18.457047 -0.281948</w:t>
        <w:br/>
        <w:t>v -0.329237 18.435436 -0.205706</w:t>
        <w:br/>
        <w:t>v -0.346224 18.410606 -0.124418</w:t>
        <w:br/>
        <w:t>v -0.319994 18.354862 0.020484</w:t>
        <w:br/>
        <w:t>v -0.275690 18.301914 0.139818</w:t>
        <w:br/>
        <w:t>v -0.210290 18.265755 0.216573</w:t>
        <w:br/>
        <w:t>v -0.234659 18.091911 0.205481</w:t>
        <w:br/>
        <w:t>v -0.114038 18.232792 0.273754</w:t>
        <w:br/>
        <w:t>v -0.128302 18.049706 0.264411</w:t>
        <w:br/>
        <w:t>v -0.190880 18.630093 -0.334783</w:t>
        <w:br/>
        <w:t>v -0.341203 18.736870 -0.049112</w:t>
        <w:br/>
        <w:t>v -0.320519 18.693705 0.079653</w:t>
        <w:br/>
        <w:t>v -0.301546 18.517853 0.053659</w:t>
        <w:br/>
        <w:t>v -0.326115 18.555607 -0.081538</w:t>
        <w:br/>
        <w:t>v -0.326115 18.555607 -0.081538</w:t>
        <w:br/>
        <w:t>v -0.289880 18.596779 -0.210378</w:t>
        <w:br/>
        <w:t>v -0.105182 18.413742 0.306867</w:t>
        <w:br/>
        <w:t>v -0.192791 18.444305 0.247537</w:t>
        <w:br/>
        <w:t>v -0.265910 18.648077 0.204071</w:t>
        <w:br/>
        <w:t>v -0.256230 18.475483 0.172394</w:t>
        <w:br/>
        <w:t>v -0.341540 18.384289 -0.051249</w:t>
        <w:br/>
        <w:t>v -0.527037 17.977549 0.093778</w:t>
        <w:br/>
        <w:t>v -0.669691 17.932457 0.082349</w:t>
        <w:br/>
        <w:t>v -0.665194 18.005552 -0.034837</w:t>
        <w:br/>
        <w:t>v -0.384707 18.123962 -0.450458</w:t>
        <w:br/>
        <w:t>v -0.346224 18.410606 -0.124418</w:t>
        <w:br/>
        <w:t>v -2.008822 17.349203 -0.077679</w:t>
        <w:br/>
        <w:t>v -2.036387 17.369358 -0.276153</w:t>
        <w:br/>
        <w:t>v -1.758690 17.624672 -0.261028</w:t>
        <w:br/>
        <w:t>v -1.709315 17.557663 -0.442377</w:t>
        <w:br/>
        <w:t>v -1.956522 17.313030 -0.446561</w:t>
        <w:br/>
        <w:t>v -2.674998 16.788677 -0.116799</w:t>
        <w:br/>
        <w:t>v -2.784633 16.694204 -0.124081</w:t>
        <w:br/>
        <w:t>v -2.803111 16.708391 -0.323592</w:t>
        <w:br/>
        <w:t>v -2.695829 16.803007 -0.317372</w:t>
        <w:br/>
        <w:t>v -2.506299 16.668707 -0.575101</w:t>
        <w:br/>
        <w:t>v -2.609910 16.739094 -0.484407</w:t>
        <w:br/>
        <w:t>v -2.720295 16.644331 -0.490453</w:t>
        <w:br/>
        <w:t>v -2.629139 16.571684 -0.580897</w:t>
        <w:br/>
        <w:t>v -2.389865 17.067902 -0.298649</w:t>
        <w:br/>
        <w:t>v -2.303253 17.006565 -0.466933</w:t>
        <w:br/>
        <w:t>v -2.182081 17.113672 -0.459814</w:t>
        <w:br/>
        <w:t>v -2.266333 17.173248 -0.290792</w:t>
        <w:br/>
        <w:t>v -2.240428 17.155569 -0.090819</w:t>
        <w:br/>
        <w:t>v -2.364830 17.051540 -0.097876</w:t>
        <w:br/>
        <w:t>v -1.494936 16.886427 -0.253708</w:t>
        <w:br/>
        <w:t>v -2.433572 16.620632 -0.596397</w:t>
        <w:br/>
        <w:t>v -1.916006 17.279287 0.049437</w:t>
        <w:br/>
        <w:t>v -2.581843 16.725124 0.025642</w:t>
        <w:br/>
        <w:t>v -2.698963 16.624947 0.020958</w:t>
        <w:br/>
        <w:t>v -2.179886 16.929914 -0.570180</w:t>
        <w:br/>
        <w:t>v -2.055787 17.030396 -0.571916</w:t>
        <w:br/>
        <w:t>v -2.046841 16.846003 -0.611598</w:t>
        <w:br/>
        <w:t>v -1.927907 16.941002 -0.613559</w:t>
        <w:br/>
        <w:t>v -1.895737 16.920359 -0.607876</w:t>
        <w:br/>
        <w:t>v -1.918726 16.948915 0.126728</w:t>
        <w:br/>
        <w:t>v -0.729483 17.049467 1.033751</w:t>
        <w:br/>
        <w:t>v -0.528873 17.038586 1.129203</w:t>
        <w:br/>
        <w:t>v -0.619117 16.910158 1.293978</w:t>
        <w:br/>
        <w:t>v -0.757686 16.923237 1.224593</w:t>
        <w:br/>
        <w:t>v -0.196925 16.655954 1.398386</w:t>
        <w:br/>
        <w:t>v -0.255980 16.825037 1.308967</w:t>
        <w:br/>
        <w:t>v -0.151122 16.867167 1.209118</w:t>
        <w:br/>
        <w:t>v -0.079577 16.669617 1.284036</w:t>
        <w:br/>
        <w:t>v -0.064738 16.436169 1.386096</w:t>
        <w:br/>
        <w:t>v -0.190642 16.451307 1.498848</w:t>
        <w:br/>
        <w:t>v -0.358852 16.628662 1.515885</w:t>
        <w:br/>
        <w:t>v -0.406516 16.758976 1.440392</w:t>
        <w:br/>
        <w:t>v -0.354993 16.469170 1.586693</w:t>
        <w:br/>
        <w:t>v 0.000000 16.676676 1.202148</w:t>
        <w:br/>
        <w:t>v 0.000000 16.430573 1.300036</w:t>
        <w:br/>
        <w:t>v 0.000000 16.893885 1.061567</w:t>
        <w:br/>
        <w:t>v -0.360713 16.948868 1.229240</w:t>
        <w:br/>
        <w:t>v -0.487217 16.851192 1.367672</w:t>
        <w:br/>
        <w:t>v -0.700617 17.163940 0.873460</w:t>
        <w:br/>
        <w:t>v -0.458152 17.137775 0.999802</w:t>
        <w:br/>
        <w:t>v -0.264574 17.023785 1.114065</w:t>
        <w:br/>
        <w:t>v -0.386693 17.242182 0.860395</w:t>
        <w:br/>
        <w:t>v -0.676785 17.271534 0.727234</w:t>
        <w:br/>
        <w:t>v -0.650530 17.421707 0.579234</w:t>
        <w:br/>
        <w:t>v -0.336869 17.380753 0.709498</w:t>
        <w:br/>
        <w:t>v -0.193653 17.094856 0.972448</w:t>
        <w:br/>
        <w:t>v -0.133985 17.259830 0.812007</w:t>
        <w:br/>
        <w:t>v -0.769865 17.577814 0.425888</w:t>
        <w:br/>
        <w:t>v -0.643973 18.076075 -0.129602</w:t>
        <w:br/>
        <w:t>v -0.608899 18.119080 -0.221195</w:t>
        <w:br/>
        <w:t>v -0.697932 17.919304 0.072619</w:t>
        <w:br/>
        <w:t>v -0.722513 17.843512 0.179588</w:t>
        <w:br/>
        <w:t>v -0.744172 17.786568 0.281036</w:t>
        <w:br/>
        <w:t>v -0.783592 17.437447 0.527636</w:t>
        <w:br/>
        <w:t>v -0.782592 17.247816 0.719453</w:t>
        <w:br/>
        <w:t>v -0.960532 17.911697 0.081525</w:t>
        <w:br/>
        <w:t>v -1.127741 17.924500 0.059305</w:t>
        <w:br/>
        <w:t>v -1.128816 17.986988 -0.045990</w:t>
        <w:br/>
        <w:t>v -0.969101 17.990116 -0.052061</w:t>
        <w:br/>
        <w:t>v -1.004986 17.590942 0.305218</w:t>
        <w:br/>
        <w:t>v -1.030604 17.471474 0.313686</w:t>
        <w:br/>
        <w:t>v -1.101871 17.780697 0.193053</w:t>
        <w:br/>
        <w:t>v -0.960482 17.943848 -0.483870</w:t>
        <w:br/>
        <w:t>v -1.091280 17.937901 -0.482496</w:t>
        <w:br/>
        <w:t>v -1.047416 17.626030 -0.667643</w:t>
        <w:br/>
        <w:t>v -0.956211 17.621422 -0.686791</w:t>
        <w:br/>
        <w:t>v -0.863406 17.776426 0.273192</w:t>
        <w:br/>
        <w:t>v -0.865954 17.612352 0.382896</w:t>
        <w:br/>
        <w:t>v -0.924385 17.594141 0.356404</w:t>
        <w:br/>
        <w:t>v -0.964367 17.771404 0.244426</w:t>
        <w:br/>
        <w:t>v -0.964379 17.771420 0.244426</w:t>
        <w:br/>
        <w:t>v -1.050639 17.423908 -0.713920</w:t>
        <w:br/>
        <w:t>v -0.959358 17.420597 -0.729896</w:t>
        <w:br/>
        <w:t>v -0.964554 18.006516 -0.399172</w:t>
        <w:br/>
        <w:t>v -1.105175 17.993294 -0.402682</w:t>
        <w:br/>
        <w:t>v -0.980205 18.040352 -0.259540</w:t>
        <w:br/>
        <w:t>v -1.123082 18.024258 -0.253670</w:t>
        <w:br/>
        <w:t>v -0.997854 17.242594 -0.714920</w:t>
        <w:br/>
        <w:t>v -1.068762 17.230042 -0.703116</w:t>
        <w:br/>
        <w:t>v -1.175806 16.792074 0.078927</w:t>
        <w:br/>
        <w:t>v -1.202011 16.733007 -0.122045</w:t>
        <w:br/>
        <w:t>v -1.217299 16.846371 -0.162078</w:t>
        <w:br/>
        <w:t>v -1.181714 16.908562 0.050099</w:t>
        <w:br/>
        <w:t>v -1.204134 16.868666 -0.401183</w:t>
        <w:br/>
        <w:t>v -1.184662 16.698246 -0.339992</w:t>
        <w:br/>
        <w:t>v -1.141969 17.021200 0.196175</w:t>
        <w:br/>
        <w:t>v -1.113916 17.143646 0.260377</w:t>
        <w:br/>
        <w:t>v -1.100726 17.075285 0.362561</w:t>
        <w:br/>
        <w:t>v -1.127006 16.938988 0.343426</w:t>
        <w:br/>
        <w:t>v -1.106259 16.885168 -0.628910</w:t>
        <w:br/>
        <w:t>v -1.142681 16.933891 -0.594399</w:t>
        <w:br/>
        <w:t>v -1.156983 16.932104 -0.550670</w:t>
        <w:br/>
        <w:t>v -1.180652 16.499296 -0.040270</w:t>
        <w:br/>
        <w:t>v -1.163853 16.477301 -0.265699</w:t>
        <w:br/>
        <w:t>v -1.145092 16.819828 0.233459</w:t>
        <w:br/>
        <w:t>v -0.866579 16.655529 -0.664396</w:t>
        <w:br/>
        <w:t>v -0.841835 16.554455 -0.645972</w:t>
        <w:br/>
        <w:t>v -0.758773 16.545088 -0.650631</w:t>
        <w:br/>
        <w:t>v -0.721714 16.641340 -0.671765</w:t>
        <w:br/>
        <w:t>v -0.470305 16.647022 -0.689989</w:t>
        <w:br/>
        <w:t>v -0.474901 16.528862 -0.667493</w:t>
        <w:br/>
        <w:t>v -0.853726 17.910601 0.106431</w:t>
        <w:br/>
        <w:t>v -1.156383 16.886978 -0.514210</w:t>
        <w:br/>
        <w:t>v -1.136823 16.681795 -0.447848</w:t>
        <w:br/>
        <w:t>v -1.113866 16.461651 -0.368471</w:t>
        <w:br/>
        <w:t>v -1.162304 16.221083 0.031001</w:t>
        <w:br/>
        <w:t>v -1.121360 15.935662 0.071420</w:t>
        <w:br/>
        <w:t>v -1.077668 15.926657 -0.111129</w:t>
        <w:br/>
        <w:t>v -1.128642 16.223370 -0.188995</w:t>
        <w:br/>
        <w:t>v -1.028581 16.325027 -0.438093</w:t>
        <w:br/>
        <w:t>v -1.051038 16.440340 -0.475652</w:t>
        <w:br/>
        <w:t>v -1.070449 15.538002 0.461649</w:t>
        <w:br/>
        <w:t>v -1.020437 15.489002 0.724824</w:t>
        <w:br/>
        <w:t>v -0.981766 15.262625 0.719215</w:t>
        <w:br/>
        <w:t>v -0.983912 15.283659 0.464709</w:t>
        <w:br/>
        <w:t>v -0.879481 15.435843 0.938886</w:t>
        <w:br/>
        <w:t>v -1.032365 15.630009 0.758111</w:t>
        <w:br/>
        <w:t>v -0.900690 15.582694 0.957284</w:t>
        <w:br/>
        <w:t>v -0.952651 15.020620 0.251958</w:t>
        <w:br/>
        <w:t>v -0.978981 15.006569 0.467707</w:t>
        <w:br/>
        <w:t>v -0.930659 14.742756 0.459500</w:t>
        <w:br/>
        <w:t>v -0.940897 14.755535 0.249123</w:t>
        <w:br/>
        <w:t>v -0.922012 14.724520 0.697507</w:t>
        <w:br/>
        <w:t>v -0.934477 14.981501 0.711634</w:t>
        <w:br/>
        <w:t>v -0.830993 14.696716 0.880718</w:t>
        <w:br/>
        <w:t>v -0.836801 14.960167 0.891247</w:t>
        <w:br/>
        <w:t>v -0.604778 15.358938 1.222658</w:t>
        <w:br/>
        <w:t>v -0.479273 15.348635 1.265325</w:t>
        <w:br/>
        <w:t>v -0.433221 15.181449 1.245765</w:t>
        <w:br/>
        <w:t>v -0.593349 15.199223 1.197701</w:t>
        <w:br/>
        <w:t>v -0.760472 15.396647 1.089296</w:t>
        <w:br/>
        <w:t>v -0.775435 15.536192 1.117088</w:t>
        <w:br/>
        <w:t>v -0.614071 15.502917 1.246077</w:t>
        <w:br/>
        <w:t>v -0.604778 14.325686 1.130216</w:t>
        <w:br/>
        <w:t>v -0.745209 14.355089 1.032503</w:t>
        <w:br/>
        <w:t>v -0.721726 14.667089 1.040846</w:t>
        <w:br/>
        <w:t>v -0.581658 14.637749 1.146691</w:t>
        <w:br/>
        <w:t>v -0.724399 14.939082 1.050139</w:t>
        <w:br/>
        <w:t>v -0.573214 14.917950 1.168649</w:t>
        <w:br/>
        <w:t>v -0.995856 14.395021 0.438454</w:t>
        <w:br/>
        <w:t>v -0.979506 14.402065 0.213238</w:t>
        <w:br/>
        <w:t>v -0.940935 14.395746 0.678721</w:t>
        <w:br/>
        <w:t>v -0.853264 14.378321 0.871775</w:t>
        <w:br/>
        <w:t>v -1.093169 15.689324 0.455366</w:t>
        <w:br/>
        <w:t>v -1.042408 15.528186 0.257679</w:t>
        <w:br/>
        <w:t>v -0.403806 14.902286 1.219972</w:t>
        <w:br/>
        <w:t>v -0.413199 14.618526 1.200875</w:t>
        <w:br/>
        <w:t>v -0.915254 14.394472 0.049325</w:t>
        <w:br/>
        <w:t>v -0.860121 14.745241 0.088620</w:t>
        <w:br/>
        <w:t>v -0.862757 14.993641 0.078790</w:t>
        <w:br/>
        <w:t>v -0.739550 14.718201 -0.045478</w:t>
        <w:br/>
        <w:t>v -0.723138 14.959766 -0.060005</w:t>
        <w:br/>
        <w:t>v -0.997579 15.271368 0.255555</w:t>
        <w:br/>
        <w:t>v -0.906286 15.236344 0.050574</w:t>
        <w:br/>
        <w:t>v -0.958971 15.480859 0.000761</w:t>
        <w:br/>
        <w:t>v -0.743722 15.184946 -0.092643</w:t>
        <w:br/>
        <w:t>v -0.797944 14.368402 -0.082250</w:t>
        <w:br/>
        <w:t>v -1.089072 15.716779 0.258490</w:t>
        <w:br/>
        <w:t>v -1.067176 15.720151 0.083099</w:t>
        <w:br/>
        <w:t>v -0.741212 15.224116 1.075832</w:t>
        <w:br/>
        <w:t>v -0.858123 15.243489 0.920912</w:t>
        <w:br/>
        <w:t>v -0.886713 15.707523 -0.236708</w:t>
        <w:br/>
        <w:t>v -1.026607 15.723650 -0.057869</w:t>
        <w:br/>
        <w:t>v -0.797131 15.433758 -0.151973</w:t>
        <w:br/>
        <w:t>v -0.942508 15.928355 -0.312938</w:t>
        <w:br/>
        <w:t>v -0.842010 15.979967 1.601457</w:t>
        <w:br/>
        <w:t>v -0.816592 16.151850 1.664521</w:t>
        <w:br/>
        <w:t>v -0.816592 16.151850 1.664521</w:t>
        <w:br/>
        <w:t>v -0.754114 15.993919 1.638354</w:t>
        <w:br/>
        <w:t>v -0.726423 15.835827 1.541203</w:t>
        <w:br/>
        <w:t>v -0.852215 15.819452 1.486070</w:t>
        <w:br/>
        <w:t>v -1.016365 16.416374 1.554505</w:t>
        <w:br/>
        <w:t>v -1.018089 16.470907 1.533146</w:t>
        <w:br/>
        <w:t>v -0.929731 16.507805 1.579086</w:t>
        <w:br/>
        <w:t>v -0.905712 16.399313 1.633158</w:t>
        <w:br/>
        <w:t>v -0.964554 16.576328 1.511837</w:t>
        <w:br/>
        <w:t>v -1.000764 16.525629 1.518407</w:t>
        <w:br/>
        <w:t>v -0.953038 16.282974 1.613672</w:t>
        <w:br/>
        <w:t>v -0.859159 16.269150 1.658213</w:t>
        <w:br/>
        <w:t>v -0.994756 16.354885 1.584582</w:t>
        <w:br/>
        <w:t>v -0.674250 15.716979 1.375679</w:t>
        <w:br/>
        <w:t>v -0.675299 15.859009 1.555592</w:t>
        <w:br/>
        <w:t>v -0.610835 15.746757 1.411626</w:t>
        <w:br/>
        <w:t>v -1.296926 16.496374 0.982503</w:t>
        <w:br/>
        <w:t>v -1.296502 16.505243 0.765080</w:t>
        <w:br/>
        <w:t>v -1.228016 16.712723 0.760246</w:t>
        <w:br/>
        <w:t>v -1.225993 16.681660 0.966952</w:t>
        <w:br/>
        <w:t>v -1.118837 16.929783 0.770526</w:t>
        <w:br/>
        <w:t>v -1.114315 16.851593 0.966365</w:t>
        <w:br/>
        <w:t>v -1.088685 15.775958 1.151024</w:t>
        <w:br/>
        <w:t>v -1.099602 15.865942 1.366610</w:t>
        <w:br/>
        <w:t>v -0.977544 15.831094 1.426565</w:t>
        <w:br/>
        <w:t>v -0.953850 15.725673 1.221171</w:t>
        <w:br/>
        <w:t>v -1.248976 16.033152 1.200562</w:t>
        <w:br/>
        <w:t>v -1.246415 15.981178 0.981915</w:t>
        <w:br/>
        <w:t>v -1.296202 16.114063 0.899765</w:t>
        <w:br/>
        <w:t>v -1.298138 16.151512 1.114527</w:t>
        <w:br/>
        <w:t>v -1.196153 16.271070 0.462960</w:t>
        <w:br/>
        <w:t>v -1.267224 16.287022 0.618866</w:t>
        <w:br/>
        <w:t>v -1.253809 16.085037 0.686203</w:t>
        <w:br/>
        <w:t>v -1.186136 16.061380 0.537728</w:t>
        <w:br/>
        <w:t>v -1.188721 16.510624 0.414209</w:t>
        <w:br/>
        <w:t>v -1.254371 16.512499 0.582182</w:t>
        <w:br/>
        <w:t>v -1.319922 16.296202 0.820563</w:t>
        <w:br/>
        <w:t>v -1.155821 16.252010 0.322329</w:t>
        <w:br/>
        <w:t>v -1.144392 16.011230 0.406878</w:t>
        <w:br/>
        <w:t>v -0.958833 17.070787 0.803376</w:t>
        <w:br/>
        <w:t>v -0.961806 16.986315 0.981154</w:t>
        <w:br/>
        <w:t>v -0.850940 17.151575 0.853063</w:t>
        <w:br/>
        <w:t>v -0.862257 17.045980 1.025058</w:t>
        <w:br/>
        <w:t>v -0.821013 15.703427 1.290506</w:t>
        <w:br/>
        <w:t>v -1.320534 16.315561 1.026082</w:t>
        <w:br/>
        <w:t>v -0.642811 15.692223 1.294053</w:t>
        <w:br/>
        <w:t>v -0.589964 15.715868 1.338969</w:t>
        <w:br/>
        <w:t>v -0.569217 15.669877 1.313563</w:t>
        <w:br/>
        <w:t>v -0.628747 15.648682 1.269385</w:t>
        <w:br/>
        <w:t>v -0.938237 16.598574 1.511538</w:t>
        <w:br/>
        <w:t>v -1.201736 16.752466 0.587740</w:t>
        <w:br/>
        <w:t>v -1.106746 17.002476 0.604777</w:t>
        <w:br/>
        <w:t>v -0.848417 17.286024 0.659223</w:t>
        <w:br/>
        <w:t>v -0.950240 17.184713 0.639401</w:t>
        <w:br/>
        <w:t>v -0.861370 16.916143 1.204583</w:t>
        <w:br/>
        <w:t>v -0.970250 16.877472 1.191806</w:t>
        <w:br/>
        <w:t>v -0.955761 16.748047 1.370195</w:t>
        <w:br/>
        <w:t>v -1.044793 16.677200 1.369321</w:t>
        <w:br/>
        <w:t>v -1.090121 16.773626 1.183524</w:t>
        <w:br/>
        <w:t>v -1.226543 16.209730 1.325092</w:t>
        <w:br/>
        <w:t>v -1.255808 16.341692 1.251748</w:t>
        <w:br/>
        <w:t>v -1.237147 16.491840 1.207919</w:t>
        <w:br/>
        <w:t>v -1.148989 16.480989 1.396687</w:t>
        <w:br/>
        <w:t>v -1.156121 16.378202 1.428663</w:t>
        <w:br/>
        <w:t>v -1.125857 16.283339 1.479087</w:t>
        <w:br/>
        <w:t>v -1.183600 16.119400 1.387419</w:t>
        <w:br/>
        <w:t>v -1.093244 16.229654 1.516109</w:t>
        <w:br/>
        <w:t>v -1.047891 16.005472 1.504243</w:t>
        <w:br/>
        <w:t>v -0.976558 16.160194 1.594549</w:t>
        <w:br/>
        <w:t>v -0.895831 16.146866 1.632995</w:t>
        <w:br/>
        <w:t>v -0.943945 15.985563 1.549247</w:t>
        <w:br/>
        <w:t>v -1.178242 16.638792 1.185610</w:t>
        <w:br/>
        <w:t>v -1.109095 16.584446 1.377727</w:t>
        <w:br/>
        <w:t>v -0.816592 16.151850 1.664521</w:t>
        <w:br/>
        <w:t>v -0.816592 16.151850 1.664521</w:t>
        <w:br/>
        <w:t>v -0.816592 16.151850 1.664521</w:t>
        <w:br/>
        <w:t>v -1.218536 15.946231 0.760097</w:t>
        <w:br/>
        <w:t>v -1.161105 15.921099 0.609249</w:t>
        <w:br/>
        <w:t>v -1.179678 15.862518 1.074632</w:t>
        <w:br/>
        <w:t>v -1.162042 15.822986 0.854612</w:t>
        <w:br/>
        <w:t>v -1.068463 15.734790 0.967414</w:t>
        <w:br/>
        <w:t>v -0.799892 15.669090 1.178654</w:t>
        <w:br/>
        <w:t>v -1.126106 15.943606 0.247898</w:t>
        <w:br/>
        <w:t>v -1.156233 16.239071 0.199535</w:t>
        <w:br/>
        <w:t>v -1.109719 15.806985 0.433170</w:t>
        <w:br/>
        <w:t>v -1.125082 15.846394 0.497134</w:t>
        <w:br/>
        <w:t>v -1.125769 15.799167 0.706750</w:t>
        <w:br/>
        <w:t>v -1.049052 15.694283 0.860221</w:t>
        <w:br/>
        <w:t>v -0.790886 15.627347 1.142231</w:t>
        <w:br/>
        <w:t>v -0.516182 15.481896 1.282337</w:t>
        <w:br/>
        <w:t>v -0.422042 14.303053 1.196053</w:t>
        <w:br/>
        <w:t>v -0.627223 15.403717 -0.262239</w:t>
        <w:br/>
        <w:t>v -0.592425 15.151471 -0.186221</w:t>
        <w:br/>
        <w:t>v -0.397598 14.654310 -0.170121</w:t>
        <w:br/>
        <w:t>v -0.397535 14.877979 -0.195127</w:t>
        <w:br/>
        <w:t>v -0.567244 14.916438 -0.151061</w:t>
        <w:br/>
        <w:t>v -0.574338 14.680429 -0.123019</w:t>
        <w:br/>
        <w:t>v -0.427138 14.321739 -0.219583</w:t>
        <w:br/>
        <w:t>v -0.615907 14.337776 -0.185397</w:t>
        <w:br/>
        <w:t>v -0.683605 15.685816 -0.365061</w:t>
        <w:br/>
        <w:t>v -0.912281 15.643435 1.015927</w:t>
        <w:br/>
        <w:t>v -1.002063 16.188921 -0.393764</w:t>
        <w:br/>
        <w:t>v -0.405729 15.109179 -0.230313</w:t>
        <w:br/>
        <w:t>v -0.427325 15.382771 -0.313887</w:t>
        <w:br/>
        <w:t>v -0.789025 16.171997 -0.549958</w:t>
        <w:br/>
        <w:t>v -0.942846 16.434021 -0.562236</w:t>
        <w:br/>
        <w:t>v -0.201459 15.079176 -0.245152</w:t>
        <w:br/>
        <w:t>v -0.204082 15.373002 -0.323729</w:t>
        <w:br/>
        <w:t>v -0.456453 15.673062 -0.410813</w:t>
        <w:br/>
        <w:t>v -0.207205 15.668878 -0.413511</w:t>
        <w:br/>
        <w:t>v -0.735091 15.924234 -0.456466</w:t>
        <w:br/>
        <w:t>v -0.474502 15.916440 -0.505666</w:t>
        <w:br/>
        <w:t>v -0.486205 16.172695 -0.589652</w:t>
        <w:br/>
        <w:t>v -0.214449 15.916452 -0.487917</w:t>
        <w:br/>
        <w:t>v -0.225291 16.178879 -0.562523</w:t>
        <w:br/>
        <w:t>v -0.799605 16.421131 -0.613547</w:t>
        <w:br/>
        <w:t>v -0.479997 16.394327 -0.641326</w:t>
        <w:br/>
        <w:t>v -0.913406 17.507393 0.411986</w:t>
        <w:br/>
        <w:t>v -0.855937 17.432762 0.507126</w:t>
        <w:br/>
        <w:t>v -0.225554 14.307674 -0.221257</w:t>
        <w:br/>
        <w:t>v -0.169196 14.634914 -0.181200</w:t>
        <w:br/>
        <w:t>v -0.165524 14.844330 -0.208180</w:t>
        <w:br/>
        <w:t>v -0.957172 17.342768 0.451456</w:t>
        <w:br/>
        <w:t>v -0.000000 15.074979 -0.219084</w:t>
        <w:br/>
        <w:t>v -0.855937 17.432762 0.507126</w:t>
        <w:br/>
        <w:t>v -0.957172 17.342768 0.451456</w:t>
        <w:br/>
        <w:t>v -1.123082 18.024258 -0.253670</w:t>
        <w:br/>
        <w:t>v -0.980205 18.040352 -0.259540</w:t>
        <w:br/>
        <w:t>v -0.227564 16.520769 -0.647708</w:t>
        <w:br/>
        <w:t>v -0.230412 16.645023 -0.684580</w:t>
        <w:br/>
        <w:t>v -0.228838 16.391079 -0.612210</w:t>
        <w:br/>
        <w:t>v -0.232973 16.894558 -0.728684</w:t>
        <w:br/>
        <w:t>v -0.466807 16.888626 -0.730520</w:t>
        <w:br/>
        <w:t>v -1.127741 17.924500 0.059305</w:t>
        <w:br/>
        <w:t>v -1.125915 17.906933 0.045453</w:t>
        <w:br/>
        <w:t>v -1.125334 17.965168 -0.043167</w:t>
        <w:br/>
        <w:t>v -1.128816 17.986988 -0.045990</w:t>
        <w:br/>
        <w:t>v -1.030604 17.471474 0.313686</w:t>
        <w:br/>
        <w:t>v -1.015590 17.469435 0.296200</w:t>
        <w:br/>
        <w:t>v -1.096599 17.768578 0.174892</w:t>
        <w:br/>
        <w:t>v -1.101871 17.780697 0.193053</w:t>
        <w:br/>
        <w:t>v -1.091280 17.937901 -0.482496</w:t>
        <w:br/>
        <w:t>v -1.089370 17.916615 -0.472391</w:t>
        <w:br/>
        <w:t>v -1.044768 17.619373 -0.657975</w:t>
        <w:br/>
        <w:t>v -1.047416 17.626030 -0.667643</w:t>
        <w:br/>
        <w:t>v -1.050127 17.420734 -0.705502</w:t>
        <w:br/>
        <w:t>v -1.050639 17.423908 -0.713920</w:t>
        <w:br/>
        <w:t>v -1.105175 17.993294 -0.402682</w:t>
        <w:br/>
        <w:t>v -1.102596 17.973110 -0.393251</w:t>
        <w:br/>
        <w:t>v -1.120346 18.003815 -0.244689</w:t>
        <w:br/>
        <w:t>v -1.123082 18.024258 -0.253670</w:t>
        <w:br/>
        <w:t>v -1.073321 17.225971 -0.689139</w:t>
        <w:br/>
        <w:t>v -1.068762 17.230042 -0.703116</w:t>
        <w:br/>
        <w:t>v -1.217299 16.846371 -0.162078</w:t>
        <w:br/>
        <w:t>v -1.204147 16.850142 -0.159342</w:t>
        <w:br/>
        <w:t>v -1.166413 16.909697 0.048537</w:t>
        <w:br/>
        <w:t>v -1.181714 16.908562 0.050099</w:t>
        <w:br/>
        <w:t>v -1.204134 16.868666 -0.401183</w:t>
        <w:br/>
        <w:t>v -1.189646 16.873449 -0.392865</w:t>
        <w:br/>
        <w:t>v -1.132889 17.029545 0.192103</w:t>
        <w:br/>
        <w:t>v -1.098040 17.147890 0.248648</w:t>
        <w:br/>
        <w:t>v -1.156983 16.932104 -0.550670</w:t>
        <w:br/>
        <w:t>v -1.144093 16.938612 -0.537792</w:t>
        <w:br/>
        <w:t>v -1.076119 17.296030 0.298648</w:t>
        <w:br/>
        <w:t>v -1.057558 17.299952 0.284096</w:t>
        <w:br/>
        <w:t>v -1.015590 17.469435 0.296200</w:t>
        <w:br/>
        <w:t>v -1.030604 17.471474 0.313686</w:t>
        <w:br/>
        <w:t>v -1.123082 18.024258 -0.253670</w:t>
        <w:br/>
        <w:t>v -1.120346 18.003815 -0.244689</w:t>
        <w:br/>
        <w:t>v -1.119936 17.033403 -0.637479</w:t>
        <w:br/>
        <w:t>v -1.125469 17.029419 -0.651143</w:t>
        <w:br/>
        <w:t>v -1.119936 17.033403 -0.637479</w:t>
        <w:br/>
        <w:t>v -1.144093 16.938612 -0.537792</w:t>
        <w:br/>
        <w:t>v -1.156983 16.932104 -0.550670</w:t>
        <w:br/>
        <w:t>v -2.226471 16.741440 0.112401</w:t>
        <w:br/>
        <w:t>v -2.434114 16.851501 0.031563</w:t>
        <w:br/>
        <w:t>v -2.560520 16.922361 -0.309515</w:t>
        <w:br/>
        <w:t>v -2.470649 16.858612 -0.476763</w:t>
        <w:br/>
        <w:t>v -2.536715 16.907841 -0.107631</w:t>
        <w:br/>
        <w:t>v -2.351347 16.791100 -0.567794</w:t>
        <w:br/>
        <w:t>v -2.211152 16.714769 -0.608875</w:t>
        <w:br/>
        <w:t>v -2.475321 16.655066 0.073693</w:t>
        <w:br/>
        <w:t>v -2.903174 16.592045 -0.131938</w:t>
        <w:br/>
        <w:t>v -2.919114 16.606070 -0.330324</w:t>
        <w:br/>
        <w:t>v -2.839686 16.541864 -0.497010</w:t>
        <w:br/>
        <w:t>v -4.823392 14.646757 -0.398382</w:t>
        <w:br/>
        <w:t>v -4.778029 14.702681 -0.416865</w:t>
        <w:br/>
        <w:t>v -4.742462 14.621574 -0.168518</w:t>
        <w:br/>
        <w:t>v -4.793957 14.584148 -0.160943</w:t>
        <w:br/>
        <w:t>v -4.802972 14.603199 -0.051647</w:t>
        <w:br/>
        <w:t>v -4.752282 14.641243 -0.043966</w:t>
        <w:br/>
        <w:t>v -4.793310 14.590714 -0.290558</w:t>
        <w:br/>
        <w:t>v -4.747017 14.637661 -0.313488</w:t>
        <w:br/>
        <w:t>v -4.793957 14.584148 -0.160943</w:t>
        <w:br/>
        <w:t>v -4.742462 14.621574 -0.168518</w:t>
        <w:br/>
        <w:t>v -4.754256 15.091489 -0.217497</w:t>
        <w:br/>
        <w:t>v -4.711731 15.023397 0.003547</w:t>
        <w:br/>
        <w:t>v -4.573016 14.815065 -0.471779</w:t>
        <w:br/>
        <w:t>v -4.656398 14.940982 -0.523964</w:t>
        <w:br/>
        <w:t>v -4.734813 15.059589 -0.430660</w:t>
        <w:br/>
        <w:t>v -4.531365 14.751516 -0.058680</w:t>
        <w:br/>
        <w:t>v -4.517691 14.730852 -0.196663</w:t>
        <w:br/>
        <w:t>v -4.626933 14.895613 0.075105</w:t>
        <w:br/>
        <w:t>v -4.556096 14.788788 0.041968</w:t>
        <w:br/>
        <w:t>v -4.528121 14.747065 -0.357253</w:t>
        <w:br/>
        <w:t>v -4.517691 14.730852 -0.196663</w:t>
        <w:br/>
        <w:t>v -4.497319 15.431513 0.003060</w:t>
        <w:br/>
        <w:t>v -4.477057 15.445421 0.003622</w:t>
        <w:br/>
        <w:t>v -4.398724 15.316278 0.165924</w:t>
        <w:br/>
        <w:t>v -4.421750 15.301678 0.161702</w:t>
        <w:br/>
        <w:t>v -4.271402 15.127552 -0.643011</w:t>
        <w:br/>
        <w:t>v -4.155993 14.980075 -0.584493</w:t>
        <w:br/>
        <w:t>v -4.129490 14.991878 -0.586816</w:t>
        <w:br/>
        <w:t>v -4.246518 15.141852 -0.646983</w:t>
        <w:br/>
        <w:t>v -4.767828 15.173333 -0.336157</w:t>
        <w:br/>
        <w:t>v -5.018843 14.927222 -0.330724</w:t>
        <w:br/>
        <w:t>v -4.992296 14.871382 -0.463960</w:t>
        <w:br/>
        <w:t>v -4.736124 15.100086 -0.488441</w:t>
        <w:br/>
        <w:t>v -4.045921 15.037186 0.218347</w:t>
        <w:br/>
        <w:t>v -3.941312 15.111059 0.251396</w:t>
        <w:br/>
        <w:t>v -3.799986 14.986240 0.065463</w:t>
        <w:br/>
        <w:t>v -3.933223 14.921824 0.046302</w:t>
        <w:br/>
        <w:t>v -3.309820 15.569874 0.198899</w:t>
        <w:br/>
        <w:t>v -3.526423 15.399665 0.249485</w:t>
        <w:br/>
        <w:t>v -3.724955 15.557099 0.284259</w:t>
        <w:br/>
        <w:t>v -3.495277 15.738210 0.216298</w:t>
        <w:br/>
        <w:t>v -4.327334 15.569933 0.009480</w:t>
        <w:br/>
        <w:t>v -4.261328 15.455313 0.201434</w:t>
        <w:br/>
        <w:t>v -4.308180 15.372173 0.161889</w:t>
        <w:br/>
        <w:t>v -4.377577 15.479310 -0.003835</w:t>
        <w:br/>
        <w:t>v -3.417651 16.063271 0.075093</w:t>
        <w:br/>
        <w:t>v -3.322311 16.097092 0.016650</w:t>
        <w:br/>
        <w:t>v -3.202281 15.948875 0.099736</w:t>
        <w:br/>
        <w:t>v -3.283641 15.904141 0.149861</w:t>
        <w:br/>
        <w:t>v -4.111427 15.271816 -0.693123</w:t>
        <w:br/>
        <w:t>v -4.218157 15.405037 -0.665144</w:t>
        <w:br/>
        <w:t>v -4.282598 15.337157 -0.624250</w:t>
        <w:br/>
        <w:t>v -4.179946 15.187296 -0.650805</w:t>
        <w:br/>
        <w:t>v -3.900974 14.893044 -0.214387</w:t>
        <w:br/>
        <w:t>v -3.733345 14.944069 -0.231649</w:t>
        <w:br/>
        <w:t>v -3.795284 14.995448 -0.484319</w:t>
        <w:br/>
        <w:t>v -3.940484 14.925766 -0.446773</w:t>
        <w:br/>
        <w:t>v -3.955491 15.117941 -0.645459</w:t>
        <w:br/>
        <w:t>v -4.060141 15.043744 -0.597596</w:t>
        <w:br/>
        <w:t>v -4.094209 15.262094 0.276003</w:t>
        <w:br/>
        <w:t>v -4.172060 15.192954 0.240342</w:t>
        <w:br/>
        <w:t>v -4.319806 15.541068 -0.547059</w:t>
        <w:br/>
        <w:t>v -4.339476 15.606620 -0.360489</w:t>
        <w:br/>
        <w:t>v -4.380928 15.524283 -0.355505</w:t>
        <w:br/>
        <w:t>v -4.369624 15.467192 -0.531958</w:t>
        <w:br/>
        <w:t>v -2.999247 15.366610 -0.259877</w:t>
        <w:br/>
        <w:t>v -3.139367 15.205545 -0.252808</w:t>
        <w:br/>
        <w:t>v -3.263493 15.230845 0.071158</w:t>
        <w:br/>
        <w:t>v -3.070501 15.402713 0.026430</w:t>
        <w:br/>
        <w:t>v -3.953789 14.811804 -0.194752</w:t>
        <w:br/>
        <w:t>v -3.981891 14.796492 -0.190917</w:t>
        <w:br/>
        <w:t>v -4.048942 14.842959 0.055246</w:t>
        <w:br/>
        <w:t>v -4.019358 14.855762 0.057094</w:t>
        <w:br/>
        <w:t>v -4.601035 14.833024 0.154595</w:t>
        <w:br/>
        <w:t>v -4.506800 14.707409 0.136883</w:t>
        <w:br/>
        <w:t>v -4.804805 14.494217 0.099075</w:t>
        <w:br/>
        <w:t>v -4.876167 14.606792 0.117336</w:t>
        <w:br/>
        <w:t>v -4.042888 14.848328 -0.441102</w:t>
        <w:br/>
        <w:t>v -4.016412 14.862115 -0.445836</w:t>
        <w:br/>
        <w:t>v -4.701062 14.995355 0.095915</w:t>
        <w:br/>
        <w:t>v -4.957283 14.759988 0.059005</w:t>
        <w:br/>
        <w:t>v -4.164739 14.973647 0.210465</w:t>
        <w:br/>
        <w:t>v -4.136810 14.985665 0.214674</w:t>
        <w:br/>
        <w:t>v -2.538801 15.962496 -0.060992</w:t>
        <w:br/>
        <w:t>v -2.640516 15.856272 -0.065563</w:t>
        <w:br/>
        <w:t>v -2.772275 16.004732 0.066736</w:t>
        <w:br/>
        <w:t>v -2.668571 16.105318 0.069934</w:t>
        <w:br/>
        <w:t>v -2.817979 16.278482 0.095265</w:t>
        <w:br/>
        <w:t>v -2.925732 16.190786 0.086571</w:t>
        <w:br/>
        <w:t>v -3.047732 16.329563 0.005533</w:t>
        <w:br/>
        <w:t>v -2.938247 16.421989 0.013752</w:t>
        <w:br/>
        <w:t>v -1.746956 16.840649 -0.577724</w:t>
        <w:br/>
        <w:t>v -1.661148 16.781010 -0.474653</w:t>
        <w:br/>
        <w:t>v -1.425180 16.975737 -0.473941</w:t>
        <w:br/>
        <w:t>v -1.546578 17.026457 -0.587305</w:t>
        <w:br/>
        <w:t>v -3.051009 16.536280 -0.176641</w:t>
        <w:br/>
        <w:t>v -3.166800 16.437223 -0.222944</w:t>
        <w:br/>
        <w:t>v -3.146253 16.422314 -0.371018</w:t>
        <w:br/>
        <w:t>v -3.028304 16.514137 -0.356467</w:t>
        <w:br/>
        <w:t>v -1.403178 16.934355 -0.247838</w:t>
        <w:br/>
        <w:t>v -1.622604 16.747774 -0.253059</w:t>
        <w:br/>
        <w:t>v -1.650520 16.765717 -0.010568</w:t>
        <w:br/>
        <w:t>v -1.412747 16.963018 -0.002312</w:t>
        <w:br/>
        <w:t>v -2.760053 16.224743 -0.632757</w:t>
        <w:br/>
        <w:t>v -2.873413 16.132637 -0.630734</w:t>
        <w:br/>
        <w:t>v -2.761184 15.987762 -0.576462</w:t>
        <w:br/>
        <w:t>v -2.647015 16.089346 -0.577449</w:t>
        <w:br/>
        <w:t>v -3.119018 15.743460 -0.628984</w:t>
        <w:br/>
        <w:t>v -2.938959 15.599113 -0.490190</w:t>
        <w:br/>
        <w:t>v -2.902123 15.617474 -0.471442</w:t>
        <w:br/>
        <w:t>v -3.045898 15.753157 -0.595860</w:t>
        <w:br/>
        <w:t>v -3.735173 15.986700 -0.567881</w:t>
        <w:br/>
        <w:t>v -3.798050 16.044750 -0.373154</w:t>
        <w:br/>
        <w:t>v -4.052395 15.915050 -0.369644</w:t>
        <w:br/>
        <w:t>v -4.005600 15.845429 -0.570304</w:t>
        <w:br/>
        <w:t>v -3.264914 15.893596 -0.687165</w:t>
        <w:br/>
        <w:t>v -3.169778 15.909276 -0.651580</w:t>
        <w:br/>
        <w:t>v -3.284992 16.047247 -0.646996</w:t>
        <w:br/>
        <w:t>v -3.377649 16.021593 -0.677722</w:t>
        <w:br/>
        <w:t>v -1.747766 17.111080 -0.644848</w:t>
        <w:br/>
        <w:t>v -1.831240 17.066214 -0.634781</w:t>
        <w:br/>
        <w:t>v -1.965792 16.993450 -0.625738</w:t>
        <w:br/>
        <w:t>v -1.863075 16.916889 -0.628898</w:t>
        <w:br/>
        <w:t>v -1.706957 17.066927 -0.640889</w:t>
        <w:br/>
        <w:t>v -3.121454 16.402008 -0.129852</w:t>
        <w:br/>
        <w:t>v -3.011020 16.497986 -0.124256</w:t>
        <w:br/>
        <w:t>v -4.022393 15.879231 0.003073</w:t>
        <w:br/>
        <w:t>v -3.766603 16.006138 -0.030215</w:t>
        <w:br/>
        <w:t>v -3.670123 15.901892 0.146813</w:t>
        <w:br/>
        <w:t>v -3.925182 15.744359 0.207355</w:t>
        <w:br/>
        <w:t>v -3.093156 15.436865 -0.508801</w:t>
        <w:br/>
        <w:t>v -3.285979 15.259469 -0.525688</w:t>
        <w:br/>
        <w:t>v -1.453934 17.083000 0.140780</w:t>
        <w:br/>
        <w:t>v -1.545752 17.020239 0.138019</w:t>
        <w:br/>
        <w:t>v -1.854538 16.742085 -0.575951</w:t>
        <w:br/>
        <w:t>v -1.768246 16.680351 -0.473166</w:t>
        <w:br/>
        <w:t>v -1.731067 16.647964 -0.256793</w:t>
        <w:br/>
        <w:t>v -1.758149 16.664967 -0.017637</w:t>
        <w:br/>
        <w:t>v -2.447866 16.803942 -0.571129</w:t>
        <w:br/>
        <w:t>v -2.476712 16.690033 -0.605740</w:t>
        <w:br/>
        <w:t>v -2.290411 16.840208 -0.606128</w:t>
        <w:br/>
        <w:t>v -2.103152 16.930780 -0.618081</w:t>
        <w:br/>
        <w:t>v -1.978198 16.830788 -0.628536</w:t>
        <w:br/>
        <w:t>v -1.718216 17.113386 0.165348</w:t>
        <w:br/>
        <w:t>v -1.549150 17.264179 0.192215</w:t>
        <w:br/>
        <w:t>v -2.232276 16.472340 0.091155</w:t>
        <w:br/>
        <w:t>v -2.045215 16.628317 0.115187</w:t>
        <w:br/>
        <w:t>v -1.903785 16.528650 -0.027205</w:t>
        <w:br/>
        <w:t>v -2.086434 16.354137 -0.044917</w:t>
        <w:br/>
        <w:t>v -2.000062 16.608734 -0.573552</w:t>
        <w:br/>
        <w:t>v -2.133695 16.713902 -0.628048</w:t>
        <w:br/>
        <w:t>v -2.327286 16.558115 -0.622153</w:t>
        <w:br/>
        <w:t>v -2.191782 16.446348 -0.575576</w:t>
        <w:br/>
        <w:t>v -2.408881 16.613758 0.124455</w:t>
        <w:br/>
        <w:t>v -2.222196 16.745222 0.126341</w:t>
        <w:br/>
        <w:t>v -2.338172 16.328632 -0.574801</w:t>
        <w:br/>
        <w:t>v -2.237620 16.232264 -0.467370</w:t>
        <w:br/>
        <w:t>v -2.092797 16.362581 -0.468944</w:t>
        <w:br/>
        <w:t>v -2.057526 16.331623 -0.268297</w:t>
        <w:br/>
        <w:t>v -2.201450 16.194950 -0.270907</w:t>
        <w:br/>
        <w:t>v -2.240058 16.215252 -0.052573</w:t>
        <w:br/>
        <w:t>v -2.721735 16.687637 -0.512748</w:t>
        <w:br/>
        <w:t>v -2.608022 16.578051 -0.612722</w:t>
        <w:br/>
        <w:t>v -2.614739 16.802818 -0.502906</w:t>
        <w:br/>
        <w:t>v -2.844763 16.750284 -0.342478</w:t>
        <w:br/>
        <w:t>v -2.717410 16.839680 -0.419644</w:t>
        <w:br/>
        <w:t>v -2.794616 16.848150 -0.336332</w:t>
        <w:br/>
        <w:t>v -2.471792 16.444950 -0.624876</w:t>
        <w:br/>
        <w:t>v -2.532020 16.838924 0.005058</w:t>
        <w:br/>
        <w:t>v -2.566381 16.732136 0.041543</w:t>
        <w:br/>
        <w:t>v -2.656595 16.829790 -0.092655</w:t>
        <w:br/>
        <w:t>v -2.411333 16.862518 0.077366</w:t>
        <w:br/>
        <w:t>v -1.763752 17.132376 0.165498</w:t>
        <w:br/>
        <w:t>v -3.028557 15.755424 0.105307</w:t>
        <w:br/>
        <w:t>v -3.063843 16.078560 0.085122</w:t>
        <w:br/>
        <w:t>v -2.893083 15.881014 0.072207</w:t>
        <w:br/>
        <w:t>v -3.176003 16.220619 0.003672</w:t>
        <w:br/>
        <w:t>v -3.288217 16.337255 -0.246975</w:t>
        <w:br/>
        <w:t>v -3.429963 16.238445 -0.222494</w:t>
        <w:br/>
        <w:t>v -3.417230 16.221619 -0.374653</w:t>
        <w:br/>
        <w:t>v -3.274815 16.324734 -0.381760</w:t>
        <w:br/>
        <w:t>v -2.984813 16.270363 -0.625762</w:t>
        <w:br/>
        <w:t>v -3.078238 16.368032 -0.535843</w:t>
        <w:br/>
        <w:t>v -3.211711 16.264650 -0.539578</w:t>
        <w:br/>
        <w:t>v -3.127923 16.157248 -0.628360</w:t>
        <w:br/>
        <w:t>v -2.844584 15.561654 -0.275004</w:t>
        <w:br/>
        <w:t>v -2.872531 15.597135 -0.037234</w:t>
        <w:br/>
        <w:t>v -2.751891 15.725681 -0.061803</w:t>
        <w:br/>
        <w:t>v -2.724993 15.696333 -0.277677</w:t>
        <w:br/>
        <w:t>v -3.012962 16.013662 -0.631358</w:t>
        <w:br/>
        <w:t>v -2.887275 15.871113 -0.577499</w:t>
        <w:br/>
        <w:t>v -2.659975 15.853319 -0.461812</w:t>
        <w:br/>
        <w:t>v -2.765108 15.740982 -0.460500</w:t>
        <w:br/>
        <w:t>v -3.394005 16.190874 -0.108330</w:t>
        <w:br/>
        <w:t>v -3.247188 16.299421 -0.128215</w:t>
        <w:br/>
        <w:t>v -2.617803 15.818897 -0.276478</w:t>
        <w:br/>
        <w:t>v -3.367353 16.164135 -0.551019</w:t>
        <w:br/>
        <w:t>v -3.109493 15.720428 0.145727</w:t>
        <w:br/>
        <w:t>v -3.478686 16.142277 -0.565470</w:t>
        <w:br/>
        <w:t>v -2.860724 15.533860 -0.265998</w:t>
        <w:br/>
        <w:t>v -2.908198 15.565328 0.002273</w:t>
        <w:br/>
        <w:t>v -3.316370 15.597549 -0.658187</w:t>
        <w:br/>
        <w:t>v -3.534181 16.204321 -0.376564</w:t>
        <w:br/>
        <w:t>v -3.479049 15.742308 -0.712771</w:t>
        <w:br/>
        <w:t>v -3.611340 15.863650 -0.693061</w:t>
        <w:br/>
        <w:t>v -3.501006 16.163744 -0.073032</w:t>
        <w:br/>
        <w:t>v -3.557062 15.417203 -0.694847</w:t>
        <w:br/>
        <w:t>v -3.732122 15.559128 -0.743822</w:t>
        <w:br/>
        <w:t>v -4.376284 15.318856 0.150048</w:t>
        <w:br/>
        <w:t>v -4.452561 15.442649 -0.006183</w:t>
        <w:br/>
        <w:t>v -4.428576 15.473226 0.015863</w:t>
        <w:br/>
        <w:t>v -4.356011 15.347548 0.166898</w:t>
        <w:br/>
        <w:t>v -4.222034 15.163453 -0.642936</w:t>
        <w:br/>
        <w:t>v -4.239190 15.150304 -0.626898</w:t>
        <w:br/>
        <w:t>v -4.127323 15.006743 -0.569305</w:t>
        <w:br/>
        <w:t>v -4.109259 15.021399 -0.589027</w:t>
        <w:br/>
        <w:t>v -4.326755 15.320355 -0.625687</w:t>
        <w:br/>
        <w:t>v -4.354246 15.299548 -0.613271</w:t>
        <w:br/>
        <w:t>v -4.451280 15.524316 -0.356479</w:t>
        <w:br/>
        <w:t>v -4.481602 15.517218 -0.343926</w:t>
        <w:br/>
        <w:t>v -4.432671 15.420648 -0.541026</w:t>
        <w:br/>
        <w:t>v -4.421535 15.450110 -0.547933</w:t>
        <w:br/>
        <w:t>v -3.987846 14.890396 0.054171</w:t>
        <w:br/>
        <w:t>v -4.104221 15.016320 0.215798</w:t>
        <w:br/>
        <w:t>v -3.992751 14.895926 -0.450008</w:t>
        <w:br/>
        <w:t>v -3.953607 14.866644 -0.204994</w:t>
        <w:br/>
        <w:t>v -4.235237 15.174666 0.231312</w:t>
        <w:br/>
        <w:t>v -4.015773 14.878896 0.049100</w:t>
        <w:br/>
        <w:t>v -4.126064 15.001727 0.198087</w:t>
        <w:br/>
        <w:t>v -4.016243 14.884287 -0.435819</w:t>
        <w:br/>
        <w:t>v -3.958076 14.838104 -0.195139</w:t>
        <w:br/>
        <w:t>v -4.253171 15.155457 0.214400</w:t>
        <w:br/>
        <w:t>v -2.381815 16.089556 -0.054709</w:t>
        <w:br/>
        <w:t>v -2.528474 16.223408 0.075555</w:t>
        <w:br/>
        <w:t>v -2.382815 16.350031 0.079402</w:t>
        <w:br/>
        <w:t>v -2.551885 16.503817 0.114125</w:t>
        <w:br/>
        <w:t>v -2.695301 16.386871 0.105457</w:t>
        <w:br/>
        <w:t>v -2.832731 16.519287 0.021883</w:t>
        <w:br/>
        <w:t>v -2.691729 16.637760 0.030351</w:t>
        <w:br/>
        <w:t>v -2.849751 16.755339 -0.232661</w:t>
        <w:br/>
        <w:t>v -2.913398 16.670641 -0.138308</w:t>
        <w:br/>
        <w:t>v -2.928455 16.624424 -0.345925</w:t>
        <w:br/>
        <w:t>v -2.618670 16.330980 -0.628910</w:t>
        <w:br/>
        <w:t>v -2.489737 16.210445 -0.578323</w:t>
        <w:br/>
        <w:t>v -2.785170 16.710058 -0.104146</w:t>
        <w:br/>
        <w:t>v -2.905364 16.592350 -0.114838</w:t>
        <w:br/>
        <w:t>v -2.551934 15.970732 -0.463811</w:t>
        <w:br/>
        <w:t>v -2.386519 16.104939 -0.465722</w:t>
        <w:br/>
        <w:t>v -2.351170 16.062634 -0.273530</w:t>
        <w:br/>
        <w:t>v -2.511139 15.931553 -0.275141</w:t>
        <w:br/>
        <w:t>v -2.875274 16.360708 -0.625837</w:t>
        <w:br/>
        <w:t>v -2.750777 16.464863 -0.619267</w:t>
        <w:br/>
        <w:t>v -2.853965 16.564754 -0.527375</w:t>
        <w:br/>
        <w:t>v -2.968774 16.463142 -0.532746</w:t>
        <w:br/>
        <w:t>v -2.928996 16.609074 -0.267110</w:t>
        <w:br/>
        <w:t>v -2.836035 16.723116 -0.285046</w:t>
        <w:br/>
        <w:t>v -3.037248 16.508326 -0.246251</w:t>
        <w:br/>
        <w:t>v -3.270420 16.313446 -0.282910</w:t>
        <w:br/>
        <w:t>v -3.144323 16.418005 -0.246163</w:t>
        <w:br/>
        <w:t>v -3.415683 16.211315 -0.256206</w:t>
        <w:br/>
        <w:t>v -3.523396 16.193687 -0.238394</w:t>
        <w:br/>
        <w:t>v -3.798320 16.027557 -0.229401</w:t>
        <w:br/>
        <w:t>v -4.054518 15.889102 -0.232736</w:t>
        <w:br/>
        <w:t>v -4.389869 15.502052 -0.228526</w:t>
        <w:br/>
        <w:t>v -4.337697 15.592875 -0.230587</w:t>
        <w:br/>
        <w:t>v -4.456421 15.506050 -0.222056</w:t>
        <w:br/>
        <w:t>v -4.389869 15.502052 -0.228526</w:t>
        <w:br/>
        <w:t>v -4.478755 15.513766 -0.195851</w:t>
        <w:br/>
        <w:t>v -4.526855 15.503022 -0.190293</w:t>
        <w:br/>
        <w:t>v -4.505006 15.518895 -0.191629</w:t>
        <w:br/>
        <w:t>v -3.544381 16.218578 -0.200660</w:t>
        <w:br/>
        <w:t>v -3.823605 16.064026 -0.193041</w:t>
        <w:br/>
        <w:t>v -4.070086 15.940843 -0.184385</w:t>
        <w:br/>
        <w:t>v -4.355364 15.645262 -0.191817</w:t>
        <w:br/>
        <w:t>v -4.396399 15.547604 -0.203957</w:t>
        <w:br/>
        <w:t>v -4.456421 15.506050 -0.222056</w:t>
        <w:br/>
        <w:t>v -4.478755 15.513766 -0.195851</w:t>
        <w:br/>
        <w:t>v -4.481602 15.517218 -0.343926</w:t>
        <w:br/>
        <w:t>v -4.526855 15.503022 -0.190293</w:t>
        <w:br/>
        <w:t>v -4.532001 15.503789 -0.346549</w:t>
        <w:br/>
        <w:t>v -4.506956 15.522054 -0.346062</w:t>
        <w:br/>
        <w:t>v -4.505006 15.518895 -0.191629</w:t>
        <w:br/>
        <w:t>v -1.913141 16.544168 -0.471168</w:t>
        <w:br/>
        <w:t>v -1.877824 16.512939 -0.261839</w:t>
        <w:br/>
        <w:t>v -1.888627 16.750587 0.123730</w:t>
        <w:br/>
        <w:t>v -2.049314 16.864647 0.140168</w:t>
        <w:br/>
        <w:t>v -2.165224 16.935472 0.125704</w:t>
        <w:br/>
        <w:t>v -2.767079 16.814732 -0.276765</w:t>
        <w:br/>
        <w:t>v -2.727517 16.825087 -0.184685</w:t>
        <w:br/>
        <w:t>v -3.875109 15.683616 -0.712346</w:t>
        <w:br/>
        <w:t>v -4.389390 15.282498 -0.628959</w:t>
        <w:br/>
        <w:t>v -4.365711 15.296644 -0.632806</w:t>
        <w:br/>
        <w:t>v -4.471482 15.412159 -0.551681</w:t>
        <w:br/>
        <w:t>v -4.451322 15.424579 -0.554953</w:t>
        <w:br/>
        <w:t>v -3.616849 15.048208 0.076992</w:t>
        <w:br/>
        <w:t>v -3.823937 15.190125 0.271768</w:t>
        <w:br/>
        <w:t>v -4.007740 15.336564 0.297474</w:t>
        <w:br/>
        <w:t>v -4.277488 15.659579 0.016163</w:t>
        <w:br/>
        <w:t>v -4.198177 15.525730 0.218446</w:t>
        <w:br/>
        <w:t>v -3.921278 15.411018 0.318945</w:t>
        <w:br/>
        <w:t>v -4.135016 15.596153 0.235446</w:t>
        <w:br/>
        <w:t>v -4.022582 15.343700 -0.722263</w:t>
        <w:br/>
        <w:t>v -4.156610 15.468635 -0.688427</w:t>
        <w:br/>
        <w:t>v -3.485735 15.009943 -0.238269</w:t>
        <w:br/>
        <w:t>v -3.620424 15.056163 -0.508226</w:t>
        <w:br/>
        <w:t>v -3.842198 15.199547 -0.678010</w:t>
        <w:br/>
        <w:t>v -4.299937 15.696218 -0.362699</w:t>
        <w:br/>
        <w:t>v -4.272294 15.621079 -0.556340</w:t>
        <w:br/>
        <w:t>v -3.262215 15.099794 -0.244889</w:t>
        <w:br/>
        <w:t>v -3.441520 15.129693 0.088520</w:t>
        <w:br/>
        <w:t>v -3.728908 15.281162 -0.710547</w:t>
        <w:br/>
        <w:t>v -3.452469 15.135028 -0.532121</w:t>
        <w:br/>
        <w:t>v -4.298682 15.674946 -0.231362</w:t>
        <w:br/>
        <w:t>v -4.319631 15.729136 -0.186508</w:t>
        <w:br/>
        <w:t>v -3.706541 15.269211 0.292140</w:t>
        <w:br/>
        <w:t>v -4.227654 15.749224 0.022845</w:t>
        <w:br/>
        <w:t>v -4.095064 15.532232 -0.711722</w:t>
        <w:br/>
        <w:t>v -3.933723 15.415578 -0.751404</w:t>
        <w:br/>
        <w:t>v -4.260387 15.785822 -0.364898</w:t>
        <w:br/>
        <w:t>v -4.224779 15.701077 -0.565620</w:t>
        <w:br/>
        <w:t>v -4.259666 15.757019 -0.232149</w:t>
        <w:br/>
        <w:t>v -4.283902 15.813023 -0.181187</w:t>
        <w:br/>
        <w:t>v -1.772875 16.840958 0.130038</w:t>
        <w:br/>
        <w:t>v -1.921833 16.950811 0.150397</w:t>
        <w:br/>
        <w:t>v -2.001900 17.014601 0.141904</w:t>
        <w:br/>
        <w:t>v -1.473372 17.083830 -0.590090</w:t>
        <w:br/>
        <w:t>v -1.537571 17.257330 -0.678011</w:t>
        <w:br/>
        <w:t>v -1.854834 17.087473 0.154881</w:t>
        <w:br/>
        <w:t>v -4.755656 15.112734 -0.031838</w:t>
        <w:br/>
        <w:t>v -4.495243 15.402670 -0.011716</w:t>
        <w:br/>
        <w:t>v -4.422021 15.278791 0.139107</w:t>
        <w:br/>
        <w:t>v -4.499348 14.716244 -0.527087</w:t>
        <w:br/>
        <w:t>v -4.177848 14.976675 -0.561548</w:t>
        <w:br/>
        <w:t>v -4.287527 15.114456 -0.616556</w:t>
        <w:br/>
        <w:t>v -4.583656 14.834118 -0.564421</w:t>
        <w:br/>
        <w:t>v -4.427373 14.627063 0.018024</w:t>
        <w:br/>
        <w:t>v -4.070238 14.850760 0.042867</w:t>
        <w:br/>
        <w:t>v -4.010127 14.805542 -0.190193</w:t>
        <w:br/>
        <w:t>v -4.386924 14.592442 -0.172332</w:t>
        <w:br/>
        <w:t>v -4.295730 15.131988 0.228926</w:t>
        <w:br/>
        <w:t>v -4.270331 15.146328 0.233260</w:t>
        <w:br/>
        <w:t>v -4.411443 14.623293 -0.387231</w:t>
        <w:br/>
        <w:t>v -4.067478 14.853828 -0.425814</w:t>
        <w:br/>
        <w:t>v -4.177463 14.971081 0.186808</w:t>
        <w:br/>
        <w:t>v -4.774745 15.172755 -0.201759</w:t>
        <w:br/>
        <w:t>v -4.523878 15.469296 -0.196750</w:t>
        <w:br/>
        <w:t>v -4.774745 15.172755 -0.201759</w:t>
        <w:br/>
        <w:t>v -4.527960 15.469946 -0.341765</w:t>
        <w:br/>
        <w:t>v -4.523878 15.469296 -0.196750</w:t>
        <w:br/>
        <w:t>v -4.401649 15.260664 -0.602967</w:t>
        <w:br/>
        <w:t>v -4.674199 14.982741 -0.550769</w:t>
        <w:br/>
        <w:t>v -4.475132 15.382905 -0.531134</w:t>
        <w:br/>
        <w:t>v -4.376284 15.318856 0.150048</w:t>
        <w:br/>
        <w:t>v -4.253171 15.155457 0.214400</w:t>
        <w:br/>
        <w:t>v -4.126064 15.001727 0.198087</w:t>
        <w:br/>
        <w:t>v -3.953789 14.811804 -0.194752</w:t>
        <w:br/>
        <w:t>v -4.016243 14.884287 -0.435819</w:t>
        <w:br/>
        <w:t>v -4.016412 14.862115 -0.445836</w:t>
        <w:br/>
        <w:t>v -4.127323 15.006743 -0.569305</w:t>
        <w:br/>
        <w:t>v -4.129490 14.991878 -0.586816</w:t>
        <w:br/>
        <w:t>v -4.239190 15.150304 -0.626898</w:t>
        <w:br/>
        <w:t>v -4.246518 15.141852 -0.646983</w:t>
        <w:br/>
        <w:t>v -4.354246 15.299548 -0.613271</w:t>
        <w:br/>
        <w:t>v -4.365711 15.296644 -0.632806</w:t>
        <w:br/>
        <w:t>v -4.432671 15.420648 -0.541026</w:t>
        <w:br/>
        <w:t>v -4.451322 15.424579 -0.554953</w:t>
        <w:br/>
        <w:t>v -4.497319 15.431513 0.003060</w:t>
        <w:br/>
        <w:t>v -4.421750 15.301678 0.161702</w:t>
        <w:br/>
        <w:t>v -4.526855 15.503022 -0.190293</w:t>
        <w:br/>
        <w:t>v -4.532001 15.503789 -0.346549</w:t>
        <w:br/>
        <w:t>v -4.526855 15.503022 -0.190293</w:t>
        <w:br/>
        <w:t>v -4.300900 15.118317 0.203133</w:t>
        <w:br/>
        <w:t>v -5.008429 14.877822 -0.052010</w:t>
        <w:br/>
        <w:t>v -4.788812 14.509746 -0.501669</w:t>
        <w:br/>
        <w:t>v -4.860518 14.614440 -0.537779</w:t>
        <w:br/>
        <w:t>v -4.729004 14.438194 -0.005821</w:t>
        <w:br/>
        <w:t>v -4.690371 14.421895 -0.154433</w:t>
        <w:br/>
        <w:t>v -4.698539 14.428379 -0.348573</w:t>
        <w:br/>
        <w:t>v -5.028632 14.930036 -0.206918</w:t>
        <w:br/>
        <w:t>v -5.028632 14.930036 -0.206918</w:t>
        <w:br/>
        <w:t>v -4.936170 14.753418 -0.526225</w:t>
        <w:br/>
        <w:t>v -4.754256 15.091489 -0.217497</w:t>
        <w:br/>
        <w:t>v -4.734813 15.059589 -0.430660</w:t>
        <w:br/>
        <w:t>v -4.979197 14.857578 -0.444475</w:t>
        <w:br/>
        <w:t>v -5.001412 14.907693 -0.323904</w:t>
        <w:br/>
        <w:t>v -4.626933 14.895613 0.075105</w:t>
        <w:br/>
        <w:t>v -4.872487 14.606586 0.090131</w:t>
        <w:br/>
        <w:t>v -4.809892 14.506146 0.074893</w:t>
        <w:br/>
        <w:t>v -4.556096 14.788788 0.041968</w:t>
        <w:br/>
        <w:t>v -4.711731 15.023397 0.003547</w:t>
        <w:br/>
        <w:t>v -4.946945 14.751276 0.035261</w:t>
        <w:br/>
        <w:t>v -3.032961 16.515926 -0.172719</w:t>
        <w:br/>
        <w:t>v -3.011022 16.494469 -0.348148</w:t>
        <w:br/>
        <w:t>v -3.130759 16.401260 -0.362525</w:t>
        <w:br/>
        <w:t>v -3.150292 16.415670 -0.218697</w:t>
        <w:br/>
        <w:t>v -1.963724 16.991907 -0.598383</w:t>
        <w:br/>
        <w:t>v -1.828403 17.065420 -0.607464</w:t>
        <w:br/>
        <w:t>v -1.742447 16.981630 -0.607577</w:t>
        <w:br/>
        <w:t>v -1.895737 16.920359 -0.607876</w:t>
        <w:br/>
        <w:t>v -1.461155 17.094604 0.116948</w:t>
        <w:br/>
        <w:t>v -1.553099 17.031588 0.114087</w:t>
        <w:br/>
        <w:t>v -1.428058 16.982374 -0.014415</w:t>
        <w:br/>
        <w:t>v -1.555822 17.038565 -0.564434</w:t>
        <w:br/>
        <w:t>v -1.577296 17.029671 -0.593625</w:t>
        <w:br/>
        <w:t>v -1.677776 17.080748 -0.595024</w:t>
        <w:br/>
        <w:t>v -2.603984 16.790480 -0.480835</w:t>
        <w:br/>
        <w:t>v -2.440870 16.795975 -0.546573</w:t>
        <w:br/>
        <w:t>v -2.479505 16.687332 -0.587529</w:t>
        <w:br/>
        <w:t>v -2.101283 16.928631 -0.590752</w:t>
        <w:br/>
        <w:t>v -2.046841 16.846003 -0.611598</w:t>
        <w:br/>
        <w:t>v -1.549827 17.268976 0.165161</w:t>
        <w:br/>
        <w:t>v -1.642138 17.079784 0.121419</w:t>
        <w:br/>
        <w:t>v -2.728033 16.657619 -0.495112</w:t>
        <w:br/>
        <w:t>v -2.629139 16.571684 -0.580897</w:t>
        <w:br/>
        <w:t>v -2.823101 16.736229 -0.333097</w:t>
        <w:br/>
        <w:t>v -2.774329 16.835276 -0.323005</w:t>
        <w:br/>
        <w:t>v -2.701838 16.827028 -0.401895</w:t>
        <w:br/>
        <w:t>v -2.404274 16.857893 0.051210</w:t>
        <w:br/>
        <w:t>v -2.519692 16.829254 -0.015302</w:t>
        <w:br/>
        <w:t>v -2.573078 16.730007 0.035285</w:t>
        <w:br/>
        <w:t>v -1.756849 17.127268 0.139393</w:t>
        <w:br/>
        <w:t>v -3.272025 16.315384 -0.243203</w:t>
        <w:br/>
        <w:t>v -3.259610 16.303411 -0.373429</w:t>
        <w:br/>
        <w:t>v -3.402747 16.199419 -0.367371</w:t>
        <w:br/>
        <w:t>v -3.415087 16.215652 -0.218746</w:t>
        <w:br/>
        <w:t>v -2.919114 16.606070 -0.330324</w:t>
        <w:br/>
        <w:t>v -2.893417 16.652487 -0.135523</w:t>
        <w:br/>
        <w:t>v -2.826664 16.740602 -0.230513</w:t>
        <w:br/>
        <w:t>v -2.777075 16.701712 -0.113065</w:t>
        <w:br/>
        <w:t>v -2.815921 16.704945 -0.289531</w:t>
        <w:br/>
        <w:t>v -2.923645 16.604015 -0.266798</w:t>
        <w:br/>
        <w:t>v -2.903174 16.592045 -0.131938</w:t>
        <w:br/>
        <w:t>v -3.521446 16.181261 -0.369594</w:t>
        <w:br/>
        <w:t>v -3.531364 16.194860 -0.197462</w:t>
        <w:br/>
        <w:t>v -3.811679 16.039902 -0.188607</w:t>
        <w:br/>
        <w:t>v -3.786112 16.021404 -0.365660</w:t>
        <w:br/>
        <w:t>v -4.057682 15.917033 -0.179651</w:t>
        <w:br/>
        <w:t>v -4.040092 15.891974 -0.361912</w:t>
        <w:br/>
        <w:t>v -4.331673 15.634028 -0.186858</w:t>
        <w:br/>
        <w:t>v -4.316263 15.594773 -0.354580</w:t>
        <w:br/>
        <w:t>v -4.366823 15.502096 -0.348510</w:t>
        <w:br/>
        <w:t>v -4.377154 15.528927 -0.201172</w:t>
        <w:br/>
        <w:t>v -4.457166 15.478675 -0.224242</w:t>
        <w:br/>
        <w:t>v -4.446213 15.497987 -0.350584</w:t>
        <w:br/>
        <w:t>v -2.287168 16.836601 -0.579073</w:t>
        <w:br/>
        <w:t>v -2.211152 16.714769 -0.608875</w:t>
        <w:br/>
        <w:t>v -2.433572 16.620632 -0.596397</w:t>
        <w:br/>
        <w:t>v -2.060330 16.868212 0.118159</w:t>
        <w:br/>
        <w:t>v -2.161222 16.930958 0.098887</w:t>
        <w:br/>
        <w:t>v -2.226471 16.741440 0.112401</w:t>
        <w:br/>
        <w:t>v -2.839686 16.541864 -0.497010</w:t>
        <w:br/>
        <w:t>v -2.638987 16.815083 -0.107219</w:t>
        <w:br/>
        <w:t>v -2.698963 16.624947 0.020958</w:t>
        <w:br/>
        <w:t>v -2.707637 16.809866 -0.194815</w:t>
        <w:br/>
        <w:t>v -2.745150 16.799154 -0.282361</w:t>
        <w:br/>
        <w:t>v -4.295915 15.717948 -0.181562</w:t>
        <w:br/>
        <w:t>v -4.276584 15.685084 -0.356042</w:t>
        <w:br/>
        <w:t>v -4.264811 15.794744 -0.175841</w:t>
        <w:br/>
        <w:t>v -4.241635 15.768083 -0.357054</w:t>
        <w:br/>
        <w:t>v -1.920426 16.950722 0.130263</w:t>
        <w:br/>
        <w:t>v -1.996971 17.008177 0.118447</w:t>
        <w:br/>
        <w:t>v -1.481923 17.096294 -0.567145</w:t>
        <w:br/>
        <w:t>v -1.440308 16.994118 -0.460214</w:t>
        <w:br/>
        <w:t>v -1.555822 17.038565 -0.564434</w:t>
        <w:br/>
        <w:t>v -1.541762 17.266029 -0.652293</w:t>
        <w:br/>
        <w:t>v -1.744461 17.110762 -0.617569</w:t>
        <w:br/>
        <w:t>v -1.593725 16.999483 0.111639</w:t>
        <w:br/>
        <w:t>v -1.522485 16.910870 -0.028304</w:t>
        <w:br/>
        <w:t>v -1.848287 17.081959 0.128776</w:t>
        <w:br/>
        <w:t>v -1.756320 17.025394 0.129101</w:t>
        <w:br/>
        <w:t>v -4.992852 14.861567 -0.067161</w:t>
        <w:br/>
        <w:t>v -4.795788 14.523104 -0.478761</w:t>
        <w:br/>
        <w:t>v -4.860537 14.617940 -0.510524</w:t>
        <w:br/>
        <w:t>v -4.656398 14.940982 -0.523964</w:t>
        <w:br/>
        <w:t>v -4.573016 14.815065 -0.471779</w:t>
        <w:br/>
        <w:t>v -4.740591 14.459219 -0.018811</w:t>
        <w:br/>
        <w:t>v -4.703216 14.445765 -0.157293</w:t>
        <w:br/>
        <w:t>v -4.517691 14.730852 -0.196663</w:t>
        <w:br/>
        <w:t>v -4.531365 14.751516 -0.058680</w:t>
        <w:br/>
        <w:t>v -4.528121 14.747065 -0.357253</w:t>
        <w:br/>
        <w:t>v -4.710768 14.450441 -0.338205</w:t>
        <w:br/>
        <w:t>v -4.754256 15.091489 -0.217497</w:t>
        <w:br/>
        <w:t>v -5.010809 14.910058 -0.210640</w:t>
        <w:br/>
        <w:t>v -5.010809 14.910058 -0.210640</w:t>
        <w:br/>
        <w:t>v -4.930528 14.749335 -0.499695</w:t>
        <w:br/>
        <w:t>v -5.018843 14.927222 -0.330724</w:t>
        <w:br/>
        <w:t>v -5.001412 14.907693 -0.323904</w:t>
        <w:br/>
        <w:t>v -4.979197 14.857578 -0.444475</w:t>
        <w:br/>
        <w:t>v -4.992296 14.871382 -0.463960</w:t>
        <w:br/>
        <w:t>v -4.804805 14.494217 0.099075</w:t>
        <w:br/>
        <w:t>v -4.809892 14.506146 0.074893</w:t>
        <w:br/>
        <w:t>v -4.872487 14.606586 0.090131</w:t>
        <w:br/>
        <w:t>v -4.876167 14.606792 0.117336</w:t>
        <w:br/>
        <w:t>v -4.946945 14.751276 0.035261</w:t>
        <w:br/>
        <w:t>v -4.957283 14.759988 0.059005</w:t>
        <w:br/>
        <w:t>v -3.051009 16.536280 -0.176641</w:t>
        <w:br/>
        <w:t>v -3.032961 16.515926 -0.172719</w:t>
        <w:br/>
        <w:t>v -3.150292 16.415670 -0.218697</w:t>
        <w:br/>
        <w:t>v -3.166800 16.437223 -0.222944</w:t>
        <w:br/>
        <w:t>v -1.412747 16.963018 -0.002312</w:t>
        <w:br/>
        <w:t>v -1.428058 16.982374 -0.014415</w:t>
        <w:br/>
        <w:t>v -1.420972 16.955256 -0.246713</w:t>
        <w:br/>
        <w:t>v -1.403178 16.934355 -0.247838</w:t>
        <w:br/>
        <w:t>v -1.440308 16.994118 -0.460214</w:t>
        <w:br/>
        <w:t>v -1.425180 16.975737 -0.473941</w:t>
        <w:br/>
        <w:t>v -1.965792 16.993450 -0.625738</w:t>
        <w:br/>
        <w:t>v -1.831240 17.066214 -0.634781</w:t>
        <w:br/>
        <w:t>v -1.828403 17.065420 -0.607464</w:t>
        <w:br/>
        <w:t>v -1.963724 16.991907 -0.598383</w:t>
        <w:br/>
        <w:t>v -1.453934 17.083000 0.140780</w:t>
        <w:br/>
        <w:t>v -1.461155 17.094604 0.116948</w:t>
        <w:br/>
        <w:t>v -2.447866 16.803942 -0.571129</w:t>
        <w:br/>
        <w:t>v -2.440870 16.795975 -0.546573</w:t>
        <w:br/>
        <w:t>v -2.603984 16.790480 -0.480835</w:t>
        <w:br/>
        <w:t>v -2.614739 16.802818 -0.502906</w:t>
        <w:br/>
        <w:t>v -2.101283 16.928631 -0.590752</w:t>
        <w:br/>
        <w:t>v -2.103152 16.930780 -0.618081</w:t>
        <w:br/>
        <w:t>v -1.549150 17.264179 0.192215</w:t>
        <w:br/>
        <w:t>v -1.549827 17.268976 0.165161</w:t>
        <w:br/>
        <w:t>v -2.717410 16.839680 -0.419644</w:t>
        <w:br/>
        <w:t>v -2.701838 16.827028 -0.401895</w:t>
        <w:br/>
        <w:t>v -2.774329 16.835276 -0.323005</w:t>
        <w:br/>
        <w:t>v -2.794616 16.848150 -0.336332</w:t>
        <w:br/>
        <w:t>v -2.532020 16.838924 0.005058</w:t>
        <w:br/>
        <w:t>v -2.519692 16.829254 -0.015302</w:t>
        <w:br/>
        <w:t>v -2.404274 16.857893 0.051210</w:t>
        <w:br/>
        <w:t>v -2.411333 16.862518 0.077366</w:t>
        <w:br/>
        <w:t>v -1.763752 17.132376 0.165498</w:t>
        <w:br/>
        <w:t>v -1.756849 17.127268 0.139393</w:t>
        <w:br/>
        <w:t>v -1.549827 17.268976 0.165161</w:t>
        <w:br/>
        <w:t>v -1.549150 17.264179 0.192215</w:t>
        <w:br/>
        <w:t>v -3.288217 16.337255 -0.246975</w:t>
        <w:br/>
        <w:t>v -3.272025 16.315384 -0.243203</w:t>
        <w:br/>
        <w:t>v -3.415087 16.215652 -0.218746</w:t>
        <w:br/>
        <w:t>v -3.429963 16.238445 -0.222494</w:t>
        <w:br/>
        <w:t>v -2.849751 16.755339 -0.232661</w:t>
        <w:br/>
        <w:t>v -2.826664 16.740602 -0.230513</w:t>
        <w:br/>
        <w:t>v -2.893417 16.652487 -0.135523</w:t>
        <w:br/>
        <w:t>v -2.913398 16.670641 -0.138308</w:t>
        <w:br/>
        <w:t>v -2.928996 16.609074 -0.267110</w:t>
        <w:br/>
        <w:t>v -2.923645 16.604015 -0.266798</w:t>
        <w:br/>
        <w:t>v -2.815921 16.704945 -0.289531</w:t>
        <w:br/>
        <w:t>v -2.836035 16.723116 -0.285046</w:t>
        <w:br/>
        <w:t>v -3.531364 16.194860 -0.197462</w:t>
        <w:br/>
        <w:t>v -3.544381 16.218578 -0.200660</w:t>
        <w:br/>
        <w:t>v -3.811679 16.039902 -0.188607</w:t>
        <w:br/>
        <w:t>v -3.823605 16.064026 -0.193041</w:t>
        <w:br/>
        <w:t>v -4.057682 15.917033 -0.179651</w:t>
        <w:br/>
        <w:t>v -4.070086 15.940843 -0.184385</w:t>
        <w:br/>
        <w:t>v -4.355364 15.645262 -0.191817</w:t>
        <w:br/>
        <w:t>v -4.331673 15.634028 -0.186858</w:t>
        <w:br/>
        <w:t>v -4.377154 15.528927 -0.201172</w:t>
        <w:br/>
        <w:t>v -4.396399 15.547604 -0.203957</w:t>
        <w:br/>
        <w:t>v -4.457166 15.478675 -0.224242</w:t>
        <w:br/>
        <w:t>v -4.456421 15.506050 -0.222056</w:t>
        <w:br/>
        <w:t>v -2.161222 16.930958 0.098887</w:t>
        <w:br/>
        <w:t>v -2.165224 16.935472 0.125704</w:t>
        <w:br/>
        <w:t>v -2.745150 16.799154 -0.282361</w:t>
        <w:br/>
        <w:t>v -2.767079 16.814732 -0.276765</w:t>
        <w:br/>
        <w:t>v -2.727517 16.825087 -0.184685</w:t>
        <w:br/>
        <w:t>v -2.707637 16.809866 -0.194815</w:t>
        <w:br/>
        <w:t>v -2.638987 16.815083 -0.107219</w:t>
        <w:br/>
        <w:t>v -2.656595 16.829790 -0.092655</w:t>
        <w:br/>
        <w:t>v -4.319631 15.729136 -0.186508</w:t>
        <w:br/>
        <w:t>v -4.295915 15.717948 -0.181562</w:t>
        <w:br/>
        <w:t>v -4.264811 15.794744 -0.175841</w:t>
        <w:br/>
        <w:t>v -4.283902 15.813023 -0.181187</w:t>
        <w:br/>
        <w:t>v -2.287168 16.836601 -0.579073</w:t>
        <w:br/>
        <w:t>v -2.290411 16.840208 -0.606128</w:t>
        <w:br/>
        <w:t>v -1.996971 17.008177 0.118447</w:t>
        <w:br/>
        <w:t>v -2.001900 17.014601 0.141904</w:t>
        <w:br/>
        <w:t>v -1.481923 17.096294 -0.567145</w:t>
        <w:br/>
        <w:t>v -1.473372 17.083830 -0.590090</w:t>
        <w:br/>
        <w:t>v -1.541762 17.266029 -0.652293</w:t>
        <w:br/>
        <w:t>v -1.537571 17.257330 -0.678011</w:t>
        <w:br/>
        <w:t>v -1.537571 17.257330 -0.678011</w:t>
        <w:br/>
        <w:t>v -1.541762 17.266029 -0.652293</w:t>
        <w:br/>
        <w:t>v -1.744461 17.110762 -0.617569</w:t>
        <w:br/>
        <w:t>v -1.747766 17.111080 -0.644848</w:t>
        <w:br/>
        <w:t>v -1.854834 17.087473 0.154881</w:t>
        <w:br/>
        <w:t>v -1.848287 17.081959 0.128776</w:t>
        <w:br/>
        <w:t>v -4.992852 14.861567 -0.067161</w:t>
        <w:br/>
        <w:t>v -5.008429 14.877822 -0.052010</w:t>
        <w:br/>
        <w:t>v -4.860518 14.614440 -0.537779</w:t>
        <w:br/>
        <w:t>v -4.860537 14.617940 -0.510524</w:t>
        <w:br/>
        <w:t>v -4.795788 14.523104 -0.478761</w:t>
        <w:br/>
        <w:t>v -4.788812 14.509746 -0.501669</w:t>
        <w:br/>
        <w:t>v -4.690371 14.421895 -0.154433</w:t>
        <w:br/>
        <w:t>v -4.703216 14.445765 -0.157293</w:t>
        <w:br/>
        <w:t>v -4.740591 14.459219 -0.018811</w:t>
        <w:br/>
        <w:t>v -4.729004 14.438194 -0.005821</w:t>
        <w:br/>
        <w:t>v -4.710768 14.450441 -0.338205</w:t>
        <w:br/>
        <w:t>v -4.698539 14.428379 -0.348573</w:t>
        <w:br/>
        <w:t>v -5.010809 14.910058 -0.210640</w:t>
        <w:br/>
        <w:t>v -5.028632 14.930036 -0.206918</w:t>
        <w:br/>
        <w:t>v -5.028632 14.930036 -0.206918</w:t>
        <w:br/>
        <w:t>v -5.010809 14.910058 -0.210640</w:t>
        <w:br/>
        <w:t>v -4.936170 14.753418 -0.526225</w:t>
        <w:br/>
        <w:t>v -4.930528 14.749335 -0.499695</w:t>
        <w:br/>
        <w:t>v -1.513706 16.930031 -0.485757</w:t>
        <w:br/>
        <w:t>v -1.494936 16.886427 -0.253708</w:t>
        <w:br/>
        <w:t>v -1.420972 16.955256 -0.246713</w:t>
        <w:br/>
        <w:t>v -2.475321 16.655066 0.073693</w:t>
        <w:br/>
        <w:t>v -1.022872 17.177145 -0.700056</w:t>
        <w:br/>
        <w:t>v -1.125469 17.029419 -0.651143</w:t>
        <w:br/>
        <w:t>v -1.106346 17.020338 -0.651593</w:t>
        <w:br/>
        <w:t>v -1.156983 16.932104 -0.550670</w:t>
        <w:br/>
        <w:t>v -1.142681 16.933891 -0.594399</w:t>
        <w:br/>
        <w:t>v -1.063629 17.096792 -0.675150</w:t>
        <w:br/>
        <w:t>v -1.083913 16.677050 -0.555791</w:t>
        <w:br/>
        <w:t>v -1.044518 16.823938 -0.650581</w:t>
        <w:br/>
        <w:t>v -0.880156 16.718231 -0.671328</w:t>
        <w:br/>
        <w:t>v -0.535168 16.846972 -0.721952</w:t>
        <w:br/>
        <w:t>v -0.638639 16.753204 -0.698770</w:t>
        <w:br/>
        <w:t>v -0.214674 16.988924 -0.741062</w:t>
        <w:br/>
        <w:t>v -0.371567 16.950041 -0.743248</w:t>
        <w:br/>
        <w:t>v -0.400071 17.384413 -0.785466</w:t>
        <w:br/>
        <w:t>v -0.389928 17.165215 -0.785928</w:t>
        <w:br/>
        <w:t>v -0.219820 17.161631 -0.778297</w:t>
        <w:br/>
        <w:t>v -0.224192 17.376043 -0.778984</w:t>
        <w:br/>
        <w:t>v -0.754239 17.194494 -0.769541</w:t>
        <w:br/>
        <w:t>v -0.581683 17.175846 -0.783293</w:t>
        <w:br/>
        <w:t>v -0.586042 17.395367 -0.781894</w:t>
        <w:br/>
        <w:t>v -0.760047 17.403671 -0.773013</w:t>
        <w:br/>
        <w:t>v -0.963130 17.421534 -0.743935</w:t>
        <w:br/>
        <w:t>v -1.000065 17.245043 -0.736615</w:t>
        <w:br/>
        <w:t>v -0.908834 17.214378 -0.755214</w:t>
        <w:br/>
        <w:t>v -0.906361 17.414312 -0.758312</w:t>
        <w:br/>
        <w:t>v -0.404642 17.599449 -0.747607</w:t>
        <w:br/>
        <w:t>v -0.590126 17.612001 -0.744647</w:t>
        <w:br/>
        <w:t>v -0.957522 17.633698 -0.709099</w:t>
        <w:br/>
        <w:t>v -0.911682 17.628014 -0.717580</w:t>
        <w:br/>
        <w:t>v -0.405754 17.909874 -0.637066</w:t>
        <w:br/>
        <w:t>v -0.225928 17.594877 -0.744148</w:t>
        <w:br/>
        <w:t>v -0.215861 17.863398 -0.662210</w:t>
        <w:br/>
        <w:t>v -0.767966 17.620770 -0.731869</w:t>
        <w:br/>
        <w:t>v -0.561161 16.940924 -0.768716</w:t>
        <w:br/>
        <w:t>v -0.576624 17.059959 -0.778596</w:t>
        <w:br/>
        <w:t>v -0.759522 17.084265 -0.769241</w:t>
        <w:br/>
        <w:t>v -0.774436 16.949131 -0.758512</w:t>
        <w:br/>
        <w:t>v -0.215748 17.035688 -0.767767</w:t>
        <w:br/>
        <w:t>v -0.381997 17.042522 -0.777497</w:t>
        <w:br/>
        <w:t>v -0.371530 16.947132 -0.765869</w:t>
        <w:br/>
        <w:t>v -0.213163 16.986877 -0.763395</w:t>
        <w:br/>
        <w:t>v -0.943383 17.021463 -0.742324</w:t>
        <w:br/>
        <w:t>v -0.916041 17.130203 -0.753853</w:t>
        <w:br/>
        <w:t>v -1.022135 17.173674 -0.728047</w:t>
        <w:br/>
        <w:t>v -1.064516 17.093382 -0.711085</w:t>
        <w:br/>
        <w:t>v -0.827608 18.037577 -0.415959</w:t>
        <w:br/>
        <w:t>v -0.743297 18.057001 -0.418457</w:t>
        <w:br/>
        <w:t>v -0.792048 18.065044 -0.272306</w:t>
        <w:br/>
        <w:t>v -0.966927 18.025452 -0.398023</w:t>
        <w:br/>
        <w:t>v -0.963493 17.956890 -0.499920</w:t>
        <w:br/>
        <w:t>v -0.807324 17.969717 -0.538691</w:t>
        <w:br/>
        <w:t>v -0.694572 18.022926 -0.502032</w:t>
        <w:br/>
        <w:t>v -0.584056 17.972828 -0.575213</w:t>
        <w:br/>
        <w:t>v -0.985651 16.934654 -0.722314</w:t>
        <w:br/>
        <w:t>v -1.112654 17.012119 -0.686791</w:t>
        <w:br/>
        <w:t>v -0.629771 16.879669 -0.760323</w:t>
        <w:br/>
        <w:t>v -0.535430 16.842922 -0.753366</w:t>
        <w:br/>
        <w:t>v -0.883391 16.713997 -0.706526</w:t>
        <w:br/>
        <w:t>v -0.817528 16.830982 -0.739014</w:t>
        <w:br/>
        <w:t>v -1.051263 16.821091 -0.685205</w:t>
        <w:br/>
        <w:t>v -0.640825 16.748871 -0.734080</w:t>
        <w:br/>
        <w:t>v -0.711596 16.783657 -0.731869</w:t>
        <w:br/>
        <w:t>v -0.784578 16.666571 -0.702367</w:t>
        <w:br/>
        <w:t>v -0.724799 16.637878 -0.707126</w:t>
        <w:br/>
        <w:t>v -1.116326 16.884190 -0.662297</w:t>
        <w:br/>
        <w:t>v -1.159206 16.931131 -0.633657</w:t>
        <w:br/>
        <w:t>v -0.980505 18.056129 -0.268184</w:t>
        <w:br/>
        <w:t>v -0.867403 18.065769 -0.270220</w:t>
        <w:br/>
        <w:t>v -0.963130 17.421534 -0.743935</w:t>
        <w:br/>
        <w:t>v -0.957947 17.419411 -0.722152</w:t>
        <w:br/>
        <w:t>v -0.997854 17.242594 -0.714920</w:t>
        <w:br/>
        <w:t>v -1.000065 17.245043 -0.736615</w:t>
        <w:br/>
        <w:t>v -0.957522 17.633698 -0.709099</w:t>
        <w:br/>
        <w:t>v -0.956211 17.621422 -0.686791</w:t>
        <w:br/>
        <w:t>v -0.371530 16.947132 -0.765869</w:t>
        <w:br/>
        <w:t>v -0.371567 16.950041 -0.743248</w:t>
        <w:br/>
        <w:t>v -0.214674 16.988924 -0.741062</w:t>
        <w:br/>
        <w:t>v -0.213163 16.986877 -0.763395</w:t>
        <w:br/>
        <w:t>v -1.022135 17.173674 -0.728047</w:t>
        <w:br/>
        <w:t>v -1.022872 17.177145 -0.700056</w:t>
        <w:br/>
        <w:t>v -1.063629 17.096792 -0.675150</w:t>
        <w:br/>
        <w:t>v -1.064516 17.093382 -0.711085</w:t>
        <w:br/>
        <w:t>v -0.966927 18.025452 -0.398023</w:t>
        <w:br/>
        <w:t>v -0.964554 18.006516 -0.399172</w:t>
        <w:br/>
        <w:t>v -0.960482 17.943848 -0.483870</w:t>
        <w:br/>
        <w:t>v -0.963493 17.956890 -0.499920</w:t>
        <w:br/>
        <w:t>v -1.106346 17.020338 -0.651593</w:t>
        <w:br/>
        <w:t>v -1.112654 17.012119 -0.686791</w:t>
        <w:br/>
        <w:t>v -0.535430 16.842922 -0.753366</w:t>
        <w:br/>
        <w:t>v -0.535168 16.846972 -0.721952</w:t>
        <w:br/>
        <w:t>v -1.051263 16.821091 -0.685205</w:t>
        <w:br/>
        <w:t>v -1.044518 16.823938 -0.650581</w:t>
        <w:br/>
        <w:t>v -0.880156 16.718231 -0.671328</w:t>
        <w:br/>
        <w:t>v -0.883391 16.713997 -0.706526</w:t>
        <w:br/>
        <w:t>v -0.724799 16.637878 -0.707126</w:t>
        <w:br/>
        <w:t>v -0.721714 16.641340 -0.671765</w:t>
        <w:br/>
        <w:t>v -0.638639 16.753204 -0.698770</w:t>
        <w:br/>
        <w:t>v -0.640825 16.748871 -0.734080</w:t>
        <w:br/>
        <w:t>v -0.784578 16.666571 -0.702367</w:t>
        <w:br/>
        <w:t>v -0.782355 16.670904 -0.667056</w:t>
        <w:br/>
        <w:t>v -0.721714 16.641340 -0.671765</w:t>
        <w:br/>
        <w:t>v -0.724799 16.637878 -0.707126</w:t>
        <w:br/>
        <w:t>v -1.116326 16.884190 -0.662297</w:t>
        <w:br/>
        <w:t>v -1.159206 16.931131 -0.633657</w:t>
        <w:br/>
        <w:t>v -1.142681 16.933891 -0.594399</w:t>
        <w:br/>
        <w:t>v -1.106259 16.885168 -0.628910</w:t>
        <w:br/>
        <w:t>v -1.142681 16.933891 -0.594399</w:t>
        <w:br/>
        <w:t>v -1.159206 16.931131 -0.633657</w:t>
        <w:br/>
        <w:t>v -0.980505 18.056129 -0.268184</w:t>
        <w:br/>
        <w:t>v -0.980205 18.040352 -0.259540</w:t>
        <w:br/>
        <w:t>v -1.096491 17.307421 0.644135</w:t>
        <w:br/>
        <w:t>v -1.162639 17.312729 0.616768</w:t>
        <w:br/>
        <w:t>v -1.299150 17.438644 0.479098</w:t>
        <w:br/>
        <w:t>v -1.209354 17.452499 0.485980</w:t>
        <w:br/>
        <w:t>v -1.043244 17.808475 0.243115</w:t>
        <w:br/>
        <w:t>v -1.135025 17.633236 0.361837</w:t>
        <w:br/>
        <w:t>v -1.228370 17.636036 0.338318</w:t>
        <w:br/>
        <w:t>v -1.116052 17.819958 0.223093</w:t>
        <w:br/>
        <w:t>v -0.896831 18.050930 0.001411</w:t>
        <w:br/>
        <w:t>v -0.944407 17.975464 0.092454</w:t>
        <w:br/>
        <w:t>v -1.005973 17.994263 0.091768</w:t>
        <w:br/>
        <w:t>v -0.962243 18.066944 0.006420</w:t>
        <w:br/>
        <w:t>v -0.724112 18.094011 -0.454780</w:t>
        <w:br/>
        <w:t>v -0.780232 18.132692 -0.302333</w:t>
        <w:br/>
        <w:t>v -0.852439 18.162659 -0.294114</w:t>
        <w:br/>
        <w:t>v -0.783379 18.109861 -0.463673</w:t>
        <w:br/>
        <w:t>v -0.670777 18.055876 -0.514722</w:t>
        <w:br/>
        <w:t>v -0.712721 18.052479 -0.538191</w:t>
        <w:br/>
        <w:t>v -0.246487 17.898510 -0.696047</w:t>
        <w:br/>
        <w:t>v -0.406278 17.937216 -0.659699</w:t>
        <w:br/>
        <w:t>v -0.435444 17.912035 -0.683469</w:t>
        <w:br/>
        <w:t>v -0.263599 17.866020 -0.722826</w:t>
        <w:br/>
        <w:t>v -0.721964 17.360979 0.715356</w:t>
        <w:br/>
        <w:t>v -0.809597 17.351637 0.709310</w:t>
        <w:br/>
        <w:t>v -0.812332 17.491106 0.587990</w:t>
        <w:br/>
        <w:t>v -0.723000 17.502922 0.592437</w:t>
        <w:br/>
        <w:t>v -0.700442 17.836006 0.334757</w:t>
        <w:br/>
        <w:t>v -0.712783 17.705505 0.440015</w:t>
        <w:br/>
        <w:t>v -0.797793 17.685097 0.434094</w:t>
        <w:br/>
        <w:t>v -0.769802 17.853155 0.283384</w:t>
        <w:br/>
        <w:t>v -0.632906 18.136852 0.009018</w:t>
        <w:br/>
        <w:t>v -0.668217 18.020452 0.147825</w:t>
        <w:br/>
        <w:t>v -0.736865 17.993637 0.137058</w:t>
        <w:br/>
        <w:t>v -0.694172 18.100605 0.006782</w:t>
        <w:br/>
        <w:t>v -0.447672 18.244583 -0.390866</w:t>
        <w:br/>
        <w:t>v -0.511711 18.252851 -0.302496</w:t>
        <w:br/>
        <w:t>v -0.574001 18.206375 -0.303233</w:t>
        <w:br/>
        <w:t>v -0.501781 18.193972 -0.404856</w:t>
        <w:br/>
        <w:t>v -0.388617 18.229794 -0.456216</w:t>
        <w:br/>
        <w:t>v -0.447772 18.177359 -0.465759</w:t>
        <w:br/>
        <w:t>v -0.689576 17.907789 0.265697</w:t>
        <w:br/>
        <w:t>v -0.125767 17.880022 -0.714183</w:t>
        <w:br/>
        <w:t>v -0.135996 17.846985 -0.740950</w:t>
        <w:br/>
        <w:t>v -0.287918 18.132343 -0.553093</w:t>
        <w:br/>
        <w:t>v -0.171444 18.115005 -0.581871</w:t>
        <w:br/>
        <w:t>v -0.148537 18.190811 -0.552293</w:t>
        <w:br/>
        <w:t>v -0.250135 18.204039 -0.525864</w:t>
        <w:br/>
        <w:t>v -0.092579 18.102316 -0.596897</w:t>
        <w:br/>
        <w:t>v -0.080514 18.184080 -0.564746</w:t>
        <w:br/>
        <w:t>v -0.821401 18.127909 -0.187221</w:t>
        <w:br/>
        <w:t>v -0.863056 18.095936 -0.082125</w:t>
        <w:br/>
        <w:t>v -0.927532 18.121902 -0.075643</w:t>
        <w:br/>
        <w:t>v -0.891622 18.158150 -0.181337</w:t>
        <w:br/>
        <w:t>v -0.622701 18.190262 -0.193803</w:t>
        <w:br/>
        <w:t>v -0.561610 18.237112 -0.193878</w:t>
        <w:br/>
        <w:t>v -0.595397 18.201054 -0.088533</w:t>
        <w:br/>
        <w:t>v -0.661147 18.156651 -0.091981</w:t>
        <w:br/>
        <w:t>v -1.023759 17.643291 0.388155</w:t>
        <w:br/>
        <w:t>v -1.073959 17.465324 0.527998</w:t>
        <w:br/>
        <w:t>v -0.912706 17.202463 0.813081</w:t>
        <w:br/>
        <w:t>v -1.009770 17.160669 0.808173</w:t>
        <w:br/>
        <w:t>v -0.999727 17.319811 0.669178</w:t>
        <w:br/>
        <w:t>v -0.720702 17.259243 0.823361</w:t>
        <w:br/>
        <w:t>v -0.805712 17.238497 0.819739</w:t>
        <w:br/>
        <w:t>v -0.958409 17.816547 0.252982</w:t>
        <w:br/>
        <w:t>v -0.836514 18.055664 0.002148</w:t>
        <w:br/>
        <w:t>v -0.886339 17.969368 0.106281</w:t>
        <w:br/>
        <w:t>v -0.652391 18.111595 -0.438555</w:t>
        <w:br/>
        <w:t>v -0.718579 18.139002 -0.305468</w:t>
        <w:br/>
        <w:t>v -0.596272 18.084791 -0.495349</w:t>
        <w:br/>
        <w:t>v -0.219695 17.971914 -0.655727</w:t>
        <w:br/>
        <w:t>v -0.361338 17.999580 -0.624326</w:t>
        <w:br/>
        <w:t>v -0.115574 17.952892 -0.674401</w:t>
        <w:br/>
        <w:t>v -0.761159 18.131069 -0.191280</w:t>
        <w:br/>
        <w:t>v -0.799992 18.102142 -0.089420</w:t>
        <w:br/>
        <w:t>v -1.307318 17.486294 0.437305</w:t>
        <w:br/>
        <w:t>v -0.954961 17.473932 0.560473</w:t>
        <w:br/>
        <w:t>v -0.925034 17.330202 0.689400</w:t>
        <w:br/>
        <w:t>v -0.866479 17.829836 0.267484</w:t>
        <w:br/>
        <w:t>v -0.911832 17.660776 0.412886</w:t>
        <w:br/>
        <w:t>v -0.777446 18.065594 0.006382</w:t>
        <w:br/>
        <w:t>v -0.816254 17.975288 0.120783</w:t>
        <w:br/>
        <w:t>v -0.580496 18.142109 -0.419557</w:t>
        <w:br/>
        <w:t>v -0.652416 18.158361 -0.304781</w:t>
        <w:br/>
        <w:t>v -0.521004 18.121790 -0.477201</w:t>
        <w:br/>
        <w:t>v -0.199523 18.034655 -0.620542</w:t>
        <w:br/>
        <w:t>v -0.322704 18.060747 -0.587030</w:t>
        <w:br/>
        <w:t>v -0.106744 18.016905 -0.639814</w:t>
        <w:br/>
        <w:t>v -0.741386 18.118179 -0.091918</w:t>
        <w:br/>
        <w:t>v -0.702953 18.147570 -0.193204</w:t>
        <w:br/>
        <w:t>v -1.075357 17.284662 0.617193</w:t>
        <w:br/>
        <w:t>v -1.200739 17.431606 0.451669</w:t>
        <w:br/>
        <w:t>v -1.294027 17.417202 0.453180</w:t>
        <w:br/>
        <w:t>v -1.157674 17.289482 0.592349</w:t>
        <w:br/>
        <w:t>v -1.038685 17.782261 0.215311</w:t>
        <w:br/>
        <w:t>v -1.111855 17.798908 0.196600</w:t>
        <w:br/>
        <w:t>v -1.222248 17.615665 0.311713</w:t>
        <w:br/>
        <w:t>v -1.126356 17.610214 0.330499</w:t>
        <w:br/>
        <w:t>v -0.901202 18.008537 -0.029191</w:t>
        <w:br/>
        <w:t>v -0.970512 18.042110 -0.015438</w:t>
        <w:br/>
        <w:t>v -1.016203 17.968666 0.069085</w:t>
        <w:br/>
        <w:t>v -0.960632 17.920605 0.083062</w:t>
        <w:br/>
        <w:t>v -0.743297 18.057001 -0.418457</w:t>
        <w:br/>
        <w:t>v -0.793534 18.078384 -0.455816</w:t>
        <w:br/>
        <w:t>v -0.865367 18.131184 -0.296238</w:t>
        <w:br/>
        <w:t>v -0.792048 18.065044 -0.272306</w:t>
        <w:br/>
        <w:t>v -0.694572 18.022926 -0.502032</w:t>
        <w:br/>
        <w:t>v -0.720889 18.023937 -0.523115</w:t>
        <w:br/>
        <w:t>v -0.215861 17.863398 -0.662210</w:t>
        <w:br/>
        <w:t>v -0.262788 17.843811 -0.697108</w:t>
        <w:br/>
        <w:t>v -0.431709 17.886442 -0.660948</w:t>
        <w:br/>
        <w:t>v -0.405754 17.909874 -0.637066</w:t>
        <w:br/>
        <w:t>v -0.718579 17.311092 0.687002</w:t>
        <w:br/>
        <w:t>v -0.715606 17.456007 0.555789</w:t>
        <w:br/>
        <w:t>v -0.783592 17.437447 0.527636</w:t>
        <w:br/>
        <w:t>v -0.782592 17.247816 0.719453</w:t>
        <w:br/>
        <w:t>v -0.688027 17.795860 0.299472</w:t>
        <w:br/>
        <w:t>v -0.744172 17.786568 0.281036</w:t>
        <w:br/>
        <w:t>v -0.769865 17.577814 0.425888</w:t>
        <w:br/>
        <w:t>v -0.701616 17.660028 0.404629</w:t>
        <w:br/>
        <w:t>v -0.609137 18.078285 -0.016713</w:t>
        <w:br/>
        <w:t>v -0.665194 18.005552 -0.034837</w:t>
        <w:br/>
        <w:t>v -0.697932 17.919304 0.072619</w:t>
        <w:br/>
        <w:t>v -0.649444 17.965321 0.113825</w:t>
        <w:br/>
        <w:t>v -0.428986 18.189775 -0.366172</w:t>
        <w:br/>
        <w:t>v -0.510499 18.117367 -0.357854</w:t>
        <w:br/>
        <w:t>v -0.482858 18.194347 -0.288869</w:t>
        <w:br/>
        <w:t>v -0.383421 18.180244 -0.414323</w:t>
        <w:br/>
        <w:t>v -0.384707 18.123962 -0.450458</w:t>
        <w:br/>
        <w:t>v -0.722513 17.843512 0.179588</w:t>
        <w:br/>
        <w:t>v -0.674375 17.861986 0.228863</w:t>
        <w:br/>
        <w:t>v -0.134335 17.825214 -0.714757</w:t>
        <w:br/>
        <w:t>v -0.240604 18.155676 -0.492227</w:t>
        <w:br/>
        <w:t>v -0.147775 18.147182 -0.515959</w:t>
        <w:br/>
        <w:t>v -0.216423 18.126846 -0.505666</w:t>
        <w:br/>
        <w:t>v -0.078478 18.142759 -0.528337</w:t>
        <w:br/>
        <w:t>v -0.837164 18.085281 -0.216935</w:t>
        <w:br/>
        <w:t>v -0.904775 18.128609 -0.192179</w:t>
        <w:br/>
        <w:t>v -0.939636 18.095673 -0.093766</w:t>
        <w:br/>
        <w:t>v -0.879644 18.049908 -0.107906</w:t>
        <w:br/>
        <w:t>v -0.608899 18.119080 -0.221195</w:t>
        <w:br/>
        <w:t>v -0.643973 18.076075 -0.129602</w:t>
        <w:br/>
        <w:t>v -0.573564 18.135828 -0.102585</w:t>
        <w:br/>
        <w:t>v -0.531209 18.176098 -0.194066</w:t>
        <w:br/>
        <w:t>v -1.049377 17.421209 0.477924</w:t>
        <w:br/>
        <w:t>v -1.011106 17.609604 0.349984</w:t>
        <w:br/>
        <w:t>v -0.958646 17.288048 0.637652</w:t>
        <w:br/>
        <w:t>v -0.963917 17.150440 0.788587</w:t>
        <w:br/>
        <w:t>v -0.711959 17.219000 0.789387</w:t>
        <w:br/>
        <w:t>v -0.766380 17.205124 0.777383</w:t>
        <w:br/>
        <w:t>v -0.954012 17.776215 0.243727</w:t>
        <w:br/>
        <w:t>v -0.832954 17.991226 -0.048551</w:t>
        <w:br/>
        <w:t>v -0.853726 17.910601 0.106431</w:t>
        <w:br/>
        <w:t>v -1.301998 17.464901 0.411399</w:t>
        <w:br/>
        <w:t>v -1.009757 17.135038 0.785677</w:t>
        <w:br/>
        <w:t>v -0.848417 17.286024 0.659223</w:t>
        <w:br/>
        <w:t>v -0.855937 17.432762 0.507126</w:t>
        <w:br/>
        <w:t>v -0.865954 17.612352 0.382896</w:t>
        <w:br/>
        <w:t>v -0.863406 17.776426 0.273192</w:t>
        <w:br/>
        <w:t>v -0.840423 17.193193 0.789100</w:t>
        <w:br/>
        <w:t>v -1.299150 17.438644 0.479098</w:t>
        <w:br/>
        <w:t>v -1.162639 17.312729 0.616768</w:t>
        <w:br/>
        <w:t>v -1.157674 17.289482 0.592349</w:t>
        <w:br/>
        <w:t>v -1.294027 17.417202 0.453180</w:t>
        <w:br/>
        <w:t>v -1.116052 17.819958 0.223093</w:t>
        <w:br/>
        <w:t>v -1.228370 17.636036 0.338318</w:t>
        <w:br/>
        <w:t>v -1.222248 17.615665 0.311713</w:t>
        <w:br/>
        <w:t>v -1.111855 17.798908 0.196600</w:t>
        <w:br/>
        <w:t>v -0.962243 18.066944 0.006420</w:t>
        <w:br/>
        <w:t>v -1.005973 17.994263 0.091768</w:t>
        <w:br/>
        <w:t>v -1.016203 17.968666 0.069085</w:t>
        <w:br/>
        <w:t>v -0.970512 18.042110 -0.015438</w:t>
        <w:br/>
        <w:t>v -0.852439 18.162659 -0.294114</w:t>
        <w:br/>
        <w:t>v -0.865367 18.131184 -0.296238</w:t>
        <w:br/>
        <w:t>v -0.793534 18.078384 -0.455816</w:t>
        <w:br/>
        <w:t>v -0.783379 18.109861 -0.463673</w:t>
        <w:br/>
        <w:t>v -0.720889 18.023937 -0.523115</w:t>
        <w:br/>
        <w:t>v -0.712721 18.052479 -0.538191</w:t>
        <w:br/>
        <w:t>v -0.263599 17.866020 -0.722826</w:t>
        <w:br/>
        <w:t>v -0.435444 17.912035 -0.683469</w:t>
        <w:br/>
        <w:t>v -0.431709 17.886442 -0.660948</w:t>
        <w:br/>
        <w:t>v -0.262788 17.843811 -0.697108</w:t>
        <w:br/>
        <w:t>v -0.688551 17.486422 0.578834</w:t>
        <w:br/>
        <w:t>v -0.688626 17.335999 0.708111</w:t>
        <w:br/>
        <w:t>v -0.665332 17.822792 0.325514</w:t>
        <w:br/>
        <w:t>v -0.678072 17.693951 0.427275</w:t>
        <w:br/>
        <w:t>v -0.597221 18.128922 -0.000188</w:t>
        <w:br/>
        <w:t>v -0.632594 18.009224 0.138669</w:t>
        <w:br/>
        <w:t>v -0.416583 18.241823 -0.373604</w:t>
        <w:br/>
        <w:t>v -0.475313 18.247305 -0.296113</w:t>
        <w:br/>
        <w:t>v -0.362712 18.227858 -0.431823</w:t>
        <w:br/>
        <w:t>v -0.654215 17.895037 0.256979</w:t>
        <w:br/>
        <w:t>v -0.135996 17.846985 -0.740950</w:t>
        <w:br/>
        <w:t>v -0.134335 17.825214 -0.714757</w:t>
        <w:br/>
        <w:t>v -0.135384 18.192148 -0.526388</w:t>
        <w:br/>
        <w:t>v -0.231549 18.203951 -0.499696</w:t>
        <w:br/>
        <w:t>v -0.070659 18.186041 -0.539703</w:t>
        <w:br/>
        <w:t>v -0.891622 18.158150 -0.181337</w:t>
        <w:br/>
        <w:t>v -0.927532 18.121902 -0.075643</w:t>
        <w:br/>
        <w:t>v -0.939636 18.095673 -0.093766</w:t>
        <w:br/>
        <w:t>v -0.904775 18.128609 -0.192179</w:t>
        <w:br/>
        <w:t>v -0.525038 18.231281 -0.193691</w:t>
        <w:br/>
        <w:t>v -0.566182 18.195160 -0.091793</w:t>
        <w:br/>
        <w:t>v -0.685666 17.246778 0.810283</w:t>
        <w:br/>
        <w:t>v -1.307318 17.486294 0.437305</w:t>
        <w:br/>
        <w:t>v -1.301998 17.464901 0.411399</w:t>
        <w:br/>
        <w:t>v -1.009770 17.160669 0.808173</w:t>
        <w:br/>
        <w:t>v -1.009757 17.135038 0.785677</w:t>
        <w:br/>
        <w:t>v -0.688551 17.486422 0.578834</w:t>
        <w:br/>
        <w:t>v -0.688626 17.335999 0.708111</w:t>
        <w:br/>
        <w:t>v -0.665332 17.822792 0.325514</w:t>
        <w:br/>
        <w:t>v -0.678072 17.693951 0.427275</w:t>
        <w:br/>
        <w:t>v -0.597221 18.128922 -0.000188</w:t>
        <w:br/>
        <w:t>v -0.632594 18.009224 0.138669</w:t>
        <w:br/>
        <w:t>v -0.416583 18.241823 -0.373604</w:t>
        <w:br/>
        <w:t>v -0.475313 18.247305 -0.296113</w:t>
        <w:br/>
        <w:t>v -0.362712 18.227858 -0.431823</w:t>
        <w:br/>
        <w:t>v -0.654215 17.895037 0.256979</w:t>
        <w:br/>
        <w:t>v -0.135384 18.192148 -0.526388</w:t>
        <w:br/>
        <w:t>v -0.231549 18.203951 -0.499696</w:t>
        <w:br/>
        <w:t>v -0.250135 18.204039 -0.525864</w:t>
        <w:br/>
        <w:t>v -0.148537 18.190811 -0.552293</w:t>
        <w:br/>
        <w:t>v -0.070659 18.186041 -0.539703</w:t>
        <w:br/>
        <w:t>v -0.080514 18.184080 -0.564746</w:t>
        <w:br/>
        <w:t>v -0.525038 18.231281 -0.193691</w:t>
        <w:br/>
        <w:t>v -0.566182 18.195160 -0.091793</w:t>
        <w:br/>
        <w:t>v -0.685666 17.246778 0.810283</w:t>
        <w:br/>
        <w:t>v -0.574476 17.999619 -0.593350</w:t>
        <w:br/>
        <w:t>v -0.616931 17.988926 -0.612435</w:t>
        <w:br/>
        <w:t>v -0.337781 18.218353 -0.494575</w:t>
        <w:br/>
        <w:t>v -0.392814 18.161722 -0.508040</w:t>
        <w:br/>
        <w:t>v -0.510262 18.048357 -0.563260</w:t>
        <w:br/>
        <w:t>v -0.448983 18.098282 -0.531122</w:t>
        <w:br/>
        <w:t>v -0.620466 17.961922 -0.592663</w:t>
        <w:br/>
        <w:t>v -0.584056 17.972828 -0.575213</w:t>
        <w:br/>
        <w:t>v -0.330536 18.169128 -0.450896</w:t>
        <w:br/>
        <w:t>v -0.311775 18.216343 -0.470281</w:t>
        <w:br/>
        <w:t>v -0.616931 17.988926 -0.612435</w:t>
        <w:br/>
        <w:t>v -0.620466 17.961922 -0.592663</w:t>
        <w:br/>
        <w:t>v -0.311775 18.216343 -0.470281</w:t>
        <w:br/>
        <w:t>v -0.337781 18.218353 -0.494575</w:t>
        <w:br/>
        <w:t>v -1.313001 17.460011 0.457302</w:t>
        <w:br/>
        <w:t>v -1.307793 17.438614 0.431372</w:t>
        <w:br/>
        <w:t>v -1.307793 17.438614 0.431372</w:t>
        <w:br/>
        <w:t>v -1.313001 17.460011 0.457302</w:t>
        <w:br/>
        <w:t>v -0.494487 15.333446 1.340206</w:t>
        <w:br/>
        <w:t>v -0.570566 15.342151 1.311802</w:t>
        <w:br/>
        <w:t>v -0.624425 15.496772 1.355369</w:t>
        <w:br/>
        <w:t>v -0.533294 15.489877 1.375829</w:t>
        <w:br/>
        <w:t>v -1.028930 16.237387 1.639578</w:t>
        <w:br/>
        <w:t>v -0.878882 16.279640 1.717144</w:t>
        <w:br/>
        <w:t>v -0.832942 16.154299 1.718968</w:t>
        <w:br/>
        <w:t>v -0.969626 16.117239 1.649208</w:t>
        <w:br/>
        <w:t>v -0.970088 16.646000 1.547860</w:t>
        <w:br/>
        <w:t>v -0.949004 16.528728 1.624602</w:t>
        <w:br/>
        <w:t>v -1.108857 16.466749 1.557091</w:t>
        <w:br/>
        <w:t>v -1.136661 16.581535 1.488880</w:t>
        <w:br/>
        <w:t>v -1.005698 17.036039 1.038710</w:t>
        <w:br/>
        <w:t>v -1.181889 16.976572 0.996392</w:t>
        <w:br/>
        <w:t>v -1.187510 17.089087 0.814543</w:t>
        <w:br/>
        <w:t>v -0.684854 15.841023 1.589016</w:t>
        <w:br/>
        <w:t>v -0.631370 15.739437 1.508078</w:t>
        <w:br/>
        <w:t>v -0.723388 15.712319 1.460876</w:t>
        <w:br/>
        <w:t>v -0.786889 15.809846 1.543151</w:t>
        <w:br/>
        <w:t>v -0.415909 15.324952 1.352796</w:t>
        <w:br/>
        <w:t>v -0.361525 15.319481 1.357105</w:t>
        <w:br/>
        <w:t>v -0.334945 15.154543 1.325017</w:t>
        <w:br/>
        <w:t>v -0.385544 15.156831 1.319222</w:t>
        <w:br/>
        <w:t>v -0.670228 16.197966 1.751056</w:t>
        <w:br/>
        <w:t>v -0.704914 16.331739 1.752804</w:t>
        <w:br/>
        <w:t>v -0.594111 16.368448 1.753054</w:t>
        <w:br/>
        <w:t>v -0.568118 16.226406 1.751455</w:t>
        <w:br/>
        <w:t>v -0.751017 16.594351 1.658338</w:t>
        <w:br/>
        <w:t>v -0.770289 16.714649 1.573416</w:t>
        <w:br/>
        <w:t>v -0.638115 16.748222 1.569356</w:t>
        <w:br/>
        <w:t>v -0.629122 16.626938 1.657314</w:t>
        <w:br/>
        <w:t>v -0.644372 17.151314 1.055360</w:t>
        <w:br/>
        <w:t>v -0.645896 17.023598 1.245927</w:t>
        <w:br/>
        <w:t>v -0.799117 16.987438 1.238857</w:t>
        <w:br/>
        <w:t>v -0.805100 17.108358 1.048378</w:t>
        <w:br/>
        <w:t>v -0.523539 15.768439 1.524028</w:t>
        <w:br/>
        <w:t>v -0.451382 15.802440 1.530298</w:t>
        <w:br/>
        <w:t>v -0.431597 15.733417 1.484071</w:t>
        <w:br/>
        <w:t>v -0.496985 15.704863 1.469532</w:t>
        <w:br/>
        <w:t>v -1.073521 16.355158 1.603243</w:t>
        <w:br/>
        <w:t>v -0.920575 16.412878 1.679023</w:t>
        <w:br/>
        <w:t>v -0.731182 16.477379 1.714296</w:t>
        <w:br/>
        <w:t>v -0.616356 16.509541 1.713684</w:t>
        <w:br/>
        <w:t>v -0.887550 15.972610 1.625139</w:t>
        <w:br/>
        <w:t>v -0.767329 16.004824 1.680984</w:t>
        <w:br/>
        <w:t>v -0.491976 15.933790 1.626376</w:t>
        <w:br/>
        <w:t>v -0.568767 15.887737 1.616321</w:t>
        <w:br/>
        <w:t>v -0.622152 16.043421 1.707326</w:t>
        <w:br/>
        <w:t>v -0.529273 16.068962 1.706839</w:t>
        <w:br/>
        <w:t>v -0.689701 15.661870 1.425478</w:t>
        <w:br/>
        <w:t>v -0.595972 15.677084 1.454082</w:t>
        <w:br/>
        <w:t>v -0.986638 16.781759 1.396113</w:t>
        <w:br/>
        <w:t>v -1.161505 16.715559 1.342578</w:t>
        <w:br/>
        <w:t>v -0.642699 16.882645 1.425191</w:t>
        <w:br/>
        <w:t>v -0.786152 16.848946 1.423092</w:t>
        <w:br/>
        <w:t>v -1.175656 16.842848 1.178366</w:t>
        <w:br/>
        <w:t>v -0.999053 16.916204 1.216699</w:t>
        <w:br/>
        <w:t>v -0.652466 17.303024 0.845082</w:t>
        <w:br/>
        <w:t>v -0.809222 17.248264 0.826559</w:t>
        <w:br/>
        <w:t>v -0.446648 15.493524 1.387033</w:t>
        <w:br/>
        <w:t>v -1.010769 17.182240 0.812007</w:t>
        <w:br/>
        <w:t>v -0.420118 14.895842 1.278678</w:t>
        <w:br/>
        <w:t>v -0.466233 14.906857 1.226168</w:t>
        <w:br/>
        <w:t>v -0.514734 15.180650 1.274743</w:t>
        <w:br/>
        <w:t>v -0.455891 15.171593 1.304795</w:t>
        <w:br/>
        <w:t>v -0.667130 15.615307 1.399973</w:t>
        <w:br/>
        <w:t>v -0.577348 15.628422 1.429438</w:t>
        <w:br/>
        <w:t>v -0.420305 15.682954 1.457991</w:t>
        <w:br/>
        <w:t>v -0.391152 15.503266 1.392866</w:t>
        <w:br/>
        <w:t>v -0.482558 15.654901 1.444951</w:t>
        <w:br/>
        <w:t>v -0.315947 14.892830 1.299574</w:t>
        <w:br/>
        <w:t>v -0.363137 14.891582 1.293854</w:t>
        <w:br/>
        <w:t>v -0.433221 15.181449 1.245765</w:t>
        <w:br/>
        <w:t>v -0.479273 15.348635 1.265325</w:t>
        <w:br/>
        <w:t>v -0.561123 15.338267 1.286622</w:t>
        <w:br/>
        <w:t>v -0.510812 15.190292 1.254996</w:t>
        <w:br/>
        <w:t>v -1.018376 16.236086 1.615708</w:t>
        <w:br/>
        <w:t>v -0.963130 16.127907 1.624177</w:t>
        <w:br/>
        <w:t>v -0.816592 16.151850 1.664521</w:t>
        <w:br/>
        <w:t>v -0.859159 16.269150 1.658213</w:t>
        <w:br/>
        <w:t>v -0.938237 16.598574 1.511538</w:t>
        <w:br/>
        <w:t>v -1.121535 16.558105 1.474329</w:t>
        <w:br/>
        <w:t>v -1.094118 16.448162 1.538280</w:t>
        <w:br/>
        <w:t>v -0.929731 16.507805 1.579086</w:t>
        <w:br/>
        <w:t>v -1.169661 17.066679 0.802864</w:t>
        <w:br/>
        <w:t>v -1.166663 16.944883 0.986587</w:t>
        <w:br/>
        <w:t>v -0.985838 16.995094 1.013054</w:t>
        <w:br/>
        <w:t>v -0.675299 15.859009 1.555592</w:t>
        <w:br/>
        <w:t>v -0.789150 15.839499 1.521380</w:t>
        <w:br/>
        <w:t>v -0.718341 15.726485 1.436620</w:t>
        <w:br/>
        <w:t>v -0.610835 15.746757 1.411626</w:t>
        <w:br/>
        <w:t>v -1.059932 16.343704 1.581335</w:t>
        <w:br/>
        <w:t>v -0.905712 16.399313 1.633158</w:t>
        <w:br/>
        <w:t>v -0.754114 15.993919 1.638354</w:t>
        <w:br/>
        <w:t>v -0.885552 15.993832 1.600220</w:t>
        <w:br/>
        <w:t>v -0.688464 15.691323 1.409778</w:t>
        <w:br/>
        <w:t>v -0.589964 15.715868 1.338969</w:t>
        <w:br/>
        <w:t>v -0.955761 16.748047 1.370195</w:t>
        <w:br/>
        <w:t>v -1.144143 16.685268 1.330101</w:t>
        <w:br/>
        <w:t>v -1.158719 16.808624 1.169985</w:t>
        <w:br/>
        <w:t>v -0.970250 16.877472 1.191806</w:t>
        <w:br/>
        <w:t>v -0.403806 14.902286 1.219972</w:t>
        <w:br/>
        <w:t>v -0.457028 14.907932 1.210442</w:t>
        <w:br/>
        <w:t>v -0.667230 15.643822 1.384859</w:t>
        <w:br/>
        <w:t>v -0.608525 15.477124 1.323131</w:t>
        <w:br/>
        <w:t>v -0.516182 15.481896 1.282337</w:t>
        <w:br/>
        <w:t>v -0.569217 15.669877 1.313563</w:t>
        <w:br/>
        <w:t>v -0.624425 15.496772 1.355369</w:t>
        <w:br/>
        <w:t>v -0.570566 15.342151 1.311802</w:t>
        <w:br/>
        <w:t>v -0.561123 15.338267 1.286622</w:t>
        <w:br/>
        <w:t>v -0.608525 15.477124 1.323131</w:t>
        <w:br/>
        <w:t>v -0.969626 16.117239 1.649208</w:t>
        <w:br/>
        <w:t>v -0.963130 16.127907 1.624177</w:t>
        <w:br/>
        <w:t>v -1.018376 16.236086 1.615708</w:t>
        <w:br/>
        <w:t>v -1.028930 16.237387 1.639578</w:t>
        <w:br/>
        <w:t>v -1.108857 16.466749 1.557091</w:t>
        <w:br/>
        <w:t>v -1.094118 16.448162 1.538280</w:t>
        <w:br/>
        <w:t>v -1.121535 16.558105 1.474329</w:t>
        <w:br/>
        <w:t>v -1.136661 16.581535 1.488880</w:t>
        <w:br/>
        <w:t>v -1.155984 17.121199 0.792759</w:t>
        <w:br/>
        <w:t>v -1.136124 17.096380 0.779145</w:t>
        <w:br/>
        <w:t>v -0.986725 17.145094 0.784903</w:t>
        <w:br/>
        <w:t>v -1.010769 17.182240 0.812007</w:t>
        <w:br/>
        <w:t>v -1.181889 16.976572 0.996392</w:t>
        <w:br/>
        <w:t>v -1.166663 16.944883 0.986587</w:t>
        <w:br/>
        <w:t>v -1.169661 17.066679 0.802864</w:t>
        <w:br/>
        <w:t>v -1.187510 17.089087 0.814543</w:t>
        <w:br/>
        <w:t>v -0.723388 15.712319 1.460876</w:t>
        <w:br/>
        <w:t>v -0.718341 15.726485 1.436620</w:t>
        <w:br/>
        <w:t>v -0.789150 15.839499 1.521380</w:t>
        <w:br/>
        <w:t>v -0.786889 15.809846 1.543151</w:t>
        <w:br/>
        <w:t>v -0.337693 15.318955 1.348150</w:t>
        <w:br/>
        <w:t>v -0.332485 15.317121 1.327041</w:t>
        <w:br/>
        <w:t>v -0.308765 15.157254 1.303596</w:t>
        <w:br/>
        <w:t>v -0.313537 15.154382 1.315575</w:t>
        <w:br/>
        <w:t>v -0.566507 16.375942 1.741675</w:t>
        <w:br/>
        <w:t>v -0.550257 16.375456 1.702093</w:t>
        <w:br/>
        <w:t>v -0.528186 16.242218 1.702318</w:t>
        <w:br/>
        <w:t>v -0.542038 16.235312 1.740563</w:t>
        <w:br/>
        <w:t>v -0.607738 16.747234 1.559464</w:t>
        <w:br/>
        <w:t>v -0.588615 16.726589 1.533334</w:t>
        <w:br/>
        <w:t>v -0.580808 16.616247 1.618544</w:t>
        <w:br/>
        <w:t>v -0.599369 16.628340 1.646735</w:t>
        <w:br/>
        <w:t>v -0.611785 17.148716 1.050089</w:t>
        <w:br/>
        <w:t>v -0.581833 17.101389 1.012979</w:t>
        <w:br/>
        <w:t>v -0.584793 16.973511 1.201199</w:t>
        <w:br/>
        <w:t>v -0.613821 17.020462 1.240044</w:t>
        <w:br/>
        <w:t>v -0.429573 15.819126 1.524528</w:t>
        <w:br/>
        <w:t>v -0.421454 15.848429 1.504980</w:t>
        <w:br/>
        <w:t>v -0.399846 15.770502 1.448261</w:t>
        <w:br/>
        <w:t>v -0.409014 15.748980 1.476814</w:t>
        <w:br/>
        <w:t>v -1.059932 16.343704 1.581335</w:t>
        <w:br/>
        <w:t>v -1.073521 16.355158 1.603243</w:t>
        <w:br/>
        <w:t>v -0.587129 16.513288 1.702730</w:t>
        <w:br/>
        <w:t>v -0.568992 16.507280 1.670579</w:t>
        <w:br/>
        <w:t>v -0.885552 15.993832 1.600220</w:t>
        <w:br/>
        <w:t>v -0.887550 15.972610 1.625139</w:t>
        <w:br/>
        <w:t>v -0.505178 16.080080 1.696610</w:t>
        <w:br/>
        <w:t>v -0.494761 16.096777 1.659700</w:t>
        <w:br/>
        <w:t>v -0.459738 15.966840 1.582234</w:t>
        <w:br/>
        <w:t>v -0.469406 15.946842 1.616683</w:t>
        <w:br/>
        <w:t>v -0.689701 15.661870 1.425478</w:t>
        <w:br/>
        <w:t>v -0.688464 15.691323 1.409778</w:t>
        <w:br/>
        <w:t>v -1.144143 16.685268 1.330101</w:t>
        <w:br/>
        <w:t>v -1.161505 16.715559 1.342578</w:t>
        <w:br/>
        <w:t>v -0.611285 16.880095 1.417647</w:t>
        <w:br/>
        <w:t>v -0.590601 16.853315 1.392428</w:t>
        <w:br/>
        <w:t>v -1.175656 16.842848 1.178366</w:t>
        <w:br/>
        <w:t>v -1.158719 16.808624 1.169985</w:t>
        <w:br/>
        <w:t>v -0.809222 17.248264 0.826559</w:t>
        <w:br/>
        <w:t>v -0.798243 17.201038 0.789462</w:t>
        <w:br/>
        <w:t>v -0.620928 17.236013 0.785715</w:t>
        <w:br/>
        <w:t>v -0.652466 17.303024 0.845082</w:t>
        <w:br/>
        <w:t>v -0.615070 17.291458 0.859796</w:t>
        <w:br/>
        <w:t>v -0.577423 17.232203 0.816316</w:t>
        <w:br/>
        <w:t>v -0.613184 16.985365 1.284448</w:t>
        <w:br/>
        <w:t>v -0.595647 16.958088 1.261365</w:t>
        <w:br/>
        <w:t>v -0.466233 14.906857 1.226168</w:t>
        <w:br/>
        <w:t>v -0.457028 14.907932 1.210442</w:t>
        <w:br/>
        <w:t>v -0.510812 15.190292 1.254996</w:t>
        <w:br/>
        <w:t>v -0.514734 15.180650 1.274743</w:t>
        <w:br/>
        <w:t>v -0.667230 15.643822 1.384859</w:t>
        <w:br/>
        <w:t>v -0.667130 15.615307 1.399973</w:t>
        <w:br/>
        <w:t>v -0.397747 15.698755 1.450085</w:t>
        <w:br/>
        <w:t>v -0.388679 15.722962 1.423855</w:t>
        <w:br/>
        <w:t>v -0.362712 15.530721 1.368409</w:t>
        <w:br/>
        <w:t>v -0.366259 15.513609 1.389331</w:t>
        <w:br/>
        <w:t>v -0.291279 14.975780 1.281850</w:t>
        <w:br/>
        <w:t>v -0.285770 14.901662 1.275005</w:t>
        <w:br/>
        <w:t>v -0.288268 14.898114 1.293604</w:t>
        <w:br/>
        <w:t>v -0.615070 17.291458 0.859796</w:t>
        <w:br/>
        <w:t>v -0.288268 14.898114 1.293604</w:t>
        <w:br/>
        <w:t>v -1.180028 17.106760 0.794021</w:t>
        <w:br/>
        <w:t>v -1.161492 17.084127 0.782105</w:t>
        <w:br/>
        <w:t>v -1.155984 17.121199 0.792759</w:t>
        <w:br/>
        <w:t>v -1.180028 17.106760 0.794021</w:t>
        <w:br/>
        <w:t>v -1.161492 17.084127 0.782105</w:t>
        <w:br/>
        <w:t>v -0.986725 17.145094 0.784903</w:t>
        <w:br/>
        <w:t>v -1.136124 17.096380 0.779145</w:t>
        <w:br/>
        <w:t>v -0.850940 17.151575 0.853063</w:t>
        <w:br/>
        <w:t>v -0.798243 17.201038 0.789462</w:t>
        <w:br/>
        <w:t>v -0.861370 16.916143 1.204583</w:t>
        <w:br/>
        <w:t>v -0.862257 17.045980 1.025058</w:t>
        <w:br/>
        <w:t>v -0.406791 14.602062 1.265088</w:t>
        <w:br/>
        <w:t>v -0.463598 14.611368 1.213802</w:t>
        <w:br/>
        <w:t>v -0.303569 14.597342 1.290032</w:t>
        <w:br/>
        <w:t>v -0.347086 14.597805 1.281963</w:t>
        <w:br/>
        <w:t>v -0.453755 14.617327 1.196778</w:t>
        <w:br/>
        <w:t>v -0.413199 14.618526 1.200875</w:t>
        <w:br/>
        <w:t>v -0.463598 14.611368 1.213802</w:t>
        <w:br/>
        <w:t>v -0.453755 14.617327 1.196778</w:t>
        <w:br/>
        <w:t>v -0.276815 14.606173 1.267249</w:t>
        <w:br/>
        <w:t>v -0.282048 14.601713 1.285073</w:t>
        <w:br/>
        <w:t>v -0.282048 14.601713 1.285073</w:t>
        <w:br/>
        <w:t>v -0.398247 14.307888 1.268373</w:t>
        <w:br/>
        <w:t>v -0.474814 14.306688 1.209843</w:t>
        <w:br/>
        <w:t>v -0.297974 14.303165 1.292180</w:t>
        <w:br/>
        <w:t>v -0.344413 14.303627 1.282987</w:t>
        <w:br/>
        <w:t>v -0.465346 14.312634 1.194167</w:t>
        <w:br/>
        <w:t>v -0.422042 14.303053 1.196053</w:t>
        <w:br/>
        <w:t>v -0.474814 14.306688 1.209843</w:t>
        <w:br/>
        <w:t>v -0.465346 14.312634 1.194167</w:t>
        <w:br/>
        <w:t>v -0.269270 14.311996 1.268273</w:t>
        <w:br/>
        <w:t>v -0.277389 14.307537 1.289757</w:t>
        <w:br/>
        <w:t>v -0.277389 14.307537 1.289757</w:t>
        <w:br/>
        <w:t>v -0.688464 15.691323 1.409778</w:t>
        <w:br/>
        <w:t>v -0.134148 16.430075 1.521106</w:t>
        <w:br/>
        <w:t>v -0.088383 16.429701 1.498873</w:t>
        <w:br/>
        <w:t>v -0.060079 16.281574 1.511451</w:t>
        <w:br/>
        <w:t>v -0.097563 16.277317 1.526264</w:t>
        <w:br/>
        <w:t>v -0.359277 16.924124 1.285172</w:t>
        <w:br/>
        <w:t>v -0.341927 16.925648 1.275842</w:t>
        <w:br/>
        <w:t>v -0.261201 16.806326 1.365711</w:t>
        <w:br/>
        <w:t>v -0.296599 16.803366 1.387894</w:t>
        <w:br/>
        <w:t>v -0.051885 16.116013 1.502720</w:t>
        <w:br/>
        <w:t>v -0.067086 15.999901 1.470831</w:t>
        <w:br/>
        <w:t>v -0.080838 15.995304 1.475678</w:t>
        <w:br/>
        <w:t>v -0.078603 16.114241 1.513386</w:t>
        <w:br/>
        <w:t>v -0.416696 16.247517 1.684993</w:t>
        <w:br/>
        <w:t>v -0.528186 16.242218 1.702318</w:t>
        <w:br/>
        <w:t>v -0.550257 16.375456 1.702093</w:t>
        <w:br/>
        <w:t>v -0.446561 16.401260 1.691426</w:t>
        <w:br/>
        <w:t>v -0.534306 16.748909 1.523454</w:t>
        <w:br/>
        <w:t>v -0.506690 16.642477 1.611387</w:t>
        <w:br/>
        <w:t>v -0.580808 16.616247 1.618544</w:t>
        <w:br/>
        <w:t>v -0.588615 16.726589 1.533334</w:t>
        <w:br/>
        <w:t>v -0.459738 15.966840 1.582234</w:t>
        <w:br/>
        <w:t>v -0.358003 15.955073 1.568744</w:t>
        <w:br/>
        <w:t>v -0.335395 15.836339 1.485433</w:t>
        <w:br/>
        <w:t>v -0.421454 15.848429 1.504980</w:t>
        <w:br/>
        <w:t>v -0.388679 15.722962 1.423855</w:t>
        <w:br/>
        <w:t>v -0.319569 15.697944 1.408391</w:t>
        <w:br/>
        <w:t>v -0.326177 15.532945 1.371270</w:t>
        <w:br/>
        <w:t>v -0.362712 15.530721 1.368409</w:t>
        <w:br/>
        <w:t>v -0.186058 16.675301 1.433272</w:t>
        <w:br/>
        <w:t>v -0.234359 16.674889 1.461538</w:t>
        <w:br/>
        <w:t>v -0.564796 16.860109 1.390317</w:t>
        <w:br/>
        <w:t>v -0.590601 16.853315 1.392428</w:t>
        <w:br/>
        <w:t>v -0.595647 16.958088 1.261365</w:t>
        <w:br/>
        <w:t>v -0.170071 15.321243 1.343353</w:t>
        <w:br/>
        <w:t>v -0.196813 15.163962 1.320158</w:t>
        <w:br/>
        <w:t>v -0.236145 15.157393 1.314600</w:t>
        <w:br/>
        <w:t>v -0.214986 15.310288 1.341992</w:t>
        <w:br/>
        <w:t>v -0.175079 15.699755 1.395751</w:t>
        <w:br/>
        <w:t>v -0.178514 15.815342 1.432448</w:t>
        <w:br/>
        <w:t>v -0.114688 15.864592 1.435034</w:t>
        <w:br/>
        <w:t>v -0.106918 15.712558 1.390917</w:t>
        <w:br/>
        <w:t>v -0.199111 16.428514 1.562449</w:t>
        <w:br/>
        <w:t>v -0.161814 16.271008 1.562774</w:t>
        <w:br/>
        <w:t>v -0.233810 16.265137 1.608701</w:t>
        <w:br/>
        <w:t>v -0.273542 16.426752 1.615584</w:t>
        <w:br/>
        <w:t>v -0.118347 15.904687 1.452633</w:t>
        <w:br/>
        <w:t>v -0.182773 15.857697 1.456954</w:t>
        <w:br/>
        <w:t>v -0.187919 15.550142 1.377602</w:t>
        <w:br/>
        <w:t>v -0.129027 15.570253 1.377877</w:t>
        <w:br/>
        <w:t>v -0.469568 16.773989 1.503893</w:t>
        <w:br/>
        <w:t>v -0.435194 16.661247 1.589241</w:t>
        <w:br/>
        <w:t>v -0.273967 15.154282 1.306094</w:t>
        <w:br/>
        <w:t>v -0.270807 14.976180 1.279952</w:t>
        <w:br/>
        <w:t>v -0.248024 15.692785 1.406942</w:t>
        <w:br/>
        <w:t>v -0.250434 15.772388 1.427539</w:t>
        <w:br/>
        <w:t>v -0.354555 16.418783 1.660037</w:t>
        <w:br/>
        <w:t>v -0.317409 16.255482 1.654704</w:t>
        <w:br/>
        <w:t>v -0.506915 16.885227 1.368259</w:t>
        <w:br/>
        <w:t>v -0.444462 16.905575 1.340131</w:t>
        <w:br/>
        <w:t>v -0.398834 16.793337 1.465510</w:t>
        <w:br/>
        <w:t>v -0.273692 15.959832 1.549209</w:t>
        <w:br/>
        <w:t>v -0.192716 15.971110 1.515273</w:t>
        <w:br/>
        <w:t>v -0.263387 15.840510 1.478138</w:t>
        <w:br/>
        <w:t>v -0.253182 15.540627 1.375791</w:t>
        <w:br/>
        <w:t>v -0.354805 16.671415 1.551433</w:t>
        <w:br/>
        <w:t>v -0.339404 16.801918 1.419945</w:t>
        <w:br/>
        <w:t>v -0.290242 16.676836 1.504681</w:t>
        <w:br/>
        <w:t>v -0.137720 16.569868 1.470956</w:t>
        <w:br/>
        <w:t>v -0.186383 16.570841 1.493989</w:t>
        <w:br/>
        <w:t>v -0.480760 16.543003 1.661436</w:t>
        <w:br/>
        <w:t>v -0.568992 16.507280 1.670579</w:t>
        <w:br/>
        <w:t>v -0.383209 16.094791 1.641464</w:t>
        <w:br/>
        <w:t>v -0.494761 16.096777 1.659700</w:t>
        <w:br/>
        <w:t>v -0.397123 16.560188 1.632621</w:t>
        <w:br/>
        <w:t>v -0.288843 16.097551 1.609651</w:t>
        <w:br/>
        <w:t>v -0.246313 16.571018 1.539217</w:t>
        <w:br/>
        <w:t>v -0.317746 16.569857 1.592401</w:t>
        <w:br/>
        <w:t>v -0.136184 16.108370 1.533022</w:t>
        <w:br/>
        <w:t>v -0.202921 16.102037 1.567146</w:t>
        <w:br/>
        <w:t>v -0.395861 16.918928 1.311977</w:t>
        <w:br/>
        <w:t>v -0.448971 17.024448 1.204684</w:t>
        <w:br/>
        <w:t>v -0.421230 17.033802 1.190907</w:t>
        <w:br/>
        <w:t>v -0.084236 15.887362 1.424529</w:t>
        <w:br/>
        <w:t>v -0.082574 15.939972 1.449460</w:t>
        <w:br/>
        <w:t>v -0.332485 15.317121 1.327041</w:t>
        <w:br/>
        <w:t>v -0.268970 15.306992 1.328202</w:t>
        <w:br/>
        <w:t>v -0.074905 15.948940 1.450359</w:t>
        <w:br/>
        <w:t>v -0.125342 15.981104 1.486195</w:t>
        <w:br/>
        <w:t>v -0.291279 14.975780 1.281850</w:t>
        <w:br/>
        <w:t>v -0.308765 15.157254 1.303596</w:t>
        <w:br/>
        <w:t>v -0.319694 15.745844 1.429438</w:t>
        <w:br/>
        <w:t>v -0.487642 17.009510 1.221184</w:t>
        <w:br/>
        <w:t>v -0.540801 16.984316 1.241918</w:t>
        <w:br/>
        <w:t>v -0.256767 15.814517 1.459977</w:t>
        <w:br/>
        <w:t>v -0.158067 16.417048 1.475515</w:t>
        <w:br/>
        <w:t>v -0.143153 16.270945 1.468208</w:t>
        <w:br/>
        <w:t>v -0.067611 16.280512 1.491616</w:t>
        <w:br/>
        <w:t>v -0.097313 16.425116 1.480162</w:t>
        <w:br/>
        <w:t>v -0.055682 16.118736 1.483160</w:t>
        <w:br/>
        <w:t>v -0.135884 16.126282 1.446275</w:t>
        <w:br/>
        <w:t>v -0.142254 16.014677 1.412501</w:t>
        <w:br/>
        <w:t>v -0.074581 16.006796 1.452195</w:t>
        <w:br/>
        <w:t>v -0.267846 16.792898 1.351310</w:t>
        <w:br/>
        <w:t>v -0.227677 16.660862 1.419920</w:t>
        <w:br/>
        <w:t>v -0.193990 16.664570 1.418646</w:t>
        <w:br/>
        <w:t>v -0.202583 16.556877 1.455331</w:t>
        <w:br/>
        <w:t>v -0.146363 16.562111 1.454744</w:t>
        <w:br/>
        <w:t>v -0.094353 15.894081 1.407117</w:t>
        <w:br/>
        <w:t>v -0.083261 15.957608 1.433035</w:t>
        <w:br/>
        <w:t>v -0.138644 15.952039 1.389119</w:t>
        <w:br/>
        <w:t>v -0.088383 16.429701 1.498873</w:t>
        <w:br/>
        <w:t>v -0.097313 16.425116 1.480162</w:t>
        <w:br/>
        <w:t>v -0.060079 16.281574 1.511451</w:t>
        <w:br/>
        <w:t>v -0.341927 16.925648 1.275842</w:t>
        <w:br/>
        <w:t>v -0.348023 16.910696 1.262053</w:t>
        <w:br/>
        <w:t>v -0.267846 16.792898 1.351310</w:t>
        <w:br/>
        <w:t>v -0.261201 16.806326 1.365711</w:t>
        <w:br/>
        <w:t>v -0.051885 16.116013 1.502720</w:t>
        <w:br/>
        <w:t>v -0.067086 15.999901 1.470831</w:t>
        <w:br/>
        <w:t>v -0.193990 16.664570 1.418646</w:t>
        <w:br/>
        <w:t>v -0.186058 16.675301 1.433272</w:t>
        <w:br/>
        <w:t>v -0.226540 14.979315 1.292080</w:t>
        <w:br/>
        <w:t>v -0.196813 15.163962 1.320158</w:t>
        <w:br/>
        <w:t>v -0.195277 15.167422 1.299299</w:t>
        <w:br/>
        <w:t>v -0.224654 14.983074 1.273931</w:t>
        <w:br/>
        <w:t>v -0.106918 15.712558 1.390917</w:t>
        <w:br/>
        <w:t>v -0.109329 15.715843 1.370070</w:t>
        <w:br/>
        <w:t>v -0.129514 15.573002 1.356830</w:t>
        <w:br/>
        <w:t>v -0.129027 15.570253 1.377877</w:t>
        <w:br/>
        <w:t>v -0.137720 16.569868 1.470956</w:t>
        <w:br/>
        <w:t>v -0.448971 17.024448 1.204684</w:t>
        <w:br/>
        <w:t>v -0.450994 17.009398 1.189845</w:t>
        <w:br/>
        <w:t>v -0.425426 17.018364 1.176917</w:t>
        <w:br/>
        <w:t>v -0.421230 17.033802 1.190907</w:t>
        <w:br/>
        <w:t>v -0.084236 15.887362 1.424529</w:t>
        <w:br/>
        <w:t>v -0.169621 15.324452 1.322369</w:t>
        <w:br/>
        <w:t>v -0.170071 15.321243 1.343353</w:t>
        <w:br/>
        <w:t>v -0.074905 15.948940 1.450359</w:t>
        <w:br/>
        <w:t>v -0.421230 17.033802 1.190907</w:t>
        <w:br/>
        <w:t>v -0.425426 17.018364 1.176917</w:t>
        <w:br/>
        <w:t>v -0.540801 16.984316 1.241918</w:t>
        <w:br/>
        <w:t>v -0.539690 16.969103 1.227067</w:t>
        <w:br/>
        <w:t>v -0.487192 16.993984 1.206707</w:t>
        <w:br/>
        <w:t>v -0.487642 17.009510 1.221184</w:t>
        <w:br/>
        <w:t>v -0.595647 16.958088 1.261365</w:t>
        <w:br/>
        <w:t>v -0.585392 16.947792 1.244166</w:t>
        <w:br/>
        <w:t>v -0.326901 15.786675 1.452208</w:t>
        <w:br/>
        <w:t>v -0.399846 15.770502 1.448261</w:t>
        <w:br/>
        <w:t>v -0.226540 14.979315 1.292080</w:t>
        <w:br/>
        <w:t>v -0.585392 16.947792 1.244166</w:t>
        <w:br/>
        <w:t>v -1.178154 15.932128 1.294266</w:t>
        <w:br/>
        <w:t>v -1.119149 16.051651 1.450009</w:t>
        <w:br/>
        <w:t>v -1.045643 16.190420 1.553905</w:t>
        <w:br/>
        <w:t>v -0.929518 15.685091 1.084363</w:t>
        <w:br/>
        <w:t>v -1.104061 15.742685 0.594235</w:t>
        <w:br/>
        <w:t>v -0.561123 15.338267 1.286622</w:t>
        <w:br/>
        <w:t>v -0.816592 16.151850 1.664521</w:t>
        <w:br/>
        <w:t>v -0.895831 16.146866 1.632995</w:t>
        <w:br/>
        <w:t>v -0.226540 14.979315 1.292080</w:t>
        <w:br/>
        <w:t>v -0.285770 14.901662 1.275005</w:t>
        <w:br/>
        <w:t>v -0.270807 14.976180 1.279952</w:t>
        <w:br/>
        <w:t>v -0.291279 14.975780 1.281850</w:t>
        <w:br/>
        <w:t>v -0.224654 14.983074 1.273931</w:t>
        <w:br/>
        <w:t>v -0.281936 14.904171 1.257219</w:t>
        <w:br/>
        <w:t>v -0.285770 14.901662 1.275005</w:t>
        <w:br/>
        <w:t>v -0.226540 14.979315 1.292080</w:t>
        <w:br/>
        <w:t>v -0.140730 15.757699 1.347263</w:t>
        <w:br/>
        <w:t>v -1.056334 17.146679 0.496160</w:t>
        <w:br/>
        <w:t>v -1.117151 16.986477 0.498720</w:t>
        <w:br/>
        <w:t>v -1.167325 16.796522 0.459400</w:t>
        <w:br/>
        <w:t>v -1.165988 16.653055 0.392526</w:t>
        <w:br/>
        <w:t>v -1.141145 16.463474 0.277351</w:t>
        <w:br/>
        <w:t>v -1.162791 16.348085 0.176403</w:t>
        <w:br/>
        <w:t>v -1.163840 16.254408 0.021708</w:t>
        <w:br/>
        <w:t>v -1.051813 16.275255 -0.359502</w:t>
        <w:br/>
        <w:t>v -1.151550 16.401396 -0.239681</w:t>
        <w:br/>
        <w:t>v -1.175968 16.435184 -0.024170</w:t>
        <w:br/>
        <w:t>v -1.173008 16.529373 0.128564</w:t>
        <w:br/>
        <w:t>v -1.151962 16.677261 0.251521</w:t>
        <w:br/>
        <w:t>v -1.135487 16.835815 0.321355</w:t>
        <w:br/>
        <w:t>v -1.065890 17.246241 0.362749</w:t>
        <w:br/>
        <w:t>v -1.076119 17.296030 0.298648</w:t>
        <w:br/>
        <w:t>v -1.030604 17.471474 0.313686</w:t>
        <w:br/>
        <w:t>v -1.021161 17.454197 0.332285</w:t>
        <w:br/>
        <w:t>v -1.021161 17.454197 0.332285</w:t>
        <w:br/>
        <w:t>v -1.178467 16.252422 0.019060</w:t>
        <w:br/>
        <w:t>v -1.194554 16.431673 -0.026531</w:t>
        <w:br/>
        <w:t>v -1.193930 16.529013 0.132199</w:t>
        <w:br/>
        <w:t>v -1.182576 16.352707 0.178276</w:t>
        <w:br/>
        <w:t>v -1.144767 16.221807 -0.185197</w:t>
        <w:br/>
        <w:t>v -1.069324 16.271046 -0.367684</w:t>
        <w:br/>
        <w:t>v -1.134088 16.451071 -0.373642</w:t>
        <w:br/>
        <w:t>v -1.173383 16.396275 -0.234910</w:t>
        <w:br/>
        <w:t>v -1.144942 16.948517 0.349234</w:t>
        <w:br/>
        <w:t>v -1.117825 17.076471 0.367620</w:t>
        <w:br/>
        <w:t>v -1.128704 16.994396 0.498570</w:t>
        <w:br/>
        <w:t>v -1.180890 16.793486 0.455128</w:t>
        <w:br/>
        <w:t>v -1.165152 16.466972 0.280574</w:t>
        <w:br/>
        <w:t>v -0.832954 17.991226 -0.048551</w:t>
        <w:br/>
        <w:t>v -1.137560 16.494488 -0.490603</w:t>
        <w:br/>
        <w:t>v -1.043507 16.323769 -0.449546</w:t>
        <w:br/>
        <w:t>v -1.034401 16.375952 -0.527063</w:t>
        <w:br/>
        <w:t>v -1.173183 16.678024 0.251558</w:t>
        <w:br/>
        <w:t>v -1.159406 16.831432 0.322304</w:t>
        <w:br/>
        <w:t>v -1.184300 16.654566 0.387193</w:t>
        <w:br/>
        <w:t>v -1.067738 17.154623 0.498345</w:t>
        <w:br/>
        <w:t>v -1.080179 17.247078 0.370156</w:t>
        <w:br/>
        <w:t>v -1.030929 17.461329 0.343788</w:t>
        <w:br/>
        <w:t>v -0.964617 17.355970 0.456590</w:t>
        <w:br/>
        <w:t>v -0.967452 18.009598 -0.046265</w:t>
        <w:br/>
        <w:t>v -0.959958 17.917919 0.087583</w:t>
        <w:br/>
        <w:t>v -1.003824 17.596428 0.315185</w:t>
        <w:br/>
        <w:t>v -0.924385 17.594141 0.356404</w:t>
        <w:br/>
        <w:t>v -0.913406 17.507393 0.411986</w:t>
        <w:br/>
        <w:t>v -1.182576 16.352707 0.178276</w:t>
        <w:br/>
        <w:t>v -1.162791 16.348085 0.176403</w:t>
        <w:br/>
        <w:t>v -1.163840 16.254408 0.021708</w:t>
        <w:br/>
        <w:t>v -1.178467 16.252422 0.019060</w:t>
        <w:br/>
        <w:t>v -1.194554 16.431673 -0.026531</w:t>
        <w:br/>
        <w:t>v -1.175968 16.435184 -0.024170</w:t>
        <w:br/>
        <w:t>v -1.173008 16.529373 0.128564</w:t>
        <w:br/>
        <w:t>v -1.193930 16.529013 0.132199</w:t>
        <w:br/>
        <w:t>v -1.144767 16.221807 -0.185197</w:t>
        <w:br/>
        <w:t>v -1.128642 16.223370 -0.188995</w:t>
        <w:br/>
        <w:t>v -1.051813 16.275255 -0.359502</w:t>
        <w:br/>
        <w:t>v -1.069324 16.271046 -0.367684</w:t>
        <w:br/>
        <w:t>v -1.134088 16.451071 -0.373642</w:t>
        <w:br/>
        <w:t>v -1.113866 16.461651 -0.368471</w:t>
        <w:br/>
        <w:t>v -1.151550 16.401396 -0.239681</w:t>
        <w:br/>
        <w:t>v -1.173383 16.396275 -0.234910</w:t>
        <w:br/>
        <w:t>v -1.144942 16.948517 0.349234</w:t>
        <w:br/>
        <w:t>v -1.127006 16.938988 0.343426</w:t>
        <w:br/>
        <w:t>v -1.100726 17.075285 0.362561</w:t>
        <w:br/>
        <w:t>v -1.117825 17.076471 0.367620</w:t>
        <w:br/>
        <w:t>v -1.128704 16.994396 0.498570</w:t>
        <w:br/>
        <w:t>v -1.117151 16.986477 0.498720</w:t>
        <w:br/>
        <w:t>v -1.167325 16.796522 0.459400</w:t>
        <w:br/>
        <w:t>v -1.180890 16.793486 0.455128</w:t>
        <w:br/>
        <w:t>v -1.165152 16.466972 0.280574</w:t>
        <w:br/>
        <w:t>v -1.141145 16.463474 0.277351</w:t>
        <w:br/>
        <w:t>v -1.151962 16.677261 0.251521</w:t>
        <w:br/>
        <w:t>v -1.173183 16.678024 0.251558</w:t>
        <w:br/>
        <w:t>v -0.967452 18.009598 -0.046265</w:t>
        <w:br/>
        <w:t>v -0.969101 17.990116 -0.052061</w:t>
        <w:br/>
        <w:t>v -1.034401 16.375952 -0.527063</w:t>
        <w:br/>
        <w:t>v -1.006560 16.401983 -0.509339</w:t>
        <w:br/>
        <w:t>v -1.110044 16.520407 -0.474303</w:t>
        <w:br/>
        <w:t>v -1.137560 16.494488 -0.490603</w:t>
        <w:br/>
        <w:t>v -1.137560 16.494488 -0.490603</w:t>
        <w:br/>
        <w:t>v -1.110044 16.520407 -0.474303</w:t>
        <w:br/>
        <w:t>v -1.043507 16.323769 -0.449546</w:t>
        <w:br/>
        <w:t>v -1.028581 16.325027 -0.438093</w:t>
        <w:br/>
        <w:t>v -1.006560 16.401983 -0.509339</w:t>
        <w:br/>
        <w:t>v -1.034401 16.375952 -0.527063</w:t>
        <w:br/>
        <w:t>v -1.184300 16.654566 0.387193</w:t>
        <w:br/>
        <w:t>v -1.165988 16.653055 0.392526</w:t>
        <w:br/>
        <w:t>v -1.135487 16.835815 0.321355</w:t>
        <w:br/>
        <w:t>v -1.159406 16.831432 0.322304</w:t>
        <w:br/>
        <w:t>v -0.964617 17.355970 0.456590</w:t>
        <w:br/>
        <w:t>v -0.957172 17.342768 0.451456</w:t>
        <w:br/>
        <w:t>v -1.056334 17.146679 0.496160</w:t>
        <w:br/>
        <w:t>v -1.067738 17.154623 0.498345</w:t>
        <w:br/>
        <w:t>v -1.080179 17.247078 0.370156</w:t>
        <w:br/>
        <w:t>v -1.065890 17.246241 0.362749</w:t>
        <w:br/>
        <w:t>v -1.021161 17.454197 0.332285</w:t>
        <w:br/>
        <w:t>v -1.030929 17.461329 0.343788</w:t>
        <w:br/>
        <w:t>v -0.913406 17.507393 0.411986</w:t>
        <w:br/>
        <w:t>v -1.004986 17.590942 0.305218</w:t>
        <w:br/>
        <w:t>v -0.964379 17.771420 0.244426</w:t>
        <w:br/>
        <w:t>v -1.003824 17.596428 0.315185</w:t>
        <w:br/>
        <w:t>v -1.021161 17.454197 0.332285</w:t>
        <w:br/>
        <w:t>v -1.004986 17.590942 0.305218</w:t>
        <w:br/>
        <w:t>v -0.964379 17.771420 0.244426</w:t>
        <w:br/>
        <w:t>v -0.832954 17.991226 -0.048551</w:t>
        <w:br/>
        <w:t>v -0.960532 17.911697 0.081525</w:t>
        <w:br/>
        <w:t>v -0.959958 17.917919 0.087583</w:t>
        <w:br/>
        <w:t>v -0.832954 17.991226 -0.048551</w:t>
        <w:br/>
        <w:t>v -0.959958 17.917919 0.087583</w:t>
        <w:br/>
        <w:t>v -0.960532 17.911697 0.081525</w:t>
        <w:br/>
        <w:t>v -1.070511 16.580561 -0.523128</w:t>
        <w:br/>
        <w:t>v -0.803564 16.409565 -0.633119</w:t>
        <w:br/>
        <w:t>v -0.839861 16.544550 -0.657264</w:t>
        <w:br/>
        <w:t>v -1.076756 16.573614 -0.542463</w:t>
        <w:br/>
        <w:t>v -0.951639 16.424816 -0.580684</w:t>
        <w:br/>
        <w:t>v -0.476687 16.383947 -0.661685</w:t>
        <w:br/>
        <w:t>v -0.476400 16.519070 -0.689027</w:t>
        <w:br/>
        <w:t>v -0.763532 16.535307 -0.662934</w:t>
        <w:br/>
        <w:t>v -0.226578 16.377491 -0.631533</w:t>
        <w:br/>
        <w:t>v -0.225428 16.510714 -0.667206</w:t>
        <w:br/>
        <w:t>v -0.951639 16.424816 -0.580684</w:t>
        <w:br/>
        <w:t>v -0.942846 16.434021 -0.562236</w:t>
        <w:br/>
        <w:t>v -0.799605 16.421131 -0.613547</w:t>
        <w:br/>
        <w:t>v -0.803564 16.409565 -0.633119</w:t>
        <w:br/>
        <w:t>v -0.839861 16.544550 -0.657264</w:t>
        <w:br/>
        <w:t>v -0.841835 16.554455 -0.645972</w:t>
        <w:br/>
        <w:t>v -1.070511 16.580561 -0.523128</w:t>
        <w:br/>
        <w:t>v -1.076756 16.573614 -0.542463</w:t>
        <w:br/>
        <w:t>v -1.076756 16.573614 -0.542463</w:t>
        <w:br/>
        <w:t>v -1.070511 16.580561 -0.523128</w:t>
        <w:br/>
        <w:t>v -0.476563 16.394728 -0.641551</w:t>
        <w:br/>
        <w:t>v -0.476687 16.383947 -0.661685</w:t>
        <w:br/>
        <w:t>v -0.476400 16.519070 -0.689027</w:t>
        <w:br/>
        <w:t>v -0.474901 16.528862 -0.667493</w:t>
        <w:br/>
        <w:t>v -0.758773 16.545088 -0.650631</w:t>
        <w:br/>
        <w:t>v -0.763532 16.535307 -0.662934</w:t>
        <w:br/>
        <w:t>v -0.228838 16.391079 -0.612210</w:t>
        <w:br/>
        <w:t>v -0.226578 16.377491 -0.631533</w:t>
        <w:br/>
        <w:t>v -0.225428 16.510714 -0.667206</w:t>
        <w:br/>
        <w:t>v -0.227564 16.520769 -0.647708</w:t>
        <w:br/>
        <w:t>v -5.258917 14.594637 -0.273481</w:t>
        <w:br/>
        <w:t>v -5.203253 14.533803 -0.364954</w:t>
        <w:br/>
        <w:t>v -5.169425 14.499154 -0.373713</w:t>
        <w:br/>
        <w:t>v -5.098705 14.417362 -0.320523</w:t>
        <w:br/>
        <w:t>v -5.069509 14.385635 -0.248315</w:t>
        <w:br/>
        <w:t>v -5.061528 14.378914 -0.139636</w:t>
        <w:br/>
        <w:t>v -5.207010 14.547975 0.006626</w:t>
        <w:br/>
        <w:t>v -5.237749 14.580969 -0.041937</w:t>
        <w:br/>
        <w:t>v -5.266746 14.606288 -0.193447</w:t>
        <w:br/>
        <w:t>v -5.061528 14.378914 -0.139636</w:t>
        <w:br/>
        <w:t>v -5.075243 14.391446 -0.042230</w:t>
        <w:br/>
        <w:t>v -5.097577 14.420677 0.011661</w:t>
        <w:br/>
        <w:t>v -5.123282 14.451703 0.030199</w:t>
        <w:br/>
        <w:t>v -5.151175 14.482064 0.035789</w:t>
        <w:br/>
        <w:t>v -5.131792 14.455573 -0.358227</w:t>
        <w:br/>
        <w:t>v -5.179880 14.514784 0.027761</w:t>
        <w:br/>
        <w:t>v -5.234261 14.569602 -0.335358</w:t>
        <w:br/>
        <w:t>v -5.259361 14.603425 -0.115075</w:t>
        <w:br/>
        <w:t>v 1.666594 16.833134 -0.595297</w:t>
        <w:br/>
        <w:t>v 1.484010 16.996265 -0.596309</w:t>
        <w:br/>
        <w:t>v 1.434657 16.962214 -0.523676</w:t>
        <w:br/>
        <w:t>v 1.617429 16.800220 -0.523664</w:t>
        <w:br/>
        <w:t>v 1.599250 16.779478 0.006970</w:t>
        <w:br/>
        <w:t>v 1.567030 16.759945 -0.118597</w:t>
        <w:br/>
        <w:t>v 1.386368 16.923573 -0.111202</w:t>
        <w:br/>
        <w:t>v 1.418530 16.944670 0.015539</w:t>
        <w:br/>
        <w:t>v 1.392317 16.932840 -0.394762</w:t>
        <w:br/>
        <w:t>v 1.573426 16.770258 -0.397360</w:t>
        <w:br/>
        <w:t>v 1.978796 17.283085 -0.547296</w:t>
        <w:br/>
        <w:t>v 2.124721 17.107069 -0.566969</w:t>
        <w:br/>
        <w:t>v 2.187878 17.151089 -0.485418</w:t>
        <w:br/>
        <w:t>v 2.041759 17.324827 -0.463697</w:t>
        <w:br/>
        <w:t>v 2.102008 17.360939 -0.375077</w:t>
        <w:br/>
        <w:t>v 2.245896 17.188522 -0.393301</w:t>
        <w:br/>
        <w:t>v 2.274147 17.204823 -0.286894</w:t>
        <w:br/>
        <w:t>v 2.132865 17.377266 -0.273367</w:t>
        <w:br/>
        <w:t>v 1.819055 17.179167 -0.639563</w:t>
        <w:br/>
        <w:t>v 1.976071 17.004927 -0.656038</w:t>
        <w:br/>
        <w:t>v 2.044885 17.052153 -0.623675</w:t>
        <w:br/>
        <w:t>v 1.900370 17.230339 -0.606139</w:t>
        <w:br/>
        <w:t>v 1.460540 16.973564 0.108643</w:t>
        <w:br/>
        <w:t>v 1.640450 16.806313 0.100187</w:t>
        <w:br/>
        <w:t>v 1.715756 17.126207 0.199024</w:t>
        <w:br/>
        <w:t>v 1.847356 17.205065 0.175230</w:t>
        <w:br/>
        <w:t>v 2.038409 17.052984 0.168385</w:t>
        <w:br/>
        <w:t>v 1.909379 16.973246 0.189994</w:t>
        <w:br/>
        <w:t>v 2.100589 17.354776 -0.037571</w:t>
        <w:br/>
        <w:t>v 2.138668 17.378750 -0.151472</w:t>
        <w:br/>
        <w:t>v 2.278661 17.204971 -0.167372</w:t>
        <w:br/>
        <w:t>v 2.245851 17.181889 -0.051598</w:t>
        <w:br/>
        <w:t>v 1.636610 17.074446 -0.656038</w:t>
        <w:br/>
        <w:t>v 1.822973 16.921463 -0.658099</w:t>
        <w:br/>
        <w:t>v 1.913846 16.934948 -0.657887</w:t>
        <w:br/>
        <w:t>v 1.721699 17.081648 -0.653253</w:t>
        <w:br/>
        <w:t>v 1.527499 17.016592 0.170921</w:t>
        <w:br/>
        <w:t>v 1.616291 17.068834 0.205320</w:t>
        <w:br/>
        <w:t>v 1.802628 16.907980 0.198725</w:t>
        <w:br/>
        <w:t>v 1.707315 16.849211 0.162490</w:t>
        <w:br/>
        <w:t>v 1.966759 17.276815 0.107856</w:t>
        <w:br/>
        <w:t>v 2.046387 17.323187 0.047952</w:t>
        <w:br/>
        <w:t>v 2.209252 17.158709 0.035049</w:t>
        <w:br/>
        <w:t>v 2.149889 17.122190 0.099188</w:t>
        <w:br/>
        <w:t>v 1.727274 17.119244 -0.656400</w:t>
        <w:br/>
        <w:t>v 1.636936 17.020357 -0.671164</w:t>
        <w:br/>
        <w:t>v 1.697294 16.928938 -0.680032</w:t>
        <w:br/>
        <w:t>v 1.894540 16.956182 -0.669928</w:t>
        <w:br/>
        <w:t>v 1.596541 16.877419 -0.636715</w:t>
        <w:br/>
        <w:t>v 1.673943 16.840101 -0.642873</w:t>
        <w:br/>
        <w:t>v 1.744856 16.878462 -0.667067</w:t>
        <w:br/>
        <w:t>v 1.550232 16.943813 -0.638864</w:t>
        <w:br/>
        <w:t>v 1.471690 16.901495 -0.628796</w:t>
        <w:br/>
        <w:t>v 1.524687 17.014927 -0.643135</w:t>
        <w:br/>
        <w:t>v 1.482617 16.979389 -0.633743</w:t>
        <w:br/>
        <w:t>v 1.615426 17.065123 -0.656363</w:t>
        <w:br/>
        <w:t>v 1.529845 16.836506 -0.629309</w:t>
        <w:br/>
        <w:t>v 1.613823 16.814753 -0.635017</w:t>
        <w:br/>
        <w:t>v 1.891166 17.220119 -0.579496</w:t>
        <w:br/>
        <w:t>v 1.965395 17.269554 -0.523801</w:t>
        <w:br/>
        <w:t>v 2.111353 17.093229 -0.543649</w:t>
        <w:br/>
        <w:t>v 2.035492 17.041660 -0.597221</w:t>
        <w:br/>
        <w:t>v 2.025105 17.308718 -0.444674</w:t>
        <w:br/>
        <w:t>v 2.081383 17.342505 -0.362736</w:t>
        <w:br/>
        <w:t>v 2.225276 17.170200 -0.380873</w:t>
        <w:br/>
        <w:t>v 2.171198 17.134972 -0.466433</w:t>
        <w:br/>
        <w:t>v 1.841663 17.199167 0.145777</w:t>
        <w:br/>
        <w:t>v 2.030014 17.045055 0.140256</w:t>
        <w:br/>
        <w:t>v 2.136733 17.110250 0.075043</w:t>
        <w:br/>
        <w:t>v 1.956804 17.266397 0.081564</w:t>
        <w:br/>
        <w:t>v 2.115801 17.359379 -0.156231</w:t>
        <w:br/>
        <w:t>v 2.255136 17.186136 -0.170732</w:t>
        <w:br/>
        <w:t>v 2.251450 17.185844 -0.282023</w:t>
        <w:br/>
        <w:t>v 2.110337 17.358049 -0.268683</w:t>
        <w:br/>
        <w:t>v 2.030386 17.308350 0.026930</w:t>
        <w:br/>
        <w:t>v 2.190828 17.143421 0.016425</w:t>
        <w:br/>
        <w:t>v 2.224079 17.164627 -0.062852</w:t>
        <w:br/>
        <w:t>v 2.080446 17.337221 -0.051148</w:t>
        <w:br/>
        <w:t>v 1.725526 17.113880 -0.626960</w:t>
        <w:br/>
        <w:t>v 1.891351 16.951811 -0.640438</w:t>
        <w:br/>
        <w:t>v 1.700504 16.932566 -0.650442</w:t>
        <w:br/>
        <w:t>v 1.643047 17.018023 -0.641911</w:t>
        <w:br/>
        <w:t>v 1.601147 16.881241 -0.607350</w:t>
        <w:br/>
        <w:t>v 1.745163 16.886267 -0.638127</w:t>
        <w:br/>
        <w:t>v 1.679044 16.847940 -0.614395</w:t>
        <w:br/>
        <w:t>v 1.554593 16.946627 -0.609336</w:t>
        <w:br/>
        <w:t>v 1.474506 16.903368 -0.599019</w:t>
        <w:br/>
        <w:t>v 1.486080 16.981695 -0.604053</w:t>
        <w:br/>
        <w:t>v 1.527991 17.017895 -0.613483</w:t>
        <w:br/>
        <w:t>v 1.622022 17.060781 -0.627447</w:t>
        <w:br/>
        <w:t>v 1.616716 16.816383 -0.605227</w:t>
        <w:br/>
        <w:t>v 1.532187 16.838490 -0.599494</w:t>
        <w:br/>
        <w:t>v 1.568084 17.045427 -0.613421</w:t>
        <w:br/>
        <w:t>v 1.498308 17.011988 -0.574700</w:t>
        <w:br/>
        <w:t>v 1.484010 16.996265 -0.596309</w:t>
        <w:br/>
        <w:t>v 1.558805 17.034880 -0.639900</w:t>
        <w:br/>
        <w:t>v 1.634152 16.819054 -0.507426</w:t>
        <w:br/>
        <w:t>v 1.679429 16.846725 -0.571690</w:t>
        <w:br/>
        <w:t>v 1.666594 16.833134 -0.595297</w:t>
        <w:br/>
        <w:t>v 1.617429 16.800220 -0.523664</w:t>
        <w:br/>
        <w:t>v 1.407365 16.947739 -0.246762</w:t>
        <w:br/>
        <w:t>v 1.406049 16.946062 -0.116561</w:t>
        <w:br/>
        <w:t>v 1.386368 16.923573 -0.111202</w:t>
        <w:br/>
        <w:t>v 1.387431 16.925369 -0.247948</w:t>
        <w:br/>
        <w:t>v 1.617396 16.800051 -0.005120</w:t>
        <w:br/>
        <w:t>v 1.586839 16.782478 -0.124242</w:t>
        <w:br/>
        <w:t>v 1.567030 16.759945 -0.118597</w:t>
        <w:br/>
        <w:t>v 1.599250 16.779478 0.006970</w:t>
        <w:br/>
        <w:t>v 1.587637 16.784927 -0.252133</w:t>
        <w:br/>
        <w:t>v 1.592479 16.792139 -0.388092</w:t>
        <w:br/>
        <w:t>v 1.573426 16.770258 -0.397360</w:t>
        <w:br/>
        <w:t>v 1.567719 16.762566 -0.253532</w:t>
        <w:br/>
        <w:t>v 1.452034 16.981752 -0.509025</w:t>
        <w:br/>
        <w:t>v 1.411549 16.954765 -0.386618</w:t>
        <w:br/>
        <w:t>v 1.392317 16.932840 -0.394762</w:t>
        <w:br/>
        <w:t>v 1.434657 16.962214 -0.523676</w:t>
        <w:br/>
        <w:t>v 2.035492 17.041660 -0.597221</w:t>
        <w:br/>
        <w:t>v 2.111353 17.093229 -0.543649</w:t>
        <w:br/>
        <w:t>v 2.124721 17.107069 -0.566969</w:t>
        <w:br/>
        <w:t>v 2.044885 17.052153 -0.623675</w:t>
        <w:br/>
        <w:t>v 2.025105 17.308718 -0.444674</w:t>
        <w:br/>
        <w:t>v 1.965395 17.269554 -0.523801</w:t>
        <w:br/>
        <w:t>v 1.978796 17.283085 -0.547296</w:t>
        <w:br/>
        <w:t>v 2.041759 17.324827 -0.463697</w:t>
        <w:br/>
        <w:t>v 2.171198 17.134972 -0.466433</w:t>
        <w:br/>
        <w:t>v 2.225276 17.170200 -0.380873</w:t>
        <w:br/>
        <w:t>v 2.245896 17.188522 -0.393301</w:t>
        <w:br/>
        <w:t>v 2.187878 17.151089 -0.485418</w:t>
        <w:br/>
        <w:t>v 2.110337 17.358049 -0.268683</w:t>
        <w:br/>
        <w:t>v 2.081383 17.342505 -0.362736</w:t>
        <w:br/>
        <w:t>v 2.102008 17.360939 -0.375077</w:t>
        <w:br/>
        <w:t>v 2.132865 17.377266 -0.273367</w:t>
        <w:br/>
        <w:t>v 1.891351 16.951811 -0.640438</w:t>
        <w:br/>
        <w:t>v 1.962301 17.001219 -0.623426</w:t>
        <w:br/>
        <w:t>v 1.976071 17.004927 -0.656038</w:t>
        <w:br/>
        <w:t>v 1.894540 16.956182 -0.669928</w:t>
        <w:br/>
        <w:t>v 1.891166 17.220119 -0.579496</w:t>
        <w:br/>
        <w:t>v 1.814102 17.163723 -0.612434</w:t>
        <w:br/>
        <w:t>v 1.819055 17.179167 -0.639563</w:t>
        <w:br/>
        <w:t>v 1.900370 17.230339 -0.606139</w:t>
        <w:br/>
        <w:t>v 1.715801 16.859842 0.135772</w:t>
        <w:br/>
        <w:t>v 1.654824 16.822943 0.079340</w:t>
        <w:br/>
        <w:t>v 1.640450 16.806313 0.100187</w:t>
        <w:br/>
        <w:t>v 1.707315 16.849211 0.162490</w:t>
        <w:br/>
        <w:t>v 1.436717 16.965542 0.004035</w:t>
        <w:br/>
        <w:t>v 1.475698 16.991240 0.089170</w:t>
        <w:br/>
        <w:t>v 1.460540 16.973564 0.108643</w:t>
        <w:br/>
        <w:t>v 1.418530 16.944670 0.015539</w:t>
        <w:br/>
        <w:t>v 2.136733 17.110250 0.075043</w:t>
        <w:br/>
        <w:t>v 2.030014 17.045055 0.140256</w:t>
        <w:br/>
        <w:t>v 2.038409 17.052984 0.168385</w:t>
        <w:br/>
        <w:t>v 2.149889 17.122190 0.099188</w:t>
        <w:br/>
        <w:t>v 1.714396 17.126055 0.169072</w:t>
        <w:br/>
        <w:t>v 1.841663 17.199167 0.145777</w:t>
        <w:br/>
        <w:t>v 1.847356 17.205065 0.175230</w:t>
        <w:br/>
        <w:t>v 1.715756 17.126207 0.199024</w:t>
        <w:br/>
        <w:t>v 2.251450 17.185844 -0.282023</w:t>
        <w:br/>
        <w:t>v 2.255136 17.186136 -0.170732</w:t>
        <w:br/>
        <w:t>v 2.278661 17.204971 -0.167372</w:t>
        <w:br/>
        <w:t>v 2.274147 17.204823 -0.286894</w:t>
        <w:br/>
        <w:t>v 2.080446 17.337221 -0.051148</w:t>
        <w:br/>
        <w:t>v 2.115801 17.359379 -0.156231</w:t>
        <w:br/>
        <w:t>v 2.138668 17.378750 -0.151472</w:t>
        <w:br/>
        <w:t>v 2.100589 17.354776 -0.037571</w:t>
        <w:br/>
        <w:t>v 1.916252 16.937174 -0.628085</w:t>
        <w:br/>
        <w:t>v 1.723666 17.083822 -0.623425</w:t>
        <w:br/>
        <w:t>v 1.721699 17.081648 -0.653253</w:t>
        <w:br/>
        <w:t>v 1.913846 16.934948 -0.657887</w:t>
        <w:br/>
        <w:t>v 1.746709 16.879826 -0.610673</w:t>
        <w:br/>
        <w:t>v 1.854775 16.904781 -0.629571</w:t>
        <w:br/>
        <w:t>v 1.822973 16.921463 -0.658099</w:t>
        <w:br/>
        <w:t>v 1.740032 16.872475 -0.638964</w:t>
        <w:br/>
        <w:t>v 1.723666 17.083822 -0.623425</w:t>
        <w:br/>
        <w:t>v 1.644378 17.078440 -0.626848</w:t>
        <w:br/>
        <w:t>v 1.636610 17.074446 -0.656038</w:t>
        <w:br/>
        <w:t>v 1.905925 16.970730 0.160316</w:t>
        <w:br/>
        <w:t>v 1.800289 16.914452 0.164238</w:t>
        <w:br/>
        <w:t>v 1.802628 16.907980 0.198725</w:t>
        <w:br/>
        <w:t>v 1.909379 16.973246 0.189994</w:t>
        <w:br/>
        <w:t>v 1.537793 17.029142 0.145728</w:t>
        <w:br/>
        <w:t>v 1.620787 17.070217 0.173294</w:t>
        <w:br/>
        <w:t>v 1.616291 17.068834 0.205320</w:t>
        <w:br/>
        <w:t>v 1.527499 17.016592 0.170921</w:t>
        <w:br/>
        <w:t>v 2.224079 17.164627 -0.062852</w:t>
        <w:br/>
        <w:t>v 2.190828 17.143421 0.016425</w:t>
        <w:br/>
        <w:t>v 2.209252 17.158709 0.035049</w:t>
        <w:br/>
        <w:t>v 2.245851 17.181889 -0.051598</w:t>
        <w:br/>
        <w:t>v 1.956804 17.266397 0.081564</w:t>
        <w:br/>
        <w:t>v 2.030386 17.308350 0.026930</w:t>
        <w:br/>
        <w:t>v 2.046387 17.323187 0.047952</w:t>
        <w:br/>
        <w:t>v 1.966759 17.276815 0.107856</w:t>
        <w:br/>
        <w:t>v 1.679044 16.847940 -0.614395</w:t>
        <w:br/>
        <w:t>v 1.745163 16.886267 -0.638127</w:t>
        <w:br/>
        <w:t>v 1.744856 16.878462 -0.667067</w:t>
        <w:br/>
        <w:t>v 1.673943 16.840101 -0.642873</w:t>
        <w:br/>
        <w:t>v 1.527991 17.017895 -0.613483</w:t>
        <w:br/>
        <w:t>v 1.486080 16.981695 -0.604053</w:t>
        <w:br/>
        <w:t>v 1.482617 16.979389 -0.633743</w:t>
        <w:br/>
        <w:t>v 1.524687 17.014927 -0.643135</w:t>
        <w:br/>
        <w:t>v 1.474506 16.903368 -0.599019</w:t>
        <w:br/>
        <w:t>v 1.471690 16.901495 -0.628796</w:t>
        <w:br/>
        <w:t>v 1.725526 17.113880 -0.626960</w:t>
        <w:br/>
        <w:t>v 1.622022 17.060781 -0.627447</w:t>
        <w:br/>
        <w:t>v 1.615426 17.065123 -0.656363</w:t>
        <w:br/>
        <w:t>v 1.727274 17.119244 -0.656400</w:t>
        <w:br/>
        <w:t>v 1.532187 16.838490 -0.599494</w:t>
        <w:br/>
        <w:t>v 1.616716 16.816383 -0.605227</w:t>
        <w:br/>
        <w:t>v 1.613823 16.814753 -0.635017</w:t>
        <w:br/>
        <w:t>v 1.529845 16.836506 -0.629309</w:t>
        <w:br/>
        <w:t>v 1.641096 16.941631 -0.689388</w:t>
        <w:br/>
        <w:t>v 1.659135 16.912046 -0.689700</w:t>
        <w:br/>
        <w:t>v 1.699267 16.936493 -0.687552</w:t>
        <w:br/>
        <w:t>v 1.681240 16.966074 -0.687252</w:t>
        <w:br/>
        <w:t>v 1.618984 16.887581 -0.690300</w:t>
        <w:br/>
        <w:t>v 1.600957 16.917164 -0.689987</w:t>
        <w:br/>
        <w:t>v 1.600923 16.916939 -0.670190</w:t>
        <w:br/>
        <w:t>v 1.618953 16.887371 -0.670502</w:t>
        <w:br/>
        <w:t>v 1.641074 16.941404 -0.669665</w:t>
        <w:br/>
        <w:t>v 1.641096 16.941631 -0.689388</w:t>
        <w:br/>
        <w:t>v 1.681240 16.966074 -0.687252</w:t>
        <w:br/>
        <w:t>v 1.681209 16.965860 -0.668017</w:t>
        <w:br/>
        <w:t>v 1.761497 17.014837 -0.672163</w:t>
        <w:br/>
        <w:t>v 1.779526 16.985268 -0.672463</w:t>
        <w:br/>
        <w:t>v 1.779505 16.985092 -0.657162</w:t>
        <w:br/>
        <w:t>v 1.761475 17.014660 -0.656863</w:t>
        <w:br/>
        <w:t>v 1.739373 16.960697 -0.664432</w:t>
        <w:br/>
        <w:t>v 1.739405 16.960911 -0.682331</w:t>
        <w:br/>
        <w:t>v 1.699267 16.936493 -0.687552</w:t>
        <w:br/>
        <w:t>v 1.699236 16.936281 -0.668329</w:t>
        <w:br/>
        <w:t>v 1.721375 16.990479 -0.682018</w:t>
        <w:br/>
        <w:t>v 1.739405 16.960911 -0.682331</w:t>
        <w:br/>
        <w:t>v 1.779526 16.985268 -0.672463</w:t>
        <w:br/>
        <w:t>v 1.761497 17.014837 -0.672163</w:t>
        <w:br/>
        <w:t>v 1.600957 16.917164 -0.689987</w:t>
        <w:br/>
        <w:t>v 1.618984 16.887581 -0.690300</w:t>
        <w:br/>
        <w:t>v 1.721347 16.990280 -0.664120</w:t>
        <w:br/>
        <w:t>v 1.721375 16.990479 -0.682018</w:t>
        <w:br/>
        <w:t>v 1.761497 17.014837 -0.672163</w:t>
        <w:br/>
        <w:t>v 1.761475 17.014660 -0.656863</w:t>
        <w:br/>
        <w:t>v 1.600923 16.916939 -0.670190</w:t>
        <w:br/>
        <w:t>v 1.600957 16.917164 -0.689987</w:t>
        <w:br/>
        <w:t>v 1.659101 16.911823 -0.669978</w:t>
        <w:br/>
        <w:t>v 1.659135 16.912046 -0.689700</w:t>
        <w:br/>
        <w:t>v 1.618984 16.887581 -0.690300</w:t>
        <w:br/>
        <w:t>v 1.618953 16.887371 -0.670502</w:t>
        <w:br/>
        <w:t>v 1.779505 16.985092 -0.657162</w:t>
        <w:br/>
        <w:t>v 1.779526 16.985268 -0.672463</w:t>
        <w:br/>
        <w:t>v 1.973877 16.986364 -0.618967</w:t>
        <w:br/>
        <w:t>v 1.823418 17.202982 -0.602716</w:t>
        <w:br/>
        <w:t>v 1.820721 17.165649 -0.615856</w:t>
        <w:br/>
        <w:t>v 1.937363 16.997908 -0.628772</w:t>
        <w:br/>
        <w:t>v 1.966605 16.979107 -0.594210</w:t>
        <w:br/>
        <w:t>v 1.815769 17.196201 -0.577935</w:t>
        <w:br/>
        <w:t>v 1.823418 17.202982 -0.602716</w:t>
        <w:br/>
        <w:t>v 1.973877 16.986364 -0.618967</w:t>
        <w:br/>
        <w:t>v 1.937363 16.997908 -0.628772</w:t>
        <w:br/>
        <w:t>v 1.820721 17.165649 -0.615856</w:t>
        <w:br/>
        <w:t>v 1.814325 17.159540 -0.590625</w:t>
        <w:br/>
        <w:t>v 1.931124 16.991613 -0.603553</w:t>
        <w:br/>
        <w:t>v 1.770047 17.184528 -0.635854</w:t>
        <w:br/>
        <w:t>v 1.721717 17.153667 -0.652916</w:t>
        <w:br/>
        <w:t>v 1.730409 17.121197 -0.657212</w:t>
        <w:br/>
        <w:t>v 1.772977 17.149036 -0.643735</w:t>
        <w:br/>
        <w:t>v 1.770047 17.184528 -0.635854</w:t>
        <w:br/>
        <w:t>v 1.765010 17.179245 -0.610136</w:t>
        <w:br/>
        <w:t>v 1.718639 17.149567 -0.626561</w:t>
        <w:br/>
        <w:t>v 1.721717 17.153667 -0.652916</w:t>
        <w:br/>
        <w:t>v 1.768607 17.144167 -0.617780</w:t>
        <w:br/>
        <w:t>v 1.772977 17.149036 -0.643735</w:t>
        <w:br/>
        <w:t>v 1.730409 17.121197 -0.657212</w:t>
        <w:br/>
        <w:t>v 1.727632 17.117350 -0.630757</w:t>
        <w:br/>
        <w:t>v 1.621548 17.084690 -0.667754</w:t>
        <w:br/>
        <w:t>v 1.602935 17.062277 -0.668241</w:t>
        <w:br/>
        <w:t>v 1.647268 17.061764 -0.669603</w:t>
        <w:br/>
        <w:t>v 1.662966 17.075180 -0.668266</w:t>
        <w:br/>
        <w:t>v 1.621318 17.082527 -0.640800</w:t>
        <w:br/>
        <w:t>v 1.603284 17.060539 -0.641237</w:t>
        <w:br/>
        <w:t>v 1.602935 17.062277 -0.668241</w:t>
        <w:br/>
        <w:t>v 1.621548 17.084690 -0.667754</w:t>
        <w:br/>
        <w:t>v 1.662966 17.075180 -0.668266</w:t>
        <w:br/>
        <w:t>v 1.647268 17.061764 -0.669603</w:t>
        <w:br/>
        <w:t>v 1.646856 17.059456 -0.642673</w:t>
        <w:br/>
        <w:t>v 1.662115 17.072630 -0.641387</w:t>
        <w:br/>
        <w:t>v 1.590849 17.034933 -0.668254</w:t>
        <w:br/>
        <w:t>v 1.638181 17.041271 -0.670702</w:t>
        <w:br/>
        <w:t>v 1.591772 17.033598 -0.641212</w:t>
        <w:br/>
        <w:t>v 1.590849 17.034933 -0.668254</w:t>
        <w:br/>
        <w:t>v 1.638181 17.041271 -0.670702</w:t>
        <w:br/>
        <w:t>v 1.638169 17.039244 -0.643723</w:t>
        <w:br/>
        <w:t>v 1.583630 16.975752 -0.667817</w:t>
        <w:br/>
        <w:t>v 1.632660 16.992912 -0.672388</w:t>
        <w:br/>
        <w:t>v 1.585586 16.975138 -0.640762</w:t>
        <w:br/>
        <w:t>v 1.583630 16.975752 -0.667817</w:t>
        <w:br/>
        <w:t>v 1.632660 16.992912 -0.672388</w:t>
        <w:br/>
        <w:t>v 1.633361 16.991381 -0.645371</w:t>
        <w:br/>
        <w:t>v 1.594831 16.921469 -0.668354</w:t>
        <w:br/>
        <w:t>v 1.642122 16.948259 -0.674049</w:t>
        <w:br/>
        <w:t>v 1.597455 16.921320 -0.641287</w:t>
        <w:br/>
        <w:t>v 1.594831 16.921469 -0.668354</w:t>
        <w:br/>
        <w:t>v 1.642122 16.948259 -0.674049</w:t>
        <w:br/>
        <w:t>v 1.643250 16.947067 -0.647008</w:t>
        <w:br/>
        <w:t>v 1.625355 16.879072 -0.671564</w:t>
        <w:br/>
        <w:t>v 1.666680 16.914434 -0.676585</w:t>
        <w:br/>
        <w:t>v 1.627961 16.878906 -0.644497</w:t>
        <w:br/>
        <w:t>v 1.625355 16.879072 -0.671564</w:t>
        <w:br/>
        <w:t>v 1.666680 16.914434 -0.676585</w:t>
        <w:br/>
        <w:t>v 1.667780 16.913235 -0.649543</w:t>
        <w:br/>
        <w:t>v 1.672083 16.847157 -0.677110</w:t>
        <w:br/>
        <w:t>v 1.705758 16.887270 -0.680095</w:t>
        <w:br/>
        <w:t>v 1.674106 16.846548 -0.650043</w:t>
        <w:br/>
        <w:t>v 1.672083 16.847157 -0.677110</w:t>
        <w:br/>
        <w:t>v 1.705758 16.887270 -0.680095</w:t>
        <w:br/>
        <w:t>v 1.706461 16.885788 -0.653078</w:t>
        <w:br/>
        <w:t>v 1.728829 16.833321 -0.682905</w:t>
        <w:br/>
        <w:t>v 1.751251 16.875689 -0.682830</w:t>
        <w:br/>
        <w:t>v 1.729850 16.832012 -0.655876</w:t>
        <w:br/>
        <w:t>v 1.728829 16.833321 -0.682905</w:t>
        <w:br/>
        <w:t>v 1.751251 16.875689 -0.682830</w:t>
        <w:br/>
        <w:t>v 1.751278 16.873714 -0.655851</w:t>
        <w:br/>
        <w:t>v 1.759432 16.835234 -0.684904</w:t>
        <w:br/>
        <w:t>v 1.775285 16.877071 -0.683230</w:t>
        <w:br/>
        <w:t>v 1.759836 16.833508 -0.657899</w:t>
        <w:br/>
        <w:t>v 1.759432 16.835234 -0.684904</w:t>
        <w:br/>
        <w:t>v 1.775285 16.877071 -0.683230</w:t>
        <w:br/>
        <w:t>v 1.774875 16.874815 -0.656288</w:t>
        <w:br/>
        <w:t>v 1.790895 16.844259 -0.685528</w:t>
        <w:br/>
        <w:t>v 1.797198 16.886898 -0.682506</w:t>
        <w:br/>
        <w:t>v 1.790621 16.842083 -0.658574</w:t>
        <w:br/>
        <w:t>v 1.790895 16.844259 -0.685528</w:t>
        <w:br/>
        <w:t>v 1.797198 16.886898 -0.682506</w:t>
        <w:br/>
        <w:t>v 1.796256 16.884344 -0.655626</w:t>
        <w:br/>
        <w:t>v 1.820432 16.902954 -0.679908</w:t>
        <w:br/>
        <w:t>v 1.841528 16.878796 -0.681182</w:t>
        <w:br/>
        <w:t>v 1.890254 16.912537 -0.670652</w:t>
        <w:br/>
        <w:t>v 1.863221 16.932440 -0.671402</w:t>
        <w:br/>
        <w:t>v 1.841528 16.878796 -0.681182</w:t>
        <w:br/>
        <w:t>v 1.839919 16.875734 -0.654427</w:t>
        <w:br/>
        <w:t>v 1.887164 16.908438 -0.644297</w:t>
        <w:br/>
        <w:t>v 1.890254 16.912537 -0.670652</w:t>
        <w:br/>
        <w:t>v 1.818872 16.899982 -0.653141</w:t>
        <w:br/>
        <w:t>v 1.820432 16.902954 -0.679908</w:t>
        <w:br/>
        <w:t>v 1.863221 16.932440 -0.671402</w:t>
        <w:br/>
        <w:t>v 1.860397 16.928606 -0.644947</w:t>
        <w:br/>
        <w:t>v 1.672124 17.120262 -0.663433</w:t>
        <w:br/>
        <w:t>v 1.686816 17.091654 -0.665693</w:t>
        <w:br/>
        <w:t>v 1.806213 17.169897 -0.618829</w:t>
        <w:br/>
        <w:t>v 1.808981 17.207832 -0.606089</w:t>
        <w:br/>
        <w:t>v 1.672124 17.120262 -0.663433</w:t>
        <w:br/>
        <w:t>v 1.670569 17.117163 -0.636678</w:t>
        <w:br/>
        <w:t>v 1.808981 17.207832 -0.606089</w:t>
        <w:br/>
        <w:t>v 1.801277 17.201040 -0.581395</w:t>
        <w:br/>
        <w:t>v 1.685314 17.088654 -0.638926</w:t>
        <w:br/>
        <w:t>v 1.686816 17.091654 -0.665693</w:t>
        <w:br/>
        <w:t>v 1.799775 17.163773 -0.593661</w:t>
        <w:br/>
        <w:t>v 1.806213 17.169897 -0.618829</w:t>
        <w:br/>
        <w:t>v 1.904424 16.961073 -0.657962</w:t>
        <w:br/>
        <w:t>v 1.936704 16.945311 -0.653553</w:t>
        <w:br/>
        <w:t>v 1.973107 16.971519 -0.623800</w:t>
        <w:br/>
        <w:t>v 1.936042 16.983183 -0.633206</w:t>
        <w:br/>
        <w:t>v 1.936704 16.945311 -0.653553</w:t>
        <w:br/>
        <w:t>v 1.931780 16.939869 -0.627847</w:t>
        <w:br/>
        <w:t>v 1.965796 16.964218 -0.599132</w:t>
        <w:br/>
        <w:t>v 1.973107 16.971519 -0.623800</w:t>
        <w:br/>
        <w:t>v 1.900078 16.956146 -0.632019</w:t>
        <w:br/>
        <w:t>v 1.904424 16.961073 -0.657962</w:t>
        <w:br/>
        <w:t>v 1.936042 16.983183 -0.633206</w:t>
        <w:br/>
        <w:t>v 1.929782 16.976856 -0.608037</w:t>
        <w:br/>
        <w:t>v 1.816537 17.208912 -0.603203</w:t>
        <w:br/>
        <w:t>v 1.813891 17.171333 -0.616243</w:t>
        <w:br/>
        <w:t>v 1.940246 16.989607 -0.630233</w:t>
        <w:br/>
        <w:t>v 1.976972 16.977932 -0.620528</w:t>
        <w:br/>
        <w:t>v 1.808867 17.202148 -0.578447</w:t>
        <w:br/>
        <w:t>v 1.816537 17.208912 -0.603203</w:t>
        <w:br/>
        <w:t>v 1.976972 16.977932 -0.620528</w:t>
        <w:br/>
        <w:t>v 1.969707 16.970659 -0.595784</w:t>
        <w:br/>
        <w:t>v 1.813891 17.171333 -0.616243</w:t>
        <w:br/>
        <w:t>v 1.807471 17.165230 -0.591025</w:t>
        <w:br/>
        <w:t>v 1.934005 16.983303 -0.605027</w:t>
        <w:br/>
        <w:t>v 1.940246 16.989607 -0.630233</w:t>
        <w:br/>
        <w:t>v -1.434657 16.962217 -0.523678</w:t>
        <w:br/>
        <w:t>v -1.484010 16.996269 -0.596310</w:t>
        <w:br/>
        <w:t>v -1.666594 16.833138 -0.595298</w:t>
        <w:br/>
        <w:t>v -1.617429 16.800224 -0.523665</w:t>
        <w:br/>
        <w:t>v -1.386368 16.923576 -0.111204</w:t>
        <w:br/>
        <w:t>v -1.567030 16.759949 -0.118598</w:t>
        <w:br/>
        <w:t>v -1.599251 16.779482 0.006969</w:t>
        <w:br/>
        <w:t>v -1.418518 16.944677 0.015537</w:t>
        <w:br/>
        <w:t>v -1.573414 16.770266 -0.397361</w:t>
        <w:br/>
        <w:t>v -1.392317 16.932844 -0.394763</w:t>
        <w:br/>
        <w:t>v -2.187878 17.151093 -0.485419</w:t>
        <w:br/>
        <w:t>v -2.124721 17.107073 -0.566970</w:t>
        <w:br/>
        <w:t>v -1.978797 17.283089 -0.547297</w:t>
        <w:br/>
        <w:t>v -2.041759 17.324831 -0.463698</w:t>
        <w:br/>
        <w:t>v -2.274148 17.204826 -0.286895</w:t>
        <w:br/>
        <w:t>v -2.245884 17.188528 -0.393302</w:t>
        <w:br/>
        <w:t>v -2.102008 17.360943 -0.375078</w:t>
        <w:br/>
        <w:t>v -2.132865 17.377270 -0.273368</w:t>
        <w:br/>
        <w:t>v -2.044885 17.052156 -0.623677</w:t>
        <w:br/>
        <w:t>v -1.976071 17.004930 -0.656040</w:t>
        <w:br/>
        <w:t>v -1.819055 17.179171 -0.639565</w:t>
        <w:br/>
        <w:t>v -1.900370 17.230343 -0.606140</w:t>
        <w:br/>
        <w:t>v -1.640450 16.806316 0.100186</w:t>
        <w:br/>
        <w:t>v -1.460540 16.973568 0.108642</w:t>
        <w:br/>
        <w:t>v -2.038398 17.052990 0.168384</w:t>
        <w:br/>
        <w:t>v -1.847356 17.205069 0.175228</w:t>
        <w:br/>
        <w:t>v -1.715756 17.126211 0.199023</w:t>
        <w:br/>
        <w:t>v -1.909379 16.973249 0.189992</w:t>
        <w:br/>
        <w:t>v -2.278661 17.204975 -0.167374</w:t>
        <w:br/>
        <w:t>v -2.138669 17.378754 -0.151473</w:t>
        <w:br/>
        <w:t>v -2.100589 17.354780 -0.037572</w:t>
        <w:br/>
        <w:t>v -2.245851 17.181892 -0.051599</w:t>
        <w:br/>
        <w:t>v -1.913846 16.934952 -0.657888</w:t>
        <w:br/>
        <w:t>v -1.822973 16.921467 -0.658100</w:t>
        <w:br/>
        <w:t>v -1.636610 17.074450 -0.656040</w:t>
        <w:br/>
        <w:t>v -1.721700 17.081652 -0.653254</w:t>
        <w:br/>
        <w:t>v -1.802628 16.907984 0.198723</w:t>
        <w:br/>
        <w:t>v -1.616291 17.068838 0.205318</w:t>
        <w:br/>
        <w:t>v -1.527499 17.016596 0.170919</w:t>
        <w:br/>
        <w:t>v -1.707315 16.849215 0.162488</w:t>
        <w:br/>
        <w:t>v -2.209253 17.158712 0.035048</w:t>
        <w:br/>
        <w:t>v -2.046388 17.323191 0.047950</w:t>
        <w:br/>
        <w:t>v -1.966759 17.276819 0.107855</w:t>
        <w:br/>
        <w:t>v -2.149889 17.122194 0.099186</w:t>
        <w:br/>
        <w:t>v -1.697294 16.928942 -0.680034</w:t>
        <w:br/>
        <w:t>v -1.636924 17.020365 -0.671166</w:t>
        <w:br/>
        <w:t>v -1.727274 17.119247 -0.656402</w:t>
        <w:br/>
        <w:t>v -1.894540 16.956186 -0.669929</w:t>
        <w:br/>
        <w:t>v -1.744856 16.878466 -0.667069</w:t>
        <w:br/>
        <w:t>v -1.673943 16.840105 -0.642875</w:t>
        <w:br/>
        <w:t>v -1.596529 16.877426 -0.636717</w:t>
        <w:br/>
        <w:t>v -1.550232 16.943817 -0.638865</w:t>
        <w:br/>
        <w:t>v -1.524687 17.014931 -0.643137</w:t>
        <w:br/>
        <w:t>v -1.471690 16.901499 -0.628798</w:t>
        <w:br/>
        <w:t>v -1.482617 16.979393 -0.633744</w:t>
        <w:br/>
        <w:t>v -1.615426 17.065126 -0.656364</w:t>
        <w:br/>
        <w:t>v -1.529845 16.836510 -0.629310</w:t>
        <w:br/>
        <w:t>v -1.613823 16.814756 -0.635018</w:t>
        <w:br/>
        <w:t>v -2.111354 17.093233 -0.543650</w:t>
        <w:br/>
        <w:t>v -1.965395 17.269558 -0.523803</w:t>
        <w:br/>
        <w:t>v -1.891166 17.220123 -0.579498</w:t>
        <w:br/>
        <w:t>v -2.035492 17.041664 -0.597222</w:t>
        <w:br/>
        <w:t>v -2.225276 17.170204 -0.380874</w:t>
        <w:br/>
        <w:t>v -2.081383 17.342508 -0.362738</w:t>
        <w:br/>
        <w:t>v -2.025105 17.308722 -0.444675</w:t>
        <w:br/>
        <w:t>v -2.171198 17.134975 -0.466434</w:t>
        <w:br/>
        <w:t>v -2.136733 17.110254 0.075042</w:t>
        <w:br/>
        <w:t>v -2.030014 17.045059 0.140255</w:t>
        <w:br/>
        <w:t>v -1.841651 17.199175 0.145776</w:t>
        <w:br/>
        <w:t>v -1.956804 17.266401 0.081562</w:t>
        <w:br/>
        <w:t>v -2.251450 17.185848 -0.282024</w:t>
        <w:br/>
        <w:t>v -2.255137 17.186140 -0.170734</w:t>
        <w:br/>
        <w:t>v -2.115801 17.359383 -0.156232</w:t>
        <w:br/>
        <w:t>v -2.110337 17.358053 -0.268684</w:t>
        <w:br/>
        <w:t>v -2.224079 17.164631 -0.062841</w:t>
        <w:br/>
        <w:t>v -2.190829 17.143425 0.016424</w:t>
        <w:br/>
        <w:t>v -2.030386 17.308353 0.026929</w:t>
        <w:br/>
        <w:t>v -2.080446 17.337225 -0.051149</w:t>
        <w:br/>
        <w:t>v -1.700492 16.932573 -0.650444</w:t>
        <w:br/>
        <w:t>v -1.891351 16.951817 -0.640439</w:t>
        <w:br/>
        <w:t>v -1.725514 17.113886 -0.626962</w:t>
        <w:br/>
        <w:t>v -1.643036 17.018030 -0.641913</w:t>
        <w:br/>
        <w:t>v -1.745163 16.886271 -0.638128</w:t>
        <w:br/>
        <w:t>v -1.601147 16.881245 -0.607352</w:t>
        <w:br/>
        <w:t>v -1.679044 16.847944 -0.614396</w:t>
        <w:br/>
        <w:t>v -1.554594 16.946630 -0.609338</w:t>
        <w:br/>
        <w:t>v -1.527991 17.017899 -0.613485</w:t>
        <w:br/>
        <w:t>v -1.486080 16.981699 -0.604054</w:t>
        <w:br/>
        <w:t>v -1.474506 16.903372 -0.599021</w:t>
        <w:br/>
        <w:t>v -1.622022 17.060785 -0.627449</w:t>
        <w:br/>
        <w:t>v -1.532187 16.838493 -0.599495</w:t>
        <w:br/>
        <w:t>v -1.616717 16.816387 -0.605228</w:t>
        <w:br/>
        <w:t>v -1.484010 16.996269 -0.596310</w:t>
        <w:br/>
        <w:t>v -1.498308 17.011992 -0.574702</w:t>
        <w:br/>
        <w:t>v -1.568084 17.045431 -0.613422</w:t>
        <w:br/>
        <w:t>v -1.558805 17.034883 -0.639902</w:t>
        <w:br/>
        <w:t>v -1.666594 16.833138 -0.595298</w:t>
        <w:br/>
        <w:t>v -1.679429 16.846729 -0.571691</w:t>
        <w:br/>
        <w:t>v -1.634152 16.819057 -0.507428</w:t>
        <w:br/>
        <w:t>v -1.617429 16.800224 -0.523665</w:t>
        <w:br/>
        <w:t>v -1.386368 16.923576 -0.111204</w:t>
        <w:br/>
        <w:t>v -1.406049 16.946066 -0.116562</w:t>
        <w:br/>
        <w:t>v -1.407365 16.947742 -0.246763</w:t>
        <w:br/>
        <w:t>v -1.387431 16.925373 -0.247950</w:t>
        <w:br/>
        <w:t>v -1.567030 16.759949 -0.118598</w:t>
        <w:br/>
        <w:t>v -1.586839 16.782482 -0.124244</w:t>
        <w:br/>
        <w:t>v -1.617385 16.800056 -0.005122</w:t>
        <w:br/>
        <w:t>v -1.599251 16.779482 0.006969</w:t>
        <w:br/>
        <w:t>v -1.573414 16.770266 -0.397361</w:t>
        <w:br/>
        <w:t>v -1.592479 16.792143 -0.388093</w:t>
        <w:br/>
        <w:t>v -1.587638 16.784931 -0.252134</w:t>
        <w:br/>
        <w:t>v -1.567707 16.762573 -0.253533</w:t>
        <w:br/>
        <w:t>v -1.392317 16.932844 -0.394763</w:t>
        <w:br/>
        <w:t>v -1.411550 16.954769 -0.386620</w:t>
        <w:br/>
        <w:t>v -1.452035 16.981756 -0.509027</w:t>
        <w:br/>
        <w:t>v -1.434657 16.962217 -0.523678</w:t>
        <w:br/>
        <w:t>v -2.124721 17.107073 -0.566970</w:t>
        <w:br/>
        <w:t>v -2.111354 17.093233 -0.543650</w:t>
        <w:br/>
        <w:t>v -2.035492 17.041664 -0.597222</w:t>
        <w:br/>
        <w:t>v -2.044885 17.052156 -0.623677</w:t>
        <w:br/>
        <w:t>v -1.978797 17.283089 -0.547297</w:t>
        <w:br/>
        <w:t>v -1.965395 17.269558 -0.523803</w:t>
        <w:br/>
        <w:t>v -2.025105 17.308722 -0.444675</w:t>
        <w:br/>
        <w:t>v -2.041759 17.324831 -0.463698</w:t>
        <w:br/>
        <w:t>v -2.245884 17.188528 -0.393302</w:t>
        <w:br/>
        <w:t>v -2.225276 17.170204 -0.380874</w:t>
        <w:br/>
        <w:t>v -2.171198 17.134975 -0.466434</w:t>
        <w:br/>
        <w:t>v -2.187878 17.151093 -0.485419</w:t>
        <w:br/>
        <w:t>v -2.102008 17.360943 -0.375078</w:t>
        <w:br/>
        <w:t>v -2.081383 17.342508 -0.362738</w:t>
        <w:br/>
        <w:t>v -2.110337 17.358053 -0.268684</w:t>
        <w:br/>
        <w:t>v -2.132865 17.377270 -0.273368</w:t>
        <w:br/>
        <w:t>v -1.976071 17.004930 -0.656040</w:t>
        <w:br/>
        <w:t>v -1.962301 17.001223 -0.623427</w:t>
        <w:br/>
        <w:t>v -1.891351 16.951817 -0.640439</w:t>
        <w:br/>
        <w:t>v -1.894540 16.956186 -0.669929</w:t>
        <w:br/>
        <w:t>v -1.819055 17.179171 -0.639565</w:t>
        <w:br/>
        <w:t>v -1.814102 17.163727 -0.612435</w:t>
        <w:br/>
        <w:t>v -1.891166 17.220123 -0.579498</w:t>
        <w:br/>
        <w:t>v -1.900370 17.230343 -0.606140</w:t>
        <w:br/>
        <w:t>v -1.640450 16.806316 0.100186</w:t>
        <w:br/>
        <w:t>v -1.654824 16.822947 0.079339</w:t>
        <w:br/>
        <w:t>v -1.715802 16.859846 0.135771</w:t>
        <w:br/>
        <w:t>v -1.707315 16.849215 0.162488</w:t>
        <w:br/>
        <w:t>v -1.460540 16.973568 0.108642</w:t>
        <w:br/>
        <w:t>v -1.475698 16.991243 0.089169</w:t>
        <w:br/>
        <w:t>v -1.436718 16.965546 0.004034</w:t>
        <w:br/>
        <w:t>v -1.418518 16.944677 0.015537</w:t>
        <w:br/>
        <w:t>v -2.038398 17.052990 0.168384</w:t>
        <w:br/>
        <w:t>v -2.030014 17.045059 0.140255</w:t>
        <w:br/>
        <w:t>v -2.136733 17.110254 0.075042</w:t>
        <w:br/>
        <w:t>v -2.149889 17.122194 0.099186</w:t>
        <w:br/>
        <w:t>v -1.847356 17.205069 0.175228</w:t>
        <w:br/>
        <w:t>v -1.841651 17.199175 0.145776</w:t>
        <w:br/>
        <w:t>v -1.714396 17.126059 0.169071</w:t>
        <w:br/>
        <w:t>v -1.715756 17.126211 0.199023</w:t>
        <w:br/>
        <w:t>v -2.278661 17.204975 -0.167374</w:t>
        <w:br/>
        <w:t>v -2.255137 17.186140 -0.170734</w:t>
        <w:br/>
        <w:t>v -2.251450 17.185848 -0.282024</w:t>
        <w:br/>
        <w:t>v -2.274148 17.204826 -0.286895</w:t>
        <w:br/>
        <w:t>v -2.138669 17.378754 -0.151473</w:t>
        <w:br/>
        <w:t>v -2.115801 17.359383 -0.156232</w:t>
        <w:br/>
        <w:t>v -2.080446 17.337225 -0.051149</w:t>
        <w:br/>
        <w:t>v -2.100589 17.354780 -0.037572</w:t>
        <w:br/>
        <w:t>v -1.721700 17.081652 -0.653254</w:t>
        <w:br/>
        <w:t>v -1.723666 17.083826 -0.623427</w:t>
        <w:br/>
        <w:t>v -1.916252 16.937178 -0.628086</w:t>
        <w:br/>
        <w:t>v -1.913846 16.934952 -0.657888</w:t>
        <w:br/>
        <w:t>v -1.822973 16.921467 -0.658100</w:t>
        <w:br/>
        <w:t>v -1.854763 16.904789 -0.629572</w:t>
        <w:br/>
        <w:t>v -1.746709 16.879829 -0.610674</w:t>
        <w:br/>
        <w:t>v -1.740032 16.872478 -0.638965</w:t>
        <w:br/>
        <w:t>v -1.636610 17.074450 -0.656040</w:t>
        <w:br/>
        <w:t>v -1.644366 17.078447 -0.626850</w:t>
        <w:br/>
        <w:t>v -1.723666 17.083826 -0.623427</w:t>
        <w:br/>
        <w:t>v -1.802628 16.907984 0.198723</w:t>
        <w:br/>
        <w:t>v -1.800289 16.914455 0.164237</w:t>
        <w:br/>
        <w:t>v -1.905925 16.970734 0.160315</w:t>
        <w:br/>
        <w:t>v -1.909379 16.973249 0.189992</w:t>
        <w:br/>
        <w:t>v -1.616291 17.068838 0.205318</w:t>
        <w:br/>
        <w:t>v -1.620787 17.070221 0.173292</w:t>
        <w:br/>
        <w:t>v -1.537794 17.029146 0.145726</w:t>
        <w:br/>
        <w:t>v -1.527499 17.016596 0.170919</w:t>
        <w:br/>
        <w:t>v -2.209253 17.158712 0.035048</w:t>
        <w:br/>
        <w:t>v -2.190829 17.143425 0.016424</w:t>
        <w:br/>
        <w:t>v -2.224079 17.164631 -0.062841</w:t>
        <w:br/>
        <w:t>v -2.245851 17.181892 -0.051599</w:t>
        <w:br/>
        <w:t>v -2.046388 17.323191 0.047950</w:t>
        <w:br/>
        <w:t>v -2.030386 17.308353 0.026929</w:t>
        <w:br/>
        <w:t>v -1.956804 17.266401 0.081562</w:t>
        <w:br/>
        <w:t>v -1.966759 17.276819 0.107855</w:t>
        <w:br/>
        <w:t>v -1.744856 16.878466 -0.667069</w:t>
        <w:br/>
        <w:t>v -1.745163 16.886271 -0.638128</w:t>
        <w:br/>
        <w:t>v -1.679044 16.847944 -0.614396</w:t>
        <w:br/>
        <w:t>v -1.673943 16.840105 -0.642875</w:t>
        <w:br/>
        <w:t>v -1.482617 16.979393 -0.633744</w:t>
        <w:br/>
        <w:t>v -1.486080 16.981699 -0.604054</w:t>
        <w:br/>
        <w:t>v -1.527991 17.017899 -0.613485</w:t>
        <w:br/>
        <w:t>v -1.524687 17.014931 -0.643137</w:t>
        <w:br/>
        <w:t>v -1.471690 16.901499 -0.628798</w:t>
        <w:br/>
        <w:t>v -1.474506 16.903372 -0.599021</w:t>
        <w:br/>
        <w:t>v -1.615426 17.065126 -0.656364</w:t>
        <w:br/>
        <w:t>v -1.622022 17.060785 -0.627449</w:t>
        <w:br/>
        <w:t>v -1.725514 17.113886 -0.626962</w:t>
        <w:br/>
        <w:t>v -1.727274 17.119247 -0.656402</w:t>
        <w:br/>
        <w:t>v -1.613823 16.814756 -0.635018</w:t>
        <w:br/>
        <w:t>v -1.616717 16.816387 -0.605228</w:t>
        <w:br/>
        <w:t>v -1.532187 16.838493 -0.599495</w:t>
        <w:br/>
        <w:t>v -1.529845 16.836510 -0.629310</w:t>
        <w:br/>
        <w:t>v -1.641096 16.941635 -0.689389</w:t>
        <w:br/>
        <w:t>v -1.681240 16.966078 -0.687254</w:t>
        <w:br/>
        <w:t>v -1.699267 16.936497 -0.687553</w:t>
        <w:br/>
        <w:t>v -1.659123 16.912054 -0.689702</w:t>
        <w:br/>
        <w:t>v -1.600923 16.916943 -0.670191</w:t>
        <w:br/>
        <w:t>v -1.600958 16.917168 -0.689989</w:t>
        <w:br/>
        <w:t>v -1.618984 16.887585 -0.690301</w:t>
        <w:br/>
        <w:t>v -1.618953 16.887375 -0.670504</w:t>
        <w:br/>
        <w:t>v -1.641074 16.941408 -0.669667</w:t>
        <w:br/>
        <w:t>v -1.681209 16.965864 -0.668018</w:t>
        <w:br/>
        <w:t>v -1.681240 16.966078 -0.687254</w:t>
        <w:br/>
        <w:t>v -1.641096 16.941635 -0.689389</w:t>
        <w:br/>
        <w:t>v -1.779505 16.985096 -0.657164</w:t>
        <w:br/>
        <w:t>v -1.779526 16.985271 -0.672465</w:t>
        <w:br/>
        <w:t>v -1.761497 17.014841 -0.672165</w:t>
        <w:br/>
        <w:t>v -1.761475 17.014664 -0.656864</w:t>
        <w:br/>
        <w:t>v -1.739373 16.960701 -0.664433</w:t>
        <w:br/>
        <w:t>v -1.699236 16.936285 -0.668330</w:t>
        <w:br/>
        <w:t>v -1.699267 16.936497 -0.687553</w:t>
        <w:br/>
        <w:t>v -1.739405 16.960915 -0.682332</w:t>
        <w:br/>
        <w:t>v -1.721375 16.990482 -0.682020</w:t>
        <w:br/>
        <w:t>v -1.761497 17.014841 -0.672165</w:t>
        <w:br/>
        <w:t>v -1.779526 16.985271 -0.672465</w:t>
        <w:br/>
        <w:t>v -1.739405 16.960915 -0.682332</w:t>
        <w:br/>
        <w:t>v -1.618984 16.887585 -0.690301</w:t>
        <w:br/>
        <w:t>v -1.600958 16.917168 -0.689989</w:t>
        <w:br/>
        <w:t>v -1.721347 16.990284 -0.664121</w:t>
        <w:br/>
        <w:t>v -1.761475 17.014664 -0.656864</w:t>
        <w:br/>
        <w:t>v -1.761497 17.014841 -0.672165</w:t>
        <w:br/>
        <w:t>v -1.721375 16.990482 -0.682020</w:t>
        <w:br/>
        <w:t>v -1.600958 16.917168 -0.689989</w:t>
        <w:br/>
        <w:t>v -1.600923 16.916943 -0.670191</w:t>
        <w:br/>
        <w:t>v -1.659101 16.911827 -0.669979</w:t>
        <w:br/>
        <w:t>v -1.618953 16.887375 -0.670504</w:t>
        <w:br/>
        <w:t>v -1.618984 16.887585 -0.690301</w:t>
        <w:br/>
        <w:t>v -1.659123 16.912054 -0.689702</w:t>
        <w:br/>
        <w:t>v -1.779526 16.985271 -0.672465</w:t>
        <w:br/>
        <w:t>v -1.779505 16.985096 -0.657164</w:t>
        <w:br/>
        <w:t>v -1.820721 17.165653 -0.615858</w:t>
        <w:br/>
        <w:t>v -1.823419 17.202986 -0.602718</w:t>
        <w:br/>
        <w:t>v -1.973877 16.986368 -0.618968</w:t>
        <w:br/>
        <w:t>v -1.937363 16.997911 -0.628773</w:t>
        <w:br/>
        <w:t>v -1.823419 17.202986 -0.602718</w:t>
        <w:br/>
        <w:t>v -1.815770 17.196205 -0.577937</w:t>
        <w:br/>
        <w:t>v -1.966605 16.979111 -0.594212</w:t>
        <w:br/>
        <w:t>v -1.973877 16.986368 -0.618968</w:t>
        <w:br/>
        <w:t>v -1.814313 17.159546 -0.590627</w:t>
        <w:br/>
        <w:t>v -1.820721 17.165653 -0.615858</w:t>
        <w:br/>
        <w:t>v -1.937363 16.997911 -0.628773</w:t>
        <w:br/>
        <w:t>v -1.931112 16.991621 -0.603555</w:t>
        <w:br/>
        <w:t>v -1.730409 17.121201 -0.657214</w:t>
        <w:br/>
        <w:t>v -1.721705 17.153675 -0.652917</w:t>
        <w:br/>
        <w:t>v -1.770047 17.184532 -0.635855</w:t>
        <w:br/>
        <w:t>v -1.772977 17.149040 -0.643737</w:t>
        <w:br/>
        <w:t>v -1.770047 17.184532 -0.635855</w:t>
        <w:br/>
        <w:t>v -1.721705 17.153675 -0.652917</w:t>
        <w:br/>
        <w:t>v -1.718640 17.149570 -0.626562</w:t>
        <w:br/>
        <w:t>v -1.765010 17.179249 -0.610137</w:t>
        <w:br/>
        <w:t>v -1.768607 17.144171 -0.617781</w:t>
        <w:br/>
        <w:t>v -1.727633 17.117353 -0.630759</w:t>
        <w:br/>
        <w:t>v -1.730409 17.121201 -0.657214</w:t>
        <w:br/>
        <w:t>v -1.772977 17.149040 -0.643737</w:t>
        <w:br/>
        <w:t>v -1.647268 17.061768 -0.669605</w:t>
        <w:br/>
        <w:t>v -1.602935 17.062281 -0.668243</w:t>
        <w:br/>
        <w:t>v -1.621548 17.084694 -0.667756</w:t>
        <w:br/>
        <w:t>v -1.662966 17.075184 -0.668268</w:t>
        <w:br/>
        <w:t>v -1.602935 17.062281 -0.668243</w:t>
        <w:br/>
        <w:t>v -1.603284 17.060543 -0.641238</w:t>
        <w:br/>
        <w:t>v -1.621306 17.082535 -0.640801</w:t>
        <w:br/>
        <w:t>v -1.621548 17.084694 -0.667756</w:t>
        <w:br/>
        <w:t>v -1.646856 17.059460 -0.642675</w:t>
        <w:br/>
        <w:t>v -1.647268 17.061768 -0.669605</w:t>
        <w:br/>
        <w:t>v -1.662966 17.075184 -0.668268</w:t>
        <w:br/>
        <w:t>v -1.662103 17.072636 -0.641388</w:t>
        <w:br/>
        <w:t>v -1.638182 17.041275 -0.670704</w:t>
        <w:br/>
        <w:t>v -1.590837 17.034939 -0.668256</w:t>
        <w:br/>
        <w:t>v -1.590837 17.034939 -0.668256</w:t>
        <w:br/>
        <w:t>v -1.591772 17.033602 -0.641214</w:t>
        <w:br/>
        <w:t>v -1.638169 17.039248 -0.643724</w:t>
        <w:br/>
        <w:t>v -1.638182 17.041275 -0.670704</w:t>
        <w:br/>
        <w:t>v -1.632648 16.992920 -0.672390</w:t>
        <w:br/>
        <w:t>v -1.583630 16.975756 -0.667818</w:t>
        <w:br/>
        <w:t>v -1.583630 16.975756 -0.667818</w:t>
        <w:br/>
        <w:t>v -1.585586 16.975142 -0.640764</w:t>
        <w:br/>
        <w:t>v -1.633362 16.991385 -0.645373</w:t>
        <w:br/>
        <w:t>v -1.632648 16.992920 -0.672390</w:t>
        <w:br/>
        <w:t>v -1.642122 16.948263 -0.674051</w:t>
        <w:br/>
        <w:t>v -1.594819 16.921474 -0.668355</w:t>
        <w:br/>
        <w:t>v -1.594819 16.921474 -0.668355</w:t>
        <w:br/>
        <w:t>v -1.597443 16.921328 -0.641288</w:t>
        <w:br/>
        <w:t>v -1.643251 16.947071 -0.647009</w:t>
        <w:br/>
        <w:t>v -1.642122 16.948263 -0.674051</w:t>
        <w:br/>
        <w:t>v -1.666680 16.914438 -0.676587</w:t>
        <w:br/>
        <w:t>v -1.625355 16.879076 -0.671565</w:t>
        <w:br/>
        <w:t>v -1.625355 16.879076 -0.671565</w:t>
        <w:br/>
        <w:t>v -1.627961 16.878910 -0.644499</w:t>
        <w:br/>
        <w:t>v -1.667781 16.913239 -0.649545</w:t>
        <w:br/>
        <w:t>v -1.666680 16.914438 -0.676587</w:t>
        <w:br/>
        <w:t>v -1.705759 16.887274 -0.680096</w:t>
        <w:br/>
        <w:t>v -1.672083 16.847160 -0.677111</w:t>
        <w:br/>
        <w:t>v -1.672083 16.847160 -0.677111</w:t>
        <w:br/>
        <w:t>v -1.674106 16.846552 -0.650044</w:t>
        <w:br/>
        <w:t>v -1.706461 16.885792 -0.653079</w:t>
        <w:br/>
        <w:t>v -1.705759 16.887274 -0.680096</w:t>
        <w:br/>
        <w:t>v -1.751251 16.875692 -0.682832</w:t>
        <w:br/>
        <w:t>v -1.728830 16.833324 -0.682907</w:t>
        <w:br/>
        <w:t>v -1.728830 16.833324 -0.682907</w:t>
        <w:br/>
        <w:t>v -1.729850 16.832016 -0.655877</w:t>
        <w:br/>
        <w:t>v -1.751278 16.873718 -0.655852</w:t>
        <w:br/>
        <w:t>v -1.751251 16.875692 -0.682832</w:t>
        <w:br/>
        <w:t>v -1.775285 16.877075 -0.683231</w:t>
        <w:br/>
        <w:t>v -1.759432 16.835238 -0.684905</w:t>
        <w:br/>
        <w:t>v -1.759432 16.835238 -0.684905</w:t>
        <w:br/>
        <w:t>v -1.759837 16.833511 -0.657901</w:t>
        <w:br/>
        <w:t>v -1.774875 16.874819 -0.656289</w:t>
        <w:br/>
        <w:t>v -1.775285 16.877075 -0.683231</w:t>
        <w:br/>
        <w:t>v -1.797199 16.886902 -0.682507</w:t>
        <w:br/>
        <w:t>v -1.790895 16.844263 -0.685530</w:t>
        <w:br/>
        <w:t>v -1.790895 16.844263 -0.685530</w:t>
        <w:br/>
        <w:t>v -1.790622 16.842087 -0.658575</w:t>
        <w:br/>
        <w:t>v -1.796256 16.884348 -0.655627</w:t>
        <w:br/>
        <w:t>v -1.797199 16.886902 -0.682507</w:t>
        <w:br/>
        <w:t>v -1.820432 16.902958 -0.679909</w:t>
        <w:br/>
        <w:t>v -1.863209 16.932447 -0.671403</w:t>
        <w:br/>
        <w:t>v -1.890254 16.912540 -0.670654</w:t>
        <w:br/>
        <w:t>v -1.841529 16.878799 -0.681183</w:t>
        <w:br/>
        <w:t>v -1.841529 16.878799 -0.681183</w:t>
        <w:br/>
        <w:t>v -1.890254 16.912540 -0.670654</w:t>
        <w:br/>
        <w:t>v -1.887165 16.908442 -0.644298</w:t>
        <w:br/>
        <w:t>v -1.839919 16.875738 -0.654428</w:t>
        <w:br/>
        <w:t>v -1.818873 16.899986 -0.653142</w:t>
        <w:br/>
        <w:t>v -1.860397 16.928610 -0.644948</w:t>
        <w:br/>
        <w:t>v -1.863209 16.932447 -0.671403</w:t>
        <w:br/>
        <w:t>v -1.820432 16.902958 -0.679909</w:t>
        <w:br/>
        <w:t>v -1.672124 17.120266 -0.663434</w:t>
        <w:br/>
        <w:t>v -1.686804 17.091660 -0.665695</w:t>
        <w:br/>
        <w:t>v -1.808981 17.207836 -0.606090</w:t>
        <w:br/>
        <w:t>v -1.806213 17.169901 -0.618831</w:t>
        <w:br/>
        <w:t>v -1.672124 17.120266 -0.663434</w:t>
        <w:br/>
        <w:t>v -1.670569 17.117167 -0.636680</w:t>
        <w:br/>
        <w:t>v -1.801278 17.201044 -0.581396</w:t>
        <w:br/>
        <w:t>v -1.808981 17.207836 -0.606090</w:t>
        <w:br/>
        <w:t>v -1.685314 17.088657 -0.638928</w:t>
        <w:br/>
        <w:t>v -1.686804 17.091660 -0.665695</w:t>
        <w:br/>
        <w:t>v -1.806213 17.169901 -0.618831</w:t>
        <w:br/>
        <w:t>v -1.799775 17.163776 -0.593662</w:t>
        <w:br/>
        <w:t>v -1.904424 16.961077 -0.657963</w:t>
        <w:br/>
        <w:t>v -1.936042 16.983187 -0.633207</w:t>
        <w:br/>
        <w:t>v -1.973107 16.971523 -0.623802</w:t>
        <w:br/>
        <w:t>v -1.936705 16.945314 -0.653554</w:t>
        <w:br/>
        <w:t>v -1.936705 16.945314 -0.653554</w:t>
        <w:br/>
        <w:t>v -1.973107 16.971523 -0.623802</w:t>
        <w:br/>
        <w:t>v -1.965796 16.964222 -0.599133</w:t>
        <w:br/>
        <w:t>v -1.931781 16.939873 -0.627849</w:t>
        <w:br/>
        <w:t>v -1.900078 16.956150 -0.632020</w:t>
        <w:br/>
        <w:t>v -1.929770 16.976862 -0.608026</w:t>
        <w:br/>
        <w:t>v -1.936042 16.983187 -0.633207</w:t>
        <w:br/>
        <w:t>v -1.904424 16.961077 -0.657963</w:t>
        <w:br/>
        <w:t>v -1.813891 17.171337 -0.616245</w:t>
        <w:br/>
        <w:t>v -1.816537 17.208916 -0.603205</w:t>
        <w:br/>
        <w:t>v -1.976972 16.977936 -0.620529</w:t>
        <w:br/>
        <w:t>v -1.940247 16.989611 -0.630234</w:t>
        <w:br/>
        <w:t>v -1.816537 17.208916 -0.603205</w:t>
        <w:br/>
        <w:t>v -1.808855 17.202154 -0.578449</w:t>
        <w:br/>
        <w:t>v -1.969695 16.970665 -0.595785</w:t>
        <w:br/>
        <w:t>v -1.976972 16.977936 -0.620529</w:t>
        <w:br/>
        <w:t>v -1.807471 17.165234 -0.591027</w:t>
        <w:br/>
        <w:t>v -1.813891 17.171337 -0.616245</w:t>
        <w:br/>
        <w:t>v -1.940247 16.989611 -0.630234</w:t>
        <w:br/>
        <w:t>v -1.934005 16.983307 -0.605028</w:t>
        <w:br/>
        <w:t>v 1.085900 16.591663 -0.600032</w:t>
        <w:br/>
        <w:t>v 0.973448 16.473928 -0.634856</w:t>
        <w:br/>
        <w:t>v 0.991572 16.431723 -0.582408</w:t>
        <w:br/>
        <w:t>v 1.090746 16.552145 -0.550370</w:t>
        <w:br/>
        <w:t>v 1.025533 16.725363 -0.666307</w:t>
        <w:br/>
        <w:t>v 0.892185 16.625988 -0.693011</w:t>
        <w:br/>
        <w:t>v 0.940036 16.536570 -0.668942</w:t>
        <w:br/>
        <w:t>v 1.061131 16.641651 -0.629435</w:t>
        <w:br/>
        <w:t>v 0.993345 16.801979 -0.694860</w:t>
        <w:br/>
        <w:t>v 0.847768 16.708313 -0.708762</w:t>
        <w:br/>
        <w:t>v 1.073484 16.599209 -0.584556</w:t>
        <w:br/>
        <w:t>v 1.076307 16.562162 -0.538466</w:t>
        <w:br/>
        <w:t>v 0.977482 16.439779 -0.568706</w:t>
        <w:br/>
        <w:t>v 0.960807 16.480724 -0.619218</w:t>
        <w:br/>
        <w:t>v 1.019201 16.729897 -0.646547</w:t>
        <w:br/>
        <w:t>v 1.052201 16.646172 -0.610712</w:t>
        <w:br/>
        <w:t>v 0.930968 16.539654 -0.649994</w:t>
        <w:br/>
        <w:t>v 0.885752 16.627949 -0.672877</w:t>
        <w:br/>
        <w:t>v 0.842647 16.710737 -0.688290</w:t>
        <w:br/>
        <w:t>v 0.988087 16.807188 -0.674950</w:t>
        <w:br/>
        <w:t>v 0.977482 16.439779 -0.568706</w:t>
        <w:br/>
        <w:t>v 1.076307 16.562162 -0.538466</w:t>
        <w:br/>
        <w:t>v 1.090746 16.552145 -0.550370</w:t>
        <w:br/>
        <w:t>v 0.991572 16.431723 -0.582408</w:t>
        <w:br/>
        <w:t>v 0.960807 16.480724 -0.619218</w:t>
        <w:br/>
        <w:t>v 0.977482 16.439779 -0.568706</w:t>
        <w:br/>
        <w:t>v 0.991572 16.431723 -0.582408</w:t>
        <w:br/>
        <w:t>v 0.973448 16.473928 -0.634856</w:t>
        <w:br/>
        <w:t>v 1.076307 16.562162 -0.538466</w:t>
        <w:br/>
        <w:t>v 1.073484 16.599209 -0.584556</w:t>
        <w:br/>
        <w:t>v 1.085900 16.591663 -0.600032</w:t>
        <w:br/>
        <w:t>v 1.090746 16.552145 -0.550370</w:t>
        <w:br/>
        <w:t>v 0.885752 16.627949 -0.672877</w:t>
        <w:br/>
        <w:t>v 0.930968 16.539654 -0.649994</w:t>
        <w:br/>
        <w:t>v 0.940036 16.536570 -0.668942</w:t>
        <w:br/>
        <w:t>v 0.892185 16.625988 -0.693011</w:t>
        <w:br/>
        <w:t>v 1.052201 16.646172 -0.610712</w:t>
        <w:br/>
        <w:t>v 1.019201 16.729897 -0.646547</w:t>
        <w:br/>
        <w:t>v 1.025533 16.725363 -0.666307</w:t>
        <w:br/>
        <w:t>v 1.061131 16.641651 -0.629435</w:t>
        <w:br/>
        <w:t>v 0.988087 16.807188 -0.674950</w:t>
        <w:br/>
        <w:t>v 0.842647 16.710737 -0.688290</w:t>
        <w:br/>
        <w:t>v 0.847768 16.708313 -0.708762</w:t>
        <w:br/>
        <w:t>v 0.993345 16.801979 -0.694860</w:t>
        <w:br/>
        <w:t>v 0.988087 16.807188 -0.674950</w:t>
        <w:br/>
        <w:t>v 0.993345 16.801979 -0.694860</w:t>
        <w:br/>
        <w:t>v 0.842647 16.710737 -0.688290</w:t>
        <w:br/>
        <w:t>v 0.847768 16.708313 -0.708762</w:t>
        <w:br/>
        <w:t>v -0.996430 16.425755 -0.585755</w:t>
        <w:br/>
        <w:t>v -0.973447 16.473928 -0.634856</w:t>
        <w:br/>
        <w:t>v -1.085899 16.591663 -0.600032</w:t>
        <w:br/>
        <w:t>v -1.096879 16.552118 -0.555741</w:t>
        <w:br/>
        <w:t>v -0.940035 16.536570 -0.668942</w:t>
        <w:br/>
        <w:t>v -0.892197 16.625988 -0.693011</w:t>
        <w:br/>
        <w:t>v -1.025533 16.725363 -0.666307</w:t>
        <w:br/>
        <w:t>v -1.061131 16.641651 -0.629435</w:t>
        <w:br/>
        <w:t>v -0.993345 16.801979 -0.694860</w:t>
        <w:br/>
        <w:t>v -0.847768 16.708313 -0.708762</w:t>
        <w:br/>
        <w:t>v -0.982341 16.433796 -0.572066</w:t>
        <w:br/>
        <w:t>v -1.082427 16.562124 -0.543825</w:t>
        <w:br/>
        <w:t>v -1.073484 16.599209 -0.584556</w:t>
        <w:br/>
        <w:t>v -0.960807 16.480724 -0.619218</w:t>
        <w:br/>
        <w:t>v -0.930967 16.539654 -0.649994</w:t>
        <w:br/>
        <w:t>v -1.052200 16.646172 -0.610712</w:t>
        <w:br/>
        <w:t>v -1.019200 16.729897 -0.646547</w:t>
        <w:br/>
        <w:t>v -0.885752 16.627949 -0.672877</w:t>
        <w:br/>
        <w:t>v -0.988086 16.807188 -0.674950</w:t>
        <w:br/>
        <w:t>v -0.842647 16.710737 -0.688290</w:t>
        <w:br/>
        <w:t>v -1.096879 16.552118 -0.555741</w:t>
        <w:br/>
        <w:t>v -1.082427 16.562124 -0.543825</w:t>
        <w:br/>
        <w:t>v -0.982341 16.433796 -0.572066</w:t>
        <w:br/>
        <w:t>v -0.996430 16.425755 -0.585755</w:t>
        <w:br/>
        <w:t>v -0.996430 16.425755 -0.585755</w:t>
        <w:br/>
        <w:t>v -0.982341 16.433796 -0.572066</w:t>
        <w:br/>
        <w:t>v -0.960807 16.480724 -0.619218</w:t>
        <w:br/>
        <w:t>v -0.973447 16.473928 -0.634856</w:t>
        <w:br/>
        <w:t>v -1.085899 16.591663 -0.600032</w:t>
        <w:br/>
        <w:t>v -1.073484 16.599209 -0.584556</w:t>
        <w:br/>
        <w:t>v -1.082427 16.562124 -0.543825</w:t>
        <w:br/>
        <w:t>v -1.096879 16.552118 -0.555741</w:t>
        <w:br/>
        <w:t>v -0.940035 16.536570 -0.668942</w:t>
        <w:br/>
        <w:t>v -0.930967 16.539654 -0.649994</w:t>
        <w:br/>
        <w:t>v -0.885752 16.627949 -0.672877</w:t>
        <w:br/>
        <w:t>v -0.892197 16.625988 -0.693011</w:t>
        <w:br/>
        <w:t>v -1.025533 16.725363 -0.666307</w:t>
        <w:br/>
        <w:t>v -1.019200 16.729897 -0.646547</w:t>
        <w:br/>
        <w:t>v -1.052200 16.646172 -0.610712</w:t>
        <w:br/>
        <w:t>v -1.061131 16.641651 -0.629435</w:t>
        <w:br/>
        <w:t>v -0.847768 16.708313 -0.708762</w:t>
        <w:br/>
        <w:t>v -0.842647 16.710737 -0.688290</w:t>
        <w:br/>
        <w:t>v -0.988086 16.807188 -0.674950</w:t>
        <w:br/>
        <w:t>v -0.993345 16.801979 -0.694860</w:t>
        <w:br/>
        <w:t>v -0.993345 16.801979 -0.694860</w:t>
        <w:br/>
        <w:t>v -0.988086 16.807188 -0.674950</w:t>
        <w:br/>
        <w:t>v -0.842647 16.710737 -0.688290</w:t>
        <w:br/>
        <w:t>v -0.847768 16.708313 -0.708762</w:t>
        <w:br/>
        <w:t>v 1.078531 16.557816 -0.559313</w:t>
        <w:br/>
        <w:t>v 0.982341 16.445251 -0.588441</w:t>
        <w:br/>
        <w:t>v 0.977270 16.447437 -0.578798</w:t>
        <w:br/>
        <w:t>v 1.072997 16.559464 -0.549820</w:t>
        <w:br/>
        <w:t>v 1.078818 16.561600 -0.569805</w:t>
        <w:br/>
        <w:t>v 0.981592 16.447811 -0.599233</w:t>
        <w:br/>
        <w:t>v 0.982341 16.445251 -0.588441</w:t>
        <w:br/>
        <w:t>v 1.078531 16.557816 -0.559313</w:t>
        <w:br/>
        <w:t>v 1.073722 16.569056 -0.576363</w:t>
        <w:br/>
        <w:t>v 0.975384 16.453943 -0.606140</w:t>
        <w:br/>
        <w:t>v 1.065640 16.576675 -0.575925</w:t>
        <w:br/>
        <w:t>v 0.966603 16.460762 -0.605928</w:t>
        <w:br/>
        <w:t>v 1.058346 16.580923 -0.568706</w:t>
        <w:br/>
        <w:t>v 0.959371 16.465086 -0.598683</w:t>
        <w:br/>
        <w:t>v 1.055248 16.579773 -0.558077</w:t>
        <w:br/>
        <w:t>v 0.957073 16.464874 -0.587804</w:t>
        <w:br/>
        <w:t>v 0.959371 16.465086 -0.598683</w:t>
        <w:br/>
        <w:t>v 1.058346 16.580923 -0.568706</w:t>
        <w:br/>
        <w:t>v 1.057796 16.573801 -0.549008</w:t>
        <w:br/>
        <w:t>v 0.960770 16.460251 -0.578386</w:t>
        <w:br/>
        <w:t>v 1.064816 16.565771 -0.545748</w:t>
        <w:br/>
        <w:t>v 0.968751 16.453358 -0.574826</w:t>
        <w:br/>
        <w:t>v 0.981180 16.443377 -0.588491</w:t>
        <w:br/>
        <w:t>v 0.976945 16.447012 -0.578873</w:t>
        <w:br/>
        <w:t>v 0.978332 16.442366 -0.599233</w:t>
        <w:br/>
        <w:t>v 0.981180 16.443377 -0.588491</w:t>
        <w:br/>
        <w:t>v 0.969738 16.444426 -0.606078</w:t>
        <w:br/>
        <w:t>v 0.959421 16.448622 -0.605815</w:t>
        <w:br/>
        <w:t>v 0.952214 16.452971 -0.598571</w:t>
        <w:br/>
        <w:t>v 0.951477 16.455429 -0.587741</w:t>
        <w:br/>
        <w:t>v 0.952214 16.452971 -0.598571</w:t>
        <w:br/>
        <w:t>v 0.957560 16.454882 -0.578386</w:t>
        <w:br/>
        <w:t>v 0.967615 16.451546 -0.574876</w:t>
        <w:br/>
        <w:t>v 0.980480 16.438530 -0.586280</w:t>
        <w:br/>
        <w:t>v 0.976583 16.443989 -0.577424</w:t>
        <w:br/>
        <w:t>v 0.976770 16.432774 -0.595048</w:t>
        <w:br/>
        <w:t>v 0.980480 16.438530 -0.586280</w:t>
        <w:br/>
        <w:t>v 0.967190 16.429424 -0.599645</w:t>
        <w:br/>
        <w:t>v 0.956223 16.430050 -0.597896</w:t>
        <w:br/>
        <w:t>v 0.949004 16.434347 -0.590627</w:t>
        <w:br/>
        <w:t>v 0.948904 16.440315 -0.581246</w:t>
        <w:br/>
        <w:t>v 0.949004 16.434347 -0.590627</w:t>
        <w:br/>
        <w:t>v 0.955974 16.445164 -0.574139</w:t>
        <w:br/>
        <w:t>v 0.966915 16.446611 -0.572628</w:t>
        <w:br/>
        <w:t>v 0.981105 16.435034 -0.583620</w:t>
        <w:br/>
        <w:t>v 0.976983 16.441566 -0.575613</w:t>
        <w:br/>
        <w:t>v 0.977957 16.426527 -0.590215</w:t>
        <w:br/>
        <w:t>v 0.981105 16.435034 -0.583620</w:t>
        <w:br/>
        <w:t>v 0.969039 16.420033 -0.592313</w:t>
        <w:br/>
        <w:t>v 0.958497 16.418585 -0.588928</w:t>
        <w:br/>
        <w:t>v 0.951290 16.422867 -0.581646</w:t>
        <w:br/>
        <w:t>v 0.950765 16.430874 -0.573877</w:t>
        <w:br/>
        <w:t>v 0.951290 16.422867 -0.581646</w:t>
        <w:br/>
        <w:t>v 0.957185 16.438854 -0.569255</w:t>
        <w:br/>
        <w:t>v 0.967540 16.443079 -0.569942</w:t>
        <w:br/>
        <w:t>v 1.017414 16.387270 -0.518969</w:t>
        <w:br/>
        <w:t>v 1.012968 16.394251 -0.511562</w:t>
        <w:br/>
        <w:t>v 1.015104 16.377687 -0.524102</w:t>
        <w:br/>
        <w:t>v 1.017414 16.387270 -0.518969</w:t>
        <w:br/>
        <w:t>v 1.007110 16.369968 -0.524539</w:t>
        <w:br/>
        <w:t>v 0.997180 16.367735 -0.520093</w:t>
        <w:br/>
        <w:t>v 0.989948 16.372019 -0.512836</w:t>
        <w:br/>
        <w:t>v 0.988811 16.380838 -0.506166</w:t>
        <w:br/>
        <w:t>v 0.989948 16.372019 -0.512836</w:t>
        <w:br/>
        <w:t>v 0.994294 16.390043 -0.503193</w:t>
        <w:br/>
        <w:t>v 1.003837 16.395340 -0.505329</w:t>
        <w:br/>
        <w:t>v 1.019088 16.386007 -0.516571</w:t>
        <w:br/>
        <w:t>v 1.013930 16.393452 -0.510138</w:t>
        <w:br/>
        <w:t>v 1.018651 16.375153 -0.519119</w:t>
        <w:br/>
        <w:t>v 1.019088 16.386007 -0.516571</w:t>
        <w:br/>
        <w:t>v 1.012805 16.365986 -0.516583</w:t>
        <w:br/>
        <w:t>v 1.004299 16.362774 -0.510150</w:t>
        <w:br/>
        <w:t>v 0.997117 16.367048 -0.502831</w:t>
        <w:br/>
        <w:t>v 0.994607 16.376778 -0.498047</w:t>
        <w:br/>
        <w:t>v 0.997117 16.367048 -0.502831</w:t>
        <w:br/>
        <w:t>v 0.997954 16.387432 -0.498047</w:t>
        <w:br/>
        <w:t>v 1.005586 16.394014 -0.502818</w:t>
        <w:br/>
        <w:t>v 1.022123 16.386457 -0.513848</w:t>
        <w:br/>
        <w:t>v 1.015079 16.393627 -0.509114</w:t>
        <w:br/>
        <w:t>v 1.026345 16.376253 -0.512174</w:t>
        <w:br/>
        <w:t>v 1.022123 16.386457 -0.513848</w:t>
        <w:br/>
        <w:t>v 1.025758 16.367811 -0.504867</w:t>
        <w:br/>
        <w:t>v 1.020650 16.365074 -0.495374</w:t>
        <w:br/>
        <w:t>v 1.013392 16.369320 -0.488105</w:t>
        <w:br/>
        <w:t>v 1.007397 16.378563 -0.486481</w:t>
        <w:br/>
        <w:t>v 1.013392 16.369320 -0.488105</w:t>
        <w:br/>
        <w:t>v 1.005461 16.388481 -0.491265</w:t>
        <w:br/>
        <w:t>v 1.008496 16.394426 -0.500196</w:t>
        <w:br/>
        <w:t>v 1.025383 16.389143 -0.512099</w:t>
        <w:br/>
        <w:t>v 1.017177 16.395412 -0.508015</w:t>
        <w:br/>
        <w:t>v 1.032478 16.381199 -0.508839</w:t>
        <w:br/>
        <w:t>v 1.025383 16.389143 -0.512099</w:t>
        <w:br/>
        <w:t>v 1.035138 16.375315 -0.499758</w:t>
        <w:br/>
        <w:t>v 1.032128 16.374243 -0.489104</w:t>
        <w:br/>
        <w:t>v 1.024846 16.378475 -0.481859</w:t>
        <w:br/>
        <w:t>v 1.016703 16.386032 -0.481422</w:t>
        <w:br/>
        <w:t>v 1.024846 16.378475 -0.481859</w:t>
        <w:br/>
        <w:t>v 1.011506 16.393389 -0.487980</w:t>
        <w:br/>
        <w:t>v 1.011694 16.397087 -0.498484</w:t>
        <w:br/>
        <w:t>v 1.123496 16.503967 -0.482397</w:t>
        <w:br/>
        <w:t>v 1.114953 16.509851 -0.478412</w:t>
        <w:br/>
        <w:t>v 1.131553 16.497162 -0.478837</w:t>
        <w:br/>
        <w:t>v 1.123496 16.503967 -0.482397</w:t>
        <w:br/>
        <w:t>v 1.135350 16.492603 -0.469406</w:t>
        <w:br/>
        <w:t>v 1.133114 16.492428 -0.458515</w:t>
        <w:br/>
        <w:t>v 1.125882 16.496737 -0.451258</w:t>
        <w:br/>
        <w:t>v 1.117051 16.503492 -0.451033</w:t>
        <w:br/>
        <w:t>v 1.125882 16.496737 -0.451258</w:t>
        <w:br/>
        <w:t>v 1.110756 16.509539 -0.457940</w:t>
        <w:br/>
        <w:t>v 1.109919 16.512049 -0.468744</w:t>
        <w:br/>
        <w:t>v 1.124733 16.506104 -0.482434</w:t>
        <w:br/>
        <w:t>v 1.115378 16.510551 -0.478400</w:t>
        <w:br/>
        <w:t>v 1.134863 16.502932 -0.478987</w:t>
        <w:br/>
        <w:t>v 1.124733 16.506104 -0.482434</w:t>
        <w:br/>
        <w:t>v 1.141008 16.502544 -0.469669</w:t>
        <w:br/>
        <w:t>v 1.140321 16.505093 -0.458864</w:t>
        <w:br/>
        <w:t>v 1.133101 16.509415 -0.451607</w:t>
        <w:br/>
        <w:t>v 1.122747 16.513460 -0.451295</w:t>
        <w:br/>
        <w:t>v 1.133101 16.509415 -0.451607</w:t>
        <w:br/>
        <w:t>v 1.114079 16.515360 -0.458077</w:t>
        <w:br/>
        <w:t>v 1.111168 16.514210 -0.468782</w:t>
        <w:br/>
        <w:t>v 1.115378 16.510551 -0.478400</w:t>
        <w:br/>
        <w:t>v 1.124733 16.506104 -0.482434</w:t>
        <w:br/>
        <w:t>v 1.125595 16.511402 -0.484732</w:t>
        <w:br/>
        <w:t>v 1.115927 16.513924 -0.479873</w:t>
        <w:br/>
        <w:t>v 1.134863 16.502932 -0.478987</w:t>
        <w:br/>
        <w:t>v 1.136524 16.513136 -0.483396</w:t>
        <w:br/>
        <w:t>v 1.125595 16.511402 -0.484732</w:t>
        <w:br/>
        <w:t>v 1.124733 16.506104 -0.482434</w:t>
        <w:br/>
        <w:t>v 1.141008 16.502544 -0.469669</w:t>
        <w:br/>
        <w:t>v 1.143606 16.518309 -0.476476</w:t>
        <w:br/>
        <w:t>v 1.140321 16.505093 -0.458864</w:t>
        <w:br/>
        <w:t>v 1.143519 16.524502 -0.467233</w:t>
        <w:br/>
        <w:t>v 1.133101 16.509415 -0.451607</w:t>
        <w:br/>
        <w:t>v 1.136299 16.528824 -0.459976</w:t>
        <w:br/>
        <w:t>v 1.122747 16.513460 -0.451295</w:t>
        <w:br/>
        <w:t>v 1.125332 16.529236 -0.458102</w:t>
        <w:br/>
        <w:t>v 1.136299 16.528824 -0.459976</w:t>
        <w:br/>
        <w:t>v 1.133101 16.509415 -0.451607</w:t>
        <w:br/>
        <w:t>v 1.114079 16.515360 -0.458077</w:t>
        <w:br/>
        <w:t>v 1.115752 16.525553 -0.462487</w:t>
        <w:br/>
        <w:t>v 1.111168 16.514210 -0.468782</w:t>
        <w:br/>
        <w:t>v 1.112030 16.519506 -0.471080</w:t>
        <w:br/>
        <w:t>v 1.124995 16.513273 -0.486431</w:t>
        <w:br/>
        <w:t>v 1.115690 16.514610 -0.480498</w:t>
        <w:br/>
        <w:t>v 1.134987 16.517996 -0.487805</w:t>
        <w:br/>
        <w:t>v 1.124995 16.513273 -0.486431</w:t>
        <w:br/>
        <w:t>v 1.140996 16.526564 -0.483970</w:t>
        <w:br/>
        <w:t>v 1.140196 16.534983 -0.476726</w:t>
        <w:br/>
        <w:t>v 1.132989 16.539291 -0.469469</w:t>
        <w:br/>
        <w:t>v 1.122722 16.537481 -0.465584</w:t>
        <w:br/>
        <w:t>v 1.132989 16.539291 -0.469469</w:t>
        <w:br/>
        <w:t>v 1.114203 16.530411 -0.466896</w:t>
        <w:br/>
        <w:t>v 1.111431 16.521379 -0.472791</w:t>
        <w:br/>
        <w:t>v 1.087036 16.559727 -0.551944</w:t>
        <w:br/>
        <w:t>v 1.077981 16.560749 -0.545573</w:t>
        <w:br/>
        <w:t>v 1.096380 16.565247 -0.554429</w:t>
        <w:br/>
        <w:t>v 1.087036 16.559727 -0.551944</w:t>
        <w:br/>
        <w:t>v 1.101650 16.574715 -0.551869</w:t>
        <w:br/>
        <w:t>v 1.100376 16.583706 -0.545449</w:t>
        <w:br/>
        <w:t>v 1.093157 16.588017 -0.538192</w:t>
        <w:br/>
        <w:t>v 1.083364 16.585619 -0.533483</w:t>
        <w:br/>
        <w:t>v 1.093157 16.588017 -0.538192</w:t>
        <w:br/>
        <w:t>v 1.075595 16.577650 -0.533520</w:t>
        <w:br/>
        <w:t>v 1.073472 16.567820 -0.538304</w:t>
        <w:br/>
        <w:t>v 1.085438 16.560564 -0.554017</w:t>
        <w:br/>
        <w:t>v 1.077381 16.561089 -0.546373</w:t>
        <w:br/>
        <w:t>v 1.092332 16.567295 -0.559638</w:t>
        <w:br/>
        <w:t>v 1.085438 16.560564 -0.554017</w:t>
        <w:br/>
        <w:t>v 1.094831 16.578125 -0.560600</w:t>
        <w:br/>
        <w:t>v 1.091783 16.588005 -0.556478</w:t>
        <w:br/>
        <w:t>v 1.084601 16.592289 -0.549171</w:t>
        <w:br/>
        <w:t>v 1.076645 16.588991 -0.542114</w:t>
        <w:br/>
        <w:t>v 1.084601 16.592289 -0.549171</w:t>
        <w:br/>
        <w:t>v 1.071648 16.579649 -0.538604</w:t>
        <w:br/>
        <w:t>v 1.071936 16.568630 -0.540290</w:t>
        <w:br/>
        <w:t>v 1.080766 16.559513 -0.558014</w:t>
        <w:br/>
        <w:t>v 1.074159 16.560350 -0.549108</w:t>
        <w:br/>
        <w:t>v 1.083839 16.565447 -0.566932</w:t>
        <w:br/>
        <w:t>v 1.080766 16.559513 -0.558014</w:t>
        <w:br/>
        <w:t>v 1.081965 16.575352 -0.571691</w:t>
        <w:br/>
        <w:t>v 1.075995 16.584606 -0.570067</w:t>
        <w:br/>
        <w:t>v 1.068738 16.588867 -0.562823</w:t>
        <w:br/>
        <w:t>v 1.063592 16.586155 -0.553343</w:t>
        <w:br/>
        <w:t>v 1.068738 16.588867 -0.562823</w:t>
        <w:br/>
        <w:t>v 1.062955 16.577738 -0.546073</w:t>
        <w:br/>
        <w:t>v 1.067127 16.567545 -0.544399</w:t>
        <w:br/>
        <w:t>v -0.977269 16.447437 -0.578798</w:t>
        <w:br/>
        <w:t>v -0.982341 16.445251 -0.588441</w:t>
        <w:br/>
        <w:t>v -1.078530 16.557816 -0.559313</w:t>
        <w:br/>
        <w:t>v -1.072997 16.559464 -0.549820</w:t>
        <w:br/>
        <w:t>v -0.982341 16.445251 -0.588441</w:t>
        <w:br/>
        <w:t>v -0.981591 16.447811 -0.599233</w:t>
        <w:br/>
        <w:t>v -1.078817 16.561600 -0.569805</w:t>
        <w:br/>
        <w:t>v -1.078530 16.557816 -0.559313</w:t>
        <w:br/>
        <w:t>v -0.975383 16.453943 -0.606140</w:t>
        <w:br/>
        <w:t>v -1.073734 16.569056 -0.576363</w:t>
        <w:br/>
        <w:t>v -0.966603 16.460762 -0.605928</w:t>
        <w:br/>
        <w:t>v -1.065640 16.576675 -0.575925</w:t>
        <w:br/>
        <w:t>v -0.959371 16.465086 -0.598683</w:t>
        <w:br/>
        <w:t>v -1.058345 16.580923 -0.568706</w:t>
        <w:br/>
        <w:t>v -0.959371 16.465086 -0.598683</w:t>
        <w:br/>
        <w:t>v -0.957072 16.464874 -0.587804</w:t>
        <w:br/>
        <w:t>v -1.055248 16.579773 -0.558077</w:t>
        <w:br/>
        <w:t>v -1.058345 16.580923 -0.568706</w:t>
        <w:br/>
        <w:t>v -0.960770 16.460251 -0.578386</w:t>
        <w:br/>
        <w:t>v -1.057808 16.573801 -0.549008</w:t>
        <w:br/>
        <w:t>v -0.968751 16.453358 -0.574826</w:t>
        <w:br/>
        <w:t>v -1.064815 16.565771 -0.545748</w:t>
        <w:br/>
        <w:t>v -0.976945 16.447012 -0.578873</w:t>
        <w:br/>
        <w:t>v -0.981179 16.443377 -0.588491</w:t>
        <w:br/>
        <w:t>v -0.981179 16.443377 -0.588491</w:t>
        <w:br/>
        <w:t>v -0.978331 16.442366 -0.599233</w:t>
        <w:br/>
        <w:t>v -0.969738 16.444426 -0.606078</w:t>
        <w:br/>
        <w:t>v -0.959421 16.448622 -0.605815</w:t>
        <w:br/>
        <w:t>v -0.952214 16.452971 -0.598571</w:t>
        <w:br/>
        <w:t>v -0.952214 16.452971 -0.598571</w:t>
        <w:br/>
        <w:t>v -0.951477 16.455429 -0.587741</w:t>
        <w:br/>
        <w:t>v -0.957559 16.454882 -0.578386</w:t>
        <w:br/>
        <w:t>v -0.967614 16.451546 -0.574876</w:t>
        <w:br/>
        <w:t>v -0.976583 16.443989 -0.577424</w:t>
        <w:br/>
        <w:t>v -0.980480 16.438530 -0.586280</w:t>
        <w:br/>
        <w:t>v -0.980480 16.438530 -0.586280</w:t>
        <w:br/>
        <w:t>v -0.976770 16.432774 -0.595048</w:t>
        <w:br/>
        <w:t>v -0.967190 16.429424 -0.599645</w:t>
        <w:br/>
        <w:t>v -0.956223 16.430050 -0.597896</w:t>
        <w:br/>
        <w:t>v -0.949003 16.434347 -0.590627</w:t>
        <w:br/>
        <w:t>v -0.949003 16.434347 -0.590627</w:t>
        <w:br/>
        <w:t>v -0.948904 16.440315 -0.581246</w:t>
        <w:br/>
        <w:t>v -0.955973 16.445164 -0.574139</w:t>
        <w:br/>
        <w:t>v -0.966915 16.446611 -0.572628</w:t>
        <w:br/>
        <w:t>v -0.976982 16.441566 -0.575613</w:t>
        <w:br/>
        <w:t>v -0.981104 16.435034 -0.583620</w:t>
        <w:br/>
        <w:t>v -0.981104 16.435034 -0.583620</w:t>
        <w:br/>
        <w:t>v -0.977956 16.426527 -0.590215</w:t>
        <w:br/>
        <w:t>v -0.969038 16.420033 -0.592313</w:t>
        <w:br/>
        <w:t>v -0.958496 16.418585 -0.588928</w:t>
        <w:br/>
        <w:t>v -0.951289 16.422867 -0.581646</w:t>
        <w:br/>
        <w:t>v -0.951289 16.422867 -0.581646</w:t>
        <w:br/>
        <w:t>v -0.950765 16.430874 -0.573877</w:t>
        <w:br/>
        <w:t>v -0.957185 16.438854 -0.569255</w:t>
        <w:br/>
        <w:t>v -0.967539 16.443079 -0.569942</w:t>
        <w:br/>
        <w:t>v -1.012967 16.394251 -0.511562</w:t>
        <w:br/>
        <w:t>v -1.017414 16.387270 -0.518969</w:t>
        <w:br/>
        <w:t>v -1.017414 16.387270 -0.518969</w:t>
        <w:br/>
        <w:t>v -1.015103 16.377687 -0.524102</w:t>
        <w:br/>
        <w:t>v -1.007109 16.369959 -0.524539</w:t>
        <w:br/>
        <w:t>v -0.997179 16.367735 -0.520093</w:t>
        <w:br/>
        <w:t>v -0.989947 16.372019 -0.512836</w:t>
        <w:br/>
        <w:t>v -0.989947 16.372019 -0.512836</w:t>
        <w:br/>
        <w:t>v -0.988811 16.380838 -0.506166</w:t>
        <w:br/>
        <w:t>v -0.994294 16.390043 -0.503193</w:t>
        <w:br/>
        <w:t>v -1.003837 16.395340 -0.505329</w:t>
        <w:br/>
        <w:t>v -1.013929 16.393452 -0.510138</w:t>
        <w:br/>
        <w:t>v -1.019088 16.386007 -0.516571</w:t>
        <w:br/>
        <w:t>v -1.019088 16.386007 -0.516571</w:t>
        <w:br/>
        <w:t>v -1.018651 16.375153 -0.519119</w:t>
        <w:br/>
        <w:t>v -1.012805 16.365986 -0.516583</w:t>
        <w:br/>
        <w:t>v -1.004299 16.362774 -0.510150</w:t>
        <w:br/>
        <w:t>v -0.997117 16.367048 -0.502831</w:t>
        <w:br/>
        <w:t>v -0.997117 16.367048 -0.502831</w:t>
        <w:br/>
        <w:t>v -0.994606 16.376778 -0.498060</w:t>
        <w:br/>
        <w:t>v -0.997954 16.387432 -0.498047</w:t>
        <w:br/>
        <w:t>v -1.005586 16.394014 -0.502818</w:t>
        <w:br/>
        <w:t>v -1.015078 16.393627 -0.509114</w:t>
        <w:br/>
        <w:t>v -1.022123 16.386457 -0.513848</w:t>
        <w:br/>
        <w:t>v -1.022123 16.386457 -0.513848</w:t>
        <w:br/>
        <w:t>v -1.026345 16.376253 -0.512174</w:t>
        <w:br/>
        <w:t>v -1.025758 16.367811 -0.504867</w:t>
        <w:br/>
        <w:t>v -1.020649 16.365074 -0.495374</w:t>
        <w:br/>
        <w:t>v -1.013392 16.369320 -0.488105</w:t>
        <w:br/>
        <w:t>v -1.013392 16.369320 -0.488105</w:t>
        <w:br/>
        <w:t>v -1.007397 16.378563 -0.486481</w:t>
        <w:br/>
        <w:t>v -1.005461 16.388481 -0.491265</w:t>
        <w:br/>
        <w:t>v -1.008496 16.394426 -0.500196</w:t>
        <w:br/>
        <w:t>v -1.017177 16.395412 -0.508015</w:t>
        <w:br/>
        <w:t>v -1.025383 16.389143 -0.512099</w:t>
        <w:br/>
        <w:t>v -1.025383 16.389143 -0.512099</w:t>
        <w:br/>
        <w:t>v -1.032477 16.381199 -0.508839</w:t>
        <w:br/>
        <w:t>v -1.035138 16.375315 -0.499758</w:t>
        <w:br/>
        <w:t>v -1.032128 16.374243 -0.489104</w:t>
        <w:br/>
        <w:t>v -1.024846 16.378475 -0.481859</w:t>
        <w:br/>
        <w:t>v -1.024846 16.378475 -0.481859</w:t>
        <w:br/>
        <w:t>v -1.016702 16.386032 -0.481422</w:t>
        <w:br/>
        <w:t>v -1.011506 16.393389 -0.487980</w:t>
        <w:br/>
        <w:t>v -1.011693 16.397087 -0.498484</w:t>
        <w:br/>
        <w:t>v -1.114952 16.509851 -0.478412</w:t>
        <w:br/>
        <w:t>v -1.123496 16.503967 -0.482397</w:t>
        <w:br/>
        <w:t>v -1.123496 16.503967 -0.482397</w:t>
        <w:br/>
        <w:t>v -1.131552 16.497162 -0.478837</w:t>
        <w:br/>
        <w:t>v -1.135349 16.492603 -0.469406</w:t>
        <w:br/>
        <w:t>v -1.133114 16.492428 -0.458515</w:t>
        <w:br/>
        <w:t>v -1.125894 16.496737 -0.451258</w:t>
        <w:br/>
        <w:t>v -1.125894 16.496737 -0.451258</w:t>
        <w:br/>
        <w:t>v -1.117063 16.503492 -0.451033</w:t>
        <w:br/>
        <w:t>v -1.110756 16.509539 -0.457940</w:t>
        <w:br/>
        <w:t>v -1.109919 16.512049 -0.468744</w:t>
        <w:br/>
        <w:t>v -1.115377 16.510551 -0.478400</w:t>
        <w:br/>
        <w:t>v -1.124732 16.506104 -0.482434</w:t>
        <w:br/>
        <w:t>v -1.124732 16.506104 -0.482434</w:t>
        <w:br/>
        <w:t>v -1.134862 16.502932 -0.478987</w:t>
        <w:br/>
        <w:t>v -1.141020 16.502544 -0.469669</w:t>
        <w:br/>
        <w:t>v -1.140321 16.505093 -0.458864</w:t>
        <w:br/>
        <w:t>v -1.133101 16.509415 -0.451607</w:t>
        <w:br/>
        <w:t>v -1.133101 16.509415 -0.451607</w:t>
        <w:br/>
        <w:t>v -1.122746 16.513460 -0.451295</w:t>
        <w:br/>
        <w:t>v -1.114078 16.515360 -0.458077</w:t>
        <w:br/>
        <w:t>v -1.111168 16.514210 -0.468782</w:t>
        <w:br/>
        <w:t>v -1.115377 16.510551 -0.478400</w:t>
        <w:br/>
        <w:t>v -1.115927 16.513924 -0.479873</w:t>
        <w:br/>
        <w:t>v -1.125594 16.511402 -0.484732</w:t>
        <w:br/>
        <w:t>v -1.124732 16.506104 -0.482434</w:t>
        <w:br/>
        <w:t>v -1.125594 16.511402 -0.484732</w:t>
        <w:br/>
        <w:t>v -1.136523 16.513136 -0.483396</w:t>
        <w:br/>
        <w:t>v -1.134862 16.502932 -0.478987</w:t>
        <w:br/>
        <w:t>v -1.124732 16.506104 -0.482434</w:t>
        <w:br/>
        <w:t>v -1.143605 16.518309 -0.476476</w:t>
        <w:br/>
        <w:t>v -1.141020 16.502544 -0.469669</w:t>
        <w:br/>
        <w:t>v -1.143518 16.524502 -0.467233</w:t>
        <w:br/>
        <w:t>v -1.140321 16.505093 -0.458864</w:t>
        <w:br/>
        <w:t>v -1.136299 16.528824 -0.459976</w:t>
        <w:br/>
        <w:t>v -1.133101 16.509415 -0.451607</w:t>
        <w:br/>
        <w:t>v -1.136299 16.528824 -0.459976</w:t>
        <w:br/>
        <w:t>v -1.125332 16.529236 -0.458102</w:t>
        <w:br/>
        <w:t>v -1.122746 16.513460 -0.451295</w:t>
        <w:br/>
        <w:t>v -1.133101 16.509415 -0.451607</w:t>
        <w:br/>
        <w:t>v -1.115752 16.525553 -0.462487</w:t>
        <w:br/>
        <w:t>v -1.114078 16.515360 -0.458077</w:t>
        <w:br/>
        <w:t>v -1.112030 16.519506 -0.471080</w:t>
        <w:br/>
        <w:t>v -1.111168 16.514210 -0.468782</w:t>
        <w:br/>
        <w:t>v -1.115689 16.514610 -0.480498</w:t>
        <w:br/>
        <w:t>v -1.124995 16.513273 -0.486431</w:t>
        <w:br/>
        <w:t>v -1.124995 16.513273 -0.486431</w:t>
        <w:br/>
        <w:t>v -1.134987 16.517996 -0.487805</w:t>
        <w:br/>
        <w:t>v -1.140995 16.526564 -0.483970</w:t>
        <w:br/>
        <w:t>v -1.140196 16.534983 -0.476726</w:t>
        <w:br/>
        <w:t>v -1.132989 16.539291 -0.469469</w:t>
        <w:br/>
        <w:t>v -1.132989 16.539291 -0.469469</w:t>
        <w:br/>
        <w:t>v -1.122721 16.537481 -0.465584</w:t>
        <w:br/>
        <w:t>v -1.114203 16.530411 -0.466896</w:t>
        <w:br/>
        <w:t>v -1.111430 16.521379 -0.472791</w:t>
        <w:br/>
        <w:t>v -1.077993 16.560749 -0.545573</w:t>
        <w:br/>
        <w:t>v -1.087036 16.559727 -0.551944</w:t>
        <w:br/>
        <w:t>v -1.087036 16.559727 -0.551944</w:t>
        <w:br/>
        <w:t>v -1.096379 16.565247 -0.554429</w:t>
        <w:br/>
        <w:t>v -1.101650 16.574715 -0.551869</w:t>
        <w:br/>
        <w:t>v -1.100376 16.583706 -0.545449</w:t>
        <w:br/>
        <w:t>v -1.093156 16.588017 -0.538192</w:t>
        <w:br/>
        <w:t>v -1.093156 16.588017 -0.538192</w:t>
        <w:br/>
        <w:t>v -1.083364 16.585619 -0.533483</w:t>
        <w:br/>
        <w:t>v -1.075595 16.577650 -0.533520</w:t>
        <w:br/>
        <w:t>v -1.073471 16.567820 -0.538304</w:t>
        <w:br/>
        <w:t>v -1.077381 16.561089 -0.546373</w:t>
        <w:br/>
        <w:t>v -1.085437 16.560564 -0.554017</w:t>
        <w:br/>
        <w:t>v -1.085437 16.560564 -0.554017</w:t>
        <w:br/>
        <w:t>v -1.092332 16.567295 -0.559638</w:t>
        <w:br/>
        <w:t>v -1.094830 16.578125 -0.560600</w:t>
        <w:br/>
        <w:t>v -1.091782 16.588005 -0.556478</w:t>
        <w:br/>
        <w:t>v -1.084600 16.592289 -0.549171</w:t>
        <w:br/>
        <w:t>v -1.084600 16.592289 -0.549171</w:t>
        <w:br/>
        <w:t>v -1.076644 16.588991 -0.542114</w:t>
        <w:br/>
        <w:t>v -1.071648 16.579649 -0.538604</w:t>
        <w:br/>
        <w:t>v -1.071935 16.568630 -0.540290</w:t>
        <w:br/>
        <w:t>v -1.074158 16.560350 -0.549108</w:t>
        <w:br/>
        <w:t>v -1.080766 16.559513 -0.558014</w:t>
        <w:br/>
        <w:t>v -1.080766 16.559513 -0.558014</w:t>
        <w:br/>
        <w:t>v -1.083851 16.565447 -0.566932</w:t>
        <w:br/>
        <w:t>v -1.081965 16.575352 -0.571691</w:t>
        <w:br/>
        <w:t>v -1.075994 16.584606 -0.570067</w:t>
        <w:br/>
        <w:t>v -1.068738 16.588867 -0.562823</w:t>
        <w:br/>
        <w:t>v -1.068738 16.588867 -0.562823</w:t>
        <w:br/>
        <w:t>v -1.063591 16.586155 -0.553343</w:t>
        <w:br/>
        <w:t>v -1.062954 16.577738 -0.546073</w:t>
        <w:br/>
        <w:t>v -1.067126 16.567545 -0.544399</w:t>
        <w:br/>
        <w:t>v 3.012233 16.546667 -0.291853</w:t>
        <w:br/>
        <w:t>v 3.001263 16.546556 -0.329962</w:t>
        <w:br/>
        <w:t>v 2.958104 16.600624 -0.297062</w:t>
        <w:br/>
        <w:t>v 2.978736 16.560934 -0.359252</w:t>
        <w:br/>
        <w:t>v 2.950680 16.585947 -0.371880</w:t>
        <w:br/>
        <w:t>v 2.924607 16.614891 -0.364461</w:t>
        <w:br/>
        <w:t>v 2.907520 16.640017 -0.338992</w:t>
        <w:br/>
        <w:t>v 2.903990 16.654591 -0.302270</w:t>
        <w:br/>
        <w:t>v 2.914960 16.654705 -0.264174</w:t>
        <w:br/>
        <w:t>v 2.937487 16.640327 -0.234872</w:t>
        <w:br/>
        <w:t>v 2.965544 16.615313 -0.222244</w:t>
        <w:br/>
        <w:t>v 2.991613 16.586357 -0.229663</w:t>
        <w:br/>
        <w:t>v 3.008700 16.561232 -0.255144</w:t>
        <w:br/>
        <w:t>v 3.023731 16.557875 -0.295201</w:t>
        <w:br/>
        <w:t>v 3.012762 16.557766 -0.333309</w:t>
        <w:br/>
        <w:t>v 3.001263 16.546556 -0.329962</w:t>
        <w:br/>
        <w:t>v 3.012233 16.546667 -0.291853</w:t>
        <w:br/>
        <w:t>v 2.990235 16.572142 -0.362599</w:t>
        <w:br/>
        <w:t>v 2.978736 16.560934 -0.359252</w:t>
        <w:br/>
        <w:t>v 2.962179 16.597155 -0.375227</w:t>
        <w:br/>
        <w:t>v 2.950680 16.585947 -0.371880</w:t>
        <w:br/>
        <w:t>v 2.936109 16.626108 -0.367808</w:t>
        <w:br/>
        <w:t>v 2.924607 16.614891 -0.364461</w:t>
        <w:br/>
        <w:t>v 2.919019 16.651222 -0.342327</w:t>
        <w:br/>
        <w:t>v 2.907520 16.640017 -0.338992</w:t>
        <w:br/>
        <w:t>v 2.915489 16.665800 -0.305618</w:t>
        <w:br/>
        <w:t>v 2.903990 16.654591 -0.302270</w:t>
        <w:br/>
        <w:t>v 2.926458 16.665911 -0.267509</w:t>
        <w:br/>
        <w:t>v 2.914960 16.654705 -0.264174</w:t>
        <w:br/>
        <w:t>v 2.926458 16.665911 -0.267509</w:t>
        <w:br/>
        <w:t>v 2.948986 16.651533 -0.238219</w:t>
        <w:br/>
        <w:t>v 2.937487 16.640327 -0.234872</w:t>
        <w:br/>
        <w:t>v 2.914960 16.654705 -0.264174</w:t>
        <w:br/>
        <w:t>v 2.977042 16.626520 -0.225591</w:t>
        <w:br/>
        <w:t>v 2.965544 16.615313 -0.222244</w:t>
        <w:br/>
        <w:t>v 3.003112 16.597567 -0.233011</w:t>
        <w:br/>
        <w:t>v 2.991613 16.586357 -0.229663</w:t>
        <w:br/>
        <w:t>v 3.020199 16.572439 -0.258491</w:t>
        <w:br/>
        <w:t>v 3.008700 16.561232 -0.255144</w:t>
        <w:br/>
        <w:t>v 2.969603 16.611834 -0.300409</w:t>
        <w:br/>
        <w:t>v 3.012762 16.557766 -0.333309</w:t>
        <w:br/>
        <w:t>v 3.023731 16.557875 -0.295201</w:t>
        <w:br/>
        <w:t>v 2.990235 16.572142 -0.362599</w:t>
        <w:br/>
        <w:t>v 2.962179 16.597155 -0.375227</w:t>
        <w:br/>
        <w:t>v 2.936109 16.626108 -0.367808</w:t>
        <w:br/>
        <w:t>v 2.919019 16.651222 -0.342327</w:t>
        <w:br/>
        <w:t>v 2.915489 16.665800 -0.305618</w:t>
        <w:br/>
        <w:t>v 2.926458 16.665911 -0.267509</w:t>
        <w:br/>
        <w:t>v 2.948986 16.651533 -0.238219</w:t>
        <w:br/>
        <w:t>v 2.977042 16.626520 -0.225591</w:t>
        <w:br/>
        <w:t>v 3.003112 16.597567 -0.233011</w:t>
        <w:br/>
        <w:t>v 3.020199 16.572439 -0.258491</w:t>
        <w:br/>
        <w:t>v 3.385270 16.255955 -0.334134</w:t>
        <w:br/>
        <w:t>v 3.372868 16.254066 -0.371755</w:t>
        <w:br/>
        <w:t>v 3.320383 16.296642 -0.335670</w:t>
        <w:br/>
        <w:t>v 3.346390 16.263592 -0.399696</w:t>
        <w:br/>
        <w:t>v 3.312947 16.281967 -0.410488</w:t>
        <w:br/>
        <w:t>v 3.281502 16.304279 -0.401233</w:t>
        <w:br/>
        <w:t>v 3.260473 16.324539 -0.374416</w:t>
        <w:br/>
        <w:t>v 3.255497 16.337332 -0.337206</w:t>
        <w:br/>
        <w:t>v 3.267915 16.339230 -0.299597</w:t>
        <w:br/>
        <w:t>v 3.294380 16.329706 -0.271644</w:t>
        <w:br/>
        <w:t>v 3.327820 16.311319 -0.260852</w:t>
        <w:br/>
        <w:t>v 3.359267 16.289017 -0.270107</w:t>
        <w:br/>
        <w:t>v 3.380291 16.268744 -0.296937</w:t>
        <w:br/>
        <w:t>v 3.393851 16.269497 -0.337643</w:t>
        <w:br/>
        <w:t>v 3.381433 16.267599 -0.375265</w:t>
        <w:br/>
        <w:t>v 3.372868 16.254066 -0.371755</w:t>
        <w:br/>
        <w:t>v 3.385270 16.255955 -0.334134</w:t>
        <w:br/>
        <w:t>v 3.354968 16.277121 -0.403206</w:t>
        <w:br/>
        <w:t>v 3.346390 16.263592 -0.399696</w:t>
        <w:br/>
        <w:t>v 3.321524 16.295494 -0.413998</w:t>
        <w:br/>
        <w:t>v 3.312947 16.281967 -0.410488</w:t>
        <w:br/>
        <w:t>v 3.290081 16.317810 -0.404742</w:t>
        <w:br/>
        <w:t>v 3.281502 16.304279 -0.401233</w:t>
        <w:br/>
        <w:t>v 3.269043 16.338085 -0.377925</w:t>
        <w:br/>
        <w:t>v 3.260473 16.324539 -0.374416</w:t>
        <w:br/>
        <w:t>v 3.264065 16.350876 -0.340716</w:t>
        <w:br/>
        <w:t>v 3.255497 16.337332 -0.337206</w:t>
        <w:br/>
        <w:t>v 3.276479 16.352760 -0.303107</w:t>
        <w:br/>
        <w:t>v 3.267915 16.339230 -0.299597</w:t>
        <w:br/>
        <w:t>v 3.276479 16.352760 -0.303107</w:t>
        <w:br/>
        <w:t>v 3.302946 16.343237 -0.275153</w:t>
        <w:br/>
        <w:t>v 3.294380 16.329706 -0.271644</w:t>
        <w:br/>
        <w:t>v 3.267915 16.339230 -0.299597</w:t>
        <w:br/>
        <w:t>v 3.336388 16.324862 -0.264362</w:t>
        <w:br/>
        <w:t>v 3.327820 16.311319 -0.260852</w:t>
        <w:br/>
        <w:t>v 3.367833 16.302551 -0.273617</w:t>
        <w:br/>
        <w:t>v 3.359267 16.289017 -0.270107</w:t>
        <w:br/>
        <w:t>v 3.388873 16.282286 -0.300447</w:t>
        <w:br/>
        <w:t>v 3.380291 16.268744 -0.296937</w:t>
        <w:br/>
        <w:t>v 3.328952 16.310188 -0.339180</w:t>
        <w:br/>
        <w:t>v 3.381433 16.267599 -0.375265</w:t>
        <w:br/>
        <w:t>v 3.393851 16.269497 -0.337643</w:t>
        <w:br/>
        <w:t>v 3.354968 16.277121 -0.403206</w:t>
        <w:br/>
        <w:t>v 3.321524 16.295494 -0.413998</w:t>
        <w:br/>
        <w:t>v 3.290081 16.317810 -0.404742</w:t>
        <w:br/>
        <w:t>v 3.269043 16.338085 -0.377925</w:t>
        <w:br/>
        <w:t>v 3.264065 16.350876 -0.340716</w:t>
        <w:br/>
        <w:t>v 3.276479 16.352760 -0.303107</w:t>
        <w:br/>
        <w:t>v 3.302946 16.343237 -0.275153</w:t>
        <w:br/>
        <w:t>v 3.336388 16.324862 -0.264362</w:t>
        <w:br/>
        <w:t>v 3.367833 16.302551 -0.273617</w:t>
        <w:br/>
        <w:t>v 3.388873 16.282286 -0.300447</w:t>
        <w:br/>
        <w:t>v 3.733926 16.101124 -0.293139</w:t>
        <w:br/>
        <w:t>v 3.721958 16.099228 -0.330748</w:t>
        <w:br/>
        <w:t>v 3.671387 16.141813 -0.294676</w:t>
        <w:br/>
        <w:t>v 3.696449 16.108749 -0.358702</w:t>
        <w:br/>
        <w:t>v 3.664216 16.127125 -0.369494</w:t>
        <w:br/>
        <w:t>v 3.633909 16.149439 -0.360238</w:t>
        <w:br/>
        <w:t>v 3.613633 16.169714 -0.333409</w:t>
        <w:br/>
        <w:t>v 3.608835 16.182505 -0.296212</w:t>
        <w:br/>
        <w:t>v 3.620800 16.184389 -0.258590</w:t>
        <w:br/>
        <w:t>v 3.646309 16.174866 -0.230649</w:t>
        <w:br/>
        <w:t>v 3.678543 16.156492 -0.219857</w:t>
        <w:br/>
        <w:t>v 3.708849 16.134180 -0.229113</w:t>
        <w:br/>
        <w:t>v 3.729129 16.113918 -0.255930</w:t>
        <w:br/>
        <w:t>v 3.742182 16.114658 -0.296649</w:t>
        <w:br/>
        <w:t>v 3.730217 16.112774 -0.334258</w:t>
        <w:br/>
        <w:t>v 3.721958 16.099228 -0.330748</w:t>
        <w:br/>
        <w:t>v 3.733926 16.101124 -0.293139</w:t>
        <w:br/>
        <w:t>v 3.704708 16.122295 -0.362212</w:t>
        <w:br/>
        <w:t>v 3.696449 16.108749 -0.358702</w:t>
        <w:br/>
        <w:t>v 3.672476 16.140671 -0.373004</w:t>
        <w:br/>
        <w:t>v 3.664216 16.127125 -0.369494</w:t>
        <w:br/>
        <w:t>v 3.642168 16.162983 -0.363748</w:t>
        <w:br/>
        <w:t>v 3.633909 16.149439 -0.360238</w:t>
        <w:br/>
        <w:t>v 3.621901 16.183243 -0.336918</w:t>
        <w:br/>
        <w:t>v 3.613633 16.169714 -0.333409</w:t>
        <w:br/>
        <w:t>v 3.617102 16.196035 -0.299722</w:t>
        <w:br/>
        <w:t>v 3.608835 16.182505 -0.296212</w:t>
        <w:br/>
        <w:t>v 3.629059 16.197933 -0.262100</w:t>
        <w:br/>
        <w:t>v 3.620800 16.184389 -0.258590</w:t>
        <w:br/>
        <w:t>v 3.629059 16.197933 -0.262100</w:t>
        <w:br/>
        <w:t>v 3.654580 16.188408 -0.234159</w:t>
        <w:br/>
        <w:t>v 3.646309 16.174866 -0.230649</w:t>
        <w:br/>
        <w:t>v 3.620800 16.184389 -0.258590</w:t>
        <w:br/>
        <w:t>v 3.686813 16.170033 -0.223367</w:t>
        <w:br/>
        <w:t>v 3.678543 16.156492 -0.219857</w:t>
        <w:br/>
        <w:t>v 3.717120 16.147720 -0.232623</w:t>
        <w:br/>
        <w:t>v 3.708849 16.134180 -0.229113</w:t>
        <w:br/>
        <w:t>v 3.737384 16.127447 -0.259440</w:t>
        <w:br/>
        <w:t>v 3.729129 16.113918 -0.255930</w:t>
        <w:br/>
        <w:t>v 3.679642 16.155344 -0.298185</w:t>
        <w:br/>
        <w:t>v 3.730217 16.112774 -0.334258</w:t>
        <w:br/>
        <w:t>v 3.742182 16.114658 -0.296649</w:t>
        <w:br/>
        <w:t>v 3.704708 16.122295 -0.362212</w:t>
        <w:br/>
        <w:t>v 3.672476 16.140671 -0.373004</w:t>
        <w:br/>
        <w:t>v 3.642168 16.162983 -0.363748</w:t>
        <w:br/>
        <w:t>v 3.621901 16.183243 -0.336918</w:t>
        <w:br/>
        <w:t>v 3.617102 16.196035 -0.299722</w:t>
        <w:br/>
        <w:t>v 3.629059 16.197933 -0.262100</w:t>
        <w:br/>
        <w:t>v 3.654580 16.188408 -0.234159</w:t>
        <w:br/>
        <w:t>v 3.686813 16.170033 -0.223367</w:t>
        <w:br/>
        <w:t>v 3.717120 16.147720 -0.232623</w:t>
        <w:br/>
        <w:t>v 3.737384 16.127447 -0.259440</w:t>
        <w:br/>
        <w:t>v 4.096793 15.905074 -0.291203</w:t>
        <w:br/>
        <w:t>v 4.084827 15.903188 -0.328825</w:t>
        <w:br/>
        <w:t>v 4.034252 15.945761 -0.292752</w:t>
        <w:br/>
        <w:t>v 4.059316 15.912699 -0.356779</w:t>
        <w:br/>
        <w:t>v 4.027085 15.931087 -0.367570</w:t>
        <w:br/>
        <w:t>v 3.996778 15.953399 -0.358315</w:t>
        <w:br/>
        <w:t>v 3.976511 15.973659 -0.331485</w:t>
        <w:br/>
        <w:t>v 3.971713 15.986450 -0.294289</w:t>
        <w:br/>
        <w:t>v 3.983667 15.988338 -0.256667</w:t>
        <w:br/>
        <w:t>v 4.009190 15.978824 -0.228726</w:t>
        <w:br/>
        <w:t>v 4.041423 15.960450 -0.217934</w:t>
        <w:br/>
        <w:t>v 4.071730 15.938136 -0.227190</w:t>
        <w:br/>
        <w:t>v 4.091994 15.917865 -0.254007</w:t>
        <w:br/>
        <w:t>v 4.105052 15.918619 -0.294713</w:t>
        <w:br/>
        <w:t>v 4.093094 15.916718 -0.332335</w:t>
        <w:br/>
        <w:t>v 4.084827 15.903188 -0.328825</w:t>
        <w:br/>
        <w:t>v 4.096793 15.905074 -0.291203</w:t>
        <w:br/>
        <w:t>v 4.067575 15.926244 -0.360276</w:t>
        <w:br/>
        <w:t>v 4.059316 15.912699 -0.356779</w:t>
        <w:br/>
        <w:t>v 4.035353 15.944615 -0.371068</w:t>
        <w:br/>
        <w:t>v 4.027085 15.931087 -0.367570</w:t>
        <w:br/>
        <w:t>v 4.005035 15.966932 -0.361812</w:t>
        <w:br/>
        <w:t>v 3.996778 15.953399 -0.358315</w:t>
        <w:br/>
        <w:t>v 3.984770 15.987203 -0.334995</w:t>
        <w:br/>
        <w:t>v 3.976511 15.973659 -0.331485</w:t>
        <w:br/>
        <w:t>v 3.979972 15.999995 -0.297786</w:t>
        <w:br/>
        <w:t>v 3.971713 15.986450 -0.294289</w:t>
        <w:br/>
        <w:t>v 3.991938 16.001881 -0.260177</w:t>
        <w:br/>
        <w:t>v 3.983667 15.988338 -0.256667</w:t>
        <w:br/>
        <w:t>v 3.991938 16.001881 -0.260177</w:t>
        <w:br/>
        <w:t>v 4.017447 15.992357 -0.232223</w:t>
        <w:br/>
        <w:t>v 4.009190 15.978824 -0.228726</w:t>
        <w:br/>
        <w:t>v 3.983667 15.988338 -0.256667</w:t>
        <w:br/>
        <w:t>v 4.049680 15.973983 -0.221431</w:t>
        <w:br/>
        <w:t>v 4.041423 15.960450 -0.217934</w:t>
        <w:br/>
        <w:t>v 4.079986 15.951669 -0.230687</w:t>
        <w:br/>
        <w:t>v 4.071730 15.938136 -0.227190</w:t>
        <w:br/>
        <w:t>v 4.100253 15.931409 -0.257517</w:t>
        <w:br/>
        <w:t>v 4.091994 15.917865 -0.254007</w:t>
        <w:br/>
        <w:t>v 4.042512 15.959306 -0.296250</w:t>
        <w:br/>
        <w:t>v 4.093094 15.916718 -0.332335</w:t>
        <w:br/>
        <w:t>v 4.105052 15.918619 -0.294713</w:t>
        <w:br/>
        <w:t>v 4.067575 15.926244 -0.360276</w:t>
        <w:br/>
        <w:t>v 4.035353 15.944615 -0.371068</w:t>
        <w:br/>
        <w:t>v 4.005035 15.966932 -0.361812</w:t>
        <w:br/>
        <w:t>v 3.984770 15.987203 -0.334995</w:t>
        <w:br/>
        <w:t>v 3.979972 15.999995 -0.297786</w:t>
        <w:br/>
        <w:t>v 3.991938 16.001881 -0.260177</w:t>
        <w:br/>
        <w:t>v 4.017447 15.992357 -0.232223</w:t>
        <w:br/>
        <w:t>v 4.049680 15.973983 -0.221431</w:t>
        <w:br/>
        <w:t>v 4.079986 15.951669 -0.230687</w:t>
        <w:br/>
        <w:t>v 4.100253 15.931409 -0.257517</w:t>
        <w:br/>
        <w:t>v 4.386504 15.556056 -0.290230</w:t>
        <w:br/>
        <w:t>v 4.378060 15.557576 -0.328875</w:t>
        <w:br/>
        <w:t>v 4.350284 15.622169 -0.299460</w:t>
        <w:br/>
        <w:t>v 4.362185 15.576408 -0.359639</w:t>
        <w:br/>
        <w:t>v 4.343116 15.607492 -0.374278</w:t>
        <w:br/>
        <w:t>v 4.325964 15.642521 -0.368882</w:t>
        <w:br/>
        <w:t>v 4.315330 15.672090 -0.344875</w:t>
        <w:br/>
        <w:t>v 4.314053 15.688285 -0.308703</w:t>
        <w:br/>
        <w:t>v 4.322497 15.686766 -0.270057</w:t>
        <w:br/>
        <w:t>v 4.338376 15.667945 -0.239293</w:t>
        <w:br/>
        <w:t>v 4.357443 15.636860 -0.224642</w:t>
        <w:br/>
        <w:t>v 4.374596 15.601833 -0.230050</w:t>
        <w:br/>
        <w:t>v 4.385231 15.572263 -0.254057</w:t>
        <w:br/>
        <w:t>v 4.400187 15.563723 -0.293140</w:t>
        <w:br/>
        <w:t>v 4.391757 15.565250 -0.331786</w:t>
        <w:br/>
        <w:t>v 4.378060 15.557576 -0.328875</w:t>
        <w:br/>
        <w:t>v 4.386504 15.556056 -0.290230</w:t>
        <w:br/>
        <w:t>v 4.375880 15.584071 -0.362550</w:t>
        <w:br/>
        <w:t>v 4.362185 15.576408 -0.359639</w:t>
        <w:br/>
        <w:t>v 4.356800 15.615159 -0.377201</w:t>
        <w:br/>
        <w:t>v 4.343116 15.607492 -0.374278</w:t>
        <w:br/>
        <w:t>v 4.339659 15.650184 -0.371792</w:t>
        <w:br/>
        <w:t>v 4.325964 15.642521 -0.368882</w:t>
        <w:br/>
        <w:t>v 4.329012 15.679754 -0.347786</w:t>
        <w:br/>
        <w:t>v 4.315330 15.672090 -0.344875</w:t>
        <w:br/>
        <w:t>v 4.327747 15.695948 -0.311613</w:t>
        <w:br/>
        <w:t>v 4.314053 15.688285 -0.308703</w:t>
        <w:br/>
        <w:t>v 4.336180 15.694431 -0.272968</w:t>
        <w:br/>
        <w:t>v 4.322497 15.686766 -0.270057</w:t>
        <w:br/>
        <w:t>v 4.352059 15.675611 -0.242204</w:t>
        <w:br/>
        <w:t>v 4.338376 15.667945 -0.239293</w:t>
        <w:br/>
        <w:t>v 4.352059 15.675611 -0.242204</w:t>
        <w:br/>
        <w:t>v 4.371138 15.644522 -0.227565</w:t>
        <w:br/>
        <w:t>v 4.357443 15.636860 -0.224642</w:t>
        <w:br/>
        <w:t>v 4.338376 15.667945 -0.239293</w:t>
        <w:br/>
        <w:t>v 4.388290 15.609495 -0.232973</w:t>
        <w:br/>
        <w:t>v 4.374596 15.601833 -0.230050</w:t>
        <w:br/>
        <w:t>v 4.398925 15.579926 -0.256967</w:t>
        <w:br/>
        <w:t>v 4.385231 15.572263 -0.254057</w:t>
        <w:br/>
        <w:t>v 4.363967 15.629834 -0.302383</w:t>
        <w:br/>
        <w:t>v 4.391757 15.565250 -0.331786</w:t>
        <w:br/>
        <w:t>v 4.400187 15.563723 -0.293140</w:t>
        <w:br/>
        <w:t>v 4.375880 15.584071 -0.362550</w:t>
        <w:br/>
        <w:t>v 4.356800 15.615159 -0.377201</w:t>
        <w:br/>
        <w:t>v 4.339659 15.650184 -0.371792</w:t>
        <w:br/>
        <w:t>v 4.329012 15.679754 -0.347786</w:t>
        <w:br/>
        <w:t>v 4.327747 15.695948 -0.311613</w:t>
        <w:br/>
        <w:t>v 4.336180 15.694431 -0.272968</w:t>
        <w:br/>
        <w:t>v 4.352059 15.675611 -0.242204</w:t>
        <w:br/>
        <w:t>v 4.371138 15.644522 -0.227565</w:t>
        <w:br/>
        <w:t>v 4.388290 15.609495 -0.232973</w:t>
        <w:br/>
        <w:t>v 4.398925 15.579926 -0.256967</w:t>
        <w:br/>
        <w:t>v -3.001263 16.546558 -0.329962</w:t>
        <w:br/>
        <w:t>v -3.012233 16.546669 -0.291854</w:t>
        <w:br/>
        <w:t>v -2.958104 16.600626 -0.297062</w:t>
        <w:br/>
        <w:t>v -2.978736 16.560936 -0.359252</w:t>
        <w:br/>
        <w:t>v -2.950680 16.585949 -0.371880</w:t>
        <w:br/>
        <w:t>v -2.924607 16.614893 -0.364461</w:t>
        <w:br/>
        <w:t>v -2.907521 16.640018 -0.338993</w:t>
        <w:br/>
        <w:t>v -2.903990 16.654593 -0.302271</w:t>
        <w:br/>
        <w:t>v -2.914948 16.654709 -0.264175</w:t>
        <w:br/>
        <w:t>v -2.937487 16.640329 -0.234872</w:t>
        <w:br/>
        <w:t>v -2.965544 16.615314 -0.222244</w:t>
        <w:br/>
        <w:t>v -2.991613 16.586359 -0.229663</w:t>
        <w:br/>
        <w:t>v -3.008700 16.561234 -0.255144</w:t>
        <w:br/>
        <w:t>v -3.001263 16.546558 -0.329962</w:t>
        <w:br/>
        <w:t>v -3.012762 16.557768 -0.333310</w:t>
        <w:br/>
        <w:t>v -3.023732 16.557877 -0.295201</w:t>
        <w:br/>
        <w:t>v -3.012233 16.546669 -0.291854</w:t>
        <w:br/>
        <w:t>v -2.978736 16.560936 -0.359252</w:t>
        <w:br/>
        <w:t>v -2.990235 16.572144 -0.362600</w:t>
        <w:br/>
        <w:t>v -2.950680 16.585949 -0.371880</w:t>
        <w:br/>
        <w:t>v -2.962179 16.597157 -0.375228</w:t>
        <w:br/>
        <w:t>v -2.924607 16.614893 -0.364461</w:t>
        <w:br/>
        <w:t>v -2.936109 16.626110 -0.367808</w:t>
        <w:br/>
        <w:t>v -2.907521 16.640018 -0.338993</w:t>
        <w:br/>
        <w:t>v -2.919019 16.651224 -0.342328</w:t>
        <w:br/>
        <w:t>v -2.903990 16.654593 -0.302271</w:t>
        <w:br/>
        <w:t>v -2.915477 16.665806 -0.305618</w:t>
        <w:br/>
        <w:t>v -2.914948 16.654709 -0.264175</w:t>
        <w:br/>
        <w:t>v -2.926447 16.665915 -0.267510</w:t>
        <w:br/>
        <w:t>v -2.937487 16.640329 -0.234872</w:t>
        <w:br/>
        <w:t>v -2.948986 16.651535 -0.238219</w:t>
        <w:br/>
        <w:t>v -2.965544 16.615314 -0.222244</w:t>
        <w:br/>
        <w:t>v -2.977043 16.626522 -0.225592</w:t>
        <w:br/>
        <w:t>v -2.991613 16.586359 -0.229663</w:t>
        <w:br/>
        <w:t>v -3.003112 16.597569 -0.233011</w:t>
        <w:br/>
        <w:t>v -3.008700 16.561234 -0.255144</w:t>
        <w:br/>
        <w:t>v -3.020199 16.572441 -0.258492</w:t>
        <w:br/>
        <w:t>v -3.020199 16.572441 -0.258492</w:t>
        <w:br/>
        <w:t>v -3.008700 16.561234 -0.255144</w:t>
        <w:br/>
        <w:t>v -3.012762 16.557768 -0.333310</w:t>
        <w:br/>
        <w:t>v -2.969603 16.611835 -0.300410</w:t>
        <w:br/>
        <w:t>v -3.023732 16.557877 -0.295201</w:t>
        <w:br/>
        <w:t>v -2.990235 16.572144 -0.362600</w:t>
        <w:br/>
        <w:t>v -2.962179 16.597157 -0.375228</w:t>
        <w:br/>
        <w:t>v -2.936109 16.626110 -0.367808</w:t>
        <w:br/>
        <w:t>v -2.919019 16.651224 -0.342328</w:t>
        <w:br/>
        <w:t>v -2.915477 16.665806 -0.305618</w:t>
        <w:br/>
        <w:t>v -2.926447 16.665915 -0.267510</w:t>
        <w:br/>
        <w:t>v -2.948986 16.651535 -0.238219</w:t>
        <w:br/>
        <w:t>v -2.977043 16.626522 -0.225592</w:t>
        <w:br/>
        <w:t>v -3.003112 16.597569 -0.233011</w:t>
        <w:br/>
        <w:t>v -3.020199 16.572441 -0.258492</w:t>
        <w:br/>
        <w:t>v -3.372869 16.254068 -0.371755</w:t>
        <w:br/>
        <w:t>v -3.385271 16.255957 -0.334134</w:t>
        <w:br/>
        <w:t>v -3.320384 16.296644 -0.335670</w:t>
        <w:br/>
        <w:t>v -3.346390 16.263594 -0.399697</w:t>
        <w:br/>
        <w:t>v -3.312947 16.281969 -0.410488</w:t>
        <w:br/>
        <w:t>v -3.281503 16.304281 -0.401233</w:t>
        <w:br/>
        <w:t>v -3.260474 16.324541 -0.374416</w:t>
        <w:br/>
        <w:t>v -3.255497 16.337334 -0.337207</w:t>
        <w:br/>
        <w:t>v -3.267903 16.339233 -0.299598</w:t>
        <w:br/>
        <w:t>v -3.294381 16.329708 -0.271644</w:t>
        <w:br/>
        <w:t>v -3.327823 16.311331 -0.260852</w:t>
        <w:br/>
        <w:t>v -3.359267 16.289019 -0.270108</w:t>
        <w:br/>
        <w:t>v -3.380292 16.268745 -0.296937</w:t>
        <w:br/>
        <w:t>v -3.372869 16.254068 -0.371755</w:t>
        <w:br/>
        <w:t>v -3.381433 16.267601 -0.375253</w:t>
        <w:br/>
        <w:t>v -3.393851 16.269499 -0.337644</w:t>
        <w:br/>
        <w:t>v -3.385271 16.255957 -0.334134</w:t>
        <w:br/>
        <w:t>v -3.346390 16.263594 -0.399697</w:t>
        <w:br/>
        <w:t>v -3.354968 16.277122 -0.403206</w:t>
        <w:br/>
        <w:t>v -3.312947 16.281969 -0.410488</w:t>
        <w:br/>
        <w:t>v -3.321524 16.295496 -0.413998</w:t>
        <w:br/>
        <w:t>v -3.281503 16.304281 -0.401233</w:t>
        <w:br/>
        <w:t>v -3.290069 16.317816 -0.404743</w:t>
        <w:br/>
        <w:t>v -3.260474 16.324541 -0.374416</w:t>
        <w:br/>
        <w:t>v -3.269044 16.338087 -0.377926</w:t>
        <w:br/>
        <w:t>v -3.255497 16.337334 -0.337207</w:t>
        <w:br/>
        <w:t>v -3.264066 16.350878 -0.340717</w:t>
        <w:br/>
        <w:t>v -3.267903 16.339233 -0.299598</w:t>
        <w:br/>
        <w:t>v -3.276480 16.352762 -0.303108</w:t>
        <w:br/>
        <w:t>v -3.294381 16.329708 -0.271644</w:t>
        <w:br/>
        <w:t>v -3.302946 16.343239 -0.275154</w:t>
        <w:br/>
        <w:t>v -3.327823 16.311331 -0.260852</w:t>
        <w:br/>
        <w:t>v -3.336389 16.324863 -0.264362</w:t>
        <w:br/>
        <w:t>v -3.359267 16.289019 -0.270108</w:t>
        <w:br/>
        <w:t>v -3.367833 16.302553 -0.273617</w:t>
        <w:br/>
        <w:t>v -3.380292 16.268745 -0.296937</w:t>
        <w:br/>
        <w:t>v -3.388874 16.282288 -0.300434</w:t>
        <w:br/>
        <w:t>v -3.388874 16.282288 -0.300434</w:t>
        <w:br/>
        <w:t>v -3.380292 16.268745 -0.296937</w:t>
        <w:br/>
        <w:t>v -3.381433 16.267601 -0.375253</w:t>
        <w:br/>
        <w:t>v -3.328953 16.310190 -0.339180</w:t>
        <w:br/>
        <w:t>v -3.393851 16.269499 -0.337644</w:t>
        <w:br/>
        <w:t>v -3.354968 16.277122 -0.403206</w:t>
        <w:br/>
        <w:t>v -3.321524 16.295496 -0.413998</w:t>
        <w:br/>
        <w:t>v -3.290069 16.317816 -0.404743</w:t>
        <w:br/>
        <w:t>v -3.269044 16.338087 -0.377926</w:t>
        <w:br/>
        <w:t>v -3.264066 16.350878 -0.340717</w:t>
        <w:br/>
        <w:t>v -3.276480 16.352762 -0.303108</w:t>
        <w:br/>
        <w:t>v -3.302946 16.343239 -0.275154</w:t>
        <w:br/>
        <w:t>v -3.336389 16.324863 -0.264362</w:t>
        <w:br/>
        <w:t>v -3.367833 16.302553 -0.273617</w:t>
        <w:br/>
        <w:t>v -3.388874 16.282288 -0.300434</w:t>
        <w:br/>
        <w:t>v -3.721959 16.099228 -0.330749</w:t>
        <w:br/>
        <w:t>v -3.733927 16.101124 -0.293140</w:t>
        <w:br/>
        <w:t>v -3.671388 16.141813 -0.294676</w:t>
        <w:br/>
        <w:t>v -3.696450 16.108749 -0.358702</w:t>
        <w:br/>
        <w:t>v -3.664217 16.127125 -0.369494</w:t>
        <w:br/>
        <w:t>v -3.633910 16.149439 -0.360239</w:t>
        <w:br/>
        <w:t>v -3.613634 16.169714 -0.333409</w:t>
        <w:br/>
        <w:t>v -3.608836 16.182505 -0.296212</w:t>
        <w:br/>
        <w:t>v -3.620801 16.184389 -0.258591</w:t>
        <w:br/>
        <w:t>v -3.646310 16.174866 -0.230650</w:t>
        <w:br/>
        <w:t>v -3.678544 16.156492 -0.219858</w:t>
        <w:br/>
        <w:t>v -3.708862 16.134176 -0.229113</w:t>
        <w:br/>
        <w:t>v -3.729130 16.113918 -0.255930</w:t>
        <w:br/>
        <w:t>v -3.721959 16.099228 -0.330749</w:t>
        <w:br/>
        <w:t>v -3.730229 16.112770 -0.334258</w:t>
        <w:br/>
        <w:t>v -3.742183 16.114658 -0.296649</w:t>
        <w:br/>
        <w:t>v -3.733927 16.101124 -0.293140</w:t>
        <w:br/>
        <w:t>v -3.696450 16.108749 -0.358702</w:t>
        <w:br/>
        <w:t>v -3.704709 16.122295 -0.362212</w:t>
        <w:br/>
        <w:t>v -3.664217 16.127125 -0.369494</w:t>
        <w:br/>
        <w:t>v -3.672477 16.140671 -0.373004</w:t>
        <w:br/>
        <w:t>v -3.633910 16.149439 -0.360239</w:t>
        <w:br/>
        <w:t>v -3.642169 16.162983 -0.363748</w:t>
        <w:br/>
        <w:t>v -3.613634 16.169714 -0.333409</w:t>
        <w:br/>
        <w:t>v -3.621902 16.183243 -0.336919</w:t>
        <w:br/>
        <w:t>v -3.608836 16.182505 -0.296212</w:t>
        <w:br/>
        <w:t>v -3.617103 16.196035 -0.299722</w:t>
        <w:br/>
        <w:t>v -3.620801 16.184389 -0.258591</w:t>
        <w:br/>
        <w:t>v -3.629060 16.197933 -0.262101</w:t>
        <w:br/>
        <w:t>v -3.646310 16.174866 -0.230650</w:t>
        <w:br/>
        <w:t>v -3.654581 16.188408 -0.234159</w:t>
        <w:br/>
        <w:t>v -3.678544 16.156492 -0.219858</w:t>
        <w:br/>
        <w:t>v -3.686814 16.170033 -0.223368</w:t>
        <w:br/>
        <w:t>v -3.708862 16.134176 -0.229113</w:t>
        <w:br/>
        <w:t>v -3.717121 16.147720 -0.232623</w:t>
        <w:br/>
        <w:t>v -3.729130 16.113918 -0.255930</w:t>
        <w:br/>
        <w:t>v -3.737385 16.127447 -0.259440</w:t>
        <w:br/>
        <w:t>v -3.737385 16.127447 -0.259440</w:t>
        <w:br/>
        <w:t>v -3.729130 16.113918 -0.255930</w:t>
        <w:br/>
        <w:t>v -3.730229 16.112770 -0.334258</w:t>
        <w:br/>
        <w:t>v -3.679643 16.155344 -0.298186</w:t>
        <w:br/>
        <w:t>v -3.742183 16.114658 -0.296649</w:t>
        <w:br/>
        <w:t>v -3.704709 16.122295 -0.362212</w:t>
        <w:br/>
        <w:t>v -3.672477 16.140671 -0.373004</w:t>
        <w:br/>
        <w:t>v -3.642169 16.162983 -0.363748</w:t>
        <w:br/>
        <w:t>v -3.621902 16.183243 -0.336919</w:t>
        <w:br/>
        <w:t>v -3.617103 16.196035 -0.299722</w:t>
        <w:br/>
        <w:t>v -3.629060 16.197933 -0.262101</w:t>
        <w:br/>
        <w:t>v -3.654581 16.188408 -0.234159</w:t>
        <w:br/>
        <w:t>v -3.686814 16.170033 -0.223368</w:t>
        <w:br/>
        <w:t>v -3.717121 16.147720 -0.232623</w:t>
        <w:br/>
        <w:t>v -3.737385 16.127447 -0.259440</w:t>
        <w:br/>
        <w:t>v -4.084839 15.903185 -0.328825</w:t>
        <w:br/>
        <w:t>v -4.096794 15.905074 -0.291204</w:t>
        <w:br/>
        <w:t>v -4.034253 15.945761 -0.292752</w:t>
        <w:br/>
        <w:t>v -4.059316 15.912699 -0.356766</w:t>
        <w:br/>
        <w:t>v -4.027086 15.931087 -0.367571</w:t>
        <w:br/>
        <w:t>v -3.996779 15.953399 -0.358315</w:t>
        <w:br/>
        <w:t>v -3.976511 15.973659 -0.331486</w:t>
        <w:br/>
        <w:t>v -3.971714 15.986450 -0.294289</w:t>
        <w:br/>
        <w:t>v -3.983668 15.988338 -0.256667</w:t>
        <w:br/>
        <w:t>v -4.009191 15.978824 -0.228726</w:t>
        <w:br/>
        <w:t>v -4.041424 15.960450 -0.217934</w:t>
        <w:br/>
        <w:t>v -4.071731 15.938136 -0.227190</w:t>
        <w:br/>
        <w:t>v -4.091995 15.917865 -0.254007</w:t>
        <w:br/>
        <w:t>v -4.084839 15.903185 -0.328825</w:t>
        <w:br/>
        <w:t>v -4.093095 15.916718 -0.332335</w:t>
        <w:br/>
        <w:t>v -4.105064 15.918615 -0.294713</w:t>
        <w:br/>
        <w:t>v -4.096794 15.905074 -0.291204</w:t>
        <w:br/>
        <w:t>v -4.059316 15.912699 -0.356766</w:t>
        <w:br/>
        <w:t>v -4.067587 15.926240 -0.360276</w:t>
        <w:br/>
        <w:t>v -4.027086 15.931087 -0.367571</w:t>
        <w:br/>
        <w:t>v -4.035354 15.944615 -0.371068</w:t>
        <w:br/>
        <w:t>v -3.996779 15.953399 -0.358315</w:t>
        <w:br/>
        <w:t>v -4.005036 15.966932 -0.361812</w:t>
        <w:br/>
        <w:t>v -3.976511 15.973659 -0.331486</w:t>
        <w:br/>
        <w:t>v -3.984770 15.987203 -0.334995</w:t>
        <w:br/>
        <w:t>v -3.971714 15.986450 -0.294289</w:t>
        <w:br/>
        <w:t>v -3.979973 15.999995 -0.297786</w:t>
        <w:br/>
        <w:t>v -3.983668 15.988338 -0.256667</w:t>
        <w:br/>
        <w:t>v -3.991939 16.001881 -0.260177</w:t>
        <w:br/>
        <w:t>v -4.009191 15.978824 -0.228726</w:t>
        <w:br/>
        <w:t>v -4.017447 15.992357 -0.232223</w:t>
        <w:br/>
        <w:t>v -4.041424 15.960450 -0.217934</w:t>
        <w:br/>
        <w:t>v -4.049680 15.973983 -0.221432</w:t>
        <w:br/>
        <w:t>v -4.017447 15.992357 -0.232223</w:t>
        <w:br/>
        <w:t>v -4.009191 15.978824 -0.228726</w:t>
        <w:br/>
        <w:t>v -4.071731 15.938136 -0.227190</w:t>
        <w:br/>
        <w:t>v -4.079987 15.951669 -0.230687</w:t>
        <w:br/>
        <w:t>v -4.091995 15.917865 -0.254007</w:t>
        <w:br/>
        <w:t>v -4.100266 15.931405 -0.257517</w:t>
        <w:br/>
        <w:t>v -4.093095 15.916718 -0.332335</w:t>
        <w:br/>
        <w:t>v -4.042512 15.959306 -0.296250</w:t>
        <w:br/>
        <w:t>v -4.105064 15.918615 -0.294713</w:t>
        <w:br/>
        <w:t>v -4.067587 15.926240 -0.360276</w:t>
        <w:br/>
        <w:t>v -4.035354 15.944615 -0.371068</w:t>
        <w:br/>
        <w:t>v -4.005036 15.966932 -0.361812</w:t>
        <w:br/>
        <w:t>v -3.984770 15.987203 -0.334995</w:t>
        <w:br/>
        <w:t>v -3.979973 15.999995 -0.297786</w:t>
        <w:br/>
        <w:t>v -3.991939 16.001881 -0.260177</w:t>
        <w:br/>
        <w:t>v -4.017447 15.992357 -0.232223</w:t>
        <w:br/>
        <w:t>v -4.049680 15.973983 -0.221432</w:t>
        <w:br/>
        <w:t>v -4.079987 15.951669 -0.230687</w:t>
        <w:br/>
        <w:t>v -4.100266 15.931405 -0.257517</w:t>
        <w:br/>
        <w:t>v -4.378072 15.557572 -0.328875</w:t>
        <w:br/>
        <w:t>v -4.386505 15.556056 -0.290229</w:t>
        <w:br/>
        <w:t>v -4.350285 15.622169 -0.299460</w:t>
        <w:br/>
        <w:t>v -4.362185 15.576408 -0.359639</w:t>
        <w:br/>
        <w:t>v -4.343117 15.607492 -0.374278</w:t>
        <w:br/>
        <w:t>v -4.325965 15.642521 -0.368882</w:t>
        <w:br/>
        <w:t>v -4.315330 15.672090 -0.344875</w:t>
        <w:br/>
        <w:t>v -4.314054 15.688285 -0.308703</w:t>
        <w:br/>
        <w:t>v -4.322497 15.686766 -0.270057</w:t>
        <w:br/>
        <w:t>v -4.338377 15.667945 -0.239293</w:t>
        <w:br/>
        <w:t>v -4.357444 15.636860 -0.224642</w:t>
        <w:br/>
        <w:t>v -4.374596 15.601833 -0.230050</w:t>
        <w:br/>
        <w:t>v -4.385231 15.572263 -0.254057</w:t>
        <w:br/>
        <w:t>v -4.378072 15.557572 -0.328875</w:t>
        <w:br/>
        <w:t>v -4.391757 15.565250 -0.331785</w:t>
        <w:br/>
        <w:t>v -4.400187 15.563723 -0.293140</w:t>
        <w:br/>
        <w:t>v -4.386505 15.556056 -0.290229</w:t>
        <w:br/>
        <w:t>v -4.362185 15.576408 -0.359639</w:t>
        <w:br/>
        <w:t>v -4.375880 15.584071 -0.362549</w:t>
        <w:br/>
        <w:t>v -4.343117 15.607492 -0.374278</w:t>
        <w:br/>
        <w:t>v -4.356800 15.615159 -0.377201</w:t>
        <w:br/>
        <w:t>v -4.375880 15.584071 -0.362549</w:t>
        <w:br/>
        <w:t>v -4.362185 15.576408 -0.359639</w:t>
        <w:br/>
        <w:t>v -4.325965 15.642521 -0.368882</w:t>
        <w:br/>
        <w:t>v -4.339660 15.650184 -0.371792</w:t>
        <w:br/>
        <w:t>v -4.315330 15.672090 -0.344875</w:t>
        <w:br/>
        <w:t>v -4.329025 15.679752 -0.347786</w:t>
        <w:br/>
        <w:t>v -4.314054 15.688285 -0.308703</w:t>
        <w:br/>
        <w:t>v -4.327748 15.695948 -0.311613</w:t>
        <w:br/>
        <w:t>v -4.322497 15.686766 -0.270057</w:t>
        <w:br/>
        <w:t>v -4.336181 15.694431 -0.272968</w:t>
        <w:br/>
        <w:t>v -4.338377 15.667945 -0.239293</w:t>
        <w:br/>
        <w:t>v -4.352059 15.675611 -0.242203</w:t>
        <w:br/>
        <w:t>v -4.357444 15.636860 -0.224642</w:t>
        <w:br/>
        <w:t>v -4.371138 15.644522 -0.227565</w:t>
        <w:br/>
        <w:t>v -4.374596 15.601833 -0.230050</w:t>
        <w:br/>
        <w:t>v -4.388290 15.609495 -0.232960</w:t>
        <w:br/>
        <w:t>v -4.385231 15.572263 -0.254057</w:t>
        <w:br/>
        <w:t>v -4.398926 15.579926 -0.256967</w:t>
        <w:br/>
        <w:t>v -4.391757 15.565250 -0.331785</w:t>
        <w:br/>
        <w:t>v -4.363967 15.629834 -0.302383</w:t>
        <w:br/>
        <w:t>v -4.400187 15.563723 -0.293140</w:t>
        <w:br/>
        <w:t>v -4.375880 15.584071 -0.362549</w:t>
        <w:br/>
        <w:t>v -4.356800 15.615159 -0.377201</w:t>
        <w:br/>
        <w:t>v -4.339660 15.650184 -0.371792</w:t>
        <w:br/>
        <w:t>v -4.329025 15.679752 -0.347786</w:t>
        <w:br/>
        <w:t>v -4.327748 15.695948 -0.311613</w:t>
        <w:br/>
        <w:t>v -4.336181 15.694431 -0.272968</w:t>
        <w:br/>
        <w:t>v -4.352059 15.675611 -0.242203</w:t>
        <w:br/>
        <w:t>v -4.371138 15.644522 -0.227565</w:t>
        <w:br/>
        <w:t>v -4.388290 15.609495 -0.232960</w:t>
        <w:br/>
        <w:t>v -4.398926 15.579926 -0.256967</w:t>
        <w:br/>
        <w:t>v 4.654678 15.316204 -0.077342</w:t>
        <w:br/>
        <w:t>v 4.659572 15.322653 -0.067199</w:t>
        <w:br/>
        <w:t>v 4.626978 15.351603 -0.063590</w:t>
        <w:br/>
        <w:t>v 4.620404 15.346657 -0.073544</w:t>
        <w:br/>
        <w:t>v 4.658104 15.323774 -0.054297</w:t>
        <w:br/>
        <w:t>v 4.629779 15.348936 -0.051149</w:t>
        <w:br/>
        <w:t>v 4.650959 15.319035 -0.044654</w:t>
        <w:br/>
        <w:t>v 4.627480 15.339890 -0.042056</w:t>
        <w:br/>
        <w:t>v 4.641483 15.310665 -0.042805</w:t>
        <w:br/>
        <w:t>v 4.621175 15.328699 -0.040557</w:t>
        <w:br/>
        <w:t>v 4.634109 15.302578 -0.049600</w:t>
        <w:br/>
        <w:t>v 4.613801 15.320610 -0.047352</w:t>
        <w:br/>
        <w:t>v 4.634109 15.302578 -0.049600</w:t>
        <w:br/>
        <w:t>v 4.632287 15.298559 -0.061866</w:t>
        <w:br/>
        <w:t>v 4.608803 15.319403 -0.059268</w:t>
        <w:br/>
        <w:t>v 4.613801 15.320610 -0.047352</w:t>
        <w:br/>
        <w:t>v 4.636870 15.300478 -0.073857</w:t>
        <w:br/>
        <w:t>v 4.608545 15.325642 -0.070722</w:t>
        <w:br/>
        <w:t>v 4.645710 15.307446 -0.079977</w:t>
        <w:br/>
        <w:t>v 4.613118 15.336397 -0.076367</w:t>
        <w:br/>
        <w:t>v 4.654678 15.316204 -0.077342</w:t>
        <w:br/>
        <w:t>v 4.620404 15.346657 -0.073544</w:t>
        <w:br/>
        <w:t>v 4.677868 15.279459 -0.060667</w:t>
        <w:br/>
        <w:t>v 4.681620 15.287716 -0.051349</w:t>
        <w:br/>
        <w:t>v 4.677258 15.293413 -0.040520</w:t>
        <w:br/>
        <w:t>v 4.666835 15.293882 -0.033238</w:t>
        <w:br/>
        <w:t>v 4.655205 15.288902 -0.032925</w:t>
        <w:br/>
        <w:t>v 4.647832 15.280813 -0.039733</w:t>
        <w:br/>
        <w:t>v 4.647832 15.280813 -0.039733</w:t>
        <w:br/>
        <w:t>v 4.648160 15.273392 -0.050450</w:t>
        <w:br/>
        <w:t>v 4.656021 15.270105 -0.060092</w:t>
        <w:br/>
        <w:t>v 4.667759 15.272507 -0.064127</w:t>
        <w:br/>
        <w:t>v 4.677868 15.279459 -0.060667</w:t>
        <w:br/>
        <w:t>v 4.683728 15.246267 -0.028004</w:t>
        <w:br/>
        <w:t>v 4.687191 15.256153 -0.020285</w:t>
        <w:br/>
        <w:t>v 4.682099 15.265974 -0.013515</w:t>
        <w:br/>
        <w:t>v 4.670846 15.271143 -0.010867</w:t>
        <w:br/>
        <w:t>v 4.658677 15.269239 -0.013578</w:t>
        <w:br/>
        <w:t>v 4.651303 15.261150 -0.020372</w:t>
        <w:br/>
        <w:t>v 4.651303 15.261150 -0.020372</w:t>
        <w:br/>
        <w:t>v 4.652170 15.250656 -0.028079</w:t>
        <w:br/>
        <w:t>v 4.660865 15.242678 -0.033088</w:t>
        <w:br/>
        <w:t>v 4.673330 15.240946 -0.033063</w:t>
        <w:br/>
        <w:t>v 4.683728 15.246267 -0.028004</w:t>
        <w:br/>
        <w:t>v 4.670714 15.225510 0.011915</w:t>
        <w:br/>
        <w:t>v 4.674813 15.236406 0.017674</w:t>
        <w:br/>
        <w:t>v 4.671352 15.248827 0.019460</w:t>
        <w:br/>
        <w:t>v 4.661930 15.256929 0.016462</w:t>
        <w:br/>
        <w:t>v 4.650966 15.256952 0.010067</w:t>
        <w:br/>
        <w:t>v 4.643590 15.248852 0.003272</w:t>
        <w:br/>
        <w:t>v 4.643590 15.248852 0.003272</w:t>
        <w:br/>
        <w:t>v 4.643251 15.236441 -0.000750</w:t>
        <w:br/>
        <w:t>v 4.650115 15.225519 -0.000113</w:t>
        <w:br/>
        <w:t>v 4.660953 15.221199 0.004896</w:t>
        <w:br/>
        <w:t>v 4.670714 15.225510 0.011915</w:t>
        <w:br/>
        <w:t>v 4.642296 15.222754 0.048375</w:t>
        <w:br/>
        <w:t>v 4.647790 15.233795 0.052347</w:t>
        <w:br/>
        <w:t>v 4.647869 15.246550 0.049599</w:t>
        <w:br/>
        <w:t>v 4.642473 15.255045 0.041431</w:t>
        <w:br/>
        <w:t>v 4.634142 15.255318 0.031663</w:t>
        <w:br/>
        <w:t>v 4.626767 15.247217 0.024868</w:t>
        <w:br/>
        <w:t>v 4.626767 15.247217 0.024868</w:t>
        <w:br/>
        <w:t>v 4.623796 15.234558 0.024219</w:t>
        <w:br/>
        <w:t>v 4.626634 15.223253 0.030027</w:t>
        <w:br/>
        <w:t>v 4.633931 15.218588 0.039569</w:t>
        <w:br/>
        <w:t>v 4.642296 15.222754 0.048375</w:t>
        <w:br/>
        <w:t>v 4.606094 15.238739 0.071633</w:t>
        <w:br/>
        <w:t>v 4.613368 15.249002 0.074443</w:t>
        <w:br/>
        <w:t>v 4.617956 15.259766 0.068810</w:t>
        <w:br/>
        <w:t>v 4.617683 15.265997 0.057344</w:t>
        <w:br/>
        <w:t>v 4.612695 15.264784 0.045428</w:t>
        <w:br/>
        <w:t>v 4.605322 15.256697 0.038633</w:t>
        <w:br/>
        <w:t>v 4.605322 15.256697 0.038633</w:t>
        <w:br/>
        <w:t>v 4.599006 15.245508 0.040132</w:t>
        <w:br/>
        <w:t>v 4.596718 15.236458 0.049237</w:t>
        <w:br/>
        <w:t>v 4.599519 15.233791 0.061665</w:t>
        <w:br/>
        <w:t>v 4.606094 15.238739 0.071633</w:t>
        <w:br/>
        <w:t>v 4.571808 15.269194 0.075417</w:t>
        <w:br/>
        <w:t>v 4.580775 15.277952 0.078053</w:t>
        <w:br/>
        <w:t>v 4.589628 15.284918 0.071945</w:t>
        <w:br/>
        <w:t>v 4.594215 15.286850 0.059942</w:t>
        <w:br/>
        <w:t>v 4.592388 15.282818 0.047676</w:t>
        <w:br/>
        <w:t>v 4.585015 15.274729 0.040881</w:t>
        <w:br/>
        <w:t>v 4.585015 15.274729 0.040881</w:t>
        <w:br/>
        <w:t>v 4.575538 15.266359 0.042730</w:t>
        <w:br/>
        <w:t>v 4.568382 15.261625 0.052372</w:t>
        <w:br/>
        <w:t>v 4.566914 15.262745 0.065275</w:t>
        <w:br/>
        <w:t>v 4.571808 15.269194 0.075417</w:t>
        <w:br/>
        <w:t>v 4.548629 15.305935 0.058755</w:t>
        <w:br/>
        <w:t>v 4.558738 15.312889 0.062202</w:t>
        <w:br/>
        <w:t>v 4.570477 15.315290 0.058168</w:t>
        <w:br/>
        <w:t>v 4.578339 15.312004 0.048538</w:t>
        <w:br/>
        <w:t>v 4.578654 15.304585 0.037808</w:t>
        <w:br/>
        <w:t>v 4.571281 15.296497 0.031014</w:t>
        <w:br/>
        <w:t>v 4.571281 15.296497 0.031014</w:t>
        <w:br/>
        <w:t>v 4.559662 15.291515 0.031326</w:t>
        <w:br/>
        <w:t>v 4.549227 15.291985 0.038595</w:t>
        <w:br/>
        <w:t>v 4.544878 15.297682 0.049425</w:t>
        <w:br/>
        <w:t>v 4.548629 15.305935 0.058755</w:t>
        <w:br/>
        <w:t>v 4.542760 15.339144 0.026080</w:t>
        <w:br/>
        <w:t>v 4.553156 15.344456 0.031138</w:t>
        <w:br/>
        <w:t>v 4.565621 15.342720 0.031163</w:t>
        <w:br/>
        <w:t>v 4.574328 15.334740 0.026155</w:t>
        <w:br/>
        <w:t>v 4.575182 15.324247 0.018461</w:t>
        <w:br/>
        <w:t>v 4.567810 15.316160 0.011653</w:t>
        <w:br/>
        <w:t>v 4.567810 15.316160 0.011653</w:t>
        <w:br/>
        <w:t>v 4.555650 15.314251 0.008955</w:t>
        <w:br/>
        <w:t>v 4.544386 15.319424 0.011603</w:t>
        <w:br/>
        <w:t>v 4.539295 15.329247 0.018361</w:t>
        <w:br/>
        <w:t>v 4.542760 15.339144 0.026080</w:t>
        <w:br/>
        <w:t>v 4.555786 15.359900 -0.013840</w:t>
        <w:br/>
        <w:t>v 4.565546 15.364195 -0.006820</w:t>
        <w:br/>
        <w:t>v 4.576382 15.359877 -0.001811</w:t>
        <w:br/>
        <w:t>v 4.583234 15.348959 -0.001174</w:t>
        <w:br/>
        <w:t>v 4.582896 15.336550 -0.005184</w:t>
        <w:br/>
        <w:t>v 4.575523 15.328461 -0.011991</w:t>
        <w:br/>
        <w:t>v 4.575523 15.328461 -0.011991</w:t>
        <w:br/>
        <w:t>v 4.564569 15.328468 -0.018386</w:t>
        <w:br/>
        <w:t>v 4.555145 15.336569 -0.021384</w:t>
        <w:br/>
        <w:t>v 4.551685 15.348989 -0.019585</w:t>
        <w:br/>
        <w:t>v 4.555786 15.359900 -0.013840</w:t>
        <w:br/>
        <w:t>v 4.584201 15.362640 -0.050300</w:t>
        <w:br/>
        <w:t>v 4.592556 15.366810 -0.041494</w:t>
        <w:br/>
        <w:t>v 4.599863 15.362141 -0.031951</w:t>
        <w:br/>
        <w:t>v 4.602702 15.350838 -0.026143</w:t>
        <w:br/>
        <w:t>v 4.599731 15.338179 -0.026792</w:t>
        <w:br/>
        <w:t>v 4.592358 15.330090 -0.033587</w:t>
        <w:br/>
        <w:t>v 4.592358 15.330090 -0.033587</w:t>
        <w:br/>
        <w:t>v 4.584025 15.330351 -0.043355</w:t>
        <w:br/>
        <w:t>v 4.578628 15.338846 -0.051524</w:t>
        <w:br/>
        <w:t>v 4.578695 15.351603 -0.054259</w:t>
        <w:br/>
        <w:t>v 4.584201 15.362640 -0.050300</w:t>
        <w:br/>
        <w:t>v 4.620404 15.346657 -0.073544</w:t>
        <w:br/>
        <w:t>v 4.626978 15.351603 -0.063590</w:t>
        <w:br/>
        <w:t>v 4.629779 15.348936 -0.051149</w:t>
        <w:br/>
        <w:t>v 4.627480 15.339890 -0.042056</w:t>
        <w:br/>
        <w:t>v 4.621175 15.328699 -0.040557</w:t>
        <w:br/>
        <w:t>v 4.613801 15.320610 -0.047352</w:t>
        <w:br/>
        <w:t>v 4.613801 15.320610 -0.047352</w:t>
        <w:br/>
        <w:t>v 4.608803 15.319403 -0.059268</w:t>
        <w:br/>
        <w:t>v 4.608545 15.325642 -0.070722</w:t>
        <w:br/>
        <w:t>v 4.613118 15.336397 -0.076367</w:t>
        <w:br/>
        <w:t>v 4.620404 15.346657 -0.073544</w:t>
        <w:br/>
        <w:t>v -4.626979 15.351603 -0.063589</w:t>
        <w:br/>
        <w:t>v -4.659572 15.322652 -0.067199</w:t>
        <w:br/>
        <w:t>v -4.654689 15.316199 -0.077341</w:t>
        <w:br/>
        <w:t>v -4.620404 15.346656 -0.073544</w:t>
        <w:br/>
        <w:t>v -4.629780 15.348936 -0.051149</w:t>
        <w:br/>
        <w:t>v -4.658104 15.323773 -0.054296</w:t>
        <w:br/>
        <w:t>v -4.627481 15.339890 -0.042056</w:t>
        <w:br/>
        <w:t>v -4.650960 15.319035 -0.044654</w:t>
        <w:br/>
        <w:t>v -4.621175 15.328699 -0.040557</w:t>
        <w:br/>
        <w:t>v -4.641483 15.310665 -0.042805</w:t>
        <w:br/>
        <w:t>v -4.613802 15.320610 -0.047352</w:t>
        <w:br/>
        <w:t>v -4.634109 15.302577 -0.049600</w:t>
        <w:br/>
        <w:t>v -4.608804 15.319402 -0.059267</w:t>
        <w:br/>
        <w:t>v -4.632287 15.298558 -0.061865</w:t>
        <w:br/>
        <w:t>v -4.634109 15.302577 -0.049600</w:t>
        <w:br/>
        <w:t>v -4.613802 15.320610 -0.047352</w:t>
        <w:br/>
        <w:t>v -4.608545 15.325641 -0.070721</w:t>
        <w:br/>
        <w:t>v -4.636870 15.300478 -0.073856</w:t>
        <w:br/>
        <w:t>v -4.613118 15.336396 -0.076367</w:t>
        <w:br/>
        <w:t>v -4.645722 15.307442 -0.079977</w:t>
        <w:br/>
        <w:t>v -4.620404 15.346656 -0.073544</w:t>
        <w:br/>
        <w:t>v -4.654689 15.316199 -0.077341</w:t>
        <w:br/>
        <w:t>v -4.681620 15.287715 -0.051348</w:t>
        <w:br/>
        <w:t>v -4.677868 15.279459 -0.060666</w:t>
        <w:br/>
        <w:t>v -4.677258 15.293413 -0.040519</w:t>
        <w:br/>
        <w:t>v -4.666836 15.293881 -0.033237</w:t>
        <w:br/>
        <w:t>v -4.655206 15.288901 -0.032925</w:t>
        <w:br/>
        <w:t>v -4.647832 15.280813 -0.039732</w:t>
        <w:br/>
        <w:t>v -4.648160 15.273392 -0.050449</w:t>
        <w:br/>
        <w:t>v -4.647832 15.280813 -0.039732</w:t>
        <w:br/>
        <w:t>v -4.656021 15.270105 -0.060092</w:t>
        <w:br/>
        <w:t>v -4.667759 15.272507 -0.064126</w:t>
        <w:br/>
        <w:t>v -4.677868 15.279459 -0.060666</w:t>
        <w:br/>
        <w:t>v -4.687191 15.256152 -0.020285</w:t>
        <w:br/>
        <w:t>v -4.683728 15.246266 -0.028004</w:t>
        <w:br/>
        <w:t>v -4.682111 15.265969 -0.013515</w:t>
        <w:br/>
        <w:t>v -4.670847 15.271143 -0.010867</w:t>
        <w:br/>
        <w:t>v -4.658677 15.269238 -0.013577</w:t>
        <w:br/>
        <w:t>v -4.651303 15.261150 -0.020372</w:t>
        <w:br/>
        <w:t>v -4.652170 15.250655 -0.028079</w:t>
        <w:br/>
        <w:t>v -4.651303 15.261150 -0.020372</w:t>
        <w:br/>
        <w:t>v -4.660878 15.242674 -0.033087</w:t>
        <w:br/>
        <w:t>v -4.673330 15.240945 -0.033062</w:t>
        <w:br/>
        <w:t>v -4.683728 15.246266 -0.028004</w:t>
        <w:br/>
        <w:t>v -4.674813 15.236406 0.017674</w:t>
        <w:br/>
        <w:t>v -4.670714 15.225509 0.011916</w:t>
        <w:br/>
        <w:t>v -4.671352 15.248827 0.019460</w:t>
        <w:br/>
        <w:t>v -4.661930 15.256929 0.016462</w:t>
        <w:br/>
        <w:t>v -4.650978 15.256948 0.010067</w:t>
        <w:br/>
        <w:t>v -4.643590 15.248851 0.003273</w:t>
        <w:br/>
        <w:t>v -4.643251 15.236440 -0.000749</w:t>
        <w:br/>
        <w:t>v -4.643590 15.248851 0.003273</w:t>
        <w:br/>
        <w:t>v -4.650115 15.225519 -0.000112</w:t>
        <w:br/>
        <w:t>v -4.660953 15.221199 0.004896</w:t>
        <w:br/>
        <w:t>v -4.670714 15.225509 0.011916</w:t>
        <w:br/>
        <w:t>v -4.647790 15.233795 0.052348</w:t>
        <w:br/>
        <w:t>v -4.642296 15.222754 0.048376</w:t>
        <w:br/>
        <w:t>v -4.647869 15.246550 0.049600</w:t>
        <w:br/>
        <w:t>v -4.642473 15.255045 0.041431</w:t>
        <w:br/>
        <w:t>v -4.634143 15.255318 0.031663</w:t>
        <w:br/>
        <w:t>v -4.626767 15.247216 0.024869</w:t>
        <w:br/>
        <w:t>v -4.623796 15.234557 0.024219</w:t>
        <w:br/>
        <w:t>v -4.626767 15.247216 0.024869</w:t>
        <w:br/>
        <w:t>v -4.626635 15.223253 0.030027</w:t>
        <w:br/>
        <w:t>v -4.633931 15.218588 0.039570</w:t>
        <w:br/>
        <w:t>v -4.642296 15.222754 0.048376</w:t>
        <w:br/>
        <w:t>v -4.613380 15.248999 0.074443</w:t>
        <w:br/>
        <w:t>v -4.606094 15.238739 0.071633</w:t>
        <w:br/>
        <w:t>v -4.617956 15.259766 0.068810</w:t>
        <w:br/>
        <w:t>v -4.617683 15.265997 0.057344</w:t>
        <w:br/>
        <w:t>v -4.612696 15.264784 0.045428</w:t>
        <w:br/>
        <w:t>v -4.605323 15.256696 0.038633</w:t>
        <w:br/>
        <w:t>v -4.599006 15.245508 0.040132</w:t>
        <w:br/>
        <w:t>v -4.605323 15.256696 0.038633</w:t>
        <w:br/>
        <w:t>v -4.596719 15.236458 0.049238</w:t>
        <w:br/>
        <w:t>v -4.599519 15.233790 0.061666</w:t>
        <w:br/>
        <w:t>v -4.606094 15.238739 0.071633</w:t>
        <w:br/>
        <w:t>v -4.580775 15.277951 0.078053</w:t>
        <w:br/>
        <w:t>v -4.571808 15.269194 0.075418</w:t>
        <w:br/>
        <w:t>v -4.589628 15.284917 0.071945</w:t>
        <w:br/>
        <w:t>v -4.594215 15.286850 0.059942</w:t>
        <w:br/>
        <w:t>v -4.592388 15.282817 0.047676</w:t>
        <w:br/>
        <w:t>v -4.585015 15.274729 0.040881</w:t>
        <w:br/>
        <w:t>v -4.575538 15.266359 0.042743</w:t>
        <w:br/>
        <w:t>v -4.585015 15.274729 0.040881</w:t>
        <w:br/>
        <w:t>v -4.568394 15.261621 0.052373</w:t>
        <w:br/>
        <w:t>v -4.566915 15.262745 0.065275</w:t>
        <w:br/>
        <w:t>v -4.571808 15.269194 0.075418</w:t>
        <w:br/>
        <w:t>v -4.558739 15.312888 0.062203</w:t>
        <w:br/>
        <w:t>v -4.548630 15.305935 0.058755</w:t>
        <w:br/>
        <w:t>v -4.570477 15.315289 0.058168</w:t>
        <w:br/>
        <w:t>v -4.578340 15.312004 0.048538</w:t>
        <w:br/>
        <w:t>v -4.578654 15.304585 0.037809</w:t>
        <w:br/>
        <w:t>v -4.571281 15.296497 0.031014</w:t>
        <w:br/>
        <w:t>v -4.559662 15.291514 0.031326</w:t>
        <w:br/>
        <w:t>v -4.571281 15.296497 0.031014</w:t>
        <w:br/>
        <w:t>v -4.549239 15.291982 0.038596</w:t>
        <w:br/>
        <w:t>v -4.544878 15.297682 0.049425</w:t>
        <w:br/>
        <w:t>v -4.548630 15.305935 0.058755</w:t>
        <w:br/>
        <w:t>v -4.553157 15.344455 0.031139</w:t>
        <w:br/>
        <w:t>v -4.542761 15.339144 0.026080</w:t>
        <w:br/>
        <w:t>v -4.565621 15.342720 0.031176</w:t>
        <w:br/>
        <w:t>v -4.574328 15.334739 0.026155</w:t>
        <w:br/>
        <w:t>v -4.575183 15.324247 0.018461</w:t>
        <w:br/>
        <w:t>v -4.567810 15.316159 0.011654</w:t>
        <w:br/>
        <w:t>v -4.555651 15.314251 0.008956</w:t>
        <w:br/>
        <w:t>v -4.567810 15.316159 0.011654</w:t>
        <w:br/>
        <w:t>v -4.544386 15.319424 0.011604</w:t>
        <w:br/>
        <w:t>v -4.539295 15.329246 0.018361</w:t>
        <w:br/>
        <w:t>v -4.542761 15.339144 0.026080</w:t>
        <w:br/>
        <w:t>v -4.565546 15.364195 -0.006820</w:t>
        <w:br/>
        <w:t>v -4.555786 15.359900 -0.013839</w:t>
        <w:br/>
        <w:t>v -4.576383 15.359876 -0.001811</w:t>
        <w:br/>
        <w:t>v -4.583235 15.348958 -0.001174</w:t>
        <w:br/>
        <w:t>v -4.582896 15.336549 -0.005184</w:t>
        <w:br/>
        <w:t>v -4.575523 15.328461 -0.011991</w:t>
        <w:br/>
        <w:t>v -4.564569 15.328467 -0.018386</w:t>
        <w:br/>
        <w:t>v -4.575523 15.328461 -0.011991</w:t>
        <w:br/>
        <w:t>v -4.555149 15.336579 -0.021384</w:t>
        <w:br/>
        <w:t>v -4.551685 15.348989 -0.019585</w:t>
        <w:br/>
        <w:t>v -4.555786 15.359900 -0.013839</w:t>
        <w:br/>
        <w:t>v -4.592556 15.366810 -0.041493</w:t>
        <w:br/>
        <w:t>v -4.584201 15.362640 -0.050299</w:t>
        <w:br/>
        <w:t>v -4.599863 15.362140 -0.031951</w:t>
        <w:br/>
        <w:t>v -4.602702 15.350838 -0.026143</w:t>
        <w:br/>
        <w:t>v -4.599731 15.338178 -0.026792</w:t>
        <w:br/>
        <w:t>v -4.592359 15.330090 -0.033587</w:t>
        <w:br/>
        <w:t>v -4.584025 15.330350 -0.043355</w:t>
        <w:br/>
        <w:t>v -4.592359 15.330090 -0.033587</w:t>
        <w:br/>
        <w:t>v -4.578629 15.338845 -0.051523</w:t>
        <w:br/>
        <w:t>v -4.578695 15.351603 -0.054259</w:t>
        <w:br/>
        <w:t>v -4.584201 15.362640 -0.050299</w:t>
        <w:br/>
        <w:t>v -4.626979 15.351603 -0.063589</w:t>
        <w:br/>
        <w:t>v -4.620404 15.346656 -0.073544</w:t>
        <w:br/>
        <w:t>v -4.629780 15.348936 -0.051149</w:t>
        <w:br/>
        <w:t>v -4.627481 15.339890 -0.042056</w:t>
        <w:br/>
        <w:t>v -4.621175 15.328699 -0.040557</w:t>
        <w:br/>
        <w:t>v -4.613802 15.320610 -0.047352</w:t>
        <w:br/>
        <w:t>v -4.608804 15.319402 -0.059267</w:t>
        <w:br/>
        <w:t>v -4.613802 15.320610 -0.047352</w:t>
        <w:br/>
        <w:t>v -4.608545 15.325641 -0.070721</w:t>
        <w:br/>
        <w:t>v -4.613118 15.336396 -0.076367</w:t>
        <w:br/>
        <w:t>v -4.620404 15.346656 -0.073544</w:t>
        <w:br/>
        <w:t>v 0.252708 16.245401 1.573828</w:t>
        <w:br/>
        <w:t>v 0.135585 16.179527 1.464449</w:t>
        <w:br/>
        <w:t>v 0.064739 16.436169 1.393965</w:t>
        <w:br/>
        <w:t>v 0.190643 16.451307 1.506704</w:t>
        <w:br/>
        <w:t>v 0.146064 16.660362 1.372843</w:t>
        <w:br/>
        <w:t>v 0.196501 16.777361 1.357605</w:t>
        <w:br/>
        <w:t>v 0.249935 16.756653 1.368309</w:t>
        <w:br/>
        <w:t>v 0.289405 16.679335 1.478563</w:t>
        <w:br/>
        <w:t>v 0.326540 16.768717 1.406380</w:t>
        <w:br/>
        <w:t>v 0.000000 16.430563 1.307893</w:t>
        <w:br/>
        <w:t>v 0.076280 16.143505 1.383248</w:t>
        <w:br/>
        <w:t>v 0.000000 16.661749 1.294603</w:t>
        <w:br/>
        <w:t>v 0.079577 16.669617 1.319821</w:t>
        <w:br/>
        <w:t>v 0.156319 15.885752 1.392816</w:t>
        <w:br/>
        <w:t>v 0.000000 15.865278 1.388581</w:t>
        <w:br/>
        <w:t>v 0.000000 16.127430 1.363251</w:t>
        <w:br/>
        <w:t>v 0.212077 15.731843 1.360865</w:t>
        <w:br/>
        <w:t>v 0.306829 15.442413 1.333449</w:t>
        <w:br/>
        <w:t>v 0.203396 15.442563 1.331650</w:t>
        <w:br/>
        <w:t>v 0.202721 14.899014 1.272945</w:t>
        <w:br/>
        <w:t>v 0.201534 15.178026 1.300823</w:t>
        <w:br/>
        <w:t>v 0.311601 15.176565 1.286109</w:t>
        <w:br/>
        <w:t>v 0.309115 14.902123 1.257007</w:t>
        <w:br/>
        <w:t>v 0.201397 16.648397 1.418284</w:t>
        <w:br/>
        <w:t>v 0.279775 16.631159 1.476327</w:t>
        <w:br/>
        <w:t>v 0.212214 15.934214 1.415836</w:t>
        <w:br/>
        <w:t>v 0.358790 16.628710 1.531211</w:t>
        <w:br/>
        <w:t>v 0.105795 16.770466 1.313364</w:t>
        <w:br/>
        <w:t>v 0.142529 16.782206 1.335747</w:t>
        <w:br/>
        <w:t>v 0.384146 16.701429 1.490567</w:t>
        <w:br/>
        <w:t>v 0.073369 16.774712 1.304220</w:t>
        <w:br/>
        <w:t>v 0.028641 16.797258 1.303796</w:t>
        <w:br/>
        <w:t>v 0.000000 16.803629 1.303908</w:t>
        <w:br/>
        <w:t>v 0.325603 16.532459 1.552844</w:t>
        <w:br/>
        <w:t>v 0.299610 16.463148 1.569819</w:t>
        <w:br/>
        <w:t>v 0.252746 16.245577 1.573604</w:t>
        <w:br/>
        <w:t>v 0.222381 16.027042 1.485683</w:t>
        <w:br/>
        <w:t>v 0.214212 15.839998 1.387245</w:t>
        <w:br/>
        <w:t>v 0.000000 15.707612 1.380300</w:t>
        <w:br/>
        <w:t>v 0.000000 15.442863 1.356444</w:t>
        <w:br/>
        <w:t>v 0.000000 15.180325 1.317798</w:t>
        <w:br/>
        <w:t>v -0.000000 14.892444 1.282512</w:t>
        <w:br/>
        <w:t>v 0.202721 14.603838 1.272945</w:t>
        <w:br/>
        <w:t>v -0.000000 14.597267 1.282512</w:t>
        <w:br/>
        <w:t>v 0.309115 14.606936 1.257007</w:t>
        <w:br/>
        <w:t>v 0.202721 14.309061 1.272945</w:t>
        <w:br/>
        <w:t>v -0.000000 14.302492 1.282513</w:t>
        <w:br/>
        <w:t>v 0.309115 14.312170 1.257007</w:t>
        <w:br/>
        <w:t>v -0.064738 16.436169 1.393965</w:t>
        <w:br/>
        <w:t>v -0.135584 16.179527 1.464449</w:t>
        <w:br/>
        <w:t>v -0.252708 16.245401 1.573828</w:t>
        <w:br/>
        <w:t>v -0.190642 16.451307 1.506704</w:t>
        <w:br/>
        <w:t>v -0.196500 16.777361 1.357605</w:t>
        <w:br/>
        <w:t>v -0.146064 16.660362 1.372843</w:t>
        <w:br/>
        <w:t>v -0.249935 16.756653 1.368309</w:t>
        <w:br/>
        <w:t>v -0.289405 16.679335 1.478563</w:t>
        <w:br/>
        <w:t>v -0.326539 16.768717 1.406380</w:t>
        <w:br/>
        <w:t>v 0.000000 16.430563 1.307893</w:t>
        <w:br/>
        <w:t>v -0.076279 16.143505 1.383248</w:t>
        <w:br/>
        <w:t>v -0.079577 16.669617 1.319821</w:t>
        <w:br/>
        <w:t>v -0.156318 15.885752 1.392816</w:t>
        <w:br/>
        <w:t>v -0.306829 15.442413 1.333449</w:t>
        <w:br/>
        <w:t>v -0.212076 15.731843 1.360865</w:t>
        <w:br/>
        <w:t>v -0.203408 15.442563 1.331650</w:t>
        <w:br/>
        <w:t>v -0.202721 14.899014 1.272945</w:t>
        <w:br/>
        <w:t>v -0.309115 14.902123 1.257007</w:t>
        <w:br/>
        <w:t>v -0.311601 15.176565 1.286109</w:t>
        <w:br/>
        <w:t>v -0.201534 15.178026 1.300823</w:t>
        <w:br/>
        <w:t>v -0.279775 16.631159 1.476327</w:t>
        <w:br/>
        <w:t>v -0.201397 16.648397 1.418284</w:t>
        <w:br/>
        <w:t>v -0.212213 15.934214 1.415836</w:t>
        <w:br/>
        <w:t>v -0.358790 16.628710 1.531210</w:t>
        <w:br/>
        <w:t>v -0.105794 16.770466 1.313364</w:t>
        <w:br/>
        <w:t>v -0.142529 16.782206 1.335747</w:t>
        <w:br/>
        <w:t>v -0.384145 16.701429 1.490566</w:t>
        <w:br/>
        <w:t>v -0.073369 16.774712 1.304220</w:t>
        <w:br/>
        <w:t>v -0.028640 16.797258 1.303796</w:t>
        <w:br/>
        <w:t>v -0.325602 16.532459 1.552844</w:t>
        <w:br/>
        <w:t>v -0.299610 16.463148 1.569819</w:t>
        <w:br/>
        <w:t>v -0.252745 16.245577 1.573603</w:t>
        <w:br/>
        <w:t>v -0.222381 16.027042 1.485683</w:t>
        <w:br/>
        <w:t>v -0.214212 15.839998 1.387245</w:t>
        <w:br/>
        <w:t>v -0.000000 14.892444 1.282512</w:t>
        <w:br/>
        <w:t>v -0.000000 14.597267 1.282512</w:t>
        <w:br/>
        <w:t>v -0.202721 14.603838 1.272945</w:t>
        <w:br/>
        <w:t>v -0.309115 14.606936 1.257007</w:t>
        <w:br/>
        <w:t>v -0.000000 14.302492 1.282513</w:t>
        <w:br/>
        <w:t>v -0.202721 14.309061 1.272945</w:t>
        <w:br/>
        <w:t>v -0.309115 14.312170 1.257007</w:t>
        <w:br/>
        <w:t>v 1.075508 17.111969 0.890935</w:t>
        <w:br/>
        <w:t>v 1.077968 17.117727 0.898666</w:t>
        <w:br/>
        <w:t>v 1.043570 17.134176 0.901751</w:t>
        <w:br/>
        <w:t>v 1.039535 17.129181 0.894170</w:t>
        <w:br/>
        <w:t>v 1.076632 17.118240 0.908496</w:t>
        <w:br/>
        <w:t>v 1.046242 17.132776 0.911232</w:t>
        <w:br/>
        <w:t>v 1.072110 17.113295 0.915841</w:t>
        <w:br/>
        <w:t>v 1.046268 17.125658 0.918164</w:t>
        <w:br/>
        <w:t>v 1.066515 17.105198 0.917252</w:t>
        <w:br/>
        <w:t>v 1.043657 17.116140 0.919301</w:t>
        <w:br/>
        <w:t>v 1.066515 17.105198 0.917252</w:t>
        <w:br/>
        <w:t>v 1.062480 17.097731 0.912069</w:t>
        <w:br/>
        <w:t>v 1.039623 17.108673 0.914129</w:t>
        <w:br/>
        <w:t>v 1.043657 17.116140 0.919301</w:t>
        <w:br/>
        <w:t>v 1.061893 17.094408 0.902726</w:t>
        <w:br/>
        <w:t>v 1.036050 17.106760 0.905049</w:t>
        <w:br/>
        <w:t>v 1.065016 17.096756 0.893595</w:t>
        <w:br/>
        <w:t>v 1.034614 17.111294 0.896318</w:t>
        <w:br/>
        <w:t>v 1.070387 17.103699 0.888936</w:t>
        <w:br/>
        <w:t>v 1.035988 17.120150 0.892021</w:t>
        <w:br/>
        <w:t>v 1.075508 17.111969 0.890935</w:t>
        <w:br/>
        <w:t>v 1.039535 17.129181 0.894170</w:t>
        <w:br/>
        <w:t>v 1.103399 17.087038 0.905136</w:t>
        <w:br/>
        <w:t>v 1.104636 17.093882 0.912243</w:t>
        <w:br/>
        <w:t>v 1.100189 17.097179 0.920500</w:t>
        <w:br/>
        <w:t>v 1.092133 17.095392 0.926033</w:t>
        <w:br/>
        <w:t>v 1.084239 17.089361 0.926270</w:t>
        <w:br/>
        <w:t>v 1.084239 17.089361 0.926270</w:t>
        <w:br/>
        <w:t>v 1.080204 17.081892 0.921099</w:t>
        <w:br/>
        <w:t>v 1.081915 17.076496 0.912930</w:t>
        <w:br/>
        <w:t>v 1.088573 17.075695 0.905586</w:t>
        <w:br/>
        <w:t>v 1.097054 17.079857 0.902513</w:t>
        <w:br/>
        <w:t>v 1.103399 17.087038 0.905136</w:t>
        <w:br/>
        <w:t>v 1.115727 17.061069 0.932965</w:t>
        <w:br/>
        <w:t>v 1.116427 17.069052 0.938848</w:t>
        <w:br/>
        <w:t>v 1.110594 17.075233 0.944007</w:t>
        <w:br/>
        <w:t>v 1.100988 17.076746 0.946018</w:t>
        <w:br/>
        <w:t>v 1.092070 17.072849 0.943957</w:t>
        <w:br/>
        <w:t>v 1.092070 17.072849 0.943957</w:t>
        <w:br/>
        <w:t>v 1.088036 17.065393 0.938773</w:t>
        <w:br/>
        <w:t>v 1.090771 17.057846 0.932903</w:t>
        <w:br/>
        <w:t>v 1.098977 17.053751 0.929093</w:t>
        <w:br/>
        <w:t>v 1.108832 17.055025 0.929118</w:t>
        <w:br/>
        <w:t>v 1.115727 17.061069 0.932965</w:t>
        <w:br/>
        <w:t>v 1.109182 17.041010 0.966977</w:t>
        <w:br/>
        <w:t>v 1.110169 17.049879 0.971361</w:t>
        <w:br/>
        <w:t>v 1.105073 17.058296 0.972723</w:t>
        <w:br/>
        <w:t>v 1.096292 17.062344 0.970437</w:t>
        <w:br/>
        <w:t>v 1.087923 17.060108 0.965565</w:t>
        <w:br/>
        <w:t>v 1.087923 17.060108 0.965565</w:t>
        <w:br/>
        <w:t>v 1.083889 17.052639 0.960382</w:t>
        <w:br/>
        <w:t>v 1.086075 17.043446 0.957322</w:t>
        <w:br/>
        <w:t>v 1.093457 17.036814 0.957809</w:t>
        <w:br/>
        <w:t>v 1.102587 17.035851 0.961618</w:t>
        <w:br/>
        <w:t>v 1.109182 17.041010 0.966977</w:t>
        <w:br/>
        <w:t>v 1.085538 17.032240 0.998041</w:t>
        <w:br/>
        <w:t>v 1.087561 17.041496 1.001051</w:t>
        <w:br/>
        <w:t>v 1.085101 17.050890 0.998965</w:t>
        <w:br/>
        <w:t>v 1.079305 17.056047 0.992745</w:t>
        <w:br/>
        <w:t>v 1.072885 17.054537 0.985300</w:t>
        <w:br/>
        <w:t>v 1.072885 17.054537 0.985300</w:t>
        <w:br/>
        <w:t>v 1.068850 17.047068 0.980117</w:t>
        <w:br/>
        <w:t>v 1.069088 17.037151 0.979630</w:t>
        <w:br/>
        <w:t>v 1.073472 17.029408 0.984051</w:t>
        <w:br/>
        <w:t>v 1.079979 17.027472 0.991321</w:t>
        <w:br/>
        <w:t>v 1.085538 17.032240 0.998041</w:t>
        <w:br/>
        <w:t>v 1.051101 17.037127 1.017838</w:t>
        <w:br/>
        <w:t>v 1.054649 17.046156 1.019987</w:t>
        <w:br/>
        <w:t>v 1.056010 17.055012 1.015690</w:t>
        <w:br/>
        <w:t>v 1.054586 17.059546 1.006959</w:t>
        <w:br/>
        <w:t>v 1.051014 17.057636 0.997878</w:t>
        <w:br/>
        <w:t>v 1.051014 17.057636 0.997878</w:t>
        <w:br/>
        <w:t>v 1.046980 17.050179 0.992707</w:t>
        <w:br/>
        <w:t>v 1.044369 17.040648 0.993844</w:t>
        <w:br/>
        <w:t>v 1.044394 17.033527 1.000776</w:t>
        <w:br/>
        <w:t>v 1.047054 17.032129 1.010256</w:t>
        <w:br/>
        <w:t>v 1.051101 17.037127 1.017838</w:t>
        <w:br/>
        <w:t>v 1.015129 17.054338 1.021073</w:t>
        <w:br/>
        <w:t>v 1.020250 17.062607 1.023072</w:t>
        <w:br/>
        <w:t>v 1.025621 17.069551 1.018413</w:t>
        <w:br/>
        <w:t>v 1.028743 17.071899 1.009282</w:t>
        <w:br/>
        <w:t>v 1.028156 17.068577 0.999939</w:t>
        <w:br/>
        <w:t>v 1.028156 17.068577 0.999939</w:t>
        <w:br/>
        <w:t>v 1.024109 17.061108 0.994756</w:t>
        <w:br/>
        <w:t>v 1.018526 17.053015 0.996167</w:t>
        <w:br/>
        <w:t>v 1.014005 17.048069 1.003512</w:t>
        <w:br/>
        <w:t>v 1.012655 17.048592 1.013342</w:t>
        <w:br/>
        <w:t>v 1.015129 17.054338 1.021073</w:t>
        <w:br/>
        <w:t>v 0.987237 17.079269 1.006871</w:t>
        <w:br/>
        <w:t>v 0.993583 17.086451 1.009495</w:t>
        <w:br/>
        <w:t>v 1.020250 17.062607 1.023072</w:t>
        <w:br/>
        <w:t>v 1.015129 17.054338 1.021073</w:t>
        <w:br/>
        <w:t>v 1.002064 17.090609 1.006422</w:t>
        <w:br/>
        <w:t>v 1.025621 17.069551 1.018413</w:t>
        <w:br/>
        <w:t>v 1.008721 17.089811 0.999077</w:t>
        <w:br/>
        <w:t>v 1.028743 17.071899 1.009282</w:t>
        <w:br/>
        <w:t>v 1.010432 17.084415 0.990909</w:t>
        <w:br/>
        <w:t>v 1.028156 17.068577 0.999939</w:t>
        <w:br/>
        <w:t>v 1.010432 17.084415 0.990909</w:t>
        <w:br/>
        <w:t>v 1.006398 17.076958 0.985738</w:t>
        <w:br/>
        <w:t>v 1.024109 17.061108 0.994756</w:t>
        <w:br/>
        <w:t>v 1.028156 17.068577 0.999939</w:t>
        <w:br/>
        <w:t>v 0.998504 17.070911 0.985975</w:t>
        <w:br/>
        <w:t>v 1.018526 17.053015 0.996167</w:t>
        <w:br/>
        <w:t>v 0.990447 17.069126 0.991508</w:t>
        <w:br/>
        <w:t>v 1.014005 17.048069 1.003512</w:t>
        <w:br/>
        <w:t>v 0.986001 17.072424 0.999764</w:t>
        <w:br/>
        <w:t>v 1.012655 17.048592 1.013342</w:t>
        <w:br/>
        <w:t>v 0.987237 17.079269 1.006871</w:t>
        <w:br/>
        <w:t>v 1.015129 17.054338 1.021073</w:t>
        <w:br/>
        <w:t>v 0.974909 17.105236 0.979043</w:t>
        <w:br/>
        <w:t>v 0.981791 17.111280 0.982890</w:t>
        <w:br/>
        <w:t>v 0.991659 17.112555 0.982915</w:t>
        <w:br/>
        <w:t>v 0.999865 17.108458 0.979105</w:t>
        <w:br/>
        <w:t>v 1.002601 17.100916 0.973235</w:t>
        <w:br/>
        <w:t>v 1.002601 17.100916 0.973235</w:t>
        <w:br/>
        <w:t>v 0.998566 17.093456 0.968051</w:t>
        <w:br/>
        <w:t>v 0.989648 17.089561 0.965990</w:t>
        <w:br/>
        <w:t>v 0.980030 17.091072 0.968001</w:t>
        <w:br/>
        <w:t>v 0.974210 17.097256 0.973160</w:t>
        <w:br/>
        <w:t>v 0.974909 17.105236 0.979043</w:t>
        <w:br/>
        <w:t>v 0.981454 17.125296 0.945031</w:t>
        <w:br/>
        <w:t>v 0.988049 17.130455 0.950389</w:t>
        <w:br/>
        <w:t>v 0.997180 17.129494 0.954199</w:t>
        <w:br/>
        <w:t>v 1.004562 17.122862 0.954686</w:t>
        <w:br/>
        <w:t>v 1.006747 17.113667 0.951626</w:t>
        <w:br/>
        <w:t>v 1.006747 17.113667 0.951626</w:t>
        <w:br/>
        <w:t>v 1.002713 17.106197 0.946442</w:t>
        <w:br/>
        <w:t>v 0.994345 17.103962 0.941571</w:t>
        <w:br/>
        <w:t>v 0.985564 17.108009 0.939285</w:t>
        <w:br/>
        <w:t>v 0.980467 17.116428 0.940647</w:t>
        <w:br/>
        <w:t>v 0.981454 17.125296 0.945031</w:t>
        <w:br/>
        <w:t>v 1.005099 17.134064 0.913967</w:t>
        <w:br/>
        <w:t>v 1.010657 17.138836 0.920687</w:t>
        <w:br/>
        <w:t>v 1.017152 17.136900 0.927957</w:t>
        <w:br/>
        <w:t>v 1.021549 17.129156 0.932378</w:t>
        <w:br/>
        <w:t>v 1.021786 17.119238 0.931891</w:t>
        <w:br/>
        <w:t>v 1.021786 17.119238 0.931891</w:t>
        <w:br/>
        <w:t>v 1.017739 17.111769 0.926707</w:t>
        <w:br/>
        <w:t>v 1.011332 17.110258 0.919263</w:t>
        <w:br/>
        <w:t>v 1.005536 17.115417 0.913043</w:t>
        <w:br/>
        <w:t>v 1.003075 17.124809 0.910957</w:t>
        <w:br/>
        <w:t>v 1.005099 17.134064 0.913967</w:t>
        <w:br/>
        <w:t>v -1.043581 17.134176 0.901751</w:t>
        <w:br/>
        <w:t>v -1.077968 17.117727 0.898666</w:t>
        <w:br/>
        <w:t>v -1.075507 17.111969 0.890935</w:t>
        <w:br/>
        <w:t>v -1.039535 17.129181 0.894170</w:t>
        <w:br/>
        <w:t>v -1.046242 17.132776 0.911232</w:t>
        <w:br/>
        <w:t>v -1.076632 17.118240 0.908496</w:t>
        <w:br/>
        <w:t>v -1.046267 17.125658 0.918164</w:t>
        <w:br/>
        <w:t>v -1.072110 17.113295 0.915841</w:t>
        <w:br/>
        <w:t>v -1.043656 17.116140 0.919301</w:t>
        <w:br/>
        <w:t>v -1.066514 17.105198 0.917252</w:t>
        <w:br/>
        <w:t>v -1.039622 17.108673 0.914129</w:t>
        <w:br/>
        <w:t>v -1.062480 17.097731 0.912069</w:t>
        <w:br/>
        <w:t>v -1.066514 17.105198 0.917252</w:t>
        <w:br/>
        <w:t>v -1.043656 17.116140 0.919301</w:t>
        <w:br/>
        <w:t>v -1.036050 17.106760 0.905049</w:t>
        <w:br/>
        <w:t>v -1.061893 17.094408 0.902726</w:t>
        <w:br/>
        <w:t>v -1.034613 17.111294 0.896318</w:t>
        <w:br/>
        <w:t>v -1.065015 17.096756 0.893595</w:t>
        <w:br/>
        <w:t>v -1.035987 17.120150 0.892021</w:t>
        <w:br/>
        <w:t>v -1.070386 17.103699 0.888936</w:t>
        <w:br/>
        <w:t>v -1.039535 17.129181 0.894170</w:t>
        <w:br/>
        <w:t>v -1.075507 17.111969 0.890935</w:t>
        <w:br/>
        <w:t>v -1.104635 17.093882 0.912243</w:t>
        <w:br/>
        <w:t>v -1.103399 17.087038 0.905136</w:t>
        <w:br/>
        <w:t>v -1.100188 17.097179 0.920500</w:t>
        <w:br/>
        <w:t>v -1.092132 17.095392 0.926033</w:t>
        <w:br/>
        <w:t>v -1.084238 17.089361 0.926270</w:t>
        <w:br/>
        <w:t>v -1.080204 17.081892 0.921099</w:t>
        <w:br/>
        <w:t>v -1.084238 17.089361 0.926270</w:t>
        <w:br/>
        <w:t>v -1.081915 17.076496 0.912930</w:t>
        <w:br/>
        <w:t>v -1.088572 17.075695 0.905586</w:t>
        <w:br/>
        <w:t>v -1.097053 17.079857 0.902513</w:t>
        <w:br/>
        <w:t>v -1.103399 17.087038 0.905136</w:t>
        <w:br/>
        <w:t>v -1.116426 17.069052 0.938848</w:t>
        <w:br/>
        <w:t>v -1.115727 17.061069 0.932965</w:t>
        <w:br/>
        <w:t>v -1.110593 17.075233 0.944007</w:t>
        <w:br/>
        <w:t>v -1.100988 17.076746 0.946018</w:t>
        <w:br/>
        <w:t>v -1.092070 17.072849 0.943957</w:t>
        <w:br/>
        <w:t>v -1.088035 17.065393 0.938773</w:t>
        <w:br/>
        <w:t>v -1.092070 17.072849 0.943957</w:t>
        <w:br/>
        <w:t>v -1.090771 17.057846 0.932903</w:t>
        <w:br/>
        <w:t>v -1.098977 17.053751 0.929093</w:t>
        <w:br/>
        <w:t>v -1.108832 17.055025 0.929118</w:t>
        <w:br/>
        <w:t>v -1.115727 17.061069 0.932965</w:t>
        <w:br/>
        <w:t>v -1.110168 17.049879 0.971361</w:t>
        <w:br/>
        <w:t>v -1.109182 17.041010 0.966977</w:t>
        <w:br/>
        <w:t>v -1.105072 17.058296 0.972723</w:t>
        <w:br/>
        <w:t>v -1.096292 17.062344 0.970437</w:t>
        <w:br/>
        <w:t>v -1.087923 17.060108 0.965565</w:t>
        <w:br/>
        <w:t>v -1.083888 17.052639 0.960382</w:t>
        <w:br/>
        <w:t>v -1.087923 17.060108 0.965565</w:t>
        <w:br/>
        <w:t>v -1.086074 17.043446 0.957322</w:t>
        <w:br/>
        <w:t>v -1.093456 17.036814 0.957809</w:t>
        <w:br/>
        <w:t>v -1.102587 17.035851 0.961618</w:t>
        <w:br/>
        <w:t>v -1.109182 17.041010 0.966977</w:t>
        <w:br/>
        <w:t>v -1.087561 17.041496 1.001051</w:t>
        <w:br/>
        <w:t>v -1.085537 17.032240 0.998041</w:t>
        <w:br/>
        <w:t>v -1.085100 17.050890 0.998965</w:t>
        <w:br/>
        <w:t>v -1.079304 17.056047 0.992745</w:t>
        <w:br/>
        <w:t>v -1.072884 17.054537 0.985300</w:t>
        <w:br/>
        <w:t>v -1.068850 17.047068 0.980117</w:t>
        <w:br/>
        <w:t>v -1.072884 17.054537 0.985300</w:t>
        <w:br/>
        <w:t>v -1.069087 17.037151 0.979630</w:t>
        <w:br/>
        <w:t>v -1.073484 17.029408 0.984051</w:t>
        <w:br/>
        <w:t>v -1.079979 17.027472 0.991321</w:t>
        <w:br/>
        <w:t>v -1.085537 17.032240 0.998041</w:t>
        <w:br/>
        <w:t>v -1.054636 17.046156 1.019987</w:t>
        <w:br/>
        <w:t>v -1.051101 17.037127 1.017838</w:t>
        <w:br/>
        <w:t>v -1.056010 17.055012 1.015690</w:t>
        <w:br/>
        <w:t>v -1.054586 17.059546 1.006959</w:t>
        <w:br/>
        <w:t>v -1.051013 17.057636 0.997878</w:t>
        <w:br/>
        <w:t>v -1.046979 17.050179 0.992707</w:t>
        <w:br/>
        <w:t>v -1.051013 17.057636 0.997878</w:t>
        <w:br/>
        <w:t>v -1.044369 17.040648 0.993844</w:t>
        <w:br/>
        <w:t>v -1.044393 17.033527 1.000776</w:t>
        <w:br/>
        <w:t>v -1.047054 17.032129 1.010256</w:t>
        <w:br/>
        <w:t>v -1.051101 17.037127 1.017838</w:t>
        <w:br/>
        <w:t>v -1.020249 17.062607 1.023072</w:t>
        <w:br/>
        <w:t>v -1.015128 17.054338 1.021073</w:t>
        <w:br/>
        <w:t>v -1.025620 17.069551 1.018413</w:t>
        <w:br/>
        <w:t>v -1.028743 17.071899 1.009282</w:t>
        <w:br/>
        <w:t>v -1.028156 17.068577 0.999939</w:t>
        <w:br/>
        <w:t>v -1.024121 17.061108 0.994756</w:t>
        <w:br/>
        <w:t>v -1.028156 17.068577 0.999939</w:t>
        <w:br/>
        <w:t>v -1.018526 17.053015 0.996167</w:t>
        <w:br/>
        <w:t>v -1.014004 17.048069 1.003512</w:t>
        <w:br/>
        <w:t>v -1.012655 17.048592 1.013342</w:t>
        <w:br/>
        <w:t>v -1.015128 17.054338 1.021073</w:t>
        <w:br/>
        <w:t>v -1.020249 17.062607 1.023072</w:t>
        <w:br/>
        <w:t>v -0.993582 17.086451 1.009495</w:t>
        <w:br/>
        <w:t>v -0.987237 17.079269 1.006871</w:t>
        <w:br/>
        <w:t>v -1.015128 17.054338 1.021073</w:t>
        <w:br/>
        <w:t>v -1.025620 17.069551 1.018413</w:t>
        <w:br/>
        <w:t>v -1.002063 17.090609 1.006422</w:t>
        <w:br/>
        <w:t>v -1.028743 17.071899 1.009282</w:t>
        <w:br/>
        <w:t>v -1.008721 17.089811 0.999077</w:t>
        <w:br/>
        <w:t>v -1.028156 17.068577 0.999939</w:t>
        <w:br/>
        <w:t>v -1.010432 17.084415 0.990909</w:t>
        <w:br/>
        <w:t>v -1.024121 17.061108 0.994756</w:t>
        <w:br/>
        <w:t>v -1.006397 17.076958 0.985738</w:t>
        <w:br/>
        <w:t>v -1.010432 17.084415 0.990909</w:t>
        <w:br/>
        <w:t>v -1.028156 17.068577 0.999939</w:t>
        <w:br/>
        <w:t>v -1.018526 17.053015 0.996167</w:t>
        <w:br/>
        <w:t>v -0.998503 17.070911 0.985975</w:t>
        <w:br/>
        <w:t>v -1.014004 17.048069 1.003512</w:t>
        <w:br/>
        <w:t>v -0.990447 17.069126 0.991508</w:t>
        <w:br/>
        <w:t>v -1.012655 17.048592 1.013342</w:t>
        <w:br/>
        <w:t>v -0.986000 17.072424 0.999764</w:t>
        <w:br/>
        <w:t>v -1.015128 17.054338 1.021073</w:t>
        <w:br/>
        <w:t>v -0.987237 17.079269 1.006871</w:t>
        <w:br/>
        <w:t>v -0.981804 17.111280 0.982890</w:t>
        <w:br/>
        <w:t>v -0.974909 17.105236 0.979043</w:t>
        <w:br/>
        <w:t>v -0.991659 17.112555 0.982915</w:t>
        <w:br/>
        <w:t>v -0.999865 17.108458 0.979105</w:t>
        <w:br/>
        <w:t>v -1.002600 17.100916 0.973235</w:t>
        <w:br/>
        <w:t>v -0.998566 17.093456 0.968051</w:t>
        <w:br/>
        <w:t>v -1.002600 17.100916 0.973235</w:t>
        <w:br/>
        <w:t>v -0.989648 17.089561 0.965990</w:t>
        <w:br/>
        <w:t>v -0.980030 17.091072 0.968001</w:t>
        <w:br/>
        <w:t>v -0.974209 17.097256 0.973160</w:t>
        <w:br/>
        <w:t>v -0.974909 17.105236 0.979043</w:t>
        <w:br/>
        <w:t>v -0.988049 17.130455 0.950389</w:t>
        <w:br/>
        <w:t>v -0.981454 17.125296 0.945031</w:t>
        <w:br/>
        <w:t>v -0.997179 17.129494 0.954199</w:t>
        <w:br/>
        <w:t>v -1.004561 17.122862 0.954686</w:t>
        <w:br/>
        <w:t>v -1.006747 17.113667 0.951626</w:t>
        <w:br/>
        <w:t>v -1.002713 17.106197 0.946442</w:t>
        <w:br/>
        <w:t>v -1.006747 17.113667 0.951626</w:t>
        <w:br/>
        <w:t>v -0.994344 17.103962 0.941571</w:t>
        <w:br/>
        <w:t>v -0.985563 17.108009 0.939285</w:t>
        <w:br/>
        <w:t>v -0.980467 17.116428 0.940647</w:t>
        <w:br/>
        <w:t>v -0.981454 17.125296 0.945031</w:t>
        <w:br/>
        <w:t>v -1.010657 17.138836 0.920687</w:t>
        <w:br/>
        <w:t>v -1.005098 17.134064 0.913967</w:t>
        <w:br/>
        <w:t>v -1.017152 17.136900 0.927957</w:t>
        <w:br/>
        <w:t>v -1.021548 17.129156 0.932378</w:t>
        <w:br/>
        <w:t>v -1.021786 17.119238 0.931891</w:t>
        <w:br/>
        <w:t>v -1.017751 17.111769 0.926707</w:t>
        <w:br/>
        <w:t>v -1.021786 17.119238 0.931891</w:t>
        <w:br/>
        <w:t>v -1.011331 17.110258 0.919263</w:t>
        <w:br/>
        <w:t>v -1.005535 17.115417 0.913043</w:t>
        <w:br/>
        <w:t>v -1.003075 17.124809 0.910957</w:t>
        <w:br/>
        <w:t>v -1.005098 17.134064 0.913967</w:t>
        <w:br/>
        <w:t>v -0.209815 16.206482 1.619331</w:t>
        <w:br/>
        <w:t>v -0.125255 16.187708 1.592089</w:t>
        <w:br/>
        <w:t>v -0.238981 16.175730 1.612411</w:t>
        <w:br/>
        <w:t>v -0.258578 16.197500 1.592014</w:t>
        <w:br/>
        <w:t>v -0.229276 16.025795 1.566646</w:t>
        <w:br/>
        <w:t>v -0.116923 16.004461 1.556779</w:t>
        <w:br/>
        <w:t>v -0.135085 16.208830 1.570980</w:t>
        <w:br/>
        <w:t>v -0.110328 16.017239 1.579924</w:t>
        <w:br/>
        <w:t>v -0.116923 16.004461 1.556779</w:t>
        <w:br/>
        <w:t>v -0.229276 16.025795 1.566646</w:t>
        <w:br/>
        <w:t>v -0.215911 16.039148 1.588804</w:t>
        <w:br/>
        <w:t>v -0.229713 16.228502 1.599234</w:t>
        <w:br/>
        <w:t>v -0.135085 16.208830 1.570980</w:t>
        <w:br/>
        <w:t>v -0.125255 16.187708 1.592089</w:t>
        <w:br/>
        <w:t>v -0.209815 16.206482 1.619331</w:t>
        <w:br/>
        <w:t>v -0.238981 16.175730 1.612411</w:t>
        <w:br/>
        <w:t>v -0.258578 16.197500 1.592014</w:t>
        <w:br/>
        <w:t>v -0.005533 16.000900 1.549721</w:t>
        <w:br/>
        <w:t>v -0.006033 16.201048 1.562886</w:t>
        <w:br/>
        <w:t>v -0.005633 16.013342 1.575077</w:t>
        <w:br/>
        <w:t>v -0.005533 16.000900 1.549721</w:t>
        <w:br/>
        <w:t>v -0.006045 16.180401 1.586793</w:t>
        <w:br/>
        <w:t>v -0.006033 16.201048 1.562886</w:t>
        <w:br/>
        <w:t>v -0.229713 16.228502 1.599234</w:t>
        <w:br/>
        <w:t>v -0.229713 16.228502 1.599234</w:t>
        <w:br/>
        <w:t>v 0.108967 16.192793 1.592264</w:t>
        <w:br/>
        <w:t>v 0.191442 16.215101 1.619106</w:t>
        <w:br/>
        <w:t>v 0.220595 16.186235 1.612099</w:t>
        <w:br/>
        <w:t>v 0.101785 16.010593 1.556779</w:t>
        <w:br/>
        <w:t>v 0.211852 16.038059 1.566147</w:t>
        <w:br/>
        <w:t>v 0.239755 16.208206 1.591727</w:t>
        <w:br/>
        <w:t>v 0.118348 16.213964 1.571168</w:t>
        <w:br/>
        <w:t>v 0.211852 16.038059 1.566147</w:t>
        <w:br/>
        <w:t>v 0.101785 16.010593 1.556779</w:t>
        <w:br/>
        <w:t>v 0.095165 16.022997 1.579949</w:t>
        <w:br/>
        <w:t>v 0.198524 16.050701 1.588317</w:t>
        <w:br/>
        <w:t>v 0.108967 16.192793 1.592264</w:t>
        <w:br/>
        <w:t>v 0.118348 16.213964 1.571168</w:t>
        <w:br/>
        <w:t>v 0.210865 16.237322 1.599022</w:t>
        <w:br/>
        <w:t>v 0.191442 16.215101 1.619106</w:t>
        <w:br/>
        <w:t>v 0.220595 16.186235 1.612099</w:t>
        <w:br/>
        <w:t>v 0.239755 16.208206 1.591727</w:t>
        <w:br/>
        <w:t>v 0.210865 16.237322 1.599022</w:t>
        <w:br/>
        <w:t>v 0.210865 16.237322 1.599022</w:t>
        <w:br/>
        <w:t>v 2.745150 16.799152 -0.282360</w:t>
        <w:br/>
        <w:t>v 2.767090 16.814726 -0.276777</w:t>
        <w:br/>
        <w:t>v -2.767079 16.814732 -0.276765</w:t>
        <w:br/>
        <w:t>v -2.745150 16.799154 -0.282361</w:t>
        <w:br/>
        <w:t>v 2.745150 16.799152 -0.282360</w:t>
        <w:br/>
        <w:t>v 1.740032 16.872475 -0.638964</w:t>
        <w:br/>
        <w:t>v 1.558805 17.034880 -0.639900</w:t>
        <w:br/>
        <w:t>v 1.567719 16.762566 -0.253532</w:t>
        <w:br/>
        <w:t>v 1.387431 16.925369 -0.247948</w:t>
        <w:br/>
        <w:t>v 1.714396 17.126055 0.169072</w:t>
        <w:br/>
        <w:t>v 1.905925 16.970730 0.160316</w:t>
        <w:br/>
        <w:t>v 1.916252 16.937174 -0.628085</w:t>
        <w:br/>
        <w:t>v 1.913846 16.934948 -0.657887</w:t>
        <w:br/>
        <w:t>v -1.558805 17.034883 -0.639902</w:t>
        <w:br/>
        <w:t>v -1.740032 16.872478 -0.638965</w:t>
        <w:br/>
        <w:t>v -1.387431 16.925373 -0.247950</w:t>
        <w:br/>
        <w:t>v -1.567707 16.762573 -0.253533</w:t>
        <w:br/>
        <w:t>v -1.905925 16.970734 0.160315</w:t>
        <w:br/>
        <w:t>v -1.714396 17.126059 0.169071</w:t>
        <w:br/>
        <w:t>v -1.913846 16.934952 -0.657888</w:t>
        <w:br/>
        <w:t>v -1.916252 16.937178 -0.628086</w:t>
        <w:br/>
        <w:t>v -0.806628 13.969204 -0.385357</w:t>
        <w:br/>
        <w:t>v -0.888615 13.760798 -0.534288</w:t>
        <w:br/>
        <w:t>v 0.636746 13.712694 -0.664309</w:t>
        <w:br/>
        <w:t>v 0.489048 13.888864 -0.553914</w:t>
        <w:br/>
        <w:t>v -0.103983 18.794064 0.844335</w:t>
        <w:br/>
        <w:t>v -0.129551 18.796827 0.830707</w:t>
        <w:br/>
        <w:t>v -0.126016 18.847349 0.843487</w:t>
        <w:br/>
        <w:t>v -0.100261 18.843702 0.857151</w:t>
        <w:br/>
        <w:t>v -0.070883 18.840994 0.867289</w:t>
        <w:br/>
        <w:t>v -0.073956 18.791618 0.854082</w:t>
        <w:br/>
        <w:t>v -0.148212 18.804031 0.800882</w:t>
        <w:br/>
        <w:t>v -0.145089 18.854963 0.813734</w:t>
        <w:br/>
        <w:t>v -0.032675 18.839390 0.873362</w:t>
        <w:br/>
        <w:t>v -0.033849 18.790024 0.860139</w:t>
        <w:br/>
        <w:t>v -0.166761 18.811497 0.766531</w:t>
        <w:br/>
        <w:t>v -0.162002 18.863869 0.776171</w:t>
        <w:br/>
        <w:t>v 0.000000 18.789547 0.861903</w:t>
        <w:br/>
        <w:t>v 0.000000 18.838747 0.875853</w:t>
        <w:br/>
        <w:t>v -0.184946 18.828789 0.679334</w:t>
        <w:br/>
        <w:t>v -0.182286 18.878681 0.685519</w:t>
        <w:br/>
        <w:t>v -0.116324 18.861237 0.788408</w:t>
        <w:br/>
        <w:t>v -0.106918 18.856499 0.807537</w:t>
        <w:br/>
        <w:t>v -0.126016 18.847349 0.843487</w:t>
        <w:br/>
        <w:t>v -0.145089 18.854963 0.813734</w:t>
        <w:br/>
        <w:t>v -0.126554 18.867590 0.756576</w:t>
        <w:br/>
        <w:t>v -0.162002 18.863869 0.776171</w:t>
        <w:br/>
        <w:t>v -0.182286 18.878681 0.685519</w:t>
        <w:br/>
        <w:t>v -0.142504 18.880211 0.684757</w:t>
        <w:br/>
        <w:t>v -0.063039 18.851112 0.829624</w:t>
        <w:br/>
        <w:t>v -0.029227 18.849548 0.835236</w:t>
        <w:br/>
        <w:t>v -0.032675 18.839390 0.873362</w:t>
        <w:br/>
        <w:t>v -0.070883 18.840994 0.867289</w:t>
        <w:br/>
        <w:t>v -0.100261 18.843702 0.857151</w:t>
        <w:br/>
        <w:t>v -0.088445 18.853247 0.820181</w:t>
        <w:br/>
        <w:t>v -0.106918 18.856499 0.807537</w:t>
        <w:br/>
        <w:t>v -0.116324 18.861237 0.788408</w:t>
        <w:br/>
        <w:t>v -0.119584 18.809221 0.776893</w:t>
        <w:br/>
        <w:t>v -0.109454 18.805376 0.795116</w:t>
        <w:br/>
        <w:t>v -0.126554 18.867590 0.756576</w:t>
        <w:br/>
        <w:t>v -0.129976 18.815586 0.745436</w:t>
        <w:br/>
        <w:t>v -0.090406 18.802399 0.808202</w:t>
        <w:br/>
        <w:t>v -0.088445 18.853247 0.820181</w:t>
        <w:br/>
        <w:t>v -0.142504 18.880211 0.684757</w:t>
        <w:br/>
        <w:t>v -0.144115 18.829027 0.677386</w:t>
        <w:br/>
        <w:t>v -0.065063 18.800369 0.816733</w:t>
        <w:br/>
        <w:t>v -0.063039 18.851112 0.829624</w:t>
        <w:br/>
        <w:t>v -0.030089 18.798861 0.822878</w:t>
        <w:br/>
        <w:t>v -0.029227 18.849548 0.835236</w:t>
        <w:br/>
        <w:t>v 0.000000 18.838747 0.875853</w:t>
        <w:br/>
        <w:t>v 0.000000 18.848886 0.837945</w:t>
        <w:br/>
        <w:t>v 0.000000 18.798048 0.825278</w:t>
        <w:br/>
        <w:t>v 0.000000 18.848886 0.837945</w:t>
        <w:br/>
        <w:t>v -0.164312 18.886343 0.570155</w:t>
        <w:br/>
        <w:t>v -0.159041 18.915373 0.572116</w:t>
        <w:br/>
        <w:t>v -0.157268 18.914373 0.616070</w:t>
        <w:br/>
        <w:t>v -0.162426 18.886126 0.614147</w:t>
        <w:br/>
        <w:t>v -0.159279 18.881264 0.529986</w:t>
        <w:br/>
        <w:t>v -0.155256 18.907900 0.531634</w:t>
        <w:br/>
        <w:t>v -0.093441 18.931561 0.526950</w:t>
        <w:br/>
        <w:t>v -0.093254 18.936857 0.568431</w:t>
        <w:br/>
        <w:t>v -0.159041 18.915373 0.572116</w:t>
        <w:br/>
        <w:t>v -0.033162 18.936869 0.521555</w:t>
        <w:br/>
        <w:t>v -0.034673 18.943617 0.565671</w:t>
        <w:br/>
        <w:t>v 0.000000 18.929136 0.517745</w:t>
        <w:br/>
        <w:t>v 0.000000 18.936712 0.563111</w:t>
        <w:br/>
        <w:t>v -0.093391 18.933985 0.614646</w:t>
        <w:br/>
        <w:t>v -0.035011 18.940454 0.614059</w:t>
        <w:br/>
        <w:t>v -0.157268 18.914373 0.616070</w:t>
        <w:br/>
        <w:t>v -0.152734 18.911308 0.650519</w:t>
        <w:br/>
        <w:t>v -0.093916 18.928520 0.649682</w:t>
        <w:br/>
        <w:t>v -0.156368 18.882055 0.649408</w:t>
        <w:br/>
        <w:t>v -0.152734 18.911308 0.650519</w:t>
        <w:br/>
        <w:t>v -0.146164 18.874065 0.484333</w:t>
        <w:br/>
        <w:t>v -0.140843 18.897375 0.478537</w:t>
        <w:br/>
        <w:t>v -0.092442 18.915541 0.474503</w:t>
        <w:br/>
        <w:t>v -0.031288 18.920462 0.472991</w:t>
        <w:br/>
        <w:t>v 0.000000 18.929640 0.612710</w:t>
        <w:br/>
        <w:t>v 0.000000 18.921017 0.649445</w:t>
        <w:br/>
        <w:t>v -0.034923 18.933756 0.649819</w:t>
        <w:br/>
        <w:t>v -0.034299 18.923138 0.691838</w:t>
        <w:br/>
        <w:t>v -0.090506 18.919075 0.692350</w:t>
        <w:br/>
        <w:t>v 0.000000 18.909260 0.692487</w:t>
        <w:br/>
        <w:t>v -0.144240 18.904524 0.692799</w:t>
        <w:br/>
        <w:t>v -0.145564 18.874966 0.692500</w:t>
        <w:br/>
        <w:t>v -0.144240 18.904524 0.692799</w:t>
        <w:br/>
        <w:t>v -0.135846 18.864607 0.736429</w:t>
        <w:br/>
        <w:t>v -0.134672 18.895208 0.736654</w:t>
        <w:br/>
        <w:t>v -0.087433 18.906403 0.734368</w:t>
        <w:br/>
        <w:t>v -0.134672 18.895208 0.736654</w:t>
        <w:br/>
        <w:t>v 0.000000 18.896280 0.731408</w:t>
        <w:br/>
        <w:t>v -0.033074 18.909117 0.731757</w:t>
        <w:br/>
        <w:t>v -0.085397 18.891596 0.768467</w:t>
        <w:br/>
        <w:t>v -0.125642 18.881178 0.769866</w:t>
        <w:br/>
        <w:t>v -0.125642 18.881178 0.769866</w:t>
        <w:br/>
        <w:t>v -0.124867 18.853300 0.768904</w:t>
        <w:br/>
        <w:t>v -0.030963 18.891306 0.766194</w:t>
        <w:br/>
        <w:t>v 0.000000 18.881636 0.766444</w:t>
        <w:br/>
        <w:t>v 0.000000 18.868673 0.792274</w:t>
        <w:br/>
        <w:t>v -0.031114 18.876722 0.791250</w:t>
        <w:br/>
        <w:t>v -0.115587 18.867817 0.792561</w:t>
        <w:br/>
        <w:t>v -0.082799 18.876917 0.792486</w:t>
        <w:br/>
        <w:t>v -0.115587 18.867817 0.792561</w:t>
        <w:br/>
        <w:t>v -0.029977 18.856787 0.816381</w:t>
        <w:br/>
        <w:t>v -0.079801 18.858868 0.813670</w:t>
        <w:br/>
        <w:t>v 0.000000 18.850643 0.819254</w:t>
        <w:br/>
        <w:t>v -0.099624 18.853865 0.815531</w:t>
        <w:br/>
        <w:t>v -0.099624 18.853865 0.815531</w:t>
        <w:br/>
        <w:t>v -0.111040 18.843334 0.790725</w:t>
        <w:br/>
        <w:t>v -0.093041 18.833746 0.806626</w:t>
        <w:br/>
        <w:t>v -0.075192 18.846701 0.828384</w:t>
        <w:br/>
        <w:t>v -0.065925 18.825027 0.818029</w:t>
        <w:br/>
        <w:t>v -0.075192 18.846701 0.828384</w:t>
        <w:br/>
        <w:t>v -0.028915 18.841280 0.836016</w:t>
        <w:br/>
        <w:t>v 0.000000 18.837517 0.838739</w:t>
        <w:br/>
        <w:t>v -0.028915 18.841280 0.836016</w:t>
        <w:br/>
        <w:t>v -0.023632 18.819717 0.826448</w:t>
        <w:br/>
        <w:t>v -0.106469 18.853531 0.563273</w:t>
        <w:br/>
        <w:t>v 0.000000 18.824579 0.555317</w:t>
        <w:br/>
        <w:t>v 0.000000 18.814543 0.510051</w:t>
        <w:br/>
        <w:t>v -0.103384 18.846939 0.521130</w:t>
        <w:br/>
        <w:t>v -0.124867 18.853300 0.768904</w:t>
        <w:br/>
        <w:t>v -0.111040 18.843334 0.790725</w:t>
        <w:br/>
        <w:t>v -0.071508 18.838251 0.787390</w:t>
        <w:br/>
        <w:t>v -0.076691 18.846148 0.763945</w:t>
        <w:br/>
        <w:t>v -0.145564 18.874966 0.692500</w:t>
        <w:br/>
        <w:t>v -0.135846 18.864607 0.736429</w:t>
        <w:br/>
        <w:t>v -0.085485 18.854576 0.729709</w:t>
        <w:br/>
        <w:t>v -0.094528 18.860565 0.688590</w:t>
        <w:br/>
        <w:t>v -0.103171 18.862635 0.645336</w:t>
        <w:br/>
        <w:t>v -0.156368 18.882055 0.649408</w:t>
        <w:br/>
        <w:t>v -0.106843 18.860565 0.609425</w:t>
        <w:br/>
        <w:t>v -0.162426 18.886126 0.614147</w:t>
        <w:br/>
        <w:t>v -0.164312 18.886343 0.570155</w:t>
        <w:br/>
        <w:t>v -0.159279 18.881264 0.529986</w:t>
        <w:br/>
        <w:t>v -0.146164 18.874065 0.484333</w:t>
        <w:br/>
        <w:t>v -0.100910 18.840811 0.470319</w:t>
        <w:br/>
        <w:t>v -0.065925 18.825027 0.818029</w:t>
        <w:br/>
        <w:t>v -0.023632 18.819717 0.826448</w:t>
        <w:br/>
        <w:t>v 0.000000 18.826550 0.804614</w:t>
        <w:br/>
        <w:t>v -0.068885 18.830898 0.804240</w:t>
        <w:br/>
        <w:t>v 0.000000 18.832016 0.787865</w:t>
        <w:br/>
        <w:t>v 0.000000 18.833481 0.602381</w:t>
        <w:br/>
        <w:t>v 0.000000 18.843695 0.686192</w:t>
        <w:br/>
        <w:t>v 0.000000 18.840078 0.642538</w:t>
        <w:br/>
        <w:t>v -0.093041 18.833746 0.806626</w:t>
        <w:br/>
        <w:t>v 0.000000 18.920511 0.472679</w:t>
        <w:br/>
        <w:t>v 0.000000 18.818207 0.829933</w:t>
        <w:br/>
        <w:t>v 0.000000 18.837517 0.838739</w:t>
        <w:br/>
        <w:t>v 0.000000 18.806770 0.448710</w:t>
        <w:br/>
        <w:t>v 0.000000 18.842155 0.723126</w:t>
        <w:br/>
        <w:t>v 0.000000 18.837400 0.761397</w:t>
        <w:br/>
        <w:t>v 0.000000 18.818207 0.829933</w:t>
        <w:br/>
        <w:t>v -0.070833 18.841839 0.867524</w:t>
        <w:br/>
        <w:t>v -0.100186 18.844538 0.857274</w:t>
        <w:br/>
        <w:t>v -0.104245 18.905193 0.872559</w:t>
        <w:br/>
        <w:t>v -0.073419 18.901300 0.883751</w:t>
        <w:br/>
        <w:t>v -0.032962 18.840208 0.873414</w:t>
        <w:br/>
        <w:t>v -0.033899 18.898420 0.890483</w:t>
        <w:br/>
        <w:t>v 0.000000 18.839567 0.876094</w:t>
        <w:br/>
        <w:t>v 0.000000 18.896950 0.893843</w:t>
        <w:br/>
        <w:t>v -0.070833 18.841839 0.867524</w:t>
        <w:br/>
        <w:t>v -0.063077 18.851965 0.828915</w:t>
        <w:br/>
        <w:t>v -0.088682 18.854280 0.820043</w:t>
        <w:br/>
        <w:t>v -0.100186 18.844538 0.857274</w:t>
        <w:br/>
        <w:t>v -0.032962 18.840208 0.873414</w:t>
        <w:br/>
        <w:t>v -0.029490 18.850594 0.835202</w:t>
        <w:br/>
        <w:t>v -0.106082 18.857288 0.807721</w:t>
        <w:br/>
        <w:t>v -0.125866 18.850004 0.837425</w:t>
        <w:br/>
        <w:t>v -0.125866 18.850004 0.837425</w:t>
        <w:br/>
        <w:t>v -0.130725 18.911982 0.852504</w:t>
        <w:br/>
        <w:t>v -0.116286 18.862177 0.787650</w:t>
        <w:br/>
        <w:t>v -0.144977 18.856131 0.812749</w:t>
        <w:br/>
        <w:t>v -0.150723 18.918911 0.826737</w:t>
        <w:br/>
        <w:t>v -0.144977 18.856131 0.812749</w:t>
        <w:br/>
        <w:t>v -0.162139 18.864414 0.776319</w:t>
        <w:br/>
        <w:t>v -0.168946 18.925447 0.788242</w:t>
        <w:br/>
        <w:t>v -0.182711 18.881645 0.685255</w:t>
        <w:br/>
        <w:t>v -0.187420 18.941444 0.694000</w:t>
        <w:br/>
        <w:t>v -0.126641 18.868536 0.756109</w:t>
        <w:br/>
        <w:t>v -0.162139 18.864414 0.776319</w:t>
        <w:br/>
        <w:t>v -0.142729 18.880274 0.684887</w:t>
        <w:br/>
        <w:t>v -0.182711 18.881645 0.685255</w:t>
        <w:br/>
        <w:t>v -0.119958 18.922913 0.800187</w:t>
        <w:br/>
        <w:t>v -0.116286 18.862177 0.787650</w:t>
        <w:br/>
        <w:t>v -0.106082 18.857288 0.807721</w:t>
        <w:br/>
        <w:t>v -0.107456 18.920053 0.820210</w:t>
        <w:br/>
        <w:t>v -0.131400 18.928740 0.767188</w:t>
        <w:br/>
        <w:t>v -0.126641 18.868536 0.756109</w:t>
        <w:br/>
        <w:t>v -0.088682 18.854280 0.820043</w:t>
        <w:br/>
        <w:t>v -0.090706 18.916851 0.833951</w:t>
        <w:br/>
        <w:t>v -0.145989 18.941534 0.694221</w:t>
        <w:br/>
        <w:t>v -0.142729 18.880274 0.684887</w:t>
        <w:br/>
        <w:t>v -0.063077 18.851965 0.828915</w:t>
        <w:br/>
        <w:t>v -0.064963 18.914742 0.843158</w:t>
        <w:br/>
        <w:t>v -0.029490 18.850594 0.835202</w:t>
        <w:br/>
        <w:t>v -0.030202 18.913118 0.848353</w:t>
        <w:br/>
        <w:t>v 0.000000 18.839567 0.876094</w:t>
        <w:br/>
        <w:t>v 0.000000 18.849693 0.838526</w:t>
        <w:br/>
        <w:t>v 0.000000 18.849693 0.838526</w:t>
        <w:br/>
        <w:t>v 0.000000 18.911280 0.854167</w:t>
        <w:br/>
        <w:t>v 0.126017 18.847349 0.843487</w:t>
        <w:br/>
        <w:t>v 0.129552 18.796827 0.830707</w:t>
        <w:br/>
        <w:t>v 0.103984 18.794064 0.844335</w:t>
        <w:br/>
        <w:t>v 0.100262 18.843702 0.857151</w:t>
        <w:br/>
        <w:t>v 0.070884 18.840994 0.867289</w:t>
        <w:br/>
        <w:t>v 0.073957 18.791618 0.854082</w:t>
        <w:br/>
        <w:t>v 0.145090 18.854963 0.813734</w:t>
        <w:br/>
        <w:t>v 0.148213 18.804031 0.800882</w:t>
        <w:br/>
        <w:t>v 0.032676 18.839390 0.873362</w:t>
        <w:br/>
        <w:t>v 0.033850 18.790026 0.860139</w:t>
        <w:br/>
        <w:t>v 0.162002 18.863869 0.776171</w:t>
        <w:br/>
        <w:t>v 0.166761 18.811497 0.766531</w:t>
        <w:br/>
        <w:t>v 0.000000 18.789547 0.861903</w:t>
        <w:br/>
        <w:t>v 0.000000 18.838747 0.875853</w:t>
        <w:br/>
        <w:t>v 0.184947 18.828789 0.679334</w:t>
        <w:br/>
        <w:t>v 0.182287 18.878681 0.685519</w:t>
        <w:br/>
        <w:t>v 0.126017 18.847349 0.843487</w:t>
        <w:br/>
        <w:t>v 0.106919 18.856499 0.807537</w:t>
        <w:br/>
        <w:t>v 0.116324 18.861237 0.788408</w:t>
        <w:br/>
        <w:t>v 0.145090 18.854963 0.813734</w:t>
        <w:br/>
        <w:t>v 0.126554 18.867590 0.756576</w:t>
        <w:br/>
        <w:t>v 0.162002 18.863869 0.776171</w:t>
        <w:br/>
        <w:t>v 0.142505 18.880211 0.684757</w:t>
        <w:br/>
        <w:t>v 0.182287 18.878681 0.685519</w:t>
        <w:br/>
        <w:t>v 0.032676 18.839390 0.873362</w:t>
        <w:br/>
        <w:t>v 0.029228 18.849548 0.835236</w:t>
        <w:br/>
        <w:t>v 0.063040 18.851112 0.829624</w:t>
        <w:br/>
        <w:t>v 0.070884 18.840994 0.867289</w:t>
        <w:br/>
        <w:t>v 0.088446 18.853247 0.820181</w:t>
        <w:br/>
        <w:t>v 0.100262 18.843702 0.857151</w:t>
        <w:br/>
        <w:t>v 0.119585 18.809221 0.776893</w:t>
        <w:br/>
        <w:t>v 0.116324 18.861237 0.788408</w:t>
        <w:br/>
        <w:t>v 0.106919 18.856499 0.807537</w:t>
        <w:br/>
        <w:t>v 0.109455 18.805376 0.795116</w:t>
        <w:br/>
        <w:t>v 0.129977 18.815586 0.745436</w:t>
        <w:br/>
        <w:t>v 0.126554 18.867590 0.756576</w:t>
        <w:br/>
        <w:t>v 0.088446 18.853247 0.820181</w:t>
        <w:br/>
        <w:t>v 0.090407 18.802399 0.808202</w:t>
        <w:br/>
        <w:t>v 0.144116 18.829027 0.677386</w:t>
        <w:br/>
        <w:t>v 0.142505 18.880211 0.684757</w:t>
        <w:br/>
        <w:t>v 0.063040 18.851112 0.829624</w:t>
        <w:br/>
        <w:t>v 0.065063 18.800369 0.816733</w:t>
        <w:br/>
        <w:t>v 0.029228 18.849548 0.835236</w:t>
        <w:br/>
        <w:t>v 0.030090 18.798861 0.822878</w:t>
        <w:br/>
        <w:t>v 0.000000 18.838747 0.875853</w:t>
        <w:br/>
        <w:t>v 0.000000 18.848886 0.837945</w:t>
        <w:br/>
        <w:t>v 0.000000 18.848886 0.837945</w:t>
        <w:br/>
        <w:t>v 0.000000 18.798048 0.825278</w:t>
        <w:br/>
        <w:t>v 0.157268 18.914373 0.616070</w:t>
        <w:br/>
        <w:t>v 0.159042 18.915373 0.572116</w:t>
        <w:br/>
        <w:t>v 0.164313 18.886343 0.570155</w:t>
        <w:br/>
        <w:t>v 0.162427 18.886126 0.614147</w:t>
        <w:br/>
        <w:t>v 0.155257 18.907900 0.531634</w:t>
        <w:br/>
        <w:t>v 0.159279 18.881264 0.529986</w:t>
        <w:br/>
        <w:t>v 0.159042 18.915373 0.572116</w:t>
        <w:br/>
        <w:t>v 0.093254 18.936857 0.568431</w:t>
        <w:br/>
        <w:t>v 0.093442 18.931561 0.526951</w:t>
        <w:br/>
        <w:t>v 0.034674 18.943617 0.565671</w:t>
        <w:br/>
        <w:t>v 0.033163 18.936869 0.521555</w:t>
        <w:br/>
        <w:t>v 0.093392 18.933985 0.614646</w:t>
        <w:br/>
        <w:t>v 0.035011 18.940454 0.614059</w:t>
        <w:br/>
        <w:t>v 0.157268 18.914373 0.616070</w:t>
        <w:br/>
        <w:t>v 0.152734 18.911308 0.650519</w:t>
        <w:br/>
        <w:t>v 0.093917 18.928520 0.649682</w:t>
        <w:br/>
        <w:t>v 0.156369 18.882055 0.649408</w:t>
        <w:br/>
        <w:t>v 0.152734 18.911308 0.650519</w:t>
        <w:br/>
        <w:t>v 0.146164 18.874065 0.484333</w:t>
        <w:br/>
        <w:t>v 0.140843 18.897375 0.478537</w:t>
        <w:br/>
        <w:t>v 0.092442 18.915541 0.474503</w:t>
        <w:br/>
        <w:t>v 0.031289 18.920462 0.472992</w:t>
        <w:br/>
        <w:t>v 0.034924 18.933756 0.649820</w:t>
        <w:br/>
        <w:t>v 0.090506 18.919075 0.692350</w:t>
        <w:br/>
        <w:t>v 0.034299 18.923138 0.691838</w:t>
        <w:br/>
        <w:t>v 0.144241 18.904524 0.692799</w:t>
        <w:br/>
        <w:t>v 0.145564 18.874966 0.692500</w:t>
        <w:br/>
        <w:t>v 0.144241 18.904524 0.692799</w:t>
        <w:br/>
        <w:t>v 0.135847 18.864607 0.736429</w:t>
        <w:br/>
        <w:t>v 0.134673 18.895208 0.736653</w:t>
        <w:br/>
        <w:t>v 0.134673 18.895208 0.736653</w:t>
        <w:br/>
        <w:t>v 0.087434 18.906403 0.734368</w:t>
        <w:br/>
        <w:t>v 0.033075 18.909117 0.731757</w:t>
        <w:br/>
        <w:t>v 0.125642 18.881178 0.769866</w:t>
        <w:br/>
        <w:t>v 0.085398 18.891596 0.768467</w:t>
        <w:br/>
        <w:t>v 0.124868 18.853300 0.768904</w:t>
        <w:br/>
        <w:t>v 0.125642 18.881178 0.769866</w:t>
        <w:br/>
        <w:t>v 0.030964 18.891306 0.766194</w:t>
        <w:br/>
        <w:t>v 0.031114 18.876722 0.791250</w:t>
        <w:br/>
        <w:t>v 0.115587 18.867817 0.792561</w:t>
        <w:br/>
        <w:t>v 0.082800 18.876917 0.792486</w:t>
        <w:br/>
        <w:t>v 0.115587 18.867817 0.792561</w:t>
        <w:br/>
        <w:t>v 0.079802 18.858868 0.813670</w:t>
        <w:br/>
        <w:t>v 0.029978 18.856787 0.816381</w:t>
        <w:br/>
        <w:t>v 0.099625 18.853865 0.815531</w:t>
        <w:br/>
        <w:t>v 0.111041 18.843334 0.790725</w:t>
        <w:br/>
        <w:t>v 0.099625 18.853865 0.815531</w:t>
        <w:br/>
        <w:t>v 0.093042 18.833746 0.806626</w:t>
        <w:br/>
        <w:t>v 0.075193 18.846701 0.828384</w:t>
        <w:br/>
        <w:t>v 0.065925 18.825027 0.818029</w:t>
        <w:br/>
        <w:t>v 0.075193 18.846701 0.828384</w:t>
        <w:br/>
        <w:t>v 0.028916 18.841280 0.836016</w:t>
        <w:br/>
        <w:t>v 0.023632 18.819717 0.826448</w:t>
        <w:br/>
        <w:t>v 0.028916 18.841280 0.836016</w:t>
        <w:br/>
        <w:t>v 0.106469 18.853531 0.563273</w:t>
        <w:br/>
        <w:t>v 0.103384 18.846939 0.521130</w:t>
        <w:br/>
        <w:t>v 0.071508 18.838251 0.787390</w:t>
        <w:br/>
        <w:t>v 0.111041 18.843334 0.790725</w:t>
        <w:br/>
        <w:t>v 0.124868 18.853300 0.768904</w:t>
        <w:br/>
        <w:t>v 0.076692 18.846148 0.763946</w:t>
        <w:br/>
        <w:t>v 0.085485 18.854576 0.729709</w:t>
        <w:br/>
        <w:t>v 0.135847 18.864607 0.736429</w:t>
        <w:br/>
        <w:t>v 0.145564 18.874966 0.692500</w:t>
        <w:br/>
        <w:t>v 0.094529 18.860565 0.688590</w:t>
        <w:br/>
        <w:t>v 0.156369 18.882055 0.649408</w:t>
        <w:br/>
        <w:t>v 0.103172 18.862635 0.645336</w:t>
        <w:br/>
        <w:t>v 0.162427 18.886126 0.614147</w:t>
        <w:br/>
        <w:t>v 0.106844 18.860565 0.609425</w:t>
        <w:br/>
        <w:t>v 0.164313 18.886343 0.570155</w:t>
        <w:br/>
        <w:t>v 0.159279 18.881264 0.529986</w:t>
        <w:br/>
        <w:t>v 0.146164 18.874065 0.484333</w:t>
        <w:br/>
        <w:t>v 0.100911 18.840811 0.470318</w:t>
        <w:br/>
        <w:t>v 0.023632 18.819717 0.826448</w:t>
        <w:br/>
        <w:t>v 0.065925 18.825027 0.818029</w:t>
        <w:br/>
        <w:t>v 0.068886 18.830898 0.804240</w:t>
        <w:br/>
        <w:t>v 0.093042 18.833746 0.806626</w:t>
        <w:br/>
        <w:t>v 0.104246 18.905193 0.872559</w:t>
        <w:br/>
        <w:t>v 0.100187 18.844538 0.857274</w:t>
        <w:br/>
        <w:t>v 0.070834 18.841839 0.867524</w:t>
        <w:br/>
        <w:t>v 0.073419 18.901300 0.883751</w:t>
        <w:br/>
        <w:t>v 0.032963 18.840208 0.873414</w:t>
        <w:br/>
        <w:t>v 0.033900 18.898420 0.890483</w:t>
        <w:br/>
        <w:t>v 0.000000 18.839567 0.876094</w:t>
        <w:br/>
        <w:t>v 0.000000 18.896950 0.893843</w:t>
        <w:br/>
        <w:t>v 0.088683 18.854280 0.820043</w:t>
        <w:br/>
        <w:t>v 0.063077 18.851965 0.828915</w:t>
        <w:br/>
        <w:t>v 0.070834 18.841839 0.867524</w:t>
        <w:br/>
        <w:t>v 0.100187 18.844538 0.857274</w:t>
        <w:br/>
        <w:t>v 0.029490 18.850594 0.835202</w:t>
        <w:br/>
        <w:t>v 0.032963 18.840208 0.873414</w:t>
        <w:br/>
        <w:t>v 0.106082 18.857288 0.807721</w:t>
        <w:br/>
        <w:t>v 0.125867 18.850004 0.837425</w:t>
        <w:br/>
        <w:t>v 0.130726 18.911982 0.852504</w:t>
        <w:br/>
        <w:t>v 0.125867 18.850004 0.837425</w:t>
        <w:br/>
        <w:t>v 0.116287 18.862177 0.787650</w:t>
        <w:br/>
        <w:t>v 0.144978 18.856131 0.812749</w:t>
        <w:br/>
        <w:t>v 0.150723 18.918911 0.826737</w:t>
        <w:br/>
        <w:t>v 0.144978 18.856131 0.812749</w:t>
        <w:br/>
        <w:t>v 0.168947 18.925447 0.788242</w:t>
        <w:br/>
        <w:t>v 0.162140 18.864414 0.776319</w:t>
        <w:br/>
        <w:t>v 0.187421 18.941444 0.694000</w:t>
        <w:br/>
        <w:t>v 0.182711 18.881645 0.685255</w:t>
        <w:br/>
        <w:t>v 0.162140 18.864414 0.776319</w:t>
        <w:br/>
        <w:t>v 0.126642 18.868536 0.756109</w:t>
        <w:br/>
        <w:t>v 0.142729 18.880274 0.684887</w:t>
        <w:br/>
        <w:t>v 0.182711 18.881645 0.685255</w:t>
        <w:br/>
        <w:t>v 0.106082 18.857288 0.807721</w:t>
        <w:br/>
        <w:t>v 0.116287 18.862177 0.787650</w:t>
        <w:br/>
        <w:t>v 0.119959 18.922913 0.800187</w:t>
        <w:br/>
        <w:t>v 0.107456 18.920053 0.820210</w:t>
        <w:br/>
        <w:t>v 0.131401 18.928740 0.767188</w:t>
        <w:br/>
        <w:t>v 0.126642 18.868536 0.756109</w:t>
        <w:br/>
        <w:t>v 0.090707 18.916851 0.833951</w:t>
        <w:br/>
        <w:t>v 0.088683 18.854280 0.820043</w:t>
        <w:br/>
        <w:t>v 0.145989 18.941534 0.694221</w:t>
        <w:br/>
        <w:t>v 0.142729 18.880274 0.684887</w:t>
        <w:br/>
        <w:t>v 0.064963 18.914742 0.843158</w:t>
        <w:br/>
        <w:t>v 0.063077 18.851965 0.828915</w:t>
        <w:br/>
        <w:t>v 0.030202 18.913118 0.848353</w:t>
        <w:br/>
        <w:t>v 0.029490 18.850594 0.835202</w:t>
        <w:br/>
        <w:t>v 0.000000 18.849693 0.838526</w:t>
        <w:br/>
        <w:t>v 0.000000 18.839567 0.876094</w:t>
        <w:br/>
        <w:t>v 0.000000 18.911280 0.854167</w:t>
        <w:br/>
        <w:t>v 0.000000 18.849693 0.838526</w:t>
        <w:br/>
        <w:t>v 0.611304 19.286062 0.773699</w:t>
        <w:br/>
        <w:t>v 0.609261 19.282896 0.781826</w:t>
        <w:br/>
        <w:t>v 0.599473 19.290358 0.793572</w:t>
        <w:br/>
        <w:t>v 0.602996 19.296007 0.782376</w:t>
        <w:br/>
        <w:t>v 0.602996 19.296007 0.782376</w:t>
        <w:br/>
        <w:t>v 0.596056 19.284447 0.787710</w:t>
        <w:br/>
        <w:t>v 0.606714 19.279547 0.776869</w:t>
        <w:br/>
        <w:t>v 0.611304 19.286062 0.773699</w:t>
        <w:br/>
        <w:t>v 0.599473 19.290358 0.793572</w:t>
        <w:br/>
        <w:t>v 0.609261 19.282896 0.781826</w:t>
        <w:br/>
        <w:t>v 0.606714 19.279547 0.776869</w:t>
        <w:br/>
        <w:t>v 0.596056 19.284447 0.787710</w:t>
        <w:br/>
        <w:t>v 0.591494 19.303438 0.787002</w:t>
        <w:br/>
        <w:t>v 0.587667 19.297121 0.803187</w:t>
        <w:br/>
        <w:t>v 0.591494 19.303438 0.787002</w:t>
        <w:br/>
        <w:t>v 0.582681 19.289104 0.794229</w:t>
        <w:br/>
        <w:t>v 0.587667 19.297121 0.803187</w:t>
        <w:br/>
        <w:t>v 0.582681 19.289104 0.794229</w:t>
        <w:br/>
        <w:t>v 0.619404 19.272589 0.763490</w:t>
        <w:br/>
        <w:t>v 0.619404 19.272589 0.763490</w:t>
        <w:br/>
        <w:t>v 0.619404 19.272589 0.763490</w:t>
        <w:br/>
        <w:t>v 0.584159 19.305754 0.789070</w:t>
        <w:br/>
        <w:t>v 0.576895 19.300928 0.799367</w:t>
        <w:br/>
        <w:t>v 0.584159 19.305754 0.789070</w:t>
        <w:br/>
        <w:t>v 0.568801 19.293175 0.798260</w:t>
        <w:br/>
        <w:t>v 0.568801 19.293175 0.798260</w:t>
        <w:br/>
        <w:t>v 0.642331 19.322962 0.763764</w:t>
        <w:br/>
        <w:t>v 0.657788 19.309263 0.749840</w:t>
        <w:br/>
        <w:t>v 0.645151 19.319204 0.767239</w:t>
        <w:br/>
        <w:t>v 0.632551 19.324282 0.773198</w:t>
        <w:br/>
        <w:t>v 0.635293 19.327150 0.767208</w:t>
        <w:br/>
        <w:t>v 0.642331 19.322962 0.763764</w:t>
        <w:br/>
        <w:t>v 0.635293 19.327150 0.767208</w:t>
        <w:br/>
        <w:t>v 0.629006 19.316261 0.771345</w:t>
        <w:br/>
        <w:t>v 0.639243 19.314095 0.766839</w:t>
        <w:br/>
        <w:t>v 0.639243 19.314095 0.766839</w:t>
        <w:br/>
        <w:t>v 0.629006 19.316261 0.771345</w:t>
        <w:br/>
        <w:t>v 0.632551 19.324282 0.773198</w:t>
        <w:br/>
        <w:t>v 0.645151 19.319204 0.767239</w:t>
        <w:br/>
        <w:t>v 0.620005 19.328316 0.775815</w:t>
        <w:br/>
        <w:t>v 0.627520 19.331064 0.768237</w:t>
        <w:br/>
        <w:t>v 0.627520 19.331064 0.768237</w:t>
        <w:br/>
        <w:t>v 0.618474 19.318695 0.773580</w:t>
        <w:br/>
        <w:t>v 0.618474 19.318695 0.773580</w:t>
        <w:br/>
        <w:t>v 0.620005 19.328316 0.775815</w:t>
        <w:br/>
        <w:t>v 0.609286 19.327539 0.773212</w:t>
        <w:br/>
        <w:t>v 0.617060 19.333687 0.768810</w:t>
        <w:br/>
        <w:t>v 0.617060 19.333687 0.768810</w:t>
        <w:br/>
        <w:t>v 0.607840 19.319950 0.771843</w:t>
        <w:br/>
        <w:t>v 0.609286 19.327539 0.773212</w:t>
        <w:br/>
        <w:t>v 0.607840 19.319950 0.771843</w:t>
        <w:br/>
        <w:t>v 0.657788 19.309263 0.749840</w:t>
        <w:br/>
        <w:t>v 0.657788 19.309263 0.749840</w:t>
        <w:br/>
        <w:t>v 0.462030 19.720322 1.054159</w:t>
        <w:br/>
        <w:t>v 0.474313 19.740225 1.075890</w:t>
        <w:br/>
        <w:t>v 0.548878 19.738716 1.027621</w:t>
        <w:br/>
        <w:t>v 0.536722 19.724712 1.009594</w:t>
        <w:br/>
        <w:t>v 0.387490 19.730915 1.116115</w:t>
        <w:br/>
        <w:t>v 0.385183 19.710356 1.085926</w:t>
        <w:br/>
        <w:t>v 0.227222 19.675901 1.132946</w:t>
        <w:br/>
        <w:t>v 0.263766 19.696533 1.153249</w:t>
        <w:br/>
        <w:t>v 0.267255 19.686239 1.126316</w:t>
        <w:br/>
        <w:t>v 0.327889 19.716625 1.139060</w:t>
        <w:br/>
        <w:t>v 0.325972 19.700520 1.108908</w:t>
        <w:br/>
        <w:t>v 0.653192 19.723085 0.903645</w:t>
        <w:br/>
        <w:t>v 0.667012 19.732176 0.904987</w:t>
        <w:br/>
        <w:t>v 0.751809 19.723761 0.753909</w:t>
        <w:br/>
        <w:t>v 0.196616 19.666134 1.136166</w:t>
        <w:br/>
        <w:t>v 0.223510 19.678892 1.144693</w:t>
        <w:br/>
        <w:t>v 0.653696 19.739395 0.899985</w:t>
        <w:br/>
        <w:t>v 0.751809 19.723761 0.753909</w:t>
        <w:br/>
        <w:t>v 0.667012 19.732176 0.904987</w:t>
        <w:br/>
        <w:t>v 0.548878 19.738716 1.027621</w:t>
        <w:br/>
        <w:t>v 0.539139 19.750978 1.007817</w:t>
        <w:br/>
        <w:t>v 0.599422 19.746325 0.962865</w:t>
        <w:br/>
        <w:t>v 0.611216 19.736692 0.977326</w:t>
        <w:br/>
        <w:t>v 0.474313 19.740225 1.075890</w:t>
        <w:br/>
        <w:t>v 0.461791 19.752146 1.052838</w:t>
        <w:br/>
        <w:t>v 0.387490 19.730915 1.116115</w:t>
        <w:br/>
        <w:t>v 0.379675 19.748287 1.093189</w:t>
        <w:br/>
        <w:t>v 0.327889 19.716625 1.139060</w:t>
        <w:br/>
        <w:t>v 0.319105 19.731020 1.119775</w:t>
        <w:br/>
        <w:t>v 0.263766 19.696533 1.153249</w:t>
        <w:br/>
        <w:t>v 0.259060 19.705236 1.136387</w:t>
        <w:br/>
        <w:t>v 0.223510 19.678892 1.144693</w:t>
        <w:br/>
        <w:t>v 0.221320 19.683371 1.138685</w:t>
        <w:br/>
        <w:t>v 0.196616 19.666134 1.136166</w:t>
        <w:br/>
        <w:t>v 0.611216 19.736692 0.977326</w:t>
        <w:br/>
        <w:t>v 0.595068 19.724909 0.966477</w:t>
        <w:br/>
        <w:t>v -0.438040 19.438524 0.867272</w:t>
        <w:br/>
        <w:t>v -0.446917 19.446537 0.868045</w:t>
        <w:br/>
        <w:t>v -0.434283 19.442507 0.870380</w:t>
        <w:br/>
        <w:t>v -0.431969 19.446964 0.873223</w:t>
        <w:br/>
        <w:t>v -0.431635 19.451422 0.875414</w:t>
        <w:br/>
        <w:t>v -0.433196 19.455317 0.876710</w:t>
        <w:br/>
        <w:t>v -0.436382 19.458145 0.876968</w:t>
        <w:br/>
        <w:t>v -0.440811 19.459547 0.876147</w:t>
        <w:br/>
        <w:t>v -0.446050 19.459425 0.874350</w:t>
        <w:br/>
        <w:t>v -0.451481 19.457760 0.871765</w:t>
        <w:br/>
        <w:t>v -0.456334 19.454741 0.868742</w:t>
        <w:br/>
        <w:t>v -0.459702 19.450590 0.865677</w:t>
        <w:br/>
        <w:t>v -0.461146 19.445814 0.862949</w:t>
        <w:br/>
        <w:t>v -0.460683 19.441038 0.860852</w:t>
        <w:br/>
        <w:t>v -0.458658 19.436945 0.859608</w:t>
        <w:br/>
        <w:t>v -0.455435 19.434109 0.859359</w:t>
        <w:br/>
        <w:t>v -0.451450 19.432888 0.860127</w:t>
        <w:br/>
        <w:t>v -0.447023 19.433344 0.861835</w:t>
        <w:br/>
        <w:t>v -0.442438 19.435316 0.864305</w:t>
        <w:br/>
        <w:t>v 0.397219 19.444176 0.880664</w:t>
        <w:br/>
        <w:t>v 0.405480 19.434994 0.875136</w:t>
        <w:br/>
        <w:t>v 0.400980 19.431215 0.874519</w:t>
        <w:br/>
        <w:t>v 0.396035 19.428986 0.874633</w:t>
        <w:br/>
        <w:t>v 0.391169 19.428608 0.875504</w:t>
        <w:br/>
        <w:t>v 0.387006 19.430111 0.877009</w:t>
        <w:br/>
        <w:t>v 0.384085 19.433331 0.878956</w:t>
        <w:br/>
        <w:t>v 0.382778 19.437822 0.881091</w:t>
        <w:br/>
        <w:t>v 0.383154 19.443094 0.883195</w:t>
        <w:br/>
        <w:t>v 0.385224 19.448519 0.885007</w:t>
        <w:br/>
        <w:t>v 0.388734 19.453405 0.886290</w:t>
        <w:br/>
        <w:t>v 0.393427 19.457157 0.886831</w:t>
        <w:br/>
        <w:t>v 0.398750 19.459280 0.886545</w:t>
        <w:br/>
        <w:t>v 0.403977 19.459572 0.885515</w:t>
        <w:br/>
        <w:t>v 0.408359 19.458015 0.883915</w:t>
        <w:br/>
        <w:t>v 0.411289 19.454807 0.881968</w:t>
        <w:br/>
        <w:t>v 0.412400 19.450365 0.879922</w:t>
        <w:br/>
        <w:t>v 0.411634 19.445171 0.877980</w:t>
        <w:br/>
        <w:t>v 0.409205 19.439831 0.876328</w:t>
        <w:br/>
        <w:t>v -0.599473 19.290358 0.793572</w:t>
        <w:br/>
        <w:t>v -0.609261 19.282896 0.781826</w:t>
        <w:br/>
        <w:t>v -0.611305 19.286062 0.773699</w:t>
        <w:br/>
        <w:t>v -0.602996 19.296007 0.782375</w:t>
        <w:br/>
        <w:t>v -0.606714 19.279547 0.776869</w:t>
        <w:br/>
        <w:t>v -0.596056 19.284447 0.787710</w:t>
        <w:br/>
        <w:t>v -0.602996 19.296007 0.782375</w:t>
        <w:br/>
        <w:t>v -0.611305 19.286062 0.773699</w:t>
        <w:br/>
        <w:t>v -0.606714 19.279547 0.776869</w:t>
        <w:br/>
        <w:t>v -0.609261 19.282896 0.781826</w:t>
        <w:br/>
        <w:t>v -0.599473 19.290358 0.793572</w:t>
        <w:br/>
        <w:t>v -0.596056 19.284447 0.787710</w:t>
        <w:br/>
        <w:t>v -0.591495 19.303438 0.787002</w:t>
        <w:br/>
        <w:t>v -0.587667 19.297121 0.803187</w:t>
        <w:br/>
        <w:t>v -0.582681 19.289104 0.794227</w:t>
        <w:br/>
        <w:t>v -0.591495 19.303438 0.787002</w:t>
        <w:br/>
        <w:t>v -0.587667 19.297121 0.803187</w:t>
        <w:br/>
        <w:t>v -0.582681 19.289104 0.794227</w:t>
        <w:br/>
        <w:t>v -0.619404 19.272589 0.763490</w:t>
        <w:br/>
        <w:t>v -0.619404 19.272589 0.763490</w:t>
        <w:br/>
        <w:t>v -0.619404 19.272589 0.763490</w:t>
        <w:br/>
        <w:t>v -0.584160 19.305754 0.789070</w:t>
        <w:br/>
        <w:t>v -0.576895 19.300928 0.799367</w:t>
        <w:br/>
        <w:t>v -0.568695 19.293198 0.798269</w:t>
        <w:br/>
        <w:t>v -0.584160 19.305754 0.789070</w:t>
        <w:br/>
        <w:t>v -0.568695 19.293198 0.798269</w:t>
        <w:br/>
        <w:t>v -0.657788 19.309263 0.749840</w:t>
        <w:br/>
        <w:t>v -0.642331 19.322962 0.763764</w:t>
        <w:br/>
        <w:t>v -0.645151 19.319204 0.767239</w:t>
        <w:br/>
        <w:t>v -0.632550 19.324282 0.773198</w:t>
        <w:br/>
        <w:t>v -0.635292 19.327150 0.767208</w:t>
        <w:br/>
        <w:t>v -0.629000 19.316257 0.771345</w:t>
        <w:br/>
        <w:t>v -0.635292 19.327150 0.767208</w:t>
        <w:br/>
        <w:t>v -0.642331 19.322962 0.763764</w:t>
        <w:br/>
        <w:t>v -0.639242 19.314095 0.766839</w:t>
        <w:br/>
        <w:t>v -0.632550 19.324282 0.773198</w:t>
        <w:br/>
        <w:t>v -0.629000 19.316257 0.771345</w:t>
        <w:br/>
        <w:t>v -0.639242 19.314095 0.766839</w:t>
        <w:br/>
        <w:t>v -0.645151 19.319204 0.767239</w:t>
        <w:br/>
        <w:t>v -0.620004 19.328316 0.775815</w:t>
        <w:br/>
        <w:t>v -0.627519 19.331064 0.768237</w:t>
        <w:br/>
        <w:t>v -0.618473 19.318695 0.773580</w:t>
        <w:br/>
        <w:t>v -0.627519 19.331064 0.768237</w:t>
        <w:br/>
        <w:t>v -0.620004 19.328316 0.775815</w:t>
        <w:br/>
        <w:t>v -0.618473 19.318695 0.773580</w:t>
        <w:br/>
        <w:t>v -0.609285 19.327539 0.773212</w:t>
        <w:br/>
        <w:t>v -0.617060 19.333687 0.768810</w:t>
        <w:br/>
        <w:t>v -0.607839 19.319950 0.771843</w:t>
        <w:br/>
        <w:t>v -0.617060 19.333687 0.768810</w:t>
        <w:br/>
        <w:t>v -0.609285 19.327539 0.773212</w:t>
        <w:br/>
        <w:t>v -0.607839 19.319950 0.771843</w:t>
        <w:br/>
        <w:t>v -0.657788 19.309263 0.749840</w:t>
        <w:br/>
        <w:t>v -0.657788 19.309263 0.749840</w:t>
        <w:br/>
        <w:t>v -0.548877 19.738716 1.027621</w:t>
        <w:br/>
        <w:t>v -0.474312 19.740225 1.075890</w:t>
        <w:br/>
        <w:t>v -0.462029 19.720322 1.054159</w:t>
        <w:br/>
        <w:t>v -0.536722 19.724712 1.009594</w:t>
        <w:br/>
        <w:t>v -0.387489 19.730915 1.116115</w:t>
        <w:br/>
        <w:t>v -0.385182 19.710356 1.085926</w:t>
        <w:br/>
        <w:t>v -0.263765 19.696533 1.153249</w:t>
        <w:br/>
        <w:t>v -0.227221 19.675901 1.132946</w:t>
        <w:br/>
        <w:t>v -0.267254 19.686239 1.126316</w:t>
        <w:br/>
        <w:t>v -0.327888 19.716625 1.139060</w:t>
        <w:br/>
        <w:t>v -0.325972 19.700520 1.108908</w:t>
        <w:br/>
        <w:t>v -0.667011 19.732176 0.904987</w:t>
        <w:br/>
        <w:t>v -0.653191 19.723085 0.903645</w:t>
        <w:br/>
        <w:t>v -0.751808 19.719957 0.753909</w:t>
        <w:br/>
        <w:t>v -0.196616 19.666134 1.136166</w:t>
        <w:br/>
        <w:t>v -0.223509 19.678892 1.144694</w:t>
        <w:br/>
        <w:t>v -0.751808 19.719957 0.753909</w:t>
        <w:br/>
        <w:t>v -0.653694 19.739397 0.899985</w:t>
        <w:br/>
        <w:t>v -0.667011 19.732176 0.904987</w:t>
        <w:br/>
        <w:t>v -0.599421 19.746325 0.962865</w:t>
        <w:br/>
        <w:t>v -0.539138 19.750978 1.007817</w:t>
        <w:br/>
        <w:t>v -0.548877 19.738716 1.027621</w:t>
        <w:br/>
        <w:t>v -0.611215 19.736692 0.977326</w:t>
        <w:br/>
        <w:t>v -0.461791 19.752146 1.052838</w:t>
        <w:br/>
        <w:t>v -0.474312 19.740225 1.075890</w:t>
        <w:br/>
        <w:t>v -0.379675 19.748287 1.093189</w:t>
        <w:br/>
        <w:t>v -0.387489 19.730915 1.116115</w:t>
        <w:br/>
        <w:t>v -0.327888 19.716625 1.139060</w:t>
        <w:br/>
        <w:t>v -0.319104 19.731020 1.119775</w:t>
        <w:br/>
        <w:t>v -0.259060 19.705236 1.136387</w:t>
        <w:br/>
        <w:t>v -0.263765 19.696533 1.153249</w:t>
        <w:br/>
        <w:t>v -0.223509 19.678892 1.144694</w:t>
        <w:br/>
        <w:t>v -0.221319 19.683371 1.138685</w:t>
        <w:br/>
        <w:t>v -0.196616 19.666134 1.136166</w:t>
        <w:br/>
        <w:t>v -0.595068 19.724909 0.966477</w:t>
        <w:br/>
        <w:t>v -0.611215 19.736692 0.977326</w:t>
        <w:br/>
        <w:t>v 0.540680 19.480494 0.890289</w:t>
        <w:br/>
        <w:t>v 0.561125 19.554756 0.936246</w:t>
        <w:br/>
        <w:t>v 0.545892 19.557028 0.945360</w:t>
        <w:br/>
        <w:t>v 0.506109 19.485064 0.904774</w:t>
        <w:br/>
        <w:t>v 0.473944 19.555187 0.976926</w:t>
        <w:br/>
        <w:t>v 0.469655 19.488001 0.917582</w:t>
        <w:br/>
        <w:t>v 0.416951 19.543901 0.981597</w:t>
        <w:br/>
        <w:t>v 0.421522 19.483374 0.927816</w:t>
        <w:br/>
        <w:t>v 0.369894 19.523165 0.979326</w:t>
        <w:br/>
        <w:t>v 0.339345 19.498955 0.983931</w:t>
        <w:br/>
        <w:t>v 0.348306 19.462889 0.930786</w:t>
        <w:br/>
        <w:t>v 0.378840 19.472221 0.932002</w:t>
        <w:br/>
        <w:t>v 0.281634 19.461529 0.954220</w:t>
        <w:br/>
        <w:t>v 0.254982 19.439499 0.940640</w:t>
        <w:br/>
        <w:t>v 0.267021 19.424088 0.923278</w:t>
        <w:br/>
        <w:t>v 0.294222 19.438633 0.926468</w:t>
        <w:br/>
        <w:t>v 0.232945 19.414951 0.926642</w:t>
        <w:br/>
        <w:t>v 0.239331 19.408257 0.922726</w:t>
        <w:br/>
        <w:t>v 0.631267 19.456383 0.815224</w:t>
        <w:br/>
        <w:t>v 0.668130 19.521124 0.830157</w:t>
        <w:br/>
        <w:t>v 0.628459 19.537113 0.876203</w:t>
        <w:br/>
        <w:t>v 0.602217 19.466499 0.848372</w:t>
        <w:br/>
        <w:t>v 0.585202 19.549877 0.919349</w:t>
        <w:br/>
        <w:t>v 0.572960 19.473972 0.870280</w:t>
        <w:br/>
        <w:t>v 0.540680 19.480494 0.890289</w:t>
        <w:br/>
        <w:t>v 0.506109 19.485064 0.904774</w:t>
        <w:br/>
        <w:t>v 0.508269 19.494640 0.936787</w:t>
        <w:br/>
        <w:t>v 0.541192 19.490313 0.922268</w:t>
        <w:br/>
        <w:t>v 0.469655 19.488001 0.917582</w:t>
        <w:br/>
        <w:t>v 0.473804 19.495777 0.949770</w:t>
        <w:br/>
        <w:t>v 0.421522 19.483374 0.927816</w:t>
        <w:br/>
        <w:t>v 0.423760 19.490604 0.958034</w:t>
        <w:br/>
        <w:t>v 0.378840 19.472221 0.932002</w:t>
        <w:br/>
        <w:t>v 0.379953 19.481894 0.960866</w:t>
        <w:br/>
        <w:t>v 0.339345 19.498955 0.983931</w:t>
        <w:br/>
        <w:t>v 0.375765 19.508381 0.999127</w:t>
        <w:br/>
        <w:t>v 0.343606 19.488670 0.988745</w:t>
        <w:br/>
        <w:t>v 0.348306 19.462889 0.930786</w:t>
        <w:br/>
        <w:t>v 0.348013 19.472059 0.957514</w:t>
        <w:br/>
        <w:t>v 0.292050 19.445118 0.944075</w:t>
        <w:br/>
        <w:t>v 0.294222 19.438633 0.926468</w:t>
        <w:br/>
        <w:t>v 0.267021 19.424088 0.923278</w:t>
        <w:br/>
        <w:t>v 0.264450 19.429464 0.935946</w:t>
        <w:br/>
        <w:t>v 0.254982 19.439499 0.940640</w:t>
        <w:br/>
        <w:t>v 0.281634 19.461529 0.954220</w:t>
        <w:br/>
        <w:t>v 0.286630 19.453985 0.962294</w:t>
        <w:br/>
        <w:t>v 0.259959 19.435211 0.947992</w:t>
        <w:br/>
        <w:t>v 0.239331 19.408257 0.922726</w:t>
        <w:br/>
        <w:t>v 0.238199 19.409384 0.927550</w:t>
        <w:br/>
        <w:t>v 0.232945 19.414951 0.926642</w:t>
        <w:br/>
        <w:t>v 0.235682 19.412239 0.934126</w:t>
        <w:br/>
        <w:t>v 0.610436 19.475918 0.873380</w:t>
        <w:br/>
        <w:t>v 0.648057 19.462727 0.836415</w:t>
        <w:br/>
        <w:t>v 0.631267 19.456383 0.815224</w:t>
        <w:br/>
        <w:t>v 0.602217 19.466499 0.848372</w:t>
        <w:br/>
        <w:t>v 0.668130 19.521124 0.830157</w:t>
        <w:br/>
        <w:t>v 0.675812 19.481674 0.855446</w:t>
        <w:br/>
        <w:t>v 0.621160 19.502512 0.908883</w:t>
        <w:br/>
        <w:t>v 0.628459 19.537113 0.876203</w:t>
        <w:br/>
        <w:t>v 0.720722 19.439819 0.745753</w:t>
        <w:br/>
        <w:t>v 0.721667 19.454458 0.792168</w:t>
        <w:br/>
        <w:t>v 0.740318 19.458067 0.771583</w:t>
        <w:br/>
        <w:t>v 0.740318 19.458067 0.771583</w:t>
        <w:br/>
        <w:t>v 0.721667 19.454458 0.792168</w:t>
        <w:br/>
        <w:t>v 0.685969 19.513124 0.805576</w:t>
        <w:br/>
        <w:t>v 0.721027 19.494545 0.764120</w:t>
        <w:br/>
        <w:t>v 0.720722 19.439819 0.745753</w:t>
        <w:br/>
        <w:t>v 0.721027 19.494545 0.764120</w:t>
        <w:br/>
        <w:t>v 0.685969 19.513124 0.805576</w:t>
        <w:br/>
        <w:t>v 0.660676 19.444744 0.780545</w:t>
        <w:br/>
        <w:t>v 0.760145 19.461987 0.753522</w:t>
        <w:br/>
        <w:t>v 0.756999 19.487534 0.737686</w:t>
        <w:br/>
        <w:t>v 0.795927 19.483782 0.716872</w:t>
        <w:br/>
        <w:t>v 0.797199 19.472851 0.727367</w:t>
        <w:br/>
        <w:t>v 0.798617 19.468752 0.712330</w:t>
        <w:br/>
        <w:t>v 0.795927 19.483782 0.716872</w:t>
        <w:br/>
        <w:t>v 0.756999 19.487534 0.737686</w:t>
        <w:br/>
        <w:t>v 0.757994 19.454264 0.727684</w:t>
        <w:br/>
        <w:t>v 0.798617 19.468752 0.712330</w:t>
        <w:br/>
        <w:t>v 0.757994 19.454264 0.727684</w:t>
        <w:br/>
        <w:t>v 0.760145 19.461987 0.753522</w:t>
        <w:br/>
        <w:t>v 0.797199 19.472851 0.727367</w:t>
        <w:br/>
        <w:t>v 0.219971 19.392721 0.927778</w:t>
        <w:br/>
        <w:t>v 0.219971 19.392721 0.927778</w:t>
        <w:br/>
        <w:t>v 0.219971 19.392721 0.927778</w:t>
        <w:br/>
        <w:t>v 0.671289 19.436115 0.793767</w:t>
        <w:br/>
        <w:t>v 0.660676 19.444744 0.780545</w:t>
        <w:br/>
        <w:t>v 0.674802 19.446774 0.802962</w:t>
        <w:br/>
        <w:t>v 0.695978 19.428408 0.776906</w:t>
        <w:br/>
        <w:t>v 0.679895 19.408758 0.766014</w:t>
        <w:br/>
        <w:t>v 0.663291 19.417908 0.782072</w:t>
        <w:br/>
        <w:t>v 0.671289 19.436115 0.793767</w:t>
        <w:br/>
        <w:t>v 0.684500 19.404697 0.741250</w:t>
        <w:br/>
        <w:t>v 0.703604 19.424767 0.741583</w:t>
        <w:br/>
        <w:t>v 0.614182 19.525600 0.960153</w:t>
        <w:br/>
        <w:t>v 0.574933 19.514465 0.940809</w:t>
        <w:br/>
        <w:t>v 0.585202 19.549877 0.919349</w:t>
        <w:br/>
        <w:t>v 0.615586 19.551332 0.936190</w:t>
        <w:br/>
        <w:t>v 0.651051 19.543894 0.913558</w:t>
        <w:br/>
        <w:t>v 0.615586 19.551332 0.936190</w:t>
        <w:br/>
        <w:t>v 0.645433 19.514847 0.937306</w:t>
        <w:br/>
        <w:t>v 0.651051 19.543894 0.913558</w:t>
        <w:br/>
        <w:t>v 0.628459 19.537113 0.876203</w:t>
        <w:br/>
        <w:t>v 0.621160 19.502512 0.908883</w:t>
        <w:br/>
        <w:t>v 0.574933 19.514465 0.940809</w:t>
        <w:br/>
        <w:t>v 0.614182 19.525600 0.960153</w:t>
        <w:br/>
        <w:t>v 0.645433 19.514847 0.937306</w:t>
        <w:br/>
        <w:t>v 0.621160 19.502512 0.908883</w:t>
        <w:br/>
        <w:t>v 0.647261 19.541313 0.974610</w:t>
        <w:br/>
        <w:t>v 0.643895 19.559092 0.955550</w:t>
        <w:br/>
        <w:t>v 0.667642 19.554031 0.937121</w:t>
        <w:br/>
        <w:t>v 0.643895 19.559092 0.955550</w:t>
        <w:br/>
        <w:t>v 0.666155 19.535122 0.956974</w:t>
        <w:br/>
        <w:t>v 0.667642 19.554031 0.937121</w:t>
        <w:br/>
        <w:t>v 0.647261 19.541313 0.974610</w:t>
        <w:br/>
        <w:t>v 0.666155 19.535122 0.956974</w:t>
        <w:br/>
        <w:t>v 0.676161 19.572721 0.967240</w:t>
        <w:br/>
        <w:t>v 0.703303 19.596466 0.969589</w:t>
        <w:br/>
        <w:t>v 0.678305 19.566391 0.979787</w:t>
        <w:br/>
        <w:t>v 0.683631 19.569063 0.955475</w:t>
        <w:br/>
        <w:t>v 0.703303 19.596466 0.969589</w:t>
        <w:br/>
        <w:t>v 0.676161 19.572721 0.967240</w:t>
        <w:br/>
        <w:t>v 0.683481 19.562710 0.969464</w:t>
        <w:br/>
        <w:t>v 0.703303 19.596466 0.969589</w:t>
        <w:br/>
        <w:t>v 0.683631 19.569063 0.955475</w:t>
        <w:br/>
        <w:t>v 0.678305 19.566391 0.979787</w:t>
        <w:br/>
        <w:t>v 0.545892 19.557028 0.945360</w:t>
        <w:br/>
        <w:t>v 0.517518 19.524439 0.971720</w:t>
        <w:br/>
        <w:t>v 0.478995 19.526346 0.986564</w:t>
        <w:br/>
        <w:t>v 0.473944 19.555187 0.976926</w:t>
        <w:br/>
        <w:t>v 0.666761 19.383596 0.748141</w:t>
        <w:br/>
        <w:t>v 0.663183 19.386627 0.763279</w:t>
        <w:br/>
        <w:t>v 0.651938 19.395597 0.773769</w:t>
        <w:br/>
        <w:t>v 0.626965 19.344418 0.769024</w:t>
        <w:br/>
        <w:t>v 0.643605 19.363014 0.766766</w:t>
        <w:br/>
        <w:t>v 0.645444 19.359785 0.756795</w:t>
        <w:br/>
        <w:t>v 0.628927 19.342194 0.763865</w:t>
        <w:br/>
        <w:t>v 0.623659 19.347919 0.772056</w:t>
        <w:br/>
        <w:t>v 0.635855 19.368376 0.771601</w:t>
        <w:br/>
        <w:t>v 0.609045 19.327612 0.773622</w:t>
        <w:br/>
        <w:t>v 0.655134 19.422565 0.771893</w:t>
        <w:br/>
        <w:t>v 0.684500 19.404697 0.741250</w:t>
        <w:br/>
        <w:t>v 0.703604 19.424767 0.741583</w:t>
        <w:br/>
        <w:t>v 0.621596 19.348995 0.768971</w:t>
        <w:br/>
        <w:t>v 0.628927 19.342194 0.763865</w:t>
        <w:br/>
        <w:t>v 0.645444 19.359785 0.756795</w:t>
        <w:br/>
        <w:t>v 0.633333 19.370277 0.764923</w:t>
        <w:br/>
        <w:t>v 0.645833 19.399321 0.766888</w:t>
        <w:br/>
        <w:t>v 0.666761 19.383596 0.748141</w:t>
        <w:br/>
        <w:t>v 0.609045 19.327612 0.773622</w:t>
        <w:br/>
        <w:t>v 0.339784 19.503397 0.998545</w:t>
        <w:br/>
        <w:t>v 0.338690 19.513149 1.010501</w:t>
        <w:br/>
        <w:t>v 0.373565 19.524096 1.011305</w:t>
        <w:br/>
        <w:t>v 0.375765 19.508381 0.999127</w:t>
        <w:br/>
        <w:t>v 0.370909 19.536783 1.003143</w:t>
        <w:br/>
        <w:t>v 0.336686 19.521898 1.005819</w:t>
        <w:br/>
        <w:t>v 0.420450 19.549908 0.994175</w:t>
        <w:br/>
        <w:t>v 0.425557 19.528076 1.002292</w:t>
        <w:br/>
        <w:t>v 0.425146 19.516779 0.995189</w:t>
        <w:br/>
        <w:t>v 0.315759 19.489901 0.977631</w:t>
        <w:br/>
        <w:t>v 0.309183 19.506594 1.001850</w:t>
        <w:br/>
        <w:t>v 0.370909 19.536783 1.003143</w:t>
        <w:br/>
        <w:t>v 0.373565 19.524096 1.011305</w:t>
        <w:br/>
        <w:t>v 0.420450 19.549908 0.994175</w:t>
        <w:br/>
        <w:t>v 0.295309 19.480789 0.973940</w:t>
        <w:br/>
        <w:t>v 0.288654 19.493603 0.994578</w:t>
        <w:br/>
        <w:t>v 0.336686 19.521898 1.005819</w:t>
        <w:br/>
        <w:t>v 0.338690 19.513149 1.010501</w:t>
        <w:br/>
        <w:t>v 0.293942 19.485245 0.990346</w:t>
        <w:br/>
        <w:t>v 0.291864 19.489470 0.998394</w:t>
        <w:br/>
        <w:t>v 0.312677 19.501112 1.005599</w:t>
        <w:br/>
        <w:t>v 0.315210 19.494507 0.995101</w:t>
        <w:br/>
        <w:t>v 0.309183 19.506594 1.001850</w:t>
        <w:br/>
        <w:t>v 0.312677 19.501112 1.005599</w:t>
        <w:br/>
        <w:t>v 0.315759 19.489901 0.977631</w:t>
        <w:br/>
        <w:t>v 0.339345 19.498955 0.983931</w:t>
        <w:br/>
        <w:t>v 0.295309 19.480789 0.973940</w:t>
        <w:br/>
        <w:t>v 0.291864 19.489470 0.998394</w:t>
        <w:br/>
        <w:t>v 0.288654 19.493603 0.994578</w:t>
        <w:br/>
        <w:t>v 0.246788 19.457447 0.967640</w:t>
        <w:br/>
        <w:t>v 0.273167 19.470507 0.970961</w:t>
        <w:br/>
        <w:t>v 0.268435 19.477293 0.984337</w:t>
        <w:br/>
        <w:t>v 0.273167 19.470507 0.970961</w:t>
        <w:br/>
        <w:t>v 0.246788 19.457447 0.967640</w:t>
        <w:br/>
        <w:t>v 0.270966 19.473825 0.982970</w:t>
        <w:br/>
        <w:t>v 0.268435 19.477293 0.984337</w:t>
        <w:br/>
        <w:t>v 0.843001 19.486303 0.702890</w:t>
        <w:br/>
        <w:t>v 0.843001 19.486303 0.702890</w:t>
        <w:br/>
        <w:t>v 0.843001 19.486303 0.702890</w:t>
        <w:br/>
        <w:t>v 0.235682 19.412239 0.934126</w:t>
        <w:br/>
        <w:t>v 0.259959 19.435211 0.947992</w:t>
        <w:br/>
        <w:t>v 0.286630 19.453985 0.962294</w:t>
        <w:br/>
        <w:t>v 0.343606 19.488670 0.988745</w:t>
        <w:br/>
        <w:t>v 0.517518 19.524439 0.971720</w:t>
        <w:br/>
        <w:t>v 0.551449 19.518166 0.953786</w:t>
        <w:br/>
        <w:t>v 0.621160 19.502512 0.908883</w:t>
        <w:br/>
        <w:t>v 0.675812 19.481674 0.855446</w:t>
        <w:br/>
        <w:t>v 0.623659 19.347919 0.772056</w:t>
        <w:br/>
        <w:t>v 0.621596 19.348995 0.768971</w:t>
        <w:br/>
        <w:t>v 0.633333 19.370277 0.764923</w:t>
        <w:br/>
        <w:t>v 0.635855 19.368376 0.771601</w:t>
        <w:br/>
        <w:t>v 0.645833 19.399321 0.766888</w:t>
        <w:br/>
        <w:t>v 0.655134 19.422565 0.771893</w:t>
        <w:br/>
        <w:t>v 0.663291 19.417908 0.782072</w:t>
        <w:br/>
        <w:t>v 0.651938 19.395597 0.773769</w:t>
        <w:br/>
        <w:t>v 0.674802 19.446774 0.802962</w:t>
        <w:br/>
        <w:t>v 0.609045 19.327612 0.773622</w:t>
        <w:br/>
        <w:t>v 0.320999 19.461000 0.952666</w:t>
        <w:br/>
        <w:t>v 0.321899 19.452114 0.929329</w:t>
        <w:br/>
        <w:t>v 0.310206 19.481855 0.966667</w:t>
        <w:br/>
        <w:t>v 0.317658 19.473442 0.978959</w:t>
        <w:br/>
        <w:t>v 0.660676 19.444744 0.780545</w:t>
        <w:br/>
        <w:t>v 0.551449 19.518166 0.953786</w:t>
        <w:br/>
        <w:t>v 0.561125 19.554756 0.936246</w:t>
        <w:br/>
        <w:t>v 0.585202 19.549877 0.919349</w:t>
        <w:br/>
        <w:t>v 0.574933 19.514465 0.940809</w:t>
        <w:br/>
        <w:t>v 0.571637 19.540201 0.976582</w:t>
        <w:br/>
        <w:t>v 0.562087 19.527586 0.964891</w:t>
        <w:br/>
        <w:t>v 0.556005 19.552580 0.959279</w:t>
        <w:br/>
        <w:t>v 0.564466 19.550941 0.967710</w:t>
        <w:br/>
        <w:t>v 0.571637 19.540201 0.976582</w:t>
        <w:br/>
        <w:t>v 0.571155 19.550390 0.961664</w:t>
        <w:br/>
        <w:t>v 0.566495 19.550032 0.952359</w:t>
        <w:br/>
        <w:t>v 0.562087 19.527586 0.964891</w:t>
        <w:br/>
        <w:t>v 0.556005 19.552580 0.959279</w:t>
        <w:br/>
        <w:t>v 0.566495 19.550032 0.952359</w:t>
        <w:br/>
        <w:t>v 0.571155 19.550390 0.961664</w:t>
        <w:br/>
        <w:t>v 0.564466 19.550941 0.967710</w:t>
        <w:br/>
        <w:t>v 0.683786 19.516308 0.838876</w:t>
        <w:br/>
        <w:t>v 0.668130 19.521124 0.830157</w:t>
        <w:br/>
        <w:t>v 0.685969 19.513124 0.805576</w:t>
        <w:br/>
        <w:t>v 0.696621 19.508005 0.821027</w:t>
        <w:br/>
        <w:t>v 0.690607 19.491623 0.859008</w:t>
        <w:br/>
        <w:t>v 0.675812 19.481674 0.855446</w:t>
        <w:br/>
        <w:t>v 0.668130 19.521124 0.830157</w:t>
        <w:br/>
        <w:t>v 0.683786 19.516308 0.838876</w:t>
        <w:br/>
        <w:t>v 0.690607 19.491623 0.859008</w:t>
        <w:br/>
        <w:t>v 0.696621 19.508005 0.821027</w:t>
        <w:br/>
        <w:t>v 0.685969 19.513124 0.805576</w:t>
        <w:br/>
        <w:t>v 0.675812 19.481674 0.855446</w:t>
        <w:br/>
        <w:t>v 0.708697 19.508646 0.837402</w:t>
        <w:br/>
        <w:t>v 0.728075 19.523111 0.859823</w:t>
        <w:br/>
        <w:t>v 0.700396 19.515512 0.849468</w:t>
        <w:br/>
        <w:t>v 0.705799 19.502287 0.861371</w:t>
        <w:br/>
        <w:t>v 0.708697 19.508646 0.837402</w:t>
        <w:br/>
        <w:t>v 0.705799 19.502287 0.861371</w:t>
        <w:br/>
        <w:t>v 0.700396 19.515512 0.849468</w:t>
        <w:br/>
        <w:t>v 0.728075 19.523111 0.859823</w:t>
        <w:br/>
        <w:t>v 0.728075 19.523111 0.859823</w:t>
        <w:br/>
        <w:t>v 0.573399 19.484800 0.899894</w:t>
        <w:br/>
        <w:t>v 0.574933 19.514465 0.940809</w:t>
        <w:br/>
        <w:t>v 0.572960 19.473972 0.870280</w:t>
        <w:br/>
        <w:t>v 0.579549 19.554043 0.979607</w:t>
        <w:br/>
        <w:t>v 0.579549 19.554043 0.979607</w:t>
        <w:br/>
        <w:t>v 0.579549 19.554043 0.979607</w:t>
        <w:br/>
        <w:t>v 0.551449 19.518166 0.953786</w:t>
        <w:br/>
        <w:t>v 0.545892 19.557028 0.945360</w:t>
        <w:br/>
        <w:t>v 0.561125 19.554756 0.936246</w:t>
        <w:br/>
        <w:t>v 0.545892 19.557028 0.945360</w:t>
        <w:br/>
        <w:t>v 0.561125 19.554756 0.936246</w:t>
        <w:br/>
        <w:t>v 0.551449 19.518166 0.953786</w:t>
        <w:br/>
        <w:t>v 0.317658 19.473442 0.978959</w:t>
        <w:br/>
        <w:t>v 0.310206 19.481855 0.966667</w:t>
        <w:br/>
        <w:t>v 0.321899 19.452114 0.929329</w:t>
        <w:br/>
        <w:t>v -0.545892 19.557028 0.945360</w:t>
        <w:br/>
        <w:t>v -0.561124 19.554756 0.936246</w:t>
        <w:br/>
        <w:t>v -0.540680 19.480494 0.890289</w:t>
        <w:br/>
        <w:t>v -0.506109 19.485064 0.904774</w:t>
        <w:br/>
        <w:t>v -0.473944 19.555187 0.976926</w:t>
        <w:br/>
        <w:t>v -0.469654 19.488001 0.917582</w:t>
        <w:br/>
        <w:t>v -0.421521 19.483374 0.927816</w:t>
        <w:br/>
        <w:t>v -0.416951 19.543903 0.981597</w:t>
        <w:br/>
        <w:t>v -0.348305 19.462889 0.930786</w:t>
        <w:br/>
        <w:t>v -0.339345 19.498955 0.983931</w:t>
        <w:br/>
        <w:t>v -0.369894 19.523165 0.979326</w:t>
        <w:br/>
        <w:t>v -0.378839 19.472221 0.932002</w:t>
        <w:br/>
        <w:t>v -0.267021 19.424088 0.923278</w:t>
        <w:br/>
        <w:t>v -0.254982 19.439499 0.940640</w:t>
        <w:br/>
        <w:t>v -0.281633 19.461529 0.954220</w:t>
        <w:br/>
        <w:t>v -0.294221 19.438633 0.926468</w:t>
        <w:br/>
        <w:t>v -0.239330 19.408257 0.922726</w:t>
        <w:br/>
        <w:t>v -0.232944 19.414951 0.926642</w:t>
        <w:br/>
        <w:t>v -0.628458 19.537113 0.876203</w:t>
        <w:br/>
        <w:t>v -0.668129 19.521124 0.830157</w:t>
        <w:br/>
        <w:t>v -0.631266 19.456383 0.815224</w:t>
        <w:br/>
        <w:t>v -0.602217 19.466499 0.848372</w:t>
        <w:br/>
        <w:t>v -0.572959 19.473972 0.870280</w:t>
        <w:br/>
        <w:t>v -0.585201 19.549877 0.919349</w:t>
        <w:br/>
        <w:t>v -0.508269 19.494640 0.936787</w:t>
        <w:br/>
        <w:t>v -0.506109 19.485064 0.904774</w:t>
        <w:br/>
        <w:t>v -0.540680 19.480494 0.890289</w:t>
        <w:br/>
        <w:t>v -0.541191 19.490313 0.922268</w:t>
        <w:br/>
        <w:t>v -0.473803 19.495777 0.949770</w:t>
        <w:br/>
        <w:t>v -0.469654 19.488001 0.917582</w:t>
        <w:br/>
        <w:t>v -0.423759 19.490604 0.958034</w:t>
        <w:br/>
        <w:t>v -0.421521 19.483374 0.927816</w:t>
        <w:br/>
        <w:t>v -0.378839 19.472221 0.932002</w:t>
        <w:br/>
        <w:t>v -0.379952 19.481894 0.960866</w:t>
        <w:br/>
        <w:t>v -0.375764 19.508381 0.999127</w:t>
        <w:br/>
        <w:t>v -0.339345 19.498955 0.983931</w:t>
        <w:br/>
        <w:t>v -0.343605 19.488670 0.988745</w:t>
        <w:br/>
        <w:t>v -0.348013 19.472059 0.957515</w:t>
        <w:br/>
        <w:t>v -0.348305 19.462889 0.930786</w:t>
        <w:br/>
        <w:t>v -0.267021 19.424088 0.923278</w:t>
        <w:br/>
        <w:t>v -0.294221 19.438633 0.926468</w:t>
        <w:br/>
        <w:t>v -0.292049 19.445118 0.944075</w:t>
        <w:br/>
        <w:t>v -0.264449 19.429464 0.935946</w:t>
        <w:br/>
        <w:t>v -0.286629 19.453987 0.962294</w:t>
        <w:br/>
        <w:t>v -0.281633 19.461529 0.954220</w:t>
        <w:br/>
        <w:t>v -0.254982 19.439499 0.940640</w:t>
        <w:br/>
        <w:t>v -0.259959 19.435211 0.947992</w:t>
        <w:br/>
        <w:t>v -0.238198 19.409384 0.927550</w:t>
        <w:br/>
        <w:t>v -0.239330 19.408257 0.922726</w:t>
        <w:br/>
        <w:t>v -0.232944 19.414951 0.926642</w:t>
        <w:br/>
        <w:t>v -0.235682 19.412239 0.934127</w:t>
        <w:br/>
        <w:t>v -0.631266 19.456383 0.815224</w:t>
        <w:br/>
        <w:t>v -0.648057 19.462727 0.836415</w:t>
        <w:br/>
        <w:t>v -0.610435 19.475918 0.873380</w:t>
        <w:br/>
        <w:t>v -0.602217 19.466499 0.848372</w:t>
        <w:br/>
        <w:t>v -0.621159 19.502512 0.908883</w:t>
        <w:br/>
        <w:t>v -0.675811 19.481674 0.855446</w:t>
        <w:br/>
        <w:t>v -0.668129 19.521124 0.830157</w:t>
        <w:br/>
        <w:t>v -0.628458 19.537113 0.876203</w:t>
        <w:br/>
        <w:t>v -0.721666 19.454458 0.792168</w:t>
        <w:br/>
        <w:t>v -0.720722 19.439819 0.745752</w:t>
        <w:br/>
        <w:t>v -0.740318 19.458067 0.771583</w:t>
        <w:br/>
        <w:t>v -0.685968 19.513124 0.805576</w:t>
        <w:br/>
        <w:t>v -0.721666 19.454458 0.792168</w:t>
        <w:br/>
        <w:t>v -0.740318 19.458067 0.771583</w:t>
        <w:br/>
        <w:t>v -0.721027 19.494545 0.764120</w:t>
        <w:br/>
        <w:t>v -0.685968 19.513124 0.805576</w:t>
        <w:br/>
        <w:t>v -0.721027 19.494545 0.764120</w:t>
        <w:br/>
        <w:t>v -0.720722 19.439819 0.745752</w:t>
        <w:br/>
        <w:t>v -0.660675 19.444744 0.780545</w:t>
        <w:br/>
        <w:t>v -0.795926 19.483782 0.716872</w:t>
        <w:br/>
        <w:t>v -0.756998 19.487534 0.737685</w:t>
        <w:br/>
        <w:t>v -0.760144 19.461987 0.753522</w:t>
        <w:br/>
        <w:t>v -0.797198 19.472851 0.727366</w:t>
        <w:br/>
        <w:t>v -0.756998 19.487534 0.737685</w:t>
        <w:br/>
        <w:t>v -0.795926 19.483782 0.716872</w:t>
        <w:br/>
        <w:t>v -0.798617 19.468752 0.712330</w:t>
        <w:br/>
        <w:t>v -0.757993 19.454262 0.727684</w:t>
        <w:br/>
        <w:t>v -0.760144 19.461987 0.753522</w:t>
        <w:br/>
        <w:t>v -0.757993 19.454262 0.727684</w:t>
        <w:br/>
        <w:t>v -0.798617 19.468752 0.712330</w:t>
        <w:br/>
        <w:t>v -0.797198 19.472851 0.727366</w:t>
        <w:br/>
        <w:t>v -0.219970 19.392721 0.927778</w:t>
        <w:br/>
        <w:t>v -0.219970 19.392721 0.927778</w:t>
        <w:br/>
        <w:t>v -0.219970 19.392721 0.927778</w:t>
        <w:br/>
        <w:t>v -0.660675 19.444744 0.780545</w:t>
        <w:br/>
        <w:t>v -0.671288 19.436115 0.793767</w:t>
        <w:br/>
        <w:t>v -0.674801 19.446774 0.802962</w:t>
        <w:br/>
        <w:t>v -0.663290 19.417908 0.782072</w:t>
        <w:br/>
        <w:t>v -0.679893 19.408758 0.766014</w:t>
        <w:br/>
        <w:t>v -0.695977 19.428408 0.776906</w:t>
        <w:br/>
        <w:t>v -0.671288 19.436115 0.793767</w:t>
        <w:br/>
        <w:t>v -0.684499 19.404697 0.741250</w:t>
        <w:br/>
        <w:t>v -0.703602 19.424767 0.741583</w:t>
        <w:br/>
        <w:t>v -0.585201 19.549877 0.919349</w:t>
        <w:br/>
        <w:t>v -0.574933 19.514465 0.940809</w:t>
        <w:br/>
        <w:t>v -0.614182 19.525599 0.960153</w:t>
        <w:br/>
        <w:t>v -0.615585 19.551332 0.936190</w:t>
        <w:br/>
        <w:t>v -0.615585 19.551332 0.936190</w:t>
        <w:br/>
        <w:t>v -0.651050 19.543894 0.913558</w:t>
        <w:br/>
        <w:t>v -0.628458 19.537113 0.876203</w:t>
        <w:br/>
        <w:t>v -0.651050 19.543894 0.913558</w:t>
        <w:br/>
        <w:t>v -0.645433 19.514847 0.937306</w:t>
        <w:br/>
        <w:t>v -0.621159 19.502512 0.908883</w:t>
        <w:br/>
        <w:t>v -0.645433 19.514847 0.937306</w:t>
        <w:br/>
        <w:t>v -0.614182 19.525599 0.960153</w:t>
        <w:br/>
        <w:t>v -0.574933 19.514465 0.940809</w:t>
        <w:br/>
        <w:t>v -0.621159 19.502512 0.908883</w:t>
        <w:br/>
        <w:t>v -0.647261 19.541313 0.974610</w:t>
        <w:br/>
        <w:t>v -0.643895 19.559092 0.955550</w:t>
        <w:br/>
        <w:t>v -0.643895 19.559092 0.955550</w:t>
        <w:br/>
        <w:t>v -0.667642 19.554031 0.937121</w:t>
        <w:br/>
        <w:t>v -0.667642 19.554031 0.937121</w:t>
        <w:br/>
        <w:t>v -0.666154 19.535118 0.956974</w:t>
        <w:br/>
        <w:t>v -0.666154 19.535118 0.956974</w:t>
        <w:br/>
        <w:t>v -0.647261 19.541313 0.974610</w:t>
        <w:br/>
        <w:t>v -0.703303 19.596466 0.969589</w:t>
        <w:br/>
        <w:t>v -0.676161 19.572721 0.967240</w:t>
        <w:br/>
        <w:t>v -0.678305 19.566391 0.979787</w:t>
        <w:br/>
        <w:t>v -0.703303 19.596466 0.969589</w:t>
        <w:br/>
        <w:t>v -0.683630 19.569063 0.955475</w:t>
        <w:br/>
        <w:t>v -0.676161 19.572721 0.967240</w:t>
        <w:br/>
        <w:t>v -0.703303 19.596466 0.969589</w:t>
        <w:br/>
        <w:t>v -0.683480 19.562710 0.969464</w:t>
        <w:br/>
        <w:t>v -0.683630 19.569063 0.955475</w:t>
        <w:br/>
        <w:t>v -0.678305 19.566391 0.979787</w:t>
        <w:br/>
        <w:t>v -0.478995 19.526346 0.986564</w:t>
        <w:br/>
        <w:t>v -0.517518 19.524439 0.971720</w:t>
        <w:br/>
        <w:t>v -0.545892 19.557028 0.945360</w:t>
        <w:br/>
        <w:t>v -0.473944 19.555187 0.976926</w:t>
        <w:br/>
        <w:t>v -0.663182 19.386631 0.763279</w:t>
        <w:br/>
        <w:t>v -0.666760 19.383596 0.748141</w:t>
        <w:br/>
        <w:t>v -0.651937 19.395597 0.773769</w:t>
        <w:br/>
        <w:t>v -0.645443 19.359785 0.756795</w:t>
        <w:br/>
        <w:t>v -0.643604 19.363014 0.766766</w:t>
        <w:br/>
        <w:t>v -0.626965 19.344414 0.769024</w:t>
        <w:br/>
        <w:t>v -0.628926 19.342192 0.763865</w:t>
        <w:br/>
        <w:t>v -0.635854 19.368376 0.771601</w:t>
        <w:br/>
        <w:t>v -0.623658 19.347919 0.772056</w:t>
        <w:br/>
        <w:t>v -0.609045 19.327612 0.773622</w:t>
        <w:br/>
        <w:t>v -0.684499 19.404697 0.741250</w:t>
        <w:br/>
        <w:t>v -0.655133 19.422565 0.771893</w:t>
        <w:br/>
        <w:t>v -0.703602 19.424767 0.741583</w:t>
        <w:br/>
        <w:t>v -0.645443 19.359785 0.756795</w:t>
        <w:br/>
        <w:t>v -0.628926 19.342192 0.763865</w:t>
        <w:br/>
        <w:t>v -0.621595 19.348995 0.768971</w:t>
        <w:br/>
        <w:t>v -0.633332 19.370277 0.764923</w:t>
        <w:br/>
        <w:t>v -0.666760 19.383596 0.748141</w:t>
        <w:br/>
        <w:t>v -0.645833 19.399321 0.766888</w:t>
        <w:br/>
        <w:t>v -0.609045 19.327612 0.773622</w:t>
        <w:br/>
        <w:t>v -0.373564 19.524096 1.011305</w:t>
        <w:br/>
        <w:t>v -0.338689 19.513149 1.010501</w:t>
        <w:br/>
        <w:t>v -0.339783 19.503397 0.998545</w:t>
        <w:br/>
        <w:t>v -0.375764 19.508381 0.999127</w:t>
        <w:br/>
        <w:t>v -0.336685 19.521898 1.005819</w:t>
        <w:br/>
        <w:t>v -0.370908 19.536783 1.003143</w:t>
        <w:br/>
        <w:t>v -0.420449 19.549908 0.994175</w:t>
        <w:br/>
        <w:t>v -0.425556 19.528076 1.002292</w:t>
        <w:br/>
        <w:t>v -0.425145 19.516779 0.995189</w:t>
        <w:br/>
        <w:t>v -0.315758 19.489901 0.977632</w:t>
        <w:br/>
        <w:t>v -0.309182 19.506594 1.001850</w:t>
        <w:br/>
        <w:t>v -0.370908 19.536783 1.003143</w:t>
        <w:br/>
        <w:t>v -0.373564 19.524096 1.011305</w:t>
        <w:br/>
        <w:t>v -0.420449 19.549908 0.994175</w:t>
        <w:br/>
        <w:t>v -0.295309 19.480789 0.973940</w:t>
        <w:br/>
        <w:t>v -0.288653 19.493603 0.994578</w:t>
        <w:br/>
        <w:t>v -0.336685 19.521898 1.005819</w:t>
        <w:br/>
        <w:t>v -0.338689 19.513149 1.010501</w:t>
        <w:br/>
        <w:t>v -0.312675 19.501110 1.005599</w:t>
        <w:br/>
        <w:t>v -0.291863 19.489470 0.998394</w:t>
        <w:br/>
        <w:t>v -0.293941 19.485245 0.990346</w:t>
        <w:br/>
        <w:t>v -0.315206 19.494505 0.995101</w:t>
        <w:br/>
        <w:t>v -0.309182 19.506594 1.001850</w:t>
        <w:br/>
        <w:t>v -0.312675 19.501110 1.005599</w:t>
        <w:br/>
        <w:t>v -0.315758 19.489901 0.977632</w:t>
        <w:br/>
        <w:t>v -0.339345 19.498955 0.983931</w:t>
        <w:br/>
        <w:t>v -0.295309 19.480789 0.973940</w:t>
        <w:br/>
        <w:t>v -0.288653 19.493603 0.994578</w:t>
        <w:br/>
        <w:t>v -0.291863 19.489470 0.998394</w:t>
        <w:br/>
        <w:t>v -0.273166 19.470507 0.970961</w:t>
        <w:br/>
        <w:t>v -0.246787 19.457447 0.967640</w:t>
        <w:br/>
        <w:t>v -0.268435 19.477293 0.984337</w:t>
        <w:br/>
        <w:t>v -0.246787 19.457447 0.967640</w:t>
        <w:br/>
        <w:t>v -0.273166 19.470507 0.970961</w:t>
        <w:br/>
        <w:t>v -0.270965 19.473824 0.982970</w:t>
        <w:br/>
        <w:t>v -0.268435 19.477293 0.984337</w:t>
        <w:br/>
        <w:t>v -0.843000 19.486303 0.702890</w:t>
        <w:br/>
        <w:t>v -0.843000 19.486303 0.702890</w:t>
        <w:br/>
        <w:t>v -0.843000 19.486303 0.702890</w:t>
        <w:br/>
        <w:t>v -0.259959 19.435211 0.947992</w:t>
        <w:br/>
        <w:t>v -0.235682 19.412239 0.934127</w:t>
        <w:br/>
        <w:t>v -0.286629 19.453987 0.962294</w:t>
        <w:br/>
        <w:t>v -0.343605 19.488670 0.988745</w:t>
        <w:br/>
        <w:t>v -0.517518 19.524439 0.971720</w:t>
        <w:br/>
        <w:t>v -0.551449 19.518166 0.953786</w:t>
        <w:br/>
        <w:t>v -0.675811 19.481674 0.855446</w:t>
        <w:br/>
        <w:t>v -0.621159 19.502512 0.908883</w:t>
        <w:br/>
        <w:t>v -0.633332 19.370277 0.764923</w:t>
        <w:br/>
        <w:t>v -0.621595 19.348995 0.768971</w:t>
        <w:br/>
        <w:t>v -0.623658 19.347919 0.772056</w:t>
        <w:br/>
        <w:t>v -0.635854 19.368376 0.771601</w:t>
        <w:br/>
        <w:t>v -0.663290 19.417908 0.782072</w:t>
        <w:br/>
        <w:t>v -0.655133 19.422565 0.771893</w:t>
        <w:br/>
        <w:t>v -0.645833 19.399321 0.766888</w:t>
        <w:br/>
        <w:t>v -0.651937 19.395597 0.773769</w:t>
        <w:br/>
        <w:t>v -0.674801 19.446774 0.802962</w:t>
        <w:br/>
        <w:t>v -0.609045 19.327612 0.773622</w:t>
        <w:br/>
        <w:t>v -0.321898 19.452114 0.929329</w:t>
        <w:br/>
        <w:t>v -0.320999 19.461000 0.952666</w:t>
        <w:br/>
        <w:t>v -0.317657 19.473442 0.978959</w:t>
        <w:br/>
        <w:t>v -0.310205 19.481855 0.966667</w:t>
        <w:br/>
        <w:t>v -0.660675 19.444744 0.780545</w:t>
        <w:br/>
        <w:t>v -0.585201 19.549877 0.919349</w:t>
        <w:br/>
        <w:t>v -0.561124 19.554756 0.936246</w:t>
        <w:br/>
        <w:t>v -0.551449 19.518166 0.953786</w:t>
        <w:br/>
        <w:t>v -0.574933 19.514465 0.940809</w:t>
        <w:br/>
        <w:t>v -0.556004 19.552580 0.959279</w:t>
        <w:br/>
        <w:t>v -0.562087 19.527586 0.964892</w:t>
        <w:br/>
        <w:t>v -0.571637 19.540201 0.976582</w:t>
        <w:br/>
        <w:t>v -0.564466 19.550941 0.967710</w:t>
        <w:br/>
        <w:t>v -0.566495 19.550032 0.952359</w:t>
        <w:br/>
        <w:t>v -0.571154 19.550390 0.961664</w:t>
        <w:br/>
        <w:t>v -0.571637 19.540201 0.976582</w:t>
        <w:br/>
        <w:t>v -0.562087 19.527586 0.964892</w:t>
        <w:br/>
        <w:t>v -0.571154 19.550390 0.961664</w:t>
        <w:br/>
        <w:t>v -0.566495 19.550032 0.952359</w:t>
        <w:br/>
        <w:t>v -0.556004 19.552580 0.959279</w:t>
        <w:br/>
        <w:t>v -0.564466 19.550941 0.967710</w:t>
        <w:br/>
        <w:t>v -0.685968 19.513124 0.805576</w:t>
        <w:br/>
        <w:t>v -0.668129 19.521124 0.830157</w:t>
        <w:br/>
        <w:t>v -0.683785 19.516308 0.838876</w:t>
        <w:br/>
        <w:t>v -0.696620 19.508005 0.821027</w:t>
        <w:br/>
        <w:t>v -0.668129 19.521124 0.830157</w:t>
        <w:br/>
        <w:t>v -0.675811 19.481674 0.855446</w:t>
        <w:br/>
        <w:t>v -0.690607 19.491623 0.859008</w:t>
        <w:br/>
        <w:t>v -0.683785 19.516308 0.838876</w:t>
        <w:br/>
        <w:t>v -0.685968 19.513124 0.805576</w:t>
        <w:br/>
        <w:t>v -0.696620 19.508005 0.821027</w:t>
        <w:br/>
        <w:t>v -0.690607 19.491623 0.859008</w:t>
        <w:br/>
        <w:t>v -0.675811 19.481674 0.855446</w:t>
        <w:br/>
        <w:t>v -0.728074 19.523111 0.859823</w:t>
        <w:br/>
        <w:t>v -0.708696 19.508646 0.837402</w:t>
        <w:br/>
        <w:t>v -0.700396 19.515512 0.849468</w:t>
        <w:br/>
        <w:t>v -0.705799 19.502287 0.861371</w:t>
        <w:br/>
        <w:t>v -0.708696 19.508646 0.837402</w:t>
        <w:br/>
        <w:t>v -0.705799 19.502287 0.861371</w:t>
        <w:br/>
        <w:t>v -0.700396 19.515512 0.849468</w:t>
        <w:br/>
        <w:t>v -0.728074 19.523111 0.859823</w:t>
        <w:br/>
        <w:t>v -0.728074 19.523111 0.859823</w:t>
        <w:br/>
        <w:t>v -0.573398 19.484800 0.899894</w:t>
        <w:br/>
        <w:t>v -0.574933 19.514465 0.940809</w:t>
        <w:br/>
        <w:t>v -0.572959 19.473972 0.870280</w:t>
        <w:br/>
        <w:t>v -0.579548 19.554043 0.979607</w:t>
        <w:br/>
        <w:t>v -0.579548 19.554043 0.979607</w:t>
        <w:br/>
        <w:t>v -0.579548 19.554043 0.979607</w:t>
        <w:br/>
        <w:t>v -0.545892 19.557028 0.945360</w:t>
        <w:br/>
        <w:t>v -0.551449 19.518166 0.953786</w:t>
        <w:br/>
        <w:t>v -0.561124 19.554756 0.936246</w:t>
        <w:br/>
        <w:t>v -0.545892 19.557028 0.945360</w:t>
        <w:br/>
        <w:t>v -0.561124 19.554756 0.936246</w:t>
        <w:br/>
        <w:t>v -0.551449 19.518166 0.953786</w:t>
        <w:br/>
        <w:t>v -0.317657 19.473442 0.978959</w:t>
        <w:br/>
        <w:t>v -0.321898 19.452114 0.929329</w:t>
        <w:br/>
        <w:t>v -0.310205 19.481855 0.966667</w:t>
        <w:br/>
        <w:t>v -0.439609 19.445042 0.867505</w:t>
        <w:br/>
        <w:t>v -0.448502 19.437302 0.860335</w:t>
        <w:br/>
        <w:t>v -0.530584 19.523272 0.874091</w:t>
        <w:br/>
        <w:t>v -0.503371 19.559019 0.902162</w:t>
        <w:br/>
        <w:t>v -0.457832 19.411619 0.846770</w:t>
        <w:br/>
        <w:t>v -0.454585 19.425264 0.852274</w:t>
        <w:br/>
        <w:t>v -0.416571 19.403860 0.854983</w:t>
        <w:br/>
        <w:t>v -0.421604 19.346193 0.847934</w:t>
        <w:br/>
        <w:t>v -0.439014 19.350447 0.843266</w:t>
        <w:br/>
        <w:t>v -0.418150 19.446787 0.873773</w:t>
        <w:br/>
        <w:t>v -0.407134 19.441282 0.872774</w:t>
        <w:br/>
        <w:t>v -0.397546 19.434099 0.870514</w:t>
        <w:br/>
        <w:t>v -0.389094 19.423481 0.868459</w:t>
        <w:br/>
        <w:t>v -0.386186 19.377611 0.860716</w:t>
        <w:br/>
        <w:t>v -0.391593 19.364695 0.858088</w:t>
        <w:br/>
        <w:t>v -0.428678 19.446857 0.871476</w:t>
        <w:br/>
        <w:t>v -0.401876 19.351072 0.853580</w:t>
        <w:br/>
        <w:t>v -0.503371 19.559019 0.902162</w:t>
        <w:br/>
        <w:t>v -0.530584 19.523272 0.874091</w:t>
        <w:br/>
        <w:t>v -0.536824 19.527435 0.853710</w:t>
        <w:br/>
        <w:t>v -0.506958 19.567026 0.883848</w:t>
        <w:br/>
        <w:t>v -0.424271 19.575762 0.930049</w:t>
        <w:br/>
        <w:t>v -0.465489 19.577585 0.921622</w:t>
        <w:br/>
        <w:t>v -0.466278 19.586861 0.904257</w:t>
        <w:br/>
        <w:t>v -0.420328 19.584721 0.913890</w:t>
        <w:br/>
        <w:t>v -0.368222 19.564882 0.912549</w:t>
        <w:br/>
        <w:t>v -0.377873 19.557312 0.927938</w:t>
        <w:br/>
        <w:t>v -0.331096 19.528784 0.900471</w:t>
        <w:br/>
        <w:t>v -0.341794 19.522711 0.916023</w:t>
        <w:br/>
        <w:t>v -0.305839 19.478958 0.887761</w:t>
        <w:br/>
        <w:t>v -0.317858 19.474356 0.903396</w:t>
        <w:br/>
        <w:t>v -0.334811 19.284681 0.847332</w:t>
        <w:br/>
        <w:t>v -0.344326 19.290585 0.863964</w:t>
        <w:br/>
        <w:t>v -0.323871 19.323774 0.872474</w:t>
        <w:br/>
        <w:t>v -0.312120 19.323013 0.855795</w:t>
        <w:br/>
        <w:t>v -0.374422 19.261971 0.830669</w:t>
        <w:br/>
        <w:t>v -0.378719 19.267889 0.851370</w:t>
        <w:br/>
        <w:t>v -0.425853 19.258329 0.816598</w:t>
        <w:br/>
        <w:t>v -0.428640 19.265574 0.838079</w:t>
        <w:br/>
        <w:t>v -0.468815 19.271900 0.806423</w:t>
        <w:br/>
        <w:t>v -0.467906 19.277685 0.827534</w:t>
        <w:br/>
        <w:t>v -0.495291 19.294283 0.800739</w:t>
        <w:br/>
        <w:t>v -0.492186 19.299595 0.820923</w:t>
        <w:br/>
        <w:t>v -0.539370 19.473005 0.846233</w:t>
        <w:br/>
        <w:t>v -0.540446 19.426666 0.830611</w:t>
        <w:br/>
        <w:t>v -0.547735 19.427784 0.809067</w:t>
        <w:br/>
        <w:t>v -0.546516 19.475325 0.825083</w:t>
        <w:br/>
        <w:t>v -0.459886 19.392445 0.842165</w:t>
        <w:br/>
        <w:t>v -0.456165 19.374474 0.840616</w:t>
        <w:br/>
        <w:t>v -0.514858 19.330406 0.819467</w:t>
        <w:br/>
        <w:t>v -0.532541 19.372101 0.821052</w:t>
        <w:br/>
        <w:t>v -0.384869 19.391142 0.862466</w:t>
        <w:br/>
        <w:t>v -0.386300 19.407211 0.864867</w:t>
        <w:br/>
        <w:t>v -0.307864 19.415897 0.890476</w:t>
        <w:br/>
        <w:t>v -0.311178 19.361574 0.879857</w:t>
        <w:br/>
        <w:t>v -0.295074 19.417994 0.874343</w:t>
        <w:br/>
        <w:t>v -0.297625 19.365515 0.863935</w:t>
        <w:br/>
        <w:t>v -0.311178 19.361574 0.879857</w:t>
        <w:br/>
        <w:t>v -0.307864 19.415897 0.890476</w:t>
        <w:br/>
        <w:t>v -0.520177 19.328918 0.797897</w:t>
        <w:br/>
        <w:t>v -0.539072 19.371180 0.799225</w:t>
        <w:br/>
        <w:t>v -0.448908 19.358740 0.840246</w:t>
        <w:br/>
        <w:t>v -0.317858 19.474356 0.903396</w:t>
        <w:br/>
        <w:t>v -0.323871 19.323774 0.872474</w:t>
        <w:br/>
        <w:t>v 0.530594 19.523270 0.874088</w:t>
        <w:br/>
        <w:t>v 0.449043 19.437857 0.860421</w:t>
        <w:br/>
        <w:t>v 0.440649 19.446882 0.868062</w:t>
        <w:br/>
        <w:t>v 0.503382 19.559017 0.902159</w:t>
        <w:br/>
        <w:t>v 0.455080 19.425537 0.852237</w:t>
        <w:br/>
        <w:t>v 0.459017 19.411839 0.846534</w:t>
        <w:br/>
        <w:t>v 0.416581 19.403856 0.854980</w:t>
        <w:br/>
        <w:t>v 0.438873 19.350805 0.843342</w:t>
        <w:br/>
        <w:t>v 0.421641 19.345888 0.847894</w:t>
        <w:br/>
        <w:t>v 0.407287 19.440714 0.872502</w:t>
        <w:br/>
        <w:t>v 0.418459 19.445782 0.873287</w:t>
        <w:br/>
        <w:t>v 0.391035 19.422102 0.867509</w:t>
        <w:br/>
        <w:t>v 0.398410 19.432739 0.869813</w:t>
        <w:br/>
        <w:t>v 0.391107 19.363914 0.858147</w:t>
        <w:br/>
        <w:t>v 0.386344 19.377733 0.860685</w:t>
        <w:br/>
        <w:t>v 0.428737 19.447027 0.871540</w:t>
        <w:br/>
        <w:t>v 0.402054 19.351675 0.853593</w:t>
        <w:br/>
        <w:t>v 0.536834 19.527435 0.853707</w:t>
        <w:br/>
        <w:t>v 0.530594 19.523270 0.874088</w:t>
        <w:br/>
        <w:t>v 0.503382 19.559017 0.902159</w:t>
        <w:br/>
        <w:t>v 0.506968 19.567024 0.883845</w:t>
        <w:br/>
        <w:t>v 0.466288 19.586861 0.904254</w:t>
        <w:br/>
        <w:t>v 0.465499 19.577581 0.921618</w:t>
        <w:br/>
        <w:t>v 0.424281 19.575760 0.930046</w:t>
        <w:br/>
        <w:t>v 0.420338 19.584717 0.913887</w:t>
        <w:br/>
        <w:t>v 0.368232 19.564878 0.912545</w:t>
        <w:br/>
        <w:t>v 0.377883 19.557310 0.927935</w:t>
        <w:br/>
        <w:t>v 0.331106 19.528782 0.900468</w:t>
        <w:br/>
        <w:t>v 0.341804 19.522709 0.916020</w:t>
        <w:br/>
        <w:t>v 0.305849 19.478958 0.887758</w:t>
        <w:br/>
        <w:t>v 0.317868 19.474352 0.903393</w:t>
        <w:br/>
        <w:t>v 0.323881 19.323771 0.872471</w:t>
        <w:br/>
        <w:t>v 0.344336 19.290583 0.863961</w:t>
        <w:br/>
        <w:t>v 0.334821 19.284679 0.847329</w:t>
        <w:br/>
        <w:t>v 0.312130 19.323011 0.855792</w:t>
        <w:br/>
        <w:t>v 0.374433 19.261969 0.830666</w:t>
        <w:br/>
        <w:t>v 0.378729 19.267887 0.851367</w:t>
        <w:br/>
        <w:t>v 0.425863 19.258327 0.816595</w:t>
        <w:br/>
        <w:t>v 0.428650 19.265574 0.838076</w:t>
        <w:br/>
        <w:t>v 0.467918 19.277681 0.827530</w:t>
        <w:br/>
        <w:t>v 0.468825 19.271898 0.806420</w:t>
        <w:br/>
        <w:t>v 0.495301 19.294279 0.800736</w:t>
        <w:br/>
        <w:t>v 0.492197 19.299593 0.820920</w:t>
        <w:br/>
        <w:t>v 0.547745 19.427782 0.809064</w:t>
        <w:br/>
        <w:t>v 0.540456 19.426666 0.830608</w:t>
        <w:br/>
        <w:t>v 0.539380 19.473003 0.846230</w:t>
        <w:br/>
        <w:t>v 0.546526 19.475323 0.825080</w:t>
        <w:br/>
        <w:t>v 0.514870 19.330404 0.819463</w:t>
        <w:br/>
        <w:t>v 0.456373 19.374325 0.840541</w:t>
        <w:br/>
        <w:t>v 0.459516 19.392544 0.842274</w:t>
        <w:br/>
        <w:t>v 0.532551 19.372101 0.821049</w:t>
        <w:br/>
        <w:t>v 0.307874 19.415895 0.890473</w:t>
        <w:br/>
        <w:t>v 0.387212 19.407112 0.864569</w:t>
        <w:br/>
        <w:t>v 0.385237 19.391283 0.862378</w:t>
        <w:br/>
        <w:t>v 0.311188 19.361574 0.879854</w:t>
        <w:br/>
        <w:t>v 0.311188 19.361574 0.879854</w:t>
        <w:br/>
        <w:t>v 0.297635 19.365513 0.863931</w:t>
        <w:br/>
        <w:t>v 0.295084 19.417992 0.874340</w:t>
        <w:br/>
        <w:t>v 0.307874 19.415895 0.890473</w:t>
        <w:br/>
        <w:t>v 0.539082 19.371178 0.799222</w:t>
        <w:br/>
        <w:t>v 0.520187 19.328917 0.797894</w:t>
        <w:br/>
        <w:t>v 0.448745 19.358978 0.840322</w:t>
        <w:br/>
        <w:t>v 0.317868 19.474352 0.903393</w:t>
        <w:br/>
        <w:t>v 0.323881 19.323771 0.872471</w:t>
        <w:br/>
        <w:t>v 0.349340 19.282560 0.868933</w:t>
        <w:br/>
        <w:t>v 0.383238 19.280293 0.864347</w:t>
        <w:br/>
        <w:t>v 0.385664 19.276947 0.869840</w:t>
        <w:br/>
        <w:t>v 0.349082 19.280525 0.873041</w:t>
        <w:br/>
        <w:t>v 0.510100 19.278746 0.833903</w:t>
        <w:br/>
        <w:t>v 0.452501 19.275524 0.854037</w:t>
        <w:br/>
        <w:t>v 0.449579 19.278671 0.851709</w:t>
        <w:br/>
        <w:t>v 0.349082 19.280525 0.873041</w:t>
        <w:br/>
        <w:t>v 0.347936 19.277222 0.870697</w:t>
        <w:br/>
        <w:t>v 0.308679 19.285625 0.876559</w:t>
        <w:br/>
        <w:t>v 0.347936 19.277222 0.870697</w:t>
        <w:br/>
        <w:t>v 0.349340 19.282560 0.868933</w:t>
        <w:br/>
        <w:t>v 0.308679 19.285625 0.876559</w:t>
        <w:br/>
        <w:t>v 0.382722 19.272936 0.866179</w:t>
        <w:br/>
        <w:t>v 0.383238 19.280293 0.864347</w:t>
        <w:br/>
        <w:t>v 0.385664 19.276947 0.869840</w:t>
        <w:br/>
        <w:t>v 0.382722 19.272936 0.866179</w:t>
        <w:br/>
        <w:t>v 0.308679 19.285625 0.876559</w:t>
        <w:br/>
        <w:t>v 0.417534 19.275612 0.863856</w:t>
        <w:br/>
        <w:t>v 0.414341 19.279074 0.860083</w:t>
        <w:br/>
        <w:t>v 0.451135 19.271702 0.851986</w:t>
        <w:br/>
        <w:t>v 0.449579 19.278671 0.851709</w:t>
        <w:br/>
        <w:t>v 0.414341 19.279074 0.860083</w:t>
        <w:br/>
        <w:t>v 0.413455 19.271059 0.861395</w:t>
        <w:br/>
        <w:t>v 0.510100 19.278746 0.833903</w:t>
        <w:br/>
        <w:t>v 0.451135 19.271702 0.851986</w:t>
        <w:br/>
        <w:t>v 0.452501 19.275524 0.854037</w:t>
        <w:br/>
        <w:t>v 0.510100 19.278746 0.833903</w:t>
        <w:br/>
        <w:t>v 0.417534 19.275612 0.863856</w:t>
        <w:br/>
        <w:t>v 0.413455 19.271059 0.861395</w:t>
        <w:br/>
        <w:t>v -0.385663 19.276947 0.869840</w:t>
        <w:br/>
        <w:t>v -0.383237 19.280293 0.864347</w:t>
        <w:br/>
        <w:t>v -0.349339 19.282560 0.868933</w:t>
        <w:br/>
        <w:t>v -0.349080 19.280525 0.873041</w:t>
        <w:br/>
        <w:t>v -0.452500 19.275524 0.854037</w:t>
        <w:br/>
        <w:t>v -0.510099 19.278746 0.833903</w:t>
        <w:br/>
        <w:t>v -0.449578 19.278671 0.851709</w:t>
        <w:br/>
        <w:t>v -0.347935 19.277222 0.870697</w:t>
        <w:br/>
        <w:t>v -0.349080 19.280525 0.873041</w:t>
        <w:br/>
        <w:t>v -0.308677 19.285625 0.876559</w:t>
        <w:br/>
        <w:t>v -0.349339 19.282560 0.868933</w:t>
        <w:br/>
        <w:t>v -0.347935 19.277222 0.870697</w:t>
        <w:br/>
        <w:t>v -0.308677 19.285625 0.876559</w:t>
        <w:br/>
        <w:t>v -0.382721 19.272936 0.866179</w:t>
        <w:br/>
        <w:t>v -0.383237 19.280293 0.864347</w:t>
        <w:br/>
        <w:t>v -0.382721 19.272936 0.866179</w:t>
        <w:br/>
        <w:t>v -0.385663 19.276947 0.869840</w:t>
        <w:br/>
        <w:t>v -0.308677 19.285625 0.876559</w:t>
        <w:br/>
        <w:t>v -0.414340 19.279074 0.860083</w:t>
        <w:br/>
        <w:t>v -0.417533 19.275612 0.863856</w:t>
        <w:br/>
        <w:t>v -0.414340 19.279074 0.860083</w:t>
        <w:br/>
        <w:t>v -0.449578 19.278671 0.851709</w:t>
        <w:br/>
        <w:t>v -0.451134 19.271702 0.851986</w:t>
        <w:br/>
        <w:t>v -0.413453 19.271059 0.861395</w:t>
        <w:br/>
        <w:t>v -0.510099 19.278746 0.833903</w:t>
        <w:br/>
        <w:t>v -0.452500 19.275524 0.854037</w:t>
        <w:br/>
        <w:t>v -0.451134 19.271702 0.851986</w:t>
        <w:br/>
        <w:t>v -0.510099 19.278746 0.833903</w:t>
        <w:br/>
        <w:t>v -0.417533 19.275612 0.863856</w:t>
        <w:br/>
        <w:t>v -0.413453 19.271059 0.861395</w:t>
        <w:br/>
        <w:t>v -0.428640 19.265574 0.838079</w:t>
        <w:br/>
        <w:t>v -0.467906 19.277685 0.827534</w:t>
        <w:br/>
        <w:t>v -0.424271 19.575762 0.930049</w:t>
        <w:br/>
        <w:t>v -0.377873 19.557312 0.927938</w:t>
        <w:br/>
        <w:t>v -0.341794 19.522711 0.916023</w:t>
        <w:br/>
        <w:t>v -0.344326 19.290585 0.863964</w:t>
        <w:br/>
        <w:t>v -0.465489 19.577585 0.921622</w:t>
        <w:br/>
        <w:t>v -0.378719 19.267889 0.851370</w:t>
        <w:br/>
        <w:t>v 0.467918 19.277681 0.827530</w:t>
        <w:br/>
        <w:t>v 0.428650 19.265574 0.838076</w:t>
        <w:br/>
        <w:t>v 0.377883 19.557310 0.927935</w:t>
        <w:br/>
        <w:t>v 0.424281 19.575760 0.930046</w:t>
        <w:br/>
        <w:t>v 0.341804 19.522709 0.916020</w:t>
        <w:br/>
        <w:t>v 0.344336 19.290583 0.863961</w:t>
        <w:br/>
        <w:t>v 0.465499 19.577581 0.921618</w:t>
        <w:br/>
        <w:t>v 0.378729 19.267887 0.851367</w:t>
        <w:br/>
        <w:t>v 0.492197 19.299593 0.820920</w:t>
        <w:br/>
        <w:t>v 0.418116 19.561687 0.999251</w:t>
        <w:br/>
        <w:t>v 0.368754 19.551619 1.008560</w:t>
        <w:br/>
        <w:t>v 0.367954 19.556587 1.013204</w:t>
        <w:br/>
        <w:t>v 0.332465 19.540955 1.011673</w:t>
        <w:br/>
        <w:t>v 0.329970 19.551193 1.019399</w:t>
        <w:br/>
        <w:t>v 0.286595 19.539351 1.025443</w:t>
        <w:br/>
        <w:t>v 0.292624 19.524424 1.012047</w:t>
        <w:br/>
        <w:t>v 0.260197 19.504320 1.005768</w:t>
        <w:br/>
        <w:t>v 0.248496 19.522842 1.023118</w:t>
        <w:br/>
        <w:t>v 0.232473 19.496874 1.010526</w:t>
        <w:br/>
        <w:t>v 0.239650 19.489126 0.997512</w:t>
        <w:br/>
        <w:t>v 0.220425 19.471716 0.985844</w:t>
        <w:br/>
        <w:t>v -0.368753 19.551619 1.008560</w:t>
        <w:br/>
        <w:t>v -0.418115 19.561687 0.999251</w:t>
        <w:br/>
        <w:t>v -0.367954 19.556587 1.013204</w:t>
        <w:br/>
        <w:t>v -0.329969 19.551193 1.019399</w:t>
        <w:br/>
        <w:t>v -0.332464 19.540955 1.011673</w:t>
        <w:br/>
        <w:t>v -0.260196 19.504320 1.005769</w:t>
        <w:br/>
        <w:t>v -0.292623 19.524424 1.012047</w:t>
        <w:br/>
        <w:t>v -0.286594 19.539351 1.025443</w:t>
        <w:br/>
        <w:t>v -0.248495 19.522842 1.023118</w:t>
        <w:br/>
        <w:t>v -0.239649 19.489126 0.997512</w:t>
        <w:br/>
        <w:t>v -0.232473 19.496874 1.010526</w:t>
        <w:br/>
        <w:t>v -0.220424 19.471716 0.985844</w:t>
        <w:br/>
        <w:t>v 0.576895 19.300928 0.799367</w:t>
        <w:br/>
        <w:t>v 0.587667 19.297121 0.803187</w:t>
        <w:br/>
        <w:t>v -0.587667 19.297121 0.803187</w:t>
        <w:br/>
        <w:t>v -0.576895 19.300928 0.799367</w:t>
        <w:br/>
        <w:t>v -0.841298 20.179066 0.113952</w:t>
        <w:br/>
        <w:t>v -0.773199 20.337540 0.259054</w:t>
        <w:br/>
        <w:t>v -0.768228 20.216274 0.413361</w:t>
        <w:br/>
        <w:t>v -0.838462 20.094568 0.262064</w:t>
        <w:br/>
        <w:t>v -0.675686 20.309118 0.602705</w:t>
        <w:br/>
        <w:t>v -0.665569 20.436270 0.428712</w:t>
        <w:br/>
        <w:t>v -0.494561 20.380308 0.798694</w:t>
        <w:br/>
        <w:t>v -0.592637 20.351618 0.698407</w:t>
        <w:br/>
        <w:t>v -0.580196 20.493444 0.552081</w:t>
        <w:br/>
        <w:t>v -0.481246 20.529314 0.661398</w:t>
        <w:br/>
        <w:t>v -0.227339 20.563065 0.830432</w:t>
        <w:br/>
        <w:t>v -0.109729 20.569771 0.861584</w:t>
        <w:br/>
        <w:t>v -0.107480 20.399023 0.995494</w:t>
        <w:br/>
        <w:t>v -0.225554 20.392065 0.973180</w:t>
        <w:br/>
        <w:t>v -0.357803 20.553434 0.755114</w:t>
        <w:br/>
        <w:t>v -0.365534 20.387598 0.905400</w:t>
        <w:br/>
        <w:t>v -0.721838 19.450792 -0.129288</w:t>
        <w:br/>
        <w:t>v -0.744571 19.503515 -0.104644</w:t>
        <w:br/>
        <w:t>v -0.757224 19.478920 -0.112676</w:t>
        <w:br/>
        <w:t>v -0.639349 19.565092 0.869107</w:t>
        <w:br/>
        <w:t>v -0.663015 19.542236 0.825858</w:t>
        <w:br/>
        <w:t>v -0.704339 19.594072 0.784959</w:t>
        <w:br/>
        <w:t>v -0.661456 19.620131 0.859771</w:t>
        <w:br/>
        <w:t>v -0.606025 19.516666 0.879358</w:t>
        <w:br/>
        <w:t>v -0.636007 19.502245 0.844734</w:t>
        <w:br/>
        <w:t>v -0.700512 19.461969 0.743176</w:t>
        <w:br/>
        <w:t>v -0.681689 19.450245 0.764353</w:t>
        <w:br/>
        <w:t>v -0.667650 19.405098 0.759257</w:t>
        <w:br/>
        <w:t>v -0.688180 19.400562 0.734889</w:t>
        <w:br/>
        <w:t>v -0.625529 19.263264 0.745506</w:t>
        <w:br/>
        <w:t>v -0.668743 19.342514 0.727752</w:t>
        <w:br/>
        <w:t>v -0.644677 19.353617 0.750964</w:t>
        <w:br/>
        <w:t>v -0.618321 19.299109 0.759703</w:t>
        <w:br/>
        <w:t>v -0.800658 19.913046 0.563499</w:t>
        <w:br/>
        <w:t>v -0.825572 19.805788 0.453563</w:t>
        <w:br/>
        <w:t>v -0.847818 19.868925 0.308057</w:t>
        <w:br/>
        <w:t>v -0.823986 20.001034 0.422717</w:t>
        <w:br/>
        <w:t>v -0.365898 19.588615 1.033951</w:t>
        <w:br/>
        <w:t>v -0.440341 19.599102 1.016673</w:t>
        <w:br/>
        <w:t>v -0.445226 19.661209 1.043176</w:t>
        <w:br/>
        <w:t>v -0.366406 19.651386 1.069431</w:t>
        <w:br/>
        <w:t>v -0.580146 20.076435 0.888838</w:t>
        <w:br/>
        <w:t>v -0.487117 20.090183 0.970538</w:t>
        <w:br/>
        <w:t>v -0.479348 19.982660 1.011595</w:t>
        <w:br/>
        <w:t>v -0.567543 19.974962 0.942909</w:t>
        <w:br/>
        <w:t>v -0.206934 20.222107 1.070859</w:t>
        <w:br/>
        <w:t>v -0.295891 20.232929 1.036232</w:t>
        <w:br/>
        <w:t>v -0.285733 19.743538 1.121149</w:t>
        <w:br/>
        <w:t>v -0.187282 19.735550 1.144194</w:t>
        <w:br/>
        <w:t>v -0.185621 19.631189 1.106472</w:t>
        <w:br/>
        <w:t>v -0.276889 19.637589 1.090435</w:t>
        <w:br/>
        <w:t>v -0.109428 20.218628 1.092407</w:t>
        <w:br/>
        <w:t>v -0.098163 19.736677 1.152275</w:t>
        <w:br/>
        <w:t>v -0.189843 19.847889 1.151873</w:t>
        <w:br/>
        <w:t>v -0.098362 19.844923 1.165503</w:t>
        <w:br/>
        <w:t>v -0.286219 19.541935 1.026771</w:t>
        <w:br/>
        <w:t>v -0.205943 19.477230 0.996831</w:t>
        <w:br/>
        <w:t>v -0.234514 19.454813 0.963592</w:t>
        <w:br/>
        <w:t>v -0.298872 19.503462 0.985452</w:t>
        <w:br/>
        <w:t>v -0.132761 19.505455 1.026346</w:t>
        <w:br/>
        <w:t>v -0.178052 19.561489 1.070063</w:t>
        <w:br/>
        <w:t>v -0.101598 19.445477 0.996094</w:t>
        <w:br/>
        <w:t>v -0.051473 19.525286 1.058309</w:t>
        <w:br/>
        <w:t>v -0.041581 19.468189 1.032754</w:t>
        <w:br/>
        <w:t>v -0.098412 19.264711 0.960446</w:t>
        <w:br/>
        <w:t>v -0.140256 19.242912 0.938962</w:t>
        <w:br/>
        <w:t>v -0.151979 19.272449 0.924255</w:t>
        <w:br/>
        <w:t>v -0.110565 19.297379 0.946956</w:t>
        <w:br/>
        <w:t>v -0.258641 19.204792 0.907699</w:t>
        <w:br/>
        <w:t>v -0.324924 19.187487 0.898231</w:t>
        <w:br/>
        <w:t>v -0.351000 19.214874 0.884554</w:t>
        <w:br/>
        <w:t>v -0.284525 19.229309 0.896274</w:t>
        <w:br/>
        <w:t>v -0.197712 19.221973 0.921251</w:t>
        <w:br/>
        <w:t>v -0.216133 19.247347 0.911352</w:t>
        <w:br/>
        <w:t>v -0.418091 19.203007 0.869522</w:t>
        <w:br/>
        <w:t>v -0.389572 19.170212 0.888462</w:t>
        <w:br/>
        <w:t>v -0.536381 19.192938 0.812827</w:t>
        <w:br/>
        <w:t>v -0.534392 19.230438 0.814287</w:t>
        <w:br/>
        <w:t>v -0.483448 19.232914 0.837843</w:t>
        <w:br/>
        <w:t>v -0.479332 19.196959 0.843238</w:t>
        <w:br/>
        <w:t>v -0.171647 19.172142 0.941476</w:t>
        <w:br/>
        <w:t>v -0.123227 19.193628 0.956570</w:t>
        <w:br/>
        <w:t>v -0.112676 19.152172 0.970401</w:t>
        <w:br/>
        <w:t>v -0.156331 19.134974 0.956124</w:t>
        <w:br/>
        <w:t>v -0.103159 19.101377 0.986127</w:t>
        <w:br/>
        <w:t>v -0.094228 19.046194 1.005699</w:t>
        <w:br/>
        <w:t>v -0.119671 19.030125 0.983741</w:t>
        <w:br/>
        <w:t>v -0.139306 19.082621 0.968503</w:t>
        <w:br/>
        <w:t>v -0.030776 18.984533 1.050128</w:t>
        <w:br/>
        <w:t>v 0.000000 18.978621 1.054387</w:t>
        <w:br/>
        <w:t>v 0.000000 18.954027 1.036076</w:t>
        <w:br/>
        <w:t>v -0.033237 18.960308 1.030967</w:t>
        <w:br/>
        <w:t>v -0.074980 19.121727 1.006211</w:t>
        <w:br/>
        <w:t>v -0.069309 19.063868 1.038986</w:t>
        <w:br/>
        <w:t>v -0.086216 19.213657 0.975407</w:t>
        <w:br/>
        <w:t>v -0.080313 19.176907 0.987488</w:t>
        <w:br/>
        <w:t>v -0.026722 19.253538 1.021559</w:t>
        <w:br/>
        <w:t>v -0.025693 19.219984 1.035452</w:t>
        <w:br/>
        <w:t>v -0.053609 19.196974 1.009771</w:t>
        <w:br/>
        <w:t>v -0.055286 19.233522 0.997266</w:t>
        <w:br/>
        <w:t>v -0.068960 19.322868 0.976709</w:t>
        <w:br/>
        <w:t>v -0.078952 19.358393 0.972624</w:t>
        <w:br/>
        <w:t>v -0.033674 19.385981 1.014980</w:t>
        <w:br/>
        <w:t>v -0.030901 19.344357 1.009134</w:t>
        <w:br/>
        <w:t>v -0.036997 19.427631 1.022486</w:t>
        <w:br/>
        <w:t>v 0.000000 19.470758 1.042484</w:t>
        <w:br/>
        <w:t>v 0.000000 19.432337 1.032928</w:t>
        <w:br/>
        <w:t>v -0.025168 19.009291 1.085502</w:t>
        <w:br/>
        <w:t>v 0.000000 19.004150 1.088617</w:t>
        <w:br/>
        <w:t>v -0.683410 19.508129 0.784887</w:t>
        <w:br/>
        <w:t>v -0.726251 19.465620 0.691040</w:t>
        <w:br/>
        <w:t>v -0.726573 19.541426 0.727448</w:t>
        <w:br/>
        <w:t>v -0.664274 19.213682 0.435208</w:t>
        <w:br/>
        <w:t>v -0.660630 19.214781 0.301112</w:t>
        <w:br/>
        <w:t>v -0.704555 19.311636 0.281550</w:t>
        <w:br/>
        <w:t>v -0.705258 19.310827 0.418350</w:t>
        <w:br/>
        <w:t>v -0.470938 19.094288 0.864449</w:t>
        <w:br/>
        <w:t>v -0.406311 19.105837 0.894167</w:t>
        <w:br/>
        <w:t>v -0.364917 19.050827 0.919614</w:t>
        <w:br/>
        <w:t>v -0.432346 19.036854 0.887616</w:t>
        <w:br/>
        <w:t>v -0.447036 19.156796 0.866701</w:t>
        <w:br/>
        <w:t>v -0.506940 19.144716 0.838076</w:t>
        <w:br/>
        <w:t>v -0.347888 19.119312 0.913877</w:t>
        <w:br/>
        <w:t>v -0.287975 19.138132 0.923254</w:t>
        <w:br/>
        <w:t>v -0.256656 19.086370 0.943571</w:t>
        <w:br/>
        <w:t>v -0.308920 19.065771 0.937870</w:t>
        <w:br/>
        <w:t>v -0.286349 19.027227 0.946541</w:t>
        <w:br/>
        <w:t>v -0.233893 19.042768 0.954066</w:t>
        <w:br/>
        <w:t>v -0.198001 18.989183 0.961511</w:t>
        <w:br/>
        <w:t>v -0.242761 18.965954 0.950882</w:t>
        <w:br/>
        <w:t>v -0.207053 18.923262 0.952562</w:t>
        <w:br/>
        <w:t>v -0.238906 18.898153 0.932230</w:t>
        <w:br/>
        <w:t>v -0.295783 18.946041 0.931874</w:t>
        <w:br/>
        <w:t>v -0.199775 19.110186 0.948785</w:t>
        <w:br/>
        <w:t>v -0.224399 19.156507 0.930609</w:t>
        <w:br/>
        <w:t>v -0.152696 19.012417 0.970388</w:t>
        <w:br/>
        <w:t>v -0.179838 19.064705 0.959572</w:t>
        <w:br/>
        <w:t>v -0.060616 18.730808 0.903666</w:t>
        <w:br/>
        <w:t>v -0.026567 18.723516 0.907513</w:t>
        <w:br/>
        <w:t>v -0.032325 18.677971 0.879338</w:t>
        <w:br/>
        <w:t>v -0.067948 18.687799 0.876620</w:t>
        <w:br/>
        <w:t>v -0.223233 18.779470 0.871306</w:t>
        <w:br/>
        <w:t>v -0.174961 18.789766 0.891434</w:t>
        <w:br/>
        <w:t>v -0.130466 18.763168 0.894081</w:t>
        <w:br/>
        <w:t>v -0.161277 18.738117 0.871551</w:t>
        <w:br/>
        <w:t>v -0.081822 18.594912 0.826637</w:t>
        <w:br/>
        <w:t>v -0.142096 18.640535 0.816720</w:t>
        <w:br/>
        <w:t>v -0.127910 18.666704 0.849312</w:t>
        <w:br/>
        <w:t>v -0.077167 18.637239 0.855434</w:t>
        <w:br/>
        <w:t>v -0.187909 18.710621 0.844324</w:t>
        <w:br/>
        <w:t>v -0.212069 18.691555 0.810446</w:t>
        <w:br/>
        <w:t>v -0.315309 18.762632 0.806946</w:t>
        <w:br/>
        <w:t>v -0.270813 18.772661 0.845647</w:t>
        <w:br/>
        <w:t>v -0.083645 18.573217 0.786277</w:t>
        <w:br/>
        <w:t>v -0.085606 18.569242 0.737943</w:t>
        <w:br/>
        <w:t>v -0.162840 18.618040 0.722175</w:t>
        <w:br/>
        <w:t>v -0.152102 18.624537 0.772567</w:t>
        <w:br/>
        <w:t>v -0.049113 18.567484 0.651949</w:t>
        <w:br/>
        <w:t>v -0.054784 18.580574 0.594912</w:t>
        <w:br/>
        <w:t>v -0.083971 18.590797 0.589511</w:t>
        <w:br/>
        <w:t>v -0.088666 18.583620 0.644153</w:t>
        <w:br/>
        <w:t>v -0.332314 18.733057 0.474032</w:t>
        <w:br/>
        <w:t>v -0.253314 18.680769 0.513905</w:t>
        <w:br/>
        <w:t>v -0.247230 18.698792 0.413824</w:t>
        <w:br/>
        <w:t>v -0.378693 18.817213 0.806625</w:t>
        <w:br/>
        <w:t>v -0.323914 18.818590 0.848309</w:t>
        <w:br/>
        <w:t>v -0.215959 18.817087 0.892393</w:t>
        <w:br/>
        <w:t>v -0.271471 18.817255 0.872801</w:t>
        <w:br/>
        <w:t>v -0.302313 18.851999 0.879275</w:t>
        <w:br/>
        <w:t>v -0.243405 18.841404 0.897165</w:t>
        <w:br/>
        <w:t>v -0.375445 18.862411 0.855544</w:t>
        <w:br/>
        <w:t>v -0.422944 18.866743 0.810614</w:t>
        <w:br/>
        <w:t>v -0.459052 18.913124 0.811917</w:t>
        <w:br/>
        <w:t>v -0.412070 18.921387 0.870042</w:t>
        <w:br/>
        <w:t>v -0.334934 18.751953 0.752951</w:t>
        <w:br/>
        <w:t>v -0.345580 18.744673 0.692764</w:t>
        <w:br/>
        <w:t>v -0.414043 18.804041 0.684828</w:t>
        <w:br/>
        <w:t>v -0.403263 18.811811 0.752461</w:t>
        <w:br/>
        <w:t>v -0.459374 18.854185 0.678367</w:t>
        <w:br/>
        <w:t>v -0.449988 18.862825 0.752302</w:t>
        <w:br/>
        <w:t>v -0.352301 18.770475 0.347756</w:t>
        <w:br/>
        <w:t>v -0.401165 18.786745 0.437857</w:t>
        <w:br/>
        <w:t>v -0.504021 18.954397 0.219293</w:t>
        <w:br/>
        <w:t>v -0.434669 18.850067 0.284999</w:t>
        <w:br/>
        <w:t>v -0.326190 18.790997 0.203041</w:t>
        <w:br/>
        <w:t>v -0.441461 18.932699 0.106333</w:t>
        <w:br/>
        <w:t>v -0.602501 19.101805 0.086893</w:t>
        <w:br/>
        <w:t>v -0.623152 19.132004 0.131676</w:t>
        <w:br/>
        <w:t>v -0.561485 19.048603 0.169653</w:t>
        <w:br/>
        <w:t>v -0.645322 19.959282 0.860235</w:t>
        <w:br/>
        <w:t>v -0.662871 20.057583 0.799143</w:t>
        <w:br/>
        <w:t>v -0.679095 19.331984 0.684803</w:t>
        <w:br/>
        <w:t>v -0.703533 19.398037 0.684857</w:t>
        <w:br/>
        <w:t>v -0.936925 19.374800 -0.191041</w:t>
        <w:br/>
        <w:t>v -0.848367 19.386541 -0.118147</w:t>
        <w:br/>
        <w:t>v -0.920850 19.309374 -0.175491</w:t>
        <w:br/>
        <w:t>v -0.941372 19.437687 -0.188255</w:t>
        <w:br/>
        <w:t>v -0.936925 19.374800 -0.191041</w:t>
        <w:br/>
        <w:t>v -0.927008 19.373402 -0.233259</w:t>
        <w:br/>
        <w:t>v -0.930942 19.443285 -0.228613</w:t>
        <w:br/>
        <w:t>v -0.924048 19.506641 -0.191378</w:t>
        <w:br/>
        <w:t>v -0.902845 19.539351 -0.143909</w:t>
        <w:br/>
        <w:t>v -0.925871 19.492111 -0.160596</w:t>
        <w:br/>
        <w:t>v -0.905298 19.520914 -0.118413</w:t>
        <w:br/>
        <w:t>v -0.844895 19.545845 -0.097612</w:t>
        <w:br/>
        <w:t>v -0.868820 19.524715 -0.067122</w:t>
        <w:br/>
        <w:t>v -0.795632 19.448694 -0.022982</w:t>
        <w:br/>
        <w:t>v -0.868820 19.524715 -0.067122</w:t>
        <w:br/>
        <w:t>v -0.759872 19.406200 0.001400</w:t>
        <w:br/>
        <w:t>v -0.698429 19.336918 0.066626</w:t>
        <w:br/>
        <w:t>v -0.731610 19.421549 0.049335</w:t>
        <w:br/>
        <w:t>v -0.832502 19.520927 -0.028602</w:t>
        <w:br/>
        <w:t>v -0.754687 19.486891 0.039903</w:t>
        <w:br/>
        <w:t>v -0.832502 19.520927 -0.028602</w:t>
        <w:br/>
        <w:t>v -0.821238 19.531631 -0.040368</w:t>
        <w:br/>
        <w:t>v -0.759910 19.510759 -0.042854</w:t>
        <w:br/>
        <w:t>v -0.821238 19.531631 -0.040368</w:t>
        <w:br/>
        <w:t>v -0.844895 19.545845 -0.097612</w:t>
        <w:br/>
        <w:t>v -0.740362 19.193949 -0.022419</w:t>
        <w:br/>
        <w:t>v -0.802410 19.285334 -0.087652</w:t>
        <w:br/>
        <w:t>v -0.840954 19.182083 -0.078289</w:t>
        <w:br/>
        <w:t>v -0.897805 19.257927 -0.146338</w:t>
        <w:br/>
        <w:t>v -0.873686 19.249895 -0.194826</w:t>
        <w:br/>
        <w:t>v -0.907910 19.308624 -0.219832</w:t>
        <w:br/>
        <w:t>v -0.920850 19.309374 -0.175491</w:t>
        <w:br/>
        <w:t>v -0.840954 19.182083 -0.078289</w:t>
        <w:br/>
        <w:t>v -0.819552 19.177074 -0.122231</w:t>
        <w:br/>
        <w:t>v -0.782305 19.141876 -0.010036</w:t>
        <w:br/>
        <w:t>v -0.753122 19.123714 -0.050003</w:t>
        <w:br/>
        <w:t>v -0.718662 19.115177 0.065447</w:t>
        <w:br/>
        <w:t>v -0.686963 19.097473 0.034522</w:t>
        <w:br/>
        <w:t>v -0.782305 19.141876 -0.010036</w:t>
        <w:br/>
        <w:t>v -0.718662 19.115177 0.065447</w:t>
        <w:br/>
        <w:t>v -0.927008 19.373402 -0.233259</w:t>
        <w:br/>
        <w:t>v -0.907910 19.308624 -0.219832</w:t>
        <w:br/>
        <w:t>v -0.805925 19.277449 -0.172705</w:t>
        <w:br/>
        <w:t>v -0.868352 19.446669 -0.216534</w:t>
        <w:br/>
        <w:t>v -0.865217 19.497021 -0.188543</w:t>
        <w:br/>
        <w:t>v -0.924048 19.506641 -0.191378</w:t>
        <w:br/>
        <w:t>v -0.930942 19.443285 -0.228613</w:t>
        <w:br/>
        <w:t>v -0.852901 19.535328 -0.142391</w:t>
        <w:br/>
        <w:t>v -0.902845 19.539351 -0.143909</w:t>
        <w:br/>
        <w:t>v -0.873686 19.249895 -0.194826</w:t>
        <w:br/>
        <w:t>v -0.819552 19.177074 -0.122231</w:t>
        <w:br/>
        <w:t>v -0.738676 19.193874 -0.099586</w:t>
        <w:br/>
        <w:t>v -0.661110 19.196486 -0.067510</w:t>
        <w:br/>
        <w:t>v -0.734454 19.306051 -0.105831</w:t>
        <w:br/>
        <w:t>v -0.689149 19.117876 -0.030537</w:t>
        <w:br/>
        <w:t>v -0.546046 19.085562 0.040751</w:t>
        <w:br/>
        <w:t>v -0.689149 19.117876 -0.030537</w:t>
        <w:br/>
        <w:t>v -0.602501 19.101805 0.086893</w:t>
        <w:br/>
        <w:t>v -0.546046 19.085562 0.040751</w:t>
        <w:br/>
        <w:t>v -0.024256 19.175154 1.063505</w:t>
        <w:br/>
        <w:t>v -0.020934 19.127272 1.107434</w:t>
        <w:br/>
        <w:t>v -0.045740 19.093929 1.075571</w:t>
        <w:br/>
        <w:t>v -0.051935 19.145378 1.032341</w:t>
        <w:br/>
        <w:t>v -0.734454 19.306051 -0.105831</w:t>
        <w:br/>
        <w:t>v -0.757224 19.478920 -0.112676</w:t>
        <w:br/>
        <w:t>v -0.753122 19.123714 -0.050003</w:t>
        <w:br/>
        <w:t>v -0.686963 19.097473 0.034522</w:t>
        <w:br/>
        <w:t>v -0.753122 19.123714 -0.050003</w:t>
        <w:br/>
        <w:t>v -0.754687 19.486891 0.039903</w:t>
        <w:br/>
        <w:t>v -0.754687 19.486891 0.039903</w:t>
        <w:br/>
        <w:t>v -0.897805 19.257927 -0.146338</w:t>
        <w:br/>
        <w:t>v -0.664431 19.238974 0.100874</w:t>
        <w:br/>
        <w:t>v 0.000000 19.583965 1.094307</w:t>
        <w:br/>
        <w:t>v -0.072332 19.579929 1.091297</w:t>
        <w:br/>
        <w:t>v -0.090156 19.635859 1.118326</w:t>
        <w:br/>
        <w:t>v 0.000000 19.637850 1.119850</w:t>
        <w:br/>
        <w:t>v 0.000000 19.736729 1.155123</w:t>
        <w:br/>
        <w:t>v 0.000000 19.842054 1.170386</w:t>
        <w:br/>
        <w:t>v -0.539739 19.771351 1.005512</w:t>
        <w:br/>
        <w:t>v -0.463310 19.768908 1.051414</w:t>
        <w:br/>
        <w:t>v -0.519110 19.664803 1.007009</w:t>
        <w:br/>
        <w:t>v -0.746795 19.476782 0.637593</w:t>
        <w:br/>
        <w:t>v -0.755217 19.566397 0.667385</w:t>
        <w:br/>
        <w:t>v -0.151963 19.417904 0.963518</w:t>
        <w:br/>
        <w:t>v -0.504997 19.600380 0.988245</w:t>
        <w:br/>
        <w:t>v -0.431446 19.536213 0.976873</w:t>
        <w:br/>
        <w:t>v -0.483345 19.538345 0.960203</w:t>
        <w:br/>
        <w:t>v -0.584631 19.196920 0.777231</w:t>
        <w:br/>
        <w:t>v -0.578299 19.238949 0.785986</w:t>
        <w:br/>
        <w:t>v -0.167526 19.359388 0.918872</w:t>
        <w:br/>
        <w:t>v -0.178192 19.392303 0.929357</w:t>
        <w:br/>
        <w:t>v -0.132237 19.367073 0.940331</w:t>
        <w:br/>
        <w:t>v -0.562050 19.590807 0.951045</w:t>
        <w:br/>
        <w:t>v -0.536638 19.533665 0.935571</w:t>
        <w:br/>
        <w:t>v 0.000000 19.528578 1.065566</w:t>
        <w:br/>
        <w:t>v -0.087071 19.398155 0.978283</w:t>
        <w:br/>
        <w:t>v -0.124006 19.330261 0.933136</w:t>
        <w:br/>
        <w:t>v -0.157689 19.303755 0.917570</w:t>
        <w:br/>
        <w:t>v -0.239377 19.272085 0.899470</w:t>
        <w:br/>
        <w:t>v -0.368866 19.242622 0.873196</w:t>
        <w:br/>
        <w:t>v -0.303412 19.251228 0.886365</w:t>
        <w:br/>
        <w:t>v -0.604328 19.578695 0.910861</w:t>
        <w:br/>
        <w:t>v -0.572422 19.526045 0.910403</w:t>
        <w:br/>
        <w:t>v -0.060616 19.285744 0.985377</w:t>
        <w:br/>
        <w:t>v 0.000000 19.106277 1.149458</w:t>
        <w:br/>
        <w:t>v -0.016088 19.098761 1.146090</w:t>
        <w:br/>
        <w:t>v 0.000000 19.134912 1.119125</w:t>
        <w:br/>
        <w:t>v -0.665646 19.476799 0.802291</w:t>
        <w:br/>
        <w:t>v -0.672526 20.173656 0.727611</w:t>
        <w:br/>
        <w:t>v -0.765580 20.090668 0.567420</w:t>
        <w:br/>
        <w:t>v -0.866018 20.003618 0.017155</w:t>
        <w:br/>
        <w:t>v -0.863369 19.945059 0.163750</w:t>
        <w:br/>
        <w:t>v -0.746819 19.993755 0.685292</w:t>
        <w:br/>
        <w:t>v -0.726610 19.912708 0.765683</w:t>
        <w:br/>
        <w:t>v -0.782754 19.579967 0.159702</w:t>
        <w:br/>
        <w:t>v -0.820168 19.724476 0.216917</w:t>
        <w:br/>
        <w:t>v -0.814100 19.674236 0.378441</w:t>
        <w:br/>
        <w:t>v -0.784330 19.509659 0.308768</w:t>
        <w:br/>
        <w:t>v -0.471129 18.843550 0.501380</w:t>
        <w:br/>
        <w:t>v -0.446660 18.834293 0.398444</w:t>
        <w:br/>
        <w:t>v -0.481202 18.879782 0.366121</w:t>
        <w:br/>
        <w:t>v -0.501787 18.889482 0.472903</w:t>
        <w:br/>
        <w:t>v -0.418045 18.793739 0.528965</w:t>
        <w:br/>
        <w:t>v -0.421072 18.798914 0.607231</w:t>
        <w:br/>
        <w:t>v -0.350400 18.740551 0.626616</w:t>
        <w:br/>
        <w:t>v -0.353365 18.739418 0.556561</w:t>
        <w:br/>
        <w:t>v -0.734998 19.653912 0.730155</w:t>
        <w:br/>
        <w:t>v -0.705679 19.710293 0.816523</w:t>
        <w:br/>
        <w:t>v -0.529742 18.951750 0.307397</w:t>
        <w:br/>
        <w:t>v -0.540835 18.946779 0.438047</w:t>
        <w:br/>
        <w:t>v -0.744532 19.411890 0.282876</w:t>
        <w:br/>
        <w:t>v -0.743622 19.411289 0.418675</w:t>
        <w:br/>
        <w:t>v -0.212224 18.692894 0.297656</w:t>
        <w:br/>
        <w:t>v -0.100537 18.631744 0.358438</w:t>
        <w:br/>
        <w:t>v -0.074794 18.608433 0.489893</w:t>
        <w:br/>
        <w:t>v 0.000000 18.586662 0.509255</w:t>
        <w:br/>
        <w:t>v 0.000000 18.600374 0.404728</w:t>
        <w:br/>
        <w:t>v -0.839662 19.822309 -0.051364</w:t>
        <w:br/>
        <w:t>v -0.826836 19.765135 0.075624</w:t>
        <w:br/>
        <w:t>v -0.794675 19.632561 0.021280</w:t>
        <w:br/>
        <w:t>v -0.796890 19.649527 -0.091933</w:t>
        <w:br/>
        <w:t>v -0.744571 19.503515 -0.104644</w:t>
        <w:br/>
        <w:t>v -0.759910 19.510759 -0.042854</w:t>
        <w:br/>
        <w:t>v -0.424522 19.236296 0.857537</w:t>
        <w:br/>
        <w:t>v -0.298506 18.906677 0.915217</w:t>
        <w:br/>
        <w:t>v -0.251937 18.866989 0.911187</w:t>
        <w:br/>
        <w:t>v -0.249296 18.669294 0.655329</w:t>
        <w:br/>
        <w:t>v -0.252013 18.674055 0.590597</w:t>
        <w:br/>
        <w:t>v -0.087701 18.573347 0.699220</w:t>
        <w:br/>
        <w:t>v -0.171703 18.626631 0.620276</w:t>
        <w:br/>
        <w:t>v -0.169751 18.621294 0.677890</w:t>
        <w:br/>
        <w:t>v -0.501592 19.021093 0.066298</w:t>
        <w:br/>
        <w:t>v -0.063326 18.858917 1.006474</w:t>
        <w:br/>
        <w:t>v -0.063565 18.837343 0.994494</w:t>
        <w:br/>
        <w:t>v -0.089296 18.837669 0.977243</w:t>
        <w:br/>
        <w:t>v -0.091193 18.857040 0.988463</w:t>
        <w:br/>
        <w:t>v 0.000000 18.721020 0.908573</w:t>
        <w:br/>
        <w:t>v 0.000000 18.672188 0.881773</w:t>
        <w:br/>
        <w:t>v -0.095902 18.740936 0.899680</w:t>
        <w:br/>
        <w:t>v -0.111772 18.705519 0.873204</w:t>
        <w:br/>
        <w:t>v -0.243025 18.670481 0.709256</w:t>
        <w:br/>
        <w:t>v -0.228125 18.677813 0.762337</w:t>
        <w:br/>
        <w:t>v -0.046865 18.552647 0.709741</w:t>
        <w:br/>
        <w:t>v -0.045940 18.549307 0.794860</w:t>
        <w:br/>
        <w:t>v -0.043842 18.573475 0.831251</w:t>
        <w:br/>
        <w:t>v -0.040082 18.623262 0.858044</w:t>
        <w:br/>
        <w:t>v -0.335733 19.004580 0.929951</w:t>
        <w:br/>
        <w:t>v -0.167248 18.944620 0.968490</w:t>
        <w:br/>
        <w:t>v -0.117923 18.957748 0.981855</w:t>
        <w:br/>
        <w:t>v -0.778570 19.510700 0.437857</w:t>
        <w:br/>
        <w:t>v -0.739279 19.402239 0.156784</w:t>
        <w:br/>
        <w:t>v -0.756627 19.480146 0.156967</w:t>
        <w:br/>
        <w:t>v -0.516988 19.080769 0.828107</w:t>
        <w:br/>
        <w:t>v -0.551304 19.134197 0.803251</w:t>
        <w:br/>
        <w:t>v -0.028678 19.304527 1.009284</w:t>
        <w:br/>
        <w:t>v 0.000000 19.352802 1.020588</w:t>
        <w:br/>
        <w:t>v 0.000000 19.314220 1.021350</w:t>
        <w:br/>
        <w:t>v -0.623152 19.132004 0.131676</w:t>
        <w:br/>
        <w:t>v -0.577384 19.653757 0.963011</w:t>
        <w:br/>
        <w:t>v -0.624260 19.638567 0.909420</w:t>
        <w:br/>
        <w:t>v -0.599812 19.759808 0.950179</w:t>
        <w:br/>
        <w:t>v -0.647071 19.736973 0.898662</w:t>
        <w:br/>
        <w:t>v -0.776620 19.847845 0.655831</w:t>
        <w:br/>
        <w:t>v -0.802950 19.759342 0.563079</w:t>
        <w:br/>
        <w:t>v -0.793428 19.630255 0.488090</w:t>
        <w:br/>
        <w:t>v 0.000000 20.069374 1.153212</w:t>
        <w:br/>
        <w:t>v -0.108017 20.074764 1.142907</w:t>
        <w:br/>
        <w:t>v 0.000000 20.210402 1.103412</w:t>
        <w:br/>
        <w:t>v -0.200881 20.079262 1.123922</w:t>
        <w:br/>
        <w:t>v -0.295986 20.082718 1.090054</w:t>
        <w:br/>
        <w:t>v -0.588403 20.198193 0.817642</w:t>
        <w:br/>
        <w:t>v -0.495148 20.222559 0.908136</w:t>
        <w:br/>
        <w:t>v -0.386019 20.090780 1.039111</w:t>
        <w:br/>
        <w:t>v -0.385644 20.227934 0.985839</w:t>
        <w:br/>
        <w:t>v -0.165516 18.630814 0.554836</w:t>
        <w:br/>
        <w:t>v -0.151910 18.645018 0.457764</w:t>
        <w:br/>
        <w:t>v 0.000000 18.932295 1.030156</w:t>
        <w:br/>
        <w:t>v -0.032787 18.934938 1.023823</w:t>
        <w:br/>
        <w:t>v -0.759910 19.510759 -0.042854</w:t>
        <w:br/>
        <w:t>v -0.446473 18.972122 0.864215</w:t>
        <w:br/>
        <w:t>v -0.394803 18.983635 0.900531</w:t>
        <w:br/>
        <w:t>v -0.351590 18.931673 0.907457</w:t>
        <w:br/>
        <w:t>v -0.534139 18.949495 0.550456</w:t>
        <w:br/>
        <w:t>v -0.501251 18.897383 0.575304</w:t>
        <w:br/>
        <w:t>v -0.484972 18.907581 0.751603</w:t>
        <w:br/>
        <w:t>v -0.494347 18.901363 0.671538</w:t>
        <w:br/>
        <w:t>v -0.523023 18.948503 0.660670</w:t>
        <w:br/>
        <w:t>v -0.514209 18.949358 0.743895</w:t>
        <w:br/>
        <w:t>v -0.326952 18.893585 0.897855</w:t>
        <w:br/>
        <w:t>v -0.467212 18.850578 0.591249</w:t>
        <w:br/>
        <w:t>v 0.000000 19.229992 1.046793</w:t>
        <w:br/>
        <w:t>v 0.000000 19.184452 1.074072</w:t>
        <w:br/>
        <w:t>v -0.695096 19.376961 -0.136420</w:t>
        <w:br/>
        <w:t>v -0.229798 19.348499 0.899256</w:t>
        <w:br/>
        <w:t>v -0.258961 19.299583 0.885907</w:t>
        <w:br/>
        <w:t>v -0.262710 19.298908 0.878336</w:t>
        <w:br/>
        <w:t>v -0.230080 19.348890 0.892022</w:t>
        <w:br/>
        <w:t>v -0.322617 19.281551 0.874237</w:t>
        <w:br/>
        <w:t>v -0.387633 19.278801 0.862412</w:t>
        <w:br/>
        <w:t>v -0.389016 19.279604 0.859048</w:t>
        <w:br/>
        <w:t>v -0.325028 19.281792 0.867966</w:t>
        <w:br/>
        <w:t>v -0.430528 19.278419 0.845612</w:t>
        <w:br/>
        <w:t>v -0.429961 19.277233 0.850963</w:t>
        <w:br/>
        <w:t>v -0.528199 19.281298 0.818491</w:t>
        <w:br/>
        <w:t>v -0.521076 19.282610 0.810503</w:t>
        <w:br/>
        <w:t>v -0.480631 19.278301 0.828823</w:t>
        <w:br/>
        <w:t>v -0.480803 19.276466 0.837617</w:t>
        <w:br/>
        <w:t>v -0.572575 19.296383 0.792533</w:t>
        <w:br/>
        <w:t>v -0.564549 19.299013 0.777897</w:t>
        <w:br/>
        <w:t>v -0.633963 19.361561 0.765325</w:t>
        <w:br/>
        <w:t>v -0.623755 19.366816 0.758871</w:t>
        <w:br/>
        <w:t>v -0.597720 19.326868 0.766551</w:t>
        <w:br/>
        <w:t>v -0.606448 19.323914 0.774125</w:t>
        <w:br/>
        <w:t>v -0.641180 19.411495 0.762613</w:t>
        <w:br/>
        <w:t>v -0.655583 19.408640 0.771021</w:t>
        <w:br/>
        <w:t>v -0.668223 19.446444 0.778078</w:t>
        <w:br/>
        <w:t>v -0.655671 19.447504 0.768925</w:t>
        <w:br/>
        <w:t>v -0.538986 19.502947 0.902462</w:t>
        <w:br/>
        <w:t>v -0.543726 19.501062 0.917395</w:t>
        <w:br/>
        <w:t>v -0.511170 19.506594 0.932880</w:t>
        <w:br/>
        <w:t>v -0.506911 19.509491 0.915691</w:t>
        <w:br/>
        <w:t>v -0.464422 19.509468 0.948875</w:t>
        <w:br/>
        <w:t>v -0.460614 19.512671 0.931515</w:t>
        <w:br/>
        <w:t>v -0.416848 19.505697 0.956615</w:t>
        <w:br/>
        <w:t>v -0.413814 19.508448 0.940223</w:t>
        <w:br/>
        <w:t>v -0.368045 19.490633 0.952439</w:t>
        <w:br/>
        <w:t>v -0.366034 19.492823 0.936901</w:t>
        <w:br/>
        <w:t>v -0.310026 19.467009 0.930306</w:t>
        <w:br/>
        <w:t>v -0.311525 19.465027 0.944133</w:t>
        <w:br/>
        <w:t>v -0.260897 19.434443 0.930754</w:t>
        <w:br/>
        <w:t>v -0.259592 19.436394 0.919248</w:t>
        <w:br/>
        <w:t>v -0.220134 19.392643 0.910668</w:t>
        <w:br/>
        <w:t>v -0.218675 19.393528 0.903706</w:t>
        <w:br/>
        <w:t>v -0.646023 19.461922 0.826430</w:t>
        <w:br/>
        <w:t>v -0.634877 19.461069 0.814273</w:t>
        <w:br/>
        <w:t>v -0.655671 19.447504 0.768925</w:t>
        <w:br/>
        <w:t>v -0.668223 19.446444 0.778078</w:t>
        <w:br/>
        <w:t>v -0.599963 19.481970 0.855336</w:t>
        <w:br/>
        <w:t>v -0.608458 19.482683 0.868542</w:t>
        <w:br/>
        <w:t>v -0.577378 19.493954 0.894715</w:t>
        <w:br/>
        <w:t>v -0.570857 19.495600 0.881553</w:t>
        <w:br/>
        <w:t>v -0.215124 19.253529 0.712984</w:t>
        <w:br/>
        <w:t>v -0.162718 19.309307 0.737437</w:t>
        <w:br/>
        <w:t>v -0.380086 19.229883 0.678086</w:t>
        <w:br/>
        <w:t>v -0.584312 19.258865 0.688377</w:t>
        <w:br/>
        <w:t>v -0.469917 19.239531 0.684668</w:t>
        <w:br/>
        <w:t>v -0.609923 19.354076 0.649695</w:t>
        <w:br/>
        <w:t>v -0.618529 19.477034 0.612198</w:t>
        <w:br/>
        <w:t>v -0.663318 19.603363 0.662092</w:t>
        <w:br/>
        <w:t>v -0.538986 19.502947 0.902462</w:t>
        <w:br/>
        <w:t>v -0.506911 19.509491 0.915691</w:t>
        <w:br/>
        <w:t>v -0.586584 19.627083 0.839649</w:t>
        <w:br/>
        <w:t>v -0.460614 19.512671 0.931515</w:t>
        <w:br/>
        <w:t>v -0.481534 19.648079 0.891518</w:t>
        <w:br/>
        <w:t>v -0.413814 19.508448 0.940223</w:t>
        <w:br/>
        <w:t>v -0.389554 19.660896 0.901071</w:t>
        <w:br/>
        <w:t>v -0.301733 19.656904 0.914244</w:t>
        <w:br/>
        <w:t>v -0.366034 19.492823 0.936901</w:t>
        <w:br/>
        <w:t>v -0.310026 19.467009 0.930306</w:t>
        <w:br/>
        <w:t>v -0.234934 19.607996 0.897881</w:t>
        <w:br/>
        <w:t>v -0.174592 19.534477 0.837952</w:t>
        <w:br/>
        <w:t>v -0.149944 19.416512 0.791500</w:t>
        <w:br/>
        <w:t>v -0.599963 19.481970 0.855336</w:t>
        <w:br/>
        <w:t>v -0.570857 19.495600 0.881553</w:t>
        <w:br/>
        <w:t>v -0.234934 19.607996 0.897881</w:t>
        <w:br/>
        <w:t>v -0.200298 19.630089 0.646959</w:t>
        <w:br/>
        <w:t>v -0.553504 18.997845 0.271262</w:t>
        <w:br/>
        <w:t>v -0.587917 19.058342 0.233727</w:t>
        <w:br/>
        <w:t>v -0.597720 19.326868 0.766551</w:t>
        <w:br/>
        <w:t>v -0.195799 19.964779 1.147065</w:t>
        <w:br/>
        <w:t>v -0.291711 19.967516 1.117326</w:t>
        <w:br/>
        <w:t>v -0.103883 19.960648 1.163891</w:t>
        <w:br/>
        <w:t>v -0.380873 19.757759 1.087162</w:t>
        <w:br/>
        <w:t>v -0.384245 19.977510 1.069775</w:t>
        <w:br/>
        <w:t>v -0.546046 19.085562 0.040751</w:t>
        <w:br/>
        <w:t>v -0.660172 19.214882 0.183217</w:t>
        <w:br/>
        <w:t>v -0.620546 19.114126 0.338553</w:t>
        <w:br/>
        <w:t>v -0.622775 19.118080 0.210047</w:t>
        <w:br/>
        <w:t>v -0.700855 19.306814 0.165497</w:t>
        <w:br/>
        <w:t>v -0.142841 18.828234 0.915802</w:t>
        <w:br/>
        <w:t>v -0.134114 18.825500 0.919830</w:t>
        <w:br/>
        <w:t>v -0.137316 18.823456 0.919106</w:t>
        <w:br/>
        <w:t>v -0.060604 18.829187 0.973224</w:t>
        <w:br/>
        <w:t>v -0.060571 18.821585 0.954488</w:t>
        <w:br/>
        <w:t>v -0.082823 18.823307 0.944232</w:t>
        <w:br/>
        <w:t>v -0.085410 18.829739 0.959397</w:t>
        <w:br/>
        <w:t>v -0.059954 18.791563 0.957923</w:t>
        <w:br/>
        <w:t>v -0.029040 18.787470 0.967500</w:t>
        <w:br/>
        <w:t>v -0.028278 18.767183 0.954945</w:t>
        <w:br/>
        <w:t>v -0.059859 18.773926 0.946781</w:t>
        <w:br/>
        <w:t>v -0.082158 18.818907 0.944600</w:t>
        <w:br/>
        <w:t>v -0.060062 18.818077 0.952988</w:t>
        <w:br/>
        <w:t>v -0.060274 18.807234 0.957835</w:t>
        <w:br/>
        <w:t>v -0.083003 18.810123 0.947126</w:t>
        <w:br/>
        <w:t>v -0.109104 18.830254 0.946232</w:t>
        <w:br/>
        <w:t>v -0.113878 18.837143 0.957626</w:t>
        <w:br/>
        <w:t>v -0.122181 18.822535 0.926116</w:t>
        <w:br/>
        <w:t>v -0.124476 18.818525 0.925583</w:t>
        <w:br/>
        <w:t>v -0.060566 18.820518 0.950662</w:t>
        <w:br/>
        <w:t>v -0.060571 18.821585 0.954488</w:t>
        <w:br/>
        <w:t>v -0.029703 18.820593 0.959222</w:t>
        <w:br/>
        <w:t>v -0.029765 18.819603 0.957528</w:t>
        <w:br/>
        <w:t>v -0.082158 18.818907 0.944600</w:t>
        <w:br/>
        <w:t>v -0.105075 18.820669 0.934826</w:t>
        <w:br/>
        <w:t>v -0.104308 18.822779 0.933585</w:t>
        <w:br/>
        <w:t>v -0.081663 18.821480 0.941808</w:t>
        <w:br/>
        <w:t>v -0.105075 18.820669 0.934826</w:t>
        <w:br/>
        <w:t>v -0.106637 18.814043 0.934560</w:t>
        <w:br/>
        <w:t>v -0.128027 18.835615 0.943011</w:t>
        <w:br/>
        <w:t>v -0.124280 18.830462 0.934403</w:t>
        <w:br/>
        <w:t>v -0.135160 18.830862 0.925437</w:t>
        <w:br/>
        <w:t>v -0.137895 18.833906 0.929535</w:t>
        <w:br/>
        <w:t>v -0.140118 18.821035 0.916788</w:t>
        <w:br/>
        <w:t>v -0.151882 18.818481 0.913918</w:t>
        <w:br/>
        <w:t>v -0.159191 18.828430 0.913639</w:t>
        <w:br/>
        <w:t>v -0.127428 18.813480 0.922620</w:t>
        <w:br/>
        <w:t>v -0.130288 18.808392 0.917628</w:t>
        <w:br/>
        <w:t>v -0.110391 18.797005 0.924938</w:t>
        <w:br/>
        <w:t>v -0.107643 18.805861 0.931479</w:t>
        <w:br/>
        <w:t>v -0.104358 18.822889 0.933584</w:t>
        <w:br/>
        <w:t>v -0.121570 18.824993 0.925485</w:t>
        <w:br/>
        <w:t>v -0.121960 18.826727 0.927718</w:t>
        <w:br/>
        <w:t>v -0.105034 18.824802 0.936538</w:t>
        <w:br/>
        <w:t>v -0.141455 18.831245 0.918216</w:t>
        <w:br/>
        <w:t>v -0.133274 18.828415 0.921675</w:t>
        <w:br/>
        <w:t>v -0.139344 18.830091 0.918300</w:t>
        <w:br/>
        <w:t>v -0.158161 18.832264 0.914729</w:t>
        <w:br/>
        <w:t>v -0.142148 18.830484 0.915980</w:t>
        <w:br/>
        <w:t>v -0.116186 18.825565 0.920591</w:t>
        <w:br/>
        <w:t>v -0.066212 18.823009 0.935987</w:t>
        <w:br/>
        <w:t>v -0.104308 18.822779 0.933585</w:t>
        <w:br/>
        <w:t>v -0.060079 18.820324 0.950705</w:t>
        <w:br/>
        <w:t>v -0.081663 18.821480 0.941808</w:t>
        <w:br/>
        <w:t>v -0.029103 18.819483 0.957511</w:t>
        <w:br/>
        <w:t>v -0.029989 18.823114 0.944914</w:t>
        <w:br/>
        <w:t>v -0.138731 18.837229 0.906237</w:t>
        <w:br/>
        <w:t>v -0.138857 18.828888 0.917923</w:t>
        <w:br/>
        <w:t>v -0.132781 18.827156 0.920288</w:t>
        <w:br/>
        <w:t>v -0.118097 18.833206 0.912645</w:t>
        <w:br/>
        <w:t>v -0.104358 18.822889 0.933584</w:t>
        <w:br/>
        <w:t>v -0.086197 18.830635 0.926180</w:t>
        <w:br/>
        <w:t>v -0.082449 18.821705 0.941725</w:t>
        <w:br/>
        <w:t>v -0.060566 18.820518 0.950662</w:t>
        <w:br/>
        <w:t>v -0.029557 18.831600 0.940599</w:t>
        <w:br/>
        <w:t>v -0.029765 18.819603 0.957528</w:t>
        <w:br/>
        <w:t>v -0.131949 18.826563 0.912570</w:t>
        <w:br/>
        <w:t>v -0.150635 18.823996 0.900408</w:t>
        <w:br/>
        <w:t>v -0.111502 18.821341 0.913391</w:t>
        <w:br/>
        <w:t>v -0.044640 18.815937 0.930205</w:t>
        <w:br/>
        <w:t>v -0.138950 18.828123 0.912087</w:t>
        <w:br/>
        <w:t>v -0.178214 18.832134 0.892078</w:t>
        <w:br/>
        <w:t>v -0.178214 18.832134 0.892078</w:t>
        <w:br/>
        <w:t>v -0.179226 18.895681 0.889341</w:t>
        <w:br/>
        <w:t>v -0.125055 18.896294 0.912381</w:t>
        <w:br/>
        <w:t>v -0.086197 18.830635 0.926180</w:t>
        <w:br/>
        <w:t>v -0.052397 18.896402 0.925569</w:t>
        <w:br/>
        <w:t>v 0.000000 18.894596 0.934438</w:t>
        <w:br/>
        <w:t>v -0.066811 18.740108 0.856303</w:t>
        <w:br/>
        <w:t>v 0.000000 18.705463 0.849379</w:t>
        <w:br/>
        <w:t>v -0.130126 18.774832 0.846583</w:t>
        <w:br/>
        <w:t>v -0.193952 18.818302 0.882610</w:t>
        <w:br/>
        <w:t>v -0.205307 18.881659 0.873862</w:t>
        <w:br/>
        <w:t>v 0.000000 18.930027 0.915105</w:t>
        <w:br/>
        <w:t>v -0.066487 18.939213 0.903477</w:t>
        <w:br/>
        <w:t>v -0.140431 18.938328 0.881781</w:t>
        <w:br/>
        <w:t>v -0.205307 18.881659 0.873862</w:t>
        <w:br/>
        <w:t>v -0.208529 18.921656 0.863145</w:t>
        <w:br/>
        <w:t>v -0.052023 18.689671 0.810534</w:t>
        <w:br/>
        <w:t>v 0.000000 18.663174 0.791156</w:t>
        <w:br/>
        <w:t>v -0.062353 18.674398 0.703904</w:t>
        <w:br/>
        <w:t>v 0.000000 18.658503 0.689127</w:t>
        <w:br/>
        <w:t>v -0.136970 18.752573 0.800218</w:t>
        <w:br/>
        <w:t>v -0.155894 18.734081 0.713496</w:t>
        <w:br/>
        <w:t>v -0.204432 18.808891 0.803640</w:t>
        <w:br/>
        <w:t>v -0.220869 18.790014 0.732956</w:t>
        <w:br/>
        <w:t>v -0.245413 18.838587 0.764495</w:t>
        <w:br/>
        <w:t>v -0.234933 18.872944 0.841711</w:t>
        <w:br/>
        <w:t>v -0.245413 18.838587 0.764495</w:t>
        <w:br/>
        <w:t>v -0.234933 18.872944 0.841711</w:t>
        <w:br/>
        <w:t>v -0.247936 18.928471 0.743361</w:t>
        <w:br/>
        <w:t>v -0.226640 18.943169 0.823912</w:t>
        <w:br/>
        <w:t>v -0.163151 18.985949 0.726986</w:t>
        <w:br/>
        <w:t>v -0.149686 18.969505 0.832830</w:t>
        <w:br/>
        <w:t>v -0.063014 18.990147 0.722639</w:t>
        <w:br/>
        <w:t>v -0.054221 18.968477 0.836465</w:t>
        <w:br/>
        <w:t>v -0.250122 18.831560 0.663722</w:t>
        <w:br/>
        <w:t>v -0.243714 18.933058 0.649332</w:t>
        <w:br/>
        <w:t>v -0.200597 18.903992 0.548134</w:t>
        <w:br/>
        <w:t>v -0.173068 18.973154 0.600769</w:t>
        <w:br/>
        <w:t>v -0.163488 18.930956 0.487780</w:t>
        <w:br/>
        <w:t>v -0.071108 18.984728 0.595473</w:t>
        <w:br/>
        <w:t>v -0.073094 18.943521 0.454056</w:t>
        <w:br/>
        <w:t>v 0.000000 18.978268 0.595823</w:t>
        <w:br/>
        <w:t>v -0.211426 18.845282 0.548222</w:t>
        <w:br/>
        <w:t>v -0.211426 18.845282 0.548222</w:t>
        <w:br/>
        <w:t>v -0.190642 18.798109 0.540016</w:t>
        <w:br/>
        <w:t>v -0.250122 18.831560 0.663722</w:t>
        <w:br/>
        <w:t>v -0.222093 18.772722 0.653692</w:t>
        <w:br/>
        <w:t>v -0.166923 18.731358 0.617407</w:t>
        <w:br/>
        <w:t>v -0.157630 18.780857 0.478450</w:t>
        <w:br/>
        <w:t>v -0.063989 18.688829 0.593682</w:t>
        <w:br/>
        <w:t>v -0.064350 18.761444 0.435720</w:t>
        <w:br/>
        <w:t>v 0.000000 18.759348 0.428075</w:t>
        <w:br/>
        <w:t>v 0.000000 18.683241 0.585439</w:t>
        <w:br/>
        <w:t>v 0.000000 18.859446 0.414624</w:t>
        <w:br/>
        <w:t>v -0.078827 18.866989 0.422567</w:t>
        <w:br/>
        <w:t>v -0.078827 18.866989 0.422567</w:t>
        <w:br/>
        <w:t>v -0.171906 18.867699 0.461450</w:t>
        <w:br/>
        <w:t>v -0.171906 18.867699 0.461450</w:t>
        <w:br/>
        <w:t>v -0.121619 18.824932 0.925533</w:t>
        <w:br/>
        <w:t>v -0.121570 18.824993 0.925485</w:t>
        <w:br/>
        <w:t>v 0.000000 19.032631 1.122968</w:t>
        <w:br/>
        <w:t>v -0.018898 19.037388 1.120639</w:t>
        <w:br/>
        <w:t>v -0.012727 19.065556 1.147872</w:t>
        <w:br/>
        <w:t>v 0.000000 19.062002 1.149253</w:t>
        <w:br/>
        <w:t>v -0.029088 18.817608 0.959428</w:t>
        <w:br/>
        <w:t>v 0.000000 18.817646 0.961255</w:t>
        <w:br/>
        <w:t>v 0.000000 18.802607 0.969414</w:t>
        <w:br/>
        <w:t>v -0.029065 18.803886 0.966566</w:t>
        <w:br/>
        <w:t>v 0.000000 18.819332 0.959347</w:t>
        <w:br/>
        <w:t>v 0.000000 18.823538 0.947793</w:t>
        <w:br/>
        <w:t>v -0.085463 18.783335 0.937261</w:t>
        <w:br/>
        <w:t>v -0.084336 18.797239 0.945320</w:t>
        <w:br/>
        <w:t>v -0.082823 18.823307 0.944232</w:t>
        <w:br/>
        <w:t>v -0.082449 18.821705 0.941725</w:t>
        <w:br/>
        <w:t>v -0.031467 18.836618 1.007905</w:t>
        <w:br/>
        <w:t>v -0.029390 18.828573 0.983126</w:t>
        <w:br/>
        <w:t>v -0.121960 18.826727 0.927718</w:t>
        <w:br/>
        <w:t>v -0.140227 18.829447 0.917157</w:t>
        <w:br/>
        <w:t>v -0.139437 18.828386 0.916873</w:t>
        <w:br/>
        <w:t>v 0.000000 18.785742 0.970710</w:t>
        <w:br/>
        <w:t>v 0.000000 18.765270 0.957390</w:t>
        <w:br/>
        <w:t>v -0.621403 19.113400 0.464302</w:t>
        <w:br/>
        <w:t>v -0.489482 18.958551 0.805957</w:t>
        <w:br/>
        <w:t>v -0.521081 19.008432 0.793468</w:t>
        <w:br/>
        <w:t>v -0.479384 19.022654 0.852383</w:t>
        <w:br/>
        <w:t>v -0.258961 19.299583 0.885907</w:t>
        <w:br/>
        <w:t>v -0.229798 19.348499 0.899256</w:t>
        <w:br/>
        <w:t>v 0.000000 19.393232 1.025347</w:t>
        <w:br/>
        <w:t>v 0.000000 19.263493 1.033532</w:t>
        <w:br/>
        <w:t>v 0.000000 18.617229 0.858945</w:t>
        <w:br/>
        <w:t>v 0.000000 18.565136 0.833210</w:t>
        <w:br/>
        <w:t>v 0.000000 18.541784 0.798108</w:t>
        <w:br/>
        <w:t>v 0.000000 18.558704 0.658450</w:t>
        <w:br/>
        <w:t>v 0.000000 18.568863 0.603812</w:t>
        <w:br/>
        <w:t>v 0.000000 20.395777 1.002789</w:t>
        <w:br/>
        <w:t>v 0.000000 18.546734 0.713538</w:t>
        <w:br/>
        <w:t>v 0.000000 20.570772 0.878159</w:t>
        <w:br/>
        <w:t>v 0.000000 19.956348 1.172410</w:t>
        <w:br/>
        <w:t>v 0.000000 18.828278 0.987038</w:t>
        <w:br/>
        <w:t>v 0.000000 18.820248 0.962239</w:t>
        <w:br/>
        <w:t>v -0.029703 18.820593 0.959222</w:t>
        <w:br/>
        <w:t>v 0.000000 18.812637 0.933612</w:t>
        <w:br/>
        <w:t>v 0.000000 18.938305 0.448011</w:t>
        <w:br/>
        <w:t>v 0.000000 18.830751 0.940614</w:t>
        <w:br/>
        <w:t>v 0.000000 18.819450 0.959295</w:t>
        <w:br/>
        <w:t>v 0.000000 18.978933 0.727835</w:t>
        <w:br/>
        <w:t>v 0.000000 18.961893 0.842673</w:t>
        <w:br/>
        <w:t>v 0.000000 18.859446 0.414624</w:t>
        <w:br/>
        <w:t>v 0.000000 18.836390 1.010783</w:t>
        <w:br/>
        <w:t>v -0.592628 19.126810 0.738991</w:t>
        <w:br/>
        <w:t>v -0.634601 19.219280 0.708770</w:t>
        <w:br/>
        <w:t>v -0.138858 18.828745 0.917845</w:t>
        <w:br/>
        <w:t>v -0.138996 18.828873 0.917796</w:t>
        <w:br/>
        <w:t>v -0.138958 18.830564 0.911870</w:t>
        <w:br/>
        <w:t>v -0.132790 18.827133 0.920275</w:t>
        <w:br/>
        <w:t>v -0.138958 18.830564 0.911870</w:t>
        <w:br/>
        <w:t>v -0.138731 18.837229 0.906237</w:t>
        <w:br/>
        <w:t>v -0.200051 19.373613 0.643564</w:t>
        <w:br/>
        <w:t>v -0.186648 19.490595 0.599971</w:t>
        <w:br/>
        <w:t>v -0.301733 19.656904 0.914244</w:t>
        <w:br/>
        <w:t>v -0.609923 19.354076 0.649695</w:t>
        <w:br/>
        <w:t>v -0.618529 19.477034 0.612198</w:t>
        <w:br/>
        <w:t>v -0.510349 19.488657 0.609222</w:t>
        <w:br/>
        <w:t>v -0.503155 19.354065 0.611411</w:t>
        <w:br/>
        <w:t>v -0.663318 19.603363 0.662092</w:t>
        <w:br/>
        <w:t>v -0.513373 19.641750 0.631628</w:t>
        <w:br/>
        <w:t>v -0.663318 19.603363 0.662092</w:t>
        <w:br/>
        <w:t>v -0.586584 19.627083 0.839649</w:t>
        <w:br/>
        <w:t>v -0.481534 19.648079 0.891518</w:t>
        <w:br/>
        <w:t>v -0.513373 19.641750 0.631628</w:t>
        <w:br/>
        <w:t>v -0.363369 19.649965 0.626080</w:t>
        <w:br/>
        <w:t>v -0.389554 19.660896 0.901071</w:t>
        <w:br/>
        <w:t>v -0.186648 19.490595 0.599971</w:t>
        <w:br/>
        <w:t>v -0.358240 19.488493 0.603292</w:t>
        <w:br/>
        <w:t>v -0.363369 19.649965 0.626080</w:t>
        <w:br/>
        <w:t>v -0.200298 19.630089 0.646959</w:t>
        <w:br/>
        <w:t>v -0.200051 19.373613 0.643564</w:t>
        <w:br/>
        <w:t>v -0.355092 19.355045 0.607577</w:t>
        <w:br/>
        <w:t>v -0.215124 19.253529 0.712984</w:t>
        <w:br/>
        <w:t>v -0.380086 19.229883 0.678086</w:t>
        <w:br/>
        <w:t>v -0.469917 19.239531 0.684668</w:t>
        <w:br/>
        <w:t>v -0.584312 19.258865 0.688377</w:t>
        <w:br/>
        <w:t>v -0.655671 19.447504 0.768925</w:t>
        <w:br/>
        <w:t>v -0.634877 19.461069 0.814273</w:t>
        <w:br/>
        <w:t>v 0.000000 19.090012 1.168718</w:t>
        <w:br/>
        <w:t>v -0.008224 19.089832 1.162694</w:t>
        <w:br/>
        <w:t>v -0.220134 19.392643 0.910668</w:t>
        <w:br/>
        <w:t>v -0.086371 18.945070 1.006484</w:t>
        <w:br/>
        <w:t>v -0.083061 18.971146 1.018556</w:t>
        <w:br/>
        <w:t>v -0.104033 18.983870 1.003101</w:t>
        <w:br/>
        <w:t>v -0.046964 18.547661 0.748154</w:t>
        <w:br/>
        <w:t>v 0.000000 18.539520 0.753670</w:t>
        <w:br/>
        <w:t>v -0.116398 18.851665 0.968618</w:t>
        <w:br/>
        <w:t>v -0.144977 18.841614 0.936653</w:t>
        <w:br/>
        <w:t>v -0.133786 18.847158 0.953777</w:t>
        <w:br/>
        <w:t>v -0.031313 18.859049 1.020438</w:t>
        <w:br/>
        <w:t>v 0.000000 18.858568 1.025184</w:t>
        <w:br/>
        <w:t>v -0.157130 18.835205 0.919348</w:t>
        <w:br/>
        <w:t>v -0.693890 19.318354 0.628726</w:t>
        <w:br/>
        <w:t>v -0.724853 19.399517 0.631689</w:t>
        <w:br/>
        <w:t>v -0.647774 19.209860 0.645426</w:t>
        <w:br/>
        <w:t>v -0.603384 19.115364 0.671652</w:t>
        <w:br/>
        <w:t>v -0.701865 19.314137 0.545590</w:t>
        <w:br/>
        <w:t>v -0.661249 19.214134 0.556025</w:t>
        <w:br/>
        <w:t>v -0.736347 19.404406 0.554404</w:t>
        <w:br/>
        <w:t>v -0.764199 19.494282 0.566723</w:t>
        <w:br/>
        <w:t>v -0.774234 19.597847 0.603323</w:t>
        <w:br/>
        <w:t>v -0.765474 19.704096 0.665125</w:t>
        <w:br/>
        <w:t>v -0.736687 19.783098 0.752984</w:t>
        <w:br/>
        <w:t>v -0.688076 19.826185 0.841225</w:t>
        <w:br/>
        <w:t>v -0.622006 19.858395 0.912299</w:t>
        <w:br/>
        <w:t>v -0.552555 19.869186 0.983853</w:t>
        <w:br/>
        <w:t>v -0.471291 19.871679 1.038836</w:t>
        <w:br/>
        <w:t>v -0.381659 19.861725 1.084664</w:t>
        <w:br/>
        <w:t>v -0.285916 19.850624 1.126581</w:t>
        <w:br/>
        <w:t>v -0.616445 19.112131 0.581546</w:t>
        <w:br/>
        <w:t>v -0.322617 19.281551 0.874237</w:t>
        <w:br/>
        <w:t>v -0.387633 19.278801 0.862412</w:t>
        <w:br/>
        <w:t>v -0.429961 19.277233 0.850963</w:t>
        <w:br/>
        <w:t>v -0.480803 19.276466 0.837617</w:t>
        <w:br/>
        <w:t>v -0.528199 19.281298 0.818491</w:t>
        <w:br/>
        <w:t>v -0.572575 19.296383 0.792533</w:t>
        <w:br/>
        <w:t>v -0.606448 19.323914 0.774125</w:t>
        <w:br/>
        <w:t>v -0.633963 19.361561 0.765325</w:t>
        <w:br/>
        <w:t>v -0.655583 19.408640 0.771021</w:t>
        <w:br/>
        <w:t>v -0.668223 19.446444 0.778078</w:t>
        <w:br/>
        <w:t>v -0.646023 19.461922 0.826430</w:t>
        <w:br/>
        <w:t>v -0.608458 19.482683 0.868542</w:t>
        <w:br/>
        <w:t>v -0.577378 19.493954 0.894715</w:t>
        <w:br/>
        <w:t>v -0.543726 19.501062 0.917395</w:t>
        <w:br/>
        <w:t>v -0.511170 19.506594 0.932880</w:t>
        <w:br/>
        <w:t>v -0.464422 19.509468 0.948875</w:t>
        <w:br/>
        <w:t>v -0.416848 19.505697 0.956615</w:t>
        <w:br/>
        <w:t>v -0.369565 19.526052 0.985000</w:t>
        <w:br/>
        <w:t>v -0.368045 19.490633 0.952439</w:t>
        <w:br/>
        <w:t>v -0.416848 19.505697 0.956615</w:t>
        <w:br/>
        <w:t>v -0.311525 19.465027 0.944133</w:t>
        <w:br/>
        <w:t>v -0.260897 19.434443 0.930754</w:t>
        <w:br/>
        <w:t>v -0.136696 18.803305 0.911666</w:t>
        <w:br/>
        <w:t>v -0.154995 18.797081 0.902900</w:t>
        <w:br/>
        <w:t>v -0.185940 18.816730 0.902468</w:t>
        <w:br/>
        <w:t>v -0.160208 18.816874 0.908419</w:t>
        <w:br/>
        <w:t>v -0.113876 18.787523 0.916380</w:t>
        <w:br/>
        <w:t>v -0.119946 18.776396 0.906486</w:t>
        <w:br/>
        <w:t>v -0.214003 18.836134 0.904957</w:t>
        <w:br/>
        <w:t>v -0.178576 18.831608 0.909889</w:t>
        <w:br/>
        <w:t>v -0.096002 18.877975 0.988434</w:t>
        <w:br/>
        <w:t>v -0.124443 18.870380 0.970451</w:t>
        <w:br/>
        <w:t>v -0.139056 18.894968 0.970286</w:t>
        <w:br/>
        <w:t>v -0.104408 18.902880 0.987227</w:t>
        <w:br/>
        <w:t>v -0.171457 18.886454 0.955261</w:t>
        <w:br/>
        <w:t>v -0.147350 18.862295 0.955162</w:t>
        <w:br/>
        <w:t>v -0.064451 18.882427 1.005090</w:t>
        <w:br/>
        <w:t>v -0.067536 18.906307 1.004820</w:t>
        <w:br/>
        <w:t>v -0.198948 18.873173 0.935529</w:t>
        <w:br/>
        <w:t>v -0.161926 18.852564 0.937265</w:t>
        <w:br/>
        <w:t>v -0.218638 18.852591 0.915262</w:t>
        <w:br/>
        <w:t>v -0.172756 18.841677 0.918277</w:t>
        <w:br/>
        <w:t>v -0.027154 18.740032 0.920539</w:t>
        <w:br/>
        <w:t>v -0.027516 18.752150 0.937198</w:t>
        <w:br/>
        <w:t>v 0.000000 18.750229 0.939281</w:t>
        <w:br/>
        <w:t>v 0.000000 18.738420 0.921781</w:t>
        <w:br/>
        <w:t>v -0.060116 18.746965 0.916238</w:t>
        <w:br/>
        <w:t>v -0.059954 18.759163 0.931556</w:t>
        <w:br/>
        <w:t>v -0.089844 18.757730 0.911055</w:t>
        <w:br/>
        <w:t>v -0.088133 18.770369 0.924362</w:t>
        <w:br/>
        <w:t>v 0.000000 18.881046 1.024703</w:t>
        <w:br/>
        <w:t>v -0.031600 18.881973 1.019008</w:t>
        <w:br/>
        <w:t>v -0.032100 18.905716 1.019894</w:t>
        <w:br/>
        <w:t>v 0.000000 18.903933 1.025390</w:t>
        <w:br/>
        <w:t>v -0.557564 19.069696 0.772823</w:t>
        <w:br/>
        <w:t>v -0.595441 19.057138 0.373707</w:t>
        <w:br/>
        <w:t>v -0.567886 18.996233 0.407950</w:t>
        <w:br/>
        <w:t>v -0.559327 18.997337 0.523122</w:t>
        <w:br/>
        <w:t>v -0.592889 19.056400 0.488007</w:t>
        <w:br/>
        <w:t>v -0.548444 18.994213 0.640497</w:t>
        <w:br/>
        <w:t>v -0.584339 19.053930 0.611056</w:t>
        <w:br/>
        <w:t>v -0.542660 18.997711 0.729909</w:t>
        <w:br/>
        <w:t>v -0.574366 19.059206 0.705974</w:t>
        <w:br/>
        <w:t>v -0.008224 19.089832 1.162694</w:t>
        <w:br/>
        <w:t>v 0.000000 19.090012 1.168718</w:t>
        <w:br/>
        <w:t>v -0.086259 19.008867 1.027450</w:t>
        <w:br/>
        <w:t>v -0.062003 19.032669 1.065309</w:t>
        <w:br/>
        <w:t>v -0.049737 19.019428 1.077194</w:t>
        <w:br/>
        <w:t>v -0.073394 18.995037 1.040510</w:t>
        <w:br/>
        <w:t>v -0.032481 19.045332 1.115486</w:t>
        <w:br/>
        <w:t>v -0.041980 19.058554 1.104764</w:t>
        <w:br/>
        <w:t>v -0.024874 19.085743 1.135068</w:t>
        <w:br/>
        <w:t>v -0.017756 19.069792 1.145547</w:t>
        <w:br/>
        <w:t>v -0.656251 19.271690 -0.173080</w:t>
        <w:br/>
        <w:t>v -0.139437 18.828386 0.916873</w:t>
        <w:br/>
        <w:t>v -0.138858 18.828745 0.917845</w:t>
        <w:br/>
        <w:t>v -0.132790 18.827133 0.920275</w:t>
        <w:br/>
        <w:t>v -0.134114 18.825500 0.919830</w:t>
        <w:br/>
        <w:t>v -0.082449 18.821705 0.941725</w:t>
        <w:br/>
        <w:t>v -0.060062 18.818077 0.952988</w:t>
        <w:br/>
        <w:t>v -0.060079 18.820324 0.950705</w:t>
        <w:br/>
        <w:t>v -0.121619 18.824932 0.925533</w:t>
        <w:br/>
        <w:t>v -0.122181 18.822535 0.926116</w:t>
        <w:br/>
        <w:t>v -0.105034 18.824802 0.936538</w:t>
        <w:br/>
        <w:t>v -0.133274 18.828415 0.921675</w:t>
        <w:br/>
        <w:t>v -0.132781 18.827156 0.920288</w:t>
        <w:br/>
        <w:t>v -0.138857 18.828888 0.917923</w:t>
        <w:br/>
        <w:t>v -0.139344 18.830091 0.918300</w:t>
        <w:br/>
        <w:t>v 0.000000 18.817646 0.961255</w:t>
        <w:br/>
        <w:t>v -0.029088 18.817608 0.959428</w:t>
        <w:br/>
        <w:t>v -0.029103 18.819483 0.957511</w:t>
        <w:br/>
        <w:t>v 0.000000 18.819332 0.959347</w:t>
        <w:br/>
        <w:t>v -0.140227 18.829447 0.917157</w:t>
        <w:br/>
        <w:t>v -0.138996 18.828873 0.917796</w:t>
        <w:br/>
        <w:t>v 0.000000 18.820248 0.962239</w:t>
        <w:br/>
        <w:t>v 0.000000 18.819450 0.959295</w:t>
        <w:br/>
        <w:t>v -0.138857 18.828888 0.917923</w:t>
        <w:br/>
        <w:t>v -0.138950 18.828123 0.912087</w:t>
        <w:br/>
        <w:t>v 0.838463 20.094568 0.262064</w:t>
        <w:br/>
        <w:t>v 0.768229 20.216274 0.413361</w:t>
        <w:br/>
        <w:t>v 0.773200 20.337540 0.259054</w:t>
        <w:br/>
        <w:t>v 0.841298 20.179066 0.113952</w:t>
        <w:br/>
        <w:t>v 0.665569 20.436270 0.428712</w:t>
        <w:br/>
        <w:t>v 0.675686 20.309118 0.602705</w:t>
        <w:br/>
        <w:t>v 0.481247 20.529314 0.661398</w:t>
        <w:br/>
        <w:t>v 0.580197 20.493444 0.552081</w:t>
        <w:br/>
        <w:t>v 0.592637 20.351618 0.698407</w:t>
        <w:br/>
        <w:t>v 0.494562 20.380308 0.798694</w:t>
        <w:br/>
        <w:t>v 0.225554 20.392065 0.973180</w:t>
        <w:br/>
        <w:t>v 0.107481 20.399023 0.995494</w:t>
        <w:br/>
        <w:t>v 0.109729 20.569771 0.861584</w:t>
        <w:br/>
        <w:t>v 0.227340 20.563065 0.830432</w:t>
        <w:br/>
        <w:t>v 0.365535 20.387598 0.905400</w:t>
        <w:br/>
        <w:t>v 0.357803 20.553434 0.755114</w:t>
        <w:br/>
        <w:t>v 0.757225 19.478920 -0.112676</w:t>
        <w:br/>
        <w:t>v 0.744572 19.503515 -0.104644</w:t>
        <w:br/>
        <w:t>v 0.721839 19.450792 -0.129288</w:t>
        <w:br/>
        <w:t>v 0.661456 19.620131 0.859771</w:t>
        <w:br/>
        <w:t>v 0.704339 19.594072 0.784959</w:t>
        <w:br/>
        <w:t>v 0.663015 19.542236 0.825858</w:t>
        <w:br/>
        <w:t>v 0.639349 19.565092 0.869107</w:t>
        <w:br/>
        <w:t>v 0.636007 19.502245 0.844734</w:t>
        <w:br/>
        <w:t>v 0.606025 19.516666 0.879358</w:t>
        <w:br/>
        <w:t>v 0.688180 19.400562 0.734889</w:t>
        <w:br/>
        <w:t>v 0.667651 19.405098 0.759257</w:t>
        <w:br/>
        <w:t>v 0.681689 19.450245 0.764353</w:t>
        <w:br/>
        <w:t>v 0.700512 19.461969 0.743176</w:t>
        <w:br/>
        <w:t>v 0.618322 19.299109 0.759703</w:t>
        <w:br/>
        <w:t>v 0.644677 19.353617 0.750964</w:t>
        <w:br/>
        <w:t>v 0.668744 19.342514 0.727752</w:t>
        <w:br/>
        <w:t>v 0.625529 19.263264 0.745506</w:t>
        <w:br/>
        <w:t>v 0.823986 20.001034 0.422717</w:t>
        <w:br/>
        <w:t>v 0.847819 19.868925 0.308057</w:t>
        <w:br/>
        <w:t>v 0.825572 19.805788 0.453563</w:t>
        <w:br/>
        <w:t>v 0.800659 19.913046 0.563499</w:t>
        <w:br/>
        <w:t>v 0.366407 19.651386 1.069431</w:t>
        <w:br/>
        <w:t>v 0.445226 19.661209 1.043176</w:t>
        <w:br/>
        <w:t>v 0.440341 19.599102 1.016673</w:t>
        <w:br/>
        <w:t>v 0.365898 19.588615 1.033951</w:t>
        <w:br/>
        <w:t>v 0.567544 19.974962 0.942909</w:t>
        <w:br/>
        <w:t>v 0.479348 19.982660 1.011595</w:t>
        <w:br/>
        <w:t>v 0.487117 20.090183 0.970538</w:t>
        <w:br/>
        <w:t>v 0.580147 20.076435 0.888838</w:t>
        <w:br/>
        <w:t>v 0.295891 20.232929 1.036232</w:t>
        <w:br/>
        <w:t>v 0.206935 20.222107 1.070859</w:t>
        <w:br/>
        <w:t>v 0.276890 19.637589 1.090435</w:t>
        <w:br/>
        <w:t>v 0.185622 19.631189 1.106472</w:t>
        <w:br/>
        <w:t>v 0.187283 19.735550 1.144194</w:t>
        <w:br/>
        <w:t>v 0.285733 19.743538 1.121149</w:t>
        <w:br/>
        <w:t>v 0.109428 20.218628 1.092407</w:t>
        <w:br/>
        <w:t>v 0.098363 19.844923 1.165503</w:t>
        <w:br/>
        <w:t>v 0.189843 19.847889 1.151873</w:t>
        <w:br/>
        <w:t>v 0.098163 19.736677 1.152275</w:t>
        <w:br/>
        <w:t>v 0.286220 19.541935 1.026771</w:t>
        <w:br/>
        <w:t>v 0.298873 19.503462 0.985452</w:t>
        <w:br/>
        <w:t>v 0.234514 19.454813 0.963592</w:t>
        <w:br/>
        <w:t>v 0.205944 19.477230 0.996831</w:t>
        <w:br/>
        <w:t>v 0.178052 19.561489 1.070063</w:t>
        <w:br/>
        <w:t>v 0.132762 19.505455 1.026346</w:t>
        <w:br/>
        <w:t>v 0.041581 19.468189 1.032754</w:t>
        <w:br/>
        <w:t>v 0.051473 19.525286 1.058309</w:t>
        <w:br/>
        <w:t>v 0.101598 19.445477 0.996094</w:t>
        <w:br/>
        <w:t>v 0.110566 19.297379 0.946956</w:t>
        <w:br/>
        <w:t>v 0.151980 19.272449 0.924255</w:t>
        <w:br/>
        <w:t>v 0.140256 19.242912 0.938962</w:t>
        <w:br/>
        <w:t>v 0.098413 19.264711 0.960446</w:t>
        <w:br/>
        <w:t>v 0.284526 19.229309 0.896274</w:t>
        <w:br/>
        <w:t>v 0.351000 19.214874 0.884554</w:t>
        <w:br/>
        <w:t>v 0.324924 19.187487 0.898231</w:t>
        <w:br/>
        <w:t>v 0.258641 19.204792 0.907699</w:t>
        <w:br/>
        <w:t>v 0.216133 19.247347 0.911352</w:t>
        <w:br/>
        <w:t>v 0.197712 19.221973 0.921251</w:t>
        <w:br/>
        <w:t>v 0.389573 19.170212 0.888462</w:t>
        <w:br/>
        <w:t>v 0.418092 19.203007 0.869522</w:t>
        <w:br/>
        <w:t>v 0.479332 19.196959 0.843238</w:t>
        <w:br/>
        <w:t>v 0.483449 19.232914 0.837843</w:t>
        <w:br/>
        <w:t>v 0.534392 19.230438 0.814287</w:t>
        <w:br/>
        <w:t>v 0.536381 19.192938 0.812827</w:t>
        <w:br/>
        <w:t>v 0.156331 19.134974 0.956124</w:t>
        <w:br/>
        <w:t>v 0.112677 19.152172 0.970401</w:t>
        <w:br/>
        <w:t>v 0.123227 19.193628 0.956570</w:t>
        <w:br/>
        <w:t>v 0.171647 19.172142 0.941476</w:t>
        <w:br/>
        <w:t>v 0.139307 19.082621 0.968503</w:t>
        <w:br/>
        <w:t>v 0.119672 19.030125 0.983741</w:t>
        <w:br/>
        <w:t>v 0.094228 19.046194 1.005699</w:t>
        <w:br/>
        <w:t>v 0.103159 19.101377 0.986127</w:t>
        <w:br/>
        <w:t>v 0.033238 18.960308 1.030967</w:t>
        <w:br/>
        <w:t>v 0.030777 18.984533 1.050128</w:t>
        <w:br/>
        <w:t>v 0.069310 19.063868 1.038986</w:t>
        <w:br/>
        <w:t>v 0.074981 19.121727 1.006211</w:t>
        <w:br/>
        <w:t>v 0.080314 19.176907 0.987488</w:t>
        <w:br/>
        <w:t>v 0.086216 19.213657 0.975407</w:t>
        <w:br/>
        <w:t>v 0.055286 19.233522 0.997266</w:t>
        <w:br/>
        <w:t>v 0.053609 19.196974 1.009771</w:t>
        <w:br/>
        <w:t>v 0.025693 19.219984 1.035452</w:t>
        <w:br/>
        <w:t>v 0.026723 19.253538 1.021559</w:t>
        <w:br/>
        <w:t>v 0.030901 19.344357 1.009134</w:t>
        <w:br/>
        <w:t>v 0.033675 19.385981 1.014980</w:t>
        <w:br/>
        <w:t>v 0.078952 19.358393 0.972624</w:t>
        <w:br/>
        <w:t>v 0.068960 19.322868 0.976709</w:t>
        <w:br/>
        <w:t>v 0.036997 19.427631 1.022486</w:t>
        <w:br/>
        <w:t>v 0.025168 19.009291 1.085502</w:t>
        <w:br/>
        <w:t>v 0.726574 19.541426 0.727448</w:t>
        <w:br/>
        <w:t>v 0.726252 19.465620 0.691040</w:t>
        <w:br/>
        <w:t>v 0.683411 19.508129 0.784887</w:t>
        <w:br/>
        <w:t>v 0.705259 19.310827 0.418350</w:t>
        <w:br/>
        <w:t>v 0.704556 19.311636 0.281550</w:t>
        <w:br/>
        <w:t>v 0.660630 19.214781 0.301112</w:t>
        <w:br/>
        <w:t>v 0.664275 19.213682 0.435208</w:t>
        <w:br/>
        <w:t>v 0.432346 19.036854 0.887616</w:t>
        <w:br/>
        <w:t>v 0.364918 19.050827 0.919614</w:t>
        <w:br/>
        <w:t>v 0.406311 19.105837 0.894167</w:t>
        <w:br/>
        <w:t>v 0.470938 19.094288 0.864449</w:t>
        <w:br/>
        <w:t>v 0.506941 19.144716 0.838076</w:t>
        <w:br/>
        <w:t>v 0.447036 19.156796 0.866701</w:t>
        <w:br/>
        <w:t>v 0.308920 19.065771 0.937870</w:t>
        <w:br/>
        <w:t>v 0.256657 19.086370 0.943571</w:t>
        <w:br/>
        <w:t>v 0.287976 19.138132 0.923254</w:t>
        <w:br/>
        <w:t>v 0.347888 19.119312 0.913877</w:t>
        <w:br/>
        <w:t>v 0.242761 18.965954 0.950882</w:t>
        <w:br/>
        <w:t>v 0.198002 18.989183 0.961511</w:t>
        <w:br/>
        <w:t>v 0.233894 19.042768 0.954066</w:t>
        <w:br/>
        <w:t>v 0.286349 19.027227 0.946541</w:t>
        <w:br/>
        <w:t>v 0.295784 18.946041 0.931874</w:t>
        <w:br/>
        <w:t>v 0.238907 18.898153 0.932230</w:t>
        <w:br/>
        <w:t>v 0.207054 18.923262 0.952562</w:t>
        <w:br/>
        <w:t>v 0.224399 19.156507 0.930609</w:t>
        <w:br/>
        <w:t>v 0.199776 19.110186 0.948785</w:t>
        <w:br/>
        <w:t>v 0.179838 19.064705 0.959572</w:t>
        <w:br/>
        <w:t>v 0.152697 19.012417 0.970388</w:t>
        <w:br/>
        <w:t>v 0.067949 18.687799 0.876620</w:t>
        <w:br/>
        <w:t>v 0.032326 18.677971 0.879338</w:t>
        <w:br/>
        <w:t>v 0.026568 18.723516 0.907513</w:t>
        <w:br/>
        <w:t>v 0.060617 18.730808 0.903666</w:t>
        <w:br/>
        <w:t>v 0.161277 18.738117 0.871551</w:t>
        <w:br/>
        <w:t>v 0.130467 18.763168 0.894081</w:t>
        <w:br/>
        <w:t>v 0.174962 18.789766 0.891434</w:t>
        <w:br/>
        <w:t>v 0.223234 18.779470 0.871306</w:t>
        <w:br/>
        <w:t>v 0.077168 18.637239 0.855434</w:t>
        <w:br/>
        <w:t>v 0.127910 18.666704 0.849312</w:t>
        <w:br/>
        <w:t>v 0.142097 18.640535 0.816720</w:t>
        <w:br/>
        <w:t>v 0.081822 18.594912 0.826637</w:t>
        <w:br/>
        <w:t>v 0.270813 18.772661 0.845647</w:t>
        <w:br/>
        <w:t>v 0.315309 18.762632 0.806946</w:t>
        <w:br/>
        <w:t>v 0.212070 18.691555 0.810446</w:t>
        <w:br/>
        <w:t>v 0.187910 18.710621 0.844324</w:t>
        <w:br/>
        <w:t>v 0.152103 18.624537 0.772567</w:t>
        <w:br/>
        <w:t>v 0.162840 18.618040 0.722175</w:t>
        <w:br/>
        <w:t>v 0.085606 18.569242 0.737943</w:t>
        <w:br/>
        <w:t>v 0.083645 18.573217 0.786277</w:t>
        <w:br/>
        <w:t>v 0.088666 18.583620 0.644153</w:t>
        <w:br/>
        <w:t>v 0.083971 18.590797 0.589511</w:t>
        <w:br/>
        <w:t>v 0.054784 18.580574 0.594912</w:t>
        <w:br/>
        <w:t>v 0.049114 18.567484 0.651949</w:t>
        <w:br/>
        <w:t>v 0.247230 18.698792 0.413824</w:t>
        <w:br/>
        <w:t>v 0.253315 18.680769 0.513905</w:t>
        <w:br/>
        <w:t>v 0.332314 18.733057 0.474032</w:t>
        <w:br/>
        <w:t>v 0.323915 18.818590 0.848309</w:t>
        <w:br/>
        <w:t>v 0.378693 18.817213 0.806625</w:t>
        <w:br/>
        <w:t>v 0.243406 18.841404 0.897165</w:t>
        <w:br/>
        <w:t>v 0.302314 18.851999 0.879275</w:t>
        <w:br/>
        <w:t>v 0.271471 18.817255 0.872801</w:t>
        <w:br/>
        <w:t>v 0.215959 18.817087 0.892393</w:t>
        <w:br/>
        <w:t>v 0.412070 18.921387 0.870042</w:t>
        <w:br/>
        <w:t>v 0.459053 18.913124 0.811917</w:t>
        <w:br/>
        <w:t>v 0.422945 18.866743 0.810614</w:t>
        <w:br/>
        <w:t>v 0.375446 18.862411 0.855544</w:t>
        <w:br/>
        <w:t>v 0.403263 18.811811 0.752461</w:t>
        <w:br/>
        <w:t>v 0.414044 18.804041 0.684828</w:t>
        <w:br/>
        <w:t>v 0.345580 18.744673 0.692764</w:t>
        <w:br/>
        <w:t>v 0.334935 18.751953 0.752951</w:t>
        <w:br/>
        <w:t>v 0.449989 18.862825 0.752302</w:t>
        <w:br/>
        <w:t>v 0.459374 18.854185 0.678367</w:t>
        <w:br/>
        <w:t>v 0.401165 18.786745 0.437857</w:t>
        <w:br/>
        <w:t>v 0.352301 18.770475 0.347756</w:t>
        <w:br/>
        <w:t>v 0.441461 18.932699 0.106333</w:t>
        <w:br/>
        <w:t>v 0.326191 18.790997 0.203041</w:t>
        <w:br/>
        <w:t>v 0.434669 18.850067 0.284999</w:t>
        <w:br/>
        <w:t>v 0.504021 18.954397 0.219293</w:t>
        <w:br/>
        <w:t>v 0.561486 19.048603 0.169653</w:t>
        <w:br/>
        <w:t>v 0.623152 19.132004 0.131676</w:t>
        <w:br/>
        <w:t>v 0.602501 19.101805 0.086893</w:t>
        <w:br/>
        <w:t>v 0.662871 20.057583 0.799143</w:t>
        <w:br/>
        <w:t>v 0.645322 19.959282 0.860235</w:t>
        <w:br/>
        <w:t>v 0.703534 19.398037 0.684857</w:t>
        <w:br/>
        <w:t>v 0.679095 19.331984 0.684803</w:t>
        <w:br/>
        <w:t>v 0.920850 19.309374 -0.175491</w:t>
        <w:br/>
        <w:t>v 0.848368 19.386541 -0.118147</w:t>
        <w:br/>
        <w:t>v 0.936926 19.374800 -0.191041</w:t>
        <w:br/>
        <w:t>v 0.930942 19.443285 -0.228613</w:t>
        <w:br/>
        <w:t>v 0.927008 19.373402 -0.233259</w:t>
        <w:br/>
        <w:t>v 0.936926 19.374800 -0.191041</w:t>
        <w:br/>
        <w:t>v 0.941373 19.437687 -0.188255</w:t>
        <w:br/>
        <w:t>v 0.924049 19.506641 -0.191378</w:t>
        <w:br/>
        <w:t>v 0.925872 19.492111 -0.160596</w:t>
        <w:br/>
        <w:t>v 0.902846 19.539351 -0.143909</w:t>
        <w:br/>
        <w:t>v 0.905299 19.520914 -0.118413</w:t>
        <w:br/>
        <w:t>v 0.868820 19.524715 -0.067122</w:t>
        <w:br/>
        <w:t>v 0.844895 19.545845 -0.097612</w:t>
        <w:br/>
        <w:t>v 0.868820 19.524715 -0.067122</w:t>
        <w:br/>
        <w:t>v 0.795633 19.448694 -0.022982</w:t>
        <w:br/>
        <w:t>v 0.698429 19.336918 0.066626</w:t>
        <w:br/>
        <w:t>v 0.759873 19.406200 0.001400</w:t>
        <w:br/>
        <w:t>v 0.731610 19.421549 0.049335</w:t>
        <w:br/>
        <w:t>v 0.832503 19.520927 -0.028602</w:t>
        <w:br/>
        <w:t>v 0.821238 19.531631 -0.040368</w:t>
        <w:br/>
        <w:t>v 0.832503 19.520927 -0.028602</w:t>
        <w:br/>
        <w:t>v 0.754687 19.486891 0.039903</w:t>
        <w:br/>
        <w:t>v 0.844895 19.545845 -0.097612</w:t>
        <w:br/>
        <w:t>v 0.821238 19.531631 -0.040368</w:t>
        <w:br/>
        <w:t>v 0.759910 19.510759 -0.042854</w:t>
        <w:br/>
        <w:t>v 0.802410 19.285334 -0.087652</w:t>
        <w:br/>
        <w:t>v 0.740362 19.193949 -0.022419</w:t>
        <w:br/>
        <w:t>v 0.840954 19.182083 -0.078289</w:t>
        <w:br/>
        <w:t>v 0.920850 19.309374 -0.175491</w:t>
        <w:br/>
        <w:t>v 0.907910 19.308624 -0.219832</w:t>
        <w:br/>
        <w:t>v 0.873686 19.249895 -0.194826</w:t>
        <w:br/>
        <w:t>v 0.897805 19.257927 -0.146338</w:t>
        <w:br/>
        <w:t>v 0.819552 19.177074 -0.122231</w:t>
        <w:br/>
        <w:t>v 0.840954 19.182083 -0.078289</w:t>
        <w:br/>
        <w:t>v 0.753123 19.123714 -0.050003</w:t>
        <w:br/>
        <w:t>v 0.782306 19.141876 -0.010036</w:t>
        <w:br/>
        <w:t>v 0.686963 19.097473 0.034522</w:t>
        <w:br/>
        <w:t>v 0.718663 19.115177 0.065447</w:t>
        <w:br/>
        <w:t>v 0.718663 19.115177 0.065447</w:t>
        <w:br/>
        <w:t>v 0.782306 19.141876 -0.010036</w:t>
        <w:br/>
        <w:t>v 0.868353 19.446669 -0.216534</w:t>
        <w:br/>
        <w:t>v 0.805925 19.277449 -0.172705</w:t>
        <w:br/>
        <w:t>v 0.907910 19.308624 -0.219832</w:t>
        <w:br/>
        <w:t>v 0.927008 19.373402 -0.233259</w:t>
        <w:br/>
        <w:t>v 0.930942 19.443285 -0.228613</w:t>
        <w:br/>
        <w:t>v 0.924049 19.506641 -0.191378</w:t>
        <w:br/>
        <w:t>v 0.865218 19.497021 -0.188543</w:t>
        <w:br/>
        <w:t>v 0.902846 19.539351 -0.143909</w:t>
        <w:br/>
        <w:t>v 0.852902 19.535328 -0.142391</w:t>
        <w:br/>
        <w:t>v 0.819552 19.177074 -0.122231</w:t>
        <w:br/>
        <w:t>v 0.873686 19.249895 -0.194826</w:t>
        <w:br/>
        <w:t>v 0.734454 19.306051 -0.105831</w:t>
        <w:br/>
        <w:t>v 0.661110 19.196486 -0.067510</w:t>
        <w:br/>
        <w:t>v 0.738676 19.193874 -0.099586</w:t>
        <w:br/>
        <w:t>v 0.546047 19.085562 0.040751</w:t>
        <w:br/>
        <w:t>v 0.689149 19.117876 -0.030537</w:t>
        <w:br/>
        <w:t>v 0.546047 19.085562 0.040751</w:t>
        <w:br/>
        <w:t>v 0.602501 19.101805 0.086893</w:t>
        <w:br/>
        <w:t>v 0.689149 19.117876 -0.030537</w:t>
        <w:br/>
        <w:t>v 0.051936 19.145378 1.032341</w:t>
        <w:br/>
        <w:t>v 0.045740 19.093929 1.075571</w:t>
        <w:br/>
        <w:t>v 0.020934 19.127272 1.107434</w:t>
        <w:br/>
        <w:t>v 0.024257 19.175154 1.063505</w:t>
        <w:br/>
        <w:t>v 0.757225 19.478920 -0.112676</w:t>
        <w:br/>
        <w:t>v 0.734454 19.306051 -0.105831</w:t>
        <w:br/>
        <w:t>v 0.753123 19.123714 -0.050003</w:t>
        <w:br/>
        <w:t>v 0.753123 19.123714 -0.050003</w:t>
        <w:br/>
        <w:t>v 0.686963 19.097473 0.034522</w:t>
        <w:br/>
        <w:t>v 0.754687 19.486891 0.039903</w:t>
        <w:br/>
        <w:t>v 0.754687 19.486891 0.039903</w:t>
        <w:br/>
        <w:t>v 0.897805 19.257927 -0.146338</w:t>
        <w:br/>
        <w:t>v 0.664431 19.238974 0.100874</w:t>
        <w:br/>
        <w:t>v 0.090157 19.635859 1.118326</w:t>
        <w:br/>
        <w:t>v 0.072333 19.579929 1.091297</w:t>
        <w:br/>
        <w:t>v 0.519110 19.664803 1.007009</w:t>
        <w:br/>
        <w:t>v 0.463310 19.768908 1.051414</w:t>
        <w:br/>
        <w:t>v 0.539740 19.771351 1.005512</w:t>
        <w:br/>
        <w:t>v 0.755218 19.566397 0.667385</w:t>
        <w:br/>
        <w:t>v 0.746795 19.476782 0.637593</w:t>
        <w:br/>
        <w:t>v 0.151963 19.417904 0.963518</w:t>
        <w:br/>
        <w:t>v 0.504997 19.600380 0.988245</w:t>
        <w:br/>
        <w:t>v 0.483346 19.538345 0.960203</w:t>
        <w:br/>
        <w:t>v 0.431446 19.536213 0.976873</w:t>
        <w:br/>
        <w:t>v 0.578300 19.238949 0.785986</w:t>
        <w:br/>
        <w:t>v 0.584632 19.196920 0.777231</w:t>
        <w:br/>
        <w:t>v 0.132238 19.367073 0.940331</w:t>
        <w:br/>
        <w:t>v 0.178192 19.392303 0.929357</w:t>
        <w:br/>
        <w:t>v 0.167526 19.359388 0.918872</w:t>
        <w:br/>
        <w:t>v 0.536639 19.533665 0.935571</w:t>
        <w:br/>
        <w:t>v 0.562051 19.590807 0.951045</w:t>
        <w:br/>
        <w:t>v 0.087071 19.398155 0.978283</w:t>
        <w:br/>
        <w:t>v 0.157689 19.303755 0.917570</w:t>
        <w:br/>
        <w:t>v 0.124007 19.330261 0.933136</w:t>
        <w:br/>
        <w:t>v 0.239378 19.272085 0.899470</w:t>
        <w:br/>
        <w:t>v 0.303413 19.251228 0.886365</w:t>
        <w:br/>
        <w:t>v 0.368866 19.242622 0.873196</w:t>
        <w:br/>
        <w:t>v 0.572423 19.526045 0.910403</w:t>
        <w:br/>
        <w:t>v 0.604328 19.578695 0.910861</w:t>
        <w:br/>
        <w:t>v 0.060617 19.285744 0.985377</w:t>
        <w:br/>
        <w:t>v 0.000000 19.134912 1.119125</w:t>
        <w:br/>
        <w:t>v 0.016088 19.098761 1.146090</w:t>
        <w:br/>
        <w:t>v 0.665646 19.476799 0.802291</w:t>
        <w:br/>
        <w:t>v 0.765581 20.090668 0.567420</w:t>
        <w:br/>
        <w:t>v 0.672527 20.173656 0.727611</w:t>
        <w:br/>
        <w:t>v 0.863369 19.945059 0.163750</w:t>
        <w:br/>
        <w:t>v 0.866019 20.003618 0.017155</w:t>
        <w:br/>
        <w:t>v 0.746820 19.993755 0.685292</w:t>
        <w:br/>
        <w:t>v 0.726610 19.912708 0.765683</w:t>
        <w:br/>
        <w:t>v 0.784330 19.509659 0.308768</w:t>
        <w:br/>
        <w:t>v 0.814100 19.674236 0.378441</w:t>
        <w:br/>
        <w:t>v 0.820168 19.724476 0.216917</w:t>
        <w:br/>
        <w:t>v 0.782755 19.579967 0.159702</w:t>
        <w:br/>
        <w:t>v 0.501788 18.889482 0.472903</w:t>
        <w:br/>
        <w:t>v 0.481203 18.879782 0.366121</w:t>
        <w:br/>
        <w:t>v 0.446660 18.834293 0.398444</w:t>
        <w:br/>
        <w:t>v 0.471129 18.843550 0.501380</w:t>
        <w:br/>
        <w:t>v 0.353366 18.739418 0.556561</w:t>
        <w:br/>
        <w:t>v 0.350400 18.740551 0.626616</w:t>
        <w:br/>
        <w:t>v 0.421072 18.798914 0.607231</w:t>
        <w:br/>
        <w:t>v 0.418046 18.793739 0.528965</w:t>
        <w:br/>
        <w:t>v 0.705679 19.710293 0.816523</w:t>
        <w:br/>
        <w:t>v 0.734998 19.653912 0.730155</w:t>
        <w:br/>
        <w:t>v 0.540836 18.946779 0.438047</w:t>
        <w:br/>
        <w:t>v 0.529742 18.951750 0.307397</w:t>
        <w:br/>
        <w:t>v 0.743623 19.411289 0.418675</w:t>
        <w:br/>
        <w:t>v 0.744533 19.411890 0.282876</w:t>
        <w:br/>
        <w:t>v 0.212224 18.692894 0.297656</w:t>
        <w:br/>
        <w:t>v 0.074795 18.608433 0.489893</w:t>
        <w:br/>
        <w:t>v 0.100538 18.631744 0.358438</w:t>
        <w:br/>
        <w:t>v 0.796891 19.649527 -0.091933</w:t>
        <w:br/>
        <w:t>v 0.794676 19.632561 0.021280</w:t>
        <w:br/>
        <w:t>v 0.826836 19.765135 0.075624</w:t>
        <w:br/>
        <w:t>v 0.839662 19.822309 -0.051364</w:t>
        <w:br/>
        <w:t>v 0.759910 19.510759 -0.042854</w:t>
        <w:br/>
        <w:t>v 0.744572 19.503515 -0.104644</w:t>
        <w:br/>
        <w:t>v 0.424523 19.236296 0.857537</w:t>
        <w:br/>
        <w:t>v 0.251938 18.866989 0.911187</w:t>
        <w:br/>
        <w:t>v 0.298507 18.906677 0.915217</w:t>
        <w:br/>
        <w:t>v 0.252013 18.674055 0.590597</w:t>
        <w:br/>
        <w:t>v 0.249297 18.669294 0.655329</w:t>
        <w:br/>
        <w:t>v 0.169752 18.621294 0.677890</w:t>
        <w:br/>
        <w:t>v 0.171704 18.626631 0.620276</w:t>
        <w:br/>
        <w:t>v 0.087702 18.573347 0.699220</w:t>
        <w:br/>
        <w:t>v 0.501593 19.021093 0.066298</w:t>
        <w:br/>
        <w:t>v 0.091193 18.857040 0.988463</w:t>
        <w:br/>
        <w:t>v 0.089296 18.837669 0.977243</w:t>
        <w:br/>
        <w:t>v 0.063565 18.837343 0.994494</w:t>
        <w:br/>
        <w:t>v 0.063327 18.858917 1.006474</w:t>
        <w:br/>
        <w:t>v 0.111772 18.705519 0.873204</w:t>
        <w:br/>
        <w:t>v 0.095902 18.740936 0.899680</w:t>
        <w:br/>
        <w:t>v 0.228126 18.677813 0.762337</w:t>
        <w:br/>
        <w:t>v 0.243026 18.670481 0.709256</w:t>
        <w:br/>
        <w:t>v 0.046865 18.552647 0.709741</w:t>
        <w:br/>
        <w:t>v 0.043843 18.573475 0.831251</w:t>
        <w:br/>
        <w:t>v 0.045941 18.549307 0.794860</w:t>
        <w:br/>
        <w:t>v 0.040083 18.623262 0.858044</w:t>
        <w:br/>
        <w:t>v 0.335734 19.004580 0.929951</w:t>
        <w:br/>
        <w:t>v 0.167248 18.944620 0.968490</w:t>
        <w:br/>
        <w:t>v 0.117923 18.957748 0.981855</w:t>
        <w:br/>
        <w:t>v 0.778570 19.510700 0.437857</w:t>
        <w:br/>
        <w:t>v 0.756627 19.480146 0.156967</w:t>
        <w:br/>
        <w:t>v 0.739279 19.402239 0.156784</w:t>
        <w:br/>
        <w:t>v 0.551305 19.134197 0.803251</w:t>
        <w:br/>
        <w:t>v 0.516989 19.080769 0.828107</w:t>
        <w:br/>
        <w:t>v 0.028678 19.304527 1.009284</w:t>
        <w:br/>
        <w:t>v 0.623152 19.132004 0.131676</w:t>
        <w:br/>
        <w:t>v 0.624261 19.638567 0.909420</w:t>
        <w:br/>
        <w:t>v 0.577384 19.653757 0.963011</w:t>
        <w:br/>
        <w:t>v 0.647071 19.736973 0.898662</w:t>
        <w:br/>
        <w:t>v 0.599813 19.759808 0.950179</w:t>
        <w:br/>
        <w:t>v 0.802950 19.759342 0.563079</w:t>
        <w:br/>
        <w:t>v 0.776621 19.847845 0.655831</w:t>
        <w:br/>
        <w:t>v 0.793429 19.630255 0.488090</w:t>
        <w:br/>
        <w:t>v 0.108017 20.074764 1.142907</w:t>
        <w:br/>
        <w:t>v 0.200881 20.079262 1.123922</w:t>
        <w:br/>
        <w:t>v 0.295986 20.082718 1.090054</w:t>
        <w:br/>
        <w:t>v 0.495149 20.222559 0.908136</w:t>
        <w:br/>
        <w:t>v 0.588403 20.198193 0.817642</w:t>
        <w:br/>
        <w:t>v 0.385644 20.227934 0.985839</w:t>
        <w:br/>
        <w:t>v 0.386019 20.090780 1.039111</w:t>
        <w:br/>
        <w:t>v 0.165516 18.630814 0.554836</w:t>
        <w:br/>
        <w:t>v 0.151910 18.645018 0.457764</w:t>
        <w:br/>
        <w:t>v 0.032788 18.934938 1.023823</w:t>
        <w:br/>
        <w:t>v 0.759910 19.510759 -0.042854</w:t>
        <w:br/>
        <w:t>v 0.351591 18.931673 0.907457</w:t>
        <w:br/>
        <w:t>v 0.394804 18.983635 0.900531</w:t>
        <w:br/>
        <w:t>v 0.446474 18.972122 0.864215</w:t>
        <w:br/>
        <w:t>v 0.501251 18.897383 0.575304</w:t>
        <w:br/>
        <w:t>v 0.534139 18.949495 0.550456</w:t>
        <w:br/>
        <w:t>v 0.514209 18.949358 0.743895</w:t>
        <w:br/>
        <w:t>v 0.523024 18.948503 0.660670</w:t>
        <w:br/>
        <w:t>v 0.494347 18.901363 0.671538</w:t>
        <w:br/>
        <w:t>v 0.484973 18.907581 0.751603</w:t>
        <w:br/>
        <w:t>v 0.326952 18.893585 0.897855</w:t>
        <w:br/>
        <w:t>v 0.467212 18.850578 0.591249</w:t>
        <w:br/>
        <w:t>v 0.000000 19.184452 1.074072</w:t>
        <w:br/>
        <w:t>v 0.000000 19.229992 1.046793</w:t>
        <w:br/>
        <w:t>v 0.695097 19.376961 -0.136420</w:t>
        <w:br/>
        <w:t>v 0.230081 19.348890 0.892022</w:t>
        <w:br/>
        <w:t>v 0.262710 19.298908 0.878336</w:t>
        <w:br/>
        <w:t>v 0.258961 19.299583 0.885907</w:t>
        <w:br/>
        <w:t>v 0.229798 19.348499 0.899256</w:t>
        <w:br/>
        <w:t>v 0.325028 19.281792 0.867966</w:t>
        <w:br/>
        <w:t>v 0.389017 19.279604 0.859048</w:t>
        <w:br/>
        <w:t>v 0.387633 19.278801 0.862412</w:t>
        <w:br/>
        <w:t>v 0.322617 19.281551 0.874237</w:t>
        <w:br/>
        <w:t>v 0.429961 19.277233 0.850963</w:t>
        <w:br/>
        <w:t>v 0.430529 19.278419 0.845612</w:t>
        <w:br/>
        <w:t>v 0.480804 19.276466 0.837617</w:t>
        <w:br/>
        <w:t>v 0.480632 19.278301 0.828823</w:t>
        <w:br/>
        <w:t>v 0.521077 19.282610 0.810503</w:t>
        <w:br/>
        <w:t>v 0.528199 19.281298 0.818491</w:t>
        <w:br/>
        <w:t>v 0.564550 19.299013 0.777897</w:t>
        <w:br/>
        <w:t>v 0.572575 19.296383 0.792533</w:t>
        <w:br/>
        <w:t>v 0.606449 19.323914 0.774125</w:t>
        <w:br/>
        <w:t>v 0.597721 19.326868 0.766551</w:t>
        <w:br/>
        <w:t>v 0.623755 19.366816 0.758871</w:t>
        <w:br/>
        <w:t>v 0.633964 19.361561 0.765325</w:t>
        <w:br/>
        <w:t>v 0.655672 19.447504 0.768925</w:t>
        <w:br/>
        <w:t>v 0.668224 19.446444 0.778078</w:t>
        <w:br/>
        <w:t>v 0.655583 19.408640 0.771021</w:t>
        <w:br/>
        <w:t>v 0.641180 19.411495 0.762613</w:t>
        <w:br/>
        <w:t>v 0.506911 19.509491 0.915691</w:t>
        <w:br/>
        <w:t>v 0.511171 19.506594 0.932880</w:t>
        <w:br/>
        <w:t>v 0.543726 19.501062 0.917395</w:t>
        <w:br/>
        <w:t>v 0.538986 19.502947 0.902462</w:t>
        <w:br/>
        <w:t>v 0.460614 19.512671 0.931515</w:t>
        <w:br/>
        <w:t>v 0.464423 19.509468 0.948875</w:t>
        <w:br/>
        <w:t>v 0.413815 19.508448 0.940223</w:t>
        <w:br/>
        <w:t>v 0.416848 19.505697 0.956615</w:t>
        <w:br/>
        <w:t>v 0.366034 19.492823 0.936901</w:t>
        <w:br/>
        <w:t>v 0.368045 19.490633 0.952439</w:t>
        <w:br/>
        <w:t>v 0.311526 19.465027 0.944133</w:t>
        <w:br/>
        <w:t>v 0.310027 19.467009 0.930306</w:t>
        <w:br/>
        <w:t>v 0.259592 19.436394 0.919248</w:t>
        <w:br/>
        <w:t>v 0.260897 19.434443 0.930754</w:t>
        <w:br/>
        <w:t>v 0.218676 19.393528 0.903706</w:t>
        <w:br/>
        <w:t>v 0.220135 19.392643 0.910668</w:t>
        <w:br/>
        <w:t>v 0.668224 19.446444 0.778078</w:t>
        <w:br/>
        <w:t>v 0.655672 19.447504 0.768925</w:t>
        <w:br/>
        <w:t>v 0.634878 19.461069 0.814273</w:t>
        <w:br/>
        <w:t>v 0.646024 19.461922 0.826430</w:t>
        <w:br/>
        <w:t>v 0.570857 19.495600 0.881553</w:t>
        <w:br/>
        <w:t>v 0.577378 19.493954 0.894715</w:t>
        <w:br/>
        <w:t>v 0.608458 19.482683 0.868542</w:t>
        <w:br/>
        <w:t>v 0.599964 19.481970 0.855336</w:t>
        <w:br/>
        <w:t>v 0.162719 19.309307 0.737437</w:t>
        <w:br/>
        <w:t>v 0.215124 19.253529 0.712984</w:t>
        <w:br/>
        <w:t>v 0.380086 19.229883 0.678086</w:t>
        <w:br/>
        <w:t>v 0.469918 19.239531 0.684668</w:t>
        <w:br/>
        <w:t>v 0.584312 19.258865 0.688377</w:t>
        <w:br/>
        <w:t>v 0.618530 19.477034 0.612198</w:t>
        <w:br/>
        <w:t>v 0.609924 19.354076 0.649695</w:t>
        <w:br/>
        <w:t>v 0.663319 19.603363 0.662092</w:t>
        <w:br/>
        <w:t>v 0.586584 19.627083 0.839649</w:t>
        <w:br/>
        <w:t>v 0.506911 19.509491 0.915691</w:t>
        <w:br/>
        <w:t>v 0.538986 19.502947 0.902462</w:t>
        <w:br/>
        <w:t>v 0.481535 19.648079 0.891518</w:t>
        <w:br/>
        <w:t>v 0.460614 19.512671 0.931515</w:t>
        <w:br/>
        <w:t>v 0.389555 19.660896 0.901071</w:t>
        <w:br/>
        <w:t>v 0.413815 19.508448 0.940223</w:t>
        <w:br/>
        <w:t>v 0.366034 19.492823 0.936901</w:t>
        <w:br/>
        <w:t>v 0.301733 19.656904 0.914244</w:t>
        <w:br/>
        <w:t>v 0.234934 19.607996 0.897881</w:t>
        <w:br/>
        <w:t>v 0.310027 19.467009 0.930306</w:t>
        <w:br/>
        <w:t>v 0.174592 19.534477 0.837952</w:t>
        <w:br/>
        <w:t>v 0.149944 19.416512 0.791500</w:t>
        <w:br/>
        <w:t>v 0.570857 19.495600 0.881553</w:t>
        <w:br/>
        <w:t>v 0.599964 19.481970 0.855336</w:t>
        <w:br/>
        <w:t>v 0.200298 19.630089 0.646959</w:t>
        <w:br/>
        <w:t>v 0.234934 19.607996 0.897881</w:t>
        <w:br/>
        <w:t>v 0.587917 19.058342 0.233727</w:t>
        <w:br/>
        <w:t>v 0.553504 18.997845 0.271262</w:t>
        <w:br/>
        <w:t>v 0.597721 19.326868 0.766551</w:t>
        <w:br/>
        <w:t>v 0.291711 19.967516 1.117326</w:t>
        <w:br/>
        <w:t>v 0.195800 19.964779 1.147065</w:t>
        <w:br/>
        <w:t>v 0.103884 19.960648 1.163891</w:t>
        <w:br/>
        <w:t>v 0.380873 19.757759 1.087162</w:t>
        <w:br/>
        <w:t>v 0.384246 19.977510 1.069775</w:t>
        <w:br/>
        <w:t>v 0.546047 19.085562 0.040751</w:t>
        <w:br/>
        <w:t>v 0.622775 19.118080 0.210047</w:t>
        <w:br/>
        <w:t>v 0.620547 19.114126 0.338553</w:t>
        <w:br/>
        <w:t>v 0.660173 19.214882 0.183217</w:t>
        <w:br/>
        <w:t>v 0.700855 19.306814 0.165497</w:t>
        <w:br/>
        <w:t>v 0.137317 18.823456 0.919106</w:t>
        <w:br/>
        <w:t>v 0.134114 18.825500 0.919830</w:t>
        <w:br/>
        <w:t>v 0.142841 18.828234 0.915802</w:t>
        <w:br/>
        <w:t>v 0.085410 18.829739 0.959397</w:t>
        <w:br/>
        <w:t>v 0.082823 18.823307 0.944232</w:t>
        <w:br/>
        <w:t>v 0.060571 18.821585 0.954488</w:t>
        <w:br/>
        <w:t>v 0.060604 18.829187 0.973224</w:t>
        <w:br/>
        <w:t>v 0.059859 18.773926 0.946781</w:t>
        <w:br/>
        <w:t>v 0.028278 18.767183 0.954945</w:t>
        <w:br/>
        <w:t>v 0.029041 18.787470 0.967500</w:t>
        <w:br/>
        <w:t>v 0.059954 18.791563 0.957923</w:t>
        <w:br/>
        <w:t>v 0.083004 18.810123 0.947126</w:t>
        <w:br/>
        <w:t>v 0.060274 18.807234 0.957835</w:t>
        <w:br/>
        <w:t>v 0.060063 18.818077 0.952988</w:t>
        <w:br/>
        <w:t>v 0.082159 18.818907 0.944600</w:t>
        <w:br/>
        <w:t>v 0.113878 18.837143 0.957626</w:t>
        <w:br/>
        <w:t>v 0.109105 18.830254 0.946232</w:t>
        <w:br/>
        <w:t>v 0.124476 18.818525 0.925583</w:t>
        <w:br/>
        <w:t>v 0.122182 18.822535 0.926116</w:t>
        <w:br/>
        <w:t>v 0.029765 18.819603 0.957528</w:t>
        <w:br/>
        <w:t>v 0.029704 18.820593 0.959222</w:t>
        <w:br/>
        <w:t>v 0.060571 18.821585 0.954488</w:t>
        <w:br/>
        <w:t>v 0.060566 18.820518 0.950662</w:t>
        <w:br/>
        <w:t>v 0.081663 18.821480 0.941808</w:t>
        <w:br/>
        <w:t>v 0.104308 18.822779 0.933585</w:t>
        <w:br/>
        <w:t>v 0.105075 18.820669 0.934826</w:t>
        <w:br/>
        <w:t>v 0.082159 18.818907 0.944600</w:t>
        <w:br/>
        <w:t>v 0.106637 18.814043 0.934560</w:t>
        <w:br/>
        <w:t>v 0.105075 18.820669 0.934826</w:t>
        <w:br/>
        <w:t>v 0.137895 18.833906 0.929535</w:t>
        <w:br/>
        <w:t>v 0.135160 18.830862 0.925437</w:t>
        <w:br/>
        <w:t>v 0.124281 18.830462 0.934403</w:t>
        <w:br/>
        <w:t>v 0.128028 18.835615 0.943011</w:t>
        <w:br/>
        <w:t>v 0.159191 18.828430 0.913639</w:t>
        <w:br/>
        <w:t>v 0.151883 18.818481 0.913918</w:t>
        <w:br/>
        <w:t>v 0.140119 18.821035 0.916788</w:t>
        <w:br/>
        <w:t>v 0.130288 18.808392 0.917628</w:t>
        <w:br/>
        <w:t>v 0.127428 18.813480 0.922620</w:t>
        <w:br/>
        <w:t>v 0.107643 18.805861 0.931479</w:t>
        <w:br/>
        <w:t>v 0.110391 18.797005 0.924938</w:t>
        <w:br/>
        <w:t>v 0.105035 18.824802 0.936538</w:t>
        <w:br/>
        <w:t>v 0.121961 18.826727 0.927718</w:t>
        <w:br/>
        <w:t>v 0.121570 18.824993 0.925485</w:t>
        <w:br/>
        <w:t>v 0.104358 18.822889 0.933584</w:t>
        <w:br/>
        <w:t>v 0.139344 18.830091 0.918300</w:t>
        <w:br/>
        <w:t>v 0.133274 18.828415 0.921675</w:t>
        <w:br/>
        <w:t>v 0.141455 18.831245 0.918216</w:t>
        <w:br/>
        <w:t>v 0.142148 18.830484 0.915980</w:t>
        <w:br/>
        <w:t>v 0.158161 18.832264 0.914729</w:t>
        <w:br/>
        <w:t>v 0.104308 18.822779 0.933585</w:t>
        <w:br/>
        <w:t>v 0.066212 18.823009 0.935987</w:t>
        <w:br/>
        <w:t>v 0.116187 18.825565 0.920591</w:t>
        <w:br/>
        <w:t>v 0.081663 18.821480 0.941808</w:t>
        <w:br/>
        <w:t>v 0.060080 18.820324 0.950705</w:t>
        <w:br/>
        <w:t>v 0.029103 18.819483 0.957511</w:t>
        <w:br/>
        <w:t>v 0.029990 18.823114 0.944914</w:t>
        <w:br/>
        <w:t>v 0.132781 18.827156 0.920288</w:t>
        <w:br/>
        <w:t>v 0.138857 18.828888 0.917923</w:t>
        <w:br/>
        <w:t>v 0.138732 18.837229 0.906237</w:t>
        <w:br/>
        <w:t>v 0.086197 18.830635 0.926180</w:t>
        <w:br/>
        <w:t>v 0.104358 18.822889 0.933584</w:t>
        <w:br/>
        <w:t>v 0.118098 18.833206 0.912645</w:t>
        <w:br/>
        <w:t>v 0.082450 18.821705 0.941725</w:t>
        <w:br/>
        <w:t>v 0.029558 18.831600 0.940599</w:t>
        <w:br/>
        <w:t>v 0.060566 18.820518 0.950662</w:t>
        <w:br/>
        <w:t>v 0.029765 18.819603 0.957528</w:t>
        <w:br/>
        <w:t>v 0.111503 18.821341 0.913391</w:t>
        <w:br/>
        <w:t>v 0.150636 18.823996 0.900408</w:t>
        <w:br/>
        <w:t>v 0.131950 18.826563 0.912570</w:t>
        <w:br/>
        <w:t>v 0.044641 18.815937 0.930205</w:t>
        <w:br/>
        <w:t>v 0.178215 18.832134 0.892078</w:t>
        <w:br/>
        <w:t>v 0.138951 18.828123 0.912087</w:t>
        <w:br/>
        <w:t>v 0.179227 18.895681 0.889341</w:t>
        <w:br/>
        <w:t>v 0.178215 18.832134 0.892078</w:t>
        <w:br/>
        <w:t>v 0.125055 18.896294 0.912381</w:t>
        <w:br/>
        <w:t>v 0.086197 18.830635 0.926180</w:t>
        <w:br/>
        <w:t>v 0.052398 18.896402 0.925569</w:t>
        <w:br/>
        <w:t>v 0.066812 18.740108 0.856303</w:t>
        <w:br/>
        <w:t>v 0.130126 18.774832 0.846583</w:t>
        <w:br/>
        <w:t>v 0.193952 18.818302 0.882610</w:t>
        <w:br/>
        <w:t>v 0.205307 18.881659 0.873862</w:t>
        <w:br/>
        <w:t>v 0.066487 18.939213 0.903477</w:t>
        <w:br/>
        <w:t>v 0.140431 18.938328 0.881781</w:t>
        <w:br/>
        <w:t>v 0.205307 18.881659 0.873862</w:t>
        <w:br/>
        <w:t>v 0.208529 18.921656 0.863145</w:t>
        <w:br/>
        <w:t>v 0.052024 18.689671 0.810534</w:t>
        <w:br/>
        <w:t>v 0.062353 18.674398 0.703904</w:t>
        <w:br/>
        <w:t>v 0.136971 18.752573 0.800218</w:t>
        <w:br/>
        <w:t>v 0.155894 18.734081 0.713496</w:t>
        <w:br/>
        <w:t>v 0.204432 18.808891 0.803640</w:t>
        <w:br/>
        <w:t>v 0.220870 18.790014 0.732956</w:t>
        <w:br/>
        <w:t>v 0.245413 18.838587 0.764495</w:t>
        <w:br/>
        <w:t>v 0.234934 18.872944 0.841711</w:t>
        <w:br/>
        <w:t>v 0.247937 18.928471 0.743361</w:t>
        <w:br/>
        <w:t>v 0.234934 18.872944 0.841711</w:t>
        <w:br/>
        <w:t>v 0.245413 18.838587 0.764495</w:t>
        <w:br/>
        <w:t>v 0.226640 18.943169 0.823912</w:t>
        <w:br/>
        <w:t>v 0.163151 18.985949 0.726986</w:t>
        <w:br/>
        <w:t>v 0.149686 18.969505 0.832830</w:t>
        <w:br/>
        <w:t>v 0.063015 18.990147 0.722639</w:t>
        <w:br/>
        <w:t>v 0.054221 18.968477 0.836465</w:t>
        <w:br/>
        <w:t>v 0.250122 18.831560 0.663722</w:t>
        <w:br/>
        <w:t>v 0.243715 18.933058 0.649332</w:t>
        <w:br/>
        <w:t>v 0.200598 18.903992 0.548134</w:t>
        <w:br/>
        <w:t>v 0.173068 18.973154 0.600769</w:t>
        <w:br/>
        <w:t>v 0.163488 18.930956 0.487780</w:t>
        <w:br/>
        <w:t>v 0.071108 18.984728 0.595473</w:t>
        <w:br/>
        <w:t>v 0.073094 18.943521 0.454056</w:t>
        <w:br/>
        <w:t>v 0.211427 18.845282 0.548222</w:t>
        <w:br/>
        <w:t>v 0.250122 18.831560 0.663722</w:t>
        <w:br/>
        <w:t>v 0.190643 18.798109 0.540016</w:t>
        <w:br/>
        <w:t>v 0.211427 18.845282 0.548222</w:t>
        <w:br/>
        <w:t>v 0.222094 18.772722 0.653692</w:t>
        <w:br/>
        <w:t>v 0.166923 18.731358 0.617407</w:t>
        <w:br/>
        <w:t>v 0.157630 18.780857 0.478450</w:t>
        <w:br/>
        <w:t>v 0.063990 18.688829 0.593682</w:t>
        <w:br/>
        <w:t>v 0.064351 18.761444 0.435720</w:t>
        <w:br/>
        <w:t>v 0.078828 18.866989 0.422567</w:t>
        <w:br/>
        <w:t>v 0.078828 18.866989 0.422567</w:t>
        <w:br/>
        <w:t>v 0.171907 18.867699 0.461450</w:t>
        <w:br/>
        <w:t>v 0.171907 18.867699 0.461450</w:t>
        <w:br/>
        <w:t>v 0.121620 18.824932 0.925533</w:t>
        <w:br/>
        <w:t>v 0.121570 18.824993 0.925485</w:t>
        <w:br/>
        <w:t>v 0.012727 19.065556 1.147872</w:t>
        <w:br/>
        <w:t>v 0.018898 19.037388 1.120639</w:t>
        <w:br/>
        <w:t>v 0.029066 18.803886 0.966566</w:t>
        <w:br/>
        <w:t>v 0.029088 18.817608 0.959428</w:t>
        <w:br/>
        <w:t>v 0.084336 18.797239 0.945320</w:t>
        <w:br/>
        <w:t>v 0.085463 18.783335 0.937261</w:t>
        <w:br/>
        <w:t>v 0.082450 18.821705 0.941725</w:t>
        <w:br/>
        <w:t>v 0.082823 18.823307 0.944232</w:t>
        <w:br/>
        <w:t>v 0.029390 18.828573 0.983126</w:t>
        <w:br/>
        <w:t>v 0.031467 18.836618 1.007905</w:t>
        <w:br/>
        <w:t>v 0.121961 18.826727 0.927718</w:t>
        <w:br/>
        <w:t>v 0.139437 18.828386 0.916873</w:t>
        <w:br/>
        <w:t>v 0.140227 18.829447 0.917157</w:t>
        <w:br/>
        <w:t>v 0.621403 19.113400 0.464302</w:t>
        <w:br/>
        <w:t>v 0.489483 18.958551 0.805957</w:t>
        <w:br/>
        <w:t>v 0.479385 19.022654 0.852383</w:t>
        <w:br/>
        <w:t>v 0.521082 19.008432 0.793468</w:t>
        <w:br/>
        <w:t>v 0.229798 19.348499 0.899256</w:t>
        <w:br/>
        <w:t>v 0.258961 19.299583 0.885907</w:t>
        <w:br/>
        <w:t>v 0.029704 18.820593 0.959222</w:t>
        <w:br/>
        <w:t>v 0.634602 19.219280 0.708770</w:t>
        <w:br/>
        <w:t>v 0.592628 19.126810 0.738991</w:t>
        <w:br/>
        <w:t>v 0.138958 18.830564 0.911870</w:t>
        <w:br/>
        <w:t>v 0.138997 18.828873 0.917796</w:t>
        <w:br/>
        <w:t>v 0.138859 18.828745 0.917845</w:t>
        <w:br/>
        <w:t>v 0.132790 18.827133 0.920275</w:t>
        <w:br/>
        <w:t>v 0.138732 18.837229 0.906237</w:t>
        <w:br/>
        <w:t>v 0.138958 18.830564 0.911870</w:t>
        <w:br/>
        <w:t>v 0.186648 19.490595 0.599971</w:t>
        <w:br/>
        <w:t>v 0.200052 19.373613 0.643564</w:t>
        <w:br/>
        <w:t>v 0.301733 19.656904 0.914244</w:t>
        <w:br/>
        <w:t>v 0.503155 19.354065 0.611411</w:t>
        <w:br/>
        <w:t>v 0.510349 19.488657 0.609222</w:t>
        <w:br/>
        <w:t>v 0.618530 19.477034 0.612198</w:t>
        <w:br/>
        <w:t>v 0.609924 19.354076 0.649695</w:t>
        <w:br/>
        <w:t>v 0.513373 19.641750 0.631628</w:t>
        <w:br/>
        <w:t>v 0.663319 19.603363 0.662092</w:t>
        <w:br/>
        <w:t>v 0.513373 19.641750 0.631628</w:t>
        <w:br/>
        <w:t>v 0.481535 19.648079 0.891518</w:t>
        <w:br/>
        <w:t>v 0.586584 19.627083 0.839649</w:t>
        <w:br/>
        <w:t>v 0.663319 19.603363 0.662092</w:t>
        <w:br/>
        <w:t>v 0.389555 19.660896 0.901071</w:t>
        <w:br/>
        <w:t>v 0.363370 19.649965 0.626080</w:t>
        <w:br/>
        <w:t>v 0.200298 19.630089 0.646959</w:t>
        <w:br/>
        <w:t>v 0.363370 19.649965 0.626080</w:t>
        <w:br/>
        <w:t>v 0.358240 19.488493 0.603292</w:t>
        <w:br/>
        <w:t>v 0.186648 19.490595 0.599971</w:t>
        <w:br/>
        <w:t>v 0.355093 19.355045 0.607577</w:t>
        <w:br/>
        <w:t>v 0.200052 19.373613 0.643564</w:t>
        <w:br/>
        <w:t>v 0.215124 19.253529 0.712984</w:t>
        <w:br/>
        <w:t>v 0.380086 19.229883 0.678086</w:t>
        <w:br/>
        <w:t>v 0.584312 19.258865 0.688377</w:t>
        <w:br/>
        <w:t>v 0.469918 19.239531 0.684668</w:t>
        <w:br/>
        <w:t>v 0.634878 19.461069 0.814273</w:t>
        <w:br/>
        <w:t>v 0.655672 19.447504 0.768925</w:t>
        <w:br/>
        <w:t>v 0.008225 19.089832 1.162694</w:t>
        <w:br/>
        <w:t>v 0.220135 19.392643 0.910668</w:t>
        <w:br/>
        <w:t>v 0.083062 18.971146 1.018556</w:t>
        <w:br/>
        <w:t>v 0.086372 18.945070 1.006484</w:t>
        <w:br/>
        <w:t>v 0.104034 18.983870 1.003101</w:t>
        <w:br/>
        <w:t>v 0.046965 18.547661 0.748154</w:t>
        <w:br/>
        <w:t>v 0.116399 18.851665 0.968618</w:t>
        <w:br/>
        <w:t>v 0.133786 18.847158 0.953777</w:t>
        <w:br/>
        <w:t>v 0.144978 18.841614 0.936653</w:t>
        <w:br/>
        <w:t>v 0.031314 18.859049 1.020438</w:t>
        <w:br/>
        <w:t>v 0.157131 18.835205 0.919348</w:t>
        <w:br/>
        <w:t>v 0.724854 19.399517 0.631689</w:t>
        <w:br/>
        <w:t>v 0.693891 19.318354 0.628726</w:t>
        <w:br/>
        <w:t>v 0.603384 19.115364 0.671652</w:t>
        <w:br/>
        <w:t>v 0.647775 19.209860 0.645426</w:t>
        <w:br/>
        <w:t>v 0.661250 19.214134 0.556025</w:t>
        <w:br/>
        <w:t>v 0.701865 19.314137 0.545590</w:t>
        <w:br/>
        <w:t>v 0.736347 19.404406 0.554404</w:t>
        <w:br/>
        <w:t>v 0.764199 19.494282 0.566723</w:t>
        <w:br/>
        <w:t>v 0.774234 19.597847 0.603323</w:t>
        <w:br/>
        <w:t>v 0.765474 19.704096 0.665125</w:t>
        <w:br/>
        <w:t>v 0.736687 19.783098 0.752984</w:t>
        <w:br/>
        <w:t>v 0.688077 19.826185 0.841225</w:t>
        <w:br/>
        <w:t>v 0.622006 19.858395 0.912299</w:t>
        <w:br/>
        <w:t>v 0.552555 19.869186 0.983853</w:t>
        <w:br/>
        <w:t>v 0.471292 19.871679 1.038836</w:t>
        <w:br/>
        <w:t>v 0.381660 19.861725 1.084664</w:t>
        <w:br/>
        <w:t>v 0.285917 19.850624 1.126581</w:t>
        <w:br/>
        <w:t>v 0.616445 19.112131 0.581546</w:t>
        <w:br/>
        <w:t>v 0.322617 19.281551 0.874237</w:t>
        <w:br/>
        <w:t>v 0.387633 19.278801 0.862412</w:t>
        <w:br/>
        <w:t>v 0.429961 19.277233 0.850963</w:t>
        <w:br/>
        <w:t>v 0.480804 19.276466 0.837617</w:t>
        <w:br/>
        <w:t>v 0.528199 19.281298 0.818491</w:t>
        <w:br/>
        <w:t>v 0.572575 19.296383 0.792533</w:t>
        <w:br/>
        <w:t>v 0.606449 19.323914 0.774125</w:t>
        <w:br/>
        <w:t>v 0.633964 19.361561 0.765325</w:t>
        <w:br/>
        <w:t>v 0.655583 19.408640 0.771021</w:t>
        <w:br/>
        <w:t>v 0.668224 19.446444 0.778078</w:t>
        <w:br/>
        <w:t>v 0.646024 19.461922 0.826430</w:t>
        <w:br/>
        <w:t>v 0.608458 19.482683 0.868542</w:t>
        <w:br/>
        <w:t>v 0.577378 19.493954 0.894715</w:t>
        <w:br/>
        <w:t>v 0.543726 19.501062 0.917395</w:t>
        <w:br/>
        <w:t>v 0.511171 19.506594 0.932880</w:t>
        <w:br/>
        <w:t>v 0.464423 19.509468 0.948875</w:t>
        <w:br/>
        <w:t>v 0.416848 19.505697 0.956615</w:t>
        <w:br/>
        <w:t>v 0.416848 19.505697 0.956615</w:t>
        <w:br/>
        <w:t>v 0.368045 19.490633 0.952439</w:t>
        <w:br/>
        <w:t>v 0.369565 19.526052 0.985000</w:t>
        <w:br/>
        <w:t>v 0.311526 19.465027 0.944133</w:t>
        <w:br/>
        <w:t>v 0.260897 19.434443 0.930754</w:t>
        <w:br/>
        <w:t>v 0.160208 18.816874 0.908419</w:t>
        <w:br/>
        <w:t>v 0.185940 18.816730 0.902468</w:t>
        <w:br/>
        <w:t>v 0.154996 18.797081 0.902900</w:t>
        <w:br/>
        <w:t>v 0.136696 18.803305 0.911666</w:t>
        <w:br/>
        <w:t>v 0.119947 18.776396 0.906486</w:t>
        <w:br/>
        <w:t>v 0.113876 18.787523 0.916380</w:t>
        <w:br/>
        <w:t>v 0.178577 18.831608 0.909889</w:t>
        <w:br/>
        <w:t>v 0.214004 18.836134 0.904957</w:t>
        <w:br/>
        <w:t>v 0.104409 18.902880 0.987227</w:t>
        <w:br/>
        <w:t>v 0.139057 18.894968 0.970286</w:t>
        <w:br/>
        <w:t>v 0.124443 18.870380 0.970451</w:t>
        <w:br/>
        <w:t>v 0.096002 18.877975 0.988434</w:t>
        <w:br/>
        <w:t>v 0.147351 18.862295 0.955162</w:t>
        <w:br/>
        <w:t>v 0.171457 18.886454 0.955261</w:t>
        <w:br/>
        <w:t>v 0.067536 18.906307 1.004820</w:t>
        <w:br/>
        <w:t>v 0.064451 18.882427 1.005090</w:t>
        <w:br/>
        <w:t>v 0.161927 18.852564 0.937265</w:t>
        <w:br/>
        <w:t>v 0.198949 18.873173 0.935529</w:t>
        <w:br/>
        <w:t>v 0.172756 18.841677 0.918277</w:t>
        <w:br/>
        <w:t>v 0.218639 18.852591 0.915262</w:t>
        <w:br/>
        <w:t>v 0.027517 18.752150 0.937198</w:t>
        <w:br/>
        <w:t>v 0.027155 18.740032 0.920539</w:t>
        <w:br/>
        <w:t>v 0.059955 18.759163 0.931556</w:t>
        <w:br/>
        <w:t>v 0.060117 18.746965 0.916238</w:t>
        <w:br/>
        <w:t>v 0.088134 18.770369 0.924362</w:t>
        <w:br/>
        <w:t>v 0.089844 18.757730 0.911055</w:t>
        <w:br/>
        <w:t>v 0.032101 18.905716 1.019894</w:t>
        <w:br/>
        <w:t>v 0.031601 18.881973 1.019008</w:t>
        <w:br/>
        <w:t>v 0.557565 19.069696 0.772823</w:t>
        <w:br/>
        <w:t>v 0.567886 18.996233 0.407950</w:t>
        <w:br/>
        <w:t>v 0.595442 19.057138 0.373707</w:t>
        <w:br/>
        <w:t>v 0.592889 19.056400 0.488007</w:t>
        <w:br/>
        <w:t>v 0.559328 18.997337 0.523122</w:t>
        <w:br/>
        <w:t>v 0.584339 19.053930 0.611056</w:t>
        <w:br/>
        <w:t>v 0.548445 18.994213 0.640497</w:t>
        <w:br/>
        <w:t>v 0.574367 19.059206 0.705974</w:t>
        <w:br/>
        <w:t>v 0.542661 18.997711 0.729909</w:t>
        <w:br/>
        <w:t>v 0.008225 19.089832 1.162694</w:t>
        <w:br/>
        <w:t>v 0.073395 18.995037 1.040510</w:t>
        <w:br/>
        <w:t>v 0.049737 19.019428 1.077194</w:t>
        <w:br/>
        <w:t>v 0.062003 19.032669 1.065309</w:t>
        <w:br/>
        <w:t>v 0.086259 19.008867 1.027450</w:t>
        <w:br/>
        <w:t>v 0.041981 19.058554 1.104764</w:t>
        <w:br/>
        <w:t>v 0.032482 19.045332 1.115486</w:t>
        <w:br/>
        <w:t>v 0.017756 19.069792 1.145547</w:t>
        <w:br/>
        <w:t>v 0.024874 19.085743 1.135068</w:t>
        <w:br/>
        <w:t>v 0.656251 19.271690 -0.173080</w:t>
        <w:br/>
        <w:t>v 0.134114 18.825500 0.919830</w:t>
        <w:br/>
        <w:t>v 0.132790 18.827133 0.920275</w:t>
        <w:br/>
        <w:t>v 0.138859 18.828745 0.917845</w:t>
        <w:br/>
        <w:t>v 0.139437 18.828386 0.916873</w:t>
        <w:br/>
        <w:t>v 0.082450 18.821705 0.941725</w:t>
        <w:br/>
        <w:t>v 0.060080 18.820324 0.950705</w:t>
        <w:br/>
        <w:t>v 0.060063 18.818077 0.952988</w:t>
        <w:br/>
        <w:t>v 0.122182 18.822535 0.926116</w:t>
        <w:br/>
        <w:t>v 0.121620 18.824932 0.925533</w:t>
        <w:br/>
        <w:t>v 0.105035 18.824802 0.936538</w:t>
        <w:br/>
        <w:t>v 0.139344 18.830091 0.918300</w:t>
        <w:br/>
        <w:t>v 0.138857 18.828888 0.917923</w:t>
        <w:br/>
        <w:t>v 0.132781 18.827156 0.920288</w:t>
        <w:br/>
        <w:t>v 0.133274 18.828415 0.921675</w:t>
        <w:br/>
        <w:t>v 0.029103 18.819483 0.957511</w:t>
        <w:br/>
        <w:t>v 0.029088 18.817608 0.959428</w:t>
        <w:br/>
        <w:t>v 0.138997 18.828873 0.917796</w:t>
        <w:br/>
        <w:t>v 0.140227 18.829447 0.917157</w:t>
        <w:br/>
        <w:t>v 0.138857 18.828888 0.917923</w:t>
        <w:br/>
        <w:t>v 0.138951 18.828123 0.912087</w:t>
        <w:br/>
        <w:t>vt 0.196970 0.027290</w:t>
        <w:br/>
        <w:t>vt 0.197430 0.011570</w:t>
        <w:br/>
        <w:t>vt 0.189210 0.012210</w:t>
        <w:br/>
        <w:t>vt 0.189270 0.027940</w:t>
        <w:br/>
        <w:t>vt 0.180260 0.012650</w:t>
        <w:br/>
        <w:t>vt 0.180730 0.028410</w:t>
        <w:br/>
        <w:t>vt 0.206500 0.028120</w:t>
        <w:br/>
        <w:t>vt 0.207750 0.011570</w:t>
        <w:br/>
        <w:t>vt 0.168400 0.012680</w:t>
        <w:br/>
        <w:t>vt 0.169800 0.029170</w:t>
        <w:br/>
        <w:t>vt 0.218120 0.028330</w:t>
        <w:br/>
        <w:t>vt 0.219290 0.011570</w:t>
        <w:br/>
        <w:t>vt 0.157850 0.013030</w:t>
        <w:br/>
        <w:t>vt 0.159850 0.030330</w:t>
        <w:br/>
        <w:t>vt 0.246470 0.013600</w:t>
        <w:br/>
        <w:t>vt 0.245640 0.029700</w:t>
        <w:br/>
        <w:t>vt 0.206500 0.028120</w:t>
        <w:br/>
        <w:t>vt 0.196970 0.027290</w:t>
        <w:br/>
        <w:t>vt 0.201080 0.039150</w:t>
        <w:br/>
        <w:t>vt 0.208180 0.039840</w:t>
        <w:br/>
        <w:t>vt 0.218120 0.028330</w:t>
        <w:br/>
        <w:t>vt 0.219040 0.040420</w:t>
        <w:br/>
        <w:t>vt 0.242020 0.040750</w:t>
        <w:br/>
        <w:t>vt 0.245640 0.029700</w:t>
        <w:br/>
        <w:t>vt 0.180730 0.028410</w:t>
        <w:br/>
        <w:t>vt 0.169800 0.029170</w:t>
        <w:br/>
        <w:t>vt 0.173080 0.040020</w:t>
        <w:br/>
        <w:t>vt 0.184230 0.039560</w:t>
        <w:br/>
        <w:t>vt 0.193380 0.039300</w:t>
        <w:br/>
        <w:t>vt 0.189270 0.027940</w:t>
        <w:br/>
        <w:t>vt 0.200910 0.056900</w:t>
        <w:br/>
        <w:t>vt 0.207720 0.057160</w:t>
        <w:br/>
        <w:t>vt 0.208180 0.039840</w:t>
        <w:br/>
        <w:t>vt 0.201080 0.039150</w:t>
        <w:br/>
        <w:t>vt 0.218710 0.057070</w:t>
        <w:br/>
        <w:t>vt 0.219040 0.040420</w:t>
        <w:br/>
        <w:t>vt 0.193380 0.039300</w:t>
        <w:br/>
        <w:t>vt 0.193540 0.056360</w:t>
        <w:br/>
        <w:t>vt 0.240860 0.055970</w:t>
        <w:br/>
        <w:t>vt 0.242020 0.040750</w:t>
        <w:br/>
        <w:t>vt 0.184230 0.039560</w:t>
        <w:br/>
        <w:t>vt 0.185140 0.055780</w:t>
        <w:br/>
        <w:t>vt 0.173080 0.040020</w:t>
        <w:br/>
        <w:t>vt 0.174130 0.055240</w:t>
        <w:br/>
        <w:t>vt 0.163620 0.040800</w:t>
        <w:br/>
        <w:t>vt 0.159850 0.030330</w:t>
        <w:br/>
        <w:t>vt 0.163620 0.040800</w:t>
        <w:br/>
        <w:t>vt 0.164770 0.055210</w:t>
        <w:br/>
        <w:t>vt 0.220750 0.212170</w:t>
        <w:br/>
        <w:t>vt 0.220390 0.220330</w:t>
        <w:br/>
        <w:t>vt 0.231910 0.220090</w:t>
        <w:br/>
        <w:t>vt 0.232520 0.211960</w:t>
        <w:br/>
        <w:t>vt 0.242960 0.218760</w:t>
        <w:br/>
        <w:t>vt 0.243750 0.210840</w:t>
        <w:br/>
        <w:t>vt 0.231910 0.220090</w:t>
        <w:br/>
        <w:t>vt 0.231230 0.239260</w:t>
        <w:br/>
        <w:t>vt 0.242990 0.238300</w:t>
        <w:br/>
        <w:t>vt 0.230100 0.255930</w:t>
        <w:br/>
        <w:t>vt 0.243350 0.255970</w:t>
        <w:br/>
        <w:t>vt 0.230280 0.266390</w:t>
        <w:br/>
        <w:t>vt 0.244750 0.266100</w:t>
        <w:br/>
        <w:t>vt 0.215420 0.254990</w:t>
        <w:br/>
        <w:t>vt 0.218320 0.238660</w:t>
        <w:br/>
        <w:t>vt 0.220390 0.220330</w:t>
        <w:br/>
        <w:t>vt 0.211600 0.220300</w:t>
        <w:br/>
        <w:t>vt 0.208650 0.237270</w:t>
        <w:br/>
        <w:t>vt 0.211600 0.220300</w:t>
        <w:br/>
        <w:t>vt 0.211420 0.211780</w:t>
        <w:br/>
        <w:t>vt 0.258270 0.218700</w:t>
        <w:br/>
        <w:t>vt 0.258270 0.208460</w:t>
        <w:br/>
        <w:t>vt 0.258270 0.236420</w:t>
        <w:br/>
        <w:t>vt 0.258270 0.255720</w:t>
        <w:br/>
        <w:t>vt 0.213650 0.265430</w:t>
        <w:br/>
        <w:t>vt 0.204320 0.253100</w:t>
        <w:br/>
        <w:t>vt 0.200670 0.263420</w:t>
        <w:br/>
        <w:t>vt 0.196840 0.235200</w:t>
        <w:br/>
        <w:t>vt 0.191080 0.249760</w:t>
        <w:br/>
        <w:t>vt 0.185450 0.259060</w:t>
        <w:br/>
        <w:t>vt 0.200820 0.219900</w:t>
        <w:br/>
        <w:t>vt 0.200820 0.219900</w:t>
        <w:br/>
        <w:t>vt 0.199940 0.211220</w:t>
        <w:br/>
        <w:t>vt 0.189780 0.219340</w:t>
        <w:br/>
        <w:t>vt 0.188550 0.210930</w:t>
        <w:br/>
        <w:t>vt 0.189780 0.219340</w:t>
        <w:br/>
        <w:t>vt 0.185540 0.231940</w:t>
        <w:br/>
        <w:t>vt 0.178450 0.244800</w:t>
        <w:br/>
        <w:t>vt 0.171710 0.252620</w:t>
        <w:br/>
        <w:t>vt 0.181360 0.217910</w:t>
        <w:br/>
        <w:t>vt 0.176730 0.227630</w:t>
        <w:br/>
        <w:t>vt 0.180040 0.210690</w:t>
        <w:br/>
        <w:t>vt 0.181360 0.217910</w:t>
        <w:br/>
        <w:t>vt 0.167370 0.238250</w:t>
        <w:br/>
        <w:t>vt 0.159850 0.243850</w:t>
        <w:br/>
        <w:t>vt 0.160480 0.231230</w:t>
        <w:br/>
        <w:t>vt 0.152100 0.234830</w:t>
        <w:br/>
        <w:t>vt 0.175480 0.216340</w:t>
        <w:br/>
        <w:t>vt 0.175480 0.216340</w:t>
        <w:br/>
        <w:t>vt 0.170720 0.223420</w:t>
        <w:br/>
        <w:t>vt 0.166180 0.217870</w:t>
        <w:br/>
        <w:t>vt 0.154400 0.221770</w:t>
        <w:br/>
        <w:t>vt 0.145820 0.222910</w:t>
        <w:br/>
        <w:t>vt 0.169360 0.214480</w:t>
        <w:br/>
        <w:t>vt 0.173640 0.210320</w:t>
        <w:br/>
        <w:t>vt 0.169360 0.214480</w:t>
        <w:br/>
        <w:t>vt 0.163240 0.214300</w:t>
        <w:br/>
        <w:t>vt 0.167610 0.209770</w:t>
        <w:br/>
        <w:t>vt 0.163240 0.214300</w:t>
        <w:br/>
        <w:t>vt 0.160680 0.208460</w:t>
        <w:br/>
        <w:t>vt 0.151500 0.213460</w:t>
        <w:br/>
        <w:t>vt 0.143640 0.213140</w:t>
        <w:br/>
        <w:t>vt 0.151350 0.204780</w:t>
        <w:br/>
        <w:t>vt 0.151500 0.213460</w:t>
        <w:br/>
        <w:t>vt 0.244510 0.191660</w:t>
        <w:br/>
        <w:t>vt 0.241250 0.159180</w:t>
        <w:br/>
        <w:t>vt 0.227940 0.161570</w:t>
        <w:br/>
        <w:t>vt 0.232610 0.193350</w:t>
        <w:br/>
        <w:t>vt 0.174830 0.199490</w:t>
        <w:br/>
        <w:t>vt 0.168340 0.202290</w:t>
        <w:br/>
        <w:t>vt 0.173640 0.210320</w:t>
        <w:br/>
        <w:t>vt 0.180040 0.210690</w:t>
        <w:br/>
        <w:t>vt 0.196610 0.196640</w:t>
        <w:br/>
        <w:t>vt 0.184770 0.197570</w:t>
        <w:br/>
        <w:t>vt 0.188550 0.210930</w:t>
        <w:br/>
        <w:t>vt 0.199940 0.211220</w:t>
        <w:br/>
        <w:t>vt 0.211420 0.211780</w:t>
        <w:br/>
        <w:t>vt 0.209090 0.196080</w:t>
        <w:br/>
        <w:t>vt 0.220750 0.212170</w:t>
        <w:br/>
        <w:t>vt 0.219400 0.195380</w:t>
        <w:br/>
        <w:t>vt 0.232520 0.211960</w:t>
        <w:br/>
        <w:t>vt 0.243750 0.210840</w:t>
        <w:br/>
        <w:t>vt 0.258270 0.208460</w:t>
        <w:br/>
        <w:t>vt 0.258270 0.188240</w:t>
        <w:br/>
        <w:t>vt 0.164070 0.205460</w:t>
        <w:br/>
        <w:t>vt 0.150730 0.193400</w:t>
        <w:br/>
        <w:t>vt 0.151350 0.204780</w:t>
        <w:br/>
        <w:t>vt 0.160680 0.208460</w:t>
        <w:br/>
        <w:t>vt 0.155380 0.188400</w:t>
        <w:br/>
        <w:t>vt 0.213630 0.164320</w:t>
        <w:br/>
        <w:t>vt 0.201090 0.167360</w:t>
        <w:br/>
        <w:t>vt 0.187290 0.171150</w:t>
        <w:br/>
        <w:t>vt 0.167610 0.209770</w:t>
        <w:br/>
        <w:t>vt 0.258270 0.265320</w:t>
        <w:br/>
        <w:t>vt 0.143640 0.213140</w:t>
        <w:br/>
        <w:t>vt 0.144750 0.203730</w:t>
        <w:br/>
        <w:t>vt 0.258270 0.155470</w:t>
        <w:br/>
        <w:t>vt 0.175470 0.175490</w:t>
        <w:br/>
        <w:t>vt 0.163330 0.182060</w:t>
        <w:br/>
        <w:t>vt 0.144750 0.203730</w:t>
        <w:br/>
        <w:t>vt 0.206970 0.127700</w:t>
        <w:br/>
        <w:t>vt 0.215930 0.127870</w:t>
        <w:br/>
        <w:t>vt 0.215060 0.109680</w:t>
        <w:br/>
        <w:t>vt 0.206710 0.109610</w:t>
        <w:br/>
        <w:t>vt 0.195490 0.127650</w:t>
        <w:br/>
        <w:t>vt 0.195910 0.109130</w:t>
        <w:br/>
        <w:t>vt 0.185040 0.127590</w:t>
        <w:br/>
        <w:t>vt 0.185730 0.108190</w:t>
        <w:br/>
        <w:t>vt 0.215060 0.109680</w:t>
        <w:br/>
        <w:t>vt 0.219310 0.098930</w:t>
        <w:br/>
        <w:t>vt 0.210320 0.098170</w:t>
        <w:br/>
        <w:t>vt 0.206710 0.109610</w:t>
        <w:br/>
        <w:t>vt 0.199480 0.097340</w:t>
        <w:br/>
        <w:t>vt 0.195910 0.109130</w:t>
        <w:br/>
        <w:t>vt 0.223770 0.109190</w:t>
        <w:br/>
        <w:t>vt 0.226620 0.099380</w:t>
        <w:br/>
        <w:t>vt 0.224790 0.127760</w:t>
        <w:br/>
        <w:t>vt 0.223770 0.109190</w:t>
        <w:br/>
        <w:t>vt 0.232360 0.109030</w:t>
        <w:br/>
        <w:t>vt 0.234330 0.098910</w:t>
        <w:br/>
        <w:t>vt 0.232360 0.109030</w:t>
        <w:br/>
        <w:t>vt 0.233610 0.127720</w:t>
        <w:br/>
        <w:t>vt 0.245220 0.127310</w:t>
        <w:br/>
        <w:t>vt 0.244080 0.109030</w:t>
        <w:br/>
        <w:t>vt 0.273840 0.128650</w:t>
        <w:br/>
        <w:t>vt 0.272390 0.109220</w:t>
        <w:br/>
        <w:t>vt 0.244080 0.109030</w:t>
        <w:br/>
        <w:t>vt 0.245430 0.098350</w:t>
        <w:br/>
        <w:t>vt 0.272390 0.109220</w:t>
        <w:br/>
        <w:t>vt 0.268510 0.097660</w:t>
        <w:br/>
        <w:t>vt 0.227490 0.078530</w:t>
        <w:br/>
        <w:t>vt 0.226620 0.099380</w:t>
        <w:br/>
        <w:t>vt 0.234330 0.098910</w:t>
        <w:br/>
        <w:t>vt 0.234210 0.079000</w:t>
        <w:br/>
        <w:t>vt 0.245430 0.098350</w:t>
        <w:br/>
        <w:t>vt 0.244890 0.079140</w:t>
        <w:br/>
        <w:t>vt 0.221550 0.078210</w:t>
        <w:br/>
        <w:t>vt 0.219310 0.098930</w:t>
        <w:br/>
        <w:t>vt 0.268510 0.097660</w:t>
        <w:br/>
        <w:t>vt 0.268110 0.078420</w:t>
        <w:br/>
        <w:t>vt 0.213710 0.077880</w:t>
        <w:br/>
        <w:t>vt 0.210320 0.098170</w:t>
        <w:br/>
        <w:t>vt 0.202940 0.077870</w:t>
        <w:br/>
        <w:t>vt 0.199480 0.097340</w:t>
        <w:br/>
        <w:t>vt 0.190160 0.096180</w:t>
        <w:br/>
        <w:t>vt 0.185730 0.108190</w:t>
        <w:br/>
        <w:t>vt 0.193310 0.077720</w:t>
        <w:br/>
        <w:t>vt 0.190160 0.096180</w:t>
        <w:br/>
        <w:t>vt 0.189210 0.012210</w:t>
        <w:br/>
        <w:t>vt 0.197430 0.011570</w:t>
        <w:br/>
        <w:t>vt 0.196920 0.027330</w:t>
        <w:br/>
        <w:t>vt 0.189270 0.027940</w:t>
        <w:br/>
        <w:t>vt 0.180280 0.012640</w:t>
        <w:br/>
        <w:t>vt 0.180740 0.028410</w:t>
        <w:br/>
        <w:t>vt 0.207740 0.011580</w:t>
        <w:br/>
        <w:t>vt 0.206510 0.028120</w:t>
        <w:br/>
        <w:t>vt 0.168380 0.012640</w:t>
        <w:br/>
        <w:t>vt 0.169800 0.029170</w:t>
        <w:br/>
        <w:t>vt 0.219290 0.011570</w:t>
        <w:br/>
        <w:t>vt 0.218110 0.028330</w:t>
        <w:br/>
        <w:t>vt 0.157700 0.013010</w:t>
        <w:br/>
        <w:t>vt 0.159860 0.030340</w:t>
        <w:br/>
        <w:t>vt 0.246390 0.013590</w:t>
        <w:br/>
        <w:t>vt 0.245640 0.029750</w:t>
        <w:br/>
        <w:t>vt 0.206510 0.028120</w:t>
        <w:br/>
        <w:t>vt 0.208180 0.039840</w:t>
        <w:br/>
        <w:t>vt 0.201080 0.039150</w:t>
        <w:br/>
        <w:t>vt 0.196920 0.027330</w:t>
        <w:br/>
        <w:t>vt 0.218110 0.028330</w:t>
        <w:br/>
        <w:t>vt 0.219040 0.040420</w:t>
        <w:br/>
        <w:t>vt 0.245640 0.029750</w:t>
        <w:br/>
        <w:t>vt 0.242050 0.040800</w:t>
        <w:br/>
        <w:t>vt 0.180740 0.028410</w:t>
        <w:br/>
        <w:t>vt 0.184230 0.039540</w:t>
        <w:br/>
        <w:t>vt 0.173130 0.039980</w:t>
        <w:br/>
        <w:t>vt 0.169800 0.029170</w:t>
        <w:br/>
        <w:t>vt 0.189270 0.027940</w:t>
        <w:br/>
        <w:t>vt 0.193380 0.039290</w:t>
        <w:br/>
        <w:t>vt 0.200930 0.056880</w:t>
        <w:br/>
        <w:t>vt 0.201080 0.039150</w:t>
        <w:br/>
        <w:t>vt 0.208180 0.039840</w:t>
        <w:br/>
        <w:t>vt 0.207740 0.057130</w:t>
        <w:br/>
        <w:t>vt 0.219040 0.040420</w:t>
        <w:br/>
        <w:t>vt 0.218700 0.057050</w:t>
        <w:br/>
        <w:t>vt 0.193550 0.056370</w:t>
        <w:br/>
        <w:t>vt 0.193380 0.039290</w:t>
        <w:br/>
        <w:t>vt 0.242050 0.040800</w:t>
        <w:br/>
        <w:t>vt 0.240690 0.055970</w:t>
        <w:br/>
        <w:t>vt 0.185120 0.055800</w:t>
        <w:br/>
        <w:t>vt 0.184230 0.039540</w:t>
        <w:br/>
        <w:t>vt 0.174040 0.055250</w:t>
        <w:br/>
        <w:t>vt 0.173130 0.039980</w:t>
        <w:br/>
        <w:t>vt 0.163620 0.040720</w:t>
        <w:br/>
        <w:t>vt 0.159860 0.030340</w:t>
        <w:br/>
        <w:t>vt 0.164530 0.055220</w:t>
        <w:br/>
        <w:t>vt 0.163620 0.040720</w:t>
        <w:br/>
        <w:t>vt 0.220750 0.212170</w:t>
        <w:br/>
        <w:t>vt 0.232520 0.211960</w:t>
        <w:br/>
        <w:t>vt 0.231910 0.220090</w:t>
        <w:br/>
        <w:t>vt 0.220390 0.220330</w:t>
        <w:br/>
        <w:t>vt 0.243750 0.210840</w:t>
        <w:br/>
        <w:t>vt 0.242960 0.218760</w:t>
        <w:br/>
        <w:t>vt 0.242990 0.238300</w:t>
        <w:br/>
        <w:t>vt 0.231230 0.239260</w:t>
        <w:br/>
        <w:t>vt 0.231910 0.220090</w:t>
        <w:br/>
        <w:t>vt 0.243350 0.255970</w:t>
        <w:br/>
        <w:t>vt 0.230100 0.255930</w:t>
        <w:br/>
        <w:t>vt 0.215420 0.254990</w:t>
        <w:br/>
        <w:t>vt 0.218320 0.238660</w:t>
        <w:br/>
        <w:t>vt 0.220390 0.220330</w:t>
        <w:br/>
        <w:t>vt 0.211600 0.220300</w:t>
        <w:br/>
        <w:t>vt 0.208650 0.237270</w:t>
        <w:br/>
        <w:t>vt 0.211600 0.220300</w:t>
        <w:br/>
        <w:t>vt 0.211420 0.211780</w:t>
        <w:br/>
        <w:t>vt 0.258270 0.218700</w:t>
        <w:br/>
        <w:t>vt 0.258270 0.208460</w:t>
        <w:br/>
        <w:t>vt 0.258270 0.236420</w:t>
        <w:br/>
        <w:t>vt 0.258270 0.255720</w:t>
        <w:br/>
        <w:t>vt 0.204320 0.253100</w:t>
        <w:br/>
        <w:t>vt 0.191080 0.249760</w:t>
        <w:br/>
        <w:t>vt 0.196840 0.235200</w:t>
        <w:br/>
        <w:t>vt 0.200820 0.219900</w:t>
        <w:br/>
        <w:t>vt 0.200820 0.219900</w:t>
        <w:br/>
        <w:t>vt 0.199940 0.211220</w:t>
        <w:br/>
        <w:t>vt 0.189780 0.219340</w:t>
        <w:br/>
        <w:t>vt 0.188550 0.210930</w:t>
        <w:br/>
        <w:t>vt 0.185540 0.231940</w:t>
        <w:br/>
        <w:t>vt 0.189780 0.219340</w:t>
        <w:br/>
        <w:t>vt 0.178450 0.244800</w:t>
        <w:br/>
        <w:t>vt 0.176730 0.227630</w:t>
        <w:br/>
        <w:t>vt 0.181360 0.217910</w:t>
        <w:br/>
        <w:t>vt 0.181360 0.217910</w:t>
        <w:br/>
        <w:t>vt 0.180040 0.210690</w:t>
        <w:br/>
        <w:t>vt 0.167370 0.238250</w:t>
        <w:br/>
        <w:t>vt 0.160480 0.231230</w:t>
        <w:br/>
        <w:t>vt 0.175480 0.216340</w:t>
        <w:br/>
        <w:t>vt 0.175480 0.216340</w:t>
        <w:br/>
        <w:t>vt 0.170720 0.223420</w:t>
        <w:br/>
        <w:t>vt 0.154400 0.221770</w:t>
        <w:br/>
        <w:t>vt 0.166180 0.217870</w:t>
        <w:br/>
        <w:t>vt 0.169360 0.214480</w:t>
        <w:br/>
        <w:t>vt 0.169360 0.214480</w:t>
        <w:br/>
        <w:t>vt 0.173640 0.210320</w:t>
        <w:br/>
        <w:t>vt 0.163240 0.214300</w:t>
        <w:br/>
        <w:t>vt 0.167610 0.209770</w:t>
        <w:br/>
        <w:t>vt 0.163240 0.214300</w:t>
        <w:br/>
        <w:t>vt 0.160680 0.208460</w:t>
        <w:br/>
        <w:t>vt 0.151500 0.213460</w:t>
        <w:br/>
        <w:t>vt 0.151500 0.213460</w:t>
        <w:br/>
        <w:t>vt 0.151350 0.204780</w:t>
        <w:br/>
        <w:t>vt 0.244510 0.191660</w:t>
        <w:br/>
        <w:t>vt 0.232610 0.193350</w:t>
        <w:br/>
        <w:t>vt 0.174830 0.199490</w:t>
        <w:br/>
        <w:t>vt 0.180040 0.210690</w:t>
        <w:br/>
        <w:t>vt 0.173640 0.210320</w:t>
        <w:br/>
        <w:t>vt 0.168340 0.202290</w:t>
        <w:br/>
        <w:t>vt 0.196610 0.196640</w:t>
        <w:br/>
        <w:t>vt 0.199940 0.211220</w:t>
        <w:br/>
        <w:t>vt 0.188550 0.210930</w:t>
        <w:br/>
        <w:t>vt 0.184770 0.197570</w:t>
        <w:br/>
        <w:t>vt 0.209090 0.196080</w:t>
        <w:br/>
        <w:t>vt 0.211420 0.211780</w:t>
        <w:br/>
        <w:t>vt 0.219400 0.195380</w:t>
        <w:br/>
        <w:t>vt 0.220750 0.212170</w:t>
        <w:br/>
        <w:t>vt 0.232520 0.211960</w:t>
        <w:br/>
        <w:t>vt 0.243750 0.210840</w:t>
        <w:br/>
        <w:t>vt 0.258270 0.208460</w:t>
        <w:br/>
        <w:t>vt 0.258270 0.188240</w:t>
        <w:br/>
        <w:t>vt 0.164070 0.205460</w:t>
        <w:br/>
        <w:t>vt 0.160680 0.208460</w:t>
        <w:br/>
        <w:t>vt 0.151350 0.204780</w:t>
        <w:br/>
        <w:t>vt 0.167610 0.209770</w:t>
        <w:br/>
        <w:t>vt 0.206980 0.127670</w:t>
        <w:br/>
        <w:t>vt 0.206710 0.109620</w:t>
        <w:br/>
        <w:t>vt 0.215050 0.109690</w:t>
        <w:br/>
        <w:t>vt 0.215940 0.127780</w:t>
        <w:br/>
        <w:t>vt 0.195500 0.127620</w:t>
        <w:br/>
        <w:t>vt 0.195900 0.109140</w:t>
        <w:br/>
        <w:t>vt 0.185090 0.127570</w:t>
        <w:br/>
        <w:t>vt 0.185740 0.108190</w:t>
        <w:br/>
        <w:t>vt 0.215050 0.109690</w:t>
        <w:br/>
        <w:t>vt 0.206710 0.109620</w:t>
        <w:br/>
        <w:t>vt 0.210310 0.098170</w:t>
        <w:br/>
        <w:t>vt 0.219310 0.098930</w:t>
        <w:br/>
        <w:t>vt 0.195900 0.109140</w:t>
        <w:br/>
        <w:t>vt 0.199470 0.097330</w:t>
        <w:br/>
        <w:t>vt 0.223770 0.109190</w:t>
        <w:br/>
        <w:t>vt 0.226610 0.099380</w:t>
        <w:br/>
        <w:t>vt 0.223770 0.109190</w:t>
        <w:br/>
        <w:t>vt 0.224780 0.127770</w:t>
        <w:br/>
        <w:t>vt 0.232440 0.109020</w:t>
        <w:br/>
        <w:t>vt 0.234320 0.098910</w:t>
        <w:br/>
        <w:t>vt 0.232440 0.109020</w:t>
        <w:br/>
        <w:t>vt 0.233610 0.127820</w:t>
        <w:br/>
        <w:t>vt 0.244120 0.109060</w:t>
        <w:br/>
        <w:t>vt 0.245140 0.127520</w:t>
        <w:br/>
        <w:t>vt 0.272370 0.109210</w:t>
        <w:br/>
        <w:t>vt 0.273820 0.128560</w:t>
        <w:br/>
        <w:t>vt 0.245430 0.098350</w:t>
        <w:br/>
        <w:t>vt 0.244120 0.109060</w:t>
        <w:br/>
        <w:t>vt 0.272370 0.109210</w:t>
        <w:br/>
        <w:t>vt 0.268510 0.097670</w:t>
        <w:br/>
        <w:t>vt 0.227420 0.078490</w:t>
        <w:br/>
        <w:t>vt 0.234260 0.078950</w:t>
        <w:br/>
        <w:t>vt 0.234320 0.098910</w:t>
        <w:br/>
        <w:t>vt 0.226610 0.099380</w:t>
        <w:br/>
        <w:t>vt 0.245430 0.098350</w:t>
        <w:br/>
        <w:t>vt 0.245040 0.079260</w:t>
        <w:br/>
        <w:t>vt 0.219310 0.098930</w:t>
        <w:br/>
        <w:t>vt 0.221530 0.078040</w:t>
        <w:br/>
        <w:t>vt 0.268510 0.097670</w:t>
        <w:br/>
        <w:t>vt 0.268100 0.078500</w:t>
        <w:br/>
        <w:t>vt 0.210310 0.098170</w:t>
        <w:br/>
        <w:t>vt 0.213530 0.077730</w:t>
        <w:br/>
        <w:t>vt 0.199470 0.097330</w:t>
        <w:br/>
        <w:t>vt 0.202910 0.077870</w:t>
        <w:br/>
        <w:t>vt 0.185740 0.108190</w:t>
        <w:br/>
        <w:t>vt 0.190180 0.096180</w:t>
        <w:br/>
        <w:t>vt 0.190180 0.096180</w:t>
        <w:br/>
        <w:t>vt 0.193070 0.077680</w:t>
        <w:br/>
        <w:t>vt 0.120000 0.728450</w:t>
        <w:br/>
        <w:t>vt 0.166680 0.777070</w:t>
        <w:br/>
        <w:t>vt 0.119810 0.809100</w:t>
        <w:br/>
        <w:t>vt 0.074540 0.747670</w:t>
        <w:br/>
        <w:t>vt 0.182320 0.853830</w:t>
        <w:br/>
        <w:t>vt 0.231280 0.815700</w:t>
        <w:br/>
        <w:t>vt 0.286990 0.899750</w:t>
        <w:br/>
        <w:t>vt 0.233670 0.880720</w:t>
        <w:br/>
        <w:t>vt 0.270960 0.835610</w:t>
        <w:br/>
        <w:t>vt 0.316410 0.849720</w:t>
        <w:br/>
        <w:t>vt 0.423850 0.861680</w:t>
        <w:br/>
        <w:t>vt 0.463820 0.865990</w:t>
        <w:br/>
        <w:t>vt 0.453780 0.925630</w:t>
        <w:br/>
        <w:t>vt 0.403960 0.921020</w:t>
        <w:br/>
        <w:t>vt 0.371650 0.856430</w:t>
        <w:br/>
        <w:t>vt 0.345080 0.914140</w:t>
        <w:br/>
        <w:t>vt 0.843870 0.914330</w:t>
        <w:br/>
        <w:t>vt 0.833720 0.911840</w:t>
        <w:br/>
        <w:t>vt 0.844220 0.896850</w:t>
        <w:br/>
        <w:t>vt 0.305650 0.622990</w:t>
        <w:br/>
        <w:t>vt 0.284280 0.609880</w:t>
        <w:br/>
        <w:t>vt 0.302440 0.599080</w:t>
        <w:br/>
        <w:t>vt 0.314390 0.609070</w:t>
        <w:br/>
        <w:t>vt 0.313450 0.590030</w:t>
        <w:br/>
        <w:t>vt 0.325040 0.596850</w:t>
        <w:br/>
        <w:t>vt 0.289600 0.550560</w:t>
        <w:br/>
        <w:t>vt 0.298240 0.553840</w:t>
        <w:br/>
        <w:t>vt 0.293870 0.567060</w:t>
        <w:br/>
        <w:t>vt 0.285410 0.568740</w:t>
        <w:br/>
        <w:t>vt 0.312340 0.524060</w:t>
        <w:br/>
        <w:t>vt 0.304020 0.538820</w:t>
        <w:br/>
        <w:t>vt 0.294580 0.533760</w:t>
        <w:br/>
        <w:t>vt 0.308970 0.512820</w:t>
        <w:br/>
        <w:t>vt 0.167790 0.707450</w:t>
        <w:br/>
        <w:t>vt 0.139320 0.658940</w:t>
        <w:br/>
        <w:t>vt 0.181680 0.648550</w:t>
        <w:br/>
        <w:t>vt 0.209020 0.688240</w:t>
        <w:br/>
        <w:t>vt 0.401560 0.648150</w:t>
        <w:br/>
        <w:t>vt 0.379730 0.649570</w:t>
        <w:br/>
        <w:t>vt 0.379370 0.631670</w:t>
        <w:br/>
        <w:t>vt 0.399680 0.629130</w:t>
        <w:br/>
        <w:t>vt 0.330890 0.728470</w:t>
        <w:br/>
        <w:t>vt 0.361290 0.734730</w:t>
        <w:br/>
        <w:t>vt 0.351830 0.764420</w:t>
        <w:br/>
        <w:t>vt 0.316910 0.756160</w:t>
        <w:br/>
        <w:t>vt 0.409560 0.810640</w:t>
        <w:br/>
        <w:t>vt 0.437740 0.808870</w:t>
        <w:br/>
        <w:t>vt 0.425890 0.645920</w:t>
        <w:br/>
        <w:t>vt 0.450470 0.644720</w:t>
        <w:br/>
        <w:t>vt 0.450880 0.674640</w:t>
        <w:br/>
        <w:t>vt 0.424480 0.675500</w:t>
        <w:br/>
        <w:t>vt 0.467360 0.809450</w:t>
        <w:br/>
        <w:t>vt 0.473960 0.704860</w:t>
        <w:br/>
        <w:t>vt 0.449690 0.705000</w:t>
        <w:br/>
        <w:t>vt 0.474190 0.675080</w:t>
        <w:br/>
        <w:t>vt 0.420150 0.615750</w:t>
        <w:br/>
        <w:t>vt 0.413890 0.601700</w:t>
        <w:br/>
        <w:t>vt 0.429210 0.586210</w:t>
        <w:br/>
        <w:t>vt 0.439570 0.595330</w:t>
        <w:br/>
        <w:t>vt 0.451140 0.623690</w:t>
        <w:br/>
        <w:t>vt 0.461270 0.603680</w:t>
        <w:br/>
        <w:t>vt 0.487050 0.593380</w:t>
        <w:br/>
        <w:t>vt 0.485070 0.610860</w:t>
        <w:br/>
        <w:t>vt 0.467830 0.585080</w:t>
        <w:br/>
        <w:t>vt 0.460620 0.543710</w:t>
        <w:br/>
        <w:t>vt 0.447520 0.535890</w:t>
        <w:br/>
        <w:t>vt 0.451750 0.528580</w:t>
        <w:br/>
        <w:t>vt 0.464820 0.535580</w:t>
        <w:br/>
        <w:t>vt 0.412170 0.519190</w:t>
        <w:br/>
        <w:t>vt 0.394710 0.512530</w:t>
        <w:br/>
        <w:t>vt 0.402500 0.506160</w:t>
        <w:br/>
        <w:t>vt 0.419870 0.513800</w:t>
        <w:br/>
        <w:t>vt 0.430360 0.526730</w:t>
        <w:br/>
        <w:t>vt 0.435870 0.520850</w:t>
        <w:br/>
        <w:t>vt 0.386000 0.498090</w:t>
        <w:br/>
        <w:t>vt 0.376870 0.506450</w:t>
        <w:br/>
        <w:t>vt 0.359110 0.502070</w:t>
        <w:br/>
        <w:t>vt 0.356690 0.511870</w:t>
        <w:br/>
        <w:t>vt 0.341550 0.508910</w:t>
        <w:br/>
        <w:t>vt 0.342040 0.498110</w:t>
        <w:br/>
        <w:t>vt 0.448570 0.498780</w:t>
        <w:br/>
        <w:t>vt 0.459640 0.505300</w:t>
        <w:br/>
        <w:t>vt 0.456950 0.516230</w:t>
        <w:br/>
        <w:t>vt 0.444050 0.508430</w:t>
        <w:br/>
        <w:t>vt 0.453470 0.484910</w:t>
        <w:br/>
        <w:t>vt 0.460030 0.470710</w:t>
        <w:br/>
        <w:t>vt 0.466760 0.476100</w:t>
        <w:br/>
        <w:t>vt 0.462420 0.491520</w:t>
        <w:br/>
        <w:t>vt 0.489780 0.453630</w:t>
        <w:br/>
        <w:t>vt 0.499630 0.452490</w:t>
        <w:br/>
        <w:t>vt 0.499610 0.459100</w:t>
        <w:br/>
        <w:t>vt 0.490600 0.460130</w:t>
        <w:br/>
        <w:t>vt 0.474800 0.482050</w:t>
        <w:br/>
        <w:t>vt 0.470490 0.498170</w:t>
        <w:br/>
        <w:t>vt 0.469330 0.513000</w:t>
        <w:br/>
        <w:t>vt 0.468140 0.522660</w:t>
        <w:br/>
        <w:t>vt 0.479080 0.528260</w:t>
        <w:br/>
        <w:t>vt 0.479160 0.518580</w:t>
        <w:br/>
        <w:t>vt 0.490790 0.523760</w:t>
        <w:br/>
        <w:t>vt 0.490490 0.533010</w:t>
        <w:br/>
        <w:t>vt 0.489420 0.558110</w:t>
        <w:br/>
        <w:t>vt 0.488980 0.569870</w:t>
        <w:br/>
        <w:t>vt 0.471940 0.560660</w:t>
        <w:br/>
        <w:t>vt 0.475110 0.551470</w:t>
        <w:br/>
        <w:t>vt 0.499140 0.583530</w:t>
        <w:br/>
        <w:t>vt 0.499200 0.594750</w:t>
        <w:br/>
        <w:t>vt 0.488170 0.581700</w:t>
        <w:br/>
        <w:t>vt 0.499550 0.467080</w:t>
        <w:br/>
        <w:t>vt 0.492660 0.468290</w:t>
        <w:br/>
        <w:t>vt 0.271860 0.590550</w:t>
        <w:br/>
        <w:t>vt 0.269400 0.565560</w:t>
        <w:br/>
        <w:t>vt 0.292940 0.585990</w:t>
        <w:br/>
        <w:t>vt 0.214640 0.491910</w:t>
        <w:br/>
        <w:t>vt 0.179520 0.476450</w:t>
        <w:br/>
        <w:t>vt 0.197760 0.446520</w:t>
        <w:br/>
        <w:t>vt 0.231210 0.463580</w:t>
        <w:br/>
        <w:t>vt 0.381130 0.457410</w:t>
        <w:br/>
        <w:t>vt 0.399240 0.465130</w:t>
        <w:br/>
        <w:t>vt 0.384660 0.478800</w:t>
        <w:br/>
        <w:t>vt 0.366830 0.472120</w:t>
        <w:br/>
        <w:t>vt 0.353210 0.485110</w:t>
        <w:br/>
        <w:t>vt 0.370320 0.491650</w:t>
        <w:br/>
        <w:t>vt 0.413170 0.472070</w:t>
        <w:br/>
        <w:t>vt 0.425130 0.480550</w:t>
        <w:br/>
        <w:t>vt 0.414720 0.493670</w:t>
        <w:br/>
        <w:t>vt 0.399940 0.485390</w:t>
        <w:br/>
        <w:t>vt 0.433300 0.447300</w:t>
        <w:br/>
        <w:t>vt 0.442990 0.456190</w:t>
        <w:br/>
        <w:t>vt 0.432180 0.469530</w:t>
        <w:br/>
        <w:t>vt 0.420100 0.462580</w:t>
        <w:br/>
        <w:t>vt 0.420980 0.438600</w:t>
        <w:br/>
        <w:t>vt 0.435560 0.428290</w:t>
        <w:br/>
        <w:t>vt 0.443070 0.437520</w:t>
        <w:br/>
        <w:t>vt 0.430690 0.502050</w:t>
        <w:br/>
        <w:t>vt 0.438380 0.490320</w:t>
        <w:br/>
        <w:t>vt 0.444350 0.478270</w:t>
        <w:br/>
        <w:t>vt 0.452720 0.464540</w:t>
        <w:br/>
        <w:t>vt 0.481060 0.372940</w:t>
        <w:br/>
        <w:t>vt 0.490900 0.371600</w:t>
        <w:br/>
        <w:t>vt 0.492500 0.384070</w:t>
        <w:br/>
        <w:t>vt 0.483110 0.384990</w:t>
        <w:br/>
        <w:t>vt 0.456030 0.383260</w:t>
        <w:br/>
        <w:t>vt 0.463730 0.391180</w:t>
        <w:br/>
        <w:t>vt 0.452220 0.395870</w:t>
        <w:br/>
        <w:t>vt 0.439580 0.390650</w:t>
        <w:br/>
        <w:t>vt 0.479160 0.359840</w:t>
        <w:br/>
        <w:t>vt 0.464390 0.364280</w:t>
        <w:br/>
        <w:t>vt 0.459480 0.354230</w:t>
        <w:br/>
        <w:t>vt 0.478610 0.348020</w:t>
        <w:br/>
        <w:t>vt 0.426150 0.386240</w:t>
        <w:br/>
        <w:t>vt 0.412410 0.378860</w:t>
        <w:br/>
        <w:t>vt 0.436980 0.362230</w:t>
        <w:br/>
        <w:t>vt 0.447120 0.372770</w:t>
        <w:br/>
        <w:t>vt 0.454730 0.343120</w:t>
        <w:br/>
        <w:t>vt 0.448980 0.331370</w:t>
        <w:br/>
        <w:t>vt 0.474060 0.327250</w:t>
        <w:br/>
        <w:t>vt 0.477140 0.337840</w:t>
        <w:br/>
        <w:t>vt 0.467020 0.306910</w:t>
        <w:br/>
        <w:t>vt 0.464400 0.294100</w:t>
        <w:br/>
        <w:t>vt 0.478210 0.293930</w:t>
        <w:br/>
        <w:t>vt 0.482300 0.307160</w:t>
        <w:br/>
        <w:t>vt 0.376350 0.271260</w:t>
        <w:br/>
        <w:t>vt 0.397530 0.295660</w:t>
        <w:br/>
        <w:t>vt 0.365580 0.302470</w:t>
        <w:br/>
        <w:t>vt 0.412880 0.397040</w:t>
        <w:br/>
        <w:t>vt 0.396210 0.391170</w:t>
        <w:br/>
        <w:t>vt 0.434550 0.410340</w:t>
        <w:br/>
        <w:t>vt 0.419520 0.408790</w:t>
        <w:br/>
        <w:t>vt 0.427330 0.399980</w:t>
        <w:br/>
        <w:t>vt 0.441530 0.403220</w:t>
        <w:br/>
        <w:t>vt 0.391120 0.422430</w:t>
        <w:br/>
        <w:t>vt 0.374720 0.413070</w:t>
        <w:br/>
        <w:t>vt 0.384580 0.402590</w:t>
        <w:br/>
        <w:t>vt 0.400270 0.407750</w:t>
        <w:br/>
        <w:t>vt 0.384310 0.381180</w:t>
        <w:br/>
        <w:t>vt 0.373040 0.367460</w:t>
        <w:br/>
        <w:t>vt 0.393530 0.353870</w:t>
        <w:br/>
        <w:t>vt 0.402500 0.367080</w:t>
        <w:br/>
        <w:t>vt 0.371080 0.393070</w:t>
        <w:br/>
        <w:t>vt 0.358040 0.379020</w:t>
        <w:br/>
        <w:t>vt 0.336980 0.313680</w:t>
        <w:br/>
        <w:t>vt 0.323770 0.288370</w:t>
        <w:br/>
        <w:t>vt 0.216090 0.301180</w:t>
        <w:br/>
        <w:t>vt 0.294420 0.266640</w:t>
        <w:br/>
        <w:t>vt 0.279900 0.308470</w:t>
        <w:br/>
        <w:t>vt 0.236490 0.331820</w:t>
        <w:br/>
        <w:t>vt 0.200060 0.359490</w:t>
        <w:br/>
        <w:t>vt 0.169340 0.389190</w:t>
        <w:br/>
        <w:t>vt 0.165320 0.375790</w:t>
        <w:br/>
        <w:t>vt 0.282770 0.745400</w:t>
        <w:br/>
        <w:t>vt 0.300160 0.719350</w:t>
        <w:br/>
        <w:t>vt 0.275210 0.545570</w:t>
        <w:br/>
        <w:t>vt 0.282460 0.527000</w:t>
        <w:br/>
        <w:t>vt 0.033740 0.423510</w:t>
        <w:br/>
        <w:t>vt 0.054260 0.452750</w:t>
        <w:br/>
        <w:t>vt 0.022740 0.440270</w:t>
        <w:br/>
        <w:t>vt 0.005620 0.455910</w:t>
        <w:br/>
        <w:t>vt 0.011100 0.435240</w:t>
        <w:br/>
        <w:t>vt 0.022740 0.440270</w:t>
        <w:br/>
        <w:t>vt 0.017620 0.457860</w:t>
        <w:br/>
        <w:t>vt 0.011380 0.477720</w:t>
        <w:br/>
        <w:t>vt 0.021270 0.475840</w:t>
        <w:br/>
        <w:t>vt 0.023370 0.492650</w:t>
        <w:br/>
        <w:t>vt 0.031400 0.488050</w:t>
        <w:br/>
        <w:t>vt 0.048370 0.495050</w:t>
        <w:br/>
        <w:t>vt 0.042080 0.506320</w:t>
        <w:br/>
        <w:t>vt 0.048370 0.495050</w:t>
        <w:br/>
        <w:t>vt 0.078830 0.480340</w:t>
        <w:br/>
        <w:t>vt 0.124010 0.454360</w:t>
        <w:br/>
        <w:t>vt 0.093960 0.469960</w:t>
        <w:br/>
        <w:t>vt 0.106980 0.480340</w:t>
        <w:br/>
        <w:t>vt 0.063240 0.498790</w:t>
        <w:br/>
        <w:t>vt 0.061480 0.504220</w:t>
        <w:br/>
        <w:t>vt 0.063240 0.498790</w:t>
        <w:br/>
        <w:t>vt 0.094990 0.501660</w:t>
        <w:br/>
        <w:t>vt 0.836090 0.955410</w:t>
        <w:br/>
        <w:t>vt 0.818790 0.947840</w:t>
        <w:br/>
        <w:t>vt 0.822760 0.927500</w:t>
        <w:br/>
        <w:t>vt 0.076690 0.426740</w:t>
        <w:br/>
        <w:t>vt 0.108660 0.405900</w:t>
        <w:br/>
        <w:t>vt 0.077070 0.394290</w:t>
        <w:br/>
        <w:t>vt 0.033740 0.423510</w:t>
        <w:br/>
        <w:t>vt 0.021780 0.416950</w:t>
        <w:br/>
        <w:t>vt 0.036410 0.399870</w:t>
        <w:br/>
        <w:t>vt 0.047550 0.411330</w:t>
        <w:br/>
        <w:t>vt 0.067950 0.383000</w:t>
        <w:br/>
        <w:t>vt 0.077070 0.394290</w:t>
        <w:br/>
        <w:t>vt 0.101280 0.370830</w:t>
        <w:br/>
        <w:t>vt 0.105470 0.385940</w:t>
        <w:br/>
        <w:t>vt 0.138040 0.367170</w:t>
        <w:br/>
        <w:t>vt 0.136240 0.381300</w:t>
        <w:br/>
        <w:t>vt 0.136240 0.381300</w:t>
        <w:br/>
        <w:t>vt 0.105470 0.385940</w:t>
        <w:br/>
        <w:t>vt 0.885590 0.949790</w:t>
        <w:br/>
        <w:t>vt 0.916450 0.897980</w:t>
        <w:br/>
        <w:t>vt 0.929720 0.935420</w:t>
        <w:br/>
        <w:t>vt 0.916670 0.953920</w:t>
        <w:br/>
        <w:t>vt 0.897190 0.967930</w:t>
        <w:br/>
        <w:t>vt 0.873100 0.975460</w:t>
        <w:br/>
        <w:t>vt 0.868640 0.955460</w:t>
        <w:br/>
        <w:t>vt 0.852680 0.973080</w:t>
        <w:br/>
        <w:t>vt 0.849970 0.956150</w:t>
        <w:br/>
        <w:t>vt 0.948350 0.879380</w:t>
        <w:br/>
        <w:t>vt 0.937700 0.913540</w:t>
        <w:br/>
        <w:t>vt 0.890880 0.873900</w:t>
        <w:br/>
        <w:t>vt 0.919680 0.832780</w:t>
        <w:br/>
        <w:t>vt 0.929360 0.858270</w:t>
        <w:br/>
        <w:t>vt 0.951850 0.786830</w:t>
        <w:br/>
        <w:t>vt 0.949980 0.824080</w:t>
        <w:br/>
        <w:t>vt 0.951850 0.786830</w:t>
        <w:br/>
        <w:t>vt 0.972040 0.780950</w:t>
        <w:br/>
        <w:t>vt 0.949980 0.824080</w:t>
        <w:br/>
        <w:t>vt 0.479470 0.504840</w:t>
        <w:br/>
        <w:t>vt 0.483770 0.490660</w:t>
        <w:br/>
        <w:t>vt 0.493600 0.498000</w:t>
        <w:br/>
        <w:t>vt 0.491740 0.511380</w:t>
        <w:br/>
        <w:t>vt 0.843870 0.914330</w:t>
        <w:br/>
        <w:t>vt 0.890880 0.873900</w:t>
        <w:br/>
        <w:t>vt 0.956670 0.845460</w:t>
        <w:br/>
        <w:t>vt 0.956670 0.845460</w:t>
        <w:br/>
        <w:t>vt 0.968280 0.809870</w:t>
        <w:br/>
        <w:t>vt 0.794560 0.919500</w:t>
        <w:br/>
        <w:t>vt 0.094990 0.501660</w:t>
        <w:br/>
        <w:t>vt 0.047550 0.411330</w:t>
        <w:br/>
        <w:t>vt 0.145570 0.424360</w:t>
        <w:br/>
        <w:t>vt 0.499500 0.646160</w:t>
        <w:br/>
        <w:t>vt 0.475860 0.645960</w:t>
        <w:br/>
        <w:t>vt 0.480070 0.628780</w:t>
        <w:br/>
        <w:t>vt 0.499420 0.629610</w:t>
        <w:br/>
        <w:t>vt 0.499670 0.704300</w:t>
        <w:br/>
        <w:t>vt 0.499600 0.675130</w:t>
        <w:br/>
        <w:t>vt 0.358300 0.647810</w:t>
        <w:br/>
        <w:t>vt 0.374290 0.677310</w:t>
        <w:br/>
        <w:t>vt 0.351080 0.674550</w:t>
        <w:br/>
        <w:t>vt 0.253270 0.592890</w:t>
        <w:br/>
        <w:t>vt 0.253520 0.564160</w:t>
        <w:br/>
        <w:t>vt 0.450990 0.575480</w:t>
        <w:br/>
        <w:t>vt 0.360770 0.629580</w:t>
        <w:br/>
        <w:t>vt 0.364070 0.610790</w:t>
        <w:br/>
        <w:t>vt 0.378670 0.611400</w:t>
        <w:br/>
        <w:t>vt 0.327130 0.509310</w:t>
        <w:br/>
        <w:t>vt 0.325030 0.497230</w:t>
        <w:br/>
        <w:t>vt 0.453900 0.560430</w:t>
        <w:br/>
        <w:t>vt 0.440160 0.564420</w:t>
        <w:br/>
        <w:t>vt 0.442250 0.554920</w:t>
        <w:br/>
        <w:t>vt 0.348310 0.607420</w:t>
        <w:br/>
        <w:t>vt 0.342960 0.623910</w:t>
        <w:br/>
        <w:t>vt 0.499310 0.612130</w:t>
        <w:br/>
        <w:t>vt 0.470190 0.571360</w:t>
        <w:br/>
        <w:t>vt 0.445070 0.542940</w:t>
        <w:br/>
        <w:t>vt 0.455370 0.551200</w:t>
        <w:br/>
        <w:t>vt 0.423180 0.531760</w:t>
        <w:br/>
        <w:t>vt 0.406320 0.524180</w:t>
        <w:br/>
        <w:t>vt 0.388630 0.519210</w:t>
        <w:br/>
        <w:t>vt 0.336740 0.602880</w:t>
        <w:br/>
        <w:t>vt 0.328080 0.617020</w:t>
        <w:br/>
        <w:t>vt 0.477920 0.541860</w:t>
        <w:br/>
        <w:t>vt 0.499410 0.498620</w:t>
        <w:br/>
        <w:t>vt 0.496590 0.489520</w:t>
        <w:br/>
        <w:t>vt 0.499460 0.491420</w:t>
        <w:br/>
        <w:t>vt 0.301390 0.579230</w:t>
        <w:br/>
        <w:t>vt 0.210500 0.743470</w:t>
        <w:br/>
        <w:t>vt 0.263820 0.777180</w:t>
        <w:br/>
        <w:t>vt 0.095690 0.674190</w:t>
        <w:br/>
        <w:t>vt 0.050990 0.683720</w:t>
        <w:br/>
        <w:t>vt 0.244210 0.719460</w:t>
        <w:br/>
        <w:t>vt 0.267400 0.699420</w:t>
        <w:br/>
        <w:t>vt 0.163820 0.544300</w:t>
        <w:br/>
        <w:t>vt 0.169230 0.602800</w:t>
        <w:br/>
        <w:t>vt 0.122390 0.606140</w:t>
        <w:br/>
        <w:t>vt 0.117590 0.552500</w:t>
        <w:br/>
        <w:t>vt 0.308200 0.354930</w:t>
        <w:br/>
        <w:t>vt 0.288840 0.333610</w:t>
        <w:br/>
        <w:t>vt 0.311140 0.322730</w:t>
        <w:br/>
        <w:t>vt 0.326680 0.345780</w:t>
        <w:br/>
        <w:t>vt 0.373800 0.324040</w:t>
        <w:br/>
        <w:t>vt 0.384190 0.339350</w:t>
        <w:br/>
        <w:t>vt 0.360450 0.351840</w:t>
        <w:br/>
        <w:t>vt 0.348860 0.334950</w:t>
        <w:br/>
        <w:t>vt 0.285940 0.644240</w:t>
        <w:br/>
        <w:t>vt 0.264650 0.622460</w:t>
        <w:br/>
        <w:t>vt 0.283930 0.371130</w:t>
        <w:br/>
        <w:t>vt 0.255040 0.350580</w:t>
        <w:br/>
        <w:t>vt 0.202980 0.522870</w:t>
        <w:br/>
        <w:t>vt 0.167470 0.509340</w:t>
        <w:br/>
        <w:t>vt 0.368150 0.246890</w:t>
        <w:br/>
        <w:t>vt 0.499820 0.246070</w:t>
        <w:br/>
        <w:t>vt 0.499770 0.272260</w:t>
        <w:br/>
        <w:t>vt 0.462800 0.267850</w:t>
        <w:br/>
        <w:t>vt 0.435410 0.235910</w:t>
        <w:br/>
        <w:t>vt 0.074890 0.560620</w:t>
        <w:br/>
        <w:t>vt 0.080530 0.609240</w:t>
        <w:br/>
        <w:t>vt 0.040940 0.619040</w:t>
        <w:br/>
        <w:t>vt 0.041630 0.558210</w:t>
        <w:br/>
        <w:t>vt 0.069260 0.506200</w:t>
        <w:br/>
        <w:t>vt 0.043140 0.509580</w:t>
        <w:br/>
        <w:t>vt 0.373300 0.515320</w:t>
        <w:br/>
        <w:t>vt 0.432460 0.417600</w:t>
        <w:br/>
        <w:t>vt 0.420760 0.426910</w:t>
        <w:br/>
        <w:t>vt 0.407670 0.310810</w:t>
        <w:br/>
        <w:t>vt 0.416640 0.326230</w:t>
        <w:br/>
        <w:t>vt 0.443420 0.321760</w:t>
        <w:br/>
        <w:t>vt 0.437420 0.308510</w:t>
        <w:br/>
        <w:t>vt 0.471220 0.319390</w:t>
        <w:br/>
        <w:t>vt 0.182400 0.326670</w:t>
        <w:br/>
        <w:t>vt 0.476140 0.426230</w:t>
        <w:br/>
        <w:t>vt 0.476770 0.420140</w:t>
        <w:br/>
        <w:t>vt 0.484000 0.421940</w:t>
        <w:br/>
        <w:t>vt 0.483940 0.428400</w:t>
        <w:br/>
        <w:t>vt 0.499750 0.383940</w:t>
        <w:br/>
        <w:t>vt 0.499760 0.370740</w:t>
        <w:br/>
        <w:t>vt 0.468990 0.375780</w:t>
        <w:br/>
        <w:t>vt 0.473420 0.386740</w:t>
        <w:br/>
        <w:t>vt 0.430090 0.350090</w:t>
        <w:br/>
        <w:t>vt 0.423570 0.337870</w:t>
        <w:br/>
        <w:t>vt 0.485260 0.320410</w:t>
        <w:br/>
        <w:t>vt 0.488980 0.345380</w:t>
        <w:br/>
        <w:t>vt 0.488270 0.336800</w:t>
        <w:br/>
        <w:t>vt 0.489200 0.357950</w:t>
        <w:br/>
        <w:t>vt 0.408760 0.453560</w:t>
        <w:br/>
        <w:t>vt 0.452350 0.445320</w:t>
        <w:br/>
        <w:t>vt 0.464120 0.450890</w:t>
        <w:br/>
        <w:t>vt 0.197890 0.556250</w:t>
        <w:br/>
        <w:t>vt 0.126010 0.519150</w:t>
        <w:br/>
        <w:t>vt 0.135020 0.494100</w:t>
        <w:br/>
        <w:t>vt 0.338840 0.479680</w:t>
        <w:br/>
        <w:t>vt 0.352770 0.465480</w:t>
        <w:br/>
        <w:t>vt 0.499120 0.549530</w:t>
        <w:br/>
        <w:t>vt 0.499090 0.560570</w:t>
        <w:br/>
        <w:t>vt 0.489790 0.547050</w:t>
        <w:br/>
        <w:t>vt 0.169340 0.389190</w:t>
        <w:br/>
        <w:t>vt 0.321210 0.632510</w:t>
        <w:br/>
        <w:t>vt 0.339570 0.641310</w:t>
        <w:br/>
        <w:t>vt 0.311590 0.657600</w:t>
        <w:br/>
        <w:t>vt 0.329910 0.667740</w:t>
        <w:br/>
        <w:t>vt 0.213200 0.641570</w:t>
        <w:br/>
        <w:t>vt 0.235940 0.673860</w:t>
        <w:br/>
        <w:t>vt 0.201440 0.597500</w:t>
        <w:br/>
        <w:t>vt 0.499790 0.807680</w:t>
        <w:br/>
        <w:t>vt 0.469920 0.767880</w:t>
        <w:br/>
        <w:t>vt 0.499750 0.766790</w:t>
        <w:br/>
        <w:t>vt 0.443640 0.768080</w:t>
        <w:br/>
        <w:t>vt 0.415380 0.767730</w:t>
        <w:br/>
        <w:t>vt 0.338530 0.801870</w:t>
        <w:br/>
        <w:t>vt 0.299790 0.790490</w:t>
        <w:br/>
        <w:t>vt 0.378780 0.807550</w:t>
        <w:br/>
        <w:t>vt 0.386330 0.768110</w:t>
        <w:br/>
        <w:t>vt 0.432150 0.292330</w:t>
        <w:br/>
        <w:t>vt 0.424760 0.267450</w:t>
        <w:br/>
        <w:t>vt 0.490120 0.447670</w:t>
        <w:br/>
        <w:t>vt 0.499640 0.447430</w:t>
        <w:br/>
        <w:t>vt 0.822760 0.927500</w:t>
        <w:br/>
        <w:t>vt 0.407520 0.430580</w:t>
        <w:br/>
        <w:t>vt 0.393850 0.443820</w:t>
        <w:br/>
        <w:t>vt 0.379510 0.436580</w:t>
        <w:br/>
        <w:t>vt 0.327100 0.373740</w:t>
        <w:br/>
        <w:t>vt 0.308000 0.388730</w:t>
        <w:br/>
        <w:t>vt 0.349730 0.417270</w:t>
        <w:br/>
        <w:t>vt 0.332010 0.405290</w:t>
        <w:br/>
        <w:t>vt 0.345370 0.390100</w:t>
        <w:br/>
        <w:t>vt 0.360820 0.403610</w:t>
        <w:br/>
        <w:t>vt 0.413500 0.420930</w:t>
        <w:br/>
        <w:t>vt 0.342340 0.363090</w:t>
        <w:br/>
        <w:t>vt 0.499340 0.512360</w:t>
        <w:br/>
        <w:t>vt 0.499250 0.525390</w:t>
        <w:br/>
        <w:t>vt 0.860480 0.873620</w:t>
        <w:br/>
        <w:t>vt 0.208640 0.381960</w:t>
        <w:br/>
        <w:t>vt 0.232620 0.364520</w:t>
        <w:br/>
        <w:t>vt 0.419890 0.736060</w:t>
        <w:br/>
        <w:t>vt 0.447070 0.736620</w:t>
        <w:br/>
        <w:t>vt 0.472030 0.736340</w:t>
        <w:br/>
        <w:t>vt 0.397900 0.677060</w:t>
        <w:br/>
        <w:t>vt 0.391690 0.736610</w:t>
        <w:br/>
        <w:t>vt 0.156580 0.358470</w:t>
        <w:br/>
        <w:t>vt 0.190120 0.401330</w:t>
        <w:br/>
        <w:t>vt 0.222630 0.417870</w:t>
        <w:br/>
        <w:t>vt 0.167470 0.432630</w:t>
        <w:br/>
        <w:t>vt 0.150020 0.462750</w:t>
        <w:br/>
        <w:t>vt 0.462220 0.407950</w:t>
        <w:br/>
        <w:t>vt 0.462920 0.408860</w:t>
        <w:br/>
        <w:t>vt 0.460450 0.408670</w:t>
        <w:br/>
        <w:t>vt 0.476660 0.414800</w:t>
        <w:br/>
        <w:t>vt 0.476220 0.410450</w:t>
        <w:br/>
        <w:t>vt 0.482720 0.410450</w:t>
        <w:br/>
        <w:t>vt 0.483720 0.415870</w:t>
        <w:br/>
        <w:t>vt 0.484380 0.398350</w:t>
        <w:br/>
        <w:t>vt 0.492610 0.398070</w:t>
        <w:br/>
        <w:t>vt 0.492480 0.403000</w:t>
        <w:br/>
        <w:t>vt 0.484460 0.403070</w:t>
        <w:br/>
        <w:t>vt 0.477490 0.406530</w:t>
        <w:br/>
        <w:t>vt 0.483810 0.406450</w:t>
        <w:br/>
        <w:t>vt 0.483030 0.408860</w:t>
        <w:br/>
        <w:t>vt 0.477000 0.408860</w:t>
        <w:br/>
        <w:t>vt 0.469540 0.417660</w:t>
        <w:br/>
        <w:t>vt 0.470050 0.413780</w:t>
        <w:br/>
        <w:t>vt 0.465860 0.407280</w:t>
        <w:br/>
        <w:t>vt 0.466240 0.408860</w:t>
        <w:br/>
        <w:t>vt 0.019720 0.734160</w:t>
        <w:br/>
        <w:t>vt 0.024510 0.734350</w:t>
        <w:br/>
        <w:t>vt 0.024510 0.676950</w:t>
        <w:br/>
        <w:t>vt 0.019720 0.675320</w:t>
        <w:br/>
        <w:t>vt 0.019720 0.630580</w:t>
        <w:br/>
        <w:t>vt 0.019720 0.586370</w:t>
        <w:br/>
        <w:t>vt 0.015410 0.586000</w:t>
        <w:br/>
        <w:t>vt 0.015410 0.632350</w:t>
        <w:br/>
        <w:t>vt 0.470840 0.406730</w:t>
        <w:br/>
        <w:t>vt 0.470920 0.408860</w:t>
        <w:br/>
        <w:t>vt 0.461910 0.412800</w:t>
        <w:br/>
        <w:t>vt 0.462390 0.411490</w:t>
        <w:br/>
        <w:t>vt 0.465590 0.412560</w:t>
        <w:br/>
        <w:t>vt 0.465170 0.415350</w:t>
        <w:br/>
        <w:t>vt 0.456360 0.408490</w:t>
        <w:br/>
        <w:t>vt 0.458480 0.405980</w:t>
        <w:br/>
        <w:t>vt 0.461430 0.406990</w:t>
        <w:br/>
        <w:t>vt 0.464110 0.403420</w:t>
        <w:br/>
        <w:t>vt 0.465080 0.405420</w:t>
        <w:br/>
        <w:t>vt 0.469810 0.401050</w:t>
        <w:br/>
        <w:t>vt 0.470650 0.404130</w:t>
        <w:br/>
        <w:t>vt 0.024510 0.551030</w:t>
        <w:br/>
        <w:t>vt 0.019720 0.550500</w:t>
        <w:br/>
        <w:t>vt 0.019720 0.586370</w:t>
        <w:br/>
        <w:t>vt 0.024510 0.587090</w:t>
        <w:br/>
        <w:t>vt 0.461230 0.409710</w:t>
        <w:br/>
        <w:t>vt 0.462770 0.410450</w:t>
        <w:br/>
        <w:t>vt 0.460670 0.409950</w:t>
        <w:br/>
        <w:t>vt 0.460500 0.409300</w:t>
        <w:br/>
        <w:t>vt 0.456530 0.409740</w:t>
        <w:br/>
        <w:t>vt 0.111030 0.351520</w:t>
        <w:br/>
        <w:t>vt 0.100870 0.351090</w:t>
        <w:br/>
        <w:t>vt 0.114340 0.347520</w:t>
        <w:br/>
        <w:t>vt 0.104650 0.353950</w:t>
        <w:br/>
        <w:t>vt 0.098250 0.357440</w:t>
        <w:br/>
        <w:t>vt 0.089820 0.359600</w:t>
        <w:br/>
        <w:t>vt 0.090710 0.354610</w:t>
        <w:br/>
        <w:t>vt 0.125690 0.048640</w:t>
        <w:br/>
        <w:t>vt 0.127100 0.049520</w:t>
        <w:br/>
        <w:t>vt 0.127040 0.052660</w:t>
        <w:br/>
        <w:t>vt 0.114220 0.048480</w:t>
        <w:br/>
        <w:t>vt 0.118900 0.046130</w:t>
        <w:br/>
        <w:t>vt 0.122020 0.050030</w:t>
        <w:br/>
        <w:t>vt 0.112450 0.043510</w:t>
        <w:br/>
        <w:t>vt 0.098160 0.044970</w:t>
        <w:br/>
        <w:t>vt 0.105860 0.040920</w:t>
        <w:br/>
        <w:t>vt 0.097300 0.039180</w:t>
        <w:br/>
        <w:t>vt 0.113060 0.344600</w:t>
        <w:br/>
        <w:t>vt 0.123390 0.344860</w:t>
        <w:br/>
        <w:t>vt 0.118450 0.348190</w:t>
        <w:br/>
        <w:t>vt 0.095140 0.349960</w:t>
        <w:br/>
        <w:t>vt 0.134140 0.346000</w:t>
        <w:br/>
        <w:t>vt 0.121570 0.346880</w:t>
        <w:br/>
        <w:t>vt 0.133910 0.072000</w:t>
        <w:br/>
        <w:t>vt 0.135830 0.061690</w:t>
        <w:br/>
        <w:t>vt 0.120080 0.066560</w:t>
        <w:br/>
        <w:t>vt 0.114220 0.048480</w:t>
        <w:br/>
        <w:t>vt 0.101920 0.059890</w:t>
        <w:br/>
        <w:t>vt 0.090060 0.058150</w:t>
        <w:br/>
        <w:t>vt 0.082400 0.323660</w:t>
        <w:br/>
        <w:t>vt 0.098840 0.328440</w:t>
        <w:br/>
        <w:t>vt 0.115500 0.328430</w:t>
        <w:br/>
        <w:t>vt 0.133580 0.338900</w:t>
        <w:br/>
        <w:t>vt 0.146690 0.340580</w:t>
        <w:br/>
        <w:t>vt 0.090060 0.068930</w:t>
        <w:br/>
        <w:t>vt 0.105050 0.072140</w:t>
        <w:br/>
        <w:t>vt 0.121900 0.076300</w:t>
        <w:br/>
        <w:t>vt 0.146670 0.074220</w:t>
        <w:br/>
        <w:t>vt 0.138580 0.080070</w:t>
        <w:br/>
        <w:t>vt 0.093750 0.314930</w:t>
        <w:br/>
        <w:t>vt 0.082400 0.310000</w:t>
        <w:br/>
        <w:t>vt 0.082400 0.290040</w:t>
        <w:br/>
        <w:t>vt 0.095890 0.292960</w:t>
        <w:br/>
        <w:t>vt 0.116560 0.316260</w:t>
        <w:br/>
        <w:t>vt 0.119690 0.295500</w:t>
        <w:br/>
        <w:t>vt 0.136100 0.318800</w:t>
        <w:br/>
        <w:t>vt 0.138340 0.300620</w:t>
        <w:br/>
        <w:t>vt 0.149420 0.310610</w:t>
        <w:br/>
        <w:t>vt 0.148910 0.332440</w:t>
        <w:br/>
        <w:t>vt 0.147020 0.108170</w:t>
        <w:br/>
        <w:t>vt 0.154000 0.082380</w:t>
        <w:br/>
        <w:t>vt 0.166430 0.102340</w:t>
        <w:br/>
        <w:t>vt 0.139790 0.090640</w:t>
        <w:br/>
        <w:t>vt 0.124870 0.112230</w:t>
        <w:br/>
        <w:t>vt 0.122540 0.089070</w:t>
        <w:br/>
        <w:t>vt 0.103620 0.113160</w:t>
        <w:br/>
        <w:t>vt 0.101980 0.087900</w:t>
        <w:br/>
        <w:t>vt 0.168260 0.129640</w:t>
        <w:br/>
        <w:t>vt 0.144860 0.128930</w:t>
        <w:br/>
        <w:t>vt 0.141480 0.155010</w:t>
        <w:br/>
        <w:t>vt 0.127670 0.139560</w:t>
        <w:br/>
        <w:t>vt 0.127390 0.165820</w:t>
        <w:br/>
        <w:t>vt 0.105540 0.140820</w:t>
        <w:br/>
        <w:t>vt 0.106380 0.172630</w:t>
        <w:br/>
        <w:t>vt 0.090060 0.141150</w:t>
        <w:br/>
        <w:t>vt 0.154410 0.159180</w:t>
        <w:br/>
        <w:t>vt 0.151200 0.282030</w:t>
        <w:br/>
        <w:t>vt 0.130920 0.251820</w:t>
        <w:br/>
        <w:t>vt 0.142370 0.249480</w:t>
        <w:br/>
        <w:t>vt 0.135950 0.281280</w:t>
        <w:br/>
        <w:t>vt 0.120470 0.273690</w:t>
        <w:br/>
        <w:t>vt 0.118710 0.240460</w:t>
        <w:br/>
        <w:t>vt 0.096310 0.270090</w:t>
        <w:br/>
        <w:t>vt 0.096430 0.233470</w:t>
        <w:br/>
        <w:t>vt 0.082400 0.268640</w:t>
        <w:br/>
        <w:t>vt 0.082400 0.232330</w:t>
        <w:br/>
        <w:t>vt 0.105370 0.211470</w:t>
        <w:br/>
        <w:t>vt 0.082400 0.209170</w:t>
        <w:br/>
        <w:t>vt 0.111130 0.191200</w:t>
        <w:br/>
        <w:t>vt 0.130320 0.224400</w:t>
        <w:br/>
        <w:t>vt 0.135480 0.178880</w:t>
        <w:br/>
        <w:t>vt 0.115720 0.351490</w:t>
        <w:br/>
        <w:t>vt 0.123220 0.046980</w:t>
        <w:br/>
        <w:t>vt 0.499550 0.482000</w:t>
        <w:br/>
        <w:t>vt 0.496740 0.482540</w:t>
        <w:br/>
        <w:t>vt 0.494510 0.476270</w:t>
        <w:br/>
        <w:t>vt 0.499520 0.475280</w:t>
        <w:br/>
        <w:t>vt 0.492100 0.406060</w:t>
        <w:br/>
        <w:t>vt 0.499680 0.405840</w:t>
        <w:br/>
        <w:t>vt 0.499670 0.408860</w:t>
        <w:br/>
        <w:t>vt 0.491480 0.408860</w:t>
        <w:br/>
        <w:t>vt 0.082400 0.356590</w:t>
        <w:br/>
        <w:t>vt 0.082400 0.359250</w:t>
        <w:br/>
        <w:t>vt 0.477600 0.403190</w:t>
        <w:br/>
        <w:t>vt 0.477300 0.399070</w:t>
        <w:br/>
        <w:t>vt 0.019720 0.630580</w:t>
        <w:br/>
        <w:t>vt 0.024510 0.631350</w:t>
        <w:br/>
        <w:t>vt 0.492060 0.416760</w:t>
        <w:br/>
        <w:t>vt 0.492210 0.423340</w:t>
        <w:br/>
        <w:t>vt 0.465720 0.410450</w:t>
        <w:br/>
        <w:t>vt 0.461100 0.409260</w:t>
        <w:br/>
        <w:t>vt 0.461380 0.408850</w:t>
        <w:br/>
        <w:t>vt 0.499720 0.398050</w:t>
        <w:br/>
        <w:t>vt 0.499700 0.402880</w:t>
        <w:br/>
        <w:t>vt 0.253370 0.434790</w:t>
        <w:br/>
        <w:t>vt 0.363670 0.426660</w:t>
        <w:br/>
        <w:t>vt 0.367740 0.450280</w:t>
        <w:br/>
        <w:t>vt 0.351410 0.440930</w:t>
        <w:br/>
        <w:t>vt 0.424790 0.548450</w:t>
        <w:br/>
        <w:t>vt 0.415810 0.537270</w:t>
        <w:br/>
        <w:t>vt 0.499100 0.572190</w:t>
        <w:br/>
        <w:t>vt 0.499240 0.534960</w:t>
        <w:br/>
        <w:t>vt 0.499770 0.344370</w:t>
        <w:br/>
        <w:t>vt 0.499770 0.357040</w:t>
        <w:br/>
        <w:t>vt 0.499770 0.336640</w:t>
        <w:br/>
        <w:t>vt 0.499760 0.296180</w:t>
        <w:br/>
        <w:t>vt 0.499770 0.308680</w:t>
        <w:br/>
        <w:t>vt 0.499840 0.866070</w:t>
        <w:br/>
        <w:t>vt 0.499770 0.320900</w:t>
        <w:br/>
        <w:t>vt 0.499920 0.924880</w:t>
        <w:br/>
        <w:t>vt 0.499720 0.735510</w:t>
        <w:br/>
        <w:t>vt 0.491320 0.410450</w:t>
        <w:br/>
        <w:t>vt 0.499780 0.410450</w:t>
        <w:br/>
        <w:t>vt 0.499760 0.417170</w:t>
        <w:br/>
        <w:t>vt 0.082400 0.353030</w:t>
        <w:br/>
        <w:t>vt 0.090060 0.175150</w:t>
        <w:br/>
        <w:t>vt 0.090060 0.043260</w:t>
        <w:br/>
        <w:t>vt 0.090040 0.039560</w:t>
        <w:br/>
        <w:t>vt 0.090060 0.111830</w:t>
        <w:br/>
        <w:t>vt 0.090060 0.086270</w:t>
        <w:br/>
        <w:t>vt 0.090060 0.194470</w:t>
        <w:br/>
        <w:t>vt 0.499730 0.423530</w:t>
        <w:br/>
        <w:t>vt 0.300720 0.496880</w:t>
        <w:br/>
        <w:t>vt 0.319550 0.472640</w:t>
        <w:br/>
        <w:t>vt 0.122260 0.348110</w:t>
        <w:br/>
        <w:t>vt 0.120300 0.348520</w:t>
        <w:br/>
        <w:t>vt 0.120350 0.348610</w:t>
        <w:br/>
        <w:t>vt 0.118530 0.349230</w:t>
        <w:br/>
        <w:t>vt 0.122950 0.349340</w:t>
        <w:br/>
        <w:t>vt 0.122260 0.348110</w:t>
        <w:br/>
        <w:t>vt 0.498710 0.487280</w:t>
        <w:br/>
        <w:t>vt 0.499460 0.487670</w:t>
        <w:br/>
        <w:t>vt 0.429470 0.553420</w:t>
        <w:br/>
        <w:t>vt 0.475680 0.456450</w:t>
        <w:br/>
        <w:t>vt 0.474770 0.449290</w:t>
        <w:br/>
        <w:t>vt 0.468530 0.458850</w:t>
        <w:br/>
        <w:t>vt 0.486500 0.327640</w:t>
        <w:br/>
        <w:t>vt 0.499770 0.328410</w:t>
        <w:br/>
        <w:t>vt 0.469010 0.422600</w:t>
        <w:br/>
        <w:t>vt 0.464060 0.419570</w:t>
        <w:br/>
        <w:t>vt 0.460420 0.415620</w:t>
        <w:br/>
        <w:t>vt 0.492240 0.429760</w:t>
        <w:br/>
        <w:t>vt 0.499700 0.430150</w:t>
        <w:br/>
        <w:t>vt 0.456860 0.411260</w:t>
        <w:br/>
        <w:t>vt 0.259670 0.541460</w:t>
        <w:br/>
        <w:t>vt 0.267850 0.517910</w:t>
        <w:br/>
        <w:t>vt 0.303810 0.461850</w:t>
        <w:br/>
        <w:t>vt 0.284140 0.487820</w:t>
        <w:br/>
        <w:t>vt 0.260920 0.478940</w:t>
        <w:br/>
        <w:t>vt 0.246750 0.507520</w:t>
        <w:br/>
        <w:t>vt 0.238920 0.535050</w:t>
        <w:br/>
        <w:t>vt 0.233050 0.563000</w:t>
        <w:br/>
        <w:t>vt 0.233860 0.596850</w:t>
        <w:br/>
        <w:t>vt 0.243840 0.632230</w:t>
        <w:br/>
        <w:t>vt 0.265130 0.660820</w:t>
        <w:br/>
        <w:t>vt 0.291110 0.678880</w:t>
        <w:br/>
        <w:t>vt 0.316590 0.693210</w:t>
        <w:br/>
        <w:t>vt 0.342860 0.700320</w:t>
        <w:br/>
        <w:t>vt 0.368820 0.704740</w:t>
        <w:br/>
        <w:t>vt 0.395680 0.705150</w:t>
        <w:br/>
        <w:t>vt 0.423460 0.704380</w:t>
        <w:br/>
        <w:t>vt 0.281850 0.450130</w:t>
        <w:br/>
        <w:t>vt 0.400120 0.531420</w:t>
        <w:br/>
        <w:t>vt 0.382210 0.528080</w:t>
        <w:br/>
        <w:t>vt 0.370290 0.526080</w:t>
        <w:br/>
        <w:t>vt 0.356110 0.523740</w:t>
        <w:br/>
        <w:t>vt 0.342110 0.521890</w:t>
        <w:br/>
        <w:t>vt 0.327830 0.523520</w:t>
        <w:br/>
        <w:t>vt 0.316920 0.532180</w:t>
        <w:br/>
        <w:t>vt 0.308920 0.542380</w:t>
        <w:br/>
        <w:t>vt 0.302830 0.555840</w:t>
        <w:br/>
        <w:t>vt 0.299220 0.567070</w:t>
        <w:br/>
        <w:t>vt 0.309820 0.578040</w:t>
        <w:br/>
        <w:t>vt 0.323690 0.586890</w:t>
        <w:br/>
        <w:t>vt 0.334320 0.591790</w:t>
        <w:br/>
        <w:t>vt 0.344970 0.596790</w:t>
        <w:br/>
        <w:t>vt 0.354740 0.599870</w:t>
        <w:br/>
        <w:t>vt 0.368020 0.601940</w:t>
        <w:br/>
        <w:t>vt 0.380880 0.600790</w:t>
        <w:br/>
        <w:t>vt 0.380880 0.600790</w:t>
        <w:br/>
        <w:t>vt 0.393340 0.595560</w:t>
        <w:br/>
        <w:t>vt 0.395290 0.608200</w:t>
        <w:br/>
        <w:t>vt 0.407510 0.587720</w:t>
        <w:br/>
        <w:t>vt 0.418770 0.577130</w:t>
        <w:br/>
        <w:t>vt 0.456030 0.404930</w:t>
        <w:br/>
        <w:t>vt 0.449430 0.404350</w:t>
        <w:br/>
        <w:t>vt 0.457530 0.399040</w:t>
        <w:br/>
        <w:t>vt 0.462280 0.401430</w:t>
        <w:br/>
        <w:t>vt 0.466980 0.393950</w:t>
        <w:br/>
        <w:t>vt 0.468700 0.397590</w:t>
        <w:br/>
        <w:t>vt 0.451400 0.409180</w:t>
        <w:br/>
        <w:t>vt 0.442230 0.409460</w:t>
        <w:br/>
        <w:t>vt 0.470160 0.437940</w:t>
        <w:br/>
        <w:t>vt 0.461300 0.433440</w:t>
        <w:br/>
        <w:t>vt 0.466020 0.427220</w:t>
        <w:br/>
        <w:t>vt 0.473490 0.431680</w:t>
        <w:br/>
        <w:t>vt 0.460050 0.422990</w:t>
        <w:br/>
        <w:t>vt 0.453250 0.428750</w:t>
        <w:br/>
        <w:t>vt 0.480790 0.439980</w:t>
        <w:br/>
        <w:t>vt 0.482500 0.434360</w:t>
        <w:br/>
        <w:t>vt 0.455960 0.418020</w:t>
        <w:br/>
        <w:t>vt 0.446260 0.422920</w:t>
        <w:br/>
        <w:t>vt 0.452770 0.412230</w:t>
        <w:br/>
        <w:t>vt 0.441100 0.414900</w:t>
        <w:br/>
        <w:t>vt 0.499750 0.388670</w:t>
        <w:br/>
        <w:t>vt 0.499740 0.393450</w:t>
        <w:br/>
        <w:t>vt 0.492510 0.393280</w:t>
        <w:br/>
        <w:t>vt 0.492400 0.388700</w:t>
        <w:br/>
        <w:t>vt 0.483420 0.389460</w:t>
        <w:br/>
        <w:t>vt 0.484080 0.393520</w:t>
        <w:br/>
        <w:t>vt 0.475170 0.391280</w:t>
        <w:br/>
        <w:t>vt 0.476570 0.394270</w:t>
        <w:br/>
        <w:t>vt 0.499660 0.440970</w:t>
        <w:br/>
        <w:t>vt 0.490890 0.440910</w:t>
        <w:br/>
        <w:t>vt 0.491470 0.435440</w:t>
        <w:br/>
        <w:t>vt 0.499680 0.435730</w:t>
        <w:br/>
        <w:t>vt 0.336430 0.457770</w:t>
        <w:br/>
        <w:t>vt 0.263960 0.385380</w:t>
        <w:br/>
        <w:t>vt 0.242520 0.401970</w:t>
        <w:br/>
        <w:t>vt 0.269700 0.417730</w:t>
        <w:br/>
        <w:t>vt 0.290440 0.401960</w:t>
        <w:br/>
        <w:t>vt 0.299090 0.434440</w:t>
        <w:br/>
        <w:t>vt 0.317580 0.418350</w:t>
        <w:br/>
        <w:t>vt 0.321020 0.447990</w:t>
        <w:br/>
        <w:t>vt 0.337040 0.431460</w:t>
        <w:br/>
        <w:t>vt 0.498710 0.487280</w:t>
        <w:br/>
        <w:t>vt 0.499460 0.487670</w:t>
        <w:br/>
        <w:t>vt 0.479100 0.463410</w:t>
        <w:br/>
        <w:t>vt 0.485870 0.470840</w:t>
        <w:br/>
        <w:t>vt 0.481170 0.473800</w:t>
        <w:br/>
        <w:t>vt 0.473940 0.466210</w:t>
        <w:br/>
        <w:t>vt 0.487210 0.481360</w:t>
        <w:br/>
        <w:t>vt 0.490820 0.478290</w:t>
        <w:br/>
        <w:t>vt 0.495540 0.483490</w:t>
        <w:br/>
        <w:t>vt 0.493840 0.486940</w:t>
        <w:br/>
        <w:t>vt 0.884110 0.839870</w:t>
        <w:br/>
        <w:t>vt 0.015410 0.524620</w:t>
        <w:br/>
        <w:t>vt 0.019720 0.526980</w:t>
        <w:br/>
        <w:t>vt 0.019720 0.514320</w:t>
        <w:br/>
        <w:t>vt 0.015410 0.512510</w:t>
        <w:br/>
        <w:t>vt 0.019720 0.630580</w:t>
        <w:br/>
        <w:t>vt 0.019720 0.675320</w:t>
        <w:br/>
        <w:t>vt 0.015410 0.676230</w:t>
        <w:br/>
        <w:t>vt 0.015410 0.550320</w:t>
        <w:br/>
        <w:t>vt 0.019720 0.550500</w:t>
        <w:br/>
        <w:t>vt 0.470300 0.410450</w:t>
        <w:br/>
        <w:t>vt 0.019720 0.514320</w:t>
        <w:br/>
        <w:t>vt 0.019720 0.526980</w:t>
        <w:br/>
        <w:t>vt 0.024510 0.526590</w:t>
        <w:br/>
        <w:t>vt 0.024510 0.513080</w:t>
        <w:br/>
        <w:t>vt 0.019720 0.787520</w:t>
        <w:br/>
        <w:t>vt 0.019720 0.734160</w:t>
        <w:br/>
        <w:t>vt 0.015410 0.734750</w:t>
        <w:br/>
        <w:t>vt 0.015410 0.787520</w:t>
        <w:br/>
        <w:t>vt 0.019720 0.514030</w:t>
        <w:br/>
        <w:t>vt 0.019720 0.511190</w:t>
        <w:br/>
        <w:t>vt 0.019720 0.787520</w:t>
        <w:br/>
        <w:t>vt 0.024510 0.787520</w:t>
        <w:br/>
        <w:t>vt 0.120380 0.348830</w:t>
        <w:br/>
        <w:t>vt 0.121570 0.346880</w:t>
        <w:br/>
        <w:t>vt 0.119810 0.809100</w:t>
        <w:br/>
        <w:t>vt 0.166680 0.777070</w:t>
        <w:br/>
        <w:t>vt 0.120000 0.728450</w:t>
        <w:br/>
        <w:t>vt 0.074540 0.747670</w:t>
        <w:br/>
        <w:t>vt 0.182320 0.853830</w:t>
        <w:br/>
        <w:t>vt 0.231280 0.815700</w:t>
        <w:br/>
        <w:t>vt 0.270960 0.835610</w:t>
        <w:br/>
        <w:t>vt 0.233670 0.880720</w:t>
        <w:br/>
        <w:t>vt 0.286990 0.899750</w:t>
        <w:br/>
        <w:t>vt 0.316410 0.849720</w:t>
        <w:br/>
        <w:t>vt 0.453780 0.925630</w:t>
        <w:br/>
        <w:t>vt 0.463820 0.865990</w:t>
        <w:br/>
        <w:t>vt 0.423850 0.861680</w:t>
        <w:br/>
        <w:t>vt 0.403960 0.921020</w:t>
        <w:br/>
        <w:t>vt 0.371650 0.856430</w:t>
        <w:br/>
        <w:t>vt 0.345080 0.914140</w:t>
        <w:br/>
        <w:t>vt 0.844220 0.896850</w:t>
        <w:br/>
        <w:t>vt 0.833720 0.911840</w:t>
        <w:br/>
        <w:t>vt 0.843870 0.914330</w:t>
        <w:br/>
        <w:t>vt 0.302440 0.599080</w:t>
        <w:br/>
        <w:t>vt 0.284280 0.609880</w:t>
        <w:br/>
        <w:t>vt 0.305650 0.622990</w:t>
        <w:br/>
        <w:t>vt 0.314390 0.609070</w:t>
        <w:br/>
        <w:t>vt 0.325040 0.596850</w:t>
        <w:br/>
        <w:t>vt 0.313450 0.590030</w:t>
        <w:br/>
        <w:t>vt 0.293870 0.567060</w:t>
        <w:br/>
        <w:t>vt 0.298240 0.553840</w:t>
        <w:br/>
        <w:t>vt 0.289600 0.550560</w:t>
        <w:br/>
        <w:t>vt 0.285410 0.568740</w:t>
        <w:br/>
        <w:t>vt 0.294580 0.533760</w:t>
        <w:br/>
        <w:t>vt 0.304020 0.538820</w:t>
        <w:br/>
        <w:t>vt 0.312340 0.524060</w:t>
        <w:br/>
        <w:t>vt 0.308970 0.512820</w:t>
        <w:br/>
        <w:t>vt 0.181680 0.648550</w:t>
        <w:br/>
        <w:t>vt 0.139320 0.658940</w:t>
        <w:br/>
        <w:t>vt 0.167790 0.707450</w:t>
        <w:br/>
        <w:t>vt 0.209020 0.688240</w:t>
        <w:br/>
        <w:t>vt 0.379370 0.631670</w:t>
        <w:br/>
        <w:t>vt 0.379730 0.649570</w:t>
        <w:br/>
        <w:t>vt 0.401560 0.648150</w:t>
        <w:br/>
        <w:t>vt 0.399680 0.629130</w:t>
        <w:br/>
        <w:t>vt 0.351830 0.764420</w:t>
        <w:br/>
        <w:t>vt 0.361290 0.734730</w:t>
        <w:br/>
        <w:t>vt 0.330890 0.728470</w:t>
        <w:br/>
        <w:t>vt 0.316910 0.756160</w:t>
        <w:br/>
        <w:t>vt 0.437740 0.808870</w:t>
        <w:br/>
        <w:t>vt 0.409560 0.810640</w:t>
        <w:br/>
        <w:t>vt 0.450880 0.674640</w:t>
        <w:br/>
        <w:t>vt 0.450470 0.644720</w:t>
        <w:br/>
        <w:t>vt 0.425890 0.645920</w:t>
        <w:br/>
        <w:t>vt 0.424480 0.675500</w:t>
        <w:br/>
        <w:t>vt 0.467360 0.809450</w:t>
        <w:br/>
        <w:t>vt 0.449690 0.705000</w:t>
        <w:br/>
        <w:t>vt 0.473960 0.704860</w:t>
        <w:br/>
        <w:t>vt 0.474190 0.675080</w:t>
        <w:br/>
        <w:t>vt 0.420150 0.615750</w:t>
        <w:br/>
        <w:t>vt 0.439570 0.595330</w:t>
        <w:br/>
        <w:t>vt 0.429210 0.586210</w:t>
        <w:br/>
        <w:t>vt 0.413890 0.601700</w:t>
        <w:br/>
        <w:t>vt 0.451140 0.623690</w:t>
        <w:br/>
        <w:t>vt 0.461270 0.603680</w:t>
        <w:br/>
        <w:t>vt 0.485070 0.610860</w:t>
        <w:br/>
        <w:t>vt 0.487050 0.593380</w:t>
        <w:br/>
        <w:t>vt 0.467830 0.585080</w:t>
        <w:br/>
        <w:t>vt 0.451750 0.528580</w:t>
        <w:br/>
        <w:t>vt 0.447520 0.535890</w:t>
        <w:br/>
        <w:t>vt 0.460620 0.543710</w:t>
        <w:br/>
        <w:t>vt 0.464820 0.535580</w:t>
        <w:br/>
        <w:t>vt 0.402500 0.506160</w:t>
        <w:br/>
        <w:t>vt 0.394710 0.512530</w:t>
        <w:br/>
        <w:t>vt 0.412170 0.519190</w:t>
        <w:br/>
        <w:t>vt 0.419870 0.513800</w:t>
        <w:br/>
        <w:t>vt 0.435870 0.520850</w:t>
        <w:br/>
        <w:t>vt 0.430360 0.526730</w:t>
        <w:br/>
        <w:t>vt 0.386000 0.498090</w:t>
        <w:br/>
        <w:t>vt 0.376870 0.506450</w:t>
        <w:br/>
        <w:t>vt 0.341550 0.508910</w:t>
        <w:br/>
        <w:t>vt 0.356690 0.511870</w:t>
        <w:br/>
        <w:t>vt 0.359110 0.502070</w:t>
        <w:br/>
        <w:t>vt 0.342040 0.498110</w:t>
        <w:br/>
        <w:t>vt 0.456950 0.516230</w:t>
        <w:br/>
        <w:t>vt 0.459640 0.505300</w:t>
        <w:br/>
        <w:t>vt 0.448570 0.498780</w:t>
        <w:br/>
        <w:t>vt 0.444050 0.508430</w:t>
        <w:br/>
        <w:t>vt 0.466760 0.476100</w:t>
        <w:br/>
        <w:t>vt 0.460030 0.470710</w:t>
        <w:br/>
        <w:t>vt 0.453470 0.484910</w:t>
        <w:br/>
        <w:t>vt 0.462420 0.491520</w:t>
        <w:br/>
        <w:t>vt 0.489780 0.453630</w:t>
        <w:br/>
        <w:t>vt 0.490600 0.460130</w:t>
        <w:br/>
        <w:t>vt 0.470490 0.498170</w:t>
        <w:br/>
        <w:t>vt 0.474800 0.482050</w:t>
        <w:br/>
        <w:t>vt 0.468140 0.522660</w:t>
        <w:br/>
        <w:t>vt 0.469330 0.513000</w:t>
        <w:br/>
        <w:t>vt 0.490790 0.523760</w:t>
        <w:br/>
        <w:t>vt 0.479160 0.518580</w:t>
        <w:br/>
        <w:t>vt 0.479080 0.528260</w:t>
        <w:br/>
        <w:t>vt 0.490490 0.533010</w:t>
        <w:br/>
        <w:t>vt 0.471940 0.560660</w:t>
        <w:br/>
        <w:t>vt 0.488980 0.569870</w:t>
        <w:br/>
        <w:t>vt 0.489420 0.558110</w:t>
        <w:br/>
        <w:t>vt 0.475110 0.551470</w:t>
        <w:br/>
        <w:t>vt 0.488170 0.581700</w:t>
        <w:br/>
        <w:t>vt 0.492660 0.468290</w:t>
        <w:br/>
        <w:t>vt 0.269400 0.565560</w:t>
        <w:br/>
        <w:t>vt 0.271860 0.590550</w:t>
        <w:br/>
        <w:t>vt 0.292940 0.585990</w:t>
        <w:br/>
        <w:t>vt 0.197760 0.446520</w:t>
        <w:br/>
        <w:t>vt 0.179520 0.476450</w:t>
        <w:br/>
        <w:t>vt 0.214640 0.491910</w:t>
        <w:br/>
        <w:t>vt 0.231210 0.463580</w:t>
        <w:br/>
        <w:t>vt 0.384660 0.478800</w:t>
        <w:br/>
        <w:t>vt 0.399240 0.465130</w:t>
        <w:br/>
        <w:t>vt 0.381130 0.457410</w:t>
        <w:br/>
        <w:t>vt 0.366830 0.472120</w:t>
        <w:br/>
        <w:t>vt 0.353210 0.485110</w:t>
        <w:br/>
        <w:t>vt 0.370320 0.491650</w:t>
        <w:br/>
        <w:t>vt 0.414720 0.493670</w:t>
        <w:br/>
        <w:t>vt 0.425130 0.480550</w:t>
        <w:br/>
        <w:t>vt 0.413170 0.472070</w:t>
        <w:br/>
        <w:t>vt 0.399940 0.485390</w:t>
        <w:br/>
        <w:t>vt 0.432180 0.469530</w:t>
        <w:br/>
        <w:t>vt 0.442990 0.456190</w:t>
        <w:br/>
        <w:t>vt 0.433300 0.447300</w:t>
        <w:br/>
        <w:t>vt 0.420100 0.462580</w:t>
        <w:br/>
        <w:t>vt 0.435560 0.428290</w:t>
        <w:br/>
        <w:t>vt 0.420980 0.438600</w:t>
        <w:br/>
        <w:t>vt 0.443070 0.437520</w:t>
        <w:br/>
        <w:t>vt 0.430690 0.502050</w:t>
        <w:br/>
        <w:t>vt 0.438380 0.490320</w:t>
        <w:br/>
        <w:t>vt 0.444350 0.478270</w:t>
        <w:br/>
        <w:t>vt 0.452720 0.464540</w:t>
        <w:br/>
        <w:t>vt 0.492500 0.384070</w:t>
        <w:br/>
        <w:t>vt 0.490900 0.371600</w:t>
        <w:br/>
        <w:t>vt 0.481060 0.372940</w:t>
        <w:br/>
        <w:t>vt 0.483110 0.384990</w:t>
        <w:br/>
        <w:t>vt 0.452220 0.395870</w:t>
        <w:br/>
        <w:t>vt 0.463730 0.391180</w:t>
        <w:br/>
        <w:t>vt 0.456030 0.383260</w:t>
        <w:br/>
        <w:t>vt 0.439580 0.390650</w:t>
        <w:br/>
        <w:t>vt 0.459480 0.354230</w:t>
        <w:br/>
        <w:t>vt 0.464390 0.364280</w:t>
        <w:br/>
        <w:t>vt 0.479160 0.359840</w:t>
        <w:br/>
        <w:t>vt 0.478610 0.348020</w:t>
        <w:br/>
        <w:t>vt 0.436980 0.362230</w:t>
        <w:br/>
        <w:t>vt 0.412410 0.378860</w:t>
        <w:br/>
        <w:t>vt 0.426150 0.386240</w:t>
        <w:br/>
        <w:t>vt 0.447120 0.372770</w:t>
        <w:br/>
        <w:t>vt 0.474060 0.327250</w:t>
        <w:br/>
        <w:t>vt 0.448980 0.331370</w:t>
        <w:br/>
        <w:t>vt 0.454730 0.343120</w:t>
        <w:br/>
        <w:t>vt 0.477140 0.337840</w:t>
        <w:br/>
        <w:t>vt 0.478210 0.293930</w:t>
        <w:br/>
        <w:t>vt 0.464400 0.294100</w:t>
        <w:br/>
        <w:t>vt 0.467020 0.306910</w:t>
        <w:br/>
        <w:t>vt 0.482300 0.307160</w:t>
        <w:br/>
        <w:t>vt 0.365580 0.302470</w:t>
        <w:br/>
        <w:t>vt 0.397530 0.295660</w:t>
        <w:br/>
        <w:t>vt 0.376350 0.271260</w:t>
        <w:br/>
        <w:t>vt 0.396210 0.391170</w:t>
        <w:br/>
        <w:t>vt 0.412880 0.397040</w:t>
        <w:br/>
        <w:t>vt 0.427330 0.399980</w:t>
        <w:br/>
        <w:t>vt 0.419520 0.408790</w:t>
        <w:br/>
        <w:t>vt 0.434550 0.410340</w:t>
        <w:br/>
        <w:t>vt 0.441530 0.403220</w:t>
        <w:br/>
        <w:t>vt 0.384580 0.402590</w:t>
        <w:br/>
        <w:t>vt 0.374720 0.413070</w:t>
        <w:br/>
        <w:t>vt 0.391120 0.422430</w:t>
        <w:br/>
        <w:t>vt 0.400270 0.407750</w:t>
        <w:br/>
        <w:t>vt 0.393530 0.353870</w:t>
        <w:br/>
        <w:t>vt 0.373040 0.367460</w:t>
        <w:br/>
        <w:t>vt 0.384310 0.381180</w:t>
        <w:br/>
        <w:t>vt 0.402500 0.367080</w:t>
        <w:br/>
        <w:t>vt 0.371080 0.393070</w:t>
        <w:br/>
        <w:t>vt 0.358040 0.379020</w:t>
        <w:br/>
        <w:t>vt 0.323770 0.288370</w:t>
        <w:br/>
        <w:t>vt 0.336980 0.313680</w:t>
        <w:br/>
        <w:t>vt 0.279900 0.308470</w:t>
        <w:br/>
        <w:t>vt 0.294420 0.266640</w:t>
        <w:br/>
        <w:t>vt 0.216090 0.301180</w:t>
        <w:br/>
        <w:t>vt 0.236490 0.331820</w:t>
        <w:br/>
        <w:t>vt 0.165320 0.375790</w:t>
        <w:br/>
        <w:t>vt 0.169340 0.389190</w:t>
        <w:br/>
        <w:t>vt 0.200060 0.359490</w:t>
        <w:br/>
        <w:t>vt 0.300160 0.719350</w:t>
        <w:br/>
        <w:t>vt 0.282770 0.745400</w:t>
        <w:br/>
        <w:t>vt 0.275210 0.545570</w:t>
        <w:br/>
        <w:t>vt 0.282460 0.527000</w:t>
        <w:br/>
        <w:t>vt 0.022740 0.440270</w:t>
        <w:br/>
        <w:t>vt 0.054260 0.452750</w:t>
        <w:br/>
        <w:t>vt 0.033740 0.423510</w:t>
        <w:br/>
        <w:t>vt 0.022740 0.440270</w:t>
        <w:br/>
        <w:t>vt 0.011100 0.435240</w:t>
        <w:br/>
        <w:t>vt 0.005620 0.455910</w:t>
        <w:br/>
        <w:t>vt 0.017620 0.457860</w:t>
        <w:br/>
        <w:t>vt 0.011380 0.477720</w:t>
        <w:br/>
        <w:t>vt 0.023370 0.492650</w:t>
        <w:br/>
        <w:t>vt 0.021270 0.475840</w:t>
        <w:br/>
        <w:t>vt 0.031400 0.488050</w:t>
        <w:br/>
        <w:t>vt 0.042080 0.506320</w:t>
        <w:br/>
        <w:t>vt 0.048370 0.495050</w:t>
        <w:br/>
        <w:t>vt 0.078830 0.480340</w:t>
        <w:br/>
        <w:t>vt 0.048370 0.495050</w:t>
        <w:br/>
        <w:t>vt 0.093960 0.469960</w:t>
        <w:br/>
        <w:t>vt 0.124010 0.454360</w:t>
        <w:br/>
        <w:t>vt 0.106980 0.480340</w:t>
        <w:br/>
        <w:t>vt 0.063240 0.498790</w:t>
        <w:br/>
        <w:t>vt 0.094990 0.501660</w:t>
        <w:br/>
        <w:t>vt 0.063240 0.498790</w:t>
        <w:br/>
        <w:t>vt 0.061480 0.504220</w:t>
        <w:br/>
        <w:t>vt 0.822760 0.927500</w:t>
        <w:br/>
        <w:t>vt 0.818790 0.947840</w:t>
        <w:br/>
        <w:t>vt 0.836090 0.955410</w:t>
        <w:br/>
        <w:t>vt 0.108660 0.405900</w:t>
        <w:br/>
        <w:t>vt 0.076690 0.426740</w:t>
        <w:br/>
        <w:t>vt 0.077070 0.394290</w:t>
        <w:br/>
        <w:t>vt 0.036410 0.399870</w:t>
        <w:br/>
        <w:t>vt 0.021780 0.416950</w:t>
        <w:br/>
        <w:t>vt 0.033740 0.423510</w:t>
        <w:br/>
        <w:t>vt 0.047550 0.411330</w:t>
        <w:br/>
        <w:t>vt 0.077070 0.394290</w:t>
        <w:br/>
        <w:t>vt 0.067950 0.383000</w:t>
        <w:br/>
        <w:t>vt 0.105470 0.385940</w:t>
        <w:br/>
        <w:t>vt 0.101280 0.370830</w:t>
        <w:br/>
        <w:t>vt 0.136240 0.381300</w:t>
        <w:br/>
        <w:t>vt 0.138040 0.367170</w:t>
        <w:br/>
        <w:t>vt 0.105470 0.385940</w:t>
        <w:br/>
        <w:t>vt 0.136240 0.381300</w:t>
        <w:br/>
        <w:t>vt 0.929720 0.935420</w:t>
        <w:br/>
        <w:t>vt 0.916450 0.897980</w:t>
        <w:br/>
        <w:t>vt 0.885590 0.949790</w:t>
        <w:br/>
        <w:t>vt 0.916670 0.953920</w:t>
        <w:br/>
        <w:t>vt 0.873100 0.975460</w:t>
        <w:br/>
        <w:t>vt 0.897190 0.967930</w:t>
        <w:br/>
        <w:t>vt 0.868640 0.955460</w:t>
        <w:br/>
        <w:t>vt 0.852680 0.973080</w:t>
        <w:br/>
        <w:t>vt 0.849970 0.956150</w:t>
        <w:br/>
        <w:t>vt 0.937700 0.913540</w:t>
        <w:br/>
        <w:t>vt 0.948350 0.879380</w:t>
        <w:br/>
        <w:t>vt 0.929360 0.858270</w:t>
        <w:br/>
        <w:t>vt 0.919680 0.832780</w:t>
        <w:br/>
        <w:t>vt 0.890880 0.873900</w:t>
        <w:br/>
        <w:t>vt 0.949980 0.824080</w:t>
        <w:br/>
        <w:t>vt 0.951850 0.786830</w:t>
        <w:br/>
        <w:t>vt 0.949980 0.824080</w:t>
        <w:br/>
        <w:t>vt 0.972040 0.780950</w:t>
        <w:br/>
        <w:t>vt 0.951850 0.786830</w:t>
        <w:br/>
        <w:t>vt 0.493600 0.498000</w:t>
        <w:br/>
        <w:t>vt 0.483770 0.490660</w:t>
        <w:br/>
        <w:t>vt 0.479470 0.504840</w:t>
        <w:br/>
        <w:t>vt 0.491740 0.511380</w:t>
        <w:br/>
        <w:t>vt 0.890880 0.873900</w:t>
        <w:br/>
        <w:t>vt 0.843870 0.914330</w:t>
        <w:br/>
        <w:t>vt 0.956670 0.845460</w:t>
        <w:br/>
        <w:t>vt 0.968280 0.809870</w:t>
        <w:br/>
        <w:t>vt 0.956670 0.845460</w:t>
        <w:br/>
        <w:t>vt 0.794560 0.919500</w:t>
        <w:br/>
        <w:t>vt 0.094990 0.501660</w:t>
        <w:br/>
        <w:t>vt 0.047550 0.411330</w:t>
        <w:br/>
        <w:t>vt 0.145570 0.424360</w:t>
        <w:br/>
        <w:t>vt 0.480070 0.628780</w:t>
        <w:br/>
        <w:t>vt 0.475860 0.645960</w:t>
        <w:br/>
        <w:t>vt 0.374290 0.677310</w:t>
        <w:br/>
        <w:t>vt 0.358300 0.647810</w:t>
        <w:br/>
        <w:t>vt 0.351080 0.674550</w:t>
        <w:br/>
        <w:t>vt 0.253520 0.564160</w:t>
        <w:br/>
        <w:t>vt 0.253270 0.592890</w:t>
        <w:br/>
        <w:t>vt 0.450990 0.575480</w:t>
        <w:br/>
        <w:t>vt 0.360770 0.629580</w:t>
        <w:br/>
        <w:t>vt 0.378670 0.611400</w:t>
        <w:br/>
        <w:t>vt 0.364070 0.610790</w:t>
        <w:br/>
        <w:t>vt 0.327130 0.509310</w:t>
        <w:br/>
        <w:t>vt 0.325030 0.497230</w:t>
        <w:br/>
        <w:t>vt 0.440160 0.564420</w:t>
        <w:br/>
        <w:t>vt 0.453900 0.560430</w:t>
        <w:br/>
        <w:t>vt 0.442250 0.554920</w:t>
        <w:br/>
        <w:t>vt 0.348310 0.607420</w:t>
        <w:br/>
        <w:t>vt 0.342960 0.623910</w:t>
        <w:br/>
        <w:t>vt 0.470190 0.571360</w:t>
        <w:br/>
        <w:t>vt 0.455370 0.551200</w:t>
        <w:br/>
        <w:t>vt 0.445070 0.542940</w:t>
        <w:br/>
        <w:t>vt 0.423180 0.531760</w:t>
        <w:br/>
        <w:t>vt 0.388630 0.519210</w:t>
        <w:br/>
        <w:t>vt 0.406320 0.524180</w:t>
        <w:br/>
        <w:t>vt 0.336740 0.602880</w:t>
        <w:br/>
        <w:t>vt 0.328080 0.617020</w:t>
        <w:br/>
        <w:t>vt 0.477920 0.541860</w:t>
        <w:br/>
        <w:t>vt 0.496590 0.489520</w:t>
        <w:br/>
        <w:t>vt 0.499410 0.498620</w:t>
        <w:br/>
        <w:t>vt 0.301390 0.579230</w:t>
        <w:br/>
        <w:t>vt 0.263820 0.777180</w:t>
        <w:br/>
        <w:t>vt 0.210500 0.743470</w:t>
        <w:br/>
        <w:t>vt 0.095690 0.674190</w:t>
        <w:br/>
        <w:t>vt 0.050990 0.683720</w:t>
        <w:br/>
        <w:t>vt 0.244210 0.719460</w:t>
        <w:br/>
        <w:t>vt 0.267400 0.699420</w:t>
        <w:br/>
        <w:t>vt 0.122390 0.606140</w:t>
        <w:br/>
        <w:t>vt 0.169230 0.602800</w:t>
        <w:br/>
        <w:t>vt 0.163820 0.544300</w:t>
        <w:br/>
        <w:t>vt 0.117590 0.552500</w:t>
        <w:br/>
        <w:t>vt 0.311140 0.322730</w:t>
        <w:br/>
        <w:t>vt 0.288840 0.333610</w:t>
        <w:br/>
        <w:t>vt 0.308200 0.354930</w:t>
        <w:br/>
        <w:t>vt 0.326680 0.345780</w:t>
        <w:br/>
        <w:t>vt 0.360450 0.351840</w:t>
        <w:br/>
        <w:t>vt 0.384190 0.339350</w:t>
        <w:br/>
        <w:t>vt 0.373800 0.324040</w:t>
        <w:br/>
        <w:t>vt 0.348860 0.334950</w:t>
        <w:br/>
        <w:t>vt 0.285940 0.644240</w:t>
        <w:br/>
        <w:t>vt 0.264650 0.622460</w:t>
        <w:br/>
        <w:t>vt 0.255040 0.350580</w:t>
        <w:br/>
        <w:t>vt 0.283930 0.371130</w:t>
        <w:br/>
        <w:t>vt 0.167470 0.509340</w:t>
        <w:br/>
        <w:t>vt 0.202980 0.522870</w:t>
        <w:br/>
        <w:t>vt 0.368150 0.246890</w:t>
        <w:br/>
        <w:t>vt 0.462800 0.267850</w:t>
        <w:br/>
        <w:t>vt 0.435410 0.235910</w:t>
        <w:br/>
        <w:t>vt 0.040940 0.619040</w:t>
        <w:br/>
        <w:t>vt 0.080530 0.609240</w:t>
        <w:br/>
        <w:t>vt 0.074890 0.560620</w:t>
        <w:br/>
        <w:t>vt 0.041630 0.558210</w:t>
        <w:br/>
        <w:t>vt 0.069260 0.506200</w:t>
        <w:br/>
        <w:t>vt 0.043140 0.509580</w:t>
        <w:br/>
        <w:t>vt 0.373300 0.515320</w:t>
        <w:br/>
        <w:t>vt 0.420760 0.426910</w:t>
        <w:br/>
        <w:t>vt 0.432460 0.417600</w:t>
        <w:br/>
        <w:t>vt 0.416640 0.326230</w:t>
        <w:br/>
        <w:t>vt 0.407670 0.310810</w:t>
        <w:br/>
        <w:t>vt 0.437420 0.308510</w:t>
        <w:br/>
        <w:t>vt 0.443420 0.321760</w:t>
        <w:br/>
        <w:t>vt 0.471220 0.319390</w:t>
        <w:br/>
        <w:t>vt 0.182400 0.326670</w:t>
        <w:br/>
        <w:t>vt 0.484000 0.421940</w:t>
        <w:br/>
        <w:t>vt 0.476770 0.420140</w:t>
        <w:br/>
        <w:t>vt 0.476140 0.426230</w:t>
        <w:br/>
        <w:t>vt 0.483940 0.428400</w:t>
        <w:br/>
        <w:t>vt 0.473420 0.386740</w:t>
        <w:br/>
        <w:t>vt 0.468990 0.375780</w:t>
        <w:br/>
        <w:t>vt 0.423570 0.337870</w:t>
        <w:br/>
        <w:t>vt 0.430090 0.350090</w:t>
        <w:br/>
        <w:t>vt 0.485260 0.320410</w:t>
        <w:br/>
        <w:t>vt 0.488980 0.345380</w:t>
        <w:br/>
        <w:t>vt 0.488270 0.336800</w:t>
        <w:br/>
        <w:t>vt 0.489200 0.357950</w:t>
        <w:br/>
        <w:t>vt 0.408760 0.453560</w:t>
        <w:br/>
        <w:t>vt 0.452350 0.445320</w:t>
        <w:br/>
        <w:t>vt 0.464120 0.450890</w:t>
        <w:br/>
        <w:t>vt 0.197890 0.556250</w:t>
        <w:br/>
        <w:t>vt 0.126010 0.519150</w:t>
        <w:br/>
        <w:t>vt 0.135020 0.494100</w:t>
        <w:br/>
        <w:t>vt 0.352770 0.465480</w:t>
        <w:br/>
        <w:t>vt 0.338840 0.479680</w:t>
        <w:br/>
        <w:t>vt 0.489790 0.547050</w:t>
        <w:br/>
        <w:t>vt 0.169340 0.389190</w:t>
        <w:br/>
        <w:t>vt 0.321210 0.632510</w:t>
        <w:br/>
        <w:t>vt 0.339570 0.641310</w:t>
        <w:br/>
        <w:t>vt 0.311590 0.657600</w:t>
        <w:br/>
        <w:t>vt 0.329910 0.667740</w:t>
        <w:br/>
        <w:t>vt 0.213200 0.641570</w:t>
        <w:br/>
        <w:t>vt 0.235940 0.673860</w:t>
        <w:br/>
        <w:t>vt 0.201440 0.597500</w:t>
        <w:br/>
        <w:t>vt 0.469920 0.767880</w:t>
        <w:br/>
        <w:t>vt 0.443640 0.768080</w:t>
        <w:br/>
        <w:t>vt 0.415380 0.767730</w:t>
        <w:br/>
        <w:t>vt 0.299790 0.790490</w:t>
        <w:br/>
        <w:t>vt 0.338530 0.801870</w:t>
        <w:br/>
        <w:t>vt 0.378780 0.807550</w:t>
        <w:br/>
        <w:t>vt 0.386330 0.768110</w:t>
        <w:br/>
        <w:t>vt 0.432150 0.292330</w:t>
        <w:br/>
        <w:t>vt 0.424760 0.267450</w:t>
        <w:br/>
        <w:t>vt 0.490120 0.447670</w:t>
        <w:br/>
        <w:t>vt 0.822760 0.927500</w:t>
        <w:br/>
        <w:t>vt 0.393850 0.443820</w:t>
        <w:br/>
        <w:t>vt 0.407520 0.430580</w:t>
        <w:br/>
        <w:t>vt 0.379510 0.436580</w:t>
        <w:br/>
        <w:t>vt 0.308000 0.388730</w:t>
        <w:br/>
        <w:t>vt 0.327100 0.373740</w:t>
        <w:br/>
        <w:t>vt 0.345370 0.390100</w:t>
        <w:br/>
        <w:t>vt 0.332010 0.405290</w:t>
        <w:br/>
        <w:t>vt 0.349730 0.417270</w:t>
        <w:br/>
        <w:t>vt 0.360820 0.403610</w:t>
        <w:br/>
        <w:t>vt 0.413500 0.420930</w:t>
        <w:br/>
        <w:t>vt 0.342340 0.363090</w:t>
        <w:br/>
        <w:t>vt 0.499250 0.525390</w:t>
        <w:br/>
        <w:t>vt 0.499340 0.512360</w:t>
        <w:br/>
        <w:t>vt 0.860480 0.873620</w:t>
        <w:br/>
        <w:t>vt 0.208640 0.381960</w:t>
        <w:br/>
        <w:t>vt 0.232620 0.364520</w:t>
        <w:br/>
        <w:t>vt 0.447070 0.736620</w:t>
        <w:br/>
        <w:t>vt 0.419890 0.736060</w:t>
        <w:br/>
        <w:t>vt 0.472030 0.736340</w:t>
        <w:br/>
        <w:t>vt 0.397900 0.677060</w:t>
        <w:br/>
        <w:t>vt 0.391690 0.736610</w:t>
        <w:br/>
        <w:t>vt 0.156580 0.358470</w:t>
        <w:br/>
        <w:t>vt 0.222630 0.417870</w:t>
        <w:br/>
        <w:t>vt 0.190120 0.401330</w:t>
        <w:br/>
        <w:t>vt 0.167470 0.432630</w:t>
        <w:br/>
        <w:t>vt 0.150020 0.462750</w:t>
        <w:br/>
        <w:t>vt 0.460450 0.408670</w:t>
        <w:br/>
        <w:t>vt 0.462920 0.408860</w:t>
        <w:br/>
        <w:t>vt 0.462220 0.407950</w:t>
        <w:br/>
        <w:t>vt 0.482720 0.410450</w:t>
        <w:br/>
        <w:t>vt 0.476220 0.410450</w:t>
        <w:br/>
        <w:t>vt 0.476660 0.414800</w:t>
        <w:br/>
        <w:t>vt 0.483720 0.415870</w:t>
        <w:br/>
        <w:t>vt 0.492480 0.403000</w:t>
        <w:br/>
        <w:t>vt 0.492610 0.398070</w:t>
        <w:br/>
        <w:t>vt 0.484380 0.398350</w:t>
        <w:br/>
        <w:t>vt 0.484460 0.403070</w:t>
        <w:br/>
        <w:t>vt 0.483030 0.408860</w:t>
        <w:br/>
        <w:t>vt 0.483810 0.406450</w:t>
        <w:br/>
        <w:t>vt 0.477490 0.406530</w:t>
        <w:br/>
        <w:t>vt 0.477000 0.408860</w:t>
        <w:br/>
        <w:t>vt 0.469540 0.417660</w:t>
        <w:br/>
        <w:t>vt 0.470050 0.413780</w:t>
        <w:br/>
        <w:t>vt 0.466240 0.408860</w:t>
        <w:br/>
        <w:t>vt 0.465860 0.407280</w:t>
        <w:br/>
        <w:t>vt 0.024510 0.676950</w:t>
        <w:br/>
        <w:t>vt 0.024510 0.734350</w:t>
        <w:br/>
        <w:t>vt 0.019720 0.734160</w:t>
        <w:br/>
        <w:t>vt 0.019720 0.675320</w:t>
        <w:br/>
        <w:t>vt 0.015410 0.586000</w:t>
        <w:br/>
        <w:t>vt 0.019720 0.586370</w:t>
        <w:br/>
        <w:t>vt 0.019720 0.630580</w:t>
        <w:br/>
        <w:t>vt 0.015410 0.632350</w:t>
        <w:br/>
        <w:t>vt 0.470920 0.408860</w:t>
        <w:br/>
        <w:t>vt 0.470840 0.406730</w:t>
        <w:br/>
        <w:t>vt 0.465590 0.412560</w:t>
        <w:br/>
        <w:t>vt 0.462390 0.411490</w:t>
        <w:br/>
        <w:t>vt 0.461910 0.412800</w:t>
        <w:br/>
        <w:t>vt 0.465170 0.415350</w:t>
        <w:br/>
        <w:t>vt 0.458480 0.405980</w:t>
        <w:br/>
        <w:t>vt 0.456360 0.408490</w:t>
        <w:br/>
        <w:t>vt 0.461430 0.406990</w:t>
        <w:br/>
        <w:t>vt 0.465080 0.405420</w:t>
        <w:br/>
        <w:t>vt 0.464110 0.403420</w:t>
        <w:br/>
        <w:t>vt 0.469810 0.401050</w:t>
        <w:br/>
        <w:t>vt 0.470650 0.404130</w:t>
        <w:br/>
        <w:t>vt 0.019720 0.586370</w:t>
        <w:br/>
        <w:t>vt 0.019720 0.550500</w:t>
        <w:br/>
        <w:t>vt 0.024510 0.551030</w:t>
        <w:br/>
        <w:t>vt 0.024510 0.587090</w:t>
        <w:br/>
        <w:t>vt 0.462770 0.410450</w:t>
        <w:br/>
        <w:t>vt 0.461230 0.409710</w:t>
        <w:br/>
        <w:t>vt 0.460670 0.409950</w:t>
        <w:br/>
        <w:t>vt 0.456530 0.409740</w:t>
        <w:br/>
        <w:t>vt 0.460500 0.409300</w:t>
        <w:br/>
        <w:t>vt 0.114340 0.347520</w:t>
        <w:br/>
        <w:t>vt 0.100870 0.351090</w:t>
        <w:br/>
        <w:t>vt 0.111030 0.351520</w:t>
        <w:br/>
        <w:t>vt 0.098250 0.357440</w:t>
        <w:br/>
        <w:t>vt 0.104650 0.353950</w:t>
        <w:br/>
        <w:t>vt 0.089820 0.359600</w:t>
        <w:br/>
        <w:t>vt 0.090710 0.354610</w:t>
        <w:br/>
        <w:t>vt 0.127040 0.052660</w:t>
        <w:br/>
        <w:t>vt 0.127100 0.049520</w:t>
        <w:br/>
        <w:t>vt 0.125690 0.048640</w:t>
        <w:br/>
        <w:t>vt 0.122020 0.050030</w:t>
        <w:br/>
        <w:t>vt 0.118900 0.046130</w:t>
        <w:br/>
        <w:t>vt 0.114220 0.048480</w:t>
        <w:br/>
        <w:t>vt 0.112450 0.043510</w:t>
        <w:br/>
        <w:t>vt 0.105860 0.040920</w:t>
        <w:br/>
        <w:t>vt 0.098160 0.044970</w:t>
        <w:br/>
        <w:t>vt 0.097300 0.039180</w:t>
        <w:br/>
        <w:t>vt 0.118450 0.348190</w:t>
        <w:br/>
        <w:t>vt 0.123390 0.344860</w:t>
        <w:br/>
        <w:t>vt 0.113060 0.344600</w:t>
        <w:br/>
        <w:t>vt 0.095140 0.349960</w:t>
        <w:br/>
        <w:t>vt 0.121570 0.346880</w:t>
        <w:br/>
        <w:t>vt 0.134140 0.346000</w:t>
        <w:br/>
        <w:t>vt 0.135830 0.061690</w:t>
        <w:br/>
        <w:t>vt 0.133910 0.072000</w:t>
        <w:br/>
        <w:t>vt 0.120080 0.066560</w:t>
        <w:br/>
        <w:t>vt 0.114220 0.048480</w:t>
        <w:br/>
        <w:t>vt 0.101920 0.059890</w:t>
        <w:br/>
        <w:t>vt 0.098840 0.328440</w:t>
        <w:br/>
        <w:t>vt 0.115500 0.328430</w:t>
        <w:br/>
        <w:t>vt 0.133580 0.338900</w:t>
        <w:br/>
        <w:t>vt 0.146690 0.340580</w:t>
        <w:br/>
        <w:t>vt 0.105050 0.072140</w:t>
        <w:br/>
        <w:t>vt 0.121900 0.076300</w:t>
        <w:br/>
        <w:t>vt 0.146670 0.074220</w:t>
        <w:br/>
        <w:t>vt 0.138580 0.080070</w:t>
        <w:br/>
        <w:t>vt 0.093750 0.314930</w:t>
        <w:br/>
        <w:t>vt 0.095890 0.292960</w:t>
        <w:br/>
        <w:t>vt 0.116560 0.316260</w:t>
        <w:br/>
        <w:t>vt 0.119690 0.295500</w:t>
        <w:br/>
        <w:t>vt 0.136100 0.318800</w:t>
        <w:br/>
        <w:t>vt 0.138340 0.300620</w:t>
        <w:br/>
        <w:t>vt 0.149420 0.310610</w:t>
        <w:br/>
        <w:t>vt 0.148910 0.332440</w:t>
        <w:br/>
        <w:t>vt 0.166430 0.102340</w:t>
        <w:br/>
        <w:t>vt 0.154000 0.082380</w:t>
        <w:br/>
        <w:t>vt 0.147020 0.108170</w:t>
        <w:br/>
        <w:t>vt 0.139790 0.090640</w:t>
        <w:br/>
        <w:t>vt 0.124870 0.112230</w:t>
        <w:br/>
        <w:t>vt 0.122540 0.089070</w:t>
        <w:br/>
        <w:t>vt 0.103620 0.113160</w:t>
        <w:br/>
        <w:t>vt 0.101980 0.087900</w:t>
        <w:br/>
        <w:t>vt 0.168260 0.129640</w:t>
        <w:br/>
        <w:t>vt 0.144860 0.128930</w:t>
        <w:br/>
        <w:t>vt 0.141480 0.155010</w:t>
        <w:br/>
        <w:t>vt 0.127670 0.139560</w:t>
        <w:br/>
        <w:t>vt 0.127390 0.165820</w:t>
        <w:br/>
        <w:t>vt 0.105540 0.140820</w:t>
        <w:br/>
        <w:t>vt 0.106380 0.172630</w:t>
        <w:br/>
        <w:t>vt 0.154410 0.159180</w:t>
        <w:br/>
        <w:t>vt 0.142370 0.249480</w:t>
        <w:br/>
        <w:t>vt 0.130920 0.251820</w:t>
        <w:br/>
        <w:t>vt 0.151200 0.282030</w:t>
        <w:br/>
        <w:t>vt 0.135950 0.281280</w:t>
        <w:br/>
        <w:t>vt 0.120470 0.273690</w:t>
        <w:br/>
        <w:t>vt 0.118710 0.240460</w:t>
        <w:br/>
        <w:t>vt 0.096310 0.270090</w:t>
        <w:br/>
        <w:t>vt 0.096430 0.233470</w:t>
        <w:br/>
        <w:t>vt 0.105370 0.211470</w:t>
        <w:br/>
        <w:t>vt 0.111130 0.191200</w:t>
        <w:br/>
        <w:t>vt 0.130320 0.224400</w:t>
        <w:br/>
        <w:t>vt 0.135480 0.178880</w:t>
        <w:br/>
        <w:t>vt 0.115720 0.351490</w:t>
        <w:br/>
        <w:t>vt 0.123220 0.046980</w:t>
        <w:br/>
        <w:t>vt 0.494510 0.476270</w:t>
        <w:br/>
        <w:t>vt 0.496740 0.482540</w:t>
        <w:br/>
        <w:t>vt 0.492100 0.406060</w:t>
        <w:br/>
        <w:t>vt 0.491480 0.408860</w:t>
        <w:br/>
        <w:t>vt 0.477300 0.399070</w:t>
        <w:br/>
        <w:t>vt 0.477600 0.403190</w:t>
        <w:br/>
        <w:t>vt 0.024510 0.631350</w:t>
        <w:br/>
        <w:t>vt 0.019720 0.630580</w:t>
        <w:br/>
        <w:t>vt 0.492210 0.423340</w:t>
        <w:br/>
        <w:t>vt 0.492060 0.416760</w:t>
        <w:br/>
        <w:t>vt 0.465720 0.410450</w:t>
        <w:br/>
        <w:t>vt 0.461100 0.409260</w:t>
        <w:br/>
        <w:t>vt 0.461380 0.408850</w:t>
        <w:br/>
        <w:t>vt 0.253370 0.434790</w:t>
        <w:br/>
        <w:t>vt 0.363670 0.426660</w:t>
        <w:br/>
        <w:t>vt 0.367740 0.450280</w:t>
        <w:br/>
        <w:t>vt 0.351410 0.440930</w:t>
        <w:br/>
        <w:t>vt 0.424790 0.548450</w:t>
        <w:br/>
        <w:t>vt 0.415810 0.537270</w:t>
        <w:br/>
        <w:t>vt 0.491320 0.410450</w:t>
        <w:br/>
        <w:t>vt 0.319550 0.472640</w:t>
        <w:br/>
        <w:t>vt 0.300720 0.496880</w:t>
        <w:br/>
        <w:t>vt 0.120300 0.348520</w:t>
        <w:br/>
        <w:t>vt 0.122260 0.348110</w:t>
        <w:br/>
        <w:t>vt 0.120350 0.348610</w:t>
        <w:br/>
        <w:t>vt 0.118530 0.349230</w:t>
        <w:br/>
        <w:t>vt 0.122260 0.348110</w:t>
        <w:br/>
        <w:t>vt 0.122950 0.349340</w:t>
        <w:br/>
        <w:t>vt 0.498710 0.487280</w:t>
        <w:br/>
        <w:t>vt 0.429470 0.553420</w:t>
        <w:br/>
        <w:t>vt 0.474770 0.449290</w:t>
        <w:br/>
        <w:t>vt 0.475680 0.456450</w:t>
        <w:br/>
        <w:t>vt 0.468530 0.458850</w:t>
        <w:br/>
        <w:t>vt 0.486500 0.327640</w:t>
        <w:br/>
        <w:t>vt 0.469010 0.422600</w:t>
        <w:br/>
        <w:t>vt 0.460420 0.415620</w:t>
        <w:br/>
        <w:t>vt 0.464060 0.419570</w:t>
        <w:br/>
        <w:t>vt 0.492240 0.429760</w:t>
        <w:br/>
        <w:t>vt 0.456860 0.411260</w:t>
        <w:br/>
        <w:t>vt 0.259670 0.541460</w:t>
        <w:br/>
        <w:t>vt 0.267850 0.517910</w:t>
        <w:br/>
        <w:t>vt 0.303810 0.461850</w:t>
        <w:br/>
        <w:t>vt 0.284140 0.487820</w:t>
        <w:br/>
        <w:t>vt 0.260920 0.478940</w:t>
        <w:br/>
        <w:t>vt 0.246750 0.507520</w:t>
        <w:br/>
        <w:t>vt 0.238920 0.535050</w:t>
        <w:br/>
        <w:t>vt 0.233050 0.563000</w:t>
        <w:br/>
        <w:t>vt 0.233860 0.596850</w:t>
        <w:br/>
        <w:t>vt 0.243840 0.632230</w:t>
        <w:br/>
        <w:t>vt 0.265130 0.660820</w:t>
        <w:br/>
        <w:t>vt 0.291110 0.678880</w:t>
        <w:br/>
        <w:t>vt 0.316590 0.693210</w:t>
        <w:br/>
        <w:t>vt 0.342860 0.700320</w:t>
        <w:br/>
        <w:t>vt 0.368820 0.704740</w:t>
        <w:br/>
        <w:t>vt 0.395680 0.705150</w:t>
        <w:br/>
        <w:t>vt 0.423460 0.704380</w:t>
        <w:br/>
        <w:t>vt 0.281850 0.450130</w:t>
        <w:br/>
        <w:t>vt 0.400120 0.531420</w:t>
        <w:br/>
        <w:t>vt 0.382210 0.528080</w:t>
        <w:br/>
        <w:t>vt 0.370290 0.526080</w:t>
        <w:br/>
        <w:t>vt 0.356110 0.523740</w:t>
        <w:br/>
        <w:t>vt 0.342110 0.521890</w:t>
        <w:br/>
        <w:t>vt 0.327830 0.523520</w:t>
        <w:br/>
        <w:t>vt 0.316920 0.532180</w:t>
        <w:br/>
        <w:t>vt 0.308920 0.542380</w:t>
        <w:br/>
        <w:t>vt 0.302830 0.555840</w:t>
        <w:br/>
        <w:t>vt 0.299220 0.567070</w:t>
        <w:br/>
        <w:t>vt 0.309820 0.578040</w:t>
        <w:br/>
        <w:t>vt 0.323690 0.586890</w:t>
        <w:br/>
        <w:t>vt 0.334320 0.591790</w:t>
        <w:br/>
        <w:t>vt 0.344970 0.596790</w:t>
        <w:br/>
        <w:t>vt 0.354740 0.599870</w:t>
        <w:br/>
        <w:t>vt 0.368020 0.601940</w:t>
        <w:br/>
        <w:t>vt 0.380880 0.600790</w:t>
        <w:br/>
        <w:t>vt 0.395290 0.608200</w:t>
        <w:br/>
        <w:t>vt 0.393340 0.595560</w:t>
        <w:br/>
        <w:t>vt 0.380880 0.600790</w:t>
        <w:br/>
        <w:t>vt 0.407510 0.587720</w:t>
        <w:br/>
        <w:t>vt 0.418770 0.577130</w:t>
        <w:br/>
        <w:t>vt 0.457530 0.399040</w:t>
        <w:br/>
        <w:t>vt 0.449430 0.404350</w:t>
        <w:br/>
        <w:t>vt 0.456030 0.404930</w:t>
        <w:br/>
        <w:t>vt 0.462280 0.401430</w:t>
        <w:br/>
        <w:t>vt 0.468700 0.397590</w:t>
        <w:br/>
        <w:t>vt 0.466980 0.393950</w:t>
        <w:br/>
        <w:t>vt 0.442230 0.409460</w:t>
        <w:br/>
        <w:t>vt 0.451400 0.409180</w:t>
        <w:br/>
        <w:t>vt 0.466020 0.427220</w:t>
        <w:br/>
        <w:t>vt 0.461300 0.433440</w:t>
        <w:br/>
        <w:t>vt 0.470160 0.437940</w:t>
        <w:br/>
        <w:t>vt 0.473490 0.431680</w:t>
        <w:br/>
        <w:t>vt 0.460050 0.422990</w:t>
        <w:br/>
        <w:t>vt 0.453250 0.428750</w:t>
        <w:br/>
        <w:t>vt 0.480790 0.439980</w:t>
        <w:br/>
        <w:t>vt 0.482500 0.434360</w:t>
        <w:br/>
        <w:t>vt 0.455960 0.418020</w:t>
        <w:br/>
        <w:t>vt 0.446260 0.422920</w:t>
        <w:br/>
        <w:t>vt 0.452770 0.412230</w:t>
        <w:br/>
        <w:t>vt 0.441100 0.414900</w:t>
        <w:br/>
        <w:t>vt 0.492510 0.393280</w:t>
        <w:br/>
        <w:t>vt 0.492400 0.388700</w:t>
        <w:br/>
        <w:t>vt 0.483420 0.389460</w:t>
        <w:br/>
        <w:t>vt 0.484080 0.393520</w:t>
        <w:br/>
        <w:t>vt 0.475170 0.391280</w:t>
        <w:br/>
        <w:t>vt 0.476570 0.394270</w:t>
        <w:br/>
        <w:t>vt 0.491470 0.435440</w:t>
        <w:br/>
        <w:t>vt 0.490890 0.440910</w:t>
        <w:br/>
        <w:t>vt 0.336430 0.457770</w:t>
        <w:br/>
        <w:t>vt 0.242520 0.401970</w:t>
        <w:br/>
        <w:t>vt 0.263960 0.385380</w:t>
        <w:br/>
        <w:t>vt 0.269700 0.417730</w:t>
        <w:br/>
        <w:t>vt 0.290440 0.401960</w:t>
        <w:br/>
        <w:t>vt 0.299090 0.434440</w:t>
        <w:br/>
        <w:t>vt 0.317580 0.418350</w:t>
        <w:br/>
        <w:t>vt 0.337040 0.431460</w:t>
        <w:br/>
        <w:t>vt 0.321020 0.447990</w:t>
        <w:br/>
        <w:t>vt 0.498710 0.487280</w:t>
        <w:br/>
        <w:t>vt 0.481170 0.473800</w:t>
        <w:br/>
        <w:t>vt 0.485870 0.470840</w:t>
        <w:br/>
        <w:t>vt 0.479100 0.463410</w:t>
        <w:br/>
        <w:t>vt 0.473940 0.466210</w:t>
        <w:br/>
        <w:t>vt 0.487210 0.481360</w:t>
        <w:br/>
        <w:t>vt 0.490820 0.478290</w:t>
        <w:br/>
        <w:t>vt 0.493840 0.486940</w:t>
        <w:br/>
        <w:t>vt 0.495540 0.483490</w:t>
        <w:br/>
        <w:t>vt 0.884110 0.839870</w:t>
        <w:br/>
        <w:t>vt 0.019720 0.514320</w:t>
        <w:br/>
        <w:t>vt 0.019720 0.526980</w:t>
        <w:br/>
        <w:t>vt 0.015410 0.524620</w:t>
        <w:br/>
        <w:t>vt 0.015410 0.512510</w:t>
        <w:br/>
        <w:t>vt 0.019720 0.630580</w:t>
        <w:br/>
        <w:t>vt 0.019720 0.675320</w:t>
        <w:br/>
        <w:t>vt 0.015410 0.676230</w:t>
        <w:br/>
        <w:t>vt 0.019720 0.550500</w:t>
        <w:br/>
        <w:t>vt 0.015410 0.550320</w:t>
        <w:br/>
        <w:t>vt 0.470300 0.410450</w:t>
        <w:br/>
        <w:t>vt 0.024510 0.526590</w:t>
        <w:br/>
        <w:t>vt 0.019720 0.526980</w:t>
        <w:br/>
        <w:t>vt 0.019720 0.514320</w:t>
        <w:br/>
        <w:t>vt 0.024510 0.513080</w:t>
        <w:br/>
        <w:t>vt 0.015410 0.734750</w:t>
        <w:br/>
        <w:t>vt 0.019720 0.734160</w:t>
        <w:br/>
        <w:t>vt 0.019720 0.511190</w:t>
        <w:br/>
        <w:t>vt 0.019720 0.514030</w:t>
        <w:br/>
        <w:t>vt 0.120380 0.348830</w:t>
        <w:br/>
        <w:t>vt 0.121570 0.346880</w:t>
        <w:br/>
        <w:t>vt 0.399450 0.554420</w:t>
        <w:br/>
        <w:t>vt 0.395700 0.545650</w:t>
        <w:br/>
        <w:t>vt 0.396610 0.545830</w:t>
        <w:br/>
        <w:t>vt 0.400090 0.554320</w:t>
        <w:br/>
        <w:t>vt 0.389440 0.539640</w:t>
        <w:br/>
        <w:t>vt 0.381360 0.533860</w:t>
        <w:br/>
        <w:t>vt 0.381760 0.533560</w:t>
        <w:br/>
        <w:t>vt 0.390160 0.539560</w:t>
        <w:br/>
        <w:t>vt 0.375230 0.531010</w:t>
        <w:br/>
        <w:t>vt 0.374870 0.531460</w:t>
        <w:br/>
        <w:t>vt 0.366740 0.530540</w:t>
        <w:br/>
        <w:t>vt 0.360740 0.532910</w:t>
        <w:br/>
        <w:t>vt 0.359870 0.532080</w:t>
        <w:br/>
        <w:t>vt 0.366990 0.529640</w:t>
        <w:br/>
        <w:t>vt 0.353390 0.537550</w:t>
        <w:br/>
        <w:t>vt 0.352490 0.536110</w:t>
        <w:br/>
        <w:t>vt 0.346790 0.543030</w:t>
        <w:br/>
        <w:t>vt 0.347840 0.543480</w:t>
        <w:br/>
        <w:t>vt 0.342880 0.551410</w:t>
        <w:br/>
        <w:t>vt 0.341760 0.551000</w:t>
        <w:br/>
        <w:t>vt 0.341350 0.565020</w:t>
        <w:br/>
        <w:t>vt 0.339910 0.565650</w:t>
        <w:br/>
        <w:t>vt 0.339540 0.559530</w:t>
        <w:br/>
        <w:t>vt 0.341060 0.559150</w:t>
        <w:br/>
        <w:t>vt 0.360180 0.593670</w:t>
        <w:br/>
        <w:t>vt 0.359810 0.595210</w:t>
        <w:br/>
        <w:t>vt 0.354450 0.592400</w:t>
        <w:br/>
        <w:t>vt 0.354870 0.591020</w:t>
        <w:br/>
        <w:t>vt 0.367030 0.596290</w:t>
        <w:br/>
        <w:t>vt 0.366990 0.597820</w:t>
        <w:br/>
        <w:t>vt 0.375110 0.595480</w:t>
        <w:br/>
        <w:t>vt 0.375200 0.596980</w:t>
        <w:br/>
        <w:t>vt 0.382980 0.592170</w:t>
        <w:br/>
        <w:t>vt 0.383290 0.593560</w:t>
        <w:br/>
        <w:t>vt 0.391870 0.587060</w:t>
        <w:br/>
        <w:t>vt 0.391290 0.585920</w:t>
        <w:br/>
        <w:t>vt 0.397040 0.577170</w:t>
        <w:br/>
        <w:t>vt 0.397830 0.577940</w:t>
        <w:br/>
        <w:t>vt 0.400110 0.559200</w:t>
        <w:br/>
        <w:t>vt 0.400640 0.559560</w:t>
        <w:br/>
        <w:t>vt 0.339910 0.565650</w:t>
        <w:br/>
        <w:t>vt 0.341350 0.565020</w:t>
        <w:br/>
        <w:t>vt 0.341550 0.573160</w:t>
        <w:br/>
        <w:t>vt 0.340230 0.574050</w:t>
        <w:br/>
        <w:t>vt 0.349370 0.586880</w:t>
        <w:br/>
        <w:t>vt 0.348690 0.588050</w:t>
        <w:br/>
        <w:t>vt 0.343410 0.582600</w:t>
        <w:br/>
        <w:t>vt 0.344310 0.581460</w:t>
        <w:br/>
        <w:t>vt 0.388800 0.554480</w:t>
        <w:br/>
        <w:t>vt 0.385570 0.549130</w:t>
        <w:br/>
        <w:t>vt 0.373280 0.540650</w:t>
        <w:br/>
        <w:t>vt 0.365510 0.540750</w:t>
        <w:br/>
        <w:t>vt 0.355260 0.542340</w:t>
        <w:br/>
        <w:t>vt 0.350590 0.559670</w:t>
        <w:br/>
        <w:t>vt 0.350130 0.549860</w:t>
        <w:br/>
        <w:t>vt 0.348100 0.570130</w:t>
        <w:br/>
        <w:t>vt 0.355100 0.582950</w:t>
        <w:br/>
        <w:t>vt 0.360180 0.593670</w:t>
        <w:br/>
        <w:t>vt 0.354870 0.591020</w:t>
        <w:br/>
        <w:t>vt 0.364360 0.586850</w:t>
        <w:br/>
        <w:t>vt 0.367030 0.596290</w:t>
        <w:br/>
        <w:t>vt 0.371630 0.587280</w:t>
        <w:br/>
        <w:t>vt 0.375110 0.595480</w:t>
        <w:br/>
        <w:t>vt 0.382980 0.592170</w:t>
        <w:br/>
        <w:t>vt 0.378670 0.585750</w:t>
        <w:br/>
        <w:t>vt 0.384290 0.581550</w:t>
        <w:br/>
        <w:t>vt 0.391290 0.585920</w:t>
        <w:br/>
        <w:t>vt 0.389230 0.573730</w:t>
        <w:br/>
        <w:t>vt 0.391420 0.562950</w:t>
        <w:br/>
        <w:t>vt 0.349370 0.586880</w:t>
        <w:br/>
        <w:t>vt 0.344310 0.581460</w:t>
        <w:br/>
        <w:t>vt 0.378220 0.569820</w:t>
        <w:br/>
        <w:t>vt 0.384290 0.581550</w:t>
        <w:br/>
        <w:t>vt 0.347840 0.543480</w:t>
        <w:br/>
        <w:t>vt 0.378490 0.561100</w:t>
        <w:br/>
        <w:t>vt 0.381300 0.554470</w:t>
        <w:br/>
        <w:t>vt 0.378670 0.585750</w:t>
        <w:br/>
        <w:t>vt 0.359510 0.549760</w:t>
        <w:br/>
        <w:t>vt 0.357860 0.558810</w:t>
        <w:br/>
        <w:t>vt 0.350590 0.559670</w:t>
        <w:br/>
        <w:t>vt 0.350130 0.549860</w:t>
        <w:br/>
        <w:t>vt 0.358710 0.569800</w:t>
        <w:br/>
        <w:t>vt 0.348100 0.570130</w:t>
        <w:br/>
        <w:t>vt 0.358710 0.569800</w:t>
        <w:br/>
        <w:t>vt 0.364360 0.586850</w:t>
        <w:br/>
        <w:t>vt 0.355100 0.582950</w:t>
        <w:br/>
        <w:t>vt 0.348100 0.570130</w:t>
        <w:br/>
        <w:t>vt 0.371630 0.587280</w:t>
        <w:br/>
        <w:t>vt 0.368000 0.569610</w:t>
        <w:br/>
        <w:t>vt 0.378220 0.569820</w:t>
        <w:br/>
        <w:t>vt 0.368000 0.569610</w:t>
        <w:br/>
        <w:t>vt 0.368030 0.558930</w:t>
        <w:br/>
        <w:t>vt 0.378490 0.561100</w:t>
        <w:br/>
        <w:t>vt 0.370480 0.550240</w:t>
        <w:br/>
        <w:t>vt 0.381300 0.554470</w:t>
        <w:br/>
        <w:t>vt 0.385570 0.549130</w:t>
        <w:br/>
        <w:t>vt 0.373280 0.540650</w:t>
        <w:br/>
        <w:t>vt 0.355260 0.542340</w:t>
        <w:br/>
        <w:t>vt 0.365510 0.540750</w:t>
        <w:br/>
        <w:t>vt 0.341550 0.573160</w:t>
        <w:br/>
        <w:t>vt 0.341350 0.565020</w:t>
        <w:br/>
        <w:t>vt 0.396610 0.545830</w:t>
        <w:br/>
        <w:t>vt 0.395700 0.545650</w:t>
        <w:br/>
        <w:t>vt 0.399450 0.554420</w:t>
        <w:br/>
        <w:t>vt 0.400090 0.554320</w:t>
        <w:br/>
        <w:t>vt 0.381760 0.533560</w:t>
        <w:br/>
        <w:t>vt 0.381360 0.533860</w:t>
        <w:br/>
        <w:t>vt 0.389440 0.539640</w:t>
        <w:br/>
        <w:t>vt 0.390160 0.539560</w:t>
        <w:br/>
        <w:t>vt 0.375230 0.531010</w:t>
        <w:br/>
        <w:t>vt 0.374870 0.531460</w:t>
        <w:br/>
        <w:t>vt 0.359870 0.532080</w:t>
        <w:br/>
        <w:t>vt 0.360740 0.532910</w:t>
        <w:br/>
        <w:t>vt 0.366740 0.530540</w:t>
        <w:br/>
        <w:t>vt 0.366990 0.529640</w:t>
        <w:br/>
        <w:t>vt 0.352490 0.536110</w:t>
        <w:br/>
        <w:t>vt 0.353390 0.537550</w:t>
        <w:br/>
        <w:t>vt 0.342880 0.551410</w:t>
        <w:br/>
        <w:t>vt 0.347840 0.543480</w:t>
        <w:br/>
        <w:t>vt 0.346790 0.543030</w:t>
        <w:br/>
        <w:t>vt 0.341760 0.551000</w:t>
        <w:br/>
        <w:t>vt 0.339540 0.559530</w:t>
        <w:br/>
        <w:t>vt 0.339910 0.565650</w:t>
        <w:br/>
        <w:t>vt 0.341350 0.565020</w:t>
        <w:br/>
        <w:t>vt 0.341060 0.559150</w:t>
        <w:br/>
        <w:t>vt 0.354450 0.592400</w:t>
        <w:br/>
        <w:t>vt 0.359810 0.595210</w:t>
        <w:br/>
        <w:t>vt 0.360180 0.593670</w:t>
        <w:br/>
        <w:t>vt 0.354870 0.591020</w:t>
        <w:br/>
        <w:t>vt 0.366990 0.597820</w:t>
        <w:br/>
        <w:t>vt 0.367030 0.596290</w:t>
        <w:br/>
        <w:t>vt 0.375200 0.596980</w:t>
        <w:br/>
        <w:t>vt 0.375110 0.595480</w:t>
        <w:br/>
        <w:t>vt 0.383290 0.593560</w:t>
        <w:br/>
        <w:t>vt 0.382980 0.592170</w:t>
        <w:br/>
        <w:t>vt 0.391870 0.587060</w:t>
        <w:br/>
        <w:t>vt 0.391290 0.585920</w:t>
        <w:br/>
        <w:t>vt 0.397830 0.577940</w:t>
        <w:br/>
        <w:t>vt 0.397040 0.577170</w:t>
        <w:br/>
        <w:t>vt 0.400640 0.559560</w:t>
        <w:br/>
        <w:t>vt 0.400110 0.559200</w:t>
        <w:br/>
        <w:t>vt 0.341550 0.573160</w:t>
        <w:br/>
        <w:t>vt 0.341350 0.565020</w:t>
        <w:br/>
        <w:t>vt 0.339910 0.565650</w:t>
        <w:br/>
        <w:t>vt 0.340230 0.574050</w:t>
        <w:br/>
        <w:t>vt 0.343410 0.582600</w:t>
        <w:br/>
        <w:t>vt 0.348690 0.588050</w:t>
        <w:br/>
        <w:t>vt 0.349370 0.586880</w:t>
        <w:br/>
        <w:t>vt 0.344310 0.581460</w:t>
        <w:br/>
        <w:t>vt 0.385570 0.549130</w:t>
        <w:br/>
        <w:t>vt 0.388800 0.554480</w:t>
        <w:br/>
        <w:t>vt 0.373280 0.540650</w:t>
        <w:br/>
        <w:t>vt 0.355260 0.542340</w:t>
        <w:br/>
        <w:t>vt 0.365510 0.540750</w:t>
        <w:br/>
        <w:t>vt 0.350130 0.549860</w:t>
        <w:br/>
        <w:t>vt 0.350590 0.559670</w:t>
        <w:br/>
        <w:t>vt 0.348100 0.570130</w:t>
        <w:br/>
        <w:t>vt 0.354870 0.591020</w:t>
        <w:br/>
        <w:t>vt 0.360180 0.593670</w:t>
        <w:br/>
        <w:t>vt 0.355100 0.582950</w:t>
        <w:br/>
        <w:t>vt 0.364360 0.586850</w:t>
        <w:br/>
        <w:t>vt 0.367030 0.596290</w:t>
        <w:br/>
        <w:t>vt 0.375110 0.595480</w:t>
        <w:br/>
        <w:t>vt 0.371630 0.587280</w:t>
        <w:br/>
        <w:t>vt 0.382980 0.592170</w:t>
        <w:br/>
        <w:t>vt 0.378670 0.585750</w:t>
        <w:br/>
        <w:t>vt 0.384290 0.581550</w:t>
        <w:br/>
        <w:t>vt 0.391290 0.585920</w:t>
        <w:br/>
        <w:t>vt 0.389230 0.573730</w:t>
        <w:br/>
        <w:t>vt 0.391420 0.562950</w:t>
        <w:br/>
        <w:t>vt 0.344310 0.581460</w:t>
        <w:br/>
        <w:t>vt 0.349370 0.586880</w:t>
        <w:br/>
        <w:t>vt 0.384290 0.581550</w:t>
        <w:br/>
        <w:t>vt 0.378220 0.569820</w:t>
        <w:br/>
        <w:t>vt 0.347840 0.543480</w:t>
        <w:br/>
        <w:t>vt 0.381300 0.554470</w:t>
        <w:br/>
        <w:t>vt 0.378490 0.561100</w:t>
        <w:br/>
        <w:t>vt 0.378670 0.585750</w:t>
        <w:br/>
        <w:t>vt 0.350590 0.559670</w:t>
        <w:br/>
        <w:t>vt 0.357860 0.558810</w:t>
        <w:br/>
        <w:t>vt 0.359510 0.549760</w:t>
        <w:br/>
        <w:t>vt 0.350130 0.549860</w:t>
        <w:br/>
        <w:t>vt 0.358710 0.569800</w:t>
        <w:br/>
        <w:t>vt 0.348100 0.570130</w:t>
        <w:br/>
        <w:t>vt 0.355100 0.582950</w:t>
        <w:br/>
        <w:t>vt 0.364360 0.586850</w:t>
        <w:br/>
        <w:t>vt 0.358710 0.569800</w:t>
        <w:br/>
        <w:t>vt 0.348100 0.570130</w:t>
        <w:br/>
        <w:t>vt 0.368000 0.569610</w:t>
        <w:br/>
        <w:t>vt 0.371630 0.587280</w:t>
        <w:br/>
        <w:t>vt 0.368030 0.558930</w:t>
        <w:br/>
        <w:t>vt 0.368000 0.569610</w:t>
        <w:br/>
        <w:t>vt 0.378220 0.569820</w:t>
        <w:br/>
        <w:t>vt 0.378490 0.561100</w:t>
        <w:br/>
        <w:t>vt 0.381300 0.554470</w:t>
        <w:br/>
        <w:t>vt 0.370480 0.550240</w:t>
        <w:br/>
        <w:t>vt 0.385570 0.549130</w:t>
        <w:br/>
        <w:t>vt 0.373280 0.540650</w:t>
        <w:br/>
        <w:t>vt 0.365510 0.540750</w:t>
        <w:br/>
        <w:t>vt 0.355260 0.542340</w:t>
        <w:br/>
        <w:t>vt 0.341350 0.565020</w:t>
        <w:br/>
        <w:t>vt 0.341550 0.573160</w:t>
        <w:br/>
        <w:t>vt 0.365160 0.071500</w:t>
        <w:br/>
        <w:t>vt 0.363860 0.060640</w:t>
        <w:br/>
        <w:t>vt 0.372860 0.060640</w:t>
        <w:br/>
        <w:t>vt 0.374680 0.067840</w:t>
        <w:br/>
        <w:t>vt 0.366070 0.049680</w:t>
        <w:br/>
        <w:t>vt 0.374550 0.052950</w:t>
        <w:br/>
        <w:t>vt 0.372860 0.060640</w:t>
        <w:br/>
        <w:t>vt 0.363860 0.060640</w:t>
        <w:br/>
        <w:t>vt 0.356070 0.075090</w:t>
        <w:br/>
        <w:t>vt 0.353340 0.060640</w:t>
        <w:br/>
        <w:t>vt 0.357700 0.047500</w:t>
        <w:br/>
        <w:t>vt 0.353340 0.060640</w:t>
        <w:br/>
        <w:t>vt 0.383060 0.060640</w:t>
        <w:br/>
        <w:t>vt 0.383060 0.060640</w:t>
        <w:br/>
        <w:t>vt 0.348170 0.079020</w:t>
        <w:br/>
        <w:t>vt 0.344300 0.060640</w:t>
        <w:br/>
        <w:t>vt 0.351490 0.044200</w:t>
        <w:br/>
        <w:t>vt 0.485620 0.027570</w:t>
        <w:br/>
        <w:t>vt 0.500760 0.027570</w:t>
        <w:br/>
        <w:t>vt 0.487920 0.037220</w:t>
        <w:br/>
        <w:t>vt 0.481530 0.038790</w:t>
        <w:br/>
        <w:t>vt 0.477490 0.027570</w:t>
        <w:br/>
        <w:t>vt 0.477490 0.027570</w:t>
        <w:br/>
        <w:t>vt 0.480310 0.015910</w:t>
        <w:br/>
        <w:t>vt 0.487190 0.018220</w:t>
        <w:br/>
        <w:t>vt 0.485620 0.027570</w:t>
        <w:br/>
        <w:t>vt 0.475170 0.039330</w:t>
        <w:br/>
        <w:t>vt 0.469510 0.027570</w:t>
        <w:br/>
        <w:t>vt 0.469510 0.027570</w:t>
        <w:br/>
        <w:t>vt 0.474030 0.013510</w:t>
        <w:br/>
        <w:t>vt 0.469530 0.040100</w:t>
        <w:br/>
        <w:t>vt 0.460420 0.027570</w:t>
        <w:br/>
        <w:t>vt 0.460420 0.027570</w:t>
        <w:br/>
        <w:t>vt 0.468730 0.010430</w:t>
        <w:br/>
        <w:t>vt 0.500760 0.027570</w:t>
        <w:br/>
        <w:t>vt 0.365160 0.071500</w:t>
        <w:br/>
        <w:t>vt 0.374680 0.067840</w:t>
        <w:br/>
        <w:t>vt 0.372860 0.060640</w:t>
        <w:br/>
        <w:t>vt 0.363860 0.060640</w:t>
        <w:br/>
        <w:t>vt 0.366070 0.049680</w:t>
        <w:br/>
        <w:t>vt 0.363860 0.060640</w:t>
        <w:br/>
        <w:t>vt 0.372860 0.060640</w:t>
        <w:br/>
        <w:t>vt 0.374550 0.052950</w:t>
        <w:br/>
        <w:t>vt 0.356070 0.075090</w:t>
        <w:br/>
        <w:t>vt 0.353340 0.060640</w:t>
        <w:br/>
        <w:t>vt 0.357700 0.047500</w:t>
        <w:br/>
        <w:t>vt 0.353340 0.060640</w:t>
        <w:br/>
        <w:t>vt 0.383060 0.060640</w:t>
        <w:br/>
        <w:t>vt 0.383060 0.060640</w:t>
        <w:br/>
        <w:t>vt 0.348170 0.079020</w:t>
        <w:br/>
        <w:t>vt 0.344300 0.060640</w:t>
        <w:br/>
        <w:t>vt 0.351490 0.044200</w:t>
        <w:br/>
        <w:t>vt 0.485620 0.027570</w:t>
        <w:br/>
        <w:t>vt 0.487920 0.037220</w:t>
        <w:br/>
        <w:t>vt 0.500760 0.027570</w:t>
        <w:br/>
        <w:t>vt 0.481530 0.038790</w:t>
        <w:br/>
        <w:t>vt 0.477490 0.027570</w:t>
        <w:br/>
        <w:t>vt 0.487190 0.018220</w:t>
        <w:br/>
        <w:t>vt 0.480310 0.015910</w:t>
        <w:br/>
        <w:t>vt 0.477490 0.027570</w:t>
        <w:br/>
        <w:t>vt 0.485620 0.027570</w:t>
        <w:br/>
        <w:t>vt 0.475170 0.039330</w:t>
        <w:br/>
        <w:t>vt 0.469510 0.027570</w:t>
        <w:br/>
        <w:t>vt 0.474030 0.013510</w:t>
        <w:br/>
        <w:t>vt 0.469510 0.027570</w:t>
        <w:br/>
        <w:t>vt 0.469530 0.040100</w:t>
        <w:br/>
        <w:t>vt 0.460420 0.027570</w:t>
        <w:br/>
        <w:t>vt 0.460420 0.027570</w:t>
        <w:br/>
        <w:t>vt 0.468730 0.010430</w:t>
        <w:br/>
        <w:t>vt 0.500760 0.027570</w:t>
        <w:br/>
        <w:t>vt 0.483010 0.177990</w:t>
        <w:br/>
        <w:t>vt 0.459180 0.178280</w:t>
        <w:br/>
        <w:t>vt 0.467090 0.157550</w:t>
        <w:br/>
        <w:t>vt 0.491950 0.157650</w:t>
        <w:br/>
        <w:t>vt 0.433740 0.174720</w:t>
        <w:br/>
        <w:t>vt 0.440850 0.154000</w:t>
        <w:br/>
        <w:t>vt 0.401350 0.162780</w:t>
        <w:br/>
        <w:t>vt 0.409390 0.143610</w:t>
        <w:br/>
        <w:t>vt 0.374380 0.150070</w:t>
        <w:br/>
        <w:t>vt 0.382590 0.128150</w:t>
        <w:br/>
        <w:t>vt 0.358650 0.135170</w:t>
        <w:br/>
        <w:t>vt 0.369250 0.116720</w:t>
        <w:br/>
        <w:t>vt 0.322490 0.084510</w:t>
        <w:br/>
        <w:t>vt 0.330920 0.072250</w:t>
        <w:br/>
        <w:t>vt 0.344080 0.088040</w:t>
        <w:br/>
        <w:t>vt 0.333900 0.103140</w:t>
        <w:br/>
        <w:t>vt 0.309390 0.059190</w:t>
        <w:br/>
        <w:t>vt 0.314760 0.050830</w:t>
        <w:br/>
        <w:t>vt 0.540300 0.149120</w:t>
        <w:br/>
        <w:t>vt 0.568040 0.137620</w:t>
        <w:br/>
        <w:t>vt 0.571570 0.153520</w:t>
        <w:br/>
        <w:t>vt 0.538290 0.166630</w:t>
        <w:br/>
        <w:t>vt 0.552980 0.221340</w:t>
        <w:br/>
        <w:t>vt 0.533170 0.196250</w:t>
        <w:br/>
        <w:t>vt 0.580560 0.177890</w:t>
        <w:br/>
        <w:t>vt 0.592750 0.209900</w:t>
        <w:br/>
        <w:t>vt 0.650180 0.152790</w:t>
        <w:br/>
        <w:t>vt 0.632280 0.152780</w:t>
        <w:br/>
        <w:t>vt 0.656900 0.122150</w:t>
        <w:br/>
        <w:t>vt 0.649130 0.183660</w:t>
        <w:br/>
        <w:t>vt 0.616140 0.198180</w:t>
        <w:br/>
        <w:t>vt 0.632280 0.152780</w:t>
        <w:br/>
        <w:t>vt 0.650180 0.152790</w:t>
        <w:br/>
        <w:t>vt 0.700650 0.157670</w:t>
        <w:br/>
        <w:t>vt 0.703580 0.169360</w:t>
        <w:br/>
        <w:t>vt 0.675570 0.175200</w:t>
        <w:br/>
        <w:t>vt 0.669000 0.153340</w:t>
        <w:br/>
        <w:t>vt 0.700650 0.157670</w:t>
        <w:br/>
        <w:t>vt 0.669000 0.153340</w:t>
        <w:br/>
        <w:t>vt 0.682710 0.131430</w:t>
        <w:br/>
        <w:t>vt 0.709240 0.144880</w:t>
        <w:br/>
        <w:t>vt 0.292020 0.026010</w:t>
        <w:br/>
        <w:t>vt 0.597980 0.140120</w:t>
        <w:br/>
        <w:t>vt 0.590970 0.120710</w:t>
        <w:br/>
        <w:t>vt 0.601230 0.128790</w:t>
        <w:br/>
        <w:t>vt 0.601960 0.112250</w:t>
        <w:br/>
        <w:t>vt 0.628800 0.112540</w:t>
        <w:br/>
        <w:t>vt 0.631950 0.131880</w:t>
        <w:br/>
        <w:t>vt 0.601230 0.128790</w:t>
        <w:br/>
        <w:t>vt 0.651640 0.112750</w:t>
        <w:br/>
        <w:t>vt 0.641680 0.098380</w:t>
        <w:br/>
        <w:t>vt 0.532060 0.021900</w:t>
        <w:br/>
        <w:t>vt 0.550690 0.007960</w:t>
        <w:br/>
        <w:t>vt 0.568620 0.032000</w:t>
        <w:br/>
        <w:t>vt 0.541770 0.043240</w:t>
        <w:br/>
        <w:t>vt 0.567140 0.072030</w:t>
        <w:br/>
        <w:t>vt 0.566590 0.104730</w:t>
        <w:br/>
        <w:t>vt 0.539100 0.094720</w:t>
        <w:br/>
        <w:t>vt 0.542210 0.069810</w:t>
        <w:br/>
        <w:t>vt 0.567140 0.072030</w:t>
        <w:br/>
        <w:t>vt 0.542210 0.069810</w:t>
        <w:br/>
        <w:t>vt 0.541770 0.043240</w:t>
        <w:br/>
        <w:t>vt 0.568620 0.032000</w:t>
        <w:br/>
        <w:t>vt 0.512570 0.036760</w:t>
        <w:br/>
        <w:t>vt 0.518960 0.051940</w:t>
        <w:br/>
        <w:t>vt 0.518170 0.087110</w:t>
        <w:br/>
        <w:t>vt 0.520460 0.069900</w:t>
        <w:br/>
        <w:t>vt 0.520460 0.069900</w:t>
        <w:br/>
        <w:t>vt 0.518960 0.051940</w:t>
        <w:br/>
        <w:t>vt 0.497670 0.059490</w:t>
        <w:br/>
        <w:t>vt 0.473230 0.070750</w:t>
        <w:br/>
        <w:t>vt 0.491250 0.053450</w:t>
        <w:br/>
        <w:t>vt 0.497690 0.079650</w:t>
        <w:br/>
        <w:t>vt 0.473230 0.070750</w:t>
        <w:br/>
        <w:t>vt 0.498760 0.069500</w:t>
        <w:br/>
        <w:t>vt 0.497670 0.059490</w:t>
        <w:br/>
        <w:t>vt 0.421950 0.226220</w:t>
        <w:br/>
        <w:t>vt 0.426480 0.204890</w:t>
        <w:br/>
        <w:t>vt 0.453700 0.207590</w:t>
        <w:br/>
        <w:t>vt 0.472990 0.233390</w:t>
        <w:br/>
        <w:t>vt 0.621060 0.092870</w:t>
        <w:br/>
        <w:t>vt 0.632870 0.086030</w:t>
        <w:br/>
        <w:t>vt 0.599810 0.092000</w:t>
        <w:br/>
        <w:t>vt 0.604520 0.054480</w:t>
        <w:br/>
        <w:t>vt 0.617030 0.067550</w:t>
        <w:br/>
        <w:t>vt 0.609270 0.071850</w:t>
        <w:br/>
        <w:t>vt 0.599660 0.056210</w:t>
        <w:br/>
        <w:t>vt 0.596800 0.073930</w:t>
        <w:br/>
        <w:t>vt 0.594500 0.058770</w:t>
        <w:br/>
        <w:t>vt 0.591570 0.041590</w:t>
        <w:br/>
        <w:t>vt 0.358930 0.179390</w:t>
        <w:br/>
        <w:t>vt 0.358570 0.197170</w:t>
        <w:br/>
        <w:t>vt 0.333800 0.192420</w:t>
        <w:br/>
        <w:t>vt 0.336930 0.180360</w:t>
        <w:br/>
        <w:t>vt 0.389800 0.201640</w:t>
        <w:br/>
        <w:t>vt 0.386340 0.218430</w:t>
        <w:br/>
        <w:t>vt 0.391200 0.192310</w:t>
        <w:br/>
        <w:t>vt 0.354010 0.210260</w:t>
        <w:br/>
        <w:t>vt 0.358570 0.197170</w:t>
        <w:br/>
        <w:t>vt 0.330030 0.202160</w:t>
        <w:br/>
        <w:t>vt 0.333800 0.192420</w:t>
        <w:br/>
        <w:t>vt 0.318070 0.176360</w:t>
        <w:br/>
        <w:t>vt 0.314910 0.187720</w:t>
        <w:br/>
        <w:t>vt 0.299720 0.181800</w:t>
        <w:br/>
        <w:t>vt 0.301690 0.174100</w:t>
        <w:br/>
        <w:t>vt 0.314910 0.187720</w:t>
        <w:br/>
        <w:t>vt 0.312000 0.195090</w:t>
        <w:br/>
        <w:t>vt 0.333450 0.162140</w:t>
        <w:br/>
        <w:t>vt 0.314140 0.160630</w:t>
        <w:br/>
        <w:t>vt 0.299060 0.160400</w:t>
        <w:br/>
        <w:t>vt 0.296710 0.188050</w:t>
        <w:br/>
        <w:t>vt 0.299720 0.181800</w:t>
        <w:br/>
        <w:t>vt 0.282840 0.172080</w:t>
        <w:br/>
        <w:t>vt 0.264220 0.167240</w:t>
        <w:br/>
        <w:t>vt 0.283490 0.161360</w:t>
        <w:br/>
        <w:t>vt 0.281830 0.179670</w:t>
        <w:br/>
        <w:t>vt 0.736170 0.163880</w:t>
        <w:br/>
        <w:t>vt 0.736170 0.163880</w:t>
        <w:br/>
        <w:t>vt 0.315990 0.093890</w:t>
        <w:br/>
        <w:t>vt 0.305610 0.065220</w:t>
        <w:br/>
        <w:t>vt 0.324930 0.115640</w:t>
        <w:br/>
        <w:t>vt 0.345860 0.155230</w:t>
        <w:br/>
        <w:t>vt 0.453700 0.207590</w:t>
        <w:br/>
        <w:t>vt 0.478240 0.206990</w:t>
        <w:br/>
        <w:t>vt 0.580560 0.177890</w:t>
        <w:br/>
        <w:t>vt 0.533170 0.196250</w:t>
        <w:br/>
        <w:t>vt 0.596800 0.073930</w:t>
        <w:br/>
        <w:t>vt 0.587900 0.074420</w:t>
        <w:br/>
        <w:t>vt 0.588670 0.058840</w:t>
        <w:br/>
        <w:t>vt 0.594500 0.058770</w:t>
        <w:br/>
        <w:t>vt 0.599810 0.092000</w:t>
        <w:br/>
        <w:t>vt 0.601960 0.112250</w:t>
        <w:br/>
        <w:t>vt 0.592060 0.107820</w:t>
        <w:br/>
        <w:t>vt 0.591170 0.094490</w:t>
        <w:br/>
        <w:t>vt 0.597980 0.140120</w:t>
        <w:br/>
        <w:t>vt 0.591570 0.041590</w:t>
        <w:br/>
        <w:t>vt 0.357110 0.103760</w:t>
        <w:br/>
        <w:t>vt 0.346670 0.120860</w:t>
        <w:br/>
        <w:t>vt 0.590970 0.120710</w:t>
        <w:br/>
        <w:t>vt 0.496020 0.205110</w:t>
        <w:br/>
        <w:t>vt 0.506980 0.231580</w:t>
        <w:br/>
        <w:t>vt 0.487440 0.233210</w:t>
        <w:br/>
        <w:t>vt 0.478240 0.206990</w:t>
        <w:br/>
        <w:t>vt 0.414070 0.093520</w:t>
        <w:br/>
        <w:t>vt 0.429990 0.099710</w:t>
        <w:br/>
        <w:t>vt 0.425530 0.105100</w:t>
        <w:br/>
        <w:t>vt 0.414070 0.104920</w:t>
        <w:br/>
        <w:t>vt 0.678950 0.097560</w:t>
        <w:br/>
        <w:t>vt 0.679430 0.096640</w:t>
        <w:br/>
        <w:t>vt 0.680540 0.097350</w:t>
        <w:br/>
        <w:t>vt 0.679800 0.098180</w:t>
        <w:br/>
        <w:t>vt 0.665690 0.083460</w:t>
        <w:br/>
        <w:t>vt 0.666790 0.081850</w:t>
        <w:br/>
        <w:t>vt 0.668870 0.084180</w:t>
        <w:br/>
        <w:t>vt 0.667520 0.085130</w:t>
        <w:br/>
        <w:t>vt 0.445290 0.122290</w:t>
        <w:br/>
        <w:t>vt 0.434970 0.118710</w:t>
        <w:br/>
        <w:t>vt 0.464810 0.100100</w:t>
        <w:br/>
        <w:t>vt 0.466710 0.110880</w:t>
        <w:br/>
        <w:t>vt 0.464810 0.100100</w:t>
        <w:br/>
        <w:t>vt 0.506710 0.109960</w:t>
        <w:br/>
        <w:t>vt 0.495950 0.116880</w:t>
        <w:br/>
        <w:t>vt 0.466710 0.110880</w:t>
        <w:br/>
        <w:t>vt 0.665900 0.086380</w:t>
        <w:br/>
        <w:t>vt 0.663900 0.087850</w:t>
        <w:br/>
        <w:t>vt 0.664610 0.085210</w:t>
        <w:br/>
        <w:t>vt 0.485450 0.126260</w:t>
        <w:br/>
        <w:t>vt 0.468880 0.123160</w:t>
        <w:br/>
        <w:t>vt 0.457810 0.128820</w:t>
        <w:br/>
        <w:t>vt 0.468880 0.123160</w:t>
        <w:br/>
        <w:t>vt 0.471640 0.138820</w:t>
        <w:br/>
        <w:t>vt 0.471640 0.138820</w:t>
        <w:br/>
        <w:t>vt 0.496020 0.205110</w:t>
        <w:br/>
        <w:t>vt 0.508430 0.173250</w:t>
        <w:br/>
        <w:t>vt 0.516670 0.154710</w:t>
        <w:br/>
        <w:t>vt 0.414070 0.115450</w:t>
        <w:br/>
        <w:t>vt 0.678110 0.099380</w:t>
        <w:br/>
        <w:t>vt 0.681590 0.095930</w:t>
        <w:br/>
        <w:t>vt 0.680070 0.095010</w:t>
        <w:br/>
        <w:t>vt 0.414070 0.081090</w:t>
        <w:br/>
        <w:t>vt 0.439930 0.093650</w:t>
        <w:br/>
        <w:t>vt 0.335580 0.137530</w:t>
        <w:br/>
        <w:t>vt 0.483010 0.177990</w:t>
        <w:br/>
        <w:t>vt 0.491950 0.157650</w:t>
        <w:br/>
        <w:t>vt 0.467090 0.157550</w:t>
        <w:br/>
        <w:t>vt 0.459180 0.178280</w:t>
        <w:br/>
        <w:t>vt 0.440850 0.154000</w:t>
        <w:br/>
        <w:t>vt 0.433740 0.174720</w:t>
        <w:br/>
        <w:t>vt 0.409390 0.143610</w:t>
        <w:br/>
        <w:t>vt 0.401350 0.162780</w:t>
        <w:br/>
        <w:t>vt 0.374380 0.150070</w:t>
        <w:br/>
        <w:t>vt 0.382590 0.128150</w:t>
        <w:br/>
        <w:t>vt 0.345860 0.155230</w:t>
        <w:br/>
        <w:t>vt 0.333450 0.162140</w:t>
        <w:br/>
        <w:t>vt 0.358930 0.179390</w:t>
        <w:br/>
        <w:t>vt 0.369250 0.116720</w:t>
        <w:br/>
        <w:t>vt 0.358650 0.135170</w:t>
        <w:br/>
        <w:t>vt 0.322490 0.084510</w:t>
        <w:br/>
        <w:t>vt 0.333900 0.103140</w:t>
        <w:br/>
        <w:t>vt 0.344080 0.088040</w:t>
        <w:br/>
        <w:t>vt 0.330920 0.072250</w:t>
        <w:br/>
        <w:t>vt 0.315990 0.093890</w:t>
        <w:br/>
        <w:t>vt 0.305350 0.094510</w:t>
        <w:br/>
        <w:t>vt 0.312130 0.119600</w:t>
        <w:br/>
        <w:t>vt 0.324930 0.115640</w:t>
        <w:br/>
        <w:t>vt 0.314760 0.050830</w:t>
        <w:br/>
        <w:t>vt 0.309390 0.059190</w:t>
        <w:br/>
        <w:t>vt 0.305610 0.065220</w:t>
        <w:br/>
        <w:t>vt 0.299870 0.064430</w:t>
        <w:br/>
        <w:t>vt 0.540300 0.149120</w:t>
        <w:br/>
        <w:t>vt 0.538290 0.166630</w:t>
        <w:br/>
        <w:t>vt 0.571570 0.153520</w:t>
        <w:br/>
        <w:t>vt 0.568040 0.137620</w:t>
        <w:br/>
        <w:t>vt 0.552980 0.221340</w:t>
        <w:br/>
        <w:t>vt 0.592750 0.209900</w:t>
        <w:br/>
        <w:t>vt 0.580560 0.177890</w:t>
        <w:br/>
        <w:t>vt 0.533170 0.196250</w:t>
        <w:br/>
        <w:t>vt 0.650180 0.152790</w:t>
        <w:br/>
        <w:t>vt 0.656900 0.122150</w:t>
        <w:br/>
        <w:t>vt 0.632280 0.152780</w:t>
        <w:br/>
        <w:t>vt 0.649130 0.183660</w:t>
        <w:br/>
        <w:t>vt 0.650180 0.152790</w:t>
        <w:br/>
        <w:t>vt 0.632280 0.152780</w:t>
        <w:br/>
        <w:t>vt 0.616140 0.198180</w:t>
        <w:br/>
        <w:t>vt 0.700650 0.157670</w:t>
        <w:br/>
        <w:t>vt 0.669000 0.153340</w:t>
        <w:br/>
        <w:t>vt 0.675570 0.175200</w:t>
        <w:br/>
        <w:t>vt 0.703580 0.169360</w:t>
        <w:br/>
        <w:t>vt 0.700650 0.157670</w:t>
        <w:br/>
        <w:t>vt 0.709240 0.144880</w:t>
        <w:br/>
        <w:t>vt 0.682710 0.131430</w:t>
        <w:br/>
        <w:t>vt 0.669000 0.153340</w:t>
        <w:br/>
        <w:t>vt 0.292020 0.026010</w:t>
        <w:br/>
        <w:t>vt 0.292020 0.026010</w:t>
        <w:br/>
        <w:t>vt 0.597980 0.140120</w:t>
        <w:br/>
        <w:t>vt 0.601230 0.128790</w:t>
        <w:br/>
        <w:t>vt 0.590970 0.120710</w:t>
        <w:br/>
        <w:t>vt 0.631950 0.131880</w:t>
        <w:br/>
        <w:t>vt 0.628800 0.112540</w:t>
        <w:br/>
        <w:t>vt 0.601960 0.112250</w:t>
        <w:br/>
        <w:t>vt 0.601230 0.128790</w:t>
        <w:br/>
        <w:t>vt 0.651640 0.112750</w:t>
        <w:br/>
        <w:t>vt 0.641680 0.098380</w:t>
        <w:br/>
        <w:t>vt 0.532060 0.021900</w:t>
        <w:br/>
        <w:t>vt 0.541770 0.043240</w:t>
        <w:br/>
        <w:t>vt 0.568620 0.032000</w:t>
        <w:br/>
        <w:t>vt 0.550690 0.007960</w:t>
        <w:br/>
        <w:t>vt 0.567140 0.072030</w:t>
        <w:br/>
        <w:t>vt 0.542210 0.069810</w:t>
        <w:br/>
        <w:t>vt 0.539100 0.094720</w:t>
        <w:br/>
        <w:t>vt 0.566590 0.104730</w:t>
        <w:br/>
        <w:t>vt 0.567140 0.072030</w:t>
        <w:br/>
        <w:t>vt 0.568620 0.032000</w:t>
        <w:br/>
        <w:t>vt 0.541770 0.043240</w:t>
        <w:br/>
        <w:t>vt 0.542210 0.069810</w:t>
        <w:br/>
        <w:t>vt 0.512570 0.036760</w:t>
        <w:br/>
        <w:t>vt 0.518960 0.051940</w:t>
        <w:br/>
        <w:t>vt 0.520460 0.069900</w:t>
        <w:br/>
        <w:t>vt 0.518170 0.087110</w:t>
        <w:br/>
        <w:t>vt 0.518960 0.051940</w:t>
        <w:br/>
        <w:t>vt 0.520460 0.069900</w:t>
        <w:br/>
        <w:t>vt 0.497670 0.059490</w:t>
        <w:br/>
        <w:t>vt 0.491250 0.053450</w:t>
        <w:br/>
        <w:t>vt 0.473230 0.070750</w:t>
        <w:br/>
        <w:t>vt 0.497690 0.079650</w:t>
        <w:br/>
        <w:t>vt 0.498760 0.069500</w:t>
        <w:br/>
        <w:t>vt 0.473230 0.070750</w:t>
        <w:br/>
        <w:t>vt 0.497670 0.059490</w:t>
        <w:br/>
        <w:t>vt 0.421950 0.226220</w:t>
        <w:br/>
        <w:t>vt 0.472990 0.233390</w:t>
        <w:br/>
        <w:t>vt 0.453700 0.207590</w:t>
        <w:br/>
        <w:t>vt 0.426480 0.204890</w:t>
        <w:br/>
        <w:t>vt 0.632870 0.086030</w:t>
        <w:br/>
        <w:t>vt 0.621060 0.092870</w:t>
        <w:br/>
        <w:t>vt 0.599810 0.092000</w:t>
        <w:br/>
        <w:t>vt 0.604520 0.054480</w:t>
        <w:br/>
        <w:t>vt 0.599660 0.056210</w:t>
        <w:br/>
        <w:t>vt 0.609270 0.071850</w:t>
        <w:br/>
        <w:t>vt 0.617030 0.067550</w:t>
        <w:br/>
        <w:t>vt 0.594500 0.058770</w:t>
        <w:br/>
        <w:t>vt 0.596800 0.073930</w:t>
        <w:br/>
        <w:t>vt 0.591570 0.041590</w:t>
        <w:br/>
        <w:t>vt 0.358930 0.179390</w:t>
        <w:br/>
        <w:t>vt 0.336930 0.180360</w:t>
        <w:br/>
        <w:t>vt 0.333800 0.192420</w:t>
        <w:br/>
        <w:t>vt 0.358570 0.197170</w:t>
        <w:br/>
        <w:t>vt 0.389800 0.201640</w:t>
        <w:br/>
        <w:t>vt 0.386340 0.218430</w:t>
        <w:br/>
        <w:t>vt 0.391200 0.192310</w:t>
        <w:br/>
        <w:t>vt 0.354010 0.210260</w:t>
        <w:br/>
        <w:t>vt 0.358570 0.197170</w:t>
        <w:br/>
        <w:t>vt 0.330030 0.202160</w:t>
        <w:br/>
        <w:t>vt 0.333800 0.192420</w:t>
        <w:br/>
        <w:t>vt 0.318070 0.176360</w:t>
        <w:br/>
        <w:t>vt 0.301690 0.174100</w:t>
        <w:br/>
        <w:t>vt 0.299720 0.181800</w:t>
        <w:br/>
        <w:t>vt 0.314910 0.187720</w:t>
        <w:br/>
        <w:t>vt 0.314910 0.187720</w:t>
        <w:br/>
        <w:t>vt 0.312000 0.195090</w:t>
        <w:br/>
        <w:t>vt 0.333450 0.162140</w:t>
        <w:br/>
        <w:t>vt 0.314140 0.160630</w:t>
        <w:br/>
        <w:t>vt 0.299060 0.160400</w:t>
        <w:br/>
        <w:t>vt 0.299720 0.181800</w:t>
        <w:br/>
        <w:t>vt 0.296710 0.188050</w:t>
        <w:br/>
        <w:t>vt 0.282840 0.172080</w:t>
        <w:br/>
        <w:t>vt 0.283490 0.161360</w:t>
        <w:br/>
        <w:t>vt 0.264220 0.167240</w:t>
        <w:br/>
        <w:t>vt 0.281830 0.179670</w:t>
        <w:br/>
        <w:t>vt 0.736170 0.163880</w:t>
        <w:br/>
        <w:t>vt 0.736170 0.163880</w:t>
        <w:br/>
        <w:t>vt 0.305610 0.065220</w:t>
        <w:br/>
        <w:t>vt 0.315990 0.093890</w:t>
        <w:br/>
        <w:t>vt 0.324930 0.115640</w:t>
        <w:br/>
        <w:t>vt 0.345860 0.155230</w:t>
        <w:br/>
        <w:t>vt 0.453700 0.207590</w:t>
        <w:br/>
        <w:t>vt 0.478240 0.206990</w:t>
        <w:br/>
        <w:t>vt 0.533170 0.196250</w:t>
        <w:br/>
        <w:t>vt 0.580560 0.177890</w:t>
        <w:br/>
        <w:t>vt 0.596800 0.073930</w:t>
        <w:br/>
        <w:t>vt 0.594500 0.058770</w:t>
        <w:br/>
        <w:t>vt 0.588670 0.058840</w:t>
        <w:br/>
        <w:t>vt 0.587900 0.074420</w:t>
        <w:br/>
        <w:t>vt 0.599810 0.092000</w:t>
        <w:br/>
        <w:t>vt 0.591170 0.094490</w:t>
        <w:br/>
        <w:t>vt 0.592060 0.107820</w:t>
        <w:br/>
        <w:t>vt 0.601960 0.112250</w:t>
        <w:br/>
        <w:t>vt 0.597980 0.140120</w:t>
        <w:br/>
        <w:t>vt 0.591570 0.041590</w:t>
        <w:br/>
        <w:t>vt 0.346670 0.120860</w:t>
        <w:br/>
        <w:t>vt 0.357110 0.103760</w:t>
        <w:br/>
        <w:t>vt 0.321440 0.140900</w:t>
        <w:br/>
        <w:t>vt 0.335580 0.137530</w:t>
        <w:br/>
        <w:t>vt 0.590970 0.120710</w:t>
        <w:br/>
        <w:t>vt 0.496020 0.205110</w:t>
        <w:br/>
        <w:t>vt 0.478240 0.206990</w:t>
        <w:br/>
        <w:t>vt 0.487440 0.233210</w:t>
        <w:br/>
        <w:t>vt 0.506980 0.231580</w:t>
        <w:br/>
        <w:t>vt 0.402950 0.104670</w:t>
        <w:br/>
        <w:t>vt 0.414070 0.104920</w:t>
        <w:br/>
        <w:t>vt 0.414070 0.093520</w:t>
        <w:br/>
        <w:t>vt 0.398420 0.098770</w:t>
        <w:br/>
        <w:t>vt 0.445290 0.122290</w:t>
        <w:br/>
        <w:t>vt 0.466710 0.110880</w:t>
        <w:br/>
        <w:t>vt 0.464810 0.100100</w:t>
        <w:br/>
        <w:t>vt 0.434970 0.118710</w:t>
        <w:br/>
        <w:t>vt 0.457810 0.128820</w:t>
        <w:br/>
        <w:t>vt 0.468880 0.123160</w:t>
        <w:br/>
        <w:t>vt 0.471640 0.138820</w:t>
        <w:br/>
        <w:t>vt 0.496020 0.205110</w:t>
        <w:br/>
        <w:t>vt 0.508430 0.173250</w:t>
        <w:br/>
        <w:t>vt 0.516670 0.154710</w:t>
        <w:br/>
        <w:t>vt 0.414070 0.115450</w:t>
        <w:br/>
        <w:t>vt 0.414070 0.081090</w:t>
        <w:br/>
        <w:t>vt 0.388690 0.092270</w:t>
        <w:br/>
        <w:t>vt 0.335580 0.137530</w:t>
        <w:br/>
        <w:t>vt 0.623260 0.226230</w:t>
        <w:br/>
        <w:t>vt 0.658050 0.221510</w:t>
        <w:br/>
        <w:t>vt 0.657940 0.233580</w:t>
        <w:br/>
        <w:t>vt 0.624460 0.233580</w:t>
        <w:br/>
        <w:t>vt 0.700280 0.233580</w:t>
        <w:br/>
        <w:t>vt 0.700350 0.225030</w:t>
        <w:br/>
        <w:t>vt 0.739690 0.233580</w:t>
        <w:br/>
        <w:t>vt 0.601450 0.233580</w:t>
        <w:br/>
        <w:t>vt 0.619850 0.218240</w:t>
        <w:br/>
        <w:t>vt 0.623260 0.226230</w:t>
        <w:br/>
        <w:t>vt 0.658140 0.208120</w:t>
        <w:br/>
        <w:t>vt 0.658050 0.221510</w:t>
        <w:br/>
        <w:t>vt 0.601450 0.233580</w:t>
        <w:br/>
        <w:t>vt 0.672140 0.233580</w:t>
        <w:br/>
        <w:t>vt 0.672180 0.221980</w:t>
        <w:br/>
        <w:t>vt 0.739690 0.233580</w:t>
        <w:br/>
        <w:t>vt 0.700350 0.225030</w:t>
        <w:br/>
        <w:t>vt 0.704830 0.216360</w:t>
        <w:br/>
        <w:t>vt 0.672090 0.208600</w:t>
        <w:br/>
        <w:t>vt 0.672180 0.221980</w:t>
        <w:br/>
        <w:t>vt 0.623260 0.226230</w:t>
        <w:br/>
        <w:t>vt 0.624460 0.233580</w:t>
        <w:br/>
        <w:t>vt 0.657940 0.233580</w:t>
        <w:br/>
        <w:t>vt 0.658050 0.221510</w:t>
        <w:br/>
        <w:t>vt 0.700280 0.233580</w:t>
        <w:br/>
        <w:t>vt 0.739690 0.233580</w:t>
        <w:br/>
        <w:t>vt 0.700350 0.225030</w:t>
        <w:br/>
        <w:t>vt 0.601450 0.233580</w:t>
        <w:br/>
        <w:t>vt 0.623260 0.226230</w:t>
        <w:br/>
        <w:t>vt 0.619850 0.218240</w:t>
        <w:br/>
        <w:t>vt 0.658140 0.208120</w:t>
        <w:br/>
        <w:t>vt 0.658050 0.221510</w:t>
        <w:br/>
        <w:t>vt 0.601450 0.233580</w:t>
        <w:br/>
        <w:t>vt 0.672180 0.221980</w:t>
        <w:br/>
        <w:t>vt 0.672140 0.233580</w:t>
        <w:br/>
        <w:t>vt 0.739690 0.233580</w:t>
        <w:br/>
        <w:t>vt 0.704830 0.216360</w:t>
        <w:br/>
        <w:t>vt 0.700350 0.225030</w:t>
        <w:br/>
        <w:t>vt 0.672090 0.208600</w:t>
        <w:br/>
        <w:t>vt 0.672180 0.221980</w:t>
        <w:br/>
        <w:t>vt 0.391240 0.952920</w:t>
        <w:br/>
        <w:t>vt 0.438840 0.952920</w:t>
        <w:br/>
        <w:t>vt 0.391980 0.946650</w:t>
        <w:br/>
        <w:t>vt 0.356480 0.940920</w:t>
        <w:br/>
        <w:t>vt 0.355430 0.952920</w:t>
        <w:br/>
        <w:t>vt 0.276620 0.952920</w:t>
        <w:br/>
        <w:t>vt 0.313560 0.952920</w:t>
        <w:br/>
        <w:t>vt 0.314130 0.933940</w:t>
        <w:br/>
        <w:t>vt 0.279330 0.927030</w:t>
        <w:br/>
        <w:t>vt 0.233920 0.904930</w:t>
        <w:br/>
        <w:t>vt 0.253080 0.933510</w:t>
        <w:br/>
        <w:t>vt 0.256300 0.918470</w:t>
        <w:br/>
        <w:t>vt 0.353340 0.060640</w:t>
        <w:br/>
        <w:t>vt 0.344300 0.060640</w:t>
        <w:br/>
        <w:t>vt 0.344300 0.060640</w:t>
        <w:br/>
        <w:t>vt 0.353340 0.060640</w:t>
        <w:br/>
        <w:t>vt 0.635970 0.030970</w:t>
        <w:br/>
        <w:t>vt 0.633370 0.022280</w:t>
        <w:br/>
        <w:t>vt 0.626380 0.025420</w:t>
        <w:br/>
        <w:t>vt 0.627720 0.030970</w:t>
        <w:br/>
        <w:t>vt 0.644370 0.030970</w:t>
        <w:br/>
        <w:t>vt 0.640750 0.020150</w:t>
        <w:br/>
        <w:t>vt 0.618510 0.030970</w:t>
        <w:br/>
        <w:t>vt 0.652750 0.030970</w:t>
        <w:br/>
        <w:t>vt 0.647130 0.018910</w:t>
        <w:br/>
        <w:t>vt 0.326070 0.013360</w:t>
        <w:br/>
        <w:t>vt 0.322970 0.020860</w:t>
        <w:br/>
        <w:t>vt 0.327760 0.023630</w:t>
        <w:br/>
        <w:t>vt 0.332160 0.013360</w:t>
        <w:br/>
        <w:t>vt 0.332860 0.026150</w:t>
        <w:br/>
        <w:t>vt 0.338090 0.013360</w:t>
        <w:br/>
        <w:t>vt 0.337720 0.028370</w:t>
        <w:br/>
        <w:t>vt 0.344090 0.013360</w:t>
        <w:br/>
        <w:t>vt 0.311440 0.013360</w:t>
        <w:br/>
        <w:t>vt 0.686790 0.088070</w:t>
        <w:br/>
        <w:t>vt 0.681590 0.095930</w:t>
        <w:br/>
        <w:t>vt 0.680070 0.095010</w:t>
        <w:br/>
        <w:t>vt 0.683450 0.086320</w:t>
        <w:br/>
        <w:t>vt 0.688920 0.098950</w:t>
        <w:br/>
        <w:t>vt 0.690290 0.089540</w:t>
        <w:br/>
        <w:t>vt 0.695250 0.090270</w:t>
        <w:br/>
        <w:t>vt 0.694740 0.098820</w:t>
        <w:br/>
        <w:t>vt 0.700340 0.089920</w:t>
        <w:br/>
        <w:t>vt 0.702860 0.089250</w:t>
        <w:br/>
        <w:t>vt 0.703220 0.097590</w:t>
        <w:br/>
        <w:t>vt 0.699770 0.098090</w:t>
        <w:br/>
        <w:t>vt 0.707530 0.087750</w:t>
        <w:br/>
        <w:t>vt 0.710900 0.085470</w:t>
        <w:br/>
        <w:t>vt 0.712270 0.088990</w:t>
        <w:br/>
        <w:t>vt 0.708760 0.092540</w:t>
        <w:br/>
        <w:t>vt 0.714170 0.083040</w:t>
        <w:br/>
        <w:t>vt 0.715220 0.085330</w:t>
        <w:br/>
        <w:t>vt 0.677510 0.081750</w:t>
        <w:br/>
        <w:t>vt 0.673160 0.088800</w:t>
        <w:br/>
        <w:t>vt 0.668870 0.084180</w:t>
        <w:br/>
        <w:t>vt 0.674190 0.078490</w:t>
        <w:br/>
        <w:t>vt 0.680400 0.084080</w:t>
        <w:br/>
        <w:t>vt 0.677660 0.093240</w:t>
        <w:br/>
        <w:t>vt 0.670940 0.074900</w:t>
        <w:br/>
        <w:t>vt 0.666790 0.081850</w:t>
        <w:br/>
        <w:t>vt 0.662820 0.077890</w:t>
        <w:br/>
        <w:t>vt 0.664390 0.070910</w:t>
        <w:br/>
        <w:t>vt 0.659990 0.070340</w:t>
        <w:br/>
        <w:t>vt 0.659110 0.075300</w:t>
        <w:br/>
        <w:t>vt 0.655090 0.073180</w:t>
        <w:br/>
        <w:t>vt 0.655340 0.070410</w:t>
        <w:br/>
        <w:t>vt 0.718470 0.080230</w:t>
        <w:br/>
        <w:t>vt 0.674680 0.094960</w:t>
        <w:br/>
        <w:t>vt 0.671040 0.092630</w:t>
        <w:br/>
        <w:t>vt 0.671960 0.097090</w:t>
        <w:br/>
        <w:t>vt 0.669510 0.095250</w:t>
        <w:br/>
        <w:t>vt 0.668770 0.098820</w:t>
        <w:br/>
        <w:t>vt 0.665510 0.100370</w:t>
        <w:br/>
        <w:t>vt 0.667950 0.097640</w:t>
        <w:br/>
        <w:t>vt 0.665790 0.069950</w:t>
        <w:br/>
        <w:t>vt 0.668220 0.068610</w:t>
        <w:br/>
        <w:t>vt 0.672220 0.072890</w:t>
        <w:br/>
        <w:t>vt 0.675820 0.068600</w:t>
        <w:br/>
        <w:t>vt 0.674040 0.066280</w:t>
        <w:br/>
        <w:t>vt 0.676760 0.065540</w:t>
        <w:br/>
        <w:t>vt 0.677670 0.066960</w:t>
        <w:br/>
        <w:t>vt 0.670440 0.067600</w:t>
        <w:br/>
        <w:t>vt 0.673600 0.071070</w:t>
        <w:br/>
        <w:t>vt 0.679550 0.064970</w:t>
        <w:br/>
        <w:t>vt 0.703550 0.100340</w:t>
        <w:br/>
        <w:t>vt 0.699580 0.100720</w:t>
        <w:br/>
        <w:t>vt 0.706470 0.099320</w:t>
        <w:br/>
        <w:t>vt 0.706570 0.097300</w:t>
        <w:br/>
        <w:t>vt 0.694410 0.100300</w:t>
        <w:br/>
        <w:t>vt 0.708770 0.097920</w:t>
        <w:br/>
        <w:t>vt 0.708610 0.096490</w:t>
        <w:br/>
        <w:t>vt 0.710800 0.096110</w:t>
        <w:br/>
        <w:t>vt 0.710510 0.095360</w:t>
        <w:br/>
        <w:t>vt 0.713050 0.093600</w:t>
        <w:br/>
        <w:t>vt 0.650330 0.071340</w:t>
        <w:br/>
        <w:t>vt 0.704940 0.088630</w:t>
        <w:br/>
        <w:t>vt 0.706230 0.094590</w:t>
        <w:br/>
        <w:t>vt 0.686790 0.088070</w:t>
        <w:br/>
        <w:t>vt 0.683450 0.086320</w:t>
        <w:br/>
        <w:t>vt 0.680070 0.095010</w:t>
        <w:br/>
        <w:t>vt 0.681590 0.095930</w:t>
        <w:br/>
        <w:t>vt 0.688920 0.098950</w:t>
        <w:br/>
        <w:t>vt 0.690290 0.089540</w:t>
        <w:br/>
        <w:t>vt 0.694740 0.098820</w:t>
        <w:br/>
        <w:t>vt 0.695250 0.090270</w:t>
        <w:br/>
        <w:t>vt 0.700340 0.089920</w:t>
        <w:br/>
        <w:t>vt 0.699770 0.098090</w:t>
        <w:br/>
        <w:t>vt 0.703220 0.097590</w:t>
        <w:br/>
        <w:t>vt 0.702860 0.089250</w:t>
        <w:br/>
        <w:t>vt 0.707530 0.087750</w:t>
        <w:br/>
        <w:t>vt 0.708760 0.092540</w:t>
        <w:br/>
        <w:t>vt 0.712270 0.088990</w:t>
        <w:br/>
        <w:t>vt 0.710900 0.085470</w:t>
        <w:br/>
        <w:t>vt 0.715220 0.085330</w:t>
        <w:br/>
        <w:t>vt 0.714170 0.083040</w:t>
        <w:br/>
        <w:t>vt 0.677510 0.081750</w:t>
        <w:br/>
        <w:t>vt 0.674190 0.078490</w:t>
        <w:br/>
        <w:t>vt 0.668870 0.084180</w:t>
        <w:br/>
        <w:t>vt 0.673160 0.088800</w:t>
        <w:br/>
        <w:t>vt 0.677660 0.093240</w:t>
        <w:br/>
        <w:t>vt 0.680400 0.084080</w:t>
        <w:br/>
        <w:t>vt 0.670940 0.074900</w:t>
        <w:br/>
        <w:t>vt 0.664390 0.070910</w:t>
        <w:br/>
        <w:t>vt 0.662820 0.077890</w:t>
        <w:br/>
        <w:t>vt 0.666790 0.081850</w:t>
        <w:br/>
        <w:t>vt 0.659990 0.070340</w:t>
        <w:br/>
        <w:t>vt 0.655340 0.070410</w:t>
        <w:br/>
        <w:t>vt 0.655090 0.073180</w:t>
        <w:br/>
        <w:t>vt 0.659110 0.075300</w:t>
        <w:br/>
        <w:t>vt 0.718470 0.080230</w:t>
        <w:br/>
        <w:t>vt 0.671040 0.092630</w:t>
        <w:br/>
        <w:t>vt 0.674680 0.094960</w:t>
        <w:br/>
        <w:t>vt 0.669510 0.095250</w:t>
        <w:br/>
        <w:t>vt 0.671960 0.097090</w:t>
        <w:br/>
        <w:t>vt 0.668770 0.098820</w:t>
        <w:br/>
        <w:t>vt 0.667950 0.097640</w:t>
        <w:br/>
        <w:t>vt 0.665510 0.100370</w:t>
        <w:br/>
        <w:t>vt 0.665790 0.069950</w:t>
        <w:br/>
        <w:t>vt 0.672220 0.072890</w:t>
        <w:br/>
        <w:t>vt 0.668220 0.068610</w:t>
        <w:br/>
        <w:t>vt 0.675820 0.068600</w:t>
        <w:br/>
        <w:t>vt 0.677670 0.066960</w:t>
        <w:br/>
        <w:t>vt 0.676760 0.065540</w:t>
        <w:br/>
        <w:t>vt 0.674040 0.066280</w:t>
        <w:br/>
        <w:t>vt 0.673600 0.071070</w:t>
        <w:br/>
        <w:t>vt 0.670440 0.067600</w:t>
        <w:br/>
        <w:t>vt 0.679550 0.064970</w:t>
        <w:br/>
        <w:t>vt 0.703550 0.100340</w:t>
        <w:br/>
        <w:t>vt 0.699580 0.100720</w:t>
        <w:br/>
        <w:t>vt 0.706470 0.099320</w:t>
        <w:br/>
        <w:t>vt 0.706570 0.097300</w:t>
        <w:br/>
        <w:t>vt 0.694410 0.100300</w:t>
        <w:br/>
        <w:t>vt 0.708770 0.097920</w:t>
        <w:br/>
        <w:t>vt 0.708610 0.096490</w:t>
        <w:br/>
        <w:t>vt 0.710800 0.096110</w:t>
        <w:br/>
        <w:t>vt 0.713050 0.093600</w:t>
        <w:br/>
        <w:t>vt 0.710510 0.095360</w:t>
        <w:br/>
        <w:t>vt 0.650330 0.071340</w:t>
        <w:br/>
        <w:t>vt 0.414070 0.093520</w:t>
        <w:br/>
        <w:t>vt 0.414070 0.104920</w:t>
        <w:br/>
        <w:t>vt 0.425530 0.105100</w:t>
        <w:br/>
        <w:t>vt 0.429990 0.099710</w:t>
        <w:br/>
        <w:t>vt 0.680540 0.097350</w:t>
        <w:br/>
        <w:t>vt 0.679430 0.096640</w:t>
        <w:br/>
        <w:t>vt 0.678950 0.097560</w:t>
        <w:br/>
        <w:t>vt 0.679800 0.098180</w:t>
        <w:br/>
        <w:t>vt 0.665690 0.083460</w:t>
        <w:br/>
        <w:t>vt 0.667520 0.085130</w:t>
        <w:br/>
        <w:t>vt 0.668870 0.084180</w:t>
        <w:br/>
        <w:t>vt 0.666790 0.081850</w:t>
        <w:br/>
        <w:t>vt 0.464810 0.100100</w:t>
        <w:br/>
        <w:t>vt 0.466710 0.110880</w:t>
        <w:br/>
        <w:t>vt 0.495950 0.116880</w:t>
        <w:br/>
        <w:t>vt 0.506710 0.109960</w:t>
        <w:br/>
        <w:t>vt 0.665900 0.086380</w:t>
        <w:br/>
        <w:t>vt 0.664610 0.085210</w:t>
        <w:br/>
        <w:t>vt 0.663900 0.087850</w:t>
        <w:br/>
        <w:t>vt 0.485450 0.126260</w:t>
        <w:br/>
        <w:t>vt 0.468880 0.123160</w:t>
        <w:br/>
        <w:t>vt 0.471640 0.138820</w:t>
        <w:br/>
        <w:t>vt 0.414070 0.115450</w:t>
        <w:br/>
        <w:t>vt 0.678110 0.099380</w:t>
        <w:br/>
        <w:t>vt 0.681590 0.095930</w:t>
        <w:br/>
        <w:t>vt 0.680070 0.095010</w:t>
        <w:br/>
        <w:t>vt 0.414070 0.081090</w:t>
        <w:br/>
        <w:t>vt 0.439930 0.093650</w:t>
        <w:br/>
        <w:t>vt 0.706230 0.094590</w:t>
        <w:br/>
        <w:t>vt 0.704940 0.088630</w:t>
        <w:br/>
        <w:t>vt 0.350410 0.233640</w:t>
        <w:br/>
        <w:t>vt 0.340860 0.230650</w:t>
        <w:br/>
        <w:t>vt 0.340400 0.233640</w:t>
        <w:br/>
        <w:t>vt 0.325830 0.228810</w:t>
        <w:br/>
        <w:t>vt 0.325700 0.233640</w:t>
        <w:br/>
        <w:t>vt 0.319970 0.228750</w:t>
        <w:br/>
        <w:t>vt 0.306850 0.229970</w:t>
        <w:br/>
        <w:t>vt 0.307420 0.233640</w:t>
        <w:br/>
        <w:t>vt 0.319540 0.233640</w:t>
        <w:br/>
        <w:t>vt 0.290300 0.233640</w:t>
        <w:br/>
        <w:t>vt 0.626380 0.025420</w:t>
        <w:br/>
        <w:t>vt 0.633370 0.022280</w:t>
        <w:br/>
        <w:t>vt 0.635970 0.030970</w:t>
        <w:br/>
        <w:t>vt 0.627720 0.030970</w:t>
        <w:br/>
        <w:t>vt 0.640750 0.020150</w:t>
        <w:br/>
        <w:t>vt 0.644370 0.030970</w:t>
        <w:br/>
        <w:t>vt 0.618510 0.030970</w:t>
        <w:br/>
        <w:t>vt 0.647130 0.018910</w:t>
        <w:br/>
        <w:t>vt 0.652750 0.030970</w:t>
        <w:br/>
        <w:t>vt 0.326070 0.013360</w:t>
        <w:br/>
        <w:t>vt 0.332160 0.013360</w:t>
        <w:br/>
        <w:t>vt 0.327760 0.023630</w:t>
        <w:br/>
        <w:t>vt 0.322970 0.020860</w:t>
        <w:br/>
        <w:t>vt 0.338090 0.013360</w:t>
        <w:br/>
        <w:t>vt 0.332860 0.026150</w:t>
        <w:br/>
        <w:t>vt 0.344090 0.013360</w:t>
        <w:br/>
        <w:t>vt 0.337720 0.028370</w:t>
        <w:br/>
        <w:t>vt 0.311440 0.013360</w:t>
        <w:br/>
        <w:t>vt 0.345860 0.155230</w:t>
        <w:br/>
        <w:t>vt 0.358930 0.179390</w:t>
        <w:br/>
        <w:t>vt 0.333450 0.162140</w:t>
        <w:br/>
        <w:t>vt 0.315990 0.093890</w:t>
        <w:br/>
        <w:t>vt 0.324930 0.115640</w:t>
        <w:br/>
        <w:t>vt 0.312130 0.119600</w:t>
        <w:br/>
        <w:t>vt 0.305350 0.094510</w:t>
        <w:br/>
        <w:t>vt 0.305610 0.065220</w:t>
        <w:br/>
        <w:t>vt 0.299870 0.064430</w:t>
        <w:br/>
        <w:t>vt 0.292020 0.026010</w:t>
        <w:br/>
        <w:t>vt 0.335580 0.137530</w:t>
        <w:br/>
        <w:t>vt 0.321440 0.140900</w:t>
        <w:br/>
        <w:t>vt 0.402950 0.104670</w:t>
        <w:br/>
        <w:t>vt 0.398420 0.098770</w:t>
        <w:br/>
        <w:t>vt 0.414070 0.093520</w:t>
        <w:br/>
        <w:t>vt 0.414070 0.104920</w:t>
        <w:br/>
        <w:t>vt 0.414070 0.115450</w:t>
        <w:br/>
        <w:t>vt 0.388690 0.092270</w:t>
        <w:br/>
        <w:t>vt 0.414070 0.081090</w:t>
        <w:br/>
        <w:t>vt 0.350410 0.233640</w:t>
        <w:br/>
        <w:t>vt 0.340400 0.233640</w:t>
        <w:br/>
        <w:t>vt 0.340860 0.230650</w:t>
        <w:br/>
        <w:t>vt 0.325830 0.228810</w:t>
        <w:br/>
        <w:t>vt 0.325700 0.233640</w:t>
        <w:br/>
        <w:t>vt 0.319970 0.228750</w:t>
        <w:br/>
        <w:t>vt 0.319540 0.233640</w:t>
        <w:br/>
        <w:t>vt 0.307420 0.233640</w:t>
        <w:br/>
        <w:t>vt 0.306850 0.229970</w:t>
        <w:br/>
        <w:t>vt 0.290300 0.233640</w:t>
        <w:br/>
        <w:t>vt 0.391240 0.952920</w:t>
        <w:br/>
        <w:t>vt 0.391980 0.946650</w:t>
        <w:br/>
        <w:t>vt 0.438840 0.952920</w:t>
        <w:br/>
        <w:t>vt 0.355430 0.952920</w:t>
        <w:br/>
        <w:t>vt 0.356480 0.940920</w:t>
        <w:br/>
        <w:t>vt 0.276620 0.952920</w:t>
        <w:br/>
        <w:t>vt 0.279330 0.927030</w:t>
        <w:br/>
        <w:t>vt 0.314130 0.933940</w:t>
        <w:br/>
        <w:t>vt 0.313560 0.952920</w:t>
        <w:br/>
        <w:t>vt 0.233920 0.904930</w:t>
        <w:br/>
        <w:t>vt 0.256300 0.918470</w:t>
        <w:br/>
        <w:t>vt 0.253080 0.933510</w:t>
        <w:br/>
        <w:t>vt 0.590630 0.983290</w:t>
        <w:br/>
        <w:t>vt 0.588550 0.962910</w:t>
        <w:br/>
        <w:t>vt 0.641040 0.959970</w:t>
        <w:br/>
        <w:t>vt 0.643100 0.983290</w:t>
        <w:br/>
        <w:t>vt 0.695100 0.983290</w:t>
        <w:br/>
        <w:t>vt 0.697480 0.957550</w:t>
        <w:br/>
        <w:t>vt 0.772110 0.983290</w:t>
        <w:br/>
        <w:t>vt 0.775090 0.963860</w:t>
        <w:br/>
        <w:t>vt 0.798680 0.983290</w:t>
        <w:br/>
        <w:t>vt 0.733730 0.983290</w:t>
        <w:br/>
        <w:t>vt 0.735370 0.959440</w:t>
        <w:br/>
        <w:t>vt 0.387930 0.983290</w:t>
        <w:br/>
        <w:t>vt 0.489970 0.973710</w:t>
        <w:br/>
        <w:t>vt 0.494900 0.983290</w:t>
        <w:br/>
        <w:t>vt 0.800920 0.974260</w:t>
        <w:br/>
        <w:t>vt 0.812750 0.983290</w:t>
        <w:br/>
        <w:t>vt 0.489970 0.973710</w:t>
        <w:br/>
        <w:t>vt 0.387930 0.983290</w:t>
        <w:br/>
        <w:t>vt 0.491210 0.962790</w:t>
        <w:br/>
        <w:t>vt 0.543560 0.967290</w:t>
        <w:br/>
        <w:t>vt 0.541130 0.951290</w:t>
        <w:br/>
        <w:t>vt 0.585920 0.943490</w:t>
        <w:br/>
        <w:t>vt 0.588550 0.962910</w:t>
        <w:br/>
        <w:t>vt 0.639900 0.937270</w:t>
        <w:br/>
        <w:t>vt 0.641040 0.959970</w:t>
        <w:br/>
        <w:t>vt 0.694360 0.933610</w:t>
        <w:br/>
        <w:t>vt 0.697480 0.957550</w:t>
        <w:br/>
        <w:t>vt 0.737030 0.940420</w:t>
        <w:br/>
        <w:t>vt 0.735370 0.959440</w:t>
        <w:br/>
        <w:t>vt 0.776320 0.949470</w:t>
        <w:br/>
        <w:t>vt 0.775090 0.963860</w:t>
        <w:br/>
        <w:t>vt 0.800920 0.974260</w:t>
        <w:br/>
        <w:t>vt 0.803840 0.969560</w:t>
        <w:br/>
        <w:t>vt 0.812750 0.983290</w:t>
        <w:br/>
        <w:t>vt 0.546700 0.983290</w:t>
        <w:br/>
        <w:t>vt 0.543560 0.967290</w:t>
        <w:br/>
        <w:t>vt 0.590630 0.983290</w:t>
        <w:br/>
        <w:t>vt 0.643100 0.983290</w:t>
        <w:br/>
        <w:t>vt 0.641040 0.959970</w:t>
        <w:br/>
        <w:t>vt 0.588550 0.962910</w:t>
        <w:br/>
        <w:t>vt 0.695100 0.983290</w:t>
        <w:br/>
        <w:t>vt 0.697480 0.957550</w:t>
        <w:br/>
        <w:t>vt 0.772110 0.983290</w:t>
        <w:br/>
        <w:t>vt 0.798680 0.983290</w:t>
        <w:br/>
        <w:t>vt 0.775090 0.963860</w:t>
        <w:br/>
        <w:t>vt 0.733730 0.983290</w:t>
        <w:br/>
        <w:t>vt 0.735370 0.959440</w:t>
        <w:br/>
        <w:t>vt 0.387930 0.983290</w:t>
        <w:br/>
        <w:t>vt 0.494900 0.983290</w:t>
        <w:br/>
        <w:t>vt 0.489970 0.973710</w:t>
        <w:br/>
        <w:t>vt 0.800920 0.974260</w:t>
        <w:br/>
        <w:t>vt 0.812750 0.983290</w:t>
        <w:br/>
        <w:t>vt 0.489970 0.973710</w:t>
        <w:br/>
        <w:t>vt 0.491210 0.962790</w:t>
        <w:br/>
        <w:t>vt 0.387930 0.983290</w:t>
        <w:br/>
        <w:t>vt 0.543560 0.967290</w:t>
        <w:br/>
        <w:t>vt 0.588550 0.962910</w:t>
        <w:br/>
        <w:t>vt 0.585920 0.943490</w:t>
        <w:br/>
        <w:t>vt 0.541130 0.951290</w:t>
        <w:br/>
        <w:t>vt 0.641040 0.959970</w:t>
        <w:br/>
        <w:t>vt 0.639900 0.937270</w:t>
        <w:br/>
        <w:t>vt 0.697480 0.957550</w:t>
        <w:br/>
        <w:t>vt 0.694360 0.933610</w:t>
        <w:br/>
        <w:t>vt 0.737030 0.940420</w:t>
        <w:br/>
        <w:t>vt 0.735370 0.959440</w:t>
        <w:br/>
        <w:t>vt 0.775090 0.963860</w:t>
        <w:br/>
        <w:t>vt 0.776320 0.949470</w:t>
        <w:br/>
        <w:t>vt 0.800920 0.974260</w:t>
        <w:br/>
        <w:t>vt 0.803840 0.969560</w:t>
        <w:br/>
        <w:t>vt 0.812750 0.983290</w:t>
        <w:br/>
        <w:t>vt 0.543560 0.967290</w:t>
        <w:br/>
        <w:t>vt 0.546700 0.983290</w:t>
        <w:br/>
        <w:t>vt 0.959820 0.266390</w:t>
        <w:br/>
        <w:t>vt 0.891170 0.182810</w:t>
        <w:br/>
        <w:t>vt 0.881740 0.190930</w:t>
        <w:br/>
        <w:t>vt 0.929740 0.303210</w:t>
        <w:br/>
        <w:t>vt 0.864490 0.150260</w:t>
        <w:br/>
        <w:t>vt 0.898500 0.170530</w:t>
        <w:br/>
        <w:t>vt 0.902450 0.157300</w:t>
        <w:br/>
        <w:t>vt 0.886080 0.100940</w:t>
        <w:br/>
        <w:t>vt 0.869960 0.097410</w:t>
        <w:br/>
        <w:t>vt 0.852530 0.186910</w:t>
        <w:br/>
        <w:t>vt 0.861790 0.192750</w:t>
        <w:br/>
        <w:t>vt 0.840650 0.170850</w:t>
        <w:br/>
        <w:t>vt 0.844500 0.179520</w:t>
        <w:br/>
        <w:t>vt 0.841880 0.114470</w:t>
        <w:br/>
        <w:t>vt 0.836600 0.126300</w:t>
        <w:br/>
        <w:t>vt 0.871420 0.192780</w:t>
        <w:br/>
        <w:t>vt 0.851750 0.102050</w:t>
        <w:br/>
        <w:t>vt 0.944910 0.312800</w:t>
        <w:br/>
        <w:t>vt 0.979140 0.267920</w:t>
        <w:br/>
        <w:t>vt 0.959820 0.266390</w:t>
        <w:br/>
        <w:t>vt 0.929740 0.303210</w:t>
        <w:br/>
        <w:t>vt 0.851110 0.335670</w:t>
        <w:br/>
        <w:t>vt 0.900500 0.337260</w:t>
        <w:br/>
        <w:t>vt 0.892860 0.321880</w:t>
        <w:br/>
        <w:t>vt 0.855530 0.320250</w:t>
        <w:br/>
        <w:t>vt 0.815480 0.300420</w:t>
        <w:br/>
        <w:t>vt 0.801170 0.310480</w:t>
        <w:br/>
        <w:t>vt 0.785870 0.265070</w:t>
        <w:br/>
        <w:t>vt 0.768800 0.270590</w:t>
        <w:br/>
        <w:t>vt 0.767540 0.218070</w:t>
        <w:br/>
        <w:t>vt 0.749290 0.220190</w:t>
        <w:br/>
        <w:t>vt 0.762540 0.069540</w:t>
        <w:br/>
        <w:t>vt 0.779310 0.077250</w:t>
        <w:br/>
        <w:t>vt 0.798960 0.046880</w:t>
        <w:br/>
        <w:t>vt 0.788540 0.032680</w:t>
        <w:br/>
        <w:t>vt 0.831630 0.026160</w:t>
        <w:br/>
        <w:t>vt 0.829030 0.006780</w:t>
        <w:br/>
        <w:t>vt 0.877530 0.023600</w:t>
        <w:br/>
        <w:t>vt 0.881660 0.003050</w:t>
        <w:br/>
        <w:t>vt 0.913730 0.037640</w:t>
        <w:br/>
        <w:t>vt 0.924350 0.021950</w:t>
        <w:br/>
        <w:t>vt 0.933070 0.057390</w:t>
        <w:br/>
        <w:t>vt 0.947470 0.044540</w:t>
        <w:br/>
        <w:t>vt 0.994480 0.213400</w:t>
        <w:br/>
        <w:t>vt 0.996300 0.166960</w:t>
        <w:br/>
        <w:t>vt 0.976070 0.171050</w:t>
        <w:br/>
        <w:t>vt 0.974320 0.215830</w:t>
        <w:br/>
        <w:t>vt 0.968080 0.122280</w:t>
        <w:br/>
        <w:t>vt 0.952780 0.085280</w:t>
        <w:br/>
        <w:t>vt 0.901820 0.122680</w:t>
        <w:br/>
        <w:t>vt 0.905050 0.139290</w:t>
        <w:br/>
        <w:t>vt 0.761520 0.162750</w:t>
        <w:br/>
        <w:t>vt 0.835800 0.153670</w:t>
        <w:br/>
        <w:t>vt 0.835100 0.138750</w:t>
        <w:br/>
        <w:t>vt 0.766720 0.112140</w:t>
        <w:br/>
        <w:t>vt 0.761520 0.162750</w:t>
        <w:br/>
        <w:t>vt 0.766720 0.112140</w:t>
        <w:br/>
        <w:t>vt 0.747490 0.110800</w:t>
        <w:br/>
        <w:t>vt 0.742880 0.161140</w:t>
        <w:br/>
        <w:t>vt 0.987440 0.115710</w:t>
        <w:br/>
        <w:t>vt 0.970910 0.076730</w:t>
        <w:br/>
        <w:t>vt 0.895610 0.108090</w:t>
        <w:br/>
        <w:t>vt 0.767540 0.218070</w:t>
        <w:br/>
        <w:t>vt 0.779310 0.077250</w:t>
        <w:br/>
        <w:t>vt 0.882530 0.192800</w:t>
        <w:br/>
        <w:t>vt 0.890650 0.183450</w:t>
        <w:br/>
        <w:t>vt 0.959820 0.266390</w:t>
        <w:br/>
        <w:t>vt 0.929740 0.303210</w:t>
        <w:br/>
        <w:t>vt 0.864490 0.150260</w:t>
        <w:br/>
        <w:t>vt 0.903550 0.157530</w:t>
        <w:br/>
        <w:t>vt 0.898580 0.170830</w:t>
        <w:br/>
        <w:t>vt 0.869930 0.097190</w:t>
        <w:br/>
        <w:t>vt 0.885880 0.101280</w:t>
        <w:br/>
        <w:t>vt 0.860390 0.190950</w:t>
        <w:br/>
        <w:t>vt 0.850550 0.185010</w:t>
        <w:br/>
        <w:t>vt 0.844880 0.178500</w:t>
        <w:br/>
        <w:t>vt 0.839730 0.166050</w:t>
        <w:br/>
        <w:t>vt 0.836940 0.126380</w:t>
        <w:br/>
        <w:t>vt 0.841440 0.113760</w:t>
        <w:br/>
        <w:t>vt 0.871410 0.192970</w:t>
        <w:br/>
        <w:t>vt 0.851900 0.102630</w:t>
        <w:br/>
        <w:t>vt 0.944910 0.312800</w:t>
        <w:br/>
        <w:t>vt 0.929740 0.303210</w:t>
        <w:br/>
        <w:t>vt 0.959820 0.266390</w:t>
        <w:br/>
        <w:t>vt 0.979140 0.267920</w:t>
        <w:br/>
        <w:t>vt 0.851110 0.335670</w:t>
        <w:br/>
        <w:t>vt 0.855530 0.320250</w:t>
        <w:br/>
        <w:t>vt 0.892860 0.321880</w:t>
        <w:br/>
        <w:t>vt 0.900500 0.337260</w:t>
        <w:br/>
        <w:t>vt 0.815480 0.300420</w:t>
        <w:br/>
        <w:t>vt 0.801170 0.310480</w:t>
        <w:br/>
        <w:t>vt 0.785870 0.265070</w:t>
        <w:br/>
        <w:t>vt 0.768800 0.270590</w:t>
        <w:br/>
        <w:t>vt 0.767540 0.218070</w:t>
        <w:br/>
        <w:t>vt 0.749290 0.220190</w:t>
        <w:br/>
        <w:t>vt 0.762540 0.069540</w:t>
        <w:br/>
        <w:t>vt 0.788540 0.032680</w:t>
        <w:br/>
        <w:t>vt 0.798960 0.046880</w:t>
        <w:br/>
        <w:t>vt 0.779310 0.077250</w:t>
        <w:br/>
        <w:t>vt 0.831630 0.026160</w:t>
        <w:br/>
        <w:t>vt 0.829030 0.006780</w:t>
        <w:br/>
        <w:t>vt 0.877530 0.023600</w:t>
        <w:br/>
        <w:t>vt 0.881660 0.003050</w:t>
        <w:br/>
        <w:t>vt 0.924350 0.021950</w:t>
        <w:br/>
        <w:t>vt 0.913730 0.037640</w:t>
        <w:br/>
        <w:t>vt 0.933070 0.057390</w:t>
        <w:br/>
        <w:t>vt 0.947470 0.044540</w:t>
        <w:br/>
        <w:t>vt 0.994480 0.213400</w:t>
        <w:br/>
        <w:t>vt 0.974320 0.215830</w:t>
        <w:br/>
        <w:t>vt 0.976070 0.171050</w:t>
        <w:br/>
        <w:t>vt 0.996300 0.166960</w:t>
        <w:br/>
        <w:t>vt 0.968080 0.122280</w:t>
        <w:br/>
        <w:t>vt 0.904690 0.139370</w:t>
        <w:br/>
        <w:t>vt 0.902100 0.122510</w:t>
        <w:br/>
        <w:t>vt 0.952780 0.085280</w:t>
        <w:br/>
        <w:t>vt 0.835430 0.138900</w:t>
        <w:br/>
        <w:t>vt 0.836530 0.153470</w:t>
        <w:br/>
        <w:t>vt 0.761520 0.162750</w:t>
        <w:br/>
        <w:t>vt 0.766720 0.112140</w:t>
        <w:br/>
        <w:t>vt 0.761520 0.162750</w:t>
        <w:br/>
        <w:t>vt 0.742880 0.161140</w:t>
        <w:br/>
        <w:t>vt 0.747490 0.110800</w:t>
        <w:br/>
        <w:t>vt 0.766720 0.112140</w:t>
        <w:br/>
        <w:t>vt 0.970910 0.076730</w:t>
        <w:br/>
        <w:t>vt 0.987440 0.115710</w:t>
        <w:br/>
        <w:t>vt 0.895430 0.108310</w:t>
        <w:br/>
        <w:t>vt 0.767540 0.218070</w:t>
        <w:br/>
        <w:t>vt 0.779310 0.077250</w:t>
        <w:br/>
        <w:t>vt 0.913730 0.037640</w:t>
        <w:br/>
        <w:t>vt 0.877530 0.023600</w:t>
        <w:br/>
        <w:t>vt 0.815480 0.300420</w:t>
        <w:br/>
        <w:t>vt 0.855530 0.320250</w:t>
        <w:br/>
        <w:t>vt 0.785870 0.265070</w:t>
        <w:br/>
        <w:t>vt 0.798960 0.046880</w:t>
        <w:br/>
        <w:t>vt 0.892860 0.321880</w:t>
        <w:br/>
        <w:t>vt 0.831630 0.026160</w:t>
        <w:br/>
        <w:t>vt 0.913730 0.037640</w:t>
        <w:br/>
        <w:t>vt 0.877530 0.023600</w:t>
        <w:br/>
        <w:t>vt 0.815480 0.300420</w:t>
        <w:br/>
        <w:t>vt 0.855530 0.320250</w:t>
        <w:br/>
        <w:t>vt 0.785870 0.265070</w:t>
        <w:br/>
        <w:t>vt 0.798960 0.046880</w:t>
        <w:br/>
        <w:t>vt 0.892860 0.321880</w:t>
        <w:br/>
        <w:t>vt 0.831630 0.026160</w:t>
        <w:br/>
        <w:t>vt 0.933070 0.057390</w:t>
        <w:br/>
        <w:t>vt 0.721750 0.126680</w:t>
        <w:br/>
        <w:t>vt 0.728980 0.120980</w:t>
        <w:br/>
        <w:t>vt 0.721640 0.121450</w:t>
        <w:br/>
        <w:t>vt 0.722720 0.131260</w:t>
        <w:br/>
        <w:t>vt 0.724480 0.134560</w:t>
        <w:br/>
        <w:t>vt 0.726810 0.136210</w:t>
        <w:br/>
        <w:t>vt 0.729400 0.136040</w:t>
        <w:br/>
        <w:t>vt 0.731920 0.134050</w:t>
        <w:br/>
        <w:t>vt 0.734110 0.130490</w:t>
        <w:br/>
        <w:t>vt 0.735710 0.125740</w:t>
        <w:br/>
        <w:t>vt 0.736500 0.120450</w:t>
        <w:br/>
        <w:t>vt 0.736270 0.115260</w:t>
        <w:br/>
        <w:t>vt 0.735010 0.110810</w:t>
        <w:br/>
        <w:t>vt 0.732950 0.107590</w:t>
        <w:br/>
        <w:t>vt 0.730450 0.105980</w:t>
        <w:br/>
        <w:t>vt 0.727860 0.106160</w:t>
        <w:br/>
        <w:t>vt 0.725490 0.108100</w:t>
        <w:br/>
        <w:t>vt 0.723570 0.111590</w:t>
        <w:br/>
        <w:t>vt 0.722250 0.116210</w:t>
        <w:br/>
        <w:t>vt 0.721750 0.126680</w:t>
        <w:br/>
        <w:t>vt 0.721640 0.121450</w:t>
        <w:br/>
        <w:t>vt 0.728980 0.120980</w:t>
        <w:br/>
        <w:t>vt 0.722720 0.131260</w:t>
        <w:br/>
        <w:t>vt 0.724480 0.134560</w:t>
        <w:br/>
        <w:t>vt 0.726810 0.136220</w:t>
        <w:br/>
        <w:t>vt 0.729400 0.136040</w:t>
        <w:br/>
        <w:t>vt 0.731920 0.134050</w:t>
        <w:br/>
        <w:t>vt 0.734110 0.130490</w:t>
        <w:br/>
        <w:t>vt 0.735710 0.125740</w:t>
        <w:br/>
        <w:t>vt 0.736500 0.120450</w:t>
        <w:br/>
        <w:t>vt 0.736270 0.115260</w:t>
        <w:br/>
        <w:t>vt 0.735010 0.110810</w:t>
        <w:br/>
        <w:t>vt 0.732950 0.107590</w:t>
        <w:br/>
        <w:t>vt 0.730450 0.105980</w:t>
        <w:br/>
        <w:t>vt 0.727860 0.106160</w:t>
        <w:br/>
        <w:t>vt 0.725490 0.108100</w:t>
        <w:br/>
        <w:t>vt 0.723570 0.111590</w:t>
        <w:br/>
        <w:t>vt 0.722250 0.116210</w:t>
        <w:br/>
        <w:t>vt 0.406600 0.902900</w:t>
        <w:br/>
        <w:t>vt 0.411000 0.902600</w:t>
        <w:br/>
        <w:t>vt 0.411200 0.909500</w:t>
        <w:br/>
        <w:t>vt 0.406600 0.909400</w:t>
        <w:br/>
        <w:t>vt 0.389800 0.907500</w:t>
        <w:br/>
        <w:t>vt 0.390200 0.902700</w:t>
        <w:br/>
        <w:t>vt 0.399600 0.903100</w:t>
        <w:br/>
        <w:t>vt 0.399400 0.909000</w:t>
        <w:br/>
        <w:t>vt 0.376200 0.905400</w:t>
        <w:br/>
        <w:t>vt 0.360700 0.904600</w:t>
        <w:br/>
        <w:t>vt 0.364500 0.898900</w:t>
        <w:br/>
        <w:t>vt 0.377800 0.901300</w:t>
        <w:br/>
        <w:t>vt 0.385000 0.906400</w:t>
        <w:br/>
        <w:t>vt 0.386400 0.902200</w:t>
        <w:br/>
        <w:t>vt 0.425400 0.899000</w:t>
        <w:br/>
        <w:t>vt 0.427000 0.905200</w:t>
        <w:br/>
        <w:t>vt 0.427700 0.907800</w:t>
        <w:br/>
        <w:t>vt 0.655100 0.718700</w:t>
        <w:br/>
        <w:t>vt 0.656500 0.713900</w:t>
        <w:br/>
        <w:t>vt 0.650100 0.713900</w:t>
        <w:br/>
        <w:t>vt 0.648100 0.718900</w:t>
        <w:br/>
        <w:t>vt 0.675700 0.712700</w:t>
        <w:br/>
        <w:t>vt 0.677200 0.698100</w:t>
        <w:br/>
        <w:t>vt 0.668200 0.700700</w:t>
        <w:br/>
        <w:t>vt 0.670400 0.713300</w:t>
        <w:br/>
        <w:t>vt 0.664400 0.713400</w:t>
        <w:br/>
        <w:t>vt 0.653700 0.702000</w:t>
        <w:br/>
        <w:t>vt 0.675500 0.716700</w:t>
        <w:br/>
        <w:t>vt 0.670200 0.717500</w:t>
        <w:br/>
        <w:t>vt 0.679200 0.716100</w:t>
        <w:br/>
        <w:t>vt 0.680100 0.710200</w:t>
        <w:br/>
        <w:t>vt 0.435800 0.902100</w:t>
        <w:br/>
        <w:t>vt 0.436900 0.905400</w:t>
        <w:br/>
        <w:t>vt 0.433700 0.896300</w:t>
        <w:br/>
        <w:t>vt 0.683700 0.716100</w:t>
        <w:br/>
        <w:t>vt 0.683700 0.710200</w:t>
        <w:br/>
        <w:t>vt 0.683800 0.695800</w:t>
        <w:br/>
        <w:t>vt 0.674600 0.724600</w:t>
        <w:br/>
        <w:t>vt 0.683800 0.724000</w:t>
        <w:br/>
        <w:t>vt 0.666200 0.727000</w:t>
        <w:br/>
        <w:t>vt 0.663000 0.718000</w:t>
        <w:br/>
        <w:t>vt 0.661300 0.722100</w:t>
        <w:br/>
        <w:t>vt 0.657000 0.730200</w:t>
        <w:br/>
        <w:t>vt 0.652800 0.725200</w:t>
        <w:br/>
        <w:t>vt 0.445800 0.902600</w:t>
        <w:br/>
        <w:t>vt 0.444300 0.897800</w:t>
        <w:br/>
        <w:t>vt 0.441000 0.892900</w:t>
        <w:br/>
        <w:t>vt 0.337500 0.885600</w:t>
        <w:br/>
        <w:t>vt 0.333300 0.887700</w:t>
        <w:br/>
        <w:t>vt 0.327700 0.878900</w:t>
        <w:br/>
        <w:t>vt 0.331300 0.876100</w:t>
        <w:br/>
        <w:t>vt 0.466800 0.892900</w:t>
        <w:br/>
        <w:t>vt 0.464100 0.892200</w:t>
        <w:br/>
        <w:t>vt 0.470200 0.883800</w:t>
        <w:br/>
        <w:t>vt 0.474400 0.885200</w:t>
        <w:br/>
        <w:t>vt 0.355200 0.895100</w:t>
        <w:br/>
        <w:t>vt 0.353500 0.900500</w:t>
        <w:br/>
        <w:t>vt 0.355100 0.895100</w:t>
        <w:br/>
        <w:t>vt 0.346400 0.896700</w:t>
        <w:br/>
        <w:t>vt 0.342700 0.893100</w:t>
        <w:br/>
        <w:t>vt 0.349700 0.890200</w:t>
        <w:br/>
        <w:t>vt 0.343000 0.882500</w:t>
        <w:br/>
        <w:t>vt 0.335400 0.872800</w:t>
        <w:br/>
        <w:t>vt 0.340200 0.893800</w:t>
        <w:br/>
        <w:t>vt 0.455400 0.890000</w:t>
        <w:br/>
        <w:t>vt 0.465500 0.881800</w:t>
        <w:br/>
        <w:t>vt 0.460700 0.897400</w:t>
        <w:br/>
        <w:t>vt 0.454900 0.900000</w:t>
        <w:br/>
        <w:t>vt 0.380000 0.893100</w:t>
        <w:br/>
        <w:t>vt 0.368000 0.890700</w:t>
        <w:br/>
        <w:t>vt 0.370100 0.882200</w:t>
        <w:br/>
        <w:t>vt 0.382300 0.884100</w:t>
        <w:br/>
        <w:t>vt 0.350000 0.874300</w:t>
        <w:br/>
        <w:t>vt 0.346900 0.879100</w:t>
        <w:br/>
        <w:t>vt 0.338000 0.870200</w:t>
        <w:br/>
        <w:t>vt 0.340000 0.867100</w:t>
        <w:br/>
        <w:t>vt 0.355400 0.885400</w:t>
        <w:br/>
        <w:t>vt 0.359000 0.887600</w:t>
        <w:br/>
        <w:t>vt 0.360900 0.879800</w:t>
        <w:br/>
        <w:t>vt 0.460200 0.876900</w:t>
        <w:br/>
        <w:t>vt 0.462700 0.879500</w:t>
        <w:br/>
        <w:t>vt 0.451600 0.886400</w:t>
        <w:br/>
        <w:t>vt 0.448900 0.881800</w:t>
        <w:br/>
        <w:t>vt 0.439900 0.886800</w:t>
        <w:br/>
        <w:t>vt 0.439100 0.883000</w:t>
        <w:br/>
        <w:t>vt 0.447000 0.875500</w:t>
        <w:br/>
        <w:t>vt 0.438500 0.876100</w:t>
        <w:br/>
        <w:t>vt 0.458000 0.872700</w:t>
        <w:br/>
        <w:t>vt 0.352700 0.868600</w:t>
        <w:br/>
        <w:t>vt 0.342500 0.862800</w:t>
        <w:br/>
        <w:t>vt 0.371100 0.873500</w:t>
        <w:br/>
        <w:t>vt 0.362300 0.871700</w:t>
        <w:br/>
        <w:t>vt 0.357300 0.856900</w:t>
        <w:br/>
        <w:t>vt 0.365200 0.859900</w:t>
        <w:br/>
        <w:t>vt 0.410800 0.895200</w:t>
        <w:br/>
        <w:t>vt 0.423800 0.892500</w:t>
        <w:br/>
        <w:t>vt 0.431800 0.890200</w:t>
        <w:br/>
        <w:t>vt 0.422700 0.885300</w:t>
        <w:br/>
        <w:t>vt 0.430400 0.884200</w:t>
        <w:br/>
        <w:t>vt 0.430600 0.876500</w:t>
        <w:br/>
        <w:t>vt 0.444800 0.865700</w:t>
        <w:br/>
        <w:t>vt 0.437600 0.867400</w:t>
        <w:br/>
        <w:t>vt 0.422600 0.877000</w:t>
        <w:br/>
        <w:t>vt 0.430400 0.865400</w:t>
        <w:br/>
        <w:t>vt 0.411100 0.886600</w:t>
        <w:br/>
        <w:t>vt 0.347600 0.852600</w:t>
        <w:br/>
        <w:t>vt 0.392500 0.876200</w:t>
        <w:br/>
        <w:t>vt 0.391600 0.885800</w:t>
        <w:br/>
        <w:t>vt 0.383700 0.875300</w:t>
        <w:br/>
        <w:t>vt 0.390600 0.894800</w:t>
        <w:br/>
        <w:t>vt 0.407100 0.895300</w:t>
        <w:br/>
        <w:t>vt 0.400900 0.886400</w:t>
        <w:br/>
        <w:t>vt 0.408200 0.886600</w:t>
        <w:br/>
        <w:t>vt 0.400000 0.895100</w:t>
        <w:br/>
        <w:t>vt 0.422900 0.863900</w:t>
        <w:br/>
        <w:t>vt 0.387900 0.845900</w:t>
        <w:br/>
        <w:t>vt 0.376100 0.847900</w:t>
        <w:br/>
        <w:t>vt 0.377300 0.840900</w:t>
        <w:br/>
        <w:t>vt 0.388800 0.838500</w:t>
        <w:br/>
        <w:t>vt 0.369400 0.861500</w:t>
        <w:br/>
        <w:t>vt 0.373700 0.861000</w:t>
        <w:br/>
        <w:t>vt 0.678300 0.763400</w:t>
        <w:br/>
        <w:t>vt 0.678500 0.768500</w:t>
        <w:br/>
        <w:t>vt 0.683800 0.767900</w:t>
        <w:br/>
        <w:t>vt 0.683700 0.762900</w:t>
        <w:br/>
        <w:t>vt 0.666400 0.775800</w:t>
        <w:br/>
        <w:t>vt 0.666900 0.772800</w:t>
        <w:br/>
        <w:t>vt 0.660400 0.775200</w:t>
        <w:br/>
        <w:t>vt 0.658800 0.782400</w:t>
        <w:br/>
        <w:t>vt 0.672600 0.764500</w:t>
        <w:br/>
        <w:t>vt 0.672900 0.771300</w:t>
        <w:br/>
        <w:t>vt 0.654100 0.777500</w:t>
        <w:br/>
        <w:t>vt 0.653500 0.784800</w:t>
        <w:br/>
        <w:t>vt 0.653800 0.791900</w:t>
        <w:br/>
        <w:t>vt 0.655800 0.786800</w:t>
        <w:br/>
        <w:t>vt 0.654700 0.743100</w:t>
        <w:br/>
        <w:t>vt 0.661500 0.738500</w:t>
        <w:br/>
        <w:t>vt 0.648100 0.735100</w:t>
        <w:br/>
        <w:t>vt 0.641800 0.742000</w:t>
        <w:br/>
        <w:t>vt 0.647800 0.748700</w:t>
        <w:br/>
        <w:t>vt 0.651100 0.745900</w:t>
        <w:br/>
        <w:t>vt 0.644400 0.738700</w:t>
        <w:br/>
        <w:t>vt 0.657800 0.751200</w:t>
        <w:br/>
        <w:t>vt 0.664300 0.748000</w:t>
        <w:br/>
        <w:t>vt 0.670000 0.745900</w:t>
        <w:br/>
        <w:t>vt 0.668400 0.735700</w:t>
        <w:br/>
        <w:t>vt 0.676800 0.744200</w:t>
        <w:br/>
        <w:t>vt 0.675800 0.733200</w:t>
        <w:br/>
        <w:t>vt 0.683800 0.743400</w:t>
        <w:br/>
        <w:t>vt 0.683800 0.731900</w:t>
        <w:br/>
        <w:t>vt 0.653500 0.760900</w:t>
        <w:br/>
        <w:t>vt 0.654200 0.769100</w:t>
        <w:br/>
        <w:t>vt 0.660400 0.767800</w:t>
        <w:br/>
        <w:t>vt 0.659900 0.759200</w:t>
        <w:br/>
        <w:t>vt 0.671500 0.755800</w:t>
        <w:br/>
        <w:t>vt 0.677600 0.754600</w:t>
        <w:br/>
        <w:t>vt 0.667200 0.766100</w:t>
        <w:br/>
        <w:t>vt 0.666300 0.757300</w:t>
        <w:br/>
        <w:t>vt 0.683800 0.753600</w:t>
        <w:br/>
        <w:t>vt 0.654200 0.752900</w:t>
        <w:br/>
        <w:t>vt 0.651400 0.728600</w:t>
        <w:br/>
        <w:t>vt 0.642800 0.730600</w:t>
        <w:br/>
        <w:t>vt 0.645300 0.725000</w:t>
        <w:br/>
        <w:t>vt 0.651000 0.754600</w:t>
        <w:br/>
        <w:t>vt 0.402000 0.877200</w:t>
        <w:br/>
        <w:t>vt 0.394400 0.859300</w:t>
        <w:br/>
        <w:t>vt 0.404000 0.859700</w:t>
        <w:br/>
        <w:t>vt 0.411600 0.877700</w:t>
        <w:br/>
        <w:t>vt 0.413200 0.861500</w:t>
        <w:br/>
        <w:t>vt 0.400200 0.812000</w:t>
        <w:br/>
        <w:t>vt 0.409500 0.812500</w:t>
        <w:br/>
        <w:t>vt 0.408700 0.819100</w:t>
        <w:br/>
        <w:t>vt 0.399400 0.818700</w:t>
        <w:br/>
        <w:t>vt 0.425200 0.815600</w:t>
        <w:br/>
        <w:t>vt 0.424700 0.822800</w:t>
        <w:br/>
        <w:t>vt 0.417800 0.820800</w:t>
        <w:br/>
        <w:t>vt 0.418500 0.814000</w:t>
        <w:br/>
        <w:t>vt 0.405700 0.845400</w:t>
        <w:br/>
        <w:t>vt 0.406600 0.837800</w:t>
        <w:br/>
        <w:t>vt 0.415700 0.839700</w:t>
        <w:br/>
        <w:t>vt 0.414800 0.847200</w:t>
        <w:br/>
        <w:t>vt 0.396200 0.845100</w:t>
        <w:br/>
        <w:t>vt 0.397100 0.837500</w:t>
        <w:br/>
        <w:t>vt 0.454800 0.862400</w:t>
        <w:br/>
        <w:t>vt 0.428600 0.824300</w:t>
        <w:br/>
        <w:t>vt 0.386100 0.859800</w:t>
        <w:br/>
        <w:t>vt 0.391000 0.819400</w:t>
        <w:br/>
        <w:t>vt 0.391700 0.812300</w:t>
        <w:br/>
        <w:t>vt 0.423600 0.842300</w:t>
        <w:br/>
        <w:t>vt 0.423300 0.849800</w:t>
        <w:br/>
        <w:t>vt 0.430700 0.845000</w:t>
        <w:br/>
        <w:t>vt 0.430500 0.852100</w:t>
        <w:br/>
        <w:t>vt 0.432200 0.852700</w:t>
        <w:br/>
        <w:t>vt 0.375000 0.848200</w:t>
        <w:br/>
        <w:t>vt 0.647700 0.658000</w:t>
        <w:br/>
        <w:t>vt 0.649400 0.667700</w:t>
        <w:br/>
        <w:t>vt 0.658200 0.663600</w:t>
        <w:br/>
        <w:t>vt 0.653600 0.654800</w:t>
        <w:br/>
        <w:t>vt 0.678700 0.644600</w:t>
        <w:br/>
        <w:t>vt 0.671800 0.641600</w:t>
        <w:br/>
        <w:t>vt 0.669400 0.650300</w:t>
        <w:br/>
        <w:t>vt 0.675000 0.654300</w:t>
        <w:br/>
        <w:t>vt 0.679200 0.633000</w:t>
        <w:br/>
        <w:t>vt 0.671900 0.631600</w:t>
        <w:br/>
        <w:t>vt 0.663600 0.638200</w:t>
        <w:br/>
        <w:t>vt 0.661900 0.644900</w:t>
        <w:br/>
        <w:t>vt 0.663800 0.630600</w:t>
        <w:br/>
        <w:t>vt 0.683700 0.646600</w:t>
        <w:br/>
        <w:t>vt 0.683700 0.634300</w:t>
        <w:br/>
        <w:t>vt 0.683800 0.659400</w:t>
        <w:br/>
        <w:t>vt 0.665100 0.657100</w:t>
        <w:br/>
        <w:t>vt 0.658900 0.650300</w:t>
        <w:br/>
        <w:t>vt 0.661700 0.670800</w:t>
        <w:br/>
        <w:t>vt 0.650800 0.676000</w:t>
        <w:br/>
        <w:t>vt 0.670100 0.662900</w:t>
        <w:br/>
        <w:t>vt 0.667300 0.688600</w:t>
        <w:br/>
        <w:t>vt 0.665100 0.678700</w:t>
        <w:br/>
        <w:t>vt 0.651500 0.684000</w:t>
        <w:br/>
        <w:t>vt 0.652200 0.693400</w:t>
        <w:br/>
        <w:t>vt 0.677200 0.681000</w:t>
        <w:br/>
        <w:t>vt 0.674200 0.669900</w:t>
        <w:br/>
        <w:t>vt 0.683800 0.678900</w:t>
        <w:br/>
        <w:t>vt 0.646200 0.702600</w:t>
        <w:br/>
        <w:t>vt 0.639200 0.739700</w:t>
        <w:br/>
        <w:t>vt 0.640900 0.735400</w:t>
        <w:br/>
        <w:t>vt 0.643900 0.724400</w:t>
        <w:br/>
        <w:t>vt 0.645800 0.713600</w:t>
        <w:br/>
        <w:t>vt 0.645000 0.718700</w:t>
        <w:br/>
        <w:t>vt 0.646100 0.695000</w:t>
        <w:br/>
        <w:t>vt 0.646800 0.683400</w:t>
        <w:br/>
        <w:t>vt 0.378800 0.831300</w:t>
        <w:br/>
        <w:t>vt 0.390000 0.828400</w:t>
        <w:br/>
        <w:t>vt 0.407800 0.827400</w:t>
        <w:br/>
        <w:t>vt 0.416900 0.829300</w:t>
        <w:br/>
        <w:t>vt 0.398300 0.827100</w:t>
        <w:br/>
        <w:t>vt 0.424100 0.832000</w:t>
        <w:br/>
        <w:t>vt 0.431100 0.835200</w:t>
        <w:br/>
        <w:t>vt 0.384700 0.820400</w:t>
        <w:br/>
        <w:t>vt 0.401000 0.804800</w:t>
        <w:br/>
        <w:t>vt 0.410300 0.805300</w:t>
        <w:br/>
        <w:t>vt 0.419200 0.806800</w:t>
        <w:br/>
        <w:t>vt 0.406600 0.902900</w:t>
        <w:br/>
        <w:t>vt 0.406600 0.909400</w:t>
        <w:br/>
        <w:t>vt 0.411200 0.909500</w:t>
        <w:br/>
        <w:t>vt 0.411000 0.902600</w:t>
        <w:br/>
        <w:t>vt 0.399600 0.903100</w:t>
        <w:br/>
        <w:t>vt 0.390200 0.902700</w:t>
        <w:br/>
        <w:t>vt 0.389800 0.907500</w:t>
        <w:br/>
        <w:t>vt 0.399400 0.909000</w:t>
        <w:br/>
        <w:t>vt 0.364500 0.898900</w:t>
        <w:br/>
        <w:t>vt 0.360700 0.904600</w:t>
        <w:br/>
        <w:t>vt 0.376200 0.905400</w:t>
        <w:br/>
        <w:t>vt 0.377800 0.901300</w:t>
        <w:br/>
        <w:t>vt 0.386400 0.902200</w:t>
        <w:br/>
        <w:t>vt 0.385000 0.906400</w:t>
        <w:br/>
        <w:t>vt 0.427000 0.905200</w:t>
        <w:br/>
        <w:t>vt 0.425400 0.899000</w:t>
        <w:br/>
        <w:t>vt 0.427700 0.907800</w:t>
        <w:br/>
        <w:t>vt 0.655100 0.718700</w:t>
        <w:br/>
        <w:t>vt 0.648100 0.719000</w:t>
        <w:br/>
        <w:t>vt 0.650100 0.714000</w:t>
        <w:br/>
        <w:t>vt 0.656500 0.713900</w:t>
        <w:br/>
        <w:t>vt 0.668200 0.700700</w:t>
        <w:br/>
        <w:t>vt 0.677200 0.698100</w:t>
        <w:br/>
        <w:t>vt 0.675700 0.712700</w:t>
        <w:br/>
        <w:t>vt 0.670400 0.713300</w:t>
        <w:br/>
        <w:t>vt 0.664400 0.713400</w:t>
        <w:br/>
        <w:t>vt 0.653700 0.702000</w:t>
        <w:br/>
        <w:t>vt 0.675500 0.716700</w:t>
        <w:br/>
        <w:t>vt 0.670200 0.717500</w:t>
        <w:br/>
        <w:t>vt 0.680100 0.710200</w:t>
        <w:br/>
        <w:t>vt 0.679200 0.716100</w:t>
        <w:br/>
        <w:t>vt 0.436900 0.905400</w:t>
        <w:br/>
        <w:t>vt 0.435800 0.902100</w:t>
        <w:br/>
        <w:t>vt 0.433700 0.896300</w:t>
        <w:br/>
        <w:t>vt 0.683800 0.710300</w:t>
        <w:br/>
        <w:t>vt 0.683800 0.716200</w:t>
        <w:br/>
        <w:t>vt 0.683800 0.724100</w:t>
        <w:br/>
        <w:t>vt 0.674600 0.724600</w:t>
        <w:br/>
        <w:t>vt 0.663000 0.718100</w:t>
        <w:br/>
        <w:t>vt 0.666200 0.727000</w:t>
        <w:br/>
        <w:t>vt 0.661300 0.722100</w:t>
        <w:br/>
        <w:t>vt 0.657000 0.730200</w:t>
        <w:br/>
        <w:t>vt 0.652800 0.725200</w:t>
        <w:br/>
        <w:t>vt 0.445800 0.902600</w:t>
        <w:br/>
        <w:t>vt 0.444300 0.897800</w:t>
        <w:br/>
        <w:t>vt 0.441000 0.892900</w:t>
        <w:br/>
        <w:t>vt 0.337500 0.885600</w:t>
        <w:br/>
        <w:t>vt 0.331300 0.876100</w:t>
        <w:br/>
        <w:t>vt 0.327700 0.878900</w:t>
        <w:br/>
        <w:t>vt 0.333300 0.887700</w:t>
        <w:br/>
        <w:t>vt 0.466800 0.892900</w:t>
        <w:br/>
        <w:t>vt 0.474400 0.885200</w:t>
        <w:br/>
        <w:t>vt 0.470200 0.883800</w:t>
        <w:br/>
        <w:t>vt 0.464100 0.892200</w:t>
        <w:br/>
        <w:t>vt 0.355200 0.895100</w:t>
        <w:br/>
        <w:t>vt 0.355100 0.895100</w:t>
        <w:br/>
        <w:t>vt 0.353500 0.900500</w:t>
        <w:br/>
        <w:t>vt 0.346400 0.896700</w:t>
        <w:br/>
        <w:t>vt 0.349700 0.890100</w:t>
        <w:br/>
        <w:t>vt 0.342700 0.893100</w:t>
        <w:br/>
        <w:t>vt 0.343000 0.882500</w:t>
        <w:br/>
        <w:t>vt 0.335400 0.872800</w:t>
        <w:br/>
        <w:t>vt 0.340200 0.893800</w:t>
        <w:br/>
        <w:t>vt 0.465500 0.881800</w:t>
        <w:br/>
        <w:t>vt 0.455400 0.890000</w:t>
        <w:br/>
        <w:t>vt 0.454900 0.900000</w:t>
        <w:br/>
        <w:t>vt 0.460700 0.897400</w:t>
        <w:br/>
        <w:t>vt 0.370100 0.882200</w:t>
        <w:br/>
        <w:t>vt 0.368000 0.890700</w:t>
        <w:br/>
        <w:t>vt 0.380000 0.893100</w:t>
        <w:br/>
        <w:t>vt 0.382300 0.884100</w:t>
        <w:br/>
        <w:t>vt 0.338000 0.870200</w:t>
        <w:br/>
        <w:t>vt 0.346900 0.879100</w:t>
        <w:br/>
        <w:t>vt 0.350000 0.874300</w:t>
        <w:br/>
        <w:t>vt 0.340000 0.867100</w:t>
        <w:br/>
        <w:t>vt 0.355400 0.885400</w:t>
        <w:br/>
        <w:t>vt 0.360900 0.879800</w:t>
        <w:br/>
        <w:t>vt 0.359000 0.887600</w:t>
        <w:br/>
        <w:t>vt 0.460200 0.876900</w:t>
        <w:br/>
        <w:t>vt 0.448900 0.881800</w:t>
        <w:br/>
        <w:t>vt 0.451600 0.886400</w:t>
        <w:br/>
        <w:t>vt 0.462700 0.879500</w:t>
        <w:br/>
        <w:t>vt 0.439900 0.886800</w:t>
        <w:br/>
        <w:t>vt 0.439100 0.883000</w:t>
        <w:br/>
        <w:t>vt 0.447000 0.875500</w:t>
        <w:br/>
        <w:t>vt 0.438500 0.876100</w:t>
        <w:br/>
        <w:t>vt 0.458000 0.872700</w:t>
        <w:br/>
        <w:t>vt 0.352700 0.868600</w:t>
        <w:br/>
        <w:t>vt 0.342500 0.862800</w:t>
        <w:br/>
        <w:t>vt 0.371100 0.873500</w:t>
        <w:br/>
        <w:t>vt 0.362300 0.871700</w:t>
        <w:br/>
        <w:t>vt 0.365200 0.859900</w:t>
        <w:br/>
        <w:t>vt 0.357300 0.856900</w:t>
        <w:br/>
        <w:t>vt 0.423800 0.892500</w:t>
        <w:br/>
        <w:t>vt 0.410800 0.895200</w:t>
        <w:br/>
        <w:t>vt 0.431900 0.890200</w:t>
        <w:br/>
        <w:t>vt 0.430400 0.884200</w:t>
        <w:br/>
        <w:t>vt 0.422700 0.885300</w:t>
        <w:br/>
        <w:t>vt 0.430600 0.876500</w:t>
        <w:br/>
        <w:t>vt 0.444800 0.865700</w:t>
        <w:br/>
        <w:t>vt 0.437600 0.867400</w:t>
        <w:br/>
        <w:t>vt 0.422600 0.877000</w:t>
        <w:br/>
        <w:t>vt 0.430400 0.865400</w:t>
        <w:br/>
        <w:t>vt 0.411100 0.886600</w:t>
        <w:br/>
        <w:t>vt 0.347600 0.852600</w:t>
        <w:br/>
        <w:t>vt 0.391600 0.885800</w:t>
        <w:br/>
        <w:t>vt 0.392500 0.876200</w:t>
        <w:br/>
        <w:t>vt 0.383700 0.875300</w:t>
        <w:br/>
        <w:t>vt 0.390600 0.894800</w:t>
        <w:br/>
        <w:t>vt 0.407100 0.895300</w:t>
        <w:br/>
        <w:t>vt 0.400900 0.886400</w:t>
        <w:br/>
        <w:t>vt 0.400000 0.895100</w:t>
        <w:br/>
        <w:t>vt 0.408300 0.886600</w:t>
        <w:br/>
        <w:t>vt 0.422900 0.863900</w:t>
        <w:br/>
        <w:t>vt 0.377300 0.840900</w:t>
        <w:br/>
        <w:t>vt 0.376100 0.847900</w:t>
        <w:br/>
        <w:t>vt 0.387900 0.845900</w:t>
        <w:br/>
        <w:t>vt 0.388800 0.838500</w:t>
        <w:br/>
        <w:t>vt 0.369400 0.861500</w:t>
        <w:br/>
        <w:t>vt 0.373700 0.861000</w:t>
        <w:br/>
        <w:t>vt 0.683700 0.768000</w:t>
        <w:br/>
        <w:t>vt 0.678500 0.768600</w:t>
        <w:br/>
        <w:t>vt 0.678300 0.763400</w:t>
        <w:br/>
        <w:t>vt 0.660400 0.775200</w:t>
        <w:br/>
        <w:t>vt 0.666900 0.772800</w:t>
        <w:br/>
        <w:t>vt 0.666400 0.775800</w:t>
        <w:br/>
        <w:t>vt 0.658800 0.782400</w:t>
        <w:br/>
        <w:t>vt 0.672600 0.764500</w:t>
        <w:br/>
        <w:t>vt 0.672900 0.771300</w:t>
        <w:br/>
        <w:t>vt 0.654000 0.777500</w:t>
        <w:br/>
        <w:t>vt 0.653500 0.784800</w:t>
        <w:br/>
        <w:t>vt 0.653800 0.791900</w:t>
        <w:br/>
        <w:t>vt 0.655700 0.786800</w:t>
        <w:br/>
        <w:t>vt 0.654700 0.743100</w:t>
        <w:br/>
        <w:t>vt 0.648100 0.735100</w:t>
        <w:br/>
        <w:t>vt 0.661500 0.738500</w:t>
        <w:br/>
        <w:t>vt 0.641800 0.742000</w:t>
        <w:br/>
        <w:t>vt 0.644400 0.738700</w:t>
        <w:br/>
        <w:t>vt 0.651100 0.745900</w:t>
        <w:br/>
        <w:t>vt 0.647800 0.748700</w:t>
        <w:br/>
        <w:t>vt 0.664300 0.748000</w:t>
        <w:br/>
        <w:t>vt 0.657800 0.751200</w:t>
        <w:br/>
        <w:t>vt 0.668400 0.735700</w:t>
        <w:br/>
        <w:t>vt 0.670000 0.745900</w:t>
        <w:br/>
        <w:t>vt 0.676800 0.744200</w:t>
        <w:br/>
        <w:t>vt 0.675800 0.733200</w:t>
        <w:br/>
        <w:t>vt 0.653500 0.760900</w:t>
        <w:br/>
        <w:t>vt 0.659900 0.759200</w:t>
        <w:br/>
        <w:t>vt 0.660400 0.767800</w:t>
        <w:br/>
        <w:t>vt 0.654200 0.769100</w:t>
        <w:br/>
        <w:t>vt 0.671500 0.755800</w:t>
        <w:br/>
        <w:t>vt 0.677600 0.754600</w:t>
        <w:br/>
        <w:t>vt 0.666300 0.757300</w:t>
        <w:br/>
        <w:t>vt 0.667200 0.766100</w:t>
        <w:br/>
        <w:t>vt 0.654200 0.752900</w:t>
        <w:br/>
        <w:t>vt 0.651400 0.728600</w:t>
        <w:br/>
        <w:t>vt 0.642800 0.730600</w:t>
        <w:br/>
        <w:t>vt 0.645300 0.725000</w:t>
        <w:br/>
        <w:t>vt 0.651000 0.754600</w:t>
        <w:br/>
        <w:t>vt 0.402000 0.877200</w:t>
        <w:br/>
        <w:t>vt 0.404000 0.859700</w:t>
        <w:br/>
        <w:t>vt 0.394400 0.859300</w:t>
        <w:br/>
        <w:t>vt 0.413200 0.861500</w:t>
        <w:br/>
        <w:t>vt 0.411600 0.877700</w:t>
        <w:br/>
        <w:t>vt 0.408700 0.819100</w:t>
        <w:br/>
        <w:t>vt 0.409500 0.812500</w:t>
        <w:br/>
        <w:t>vt 0.400200 0.812000</w:t>
        <w:br/>
        <w:t>vt 0.399400 0.818700</w:t>
        <w:br/>
        <w:t>vt 0.425200 0.815600</w:t>
        <w:br/>
        <w:t>vt 0.418500 0.814000</w:t>
        <w:br/>
        <w:t>vt 0.417800 0.820800</w:t>
        <w:br/>
        <w:t>vt 0.424700 0.822800</w:t>
        <w:br/>
        <w:t>vt 0.405700 0.845400</w:t>
        <w:br/>
        <w:t>vt 0.414800 0.847200</w:t>
        <w:br/>
        <w:t>vt 0.415700 0.839700</w:t>
        <w:br/>
        <w:t>vt 0.406600 0.837800</w:t>
        <w:br/>
        <w:t>vt 0.397100 0.837500</w:t>
        <w:br/>
        <w:t>vt 0.396200 0.845100</w:t>
        <w:br/>
        <w:t>vt 0.454800 0.862400</w:t>
        <w:br/>
        <w:t>vt 0.428600 0.824300</w:t>
        <w:br/>
        <w:t>vt 0.386100 0.859800</w:t>
        <w:br/>
        <w:t>vt 0.391700 0.812300</w:t>
        <w:br/>
        <w:t>vt 0.391000 0.819400</w:t>
        <w:br/>
        <w:t>vt 0.423300 0.849800</w:t>
        <w:br/>
        <w:t>vt 0.423600 0.842300</w:t>
        <w:br/>
        <w:t>vt 0.430500 0.852100</w:t>
        <w:br/>
        <w:t>vt 0.430700 0.845000</w:t>
        <w:br/>
        <w:t>vt 0.432200 0.852700</w:t>
        <w:br/>
        <w:t>vt 0.375000 0.848200</w:t>
        <w:br/>
        <w:t>vt 0.647700 0.658000</w:t>
        <w:br/>
        <w:t>vt 0.653600 0.654900</w:t>
        <w:br/>
        <w:t>vt 0.658200 0.663700</w:t>
        <w:br/>
        <w:t>vt 0.649400 0.667700</w:t>
        <w:br/>
        <w:t>vt 0.678700 0.644600</w:t>
        <w:br/>
        <w:t>vt 0.675000 0.654400</w:t>
        <w:br/>
        <w:t>vt 0.669400 0.650300</w:t>
        <w:br/>
        <w:t>vt 0.671800 0.641700</w:t>
        <w:br/>
        <w:t>vt 0.671900 0.631600</w:t>
        <w:br/>
        <w:t>vt 0.679200 0.633100</w:t>
        <w:br/>
        <w:t>vt 0.661900 0.644900</w:t>
        <w:br/>
        <w:t>vt 0.663600 0.638300</w:t>
        <w:br/>
        <w:t>vt 0.663800 0.630700</w:t>
        <w:br/>
        <w:t>vt 0.683800 0.634400</w:t>
        <w:br/>
        <w:t>vt 0.683800 0.646700</w:t>
        <w:br/>
        <w:t>vt 0.683800 0.659400</w:t>
        <w:br/>
        <w:t>vt 0.658900 0.650300</w:t>
        <w:br/>
        <w:t>vt 0.665100 0.657200</w:t>
        <w:br/>
        <w:t>vt 0.661700 0.670800</w:t>
        <w:br/>
        <w:t>vt 0.650800 0.676100</w:t>
        <w:br/>
        <w:t>vt 0.670100 0.662900</w:t>
        <w:br/>
        <w:t>vt 0.667300 0.688600</w:t>
        <w:br/>
        <w:t>vt 0.652200 0.693400</w:t>
        <w:br/>
        <w:t>vt 0.651500 0.684000</w:t>
        <w:br/>
        <w:t>vt 0.665100 0.678800</w:t>
        <w:br/>
        <w:t>vt 0.677200 0.681000</w:t>
        <w:br/>
        <w:t>vt 0.674200 0.669900</w:t>
        <w:br/>
        <w:t>vt 0.646200 0.702600</w:t>
        <w:br/>
        <w:t>vt 0.639200 0.739800</w:t>
        <w:br/>
        <w:t>vt 0.640900 0.735500</w:t>
        <w:br/>
        <w:t>vt 0.643900 0.724500</w:t>
        <w:br/>
        <w:t>vt 0.645800 0.713700</w:t>
        <w:br/>
        <w:t>vt 0.645000 0.718800</w:t>
        <w:br/>
        <w:t>vt 0.646100 0.695000</w:t>
        <w:br/>
        <w:t>vt 0.646800 0.683400</w:t>
        <w:br/>
        <w:t>vt 0.390000 0.828400</w:t>
        <w:br/>
        <w:t>vt 0.378900 0.831300</w:t>
        <w:br/>
        <w:t>vt 0.416900 0.829300</w:t>
        <w:br/>
        <w:t>vt 0.407800 0.827400</w:t>
        <w:br/>
        <w:t>vt 0.398300 0.827100</w:t>
        <w:br/>
        <w:t>vt 0.424100 0.832000</w:t>
        <w:br/>
        <w:t>vt 0.431100 0.835200</w:t>
        <w:br/>
        <w:t>vt 0.384700 0.820400</w:t>
        <w:br/>
        <w:t>vt 0.410300 0.805300</w:t>
        <w:br/>
        <w:t>vt 0.401000 0.804800</w:t>
        <w:br/>
        <w:t>vt 0.419200 0.806800</w:t>
        <w:br/>
        <w:t>vt 0.926500 0.809200</w:t>
        <w:br/>
        <w:t>vt 0.918200 0.812800</w:t>
        <w:br/>
        <w:t>vt 0.922600 0.800500</w:t>
        <w:br/>
        <w:t>vt 0.931600 0.804300</w:t>
        <w:br/>
        <w:t>vt 0.933900 0.809800</w:t>
        <w:br/>
        <w:t>vt 0.911600 0.807100</w:t>
        <w:br/>
        <w:t>vt 0.903700 0.803600</w:t>
        <w:br/>
        <w:t>vt 0.906600 0.793700</w:t>
        <w:br/>
        <w:t>vt 0.918000 0.794900</w:t>
        <w:br/>
        <w:t>vt 0.914500 0.782100</w:t>
        <w:br/>
        <w:t>vt 0.906800 0.782100</w:t>
        <w:br/>
        <w:t>vt 0.906700 0.771700</w:t>
        <w:br/>
        <w:t>vt 0.914400 0.771700</w:t>
        <w:br/>
        <w:t>vt 0.894600 0.800700</w:t>
        <w:br/>
        <w:t>vt 0.896500 0.792200</w:t>
        <w:br/>
        <w:t>vt 0.896700 0.782400</w:t>
        <w:br/>
        <w:t>vt 0.896600 0.771700</w:t>
        <w:br/>
        <w:t>vt 0.869500 0.771700</w:t>
        <w:br/>
        <w:t>vt 0.869700 0.783700</w:t>
        <w:br/>
        <w:t>vt 0.861400 0.783400</w:t>
        <w:br/>
        <w:t>vt 0.861200 0.771700</w:t>
        <w:br/>
        <w:t>vt 0.861700 0.806500</w:t>
        <w:br/>
        <w:t>vt 0.858300 0.809000</w:t>
        <w:br/>
        <w:t>vt 0.856300 0.800100</w:t>
        <w:br/>
        <w:t>vt 0.860900 0.799000</w:t>
        <w:br/>
        <w:t>vt 0.869900 0.796700</w:t>
        <w:br/>
        <w:t>vt 0.870900 0.801200</w:t>
        <w:br/>
        <w:t>vt 0.857100 0.782900</w:t>
        <w:br/>
        <w:t>vt 0.857000 0.771700</w:t>
        <w:br/>
        <w:t>vt 0.869600 0.790700</w:t>
        <w:br/>
        <w:t>vt 0.861000 0.791900</w:t>
        <w:br/>
        <w:t>vt 0.878600 0.771700</w:t>
        <w:br/>
        <w:t>vt 0.878300 0.783100</w:t>
        <w:br/>
        <w:t>vt 0.878000 0.790100</w:t>
        <w:br/>
        <w:t>vt 0.877900 0.795000</w:t>
        <w:br/>
        <w:t>vt 0.878200 0.799700</w:t>
        <w:br/>
        <w:t>vt 0.887200 0.771700</w:t>
        <w:br/>
        <w:t>vt 0.887000 0.782900</w:t>
        <w:br/>
        <w:t>vt 0.885600 0.799600</w:t>
        <w:br/>
        <w:t>vt 0.886500 0.792000</w:t>
        <w:br/>
        <w:t>vt 0.856400 0.792000</w:t>
        <w:br/>
        <w:t>vt 0.922600 0.800500</w:t>
        <w:br/>
        <w:t>vt 0.918200 0.812800</w:t>
        <w:br/>
        <w:t>vt 0.926500 0.809200</w:t>
        <w:br/>
        <w:t>vt 0.931600 0.804300</w:t>
        <w:br/>
        <w:t>vt 0.933900 0.809800</w:t>
        <w:br/>
        <w:t>vt 0.911600 0.807100</w:t>
        <w:br/>
        <w:t>vt 0.918000 0.794900</w:t>
        <w:br/>
        <w:t>vt 0.906600 0.793700</w:t>
        <w:br/>
        <w:t>vt 0.903700 0.803600</w:t>
        <w:br/>
        <w:t>vt 0.906800 0.782100</w:t>
        <w:br/>
        <w:t>vt 0.914500 0.782100</w:t>
        <w:br/>
        <w:t>vt 0.896500 0.792200</w:t>
        <w:br/>
        <w:t>vt 0.894600 0.800700</w:t>
        <w:br/>
        <w:t>vt 0.896700 0.782400</w:t>
        <w:br/>
        <w:t>vt 0.861500 0.783400</w:t>
        <w:br/>
        <w:t>vt 0.869700 0.783700</w:t>
        <w:br/>
        <w:t>vt 0.856300 0.800100</w:t>
        <w:br/>
        <w:t>vt 0.858300 0.809000</w:t>
        <w:br/>
        <w:t>vt 0.861700 0.806500</w:t>
        <w:br/>
        <w:t>vt 0.860900 0.799000</w:t>
        <w:br/>
        <w:t>vt 0.870900 0.801200</w:t>
        <w:br/>
        <w:t>vt 0.869900 0.796700</w:t>
        <w:br/>
        <w:t>vt 0.857100 0.782900</w:t>
        <w:br/>
        <w:t>vt 0.869600 0.790700</w:t>
        <w:br/>
        <w:t>vt 0.861000 0.791900</w:t>
        <w:br/>
        <w:t>vt 0.878300 0.783100</w:t>
        <w:br/>
        <w:t>vt 0.878000 0.790100</w:t>
        <w:br/>
        <w:t>vt 0.878200 0.799700</w:t>
        <w:br/>
        <w:t>vt 0.877900 0.795000</w:t>
        <w:br/>
        <w:t>vt 0.887000 0.782900</w:t>
        <w:br/>
        <w:t>vt 0.886500 0.792000</w:t>
        <w:br/>
        <w:t>vt 0.885600 0.799600</w:t>
        <w:br/>
        <w:t>vt 0.856400 0.792000</w:t>
        <w:br/>
        <w:t>vt 0.493000 0.798500</w:t>
        <w:br/>
        <w:t>vt 0.491700 0.805500</w:t>
        <w:br/>
        <w:t>vt 0.497000 0.805100</w:t>
        <w:br/>
        <w:t>vt 0.495600 0.798400</w:t>
        <w:br/>
        <w:t>vt 0.490400 0.812400</w:t>
        <w:br/>
        <w:t>vt 0.483600 0.811500</w:t>
        <w:br/>
        <w:t>vt 0.482000 0.826500</w:t>
        <w:br/>
        <w:t>vt 0.489600 0.828300</w:t>
        <w:br/>
        <w:t>vt 0.499000 0.828300</w:t>
        <w:br/>
        <w:t>vt 0.498400 0.811900</w:t>
        <w:br/>
        <w:t>vt 0.515700 0.809900</w:t>
        <w:br/>
        <w:t>vt 0.517700 0.824300</w:t>
        <w:br/>
        <w:t>vt 0.523500 0.822400</w:t>
        <w:br/>
        <w:t>vt 0.521000 0.808800</w:t>
        <w:br/>
        <w:t>vt 0.484900 0.798700</w:t>
        <w:br/>
        <w:t>vt 0.484300 0.805100</w:t>
        <w:br/>
        <w:t>vt 0.485100 0.805000</w:t>
        <w:br/>
        <w:t>vt 0.486500 0.798600</w:t>
        <w:br/>
        <w:t>vt 0.472900 0.802200</w:t>
        <w:br/>
        <w:t>vt 0.478100 0.803800</w:t>
        <w:br/>
        <w:t>vt 0.478800 0.797700</w:t>
        <w:br/>
        <w:t>vt 0.474100 0.796500</w:t>
        <w:br/>
        <w:t>vt 0.508900 0.810800</w:t>
        <w:br/>
        <w:t>vt 0.510200 0.826400</w:t>
        <w:br/>
        <w:t>vt 0.468700 0.794600</w:t>
        <w:br/>
        <w:t>vt 0.467200 0.800100</w:t>
        <w:br/>
        <w:t>vt 0.509200 0.797900</w:t>
        <w:br/>
        <w:t>vt 0.507000 0.797800</w:t>
        <w:br/>
        <w:t>vt 0.508000 0.804300</w:t>
        <w:br/>
        <w:t>vt 0.509100 0.804300</w:t>
        <w:br/>
        <w:t>vt 0.498300 0.798300</w:t>
        <w:br/>
        <w:t>vt 0.498400 0.805100</w:t>
        <w:br/>
        <w:t>vt 0.527500 0.795800</w:t>
        <w:br/>
        <w:t>vt 0.522500 0.796600</w:t>
        <w:br/>
        <w:t>vt 0.523800 0.802300</w:t>
        <w:br/>
        <w:t>vt 0.529000 0.801300</w:t>
        <w:br/>
        <w:t>vt 0.519000 0.797200</w:t>
        <w:br/>
        <w:t>vt 0.520000 0.803000</w:t>
        <w:br/>
        <w:t>vt 0.515100 0.803700</w:t>
        <w:br/>
        <w:t>vt 0.515800 0.803800</w:t>
        <w:br/>
        <w:t>vt 0.515800 0.797600</w:t>
        <w:br/>
        <w:t>vt 0.514500 0.797600</w:t>
        <w:br/>
        <w:t>vt 0.479100 0.803900</w:t>
        <w:br/>
        <w:t>vt 0.480800 0.798000</w:t>
        <w:br/>
        <w:t>vt 0.514400 0.803800</w:t>
        <w:br/>
        <w:t>vt 0.513000 0.797600</w:t>
        <w:br/>
        <w:t>vt 0.490500 0.805600</w:t>
        <w:br/>
        <w:t>vt 0.490600 0.798800</w:t>
        <w:br/>
        <w:t>vt 0.499700 0.805100</w:t>
        <w:br/>
        <w:t>vt 0.500900 0.798200</w:t>
        <w:br/>
        <w:t>vt 0.477500 0.809800</w:t>
        <w:br/>
        <w:t>vt 0.475100 0.823800</w:t>
        <w:br/>
        <w:t>vt 0.530500 0.806700</w:t>
        <w:br/>
        <w:t>vt 0.525100 0.808000</w:t>
        <w:br/>
        <w:t>vt 0.528300 0.821100</w:t>
        <w:br/>
        <w:t>vt 0.534500 0.819700</w:t>
        <w:br/>
        <w:t>vt 0.471700 0.807900</w:t>
        <w:br/>
        <w:t>vt 0.469200 0.821300</w:t>
        <w:br/>
        <w:t>vt 0.465700 0.805600</w:t>
        <w:br/>
        <w:t>vt 0.462300 0.818800</w:t>
        <w:br/>
        <w:t>vt 0.499500 0.838600</w:t>
        <w:br/>
        <w:t>vt 0.511000 0.837500</w:t>
        <w:br/>
        <w:t>vt 0.472800 0.836300</w:t>
        <w:br/>
        <w:t>vt 0.480500 0.838000</w:t>
        <w:br/>
        <w:t>vt 0.488900 0.838800</w:t>
        <w:br/>
        <w:t>vt 0.531000 0.834300</w:t>
        <w:br/>
        <w:t>vt 0.537700 0.833000</w:t>
        <w:br/>
        <w:t>vt 0.519300 0.836300</w:t>
        <w:br/>
        <w:t>vt 0.525700 0.835200</w:t>
        <w:br/>
        <w:t>vt 0.466200 0.834300</w:t>
        <w:br/>
        <w:t>vt 0.458700 0.831900</w:t>
        <w:br/>
        <w:t>vt 0.494200 0.791600</w:t>
        <w:br/>
        <w:t>vt 0.487900 0.792100</w:t>
        <w:br/>
        <w:t>vt 0.485500 0.792300</w:t>
        <w:br/>
        <w:t>vt 0.479400 0.791700</w:t>
        <w:br/>
        <w:t>vt 0.475300 0.790800</w:t>
        <w:br/>
        <w:t>vt 0.470200 0.789100</w:t>
        <w:br/>
        <w:t>vt 0.509300 0.791400</w:t>
        <w:br/>
        <w:t>vt 0.506100 0.791400</w:t>
        <w:br/>
        <w:t>vt 0.498200 0.791400</w:t>
        <w:br/>
        <w:t>vt 0.526000 0.790300</w:t>
        <w:br/>
        <w:t>vt 0.521200 0.791000</w:t>
        <w:br/>
        <w:t>vt 0.518000 0.791400</w:t>
        <w:br/>
        <w:t>vt 0.515900 0.791500</w:t>
        <w:br/>
        <w:t>vt 0.513800 0.791400</w:t>
        <w:br/>
        <w:t>vt 0.482500 0.792100</w:t>
        <w:br/>
        <w:t>vt 0.511700 0.791400</w:t>
        <w:br/>
        <w:t>vt 0.490700 0.792000</w:t>
        <w:br/>
        <w:t>vt 0.502100 0.791400</w:t>
        <w:br/>
        <w:t>vt 0.493000 0.798500</w:t>
        <w:br/>
        <w:t>vt 0.495600 0.798400</w:t>
        <w:br/>
        <w:t>vt 0.497000 0.805100</w:t>
        <w:br/>
        <w:t>vt 0.491700 0.805400</w:t>
        <w:br/>
        <w:t>vt 0.490400 0.812300</w:t>
        <w:br/>
        <w:t>vt 0.489600 0.828300</w:t>
        <w:br/>
        <w:t>vt 0.482000 0.826500</w:t>
        <w:br/>
        <w:t>vt 0.483600 0.811400</w:t>
        <w:br/>
        <w:t>vt 0.498400 0.811900</w:t>
        <w:br/>
        <w:t>vt 0.499000 0.828300</w:t>
        <w:br/>
        <w:t>vt 0.515700 0.809900</w:t>
        <w:br/>
        <w:t>vt 0.521000 0.808800</w:t>
        <w:br/>
        <w:t>vt 0.523500 0.822400</w:t>
        <w:br/>
        <w:t>vt 0.517700 0.824300</w:t>
        <w:br/>
        <w:t>vt 0.484900 0.798700</w:t>
        <w:br/>
        <w:t>vt 0.486500 0.798600</w:t>
        <w:br/>
        <w:t>vt 0.485100 0.805000</w:t>
        <w:br/>
        <w:t>vt 0.484300 0.805100</w:t>
        <w:br/>
        <w:t>vt 0.478800 0.797700</w:t>
        <w:br/>
        <w:t>vt 0.478100 0.803800</w:t>
        <w:br/>
        <w:t>vt 0.472900 0.802100</w:t>
        <w:br/>
        <w:t>vt 0.474100 0.796400</w:t>
        <w:br/>
        <w:t>vt 0.508900 0.810800</w:t>
        <w:br/>
        <w:t>vt 0.510200 0.826400</w:t>
        <w:br/>
        <w:t>vt 0.467200 0.800000</w:t>
        <w:br/>
        <w:t>vt 0.468700 0.794600</w:t>
        <w:br/>
        <w:t>vt 0.508000 0.804300</w:t>
        <w:br/>
        <w:t>vt 0.507000 0.797800</w:t>
        <w:br/>
        <w:t>vt 0.509200 0.797900</w:t>
        <w:br/>
        <w:t>vt 0.509100 0.804400</w:t>
        <w:br/>
        <w:t>vt 0.498300 0.798300</w:t>
        <w:br/>
        <w:t>vt 0.498400 0.805100</w:t>
        <w:br/>
        <w:t>vt 0.523800 0.802300</w:t>
        <w:br/>
        <w:t>vt 0.522500 0.796700</w:t>
        <w:br/>
        <w:t>vt 0.527500 0.795800</w:t>
        <w:br/>
        <w:t>vt 0.529000 0.801300</w:t>
        <w:br/>
        <w:t>vt 0.520100 0.803000</w:t>
        <w:br/>
        <w:t>vt 0.519100 0.797200</w:t>
        <w:br/>
        <w:t>vt 0.515900 0.797600</w:t>
        <w:br/>
        <w:t>vt 0.515800 0.803800</w:t>
        <w:br/>
        <w:t>vt 0.515100 0.803800</w:t>
        <w:br/>
        <w:t>vt 0.514500 0.797600</w:t>
        <w:br/>
        <w:t>vt 0.479200 0.803900</w:t>
        <w:br/>
        <w:t>vt 0.480800 0.798000</w:t>
        <w:br/>
        <w:t>vt 0.514400 0.803800</w:t>
        <w:br/>
        <w:t>vt 0.513000 0.797600</w:t>
        <w:br/>
        <w:t>vt 0.490500 0.805600</w:t>
        <w:br/>
        <w:t>vt 0.490600 0.798800</w:t>
        <w:br/>
        <w:t>vt 0.499700 0.805100</w:t>
        <w:br/>
        <w:t>vt 0.500900 0.798200</w:t>
        <w:br/>
        <w:t>vt 0.475100 0.823800</w:t>
        <w:br/>
        <w:t>vt 0.477500 0.809800</w:t>
        <w:br/>
        <w:t>vt 0.528300 0.821100</w:t>
        <w:br/>
        <w:t>vt 0.525100 0.808000</w:t>
        <w:br/>
        <w:t>vt 0.530500 0.806700</w:t>
        <w:br/>
        <w:t>vt 0.534500 0.819700</w:t>
        <w:br/>
        <w:t>vt 0.469200 0.821300</w:t>
        <w:br/>
        <w:t>vt 0.471700 0.807800</w:t>
        <w:br/>
        <w:t>vt 0.462300 0.818700</w:t>
        <w:br/>
        <w:t>vt 0.465700 0.805600</w:t>
        <w:br/>
        <w:t>vt 0.511000 0.837500</w:t>
        <w:br/>
        <w:t>vt 0.499400 0.838600</w:t>
        <w:br/>
        <w:t>vt 0.480500 0.838000</w:t>
        <w:br/>
        <w:t>vt 0.472800 0.836200</w:t>
        <w:br/>
        <w:t>vt 0.488800 0.838800</w:t>
        <w:br/>
        <w:t>vt 0.537700 0.832900</w:t>
        <w:br/>
        <w:t>vt 0.531000 0.834200</w:t>
        <w:br/>
        <w:t>vt 0.525700 0.835300</w:t>
        <w:br/>
        <w:t>vt 0.519300 0.836400</w:t>
        <w:br/>
        <w:t>vt 0.466200 0.834300</w:t>
        <w:br/>
        <w:t>vt 0.458700 0.831800</w:t>
        <w:br/>
        <w:t>vt 0.494300 0.791600</w:t>
        <w:br/>
        <w:t>vt 0.485500 0.792300</w:t>
        <w:br/>
        <w:t>vt 0.488000 0.792100</w:t>
        <w:br/>
        <w:t>vt 0.475400 0.790800</w:t>
        <w:br/>
        <w:t>vt 0.479400 0.791700</w:t>
        <w:br/>
        <w:t>vt 0.470200 0.789100</w:t>
        <w:br/>
        <w:t>vt 0.506100 0.791400</w:t>
        <w:br/>
        <w:t>vt 0.509400 0.791400</w:t>
        <w:br/>
        <w:t>vt 0.498300 0.791400</w:t>
        <w:br/>
        <w:t>vt 0.521200 0.791000</w:t>
        <w:br/>
        <w:t>vt 0.526100 0.790400</w:t>
        <w:br/>
        <w:t>vt 0.518100 0.791400</w:t>
        <w:br/>
        <w:t>vt 0.513900 0.791400</w:t>
        <w:br/>
        <w:t>vt 0.515900 0.791500</w:t>
        <w:br/>
        <w:t>vt 0.482500 0.792100</w:t>
        <w:br/>
        <w:t>vt 0.511700 0.791400</w:t>
        <w:br/>
        <w:t>vt 0.490700 0.792000</w:t>
        <w:br/>
        <w:t>vt 0.502200 0.791400</w:t>
        <w:br/>
        <w:t>vt 0.053705 0.681825</w:t>
        <w:br/>
        <w:t>vt 0.057207 0.679523</w:t>
        <w:br/>
        <w:t>vt 0.058656 0.683390</w:t>
        <w:br/>
        <w:t>vt 0.055057 0.684961</w:t>
        <w:br/>
        <w:t>vt 0.053872 0.676402</w:t>
        <w:br/>
        <w:t>vt 0.051925 0.677591</w:t>
        <w:br/>
        <w:t>vt 0.062335 0.682150</w:t>
        <w:br/>
        <w:t>vt 0.061079 0.677141</w:t>
        <w:br/>
        <w:t>vt 0.066630 0.677348</w:t>
        <w:br/>
        <w:t>vt 0.066631 0.681708</w:t>
        <w:br/>
        <w:t>vt 0.068744 0.677191</w:t>
        <w:br/>
        <w:t>vt 0.071175 0.681184</w:t>
        <w:br/>
        <w:t>vt 0.070946 0.677027</w:t>
        <w:br/>
        <w:t>vt 0.072521 0.678059</w:t>
        <w:br/>
        <w:t>vt 0.055992 0.677496</w:t>
        <w:br/>
        <w:t>vt 0.050922 0.682903</w:t>
        <w:br/>
        <w:t>vt 0.052090 0.686071</w:t>
        <w:br/>
        <w:t>vt 0.050151 0.678233</w:t>
        <w:br/>
        <w:t>vt 0.049395 0.678507</w:t>
        <w:br/>
        <w:t>vt 0.067031 0.685234</w:t>
        <w:br/>
        <w:t>vt 0.062960 0.685828</w:t>
        <w:br/>
        <w:t>vt 0.059396 0.686443</w:t>
        <w:br/>
        <w:t>vt 0.071496 0.684870</w:t>
        <w:br/>
        <w:t>vt 0.056050 0.687437</w:t>
        <w:br/>
        <w:t>vt 0.052848 0.688394</w:t>
        <w:br/>
        <w:t>vt 0.067727 0.689244</w:t>
        <w:br/>
        <w:t>vt 0.063653 0.689644</w:t>
        <w:br/>
        <w:t>vt 0.059994 0.690138</w:t>
        <w:br/>
        <w:t>vt 0.071875 0.687487</w:t>
        <w:br/>
        <w:t>vt 0.057162 0.690620</w:t>
        <w:br/>
        <w:t>vt 0.054888 0.690009</w:t>
        <w:br/>
        <w:t>vt 0.050654 0.686544</w:t>
        <w:br/>
        <w:t>vt 0.048926 0.683308</w:t>
        <w:br/>
        <w:t>vt 0.048664 0.680471</w:t>
        <w:br/>
        <w:t>vt 0.074012 0.680748</w:t>
        <w:br/>
        <w:t>vt 0.074221 0.683420</w:t>
        <w:br/>
        <w:t>vt 0.073338 0.685664</w:t>
        <w:br/>
        <w:t>vt 0.053705 0.681825</w:t>
        <w:br/>
        <w:t>vt 0.055057 0.684961</w:t>
        <w:br/>
        <w:t>vt 0.058656 0.683390</w:t>
        <w:br/>
        <w:t>vt 0.057207 0.679523</w:t>
        <w:br/>
        <w:t>vt 0.053872 0.676402</w:t>
        <w:br/>
        <w:t>vt 0.051925 0.677591</w:t>
        <w:br/>
        <w:t>vt 0.062335 0.682150</w:t>
        <w:br/>
        <w:t>vt 0.066631 0.681708</w:t>
        <w:br/>
        <w:t>vt 0.066630 0.677348</w:t>
        <w:br/>
        <w:t>vt 0.061079 0.677141</w:t>
        <w:br/>
        <w:t>vt 0.071175 0.681184</w:t>
        <w:br/>
        <w:t>vt 0.068744 0.677191</w:t>
        <w:br/>
        <w:t>vt 0.070946 0.677027</w:t>
        <w:br/>
        <w:t>vt 0.072521 0.678059</w:t>
        <w:br/>
        <w:t>vt 0.055992 0.677496</w:t>
        <w:br/>
        <w:t>vt 0.050922 0.682903</w:t>
        <w:br/>
        <w:t>vt 0.052090 0.686071</w:t>
        <w:br/>
        <w:t>vt 0.050151 0.678233</w:t>
        <w:br/>
        <w:t>vt 0.049395 0.678507</w:t>
        <w:br/>
        <w:t>vt 0.062960 0.685828</w:t>
        <w:br/>
        <w:t>vt 0.067031 0.685234</w:t>
        <w:br/>
        <w:t>vt 0.059396 0.686443</w:t>
        <w:br/>
        <w:t>vt 0.071496 0.684870</w:t>
        <w:br/>
        <w:t>vt 0.056050 0.687437</w:t>
        <w:br/>
        <w:t>vt 0.052848 0.688394</w:t>
        <w:br/>
        <w:t>vt 0.063653 0.689644</w:t>
        <w:br/>
        <w:t>vt 0.067727 0.689244</w:t>
        <w:br/>
        <w:t>vt 0.059994 0.690138</w:t>
        <w:br/>
        <w:t>vt 0.071875 0.687487</w:t>
        <w:br/>
        <w:t>vt 0.057162 0.690620</w:t>
        <w:br/>
        <w:t>vt 0.054888 0.690009</w:t>
        <w:br/>
        <w:t>vt 0.050654 0.686544</w:t>
        <w:br/>
        <w:t>vt 0.048926 0.683308</w:t>
        <w:br/>
        <w:t>vt 0.048664 0.680471</w:t>
        <w:br/>
        <w:t>vt 0.074012 0.680748</w:t>
        <w:br/>
        <w:t>vt 0.074221 0.683420</w:t>
        <w:br/>
        <w:t>vt 0.073338 0.685664</w:t>
        <w:br/>
        <w:t>vt 0.026490 0.663169</w:t>
        <w:br/>
        <w:t>vt 0.024683 0.663582</w:t>
        <w:br/>
        <w:t>vt 0.024191 0.661500</w:t>
        <w:br/>
        <w:t>vt 0.026195 0.660939</w:t>
        <w:br/>
        <w:t>vt 0.027339 0.667382</w:t>
        <w:br/>
        <w:t>vt 0.025868 0.668093</w:t>
        <w:br/>
        <w:t>vt 0.024982 0.665435</w:t>
        <w:br/>
        <w:t>vt 0.026849 0.664961</w:t>
        <w:br/>
        <w:t>vt 0.028448 0.663232</w:t>
        <w:br/>
        <w:t>vt 0.026490 0.663169</w:t>
        <w:br/>
        <w:t>vt 0.028400 0.662572</w:t>
        <w:br/>
        <w:t>vt 0.022938 0.664230</w:t>
        <w:br/>
        <w:t>vt 0.022248 0.662143</w:t>
        <w:br/>
        <w:t>vt 0.024691 0.668959</w:t>
        <w:br/>
        <w:t>vt 0.023516 0.666053</w:t>
        <w:br/>
        <w:t>vt 0.027794 0.670508</w:t>
        <w:br/>
        <w:t>vt 0.027638 0.671557</w:t>
        <w:br/>
        <w:t>vt 0.025991 0.670671</w:t>
        <w:br/>
        <w:t>vt 0.026770 0.669669</w:t>
        <w:br/>
        <w:t>vt 0.028186 0.660709</w:t>
        <w:br/>
        <w:t>vt 0.027973 0.654619</w:t>
        <w:br/>
        <w:t>vt 0.030303 0.654639</w:t>
        <w:br/>
        <w:t>vt 0.030099 0.660729</w:t>
        <w:br/>
        <w:t>vt 0.028572 0.670737</w:t>
        <w:br/>
        <w:t>vt 0.028670 0.669247</w:t>
        <w:br/>
        <w:t>vt 0.029858 0.669376</w:t>
        <w:br/>
        <w:t>vt 0.028848 0.670998</w:t>
        <w:br/>
        <w:t>vt 0.033684 0.661132</w:t>
        <w:br/>
        <w:t>vt 0.035114 0.654978</w:t>
        <w:br/>
        <w:t>vt 0.037022 0.656126</w:t>
        <w:br/>
        <w:t>vt 0.035412 0.661670</w:t>
        <w:br/>
        <w:t>vt 0.033410 0.663396</w:t>
        <w:br/>
        <w:t>vt 0.035061 0.663892</w:t>
        <w:br/>
        <w:t>vt 0.031725 0.663300</w:t>
        <w:br/>
        <w:t>vt 0.031704 0.663793</w:t>
        <w:br/>
        <w:t>vt 0.021379 0.665178</w:t>
        <w:br/>
        <w:t>vt 0.020482 0.663103</w:t>
        <w:br/>
        <w:t>vt 0.027273 0.672421</w:t>
        <w:br/>
        <w:t>vt 0.025421 0.671907</w:t>
        <w:br/>
        <w:t>vt 0.032500 0.654767</w:t>
        <w:br/>
        <w:t>vt 0.031921 0.660787</w:t>
        <w:br/>
        <w:t>vt 0.029396 0.671836</w:t>
        <w:br/>
        <w:t>vt 0.029085 0.671454</w:t>
        <w:br/>
        <w:t>vt 0.023607 0.669960</w:t>
        <w:br/>
        <w:t>vt 0.022121 0.666948</w:t>
        <w:br/>
        <w:t>vt 0.020483 0.656757</w:t>
        <w:br/>
        <w:t>vt 0.023208 0.655813</w:t>
        <w:br/>
        <w:t>vt 0.025573 0.655038</w:t>
        <w:br/>
        <w:t>vt 0.026195 0.660939</w:t>
        <w:br/>
        <w:t>vt 0.027702 0.669324</w:t>
        <w:br/>
        <w:t>vt 0.018042 0.657844</w:t>
        <w:br/>
        <w:t>vt 0.034896 0.665814</w:t>
        <w:br/>
        <w:t>vt 0.034054 0.668875</w:t>
        <w:br/>
        <w:t>vt 0.032581 0.667971</w:t>
        <w:br/>
        <w:t>vt 0.033126 0.665398</w:t>
        <w:br/>
        <w:t>vt 0.030115 0.663239</w:t>
        <w:br/>
        <w:t>vt 0.030123 0.663784</w:t>
        <w:br/>
        <w:t>vt 0.028479 0.663690</w:t>
        <w:br/>
        <w:t>vt 0.031887 0.670018</w:t>
        <w:br/>
        <w:t>vt 0.032693 0.670727</w:t>
        <w:br/>
        <w:t>vt 0.031887 0.670018</w:t>
        <w:br/>
        <w:t>vt 0.030844 0.669760</w:t>
        <w:br/>
        <w:t>vt 0.031325 0.667471</w:t>
        <w:br/>
        <w:t>vt 0.029396 0.671836</w:t>
        <w:br/>
        <w:t>vt 0.029033 0.672352</w:t>
        <w:br/>
        <w:t>vt 0.029085 0.671454</w:t>
        <w:br/>
        <w:t>vt 0.028708 0.667021</w:t>
        <w:br/>
        <w:t>vt 0.031202 0.671542</w:t>
        <w:br/>
        <w:t>vt 0.029905 0.671629</w:t>
        <w:br/>
        <w:t>vt 0.028028 0.652774</w:t>
        <w:br/>
        <w:t>vt 0.030539 0.652819</w:t>
        <w:br/>
        <w:t>vt 0.032682 0.653057</w:t>
        <w:br/>
        <w:t>vt 0.030090 0.662515</w:t>
        <w:br/>
        <w:t>vt 0.031790 0.662579</w:t>
        <w:br/>
        <w:t>vt 0.028561 0.664881</w:t>
        <w:br/>
        <w:t>vt 0.030068 0.667036</w:t>
        <w:br/>
        <w:t>vt 0.030108 0.664918</w:t>
        <w:br/>
        <w:t>vt 0.031603 0.665136</w:t>
        <w:br/>
        <w:t>vt 0.025397 0.652946</w:t>
        <w:br/>
        <w:t>vt 0.022913 0.653970</w:t>
        <w:br/>
        <w:t>vt 0.020321 0.655638</w:t>
        <w:br/>
        <w:t>vt 0.031014 0.667817</w:t>
        <w:br/>
        <w:t>vt 0.030035 0.667410</w:t>
        <w:br/>
        <w:t>vt 0.028988 0.667554</w:t>
        <w:br/>
        <w:t>vt 0.028572 0.670737</w:t>
        <w:br/>
        <w:t>vt 0.028848 0.670998</w:t>
        <w:br/>
        <w:t>vt 0.035062 0.654113</w:t>
        <w:br/>
        <w:t>vt 0.035777 0.654429</w:t>
        <w:br/>
        <w:t>vt 0.037719 0.655503</w:t>
        <w:br/>
        <w:t>vt 0.017506 0.657098</w:t>
        <w:br/>
        <w:t>vt 0.026490 0.663169</w:t>
        <w:br/>
        <w:t>vt 0.026195 0.660939</w:t>
        <w:br/>
        <w:t>vt 0.024191 0.661500</w:t>
        <w:br/>
        <w:t>vt 0.024683 0.663582</w:t>
        <w:br/>
        <w:t>vt 0.027339 0.667382</w:t>
        <w:br/>
        <w:t>vt 0.026849 0.664961</w:t>
        <w:br/>
        <w:t>vt 0.024982 0.665435</w:t>
        <w:br/>
        <w:t>vt 0.025868 0.668093</w:t>
        <w:br/>
        <w:t>vt 0.028448 0.663232</w:t>
        <w:br/>
        <w:t>vt 0.028400 0.662572</w:t>
        <w:br/>
        <w:t>vt 0.026490 0.663169</w:t>
        <w:br/>
        <w:t>vt 0.022938 0.664230</w:t>
        <w:br/>
        <w:t>vt 0.022248 0.662143</w:t>
        <w:br/>
        <w:t>vt 0.024691 0.668959</w:t>
        <w:br/>
        <w:t>vt 0.023516 0.666053</w:t>
        <w:br/>
        <w:t>vt 0.027794 0.670508</w:t>
        <w:br/>
        <w:t>vt 0.026770 0.669669</w:t>
        <w:br/>
        <w:t>vt 0.025991 0.670671</w:t>
        <w:br/>
        <w:t>vt 0.027638 0.671557</w:t>
        <w:br/>
        <w:t>vt 0.028186 0.660709</w:t>
        <w:br/>
        <w:t>vt 0.030099 0.660729</w:t>
        <w:br/>
        <w:t>vt 0.030303 0.654639</w:t>
        <w:br/>
        <w:t>vt 0.027973 0.654619</w:t>
        <w:br/>
        <w:t>vt 0.029858 0.669376</w:t>
        <w:br/>
        <w:t>vt 0.028670 0.669247</w:t>
        <w:br/>
        <w:t>vt 0.028572 0.670737</w:t>
        <w:br/>
        <w:t>vt 0.028848 0.670998</w:t>
        <w:br/>
        <w:t>vt 0.033684 0.661132</w:t>
        <w:br/>
        <w:t>vt 0.035412 0.661670</w:t>
        <w:br/>
        <w:t>vt 0.037022 0.656126</w:t>
        <w:br/>
        <w:t>vt 0.035114 0.654978</w:t>
        <w:br/>
        <w:t>vt 0.033410 0.663396</w:t>
        <w:br/>
        <w:t>vt 0.035061 0.663892</w:t>
        <w:br/>
        <w:t>vt 0.031725 0.663300</w:t>
        <w:br/>
        <w:t>vt 0.031704 0.663793</w:t>
        <w:br/>
        <w:t>vt 0.020482 0.663103</w:t>
        <w:br/>
        <w:t>vt 0.021379 0.665178</w:t>
        <w:br/>
        <w:t>vt 0.027273 0.672421</w:t>
        <w:br/>
        <w:t>vt 0.025421 0.671907</w:t>
        <w:br/>
        <w:t>vt 0.031921 0.660787</w:t>
        <w:br/>
        <w:t>vt 0.032500 0.654767</w:t>
        <w:br/>
        <w:t>vt 0.029396 0.671836</w:t>
        <w:br/>
        <w:t>vt 0.029085 0.671454</w:t>
        <w:br/>
        <w:t>vt 0.022121 0.666948</w:t>
        <w:br/>
        <w:t>vt 0.023607 0.669960</w:t>
        <w:br/>
        <w:t>vt 0.023208 0.655813</w:t>
        <w:br/>
        <w:t>vt 0.020483 0.656757</w:t>
        <w:br/>
        <w:t>vt 0.025573 0.655038</w:t>
        <w:br/>
        <w:t>vt 0.026195 0.660939</w:t>
        <w:br/>
        <w:t>vt 0.027702 0.669324</w:t>
        <w:br/>
        <w:t>vt 0.018042 0.657844</w:t>
        <w:br/>
        <w:t>vt 0.032581 0.667971</w:t>
        <w:br/>
        <w:t>vt 0.034054 0.668875</w:t>
        <w:br/>
        <w:t>vt 0.034896 0.665814</w:t>
        <w:br/>
        <w:t>vt 0.033126 0.665398</w:t>
        <w:br/>
        <w:t>vt 0.030115 0.663239</w:t>
        <w:br/>
        <w:t>vt 0.030123 0.663784</w:t>
        <w:br/>
        <w:t>vt 0.028479 0.663690</w:t>
        <w:br/>
        <w:t>vt 0.031887 0.670018</w:t>
        <w:br/>
        <w:t>vt 0.032693 0.670727</w:t>
        <w:br/>
        <w:t>vt 0.031887 0.670018</w:t>
        <w:br/>
        <w:t>vt 0.031325 0.667471</w:t>
        <w:br/>
        <w:t>vt 0.030844 0.669760</w:t>
        <w:br/>
        <w:t>vt 0.029396 0.671836</w:t>
        <w:br/>
        <w:t>vt 0.029085 0.671454</w:t>
        <w:br/>
        <w:t>vt 0.029033 0.672352</w:t>
        <w:br/>
        <w:t>vt 0.028708 0.667021</w:t>
        <w:br/>
        <w:t>vt 0.031202 0.671542</w:t>
        <w:br/>
        <w:t>vt 0.029905 0.671629</w:t>
        <w:br/>
        <w:t>vt 0.030539 0.652819</w:t>
        <w:br/>
        <w:t>vt 0.028028 0.652774</w:t>
        <w:br/>
        <w:t>vt 0.032682 0.653057</w:t>
        <w:br/>
        <w:t>vt 0.030090 0.662515</w:t>
        <w:br/>
        <w:t>vt 0.031790 0.662579</w:t>
        <w:br/>
        <w:t>vt 0.028561 0.664881</w:t>
        <w:br/>
        <w:t>vt 0.030068 0.667036</w:t>
        <w:br/>
        <w:t>vt 0.030108 0.664918</w:t>
        <w:br/>
        <w:t>vt 0.031603 0.665136</w:t>
        <w:br/>
        <w:t>vt 0.025397 0.652946</w:t>
        <w:br/>
        <w:t>vt 0.022913 0.653970</w:t>
        <w:br/>
        <w:t>vt 0.020321 0.655638</w:t>
        <w:br/>
        <w:t>vt 0.031014 0.667817</w:t>
        <w:br/>
        <w:t>vt 0.030035 0.667410</w:t>
        <w:br/>
        <w:t>vt 0.028988 0.667554</w:t>
        <w:br/>
        <w:t>vt 0.028572 0.670737</w:t>
        <w:br/>
        <w:t>vt 0.028848 0.670998</w:t>
        <w:br/>
        <w:t>vt 0.035062 0.654113</w:t>
        <w:br/>
        <w:t>vt 0.035777 0.654429</w:t>
        <w:br/>
        <w:t>vt 0.037719 0.655503</w:t>
        <w:br/>
        <w:t>vt 0.017506 0.657098</w:t>
        <w:br/>
        <w:t>vt 0.721400 0.585700</w:t>
        <w:br/>
        <w:t>vt 0.721400 0.583000</w:t>
        <w:br/>
        <w:t>vt 0.723300 0.583000</w:t>
        <w:br/>
        <w:t>vt 0.723300 0.585700</w:t>
        <w:br/>
        <w:t>vt 0.721400 0.589100</w:t>
        <w:br/>
        <w:t>vt 0.723300 0.589100</w:t>
        <w:br/>
        <w:t>vt 0.721400 0.592000</w:t>
        <w:br/>
        <w:t>vt 0.723300 0.592000</w:t>
        <w:br/>
        <w:t>vt 0.723300 0.604300</w:t>
        <w:br/>
        <w:t>vt 0.723300 0.612200</w:t>
        <w:br/>
        <w:t>vt 0.721400 0.612200</w:t>
        <w:br/>
        <w:t>vt 0.721400 0.604300</w:t>
        <w:br/>
        <w:t>vt 0.721400 0.618700</w:t>
        <w:br/>
        <w:t>vt 0.723300 0.618700</w:t>
        <w:br/>
        <w:t>vt 0.721400 0.505100</w:t>
        <w:br/>
        <w:t>vt 0.721400 0.498500</w:t>
        <w:br/>
        <w:t>vt 0.723300 0.498500</w:t>
        <w:br/>
        <w:t>vt 0.723300 0.505100</w:t>
        <w:br/>
        <w:t>vt 0.717500 0.583000</w:t>
        <w:br/>
        <w:t>vt 0.719600 0.583000</w:t>
        <w:br/>
        <w:t>vt 0.719600 0.585700</w:t>
        <w:br/>
        <w:t>vt 0.717500 0.585700</w:t>
        <w:br/>
        <w:t>vt 0.719600 0.589100</w:t>
        <w:br/>
        <w:t>vt 0.717500 0.589100</w:t>
        <w:br/>
        <w:t>vt 0.719600 0.592000</w:t>
        <w:br/>
        <w:t>vt 0.717500 0.592000</w:t>
        <w:br/>
        <w:t>vt 0.719600 0.612200</w:t>
        <w:br/>
        <w:t>vt 0.717500 0.612200</w:t>
        <w:br/>
        <w:t>vt 0.717500 0.604300</w:t>
        <w:br/>
        <w:t>vt 0.719600 0.604300</w:t>
        <w:br/>
        <w:t>vt 0.719600 0.492100</w:t>
        <w:br/>
        <w:t>vt 0.719600 0.498500</w:t>
        <w:br/>
        <w:t>vt 0.717500 0.498500</w:t>
        <w:br/>
        <w:t>vt 0.717500 0.492100</w:t>
        <w:br/>
        <w:t>vt 0.723300 0.585700</w:t>
        <w:br/>
        <w:t>vt 0.723300 0.583000</w:t>
        <w:br/>
        <w:t>vt 0.725100 0.583000</w:t>
        <w:br/>
        <w:t>vt 0.725100 0.585700</w:t>
        <w:br/>
        <w:t>vt 0.725100 0.589100</w:t>
        <w:br/>
        <w:t>vt 0.723300 0.589100</w:t>
        <w:br/>
        <w:t>vt 0.725100 0.599300</w:t>
        <w:br/>
        <w:t>vt 0.723300 0.599300</w:t>
        <w:br/>
        <w:t>vt 0.723300 0.595000</w:t>
        <w:br/>
        <w:t>vt 0.725100 0.595000</w:t>
        <w:br/>
        <w:t>vt 0.725100 0.612200</w:t>
        <w:br/>
        <w:t>vt 0.723300 0.612200</w:t>
        <w:br/>
        <w:t>vt 0.723300 0.604300</w:t>
        <w:br/>
        <w:t>vt 0.725100 0.604300</w:t>
        <w:br/>
        <w:t>vt 0.725100 0.498500</w:t>
        <w:br/>
        <w:t>vt 0.723300 0.498500</w:t>
        <w:br/>
        <w:t>vt 0.723300 0.492100</w:t>
        <w:br/>
        <w:t>vt 0.725100 0.492100</w:t>
        <w:br/>
        <w:t>vt 0.725100 0.505100</w:t>
        <w:br/>
        <w:t>vt 0.723300 0.505100</w:t>
        <w:br/>
        <w:t>vt 0.721400 0.585700</w:t>
        <w:br/>
        <w:t>vt 0.719600 0.585700</w:t>
        <w:br/>
        <w:t>vt 0.719600 0.583000</w:t>
        <w:br/>
        <w:t>vt 0.721400 0.583000</w:t>
        <w:br/>
        <w:t>vt 0.719600 0.589100</w:t>
        <w:br/>
        <w:t>vt 0.721400 0.589100</w:t>
        <w:br/>
        <w:t>vt 0.719600 0.599300</w:t>
        <w:br/>
        <w:t>vt 0.719600 0.595000</w:t>
        <w:br/>
        <w:t>vt 0.721400 0.595000</w:t>
        <w:br/>
        <w:t>vt 0.721400 0.599300</w:t>
        <w:br/>
        <w:t>vt 0.721400 0.604300</w:t>
        <w:br/>
        <w:t>vt 0.719600 0.604300</w:t>
        <w:br/>
        <w:t>vt 0.721400 0.612200</w:t>
        <w:br/>
        <w:t>vt 0.721400 0.618700</w:t>
        <w:br/>
        <w:t>vt 0.719600 0.618700</w:t>
        <w:br/>
        <w:t>vt 0.719600 0.612200</w:t>
        <w:br/>
        <w:t>vt 0.717500 0.544600</w:t>
        <w:br/>
        <w:t>vt 0.717500 0.538700</w:t>
        <w:br/>
        <w:t>vt 0.719600 0.538700</w:t>
        <w:br/>
        <w:t>vt 0.719600 0.544600</w:t>
        <w:br/>
        <w:t>vt 0.723300 0.538700</w:t>
        <w:br/>
        <w:t>vt 0.725100 0.538700</w:t>
        <w:br/>
        <w:t>vt 0.725100 0.544600</w:t>
        <w:br/>
        <w:t>vt 0.723300 0.544600</w:t>
        <w:br/>
        <w:t>vt 0.721400 0.544600</w:t>
        <w:br/>
        <w:t>vt 0.721400 0.550700</w:t>
        <w:br/>
        <w:t>vt 0.719600 0.550700</w:t>
        <w:br/>
        <w:t>vt 0.719600 0.544600</w:t>
        <w:br/>
        <w:t>vt 0.721400 0.544600</w:t>
        <w:br/>
        <w:t>vt 0.723300 0.544600</w:t>
        <w:br/>
        <w:t>vt 0.723300 0.550700</w:t>
        <w:br/>
        <w:t>vt 0.721400 0.550700</w:t>
        <w:br/>
        <w:t>vt 0.721400 0.505100</w:t>
        <w:br/>
        <w:t>vt 0.719600 0.505100</w:t>
        <w:br/>
        <w:t>vt 0.719600 0.498500</w:t>
        <w:br/>
        <w:t>vt 0.721400 0.498500</w:t>
        <w:br/>
        <w:t>vt 0.719600 0.505100</w:t>
        <w:br/>
        <w:t>vt 0.717500 0.505100</w:t>
        <w:br/>
        <w:t>vt 0.725100 0.530000</w:t>
        <w:br/>
        <w:t>vt 0.725100 0.532300</w:t>
        <w:br/>
        <w:t>vt 0.723300 0.532300</w:t>
        <w:br/>
        <w:t>vt 0.723300 0.530000</w:t>
        <w:br/>
        <w:t>vt 0.717500 0.530000</w:t>
        <w:br/>
        <w:t>vt 0.719600 0.530000</w:t>
        <w:br/>
        <w:t>vt 0.719600 0.532300</w:t>
        <w:br/>
        <w:t>vt 0.717500 0.532300</w:t>
        <w:br/>
        <w:t>vt 0.719600 0.530000</w:t>
        <w:br/>
        <w:t>vt 0.721400 0.530000</w:t>
        <w:br/>
        <w:t>vt 0.721400 0.532300</w:t>
        <w:br/>
        <w:t>vt 0.719600 0.532300</w:t>
        <w:br/>
        <w:t>vt 0.723300 0.530000</w:t>
        <w:br/>
        <w:t>vt 0.723300 0.532300</w:t>
        <w:br/>
        <w:t>vt 0.721400 0.532300</w:t>
        <w:br/>
        <w:t>vt 0.721400 0.530000</w:t>
        <w:br/>
        <w:t>vt 0.725100 0.528700</w:t>
        <w:br/>
        <w:t>vt 0.723300 0.528700</w:t>
        <w:br/>
        <w:t>vt 0.717500 0.528700</w:t>
        <w:br/>
        <w:t>vt 0.719600 0.528700</w:t>
        <w:br/>
        <w:t>vt 0.719600 0.528700</w:t>
        <w:br/>
        <w:t>vt 0.721400 0.528700</w:t>
        <w:br/>
        <w:t>vt 0.723300 0.528700</w:t>
        <w:br/>
        <w:t>vt 0.721400 0.528700</w:t>
        <w:br/>
        <w:t>vt 0.721400 0.527500</w:t>
        <w:br/>
        <w:t>vt 0.721400 0.526100</w:t>
        <w:br/>
        <w:t>vt 0.723300 0.526100</w:t>
        <w:br/>
        <w:t>vt 0.723300 0.527500</w:t>
        <w:br/>
        <w:t>vt 0.719600 0.527500</w:t>
        <w:br/>
        <w:t>vt 0.719600 0.526100</w:t>
        <w:br/>
        <w:t>vt 0.721400 0.526100</w:t>
        <w:br/>
        <w:t>vt 0.721400 0.527500</w:t>
        <w:br/>
        <w:t>vt 0.719600 0.527500</w:t>
        <w:br/>
        <w:t>vt 0.717500 0.527500</w:t>
        <w:br/>
        <w:t>vt 0.717500 0.526100</w:t>
        <w:br/>
        <w:t>vt 0.719600 0.526100</w:t>
        <w:br/>
        <w:t>vt 0.725100 0.527500</w:t>
        <w:br/>
        <w:t>vt 0.723300 0.527500</w:t>
        <w:br/>
        <w:t>vt 0.723300 0.526100</w:t>
        <w:br/>
        <w:t>vt 0.725100 0.526100</w:t>
        <w:br/>
        <w:t>vt 0.721400 0.538700</w:t>
        <w:br/>
        <w:t>vt 0.719600 0.538700</w:t>
        <w:br/>
        <w:t>vt 0.721400 0.538700</w:t>
        <w:br/>
        <w:t>vt 0.723300 0.538700</w:t>
        <w:br/>
        <w:t>vt 0.717500 0.515600</w:t>
        <w:br/>
        <w:t>vt 0.719600 0.515600</w:t>
        <w:br/>
        <w:t>vt 0.723300 0.515600</w:t>
        <w:br/>
        <w:t>vt 0.725100 0.515600</w:t>
        <w:br/>
        <w:t>vt 0.721400 0.515600</w:t>
        <w:br/>
        <w:t>vt 0.723300 0.515600</w:t>
        <w:br/>
        <w:t>vt 0.719600 0.515600</w:t>
        <w:br/>
        <w:t>vt 0.721400 0.515600</w:t>
        <w:br/>
        <w:t>vt 0.717500 0.578000</w:t>
        <w:br/>
        <w:t>vt 0.717500 0.572600</w:t>
        <w:br/>
        <w:t>vt 0.719600 0.572600</w:t>
        <w:br/>
        <w:t>vt 0.719600 0.578000</w:t>
        <w:br/>
        <w:t>vt 0.719600 0.578000</w:t>
        <w:br/>
        <w:t>vt 0.721400 0.578000</w:t>
        <w:br/>
        <w:t>vt 0.725100 0.578000</w:t>
        <w:br/>
        <w:t>vt 0.723300 0.578000</w:t>
        <w:br/>
        <w:t>vt 0.723300 0.578000</w:t>
        <w:br/>
        <w:t>vt 0.721400 0.578000</w:t>
        <w:br/>
        <w:t>vt 0.723300 0.561500</w:t>
        <w:br/>
        <w:t>vt 0.721400 0.561500</w:t>
        <w:br/>
        <w:t>vt 0.725100 0.561500</w:t>
        <w:br/>
        <w:t>vt 0.723300 0.561500</w:t>
        <w:br/>
        <w:t>vt 0.723300 0.550700</w:t>
        <w:br/>
        <w:t>vt 0.725100 0.550700</w:t>
        <w:br/>
        <w:t>vt 0.717500 0.561500</w:t>
        <w:br/>
        <w:t>vt 0.717500 0.550700</w:t>
        <w:br/>
        <w:t>vt 0.719600 0.550700</w:t>
        <w:br/>
        <w:t>vt 0.719600 0.561500</w:t>
        <w:br/>
        <w:t>vt 0.721400 0.561500</w:t>
        <w:br/>
        <w:t>vt 0.719600 0.561500</w:t>
        <w:br/>
        <w:t>vt 0.723300 0.572600</w:t>
        <w:br/>
        <w:t>vt 0.721400 0.572600</w:t>
        <w:br/>
        <w:t>vt 0.725100 0.572600</w:t>
        <w:br/>
        <w:t>vt 0.723300 0.572600</w:t>
        <w:br/>
        <w:t>vt 0.721400 0.572600</w:t>
        <w:br/>
        <w:t>vt 0.719600 0.572600</w:t>
        <w:br/>
        <w:t>vt 0.721400 0.599300</w:t>
        <w:br/>
        <w:t>vt 0.723300 0.599300</w:t>
        <w:br/>
        <w:t>vt 0.717500 0.599300</w:t>
        <w:br/>
        <w:t>vt 0.719600 0.599300</w:t>
        <w:br/>
        <w:t>vt 0.721400 0.492100</w:t>
        <w:br/>
        <w:t>vt 0.723300 0.492100</w:t>
        <w:br/>
        <w:t>vt 0.719600 0.618700</w:t>
        <w:br/>
        <w:t>vt 0.717500 0.618700</w:t>
        <w:br/>
        <w:t>vt 0.725100 0.618700</w:t>
        <w:br/>
        <w:t>vt 0.723300 0.618700</w:t>
        <w:br/>
        <w:t>vt 0.719600 0.492100</w:t>
        <w:br/>
        <w:t>vt 0.721400 0.492100</w:t>
        <w:br/>
        <w:t>vt 0.721400 0.595000</w:t>
        <w:br/>
        <w:t>vt 0.723300 0.595000</w:t>
        <w:br/>
        <w:t>vt 0.717500 0.595000</w:t>
        <w:br/>
        <w:t>vt 0.719600 0.595000</w:t>
        <w:br/>
        <w:t>vt 0.723300 0.592000</w:t>
        <w:br/>
        <w:t>vt 0.725100 0.592000</w:t>
        <w:br/>
        <w:t>vt 0.721400 0.592000</w:t>
        <w:br/>
        <w:t>vt 0.719600 0.592000</w:t>
        <w:br/>
        <w:t>vt 0.434400 0.932200</w:t>
        <w:br/>
        <w:t>vt 0.430200 0.932100</w:t>
        <w:br/>
        <w:t>vt 0.430400 0.926400</w:t>
        <w:br/>
        <w:t>vt 0.434600 0.926500</w:t>
        <w:br/>
        <w:t>vt 0.430600 0.918300</w:t>
        <w:br/>
        <w:t>vt 0.434800 0.918400</w:t>
        <w:br/>
        <w:t>vt 0.434800 0.920800</w:t>
        <w:br/>
        <w:t>vt 0.430500 0.920700</w:t>
        <w:br/>
        <w:t>vt 0.434400 0.932200</w:t>
        <w:br/>
        <w:t>vt 0.434600 0.926500</w:t>
        <w:br/>
        <w:t>vt 0.437000 0.926700</w:t>
        <w:br/>
        <w:t>vt 0.436700 0.932500</w:t>
        <w:br/>
        <w:t>vt 0.433900 0.945600</w:t>
        <w:br/>
        <w:t>vt 0.429700 0.945400</w:t>
        <w:br/>
        <w:t>vt 0.429800 0.943600</w:t>
        <w:br/>
        <w:t>vt 0.434000 0.943700</w:t>
        <w:br/>
        <w:t>vt 0.427800 0.932200</w:t>
        <w:br/>
        <w:t>vt 0.430200 0.932100</w:t>
        <w:br/>
        <w:t>vt 0.430000 0.937800</w:t>
        <w:br/>
        <w:t>vt 0.427800 0.938000</w:t>
        <w:br/>
        <w:t>vt 0.434000 0.943700</w:t>
        <w:br/>
        <w:t>vt 0.429800 0.943600</w:t>
        <w:br/>
        <w:t>vt 0.430000 0.937800</w:t>
        <w:br/>
        <w:t>vt 0.434200 0.937900</w:t>
        <w:br/>
        <w:t>vt 0.434800 0.920800</w:t>
        <w:br/>
        <w:t>vt 0.430500 0.920700</w:t>
        <w:br/>
        <w:t>vt 0.434000 0.943700</w:t>
        <w:br/>
        <w:t>vt 0.434200 0.937900</w:t>
        <w:br/>
        <w:t>vt 0.436300 0.938300</w:t>
        <w:br/>
        <w:t>vt 0.435800 0.944100</w:t>
        <w:br/>
        <w:t>vt 0.437200 0.920900</w:t>
        <w:br/>
        <w:t>vt 0.434800 0.920800</w:t>
        <w:br/>
        <w:t>vt 0.428100 0.920600</w:t>
        <w:br/>
        <w:t>vt 0.430500 0.920700</w:t>
        <w:br/>
        <w:t>vt 0.430400 0.926400</w:t>
        <w:br/>
        <w:t>vt 0.428000 0.926400</w:t>
        <w:br/>
        <w:t>vt 0.429800 0.943600</w:t>
        <w:br/>
        <w:t>vt 0.427900 0.943900</w:t>
        <w:br/>
        <w:t>vt 0.639600 0.582900</w:t>
        <w:br/>
        <w:t>vt 0.637700 0.584600</w:t>
        <w:br/>
        <w:t>vt 0.655300 0.584500</w:t>
        <w:br/>
        <w:t>vt 0.653300 0.582800</w:t>
        <w:br/>
        <w:t>vt 0.637700 0.584600</w:t>
        <w:br/>
        <w:t>vt 0.637400 0.586300</w:t>
        <w:br/>
        <w:t>vt 0.655600 0.586200</w:t>
        <w:br/>
        <w:t>vt 0.655300 0.584500</w:t>
        <w:br/>
        <w:t>vt 0.652900 0.581200</w:t>
        <w:br/>
        <w:t>vt 0.640000 0.581300</w:t>
        <w:br/>
        <w:t>vt 0.639600 0.582900</w:t>
        <w:br/>
        <w:t>vt 0.653300 0.582800</w:t>
        <w:br/>
        <w:t>vt 0.637700 0.579100</w:t>
        <w:br/>
        <w:t>vt 0.637500 0.575800</w:t>
        <w:br/>
        <w:t>vt 0.635400 0.576700</w:t>
        <w:br/>
        <w:t>vt 0.636000 0.580600</w:t>
        <w:br/>
        <w:t>vt 0.633700 0.576900</w:t>
        <w:br/>
        <w:t>vt 0.634400 0.581200</w:t>
        <w:br/>
        <w:t>vt 0.636000 0.580600</w:t>
        <w:br/>
        <w:t>vt 0.635400 0.576700</w:t>
        <w:br/>
        <w:t>vt 0.639300 0.575900</w:t>
        <w:br/>
        <w:t>vt 0.637500 0.575800</w:t>
        <w:br/>
        <w:t>vt 0.637700 0.579100</w:t>
        <w:br/>
        <w:t>vt 0.639400 0.579100</w:t>
        <w:br/>
        <w:t>vt 0.638200 0.569300</w:t>
        <w:br/>
        <w:t>vt 0.636800 0.566700</w:t>
        <w:br/>
        <w:t>vt 0.636100 0.568500</w:t>
        <w:br/>
        <w:t>vt 0.637800 0.570600</w:t>
        <w:br/>
        <w:t>vt 0.636800 0.566700</w:t>
        <w:br/>
        <w:t>vt 0.635300 0.565800</w:t>
        <w:br/>
        <w:t>vt 0.634400 0.568000</w:t>
        <w:br/>
        <w:t>vt 0.636100 0.568500</w:t>
        <w:br/>
        <w:t>vt 0.639600 0.571000</w:t>
        <w:br/>
        <w:t>vt 0.639800 0.570100</w:t>
        <w:br/>
        <w:t>vt 0.638200 0.569300</w:t>
        <w:br/>
        <w:t>vt 0.637800 0.570600</w:t>
        <w:br/>
        <w:t>vt 0.639100 0.568100</w:t>
        <w:br/>
        <w:t>vt 0.637900 0.565200</w:t>
        <w:br/>
        <w:t>vt 0.637900 0.565200</w:t>
        <w:br/>
        <w:t>vt 0.636700 0.563900</w:t>
        <w:br/>
        <w:t>vt 0.640400 0.569300</w:t>
        <w:br/>
        <w:t>vt 0.639100 0.568100</w:t>
        <w:br/>
        <w:t>vt 0.641800 0.566100</w:t>
        <w:br/>
        <w:t>vt 0.641000 0.562800</w:t>
        <w:br/>
        <w:t>vt 0.641000 0.562800</w:t>
        <w:br/>
        <w:t>vt 0.640200 0.561200</w:t>
        <w:br/>
        <w:t>vt 0.642600 0.567600</w:t>
        <w:br/>
        <w:t>vt 0.641800 0.566100</w:t>
        <w:br/>
        <w:t>vt 0.644700 0.565000</w:t>
        <w:br/>
        <w:t>vt 0.644400 0.561500</w:t>
        <w:br/>
        <w:t>vt 0.644400 0.561500</w:t>
        <w:br/>
        <w:t>vt 0.644100 0.559800</w:t>
        <w:br/>
        <w:t>vt 0.645000 0.566800</w:t>
        <w:br/>
        <w:t>vt 0.644700 0.565000</w:t>
        <w:br/>
        <w:t>vt 0.647600 0.565100</w:t>
        <w:br/>
        <w:t>vt 0.647800 0.561500</w:t>
        <w:br/>
        <w:t>vt 0.647800 0.561500</w:t>
        <w:br/>
        <w:t>vt 0.648100 0.559700</w:t>
        <w:br/>
        <w:t>vt 0.647300 0.566800</w:t>
        <w:br/>
        <w:t>vt 0.647600 0.565100</w:t>
        <w:br/>
        <w:t>vt 0.650700 0.566000</w:t>
        <w:br/>
        <w:t>vt 0.651300 0.562700</w:t>
        <w:br/>
        <w:t>vt 0.651300 0.562700</w:t>
        <w:br/>
        <w:t>vt 0.652100 0.561100</w:t>
        <w:br/>
        <w:t>vt 0.649900 0.567600</w:t>
        <w:br/>
        <w:t>vt 0.650700 0.566000</w:t>
        <w:br/>
        <w:t>vt 0.653300 0.567900</w:t>
        <w:br/>
        <w:t>vt 0.654400 0.565000</w:t>
        <w:br/>
        <w:t>vt 0.654400 0.565000</w:t>
        <w:br/>
        <w:t>vt 0.655600 0.563700</w:t>
        <w:br/>
        <w:t>vt 0.652000 0.569100</w:t>
        <w:br/>
        <w:t>vt 0.653300 0.567900</w:t>
        <w:br/>
        <w:t>vt 0.654300 0.569200</w:t>
        <w:br/>
        <w:t>vt 0.655600 0.566600</w:t>
        <w:br/>
        <w:t>vt 0.655600 0.566600</w:t>
        <w:br/>
        <w:t>vt 0.657100 0.565600</w:t>
        <w:br/>
        <w:t>vt 0.652700 0.570000</w:t>
        <w:br/>
        <w:t>vt 0.654300 0.569200</w:t>
        <w:br/>
        <w:t>vt 0.654800 0.570700</w:t>
        <w:br/>
        <w:t>vt 0.656600 0.568500</w:t>
        <w:br/>
        <w:t>vt 0.656600 0.568500</w:t>
        <w:br/>
        <w:t>vt 0.658200 0.568000</w:t>
        <w:br/>
        <w:t>vt 0.653100 0.571200</w:t>
        <w:br/>
        <w:t>vt 0.654800 0.570700</w:t>
        <w:br/>
        <w:t>vt 0.655300 0.575800</w:t>
        <w:br/>
        <w:t>vt 0.657400 0.576600</w:t>
        <w:br/>
        <w:t>vt 0.657200 0.572500</w:t>
        <w:br/>
        <w:t>vt 0.655100 0.572500</w:t>
        <w:br/>
        <w:t>vt 0.657400 0.576600</w:t>
        <w:br/>
        <w:t>vt 0.659100 0.576700</w:t>
        <w:br/>
        <w:t>vt 0.659000 0.572400</w:t>
        <w:br/>
        <w:t>vt 0.657200 0.572500</w:t>
        <w:br/>
        <w:t>vt 0.655300 0.575800</w:t>
        <w:br/>
        <w:t>vt 0.655100 0.572500</w:t>
        <w:br/>
        <w:t>vt 0.653400 0.572700</w:t>
        <w:br/>
        <w:t>vt 0.653500 0.575900</w:t>
        <w:br/>
        <w:t>vt 0.635500 0.572600</w:t>
        <w:br/>
        <w:t>vt 0.637600 0.572400</w:t>
        <w:br/>
        <w:t>vt 0.636900 0.584100</w:t>
        <w:br/>
        <w:t>vt 0.638600 0.582000</w:t>
        <w:br/>
        <w:t>vt 0.633700 0.572500</w:t>
        <w:br/>
        <w:t>vt 0.635500 0.572600</w:t>
        <w:br/>
        <w:t>vt 0.636900 0.584100</w:t>
        <w:br/>
        <w:t>vt 0.635500 0.585100</w:t>
        <w:br/>
        <w:t>vt 0.637600 0.572400</w:t>
        <w:br/>
        <w:t>vt 0.639300 0.572600</w:t>
        <w:br/>
        <w:t>vt 0.638600 0.582000</w:t>
        <w:br/>
        <w:t>vt 0.640200 0.581400</w:t>
        <w:br/>
        <w:t>vt 0.654300 0.581900</w:t>
        <w:br/>
        <w:t>vt 0.656100 0.583900</w:t>
        <w:br/>
        <w:t>vt 0.656900 0.580500</w:t>
        <w:br/>
        <w:t>vt 0.655200 0.579000</w:t>
        <w:br/>
        <w:t>vt 0.656100 0.583900</w:t>
        <w:br/>
        <w:t>vt 0.657500 0.584900</w:t>
        <w:br/>
        <w:t>vt 0.658500 0.581100</w:t>
        <w:br/>
        <w:t>vt 0.656900 0.580500</w:t>
        <w:br/>
        <w:t>vt 0.654300 0.581900</w:t>
        <w:br/>
        <w:t>vt 0.655200 0.579000</w:t>
        <w:br/>
        <w:t>vt 0.653500 0.579000</w:t>
        <w:br/>
        <w:t>vt 0.652700 0.581400</w:t>
        <w:br/>
        <w:t>vt 0.638900 0.582600</w:t>
        <w:br/>
        <w:t>vt 0.637200 0.584400</w:t>
        <w:br/>
        <w:t>vt 0.655800 0.584300</w:t>
        <w:br/>
        <w:t>vt 0.654000 0.582500</w:t>
        <w:br/>
        <w:t>vt 0.637200 0.584400</w:t>
        <w:br/>
        <w:t>vt 0.636300 0.585900</w:t>
        <w:br/>
        <w:t>vt 0.656700 0.585700</w:t>
        <w:br/>
        <w:t>vt 0.655800 0.584300</w:t>
        <w:br/>
        <w:t>vt 0.640100 0.581300</w:t>
        <w:br/>
        <w:t>vt 0.638900 0.582600</w:t>
        <w:br/>
        <w:t>vt 0.654000 0.582500</w:t>
        <w:br/>
        <w:t>vt 0.652800 0.581300</w:t>
        <w:br/>
        <w:t>vt 0.430200 0.932100</w:t>
        <w:br/>
        <w:t>vt 0.434400 0.932200</w:t>
        <w:br/>
        <w:t>vt 0.434600 0.926500</w:t>
        <w:br/>
        <w:t>vt 0.430400 0.926400</w:t>
        <w:br/>
        <w:t>vt 0.430600 0.918300</w:t>
        <w:br/>
        <w:t>vt 0.430500 0.920700</w:t>
        <w:br/>
        <w:t>vt 0.434800 0.920800</w:t>
        <w:br/>
        <w:t>vt 0.434800 0.918400</w:t>
        <w:br/>
        <w:t>vt 0.434400 0.932200</w:t>
        <w:br/>
        <w:t>vt 0.436700 0.932500</w:t>
        <w:br/>
        <w:t>vt 0.437000 0.926700</w:t>
        <w:br/>
        <w:t>vt 0.434600 0.926500</w:t>
        <w:br/>
        <w:t>vt 0.433900 0.945600</w:t>
        <w:br/>
        <w:t>vt 0.434000 0.943700</w:t>
        <w:br/>
        <w:t>vt 0.429700 0.943600</w:t>
        <w:br/>
        <w:t>vt 0.429700 0.945400</w:t>
        <w:br/>
        <w:t>vt 0.430000 0.937800</w:t>
        <w:br/>
        <w:t>vt 0.430200 0.932100</w:t>
        <w:br/>
        <w:t>vt 0.427800 0.932200</w:t>
        <w:br/>
        <w:t>vt 0.427800 0.938000</w:t>
        <w:br/>
        <w:t>vt 0.430000 0.937800</w:t>
        <w:br/>
        <w:t>vt 0.429700 0.943600</w:t>
        <w:br/>
        <w:t>vt 0.434000 0.943700</w:t>
        <w:br/>
        <w:t>vt 0.434200 0.937900</w:t>
        <w:br/>
        <w:t>vt 0.434800 0.920800</w:t>
        <w:br/>
        <w:t>vt 0.430500 0.920700</w:t>
        <w:br/>
        <w:t>vt 0.434000 0.943700</w:t>
        <w:br/>
        <w:t>vt 0.435800 0.944100</w:t>
        <w:br/>
        <w:t>vt 0.436300 0.938300</w:t>
        <w:br/>
        <w:t>vt 0.434200 0.937900</w:t>
        <w:br/>
        <w:t>vt 0.437200 0.920900</w:t>
        <w:br/>
        <w:t>vt 0.434800 0.920800</w:t>
        <w:br/>
        <w:t>vt 0.430400 0.926400</w:t>
        <w:br/>
        <w:t>vt 0.430500 0.920700</w:t>
        <w:br/>
        <w:t>vt 0.428100 0.920600</w:t>
        <w:br/>
        <w:t>vt 0.428000 0.926400</w:t>
        <w:br/>
        <w:t>vt 0.427900 0.943900</w:t>
        <w:br/>
        <w:t>vt 0.429700 0.943600</w:t>
        <w:br/>
        <w:t>vt 0.655300 0.584500</w:t>
        <w:br/>
        <w:t>vt 0.637700 0.584600</w:t>
        <w:br/>
        <w:t>vt 0.639600 0.582900</w:t>
        <w:br/>
        <w:t>vt 0.653300 0.582800</w:t>
        <w:br/>
        <w:t>vt 0.655600 0.586200</w:t>
        <w:br/>
        <w:t>vt 0.637400 0.586300</w:t>
        <w:br/>
        <w:t>vt 0.637700 0.584600</w:t>
        <w:br/>
        <w:t>vt 0.655300 0.584500</w:t>
        <w:br/>
        <w:t>vt 0.652900 0.581200</w:t>
        <w:br/>
        <w:t>vt 0.653300 0.582800</w:t>
        <w:br/>
        <w:t>vt 0.639600 0.582900</w:t>
        <w:br/>
        <w:t>vt 0.640000 0.581300</w:t>
        <w:br/>
        <w:t>vt 0.637700 0.579100</w:t>
        <w:br/>
        <w:t>vt 0.636000 0.580600</w:t>
        <w:br/>
        <w:t>vt 0.635400 0.576700</w:t>
        <w:br/>
        <w:t>vt 0.637500 0.575800</w:t>
        <w:br/>
        <w:t>vt 0.633700 0.576900</w:t>
        <w:br/>
        <w:t>vt 0.635400 0.576700</w:t>
        <w:br/>
        <w:t>vt 0.636000 0.580600</w:t>
        <w:br/>
        <w:t>vt 0.634400 0.581300</w:t>
        <w:br/>
        <w:t>vt 0.637700 0.579100</w:t>
        <w:br/>
        <w:t>vt 0.637500 0.575800</w:t>
        <w:br/>
        <w:t>vt 0.639300 0.575900</w:t>
        <w:br/>
        <w:t>vt 0.639400 0.579100</w:t>
        <w:br/>
        <w:t>vt 0.636100 0.568500</w:t>
        <w:br/>
        <w:t>vt 0.636800 0.566800</w:t>
        <w:br/>
        <w:t>vt 0.638200 0.569300</w:t>
        <w:br/>
        <w:t>vt 0.637800 0.570600</w:t>
        <w:br/>
        <w:t>vt 0.634400 0.568000</w:t>
        <w:br/>
        <w:t>vt 0.635300 0.565800</w:t>
        <w:br/>
        <w:t>vt 0.636800 0.566800</w:t>
        <w:br/>
        <w:t>vt 0.636100 0.568500</w:t>
        <w:br/>
        <w:t>vt 0.639500 0.571000</w:t>
        <w:br/>
        <w:t>vt 0.637800 0.570600</w:t>
        <w:br/>
        <w:t>vt 0.638200 0.569300</w:t>
        <w:br/>
        <w:t>vt 0.639800 0.570100</w:t>
        <w:br/>
        <w:t>vt 0.637900 0.565200</w:t>
        <w:br/>
        <w:t>vt 0.639100 0.568100</w:t>
        <w:br/>
        <w:t>vt 0.636700 0.563900</w:t>
        <w:br/>
        <w:t>vt 0.637900 0.565200</w:t>
        <w:br/>
        <w:t>vt 0.639100 0.568100</w:t>
        <w:br/>
        <w:t>vt 0.640400 0.569300</w:t>
        <w:br/>
        <w:t>vt 0.641000 0.562800</w:t>
        <w:br/>
        <w:t>vt 0.641700 0.566100</w:t>
        <w:br/>
        <w:t>vt 0.640200 0.561200</w:t>
        <w:br/>
        <w:t>vt 0.641000 0.562800</w:t>
        <w:br/>
        <w:t>vt 0.641700 0.566100</w:t>
        <w:br/>
        <w:t>vt 0.642600 0.567600</w:t>
        <w:br/>
        <w:t>vt 0.644400 0.561500</w:t>
        <w:br/>
        <w:t>vt 0.644700 0.565000</w:t>
        <w:br/>
        <w:t>vt 0.644100 0.559800</w:t>
        <w:br/>
        <w:t>vt 0.644400 0.561500</w:t>
        <w:br/>
        <w:t>vt 0.644700 0.565000</w:t>
        <w:br/>
        <w:t>vt 0.645000 0.566800</w:t>
        <w:br/>
        <w:t>vt 0.647800 0.561500</w:t>
        <w:br/>
        <w:t>vt 0.647600 0.565100</w:t>
        <w:br/>
        <w:t>vt 0.648100 0.559700</w:t>
        <w:br/>
        <w:t>vt 0.647800 0.561500</w:t>
        <w:br/>
        <w:t>vt 0.647600 0.565100</w:t>
        <w:br/>
        <w:t>vt 0.647300 0.566800</w:t>
        <w:br/>
        <w:t>vt 0.651300 0.562700</w:t>
        <w:br/>
        <w:t>vt 0.650700 0.566000</w:t>
        <w:br/>
        <w:t>vt 0.652100 0.561100</w:t>
        <w:br/>
        <w:t>vt 0.651300 0.562700</w:t>
        <w:br/>
        <w:t>vt 0.650700 0.566000</w:t>
        <w:br/>
        <w:t>vt 0.649800 0.567600</w:t>
        <w:br/>
        <w:t>vt 0.654400 0.565000</w:t>
        <w:br/>
        <w:t>vt 0.653300 0.567900</w:t>
        <w:br/>
        <w:t>vt 0.655600 0.563700</w:t>
        <w:br/>
        <w:t>vt 0.654400 0.565000</w:t>
        <w:br/>
        <w:t>vt 0.653300 0.567900</w:t>
        <w:br/>
        <w:t>vt 0.652000 0.569100</w:t>
        <w:br/>
        <w:t>vt 0.655600 0.566600</w:t>
        <w:br/>
        <w:t>vt 0.654300 0.569200</w:t>
        <w:br/>
        <w:t>vt 0.657100 0.565600</w:t>
        <w:br/>
        <w:t>vt 0.655600 0.566600</w:t>
        <w:br/>
        <w:t>vt 0.654300 0.569200</w:t>
        <w:br/>
        <w:t>vt 0.652700 0.570000</w:t>
        <w:br/>
        <w:t>vt 0.656500 0.568500</w:t>
        <w:br/>
        <w:t>vt 0.654800 0.570700</w:t>
        <w:br/>
        <w:t>vt 0.658200 0.568000</w:t>
        <w:br/>
        <w:t>vt 0.656500 0.568500</w:t>
        <w:br/>
        <w:t>vt 0.654800 0.570700</w:t>
        <w:br/>
        <w:t>vt 0.653100 0.571200</w:t>
        <w:br/>
        <w:t>vt 0.657200 0.572500</w:t>
        <w:br/>
        <w:t>vt 0.657400 0.576500</w:t>
        <w:br/>
        <w:t>vt 0.655300 0.575800</w:t>
        <w:br/>
        <w:t>vt 0.655100 0.572500</w:t>
        <w:br/>
        <w:t>vt 0.659000 0.572400</w:t>
        <w:br/>
        <w:t>vt 0.659100 0.576700</w:t>
        <w:br/>
        <w:t>vt 0.657400 0.576500</w:t>
        <w:br/>
        <w:t>vt 0.657200 0.572500</w:t>
        <w:br/>
        <w:t>vt 0.655300 0.575800</w:t>
        <w:br/>
        <w:t>vt 0.653500 0.575900</w:t>
        <w:br/>
        <w:t>vt 0.653300 0.572700</w:t>
        <w:br/>
        <w:t>vt 0.655100 0.572500</w:t>
        <w:br/>
        <w:t>vt 0.635500 0.572600</w:t>
        <w:br/>
        <w:t>vt 0.637600 0.572400</w:t>
        <w:br/>
        <w:t>vt 0.638600 0.582000</w:t>
        <w:br/>
        <w:t>vt 0.636900 0.584100</w:t>
        <w:br/>
        <w:t>vt 0.633700 0.572500</w:t>
        <w:br/>
        <w:t>vt 0.635500 0.572600</w:t>
        <w:br/>
        <w:t>vt 0.636900 0.584100</w:t>
        <w:br/>
        <w:t>vt 0.635500 0.585100</w:t>
        <w:br/>
        <w:t>vt 0.639300 0.572600</w:t>
        <w:br/>
        <w:t>vt 0.637600 0.572400</w:t>
        <w:br/>
        <w:t>vt 0.640200 0.581400</w:t>
        <w:br/>
        <w:t>vt 0.638600 0.582000</w:t>
        <w:br/>
        <w:t>vt 0.656900 0.580500</w:t>
        <w:br/>
        <w:t>vt 0.656100 0.583900</w:t>
        <w:br/>
        <w:t>vt 0.654400 0.581900</w:t>
        <w:br/>
        <w:t>vt 0.655200 0.579000</w:t>
        <w:br/>
        <w:t>vt 0.658500 0.581100</w:t>
        <w:br/>
        <w:t>vt 0.657500 0.584900</w:t>
        <w:br/>
        <w:t>vt 0.656100 0.583900</w:t>
        <w:br/>
        <w:t>vt 0.656900 0.580500</w:t>
        <w:br/>
        <w:t>vt 0.654400 0.581900</w:t>
        <w:br/>
        <w:t>vt 0.652700 0.581400</w:t>
        <w:br/>
        <w:t>vt 0.653500 0.579000</w:t>
        <w:br/>
        <w:t>vt 0.655200 0.579000</w:t>
        <w:br/>
        <w:t>vt 0.637200 0.584500</w:t>
        <w:br/>
        <w:t>vt 0.639000 0.582600</w:t>
        <w:br/>
        <w:t>vt 0.654000 0.582500</w:t>
        <w:br/>
        <w:t>vt 0.655800 0.584300</w:t>
        <w:br/>
        <w:t>vt 0.636300 0.585900</w:t>
        <w:br/>
        <w:t>vt 0.637200 0.584500</w:t>
        <w:br/>
        <w:t>vt 0.655800 0.584300</w:t>
        <w:br/>
        <w:t>vt 0.656700 0.585700</w:t>
        <w:br/>
        <w:t>vt 0.639000 0.582600</w:t>
        <w:br/>
        <w:t>vt 0.640100 0.581400</w:t>
        <w:br/>
        <w:t>vt 0.652800 0.581300</w:t>
        <w:br/>
        <w:t>vt 0.654000 0.582500</w:t>
        <w:br/>
        <w:t>vt 0.025600 0.640400</w:t>
        <w:br/>
        <w:t>vt 0.028200 0.631700</w:t>
        <w:br/>
        <w:t>vt 0.024800 0.631600</w:t>
        <w:br/>
        <w:t>vt 0.023100 0.640500</w:t>
        <w:br/>
        <w:t>vt 0.019900 0.640700</w:t>
        <w:br/>
        <w:t>vt 0.020600 0.631800</w:t>
        <w:br/>
        <w:t>vt 0.015500 0.632000</w:t>
        <w:br/>
        <w:t>vt 0.014400 0.641400</w:t>
        <w:br/>
        <w:t>vt 0.009900 0.632000</w:t>
        <w:br/>
        <w:t>vt 0.009400 0.641800</w:t>
        <w:br/>
        <w:t>vt 0.593400 0.552400</w:t>
        <w:br/>
        <w:t>vt 0.596600 0.552300</w:t>
        <w:br/>
        <w:t>vt 0.593900 0.561100</w:t>
        <w:br/>
        <w:t>vt 0.591500 0.561300</w:t>
        <w:br/>
        <w:t>vt 0.584000 0.552800</w:t>
        <w:br/>
        <w:t>vt 0.589500 0.552500</w:t>
        <w:br/>
        <w:t>vt 0.588400 0.561400</w:t>
        <w:br/>
        <w:t>vt 0.583200 0.561900</w:t>
        <w:br/>
        <w:t>vt 0.578100 0.562500</w:t>
        <w:br/>
        <w:t>vt 0.578500 0.553000</w:t>
        <w:br/>
        <w:t>vt 0.025600 0.640400</w:t>
        <w:br/>
        <w:t>vt 0.026500 0.641100</w:t>
        <w:br/>
        <w:t>vt 0.029200 0.631700</w:t>
        <w:br/>
        <w:t>vt 0.028200 0.631700</w:t>
        <w:br/>
        <w:t>vt 0.028200 0.631700</w:t>
        <w:br/>
        <w:t>vt 0.028000 0.630200</w:t>
        <w:br/>
        <w:t>vt 0.024800 0.630400</w:t>
        <w:br/>
        <w:t>vt 0.024800 0.631600</w:t>
        <w:br/>
        <w:t>vt 0.025600 0.640400</w:t>
        <w:br/>
        <w:t>vt 0.023100 0.640500</w:t>
        <w:br/>
        <w:t>vt 0.023200 0.641800</w:t>
        <w:br/>
        <w:t>vt 0.025500 0.641900</w:t>
        <w:br/>
        <w:t>vt 0.015500 0.632000</w:t>
        <w:br/>
        <w:t>vt 0.020600 0.631800</w:t>
        <w:br/>
        <w:t>vt 0.020700 0.630500</w:t>
        <w:br/>
        <w:t>vt 0.014900 0.630700</w:t>
        <w:br/>
        <w:t>vt 0.019900 0.640700</w:t>
        <w:br/>
        <w:t>vt 0.014400 0.641400</w:t>
        <w:br/>
        <w:t>vt 0.015000 0.641900</w:t>
        <w:br/>
        <w:t>vt 0.020000 0.641400</w:t>
        <w:br/>
        <w:t>vt 0.009900 0.632000</w:t>
        <w:br/>
        <w:t>vt 0.008600 0.631600</w:t>
        <w:br/>
        <w:t>vt 0.008100 0.641300</w:t>
        <w:br/>
        <w:t>vt 0.009400 0.641800</w:t>
        <w:br/>
        <w:t>vt 0.009400 0.641800</w:t>
        <w:br/>
        <w:t>vt 0.009500 0.642500</w:t>
        <w:br/>
        <w:t>vt 0.009900 0.632000</w:t>
        <w:br/>
        <w:t>vt 0.009900 0.630600</w:t>
        <w:br/>
        <w:t>vt 0.025600 0.640400</w:t>
        <w:br/>
        <w:t>vt 0.023100 0.640500</w:t>
        <w:br/>
        <w:t>vt 0.024800 0.631600</w:t>
        <w:br/>
        <w:t>vt 0.028200 0.631700</w:t>
        <w:br/>
        <w:t>vt 0.019900 0.640700</w:t>
        <w:br/>
        <w:t>vt 0.014400 0.641400</w:t>
        <w:br/>
        <w:t>vt 0.015500 0.632000</w:t>
        <w:br/>
        <w:t>vt 0.020600 0.631800</w:t>
        <w:br/>
        <w:t>vt 0.009900 0.632000</w:t>
        <w:br/>
        <w:t>vt 0.009400 0.641800</w:t>
        <w:br/>
        <w:t>vt 0.593400 0.552400</w:t>
        <w:br/>
        <w:t>vt 0.591500 0.561300</w:t>
        <w:br/>
        <w:t>vt 0.593900 0.561100</w:t>
        <w:br/>
        <w:t>vt 0.596600 0.552300</w:t>
        <w:br/>
        <w:t>vt 0.584000 0.552800</w:t>
        <w:br/>
        <w:t>vt 0.583200 0.561900</w:t>
        <w:br/>
        <w:t>vt 0.588400 0.561400</w:t>
        <w:br/>
        <w:t>vt 0.589500 0.552500</w:t>
        <w:br/>
        <w:t>vt 0.578500 0.553000</w:t>
        <w:br/>
        <w:t>vt 0.578100 0.562500</w:t>
        <w:br/>
        <w:t>vt 0.029200 0.631600</w:t>
        <w:br/>
        <w:t>vt 0.026500 0.641100</w:t>
        <w:br/>
        <w:t>vt 0.025600 0.640400</w:t>
        <w:br/>
        <w:t>vt 0.028200 0.631700</w:t>
        <w:br/>
        <w:t>vt 0.024800 0.630400</w:t>
        <w:br/>
        <w:t>vt 0.028000 0.630200</w:t>
        <w:br/>
        <w:t>vt 0.028200 0.631700</w:t>
        <w:br/>
        <w:t>vt 0.024800 0.631600</w:t>
        <w:br/>
        <w:t>vt 0.025600 0.640400</w:t>
        <w:br/>
        <w:t>vt 0.025600 0.641900</w:t>
        <w:br/>
        <w:t>vt 0.023200 0.641800</w:t>
        <w:br/>
        <w:t>vt 0.023100 0.640500</w:t>
        <w:br/>
        <w:t>vt 0.015500 0.632000</w:t>
        <w:br/>
        <w:t>vt 0.014900 0.630700</w:t>
        <w:br/>
        <w:t>vt 0.020700 0.630600</w:t>
        <w:br/>
        <w:t>vt 0.020600 0.631800</w:t>
        <w:br/>
        <w:t>vt 0.019900 0.640700</w:t>
        <w:br/>
        <w:t>vt 0.020000 0.641400</w:t>
        <w:br/>
        <w:t>vt 0.015000 0.641900</w:t>
        <w:br/>
        <w:t>vt 0.014400 0.641400</w:t>
        <w:br/>
        <w:t>vt 0.008100 0.641300</w:t>
        <w:br/>
        <w:t>vt 0.008600 0.631600</w:t>
        <w:br/>
        <w:t>vt 0.009900 0.632000</w:t>
        <w:br/>
        <w:t>vt 0.009400 0.641800</w:t>
        <w:br/>
        <w:t>vt 0.009500 0.642500</w:t>
        <w:br/>
        <w:t>vt 0.009400 0.641800</w:t>
        <w:br/>
        <w:t>vt 0.009900 0.632000</w:t>
        <w:br/>
        <w:t>vt 0.009900 0.630600</w:t>
        <w:br/>
        <w:t>vt 0.533900 0.561400</w:t>
        <w:br/>
        <w:t>vt 0.541500 0.562600</w:t>
        <w:br/>
        <w:t>vt 0.535600 0.563400</w:t>
        <w:br/>
        <w:t>vt 0.414800 0.976400</w:t>
        <w:br/>
        <w:t>vt 0.415900 0.991900</w:t>
        <w:br/>
        <w:t>vt 0.407400 0.990100</w:t>
        <w:br/>
        <w:t>vt 0.405300 0.976900</w:t>
        <w:br/>
        <w:t>vt 0.535900 0.552500</w:t>
        <w:br/>
        <w:t>vt 0.534700 0.551000</w:t>
        <w:br/>
        <w:t>vt 0.542400 0.549500</w:t>
        <w:br/>
        <w:t>vt 0.542800 0.551200</w:t>
        <w:br/>
        <w:t>vt 0.535600 0.563400</w:t>
        <w:br/>
        <w:t>vt 0.541500 0.562600</w:t>
        <w:br/>
        <w:t>vt 0.541100 0.564700</w:t>
        <w:br/>
        <w:t>vt 0.534200 0.565200</w:t>
        <w:br/>
        <w:t>vt 0.533900 0.561400</w:t>
        <w:br/>
        <w:t>vt 0.531900 0.562700</w:t>
        <w:br/>
        <w:t>vt 0.424600 0.977200</w:t>
        <w:br/>
        <w:t>vt 0.424300 0.992400</w:t>
        <w:br/>
        <w:t>vt 0.549800 0.549200</w:t>
        <w:br/>
        <w:t>vt 0.549700 0.551100</w:t>
        <w:br/>
        <w:t>vt 0.549600 0.562300</w:t>
        <w:br/>
        <w:t>vt 0.549500 0.564400</w:t>
        <w:br/>
        <w:t>vt 0.534200 0.565200</w:t>
        <w:br/>
        <w:t>vt 0.407500 0.974500</w:t>
        <w:br/>
        <w:t>vt 0.564900 0.562500</w:t>
        <w:br/>
        <w:t>vt 0.563200 0.564300</w:t>
        <w:br/>
        <w:t>vt 0.557400 0.563100</w:t>
        <w:br/>
        <w:t>vt 0.434000 0.976400</w:t>
        <w:br/>
        <w:t>vt 0.443300 0.976900</w:t>
        <w:br/>
        <w:t>vt 0.440800 0.989800</w:t>
        <w:br/>
        <w:t>vt 0.432500 0.991800</w:t>
        <w:br/>
        <w:t>vt 0.563200 0.553600</w:t>
        <w:br/>
        <w:t>vt 0.556400 0.551800</w:t>
        <w:br/>
        <w:t>vt 0.556900 0.550000</w:t>
        <w:br/>
        <w:t>vt 0.564400 0.552200</w:t>
        <w:br/>
        <w:t>vt 0.563200 0.564300</w:t>
        <w:br/>
        <w:t>vt 0.564400 0.566100</w:t>
        <w:br/>
        <w:t>vt 0.557700 0.565200</w:t>
        <w:br/>
        <w:t>vt 0.557400 0.563100</w:t>
        <w:br/>
        <w:t>vt 0.564900 0.562500</w:t>
        <w:br/>
        <w:t>vt 0.566800 0.563800</w:t>
        <w:br/>
        <w:t>vt 0.564400 0.566100</w:t>
        <w:br/>
        <w:t>vt 0.441300 0.974500</w:t>
        <w:br/>
        <w:t>vt 0.121442 0.698185</w:t>
        <w:br/>
        <w:t>vt 0.121442 0.682655</w:t>
        <w:br/>
        <w:t>vt 0.140398 0.671805</w:t>
        <w:br/>
        <w:t>vt 0.121442 0.660230</w:t>
        <w:br/>
        <w:t>vt 0.121442 0.644696</w:t>
        <w:br/>
        <w:t>vt 0.140398 0.671805</w:t>
        <w:br/>
        <w:t>vt 0.121442 0.671442</w:t>
        <w:br/>
        <w:t>vt 0.121442 0.660230</w:t>
        <w:br/>
        <w:t>vt 0.140398 0.671805</w:t>
        <w:br/>
        <w:t>vt 0.121442 0.682655</w:t>
        <w:br/>
        <w:t>vt 0.121442 0.671442</w:t>
        <w:br/>
        <w:t>vt 0.140398 0.671805</w:t>
        <w:br/>
        <w:t>vt 0.121442 0.698185</w:t>
        <w:br/>
        <w:t>vt 0.102486 0.671071</w:t>
        <w:br/>
        <w:t>vt 0.121442 0.682655</w:t>
        <w:br/>
        <w:t>vt 0.121442 0.660230</w:t>
        <w:br/>
        <w:t>vt 0.102486 0.671071</w:t>
        <w:br/>
        <w:t>vt 0.121442 0.644696</w:t>
        <w:br/>
        <w:t>vt 0.121442 0.671442</w:t>
        <w:br/>
        <w:t>vt 0.102486 0.671071</w:t>
        <w:br/>
        <w:t>vt 0.121442 0.660230</w:t>
        <w:br/>
        <w:t>vt 0.121442 0.682655</w:t>
        <w:br/>
        <w:t>vt 0.102486 0.671071</w:t>
        <w:br/>
        <w:t>vt 0.121442 0.671442</w:t>
        <w:br/>
        <w:t>vt 0.108998 0.440407</w:t>
        <w:br/>
        <w:t>vt 0.106266 0.440407</w:t>
        <w:br/>
        <w:t>vt 0.106266 0.437855</w:t>
        <w:br/>
        <w:t>vt 0.108998 0.437855</w:t>
        <w:br/>
        <w:t>vt 0.093035 0.440407</w:t>
        <w:br/>
        <w:t>vt 0.086374 0.440407</w:t>
        <w:br/>
        <w:t>vt 0.086374 0.437855</w:t>
        <w:br/>
        <w:t>vt 0.093035 0.437855</w:t>
        <w:br/>
        <w:t>vt 0.159443 0.440407</w:t>
        <w:br/>
        <w:t>vt 0.151911 0.440407</w:t>
        <w:br/>
        <w:t>vt 0.151911 0.437855</w:t>
        <w:br/>
        <w:t>vt 0.159443 0.437855</w:t>
        <w:br/>
        <w:t>vt 0.103605 0.440407</w:t>
        <w:br/>
        <w:t>vt 0.098737 0.440407</w:t>
        <w:br/>
        <w:t>vt 0.098737 0.437855</w:t>
        <w:br/>
        <w:t>vt 0.103605 0.437855</w:t>
        <w:br/>
        <w:t>vt 0.123594 0.437855</w:t>
        <w:br/>
        <w:t>vt 0.123594 0.440407</w:t>
        <w:br/>
        <w:t>vt 0.117860 0.440407</w:t>
        <w:br/>
        <w:t>vt 0.117860 0.437855</w:t>
        <w:br/>
        <w:t>vt 0.112014 0.437855</w:t>
        <w:br/>
        <w:t>vt 0.112014 0.440407</w:t>
        <w:br/>
        <w:t>vt 0.103605 0.440407</w:t>
        <w:br/>
        <w:t>vt 0.103605 0.437855</w:t>
        <w:br/>
        <w:t>vt 0.103605 0.442993</w:t>
        <w:br/>
        <w:t>vt 0.103605 0.440407</w:t>
        <w:br/>
        <w:t>vt 0.106266 0.440407</w:t>
        <w:br/>
        <w:t>vt 0.106266 0.442993</w:t>
        <w:br/>
        <w:t>vt 0.098737 0.442993</w:t>
        <w:br/>
        <w:t>vt 0.098737 0.440407</w:t>
        <w:br/>
        <w:t>vt 0.093035 0.442993</w:t>
        <w:br/>
        <w:t>vt 0.086374 0.442993</w:t>
        <w:br/>
        <w:t>vt 0.086374 0.440407</w:t>
        <w:br/>
        <w:t>vt 0.093035 0.440407</w:t>
        <w:br/>
        <w:t>vt 0.151911 0.440407</w:t>
        <w:br/>
        <w:t>vt 0.159443 0.440407</w:t>
        <w:br/>
        <w:t>vt 0.159443 0.442993</w:t>
        <w:br/>
        <w:t>vt 0.151911 0.442993</w:t>
        <w:br/>
        <w:t>vt 0.123594 0.442993</w:t>
        <w:br/>
        <w:t>vt 0.117860 0.442993</w:t>
        <w:br/>
        <w:t>vt 0.117860 0.440407</w:t>
        <w:br/>
        <w:t>vt 0.123594 0.440407</w:t>
        <w:br/>
        <w:t>vt 0.112014 0.440407</w:t>
        <w:br/>
        <w:t>vt 0.112014 0.442993</w:t>
        <w:br/>
        <w:t>vt 0.108998 0.442993</w:t>
        <w:br/>
        <w:t>vt 0.108998 0.440407</w:t>
        <w:br/>
        <w:t>vt 0.117860 0.435288</w:t>
        <w:br/>
        <w:t>vt 0.117860 0.437855</w:t>
        <w:br/>
        <w:t>vt 0.112014 0.437855</w:t>
        <w:br/>
        <w:t>vt 0.112014 0.435288</w:t>
        <w:br/>
        <w:t>vt 0.108998 0.437855</w:t>
        <w:br/>
        <w:t>vt 0.108998 0.435288</w:t>
        <w:br/>
        <w:t>vt 0.106266 0.437855</w:t>
        <w:br/>
        <w:t>vt 0.106266 0.435288</w:t>
        <w:br/>
        <w:t>vt 0.103605 0.437855</w:t>
        <w:br/>
        <w:t>vt 0.103605 0.435288</w:t>
        <w:br/>
        <w:t>vt 0.098737 0.437855</w:t>
        <w:br/>
        <w:t>vt 0.098737 0.435288</w:t>
        <w:br/>
        <w:t>vt 0.093035 0.435288</w:t>
        <w:br/>
        <w:t>vt 0.093035 0.437855</w:t>
        <w:br/>
        <w:t>vt 0.086374 0.437855</w:t>
        <w:br/>
        <w:t>vt 0.086374 0.435288</w:t>
        <w:br/>
        <w:t>vt 0.079710 0.437855</w:t>
        <w:br/>
        <w:t>vt 0.079710 0.435288</w:t>
        <w:br/>
        <w:t>vt 0.159443 0.435288</w:t>
        <w:br/>
        <w:t>vt 0.159443 0.437855</w:t>
        <w:br/>
        <w:t>vt 0.151911 0.437855</w:t>
        <w:br/>
        <w:t>vt 0.151911 0.435288</w:t>
        <w:br/>
        <w:t>vt 0.123594 0.435288</w:t>
        <w:br/>
        <w:t>vt 0.123594 0.437855</w:t>
        <w:br/>
        <w:t>vt 0.093035 0.432715</w:t>
        <w:br/>
        <w:t>vt 0.093035 0.435288</w:t>
        <w:br/>
        <w:t>vt 0.086374 0.435288</w:t>
        <w:br/>
        <w:t>vt 0.086374 0.432715</w:t>
        <w:br/>
        <w:t>vt 0.159443 0.432715</w:t>
        <w:br/>
        <w:t>vt 0.159443 0.435288</w:t>
        <w:br/>
        <w:t>vt 0.151911 0.435288</w:t>
        <w:br/>
        <w:t>vt 0.151911 0.432715</w:t>
        <w:br/>
        <w:t>vt 0.117860 0.432715</w:t>
        <w:br/>
        <w:t>vt 0.123594 0.432715</w:t>
        <w:br/>
        <w:t>vt 0.123594 0.435288</w:t>
        <w:br/>
        <w:t>vt 0.117860 0.435288</w:t>
        <w:br/>
        <w:t>vt 0.112014 0.435288</w:t>
        <w:br/>
        <w:t>vt 0.112014 0.432715</w:t>
        <w:br/>
        <w:t>vt 0.108998 0.435288</w:t>
        <w:br/>
        <w:t>vt 0.108998 0.432715</w:t>
        <w:br/>
        <w:t>vt 0.106266 0.435288</w:t>
        <w:br/>
        <w:t>vt 0.106266 0.432715</w:t>
        <w:br/>
        <w:t>vt 0.103605 0.435288</w:t>
        <w:br/>
        <w:t>vt 0.103605 0.432715</w:t>
        <w:br/>
        <w:t>vt 0.098737 0.435288</w:t>
        <w:br/>
        <w:t>vt 0.098737 0.432715</w:t>
        <w:br/>
        <w:t>vt 0.079710 0.437855</w:t>
        <w:br/>
        <w:t>vt 0.079710 0.440407</w:t>
        <w:br/>
        <w:t>vt 0.079710 0.440407</w:t>
        <w:br/>
        <w:t>vt 0.079710 0.442993</w:t>
        <w:br/>
        <w:t>vt 0.079710 0.435288</w:t>
        <w:br/>
        <w:t>vt 0.079710 0.432715</w:t>
        <w:br/>
        <w:t>vt 0.052237 0.437855</w:t>
        <w:br/>
        <w:t>vt 0.052237 0.440407</w:t>
        <w:br/>
        <w:t>vt 0.049650 0.440407</w:t>
        <w:br/>
        <w:t>vt 0.049650 0.437855</w:t>
        <w:br/>
        <w:t>vt 0.163794 0.437855</w:t>
        <w:br/>
        <w:t>vt 0.166965 0.437855</w:t>
        <w:br/>
        <w:t>vt 0.166965 0.440407</w:t>
        <w:br/>
        <w:t>vt 0.163794 0.440407</w:t>
        <w:br/>
        <w:t>vt 0.052237 0.437855</w:t>
        <w:br/>
        <w:t>vt 0.049650 0.437855</w:t>
        <w:br/>
        <w:t>vt 0.049650 0.435288</w:t>
        <w:br/>
        <w:t>vt 0.052237 0.435288</w:t>
        <w:br/>
        <w:t>vt 0.048726 0.432715</w:t>
        <w:br/>
        <w:t>vt 0.052237 0.432715</w:t>
        <w:br/>
        <w:t>vt 0.052237 0.435288</w:t>
        <w:br/>
        <w:t>vt 0.049650 0.435288</w:t>
        <w:br/>
        <w:t>vt 0.163794 0.437855</w:t>
        <w:br/>
        <w:t>vt 0.163794 0.435288</w:t>
        <w:br/>
        <w:t>vt 0.166965 0.435288</w:t>
        <w:br/>
        <w:t>vt 0.166965 0.437855</w:t>
        <w:br/>
        <w:t>vt 0.167889 0.432715</w:t>
        <w:br/>
        <w:t>vt 0.166965 0.435288</w:t>
        <w:br/>
        <w:t>vt 0.163794 0.435288</w:t>
        <w:br/>
        <w:t>vt 0.163794 0.432715</w:t>
        <w:br/>
        <w:t>vt 0.048726 0.442993</w:t>
        <w:br/>
        <w:t>vt 0.049650 0.440407</w:t>
        <w:br/>
        <w:t>vt 0.052237 0.440407</w:t>
        <w:br/>
        <w:t>vt 0.052237 0.442993</w:t>
        <w:br/>
        <w:t>vt 0.167889 0.442993</w:t>
        <w:br/>
        <w:t>vt 0.163794 0.442993</w:t>
        <w:br/>
        <w:t>vt 0.163794 0.440407</w:t>
        <w:br/>
        <w:t>vt 0.166965 0.440407</w:t>
        <w:br/>
        <w:t>vt 0.056769 0.440407</w:t>
        <w:br/>
        <w:t>vt 0.056769 0.437855</w:t>
        <w:br/>
        <w:t>vt 0.049650 0.437855</w:t>
        <w:br/>
        <w:t>vt 0.049650 0.440407</w:t>
        <w:br/>
        <w:t>vt 0.047803 0.440407</w:t>
        <w:br/>
        <w:t>vt 0.047803 0.437855</w:t>
        <w:br/>
        <w:t>vt 0.168814 0.437855</w:t>
        <w:br/>
        <w:t>vt 0.168814 0.440407</w:t>
        <w:br/>
        <w:t>vt 0.166965 0.440407</w:t>
        <w:br/>
        <w:t>vt 0.166965 0.437855</w:t>
        <w:br/>
        <w:t>vt 0.056769 0.440407</w:t>
        <w:br/>
        <w:t>vt 0.056769 0.442993</w:t>
        <w:br/>
        <w:t>vt 0.047803 0.440407</w:t>
        <w:br/>
        <w:t>vt 0.168814 0.440407</w:t>
        <w:br/>
        <w:t>vt 0.047803 0.435288</w:t>
        <w:br/>
        <w:t>vt 0.047803 0.437855</w:t>
        <w:br/>
        <w:t>vt 0.168814 0.435288</w:t>
        <w:br/>
        <w:t>vt 0.168814 0.437855</w:t>
        <w:br/>
        <w:t>vt 0.056769 0.432715</w:t>
        <w:br/>
        <w:t>vt 0.056769 0.435288</w:t>
        <w:br/>
        <w:t>vt 0.049650 0.435288</w:t>
        <w:br/>
        <w:t>vt 0.047803 0.435288</w:t>
        <w:br/>
        <w:t>vt 0.048726 0.432715</w:t>
        <w:br/>
        <w:t>vt 0.168814 0.435288</w:t>
        <w:br/>
        <w:t>vt 0.166965 0.435288</w:t>
        <w:br/>
        <w:t>vt 0.167889 0.432715</w:t>
        <w:br/>
        <w:t>vt 0.056769 0.435288</w:t>
        <w:br/>
        <w:t>vt 0.056769 0.437855</w:t>
        <w:br/>
        <w:t>vt 0.136847 0.440407</w:t>
        <w:br/>
        <w:t>vt 0.136847 0.437855</w:t>
        <w:br/>
        <w:t>vt 0.144379 0.437855</w:t>
        <w:br/>
        <w:t>vt 0.144379 0.440407</w:t>
        <w:br/>
        <w:t>vt 0.136847 0.437855</w:t>
        <w:br/>
        <w:t>vt 0.136847 0.435288</w:t>
        <w:br/>
        <w:t>vt 0.144379 0.435288</w:t>
        <w:br/>
        <w:t>vt 0.144379 0.437855</w:t>
        <w:br/>
        <w:t>vt 0.144379 0.435288</w:t>
        <w:br/>
        <w:t>vt 0.136847 0.435288</w:t>
        <w:br/>
        <w:t>vt 0.136847 0.432715</w:t>
        <w:br/>
        <w:t>vt 0.144379 0.432715</w:t>
        <w:br/>
        <w:t>vt 0.136847 0.440407</w:t>
        <w:br/>
        <w:t>vt 0.144379 0.440407</w:t>
        <w:br/>
        <w:t>vt 0.144379 0.442993</w:t>
        <w:br/>
        <w:t>vt 0.136847 0.442993</w:t>
        <w:br/>
        <w:t>vt 0.064416 0.437855</w:t>
        <w:br/>
        <w:t>vt 0.072062 0.437855</w:t>
        <w:br/>
        <w:t>vt 0.072062 0.440407</w:t>
        <w:br/>
        <w:t>vt 0.064416 0.440407</w:t>
        <w:br/>
        <w:t>vt 0.072062 0.435288</w:t>
        <w:br/>
        <w:t>vt 0.072062 0.437855</w:t>
        <w:br/>
        <w:t>vt 0.064416 0.437855</w:t>
        <w:br/>
        <w:t>vt 0.064416 0.435288</w:t>
        <w:br/>
        <w:t>vt 0.064416 0.435288</w:t>
        <w:br/>
        <w:t>vt 0.064416 0.432715</w:t>
        <w:br/>
        <w:t>vt 0.072062 0.432715</w:t>
        <w:br/>
        <w:t>vt 0.072062 0.435288</w:t>
        <w:br/>
        <w:t>vt 0.064416 0.440407</w:t>
        <w:br/>
        <w:t>vt 0.072062 0.440407</w:t>
        <w:br/>
        <w:t>vt 0.072062 0.442993</w:t>
        <w:br/>
        <w:t>vt 0.064416 0.442993</w:t>
        <w:br/>
        <w:t>vt 0.130219 0.440407</w:t>
        <w:br/>
        <w:t>vt 0.130219 0.437855</w:t>
        <w:br/>
        <w:t>vt 0.130219 0.437855</w:t>
        <w:br/>
        <w:t>vt 0.130219 0.435288</w:t>
        <w:br/>
        <w:t>vt 0.130219 0.432715</w:t>
        <w:br/>
        <w:t>vt 0.130219 0.435288</w:t>
        <w:br/>
        <w:t>vt 0.130219 0.440407</w:t>
        <w:br/>
        <w:t>vt 0.130219 0.442993</w:t>
        <w:br/>
        <w:t>vt 0.634923 0.835470</w:t>
        <w:br/>
        <w:t>vt 0.632401 0.839621</w:t>
        <w:br/>
        <w:t>vt 0.640627 0.839621</w:t>
        <w:br/>
        <w:t>vt 0.640485 0.835470</w:t>
        <w:br/>
        <w:t>vt 0.654988 0.839621</w:t>
        <w:br/>
        <w:t>vt 0.663468 0.839621</w:t>
        <w:br/>
        <w:t>vt 0.660652 0.835537</w:t>
        <w:br/>
        <w:t>vt 0.655094 0.835537</w:t>
        <w:br/>
        <w:t>vt 0.652427 0.835537</w:t>
        <w:br/>
        <w:t>vt 0.651125 0.839621</w:t>
        <w:br/>
        <w:t>vt 0.644555 0.839621</w:t>
        <w:br/>
        <w:t>vt 0.643234 0.835470</w:t>
        <w:br/>
        <w:t>vt 0.651125 0.817654</w:t>
        <w:br/>
        <w:t>vt 0.644555 0.817654</w:t>
        <w:br/>
        <w:t>vt 0.632401 0.834098</w:t>
        <w:br/>
        <w:t>vt 0.663468 0.833802</w:t>
        <w:br/>
        <w:t>vt 0.652427 0.821839</w:t>
        <w:br/>
        <w:t>vt 0.660652 0.821839</w:t>
        <w:br/>
        <w:t>vt 0.663468 0.817654</w:t>
        <w:br/>
        <w:t>vt 0.655112 0.817654</w:t>
        <w:br/>
        <w:t>vt 0.655136 0.821839</w:t>
        <w:br/>
        <w:t>vt 0.634972 0.821880</w:t>
        <w:br/>
        <w:t>vt 0.640463 0.821880</w:t>
        <w:br/>
        <w:t>vt 0.640724 0.817654</w:t>
        <w:br/>
        <w:t>vt 0.632401 0.817654</w:t>
        <w:br/>
        <w:t>vt 0.663477 0.824386</w:t>
        <w:br/>
        <w:t>vt 0.643234 0.821880</w:t>
        <w:br/>
        <w:t>vt 0.634923 0.835470</w:t>
        <w:br/>
        <w:t>vt 0.632401 0.839621</w:t>
        <w:br/>
        <w:t>vt 0.640627 0.839621</w:t>
        <w:br/>
        <w:t>vt 0.640485 0.835470</w:t>
        <w:br/>
        <w:t>vt 0.654988 0.839621</w:t>
        <w:br/>
        <w:t>vt 0.663468 0.839621</w:t>
        <w:br/>
        <w:t>vt 0.660652 0.835537</w:t>
        <w:br/>
        <w:t>vt 0.655094 0.835537</w:t>
        <w:br/>
        <w:t>vt 0.652427 0.835537</w:t>
        <w:br/>
        <w:t>vt 0.651125 0.839621</w:t>
        <w:br/>
        <w:t>vt 0.644555 0.839621</w:t>
        <w:br/>
        <w:t>vt 0.643234 0.835470</w:t>
        <w:br/>
        <w:t>vt 0.651125 0.817654</w:t>
        <w:br/>
        <w:t>vt 0.644555 0.817654</w:t>
        <w:br/>
        <w:t>vt 0.632401 0.834573</w:t>
        <w:br/>
        <w:t>vt 0.663468 0.833802</w:t>
        <w:br/>
        <w:t>vt 0.652427 0.821839</w:t>
        <w:br/>
        <w:t>vt 0.660652 0.821839</w:t>
        <w:br/>
        <w:t>vt 0.663468 0.817654</w:t>
        <w:br/>
        <w:t>vt 0.655112 0.817654</w:t>
        <w:br/>
        <w:t>vt 0.655136 0.821839</w:t>
        <w:br/>
        <w:t>vt 0.634972 0.821880</w:t>
        <w:br/>
        <w:t>vt 0.640463 0.821880</w:t>
        <w:br/>
        <w:t>vt 0.640724 0.817654</w:t>
        <w:br/>
        <w:t>vt 0.632401 0.817654</w:t>
        <w:br/>
        <w:t>vt 0.663477 0.824386</w:t>
        <w:br/>
        <w:t>vt 0.643234 0.821880</w:t>
        <w:br/>
        <w:t>vt 0.632401 0.823652</w:t>
        <w:br/>
        <w:t>vt 0.632401 0.823696</w:t>
        <w:br/>
        <w:t>vt 0.618990 0.607604</w:t>
        <w:br/>
        <w:t>vt 0.624590 0.607604</w:t>
        <w:br/>
        <w:t>vt 0.624590 0.597704</w:t>
        <w:br/>
        <w:t>vt 0.618990 0.597704</w:t>
        <w:br/>
        <w:t>vt 0.613090 0.607604</w:t>
        <w:br/>
        <w:t>vt 0.613090 0.597704</w:t>
        <w:br/>
        <w:t>vt 0.607290 0.607604</w:t>
        <w:br/>
        <w:t>vt 0.607290 0.597704</w:t>
        <w:br/>
        <w:t>vt 0.601890 0.597704</w:t>
        <w:br/>
        <w:t>vt 0.601890 0.607604</w:t>
        <w:br/>
        <w:t>vt 0.585690 0.597704</w:t>
        <w:br/>
        <w:t>vt 0.582390 0.597704</w:t>
        <w:br/>
        <w:t>vt 0.582390 0.607604</w:t>
        <w:br/>
        <w:t>vt 0.585690 0.607604</w:t>
        <w:br/>
        <w:t>vt 0.590190 0.607604</w:t>
        <w:br/>
        <w:t>vt 0.596090 0.607604</w:t>
        <w:br/>
        <w:t>vt 0.596090 0.597704</w:t>
        <w:br/>
        <w:t>vt 0.590190 0.597704</w:t>
        <w:br/>
        <w:t>vt 0.578590 0.597704</w:t>
        <w:br/>
        <w:t>vt 0.578590 0.607704</w:t>
        <w:br/>
        <w:t>vt 0.570890 0.597804</w:t>
        <w:br/>
        <w:t>vt 0.568190 0.597804</w:t>
        <w:br/>
        <w:t>vt 0.568190 0.607704</w:t>
        <w:br/>
        <w:t>vt 0.570890 0.607704</w:t>
        <w:br/>
        <w:t>vt 0.574590 0.607704</w:t>
        <w:br/>
        <w:t>vt 0.574590 0.597804</w:t>
        <w:br/>
        <w:t>vt 0.565205 0.584735</w:t>
        <w:br/>
        <w:t>vt 0.565205 0.581735</w:t>
        <w:br/>
        <w:t>vt 0.570505 0.581735</w:t>
        <w:br/>
        <w:t>vt 0.570505 0.584735</w:t>
        <w:br/>
        <w:t>vt 0.565205 0.568835</w:t>
        <w:br/>
        <w:t>vt 0.570505 0.568835</w:t>
        <w:br/>
        <w:t>vt 0.570505 0.571735</w:t>
        <w:br/>
        <w:t>vt 0.565205 0.571735</w:t>
        <w:br/>
        <w:t>vt 0.575605 0.584735</w:t>
        <w:br/>
        <w:t>vt 0.575605 0.581735</w:t>
        <w:br/>
        <w:t>vt 0.575605 0.568835</w:t>
        <w:br/>
        <w:t>vt 0.575605 0.571735</w:t>
        <w:br/>
        <w:t>vt 0.588305 0.571735</w:t>
        <w:br/>
        <w:t>vt 0.582205 0.571735</w:t>
        <w:br/>
        <w:t>vt 0.582205 0.568835</w:t>
        <w:br/>
        <w:t>vt 0.588305 0.568835</w:t>
        <w:br/>
        <w:t>vt 0.582205 0.584735</w:t>
        <w:br/>
        <w:t>vt 0.582205 0.581735</w:t>
        <w:br/>
        <w:t>vt 0.588305 0.581735</w:t>
        <w:br/>
        <w:t>vt 0.588305 0.584735</w:t>
        <w:br/>
        <w:t>vt 0.608605 0.581735</w:t>
        <w:br/>
        <w:t>vt 0.613205 0.581735</w:t>
        <w:br/>
        <w:t>vt 0.613205 0.584735</w:t>
        <w:br/>
        <w:t>vt 0.608605 0.584735</w:t>
        <w:br/>
        <w:t>vt 0.613205 0.568835</w:t>
        <w:br/>
        <w:t>vt 0.613205 0.571735</w:t>
        <w:br/>
        <w:t>vt 0.608605 0.571735</w:t>
        <w:br/>
        <w:t>vt 0.608605 0.568835</w:t>
        <w:br/>
        <w:t>vt 0.602305 0.571735</w:t>
        <w:br/>
        <w:t>vt 0.595305 0.571735</w:t>
        <w:br/>
        <w:t>vt 0.595305 0.568835</w:t>
        <w:br/>
        <w:t>vt 0.602305 0.568835</w:t>
        <w:br/>
        <w:t>vt 0.595305 0.584735</w:t>
        <w:br/>
        <w:t>vt 0.595305 0.581735</w:t>
        <w:br/>
        <w:t>vt 0.602305 0.581735</w:t>
        <w:br/>
        <w:t>vt 0.602305 0.584735</w:t>
        <w:br/>
        <w:t>vt 0.617305 0.581735</w:t>
        <w:br/>
        <w:t>vt 0.617305 0.584735</w:t>
        <w:br/>
        <w:t>vt 0.617305 0.568835</w:t>
        <w:br/>
        <w:t>vt 0.617305 0.571735</w:t>
        <w:br/>
        <w:t>vt 0.627605 0.584735</w:t>
        <w:br/>
        <w:t>vt 0.625005 0.584735</w:t>
        <w:br/>
        <w:t>vt 0.625005 0.581735</w:t>
        <w:br/>
        <w:t>vt 0.627605 0.581735</w:t>
        <w:br/>
        <w:t>vt 0.627605 0.568835</w:t>
        <w:br/>
        <w:t>vt 0.627605 0.571735</w:t>
        <w:br/>
        <w:t>vt 0.625005 0.571735</w:t>
        <w:br/>
        <w:t>vt 0.625005 0.568835</w:t>
        <w:br/>
        <w:t>vt 0.622005 0.584735</w:t>
        <w:br/>
        <w:t>vt 0.622005 0.581735</w:t>
        <w:br/>
        <w:t>vt 0.622005 0.568835</w:t>
        <w:br/>
        <w:t>vt 0.622005 0.571735</w:t>
        <w:br/>
        <w:t>vt 0.570505 0.576835</w:t>
        <w:br/>
        <w:t>vt 0.565205 0.576835</w:t>
        <w:br/>
        <w:t>vt 0.570505 0.576835</w:t>
        <w:br/>
        <w:t>vt 0.565205 0.576835</w:t>
        <w:br/>
        <w:t>vt 0.575605 0.571735</w:t>
        <w:br/>
        <w:t>vt 0.575605 0.576835</w:t>
        <w:br/>
        <w:t>vt 0.588305 0.576735</w:t>
        <w:br/>
        <w:t>vt 0.588305 0.581735</w:t>
        <w:br/>
        <w:t>vt 0.582205 0.581735</w:t>
        <w:br/>
        <w:t>vt 0.582205 0.576835</w:t>
        <w:br/>
        <w:t>vt 0.582205 0.571735</w:t>
        <w:br/>
        <w:t>vt 0.588305 0.571735</w:t>
        <w:br/>
        <w:t>vt 0.608605 0.576735</w:t>
        <w:br/>
        <w:t>vt 0.608605 0.571735</w:t>
        <w:br/>
        <w:t>vt 0.613205 0.571735</w:t>
        <w:br/>
        <w:t>vt 0.613205 0.576735</w:t>
        <w:br/>
        <w:t>vt 0.613205 0.581735</w:t>
        <w:br/>
        <w:t>vt 0.608605 0.581735</w:t>
        <w:br/>
        <w:t>vt 0.602305 0.576735</w:t>
        <w:br/>
        <w:t>vt 0.602305 0.581735</w:t>
        <w:br/>
        <w:t>vt 0.595305 0.581735</w:t>
        <w:br/>
        <w:t>vt 0.595305 0.576735</w:t>
        <w:br/>
        <w:t>vt 0.595305 0.571735</w:t>
        <w:br/>
        <w:t>vt 0.602305 0.571735</w:t>
        <w:br/>
        <w:t>vt 0.617305 0.571735</w:t>
        <w:br/>
        <w:t>vt 0.617305 0.576735</w:t>
        <w:br/>
        <w:t>vt 0.617305 0.581735</w:t>
        <w:br/>
        <w:t>vt 0.625005 0.576735</w:t>
        <w:br/>
        <w:t>vt 0.625005 0.571735</w:t>
        <w:br/>
        <w:t>vt 0.627605 0.571735</w:t>
        <w:br/>
        <w:t>vt 0.627605 0.576735</w:t>
        <w:br/>
        <w:t>vt 0.627605 0.581735</w:t>
        <w:br/>
        <w:t>vt 0.625005 0.581735</w:t>
        <w:br/>
        <w:t>vt 0.622005 0.576735</w:t>
        <w:br/>
        <w:t>vt 0.622005 0.571735</w:t>
        <w:br/>
        <w:t>vt 0.622005 0.581735</w:t>
        <w:br/>
        <w:t>vt 0.624590 0.607604</w:t>
        <w:br/>
        <w:t>vt 0.624590 0.597704</w:t>
        <w:br/>
        <w:t>vt 0.618990 0.597704</w:t>
        <w:br/>
        <w:t>vt 0.618990 0.607604</w:t>
        <w:br/>
        <w:t>vt 0.613090 0.597704</w:t>
        <w:br/>
        <w:t>vt 0.613090 0.607604</w:t>
        <w:br/>
        <w:t>vt 0.607290 0.607604</w:t>
        <w:br/>
        <w:t>vt 0.607290 0.597704</w:t>
        <w:br/>
        <w:t>vt 0.601890 0.597704</w:t>
        <w:br/>
        <w:t>vt 0.601890 0.607604</w:t>
        <w:br/>
        <w:t>vt 0.585690 0.597704</w:t>
        <w:br/>
        <w:t>vt 0.582390 0.597704</w:t>
        <w:br/>
        <w:t>vt 0.582390 0.607604</w:t>
        <w:br/>
        <w:t>vt 0.585690 0.607604</w:t>
        <w:br/>
        <w:t>vt 0.590190 0.597704</w:t>
        <w:br/>
        <w:t>vt 0.590190 0.607604</w:t>
        <w:br/>
        <w:t>vt 0.596090 0.607604</w:t>
        <w:br/>
        <w:t>vt 0.596090 0.597704</w:t>
        <w:br/>
        <w:t>vt 0.578590 0.607704</w:t>
        <w:br/>
        <w:t>vt 0.578590 0.597704</w:t>
        <w:br/>
        <w:t>vt 0.568190 0.607704</w:t>
        <w:br/>
        <w:t>vt 0.570890 0.607704</w:t>
        <w:br/>
        <w:t>vt 0.570890 0.597804</w:t>
        <w:br/>
        <w:t>vt 0.568190 0.597804</w:t>
        <w:br/>
        <w:t>vt 0.574590 0.607704</w:t>
        <w:br/>
        <w:t>vt 0.574590 0.597804</w:t>
        <w:br/>
        <w:t>vt 0.565205 0.584735</w:t>
        <w:br/>
        <w:t>vt 0.565205 0.581935</w:t>
        <w:br/>
        <w:t>vt 0.570505 0.581935</w:t>
        <w:br/>
        <w:t>vt 0.570505 0.584735</w:t>
        <w:br/>
        <w:t>vt 0.565205 0.568835</w:t>
        <w:br/>
        <w:t>vt 0.570505 0.568835</w:t>
        <w:br/>
        <w:t>vt 0.570505 0.571735</w:t>
        <w:br/>
        <w:t>vt 0.565205 0.571735</w:t>
        <w:br/>
        <w:t>vt 0.575605 0.584735</w:t>
        <w:br/>
        <w:t>vt 0.575605 0.581935</w:t>
        <w:br/>
        <w:t>vt 0.575605 0.568835</w:t>
        <w:br/>
        <w:t>vt 0.575605 0.571735</w:t>
        <w:br/>
        <w:t>vt 0.588305 0.568835</w:t>
        <w:br/>
        <w:t>vt 0.588305 0.571735</w:t>
        <w:br/>
        <w:t>vt 0.582205 0.571735</w:t>
        <w:br/>
        <w:t>vt 0.582205 0.568835</w:t>
        <w:br/>
        <w:t>vt 0.588305 0.584735</w:t>
        <w:br/>
        <w:t>vt 0.582205 0.584735</w:t>
        <w:br/>
        <w:t>vt 0.582205 0.581935</w:t>
        <w:br/>
        <w:t>vt 0.588305 0.581935</w:t>
        <w:br/>
        <w:t>vt 0.608605 0.581835</w:t>
        <w:br/>
        <w:t>vt 0.613205 0.581835</w:t>
        <w:br/>
        <w:t>vt 0.613205 0.584735</w:t>
        <w:br/>
        <w:t>vt 0.608605 0.584735</w:t>
        <w:br/>
        <w:t>vt 0.613205 0.571735</w:t>
        <w:br/>
        <w:t>vt 0.608605 0.571735</w:t>
        <w:br/>
        <w:t>vt 0.608605 0.568835</w:t>
        <w:br/>
        <w:t>vt 0.613205 0.568835</w:t>
        <w:br/>
        <w:t>vt 0.602305 0.571735</w:t>
        <w:br/>
        <w:t>vt 0.595305 0.571735</w:t>
        <w:br/>
        <w:t>vt 0.595305 0.568835</w:t>
        <w:br/>
        <w:t>vt 0.602305 0.568835</w:t>
        <w:br/>
        <w:t>vt 0.595305 0.584735</w:t>
        <w:br/>
        <w:t>vt 0.595305 0.581835</w:t>
        <w:br/>
        <w:t>vt 0.602305 0.581835</w:t>
        <w:br/>
        <w:t>vt 0.602305 0.584735</w:t>
        <w:br/>
        <w:t>vt 0.617305 0.581835</w:t>
        <w:br/>
        <w:t>vt 0.617305 0.584735</w:t>
        <w:br/>
        <w:t>vt 0.617305 0.568835</w:t>
        <w:br/>
        <w:t>vt 0.617305 0.571735</w:t>
        <w:br/>
        <w:t>vt 0.627605 0.584735</w:t>
        <w:br/>
        <w:t>vt 0.625005 0.584735</w:t>
        <w:br/>
        <w:t>vt 0.625005 0.581835</w:t>
        <w:br/>
        <w:t>vt 0.627605 0.581835</w:t>
        <w:br/>
        <w:t>vt 0.627605 0.568835</w:t>
        <w:br/>
        <w:t>vt 0.627605 0.571735</w:t>
        <w:br/>
        <w:t>vt 0.625005 0.571735</w:t>
        <w:br/>
        <w:t>vt 0.625005 0.568835</w:t>
        <w:br/>
        <w:t>vt 0.622005 0.584735</w:t>
        <w:br/>
        <w:t>vt 0.622005 0.581835</w:t>
        <w:br/>
        <w:t>vt 0.622005 0.568835</w:t>
        <w:br/>
        <w:t>vt 0.622005 0.571735</w:t>
        <w:br/>
        <w:t>vt 0.570505 0.576835</w:t>
        <w:br/>
        <w:t>vt 0.565205 0.576835</w:t>
        <w:br/>
        <w:t>vt 0.570505 0.576835</w:t>
        <w:br/>
        <w:t>vt 0.565205 0.576835</w:t>
        <w:br/>
        <w:t>vt 0.575605 0.571735</w:t>
        <w:br/>
        <w:t>vt 0.575605 0.576835</w:t>
        <w:br/>
        <w:t>vt 0.588305 0.576735</w:t>
        <w:br/>
        <w:t>vt 0.588305 0.581935</w:t>
        <w:br/>
        <w:t>vt 0.582205 0.581935</w:t>
        <w:br/>
        <w:t>vt 0.582205 0.576835</w:t>
        <w:br/>
        <w:t>vt 0.582205 0.571735</w:t>
        <w:br/>
        <w:t>vt 0.588305 0.571735</w:t>
        <w:br/>
        <w:t>vt 0.608605 0.576735</w:t>
        <w:br/>
        <w:t>vt 0.608605 0.571735</w:t>
        <w:br/>
        <w:t>vt 0.613205 0.571735</w:t>
        <w:br/>
        <w:t>vt 0.613205 0.576735</w:t>
        <w:br/>
        <w:t>vt 0.613205 0.581835</w:t>
        <w:br/>
        <w:t>vt 0.608605 0.581835</w:t>
        <w:br/>
        <w:t>vt 0.602305 0.581835</w:t>
        <w:br/>
        <w:t>vt 0.595305 0.581835</w:t>
        <w:br/>
        <w:t>vt 0.595305 0.576735</w:t>
        <w:br/>
        <w:t>vt 0.602305 0.576735</w:t>
        <w:br/>
        <w:t>vt 0.595305 0.571735</w:t>
        <w:br/>
        <w:t>vt 0.602305 0.571735</w:t>
        <w:br/>
        <w:t>vt 0.617305 0.571735</w:t>
        <w:br/>
        <w:t>vt 0.617305 0.576735</w:t>
        <w:br/>
        <w:t>vt 0.617305 0.581835</w:t>
        <w:br/>
        <w:t>vt 0.625005 0.576735</w:t>
        <w:br/>
        <w:t>vt 0.625005 0.571735</w:t>
        <w:br/>
        <w:t>vt 0.627605 0.571735</w:t>
        <w:br/>
        <w:t>vt 0.627605 0.576735</w:t>
        <w:br/>
        <w:t>vt 0.627605 0.581835</w:t>
        <w:br/>
        <w:t>vt 0.625005 0.581835</w:t>
        <w:br/>
        <w:t>vt 0.622005 0.576735</w:t>
        <w:br/>
        <w:t>vt 0.622005 0.571735</w:t>
        <w:br/>
        <w:t>vt 0.625005 0.576735</w:t>
        <w:br/>
        <w:t>vt 0.622005 0.581835</w:t>
        <w:br/>
        <w:t>vt 0.360982 0.792406</w:t>
        <w:br/>
        <w:t>vt 0.374735 0.798867</w:t>
        <w:br/>
        <w:t>vt 0.368766 0.805302</w:t>
        <w:br/>
        <w:t>vt 0.356937 0.805302</w:t>
        <w:br/>
        <w:t>vt 0.340615 0.805302</w:t>
        <w:br/>
        <w:t>vt 0.341750 0.793141</w:t>
        <w:br/>
        <w:t>vt 0.323658 0.793287</w:t>
        <w:br/>
        <w:t>vt 0.324668 0.805302</w:t>
        <w:br/>
        <w:t>vt 0.261035 0.790586</w:t>
        <w:br/>
        <w:t>vt 0.263665 0.781732</w:t>
        <w:br/>
        <w:t>vt 0.251834 0.781732</w:t>
        <w:br/>
        <w:t>vt 0.248715 0.787635</w:t>
        <w:br/>
        <w:t>vt 0.275909 0.802552</w:t>
        <w:br/>
        <w:t>vt 0.277345 0.791781</w:t>
        <w:br/>
        <w:t>vt 0.258925 0.802552</w:t>
        <w:br/>
        <w:t>vt 0.297455 0.781732</w:t>
        <w:br/>
        <w:t>vt 0.291402 0.781732</w:t>
        <w:br/>
        <w:t>vt 0.292499 0.792888</w:t>
        <w:br/>
        <w:t>vt 0.297669 0.793313</w:t>
        <w:br/>
        <w:t>vt 0.277561 0.781732</w:t>
        <w:br/>
        <w:t>vt 0.376065 0.800494</w:t>
        <w:br/>
        <w:t>vt 0.369458 0.807352</w:t>
        <w:br/>
        <w:t>vt 0.368766 0.805302</w:t>
        <w:br/>
        <w:t>vt 0.374735 0.798867</w:t>
        <w:br/>
        <w:t>vt 0.369458 0.807352</w:t>
        <w:br/>
        <w:t>vt 0.356510 0.807352</w:t>
        <w:br/>
        <w:t>vt 0.356937 0.805302</w:t>
        <w:br/>
        <w:t>vt 0.368766 0.805302</w:t>
        <w:br/>
        <w:t>vt 0.384795 0.781834</w:t>
        <w:br/>
        <w:t>vt 0.363365 0.781834</w:t>
        <w:br/>
        <w:t>vt 0.362959 0.779522</w:t>
        <w:br/>
        <w:t>vt 0.386571 0.779522</w:t>
        <w:br/>
        <w:t>vt 0.340330 0.807352</w:t>
        <w:br/>
        <w:t>vt 0.342650 0.781834</w:t>
        <w:br/>
        <w:t>vt 0.342598 0.779522</w:t>
        <w:br/>
        <w:t>vt 0.317794 0.805302</w:t>
        <w:br/>
        <w:t>vt 0.318201 0.807352</w:t>
        <w:br/>
        <w:t>vt 0.311310 0.807352</w:t>
        <w:br/>
        <w:t>vt 0.311333 0.805302</w:t>
        <w:br/>
        <w:t>vt 0.310745 0.798103</w:t>
        <w:br/>
        <w:t>vt 0.309120 0.799154</w:t>
        <w:br/>
        <w:t>vt 0.309891 0.790071</w:t>
        <w:br/>
        <w:t>vt 0.311436 0.790160</w:t>
        <w:br/>
        <w:t>vt 0.318284 0.781834</w:t>
        <w:br/>
        <w:t>vt 0.316783 0.779522</w:t>
        <w:br/>
        <w:t>vt 0.324003 0.779522</w:t>
        <w:br/>
        <w:t>vt 0.323941 0.781834</w:t>
        <w:br/>
        <w:t>vt 0.324682 0.807352</w:t>
        <w:br/>
        <w:t>vt 0.290886 0.802552</w:t>
        <w:br/>
        <w:t>vt 0.297155 0.802552</w:t>
        <w:br/>
        <w:t>vt 0.312566 0.781834</w:t>
        <w:br/>
        <w:t>vt 0.311506 0.779522</w:t>
        <w:br/>
        <w:t>vt 0.318284 0.781834</w:t>
        <w:br/>
        <w:t>vt 0.323941 0.781834</w:t>
        <w:br/>
        <w:t>vt 0.317590 0.793676</w:t>
        <w:br/>
        <w:t>vt 0.342650 0.781834</w:t>
        <w:br/>
        <w:t>vt 0.363365 0.781834</w:t>
        <w:br/>
        <w:t>vt 0.384795 0.781834</w:t>
        <w:br/>
        <w:t>vt 0.381211 0.790652</w:t>
        <w:br/>
        <w:t>vt 0.384795 0.781834</w:t>
        <w:br/>
        <w:t>vt 0.386571 0.779522</w:t>
        <w:br/>
        <w:t>vt 0.383077 0.791206</w:t>
        <w:br/>
        <w:t>vt 0.381211 0.790652</w:t>
        <w:br/>
        <w:t>vt 0.243849 0.793977</w:t>
        <w:br/>
        <w:t>vt 0.240127 0.802552</w:t>
        <w:br/>
        <w:t>vt 0.311333 0.805302</w:t>
        <w:br/>
        <w:t>vt 0.311310 0.807352</w:t>
        <w:br/>
        <w:t>vt 0.310745 0.798103</w:t>
        <w:br/>
        <w:t>vt 0.311436 0.790160</w:t>
        <w:br/>
        <w:t>vt 0.303401 0.788646</w:t>
        <w:br/>
        <w:t>vt 0.303401 0.781732</w:t>
        <w:br/>
        <w:t>vt 0.311506 0.779522</w:t>
        <w:br/>
        <w:t>vt 0.312566 0.781834</w:t>
        <w:br/>
        <w:t>vt 0.303401 0.796469</w:t>
        <w:br/>
        <w:t>vt 0.303401 0.802552</w:t>
        <w:br/>
        <w:t>vt 0.312566 0.781834</w:t>
        <w:br/>
        <w:t>vt 0.205126 0.807016</w:t>
        <w:br/>
        <w:t>vt 0.189590 0.800823</w:t>
        <w:br/>
        <w:t>vt 0.188088 0.823852</w:t>
        <w:br/>
        <w:t>vt 0.202036 0.827344</w:t>
        <w:br/>
        <w:t>vt 0.186359 0.840962</w:t>
        <w:br/>
        <w:t>vt 0.198235 0.844616</w:t>
        <w:br/>
        <w:t>vt 0.194408 0.872902</w:t>
        <w:br/>
        <w:t>vt 0.184574 0.870170</w:t>
        <w:br/>
        <w:t>vt 0.184648 0.881495</w:t>
        <w:br/>
        <w:t>vt 0.193552 0.883841</w:t>
        <w:br/>
        <w:t>vt 0.195741 0.859674</w:t>
        <w:br/>
        <w:t>vt 0.185130 0.856753</w:t>
        <w:br/>
        <w:t>vt 0.190366 0.778590</w:t>
        <w:br/>
        <w:t>vt 0.199986 0.766969</w:t>
        <w:br/>
        <w:t>vt 0.190595 0.762630</w:t>
        <w:br/>
        <w:t>vt 0.179595 0.977287</w:t>
        <w:br/>
        <w:t>vt 0.181245 0.983019</w:t>
        <w:br/>
        <w:t>vt 0.182951 0.977679</w:t>
        <w:br/>
        <w:t>vt 0.175484 0.979989</w:t>
        <w:br/>
        <w:t>vt 0.175254 0.983936</w:t>
        <w:br/>
        <w:t>vt 0.179536 0.987675</w:t>
        <w:br/>
        <w:t>vt 0.180529 0.774580</w:t>
        <w:br/>
        <w:t>vt 0.173222 0.762263</w:t>
        <w:br/>
        <w:t>vt 0.164285 0.766861</w:t>
        <w:br/>
        <w:t>vt 0.164285 0.781016</w:t>
        <w:br/>
        <w:t>vt 0.208842 0.830098</w:t>
        <w:br/>
        <w:t>vt 0.210678 0.831034</w:t>
        <w:br/>
        <w:t>vt 0.214786 0.810445</w:t>
        <w:br/>
        <w:t>vt 0.212936 0.809788</w:t>
        <w:br/>
        <w:t>vt 0.179805 0.797798</w:t>
        <w:br/>
        <w:t>vt 0.178987 0.819634</w:t>
        <w:br/>
        <w:t>vt 0.180870 0.819409</w:t>
        <w:br/>
        <w:t>vt 0.181752 0.797642</w:t>
        <w:br/>
        <w:t>vt 0.207383 0.846590</w:t>
        <w:br/>
        <w:t>vt 0.205001 0.847806</w:t>
        <w:br/>
        <w:t>vt 0.177227 0.838885</w:t>
        <w:br/>
        <w:t>vt 0.179203 0.839697</w:t>
        <w:br/>
        <w:t>vt 0.200352 0.876997</w:t>
        <w:br/>
        <w:t>vt 0.198918 0.875596</w:t>
        <w:br/>
        <w:t>vt 0.196151 0.886177</w:t>
        <w:br/>
        <w:t>vt 0.198310 0.886342</w:t>
        <w:br/>
        <w:t>vt 0.177716 0.882045</w:t>
        <w:br/>
        <w:t>vt 0.178330 0.870884</w:t>
        <w:br/>
        <w:t>vt 0.175756 0.870812</w:t>
        <w:br/>
        <w:t>vt 0.175279 0.881500</w:t>
        <w:br/>
        <w:t>vt 0.203335 0.863681</w:t>
        <w:br/>
        <w:t>vt 0.201360 0.862997</w:t>
        <w:br/>
        <w:t>vt 0.178663 0.858300</w:t>
        <w:br/>
        <w:t>vt 0.176566 0.856734</w:t>
        <w:br/>
        <w:t>vt 0.182965 0.760791</w:t>
        <w:br/>
        <w:t>vt 0.181337 0.759534</w:t>
        <w:br/>
        <w:t>vt 0.180529 0.774580</w:t>
        <w:br/>
        <w:t>vt 0.182533 0.774702</w:t>
        <w:br/>
        <w:t>vt 0.200840 0.765171</w:t>
        <w:br/>
        <w:t>vt 0.191331 0.760804</w:t>
        <w:br/>
        <w:t>vt 0.219102 0.777409</w:t>
        <w:br/>
        <w:t>vt 0.216484 0.789876</w:t>
        <w:br/>
        <w:t>vt 0.218327 0.790322</w:t>
        <w:br/>
        <w:t>vt 0.220684 0.776731</w:t>
        <w:br/>
        <w:t>vt 0.197363 0.894793</w:t>
        <w:br/>
        <w:t>vt 0.195536 0.894409</w:t>
        <w:br/>
        <w:t>vt 0.174865 0.889903</w:t>
        <w:br/>
        <w:t>vt 0.177197 0.891894</w:t>
        <w:br/>
        <w:t>vt 0.177452 0.899391</w:t>
        <w:br/>
        <w:t>vt 0.175836 0.898933</w:t>
        <w:br/>
        <w:t>vt 0.174798 0.906380</w:t>
        <w:br/>
        <w:t>vt 0.177553 0.906098</w:t>
        <w:br/>
        <w:t>vt 0.176204 0.912911</w:t>
        <w:br/>
        <w:t>vt 0.174323 0.913145</w:t>
        <w:br/>
        <w:t>vt 0.170531 0.950916</w:t>
        <w:br/>
        <w:t>vt 0.170017 0.960472</w:t>
        <w:br/>
        <w:t>vt 0.174132 0.960811</w:t>
        <w:br/>
        <w:t>vt 0.173980 0.951479</w:t>
        <w:br/>
        <w:t>vt 0.171738 0.927152</w:t>
        <w:br/>
        <w:t>vt 0.171970 0.934178</w:t>
        <w:br/>
        <w:t>vt 0.174401 0.933689</w:t>
        <w:br/>
        <w:t>vt 0.173806 0.927128</w:t>
        <w:br/>
        <w:t>vt 0.171290 0.919855</w:t>
        <w:br/>
        <w:t>vt 0.174425 0.919978</w:t>
        <w:br/>
        <w:t>vt 0.173769 0.942726</w:t>
        <w:br/>
        <w:t>vt 0.171065 0.941865</w:t>
        <w:br/>
        <w:t>vt 0.183229 0.984169</w:t>
        <w:br/>
        <w:t>vt 0.184628 0.985088</w:t>
        <w:br/>
        <w:t>vt 0.187450 0.979571</w:t>
        <w:br/>
        <w:t>vt 0.185734 0.978670</w:t>
        <w:br/>
        <w:t>vt 0.170245 0.976377</w:t>
        <w:br/>
        <w:t>vt 0.170373 0.980723</w:t>
        <w:br/>
        <w:t>vt 0.173490 0.979257</w:t>
        <w:br/>
        <w:t>vt 0.173649 0.975193</w:t>
        <w:br/>
        <w:t>vt 0.170105 0.968857</w:t>
        <w:br/>
        <w:t>vt 0.174127 0.969063</w:t>
        <w:br/>
        <w:t>vt 0.180983 0.988575</w:t>
        <w:br/>
        <w:t>vt 0.182154 0.989614</w:t>
        <w:br/>
        <w:t>vt 0.170289 0.982710</w:t>
        <w:br/>
        <w:t>vt 0.172921 0.981647</w:t>
        <w:br/>
        <w:t>vt 0.196963 0.901317</w:t>
        <w:br/>
        <w:t>vt 0.194701 0.901094</w:t>
        <w:br/>
        <w:t>vt 0.194105 0.907913</w:t>
        <w:br/>
        <w:t>vt 0.196635 0.908220</w:t>
        <w:br/>
        <w:t>vt 0.194102 0.915143</w:t>
        <w:br/>
        <w:t>vt 0.196649 0.916134</w:t>
        <w:br/>
        <w:t>vt 0.191804 0.957003</w:t>
        <w:br/>
        <w:t>vt 0.191438 0.965270</w:t>
        <w:br/>
        <w:t>vt 0.192679 0.955829</w:t>
        <w:br/>
        <w:t>vt 0.194371 0.940721</w:t>
        <w:br/>
        <w:t>vt 0.195103 0.933764</w:t>
        <w:br/>
        <w:t>vt 0.192764 0.933295</w:t>
        <w:br/>
        <w:t>vt 0.192058 0.941018</w:t>
        <w:br/>
        <w:t>vt 0.196114 0.925254</w:t>
        <w:br/>
        <w:t>vt 0.193761 0.924837</w:t>
        <w:br/>
        <w:t>vt 0.193205 0.947227</w:t>
        <w:br/>
        <w:t>vt 0.192214 0.948920</w:t>
        <w:br/>
        <w:t>vt 0.186853 0.971708</w:t>
        <w:br/>
        <w:t>vt 0.189782 0.972721</w:t>
        <w:br/>
        <w:t>vt 0.193188 0.892368</w:t>
        <w:br/>
        <w:t>vt 0.195536 0.894409</w:t>
        <w:br/>
        <w:t>vt 0.196151 0.886177</w:t>
        <w:br/>
        <w:t>vt 0.186190 0.990011</w:t>
        <w:br/>
        <w:t>vt 0.189211 0.986220</w:t>
        <w:br/>
        <w:t>vt 0.184628 0.985088</w:t>
        <w:br/>
        <w:t>vt 0.182154 0.989614</w:t>
        <w:br/>
        <w:t>vt 0.192086 0.981117</w:t>
        <w:br/>
        <w:t>vt 0.187450 0.979571</w:t>
        <w:br/>
        <w:t>vt 0.195303 0.973826</w:t>
        <w:br/>
        <w:t>vt 0.189782 0.972721</w:t>
        <w:br/>
        <w:t>vt 0.197447 0.965333</w:t>
        <w:br/>
        <w:t>vt 0.191438 0.965270</w:t>
        <w:br/>
        <w:t>vt 0.198921 0.956210</w:t>
        <w:br/>
        <w:t>vt 0.192679 0.955829</w:t>
        <w:br/>
        <w:t>vt 0.199035 0.947344</w:t>
        <w:br/>
        <w:t>vt 0.193205 0.947227</w:t>
        <w:br/>
        <w:t>vt 0.199840 0.939440</w:t>
        <w:br/>
        <w:t>vt 0.201052 0.931901</w:t>
        <w:br/>
        <w:t>vt 0.195103 0.933764</w:t>
        <w:br/>
        <w:t>vt 0.194371 0.940721</w:t>
        <w:br/>
        <w:t>vt 0.201913 0.924288</w:t>
        <w:br/>
        <w:t>vt 0.196114 0.925254</w:t>
        <w:br/>
        <w:t>vt 0.203292 0.909824</w:t>
        <w:br/>
        <w:t>vt 0.196635 0.908220</w:t>
        <w:br/>
        <w:t>vt 0.196649 0.916134</w:t>
        <w:br/>
        <w:t>vt 0.202309 0.916607</w:t>
        <w:br/>
        <w:t>vt 0.204070 0.903400</w:t>
        <w:br/>
        <w:t>vt 0.196963 0.901317</w:t>
        <w:br/>
        <w:t>vt 0.206070 0.889129</w:t>
        <w:br/>
        <w:t>vt 0.198310 0.886342</w:t>
        <w:br/>
        <w:t>vt 0.197363 0.894793</w:t>
        <w:br/>
        <w:t>vt 0.204676 0.896527</w:t>
        <w:br/>
        <w:t>vt 0.210289 0.878994</w:t>
        <w:br/>
        <w:t>vt 0.200352 0.876997</w:t>
        <w:br/>
        <w:t>vt 0.215017 0.864784</w:t>
        <w:br/>
        <w:t>vt 0.203335 0.863681</w:t>
        <w:br/>
        <w:t>vt 0.220771 0.848027</w:t>
        <w:br/>
        <w:t>vt 0.226127 0.829763</w:t>
        <w:br/>
        <w:t>vt 0.210678 0.831034</w:t>
        <w:br/>
        <w:t>vt 0.207383 0.846590</w:t>
        <w:br/>
        <w:t>vt 0.231166 0.810141</w:t>
        <w:br/>
        <w:t>vt 0.214786 0.810445</w:t>
        <w:br/>
        <w:t>vt 0.220684 0.776731</w:t>
        <w:br/>
        <w:t>vt 0.218327 0.790322</w:t>
        <w:br/>
        <w:t>vt 0.231199 0.776418</w:t>
        <w:br/>
        <w:t>vt 0.210868 0.770084</w:t>
        <w:br/>
        <w:t>vt 0.209994 0.771860</w:t>
        <w:br/>
        <w:t>vt 0.207248 0.785907</w:t>
        <w:br/>
        <w:t>vt 0.216484 0.789876</w:t>
        <w:br/>
        <w:t>vt 0.209994 0.771860</w:t>
        <w:br/>
        <w:t>vt 0.184514 0.891387</w:t>
        <w:br/>
        <w:t>vt 0.181595 0.969982</w:t>
        <w:br/>
        <w:t>vt 0.177850 0.969372</w:t>
        <w:br/>
        <w:t>vt 0.176803 0.975628</w:t>
        <w:br/>
        <w:t>vt 0.174127 0.969063</w:t>
        <w:br/>
        <w:t>vt 0.173649 0.975193</w:t>
        <w:br/>
        <w:t>vt 0.180500 0.906040</w:t>
        <w:br/>
        <w:t>vt 0.183111 0.907054</w:t>
        <w:br/>
        <w:t>vt 0.183207 0.899668</w:t>
        <w:br/>
        <w:t>vt 0.181088 0.899421</w:t>
        <w:br/>
        <w:t>vt 0.188465 0.907598</w:t>
        <w:br/>
        <w:t>vt 0.188912 0.899935</w:t>
        <w:br/>
        <w:t>vt 0.178678 0.913367</w:t>
        <w:br/>
        <w:t>vt 0.182042 0.914063</w:t>
        <w:br/>
        <w:t>vt 0.187364 0.915209</w:t>
        <w:br/>
        <w:t>vt 0.177760 0.953064</w:t>
        <w:br/>
        <w:t>vt 0.173980 0.951479</w:t>
        <w:br/>
        <w:t>vt 0.174132 0.960811</w:t>
        <w:br/>
        <w:t>vt 0.179268 0.961805</w:t>
        <w:br/>
        <w:t>vt 0.182391 0.963510</w:t>
        <w:br/>
        <w:t>vt 0.182988 0.954964</w:t>
        <w:br/>
        <w:t>vt 0.181063 0.954144</w:t>
        <w:br/>
        <w:t>vt 0.179275 0.929292</w:t>
        <w:br/>
        <w:t>vt 0.175918 0.927702</w:t>
        <w:br/>
        <w:t>vt 0.176851 0.935546</w:t>
        <w:br/>
        <w:t>vt 0.178913 0.936895</w:t>
        <w:br/>
        <w:t>vt 0.185269 0.930804</w:t>
        <w:br/>
        <w:t>vt 0.183202 0.938099</w:t>
        <w:br/>
        <w:t>vt 0.185273 0.938544</w:t>
        <w:br/>
        <w:t>vt 0.181071 0.924883</w:t>
        <w:br/>
        <w:t>vt 0.179275 0.929292</w:t>
        <w:br/>
        <w:t>vt 0.185903 0.923113</w:t>
        <w:br/>
        <w:t>vt 0.183644 0.922320</w:t>
        <w:br/>
        <w:t>vt 0.178260 0.944339</w:t>
        <w:br/>
        <w:t>vt 0.176310 0.943412</w:t>
        <w:br/>
        <w:t>vt 0.184513 0.946629</w:t>
        <w:br/>
        <w:t>vt 0.191807 0.908152</w:t>
        <w:br/>
        <w:t>vt 0.192438 0.900630</w:t>
        <w:br/>
        <w:t>vt 0.194105 0.907913</w:t>
        <w:br/>
        <w:t>vt 0.191154 0.915703</w:t>
        <w:br/>
        <w:t>vt 0.187798 0.956425</w:t>
        <w:br/>
        <w:t>vt 0.186994 0.964359</w:t>
        <w:br/>
        <w:t>vt 0.190038 0.931995</w:t>
        <w:br/>
        <w:t>vt 0.188766 0.939425</w:t>
        <w:br/>
        <w:t>vt 0.190414 0.923829</w:t>
        <w:br/>
        <w:t>vt 0.188720 0.948098</w:t>
        <w:br/>
        <w:t>vt 0.185745 0.971761</w:t>
        <w:br/>
        <w:t>vt 0.173490 0.979257</w:t>
        <w:br/>
        <w:t>vt 0.172921 0.981647</w:t>
        <w:br/>
        <w:t>vt 0.170289 0.982710</w:t>
        <w:br/>
        <w:t>vt 0.170373 0.980723</w:t>
        <w:br/>
        <w:t>vt 0.164285 0.980737</w:t>
        <w:br/>
        <w:t>vt 0.164285 0.984493</w:t>
        <w:br/>
        <w:t>vt 0.170245 0.976377</w:t>
        <w:br/>
        <w:t>vt 0.164285 0.976233</w:t>
        <w:br/>
        <w:t>vt 0.170105 0.968857</w:t>
        <w:br/>
        <w:t>vt 0.164285 0.969301</w:t>
        <w:br/>
        <w:t>vt 0.170017 0.960472</w:t>
        <w:br/>
        <w:t>vt 0.164285 0.961165</w:t>
        <w:br/>
        <w:t>vt 0.164285 0.952356</w:t>
        <w:br/>
        <w:t>vt 0.164285 0.943784</w:t>
        <w:br/>
        <w:t>vt 0.164285 0.929071</w:t>
        <w:br/>
        <w:t>vt 0.164285 0.936351</w:t>
        <w:br/>
        <w:t>vt 0.164285 0.921224</w:t>
        <w:br/>
        <w:t>vt 0.172298 0.905405</w:t>
        <w:br/>
        <w:t>vt 0.164285 0.905354</w:t>
        <w:br/>
        <w:t>vt 0.164285 0.913202</w:t>
        <w:br/>
        <w:t>vt 0.172172 0.912741</w:t>
        <w:br/>
        <w:t>vt 0.173763 0.899886</w:t>
        <w:br/>
        <w:t>vt 0.164285 0.897742</w:t>
        <w:br/>
        <w:t>vt 0.175279 0.881500</w:t>
        <w:br/>
        <w:t>vt 0.164285 0.881460</w:t>
        <w:br/>
        <w:t>vt 0.164285 0.889969</w:t>
        <w:br/>
        <w:t>vt 0.174865 0.889903</w:t>
        <w:br/>
        <w:t>vt 0.175756 0.870812</w:t>
        <w:br/>
        <w:t>vt 0.164285 0.870316</w:t>
        <w:br/>
        <w:t>vt 0.164285 0.856229</w:t>
        <w:br/>
        <w:t>vt 0.176566 0.856734</w:t>
        <w:br/>
        <w:t>vt 0.177227 0.838885</w:t>
        <w:br/>
        <w:t>vt 0.178987 0.819634</w:t>
        <w:br/>
        <w:t>vt 0.164285 0.821564</w:t>
        <w:br/>
        <w:t>vt 0.164285 0.839718</w:t>
        <w:br/>
        <w:t>vt 0.179805 0.797798</w:t>
        <w:br/>
        <w:t>vt 0.164285 0.801668</w:t>
        <w:br/>
        <w:t>vt 0.177347 0.760238</w:t>
        <w:br/>
        <w:t>vt 0.186324 0.759459</w:t>
        <w:br/>
        <w:t>vt 0.181337 0.759534</w:t>
        <w:br/>
        <w:t>vt 0.182965 0.760791</w:t>
        <w:br/>
        <w:t>vt 0.186635 0.761156</w:t>
        <w:br/>
        <w:t>vt 0.186635 0.761156</w:t>
        <w:br/>
        <w:t>vt 0.181462 0.881462</w:t>
        <w:br/>
        <w:t>vt 0.177197 0.891894</w:t>
        <w:br/>
        <w:t>vt 0.180361 0.891377</w:t>
        <w:br/>
        <w:t>vt 0.180079 0.887969</w:t>
        <w:br/>
        <w:t>vt 0.180413 0.944947</w:t>
        <w:br/>
        <w:t>vt 0.174425 0.919978</w:t>
        <w:br/>
        <w:t>vt 0.177406 0.921110</w:t>
        <w:br/>
        <w:t>vt 0.180369 0.921789</w:t>
        <w:br/>
        <w:t>vt 0.237180 0.790247</w:t>
        <w:br/>
        <w:t>vt 0.178294 0.991268</w:t>
        <w:br/>
        <w:t>vt 0.172778 0.986605</w:t>
        <w:br/>
        <w:t>vt 0.172399 0.990655</w:t>
        <w:br/>
        <w:t>vt 0.176784 0.994680</w:t>
        <w:br/>
        <w:t>vt 0.179261 0.992443</w:t>
        <w:br/>
        <w:t>vt 0.177771 0.995508</w:t>
        <w:br/>
        <w:t>vt 0.180299 0.993354</w:t>
        <w:br/>
        <w:t>vt 0.178208 0.996627</w:t>
        <w:br/>
        <w:t>vt 0.182750 0.996903</w:t>
        <w:br/>
        <w:t>vt 0.184377 0.992874</w:t>
        <w:br/>
        <w:t>vt 0.180299 0.993354</w:t>
        <w:br/>
        <w:t>vt 0.178208 0.996627</w:t>
        <w:br/>
        <w:t>vt 0.164285 0.987085</w:t>
        <w:br/>
        <w:t>vt 0.164285 0.991054</w:t>
        <w:br/>
        <w:t>vt 0.169564 0.988934</w:t>
        <w:br/>
        <w:t>vt 0.169805 0.985714</w:t>
        <w:br/>
        <w:t>vt 0.169805 0.985714</w:t>
        <w:br/>
        <w:t>vt 0.169564 0.988934</w:t>
        <w:br/>
        <w:t>vt 0.170581 0.988011</w:t>
        <w:br/>
        <w:t>vt 0.171225 0.984879</w:t>
        <w:br/>
        <w:t>vt 0.171225 0.984879</w:t>
        <w:br/>
        <w:t>vt 0.170581 0.988011</w:t>
        <w:br/>
        <w:t>vt 0.179650 0.894702</w:t>
        <w:br/>
        <w:t>vt 0.184514 0.891387</w:t>
        <w:br/>
        <w:t>vt 0.184104 0.895770</w:t>
        <w:br/>
        <w:t>vt 0.194701 0.901094</w:t>
        <w:br/>
        <w:t>vt 0.174301 0.895275</w:t>
        <w:br/>
        <w:t>vt 0.177365 0.895556</w:t>
        <w:br/>
        <w:t>vt 0.175983 0.895571</w:t>
        <w:br/>
        <w:t>vt 0.178208 0.996627</w:t>
        <w:br/>
        <w:t>vt 0.177771 0.995508</w:t>
        <w:br/>
        <w:t>vt 0.176784 0.994680</w:t>
        <w:br/>
        <w:t>vt 0.173589 0.994656</w:t>
        <w:br/>
        <w:t>vt 0.169564 0.988934</w:t>
        <w:br/>
        <w:t>vt 0.172399 0.990655</w:t>
        <w:br/>
        <w:t>vt 0.177365 0.895556</w:t>
        <w:br/>
        <w:t>vt 0.177452 0.899391</w:t>
        <w:br/>
        <w:t>vt 0.173806 0.927128</w:t>
        <w:br/>
        <w:t>vt 0.176399 0.925279</w:t>
        <w:br/>
        <w:t>vt 0.174401 0.933689</w:t>
        <w:br/>
        <w:t>vt 0.173769 0.942726</w:t>
        <w:br/>
        <w:t>vt 0.181071 0.924883</w:t>
        <w:br/>
        <w:t>vt 0.179001 0.923734</w:t>
        <w:br/>
        <w:t>vt 0.176399 0.925279</w:t>
        <w:br/>
        <w:t>vt 0.177760 0.953064</w:t>
        <w:br/>
        <w:t>vt 0.178913 0.936895</w:t>
        <w:br/>
        <w:t>vt 0.199986 0.766969</w:t>
        <w:br/>
        <w:t>vt 0.241385 0.776279</w:t>
        <w:br/>
        <w:t>vt 0.181337 0.759534</w:t>
        <w:br/>
        <w:t>vt 0.219102 0.777409</w:t>
        <w:br/>
        <w:t>vt 0.132294 0.738697</w:t>
        <w:br/>
        <w:t>vt 0.135092 0.750159</w:t>
        <w:br/>
        <w:t>vt 0.118054 0.750380</w:t>
        <w:br/>
        <w:t>vt 0.122323 0.737664</w:t>
        <w:br/>
        <w:t>vt 0.126374 0.715193</w:t>
        <w:br/>
        <w:t>vt 0.131837 0.714950</w:t>
        <w:br/>
        <w:t>vt 0.130974 0.721024</w:t>
        <w:br/>
        <w:t>vt 0.125397 0.720498</w:t>
        <w:br/>
        <w:t>vt 0.123089 0.780409</w:t>
        <w:br/>
        <w:t>vt 0.121535 0.775756</w:t>
        <w:br/>
        <w:t>vt 0.132898 0.775344</w:t>
        <w:br/>
        <w:t>vt 0.132353 0.779566</w:t>
        <w:br/>
        <w:t>vt 0.135066 0.758983</w:t>
        <w:br/>
        <w:t>vt 0.117880 0.760206</w:t>
        <w:br/>
        <w:t>vt 0.118062 0.757243</w:t>
        <w:br/>
        <w:t>vt 0.135317 0.756002</w:t>
        <w:br/>
        <w:t>vt 0.135426 0.754189</w:t>
        <w:br/>
        <w:t>vt 0.117744 0.754092</w:t>
        <w:br/>
        <w:t>vt 0.143206 0.736546</w:t>
        <w:br/>
        <w:t>vt 0.150749 0.749384</w:t>
        <w:br/>
        <w:t>vt 0.135529 0.714246</w:t>
        <w:br/>
        <w:t>vt 0.137961 0.718526</w:t>
        <w:br/>
        <w:t>vt 0.141879 0.780240</w:t>
        <w:br/>
        <w:t>vt 0.144132 0.775892</w:t>
        <w:br/>
        <w:t>vt 0.151954 0.756646</w:t>
        <w:br/>
        <w:t>vt 0.151434 0.759786</w:t>
        <w:br/>
        <w:t>vt 0.151879 0.754099</w:t>
        <w:br/>
        <w:t>vt 0.140612 0.731583</w:t>
        <w:br/>
        <w:t>vt 0.132180 0.727777</w:t>
        <w:br/>
        <w:t>vt 0.123900 0.728072</w:t>
        <w:br/>
        <w:t>vt 0.147954 0.768704</w:t>
        <w:br/>
        <w:t>vt 0.133724 0.768063</w:t>
        <w:br/>
        <w:t>vt 0.134980 0.762207</w:t>
        <w:br/>
        <w:t>vt 0.150592 0.762715</w:t>
        <w:br/>
        <w:t>vt 0.119475 0.769000</w:t>
        <w:br/>
        <w:t>vt 0.118124 0.763157</w:t>
        <w:br/>
        <w:t>vt 0.123810 0.869973</w:t>
        <w:br/>
        <w:t>vt 0.119708 0.856528</w:t>
        <w:br/>
        <w:t>vt 0.128032 0.855796</w:t>
        <w:br/>
        <w:t>vt 0.133879 0.868974</w:t>
        <w:br/>
        <w:t>vt 0.133371 0.887969</w:t>
        <w:br/>
        <w:t>vt 0.134583 0.894022</w:t>
        <w:br/>
        <w:t>vt 0.129760 0.893874</w:t>
        <w:br/>
        <w:t>vt 0.128311 0.888469</w:t>
        <w:br/>
        <w:t>vt 0.126094 0.815408</w:t>
        <w:br/>
        <w:t>vt 0.132777 0.815569</w:t>
        <w:br/>
        <w:t>vt 0.133463 0.822366</w:t>
        <w:br/>
        <w:t>vt 0.123869 0.821767</w:t>
        <w:br/>
        <w:t>vt 0.127993 0.844805</w:t>
        <w:br/>
        <w:t>vt 0.127864 0.841371</w:t>
        <w:br/>
        <w:t>vt 0.136084 0.841191</w:t>
        <w:br/>
        <w:t>vt 0.136253 0.844798</w:t>
        <w:br/>
        <w:t>vt 0.119522 0.851990</w:t>
        <w:br/>
        <w:t>vt 0.128144 0.850881</w:t>
        <w:br/>
        <w:t>vt 0.136242 0.856034</w:t>
        <w:br/>
        <w:t>vt 0.143696 0.855628</w:t>
        <w:br/>
        <w:t>vt 0.140349 0.888730</w:t>
        <w:br/>
        <w:t>vt 0.138709 0.894051</w:t>
        <w:br/>
        <w:t>vt 0.142949 0.821977</w:t>
        <w:br/>
        <w:t>vt 0.145310 0.826125</w:t>
        <w:br/>
        <w:t>vt 0.134368 0.827670</w:t>
        <w:br/>
        <w:t>vt 0.143690 0.841108</w:t>
        <w:br/>
        <w:t>vt 0.143793 0.844569</w:t>
        <w:br/>
        <w:t>vt 0.136504 0.850566</w:t>
        <w:br/>
        <w:t>vt 0.144087 0.850204</w:t>
        <w:br/>
        <w:t>vt 0.142368 0.875615</w:t>
        <w:br/>
        <w:t>vt 0.133979 0.879699</w:t>
        <w:br/>
        <w:t>vt 0.144865 0.870296</w:t>
        <w:br/>
        <w:t>vt 0.126263 0.880066</w:t>
        <w:br/>
        <w:t>vt 0.142026 0.834648</w:t>
        <w:br/>
        <w:t>vt 0.135259 0.834688</w:t>
        <w:br/>
        <w:t>vt 0.122317 0.827068</w:t>
        <w:br/>
        <w:t>vt 0.127747 0.834832</w:t>
        <w:br/>
        <w:t>vt 0.120744 0.834414</w:t>
        <w:br/>
        <w:t>vt 0.123810 0.869973</w:t>
        <w:br/>
        <w:t>vt 0.122989 0.870150</w:t>
        <w:br/>
        <w:t>vt 0.118651 0.856593</w:t>
        <w:br/>
        <w:t>vt 0.119708 0.856528</w:t>
        <w:br/>
        <w:t>vt 0.128621 0.892732</w:t>
        <w:br/>
        <w:t>vt 0.127229 0.887452</w:t>
        <w:br/>
        <w:t>vt 0.128311 0.888469</w:t>
        <w:br/>
        <w:t>vt 0.129760 0.893874</w:t>
        <w:br/>
        <w:t>vt 0.122404 0.821948</w:t>
        <w:br/>
        <w:t>vt 0.123869 0.821767</w:t>
        <w:br/>
        <w:t>vt 0.122317 0.827068</w:t>
        <w:br/>
        <w:t>vt 0.120884 0.826647</w:t>
        <w:br/>
        <w:t>vt 0.119589 0.844279</w:t>
        <w:br/>
        <w:t>vt 0.119758 0.847832</w:t>
        <w:br/>
        <w:t>vt 0.118835 0.847931</w:t>
        <w:br/>
        <w:t>vt 0.118778 0.844151</w:t>
        <w:br/>
        <w:t>vt 0.118613 0.851897</w:t>
        <w:br/>
        <w:t>vt 0.119522 0.851990</w:t>
        <w:br/>
        <w:t>vt 0.152296 0.857245</w:t>
        <w:br/>
        <w:t>vt 0.146330 0.870655</w:t>
        <w:br/>
        <w:t>vt 0.144865 0.870296</w:t>
        <w:br/>
        <w:t>vt 0.151527 0.856750</w:t>
        <w:br/>
        <w:t>vt 0.139904 0.892857</w:t>
        <w:br/>
        <w:t>vt 0.138709 0.894051</w:t>
        <w:br/>
        <w:t>vt 0.140349 0.888730</w:t>
        <w:br/>
        <w:t>vt 0.141288 0.888272</w:t>
        <w:br/>
        <w:t>vt 0.143990 0.821643</w:t>
        <w:br/>
        <w:t>vt 0.146734 0.825867</w:t>
        <w:br/>
        <w:t>vt 0.145310 0.826125</w:t>
        <w:br/>
        <w:t>vt 0.142949 0.821977</w:t>
        <w:br/>
        <w:t>vt 0.153778 0.848239</w:t>
        <w:br/>
        <w:t>vt 0.152564 0.848494</w:t>
        <w:br/>
        <w:t>vt 0.152352 0.844804</w:t>
        <w:br/>
        <w:t>vt 0.153123 0.844312</w:t>
        <w:br/>
        <w:t>vt 0.152527 0.850909</w:t>
        <w:br/>
        <w:t>vt 0.153405 0.851826</w:t>
        <w:br/>
        <w:t>vt 0.142368 0.875615</w:t>
        <w:br/>
        <w:t>vt 0.143500 0.875676</w:t>
        <w:br/>
        <w:t>vt 0.125471 0.879850</w:t>
        <w:br/>
        <w:t>vt 0.126263 0.880066</w:t>
        <w:br/>
        <w:t>vt 0.149423 0.834115</w:t>
        <w:br/>
        <w:t>vt 0.150485 0.833677</w:t>
        <w:br/>
        <w:t>vt 0.119728 0.833976</w:t>
        <w:br/>
        <w:t>vt 0.120744 0.834414</w:t>
        <w:br/>
        <w:t>vt 0.138513 0.803924</w:t>
        <w:br/>
        <w:t>vt 0.140356 0.808157</w:t>
        <w:br/>
        <w:t>vt 0.139271 0.808021</w:t>
        <w:br/>
        <w:t>vt 0.137478 0.802583</w:t>
        <w:br/>
        <w:t>vt 0.137478 0.802583</w:t>
        <w:br/>
        <w:t>vt 0.139271 0.808021</w:t>
        <w:br/>
        <w:t>vt 0.133571 0.808559</w:t>
        <w:br/>
        <w:t>vt 0.133503 0.803047</w:t>
        <w:br/>
        <w:t>vt 0.128694 0.802883</w:t>
        <w:br/>
        <w:t>vt 0.127589 0.809458</w:t>
        <w:br/>
        <w:t>vt 0.127589 0.809458</w:t>
        <w:br/>
        <w:t>vt 0.126712 0.809449</w:t>
        <w:br/>
        <w:t>vt 0.128087 0.804339</w:t>
        <w:br/>
        <w:t>vt 0.128694 0.802883</w:t>
        <w:br/>
        <w:t>vt 0.128157 0.798053</w:t>
        <w:br/>
        <w:t>vt 0.126828 0.792995</w:t>
        <w:br/>
        <w:t>vt 0.133047 0.792644</w:t>
        <w:br/>
        <w:t>vt 0.133557 0.797808</w:t>
        <w:br/>
        <w:t>vt 0.139242 0.794190</w:t>
        <w:br/>
        <w:t>vt 0.137230 0.798292</w:t>
        <w:br/>
        <w:t>vt 0.138811 0.726540</w:t>
        <w:br/>
        <w:t>vt 0.140978 0.880507</w:t>
        <w:br/>
        <w:t>vt 0.140978 0.880507</w:t>
        <w:br/>
        <w:t>vt 0.141821 0.880636</w:t>
        <w:br/>
        <w:t>vt 0.141649 0.816190</w:t>
        <w:br/>
        <w:t>vt 0.140649 0.816581</w:t>
        <w:br/>
        <w:t>vt 0.140649 0.816581</w:t>
        <w:br/>
        <w:t>vt 0.126094 0.815408</w:t>
        <w:br/>
        <w:t>vt 0.124790 0.816276</w:t>
        <w:br/>
        <w:t>vt 0.125093 0.786251</w:t>
        <w:br/>
        <w:t>vt 0.131990 0.785011</w:t>
        <w:br/>
        <w:t>vt 0.139792 0.785951</w:t>
        <w:br/>
        <w:t>vt 0.128295 0.848274</w:t>
        <w:br/>
        <w:t>vt 0.136444 0.848589</w:t>
        <w:br/>
        <w:t>vt 0.143969 0.848226</w:t>
        <w:br/>
        <w:t>vt 0.152564 0.848494</w:t>
        <w:br/>
        <w:t>vt 0.152527 0.850909</w:t>
        <w:br/>
        <w:t>vt 0.152352 0.844804</w:t>
        <w:br/>
        <w:t>vt 0.119682 0.840784</w:t>
        <w:br/>
        <w:t>vt 0.118866 0.840455</w:t>
        <w:br/>
        <w:t>vt 0.151757 0.841121</w:t>
        <w:br/>
        <w:t>vt 0.152509 0.840678</w:t>
        <w:br/>
        <w:t>vt 0.119589 0.844279</w:t>
        <w:br/>
        <w:t>vt 0.119682 0.840784</w:t>
        <w:br/>
        <w:t>vt 0.151757 0.841121</w:t>
        <w:br/>
        <w:t>vt 0.151527 0.856750</w:t>
        <w:br/>
        <w:t>vt 0.149423 0.834115</w:t>
        <w:br/>
        <w:t>vt 0.119758 0.847832</w:t>
        <w:br/>
        <w:t>vt 0.128620 0.952673</w:t>
        <w:br/>
        <w:t>vt 0.135017 0.953391</w:t>
        <w:br/>
        <w:t>vt 0.135017 0.958397</w:t>
        <w:br/>
        <w:t>vt 0.128546 0.959750</w:t>
        <w:br/>
        <w:t>vt 0.128505 0.931118</w:t>
        <w:br/>
        <w:t>vt 0.128340 0.920321</w:t>
        <w:br/>
        <w:t>vt 0.135017 0.921581</w:t>
        <w:br/>
        <w:t>vt 0.135017 0.932683</w:t>
        <w:br/>
        <w:t>vt 0.128512 0.941804</w:t>
        <w:br/>
        <w:t>vt 0.128392 0.938746</w:t>
        <w:br/>
        <w:t>vt 0.135017 0.940742</w:t>
        <w:br/>
        <w:t>vt 0.135017 0.943190</w:t>
        <w:br/>
        <w:t>vt 0.128806 0.914262</w:t>
        <w:br/>
        <w:t>vt 0.135017 0.914266</w:t>
        <w:br/>
        <w:t>vt 0.135017 0.969796</w:t>
        <w:br/>
        <w:t>vt 0.128638 0.970849</w:t>
        <w:br/>
        <w:t>vt 0.128377 0.950295</w:t>
        <w:br/>
        <w:t>vt 0.135017 0.949869</w:t>
        <w:br/>
        <w:t>vt 0.121950 0.957407</w:t>
        <w:br/>
        <w:t>vt 0.121950 0.951570</w:t>
        <w:br/>
        <w:t>vt 0.121950 0.969633</w:t>
        <w:br/>
        <w:t>vt 0.121950 0.913930</w:t>
        <w:br/>
        <w:t>vt 0.121950 0.921157</w:t>
        <w:br/>
        <w:t>vt 0.121950 0.932415</w:t>
        <w:br/>
        <w:t>vt 0.121950 0.942609</w:t>
        <w:br/>
        <w:t>vt 0.128334 0.945431</w:t>
        <w:br/>
        <w:t>vt 0.121950 0.945436</w:t>
        <w:br/>
        <w:t>vt 0.121950 0.949026</w:t>
        <w:br/>
        <w:t>vt 0.135017 0.987721</w:t>
        <w:br/>
        <w:t>vt 0.129600 0.988623</w:t>
        <w:br/>
        <w:t>vt 0.128576 0.981159</w:t>
        <w:br/>
        <w:t>vt 0.135017 0.981062</w:t>
        <w:br/>
        <w:t>vt 0.121950 0.981634</w:t>
        <w:br/>
        <w:t>vt 0.121950 0.988035</w:t>
        <w:br/>
        <w:t>vt 0.158164 0.933642</w:t>
        <w:br/>
        <w:t>vt 0.158164 0.939872</w:t>
        <w:br/>
        <w:t>vt 0.152396 0.938600</w:t>
        <w:br/>
        <w:t>vt 0.152061 0.931308</w:t>
        <w:br/>
        <w:t>vt 0.152438 0.996834</w:t>
        <w:br/>
        <w:t>vt 0.151318 0.995704</w:t>
        <w:br/>
        <w:t>vt 0.158164 0.995704</w:t>
        <w:br/>
        <w:t>vt 0.159589 0.996834</w:t>
        <w:br/>
        <w:t>vt 0.151735 0.964259</w:t>
        <w:br/>
        <w:t>vt 0.158164 0.963018</w:t>
        <w:br/>
        <w:t>vt 0.158164 0.973778</w:t>
        <w:br/>
        <w:t>vt 0.151922 0.974856</w:t>
        <w:br/>
        <w:t>vt 0.151789 0.953126</w:t>
        <w:br/>
        <w:t>vt 0.158164 0.952128</w:t>
        <w:br/>
        <w:t>vt 0.158164 0.954983</w:t>
        <w:br/>
        <w:t>vt 0.151581 0.956758</w:t>
        <w:br/>
        <w:t>vt 0.158164 0.980838</w:t>
        <w:br/>
        <w:t>vt 0.152129 0.980731</w:t>
        <w:br/>
        <w:t>vt 0.158164 0.922179</w:t>
        <w:br/>
        <w:t>vt 0.152182 0.920501</w:t>
        <w:br/>
        <w:t>vt 0.158164 0.944257</w:t>
        <w:br/>
        <w:t>vt 0.158164 0.948719</w:t>
        <w:br/>
        <w:t>vt 0.151840 0.948266</w:t>
        <w:br/>
        <w:t>vt 0.151979 0.941799</w:t>
        <w:br/>
        <w:t>vt 0.145515 0.932662</w:t>
        <w:br/>
        <w:t>vt 0.145515 0.939429</w:t>
        <w:br/>
        <w:t>vt 0.145515 0.921320</w:t>
        <w:br/>
        <w:t>vt 0.144848 0.996269</w:t>
        <w:br/>
        <w:t>vt 0.145515 0.980909</w:t>
        <w:br/>
        <w:t>vt 0.145515 0.973532</w:t>
        <w:br/>
        <w:t>vt 0.145515 0.961988</w:t>
        <w:br/>
        <w:t>vt 0.145515 0.950575</w:t>
        <w:br/>
        <w:t>vt 0.145515 0.946939</w:t>
        <w:br/>
        <w:t>vt 0.145515 0.942725</w:t>
        <w:br/>
        <w:t>vt 0.152982 0.910849</w:t>
        <w:br/>
        <w:t>vt 0.152437 0.903964</w:t>
        <w:br/>
        <w:t>vt 0.158164 0.904063</w:t>
        <w:br/>
        <w:t>vt 0.158164 0.910997</w:t>
        <w:br/>
        <w:t>vt 0.145515 0.910435</w:t>
        <w:br/>
        <w:t>vt 0.145515 0.904199</w:t>
        <w:br/>
        <w:t>vt 0.159589 0.939645</w:t>
        <w:br/>
        <w:t>vt 0.158164 0.939872</w:t>
        <w:br/>
        <w:t>vt 0.158164 0.933642</w:t>
        <w:br/>
        <w:t>vt 0.159589 0.933878</w:t>
        <w:br/>
        <w:t>vt 0.159589 0.963518</w:t>
        <w:br/>
        <w:t>vt 0.159589 0.974026</w:t>
        <w:br/>
        <w:t>vt 0.158164 0.973778</w:t>
        <w:br/>
        <w:t>vt 0.158164 0.963018</w:t>
        <w:br/>
        <w:t>vt 0.159589 0.952240</w:t>
        <w:br/>
        <w:t>vt 0.158164 0.952128</w:t>
        <w:br/>
        <w:t>vt 0.158164 0.948719</w:t>
        <w:br/>
        <w:t>vt 0.159589 0.948689</w:t>
        <w:br/>
        <w:t>vt 0.159589 0.980629</w:t>
        <w:br/>
        <w:t>vt 0.158164 0.980838</w:t>
        <w:br/>
        <w:t>vt 0.158164 0.922179</w:t>
        <w:br/>
        <w:t>vt 0.159589 0.922140</w:t>
        <w:br/>
        <w:t>vt 0.158164 0.944257</w:t>
        <w:br/>
        <w:t>vt 0.159589 0.944173</w:t>
        <w:br/>
        <w:t>vt 0.144182 0.938824</w:t>
        <w:br/>
        <w:t>vt 0.144182 0.932448</w:t>
        <w:br/>
        <w:t>vt 0.145515 0.932662</w:t>
        <w:br/>
        <w:t>vt 0.145515 0.939429</w:t>
        <w:br/>
        <w:t>vt 0.144182 0.921097</w:t>
        <w:br/>
        <w:t>vt 0.145515 0.921320</w:t>
        <w:br/>
        <w:t>vt 0.145515 0.973532</w:t>
        <w:br/>
        <w:t>vt 0.145515 0.980909</w:t>
        <w:br/>
        <w:t>vt 0.144182 0.980328</w:t>
        <w:br/>
        <w:t>vt 0.144182 0.973308</w:t>
        <w:br/>
        <w:t>vt 0.144182 0.962122</w:t>
        <w:br/>
        <w:t>vt 0.145515 0.961988</w:t>
        <w:br/>
        <w:t>vt 0.144182 0.946888</w:t>
        <w:br/>
        <w:t>vt 0.145515 0.946939</w:t>
        <w:br/>
        <w:t>vt 0.145515 0.950575</w:t>
        <w:br/>
        <w:t>vt 0.144182 0.950527</w:t>
        <w:br/>
        <w:t>vt 0.144182 0.942376</w:t>
        <w:br/>
        <w:t>vt 0.145515 0.942725</w:t>
        <w:br/>
        <w:t>vt 0.159589 0.904585</w:t>
        <w:br/>
        <w:t>vt 0.159589 0.910942</w:t>
        <w:br/>
        <w:t>vt 0.158164 0.910997</w:t>
        <w:br/>
        <w:t>vt 0.158164 0.904063</w:t>
        <w:br/>
        <w:t>vt 0.144182 0.904753</w:t>
        <w:br/>
        <w:t>vt 0.145515 0.904199</w:t>
        <w:br/>
        <w:t>vt 0.145515 0.910435</w:t>
        <w:br/>
        <w:t>vt 0.144182 0.910460</w:t>
        <w:br/>
        <w:t>vt 0.159589 0.995704</w:t>
        <w:br/>
        <w:t>vt 0.159589 0.996834</w:t>
        <w:br/>
        <w:t>vt 0.158164 0.995704</w:t>
        <w:br/>
        <w:t>vt 0.135017 0.910010</w:t>
        <w:br/>
        <w:t>vt 0.128314 0.910000</w:t>
        <w:br/>
        <w:t>vt 0.121950 0.909586</w:t>
        <w:br/>
        <w:t>vt 0.144182 0.984925</w:t>
        <w:br/>
        <w:t>vt 0.145515 0.985147</w:t>
        <w:br/>
        <w:t>vt 0.152280 0.985440</w:t>
        <w:br/>
        <w:t>vt 0.145515 0.985147</w:t>
        <w:br/>
        <w:t>vt 0.158164 0.984815</w:t>
        <w:br/>
        <w:t>vt 0.158164 0.990377</w:t>
        <w:br/>
        <w:t>vt 0.159589 0.990187</w:t>
        <w:br/>
        <w:t>vt 0.121950 0.939572</w:t>
        <w:br/>
        <w:t>vt 0.144182 0.954554</w:t>
        <w:br/>
        <w:t>vt 0.145515 0.954278</w:t>
        <w:br/>
        <w:t>vt 0.145515 0.954278</w:t>
        <w:br/>
        <w:t>vt 0.159589 0.955350</w:t>
        <w:br/>
        <w:t>vt 0.158164 0.954983</w:t>
        <w:br/>
        <w:t>vt 0.151857 0.898966</w:t>
        <w:br/>
        <w:t>vt 0.158164 0.898966</w:t>
        <w:br/>
        <w:t>vt 0.159589 0.898966</w:t>
        <w:br/>
        <w:t>vt 0.158164 0.898966</w:t>
        <w:br/>
        <w:t>vt 0.135017 0.993387</w:t>
        <w:br/>
        <w:t>vt 0.128272 0.993387</w:t>
        <w:br/>
        <w:t>vt 0.121950 0.993387</w:t>
        <w:br/>
        <w:t>vt 0.145515 0.898966</w:t>
        <w:br/>
        <w:t>vt 0.145515 0.904199</w:t>
        <w:br/>
        <w:t>vt 0.144182 0.904753</w:t>
        <w:br/>
        <w:t>vt 0.144182 0.898966</w:t>
        <w:br/>
        <w:t>vt 0.145515 0.898966</w:t>
        <w:br/>
        <w:t>vt 0.135017 0.946153</w:t>
        <w:br/>
        <w:t>vt 0.135017 0.904416</w:t>
        <w:br/>
        <w:t>vt 0.128331 0.905111</w:t>
        <w:br/>
        <w:t>vt 0.128923 0.899795</w:t>
        <w:br/>
        <w:t>vt 0.135017 0.899795</w:t>
        <w:br/>
        <w:t>vt 0.121950 0.904572</w:t>
        <w:br/>
        <w:t>vt 0.121950 0.899795</w:t>
        <w:br/>
        <w:t>vt 0.144182 0.995704</w:t>
        <w:br/>
        <w:t>vt 0.144182 0.990222</w:t>
        <w:br/>
        <w:t>vt 0.145515 0.990253</w:t>
        <w:br/>
        <w:t>vt 0.144848 0.996269</w:t>
        <w:br/>
        <w:t>vt 0.145515 0.990253</w:t>
        <w:br/>
        <w:t>vt 0.152344 0.990377</w:t>
        <w:br/>
        <w:t>vt 0.151318 0.995704</w:t>
        <w:br/>
        <w:t>vt 0.144848 0.996269</w:t>
        <w:br/>
        <w:t>vt 0.158164 0.990377</w:t>
        <w:br/>
        <w:t>vt 0.158164 0.995704</w:t>
        <w:br/>
        <w:t>vt 0.158164 0.984815</w:t>
        <w:br/>
        <w:t>vt 0.159589 0.984714</w:t>
        <w:br/>
        <w:t>vt 0.337619 0.835646</w:t>
        <w:br/>
        <w:t>vt 0.335842 0.831725</w:t>
        <w:br/>
        <w:t>vt 0.341921 0.831793</w:t>
        <w:br/>
        <w:t>vt 0.343715 0.836235</w:t>
        <w:br/>
        <w:t>vt 0.353040 0.831824</w:t>
        <w:br/>
        <w:t>vt 0.353729 0.835223</w:t>
        <w:br/>
        <w:t>vt 0.349220 0.835321</w:t>
        <w:br/>
        <w:t>vt 0.347748 0.831721</w:t>
        <w:br/>
        <w:t>vt 0.249372 0.856526</w:t>
        <w:br/>
        <w:t>vt 0.244366 0.855170</w:t>
        <w:br/>
        <w:t>vt 0.247117 0.848125</w:t>
        <w:br/>
        <w:t>vt 0.253238 0.850134</w:t>
        <w:br/>
        <w:t>vt 0.239679 0.845648</w:t>
        <w:br/>
        <w:t>vt 0.236162 0.851600</w:t>
        <w:br/>
        <w:t>vt 0.344420 0.843395</w:t>
        <w:br/>
        <w:t>vt 0.347915 0.842993</w:t>
        <w:br/>
        <w:t>vt 0.347800 0.848849</w:t>
        <w:br/>
        <w:t>vt 0.344749 0.849192</w:t>
        <w:br/>
        <w:t>vt 0.353744 0.846420</w:t>
        <w:br/>
        <w:t>vt 0.352490 0.841428</w:t>
        <w:br/>
        <w:t>vt 0.355777 0.839046</w:t>
        <w:br/>
        <w:t>vt 0.358144 0.843062</w:t>
        <w:br/>
        <w:t>vt 0.266306 0.821815</w:t>
        <w:br/>
        <w:t>vt 0.258420 0.824109</w:t>
        <w:br/>
        <w:t>vt 0.258579 0.821361</w:t>
        <w:br/>
        <w:t>vt 0.267161 0.819461</w:t>
        <w:br/>
        <w:t>vt 0.253238 0.850134</w:t>
        <w:br/>
        <w:t>vt 0.247117 0.848125</w:t>
        <w:br/>
        <w:t>vt 0.248151 0.846276</w:t>
        <w:br/>
        <w:t>vt 0.254049 0.848167</w:t>
        <w:br/>
        <w:t>vt 0.242683 0.823911</w:t>
        <w:br/>
        <w:t>vt 0.249481 0.821873</w:t>
        <w:br/>
        <w:t>vt 0.249997 0.824952</w:t>
        <w:br/>
        <w:t>vt 0.243312 0.826398</w:t>
        <w:br/>
        <w:t>vt 0.232728 0.835810</w:t>
        <w:br/>
        <w:t>vt 0.234970 0.835566</w:t>
        <w:br/>
        <w:t>vt 0.235312 0.841273</w:t>
        <w:br/>
        <w:t>vt 0.234532 0.842606</w:t>
        <w:br/>
        <w:t>vt 0.239679 0.845648</w:t>
        <w:br/>
        <w:t>vt 0.240347 0.844053</w:t>
        <w:br/>
        <w:t>vt 0.356896 0.832303</w:t>
        <w:br/>
        <w:t>vt 0.354409 0.837410</w:t>
        <w:br/>
        <w:t>vt 0.355045 0.831944</w:t>
        <w:br/>
        <w:t>vt 0.349465 0.824009</w:t>
        <w:br/>
        <w:t>vt 0.354281 0.826738</w:t>
        <w:br/>
        <w:t>vt 0.353249 0.827842</w:t>
        <w:br/>
        <w:t>vt 0.347188 0.825505</w:t>
        <w:br/>
        <w:t>vt 0.352490 0.841428</w:t>
        <w:br/>
        <w:t>vt 0.350777 0.839437</w:t>
        <w:br/>
        <w:t>vt 0.354409 0.837410</w:t>
        <w:br/>
        <w:t>vt 0.355777 0.839046</w:t>
        <w:br/>
        <w:t>vt 0.335259 0.827471</w:t>
        <w:br/>
        <w:t>vt 0.341131 0.827703</w:t>
        <w:br/>
        <w:t>vt 0.352449 0.829382</w:t>
        <w:br/>
        <w:t>vt 0.346819 0.828098</w:t>
        <w:br/>
        <w:t>vt 0.353380 0.820685</w:t>
        <w:br/>
        <w:t>vt 0.357008 0.824682</w:t>
        <w:br/>
        <w:t>vt 0.247755 0.814205</w:t>
        <w:br/>
        <w:t>vt 0.251965 0.812572</w:t>
        <w:br/>
        <w:t>vt 0.236194 0.830797</w:t>
        <w:br/>
        <w:t>vt 0.233789 0.830583</w:t>
        <w:br/>
        <w:t>vt 0.237212 0.826357</w:t>
        <w:br/>
        <w:t>vt 0.238480 0.827657</w:t>
        <w:br/>
        <w:t>vt 0.341672 0.840515</w:t>
        <w:br/>
        <w:t>vt 0.346180 0.840461</w:t>
        <w:br/>
        <w:t>vt 0.238193 0.832221</w:t>
        <w:br/>
        <w:t>vt 0.236708 0.840152</w:t>
        <w:br/>
        <w:t>vt 0.235312 0.841273</w:t>
        <w:br/>
        <w:t>vt 0.234970 0.835566</w:t>
        <w:br/>
        <w:t>vt 0.236875 0.835863</w:t>
        <w:br/>
        <w:t>vt 0.241896 0.841112</w:t>
        <w:br/>
        <w:t>vt 0.249015 0.842690</w:t>
        <w:br/>
        <w:t>vt 0.257090 0.844821</w:t>
        <w:br/>
        <w:t>vt 0.275019 0.821136</w:t>
        <w:br/>
        <w:t>vt 0.274867 0.818779</w:t>
        <w:br/>
        <w:t>vt 0.254365 0.824999</w:t>
        <w:br/>
        <w:t>vt 0.254174 0.821486</w:t>
        <w:br/>
        <w:t>vt 0.264782 0.810786</w:t>
        <w:br/>
        <w:t>vt 0.272723 0.810268</w:t>
        <w:br/>
        <w:t>vt 0.260619 0.826453</w:t>
        <w:br/>
        <w:t>vt 0.258420 0.824109</w:t>
        <w:br/>
        <w:t>vt 0.266306 0.821815</w:t>
        <w:br/>
        <w:t>vt 0.268537 0.825251</w:t>
        <w:br/>
        <w:t>vt 0.277550 0.826604</w:t>
        <w:br/>
        <w:t>vt 0.279167 0.831144</w:t>
        <w:br/>
        <w:t>vt 0.270689 0.828837</w:t>
        <w:br/>
        <w:t>vt 0.346180 0.840461</w:t>
        <w:br/>
        <w:t>vt 0.341672 0.840515</w:t>
        <w:br/>
        <w:t>vt 0.337989 0.821369</w:t>
        <w:br/>
        <w:t>vt 0.343554 0.822159</w:t>
        <w:br/>
        <w:t>vt 0.341845 0.824218</w:t>
        <w:br/>
        <w:t>vt 0.335643 0.823215</w:t>
        <w:br/>
        <w:t>vt 0.345045 0.817181</w:t>
        <w:br/>
        <w:t>vt 0.347888 0.818143</w:t>
        <w:br/>
        <w:t>vt 0.335643 0.823215</w:t>
        <w:br/>
        <w:t>vt 0.341845 0.824218</w:t>
        <w:br/>
        <w:t>vt 0.327311 0.836356</w:t>
        <w:br/>
        <w:t>vt 0.325589 0.831894</w:t>
        <w:br/>
        <w:t>vt 0.329786 0.831555</w:t>
        <w:br/>
        <w:t>vt 0.331834 0.836007</w:t>
        <w:br/>
        <w:t>vt 0.324547 0.826888</w:t>
        <w:br/>
        <w:t>vt 0.328670 0.827108</w:t>
        <w:br/>
        <w:t>vt 0.324810 0.822532</w:t>
        <w:br/>
        <w:t>vt 0.328911 0.822666</w:t>
        <w:br/>
        <w:t>vt 0.326019 0.819627</w:t>
        <w:br/>
        <w:t>vt 0.330768 0.820089</w:t>
        <w:br/>
        <w:t>vt 0.328911 0.822666</w:t>
        <w:br/>
        <w:t>vt 0.324810 0.822532</w:t>
        <w:br/>
        <w:t>vt 0.332303 0.813924</w:t>
        <w:br/>
        <w:t>vt 0.337772 0.814858</w:t>
        <w:br/>
        <w:t>vt 0.337196 0.849065</w:t>
        <w:br/>
        <w:t>vt 0.331871 0.849845</w:t>
        <w:br/>
        <w:t>vt 0.332139 0.843096</w:t>
        <w:br/>
        <w:t>vt 0.337469 0.843122</w:t>
        <w:br/>
        <w:t>vt 0.329524 0.840104</w:t>
        <w:br/>
        <w:t>vt 0.335235 0.840538</w:t>
        <w:br/>
        <w:t>vt 0.329524 0.840104</w:t>
        <w:br/>
        <w:t>vt 0.335235 0.840538</w:t>
        <w:br/>
        <w:t>vt 0.281279 0.809601</w:t>
        <w:br/>
        <w:t>vt 0.275019 0.821136</w:t>
        <w:br/>
        <w:t>vt 0.256537 0.827394</w:t>
        <w:br/>
        <w:t>vt 0.254365 0.824999</w:t>
        <w:br/>
        <w:t>vt 0.259935 0.845022</w:t>
        <w:br/>
        <w:t>vt 0.258944 0.843476</w:t>
        <w:br/>
        <w:t>vt 0.262369 0.842518</w:t>
        <w:br/>
        <w:t>vt 0.262949 0.843547</w:t>
        <w:br/>
        <w:t>vt 0.257186 0.852287</w:t>
        <w:br/>
        <w:t>vt 0.257894 0.848297</w:t>
        <w:br/>
        <w:t>vt 0.257104 0.858235</w:t>
        <w:br/>
        <w:t>vt 0.257897 0.811589</w:t>
        <w:br/>
        <w:t>vt 0.251047 0.828121</w:t>
        <w:br/>
        <w:t>vt 0.256537 0.827394</w:t>
        <w:br/>
        <w:t>vt 0.257674 0.829326</w:t>
        <w:br/>
        <w:t>vt 0.238480 0.827657</w:t>
        <w:br/>
        <w:t>vt 0.237212 0.826357</w:t>
        <w:br/>
        <w:t>vt 0.237212 0.826357</w:t>
        <w:br/>
        <w:t>vt 0.235807 0.822587</w:t>
        <w:br/>
        <w:t>vt 0.240054 0.817260</w:t>
        <w:br/>
        <w:t>vt 0.234532 0.842606</w:t>
        <w:br/>
        <w:t>vt 0.230872 0.846314</w:t>
        <w:br/>
        <w:t>vt 0.234532 0.842606</w:t>
        <w:br/>
        <w:t>vt 0.235312 0.841273</w:t>
        <w:br/>
        <w:t>vt 0.314372 0.831764</w:t>
        <w:br/>
        <w:t>vt 0.316776 0.837712</w:t>
        <w:br/>
        <w:t>vt 0.311979 0.838256</w:t>
        <w:br/>
        <w:t>vt 0.308667 0.832511</w:t>
        <w:br/>
        <w:t>vt 0.317866 0.852450</w:t>
        <w:br/>
        <w:t>vt 0.310343 0.854206</w:t>
        <w:br/>
        <w:t>vt 0.311989 0.847325</w:t>
        <w:br/>
        <w:t>vt 0.318613 0.845775</w:t>
        <w:br/>
        <w:t>vt 0.321516 0.820416</w:t>
        <w:br/>
        <w:t>vt 0.320228 0.822457</w:t>
        <w:br/>
        <w:t>vt 0.312394 0.819217</w:t>
        <w:br/>
        <w:t>vt 0.311745 0.821681</w:t>
        <w:br/>
        <w:t>vt 0.305661 0.821341</w:t>
        <w:br/>
        <w:t>vt 0.303475 0.818544</w:t>
        <w:br/>
        <w:t>vt 0.314970 0.842721</w:t>
        <w:br/>
        <w:t>vt 0.319043 0.841974</w:t>
        <w:br/>
        <w:t>vt 0.312348 0.826005</w:t>
        <w:br/>
        <w:t>vt 0.306309 0.825969</w:t>
        <w:br/>
        <w:t>vt 0.328073 0.812978</w:t>
        <w:br/>
        <w:t>vt 0.321516 0.820416</w:t>
        <w:br/>
        <w:t>vt 0.317266 0.811039</w:t>
        <w:br/>
        <w:t>vt 0.265145 0.830874</w:t>
        <w:br/>
        <w:t>vt 0.262448 0.828833</w:t>
        <w:br/>
        <w:t>vt 0.270689 0.828837</w:t>
        <w:br/>
        <w:t>vt 0.272944 0.833843</w:t>
        <w:br/>
        <w:t>vt 0.319043 0.841974</w:t>
        <w:br/>
        <w:t>vt 0.314970 0.842721</w:t>
        <w:br/>
        <w:t>vt 0.326476 0.840780</w:t>
        <w:br/>
        <w:t>vt 0.323881 0.836646</w:t>
        <w:br/>
        <w:t>vt 0.243538 0.828374</w:t>
        <w:br/>
        <w:t>vt 0.243312 0.826398</w:t>
        <w:br/>
        <w:t>vt 0.249997 0.824952</w:t>
        <w:br/>
        <w:t>vt 0.282167 0.834607</w:t>
        <w:br/>
        <w:t>vt 0.321771 0.831781</w:t>
        <w:br/>
        <w:t>vt 0.327726 0.849904</w:t>
        <w:br/>
        <w:t>vt 0.328262 0.843199</w:t>
        <w:br/>
        <w:t>vt 0.320272 0.826695</w:t>
        <w:br/>
        <w:t>vt 0.320228 0.822457</w:t>
        <w:br/>
        <w:t>vt 0.326476 0.840780</w:t>
        <w:br/>
        <w:t>vt 0.284560 0.848716</w:t>
        <w:br/>
        <w:t>vt 0.289415 0.846546</w:t>
        <w:br/>
        <w:t>vt 0.289500 0.850391</w:t>
        <w:br/>
        <w:t>vt 0.285372 0.839760</w:t>
        <w:br/>
        <w:t>vt 0.289415 0.846546</w:t>
        <w:br/>
        <w:t>vt 0.284857 0.845616</w:t>
        <w:br/>
        <w:t>vt 0.279374 0.838750</w:t>
        <w:br/>
        <w:t>vt 0.284077 0.859952</w:t>
        <w:br/>
        <w:t>vt 0.275088 0.859580</w:t>
        <w:br/>
        <w:t>vt 0.257576 0.831009</w:t>
        <w:br/>
        <w:t>vt 0.251047 0.828121</w:t>
        <w:br/>
        <w:t>vt 0.298605 0.838814</w:t>
        <w:br/>
        <w:t>vt 0.294260 0.833662</w:t>
        <w:br/>
        <w:t>vt 0.299154 0.833250</w:t>
        <w:br/>
        <w:t>vt 0.304882 0.838642</w:t>
        <w:br/>
        <w:t>vt 0.301787 0.844977</w:t>
        <w:br/>
        <w:t>vt 0.307451 0.844082</w:t>
        <w:br/>
        <w:t>vt 0.301787 0.844977</w:t>
        <w:br/>
        <w:t>vt 0.307451 0.844082</w:t>
        <w:br/>
        <w:t>vt 0.305949 0.849125</w:t>
        <w:br/>
        <w:t>vt 0.300274 0.850562</w:t>
        <w:br/>
        <w:t>vt 0.302756 0.857173</w:t>
        <w:br/>
        <w:t>vt 0.295329 0.858094</w:t>
        <w:br/>
        <w:t>vt 0.292262 0.808869</w:t>
        <w:br/>
        <w:t>vt 0.300293 0.809803</w:t>
        <w:br/>
        <w:t>vt 0.292809 0.817363</w:t>
        <w:br/>
        <w:t>vt 0.282881 0.817733</w:t>
        <w:br/>
        <w:t>vt 0.293189 0.819675</w:t>
        <w:br/>
        <w:t>vt 0.283047 0.820230</w:t>
        <w:br/>
        <w:t>vt 0.289726 0.826513</w:t>
        <w:br/>
        <w:t>vt 0.283047 0.820230</w:t>
        <w:br/>
        <w:t>vt 0.295469 0.826366</w:t>
        <w:br/>
        <w:t>vt 0.292653 0.839409</w:t>
        <w:br/>
        <w:t>vt 0.295326 0.845683</w:t>
        <w:br/>
        <w:t>vt 0.289875 0.833392</w:t>
        <w:br/>
        <w:t>vt 0.286099 0.827800</w:t>
        <w:br/>
        <w:t>vt 0.295326 0.845683</w:t>
        <w:br/>
        <w:t>vt 0.295436 0.851410</w:t>
        <w:br/>
        <w:t>vt 0.290369 0.858365</w:t>
        <w:br/>
        <w:t>vt 0.287316 0.808679</w:t>
        <w:br/>
        <w:t>vt 0.282881 0.817733</w:t>
        <w:br/>
        <w:t>vt 0.243820 0.832542</w:t>
        <w:br/>
        <w:t>vt 0.252034 0.833220</w:t>
        <w:br/>
        <w:t>vt 0.277050 0.840368</w:t>
        <w:br/>
        <w:t>vt 0.280587 0.845596</w:t>
        <w:br/>
        <w:t>vt 0.274039 0.841582</w:t>
        <w:br/>
        <w:t>vt 0.280474 0.849150</w:t>
        <w:br/>
        <w:t>vt 0.280587 0.845596</w:t>
        <w:br/>
        <w:t>vt 0.284857 0.845616</w:t>
        <w:br/>
        <w:t>vt 0.273357 0.847046</w:t>
        <w:br/>
        <w:t>vt 0.272859 0.850028</w:t>
        <w:br/>
        <w:t>vt 0.266047 0.859090</w:t>
        <w:br/>
        <w:t>vt 0.270397 0.842067</w:t>
        <w:br/>
        <w:t>vt 0.271265 0.838305</w:t>
        <w:br/>
        <w:t>vt 0.266025 0.837698</w:t>
        <w:br/>
        <w:t>vt 0.266629 0.840339</w:t>
        <w:br/>
        <w:t>vt 0.261842 0.837974</w:t>
        <w:br/>
        <w:t>vt 0.259340 0.833680</w:t>
        <w:br/>
        <w:t>vt 0.255794 0.835830</w:t>
        <w:br/>
        <w:t>vt 0.266282 0.835692</w:t>
        <w:br/>
        <w:t>vt 0.243086 0.836487</w:t>
        <w:br/>
        <w:t>vt 0.250214 0.837833</w:t>
        <w:br/>
        <w:t>vt 0.270733 0.851093</w:t>
        <w:br/>
        <w:t>vt 0.267954 0.852403</w:t>
        <w:br/>
        <w:t>vt 0.261143 0.853147</w:t>
        <w:br/>
        <w:t>vt 0.263391 0.849919</w:t>
        <w:br/>
        <w:t>vt 0.268426 0.850500</w:t>
        <w:br/>
        <w:t>vt 0.265041 0.847646</w:t>
        <w:br/>
        <w:t>vt 0.268045 0.848402</w:t>
        <w:br/>
        <w:t>vt 0.270978 0.848378</w:t>
        <w:br/>
        <w:t>vt 0.266928 0.842342</w:t>
        <w:br/>
        <w:t>vt 0.269258 0.843740</w:t>
        <w:br/>
        <w:t>vt 0.270397 0.842067</w:t>
        <w:br/>
        <w:t>vt 0.262024 0.841227</w:t>
        <w:br/>
        <w:t>vt 0.261422 0.839259</w:t>
        <w:br/>
        <w:t>vt 0.255674 0.837957</w:t>
        <w:br/>
        <w:t>vt 0.256610 0.841517</w:t>
        <w:br/>
        <w:t>vt 0.264782 0.810786</w:t>
        <w:br/>
        <w:t>vt 0.340952 0.843361</w:t>
        <w:br/>
        <w:t>vt 0.340265 0.848971</w:t>
        <w:br/>
        <w:t>vt 0.339218 0.839736</w:t>
        <w:br/>
        <w:t>vt 0.340952 0.843361</w:t>
        <w:br/>
        <w:t>vt 0.333820 0.820670</w:t>
        <w:br/>
        <w:t>vt 0.331937 0.823314</w:t>
        <w:br/>
        <w:t>vt 0.340644 0.816065</w:t>
        <w:br/>
        <w:t>vt 0.331470 0.826903</w:t>
        <w:br/>
        <w:t>vt 0.334927 0.835890</w:t>
        <w:br/>
        <w:t>vt 0.332347 0.831482</w:t>
        <w:br/>
        <w:t>vt 0.339218 0.839736</w:t>
        <w:br/>
        <w:t>vt 0.312847 0.843006</w:t>
        <w:br/>
        <w:t>vt 0.308971 0.810189</w:t>
        <w:br/>
        <w:t>vt 0.309618 0.838496</w:t>
        <w:br/>
        <w:t>vt 0.312847 0.843006</w:t>
        <w:br/>
        <w:t>vt 0.302768 0.820858</w:t>
        <w:br/>
        <w:t>vt 0.303950 0.826379</w:t>
        <w:br/>
        <w:t>vt 0.302768 0.820858</w:t>
        <w:br/>
        <w:t>vt 0.305661 0.821341</w:t>
        <w:br/>
        <w:t>vt 0.300091 0.827202</w:t>
        <w:br/>
        <w:t>vt 0.293189 0.819675</w:t>
        <w:br/>
        <w:t>vt 0.306560 0.832852</w:t>
        <w:br/>
        <w:t>vt 0.309618 0.838496</w:t>
        <w:br/>
        <w:t>vt 0.323732 0.841386</w:t>
        <w:br/>
        <w:t>vt 0.322523 0.836609</w:t>
        <w:br/>
        <w:t>vt 0.320138 0.831162</w:t>
        <w:br/>
        <w:t>vt 0.318526 0.826297</w:t>
        <w:br/>
        <w:t>vt 0.323732 0.841386</w:t>
        <w:br/>
        <w:t>vt 0.325219 0.844287</w:t>
        <w:br/>
        <w:t>vt 0.323061 0.850560</w:t>
        <w:br/>
        <w:t>vt 0.323118 0.812297</w:t>
        <w:br/>
        <w:t>vt 0.318523 0.819523</w:t>
        <w:br/>
        <w:t>vt 0.318031 0.821962</w:t>
        <w:br/>
        <w:t>vt 0.318031 0.821962</w:t>
        <w:br/>
        <w:t>vt 0.233544 0.819242</w:t>
        <w:br/>
        <w:t>vt 0.311745 0.821681</w:t>
        <w:br/>
        <w:t>vt 0.293911 0.823183</w:t>
        <w:br/>
        <w:t>vt 0.262448 0.828833</w:t>
        <w:br/>
        <w:t>vt 0.267504 0.845871</w:t>
        <w:br/>
        <w:t>vt 0.264274 0.845502</w:t>
        <w:br/>
        <w:t>vt 0.260906 0.847184</w:t>
        <w:br/>
        <w:t>vt 0.260092 0.849651</w:t>
        <w:br/>
        <w:t>vt 0.260906 0.847184</w:t>
        <w:br/>
        <w:t>vt 0.257894 0.848297</w:t>
        <w:br/>
        <w:t>vt 0.267504 0.845871</w:t>
        <w:br/>
        <w:t>vt 0.268045 0.848402</w:t>
        <w:br/>
        <w:t>vt 0.265041 0.847646</w:t>
        <w:br/>
        <w:t>vt 0.264274 0.845502</w:t>
        <w:br/>
        <w:t>vt 0.257576 0.831009</w:t>
        <w:br/>
        <w:t>vt 0.270978 0.848378</w:t>
        <w:br/>
        <w:t>vt 0.270978 0.848378</w:t>
        <w:br/>
        <w:t>vt 0.273357 0.847046</w:t>
        <w:br/>
        <w:t>vt 0.285372 0.839760</w:t>
        <w:br/>
        <w:t>vt 0.689065 0.451808</w:t>
        <w:br/>
        <w:t>vt 0.689065 0.461669</w:t>
        <w:br/>
        <w:t>vt 0.687103 0.461670</w:t>
        <w:br/>
        <w:t>vt 0.687103 0.451808</w:t>
        <w:br/>
        <w:t>vt 0.689065 0.472668</w:t>
        <w:br/>
        <w:t>vt 0.687103 0.472668</w:t>
        <w:br/>
        <w:t>vt 0.689065 0.484600</w:t>
        <w:br/>
        <w:t>vt 0.687103 0.484600</w:t>
        <w:br/>
        <w:t>vt 0.689065 0.495499</w:t>
        <w:br/>
        <w:t>vt 0.687103 0.495499</w:t>
        <w:br/>
        <w:t>vt 0.689065 0.506625</w:t>
        <w:br/>
        <w:t>vt 0.687103 0.506625</w:t>
        <w:br/>
        <w:t>vt 0.689065 0.518282</w:t>
        <w:br/>
        <w:t>vt 0.687103 0.518282</w:t>
        <w:br/>
        <w:t>vt 0.689065 0.529570</w:t>
        <w:br/>
        <w:t>vt 0.687103 0.529570</w:t>
        <w:br/>
        <w:t>vt 0.689065 0.540558</w:t>
        <w:br/>
        <w:t>vt 0.687103 0.540558</w:t>
        <w:br/>
        <w:t>vt 0.689065 0.552439</w:t>
        <w:br/>
        <w:t>vt 0.687103 0.552439</w:t>
        <w:br/>
        <w:t>vt 0.689065 0.561949</w:t>
        <w:br/>
        <w:t>vt 0.687103 0.561949</w:t>
        <w:br/>
        <w:t>vt 0.687103 0.571782</w:t>
        <w:br/>
        <w:t>vt 0.689065 0.571782</w:t>
        <w:br/>
        <w:t>vt 0.687103 0.582628</w:t>
        <w:br/>
        <w:t>vt 0.689065 0.582628</w:t>
        <w:br/>
        <w:t>vt 0.689065 0.593145</w:t>
        <w:br/>
        <w:t>vt 0.687103 0.593145</w:t>
        <w:br/>
        <w:t>vt 0.689065 0.429214</w:t>
        <w:br/>
        <w:t>vt 0.687103 0.429214</w:t>
        <w:br/>
        <w:t>vt 0.687103 0.417742</w:t>
        <w:br/>
        <w:t>vt 0.689065 0.417742</w:t>
        <w:br/>
        <w:t>vt 0.689065 0.440280</w:t>
        <w:br/>
        <w:t>vt 0.687103 0.440281</w:t>
        <w:br/>
        <w:t>vt 0.690983 0.451808</w:t>
        <w:br/>
        <w:t>vt 0.690983 0.461669</w:t>
        <w:br/>
        <w:t>vt 0.689065 0.461669</w:t>
        <w:br/>
        <w:t>vt 0.689065 0.451808</w:t>
        <w:br/>
        <w:t>vt 0.690983 0.472668</w:t>
        <w:br/>
        <w:t>vt 0.689065 0.472668</w:t>
        <w:br/>
        <w:t>vt 0.690983 0.484600</w:t>
        <w:br/>
        <w:t>vt 0.689065 0.484600</w:t>
        <w:br/>
        <w:t>vt 0.690983 0.495499</w:t>
        <w:br/>
        <w:t>vt 0.689065 0.495499</w:t>
        <w:br/>
        <w:t>vt 0.690983 0.506625</w:t>
        <w:br/>
        <w:t>vt 0.689065 0.506625</w:t>
        <w:br/>
        <w:t>vt 0.690983 0.518282</w:t>
        <w:br/>
        <w:t>vt 0.690983 0.529570</w:t>
        <w:br/>
        <w:t>vt 0.690983 0.540558</w:t>
        <w:br/>
        <w:t>vt 0.690983 0.552439</w:t>
        <w:br/>
        <w:t>vt 0.689065 0.552439</w:t>
        <w:br/>
        <w:t>vt 0.690983 0.561949</w:t>
        <w:br/>
        <w:t>vt 0.689065 0.561949</w:t>
        <w:br/>
        <w:t>vt 0.689065 0.571782</w:t>
        <w:br/>
        <w:t>vt 0.690983 0.571782</w:t>
        <w:br/>
        <w:t>vt 0.690983 0.582628</w:t>
        <w:br/>
        <w:t>vt 0.690983 0.593145</w:t>
        <w:br/>
        <w:t>vt 0.689065 0.593145</w:t>
        <w:br/>
        <w:t>vt 0.690983 0.429214</w:t>
        <w:br/>
        <w:t>vt 0.689065 0.429214</w:t>
        <w:br/>
        <w:t>vt 0.689065 0.417742</w:t>
        <w:br/>
        <w:t>vt 0.690983 0.417742</w:t>
        <w:br/>
        <w:t>vt 0.689065 0.440280</w:t>
        <w:br/>
        <w:t>vt 0.690983 0.440280</w:t>
        <w:br/>
        <w:t>vt 0.692914 0.461669</w:t>
        <w:br/>
        <w:t>vt 0.690983 0.461669</w:t>
        <w:br/>
        <w:t>vt 0.690983 0.451808</w:t>
        <w:br/>
        <w:t>vt 0.692914 0.451808</w:t>
        <w:br/>
        <w:t>vt 0.692914 0.472668</w:t>
        <w:br/>
        <w:t>vt 0.690983 0.472668</w:t>
        <w:br/>
        <w:t>vt 0.692914 0.484600</w:t>
        <w:br/>
        <w:t>vt 0.690983 0.484600</w:t>
        <w:br/>
        <w:t>vt 0.692914 0.495499</w:t>
        <w:br/>
        <w:t>vt 0.690983 0.495499</w:t>
        <w:br/>
        <w:t>vt 0.692914 0.506625</w:t>
        <w:br/>
        <w:t>vt 0.690983 0.506625</w:t>
        <w:br/>
        <w:t>vt 0.692914 0.518282</w:t>
        <w:br/>
        <w:t>vt 0.690983 0.518282</w:t>
        <w:br/>
        <w:t>vt 0.692914 0.529570</w:t>
        <w:br/>
        <w:t>vt 0.690983 0.529570</w:t>
        <w:br/>
        <w:t>vt 0.692914 0.540558</w:t>
        <w:br/>
        <w:t>vt 0.690983 0.540558</w:t>
        <w:br/>
        <w:t>vt 0.692914 0.552439</w:t>
        <w:br/>
        <w:t>vt 0.690983 0.552439</w:t>
        <w:br/>
        <w:t>vt 0.690983 0.561949</w:t>
        <w:br/>
        <w:t>vt 0.692914 0.561949</w:t>
        <w:br/>
        <w:t>vt 0.692914 0.571782</w:t>
        <w:br/>
        <w:t>vt 0.690983 0.571782</w:t>
        <w:br/>
        <w:t>vt 0.692914 0.582628</w:t>
        <w:br/>
        <w:t>vt 0.690983 0.582628</w:t>
        <w:br/>
        <w:t>vt 0.692914 0.593145</w:t>
        <w:br/>
        <w:t>vt 0.690983 0.593145</w:t>
        <w:br/>
        <w:t>vt 0.690983 0.417742</w:t>
        <w:br/>
        <w:t>vt 0.692914 0.417742</w:t>
        <w:br/>
        <w:t>vt 0.692914 0.429214</w:t>
        <w:br/>
        <w:t>vt 0.690983 0.429214</w:t>
        <w:br/>
        <w:t>vt 0.690983 0.440280</w:t>
        <w:br/>
        <w:t>vt 0.692914 0.440280</w:t>
        <w:br/>
        <w:t>vt 0.694824 0.461669</w:t>
        <w:br/>
        <w:t>vt 0.692914 0.451808</w:t>
        <w:br/>
        <w:t>vt 0.694824 0.451808</w:t>
        <w:br/>
        <w:t>vt 0.694824 0.472668</w:t>
        <w:br/>
        <w:t>vt 0.692914 0.472668</w:t>
        <w:br/>
        <w:t>vt 0.692914 0.484600</w:t>
        <w:br/>
        <w:t>vt 0.694824 0.484600</w:t>
        <w:br/>
        <w:t>vt 0.694824 0.495499</w:t>
        <w:br/>
        <w:t>vt 0.694824 0.506625</w:t>
        <w:br/>
        <w:t>vt 0.692914 0.506625</w:t>
        <w:br/>
        <w:t>vt 0.694824 0.518282</w:t>
        <w:br/>
        <w:t>vt 0.694824 0.529570</w:t>
        <w:br/>
        <w:t>vt 0.694824 0.540558</w:t>
        <w:br/>
        <w:t>vt 0.694824 0.552439</w:t>
        <w:br/>
        <w:t>vt 0.694824 0.561949</w:t>
        <w:br/>
        <w:t>vt 0.694824 0.571782</w:t>
        <w:br/>
        <w:t>vt 0.694824 0.582628</w:t>
        <w:br/>
        <w:t>vt 0.692914 0.582628</w:t>
        <w:br/>
        <w:t>vt 0.694824 0.593145</w:t>
        <w:br/>
        <w:t>vt 0.692914 0.593145</w:t>
        <w:br/>
        <w:t>vt 0.694824 0.417742</w:t>
        <w:br/>
        <w:t>vt 0.694824 0.429214</w:t>
        <w:br/>
        <w:t>vt 0.692914 0.417742</w:t>
        <w:br/>
        <w:t>vt 0.694824 0.440280</w:t>
        <w:br/>
        <w:t>vt 0.692914 0.440280</w:t>
        <w:br/>
        <w:t>vt 0.696742 0.461669</w:t>
        <w:br/>
        <w:t>vt 0.694824 0.461669</w:t>
        <w:br/>
        <w:t>vt 0.694824 0.451808</w:t>
        <w:br/>
        <w:t>vt 0.696742 0.451808</w:t>
        <w:br/>
        <w:t>vt 0.696742 0.472668</w:t>
        <w:br/>
        <w:t>vt 0.694824 0.472668</w:t>
        <w:br/>
        <w:t>vt 0.696742 0.484600</w:t>
        <w:br/>
        <w:t>vt 0.694824 0.484600</w:t>
        <w:br/>
        <w:t>vt 0.696742 0.495499</w:t>
        <w:br/>
        <w:t>vt 0.696742 0.506625</w:t>
        <w:br/>
        <w:t>vt 0.696742 0.518282</w:t>
        <w:br/>
        <w:t>vt 0.694824 0.529570</w:t>
        <w:br/>
        <w:t>vt 0.696742 0.529570</w:t>
        <w:br/>
        <w:t>vt 0.696742 0.540558</w:t>
        <w:br/>
        <w:t>vt 0.696742 0.552439</w:t>
        <w:br/>
        <w:t>vt 0.694824 0.561949</w:t>
        <w:br/>
        <w:t>vt 0.696742 0.561949</w:t>
        <w:br/>
        <w:t>vt 0.696742 0.571782</w:t>
        <w:br/>
        <w:t>vt 0.694824 0.571782</w:t>
        <w:br/>
        <w:t>vt 0.696742 0.582628</w:t>
        <w:br/>
        <w:t>vt 0.694824 0.582628</w:t>
        <w:br/>
        <w:t>vt 0.696742 0.593145</w:t>
        <w:br/>
        <w:t>vt 0.694824 0.593145</w:t>
        <w:br/>
        <w:t>vt 0.696742 0.417742</w:t>
        <w:br/>
        <w:t>vt 0.696742 0.429214</w:t>
        <w:br/>
        <w:t>vt 0.694824 0.429214</w:t>
        <w:br/>
        <w:t>vt 0.694824 0.417742</w:t>
        <w:br/>
        <w:t>vt 0.696742 0.440280</w:t>
        <w:br/>
        <w:t>vt 0.694824 0.440280</w:t>
        <w:br/>
        <w:t>vt 0.698692 0.461669</w:t>
        <w:br/>
        <w:t>vt 0.696742 0.461669</w:t>
        <w:br/>
        <w:t>vt 0.696742 0.451808</w:t>
        <w:br/>
        <w:t>vt 0.698692 0.451808</w:t>
        <w:br/>
        <w:t>vt 0.698692 0.472668</w:t>
        <w:br/>
        <w:t>vt 0.696742 0.472668</w:t>
        <w:br/>
        <w:t>vt 0.698692 0.461669</w:t>
        <w:br/>
        <w:t>vt 0.698692 0.484600</w:t>
        <w:br/>
        <w:t>vt 0.696742 0.484600</w:t>
        <w:br/>
        <w:t>vt 0.696742 0.495499</w:t>
        <w:br/>
        <w:t>vt 0.698692 0.495499</w:t>
        <w:br/>
        <w:t>vt 0.698692 0.506625</w:t>
        <w:br/>
        <w:t>vt 0.696742 0.506625</w:t>
        <w:br/>
        <w:t>vt 0.698692 0.518282</w:t>
        <w:br/>
        <w:t>vt 0.696742 0.518282</w:t>
        <w:br/>
        <w:t>vt 0.698692 0.529570</w:t>
        <w:br/>
        <w:t>vt 0.698692 0.529570</w:t>
        <w:br/>
        <w:t>vt 0.698692 0.540558</w:t>
        <w:br/>
        <w:t>vt 0.696742 0.540558</w:t>
        <w:br/>
        <w:t>vt 0.698692 0.540558</w:t>
        <w:br/>
        <w:t>vt 0.698692 0.552439</w:t>
        <w:br/>
        <w:t>vt 0.696742 0.552439</w:t>
        <w:br/>
        <w:t>vt 0.698692 0.561949</w:t>
        <w:br/>
        <w:t>vt 0.696742 0.561949</w:t>
        <w:br/>
        <w:t>vt 0.698692 0.571782</w:t>
        <w:br/>
        <w:t>vt 0.696742 0.571782</w:t>
        <w:br/>
        <w:t>vt 0.698692 0.582628</w:t>
        <w:br/>
        <w:t>vt 0.696742 0.582628</w:t>
        <w:br/>
        <w:t>vt 0.696742 0.593145</w:t>
        <w:br/>
        <w:t>vt 0.698692 0.593145</w:t>
        <w:br/>
        <w:t>vt 0.696742 0.429214</w:t>
        <w:br/>
        <w:t>vt 0.696742 0.417742</w:t>
        <w:br/>
        <w:t>vt 0.698692 0.417742</w:t>
        <w:br/>
        <w:t>vt 0.698692 0.429214</w:t>
        <w:br/>
        <w:t>vt 0.698692 0.440280</w:t>
        <w:br/>
        <w:t>vt 0.696742 0.440280</w:t>
        <w:br/>
        <w:t>vt 0.680186 0.482194</w:t>
        <w:br/>
        <w:t>vt 0.680186 0.470284</w:t>
        <w:br/>
        <w:t>vt 0.681212 0.470284</w:t>
        <w:br/>
        <w:t>vt 0.681212 0.482194</w:t>
        <w:br/>
        <w:t>vt 0.680186 0.463652</w:t>
        <w:br/>
        <w:t>vt 0.681212 0.463652</w:t>
        <w:br/>
        <w:t>vt 0.680186 0.449209</w:t>
        <w:br/>
        <w:t>vt 0.681212 0.449209</w:t>
        <w:br/>
        <w:t>vt 0.681212 0.454904</w:t>
        <w:br/>
        <w:t>vt 0.680186 0.454904</w:t>
        <w:br/>
        <w:t>vt 0.680186 0.434517</w:t>
        <w:br/>
        <w:t>vt 0.681212 0.434517</w:t>
        <w:br/>
        <w:t>vt 0.681212 0.441568</w:t>
        <w:br/>
        <w:t>vt 0.680186 0.441568</w:t>
        <w:br/>
        <w:t>vt 0.681212 0.428605</w:t>
        <w:br/>
        <w:t>vt 0.680186 0.428605</w:t>
        <w:br/>
        <w:t>vt 0.680186 0.408554</w:t>
        <w:br/>
        <w:t>vt 0.681212 0.408554</w:t>
        <w:br/>
        <w:t>vt 0.681212 0.415329</w:t>
        <w:br/>
        <w:t>vt 0.680186 0.415329</w:t>
        <w:br/>
        <w:t>vt 0.680186 0.583508</w:t>
        <w:br/>
        <w:t>vt 0.681212 0.583508</w:t>
        <w:br/>
        <w:t>vt 0.681212 0.593117</w:t>
        <w:br/>
        <w:t>vt 0.680186 0.593117</w:t>
        <w:br/>
        <w:t>vt 0.680186 0.482194</w:t>
        <w:br/>
        <w:t>vt 0.679130 0.482194</w:t>
        <w:br/>
        <w:t>vt 0.679130 0.470284</w:t>
        <w:br/>
        <w:t>vt 0.680186 0.470284</w:t>
        <w:br/>
        <w:t>vt 0.679130 0.463652</w:t>
        <w:br/>
        <w:t>vt 0.679130 0.454904</w:t>
        <w:br/>
        <w:t>vt 0.679130 0.449209</w:t>
        <w:br/>
        <w:t>vt 0.679130 0.434517</w:t>
        <w:br/>
        <w:t>vt 0.679130 0.441568</w:t>
        <w:br/>
        <w:t>vt 0.679130 0.428605</w:t>
        <w:br/>
        <w:t>vt 0.679130 0.408554</w:t>
        <w:br/>
        <w:t>vt 0.680186 0.408554</w:t>
        <w:br/>
        <w:t>vt 0.680186 0.415329</w:t>
        <w:br/>
        <w:t>vt 0.679130 0.415329</w:t>
        <w:br/>
        <w:t>vt 0.679130 0.583508</w:t>
        <w:br/>
        <w:t>vt 0.680186 0.583508</w:t>
        <w:br/>
        <w:t>vt 0.680186 0.593117</w:t>
        <w:br/>
        <w:t>vt 0.679130 0.593117</w:t>
        <w:br/>
        <w:t>vt 0.678027 0.470284</w:t>
        <w:br/>
        <w:t>vt 0.679130 0.470284</w:t>
        <w:br/>
        <w:t>vt 0.679130 0.482194</w:t>
        <w:br/>
        <w:t>vt 0.678027 0.482194</w:t>
        <w:br/>
        <w:t>vt 0.678027 0.463652</w:t>
        <w:br/>
        <w:t>vt 0.679130 0.463652</w:t>
        <w:br/>
        <w:t>vt 0.678027 0.454904</w:t>
        <w:br/>
        <w:t>vt 0.678027 0.449209</w:t>
        <w:br/>
        <w:t>vt 0.679130 0.449209</w:t>
        <w:br/>
        <w:t>vt 0.679130 0.454904</w:t>
        <w:br/>
        <w:t>vt 0.678027 0.441568</w:t>
        <w:br/>
        <w:t>vt 0.678027 0.434517</w:t>
        <w:br/>
        <w:t>vt 0.679130 0.434517</w:t>
        <w:br/>
        <w:t>vt 0.679130 0.441568</w:t>
        <w:br/>
        <w:t>vt 0.678027 0.428605</w:t>
        <w:br/>
        <w:t>vt 0.679130 0.428605</w:t>
        <w:br/>
        <w:t>vt 0.678027 0.408554</w:t>
        <w:br/>
        <w:t>vt 0.679130 0.408554</w:t>
        <w:br/>
        <w:t>vt 0.679130 0.415329</w:t>
        <w:br/>
        <w:t>vt 0.678027 0.415329</w:t>
        <w:br/>
        <w:t>vt 0.679130 0.583508</w:t>
        <w:br/>
        <w:t>vt 0.679130 0.593117</w:t>
        <w:br/>
        <w:t>vt 0.678027 0.593117</w:t>
        <w:br/>
        <w:t>vt 0.678027 0.583508</w:t>
        <w:br/>
        <w:t>vt 0.676924 0.470284</w:t>
        <w:br/>
        <w:t>vt 0.678027 0.470284</w:t>
        <w:br/>
        <w:t>vt 0.678027 0.482194</w:t>
        <w:br/>
        <w:t>vt 0.676924 0.482194</w:t>
        <w:br/>
        <w:t>vt 0.676924 0.463652</w:t>
        <w:br/>
        <w:t>vt 0.678027 0.463652</w:t>
        <w:br/>
        <w:t>vt 0.676924 0.454904</w:t>
        <w:br/>
        <w:t>vt 0.676924 0.449209</w:t>
        <w:br/>
        <w:t>vt 0.678027 0.449209</w:t>
        <w:br/>
        <w:t>vt 0.678027 0.454904</w:t>
        <w:br/>
        <w:t>vt 0.676924 0.441568</w:t>
        <w:br/>
        <w:t>vt 0.676924 0.434517</w:t>
        <w:br/>
        <w:t>vt 0.678027 0.434517</w:t>
        <w:br/>
        <w:t>vt 0.678027 0.441568</w:t>
        <w:br/>
        <w:t>vt 0.676924 0.428605</w:t>
        <w:br/>
        <w:t>vt 0.678027 0.428605</w:t>
        <w:br/>
        <w:t>vt 0.678027 0.408554</w:t>
        <w:br/>
        <w:t>vt 0.678027 0.415329</w:t>
        <w:br/>
        <w:t>vt 0.676924 0.415329</w:t>
        <w:br/>
        <w:t>vt 0.676924 0.408554</w:t>
        <w:br/>
        <w:t>vt 0.678027 0.583508</w:t>
        <w:br/>
        <w:t>vt 0.678027 0.593117</w:t>
        <w:br/>
        <w:t>vt 0.676924 0.593117</w:t>
        <w:br/>
        <w:t>vt 0.676924 0.583508</w:t>
        <w:br/>
        <w:t>vt 0.675876 0.482194</w:t>
        <w:br/>
        <w:t>vt 0.675876 0.470284</w:t>
        <w:br/>
        <w:t>vt 0.676924 0.470284</w:t>
        <w:br/>
        <w:t>vt 0.676924 0.482194</w:t>
        <w:br/>
        <w:t>vt 0.675876 0.463652</w:t>
        <w:br/>
        <w:t>vt 0.675876 0.449209</w:t>
        <w:br/>
        <w:t>vt 0.676924 0.449209</w:t>
        <w:br/>
        <w:t>vt 0.676924 0.454904</w:t>
        <w:br/>
        <w:t>vt 0.675876 0.454904</w:t>
        <w:br/>
        <w:t>vt 0.675876 0.441568</w:t>
        <w:br/>
        <w:t>vt 0.675876 0.434517</w:t>
        <w:br/>
        <w:t>vt 0.676924 0.434517</w:t>
        <w:br/>
        <w:t>vt 0.676924 0.441568</w:t>
        <w:br/>
        <w:t>vt 0.675876 0.428605</w:t>
        <w:br/>
        <w:t>vt 0.676924 0.428605</w:t>
        <w:br/>
        <w:t>vt 0.675876 0.415329</w:t>
        <w:br/>
        <w:t>vt 0.675876 0.408554</w:t>
        <w:br/>
        <w:t>vt 0.676924 0.408554</w:t>
        <w:br/>
        <w:t>vt 0.676924 0.415329</w:t>
        <w:br/>
        <w:t>vt 0.676924 0.583508</w:t>
        <w:br/>
        <w:t>vt 0.676924 0.593117</w:t>
        <w:br/>
        <w:t>vt 0.675876 0.593117</w:t>
        <w:br/>
        <w:t>vt 0.675876 0.583508</w:t>
        <w:br/>
        <w:t>vt 0.674864 0.482194</w:t>
        <w:br/>
        <w:t>vt 0.674864 0.470284</w:t>
        <w:br/>
        <w:t>vt 0.675876 0.470284</w:t>
        <w:br/>
        <w:t>vt 0.674864 0.463652</w:t>
        <w:br/>
        <w:t>vt 0.675876 0.463652</w:t>
        <w:br/>
        <w:t>vt 0.674864 0.449209</w:t>
        <w:br/>
        <w:t>vt 0.674864 0.454904</w:t>
        <w:br/>
        <w:t>vt 0.674864 0.441568</w:t>
        <w:br/>
        <w:t>vt 0.674864 0.434517</w:t>
        <w:br/>
        <w:t>vt 0.674864 0.428605</w:t>
        <w:br/>
        <w:t>vt 0.674864 0.415329</w:t>
        <w:br/>
        <w:t>vt 0.674864 0.408554</w:t>
        <w:br/>
        <w:t>vt 0.675876 0.408554</w:t>
        <w:br/>
        <w:t>vt 0.675876 0.415329</w:t>
        <w:br/>
        <w:t>vt 0.674864 0.583508</w:t>
        <w:br/>
        <w:t>vt 0.674864 0.593117</w:t>
        <w:br/>
        <w:t>vt 0.679130 0.423456</w:t>
        <w:br/>
        <w:t>vt 0.680186 0.423456</w:t>
        <w:br/>
        <w:t>vt 0.681212 0.423456</w:t>
        <w:br/>
        <w:t>vt 0.674864 0.423456</w:t>
        <w:br/>
        <w:t>vt 0.675876 0.423456</w:t>
        <w:br/>
        <w:t>vt 0.676924 0.423456</w:t>
        <w:br/>
        <w:t>vt 0.678027 0.423456</w:t>
        <w:br/>
        <w:t>vt 0.678027 0.423456</w:t>
        <w:br/>
        <w:t>vt 0.679130 0.423456</w:t>
        <w:br/>
        <w:t>vt 0.679130 0.526889</w:t>
        <w:br/>
        <w:t>vt 0.680186 0.526889</w:t>
        <w:br/>
        <w:t>vt 0.680186 0.538629</w:t>
        <w:br/>
        <w:t>vt 0.679130 0.538629</w:t>
        <w:br/>
        <w:t>vt 0.681212 0.538629</w:t>
        <w:br/>
        <w:t>vt 0.680186 0.538629</w:t>
        <w:br/>
        <w:t>vt 0.680186 0.526889</w:t>
        <w:br/>
        <w:t>vt 0.681212 0.526889</w:t>
        <w:br/>
        <w:t>vt 0.674864 0.526889</w:t>
        <w:br/>
        <w:t>vt 0.675876 0.526889</w:t>
        <w:br/>
        <w:t>vt 0.675876 0.538629</w:t>
        <w:br/>
        <w:t>vt 0.674864 0.538629</w:t>
        <w:br/>
        <w:t>vt 0.676924 0.526889</w:t>
        <w:br/>
        <w:t>vt 0.676924 0.538629</w:t>
        <w:br/>
        <w:t>vt 0.676924 0.538629</w:t>
        <w:br/>
        <w:t>vt 0.676924 0.526889</w:t>
        <w:br/>
        <w:t>vt 0.678027 0.526889</w:t>
        <w:br/>
        <w:t>vt 0.678027 0.538629</w:t>
        <w:br/>
        <w:t>vt 0.678027 0.538629</w:t>
        <w:br/>
        <w:t>vt 0.678027 0.526889</w:t>
        <w:br/>
        <w:t>vt 0.679130 0.526889</w:t>
        <w:br/>
        <w:t>vt 0.679130 0.538629</w:t>
        <w:br/>
        <w:t>vt 0.679130 0.549811</w:t>
        <w:br/>
        <w:t>vt 0.678027 0.549811</w:t>
        <w:br/>
        <w:t>vt 0.680186 0.549811</w:t>
        <w:br/>
        <w:t>vt 0.679130 0.549811</w:t>
        <w:br/>
        <w:t>vt 0.681212 0.549811</w:t>
        <w:br/>
        <w:t>vt 0.680186 0.549811</w:t>
        <w:br/>
        <w:t>vt 0.675876 0.549811</w:t>
        <w:br/>
        <w:t>vt 0.674864 0.549811</w:t>
        <w:br/>
        <w:t>vt 0.676924 0.549811</w:t>
        <w:br/>
        <w:t>vt 0.678027 0.549811</w:t>
        <w:br/>
        <w:t>vt 0.676924 0.549811</w:t>
        <w:br/>
        <w:t>vt 0.679130 0.560380</w:t>
        <w:br/>
        <w:t>vt 0.678027 0.560380</w:t>
        <w:br/>
        <w:t>vt 0.679130 0.560380</w:t>
        <w:br/>
        <w:t>vt 0.680186 0.560380</w:t>
        <w:br/>
        <w:t>vt 0.680186 0.560380</w:t>
        <w:br/>
        <w:t>vt 0.681212 0.560380</w:t>
        <w:br/>
        <w:t>vt 0.674864 0.560380</w:t>
        <w:br/>
        <w:t>vt 0.675876 0.560380</w:t>
        <w:br/>
        <w:t>vt 0.676924 0.560380</w:t>
        <w:br/>
        <w:t>vt 0.678027 0.560380</w:t>
        <w:br/>
        <w:t>vt 0.676924 0.560380</w:t>
        <w:br/>
        <w:t>vt 0.674864 0.572660</w:t>
        <w:br/>
        <w:t>vt 0.675876 0.572660</w:t>
        <w:br/>
        <w:t>vt 0.676924 0.572660</w:t>
        <w:br/>
        <w:t>vt 0.678027 0.572660</w:t>
        <w:br/>
        <w:t>vt 0.676924 0.572660</w:t>
        <w:br/>
        <w:t>vt 0.679130 0.572660</w:t>
        <w:br/>
        <w:t>vt 0.678027 0.572660</w:t>
        <w:br/>
        <w:t>vt 0.679130 0.572660</w:t>
        <w:br/>
        <w:t>vt 0.680186 0.572660</w:t>
        <w:br/>
        <w:t>vt 0.680186 0.572660</w:t>
        <w:br/>
        <w:t>vt 0.681212 0.572660</w:t>
        <w:br/>
        <w:t>vt 0.679130 0.516254</w:t>
        <w:br/>
        <w:t>vt 0.680186 0.516254</w:t>
        <w:br/>
        <w:t>vt 0.680186 0.516254</w:t>
        <w:br/>
        <w:t>vt 0.681212 0.516254</w:t>
        <w:br/>
        <w:t>vt 0.674864 0.516254</w:t>
        <w:br/>
        <w:t>vt 0.675876 0.516254</w:t>
        <w:br/>
        <w:t>vt 0.676924 0.516254</w:t>
        <w:br/>
        <w:t>vt 0.678027 0.516254</w:t>
        <w:br/>
        <w:t>vt 0.676924 0.516254</w:t>
        <w:br/>
        <w:t>vt 0.679130 0.516254</w:t>
        <w:br/>
        <w:t>vt 0.678027 0.516254</w:t>
        <w:br/>
        <w:t>vt 0.679130 0.505444</w:t>
        <w:br/>
        <w:t>vt 0.680186 0.505444</w:t>
        <w:br/>
        <w:t>vt 0.680186 0.505444</w:t>
        <w:br/>
        <w:t>vt 0.681212 0.505444</w:t>
        <w:br/>
        <w:t>vt 0.675876 0.505444</w:t>
        <w:br/>
        <w:t>vt 0.674864 0.505444</w:t>
        <w:br/>
        <w:t>vt 0.676924 0.505444</w:t>
        <w:br/>
        <w:t>vt 0.678027 0.505444</w:t>
        <w:br/>
        <w:t>vt 0.676924 0.505444</w:t>
        <w:br/>
        <w:t>vt 0.678027 0.505444</w:t>
        <w:br/>
        <w:t>vt 0.679130 0.505444</w:t>
        <w:br/>
        <w:t>vt 0.679130 0.493881</w:t>
        <w:br/>
        <w:t>vt 0.680186 0.493881</w:t>
        <w:br/>
        <w:t>vt 0.680186 0.493881</w:t>
        <w:br/>
        <w:t>vt 0.681212 0.493881</w:t>
        <w:br/>
        <w:t>vt 0.675876 0.493881</w:t>
        <w:br/>
        <w:t>vt 0.674864 0.493881</w:t>
        <w:br/>
        <w:t>vt 0.676924 0.493881</w:t>
        <w:br/>
        <w:t>vt 0.675876 0.493881</w:t>
        <w:br/>
        <w:t>vt 0.678027 0.493881</w:t>
        <w:br/>
        <w:t>vt 0.676924 0.493881</w:t>
        <w:br/>
        <w:t>vt 0.679130 0.493881</w:t>
        <w:br/>
        <w:t>vt 0.448269 0.315201</w:t>
        <w:br/>
        <w:t>vt 0.440342 0.305259</w:t>
        <w:br/>
        <w:t>vt 0.438731 0.309843</w:t>
        <w:br/>
        <w:t>vt 0.446606 0.317078</w:t>
        <w:br/>
        <w:t>vt 0.443499 0.300802</w:t>
        <w:br/>
        <w:t>vt 0.450712 0.314167</w:t>
        <w:br/>
        <w:t>vt 0.448369 0.340184</w:t>
        <w:br/>
        <w:t>vt 0.440337 0.349888</w:t>
        <w:br/>
        <w:t>vt 0.443615 0.354968</w:t>
        <w:br/>
        <w:t>vt 0.450809 0.341267</w:t>
        <w:br/>
        <w:t>vt 0.438542 0.345165</w:t>
        <w:br/>
        <w:t>vt 0.446718 0.338228</w:t>
        <w:br/>
        <w:t>vt 0.445429 0.335859</w:t>
        <w:br/>
        <w:t>vt 0.437678 0.340643</w:t>
        <w:br/>
        <w:t>vt 0.444842 0.333218</w:t>
        <w:br/>
        <w:t>vt 0.437113 0.336307</w:t>
        <w:br/>
        <w:t>vt 0.436973 0.331939</w:t>
        <w:br/>
        <w:t>vt 0.444316 0.330461</w:t>
        <w:br/>
        <w:t>vt 0.444091 0.327620</w:t>
        <w:br/>
        <w:t>vt 0.436810 0.327532</w:t>
        <w:br/>
        <w:t>vt 0.444133 0.324761</w:t>
        <w:br/>
        <w:t>vt 0.436932 0.323158</w:t>
        <w:br/>
        <w:t>vt 0.437070 0.318804</w:t>
        <w:br/>
        <w:t>vt 0.444790 0.322019</w:t>
        <w:br/>
        <w:t>vt 0.437862 0.314301</w:t>
        <w:br/>
        <w:t>vt 0.445500 0.319418</w:t>
        <w:br/>
        <w:t>vt 0.429476 0.302165</w:t>
        <w:br/>
        <w:t>vt 0.429476 0.308002</w:t>
        <w:br/>
        <w:t>vt 0.429476 0.294898</w:t>
        <w:br/>
        <w:t>vt 0.429476 0.353174</w:t>
        <w:br/>
        <w:t>vt 0.429476 0.360063</w:t>
        <w:br/>
        <w:t>vt 0.429476 0.347690</w:t>
        <w:br/>
        <w:t>vt 0.429476 0.342331</w:t>
        <w:br/>
        <w:t>vt 0.429476 0.337288</w:t>
        <w:br/>
        <w:t>vt 0.429476 0.332380</w:t>
        <w:br/>
        <w:t>vt 0.429476 0.327582</w:t>
        <w:br/>
        <w:t>vt 0.429476 0.322762</w:t>
        <w:br/>
        <w:t>vt 0.429476 0.317856</w:t>
        <w:br/>
        <w:t>vt 0.429476 0.312993</w:t>
        <w:br/>
        <w:t>vt 0.440342 0.305259</w:t>
        <w:br/>
        <w:t>vt 0.438731 0.309843</w:t>
        <w:br/>
        <w:t>vt 0.443499 0.300802</w:t>
        <w:br/>
        <w:t>vt 0.440337 0.349888</w:t>
        <w:br/>
        <w:t>vt 0.443615 0.354968</w:t>
        <w:br/>
        <w:t>vt 0.438542 0.345165</w:t>
        <w:br/>
        <w:t>vt 0.437678 0.340643</w:t>
        <w:br/>
        <w:t>vt 0.437113 0.336307</w:t>
        <w:br/>
        <w:t>vt 0.436973 0.331939</w:t>
        <w:br/>
        <w:t>vt 0.436810 0.327532</w:t>
        <w:br/>
        <w:t>vt 0.436932 0.323158</w:t>
        <w:br/>
        <w:t>vt 0.437070 0.318804</w:t>
        <w:br/>
        <w:t>vt 0.437862 0.314301</w:t>
        <w:br/>
        <w:t>vt 0.448269 0.315201</w:t>
        <w:br/>
        <w:t>vt 0.446606 0.317078</w:t>
        <w:br/>
        <w:t>vt 0.450712 0.314167</w:t>
        <w:br/>
        <w:t>vt 0.448369 0.340184</w:t>
        <w:br/>
        <w:t>vt 0.450809 0.341267</w:t>
        <w:br/>
        <w:t>vt 0.446718 0.338228</w:t>
        <w:br/>
        <w:t>vt 0.445429 0.335859</w:t>
        <w:br/>
        <w:t>vt 0.444842 0.333218</w:t>
        <w:br/>
        <w:t>vt 0.444316 0.330461</w:t>
        <w:br/>
        <w:t>vt 0.444091 0.327620</w:t>
        <w:br/>
        <w:t>vt 0.444133 0.324761</w:t>
        <w:br/>
        <w:t>vt 0.444790 0.322019</w:t>
        <w:br/>
        <w:t>vt 0.445500 0.319418</w:t>
        <w:br/>
        <w:t>vt 0.449867 0.327654</w:t>
        <w:br/>
        <w:t>vt 0.449867 0.327654</w:t>
        <w:br/>
        <w:t>vt 0.448269 0.315201</w:t>
        <w:br/>
        <w:t>vt 0.440342 0.305259</w:t>
        <w:br/>
        <w:t>vt 0.438731 0.309843</w:t>
        <w:br/>
        <w:t>vt 0.446606 0.317078</w:t>
        <w:br/>
        <w:t>vt 0.443499 0.300802</w:t>
        <w:br/>
        <w:t>vt 0.450712 0.314167</w:t>
        <w:br/>
        <w:t>vt 0.448369 0.340184</w:t>
        <w:br/>
        <w:t>vt 0.440337 0.349888</w:t>
        <w:br/>
        <w:t>vt 0.443615 0.354968</w:t>
        <w:br/>
        <w:t>vt 0.450809 0.341267</w:t>
        <w:br/>
        <w:t>vt 0.438542 0.345165</w:t>
        <w:br/>
        <w:t>vt 0.446718 0.338228</w:t>
        <w:br/>
        <w:t>vt 0.445429 0.335859</w:t>
        <w:br/>
        <w:t>vt 0.437678 0.340643</w:t>
        <w:br/>
        <w:t>vt 0.444842 0.333218</w:t>
        <w:br/>
        <w:t>vt 0.437113 0.336307</w:t>
        <w:br/>
        <w:t>vt 0.436973 0.331939</w:t>
        <w:br/>
        <w:t>vt 0.444316 0.330461</w:t>
        <w:br/>
        <w:t>vt 0.436810 0.327532</w:t>
        <w:br/>
        <w:t>vt 0.444091 0.327620</w:t>
        <w:br/>
        <w:t>vt 0.444133 0.324761</w:t>
        <w:br/>
        <w:t>vt 0.436932 0.323158</w:t>
        <w:br/>
        <w:t>vt 0.437070 0.318804</w:t>
        <w:br/>
        <w:t>vt 0.444790 0.322019</w:t>
        <w:br/>
        <w:t>vt 0.437862 0.314301</w:t>
        <w:br/>
        <w:t>vt 0.445500 0.319418</w:t>
        <w:br/>
        <w:t>vt 0.429476 0.302165</w:t>
        <w:br/>
        <w:t>vt 0.429476 0.308002</w:t>
        <w:br/>
        <w:t>vt 0.429476 0.294898</w:t>
        <w:br/>
        <w:t>vt 0.429476 0.353174</w:t>
        <w:br/>
        <w:t>vt 0.429476 0.360063</w:t>
        <w:br/>
        <w:t>vt 0.429476 0.347690</w:t>
        <w:br/>
        <w:t>vt 0.429476 0.342331</w:t>
        <w:br/>
        <w:t>vt 0.429476 0.337288</w:t>
        <w:br/>
        <w:t>vt 0.429476 0.332380</w:t>
        <w:br/>
        <w:t>vt 0.429476 0.327582</w:t>
        <w:br/>
        <w:t>vt 0.429476 0.322762</w:t>
        <w:br/>
        <w:t>vt 0.429476 0.317856</w:t>
        <w:br/>
        <w:t>vt 0.429476 0.312993</w:t>
        <w:br/>
        <w:t>vt 0.440342 0.305259</w:t>
        <w:br/>
        <w:t>vt 0.438731 0.309843</w:t>
        <w:br/>
        <w:t>vt 0.443499 0.300802</w:t>
        <w:br/>
        <w:t>vt 0.440337 0.349888</w:t>
        <w:br/>
        <w:t>vt 0.443615 0.354968</w:t>
        <w:br/>
        <w:t>vt 0.438542 0.345165</w:t>
        <w:br/>
        <w:t>vt 0.437678 0.340643</w:t>
        <w:br/>
        <w:t>vt 0.437113 0.336307</w:t>
        <w:br/>
        <w:t>vt 0.436973 0.331939</w:t>
        <w:br/>
        <w:t>vt 0.436810 0.327532</w:t>
        <w:br/>
        <w:t>vt 0.436932 0.323158</w:t>
        <w:br/>
        <w:t>vt 0.437070 0.318804</w:t>
        <w:br/>
        <w:t>vt 0.437862 0.314301</w:t>
        <w:br/>
        <w:t>vt 0.448269 0.315201</w:t>
        <w:br/>
        <w:t>vt 0.446606 0.317078</w:t>
        <w:br/>
        <w:t>vt 0.450712 0.314167</w:t>
        <w:br/>
        <w:t>vt 0.448369 0.340184</w:t>
        <w:br/>
        <w:t>vt 0.450809 0.341267</w:t>
        <w:br/>
        <w:t>vt 0.446718 0.338228</w:t>
        <w:br/>
        <w:t>vt 0.445429 0.335859</w:t>
        <w:br/>
        <w:t>vt 0.444842 0.333218</w:t>
        <w:br/>
        <w:t>vt 0.444316 0.330461</w:t>
        <w:br/>
        <w:t>vt 0.444091 0.327620</w:t>
        <w:br/>
        <w:t>vt 0.444133 0.324761</w:t>
        <w:br/>
        <w:t>vt 0.444790 0.322019</w:t>
        <w:br/>
        <w:t>vt 0.445500 0.319418</w:t>
        <w:br/>
        <w:t>vt 0.449867 0.327654</w:t>
        <w:br/>
        <w:t>vt 0.449867 0.327654</w:t>
        <w:br/>
        <w:t>vt 0.448269 0.315201</w:t>
        <w:br/>
        <w:t>vt 0.440342 0.305259</w:t>
        <w:br/>
        <w:t>vt 0.438731 0.309843</w:t>
        <w:br/>
        <w:t>vt 0.446606 0.317078</w:t>
        <w:br/>
        <w:t>vt 0.443499 0.300802</w:t>
        <w:br/>
        <w:t>vt 0.450712 0.314167</w:t>
        <w:br/>
        <w:t>vt 0.448369 0.340184</w:t>
        <w:br/>
        <w:t>vt 0.440337 0.349888</w:t>
        <w:br/>
        <w:t>vt 0.443615 0.354968</w:t>
        <w:br/>
        <w:t>vt 0.450809 0.341267</w:t>
        <w:br/>
        <w:t>vt 0.446718 0.338228</w:t>
        <w:br/>
        <w:t>vt 0.438542 0.345165</w:t>
        <w:br/>
        <w:t>vt 0.445429 0.335859</w:t>
        <w:br/>
        <w:t>vt 0.437678 0.340643</w:t>
        <w:br/>
        <w:t>vt 0.444842 0.333218</w:t>
        <w:br/>
        <w:t>vt 0.437113 0.336307</w:t>
        <w:br/>
        <w:t>vt 0.436973 0.331939</w:t>
        <w:br/>
        <w:t>vt 0.444316 0.330461</w:t>
        <w:br/>
        <w:t>vt 0.436810 0.327532</w:t>
        <w:br/>
        <w:t>vt 0.444091 0.327620</w:t>
        <w:br/>
        <w:t>vt 0.444133 0.324761</w:t>
        <w:br/>
        <w:t>vt 0.436932 0.323158</w:t>
        <w:br/>
        <w:t>vt 0.437070 0.318804</w:t>
        <w:br/>
        <w:t>vt 0.444790 0.322019</w:t>
        <w:br/>
        <w:t>vt 0.437862 0.314301</w:t>
        <w:br/>
        <w:t>vt 0.445500 0.319418</w:t>
        <w:br/>
        <w:t>vt 0.429476 0.302165</w:t>
        <w:br/>
        <w:t>vt 0.429476 0.308002</w:t>
        <w:br/>
        <w:t>vt 0.429476 0.294898</w:t>
        <w:br/>
        <w:t>vt 0.429476 0.353174</w:t>
        <w:br/>
        <w:t>vt 0.429476 0.360063</w:t>
        <w:br/>
        <w:t>vt 0.429476 0.347690</w:t>
        <w:br/>
        <w:t>vt 0.429476 0.342331</w:t>
        <w:br/>
        <w:t>vt 0.429476 0.337288</w:t>
        <w:br/>
        <w:t>vt 0.429476 0.332380</w:t>
        <w:br/>
        <w:t>vt 0.429476 0.327582</w:t>
        <w:br/>
        <w:t>vt 0.429476 0.322762</w:t>
        <w:br/>
        <w:t>vt 0.429476 0.317856</w:t>
        <w:br/>
        <w:t>vt 0.429476 0.312993</w:t>
        <w:br/>
        <w:t>vt 0.440342 0.305259</w:t>
        <w:br/>
        <w:t>vt 0.438731 0.309843</w:t>
        <w:br/>
        <w:t>vt 0.443499 0.300802</w:t>
        <w:br/>
        <w:t>vt 0.440337 0.349888</w:t>
        <w:br/>
        <w:t>vt 0.443615 0.354968</w:t>
        <w:br/>
        <w:t>vt 0.438542 0.345165</w:t>
        <w:br/>
        <w:t>vt 0.437678 0.340643</w:t>
        <w:br/>
        <w:t>vt 0.437113 0.336307</w:t>
        <w:br/>
        <w:t>vt 0.436973 0.331939</w:t>
        <w:br/>
        <w:t>vt 0.436810 0.327532</w:t>
        <w:br/>
        <w:t>vt 0.436932 0.323158</w:t>
        <w:br/>
        <w:t>vt 0.437070 0.318804</w:t>
        <w:br/>
        <w:t>vt 0.437862 0.314301</w:t>
        <w:br/>
        <w:t>vt 0.448269 0.315201</w:t>
        <w:br/>
        <w:t>vt 0.446606 0.317078</w:t>
        <w:br/>
        <w:t>vt 0.450712 0.314167</w:t>
        <w:br/>
        <w:t>vt 0.448369 0.340184</w:t>
        <w:br/>
        <w:t>vt 0.450809 0.341267</w:t>
        <w:br/>
        <w:t>vt 0.446718 0.338228</w:t>
        <w:br/>
        <w:t>vt 0.445429 0.335859</w:t>
        <w:br/>
        <w:t>vt 0.444842 0.333218</w:t>
        <w:br/>
        <w:t>vt 0.444316 0.330461</w:t>
        <w:br/>
        <w:t>vt 0.444091 0.327620</w:t>
        <w:br/>
        <w:t>vt 0.444133 0.324761</w:t>
        <w:br/>
        <w:t>vt 0.444790 0.322019</w:t>
        <w:br/>
        <w:t>vt 0.445500 0.319418</w:t>
        <w:br/>
        <w:t>vt 0.449867 0.327654</w:t>
        <w:br/>
        <w:t>vt 0.449867 0.327654</w:t>
        <w:br/>
        <w:t>vt 0.747700 0.544200</w:t>
        <w:br/>
        <w:t>vt 0.747700 0.550100</w:t>
        <w:br/>
        <w:t>vt 0.743600 0.550100</w:t>
        <w:br/>
        <w:t>vt 0.743600 0.544200</w:t>
        <w:br/>
        <w:t>vt 0.747700 0.557300</w:t>
        <w:br/>
        <w:t>vt 0.743600 0.557300</w:t>
        <w:br/>
        <w:t>vt 0.747700 0.506700</w:t>
        <w:br/>
        <w:t>vt 0.743600 0.506700</w:t>
        <w:br/>
        <w:t>vt 0.743600 0.500300</w:t>
        <w:br/>
        <w:t>vt 0.747700 0.500300</w:t>
        <w:br/>
        <w:t>vt 0.743600 0.517400</w:t>
        <w:br/>
        <w:t>vt 0.747700 0.517400</w:t>
        <w:br/>
        <w:t>vt 0.747700 0.523800</w:t>
        <w:br/>
        <w:t>vt 0.743600 0.523800</w:t>
        <w:br/>
        <w:t>vt 0.743600 0.530600</w:t>
        <w:br/>
        <w:t>vt 0.747700 0.530600</w:t>
        <w:br/>
        <w:t>vt 0.747700 0.538000</w:t>
        <w:br/>
        <w:t>vt 0.743600 0.538000</w:t>
        <w:br/>
        <w:t>vt 0.751700 0.544200</w:t>
        <w:br/>
        <w:t>vt 0.751700 0.550100</w:t>
        <w:br/>
        <w:t>vt 0.751700 0.557300</w:t>
        <w:br/>
        <w:t>vt 0.751700 0.506700</w:t>
        <w:br/>
        <w:t>vt 0.751700 0.500300</w:t>
        <w:br/>
        <w:t>vt 0.751700 0.517400</w:t>
        <w:br/>
        <w:t>vt 0.751700 0.523800</w:t>
        <w:br/>
        <w:t>vt 0.751700 0.530600</w:t>
        <w:br/>
        <w:t>vt 0.751700 0.538000</w:t>
        <w:br/>
        <w:t>vt 0.754700 0.550100</w:t>
        <w:br/>
        <w:t>vt 0.754700 0.544200</w:t>
        <w:br/>
        <w:t>vt 0.754700 0.557300</w:t>
        <w:br/>
        <w:t>vt 0.754700 0.500300</w:t>
        <w:br/>
        <w:t>vt 0.754700 0.506700</w:t>
        <w:br/>
        <w:t>vt 0.754700 0.517400</w:t>
        <w:br/>
        <w:t>vt 0.754700 0.523800</w:t>
        <w:br/>
        <w:t>vt 0.754700 0.530600</w:t>
        <w:br/>
        <w:t>vt 0.754700 0.538000</w:t>
        <w:br/>
        <w:t>vt 0.733400 0.459500</w:t>
        <w:br/>
        <w:t>vt 0.728500 0.456700</w:t>
        <w:br/>
        <w:t>vt 0.734700 0.455600</w:t>
        <w:br/>
        <w:t>vt 0.732200 0.450900</w:t>
        <w:br/>
        <w:t>vt 0.728100 0.449300</w:t>
        <w:br/>
        <w:t>vt 0.721100 0.453100</w:t>
        <w:br/>
        <w:t>vt 0.720700 0.458000</w:t>
        <w:br/>
        <w:t>vt 0.724200 0.461600</w:t>
        <w:br/>
        <w:t>vt 0.729800 0.462300</w:t>
        <w:br/>
        <w:t>vt 0.743600 0.512300</w:t>
        <w:br/>
        <w:t>vt 0.747700 0.512300</w:t>
        <w:br/>
        <w:t>vt 0.724000 0.450400</w:t>
        <w:br/>
        <w:t>vt 0.751700 0.512300</w:t>
        <w:br/>
        <w:t>vt 0.754700 0.512300</w:t>
        <w:br/>
        <w:t>vt 0.729900 0.475700</w:t>
        <w:br/>
        <w:t>vt 0.733700 0.480000</w:t>
        <w:br/>
        <w:t>vt 0.730000 0.482200</w:t>
        <w:br/>
        <w:t>vt 0.724700 0.480700</w:t>
        <w:br/>
        <w:t>vt 0.722200 0.476900</w:t>
        <w:br/>
        <w:t>vt 0.724300 0.468700</w:t>
        <w:br/>
        <w:t>vt 0.729400 0.467000</w:t>
        <w:br/>
        <w:t>vt 0.733800 0.470300</w:t>
        <w:br/>
        <w:t>vt 0.735600 0.475800</w:t>
        <w:br/>
        <w:t>vt 0.735200 0.544200</w:t>
        <w:br/>
        <w:t>vt 0.735200 0.550100</w:t>
        <w:br/>
        <w:t>vt 0.732900 0.550100</w:t>
        <w:br/>
        <w:t>vt 0.732900 0.544200</w:t>
        <w:br/>
        <w:t>vt 0.735200 0.557300</w:t>
        <w:br/>
        <w:t>vt 0.732900 0.557300</w:t>
        <w:br/>
        <w:t>vt 0.732900 0.506700</w:t>
        <w:br/>
        <w:t>vt 0.732900 0.500300</w:t>
        <w:br/>
        <w:t>vt 0.735200 0.500300</w:t>
        <w:br/>
        <w:t>vt 0.735200 0.506700</w:t>
        <w:br/>
        <w:t>vt 0.732900 0.523800</w:t>
        <w:br/>
        <w:t>vt 0.732900 0.517400</w:t>
        <w:br/>
        <w:t>vt 0.735200 0.517400</w:t>
        <w:br/>
        <w:t>vt 0.735200 0.523800</w:t>
        <w:br/>
        <w:t>vt 0.735200 0.530600</w:t>
        <w:br/>
        <w:t>vt 0.732900 0.530600</w:t>
        <w:br/>
        <w:t>vt 0.735200 0.538000</w:t>
        <w:br/>
        <w:t>vt 0.732900 0.538000</w:t>
        <w:br/>
        <w:t>vt 0.739000 0.544200</w:t>
        <w:br/>
        <w:t>vt 0.739000 0.550100</w:t>
        <w:br/>
        <w:t>vt 0.739000 0.557300</w:t>
        <w:br/>
        <w:t>vt 0.739000 0.500300</w:t>
        <w:br/>
        <w:t>vt 0.739000 0.506700</w:t>
        <w:br/>
        <w:t>vt 0.739000 0.517400</w:t>
        <w:br/>
        <w:t>vt 0.739000 0.523800</w:t>
        <w:br/>
        <w:t>vt 0.739000 0.530600</w:t>
        <w:br/>
        <w:t>vt 0.739000 0.538000</w:t>
        <w:br/>
        <w:t>vt 0.735200 0.512300</w:t>
        <w:br/>
        <w:t>vt 0.732900 0.512300</w:t>
        <w:br/>
        <w:t>vt 0.722600 0.472500</w:t>
        <w:br/>
        <w:t>vt 0.739000 0.512300</w:t>
        <w:br/>
        <w:t>vt 0.167948 0.421952</w:t>
        <w:br/>
        <w:t>vt 0.161838 0.416612</w:t>
        <w:br/>
        <w:t>vt 0.153367 0.419637</w:t>
        <w:br/>
        <w:t>vt 0.153778 0.427583</w:t>
        <w:br/>
        <w:t>vt 0.139639 0.421880</w:t>
        <w:br/>
        <w:t>vt 0.145174 0.415982</w:t>
        <w:br/>
        <w:t>vt 0.142058 0.407813</w:t>
        <w:br/>
        <w:t>vt 0.133820 0.408212</w:t>
        <w:br/>
        <w:t>vt 0.139709 0.394571</w:t>
        <w:br/>
        <w:t>vt 0.145827 0.399906</w:t>
        <w:br/>
        <w:t>vt 0.154290 0.396887</w:t>
        <w:br/>
        <w:t>vt 0.153862 0.388935</w:t>
        <w:br/>
        <w:t>vt 0.168000 0.394614</w:t>
        <w:br/>
        <w:t>vt 0.162483 0.400525</w:t>
        <w:br/>
        <w:t>vt 0.165618 0.408694</w:t>
        <w:br/>
        <w:t>vt 0.173849 0.408292</w:t>
        <w:br/>
        <w:t>vt 0.161838 0.416612</w:t>
        <w:br/>
        <w:t>vt 0.153840 0.408264</w:t>
        <w:br/>
        <w:t>vt 0.153367 0.419637</w:t>
        <w:br/>
        <w:t>vt 0.145174 0.415982</w:t>
        <w:br/>
        <w:t>vt 0.142058 0.407813</w:t>
        <w:br/>
        <w:t>vt 0.145827 0.399906</w:t>
        <w:br/>
        <w:t>vt 0.154290 0.396887</w:t>
        <w:br/>
        <w:t>vt 0.162483 0.400525</w:t>
        <w:br/>
        <w:t>vt 0.165618 0.408694</w:t>
        <w:br/>
        <w:t>vt 0.153367 0.419637</w:t>
        <w:br/>
        <w:t>vt 0.161838 0.416612</w:t>
        <w:br/>
        <w:t>vt 0.167948 0.421952</w:t>
        <w:br/>
        <w:t>vt 0.153778 0.427583</w:t>
        <w:br/>
        <w:t>vt 0.139639 0.421880</w:t>
        <w:br/>
        <w:t>vt 0.145174 0.415982</w:t>
        <w:br/>
        <w:t>vt 0.142058 0.407813</w:t>
        <w:br/>
        <w:t>vt 0.133820 0.408212</w:t>
        <w:br/>
        <w:t>vt 0.139709 0.394571</w:t>
        <w:br/>
        <w:t>vt 0.145827 0.399906</w:t>
        <w:br/>
        <w:t>vt 0.154290 0.396887</w:t>
        <w:br/>
        <w:t>vt 0.153862 0.388935</w:t>
        <w:br/>
        <w:t>vt 0.168000 0.394614</w:t>
        <w:br/>
        <w:t>vt 0.162483 0.400525</w:t>
        <w:br/>
        <w:t>vt 0.165618 0.408694</w:t>
        <w:br/>
        <w:t>vt 0.173849 0.408292</w:t>
        <w:br/>
        <w:t>vt 0.161838 0.416612</w:t>
        <w:br/>
        <w:t>vt 0.153367 0.419637</w:t>
        <w:br/>
        <w:t>vt 0.153840 0.408264</w:t>
        <w:br/>
        <w:t>vt 0.145174 0.415982</w:t>
        <w:br/>
        <w:t>vt 0.142058 0.407813</w:t>
        <w:br/>
        <w:t>vt 0.145827 0.399906</w:t>
        <w:br/>
        <w:t>vt 0.154290 0.396887</w:t>
        <w:br/>
        <w:t>vt 0.162483 0.400525</w:t>
        <w:br/>
        <w:t>vt 0.165618 0.408694</w:t>
        <w:br/>
        <w:t>vt 0.375439 0.498103</w:t>
        <w:br/>
        <w:t>vt 0.375623 0.505662</w:t>
        <w:br/>
        <w:t>vt 0.387048 0.504278</w:t>
        <w:br/>
        <w:t>vt 0.385790 0.495981</w:t>
        <w:br/>
        <w:t>vt 0.384095 0.490119</w:t>
        <w:br/>
        <w:t>vt 0.374974 0.493236</w:t>
        <w:br/>
        <w:t>vt 0.374135 0.490141</w:t>
        <w:br/>
        <w:t>vt 0.356403 0.472964</w:t>
        <w:br/>
        <w:t>vt 0.361172 0.475817</w:t>
        <w:br/>
        <w:t>vt 0.363864 0.468505</w:t>
        <w:br/>
        <w:t>vt 0.375837 0.525007</w:t>
        <w:br/>
        <w:t>vt 0.375313 0.530321</w:t>
        <w:br/>
        <w:t>vt 0.385887 0.531780</w:t>
        <w:br/>
        <w:t>vt 0.387028 0.522549</w:t>
        <w:br/>
        <w:t>vt 0.387724 0.513685</w:t>
        <w:br/>
        <w:t>vt 0.375985 0.514039</w:t>
        <w:br/>
        <w:t>vt 0.376035 0.520319</w:t>
        <w:br/>
        <w:t>vt 0.380522 0.483227</w:t>
        <w:br/>
        <w:t>vt 0.371599 0.484666</w:t>
        <w:br/>
        <w:t>vt 0.373064 0.487350</w:t>
        <w:br/>
        <w:t>vt 0.361036 0.455748</w:t>
        <w:br/>
        <w:t>vt 0.356539 0.463908</w:t>
        <w:br/>
        <w:t>vt 0.370035 0.460416</w:t>
        <w:br/>
        <w:t>vt 0.370386 0.472959</w:t>
        <w:br/>
        <w:t>vt 0.377206 0.464953</w:t>
        <w:br/>
        <w:t>vt 0.376153 0.454986</w:t>
        <w:br/>
        <w:t>vt 0.365058 0.447549</w:t>
        <w:br/>
        <w:t>vt 0.352140 0.451582</w:t>
        <w:br/>
        <w:t>vt 0.354684 0.442986</w:t>
        <w:br/>
        <w:t>vt 0.440023 0.460852</w:t>
        <w:br/>
        <w:t>vt 0.435681 0.469514</w:t>
        <w:br/>
        <w:t>vt 0.443489 0.472505</w:t>
        <w:br/>
        <w:t>vt 0.448009 0.465773</w:t>
        <w:br/>
        <w:t>vt 0.344997 0.448350</w:t>
        <w:br/>
        <w:t>vt 0.346526 0.438929</w:t>
        <w:br/>
        <w:t>vt 0.413044 0.381149</w:t>
        <w:br/>
        <w:t>vt 0.412632 0.383849</w:t>
        <w:br/>
        <w:t>vt 0.421128 0.379393</w:t>
        <w:br/>
        <w:t>vt 0.420988 0.378454</w:t>
        <w:br/>
        <w:t>vt 0.454907 0.617616</w:t>
        <w:br/>
        <w:t>vt 0.446109 0.616964</w:t>
        <w:br/>
        <w:t>vt 0.446625 0.623764</w:t>
        <w:br/>
        <w:t>vt 0.454001 0.623576</w:t>
        <w:br/>
        <w:t>vt 0.459531 0.625908</w:t>
        <w:br/>
        <w:t>vt 0.459478 0.626740</w:t>
        <w:br/>
        <w:t>vt 0.420463 0.380781</w:t>
        <w:br/>
        <w:t>vt 0.415752 0.388134</w:t>
        <w:br/>
        <w:t>vt 0.410594 0.397285</w:t>
        <w:br/>
        <w:t>vt 0.400292 0.392642</w:t>
        <w:br/>
        <w:t>vt 0.395206 0.399472</w:t>
        <w:br/>
        <w:t>vt 0.404283 0.382535</w:t>
        <w:br/>
        <w:t>vt 0.405128 0.380033</w:t>
        <w:br/>
        <w:t>vt 0.398478 0.377675</w:t>
        <w:br/>
        <w:t>vt 0.397352 0.379807</w:t>
        <w:br/>
        <w:t>vt 0.389521 0.380963</w:t>
        <w:br/>
        <w:t>vt 0.391695 0.371345</w:t>
        <w:br/>
        <w:t>vt 0.390671 0.372061</w:t>
        <w:br/>
        <w:t>vt 0.434874 0.629404</w:t>
        <w:br/>
        <w:t>vt 0.439475 0.618397</w:t>
        <w:br/>
        <w:t>vt 0.436771 0.618249</w:t>
        <w:br/>
        <w:t>vt 0.387590 0.389076</w:t>
        <w:br/>
        <w:t>vt 0.376202 0.396678</w:t>
        <w:br/>
        <w:t>vt 0.461407 0.605782</w:t>
        <w:br/>
        <w:t>vt 0.463702 0.610671</w:t>
        <w:br/>
        <w:t>vt 0.471753 0.607003</w:t>
        <w:br/>
        <w:t>vt 0.470256 0.600588</w:t>
        <w:br/>
        <w:t>vt 0.466997 0.615634</w:t>
        <w:br/>
        <w:t>vt 0.473381 0.611835</w:t>
        <w:br/>
        <w:t>vt 0.420748 0.387895</w:t>
        <w:br/>
        <w:t>vt 0.421280 0.380248</w:t>
        <w:br/>
        <w:t>vt 0.420463 0.380781</w:t>
        <w:br/>
        <w:t>vt 0.415752 0.388134</w:t>
        <w:br/>
        <w:t>vt 0.457462 0.616179</w:t>
        <w:br/>
        <w:t>vt 0.460203 0.626096</w:t>
        <w:br/>
        <w:t>vt 0.460635 0.625823</w:t>
        <w:br/>
        <w:t>vt 0.458435 0.615350</w:t>
        <w:br/>
        <w:t>vt 0.455073 0.609750</w:t>
        <w:br/>
        <w:t>vt 0.415705 0.410691</w:t>
        <w:br/>
        <w:t>vt 0.417929 0.404020</w:t>
        <w:br/>
        <w:t>vt 0.417072 0.392384</w:t>
        <w:br/>
        <w:t>vt 0.421377 0.398171</w:t>
        <w:br/>
        <w:t>vt 0.424908 0.394176</w:t>
        <w:br/>
        <w:t>vt 0.420748 0.387895</w:t>
        <w:br/>
        <w:t>vt 0.433607 0.630720</w:t>
        <w:br/>
        <w:t>vt 0.430423 0.624405</w:t>
        <w:br/>
        <w:t>vt 0.426441 0.631910</w:t>
        <w:br/>
        <w:t>vt 0.430967 0.635601</w:t>
        <w:br/>
        <w:t>vt 0.380799 0.364026</w:t>
        <w:br/>
        <w:t>vt 0.382438 0.374272</w:t>
        <w:br/>
        <w:t>vt 0.389051 0.368840</w:t>
        <w:br/>
        <w:t>vt 0.387266 0.362379</w:t>
        <w:br/>
        <w:t>vt 0.425174 0.620538</w:t>
        <w:br/>
        <w:t>vt 0.421552 0.629177</w:t>
        <w:br/>
        <w:t>vt 0.375250 0.364362</w:t>
        <w:br/>
        <w:t>vt 0.375928 0.375700</w:t>
        <w:br/>
        <w:t>vt 0.434374 0.628726</w:t>
        <w:br/>
        <w:t>vt 0.436771 0.618249</w:t>
        <w:br/>
        <w:t>vt 0.433938 0.628697</w:t>
        <w:br/>
        <w:t>vt 0.435402 0.617452</w:t>
        <w:br/>
        <w:t>vt 0.383863 0.377982</w:t>
        <w:br/>
        <w:t>vt 0.389521 0.380963</w:t>
        <w:br/>
        <w:t>vt 0.390671 0.372061</w:t>
        <w:br/>
        <w:t>vt 0.390124 0.371432</w:t>
        <w:br/>
        <w:t>vt 0.376008 0.388731</w:t>
        <w:br/>
        <w:t>vt 0.410985 0.619210</w:t>
        <w:br/>
        <w:t>vt 0.408759 0.627162</w:t>
        <w:br/>
        <w:t>vt 0.416367 0.627905</w:t>
        <w:br/>
        <w:t>vt 0.419060 0.618699</w:t>
        <w:br/>
        <w:t>vt 0.364866 0.363152</w:t>
        <w:br/>
        <w:t>vt 0.364101 0.372272</w:t>
        <w:br/>
        <w:t>vt 0.369544 0.374219</w:t>
        <w:br/>
        <w:t>vt 0.369652 0.363698</w:t>
        <w:br/>
        <w:t>vt 0.363049 0.374258</w:t>
        <w:br/>
        <w:t>vt 0.364849 0.381307</w:t>
        <w:br/>
        <w:t>vt 0.368281 0.379158</w:t>
        <w:br/>
        <w:t>vt 0.363566 0.373622</w:t>
        <w:br/>
        <w:t>vt 0.410963 0.617921</w:t>
        <w:br/>
        <w:t>vt 0.420174 0.611464</w:t>
        <w:br/>
        <w:t>vt 0.418183 0.608756</w:t>
        <w:br/>
        <w:t>vt 0.366339 0.387787</w:t>
        <w:br/>
        <w:t>vt 0.351670 0.368604</w:t>
        <w:br/>
        <w:t>vt 0.357955 0.377185</w:t>
        <w:br/>
        <w:t>vt 0.361083 0.372704</w:t>
        <w:br/>
        <w:t>vt 0.354863 0.364059</w:t>
        <w:br/>
        <w:t>vt 0.408918 0.616910</w:t>
        <w:br/>
        <w:t>vt 0.409775 0.611358</w:t>
        <w:br/>
        <w:t>vt 0.398315 0.616877</w:t>
        <w:br/>
        <w:t>vt 0.400630 0.621175</w:t>
        <w:br/>
        <w:t>vt 0.406481 0.606777</w:t>
        <w:br/>
        <w:t>vt 0.396533 0.612790</w:t>
        <w:br/>
        <w:t>vt 0.353002 0.379668</w:t>
        <w:br/>
        <w:t>vt 0.347489 0.371285</w:t>
        <w:br/>
        <w:t>vt 0.410942 0.617163</w:t>
        <w:br/>
        <w:t>vt 0.418183 0.608756</w:t>
        <w:br/>
        <w:t>vt 0.410564 0.616728</w:t>
        <w:br/>
        <w:t>vt 0.363049 0.374258</w:t>
        <w:br/>
        <w:t>vt 0.362238 0.373994</w:t>
        <w:br/>
        <w:t>vt 0.361503 0.380713</w:t>
        <w:br/>
        <w:t>vt 0.364849 0.381307</w:t>
        <w:br/>
        <w:t>vt 0.421138 0.604853</w:t>
        <w:br/>
        <w:t>vt 0.416632 0.607902</w:t>
        <w:br/>
        <w:t>vt 0.359221 0.390426</w:t>
        <w:br/>
        <w:t>vt 0.363086 0.384441</w:t>
        <w:br/>
        <w:t>vt 0.358114 0.387481</w:t>
        <w:br/>
        <w:t>vt 0.343017 0.373298</w:t>
        <w:br/>
        <w:t>vt 0.338512 0.373284</w:t>
        <w:br/>
        <w:t>vt 0.344158 0.384536</w:t>
        <w:br/>
        <w:t>vt 0.347978 0.381595</w:t>
        <w:br/>
        <w:t>vt 0.387673 0.604269</w:t>
        <w:br/>
        <w:t>vt 0.393034 0.609008</w:t>
        <w:br/>
        <w:t>vt 0.402727 0.601913</w:t>
        <w:br/>
        <w:t>vt 0.398277 0.596617</w:t>
        <w:br/>
        <w:t>vt 0.413038 0.601904</w:t>
        <w:br/>
        <w:t>vt 0.407960 0.596311</w:t>
        <w:br/>
        <w:t>vt 0.416514 0.598603</w:t>
        <w:br/>
        <w:t>vt 0.425889 0.594666</w:t>
        <w:br/>
        <w:t>vt 0.413848 0.585120</w:t>
        <w:br/>
        <w:t>vt 0.410313 0.592392</w:t>
        <w:br/>
        <w:t>vt 0.353961 0.392314</w:t>
        <w:br/>
        <w:t>vt 0.346848 0.393555</w:t>
        <w:br/>
        <w:t>vt 0.347256 0.399673</w:t>
        <w:br/>
        <w:t>vt 0.360295 0.397022</w:t>
        <w:br/>
        <w:t>vt 0.444768 0.456665</w:t>
        <w:br/>
        <w:t>vt 0.451670 0.460216</w:t>
        <w:br/>
        <w:t>vt 0.476651 0.566408</w:t>
        <w:br/>
        <w:t>vt 0.471391 0.563194</w:t>
        <w:br/>
        <w:t>vt 0.468388 0.572330</w:t>
        <w:br/>
        <w:t>vt 0.472789 0.573501</w:t>
        <w:br/>
        <w:t>vt 0.434075 0.454698</w:t>
        <w:br/>
        <w:t>vt 0.439203 0.451353</w:t>
        <w:br/>
        <w:t>vt 0.435970 0.444855</w:t>
        <w:br/>
        <w:t>vt 0.430128 0.447200</w:t>
        <w:br/>
        <w:t>vt 0.471807 0.581827</w:t>
        <w:br/>
        <w:t>vt 0.434184 0.439467</w:t>
        <w:br/>
        <w:t>vt 0.428759 0.434416</w:t>
        <w:br/>
        <w:t>vt 0.428878 0.440646</w:t>
        <w:br/>
        <w:t>vt 0.360201 0.409667</w:t>
        <w:br/>
        <w:t>vt 0.374691 0.410804</w:t>
        <w:br/>
        <w:t>vt 0.441063 0.598014</w:t>
        <w:br/>
        <w:t>vt 0.446032 0.609454</w:t>
        <w:br/>
        <w:t>vt 0.455092 0.596925</w:t>
        <w:br/>
        <w:t>vt 0.429041 0.421244</w:t>
        <w:br/>
        <w:t>vt 0.422216 0.417119</w:t>
        <w:br/>
        <w:t>vt 0.420654 0.425380</w:t>
        <w:br/>
        <w:t>vt 0.428279 0.427741</w:t>
        <w:br/>
        <w:t>vt 0.435516 0.426520</w:t>
        <w:br/>
        <w:t>vt 0.433967 0.421702</w:t>
        <w:br/>
        <w:t>vt 0.470018 0.591763</w:t>
        <w:br/>
        <w:t>vt 0.477218 0.591820</w:t>
        <w:br/>
        <w:t>vt 0.476810 0.587503</w:t>
        <w:br/>
        <w:t>vt 0.471054 0.585843</w:t>
        <w:br/>
        <w:t>vt 0.430136 0.607027</w:t>
        <w:br/>
        <w:t>vt 0.419507 0.560549</w:t>
        <w:br/>
        <w:t>vt 0.414736 0.555501</w:t>
        <w:br/>
        <w:t>vt 0.407701 0.559851</w:t>
        <w:br/>
        <w:t>vt 0.417348 0.573074</w:t>
        <w:br/>
        <w:t>vt 0.405834 0.571289</w:t>
        <w:br/>
        <w:t>vt 0.347740 0.419803</w:t>
        <w:br/>
        <w:t>vt 0.358717 0.421512</w:t>
        <w:br/>
        <w:t>vt 0.347675 0.409469</w:t>
        <w:br/>
        <w:t>vt 0.425853 0.562470</w:t>
        <w:br/>
        <w:t>vt 0.460655 0.571099</w:t>
        <w:br/>
        <w:t>vt 0.465271 0.560001</w:t>
        <w:br/>
        <w:t>vt 0.458749 0.583880</w:t>
        <w:br/>
        <w:t>vt 0.422049 0.450665</w:t>
        <w:br/>
        <w:t>vt 0.428456 0.462413</w:t>
        <w:br/>
        <w:t>vt 0.420323 0.442741</w:t>
        <w:br/>
        <w:t>vt 0.419899 0.433397</w:t>
        <w:br/>
        <w:t>vt 0.409960 0.432944</w:t>
        <w:br/>
        <w:t>vt 0.408977 0.444878</w:t>
        <w:br/>
        <w:t>vt 0.438616 0.611623</w:t>
        <w:br/>
        <w:t>vt 0.410192 0.389101</w:t>
        <w:br/>
        <w:t>vt 0.395082 0.384293</w:t>
        <w:br/>
        <w:t>vt 0.384307 0.382416</w:t>
        <w:br/>
        <w:t>vt 0.369243 0.382987</w:t>
        <w:br/>
        <w:t>vt 0.437385 0.429653</w:t>
        <w:br/>
        <w:t>vt 0.461925 0.556866</w:t>
        <w:br/>
        <w:t>vt 0.449398 0.562751</w:t>
        <w:br/>
        <w:t>vt 0.433038 0.412592</w:t>
        <w:br/>
        <w:t>vt 0.477945 0.599449</w:t>
        <w:br/>
        <w:t>vt 0.399731 0.458502</w:t>
        <w:br/>
        <w:t>vt 0.395261 0.448118</w:t>
        <w:br/>
        <w:t>vt 0.387787 0.462076</w:t>
        <w:br/>
        <w:t>vt 0.389194 0.477154</w:t>
        <w:br/>
        <w:t>vt 0.397094 0.472831</w:t>
        <w:br/>
        <w:t>vt 0.383536 0.470084</w:t>
        <w:br/>
        <w:t>vt 0.424612 0.461003</w:t>
        <w:br/>
        <w:t>vt 0.427196 0.402968</w:t>
        <w:br/>
        <w:t>vt 0.434820 0.406408</w:t>
        <w:br/>
        <w:t>vt 0.436339 0.402576</w:t>
        <w:br/>
        <w:t>vt 0.430083 0.398999</w:t>
        <w:br/>
        <w:t>vt 0.423489 0.409236</w:t>
        <w:br/>
        <w:t>vt 0.350388 0.386018</w:t>
        <w:br/>
        <w:t>vt 0.345658 0.387218</w:t>
        <w:br/>
        <w:t>vt 0.346246 0.390111</w:t>
        <w:br/>
        <w:t>vt 0.352081 0.389264</w:t>
        <w:br/>
        <w:t>vt 0.399991 0.594042</w:t>
        <w:br/>
        <w:t>vt 0.401484 0.591338</w:t>
        <w:br/>
        <w:t>vt 0.404236 0.581488</w:t>
        <w:br/>
        <w:t>vt 0.402492 0.587748</w:t>
        <w:br/>
        <w:t>vt 0.479711 0.607785</w:t>
        <w:br/>
        <w:t>vt 0.437881 0.399522</w:t>
        <w:br/>
        <w:t>vt 0.432394 0.395730</w:t>
        <w:br/>
        <w:t>vt 0.481002 0.610304</w:t>
        <w:br/>
        <w:t>vt 0.449238 0.385308</w:t>
        <w:br/>
        <w:t>vt 0.453794 0.379169</w:t>
        <w:br/>
        <w:t>vt 0.449561 0.377746</w:t>
        <w:br/>
        <w:t>vt 0.445550 0.382196</w:t>
        <w:br/>
        <w:t>vt 0.481478 0.627556</w:t>
        <w:br/>
        <w:t>vt 0.487854 0.624960</w:t>
        <w:br/>
        <w:t>vt 0.483770 0.615443</w:t>
        <w:br/>
        <w:t>vt 0.476535 0.618282</w:t>
        <w:br/>
        <w:t>vt 0.491879 0.636198</w:t>
        <w:br/>
        <w:t>vt 0.485664 0.637551</w:t>
        <w:br/>
        <w:t>vt 0.488146 0.647011</w:t>
        <w:br/>
        <w:t>vt 0.493800 0.646232</w:t>
        <w:br/>
        <w:t>vt 0.489174 0.653032</w:t>
        <w:br/>
        <w:t>vt 0.494584 0.652795</w:t>
        <w:br/>
        <w:t>vt 0.454665 0.370941</w:t>
        <w:br/>
        <w:t>vt 0.457339 0.374648</w:t>
        <w:br/>
        <w:t>vt 0.462940 0.365459</w:t>
        <w:br/>
        <w:t>vt 0.459501 0.363316</w:t>
        <w:br/>
        <w:t>vt 0.471461 0.621530</w:t>
        <w:br/>
        <w:t>vt 0.476461 0.630076</w:t>
        <w:br/>
        <w:t>vt 0.480364 0.639344</w:t>
        <w:br/>
        <w:t>vt 0.483118 0.648417</w:t>
        <w:br/>
        <w:t>vt 0.484262 0.654324</w:t>
        <w:br/>
        <w:t>vt 0.485369 0.674716</w:t>
        <w:br/>
        <w:t>vt 0.489965 0.674996</w:t>
        <w:br/>
        <w:t>vt 0.489549 0.669347</w:t>
        <w:br/>
        <w:t>vt 0.485732 0.670124</w:t>
        <w:br/>
        <w:t>vt 0.470481 0.337423</w:t>
        <w:br/>
        <w:t>vt 0.472046 0.337774</w:t>
        <w:br/>
        <w:t>vt 0.469664 0.333501</w:t>
        <w:br/>
        <w:t>vt 0.450937 0.367517</w:t>
        <w:br/>
        <w:t>vt 0.455619 0.360505</w:t>
        <w:br/>
        <w:t>vt 0.427971 0.391496</w:t>
        <w:br/>
        <w:t>vt 0.467674 0.347926</w:t>
        <w:br/>
        <w:t>vt 0.463638 0.346248</w:t>
        <w:br/>
        <w:t>vt 0.460128 0.352907</w:t>
        <w:br/>
        <w:t>vt 0.463864 0.355284</w:t>
        <w:br/>
        <w:t>vt 0.423768 0.386127</w:t>
        <w:br/>
        <w:t>vt 0.422416 0.380162</w:t>
        <w:br/>
        <w:t>vt 0.434363 0.370953</w:t>
        <w:br/>
        <w:t>vt 0.438275 0.375031</w:t>
        <w:br/>
        <w:t>vt 0.441630 0.371265</w:t>
        <w:br/>
        <w:t>vt 0.438103 0.367295</w:t>
        <w:br/>
        <w:t>vt 0.468859 0.639798</w:t>
        <w:br/>
        <w:t>vt 0.474253 0.637921</w:t>
        <w:br/>
        <w:t>vt 0.472324 0.633349</w:t>
        <w:br/>
        <w:t>vt 0.467433 0.635853</w:t>
        <w:br/>
        <w:t>vt 0.463699 0.629253</w:t>
        <w:br/>
        <w:t>vt 0.467516 0.624404</w:t>
        <w:br/>
        <w:t>vt 0.430574 0.381969</w:t>
        <w:br/>
        <w:t>vt 0.427042 0.377225</w:t>
        <w:br/>
        <w:t>vt 0.470248 0.643974</w:t>
        <w:br/>
        <w:t>vt 0.473414 0.653044</w:t>
        <w:br/>
        <w:t>vt 0.478707 0.650374</w:t>
        <w:br/>
        <w:t>vt 0.475374 0.641324</w:t>
        <w:br/>
        <w:t>vt 0.446610 0.364873</w:t>
        <w:br/>
        <w:t>vt 0.451424 0.358233</w:t>
        <w:br/>
        <w:t>vt 0.447713 0.355736</w:t>
        <w:br/>
        <w:t>vt 0.441275 0.363617</w:t>
        <w:br/>
        <w:t>vt 0.462623 0.620132</w:t>
        <w:br/>
        <w:t>vt 0.478898 0.635335</w:t>
        <w:br/>
        <w:t>vt 0.479684 0.655535</w:t>
        <w:br/>
        <w:t>vt 0.481585 0.670693</w:t>
        <w:br/>
        <w:t>vt 0.481147 0.675354</w:t>
        <w:br/>
        <w:t>vt 0.423768 0.386127</w:t>
        <w:br/>
        <w:t>vt 0.460246 0.344119</w:t>
        <w:br/>
        <w:t>vt 0.456080 0.350917</w:t>
        <w:br/>
        <w:t>vt 0.489599 0.663564</w:t>
        <w:br/>
        <w:t>vt 0.494478 0.663900</w:t>
        <w:br/>
        <w:t>vt 0.485469 0.663817</w:t>
        <w:br/>
        <w:t>vt 0.481339 0.665299</w:t>
        <w:br/>
        <w:t>vt 0.493077 0.670603</w:t>
        <w:br/>
        <w:t>vt 0.478837 0.672842</w:t>
        <w:br/>
        <w:t>vt 0.474510 0.657789</w:t>
        <w:br/>
        <w:t>vt 0.476817 0.667283</w:t>
        <w:br/>
        <w:t>vt 0.483795 0.632817</w:t>
        <w:br/>
        <w:t>vt 0.490353 0.631094</w:t>
        <w:br/>
        <w:t>vt 0.451021 0.351362</w:t>
        <w:br/>
        <w:t>vt 0.455163 0.352431</w:t>
        <w:br/>
        <w:t>vt 0.466034 0.359529</w:t>
        <w:br/>
        <w:t>vt 0.462226 0.358756</w:t>
        <w:br/>
        <w:t>vt 0.458156 0.356308</w:t>
        <w:br/>
        <w:t>vt 0.454241 0.353824</w:t>
        <w:br/>
        <w:t>vt 0.470374 0.349056</w:t>
        <w:br/>
        <w:t>vt 0.470481 0.337423</w:t>
        <w:br/>
        <w:t>vt 0.470157 0.342205</w:t>
        <w:br/>
        <w:t>vt 0.472207 0.342626</w:t>
        <w:br/>
        <w:t>vt 0.463489 0.339047</w:t>
        <w:br/>
        <w:t>vt 0.461313 0.336819</w:t>
        <w:br/>
        <w:t>vt 0.457162 0.342230</w:t>
        <w:br/>
        <w:t>vt 0.467930 0.338458</w:t>
        <w:br/>
        <w:t>vt 0.466179 0.341623</w:t>
        <w:br/>
        <w:t>vt 0.464652 0.334438</w:t>
        <w:br/>
        <w:t>vt 0.465956 0.335582</w:t>
        <w:br/>
        <w:t>vt 0.422058 0.361438</w:t>
        <w:br/>
        <w:t>vt 0.421836 0.353768</w:t>
        <w:br/>
        <w:t>vt 0.416411 0.354803</w:t>
        <w:br/>
        <w:t>vt 0.416022 0.361669</w:t>
        <w:br/>
        <w:t>vt 0.454546 0.641145</w:t>
        <w:br/>
        <w:t>vt 0.460384 0.640569</w:t>
        <w:br/>
        <w:t>vt 0.459746 0.631737</w:t>
        <w:br/>
        <w:t>vt 0.453410 0.630178</w:t>
        <w:br/>
        <w:t>vt 0.456774 0.669336</w:t>
        <w:br/>
        <w:t>vt 0.463211 0.669312</w:t>
        <w:br/>
        <w:t>vt 0.462342 0.661725</w:t>
        <w:br/>
        <w:t>vt 0.456271 0.662805</w:t>
        <w:br/>
        <w:t>vt 0.421529 0.313397</w:t>
        <w:br/>
        <w:t>vt 0.417273 0.313175</w:t>
        <w:br/>
        <w:t>vt 0.417559 0.324179</w:t>
        <w:br/>
        <w:t>vt 0.421766 0.326918</w:t>
        <w:br/>
        <w:t>vt 0.422233 0.335550</w:t>
        <w:br/>
        <w:t>vt 0.417813 0.328272</w:t>
        <w:br/>
        <w:t>vt 0.417705 0.335129</w:t>
        <w:br/>
        <w:t>vt 0.447355 0.630774</w:t>
        <w:br/>
        <w:t>vt 0.448423 0.641896</w:t>
        <w:br/>
        <w:t>vt 0.450472 0.663144</w:t>
        <w:br/>
        <w:t>vt 0.451078 0.669752</w:t>
        <w:br/>
        <w:t>vt 0.452549 0.688745</w:t>
        <w:br/>
        <w:t>vt 0.453401 0.695046</w:t>
        <w:br/>
        <w:t>vt 0.456814 0.692954</w:t>
        <w:br/>
        <w:t>vt 0.457173 0.688915</w:t>
        <w:br/>
        <w:t>vt 0.412947 0.313765</w:t>
        <w:br/>
        <w:t>vt 0.412894 0.324595</w:t>
        <w:br/>
        <w:t>vt 0.412933 0.327624</w:t>
        <w:br/>
        <w:t>vt 0.412683 0.334251</w:t>
        <w:br/>
        <w:t>vt 0.410262 0.360486</w:t>
        <w:br/>
        <w:t>vt 0.407966 0.370852</w:t>
        <w:br/>
        <w:t>vt 0.414275 0.371864</w:t>
        <w:br/>
        <w:t>vt 0.405721 0.353432</w:t>
        <w:br/>
        <w:t>vt 0.400508 0.350933</w:t>
        <w:br/>
        <w:t>vt 0.398687 0.356388</w:t>
        <w:br/>
        <w:t>vt 0.404871 0.359036</w:t>
        <w:br/>
        <w:t>vt 0.443058 0.648303</w:t>
        <w:br/>
        <w:t>vt 0.442537 0.643175</w:t>
        <w:br/>
        <w:t>vt 0.437431 0.644423</w:t>
        <w:br/>
        <w:t>vt 0.437370 0.649899</w:t>
        <w:br/>
        <w:t>vt 0.441250 0.631935</w:t>
        <w:br/>
        <w:t>vt 0.435848 0.636072</w:t>
        <w:br/>
        <w:t>vt 0.396058 0.365068</w:t>
        <w:br/>
        <w:t>vt 0.402195 0.369158</w:t>
        <w:br/>
        <w:t>vt 0.403765 0.313874</w:t>
        <w:br/>
        <w:t>vt 0.403190 0.326799</w:t>
        <w:br/>
        <w:t>vt 0.407855 0.324314</w:t>
        <w:br/>
        <w:t>vt 0.408563 0.313306</w:t>
        <w:br/>
        <w:t>vt 0.440263 0.672306</w:t>
        <w:br/>
        <w:t>vt 0.443266 0.683488</w:t>
        <w:br/>
        <w:t>vt 0.447808 0.681852</w:t>
        <w:br/>
        <w:t>vt 0.445864 0.670096</w:t>
        <w:br/>
        <w:t>vt 0.445324 0.664720</w:t>
        <w:br/>
        <w:t>vt 0.439451 0.665814</w:t>
        <w:br/>
        <w:t>vt 0.407716 0.327635</w:t>
        <w:br/>
        <w:t>vt 0.402457 0.333789</w:t>
        <w:br/>
        <w:t>vt 0.407502 0.334323</w:t>
        <w:br/>
        <w:t>vt 0.448771 0.647009</w:t>
        <w:br/>
        <w:t>vt 0.445324 0.664720</w:t>
        <w:br/>
        <w:t>vt 0.445864 0.670096</w:t>
        <w:br/>
        <w:t>vt 0.449133 0.689339</w:t>
        <w:br/>
        <w:t>vt 0.448798 0.693824</w:t>
        <w:br/>
        <w:t>vt 0.401039 0.345414</w:t>
        <w:br/>
        <w:t>vt 0.406464 0.349068</w:t>
        <w:br/>
        <w:t>vt 0.406778 0.344443</w:t>
        <w:br/>
        <w:t>vt 0.444032 0.652771</w:t>
        <w:br/>
        <w:t>vt 0.438163 0.655035</w:t>
        <w:br/>
        <w:t>vt 0.411702 0.349393</w:t>
        <w:br/>
        <w:t>vt 0.412153 0.344267</w:t>
        <w:br/>
        <w:t>vt 0.449475 0.651713</w:t>
        <w:br/>
        <w:t>vt 0.455338 0.650572</w:t>
        <w:br/>
        <w:t>vt 0.455057 0.645990</w:t>
        <w:br/>
        <w:t>vt 0.452213 0.680943</w:t>
        <w:br/>
        <w:t>vt 0.457139 0.681149</w:t>
        <w:br/>
        <w:t>vt 0.462443 0.681381</w:t>
        <w:br/>
        <w:t>vt 0.460624 0.689339</w:t>
        <w:br/>
        <w:t>vt 0.446003 0.690679</w:t>
        <w:br/>
        <w:t>vt 0.461726 0.646354</w:t>
        <w:br/>
        <w:t>vt 0.411156 0.354162</w:t>
        <w:br/>
        <w:t>vt 0.415470 0.301552</w:t>
        <w:br/>
        <w:t>vt 0.416733 0.306183</w:t>
        <w:br/>
        <w:t>vt 0.420023 0.304410</w:t>
        <w:br/>
        <w:t>vt 0.417085 0.299732</w:t>
        <w:br/>
        <w:t>vt 0.408666 0.306406</w:t>
        <w:br/>
        <w:t>vt 0.405225 0.305098</w:t>
        <w:br/>
        <w:t>vt 0.461696 0.651322</w:t>
        <w:br/>
        <w:t>vt 0.409628 0.301892</w:t>
        <w:br/>
        <w:t>vt 0.407463 0.300746</w:t>
        <w:br/>
        <w:t>vt 0.386835 0.354657</w:t>
        <w:br/>
        <w:t>vt 0.386721 0.348858</w:t>
        <w:br/>
        <w:t>vt 0.380444 0.350386</w:t>
        <w:br/>
        <w:t>vt 0.380429 0.355808</w:t>
        <w:br/>
        <w:t>vt 0.423254 0.639978</w:t>
        <w:br/>
        <w:t>vt 0.428348 0.642996</w:t>
        <w:br/>
        <w:t>vt 0.419924 0.652104</w:t>
        <w:br/>
        <w:t>vt 0.424931 0.654392</w:t>
        <w:br/>
        <w:t>vt 0.426626 0.648479</w:t>
        <w:br/>
        <w:t>vt 0.421709 0.646286</w:t>
        <w:br/>
        <w:t>vt 0.415796 0.669402</w:t>
        <w:br/>
        <w:t>vt 0.419655 0.670535</w:t>
        <w:br/>
        <w:t>vt 0.420947 0.665367</w:t>
        <w:br/>
        <w:t>vt 0.416922 0.664133</w:t>
        <w:br/>
        <w:t>vt 0.383451 0.325884</w:t>
        <w:br/>
        <w:t>vt 0.382553 0.331554</w:t>
        <w:br/>
        <w:t>vt 0.388427 0.331277</w:t>
        <w:br/>
        <w:t>vt 0.389028 0.326088</w:t>
        <w:br/>
        <w:t>vt 0.387002 0.342707</w:t>
        <w:br/>
        <w:t>vt 0.381471 0.339943</w:t>
        <w:br/>
        <w:t>vt 0.380764 0.345979</w:t>
        <w:br/>
        <w:t>vt 0.418445 0.638261</w:t>
        <w:br/>
        <w:t>vt 0.416395 0.644382</w:t>
        <w:br/>
        <w:t>vt 0.414707 0.650705</w:t>
        <w:br/>
        <w:t>vt 0.411913 0.662837</w:t>
        <w:br/>
        <w:t>vt 0.411039 0.668434</w:t>
        <w:br/>
        <w:t>vt 0.412165 0.689092</w:t>
        <w:br/>
        <w:t>vt 0.412148 0.684556</w:t>
        <w:br/>
        <w:t>vt 0.408457 0.683787</w:t>
        <w:br/>
        <w:t>vt 0.407454 0.690707</w:t>
        <w:br/>
        <w:t>vt 0.378474 0.324850</w:t>
        <w:br/>
        <w:t>vt 0.377328 0.330412</w:t>
        <w:br/>
        <w:t>vt 0.375239 0.345235</w:t>
        <w:br/>
        <w:t>vt 0.376005 0.338916</w:t>
        <w:br/>
        <w:t>vt 0.374984 0.355664</w:t>
        <w:br/>
        <w:t>vt 0.374965 0.350099</w:t>
        <w:br/>
        <w:t>vt 0.379341 0.320770</w:t>
        <w:br/>
        <w:t>vt 0.384025 0.322505</w:t>
        <w:br/>
        <w:t>vt 0.385400 0.315891</w:t>
        <w:br/>
        <w:t>vt 0.380517 0.315040</w:t>
        <w:br/>
        <w:t>vt 0.369935 0.349018</w:t>
        <w:br/>
        <w:t>vt 0.365425 0.347395</w:t>
        <w:br/>
        <w:t>vt 0.365073 0.354371</w:t>
        <w:br/>
        <w:t>vt 0.369877 0.354564</w:t>
        <w:br/>
        <w:t>vt 0.410862 0.642587</w:t>
        <w:br/>
        <w:t>vt 0.412947 0.636523</w:t>
        <w:br/>
        <w:t>vt 0.405766 0.634805</w:t>
        <w:br/>
        <w:t>vt 0.403836 0.640957</w:t>
        <w:br/>
        <w:t>vt 0.373883 0.322765</w:t>
        <w:br/>
        <w:t>vt 0.370506 0.321591</w:t>
        <w:br/>
        <w:t>vt 0.369462 0.327148</w:t>
        <w:br/>
        <w:t>vt 0.372864 0.328323</w:t>
        <w:br/>
        <w:t>vt 0.399269 0.666585</w:t>
        <w:br/>
        <w:t>vt 0.405809 0.667859</w:t>
        <w:br/>
        <w:t>vt 0.406632 0.661690</w:t>
        <w:br/>
        <w:t>vt 0.400089 0.660841</w:t>
        <w:br/>
        <w:t>vt 0.409212 0.649084</w:t>
        <w:br/>
        <w:t>vt 0.402057 0.647966</w:t>
        <w:br/>
        <w:t>vt 0.366636 0.339984</w:t>
        <w:br/>
        <w:t>vt 0.370251 0.345246</w:t>
        <w:br/>
        <w:t>vt 0.370718 0.339741</w:t>
        <w:br/>
        <w:t>vt 0.403029 0.688400</w:t>
        <w:br/>
        <w:t>vt 0.404860 0.683299</w:t>
        <w:br/>
        <w:t>vt 0.376034 0.313194</w:t>
        <w:br/>
        <w:t>vt 0.374385 0.320124</w:t>
        <w:br/>
        <w:t>vt 0.414027 0.678839</w:t>
        <w:br/>
        <w:t>vt 0.417147 0.680115</w:t>
        <w:br/>
        <w:t>vt 0.409528 0.677093</w:t>
        <w:br/>
        <w:t>vt 0.404871 0.676560</w:t>
        <w:br/>
        <w:t>vt 0.414713 0.685930</w:t>
        <w:br/>
        <w:t>vt 0.400493 0.684318</w:t>
        <w:br/>
        <w:t>vt 0.399243 0.676530</w:t>
        <w:br/>
        <w:t>vt 0.373141 0.312199</w:t>
        <w:br/>
        <w:t>vt 0.391031 0.316181</w:t>
        <w:br/>
        <w:t>vt 0.391264 0.309501</w:t>
        <w:br/>
        <w:t>vt 0.386201 0.309774</w:t>
        <w:br/>
        <w:t>vt 0.378492 0.307095</w:t>
        <w:br/>
        <w:t>vt 0.376146 0.304892</w:t>
        <w:br/>
        <w:t>vt 0.379608 0.301546</w:t>
        <w:br/>
        <w:t>vt 0.381155 0.303382</w:t>
        <w:br/>
        <w:t>vt 0.351841 0.360382</w:t>
        <w:br/>
        <w:t>vt 0.348480 0.363897</w:t>
        <w:br/>
        <w:t>vt 0.384519 0.631011</w:t>
        <w:br/>
        <w:t>vt 0.387740 0.634090</w:t>
        <w:br/>
        <w:t>vt 0.390870 0.630210</w:t>
        <w:br/>
        <w:t>vt 0.387829 0.626715</w:t>
        <w:br/>
        <w:t>vt 0.348665 0.352005</w:t>
        <w:br/>
        <w:t>vt 0.346606 0.347585</w:t>
        <w:br/>
        <w:t>vt 0.342695 0.350126</w:t>
        <w:br/>
        <w:t>vt 0.343996 0.353701</w:t>
        <w:br/>
        <w:t>vt 0.392111 0.616373</w:t>
        <w:br/>
        <w:t>vt 0.388449 0.619747</w:t>
        <w:br/>
        <w:t>vt 0.391808 0.622553</w:t>
        <w:br/>
        <w:t>vt 0.395167 0.619506</w:t>
        <w:br/>
        <w:t>vt 0.384348 0.624100</w:t>
        <w:br/>
        <w:t>vt 0.380917 0.628409</w:t>
        <w:br/>
        <w:t>vt 0.374319 0.640294</w:t>
        <w:br/>
        <w:t>vt 0.372852 0.645216</w:t>
        <w:br/>
        <w:t>vt 0.376790 0.645000</w:t>
        <w:br/>
        <w:t>vt 0.377188 0.641946</w:t>
        <w:br/>
        <w:t>vt 0.338292 0.351458</w:t>
        <w:br/>
        <w:t>vt 0.339499 0.355289</w:t>
        <w:br/>
        <w:t>vt 0.337367 0.348667</w:t>
        <w:br/>
        <w:t>vt 0.341831 0.347512</w:t>
        <w:br/>
        <w:t>vt 0.340305 0.342636</w:t>
        <w:br/>
        <w:t>vt 0.336144 0.344510</w:t>
        <w:br/>
        <w:t>vt 0.339910 0.368214</w:t>
        <w:br/>
        <w:t>vt 0.335876 0.368602</w:t>
        <w:br/>
        <w:t>vt 0.388728 0.612967</w:t>
        <w:br/>
        <w:t>vt 0.383662 0.608320</w:t>
        <w:br/>
        <w:t>vt 0.332415 0.358433</w:t>
        <w:br/>
        <w:t>vt 0.334914 0.356996</w:t>
        <w:br/>
        <w:t>vt 0.333846 0.352973</w:t>
        <w:br/>
        <w:t>vt 0.331295 0.353313</w:t>
        <w:br/>
        <w:t>vt 0.377977 0.625906</w:t>
        <w:br/>
        <w:t>vt 0.381194 0.621190</w:t>
        <w:br/>
        <w:t>vt 0.375994 0.617482</w:t>
        <w:br/>
        <w:t>vt 0.372544 0.622883</w:t>
        <w:br/>
        <w:t>vt 0.385222 0.616413</w:t>
        <w:br/>
        <w:t>vt 0.380214 0.612019</w:t>
        <w:br/>
        <w:t>vt 0.334336 0.364268</w:t>
        <w:br/>
        <w:t>vt 0.338233 0.365205</w:t>
        <w:br/>
        <w:t>vt 0.336994 0.362174</w:t>
        <w:br/>
        <w:t>vt 0.371689 0.638756</w:t>
        <w:br/>
        <w:t>vt 0.368887 0.642210</w:t>
        <w:br/>
        <w:t>vt 0.342581 0.362738</w:t>
        <w:br/>
        <w:t>vt 0.341248 0.359789</w:t>
        <w:br/>
        <w:t>vt 0.332036 0.345290</w:t>
        <w:br/>
        <w:t>vt 0.333271 0.350992</w:t>
        <w:br/>
        <w:t>vt 0.379842 0.637504</w:t>
        <w:br/>
        <w:t>vt 0.382648 0.639844</w:t>
        <w:br/>
        <w:t>vt 0.376842 0.635264</w:t>
        <w:br/>
        <w:t>vt 0.373832 0.633695</w:t>
        <w:br/>
        <w:t>vt 0.346859 0.360942</w:t>
        <w:br/>
        <w:t>vt 0.345619 0.357865</w:t>
        <w:br/>
        <w:t>vt 0.350731 0.356648</w:t>
        <w:br/>
        <w:t>vt 0.397621 0.624504</w:t>
        <w:br/>
        <w:t>vt 0.394456 0.626635</w:t>
        <w:br/>
        <w:t>vt 0.379239 0.643724</w:t>
        <w:br/>
        <w:t>vt 0.367606 0.637821</w:t>
        <w:br/>
        <w:t>vt 0.373832 0.633695</w:t>
        <w:br/>
        <w:t>vt 0.368814 0.631567</w:t>
        <w:br/>
        <w:t>vt 0.329435 0.345579</w:t>
        <w:br/>
        <w:t>vt 0.344897 0.340199</w:t>
        <w:br/>
        <w:t>vt 0.338554 0.338293</w:t>
        <w:br/>
        <w:t>vt 0.342325 0.335532</w:t>
        <w:br/>
        <w:t>vt 0.340299 0.333546</w:t>
        <w:br/>
        <w:t>vt 0.337508 0.335594</w:t>
        <w:br/>
        <w:t>vt 0.329042 0.340043</w:t>
        <w:br/>
        <w:t>vt 0.331269 0.340062</w:t>
        <w:br/>
        <w:t>vt 0.330485 0.335899</w:t>
        <w:br/>
        <w:t>vt 0.332187 0.336442</w:t>
        <w:br/>
        <w:t>vt 0.479061 0.604553</w:t>
        <w:br/>
        <w:t>vt 0.431970 0.465913</w:t>
        <w:br/>
        <w:t>vt 0.444829 0.581173</w:t>
        <w:br/>
        <w:t>vt 0.430910 0.577580</w:t>
        <w:br/>
        <w:t>vt 0.432210 0.563531</w:t>
        <w:br/>
        <w:t>vt 0.368917 0.436681</w:t>
        <w:br/>
        <w:t>vt 0.356593 0.433031</w:t>
        <w:br/>
        <w:t>vt 0.381499 0.441986</w:t>
        <w:br/>
        <w:t>vt 0.389196 0.413914</w:t>
        <w:br/>
        <w:t>vt 0.401733 0.418337</w:t>
        <w:br/>
        <w:t>vt 0.406012 0.406326</w:t>
        <w:br/>
        <w:t>vt 0.376086 0.383346</w:t>
        <w:br/>
        <w:t>vt 0.434364 0.385816</w:t>
        <w:br/>
        <w:t>vt 0.438143 0.389824</w:t>
        <w:br/>
        <w:t>vt 0.441780 0.378659</w:t>
        <w:br/>
        <w:t>vt 0.441385 0.394004</w:t>
        <w:br/>
        <w:t>vt 0.420805 0.372225</w:t>
        <w:br/>
        <w:t>vt 0.416867 0.350374</w:t>
        <w:br/>
        <w:t>vt 0.417271 0.345614</w:t>
        <w:br/>
        <w:t>vt 0.422291 0.347659</w:t>
        <w:br/>
        <w:t>vt 0.445610 0.374303</w:t>
        <w:br/>
        <w:t>vt 0.344597 0.366425</w:t>
        <w:br/>
        <w:t>vt 0.402286 0.387681</w:t>
        <w:br/>
        <w:t>vt 0.375707 0.379603</w:t>
        <w:br/>
        <w:t>vt 0.356353 0.384340</w:t>
        <w:br/>
        <w:t>vt 0.476773 0.584287</w:t>
        <w:br/>
        <w:t>vt 0.471807 0.581827</w:t>
        <w:br/>
        <w:t>vt 0.392590 0.370664</w:t>
        <w:br/>
        <w:t>vt 0.412420 0.421784</w:t>
        <w:br/>
        <w:t>vt 0.410167 0.455190</w:t>
        <w:br/>
        <w:t>vt 0.404236 0.581488</w:t>
        <w:br/>
        <w:t>vt 0.346901 0.431065</w:t>
        <w:br/>
        <w:t>vt 0.389732 0.305322</w:t>
        <w:br/>
        <w:t>vt 0.386239 0.305234</w:t>
        <w:br/>
        <w:t>vt 0.403270 0.465845</w:t>
        <w:br/>
        <w:t>vt 0.412613 0.460655</w:t>
        <w:br/>
        <w:t>vt 0.335910 0.333730</w:t>
        <w:br/>
        <w:t>vt 0.340299 0.333546</w:t>
        <w:br/>
        <w:t>vt 0.384879 0.300744</w:t>
        <w:br/>
        <w:t>vt 0.389732 0.305322</w:t>
        <w:br/>
        <w:t>vt 0.379608 0.301546</w:t>
        <w:br/>
        <w:t>vt 0.451179 0.375879</w:t>
        <w:br/>
        <w:t>vt 0.447145 0.372393</w:t>
        <w:br/>
        <w:t>vt 0.443081 0.369502</w:t>
        <w:br/>
        <w:t>vt 0.444261 0.368043</w:t>
        <w:br/>
        <w:t>vt 0.448413 0.370717</w:t>
        <w:br/>
        <w:t>vt 0.452147 0.374388</w:t>
        <w:br/>
        <w:t>vt 0.463107 0.357345</w:t>
        <w:br/>
        <w:t>vt 0.459186 0.354605</w:t>
        <w:br/>
        <w:t>vt 0.416676 0.352350</w:t>
        <w:br/>
        <w:t>vt 0.411439 0.351578</w:t>
        <w:br/>
        <w:t>vt 0.406146 0.350889</w:t>
        <w:br/>
        <w:t>vt 0.417978 0.326699</w:t>
        <w:br/>
        <w:t>vt 0.412914 0.326185</w:t>
        <w:br/>
        <w:t>vt 0.407708 0.326402</w:t>
        <w:br/>
        <w:t>vt 0.380512 0.348086</w:t>
        <w:br/>
        <w:t>vt 0.375076 0.347423</w:t>
        <w:br/>
        <w:t>vt 0.370093 0.346688</w:t>
        <w:br/>
        <w:t>vt 0.383820 0.324067</w:t>
        <w:br/>
        <w:t>vt 0.378882 0.322634</w:t>
        <w:br/>
        <w:t>vt 0.374124 0.321364</w:t>
        <w:br/>
        <w:t>vt 0.347522 0.362209</w:t>
        <w:br/>
        <w:t>vt 0.343154 0.364110</w:t>
        <w:br/>
        <w:t>vt 0.338708 0.366306</w:t>
        <w:br/>
        <w:t>vt 0.342239 0.348716</w:t>
        <w:br/>
        <w:t>vt 0.337856 0.350089</w:t>
        <w:br/>
        <w:t>vt 0.333549 0.351833</w:t>
        <w:br/>
        <w:t>vt 0.460203 0.626096</w:t>
        <w:br/>
        <w:t>vt 0.457462 0.616179</w:t>
        <w:br/>
        <w:t>vt 0.440611 0.625398</w:t>
        <w:br/>
        <w:t>vt 0.428237 0.613459</w:t>
        <w:br/>
        <w:t>vt 0.435360 0.630207</w:t>
        <w:br/>
        <w:t>vt 0.461364 0.626392</w:t>
        <w:br/>
        <w:t>vt 0.416632 0.607902</w:t>
        <w:br/>
        <w:t>vt 0.348915 0.460047</w:t>
        <w:br/>
        <w:t>vt 0.398193 0.431708</w:t>
        <w:br/>
        <w:t>vt 0.375513 0.477533</w:t>
        <w:br/>
        <w:t>vt 0.341550 0.456559</w:t>
        <w:br/>
        <w:t>vt 0.396739 0.512378</w:t>
        <w:br/>
        <w:t>vt 0.396433 0.502945</w:t>
        <w:br/>
        <w:t>vt 0.394729 0.494254</w:t>
        <w:br/>
        <w:t>vt 0.393039 0.485803</w:t>
        <w:br/>
        <w:t>vt 0.394730 0.533732</w:t>
        <w:br/>
        <w:t>vt 0.397856 0.523683</w:t>
        <w:br/>
        <w:t>vt 0.393252 0.485942</w:t>
        <w:br/>
        <w:t>vt 0.395597 0.479988</w:t>
        <w:br/>
        <w:t>vt 0.394415 0.479189</w:t>
        <w:br/>
        <w:t>vt 0.371985 0.424085</w:t>
        <w:br/>
        <w:t>vt 0.385308 0.427818</w:t>
        <w:br/>
        <w:t>vt 0.434374 0.628726</w:t>
        <w:br/>
        <w:t>vt 0.410564 0.616728</w:t>
        <w:br/>
        <w:t>vt 0.410942 0.617163</w:t>
        <w:br/>
        <w:t>vt 0.460635 0.625823</w:t>
        <w:br/>
        <w:t>vt 0.458435 0.615350</w:t>
        <w:br/>
        <w:t>vt 0.464652 0.334438</w:t>
        <w:br/>
        <w:t>vt 0.469088 0.335165</w:t>
        <w:br/>
        <w:t>vt 0.469088 0.335165</w:t>
        <w:br/>
        <w:t>vt 0.483945 0.676522</w:t>
        <w:br/>
        <w:t>vt 0.412756 0.306876</w:t>
        <w:br/>
        <w:t>vt 0.412308 0.298538</w:t>
        <w:br/>
        <w:t>vt 0.407463 0.300746</w:t>
        <w:br/>
        <w:t>vt 0.417085 0.299732</w:t>
        <w:br/>
        <w:t>vt 0.412581 0.297271</w:t>
        <w:br/>
        <w:t>vt 0.412581 0.297271</w:t>
        <w:br/>
        <w:t>vt 0.412409 0.301102</w:t>
        <w:br/>
        <w:t>vt 0.412409 0.301102</w:t>
        <w:br/>
        <w:t>vt 0.382315 0.309088</w:t>
        <w:br/>
        <w:t>vt 0.383668 0.304579</w:t>
        <w:br/>
        <w:t>vt 0.386239 0.305234</w:t>
        <w:br/>
        <w:t>vt 0.383668 0.304579</w:t>
        <w:br/>
        <w:t>vt 0.335158 0.339940</w:t>
        <w:br/>
        <w:t>vt 0.335219 0.336431</w:t>
        <w:br/>
        <w:t>vt 0.332187 0.336442</w:t>
        <w:br/>
        <w:t>vt 0.345657 0.468496</w:t>
        <w:br/>
        <w:t>vt 0.341484 0.467239</w:t>
        <w:br/>
        <w:t>vt 0.351050 0.470207</w:t>
        <w:br/>
        <w:t>vt 0.365851 0.478926</w:t>
        <w:br/>
        <w:t>vt 0.369518 0.482102</w:t>
        <w:br/>
        <w:t>vt 0.437385 0.429653</w:t>
        <w:br/>
        <w:t>vt 0.434891 0.433540</w:t>
        <w:br/>
        <w:t>vt 0.401579 0.531341</w:t>
        <w:br/>
        <w:t>vt 0.375623 0.505662</w:t>
        <w:br/>
        <w:t>vt 0.375439 0.498103</w:t>
        <w:br/>
        <w:t>vt 0.373986 0.498255</w:t>
        <w:br/>
        <w:t>vt 0.374353 0.505753</w:t>
        <w:br/>
        <w:t>vt 0.374974 0.493236</w:t>
        <w:br/>
        <w:t>vt 0.373730 0.493426</w:t>
        <w:br/>
        <w:t>vt 0.374135 0.490141</w:t>
        <w:br/>
        <w:t>vt 0.372984 0.490406</w:t>
        <w:br/>
        <w:t>vt 0.356403 0.472964</w:t>
        <w:br/>
        <w:t>vt 0.355698 0.473892</w:t>
        <w:br/>
        <w:t>vt 0.360633 0.476598</w:t>
        <w:br/>
        <w:t>vt 0.361172 0.475817</w:t>
        <w:br/>
        <w:t>vt 0.374792 0.525316</w:t>
        <w:br/>
        <w:t>vt 0.374332 0.529767</w:t>
        <w:br/>
        <w:t>vt 0.375313 0.530321</w:t>
        <w:br/>
        <w:t>vt 0.375837 0.525007</w:t>
        <w:br/>
        <w:t>vt 0.376035 0.520319</w:t>
        <w:br/>
        <w:t>vt 0.375985 0.514039</w:t>
        <w:br/>
        <w:t>vt 0.374916 0.514037</w:t>
        <w:br/>
        <w:t>vt 0.374955 0.520477</w:t>
        <w:br/>
        <w:t>vt 0.371599 0.484666</w:t>
        <w:br/>
        <w:t>vt 0.370553 0.485270</w:t>
        <w:br/>
        <w:t>vt 0.371952 0.487807</w:t>
        <w:br/>
        <w:t>vt 0.373064 0.487350</w:t>
        <w:br/>
        <w:t>vt 0.434954 0.470329</w:t>
        <w:br/>
        <w:t>vt 0.435681 0.469514</w:t>
        <w:br/>
        <w:t>vt 0.451670 0.460216</w:t>
        <w:br/>
        <w:t>vt 0.452307 0.458728</w:t>
        <w:br/>
        <w:t>vt 0.445927 0.455229</w:t>
        <w:br/>
        <w:t>vt 0.444768 0.456665</w:t>
        <w:br/>
        <w:t>vt 0.472789 0.573501</w:t>
        <w:br/>
        <w:t>vt 0.474130 0.574284</w:t>
        <w:br/>
        <w:t>vt 0.477460 0.567726</w:t>
        <w:br/>
        <w:t>vt 0.476651 0.566408</w:t>
        <w:br/>
        <w:t>vt 0.435970 0.444855</w:t>
        <w:br/>
        <w:t>vt 0.439203 0.451353</w:t>
        <w:br/>
        <w:t>vt 0.440561 0.450373</w:t>
        <w:br/>
        <w:t>vt 0.437330 0.444412</w:t>
        <w:br/>
        <w:t>vt 0.473181 0.581589</w:t>
        <w:br/>
        <w:t>vt 0.411687 0.546978</w:t>
        <w:br/>
        <w:t>vt 0.410560 0.547423</w:t>
        <w:br/>
        <w:t>vt 0.414736 0.555501</w:t>
        <w:br/>
        <w:t>vt 0.415986 0.554903</w:t>
        <w:br/>
        <w:t>vt 0.425853 0.562470</w:t>
        <w:br/>
        <w:t>vt 0.426225 0.561303</w:t>
        <w:br/>
        <w:t>vt 0.420369 0.559464</w:t>
        <w:br/>
        <w:t>vt 0.419507 0.560549</w:t>
        <w:br/>
        <w:t>vt 0.449398 0.562751</w:t>
        <w:br/>
        <w:t>vt 0.461925 0.556866</w:t>
        <w:br/>
        <w:t>vt 0.461008 0.556022</w:t>
        <w:br/>
        <w:t>vt 0.448541 0.561411</w:t>
        <w:br/>
        <w:t>vt 0.424596 0.461981</w:t>
        <w:br/>
        <w:t>vt 0.427861 0.463218</w:t>
        <w:br/>
        <w:t>vt 0.428456 0.462413</w:t>
        <w:br/>
        <w:t>vt 0.424612 0.461003</w:t>
        <w:br/>
        <w:t>vt 0.432137 0.562214</w:t>
        <w:br/>
        <w:t>vt 0.432210 0.563531</w:t>
        <w:br/>
        <w:t>vt 0.477477 0.582765</w:t>
        <w:br/>
        <w:t>vt 0.434184 0.439467</w:t>
        <w:br/>
        <w:t>vt 0.435569 0.438928</w:t>
        <w:br/>
        <w:t>vt 0.406989 0.537491</w:t>
        <w:br/>
        <w:t>vt 0.405739 0.538204</w:t>
        <w:br/>
        <w:t>vt 0.403270 0.465845</w:t>
        <w:br/>
        <w:t>vt 0.404110 0.466520</w:t>
        <w:br/>
        <w:t>vt 0.412536 0.462038</w:t>
        <w:br/>
        <w:t>vt 0.412613 0.460655</w:t>
        <w:br/>
        <w:t>vt 0.396739 0.512378</w:t>
        <w:br/>
        <w:t>vt 0.398299 0.512646</w:t>
        <w:br/>
        <w:t>vt 0.398209 0.502794</w:t>
        <w:br/>
        <w:t>vt 0.396433 0.502945</w:t>
        <w:br/>
        <w:t>vt 0.395795 0.493546</w:t>
        <w:br/>
        <w:t>vt 0.394729 0.494254</w:t>
        <w:br/>
        <w:t>vt 0.398122 0.473747</w:t>
        <w:br/>
        <w:t>vt 0.397094 0.472831</w:t>
        <w:br/>
        <w:t>vt 0.397856 0.523683</w:t>
        <w:br/>
        <w:t>vt 0.399265 0.523432</w:t>
        <w:br/>
        <w:t>vt 0.398122 0.473747</w:t>
        <w:br/>
        <w:t>vt 0.341484 0.467239</w:t>
        <w:br/>
        <w:t>vt 0.341219 0.468172</w:t>
        <w:br/>
        <w:t>vt 0.345388 0.469447</w:t>
        <w:br/>
        <w:t>vt 0.345657 0.468496</w:t>
        <w:br/>
        <w:t>vt 0.350439 0.471242</w:t>
        <w:br/>
        <w:t>vt 0.351050 0.470207</w:t>
        <w:br/>
        <w:t>vt 0.365851 0.478926</w:t>
        <w:br/>
        <w:t>vt 0.365238 0.479730</w:t>
        <w:br/>
        <w:t>vt 0.368485 0.482834</w:t>
        <w:br/>
        <w:t>vt 0.369518 0.482102</w:t>
        <w:br/>
        <w:t>vt 0.434891 0.433540</w:t>
        <w:br/>
        <w:t>vt 0.436454 0.433552</w:t>
        <w:br/>
        <w:t>vt 0.438619 0.430817</w:t>
        <w:br/>
        <w:t>vt 0.402884 0.530312</w:t>
        <w:br/>
        <w:t>vt 0.415986 0.554903</w:t>
        <w:br/>
        <w:t>vt 0.420384 0.461438</w:t>
        <w:br/>
        <w:t>vt 0.420394 0.460435</w:t>
        <w:br/>
        <w:t>vt 0.420394 0.460435</w:t>
        <w:br/>
        <w:t>vt 0.394415 0.479189</w:t>
        <w:br/>
        <w:t>vt 0.407539 0.547441</w:t>
        <w:br/>
        <w:t>vt 0.405739 0.538204</w:t>
        <w:br/>
        <w:t>vt 0.403283 0.539432</w:t>
        <w:br/>
        <w:t>vt 0.401579 0.531341</w:t>
        <w:br/>
        <w:t>vt 0.337546 0.466511</w:t>
        <w:br/>
        <w:t>vt 0.337458 0.467623</w:t>
        <w:br/>
        <w:t>vt 0.337546 0.466511</w:t>
        <w:br/>
        <w:t>vt 0.440136 0.476366</w:t>
        <w:br/>
        <w:t>vt 0.434954 0.470329</w:t>
        <w:br/>
        <w:t>vt 0.439250 0.477294</w:t>
        <w:br/>
        <w:t>vt 0.440136 0.476366</w:t>
        <w:br/>
        <w:t>vt 0.415535 0.521217</w:t>
        <w:br/>
        <w:t>vt 0.412985 0.526256</w:t>
        <w:br/>
        <w:t>vt 0.436897 0.534978</w:t>
        <w:br/>
        <w:t>vt 0.412093 0.531502</w:t>
        <w:br/>
        <w:t>vt 0.412934 0.537087</w:t>
        <w:br/>
        <w:t>vt 0.459122 0.548545</w:t>
        <w:br/>
        <w:t>vt 0.463116 0.542639</w:t>
        <w:br/>
        <w:t>vt 0.440735 0.554192</w:t>
        <w:br/>
        <w:t>vt 0.451047 0.552789</w:t>
        <w:br/>
        <w:t>vt 0.421484 0.548599</w:t>
        <w:br/>
        <w:t>vt 0.430718 0.552904</w:t>
        <w:br/>
        <w:t>vt 0.462707 0.529064</w:t>
        <w:br/>
        <w:t>vt 0.458093 0.522462</w:t>
        <w:br/>
        <w:t>vt 0.435155 0.514836</w:t>
        <w:br/>
        <w:t>vt 0.422598 0.516801</w:t>
        <w:br/>
        <w:t>vt 0.464445 0.536466</w:t>
        <w:br/>
        <w:t>vt 0.449029 0.516642</w:t>
        <w:br/>
        <w:t>vt 0.415456 0.542623</w:t>
        <w:br/>
        <w:t>vt 0.431518 0.490695</w:t>
        <w:br/>
        <w:t>vt 0.431193 0.478687</w:t>
        <w:br/>
        <w:t>vt 0.416050 0.484979</w:t>
        <w:br/>
        <w:t>vt 0.421712 0.470778</w:t>
        <w:br/>
        <w:t>vt 0.408090 0.471496</w:t>
        <w:br/>
        <w:t>vt 0.401292 0.476215</w:t>
        <w:br/>
        <w:t>vt 0.400463 0.482314</w:t>
        <w:br/>
        <w:t>vt 0.404064 0.491569</w:t>
        <w:br/>
        <w:t>vt 0.411451 0.497922</w:t>
        <w:br/>
        <w:t>vt 0.422574 0.498295</w:t>
        <w:br/>
        <w:t>vt 0.393039 0.485803</w:t>
        <w:br/>
        <w:t>vt 0.375439 0.498103</w:t>
        <w:br/>
        <w:t>vt 0.385790 0.495981</w:t>
        <w:br/>
        <w:t>vt 0.387048 0.504278</w:t>
        <w:br/>
        <w:t>vt 0.375623 0.505662</w:t>
        <w:br/>
        <w:t>vt 0.384095 0.490119</w:t>
        <w:br/>
        <w:t>vt 0.374974 0.493236</w:t>
        <w:br/>
        <w:t>vt 0.374135 0.490141</w:t>
        <w:br/>
        <w:t>vt 0.356403 0.472964</w:t>
        <w:br/>
        <w:t>vt 0.363864 0.468505</w:t>
        <w:br/>
        <w:t>vt 0.361172 0.475817</w:t>
        <w:br/>
        <w:t>vt 0.375837 0.525007</w:t>
        <w:br/>
        <w:t>vt 0.387028 0.522549</w:t>
        <w:br/>
        <w:t>vt 0.385887 0.531780</w:t>
        <w:br/>
        <w:t>vt 0.375313 0.530321</w:t>
        <w:br/>
        <w:t>vt 0.387724 0.513685</w:t>
        <w:br/>
        <w:t>vt 0.376035 0.520319</w:t>
        <w:br/>
        <w:t>vt 0.375985 0.514039</w:t>
        <w:br/>
        <w:t>vt 0.380522 0.483227</w:t>
        <w:br/>
        <w:t>vt 0.373064 0.487350</w:t>
        <w:br/>
        <w:t>vt 0.371599 0.484666</w:t>
        <w:br/>
        <w:t>vt 0.361036 0.455748</w:t>
        <w:br/>
        <w:t>vt 0.370035 0.460416</w:t>
        <w:br/>
        <w:t>vt 0.356539 0.463908</w:t>
        <w:br/>
        <w:t>vt 0.370386 0.472959</w:t>
        <w:br/>
        <w:t>vt 0.377206 0.464953</w:t>
        <w:br/>
        <w:t>vt 0.365058 0.447549</w:t>
        <w:br/>
        <w:t>vt 0.376153 0.454986</w:t>
        <w:br/>
        <w:t>vt 0.352140 0.451582</w:t>
        <w:br/>
        <w:t>vt 0.354684 0.442986</w:t>
        <w:br/>
        <w:t>vt 0.440023 0.460852</w:t>
        <w:br/>
        <w:t>vt 0.448009 0.465773</w:t>
        <w:br/>
        <w:t>vt 0.443489 0.472505</w:t>
        <w:br/>
        <w:t>vt 0.435681 0.469514</w:t>
        <w:br/>
        <w:t>vt 0.344997 0.448350</w:t>
        <w:br/>
        <w:t>vt 0.346526 0.438929</w:t>
        <w:br/>
        <w:t>vt 0.413044 0.381149</w:t>
        <w:br/>
        <w:t>vt 0.420988 0.378454</w:t>
        <w:br/>
        <w:t>vt 0.421128 0.379393</w:t>
        <w:br/>
        <w:t>vt 0.412632 0.383849</w:t>
        <w:br/>
        <w:t>vt 0.454907 0.617616</w:t>
        <w:br/>
        <w:t>vt 0.454001 0.623576</w:t>
        <w:br/>
        <w:t>vt 0.446625 0.623764</w:t>
        <w:br/>
        <w:t>vt 0.446109 0.616964</w:t>
        <w:br/>
        <w:t>vt 0.459531 0.625908</w:t>
        <w:br/>
        <w:t>vt 0.459478 0.626740</w:t>
        <w:br/>
        <w:t>vt 0.420463 0.380781</w:t>
        <w:br/>
        <w:t>vt 0.415752 0.388134</w:t>
        <w:br/>
        <w:t>vt 0.410594 0.397285</w:t>
        <w:br/>
        <w:t>vt 0.395206 0.399472</w:t>
        <w:br/>
        <w:t>vt 0.400292 0.392642</w:t>
        <w:br/>
        <w:t>vt 0.398478 0.377675</w:t>
        <w:br/>
        <w:t>vt 0.405128 0.380033</w:t>
        <w:br/>
        <w:t>vt 0.404283 0.382535</w:t>
        <w:br/>
        <w:t>vt 0.397352 0.379807</w:t>
        <w:br/>
        <w:t>vt 0.389521 0.380963</w:t>
        <w:br/>
        <w:t>vt 0.390671 0.372061</w:t>
        <w:br/>
        <w:t>vt 0.391695 0.371345</w:t>
        <w:br/>
        <w:t>vt 0.434874 0.629404</w:t>
        <w:br/>
        <w:t>vt 0.436771 0.618249</w:t>
        <w:br/>
        <w:t>vt 0.439475 0.618397</w:t>
        <w:br/>
        <w:t>vt 0.387590 0.389076</w:t>
        <w:br/>
        <w:t>vt 0.376202 0.396678</w:t>
        <w:br/>
        <w:t>vt 0.461407 0.605782</w:t>
        <w:br/>
        <w:t>vt 0.470256 0.600588</w:t>
        <w:br/>
        <w:t>vt 0.471753 0.607003</w:t>
        <w:br/>
        <w:t>vt 0.463702 0.610671</w:t>
        <w:br/>
        <w:t>vt 0.473381 0.611835</w:t>
        <w:br/>
        <w:t>vt 0.466997 0.615634</w:t>
        <w:br/>
        <w:t>vt 0.420748 0.387895</w:t>
        <w:br/>
        <w:t>vt 0.415752 0.388134</w:t>
        <w:br/>
        <w:t>vt 0.420463 0.380781</w:t>
        <w:br/>
        <w:t>vt 0.421280 0.380248</w:t>
        <w:br/>
        <w:t>vt 0.457462 0.616179</w:t>
        <w:br/>
        <w:t>vt 0.460635 0.625823</w:t>
        <w:br/>
        <w:t>vt 0.460203 0.626096</w:t>
        <w:br/>
        <w:t>vt 0.458435 0.615350</w:t>
        <w:br/>
        <w:t>vt 0.455073 0.609750</w:t>
        <w:br/>
        <w:t>vt 0.415705 0.410691</w:t>
        <w:br/>
        <w:t>vt 0.417929 0.404020</w:t>
        <w:br/>
        <w:t>vt 0.417072 0.392384</w:t>
        <w:br/>
        <w:t>vt 0.420748 0.387895</w:t>
        <w:br/>
        <w:t>vt 0.424908 0.394176</w:t>
        <w:br/>
        <w:t>vt 0.421377 0.398171</w:t>
        <w:br/>
        <w:t>vt 0.433607 0.630720</w:t>
        <w:br/>
        <w:t>vt 0.430967 0.635601</w:t>
        <w:br/>
        <w:t>vt 0.426441 0.631910</w:t>
        <w:br/>
        <w:t>vt 0.430423 0.624405</w:t>
        <w:br/>
        <w:t>vt 0.380799 0.364026</w:t>
        <w:br/>
        <w:t>vt 0.387266 0.362379</w:t>
        <w:br/>
        <w:t>vt 0.389051 0.368840</w:t>
        <w:br/>
        <w:t>vt 0.382438 0.374272</w:t>
        <w:br/>
        <w:t>vt 0.421552 0.629177</w:t>
        <w:br/>
        <w:t>vt 0.425174 0.620538</w:t>
        <w:br/>
        <w:t>vt 0.375250 0.364362</w:t>
        <w:br/>
        <w:t>vt 0.375928 0.375700</w:t>
        <w:br/>
        <w:t>vt 0.434374 0.628726</w:t>
        <w:br/>
        <w:t>vt 0.433938 0.628697</w:t>
        <w:br/>
        <w:t>vt 0.436771 0.618249</w:t>
        <w:br/>
        <w:t>vt 0.435402 0.617452</w:t>
        <w:br/>
        <w:t>vt 0.383863 0.377982</w:t>
        <w:br/>
        <w:t>vt 0.390124 0.371432</w:t>
        <w:br/>
        <w:t>vt 0.390671 0.372061</w:t>
        <w:br/>
        <w:t>vt 0.389521 0.380963</w:t>
        <w:br/>
        <w:t>vt 0.376008 0.388731</w:t>
        <w:br/>
        <w:t>vt 0.410985 0.619210</w:t>
        <w:br/>
        <w:t>vt 0.419060 0.618699</w:t>
        <w:br/>
        <w:t>vt 0.416367 0.627905</w:t>
        <w:br/>
        <w:t>vt 0.408759 0.627162</w:t>
        <w:br/>
        <w:t>vt 0.364866 0.363152</w:t>
        <w:br/>
        <w:t>vt 0.369652 0.363698</w:t>
        <w:br/>
        <w:t>vt 0.369544 0.374219</w:t>
        <w:br/>
        <w:t>vt 0.364101 0.372272</w:t>
        <w:br/>
        <w:t>vt 0.363049 0.374258</w:t>
        <w:br/>
        <w:t>vt 0.363566 0.373622</w:t>
        <w:br/>
        <w:t>vt 0.368281 0.379158</w:t>
        <w:br/>
        <w:t>vt 0.364849 0.381307</w:t>
        <w:br/>
        <w:t>vt 0.410963 0.617921</w:t>
        <w:br/>
        <w:t>vt 0.418183 0.608756</w:t>
        <w:br/>
        <w:t>vt 0.420174 0.611464</w:t>
        <w:br/>
        <w:t>vt 0.366339 0.387787</w:t>
        <w:br/>
        <w:t>vt 0.351670 0.368604</w:t>
        <w:br/>
        <w:t>vt 0.354863 0.364059</w:t>
        <w:br/>
        <w:t>vt 0.361083 0.372704</w:t>
        <w:br/>
        <w:t>vt 0.357955 0.377185</w:t>
        <w:br/>
        <w:t>vt 0.408918 0.616910</w:t>
        <w:br/>
        <w:t>vt 0.400630 0.621175</w:t>
        <w:br/>
        <w:t>vt 0.398315 0.616877</w:t>
        <w:br/>
        <w:t>vt 0.409775 0.611358</w:t>
        <w:br/>
        <w:t>vt 0.396533 0.612790</w:t>
        <w:br/>
        <w:t>vt 0.406481 0.606777</w:t>
        <w:br/>
        <w:t>vt 0.353002 0.379668</w:t>
        <w:br/>
        <w:t>vt 0.347489 0.371285</w:t>
        <w:br/>
        <w:t>vt 0.410942 0.617163</w:t>
        <w:br/>
        <w:t>vt 0.410564 0.616728</w:t>
        <w:br/>
        <w:t>vt 0.418183 0.608756</w:t>
        <w:br/>
        <w:t>vt 0.363049 0.374258</w:t>
        <w:br/>
        <w:t>vt 0.364849 0.381307</w:t>
        <w:br/>
        <w:t>vt 0.361503 0.380713</w:t>
        <w:br/>
        <w:t>vt 0.362238 0.373994</w:t>
        <w:br/>
        <w:t>vt 0.416632 0.607902</w:t>
        <w:br/>
        <w:t>vt 0.421138 0.604853</w:t>
        <w:br/>
        <w:t>vt 0.359221 0.390426</w:t>
        <w:br/>
        <w:t>vt 0.358114 0.387481</w:t>
        <w:br/>
        <w:t>vt 0.363086 0.384441</w:t>
        <w:br/>
        <w:t>vt 0.343017 0.373298</w:t>
        <w:br/>
        <w:t>vt 0.347978 0.381595</w:t>
        <w:br/>
        <w:t>vt 0.344158 0.384536</w:t>
        <w:br/>
        <w:t>vt 0.338512 0.373284</w:t>
        <w:br/>
        <w:t>vt 0.402727 0.601913</w:t>
        <w:br/>
        <w:t>vt 0.393034 0.609008</w:t>
        <w:br/>
        <w:t>vt 0.387673 0.604269</w:t>
        <w:br/>
        <w:t>vt 0.398277 0.596617</w:t>
        <w:br/>
        <w:t>vt 0.407960 0.596311</w:t>
        <w:br/>
        <w:t>vt 0.413038 0.601904</w:t>
        <w:br/>
        <w:t>vt 0.416514 0.598603</w:t>
        <w:br/>
        <w:t>vt 0.410313 0.592392</w:t>
        <w:br/>
        <w:t>vt 0.413848 0.585120</w:t>
        <w:br/>
        <w:t>vt 0.425889 0.594666</w:t>
        <w:br/>
        <w:t>vt 0.353961 0.392314</w:t>
        <w:br/>
        <w:t>vt 0.360295 0.397022</w:t>
        <w:br/>
        <w:t>vt 0.347256 0.399673</w:t>
        <w:br/>
        <w:t>vt 0.346848 0.393555</w:t>
        <w:br/>
        <w:t>vt 0.444768 0.456665</w:t>
        <w:br/>
        <w:t>vt 0.451670 0.460216</w:t>
        <w:br/>
        <w:t>vt 0.476651 0.566408</w:t>
        <w:br/>
        <w:t>vt 0.472789 0.573501</w:t>
        <w:br/>
        <w:t>vt 0.468388 0.572330</w:t>
        <w:br/>
        <w:t>vt 0.471391 0.563194</w:t>
        <w:br/>
        <w:t>vt 0.434075 0.454698</w:t>
        <w:br/>
        <w:t>vt 0.430128 0.447200</w:t>
        <w:br/>
        <w:t>vt 0.435970 0.444855</w:t>
        <w:br/>
        <w:t>vt 0.439203 0.451353</w:t>
        <w:br/>
        <w:t>vt 0.471807 0.581827</w:t>
        <w:br/>
        <w:t>vt 0.434184 0.439467</w:t>
        <w:br/>
        <w:t>vt 0.428878 0.440646</w:t>
        <w:br/>
        <w:t>vt 0.428759 0.434416</w:t>
        <w:br/>
        <w:t>vt 0.374691 0.410804</w:t>
        <w:br/>
        <w:t>vt 0.360201 0.409667</w:t>
        <w:br/>
        <w:t>vt 0.441063 0.598014</w:t>
        <w:br/>
        <w:t>vt 0.455092 0.596925</w:t>
        <w:br/>
        <w:t>vt 0.446032 0.609454</w:t>
        <w:br/>
        <w:t>vt 0.429041 0.421244</w:t>
        <w:br/>
        <w:t>vt 0.428279 0.427741</w:t>
        <w:br/>
        <w:t>vt 0.420654 0.425380</w:t>
        <w:br/>
        <w:t>vt 0.422216 0.417119</w:t>
        <w:br/>
        <w:t>vt 0.433967 0.421702</w:t>
        <w:br/>
        <w:t>vt 0.435516 0.426520</w:t>
        <w:br/>
        <w:t>vt 0.470018 0.591763</w:t>
        <w:br/>
        <w:t>vt 0.471054 0.585843</w:t>
        <w:br/>
        <w:t>vt 0.476810 0.587503</w:t>
        <w:br/>
        <w:t>vt 0.477218 0.591820</w:t>
        <w:br/>
        <w:t>vt 0.430136 0.607027</w:t>
        <w:br/>
        <w:t>vt 0.419507 0.560549</w:t>
        <w:br/>
        <w:t>vt 0.407701 0.559851</w:t>
        <w:br/>
        <w:t>vt 0.414736 0.555501</w:t>
        <w:br/>
        <w:t>vt 0.417348 0.573074</w:t>
        <w:br/>
        <w:t>vt 0.405834 0.571289</w:t>
        <w:br/>
        <w:t>vt 0.347740 0.419803</w:t>
        <w:br/>
        <w:t>vt 0.347675 0.409469</w:t>
        <w:br/>
        <w:t>vt 0.358717 0.421512</w:t>
        <w:br/>
        <w:t>vt 0.425853 0.562470</w:t>
        <w:br/>
        <w:t>vt 0.460655 0.571099</w:t>
        <w:br/>
        <w:t>vt 0.465271 0.560001</w:t>
        <w:br/>
        <w:t>vt 0.458749 0.583880</w:t>
        <w:br/>
        <w:t>vt 0.422049 0.450665</w:t>
        <w:br/>
        <w:t>vt 0.428456 0.462413</w:t>
        <w:br/>
        <w:t>vt 0.420323 0.442741</w:t>
        <w:br/>
        <w:t>vt 0.408977 0.444878</w:t>
        <w:br/>
        <w:t>vt 0.409960 0.432944</w:t>
        <w:br/>
        <w:t>vt 0.419899 0.433397</w:t>
        <w:br/>
        <w:t>vt 0.438616 0.611623</w:t>
        <w:br/>
        <w:t>vt 0.410192 0.389101</w:t>
        <w:br/>
        <w:t>vt 0.395082 0.384293</w:t>
        <w:br/>
        <w:t>vt 0.384307 0.382416</w:t>
        <w:br/>
        <w:t>vt 0.369243 0.382987</w:t>
        <w:br/>
        <w:t>vt 0.437385 0.429653</w:t>
        <w:br/>
        <w:t>vt 0.449398 0.562751</w:t>
        <w:br/>
        <w:t>vt 0.461925 0.556866</w:t>
        <w:br/>
        <w:t>vt 0.433038 0.412592</w:t>
        <w:br/>
        <w:t>vt 0.477945 0.599449</w:t>
        <w:br/>
        <w:t>vt 0.399731 0.458502</w:t>
        <w:br/>
        <w:t>vt 0.387787 0.462076</w:t>
        <w:br/>
        <w:t>vt 0.395261 0.448118</w:t>
        <w:br/>
        <w:t>vt 0.389194 0.477154</w:t>
        <w:br/>
        <w:t>vt 0.383536 0.470084</w:t>
        <w:br/>
        <w:t>vt 0.397094 0.472831</w:t>
        <w:br/>
        <w:t>vt 0.424612 0.461003</w:t>
        <w:br/>
        <w:t>vt 0.427196 0.402968</w:t>
        <w:br/>
        <w:t>vt 0.430083 0.398999</w:t>
        <w:br/>
        <w:t>vt 0.436339 0.402576</w:t>
        <w:br/>
        <w:t>vt 0.434820 0.406408</w:t>
        <w:br/>
        <w:t>vt 0.423489 0.409236</w:t>
        <w:br/>
        <w:t>vt 0.350388 0.386018</w:t>
        <w:br/>
        <w:t>vt 0.352081 0.389264</w:t>
        <w:br/>
        <w:t>vt 0.346246 0.390111</w:t>
        <w:br/>
        <w:t>vt 0.345658 0.387218</w:t>
        <w:br/>
        <w:t>vt 0.399991 0.594042</w:t>
        <w:br/>
        <w:t>vt 0.401484 0.591338</w:t>
        <w:br/>
        <w:t>vt 0.402492 0.587748</w:t>
        <w:br/>
        <w:t>vt 0.404236 0.581488</w:t>
        <w:br/>
        <w:t>vt 0.479711 0.607785</w:t>
        <w:br/>
        <w:t>vt 0.432394 0.395730</w:t>
        <w:br/>
        <w:t>vt 0.437881 0.399522</w:t>
        <w:br/>
        <w:t>vt 0.481002 0.610304</w:t>
        <w:br/>
        <w:t>vt 0.449238 0.385308</w:t>
        <w:br/>
        <w:t>vt 0.445550 0.382196</w:t>
        <w:br/>
        <w:t>vt 0.449561 0.377746</w:t>
        <w:br/>
        <w:t>vt 0.453794 0.379169</w:t>
        <w:br/>
        <w:t>vt 0.481478 0.627556</w:t>
        <w:br/>
        <w:t>vt 0.476535 0.618282</w:t>
        <w:br/>
        <w:t>vt 0.483770 0.615443</w:t>
        <w:br/>
        <w:t>vt 0.487854 0.624960</w:t>
        <w:br/>
        <w:t>vt 0.491879 0.636198</w:t>
        <w:br/>
        <w:t>vt 0.493800 0.646232</w:t>
        <w:br/>
        <w:t>vt 0.488146 0.647011</w:t>
        <w:br/>
        <w:t>vt 0.485664 0.637551</w:t>
        <w:br/>
        <w:t>vt 0.489174 0.653032</w:t>
        <w:br/>
        <w:t>vt 0.494584 0.652795</w:t>
        <w:br/>
        <w:t>vt 0.454665 0.370941</w:t>
        <w:br/>
        <w:t>vt 0.459501 0.363316</w:t>
        <w:br/>
        <w:t>vt 0.462940 0.365459</w:t>
        <w:br/>
        <w:t>vt 0.457339 0.374648</w:t>
        <w:br/>
        <w:t>vt 0.471461 0.621530</w:t>
        <w:br/>
        <w:t>vt 0.476461 0.630076</w:t>
        <w:br/>
        <w:t>vt 0.483118 0.648417</w:t>
        <w:br/>
        <w:t>vt 0.480364 0.639344</w:t>
        <w:br/>
        <w:t>vt 0.484262 0.654324</w:t>
        <w:br/>
        <w:t>vt 0.485369 0.674716</w:t>
        <w:br/>
        <w:t>vt 0.485732 0.670124</w:t>
        <w:br/>
        <w:t>vt 0.489549 0.669347</w:t>
        <w:br/>
        <w:t>vt 0.489965 0.674996</w:t>
        <w:br/>
        <w:t>vt 0.470481 0.337423</w:t>
        <w:br/>
        <w:t>vt 0.469664 0.333501</w:t>
        <w:br/>
        <w:t>vt 0.472046 0.337774</w:t>
        <w:br/>
        <w:t>vt 0.450937 0.367517</w:t>
        <w:br/>
        <w:t>vt 0.455619 0.360505</w:t>
        <w:br/>
        <w:t>vt 0.427971 0.391496</w:t>
        <w:br/>
        <w:t>vt 0.467674 0.347926</w:t>
        <w:br/>
        <w:t>vt 0.463864 0.355284</w:t>
        <w:br/>
        <w:t>vt 0.460128 0.352907</w:t>
        <w:br/>
        <w:t>vt 0.463638 0.346248</w:t>
        <w:br/>
        <w:t>vt 0.422416 0.380162</w:t>
        <w:br/>
        <w:t>vt 0.423768 0.386127</w:t>
        <w:br/>
        <w:t>vt 0.434363 0.370953</w:t>
        <w:br/>
        <w:t>vt 0.438103 0.367295</w:t>
        <w:br/>
        <w:t>vt 0.441630 0.371265</w:t>
        <w:br/>
        <w:t>vt 0.438275 0.375031</w:t>
        <w:br/>
        <w:t>vt 0.468859 0.639798</w:t>
        <w:br/>
        <w:t>vt 0.467433 0.635853</w:t>
        <w:br/>
        <w:t>vt 0.472324 0.633349</w:t>
        <w:br/>
        <w:t>vt 0.474253 0.637921</w:t>
        <w:br/>
        <w:t>vt 0.463699 0.629253</w:t>
        <w:br/>
        <w:t>vt 0.467516 0.624404</w:t>
        <w:br/>
        <w:t>vt 0.430574 0.381969</w:t>
        <w:br/>
        <w:t>vt 0.427042 0.377225</w:t>
        <w:br/>
        <w:t>vt 0.470248 0.643974</w:t>
        <w:br/>
        <w:t>vt 0.475374 0.641324</w:t>
        <w:br/>
        <w:t>vt 0.478707 0.650374</w:t>
        <w:br/>
        <w:t>vt 0.473414 0.653044</w:t>
        <w:br/>
        <w:t>vt 0.446610 0.364873</w:t>
        <w:br/>
        <w:t>vt 0.441275 0.363617</w:t>
        <w:br/>
        <w:t>vt 0.447713 0.355736</w:t>
        <w:br/>
        <w:t>vt 0.451424 0.358233</w:t>
        <w:br/>
        <w:t>vt 0.462623 0.620132</w:t>
        <w:br/>
        <w:t>vt 0.478898 0.635335</w:t>
        <w:br/>
        <w:t>vt 0.479684 0.655535</w:t>
        <w:br/>
        <w:t>vt 0.481585 0.670693</w:t>
        <w:br/>
        <w:t>vt 0.481147 0.675354</w:t>
        <w:br/>
        <w:t>vt 0.423768 0.386127</w:t>
        <w:br/>
        <w:t>vt 0.460246 0.344119</w:t>
        <w:br/>
        <w:t>vt 0.456080 0.350917</w:t>
        <w:br/>
        <w:t>vt 0.489599 0.663564</w:t>
        <w:br/>
        <w:t>vt 0.494478 0.663900</w:t>
        <w:br/>
        <w:t>vt 0.485469 0.663817</w:t>
        <w:br/>
        <w:t>vt 0.481339 0.665299</w:t>
        <w:br/>
        <w:t>vt 0.493077 0.670603</w:t>
        <w:br/>
        <w:t>vt 0.478837 0.672842</w:t>
        <w:br/>
        <w:t>vt 0.474510 0.657789</w:t>
        <w:br/>
        <w:t>vt 0.476817 0.667283</w:t>
        <w:br/>
        <w:t>vt 0.490353 0.631094</w:t>
        <w:br/>
        <w:t>vt 0.483795 0.632817</w:t>
        <w:br/>
        <w:t>vt 0.451021 0.351362</w:t>
        <w:br/>
        <w:t>vt 0.455163 0.352431</w:t>
        <w:br/>
        <w:t>vt 0.462226 0.358756</w:t>
        <w:br/>
        <w:t>vt 0.466034 0.359529</w:t>
        <w:br/>
        <w:t>vt 0.458156 0.356308</w:t>
        <w:br/>
        <w:t>vt 0.454241 0.353824</w:t>
        <w:br/>
        <w:t>vt 0.470374 0.349056</w:t>
        <w:br/>
        <w:t>vt 0.472207 0.342626</w:t>
        <w:br/>
        <w:t>vt 0.470157 0.342205</w:t>
        <w:br/>
        <w:t>vt 0.470481 0.337423</w:t>
        <w:br/>
        <w:t>vt 0.457162 0.342230</w:t>
        <w:br/>
        <w:t>vt 0.461313 0.336819</w:t>
        <w:br/>
        <w:t>vt 0.463489 0.339047</w:t>
        <w:br/>
        <w:t>vt 0.467930 0.338458</w:t>
        <w:br/>
        <w:t>vt 0.466179 0.341623</w:t>
        <w:br/>
        <w:t>vt 0.464652 0.334438</w:t>
        <w:br/>
        <w:t>vt 0.465956 0.335582</w:t>
        <w:br/>
        <w:t>vt 0.422058 0.361438</w:t>
        <w:br/>
        <w:t>vt 0.416022 0.361669</w:t>
        <w:br/>
        <w:t>vt 0.416411 0.354803</w:t>
        <w:br/>
        <w:t>vt 0.421836 0.353768</w:t>
        <w:br/>
        <w:t>vt 0.454546 0.641145</w:t>
        <w:br/>
        <w:t>vt 0.453410 0.630178</w:t>
        <w:br/>
        <w:t>vt 0.459746 0.631737</w:t>
        <w:br/>
        <w:t>vt 0.460384 0.640569</w:t>
        <w:br/>
        <w:t>vt 0.456774 0.669336</w:t>
        <w:br/>
        <w:t>vt 0.456271 0.662805</w:t>
        <w:br/>
        <w:t>vt 0.462342 0.661725</w:t>
        <w:br/>
        <w:t>vt 0.463211 0.669312</w:t>
        <w:br/>
        <w:t>vt 0.421529 0.313397</w:t>
        <w:br/>
        <w:t>vt 0.421766 0.326918</w:t>
        <w:br/>
        <w:t>vt 0.417559 0.324179</w:t>
        <w:br/>
        <w:t>vt 0.417273 0.313175</w:t>
        <w:br/>
        <w:t>vt 0.422233 0.335550</w:t>
        <w:br/>
        <w:t>vt 0.417705 0.335129</w:t>
        <w:br/>
        <w:t>vt 0.417813 0.328272</w:t>
        <w:br/>
        <w:t>vt 0.447355 0.630774</w:t>
        <w:br/>
        <w:t>vt 0.448423 0.641896</w:t>
        <w:br/>
        <w:t>vt 0.451078 0.669752</w:t>
        <w:br/>
        <w:t>vt 0.450472 0.663144</w:t>
        <w:br/>
        <w:t>vt 0.456814 0.692954</w:t>
        <w:br/>
        <w:t>vt 0.453401 0.695046</w:t>
        <w:br/>
        <w:t>vt 0.452549 0.688745</w:t>
        <w:br/>
        <w:t>vt 0.457173 0.688915</w:t>
        <w:br/>
        <w:t>vt 0.412894 0.324595</w:t>
        <w:br/>
        <w:t>vt 0.412947 0.313765</w:t>
        <w:br/>
        <w:t>vt 0.412683 0.334251</w:t>
        <w:br/>
        <w:t>vt 0.412933 0.327624</w:t>
        <w:br/>
        <w:t>vt 0.414275 0.371864</w:t>
        <w:br/>
        <w:t>vt 0.407966 0.370852</w:t>
        <w:br/>
        <w:t>vt 0.410262 0.360486</w:t>
        <w:br/>
        <w:t>vt 0.405721 0.353432</w:t>
        <w:br/>
        <w:t>vt 0.404871 0.359036</w:t>
        <w:br/>
        <w:t>vt 0.398687 0.356388</w:t>
        <w:br/>
        <w:t>vt 0.400508 0.350933</w:t>
        <w:br/>
        <w:t>vt 0.443058 0.648303</w:t>
        <w:br/>
        <w:t>vt 0.437370 0.649899</w:t>
        <w:br/>
        <w:t>vt 0.437431 0.644423</w:t>
        <w:br/>
        <w:t>vt 0.442537 0.643175</w:t>
        <w:br/>
        <w:t>vt 0.435848 0.636072</w:t>
        <w:br/>
        <w:t>vt 0.441250 0.631935</w:t>
        <w:br/>
        <w:t>vt 0.402195 0.369158</w:t>
        <w:br/>
        <w:t>vt 0.396058 0.365068</w:t>
        <w:br/>
        <w:t>vt 0.403765 0.313874</w:t>
        <w:br/>
        <w:t>vt 0.408563 0.313306</w:t>
        <w:br/>
        <w:t>vt 0.407855 0.324314</w:t>
        <w:br/>
        <w:t>vt 0.403190 0.326799</w:t>
        <w:br/>
        <w:t>vt 0.440263 0.672306</w:t>
        <w:br/>
        <w:t>vt 0.445864 0.670096</w:t>
        <w:br/>
        <w:t>vt 0.447808 0.681852</w:t>
        <w:br/>
        <w:t>vt 0.443266 0.683488</w:t>
        <w:br/>
        <w:t>vt 0.439451 0.665814</w:t>
        <w:br/>
        <w:t>vt 0.445324 0.664720</w:t>
        <w:br/>
        <w:t>vt 0.407716 0.327635</w:t>
        <w:br/>
        <w:t>vt 0.407502 0.334323</w:t>
        <w:br/>
        <w:t>vt 0.402457 0.333789</w:t>
        <w:br/>
        <w:t>vt 0.448771 0.647009</w:t>
        <w:br/>
        <w:t>vt 0.445864 0.670096</w:t>
        <w:br/>
        <w:t>vt 0.445324 0.664720</w:t>
        <w:br/>
        <w:t>vt 0.448798 0.693824</w:t>
        <w:br/>
        <w:t>vt 0.449133 0.689339</w:t>
        <w:br/>
        <w:t>vt 0.401039 0.345414</w:t>
        <w:br/>
        <w:t>vt 0.406778 0.344443</w:t>
        <w:br/>
        <w:t>vt 0.406464 0.349068</w:t>
        <w:br/>
        <w:t>vt 0.444032 0.652771</w:t>
        <w:br/>
        <w:t>vt 0.438163 0.655035</w:t>
        <w:br/>
        <w:t>vt 0.411702 0.349393</w:t>
        <w:br/>
        <w:t>vt 0.412153 0.344267</w:t>
        <w:br/>
        <w:t>vt 0.455057 0.645990</w:t>
        <w:br/>
        <w:t>vt 0.455338 0.650572</w:t>
        <w:br/>
        <w:t>vt 0.449475 0.651713</w:t>
        <w:br/>
        <w:t>vt 0.457139 0.681149</w:t>
        <w:br/>
        <w:t>vt 0.452213 0.680943</w:t>
        <w:br/>
        <w:t>vt 0.462443 0.681381</w:t>
        <w:br/>
        <w:t>vt 0.460624 0.689339</w:t>
        <w:br/>
        <w:t>vt 0.446003 0.690679</w:t>
        <w:br/>
        <w:t>vt 0.461726 0.646354</w:t>
        <w:br/>
        <w:t>vt 0.411156 0.354162</w:t>
        <w:br/>
        <w:t>vt 0.415470 0.301552</w:t>
        <w:br/>
        <w:t>vt 0.417085 0.299732</w:t>
        <w:br/>
        <w:t>vt 0.420023 0.304410</w:t>
        <w:br/>
        <w:t>vt 0.416733 0.306183</w:t>
        <w:br/>
        <w:t>vt 0.405225 0.305098</w:t>
        <w:br/>
        <w:t>vt 0.408666 0.306406</w:t>
        <w:br/>
        <w:t>vt 0.461696 0.651322</w:t>
        <w:br/>
        <w:t>vt 0.407463 0.300746</w:t>
        <w:br/>
        <w:t>vt 0.409628 0.301892</w:t>
        <w:br/>
        <w:t>vt 0.386835 0.354657</w:t>
        <w:br/>
        <w:t>vt 0.380429 0.355808</w:t>
        <w:br/>
        <w:t>vt 0.380444 0.350386</w:t>
        <w:br/>
        <w:t>vt 0.386721 0.348858</w:t>
        <w:br/>
        <w:t>vt 0.428348 0.642996</w:t>
        <w:br/>
        <w:t>vt 0.423254 0.639978</w:t>
        <w:br/>
        <w:t>vt 0.419924 0.652104</w:t>
        <w:br/>
        <w:t>vt 0.421709 0.646286</w:t>
        <w:br/>
        <w:t>vt 0.426626 0.648479</w:t>
        <w:br/>
        <w:t>vt 0.424931 0.654392</w:t>
        <w:br/>
        <w:t>vt 0.415796 0.669402</w:t>
        <w:br/>
        <w:t>vt 0.416922 0.664133</w:t>
        <w:br/>
        <w:t>vt 0.420947 0.665367</w:t>
        <w:br/>
        <w:t>vt 0.419655 0.670535</w:t>
        <w:br/>
        <w:t>vt 0.383451 0.325884</w:t>
        <w:br/>
        <w:t>vt 0.389028 0.326088</w:t>
        <w:br/>
        <w:t>vt 0.388427 0.331277</w:t>
        <w:br/>
        <w:t>vt 0.382553 0.331554</w:t>
        <w:br/>
        <w:t>vt 0.387002 0.342707</w:t>
        <w:br/>
        <w:t>vt 0.380764 0.345979</w:t>
        <w:br/>
        <w:t>vt 0.381471 0.339943</w:t>
        <w:br/>
        <w:t>vt 0.418445 0.638261</w:t>
        <w:br/>
        <w:t>vt 0.414707 0.650705</w:t>
        <w:br/>
        <w:t>vt 0.416395 0.644382</w:t>
        <w:br/>
        <w:t>vt 0.411039 0.668434</w:t>
        <w:br/>
        <w:t>vt 0.411913 0.662837</w:t>
        <w:br/>
        <w:t>vt 0.412165 0.689092</w:t>
        <w:br/>
        <w:t>vt 0.407454 0.690707</w:t>
        <w:br/>
        <w:t>vt 0.408457 0.683787</w:t>
        <w:br/>
        <w:t>vt 0.412148 0.684556</w:t>
        <w:br/>
        <w:t>vt 0.377328 0.330412</w:t>
        <w:br/>
        <w:t>vt 0.378474 0.324850</w:t>
        <w:br/>
        <w:t>vt 0.375239 0.345235</w:t>
        <w:br/>
        <w:t>vt 0.376005 0.338916</w:t>
        <w:br/>
        <w:t>vt 0.374984 0.355664</w:t>
        <w:br/>
        <w:t>vt 0.374965 0.350099</w:t>
        <w:br/>
        <w:t>vt 0.379341 0.320770</w:t>
        <w:br/>
        <w:t>vt 0.380517 0.315040</w:t>
        <w:br/>
        <w:t>vt 0.385400 0.315891</w:t>
        <w:br/>
        <w:t>vt 0.384025 0.322505</w:t>
        <w:br/>
        <w:t>vt 0.369935 0.349018</w:t>
        <w:br/>
        <w:t>vt 0.369877 0.354564</w:t>
        <w:br/>
        <w:t>vt 0.365073 0.354371</w:t>
        <w:br/>
        <w:t>vt 0.365425 0.347395</w:t>
        <w:br/>
        <w:t>vt 0.410862 0.642587</w:t>
        <w:br/>
        <w:t>vt 0.403836 0.640957</w:t>
        <w:br/>
        <w:t>vt 0.405766 0.634805</w:t>
        <w:br/>
        <w:t>vt 0.412947 0.636523</w:t>
        <w:br/>
        <w:t>vt 0.373883 0.322765</w:t>
        <w:br/>
        <w:t>vt 0.372864 0.328323</w:t>
        <w:br/>
        <w:t>vt 0.369462 0.327148</w:t>
        <w:br/>
        <w:t>vt 0.370506 0.321591</w:t>
        <w:br/>
        <w:t>vt 0.399269 0.666585</w:t>
        <w:br/>
        <w:t>vt 0.400089 0.660841</w:t>
        <w:br/>
        <w:t>vt 0.406632 0.661690</w:t>
        <w:br/>
        <w:t>vt 0.405809 0.667859</w:t>
        <w:br/>
        <w:t>vt 0.409212 0.649084</w:t>
        <w:br/>
        <w:t>vt 0.402057 0.647966</w:t>
        <w:br/>
        <w:t>vt 0.366636 0.339984</w:t>
        <w:br/>
        <w:t>vt 0.370718 0.339741</w:t>
        <w:br/>
        <w:t>vt 0.370251 0.345246</w:t>
        <w:br/>
        <w:t>vt 0.403029 0.688400</w:t>
        <w:br/>
        <w:t>vt 0.404860 0.683299</w:t>
        <w:br/>
        <w:t>vt 0.376034 0.313194</w:t>
        <w:br/>
        <w:t>vt 0.374385 0.320124</w:t>
        <w:br/>
        <w:t>vt 0.417147 0.680115</w:t>
        <w:br/>
        <w:t>vt 0.414027 0.678839</w:t>
        <w:br/>
        <w:t>vt 0.409528 0.677093</w:t>
        <w:br/>
        <w:t>vt 0.404871 0.676560</w:t>
        <w:br/>
        <w:t>vt 0.414713 0.685930</w:t>
        <w:br/>
        <w:t>vt 0.400493 0.684318</w:t>
        <w:br/>
        <w:t>vt 0.399243 0.676530</w:t>
        <w:br/>
        <w:t>vt 0.373141 0.312199</w:t>
        <w:br/>
        <w:t>vt 0.391031 0.316181</w:t>
        <w:br/>
        <w:t>vt 0.391264 0.309501</w:t>
        <w:br/>
        <w:t>vt 0.386201 0.309774</w:t>
        <w:br/>
        <w:t>vt 0.376146 0.304892</w:t>
        <w:br/>
        <w:t>vt 0.378492 0.307095</w:t>
        <w:br/>
        <w:t>vt 0.379608 0.301546</w:t>
        <w:br/>
        <w:t>vt 0.381155 0.303382</w:t>
        <w:br/>
        <w:t>vt 0.348480 0.363897</w:t>
        <w:br/>
        <w:t>vt 0.351841 0.360382</w:t>
        <w:br/>
        <w:t>vt 0.384519 0.631011</w:t>
        <w:br/>
        <w:t>vt 0.387829 0.626715</w:t>
        <w:br/>
        <w:t>vt 0.390870 0.630210</w:t>
        <w:br/>
        <w:t>vt 0.387740 0.634090</w:t>
        <w:br/>
        <w:t>vt 0.348665 0.352005</w:t>
        <w:br/>
        <w:t>vt 0.343996 0.353701</w:t>
        <w:br/>
        <w:t>vt 0.342695 0.350126</w:t>
        <w:br/>
        <w:t>vt 0.346606 0.347585</w:t>
        <w:br/>
        <w:t>vt 0.392111 0.616373</w:t>
        <w:br/>
        <w:t>vt 0.395167 0.619506</w:t>
        <w:br/>
        <w:t>vt 0.391808 0.622553</w:t>
        <w:br/>
        <w:t>vt 0.388449 0.619747</w:t>
        <w:br/>
        <w:t>vt 0.384348 0.624100</w:t>
        <w:br/>
        <w:t>vt 0.380917 0.628409</w:t>
        <w:br/>
        <w:t>vt 0.374319 0.640294</w:t>
        <w:br/>
        <w:t>vt 0.377188 0.641946</w:t>
        <w:br/>
        <w:t>vt 0.376790 0.645000</w:t>
        <w:br/>
        <w:t>vt 0.372852 0.645216</w:t>
        <w:br/>
        <w:t>vt 0.339499 0.355289</w:t>
        <w:br/>
        <w:t>vt 0.338292 0.351458</w:t>
        <w:br/>
        <w:t>vt 0.337367 0.348667</w:t>
        <w:br/>
        <w:t>vt 0.336144 0.344510</w:t>
        <w:br/>
        <w:t>vt 0.340305 0.342636</w:t>
        <w:br/>
        <w:t>vt 0.341831 0.347512</w:t>
        <w:br/>
        <w:t>vt 0.339910 0.368214</w:t>
        <w:br/>
        <w:t>vt 0.335876 0.368602</w:t>
        <w:br/>
        <w:t>vt 0.388728 0.612967</w:t>
        <w:br/>
        <w:t>vt 0.383662 0.608320</w:t>
        <w:br/>
        <w:t>vt 0.332415 0.358433</w:t>
        <w:br/>
        <w:t>vt 0.331295 0.353313</w:t>
        <w:br/>
        <w:t>vt 0.333846 0.352973</w:t>
        <w:br/>
        <w:t>vt 0.334914 0.356996</w:t>
        <w:br/>
        <w:t>vt 0.377977 0.625906</w:t>
        <w:br/>
        <w:t>vt 0.372544 0.622883</w:t>
        <w:br/>
        <w:t>vt 0.375994 0.617482</w:t>
        <w:br/>
        <w:t>vt 0.381194 0.621190</w:t>
        <w:br/>
        <w:t>vt 0.385222 0.616413</w:t>
        <w:br/>
        <w:t>vt 0.380214 0.612019</w:t>
        <w:br/>
        <w:t>vt 0.334336 0.364268</w:t>
        <w:br/>
        <w:t>vt 0.336994 0.362174</w:t>
        <w:br/>
        <w:t>vt 0.338233 0.365205</w:t>
        <w:br/>
        <w:t>vt 0.368887 0.642210</w:t>
        <w:br/>
        <w:t>vt 0.371689 0.638756</w:t>
        <w:br/>
        <w:t>vt 0.341248 0.359789</w:t>
        <w:br/>
        <w:t>vt 0.342581 0.362738</w:t>
        <w:br/>
        <w:t>vt 0.333271 0.350992</w:t>
        <w:br/>
        <w:t>vt 0.332036 0.345290</w:t>
        <w:br/>
        <w:t>vt 0.379842 0.637504</w:t>
        <w:br/>
        <w:t>vt 0.382648 0.639844</w:t>
        <w:br/>
        <w:t>vt 0.376842 0.635264</w:t>
        <w:br/>
        <w:t>vt 0.373832 0.633695</w:t>
        <w:br/>
        <w:t>vt 0.345619 0.357865</w:t>
        <w:br/>
        <w:t>vt 0.346859 0.360942</w:t>
        <w:br/>
        <w:t>vt 0.350731 0.356648</w:t>
        <w:br/>
        <w:t>vt 0.397621 0.624504</w:t>
        <w:br/>
        <w:t>vt 0.394456 0.626635</w:t>
        <w:br/>
        <w:t>vt 0.379239 0.643724</w:t>
        <w:br/>
        <w:t>vt 0.367606 0.637821</w:t>
        <w:br/>
        <w:t>vt 0.373832 0.633695</w:t>
        <w:br/>
        <w:t>vt 0.368814 0.631567</w:t>
        <w:br/>
        <w:t>vt 0.329435 0.345579</w:t>
        <w:br/>
        <w:t>vt 0.344897 0.340199</w:t>
        <w:br/>
        <w:t>vt 0.338554 0.338293</w:t>
        <w:br/>
        <w:t>vt 0.337508 0.335594</w:t>
        <w:br/>
        <w:t>vt 0.340299 0.333546</w:t>
        <w:br/>
        <w:t>vt 0.342325 0.335532</w:t>
        <w:br/>
        <w:t>vt 0.329042 0.340043</w:t>
        <w:br/>
        <w:t>vt 0.331269 0.340062</w:t>
        <w:br/>
        <w:t>vt 0.330485 0.335899</w:t>
        <w:br/>
        <w:t>vt 0.332187 0.336442</w:t>
        <w:br/>
        <w:t>vt 0.479061 0.604553</w:t>
        <w:br/>
        <w:t>vt 0.431970 0.465913</w:t>
        <w:br/>
        <w:t>vt 0.430910 0.577580</w:t>
        <w:br/>
        <w:t>vt 0.444829 0.581173</w:t>
        <w:br/>
        <w:t>vt 0.432210 0.563531</w:t>
        <w:br/>
        <w:t>vt 0.356593 0.433031</w:t>
        <w:br/>
        <w:t>vt 0.368917 0.436681</w:t>
        <w:br/>
        <w:t>vt 0.381499 0.441986</w:t>
        <w:br/>
        <w:t>vt 0.389196 0.413914</w:t>
        <w:br/>
        <w:t>vt 0.406012 0.406326</w:t>
        <w:br/>
        <w:t>vt 0.401733 0.418337</w:t>
        <w:br/>
        <w:t>vt 0.376086 0.383346</w:t>
        <w:br/>
        <w:t>vt 0.434364 0.385816</w:t>
        <w:br/>
        <w:t>vt 0.441780 0.378659</w:t>
        <w:br/>
        <w:t>vt 0.438143 0.389824</w:t>
        <w:br/>
        <w:t>vt 0.441385 0.394004</w:t>
        <w:br/>
        <w:t>vt 0.420805 0.372225</w:t>
        <w:br/>
        <w:t>vt 0.417271 0.345614</w:t>
        <w:br/>
        <w:t>vt 0.416867 0.350374</w:t>
        <w:br/>
        <w:t>vt 0.422291 0.347659</w:t>
        <w:br/>
        <w:t>vt 0.445610 0.374303</w:t>
        <w:br/>
        <w:t>vt 0.344597 0.366425</w:t>
        <w:br/>
        <w:t>vt 0.402286 0.387681</w:t>
        <w:br/>
        <w:t>vt 0.375707 0.379603</w:t>
        <w:br/>
        <w:t>vt 0.356353 0.384340</w:t>
        <w:br/>
        <w:t>vt 0.471807 0.581827</w:t>
        <w:br/>
        <w:t>vt 0.476773 0.584287</w:t>
        <w:br/>
        <w:t>vt 0.392590 0.370664</w:t>
        <w:br/>
        <w:t>vt 0.412420 0.421784</w:t>
        <w:br/>
        <w:t>vt 0.410167 0.455190</w:t>
        <w:br/>
        <w:t>vt 0.404236 0.581488</w:t>
        <w:br/>
        <w:t>vt 0.346901 0.431065</w:t>
        <w:br/>
        <w:t>vt 0.389732 0.305322</w:t>
        <w:br/>
        <w:t>vt 0.386239 0.305234</w:t>
        <w:br/>
        <w:t>vt 0.403270 0.465845</w:t>
        <w:br/>
        <w:t>vt 0.412613 0.460655</w:t>
        <w:br/>
        <w:t>vt 0.335910 0.333730</w:t>
        <w:br/>
        <w:t>vt 0.340299 0.333546</w:t>
        <w:br/>
        <w:t>vt 0.384879 0.300744</w:t>
        <w:br/>
        <w:t>vt 0.389732 0.305322</w:t>
        <w:br/>
        <w:t>vt 0.379608 0.301546</w:t>
        <w:br/>
        <w:t>vt 0.451179 0.375879</w:t>
        <w:br/>
        <w:t>vt 0.447145 0.372393</w:t>
        <w:br/>
        <w:t>vt 0.443081 0.369502</w:t>
        <w:br/>
        <w:t>vt 0.444261 0.368043</w:t>
        <w:br/>
        <w:t>vt 0.448413 0.370717</w:t>
        <w:br/>
        <w:t>vt 0.452147 0.374388</w:t>
        <w:br/>
        <w:t>vt 0.463107 0.357345</w:t>
        <w:br/>
        <w:t>vt 0.459186 0.354605</w:t>
        <w:br/>
        <w:t>vt 0.416676 0.352350</w:t>
        <w:br/>
        <w:t>vt 0.411439 0.351578</w:t>
        <w:br/>
        <w:t>vt 0.406146 0.350889</w:t>
        <w:br/>
        <w:t>vt 0.417978 0.326699</w:t>
        <w:br/>
        <w:t>vt 0.412914 0.326185</w:t>
        <w:br/>
        <w:t>vt 0.407708 0.326402</w:t>
        <w:br/>
        <w:t>vt 0.380512 0.348086</w:t>
        <w:br/>
        <w:t>vt 0.375076 0.347423</w:t>
        <w:br/>
        <w:t>vt 0.370093 0.346688</w:t>
        <w:br/>
        <w:t>vt 0.383820 0.324067</w:t>
        <w:br/>
        <w:t>vt 0.378882 0.322634</w:t>
        <w:br/>
        <w:t>vt 0.374124 0.321364</w:t>
        <w:br/>
        <w:t>vt 0.347522 0.362209</w:t>
        <w:br/>
        <w:t>vt 0.343154 0.364110</w:t>
        <w:br/>
        <w:t>vt 0.338708 0.366306</w:t>
        <w:br/>
        <w:t>vt 0.342239 0.348716</w:t>
        <w:br/>
        <w:t>vt 0.337856 0.350089</w:t>
        <w:br/>
        <w:t>vt 0.333549 0.351833</w:t>
        <w:br/>
        <w:t>vt 0.460203 0.626096</w:t>
        <w:br/>
        <w:t>vt 0.457462 0.616179</w:t>
        <w:br/>
        <w:t>vt 0.440611 0.625398</w:t>
        <w:br/>
        <w:t>vt 0.428237 0.613459</w:t>
        <w:br/>
        <w:t>vt 0.435360 0.630207</w:t>
        <w:br/>
        <w:t>vt 0.461364 0.626392</w:t>
        <w:br/>
        <w:t>vt 0.416632 0.607902</w:t>
        <w:br/>
        <w:t>vt 0.348915 0.460047</w:t>
        <w:br/>
        <w:t>vt 0.398193 0.431708</w:t>
        <w:br/>
        <w:t>vt 0.375513 0.477533</w:t>
        <w:br/>
        <w:t>vt 0.341550 0.456559</w:t>
        <w:br/>
        <w:t>vt 0.396433 0.502945</w:t>
        <w:br/>
        <w:t>vt 0.396739 0.512378</w:t>
        <w:br/>
        <w:t>vt 0.393039 0.485803</w:t>
        <w:br/>
        <w:t>vt 0.394729 0.494254</w:t>
        <w:br/>
        <w:t>vt 0.397856 0.523683</w:t>
        <w:br/>
        <w:t>vt 0.394730 0.533732</w:t>
        <w:br/>
        <w:t>vt 0.393252 0.485942</w:t>
        <w:br/>
        <w:t>vt 0.394415 0.479189</w:t>
        <w:br/>
        <w:t>vt 0.395597 0.479988</w:t>
        <w:br/>
        <w:t>vt 0.371985 0.424085</w:t>
        <w:br/>
        <w:t>vt 0.385308 0.427818</w:t>
        <w:br/>
        <w:t>vt 0.434374 0.628726</w:t>
        <w:br/>
        <w:t>vt 0.410564 0.616728</w:t>
        <w:br/>
        <w:t>vt 0.410942 0.617163</w:t>
        <w:br/>
        <w:t>vt 0.460635 0.625823</w:t>
        <w:br/>
        <w:t>vt 0.458435 0.615350</w:t>
        <w:br/>
        <w:t>vt 0.464652 0.334438</w:t>
        <w:br/>
        <w:t>vt 0.469088 0.335165</w:t>
        <w:br/>
        <w:t>vt 0.469088 0.335165</w:t>
        <w:br/>
        <w:t>vt 0.483945 0.676522</w:t>
        <w:br/>
        <w:t>vt 0.412756 0.306876</w:t>
        <w:br/>
        <w:t>vt 0.407463 0.300746</w:t>
        <w:br/>
        <w:t>vt 0.412308 0.298538</w:t>
        <w:br/>
        <w:t>vt 0.417085 0.299732</w:t>
        <w:br/>
        <w:t>vt 0.412581 0.297271</w:t>
        <w:br/>
        <w:t>vt 0.412581 0.297271</w:t>
        <w:br/>
        <w:t>vt 0.412409 0.301102</w:t>
        <w:br/>
        <w:t>vt 0.412409 0.301102</w:t>
        <w:br/>
        <w:t>vt 0.382315 0.309088</w:t>
        <w:br/>
        <w:t>vt 0.383668 0.304579</w:t>
        <w:br/>
        <w:t>vt 0.386239 0.305234</w:t>
        <w:br/>
        <w:t>vt 0.383668 0.304579</w:t>
        <w:br/>
        <w:t>vt 0.335158 0.339940</w:t>
        <w:br/>
        <w:t>vt 0.335219 0.336431</w:t>
        <w:br/>
        <w:t>vt 0.332187 0.336442</w:t>
        <w:br/>
        <w:t>vt 0.345657 0.468496</w:t>
        <w:br/>
        <w:t>vt 0.341484 0.467239</w:t>
        <w:br/>
        <w:t>vt 0.351050 0.470207</w:t>
        <w:br/>
        <w:t>vt 0.369518 0.482102</w:t>
        <w:br/>
        <w:t>vt 0.365851 0.478926</w:t>
        <w:br/>
        <w:t>vt 0.437385 0.429653</w:t>
        <w:br/>
        <w:t>vt 0.434891 0.433540</w:t>
        <w:br/>
        <w:t>vt 0.401579 0.531341</w:t>
        <w:br/>
        <w:t>vt 0.375623 0.505662</w:t>
        <w:br/>
        <w:t>vt 0.374353 0.505753</w:t>
        <w:br/>
        <w:t>vt 0.373986 0.498255</w:t>
        <w:br/>
        <w:t>vt 0.375439 0.498103</w:t>
        <w:br/>
        <w:t>vt 0.374974 0.493236</w:t>
        <w:br/>
        <w:t>vt 0.373730 0.493426</w:t>
        <w:br/>
        <w:t>vt 0.374135 0.490141</w:t>
        <w:br/>
        <w:t>vt 0.372984 0.490406</w:t>
        <w:br/>
        <w:t>vt 0.356403 0.472964</w:t>
        <w:br/>
        <w:t>vt 0.361172 0.475817</w:t>
        <w:br/>
        <w:t>vt 0.360633 0.476598</w:t>
        <w:br/>
        <w:t>vt 0.355698 0.473892</w:t>
        <w:br/>
        <w:t>vt 0.374792 0.525316</w:t>
        <w:br/>
        <w:t>vt 0.375837 0.525007</w:t>
        <w:br/>
        <w:t>vt 0.375313 0.530321</w:t>
        <w:br/>
        <w:t>vt 0.374332 0.529767</w:t>
        <w:br/>
        <w:t>vt 0.376035 0.520319</w:t>
        <w:br/>
        <w:t>vt 0.374955 0.520477</w:t>
        <w:br/>
        <w:t>vt 0.374916 0.514037</w:t>
        <w:br/>
        <w:t>vt 0.375985 0.514039</w:t>
        <w:br/>
        <w:t>vt 0.371599 0.484666</w:t>
        <w:br/>
        <w:t>vt 0.373064 0.487350</w:t>
        <w:br/>
        <w:t>vt 0.371952 0.487807</w:t>
        <w:br/>
        <w:t>vt 0.370553 0.485270</w:t>
        <w:br/>
        <w:t>vt 0.434954 0.470329</w:t>
        <w:br/>
        <w:t>vt 0.435681 0.469514</w:t>
        <w:br/>
        <w:t>vt 0.451670 0.460216</w:t>
        <w:br/>
        <w:t>vt 0.444768 0.456665</w:t>
        <w:br/>
        <w:t>vt 0.445927 0.455229</w:t>
        <w:br/>
        <w:t>vt 0.452307 0.458728</w:t>
        <w:br/>
        <w:t>vt 0.472789 0.573501</w:t>
        <w:br/>
        <w:t>vt 0.476651 0.566408</w:t>
        <w:br/>
        <w:t>vt 0.477460 0.567726</w:t>
        <w:br/>
        <w:t>vt 0.474130 0.574284</w:t>
        <w:br/>
        <w:t>vt 0.435970 0.444855</w:t>
        <w:br/>
        <w:t>vt 0.437330 0.444412</w:t>
        <w:br/>
        <w:t>vt 0.440561 0.450373</w:t>
        <w:br/>
        <w:t>vt 0.439203 0.451353</w:t>
        <w:br/>
        <w:t>vt 0.473181 0.581589</w:t>
        <w:br/>
        <w:t>vt 0.411687 0.546978</w:t>
        <w:br/>
        <w:t>vt 0.415986 0.554903</w:t>
        <w:br/>
        <w:t>vt 0.414736 0.555501</w:t>
        <w:br/>
        <w:t>vt 0.410560 0.547423</w:t>
        <w:br/>
        <w:t>vt 0.425853 0.562470</w:t>
        <w:br/>
        <w:t>vt 0.419507 0.560549</w:t>
        <w:br/>
        <w:t>vt 0.420369 0.559464</w:t>
        <w:br/>
        <w:t>vt 0.426225 0.561303</w:t>
        <w:br/>
        <w:t>vt 0.449398 0.562751</w:t>
        <w:br/>
        <w:t>vt 0.448541 0.561411</w:t>
        <w:br/>
        <w:t>vt 0.461008 0.556022</w:t>
        <w:br/>
        <w:t>vt 0.461925 0.556866</w:t>
        <w:br/>
        <w:t>vt 0.424596 0.461981</w:t>
        <w:br/>
        <w:t>vt 0.424612 0.461003</w:t>
        <w:br/>
        <w:t>vt 0.428456 0.462413</w:t>
        <w:br/>
        <w:t>vt 0.427861 0.463218</w:t>
        <w:br/>
        <w:t>vt 0.432210 0.563531</w:t>
        <w:br/>
        <w:t>vt 0.432137 0.562214</w:t>
        <w:br/>
        <w:t>vt 0.477477 0.582765</w:t>
        <w:br/>
        <w:t>vt 0.434184 0.439467</w:t>
        <w:br/>
        <w:t>vt 0.435569 0.438928</w:t>
        <w:br/>
        <w:t>vt 0.406989 0.537491</w:t>
        <w:br/>
        <w:t>vt 0.405739 0.538204</w:t>
        <w:br/>
        <w:t>vt 0.403270 0.465845</w:t>
        <w:br/>
        <w:t>vt 0.412613 0.460655</w:t>
        <w:br/>
        <w:t>vt 0.412536 0.462038</w:t>
        <w:br/>
        <w:t>vt 0.404110 0.466520</w:t>
        <w:br/>
        <w:t>vt 0.396739 0.512378</w:t>
        <w:br/>
        <w:t>vt 0.396433 0.502945</w:t>
        <w:br/>
        <w:t>vt 0.398209 0.502794</w:t>
        <w:br/>
        <w:t>vt 0.398299 0.512646</w:t>
        <w:br/>
        <w:t>vt 0.394729 0.494254</w:t>
        <w:br/>
        <w:t>vt 0.395795 0.493546</w:t>
        <w:br/>
        <w:t>vt 0.397094 0.472831</w:t>
        <w:br/>
        <w:t>vt 0.398122 0.473747</w:t>
        <w:br/>
        <w:t>vt 0.397856 0.523683</w:t>
        <w:br/>
        <w:t>vt 0.399265 0.523432</w:t>
        <w:br/>
        <w:t>vt 0.398122 0.473747</w:t>
        <w:br/>
        <w:t>vt 0.341484 0.467239</w:t>
        <w:br/>
        <w:t>vt 0.345657 0.468496</w:t>
        <w:br/>
        <w:t>vt 0.345388 0.469447</w:t>
        <w:br/>
        <w:t>vt 0.341219 0.468172</w:t>
        <w:br/>
        <w:t>vt 0.351050 0.470207</w:t>
        <w:br/>
        <w:t>vt 0.350439 0.471242</w:t>
        <w:br/>
        <w:t>vt 0.365851 0.478926</w:t>
        <w:br/>
        <w:t>vt 0.369518 0.482102</w:t>
        <w:br/>
        <w:t>vt 0.368485 0.482834</w:t>
        <w:br/>
        <w:t>vt 0.365238 0.479730</w:t>
        <w:br/>
        <w:t>vt 0.438619 0.430817</w:t>
        <w:br/>
        <w:t>vt 0.436454 0.433552</w:t>
        <w:br/>
        <w:t>vt 0.434891 0.433540</w:t>
        <w:br/>
        <w:t>vt 0.402884 0.530312</w:t>
        <w:br/>
        <w:t>vt 0.415986 0.554903</w:t>
        <w:br/>
        <w:t>vt 0.420384 0.461438</w:t>
        <w:br/>
        <w:t>vt 0.420394 0.460435</w:t>
        <w:br/>
        <w:t>vt 0.420394 0.460435</w:t>
        <w:br/>
        <w:t>vt 0.394415 0.479189</w:t>
        <w:br/>
        <w:t>vt 0.407539 0.547441</w:t>
        <w:br/>
        <w:t>vt 0.405739 0.538204</w:t>
        <w:br/>
        <w:t>vt 0.403283 0.539432</w:t>
        <w:br/>
        <w:t>vt 0.401579 0.531341</w:t>
        <w:br/>
        <w:t>vt 0.337458 0.467623</w:t>
        <w:br/>
        <w:t>vt 0.337546 0.466511</w:t>
        <w:br/>
        <w:t>vt 0.337546 0.466511</w:t>
        <w:br/>
        <w:t>vt 0.440136 0.476366</w:t>
        <w:br/>
        <w:t>vt 0.439250 0.477294</w:t>
        <w:br/>
        <w:t>vt 0.434954 0.470329</w:t>
        <w:br/>
        <w:t>vt 0.440136 0.476366</w:t>
        <w:br/>
        <w:t>vt 0.415535 0.521217</w:t>
        <w:br/>
        <w:t>vt 0.436897 0.534978</w:t>
        <w:br/>
        <w:t>vt 0.412985 0.526256</w:t>
        <w:br/>
        <w:t>vt 0.412093 0.531502</w:t>
        <w:br/>
        <w:t>vt 0.412934 0.537087</w:t>
        <w:br/>
        <w:t>vt 0.459122 0.548545</w:t>
        <w:br/>
        <w:t>vt 0.463116 0.542639</w:t>
        <w:br/>
        <w:t>vt 0.440735 0.554192</w:t>
        <w:br/>
        <w:t>vt 0.451047 0.552789</w:t>
        <w:br/>
        <w:t>vt 0.421484 0.548599</w:t>
        <w:br/>
        <w:t>vt 0.430718 0.552904</w:t>
        <w:br/>
        <w:t>vt 0.462707 0.529064</w:t>
        <w:br/>
        <w:t>vt 0.458093 0.522462</w:t>
        <w:br/>
        <w:t>vt 0.435155 0.514836</w:t>
        <w:br/>
        <w:t>vt 0.422598 0.516801</w:t>
        <w:br/>
        <w:t>vt 0.464445 0.536466</w:t>
        <w:br/>
        <w:t>vt 0.449029 0.516642</w:t>
        <w:br/>
        <w:t>vt 0.415456 0.542623</w:t>
        <w:br/>
        <w:t>vt 0.431518 0.490695</w:t>
        <w:br/>
        <w:t>vt 0.416050 0.484979</w:t>
        <w:br/>
        <w:t>vt 0.431193 0.478687</w:t>
        <w:br/>
        <w:t>vt 0.421712 0.470778</w:t>
        <w:br/>
        <w:t>vt 0.408090 0.471496</w:t>
        <w:br/>
        <w:t>vt 0.401292 0.476215</w:t>
        <w:br/>
        <w:t>vt 0.400463 0.482314</w:t>
        <w:br/>
        <w:t>vt 0.404064 0.491569</w:t>
        <w:br/>
        <w:t>vt 0.411451 0.497922</w:t>
        <w:br/>
        <w:t>vt 0.422574 0.498295</w:t>
        <w:br/>
        <w:t>vt 0.393039 0.485803</w:t>
        <w:br/>
        <w:t>vt 0.896704 0.310821</w:t>
        <w:br/>
        <w:t>vt 0.910399 0.310821</w:t>
        <w:br/>
        <w:t>vt 0.910399 0.319846</w:t>
        <w:br/>
        <w:t>vt 0.896704 0.319846</w:t>
        <w:br/>
        <w:t>vt 0.910399 0.551049</w:t>
        <w:br/>
        <w:t>vt 0.896704 0.551049</w:t>
        <w:br/>
        <w:t>vt 0.896704 0.540198</w:t>
        <w:br/>
        <w:t>vt 0.910399 0.540198</w:t>
        <w:br/>
        <w:t>vt 0.910399 0.490256</w:t>
        <w:br/>
        <w:t>vt 0.910399 0.503441</w:t>
        <w:br/>
        <w:t>vt 0.896704 0.503441</w:t>
        <w:br/>
        <w:t>vt 0.896704 0.490256</w:t>
        <w:br/>
        <w:t>vt 0.896704 0.463732</w:t>
        <w:br/>
        <w:t>vt 0.896704 0.448692</w:t>
        <w:br/>
        <w:t>vt 0.910399 0.448692</w:t>
        <w:br/>
        <w:t>vt 0.910399 0.463732</w:t>
        <w:br/>
        <w:t>vt 0.910399 0.570402</w:t>
        <w:br/>
        <w:t>vt 0.896704 0.570402</w:t>
        <w:br/>
        <w:t>vt 0.896704 0.561585</w:t>
        <w:br/>
        <w:t>vt 0.910399 0.561585</w:t>
        <w:br/>
        <w:t>vt 0.896704 0.579900</w:t>
        <w:br/>
        <w:t>vt 0.910399 0.579900</w:t>
        <w:br/>
        <w:t>vt 0.910399 0.590342</w:t>
        <w:br/>
        <w:t>vt 0.896704 0.590342</w:t>
        <w:br/>
        <w:t>vt 0.896704 0.381385</w:t>
        <w:br/>
        <w:t>vt 0.896704 0.367124</w:t>
        <w:br/>
        <w:t>vt 0.910399 0.367124</w:t>
        <w:br/>
        <w:t>vt 0.910399 0.381385</w:t>
        <w:br/>
        <w:t>vt 0.910399 0.516972</w:t>
        <w:br/>
        <w:t>vt 0.896704 0.516972</w:t>
        <w:br/>
        <w:t>vt 0.896704 0.395507</w:t>
        <w:br/>
        <w:t>vt 0.910399 0.395507</w:t>
        <w:br/>
        <w:t>vt 0.910399 0.410125</w:t>
        <w:br/>
        <w:t>vt 0.910399 0.424470</w:t>
        <w:br/>
        <w:t>vt 0.896704 0.424470</w:t>
        <w:br/>
        <w:t>vt 0.896704 0.410125</w:t>
        <w:br/>
        <w:t>vt 0.896704 0.354151</w:t>
        <w:br/>
        <w:t>vt 0.896704 0.343129</w:t>
        <w:br/>
        <w:t>vt 0.910399 0.343129</w:t>
        <w:br/>
        <w:t>vt 0.910399 0.354151</w:t>
        <w:br/>
        <w:t>vt 0.896704 0.285384</w:t>
        <w:br/>
        <w:t>vt 0.910399 0.285384</w:t>
        <w:br/>
        <w:t>vt 0.910399 0.301926</w:t>
        <w:br/>
        <w:t>vt 0.896704 0.301926</w:t>
        <w:br/>
        <w:t>vt 0.910399 0.626638</w:t>
        <w:br/>
        <w:t>vt 0.896704 0.626638</w:t>
        <w:br/>
        <w:t>vt 0.896704 0.613780</w:t>
        <w:br/>
        <w:t>vt 0.910399 0.613780</w:t>
        <w:br/>
        <w:t>vt 0.910399 0.529083</w:t>
        <w:br/>
        <w:t>vt 0.896704 0.529083</w:t>
        <w:br/>
        <w:t>vt 0.910399 0.601921</w:t>
        <w:br/>
        <w:t>vt 0.896704 0.601921</w:t>
        <w:br/>
        <w:t>vt 0.896704 0.436337</w:t>
        <w:br/>
        <w:t>vt 0.910399 0.436337</w:t>
        <w:br/>
        <w:t>vt 0.891404 0.299862</w:t>
        <w:br/>
        <w:t>vt 0.891404 0.305245</w:t>
        <w:br/>
        <w:t>vt 0.882169 0.305245</w:t>
        <w:br/>
        <w:t>vt 0.882169 0.299862</w:t>
        <w:br/>
        <w:t>vt 0.891404 0.436589</w:t>
        <w:br/>
        <w:t>vt 0.891404 0.443015</w:t>
        <w:br/>
        <w:t>vt 0.882169 0.443015</w:t>
        <w:br/>
        <w:t>vt 0.882169 0.436589</w:t>
        <w:br/>
        <w:t>vt 0.891404 0.460106</w:t>
        <w:br/>
        <w:t>vt 0.891404 0.466372</w:t>
        <w:br/>
        <w:t>vt 0.882169 0.466372</w:t>
        <w:br/>
        <w:t>vt 0.882169 0.460106</w:t>
        <w:br/>
        <w:t>vt 0.891404 0.341892</w:t>
        <w:br/>
        <w:t>vt 0.882169 0.341892</w:t>
        <w:br/>
        <w:t>vt 0.882169 0.333384</w:t>
        <w:br/>
        <w:t>vt 0.891404 0.333384</w:t>
        <w:br/>
        <w:t>vt 0.891404 0.422857</w:t>
        <w:br/>
        <w:t>vt 0.882169 0.422857</w:t>
        <w:br/>
        <w:t>vt 0.882169 0.414793</w:t>
        <w:br/>
        <w:t>vt 0.891404 0.414793</w:t>
        <w:br/>
        <w:t>vt 0.891404 0.449252</w:t>
        <w:br/>
        <w:t>vt 0.891404 0.454449</w:t>
        <w:br/>
        <w:t>vt 0.882169 0.454449</w:t>
        <w:br/>
        <w:t>vt 0.882169 0.449252</w:t>
        <w:br/>
        <w:t>vt 0.891404 0.350272</w:t>
        <w:br/>
        <w:t>vt 0.882169 0.350272</w:t>
        <w:br/>
        <w:t>vt 0.891404 0.367592</w:t>
        <w:br/>
        <w:t>vt 0.882169 0.367592</w:t>
        <w:br/>
        <w:t>vt 0.882169 0.359004</w:t>
        <w:br/>
        <w:t>vt 0.891404 0.359004</w:t>
        <w:br/>
        <w:t>vt 0.891404 0.480475</w:t>
        <w:br/>
        <w:t>vt 0.891404 0.488214</w:t>
        <w:br/>
        <w:t>vt 0.882169 0.488214</w:t>
        <w:br/>
        <w:t>vt 0.882169 0.480475</w:t>
        <w:br/>
        <w:t>vt 0.882169 0.294560</w:t>
        <w:br/>
        <w:t>vt 0.882169 0.284664</w:t>
        <w:br/>
        <w:t>vt 0.891404 0.284664</w:t>
        <w:br/>
        <w:t>vt 0.891404 0.294560</w:t>
        <w:br/>
        <w:t>vt 0.891404 0.430011</w:t>
        <w:br/>
        <w:t>vt 0.882169 0.430011</w:t>
        <w:br/>
        <w:t>vt 0.891404 0.473339</w:t>
        <w:br/>
        <w:t>vt 0.882169 0.473339</w:t>
        <w:br/>
        <w:t>vt 0.882169 0.319087</w:t>
        <w:br/>
        <w:t>vt 0.891404 0.319087</w:t>
        <w:br/>
        <w:t>vt 0.891404 0.325660</w:t>
        <w:br/>
        <w:t>vt 0.882169 0.325660</w:t>
        <w:br/>
        <w:t>vt 0.882169 0.311637</w:t>
        <w:br/>
        <w:t>vt 0.891404 0.311637</w:t>
        <w:br/>
        <w:t>vt 0.891404 0.391089</w:t>
        <w:br/>
        <w:t>vt 0.882169 0.391089</w:t>
        <w:br/>
        <w:t>vt 0.882169 0.382077</w:t>
        <w:br/>
        <w:t>vt 0.891404 0.382077</w:t>
        <w:br/>
        <w:t>vt 0.896704 0.319846</w:t>
        <w:br/>
        <w:t>vt 0.894834 0.319846</w:t>
        <w:br/>
        <w:t>vt 0.894834 0.310821</w:t>
        <w:br/>
        <w:t>vt 0.896704 0.310821</w:t>
        <w:br/>
        <w:t>vt 0.912431 0.310821</w:t>
        <w:br/>
        <w:t>vt 0.912431 0.319846</w:t>
        <w:br/>
        <w:t>vt 0.896704 0.490256</w:t>
        <w:br/>
        <w:t>vt 0.896704 0.503441</w:t>
        <w:br/>
        <w:t>vt 0.894834 0.503441</w:t>
        <w:br/>
        <w:t>vt 0.894834 0.490256</w:t>
        <w:br/>
        <w:t>vt 0.896704 0.448692</w:t>
        <w:br/>
        <w:t>vt 0.896704 0.463732</w:t>
        <w:br/>
        <w:t>vt 0.894834 0.463732</w:t>
        <w:br/>
        <w:t>vt 0.894834 0.448692</w:t>
        <w:br/>
        <w:t>vt 0.912431 0.570402</w:t>
        <w:br/>
        <w:t>vt 0.910399 0.570402</w:t>
        <w:br/>
        <w:t>vt 0.910399 0.561585</w:t>
        <w:br/>
        <w:t>vt 0.912431 0.561585</w:t>
        <w:br/>
        <w:t>vt 0.896704 0.590342</w:t>
        <w:br/>
        <w:t>vt 0.894834 0.590342</w:t>
        <w:br/>
        <w:t>vt 0.894834 0.579900</w:t>
        <w:br/>
        <w:t>vt 0.896704 0.579900</w:t>
        <w:br/>
        <w:t>vt 0.912431 0.579900</w:t>
        <w:br/>
        <w:t>vt 0.912431 0.590342</w:t>
        <w:br/>
        <w:t>vt 0.894834 0.367124</w:t>
        <w:br/>
        <w:t>vt 0.896704 0.367124</w:t>
        <w:br/>
        <w:t>vt 0.896704 0.381385</w:t>
        <w:br/>
        <w:t>vt 0.894834 0.381385</w:t>
        <w:br/>
        <w:t>vt 0.912431 0.367124</w:t>
        <w:br/>
        <w:t>vt 0.912431 0.381385</w:t>
        <w:br/>
        <w:t>vt 0.910399 0.381385</w:t>
        <w:br/>
        <w:t>vt 0.910399 0.367124</w:t>
        <w:br/>
        <w:t>vt 0.896704 0.516972</w:t>
        <w:br/>
        <w:t>vt 0.894834 0.516972</w:t>
        <w:br/>
        <w:t>vt 0.910399 0.516972</w:t>
        <w:br/>
        <w:t>vt 0.910399 0.503441</w:t>
        <w:br/>
        <w:t>vt 0.912431 0.503441</w:t>
        <w:br/>
        <w:t>vt 0.912431 0.516972</w:t>
        <w:br/>
        <w:t>vt 0.894834 0.570402</w:t>
        <w:br/>
        <w:t>vt 0.894834 0.561585</w:t>
        <w:br/>
        <w:t>vt 0.896704 0.561585</w:t>
        <w:br/>
        <w:t>vt 0.896704 0.570402</w:t>
        <w:br/>
        <w:t>vt 0.896704 0.395507</w:t>
        <w:br/>
        <w:t>vt 0.894834 0.395507</w:t>
        <w:br/>
        <w:t>vt 0.912431 0.395507</w:t>
        <w:br/>
        <w:t>vt 0.910399 0.395507</w:t>
        <w:br/>
        <w:t>vt 0.894834 0.410125</w:t>
        <w:br/>
        <w:t>vt 0.896704 0.410125</w:t>
        <w:br/>
        <w:t>vt 0.896704 0.424470</w:t>
        <w:br/>
        <w:t>vt 0.894834 0.424470</w:t>
        <w:br/>
        <w:t>vt 0.910399 0.424470</w:t>
        <w:br/>
        <w:t>vt 0.910399 0.410125</w:t>
        <w:br/>
        <w:t>vt 0.912431 0.410125</w:t>
        <w:br/>
        <w:t>vt 0.912431 0.424470</w:t>
        <w:br/>
        <w:t>vt 0.910399 0.354151</w:t>
        <w:br/>
        <w:t>vt 0.910399 0.343129</w:t>
        <w:br/>
        <w:t>vt 0.912431 0.343129</w:t>
        <w:br/>
        <w:t>vt 0.912431 0.354151</w:t>
        <w:br/>
        <w:t>vt 0.896704 0.285384</w:t>
        <w:br/>
        <w:t>vt 0.896704 0.301926</w:t>
        <w:br/>
        <w:t>vt 0.894834 0.301926</w:t>
        <w:br/>
        <w:t>vt 0.894834 0.285384</w:t>
        <w:br/>
        <w:t>vt 0.896704 0.613780</w:t>
        <w:br/>
        <w:t>vt 0.896704 0.626638</w:t>
        <w:br/>
        <w:t>vt 0.894834 0.626638</w:t>
        <w:br/>
        <w:t>vt 0.894834 0.613780</w:t>
        <w:br/>
        <w:t>vt 0.912431 0.613780</w:t>
        <w:br/>
        <w:t>vt 0.912431 0.626638</w:t>
        <w:br/>
        <w:t>vt 0.912431 0.301926</w:t>
        <w:br/>
        <w:t>vt 0.912431 0.285384</w:t>
        <w:br/>
        <w:t>vt 0.896704 0.529083</w:t>
        <w:br/>
        <w:t>vt 0.894834 0.529083</w:t>
        <w:br/>
        <w:t>vt 0.912431 0.529083</w:t>
        <w:br/>
        <w:t>vt 0.896704 0.601921</w:t>
        <w:br/>
        <w:t>vt 0.894834 0.601921</w:t>
        <w:br/>
        <w:t>vt 0.912431 0.601921</w:t>
        <w:br/>
        <w:t>vt 0.894834 0.354151</w:t>
        <w:br/>
        <w:t>vt 0.896704 0.354151</w:t>
        <w:br/>
        <w:t>vt 0.910399 0.330623</w:t>
        <w:br/>
        <w:t>vt 0.912431 0.330623</w:t>
        <w:br/>
        <w:t>vt 0.910399 0.448692</w:t>
        <w:br/>
        <w:t>vt 0.910399 0.436337</w:t>
        <w:br/>
        <w:t>vt 0.912431 0.436337</w:t>
        <w:br/>
        <w:t>vt 0.912431 0.448692</w:t>
        <w:br/>
        <w:t>vt 0.910399 0.463732</w:t>
        <w:br/>
        <w:t>vt 0.912431 0.463732</w:t>
        <w:br/>
        <w:t>vt 0.891404 0.406939</w:t>
        <w:br/>
        <w:t>vt 0.882169 0.406939</w:t>
        <w:br/>
        <w:t>vt 0.882169 0.399490</w:t>
        <w:br/>
        <w:t>vt 0.891404 0.399490</w:t>
        <w:br/>
        <w:t>vt 0.910399 0.490256</w:t>
        <w:br/>
        <w:t>vt 0.910399 0.477767</w:t>
        <w:br/>
        <w:t>vt 0.912431 0.477767</w:t>
        <w:br/>
        <w:t>vt 0.912431 0.490256</w:t>
        <w:br/>
        <w:t>vt 0.910399 0.477767</w:t>
        <w:br/>
        <w:t>vt 0.896704 0.477767</w:t>
        <w:br/>
        <w:t>vt 0.894834 0.477767</w:t>
        <w:br/>
        <w:t>vt 0.896704 0.477767</w:t>
        <w:br/>
        <w:t>vt 0.894834 0.551049</w:t>
        <w:br/>
        <w:t>vt 0.896704 0.551049</w:t>
        <w:br/>
        <w:t>vt 0.910399 0.551049</w:t>
        <w:br/>
        <w:t>vt 0.912431 0.551049</w:t>
        <w:br/>
        <w:t>vt 0.894834 0.540198</w:t>
        <w:br/>
        <w:t>vt 0.896704 0.540198</w:t>
        <w:br/>
        <w:t>vt 0.910399 0.540198</w:t>
        <w:br/>
        <w:t>vt 0.912431 0.540198</w:t>
        <w:br/>
        <w:t>vt 0.896704 0.436337</w:t>
        <w:br/>
        <w:t>vt 0.894834 0.436337</w:t>
        <w:br/>
        <w:t>vt 0.891404 0.374687</w:t>
        <w:br/>
        <w:t>vt 0.882169 0.374687</w:t>
        <w:br/>
        <w:t>vt 0.894834 0.343129</w:t>
        <w:br/>
        <w:t>vt 0.896704 0.343129</w:t>
        <w:br/>
        <w:t>vt 0.896704 0.330623</w:t>
        <w:br/>
        <w:t>vt 0.894834 0.330623</w:t>
        <w:br/>
        <w:t>vt 0.896704 0.330623</w:t>
        <w:br/>
        <w:t>vt 0.947046 0.490271</w:t>
        <w:br/>
        <w:t>vt 0.947046 0.507448</w:t>
        <w:br/>
        <w:t>vt 0.932465 0.507448</w:t>
        <w:br/>
        <w:t>vt 0.932465 0.490271</w:t>
        <w:br/>
        <w:t>vt 0.947046 0.448894</w:t>
        <w:br/>
        <w:t>vt 0.947046 0.461648</w:t>
        <w:br/>
        <w:t>vt 0.932465 0.461648</w:t>
        <w:br/>
        <w:t>vt 0.932465 0.448894</w:t>
        <w:br/>
        <w:t>vt 0.932465 0.564610</w:t>
        <w:br/>
        <w:t>vt 0.947046 0.564610</w:t>
        <w:br/>
        <w:t>vt 0.947046 0.576916</w:t>
        <w:br/>
        <w:t>vt 0.932465 0.576916</w:t>
        <w:br/>
        <w:t>vt 0.932465 0.436644</w:t>
        <w:br/>
        <w:t>vt 0.947046 0.436644</w:t>
        <w:br/>
        <w:t>vt 0.947046 0.606395</w:t>
        <w:br/>
        <w:t>vt 0.932465 0.606395</w:t>
        <w:br/>
        <w:t>vt 0.932465 0.596893</w:t>
        <w:br/>
        <w:t>vt 0.947046 0.596893</w:t>
        <w:br/>
        <w:t>vt 0.947046 0.628973</w:t>
        <w:br/>
        <w:t>vt 0.932465 0.628973</w:t>
        <w:br/>
        <w:t>vt 0.932465 0.617684</w:t>
        <w:br/>
        <w:t>vt 0.947046 0.617684</w:t>
        <w:br/>
        <w:t>vt 0.932465 0.342167</w:t>
        <w:br/>
        <w:t>vt 0.947046 0.342167</w:t>
        <w:br/>
        <w:t>vt 0.947046 0.354111</w:t>
        <w:br/>
        <w:t>vt 0.932465 0.354111</w:t>
        <w:br/>
        <w:t>vt 0.932465 0.298678</w:t>
        <w:br/>
        <w:t>vt 0.947046 0.298678</w:t>
        <w:br/>
        <w:t>vt 0.947046 0.310006</w:t>
        <w:br/>
        <w:t>vt 0.932465 0.310006</w:t>
        <w:br/>
        <w:t>vt 0.947046 0.643142</w:t>
        <w:br/>
        <w:t>vt 0.932465 0.643142</w:t>
        <w:br/>
        <w:t>vt 0.947046 0.656320</w:t>
        <w:br/>
        <w:t>vt 0.932465 0.656320</w:t>
        <w:br/>
        <w:t>vt 0.932465 0.552413</w:t>
        <w:br/>
        <w:t>vt 0.932465 0.539717</w:t>
        <w:br/>
        <w:t>vt 0.947046 0.539717</w:t>
        <w:br/>
        <w:t>vt 0.947046 0.552413</w:t>
        <w:br/>
        <w:t>vt 0.947046 0.368511</w:t>
        <w:br/>
        <w:t>vt 0.947046 0.383242</w:t>
        <w:br/>
        <w:t>vt 0.932465 0.383242</w:t>
        <w:br/>
        <w:t>vt 0.932465 0.368511</w:t>
        <w:br/>
        <w:t>vt 0.947046 0.424584</w:t>
        <w:br/>
        <w:t>vt 0.932465 0.424584</w:t>
        <w:br/>
        <w:t>vt 0.932465 0.321319</w:t>
        <w:br/>
        <w:t>vt 0.947046 0.321319</w:t>
        <w:br/>
        <w:t>vt 0.947046 0.331500</w:t>
        <w:br/>
        <w:t>vt 0.932465 0.331500</w:t>
        <w:br/>
        <w:t>vt 0.932465 0.288318</w:t>
        <w:br/>
        <w:t>vt 0.947046 0.288318</w:t>
        <w:br/>
        <w:t>vt 0.932465 0.525230</w:t>
        <w:br/>
        <w:t>vt 0.947046 0.525230</w:t>
        <w:br/>
        <w:t>vt 0.947046 0.587117</w:t>
        <w:br/>
        <w:t>vt 0.932465 0.587117</w:t>
        <w:br/>
        <w:t>vt 0.916622 0.400256</w:t>
        <w:br/>
        <w:t>vt 0.926035 0.400256</w:t>
        <w:br/>
        <w:t>vt 0.926035 0.407598</w:t>
        <w:br/>
        <w:t>vt 0.916622 0.407598</w:t>
        <w:br/>
        <w:t>vt 0.926035 0.333870</w:t>
        <w:br/>
        <w:t>vt 0.926035 0.340949</w:t>
        <w:br/>
        <w:t>vt 0.916622 0.340949</w:t>
        <w:br/>
        <w:t>vt 0.916622 0.333870</w:t>
        <w:br/>
        <w:t>vt 0.926035 0.414678</w:t>
        <w:br/>
        <w:t>vt 0.916622 0.414678</w:t>
        <w:br/>
        <w:t>vt 0.916622 0.322299</w:t>
        <w:br/>
        <w:t>vt 0.916622 0.316754</w:t>
        <w:br/>
        <w:t>vt 0.926035 0.316754</w:t>
        <w:br/>
        <w:t>vt 0.926035 0.322299</w:t>
        <w:br/>
        <w:t>vt 0.916622 0.310176</w:t>
        <w:br/>
        <w:t>vt 0.916622 0.303583</w:t>
        <w:br/>
        <w:t>vt 0.926035 0.303583</w:t>
        <w:br/>
        <w:t>vt 0.926035 0.310176</w:t>
        <w:br/>
        <w:t>vt 0.926035 0.421647</w:t>
        <w:br/>
        <w:t>vt 0.916622 0.421647</w:t>
        <w:br/>
        <w:t>vt 0.926035 0.487566</w:t>
        <w:br/>
        <w:t>vt 0.926035 0.494053</w:t>
        <w:br/>
        <w:t>vt 0.916622 0.494053</w:t>
        <w:br/>
        <w:t>vt 0.916622 0.487566</w:t>
        <w:br/>
        <w:t>vt 0.916622 0.295336</w:t>
        <w:br/>
        <w:t>vt 0.926035 0.295336</w:t>
        <w:br/>
        <w:t>vt 0.926035 0.287692</w:t>
        <w:br/>
        <w:t>vt 0.916622 0.287692</w:t>
        <w:br/>
        <w:t>vt 0.926035 0.355265</w:t>
        <w:br/>
        <w:t>vt 0.916622 0.355265</w:t>
        <w:br/>
        <w:t>vt 0.916622 0.347929</w:t>
        <w:br/>
        <w:t>vt 0.926035 0.347929</w:t>
        <w:br/>
        <w:t>vt 0.916622 0.445519</w:t>
        <w:br/>
        <w:t>vt 0.926035 0.445519</w:t>
        <w:br/>
        <w:t>vt 0.926035 0.453960</w:t>
        <w:br/>
        <w:t>vt 0.916622 0.453960</w:t>
        <w:br/>
        <w:t>vt 0.916622 0.429428</w:t>
        <w:br/>
        <w:t>vt 0.926035 0.429428</w:t>
        <w:br/>
        <w:t>vt 0.926035 0.437216</w:t>
        <w:br/>
        <w:t>vt 0.916622 0.437216</w:t>
        <w:br/>
        <w:t>vt 0.926035 0.475225</w:t>
        <w:br/>
        <w:t>vt 0.926035 0.481043</w:t>
        <w:br/>
        <w:t>vt 0.916622 0.481043</w:t>
        <w:br/>
        <w:t>vt 0.916622 0.475225</w:t>
        <w:br/>
        <w:t>vt 0.916622 0.499988</w:t>
        <w:br/>
        <w:t>vt 0.926035 0.499988</w:t>
        <w:br/>
        <w:t>vt 0.916622 0.363633</w:t>
        <w:br/>
        <w:t>vt 0.926035 0.363633</w:t>
        <w:br/>
        <w:t>vt 0.926035 0.373951</w:t>
        <w:br/>
        <w:t>vt 0.916622 0.373951</w:t>
        <w:br/>
        <w:t>vt 0.916622 0.327954</w:t>
        <w:br/>
        <w:t>vt 0.926035 0.327954</w:t>
        <w:br/>
        <w:t>vt 0.926035 0.462243</w:t>
        <w:br/>
        <w:t>vt 0.926035 0.469090</w:t>
        <w:br/>
        <w:t>vt 0.916622 0.469090</w:t>
        <w:br/>
        <w:t>vt 0.916622 0.462243</w:t>
        <w:br/>
        <w:t>vt 0.932465 0.490271</w:t>
        <w:br/>
        <w:t>vt 0.932465 0.507448</w:t>
        <w:br/>
        <w:t>vt 0.930458 0.507448</w:t>
        <w:br/>
        <w:t>vt 0.930458 0.490271</w:t>
        <w:br/>
        <w:t>vt 0.948750 0.461648</w:t>
        <w:br/>
        <w:t>vt 0.947046 0.461648</w:t>
        <w:br/>
        <w:t>vt 0.947046 0.448894</w:t>
        <w:br/>
        <w:t>vt 0.948750 0.448894</w:t>
        <w:br/>
        <w:t>vt 0.930458 0.461648</w:t>
        <w:br/>
        <w:t>vt 0.930458 0.448894</w:t>
        <w:br/>
        <w:t>vt 0.932465 0.448894</w:t>
        <w:br/>
        <w:t>vt 0.932465 0.461648</w:t>
        <w:br/>
        <w:t>vt 0.947046 0.564610</w:t>
        <w:br/>
        <w:t>vt 0.948750 0.564610</w:t>
        <w:br/>
        <w:t>vt 0.948750 0.576916</w:t>
        <w:br/>
        <w:t>vt 0.947046 0.576916</w:t>
        <w:br/>
        <w:t>vt 0.930458 0.576916</w:t>
        <w:br/>
        <w:t>vt 0.930458 0.564610</w:t>
        <w:br/>
        <w:t>vt 0.948750 0.436644</w:t>
        <w:br/>
        <w:t>vt 0.947046 0.436644</w:t>
        <w:br/>
        <w:t>vt 0.932465 0.436644</w:t>
        <w:br/>
        <w:t>vt 0.930458 0.436644</w:t>
        <w:br/>
        <w:t>vt 0.930458 0.606395</w:t>
        <w:br/>
        <w:t>vt 0.930458 0.596893</w:t>
        <w:br/>
        <w:t>vt 0.947046 0.606395</w:t>
        <w:br/>
        <w:t>vt 0.947046 0.596893</w:t>
        <w:br/>
        <w:t>vt 0.948750 0.596893</w:t>
        <w:br/>
        <w:t>vt 0.948750 0.606395</w:t>
        <w:br/>
        <w:t>vt 0.930458 0.628973</w:t>
        <w:br/>
        <w:t>vt 0.930458 0.617684</w:t>
        <w:br/>
        <w:t>vt 0.947046 0.628973</w:t>
        <w:br/>
        <w:t>vt 0.947046 0.617684</w:t>
        <w:br/>
        <w:t>vt 0.948750 0.617684</w:t>
        <w:br/>
        <w:t>vt 0.948750 0.628973</w:t>
        <w:br/>
        <w:t>vt 0.930458 0.342167</w:t>
        <w:br/>
        <w:t>vt 0.932465 0.342167</w:t>
        <w:br/>
        <w:t>vt 0.932465 0.354111</w:t>
        <w:br/>
        <w:t>vt 0.930458 0.354111</w:t>
        <w:br/>
        <w:t>vt 0.930458 0.424584</w:t>
        <w:br/>
        <w:t>vt 0.947046 0.310006</w:t>
        <w:br/>
        <w:t>vt 0.947046 0.298678</w:t>
        <w:br/>
        <w:t>vt 0.948750 0.298678</w:t>
        <w:br/>
        <w:t>vt 0.948750 0.310006</w:t>
        <w:br/>
        <w:t>vt 0.930458 0.310006</w:t>
        <w:br/>
        <w:t>vt 0.930458 0.298678</w:t>
        <w:br/>
        <w:t>vt 0.932465 0.310006</w:t>
        <w:br/>
        <w:t>vt 0.930458 0.643142</w:t>
        <w:br/>
        <w:t>vt 0.948750 0.643142</w:t>
        <w:br/>
        <w:t>vt 0.947046 0.643142</w:t>
        <w:br/>
        <w:t>vt 0.930458 0.656320</w:t>
        <w:br/>
        <w:t>vt 0.948750 0.656320</w:t>
        <w:br/>
        <w:t>vt 0.947046 0.656320</w:t>
        <w:br/>
        <w:t>vt 0.947046 0.539717</w:t>
        <w:br/>
        <w:t>vt 0.948750 0.539717</w:t>
        <w:br/>
        <w:t>vt 0.948750 0.552413</w:t>
        <w:br/>
        <w:t>vt 0.947046 0.552413</w:t>
        <w:br/>
        <w:t>vt 0.932465 0.539717</w:t>
        <w:br/>
        <w:t>vt 0.932465 0.552413</w:t>
        <w:br/>
        <w:t>vt 0.930458 0.552413</w:t>
        <w:br/>
        <w:t>vt 0.930458 0.539717</w:t>
        <w:br/>
        <w:t>vt 0.930458 0.368511</w:t>
        <w:br/>
        <w:t>vt 0.932465 0.368511</w:t>
        <w:br/>
        <w:t>vt 0.932465 0.383242</w:t>
        <w:br/>
        <w:t>vt 0.930458 0.383242</w:t>
        <w:br/>
        <w:t>vt 0.948750 0.368511</w:t>
        <w:br/>
        <w:t>vt 0.948750 0.383242</w:t>
        <w:br/>
        <w:t>vt 0.947046 0.383242</w:t>
        <w:br/>
        <w:t>vt 0.947046 0.368511</w:t>
        <w:br/>
        <w:t>vt 0.948750 0.424584</w:t>
        <w:br/>
        <w:t>vt 0.947046 0.424584</w:t>
        <w:br/>
        <w:t>vt 0.948750 0.397619</w:t>
        <w:br/>
        <w:t>vt 0.948750 0.411094</w:t>
        <w:br/>
        <w:t>vt 0.947046 0.411094</w:t>
        <w:br/>
        <w:t>vt 0.947046 0.397619</w:t>
        <w:br/>
        <w:t>vt 0.947046 0.331500</w:t>
        <w:br/>
        <w:t>vt 0.947046 0.321319</w:t>
        <w:br/>
        <w:t>vt 0.948750 0.321319</w:t>
        <w:br/>
        <w:t>vt 0.948750 0.331500</w:t>
        <w:br/>
        <w:t>vt 0.930458 0.331500</w:t>
        <w:br/>
        <w:t>vt 0.930458 0.321319</w:t>
        <w:br/>
        <w:t>vt 0.932465 0.321319</w:t>
        <w:br/>
        <w:t>vt 0.932465 0.331500</w:t>
        <w:br/>
        <w:t>vt 0.947046 0.288318</w:t>
        <w:br/>
        <w:t>vt 0.948750 0.288318</w:t>
        <w:br/>
        <w:t>vt 0.930458 0.288318</w:t>
        <w:br/>
        <w:t>vt 0.932465 0.525230</w:t>
        <w:br/>
        <w:t>vt 0.930458 0.525230</w:t>
        <w:br/>
        <w:t>vt 0.948750 0.525230</w:t>
        <w:br/>
        <w:t>vt 0.947046 0.525230</w:t>
        <w:br/>
        <w:t>vt 0.947046 0.507448</w:t>
        <w:br/>
        <w:t>vt 0.948750 0.507448</w:t>
        <w:br/>
        <w:t>vt 0.930458 0.587117</w:t>
        <w:br/>
        <w:t>vt 0.948750 0.587117</w:t>
        <w:br/>
        <w:t>vt 0.947046 0.587117</w:t>
        <w:br/>
        <w:t>vt 0.948750 0.354111</w:t>
        <w:br/>
        <w:t>vt 0.947046 0.354111</w:t>
        <w:br/>
        <w:t>vt 0.947046 0.342167</w:t>
        <w:br/>
        <w:t>vt 0.948750 0.342167</w:t>
        <w:br/>
        <w:t>vt 0.926035 0.383710</w:t>
        <w:br/>
        <w:t>vt 0.916622 0.383710</w:t>
        <w:br/>
        <w:t>vt 0.947046 0.490271</w:t>
        <w:br/>
        <w:t>vt 0.948750 0.490271</w:t>
        <w:br/>
        <w:t>vt 0.930458 0.397619</w:t>
        <w:br/>
        <w:t>vt 0.932465 0.397619</w:t>
        <w:br/>
        <w:t>vt 0.932465 0.411094</w:t>
        <w:br/>
        <w:t>vt 0.930458 0.411094</w:t>
        <w:br/>
        <w:t>vt 0.947046 0.397619</w:t>
        <w:br/>
        <w:t>vt 0.947046 0.411094</w:t>
        <w:br/>
        <w:t>vt 0.947046 0.475206</w:t>
        <w:br/>
        <w:t>vt 0.932465 0.475206</w:t>
        <w:br/>
        <w:t>vt 0.930458 0.475206</w:t>
        <w:br/>
        <w:t>vt 0.926035 0.392399</w:t>
        <w:br/>
        <w:t>vt 0.916622 0.392399</w:t>
        <w:br/>
        <w:t>vt 0.947046 0.475206</w:t>
        <w:br/>
        <w:t>vt 0.948750 0.475206</w:t>
        <w:br/>
        <w:t>vt 0.828516 0.300760</w:t>
        <w:br/>
        <w:t>vt 0.841707 0.301108</w:t>
        <w:br/>
        <w:t>vt 0.841707 0.314662</w:t>
        <w:br/>
        <w:t>vt 0.828516 0.315765</w:t>
        <w:br/>
        <w:t>vt 0.841707 0.330848</w:t>
        <w:br/>
        <w:t>vt 0.828516 0.333462</w:t>
        <w:br/>
        <w:t>vt 0.841707 0.363609</w:t>
        <w:br/>
        <w:t>vt 0.828516 0.365594</w:t>
        <w:br/>
        <w:t>vt 0.828516 0.349448</w:t>
        <w:br/>
        <w:t>vt 0.841707 0.347087</w:t>
        <w:br/>
        <w:t>vt 0.839130 0.248269</w:t>
        <w:br/>
        <w:t>vt 0.830954 0.248312</w:t>
        <w:br/>
        <w:t>vt 0.834907 0.246209</w:t>
        <w:br/>
        <w:t>vt 0.841707 0.497809</w:t>
        <w:br/>
        <w:t>vt 0.841707 0.512290</w:t>
        <w:br/>
        <w:t>vt 0.828516 0.512218</w:t>
        <w:br/>
        <w:t>vt 0.828516 0.497290</w:t>
        <w:br/>
        <w:t>vt 0.841707 0.457597</w:t>
        <w:br/>
        <w:t>vt 0.841707 0.472831</w:t>
        <w:br/>
        <w:t>vt 0.828516 0.469236</w:t>
        <w:br/>
        <w:t>vt 0.828516 0.453876</w:t>
        <w:br/>
        <w:t>vt 0.841707 0.379914</w:t>
        <w:br/>
        <w:t>vt 0.828516 0.381782</w:t>
        <w:br/>
        <w:t>vt 0.841707 0.526689</w:t>
        <w:br/>
        <w:t>vt 0.828516 0.527230</w:t>
        <w:br/>
        <w:t>vt 0.830811 0.549276</w:t>
        <w:br/>
        <w:t>vt 0.828516 0.543808</w:t>
        <w:br/>
        <w:t>vt 0.841707 0.543512</w:t>
        <w:br/>
        <w:t>vt 0.838849 0.549553</w:t>
        <w:br/>
        <w:t>vt 0.841707 0.441124</w:t>
        <w:br/>
        <w:t>vt 0.828516 0.437596</w:t>
        <w:br/>
        <w:t>vt 0.828516 0.394875</w:t>
        <w:br/>
        <w:t>vt 0.841707 0.393740</w:t>
        <w:br/>
        <w:t>vt 0.841707 0.425765</w:t>
        <w:br/>
        <w:t>vt 0.828516 0.423402</w:t>
        <w:br/>
        <w:t>vt 0.841707 0.409942</w:t>
        <w:br/>
        <w:t>vt 0.828516 0.409322</w:t>
        <w:br/>
        <w:t>vt 0.815787 0.299054</w:t>
        <w:br/>
        <w:t>vt 0.815787 0.289984</w:t>
        <w:br/>
        <w:t>vt 0.822447 0.290112</w:t>
        <w:br/>
        <w:t>vt 0.822447 0.299885</w:t>
        <w:br/>
        <w:t>vt 0.815787 0.309644</w:t>
        <w:br/>
        <w:t>vt 0.822447 0.311557</w:t>
        <w:br/>
        <w:t>vt 0.815787 0.331054</w:t>
        <w:br/>
        <w:t>vt 0.815787 0.320277</w:t>
        <w:br/>
        <w:t>vt 0.822447 0.322041</w:t>
        <w:br/>
        <w:t>vt 0.822447 0.332524</w:t>
        <w:br/>
        <w:t>vt 0.815787 0.270624</w:t>
        <w:br/>
        <w:t>vt 0.815787 0.258810</w:t>
        <w:br/>
        <w:t>vt 0.822447 0.258425</w:t>
        <w:br/>
        <w:t>vt 0.822447 0.270020</w:t>
        <w:br/>
        <w:t>vt 0.821419 0.254581</w:t>
        <w:br/>
        <w:t>vt 0.816808 0.255003</w:t>
        <w:br/>
        <w:t>vt 0.819086 0.253302</w:t>
        <w:br/>
        <w:t>vt 0.815787 0.418845</w:t>
        <w:br/>
        <w:t>vt 0.822447 0.418284</w:t>
        <w:br/>
        <w:t>vt 0.822447 0.428233</w:t>
        <w:br/>
        <w:t>vt 0.815787 0.428409</w:t>
        <w:br/>
        <w:t>vt 0.822447 0.399762</w:t>
        <w:br/>
        <w:t>vt 0.815787 0.402321</w:t>
        <w:br/>
        <w:t>vt 0.815787 0.392317</w:t>
        <w:br/>
        <w:t>vt 0.822447 0.389653</w:t>
        <w:br/>
        <w:t>vt 0.815787 0.341689</w:t>
        <w:br/>
        <w:t>vt 0.822447 0.343019</w:t>
        <w:br/>
        <w:t>vt 0.816657 0.453085</w:t>
        <w:br/>
        <w:t>vt 0.821259 0.453660</w:t>
        <w:br/>
        <w:t>vt 0.818688 0.455136</w:t>
        <w:br/>
        <w:t>vt 0.815787 0.381485</w:t>
        <w:br/>
        <w:t>vt 0.822447 0.379012</w:t>
        <w:br/>
        <w:t>vt 0.822447 0.351457</w:t>
        <w:br/>
        <w:t>vt 0.815787 0.350713</w:t>
        <w:br/>
        <w:t>vt 0.815787 0.371498</w:t>
        <w:br/>
        <w:t>vt 0.822447 0.369844</w:t>
        <w:br/>
        <w:t>vt 0.815787 0.361204</w:t>
        <w:br/>
        <w:t>vt 0.822447 0.360822</w:t>
        <w:br/>
        <w:t>vt 0.828516 0.300760</w:t>
        <w:br/>
        <w:t>vt 0.828516 0.315765</w:t>
        <w:br/>
        <w:t>vt 0.826316 0.315714</w:t>
        <w:br/>
        <w:t>vt 0.826316 0.300710</w:t>
        <w:br/>
        <w:t>vt 0.843839 0.314921</w:t>
        <w:br/>
        <w:t>vt 0.841707 0.314662</w:t>
        <w:br/>
        <w:t>vt 0.841707 0.301108</w:t>
        <w:br/>
        <w:t>vt 0.843839 0.301087</w:t>
        <w:br/>
        <w:t>vt 0.828516 0.333462</w:t>
        <w:br/>
        <w:t>vt 0.826316 0.333414</w:t>
        <w:br/>
        <w:t>vt 0.843839 0.331075</w:t>
        <w:br/>
        <w:t>vt 0.841707 0.330848</w:t>
        <w:br/>
        <w:t>vt 0.826316 0.349503</w:t>
        <w:br/>
        <w:t>vt 0.828516 0.349448</w:t>
        <w:br/>
        <w:t>vt 0.828516 0.365594</w:t>
        <w:br/>
        <w:t>vt 0.826316 0.365668</w:t>
        <w:br/>
        <w:t>vt 0.841707 0.363609</w:t>
        <w:br/>
        <w:t>vt 0.841707 0.347087</w:t>
        <w:br/>
        <w:t>vt 0.843839 0.347461</w:t>
        <w:br/>
        <w:t>vt 0.843839 0.363973</w:t>
        <w:br/>
        <w:t>vt 0.841707 0.254025</w:t>
        <w:br/>
        <w:t>vt 0.843839 0.253527</w:t>
        <w:br/>
        <w:t>vt 0.843839 0.271659</w:t>
        <w:br/>
        <w:t>vt 0.841707 0.271551</w:t>
        <w:br/>
        <w:t>vt 0.828516 0.253562</w:t>
        <w:br/>
        <w:t>vt 0.826316 0.253293</w:t>
        <w:br/>
        <w:t>vt 0.829390 0.246853</w:t>
        <w:br/>
        <w:t>vt 0.830954 0.248312</w:t>
        <w:br/>
        <w:t>vt 0.839130 0.248269</w:t>
        <w:br/>
        <w:t>vt 0.840563 0.246866</w:t>
        <w:br/>
        <w:t>vt 0.841707 0.512290</w:t>
        <w:br/>
        <w:t>vt 0.841707 0.497809</w:t>
        <w:br/>
        <w:t>vt 0.843839 0.497939</w:t>
        <w:br/>
        <w:t>vt 0.843839 0.512300</w:t>
        <w:br/>
        <w:t>vt 0.828516 0.512218</w:t>
        <w:br/>
        <w:t>vt 0.826316 0.512230</w:t>
        <w:br/>
        <w:t>vt 0.826316 0.497510</w:t>
        <w:br/>
        <w:t>vt 0.828516 0.497290</w:t>
        <w:br/>
        <w:t>vt 0.843839 0.456991</w:t>
        <w:br/>
        <w:t>vt 0.843839 0.472644</w:t>
        <w:br/>
        <w:t>vt 0.841707 0.472831</w:t>
        <w:br/>
        <w:t>vt 0.841707 0.457597</w:t>
        <w:br/>
        <w:t>vt 0.828516 0.469236</w:t>
        <w:br/>
        <w:t>vt 0.826316 0.469348</w:t>
        <w:br/>
        <w:t>vt 0.826316 0.453632</w:t>
        <w:br/>
        <w:t>vt 0.828516 0.453876</w:t>
        <w:br/>
        <w:t>vt 0.841707 0.379914</w:t>
        <w:br/>
        <w:t>vt 0.843839 0.380144</w:t>
        <w:br/>
        <w:t>vt 0.826316 0.381883</w:t>
        <w:br/>
        <w:t>vt 0.828516 0.381782</w:t>
        <w:br/>
        <w:t>vt 0.828516 0.527230</w:t>
        <w:br/>
        <w:t>vt 0.826316 0.527007</w:t>
        <w:br/>
        <w:t>vt 0.841707 0.543512</w:t>
        <w:br/>
        <w:t>vt 0.843839 0.543835</w:t>
        <w:br/>
        <w:t>vt 0.840428 0.550997</w:t>
        <w:br/>
        <w:t>vt 0.838849 0.549553</w:t>
        <w:br/>
        <w:t>vt 0.828516 0.543808</w:t>
        <w:br/>
        <w:t>vt 0.830811 0.549276</w:t>
        <w:br/>
        <w:t>vt 0.829154 0.550639</w:t>
        <w:br/>
        <w:t>vt 0.826316 0.543924</w:t>
        <w:br/>
        <w:t>vt 0.841707 0.441124</w:t>
        <w:br/>
        <w:t>vt 0.843839 0.440509</w:t>
        <w:br/>
        <w:t>vt 0.826316 0.437296</w:t>
        <w:br/>
        <w:t>vt 0.828516 0.437596</w:t>
        <w:br/>
        <w:t>vt 0.843839 0.393838</w:t>
        <w:br/>
        <w:t>vt 0.841707 0.393740</w:t>
        <w:br/>
        <w:t>vt 0.826316 0.394893</w:t>
        <w:br/>
        <w:t>vt 0.828516 0.394875</w:t>
        <w:br/>
        <w:t>vt 0.841707 0.425765</w:t>
        <w:br/>
        <w:t>vt 0.843839 0.425333</w:t>
        <w:br/>
        <w:t>vt 0.828516 0.423402</w:t>
        <w:br/>
        <w:t>vt 0.826316 0.423158</w:t>
        <w:br/>
        <w:t>vt 0.841707 0.409942</w:t>
        <w:br/>
        <w:t>vt 0.843839 0.409780</w:t>
        <w:br/>
        <w:t>vt 0.828516 0.409322</w:t>
        <w:br/>
        <w:t>vt 0.826316 0.409167</w:t>
        <w:br/>
        <w:t>vt 0.834822 0.244316</w:t>
        <w:br/>
        <w:t>vt 0.834907 0.246209</w:t>
        <w:br/>
        <w:t>vt 0.834666 0.553681</w:t>
        <w:br/>
        <w:t>vt 0.834753 0.551859</w:t>
        <w:br/>
        <w:t>vt 0.828516 0.270606</w:t>
        <w:br/>
        <w:t>vt 0.826316 0.270768</w:t>
        <w:br/>
        <w:t>vt 0.841707 0.271551</w:t>
        <w:br/>
        <w:t>vt 0.828516 0.270606</w:t>
        <w:br/>
        <w:t>vt 0.828516 0.253562</w:t>
        <w:br/>
        <w:t>vt 0.841707 0.254025</w:t>
        <w:br/>
        <w:t>vt 0.841707 0.286272</w:t>
        <w:br/>
        <w:t>vt 0.828516 0.285601</w:t>
        <w:br/>
        <w:t>vt 0.828516 0.285601</w:t>
        <w:br/>
        <w:t>vt 0.826316 0.285643</w:t>
        <w:br/>
        <w:t>vt 0.822447 0.279910</w:t>
        <w:br/>
        <w:t>vt 0.815787 0.280304</w:t>
        <w:br/>
        <w:t>vt 0.843839 0.286205</w:t>
        <w:br/>
        <w:t>vt 0.841707 0.286272</w:t>
        <w:br/>
        <w:t>vt 0.841707 0.484459</w:t>
        <w:br/>
        <w:t>vt 0.828516 0.482751</w:t>
        <w:br/>
        <w:t>vt 0.826316 0.482922</w:t>
        <w:br/>
        <w:t>vt 0.828516 0.482751</w:t>
        <w:br/>
        <w:t>vt 0.815787 0.409914</w:t>
        <w:br/>
        <w:t>vt 0.822447 0.408757</w:t>
        <w:br/>
        <w:t>vt 0.841707 0.484459</w:t>
        <w:br/>
        <w:t>vt 0.843839 0.484638</w:t>
        <w:br/>
        <w:t>vt 0.834753 0.551859</w:t>
        <w:br/>
        <w:t>vt 0.815787 0.448974</w:t>
        <w:br/>
        <w:t>vt 0.822447 0.449630</w:t>
        <w:br/>
        <w:t>vt 0.822447 0.438237</w:t>
        <w:br/>
        <w:t>vt 0.815787 0.437921</w:t>
        <w:br/>
        <w:t>vt 0.843839 0.526622</w:t>
        <w:br/>
        <w:t>vt 0.841707 0.526689</w:t>
        <w:br/>
        <w:t>vt 0.333453 0.626377</w:t>
        <w:br/>
        <w:t>vt 0.333453 0.598992</w:t>
        <w:br/>
        <w:t>vt 0.349528 0.598376</w:t>
        <w:br/>
        <w:t>vt 0.349528 0.626598</w:t>
        <w:br/>
        <w:t>vt 0.333453 0.506627</w:t>
        <w:br/>
        <w:t>vt 0.333453 0.491084</w:t>
        <w:br/>
        <w:t>vt 0.349528 0.491454</w:t>
        <w:br/>
        <w:t>vt 0.349528 0.507179</w:t>
        <w:br/>
        <w:t>vt 0.333453 0.541234</w:t>
        <w:br/>
        <w:t>vt 0.349528 0.541993</w:t>
        <w:br/>
        <w:t>vt 0.349528 0.569177</w:t>
        <w:br/>
        <w:t>vt 0.333453 0.569467</w:t>
        <w:br/>
        <w:t>vt 0.336953 0.631553</w:t>
        <w:br/>
        <w:t>vt 0.345677 0.631767</w:t>
        <w:br/>
        <w:t>vt 0.341063 0.632832</w:t>
        <w:br/>
        <w:t>vt 0.324928 0.593311</w:t>
        <w:br/>
        <w:t>vt 0.318403 0.593440</w:t>
        <w:br/>
        <w:t>vt 0.318403 0.582557</w:t>
        <w:br/>
        <w:t>vt 0.324928 0.582632</w:t>
        <w:br/>
        <w:t>vt 0.324928 0.548710</w:t>
        <w:br/>
        <w:t>vt 0.318403 0.549036</w:t>
        <w:br/>
        <w:t>vt 0.318403 0.542764</w:t>
        <w:br/>
        <w:t>vt 0.324928 0.542764</w:t>
        <w:br/>
        <w:t>vt 0.318403 0.571793</w:t>
        <w:br/>
        <w:t>vt 0.318403 0.561678</w:t>
        <w:br/>
        <w:t>vt 0.324928 0.561768</w:t>
        <w:br/>
        <w:t>vt 0.324928 0.572043</w:t>
        <w:br/>
        <w:t>vt 0.323536 0.595315</w:t>
        <w:br/>
        <w:t>vt 0.319737 0.595243</w:t>
        <w:br/>
        <w:t>vt 0.349528 0.598376</w:t>
        <w:br/>
        <w:t>vt 0.352020 0.598376</w:t>
        <w:br/>
        <w:t>vt 0.352020 0.626883</w:t>
        <w:br/>
        <w:t>vt 0.349528 0.626598</w:t>
        <w:br/>
        <w:t>vt 0.333453 0.598992</w:t>
        <w:br/>
        <w:t>vt 0.333453 0.626377</w:t>
        <w:br/>
        <w:t>vt 0.330850 0.626528</w:t>
        <w:br/>
        <w:t>vt 0.330850 0.598979</w:t>
        <w:br/>
        <w:t>vt 0.333453 0.486210</w:t>
        <w:br/>
        <w:t>vt 0.349528 0.486554</w:t>
        <w:br/>
        <w:t>vt 0.352020 0.542389</w:t>
        <w:br/>
        <w:t>vt 0.352020 0.569003</w:t>
        <w:br/>
        <w:t>vt 0.349528 0.569177</w:t>
        <w:br/>
        <w:t>vt 0.349528 0.541993</w:t>
        <w:br/>
        <w:t>vt 0.333453 0.541234</w:t>
        <w:br/>
        <w:t>vt 0.333453 0.569467</w:t>
        <w:br/>
        <w:t>vt 0.330850 0.569182</w:t>
        <w:br/>
        <w:t>vt 0.330850 0.541274</w:t>
        <w:br/>
        <w:t>vt 0.347624 0.633772</w:t>
        <w:br/>
        <w:t>vt 0.345677 0.631767</w:t>
        <w:br/>
        <w:t>vt 0.334711 0.633292</w:t>
        <w:br/>
        <w:t>vt 0.336953 0.631553</w:t>
        <w:br/>
        <w:t>vt 0.327267 0.481868</w:t>
        <w:br/>
        <w:t>vt 0.354207 0.481868</w:t>
        <w:br/>
        <w:t>vt 0.349528 0.486554</w:t>
        <w:br/>
        <w:t>vt 0.333453 0.486210</w:t>
        <w:br/>
        <w:t>vt 0.351640 0.491264</w:t>
        <w:br/>
        <w:t>vt 0.351814 0.506418</w:t>
        <w:br/>
        <w:t>vt 0.349528 0.507179</w:t>
        <w:br/>
        <w:t>vt 0.349528 0.491454</w:t>
        <w:br/>
        <w:t>vt 0.351634 0.487311</w:t>
        <w:br/>
        <w:t>vt 0.349528 0.486554</w:t>
        <w:br/>
        <w:t>vt 0.351297 0.539883</w:t>
        <w:br/>
        <w:t>vt 0.354207 0.481868</w:t>
        <w:br/>
        <w:t>vt 0.353014 0.485759</w:t>
        <w:br/>
        <w:t>vt 0.358319 0.503312</w:t>
        <w:br/>
        <w:t>vt 0.355403 0.503440</w:t>
        <w:br/>
        <w:t>vt 0.330899 0.487784</w:t>
        <w:br/>
        <w:t>vt 0.333453 0.486210</w:t>
        <w:br/>
        <w:t>vt 0.333453 0.491084</w:t>
        <w:br/>
        <w:t>vt 0.331261 0.491238</w:t>
        <w:br/>
        <w:t>vt 0.333453 0.506627</w:t>
        <w:br/>
        <w:t>vt 0.331352 0.505760</w:t>
        <w:br/>
        <w:t>vt 0.332009 0.538786</w:t>
        <w:br/>
        <w:t>vt 0.325355 0.503416</w:t>
        <w:br/>
        <w:t>vt 0.327267 0.481868</w:t>
        <w:br/>
        <w:t>vt 0.329418 0.486128</w:t>
        <w:br/>
        <w:t>vt 0.328176 0.503342</w:t>
        <w:br/>
        <w:t>vt 0.378376 0.557600</w:t>
        <w:br/>
        <w:t>vt 0.389066 0.557600</w:t>
        <w:br/>
        <w:t>vt 0.389066 0.566362</w:t>
        <w:br/>
        <w:t>vt 0.378376 0.566362</w:t>
        <w:br/>
        <w:t>vt 0.378376 0.578707</w:t>
        <w:br/>
        <w:t>vt 0.378376 0.569824</w:t>
        <w:br/>
        <w:t>vt 0.389066 0.569824</w:t>
        <w:br/>
        <w:t>vt 0.389066 0.578707</w:t>
        <w:br/>
        <w:t>vt 0.389066 0.567933</w:t>
        <w:br/>
        <w:t>vt 0.378376 0.567933</w:t>
        <w:br/>
        <w:t>vt 0.378376 0.569824</w:t>
        <w:br/>
        <w:t>vt 0.378376 0.567933</w:t>
        <w:br/>
        <w:t>vt 0.389066 0.567933</w:t>
        <w:br/>
        <w:t>vt 0.389066 0.569824</w:t>
        <w:br/>
        <w:t>vt 0.341063 0.632832</w:t>
        <w:br/>
        <w:t>vt 0.340870 0.635986</w:t>
        <w:br/>
        <w:t>vt 0.347624 0.633772</w:t>
        <w:br/>
        <w:t>vt 0.321572 0.595769</w:t>
        <w:br/>
        <w:t>vt 0.331412 0.522666</w:t>
        <w:br/>
        <w:t>vt 0.333453 0.523838</w:t>
        <w:br/>
        <w:t>vt 0.378376 0.538816</w:t>
        <w:br/>
        <w:t>vt 0.389066 0.538816</w:t>
        <w:br/>
        <w:t>vt 0.389066 0.548775</w:t>
        <w:br/>
        <w:t>vt 0.378376 0.548775</w:t>
        <w:br/>
        <w:t>vt 0.349528 0.523936</w:t>
        <w:br/>
        <w:t>vt 0.351528 0.521945</w:t>
        <w:br/>
        <w:t>vt 0.333453 0.523838</w:t>
        <w:br/>
        <w:t>vt 0.349528 0.523936</w:t>
        <w:br/>
        <w:t>vt 0.355432 0.524091</w:t>
        <w:br/>
        <w:t>vt 0.354225 0.522530</w:t>
        <w:br/>
        <w:t>vt 0.389066 0.588323</w:t>
        <w:br/>
        <w:t>vt 0.378376 0.588323</w:t>
        <w:br/>
        <w:t>vt 0.327601 0.523848</w:t>
        <w:br/>
        <w:t>vt 0.329527 0.522385</w:t>
        <w:br/>
        <w:t>vt 0.324928 0.555339</w:t>
        <w:br/>
        <w:t>vt 0.318403 0.555503</w:t>
        <w:br/>
        <w:t>vt 0.389066 0.597635</w:t>
        <w:br/>
        <w:t>vt 0.378376 0.597635</w:t>
        <w:br/>
        <w:t>vt 0.292997 0.559002</w:t>
        <w:br/>
        <w:t>vt 0.292997 0.544316</w:t>
        <w:br/>
        <w:t>vt 0.309949 0.539384</w:t>
        <w:br/>
        <w:t>vt 0.309949 0.555066</w:t>
        <w:br/>
        <w:t>vt 0.295754 0.632950</w:t>
        <w:br/>
        <w:t>vt 0.292997 0.628065</w:t>
        <w:br/>
        <w:t>vt 0.309949 0.628065</w:t>
        <w:br/>
        <w:t>vt 0.305898 0.633354</w:t>
        <w:br/>
        <w:t>vt 0.292997 0.586254</w:t>
        <w:br/>
        <w:t>vt 0.292997 0.572567</w:t>
        <w:br/>
        <w:t>vt 0.309949 0.570074</w:t>
        <w:br/>
        <w:t>vt 0.309949 0.584567</w:t>
        <w:br/>
        <w:t>vt 0.279097 0.614829</w:t>
        <w:br/>
        <w:t>vt 0.285334 0.615323</w:t>
        <w:br/>
        <w:t>vt 0.285334 0.620515</w:t>
        <w:br/>
        <w:t>vt 0.279097 0.619639</w:t>
        <w:br/>
        <w:t>vt 0.279097 0.599367</w:t>
        <w:br/>
        <w:t>vt 0.285334 0.600470</w:t>
        <w:br/>
        <w:t>vt 0.285334 0.605196</w:t>
        <w:br/>
        <w:t>vt 0.279097 0.604555</w:t>
        <w:br/>
        <w:t>vt 0.280173 0.632046</w:t>
        <w:br/>
        <w:t>vt 0.283976 0.632740</w:t>
        <w:br/>
        <w:t>vt 0.281987 0.633034</w:t>
        <w:br/>
        <w:t>vt 0.279097 0.609717</w:t>
        <w:br/>
        <w:t>vt 0.285334 0.610292</w:t>
        <w:br/>
        <w:t>vt 0.290438 0.600356</w:t>
        <w:br/>
        <w:t>vt 0.290438 0.586020</w:t>
        <w:br/>
        <w:t>vt 0.292997 0.586254</w:t>
        <w:br/>
        <w:t>vt 0.292997 0.600303</w:t>
        <w:br/>
        <w:t>vt 0.292997 0.487270</w:t>
        <w:br/>
        <w:t>vt 0.309949 0.486492</w:t>
        <w:br/>
        <w:t>vt 0.309949 0.491004</w:t>
        <w:br/>
        <w:t>vt 0.292997 0.491761</w:t>
        <w:br/>
        <w:t>vt 0.290438 0.558283</w:t>
        <w:br/>
        <w:t>vt 0.290438 0.544015</w:t>
        <w:br/>
        <w:t>vt 0.292997 0.544316</w:t>
        <w:br/>
        <w:t>vt 0.292997 0.559002</w:t>
        <w:br/>
        <w:t>vt 0.309949 0.539384</w:t>
        <w:br/>
        <w:t>vt 0.312399 0.538994</w:t>
        <w:br/>
        <w:t>vt 0.312399 0.554366</w:t>
        <w:br/>
        <w:t>vt 0.309949 0.555066</w:t>
        <w:br/>
        <w:t>vt 0.295754 0.632950</w:t>
        <w:br/>
        <w:t>vt 0.294198 0.634640</w:t>
        <w:br/>
        <w:t>vt 0.290438 0.628065</w:t>
        <w:br/>
        <w:t>vt 0.292997 0.628065</w:t>
        <w:br/>
        <w:t>vt 0.307843 0.635034</w:t>
        <w:br/>
        <w:t>vt 0.305898 0.633354</w:t>
        <w:br/>
        <w:t>vt 0.309949 0.628065</w:t>
        <w:br/>
        <w:t>vt 0.312399 0.628065</w:t>
        <w:br/>
        <w:t>vt 0.290438 0.572057</w:t>
        <w:br/>
        <w:t>vt 0.292997 0.572567</w:t>
        <w:br/>
        <w:t>vt 0.309949 0.570074</w:t>
        <w:br/>
        <w:t>vt 0.312399 0.569239</w:t>
        <w:br/>
        <w:t>vt 0.312399 0.583865</w:t>
        <w:br/>
        <w:t>vt 0.309949 0.584567</w:t>
        <w:br/>
        <w:t>vt 0.309949 0.486492</w:t>
        <w:br/>
        <w:t>vt 0.292997 0.487270</w:t>
        <w:br/>
        <w:t>vt 0.290300 0.483576</w:t>
        <w:br/>
        <w:t>vt 0.313994 0.483576</w:t>
        <w:br/>
        <w:t>vt 0.291625 0.487554</w:t>
        <w:br/>
        <w:t>vt 0.292997 0.487270</w:t>
        <w:br/>
        <w:t>vt 0.292997 0.491761</w:t>
        <w:br/>
        <w:t>vt 0.291508 0.491929</w:t>
        <w:br/>
        <w:t>vt 0.291358 0.541159</w:t>
        <w:br/>
        <w:t>vt 0.291496 0.488140</w:t>
        <w:br/>
        <w:t>vt 0.290300 0.483576</w:t>
        <w:br/>
        <w:t>vt 0.309949 0.491004</w:t>
        <w:br/>
        <w:t>vt 0.309949 0.486492</w:t>
        <w:br/>
        <w:t>vt 0.311116 0.487525</w:t>
        <w:br/>
        <w:t>vt 0.311964 0.491411</w:t>
        <w:br/>
        <w:t>vt 0.311323 0.536153</w:t>
        <w:br/>
        <w:t>vt 0.313994 0.483576</w:t>
        <w:br/>
        <w:t>vt 0.311974 0.486357</w:t>
        <w:br/>
        <w:t>vt 0.370829 0.568353</w:t>
        <w:br/>
        <w:t>vt 0.370829 0.570108</w:t>
        <w:br/>
        <w:t>vt 0.360793 0.570108</w:t>
        <w:br/>
        <w:t>vt 0.360793 0.568353</w:t>
        <w:br/>
        <w:t>vt 0.360793 0.567064</w:t>
        <w:br/>
        <w:t>vt 0.370829 0.567064</w:t>
        <w:br/>
        <w:t>vt 0.309949 0.505369</w:t>
        <w:br/>
        <w:t>vt 0.312279 0.505224</w:t>
        <w:br/>
        <w:t>vt 0.360793 0.578800</w:t>
        <w:br/>
        <w:t>vt 0.370829 0.578800</w:t>
        <w:br/>
        <w:t>vt 0.292997 0.506760</w:t>
        <w:br/>
        <w:t>vt 0.290602 0.506503</w:t>
        <w:br/>
        <w:t>vt 0.309949 0.505369</w:t>
        <w:br/>
        <w:t>vt 0.292997 0.506760</w:t>
        <w:br/>
        <w:t>vt 0.370829 0.539396</w:t>
        <w:br/>
        <w:t>vt 0.370829 0.548993</w:t>
        <w:br/>
        <w:t>vt 0.360793 0.548993</w:t>
        <w:br/>
        <w:t>vt 0.360793 0.539396</w:t>
        <w:br/>
        <w:t>vt 0.285331 0.525046</w:t>
        <w:br/>
        <w:t>vt 0.287339 0.523184</w:t>
        <w:br/>
        <w:t>vt 0.279097 0.593254</w:t>
        <w:br/>
        <w:t>vt 0.285334 0.593830</w:t>
        <w:br/>
        <w:t>vt 0.314290 0.517992</w:t>
        <w:br/>
        <w:t>vt 0.312469 0.516395</w:t>
        <w:br/>
        <w:t>vt 0.300972 0.637294</w:t>
        <w:br/>
        <w:t>vt 0.300716 0.634884</w:t>
        <w:br/>
        <w:t>vt 0.300716 0.634884</w:t>
        <w:br/>
        <w:t>vt 0.279097 0.629941</w:t>
        <w:br/>
        <w:t>vt 0.285334 0.631207</w:t>
        <w:br/>
        <w:t>vt 0.312399 0.597707</w:t>
        <w:br/>
        <w:t>vt 0.309949 0.598021</w:t>
        <w:br/>
        <w:t>vt 0.292997 0.600303</w:t>
        <w:br/>
        <w:t>vt 0.309949 0.598021</w:t>
        <w:br/>
        <w:t>vt 0.292997 0.614440</w:t>
        <w:br/>
        <w:t>vt 0.309949 0.611794</w:t>
        <w:br/>
        <w:t>vt 0.290438 0.614638</w:t>
        <w:br/>
        <w:t>vt 0.292997 0.614440</w:t>
        <w:br/>
        <w:t>vt 0.279097 0.624496</w:t>
        <w:br/>
        <w:t>vt 0.285334 0.625863</w:t>
        <w:br/>
        <w:t>vt 0.309949 0.611794</w:t>
        <w:br/>
        <w:t>vt 0.312399 0.611982</w:t>
        <w:br/>
        <w:t>vt 0.292997 0.524977</w:t>
        <w:br/>
        <w:t>vt 0.309949 0.520558</w:t>
        <w:br/>
        <w:t>vt 0.290733 0.523556</w:t>
        <w:br/>
        <w:t>vt 0.292997 0.524977</w:t>
        <w:br/>
        <w:t>vt 0.360793 0.597481</w:t>
        <w:br/>
        <w:t>vt 0.360793 0.587919</w:t>
        <w:br/>
        <w:t>vt 0.370829 0.587919</w:t>
        <w:br/>
        <w:t>vt 0.370829 0.597481</w:t>
        <w:br/>
        <w:t>vt 0.309949 0.520558</w:t>
        <w:br/>
        <w:t>vt 0.311530 0.517204</w:t>
        <w:br/>
        <w:t>vt 0.279097 0.587281</w:t>
        <w:br/>
        <w:t>vt 0.285334 0.587755</w:t>
        <w:br/>
        <w:t>vt 0.283217 0.504142</w:t>
        <w:br/>
        <w:t>vt 0.285905 0.503917</w:t>
        <w:br/>
        <w:t>vt 0.370829 0.558099</w:t>
        <w:br/>
        <w:t>vt 0.360793 0.558099</w:t>
        <w:br/>
        <w:t>vt 0.315591 0.501491</w:t>
        <w:br/>
        <w:t>vt 0.318099 0.501926</w:t>
        <w:br/>
        <w:t>vt 0.279097 0.581616</w:t>
        <w:br/>
        <w:t>vt 0.285334 0.581616</w:t>
        <w:br/>
        <w:t>vt 0.370829 0.567064</w:t>
        <w:br/>
        <w:t>vt 0.360793 0.567064</w:t>
        <w:br/>
        <w:t>vt 0.443049 0.740436</w:t>
        <w:br/>
        <w:t>vt 0.447930 0.740436</w:t>
        <w:br/>
        <w:t>vt 0.447712 0.742227</w:t>
        <w:br/>
        <w:t>vt 0.442401 0.742227</w:t>
        <w:br/>
        <w:t>vt 0.441289 0.751814</w:t>
        <w:br/>
        <w:t>vt 0.440944 0.749984</w:t>
        <w:br/>
        <w:t>vt 0.446229 0.749984</w:t>
        <w:br/>
        <w:t>vt 0.446147 0.751814</w:t>
        <w:br/>
        <w:t>vt 0.444131 0.736780</w:t>
        <w:br/>
        <w:t>vt 0.443498 0.735427</w:t>
        <w:br/>
        <w:t>vt 0.450792 0.735427</w:t>
        <w:br/>
        <w:t>vt 0.450589 0.736780</w:t>
        <w:br/>
        <w:t>vt 0.453920 0.755560</w:t>
        <w:br/>
        <w:t>vt 0.454174 0.756990</w:t>
        <w:br/>
        <w:t>vt 0.447200 0.756990</w:t>
        <w:br/>
        <w:t>vt 0.447238 0.755661</w:t>
        <w:br/>
        <w:t>vt 0.453215 0.752307</w:t>
        <w:br/>
        <w:t>vt 0.454492 0.750948</w:t>
        <w:br/>
        <w:t>vt 0.456126 0.755457</w:t>
        <w:br/>
        <w:t>vt 0.456347 0.742227</w:t>
        <w:br/>
        <w:t>vt 0.455486 0.740465</w:t>
        <w:br/>
        <w:t>vt 0.456851 0.738866</w:t>
        <w:br/>
        <w:t>vt 0.458612 0.739256</w:t>
        <w:br/>
        <w:t>vt 0.439879 0.752621</w:t>
        <w:br/>
        <w:t>vt 0.439999 0.754309</w:t>
        <w:br/>
        <w:t>vt 0.438165 0.754797</w:t>
        <w:br/>
        <w:t>vt 0.438335 0.751696</w:t>
        <w:br/>
        <w:t>vt 0.441726 0.739531</w:t>
        <w:br/>
        <w:t>vt 0.440041 0.740182</w:t>
        <w:br/>
        <w:t>vt 0.440273 0.737652</w:t>
        <w:br/>
        <w:t>vt 0.442004 0.738385</w:t>
        <w:br/>
        <w:t>vt 0.440104 0.756990</w:t>
        <w:br/>
        <w:t>vt 0.440963 0.755661</w:t>
        <w:br/>
        <w:t>vt 0.456951 0.736780</w:t>
        <w:br/>
        <w:t>vt 0.457948 0.735427</w:t>
        <w:br/>
        <w:t>vt 0.452772 0.742227</w:t>
        <w:br/>
        <w:t>vt 0.452777 0.740465</w:t>
        <w:br/>
        <w:t>vt 0.450836 0.751814</w:t>
        <w:br/>
        <w:t>vt 0.451324 0.749984</w:t>
        <w:br/>
        <w:t>vt 0.463910 0.702096</w:t>
        <w:br/>
        <w:t>vt 0.467017 0.702096</w:t>
        <w:br/>
        <w:t>vt 0.467017 0.721300</w:t>
        <w:br/>
        <w:t>vt 0.463910 0.721300</w:t>
        <w:br/>
        <w:t>vt 0.472441 0.702096</w:t>
        <w:br/>
        <w:t>vt 0.472441 0.721300</w:t>
        <w:br/>
        <w:t>vt 0.477721 0.702096</w:t>
        <w:br/>
        <w:t>vt 0.477721 0.721300</w:t>
        <w:br/>
        <w:t>vt 0.481263 0.721300</w:t>
        <w:br/>
        <w:t>vt 0.481263 0.702096</w:t>
        <w:br/>
        <w:t>vt 0.485698 0.721300</w:t>
        <w:br/>
        <w:t>vt 0.485698 0.702096</w:t>
        <w:br/>
        <w:t>vt 0.488844 0.721300</w:t>
        <w:br/>
        <w:t>vt 0.488844 0.702096</w:t>
        <w:br/>
        <w:t>vt 0.457519 0.721300</w:t>
        <w:br/>
        <w:t>vt 0.457519 0.702096</w:t>
        <w:br/>
        <w:t>vt 0.461009 0.702096</w:t>
        <w:br/>
        <w:t>vt 0.461009 0.721300</w:t>
        <w:br/>
        <w:t>vt 0.485442 0.765221</w:t>
        <w:br/>
        <w:t>vt 0.504721 0.765221</w:t>
        <w:br/>
        <w:t>vt 0.504721 0.766891</w:t>
        <w:br/>
        <w:t>vt 0.485485 0.766891</w:t>
        <w:br/>
        <w:t>vt 0.504721 0.766891</w:t>
        <w:br/>
        <w:t>vt 0.504721 0.768312</w:t>
        <w:br/>
        <w:t>vt 0.485485 0.768312</w:t>
        <w:br/>
        <w:t>vt 0.485485 0.766891</w:t>
        <w:br/>
        <w:t>vt 0.504721 0.770374</w:t>
        <w:br/>
        <w:t>vt 0.485485 0.770374</w:t>
        <w:br/>
        <w:t>vt 0.504955 0.729828</w:t>
        <w:br/>
        <w:t>vt 0.504955 0.735942</w:t>
        <w:br/>
        <w:t>vt 0.485498 0.735942</w:t>
        <w:br/>
        <w:t>vt 0.485498 0.729828</w:t>
        <w:br/>
        <w:t>vt 0.485498 0.742631</w:t>
        <w:br/>
        <w:t>vt 0.504955 0.741970</w:t>
        <w:br/>
        <w:t>vt 0.504955 0.743292</w:t>
        <w:br/>
        <w:t>vt 0.504955 0.746089</w:t>
        <w:br/>
        <w:t>vt 0.485498 0.746089</w:t>
        <w:br/>
        <w:t>vt 0.504955 0.748554</w:t>
        <w:br/>
        <w:t>vt 0.485498 0.748554</w:t>
        <w:br/>
        <w:t>vt 0.485498 0.742631</w:t>
        <w:br/>
        <w:t>vt 0.504955 0.741970</w:t>
        <w:br/>
        <w:t>vt 0.496044 0.702096</w:t>
        <w:br/>
        <w:t>vt 0.496044 0.721300</w:t>
        <w:br/>
        <w:t>vt 0.756570 0.357720</w:t>
        <w:br/>
        <w:t>vt 0.776588 0.356187</w:t>
        <w:br/>
        <w:t>vt 0.776526 0.371869</w:t>
        <w:br/>
        <w:t>vt 0.756496 0.372120</w:t>
        <w:br/>
        <w:t>vt 0.776635 0.340897</w:t>
        <w:br/>
        <w:t>vt 0.756532 0.343202</w:t>
        <w:br/>
        <w:t>vt 0.756498 0.329003</w:t>
        <w:br/>
        <w:t>vt 0.776639 0.327017</w:t>
        <w:br/>
        <w:t>vt 0.772783 0.288877</w:t>
        <w:br/>
        <w:t>vt 0.774386 0.285780</w:t>
        <w:br/>
        <w:t>vt 0.776240 0.288131</w:t>
        <w:br/>
        <w:t>vt 0.772954 0.291358</w:t>
        <w:br/>
        <w:t>vt 0.773616 0.395578</w:t>
        <w:br/>
        <w:t>vt 0.759399 0.396005</w:t>
        <w:br/>
        <w:t>vt 0.759399 0.392978</w:t>
        <w:br/>
        <w:t>vt 0.773616 0.392149</w:t>
        <w:br/>
        <w:t>vt 0.765823 0.455263</w:t>
        <w:br/>
        <w:t>vt 0.765823 0.446996</w:t>
        <w:br/>
        <w:t>vt 0.778935 0.447391</w:t>
        <w:br/>
        <w:t>vt 0.778935 0.456470</w:t>
        <w:br/>
        <w:t>vt 0.765823 0.471865</w:t>
        <w:br/>
        <w:t>vt 0.765823 0.463693</w:t>
        <w:br/>
        <w:t>vt 0.778935 0.465245</w:t>
        <w:br/>
        <w:t>vt 0.778935 0.473248</w:t>
        <w:br/>
        <w:t>vt 0.777169 0.433227</w:t>
        <w:br/>
        <w:t>vt 0.777169 0.434970</w:t>
        <w:br/>
        <w:t>vt 0.767526 0.435024</w:t>
        <w:br/>
        <w:t>vt 0.767526 0.433322</w:t>
        <w:br/>
        <w:t>vt 0.776526 0.371869</w:t>
        <w:br/>
        <w:t>vt 0.776588 0.356187</w:t>
        <w:br/>
        <w:t>vt 0.778852 0.356278</w:t>
        <w:br/>
        <w:t>vt 0.778852 0.371879</w:t>
        <w:br/>
        <w:t>vt 0.753985 0.372383</w:t>
        <w:br/>
        <w:t>vt 0.753985 0.357940</w:t>
        <w:br/>
        <w:t>vt 0.776635 0.340897</w:t>
        <w:br/>
        <w:t>vt 0.776639 0.327017</w:t>
        <w:br/>
        <w:t>vt 0.778852 0.327071</w:t>
        <w:br/>
        <w:t>vt 0.778852 0.340977</w:t>
        <w:br/>
        <w:t>vt 0.753985 0.343300</w:t>
        <w:br/>
        <w:t>vt 0.753985 0.329082</w:t>
        <w:br/>
        <w:t>vt 0.761624 0.288877</w:t>
        <w:br/>
        <w:t>vt 0.759782 0.285780</w:t>
        <w:br/>
        <w:t>vt 0.760932 0.286846</w:t>
        <w:br/>
        <w:t>vt 0.767526 0.431953</w:t>
        <w:br/>
        <w:t>vt 0.777169 0.431953</w:t>
        <w:br/>
        <w:t>vt 0.755389 0.394582</w:t>
        <w:br/>
        <w:t>vt 0.756361 0.393746</w:t>
        <w:br/>
        <w:t>vt 0.757369 0.396576</w:t>
        <w:br/>
        <w:t>vt 0.756931 0.397802</w:t>
        <w:br/>
        <w:t>vt 0.757198 0.386105</w:t>
        <w:br/>
        <w:t>vt 0.759399 0.385455</w:t>
        <w:br/>
        <w:t>vt 0.758104 0.387457</w:t>
        <w:br/>
        <w:t>vt 0.758104 0.395373</w:t>
        <w:br/>
        <w:t>vt 0.758104 0.392580</w:t>
        <w:br/>
        <w:t>vt 0.759399 0.392978</w:t>
        <w:br/>
        <w:t>vt 0.759399 0.396005</w:t>
        <w:br/>
        <w:t>vt 0.758104 0.397425</w:t>
        <w:br/>
        <w:t>vt 0.759399 0.398812</w:t>
        <w:br/>
        <w:t>vt 0.778075 0.394789</w:t>
        <w:br/>
        <w:t>vt 0.776148 0.398067</w:t>
        <w:br/>
        <w:t>vt 0.775784 0.397133</w:t>
        <w:br/>
        <w:t>vt 0.777160 0.394363</w:t>
        <w:br/>
        <w:t>vt 0.774624 0.397644</w:t>
        <w:br/>
        <w:t>vt 0.773616 0.398812</w:t>
        <w:br/>
        <w:t>vt 0.774624 0.395131</w:t>
        <w:br/>
        <w:t>vt 0.773616 0.395578</w:t>
        <w:br/>
        <w:t>vt 0.773616 0.392149</w:t>
        <w:br/>
        <w:t>vt 0.774624 0.392175</w:t>
        <w:br/>
        <w:t>vt 0.773616 0.385488</w:t>
        <w:br/>
        <w:t>vt 0.775820 0.386123</w:t>
        <w:br/>
        <w:t>vt 0.774624 0.387371</w:t>
        <w:br/>
        <w:t>vt 0.779834 0.416140</w:t>
        <w:br/>
        <w:t>vt 0.765182 0.416140</w:t>
        <w:br/>
        <w:t>vt 0.765182 0.414992</w:t>
        <w:br/>
        <w:t>vt 0.779834 0.414992</w:t>
        <w:br/>
        <w:t>vt 0.765182 0.412425</w:t>
        <w:br/>
        <w:t>vt 0.779834 0.412425</w:t>
        <w:br/>
        <w:t>vt 0.779834 0.418480</w:t>
        <w:br/>
        <w:t>vt 0.779834 0.421221</w:t>
        <w:br/>
        <w:t>vt 0.765182 0.421221</w:t>
        <w:br/>
        <w:t>vt 0.765182 0.418480</w:t>
        <w:br/>
        <w:t>vt 0.774624 0.396886</w:t>
        <w:br/>
        <w:t>vt 0.773616 0.397585</w:t>
        <w:br/>
        <w:t>vt 0.779834 0.417187</w:t>
        <w:br/>
        <w:t>vt 0.765182 0.417187</w:t>
        <w:br/>
        <w:t>vt 0.758104 0.396671</w:t>
        <w:br/>
        <w:t>vt 0.759399 0.397576</w:t>
        <w:br/>
        <w:t>vt 0.773616 0.397585</w:t>
        <w:br/>
        <w:t>vt 0.759399 0.397576</w:t>
        <w:br/>
        <w:t>vt 0.773616 0.388718</w:t>
        <w:br/>
        <w:t>vt 0.774624 0.389181</w:t>
        <w:br/>
        <w:t>vt 0.779834 0.424052</w:t>
        <w:br/>
        <w:t>vt 0.765182 0.424052</w:t>
        <w:br/>
        <w:t>vt 0.759399 0.389508</w:t>
        <w:br/>
        <w:t>vt 0.758104 0.389822</w:t>
        <w:br/>
        <w:t>vt 0.773616 0.388718</w:t>
        <w:br/>
        <w:t>vt 0.756810 0.382429</w:t>
        <w:br/>
        <w:t>vt 0.753985 0.382892</w:t>
        <w:br/>
        <w:t>vt 0.765823 0.440980</w:t>
        <w:br/>
        <w:t>vt 0.778935 0.441183</w:t>
        <w:br/>
        <w:t>vt 0.776343 0.382694</w:t>
        <w:br/>
        <w:t>vt 0.778852 0.382868</w:t>
        <w:br/>
        <w:t>vt 0.776343 0.382694</w:t>
        <w:br/>
        <w:t>vt 0.753985 0.297074</w:t>
        <w:br/>
        <w:t>vt 0.756336 0.297299</w:t>
        <w:br/>
        <w:t>vt 0.756163 0.314792</w:t>
        <w:br/>
        <w:t>vt 0.753985 0.314852</w:t>
        <w:br/>
        <w:t>vt 0.768802 0.491438</w:t>
        <w:br/>
        <w:t>vt 0.765823 0.480049</w:t>
        <w:br/>
        <w:t>vt 0.778935 0.481541</w:t>
        <w:br/>
        <w:t>vt 0.777465 0.491443</w:t>
        <w:br/>
        <w:t>vt 0.776724 0.312635</w:t>
        <w:br/>
        <w:t>vt 0.776792 0.297664</w:t>
        <w:br/>
        <w:t>vt 0.778852 0.297567</w:t>
        <w:br/>
        <w:t>vt 0.778852 0.312707</w:t>
        <w:br/>
        <w:t>vt 0.776724 0.312635</w:t>
        <w:br/>
        <w:t>vt 0.760961 0.295120</w:t>
        <w:br/>
        <w:t>vt 0.774203 0.295266</w:t>
        <w:br/>
        <w:t>vt 0.774203 0.295266</w:t>
        <w:br/>
        <w:t>vt 0.776240 0.294754</w:t>
        <w:br/>
        <w:t>vt 0.756336 0.297299</w:t>
        <w:br/>
        <w:t>vt 0.753985 0.297074</w:t>
        <w:br/>
        <w:t>vt 0.758872 0.293821</w:t>
        <w:br/>
        <w:t>vt 0.760961 0.295120</w:t>
        <w:br/>
        <w:t>vt 0.761681 0.291358</w:t>
        <w:br/>
        <w:t>vt 0.760961 0.295120</w:t>
        <w:br/>
        <w:t>vt 0.758872 0.293821</w:t>
        <w:br/>
        <w:t>vt 0.758872 0.287682</w:t>
        <w:br/>
        <w:t>vt 0.777465 0.494380</w:t>
        <w:br/>
        <w:t>vt 0.768802 0.494465</w:t>
        <w:br/>
        <w:t>vt 0.772954 0.291358</w:t>
        <w:br/>
        <w:t>vt 0.761681 0.291358</w:t>
        <w:br/>
        <w:t>vt 0.761624 0.288877</w:t>
        <w:br/>
        <w:t>vt 0.772783 0.288877</w:t>
        <w:br/>
        <w:t>vt 0.773370 0.286846</w:t>
        <w:br/>
        <w:t>vt 0.760932 0.286846</w:t>
        <w:br/>
        <w:t>vt 0.774386 0.285780</w:t>
        <w:br/>
        <w:t>vt 0.759782 0.285780</w:t>
        <w:br/>
        <w:t>vt 0.768802 0.495496</w:t>
        <w:br/>
        <w:t>vt 0.777465 0.495496</w:t>
        <w:br/>
        <w:t>vt 0.773370 0.286846</w:t>
        <w:br/>
        <w:t>vt 0.777169 0.439527</w:t>
        <w:br/>
        <w:t>vt 0.767526 0.439228</w:t>
        <w:br/>
        <w:t>vt 0.767526 0.436893</w:t>
        <w:br/>
        <w:t>vt 0.777169 0.437062</w:t>
        <w:br/>
        <w:t>vt 0.756571 0.390355</w:t>
        <w:br/>
        <w:t>vt 0.755487 0.390418</w:t>
        <w:br/>
        <w:t>vt 0.779834 0.406243</w:t>
        <w:br/>
        <w:t>vt 0.779834 0.409419</w:t>
        <w:br/>
        <w:t>vt 0.765182 0.409419</w:t>
        <w:br/>
        <w:t>vt 0.765182 0.406243</w:t>
        <w:br/>
        <w:t>vt 0.778054 0.390449</w:t>
        <w:br/>
        <w:t>vt 0.776863 0.390586</w:t>
        <w:br/>
        <w:t>vt 0.779834 0.426447</w:t>
        <w:br/>
        <w:t>vt 0.765182 0.426447</w:t>
        <w:br/>
        <w:t>vt 0.759399 0.385455</w:t>
        <w:br/>
        <w:t>vt 0.773616 0.385488</w:t>
        <w:br/>
        <w:t>vt 0.776792 0.297664</w:t>
        <w:br/>
        <w:t>vt 0.765823 0.490387</w:t>
        <w:br/>
        <w:t>vt 0.778935 0.490144</w:t>
        <w:br/>
        <w:t>vt 0.773616 0.398812</w:t>
        <w:br/>
        <w:t>vt 0.759399 0.398812</w:t>
        <w:br/>
        <w:t>vt 0.503354 0.702096</w:t>
        <w:br/>
        <w:t>vt 0.503354 0.721300</w:t>
        <w:br/>
        <w:t>vt 0.504721 0.760298</w:t>
        <w:br/>
        <w:t>vt 0.485442 0.760210</w:t>
        <w:br/>
        <w:t>vt 0.485442 0.755421</w:t>
        <w:br/>
        <w:t>vt 0.504721 0.755421</w:t>
        <w:br/>
        <w:t>vt 0.674155 0.344159</w:t>
        <w:br/>
        <w:t>vt 0.640386 0.344159</w:t>
        <w:br/>
        <w:t>vt 0.640386 0.349985</w:t>
        <w:br/>
        <w:t>vt 0.674155 0.349985</w:t>
        <w:br/>
        <w:t>vt 0.564002 0.349985</w:t>
        <w:br/>
        <w:t>vt 0.564002 0.344159</w:t>
        <w:br/>
        <w:t>vt 0.539665 0.344159</w:t>
        <w:br/>
        <w:t>vt 0.539665 0.349985</w:t>
        <w:br/>
        <w:t>vt 0.570100 0.344159</w:t>
        <w:br/>
        <w:t>vt 0.570100 0.349985</w:t>
        <w:br/>
        <w:t>vt 0.603851 0.349985</w:t>
        <w:br/>
        <w:t>vt 0.603851 0.344159</w:t>
        <w:br/>
        <w:t>vt 0.609950 0.349985</w:t>
        <w:br/>
        <w:t>vt 0.634286 0.349985</w:t>
        <w:br/>
        <w:t>vt 0.634286 0.344159</w:t>
        <w:br/>
        <w:t>vt 0.609950 0.344159</w:t>
        <w:br/>
        <w:t>vt 0.584986 0.387306</w:t>
        <w:br/>
        <w:t>vt 0.617801 0.387306</w:t>
        <w:br/>
        <w:t>vt 0.615150 0.380304</w:t>
        <w:br/>
        <w:t>vt 0.587734 0.380304</w:t>
        <w:br/>
        <w:t>vt 0.617817 0.354452</w:t>
        <w:br/>
        <w:t>vt 0.584970 0.354452</w:t>
        <w:br/>
        <w:t>vt 0.587734 0.361397</w:t>
        <w:br/>
        <w:t>vt 0.615150 0.361397</w:t>
        <w:br/>
        <w:t>vt 0.628314 0.383182</w:t>
        <w:br/>
        <w:t>vt 0.634453 0.383182</w:t>
        <w:br/>
        <w:t>vt 0.634453 0.355498</w:t>
        <w:br/>
        <w:t>vt 0.628314 0.355498</w:t>
        <w:br/>
        <w:t>vt 0.646771 0.383313</w:t>
        <w:br/>
        <w:t>vt 0.646771 0.355626</w:t>
        <w:br/>
        <w:t>vt 0.640634 0.355626</w:t>
        <w:br/>
        <w:t>vt 0.640634 0.383313</w:t>
        <w:br/>
        <w:t>vt 0.659029 0.356042</w:t>
        <w:br/>
        <w:t>vt 0.653223 0.356042</w:t>
        <w:br/>
        <w:t>vt 0.653223 0.374753</w:t>
        <w:br/>
        <w:t>vt 0.659029 0.374753</w:t>
        <w:br/>
        <w:t>vt 0.666697 0.355861</w:t>
        <w:br/>
        <w:t>vt 0.666697 0.374571</w:t>
        <w:br/>
        <w:t>vt 0.672505 0.374571</w:t>
        <w:br/>
        <w:t>vt 0.672505 0.355861</w:t>
        <w:br/>
        <w:t>vt 0.539003 0.356186</w:t>
        <w:br/>
        <w:t>vt 0.541761 0.362867</w:t>
        <w:br/>
        <w:t>vt 0.570055 0.362867</w:t>
        <w:br/>
        <w:t>vt 0.572902 0.356186</w:t>
        <w:br/>
        <w:t>vt 0.580977 0.382989</w:t>
        <w:br/>
        <w:t>vt 0.580977 0.358630</w:t>
        <w:br/>
        <w:t>vt 0.534782 0.383746</w:t>
        <w:br/>
        <w:t>vt 0.541761 0.381062</w:t>
        <w:br/>
        <w:t>vt 0.534782 0.360143</w:t>
        <w:br/>
        <w:t>vt 0.572798 0.387799</w:t>
        <w:br/>
        <w:t>vt 0.570055 0.381062</w:t>
        <w:br/>
        <w:t>vt 0.538916 0.387799</w:t>
        <w:br/>
        <w:t>vt 0.621911 0.383233</w:t>
        <w:br/>
        <w:t>vt 0.621911 0.358560</w:t>
        <w:br/>
        <w:t>vt 0.577034 0.383769</w:t>
        <w:br/>
        <w:t>vt 0.577034 0.360200</w:t>
        <w:br/>
        <w:t>vt 0.637187 0.349985</w:t>
        <w:br/>
        <w:t>vt 0.637187 0.344159</w:t>
        <w:br/>
        <w:t>vt 0.533675 0.349985</w:t>
        <w:br/>
        <w:t>vt 0.536875 0.349985</w:t>
        <w:br/>
        <w:t>vt 0.536875 0.344159</w:t>
        <w:br/>
        <w:t>vt 0.533675 0.344159</w:t>
        <w:br/>
        <w:t>vt 0.566903 0.349985</w:t>
        <w:br/>
        <w:t>vt 0.566903 0.344159</w:t>
        <w:br/>
        <w:t>vt 0.607051 0.344159</w:t>
        <w:br/>
        <w:t>vt 0.607051 0.349985</w:t>
        <w:br/>
        <w:t>vt 0.575626 0.357771</w:t>
        <w:br/>
        <w:t>vt 0.582335 0.356104</w:t>
        <w:br/>
        <w:t>vt 0.536223 0.357791</w:t>
        <w:br/>
        <w:t>vt 0.620512 0.356116</w:t>
        <w:br/>
        <w:t>vt 0.536190 0.386192</w:t>
        <w:br/>
        <w:t>vt 0.620508 0.385791</w:t>
        <w:br/>
        <w:t>vt 0.575575 0.386216</w:t>
        <w:br/>
        <w:t>vt 0.582354 0.385520</w:t>
        <w:br/>
        <w:t>vt 0.799536 0.469500</w:t>
        <w:br/>
        <w:t>vt 0.801609 0.469608</w:t>
        <w:br/>
        <w:t>vt 0.801609 0.486184</w:t>
        <w:br/>
        <w:t>vt 0.799536 0.486311</w:t>
        <w:br/>
        <w:t>vt 0.801609 0.506950</w:t>
        <w:br/>
        <w:t>vt 0.799536 0.506950</w:t>
        <w:br/>
        <w:t>vt 0.799536 0.499663</w:t>
        <w:br/>
        <w:t>vt 0.801609 0.499131</w:t>
        <w:br/>
        <w:t>vt 0.799536 0.360688</w:t>
        <w:br/>
        <w:t>vt 0.801609 0.360788</w:t>
        <w:br/>
        <w:t>vt 0.801609 0.372325</w:t>
        <w:br/>
        <w:t>vt 0.799536 0.372220</w:t>
        <w:br/>
        <w:t>vt 0.787485 0.349727</w:t>
        <w:br/>
        <w:t>vt 0.787485 0.360521</w:t>
        <w:br/>
        <w:t>vt 0.785535 0.360432</w:t>
        <w:br/>
        <w:t>vt 0.785535 0.349606</w:t>
        <w:br/>
        <w:t>vt 0.799536 0.338252</w:t>
        <w:br/>
        <w:t>vt 0.799536 0.327280</w:t>
        <w:br/>
        <w:t>vt 0.801609 0.327512</w:t>
        <w:br/>
        <w:t>vt 0.801609 0.338313</w:t>
        <w:br/>
        <w:t>vt 0.799536 0.316846</w:t>
        <w:br/>
        <w:t>vt 0.799536 0.307750</w:t>
        <w:br/>
        <w:t>vt 0.801609 0.307750</w:t>
        <w:br/>
        <w:t>vt 0.801609 0.317219</w:t>
        <w:br/>
        <w:t>vt 0.787485 0.307750</w:t>
        <w:br/>
        <w:t>vt 0.787485 0.318192</w:t>
        <w:br/>
        <w:t>vt 0.785535 0.318117</w:t>
        <w:br/>
        <w:t>vt 0.785535 0.307750</w:t>
        <w:br/>
        <w:t>vt 0.787485 0.408359</w:t>
        <w:br/>
        <w:t>vt 0.787485 0.420900</w:t>
        <w:br/>
        <w:t>vt 0.785535 0.421111</w:t>
        <w:br/>
        <w:t>vt 0.785535 0.408310</w:t>
        <w:br/>
        <w:t>vt 0.799536 0.409066</w:t>
        <w:br/>
        <w:t>vt 0.801609 0.409393</w:t>
        <w:br/>
        <w:t>vt 0.801609 0.422693</w:t>
        <w:br/>
        <w:t>vt 0.799536 0.422144</w:t>
        <w:br/>
        <w:t>vt 0.799536 0.452516</w:t>
        <w:br/>
        <w:t>vt 0.801609 0.452881</w:t>
        <w:br/>
        <w:t>vt 0.785535 0.465718</w:t>
        <w:br/>
        <w:t>vt 0.785535 0.449714</w:t>
        <w:br/>
        <w:t>vt 0.787485 0.449459</w:t>
        <w:br/>
        <w:t>vt 0.787485 0.465717</w:t>
        <w:br/>
        <w:t>vt 0.785535 0.435315</w:t>
        <w:br/>
        <w:t>vt 0.787485 0.434965</w:t>
        <w:br/>
        <w:t>vt 0.799536 0.437214</w:t>
        <w:br/>
        <w:t>vt 0.801609 0.437794</w:t>
        <w:br/>
        <w:t>vt 0.787485 0.383291</w:t>
        <w:br/>
        <w:t>vt 0.787485 0.395602</w:t>
        <w:br/>
        <w:t>vt 0.785535 0.395476</w:t>
        <w:br/>
        <w:t>vt 0.785535 0.383235</w:t>
        <w:br/>
        <w:t>vt 0.785535 0.506950</w:t>
        <w:br/>
        <w:t>vt 0.785535 0.496762</w:t>
        <w:br/>
        <w:t>vt 0.787485 0.497530</w:t>
        <w:br/>
        <w:t>vt 0.787485 0.506950</w:t>
        <w:br/>
        <w:t>vt 0.787485 0.482184</w:t>
        <w:br/>
        <w:t>vt 0.785535 0.481868</w:t>
        <w:br/>
        <w:t>vt 0.799536 0.396210</w:t>
        <w:br/>
        <w:t>vt 0.801609 0.396425</w:t>
        <w:br/>
        <w:t>vt 0.787485 0.328724</w:t>
        <w:br/>
        <w:t>vt 0.785535 0.328513</w:t>
        <w:br/>
        <w:t>vt 0.799536 0.384408</w:t>
        <w:br/>
        <w:t>vt 0.801609 0.384571</w:t>
        <w:br/>
        <w:t>vt 0.785535 0.371584</w:t>
        <w:br/>
        <w:t>vt 0.787485 0.371713</w:t>
        <w:br/>
        <w:t>vt 0.799536 0.349456</w:t>
        <w:br/>
        <w:t>vt 0.801609 0.349500</w:t>
        <w:br/>
        <w:t>vt 0.785535 0.338830</w:t>
        <w:br/>
        <w:t>vt 0.787485 0.339017</w:t>
        <w:br/>
        <w:t>vt 0.782785 0.299244</w:t>
        <w:br/>
        <w:t>vt 0.787485 0.298577</w:t>
        <w:br/>
        <w:t>vt 0.804918 0.298709</w:t>
        <w:br/>
        <w:t>vt 0.799536 0.297774</w:t>
        <w:br/>
        <w:t>vt 0.787485 0.497530</w:t>
        <w:br/>
        <w:t>vt 0.787485 0.482184</w:t>
        <w:br/>
        <w:t>vt 0.799536 0.506950</w:t>
        <w:br/>
        <w:t>vt 0.787485 0.506950</w:t>
        <w:br/>
        <w:t>vt 0.799536 0.511073</w:t>
        <w:br/>
        <w:t>vt 0.787485 0.510871</w:t>
        <w:br/>
        <w:t>vt 0.799536 0.513548</w:t>
        <w:br/>
        <w:t>vt 0.799536 0.515604</w:t>
        <w:br/>
        <w:t>vt 0.787200 0.515108</w:t>
        <w:br/>
        <w:t>vt 0.787485 0.513130</w:t>
        <w:br/>
        <w:t>vt 0.799536 0.517646</w:t>
        <w:br/>
        <w:t>vt 0.787485 0.517245</w:t>
        <w:br/>
        <w:t>vt 0.801539 0.519944</w:t>
        <w:br/>
        <w:t>vt 0.785599 0.519944</w:t>
        <w:br/>
        <w:t>vt 0.806441 0.310478</w:t>
        <w:br/>
        <w:t>vt 0.811039 0.310478</w:t>
        <w:br/>
        <w:t>vt 0.811039 0.312465</w:t>
        <w:br/>
        <w:t>vt 0.806441 0.312465</w:t>
        <w:br/>
        <w:t>vt 0.811039 0.316633</w:t>
        <w:br/>
        <w:t>vt 0.806441 0.316633</w:t>
        <w:br/>
        <w:t>vt 0.811039 0.323443</w:t>
        <w:br/>
        <w:t>vt 0.806441 0.323443</w:t>
        <w:br/>
        <w:t>vt 0.811039 0.334043</w:t>
        <w:br/>
        <w:t>vt 0.806441 0.334043</w:t>
        <w:br/>
        <w:t>vt 0.811039 0.346173</w:t>
        <w:br/>
        <w:t>vt 0.806441 0.346173</w:t>
        <w:br/>
        <w:t>vt 0.811039 0.358183</w:t>
        <w:br/>
        <w:t>vt 0.806441 0.358183</w:t>
        <w:br/>
        <w:t>vt 0.811039 0.368889</w:t>
        <w:br/>
        <w:t>vt 0.806441 0.368889</w:t>
        <w:br/>
        <w:t>vt 0.811039 0.379365</w:t>
        <w:br/>
        <w:t>vt 0.806441 0.379365</w:t>
        <w:br/>
        <w:t>vt 0.806441 0.388544</w:t>
        <w:br/>
        <w:t>vt 0.811039 0.388544</w:t>
        <w:br/>
        <w:t>vt 0.806441 0.397684</w:t>
        <w:br/>
        <w:t>vt 0.811039 0.397684</w:t>
        <w:br/>
        <w:t>vt 0.811039 0.406251</w:t>
        <w:br/>
        <w:t>vt 0.806441 0.406251</w:t>
        <w:br/>
        <w:t>vt 0.811039 0.414801</w:t>
        <w:br/>
        <w:t>vt 0.806441 0.414801</w:t>
        <w:br/>
        <w:t>vt 0.811039 0.422931</w:t>
        <w:br/>
        <w:t>vt 0.806441 0.422931</w:t>
        <w:br/>
        <w:t>vt 0.811039 0.430836</w:t>
        <w:br/>
        <w:t>vt 0.806441 0.430836</w:t>
        <w:br/>
        <w:t>vt 0.811039 0.438734</w:t>
        <w:br/>
        <w:t>vt 0.806441 0.438734</w:t>
        <w:br/>
        <w:t>vt 0.811039 0.446371</w:t>
        <w:br/>
        <w:t>vt 0.806441 0.446371</w:t>
        <w:br/>
        <w:t>vt 0.811039 0.453979</w:t>
        <w:br/>
        <w:t>vt 0.806441 0.453979</w:t>
        <w:br/>
        <w:t>vt 0.811039 0.461050</w:t>
        <w:br/>
        <w:t>vt 0.806441 0.461050</w:t>
        <w:br/>
        <w:t>vt 0.811039 0.467555</w:t>
        <w:br/>
        <w:t>vt 0.806441 0.467555</w:t>
        <w:br/>
        <w:t>vt 0.811039 0.470216</w:t>
        <w:br/>
        <w:t>vt 0.811039 0.472837</w:t>
        <w:br/>
        <w:t>vt 0.806441 0.472837</w:t>
        <w:br/>
        <w:t>vt 0.806441 0.470216</w:t>
        <w:br/>
        <w:t>vt 0.811039 0.475249</w:t>
        <w:br/>
        <w:t>vt 0.806441 0.475249</w:t>
        <w:br/>
        <w:t>vt 0.800254 0.285802</w:t>
        <w:br/>
        <w:t>vt 0.799536 0.287704</w:t>
        <w:br/>
        <w:t>vt 0.787485 0.287832</w:t>
        <w:br/>
        <w:t>vt 0.786398 0.285802</w:t>
        <w:br/>
        <w:t>vt 0.799536 0.290901</w:t>
        <w:br/>
        <w:t>vt 0.787485 0.290745</w:t>
        <w:br/>
        <w:t>vt 0.799536 0.294160</w:t>
        <w:br/>
        <w:t>vt 0.799536 0.297774</w:t>
        <w:br/>
        <w:t>vt 0.787485 0.298577</w:t>
        <w:br/>
        <w:t>vt 0.787485 0.294632</w:t>
        <w:br/>
        <w:t>vt 0.799536 0.307750</w:t>
        <w:br/>
        <w:t>vt 0.787485 0.307750</w:t>
        <w:br/>
        <w:t>vt 0.787485 0.318192</w:t>
        <w:br/>
        <w:t>vt 0.787485 0.328724</w:t>
        <w:br/>
        <w:t>vt 0.787485 0.339017</w:t>
        <w:br/>
        <w:t>vt 0.787485 0.349727</w:t>
        <w:br/>
        <w:t>vt 0.787485 0.360521</w:t>
        <w:br/>
        <w:t>vt 0.787485 0.371713</w:t>
        <w:br/>
        <w:t>vt 0.799536 0.372220</w:t>
        <w:br/>
        <w:t>vt 0.799536 0.384408</w:t>
        <w:br/>
        <w:t>vt 0.787485 0.383291</w:t>
        <w:br/>
        <w:t>vt 0.799536 0.396210</w:t>
        <w:br/>
        <w:t>vt 0.787485 0.395602</w:t>
        <w:br/>
        <w:t>vt 0.799536 0.409066</w:t>
        <w:br/>
        <w:t>vt 0.787485 0.408359</w:t>
        <w:br/>
        <w:t>vt 0.787485 0.420900</w:t>
        <w:br/>
        <w:t>vt 0.787485 0.434965</w:t>
        <w:br/>
        <w:t>vt 0.787485 0.449459</w:t>
        <w:br/>
        <w:t>vt 0.787485 0.465717</w:t>
        <w:br/>
        <w:t>vt 0.800801 0.288007</w:t>
        <w:br/>
        <w:t>vt 0.800254 0.285802</w:t>
        <w:br/>
        <w:t>vt 0.803942 0.289481</w:t>
        <w:br/>
        <w:t>vt 0.802539 0.290298</w:t>
        <w:br/>
        <w:t>vt 0.800640 0.290655</w:t>
        <w:br/>
        <w:t>vt 0.799536 0.290901</w:t>
        <w:br/>
        <w:t>vt 0.799536 0.287704</w:t>
        <w:br/>
        <w:t>vt 0.801128 0.293386</w:t>
        <w:br/>
        <w:t>vt 0.799536 0.294160</w:t>
        <w:br/>
        <w:t>vt 0.803335 0.293220</w:t>
        <w:br/>
        <w:t>vt 0.805207 0.294235</w:t>
        <w:br/>
        <w:t>vt 0.801650 0.296193</w:t>
        <w:br/>
        <w:t>vt 0.803316 0.296120</w:t>
        <w:br/>
        <w:t>vt 0.786252 0.287864</w:t>
        <w:br/>
        <w:t>vt 0.784763 0.290179</w:t>
        <w:br/>
        <w:t>vt 0.783396 0.289659</w:t>
        <w:br/>
        <w:t>vt 0.786398 0.285802</w:t>
        <w:br/>
        <w:t>vt 0.787485 0.287832</w:t>
        <w:br/>
        <w:t>vt 0.786495 0.290772</w:t>
        <w:br/>
        <w:t>vt 0.787485 0.290745</w:t>
        <w:br/>
        <w:t>vt 0.783927 0.293571</w:t>
        <w:br/>
        <w:t>vt 0.782374 0.294538</w:t>
        <w:br/>
        <w:t>vt 0.786282 0.293768</w:t>
        <w:br/>
        <w:t>vt 0.787485 0.294632</w:t>
        <w:br/>
        <w:t>vt 0.783994 0.297004</w:t>
        <w:br/>
        <w:t>vt 0.785917 0.296732</w:t>
        <w:br/>
        <w:t>vt 0.785068 0.546930</w:t>
        <w:br/>
        <w:t>vt 0.764680 0.546930</w:t>
        <w:br/>
        <w:t>vt 0.764680 0.543177</w:t>
        <w:br/>
        <w:t>vt 0.785068 0.543177</w:t>
        <w:br/>
        <w:t>vt 0.764680 0.530890</w:t>
        <w:br/>
        <w:t>vt 0.764680 0.526275</w:t>
        <w:br/>
        <w:t>vt 0.785068 0.526275</w:t>
        <w:br/>
        <w:t>vt 0.785068 0.530890</w:t>
        <w:br/>
        <w:t>vt 0.785068 0.539315</w:t>
        <w:br/>
        <w:t>vt 0.764680 0.539315</w:t>
        <w:br/>
        <w:t>vt 0.764680 0.535089</w:t>
        <w:br/>
        <w:t>vt 0.785068 0.535089</w:t>
        <w:br/>
        <w:t>vt 0.785068 0.539315</w:t>
        <w:br/>
        <w:t>vt 0.764680 0.539315</w:t>
        <w:br/>
        <w:t>vt 0.764680 0.550790</w:t>
        <w:br/>
        <w:t>vt 0.785068 0.550790</w:t>
        <w:br/>
        <w:t>vt 0.785068 0.553861</w:t>
        <w:br/>
        <w:t>vt 0.764680 0.553861</w:t>
        <w:br/>
        <w:t>vt 0.801315 0.518552</w:t>
        <w:br/>
        <w:t>vt 0.801539 0.519944</w:t>
        <w:br/>
        <w:t>vt 0.799536 0.517646</w:t>
        <w:br/>
        <w:t>vt 0.800287 0.517155</w:t>
        <w:br/>
        <w:t>vt 0.803063 0.515389</w:t>
        <w:br/>
        <w:t>vt 0.802032 0.515247</w:t>
        <w:br/>
        <w:t>vt 0.800625 0.508427</w:t>
        <w:br/>
        <w:t>vt 0.800569 0.511272</w:t>
        <w:br/>
        <w:t>vt 0.799536 0.511073</w:t>
        <w:br/>
        <w:t>vt 0.800617 0.508834</w:t>
        <w:br/>
        <w:t>vt 0.800331 0.515629</w:t>
        <w:br/>
        <w:t>vt 0.799536 0.515604</w:t>
        <w:br/>
        <w:t>vt 0.800408 0.513511</w:t>
        <w:br/>
        <w:t>vt 0.799536 0.513548</w:t>
        <w:br/>
        <w:t>vt 0.785796 0.518322</w:t>
        <w:br/>
        <w:t>vt 0.785599 0.519944</w:t>
        <w:br/>
        <w:t>vt 0.783801 0.514728</w:t>
        <w:br/>
        <w:t>vt 0.784845 0.514680</w:t>
        <w:br/>
        <w:t>vt 0.787485 0.517245</w:t>
        <w:br/>
        <w:t>vt 0.786741 0.516825</w:t>
        <w:br/>
        <w:t>vt 0.787200 0.515108</w:t>
        <w:br/>
        <w:t>vt 0.786101 0.508580</w:t>
        <w:br/>
        <w:t>vt 0.786438 0.508183</w:t>
        <w:br/>
        <w:t>vt 0.787485 0.510871</w:t>
        <w:br/>
        <w:t>vt 0.786752 0.511207</w:t>
        <w:br/>
        <w:t>vt 0.786794 0.513154</w:t>
        <w:br/>
        <w:t>vt 0.787485 0.513130</w:t>
        <w:br/>
        <w:t>vt 0.791930 0.541772</w:t>
        <w:br/>
        <w:t>vt 0.791930 0.539539</w:t>
        <w:br/>
        <w:t>vt 0.811780 0.539539</w:t>
        <w:br/>
        <w:t>vt 0.811780 0.541772</w:t>
        <w:br/>
        <w:t>vt 0.791930 0.547220</w:t>
        <w:br/>
        <w:t>vt 0.811780 0.547220</w:t>
        <w:br/>
        <w:t>vt 0.811780 0.552877</w:t>
        <w:br/>
        <w:t>vt 0.791930 0.552603</w:t>
        <w:br/>
        <w:t>vt 0.811780 0.527727</w:t>
        <w:br/>
        <w:t>vt 0.811780 0.533439</w:t>
        <w:br/>
        <w:t>vt 0.791930 0.533439</w:t>
        <w:br/>
        <w:t>vt 0.791930 0.527727</w:t>
        <w:br/>
        <w:t>vt 0.791930 0.536333</w:t>
        <w:br/>
        <w:t>vt 0.811780 0.536333</w:t>
        <w:br/>
        <w:t>vt 0.791930 0.544345</w:t>
        <w:br/>
        <w:t>vt 0.811780 0.544345</w:t>
        <w:br/>
        <w:t>vt 0.791930 0.541772</w:t>
        <w:br/>
        <w:t>vt 0.811780 0.541772</w:t>
        <w:br/>
        <w:t>vt 0.785068 0.550790</w:t>
        <w:br/>
        <w:t>vt 0.764680 0.550790</w:t>
        <w:br/>
        <w:t>vt 0.791930 0.553820</w:t>
        <w:br/>
        <w:t>vt 0.811780 0.553820</w:t>
        <w:br/>
        <w:t>vt 0.605885 0.804677</w:t>
        <w:br/>
        <w:t>vt 0.617856 0.804677</w:t>
        <w:br/>
        <w:t>vt 0.617856 0.807729</w:t>
        <w:br/>
        <w:t>vt 0.605885 0.807729</w:t>
        <w:br/>
        <w:t>vt 0.576550 0.804677</w:t>
        <w:br/>
        <w:t>vt 0.576550 0.807729</w:t>
        <w:br/>
        <w:t>vt 0.564581 0.807729</w:t>
        <w:br/>
        <w:t>vt 0.564581 0.804677</w:t>
        <w:br/>
        <w:t>vt 0.602514 0.804677</w:t>
        <w:br/>
        <w:t>vt 0.602514 0.807729</w:t>
        <w:br/>
        <w:t>vt 0.579825 0.807729</w:t>
        <w:br/>
        <w:t>vt 0.579825 0.804677</w:t>
        <w:br/>
        <w:t>vt 0.643918 0.807729</w:t>
        <w:br/>
        <w:t>vt 0.621228 0.807729</w:t>
        <w:br/>
        <w:t>vt 0.621228 0.804677</w:t>
        <w:br/>
        <w:t>vt 0.643918 0.804677</w:t>
        <w:br/>
        <w:t>vt 0.579981 0.800075</w:t>
        <w:br/>
        <w:t>vt 0.560746 0.800085</w:t>
        <w:br/>
        <w:t>vt 0.560746 0.796903</w:t>
        <w:br/>
        <w:t>vt 0.579981 0.796914</w:t>
        <w:br/>
        <w:t>vt 0.622693 0.796902</w:t>
        <w:br/>
        <w:t>vt 0.622693 0.800086</w:t>
        <w:br/>
        <w:t>vt 0.603196 0.800086</w:t>
        <w:br/>
        <w:t>vt 0.603196 0.796902</w:t>
        <w:br/>
        <w:t>vt 0.637290 0.800064</w:t>
        <w:br/>
        <w:t>vt 0.628328 0.800086</w:t>
        <w:br/>
        <w:t>vt 0.628328 0.796902</w:t>
        <w:br/>
        <w:t>vt 0.637290 0.796924</w:t>
        <w:br/>
        <w:t>vt 0.586219 0.800075</w:t>
        <w:br/>
        <w:t>vt 0.586219 0.796914</w:t>
        <w:br/>
        <w:t>vt 0.595290 0.796902</w:t>
        <w:br/>
        <w:t>vt 0.595290 0.800086</w:t>
        <w:br/>
        <w:t>vt 0.704566 0.781455</w:t>
        <w:br/>
        <w:t>vt 0.700580 0.780030</w:t>
        <w:br/>
        <w:t>vt 0.700580 0.760702</w:t>
        <w:br/>
        <w:t>vt 0.704566 0.759496</w:t>
        <w:br/>
        <w:t>vt 0.701892 0.724518</w:t>
        <w:br/>
        <w:t>vt 0.700222 0.728203</w:t>
        <w:br/>
        <w:t>vt 0.691427 0.728203</w:t>
        <w:br/>
        <w:t>vt 0.689674 0.724518</w:t>
        <w:br/>
        <w:t>vt 0.691763 0.760702</w:t>
        <w:br/>
        <w:t>vt 0.690296 0.757038</w:t>
        <w:br/>
        <w:t>vt 0.702394 0.757038</w:t>
        <w:br/>
        <w:t>vt 0.704212 0.726786</w:t>
        <w:br/>
        <w:t>vt 0.704212 0.748943</w:t>
        <w:br/>
        <w:t>vt 0.700222 0.747522</w:t>
        <w:br/>
        <w:t>vt 0.702238 0.783711</w:t>
        <w:br/>
        <w:t>vt 0.690126 0.783711</w:t>
        <w:br/>
        <w:t>vt 0.691763 0.780030</w:t>
        <w:br/>
        <w:t>vt 0.691427 0.747522</w:t>
        <w:br/>
        <w:t>vt 0.687438 0.748939</w:t>
        <w:br/>
        <w:t>vt 0.687438 0.726856</w:t>
        <w:br/>
        <w:t>vt 0.687777 0.781448</w:t>
        <w:br/>
        <w:t>vt 0.687777 0.759122</w:t>
        <w:br/>
        <w:t>vt 0.701856 0.751200</w:t>
        <w:br/>
        <w:t>vt 0.689772 0.751200</w:t>
        <w:br/>
        <w:t>vt 0.619543 0.807729</w:t>
        <w:br/>
        <w:t>vt 0.619543 0.804677</w:t>
        <w:br/>
        <w:t>vt 0.604202 0.807729</w:t>
        <w:br/>
        <w:t>vt 0.604202 0.804677</w:t>
        <w:br/>
        <w:t>vt 0.647191 0.804677</w:t>
        <w:br/>
        <w:t>vt 0.647191 0.807729</w:t>
        <w:br/>
        <w:t>vt 0.703826 0.758017</w:t>
        <w:br/>
        <w:t>vt 0.688312 0.725489</w:t>
        <w:br/>
        <w:t>vt 0.688747 0.757711</w:t>
        <w:br/>
        <w:t>vt 0.703343 0.725376</w:t>
        <w:br/>
        <w:t>vt 0.750140 0.611088</w:t>
        <w:br/>
        <w:t>vt 0.750140 0.598365</w:t>
        <w:br/>
        <w:t>vt 0.753802 0.596699</w:t>
        <w:br/>
        <w:t>vt 0.753802 0.613053</w:t>
        <w:br/>
        <w:t>vt 0.733866 0.614907</w:t>
        <w:br/>
        <w:t>vt 0.735701 0.611088</w:t>
        <w:br/>
        <w:t>vt 0.751897 0.614907</w:t>
        <w:br/>
        <w:t>vt 0.735701 0.598365</w:t>
        <w:br/>
        <w:t>vt 0.732027 0.613001</w:t>
        <w:br/>
        <w:t>vt 0.732027 0.596456</w:t>
        <w:br/>
        <w:t>vt 0.752182 0.594564</w:t>
        <w:br/>
        <w:t>vt 0.733855 0.594564</w:t>
        <w:br/>
        <w:t>vt 0.753330 0.595360</w:t>
        <w:br/>
        <w:t>vt 0.753067 0.614207</w:t>
        <w:br/>
        <w:t>vt 0.732722 0.614191</w:t>
        <w:br/>
        <w:t>vt 0.732712 0.595277</w:t>
        <w:br/>
        <w:t>vt 0.735714 0.583197</w:t>
        <w:br/>
        <w:t>vt 0.732062 0.585063</w:t>
        <w:br/>
        <w:t>vt 0.732062 0.568568</w:t>
        <w:br/>
        <w:t>vt 0.735714 0.570379</w:t>
        <w:br/>
        <w:t>vt 0.750158 0.583197</w:t>
        <w:br/>
        <w:t>vt 0.751999 0.586985</w:t>
        <w:br/>
        <w:t>vt 0.733852 0.586985</w:t>
        <w:br/>
        <w:t>vt 0.750158 0.570379</w:t>
        <w:br/>
        <w:t>vt 0.753810 0.568437</w:t>
        <w:br/>
        <w:t>vt 0.753810 0.585088</w:t>
        <w:br/>
        <w:t>vt 0.733764 0.566590</w:t>
        <w:br/>
        <w:t>vt 0.751974 0.566590</w:t>
        <w:br/>
        <w:t>vt 0.732659 0.567353</w:t>
        <w:br/>
        <w:t>vt 0.732733 0.586247</w:t>
        <w:br/>
        <w:t>vt 0.753128 0.586267</w:t>
        <w:br/>
        <w:t>vt 0.753113 0.567273</w:t>
        <w:br/>
        <w:t>vt 0.762247 0.518718</w:t>
        <w:br/>
        <w:t>vt 0.762247 0.516939</w:t>
        <w:br/>
        <w:t>vt 0.775291 0.516936</w:t>
        <w:br/>
        <w:t>vt 0.775291 0.518721</w:t>
        <w:br/>
        <w:t>vt 0.757114 0.428472</w:t>
        <w:br/>
        <w:t>vt 0.757114 0.412120</w:t>
        <w:br/>
        <w:t>vt 0.759426 0.412120</w:t>
        <w:br/>
        <w:t>vt 0.759426 0.428472</w:t>
        <w:br/>
        <w:t>vt 0.757114 0.431219</w:t>
        <w:br/>
        <w:t>vt 0.759426 0.431219</w:t>
        <w:br/>
        <w:t>vt 0.759426 0.449863</w:t>
        <w:br/>
        <w:t>vt 0.757114 0.449863</w:t>
        <w:br/>
        <w:t>vt 0.694876 0.607369</w:t>
        <w:br/>
        <w:t>vt 0.679625 0.607363</w:t>
        <w:br/>
        <w:t>vt 0.679625 0.605525</w:t>
        <w:br/>
        <w:t>vt 0.694876 0.605520</w:t>
        <w:br/>
        <w:t>vt 0.693605 0.616885</w:t>
        <w:br/>
        <w:t>vt 0.680440 0.616864</w:t>
        <w:br/>
        <w:t>vt 0.680440 0.615224</w:t>
        <w:br/>
        <w:t>vt 0.693605 0.615203</w:t>
        <w:br/>
        <w:t>vt 0.757114 0.468962</w:t>
        <w:br/>
        <w:t>vt 0.757114 0.452610</w:t>
        <w:br/>
        <w:t>vt 0.759426 0.452610</w:t>
        <w:br/>
        <w:t>vt 0.759426 0.468962</w:t>
        <w:br/>
        <w:t>vt 0.760134 0.510017</w:t>
        <w:br/>
        <w:t>vt 0.760134 0.508151</w:t>
        <w:br/>
        <w:t>vt 0.775342 0.508131</w:t>
        <w:br/>
        <w:t>vt 0.775342 0.510037</w:t>
        <w:br/>
        <w:t>vt 0.757114 0.490354</w:t>
        <w:br/>
        <w:t>vt 0.757114 0.471710</w:t>
        <w:br/>
        <w:t>vt 0.759426 0.471710</w:t>
        <w:br/>
        <w:t>vt 0.759426 0.490354</w:t>
        <w:br/>
        <w:t>vt 0.757114 0.491727</w:t>
        <w:br/>
        <w:t>vt 0.759426 0.491727</w:t>
        <w:br/>
        <w:t>vt 0.757114 0.429845</w:t>
        <w:br/>
        <w:t>vt 0.759426 0.429845</w:t>
        <w:br/>
        <w:t>vt 0.759426 0.451237</w:t>
        <w:br/>
        <w:t>vt 0.757114 0.451237</w:t>
        <w:br/>
        <w:t>vt 0.757114 0.470335</w:t>
        <w:br/>
        <w:t>vt 0.759426 0.470335</w:t>
        <w:br/>
        <w:t>vt 0.757114 0.493101</w:t>
        <w:br/>
        <w:t>vt 0.759426 0.493101</w:t>
        <w:br/>
        <w:t>vt 0.869400 0.525000</w:t>
        <w:br/>
        <w:t>vt 0.869400 0.517500</w:t>
        <w:br/>
        <w:t>vt 0.874100 0.517500</w:t>
        <w:br/>
        <w:t>vt 0.874100 0.525000</w:t>
        <w:br/>
        <w:t>vt 0.869400 0.510400</w:t>
        <w:br/>
        <w:t>vt 0.874100 0.510500</w:t>
        <w:br/>
        <w:t>vt 0.874100 0.503700</w:t>
        <w:br/>
        <w:t>vt 0.869400 0.503600</w:t>
        <w:br/>
        <w:t>vt 0.869400 0.539400</w:t>
        <w:br/>
        <w:t>vt 0.869400 0.532500</w:t>
        <w:br/>
        <w:t>vt 0.874100 0.532600</w:t>
        <w:br/>
        <w:t>vt 0.874100 0.539800</w:t>
        <w:br/>
        <w:t>vt 0.874100 0.502300</w:t>
        <w:br/>
        <w:t>vt 0.874100 0.503700</w:t>
        <w:br/>
        <w:t>vt 0.869400 0.503600</w:t>
        <w:br/>
        <w:t>vt 0.869400 0.502200</w:t>
        <w:br/>
        <w:t>vt 0.869400 0.545000</w:t>
        <w:br/>
        <w:t>vt 0.874100 0.545300</w:t>
        <w:br/>
        <w:t>vt 0.874100 0.545300</w:t>
        <w:br/>
        <w:t>vt 0.874100 0.546800</w:t>
        <w:br/>
        <w:t>vt 0.869400 0.546600</w:t>
        <w:br/>
        <w:t>vt 0.869400 0.545000</w:t>
        <w:br/>
        <w:t>vt 0.880700 0.518700</w:t>
        <w:br/>
        <w:t>vt 0.887300 0.518600</w:t>
        <w:br/>
        <w:t>vt 0.887300 0.525500</w:t>
        <w:br/>
        <w:t>vt 0.880700 0.525500</w:t>
        <w:br/>
        <w:t>vt 0.880700 0.512300</w:t>
        <w:br/>
        <w:t>vt 0.887300 0.512300</w:t>
        <w:br/>
        <w:t>vt 0.880700 0.505400</w:t>
        <w:br/>
        <w:t>vt 0.887300 0.505300</w:t>
        <w:br/>
        <w:t>vt 0.887300 0.538600</w:t>
        <w:br/>
        <w:t>vt 0.880700 0.539000</w:t>
        <w:br/>
        <w:t>vt 0.880700 0.532400</w:t>
        <w:br/>
        <w:t>vt 0.887300 0.532200</w:t>
        <w:br/>
        <w:t>vt 0.887300 0.505300</w:t>
        <w:br/>
        <w:t>vt 0.880700 0.505400</w:t>
        <w:br/>
        <w:t>vt 0.880700 0.503400</w:t>
        <w:br/>
        <w:t>vt 0.887300 0.503200</w:t>
        <w:br/>
        <w:t>vt 0.887300 0.544400</w:t>
        <w:br/>
        <w:t>vt 0.880700 0.544900</w:t>
        <w:br/>
        <w:t>vt 0.887300 0.546700</w:t>
        <w:br/>
        <w:t>vt 0.880700 0.547100</w:t>
        <w:br/>
        <w:t>vt 0.880700 0.544900</w:t>
        <w:br/>
        <w:t>vt 0.887300 0.544400</w:t>
        <w:br/>
        <w:t>vt 0.875400 0.517500</w:t>
        <w:br/>
        <w:t>vt 0.875400 0.525100</w:t>
        <w:br/>
        <w:t>vt 0.875400 0.510600</w:t>
        <w:br/>
        <w:t>vt 0.875400 0.503600</w:t>
        <w:br/>
        <w:t>vt 0.875400 0.532600</w:t>
        <w:br/>
        <w:t>vt 0.875400 0.539800</w:t>
        <w:br/>
        <w:t>vt 0.873000 0.501200</w:t>
        <w:br/>
        <w:t>vt 0.871500 0.500800</w:t>
        <w:br/>
        <w:t>vt 0.871500 0.499300</w:t>
        <w:br/>
        <w:t>vt 0.873900 0.500200</w:t>
        <w:br/>
        <w:t>vt 0.875400 0.502000</w:t>
        <w:br/>
        <w:t>vt 0.875400 0.503600</w:t>
        <w:br/>
        <w:t>vt 0.875400 0.545400</w:t>
        <w:br/>
        <w:t>vt 0.875400 0.547200</w:t>
        <w:br/>
        <w:t>vt 0.873900 0.549000</w:t>
        <w:br/>
        <w:t>vt 0.871600 0.549900</w:t>
        <w:br/>
        <w:t>vt 0.871600 0.548300</w:t>
        <w:br/>
        <w:t>vt 0.873100 0.547900</w:t>
        <w:br/>
        <w:t>vt 0.869300 0.548900</w:t>
        <w:br/>
        <w:t>vt 0.870200 0.547900</w:t>
        <w:br/>
        <w:t>vt 0.868100 0.546900</w:t>
        <w:br/>
        <w:t>vt 0.868100 0.545000</w:t>
        <w:br/>
        <w:t>vt 0.868100 0.545000</w:t>
        <w:br/>
        <w:t>vt 0.868100 0.539300</w:t>
        <w:br/>
        <w:t>vt 0.868100 0.532500</w:t>
        <w:br/>
        <w:t>vt 0.868100 0.525000</w:t>
        <w:br/>
        <w:t>vt 0.868100 0.517500</w:t>
        <w:br/>
        <w:t>vt 0.868100 0.510600</w:t>
        <w:br/>
        <w:t>vt 0.868100 0.503500</w:t>
        <w:br/>
        <w:t>vt 0.868100 0.503500</w:t>
        <w:br/>
        <w:t>vt 0.868100 0.501800</w:t>
        <w:br/>
        <w:t>vt 0.870200 0.501100</w:t>
        <w:br/>
        <w:t>vt 0.869300 0.500100</w:t>
        <w:br/>
        <w:t>vt 0.882100 0.548700</w:t>
        <w:br/>
        <w:t>vt 0.886200 0.548500</w:t>
        <w:br/>
        <w:t>vt 0.882100 0.501800</w:t>
        <w:br/>
        <w:t>vt 0.886100 0.501700</w:t>
        <w:br/>
        <w:t>vt 0.871500 0.500800</w:t>
        <w:br/>
        <w:t>vt 0.884200 0.549300</w:t>
        <w:br/>
        <w:t>vt 0.884200 0.501200</w:t>
        <w:br/>
        <w:t>vt 0.936000 0.666500</w:t>
        <w:br/>
        <w:t>vt 0.935700 0.667000</w:t>
        <w:br/>
        <w:t>vt 0.935200 0.666400</w:t>
        <w:br/>
        <w:t>vt 0.935800 0.665900</w:t>
        <w:br/>
        <w:t>vt 0.935300 0.665600</w:t>
        <w:br/>
        <w:t>vt 0.934600 0.665700</w:t>
        <w:br/>
        <w:t>vt 0.934300 0.666300</w:t>
        <w:br/>
        <w:t>vt 0.934500 0.666900</w:t>
        <w:br/>
        <w:t>vt 0.935000 0.667200</w:t>
        <w:br/>
        <w:t>vt 0.945000 0.695900</w:t>
        <w:br/>
        <w:t>vt 0.943800 0.699500</w:t>
        <w:br/>
        <w:t>vt 0.940000 0.696200</w:t>
        <w:br/>
        <w:t>vt 0.940300 0.701100</w:t>
        <w:br/>
        <w:t>vt 0.936600 0.699900</w:t>
        <w:br/>
        <w:t>vt 0.934800 0.696500</w:t>
        <w:br/>
        <w:t>vt 0.936100 0.692900</w:t>
        <w:br/>
        <w:t>vt 0.939600 0.691200</w:t>
        <w:br/>
        <w:t>vt 0.943400 0.692400</w:t>
        <w:br/>
        <w:t>vt 0.921300 0.702400</w:t>
        <w:br/>
        <w:t>vt 0.917900 0.702400</w:t>
        <w:br/>
        <w:t>vt 0.917900 0.699300</w:t>
        <w:br/>
        <w:t>vt 0.921300 0.699300</w:t>
        <w:br/>
        <w:t>vt 0.914700 0.702400</w:t>
        <w:br/>
        <w:t>vt 0.914700 0.699300</w:t>
        <w:br/>
        <w:t>vt 0.917900 0.702400</w:t>
        <w:br/>
        <w:t>vt 0.917900 0.699300</w:t>
        <w:br/>
        <w:t>vt 0.921300 0.702400</w:t>
        <w:br/>
        <w:t>vt 0.921300 0.699300</w:t>
        <w:br/>
        <w:t>vt 0.924400 0.702400</w:t>
        <w:br/>
        <w:t>vt 0.924400 0.699300</w:t>
        <w:br/>
        <w:t>vt 0.927500 0.702400</w:t>
        <w:br/>
        <w:t>vt 0.927500 0.699300</w:t>
        <w:br/>
        <w:t>vt 0.924400 0.702400</w:t>
        <w:br/>
        <w:t>vt 0.924400 0.699300</w:t>
        <w:br/>
        <w:t>vt 0.921300 0.705400</w:t>
        <w:br/>
        <w:t>vt 0.917900 0.705400</w:t>
        <w:br/>
        <w:t>vt 0.917900 0.702400</w:t>
        <w:br/>
        <w:t>vt 0.921300 0.702400</w:t>
        <w:br/>
        <w:t>vt 0.914700 0.705400</w:t>
        <w:br/>
        <w:t>vt 0.914700 0.702400</w:t>
        <w:br/>
        <w:t>vt 0.917900 0.705400</w:t>
        <w:br/>
        <w:t>vt 0.921300 0.705400</w:t>
        <w:br/>
        <w:t>vt 0.921300 0.702400</w:t>
        <w:br/>
        <w:t>vt 0.924400 0.705400</w:t>
        <w:br/>
        <w:t>vt 0.924400 0.702400</w:t>
        <w:br/>
        <w:t>vt 0.927500 0.705400</w:t>
        <w:br/>
        <w:t>vt 0.927500 0.702400</w:t>
        <w:br/>
        <w:t>vt 0.924400 0.705400</w:t>
        <w:br/>
        <w:t>vt 0.924400 0.702400</w:t>
        <w:br/>
        <w:t>vt 0.921300 0.670300</w:t>
        <w:br/>
        <w:t>vt 0.924400 0.670300</w:t>
        <w:br/>
        <w:t>vt 0.923600 0.661900</w:t>
        <w:br/>
        <w:t>vt 0.920600 0.662100</w:t>
        <w:br/>
        <w:t>vt 0.917900 0.662200</w:t>
        <w:br/>
        <w:t>vt 0.917900 0.670300</w:t>
        <w:br/>
        <w:t>vt 0.914700 0.662200</w:t>
        <w:br/>
        <w:t>vt 0.914700 0.670300</w:t>
        <w:br/>
        <w:t>vt 0.917900 0.662200</w:t>
        <w:br/>
        <w:t>vt 0.917900 0.670300</w:t>
        <w:br/>
        <w:t>vt 0.920600 0.662100</w:t>
        <w:br/>
        <w:t>vt 0.921300 0.670300</w:t>
        <w:br/>
        <w:t>vt 0.923600 0.661900</w:t>
        <w:br/>
        <w:t>vt 0.924400 0.670300</w:t>
        <w:br/>
        <w:t>vt 0.926400 0.661600</w:t>
        <w:br/>
        <w:t>vt 0.927500 0.670300</w:t>
        <w:br/>
        <w:t>vt 0.922500 0.657000</w:t>
        <w:br/>
        <w:t>vt 0.919900 0.657400</w:t>
        <w:br/>
        <w:t>vt 0.917400 0.657500</w:t>
        <w:br/>
        <w:t>vt 0.914700 0.657600</w:t>
        <w:br/>
        <w:t>vt 0.917400 0.657500</w:t>
        <w:br/>
        <w:t>vt 0.919900 0.657400</w:t>
        <w:br/>
        <w:t>vt 0.922500 0.657000</w:t>
        <w:br/>
        <w:t>vt 0.925100 0.656400</w:t>
        <w:br/>
        <w:t>vt 0.914700 0.648100</w:t>
        <w:br/>
        <w:t>vt 0.914700 0.638600</w:t>
        <w:br/>
        <w:t>vt 0.915400 0.638600</w:t>
        <w:br/>
        <w:t>vt 0.916400 0.648050</w:t>
        <w:br/>
        <w:t>vt 0.916200 0.638600</w:t>
        <w:br/>
        <w:t>vt 0.918050 0.648000</w:t>
        <w:br/>
        <w:t>vt 0.917000 0.638600</w:t>
        <w:br/>
        <w:t>vt 0.919750 0.647800</w:t>
        <w:br/>
        <w:t>vt 0.918200 0.638600</w:t>
        <w:br/>
        <w:t>vt 0.921650 0.647500</w:t>
        <w:br/>
        <w:t>vt 0.919750 0.647800</w:t>
        <w:br/>
        <w:t>vt 0.918050 0.648000</w:t>
        <w:br/>
        <w:t>vt 0.916200 0.638600</w:t>
        <w:br/>
        <w:t>vt 0.915400 0.638600</w:t>
        <w:br/>
        <w:t>vt 0.916400 0.648050</w:t>
        <w:br/>
        <w:t>vt 0.869400 0.525000</w:t>
        <w:br/>
        <w:t>vt 0.869400 0.517500</w:t>
        <w:br/>
        <w:t>vt 0.874100 0.517500</w:t>
        <w:br/>
        <w:t>vt 0.874100 0.525000</w:t>
        <w:br/>
        <w:t>vt 0.869400 0.510400</w:t>
        <w:br/>
        <w:t>vt 0.874100 0.510500</w:t>
        <w:br/>
        <w:t>vt 0.869400 0.503600</w:t>
        <w:br/>
        <w:t>vt 0.874100 0.503700</w:t>
        <w:br/>
        <w:t>vt 0.869400 0.539400</w:t>
        <w:br/>
        <w:t>vt 0.869400 0.532500</w:t>
        <w:br/>
        <w:t>vt 0.874100 0.532600</w:t>
        <w:br/>
        <w:t>vt 0.874100 0.539800</w:t>
        <w:br/>
        <w:t>vt 0.874100 0.502300</w:t>
        <w:br/>
        <w:t>vt 0.874100 0.503700</w:t>
        <w:br/>
        <w:t>vt 0.869400 0.503600</w:t>
        <w:br/>
        <w:t>vt 0.869400 0.502200</w:t>
        <w:br/>
        <w:t>vt 0.869400 0.545000</w:t>
        <w:br/>
        <w:t>vt 0.874100 0.545300</w:t>
        <w:br/>
        <w:t>vt 0.874100 0.545300</w:t>
        <w:br/>
        <w:t>vt 0.874100 0.546800</w:t>
        <w:br/>
        <w:t>vt 0.869400 0.546600</w:t>
        <w:br/>
        <w:t>vt 0.869400 0.545000</w:t>
        <w:br/>
        <w:t>vt 0.880700 0.518700</w:t>
        <w:br/>
        <w:t>vt 0.887300 0.518600</w:t>
        <w:br/>
        <w:t>vt 0.887300 0.525500</w:t>
        <w:br/>
        <w:t>vt 0.880700 0.525500</w:t>
        <w:br/>
        <w:t>vt 0.880700 0.512300</w:t>
        <w:br/>
        <w:t>vt 0.887300 0.512300</w:t>
        <w:br/>
        <w:t>vt 0.880700 0.505400</w:t>
        <w:br/>
        <w:t>vt 0.887300 0.505300</w:t>
        <w:br/>
        <w:t>vt 0.887300 0.538600</w:t>
        <w:br/>
        <w:t>vt 0.880700 0.539000</w:t>
        <w:br/>
        <w:t>vt 0.880700 0.532400</w:t>
        <w:br/>
        <w:t>vt 0.887300 0.532200</w:t>
        <w:br/>
        <w:t>vt 0.887300 0.505300</w:t>
        <w:br/>
        <w:t>vt 0.880700 0.505400</w:t>
        <w:br/>
        <w:t>vt 0.880700 0.503400</w:t>
        <w:br/>
        <w:t>vt 0.887300 0.503200</w:t>
        <w:br/>
        <w:t>vt 0.887300 0.544400</w:t>
        <w:br/>
        <w:t>vt 0.880700 0.544900</w:t>
        <w:br/>
        <w:t>vt 0.887300 0.546700</w:t>
        <w:br/>
        <w:t>vt 0.880700 0.547100</w:t>
        <w:br/>
        <w:t>vt 0.880700 0.544900</w:t>
        <w:br/>
        <w:t>vt 0.887300 0.544400</w:t>
        <w:br/>
        <w:t>vt 0.875400 0.517500</w:t>
        <w:br/>
        <w:t>vt 0.875400 0.525100</w:t>
        <w:br/>
        <w:t>vt 0.875400 0.510600</w:t>
        <w:br/>
        <w:t>vt 0.875400 0.503600</w:t>
        <w:br/>
        <w:t>vt 0.875400 0.532600</w:t>
        <w:br/>
        <w:t>vt 0.875400 0.539800</w:t>
        <w:br/>
        <w:t>vt 0.873000 0.501200</w:t>
        <w:br/>
        <w:t>vt 0.871500 0.500800</w:t>
        <w:br/>
        <w:t>vt 0.871500 0.499300</w:t>
        <w:br/>
        <w:t>vt 0.873900 0.500200</w:t>
        <w:br/>
        <w:t>vt 0.875400 0.502000</w:t>
        <w:br/>
        <w:t>vt 0.875400 0.503600</w:t>
        <w:br/>
        <w:t>vt 0.875400 0.545400</w:t>
        <w:br/>
        <w:t>vt 0.875400 0.547200</w:t>
        <w:br/>
        <w:t>vt 0.873100 0.547900</w:t>
        <w:br/>
        <w:t>vt 0.873900 0.549000</w:t>
        <w:br/>
        <w:t>vt 0.871600 0.549900</w:t>
        <w:br/>
        <w:t>vt 0.871600 0.548300</w:t>
        <w:br/>
        <w:t>vt 0.869300 0.548900</w:t>
        <w:br/>
        <w:t>vt 0.870200 0.547900</w:t>
        <w:br/>
        <w:t>vt 0.868100 0.546900</w:t>
        <w:br/>
        <w:t>vt 0.868100 0.545000</w:t>
        <w:br/>
        <w:t>vt 0.868100 0.545000</w:t>
        <w:br/>
        <w:t>vt 0.868100 0.539300</w:t>
        <w:br/>
        <w:t>vt 0.868100 0.532500</w:t>
        <w:br/>
        <w:t>vt 0.868100 0.525000</w:t>
        <w:br/>
        <w:t>vt 0.868100 0.517500</w:t>
        <w:br/>
        <w:t>vt 0.868100 0.510600</w:t>
        <w:br/>
        <w:t>vt 0.868100 0.503500</w:t>
        <w:br/>
        <w:t>vt 0.868100 0.503500</w:t>
        <w:br/>
        <w:t>vt 0.868100 0.501800</w:t>
        <w:br/>
        <w:t>vt 0.870200 0.501100</w:t>
        <w:br/>
        <w:t>vt 0.869300 0.500100</w:t>
        <w:br/>
        <w:t>vt 0.882100 0.548700</w:t>
        <w:br/>
        <w:t>vt 0.886200 0.548500</w:t>
        <w:br/>
        <w:t>vt 0.882100 0.501800</w:t>
        <w:br/>
        <w:t>vt 0.886100 0.501700</w:t>
        <w:br/>
        <w:t>vt 0.871500 0.500800</w:t>
        <w:br/>
        <w:t>vt 0.884200 0.549300</w:t>
        <w:br/>
        <w:t>vt 0.884200 0.501200</w:t>
        <w:br/>
        <w:t>vt 0.869400 0.525000</w:t>
        <w:br/>
        <w:t>vt 0.869400 0.517500</w:t>
        <w:br/>
        <w:t>vt 0.874100 0.517500</w:t>
        <w:br/>
        <w:t>vt 0.874100 0.525000</w:t>
        <w:br/>
        <w:t>vt 0.869400 0.510400</w:t>
        <w:br/>
        <w:t>vt 0.874100 0.510500</w:t>
        <w:br/>
        <w:t>vt 0.874100 0.503700</w:t>
        <w:br/>
        <w:t>vt 0.869400 0.503600</w:t>
        <w:br/>
        <w:t>vt 0.869400 0.532500</w:t>
        <w:br/>
        <w:t>vt 0.874100 0.532600</w:t>
        <w:br/>
        <w:t>vt 0.874100 0.539800</w:t>
        <w:br/>
        <w:t>vt 0.869400 0.539400</w:t>
        <w:br/>
        <w:t>vt 0.874100 0.502300</w:t>
        <w:br/>
        <w:t>vt 0.874100 0.503700</w:t>
        <w:br/>
        <w:t>vt 0.869400 0.503600</w:t>
        <w:br/>
        <w:t>vt 0.869400 0.502200</w:t>
        <w:br/>
        <w:t>vt 0.869400 0.545000</w:t>
        <w:br/>
        <w:t>vt 0.874100 0.545300</w:t>
        <w:br/>
        <w:t>vt 0.874100 0.545300</w:t>
        <w:br/>
        <w:t>vt 0.874100 0.546800</w:t>
        <w:br/>
        <w:t>vt 0.869400 0.546600</w:t>
        <w:br/>
        <w:t>vt 0.869400 0.545000</w:t>
        <w:br/>
        <w:t>vt 0.880700 0.518700</w:t>
        <w:br/>
        <w:t>vt 0.887300 0.518600</w:t>
        <w:br/>
        <w:t>vt 0.887300 0.525500</w:t>
        <w:br/>
        <w:t>vt 0.880700 0.525500</w:t>
        <w:br/>
        <w:t>vt 0.880700 0.512300</w:t>
        <w:br/>
        <w:t>vt 0.887300 0.512300</w:t>
        <w:br/>
        <w:t>vt 0.880700 0.505400</w:t>
        <w:br/>
        <w:t>vt 0.887300 0.505300</w:t>
        <w:br/>
        <w:t>vt 0.880700 0.539000</w:t>
        <w:br/>
        <w:t>vt 0.880700 0.532400</w:t>
        <w:br/>
        <w:t>vt 0.887300 0.532200</w:t>
        <w:br/>
        <w:t>vt 0.887300 0.538600</w:t>
        <w:br/>
        <w:t>vt 0.887300 0.505300</w:t>
        <w:br/>
        <w:t>vt 0.880700 0.505400</w:t>
        <w:br/>
        <w:t>vt 0.880700 0.503400</w:t>
        <w:br/>
        <w:t>vt 0.887300 0.503200</w:t>
        <w:br/>
        <w:t>vt 0.887300 0.544400</w:t>
        <w:br/>
        <w:t>vt 0.880700 0.544900</w:t>
        <w:br/>
        <w:t>vt 0.887300 0.546700</w:t>
        <w:br/>
        <w:t>vt 0.880700 0.547100</w:t>
        <w:br/>
        <w:t>vt 0.880700 0.544900</w:t>
        <w:br/>
        <w:t>vt 0.887300 0.544400</w:t>
        <w:br/>
        <w:t>vt 0.875400 0.517500</w:t>
        <w:br/>
        <w:t>vt 0.875400 0.525100</w:t>
        <w:br/>
        <w:t>vt 0.875400 0.510600</w:t>
        <w:br/>
        <w:t>vt 0.875400 0.503600</w:t>
        <w:br/>
        <w:t>vt 0.875400 0.532600</w:t>
        <w:br/>
        <w:t>vt 0.875400 0.539800</w:t>
        <w:br/>
        <w:t>vt 0.873000 0.501200</w:t>
        <w:br/>
        <w:t>vt 0.871500 0.500800</w:t>
        <w:br/>
        <w:t>vt 0.871500 0.499300</w:t>
        <w:br/>
        <w:t>vt 0.873900 0.500200</w:t>
        <w:br/>
        <w:t>vt 0.875400 0.502000</w:t>
        <w:br/>
        <w:t>vt 0.875400 0.503600</w:t>
        <w:br/>
        <w:t>vt 0.875400 0.545400</w:t>
        <w:br/>
        <w:t>vt 0.875400 0.545400</w:t>
        <w:br/>
        <w:t>vt 0.875400 0.547200</w:t>
        <w:br/>
        <w:t>vt 0.873900 0.549000</w:t>
        <w:br/>
        <w:t>vt 0.871600 0.549900</w:t>
        <w:br/>
        <w:t>vt 0.871600 0.548300</w:t>
        <w:br/>
        <w:t>vt 0.873100 0.547900</w:t>
        <w:br/>
        <w:t>vt 0.869300 0.548900</w:t>
        <w:br/>
        <w:t>vt 0.870200 0.547900</w:t>
        <w:br/>
        <w:t>vt 0.868100 0.546900</w:t>
        <w:br/>
        <w:t>vt 0.868100 0.545000</w:t>
        <w:br/>
        <w:t>vt 0.868100 0.545000</w:t>
        <w:br/>
        <w:t>vt 0.868100 0.539300</w:t>
        <w:br/>
        <w:t>vt 0.868100 0.532500</w:t>
        <w:br/>
        <w:t>vt 0.868100 0.525000</w:t>
        <w:br/>
        <w:t>vt 0.868100 0.517500</w:t>
        <w:br/>
        <w:t>vt 0.868100 0.510600</w:t>
        <w:br/>
        <w:t>vt 0.868100 0.503500</w:t>
        <w:br/>
        <w:t>vt 0.868100 0.503500</w:t>
        <w:br/>
        <w:t>vt 0.868100 0.501800</w:t>
        <w:br/>
        <w:t>vt 0.870200 0.501100</w:t>
        <w:br/>
        <w:t>vt 0.869300 0.500100</w:t>
        <w:br/>
        <w:t>vt 0.882100 0.548700</w:t>
        <w:br/>
        <w:t>vt 0.886200 0.548500</w:t>
        <w:br/>
        <w:t>vt 0.882100 0.501800</w:t>
        <w:br/>
        <w:t>vt 0.886100 0.501700</w:t>
        <w:br/>
        <w:t>vt 0.871500 0.500800</w:t>
        <w:br/>
        <w:t>vt 0.884200 0.549300</w:t>
        <w:br/>
        <w:t>vt 0.884200 0.501200</w:t>
        <w:br/>
        <w:t>vt 0.946600 0.666300</w:t>
        <w:br/>
        <w:t>vt 0.946200 0.666800</w:t>
        <w:br/>
        <w:t>vt 0.945800 0.666200</w:t>
        <w:br/>
        <w:t>vt 0.946400 0.665700</w:t>
        <w:br/>
        <w:t>vt 0.945900 0.665300</w:t>
        <w:br/>
        <w:t>vt 0.945200 0.665500</w:t>
        <w:br/>
        <w:t>vt 0.944900 0.666000</w:t>
        <w:br/>
        <w:t>vt 0.945100 0.666600</w:t>
        <w:br/>
        <w:t>vt 0.945600 0.667000</w:t>
        <w:br/>
        <w:t>vt 0.944800 0.680900</w:t>
        <w:br/>
        <w:t>vt 0.943600 0.684500</w:t>
        <w:br/>
        <w:t>vt 0.939800 0.681200</w:t>
        <w:br/>
        <w:t>vt 0.940100 0.686200</w:t>
        <w:br/>
        <w:t>vt 0.936400 0.684900</w:t>
        <w:br/>
        <w:t>vt 0.934700 0.681500</w:t>
        <w:br/>
        <w:t>vt 0.935900 0.677900</w:t>
        <w:br/>
        <w:t>vt 0.939500 0.676300</w:t>
        <w:br/>
        <w:t>vt 0.943200 0.677500</w:t>
        <w:br/>
        <w:t>vt 0.899400 0.702500</w:t>
        <w:br/>
        <w:t>vt 0.899400 0.699400</w:t>
        <w:br/>
        <w:t>vt 0.902700 0.699400</w:t>
        <w:br/>
        <w:t>vt 0.902700 0.702500</w:t>
        <w:br/>
        <w:t>vt 0.896200 0.702500</w:t>
        <w:br/>
        <w:t>vt 0.896200 0.699400</w:t>
        <w:br/>
        <w:t>vt 0.899400 0.702500</w:t>
        <w:br/>
        <w:t>vt 0.899400 0.699400</w:t>
        <w:br/>
        <w:t>vt 0.902700 0.702500</w:t>
        <w:br/>
        <w:t>vt 0.902700 0.699400</w:t>
        <w:br/>
        <w:t>vt 0.905900 0.702500</w:t>
        <w:br/>
        <w:t>vt 0.905900 0.699400</w:t>
        <w:br/>
        <w:t>vt 0.909000 0.699400</w:t>
        <w:br/>
        <w:t>vt 0.909000 0.702500</w:t>
        <w:br/>
        <w:t>vt 0.905900 0.702500</w:t>
        <w:br/>
        <w:t>vt 0.905900 0.699400</w:t>
        <w:br/>
        <w:t>vt 0.899400 0.705500</w:t>
        <w:br/>
        <w:t>vt 0.902700 0.705500</w:t>
        <w:br/>
        <w:t>vt 0.896200 0.705500</w:t>
        <w:br/>
        <w:t>vt 0.899400 0.705500</w:t>
        <w:br/>
        <w:t>vt 0.902700 0.705500</w:t>
        <w:br/>
        <w:t>vt 0.905900 0.705500</w:t>
        <w:br/>
        <w:t>vt 0.909000 0.705500</w:t>
        <w:br/>
        <w:t>vt 0.905900 0.705500</w:t>
        <w:br/>
        <w:t>vt 0.902700 0.670300</w:t>
        <w:br/>
        <w:t>vt 0.905900 0.670300</w:t>
        <w:br/>
        <w:t>vt 0.905000 0.661900</w:t>
        <w:br/>
        <w:t>vt 0.902100 0.662100</w:t>
        <w:br/>
        <w:t>vt 0.899400 0.662200</w:t>
        <w:br/>
        <w:t>vt 0.899400 0.670300</w:t>
        <w:br/>
        <w:t>vt 0.896200 0.662300</w:t>
        <w:br/>
        <w:t>vt 0.896200 0.670300</w:t>
        <w:br/>
        <w:t>vt 0.899400 0.662200</w:t>
        <w:br/>
        <w:t>vt 0.899400 0.670300</w:t>
        <w:br/>
        <w:t>vt 0.902100 0.662100</w:t>
        <w:br/>
        <w:t>vt 0.902700 0.670300</w:t>
        <w:br/>
        <w:t>vt 0.905000 0.661900</w:t>
        <w:br/>
        <w:t>vt 0.905900 0.670300</w:t>
        <w:br/>
        <w:t>vt 0.907900 0.661600</w:t>
        <w:br/>
        <w:t>vt 0.909000 0.670300</w:t>
        <w:br/>
        <w:t>vt 0.903900 0.657100</w:t>
        <w:br/>
        <w:t>vt 0.901400 0.657400</w:t>
        <w:br/>
        <w:t>vt 0.898900 0.657600</w:t>
        <w:br/>
        <w:t>vt 0.896200 0.657600</w:t>
        <w:br/>
        <w:t>vt 0.898900 0.657600</w:t>
        <w:br/>
        <w:t>vt 0.901400 0.657400</w:t>
        <w:br/>
        <w:t>vt 0.903900 0.657100</w:t>
        <w:br/>
        <w:t>vt 0.906600 0.656500</w:t>
        <w:br/>
        <w:t>vt 0.896200 0.638600</w:t>
        <w:br/>
        <w:t>vt 0.896900 0.638600</w:t>
        <w:br/>
        <w:t>vt 0.897900 0.648100</w:t>
        <w:br/>
        <w:t>vt 0.896200 0.648100</w:t>
        <w:br/>
        <w:t>vt 0.897700 0.638600</w:t>
        <w:br/>
        <w:t>vt 0.899550 0.648000</w:t>
        <w:br/>
        <w:t>vt 0.898500 0.638600</w:t>
        <w:br/>
        <w:t>vt 0.901200 0.647850</w:t>
        <w:br/>
        <w:t>vt 0.899700 0.638600</w:t>
        <w:br/>
        <w:t>vt 0.903150 0.647550</w:t>
        <w:br/>
        <w:t>vt 0.901200 0.647850</w:t>
        <w:br/>
        <w:t>vt 0.899550 0.648000</w:t>
        <w:br/>
        <w:t>vt 0.897700 0.638600</w:t>
        <w:br/>
        <w:t>vt 0.896900 0.638600</w:t>
        <w:br/>
        <w:t>vt 0.897900 0.648100</w:t>
        <w:br/>
        <w:t>vt 0.869400 0.525000</w:t>
        <w:br/>
        <w:t>vt 0.869400 0.517500</w:t>
        <w:br/>
        <w:t>vt 0.874100 0.517500</w:t>
        <w:br/>
        <w:t>vt 0.874100 0.525000</w:t>
        <w:br/>
        <w:t>vt 0.869400 0.510400</w:t>
        <w:br/>
        <w:t>vt 0.874100 0.510500</w:t>
        <w:br/>
        <w:t>vt 0.874100 0.503700</w:t>
        <w:br/>
        <w:t>vt 0.869400 0.503600</w:t>
        <w:br/>
        <w:t>vt 0.869400 0.532500</w:t>
        <w:br/>
        <w:t>vt 0.874100 0.532600</w:t>
        <w:br/>
        <w:t>vt 0.874100 0.539800</w:t>
        <w:br/>
        <w:t>vt 0.869400 0.539400</w:t>
        <w:br/>
        <w:t>vt 0.874100 0.502300</w:t>
        <w:br/>
        <w:t>vt 0.874100 0.503700</w:t>
        <w:br/>
        <w:t>vt 0.869400 0.503600</w:t>
        <w:br/>
        <w:t>vt 0.869400 0.502200</w:t>
        <w:br/>
        <w:t>vt 0.869400 0.545000</w:t>
        <w:br/>
        <w:t>vt 0.874100 0.545300</w:t>
        <w:br/>
        <w:t>vt 0.874100 0.545300</w:t>
        <w:br/>
        <w:t>vt 0.874100 0.546800</w:t>
        <w:br/>
        <w:t>vt 0.869400 0.546600</w:t>
        <w:br/>
        <w:t>vt 0.869400 0.545000</w:t>
        <w:br/>
        <w:t>vt 0.880700 0.518700</w:t>
        <w:br/>
        <w:t>vt 0.887300 0.518600</w:t>
        <w:br/>
        <w:t>vt 0.887300 0.525500</w:t>
        <w:br/>
        <w:t>vt 0.880700 0.525500</w:t>
        <w:br/>
        <w:t>vt 0.880700 0.512300</w:t>
        <w:br/>
        <w:t>vt 0.887300 0.512300</w:t>
        <w:br/>
        <w:t>vt 0.880700 0.505400</w:t>
        <w:br/>
        <w:t>vt 0.887300 0.505300</w:t>
        <w:br/>
        <w:t>vt 0.880700 0.539000</w:t>
        <w:br/>
        <w:t>vt 0.880700 0.532400</w:t>
        <w:br/>
        <w:t>vt 0.887300 0.532200</w:t>
        <w:br/>
        <w:t>vt 0.887300 0.538600</w:t>
        <w:br/>
        <w:t>vt 0.887300 0.505300</w:t>
        <w:br/>
        <w:t>vt 0.880700 0.505400</w:t>
        <w:br/>
        <w:t>vt 0.880700 0.503400</w:t>
        <w:br/>
        <w:t>vt 0.887300 0.503200</w:t>
        <w:br/>
        <w:t>vt 0.887300 0.544400</w:t>
        <w:br/>
        <w:t>vt 0.880700 0.544900</w:t>
        <w:br/>
        <w:t>vt 0.887300 0.546700</w:t>
        <w:br/>
        <w:t>vt 0.880700 0.547100</w:t>
        <w:br/>
        <w:t>vt 0.880700 0.544900</w:t>
        <w:br/>
        <w:t>vt 0.887300 0.544400</w:t>
        <w:br/>
        <w:t>vt 0.875400 0.517500</w:t>
        <w:br/>
        <w:t>vt 0.875400 0.525100</w:t>
        <w:br/>
        <w:t>vt 0.875400 0.510600</w:t>
        <w:br/>
        <w:t>vt 0.875400 0.503600</w:t>
        <w:br/>
        <w:t>vt 0.875400 0.532600</w:t>
        <w:br/>
        <w:t>vt 0.875400 0.539800</w:t>
        <w:br/>
        <w:t>vt 0.873000 0.501200</w:t>
        <w:br/>
        <w:t>vt 0.871500 0.500800</w:t>
        <w:br/>
        <w:t>vt 0.871500 0.499300</w:t>
        <w:br/>
        <w:t>vt 0.873900 0.500200</w:t>
        <w:br/>
        <w:t>vt 0.875400 0.502000</w:t>
        <w:br/>
        <w:t>vt 0.875400 0.503600</w:t>
        <w:br/>
        <w:t>vt 0.875400 0.545400</w:t>
        <w:br/>
        <w:t>vt 0.875400 0.545400</w:t>
        <w:br/>
        <w:t>vt 0.875400 0.547200</w:t>
        <w:br/>
        <w:t>vt 0.873900 0.549000</w:t>
        <w:br/>
        <w:t>vt 0.871600 0.549900</w:t>
        <w:br/>
        <w:t>vt 0.871600 0.548300</w:t>
        <w:br/>
        <w:t>vt 0.873100 0.547900</w:t>
        <w:br/>
        <w:t>vt 0.869300 0.548900</w:t>
        <w:br/>
        <w:t>vt 0.870200 0.547900</w:t>
        <w:br/>
        <w:t>vt 0.868100 0.546900</w:t>
        <w:br/>
        <w:t>vt 0.868100 0.545000</w:t>
        <w:br/>
        <w:t>vt 0.868100 0.545000</w:t>
        <w:br/>
        <w:t>vt 0.868100 0.539300</w:t>
        <w:br/>
        <w:t>vt 0.868100 0.532500</w:t>
        <w:br/>
        <w:t>vt 0.868100 0.525000</w:t>
        <w:br/>
        <w:t>vt 0.868100 0.517500</w:t>
        <w:br/>
        <w:t>vt 0.868100 0.510600</w:t>
        <w:br/>
        <w:t>vt 0.868100 0.503500</w:t>
        <w:br/>
        <w:t>vt 0.868100 0.503500</w:t>
        <w:br/>
        <w:t>vt 0.868100 0.501800</w:t>
        <w:br/>
        <w:t>vt 0.870200 0.501100</w:t>
        <w:br/>
        <w:t>vt 0.869300 0.500100</w:t>
        <w:br/>
        <w:t>vt 0.882100 0.548700</w:t>
        <w:br/>
        <w:t>vt 0.886200 0.548500</w:t>
        <w:br/>
        <w:t>vt 0.882100 0.501800</w:t>
        <w:br/>
        <w:t>vt 0.886100 0.501700</w:t>
        <w:br/>
        <w:t>vt 0.871500 0.500800</w:t>
        <w:br/>
        <w:t>vt 0.884200 0.549300</w:t>
        <w:br/>
        <w:t>vt 0.884200 0.501200</w:t>
        <w:br/>
        <w:t>vt 0.791100 0.590500</w:t>
        <w:br/>
        <w:t>vt 0.791100 0.583300</w:t>
        <w:br/>
        <w:t>vt 0.811100 0.583300</w:t>
        <w:br/>
        <w:t>vt 0.811100 0.590500</w:t>
        <w:br/>
        <w:t>vt 0.791100 0.576100</w:t>
        <w:br/>
        <w:t>vt 0.811100 0.576100</w:t>
        <w:br/>
        <w:t>vt 0.791100 0.568900</w:t>
        <w:br/>
        <w:t>vt 0.811100 0.568900</w:t>
        <w:br/>
        <w:t>vt 0.791100 0.561700</w:t>
        <w:br/>
        <w:t>vt 0.811100 0.561700</w:t>
        <w:br/>
        <w:t>vt 0.811100 0.619400</w:t>
        <w:br/>
        <w:t>vt 0.791100 0.619400</w:t>
        <w:br/>
        <w:t>vt 0.791100 0.612200</w:t>
        <w:br/>
        <w:t>vt 0.811100 0.612200</w:t>
        <w:br/>
        <w:t>vt 0.791100 0.605000</w:t>
        <w:br/>
        <w:t>vt 0.811100 0.605000</w:t>
        <w:br/>
        <w:t>vt 0.791100 0.597800</w:t>
        <w:br/>
        <w:t>vt 0.811100 0.597800</w:t>
        <w:br/>
        <w:t>vt 0.761000 0.589800</w:t>
        <w:br/>
        <w:t>vt 0.783200 0.589800</w:t>
        <w:br/>
        <w:t>vt 0.783200 0.596300</w:t>
        <w:br/>
        <w:t>vt 0.761000 0.596300</w:t>
        <w:br/>
        <w:t>vt 0.783200 0.602800</w:t>
        <w:br/>
        <w:t>vt 0.761000 0.602800</w:t>
        <w:br/>
        <w:t>vt 0.783200 0.609200</w:t>
        <w:br/>
        <w:t>vt 0.761000 0.609200</w:t>
        <w:br/>
        <w:t>vt 0.783200 0.615700</w:t>
        <w:br/>
        <w:t>vt 0.761000 0.615700</w:t>
        <w:br/>
        <w:t>vt 0.783200 0.563900</w:t>
        <w:br/>
        <w:t>vt 0.783200 0.570400</w:t>
        <w:br/>
        <w:t>vt 0.761000 0.570400</w:t>
        <w:br/>
        <w:t>vt 0.761000 0.563900</w:t>
        <w:br/>
        <w:t>vt 0.783200 0.576900</w:t>
        <w:br/>
        <w:t>vt 0.761000 0.576900</w:t>
        <w:br/>
        <w:t>vt 0.783200 0.583300</w:t>
        <w:br/>
        <w:t>vt 0.761000 0.583300</w:t>
        <w:br/>
        <w:t>vt 0.789300 0.590500</w:t>
        <w:br/>
        <w:t>vt 0.789300 0.583300</w:t>
        <w:br/>
        <w:t>vt 0.812800 0.583300</w:t>
        <w:br/>
        <w:t>vt 0.812800 0.590500</w:t>
        <w:br/>
        <w:t>vt 0.789300 0.576100</w:t>
        <w:br/>
        <w:t>vt 0.812800 0.576100</w:t>
        <w:br/>
        <w:t>vt 0.789300 0.568900</w:t>
        <w:br/>
        <w:t>vt 0.812800 0.568900</w:t>
        <w:br/>
        <w:t>vt 0.789300 0.561700</w:t>
        <w:br/>
        <w:t>vt 0.812800 0.561700</w:t>
        <w:br/>
        <w:t>vt 0.789300 0.612200</w:t>
        <w:br/>
        <w:t>vt 0.789300 0.619400</w:t>
        <w:br/>
        <w:t>vt 0.812800 0.619400</w:t>
        <w:br/>
        <w:t>vt 0.812800 0.612200</w:t>
        <w:br/>
        <w:t>vt 0.789300 0.605000</w:t>
        <w:br/>
        <w:t>vt 0.812800 0.605000</w:t>
        <w:br/>
        <w:t>vt 0.789300 0.597800</w:t>
        <w:br/>
        <w:t>vt 0.812800 0.597800</w:t>
        <w:br/>
        <w:t>vt 0.869400 0.525000</w:t>
        <w:br/>
        <w:t>vt 0.869400 0.517500</w:t>
        <w:br/>
        <w:t>vt 0.874100 0.517500</w:t>
        <w:br/>
        <w:t>vt 0.874100 0.525000</w:t>
        <w:br/>
        <w:t>vt 0.869400 0.510400</w:t>
        <w:br/>
        <w:t>vt 0.874100 0.510500</w:t>
        <w:br/>
        <w:t>vt 0.874100 0.503700</w:t>
        <w:br/>
        <w:t>vt 0.869400 0.503600</w:t>
        <w:br/>
        <w:t>vt 0.869400 0.539400</w:t>
        <w:br/>
        <w:t>vt 0.869400 0.532500</w:t>
        <w:br/>
        <w:t>vt 0.874100 0.532600</w:t>
        <w:br/>
        <w:t>vt 0.874100 0.539800</w:t>
        <w:br/>
        <w:t>vt 0.874100 0.502300</w:t>
        <w:br/>
        <w:t>vt 0.874100 0.503700</w:t>
        <w:br/>
        <w:t>vt 0.869400 0.503600</w:t>
        <w:br/>
        <w:t>vt 0.869400 0.502200</w:t>
        <w:br/>
        <w:t>vt 0.869400 0.545000</w:t>
        <w:br/>
        <w:t>vt 0.874100 0.545300</w:t>
        <w:br/>
        <w:t>vt 0.874100 0.545300</w:t>
        <w:br/>
        <w:t>vt 0.874100 0.546800</w:t>
        <w:br/>
        <w:t>vt 0.869400 0.546600</w:t>
        <w:br/>
        <w:t>vt 0.869400 0.545000</w:t>
        <w:br/>
        <w:t>vt 0.880700 0.518700</w:t>
        <w:br/>
        <w:t>vt 0.887300 0.518600</w:t>
        <w:br/>
        <w:t>vt 0.887300 0.525500</w:t>
        <w:br/>
        <w:t>vt 0.880700 0.525500</w:t>
        <w:br/>
        <w:t>vt 0.880700 0.512300</w:t>
        <w:br/>
        <w:t>vt 0.887300 0.512300</w:t>
        <w:br/>
        <w:t>vt 0.880700 0.505400</w:t>
        <w:br/>
        <w:t>vt 0.887300 0.505300</w:t>
        <w:br/>
        <w:t>vt 0.887300 0.538600</w:t>
        <w:br/>
        <w:t>vt 0.880700 0.539000</w:t>
        <w:br/>
        <w:t>vt 0.880700 0.532400</w:t>
        <w:br/>
        <w:t>vt 0.887300 0.532200</w:t>
        <w:br/>
        <w:t>vt 0.887300 0.505300</w:t>
        <w:br/>
        <w:t>vt 0.880700 0.505400</w:t>
        <w:br/>
        <w:t>vt 0.880700 0.503400</w:t>
        <w:br/>
        <w:t>vt 0.887300 0.503200</w:t>
        <w:br/>
        <w:t>vt 0.887300 0.544400</w:t>
        <w:br/>
        <w:t>vt 0.880700 0.544900</w:t>
        <w:br/>
        <w:t>vt 0.887300 0.546700</w:t>
        <w:br/>
        <w:t>vt 0.880700 0.547100</w:t>
        <w:br/>
        <w:t>vt 0.880700 0.544900</w:t>
        <w:br/>
        <w:t>vt 0.887300 0.544400</w:t>
        <w:br/>
        <w:t>vt 0.875400 0.517500</w:t>
        <w:br/>
        <w:t>vt 0.875400 0.525100</w:t>
        <w:br/>
        <w:t>vt 0.875400 0.510600</w:t>
        <w:br/>
        <w:t>vt 0.875400 0.503600</w:t>
        <w:br/>
        <w:t>vt 0.875400 0.532600</w:t>
        <w:br/>
        <w:t>vt 0.875400 0.539800</w:t>
        <w:br/>
        <w:t>vt 0.873000 0.501200</w:t>
        <w:br/>
        <w:t>vt 0.871500 0.500800</w:t>
        <w:br/>
        <w:t>vt 0.871500 0.499300</w:t>
        <w:br/>
        <w:t>vt 0.873900 0.500200</w:t>
        <w:br/>
        <w:t>vt 0.875400 0.502000</w:t>
        <w:br/>
        <w:t>vt 0.875400 0.503600</w:t>
        <w:br/>
        <w:t>vt 0.875400 0.545400</w:t>
        <w:br/>
        <w:t>vt 0.875400 0.545400</w:t>
        <w:br/>
        <w:t>vt 0.875400 0.547200</w:t>
        <w:br/>
        <w:t>vt 0.873100 0.547900</w:t>
        <w:br/>
        <w:t>vt 0.873900 0.549000</w:t>
        <w:br/>
        <w:t>vt 0.871600 0.549900</w:t>
        <w:br/>
        <w:t>vt 0.871600 0.548300</w:t>
        <w:br/>
        <w:t>vt 0.869300 0.548900</w:t>
        <w:br/>
        <w:t>vt 0.870200 0.547900</w:t>
        <w:br/>
        <w:t>vt 0.868100 0.546900</w:t>
        <w:br/>
        <w:t>vt 0.868100 0.545000</w:t>
        <w:br/>
        <w:t>vt 0.868100 0.545000</w:t>
        <w:br/>
        <w:t>vt 0.868100 0.539300</w:t>
        <w:br/>
        <w:t>vt 0.868100 0.532500</w:t>
        <w:br/>
        <w:t>vt 0.868100 0.525000</w:t>
        <w:br/>
        <w:t>vt 0.868100 0.517500</w:t>
        <w:br/>
        <w:t>vt 0.868100 0.510600</w:t>
        <w:br/>
        <w:t>vt 0.868100 0.503500</w:t>
        <w:br/>
        <w:t>vt 0.868100 0.503500</w:t>
        <w:br/>
        <w:t>vt 0.868100 0.501800</w:t>
        <w:br/>
        <w:t>vt 0.870200 0.501100</w:t>
        <w:br/>
        <w:t>vt 0.869300 0.500100</w:t>
        <w:br/>
        <w:t>vt 0.882100 0.548700</w:t>
        <w:br/>
        <w:t>vt 0.886200 0.548500</w:t>
        <w:br/>
        <w:t>vt 0.882100 0.501800</w:t>
        <w:br/>
        <w:t>vt 0.886100 0.501700</w:t>
        <w:br/>
        <w:t>vt 0.871500 0.500800</w:t>
        <w:br/>
        <w:t>vt 0.884200 0.549300</w:t>
        <w:br/>
        <w:t>vt 0.884200 0.501200</w:t>
        <w:br/>
        <w:t>vt 0.936000 0.666500</w:t>
        <w:br/>
        <w:t>vt 0.935700 0.667000</w:t>
        <w:br/>
        <w:t>vt 0.935200 0.666400</w:t>
        <w:br/>
        <w:t>vt 0.935800 0.665900</w:t>
        <w:br/>
        <w:t>vt 0.935300 0.665600</w:t>
        <w:br/>
        <w:t>vt 0.934600 0.665700</w:t>
        <w:br/>
        <w:t>vt 0.934300 0.666300</w:t>
        <w:br/>
        <w:t>vt 0.934500 0.666900</w:t>
        <w:br/>
        <w:t>vt 0.935000 0.667200</w:t>
        <w:br/>
        <w:t>vt 0.945000 0.695900</w:t>
        <w:br/>
        <w:t>vt 0.943800 0.699500</w:t>
        <w:br/>
        <w:t>vt 0.940000 0.696200</w:t>
        <w:br/>
        <w:t>vt 0.940300 0.701100</w:t>
        <w:br/>
        <w:t>vt 0.936600 0.699900</w:t>
        <w:br/>
        <w:t>vt 0.934800 0.696500</w:t>
        <w:br/>
        <w:t>vt 0.936100 0.692900</w:t>
        <w:br/>
        <w:t>vt 0.939600 0.691200</w:t>
        <w:br/>
        <w:t>vt 0.943400 0.692400</w:t>
        <w:br/>
        <w:t>vt 0.921300 0.702400</w:t>
        <w:br/>
        <w:t>vt 0.917900 0.702400</w:t>
        <w:br/>
        <w:t>vt 0.917900 0.699300</w:t>
        <w:br/>
        <w:t>vt 0.921300 0.699300</w:t>
        <w:br/>
        <w:t>vt 0.914700 0.702400</w:t>
        <w:br/>
        <w:t>vt 0.914700 0.699300</w:t>
        <w:br/>
        <w:t>vt 0.917900 0.702400</w:t>
        <w:br/>
        <w:t>vt 0.917900 0.699300</w:t>
        <w:br/>
        <w:t>vt 0.921300 0.702400</w:t>
        <w:br/>
        <w:t>vt 0.921300 0.699300</w:t>
        <w:br/>
        <w:t>vt 0.924400 0.702400</w:t>
        <w:br/>
        <w:t>vt 0.924400 0.699300</w:t>
        <w:br/>
        <w:t>vt 0.927500 0.699300</w:t>
        <w:br/>
        <w:t>vt 0.927500 0.702400</w:t>
        <w:br/>
        <w:t>vt 0.924400 0.702400</w:t>
        <w:br/>
        <w:t>vt 0.924400 0.699300</w:t>
        <w:br/>
        <w:t>vt 0.921300 0.705400</w:t>
        <w:br/>
        <w:t>vt 0.917900 0.705400</w:t>
        <w:br/>
        <w:t>vt 0.914700 0.705400</w:t>
        <w:br/>
        <w:t>vt 0.917900 0.705400</w:t>
        <w:br/>
        <w:t>vt 0.921300 0.705400</w:t>
        <w:br/>
        <w:t>vt 0.921300 0.702400</w:t>
        <w:br/>
        <w:t>vt 0.924400 0.705400</w:t>
        <w:br/>
        <w:t>vt 0.924400 0.702400</w:t>
        <w:br/>
        <w:t>vt 0.927500 0.705400</w:t>
        <w:br/>
        <w:t>vt 0.924400 0.705400</w:t>
        <w:br/>
        <w:t>vt 0.921300 0.670300</w:t>
        <w:br/>
        <w:t>vt 0.924400 0.670300</w:t>
        <w:br/>
        <w:t>vt 0.923600 0.661900</w:t>
        <w:br/>
        <w:t>vt 0.920600 0.662100</w:t>
        <w:br/>
        <w:t>vt 0.917900 0.662200</w:t>
        <w:br/>
        <w:t>vt 0.917900 0.670300</w:t>
        <w:br/>
        <w:t>vt 0.914700 0.662200</w:t>
        <w:br/>
        <w:t>vt 0.914700 0.670300</w:t>
        <w:br/>
        <w:t>vt 0.917900 0.662200</w:t>
        <w:br/>
        <w:t>vt 0.917900 0.670300</w:t>
        <w:br/>
        <w:t>vt 0.920600 0.662100</w:t>
        <w:br/>
        <w:t>vt 0.921300 0.670300</w:t>
        <w:br/>
        <w:t>vt 0.923600 0.661900</w:t>
        <w:br/>
        <w:t>vt 0.924400 0.670300</w:t>
        <w:br/>
        <w:t>vt 0.926400 0.661600</w:t>
        <w:br/>
        <w:t>vt 0.927500 0.670300</w:t>
        <w:br/>
        <w:t>vt 0.922500 0.657000</w:t>
        <w:br/>
        <w:t>vt 0.919900 0.657400</w:t>
        <w:br/>
        <w:t>vt 0.917400 0.657500</w:t>
        <w:br/>
        <w:t>vt 0.914700 0.657600</w:t>
        <w:br/>
        <w:t>vt 0.917400 0.657500</w:t>
        <w:br/>
        <w:t>vt 0.919900 0.657400</w:t>
        <w:br/>
        <w:t>vt 0.922500 0.657000</w:t>
        <w:br/>
        <w:t>vt 0.925100 0.656400</w:t>
        <w:br/>
        <w:t>vt 0.914700 0.648100</w:t>
        <w:br/>
        <w:t>vt 0.914700 0.638600</w:t>
        <w:br/>
        <w:t>vt 0.915400 0.638600</w:t>
        <w:br/>
        <w:t>vt 0.916400 0.648050</w:t>
        <w:br/>
        <w:t>vt 0.916200 0.638600</w:t>
        <w:br/>
        <w:t>vt 0.918050 0.648000</w:t>
        <w:br/>
        <w:t>vt 0.917000 0.638600</w:t>
        <w:br/>
        <w:t>vt 0.919750 0.647800</w:t>
        <w:br/>
        <w:t>vt 0.918200 0.638600</w:t>
        <w:br/>
        <w:t>vt 0.921650 0.647500</w:t>
        <w:br/>
        <w:t>vt 0.919750 0.647800</w:t>
        <w:br/>
        <w:t>vt 0.918050 0.648000</w:t>
        <w:br/>
        <w:t>vt 0.916200 0.638600</w:t>
        <w:br/>
        <w:t>vt 0.915400 0.638600</w:t>
        <w:br/>
        <w:t>vt 0.916400 0.648050</w:t>
        <w:br/>
        <w:t>vt 0.869400 0.525000</w:t>
        <w:br/>
        <w:t>vt 0.869400 0.517500</w:t>
        <w:br/>
        <w:t>vt 0.874100 0.517500</w:t>
        <w:br/>
        <w:t>vt 0.874100 0.525000</w:t>
        <w:br/>
        <w:t>vt 0.869400 0.510400</w:t>
        <w:br/>
        <w:t>vt 0.874100 0.510500</w:t>
        <w:br/>
        <w:t>vt 0.874100 0.503700</w:t>
        <w:br/>
        <w:t>vt 0.869400 0.503600</w:t>
        <w:br/>
        <w:t>vt 0.869400 0.539400</w:t>
        <w:br/>
        <w:t>vt 0.869400 0.532500</w:t>
        <w:br/>
        <w:t>vt 0.874100 0.532600</w:t>
        <w:br/>
        <w:t>vt 0.874100 0.539800</w:t>
        <w:br/>
        <w:t>vt 0.874100 0.502300</w:t>
        <w:br/>
        <w:t>vt 0.874100 0.503700</w:t>
        <w:br/>
        <w:t>vt 0.869400 0.503600</w:t>
        <w:br/>
        <w:t>vt 0.869400 0.502200</w:t>
        <w:br/>
        <w:t>vt 0.869400 0.545000</w:t>
        <w:br/>
        <w:t>vt 0.874100 0.545300</w:t>
        <w:br/>
        <w:t>vt 0.874100 0.545300</w:t>
        <w:br/>
        <w:t>vt 0.874100 0.546800</w:t>
        <w:br/>
        <w:t>vt 0.869400 0.546600</w:t>
        <w:br/>
        <w:t>vt 0.869400 0.545000</w:t>
        <w:br/>
        <w:t>vt 0.880700 0.518700</w:t>
        <w:br/>
        <w:t>vt 0.887300 0.518600</w:t>
        <w:br/>
        <w:t>vt 0.887300 0.525500</w:t>
        <w:br/>
        <w:t>vt 0.880700 0.525500</w:t>
        <w:br/>
        <w:t>vt 0.880700 0.512300</w:t>
        <w:br/>
        <w:t>vt 0.887300 0.512300</w:t>
        <w:br/>
        <w:t>vt 0.880700 0.505400</w:t>
        <w:br/>
        <w:t>vt 0.887300 0.505300</w:t>
        <w:br/>
        <w:t>vt 0.880700 0.539000</w:t>
        <w:br/>
        <w:t>vt 0.880700 0.532400</w:t>
        <w:br/>
        <w:t>vt 0.887300 0.532200</w:t>
        <w:br/>
        <w:t>vt 0.887300 0.538600</w:t>
        <w:br/>
        <w:t>vt 0.887300 0.505300</w:t>
        <w:br/>
        <w:t>vt 0.880700 0.505400</w:t>
        <w:br/>
        <w:t>vt 0.880700 0.503400</w:t>
        <w:br/>
        <w:t>vt 0.887300 0.503200</w:t>
        <w:br/>
        <w:t>vt 0.887300 0.544400</w:t>
        <w:br/>
        <w:t>vt 0.880700 0.544900</w:t>
        <w:br/>
        <w:t>vt 0.887300 0.546700</w:t>
        <w:br/>
        <w:t>vt 0.880700 0.547100</w:t>
        <w:br/>
        <w:t>vt 0.880700 0.544900</w:t>
        <w:br/>
        <w:t>vt 0.887300 0.544400</w:t>
        <w:br/>
        <w:t>vt 0.875400 0.517500</w:t>
        <w:br/>
        <w:t>vt 0.875400 0.525100</w:t>
        <w:br/>
        <w:t>vt 0.875400 0.510600</w:t>
        <w:br/>
        <w:t>vt 0.875400 0.503600</w:t>
        <w:br/>
        <w:t>vt 0.875400 0.532600</w:t>
        <w:br/>
        <w:t>vt 0.875400 0.539800</w:t>
        <w:br/>
        <w:t>vt 0.873000 0.501200</w:t>
        <w:br/>
        <w:t>vt 0.871500 0.500800</w:t>
        <w:br/>
        <w:t>vt 0.871500 0.499300</w:t>
        <w:br/>
        <w:t>vt 0.873900 0.500200</w:t>
        <w:br/>
        <w:t>vt 0.875400 0.502000</w:t>
        <w:br/>
        <w:t>vt 0.875400 0.503600</w:t>
        <w:br/>
        <w:t>vt 0.875400 0.545400</w:t>
        <w:br/>
        <w:t>vt 0.875400 0.545400</w:t>
        <w:br/>
        <w:t>vt 0.875400 0.547200</w:t>
        <w:br/>
        <w:t>vt 0.873100 0.547900</w:t>
        <w:br/>
        <w:t>vt 0.873900 0.549000</w:t>
        <w:br/>
        <w:t>vt 0.871600 0.549900</w:t>
        <w:br/>
        <w:t>vt 0.871600 0.548300</w:t>
        <w:br/>
        <w:t>vt 0.869300 0.548900</w:t>
        <w:br/>
        <w:t>vt 0.870200 0.547900</w:t>
        <w:br/>
        <w:t>vt 0.868100 0.546900</w:t>
        <w:br/>
        <w:t>vt 0.868100 0.545000</w:t>
        <w:br/>
        <w:t>vt 0.868100 0.545000</w:t>
        <w:br/>
        <w:t>vt 0.868100 0.539300</w:t>
        <w:br/>
        <w:t>vt 0.868100 0.532500</w:t>
        <w:br/>
        <w:t>vt 0.868100 0.525000</w:t>
        <w:br/>
        <w:t>vt 0.868100 0.517500</w:t>
        <w:br/>
        <w:t>vt 0.868100 0.510600</w:t>
        <w:br/>
        <w:t>vt 0.868100 0.503500</w:t>
        <w:br/>
        <w:t>vt 0.868100 0.503500</w:t>
        <w:br/>
        <w:t>vt 0.868100 0.501800</w:t>
        <w:br/>
        <w:t>vt 0.870200 0.501100</w:t>
        <w:br/>
        <w:t>vt 0.869300 0.500100</w:t>
        <w:br/>
        <w:t>vt 0.882100 0.548700</w:t>
        <w:br/>
        <w:t>vt 0.886200 0.548500</w:t>
        <w:br/>
        <w:t>vt 0.882100 0.501800</w:t>
        <w:br/>
        <w:t>vt 0.886100 0.501700</w:t>
        <w:br/>
        <w:t>vt 0.871500 0.500800</w:t>
        <w:br/>
        <w:t>vt 0.884200 0.549300</w:t>
        <w:br/>
        <w:t>vt 0.884200 0.501200</w:t>
        <w:br/>
        <w:t>vt 0.917000 0.638600</w:t>
        <w:br/>
        <w:t>vt 0.898500 0.638600</w:t>
        <w:br/>
        <w:t>vt 0.917000 0.638600</w:t>
        <w:br/>
        <w:t>vt 0.869400 0.525000</w:t>
        <w:br/>
        <w:t>vt 0.869400 0.517500</w:t>
        <w:br/>
        <w:t>vt 0.874100 0.517500</w:t>
        <w:br/>
        <w:t>vt 0.874100 0.525000</w:t>
        <w:br/>
        <w:t>vt 0.869400 0.510400</w:t>
        <w:br/>
        <w:t>vt 0.874100 0.510500</w:t>
        <w:br/>
        <w:t>vt 0.874100 0.503700</w:t>
        <w:br/>
        <w:t>vt 0.869400 0.503600</w:t>
        <w:br/>
        <w:t>vt 0.869400 0.532500</w:t>
        <w:br/>
        <w:t>vt 0.874100 0.532600</w:t>
        <w:br/>
        <w:t>vt 0.874100 0.539800</w:t>
        <w:br/>
        <w:t>vt 0.869400 0.539400</w:t>
        <w:br/>
        <w:t>vt 0.874100 0.502300</w:t>
        <w:br/>
        <w:t>vt 0.874100 0.503700</w:t>
        <w:br/>
        <w:t>vt 0.869400 0.503600</w:t>
        <w:br/>
        <w:t>vt 0.869400 0.502200</w:t>
        <w:br/>
        <w:t>vt 0.869400 0.545000</w:t>
        <w:br/>
        <w:t>vt 0.874100 0.545300</w:t>
        <w:br/>
        <w:t>vt 0.874100 0.545300</w:t>
        <w:br/>
        <w:t>vt 0.874100 0.546800</w:t>
        <w:br/>
        <w:t>vt 0.869400 0.546600</w:t>
        <w:br/>
        <w:t>vt 0.869400 0.545000</w:t>
        <w:br/>
        <w:t>vt 0.880700 0.518700</w:t>
        <w:br/>
        <w:t>vt 0.887300 0.518600</w:t>
        <w:br/>
        <w:t>vt 0.887300 0.525500</w:t>
        <w:br/>
        <w:t>vt 0.880700 0.525500</w:t>
        <w:br/>
        <w:t>vt 0.880700 0.512300</w:t>
        <w:br/>
        <w:t>vt 0.887300 0.512300</w:t>
        <w:br/>
        <w:t>vt 0.880700 0.505400</w:t>
        <w:br/>
        <w:t>vt 0.887300 0.505300</w:t>
        <w:br/>
        <w:t>vt 0.880700 0.539000</w:t>
        <w:br/>
        <w:t>vt 0.880700 0.532400</w:t>
        <w:br/>
        <w:t>vt 0.887300 0.532200</w:t>
        <w:br/>
        <w:t>vt 0.887300 0.538600</w:t>
        <w:br/>
        <w:t>vt 0.887300 0.505300</w:t>
        <w:br/>
        <w:t>vt 0.880700 0.505400</w:t>
        <w:br/>
        <w:t>vt 0.880700 0.503400</w:t>
        <w:br/>
        <w:t>vt 0.887300 0.503200</w:t>
        <w:br/>
        <w:t>vt 0.887300 0.544400</w:t>
        <w:br/>
        <w:t>vt 0.880700 0.544900</w:t>
        <w:br/>
        <w:t>vt 0.887300 0.546700</w:t>
        <w:br/>
        <w:t>vt 0.880700 0.547100</w:t>
        <w:br/>
        <w:t>vt 0.880700 0.544900</w:t>
        <w:br/>
        <w:t>vt 0.887300 0.544400</w:t>
        <w:br/>
        <w:t>vt 0.875400 0.517500</w:t>
        <w:br/>
        <w:t>vt 0.875400 0.525100</w:t>
        <w:br/>
        <w:t>vt 0.875400 0.510600</w:t>
        <w:br/>
        <w:t>vt 0.875400 0.503600</w:t>
        <w:br/>
        <w:t>vt 0.875400 0.532600</w:t>
        <w:br/>
        <w:t>vt 0.875400 0.539800</w:t>
        <w:br/>
        <w:t>vt 0.873000 0.501200</w:t>
        <w:br/>
        <w:t>vt 0.871500 0.500800</w:t>
        <w:br/>
        <w:t>vt 0.871500 0.499300</w:t>
        <w:br/>
        <w:t>vt 0.873900 0.500200</w:t>
        <w:br/>
        <w:t>vt 0.875400 0.502000</w:t>
        <w:br/>
        <w:t>vt 0.875400 0.503600</w:t>
        <w:br/>
        <w:t>vt 0.875400 0.545400</w:t>
        <w:br/>
        <w:t>vt 0.875400 0.545400</w:t>
        <w:br/>
        <w:t>vt 0.875400 0.547200</w:t>
        <w:br/>
        <w:t>vt 0.873900 0.549000</w:t>
        <w:br/>
        <w:t>vt 0.871600 0.549900</w:t>
        <w:br/>
        <w:t>vt 0.871600 0.548300</w:t>
        <w:br/>
        <w:t>vt 0.873100 0.547900</w:t>
        <w:br/>
        <w:t>vt 0.869300 0.548900</w:t>
        <w:br/>
        <w:t>vt 0.870200 0.547900</w:t>
        <w:br/>
        <w:t>vt 0.868100 0.546900</w:t>
        <w:br/>
        <w:t>vt 0.868100 0.545000</w:t>
        <w:br/>
        <w:t>vt 0.868100 0.545000</w:t>
        <w:br/>
        <w:t>vt 0.868100 0.539300</w:t>
        <w:br/>
        <w:t>vt 0.868100 0.532500</w:t>
        <w:br/>
        <w:t>vt 0.868100 0.525000</w:t>
        <w:br/>
        <w:t>vt 0.868100 0.517500</w:t>
        <w:br/>
        <w:t>vt 0.868100 0.510600</w:t>
        <w:br/>
        <w:t>vt 0.868100 0.503500</w:t>
        <w:br/>
        <w:t>vt 0.868100 0.503500</w:t>
        <w:br/>
        <w:t>vt 0.868100 0.501800</w:t>
        <w:br/>
        <w:t>vt 0.870200 0.501100</w:t>
        <w:br/>
        <w:t>vt 0.869300 0.500100</w:t>
        <w:br/>
        <w:t>vt 0.882100 0.548700</w:t>
        <w:br/>
        <w:t>vt 0.886200 0.548500</w:t>
        <w:br/>
        <w:t>vt 0.882100 0.501800</w:t>
        <w:br/>
        <w:t>vt 0.886100 0.501700</w:t>
        <w:br/>
        <w:t>vt 0.871500 0.500800</w:t>
        <w:br/>
        <w:t>vt 0.884200 0.549300</w:t>
        <w:br/>
        <w:t>vt 0.884200 0.501200</w:t>
        <w:br/>
        <w:t>vt 0.946600 0.666300</w:t>
        <w:br/>
        <w:t>vt 0.946200 0.666800</w:t>
        <w:br/>
        <w:t>vt 0.945800 0.666200</w:t>
        <w:br/>
        <w:t>vt 0.946400 0.665700</w:t>
        <w:br/>
        <w:t>vt 0.945900 0.665300</w:t>
        <w:br/>
        <w:t>vt 0.945200 0.665500</w:t>
        <w:br/>
        <w:t>vt 0.944900 0.666000</w:t>
        <w:br/>
        <w:t>vt 0.945100 0.666600</w:t>
        <w:br/>
        <w:t>vt 0.945600 0.667000</w:t>
        <w:br/>
        <w:t>vt 0.944800 0.680900</w:t>
        <w:br/>
        <w:t>vt 0.943600 0.684500</w:t>
        <w:br/>
        <w:t>vt 0.939800 0.681200</w:t>
        <w:br/>
        <w:t>vt 0.940100 0.686200</w:t>
        <w:br/>
        <w:t>vt 0.936400 0.684900</w:t>
        <w:br/>
        <w:t>vt 0.934700 0.681500</w:t>
        <w:br/>
        <w:t>vt 0.935900 0.677900</w:t>
        <w:br/>
        <w:t>vt 0.939500 0.676300</w:t>
        <w:br/>
        <w:t>vt 0.943200 0.677500</w:t>
        <w:br/>
        <w:t>vt 0.899400 0.702500</w:t>
        <w:br/>
        <w:t>vt 0.899400 0.699400</w:t>
        <w:br/>
        <w:t>vt 0.902700 0.699400</w:t>
        <w:br/>
        <w:t>vt 0.902700 0.702500</w:t>
        <w:br/>
        <w:t>vt 0.896200 0.702500</w:t>
        <w:br/>
        <w:t>vt 0.896200 0.699400</w:t>
        <w:br/>
        <w:t>vt 0.899400 0.702500</w:t>
        <w:br/>
        <w:t>vt 0.899400 0.699400</w:t>
        <w:br/>
        <w:t>vt 0.902700 0.702500</w:t>
        <w:br/>
        <w:t>vt 0.902700 0.699400</w:t>
        <w:br/>
        <w:t>vt 0.905900 0.702500</w:t>
        <w:br/>
        <w:t>vt 0.905900 0.699400</w:t>
        <w:br/>
        <w:t>vt 0.909000 0.699400</w:t>
        <w:br/>
        <w:t>vt 0.909000 0.702500</w:t>
        <w:br/>
        <w:t>vt 0.905900 0.702500</w:t>
        <w:br/>
        <w:t>vt 0.905900 0.699400</w:t>
        <w:br/>
        <w:t>vt 0.899400 0.705500</w:t>
        <w:br/>
        <w:t>vt 0.902700 0.705500</w:t>
        <w:br/>
        <w:t>vt 0.896200 0.705500</w:t>
        <w:br/>
        <w:t>vt 0.899400 0.705500</w:t>
        <w:br/>
        <w:t>vt 0.902700 0.705500</w:t>
        <w:br/>
        <w:t>vt 0.905900 0.705500</w:t>
        <w:br/>
        <w:t>vt 0.909000 0.705500</w:t>
        <w:br/>
        <w:t>vt 0.905900 0.705500</w:t>
        <w:br/>
        <w:t>vt 0.902700 0.670300</w:t>
        <w:br/>
        <w:t>vt 0.905900 0.670300</w:t>
        <w:br/>
        <w:t>vt 0.905000 0.661900</w:t>
        <w:br/>
        <w:t>vt 0.902100 0.662100</w:t>
        <w:br/>
        <w:t>vt 0.899400 0.662200</w:t>
        <w:br/>
        <w:t>vt 0.899400 0.670300</w:t>
        <w:br/>
        <w:t>vt 0.896200 0.662300</w:t>
        <w:br/>
        <w:t>vt 0.896200 0.670300</w:t>
        <w:br/>
        <w:t>vt 0.899400 0.662200</w:t>
        <w:br/>
        <w:t>vt 0.899400 0.670300</w:t>
        <w:br/>
        <w:t>vt 0.902100 0.662100</w:t>
        <w:br/>
        <w:t>vt 0.902700 0.670300</w:t>
        <w:br/>
        <w:t>vt 0.905000 0.661900</w:t>
        <w:br/>
        <w:t>vt 0.905900 0.670300</w:t>
        <w:br/>
        <w:t>vt 0.907900 0.661600</w:t>
        <w:br/>
        <w:t>vt 0.909000 0.670300</w:t>
        <w:br/>
        <w:t>vt 0.903900 0.657100</w:t>
        <w:br/>
        <w:t>vt 0.901400 0.657400</w:t>
        <w:br/>
        <w:t>vt 0.898900 0.657600</w:t>
        <w:br/>
        <w:t>vt 0.896200 0.657600</w:t>
        <w:br/>
        <w:t>vt 0.898900 0.657600</w:t>
        <w:br/>
        <w:t>vt 0.901400 0.657400</w:t>
        <w:br/>
        <w:t>vt 0.903900 0.657100</w:t>
        <w:br/>
        <w:t>vt 0.906600 0.656500</w:t>
        <w:br/>
        <w:t>vt 0.896200 0.638600</w:t>
        <w:br/>
        <w:t>vt 0.896900 0.638600</w:t>
        <w:br/>
        <w:t>vt 0.897900 0.648100</w:t>
        <w:br/>
        <w:t>vt 0.896200 0.648100</w:t>
        <w:br/>
        <w:t>vt 0.897700 0.638600</w:t>
        <w:br/>
        <w:t>vt 0.899550 0.648000</w:t>
        <w:br/>
        <w:t>vt 0.898500 0.638600</w:t>
        <w:br/>
        <w:t>vt 0.901200 0.647850</w:t>
        <w:br/>
        <w:t>vt 0.899700 0.638600</w:t>
        <w:br/>
        <w:t>vt 0.903150 0.647550</w:t>
        <w:br/>
        <w:t>vt 0.901200 0.647850</w:t>
        <w:br/>
        <w:t>vt 0.899550 0.648000</w:t>
        <w:br/>
        <w:t>vt 0.897700 0.638600</w:t>
        <w:br/>
        <w:t>vt 0.896900 0.638600</w:t>
        <w:br/>
        <w:t>vt 0.897900 0.648100</w:t>
        <w:br/>
        <w:t>vt 0.869400 0.525000</w:t>
        <w:br/>
        <w:t>vt 0.869400 0.517500</w:t>
        <w:br/>
        <w:t>vt 0.874100 0.517500</w:t>
        <w:br/>
        <w:t>vt 0.874100 0.525000</w:t>
        <w:br/>
        <w:t>vt 0.869400 0.510400</w:t>
        <w:br/>
        <w:t>vt 0.874100 0.510500</w:t>
        <w:br/>
        <w:t>vt 0.874100 0.503700</w:t>
        <w:br/>
        <w:t>vt 0.869400 0.503600</w:t>
        <w:br/>
        <w:t>vt 0.869400 0.532500</w:t>
        <w:br/>
        <w:t>vt 0.874100 0.532600</w:t>
        <w:br/>
        <w:t>vt 0.874100 0.539800</w:t>
        <w:br/>
        <w:t>vt 0.869400 0.539400</w:t>
        <w:br/>
        <w:t>vt 0.874100 0.502300</w:t>
        <w:br/>
        <w:t>vt 0.874100 0.503700</w:t>
        <w:br/>
        <w:t>vt 0.869400 0.503600</w:t>
        <w:br/>
        <w:t>vt 0.869400 0.502200</w:t>
        <w:br/>
        <w:t>vt 0.869400 0.545000</w:t>
        <w:br/>
        <w:t>vt 0.874100 0.545300</w:t>
        <w:br/>
        <w:t>vt 0.874100 0.545300</w:t>
        <w:br/>
        <w:t>vt 0.874100 0.546800</w:t>
        <w:br/>
        <w:t>vt 0.869400 0.546600</w:t>
        <w:br/>
        <w:t>vt 0.869400 0.545000</w:t>
        <w:br/>
        <w:t>vt 0.880700 0.518700</w:t>
        <w:br/>
        <w:t>vt 0.887300 0.518600</w:t>
        <w:br/>
        <w:t>vt 0.887300 0.525500</w:t>
        <w:br/>
        <w:t>vt 0.880700 0.525500</w:t>
        <w:br/>
        <w:t>vt 0.880700 0.512300</w:t>
        <w:br/>
        <w:t>vt 0.887300 0.512300</w:t>
        <w:br/>
        <w:t>vt 0.880700 0.505400</w:t>
        <w:br/>
        <w:t>vt 0.887300 0.505300</w:t>
        <w:br/>
        <w:t>vt 0.880700 0.539000</w:t>
        <w:br/>
        <w:t>vt 0.880700 0.532400</w:t>
        <w:br/>
        <w:t>vt 0.887300 0.532200</w:t>
        <w:br/>
        <w:t>vt 0.887300 0.538600</w:t>
        <w:br/>
        <w:t>vt 0.887300 0.505300</w:t>
        <w:br/>
        <w:t>vt 0.880700 0.505400</w:t>
        <w:br/>
        <w:t>vt 0.880700 0.503400</w:t>
        <w:br/>
        <w:t>vt 0.887300 0.503200</w:t>
        <w:br/>
        <w:t>vt 0.887300 0.544400</w:t>
        <w:br/>
        <w:t>vt 0.880700 0.544900</w:t>
        <w:br/>
        <w:t>vt 0.887300 0.546700</w:t>
        <w:br/>
        <w:t>vt 0.880700 0.547100</w:t>
        <w:br/>
        <w:t>vt 0.880700 0.544900</w:t>
        <w:br/>
        <w:t>vt 0.887300 0.544400</w:t>
        <w:br/>
        <w:t>vt 0.875400 0.517500</w:t>
        <w:br/>
        <w:t>vt 0.875400 0.525100</w:t>
        <w:br/>
        <w:t>vt 0.875400 0.510600</w:t>
        <w:br/>
        <w:t>vt 0.875400 0.503600</w:t>
        <w:br/>
        <w:t>vt 0.875400 0.532600</w:t>
        <w:br/>
        <w:t>vt 0.875400 0.539800</w:t>
        <w:br/>
        <w:t>vt 0.873000 0.501200</w:t>
        <w:br/>
        <w:t>vt 0.871500 0.500800</w:t>
        <w:br/>
        <w:t>vt 0.871500 0.499300</w:t>
        <w:br/>
        <w:t>vt 0.873900 0.500200</w:t>
        <w:br/>
        <w:t>vt 0.875400 0.502000</w:t>
        <w:br/>
        <w:t>vt 0.875400 0.503600</w:t>
        <w:br/>
        <w:t>vt 0.875400 0.545400</w:t>
        <w:br/>
        <w:t>vt 0.875400 0.545400</w:t>
        <w:br/>
        <w:t>vt 0.875400 0.547200</w:t>
        <w:br/>
        <w:t>vt 0.873900 0.549000</w:t>
        <w:br/>
        <w:t>vt 0.871600 0.549900</w:t>
        <w:br/>
        <w:t>vt 0.871600 0.548300</w:t>
        <w:br/>
        <w:t>vt 0.873100 0.547900</w:t>
        <w:br/>
        <w:t>vt 0.869300 0.548900</w:t>
        <w:br/>
        <w:t>vt 0.870200 0.547900</w:t>
        <w:br/>
        <w:t>vt 0.868100 0.546900</w:t>
        <w:br/>
        <w:t>vt 0.868100 0.545000</w:t>
        <w:br/>
        <w:t>vt 0.868100 0.545000</w:t>
        <w:br/>
        <w:t>vt 0.868100 0.539300</w:t>
        <w:br/>
        <w:t>vt 0.868100 0.532500</w:t>
        <w:br/>
        <w:t>vt 0.868100 0.525000</w:t>
        <w:br/>
        <w:t>vt 0.868100 0.517500</w:t>
        <w:br/>
        <w:t>vt 0.868100 0.510600</w:t>
        <w:br/>
        <w:t>vt 0.868100 0.503500</w:t>
        <w:br/>
        <w:t>vt 0.868100 0.503500</w:t>
        <w:br/>
        <w:t>vt 0.868100 0.501800</w:t>
        <w:br/>
        <w:t>vt 0.870200 0.501100</w:t>
        <w:br/>
        <w:t>vt 0.869300 0.500100</w:t>
        <w:br/>
        <w:t>vt 0.882100 0.548700</w:t>
        <w:br/>
        <w:t>vt 0.886200 0.548500</w:t>
        <w:br/>
        <w:t>vt 0.882100 0.501800</w:t>
        <w:br/>
        <w:t>vt 0.886100 0.501700</w:t>
        <w:br/>
        <w:t>vt 0.871500 0.500800</w:t>
        <w:br/>
        <w:t>vt 0.884200 0.549300</w:t>
        <w:br/>
        <w:t>vt 0.884200 0.501200</w:t>
        <w:br/>
        <w:t>vt 0.791100 0.590500</w:t>
        <w:br/>
        <w:t>vt 0.791100 0.583300</w:t>
        <w:br/>
        <w:t>vt 0.811100 0.583300</w:t>
        <w:br/>
        <w:t>vt 0.811100 0.590500</w:t>
        <w:br/>
        <w:t>vt 0.791100 0.576100</w:t>
        <w:br/>
        <w:t>vt 0.811100 0.576100</w:t>
        <w:br/>
        <w:t>vt 0.791100 0.568900</w:t>
        <w:br/>
        <w:t>vt 0.811100 0.568900</w:t>
        <w:br/>
        <w:t>vt 0.791100 0.561700</w:t>
        <w:br/>
        <w:t>vt 0.811100 0.561700</w:t>
        <w:br/>
        <w:t>vt 0.811100 0.619400</w:t>
        <w:br/>
        <w:t>vt 0.791100 0.619400</w:t>
        <w:br/>
        <w:t>vt 0.791100 0.612200</w:t>
        <w:br/>
        <w:t>vt 0.811100 0.612200</w:t>
        <w:br/>
        <w:t>vt 0.791100 0.605000</w:t>
        <w:br/>
        <w:t>vt 0.811100 0.605000</w:t>
        <w:br/>
        <w:t>vt 0.791100 0.597800</w:t>
        <w:br/>
        <w:t>vt 0.811100 0.597800</w:t>
        <w:br/>
        <w:t>vt 0.761000 0.589800</w:t>
        <w:br/>
        <w:t>vt 0.783200 0.589800</w:t>
        <w:br/>
        <w:t>vt 0.783200 0.596300</w:t>
        <w:br/>
        <w:t>vt 0.761000 0.596300</w:t>
        <w:br/>
        <w:t>vt 0.783200 0.602800</w:t>
        <w:br/>
        <w:t>vt 0.761000 0.602800</w:t>
        <w:br/>
        <w:t>vt 0.783200 0.609200</w:t>
        <w:br/>
        <w:t>vt 0.761000 0.609200</w:t>
        <w:br/>
        <w:t>vt 0.783200 0.615700</w:t>
        <w:br/>
        <w:t>vt 0.761000 0.615700</w:t>
        <w:br/>
        <w:t>vt 0.783200 0.563900</w:t>
        <w:br/>
        <w:t>vt 0.783200 0.570400</w:t>
        <w:br/>
        <w:t>vt 0.761000 0.570400</w:t>
        <w:br/>
        <w:t>vt 0.761000 0.563900</w:t>
        <w:br/>
        <w:t>vt 0.783200 0.576900</w:t>
        <w:br/>
        <w:t>vt 0.761000 0.576900</w:t>
        <w:br/>
        <w:t>vt 0.783200 0.583300</w:t>
        <w:br/>
        <w:t>vt 0.761000 0.583300</w:t>
        <w:br/>
        <w:t>vt 0.789300 0.590500</w:t>
        <w:br/>
        <w:t>vt 0.789300 0.583300</w:t>
        <w:br/>
        <w:t>vt 0.812800 0.583300</w:t>
        <w:br/>
        <w:t>vt 0.812800 0.590500</w:t>
        <w:br/>
        <w:t>vt 0.789300 0.576100</w:t>
        <w:br/>
        <w:t>vt 0.812800 0.576100</w:t>
        <w:br/>
        <w:t>vt 0.789300 0.568900</w:t>
        <w:br/>
        <w:t>vt 0.812800 0.568900</w:t>
        <w:br/>
        <w:t>vt 0.789300 0.561700</w:t>
        <w:br/>
        <w:t>vt 0.812800 0.561700</w:t>
        <w:br/>
        <w:t>vt 0.789300 0.612200</w:t>
        <w:br/>
        <w:t>vt 0.789300 0.619400</w:t>
        <w:br/>
        <w:t>vt 0.812800 0.619400</w:t>
        <w:br/>
        <w:t>vt 0.812800 0.612200</w:t>
        <w:br/>
        <w:t>vt 0.789300 0.605000</w:t>
        <w:br/>
        <w:t>vt 0.812800 0.605000</w:t>
        <w:br/>
        <w:t>vt 0.789300 0.597800</w:t>
        <w:br/>
        <w:t>vt 0.812800 0.597800</w:t>
        <w:br/>
        <w:t>vt 0.898500 0.638600</w:t>
        <w:br/>
        <w:t>vt 0.869400 0.525000</w:t>
        <w:br/>
        <w:t>vt 0.869400 0.517500</w:t>
        <w:br/>
        <w:t>vt 0.874100 0.517500</w:t>
        <w:br/>
        <w:t>vt 0.874100 0.525000</w:t>
        <w:br/>
        <w:t>vt 0.869400 0.510400</w:t>
        <w:br/>
        <w:t>vt 0.874100 0.510500</w:t>
        <w:br/>
        <w:t>vt 0.874100 0.503700</w:t>
        <w:br/>
        <w:t>vt 0.869400 0.503600</w:t>
        <w:br/>
        <w:t>vt 0.869400 0.532500</w:t>
        <w:br/>
        <w:t>vt 0.874100 0.532600</w:t>
        <w:br/>
        <w:t>vt 0.874100 0.539800</w:t>
        <w:br/>
        <w:t>vt 0.869400 0.539400</w:t>
        <w:br/>
        <w:t>vt 0.874100 0.502300</w:t>
        <w:br/>
        <w:t>vt 0.874100 0.503700</w:t>
        <w:br/>
        <w:t>vt 0.869400 0.503600</w:t>
        <w:br/>
        <w:t>vt 0.869400 0.502200</w:t>
        <w:br/>
        <w:t>vt 0.869400 0.545000</w:t>
        <w:br/>
        <w:t>vt 0.874100 0.545300</w:t>
        <w:br/>
        <w:t>vt 0.874100 0.545300</w:t>
        <w:br/>
        <w:t>vt 0.874100 0.546800</w:t>
        <w:br/>
        <w:t>vt 0.869400 0.546600</w:t>
        <w:br/>
        <w:t>vt 0.869400 0.545000</w:t>
        <w:br/>
        <w:t>vt 0.880700 0.518700</w:t>
        <w:br/>
        <w:t>vt 0.887300 0.518600</w:t>
        <w:br/>
        <w:t>vt 0.887300 0.525500</w:t>
        <w:br/>
        <w:t>vt 0.880700 0.525500</w:t>
        <w:br/>
        <w:t>vt 0.880700 0.512300</w:t>
        <w:br/>
        <w:t>vt 0.887300 0.512300</w:t>
        <w:br/>
        <w:t>vt 0.880700 0.505400</w:t>
        <w:br/>
        <w:t>vt 0.887300 0.505300</w:t>
        <w:br/>
        <w:t>vt 0.880700 0.539000</w:t>
        <w:br/>
        <w:t>vt 0.880700 0.532400</w:t>
        <w:br/>
        <w:t>vt 0.887300 0.532200</w:t>
        <w:br/>
        <w:t>vt 0.887300 0.538600</w:t>
        <w:br/>
        <w:t>vt 0.887300 0.505300</w:t>
        <w:br/>
        <w:t>vt 0.880700 0.505400</w:t>
        <w:br/>
        <w:t>vt 0.880700 0.503400</w:t>
        <w:br/>
        <w:t>vt 0.887300 0.503200</w:t>
        <w:br/>
        <w:t>vt 0.887300 0.544400</w:t>
        <w:br/>
        <w:t>vt 0.880700 0.544900</w:t>
        <w:br/>
        <w:t>vt 0.887300 0.546700</w:t>
        <w:br/>
        <w:t>vt 0.880700 0.547100</w:t>
        <w:br/>
        <w:t>vt 0.880700 0.544900</w:t>
        <w:br/>
        <w:t>vt 0.887300 0.544400</w:t>
        <w:br/>
        <w:t>vt 0.875400 0.517500</w:t>
        <w:br/>
        <w:t>vt 0.875400 0.525100</w:t>
        <w:br/>
        <w:t>vt 0.875400 0.510600</w:t>
        <w:br/>
        <w:t>vt 0.875400 0.503600</w:t>
        <w:br/>
        <w:t>vt 0.875400 0.532600</w:t>
        <w:br/>
        <w:t>vt 0.875400 0.539800</w:t>
        <w:br/>
        <w:t>vt 0.873000 0.501200</w:t>
        <w:br/>
        <w:t>vt 0.871500 0.500800</w:t>
        <w:br/>
        <w:t>vt 0.871500 0.499300</w:t>
        <w:br/>
        <w:t>vt 0.873900 0.500200</w:t>
        <w:br/>
        <w:t>vt 0.875400 0.502000</w:t>
        <w:br/>
        <w:t>vt 0.875400 0.503600</w:t>
        <w:br/>
        <w:t>vt 0.875400 0.545400</w:t>
        <w:br/>
        <w:t>vt 0.875400 0.545400</w:t>
        <w:br/>
        <w:t>vt 0.875400 0.547200</w:t>
        <w:br/>
        <w:t>vt 0.873900 0.549000</w:t>
        <w:br/>
        <w:t>vt 0.871600 0.549900</w:t>
        <w:br/>
        <w:t>vt 0.871600 0.548300</w:t>
        <w:br/>
        <w:t>vt 0.873100 0.547900</w:t>
        <w:br/>
        <w:t>vt 0.869300 0.548900</w:t>
        <w:br/>
        <w:t>vt 0.870200 0.547900</w:t>
        <w:br/>
        <w:t>vt 0.868100 0.546900</w:t>
        <w:br/>
        <w:t>vt 0.868100 0.545000</w:t>
        <w:br/>
        <w:t>vt 0.868100 0.545000</w:t>
        <w:br/>
        <w:t>vt 0.868100 0.539300</w:t>
        <w:br/>
        <w:t>vt 0.868100 0.532500</w:t>
        <w:br/>
        <w:t>vt 0.868100 0.525000</w:t>
        <w:br/>
        <w:t>vt 0.868100 0.517500</w:t>
        <w:br/>
        <w:t>vt 0.868100 0.510600</w:t>
        <w:br/>
        <w:t>vt 0.868100 0.503500</w:t>
        <w:br/>
        <w:t>vt 0.868100 0.503500</w:t>
        <w:br/>
        <w:t>vt 0.868100 0.501800</w:t>
        <w:br/>
        <w:t>vt 0.870200 0.501100</w:t>
        <w:br/>
        <w:t>vt 0.869300 0.500100</w:t>
        <w:br/>
        <w:t>vt 0.882100 0.548700</w:t>
        <w:br/>
        <w:t>vt 0.886200 0.548500</w:t>
        <w:br/>
        <w:t>vt 0.882100 0.501800</w:t>
        <w:br/>
        <w:t>vt 0.886100 0.501700</w:t>
        <w:br/>
        <w:t>vt 0.871500 0.500800</w:t>
        <w:br/>
        <w:t>vt 0.884200 0.549300</w:t>
        <w:br/>
        <w:t>vt 0.884200 0.501200</w:t>
        <w:br/>
        <w:t>vt 0.946600 0.666300</w:t>
        <w:br/>
        <w:t>vt 0.946200 0.666800</w:t>
        <w:br/>
        <w:t>vt 0.945800 0.666200</w:t>
        <w:br/>
        <w:t>vt 0.946400 0.665700</w:t>
        <w:br/>
        <w:t>vt 0.945900 0.665300</w:t>
        <w:br/>
        <w:t>vt 0.945200 0.665500</w:t>
        <w:br/>
        <w:t>vt 0.944900 0.666000</w:t>
        <w:br/>
        <w:t>vt 0.945100 0.666600</w:t>
        <w:br/>
        <w:t>vt 0.945600 0.667000</w:t>
        <w:br/>
        <w:t>vt 0.944800 0.680900</w:t>
        <w:br/>
        <w:t>vt 0.943600 0.684500</w:t>
        <w:br/>
        <w:t>vt 0.939800 0.681200</w:t>
        <w:br/>
        <w:t>vt 0.940100 0.686200</w:t>
        <w:br/>
        <w:t>vt 0.936400 0.684900</w:t>
        <w:br/>
        <w:t>vt 0.934700 0.681500</w:t>
        <w:br/>
        <w:t>vt 0.935900 0.677900</w:t>
        <w:br/>
        <w:t>vt 0.939500 0.676300</w:t>
        <w:br/>
        <w:t>vt 0.943200 0.677500</w:t>
        <w:br/>
        <w:t>vt 0.899400 0.702500</w:t>
        <w:br/>
        <w:t>vt 0.899400 0.699400</w:t>
        <w:br/>
        <w:t>vt 0.902700 0.699400</w:t>
        <w:br/>
        <w:t>vt 0.902700 0.702500</w:t>
        <w:br/>
        <w:t>vt 0.896200 0.702500</w:t>
        <w:br/>
        <w:t>vt 0.896200 0.699400</w:t>
        <w:br/>
        <w:t>vt 0.899400 0.702500</w:t>
        <w:br/>
        <w:t>vt 0.899400 0.699400</w:t>
        <w:br/>
        <w:t>vt 0.902700 0.702500</w:t>
        <w:br/>
        <w:t>vt 0.902700 0.699400</w:t>
        <w:br/>
        <w:t>vt 0.905900 0.702500</w:t>
        <w:br/>
        <w:t>vt 0.905900 0.699400</w:t>
        <w:br/>
        <w:t>vt 0.909000 0.699400</w:t>
        <w:br/>
        <w:t>vt 0.909000 0.702500</w:t>
        <w:br/>
        <w:t>vt 0.905900 0.702500</w:t>
        <w:br/>
        <w:t>vt 0.905900 0.699400</w:t>
        <w:br/>
        <w:t>vt 0.899400 0.705500</w:t>
        <w:br/>
        <w:t>vt 0.902700 0.705500</w:t>
        <w:br/>
        <w:t>vt 0.896200 0.705500</w:t>
        <w:br/>
        <w:t>vt 0.899400 0.705500</w:t>
        <w:br/>
        <w:t>vt 0.902700 0.705500</w:t>
        <w:br/>
        <w:t>vt 0.905900 0.705500</w:t>
        <w:br/>
        <w:t>vt 0.909000 0.705500</w:t>
        <w:br/>
        <w:t>vt 0.905900 0.705500</w:t>
        <w:br/>
        <w:t>vt 0.902700 0.670300</w:t>
        <w:br/>
        <w:t>vt 0.905900 0.670300</w:t>
        <w:br/>
        <w:t>vt 0.905000 0.661900</w:t>
        <w:br/>
        <w:t>vt 0.902100 0.662100</w:t>
        <w:br/>
        <w:t>vt 0.899400 0.662200</w:t>
        <w:br/>
        <w:t>vt 0.899400 0.670300</w:t>
        <w:br/>
        <w:t>vt 0.896200 0.662300</w:t>
        <w:br/>
        <w:t>vt 0.896200 0.670300</w:t>
        <w:br/>
        <w:t>vt 0.899400 0.662200</w:t>
        <w:br/>
        <w:t>vt 0.899400 0.670300</w:t>
        <w:br/>
        <w:t>vt 0.902100 0.662100</w:t>
        <w:br/>
        <w:t>vt 0.902700 0.670300</w:t>
        <w:br/>
        <w:t>vt 0.905000 0.661900</w:t>
        <w:br/>
        <w:t>vt 0.905900 0.670300</w:t>
        <w:br/>
        <w:t>vt 0.907900 0.661600</w:t>
        <w:br/>
        <w:t>vt 0.909000 0.670300</w:t>
        <w:br/>
        <w:t>vt 0.903900 0.657100</w:t>
        <w:br/>
        <w:t>vt 0.901400 0.657400</w:t>
        <w:br/>
        <w:t>vt 0.898900 0.657600</w:t>
        <w:br/>
        <w:t>vt 0.896200 0.657600</w:t>
        <w:br/>
        <w:t>vt 0.898900 0.657600</w:t>
        <w:br/>
        <w:t>vt 0.901400 0.657400</w:t>
        <w:br/>
        <w:t>vt 0.903900 0.657100</w:t>
        <w:br/>
        <w:t>vt 0.906600 0.656500</w:t>
        <w:br/>
        <w:t>vt 0.896200 0.638600</w:t>
        <w:br/>
        <w:t>vt 0.896900 0.638600</w:t>
        <w:br/>
        <w:t>vt 0.897900 0.648100</w:t>
        <w:br/>
        <w:t>vt 0.896200 0.648100</w:t>
        <w:br/>
        <w:t>vt 0.897700 0.638600</w:t>
        <w:br/>
        <w:t>vt 0.899550 0.648000</w:t>
        <w:br/>
        <w:t>vt 0.898500 0.638600</w:t>
        <w:br/>
        <w:t>vt 0.901200 0.647850</w:t>
        <w:br/>
        <w:t>vt 0.899700 0.638600</w:t>
        <w:br/>
        <w:t>vt 0.903150 0.647550</w:t>
        <w:br/>
        <w:t>vt 0.901200 0.647850</w:t>
        <w:br/>
        <w:t>vt 0.899550 0.648000</w:t>
        <w:br/>
        <w:t>vt 0.897700 0.638600</w:t>
        <w:br/>
        <w:t>vt 0.896900 0.638600</w:t>
        <w:br/>
        <w:t>vt 0.897900 0.648100</w:t>
        <w:br/>
        <w:t>vt 0.869400 0.525000</w:t>
        <w:br/>
        <w:t>vt 0.869400 0.517500</w:t>
        <w:br/>
        <w:t>vt 0.874100 0.517500</w:t>
        <w:br/>
        <w:t>vt 0.874100 0.525000</w:t>
        <w:br/>
        <w:t>vt 0.869400 0.510400</w:t>
        <w:br/>
        <w:t>vt 0.874100 0.510500</w:t>
        <w:br/>
        <w:t>vt 0.874100 0.503700</w:t>
        <w:br/>
        <w:t>vt 0.869400 0.503600</w:t>
        <w:br/>
        <w:t>vt 0.869400 0.532500</w:t>
        <w:br/>
        <w:t>vt 0.874100 0.532600</w:t>
        <w:br/>
        <w:t>vt 0.874100 0.539800</w:t>
        <w:br/>
        <w:t>vt 0.869400 0.539400</w:t>
        <w:br/>
        <w:t>vt 0.874100 0.502300</w:t>
        <w:br/>
        <w:t>vt 0.874100 0.503700</w:t>
        <w:br/>
        <w:t>vt 0.869400 0.503600</w:t>
        <w:br/>
        <w:t>vt 0.869400 0.502200</w:t>
        <w:br/>
        <w:t>vt 0.869400 0.545000</w:t>
        <w:br/>
        <w:t>vt 0.874100 0.545300</w:t>
        <w:br/>
        <w:t>vt 0.874100 0.545300</w:t>
        <w:br/>
        <w:t>vt 0.874100 0.546800</w:t>
        <w:br/>
        <w:t>vt 0.869400 0.546600</w:t>
        <w:br/>
        <w:t>vt 0.869400 0.545000</w:t>
        <w:br/>
        <w:t>vt 0.880700 0.518700</w:t>
        <w:br/>
        <w:t>vt 0.887300 0.518600</w:t>
        <w:br/>
        <w:t>vt 0.887300 0.525500</w:t>
        <w:br/>
        <w:t>vt 0.880700 0.525500</w:t>
        <w:br/>
        <w:t>vt 0.880700 0.512300</w:t>
        <w:br/>
        <w:t>vt 0.887300 0.512300</w:t>
        <w:br/>
        <w:t>vt 0.880700 0.505400</w:t>
        <w:br/>
        <w:t>vt 0.887300 0.505300</w:t>
        <w:br/>
        <w:t>vt 0.880700 0.539000</w:t>
        <w:br/>
        <w:t>vt 0.880700 0.532400</w:t>
        <w:br/>
        <w:t>vt 0.887300 0.532200</w:t>
        <w:br/>
        <w:t>vt 0.887300 0.538600</w:t>
        <w:br/>
        <w:t>vt 0.887300 0.505300</w:t>
        <w:br/>
        <w:t>vt 0.880700 0.505400</w:t>
        <w:br/>
        <w:t>vt 0.880700 0.503400</w:t>
        <w:br/>
        <w:t>vt 0.887300 0.503200</w:t>
        <w:br/>
        <w:t>vt 0.887300 0.544400</w:t>
        <w:br/>
        <w:t>vt 0.880700 0.544900</w:t>
        <w:br/>
        <w:t>vt 0.887300 0.546700</w:t>
        <w:br/>
        <w:t>vt 0.880700 0.547100</w:t>
        <w:br/>
        <w:t>vt 0.880700 0.544900</w:t>
        <w:br/>
        <w:t>vt 0.887300 0.544400</w:t>
        <w:br/>
        <w:t>vt 0.875400 0.517500</w:t>
        <w:br/>
        <w:t>vt 0.875400 0.525100</w:t>
        <w:br/>
        <w:t>vt 0.875400 0.510600</w:t>
        <w:br/>
        <w:t>vt 0.875400 0.503600</w:t>
        <w:br/>
        <w:t>vt 0.875400 0.532600</w:t>
        <w:br/>
        <w:t>vt 0.875400 0.539800</w:t>
        <w:br/>
        <w:t>vt 0.873000 0.501200</w:t>
        <w:br/>
        <w:t>vt 0.871500 0.500800</w:t>
        <w:br/>
        <w:t>vt 0.871500 0.499300</w:t>
        <w:br/>
        <w:t>vt 0.873900 0.500200</w:t>
        <w:br/>
        <w:t>vt 0.875400 0.502000</w:t>
        <w:br/>
        <w:t>vt 0.875400 0.503600</w:t>
        <w:br/>
        <w:t>vt 0.875400 0.545400</w:t>
        <w:br/>
        <w:t>vt 0.875400 0.545400</w:t>
        <w:br/>
        <w:t>vt 0.875400 0.547200</w:t>
        <w:br/>
        <w:t>vt 0.873900 0.549000</w:t>
        <w:br/>
        <w:t>vt 0.871600 0.549900</w:t>
        <w:br/>
        <w:t>vt 0.871600 0.548300</w:t>
        <w:br/>
        <w:t>vt 0.873100 0.547900</w:t>
        <w:br/>
        <w:t>vt 0.869300 0.548900</w:t>
        <w:br/>
        <w:t>vt 0.870200 0.547900</w:t>
        <w:br/>
        <w:t>vt 0.868100 0.546900</w:t>
        <w:br/>
        <w:t>vt 0.868100 0.545000</w:t>
        <w:br/>
        <w:t>vt 0.868100 0.545000</w:t>
        <w:br/>
        <w:t>vt 0.868100 0.539300</w:t>
        <w:br/>
        <w:t>vt 0.868100 0.532500</w:t>
        <w:br/>
        <w:t>vt 0.868100 0.525000</w:t>
        <w:br/>
        <w:t>vt 0.868100 0.517500</w:t>
        <w:br/>
        <w:t>vt 0.868100 0.510600</w:t>
        <w:br/>
        <w:t>vt 0.868100 0.503500</w:t>
        <w:br/>
        <w:t>vt 0.868100 0.503500</w:t>
        <w:br/>
        <w:t>vt 0.868100 0.501800</w:t>
        <w:br/>
        <w:t>vt 0.870200 0.501100</w:t>
        <w:br/>
        <w:t>vt 0.869300 0.500100</w:t>
        <w:br/>
        <w:t>vt 0.882100 0.548700</w:t>
        <w:br/>
        <w:t>vt 0.886200 0.548500</w:t>
        <w:br/>
        <w:t>vt 0.882100 0.501800</w:t>
        <w:br/>
        <w:t>vt 0.886100 0.501700</w:t>
        <w:br/>
        <w:t>vt 0.871500 0.500800</w:t>
        <w:br/>
        <w:t>vt 0.884200 0.549300</w:t>
        <w:br/>
        <w:t>vt 0.884200 0.501200</w:t>
        <w:br/>
        <w:t>vt 0.791100 0.590500</w:t>
        <w:br/>
        <w:t>vt 0.791100 0.583300</w:t>
        <w:br/>
        <w:t>vt 0.811100 0.583300</w:t>
        <w:br/>
        <w:t>vt 0.811100 0.590500</w:t>
        <w:br/>
        <w:t>vt 0.791100 0.576100</w:t>
        <w:br/>
        <w:t>vt 0.811100 0.576100</w:t>
        <w:br/>
        <w:t>vt 0.791100 0.568900</w:t>
        <w:br/>
        <w:t>vt 0.811100 0.568900</w:t>
        <w:br/>
        <w:t>vt 0.791100 0.561700</w:t>
        <w:br/>
        <w:t>vt 0.811100 0.561700</w:t>
        <w:br/>
        <w:t>vt 0.811100 0.619400</w:t>
        <w:br/>
        <w:t>vt 0.791100 0.619400</w:t>
        <w:br/>
        <w:t>vt 0.791100 0.612200</w:t>
        <w:br/>
        <w:t>vt 0.811100 0.612200</w:t>
        <w:br/>
        <w:t>vt 0.791100 0.605000</w:t>
        <w:br/>
        <w:t>vt 0.811100 0.605000</w:t>
        <w:br/>
        <w:t>vt 0.791100 0.597800</w:t>
        <w:br/>
        <w:t>vt 0.811100 0.597800</w:t>
        <w:br/>
        <w:t>vt 0.761000 0.589800</w:t>
        <w:br/>
        <w:t>vt 0.783200 0.589800</w:t>
        <w:br/>
        <w:t>vt 0.783200 0.596300</w:t>
        <w:br/>
        <w:t>vt 0.761000 0.596300</w:t>
        <w:br/>
        <w:t>vt 0.783200 0.602800</w:t>
        <w:br/>
        <w:t>vt 0.761000 0.602800</w:t>
        <w:br/>
        <w:t>vt 0.783200 0.609200</w:t>
        <w:br/>
        <w:t>vt 0.761000 0.609200</w:t>
        <w:br/>
        <w:t>vt 0.783200 0.615700</w:t>
        <w:br/>
        <w:t>vt 0.761000 0.615700</w:t>
        <w:br/>
        <w:t>vt 0.783200 0.563900</w:t>
        <w:br/>
        <w:t>vt 0.783200 0.570400</w:t>
        <w:br/>
        <w:t>vt 0.761000 0.570400</w:t>
        <w:br/>
        <w:t>vt 0.761000 0.563900</w:t>
        <w:br/>
        <w:t>vt 0.783200 0.576900</w:t>
        <w:br/>
        <w:t>vt 0.761000 0.576900</w:t>
        <w:br/>
        <w:t>vt 0.783200 0.583300</w:t>
        <w:br/>
        <w:t>vt 0.761000 0.583300</w:t>
        <w:br/>
        <w:t>vt 0.789300 0.590500</w:t>
        <w:br/>
        <w:t>vt 0.789300 0.583300</w:t>
        <w:br/>
        <w:t>vt 0.812800 0.583300</w:t>
        <w:br/>
        <w:t>vt 0.812800 0.590500</w:t>
        <w:br/>
        <w:t>vt 0.789300 0.576100</w:t>
        <w:br/>
        <w:t>vt 0.812800 0.576100</w:t>
        <w:br/>
        <w:t>vt 0.789300 0.568900</w:t>
        <w:br/>
        <w:t>vt 0.812800 0.568900</w:t>
        <w:br/>
        <w:t>vt 0.789300 0.561700</w:t>
        <w:br/>
        <w:t>vt 0.812800 0.561700</w:t>
        <w:br/>
        <w:t>vt 0.789300 0.612200</w:t>
        <w:br/>
        <w:t>vt 0.789300 0.619400</w:t>
        <w:br/>
        <w:t>vt 0.812800 0.619400</w:t>
        <w:br/>
        <w:t>vt 0.812800 0.612200</w:t>
        <w:br/>
        <w:t>vt 0.789300 0.605000</w:t>
        <w:br/>
        <w:t>vt 0.812800 0.605000</w:t>
        <w:br/>
        <w:t>vt 0.789300 0.597800</w:t>
        <w:br/>
        <w:t>vt 0.812800 0.597800</w:t>
        <w:br/>
        <w:t>vt 0.898500 0.638600</w:t>
        <w:br/>
        <w:t>vt 0.869400 0.525000</w:t>
        <w:br/>
        <w:t>vt 0.869400 0.517500</w:t>
        <w:br/>
        <w:t>vt 0.874100 0.517500</w:t>
        <w:br/>
        <w:t>vt 0.874100 0.525000</w:t>
        <w:br/>
        <w:t>vt 0.869400 0.510400</w:t>
        <w:br/>
        <w:t>vt 0.874100 0.510500</w:t>
        <w:br/>
        <w:t>vt 0.874100 0.503700</w:t>
        <w:br/>
        <w:t>vt 0.869400 0.503600</w:t>
        <w:br/>
        <w:t>vt 0.869400 0.532500</w:t>
        <w:br/>
        <w:t>vt 0.874100 0.532600</w:t>
        <w:br/>
        <w:t>vt 0.874100 0.539800</w:t>
        <w:br/>
        <w:t>vt 0.869400 0.539400</w:t>
        <w:br/>
        <w:t>vt 0.874100 0.502300</w:t>
        <w:br/>
        <w:t>vt 0.874100 0.503700</w:t>
        <w:br/>
        <w:t>vt 0.869400 0.503600</w:t>
        <w:br/>
        <w:t>vt 0.869400 0.502200</w:t>
        <w:br/>
        <w:t>vt 0.869400 0.545000</w:t>
        <w:br/>
        <w:t>vt 0.874100 0.545300</w:t>
        <w:br/>
        <w:t>vt 0.874100 0.545300</w:t>
        <w:br/>
        <w:t>vt 0.874100 0.546800</w:t>
        <w:br/>
        <w:t>vt 0.869400 0.546600</w:t>
        <w:br/>
        <w:t>vt 0.869400 0.545000</w:t>
        <w:br/>
        <w:t>vt 0.880700 0.518700</w:t>
        <w:br/>
        <w:t>vt 0.887300 0.518600</w:t>
        <w:br/>
        <w:t>vt 0.887300 0.525500</w:t>
        <w:br/>
        <w:t>vt 0.880700 0.525500</w:t>
        <w:br/>
        <w:t>vt 0.880700 0.512300</w:t>
        <w:br/>
        <w:t>vt 0.887300 0.512300</w:t>
        <w:br/>
        <w:t>vt 0.880700 0.505400</w:t>
        <w:br/>
        <w:t>vt 0.887300 0.505300</w:t>
        <w:br/>
        <w:t>vt 0.880700 0.539000</w:t>
        <w:br/>
        <w:t>vt 0.880700 0.532400</w:t>
        <w:br/>
        <w:t>vt 0.887300 0.532200</w:t>
        <w:br/>
        <w:t>vt 0.887300 0.538600</w:t>
        <w:br/>
        <w:t>vt 0.887300 0.505300</w:t>
        <w:br/>
        <w:t>vt 0.880700 0.505400</w:t>
        <w:br/>
        <w:t>vt 0.880700 0.503400</w:t>
        <w:br/>
        <w:t>vt 0.887300 0.503200</w:t>
        <w:br/>
        <w:t>vt 0.887300 0.544400</w:t>
        <w:br/>
        <w:t>vt 0.880700 0.544900</w:t>
        <w:br/>
        <w:t>vt 0.887300 0.546700</w:t>
        <w:br/>
        <w:t>vt 0.880700 0.547100</w:t>
        <w:br/>
        <w:t>vt 0.880700 0.544900</w:t>
        <w:br/>
        <w:t>vt 0.887300 0.544400</w:t>
        <w:br/>
        <w:t>vt 0.875400 0.517500</w:t>
        <w:br/>
        <w:t>vt 0.875400 0.525100</w:t>
        <w:br/>
        <w:t>vt 0.875400 0.510600</w:t>
        <w:br/>
        <w:t>vt 0.875400 0.503600</w:t>
        <w:br/>
        <w:t>vt 0.875400 0.532600</w:t>
        <w:br/>
        <w:t>vt 0.875400 0.539800</w:t>
        <w:br/>
        <w:t>vt 0.873000 0.501200</w:t>
        <w:br/>
        <w:t>vt 0.871500 0.500800</w:t>
        <w:br/>
        <w:t>vt 0.871500 0.499300</w:t>
        <w:br/>
        <w:t>vt 0.873900 0.500200</w:t>
        <w:br/>
        <w:t>vt 0.875400 0.502000</w:t>
        <w:br/>
        <w:t>vt 0.875400 0.503600</w:t>
        <w:br/>
        <w:t>vt 0.875400 0.545400</w:t>
        <w:br/>
        <w:t>vt 0.875400 0.545400</w:t>
        <w:br/>
        <w:t>vt 0.875400 0.547200</w:t>
        <w:br/>
        <w:t>vt 0.873900 0.549000</w:t>
        <w:br/>
        <w:t>vt 0.871600 0.549900</w:t>
        <w:br/>
        <w:t>vt 0.871600 0.548300</w:t>
        <w:br/>
        <w:t>vt 0.873100 0.547900</w:t>
        <w:br/>
        <w:t>vt 0.869300 0.548900</w:t>
        <w:br/>
        <w:t>vt 0.870200 0.547900</w:t>
        <w:br/>
        <w:t>vt 0.868100 0.546900</w:t>
        <w:br/>
        <w:t>vt 0.868100 0.545000</w:t>
        <w:br/>
        <w:t>vt 0.868100 0.545000</w:t>
        <w:br/>
        <w:t>vt 0.868100 0.539300</w:t>
        <w:br/>
        <w:t>vt 0.868100 0.532500</w:t>
        <w:br/>
        <w:t>vt 0.868100 0.525000</w:t>
        <w:br/>
        <w:t>vt 0.868100 0.517500</w:t>
        <w:br/>
        <w:t>vt 0.868100 0.510600</w:t>
        <w:br/>
        <w:t>vt 0.868100 0.503500</w:t>
        <w:br/>
        <w:t>vt 0.868100 0.503500</w:t>
        <w:br/>
        <w:t>vt 0.868100 0.501800</w:t>
        <w:br/>
        <w:t>vt 0.870200 0.501100</w:t>
        <w:br/>
        <w:t>vt 0.869300 0.500100</w:t>
        <w:br/>
        <w:t>vt 0.882100 0.548700</w:t>
        <w:br/>
        <w:t>vt 0.886200 0.548500</w:t>
        <w:br/>
        <w:t>vt 0.882100 0.501800</w:t>
        <w:br/>
        <w:t>vt 0.886100 0.501700</w:t>
        <w:br/>
        <w:t>vt 0.871500 0.500800</w:t>
        <w:br/>
        <w:t>vt 0.884200 0.549300</w:t>
        <w:br/>
        <w:t>vt 0.884200 0.501200</w:t>
        <w:br/>
        <w:t>vt 0.946600 0.666300</w:t>
        <w:br/>
        <w:t>vt 0.946200 0.666800</w:t>
        <w:br/>
        <w:t>vt 0.945800 0.666200</w:t>
        <w:br/>
        <w:t>vt 0.946400 0.665700</w:t>
        <w:br/>
        <w:t>vt 0.945900 0.665300</w:t>
        <w:br/>
        <w:t>vt 0.945200 0.665500</w:t>
        <w:br/>
        <w:t>vt 0.944900 0.666000</w:t>
        <w:br/>
        <w:t>vt 0.945100 0.666600</w:t>
        <w:br/>
        <w:t>vt 0.945600 0.667000</w:t>
        <w:br/>
        <w:t>vt 0.944800 0.680900</w:t>
        <w:br/>
        <w:t>vt 0.943600 0.684500</w:t>
        <w:br/>
        <w:t>vt 0.939800 0.681200</w:t>
        <w:br/>
        <w:t>vt 0.940100 0.686200</w:t>
        <w:br/>
        <w:t>vt 0.936400 0.684900</w:t>
        <w:br/>
        <w:t>vt 0.934700 0.681500</w:t>
        <w:br/>
        <w:t>vt 0.935900 0.677900</w:t>
        <w:br/>
        <w:t>vt 0.939500 0.676300</w:t>
        <w:br/>
        <w:t>vt 0.943200 0.677500</w:t>
        <w:br/>
        <w:t>vt 0.899400 0.702500</w:t>
        <w:br/>
        <w:t>vt 0.899400 0.699400</w:t>
        <w:br/>
        <w:t>vt 0.902700 0.699400</w:t>
        <w:br/>
        <w:t>vt 0.902700 0.702500</w:t>
        <w:br/>
        <w:t>vt 0.896200 0.702500</w:t>
        <w:br/>
        <w:t>vt 0.896200 0.699400</w:t>
        <w:br/>
        <w:t>vt 0.899400 0.702500</w:t>
        <w:br/>
        <w:t>vt 0.899400 0.699400</w:t>
        <w:br/>
        <w:t>vt 0.902700 0.702500</w:t>
        <w:br/>
        <w:t>vt 0.902700 0.699400</w:t>
        <w:br/>
        <w:t>vt 0.905900 0.702500</w:t>
        <w:br/>
        <w:t>vt 0.905900 0.699400</w:t>
        <w:br/>
        <w:t>vt 0.909000 0.699400</w:t>
        <w:br/>
        <w:t>vt 0.909000 0.702500</w:t>
        <w:br/>
        <w:t>vt 0.905900 0.702500</w:t>
        <w:br/>
        <w:t>vt 0.905900 0.699400</w:t>
        <w:br/>
        <w:t>vt 0.899400 0.705500</w:t>
        <w:br/>
        <w:t>vt 0.902700 0.705500</w:t>
        <w:br/>
        <w:t>vt 0.896200 0.705500</w:t>
        <w:br/>
        <w:t>vt 0.899400 0.705500</w:t>
        <w:br/>
        <w:t>vt 0.902700 0.705500</w:t>
        <w:br/>
        <w:t>vt 0.905900 0.705500</w:t>
        <w:br/>
        <w:t>vt 0.909000 0.705500</w:t>
        <w:br/>
        <w:t>vt 0.905900 0.705500</w:t>
        <w:br/>
        <w:t>vt 0.902700 0.670300</w:t>
        <w:br/>
        <w:t>vt 0.905900 0.670300</w:t>
        <w:br/>
        <w:t>vt 0.905000 0.661900</w:t>
        <w:br/>
        <w:t>vt 0.902100 0.662100</w:t>
        <w:br/>
        <w:t>vt 0.899400 0.662200</w:t>
        <w:br/>
        <w:t>vt 0.899400 0.670300</w:t>
        <w:br/>
        <w:t>vt 0.896200 0.662300</w:t>
        <w:br/>
        <w:t>vt 0.896200 0.670300</w:t>
        <w:br/>
        <w:t>vt 0.899400 0.662200</w:t>
        <w:br/>
        <w:t>vt 0.899400 0.670300</w:t>
        <w:br/>
        <w:t>vt 0.902100 0.662100</w:t>
        <w:br/>
        <w:t>vt 0.902700 0.670300</w:t>
        <w:br/>
        <w:t>vt 0.905000 0.661900</w:t>
        <w:br/>
        <w:t>vt 0.905900 0.670300</w:t>
        <w:br/>
        <w:t>vt 0.907900 0.661600</w:t>
        <w:br/>
        <w:t>vt 0.909000 0.670300</w:t>
        <w:br/>
        <w:t>vt 0.903900 0.657100</w:t>
        <w:br/>
        <w:t>vt 0.901400 0.657400</w:t>
        <w:br/>
        <w:t>vt 0.898900 0.657600</w:t>
        <w:br/>
        <w:t>vt 0.896200 0.657600</w:t>
        <w:br/>
        <w:t>vt 0.898900 0.657600</w:t>
        <w:br/>
        <w:t>vt 0.901400 0.657400</w:t>
        <w:br/>
        <w:t>vt 0.903900 0.657100</w:t>
        <w:br/>
        <w:t>vt 0.906600 0.656500</w:t>
        <w:br/>
        <w:t>vt 0.896200 0.638600</w:t>
        <w:br/>
        <w:t>vt 0.896900 0.638600</w:t>
        <w:br/>
        <w:t>vt 0.897900 0.648100</w:t>
        <w:br/>
        <w:t>vt 0.896200 0.648100</w:t>
        <w:br/>
        <w:t>vt 0.897700 0.638600</w:t>
        <w:br/>
        <w:t>vt 0.899550 0.648000</w:t>
        <w:br/>
        <w:t>vt 0.898500 0.638600</w:t>
        <w:br/>
        <w:t>vt 0.901200 0.647850</w:t>
        <w:br/>
        <w:t>vt 0.899700 0.638600</w:t>
        <w:br/>
        <w:t>vt 0.903150 0.647550</w:t>
        <w:br/>
        <w:t>vt 0.901200 0.647850</w:t>
        <w:br/>
        <w:t>vt 0.899550 0.648000</w:t>
        <w:br/>
        <w:t>vt 0.897700 0.638600</w:t>
        <w:br/>
        <w:t>vt 0.896900 0.638600</w:t>
        <w:br/>
        <w:t>vt 0.897900 0.648100</w:t>
        <w:br/>
        <w:t>vt 0.869400 0.525000</w:t>
        <w:br/>
        <w:t>vt 0.869400 0.517500</w:t>
        <w:br/>
        <w:t>vt 0.874100 0.517500</w:t>
        <w:br/>
        <w:t>vt 0.874100 0.525000</w:t>
        <w:br/>
        <w:t>vt 0.869400 0.510400</w:t>
        <w:br/>
        <w:t>vt 0.874100 0.510500</w:t>
        <w:br/>
        <w:t>vt 0.874100 0.503700</w:t>
        <w:br/>
        <w:t>vt 0.869400 0.503600</w:t>
        <w:br/>
        <w:t>vt 0.869400 0.532500</w:t>
        <w:br/>
        <w:t>vt 0.874100 0.532600</w:t>
        <w:br/>
        <w:t>vt 0.874100 0.539800</w:t>
        <w:br/>
        <w:t>vt 0.869400 0.539400</w:t>
        <w:br/>
        <w:t>vt 0.874100 0.502300</w:t>
        <w:br/>
        <w:t>vt 0.874100 0.503700</w:t>
        <w:br/>
        <w:t>vt 0.869400 0.503600</w:t>
        <w:br/>
        <w:t>vt 0.869400 0.502200</w:t>
        <w:br/>
        <w:t>vt 0.869400 0.545000</w:t>
        <w:br/>
        <w:t>vt 0.874100 0.545300</w:t>
        <w:br/>
        <w:t>vt 0.874100 0.545300</w:t>
        <w:br/>
        <w:t>vt 0.874100 0.546800</w:t>
        <w:br/>
        <w:t>vt 0.869400 0.546600</w:t>
        <w:br/>
        <w:t>vt 0.869400 0.545000</w:t>
        <w:br/>
        <w:t>vt 0.880700 0.518700</w:t>
        <w:br/>
        <w:t>vt 0.887300 0.518600</w:t>
        <w:br/>
        <w:t>vt 0.887300 0.525500</w:t>
        <w:br/>
        <w:t>vt 0.880700 0.525500</w:t>
        <w:br/>
        <w:t>vt 0.880700 0.512300</w:t>
        <w:br/>
        <w:t>vt 0.887300 0.512300</w:t>
        <w:br/>
        <w:t>vt 0.880700 0.505400</w:t>
        <w:br/>
        <w:t>vt 0.887300 0.505300</w:t>
        <w:br/>
        <w:t>vt 0.880700 0.539000</w:t>
        <w:br/>
        <w:t>vt 0.880700 0.532400</w:t>
        <w:br/>
        <w:t>vt 0.887300 0.532200</w:t>
        <w:br/>
        <w:t>vt 0.887300 0.538600</w:t>
        <w:br/>
        <w:t>vt 0.887300 0.505300</w:t>
        <w:br/>
        <w:t>vt 0.880700 0.505400</w:t>
        <w:br/>
        <w:t>vt 0.880700 0.503400</w:t>
        <w:br/>
        <w:t>vt 0.887300 0.503200</w:t>
        <w:br/>
        <w:t>vt 0.887300 0.544400</w:t>
        <w:br/>
        <w:t>vt 0.880700 0.544900</w:t>
        <w:br/>
        <w:t>vt 0.887300 0.546700</w:t>
        <w:br/>
        <w:t>vt 0.880700 0.547100</w:t>
        <w:br/>
        <w:t>vt 0.880700 0.544900</w:t>
        <w:br/>
        <w:t>vt 0.887300 0.544400</w:t>
        <w:br/>
        <w:t>vt 0.875400 0.517500</w:t>
        <w:br/>
        <w:t>vt 0.875400 0.525100</w:t>
        <w:br/>
        <w:t>vt 0.875400 0.510600</w:t>
        <w:br/>
        <w:t>vt 0.875400 0.503600</w:t>
        <w:br/>
        <w:t>vt 0.875400 0.532600</w:t>
        <w:br/>
        <w:t>vt 0.875400 0.539800</w:t>
        <w:br/>
        <w:t>vt 0.873000 0.501200</w:t>
        <w:br/>
        <w:t>vt 0.871500 0.500800</w:t>
        <w:br/>
        <w:t>vt 0.871500 0.499300</w:t>
        <w:br/>
        <w:t>vt 0.873900 0.500200</w:t>
        <w:br/>
        <w:t>vt 0.875400 0.502000</w:t>
        <w:br/>
        <w:t>vt 0.875400 0.503600</w:t>
        <w:br/>
        <w:t>vt 0.875400 0.545400</w:t>
        <w:br/>
        <w:t>vt 0.875400 0.545400</w:t>
        <w:br/>
        <w:t>vt 0.875400 0.547200</w:t>
        <w:br/>
        <w:t>vt 0.873900 0.549000</w:t>
        <w:br/>
        <w:t>vt 0.871600 0.549900</w:t>
        <w:br/>
        <w:t>vt 0.871600 0.548300</w:t>
        <w:br/>
        <w:t>vt 0.873100 0.547900</w:t>
        <w:br/>
        <w:t>vt 0.869300 0.548900</w:t>
        <w:br/>
        <w:t>vt 0.870200 0.547900</w:t>
        <w:br/>
        <w:t>vt 0.868100 0.546900</w:t>
        <w:br/>
        <w:t>vt 0.868100 0.545000</w:t>
        <w:br/>
        <w:t>vt 0.868100 0.545000</w:t>
        <w:br/>
        <w:t>vt 0.868100 0.539300</w:t>
        <w:br/>
        <w:t>vt 0.868100 0.532500</w:t>
        <w:br/>
        <w:t>vt 0.868100 0.525000</w:t>
        <w:br/>
        <w:t>vt 0.868100 0.517500</w:t>
        <w:br/>
        <w:t>vt 0.868100 0.510600</w:t>
        <w:br/>
        <w:t>vt 0.868100 0.503500</w:t>
        <w:br/>
        <w:t>vt 0.868100 0.503500</w:t>
        <w:br/>
        <w:t>vt 0.868100 0.501800</w:t>
        <w:br/>
        <w:t>vt 0.870200 0.501100</w:t>
        <w:br/>
        <w:t>vt 0.869300 0.500100</w:t>
        <w:br/>
        <w:t>vt 0.882100 0.548700</w:t>
        <w:br/>
        <w:t>vt 0.886200 0.548500</w:t>
        <w:br/>
        <w:t>vt 0.882100 0.501800</w:t>
        <w:br/>
        <w:t>vt 0.886100 0.501700</w:t>
        <w:br/>
        <w:t>vt 0.871500 0.500800</w:t>
        <w:br/>
        <w:t>vt 0.884200 0.549300</w:t>
        <w:br/>
        <w:t>vt 0.884200 0.501200</w:t>
        <w:br/>
        <w:t>vt 0.791100 0.590500</w:t>
        <w:br/>
        <w:t>vt 0.791100 0.583300</w:t>
        <w:br/>
        <w:t>vt 0.811100 0.583300</w:t>
        <w:br/>
        <w:t>vt 0.811100 0.590500</w:t>
        <w:br/>
        <w:t>vt 0.791100 0.576100</w:t>
        <w:br/>
        <w:t>vt 0.811100 0.576100</w:t>
        <w:br/>
        <w:t>vt 0.791100 0.568900</w:t>
        <w:br/>
        <w:t>vt 0.811100 0.568900</w:t>
        <w:br/>
        <w:t>vt 0.791100 0.561700</w:t>
        <w:br/>
        <w:t>vt 0.811100 0.561700</w:t>
        <w:br/>
        <w:t>vt 0.811100 0.619400</w:t>
        <w:br/>
        <w:t>vt 0.791100 0.619400</w:t>
        <w:br/>
        <w:t>vt 0.791100 0.612200</w:t>
        <w:br/>
        <w:t>vt 0.811100 0.612200</w:t>
        <w:br/>
        <w:t>vt 0.791100 0.605000</w:t>
        <w:br/>
        <w:t>vt 0.811100 0.605000</w:t>
        <w:br/>
        <w:t>vt 0.791100 0.597800</w:t>
        <w:br/>
        <w:t>vt 0.811100 0.597800</w:t>
        <w:br/>
        <w:t>vt 0.761000 0.589800</w:t>
        <w:br/>
        <w:t>vt 0.783200 0.589800</w:t>
        <w:br/>
        <w:t>vt 0.783200 0.596300</w:t>
        <w:br/>
        <w:t>vt 0.761000 0.596300</w:t>
        <w:br/>
        <w:t>vt 0.783200 0.602800</w:t>
        <w:br/>
        <w:t>vt 0.761000 0.602800</w:t>
        <w:br/>
        <w:t>vt 0.783200 0.609200</w:t>
        <w:br/>
        <w:t>vt 0.761000 0.609200</w:t>
        <w:br/>
        <w:t>vt 0.783200 0.615700</w:t>
        <w:br/>
        <w:t>vt 0.761000 0.615700</w:t>
        <w:br/>
        <w:t>vt 0.783200 0.563900</w:t>
        <w:br/>
        <w:t>vt 0.783200 0.570400</w:t>
        <w:br/>
        <w:t>vt 0.761000 0.570400</w:t>
        <w:br/>
        <w:t>vt 0.761000 0.563900</w:t>
        <w:br/>
        <w:t>vt 0.783200 0.576900</w:t>
        <w:br/>
        <w:t>vt 0.761000 0.576900</w:t>
        <w:br/>
        <w:t>vt 0.783200 0.583300</w:t>
        <w:br/>
        <w:t>vt 0.761000 0.583300</w:t>
        <w:br/>
        <w:t>vt 0.789300 0.590500</w:t>
        <w:br/>
        <w:t>vt 0.789300 0.583300</w:t>
        <w:br/>
        <w:t>vt 0.812800 0.583300</w:t>
        <w:br/>
        <w:t>vt 0.812800 0.590500</w:t>
        <w:br/>
        <w:t>vt 0.789300 0.576100</w:t>
        <w:br/>
        <w:t>vt 0.812800 0.576100</w:t>
        <w:br/>
        <w:t>vt 0.789300 0.568900</w:t>
        <w:br/>
        <w:t>vt 0.812800 0.568900</w:t>
        <w:br/>
        <w:t>vt 0.789300 0.561700</w:t>
        <w:br/>
        <w:t>vt 0.812800 0.561700</w:t>
        <w:br/>
        <w:t>vt 0.789300 0.612200</w:t>
        <w:br/>
        <w:t>vt 0.789300 0.619400</w:t>
        <w:br/>
        <w:t>vt 0.812800 0.619400</w:t>
        <w:br/>
        <w:t>vt 0.812800 0.612200</w:t>
        <w:br/>
        <w:t>vt 0.789300 0.605000</w:t>
        <w:br/>
        <w:t>vt 0.812800 0.605000</w:t>
        <w:br/>
        <w:t>vt 0.789300 0.597800</w:t>
        <w:br/>
        <w:t>vt 0.812800 0.597800</w:t>
        <w:br/>
        <w:t>vt 0.898500 0.638600</w:t>
        <w:br/>
        <w:t>vt 0.869400 0.525000</w:t>
        <w:br/>
        <w:t>vt 0.869400 0.517500</w:t>
        <w:br/>
        <w:t>vt 0.874100 0.517500</w:t>
        <w:br/>
        <w:t>vt 0.874100 0.525000</w:t>
        <w:br/>
        <w:t>vt 0.869400 0.510400</w:t>
        <w:br/>
        <w:t>vt 0.874100 0.510500</w:t>
        <w:br/>
        <w:t>vt 0.874100 0.503700</w:t>
        <w:br/>
        <w:t>vt 0.869400 0.503600</w:t>
        <w:br/>
        <w:t>vt 0.869400 0.532500</w:t>
        <w:br/>
        <w:t>vt 0.874100 0.532600</w:t>
        <w:br/>
        <w:t>vt 0.874100 0.539800</w:t>
        <w:br/>
        <w:t>vt 0.869400 0.539400</w:t>
        <w:br/>
        <w:t>vt 0.874100 0.502300</w:t>
        <w:br/>
        <w:t>vt 0.874100 0.503700</w:t>
        <w:br/>
        <w:t>vt 0.869400 0.503600</w:t>
        <w:br/>
        <w:t>vt 0.869400 0.502200</w:t>
        <w:br/>
        <w:t>vt 0.869400 0.545000</w:t>
        <w:br/>
        <w:t>vt 0.874100 0.545300</w:t>
        <w:br/>
        <w:t>vt 0.874100 0.545300</w:t>
        <w:br/>
        <w:t>vt 0.874100 0.546800</w:t>
        <w:br/>
        <w:t>vt 0.869400 0.546600</w:t>
        <w:br/>
        <w:t>vt 0.869400 0.545000</w:t>
        <w:br/>
        <w:t>vt 0.880700 0.518700</w:t>
        <w:br/>
        <w:t>vt 0.887300 0.518600</w:t>
        <w:br/>
        <w:t>vt 0.887300 0.525500</w:t>
        <w:br/>
        <w:t>vt 0.880700 0.525500</w:t>
        <w:br/>
        <w:t>vt 0.880700 0.512300</w:t>
        <w:br/>
        <w:t>vt 0.887300 0.512300</w:t>
        <w:br/>
        <w:t>vt 0.880700 0.505400</w:t>
        <w:br/>
        <w:t>vt 0.887300 0.505300</w:t>
        <w:br/>
        <w:t>vt 0.880700 0.539000</w:t>
        <w:br/>
        <w:t>vt 0.880700 0.532400</w:t>
        <w:br/>
        <w:t>vt 0.887300 0.532200</w:t>
        <w:br/>
        <w:t>vt 0.887300 0.538600</w:t>
        <w:br/>
        <w:t>vt 0.887300 0.505300</w:t>
        <w:br/>
        <w:t>vt 0.880700 0.505400</w:t>
        <w:br/>
        <w:t>vt 0.880700 0.503400</w:t>
        <w:br/>
        <w:t>vt 0.887300 0.503200</w:t>
        <w:br/>
        <w:t>vt 0.887300 0.544400</w:t>
        <w:br/>
        <w:t>vt 0.880700 0.544900</w:t>
        <w:br/>
        <w:t>vt 0.887300 0.546700</w:t>
        <w:br/>
        <w:t>vt 0.880700 0.547100</w:t>
        <w:br/>
        <w:t>vt 0.880700 0.544900</w:t>
        <w:br/>
        <w:t>vt 0.887300 0.544400</w:t>
        <w:br/>
        <w:t>vt 0.875400 0.517500</w:t>
        <w:br/>
        <w:t>vt 0.875400 0.525100</w:t>
        <w:br/>
        <w:t>vt 0.875400 0.510600</w:t>
        <w:br/>
        <w:t>vt 0.875400 0.503600</w:t>
        <w:br/>
        <w:t>vt 0.875400 0.532600</w:t>
        <w:br/>
        <w:t>vt 0.875400 0.539800</w:t>
        <w:br/>
        <w:t>vt 0.873000 0.501200</w:t>
        <w:br/>
        <w:t>vt 0.871500 0.500800</w:t>
        <w:br/>
        <w:t>vt 0.871500 0.499300</w:t>
        <w:br/>
        <w:t>vt 0.873900 0.500200</w:t>
        <w:br/>
        <w:t>vt 0.875400 0.502000</w:t>
        <w:br/>
        <w:t>vt 0.875400 0.503600</w:t>
        <w:br/>
        <w:t>vt 0.875400 0.545400</w:t>
        <w:br/>
        <w:t>vt 0.875400 0.545400</w:t>
        <w:br/>
        <w:t>vt 0.875400 0.547200</w:t>
        <w:br/>
        <w:t>vt 0.873900 0.549000</w:t>
        <w:br/>
        <w:t>vt 0.871600 0.549900</w:t>
        <w:br/>
        <w:t>vt 0.871600 0.548300</w:t>
        <w:br/>
        <w:t>vt 0.873100 0.547900</w:t>
        <w:br/>
        <w:t>vt 0.869300 0.548900</w:t>
        <w:br/>
        <w:t>vt 0.870200 0.547900</w:t>
        <w:br/>
        <w:t>vt 0.868100 0.546900</w:t>
        <w:br/>
        <w:t>vt 0.868100 0.545000</w:t>
        <w:br/>
        <w:t>vt 0.868100 0.545000</w:t>
        <w:br/>
        <w:t>vt 0.868100 0.539300</w:t>
        <w:br/>
        <w:t>vt 0.868100 0.532500</w:t>
        <w:br/>
        <w:t>vt 0.868100 0.525000</w:t>
        <w:br/>
        <w:t>vt 0.868100 0.517500</w:t>
        <w:br/>
        <w:t>vt 0.868100 0.510600</w:t>
        <w:br/>
        <w:t>vt 0.868100 0.503500</w:t>
        <w:br/>
        <w:t>vt 0.868100 0.503500</w:t>
        <w:br/>
        <w:t>vt 0.868100 0.501800</w:t>
        <w:br/>
        <w:t>vt 0.870200 0.501100</w:t>
        <w:br/>
        <w:t>vt 0.869300 0.500100</w:t>
        <w:br/>
        <w:t>vt 0.882100 0.548700</w:t>
        <w:br/>
        <w:t>vt 0.886200 0.548500</w:t>
        <w:br/>
        <w:t>vt 0.882100 0.501800</w:t>
        <w:br/>
        <w:t>vt 0.886100 0.501700</w:t>
        <w:br/>
        <w:t>vt 0.871500 0.500800</w:t>
        <w:br/>
        <w:t>vt 0.884200 0.549300</w:t>
        <w:br/>
        <w:t>vt 0.884200 0.501200</w:t>
        <w:br/>
        <w:t>vt 0.946600 0.666300</w:t>
        <w:br/>
        <w:t>vt 0.946200 0.666800</w:t>
        <w:br/>
        <w:t>vt 0.945800 0.666200</w:t>
        <w:br/>
        <w:t>vt 0.946400 0.665700</w:t>
        <w:br/>
        <w:t>vt 0.945900 0.665300</w:t>
        <w:br/>
        <w:t>vt 0.945200 0.665500</w:t>
        <w:br/>
        <w:t>vt 0.944900 0.666000</w:t>
        <w:br/>
        <w:t>vt 0.945100 0.666600</w:t>
        <w:br/>
        <w:t>vt 0.945600 0.667000</w:t>
        <w:br/>
        <w:t>vt 0.944800 0.680900</w:t>
        <w:br/>
        <w:t>vt 0.943600 0.684500</w:t>
        <w:br/>
        <w:t>vt 0.939800 0.681200</w:t>
        <w:br/>
        <w:t>vt 0.940100 0.686200</w:t>
        <w:br/>
        <w:t>vt 0.936400 0.684900</w:t>
        <w:br/>
        <w:t>vt 0.934700 0.681500</w:t>
        <w:br/>
        <w:t>vt 0.935900 0.677900</w:t>
        <w:br/>
        <w:t>vt 0.939500 0.676300</w:t>
        <w:br/>
        <w:t>vt 0.943200 0.677500</w:t>
        <w:br/>
        <w:t>vt 0.899400 0.702500</w:t>
        <w:br/>
        <w:t>vt 0.899400 0.699400</w:t>
        <w:br/>
        <w:t>vt 0.902700 0.699400</w:t>
        <w:br/>
        <w:t>vt 0.902700 0.702500</w:t>
        <w:br/>
        <w:t>vt 0.896200 0.702500</w:t>
        <w:br/>
        <w:t>vt 0.896200 0.699400</w:t>
        <w:br/>
        <w:t>vt 0.899400 0.702500</w:t>
        <w:br/>
        <w:t>vt 0.899400 0.699400</w:t>
        <w:br/>
        <w:t>vt 0.902700 0.702500</w:t>
        <w:br/>
        <w:t>vt 0.902700 0.699400</w:t>
        <w:br/>
        <w:t>vt 0.905900 0.702500</w:t>
        <w:br/>
        <w:t>vt 0.905900 0.699400</w:t>
        <w:br/>
        <w:t>vt 0.909000 0.699400</w:t>
        <w:br/>
        <w:t>vt 0.909000 0.702500</w:t>
        <w:br/>
        <w:t>vt 0.905900 0.702500</w:t>
        <w:br/>
        <w:t>vt 0.905900 0.699400</w:t>
        <w:br/>
        <w:t>vt 0.899400 0.705500</w:t>
        <w:br/>
        <w:t>vt 0.902700 0.705500</w:t>
        <w:br/>
        <w:t>vt 0.896200 0.705500</w:t>
        <w:br/>
        <w:t>vt 0.899400 0.705500</w:t>
        <w:br/>
        <w:t>vt 0.902700 0.705500</w:t>
        <w:br/>
        <w:t>vt 0.905900 0.705500</w:t>
        <w:br/>
        <w:t>vt 0.909000 0.705500</w:t>
        <w:br/>
        <w:t>vt 0.905900 0.705500</w:t>
        <w:br/>
        <w:t>vt 0.902700 0.670300</w:t>
        <w:br/>
        <w:t>vt 0.905900 0.670300</w:t>
        <w:br/>
        <w:t>vt 0.905000 0.661900</w:t>
        <w:br/>
        <w:t>vt 0.902100 0.662100</w:t>
        <w:br/>
        <w:t>vt 0.899400 0.662200</w:t>
        <w:br/>
        <w:t>vt 0.899400 0.670300</w:t>
        <w:br/>
        <w:t>vt 0.896200 0.662300</w:t>
        <w:br/>
        <w:t>vt 0.896200 0.670300</w:t>
        <w:br/>
        <w:t>vt 0.899400 0.662200</w:t>
        <w:br/>
        <w:t>vt 0.899400 0.670300</w:t>
        <w:br/>
        <w:t>vt 0.902100 0.662100</w:t>
        <w:br/>
        <w:t>vt 0.902700 0.670300</w:t>
        <w:br/>
        <w:t>vt 0.905000 0.661900</w:t>
        <w:br/>
        <w:t>vt 0.905900 0.670300</w:t>
        <w:br/>
        <w:t>vt 0.907900 0.661600</w:t>
        <w:br/>
        <w:t>vt 0.909000 0.670300</w:t>
        <w:br/>
        <w:t>vt 0.903900 0.657100</w:t>
        <w:br/>
        <w:t>vt 0.901400 0.657400</w:t>
        <w:br/>
        <w:t>vt 0.898900 0.657600</w:t>
        <w:br/>
        <w:t>vt 0.896200 0.657600</w:t>
        <w:br/>
        <w:t>vt 0.898900 0.657600</w:t>
        <w:br/>
        <w:t>vt 0.901400 0.657400</w:t>
        <w:br/>
        <w:t>vt 0.903900 0.657100</w:t>
        <w:br/>
        <w:t>vt 0.906600 0.656500</w:t>
        <w:br/>
        <w:t>vt 0.896200 0.638600</w:t>
        <w:br/>
        <w:t>vt 0.896900 0.638600</w:t>
        <w:br/>
        <w:t>vt 0.897900 0.648100</w:t>
        <w:br/>
        <w:t>vt 0.896200 0.648100</w:t>
        <w:br/>
        <w:t>vt 0.897700 0.638600</w:t>
        <w:br/>
        <w:t>vt 0.899550 0.648000</w:t>
        <w:br/>
        <w:t>vt 0.898500 0.638600</w:t>
        <w:br/>
        <w:t>vt 0.901200 0.647850</w:t>
        <w:br/>
        <w:t>vt 0.899700 0.638600</w:t>
        <w:br/>
        <w:t>vt 0.903150 0.647550</w:t>
        <w:br/>
        <w:t>vt 0.901200 0.647850</w:t>
        <w:br/>
        <w:t>vt 0.899550 0.648000</w:t>
        <w:br/>
        <w:t>vt 0.897700 0.638600</w:t>
        <w:br/>
        <w:t>vt 0.896900 0.638600</w:t>
        <w:br/>
        <w:t>vt 0.897900 0.648100</w:t>
        <w:br/>
        <w:t>vt 0.869400 0.525000</w:t>
        <w:br/>
        <w:t>vt 0.869400 0.517500</w:t>
        <w:br/>
        <w:t>vt 0.874100 0.517500</w:t>
        <w:br/>
        <w:t>vt 0.874100 0.525000</w:t>
        <w:br/>
        <w:t>vt 0.869400 0.510400</w:t>
        <w:br/>
        <w:t>vt 0.874100 0.510500</w:t>
        <w:br/>
        <w:t>vt 0.874100 0.503700</w:t>
        <w:br/>
        <w:t>vt 0.869400 0.503600</w:t>
        <w:br/>
        <w:t>vt 0.869400 0.532500</w:t>
        <w:br/>
        <w:t>vt 0.874100 0.532600</w:t>
        <w:br/>
        <w:t>vt 0.874100 0.539800</w:t>
        <w:br/>
        <w:t>vt 0.869400 0.539400</w:t>
        <w:br/>
        <w:t>vt 0.874100 0.502300</w:t>
        <w:br/>
        <w:t>vt 0.874100 0.503700</w:t>
        <w:br/>
        <w:t>vt 0.869400 0.503600</w:t>
        <w:br/>
        <w:t>vt 0.869400 0.502200</w:t>
        <w:br/>
        <w:t>vt 0.869400 0.545000</w:t>
        <w:br/>
        <w:t>vt 0.874100 0.545300</w:t>
        <w:br/>
        <w:t>vt 0.874100 0.545300</w:t>
        <w:br/>
        <w:t>vt 0.874100 0.546800</w:t>
        <w:br/>
        <w:t>vt 0.869400 0.546600</w:t>
        <w:br/>
        <w:t>vt 0.869400 0.545000</w:t>
        <w:br/>
        <w:t>vt 0.880700 0.518700</w:t>
        <w:br/>
        <w:t>vt 0.887300 0.518600</w:t>
        <w:br/>
        <w:t>vt 0.887300 0.525500</w:t>
        <w:br/>
        <w:t>vt 0.880700 0.525500</w:t>
        <w:br/>
        <w:t>vt 0.880700 0.512300</w:t>
        <w:br/>
        <w:t>vt 0.887300 0.512300</w:t>
        <w:br/>
        <w:t>vt 0.880700 0.505400</w:t>
        <w:br/>
        <w:t>vt 0.887300 0.505300</w:t>
        <w:br/>
        <w:t>vt 0.880700 0.539000</w:t>
        <w:br/>
        <w:t>vt 0.880700 0.532400</w:t>
        <w:br/>
        <w:t>vt 0.887300 0.532200</w:t>
        <w:br/>
        <w:t>vt 0.887300 0.538600</w:t>
        <w:br/>
        <w:t>vt 0.887300 0.505300</w:t>
        <w:br/>
        <w:t>vt 0.880700 0.505400</w:t>
        <w:br/>
        <w:t>vt 0.880700 0.503400</w:t>
        <w:br/>
        <w:t>vt 0.887300 0.503200</w:t>
        <w:br/>
        <w:t>vt 0.887300 0.544400</w:t>
        <w:br/>
        <w:t>vt 0.880700 0.544900</w:t>
        <w:br/>
        <w:t>vt 0.887300 0.546700</w:t>
        <w:br/>
        <w:t>vt 0.880700 0.547100</w:t>
        <w:br/>
        <w:t>vt 0.880700 0.544900</w:t>
        <w:br/>
        <w:t>vt 0.887300 0.544400</w:t>
        <w:br/>
        <w:t>vt 0.875400 0.517500</w:t>
        <w:br/>
        <w:t>vt 0.875400 0.525100</w:t>
        <w:br/>
        <w:t>vt 0.875400 0.510600</w:t>
        <w:br/>
        <w:t>vt 0.875400 0.503600</w:t>
        <w:br/>
        <w:t>vt 0.875400 0.532600</w:t>
        <w:br/>
        <w:t>vt 0.875400 0.539800</w:t>
        <w:br/>
        <w:t>vt 0.873000 0.501200</w:t>
        <w:br/>
        <w:t>vt 0.871500 0.500800</w:t>
        <w:br/>
        <w:t>vt 0.871500 0.499300</w:t>
        <w:br/>
        <w:t>vt 0.873900 0.500200</w:t>
        <w:br/>
        <w:t>vt 0.875400 0.502000</w:t>
        <w:br/>
        <w:t>vt 0.875400 0.503600</w:t>
        <w:br/>
        <w:t>vt 0.875400 0.545400</w:t>
        <w:br/>
        <w:t>vt 0.875400 0.545400</w:t>
        <w:br/>
        <w:t>vt 0.875400 0.547200</w:t>
        <w:br/>
        <w:t>vt 0.873900 0.549000</w:t>
        <w:br/>
        <w:t>vt 0.871600 0.549900</w:t>
        <w:br/>
        <w:t>vt 0.871600 0.548300</w:t>
        <w:br/>
        <w:t>vt 0.873100 0.547900</w:t>
        <w:br/>
        <w:t>vt 0.869300 0.548900</w:t>
        <w:br/>
        <w:t>vt 0.870200 0.547900</w:t>
        <w:br/>
        <w:t>vt 0.868100 0.546900</w:t>
        <w:br/>
        <w:t>vt 0.868100 0.545000</w:t>
        <w:br/>
        <w:t>vt 0.868100 0.545000</w:t>
        <w:br/>
        <w:t>vt 0.868100 0.539300</w:t>
        <w:br/>
        <w:t>vt 0.868100 0.532500</w:t>
        <w:br/>
        <w:t>vt 0.868100 0.525000</w:t>
        <w:br/>
        <w:t>vt 0.868100 0.517500</w:t>
        <w:br/>
        <w:t>vt 0.868100 0.510600</w:t>
        <w:br/>
        <w:t>vt 0.868100 0.503500</w:t>
        <w:br/>
        <w:t>vt 0.868100 0.503500</w:t>
        <w:br/>
        <w:t>vt 0.868100 0.501800</w:t>
        <w:br/>
        <w:t>vt 0.870200 0.501100</w:t>
        <w:br/>
        <w:t>vt 0.869300 0.500100</w:t>
        <w:br/>
        <w:t>vt 0.882100 0.548700</w:t>
        <w:br/>
        <w:t>vt 0.886200 0.548500</w:t>
        <w:br/>
        <w:t>vt 0.882100 0.501800</w:t>
        <w:br/>
        <w:t>vt 0.886100 0.501700</w:t>
        <w:br/>
        <w:t>vt 0.871500 0.500800</w:t>
        <w:br/>
        <w:t>vt 0.884200 0.549300</w:t>
        <w:br/>
        <w:t>vt 0.884200 0.501200</w:t>
        <w:br/>
        <w:t>vt 0.791100 0.590500</w:t>
        <w:br/>
        <w:t>vt 0.791100 0.583300</w:t>
        <w:br/>
        <w:t>vt 0.811100 0.583300</w:t>
        <w:br/>
        <w:t>vt 0.811100 0.590500</w:t>
        <w:br/>
        <w:t>vt 0.791100 0.576100</w:t>
        <w:br/>
        <w:t>vt 0.811100 0.576100</w:t>
        <w:br/>
        <w:t>vt 0.791100 0.568900</w:t>
        <w:br/>
        <w:t>vt 0.811100 0.568900</w:t>
        <w:br/>
        <w:t>vt 0.791100 0.561700</w:t>
        <w:br/>
        <w:t>vt 0.811100 0.561700</w:t>
        <w:br/>
        <w:t>vt 0.811100 0.619400</w:t>
        <w:br/>
        <w:t>vt 0.791100 0.619400</w:t>
        <w:br/>
        <w:t>vt 0.791100 0.612200</w:t>
        <w:br/>
        <w:t>vt 0.811100 0.612200</w:t>
        <w:br/>
        <w:t>vt 0.791100 0.605000</w:t>
        <w:br/>
        <w:t>vt 0.811100 0.605000</w:t>
        <w:br/>
        <w:t>vt 0.791100 0.597800</w:t>
        <w:br/>
        <w:t>vt 0.811100 0.597800</w:t>
        <w:br/>
        <w:t>vt 0.761000 0.589800</w:t>
        <w:br/>
        <w:t>vt 0.783200 0.589800</w:t>
        <w:br/>
        <w:t>vt 0.783200 0.596300</w:t>
        <w:br/>
        <w:t>vt 0.761000 0.596300</w:t>
        <w:br/>
        <w:t>vt 0.783200 0.602800</w:t>
        <w:br/>
        <w:t>vt 0.761000 0.602800</w:t>
        <w:br/>
        <w:t>vt 0.783200 0.609200</w:t>
        <w:br/>
        <w:t>vt 0.761000 0.609200</w:t>
        <w:br/>
        <w:t>vt 0.783200 0.615700</w:t>
        <w:br/>
        <w:t>vt 0.761000 0.615700</w:t>
        <w:br/>
        <w:t>vt 0.783200 0.563900</w:t>
        <w:br/>
        <w:t>vt 0.783200 0.570400</w:t>
        <w:br/>
        <w:t>vt 0.761000 0.570400</w:t>
        <w:br/>
        <w:t>vt 0.761000 0.563900</w:t>
        <w:br/>
        <w:t>vt 0.783200 0.576900</w:t>
        <w:br/>
        <w:t>vt 0.761000 0.576900</w:t>
        <w:br/>
        <w:t>vt 0.783200 0.583300</w:t>
        <w:br/>
        <w:t>vt 0.761000 0.583300</w:t>
        <w:br/>
        <w:t>vt 0.789300 0.590500</w:t>
        <w:br/>
        <w:t>vt 0.789300 0.583300</w:t>
        <w:br/>
        <w:t>vt 0.812800 0.583300</w:t>
        <w:br/>
        <w:t>vt 0.812800 0.590500</w:t>
        <w:br/>
        <w:t>vt 0.789300 0.576100</w:t>
        <w:br/>
        <w:t>vt 0.812800 0.576100</w:t>
        <w:br/>
        <w:t>vt 0.789300 0.568900</w:t>
        <w:br/>
        <w:t>vt 0.812800 0.568900</w:t>
        <w:br/>
        <w:t>vt 0.789300 0.561700</w:t>
        <w:br/>
        <w:t>vt 0.812800 0.561700</w:t>
        <w:br/>
        <w:t>vt 0.789300 0.612200</w:t>
        <w:br/>
        <w:t>vt 0.789300 0.619400</w:t>
        <w:br/>
        <w:t>vt 0.812800 0.619400</w:t>
        <w:br/>
        <w:t>vt 0.812800 0.612200</w:t>
        <w:br/>
        <w:t>vt 0.789300 0.605000</w:t>
        <w:br/>
        <w:t>vt 0.812800 0.605000</w:t>
        <w:br/>
        <w:t>vt 0.789300 0.597800</w:t>
        <w:br/>
        <w:t>vt 0.812800 0.597800</w:t>
        <w:br/>
        <w:t>vt 0.898500 0.638600</w:t>
        <w:br/>
        <w:t>vt 0.869400 0.525000</w:t>
        <w:br/>
        <w:t>vt 0.869400 0.517500</w:t>
        <w:br/>
        <w:t>vt 0.874100 0.517500</w:t>
        <w:br/>
        <w:t>vt 0.874100 0.525000</w:t>
        <w:br/>
        <w:t>vt 0.869400 0.510400</w:t>
        <w:br/>
        <w:t>vt 0.874100 0.510500</w:t>
        <w:br/>
        <w:t>vt 0.874100 0.503700</w:t>
        <w:br/>
        <w:t>vt 0.869400 0.503600</w:t>
        <w:br/>
        <w:t>vt 0.869400 0.532500</w:t>
        <w:br/>
        <w:t>vt 0.874100 0.532600</w:t>
        <w:br/>
        <w:t>vt 0.874100 0.539800</w:t>
        <w:br/>
        <w:t>vt 0.869400 0.539400</w:t>
        <w:br/>
        <w:t>vt 0.874100 0.502300</w:t>
        <w:br/>
        <w:t>vt 0.874100 0.503700</w:t>
        <w:br/>
        <w:t>vt 0.869400 0.503600</w:t>
        <w:br/>
        <w:t>vt 0.869400 0.502200</w:t>
        <w:br/>
        <w:t>vt 0.869400 0.545000</w:t>
        <w:br/>
        <w:t>vt 0.874100 0.545300</w:t>
        <w:br/>
        <w:t>vt 0.874100 0.545300</w:t>
        <w:br/>
        <w:t>vt 0.874100 0.546800</w:t>
        <w:br/>
        <w:t>vt 0.869400 0.546600</w:t>
        <w:br/>
        <w:t>vt 0.869400 0.545000</w:t>
        <w:br/>
        <w:t>vt 0.880700 0.518700</w:t>
        <w:br/>
        <w:t>vt 0.887300 0.518600</w:t>
        <w:br/>
        <w:t>vt 0.887300 0.525500</w:t>
        <w:br/>
        <w:t>vt 0.880700 0.525500</w:t>
        <w:br/>
        <w:t>vt 0.880700 0.512300</w:t>
        <w:br/>
        <w:t>vt 0.887300 0.512300</w:t>
        <w:br/>
        <w:t>vt 0.880700 0.505400</w:t>
        <w:br/>
        <w:t>vt 0.887300 0.505300</w:t>
        <w:br/>
        <w:t>vt 0.880700 0.539000</w:t>
        <w:br/>
        <w:t>vt 0.880700 0.532400</w:t>
        <w:br/>
        <w:t>vt 0.887300 0.532200</w:t>
        <w:br/>
        <w:t>vt 0.887300 0.538600</w:t>
        <w:br/>
        <w:t>vt 0.887300 0.505300</w:t>
        <w:br/>
        <w:t>vt 0.880700 0.505400</w:t>
        <w:br/>
        <w:t>vt 0.880700 0.503400</w:t>
        <w:br/>
        <w:t>vt 0.887300 0.503200</w:t>
        <w:br/>
        <w:t>vt 0.887300 0.544400</w:t>
        <w:br/>
        <w:t>vt 0.880700 0.544900</w:t>
        <w:br/>
        <w:t>vt 0.887300 0.546700</w:t>
        <w:br/>
        <w:t>vt 0.880700 0.547100</w:t>
        <w:br/>
        <w:t>vt 0.880700 0.544900</w:t>
        <w:br/>
        <w:t>vt 0.887300 0.544400</w:t>
        <w:br/>
        <w:t>vt 0.875400 0.517500</w:t>
        <w:br/>
        <w:t>vt 0.875400 0.525100</w:t>
        <w:br/>
        <w:t>vt 0.875400 0.510600</w:t>
        <w:br/>
        <w:t>vt 0.875400 0.503600</w:t>
        <w:br/>
        <w:t>vt 0.875400 0.532600</w:t>
        <w:br/>
        <w:t>vt 0.875400 0.539800</w:t>
        <w:br/>
        <w:t>vt 0.873000 0.501200</w:t>
        <w:br/>
        <w:t>vt 0.871500 0.500800</w:t>
        <w:br/>
        <w:t>vt 0.871500 0.499300</w:t>
        <w:br/>
        <w:t>vt 0.873900 0.500200</w:t>
        <w:br/>
        <w:t>vt 0.875400 0.502000</w:t>
        <w:br/>
        <w:t>vt 0.875400 0.503600</w:t>
        <w:br/>
        <w:t>vt 0.875400 0.545400</w:t>
        <w:br/>
        <w:t>vt 0.875400 0.545400</w:t>
        <w:br/>
        <w:t>vt 0.875400 0.547200</w:t>
        <w:br/>
        <w:t>vt 0.873900 0.549000</w:t>
        <w:br/>
        <w:t>vt 0.871600 0.549900</w:t>
        <w:br/>
        <w:t>vt 0.871600 0.548300</w:t>
        <w:br/>
        <w:t>vt 0.873100 0.547900</w:t>
        <w:br/>
        <w:t>vt 0.869300 0.548900</w:t>
        <w:br/>
        <w:t>vt 0.870200 0.547900</w:t>
        <w:br/>
        <w:t>vt 0.868100 0.546900</w:t>
        <w:br/>
        <w:t>vt 0.868100 0.545000</w:t>
        <w:br/>
        <w:t>vt 0.868100 0.545000</w:t>
        <w:br/>
        <w:t>vt 0.868100 0.539300</w:t>
        <w:br/>
        <w:t>vt 0.868100 0.532500</w:t>
        <w:br/>
        <w:t>vt 0.868100 0.525000</w:t>
        <w:br/>
        <w:t>vt 0.868100 0.517500</w:t>
        <w:br/>
        <w:t>vt 0.868100 0.510600</w:t>
        <w:br/>
        <w:t>vt 0.868100 0.503500</w:t>
        <w:br/>
        <w:t>vt 0.868100 0.503500</w:t>
        <w:br/>
        <w:t>vt 0.868100 0.501800</w:t>
        <w:br/>
        <w:t>vt 0.870200 0.501100</w:t>
        <w:br/>
        <w:t>vt 0.869300 0.500100</w:t>
        <w:br/>
        <w:t>vt 0.882100 0.548700</w:t>
        <w:br/>
        <w:t>vt 0.886200 0.548500</w:t>
        <w:br/>
        <w:t>vt 0.882100 0.501800</w:t>
        <w:br/>
        <w:t>vt 0.886100 0.501700</w:t>
        <w:br/>
        <w:t>vt 0.871500 0.500800</w:t>
        <w:br/>
        <w:t>vt 0.884200 0.549300</w:t>
        <w:br/>
        <w:t>vt 0.884200 0.501200</w:t>
        <w:br/>
        <w:t>vt 0.946600 0.666300</w:t>
        <w:br/>
        <w:t>vt 0.946200 0.666800</w:t>
        <w:br/>
        <w:t>vt 0.945800 0.666200</w:t>
        <w:br/>
        <w:t>vt 0.946400 0.665700</w:t>
        <w:br/>
        <w:t>vt 0.945900 0.665300</w:t>
        <w:br/>
        <w:t>vt 0.945200 0.665500</w:t>
        <w:br/>
        <w:t>vt 0.944900 0.666000</w:t>
        <w:br/>
        <w:t>vt 0.945100 0.666600</w:t>
        <w:br/>
        <w:t>vt 0.945600 0.667000</w:t>
        <w:br/>
        <w:t>vt 0.944800 0.680900</w:t>
        <w:br/>
        <w:t>vt 0.943600 0.684500</w:t>
        <w:br/>
        <w:t>vt 0.939800 0.681200</w:t>
        <w:br/>
        <w:t>vt 0.940100 0.686200</w:t>
        <w:br/>
        <w:t>vt 0.936400 0.684900</w:t>
        <w:br/>
        <w:t>vt 0.934700 0.681500</w:t>
        <w:br/>
        <w:t>vt 0.935900 0.677900</w:t>
        <w:br/>
        <w:t>vt 0.939500 0.676300</w:t>
        <w:br/>
        <w:t>vt 0.943200 0.677500</w:t>
        <w:br/>
        <w:t>vt 0.899400 0.702500</w:t>
        <w:br/>
        <w:t>vt 0.899400 0.699400</w:t>
        <w:br/>
        <w:t>vt 0.902700 0.699400</w:t>
        <w:br/>
        <w:t>vt 0.902700 0.702500</w:t>
        <w:br/>
        <w:t>vt 0.896200 0.702500</w:t>
        <w:br/>
        <w:t>vt 0.896200 0.699400</w:t>
        <w:br/>
        <w:t>vt 0.899400 0.702500</w:t>
        <w:br/>
        <w:t>vt 0.899400 0.699400</w:t>
        <w:br/>
        <w:t>vt 0.902700 0.702500</w:t>
        <w:br/>
        <w:t>vt 0.902700 0.699400</w:t>
        <w:br/>
        <w:t>vt 0.905900 0.702500</w:t>
        <w:br/>
        <w:t>vt 0.905900 0.699400</w:t>
        <w:br/>
        <w:t>vt 0.909000 0.699400</w:t>
        <w:br/>
        <w:t>vt 0.909000 0.702500</w:t>
        <w:br/>
        <w:t>vt 0.905900 0.702500</w:t>
        <w:br/>
        <w:t>vt 0.905900 0.699400</w:t>
        <w:br/>
        <w:t>vt 0.899400 0.705500</w:t>
        <w:br/>
        <w:t>vt 0.902700 0.705500</w:t>
        <w:br/>
        <w:t>vt 0.896200 0.705500</w:t>
        <w:br/>
        <w:t>vt 0.899400 0.705500</w:t>
        <w:br/>
        <w:t>vt 0.902700 0.705500</w:t>
        <w:br/>
        <w:t>vt 0.905900 0.705500</w:t>
        <w:br/>
        <w:t>vt 0.909000 0.705500</w:t>
        <w:br/>
        <w:t>vt 0.905900 0.705500</w:t>
        <w:br/>
        <w:t>vt 0.902700 0.670300</w:t>
        <w:br/>
        <w:t>vt 0.905900 0.670300</w:t>
        <w:br/>
        <w:t>vt 0.905000 0.661900</w:t>
        <w:br/>
        <w:t>vt 0.902100 0.662100</w:t>
        <w:br/>
        <w:t>vt 0.899400 0.662200</w:t>
        <w:br/>
        <w:t>vt 0.899400 0.670300</w:t>
        <w:br/>
        <w:t>vt 0.896200 0.662300</w:t>
        <w:br/>
        <w:t>vt 0.896200 0.670300</w:t>
        <w:br/>
        <w:t>vt 0.899400 0.662200</w:t>
        <w:br/>
        <w:t>vt 0.899400 0.670300</w:t>
        <w:br/>
        <w:t>vt 0.902100 0.662100</w:t>
        <w:br/>
        <w:t>vt 0.902700 0.670300</w:t>
        <w:br/>
        <w:t>vt 0.905000 0.661900</w:t>
        <w:br/>
        <w:t>vt 0.905900 0.670300</w:t>
        <w:br/>
        <w:t>vt 0.907900 0.661600</w:t>
        <w:br/>
        <w:t>vt 0.909000 0.670300</w:t>
        <w:br/>
        <w:t>vt 0.903900 0.657100</w:t>
        <w:br/>
        <w:t>vt 0.901400 0.657400</w:t>
        <w:br/>
        <w:t>vt 0.898900 0.657600</w:t>
        <w:br/>
        <w:t>vt 0.896200 0.657600</w:t>
        <w:br/>
        <w:t>vt 0.898900 0.657600</w:t>
        <w:br/>
        <w:t>vt 0.901400 0.657400</w:t>
        <w:br/>
        <w:t>vt 0.903900 0.657100</w:t>
        <w:br/>
        <w:t>vt 0.906600 0.656500</w:t>
        <w:br/>
        <w:t>vt 0.896200 0.638600</w:t>
        <w:br/>
        <w:t>vt 0.896900 0.638600</w:t>
        <w:br/>
        <w:t>vt 0.897900 0.648100</w:t>
        <w:br/>
        <w:t>vt 0.896200 0.648100</w:t>
        <w:br/>
        <w:t>vt 0.897700 0.638600</w:t>
        <w:br/>
        <w:t>vt 0.899550 0.648000</w:t>
        <w:br/>
        <w:t>vt 0.898500 0.638600</w:t>
        <w:br/>
        <w:t>vt 0.901200 0.647850</w:t>
        <w:br/>
        <w:t>vt 0.899700 0.638600</w:t>
        <w:br/>
        <w:t>vt 0.903150 0.647550</w:t>
        <w:br/>
        <w:t>vt 0.901200 0.647850</w:t>
        <w:br/>
        <w:t>vt 0.899550 0.648000</w:t>
        <w:br/>
        <w:t>vt 0.897700 0.638600</w:t>
        <w:br/>
        <w:t>vt 0.896900 0.638600</w:t>
        <w:br/>
        <w:t>vt 0.897900 0.648100</w:t>
        <w:br/>
        <w:t>vt 0.869400 0.525000</w:t>
        <w:br/>
        <w:t>vt 0.869400 0.517500</w:t>
        <w:br/>
        <w:t>vt 0.874100 0.517500</w:t>
        <w:br/>
        <w:t>vt 0.874100 0.525000</w:t>
        <w:br/>
        <w:t>vt 0.869400 0.510400</w:t>
        <w:br/>
        <w:t>vt 0.874100 0.510500</w:t>
        <w:br/>
        <w:t>vt 0.874100 0.503700</w:t>
        <w:br/>
        <w:t>vt 0.869400 0.503600</w:t>
        <w:br/>
        <w:t>vt 0.869400 0.532500</w:t>
        <w:br/>
        <w:t>vt 0.874100 0.532600</w:t>
        <w:br/>
        <w:t>vt 0.874100 0.539800</w:t>
        <w:br/>
        <w:t>vt 0.869400 0.539400</w:t>
        <w:br/>
        <w:t>vt 0.874100 0.502300</w:t>
        <w:br/>
        <w:t>vt 0.874100 0.503700</w:t>
        <w:br/>
        <w:t>vt 0.869400 0.503600</w:t>
        <w:br/>
        <w:t>vt 0.869400 0.502200</w:t>
        <w:br/>
        <w:t>vt 0.869400 0.545000</w:t>
        <w:br/>
        <w:t>vt 0.874100 0.545300</w:t>
        <w:br/>
        <w:t>vt 0.874100 0.545300</w:t>
        <w:br/>
        <w:t>vt 0.874100 0.546800</w:t>
        <w:br/>
        <w:t>vt 0.869400 0.546600</w:t>
        <w:br/>
        <w:t>vt 0.869400 0.545000</w:t>
        <w:br/>
        <w:t>vt 0.880700 0.518700</w:t>
        <w:br/>
        <w:t>vt 0.887300 0.518600</w:t>
        <w:br/>
        <w:t>vt 0.887300 0.525500</w:t>
        <w:br/>
        <w:t>vt 0.880700 0.525500</w:t>
        <w:br/>
        <w:t>vt 0.880700 0.512300</w:t>
        <w:br/>
        <w:t>vt 0.887300 0.512300</w:t>
        <w:br/>
        <w:t>vt 0.880700 0.505400</w:t>
        <w:br/>
        <w:t>vt 0.887300 0.505300</w:t>
        <w:br/>
        <w:t>vt 0.880700 0.539000</w:t>
        <w:br/>
        <w:t>vt 0.880700 0.532400</w:t>
        <w:br/>
        <w:t>vt 0.887300 0.532200</w:t>
        <w:br/>
        <w:t>vt 0.887300 0.538600</w:t>
        <w:br/>
        <w:t>vt 0.887300 0.505300</w:t>
        <w:br/>
        <w:t>vt 0.880700 0.505400</w:t>
        <w:br/>
        <w:t>vt 0.880700 0.503400</w:t>
        <w:br/>
        <w:t>vt 0.887300 0.503200</w:t>
        <w:br/>
        <w:t>vt 0.887300 0.544400</w:t>
        <w:br/>
        <w:t>vt 0.880700 0.544900</w:t>
        <w:br/>
        <w:t>vt 0.887300 0.546700</w:t>
        <w:br/>
        <w:t>vt 0.880700 0.547100</w:t>
        <w:br/>
        <w:t>vt 0.880700 0.544900</w:t>
        <w:br/>
        <w:t>vt 0.887300 0.544400</w:t>
        <w:br/>
        <w:t>vt 0.875400 0.517500</w:t>
        <w:br/>
        <w:t>vt 0.875400 0.525100</w:t>
        <w:br/>
        <w:t>vt 0.875400 0.510600</w:t>
        <w:br/>
        <w:t>vt 0.875400 0.503600</w:t>
        <w:br/>
        <w:t>vt 0.875400 0.532600</w:t>
        <w:br/>
        <w:t>vt 0.875400 0.539800</w:t>
        <w:br/>
        <w:t>vt 0.873000 0.501200</w:t>
        <w:br/>
        <w:t>vt 0.871500 0.500800</w:t>
        <w:br/>
        <w:t>vt 0.871500 0.499300</w:t>
        <w:br/>
        <w:t>vt 0.873900 0.500200</w:t>
        <w:br/>
        <w:t>vt 0.875400 0.502000</w:t>
        <w:br/>
        <w:t>vt 0.875400 0.503600</w:t>
        <w:br/>
        <w:t>vt 0.875400 0.545400</w:t>
        <w:br/>
        <w:t>vt 0.875400 0.545400</w:t>
        <w:br/>
        <w:t>vt 0.875400 0.547200</w:t>
        <w:br/>
        <w:t>vt 0.873900 0.549000</w:t>
        <w:br/>
        <w:t>vt 0.871600 0.549900</w:t>
        <w:br/>
        <w:t>vt 0.871600 0.548300</w:t>
        <w:br/>
        <w:t>vt 0.873100 0.547900</w:t>
        <w:br/>
        <w:t>vt 0.869300 0.548900</w:t>
        <w:br/>
        <w:t>vt 0.870200 0.547900</w:t>
        <w:br/>
        <w:t>vt 0.868100 0.546900</w:t>
        <w:br/>
        <w:t>vt 0.868100 0.545000</w:t>
        <w:br/>
        <w:t>vt 0.868100 0.545000</w:t>
        <w:br/>
        <w:t>vt 0.868100 0.539300</w:t>
        <w:br/>
        <w:t>vt 0.868100 0.532500</w:t>
        <w:br/>
        <w:t>vt 0.868100 0.525000</w:t>
        <w:br/>
        <w:t>vt 0.868100 0.517500</w:t>
        <w:br/>
        <w:t>vt 0.868100 0.510600</w:t>
        <w:br/>
        <w:t>vt 0.868100 0.503500</w:t>
        <w:br/>
        <w:t>vt 0.868100 0.503500</w:t>
        <w:br/>
        <w:t>vt 0.868100 0.501800</w:t>
        <w:br/>
        <w:t>vt 0.870200 0.501100</w:t>
        <w:br/>
        <w:t>vt 0.869300 0.500100</w:t>
        <w:br/>
        <w:t>vt 0.882100 0.548700</w:t>
        <w:br/>
        <w:t>vt 0.886200 0.548500</w:t>
        <w:br/>
        <w:t>vt 0.882100 0.501800</w:t>
        <w:br/>
        <w:t>vt 0.886100 0.501700</w:t>
        <w:br/>
        <w:t>vt 0.871500 0.500800</w:t>
        <w:br/>
        <w:t>vt 0.884200 0.549300</w:t>
        <w:br/>
        <w:t>vt 0.884200 0.501200</w:t>
        <w:br/>
        <w:t>vt 0.791100 0.590500</w:t>
        <w:br/>
        <w:t>vt 0.791100 0.583300</w:t>
        <w:br/>
        <w:t>vt 0.811100 0.583300</w:t>
        <w:br/>
        <w:t>vt 0.811100 0.590500</w:t>
        <w:br/>
        <w:t>vt 0.791100 0.576100</w:t>
        <w:br/>
        <w:t>vt 0.811100 0.576100</w:t>
        <w:br/>
        <w:t>vt 0.791100 0.568900</w:t>
        <w:br/>
        <w:t>vt 0.811100 0.568900</w:t>
        <w:br/>
        <w:t>vt 0.791100 0.561700</w:t>
        <w:br/>
        <w:t>vt 0.811100 0.561700</w:t>
        <w:br/>
        <w:t>vt 0.811100 0.619400</w:t>
        <w:br/>
        <w:t>vt 0.791100 0.619400</w:t>
        <w:br/>
        <w:t>vt 0.791100 0.612200</w:t>
        <w:br/>
        <w:t>vt 0.811100 0.612200</w:t>
        <w:br/>
        <w:t>vt 0.791100 0.605000</w:t>
        <w:br/>
        <w:t>vt 0.811100 0.605000</w:t>
        <w:br/>
        <w:t>vt 0.791100 0.597800</w:t>
        <w:br/>
        <w:t>vt 0.811100 0.597800</w:t>
        <w:br/>
        <w:t>vt 0.761000 0.589800</w:t>
        <w:br/>
        <w:t>vt 0.783200 0.589800</w:t>
        <w:br/>
        <w:t>vt 0.783200 0.596300</w:t>
        <w:br/>
        <w:t>vt 0.761000 0.596300</w:t>
        <w:br/>
        <w:t>vt 0.783200 0.602800</w:t>
        <w:br/>
        <w:t>vt 0.761000 0.602800</w:t>
        <w:br/>
        <w:t>vt 0.783200 0.609200</w:t>
        <w:br/>
        <w:t>vt 0.761000 0.609200</w:t>
        <w:br/>
        <w:t>vt 0.783200 0.615700</w:t>
        <w:br/>
        <w:t>vt 0.761000 0.615700</w:t>
        <w:br/>
        <w:t>vt 0.783200 0.563900</w:t>
        <w:br/>
        <w:t>vt 0.783200 0.570400</w:t>
        <w:br/>
        <w:t>vt 0.761000 0.570400</w:t>
        <w:br/>
        <w:t>vt 0.761000 0.563900</w:t>
        <w:br/>
        <w:t>vt 0.783200 0.576900</w:t>
        <w:br/>
        <w:t>vt 0.761000 0.576900</w:t>
        <w:br/>
        <w:t>vt 0.783200 0.583300</w:t>
        <w:br/>
        <w:t>vt 0.761000 0.583300</w:t>
        <w:br/>
        <w:t>vt 0.789300 0.590500</w:t>
        <w:br/>
        <w:t>vt 0.789300 0.583300</w:t>
        <w:br/>
        <w:t>vt 0.812800 0.583300</w:t>
        <w:br/>
        <w:t>vt 0.812800 0.590500</w:t>
        <w:br/>
        <w:t>vt 0.789300 0.576100</w:t>
        <w:br/>
        <w:t>vt 0.812800 0.576100</w:t>
        <w:br/>
        <w:t>vt 0.789300 0.568900</w:t>
        <w:br/>
        <w:t>vt 0.812800 0.568900</w:t>
        <w:br/>
        <w:t>vt 0.789300 0.561700</w:t>
        <w:br/>
        <w:t>vt 0.812800 0.561700</w:t>
        <w:br/>
        <w:t>vt 0.789300 0.612200</w:t>
        <w:br/>
        <w:t>vt 0.789300 0.619400</w:t>
        <w:br/>
        <w:t>vt 0.812800 0.619400</w:t>
        <w:br/>
        <w:t>vt 0.812800 0.612200</w:t>
        <w:br/>
        <w:t>vt 0.789300 0.605000</w:t>
        <w:br/>
        <w:t>vt 0.812800 0.605000</w:t>
        <w:br/>
        <w:t>vt 0.789300 0.597800</w:t>
        <w:br/>
        <w:t>vt 0.812800 0.597800</w:t>
        <w:br/>
        <w:t>vt 0.898500 0.638600</w:t>
        <w:br/>
        <w:t>vt 0.107197 0.589028</w:t>
        <w:br/>
        <w:t>vt 0.106992 0.577082</w:t>
        <w:br/>
        <w:t>vt 0.115580 0.576934</w:t>
        <w:br/>
        <w:t>vt 0.116207 0.595128</w:t>
        <w:br/>
        <w:t>vt 0.115518 0.536267</w:t>
        <w:br/>
        <w:t>vt 0.106724 0.535804</w:t>
        <w:br/>
        <w:t>vt 0.106034 0.523889</w:t>
        <w:br/>
        <w:t>vt 0.115639 0.516250</w:t>
        <w:br/>
        <w:t>vt 0.115769 0.557317</w:t>
        <w:br/>
        <w:t>vt 0.106863 0.563439</w:t>
        <w:br/>
        <w:t>vt 0.106604 0.549887</w:t>
        <w:br/>
        <w:t>vt 0.107017 0.601291</w:t>
        <w:br/>
        <w:t>vt 0.116091 0.612275</w:t>
        <w:br/>
        <w:t>vt 0.106613 0.612565</w:t>
        <w:br/>
        <w:t>vt 0.126587 0.536983</w:t>
        <w:br/>
        <w:t>vt 0.127548 0.517326</w:t>
        <w:br/>
        <w:t>vt 0.134787 0.526846</w:t>
        <w:br/>
        <w:t>vt 0.134877 0.538615</w:t>
        <w:br/>
        <w:t>vt 0.135121 0.502819</w:t>
        <w:br/>
        <w:t>vt 0.134754 0.514204</w:t>
        <w:br/>
        <w:t>vt 0.127086 0.497691</w:t>
        <w:br/>
        <w:t>vt 0.107134 0.498638</w:t>
        <w:br/>
        <w:t>vt 0.115845 0.494942</w:t>
        <w:br/>
        <w:t>vt 0.105830 0.510363</w:t>
        <w:br/>
        <w:t>vt 0.116091 0.612275</w:t>
        <w:br/>
        <w:t>vt 0.116207 0.595128</w:t>
        <w:br/>
        <w:t>vt 0.126970 0.595031</w:t>
        <w:br/>
        <w:t>vt 0.127211 0.611093</w:t>
        <w:br/>
        <w:t>vt 0.126580 0.577614</w:t>
        <w:br/>
        <w:t>vt 0.126669 0.557986</w:t>
        <w:br/>
        <w:t>vt 0.134734 0.552144</w:t>
        <w:br/>
        <w:t>vt 0.115875 0.622092</w:t>
        <w:br/>
        <w:t>vt 0.112706 0.630261</w:t>
        <w:br/>
        <w:t>vt 0.107454 0.622083</w:t>
        <w:br/>
        <w:t>vt 0.127487 0.619997</w:t>
        <w:br/>
        <w:t>vt 0.125883 0.631124</w:t>
        <w:br/>
        <w:t>vt 0.118360 0.632504</w:t>
        <w:br/>
        <w:t>vt 0.134472 0.565946</w:t>
        <w:br/>
        <w:t>vt 0.134101 0.578004</w:t>
        <w:br/>
        <w:t>vt 0.134263 0.589083</w:t>
        <w:br/>
        <w:t>vt 0.134133 0.599940</w:t>
        <w:br/>
        <w:t>vt 0.134162 0.609415</w:t>
        <w:br/>
        <w:t>vt 0.131234 0.626374</w:t>
        <w:br/>
        <w:t>vt 0.134423 0.493950</w:t>
        <w:br/>
        <w:t>vt 0.117332 0.485665</w:t>
        <w:br/>
        <w:t>vt 0.127586 0.486345</w:t>
        <w:br/>
        <w:t>vt 0.111364 0.489859</w:t>
        <w:br/>
        <w:t>vt 0.083875 0.538327</w:t>
        <w:br/>
        <w:t>vt 0.078676 0.537531</w:t>
        <w:br/>
        <w:t>vt 0.078676 0.526625</w:t>
        <w:br/>
        <w:t>vt 0.084289 0.521733</w:t>
        <w:br/>
        <w:t>vt 0.083758 0.575757</w:t>
        <w:br/>
        <w:t>vt 0.084288 0.594513</w:t>
        <w:br/>
        <w:t>vt 0.078676 0.587176</w:t>
        <w:br/>
        <w:t>vt 0.078676 0.575935</w:t>
        <w:br/>
        <w:t>vt 0.078676 0.550447</w:t>
        <w:br/>
        <w:t>vt 0.083992 0.556367</w:t>
        <w:br/>
        <w:t>vt 0.078676 0.562792</w:t>
        <w:br/>
        <w:t>vt 0.078676 0.516144</w:t>
        <w:br/>
        <w:t>vt 0.078676 0.505801</w:t>
        <w:br/>
        <w:t>vt 0.084661 0.506023</w:t>
        <w:br/>
        <w:t>vt 0.091741 0.575146</w:t>
        <w:br/>
        <w:t>vt 0.095768 0.573941</w:t>
        <w:br/>
        <w:t>vt 0.095768 0.584705</w:t>
        <w:br/>
        <w:t>vt 0.091706 0.593713</w:t>
        <w:br/>
        <w:t>vt 0.095768 0.596612</w:t>
        <w:br/>
        <w:t>vt 0.095768 0.607034</w:t>
        <w:br/>
        <w:t>vt 0.090088 0.611973</w:t>
        <w:br/>
        <w:t>vt 0.084542 0.613989</w:t>
        <w:br/>
        <w:t>vt 0.078676 0.610589</w:t>
        <w:br/>
        <w:t>vt 0.078676 0.599178</w:t>
        <w:br/>
        <w:t>vt 0.091239 0.506751</w:t>
        <w:br/>
        <w:t>vt 0.091781 0.521701</w:t>
        <w:br/>
        <w:t>vt 0.091885 0.537893</w:t>
        <w:br/>
        <w:t>vt 0.091804 0.555861</w:t>
        <w:br/>
        <w:t>vt 0.095768 0.561405</w:t>
        <w:br/>
        <w:t>vt 0.084859 0.496774</w:t>
        <w:br/>
        <w:t>vt 0.078676 0.496861</w:t>
        <w:br/>
        <w:t>vt 0.082037 0.487246</w:t>
        <w:br/>
        <w:t>vt 0.085715 0.483406</w:t>
        <w:br/>
        <w:t>vt 0.090795 0.484824</w:t>
        <w:br/>
        <w:t>vt 0.090751 0.498488</w:t>
        <w:br/>
        <w:t>vt 0.095768 0.548750</w:t>
        <w:br/>
        <w:t>vt 0.095768 0.537557</w:t>
        <w:br/>
        <w:t>vt 0.095768 0.527147</w:t>
        <w:br/>
        <w:t>vt 0.095768 0.516946</w:t>
        <w:br/>
        <w:t>vt 0.095768 0.508145</w:t>
        <w:br/>
        <w:t>vt 0.093992 0.490411</w:t>
        <w:br/>
        <w:t>vt 0.095768 0.501365</w:t>
        <w:br/>
        <w:t>vt 0.094945 0.617788</w:t>
        <w:br/>
        <w:t>vt 0.090750 0.626104</w:t>
        <w:br/>
        <w:t>vt 0.084292 0.626349</w:t>
        <w:br/>
        <w:t>vt 0.080925 0.620409</w:t>
        <w:br/>
        <w:t>vt 0.103582 0.589680</w:t>
        <w:br/>
        <w:t>vt 0.100993 0.589646</w:t>
        <w:br/>
        <w:t>vt 0.100993 0.577173</w:t>
        <w:br/>
        <w:t>vt 0.103646 0.577325</w:t>
        <w:br/>
        <w:t>vt 0.100993 0.535724</w:t>
        <w:br/>
        <w:t>vt 0.100993 0.523692</w:t>
        <w:br/>
        <w:t>vt 0.103405 0.523729</w:t>
        <w:br/>
        <w:t>vt 0.103685 0.535723</w:t>
        <w:br/>
        <w:t>vt 0.103418 0.549846</w:t>
        <w:br/>
        <w:t>vt 0.103635 0.563522</w:t>
        <w:br/>
        <w:t>vt 0.100993 0.563485</w:t>
        <w:br/>
        <w:t>vt 0.100993 0.549833</w:t>
        <w:br/>
        <w:t>vt 0.103619 0.612972</w:t>
        <w:br/>
        <w:t>vt 0.100993 0.613317</w:t>
        <w:br/>
        <w:t>vt 0.100993 0.601645</w:t>
        <w:br/>
        <w:t>vt 0.103698 0.601544</w:t>
        <w:br/>
        <w:t>vt 0.103775 0.497724</w:t>
        <w:br/>
        <w:t>vt 0.103158 0.510266</w:t>
        <w:br/>
        <w:t>vt 0.100993 0.510236</w:t>
        <w:br/>
        <w:t>vt 0.100993 0.496785</w:t>
        <w:br/>
        <w:t>vt 0.117546 0.638952</w:t>
        <w:br/>
        <w:t>vt 0.108529 0.635285</w:t>
        <w:br/>
        <w:t>vt 0.110457 0.632880</w:t>
        <w:br/>
        <w:t>vt 0.117884 0.635926</w:t>
        <w:br/>
        <w:t>vt 0.100993 0.623921</w:t>
        <w:br/>
        <w:t>vt 0.103668 0.623266</w:t>
        <w:br/>
        <w:t>vt 0.127465 0.634075</w:t>
        <w:br/>
        <w:t>vt 0.128899 0.636705</w:t>
        <w:br/>
        <w:t>vt 0.133754 0.628064</w:t>
        <w:br/>
        <w:t>vt 0.136086 0.629870</w:t>
        <w:br/>
        <w:t>vt 0.140080 0.490827</w:t>
        <w:br/>
        <w:t>vt 0.137335 0.492426</w:t>
        <w:br/>
        <w:t>vt 0.129233 0.483348</w:t>
        <w:br/>
        <w:t>vt 0.130521 0.480682</w:t>
        <w:br/>
        <w:t>vt 0.116491 0.482487</w:t>
        <w:br/>
        <w:t>vt 0.115767 0.479497</w:t>
        <w:br/>
        <w:t>vt 0.109253 0.487467</w:t>
        <w:br/>
        <w:t>vt 0.107077 0.485626</w:t>
        <w:br/>
        <w:t>vt 0.105391 0.589449</w:t>
        <w:br/>
        <w:t>vt 0.103582 0.589680</w:t>
        <w:br/>
        <w:t>vt 0.103646 0.577325</w:t>
        <w:br/>
        <w:t>vt 0.105520 0.577275</w:t>
        <w:br/>
        <w:t>vt 0.105083 0.523953</w:t>
        <w:br/>
        <w:t>vt 0.105467 0.535874</w:t>
        <w:br/>
        <w:t>vt 0.103685 0.535723</w:t>
        <w:br/>
        <w:t>vt 0.103405 0.523729</w:t>
        <w:br/>
        <w:t>vt 0.103418 0.549846</w:t>
        <w:br/>
        <w:t>vt 0.105195 0.549927</w:t>
        <w:br/>
        <w:t>vt 0.105511 0.563466</w:t>
        <w:br/>
        <w:t>vt 0.103635 0.563522</w:t>
        <w:br/>
        <w:t>vt 0.105393 0.612887</w:t>
        <w:br/>
        <w:t>vt 0.105512 0.601348</w:t>
        <w:br/>
        <w:t>vt 0.135898 0.538681</w:t>
        <w:br/>
        <w:t>vt 0.135889 0.526840</w:t>
        <w:br/>
        <w:t>vt 0.137645 0.526934</w:t>
        <w:br/>
        <w:t>vt 0.137627 0.538667</w:t>
        <w:br/>
        <w:t>vt 0.136024 0.514197</w:t>
        <w:br/>
        <w:t>vt 0.135903 0.502829</w:t>
        <w:br/>
        <w:t>vt 0.137800 0.503069</w:t>
        <w:br/>
        <w:t>vt 0.137879 0.514307</w:t>
        <w:br/>
        <w:t>vt 0.105874 0.498381</w:t>
        <w:br/>
        <w:t>vt 0.104914 0.510602</w:t>
        <w:br/>
        <w:t>vt 0.103158 0.510266</w:t>
        <w:br/>
        <w:t>vt 0.103775 0.497724</w:t>
        <w:br/>
        <w:t>vt 0.137658 0.552189</w:t>
        <w:br/>
        <w:t>vt 0.135846 0.552164</w:t>
        <w:br/>
        <w:t>vt 0.117884 0.635926</w:t>
        <w:br/>
        <w:t>vt 0.110457 0.632880</w:t>
        <w:br/>
        <w:t>vt 0.111695 0.631278</w:t>
        <w:br/>
        <w:t>vt 0.118112 0.633832</w:t>
        <w:br/>
        <w:t>vt 0.105957 0.622590</w:t>
        <w:br/>
        <w:t>vt 0.127465 0.634075</w:t>
        <w:br/>
        <w:t>vt 0.126428 0.632318</w:t>
        <w:br/>
        <w:t>vt 0.135616 0.565916</w:t>
        <w:br/>
        <w:t>vt 0.137467 0.565937</w:t>
        <w:br/>
        <w:t>vt 0.137246 0.578092</w:t>
        <w:br/>
        <w:t>vt 0.135364 0.578089</w:t>
        <w:br/>
        <w:t>vt 0.135391 0.589124</w:t>
        <w:br/>
        <w:t>vt 0.137391 0.589181</w:t>
        <w:br/>
        <w:t>vt 0.135365 0.600004</w:t>
        <w:br/>
        <w:t>vt 0.137353 0.600102</w:t>
        <w:br/>
        <w:t>vt 0.135310 0.609521</w:t>
        <w:br/>
        <w:t>vt 0.137340 0.609630</w:t>
        <w:br/>
        <w:t>vt 0.132206 0.627006</w:t>
        <w:br/>
        <w:t>vt 0.135252 0.616805</w:t>
        <w:br/>
        <w:t>vt 0.137297 0.616939</w:t>
        <w:br/>
        <w:t>vt 0.133754 0.628064</w:t>
        <w:br/>
        <w:t>vt 0.135572 0.493401</w:t>
        <w:br/>
        <w:t>vt 0.137335 0.492426</w:t>
        <w:br/>
        <w:t>vt 0.129233 0.483348</w:t>
        <w:br/>
        <w:t>vt 0.128185 0.485164</w:t>
        <w:br/>
        <w:t>vt 0.116491 0.482487</w:t>
        <w:br/>
        <w:t>vt 0.116939 0.484488</w:t>
        <w:br/>
        <w:t>vt 0.110333 0.489185</w:t>
        <w:br/>
        <w:t>vt 0.109253 0.487467</w:t>
        <w:br/>
        <w:t>vt 0.140080 0.527145</w:t>
        <w:br/>
        <w:t>vt 0.140080 0.538745</w:t>
        <w:br/>
        <w:t>vt 0.137627 0.538667</w:t>
        <w:br/>
        <w:t>vt 0.137645 0.526934</w:t>
        <w:br/>
        <w:t>vt 0.137800 0.503069</w:t>
        <w:br/>
        <w:t>vt 0.140080 0.503023</w:t>
        <w:br/>
        <w:t>vt 0.140080 0.514365</w:t>
        <w:br/>
        <w:t>vt 0.137879 0.514307</w:t>
        <w:br/>
        <w:t>vt 0.140080 0.552320</w:t>
        <w:br/>
        <w:t>vt 0.137658 0.552189</w:t>
        <w:br/>
        <w:t>vt 0.140080 0.566008</w:t>
        <w:br/>
        <w:t>vt 0.137467 0.565937</w:t>
        <w:br/>
        <w:t>vt 0.140080 0.577979</w:t>
        <w:br/>
        <w:t>vt 0.137246 0.578092</w:t>
        <w:br/>
        <w:t>vt 0.135364 0.578089</w:t>
        <w:br/>
        <w:t>vt 0.140080 0.589027</w:t>
        <w:br/>
        <w:t>vt 0.137391 0.589181</w:t>
        <w:br/>
        <w:t>vt 0.135391 0.589124</w:t>
        <w:br/>
        <w:t>vt 0.140080 0.599998</w:t>
        <w:br/>
        <w:t>vt 0.137353 0.600102</w:t>
        <w:br/>
        <w:t>vt 0.135365 0.600004</w:t>
        <w:br/>
        <w:t>vt 0.140080 0.609558</w:t>
        <w:br/>
        <w:t>vt 0.137340 0.609630</w:t>
        <w:br/>
        <w:t>vt 0.135310 0.609521</w:t>
        <w:br/>
        <w:t>vt 0.140080 0.617418</w:t>
        <w:br/>
        <w:t>vt 0.137297 0.616939</w:t>
        <w:br/>
        <w:t>vt 0.133711 0.616627</w:t>
        <w:br/>
        <w:t>vt 0.104914 0.510602</w:t>
        <w:br/>
        <w:t>vt 0.105083 0.523953</w:t>
        <w:br/>
        <w:t>vt 0.105467 0.535874</w:t>
        <w:br/>
        <w:t>vt 0.105195 0.549927</w:t>
        <w:br/>
        <w:t>vt 0.105391 0.589449</w:t>
        <w:br/>
        <w:t>vt 0.105512 0.601348</w:t>
        <w:br/>
        <w:t>vt 0.105393 0.612887</w:t>
        <w:br/>
        <w:t>vt 0.112706 0.630261</w:t>
        <w:br/>
        <w:t>vt 0.111695 0.631278</w:t>
        <w:br/>
        <w:t>vt 0.105957 0.622590</w:t>
        <w:br/>
        <w:t>vt 0.107454 0.622083</w:t>
        <w:br/>
        <w:t>vt 0.118360 0.632504</w:t>
        <w:br/>
        <w:t>vt 0.118112 0.633832</w:t>
        <w:br/>
        <w:t>vt 0.125883 0.631124</w:t>
        <w:br/>
        <w:t>vt 0.126428 0.632318</w:t>
        <w:br/>
        <w:t>vt 0.127586 0.486345</w:t>
        <w:br/>
        <w:t>vt 0.091078 0.425400</w:t>
        <w:br/>
        <w:t>vt 0.079787 0.425400</w:t>
        <w:br/>
        <w:t>vt 0.079787 0.417048</w:t>
        <w:br/>
        <w:t>vt 0.091078 0.417048</w:t>
        <w:br/>
        <w:t>vt 0.068495 0.425400</w:t>
        <w:br/>
        <w:t>vt 0.068495 0.417048</w:t>
        <w:br/>
        <w:t>vt 0.057203 0.425400</w:t>
        <w:br/>
        <w:t>vt 0.057203 0.417048</w:t>
        <w:br/>
        <w:t>vt 0.068496 0.425400</w:t>
        <w:br/>
        <w:t>vt 0.068496 0.417048</w:t>
        <w:br/>
        <w:t>vt 0.079788 0.425400</w:t>
        <w:br/>
        <w:t>vt 0.079788 0.417048</w:t>
        <w:br/>
        <w:t>vt 0.091081 0.425400</w:t>
        <w:br/>
        <w:t>vt 0.091081 0.417048</w:t>
        <w:br/>
        <w:t>vt 0.102372 0.425400</w:t>
        <w:br/>
        <w:t>vt 0.102372 0.417048</w:t>
        <w:br/>
        <w:t>vt 0.113663 0.425400</w:t>
        <w:br/>
        <w:t>vt 0.113663 0.417048</w:t>
        <w:br/>
        <w:t>vt 0.124956 0.425400</w:t>
        <w:br/>
        <w:t>vt 0.124956 0.417048</w:t>
        <w:br/>
        <w:t>vt 0.113662 0.425400</w:t>
        <w:br/>
        <w:t>vt 0.113662 0.417048</w:t>
        <w:br/>
        <w:t>vt 0.102371 0.425400</w:t>
        <w:br/>
        <w:t>vt 0.102371 0.417048</w:t>
        <w:br/>
        <w:t>vt 0.433386 0.262048</w:t>
        <w:br/>
        <w:t>vt 0.416580 0.257553</w:t>
        <w:br/>
        <w:t>vt 0.416610 0.291172</w:t>
        <w:br/>
        <w:t>vt 0.445662 0.274369</w:t>
        <w:br/>
        <w:t>vt 0.449938 0.291172</w:t>
        <w:br/>
        <w:t>vt 0.445662 0.274369</w:t>
        <w:br/>
        <w:t>vt 0.433386 0.262048</w:t>
        <w:br/>
        <w:t>vt 0.416580 0.257553</w:t>
        <w:br/>
        <w:t>vt 0.399837 0.262048</w:t>
        <w:br/>
        <w:t>vt 0.387561 0.274369</w:t>
        <w:br/>
        <w:t>vt 0.383286 0.291172</w:t>
        <w:br/>
        <w:t>vt 0.387561 0.274369</w:t>
        <w:br/>
        <w:t>vt 0.399837 0.262048</w:t>
        <w:br/>
        <w:t>vt 0.322653 0.408729</w:t>
        <w:br/>
        <w:t>vt 0.342111 0.408710</w:t>
        <w:br/>
        <w:t>vt 0.336839 0.427638</w:t>
        <w:br/>
        <w:t>vt 0.320181 0.417687</w:t>
        <w:br/>
        <w:t>vt 0.322477 0.440902</w:t>
        <w:br/>
        <w:t>vt 0.313293 0.424011</w:t>
        <w:br/>
        <w:t>vt 0.303690 0.444512</w:t>
        <w:br/>
        <w:t>vt 0.303690 0.425147</w:t>
        <w:br/>
        <w:t>vt 0.322477 0.440902</w:t>
        <w:br/>
        <w:t>vt 0.313293 0.424011</w:t>
        <w:br/>
        <w:t>vt 0.336839 0.427638</w:t>
        <w:br/>
        <w:t>vt 0.320181 0.417687</w:t>
        <w:br/>
        <w:t>vt 0.342111 0.408710</w:t>
        <w:br/>
        <w:t>vt 0.322653 0.408729</w:t>
        <w:br/>
        <w:t>vt 0.336802 0.389801</w:t>
        <w:br/>
        <w:t>vt 0.320159 0.399779</w:t>
        <w:br/>
        <w:t>vt 0.322441 0.376576</w:t>
        <w:br/>
        <w:t>vt 0.313273 0.393481</w:t>
        <w:br/>
        <w:t>vt 0.303716 0.372982</w:t>
        <w:br/>
        <w:t>vt 0.303716 0.392344</w:t>
        <w:br/>
        <w:t>vt 0.303690 0.373008</w:t>
        <w:br/>
        <w:t>vt 0.322441 0.376576</w:t>
        <w:br/>
        <w:t>vt 0.313273 0.393481</w:t>
        <w:br/>
        <w:t>vt 0.303690 0.392370</w:t>
        <w:br/>
        <w:t>vt 0.336802 0.389801</w:t>
        <w:br/>
        <w:t>vt 0.320159 0.399779</w:t>
        <w:br/>
        <w:t>vt 0.303690 0.408769</w:t>
        <w:br/>
        <w:t>vt 0.624590 0.607604</w:t>
        <w:br/>
        <w:t>vt 0.624590 0.597704</w:t>
        <w:br/>
        <w:t>vt 0.618990 0.597704</w:t>
        <w:br/>
        <w:t>vt 0.618990 0.607604</w:t>
        <w:br/>
        <w:t>vt 0.613090 0.607604</w:t>
        <w:br/>
        <w:t>vt 0.613090 0.597704</w:t>
        <w:br/>
        <w:t>vt 0.607290 0.607604</w:t>
        <w:br/>
        <w:t>vt 0.607290 0.597704</w:t>
        <w:br/>
        <w:t>vt 0.601890 0.597704</w:t>
        <w:br/>
        <w:t>vt 0.601890 0.607604</w:t>
        <w:br/>
        <w:t>vt 0.582390 0.597704</w:t>
        <w:br/>
        <w:t>vt 0.582390 0.607604</w:t>
        <w:br/>
        <w:t>vt 0.585690 0.607604</w:t>
        <w:br/>
        <w:t>vt 0.585690 0.597704</w:t>
        <w:br/>
        <w:t>vt 0.590190 0.597704</w:t>
        <w:br/>
        <w:t>vt 0.590190 0.607604</w:t>
        <w:br/>
        <w:t>vt 0.596090 0.607604</w:t>
        <w:br/>
        <w:t>vt 0.596090 0.597704</w:t>
        <w:br/>
        <w:t>vt 0.578590 0.597704</w:t>
        <w:br/>
        <w:t>vt 0.578590 0.607704</w:t>
        <w:br/>
        <w:t>vt 0.570890 0.607704</w:t>
        <w:br/>
        <w:t>vt 0.570890 0.597804</w:t>
        <w:br/>
        <w:t>vt 0.568190 0.597804</w:t>
        <w:br/>
        <w:t>vt 0.568190 0.607704</w:t>
        <w:br/>
        <w:t>vt 0.574590 0.607704</w:t>
        <w:br/>
        <w:t>vt 0.574590 0.597804</w:t>
        <w:br/>
        <w:t>vt 0.565205 0.584735</w:t>
        <w:br/>
        <w:t>vt 0.565205 0.581935</w:t>
        <w:br/>
        <w:t>vt 0.570505 0.581935</w:t>
        <w:br/>
        <w:t>vt 0.570505 0.584735</w:t>
        <w:br/>
        <w:t>vt 0.565205 0.568835</w:t>
        <w:br/>
        <w:t>vt 0.570505 0.568835</w:t>
        <w:br/>
        <w:t>vt 0.570505 0.571735</w:t>
        <w:br/>
        <w:t>vt 0.565205 0.571735</w:t>
        <w:br/>
        <w:t>vt 0.575605 0.584735</w:t>
        <w:br/>
        <w:t>vt 0.575605 0.581935</w:t>
        <w:br/>
        <w:t>vt 0.575605 0.568835</w:t>
        <w:br/>
        <w:t>vt 0.575605 0.571735</w:t>
        <w:br/>
        <w:t>vt 0.588305 0.568835</w:t>
        <w:br/>
        <w:t>vt 0.588305 0.571735</w:t>
        <w:br/>
        <w:t>vt 0.582205 0.571735</w:t>
        <w:br/>
        <w:t>vt 0.582205 0.568835</w:t>
        <w:br/>
        <w:t>vt 0.588305 0.584735</w:t>
        <w:br/>
        <w:t>vt 0.582205 0.584735</w:t>
        <w:br/>
        <w:t>vt 0.582205 0.581935</w:t>
        <w:br/>
        <w:t>vt 0.588305 0.581935</w:t>
        <w:br/>
        <w:t>vt 0.608605 0.581835</w:t>
        <w:br/>
        <w:t>vt 0.613205 0.581835</w:t>
        <w:br/>
        <w:t>vt 0.613205 0.584735</w:t>
        <w:br/>
        <w:t>vt 0.608605 0.584735</w:t>
        <w:br/>
        <w:t>vt 0.613205 0.571735</w:t>
        <w:br/>
        <w:t>vt 0.608605 0.571735</w:t>
        <w:br/>
        <w:t>vt 0.608605 0.568835</w:t>
        <w:br/>
        <w:t>vt 0.613205 0.568835</w:t>
        <w:br/>
        <w:t>vt 0.602305 0.571735</w:t>
        <w:br/>
        <w:t>vt 0.595305 0.571735</w:t>
        <w:br/>
        <w:t>vt 0.595305 0.568835</w:t>
        <w:br/>
        <w:t>vt 0.602305 0.568835</w:t>
        <w:br/>
        <w:t>vt 0.595305 0.584735</w:t>
        <w:br/>
        <w:t>vt 0.595305 0.581835</w:t>
        <w:br/>
        <w:t>vt 0.602305 0.581835</w:t>
        <w:br/>
        <w:t>vt 0.602305 0.584735</w:t>
        <w:br/>
        <w:t>vt 0.617305 0.581835</w:t>
        <w:br/>
        <w:t>vt 0.617305 0.584735</w:t>
        <w:br/>
        <w:t>vt 0.617305 0.568835</w:t>
        <w:br/>
        <w:t>vt 0.617305 0.571735</w:t>
        <w:br/>
        <w:t>vt 0.627605 0.584735</w:t>
        <w:br/>
        <w:t>vt 0.625005 0.584735</w:t>
        <w:br/>
        <w:t>vt 0.625005 0.581835</w:t>
        <w:br/>
        <w:t>vt 0.627605 0.581835</w:t>
        <w:br/>
        <w:t>vt 0.627605 0.568835</w:t>
        <w:br/>
        <w:t>vt 0.627605 0.571735</w:t>
        <w:br/>
        <w:t>vt 0.625005 0.571735</w:t>
        <w:br/>
        <w:t>vt 0.625005 0.568835</w:t>
        <w:br/>
        <w:t>vt 0.622005 0.584735</w:t>
        <w:br/>
        <w:t>vt 0.622005 0.581835</w:t>
        <w:br/>
        <w:t>vt 0.622005 0.568835</w:t>
        <w:br/>
        <w:t>vt 0.622005 0.571735</w:t>
        <w:br/>
        <w:t>vt 0.570505 0.576835</w:t>
        <w:br/>
        <w:t>vt 0.565205 0.576835</w:t>
        <w:br/>
        <w:t>vt 0.570505 0.576835</w:t>
        <w:br/>
        <w:t>vt 0.565205 0.576835</w:t>
        <w:br/>
        <w:t>vt 0.575605 0.576835</w:t>
        <w:br/>
        <w:t>vt 0.575605 0.576835</w:t>
        <w:br/>
        <w:t>vt 0.588305 0.576735</w:t>
        <w:br/>
        <w:t>vt 0.588305 0.581935</w:t>
        <w:br/>
        <w:t>vt 0.582205 0.581935</w:t>
        <w:br/>
        <w:t>vt 0.582205 0.576835</w:t>
        <w:br/>
        <w:t>vt 0.582205 0.571735</w:t>
        <w:br/>
        <w:t>vt 0.588305 0.571735</w:t>
        <w:br/>
        <w:t>vt 0.608605 0.576735</w:t>
        <w:br/>
        <w:t>vt 0.613205 0.571735</w:t>
        <w:br/>
        <w:t>vt 0.613205 0.576735</w:t>
        <w:br/>
        <w:t>vt 0.613205 0.581835</w:t>
        <w:br/>
        <w:t>vt 0.608605 0.581835</w:t>
        <w:br/>
        <w:t>vt 0.595305 0.576735</w:t>
        <w:br/>
        <w:t>vt 0.602305 0.576735</w:t>
        <w:br/>
        <w:t>vt 0.602305 0.581835</w:t>
        <w:br/>
        <w:t>vt 0.595305 0.581835</w:t>
        <w:br/>
        <w:t>vt 0.595305 0.571735</w:t>
        <w:br/>
        <w:t>vt 0.602305 0.571735</w:t>
        <w:br/>
        <w:t>vt 0.617305 0.571735</w:t>
        <w:br/>
        <w:t>vt 0.617305 0.576735</w:t>
        <w:br/>
        <w:t>vt 0.617305 0.581835</w:t>
        <w:br/>
        <w:t>vt 0.625005 0.576735</w:t>
        <w:br/>
        <w:t>vt 0.625005 0.571735</w:t>
        <w:br/>
        <w:t>vt 0.627605 0.571735</w:t>
        <w:br/>
        <w:t>vt 0.627605 0.576735</w:t>
        <w:br/>
        <w:t>vt 0.627605 0.581835</w:t>
        <w:br/>
        <w:t>vt 0.625005 0.581835</w:t>
        <w:br/>
        <w:t>vt 0.622005 0.576735</w:t>
        <w:br/>
        <w:t>vt 0.622005 0.571735</w:t>
        <w:br/>
        <w:t>vt 0.625005 0.576735</w:t>
        <w:br/>
        <w:t>vt 0.622005 0.581835</w:t>
        <w:br/>
        <w:t>vt 0.618990 0.607604</w:t>
        <w:br/>
        <w:t>vt 0.624590 0.607604</w:t>
        <w:br/>
        <w:t>vt 0.624590 0.597704</w:t>
        <w:br/>
        <w:t>vt 0.618990 0.597704</w:t>
        <w:br/>
        <w:t>vt 0.613090 0.607604</w:t>
        <w:br/>
        <w:t>vt 0.613090 0.597704</w:t>
        <w:br/>
        <w:t>vt 0.607290 0.597704</w:t>
        <w:br/>
        <w:t>vt 0.601890 0.597704</w:t>
        <w:br/>
        <w:t>vt 0.601890 0.607604</w:t>
        <w:br/>
        <w:t>vt 0.607290 0.607604</w:t>
        <w:br/>
        <w:t>vt 0.582390 0.597704</w:t>
        <w:br/>
        <w:t>vt 0.582390 0.607604</w:t>
        <w:br/>
        <w:t>vt 0.585690 0.607604</w:t>
        <w:br/>
        <w:t>vt 0.585690 0.597704</w:t>
        <w:br/>
        <w:t>vt 0.596090 0.597704</w:t>
        <w:br/>
        <w:t>vt 0.590190 0.597704</w:t>
        <w:br/>
        <w:t>vt 0.590190 0.607604</w:t>
        <w:br/>
        <w:t>vt 0.596090 0.607604</w:t>
        <w:br/>
        <w:t>vt 0.578590 0.597704</w:t>
        <w:br/>
        <w:t>vt 0.578590 0.607704</w:t>
        <w:br/>
        <w:t>vt 0.568190 0.607704</w:t>
        <w:br/>
        <w:t>vt 0.570890 0.607704</w:t>
        <w:br/>
        <w:t>vt 0.570890 0.597804</w:t>
        <w:br/>
        <w:t>vt 0.568190 0.597804</w:t>
        <w:br/>
        <w:t>vt 0.574590 0.597804</w:t>
        <w:br/>
        <w:t>vt 0.574590 0.607704</w:t>
        <w:br/>
        <w:t>vt 0.565205 0.584735</w:t>
        <w:br/>
        <w:t>vt 0.565205 0.581735</w:t>
        <w:br/>
        <w:t>vt 0.570505 0.581735</w:t>
        <w:br/>
        <w:t>vt 0.570505 0.584735</w:t>
        <w:br/>
        <w:t>vt 0.565205 0.568835</w:t>
        <w:br/>
        <w:t>vt 0.570505 0.568835</w:t>
        <w:br/>
        <w:t>vt 0.570505 0.571735</w:t>
        <w:br/>
        <w:t>vt 0.565205 0.571735</w:t>
        <w:br/>
        <w:t>vt 0.575605 0.584735</w:t>
        <w:br/>
        <w:t>vt 0.575605 0.581735</w:t>
        <w:br/>
        <w:t>vt 0.575605 0.568835</w:t>
        <w:br/>
        <w:t>vt 0.575605 0.571735</w:t>
        <w:br/>
        <w:t>vt 0.588305 0.568835</w:t>
        <w:br/>
        <w:t>vt 0.588305 0.571735</w:t>
        <w:br/>
        <w:t>vt 0.582205 0.571735</w:t>
        <w:br/>
        <w:t>vt 0.582205 0.568835</w:t>
        <w:br/>
        <w:t>vt 0.588305 0.584735</w:t>
        <w:br/>
        <w:t>vt 0.582205 0.584735</w:t>
        <w:br/>
        <w:t>vt 0.582205 0.581735</w:t>
        <w:br/>
        <w:t>vt 0.588305 0.581735</w:t>
        <w:br/>
        <w:t>vt 0.608605 0.581735</w:t>
        <w:br/>
        <w:t>vt 0.613205 0.581735</w:t>
        <w:br/>
        <w:t>vt 0.613205 0.584735</w:t>
        <w:br/>
        <w:t>vt 0.608605 0.584735</w:t>
        <w:br/>
        <w:t>vt 0.613205 0.571735</w:t>
        <w:br/>
        <w:t>vt 0.608605 0.571735</w:t>
        <w:br/>
        <w:t>vt 0.608605 0.568835</w:t>
        <w:br/>
        <w:t>vt 0.613205 0.568835</w:t>
        <w:br/>
        <w:t>vt 0.602305 0.571735</w:t>
        <w:br/>
        <w:t>vt 0.595305 0.571735</w:t>
        <w:br/>
        <w:t>vt 0.595305 0.568835</w:t>
        <w:br/>
        <w:t>vt 0.602305 0.568835</w:t>
        <w:br/>
        <w:t>vt 0.602305 0.584735</w:t>
        <w:br/>
        <w:t>vt 0.595305 0.584735</w:t>
        <w:br/>
        <w:t>vt 0.595305 0.581735</w:t>
        <w:br/>
        <w:t>vt 0.602305 0.581735</w:t>
        <w:br/>
        <w:t>vt 0.617305 0.581735</w:t>
        <w:br/>
        <w:t>vt 0.617305 0.584735</w:t>
        <w:br/>
        <w:t>vt 0.617305 0.568835</w:t>
        <w:br/>
        <w:t>vt 0.617305 0.571735</w:t>
        <w:br/>
        <w:t>vt 0.627605 0.584735</w:t>
        <w:br/>
        <w:t>vt 0.625005 0.584735</w:t>
        <w:br/>
        <w:t>vt 0.625005 0.581735</w:t>
        <w:br/>
        <w:t>vt 0.627605 0.581735</w:t>
        <w:br/>
        <w:t>vt 0.627605 0.568835</w:t>
        <w:br/>
        <w:t>vt 0.627605 0.571735</w:t>
        <w:br/>
        <w:t>vt 0.625005 0.571735</w:t>
        <w:br/>
        <w:t>vt 0.625005 0.568835</w:t>
        <w:br/>
        <w:t>vt 0.622005 0.584735</w:t>
        <w:br/>
        <w:t>vt 0.622005 0.581735</w:t>
        <w:br/>
        <w:t>vt 0.622005 0.568835</w:t>
        <w:br/>
        <w:t>vt 0.622005 0.571735</w:t>
        <w:br/>
        <w:t>vt 0.570505 0.576835</w:t>
        <w:br/>
        <w:t>vt 0.565205 0.576835</w:t>
        <w:br/>
        <w:t>vt 0.570505 0.576835</w:t>
        <w:br/>
        <w:t>vt 0.565205 0.576835</w:t>
        <w:br/>
        <w:t>vt 0.575605 0.571735</w:t>
        <w:br/>
        <w:t>vt 0.575605 0.576835</w:t>
        <w:br/>
        <w:t>vt 0.588305 0.576735</w:t>
        <w:br/>
        <w:t>vt 0.588305 0.581735</w:t>
        <w:br/>
        <w:t>vt 0.582205 0.581735</w:t>
        <w:br/>
        <w:t>vt 0.582205 0.576835</w:t>
        <w:br/>
        <w:t>vt 0.582205 0.571735</w:t>
        <w:br/>
        <w:t>vt 0.588305 0.571735</w:t>
        <w:br/>
        <w:t>vt 0.608605 0.576735</w:t>
        <w:br/>
        <w:t>vt 0.608605 0.571735</w:t>
        <w:br/>
        <w:t>vt 0.613205 0.571735</w:t>
        <w:br/>
        <w:t>vt 0.613205 0.576735</w:t>
        <w:br/>
        <w:t>vt 0.613205 0.581735</w:t>
        <w:br/>
        <w:t>vt 0.608605 0.581735</w:t>
        <w:br/>
        <w:t>vt 0.595305 0.581735</w:t>
        <w:br/>
        <w:t>vt 0.595305 0.576735</w:t>
        <w:br/>
        <w:t>vt 0.602305 0.576735</w:t>
        <w:br/>
        <w:t>vt 0.602305 0.581735</w:t>
        <w:br/>
        <w:t>vt 0.602305 0.571735</w:t>
        <w:br/>
        <w:t>vt 0.595305 0.571735</w:t>
        <w:br/>
        <w:t>vt 0.617305 0.571735</w:t>
        <w:br/>
        <w:t>vt 0.617305 0.576735</w:t>
        <w:br/>
        <w:t>vt 0.617305 0.581735</w:t>
        <w:br/>
        <w:t>vt 0.625005 0.576735</w:t>
        <w:br/>
        <w:t>vt 0.625005 0.571735</w:t>
        <w:br/>
        <w:t>vt 0.627605 0.571735</w:t>
        <w:br/>
        <w:t>vt 0.627605 0.576735</w:t>
        <w:br/>
        <w:t>vt 0.627605 0.581735</w:t>
        <w:br/>
        <w:t>vt 0.625005 0.581735</w:t>
        <w:br/>
        <w:t>vt 0.622005 0.576735</w:t>
        <w:br/>
        <w:t>vt 0.622005 0.571735</w:t>
        <w:br/>
        <w:t>vt 0.622005 0.581735</w:t>
        <w:br/>
        <w:t>vt 0.618990 0.607604</w:t>
        <w:br/>
        <w:t>vt 0.624590 0.607604</w:t>
        <w:br/>
        <w:t>vt 0.624590 0.597704</w:t>
        <w:br/>
        <w:t>vt 0.618990 0.597704</w:t>
        <w:br/>
        <w:t>vt 0.613090 0.607604</w:t>
        <w:br/>
        <w:t>vt 0.613090 0.597704</w:t>
        <w:br/>
        <w:t>vt 0.607290 0.597704</w:t>
        <w:br/>
        <w:t>vt 0.601890 0.597704</w:t>
        <w:br/>
        <w:t>vt 0.601890 0.607604</w:t>
        <w:br/>
        <w:t>vt 0.607290 0.607604</w:t>
        <w:br/>
        <w:t>vt 0.585690 0.607604</w:t>
        <w:br/>
        <w:t>vt 0.585690 0.597704</w:t>
        <w:br/>
        <w:t>vt 0.582390 0.597704</w:t>
        <w:br/>
        <w:t>vt 0.582390 0.607604</w:t>
        <w:br/>
        <w:t>vt 0.590190 0.597704</w:t>
        <w:br/>
        <w:t>vt 0.590190 0.607604</w:t>
        <w:br/>
        <w:t>vt 0.596090 0.607604</w:t>
        <w:br/>
        <w:t>vt 0.596090 0.597704</w:t>
        <w:br/>
        <w:t>vt 0.578590 0.607704</w:t>
        <w:br/>
        <w:t>vt 0.578590 0.597704</w:t>
        <w:br/>
        <w:t>vt 0.570890 0.607704</w:t>
        <w:br/>
        <w:t>vt 0.570890 0.597804</w:t>
        <w:br/>
        <w:t>vt 0.568190 0.597804</w:t>
        <w:br/>
        <w:t>vt 0.568190 0.607704</w:t>
        <w:br/>
        <w:t>vt 0.574590 0.607704</w:t>
        <w:br/>
        <w:t>vt 0.574590 0.597804</w:t>
        <w:br/>
        <w:t>vt 0.565205 0.584735</w:t>
        <w:br/>
        <w:t>vt 0.565205 0.581735</w:t>
        <w:br/>
        <w:t>vt 0.570505 0.581735</w:t>
        <w:br/>
        <w:t>vt 0.570505 0.584735</w:t>
        <w:br/>
        <w:t>vt 0.565205 0.568835</w:t>
        <w:br/>
        <w:t>vt 0.570505 0.568835</w:t>
        <w:br/>
        <w:t>vt 0.570505 0.571735</w:t>
        <w:br/>
        <w:t>vt 0.565205 0.571735</w:t>
        <w:br/>
        <w:t>vt 0.575605 0.584735</w:t>
        <w:br/>
        <w:t>vt 0.575605 0.581735</w:t>
        <w:br/>
        <w:t>vt 0.575605 0.568835</w:t>
        <w:br/>
        <w:t>vt 0.575605 0.571735</w:t>
        <w:br/>
        <w:t>vt 0.588305 0.568835</w:t>
        <w:br/>
        <w:t>vt 0.588305 0.571735</w:t>
        <w:br/>
        <w:t>vt 0.582205 0.571735</w:t>
        <w:br/>
        <w:t>vt 0.582205 0.568835</w:t>
        <w:br/>
        <w:t>vt 0.588305 0.584735</w:t>
        <w:br/>
        <w:t>vt 0.582205 0.584735</w:t>
        <w:br/>
        <w:t>vt 0.582205 0.581735</w:t>
        <w:br/>
        <w:t>vt 0.588305 0.581735</w:t>
        <w:br/>
        <w:t>vt 0.608605 0.581735</w:t>
        <w:br/>
        <w:t>vt 0.613205 0.581735</w:t>
        <w:br/>
        <w:t>vt 0.613205 0.584735</w:t>
        <w:br/>
        <w:t>vt 0.608605 0.584735</w:t>
        <w:br/>
        <w:t>vt 0.613205 0.568835</w:t>
        <w:br/>
        <w:t>vt 0.613205 0.571735</w:t>
        <w:br/>
        <w:t>vt 0.608605 0.571735</w:t>
        <w:br/>
        <w:t>vt 0.608605 0.568835</w:t>
        <w:br/>
        <w:t>vt 0.602305 0.568835</w:t>
        <w:br/>
        <w:t>vt 0.602305 0.571735</w:t>
        <w:br/>
        <w:t>vt 0.595305 0.571735</w:t>
        <w:br/>
        <w:t>vt 0.595305 0.568835</w:t>
        <w:br/>
        <w:t>vt 0.602305 0.584735</w:t>
        <w:br/>
        <w:t>vt 0.595305 0.584735</w:t>
        <w:br/>
        <w:t>vt 0.595305 0.581735</w:t>
        <w:br/>
        <w:t>vt 0.602305 0.581735</w:t>
        <w:br/>
        <w:t>vt 0.617305 0.581735</w:t>
        <w:br/>
        <w:t>vt 0.617305 0.584735</w:t>
        <w:br/>
        <w:t>vt 0.617305 0.568835</w:t>
        <w:br/>
        <w:t>vt 0.617305 0.571735</w:t>
        <w:br/>
        <w:t>vt 0.627605 0.584735</w:t>
        <w:br/>
        <w:t>vt 0.625005 0.584735</w:t>
        <w:br/>
        <w:t>vt 0.625005 0.581735</w:t>
        <w:br/>
        <w:t>vt 0.627605 0.581735</w:t>
        <w:br/>
        <w:t>vt 0.627605 0.568835</w:t>
        <w:br/>
        <w:t>vt 0.627605 0.571735</w:t>
        <w:br/>
        <w:t>vt 0.625005 0.571735</w:t>
        <w:br/>
        <w:t>vt 0.625005 0.568835</w:t>
        <w:br/>
        <w:t>vt 0.622005 0.584735</w:t>
        <w:br/>
        <w:t>vt 0.622005 0.581735</w:t>
        <w:br/>
        <w:t>vt 0.622005 0.568835</w:t>
        <w:br/>
        <w:t>vt 0.622005 0.571735</w:t>
        <w:br/>
        <w:t>vt 0.570505 0.576835</w:t>
        <w:br/>
        <w:t>vt 0.565205 0.576835</w:t>
        <w:br/>
        <w:t>vt 0.570505 0.576835</w:t>
        <w:br/>
        <w:t>vt 0.565205 0.576835</w:t>
        <w:br/>
        <w:t>vt 0.575605 0.576835</w:t>
        <w:br/>
        <w:t>vt 0.575605 0.576835</w:t>
        <w:br/>
        <w:t>vt 0.588305 0.576735</w:t>
        <w:br/>
        <w:t>vt 0.588305 0.581735</w:t>
        <w:br/>
        <w:t>vt 0.582205 0.581735</w:t>
        <w:br/>
        <w:t>vt 0.582205 0.576835</w:t>
        <w:br/>
        <w:t>vt 0.582205 0.571735</w:t>
        <w:br/>
        <w:t>vt 0.588305 0.571735</w:t>
        <w:br/>
        <w:t>vt 0.608605 0.576735</w:t>
        <w:br/>
        <w:t>vt 0.608605 0.571735</w:t>
        <w:br/>
        <w:t>vt 0.613205 0.571735</w:t>
        <w:br/>
        <w:t>vt 0.613205 0.576735</w:t>
        <w:br/>
        <w:t>vt 0.613205 0.581735</w:t>
        <w:br/>
        <w:t>vt 0.608605 0.581735</w:t>
        <w:br/>
        <w:t>vt 0.595305 0.576735</w:t>
        <w:br/>
        <w:t>vt 0.602305 0.576735</w:t>
        <w:br/>
        <w:t>vt 0.602305 0.581735</w:t>
        <w:br/>
        <w:t>vt 0.595305 0.581735</w:t>
        <w:br/>
        <w:t>vt 0.595305 0.571735</w:t>
        <w:br/>
        <w:t>vt 0.602305 0.571735</w:t>
        <w:br/>
        <w:t>vt 0.617305 0.576735</w:t>
        <w:br/>
        <w:t>vt 0.617305 0.571735</w:t>
        <w:br/>
        <w:t>vt 0.617305 0.581735</w:t>
        <w:br/>
        <w:t>vt 0.625005 0.576735</w:t>
        <w:br/>
        <w:t>vt 0.625005 0.571735</w:t>
        <w:br/>
        <w:t>vt 0.627605 0.571735</w:t>
        <w:br/>
        <w:t>vt 0.627605 0.576735</w:t>
        <w:br/>
        <w:t>vt 0.627605 0.581735</w:t>
        <w:br/>
        <w:t>vt 0.625005 0.581735</w:t>
        <w:br/>
        <w:t>vt 0.622005 0.576735</w:t>
        <w:br/>
        <w:t>vt 0.622005 0.571735</w:t>
        <w:br/>
        <w:t>vt 0.625005 0.576735</w:t>
        <w:br/>
        <w:t>vt 0.622005 0.581735</w:t>
        <w:br/>
        <w:t>vt 0.624590 0.607604</w:t>
        <w:br/>
        <w:t>vt 0.624590 0.597704</w:t>
        <w:br/>
        <w:t>vt 0.618990 0.597704</w:t>
        <w:br/>
        <w:t>vt 0.618990 0.607604</w:t>
        <w:br/>
        <w:t>vt 0.613090 0.597704</w:t>
        <w:br/>
        <w:t>vt 0.613090 0.607604</w:t>
        <w:br/>
        <w:t>vt 0.607290 0.607604</w:t>
        <w:br/>
        <w:t>vt 0.607290 0.597704</w:t>
        <w:br/>
        <w:t>vt 0.601890 0.597704</w:t>
        <w:br/>
        <w:t>vt 0.601890 0.607604</w:t>
        <w:br/>
        <w:t>vt 0.585690 0.607604</w:t>
        <w:br/>
        <w:t>vt 0.585690 0.597704</w:t>
        <w:br/>
        <w:t>vt 0.582390 0.597704</w:t>
        <w:br/>
        <w:t>vt 0.582390 0.607604</w:t>
        <w:br/>
        <w:t>vt 0.590190 0.597704</w:t>
        <w:br/>
        <w:t>vt 0.590190 0.607604</w:t>
        <w:br/>
        <w:t>vt 0.596090 0.607604</w:t>
        <w:br/>
        <w:t>vt 0.596090 0.597704</w:t>
        <w:br/>
        <w:t>vt 0.578590 0.607704</w:t>
        <w:br/>
        <w:t>vt 0.578590 0.597704</w:t>
        <w:br/>
        <w:t>vt 0.568190 0.607704</w:t>
        <w:br/>
        <w:t>vt 0.570890 0.607704</w:t>
        <w:br/>
        <w:t>vt 0.570890 0.597804</w:t>
        <w:br/>
        <w:t>vt 0.568190 0.597804</w:t>
        <w:br/>
        <w:t>vt 0.574590 0.607704</w:t>
        <w:br/>
        <w:t>vt 0.574590 0.597804</w:t>
        <w:br/>
        <w:t>vt 0.565205 0.584735</w:t>
        <w:br/>
        <w:t>vt 0.565205 0.581935</w:t>
        <w:br/>
        <w:t>vt 0.570505 0.581935</w:t>
        <w:br/>
        <w:t>vt 0.570505 0.584735</w:t>
        <w:br/>
        <w:t>vt 0.565205 0.568835</w:t>
        <w:br/>
        <w:t>vt 0.570505 0.568835</w:t>
        <w:br/>
        <w:t>vt 0.570505 0.571735</w:t>
        <w:br/>
        <w:t>vt 0.565205 0.571735</w:t>
        <w:br/>
        <w:t>vt 0.575605 0.584735</w:t>
        <w:br/>
        <w:t>vt 0.575605 0.581935</w:t>
        <w:br/>
        <w:t>vt 0.575605 0.568835</w:t>
        <w:br/>
        <w:t>vt 0.575605 0.571735</w:t>
        <w:br/>
        <w:t>vt 0.588305 0.568835</w:t>
        <w:br/>
        <w:t>vt 0.588305 0.571735</w:t>
        <w:br/>
        <w:t>vt 0.582205 0.571735</w:t>
        <w:br/>
        <w:t>vt 0.582205 0.568835</w:t>
        <w:br/>
        <w:t>vt 0.588305 0.584735</w:t>
        <w:br/>
        <w:t>vt 0.582205 0.584735</w:t>
        <w:br/>
        <w:t>vt 0.582205 0.581935</w:t>
        <w:br/>
        <w:t>vt 0.588305 0.581935</w:t>
        <w:br/>
        <w:t>vt 0.613205 0.581835</w:t>
        <w:br/>
        <w:t>vt 0.613205 0.584735</w:t>
        <w:br/>
        <w:t>vt 0.608605 0.584735</w:t>
        <w:br/>
        <w:t>vt 0.608605 0.581835</w:t>
        <w:br/>
        <w:t>vt 0.613205 0.568835</w:t>
        <w:br/>
        <w:t>vt 0.613205 0.571735</w:t>
        <w:br/>
        <w:t>vt 0.608605 0.571735</w:t>
        <w:br/>
        <w:t>vt 0.608605 0.568835</w:t>
        <w:br/>
        <w:t>vt 0.602305 0.571735</w:t>
        <w:br/>
        <w:t>vt 0.595305 0.571735</w:t>
        <w:br/>
        <w:t>vt 0.595305 0.568835</w:t>
        <w:br/>
        <w:t>vt 0.602305 0.568835</w:t>
        <w:br/>
        <w:t>vt 0.595305 0.584735</w:t>
        <w:br/>
        <w:t>vt 0.595305 0.581835</w:t>
        <w:br/>
        <w:t>vt 0.602305 0.581835</w:t>
        <w:br/>
        <w:t>vt 0.602305 0.584735</w:t>
        <w:br/>
        <w:t>vt 0.617305 0.581835</w:t>
        <w:br/>
        <w:t>vt 0.617305 0.584735</w:t>
        <w:br/>
        <w:t>vt 0.617305 0.568835</w:t>
        <w:br/>
        <w:t>vt 0.617305 0.571735</w:t>
        <w:br/>
        <w:t>vt 0.627605 0.584735</w:t>
        <w:br/>
        <w:t>vt 0.625005 0.584735</w:t>
        <w:br/>
        <w:t>vt 0.625005 0.581835</w:t>
        <w:br/>
        <w:t>vt 0.627605 0.581835</w:t>
        <w:br/>
        <w:t>vt 0.627605 0.568835</w:t>
        <w:br/>
        <w:t>vt 0.627605 0.571735</w:t>
        <w:br/>
        <w:t>vt 0.625005 0.571735</w:t>
        <w:br/>
        <w:t>vt 0.625005 0.568835</w:t>
        <w:br/>
        <w:t>vt 0.622005 0.584735</w:t>
        <w:br/>
        <w:t>vt 0.622005 0.581835</w:t>
        <w:br/>
        <w:t>vt 0.622005 0.568835</w:t>
        <w:br/>
        <w:t>vt 0.622005 0.571735</w:t>
        <w:br/>
        <w:t>vt 0.570505 0.576835</w:t>
        <w:br/>
        <w:t>vt 0.565205 0.576835</w:t>
        <w:br/>
        <w:t>vt 0.570505 0.576835</w:t>
        <w:br/>
        <w:t>vt 0.565205 0.576835</w:t>
        <w:br/>
        <w:t>vt 0.575605 0.571735</w:t>
        <w:br/>
        <w:t>vt 0.575605 0.576835</w:t>
        <w:br/>
        <w:t>vt 0.575605 0.581935</w:t>
        <w:br/>
        <w:t>vt 0.588305 0.576735</w:t>
        <w:br/>
        <w:t>vt 0.588305 0.581935</w:t>
        <w:br/>
        <w:t>vt 0.582205 0.581935</w:t>
        <w:br/>
        <w:t>vt 0.582205 0.576835</w:t>
        <w:br/>
        <w:t>vt 0.582205 0.571735</w:t>
        <w:br/>
        <w:t>vt 0.588305 0.571735</w:t>
        <w:br/>
        <w:t>vt 0.608605 0.576735</w:t>
        <w:br/>
        <w:t>vt 0.608605 0.571735</w:t>
        <w:br/>
        <w:t>vt 0.613205 0.571735</w:t>
        <w:br/>
        <w:t>vt 0.613205 0.576735</w:t>
        <w:br/>
        <w:t>vt 0.613205 0.581835</w:t>
        <w:br/>
        <w:t>vt 0.608605 0.581835</w:t>
        <w:br/>
        <w:t>vt 0.595305 0.576735</w:t>
        <w:br/>
        <w:t>vt 0.602305 0.576735</w:t>
        <w:br/>
        <w:t>vt 0.602305 0.581835</w:t>
        <w:br/>
        <w:t>vt 0.595305 0.581835</w:t>
        <w:br/>
        <w:t>vt 0.595305 0.571735</w:t>
        <w:br/>
        <w:t>vt 0.602305 0.571735</w:t>
        <w:br/>
        <w:t>vt 0.617305 0.571735</w:t>
        <w:br/>
        <w:t>vt 0.617305 0.576735</w:t>
        <w:br/>
        <w:t>vt 0.617305 0.581835</w:t>
        <w:br/>
        <w:t>vt 0.625005 0.576735</w:t>
        <w:br/>
        <w:t>vt 0.625005 0.571735</w:t>
        <w:br/>
        <w:t>vt 0.627605 0.571735</w:t>
        <w:br/>
        <w:t>vt 0.627605 0.576735</w:t>
        <w:br/>
        <w:t>vt 0.627605 0.581835</w:t>
        <w:br/>
        <w:t>vt 0.625005 0.581835</w:t>
        <w:br/>
        <w:t>vt 0.622005 0.576735</w:t>
        <w:br/>
        <w:t>vt 0.622005 0.571735</w:t>
        <w:br/>
        <w:t>vt 0.622005 0.581835</w:t>
        <w:br/>
        <w:t>vt 0.706200 0.583500</w:t>
        <w:br/>
        <w:t>vt 0.706200 0.590100</w:t>
        <w:br/>
        <w:t>vt 0.704700 0.590100</w:t>
        <w:br/>
        <w:t>vt 0.704700 0.583500</w:t>
        <w:br/>
        <w:t>vt 0.706200 0.577400</w:t>
        <w:br/>
        <w:t>vt 0.704700 0.577400</w:t>
        <w:br/>
        <w:t>vt 0.704700 0.571100</w:t>
        <w:br/>
        <w:t>vt 0.706200 0.571100</w:t>
        <w:br/>
        <w:t>vt 0.704700 0.565000</w:t>
        <w:br/>
        <w:t>vt 0.706200 0.565000</w:t>
        <w:br/>
        <w:t>vt 0.704700 0.558800</w:t>
        <w:br/>
        <w:t>vt 0.706200 0.558800</w:t>
        <w:br/>
        <w:t>vt 0.704700 0.552700</w:t>
        <w:br/>
        <w:t>vt 0.706200 0.552700</w:t>
        <w:br/>
        <w:t>vt 0.704700 0.546400</w:t>
        <w:br/>
        <w:t>vt 0.706200 0.546400</w:t>
        <w:br/>
        <w:t>vt 0.704700 0.540100</w:t>
        <w:br/>
        <w:t>vt 0.706200 0.540100</w:t>
        <w:br/>
        <w:t>vt 0.704700 0.534100</w:t>
        <w:br/>
        <w:t>vt 0.706200 0.534100</w:t>
        <w:br/>
        <w:t>vt 0.704700 0.528000</w:t>
        <w:br/>
        <w:t>vt 0.706200 0.528000</w:t>
        <w:br/>
        <w:t>vt 0.704700 0.521900</w:t>
        <w:br/>
        <w:t>vt 0.706200 0.521900</w:t>
        <w:br/>
        <w:t>vt 0.704700 0.515800</w:t>
        <w:br/>
        <w:t>vt 0.706200 0.515800</w:t>
        <w:br/>
        <w:t>vt 0.704700 0.509800</w:t>
        <w:br/>
        <w:t>vt 0.706200 0.509800</w:t>
        <w:br/>
        <w:t>vt 0.704700 0.504200</w:t>
        <w:br/>
        <w:t>vt 0.706200 0.504200</w:t>
        <w:br/>
        <w:t>vt 0.704700 0.498300</w:t>
        <w:br/>
        <w:t>vt 0.706200 0.498300</w:t>
        <w:br/>
        <w:t>vt 0.704700 0.492600</w:t>
        <w:br/>
        <w:t>vt 0.706200 0.492600</w:t>
        <w:br/>
        <w:t>vt 0.706200 0.487300</w:t>
        <w:br/>
        <w:t>vt 0.704700 0.487300</w:t>
        <w:br/>
        <w:t>vt 0.704700 0.481600</w:t>
        <w:br/>
        <w:t>vt 0.706200 0.481600</w:t>
        <w:br/>
        <w:t>vt 0.704700 0.476100</w:t>
        <w:br/>
        <w:t>vt 0.706200 0.476100</w:t>
        <w:br/>
        <w:t>vt 0.704700 0.618700</w:t>
        <w:br/>
        <w:t>vt 0.704700 0.613000</w:t>
        <w:br/>
        <w:t>vt 0.706200 0.613000</w:t>
        <w:br/>
        <w:t>vt 0.706200 0.618700</w:t>
        <w:br/>
        <w:t>vt 0.704700 0.607800</w:t>
        <w:br/>
        <w:t>vt 0.706200 0.607800</w:t>
        <w:br/>
        <w:t>vt 0.706200 0.601600</w:t>
        <w:br/>
        <w:t>vt 0.704700 0.601600</w:t>
        <w:br/>
        <w:t>vt 0.706200 0.596100</w:t>
        <w:br/>
        <w:t>vt 0.704700 0.596100</w:t>
        <w:br/>
        <w:t>vt 0.708000 0.577400</w:t>
        <w:br/>
        <w:t>vt 0.709500 0.577400</w:t>
        <w:br/>
        <w:t>vt 0.709500 0.583500</w:t>
        <w:br/>
        <w:t>vt 0.708000 0.583500</w:t>
        <w:br/>
        <w:t>vt 0.708000 0.571100</w:t>
        <w:br/>
        <w:t>vt 0.709500 0.571100</w:t>
        <w:br/>
        <w:t>vt 0.708000 0.565000</w:t>
        <w:br/>
        <w:t>vt 0.709500 0.565000</w:t>
        <w:br/>
        <w:t>vt 0.708000 0.558800</w:t>
        <w:br/>
        <w:t>vt 0.709500 0.558800</w:t>
        <w:br/>
        <w:t>vt 0.708000 0.552700</w:t>
        <w:br/>
        <w:t>vt 0.709500 0.552700</w:t>
        <w:br/>
        <w:t>vt 0.708000 0.546400</w:t>
        <w:br/>
        <w:t>vt 0.709500 0.546400</w:t>
        <w:br/>
        <w:t>vt 0.708000 0.540100</w:t>
        <w:br/>
        <w:t>vt 0.709500 0.540100</w:t>
        <w:br/>
        <w:t>vt 0.708000 0.534100</w:t>
        <w:br/>
        <w:t>vt 0.709500 0.534100</w:t>
        <w:br/>
        <w:t>vt 0.708000 0.528000</w:t>
        <w:br/>
        <w:t>vt 0.709500 0.528000</w:t>
        <w:br/>
        <w:t>vt 0.708000 0.521900</w:t>
        <w:br/>
        <w:t>vt 0.709500 0.521900</w:t>
        <w:br/>
        <w:t>vt 0.708000 0.515800</w:t>
        <w:br/>
        <w:t>vt 0.709500 0.515800</w:t>
        <w:br/>
        <w:t>vt 0.708000 0.509800</w:t>
        <w:br/>
        <w:t>vt 0.709500 0.509800</w:t>
        <w:br/>
        <w:t>vt 0.708000 0.504200</w:t>
        <w:br/>
        <w:t>vt 0.709500 0.504200</w:t>
        <w:br/>
        <w:t>vt 0.708000 0.498300</w:t>
        <w:br/>
        <w:t>vt 0.709500 0.498300</w:t>
        <w:br/>
        <w:t>vt 0.708000 0.492600</w:t>
        <w:br/>
        <w:t>vt 0.709500 0.492600</w:t>
        <w:br/>
        <w:t>vt 0.708000 0.487300</w:t>
        <w:br/>
        <w:t>vt 0.709500 0.487300</w:t>
        <w:br/>
        <w:t>vt 0.708000 0.481600</w:t>
        <w:br/>
        <w:t>vt 0.709500 0.481600</w:t>
        <w:br/>
        <w:t>vt 0.708000 0.476100</w:t>
        <w:br/>
        <w:t>vt 0.709500 0.476100</w:t>
        <w:br/>
        <w:t>vt 0.709500 0.618700</w:t>
        <w:br/>
        <w:t>vt 0.708000 0.618700</w:t>
        <w:br/>
        <w:t>vt 0.708000 0.613000</w:t>
        <w:br/>
        <w:t>vt 0.709500 0.613000</w:t>
        <w:br/>
        <w:t>vt 0.708000 0.607800</w:t>
        <w:br/>
        <w:t>vt 0.709500 0.607800</w:t>
        <w:br/>
        <w:t>vt 0.708000 0.601600</w:t>
        <w:br/>
        <w:t>vt 0.709500 0.601600</w:t>
        <w:br/>
        <w:t>vt 0.708000 0.596100</w:t>
        <w:br/>
        <w:t>vt 0.709500 0.596100</w:t>
        <w:br/>
        <w:t>vt 0.708000 0.590100</w:t>
        <w:br/>
        <w:t>vt 0.709500 0.590100</w:t>
        <w:br/>
        <w:t>vt 0.708000 0.590100</w:t>
        <w:br/>
        <w:t>vt 0.706200 0.590100</w:t>
        <w:br/>
        <w:t>vt 0.706200 0.583500</w:t>
        <w:br/>
        <w:t>vt 0.708000 0.583500</w:t>
        <w:br/>
        <w:t>vt 0.706200 0.577400</w:t>
        <w:br/>
        <w:t>vt 0.708000 0.577400</w:t>
        <w:br/>
        <w:t>vt 0.708000 0.571100</w:t>
        <w:br/>
        <w:t>vt 0.706200 0.571100</w:t>
        <w:br/>
        <w:t>vt 0.706200 0.565000</w:t>
        <w:br/>
        <w:t>vt 0.708000 0.565000</w:t>
        <w:br/>
        <w:t>vt 0.706200 0.558800</w:t>
        <w:br/>
        <w:t>vt 0.708000 0.558800</w:t>
        <w:br/>
        <w:t>vt 0.706200 0.552700</w:t>
        <w:br/>
        <w:t>vt 0.708000 0.552700</w:t>
        <w:br/>
        <w:t>vt 0.706200 0.546400</w:t>
        <w:br/>
        <w:t>vt 0.708000 0.546400</w:t>
        <w:br/>
        <w:t>vt 0.706200 0.540100</w:t>
        <w:br/>
        <w:t>vt 0.708000 0.540100</w:t>
        <w:br/>
        <w:t>vt 0.708000 0.534100</w:t>
        <w:br/>
        <w:t>vt 0.706200 0.534100</w:t>
        <w:br/>
        <w:t>vt 0.706200 0.528000</w:t>
        <w:br/>
        <w:t>vt 0.708000 0.528000</w:t>
        <w:br/>
        <w:t>vt 0.706200 0.521900</w:t>
        <w:br/>
        <w:t>vt 0.708000 0.521900</w:t>
        <w:br/>
        <w:t>vt 0.706200 0.515800</w:t>
        <w:br/>
        <w:t>vt 0.708000 0.515800</w:t>
        <w:br/>
        <w:t>vt 0.706200 0.509800</w:t>
        <w:br/>
        <w:t>vt 0.708000 0.509800</w:t>
        <w:br/>
        <w:t>vt 0.706200 0.504200</w:t>
        <w:br/>
        <w:t>vt 0.708000 0.504200</w:t>
        <w:br/>
        <w:t>vt 0.706200 0.498300</w:t>
        <w:br/>
        <w:t>vt 0.708000 0.498300</w:t>
        <w:br/>
        <w:t>vt 0.706200 0.492600</w:t>
        <w:br/>
        <w:t>vt 0.708000 0.492600</w:t>
        <w:br/>
        <w:t>vt 0.706200 0.487300</w:t>
        <w:br/>
        <w:t>vt 0.708000 0.487300</w:t>
        <w:br/>
        <w:t>vt 0.706200 0.481600</w:t>
        <w:br/>
        <w:t>vt 0.708000 0.481600</w:t>
        <w:br/>
        <w:t>vt 0.706200 0.476100</w:t>
        <w:br/>
        <w:t>vt 0.708000 0.476100</w:t>
        <w:br/>
        <w:t>vt 0.708000 0.618700</w:t>
        <w:br/>
        <w:t>vt 0.706200 0.618700</w:t>
        <w:br/>
        <w:t>vt 0.706200 0.613000</w:t>
        <w:br/>
        <w:t>vt 0.708000 0.613000</w:t>
        <w:br/>
        <w:t>vt 0.706200 0.607800</w:t>
        <w:br/>
        <w:t>vt 0.708000 0.607800</w:t>
        <w:br/>
        <w:t>vt 0.706200 0.601600</w:t>
        <w:br/>
        <w:t>vt 0.708000 0.601600</w:t>
        <w:br/>
        <w:t>vt 0.706200 0.596100</w:t>
        <w:br/>
        <w:t>vt 0.708000 0.596100</w:t>
        <w:br/>
        <w:t>vt 0.711300 0.590100</w:t>
        <w:br/>
        <w:t>vt 0.711300 0.596100</w:t>
        <w:br/>
        <w:t>vt 0.709500 0.596100</w:t>
        <w:br/>
        <w:t>vt 0.709500 0.590100</w:t>
        <w:br/>
        <w:t>vt 0.709500 0.583500</w:t>
        <w:br/>
        <w:t>vt 0.711300 0.583500</w:t>
        <w:br/>
        <w:t>vt 0.711300 0.577400</w:t>
        <w:br/>
        <w:t>vt 0.709500 0.577400</w:t>
        <w:br/>
        <w:t>vt 0.711300 0.571100</w:t>
        <w:br/>
        <w:t>vt 0.709500 0.571100</w:t>
        <w:br/>
        <w:t>vt 0.709500 0.565000</w:t>
        <w:br/>
        <w:t>vt 0.711300 0.565000</w:t>
        <w:br/>
        <w:t>vt 0.709500 0.558800</w:t>
        <w:br/>
        <w:t>vt 0.711300 0.558800</w:t>
        <w:br/>
        <w:t>vt 0.709500 0.552700</w:t>
        <w:br/>
        <w:t>vt 0.711300 0.552700</w:t>
        <w:br/>
        <w:t>vt 0.709500 0.546400</w:t>
        <w:br/>
        <w:t>vt 0.711300 0.546400</w:t>
        <w:br/>
        <w:t>vt 0.709500 0.540100</w:t>
        <w:br/>
        <w:t>vt 0.711300 0.540100</w:t>
        <w:br/>
        <w:t>vt 0.709500 0.534100</w:t>
        <w:br/>
        <w:t>vt 0.711300 0.534100</w:t>
        <w:br/>
        <w:t>vt 0.709500 0.528000</w:t>
        <w:br/>
        <w:t>vt 0.711300 0.528000</w:t>
        <w:br/>
        <w:t>vt 0.709500 0.521900</w:t>
        <w:br/>
        <w:t>vt 0.711300 0.521900</w:t>
        <w:br/>
        <w:t>vt 0.709500 0.515800</w:t>
        <w:br/>
        <w:t>vt 0.711300 0.515800</w:t>
        <w:br/>
        <w:t>vt 0.709500 0.509800</w:t>
        <w:br/>
        <w:t>vt 0.711300 0.509800</w:t>
        <w:br/>
        <w:t>vt 0.709500 0.504200</w:t>
        <w:br/>
        <w:t>vt 0.711300 0.504200</w:t>
        <w:br/>
        <w:t>vt 0.709500 0.498300</w:t>
        <w:br/>
        <w:t>vt 0.711300 0.498300</w:t>
        <w:br/>
        <w:t>vt 0.709500 0.492600</w:t>
        <w:br/>
        <w:t>vt 0.711300 0.492600</w:t>
        <w:br/>
        <w:t>vt 0.709500 0.487300</w:t>
        <w:br/>
        <w:t>vt 0.711300 0.487300</w:t>
        <w:br/>
        <w:t>vt 0.709500 0.481600</w:t>
        <w:br/>
        <w:t>vt 0.711300 0.481600</w:t>
        <w:br/>
        <w:t>vt 0.709500 0.476100</w:t>
        <w:br/>
        <w:t>vt 0.711300 0.476100</w:t>
        <w:br/>
        <w:t>vt 0.709500 0.618700</w:t>
        <w:br/>
        <w:t>vt 0.709500 0.613000</w:t>
        <w:br/>
        <w:t>vt 0.711300 0.613000</w:t>
        <w:br/>
        <w:t>vt 0.711300 0.618700</w:t>
        <w:br/>
        <w:t>vt 0.709500 0.607800</w:t>
        <w:br/>
        <w:t>vt 0.711300 0.607800</w:t>
        <w:br/>
        <w:t>vt 0.711300 0.601600</w:t>
        <w:br/>
        <w:t>vt 0.709500 0.601600</w:t>
        <w:br/>
        <w:t>vt 0.679060 0.382300</w:t>
        <w:br/>
        <w:t>vt 0.681060 0.382300</w:t>
        <w:br/>
        <w:t>vt 0.681060 0.388100</w:t>
        <w:br/>
        <w:t>vt 0.679060 0.388100</w:t>
        <w:br/>
        <w:t>vt 0.681060 0.393500</w:t>
        <w:br/>
        <w:t>vt 0.679060 0.393500</w:t>
        <w:br/>
        <w:t>vt 0.679060 0.399300</w:t>
        <w:br/>
        <w:t>vt 0.681060 0.399300</w:t>
        <w:br/>
        <w:t>vt 0.679060 0.404700</w:t>
        <w:br/>
        <w:t>vt 0.681060 0.404700</w:t>
        <w:br/>
        <w:t>vt 0.679060 0.342800</w:t>
        <w:br/>
        <w:t>vt 0.679060 0.336900</w:t>
        <w:br/>
        <w:t>vt 0.681060 0.336900</w:t>
        <w:br/>
        <w:t>vt 0.681060 0.342800</w:t>
        <w:br/>
        <w:t>vt 0.679060 0.348300</w:t>
        <w:br/>
        <w:t>vt 0.681060 0.348300</w:t>
        <w:br/>
        <w:t>vt 0.679060 0.354100</w:t>
        <w:br/>
        <w:t>vt 0.681060 0.354100</w:t>
        <w:br/>
        <w:t>vt 0.681060 0.359600</w:t>
        <w:br/>
        <w:t>vt 0.679060 0.359600</w:t>
        <w:br/>
        <w:t>vt 0.681060 0.365400</w:t>
        <w:br/>
        <w:t>vt 0.679060 0.365400</w:t>
        <w:br/>
        <w:t>vt 0.681060 0.371000</w:t>
        <w:br/>
        <w:t>vt 0.679060 0.371000</w:t>
        <w:br/>
        <w:t>vt 0.681060 0.376800</w:t>
        <w:br/>
        <w:t>vt 0.679060 0.376800</w:t>
        <w:br/>
        <w:t>vt 0.684360 0.382300</w:t>
        <w:br/>
        <w:t>vt 0.684360 0.388100</w:t>
        <w:br/>
        <w:t>vt 0.682560 0.388100</w:t>
        <w:br/>
        <w:t>vt 0.682560 0.382300</w:t>
        <w:br/>
        <w:t>vt 0.684360 0.393500</w:t>
        <w:br/>
        <w:t>vt 0.682560 0.393500</w:t>
        <w:br/>
        <w:t>vt 0.684360 0.399300</w:t>
        <w:br/>
        <w:t>vt 0.682560 0.399300</w:t>
        <w:br/>
        <w:t>vt 0.684360 0.404700</w:t>
        <w:br/>
        <w:t>vt 0.682560 0.404700</w:t>
        <w:br/>
        <w:t>vt 0.682560 0.336900</w:t>
        <w:br/>
        <w:t>vt 0.684360 0.336900</w:t>
        <w:br/>
        <w:t>vt 0.684360 0.342800</w:t>
        <w:br/>
        <w:t>vt 0.682560 0.342800</w:t>
        <w:br/>
        <w:t>vt 0.684360 0.348300</w:t>
        <w:br/>
        <w:t>vt 0.682560 0.348300</w:t>
        <w:br/>
        <w:t>vt 0.682560 0.354100</w:t>
        <w:br/>
        <w:t>vt 0.684360 0.354100</w:t>
        <w:br/>
        <w:t>vt 0.682560 0.359600</w:t>
        <w:br/>
        <w:t>vt 0.684360 0.359600</w:t>
        <w:br/>
        <w:t>vt 0.682560 0.365400</w:t>
        <w:br/>
        <w:t>vt 0.684360 0.365400</w:t>
        <w:br/>
        <w:t>vt 0.682560 0.371000</w:t>
        <w:br/>
        <w:t>vt 0.684360 0.371000</w:t>
        <w:br/>
        <w:t>vt 0.682560 0.376800</w:t>
        <w:br/>
        <w:t>vt 0.684360 0.376800</w:t>
        <w:br/>
        <w:t>vt 0.686760 0.382300</w:t>
        <w:br/>
        <w:t>vt 0.686760 0.388100</w:t>
        <w:br/>
        <w:t>vt 0.684360 0.388100</w:t>
        <w:br/>
        <w:t>vt 0.684360 0.382300</w:t>
        <w:br/>
        <w:t>vt 0.686760 0.393500</w:t>
        <w:br/>
        <w:t>vt 0.684360 0.393500</w:t>
        <w:br/>
        <w:t>vt 0.686760 0.399300</w:t>
        <w:br/>
        <w:t>vt 0.684360 0.399300</w:t>
        <w:br/>
        <w:t>vt 0.686760 0.404700</w:t>
        <w:br/>
        <w:t>vt 0.684360 0.404700</w:t>
        <w:br/>
        <w:t>vt 0.686760 0.336900</w:t>
        <w:br/>
        <w:t>vt 0.686760 0.342800</w:t>
        <w:br/>
        <w:t>vt 0.684360 0.342800</w:t>
        <w:br/>
        <w:t>vt 0.684360 0.336900</w:t>
        <w:br/>
        <w:t>vt 0.686760 0.348300</w:t>
        <w:br/>
        <w:t>vt 0.684360 0.348300</w:t>
        <w:br/>
        <w:t>vt 0.686760 0.354100</w:t>
        <w:br/>
        <w:t>vt 0.684360 0.354100</w:t>
        <w:br/>
        <w:t>vt 0.686760 0.359600</w:t>
        <w:br/>
        <w:t>vt 0.684360 0.359600</w:t>
        <w:br/>
        <w:t>vt 0.686760 0.365400</w:t>
        <w:br/>
        <w:t>vt 0.684360 0.365400</w:t>
        <w:br/>
        <w:t>vt 0.686760 0.371000</w:t>
        <w:br/>
        <w:t>vt 0.684360 0.371000</w:t>
        <w:br/>
        <w:t>vt 0.686760 0.376800</w:t>
        <w:br/>
        <w:t>vt 0.684360 0.376800</w:t>
        <w:br/>
        <w:t>vt 0.682560 0.382300</w:t>
        <w:br/>
        <w:t>vt 0.682560 0.388100</w:t>
        <w:br/>
        <w:t>vt 0.681060 0.388100</w:t>
        <w:br/>
        <w:t>vt 0.682560 0.393500</w:t>
        <w:br/>
        <w:t>vt 0.681060 0.393500</w:t>
        <w:br/>
        <w:t>vt 0.682560 0.399300</w:t>
        <w:br/>
        <w:t>vt 0.681060 0.399300</w:t>
        <w:br/>
        <w:t>vt 0.682560 0.404700</w:t>
        <w:br/>
        <w:t>vt 0.682560 0.336900</w:t>
        <w:br/>
        <w:t>vt 0.682560 0.342800</w:t>
        <w:br/>
        <w:t>vt 0.682560 0.348300</w:t>
        <w:br/>
        <w:t>vt 0.681060 0.348300</w:t>
        <w:br/>
        <w:t>vt 0.682560 0.354100</w:t>
        <w:br/>
        <w:t>vt 0.681060 0.354100</w:t>
        <w:br/>
        <w:t>vt 0.682560 0.359600</w:t>
        <w:br/>
        <w:t>vt 0.681060 0.359600</w:t>
        <w:br/>
        <w:t>vt 0.682560 0.365400</w:t>
        <w:br/>
        <w:t>vt 0.681060 0.365400</w:t>
        <w:br/>
        <w:t>vt 0.682560 0.371000</w:t>
        <w:br/>
        <w:t>vt 0.681060 0.371000</w:t>
        <w:br/>
        <w:t>vt 0.682560 0.376800</w:t>
        <w:br/>
        <w:t>vt 0.776386 0.279599</w:t>
        <w:br/>
        <w:t>vt 0.778228 0.273787</w:t>
        <w:br/>
        <w:t>vt 0.794057 0.275778</w:t>
        <w:br/>
        <w:t>vt 0.794057 0.281923</w:t>
        <w:br/>
        <w:t>vt 0.759827 0.271891</w:t>
        <w:br/>
        <w:t>vt 0.763601 0.267210</w:t>
        <w:br/>
        <w:t>vt 0.747051 0.258081</w:t>
        <w:br/>
        <w:t>vt 0.752170 0.255143</w:t>
        <w:br/>
        <w:t>vt 0.759828 0.271894</w:t>
        <w:br/>
        <w:t>vt 0.763601 0.267213</w:t>
        <w:br/>
        <w:t>vt 0.752166 0.255150</w:t>
        <w:br/>
        <w:t>vt 0.747047 0.258089</w:t>
        <w:br/>
        <w:t>vt 0.778229 0.273787</w:t>
        <w:br/>
        <w:t>vt 0.776388 0.279600</w:t>
        <w:br/>
        <w:t>vt 0.778229 0.273787</w:t>
        <w:br/>
        <w:t>vt 0.776388 0.279600</w:t>
        <w:br/>
        <w:t>vt 0.794057 0.255799</w:t>
        <w:br/>
        <w:t>vt 0.783669 0.254243</w:t>
        <w:br/>
        <w:t>vt 0.781849 0.262388</w:t>
        <w:br/>
        <w:t>vt 0.794057 0.264210</w:t>
        <w:br/>
        <w:t>vt 0.781849 0.262389</w:t>
        <w:br/>
        <w:t>vt 0.783666 0.254243</w:t>
        <w:br/>
        <w:t>vt 0.770816 0.257926</w:t>
        <w:br/>
        <w:t>vt 0.774175 0.250259</w:t>
        <w:br/>
        <w:t>vt 0.761844 0.251490</w:t>
        <w:br/>
        <w:t>vt 0.765729 0.245466</w:t>
        <w:br/>
        <w:t>vt 0.774175 0.250259</w:t>
        <w:br/>
        <w:t>vt 0.770816 0.257926</w:t>
        <w:br/>
        <w:t>vt 0.770816 0.257928</w:t>
        <w:br/>
        <w:t>vt 0.774171 0.250257</w:t>
        <w:br/>
        <w:t>vt 0.765716 0.245472</w:t>
        <w:br/>
        <w:t>vt 0.761839 0.251498</w:t>
        <w:br/>
        <w:t>vt 0.783669 0.254243</w:t>
        <w:br/>
        <w:t>vt 0.781849 0.262388</w:t>
        <w:br/>
        <w:t>vt 0.779519 0.270247</w:t>
        <w:br/>
        <w:t>vt 0.794057 0.272388</w:t>
        <w:br/>
        <w:t>vt 0.766214 0.264567</w:t>
        <w:br/>
        <w:t>vt 0.755959 0.255157</w:t>
        <w:br/>
        <w:t>vt 0.766213 0.264569</w:t>
        <w:br/>
        <w:t>vt 0.755956 0.255165</w:t>
        <w:br/>
        <w:t>vt 0.779520 0.270247</w:t>
        <w:br/>
        <w:t>vt 0.778228 0.273787</w:t>
        <w:br/>
        <w:t>vt 0.779519 0.270247</w:t>
        <w:br/>
        <w:t>vt 0.794057 0.272388</w:t>
        <w:br/>
        <w:t>vt 0.794057 0.275778</w:t>
        <w:br/>
        <w:t>vt 0.766214 0.264567</w:t>
        <w:br/>
        <w:t>vt 0.763601 0.267210</w:t>
        <w:br/>
        <w:t>vt 0.755959 0.255157</w:t>
        <w:br/>
        <w:t>vt 0.752170 0.255143</w:t>
        <w:br/>
        <w:t>vt 0.763601 0.267213</w:t>
        <w:br/>
        <w:t>vt 0.766213 0.264569</w:t>
        <w:br/>
        <w:t>vt 0.755956 0.255165</w:t>
        <w:br/>
        <w:t>vt 0.752166 0.255150</w:t>
        <w:br/>
        <w:t>vt 0.779520 0.270247</w:t>
        <w:br/>
        <w:t>vt 0.778229 0.273787</w:t>
        <w:br/>
        <w:t>vt 0.728752 0.278983</w:t>
        <w:br/>
        <w:t>vt 0.737764 0.263362</w:t>
        <w:br/>
        <w:t>vt 0.746759 0.278983</w:t>
        <w:br/>
        <w:t>vt 0.719737 0.263365</w:t>
        <w:br/>
        <w:t>vt 0.710748 0.278983</w:t>
        <w:br/>
        <w:t>vt 0.719742 0.263363</w:t>
        <w:br/>
        <w:t>vt 0.737770 0.263365</w:t>
        <w:br/>
        <w:t>vt 0.775556 0.244865</w:t>
        <w:br/>
        <w:t>vt 0.784463 0.249145</w:t>
        <w:br/>
        <w:t>vt 0.767018 0.239920</w:t>
        <w:br/>
        <w:t>vt 0.775556 0.244865</w:t>
        <w:br/>
        <w:t>vt 0.775563 0.244865</w:t>
        <w:br/>
        <w:t>vt 0.767020 0.239936</w:t>
        <w:br/>
        <w:t>vt 0.784460 0.249152</w:t>
        <w:br/>
        <w:t>vt 0.794057 0.250309</w:t>
        <w:br/>
        <w:t>vt 0.784460 0.249152</w:t>
        <w:br/>
        <w:t>vt 0.784659 0.247075</w:t>
        <w:br/>
        <w:t>vt 0.775976 0.242462</w:t>
        <w:br/>
        <w:t>vt 0.767259 0.235708</w:t>
        <w:br/>
        <w:t>vt 0.767020 0.239936</w:t>
        <w:br/>
        <w:t>vt 0.775982 0.242463</w:t>
        <w:br/>
        <w:t>vt 0.767258 0.235721</w:t>
        <w:br/>
        <w:t>vt 0.784657 0.247096</w:t>
        <w:br/>
        <w:t>vt 0.794057 0.247987</w:t>
        <w:br/>
        <w:t>vt 0.770796 0.233637</w:t>
        <w:br/>
        <w:t>vt 0.767258 0.235721</w:t>
        <w:br/>
        <w:t>vt 0.775982 0.242463</w:t>
        <w:br/>
        <w:t>vt 0.777395 0.240269</w:t>
        <w:br/>
        <w:t>vt 0.777390 0.240263</w:t>
        <w:br/>
        <w:t>vt 0.775976 0.242462</w:t>
        <w:br/>
        <w:t>vt 0.767259 0.235708</w:t>
        <w:br/>
        <w:t>vt 0.770797 0.233628</w:t>
        <w:br/>
        <w:t>vt 0.785376 0.244294</w:t>
        <w:br/>
        <w:t>vt 0.784659 0.247075</w:t>
        <w:br/>
        <w:t>vt 0.794057 0.245126</w:t>
        <w:br/>
        <w:t>vt 0.794057 0.247987</w:t>
        <w:br/>
        <w:t>vt 0.785375 0.244311</w:t>
        <w:br/>
        <w:t>vt 0.784657 0.247096</w:t>
        <w:br/>
        <w:t>vt 0.780186 0.237031</w:t>
        <w:br/>
        <w:t>vt 0.782581 0.233564</w:t>
        <w:br/>
        <w:t>vt 0.788002 0.236530</w:t>
        <w:br/>
        <w:t>vt 0.786676 0.240310</w:t>
        <w:br/>
        <w:t>vt 0.775672 0.232706</w:t>
        <w:br/>
        <w:t>vt 0.778083 0.228340</w:t>
        <w:br/>
        <w:t>vt 0.775672 0.232714</w:t>
        <w:br/>
        <w:t>vt 0.780188 0.237038</w:t>
        <w:br/>
        <w:t>vt 0.782582 0.233570</w:t>
        <w:br/>
        <w:t>vt 0.778082 0.228347</w:t>
        <w:br/>
        <w:t>vt 0.786675 0.240318</w:t>
        <w:br/>
        <w:t>vt 0.788002 0.236535</w:t>
        <w:br/>
        <w:t>vt 0.794057 0.241102</w:t>
        <w:br/>
        <w:t>vt 0.794057 0.237545</w:t>
        <w:br/>
        <w:t>vt 0.782582 0.233570</w:t>
        <w:br/>
        <w:t>vt 0.785153 0.230835</w:t>
        <w:br/>
        <w:t>vt 0.782485 0.227112</w:t>
        <w:br/>
        <w:t>vt 0.778082 0.228347</w:t>
        <w:br/>
        <w:t>vt 0.785154 0.230832</w:t>
        <w:br/>
        <w:t>vt 0.782581 0.233564</w:t>
        <w:br/>
        <w:t>vt 0.778083 0.228340</w:t>
        <w:br/>
        <w:t>vt 0.782487 0.227107</w:t>
        <w:br/>
        <w:t>vt 0.789361 0.233036</w:t>
        <w:br/>
        <w:t>vt 0.788002 0.236530</w:t>
        <w:br/>
        <w:t>vt 0.794057 0.233859</w:t>
        <w:br/>
        <w:t>vt 0.794057 0.237545</w:t>
        <w:br/>
        <w:t>vt 0.789362 0.233038</w:t>
        <w:br/>
        <w:t>vt 0.788002 0.236535</w:t>
        <w:br/>
        <w:t>vt 0.684469 0.253008</w:t>
        <w:br/>
        <w:t>vt 0.692267 0.253008</w:t>
        <w:br/>
        <w:t>vt 0.688366 0.260003</w:t>
        <w:br/>
        <w:t>vt 0.696166 0.260003</w:t>
        <w:br/>
        <w:t>vt 0.692267 0.253008</w:t>
        <w:br/>
        <w:t>vt 0.684469 0.253008</w:t>
        <w:br/>
        <w:t>vt 0.680570 0.260003</w:t>
        <w:br/>
        <w:t>vt 0.794057 0.230580</w:t>
        <w:br/>
        <w:t>vt 0.790410 0.230164</w:t>
        <w:br/>
        <w:t>vt 0.790409 0.230166</w:t>
        <w:br/>
        <w:t>vt 0.787361 0.228671</w:t>
        <w:br/>
        <w:t>vt 0.785676 0.226354</w:t>
        <w:br/>
        <w:t>vt 0.787364 0.228668</w:t>
        <w:br/>
        <w:t>vt 0.785678 0.226349</w:t>
        <w:br/>
        <w:t>vt 0.786676 0.240310</w:t>
        <w:br/>
        <w:t>vt 0.794057 0.241102</w:t>
        <w:br/>
        <w:t>vt 0.786675 0.240318</w:t>
        <w:br/>
        <w:t>vt 0.780188 0.237038</w:t>
        <w:br/>
        <w:t>vt 0.775672 0.232714</w:t>
        <w:br/>
        <w:t>vt 0.780186 0.237031</w:t>
        <w:br/>
        <w:t>vt 0.775672 0.232706</w:t>
        <w:br/>
        <w:t>vt 0.761839 0.251498</w:t>
        <w:br/>
        <w:t>vt 0.271465 0.435222</w:t>
        <w:br/>
        <w:t>vt 0.290878 0.435222</w:t>
        <w:br/>
        <w:t>vt 0.290878 0.437382</w:t>
        <w:br/>
        <w:t>vt 0.271465 0.437382</w:t>
        <w:br/>
        <w:t>vt 0.271465 0.433062</w:t>
        <w:br/>
        <w:t>vt 0.290878 0.433062</w:t>
        <w:br/>
        <w:t>vt 0.290878 0.435222</w:t>
        <w:br/>
        <w:t>vt 0.271465 0.435222</w:t>
        <w:br/>
        <w:t>vt 0.290878 0.439542</w:t>
        <w:br/>
        <w:t>vt 0.290878 0.441702</w:t>
        <w:br/>
        <w:t>vt 0.271465 0.441702</w:t>
        <w:br/>
        <w:t>vt 0.271465 0.439542</w:t>
        <w:br/>
        <w:t>vt 0.290878 0.437382</w:t>
        <w:br/>
        <w:t>vt 0.290878 0.439542</w:t>
        <w:br/>
        <w:t>vt 0.271465 0.439542</w:t>
        <w:br/>
        <w:t>vt 0.271465 0.437382</w:t>
        <w:br/>
        <w:t>vt 0.532917 0.424387</w:t>
        <w:br/>
        <w:t>vt 0.531549 0.424532</w:t>
        <w:br/>
        <w:t>vt 0.531549 0.428805</w:t>
        <w:br/>
        <w:t>vt 0.532924 0.428968</w:t>
        <w:br/>
        <w:t>vt 0.531549 0.428805</w:t>
        <w:br/>
        <w:t>vt 0.511425 0.428805</w:t>
        <w:br/>
        <w:t>vt 0.511425 0.430191</w:t>
        <w:br/>
        <w:t>vt 0.531549 0.430191</w:t>
        <w:br/>
        <w:t>vt 0.510602 0.408732</w:t>
        <w:br/>
        <w:t>vt 0.509916 0.407884</w:t>
        <w:br/>
        <w:t>vt 0.509083 0.408646</w:t>
        <w:br/>
        <w:t>vt 0.510602 0.410633</w:t>
        <w:br/>
        <w:t>vt 0.511425 0.424532</w:t>
        <w:br/>
        <w:t>vt 0.510040 0.424369</w:t>
        <w:br/>
        <w:t>vt 0.510069 0.428955</w:t>
        <w:br/>
        <w:t>vt 0.531249 0.407676</w:t>
        <w:br/>
        <w:t>vt 0.530706 0.408732</w:t>
        <w:br/>
        <w:t>vt 0.531069 0.410633</w:t>
        <w:br/>
        <w:t>vt 0.532623 0.408635</w:t>
        <w:br/>
        <w:t>vt 0.531249 0.407676</w:t>
        <w:br/>
        <w:t>vt 0.531249 0.403245</w:t>
        <w:br/>
        <w:t>vt 0.530561 0.403048</w:t>
        <w:br/>
        <w:t>vt 0.530561 0.407372</w:t>
        <w:br/>
        <w:t>vt 0.510602 0.407372</w:t>
        <w:br/>
        <w:t>vt 0.510602 0.407372</w:t>
        <w:br/>
        <w:t>vt 0.510602 0.403048</w:t>
        <w:br/>
        <w:t>vt 0.509916 0.403151</w:t>
        <w:br/>
        <w:t>vt 0.509916 0.407884</w:t>
        <w:br/>
        <w:t>vt 0.530561 0.403048</w:t>
        <w:br/>
        <w:t>vt 0.531249 0.401673</w:t>
        <w:br/>
        <w:t>vt 0.510602 0.401673</w:t>
        <w:br/>
        <w:t>vt 0.509083 0.401492</w:t>
        <w:br/>
        <w:t>vt 0.509083 0.403236</w:t>
        <w:br/>
        <w:t>vt 0.509916 0.403151</w:t>
        <w:br/>
        <w:t>vt 0.531249 0.403245</w:t>
        <w:br/>
        <w:t>vt 0.532623 0.403314</w:t>
        <w:br/>
        <w:t>vt 0.532623 0.401583</w:t>
        <w:br/>
        <w:t>vt 0.511425 0.424532</w:t>
        <w:br/>
        <w:t>vt 0.531549 0.423146</w:t>
        <w:br/>
        <w:t>vt 0.511425 0.423146</w:t>
        <w:br/>
        <w:t>vt 0.509083 0.392195</w:t>
        <w:br/>
        <w:t>vt 0.510602 0.393748</w:t>
        <w:br/>
        <w:t>vt 0.531249 0.393748</w:t>
        <w:br/>
        <w:t>vt 0.532623 0.392195</w:t>
        <w:br/>
        <w:t>vt 0.532623 0.408635</w:t>
        <w:br/>
        <w:t>vt 0.532623 0.403314</w:t>
        <w:br/>
        <w:t>vt 0.509083 0.408646</w:t>
        <w:br/>
        <w:t>vt 0.509083 0.403236</w:t>
        <w:br/>
        <w:t>vt 0.510602 0.393748</w:t>
        <w:br/>
        <w:t>vt 0.510602 0.401673</w:t>
        <w:br/>
        <w:t>vt 0.531249 0.401673</w:t>
        <w:br/>
        <w:t>vt 0.531249 0.393748</w:t>
        <w:br/>
        <w:t>vt 0.532623 0.401583</w:t>
        <w:br/>
        <w:t>vt 0.532623 0.392195</w:t>
        <w:br/>
        <w:t>vt 0.531249 0.393748</w:t>
        <w:br/>
        <w:t>vt 0.531249 0.401673</w:t>
        <w:br/>
        <w:t>vt 0.531555 0.415274</w:t>
        <w:br/>
        <w:t>vt 0.511419 0.415274</w:t>
        <w:br/>
        <w:t>vt 0.511425 0.423146</w:t>
        <w:br/>
        <w:t>vt 0.531549 0.423146</w:t>
        <w:br/>
        <w:t>vt 0.510602 0.393748</w:t>
        <w:br/>
        <w:t>vt 0.509083 0.392195</w:t>
        <w:br/>
        <w:t>vt 0.509083 0.401492</w:t>
        <w:br/>
        <w:t>vt 0.510602 0.401673</w:t>
        <w:br/>
        <w:t>vt 0.482808 0.460375</w:t>
        <w:br/>
        <w:t>vt 0.482808 0.464234</w:t>
        <w:br/>
        <w:t>vt 0.485622 0.464234</w:t>
        <w:br/>
        <w:t>vt 0.485622 0.460375</w:t>
        <w:br/>
        <w:t>vt 0.479907 0.478808</w:t>
        <w:br/>
        <w:t>vt 0.479907 0.489245</w:t>
        <w:br/>
        <w:t>vt 0.482808 0.489245</w:t>
        <w:br/>
        <w:t>vt 0.482808 0.478808</w:t>
        <w:br/>
        <w:t>vt 0.479907 0.478808</w:t>
        <w:br/>
        <w:t>vt 0.477081 0.478808</w:t>
        <w:br/>
        <w:t>vt 0.477081 0.489245</w:t>
        <w:br/>
        <w:t>vt 0.479907 0.489245</w:t>
        <w:br/>
        <w:t>vt 0.482808 0.478808</w:t>
        <w:br/>
        <w:t>vt 0.482808 0.489245</w:t>
        <w:br/>
        <w:t>vt 0.485622 0.489245</w:t>
        <w:br/>
        <w:t>vt 0.485622 0.478808</w:t>
        <w:br/>
        <w:t>vt 0.482808 0.470438</w:t>
        <w:br/>
        <w:t>vt 0.485622 0.470438</w:t>
        <w:br/>
        <w:t>vt 0.482808 0.470438</w:t>
        <w:br/>
        <w:t>vt 0.479907 0.470438</w:t>
        <w:br/>
        <w:t>vt 0.479907 0.470438</w:t>
        <w:br/>
        <w:t>vt 0.477081 0.470438</w:t>
        <w:br/>
        <w:t>vt 0.479907 0.460375</w:t>
        <w:br/>
        <w:t>vt 0.477081 0.460375</w:t>
        <w:br/>
        <w:t>vt 0.477081 0.464234</w:t>
        <w:br/>
        <w:t>vt 0.479907 0.464234</w:t>
        <w:br/>
        <w:t>vt 0.482808 0.464234</w:t>
        <w:br/>
        <w:t>vt 0.482808 0.460375</w:t>
        <w:br/>
        <w:t>vt 0.479907 0.460375</w:t>
        <w:br/>
        <w:t>vt 0.479907 0.464234</w:t>
        <w:br/>
        <w:t>vt 0.479907 0.467549</w:t>
        <w:br/>
        <w:t>vt 0.482808 0.467549</w:t>
        <w:br/>
        <w:t>vt 0.479907 0.467549</w:t>
        <w:br/>
        <w:t>vt 0.477081 0.467549</w:t>
        <w:br/>
        <w:t>vt 0.485622 0.467549</w:t>
        <w:br/>
        <w:t>vt 0.482808 0.467549</w:t>
        <w:br/>
        <w:t>vt 0.488500 0.460375</w:t>
        <w:br/>
        <w:t>vt 0.485622 0.460375</w:t>
        <w:br/>
        <w:t>vt 0.485622 0.464234</w:t>
        <w:br/>
        <w:t>vt 0.488500 0.464234</w:t>
        <w:br/>
        <w:t>vt 0.488500 0.478808</w:t>
        <w:br/>
        <w:t>vt 0.485622 0.478808</w:t>
        <w:br/>
        <w:t>vt 0.485622 0.489245</w:t>
        <w:br/>
        <w:t>vt 0.488500 0.489245</w:t>
        <w:br/>
        <w:t>vt 0.488500 0.470438</w:t>
        <w:br/>
        <w:t>vt 0.485622 0.470438</w:t>
        <w:br/>
        <w:t>vt 0.488500 0.467549</w:t>
        <w:br/>
        <w:t>vt 0.485622 0.467549</w:t>
        <w:br/>
        <w:t>vt 0.482808 0.528915</w:t>
        <w:br/>
        <w:t>vt 0.485622 0.528915</w:t>
        <w:br/>
        <w:t>vt 0.485622 0.526700</w:t>
        <w:br/>
        <w:t>vt 0.482808 0.526700</w:t>
        <w:br/>
        <w:t>vt 0.488500 0.528915</w:t>
        <w:br/>
        <w:t>vt 0.488500 0.526700</w:t>
        <w:br/>
        <w:t>vt 0.485622 0.526700</w:t>
        <w:br/>
        <w:t>vt 0.485622 0.528915</w:t>
        <w:br/>
        <w:t>vt 0.482808 0.399119</w:t>
        <w:br/>
        <w:t>vt 0.482808 0.402607</w:t>
        <w:br/>
        <w:t>vt 0.485622 0.402607</w:t>
        <w:br/>
        <w:t>vt 0.485622 0.399119</w:t>
        <w:br/>
        <w:t>vt 0.488500 0.399119</w:t>
        <w:br/>
        <w:t>vt 0.485622 0.399119</w:t>
        <w:br/>
        <w:t>vt 0.485622 0.402607</w:t>
        <w:br/>
        <w:t>vt 0.488500 0.402607</w:t>
        <w:br/>
        <w:t>vt 0.479907 0.528915</w:t>
        <w:br/>
        <w:t>vt 0.479907 0.526700</w:t>
        <w:br/>
        <w:t>vt 0.477081 0.526700</w:t>
        <w:br/>
        <w:t>vt 0.477081 0.528915</w:t>
        <w:br/>
        <w:t>vt 0.479907 0.399119</w:t>
        <w:br/>
        <w:t>vt 0.477081 0.399119</w:t>
        <w:br/>
        <w:t>vt 0.477081 0.402607</w:t>
        <w:br/>
        <w:t>vt 0.479907 0.402607</w:t>
        <w:br/>
        <w:t>vt 0.482808 0.402607</w:t>
        <w:br/>
        <w:t>vt 0.482808 0.399119</w:t>
        <w:br/>
        <w:t>vt 0.479907 0.399119</w:t>
        <w:br/>
        <w:t>vt 0.479907 0.402607</w:t>
        <w:br/>
        <w:t>vt 0.482808 0.526700</w:t>
        <w:br/>
        <w:t>vt 0.479907 0.526700</w:t>
        <w:br/>
        <w:t>vt 0.479907 0.528915</w:t>
        <w:br/>
        <w:t>vt 0.482808 0.528915</w:t>
        <w:br/>
        <w:t>vt 0.477081 0.530495</w:t>
        <w:br/>
        <w:t>vt 0.479907 0.530495</w:t>
        <w:br/>
        <w:t>vt 0.479907 0.397080</w:t>
        <w:br/>
        <w:t>vt 0.477081 0.397080</w:t>
        <w:br/>
        <w:t>vt 0.482808 0.530495</w:t>
        <w:br/>
        <w:t>vt 0.485622 0.530495</w:t>
        <w:br/>
        <w:t>vt 0.485622 0.397080</w:t>
        <w:br/>
        <w:t>vt 0.482808 0.397080</w:t>
        <w:br/>
        <w:t>vt 0.482808 0.399119</w:t>
        <w:br/>
        <w:t>vt 0.482808 0.397080</w:t>
        <w:br/>
        <w:t>vt 0.479907 0.397080</w:t>
        <w:br/>
        <w:t>vt 0.479907 0.399119</w:t>
        <w:br/>
        <w:t>vt 0.482808 0.530495</w:t>
        <w:br/>
        <w:t>vt 0.488500 0.397080</w:t>
        <w:br/>
        <w:t>vt 0.485622 0.397080</w:t>
        <w:br/>
        <w:t>vt 0.488500 0.530495</w:t>
        <w:br/>
        <w:t>vt 0.485622 0.530495</w:t>
        <w:br/>
        <w:t>vt 0.488500 0.456885</w:t>
        <w:br/>
        <w:t>vt 0.485622 0.456885</w:t>
        <w:br/>
        <w:t>vt 0.479907 0.456885</w:t>
        <w:br/>
        <w:t>vt 0.477081 0.456885</w:t>
        <w:br/>
        <w:t>vt 0.482808 0.456885</w:t>
        <w:br/>
        <w:t>vt 0.479907 0.456885</w:t>
        <w:br/>
        <w:t>vt 0.485622 0.456885</w:t>
        <w:br/>
        <w:t>vt 0.482808 0.456885</w:t>
        <w:br/>
        <w:t>vt 0.485622 0.440113</w:t>
        <w:br/>
        <w:t>vt 0.488500 0.440113</w:t>
        <w:br/>
        <w:t>vt 0.477081 0.440113</w:t>
        <w:br/>
        <w:t>vt 0.479907 0.440113</w:t>
        <w:br/>
        <w:t>vt 0.482808 0.440113</w:t>
        <w:br/>
        <w:t>vt 0.479907 0.440113</w:t>
        <w:br/>
        <w:t>vt 0.485622 0.440113</w:t>
        <w:br/>
        <w:t>vt 0.482808 0.440113</w:t>
        <w:br/>
        <w:t>vt 0.502775 0.455364</w:t>
        <w:br/>
        <w:t>vt 0.502775 0.452951</w:t>
        <w:br/>
        <w:t>vt 0.500620 0.452951</w:t>
        <w:br/>
        <w:t>vt 0.500620 0.455364</w:t>
        <w:br/>
        <w:t>vt 0.502775 0.457603</w:t>
        <w:br/>
        <w:t>vt 0.500620 0.457603</w:t>
        <w:br/>
        <w:t>vt 0.498402 0.455364</w:t>
        <w:br/>
        <w:t>vt 0.500620 0.455364</w:t>
        <w:br/>
        <w:t>vt 0.500620 0.452951</w:t>
        <w:br/>
        <w:t>vt 0.498402 0.452951</w:t>
        <w:br/>
        <w:t>vt 0.498402 0.457603</w:t>
        <w:br/>
        <w:t>vt 0.500620 0.457603</w:t>
        <w:br/>
        <w:t>vt 0.496280 0.455364</w:t>
        <w:br/>
        <w:t>vt 0.498402 0.455364</w:t>
        <w:br/>
        <w:t>vt 0.498402 0.452951</w:t>
        <w:br/>
        <w:t>vt 0.496280 0.452951</w:t>
        <w:br/>
        <w:t>vt 0.496280 0.457603</w:t>
        <w:br/>
        <w:t>vt 0.498402 0.457603</w:t>
        <w:br/>
        <w:t>vt 0.496280 0.457603</w:t>
        <w:br/>
        <w:t>vt 0.496280 0.455364</w:t>
        <w:br/>
        <w:t>vt 0.494054 0.455364</w:t>
        <w:br/>
        <w:t>vt 0.494054 0.457603</w:t>
        <w:br/>
        <w:t>vt 0.494054 0.452951</w:t>
        <w:br/>
        <w:t>vt 0.496280 0.452951</w:t>
        <w:br/>
        <w:t>vt 0.500620 0.450118</w:t>
        <w:br/>
        <w:t>vt 0.498402 0.450118</w:t>
        <w:br/>
        <w:t>vt 0.496280 0.450118</w:t>
        <w:br/>
        <w:t>vt 0.498402 0.450118</w:t>
        <w:br/>
        <w:t>vt 0.494054 0.450118</w:t>
        <w:br/>
        <w:t>vt 0.496280 0.450118</w:t>
        <w:br/>
        <w:t>vt 0.500620 0.450118</w:t>
        <w:br/>
        <w:t>vt 0.502775 0.450118</w:t>
        <w:br/>
        <w:t>vt 0.500620 0.479380</w:t>
        <w:br/>
        <w:t>vt 0.502775 0.479380</w:t>
        <w:br/>
        <w:t>vt 0.502775 0.471090</w:t>
        <w:br/>
        <w:t>vt 0.500620 0.471090</w:t>
        <w:br/>
        <w:t>vt 0.494053 0.479380</w:t>
        <w:br/>
        <w:t>vt 0.496280 0.479380</w:t>
        <w:br/>
        <w:t>vt 0.496280 0.471090</w:t>
        <w:br/>
        <w:t>vt 0.494054 0.471090</w:t>
        <w:br/>
        <w:t>vt 0.498402 0.479380</w:t>
        <w:br/>
        <w:t>vt 0.498402 0.471090</w:t>
        <w:br/>
        <w:t>vt 0.496280 0.471090</w:t>
        <w:br/>
        <w:t>vt 0.496280 0.479380</w:t>
        <w:br/>
        <w:t>vt 0.500620 0.479380</w:t>
        <w:br/>
        <w:t>vt 0.500620 0.471090</w:t>
        <w:br/>
        <w:t>vt 0.498402 0.471090</w:t>
        <w:br/>
        <w:t>vt 0.498402 0.479380</w:t>
        <w:br/>
        <w:t>vt 0.498402 0.460500</w:t>
        <w:br/>
        <w:t>vt 0.498402 0.465903</w:t>
        <w:br/>
        <w:t>vt 0.500620 0.465903</w:t>
        <w:br/>
        <w:t>vt 0.500620 0.460500</w:t>
        <w:br/>
        <w:t>vt 0.500620 0.465903</w:t>
        <w:br/>
        <w:t>vt 0.502775 0.465903</w:t>
        <w:br/>
        <w:t>vt 0.502775 0.460500</w:t>
        <w:br/>
        <w:t>vt 0.500620 0.460500</w:t>
        <w:br/>
        <w:t>vt 0.494054 0.465903</w:t>
        <w:br/>
        <w:t>vt 0.496280 0.465903</w:t>
        <w:br/>
        <w:t>vt 0.496280 0.460500</w:t>
        <w:br/>
        <w:t>vt 0.494054 0.460500</w:t>
        <w:br/>
        <w:t>vt 0.496280 0.460500</w:t>
        <w:br/>
        <w:t>vt 0.496280 0.465903</w:t>
        <w:br/>
        <w:t>vt 0.498402 0.465903</w:t>
        <w:br/>
        <w:t>vt 0.498402 0.460500</w:t>
        <w:br/>
        <w:t>vt 0.498402 0.433836</w:t>
        <w:br/>
        <w:t>vt 0.498402 0.441435</w:t>
        <w:br/>
        <w:t>vt 0.500620 0.441435</w:t>
        <w:br/>
        <w:t>vt 0.500620 0.433836</w:t>
        <w:br/>
        <w:t>vt 0.496280 0.433836</w:t>
        <w:br/>
        <w:t>vt 0.496280 0.441435</w:t>
        <w:br/>
        <w:t>vt 0.498402 0.441435</w:t>
        <w:br/>
        <w:t>vt 0.498402 0.433836</w:t>
        <w:br/>
        <w:t>vt 0.496280 0.433836</w:t>
        <w:br/>
        <w:t>vt 0.494054 0.433836</w:t>
        <w:br/>
        <w:t>vt 0.494054 0.441435</w:t>
        <w:br/>
        <w:t>vt 0.496280 0.441435</w:t>
        <w:br/>
        <w:t>vt 0.502775 0.441435</w:t>
        <w:br/>
        <w:t>vt 0.502775 0.433836</w:t>
        <w:br/>
        <w:t>vt 0.500620 0.433836</w:t>
        <w:br/>
        <w:t>vt 0.500620 0.441435</w:t>
        <w:br/>
        <w:t>vt 0.502775 0.430289</w:t>
        <w:br/>
        <w:t>vt 0.500620 0.430289</w:t>
        <w:br/>
        <w:t>vt 0.500620 0.430289</w:t>
        <w:br/>
        <w:t>vt 0.498402 0.430289</w:t>
        <w:br/>
        <w:t>vt 0.496280 0.430289</w:t>
        <w:br/>
        <w:t>vt 0.498402 0.430289</w:t>
        <w:br/>
        <w:t>vt 0.494054 0.430289</w:t>
        <w:br/>
        <w:t>vt 0.496280 0.430289</w:t>
        <w:br/>
        <w:t>vt 0.499262 0.508581</w:t>
        <w:br/>
        <w:t>vt 0.499262 0.511027</w:t>
        <w:br/>
        <w:t>vt 0.501389 0.511027</w:t>
        <w:br/>
        <w:t>vt 0.501389 0.508581</w:t>
        <w:br/>
        <w:t>vt 0.499262 0.518153</w:t>
        <w:br/>
        <w:t>vt 0.501389 0.518153</w:t>
        <w:br/>
        <w:t>vt 0.497054 0.511027</w:t>
        <w:br/>
        <w:t>vt 0.499262 0.511027</w:t>
        <w:br/>
        <w:t>vt 0.499262 0.508581</w:t>
        <w:br/>
        <w:t>vt 0.497054 0.508581</w:t>
        <w:br/>
        <w:t>vt 0.497054 0.518153</w:t>
        <w:br/>
        <w:t>vt 0.499262 0.518153</w:t>
        <w:br/>
        <w:t>vt 0.497054 0.508581</w:t>
        <w:br/>
        <w:t>vt 0.494941 0.508581</w:t>
        <w:br/>
        <w:t>vt 0.494941 0.511027</w:t>
        <w:br/>
        <w:t>vt 0.497054 0.511027</w:t>
        <w:br/>
        <w:t>vt 0.494941 0.518153</w:t>
        <w:br/>
        <w:t>vt 0.497054 0.518153</w:t>
        <w:br/>
        <w:t>vt 0.503609 0.511027</w:t>
        <w:br/>
        <w:t>vt 0.501389 0.511027</w:t>
        <w:br/>
        <w:t>vt 0.501389 0.518153</w:t>
        <w:br/>
        <w:t>vt 0.503609 0.518153</w:t>
        <w:br/>
        <w:t>vt 0.501389 0.508581</w:t>
        <w:br/>
        <w:t>vt 0.501389 0.511027</w:t>
        <w:br/>
        <w:t>vt 0.503609 0.511027</w:t>
        <w:br/>
        <w:t>vt 0.503609 0.508581</w:t>
        <w:br/>
        <w:t>vt 0.499262 0.505689</w:t>
        <w:br/>
        <w:t>vt 0.497054 0.505689</w:t>
        <w:br/>
        <w:t>vt 0.497054 0.505689</w:t>
        <w:br/>
        <w:t>vt 0.494941 0.505689</w:t>
        <w:br/>
        <w:t>vt 0.503609 0.505689</w:t>
        <w:br/>
        <w:t>vt 0.501389 0.505689</w:t>
        <w:br/>
        <w:t>vt 0.501389 0.505689</w:t>
        <w:br/>
        <w:t>vt 0.499262 0.505689</w:t>
        <w:br/>
        <w:t>vt 0.503609 0.505689</w:t>
        <w:br/>
        <w:t>vt 0.503609 0.501192</w:t>
        <w:br/>
        <w:t>vt 0.501389 0.501192</w:t>
        <w:br/>
        <w:t>vt 0.501389 0.505689</w:t>
        <w:br/>
        <w:t>vt 0.497054 0.501192</w:t>
        <w:br/>
        <w:t>vt 0.494941 0.501192</w:t>
        <w:br/>
        <w:t>vt 0.497054 0.505689</w:t>
        <w:br/>
        <w:t>vt 0.499262 0.505689</w:t>
        <w:br/>
        <w:t>vt 0.499262 0.501192</w:t>
        <w:br/>
        <w:t>vt 0.497054 0.501192</w:t>
        <w:br/>
        <w:t>vt 0.501389 0.501192</w:t>
        <w:br/>
        <w:t>vt 0.499262 0.501192</w:t>
        <w:br/>
        <w:t>vt 0.499262 0.529834</w:t>
        <w:br/>
        <w:t>vt 0.501389 0.529834</w:t>
        <w:br/>
        <w:t>vt 0.501389 0.525442</w:t>
        <w:br/>
        <w:t>vt 0.499262 0.525442</w:t>
        <w:br/>
        <w:t>vt 0.503609 0.529834</w:t>
        <w:br/>
        <w:t>vt 0.503609 0.525442</w:t>
        <w:br/>
        <w:t>vt 0.501389 0.525442</w:t>
        <w:br/>
        <w:t>vt 0.501389 0.529834</w:t>
        <w:br/>
        <w:t>vt 0.497054 0.529834</w:t>
        <w:br/>
        <w:t>vt 0.497054 0.525442</w:t>
        <w:br/>
        <w:t>vt 0.494941 0.525442</w:t>
        <w:br/>
        <w:t>vt 0.494941 0.529834</w:t>
        <w:br/>
        <w:t>vt 0.497054 0.529834</w:t>
        <w:br/>
        <w:t>vt 0.499262 0.529834</w:t>
        <w:br/>
        <w:t>vt 0.499262 0.525442</w:t>
        <w:br/>
        <w:t>vt 0.497054 0.525442</w:t>
        <w:br/>
        <w:t>vt 0.497054 0.487126</w:t>
        <w:br/>
        <w:t>vt 0.497054 0.494121</w:t>
        <w:br/>
        <w:t>vt 0.499262 0.494121</w:t>
        <w:br/>
        <w:t>vt 0.499262 0.487126</w:t>
        <w:br/>
        <w:t>vt 0.494941 0.494121</w:t>
        <w:br/>
        <w:t>vt 0.497054 0.494121</w:t>
        <w:br/>
        <w:t>vt 0.497054 0.487126</w:t>
        <w:br/>
        <w:t>vt 0.494941 0.487126</w:t>
        <w:br/>
        <w:t>vt 0.503609 0.487126</w:t>
        <w:br/>
        <w:t>vt 0.501389 0.487126</w:t>
        <w:br/>
        <w:t>vt 0.501389 0.494121</w:t>
        <w:br/>
        <w:t>vt 0.503609 0.494121</w:t>
        <w:br/>
        <w:t>vt 0.499262 0.534473</w:t>
        <w:br/>
        <w:t>vt 0.501389 0.534473</w:t>
        <w:br/>
        <w:t>vt 0.501389 0.534473</w:t>
        <w:br/>
        <w:t>vt 0.503609 0.534473</w:t>
        <w:br/>
        <w:t>vt 0.501389 0.494121</w:t>
        <w:br/>
        <w:t>vt 0.501389 0.487126</w:t>
        <w:br/>
        <w:t>vt 0.499262 0.487126</w:t>
        <w:br/>
        <w:t>vt 0.499262 0.494121</w:t>
        <w:br/>
        <w:t>vt 0.494941 0.534473</w:t>
        <w:br/>
        <w:t>vt 0.497054 0.534473</w:t>
        <w:br/>
        <w:t>vt 0.497054 0.534473</w:t>
        <w:br/>
        <w:t>vt 0.499262 0.534473</w:t>
        <w:br/>
        <w:t>vt 0.497665 0.402966</w:t>
        <w:br/>
        <w:t>vt 0.499721 0.402966</w:t>
        <w:br/>
        <w:t>vt 0.499721 0.400406</w:t>
        <w:br/>
        <w:t>vt 0.497665 0.400406</w:t>
        <w:br/>
        <w:t>vt 0.497665 0.405564</w:t>
        <w:br/>
        <w:t>vt 0.499721 0.405564</w:t>
        <w:br/>
        <w:t>vt 0.497665 0.408309</w:t>
        <w:br/>
        <w:t>vt 0.499721 0.408309</w:t>
        <w:br/>
        <w:t>vt 0.497665 0.410905</w:t>
        <w:br/>
        <w:t>vt 0.497665 0.413260</w:t>
        <w:br/>
        <w:t>vt 0.499721 0.413260</w:t>
        <w:br/>
        <w:t>vt 0.499721 0.410905</w:t>
        <w:br/>
        <w:t>vt 0.497665 0.416194</w:t>
        <w:br/>
        <w:t>vt 0.499721 0.416194</w:t>
        <w:br/>
        <w:t>vt 0.497665 0.418741</w:t>
        <w:br/>
        <w:t>vt 0.499721 0.418741</w:t>
        <w:br/>
        <w:t>vt 0.499721 0.387524</w:t>
        <w:br/>
        <w:t>vt 0.497665 0.387524</w:t>
        <w:br/>
        <w:t>vt 0.497665 0.390341</w:t>
        <w:br/>
        <w:t>vt 0.499721 0.390341</w:t>
        <w:br/>
        <w:t>vt 0.497665 0.392872</w:t>
        <w:br/>
        <w:t>vt 0.499721 0.392872</w:t>
        <w:br/>
        <w:t>vt 0.497665 0.395344</w:t>
        <w:br/>
        <w:t>vt 0.497665 0.397470</w:t>
        <w:br/>
        <w:t>vt 0.499721 0.397470</w:t>
        <w:br/>
        <w:t>vt 0.499721 0.395344</w:t>
        <w:br/>
        <w:t>vt 0.495449 0.402966</w:t>
        <w:br/>
        <w:t>vt 0.497665 0.402966</w:t>
        <w:br/>
        <w:t>vt 0.497665 0.400406</w:t>
        <w:br/>
        <w:t>vt 0.495449 0.400406</w:t>
        <w:br/>
        <w:t>vt 0.495449 0.405564</w:t>
        <w:br/>
        <w:t>vt 0.497665 0.405564</w:t>
        <w:br/>
        <w:t>vt 0.495449 0.408309</w:t>
        <w:br/>
        <w:t>vt 0.497665 0.408309</w:t>
        <w:br/>
        <w:t>vt 0.495449 0.410905</w:t>
        <w:br/>
        <w:t>vt 0.495449 0.413260</w:t>
        <w:br/>
        <w:t>vt 0.497665 0.413260</w:t>
        <w:br/>
        <w:t>vt 0.497665 0.410905</w:t>
        <w:br/>
        <w:t>vt 0.495449 0.416194</w:t>
        <w:br/>
        <w:t>vt 0.497665 0.416194</w:t>
        <w:br/>
        <w:t>vt 0.495449 0.418741</w:t>
        <w:br/>
        <w:t>vt 0.497665 0.418741</w:t>
        <w:br/>
        <w:t>vt 0.497665 0.387524</w:t>
        <w:br/>
        <w:t>vt 0.495449 0.387524</w:t>
        <w:br/>
        <w:t>vt 0.495449 0.390341</w:t>
        <w:br/>
        <w:t>vt 0.497665 0.390341</w:t>
        <w:br/>
        <w:t>vt 0.495449 0.392872</w:t>
        <w:br/>
        <w:t>vt 0.497665 0.392872</w:t>
        <w:br/>
        <w:t>vt 0.495449 0.395344</w:t>
        <w:br/>
        <w:t>vt 0.495449 0.397470</w:t>
        <w:br/>
        <w:t>vt 0.497665 0.397470</w:t>
        <w:br/>
        <w:t>vt 0.497665 0.395344</w:t>
        <w:br/>
        <w:t>vt 0.493409 0.400406</w:t>
        <w:br/>
        <w:t>vt 0.493409 0.402966</w:t>
        <w:br/>
        <w:t>vt 0.495449 0.402966</w:t>
        <w:br/>
        <w:t>vt 0.495449 0.400406</w:t>
        <w:br/>
        <w:t>vt 0.493409 0.405564</w:t>
        <w:br/>
        <w:t>vt 0.495449 0.405564</w:t>
        <w:br/>
        <w:t>vt 0.493409 0.408309</w:t>
        <w:br/>
        <w:t>vt 0.495449 0.408309</w:t>
        <w:br/>
        <w:t>vt 0.493409 0.413260</w:t>
        <w:br/>
        <w:t>vt 0.495449 0.413260</w:t>
        <w:br/>
        <w:t>vt 0.495449 0.410905</w:t>
        <w:br/>
        <w:t>vt 0.493409 0.410905</w:t>
        <w:br/>
        <w:t>vt 0.493409 0.416194</w:t>
        <w:br/>
        <w:t>vt 0.495449 0.416194</w:t>
        <w:br/>
        <w:t>vt 0.493409 0.418741</w:t>
        <w:br/>
        <w:t>vt 0.495449 0.418741</w:t>
        <w:br/>
        <w:t>vt 0.493409 0.387524</w:t>
        <w:br/>
        <w:t>vt 0.493409 0.390341</w:t>
        <w:br/>
        <w:t>vt 0.495449 0.390341</w:t>
        <w:br/>
        <w:t>vt 0.495449 0.387524</w:t>
        <w:br/>
        <w:t>vt 0.493409 0.392872</w:t>
        <w:br/>
        <w:t>vt 0.495449 0.392872</w:t>
        <w:br/>
        <w:t>vt 0.493409 0.397470</w:t>
        <w:br/>
        <w:t>vt 0.495449 0.397470</w:t>
        <w:br/>
        <w:t>vt 0.495449 0.395344</w:t>
        <w:br/>
        <w:t>vt 0.493409 0.395344</w:t>
        <w:br/>
        <w:t>vt 0.499721 0.400406</w:t>
        <w:br/>
        <w:t>vt 0.499721 0.402966</w:t>
        <w:br/>
        <w:t>vt 0.501926 0.402966</w:t>
        <w:br/>
        <w:t>vt 0.501926 0.400406</w:t>
        <w:br/>
        <w:t>vt 0.499721 0.405564</w:t>
        <w:br/>
        <w:t>vt 0.501926 0.405564</w:t>
        <w:br/>
        <w:t>vt 0.499721 0.408309</w:t>
        <w:br/>
        <w:t>vt 0.501926 0.408309</w:t>
        <w:br/>
        <w:t>vt 0.499721 0.413260</w:t>
        <w:br/>
        <w:t>vt 0.501926 0.413260</w:t>
        <w:br/>
        <w:t>vt 0.501926 0.410905</w:t>
        <w:br/>
        <w:t>vt 0.499721 0.410905</w:t>
        <w:br/>
        <w:t>vt 0.499721 0.416194</w:t>
        <w:br/>
        <w:t>vt 0.501926 0.416194</w:t>
        <w:br/>
        <w:t>vt 0.499721 0.418741</w:t>
        <w:br/>
        <w:t>vt 0.501926 0.418741</w:t>
        <w:br/>
        <w:t>vt 0.501926 0.390341</w:t>
        <w:br/>
        <w:t>vt 0.501926 0.387524</w:t>
        <w:br/>
        <w:t>vt 0.499721 0.387524</w:t>
        <w:br/>
        <w:t>vt 0.499721 0.390341</w:t>
        <w:br/>
        <w:t>vt 0.499721 0.392872</w:t>
        <w:br/>
        <w:t>vt 0.501926 0.392872</w:t>
        <w:br/>
        <w:t>vt 0.499721 0.397470</w:t>
        <w:br/>
        <w:t>vt 0.501926 0.397470</w:t>
        <w:br/>
        <w:t>vt 0.501926 0.395344</w:t>
        <w:br/>
        <w:t>vt 0.499721 0.395344</w:t>
        <w:br/>
        <w:t>vt 0.501722 0.587417</w:t>
        <w:br/>
        <w:t>vt 0.501722 0.570539</w:t>
        <w:br/>
        <w:t>vt 0.498420 0.570539</w:t>
        <w:br/>
        <w:t>vt 0.498420 0.587417</w:t>
        <w:br/>
        <w:t>vt 0.524844 0.538619</w:t>
        <w:br/>
        <w:t>vt 0.521534 0.538619</w:t>
        <w:br/>
        <w:t>vt 0.521534 0.546525</w:t>
        <w:br/>
        <w:t>vt 0.524844 0.546525</w:t>
        <w:br/>
        <w:t>vt 0.511184 0.571829</w:t>
        <w:br/>
        <w:t>vt 0.511184 0.551798</w:t>
        <w:br/>
        <w:t>vt 0.507892 0.551798</w:t>
        <w:br/>
        <w:t>vt 0.507892 0.571829</w:t>
        <w:br/>
        <w:t>vt 0.498420 0.568588</w:t>
        <w:br/>
        <w:t>vt 0.501722 0.568588</w:t>
        <w:br/>
        <w:t>vt 0.501722 0.543602</w:t>
        <w:br/>
        <w:t>vt 0.498420 0.543602</w:t>
        <w:br/>
        <w:t>vt 0.526412 0.635515</w:t>
        <w:br/>
        <w:t>vt 0.526412 0.610799</w:t>
        <w:br/>
        <w:t>vt 0.523382 0.613347</w:t>
        <w:br/>
        <w:t>vt 0.523382 0.632874</w:t>
        <w:br/>
        <w:t>vt 0.510416 0.580646</w:t>
        <w:br/>
        <w:t>vt 0.507457 0.578251</w:t>
        <w:br/>
        <w:t>vt 0.507457 0.603233</w:t>
        <w:br/>
        <w:t>vt 0.510416 0.600959</w:t>
        <w:br/>
        <w:t>vt 0.518056 0.580646</w:t>
        <w:br/>
        <w:t>vt 0.525203 0.576774</w:t>
        <w:br/>
        <w:t>vt 0.508724 0.576774</w:t>
        <w:br/>
        <w:t>vt 0.524876 0.609622</w:t>
        <w:br/>
        <w:t>vt 0.507920 0.609622</w:t>
        <w:br/>
        <w:t>vt 0.515355 0.613347</w:t>
        <w:br/>
        <w:t>vt 0.498420 0.633183</w:t>
        <w:br/>
        <w:t>vt 0.501722 0.633183</w:t>
        <w:br/>
        <w:t>vt 0.501722 0.616307</w:t>
        <w:br/>
        <w:t>vt 0.498420 0.616307</w:t>
        <w:br/>
        <w:t>vt 0.511655 0.547188</w:t>
        <w:br/>
        <w:t>vt 0.511655 0.539282</w:t>
        <w:br/>
        <w:t>vt 0.508346 0.539282</w:t>
        <w:br/>
        <w:t>vt 0.508346 0.547188</w:t>
        <w:br/>
        <w:t>vt 0.498420 0.594566</w:t>
        <w:br/>
        <w:t>vt 0.498420 0.609558</w:t>
        <w:br/>
        <w:t>vt 0.501722 0.609558</w:t>
        <w:br/>
        <w:t>vt 0.501722 0.594566</w:t>
        <w:br/>
        <w:t>vt 0.526567 0.583414</w:t>
        <w:br/>
        <w:t>vt 0.526567 0.578160</w:t>
        <w:br/>
        <w:t>vt 0.520859 0.572286</w:t>
        <w:br/>
        <w:t>vt 0.524150 0.572286</w:t>
        <w:br/>
        <w:t>vt 0.524150 0.552254</w:t>
        <w:br/>
        <w:t>vt 0.520859 0.552254</w:t>
        <w:br/>
        <w:t>vt 0.515355 0.632874</w:t>
        <w:br/>
        <w:t>vt 0.506542 0.630690</w:t>
        <w:br/>
        <w:t>vt 0.506542 0.635375</w:t>
        <w:br/>
        <w:t>vt 0.518056 0.600959</w:t>
        <w:br/>
        <w:t>vt 0.508579 0.604823</w:t>
        <w:br/>
        <w:t>vt 0.525216 0.604823</w:t>
        <w:br/>
        <w:t>vt 0.524773 0.636609</w:t>
        <w:br/>
        <w:t>vt 0.508120 0.636609</w:t>
        <w:br/>
        <w:t>vt 0.498420 0.589368</w:t>
        <w:br/>
        <w:t>vt 0.501722 0.589368</w:t>
        <w:br/>
        <w:t>vt 0.498420 0.614356</w:t>
        <w:br/>
        <w:t>vt 0.501722 0.614356</w:t>
        <w:br/>
        <w:t>vt 0.498420 0.635135</w:t>
        <w:br/>
        <w:t>vt 0.501722 0.635135</w:t>
        <w:br/>
        <w:t>vt 0.506542 0.610977</w:t>
        <w:br/>
        <w:t>vt 0.526567 0.603424</w:t>
        <w:br/>
        <w:t>vt 0.560502 0.438395</w:t>
        <w:br/>
        <w:t>vt 0.560502 0.426009</w:t>
        <w:br/>
        <w:t>vt 0.563954 0.426009</w:t>
        <w:br/>
        <w:t>vt 0.563954 0.438395</w:t>
        <w:br/>
        <w:t>vt 0.563954 0.482989</w:t>
        <w:br/>
        <w:t>vt 0.560502 0.482989</w:t>
        <w:br/>
        <w:t>vt 0.560502 0.470605</w:t>
        <w:br/>
        <w:t>vt 0.563954 0.470605</w:t>
        <w:br/>
        <w:t>vt 0.544364 0.467046</w:t>
        <w:br/>
        <w:t>vt 0.547822 0.467046</w:t>
        <w:br/>
        <w:t>vt 0.547822 0.475309</w:t>
        <w:br/>
        <w:t>vt 0.544364 0.475309</w:t>
        <w:br/>
        <w:t>vt 0.560153 0.501525</w:t>
        <w:br/>
        <w:t>vt 0.560153 0.493262</w:t>
        <w:br/>
        <w:t>vt 0.563613 0.493262</w:t>
        <w:br/>
        <w:t>vt 0.563613 0.501525</w:t>
        <w:br/>
        <w:t>vt 0.563954 0.447055</w:t>
        <w:br/>
        <w:t>vt 0.563954 0.462352</w:t>
        <w:br/>
        <w:t>vt 0.560502 0.462352</w:t>
        <w:br/>
        <w:t>vt 0.560502 0.447055</w:t>
        <w:br/>
        <w:t>vt 0.555798 0.400039</w:t>
        <w:br/>
        <w:t>vt 0.555798 0.404902</w:t>
        <w:br/>
        <w:t>vt 0.550011 0.402699</w:t>
        <w:br/>
        <w:t>vt 0.540028 0.491080</w:t>
        <w:br/>
        <w:t>vt 0.536588 0.491080</w:t>
        <w:br/>
        <w:t>vt 0.536588 0.470144</w:t>
        <w:br/>
        <w:t>vt 0.540028 0.470144</w:t>
        <w:br/>
        <w:t>vt 0.555411 0.465844</w:t>
        <w:br/>
        <w:t>vt 0.555411 0.486780</w:t>
        <w:br/>
        <w:t>vt 0.551971 0.486780</w:t>
        <w:br/>
        <w:t>vt 0.551971 0.465844</w:t>
        <w:br/>
        <w:t>vt 0.563954 0.422651</w:t>
        <w:br/>
        <w:t>vt 0.560502 0.422651</w:t>
        <w:br/>
        <w:t>vt 0.560502 0.397156</w:t>
        <w:br/>
        <w:t>vt 0.563954 0.397156</w:t>
        <w:br/>
        <w:t>vt 0.549698 0.457735</w:t>
        <w:br/>
        <w:t>vt 0.555498 0.455261</w:t>
        <w:br/>
        <w:t>vt 0.555498 0.460103</w:t>
        <w:br/>
        <w:t>vt 0.540813 0.427659</w:t>
        <w:br/>
        <w:t>vt 0.541522 0.423137</w:t>
        <w:br/>
        <w:t>vt 0.550011 0.423137</w:t>
        <w:br/>
        <w:t>vt 0.553345 0.427659</w:t>
        <w:br/>
        <w:t>vt 0.540425 0.432719</w:t>
        <w:br/>
        <w:t>vt 0.552896 0.432719</w:t>
        <w:br/>
        <w:t>vt 0.549698 0.437246</w:t>
        <w:br/>
        <w:t>vt 0.541216 0.437246</w:t>
        <w:br/>
        <w:t>vt 0.538321 0.425413</w:t>
        <w:br/>
        <w:t>vt 0.538321 0.400404</w:t>
        <w:br/>
        <w:t>vt 0.541522 0.402699</w:t>
        <w:br/>
        <w:t>vt 0.540715 0.462233</w:t>
        <w:br/>
        <w:t>vt 0.541216 0.457735</w:t>
        <w:br/>
        <w:t>vt 0.552868 0.462233</w:t>
        <w:br/>
        <w:t>vt 0.538025 0.460106</w:t>
        <w:br/>
        <w:t>vt 0.538025 0.435056</w:t>
        <w:br/>
        <w:t>vt 0.540805 0.398175</w:t>
        <w:br/>
        <w:t>vt 0.552885 0.398175</w:t>
        <w:br/>
        <w:t>vt 0.563954 0.441752</w:t>
        <w:br/>
        <w:t>vt 0.560502 0.441752</w:t>
        <w:br/>
        <w:t>vt 0.560502 0.422651</w:t>
        <w:br/>
        <w:t>vt 0.563954 0.422651</w:t>
        <w:br/>
        <w:t>vt 0.563954 0.467247</w:t>
        <w:br/>
        <w:t>vt 0.560502 0.467247</w:t>
        <w:br/>
        <w:t>vt 0.563954 0.486348</w:t>
        <w:br/>
        <w:t>vt 0.560502 0.486348</w:t>
        <w:br/>
        <w:t>vt 0.555498 0.434887</w:t>
        <w:br/>
        <w:t>vt 0.555798 0.425367</w:t>
        <w:br/>
        <w:t>vt 0.274452 0.660060</w:t>
        <w:br/>
        <w:t>vt 0.273729 0.658482</w:t>
        <w:br/>
        <w:t>vt 0.279945 0.657447</w:t>
        <w:br/>
        <w:t>vt 0.281219 0.660159</w:t>
        <w:br/>
        <w:t>vt 0.330392 0.699947</w:t>
        <w:br/>
        <w:t>vt 0.328473 0.699947</w:t>
        <w:br/>
        <w:t>vt 0.328473 0.693897</w:t>
        <w:br/>
        <w:t>vt 0.330392 0.693897</w:t>
        <w:br/>
        <w:t>vt 0.286911 0.657933</w:t>
        <w:br/>
        <w:t>vt 0.292706 0.658569</w:t>
        <w:br/>
        <w:t>vt 0.292138 0.660314</w:t>
        <w:br/>
        <w:t>vt 0.285813 0.660587</w:t>
        <w:br/>
        <w:t>vt 0.267147 0.686462</w:t>
        <w:br/>
        <w:t>vt 0.267147 0.681330</w:t>
        <w:br/>
        <w:t>vt 0.270394 0.681330</w:t>
        <w:br/>
        <w:t>vt 0.270394 0.686462</w:t>
        <w:br/>
        <w:t>vt 0.292190 0.662000</w:t>
        <w:br/>
        <w:t>vt 0.295164 0.663112</w:t>
        <w:br/>
        <w:t>vt 0.290351 0.665044</w:t>
        <w:br/>
        <w:t>vt 0.287164 0.663112</w:t>
        <w:br/>
        <w:t>vt 0.332165 0.693897</w:t>
        <w:br/>
        <w:t>vt 0.335394 0.693897</w:t>
        <w:br/>
        <w:t>vt 0.335394 0.699947</w:t>
        <w:br/>
        <w:t>vt 0.332165 0.699947</w:t>
        <w:br/>
        <w:t>vt 0.276277 0.664625</w:t>
        <w:br/>
        <w:t>vt 0.271186 0.662567</w:t>
        <w:br/>
        <w:t>vt 0.273648 0.661623</w:t>
        <w:br/>
        <w:t>vt 0.279849 0.662826</w:t>
        <w:br/>
        <w:t>vt 0.273641 0.686462</w:t>
        <w:br/>
        <w:t>vt 0.273641 0.681330</w:t>
        <w:br/>
        <w:t>vt 0.277786 0.681330</w:t>
        <w:br/>
        <w:t>vt 0.277786 0.686462</w:t>
        <w:br/>
        <w:t>vt 0.263002 0.681330</w:t>
        <w:br/>
        <w:t>vt 0.263002 0.686462</w:t>
        <w:br/>
        <w:t>vt 0.290085 0.655684</w:t>
        <w:br/>
        <w:t>vt 0.294923 0.657529</w:t>
        <w:br/>
        <w:t>vt 0.325591 0.699947</w:t>
        <w:br/>
        <w:t>vt 0.325591 0.693897</w:t>
        <w:br/>
        <w:t>vt 0.271327 0.657534</w:t>
        <w:br/>
        <w:t>vt 0.276421 0.655523</w:t>
        <w:br/>
        <w:t>vt 0.315568 0.681330</w:t>
        <w:br/>
        <w:t>vt 0.319828 0.681330</w:t>
        <w:br/>
        <w:t>vt 0.319828 0.686462</w:t>
        <w:br/>
        <w:t>vt 0.315568 0.686462</w:t>
        <w:br/>
        <w:t>vt 0.287131 0.686462</w:t>
        <w:br/>
        <w:t>vt 0.287131 0.681330</w:t>
        <w:br/>
        <w:t>vt 0.291393 0.681330</w:t>
        <w:br/>
        <w:t>vt 0.291393 0.686462</w:t>
        <w:br/>
        <w:t>vt 0.315469 0.693897</w:t>
        <w:br/>
        <w:t>vt 0.325591 0.693897</w:t>
        <w:br/>
        <w:t>vt 0.325591 0.699947</w:t>
        <w:br/>
        <w:t>vt 0.315469 0.699947</w:t>
        <w:br/>
        <w:t>vt 0.327168 0.658882</w:t>
        <w:br/>
        <w:t>vt 0.327168 0.652909</w:t>
        <w:br/>
        <w:t>vt 0.347973 0.652909</w:t>
        <w:br/>
        <w:t>vt 0.347973 0.658882</w:t>
        <w:br/>
        <w:t>vt 0.348307 0.686462</w:t>
        <w:br/>
        <w:t>vt 0.348307 0.681330</w:t>
        <w:br/>
        <w:t>vt 0.277786 0.686462</w:t>
        <w:br/>
        <w:t>vt 0.277786 0.681330</w:t>
        <w:br/>
        <w:t>vt 0.249397 0.686462</w:t>
        <w:br/>
        <w:t>vt 0.225222 0.686462</w:t>
        <w:br/>
        <w:t>vt 0.225222 0.681330</w:t>
        <w:br/>
        <w:t>vt 0.249397 0.681330</w:t>
        <w:br/>
        <w:t>vt 0.253657 0.686462</w:t>
        <w:br/>
        <w:t>vt 0.253657 0.681330</w:t>
        <w:br/>
        <w:t>vt 0.263002 0.681330</w:t>
        <w:br/>
        <w:t>vt 0.263002 0.686462</w:t>
        <w:br/>
        <w:t>vt 0.318075 0.643910</w:t>
        <w:br/>
        <w:t>vt 0.316636 0.648694</w:t>
        <w:br/>
        <w:t>vt 0.294923 0.648694</w:t>
        <w:br/>
        <w:t>vt 0.293288 0.643910</w:t>
        <w:br/>
        <w:t>vt 0.316636 0.672004</w:t>
        <w:br/>
        <w:t>vt 0.321422 0.646789</w:t>
        <w:br/>
        <w:t>vt 0.321422 0.673866</w:t>
        <w:br/>
        <w:t>vt 0.220962 0.681330</w:t>
        <w:br/>
        <w:t>vt 0.220962 0.686462</w:t>
        <w:br/>
        <w:t>vt 0.318089 0.676788</w:t>
        <w:br/>
        <w:t>vt 0.293554 0.676788</w:t>
        <w:br/>
        <w:t>vt 0.295164 0.672004</w:t>
        <w:br/>
        <w:t>vt 0.250069 0.671131</w:t>
        <w:br/>
        <w:t>vt 0.271186 0.671131</w:t>
        <w:br/>
        <w:t>vt 0.272250 0.675932</w:t>
        <w:br/>
        <w:t>vt 0.248548 0.675932</w:t>
        <w:br/>
        <w:t>vt 0.245437 0.673000</w:t>
        <w:br/>
        <w:t>vt 0.245437 0.647154</w:t>
        <w:br/>
        <w:t>vt 0.250069 0.649006</w:t>
        <w:br/>
        <w:t>vt 0.276277 0.673401</w:t>
        <w:br/>
        <w:t>vt 0.290351 0.673958</w:t>
        <w:br/>
        <w:t>vt 0.290085 0.646772</w:t>
        <w:br/>
        <w:t>vt 0.307064 0.691538</w:t>
        <w:br/>
        <w:t>vt 0.307064 0.697505</w:t>
        <w:br/>
        <w:t>vt 0.282308 0.697505</w:t>
        <w:br/>
        <w:t>vt 0.282308 0.691538</w:t>
        <w:br/>
        <w:t>vt 0.248537 0.644195</w:t>
        <w:br/>
        <w:t>vt 0.348219 0.674936</w:t>
        <w:br/>
        <w:t>vt 0.327414 0.674936</w:t>
        <w:br/>
        <w:t>vt 0.327414 0.668963</w:t>
        <w:br/>
        <w:t>vt 0.348219 0.668963</w:t>
        <w:br/>
        <w:t>vt 0.271327 0.649006</w:t>
        <w:br/>
        <w:t>vt 0.272379 0.644195</w:t>
        <w:br/>
        <w:t>vt 0.276421 0.646741</w:t>
        <w:br/>
        <w:t>vt 0.345517 0.699947</w:t>
        <w:br/>
        <w:t>vt 0.335394 0.699947</w:t>
        <w:br/>
        <w:t>vt 0.335394 0.693897</w:t>
        <w:br/>
        <w:t>vt 0.345517 0.693897</w:t>
        <w:br/>
        <w:t>vt 0.522609 0.497590</w:t>
        <w:br/>
        <w:t>vt 0.517102 0.497590</w:t>
        <w:br/>
        <w:t>vt 0.517102 0.516776</w:t>
        <w:br/>
        <w:t>vt 0.522609 0.516776</w:t>
        <w:br/>
        <w:t>vt 0.522407 0.491630</w:t>
        <w:br/>
        <w:t>vt 0.522407 0.467316</w:t>
        <w:br/>
        <w:t>vt 0.518293 0.469881</w:t>
        <w:br/>
        <w:t>vt 0.518293 0.488971</w:t>
        <w:br/>
        <w:t>vt 0.526736 0.475517</w:t>
        <w:br/>
        <w:t>vt 0.526736 0.500139</w:t>
        <w:br/>
        <w:t>vt 0.531211 0.500139</w:t>
        <w:br/>
        <w:t>vt 0.531211 0.475517</w:t>
        <w:br/>
        <w:t>vt 0.521476 0.436034</w:t>
        <w:br/>
        <w:t>vt 0.517365 0.438527</w:t>
        <w:br/>
        <w:t>vt 0.517365 0.457600</w:t>
        <w:br/>
        <w:t>vt 0.521476 0.460340</w:t>
        <w:br/>
        <w:t>vt 0.510209 0.438527</w:t>
        <w:br/>
        <w:t>vt 0.508491 0.436076</w:t>
        <w:br/>
        <w:t>vt 0.508491 0.460002</w:t>
        <w:br/>
        <w:t>vt 0.510209 0.457600</w:t>
        <w:br/>
        <w:t>vt 0.531211 0.436890</w:t>
        <w:br/>
        <w:t>vt 0.526736 0.436890</w:t>
        <w:br/>
        <w:t>vt 0.526736 0.461361</w:t>
        <w:br/>
        <w:t>vt 0.531211 0.461361</w:t>
        <w:br/>
        <w:t>vt 0.509413 0.467487</w:t>
        <w:br/>
        <w:t>vt 0.509413 0.491434</w:t>
        <w:br/>
        <w:t>vt 0.511127 0.488971</w:t>
        <w:br/>
        <w:t>vt 0.511127 0.469881</w:t>
        <w:br/>
        <w:t>vt 0.507115 0.497396</w:t>
        <w:br/>
        <w:t>vt 0.507115 0.516584</w:t>
        <w:br/>
        <w:t>vt 0.512621 0.516584</w:t>
        <w:br/>
        <w:t>vt 0.512621 0.497396</w:t>
        <w:br/>
        <w:t>vt 0.531211 0.473141</w:t>
        <w:br/>
        <w:t>vt 0.526736 0.473141</w:t>
        <w:br/>
        <w:t>vt 0.526736 0.463841</w:t>
        <w:br/>
        <w:t>vt 0.531211 0.463841</w:t>
        <w:br/>
        <w:t>vt 0.531211 0.502513</w:t>
        <w:br/>
        <w:t>vt 0.526736 0.502513</w:t>
        <w:br/>
        <w:t>vt 0.526736 0.511812</w:t>
        <w:br/>
        <w:t>vt 0.531211 0.511812</w:t>
        <w:br/>
        <w:t>vt 0.519751 0.434401</w:t>
        <w:br/>
        <w:t>vt 0.510329 0.434401</w:t>
        <w:br/>
        <w:t>vt 0.526736 0.514293</w:t>
        <w:br/>
        <w:t>vt 0.531211 0.514293</w:t>
        <w:br/>
        <w:t>vt 0.510294 0.461725</w:t>
        <w:br/>
        <w:t>vt 0.519524 0.461725</w:t>
        <w:br/>
        <w:t>vt 0.520602 0.465752</w:t>
        <w:br/>
        <w:t>vt 0.511198 0.465752</w:t>
        <w:br/>
        <w:t>vt 0.511307 0.493082</w:t>
        <w:br/>
        <w:t>vt 0.526713 0.520247</w:t>
        <w:br/>
        <w:t>vt 0.526713 0.527292</w:t>
        <w:br/>
        <w:t>vt 0.531964 0.527292</w:t>
        <w:br/>
        <w:t>vt 0.531964 0.520247</w:t>
        <w:br/>
        <w:t>vt 0.516692 0.522339</w:t>
        <w:br/>
        <w:t>vt 0.511441 0.522339</w:t>
        <w:br/>
        <w:t>vt 0.511441 0.529384</w:t>
        <w:br/>
        <w:t>vt 0.516692 0.529384</w:t>
        <w:br/>
        <w:t>vt 0.520513 0.493082</w:t>
        <w:br/>
        <w:t>vt 0.849702 0.533076</w:t>
        <w:br/>
        <w:t>vt 0.849702 0.510429</w:t>
        <w:br/>
        <w:t>vt 0.862289 0.512128</w:t>
        <w:br/>
        <w:t>vt 0.862289 0.533769</w:t>
        <w:br/>
        <w:t>vt 0.862289 0.468581</w:t>
        <w:br/>
        <w:t>vt 0.849702 0.467919</w:t>
        <w:br/>
        <w:t>vt 0.849702 0.448447</w:t>
        <w:br/>
        <w:t>vt 0.862289 0.447188</w:t>
        <w:br/>
        <w:t>vt 0.862289 0.490427</w:t>
        <w:br/>
        <w:t>vt 0.849702 0.488361</w:t>
        <w:br/>
        <w:t>vt 0.862289 0.427392</w:t>
        <w:br/>
        <w:t>vt 0.849702 0.429790</w:t>
        <w:br/>
        <w:t>vt 0.849702 0.409058</w:t>
        <w:br/>
        <w:t>vt 0.862289 0.407696</w:t>
        <w:br/>
        <w:t>vt 0.862289 0.371506</w:t>
        <w:br/>
        <w:t>vt 0.849702 0.370669</w:t>
        <w:br/>
        <w:t>vt 0.849702 0.352391</w:t>
        <w:br/>
        <w:t>vt 0.862289 0.354091</w:t>
        <w:br/>
        <w:t>vt 0.862289 0.389246</w:t>
        <w:br/>
        <w:t>vt 0.849702 0.389712</w:t>
        <w:br/>
        <w:t>vt 0.862289 0.302408</w:t>
        <w:br/>
        <w:t>vt 0.849702 0.300011</w:t>
        <w:br/>
        <w:t>vt 0.849702 0.298067</w:t>
        <w:br/>
        <w:t>vt 0.862289 0.299022</w:t>
        <w:br/>
        <w:t>vt 0.849702 0.338047</w:t>
        <w:br/>
        <w:t>vt 0.862289 0.340128</w:t>
        <w:br/>
        <w:t>vt 0.849702 0.323867</w:t>
        <w:br/>
        <w:t>vt 0.862289 0.326338</w:t>
        <w:br/>
        <w:t>vt 0.867632 0.457727</w:t>
        <w:br/>
        <w:t>vt 0.877932 0.457727</w:t>
        <w:br/>
        <w:t>vt 0.877932 0.474823</w:t>
        <w:br/>
        <w:t>vt 0.867632 0.474823</w:t>
        <w:br/>
        <w:t>vt 0.877932 0.408595</w:t>
        <w:br/>
        <w:t>vt 0.877932 0.424433</w:t>
        <w:br/>
        <w:t>vt 0.867632 0.424433</w:t>
        <w:br/>
        <w:t>vt 0.867632 0.408595</w:t>
        <w:br/>
        <w:t>vt 0.877932 0.440797</w:t>
        <w:br/>
        <w:t>vt 0.867632 0.440797</w:t>
        <w:br/>
        <w:t>vt 0.867632 0.393813</w:t>
        <w:br/>
        <w:t>vt 0.867632 0.378030</w:t>
        <w:br/>
        <w:t>vt 0.877932 0.378030</w:t>
        <w:br/>
        <w:t>vt 0.877932 0.393813</w:t>
        <w:br/>
        <w:t>vt 0.877932 0.489388</w:t>
        <w:br/>
        <w:t>vt 0.867632 0.489388</w:t>
        <w:br/>
        <w:t>vt 0.867632 0.349253</w:t>
        <w:br/>
        <w:t>vt 0.867632 0.335417</w:t>
        <w:br/>
        <w:t>vt 0.877932 0.335417</w:t>
        <w:br/>
        <w:t>vt 0.877932 0.349253</w:t>
        <w:br/>
        <w:t>vt 0.867632 0.363453</w:t>
        <w:br/>
        <w:t>vt 0.877932 0.363453</w:t>
        <w:br/>
        <w:t>vt 0.877932 0.294694</w:t>
        <w:br/>
        <w:t>vt 0.867632 0.294694</w:t>
        <w:br/>
        <w:t>vt 0.867632 0.292214</w:t>
        <w:br/>
        <w:t>vt 0.877932 0.292214</w:t>
        <w:br/>
        <w:t>vt 0.867632 0.324513</w:t>
        <w:br/>
        <w:t>vt 0.877932 0.324513</w:t>
        <w:br/>
        <w:t>vt 0.877932 0.313472</w:t>
        <w:br/>
        <w:t>vt 0.867632 0.313472</w:t>
        <w:br/>
        <w:t>vt 0.862289 0.533769</w:t>
        <w:br/>
        <w:t>vt 0.862289 0.512128</w:t>
        <w:br/>
        <w:t>vt 0.863797 0.512405</w:t>
        <w:br/>
        <w:t>vt 0.863797 0.533918</w:t>
        <w:br/>
        <w:t>vt 0.849702 0.533076</w:t>
        <w:br/>
        <w:t>vt 0.847910 0.533314</w:t>
        <w:br/>
        <w:t>vt 0.847910 0.510817</w:t>
        <w:br/>
        <w:t>vt 0.849702 0.510429</w:t>
        <w:br/>
        <w:t>vt 0.862289 0.468581</w:t>
        <w:br/>
        <w:t>vt 0.862289 0.447188</w:t>
        <w:br/>
        <w:t>vt 0.863797 0.447528</w:t>
        <w:br/>
        <w:t>vt 0.863797 0.469038</w:t>
        <w:br/>
        <w:t>vt 0.849702 0.467919</w:t>
        <w:br/>
        <w:t>vt 0.847910 0.468449</w:t>
        <w:br/>
        <w:t>vt 0.847910 0.448674</w:t>
        <w:br/>
        <w:t>vt 0.849702 0.448447</w:t>
        <w:br/>
        <w:t>vt 0.862289 0.490427</w:t>
        <w:br/>
        <w:t>vt 0.863797 0.490842</w:t>
        <w:br/>
        <w:t>vt 0.849702 0.488361</w:t>
        <w:br/>
        <w:t>vt 0.847910 0.488831</w:t>
        <w:br/>
        <w:t>vt 0.862289 0.427392</w:t>
        <w:br/>
        <w:t>vt 0.862289 0.407696</w:t>
        <w:br/>
        <w:t>vt 0.863797 0.407748</w:t>
        <w:br/>
        <w:t>vt 0.863797 0.427514</w:t>
        <w:br/>
        <w:t>vt 0.849702 0.429790</w:t>
        <w:br/>
        <w:t>vt 0.847910 0.430176</w:t>
        <w:br/>
        <w:t>vt 0.847910 0.409241</w:t>
        <w:br/>
        <w:t>vt 0.849702 0.409058</w:t>
        <w:br/>
        <w:t>vt 0.862289 0.552078</w:t>
        <w:br/>
        <w:t>vt 0.863797 0.552966</w:t>
        <w:br/>
        <w:t>vt 0.849702 0.552038</w:t>
        <w:br/>
        <w:t>vt 0.862289 0.552078</w:t>
        <w:br/>
        <w:t>vt 0.863797 0.552966</w:t>
        <w:br/>
        <w:t>vt 0.847910 0.552966</w:t>
        <w:br/>
        <w:t>vt 0.849702 0.552038</w:t>
        <w:br/>
        <w:t>vt 0.847910 0.552966</w:t>
        <w:br/>
        <w:t>vt 0.849702 0.352391</w:t>
        <w:br/>
        <w:t>vt 0.849702 0.370669</w:t>
        <w:br/>
        <w:t>vt 0.847910 0.370573</w:t>
        <w:br/>
        <w:t>vt 0.847910 0.352080</w:t>
        <w:br/>
        <w:t>vt 0.862289 0.354091</w:t>
        <w:br/>
        <w:t>vt 0.863797 0.353974</w:t>
        <w:br/>
        <w:t>vt 0.863797 0.371506</w:t>
        <w:br/>
        <w:t>vt 0.862289 0.371506</w:t>
        <w:br/>
        <w:t>vt 0.849702 0.389712</w:t>
        <w:br/>
        <w:t>vt 0.847910 0.389831</w:t>
        <w:br/>
        <w:t>vt 0.863797 0.389301</w:t>
        <w:br/>
        <w:t>vt 0.862289 0.389246</w:t>
        <w:br/>
        <w:t>vt 0.849743 0.286116</w:t>
        <w:br/>
        <w:t>vt 0.862838 0.286116</w:t>
        <w:br/>
        <w:t>vt 0.862503 0.288329</w:t>
        <w:br/>
        <w:t>vt 0.849565 0.287941</w:t>
        <w:br/>
        <w:t>vt 0.862289 0.299022</w:t>
        <w:br/>
        <w:t>vt 0.863797 0.298238</w:t>
        <w:br/>
        <w:t>vt 0.863797 0.301749</w:t>
        <w:br/>
        <w:t>vt 0.862289 0.302408</w:t>
        <w:br/>
        <w:t>vt 0.849702 0.338047</w:t>
        <w:br/>
        <w:t>vt 0.847910 0.337820</w:t>
        <w:br/>
        <w:t>vt 0.862289 0.340128</w:t>
        <w:br/>
        <w:t>vt 0.863797 0.339780</w:t>
        <w:br/>
        <w:t>vt 0.849702 0.323867</w:t>
        <w:br/>
        <w:t>vt 0.847910 0.323535</w:t>
        <w:br/>
        <w:t>vt 0.862289 0.326338</w:t>
        <w:br/>
        <w:t>vt 0.863797 0.325823</w:t>
        <w:br/>
        <w:t>vt 0.849702 0.298067</w:t>
        <w:br/>
        <w:t>vt 0.849702 0.300011</w:t>
        <w:br/>
        <w:t>vt 0.847910 0.299505</w:t>
        <w:br/>
        <w:t>vt 0.847910 0.296680</w:t>
        <w:br/>
        <w:t>vt 0.862289 0.295079</w:t>
        <w:br/>
        <w:t>vt 0.863797 0.294054</w:t>
        <w:br/>
        <w:t>vt 0.867632 0.289567</w:t>
        <w:br/>
        <w:t>vt 0.877932 0.289567</w:t>
        <w:br/>
        <w:t>vt 0.849702 0.290305</w:t>
        <w:br/>
        <w:t>vt 0.847910 0.289126</w:t>
        <w:br/>
        <w:t>vt 0.849565 0.287941</w:t>
        <w:br/>
        <w:t>vt 0.849702 0.293563</w:t>
        <w:br/>
        <w:t>vt 0.862289 0.295079</w:t>
        <w:br/>
        <w:t>vt 0.849702 0.290305</w:t>
        <w:br/>
        <w:t>vt 0.849565 0.287941</w:t>
        <w:br/>
        <w:t>vt 0.862503 0.288329</w:t>
        <w:br/>
        <w:t>vt 0.862289 0.291174</w:t>
        <w:br/>
        <w:t>vt 0.862503 0.288329</w:t>
        <w:br/>
        <w:t>vt 0.863797 0.289813</w:t>
        <w:br/>
        <w:t>vt 0.862289 0.291174</w:t>
        <w:br/>
        <w:t>vt 0.847910 0.292998</w:t>
        <w:br/>
        <w:t>vt 0.849702 0.293563</w:t>
        <w:br/>
        <w:t>vt 0.867632 0.286887</w:t>
        <w:br/>
        <w:t>vt 0.877932 0.286887</w:t>
        <w:br/>
        <w:t>vt 0.863797 0.305504</w:t>
        <w:br/>
        <w:t>vt 0.862289 0.306135</w:t>
        <w:br/>
        <w:t>vt 0.877932 0.297606</w:t>
        <w:br/>
        <w:t>vt 0.867632 0.297606</w:t>
        <w:br/>
        <w:t>vt 0.847910 0.303341</w:t>
        <w:br/>
        <w:t>vt 0.849702 0.303680</w:t>
        <w:br/>
        <w:t>vt 0.862289 0.306135</w:t>
        <w:br/>
        <w:t>vt 0.849702 0.303680</w:t>
        <w:br/>
        <w:t>vt 0.862289 0.316442</w:t>
        <w:br/>
        <w:t>vt 0.863797 0.315801</w:t>
        <w:br/>
        <w:t>vt 0.867632 0.305697</w:t>
        <w:br/>
        <w:t>vt 0.877932 0.305697</w:t>
        <w:br/>
        <w:t>vt 0.849702 0.314009</w:t>
        <w:br/>
        <w:t>vt 0.847910 0.313599</w:t>
        <w:br/>
        <w:t>vt 0.849702 0.314009</w:t>
        <w:br/>
        <w:t>vt 0.862289 0.316442</w:t>
        <w:br/>
        <w:t>vt 0.849702 0.552038</w:t>
        <w:br/>
        <w:t>vt 0.862289 0.552078</w:t>
        <w:br/>
        <w:t>vt 0.016434 0.436386</w:t>
        <w:br/>
        <w:t>vt 0.027058 0.432129</w:t>
        <w:br/>
        <w:t>vt 0.024531 0.428052</w:t>
        <w:br/>
        <w:t>vt 0.015094 0.431828</w:t>
        <w:br/>
        <w:t>vt 0.035992 0.425181</w:t>
        <w:br/>
        <w:t>vt 0.032484 0.421881</w:t>
        <w:br/>
        <w:t>vt 0.047224 0.406076</w:t>
        <w:br/>
        <w:t>vt 0.048595 0.395070</w:t>
        <w:br/>
        <w:t>vt 0.043717 0.395126</w:t>
        <w:br/>
        <w:t>vt 0.042431 0.404897</w:t>
        <w:br/>
        <w:t>vt 0.046950 0.384118</w:t>
        <w:br/>
        <w:t>vt 0.042210 0.385380</w:t>
        <w:br/>
        <w:t>vt 0.038307 0.376266</w:t>
        <w:br/>
        <w:t>vt 0.042542 0.373849</w:t>
        <w:br/>
        <w:t>vt 0.035344 0.365209</w:t>
        <w:br/>
        <w:t>vt 0.031915 0.368570</w:t>
        <w:br/>
        <w:t>vt 0.023833 0.362529</w:t>
        <w:br/>
        <w:t>vt 0.026274 0.358397</w:t>
        <w:br/>
        <w:t>vt 0.015548 0.354380</w:t>
        <w:br/>
        <w:t>vt 0.014306 0.358945</w:t>
        <w:br/>
        <w:t>vt 0.017161 0.348416</w:t>
        <w:br/>
        <w:t>vt 0.015548 0.354380</w:t>
        <w:br/>
        <w:t>vt 0.026274 0.358397</w:t>
        <w:br/>
        <w:t>vt 0.029259 0.353344</w:t>
        <w:br/>
        <w:t>vt 0.039837 0.360829</w:t>
        <w:br/>
        <w:t>vt 0.035344 0.365209</w:t>
        <w:br/>
        <w:t>vt 0.042542 0.373849</w:t>
        <w:br/>
        <w:t>vt 0.047736 0.370920</w:t>
        <w:br/>
        <w:t>vt 0.052923 0.382483</w:t>
        <w:br/>
        <w:t>vt 0.046950 0.384118</w:t>
        <w:br/>
        <w:t>vt 0.048595 0.395070</w:t>
        <w:br/>
        <w:t>vt 0.054974 0.395007</w:t>
        <w:br/>
        <w:t>vt 0.047224 0.406076</w:t>
        <w:br/>
        <w:t>vt 0.053065 0.407541</w:t>
        <w:br/>
        <w:t>vt 0.035992 0.425181</w:t>
        <w:br/>
        <w:t>vt 0.027058 0.432129</w:t>
        <w:br/>
        <w:t>vt 0.030098 0.437141</w:t>
        <w:br/>
        <w:t>vt 0.040568 0.429507</w:t>
        <w:br/>
        <w:t>vt 0.018144 0.442133</w:t>
        <w:br/>
        <w:t>vt 0.016434 0.436386</w:t>
        <w:br/>
        <w:t>vt 0.004591 0.433335</w:t>
        <w:br/>
        <w:t>vt 0.004590 0.438060</w:t>
        <w:br/>
        <w:t>vt 0.004590 0.438060</w:t>
        <w:br/>
        <w:t>vt 0.004587 0.444034</w:t>
        <w:br/>
        <w:t>vt 0.048373 0.419295</w:t>
        <w:br/>
        <w:t>vt 0.042963 0.416399</w:t>
        <w:br/>
        <w:t>vt 0.042963 0.416399</w:t>
        <w:br/>
        <w:t>vt 0.038703 0.414071</w:t>
        <w:br/>
        <w:t>vt 0.004621 0.347044</w:t>
        <w:br/>
        <w:t>vt 0.004619 0.352859</w:t>
        <w:br/>
        <w:t>vt 0.004617 0.357620</w:t>
        <w:br/>
        <w:t>vt 0.004619 0.352859</w:t>
        <w:br/>
        <w:t>vt 0.004604 0.395490</w:t>
        <w:br/>
        <w:t>vt 0.011010 0.290985</w:t>
        <w:br/>
        <w:t>vt 0.016900 0.293319</w:t>
        <w:br/>
        <w:t>vt 0.004469 0.315192</w:t>
        <w:br/>
        <w:t>vt 0.021872 0.297269</w:t>
        <w:br/>
        <w:t>vt 0.025757 0.302339</w:t>
        <w:br/>
        <w:t>vt 0.028068 0.308358</w:t>
        <w:br/>
        <w:t>vt 0.028909 0.314803</w:t>
        <w:br/>
        <w:t>vt 0.027942 0.321277</w:t>
        <w:br/>
        <w:t>vt 0.025512 0.327371</w:t>
        <w:br/>
        <w:t>vt 0.021527 0.332565</w:t>
        <w:br/>
        <w:t>vt 0.016478 0.336677</w:t>
        <w:br/>
        <w:t>vt 0.010541 0.339198</w:t>
        <w:br/>
        <w:t>vt 0.004477 0.340226</w:t>
        <w:br/>
        <w:t>vt 0.004460 0.290161</w:t>
        <w:br/>
        <w:t>vt 0.016434 0.436386</w:t>
        <w:br/>
        <w:t>vt 0.015094 0.431828</w:t>
        <w:br/>
        <w:t>vt 0.024531 0.428052</w:t>
        <w:br/>
        <w:t>vt 0.027058 0.432129</w:t>
        <w:br/>
        <w:t>vt 0.032484 0.421881</w:t>
        <w:br/>
        <w:t>vt 0.035992 0.425181</w:t>
        <w:br/>
        <w:t>vt 0.047224 0.406076</w:t>
        <w:br/>
        <w:t>vt 0.042431 0.404897</w:t>
        <w:br/>
        <w:t>vt 0.043717 0.395126</w:t>
        <w:br/>
        <w:t>vt 0.048595 0.395070</w:t>
        <w:br/>
        <w:t>vt 0.042210 0.385380</w:t>
        <w:br/>
        <w:t>vt 0.046950 0.384118</w:t>
        <w:br/>
        <w:t>vt 0.038307 0.376266</w:t>
        <w:br/>
        <w:t>vt 0.031915 0.368570</w:t>
        <w:br/>
        <w:t>vt 0.035344 0.365209</w:t>
        <w:br/>
        <w:t>vt 0.042542 0.373849</w:t>
        <w:br/>
        <w:t>vt 0.023833 0.362529</w:t>
        <w:br/>
        <w:t>vt 0.014306 0.358945</w:t>
        <w:br/>
        <w:t>vt 0.015548 0.354380</w:t>
        <w:br/>
        <w:t>vt 0.026274 0.358397</w:t>
        <w:br/>
        <w:t>vt 0.017161 0.348416</w:t>
        <w:br/>
        <w:t>vt 0.029259 0.353344</w:t>
        <w:br/>
        <w:t>vt 0.026274 0.358397</w:t>
        <w:br/>
        <w:t>vt 0.015548 0.354380</w:t>
        <w:br/>
        <w:t>vt 0.039837 0.360829</w:t>
        <w:br/>
        <w:t>vt 0.047736 0.370920</w:t>
        <w:br/>
        <w:t>vt 0.042542 0.373849</w:t>
        <w:br/>
        <w:t>vt 0.035344 0.365209</w:t>
        <w:br/>
        <w:t>vt 0.054974 0.395007</w:t>
        <w:br/>
        <w:t>vt 0.048595 0.395070</w:t>
        <w:br/>
        <w:t>vt 0.046950 0.384118</w:t>
        <w:br/>
        <w:t>vt 0.052923 0.382483</w:t>
        <w:br/>
        <w:t>vt 0.053065 0.407541</w:t>
        <w:br/>
        <w:t>vt 0.047224 0.406076</w:t>
        <w:br/>
        <w:t>vt 0.030098 0.437141</w:t>
        <w:br/>
        <w:t>vt 0.027058 0.432129</w:t>
        <w:br/>
        <w:t>vt 0.035992 0.425181</w:t>
        <w:br/>
        <w:t>vt 0.040568 0.429507</w:t>
        <w:br/>
        <w:t>vt 0.018144 0.442133</w:t>
        <w:br/>
        <w:t>vt 0.016434 0.436386</w:t>
        <w:br/>
        <w:t>vt 0.004590 0.438060</w:t>
        <w:br/>
        <w:t>vt 0.004587 0.444034</w:t>
        <w:br/>
        <w:t>vt 0.004590 0.438060</w:t>
        <w:br/>
        <w:t>vt 0.042963 0.416399</w:t>
        <w:br/>
        <w:t>vt 0.048373 0.419295</w:t>
        <w:br/>
        <w:t>vt 0.038703 0.414071</w:t>
        <w:br/>
        <w:t>vt 0.042963 0.416399</w:t>
        <w:br/>
        <w:t>vt 0.004621 0.347044</w:t>
        <w:br/>
        <w:t>vt 0.004604 0.395490</w:t>
        <w:br/>
        <w:t>vt 0.011010 0.290985</w:t>
        <w:br/>
        <w:t>vt 0.016900 0.293319</w:t>
        <w:br/>
        <w:t>vt 0.021872 0.297269</w:t>
        <w:br/>
        <w:t>vt 0.025757 0.302339</w:t>
        <w:br/>
        <w:t>vt 0.028068 0.308358</w:t>
        <w:br/>
        <w:t>vt 0.028909 0.314803</w:t>
        <w:br/>
        <w:t>vt 0.027942 0.321277</w:t>
        <w:br/>
        <w:t>vt 0.025512 0.327371</w:t>
        <w:br/>
        <w:t>vt 0.021527 0.332565</w:t>
        <w:br/>
        <w:t>vt 0.016478 0.336677</w:t>
        <w:br/>
        <w:t>vt 0.010541 0.339198</w:t>
        <w:br/>
        <w:t>vt 0.563108 0.786625</w:t>
        <w:br/>
        <w:t>vt 0.576629 0.786625</w:t>
        <w:br/>
        <w:t>vt 0.576662 0.779505</w:t>
        <w:br/>
        <w:t>vt 0.563108 0.779505</w:t>
        <w:br/>
        <w:t>vt 0.534879 0.756086</w:t>
        <w:br/>
        <w:t>vt 0.541689 0.756086</w:t>
        <w:br/>
        <w:t>vt 0.541689 0.742460</w:t>
        <w:br/>
        <w:t>vt 0.534879 0.742460</w:t>
        <w:br/>
        <w:t>vt 0.598147 0.788393</w:t>
        <w:br/>
        <w:t>vt 0.598147 0.777734</w:t>
        <w:br/>
        <w:t>vt 0.597260 0.779505</w:t>
        <w:br/>
        <w:t>vt 0.597260 0.786625</w:t>
        <w:br/>
        <w:t>vt 0.562182 0.777734</w:t>
        <w:br/>
        <w:t>vt 0.562182 0.788393</w:t>
        <w:br/>
        <w:t>vt 0.563108 0.786625</w:t>
        <w:br/>
        <w:t>vt 0.563108 0.779505</w:t>
        <w:br/>
        <w:t>vt 0.563108 0.779505</w:t>
        <w:br/>
        <w:t>vt 0.576662 0.779505</w:t>
        <w:br/>
        <w:t>vt 0.576789 0.777734</w:t>
        <w:br/>
        <w:t>vt 0.562182 0.777734</w:t>
        <w:br/>
        <w:t>vt 0.576891 0.788393</w:t>
        <w:br/>
        <w:t>vt 0.576629 0.786625</w:t>
        <w:br/>
        <w:t>vt 0.563108 0.786625</w:t>
        <w:br/>
        <w:t>vt 0.562182 0.788393</w:t>
        <w:br/>
        <w:t>vt 0.597260 0.786625</w:t>
        <w:br/>
        <w:t>vt 0.583850 0.786625</w:t>
        <w:br/>
        <w:t>vt 0.585048 0.788393</w:t>
        <w:br/>
        <w:t>vt 0.598147 0.788393</w:t>
        <w:br/>
        <w:t>vt 0.534879 0.761341</w:t>
        <w:br/>
        <w:t>vt 0.534879 0.773801</w:t>
        <w:br/>
        <w:t>vt 0.541689 0.773801</w:t>
        <w:br/>
        <w:t>vt 0.541689 0.761341</w:t>
        <w:br/>
        <w:t>vt 0.584877 0.777734</w:t>
        <w:br/>
        <w:t>vt 0.583873 0.779505</w:t>
        <w:br/>
        <w:t>vt 0.597260 0.779505</w:t>
        <w:br/>
        <w:t>vt 0.598147 0.777734</w:t>
        <w:br/>
        <w:t>vt 0.583873 0.779505</w:t>
        <w:br/>
        <w:t>vt 0.583850 0.786625</w:t>
        <w:br/>
        <w:t>vt 0.597260 0.786625</w:t>
        <w:br/>
        <w:t>vt 0.597260 0.779505</w:t>
        <w:br/>
        <w:t>vt 0.582668 0.786625</w:t>
        <w:br/>
        <w:t>vt 0.581942 0.788393</w:t>
        <w:br/>
        <w:t>vt 0.541689 0.759718</w:t>
        <w:br/>
        <w:t>vt 0.534879 0.759718</w:t>
        <w:br/>
        <w:t>vt 0.582666 0.779505</w:t>
        <w:br/>
        <w:t>vt 0.581851 0.777734</w:t>
        <w:br/>
        <w:t>vt 0.582666 0.779505</w:t>
        <w:br/>
        <w:t>vt 0.582668 0.786625</w:t>
        <w:br/>
        <w:t>vt 0.577584 0.779505</w:t>
        <w:br/>
        <w:t>vt 0.577584 0.786625</w:t>
        <w:br/>
        <w:t>vt 0.541689 0.756086</w:t>
        <w:br/>
        <w:t>vt 0.534879 0.756086</w:t>
        <w:br/>
        <w:t>vt 0.577584 0.779505</w:t>
        <w:br/>
        <w:t>vt 0.577584 0.786625</w:t>
        <w:br/>
        <w:t>vt 0.576662 0.779505</w:t>
        <w:br/>
        <w:t>vt 0.576629 0.786625</w:t>
        <w:br/>
        <w:t>vt 0.563108 0.786625</w:t>
        <w:br/>
        <w:t>vt 0.563108 0.779505</w:t>
        <w:br/>
        <w:t>vt 0.534879 0.756086</w:t>
        <w:br/>
        <w:t>vt 0.534879 0.742460</w:t>
        <w:br/>
        <w:t>vt 0.541689 0.742460</w:t>
        <w:br/>
        <w:t>vt 0.541689 0.756086</w:t>
        <w:br/>
        <w:t>vt 0.598147 0.788393</w:t>
        <w:br/>
        <w:t>vt 0.597260 0.786625</w:t>
        <w:br/>
        <w:t>vt 0.597260 0.779505</w:t>
        <w:br/>
        <w:t>vt 0.598147 0.777734</w:t>
        <w:br/>
        <w:t>vt 0.562182 0.777734</w:t>
        <w:br/>
        <w:t>vt 0.563108 0.779505</w:t>
        <w:br/>
        <w:t>vt 0.563108 0.786625</w:t>
        <w:br/>
        <w:t>vt 0.562182 0.788393</w:t>
        <w:br/>
        <w:t>vt 0.563108 0.779505</w:t>
        <w:br/>
        <w:t>vt 0.562182 0.777734</w:t>
        <w:br/>
        <w:t>vt 0.576789 0.777734</w:t>
        <w:br/>
        <w:t>vt 0.576662 0.779505</w:t>
        <w:br/>
        <w:t>vt 0.576891 0.788393</w:t>
        <w:br/>
        <w:t>vt 0.562182 0.788393</w:t>
        <w:br/>
        <w:t>vt 0.563108 0.786625</w:t>
        <w:br/>
        <w:t>vt 0.576629 0.786625</w:t>
        <w:br/>
        <w:t>vt 0.597260 0.786625</w:t>
        <w:br/>
        <w:t>vt 0.598147 0.788393</w:t>
        <w:br/>
        <w:t>vt 0.585048 0.788393</w:t>
        <w:br/>
        <w:t>vt 0.583850 0.786625</w:t>
        <w:br/>
        <w:t>vt 0.541689 0.773801</w:t>
        <w:br/>
        <w:t>vt 0.534879 0.773801</w:t>
        <w:br/>
        <w:t>vt 0.534879 0.761341</w:t>
        <w:br/>
        <w:t>vt 0.541689 0.761341</w:t>
        <w:br/>
        <w:t>vt 0.584877 0.777734</w:t>
        <w:br/>
        <w:t>vt 0.598147 0.777734</w:t>
        <w:br/>
        <w:t>vt 0.597260 0.779505</w:t>
        <w:br/>
        <w:t>vt 0.583873 0.779505</w:t>
        <w:br/>
        <w:t>vt 0.583873 0.779505</w:t>
        <w:br/>
        <w:t>vt 0.597260 0.779505</w:t>
        <w:br/>
        <w:t>vt 0.597260 0.786625</w:t>
        <w:br/>
        <w:t>vt 0.583850 0.786625</w:t>
        <w:br/>
        <w:t>vt 0.582668 0.786625</w:t>
        <w:br/>
        <w:t>vt 0.581942 0.788393</w:t>
        <w:br/>
        <w:t>vt 0.534879 0.759718</w:t>
        <w:br/>
        <w:t>vt 0.541689 0.759718</w:t>
        <w:br/>
        <w:t>vt 0.582666 0.779505</w:t>
        <w:br/>
        <w:t>vt 0.581851 0.777734</w:t>
        <w:br/>
        <w:t>vt 0.582666 0.779505</w:t>
        <w:br/>
        <w:t>vt 0.582668 0.786625</w:t>
        <w:br/>
        <w:t>vt 0.577584 0.779505</w:t>
        <w:br/>
        <w:t>vt 0.577584 0.786625</w:t>
        <w:br/>
        <w:t>vt 0.534879 0.756086</w:t>
        <w:br/>
        <w:t>vt 0.541689 0.756086</w:t>
        <w:br/>
        <w:t>vt 0.577584 0.779505</w:t>
        <w:br/>
        <w:t>vt 0.577584 0.786625</w:t>
        <w:br/>
        <w:t>vt 0.555798 0.420098</w:t>
        <w:br/>
        <w:t>vt 0.555498 0.440132</w:t>
        <w:br/>
        <w:t>vt 0.526567 0.598573</w:t>
        <w:br/>
        <w:t>vt 0.506542 0.616052</w:t>
        <w:br/>
        <w:t>vt 0.671982 0.006896</w:t>
        <w:br/>
        <w:t>vt 0.661393 0.009338</w:t>
        <w:br/>
        <w:t>vt 0.660855 0.006779</w:t>
        <w:br/>
        <w:t>vt 0.671510 0.004254</w:t>
        <w:br/>
        <w:t>vt 0.671982 0.006896</w:t>
        <w:br/>
        <w:t>vt 0.672224 0.027408</w:t>
        <w:br/>
        <w:t>vt 0.661635 0.025651</w:t>
        <w:br/>
        <w:t>vt 0.661393 0.009338</w:t>
        <w:br/>
        <w:t>vt 0.661258 0.028235</w:t>
        <w:br/>
        <w:t>vt 0.661635 0.025651</w:t>
        <w:br/>
        <w:t>vt 0.672224 0.027408</w:t>
        <w:br/>
        <w:t>vt 0.672016 0.030089</w:t>
        <w:br/>
        <w:t>vt 0.631595 0.040846</w:t>
        <w:br/>
        <w:t>vt 0.638117 0.039648</w:t>
        <w:br/>
        <w:t>vt 0.638102 0.029731</w:t>
        <w:br/>
        <w:t>vt 0.631582 0.028558</w:t>
        <w:br/>
        <w:t>vt 0.681664 0.006214</w:t>
        <w:br/>
        <w:t>vt 0.685636 0.004528</w:t>
        <w:br/>
        <w:t>vt 0.685636 0.029057</w:t>
        <w:br/>
        <w:t>vt 0.682078 0.027499</w:t>
        <w:br/>
        <w:t>vt 0.631202 0.014158</w:t>
        <w:br/>
        <w:t>vt 0.631141 0.020970</w:t>
        <w:br/>
        <w:t>vt 0.629367 0.022420</w:t>
        <w:br/>
        <w:t>vt 0.629367 0.012782</w:t>
        <w:br/>
        <w:t>vt 0.631141 0.020970</w:t>
        <w:br/>
        <w:t>vt 0.631202 0.014158</w:t>
        <w:br/>
        <w:t>vt 0.640424 0.012716</w:t>
        <w:br/>
        <w:t>vt 0.640280 0.022542</w:t>
        <w:br/>
        <w:t>vt 0.640424 0.012716</w:t>
        <w:br/>
        <w:t>vt 0.631202 0.014158</w:t>
        <w:br/>
        <w:t>vt 0.629367 0.012782</w:t>
        <w:br/>
        <w:t>vt 0.639824 0.010090</w:t>
        <w:br/>
        <w:t>vt 0.651154 0.037617</w:t>
        <w:br/>
        <w:t>vt 0.657127 0.037054</w:t>
        <w:br/>
        <w:t>vt 0.657127 0.032278</w:t>
        <w:br/>
        <w:t>vt 0.651149 0.031721</w:t>
        <w:br/>
        <w:t>vt 0.640280 0.022542</w:t>
        <w:br/>
        <w:t>vt 0.639678 0.025053</w:t>
        <w:br/>
        <w:t>vt 0.629367 0.022420</w:t>
        <w:br/>
        <w:t>vt 0.631141 0.020970</w:t>
        <w:br/>
        <w:t>vt 0.650965 0.023973</w:t>
        <w:br/>
        <w:t>vt 0.650892 0.011294</w:t>
        <w:br/>
        <w:t>vt 0.650459 0.008723</w:t>
        <w:br/>
        <w:t>vt 0.650892 0.011294</w:t>
        <w:br/>
        <w:t>vt 0.644623 0.038533</w:t>
        <w:br/>
        <w:t>vt 0.644612 0.030822</w:t>
        <w:br/>
        <w:t>vt 0.650559 0.026562</w:t>
        <w:br/>
        <w:t>vt 0.650965 0.023973</w:t>
        <w:br/>
        <w:t>vt 0.678637 0.031229</w:t>
        <w:br/>
        <w:t>vt 0.677142 0.027599</w:t>
        <w:br/>
        <w:t>vt 0.682078 0.027499</w:t>
        <w:br/>
        <w:t>vt 0.685636 0.029057</w:t>
        <w:br/>
        <w:t>vt 0.625068 0.042036</w:t>
        <w:br/>
        <w:t>vt 0.628332 0.041443</w:t>
        <w:br/>
        <w:t>vt 0.628325 0.027972</w:t>
        <w:br/>
        <w:t>vt 0.625068 0.027381</w:t>
        <w:br/>
        <w:t>vt 0.678167 0.002680</w:t>
        <w:br/>
        <w:t>vt 0.685636 0.004528</w:t>
        <w:br/>
        <w:t>vt 0.681664 0.006214</w:t>
        <w:br/>
        <w:t>vt 0.676853 0.006352</w:t>
        <w:br/>
        <w:t>vt 0.682078 0.027499</w:t>
        <w:br/>
        <w:t>vt 0.677142 0.027599</w:t>
        <w:br/>
        <w:t>vt 0.676853 0.006352</w:t>
        <w:br/>
        <w:t>vt 0.681664 0.006214</w:t>
        <w:br/>
        <w:t>vt 0.725650 0.031784</w:t>
        <w:br/>
        <w:t>vt 0.725650 0.038180</w:t>
        <w:br/>
        <w:t>vt 0.718646 0.038180</w:t>
        <w:br/>
        <w:t>vt 0.718646 0.031784</w:t>
        <w:br/>
        <w:t>vt 0.753874 0.032000</w:t>
        <w:br/>
        <w:t>vt 0.760879 0.032000</w:t>
        <w:br/>
        <w:t>vt 0.760879 0.038396</w:t>
        <w:br/>
        <w:t>vt 0.753874 0.038396</w:t>
        <w:br/>
        <w:t>vt 0.746638 0.032000</w:t>
        <w:br/>
        <w:t>vt 0.746638 0.038396</w:t>
        <w:br/>
        <w:t>vt 0.732887 0.031784</w:t>
        <w:br/>
        <w:t>vt 0.732886 0.038180</w:t>
        <w:br/>
        <w:t>vt 0.737774 0.031784</w:t>
        <w:br/>
        <w:t>vt 0.737774 0.038180</w:t>
        <w:br/>
        <w:t>vt 0.741751 0.038396</w:t>
        <w:br/>
        <w:t>vt 0.741751 0.032000</w:t>
        <w:br/>
        <w:t>vt 0.688821 0.065272</w:t>
        <w:br/>
        <w:t>vt 0.695554 0.062674</w:t>
        <w:br/>
        <w:t>vt 0.693152 0.067582</w:t>
        <w:br/>
        <w:t>vt 0.698410 0.031210</w:t>
        <w:br/>
        <w:t>vt 0.698410 0.037607</w:t>
        <w:br/>
        <w:t>vt 0.692930 0.037607</w:t>
        <w:br/>
        <w:t>vt 0.692930 0.031210</w:t>
        <w:br/>
        <w:t>vt 0.751612 0.049850</w:t>
        <w:br/>
        <w:t>vt 0.740477 0.049850</w:t>
        <w:br/>
        <w:t>vt 0.740477 0.043454</w:t>
        <w:br/>
        <w:t>vt 0.751612 0.043454</w:t>
        <w:br/>
        <w:t>vt 0.681772 0.063543</w:t>
        <w:br/>
        <w:t>vt 0.674727 0.063595</w:t>
        <w:br/>
        <w:t>vt 0.674727 0.052442</w:t>
        <w:br/>
        <w:t>vt 0.681691 0.052440</w:t>
        <w:br/>
        <w:t>vt 0.688649 0.050547</w:t>
        <w:br/>
        <w:t>vt 0.695430 0.052938</w:t>
        <w:br/>
        <w:t>vt 0.708165 0.031210</w:t>
        <w:br/>
        <w:t>vt 0.708165 0.037607</w:t>
        <w:br/>
        <w:t>vt 0.672540 0.035099</w:t>
        <w:br/>
        <w:t>vt 0.672540 0.049832</w:t>
        <w:br/>
        <w:t>vt 0.665784 0.047364</w:t>
        <w:br/>
        <w:t>vt 0.665784 0.037621</w:t>
        <w:br/>
        <w:t>vt 0.679545 0.036908</w:t>
        <w:br/>
        <w:t>vt 0.679545 0.048008</w:t>
        <w:br/>
        <w:t>vt 0.686549 0.036890</w:t>
        <w:br/>
        <w:t>vt 0.686549 0.048027</w:t>
        <w:br/>
        <w:t>vt 0.668235 0.032740</w:t>
        <w:br/>
        <w:t>vt 0.692874 0.048097</w:t>
        <w:br/>
        <w:t>vt 0.713646 0.031210</w:t>
        <w:br/>
        <w:t>vt 0.713646 0.037607</w:t>
        <w:br/>
        <w:t>vt 0.668287 0.052234</w:t>
        <w:br/>
        <w:t>vt 0.549892 0.855611</w:t>
        <w:br/>
        <w:t>vt 0.551966 0.855186</w:t>
        <w:br/>
        <w:t>vt 0.551966 0.864182</w:t>
        <w:br/>
        <w:t>vt 0.549892 0.864218</w:t>
        <w:br/>
        <w:t>vt 0.541198 0.864218</w:t>
        <w:br/>
        <w:t>vt 0.541198 0.855611</w:t>
        <w:br/>
        <w:t>vt 0.549892 0.855611</w:t>
        <w:br/>
        <w:t>vt 0.549892 0.864218</w:t>
        <w:br/>
        <w:t>vt 0.539137 0.864047</w:t>
        <w:br/>
        <w:t>vt 0.539137 0.855299</w:t>
        <w:br/>
        <w:t>vt 0.541198 0.855611</w:t>
        <w:br/>
        <w:t>vt 0.541198 0.864218</w:t>
        <w:br/>
        <w:t>vt 0.539801 0.793409</w:t>
        <w:br/>
        <w:t>vt 0.551724 0.792986</w:t>
        <w:br/>
        <w:t>vt 0.551724 0.804436</w:t>
        <w:br/>
        <w:t>vt 0.539801 0.805063</w:t>
        <w:br/>
        <w:t>vt 0.551966 0.837202</w:t>
        <w:br/>
        <w:t>vt 0.549892 0.838462</w:t>
        <w:br/>
        <w:t>vt 0.541198 0.838462</w:t>
        <w:br/>
        <w:t>vt 0.539137 0.837202</w:t>
        <w:br/>
        <w:t>vt 0.541198 0.846957</w:t>
        <w:br/>
        <w:t>vt 0.541198 0.838462</w:t>
        <w:br/>
        <w:t>vt 0.549892 0.838462</w:t>
        <w:br/>
        <w:t>vt 0.549892 0.846957</w:t>
        <w:br/>
        <w:t>vt 0.549892 0.838462</w:t>
        <w:br/>
        <w:t>vt 0.551966 0.837202</w:t>
        <w:br/>
        <w:t>vt 0.551966 0.846580</w:t>
        <w:br/>
        <w:t>vt 0.549892 0.846957</w:t>
        <w:br/>
        <w:t>vt 0.539801 0.816777</w:t>
        <w:br/>
        <w:t>vt 0.551724 0.816376</w:t>
        <w:br/>
        <w:t>vt 0.551724 0.828268</w:t>
        <w:br/>
        <w:t>vt 0.539801 0.828268</w:t>
        <w:br/>
        <w:t>vt 0.539137 0.846582</w:t>
        <w:br/>
        <w:t>vt 0.539137 0.837202</w:t>
        <w:br/>
        <w:t>vt 0.541198 0.838462</w:t>
        <w:br/>
        <w:t>vt 0.541198 0.846957</w:t>
        <w:br/>
        <w:t>vt 0.539137 0.869022</w:t>
        <w:br/>
        <w:t>vt 0.541198 0.868702</w:t>
        <w:br/>
        <w:t>vt 0.539801 0.787391</w:t>
        <w:br/>
        <w:t>vt 0.551724 0.787179</w:t>
        <w:br/>
        <w:t>vt 0.541198 0.872483</w:t>
        <w:br/>
        <w:t>vt 0.541198 0.868702</w:t>
        <w:br/>
        <w:t>vt 0.549892 0.868702</w:t>
        <w:br/>
        <w:t>vt 0.549892 0.872483</w:t>
        <w:br/>
        <w:t>vt 0.549892 0.868702</w:t>
        <w:br/>
        <w:t>vt 0.551966 0.869142</w:t>
        <w:br/>
        <w:t>vt 0.551966 0.874907</w:t>
        <w:br/>
        <w:t>vt 0.549892 0.872483</w:t>
        <w:br/>
        <w:t>vt 0.549892 0.872483</w:t>
        <w:br/>
        <w:t>vt 0.551966 0.874907</w:t>
        <w:br/>
        <w:t>vt 0.539137 0.874907</w:t>
        <w:br/>
        <w:t>vt 0.541198 0.872483</w:t>
        <w:br/>
        <w:t>vt 0.539801 0.781284</w:t>
        <w:br/>
        <w:t>vt 0.551724 0.781284</w:t>
        <w:br/>
        <w:t>vt 0.539137 0.874907</w:t>
        <w:br/>
        <w:t>vt 0.541198 0.872483</w:t>
        <w:br/>
        <w:t>vt 0.443987 0.402890</w:t>
        <w:br/>
        <w:t>vt 0.454898 0.402890</w:t>
        <w:br/>
        <w:t>vt 0.454898 0.416590</w:t>
        <w:br/>
        <w:t>vt 0.443987 0.416590</w:t>
        <w:br/>
        <w:t>vt 0.494676 0.377074</w:t>
        <w:br/>
        <w:t>vt 0.481104 0.377926</w:t>
        <w:br/>
        <w:t>vt 0.481104 0.358543</w:t>
        <w:br/>
        <w:t>vt 0.494887 0.357761</w:t>
        <w:br/>
        <w:t>vt 0.460830 0.452318</w:t>
        <w:br/>
        <w:t>vt 0.460830 0.438613</w:t>
        <w:br/>
        <w:t>vt 0.471770 0.438613</w:t>
        <w:br/>
        <w:t>vt 0.471770 0.452318</w:t>
        <w:br/>
        <w:t>vt 0.450246 0.491983</w:t>
        <w:br/>
        <w:t>vt 0.437887 0.491983</w:t>
        <w:br/>
        <w:t>vt 0.437887 0.483550</w:t>
        <w:br/>
        <w:t>vt 0.450246 0.483550</w:t>
        <w:br/>
        <w:t>vt 0.460794 0.488621</w:t>
        <w:br/>
        <w:t>vt 0.471772 0.488621</w:t>
        <w:br/>
        <w:t>vt 0.471772 0.507988</w:t>
        <w:br/>
        <w:t>vt 0.460794 0.507988</w:t>
        <w:br/>
        <w:t>vt 0.460830 0.466141</w:t>
        <w:br/>
        <w:t>vt 0.471770 0.466141</w:t>
        <w:br/>
        <w:t>vt 0.451603 0.500421</w:t>
        <w:br/>
        <w:t>vt 0.435196 0.500421</w:t>
        <w:br/>
        <w:t>vt 0.454898 0.430872</w:t>
        <w:br/>
        <w:t>vt 0.443987 0.430872</w:t>
        <w:br/>
        <w:t>vt 0.508319 0.379463</w:t>
        <w:br/>
        <w:t>vt 0.508590 0.353829</w:t>
        <w:br/>
        <w:t>vt 0.454898 0.440455</w:t>
        <w:br/>
        <w:t>vt 0.443987 0.440455</w:t>
        <w:br/>
        <w:t>vt 0.521649 0.374371</w:t>
        <w:br/>
        <w:t>vt 0.521649 0.357395</w:t>
        <w:br/>
        <w:t>vt 0.460830 0.475172</w:t>
        <w:br/>
        <w:t>vt 0.471770 0.475172</w:t>
        <w:br/>
        <w:t>vt 0.437323 0.508565</w:t>
        <w:br/>
        <w:t>vt 0.432127 0.505555</w:t>
        <w:br/>
        <w:t>vt 0.472033 0.401082</w:t>
        <w:br/>
        <w:t>vt 0.461047 0.401082</w:t>
        <w:br/>
        <w:t>vt 0.461047 0.391623</w:t>
        <w:br/>
        <w:t>vt 0.472033 0.391623</w:t>
        <w:br/>
        <w:t>vt 0.461047 0.417964</w:t>
        <w:br/>
        <w:t>vt 0.472033 0.417964</w:t>
        <w:br/>
        <w:t>vt 0.461047 0.427935</w:t>
        <w:br/>
        <w:t>vt 0.472033 0.427935</w:t>
        <w:br/>
        <w:t>vt 0.516581 0.383143</w:t>
        <w:br/>
        <w:t>vt 0.453860 0.505556</w:t>
        <w:br/>
        <w:t>vt 0.448189 0.508565</w:t>
        <w:br/>
        <w:t>vt 0.516967 0.349187</w:t>
        <w:br/>
        <w:t>vt 0.204425 0.744563</w:t>
        <w:br/>
        <w:t>vt 0.201519 0.744116</w:t>
        <w:br/>
        <w:t>vt 0.201519 0.739867</w:t>
        <w:br/>
        <w:t>vt 0.204425 0.739644</w:t>
        <w:br/>
        <w:t>vt 0.173568 0.736737</w:t>
        <w:br/>
        <w:t>vt 0.201519 0.736737</w:t>
        <w:br/>
        <w:t>vt 0.201519 0.739867</w:t>
        <w:br/>
        <w:t>vt 0.173792 0.739867</w:t>
        <w:br/>
        <w:t>vt 0.163230 0.698483</w:t>
        <w:br/>
        <w:t>vt 0.160100 0.698483</w:t>
        <w:br/>
        <w:t>vt 0.160100 0.687526</w:t>
        <w:br/>
        <w:t>vt 0.163230 0.687526</w:t>
        <w:br/>
        <w:t>vt 0.156075 0.698483</w:t>
        <w:br/>
        <w:t>vt 0.160100 0.698483</w:t>
        <w:br/>
        <w:t>vt 0.160100 0.701390</w:t>
        <w:br/>
        <w:t>vt 0.156075 0.701390</w:t>
        <w:br/>
        <w:t>vt 0.163230 0.727999</w:t>
        <w:br/>
        <w:t>vt 0.160100 0.727999</w:t>
        <w:br/>
        <w:t>vt 0.160100 0.701390</w:t>
        <w:br/>
        <w:t>vt 0.163230 0.698483</w:t>
        <w:br/>
        <w:t>vt 0.152944 0.687526</w:t>
        <w:br/>
        <w:t>vt 0.156075 0.687526</w:t>
        <w:br/>
        <w:t>vt 0.156075 0.698483</w:t>
        <w:br/>
        <w:t>vt 0.152944 0.698483</w:t>
        <w:br/>
        <w:t>vt 0.156075 0.727999</w:t>
        <w:br/>
        <w:t>vt 0.152944 0.727999</w:t>
        <w:br/>
        <w:t>vt 0.152944 0.698483</w:t>
        <w:br/>
        <w:t>vt 0.156075 0.701390</w:t>
        <w:br/>
        <w:t>vt 0.173792 0.744116</w:t>
        <w:br/>
        <w:t>vt 0.201519 0.744116</w:t>
        <w:br/>
        <w:t>vt 0.201742 0.747246</w:t>
        <w:br/>
        <w:t>vt 0.173568 0.747246</w:t>
        <w:br/>
        <w:t>vt 0.173792 0.744116</w:t>
        <w:br/>
        <w:t>vt 0.170885 0.744563</w:t>
        <w:br/>
        <w:t>vt 0.170885 0.739644</w:t>
        <w:br/>
        <w:t>vt 0.173792 0.739867</w:t>
        <w:br/>
        <w:t>vt 0.163230 0.727999</w:t>
        <w:br/>
        <w:t>vt 0.163230 0.741862</w:t>
        <w:br/>
        <w:t>vt 0.160100 0.741862</w:t>
        <w:br/>
        <w:t>vt 0.160100 0.731129</w:t>
        <w:br/>
        <w:t>vt 0.156075 0.727999</w:t>
        <w:br/>
        <w:t>vt 0.160100 0.727999</w:t>
        <w:br/>
        <w:t>vt 0.160100 0.731129</w:t>
        <w:br/>
        <w:t>vt 0.156075 0.731129</w:t>
        <w:br/>
        <w:t>vt 0.156075 0.741862</w:t>
        <w:br/>
        <w:t>vt 0.152944 0.741862</w:t>
        <w:br/>
        <w:t>vt 0.152944 0.727999</w:t>
        <w:br/>
        <w:t>vt 0.156075 0.731129</w:t>
        <w:br/>
        <w:t>vt 0.171185 0.709090</w:t>
        <w:br/>
        <w:t>vt 0.171185 0.697686</w:t>
        <w:br/>
        <w:t>vt 0.199136 0.697686</w:t>
        <w:br/>
        <w:t>vt 0.199136 0.709090</w:t>
        <w:br/>
        <w:t>vt 0.200311 0.728758</w:t>
        <w:br/>
        <w:t>vt 0.172360 0.728758</w:t>
        <w:br/>
        <w:t>vt 0.172360 0.717354</w:t>
        <w:br/>
        <w:t>vt 0.200311 0.717354</w:t>
        <w:br/>
        <w:t>vt 0.160100 0.741862</w:t>
        <w:br/>
        <w:t>vt 0.156075 0.741862</w:t>
        <w:br/>
        <w:t>vt 0.156075 0.687526</w:t>
        <w:br/>
        <w:t>vt 0.160100 0.687526</w:t>
        <w:br/>
        <w:t>vt 0.201742 0.747246</w:t>
        <w:br/>
        <w:t>vt 0.061014 0.598560</w:t>
        <w:br/>
        <w:t>vt 0.061014 0.593060</w:t>
        <w:br/>
        <w:t>vt 0.062615 0.593060</w:t>
        <w:br/>
        <w:t>vt 0.062615 0.600260</w:t>
        <w:br/>
        <w:t>vt 0.059014 0.600260</w:t>
        <w:br/>
        <w:t>vt 0.059014 0.598560</w:t>
        <w:br/>
        <w:t>vt 0.061014 0.598560</w:t>
        <w:br/>
        <w:t>vt 0.061014 0.600260</w:t>
        <w:br/>
        <w:t>vt 0.062615 0.616960</w:t>
        <w:br/>
        <w:t>vt 0.061014 0.615460</w:t>
        <w:br/>
        <w:t>vt 0.057514 0.593060</w:t>
        <w:br/>
        <w:t>vt 0.059014 0.593060</w:t>
        <w:br/>
        <w:t>vt 0.059014 0.598560</w:t>
        <w:br/>
        <w:t>vt 0.057514 0.600260</w:t>
        <w:br/>
        <w:t>vt 0.057514 0.616960</w:t>
        <w:br/>
        <w:t>vt 0.059014 0.615460</w:t>
        <w:br/>
        <w:t>vt 0.062615 0.616960</w:t>
        <w:br/>
        <w:t>vt 0.062615 0.622460</w:t>
        <w:br/>
        <w:t>vt 0.061014 0.622460</w:t>
        <w:br/>
        <w:t>vt 0.061014 0.616960</w:t>
        <w:br/>
        <w:t>vt 0.059014 0.616960</w:t>
        <w:br/>
        <w:t>vt 0.061014 0.615460</w:t>
        <w:br/>
        <w:t>vt 0.061014 0.616960</w:t>
        <w:br/>
        <w:t>vt 0.059014 0.622460</w:t>
        <w:br/>
        <w:t>vt 0.057514 0.622460</w:t>
        <w:br/>
        <w:t>vt 0.057514 0.616960</w:t>
        <w:br/>
        <w:t>vt 0.059014 0.616960</w:t>
        <w:br/>
        <w:t>vt 0.074215 0.622760</w:t>
        <w:br/>
        <w:t>vt 0.068614 0.622760</w:t>
        <w:br/>
        <w:t>vt 0.068614 0.606760</w:t>
        <w:br/>
        <w:t>vt 0.074215 0.606760</w:t>
        <w:br/>
        <w:t>vt 0.074014 0.587360</w:t>
        <w:br/>
        <w:t>vt 0.074014 0.603360</w:t>
        <w:br/>
        <w:t>vt 0.068415 0.603360</w:t>
        <w:br/>
        <w:t>vt 0.068415 0.587360</w:t>
        <w:br/>
        <w:t>vt 0.975900 0.491300</w:t>
        <w:br/>
        <w:t>vt 0.977400 0.435800</w:t>
        <w:br/>
        <w:t>vt 0.995400 0.439500</w:t>
        <w:br/>
        <w:t>vt 0.995400 0.496200</w:t>
        <w:br/>
        <w:t>vt 0.995400 0.550100</w:t>
        <w:br/>
        <w:t>vt 0.995400 0.600400</w:t>
        <w:br/>
        <w:t>vt 0.975500 0.548900</w:t>
        <w:br/>
        <w:t>vt 0.995400 0.156800</w:t>
        <w:br/>
        <w:t>vt 0.995400 0.162900</w:t>
        <w:br/>
        <w:t>vt 0.982800 0.156700</w:t>
        <w:br/>
        <w:t>vt 0.995400 0.235900</w:t>
        <w:br/>
        <w:t>vt 0.980000 0.235200</w:t>
        <w:br/>
        <w:t>vt 0.995400 0.306700</w:t>
        <w:br/>
        <w:t>vt 0.977800 0.306200</w:t>
        <w:br/>
        <w:t>vt 0.995400 0.375500</w:t>
        <w:br/>
        <w:t>vt 0.978000 0.373100</w:t>
        <w:br/>
        <w:t>vt 0.959500 0.700800</w:t>
        <w:br/>
        <w:t>vt 0.959500 0.696200</w:t>
        <w:br/>
        <w:t>vt 0.995400 0.696200</w:t>
        <w:br/>
        <w:t>vt 0.995400 0.700800</w:t>
        <w:br/>
        <w:t>vt 0.959500 0.304500</w:t>
        <w:br/>
        <w:t>vt 0.959500 0.236100</w:t>
        <w:br/>
        <w:t>vt 0.959500 0.369600</w:t>
        <w:br/>
        <w:t>vt 0.959500 0.430900</w:t>
        <w:br/>
        <w:t>vt 0.959500 0.485900</w:t>
        <w:br/>
        <w:t>vt 0.959500 0.542800</w:t>
        <w:br/>
        <w:t>vt 0.959500 0.596000</w:t>
        <w:br/>
        <w:t>vt 0.995400 0.648500</w:t>
        <w:br/>
        <w:t>vt 0.995400 0.688600</w:t>
        <w:br/>
        <w:t>vt 0.959500 0.688600</w:t>
        <w:br/>
        <w:t>vt 0.959500 0.646100</w:t>
        <w:br/>
        <w:t>vt 0.995400 0.696200</w:t>
        <w:br/>
        <w:t>vt 0.959500 0.696200</w:t>
        <w:br/>
        <w:t>vt 0.526100 0.097300</w:t>
        <w:br/>
        <w:t>vt 0.519900 0.096700</w:t>
        <w:br/>
        <w:t>vt 0.522700 0.089300</w:t>
        <w:br/>
        <w:t>vt 0.528100 0.092300</w:t>
        <w:br/>
        <w:t>vt 0.498500 0.126800</w:t>
        <w:br/>
        <w:t>vt 0.502500 0.122000</w:t>
        <w:br/>
        <w:t>vt 0.505500 0.123400</w:t>
        <w:br/>
        <w:t>vt 0.502500 0.129700</w:t>
        <w:br/>
        <w:t>vt 0.434100 0.085800</w:t>
        <w:br/>
        <w:t>vt 0.449900 0.086900</w:t>
        <w:br/>
        <w:t>vt 0.448200 0.100700</w:t>
        <w:br/>
        <w:t>vt 0.431300 0.101100</w:t>
        <w:br/>
        <w:t>vt 0.435500 0.072100</w:t>
        <w:br/>
        <w:t>vt 0.451500 0.072500</w:t>
        <w:br/>
        <w:t>vt 0.463300 0.107100</w:t>
        <w:br/>
        <w:t>vt 0.447100 0.104200</w:t>
        <w:br/>
        <w:t>vt 0.465400 0.101800</w:t>
        <w:br/>
        <w:t>vt 0.463300 0.107100</w:t>
        <w:br/>
        <w:t>vt 0.462300 0.109800</w:t>
        <w:br/>
        <w:t>vt 0.446900 0.105300</w:t>
        <w:br/>
        <w:t>vt 0.447100 0.104200</w:t>
        <w:br/>
        <w:t>vt 0.485000 0.103500</w:t>
        <w:br/>
        <w:t>vt 0.467900 0.087600</w:t>
        <w:br/>
        <w:t>vt 0.487700 0.088200</w:t>
        <w:br/>
        <w:t>vt 0.428200 0.104900</w:t>
        <w:br/>
        <w:t>vt 0.414100 0.101600</w:t>
        <w:br/>
        <w:t>vt 0.416200 0.097800</w:t>
        <w:br/>
        <w:t>vt 0.422900 0.115300</w:t>
        <w:br/>
        <w:t>vt 0.409800 0.112200</w:t>
        <w:br/>
        <w:t>vt 0.412800 0.106400</w:t>
        <w:br/>
        <w:t>vt 0.425800 0.110100</w:t>
        <w:br/>
        <w:t>vt 0.451700 0.126600</w:t>
        <w:br/>
        <w:t>vt 0.437100 0.120100</w:t>
        <w:br/>
        <w:t>vt 0.439900 0.115500</w:t>
        <w:br/>
        <w:t>vt 0.454500 0.121600</w:t>
        <w:br/>
        <w:t>vt 0.362200 0.120600</w:t>
        <w:br/>
        <w:t>vt 0.373300 0.129400</w:t>
        <w:br/>
        <w:t>vt 0.371500 0.129200</w:t>
        <w:br/>
        <w:t>vt 0.396000 0.109600</w:t>
        <w:br/>
        <w:t>vt 0.382400 0.107300</w:t>
        <w:br/>
        <w:t>vt 0.385600 0.098600</w:t>
        <w:br/>
        <w:t>vt 0.399400 0.101800</w:t>
        <w:br/>
        <w:t>vt 0.376300 0.085300</w:t>
        <w:br/>
        <w:t>vt 0.379000 0.074900</w:t>
        <w:br/>
        <w:t>vt 0.391400 0.078000</w:t>
        <w:br/>
        <w:t>vt 0.389100 0.089000</w:t>
        <w:br/>
        <w:t>vt 0.365000 0.081400</w:t>
        <w:br/>
        <w:t>vt 0.367400 0.072000</w:t>
        <w:br/>
        <w:t>vt 0.362700 0.090700</w:t>
        <w:br/>
        <w:t>vt 0.373700 0.095100</w:t>
        <w:br/>
        <w:t>vt 0.369800 0.104300</w:t>
        <w:br/>
        <w:t>vt 0.359000 0.101100</w:t>
        <w:br/>
        <w:t>vt 0.402200 0.093800</w:t>
        <w:br/>
        <w:t>vt 0.405600 0.081400</w:t>
        <w:br/>
        <w:t>vt 0.445000 0.107500</w:t>
        <w:br/>
        <w:t>vt 0.459600 0.113200</w:t>
        <w:br/>
        <w:t>vt 0.457400 0.116400</w:t>
        <w:br/>
        <w:t>vt 0.442800 0.110300</w:t>
        <w:br/>
        <w:t>vt 0.461400 0.111600</w:t>
        <w:br/>
        <w:t>vt 0.446100 0.106200</w:t>
        <w:br/>
        <w:t>vt 0.276300 0.130100</w:t>
        <w:br/>
        <w:t>vt 0.275900 0.145900</w:t>
        <w:br/>
        <w:t>vt 0.266200 0.143700</w:t>
        <w:br/>
        <w:t>vt 0.283302 0.126188</w:t>
        <w:br/>
        <w:t>vt 0.294200 0.120100</w:t>
        <w:br/>
        <w:t>vt 0.293300 0.133000</w:t>
        <w:br/>
        <w:t>vt 0.278900 0.118500</w:t>
        <w:br/>
        <w:t>vt 0.265000 0.125600</w:t>
        <w:br/>
        <w:t>vt 0.268700 0.114700</w:t>
        <w:br/>
        <w:t>vt 0.260200 0.159200</w:t>
        <w:br/>
        <w:t>vt 0.272000 0.161500</w:t>
        <w:br/>
        <w:t>vt 0.266600 0.180000</w:t>
        <w:br/>
        <w:t>vt 0.254600 0.177600</w:t>
        <w:br/>
        <w:t>vt 0.285900 0.182500</w:t>
        <w:br/>
        <w:t>vt 0.289500 0.163500</w:t>
        <w:br/>
        <w:t>vt 0.291800 0.147400</w:t>
        <w:br/>
        <w:t>vt 0.306500 0.164100</w:t>
        <w:br/>
        <w:t>vt 0.307700 0.148200</w:t>
        <w:br/>
        <w:t>vt 0.304500 0.183900</w:t>
        <w:br/>
        <w:t>vt 0.308100 0.133000</w:t>
        <w:br/>
        <w:t>vt 0.307800 0.120400</w:t>
        <w:br/>
        <w:t>vt 0.295500 0.109300</w:t>
        <w:br/>
        <w:t>vt 0.308000 0.109800</w:t>
        <w:br/>
        <w:t>vt 0.281700 0.107100</w:t>
        <w:br/>
        <w:t>vt 0.324500 0.117700</w:t>
        <w:br/>
        <w:t>vt 0.330800 0.116200</w:t>
        <w:br/>
        <w:t>vt 0.335100 0.129800</w:t>
        <w:br/>
        <w:t>vt 0.328000 0.131200</w:t>
        <w:br/>
        <w:t>vt 0.340900 0.115500</w:t>
        <w:br/>
        <w:t>vt 0.344000 0.129200</w:t>
        <w:br/>
        <w:t>vt 0.334800 0.104700</w:t>
        <w:br/>
        <w:t>vt 0.326100 0.108100</w:t>
        <w:br/>
        <w:t>vt 0.323300 0.099100</w:t>
        <w:br/>
        <w:t>vt 0.330900 0.095900</w:t>
        <w:br/>
        <w:t>vt 0.316900 0.100700</w:t>
        <w:br/>
        <w:t>vt 0.317200 0.109100</w:t>
        <w:br/>
        <w:t>vt 0.317800 0.119400</w:t>
        <w:br/>
        <w:t>vt 0.340100 0.144700</w:t>
        <w:br/>
        <w:t>vt 0.349800 0.144200</w:t>
        <w:br/>
        <w:t>vt 0.350300 0.128100</w:t>
        <w:br/>
        <w:t>vt 0.356300 0.141200</w:t>
        <w:br/>
        <w:t>vt 0.393500 0.243700</w:t>
        <w:br/>
        <w:t>vt 0.385300 0.234300</w:t>
        <w:br/>
        <w:t>vt 0.387200 0.232600</w:t>
        <w:br/>
        <w:t>vt 0.393400 0.228800</w:t>
        <w:br/>
        <w:t>vt 0.400600 0.239100</w:t>
        <w:br/>
        <w:t>vt 0.396900 0.241100</w:t>
        <w:br/>
        <w:t>vt 0.390300 0.230600</w:t>
        <w:br/>
        <w:t>vt 0.403200 0.237100</w:t>
        <w:br/>
        <w:t>vt 0.395800 0.227300</w:t>
        <w:br/>
        <w:t>vt 0.399100 0.225200</w:t>
        <w:br/>
        <w:t>vt 0.405900 0.235300</w:t>
        <w:br/>
        <w:t>vt 0.402900 0.222200</w:t>
        <w:br/>
        <w:t>vt 0.407400 0.234400</w:t>
        <w:br/>
        <w:t>vt 0.406300 0.220400</w:t>
        <w:br/>
        <w:t>vt 0.415100 0.230000</w:t>
        <w:br/>
        <w:t>vt 0.410400 0.232700</w:t>
        <w:br/>
        <w:t>vt 0.374900 0.258500</w:t>
        <w:br/>
        <w:t>vt 0.371300 0.239300</w:t>
        <w:br/>
        <w:t>vt 0.375000 0.238000</w:t>
        <w:br/>
        <w:t>vt 0.379200 0.257300</w:t>
        <w:br/>
        <w:t>vt 0.380500 0.265900</w:t>
        <w:br/>
        <w:t>vt 0.376300 0.272500</w:t>
        <w:br/>
        <w:t>vt 0.369200 0.260300</w:t>
        <w:br/>
        <w:t>vt 0.372100 0.276400</w:t>
        <w:br/>
        <w:t>vt 0.369500 0.278400</w:t>
        <w:br/>
        <w:t>vt 0.377400 0.278400</w:t>
        <w:br/>
        <w:t>vt 0.372900 0.281100</w:t>
        <w:br/>
        <w:t>vt 0.383700 0.257200</w:t>
        <w:br/>
        <w:t>vt 0.359500 0.240700</w:t>
        <w:br/>
        <w:t>vt 0.359200 0.261400</w:t>
        <w:br/>
        <w:t>vt 0.351700 0.261300</w:t>
        <w:br/>
        <w:t>vt 0.349100 0.241600</w:t>
        <w:br/>
        <w:t>vt 0.358700 0.218900</w:t>
        <w:br/>
        <w:t>vt 0.348600 0.219500</w:t>
        <w:br/>
        <w:t>vt 0.339200 0.221200</w:t>
        <w:br/>
        <w:t>vt 0.339700 0.243000</w:t>
        <w:br/>
        <w:t>vt 0.355700 0.197300</w:t>
        <w:br/>
        <w:t>vt 0.350400 0.178400</w:t>
        <w:br/>
        <w:t>vt 0.357800 0.176200</w:t>
        <w:br/>
        <w:t>vt 0.364200 0.195700</w:t>
        <w:br/>
        <w:t>vt 0.429100 0.165600</w:t>
        <w:br/>
        <w:t>vt 0.450300 0.176500</w:t>
        <w:br/>
        <w:t>vt 0.450000 0.181600</w:t>
        <w:br/>
        <w:t>vt 0.325700 0.222200</w:t>
        <w:br/>
        <w:t>vt 0.327000 0.199000</w:t>
        <w:br/>
        <w:t>vt 0.336900 0.199200</w:t>
        <w:br/>
        <w:t>vt 0.320400 0.183300</w:t>
        <w:br/>
        <w:t>vt 0.316000 0.184200</w:t>
        <w:br/>
        <w:t>vt 0.318600 0.164100</w:t>
        <w:br/>
        <w:t>vt 0.324300 0.163200</w:t>
        <w:br/>
        <w:t>vt 0.326600 0.181600</w:t>
        <w:br/>
        <w:t>vt 0.319300 0.201100</w:t>
        <w:br/>
        <w:t>vt 0.316500 0.222500</w:t>
        <w:br/>
        <w:t>vt 0.312200 0.203300</w:t>
        <w:br/>
        <w:t>vt 0.334900 0.180200</w:t>
        <w:br/>
        <w:t>vt 0.329400 0.162500</w:t>
        <w:br/>
        <w:t>vt 0.338300 0.162100</w:t>
        <w:br/>
        <w:t>vt 0.342900 0.179500</w:t>
        <w:br/>
        <w:t>vt 0.314200 0.246400</w:t>
        <w:br/>
        <w:t>vt 0.322000 0.245300</w:t>
        <w:br/>
        <w:t>vt 0.318200 0.264100</w:t>
        <w:br/>
        <w:t>vt 0.311100 0.264300</w:t>
        <w:br/>
        <w:t>vt 0.313600 0.287400</w:t>
        <w:br/>
        <w:t>vt 0.306500 0.286900</w:t>
        <w:br/>
        <w:t>vt 0.346300 0.281500</w:t>
        <w:br/>
        <w:t>vt 0.343700 0.282200</w:t>
        <w:br/>
        <w:t>vt 0.347700 0.261500</w:t>
        <w:br/>
        <w:t>vt 0.354500 0.281100</w:t>
        <w:br/>
        <w:t>vt 0.360100 0.280900</w:t>
        <w:br/>
        <w:t>vt 0.334700 0.243600</w:t>
        <w:br/>
        <w:t>vt 0.320100 0.147900</w:t>
        <w:br/>
        <w:t>vt 0.318500 0.132700</w:t>
        <w:br/>
        <w:t>vt 0.328900 0.146800</w:t>
        <w:br/>
        <w:t>vt 0.195000 0.042600</w:t>
        <w:br/>
        <w:t>vt 0.184100 0.048700</w:t>
        <w:br/>
        <w:t>vt 0.182100 0.045500</w:t>
        <w:br/>
        <w:t>vt 0.193600 0.040200</w:t>
        <w:br/>
        <w:t>vt 0.422000 0.045500</w:t>
        <w:br/>
        <w:t>vt 0.422700 0.049200</w:t>
        <w:br/>
        <w:t>vt 0.408800 0.050600</w:t>
        <w:br/>
        <w:t>vt 0.408400 0.047500</w:t>
        <w:br/>
        <w:t>vt 0.408800 0.050600</w:t>
        <w:br/>
        <w:t>vt 0.422700 0.049200</w:t>
        <w:br/>
        <w:t>vt 0.422700 0.053000</w:t>
        <w:br/>
        <w:t>vt 0.408600 0.053300</w:t>
        <w:br/>
        <w:t>vt 0.395900 0.048500</w:t>
        <w:br/>
        <w:t>vt 0.395500 0.051300</w:t>
        <w:br/>
        <w:t>vt 0.434900 0.044000</w:t>
        <w:br/>
        <w:t>vt 0.422000 0.045500</w:t>
        <w:br/>
        <w:t>vt 0.421300 0.043500</w:t>
        <w:br/>
        <w:t>vt 0.435100 0.040700</w:t>
        <w:br/>
        <w:t>vt 0.176900 0.066700</w:t>
        <w:br/>
        <w:t>vt 0.164000 0.074700</w:t>
        <w:br/>
        <w:t>vt 0.157800 0.062200</w:t>
        <w:br/>
        <w:t>vt 0.171200 0.055600</w:t>
        <w:br/>
        <w:t>vt 0.189300 0.059200</w:t>
        <w:br/>
        <w:t>vt 0.408400 0.047500</w:t>
        <w:br/>
        <w:t>vt 0.200600 0.052300</w:t>
        <w:br/>
        <w:t>vt 0.205100 0.036500</w:t>
        <w:br/>
        <w:t>vt 0.434800 0.037300</w:t>
        <w:br/>
        <w:t>vt 0.435000 0.038900</w:t>
        <w:br/>
        <w:t>vt 0.449000 0.035600</w:t>
        <w:br/>
        <w:t>vt 0.449700 0.038300</w:t>
        <w:br/>
        <w:t>vt 0.466900 0.036000</w:t>
        <w:br/>
        <w:t>vt 0.467100 0.040400</w:t>
        <w:br/>
        <w:t>vt 0.449600 0.042600</w:t>
        <w:br/>
        <w:t>vt 0.382400 0.053200</w:t>
        <w:br/>
        <w:t>vt 0.383400 0.046200</w:t>
        <w:br/>
        <w:t>vt 0.381100 0.063300</w:t>
        <w:br/>
        <w:t>vt 0.394900 0.055200</w:t>
        <w:br/>
        <w:t>vt 0.393500 0.066200</w:t>
        <w:br/>
        <w:t>vt 0.408300 0.058000</w:t>
        <w:br/>
        <w:t>vt 0.407200 0.069100</w:t>
        <w:br/>
        <w:t>vt 0.422700 0.059400</w:t>
        <w:br/>
        <w:t>vt 0.436100 0.059600</w:t>
        <w:br/>
        <w:t>vt 0.421300 0.071000</w:t>
        <w:br/>
        <w:t>vt 0.451700 0.058700</w:t>
        <w:br/>
        <w:t>vt 0.372400 0.051500</w:t>
        <w:br/>
        <w:t>vt 0.374000 0.045200</w:t>
        <w:br/>
        <w:t>vt 0.369900 0.060700</w:t>
        <w:br/>
        <w:t>vt 0.524700 0.029700</w:t>
        <w:br/>
        <w:t>vt 0.505800 0.034700</w:t>
        <w:br/>
        <w:t>vt 0.523900 0.027000</w:t>
        <w:br/>
        <w:t>vt 0.524000 0.021000</w:t>
        <w:br/>
        <w:t>vt 0.505500 0.025800</w:t>
        <w:br/>
        <w:t>vt 0.505500 0.023200</w:t>
        <w:br/>
        <w:t>vt 0.523500 0.018400</w:t>
        <w:br/>
        <w:t>vt 0.521400 0.013600</w:t>
        <w:br/>
        <w:t>vt 0.504500 0.018400</w:t>
        <w:br/>
        <w:t>vt 0.078400 0.054600</w:t>
        <w:br/>
        <w:t>vt 0.097600 0.051200</w:t>
        <w:br/>
        <w:t>vt 0.097400 0.055400</w:t>
        <w:br/>
        <w:t>vt 0.077800 0.059700</w:t>
        <w:br/>
        <w:t>vt 0.059400 0.067800</w:t>
        <w:br/>
        <w:t>vt 0.059700 0.062300</w:t>
        <w:br/>
        <w:t>vt 0.077800 0.059700</w:t>
        <w:br/>
        <w:t>vt 0.077000 0.064300</w:t>
        <w:br/>
        <w:t>vt 0.097400 0.055400</w:t>
        <w:br/>
        <w:t>vt 0.097800 0.058700</w:t>
        <w:br/>
        <w:t>vt 0.061700 0.055800</w:t>
        <w:br/>
        <w:t>vt 0.060400 0.059100</w:t>
        <w:br/>
        <w:t>vt 0.485600 0.028100</w:t>
        <w:br/>
        <w:t>vt 0.485600 0.023500</w:t>
        <w:br/>
        <w:t>vt 0.538500 0.013400</w:t>
        <w:br/>
        <w:t>vt 0.538400 0.007800</w:t>
        <w:br/>
        <w:t>vt 0.485400 0.030400</w:t>
        <w:br/>
        <w:t>vt 0.485600 0.033000</w:t>
        <w:br/>
        <w:t>vt 0.505500 0.028900</w:t>
        <w:br/>
        <w:t>vt 0.484900 0.038300</w:t>
        <w:br/>
        <w:t>vt 0.505700 0.038600</w:t>
        <w:br/>
        <w:t>vt 0.485700 0.041600</w:t>
        <w:br/>
        <w:t>vt 0.538600 0.023000</w:t>
        <w:br/>
        <w:t>vt 0.538800 0.026000</w:t>
        <w:br/>
        <w:t>vt 0.542800 0.022700</w:t>
        <w:br/>
        <w:t>vt 0.537900 0.019900</w:t>
        <w:br/>
        <w:t>vt 0.544800 0.018500</w:t>
        <w:br/>
        <w:t>vt 0.525300 0.034400</w:t>
        <w:br/>
        <w:t>vt 0.507100 0.044100</w:t>
        <w:br/>
        <w:t>vt 0.527600 0.039400</w:t>
        <w:br/>
        <w:t>vt 0.487000 0.047700</w:t>
        <w:br/>
        <w:t>vt 0.509200 0.059300</w:t>
        <w:br/>
        <w:t>vt 0.529400 0.054100</w:t>
        <w:br/>
        <w:t>vt 0.529000 0.058300</w:t>
        <w:br/>
        <w:t>vt 0.488200 0.062000</w:t>
        <w:br/>
        <w:t>vt 0.487800 0.056000</w:t>
        <w:br/>
        <w:t>vt 0.508200 0.052700</w:t>
        <w:br/>
        <w:t>vt 0.210600 0.047100</w:t>
        <w:br/>
        <w:t>vt 0.219100 0.042800</w:t>
        <w:br/>
        <w:t>vt 0.225800 0.055600</w:t>
        <w:br/>
        <w:t>vt 0.218100 0.060900</w:t>
        <w:br/>
        <w:t>vt 0.231300 0.060200</w:t>
        <w:br/>
        <w:t>vt 0.229300 0.061600</w:t>
        <w:br/>
        <w:t>vt 0.227800 0.054300</w:t>
        <w:br/>
        <w:t>vt 0.222600 0.067100</w:t>
        <w:br/>
        <w:t>vt 0.213200 0.032000</w:t>
        <w:br/>
        <w:t>vt 0.206100 0.060300</w:t>
        <w:br/>
        <w:t>vt 0.195600 0.069200</w:t>
        <w:br/>
        <w:t>vt 0.183000 0.079400</w:t>
        <w:br/>
        <w:t>vt 0.210400 0.067800</w:t>
        <w:br/>
        <w:t>vt 0.199600 0.076900</w:t>
        <w:br/>
        <w:t>vt 0.068900 0.139000</w:t>
        <w:br/>
        <w:t>vt 0.086900 0.130300</w:t>
        <w:br/>
        <w:t>vt 0.070000 0.145900</w:t>
        <w:br/>
        <w:t>vt 0.074900 0.170000</w:t>
        <w:br/>
        <w:t>vt 0.092600 0.157300</w:t>
        <w:br/>
        <w:t>vt 0.095100 0.165100</w:t>
        <w:br/>
        <w:t>vt 0.077300 0.177400</w:t>
        <w:br/>
        <w:t>vt 0.102400 0.143300</w:t>
        <w:br/>
        <w:t>vt 0.114500 0.134400</w:t>
        <w:br/>
        <w:t>vt 0.117700 0.140100</w:t>
        <w:br/>
        <w:t>vt 0.104200 0.150100</w:t>
        <w:br/>
        <w:t>vt 0.103500 0.134600</w:t>
        <w:br/>
        <w:t>vt 0.111700 0.129800</w:t>
        <w:br/>
        <w:t>vt 0.132700 0.127100</w:t>
        <w:br/>
        <w:t>vt 0.129900 0.121700</w:t>
        <w:br/>
        <w:t>vt 0.100000 0.109200</w:t>
        <w:br/>
        <w:t>vt 0.117700 0.099900</w:t>
        <w:br/>
        <w:t>vt 0.123700 0.112900</w:t>
        <w:br/>
        <w:t>vt 0.105100 0.121800</w:t>
        <w:br/>
        <w:t>vt 0.128900 0.119200</w:t>
        <w:br/>
        <w:t>vt 0.092900 0.094900</w:t>
        <w:br/>
        <w:t>vt 0.111500 0.086900</w:t>
        <w:br/>
        <w:t>vt 0.063900 0.125600</w:t>
        <w:br/>
        <w:t>vt 0.043900 0.135400</w:t>
        <w:br/>
        <w:t>vt 0.042500 0.128900</w:t>
        <w:br/>
        <w:t>vt 0.033300 0.096900</w:t>
        <w:br/>
        <w:t>vt 0.031300 0.093700</w:t>
        <w:br/>
        <w:t>vt 0.037400 0.093500</w:t>
        <w:br/>
        <w:t>vt 0.037500 0.096800</w:t>
        <w:br/>
        <w:t>vt 0.043700 0.107900</w:t>
        <w:br/>
        <w:t>vt 0.035200 0.115200</w:t>
        <w:br/>
        <w:t>vt 0.035000 0.109500</w:t>
        <w:br/>
        <w:t>vt 0.056300 0.105300</w:t>
        <w:br/>
        <w:t>vt 0.057800 0.108700</w:t>
        <w:br/>
        <w:t>vt 0.043500 0.114200</w:t>
        <w:br/>
        <w:t>vt 0.075100 0.101800</w:t>
        <w:br/>
        <w:t>vt 0.062100 0.076000</w:t>
        <w:br/>
        <w:t>vt 0.047200 0.085300</w:t>
        <w:br/>
        <w:t>vt 0.044200 0.079100</w:t>
        <w:br/>
        <w:t>vt 0.068500 0.087400</w:t>
        <w:br/>
        <w:t>vt 0.079300 0.072000</w:t>
        <w:br/>
        <w:t>vt 0.086000 0.082600</w:t>
        <w:br/>
        <w:t>vt 0.043600 0.092600</w:t>
        <w:br/>
        <w:t>vt 0.043900 0.085700</w:t>
        <w:br/>
        <w:t>vt 0.050300 0.091700</w:t>
        <w:br/>
        <w:t>vt 0.186300 0.084400</w:t>
        <w:br/>
        <w:t>vt 0.212600 0.092000</w:t>
        <w:br/>
        <w:t>vt 0.203700 0.104200</w:t>
        <w:br/>
        <w:t>vt 0.194400 0.096600</w:t>
        <w:br/>
        <w:t>vt 0.205100 0.083800</w:t>
        <w:br/>
        <w:t>vt 0.190200 0.091100</w:t>
        <w:br/>
        <w:t>vt 0.220700 0.080600</w:t>
        <w:br/>
        <w:t>vt 0.215300 0.074200</w:t>
        <w:br/>
        <w:t>vt 0.227900 0.074000</w:t>
        <w:br/>
        <w:t>vt 0.232800 0.092800</w:t>
        <w:br/>
        <w:t>vt 0.226000 0.103100</w:t>
        <w:br/>
        <w:t>vt 0.218800 0.113500</w:t>
        <w:br/>
        <w:t>vt 0.209200 0.128000</w:t>
        <w:br/>
        <w:t>vt 0.231700 0.124900</w:t>
        <w:br/>
        <w:t>vt 0.222200 0.138300</w:t>
        <w:br/>
        <w:t>vt 0.228398 0.113403</w:t>
        <w:br/>
        <w:t>vt 0.238600 0.113300</w:t>
        <w:br/>
        <w:t>vt 0.139700 0.199300</w:t>
        <w:br/>
        <w:t>vt 0.152200 0.184200</w:t>
        <w:br/>
        <w:t>vt 0.160000 0.191500</w:t>
        <w:br/>
        <w:t>vt 0.147100 0.207200</w:t>
        <w:br/>
        <w:t>vt 0.146500 0.178600</w:t>
        <w:br/>
        <w:t>vt 0.134300 0.193100</w:t>
        <w:br/>
        <w:t>vt 0.123500 0.178700</w:t>
        <w:br/>
        <w:t>vt 0.135400 0.166900</w:t>
        <w:br/>
        <w:t>vt 0.184300 0.131500</w:t>
        <w:br/>
        <w:t>vt 0.172300 0.146800</w:t>
        <w:br/>
        <w:t>vt 0.162800 0.136300</w:t>
        <w:br/>
        <w:t>vt 0.174300 0.121300</w:t>
        <w:br/>
        <w:t>vt 0.198200 0.143100</w:t>
        <w:br/>
        <w:t>vt 0.185700 0.159400</w:t>
        <w:br/>
        <w:t>vt 0.081900 0.190700</w:t>
        <w:br/>
        <w:t>vt 0.099000 0.173700</w:t>
        <w:br/>
        <w:t>vt 0.103700 0.183600</w:t>
        <w:br/>
        <w:t>vt 0.087600 0.199700</w:t>
        <w:br/>
        <w:t>vt 0.055500 0.243300</w:t>
        <w:br/>
        <w:t>vt 0.074600 0.221500</w:t>
        <w:br/>
        <w:t>vt 0.078900 0.228500</w:t>
        <w:br/>
        <w:t>vt 0.059800 0.249600</w:t>
        <w:br/>
        <w:t>vt 0.109500 0.193100</w:t>
        <w:br/>
        <w:t>vt 0.094300 0.210700</w:t>
        <w:br/>
        <w:t>vt 0.118900 0.172500</w:t>
        <w:br/>
        <w:t>vt 0.048700 0.232100</w:t>
        <w:br/>
        <w:t>vt 0.070300 0.214500</w:t>
        <w:br/>
        <w:t>vt 0.050800 0.236700</w:t>
        <w:br/>
        <w:t>vt 0.107100 0.158500</w:t>
        <w:br/>
        <w:t>vt 0.121000 0.145900</w:t>
        <w:br/>
        <w:t>vt 0.125800 0.153900</w:t>
        <w:br/>
        <w:t>vt 0.112800 0.166700</w:t>
        <w:br/>
        <w:t>vt 0.139700 0.139000</w:t>
        <w:br/>
        <w:t>vt 0.136000 0.132100</w:t>
        <w:br/>
        <w:t>vt 0.044400 0.228400</w:t>
        <w:br/>
        <w:t>vt 0.065200 0.208600</w:t>
        <w:br/>
        <w:t>vt 0.027100 0.263900</w:t>
        <w:br/>
        <w:t>vt 0.034600 0.254500</w:t>
        <w:br/>
        <w:t>vt 0.036700 0.257500</w:t>
        <w:br/>
        <w:t>vt 0.029600 0.266700</w:t>
        <w:br/>
        <w:t>vt 0.031000 0.250600</w:t>
        <w:br/>
        <w:t>vt 0.134500 0.224800</w:t>
        <w:br/>
        <w:t>vt 0.120000 0.246800</w:t>
        <w:br/>
        <w:t>vt 0.113000 0.238800</w:t>
        <w:br/>
        <w:t>vt 0.127200 0.216400</w:t>
        <w:br/>
        <w:t>vt 0.151000 0.240200</w:t>
        <w:br/>
        <w:t>vt 0.163800 0.221800</w:t>
        <w:br/>
        <w:t>vt 0.182000 0.233800</w:t>
        <w:br/>
        <w:t>vt 0.168300 0.253200</w:t>
        <w:br/>
        <w:t>vt 0.105300 0.313500</w:t>
        <w:br/>
        <w:t>vt 0.121400 0.285700</w:t>
        <w:br/>
        <w:t>vt 0.136800 0.300700</w:t>
        <w:br/>
        <w:t>vt 0.120200 0.329800</w:t>
        <w:br/>
        <w:t>vt 0.176400 0.204600</w:t>
        <w:br/>
        <w:t>vt 0.193800 0.216700</w:t>
        <w:br/>
        <w:t>vt 0.108100 0.272200</w:t>
        <w:br/>
        <w:t>vt 0.082800 0.328200</w:t>
        <w:br/>
        <w:t>vt 0.094800 0.301700</w:t>
        <w:br/>
        <w:t>vt 0.085000 0.329800</w:t>
        <w:br/>
        <w:t>vt 0.087500 0.295100</w:t>
        <w:br/>
        <w:t>vt 0.099700 0.268200</w:t>
        <w:br/>
        <w:t>vt 0.091400 0.298600</w:t>
        <w:br/>
        <w:t>vt 0.080400 0.324700</w:t>
        <w:br/>
        <w:t>vt 0.072500 0.339600</w:t>
        <w:br/>
        <w:t>vt 0.076000 0.342400</w:t>
        <w:br/>
        <w:t>vt 0.084100 0.290400</w:t>
        <w:br/>
        <w:t>vt 0.085800 0.293100</w:t>
        <w:br/>
        <w:t>vt 0.080300 0.283300</w:t>
        <w:br/>
        <w:t>vt 0.096900 0.264900</w:t>
        <w:br/>
        <w:t>vt 0.064200 0.298200</w:t>
        <w:br/>
        <w:t>vt 0.078500 0.279700</w:t>
        <w:br/>
        <w:t>vt 0.067200 0.302800</w:t>
        <w:br/>
        <w:t>vt 0.075300 0.273300</w:t>
        <w:br/>
        <w:t>vt 0.092100 0.255700</w:t>
        <w:br/>
        <w:t>vt 0.068900 0.306300</w:t>
        <w:br/>
        <w:t>vt 0.064100 0.257300</w:t>
        <w:br/>
        <w:t>vt 0.083000 0.237200</w:t>
        <w:br/>
        <w:t>vt 0.086400 0.244300</w:t>
        <w:br/>
        <w:t>vt 0.068200 0.264700</w:t>
        <w:br/>
        <w:t>vt 0.044900 0.302800</w:t>
        <w:br/>
        <w:t>vt 0.049700 0.294000</w:t>
        <w:br/>
        <w:t>vt 0.054500 0.300600</w:t>
        <w:br/>
        <w:t>vt 0.048700 0.308500</w:t>
        <w:br/>
        <w:t>vt 0.058100 0.306400</w:t>
        <w:br/>
        <w:t>vt 0.053100 0.313200</w:t>
        <w:br/>
        <w:t>vt 0.412000 0.216300</w:t>
        <w:br/>
        <w:t>vt 0.422600 0.227300</w:t>
        <w:br/>
        <w:t>vt 0.418400 0.227200</w:t>
        <w:br/>
        <w:t>vt 0.409500 0.217400</w:t>
        <w:br/>
        <w:t>vt 0.293400 0.348900</w:t>
        <w:br/>
        <w:t>vt 0.289100 0.373200</w:t>
        <w:br/>
        <w:t>vt 0.282900 0.373100</w:t>
        <w:br/>
        <w:t>vt 0.289500 0.347600</w:t>
        <w:br/>
        <w:t>vt 0.300700 0.310700</w:t>
        <w:br/>
        <w:t>vt 0.295300 0.338500</w:t>
        <w:br/>
        <w:t>vt 0.291600 0.340100</w:t>
        <w:br/>
        <w:t>vt 0.281800 0.391700</w:t>
        <w:br/>
        <w:t>vt 0.271600 0.392600</w:t>
        <w:br/>
        <w:t>vt 0.274100 0.373100</w:t>
        <w:br/>
        <w:t>vt 0.308500 0.309400</w:t>
        <w:br/>
        <w:t>vt 0.315100 0.308300</w:t>
        <w:br/>
        <w:t>vt 0.309700 0.330800</w:t>
        <w:br/>
        <w:t>vt 0.303200 0.334200</w:t>
        <w:br/>
        <w:t>vt 0.051600 0.158700</w:t>
        <w:br/>
        <w:t>vt 0.034600 0.166000</w:t>
        <w:br/>
        <w:t>vt 0.034100 0.162600</w:t>
        <w:br/>
        <w:t>vt 0.050800 0.154700</w:t>
        <w:br/>
        <w:t>vt 0.035500 0.168700</w:t>
        <w:br/>
        <w:t>vt 0.030600 0.170300</w:t>
        <w:br/>
        <w:t>vt 0.029700 0.168000</w:t>
        <w:br/>
        <w:t>vt 0.380200 0.188500</w:t>
        <w:br/>
        <w:t>vt 0.370600 0.170700</w:t>
        <w:br/>
        <w:t>vt 0.373700 0.169000</w:t>
        <w:br/>
        <w:t>vt 0.386900 0.185600</w:t>
        <w:br/>
        <w:t>vt 0.381600 0.165100</w:t>
        <w:br/>
        <w:t>vt 0.394400 0.179200</w:t>
        <w:br/>
        <w:t>vt 0.393900 0.206200</w:t>
        <w:br/>
        <w:t>vt 0.389200 0.208700</w:t>
        <w:br/>
        <w:t>vt 0.358100 0.157400</w:t>
        <w:br/>
        <w:t>vt 0.363900 0.155300</w:t>
        <w:br/>
        <w:t>vt 0.360900 0.140300</w:t>
        <w:br/>
        <w:t>vt 0.369700 0.151300</w:t>
        <w:br/>
        <w:t>vt 0.368400 0.172000</w:t>
        <w:br/>
        <w:t>vt 0.400700 0.172600</w:t>
        <w:br/>
        <w:t>vt 0.394400 0.179200</w:t>
        <w:br/>
        <w:t>vt 0.381600 0.165100</w:t>
        <w:br/>
        <w:t>vt 0.387000 0.159600</w:t>
        <w:br/>
        <w:t>vt 0.369700 0.151300</w:t>
        <w:br/>
        <w:t>vt 0.360900 0.140300</w:t>
        <w:br/>
        <w:t>vt 0.364100 0.137300</w:t>
        <w:br/>
        <w:t>vt 0.374700 0.147000</w:t>
        <w:br/>
        <w:t>vt 0.367500 0.060400</w:t>
        <w:br/>
        <w:t>vt 0.370000 0.051300</w:t>
        <w:br/>
        <w:t>vt 0.365100 0.071500</w:t>
        <w:br/>
        <w:t>vt 0.416200 0.151200</w:t>
        <w:br/>
        <w:t>vt 0.419300 0.147100</w:t>
        <w:br/>
        <w:t>vt 0.436500 0.152700</w:t>
        <w:br/>
        <w:t>vt 0.433800 0.158000</w:t>
        <w:br/>
        <w:t>vt 0.484200 0.135000</w:t>
        <w:br/>
        <w:t>vt 0.491000 0.138900</w:t>
        <w:br/>
        <w:t>vt 0.489500 0.142600</w:t>
        <w:br/>
        <w:t>vt 0.484100 0.139000</w:t>
        <w:br/>
        <w:t>vt 0.360300 0.089400</w:t>
        <w:br/>
        <w:t>vt 0.362700 0.080600</w:t>
        <w:br/>
        <w:t>vt 0.356900 0.099300</w:t>
        <w:br/>
        <w:t>vt 0.376500 0.126100</w:t>
        <w:br/>
        <w:t>vt 0.388400 0.133800</w:t>
        <w:br/>
        <w:t>vt 0.373300 0.129400</w:t>
        <w:br/>
        <w:t>vt 0.386000 0.138100</w:t>
        <w:br/>
        <w:t>vt 0.386600 0.137000</w:t>
        <w:br/>
        <w:t>vt 0.386000 0.138100</w:t>
        <w:br/>
        <w:t>vt 0.400300 0.146700</w:t>
        <w:br/>
        <w:t>vt 0.398500 0.148600</w:t>
        <w:br/>
        <w:t>vt 0.384700 0.139100</w:t>
        <w:br/>
        <w:t>vt 0.395700 0.151300</w:t>
        <w:br/>
        <w:t>vt 0.382700 0.140800</w:t>
        <w:br/>
        <w:t>vt 0.407300 0.167900</w:t>
        <w:br/>
        <w:t>vt 0.392000 0.155800</w:t>
        <w:br/>
        <w:t>vt 0.410300 0.162200</w:t>
        <w:br/>
        <w:t>vt 0.414700 0.154200</w:t>
        <w:br/>
        <w:t>vt 0.413000 0.157400</w:t>
        <w:br/>
        <w:t>vt 0.414700 0.154200</w:t>
        <w:br/>
        <w:t>vt 0.400300 0.146700</w:t>
        <w:br/>
        <w:t>vt 0.401300 0.144600</w:t>
        <w:br/>
        <w:t>vt 0.378600 0.144300</w:t>
        <w:br/>
        <w:t>vt 0.308800 0.101700</w:t>
        <w:br/>
        <w:t>vt 0.345300 0.160200</w:t>
        <w:br/>
        <w:t>vt 0.334000 0.145800</w:t>
        <w:br/>
        <w:t>vt 0.352400 0.158700</w:t>
        <w:br/>
        <w:t>vt 0.346800 0.198500</w:t>
        <w:br/>
        <w:t>vt 0.322300 0.096600</w:t>
        <w:br/>
        <w:t>vt 0.329800 0.093500</w:t>
        <w:br/>
        <w:t>vt 0.316200 0.098300</w:t>
        <w:br/>
        <w:t>vt 0.267600 0.245400</w:t>
        <w:br/>
        <w:t>vt 0.275200 0.246700</w:t>
        <w:br/>
        <w:t>vt 0.270200 0.267000</w:t>
        <w:br/>
        <w:t>vt 0.259800 0.265100</w:t>
        <w:br/>
        <w:t>vt 0.277200 0.225700</w:t>
        <w:br/>
        <w:t>vt 0.289700 0.267600</w:t>
        <w:br/>
        <w:t>vt 0.279100 0.267400</w:t>
        <w:br/>
        <w:t>vt 0.283400 0.247600</w:t>
        <w:br/>
        <w:t>vt 0.293300 0.248700</w:t>
        <w:br/>
        <w:t>vt 0.298300 0.226200</w:t>
        <w:br/>
        <w:t>vt 0.288000 0.226200</w:t>
        <w:br/>
        <w:t>vt 0.242600 0.215300</w:t>
        <w:br/>
        <w:t>vt 0.249200 0.195000</w:t>
        <w:br/>
        <w:t>vt 0.261600 0.198300</w:t>
        <w:br/>
        <w:t>vt 0.257000 0.220000</w:t>
        <w:br/>
        <w:t>vt 0.235300 0.237000</w:t>
        <w:br/>
        <w:t>vt 0.251200 0.242200</w:t>
        <w:br/>
        <w:t>vt 0.303200 0.246500</w:t>
        <w:br/>
        <w:t>vt 0.299500 0.265400</w:t>
        <w:br/>
        <w:t>vt 0.294700 0.287500</w:t>
        <w:br/>
        <w:t>vt 0.308600 0.222300</w:t>
        <w:br/>
        <w:t>vt 0.436400 0.047500</w:t>
        <w:br/>
        <w:t>vt 0.450600 0.045900</w:t>
        <w:br/>
        <w:t>vt 0.451500 0.051000</w:t>
        <w:br/>
        <w:t>vt 0.436600 0.052200</w:t>
        <w:br/>
        <w:t>vt 0.436400 0.047500</w:t>
        <w:br/>
        <w:t>vt 0.255200 0.122000</w:t>
        <w:br/>
        <w:t>vt 0.258700 0.110700</w:t>
        <w:br/>
        <w:t>vt 0.262400 0.100800</w:t>
        <w:br/>
        <w:t>vt 0.271800 0.104300</w:t>
        <w:br/>
        <w:t>vt 0.243300 0.102800</w:t>
        <w:br/>
        <w:t>vt 0.248000 0.092800</w:t>
        <w:br/>
        <w:t>vt 0.257100 0.086800</w:t>
        <w:br/>
        <w:t>vt 0.267100 0.091700</w:t>
        <w:br/>
        <w:t>vt 0.248200 0.081400</w:t>
        <w:br/>
        <w:t>vt 0.237900 0.084300</w:t>
        <w:br/>
        <w:t>vt 0.240200 0.075000</w:t>
        <w:br/>
        <w:t>vt 0.227000 0.164700</w:t>
        <w:br/>
        <w:t>vt 0.216900 0.182000</w:t>
        <w:br/>
        <w:t>vt 0.200000 0.170700</w:t>
        <w:br/>
        <w:t>vt 0.211700 0.153600</w:t>
        <w:br/>
        <w:t>vt 0.198400 0.242600</w:t>
        <w:br/>
        <w:t>vt 0.209700 0.226300</w:t>
        <w:br/>
        <w:t>vt 0.117500 0.050200</w:t>
        <w:br/>
        <w:t>vt 0.117200 0.046800</w:t>
        <w:br/>
        <w:t>vt 0.136200 0.044300</w:t>
        <w:br/>
        <w:t>vt 0.136400 0.045900</w:t>
        <w:br/>
        <w:t>vt 0.100300 0.065800</w:t>
        <w:br/>
        <w:t>vt 0.105600 0.075800</w:t>
        <w:br/>
        <w:t>vt 0.142400 0.061300</w:t>
        <w:br/>
        <w:t>vt 0.150700 0.048200</w:t>
        <w:br/>
        <w:t>vt 0.154600 0.056100</w:t>
        <w:br/>
        <w:t>vt 0.145600 0.069900</w:t>
        <w:br/>
        <w:t>vt 0.150600 0.082200</w:t>
        <w:br/>
        <w:t>vt 0.168800 0.088400</w:t>
        <w:br/>
        <w:t>vt 0.448400 0.033000</w:t>
        <w:br/>
        <w:t>vt 0.546400 0.005000</w:t>
        <w:br/>
        <w:t>vt 0.546500 0.011100</w:t>
        <w:br/>
        <w:t>vt 0.233900 0.068200</w:t>
        <w:br/>
        <w:t>vt 0.235900 0.066700</w:t>
        <w:br/>
        <w:t>vt 0.242000 0.073300</w:t>
        <w:br/>
        <w:t>vt 0.062700 0.205700</w:t>
        <w:br/>
        <w:t>vt 0.060100 0.196400</w:t>
        <w:br/>
        <w:t>vt 0.079700 0.184500</w:t>
        <w:br/>
        <w:t>vt 0.172700 0.175000</w:t>
        <w:br/>
        <w:t>vt 0.188600 0.187300</w:t>
        <w:br/>
        <w:t>vt 0.421100 0.230000</w:t>
        <w:br/>
        <w:t>vt 0.419300 0.233100</w:t>
        <w:br/>
        <w:t>vt 0.411900 0.241100</w:t>
        <w:br/>
        <w:t>vt 0.414500 0.238500</w:t>
        <w:br/>
        <w:t>vt 0.259700 0.405000</w:t>
        <w:br/>
        <w:t>vt 0.260800 0.391600</w:t>
        <w:br/>
        <w:t>vt 0.271600 0.392600</w:t>
        <w:br/>
        <w:t>vt 0.271300 0.404800</w:t>
        <w:br/>
        <w:t>vt 0.274100 0.373100</w:t>
        <w:br/>
        <w:t>vt 0.264100 0.373200</w:t>
        <w:br/>
        <w:t>vt 0.245800 0.392200</w:t>
        <w:br/>
        <w:t>vt 0.238500 0.392500</w:t>
        <w:br/>
        <w:t>vt 0.245200 0.375300</w:t>
        <w:br/>
        <w:t>vt 0.250100 0.376000</w:t>
        <w:br/>
        <w:t>vt 0.243700 0.406900</w:t>
        <w:br/>
        <w:t>vt 0.232900 0.408400</w:t>
        <w:br/>
        <w:t>vt 0.228400 0.425000</w:t>
        <w:br/>
        <w:t>vt 0.219100 0.426900</w:t>
        <w:br/>
        <w:t>vt 0.240300 0.423200</w:t>
        <w:br/>
        <w:t>vt 0.235700 0.423700</w:t>
        <w:br/>
        <w:t>vt 0.259500 0.420000</w:t>
        <w:br/>
        <w:t>vt 0.252800 0.421300</w:t>
        <w:br/>
        <w:t>vt 0.224400 0.391600</w:t>
        <w:br/>
        <w:t>vt 0.216600 0.411300</w:t>
        <w:br/>
        <w:t>vt 0.259000 0.345600</w:t>
        <w:br/>
        <w:t>vt 0.271600 0.344500</w:t>
        <w:br/>
        <w:t>vt 0.254700 0.375100</w:t>
        <w:br/>
        <w:t>vt 0.265100 0.417500</w:t>
        <w:br/>
        <w:t>vt 0.281600 0.402000</w:t>
        <w:br/>
        <w:t>vt 0.275800 0.412600</w:t>
        <w:br/>
        <w:t>vt 0.271300 0.404800</w:t>
        <w:br/>
        <w:t>vt 0.038600 0.219800</w:t>
        <w:br/>
        <w:t>vt 0.039900 0.223600</w:t>
        <w:br/>
        <w:t>vt 0.024000 0.226400</w:t>
        <w:br/>
        <w:t>vt 0.020300 0.233300</w:t>
        <w:br/>
        <w:t>vt 0.021200 0.236900</w:t>
        <w:br/>
        <w:t>vt 0.288400 0.312700</w:t>
        <w:br/>
        <w:t>vt 0.234682 0.102949</w:t>
        <w:br/>
        <w:t>vt 0.300600 0.098700</w:t>
        <w:br/>
        <w:t>vt 0.308500 0.099300</w:t>
        <w:br/>
        <w:t>vt 0.300700 0.101100</w:t>
        <w:br/>
        <w:t>vt 0.274400 0.094200</w:t>
        <w:br/>
        <w:t>vt 0.268600 0.089100</w:t>
        <w:br/>
        <w:t>vt 0.274900 0.091700</w:t>
        <w:br/>
        <w:t>vt 0.258500 0.084500</w:t>
        <w:br/>
        <w:t>vt 0.215000 0.030100</w:t>
        <w:br/>
        <w:t>vt 0.220800 0.041100</w:t>
        <w:br/>
        <w:t>vt 0.372200 0.045800</w:t>
        <w:br/>
        <w:t>vt 0.364800 0.173900</w:t>
        <w:br/>
        <w:t>vt 0.372800 0.191600</w:t>
        <w:br/>
        <w:t>vt 0.488200 0.078000</w:t>
        <w:br/>
        <w:t>vt 0.284300 0.097700</w:t>
        <w:br/>
        <w:t>vt 0.293700 0.099900</w:t>
        <w:br/>
        <w:t>vt 0.042000 0.061100</w:t>
        <w:br/>
        <w:t>vt 0.042700 0.058400</w:t>
        <w:br/>
        <w:t>vt 0.041900 0.064000</w:t>
        <w:br/>
        <w:t>vt 0.036900 0.079700</w:t>
        <w:br/>
        <w:t>vt 0.035600 0.074800</w:t>
        <w:br/>
        <w:t>vt 0.043100 0.074500</w:t>
        <w:br/>
        <w:t>vt 0.249800 0.079400</w:t>
        <w:br/>
        <w:t>vt 0.410300 0.162200</w:t>
        <w:br/>
        <w:t>vt 0.238600 0.314600</w:t>
        <w:br/>
        <w:t>vt 0.253700 0.316900</w:t>
        <w:br/>
        <w:t>vt 0.243600 0.344100</w:t>
        <w:br/>
        <w:t>vt 0.229100 0.343600</w:t>
        <w:br/>
        <w:t>vt 0.250800 0.287800</w:t>
        <w:br/>
        <w:t>vt 0.263600 0.288400</w:t>
        <w:br/>
        <w:t>vt 0.274900 0.288000</w:t>
        <w:br/>
        <w:t>vt 0.267700 0.316700</w:t>
        <w:br/>
        <w:t>vt 0.286500 0.288400</w:t>
        <w:br/>
        <w:t>vt 0.280100 0.314700</w:t>
        <w:br/>
        <w:t>vt 0.451300 0.172000</w:t>
        <w:br/>
        <w:t>vt 0.148800 0.114200</w:t>
        <w:br/>
        <w:t>vt 0.162800 0.102500</w:t>
        <w:br/>
        <w:t>vt 0.164200 0.106500</w:t>
        <w:br/>
        <w:t>vt 0.151400 0.118100</w:t>
        <w:br/>
        <w:t>vt 0.066900 0.318700</w:t>
        <w:br/>
        <w:t>vt 0.061100 0.325700</w:t>
        <w:br/>
        <w:t>vt 0.064900 0.316400</w:t>
        <w:br/>
        <w:t>vt 0.293800 0.097500</w:t>
        <w:br/>
        <w:t>vt 0.284800 0.095100</w:t>
        <w:br/>
        <w:t>vt 0.225800 0.280200</w:t>
        <w:br/>
        <w:t>vt 0.230900 0.257000</w:t>
        <w:br/>
        <w:t>vt 0.246000 0.262400</w:t>
        <w:br/>
        <w:t>vt 0.238900 0.286600</w:t>
        <w:br/>
        <w:t>vt 0.218500 0.311700</w:t>
        <w:br/>
        <w:t>vt 0.212300 0.341400</w:t>
        <w:br/>
        <w:t>vt 0.031700 0.279200</w:t>
        <w:br/>
        <w:t>vt 0.036500 0.273700</w:t>
        <w:br/>
        <w:t>vt 0.038000 0.275400</w:t>
        <w:br/>
        <w:t>vt 0.033200 0.281500</w:t>
        <w:br/>
        <w:t>vt 0.038100 0.289800</w:t>
        <w:br/>
        <w:t>vt 0.043500 0.284500</w:t>
        <w:br/>
        <w:t>vt 0.045100 0.287100</w:t>
        <w:br/>
        <w:t>vt 0.039600 0.293000</w:t>
        <w:br/>
        <w:t>vt 0.151600 0.311400</w:t>
        <w:br/>
        <w:t>vt 0.133500 0.341900</w:t>
        <w:br/>
        <w:t>vt 0.106000 0.356900</w:t>
        <w:br/>
        <w:t>vt 0.093000 0.337800</w:t>
        <w:br/>
        <w:t>vt 0.085700 0.362000</w:t>
        <w:br/>
        <w:t>vt 0.094400 0.377900</w:t>
        <w:br/>
        <w:t>vt 0.123500 0.353900</w:t>
        <w:br/>
        <w:t>vt 0.115200 0.371000</w:t>
        <w:br/>
        <w:t>vt 0.103400 0.389100</w:t>
        <w:br/>
        <w:t>vt 0.072100 0.312400</w:t>
        <w:br/>
        <w:t>vt 0.074100 0.316400</w:t>
        <w:br/>
        <w:t>vt 0.068000 0.320200</w:t>
        <w:br/>
        <w:t>vt 0.033100 0.252600</w:t>
        <w:br/>
        <w:t>vt 0.076400 0.319600</w:t>
        <w:br/>
        <w:t>vt 0.203500 0.387900</w:t>
        <w:br/>
        <w:t>vt 0.205800 0.368900</w:t>
        <w:br/>
        <w:t>vt 0.219300 0.371100</w:t>
        <w:br/>
        <w:t>vt 0.212000 0.390800</w:t>
        <w:br/>
        <w:t>vt 0.202900 0.412700</w:t>
        <w:br/>
        <w:t>vt 0.194800 0.413800</w:t>
        <w:br/>
        <w:t>vt 0.193400 0.437800</w:t>
        <w:br/>
        <w:t>vt 0.188800 0.438900</w:t>
        <w:br/>
        <w:t>vt 0.190400 0.430400</w:t>
        <w:br/>
        <w:t>vt 0.196800 0.431600</w:t>
        <w:br/>
        <w:t>vt 0.232900 0.372200</w:t>
        <w:br/>
        <w:t>vt 0.210600 0.412100</w:t>
        <w:br/>
        <w:t>vt 0.216600 0.411300</w:t>
        <w:br/>
        <w:t>vt 0.208900 0.429800</w:t>
        <w:br/>
        <w:t>vt 0.205200 0.430000</w:t>
        <w:br/>
        <w:t>vt 0.339400 0.087400</w:t>
        <w:br/>
        <w:t>vt 0.339300 0.090700</w:t>
        <w:br/>
        <w:t>vt 0.369500 0.129700</w:t>
        <w:br/>
        <w:t>vt 0.360100 0.121500</w:t>
        <w:br/>
        <w:t>vt 0.528700 0.069000</w:t>
        <w:br/>
        <w:t>vt 0.535000 0.074300</w:t>
        <w:br/>
        <w:t>vt 0.527900 0.078100</w:t>
        <w:br/>
        <w:t>vt 0.512200 0.116800</w:t>
        <w:br/>
        <w:t>vt 0.521000 0.118100</w:t>
        <w:br/>
        <w:t>vt 0.519500 0.120900</w:t>
        <w:br/>
        <w:t>vt 0.516100 0.122600</w:t>
        <w:br/>
        <w:t>vt 0.512200 0.116800</w:t>
        <w:br/>
        <w:t>vt 0.519500 0.120900</w:t>
        <w:br/>
        <w:t>vt 0.498500 0.126800</w:t>
        <w:br/>
        <w:t>vt 0.502500 0.129700</w:t>
        <w:br/>
        <w:t>vt 0.500600 0.132200</w:t>
        <w:br/>
        <w:t>vt 0.496400 0.129900</w:t>
        <w:br/>
        <w:t>vt 0.446300 0.192400</w:t>
        <w:br/>
        <w:t>vt 0.443200 0.187800</w:t>
        <w:br/>
        <w:t>vt 0.447400 0.190600</w:t>
        <w:br/>
        <w:t>vt 0.438000 0.193300</w:t>
        <w:br/>
        <w:t>vt 0.440200 0.191300</w:t>
        <w:br/>
        <w:t>vt 0.444700 0.194200</w:t>
        <w:br/>
        <w:t>vt 0.445100 0.199500</w:t>
        <w:br/>
        <w:t>vt 0.426800 0.171600</w:t>
        <w:br/>
        <w:t>vt 0.446400 0.185700</w:t>
        <w:br/>
        <w:t>vt 0.423400 0.176400</w:t>
        <w:br/>
        <w:t>vt 0.333000 0.262900</w:t>
        <w:br/>
        <w:t>vt 0.336700 0.262300</w:t>
        <w:br/>
        <w:t>vt 0.334400 0.285100</w:t>
        <w:br/>
        <w:t>vt 0.330300 0.286100</w:t>
        <w:br/>
        <w:t>vt 0.545800 0.014600</w:t>
        <w:br/>
        <w:t>vt 0.538200 0.016400</w:t>
        <w:br/>
        <w:t>vt 0.540400 0.033800</w:t>
        <w:br/>
        <w:t>vt 0.037400 0.088600</w:t>
        <w:br/>
        <w:t>vt 0.030100 0.089500</w:t>
        <w:br/>
        <w:t>vt 0.288000 0.382600</w:t>
        <w:br/>
        <w:t>vt 0.301900 0.363400</w:t>
        <w:br/>
        <w:t>vt 0.299700 0.368200</w:t>
        <w:br/>
        <w:t>vt 0.302200 0.352300</w:t>
        <w:br/>
        <w:t>vt 0.304900 0.353700</w:t>
        <w:br/>
        <w:t>vt 0.382000 0.249600</w:t>
        <w:br/>
        <w:t>vt 0.378200 0.237100</w:t>
        <w:br/>
        <w:t>vt 0.383300 0.235900</w:t>
        <w:br/>
        <w:t>vt 0.387200 0.246800</w:t>
        <w:br/>
        <w:t>vt 0.049500 0.147800</w:t>
        <w:br/>
        <w:t>vt 0.030900 0.153200</w:t>
        <w:br/>
        <w:t>vt 0.046600 0.141700</w:t>
        <w:br/>
        <w:t>vt 0.024300 0.260200</w:t>
        <w:br/>
        <w:t>vt 0.020330 0.264408</w:t>
        <w:br/>
        <w:t>vt 0.017300 0.262300</w:t>
        <w:br/>
        <w:t>vt 0.021000 0.257100</w:t>
        <w:br/>
        <w:t>vt 0.004200 0.247800</w:t>
        <w:br/>
        <w:t>vt 0.011600 0.242900</w:t>
        <w:br/>
        <w:t>vt 0.012500 0.246800</w:t>
        <w:br/>
        <w:t>vt 0.005000 0.251500</w:t>
        <w:br/>
        <w:t>vt 0.036100 0.191700</w:t>
        <w:br/>
        <w:t>vt 0.026200 0.196900</w:t>
        <w:br/>
        <w:t>vt 0.027900 0.193300</w:t>
        <w:br/>
        <w:t>vt 0.036000 0.188400</w:t>
        <w:br/>
        <w:t>vt 0.469700 0.128000</w:t>
        <w:br/>
        <w:t>vt 0.466700 0.133600</w:t>
        <w:br/>
        <w:t>vt 0.417300 0.235700</w:t>
        <w:br/>
        <w:t>vt 0.269900 0.425100</w:t>
        <w:br/>
        <w:t>vt 0.271000 0.415700</w:t>
        <w:br/>
        <w:t>vt 0.272900 0.424400</w:t>
        <w:br/>
        <w:t>vt 0.068000 0.349700</w:t>
        <w:br/>
        <w:t>vt 0.069100 0.347200</w:t>
        <w:br/>
        <w:t>vt 0.072500 0.349700</w:t>
        <w:br/>
        <w:t>vt 0.069500 0.356400</w:t>
        <w:br/>
        <w:t>vt 0.239700 0.429100</w:t>
        <w:br/>
        <w:t>vt 0.244100 0.422400</w:t>
        <w:br/>
        <w:t>vt 0.244000 0.431300</w:t>
        <w:br/>
        <w:t>vt 0.223300 0.435300</w:t>
        <w:br/>
        <w:t>vt 0.220000 0.435400</w:t>
        <w:br/>
        <w:t>vt 0.219400 0.431900</w:t>
        <w:br/>
        <w:t>vt 0.225500 0.430800</w:t>
        <w:br/>
        <w:t>vt 0.235500 0.432800</w:t>
        <w:br/>
        <w:t>vt 0.235400 0.429600</w:t>
        <w:br/>
        <w:t>vt 0.239500 0.432800</w:t>
        <w:br/>
        <w:t>vt 0.084600 0.376800</w:t>
        <w:br/>
        <w:t>vt 0.089000 0.382500</w:t>
        <w:br/>
        <w:t>vt 0.086000 0.384800</w:t>
        <w:br/>
        <w:t>vt 0.080800 0.382300</w:t>
        <w:br/>
        <w:t>vt 0.026600 0.271400</w:t>
        <w:br/>
        <w:t>vt 0.024400 0.268400</w:t>
        <w:br/>
        <w:t>vt 0.036400 0.301800</w:t>
        <w:br/>
        <w:t>vt 0.041200 0.296300</w:t>
        <w:br/>
        <w:t>vt 0.042900 0.299800</w:t>
        <w:br/>
        <w:t>vt 0.037900 0.305900</w:t>
        <w:br/>
        <w:t>vt 0.098000 0.395100</w:t>
        <w:br/>
        <w:t>vt 0.090600 0.391000</w:t>
        <w:br/>
        <w:t>vt 0.213300 0.433900</w:t>
        <w:br/>
        <w:t>vt 0.209900 0.434900</w:t>
        <w:br/>
        <w:t>vt 0.212900 0.428900</w:t>
        <w:br/>
        <w:t>vt 0.198600 0.436600</w:t>
        <w:br/>
        <w:t>vt 0.521500 0.112900</w:t>
        <w:br/>
        <w:t>vt 0.526200 0.113900</w:t>
        <w:br/>
        <w:t>vt 0.525600 0.116600</w:t>
        <w:br/>
        <w:t>vt 0.523200 0.106600</w:t>
        <w:br/>
        <w:t>vt 0.527000 0.107600</w:t>
        <w:br/>
        <w:t>vt 0.530300 0.087100</w:t>
        <w:br/>
        <w:t>vt 0.525800 0.082000</w:t>
        <w:br/>
        <w:t>vt 0.532200 0.082700</w:t>
        <w:br/>
        <w:t>vt 0.536400 0.067400</w:t>
        <w:br/>
        <w:t>vt 0.528500 0.062800</w:t>
        <w:br/>
        <w:t>vt 0.536800 0.062400</w:t>
        <w:br/>
        <w:t>vt 0.550500 0.013300</w:t>
        <w:br/>
        <w:t>vt 0.550500 0.010400</w:t>
        <w:br/>
        <w:t>vt 0.548800 0.004600</w:t>
        <w:br/>
        <w:t>vt 0.030000 0.057200</w:t>
        <w:br/>
        <w:t>vt 0.030400 0.054300</w:t>
        <w:br/>
        <w:t>vt 0.035500 0.056700</w:t>
        <w:br/>
        <w:t>vt 0.034600 0.059300</w:t>
        <w:br/>
        <w:t>vt 0.030900 0.061500</w:t>
        <w:br/>
        <w:t>vt 0.034100 0.062500</w:t>
        <w:br/>
        <w:t>vt 0.028700 0.069900</w:t>
        <w:br/>
        <w:t>vt 0.029300 0.065600</w:t>
        <w:br/>
        <w:t>vt 0.034100 0.066500</w:t>
        <w:br/>
        <w:t>vt 0.034600 0.070500</w:t>
        <w:br/>
        <w:t>vt 0.032900 0.079800</w:t>
        <w:br/>
        <w:t>vt 0.029600 0.074600</w:t>
        <w:br/>
        <w:t>vt 0.035200 0.107000</w:t>
        <w:br/>
        <w:t>vt 0.032500 0.109900</w:t>
        <w:br/>
        <w:t>vt 0.031100 0.107500</w:t>
        <w:br/>
        <w:t>vt 0.030500 0.147800</w:t>
        <w:br/>
        <w:t>vt 0.026100 0.149500</w:t>
        <w:br/>
        <w:t>vt 0.027000 0.143000</w:t>
        <w:br/>
        <w:t>vt 0.030300 0.141500</w:t>
        <w:br/>
        <w:t>vt 0.027700 0.157800</w:t>
        <w:br/>
        <w:t>vt 0.026400 0.154600</w:t>
        <w:br/>
        <w:t>vt 0.032100 0.155700</w:t>
        <w:br/>
        <w:t>vt 0.029700 0.164900</w:t>
        <w:br/>
        <w:t>vt 0.036700 0.174200</w:t>
        <w:br/>
        <w:t>vt 0.030200 0.177400</w:t>
        <w:br/>
        <w:t>vt 0.032200 0.172800</w:t>
        <w:br/>
        <w:t>vt 0.036200 0.171200</w:t>
        <w:br/>
        <w:t>vt 0.027300 0.203400</w:t>
        <w:br/>
        <w:t>vt 0.026300 0.199700</w:t>
        <w:br/>
        <w:t>vt 0.035400 0.198700</w:t>
        <w:br/>
        <w:t>vt 0.011100 0.230800</w:t>
        <w:br/>
        <w:t>vt 0.010500 0.235100</w:t>
        <w:br/>
        <w:t>vt 0.022600 0.239900</w:t>
        <w:br/>
        <w:t>vt 0.020830 0.265515</w:t>
        <w:br/>
        <w:t>vt 0.015100 0.264700</w:t>
        <w:br/>
        <w:t>vt 0.025100 0.273700</w:t>
        <w:br/>
        <w:t>vt 0.022800 0.271800</w:t>
        <w:br/>
        <w:t>vt 0.027900 0.276000</w:t>
        <w:br/>
        <w:t>vt 0.028900 0.274700</w:t>
        <w:br/>
        <w:t>vt 0.043500 0.314400</w:t>
        <w:br/>
        <w:t>vt 0.039400 0.318900</w:t>
        <w:br/>
        <w:t>vt 0.034700 0.314900</w:t>
        <w:br/>
        <w:t>vt 0.039100 0.309600</w:t>
        <w:br/>
        <w:t>vt 0.054400 0.330200</w:t>
        <w:br/>
        <w:t>vt 0.049900 0.336700</w:t>
        <w:br/>
        <w:t>vt 0.047900 0.331500</w:t>
        <w:br/>
        <w:t>vt 0.052200 0.325300</w:t>
        <w:br/>
        <w:t>vt 0.056000 0.335300</w:t>
        <w:br/>
        <w:t>vt 0.053100 0.339800</w:t>
        <w:br/>
        <w:t>vt 0.065000 0.332800</w:t>
        <w:br/>
        <w:t>vt 0.060600 0.341500</w:t>
        <w:br/>
        <w:t>vt 0.059400 0.339900</w:t>
        <w:br/>
        <w:t>vt 0.090000 0.397700</w:t>
        <w:br/>
        <w:t>vt 0.087600 0.395100</w:t>
        <w:br/>
        <w:t>vt 0.193100 0.441400</w:t>
        <w:br/>
        <w:t>vt 0.190500 0.441400</w:t>
        <w:br/>
        <w:t>vt 0.195800 0.440300</w:t>
        <w:br/>
        <w:t>vt 0.198000 0.439100</w:t>
        <w:br/>
        <w:t>vt 0.200800 0.436200</w:t>
        <w:br/>
        <w:t>vt 0.199900 0.438700</w:t>
        <w:br/>
        <w:t>vt 0.203200 0.435500</w:t>
        <w:br/>
        <w:t>vt 0.201700 0.438600</w:t>
        <w:br/>
        <w:t>vt 0.204200 0.437900</w:t>
        <w:br/>
        <w:t>vt 0.205200 0.435300</w:t>
        <w:br/>
        <w:t>vt 0.207100 0.435300</w:t>
        <w:br/>
        <w:t>vt 0.205800 0.438700</w:t>
        <w:br/>
        <w:t>vt 0.207900 0.439600</w:t>
        <w:br/>
        <w:t>vt 0.211000 0.439200</w:t>
        <w:br/>
        <w:t>vt 0.214000 0.437600</w:t>
        <w:br/>
        <w:t>vt 0.217500 0.432700</w:t>
        <w:br/>
        <w:t>vt 0.216900 0.434900</w:t>
        <w:br/>
        <w:t>vt 0.227400 0.430900</w:t>
        <w:br/>
        <w:t>vt 0.226800 0.434000</w:t>
        <w:br/>
        <w:t>vt 0.262500 0.428000</w:t>
        <w:br/>
        <w:t>vt 0.258900 0.429500</w:t>
        <w:br/>
        <w:t>vt 0.327300 0.325900</w:t>
        <w:br/>
        <w:t>vt 0.323400 0.330400</w:t>
        <w:br/>
        <w:t>vt 0.324400 0.318900</w:t>
        <w:br/>
        <w:t>vt 0.327600 0.314900</w:t>
        <w:br/>
        <w:t>vt 0.330900 0.313600</w:t>
        <w:br/>
        <w:t>vt 0.327100 0.306200</w:t>
        <w:br/>
        <w:t>vt 0.331500 0.305500</w:t>
        <w:br/>
        <w:t>vt 0.333700 0.313900</w:t>
        <w:br/>
        <w:t>vt 0.337200 0.305500</w:t>
        <w:br/>
        <w:t>vt 0.342000 0.301800</w:t>
        <w:br/>
        <w:t>vt 0.347400 0.298200</w:t>
        <w:br/>
        <w:t>vt 0.347700 0.303600</w:t>
        <w:br/>
        <w:t>vt 0.342300 0.305300</w:t>
        <w:br/>
        <w:t>vt 0.352400 0.295700</w:t>
        <w:br/>
        <w:t>vt 0.352200 0.300600</w:t>
        <w:br/>
        <w:t>vt 0.365800 0.286500</w:t>
        <w:br/>
        <w:t>vt 0.370000 0.283400</w:t>
        <w:br/>
        <w:t>vt 0.370200 0.288500</w:t>
        <w:br/>
        <w:t>vt 0.366300 0.292300</w:t>
        <w:br/>
        <w:t>vt 0.384500 0.262800</w:t>
        <w:br/>
        <w:t>vt 0.387200 0.261900</w:t>
        <w:br/>
        <w:t>vt 0.391200 0.253300</w:t>
        <w:br/>
        <w:t>vt 0.392600 0.259900</w:t>
        <w:br/>
        <w:t>vt 0.397300 0.256300</w:t>
        <w:br/>
        <w:t>vt 0.405100 0.245000</w:t>
        <w:br/>
        <w:t>vt 0.408300 0.249100</w:t>
        <w:br/>
        <w:t>vt 0.405200 0.250700</w:t>
        <w:br/>
        <w:t>vt 0.401700 0.246500</w:t>
        <w:br/>
        <w:t>vt 0.416500 0.241300</w:t>
        <w:br/>
        <w:t>vt 0.422400 0.231600</w:t>
        <w:br/>
        <w:t>vt 0.420800 0.235700</w:t>
        <w:br/>
        <w:t>vt 0.424400 0.230000</w:t>
        <w:br/>
        <w:t>vt 0.425900 0.228100</w:t>
        <w:br/>
        <w:t>vt 0.423800 0.223500</w:t>
        <w:br/>
        <w:t>vt 0.425400 0.221400</w:t>
        <w:br/>
        <w:t>vt 0.426300 0.225300</w:t>
        <w:br/>
        <w:t>vt 0.418100 0.211300</w:t>
        <w:br/>
        <w:t>vt 0.427400 0.218300</w:t>
        <w:br/>
        <w:t>vt 0.415200 0.213300</w:t>
        <w:br/>
        <w:t>vt 0.419100 0.208700</w:t>
        <w:br/>
        <w:t>vt 0.429800 0.215000</w:t>
        <w:br/>
        <w:t>vt 0.429000 0.216300</w:t>
        <w:br/>
        <w:t>vt 0.426100 0.204000</w:t>
        <w:br/>
        <w:t>vt 0.437000 0.211600</w:t>
        <w:br/>
        <w:t>vt 0.435200 0.212200</w:t>
        <w:br/>
        <w:t>vt 0.423900 0.204800</w:t>
        <w:br/>
        <w:t>vt 0.429000 0.202000</w:t>
        <w:br/>
        <w:t>vt 0.431600 0.200200</w:t>
        <w:br/>
        <w:t>vt 0.440400 0.207200</w:t>
        <w:br/>
        <w:t>vt 0.438900 0.210100</w:t>
        <w:br/>
        <w:t>vt 0.447700 0.189200</w:t>
        <w:br/>
        <w:t>vt 0.448000 0.186600</w:t>
        <w:br/>
        <w:t>vt 0.451400 0.184300</w:t>
        <w:br/>
        <w:t>vt 0.453100 0.180500</w:t>
        <w:br/>
        <w:t>vt 0.452900 0.182400</w:t>
        <w:br/>
        <w:t>vt 0.455100 0.175300</w:t>
        <w:br/>
        <w:t>vt 0.452600 0.177500</w:t>
        <w:br/>
        <w:t>vt 0.456000 0.169600</w:t>
        <w:br/>
        <w:t>vt 0.456300 0.172300</w:t>
        <w:br/>
        <w:t>vt 0.451500 0.166800</w:t>
        <w:br/>
        <w:t>vt 0.455300 0.167900</w:t>
        <w:br/>
        <w:t>vt 0.453100 0.162900</w:t>
        <w:br/>
        <w:t>vt 0.456400 0.166300</w:t>
        <w:br/>
        <w:t>vt 0.457400 0.164600</w:t>
        <w:br/>
        <w:t>vt 0.457300 0.162700</w:t>
        <w:br/>
        <w:t>vt 0.487400 0.128700</w:t>
        <w:br/>
        <w:t>vt 0.494800 0.132500</w:t>
        <w:br/>
        <w:t>vt 0.493200 0.135300</w:t>
        <w:br/>
        <w:t>vt 0.485800 0.131100</w:t>
        <w:br/>
        <w:t>vt 0.498900 0.134700</w:t>
        <w:br/>
        <w:t>vt 0.496100 0.136600</w:t>
        <w:br/>
        <w:t>vt 0.511200 0.125700</w:t>
        <w:br/>
        <w:t>vt 0.514800 0.126800</w:t>
        <w:br/>
        <w:t>vt 0.510600 0.128700</w:t>
        <w:br/>
        <w:t>vt 0.517500 0.123900</w:t>
        <w:br/>
        <w:t>vt 0.413400 0.243300</w:t>
        <w:br/>
        <w:t>vt 0.284100 0.409100</w:t>
        <w:br/>
        <w:t>vt 0.282600 0.412300</w:t>
        <w:br/>
        <w:t>vt 0.279600 0.409500</w:t>
        <w:br/>
        <w:t>vt 0.292100 0.382800</w:t>
        <w:br/>
        <w:t>vt 0.293500 0.374400</w:t>
        <w:br/>
        <w:t>vt 0.524400 0.118200</w:t>
        <w:br/>
        <w:t>vt 0.529100 0.089900</w:t>
        <w:br/>
        <w:t>vt 0.014200 0.226400</w:t>
        <w:br/>
        <w:t>vt 0.202600 0.430400</w:t>
        <w:br/>
        <w:t>vt 0.431200 0.160900</w:t>
        <w:br/>
        <w:t>vt 0.021600 0.269300</w:t>
        <w:br/>
        <w:t>vt 0.022587 0.266374</w:t>
        <w:br/>
        <w:t>vt 0.033400 0.158900</w:t>
        <w:br/>
        <w:t>vt 0.029600 0.161200</w:t>
        <w:br/>
        <w:t>vt 0.056800 0.341600</w:t>
        <w:br/>
        <w:t>vt 0.057900 0.346700</w:t>
        <w:br/>
        <w:t>vt 0.062300 0.344700</w:t>
        <w:br/>
        <w:t>vt 0.059800 0.348900</w:t>
        <w:br/>
        <w:t>vt 0.028700 0.286900</w:t>
        <w:br/>
        <w:t>vt 0.034400 0.283400</w:t>
        <w:br/>
        <w:t>vt 0.030000 0.288300</w:t>
        <w:br/>
        <w:t>vt 0.027100 0.284300</w:t>
        <w:br/>
        <w:t>vt 0.010500 0.238400</w:t>
        <w:br/>
        <w:t>vt 0.086500 0.391300</w:t>
        <w:br/>
        <w:t>vt 0.093700 0.399500</w:t>
        <w:br/>
        <w:t>vt 0.254100 0.429500</w:t>
        <w:br/>
        <w:t>vt 0.286800 0.402500</w:t>
        <w:br/>
        <w:t>vt 0.285600 0.405700</w:t>
        <w:br/>
        <w:t>vt 0.281400 0.397800</w:t>
        <w:br/>
        <w:t>vt 0.290500 0.389200</w:t>
        <w:br/>
        <w:t>vt 0.288400 0.393000</w:t>
        <w:br/>
        <w:t>vt 0.287500 0.395000</w:t>
        <w:br/>
        <w:t>vt 0.509200 0.119400</w:t>
        <w:br/>
        <w:t>vt 0.034500 0.120100</w:t>
        <w:br/>
        <w:t>vt 0.028300 0.121200</w:t>
        <w:br/>
        <w:t>vt 0.027500 0.117900</w:t>
        <w:br/>
        <w:t>vt 0.028400 0.114700</w:t>
        <w:br/>
        <w:t>vt 0.166600 0.046600</w:t>
        <w:br/>
        <w:t>vt 0.168600 0.050400</w:t>
        <w:br/>
        <w:t>vt 0.159600 0.162600</w:t>
        <w:br/>
        <w:t>vt 0.149500 0.151600</w:t>
        <w:br/>
        <w:t>vt 0.206100 0.198700</w:t>
        <w:br/>
        <w:t>vt 0.130300 0.160600</w:t>
        <w:br/>
        <w:t>vt 0.144100 0.145300</w:t>
        <w:br/>
        <w:t>vt 0.510000 0.088900</w:t>
        <w:br/>
        <w:t>vt 0.516600 0.103900</w:t>
        <w:br/>
        <w:t>vt 0.505100 0.105800</w:t>
        <w:br/>
        <w:t>vt 0.156600 0.094800</w:t>
        <w:br/>
        <w:t>vt 0.161200 0.098300</w:t>
        <w:br/>
        <w:t>vt 0.146500 0.109900</w:t>
        <w:br/>
        <w:t>vt 0.140700 0.103500</w:t>
        <w:br/>
        <w:t>vt 0.154200 0.124300</w:t>
        <w:br/>
        <w:t>vt 0.450600 0.045900</w:t>
        <w:br/>
        <w:t>vt 0.467300 0.044000</w:t>
        <w:br/>
        <w:t>vt 0.117500 0.050200</w:t>
        <w:br/>
        <w:t>vt 0.119000 0.052700</w:t>
        <w:br/>
        <w:t>vt 0.119000 0.052700</w:t>
        <w:br/>
        <w:t>vt 0.121800 0.058500</w:t>
        <w:br/>
        <w:t>vt 0.134900 0.090800</w:t>
        <w:br/>
        <w:t>vt 0.158900 0.129500</w:t>
        <w:br/>
        <w:t>vt 0.514800 0.110600</w:t>
        <w:br/>
        <w:t>vt 0.031200 0.137500</w:t>
        <w:br/>
        <w:t>vt 0.025200 0.138500</w:t>
        <w:br/>
        <w:t>vt 0.024800 0.135200</w:t>
        <w:br/>
        <w:t>vt 0.032600 0.131100</w:t>
        <w:br/>
        <w:t>vt 0.037000 0.176900</w:t>
        <w:br/>
        <w:t>vt 0.029400 0.180600</w:t>
        <w:br/>
        <w:t>vt 0.035100 0.208400</w:t>
        <w:br/>
        <w:t>vt 0.021100 0.209900</w:t>
        <w:br/>
        <w:t>vt 0.431300 0.101100</w:t>
        <w:br/>
        <w:t>vt 0.166200 0.045500</w:t>
        <w:br/>
        <w:t>vt 0.150700 0.045900</w:t>
        <w:br/>
        <w:t>vt 0.151000 0.043300</w:t>
        <w:br/>
        <w:t>vt 0.313600 0.330000</w:t>
        <w:br/>
        <w:t>vt 0.309800 0.351400</w:t>
        <w:br/>
        <w:t>vt 0.317700 0.307800</w:t>
        <w:br/>
        <w:t>vt 0.281500 0.344400</w:t>
        <w:br/>
        <w:t>vt 0.319400 0.329700</w:t>
        <w:br/>
        <w:t>vt 0.320100 0.340000</w:t>
        <w:br/>
        <w:t>vt 0.316400 0.346100</w:t>
        <w:br/>
        <w:t>vt 0.321100 0.287800</w:t>
        <w:br/>
        <w:t>vt 0.339600 0.262000</w:t>
        <w:br/>
        <w:t>vt 0.328500 0.244200</w:t>
        <w:br/>
        <w:t>vt 0.366800 0.218700</w:t>
        <w:br/>
        <w:t>vt 0.367200 0.240300</w:t>
        <w:br/>
        <w:t>vt 0.413900 0.214900</w:t>
        <w:br/>
        <w:t>vt 0.401900 0.203500</w:t>
        <w:br/>
        <w:t>vt 0.418000 0.181800</w:t>
        <w:br/>
        <w:t>vt 0.402900 0.140700</w:t>
        <w:br/>
        <w:t>vt 0.480800 0.114000</w:t>
        <w:br/>
        <w:t>vt 0.482800 0.110500</w:t>
        <w:br/>
        <w:t>vt 0.500700 0.114000</w:t>
        <w:br/>
        <w:t>vt 0.496300 0.118800</w:t>
        <w:br/>
        <w:t>vt 0.194700 0.116300</w:t>
        <w:br/>
        <w:t>vt 0.185500 0.107400</w:t>
        <w:br/>
        <w:t>vt 0.180200 0.103300</w:t>
        <w:br/>
        <w:t>vt 0.174500 0.093900</w:t>
        <w:br/>
        <w:t>vt 0.287500 0.398900</w:t>
        <w:br/>
        <w:t>vt 0.251800 0.391900</w:t>
        <w:br/>
        <w:t>vt 0.250300 0.406000</w:t>
        <w:br/>
        <w:t>vt 0.456500 0.158700</w:t>
        <w:br/>
        <w:t>vt 0.350300 0.128100</w:t>
        <w:br/>
        <w:t>vt 0.285197 0.139007</w:t>
        <w:br/>
        <w:t>vt 0.365900 0.134200</w:t>
        <w:br/>
        <w:t>vt 0.420000 0.206200</w:t>
        <w:br/>
        <w:t>vt 0.430500 0.213100</w:t>
        <w:br/>
        <w:t>vt 0.500700 0.114000</w:t>
        <w:br/>
        <w:t>vt 0.473100 0.123700</w:t>
        <w:br/>
        <w:t>vt 0.474200 0.122400</w:t>
        <w:br/>
        <w:t>vt 0.488900 0.126100</w:t>
        <w:br/>
        <w:t>vt 0.475600 0.120300</w:t>
        <w:br/>
        <w:t>vt 0.478600 0.117600</w:t>
        <w:br/>
        <w:t>vt 0.492200 0.123200</w:t>
        <w:br/>
        <w:t>vt 0.466900 0.034000</w:t>
        <w:br/>
        <w:t>vt 0.466900 0.032300</w:t>
        <w:br/>
        <w:t>vt 0.468500 0.049600</w:t>
        <w:br/>
        <w:t>vt 0.467300 0.044000</w:t>
        <w:br/>
        <w:t>vt 0.125400 0.067900</w:t>
        <w:br/>
        <w:t>vt 0.138900 0.052400</w:t>
        <w:br/>
        <w:t>vt 0.129300 0.078500</w:t>
        <w:br/>
        <w:t>vt 0.466600 0.028800</w:t>
        <w:br/>
        <w:t>vt 0.167700 0.111100</w:t>
        <w:br/>
        <w:t>vt 0.137100 0.048100</w:t>
        <w:br/>
        <w:t>vt 0.137100 0.048100</w:t>
        <w:br/>
        <w:t>vt 0.150700 0.045900</w:t>
        <w:br/>
        <w:t>vt 0.482800 0.110500</w:t>
        <w:br/>
        <w:t>vt 0.236800 0.148000</w:t>
        <w:br/>
        <w:t>vt 0.169800 0.115300</w:t>
        <w:br/>
        <w:t>vt 0.355700 0.123600</w:t>
        <w:br/>
        <w:t>vt 0.189300 0.088800</w:t>
        <w:br/>
        <w:t>vt 0.178100 0.099900</w:t>
        <w:br/>
        <w:t>vt 0.294700 0.287500</w:t>
        <w:br/>
        <w:t>vt 0.431200 0.160900</w:t>
        <w:br/>
        <w:t>vt 0.394200 0.251300</w:t>
        <w:br/>
        <w:t>vt 0.397500 0.249000</w:t>
        <w:br/>
        <w:t>vt 0.400700 0.252000</w:t>
        <w:br/>
        <w:t>vt 0.282000 0.202300</w:t>
        <w:br/>
        <w:t>vt 0.301600 0.203600</w:t>
        <w:br/>
        <w:t>vt 0.513700 0.078200</w:t>
        <w:br/>
        <w:t>vt 0.488600 0.071800</w:t>
        <w:br/>
        <w:t>vt 0.511800 0.070500</w:t>
        <w:br/>
        <w:t>vt 0.492200 0.123200</w:t>
        <w:br/>
        <w:t>vt 0.395200 0.053100</w:t>
        <w:br/>
        <w:t>vt 0.039200 0.261100</w:t>
        <w:br/>
        <w:t>vt 0.032500 0.269500</w:t>
        <w:br/>
        <w:t>vt 0.044300 0.268300</w:t>
        <w:br/>
        <w:t>vt 0.041100 0.263600</w:t>
        <w:br/>
        <w:t>vt 0.036900 0.178300</w:t>
        <w:br/>
        <w:t>vt 0.029800 0.183200</w:t>
        <w:br/>
        <w:t>vt 0.070500 0.267400</w:t>
        <w:br/>
        <w:t>vt 0.087700 0.247000</w:t>
        <w:br/>
        <w:t>vt 0.035000 0.298100</w:t>
        <w:br/>
        <w:t>vt 0.033700 0.293900</w:t>
        <w:br/>
        <w:t>vt 0.460200 0.155600</w:t>
        <w:br/>
        <w:t>vt 0.456700 0.153700</w:t>
        <w:br/>
        <w:t>vt 0.461600 0.154300</w:t>
        <w:br/>
        <w:t>vt 0.345000 0.099700</w:t>
        <w:br/>
        <w:t>vt 0.352800 0.110500</w:t>
        <w:br/>
        <w:t>vt 0.462300 0.153100</w:t>
        <w:br/>
        <w:t>vt 0.462800 0.151100</w:t>
        <w:br/>
        <w:t>vt 0.184000 0.263100</w:t>
        <w:br/>
        <w:t>vt 0.121200 0.208700</w:t>
        <w:br/>
        <w:t>vt 0.168100 0.286700</w:t>
        <w:br/>
        <w:t>vt 0.152400 0.276700</w:t>
        <w:br/>
        <w:t>vt 0.136100 0.261800</w:t>
        <w:br/>
        <w:t>vt 0.104800 0.228100</w:t>
        <w:br/>
        <w:t>vt 0.099800 0.219800</w:t>
        <w:br/>
        <w:t>vt 0.066700 0.133500</w:t>
        <w:br/>
        <w:t>vt 0.085100 0.126000</w:t>
        <w:br/>
        <w:t>vt 0.082100 0.117300</w:t>
        <w:br/>
        <w:t>vt 0.060500 0.116600</w:t>
        <w:br/>
        <w:t>vt 0.055400 0.182300</w:t>
        <w:br/>
        <w:t>vt 0.057600 0.188500</w:t>
        <w:br/>
        <w:t>vt 0.071400 0.152100</w:t>
        <w:br/>
        <w:t>vt 0.052300 0.162100</w:t>
        <w:br/>
        <w:t>vt 0.037100 0.215100</w:t>
        <w:br/>
        <w:t>vt 0.419300 0.083600</w:t>
        <w:br/>
        <w:t>vt 0.382700 0.140800</w:t>
        <w:br/>
        <w:t>vt 0.469100 0.057500</w:t>
        <w:br/>
        <w:t>vt 0.469200 0.072300</w:t>
        <w:br/>
        <w:t>vt 0.371900 0.218300</w:t>
        <w:br/>
        <w:t>vt 0.376400 0.216500</w:t>
        <w:br/>
        <w:t>vt 0.383500 0.212000</w:t>
        <w:br/>
        <w:t>vt 0.407600 0.194600</w:t>
        <w:br/>
        <w:t>vt 0.410300 0.191700</w:t>
        <w:br/>
        <w:t>vt 0.414600 0.186000</w:t>
        <w:br/>
        <w:t>vt 0.420500 0.178900</w:t>
        <w:br/>
        <w:t>vt 0.405100 0.200000</w:t>
        <w:br/>
        <w:t>vt 0.090600 0.148900</w:t>
        <w:br/>
        <w:t>vt 0.089200 0.142400</w:t>
        <w:br/>
        <w:t>vt 0.072600 0.096300</w:t>
        <w:br/>
        <w:t>vt 0.363800 0.260900</w:t>
        <w:br/>
        <w:t>vt 0.381300 0.273000</w:t>
        <w:br/>
        <w:t>vt 0.435700 0.195500</w:t>
        <w:br/>
        <w:t>vt 0.229000 0.053600</w:t>
        <w:br/>
        <w:t>vt 0.232400 0.059500</w:t>
        <w:br/>
        <w:t>vt 0.231300 0.060200</w:t>
        <w:br/>
        <w:t>vt 0.227800 0.054300</w:t>
        <w:br/>
        <w:t>vt 0.367500 0.060400</w:t>
        <w:br/>
        <w:t>vt 0.366200 0.060200</w:t>
        <w:br/>
        <w:t>vt 0.368700 0.051100</w:t>
        <w:br/>
        <w:t>vt 0.370000 0.051300</w:t>
        <w:br/>
        <w:t>vt 0.365100 0.071500</w:t>
        <w:br/>
        <w:t>vt 0.363900 0.071200</w:t>
        <w:br/>
        <w:t>vt 0.362700 0.080600</w:t>
        <w:br/>
        <w:t>vt 0.360300 0.089400</w:t>
        <w:br/>
        <w:t>vt 0.359200 0.089000</w:t>
        <w:br/>
        <w:t>vt 0.361500 0.080300</w:t>
        <w:br/>
        <w:t>vt 0.356900 0.099300</w:t>
        <w:br/>
        <w:t>vt 0.356100 0.098500</w:t>
        <w:br/>
        <w:t>vt 0.322300 0.096600</w:t>
        <w:br/>
        <w:t>vt 0.321800 0.095400</w:t>
        <w:br/>
        <w:t>vt 0.329100 0.092400</w:t>
        <w:br/>
        <w:t>vt 0.329800 0.093500</w:t>
        <w:br/>
        <w:t>vt 0.315900 0.097000</w:t>
        <w:br/>
        <w:t>vt 0.316200 0.098300</w:t>
        <w:br/>
        <w:t>vt 0.236900 0.065800</w:t>
        <w:br/>
        <w:t>vt 0.235900 0.066700</w:t>
        <w:br/>
        <w:t>vt 0.242800 0.072300</w:t>
        <w:br/>
        <w:t>vt 0.242000 0.073300</w:t>
        <w:br/>
        <w:t>vt 0.300700 0.097400</w:t>
        <w:br/>
        <w:t>vt 0.308400 0.098000</w:t>
        <w:br/>
        <w:t>vt 0.308500 0.099300</w:t>
        <w:br/>
        <w:t>vt 0.300600 0.098700</w:t>
        <w:br/>
        <w:t>vt 0.274900 0.091700</w:t>
        <w:br/>
        <w:t>vt 0.268600 0.089100</w:t>
        <w:br/>
        <w:t>vt 0.269100 0.087900</w:t>
        <w:br/>
        <w:t>vt 0.275400 0.090400</w:t>
        <w:br/>
        <w:t>vt 0.259100 0.083300</w:t>
        <w:br/>
        <w:t>vt 0.258500 0.084500</w:t>
        <w:br/>
        <w:t>vt 0.215000 0.030100</w:t>
        <w:br/>
        <w:t>vt 0.216400 0.029900</w:t>
        <w:br/>
        <w:t>vt 0.222000 0.040600</w:t>
        <w:br/>
        <w:t>vt 0.220800 0.041100</w:t>
        <w:br/>
        <w:t>vt 0.370800 0.045500</w:t>
        <w:br/>
        <w:t>vt 0.372200 0.045800</w:t>
        <w:br/>
        <w:t>vt 0.249800 0.079400</w:t>
        <w:br/>
        <w:t>vt 0.250500 0.078300</w:t>
        <w:br/>
        <w:t>vt 0.294000 0.096200</w:t>
        <w:br/>
        <w:t>vt 0.293800 0.097500</w:t>
        <w:br/>
        <w:t>vt 0.284800 0.095100</w:t>
        <w:br/>
        <w:t>vt 0.285200 0.093900</w:t>
        <w:br/>
        <w:t>vt 0.338600 0.086400</w:t>
        <w:br/>
        <w:t>vt 0.339400 0.087400</w:t>
        <w:br/>
        <w:t>vt 0.031300 0.093700</w:t>
        <w:br/>
        <w:t>vt 0.033300 0.096900</w:t>
        <w:br/>
        <w:t>vt 0.032100 0.096700</w:t>
        <w:br/>
        <w:t>vt 0.030100 0.094200</w:t>
        <w:br/>
        <w:t>vt 0.489561 0.142753</w:t>
        <w:br/>
        <w:t>vt 0.490600 0.143400</w:t>
        <w:br/>
        <w:t>vt 0.488000 0.147300</w:t>
        <w:br/>
        <w:t>vt 0.486961 0.146353</w:t>
        <w:br/>
        <w:t>vt 0.532322 0.098561</w:t>
        <w:br/>
        <w:t>vt 0.532092 0.093031</w:t>
        <w:br/>
        <w:t>vt 0.533400 0.093500</w:t>
        <w:br/>
        <w:t>vt 0.533600 0.098700</w:t>
        <w:br/>
        <w:t>vt 0.500722 0.132292</w:t>
        <w:br/>
        <w:t>vt 0.502561 0.129853</w:t>
        <w:br/>
        <w:t>vt 0.503200 0.131000</w:t>
        <w:br/>
        <w:t>vt 0.501600 0.133100</w:t>
        <w:br/>
        <w:t>vt 0.447584 0.190722</w:t>
        <w:br/>
        <w:t>vt 0.448800 0.191300</w:t>
        <w:br/>
        <w:t>vt 0.447500 0.193000</w:t>
        <w:br/>
        <w:t>vt 0.446361 0.192492</w:t>
        <w:br/>
        <w:t>vt 0.444761 0.194292</w:t>
        <w:br/>
        <w:t>vt 0.445900 0.194700</w:t>
        <w:br/>
        <w:t>vt 0.446500 0.199700</w:t>
        <w:br/>
        <w:t>vt 0.445253 0.199592</w:t>
        <w:br/>
        <w:t>vt 0.442745 0.205831</w:t>
        <w:br/>
        <w:t>vt 0.443500 0.206700</w:t>
        <w:br/>
        <w:t>vt 0.441600 0.208000</w:t>
        <w:br/>
        <w:t>vt 0.440645 0.207231</w:t>
        <w:br/>
        <w:t>vt 0.030100 0.089500</w:t>
        <w:br/>
        <w:t>vt 0.028700 0.089700</w:t>
        <w:br/>
        <w:t>vt 0.283900 0.413000</w:t>
        <w:br/>
        <w:t>vt 0.282692 0.412422</w:t>
        <w:br/>
        <w:t>vt 0.284192 0.409222</w:t>
        <w:br/>
        <w:t>vt 0.285000 0.409600</w:t>
        <w:br/>
        <w:t>vt 0.019000 0.221100</w:t>
        <w:br/>
        <w:t>vt 0.018100 0.218400</w:t>
        <w:br/>
        <w:t>vt 0.019500 0.218600</w:t>
        <w:br/>
        <w:t>vt 0.020200 0.221600</w:t>
        <w:br/>
        <w:t>vt 0.002900 0.247600</w:t>
        <w:br/>
        <w:t>vt 0.004200 0.247800</w:t>
        <w:br/>
        <w:t>vt 0.005000 0.251500</w:t>
        <w:br/>
        <w:t>vt 0.003700 0.251900</w:t>
        <w:br/>
        <w:t>vt 0.025000 0.196500</w:t>
        <w:br/>
        <w:t>vt 0.026700 0.192600</w:t>
        <w:br/>
        <w:t>vt 0.027900 0.193300</w:t>
        <w:br/>
        <w:t>vt 0.026200 0.196900</w:t>
        <w:br/>
        <w:t>vt 0.269931 0.425253</w:t>
        <w:br/>
        <w:t>vt 0.272931 0.424553</w:t>
        <w:br/>
        <w:t>vt 0.273500 0.425500</w:t>
        <w:br/>
        <w:t>vt 0.270100 0.426500</w:t>
        <w:br/>
        <w:t>vt 0.277600 0.419700</w:t>
        <w:br/>
        <w:t>vt 0.275800 0.423400</w:t>
        <w:br/>
        <w:t>vt 0.274861 0.422522</w:t>
        <w:br/>
        <w:t>vt 0.276661 0.418822</w:t>
        <w:br/>
        <w:t>vt 0.248731 0.428292</w:t>
        <w:br/>
        <w:t>vt 0.248900 0.429600</w:t>
        <w:br/>
        <w:t>vt 0.244500 0.432600</w:t>
        <w:br/>
        <w:t>vt 0.244061 0.431453</w:t>
        <w:br/>
        <w:t>vt 0.027100 0.284300</w:t>
        <w:br/>
        <w:t>vt 0.025900 0.284700</w:t>
        <w:br/>
        <w:t>vt 0.025400 0.281100</w:t>
        <w:br/>
        <w:t>vt 0.026700 0.280900</w:t>
        <w:br/>
        <w:t>vt 0.525784 0.116569</w:t>
        <w:br/>
        <w:t>vt 0.526384 0.113869</w:t>
        <w:br/>
        <w:t>vt 0.527600 0.114200</w:t>
        <w:br/>
        <w:t>vt 0.526900 0.117100</w:t>
        <w:br/>
        <w:t>vt 0.528300 0.108100</w:t>
        <w:br/>
        <w:t>vt 0.527184 0.107631</w:t>
        <w:br/>
        <w:t>vt 0.531722 0.101961</w:t>
        <w:br/>
        <w:t>vt 0.532900 0.102500</w:t>
        <w:br/>
        <w:t>vt 0.540400 0.083500</w:t>
        <w:br/>
        <w:t>vt 0.539600 0.087900</w:t>
        <w:br/>
        <w:t>vt 0.538422 0.087331</w:t>
        <w:br/>
        <w:t>vt 0.539122 0.083531</w:t>
        <w:br/>
        <w:t>vt 0.539700 0.078500</w:t>
        <w:br/>
        <w:t>vt 0.538484 0.078292</w:t>
        <w:br/>
        <w:t>vt 0.541384 0.073992</w:t>
        <w:br/>
        <w:t>vt 0.542600 0.074400</w:t>
        <w:br/>
        <w:t>vt 0.542153 0.070078</w:t>
        <w:br/>
        <w:t>vt 0.541853 0.067278</w:t>
        <w:br/>
        <w:t>vt 0.543100 0.067000</w:t>
        <w:br/>
        <w:t>vt 0.543400 0.070200</w:t>
        <w:br/>
        <w:t>vt 0.545800 0.038500</w:t>
        <w:br/>
        <w:t>vt 0.546400 0.041300</w:t>
        <w:br/>
        <w:t>vt 0.545192 0.041369</w:t>
        <w:br/>
        <w:t>vt 0.544592 0.038869</w:t>
        <w:br/>
        <w:t>vt 0.543384 0.036131</w:t>
        <w:br/>
        <w:t>vt 0.545584 0.032731</w:t>
        <w:br/>
        <w:t>vt 0.546700 0.033100</w:t>
        <w:br/>
        <w:t>vt 0.544700 0.036200</w:t>
        <w:br/>
        <w:t>vt 0.545822 0.026031</w:t>
        <w:br/>
        <w:t>vt 0.547100 0.025800</w:t>
        <w:br/>
        <w:t>vt 0.547600 0.029800</w:t>
        <w:br/>
        <w:t>vt 0.546422 0.029731</w:t>
        <w:br/>
        <w:t>vt 0.545222 0.022631</w:t>
        <w:br/>
        <w:t>vt 0.546300 0.023100</w:t>
        <w:br/>
        <w:t>vt 0.550400 0.017800</w:t>
        <w:br/>
        <w:t>vt 0.549406 0.017292</w:t>
        <w:br/>
        <w:t>vt 0.550683 0.013361</w:t>
        <w:br/>
        <w:t>vt 0.551700 0.013500</w:t>
        <w:br/>
        <w:t>vt 0.550714 0.010278</w:t>
        <w:br/>
        <w:t>vt 0.551900 0.010200</w:t>
        <w:br/>
        <w:t>vt 0.549014 0.004478</w:t>
        <w:br/>
        <w:t>vt 0.550200 0.004400</w:t>
        <w:br/>
        <w:t>vt 0.036300 0.050400</w:t>
        <w:br/>
        <w:t>vt 0.032500 0.052200</w:t>
        <w:br/>
        <w:t>vt 0.031700 0.051100</w:t>
        <w:br/>
        <w:t>vt 0.035700 0.049100</w:t>
        <w:br/>
        <w:t>vt 0.029300 0.053500</w:t>
        <w:br/>
        <w:t>vt 0.030400 0.054300</w:t>
        <w:br/>
        <w:t>vt 0.030000 0.057200</w:t>
        <w:br/>
        <w:t>vt 0.028600 0.057000</w:t>
        <w:br/>
        <w:t>vt 0.030900 0.061500</w:t>
        <w:br/>
        <w:t>vt 0.029700 0.061300</w:t>
        <w:br/>
        <w:t>vt 0.027900 0.065200</w:t>
        <w:br/>
        <w:t>vt 0.029300 0.065600</w:t>
        <w:br/>
        <w:t>vt 0.028700 0.069900</w:t>
        <w:br/>
        <w:t>vt 0.027300 0.069900</w:t>
        <w:br/>
        <w:t>vt 0.028200 0.074900</w:t>
        <w:br/>
        <w:t>vt 0.029600 0.074600</w:t>
        <w:br/>
        <w:t>vt 0.032900 0.079800</w:t>
        <w:br/>
        <w:t>vt 0.031800 0.079800</w:t>
        <w:br/>
        <w:t>vt 0.032900 0.079800</w:t>
        <w:br/>
        <w:t>vt 0.030500 0.085200</w:t>
        <w:br/>
        <w:t>vt 0.029100 0.085000</w:t>
        <w:br/>
        <w:t>vt 0.031800 0.079800</w:t>
        <w:br/>
        <w:t>vt 0.028600 0.104600</w:t>
        <w:br/>
        <w:t>vt 0.030000 0.104700</w:t>
        <w:br/>
        <w:t>vt 0.031100 0.107500</w:t>
        <w:br/>
        <w:t>vt 0.029800 0.107800</w:t>
        <w:br/>
        <w:t>vt 0.026300 0.158200</w:t>
        <w:br/>
        <w:t>vt 0.025100 0.154700</w:t>
        <w:br/>
        <w:t>vt 0.026400 0.154600</w:t>
        <w:br/>
        <w:t>vt 0.027700 0.157800</w:t>
        <w:br/>
        <w:t>vt 0.029600 0.161200</w:t>
        <w:br/>
        <w:t>vt 0.029700 0.164900</w:t>
        <w:br/>
        <w:t>vt 0.028300 0.164800</w:t>
        <w:br/>
        <w:t>vt 0.028200 0.161400</w:t>
        <w:br/>
        <w:t>vt 0.028400 0.168200</w:t>
        <w:br/>
        <w:t>vt 0.029700 0.168000</w:t>
        <w:br/>
        <w:t>vt 0.030600 0.170300</w:t>
        <w:br/>
        <w:t>vt 0.029400 0.170500</w:t>
        <w:br/>
        <w:t>vt 0.032200 0.172800</w:t>
        <w:br/>
        <w:t>vt 0.030700 0.172700</w:t>
        <w:br/>
        <w:t>vt 0.024900 0.199600</w:t>
        <w:br/>
        <w:t>vt 0.026300 0.199700</w:t>
        <w:br/>
        <w:t>vt 0.027300 0.203400</w:t>
        <w:br/>
        <w:t>vt 0.026000 0.202800</w:t>
        <w:br/>
        <w:t>vt 0.009100 0.234800</w:t>
        <w:br/>
        <w:t>vt 0.009800 0.230300</w:t>
        <w:br/>
        <w:t>vt 0.011100 0.230800</w:t>
        <w:br/>
        <w:t>vt 0.010500 0.235100</w:t>
        <w:br/>
        <w:t>vt 0.007200 0.254200</w:t>
        <w:br/>
        <w:t>vt 0.006000 0.255000</w:t>
        <w:br/>
        <w:t>vt 0.009300 0.263900</w:t>
        <w:br/>
        <w:t>vt 0.006500 0.260000</w:t>
        <w:br/>
        <w:t>vt 0.007800 0.259500</w:t>
        <w:br/>
        <w:t>vt 0.010200 0.262800</w:t>
        <w:br/>
        <w:t>vt 0.015100 0.264700</w:t>
        <w:br/>
        <w:t>vt 0.014700 0.266000</w:t>
        <w:br/>
        <w:t>vt 0.019800 0.266600</w:t>
        <w:br/>
        <w:t>vt 0.020830 0.265515</w:t>
        <w:br/>
        <w:t>vt 0.021800 0.272600</w:t>
        <w:br/>
        <w:t>vt 0.022800 0.271800</w:t>
        <w:br/>
        <w:t>vt 0.025100 0.273700</w:t>
        <w:br/>
        <w:t>vt 0.024100 0.274600</w:t>
        <w:br/>
        <w:t>vt 0.026300 0.276400</w:t>
        <w:br/>
        <w:t>vt 0.027900 0.276000</w:t>
        <w:br/>
        <w:t>vt 0.034700 0.314900</w:t>
        <w:br/>
        <w:t>vt 0.039400 0.318900</w:t>
        <w:br/>
        <w:t>vt 0.038500 0.320000</w:t>
        <w:br/>
        <w:t>vt 0.033700 0.315700</w:t>
        <w:br/>
        <w:t>vt 0.045800 0.322400</w:t>
        <w:br/>
        <w:t>vt 0.044700 0.323300</w:t>
        <w:br/>
        <w:t>vt 0.046600 0.331900</w:t>
        <w:br/>
        <w:t>vt 0.047900 0.331500</w:t>
        <w:br/>
        <w:t>vt 0.049900 0.336700</w:t>
        <w:br/>
        <w:t>vt 0.048700 0.337500</w:t>
        <w:br/>
        <w:t>vt 0.052200 0.340900</w:t>
        <w:br/>
        <w:t>vt 0.053100 0.339800</w:t>
        <w:br/>
        <w:t>vt 0.056800 0.341600</w:t>
        <w:br/>
        <w:t>vt 0.056100 0.342500</w:t>
        <w:br/>
        <w:t>vt 0.059800 0.348900</w:t>
        <w:br/>
        <w:t>vt 0.063500 0.349500</w:t>
        <w:br/>
        <w:t>vt 0.063300 0.350800</w:t>
        <w:br/>
        <w:t>vt 0.059100 0.350100</w:t>
        <w:br/>
        <w:t>vt 0.068000 0.349700</w:t>
        <w:br/>
        <w:t>vt 0.067000 0.350800</w:t>
        <w:br/>
        <w:t>vt 0.076500 0.364900</w:t>
        <w:br/>
        <w:t>vt 0.075100 0.365400</w:t>
        <w:br/>
        <w:t>vt 0.072600 0.364100</w:t>
        <w:br/>
        <w:t>vt 0.073500 0.363100</w:t>
        <w:br/>
        <w:t>vt 0.074300 0.373500</w:t>
        <w:br/>
        <w:t>vt 0.075700 0.373300</w:t>
        <w:br/>
        <w:t>vt 0.077000 0.378700</w:t>
        <w:br/>
        <w:t>vt 0.075700 0.379400</w:t>
        <w:br/>
        <w:t>vt 0.080800 0.382300</w:t>
        <w:br/>
        <w:t>vt 0.079900 0.383400</w:t>
        <w:br/>
        <w:t>vt 0.086000 0.384800</w:t>
        <w:br/>
        <w:t>vt 0.084800 0.385600</w:t>
        <w:br/>
        <w:t>vt 0.090000 0.397700</w:t>
        <w:br/>
        <w:t>vt 0.089200 0.398800</w:t>
        <w:br/>
        <w:t>vt 0.086300 0.395900</w:t>
        <w:br/>
        <w:t>vt 0.087600 0.395100</w:t>
        <w:br/>
        <w:t>vt 0.193192 0.441584</w:t>
        <w:br/>
        <w:t>vt 0.193300 0.442800</w:t>
        <w:br/>
        <w:t>vt 0.190400 0.442700</w:t>
        <w:br/>
        <w:t>vt 0.190592 0.441584</w:t>
        <w:br/>
        <w:t>vt 0.196300 0.441600</w:t>
        <w:br/>
        <w:t>vt 0.195861 0.440422</w:t>
        <w:br/>
        <w:t>vt 0.198061 0.439222</w:t>
        <w:br/>
        <w:t>vt 0.198400 0.440400</w:t>
        <w:br/>
        <w:t>vt 0.199931 0.438914</w:t>
        <w:br/>
        <w:t>vt 0.200000 0.440000</w:t>
        <w:br/>
        <w:t>vt 0.201731 0.438814</w:t>
        <w:br/>
        <w:t>vt 0.201800 0.439900</w:t>
        <w:br/>
        <w:t>vt 0.204200 0.438206</w:t>
        <w:br/>
        <w:t>vt 0.204200 0.439300</w:t>
        <w:br/>
        <w:t>vt 0.205800 0.439006</w:t>
        <w:br/>
        <w:t>vt 0.205500 0.440000</w:t>
        <w:br/>
        <w:t>vt 0.207900 0.439784</w:t>
        <w:br/>
        <w:t>vt 0.207900 0.441000</w:t>
        <w:br/>
        <w:t>vt 0.211000 0.439384</w:t>
        <w:br/>
        <w:t>vt 0.211300 0.440600</w:t>
        <w:br/>
        <w:t>vt 0.214031 0.437753</w:t>
        <w:br/>
        <w:t>vt 0.214600 0.438800</w:t>
        <w:br/>
        <w:t>vt 0.220200 0.436800</w:t>
        <w:br/>
        <w:t>vt 0.217100 0.436200</w:t>
        <w:br/>
        <w:t>vt 0.216931 0.435053</w:t>
        <w:br/>
        <w:t>vt 0.220000 0.435522</w:t>
        <w:br/>
        <w:t>vt 0.226831 0.434153</w:t>
        <w:br/>
        <w:t>vt 0.227500 0.435300</w:t>
        <w:br/>
        <w:t>vt 0.223600 0.436700</w:t>
        <w:br/>
        <w:t>vt 0.223331 0.435575</w:t>
        <w:br/>
        <w:t>vt 0.263100 0.429300</w:t>
        <w:br/>
        <w:t>vt 0.259100 0.430800</w:t>
        <w:br/>
        <w:t>vt 0.258931 0.429653</w:t>
        <w:br/>
        <w:t>vt 0.262592 0.428092</w:t>
        <w:br/>
        <w:t>vt 0.328400 0.326600</w:t>
        <w:br/>
        <w:t>vt 0.324500 0.331200</w:t>
        <w:br/>
        <w:t>vt 0.323522 0.330492</w:t>
        <w:br/>
        <w:t>vt 0.327484 0.325961</w:t>
        <w:br/>
        <w:t>vt 0.330384 0.320761</w:t>
        <w:br/>
        <w:t>vt 0.331400 0.321400</w:t>
        <w:br/>
        <w:t>vt 0.333884 0.314053</w:t>
        <w:br/>
        <w:t>vt 0.334900 0.314500</w:t>
        <w:br/>
        <w:t>vt 0.337384 0.305653</w:t>
        <w:br/>
        <w:t>vt 0.338200 0.306700</w:t>
        <w:br/>
        <w:t>vt 0.347792 0.303753</w:t>
        <w:br/>
        <w:t>vt 0.348300 0.304800</w:t>
        <w:br/>
        <w:t>vt 0.342700 0.306500</w:t>
        <w:br/>
        <w:t>vt 0.342392 0.305453</w:t>
        <w:br/>
        <w:t>vt 0.352353 0.300753</w:t>
        <w:br/>
        <w:t>vt 0.353200 0.301600</w:t>
        <w:br/>
        <w:t>vt 0.356553 0.295653</w:t>
        <w:br/>
        <w:t>vt 0.361622 0.294553</w:t>
        <w:br/>
        <w:t>vt 0.361900 0.295700</w:t>
        <w:br/>
        <w:t>vt 0.357200 0.296700</w:t>
        <w:br/>
        <w:t>vt 0.366422 0.292453</w:t>
        <w:br/>
        <w:t>vt 0.370292 0.288622</w:t>
        <w:br/>
        <w:t>vt 0.371400 0.289300</w:t>
        <w:br/>
        <w:t>vt 0.367100 0.293400</w:t>
        <w:br/>
        <w:t>vt 0.378300 0.279400</w:t>
        <w:br/>
        <w:t>vt 0.374100 0.281900</w:t>
        <w:br/>
        <w:t>vt 0.372992 0.281222</w:t>
        <w:br/>
        <w:t>vt 0.377553 0.278492</w:t>
        <w:br/>
        <w:t>vt 0.381453 0.273092</w:t>
        <w:br/>
        <w:t>vt 0.382400 0.273800</w:t>
        <w:br/>
        <w:t>vt 0.387261 0.262022</w:t>
        <w:br/>
        <w:t>vt 0.387900 0.263200</w:t>
        <w:br/>
        <w:t>vt 0.385400 0.263700</w:t>
        <w:br/>
        <w:t>vt 0.384561 0.262922</w:t>
        <w:br/>
        <w:t>vt 0.392692 0.260053</w:t>
        <w:br/>
        <w:t>vt 0.393300 0.261100</w:t>
        <w:br/>
        <w:t>vt 0.397392 0.256453</w:t>
        <w:br/>
        <w:t>vt 0.398300 0.257300</w:t>
        <w:br/>
        <w:t>vt 0.408453 0.249222</w:t>
        <w:br/>
        <w:t>vt 0.409100 0.250200</w:t>
        <w:br/>
        <w:t>vt 0.405700 0.251900</w:t>
        <w:br/>
        <w:t>vt 0.405200 0.250884</w:t>
        <w:br/>
        <w:t>vt 0.410553 0.246322</w:t>
        <w:br/>
        <w:t>vt 0.411500 0.247200</w:t>
        <w:br/>
        <w:t>vt 0.412253 0.244284</w:t>
        <w:br/>
        <w:t>vt 0.413100 0.245200</w:t>
        <w:br/>
        <w:t>vt 0.416684 0.241514</w:t>
        <w:br/>
        <w:t>vt 0.419084 0.239114</w:t>
        <w:br/>
        <w:t>vt 0.420000 0.239900</w:t>
        <w:br/>
        <w:t>vt 0.417400 0.242500</w:t>
        <w:br/>
        <w:t>vt 0.420892 0.235761</w:t>
        <w:br/>
        <w:t>vt 0.422000 0.236500</w:t>
        <w:br/>
        <w:t>vt 0.422492 0.231661</w:t>
        <w:br/>
        <w:t>vt 0.423400 0.232300</w:t>
        <w:br/>
        <w:t>vt 0.424584 0.230184</w:t>
        <w:br/>
        <w:t>vt 0.425500 0.230900</w:t>
        <w:br/>
        <w:t>vt 0.427200 0.228600</w:t>
        <w:br/>
        <w:t>vt 0.426084 0.228284</w:t>
        <w:br/>
        <w:t>vt 0.426422 0.225331</w:t>
        <w:br/>
        <w:t>vt 0.427600 0.225600</w:t>
        <w:br/>
        <w:t>vt 0.426600 0.221800</w:t>
        <w:br/>
        <w:t>vt 0.425522 0.221431</w:t>
        <w:br/>
        <w:t>vt 0.425522 0.221431</w:t>
        <w:br/>
        <w:t>vt 0.427522 0.218361</w:t>
        <w:br/>
        <w:t>vt 0.428700 0.218900</w:t>
        <w:br/>
        <w:t>vt 0.426600 0.221800</w:t>
        <w:br/>
        <w:t>vt 0.429122 0.216361</w:t>
        <w:br/>
        <w:t>vt 0.430300 0.216900</w:t>
        <w:br/>
        <w:t>vt 0.429861 0.215092</w:t>
        <w:br/>
        <w:t>vt 0.431100 0.215500</w:t>
        <w:br/>
        <w:t>vt 0.438992 0.210192</w:t>
        <w:br/>
        <w:t>vt 0.440000 0.211000</w:t>
        <w:br/>
        <w:t>vt 0.437700 0.212600</w:t>
        <w:br/>
        <w:t>vt 0.437092 0.211692</w:t>
        <w:br/>
        <w:t>vt 0.448092 0.186722</w:t>
        <w:br/>
        <w:t>vt 0.449000 0.187200</w:t>
        <w:br/>
        <w:t>vt 0.449100 0.189500</w:t>
        <w:br/>
        <w:t>vt 0.447884 0.189322</w:t>
        <w:br/>
        <w:t>vt 0.448092 0.186722</w:t>
        <w:br/>
        <w:t>vt 0.451492 0.184422</w:t>
        <w:br/>
        <w:t>vt 0.452500 0.185200</w:t>
        <w:br/>
        <w:t>vt 0.449000 0.187200</w:t>
        <w:br/>
        <w:t>vt 0.454300 0.182800</w:t>
        <w:br/>
        <w:t>vt 0.453022 0.182400</w:t>
        <w:br/>
        <w:t>vt 0.453222 0.180500</w:t>
        <w:br/>
        <w:t>vt 0.454500 0.180500</w:t>
        <w:br/>
        <w:t>vt 0.456400 0.175800</w:t>
        <w:br/>
        <w:t>vt 0.454100 0.177800</w:t>
        <w:br/>
        <w:t>vt 0.452722 0.177469</w:t>
        <w:br/>
        <w:t>vt 0.455222 0.175269</w:t>
        <w:br/>
        <w:t>vt 0.457700 0.172300</w:t>
        <w:br/>
        <w:t>vt 0.456484 0.172269</w:t>
        <w:br/>
        <w:t>vt 0.456184 0.169569</w:t>
        <w:br/>
        <w:t>vt 0.457400 0.169500</w:t>
        <w:br/>
        <w:t>vt 0.455453 0.167961</w:t>
        <w:br/>
        <w:t>vt 0.456900 0.167900</w:t>
        <w:br/>
        <w:t>vt 0.456553 0.166361</w:t>
        <w:br/>
        <w:t>vt 0.457700 0.166900</w:t>
        <w:br/>
        <w:t>vt 0.458800 0.164900</w:t>
        <w:br/>
        <w:t>vt 0.457553 0.164447</w:t>
        <w:br/>
        <w:t>vt 0.457453 0.162547</w:t>
        <w:br/>
        <w:t>vt 0.458800 0.162600</w:t>
        <w:br/>
        <w:t>vt 0.464200 0.151600</w:t>
        <w:br/>
        <w:t>vt 0.462922 0.151192</w:t>
        <w:br/>
        <w:t>vt 0.473414 0.149045</w:t>
        <w:br/>
        <w:t>vt 0.472900 0.150300</w:t>
        <w:br/>
        <w:t>vt 0.496161 0.136692</w:t>
        <w:br/>
        <w:t>vt 0.499022 0.134792</w:t>
        <w:br/>
        <w:t>vt 0.499800 0.135600</w:t>
        <w:br/>
        <w:t>vt 0.496900 0.137800</w:t>
        <w:br/>
        <w:t>vt 0.510900 0.130000</w:t>
        <w:br/>
        <w:t>vt 0.510661 0.128853</w:t>
        <w:br/>
        <w:t>vt 0.514922 0.126953</w:t>
        <w:br/>
        <w:t>vt 0.515500 0.127900</w:t>
        <w:br/>
        <w:t>vt 0.517622 0.124053</w:t>
        <w:br/>
        <w:t>vt 0.518400 0.125100</w:t>
        <w:br/>
        <w:t>vt 0.413553 0.243484</w:t>
        <w:br/>
        <w:t>vt 0.414200 0.244400</w:t>
        <w:br/>
        <w:t>vt 0.230900 0.431722</w:t>
        <w:br/>
        <w:t>vt 0.231100 0.433000</w:t>
        <w:br/>
        <w:t>vt 0.235500 0.432922</w:t>
        <w:br/>
        <w:t>vt 0.235400 0.434100</w:t>
        <w:br/>
        <w:t>vt 0.280000 0.418300</w:t>
        <w:br/>
        <w:t>vt 0.279022 0.417453</w:t>
        <w:br/>
        <w:t>vt 0.281122 0.415453</w:t>
        <w:br/>
        <w:t>vt 0.282000 0.416200</w:t>
        <w:br/>
        <w:t>vt 0.292284 0.382831</w:t>
        <w:br/>
        <w:t>vt 0.293684 0.374431</w:t>
        <w:br/>
        <w:t>vt 0.294700 0.375200</w:t>
        <w:br/>
        <w:t>vt 0.293500 0.383000</w:t>
        <w:br/>
        <w:t>vt 0.454100 0.177800</w:t>
        <w:br/>
        <w:t>vt 0.452722 0.177469</w:t>
        <w:br/>
        <w:t>vt 0.525600 0.119000</w:t>
        <w:br/>
        <w:t>vt 0.524522 0.118353</w:t>
        <w:br/>
        <w:t>vt 0.536392 0.090131</w:t>
        <w:br/>
        <w:t>vt 0.537200 0.091100</w:t>
        <w:br/>
        <w:t>vt 0.540184 0.062239</w:t>
        <w:br/>
        <w:t>vt 0.541500 0.062400</w:t>
        <w:br/>
        <w:t>vt 0.543800 0.058200</w:t>
        <w:br/>
        <w:t>vt 0.542584 0.057839</w:t>
        <w:br/>
        <w:t>vt 0.543123 0.055274</w:t>
        <w:br/>
        <w:t>vt 0.544400 0.055100</w:t>
        <w:br/>
        <w:t>vt 0.542922 0.052569</w:t>
        <w:br/>
        <w:t>vt 0.541914 0.048200</w:t>
        <w:br/>
        <w:t>vt 0.543300 0.048500</w:t>
        <w:br/>
        <w:t>vt 0.544200 0.052300</w:t>
        <w:br/>
        <w:t>vt 0.545014 0.044200</w:t>
        <w:br/>
        <w:t>vt 0.546200 0.044500</w:t>
        <w:br/>
        <w:t>vt 0.029400 0.100900</w:t>
        <w:br/>
        <w:t>vt 0.030600 0.101400</w:t>
        <w:br/>
        <w:t>vt 0.026100 0.149500</w:t>
        <w:br/>
        <w:t>vt 0.024700 0.149400</w:t>
        <w:br/>
        <w:t>vt 0.014200 0.226400</w:t>
        <w:br/>
        <w:t>vt 0.013200 0.225600</w:t>
        <w:br/>
        <w:t>vt 0.028200 0.294000</w:t>
        <w:br/>
        <w:t>vt 0.029600 0.293800</w:t>
        <w:br/>
        <w:t>vt 0.029700 0.298100</w:t>
        <w:br/>
        <w:t>vt 0.028400 0.298600</w:t>
        <w:br/>
        <w:t>vt 0.034800 0.303900</w:t>
        <w:br/>
        <w:t>vt 0.033500 0.304300</w:t>
        <w:br/>
        <w:t>vt 0.031000 0.302400</w:t>
        <w:br/>
        <w:t>vt 0.032100 0.301600</w:t>
        <w:br/>
        <w:t>vt 0.188100 0.441800</w:t>
        <w:br/>
        <w:t>vt 0.188200 0.440600</w:t>
        <w:br/>
        <w:t>vt 0.020400 0.269900</w:t>
        <w:br/>
        <w:t>vt 0.021600 0.269300</w:t>
        <w:br/>
        <w:t>vt 0.546300 0.023100</w:t>
        <w:br/>
        <w:t>vt 0.545222 0.022631</w:t>
        <w:br/>
        <w:t>vt 0.031400 0.187700</w:t>
        <w:br/>
        <w:t>vt 0.030000 0.187200</w:t>
        <w:br/>
        <w:t>vt 0.027000 0.143000</w:t>
        <w:br/>
        <w:t>vt 0.025600 0.143000</w:t>
        <w:br/>
        <w:t>vt 0.075100 0.365400</w:t>
        <w:br/>
        <w:t>vt 0.076500 0.364900</w:t>
        <w:br/>
        <w:t>vt 0.069500 0.356400</w:t>
        <w:br/>
        <w:t>vt 0.068300 0.356900</w:t>
        <w:br/>
        <w:t>vt 0.067000 0.350800</w:t>
        <w:br/>
        <w:t>vt 0.068000 0.349700</w:t>
        <w:br/>
        <w:t>vt 0.056000 0.344500</w:t>
        <w:br/>
        <w:t>vt 0.057200 0.343900</w:t>
        <w:br/>
        <w:t>vt 0.057900 0.346700</w:t>
        <w:br/>
        <w:t>vt 0.056800 0.347500</w:t>
        <w:br/>
        <w:t>vt 0.032000 0.311300</w:t>
        <w:br/>
        <w:t>vt 0.033400 0.311000</w:t>
        <w:br/>
        <w:t>vt 0.034800 0.303900</w:t>
        <w:br/>
        <w:t>vt 0.033500 0.304300</w:t>
        <w:br/>
        <w:t>vt 0.027600 0.287700</w:t>
        <w:br/>
        <w:t>vt 0.028700 0.286900</w:t>
        <w:br/>
        <w:t>vt 0.030000 0.288300</w:t>
        <w:br/>
        <w:t>vt 0.028700 0.289000</w:t>
        <w:br/>
        <w:t>vt 0.019800 0.266600</w:t>
        <w:br/>
        <w:t>vt 0.020830 0.265515</w:t>
        <w:br/>
        <w:t>vt 0.007200 0.254200</w:t>
        <w:br/>
        <w:t>vt 0.006000 0.255000</w:t>
        <w:br/>
        <w:t>vt 0.005300 0.242900</w:t>
        <w:br/>
        <w:t>vt 0.006500 0.243600</w:t>
        <w:br/>
        <w:t>vt 0.009100 0.238400</w:t>
        <w:br/>
        <w:t>vt 0.010500 0.238400</w:t>
        <w:br/>
        <w:t>vt 0.010500 0.238400</w:t>
        <w:br/>
        <w:t>vt 0.009100 0.238400</w:t>
        <w:br/>
        <w:t>vt 0.085100 0.391600</w:t>
        <w:br/>
        <w:t>vt 0.086500 0.391300</w:t>
        <w:br/>
        <w:t>vt 0.093700 0.399500</w:t>
        <w:br/>
        <w:t>vt 0.092800 0.400500</w:t>
        <w:br/>
        <w:t>vt 0.239531 0.432861</w:t>
        <w:br/>
        <w:t>vt 0.239700 0.434100</w:t>
        <w:br/>
        <w:t>vt 0.254100 0.430900</w:t>
        <w:br/>
        <w:t>vt 0.254131 0.429653</w:t>
        <w:br/>
        <w:t>vt 0.266800 0.426100</w:t>
        <w:br/>
        <w:t>vt 0.266392 0.424792</w:t>
        <w:br/>
        <w:t>vt 0.286900 0.406300</w:t>
        <w:br/>
        <w:t>vt 0.285753 0.405822</w:t>
        <w:br/>
        <w:t>vt 0.286953 0.402622</w:t>
        <w:br/>
        <w:t>vt 0.288100 0.402900</w:t>
        <w:br/>
        <w:t>vt 0.291800 0.389800</w:t>
        <w:br/>
        <w:t>vt 0.290714 0.389261</w:t>
        <w:br/>
        <w:t>vt 0.289700 0.393600</w:t>
        <w:br/>
        <w:t>vt 0.288614 0.393061</w:t>
        <w:br/>
        <w:t>vt 0.288800 0.395400</w:t>
        <w:br/>
        <w:t>vt 0.287684 0.395061</w:t>
        <w:br/>
        <w:t>vt 0.302053 0.363461</w:t>
        <w:br/>
        <w:t>vt 0.303100 0.363900</w:t>
        <w:br/>
        <w:t>vt 0.300900 0.369000</w:t>
        <w:br/>
        <w:t>vt 0.299822 0.368292</w:t>
        <w:br/>
        <w:t>vt 0.297300 0.373200</w:t>
        <w:br/>
        <w:t>vt 0.296322 0.372392</w:t>
        <w:br/>
        <w:t>vt 0.027000 0.121300</w:t>
        <w:br/>
        <w:t>vt 0.026200 0.117700</w:t>
        <w:br/>
        <w:t>vt 0.027500 0.117900</w:t>
        <w:br/>
        <w:t>vt 0.028300 0.121200</w:t>
        <w:br/>
        <w:t>vt 0.031000 0.109600</w:t>
        <w:br/>
        <w:t>vt 0.032500 0.109900</w:t>
        <w:br/>
        <w:t>vt 0.033300 0.096900</w:t>
        <w:br/>
        <w:t>vt 0.032100 0.096700</w:t>
        <w:br/>
        <w:t>vt 0.028400 0.114700</w:t>
        <w:br/>
        <w:t>vt 0.027300 0.114000</w:t>
        <w:br/>
        <w:t>vt 0.028200 0.124000</w:t>
        <w:br/>
        <w:t>vt 0.029600 0.124300</w:t>
        <w:br/>
        <w:t>vt 0.031000 0.109600</w:t>
        <w:br/>
        <w:t>vt 0.032500 0.109900</w:t>
        <w:br/>
        <w:t>vt 0.530800 0.105700</w:t>
        <w:br/>
        <w:t>vt 0.529784 0.104931</w:t>
        <w:br/>
        <w:t>vt 0.519622 0.121053</w:t>
        <w:br/>
        <w:t>vt 0.524522 0.118353</w:t>
        <w:br/>
        <w:t>vt 0.520500 0.121800</w:t>
        <w:br/>
        <w:t>vt 0.503200 0.131000</w:t>
        <w:br/>
        <w:t>vt 0.502561 0.129853</w:t>
        <w:br/>
        <w:t>vt 0.023900 0.138700</w:t>
        <w:br/>
        <w:t>vt 0.025200 0.138500</w:t>
        <w:br/>
        <w:t>vt 0.025990 0.131036</w:t>
        <w:br/>
        <w:t>vt 0.024800 0.135200</w:t>
        <w:br/>
        <w:t>vt 0.023500 0.135000</w:t>
        <w:br/>
        <w:t>vt 0.024800 0.130500</w:t>
        <w:br/>
        <w:t>vt 0.029600 0.124300</w:t>
        <w:br/>
        <w:t>vt 0.028200 0.124000</w:t>
        <w:br/>
        <w:t>vt 0.030700 0.172700</w:t>
        <w:br/>
        <w:t>vt 0.032200 0.172800</w:t>
        <w:br/>
        <w:t>vt 0.030200 0.177400</w:t>
        <w:br/>
        <w:t>vt 0.028900 0.177000</w:t>
        <w:br/>
        <w:t>vt 0.029400 0.180600</w:t>
        <w:br/>
        <w:t>vt 0.028000 0.180600</w:t>
        <w:br/>
        <w:t>vt 0.021100 0.209900</w:t>
        <w:br/>
        <w:t>vt 0.020100 0.209100</w:t>
        <w:br/>
        <w:t>vt 0.309861 0.351492</w:t>
        <w:br/>
        <w:t>vt 0.310600 0.352500</w:t>
        <w:br/>
        <w:t>vt 0.306100 0.354600</w:t>
        <w:br/>
        <w:t>vt 0.305053 0.353761</w:t>
        <w:br/>
        <w:t>vt 0.338200 0.306700</w:t>
        <w:br/>
        <w:t>vt 0.337384 0.305653</w:t>
        <w:br/>
        <w:t>vt 0.316461 0.346192</w:t>
        <w:br/>
        <w:t>vt 0.317400 0.347100</w:t>
        <w:br/>
        <w:t>vt 0.302053 0.363461</w:t>
        <w:br/>
        <w:t>vt 0.320222 0.340092</w:t>
        <w:br/>
        <w:t>vt 0.321400 0.340700</w:t>
        <w:br/>
        <w:t>vt 0.288800 0.399100</w:t>
        <w:br/>
        <w:t>vt 0.287684 0.398961</w:t>
        <w:br/>
        <w:t>vt 0.456775 0.158761</w:t>
        <w:br/>
        <w:t>vt 0.458100 0.158900</w:t>
        <w:br/>
        <w:t>vt 0.491061 0.138992</w:t>
        <w:br/>
        <w:t>vt 0.491900 0.140000</w:t>
        <w:br/>
        <w:t>vt 0.435700 0.213500</w:t>
        <w:br/>
        <w:t>vt 0.431600 0.214200</w:t>
        <w:br/>
        <w:t>vt 0.430653 0.213436</w:t>
        <w:br/>
        <w:t>vt 0.435292 0.212445</w:t>
        <w:br/>
        <w:t>vt 0.430653 0.213436</w:t>
        <w:br/>
        <w:t>vt 0.431600 0.214200</w:t>
        <w:br/>
        <w:t>vt 0.401400 0.253100</w:t>
        <w:br/>
        <w:t>vt 0.400700 0.252184</w:t>
        <w:br/>
        <w:t>vt 0.070100 0.361600</w:t>
        <w:br/>
        <w:t>vt 0.071200 0.360900</w:t>
        <w:br/>
        <w:t>vt 0.028500 0.183400</w:t>
        <w:br/>
        <w:t>vt 0.029800 0.183200</w:t>
        <w:br/>
        <w:t>vt 0.020200 0.221600</w:t>
        <w:br/>
        <w:t>vt 0.019000 0.221100</w:t>
        <w:br/>
        <w:t>vt 0.017900 0.213700</w:t>
        <w:br/>
        <w:t>vt 0.019200 0.214100</w:t>
        <w:br/>
        <w:t>vt 0.444653 0.203192</w:t>
        <w:br/>
        <w:t>vt 0.445900 0.203800</w:t>
        <w:br/>
        <w:t>vt 0.482700 0.149700</w:t>
        <w:br/>
        <w:t>vt 0.482392 0.148353</w:t>
        <w:br/>
        <w:t>vt 0.463100 0.154600</w:t>
        <w:br/>
        <w:t>vt 0.461500 0.156300</w:t>
        <w:br/>
        <w:t>vt 0.460475 0.155661</w:t>
        <w:br/>
        <w:t>vt 0.461845 0.154361</w:t>
        <w:br/>
        <w:t>vt 0.462545 0.153161</w:t>
        <w:br/>
        <w:t>vt 0.463700 0.153200</w:t>
        <w:br/>
        <w:t>vt 0.384561 0.262922</w:t>
        <w:br/>
        <w:t>vt 0.385400 0.263700</w:t>
        <w:br/>
        <w:t>vt 0.437000 0.151000</w:t>
        <w:br/>
        <w:t>vt 0.457800 0.151600</w:t>
        <w:br/>
        <w:t>vt 0.419700 0.145900</w:t>
        <w:br/>
        <w:t>vt 0.403700 0.139300</w:t>
        <w:br/>
        <w:t>vt 0.389100 0.132800</w:t>
        <w:br/>
        <w:t>vt 0.364100 0.118300</w:t>
        <w:br/>
        <w:t>vt 0.362200 0.120600</w:t>
        <w:br/>
        <w:t>vt 0.353800 0.109600</w:t>
        <w:br/>
        <w:t>vt 0.482400 0.143200</w:t>
        <w:br/>
        <w:t>vt 0.482300 0.148200</w:t>
        <w:br/>
        <w:t>vt 0.473200 0.148800</w:t>
        <w:br/>
        <w:t>vt 0.486900 0.146200</w:t>
        <w:br/>
        <w:t>vt 0.166200 0.045500</w:t>
        <w:br/>
        <w:t>vt 0.179900 0.041800</w:t>
        <w:br/>
        <w:t>vt 0.180200 0.042500</w:t>
        <w:br/>
        <w:t>vt 0.192400 0.038400</w:t>
        <w:br/>
        <w:t>vt 0.195900 0.387200</w:t>
        <w:br/>
        <w:t>vt 0.182300 0.434000</w:t>
        <w:br/>
        <w:t>vt 0.182900 0.429100</w:t>
        <w:br/>
        <w:t>vt 0.181500 0.439700</w:t>
        <w:br/>
        <w:t>vt 0.182400 0.438400</w:t>
        <w:br/>
        <w:t>vt 0.194500 0.391200</w:t>
        <w:br/>
        <w:t>vt 0.187900 0.410200</w:t>
        <w:br/>
        <w:t>vt 0.189900 0.404600</w:t>
        <w:br/>
        <w:t>vt 0.186300 0.415100</w:t>
        <w:br/>
        <w:t>vt 0.101000 0.403700</w:t>
        <w:br/>
        <w:t>vt 0.100300 0.405400</w:t>
        <w:br/>
        <w:t>vt 0.188200 0.440600</w:t>
        <w:br/>
        <w:t>vt 0.182400 0.438400</w:t>
        <w:br/>
        <w:t>vt 0.108500 0.397400</w:t>
        <w:br/>
        <w:t>vt 0.112900 0.391400</w:t>
        <w:br/>
        <w:t>vt 0.118300 0.381800</w:t>
        <w:br/>
        <w:t>vt 0.122800 0.373500</w:t>
        <w:br/>
        <w:t>vt 0.127300 0.363400</w:t>
        <w:br/>
        <w:t>vt 0.129000 0.359100</w:t>
        <w:br/>
        <w:t>vt 0.418900 0.238900</w:t>
        <w:br/>
        <w:t>vt 0.321900 0.307000</w:t>
        <w:br/>
        <w:t>vt 0.617700 0.081000</w:t>
        <w:br/>
        <w:t>vt 0.611100 0.083500</w:t>
        <w:br/>
        <w:t>vt 0.621200 0.095800</w:t>
        <w:br/>
        <w:t>vt 0.626300 0.091900</w:t>
        <w:br/>
        <w:t>vt 0.618700 0.067600</w:t>
        <w:br/>
        <w:t>vt 0.616400 0.068400</w:t>
        <w:br/>
        <w:t>vt 0.617600 0.072700</w:t>
        <w:br/>
        <w:t>vt 0.622000 0.071500</w:t>
        <w:br/>
        <w:t>vt 0.641300 0.073000</w:t>
        <w:br/>
        <w:t>vt 0.639800 0.068300</w:t>
        <w:br/>
        <w:t>vt 0.636600 0.068900</w:t>
        <w:br/>
        <w:t>vt 0.638200 0.073200</w:t>
        <w:br/>
        <w:t>vt 0.627960 0.194277</w:t>
        <w:br/>
        <w:t>vt 0.650514 0.093271</w:t>
        <w:br/>
        <w:t>vt 0.641200 0.096600</w:t>
        <w:br/>
        <w:t>vt 0.635000 0.086500</w:t>
        <w:br/>
        <w:t>vt 0.633900 0.101500</w:t>
        <w:br/>
        <w:t>vt 0.641200 0.096600</w:t>
        <w:br/>
        <w:t>vt 0.668500 0.100720</w:t>
        <w:br/>
        <w:t>vt 0.660800 0.091600</w:t>
        <w:br/>
        <w:t>vt 0.623700 0.320100</w:t>
        <w:br/>
        <w:t>vt 0.619300 0.326200</w:t>
        <w:br/>
        <w:t>vt 0.621600 0.327600</w:t>
        <w:br/>
        <w:t>vt 0.625200 0.320600</w:t>
        <w:br/>
        <w:t>vt 0.629600 0.322300</w:t>
        <w:br/>
        <w:t>vt 0.626500 0.320800</w:t>
        <w:br/>
        <w:t>vt 0.623100 0.328300</w:t>
        <w:br/>
        <w:t>vt 0.626900 0.330100</w:t>
        <w:br/>
        <w:t>vt 0.628600 0.330400</w:t>
        <w:br/>
        <w:t>vt 0.630800 0.322600</w:t>
        <w:br/>
        <w:t>vt 0.630200 0.330800</w:t>
        <w:br/>
        <w:t>vt 0.631300 0.331100</w:t>
        <w:br/>
        <w:t>vt 0.632800 0.323400</w:t>
        <w:br/>
        <w:t>vt 0.632800 0.331800</w:t>
        <w:br/>
        <w:t>vt 0.635700 0.332800</w:t>
        <w:br/>
        <w:t>vt 0.637400 0.324800</w:t>
        <w:br/>
        <w:t>vt 0.635300 0.324000</w:t>
        <w:br/>
        <w:t>vt 0.619400 0.316200</w:t>
        <w:br/>
        <w:t>vt 0.617400 0.314800</w:t>
        <w:br/>
        <w:t>vt 0.609000 0.323400</w:t>
        <w:br/>
        <w:t>vt 0.611100 0.325100</w:t>
        <w:br/>
        <w:t>vt 0.603200 0.330100</w:t>
        <w:br/>
        <w:t>vt 0.600700 0.332800</w:t>
        <w:br/>
        <w:t>vt 0.604900 0.332500</w:t>
        <w:br/>
        <w:t>vt 0.607600 0.329200</w:t>
        <w:br/>
        <w:t>vt 0.599600 0.329600</w:t>
        <w:br/>
        <w:t>vt 0.597900 0.331600</w:t>
        <w:br/>
        <w:t>vt 0.613000 0.327400</w:t>
        <w:br/>
        <w:t>vt 0.613200 0.309900</w:t>
        <w:br/>
        <w:t>vt 0.609400 0.305500</w:t>
        <w:br/>
        <w:t>vt 0.601200 0.314900</w:t>
        <w:br/>
        <w:t>vt 0.603200 0.317700</w:t>
        <w:br/>
        <w:t>vt 0.623300 0.301400</w:t>
        <w:br/>
        <w:t>vt 0.619700 0.296900</w:t>
        <w:br/>
        <w:t>vt 0.605500 0.301800</w:t>
        <w:br/>
        <w:t>vt 0.615700 0.293000</w:t>
        <w:br/>
        <w:t>vt 0.632200 0.291600</w:t>
        <w:br/>
        <w:t>vt 0.635800 0.295300</w:t>
        <w:br/>
        <w:t>vt 0.672100 0.331200</w:t>
        <w:br/>
        <w:t>vt 0.674900 0.329500</w:t>
        <w:br/>
        <w:t>vt 0.672300 0.315400</w:t>
        <w:br/>
        <w:t>vt 0.624800 0.283200</w:t>
        <w:br/>
        <w:t>vt 0.620900 0.278500</w:t>
        <w:br/>
        <w:t>vt 0.610000 0.287000</w:t>
        <w:br/>
        <w:t>vt 0.617600 0.276000</w:t>
        <w:br/>
        <w:t>vt 0.620900 0.278500</w:t>
        <w:br/>
        <w:t>vt 0.617600 0.276000</w:t>
        <w:br/>
        <w:t>vt 0.606100 0.282700</w:t>
        <w:br/>
        <w:t>vt 0.613800 0.273100</w:t>
        <w:br/>
        <w:t>vt 0.587800 0.300200</w:t>
        <w:br/>
        <w:t>vt 0.597800 0.294300</w:t>
        <w:br/>
        <w:t>vt 0.594200 0.291200</w:t>
        <w:br/>
        <w:t>vt 0.584700 0.296800</w:t>
        <w:br/>
        <w:t>vt 0.575200 0.307000</w:t>
        <w:br/>
        <w:t>vt 0.572400 0.303300</w:t>
        <w:br/>
        <w:t>vt 0.586200 0.317600</w:t>
        <w:br/>
        <w:t>vt 0.596900 0.309700</w:t>
        <w:br/>
        <w:t>vt 0.595500 0.308200</w:t>
        <w:br/>
        <w:t>vt 0.584400 0.316300</w:t>
        <w:br/>
        <w:t>vt 0.600800 0.297100</w:t>
        <w:br/>
        <w:t>vt 0.603500 0.299800</w:t>
        <w:br/>
        <w:t>vt 0.591900 0.102300</w:t>
        <w:br/>
        <w:t>vt 0.583800 0.093300</w:t>
        <w:br/>
        <w:t>vt 0.582700 0.094000</w:t>
        <w:br/>
        <w:t>vt 0.580500 0.095800</w:t>
        <w:br/>
        <w:t>vt 0.589300 0.103700</w:t>
        <w:br/>
        <w:t>vt 0.578300 0.098500</w:t>
        <w:br/>
        <w:t>vt 0.587000 0.105700</w:t>
        <w:br/>
        <w:t>vt 0.602425 0.110213</w:t>
        <w:br/>
        <w:t>vt 0.584300 0.108100</w:t>
        <w:br/>
        <w:t>vt 0.584300 0.108100</w:t>
        <w:br/>
        <w:t>vt 0.574800 0.101400</w:t>
        <w:br/>
        <w:t>vt 0.571800 0.105800</w:t>
        <w:br/>
        <w:t>vt 0.581300 0.111500</w:t>
        <w:br/>
        <w:t>vt 0.592800 0.118500</w:t>
        <w:br/>
        <w:t>vt 0.602425 0.110213</w:t>
        <w:br/>
        <w:t>vt 0.573300 0.089000</w:t>
        <w:br/>
        <w:t>vt 0.569800 0.091100</w:t>
        <w:br/>
        <w:t>vt 0.576100 0.088000</w:t>
        <w:br/>
        <w:t>vt 0.594300 0.100700</w:t>
        <w:br/>
        <w:t>vt 0.595700 0.100000</w:t>
        <w:br/>
        <w:t>vt 0.585100 0.092400</w:t>
        <w:br/>
        <w:t>vt 0.578100 0.086100</w:t>
        <w:br/>
        <w:t>vt 0.577100 0.087000</w:t>
        <w:br/>
        <w:t>vt 0.572700 0.084900</w:t>
        <w:br/>
        <w:t>vt 0.575200 0.084800</w:t>
        <w:br/>
        <w:t>vt 0.574500 0.083800</w:t>
        <w:br/>
        <w:t>vt 0.586800 0.090700</w:t>
        <w:br/>
        <w:t>vt 0.598500 0.097000</w:t>
        <w:br/>
        <w:t>vt 0.601100 0.094700</w:t>
        <w:br/>
        <w:t>vt 0.589900 0.086200</w:t>
        <w:br/>
        <w:t>vt 0.589100 0.087400</w:t>
        <w:br/>
        <w:t>vt 0.602425 0.110213</w:t>
        <w:br/>
        <w:t>vt 0.601400 0.079200</w:t>
        <w:br/>
        <w:t>vt 0.598200 0.081500</w:t>
        <w:br/>
        <w:t>vt 0.606700 0.089400</w:t>
        <w:br/>
        <w:t>vt 0.609100 0.087900</w:t>
        <w:br/>
        <w:t>vt 0.618100 0.098100</w:t>
        <w:br/>
        <w:t>vt 0.652000 0.181800</w:t>
        <w:br/>
        <w:t>vt 0.653100 0.178300</w:t>
        <w:br/>
        <w:t>vt 0.651700 0.177700</w:t>
        <w:br/>
        <w:t>vt 0.650500 0.181300</w:t>
        <w:br/>
        <w:t>vt 0.540500 0.147200</w:t>
        <w:br/>
        <w:t>vt 0.552400 0.150800</w:t>
        <w:br/>
        <w:t>vt 0.542600 0.144100</w:t>
        <w:br/>
        <w:t>vt 0.536000 0.152800</w:t>
        <w:br/>
        <w:t>vt 0.534100 0.156200</w:t>
        <w:br/>
        <w:t>vt 0.547700 0.158100</w:t>
        <w:br/>
        <w:t>vt 0.549900 0.154400</w:t>
        <w:br/>
        <w:t>vt 0.558600 0.155300</w:t>
        <w:br/>
        <w:t>vt 0.556200 0.159700</w:t>
        <w:br/>
        <w:t>vt 0.566500 0.161900</w:t>
        <w:br/>
        <w:t>vt 0.567700 0.157700</w:t>
        <w:br/>
        <w:t>vt 0.568500 0.149200</w:t>
        <w:br/>
        <w:t>vt 0.561700 0.153300</w:t>
        <w:br/>
        <w:t>vt 0.567900 0.154900</w:t>
        <w:br/>
        <w:t>vt 0.578700 0.163700</w:t>
        <w:br/>
        <w:t>vt 0.579800 0.159600</w:t>
        <w:br/>
        <w:t>vt 0.580700 0.153100</w:t>
        <w:br/>
        <w:t>vt 0.583600 0.145700</w:t>
        <w:br/>
        <w:t>vt 0.571400 0.142100</w:t>
        <w:br/>
        <w:t>vt 0.580000 0.158200</w:t>
        <w:br/>
        <w:t>vt 0.586500 0.137900</w:t>
        <w:br/>
        <w:t>vt 0.574500 0.133400</w:t>
        <w:br/>
        <w:t>vt 0.547900 0.134400</w:t>
        <w:br/>
        <w:t>vt 0.537800 0.126800</w:t>
        <w:br/>
        <w:t>vt 0.534800 0.129800</w:t>
        <w:br/>
        <w:t>vt 0.546700 0.110100</w:t>
        <w:br/>
        <w:t>vt 0.550200 0.109900</w:t>
        <w:br/>
        <w:t>vt 0.546800 0.107900</w:t>
        <w:br/>
        <w:t>vt 0.539600 0.117800</w:t>
        <w:br/>
        <w:t>vt 0.546700 0.118000</w:t>
        <w:br/>
        <w:t>vt 0.542100 0.115400</w:t>
        <w:br/>
        <w:t>vt 0.557100 0.114000</w:t>
        <w:br/>
        <w:t>vt 0.551200 0.113300</w:t>
        <w:br/>
        <w:t>vt 0.554800 0.119800</w:t>
        <w:br/>
        <w:t>vt 0.564900 0.125400</w:t>
        <w:br/>
        <w:t>vt 0.567100 0.119800</w:t>
        <w:br/>
        <w:t>vt 0.558500 0.109400</w:t>
        <w:br/>
        <w:t>vt 0.578700 0.117000</w:t>
        <w:br/>
        <w:t>vt 0.569300 0.111800</w:t>
        <w:br/>
        <w:t>vt 0.577100 0.124900</w:t>
        <w:br/>
        <w:t>vt 0.559600 0.106300</w:t>
        <w:br/>
        <w:t>vt 0.556900 0.108200</w:t>
        <w:br/>
        <w:t>vt 0.549500 0.190300</w:t>
        <w:br/>
        <w:t>vt 0.548200 0.201300</w:t>
        <w:br/>
        <w:t>vt 0.560900 0.200600</w:t>
        <w:br/>
        <w:t>vt 0.561300 0.190000</w:t>
        <w:br/>
        <w:t>vt 0.562100 0.180900</w:t>
        <w:br/>
        <w:t>vt 0.551400 0.180000</w:t>
        <w:br/>
        <w:t>vt 0.587200 0.188900</w:t>
        <w:br/>
        <w:t>vt 0.587900 0.181200</w:t>
        <w:br/>
        <w:t>vt 0.586900 0.199100</w:t>
        <w:br/>
        <w:t>vt 0.528000 0.167500</w:t>
        <w:br/>
        <w:t>vt 0.526100 0.173800</w:t>
        <w:br/>
        <w:t>vt 0.540600 0.174200</w:t>
        <w:br/>
        <w:t>vt 0.543200 0.168000</w:t>
        <w:br/>
        <w:t>vt 0.510200 0.177400</w:t>
        <w:br/>
        <w:t>vt 0.511400 0.173500</w:t>
        <w:br/>
        <w:t>vt 0.492600 0.173900</w:t>
        <w:br/>
        <w:t>vt 0.491600 0.178300</w:t>
        <w:br/>
        <w:t>vt 0.538900 0.179800</w:t>
        <w:br/>
        <w:t>vt 0.524200 0.180400</w:t>
        <w:br/>
        <w:t>vt 0.552400 0.175900</w:t>
        <w:br/>
        <w:t>vt 0.494000 0.171300</w:t>
        <w:br/>
        <w:t>vt 0.553900 0.164000</w:t>
        <w:br/>
        <w:t>vt 0.552500 0.170600</w:t>
        <w:br/>
        <w:t>vt 0.563800 0.171100</w:t>
        <w:br/>
        <w:t>vt 0.565500 0.165100</w:t>
        <w:br/>
        <w:t>vt 0.576300 0.171700</w:t>
        <w:br/>
        <w:t>vt 0.577900 0.166800</w:t>
        <w:br/>
        <w:t>vt 0.545500 0.161900</w:t>
        <w:br/>
        <w:t>vt 0.512100 0.169800</w:t>
        <w:br/>
        <w:t>vt 0.512900 0.166100</w:t>
        <w:br/>
        <w:t>vt 0.495200 0.163800</w:t>
        <w:br/>
        <w:t>vt 0.494400 0.168700</w:t>
        <w:br/>
        <w:t>vt 0.470200 0.172600</w:t>
        <w:br/>
        <w:t>vt 0.469600 0.174200</w:t>
        <w:br/>
        <w:t>vt 0.477500 0.174300</w:t>
        <w:br/>
        <w:t>vt 0.479200 0.172400</w:t>
        <w:br/>
        <w:t>vt 0.480500 0.162800</w:t>
        <w:br/>
        <w:t>vt 0.480300 0.166100</w:t>
        <w:br/>
        <w:t>vt 0.520900 0.191800</w:t>
        <w:br/>
        <w:t>vt 0.518300 0.204200</w:t>
        <w:br/>
        <w:t>vt 0.534500 0.202200</w:t>
        <w:br/>
        <w:t>vt 0.536800 0.190900</w:t>
        <w:br/>
        <w:t>vt 0.549700 0.226400</w:t>
        <w:br/>
        <w:t>vt 0.547900 0.213500</w:t>
        <w:br/>
        <w:t>vt 0.534200 0.215200</w:t>
        <w:br/>
        <w:t>vt 0.535100 0.227900</w:t>
        <w:br/>
        <w:t>vt 0.500600 0.234200</w:t>
        <w:br/>
        <w:t>vt 0.501100 0.221600</w:t>
        <w:br/>
        <w:t>vt 0.481900 0.227100</w:t>
        <w:br/>
        <w:t>vt 0.480900 0.239200</w:t>
        <w:br/>
        <w:t>vt 0.561200 0.212500</w:t>
        <w:br/>
        <w:t>vt 0.562500 0.224500</w:t>
        <w:br/>
        <w:t>vt 0.501600 0.210400</w:t>
        <w:br/>
        <w:t>vt 0.466300 0.224600</w:t>
        <w:br/>
        <w:t>vt 0.465700 0.232000</w:t>
        <w:br/>
        <w:t>vt 0.482900 0.217600</w:t>
        <w:br/>
        <w:t>vt 0.501600 0.210400</w:t>
        <w:br/>
        <w:t>vt 0.482900 0.215000</w:t>
        <w:br/>
        <w:t>vt 0.482900 0.217600</w:t>
        <w:br/>
        <w:t>vt 0.467400 0.218000</w:t>
        <w:br/>
        <w:t>vt 0.466900 0.221300</w:t>
        <w:br/>
        <w:t>vt 0.482900 0.212200</w:t>
        <w:br/>
        <w:t>vt 0.453400 0.234400</w:t>
        <w:br/>
        <w:t>vt 0.452400 0.236800</w:t>
        <w:br/>
        <w:t>vt 0.457100 0.222200</w:t>
        <w:br/>
        <w:t>vt 0.457000 0.223500</w:t>
        <w:br/>
        <w:t>vt 0.499900 0.204900</w:t>
        <w:br/>
        <w:t>vt 0.483000 0.210500</w:t>
        <w:br/>
        <w:t>vt 0.484500 0.201500</w:t>
        <w:br/>
        <w:t>vt 0.486800 0.196600</w:t>
        <w:br/>
        <w:t>vt 0.471300 0.198500</w:t>
        <w:br/>
        <w:t>vt 0.470500 0.202300</w:t>
        <w:br/>
        <w:t>vt 0.505300 0.190900</w:t>
        <w:br/>
        <w:t>vt 0.500300 0.202300</w:t>
        <w:br/>
        <w:t>vt 0.490500 0.181900</w:t>
        <w:br/>
        <w:t>vt 0.489000 0.187000</w:t>
        <w:br/>
        <w:t>vt 0.506900 0.186700</w:t>
        <w:br/>
        <w:t>vt 0.509000 0.181100</w:t>
        <w:br/>
        <w:t>vt 0.466000 0.192900</w:t>
        <w:br/>
        <w:t>vt 0.465300 0.195700</w:t>
        <w:br/>
        <w:t>vt 0.471800 0.195200</w:t>
        <w:br/>
        <w:t>vt 0.472200 0.192100</w:t>
        <w:br/>
        <w:t>vt 0.464700 0.199800</w:t>
        <w:br/>
        <w:t>vt 0.464100 0.203900</w:t>
        <w:br/>
        <w:t>vt 0.487400 0.193300</w:t>
        <w:br/>
        <w:t>vt 0.487800 0.191200</w:t>
        <w:br/>
        <w:t>vt 0.472700 0.190400</w:t>
        <w:br/>
        <w:t>vt 0.638500 0.333200</w:t>
        <w:br/>
        <w:t>vt 0.640200 0.335300</w:t>
        <w:br/>
        <w:t>vt 0.641900 0.325800</w:t>
        <w:br/>
        <w:t>vt 0.640200 0.325100</w:t>
        <w:br/>
        <w:t>vt 0.544600 0.319200</w:t>
        <w:br/>
        <w:t>vt 0.539800 0.324700</w:t>
        <w:br/>
        <w:t>vt 0.549800 0.321000</w:t>
        <w:br/>
        <w:t>vt 0.536600 0.315600</w:t>
        <w:br/>
        <w:t>vt 0.538300 0.320600</w:t>
        <w:br/>
        <w:t>vt 0.542200 0.318200</w:t>
        <w:br/>
        <w:t>vt 0.559200 0.310200</w:t>
        <w:br/>
        <w:t>vt 0.515000 0.335100</w:t>
        <w:br/>
        <w:t>vt 0.523900 0.327800</w:t>
        <w:br/>
        <w:t>vt 0.520800 0.324400</w:t>
        <w:br/>
        <w:t>vt 0.510900 0.331300</w:t>
        <w:br/>
        <w:t>vt 0.563200 0.313500</w:t>
        <w:br/>
        <w:t>vt 0.520300 0.133800</w:t>
        <w:br/>
        <w:t>vt 0.519100 0.135200</w:t>
        <w:br/>
        <w:t>vt 0.529900 0.139600</w:t>
        <w:br/>
        <w:t>vt 0.532100 0.136800</w:t>
        <w:br/>
        <w:t>vt 0.514800 0.135200</w:t>
        <w:br/>
        <w:t>vt 0.514300 0.136500</w:t>
        <w:br/>
        <w:t>vt 0.517300 0.137600</w:t>
        <w:br/>
        <w:t>vt 0.518000 0.136500</w:t>
        <w:br/>
        <w:t>vt 0.507500 0.144800</w:t>
        <w:br/>
        <w:t>vt 0.503600 0.145100</w:t>
        <w:br/>
        <w:t>vt 0.508900 0.147400</w:t>
        <w:br/>
        <w:t>vt 0.510500 0.146100</w:t>
        <w:br/>
        <w:t>vt 0.644000 0.300300</w:t>
        <w:br/>
        <w:t>vt 0.647900 0.302400</w:t>
        <w:br/>
        <w:t>vt 0.653100 0.303800</w:t>
        <w:br/>
        <w:t>vt 0.637400 0.312300</w:t>
        <w:br/>
        <w:t>vt 0.640100 0.313500</w:t>
        <w:br/>
        <w:t>vt 0.644000 0.300300</w:t>
        <w:br/>
        <w:t>vt 0.640400 0.298000</w:t>
        <w:br/>
        <w:t>vt 0.653100 0.303800</w:t>
        <w:br/>
        <w:t>vt 0.657900 0.304300</w:t>
        <w:br/>
        <w:t>vt 0.661000 0.163400</w:t>
        <w:br/>
        <w:t>vt 0.662300 0.164500</w:t>
        <w:br/>
        <w:t>vt 0.665600 0.161100</w:t>
        <w:br/>
        <w:t>vt 0.664500 0.159800</w:t>
        <w:br/>
        <w:t>vt 0.670300 0.157200</w:t>
        <w:br/>
        <w:t>vt 0.669500 0.156100</w:t>
        <w:br/>
        <w:t>vt 0.667225 0.090350</w:t>
        <w:br/>
        <w:t>vt 0.666600 0.079200</w:t>
        <w:br/>
        <w:t>vt 0.662900 0.079400</w:t>
        <w:br/>
        <w:t>vt 0.651000 0.068600</w:t>
        <w:br/>
        <w:t>vt 0.648700 0.070400</w:t>
        <w:br/>
        <w:t>vt 0.654400 0.081700</w:t>
        <w:br/>
        <w:t>vt 0.678300 0.150600</w:t>
        <w:br/>
        <w:t>vt 0.673900 0.153200</w:t>
        <w:br/>
        <w:t>vt 0.674700 0.154500</w:t>
        <w:br/>
        <w:t>vt 0.679100 0.151800</w:t>
        <w:br/>
        <w:t>vt 0.684000 0.148900</w:t>
        <w:br/>
        <w:t>vt 0.683200 0.147700</w:t>
        <w:br/>
        <w:t>vt 0.670600 0.305267</w:t>
        <w:br/>
        <w:t>vt 0.662900 0.305700</w:t>
        <w:br/>
        <w:t>vt 0.624800 0.283200</w:t>
        <w:br/>
        <w:t>vt 0.628900 0.288000</w:t>
        <w:br/>
        <w:t>vt 0.673800 0.241100</w:t>
        <w:br/>
        <w:t>vt 0.669900 0.238200</w:t>
        <w:br/>
        <w:t>vt 0.668900 0.239500</w:t>
        <w:br/>
        <w:t>vt 0.672900 0.242400</w:t>
        <w:br/>
        <w:t>vt 0.667200 0.235700</w:t>
        <w:br/>
        <w:t>vt 0.666100 0.236800</w:t>
        <w:br/>
        <w:t>vt 0.566100 0.274200</w:t>
        <w:br/>
        <w:t>vt 0.568900 0.279900</w:t>
        <w:br/>
        <w:t>vt 0.580000 0.273800</w:t>
        <w:br/>
        <w:t>vt 0.578300 0.269900</w:t>
        <w:br/>
        <w:t>vt 0.591000 0.266500</w:t>
        <w:br/>
        <w:t>vt 0.571900 0.283900</w:t>
        <w:br/>
        <w:t>vt 0.582800 0.278200</w:t>
        <w:br/>
        <w:t>vt 0.594800 0.271700</w:t>
        <w:br/>
        <w:t>vt 0.595000 0.241200</w:t>
        <w:br/>
        <w:t>vt 0.582300 0.246000</w:t>
        <w:br/>
        <w:t>vt 0.586200 0.254600</w:t>
        <w:br/>
        <w:t>vt 0.598500 0.248900</w:t>
        <w:br/>
        <w:t>vt 0.573400 0.260700</w:t>
        <w:br/>
        <w:t>vt 0.569500 0.252800</w:t>
        <w:br/>
        <w:t>vt 0.590200 0.286400</w:t>
        <w:br/>
        <w:t>vt 0.580000 0.292100</w:t>
        <w:br/>
        <w:t>vt 0.567800 0.298500</w:t>
        <w:br/>
        <w:t>vt 0.603400 0.279100</w:t>
        <w:br/>
        <w:t>vt 0.587300 0.209500</w:t>
        <w:br/>
        <w:t>vt 0.588400 0.220700</w:t>
        <w:br/>
        <w:t>vt 0.551900 0.236300</w:t>
        <w:br/>
        <w:t>vt 0.564100 0.235100</w:t>
        <w:br/>
        <w:t>vt 0.590100 0.230200</w:t>
        <w:br/>
        <w:t>vt 0.590600 0.123600</w:t>
        <w:br/>
        <w:t>vt 0.588800 0.130400</w:t>
        <w:br/>
        <w:t>vt 0.581300 0.111500</w:t>
        <w:br/>
        <w:t>vt 0.569300 0.085500</w:t>
        <w:br/>
        <w:t>vt 0.566000 0.088100</w:t>
        <w:br/>
        <w:t>vt 0.649500 0.185700</w:t>
        <w:br/>
        <w:t>vt 0.651100 0.186000</w:t>
        <w:br/>
        <w:t>vt 0.649200 0.191100</w:t>
        <w:br/>
        <w:t>vt 0.650800 0.191100</w:t>
        <w:br/>
        <w:t>vt 0.518400 0.155900</w:t>
        <w:br/>
        <w:t>vt 0.516200 0.160300</w:t>
        <w:br/>
        <w:t>vt 0.530200 0.162900</w:t>
        <w:br/>
        <w:t>vt 0.531900 0.159900</w:t>
        <w:br/>
        <w:t>vt 0.574600 0.211000</w:t>
        <w:br/>
        <w:t>vt 0.574000 0.200000</w:t>
        <w:br/>
        <w:t>vt 0.638000 0.335600</w:t>
        <w:br/>
        <w:t>vt 0.635700 0.336000</w:t>
        <w:br/>
        <w:t>vt 0.628900 0.336100</w:t>
        <w:br/>
        <w:t>vt 0.629600 0.336200</w:t>
        <w:br/>
        <w:t>vt 0.505000 0.336300</w:t>
        <w:br/>
        <w:t>vt 0.510900 0.331300</w:t>
        <w:br/>
        <w:t>vt 0.507500 0.326700</w:t>
        <w:br/>
        <w:t>vt 0.500400 0.331300</w:t>
        <w:br/>
        <w:t>vt 0.520800 0.324400</w:t>
        <w:br/>
        <w:t>vt 0.517300 0.320400</w:t>
        <w:br/>
        <w:t>vt 0.510800 0.315300</w:t>
        <w:br/>
        <w:t>vt 0.499300 0.317400</w:t>
        <w:br/>
        <w:t>vt 0.502400 0.320900</w:t>
        <w:br/>
        <w:t>vt 0.494100 0.325200</w:t>
        <w:br/>
        <w:t>vt 0.489600 0.320700</w:t>
        <w:br/>
        <w:t>vt 0.481900 0.313000</w:t>
        <w:br/>
        <w:t>vt 0.475400 0.320200</w:t>
        <w:br/>
        <w:t>vt 0.484800 0.329600</w:t>
        <w:br/>
        <w:t>vt 0.479800 0.324300</w:t>
        <w:br/>
        <w:t>vt 0.493300 0.335900</w:t>
        <w:br/>
        <w:t>vt 0.506600 0.305900</w:t>
        <w:br/>
        <w:t>vt 0.494600 0.309900</w:t>
        <w:br/>
        <w:t>vt 0.533400 0.311800</w:t>
        <w:br/>
        <w:t>vt 0.528600 0.306800</w:t>
        <w:br/>
        <w:t>vt 0.500000 0.341100</w:t>
        <w:br/>
        <w:t>vt 0.505800 0.342200</w:t>
        <w:br/>
        <w:t>vt 0.510000 0.339600</w:t>
        <w:br/>
        <w:t>vt 0.537100 0.121100</w:t>
        <w:br/>
        <w:t>vt 0.531400 0.122700</w:t>
        <w:br/>
        <w:t>vt 0.541200 0.123600</w:t>
        <w:br/>
        <w:t>vt 0.482800 0.158500</w:t>
        <w:br/>
        <w:t>vt 0.481600 0.160800</w:t>
        <w:br/>
        <w:t>vt 0.553800 0.305800</w:t>
        <w:br/>
        <w:t>vt 0.661700 0.228100</w:t>
        <w:br/>
        <w:t>vt 0.660500 0.229000</w:t>
        <w:br/>
        <w:t>vt 0.663000 0.233100</w:t>
        <w:br/>
        <w:t>vt 0.664300 0.232000</w:t>
        <w:br/>
        <w:t>vt 0.651900 0.209800</w:t>
        <w:br/>
        <w:t>vt 0.653400 0.214200</w:t>
        <w:br/>
        <w:t>vt 0.655100 0.213500</w:t>
        <w:br/>
        <w:t>vt 0.654000 0.209500</w:t>
        <w:br/>
        <w:t>vt 0.652400 0.202900</w:t>
        <w:br/>
        <w:t>vt 0.650500 0.203100</w:t>
        <w:br/>
        <w:t>vt 0.659000 0.165700</w:t>
        <w:br/>
        <w:t>vt 0.655400 0.170800</w:t>
        <w:br/>
        <w:t>vt 0.656800 0.171200</w:t>
        <w:br/>
        <w:t>vt 0.660600 0.166400</w:t>
        <w:br/>
        <w:t>vt 0.625900 0.107100</w:t>
        <w:br/>
        <w:t>vt 0.566000 0.094700</w:t>
        <w:br/>
        <w:t>vt 0.562800 0.100200</w:t>
        <w:br/>
        <w:t>vt 0.564400 0.097300</w:t>
        <w:br/>
        <w:t>vt 0.558200 0.098500</w:t>
        <w:br/>
        <w:t>vt 0.561200 0.103100</w:t>
        <w:br/>
        <w:t>vt 0.560600 0.094000</w:t>
        <w:br/>
        <w:t>vt 0.471900 0.167700</w:t>
        <w:br/>
        <w:t>vt 0.471100 0.170500</w:t>
        <w:br/>
        <w:t>vt 0.479500 0.170900</w:t>
        <w:br/>
        <w:t>vt 0.479900 0.168900</w:t>
        <w:br/>
        <w:t>vt 0.649600 0.197200</w:t>
        <w:br/>
        <w:t>vt 0.651400 0.197000</w:t>
        <w:br/>
        <w:t>vt 0.534800 0.284600</w:t>
        <w:br/>
        <w:t>vt 0.517700 0.292100</w:t>
        <w:br/>
        <w:t>vt 0.523300 0.299100</w:t>
        <w:br/>
        <w:t>vt 0.539500 0.292100</w:t>
        <w:br/>
        <w:t>vt 0.556200 0.284900</w:t>
        <w:br/>
        <w:t>vt 0.551800 0.279200</w:t>
        <w:br/>
        <w:t>vt 0.544900 0.298700</w:t>
        <w:br/>
        <w:t>vt 0.560700 0.290300</w:t>
        <w:br/>
        <w:t>vt 0.564400 0.295600</w:t>
        <w:br/>
        <w:t>vt 0.575600 0.288900</w:t>
        <w:br/>
        <w:t>vt 0.549900 0.303400</w:t>
        <w:br/>
        <w:t>vt 0.677300 0.328500</w:t>
        <w:br/>
        <w:t>vt 0.592100 0.162300</w:t>
        <w:br/>
        <w:t>vt 0.591500 0.165300</w:t>
        <w:br/>
        <w:t>vt 0.463100 0.214700</w:t>
        <w:br/>
        <w:t>vt 0.468700 0.212500</w:t>
        <w:br/>
        <w:t>vt 0.463300 0.213000</w:t>
        <w:br/>
        <w:t>vt 0.659800 0.224500</w:t>
        <w:br/>
        <w:t>vt 0.658400 0.225300</w:t>
        <w:br/>
        <w:t>vt 0.657200 0.219500</w:t>
        <w:br/>
        <w:t>vt 0.655600 0.220300</w:t>
        <w:br/>
        <w:t>vt 0.546000 0.266100</w:t>
        <w:br/>
        <w:t>vt 0.547800 0.272700</w:t>
        <w:br/>
        <w:t>vt 0.561700 0.266200</w:t>
        <w:br/>
        <w:t>vt 0.558400 0.258900</w:t>
        <w:br/>
        <w:t>vt 0.528600 0.276300</w:t>
        <w:br/>
        <w:t>vt 0.513000 0.285600</w:t>
        <w:br/>
        <w:t>vt 0.469200 0.178900</w:t>
        <w:br/>
        <w:t>vt 0.469200 0.177000</w:t>
        <w:br/>
        <w:t>vt 0.465600 0.177400</w:t>
        <w:br/>
        <w:t>vt 0.465000 0.179000</w:t>
        <w:br/>
        <w:t>vt 0.474200 0.185400</w:t>
        <w:br/>
        <w:t>vt 0.475000 0.183200</w:t>
        <w:br/>
        <w:t>vt 0.468900 0.183600</w:t>
        <w:br/>
        <w:t>vt 0.468200 0.185100</w:t>
        <w:br/>
        <w:t>vt 0.501200 0.246100</w:t>
        <w:br/>
        <w:t>vt 0.479800 0.250500</w:t>
        <w:br/>
        <w:t>vt 0.463100 0.244400</w:t>
        <w:br/>
        <w:t>vt 0.451700 0.239600</w:t>
        <w:br/>
        <w:t>vt 0.471000 0.250900</w:t>
        <w:br/>
        <w:t>vt 0.461200 0.254300</w:t>
        <w:br/>
        <w:t>vt 0.449300 0.249600</w:t>
        <w:br/>
        <w:t>vt 0.449000 0.258300</w:t>
        <w:br/>
        <w:t>vt 0.457500 0.219500</w:t>
        <w:br/>
        <w:t>vt 0.468000 0.215600</w:t>
        <w:br/>
        <w:t>vt 0.463100 0.214700</w:t>
        <w:br/>
        <w:t>vt 0.457900 0.216800</w:t>
        <w:br/>
        <w:t>vt 0.476100 0.179800</w:t>
        <w:br/>
        <w:t>vt 0.468700 0.212500</w:t>
        <w:br/>
        <w:t>vt 0.483300 0.208100</w:t>
        <w:br/>
        <w:t>vt 0.490100 0.303400</w:t>
        <w:br/>
        <w:t>vt 0.501600 0.298900</w:t>
        <w:br/>
        <w:t>vt 0.499100 0.293700</w:t>
        <w:br/>
        <w:t>vt 0.488500 0.298900</w:t>
        <w:br/>
        <w:t>vt 0.473200 0.304400</w:t>
        <w:br/>
        <w:t>vt 0.476600 0.307700</w:t>
        <w:br/>
        <w:t>vt 0.463500 0.307000</w:t>
        <w:br/>
        <w:t>vt 0.458200 0.308600</w:t>
        <w:br/>
        <w:t>vt 0.460500 0.310900</w:t>
        <w:br/>
        <w:t>vt 0.464800 0.310600</w:t>
        <w:br/>
        <w:t>vt 0.467300 0.312500</w:t>
        <w:br/>
        <w:t>vt 0.479100 0.310200</w:t>
        <w:br/>
        <w:t>vt 0.678000 0.245300</w:t>
        <w:br/>
        <w:t>vt 0.679900 0.244400</w:t>
        <w:br/>
        <w:t>vt 0.689000 0.145900</w:t>
        <w:br/>
        <w:t>vt 0.688900 0.143900</w:t>
        <w:br/>
        <w:t>vt 0.612900 0.066000</w:t>
        <w:br/>
        <w:t>vt 0.611100 0.068600</w:t>
        <w:br/>
        <w:t>vt 0.611900 0.070200</w:t>
        <w:br/>
        <w:t>vt 0.615100 0.068800</w:t>
        <w:br/>
        <w:t>vt 0.626500 0.063500</w:t>
        <w:br/>
        <w:t>vt 0.630000 0.067900</w:t>
        <w:br/>
        <w:t>vt 0.628500 0.063200</w:t>
        <w:br/>
        <w:t>vt 0.630000 0.067900</w:t>
        <w:br/>
        <w:t>vt 0.630800 0.063300</w:t>
        <w:br/>
        <w:t>vt 0.628500 0.063200</w:t>
        <w:br/>
        <w:t>vt 0.641200 0.067800</w:t>
        <w:br/>
        <w:t>vt 0.640400 0.064900</w:t>
        <w:br/>
        <w:t>vt 0.639100 0.065300</w:t>
        <w:br/>
        <w:t>vt 0.664600 0.333600</w:t>
        <w:br/>
        <w:t>vt 0.665700 0.330100</w:t>
        <w:br/>
        <w:t>vt 0.662900 0.330200</w:t>
        <w:br/>
        <w:t>vt 0.659100 0.337400</w:t>
        <w:br/>
        <w:t>vt 0.659300 0.330200</w:t>
        <w:br/>
        <w:t>vt 0.657200 0.330100</w:t>
        <w:br/>
        <w:t>vt 0.656900 0.337500</w:t>
        <w:br/>
        <w:t>vt 0.668400 0.316400</w:t>
        <w:br/>
        <w:t>vt 0.664300 0.316500</w:t>
        <w:br/>
        <w:t>vt 0.668500 0.330600</w:t>
        <w:br/>
        <w:t>vt 0.656200 0.329900</w:t>
        <w:br/>
        <w:t>vt 0.655500 0.337200</w:t>
        <w:br/>
        <w:t>vt 0.582000 0.314300</w:t>
        <w:br/>
        <w:t>vt 0.593900 0.306600</w:t>
        <w:br/>
        <w:t>vt 0.590300 0.302900</w:t>
        <w:br/>
        <w:t>vt 0.577900 0.310600</w:t>
        <w:br/>
        <w:t>vt 0.552200 0.107800</w:t>
        <w:br/>
        <w:t>vt 0.548100 0.105600</w:t>
        <w:br/>
        <w:t>vt 0.466200 0.173100</w:t>
        <w:br/>
        <w:t>vt 0.466000 0.174400</w:t>
        <w:br/>
        <w:t>vt 0.526200 0.330300</w:t>
        <w:br/>
        <w:t>vt 0.521700 0.334000</w:t>
        <w:br/>
        <w:t>vt 0.540400 0.326200</w:t>
        <w:br/>
        <w:t>vt 0.507700 0.343500</w:t>
        <w:br/>
        <w:t>vt 0.505800 0.344600</w:t>
        <w:br/>
        <w:t>vt 0.621200 0.317700</w:t>
        <w:br/>
        <w:t>vt 0.616000 0.324100</w:t>
        <w:br/>
        <w:t>vt 0.468300 0.162300</w:t>
        <w:br/>
        <w:t>vt 0.472700 0.163900</w:t>
        <w:br/>
        <w:t>vt 0.473200 0.161400</w:t>
        <w:br/>
        <w:t>vt 0.472400 0.156600</w:t>
        <w:br/>
        <w:t>vt 0.469300 0.157400</w:t>
        <w:br/>
        <w:t>vt 0.474700 0.159000</w:t>
        <w:br/>
        <w:t>vt 0.476400 0.156600</w:t>
        <w:br/>
        <w:t>vt 0.501300 0.145700</w:t>
        <w:br/>
        <w:t>vt 0.507200 0.148600</w:t>
        <w:br/>
        <w:t>vt 0.650500 0.082300</w:t>
        <w:br/>
        <w:t>vt 0.633900 0.336300</w:t>
        <w:br/>
        <w:t>vt 0.494400 0.344800</w:t>
        <w:br/>
        <w:t>vt 0.495900 0.346000</w:t>
        <w:br/>
        <w:t>vt 0.490300 0.338700</w:t>
        <w:br/>
        <w:t>vt 0.500200 0.345000</w:t>
        <w:br/>
        <w:t>vt 0.497700 0.345800</w:t>
        <w:br/>
        <w:t>vt 0.451000 0.223600</w:t>
        <w:br/>
        <w:t>vt 0.451500 0.225300</w:t>
        <w:br/>
        <w:t>vt 0.623900 0.334100</w:t>
        <w:br/>
        <w:t>vt 0.625600 0.335100</w:t>
        <w:br/>
        <w:t>vt 0.621500 0.332600</w:t>
        <w:br/>
        <w:t>vt 0.482000 0.334700</w:t>
        <w:br/>
        <w:t>vt 0.485300 0.335800</w:t>
        <w:br/>
        <w:t>vt 0.481800 0.331400</w:t>
        <w:br/>
        <w:t>vt 0.478100 0.327900</w:t>
        <w:br/>
        <w:t>vt 0.475700 0.325000</w:t>
        <w:br/>
        <w:t>vt 0.473100 0.322500</w:t>
        <w:br/>
        <w:t>vt 0.444800 0.245500</w:t>
        <w:br/>
        <w:t>vt 0.445100 0.249800</w:t>
        <w:br/>
        <w:t>vt 0.449600 0.235700</w:t>
        <w:br/>
        <w:t>vt 0.446300 0.239500</w:t>
        <w:br/>
        <w:t>vt 0.463800 0.181900</w:t>
        <w:br/>
        <w:t>vt 0.464500 0.180400</w:t>
        <w:br/>
        <w:t>vt 0.460500 0.180600</w:t>
        <w:br/>
        <w:t>vt 0.459000 0.182100</w:t>
        <w:br/>
        <w:t>vt 0.466100 0.175200</w:t>
        <w:br/>
        <w:t>vt 0.469300 0.175100</w:t>
        <w:br/>
        <w:t>vt 0.442200 0.254800</w:t>
        <w:br/>
        <w:t>vt 0.444600 0.259500</w:t>
        <w:br/>
        <w:t>vt 0.472300 0.317600</w:t>
        <w:br/>
        <w:t>vt 0.468100 0.318200</w:t>
        <w:br/>
        <w:t>vt 0.470000 0.319700</w:t>
        <w:br/>
        <w:t>vt 0.472000 0.321600</w:t>
        <w:br/>
        <w:t>vt 0.462700 0.312900</w:t>
        <w:br/>
        <w:t>vt 0.622300 0.062600</w:t>
        <w:br/>
        <w:t>vt 0.623700 0.065300</w:t>
        <w:br/>
        <w:t>vt 0.623900 0.061800</w:t>
        <w:br/>
        <w:t>vt 0.619200 0.065000</w:t>
        <w:br/>
        <w:t>vt 0.620100 0.066900</w:t>
        <w:br/>
        <w:t>vt 0.606200 0.067400</w:t>
        <w:br/>
        <w:t>vt 0.604100 0.068700</w:t>
        <w:br/>
        <w:t>vt 0.606200 0.072100</w:t>
        <w:br/>
        <w:t>vt 0.608300 0.071100</w:t>
        <w:br/>
        <w:t>vt 0.602400 0.071300</w:t>
        <w:br/>
        <w:t>vt 0.599400 0.070800</w:t>
        <w:br/>
        <w:t>vt 0.601400 0.073600</w:t>
        <w:br/>
        <w:t>vt 0.603100 0.072900</w:t>
        <w:br/>
        <w:t>vt 0.599400 0.074300</w:t>
        <w:br/>
        <w:t>vt 0.597100 0.071600</w:t>
        <w:br/>
        <w:t>vt 0.595100 0.076800</w:t>
        <w:br/>
        <w:t>vt 0.593300 0.077900</w:t>
        <w:br/>
        <w:t>vt 0.596500 0.082300</w:t>
        <w:br/>
        <w:t>vt 0.590600 0.085100</w:t>
        <w:br/>
        <w:t>vt 0.592300 0.084200</w:t>
        <w:br/>
        <w:t>vt 0.588500 0.080300</w:t>
        <w:br/>
        <w:t>vt 0.586300 0.080700</w:t>
        <w:br/>
        <w:t>vt 0.582600 0.078500</w:t>
        <w:br/>
        <w:t>vt 0.581500 0.079700</w:t>
        <w:br/>
        <w:t>vt 0.583600 0.081900</w:t>
        <w:br/>
        <w:t>vt 0.585000 0.081600</w:t>
        <w:br/>
        <w:t>vt 0.581800 0.082200</w:t>
        <w:br/>
        <w:t>vt 0.588400 0.088500</w:t>
        <w:br/>
        <w:t>vt 0.579100 0.083200</w:t>
        <w:br/>
        <w:t>vt 0.576800 0.084300</w:t>
        <w:br/>
        <w:t>vt 0.570600 0.082900</w:t>
        <w:br/>
        <w:t>vt 0.568100 0.083200</w:t>
        <w:br/>
        <w:t>vt 0.566900 0.084200</w:t>
        <w:br/>
        <w:t>vt 0.565000 0.087100</w:t>
        <w:br/>
        <w:t>vt 0.564700 0.089500</w:t>
        <w:br/>
        <w:t>vt 0.562200 0.087400</w:t>
        <w:br/>
        <w:t>vt 0.559500 0.090000</w:t>
        <w:br/>
        <w:t>vt 0.562100 0.092200</w:t>
        <w:br/>
        <w:t>vt 0.560500 0.088300</w:t>
        <w:br/>
        <w:t>vt 0.559200 0.092800</w:t>
        <w:br/>
        <w:t>vt 0.555000 0.096200</w:t>
        <w:br/>
        <w:t>vt 0.559100 0.096500</w:t>
        <w:br/>
        <w:t>vt 0.556700 0.094100</w:t>
        <w:br/>
        <w:t>vt 0.554000 0.102800</w:t>
        <w:br/>
        <w:t>vt 0.550600 0.104000</w:t>
        <w:br/>
        <w:t>vt 0.554000 0.106000</w:t>
        <w:br/>
        <w:t>vt 0.556000 0.103800</w:t>
        <w:br/>
        <w:t>vt 0.541900 0.111400</w:t>
        <w:br/>
        <w:t>vt 0.541100 0.113100</w:t>
        <w:br/>
        <w:t>vt 0.543300 0.114300</w:t>
        <w:br/>
        <w:t>vt 0.545200 0.112700</w:t>
        <w:br/>
        <w:t>vt 0.533300 0.133800</w:t>
        <w:br/>
        <w:t>vt 0.526500 0.125800</w:t>
        <w:br/>
        <w:t>vt 0.523500 0.128500</w:t>
        <w:br/>
        <w:t>vt 0.521800 0.130300</w:t>
        <w:br/>
        <w:t>vt 0.519200 0.128800</w:t>
        <w:br/>
        <w:t>vt 0.518300 0.130700</w:t>
        <w:br/>
        <w:t>vt 0.521100 0.132100</w:t>
        <w:br/>
        <w:t>vt 0.517900 0.132800</w:t>
        <w:br/>
        <w:t>vt 0.516200 0.134100</w:t>
        <w:br/>
        <w:t>vt 0.514400 0.138000</w:t>
        <w:br/>
        <w:t>vt 0.516800 0.139600</w:t>
        <w:br/>
        <w:t>vt 0.487200 0.156400</w:t>
        <w:br/>
        <w:t>vt 0.479900 0.152900</w:t>
        <w:br/>
        <w:t>vt 0.477900 0.154700</w:t>
        <w:br/>
        <w:t>vt 0.468200 0.159700</w:t>
        <w:br/>
        <w:t>vt 0.465700 0.164000</w:t>
        <w:br/>
        <w:t>vt 0.464400 0.166400</w:t>
        <w:br/>
        <w:t>vt 0.467500 0.167000</w:t>
        <w:br/>
        <w:t>vt 0.467900 0.164700</w:t>
        <w:br/>
        <w:t>vt 0.463600 0.176000</w:t>
        <w:br/>
        <w:t>vt 0.463700 0.177700</w:t>
        <w:br/>
        <w:t>vt 0.463500 0.179400</w:t>
        <w:br/>
        <w:t>vt 0.453600 0.201600</w:t>
        <w:br/>
        <w:t>vt 0.453600 0.197700</w:t>
        <w:br/>
        <w:t>vt 0.449000 0.198100</w:t>
        <w:br/>
        <w:t>vt 0.449400 0.201800</w:t>
        <w:br/>
        <w:t>vt 0.458900 0.209200</w:t>
        <w:br/>
        <w:t>vt 0.458900 0.205200</w:t>
        <w:br/>
        <w:t>vt 0.454300 0.205800</w:t>
        <w:br/>
        <w:t>vt 0.453300 0.209900</w:t>
        <w:br/>
        <w:t>vt 0.448800 0.210800</w:t>
        <w:br/>
        <w:t>vt 0.447900 0.214300</w:t>
        <w:br/>
        <w:t>vt 0.452200 0.213300</w:t>
        <w:br/>
        <w:t>vt 0.449000 0.226200</w:t>
        <w:br/>
        <w:t>vt 0.447700 0.224100</w:t>
        <w:br/>
        <w:t>vt 0.454700 0.231700</w:t>
        <w:br/>
        <w:t>vt 0.449900 0.233700</w:t>
        <w:br/>
        <w:t>vt 0.445400 0.241900</w:t>
        <w:br/>
        <w:t>vt 0.442500 0.240100</w:t>
        <w:br/>
        <w:t>vt 0.440500 0.243500</w:t>
        <w:br/>
        <w:t>vt 0.441100 0.246900</w:t>
        <w:br/>
        <w:t>vt 0.439600 0.258300</w:t>
        <w:br/>
        <w:t>vt 0.439200 0.255900</w:t>
        <w:br/>
        <w:t>vt 0.458400 0.311900</w:t>
        <w:br/>
        <w:t>vt 0.457500 0.310500</w:t>
        <w:br/>
        <w:t>vt 0.460000 0.313000</w:t>
        <w:br/>
        <w:t>vt 0.461400 0.313600</w:t>
        <w:br/>
        <w:t>vt 0.462200 0.314300</w:t>
        <w:br/>
        <w:t>vt 0.463500 0.313500</w:t>
        <w:br/>
        <w:t>vt 0.463000 0.315000</w:t>
        <w:br/>
        <w:t>vt 0.464600 0.314600</w:t>
        <w:br/>
        <w:t>vt 0.464600 0.315700</w:t>
        <w:br/>
        <w:t>vt 0.465400 0.315500</w:t>
        <w:br/>
        <w:t>vt 0.464600 0.317100</w:t>
        <w:br/>
        <w:t>vt 0.466600 0.316900</w:t>
        <w:br/>
        <w:t>vt 0.464900 0.318900</w:t>
        <w:br/>
        <w:t>vt 0.468500 0.321600</w:t>
        <w:br/>
        <w:t>vt 0.466400 0.320400</w:t>
        <w:br/>
        <w:t>vt 0.471100 0.322000</w:t>
        <w:br/>
        <w:t>vt 0.471700 0.324000</w:t>
        <w:br/>
        <w:t>vt 0.474700 0.327200</w:t>
        <w:br/>
        <w:t>vt 0.472800 0.325700</w:t>
        <w:br/>
        <w:t>vt 0.490300 0.342500</w:t>
        <w:br/>
        <w:t>vt 0.488200 0.341300</w:t>
        <w:br/>
        <w:t>vt 0.562400 0.328900</w:t>
        <w:br/>
        <w:t>vt 0.564200 0.324500</w:t>
        <w:br/>
        <w:t>vt 0.558700 0.328400</w:t>
        <w:br/>
        <w:t>vt 0.567600 0.324000</w:t>
        <w:br/>
        <w:t>vt 0.569200 0.325700</w:t>
        <w:br/>
        <w:t>vt 0.573200 0.322500</w:t>
        <w:br/>
        <w:t>vt 0.571600 0.320900</w:t>
        <w:br/>
        <w:t>vt 0.570400 0.327600</w:t>
        <w:br/>
        <w:t>vt 0.565900 0.328400</w:t>
        <w:br/>
        <w:t>vt 0.579100 0.330100</w:t>
        <w:br/>
        <w:t>vt 0.581900 0.327400</w:t>
        <w:br/>
        <w:t>vt 0.578700 0.326400</w:t>
        <w:br/>
        <w:t>vt 0.576600 0.328200</w:t>
        <w:br/>
        <w:t>vt 0.586300 0.329500</w:t>
        <w:br/>
        <w:t>vt 0.585800 0.330400</w:t>
        <w:br/>
        <w:t>vt 0.587900 0.332400</w:t>
        <w:br/>
        <w:t>vt 0.590400 0.330500</w:t>
        <w:br/>
        <w:t>vt 0.590700 0.333800</w:t>
        <w:br/>
        <w:t>vt 0.593200 0.331400</w:t>
        <w:br/>
        <w:t>vt 0.610900 0.329900</w:t>
        <w:br/>
        <w:t>vt 0.612100 0.331200</w:t>
        <w:br/>
        <w:t>vt 0.616800 0.330000</w:t>
        <w:br/>
        <w:t>vt 0.614400 0.333600</w:t>
        <w:br/>
        <w:t>vt 0.617800 0.335000</w:t>
        <w:br/>
        <w:t>vt 0.622600 0.337500</w:t>
        <w:br/>
        <w:t>vt 0.624600 0.338200</w:t>
        <w:br/>
        <w:t>vt 0.631700 0.336200</w:t>
        <w:br/>
        <w:t>vt 0.631200 0.338400</w:t>
        <w:br/>
        <w:t>vt 0.635500 0.337700</w:t>
        <w:br/>
        <w:t>vt 0.633300 0.338300</w:t>
        <w:br/>
        <w:t>vt 0.637900 0.336400</w:t>
        <w:br/>
        <w:t>vt 0.639600 0.337100</w:t>
        <w:br/>
        <w:t>vt 0.641300 0.337200</w:t>
        <w:br/>
        <w:t>vt 0.642500 0.334200</w:t>
        <w:br/>
        <w:t>vt 0.644200 0.333800</w:t>
        <w:br/>
        <w:t>vt 0.642900 0.336100</w:t>
        <w:br/>
        <w:t>vt 0.646600 0.334400</w:t>
        <w:br/>
        <w:t>vt 0.646700 0.332900</w:t>
        <w:br/>
        <w:t>vt 0.652300 0.337400</w:t>
        <w:br/>
        <w:t>vt 0.653800 0.337800</w:t>
        <w:br/>
        <w:t>vt 0.654600 0.330000</w:t>
        <w:br/>
        <w:t>vt 0.652000 0.328800</w:t>
        <w:br/>
        <w:t>vt 0.662900 0.333200</w:t>
        <w:br/>
        <w:t>vt 0.667100 0.332800</w:t>
        <w:br/>
        <w:t>vt 0.668500 0.331500</w:t>
        <w:br/>
        <w:t>vt 0.670900 0.332900</w:t>
        <w:br/>
        <w:t>vt 0.673800 0.332400</w:t>
        <w:br/>
        <w:t>vt 0.672600 0.333100</w:t>
        <w:br/>
        <w:t>vt 0.675200 0.330800</w:t>
        <w:br/>
        <w:t>vt 0.677000 0.331600</w:t>
        <w:br/>
        <w:t>vt 0.680100 0.329800</w:t>
        <w:br/>
        <w:t>vt 0.678900 0.326900</w:t>
        <w:br/>
        <w:t>vt 0.679100 0.331200</w:t>
        <w:br/>
        <w:t>vt 0.680100 0.328800</w:t>
        <w:br/>
        <w:t>vt 0.667200 0.066900</w:t>
        <w:br/>
        <w:t>vt 0.667300 0.064700</w:t>
        <w:br/>
        <w:t>vt 0.666600 0.064400</w:t>
        <w:br/>
        <w:t>vt 0.665600 0.067000</w:t>
        <w:br/>
        <w:t>vt 0.665400 0.064100</w:t>
        <w:br/>
        <w:t>vt 0.664400 0.064900</w:t>
        <w:br/>
        <w:t>vt 0.657900 0.068600</w:t>
        <w:br/>
        <w:t>vt 0.659600 0.068600</w:t>
        <w:br/>
        <w:t>vt 0.658300 0.066000</w:t>
        <w:br/>
        <w:t>vt 0.657100 0.066900</w:t>
        <w:br/>
        <w:t>vt 0.645800 0.072700</w:t>
        <w:br/>
        <w:t>vt 0.647300 0.071900</w:t>
        <w:br/>
        <w:t>vt 0.645900 0.066700</w:t>
        <w:br/>
        <w:t>vt 0.644200 0.067100</w:t>
        <w:br/>
        <w:t>vt 0.643500 0.065200</w:t>
        <w:br/>
        <w:t>vt 0.641800 0.064600</w:t>
        <w:br/>
        <w:t>vt 0.642500 0.067200</w:t>
        <w:br/>
        <w:t>vt 0.632700 0.061700</w:t>
        <w:br/>
        <w:t>vt 0.634000 0.063600</w:t>
        <w:br/>
        <w:t>vt 0.635300 0.062300</w:t>
        <w:br/>
        <w:t>vt 0.630600 0.062200</w:t>
        <w:br/>
        <w:t>vt 0.628300 0.337800</w:t>
        <w:br/>
        <w:t>vt 0.629000 0.337900</w:t>
        <w:br/>
        <w:t>vt 0.477500 0.328200</w:t>
        <w:br/>
        <w:t>vt 0.478200 0.330900</w:t>
        <w:br/>
        <w:t>vt 0.501800 0.345300</w:t>
        <w:br/>
        <w:t>vt 0.503700 0.345200</w:t>
        <w:br/>
        <w:t>vt 0.510100 0.343100</w:t>
        <w:br/>
        <w:t>vt 0.523500 0.335800</w:t>
        <w:br/>
        <w:t>vt 0.527600 0.332700</w:t>
        <w:br/>
        <w:t>vt 0.468400 0.313500</w:t>
        <w:br/>
        <w:t>vt 0.610700 0.070500</w:t>
        <w:br/>
        <w:t>vt 0.608400 0.067400</w:t>
        <w:br/>
        <w:t>vt 0.598000 0.075000</w:t>
        <w:br/>
        <w:t>vt 0.586900 0.078500</w:t>
        <w:br/>
        <w:t>vt 0.584100 0.077800</w:t>
        <w:br/>
        <w:t>vt 0.524600 0.124900</w:t>
        <w:br/>
        <w:t>vt 0.521400 0.126700</w:t>
        <w:br/>
        <w:t>vt 0.483200 0.152000</w:t>
        <w:br/>
        <w:t>vt 0.460900 0.193300</w:t>
        <w:br/>
        <w:t>vt 0.461400 0.191400</w:t>
        <w:br/>
        <w:t>vt 0.456800 0.191300</w:t>
        <w:br/>
        <w:t>vt 0.455800 0.193600</w:t>
        <w:br/>
        <w:t>vt 0.635800 0.067000</w:t>
        <w:br/>
        <w:t>vt 0.639100 0.065300</w:t>
        <w:br/>
        <w:t>vt 0.668100 0.079800</w:t>
        <w:br/>
        <w:t>vt 0.457500 0.308900</w:t>
        <w:br/>
        <w:t>vt 0.464500 0.174500</w:t>
        <w:br/>
        <w:t>vt 0.580500 0.082600</w:t>
        <w:br/>
        <w:t>vt 0.578700 0.080700</w:t>
        <w:br/>
        <w:t>vt 0.577000 0.081000</w:t>
        <w:br/>
        <w:t>vt 0.446700 0.236900</w:t>
        <w:br/>
        <w:t>vt 0.450300 0.219100</w:t>
        <w:br/>
        <w:t>vt 0.449200 0.220500</w:t>
        <w:br/>
        <w:t>vt 0.451900 0.220300</w:t>
        <w:br/>
        <w:t>vt 0.452300 0.218600</w:t>
        <w:br/>
        <w:t>vt 0.458500 0.211700</w:t>
        <w:br/>
        <w:t>vt 0.454500 0.196100</w:t>
        <w:br/>
        <w:t>vt 0.450200 0.195800</w:t>
        <w:br/>
        <w:t>vt 0.458600 0.184000</w:t>
        <w:br/>
        <w:t>vt 0.458600 0.185200</w:t>
        <w:br/>
        <w:t>vt 0.462800 0.185200</w:t>
        <w:br/>
        <w:t>vt 0.463200 0.183500</w:t>
        <w:br/>
        <w:t>vt 0.440200 0.253400</w:t>
        <w:br/>
        <w:t>vt 0.442800 0.249900</w:t>
        <w:br/>
        <w:t>vt 0.479500 0.333000</w:t>
        <w:br/>
        <w:t>vt 0.486500 0.338900</w:t>
        <w:br/>
        <w:t>vt 0.493400 0.342900</w:t>
        <w:br/>
        <w:t>vt 0.512100 0.342300</w:t>
        <w:br/>
        <w:t>vt 0.519800 0.337900</w:t>
        <w:br/>
        <w:t>vt 0.517200 0.338600</w:t>
        <w:br/>
        <w:t>vt 0.515700 0.338900</w:t>
        <w:br/>
        <w:t>vt 0.632300 0.067600</w:t>
        <w:br/>
        <w:t>vt 0.538100 0.119700</w:t>
        <w:br/>
        <w:t>vt 0.535200 0.115300</w:t>
        <w:br/>
        <w:t>vt 0.534400 0.117200</w:t>
        <w:br/>
        <w:t>vt 0.537100 0.114400</w:t>
        <w:br/>
        <w:t>vt 0.540800 0.114500</w:t>
        <w:br/>
        <w:t>vt 0.574400 0.189400</w:t>
        <w:br/>
        <w:t>vt 0.575000 0.181300</w:t>
        <w:br/>
        <w:t>vt 0.576000 0.222400</w:t>
        <w:br/>
        <w:t>vt 0.577800 0.233400</w:t>
        <w:br/>
        <w:t>vt 0.562600 0.176300</w:t>
        <w:br/>
        <w:t>vt 0.575400 0.176300</w:t>
        <w:br/>
        <w:t>vt 0.627900 0.076200</w:t>
        <w:br/>
        <w:t>vt 0.592300 0.156800</w:t>
        <w:br/>
        <w:t>vt 0.589200 0.172200</w:t>
        <w:br/>
        <w:t>vt 0.591000 0.168000</w:t>
        <w:br/>
        <w:t>vt 0.605300 0.125100</w:t>
        <w:br/>
        <w:t>vt 0.595500 0.149300</w:t>
        <w:br/>
        <w:t>vt 0.587900 0.181200</w:t>
        <w:br/>
        <w:t>vt 0.588700 0.176500</w:t>
        <w:br/>
        <w:t>vt 0.587300 0.209500</w:t>
        <w:br/>
        <w:t>vt 0.586900 0.199100</w:t>
        <w:br/>
        <w:t>vt 0.625600 0.069500</w:t>
        <w:br/>
        <w:t>vt 0.625200 0.061700</w:t>
        <w:br/>
        <w:t>vt 0.527100 0.120800</w:t>
        <w:br/>
        <w:t>vt 0.525700 0.122300</w:t>
        <w:br/>
        <w:t>vt 0.528300 0.124700</w:t>
        <w:br/>
        <w:t>vt 0.530200 0.123600</w:t>
        <w:br/>
        <w:t>vt 0.533800 0.119100</w:t>
        <w:br/>
        <w:t>vt 0.529400 0.119700</w:t>
        <w:br/>
        <w:t>vt 0.514900 0.142500</w:t>
        <w:br/>
        <w:t>vt 0.516200 0.141300</w:t>
        <w:br/>
        <w:t>vt 0.511600 0.139300</w:t>
        <w:br/>
        <w:t>vt 0.509800 0.140800</w:t>
        <w:br/>
        <w:t>vt 0.554100 0.322600</w:t>
        <w:br/>
        <w:t>vt 0.541600 0.329800</w:t>
        <w:br/>
        <w:t>vt 0.544300 0.331400</w:t>
        <w:br/>
        <w:t>vt 0.555400 0.324000</w:t>
        <w:br/>
        <w:t>vt 0.567100 0.316800</w:t>
        <w:br/>
        <w:t>vt 0.566000 0.315900</w:t>
        <w:br/>
        <w:t>vt 0.575300 0.325900</w:t>
        <w:br/>
        <w:t>vt 0.569200 0.318500</w:t>
        <w:br/>
        <w:t>vt 0.549100 0.332000</w:t>
        <w:br/>
        <w:t>vt 0.557500 0.326200</w:t>
        <w:br/>
        <w:t>vt 0.553300 0.331000</w:t>
        <w:br/>
        <w:t>vt 0.592800 0.324100</w:t>
        <w:br/>
        <w:t>vt 0.594600 0.326200</w:t>
        <w:br/>
        <w:t>vt 0.588800 0.319400</w:t>
        <w:br/>
        <w:t>vt 0.590100 0.320600</w:t>
        <w:br/>
        <w:t>vt 0.615800 0.313300</w:t>
        <w:br/>
        <w:t>vt 0.626100 0.305100</w:t>
        <w:br/>
        <w:t>vt 0.643600 0.326100</w:t>
        <w:br/>
        <w:t>vt 0.645100 0.326200</w:t>
        <w:br/>
        <w:t>vt 0.644600 0.316300</w:t>
        <w:br/>
        <w:t>vt 0.647900 0.302400</w:t>
        <w:br/>
        <w:t>vt 0.656900 0.316200</w:t>
        <w:br/>
        <w:t>vt 0.659700 0.316200</w:t>
        <w:br/>
        <w:t>vt 0.665900 0.333300</w:t>
        <w:br/>
        <w:t>vt 0.642700 0.082200</w:t>
        <w:br/>
        <w:t>vt 0.633700 0.073900</w:t>
        <w:br/>
        <w:t>vt 0.639500 0.083700</w:t>
        <w:br/>
        <w:t>vt 0.641300 0.073000</w:t>
        <w:br/>
        <w:t>vt 0.643300 0.073400</w:t>
        <w:br/>
        <w:t>vt 0.514100 0.340800</w:t>
        <w:br/>
        <w:t>vt 0.662800 0.067000</w:t>
        <w:br/>
        <w:t>vt 0.643500 0.065200</w:t>
        <w:br/>
        <w:t>vt 0.651500 0.328400</w:t>
        <w:br/>
        <w:t>vt 0.649700 0.326600</w:t>
        <w:br/>
        <w:t>vt 0.649800 0.334700</w:t>
        <w:br/>
        <w:t>vt 0.651500 0.336800</w:t>
        <w:br/>
        <w:t>vt 0.633700 0.073900</w:t>
        <w:br/>
        <w:t>vt 0.648700 0.082400</w:t>
        <w:br/>
        <w:t>vt 0.647200 0.082400</w:t>
        <w:br/>
        <w:t>vt 0.644600 0.081900</w:t>
        <w:br/>
        <w:t>vt 0.646300 0.082400</w:t>
        <w:br/>
        <w:t>vt 0.650514 0.093271</w:t>
        <w:br/>
        <w:t>vt 0.644600 0.081900</w:t>
        <w:br/>
        <w:t>vt 0.587200 0.188900</w:t>
        <w:br/>
        <w:t>vt 0.588400 0.220700</w:t>
        <w:br/>
        <w:t>vt 0.590100 0.230200</w:t>
        <w:br/>
        <w:t>vt 0.613217 0.117083</w:t>
        <w:br/>
        <w:t>vt 0.598200 0.142200</w:t>
        <w:br/>
        <w:t>vt 0.601100 0.135900</w:t>
        <w:br/>
        <w:t>vt 0.595500 0.149300</w:t>
        <w:br/>
        <w:t>vt 0.592100 0.162300</w:t>
        <w:br/>
        <w:t>vt 0.591500 0.165300</w:t>
        <w:br/>
        <w:t>vt 0.591000 0.168000</w:t>
        <w:br/>
        <w:t>vt 0.589200 0.172200</w:t>
        <w:br/>
        <w:t>vt 0.639500 0.083700</w:t>
        <w:br/>
        <w:t>vt 0.588700 0.176500</w:t>
        <w:br/>
        <w:t>vt 0.598100 0.276100</w:t>
        <w:br/>
        <w:t>vt 0.585800 0.283000</w:t>
        <w:br/>
        <w:t>vt 0.567800 0.298500</w:t>
        <w:br/>
        <w:t>vt 0.553800 0.305800</w:t>
        <w:br/>
        <w:t>vt 0.674500 0.315100</w:t>
        <w:br/>
        <w:t>vt 0.620900 0.335600</w:t>
        <w:br/>
        <w:t>vt 0.619600 0.331500</w:t>
        <w:br/>
        <w:t>vt 0.613800 0.273100</w:t>
        <w:br/>
        <w:t>vt 0.604100 0.260000</w:t>
        <w:br/>
        <w:t>vt 0.610400 0.269200</w:t>
        <w:br/>
        <w:t>vt 0.628900 0.288000</w:t>
        <w:br/>
        <w:t>vt 0.632200 0.291600</w:t>
        <w:br/>
        <w:t>vt 0.635800 0.295300</w:t>
        <w:br/>
        <w:t>vt 0.647100 0.327100</w:t>
        <w:br/>
        <w:t>vt 0.595000 0.241200</w:t>
        <w:br/>
        <w:t>vt 0.598500 0.248900</w:t>
        <w:br/>
        <w:t>vt 0.604100 0.260000</w:t>
        <w:br/>
        <w:t>vt 0.610400 0.269200</w:t>
        <w:br/>
        <w:t>vt 0.670600 0.305267</w:t>
        <w:br/>
        <w:t>vt 0.662900 0.305700</w:t>
        <w:br/>
        <w:t>vt 0.592300 0.156800</w:t>
        <w:br/>
        <w:t>vt 0.605300 0.125100</w:t>
        <w:br/>
        <w:t>vt 0.601100 0.135900</w:t>
        <w:br/>
        <w:t>vt 0.598200 0.142200</w:t>
        <w:br/>
        <w:t>vt 0.667200 0.066900</w:t>
        <w:br/>
        <w:t>vt 0.477200 0.175900</w:t>
        <w:br/>
        <w:t>vt 0.452200 0.229400</w:t>
        <w:br/>
        <w:t>vt 0.451000 0.231400</w:t>
        <w:br/>
        <w:t>vt 0.455600 0.229900</w:t>
        <w:br/>
        <w:t>vt 0.456900 0.227400</w:t>
        <w:br/>
        <w:t>vt 0.513700 0.143400</w:t>
        <w:br/>
        <w:t>vt 0.508800 0.142400</w:t>
        <w:br/>
        <w:t>vt 0.488100 0.152800</w:t>
        <w:br/>
        <w:t>vt 0.490800 0.148900</w:t>
        <w:br/>
        <w:t>vt 0.488900 0.150800</w:t>
        <w:br/>
        <w:t>vt 0.493400 0.154500</w:t>
        <w:br/>
        <w:t>vt 0.500400 0.153500</w:t>
        <w:br/>
        <w:t>vt 0.493600 0.148200</w:t>
        <w:br/>
        <w:t>vt 0.652700 0.065900</w:t>
        <w:br/>
        <w:t>vt 0.650200 0.065100</w:t>
        <w:br/>
        <w:t>vt 0.655300 0.068600</w:t>
        <w:br/>
        <w:t>vt 0.658400 0.080700</w:t>
        <w:br/>
        <w:t>vt 0.660500 0.066000</w:t>
        <w:br/>
        <w:t>vt 0.659200 0.065800</w:t>
        <w:br/>
        <w:t>vt 0.661700 0.079800</w:t>
        <w:br/>
        <w:t>vt 0.536300 0.237900</w:t>
        <w:br/>
        <w:t>vt 0.517900 0.230400</w:t>
        <w:br/>
        <w:t>vt 0.519400 0.241500</w:t>
        <w:br/>
        <w:t>vt 0.518000 0.217500</w:t>
        <w:br/>
        <w:t>vt 0.522300 0.186800</w:t>
        <w:br/>
        <w:t>vt 0.559700 0.138300</w:t>
        <w:br/>
        <w:t>vt 0.545600 0.139300</w:t>
        <w:br/>
        <w:t>vt 0.557300 0.143600</w:t>
        <w:br/>
        <w:t>vt 0.550600 0.129100</w:t>
        <w:br/>
        <w:t>vt 0.520700 0.151400</w:t>
        <w:br/>
        <w:t>vt 0.519700 0.152700</w:t>
        <w:br/>
        <w:t>vt 0.525300 0.145700</w:t>
        <w:br/>
        <w:t>vt 0.522200 0.149200</w:t>
        <w:br/>
        <w:t>vt 0.527600 0.142800</w:t>
        <w:br/>
        <w:t>vt 0.526800 0.143800</w:t>
        <w:br/>
        <w:t>vt 0.538500 0.149700</w:t>
        <w:br/>
        <w:t>vt 0.544700 0.141200</w:t>
        <w:br/>
        <w:t>vt 0.496600 0.160800</w:t>
        <w:br/>
        <w:t>vt 0.625900 0.107100</w:t>
        <w:br/>
        <w:t>vt 0.613217 0.117083</w:t>
        <w:br/>
        <w:t>vt 0.633900 0.101500</w:t>
        <w:br/>
        <w:t>vt 0.627900 0.307400</w:t>
        <w:br/>
        <w:t>vt 0.630400 0.309200</w:t>
        <w:br/>
        <w:t>vt 0.634500 0.310900</w:t>
        <w:br/>
        <w:t>vt 0.640400 0.298000</w:t>
        <w:br/>
        <w:t>vt 0.652200 0.316300</w:t>
        <w:br/>
        <w:t>vt 0.653100 0.303800</w:t>
        <w:br/>
        <w:t>vt 0.650600 0.316000</w:t>
        <w:br/>
        <w:t>vt 0.652200 0.316300</w:t>
        <w:br/>
        <w:t>vt 0.661600 0.316100</w:t>
        <w:br/>
        <w:t>vt 0.647600 0.316700</w:t>
        <w:br/>
        <w:t>vt 0.613900 0.101300</w:t>
        <w:br/>
        <w:t>vt 0.556600 0.145200</w:t>
        <w:br/>
        <w:t>vt 0.563600 0.128900</w:t>
        <w:br/>
        <w:t>vt 0.605100 0.320000</w:t>
        <w:br/>
        <w:t>vt 0.606400 0.321600</w:t>
        <w:br/>
        <w:t>vt 0.648200 0.326900</w:t>
        <w:br/>
        <w:t>vt 0.554200 0.247800</w:t>
        <w:br/>
        <w:t>vt 0.552100 0.240800</w:t>
        <w:br/>
        <w:t>vt 0.538000 0.245100</w:t>
        <w:br/>
        <w:t>vt 0.540200 0.252400</w:t>
        <w:br/>
        <w:t>vt 0.481200 0.256400</w:t>
        <w:br/>
        <w:t>vt 0.505100 0.265200</w:t>
        <w:br/>
        <w:t>vt 0.502800 0.257200</w:t>
        <w:br/>
        <w:t>vt 0.482700 0.265000</w:t>
        <w:br/>
        <w:t>vt 0.484600 0.273200</w:t>
        <w:br/>
        <w:t>vt 0.471800 0.277700</w:t>
        <w:br/>
        <w:t>vt 0.470500 0.269500</w:t>
        <w:br/>
        <w:t>vt 0.564100 0.237300</w:t>
        <w:br/>
        <w:t>vt 0.523300 0.258400</w:t>
        <w:br/>
        <w:t>vt 0.521400 0.250600</w:t>
        <w:br/>
        <w:t>vt 0.470000 0.260800</w:t>
        <w:br/>
        <w:t>vt 0.566300 0.243900</w:t>
        <w:br/>
        <w:t>vt 0.579800 0.239500</w:t>
        <w:br/>
        <w:t>vt 0.591600 0.235500</w:t>
        <w:br/>
        <w:t>vt 0.591600 0.235500</w:t>
        <w:br/>
        <w:t>vt 0.543100 0.259500</w:t>
        <w:br/>
        <w:t>vt 0.557000 0.254500</w:t>
        <w:br/>
        <w:t>vt 0.492600 0.288000</w:t>
        <w:br/>
        <w:t>vt 0.484100 0.294900</w:t>
        <w:br/>
        <w:t>vt 0.485000 0.295600</w:t>
        <w:br/>
        <w:t>vt 0.497200 0.291900</w:t>
        <w:br/>
        <w:t>vt 0.488500 0.280600</w:t>
        <w:br/>
        <w:t>vt 0.507700 0.273000</w:t>
        <w:br/>
        <w:t>vt 0.568800 0.250300</w:t>
        <w:br/>
        <w:t>vt 0.527700 0.273800</w:t>
        <w:br/>
        <w:t>vt 0.525500 0.266100</w:t>
        <w:br/>
        <w:t>vt 0.512300 0.283500</w:t>
        <w:br/>
        <w:t>vt 0.475800 0.285100</w:t>
        <w:br/>
        <w:t>vt 0.481400 0.292000</w:t>
        <w:br/>
        <w:t>vt 0.470600 0.255900</w:t>
        <w:br/>
        <w:t>vt 0.470400 0.256800</w:t>
        <w:br/>
        <w:t>vt 0.468700 0.256700</w:t>
        <w:br/>
        <w:t>vt 0.443300 0.265700</w:t>
        <w:br/>
        <w:t>vt 0.445600 0.265300</w:t>
        <w:br/>
        <w:t>vt 0.440900 0.260500</w:t>
        <w:br/>
        <w:t>vt 0.459400 0.260200</w:t>
        <w:br/>
        <w:t>vt 0.462700 0.258900</w:t>
        <w:br/>
        <w:t>vt 0.453100 0.262600</w:t>
        <w:br/>
        <w:t>vt 0.470100 0.300300</w:t>
        <w:br/>
        <w:t>vt 0.472800 0.299500</w:t>
        <w:br/>
        <w:t>vt 0.476400 0.298300</w:t>
        <w:br/>
        <w:t>vt 0.483000 0.296200</w:t>
        <w:br/>
        <w:t>vt 0.449200 0.264000</w:t>
        <w:br/>
        <w:t>vt 0.182400 0.438400</w:t>
        <w:br/>
        <w:t>vt 0.181500 0.439700</w:t>
        <w:br/>
        <w:t>vt 0.180800 0.434800</w:t>
        <w:br/>
        <w:t>vt 0.182300 0.434000</w:t>
        <w:br/>
        <w:t>vt 0.103900 0.403900</w:t>
        <w:br/>
        <w:t>vt 0.100300 0.405400</w:t>
        <w:br/>
        <w:t>vt 0.101000 0.403700</w:t>
        <w:br/>
        <w:t>vt 0.103500 0.402000</w:t>
        <w:br/>
        <w:t>vt 0.058500 0.338100</w:t>
        <w:br/>
        <w:t>vt 0.057200 0.343900</w:t>
        <w:br/>
        <w:t>vt 0.067800 0.335700</w:t>
        <w:br/>
        <w:t>vt 0.063300 0.329400</w:t>
        <w:br/>
        <w:t>vt 0.048800 0.318500</w:t>
        <w:br/>
        <w:t>vt 0.045800 0.322400</w:t>
        <w:br/>
        <w:t>vt 0.030300 0.277200</w:t>
        <w:br/>
        <w:t>vt 0.026700 0.280900</w:t>
        <w:br/>
        <w:t>vt 0.034800 0.271900</w:t>
        <w:br/>
        <w:t>vt 0.083400 0.358100</w:t>
        <w:br/>
        <w:t>vt 0.081700 0.354700</w:t>
        <w:br/>
        <w:t>vt 0.052500 0.164500</w:t>
        <w:br/>
        <w:t>vt 0.052500 0.167700</w:t>
        <w:br/>
        <w:t>vt 0.072100 0.157300</w:t>
        <w:br/>
        <w:t>vt 0.203000 0.246000</w:t>
        <w:br/>
        <w:t>vt 0.222100 0.232300</w:t>
        <w:br/>
        <w:t>vt 0.214100 0.251000</w:t>
        <w:br/>
        <w:t>vt 0.167700 0.323000</w:t>
        <w:br/>
        <w:t>vt 0.154800 0.354600</w:t>
        <w:br/>
        <w:t>vt 0.142100 0.347100</w:t>
        <w:br/>
        <w:t>vt 0.147100 0.374600</w:t>
        <w:br/>
        <w:t>vt 0.135500 0.365600</w:t>
        <w:br/>
        <w:t>vt 0.135900 0.365100</w:t>
        <w:br/>
        <w:t>vt 0.147500 0.373600</w:t>
        <w:br/>
        <w:t>vt 0.147500 0.373600</w:t>
        <w:br/>
        <w:t>vt 0.167600 0.361200</w:t>
        <w:br/>
        <w:t>vt 0.159300 0.380400</w:t>
        <w:br/>
        <w:t>vt 0.180700 0.293900</w:t>
        <w:br/>
        <w:t>vt 0.192800 0.300100</w:t>
        <w:br/>
        <w:t>vt 0.180600 0.329200</w:t>
        <w:br/>
        <w:t>vt 0.204500 0.273000</w:t>
        <w:br/>
        <w:t>vt 0.192800 0.267700</w:t>
        <w:br/>
        <w:t>vt 0.158500 0.382100</w:t>
        <w:br/>
        <w:t>vt 0.159300 0.380400</w:t>
        <w:br/>
        <w:t>vt 0.135900 0.365100</w:t>
        <w:br/>
        <w:t>vt 0.225700 0.254800</w:t>
        <w:br/>
        <w:t>vt 0.186500 0.387600</w:t>
        <w:br/>
        <w:t>vt 0.171900 0.385900</w:t>
        <w:br/>
        <w:t>vt 0.172400 0.384000</w:t>
        <w:br/>
        <w:t>vt 0.187000 0.385900</w:t>
        <w:br/>
        <w:t>vt 0.181400 0.365200</w:t>
        <w:br/>
        <w:t>vt 0.172400 0.384000</w:t>
        <w:br/>
        <w:t>vt 0.205200 0.305700</w:t>
        <w:br/>
        <w:t>vt 0.193600 0.335100</w:t>
        <w:br/>
        <w:t>vt 0.216700 0.277100</w:t>
        <w:br/>
        <w:t>vt 0.195300 0.369500</w:t>
        <w:br/>
        <w:t>vt 0.187000 0.385900</w:t>
        <w:br/>
        <w:t>vt 0.194400 0.387200</w:t>
        <w:br/>
        <w:t>vt 0.130700 0.361500</w:t>
        <w:br/>
        <w:t>vt 0.130100 0.360300</w:t>
        <w:br/>
        <w:t>vt 0.194400 0.387200</w:t>
        <w:br/>
        <w:t>vt 0.193100 0.388700</w:t>
        <w:br/>
        <w:t>vt 0.195900 0.387200</w:t>
        <w:br/>
        <w:t>vt 0.194400 0.387200</w:t>
        <w:br/>
        <w:t>vt 0.193400 0.389900</w:t>
        <w:br/>
        <w:t>vt 0.194500 0.391200</w:t>
        <w:br/>
        <w:t>vt 0.192600 0.388900</w:t>
        <w:br/>
        <w:t>vt 0.193100 0.388700</w:t>
        <w:br/>
        <w:t>vt 0.194400 0.387200</w:t>
        <w:br/>
        <w:t>vt 0.193400 0.389900</w:t>
        <w:br/>
        <w:t>vt 0.180800 0.433100</w:t>
        <w:br/>
        <w:t>vt 0.182300 0.434000</w:t>
        <w:br/>
        <w:t>vt 0.180800 0.434800</w:t>
        <w:br/>
        <w:t>vt 0.179600 0.433800</w:t>
        <w:br/>
        <w:t>vt 0.188900 0.401700</w:t>
        <w:br/>
        <w:t>vt 0.188000 0.404800</w:t>
        <w:br/>
        <w:t>vt 0.189900 0.404600</w:t>
        <w:br/>
        <w:t>vt 0.186800 0.407700</w:t>
        <w:br/>
        <w:t>vt 0.187900 0.410200</w:t>
        <w:br/>
        <w:t>vt 0.192400 0.392700</w:t>
        <w:br/>
        <w:t>vt 0.190200 0.398500</w:t>
        <w:br/>
        <w:t>vt 0.188100 0.400700</w:t>
        <w:br/>
        <w:t>vt 0.188800 0.398600</w:t>
        <w:br/>
        <w:t>vt 0.190200 0.398500</w:t>
        <w:br/>
        <w:t>vt 0.188900 0.401700</w:t>
        <w:br/>
        <w:t>vt 0.191200 0.395400</w:t>
        <w:br/>
        <w:t>vt 0.190400 0.394400</w:t>
        <w:br/>
        <w:t>vt 0.191200 0.392900</w:t>
        <w:br/>
        <w:t>vt 0.192400 0.392700</w:t>
        <w:br/>
        <w:t>vt 0.191200 0.395400</w:t>
        <w:br/>
        <w:t>vt 0.182900 0.420100</w:t>
        <w:br/>
        <w:t>vt 0.182200 0.423400</w:t>
        <w:br/>
        <w:t>vt 0.184200 0.422900</w:t>
        <w:br/>
        <w:t>vt 0.185700 0.410900</w:t>
        <w:br/>
        <w:t>vt 0.188000 0.404800</w:t>
        <w:br/>
        <w:t>vt 0.186800 0.407700</w:t>
        <w:br/>
        <w:t>vt 0.185900 0.406700</w:t>
        <w:br/>
        <w:t>vt 0.186800 0.405000</w:t>
        <w:br/>
        <w:t>vt 0.181300 0.426400</w:t>
        <w:br/>
        <w:t>vt 0.182900 0.429100</w:t>
        <w:br/>
        <w:t>vt 0.181800 0.419100</w:t>
        <w:br/>
        <w:t>vt 0.182600 0.417400</w:t>
        <w:br/>
        <w:t>vt 0.183900 0.416900</w:t>
        <w:br/>
        <w:t>vt 0.182900 0.420100</w:t>
        <w:br/>
        <w:t>vt 0.184700 0.413700</w:t>
        <w:br/>
        <w:t>vt 0.186300 0.415100</w:t>
        <w:br/>
        <w:t>vt 0.180800 0.429800</w:t>
        <w:br/>
        <w:t>vt 0.180800 0.433100</w:t>
        <w:br/>
        <w:t>vt 0.182300 0.434000</w:t>
        <w:br/>
        <w:t>vt 0.180800 0.433100</w:t>
        <w:br/>
        <w:t>vt 0.179600 0.433800</w:t>
        <w:br/>
        <w:t>vt 0.179500 0.430700</w:t>
        <w:br/>
        <w:t>vt 0.180800 0.429800</w:t>
        <w:br/>
        <w:t>vt 0.182200 0.423400</w:t>
        <w:br/>
        <w:t>vt 0.181300 0.426400</w:t>
        <w:br/>
        <w:t>vt 0.180100 0.425500</w:t>
        <w:br/>
        <w:t>vt 0.181000 0.423800</w:t>
        <w:br/>
        <w:t>vt 0.183900 0.416900</w:t>
        <w:br/>
        <w:t>vt 0.183800 0.412800</w:t>
        <w:br/>
        <w:t>vt 0.184300 0.411100</w:t>
        <w:br/>
        <w:t>vt 0.185700 0.410900</w:t>
        <w:br/>
        <w:t>vt 0.184700 0.413700</w:t>
        <w:br/>
        <w:t>vt 0.192200 0.390300</w:t>
        <w:br/>
        <w:t>vt 0.191600 0.391900</w:t>
        <w:br/>
        <w:t>vt 0.190000 0.391700</w:t>
        <w:br/>
        <w:t>vt 0.191200 0.389500</w:t>
        <w:br/>
        <w:t>vt 0.190000 0.389600</w:t>
        <w:br/>
        <w:t>vt 0.189300 0.390900</w:t>
        <w:br/>
        <w:t>vt 0.193400 0.389900</w:t>
        <w:br/>
        <w:t>vt 0.192400 0.392700</w:t>
        <w:br/>
        <w:t>vt 0.191600 0.391900</w:t>
        <w:br/>
        <w:t>vt 0.192200 0.390300</w:t>
        <w:br/>
        <w:t>vt 0.189300 0.390900</w:t>
        <w:br/>
        <w:t>vt 0.189400 0.390100</w:t>
        <w:br/>
        <w:t>vt 0.190000 0.389600</w:t>
        <w:br/>
        <w:t>vt 0.190000 0.391700</w:t>
        <w:br/>
        <w:t>vt 0.191200 0.389500</w:t>
        <w:br/>
        <w:t>vt 0.192200 0.390300</w:t>
        <w:br/>
        <w:t>vt 0.192000 0.389200</w:t>
        <w:br/>
        <w:t>vt 0.192000 0.389200</w:t>
        <w:br/>
        <w:t>vt 0.192200 0.390300</w:t>
        <w:br/>
        <w:t>vt 0.191200 0.389500</w:t>
        <w:br/>
        <w:t>vt 0.191100 0.388700</w:t>
        <w:br/>
        <w:t>vt 0.191100 0.388700</w:t>
        <w:br/>
        <w:t>vt 0.191200 0.389500</w:t>
        <w:br/>
        <w:t>vt 0.190000 0.389600</w:t>
        <w:br/>
        <w:t>vt 0.189500 0.388700</w:t>
        <w:br/>
        <w:t>vt 0.190800 0.392600</w:t>
        <w:br/>
        <w:t>vt 0.191600 0.391900</w:t>
        <w:br/>
        <w:t>vt 0.189300 0.392300</w:t>
        <w:br/>
        <w:t>vt 0.188300 0.391000</w:t>
        <w:br/>
        <w:t>vt 0.189300 0.390900</w:t>
        <w:br/>
        <w:t>vt 0.190000 0.391700</w:t>
        <w:br/>
        <w:t>vt 0.188400 0.389600</w:t>
        <w:br/>
        <w:t>vt 0.189400 0.390100</w:t>
        <w:br/>
        <w:t>vt 0.191600 0.391900</w:t>
        <w:br/>
        <w:t>vt 0.190800 0.392600</w:t>
        <w:br/>
        <w:t>vt 0.189300 0.392300</w:t>
        <w:br/>
        <w:t>vt 0.190000 0.391700</w:t>
        <w:br/>
        <w:t>vt 0.190100 0.395700</w:t>
        <w:br/>
        <w:t>vt 0.189500 0.397500</w:t>
        <w:br/>
        <w:t>vt 0.187900 0.397200</w:t>
        <w:br/>
        <w:t>vt 0.189100 0.394700</w:t>
        <w:br/>
        <w:t>vt 0.187900 0.394800</w:t>
        <w:br/>
        <w:t>vt 0.187200 0.396300</w:t>
        <w:br/>
        <w:t>vt 0.190100 0.395700</w:t>
        <w:br/>
        <w:t>vt 0.191200 0.395400</w:t>
        <w:br/>
        <w:t>vt 0.190200 0.398500</w:t>
        <w:br/>
        <w:t>vt 0.189500 0.397500</w:t>
        <w:br/>
        <w:t>vt 0.187200 0.396300</w:t>
        <w:br/>
        <w:t>vt 0.187300 0.395400</w:t>
        <w:br/>
        <w:t>vt 0.187900 0.394800</w:t>
        <w:br/>
        <w:t>vt 0.187900 0.397200</w:t>
        <w:br/>
        <w:t>vt 0.189100 0.394700</w:t>
        <w:br/>
        <w:t>vt 0.190100 0.395700</w:t>
        <w:br/>
        <w:t>vt 0.190000 0.394500</w:t>
        <w:br/>
        <w:t>vt 0.190000 0.394500</w:t>
        <w:br/>
        <w:t>vt 0.190100 0.395700</w:t>
        <w:br/>
        <w:t>vt 0.189100 0.394700</w:t>
        <w:br/>
        <w:t>vt 0.189000 0.393700</w:t>
        <w:br/>
        <w:t>vt 0.189000 0.393700</w:t>
        <w:br/>
        <w:t>vt 0.189100 0.394700</w:t>
        <w:br/>
        <w:t>vt 0.187900 0.394800</w:t>
        <w:br/>
        <w:t>vt 0.187300 0.393800</w:t>
        <w:br/>
        <w:t>vt 0.189500 0.397500</w:t>
        <w:br/>
        <w:t>vt 0.190200 0.398500</w:t>
        <w:br/>
        <w:t>vt 0.188800 0.398600</w:t>
        <w:br/>
        <w:t>vt 0.188500 0.398200</w:t>
        <w:br/>
        <w:t>vt 0.187200 0.396300</w:t>
        <w:br/>
        <w:t>vt 0.187900 0.397200</w:t>
        <w:br/>
        <w:t>vt 0.187100 0.397800</w:t>
        <w:br/>
        <w:t>vt 0.186100 0.396400</w:t>
        <w:br/>
        <w:t>vt 0.186200 0.394900</w:t>
        <w:br/>
        <w:t>vt 0.187300 0.395400</w:t>
        <w:br/>
        <w:t>vt 0.187100 0.397800</w:t>
        <w:br/>
        <w:t>vt 0.187900 0.397200</w:t>
        <w:br/>
        <w:t>vt 0.187800 0.402100</w:t>
        <w:br/>
        <w:t>vt 0.187300 0.403900</w:t>
        <w:br/>
        <w:t>vt 0.185700 0.403700</w:t>
        <w:br/>
        <w:t>vt 0.186800 0.401200</w:t>
        <w:br/>
        <w:t>vt 0.185600 0.401400</w:t>
        <w:br/>
        <w:t>vt 0.185000 0.402700</w:t>
        <w:br/>
        <w:t>vt 0.187800 0.402100</w:t>
        <w:br/>
        <w:t>vt 0.188900 0.401700</w:t>
        <w:br/>
        <w:t>vt 0.188000 0.404800</w:t>
        <w:br/>
        <w:t>vt 0.187300 0.403900</w:t>
        <w:br/>
        <w:t>vt 0.185000 0.402700</w:t>
        <w:br/>
        <w:t>vt 0.185100 0.402000</w:t>
        <w:br/>
        <w:t>vt 0.185600 0.401400</w:t>
        <w:br/>
        <w:t>vt 0.185700 0.403700</w:t>
        <w:br/>
        <w:t>vt 0.186800 0.401200</w:t>
        <w:br/>
        <w:t>vt 0.187800 0.402100</w:t>
        <w:br/>
        <w:t>vt 0.187700 0.400700</w:t>
        <w:br/>
        <w:t>vt 0.186800 0.401200</w:t>
        <w:br/>
        <w:t>vt 0.186500 0.400000</w:t>
        <w:br/>
        <w:t>vt 0.187700 0.400700</w:t>
        <w:br/>
        <w:t>vt 0.187800 0.402100</w:t>
        <w:br/>
        <w:t>vt 0.185600 0.401400</w:t>
        <w:br/>
        <w:t>vt 0.184800 0.400300</w:t>
        <w:br/>
        <w:t>vt 0.186500 0.400000</w:t>
        <w:br/>
        <w:t>vt 0.186800 0.401200</w:t>
        <w:br/>
        <w:t>vt 0.186800 0.405000</w:t>
        <w:br/>
        <w:t>vt 0.186300 0.404700</w:t>
        <w:br/>
        <w:t>vt 0.187300 0.403900</w:t>
        <w:br/>
        <w:t>vt 0.188000 0.404800</w:t>
        <w:br/>
        <w:t>vt 0.185000 0.402700</w:t>
        <w:br/>
        <w:t>vt 0.185700 0.403700</w:t>
        <w:br/>
        <w:t>vt 0.184800 0.404300</w:t>
        <w:br/>
        <w:t>vt 0.183800 0.402900</w:t>
        <w:br/>
        <w:t>vt 0.185100 0.402000</w:t>
        <w:br/>
        <w:t>vt 0.183800 0.401400</w:t>
        <w:br/>
        <w:t>vt 0.187300 0.403900</w:t>
        <w:br/>
        <w:t>vt 0.186300 0.404700</w:t>
        <w:br/>
        <w:t>vt 0.184800 0.404300</w:t>
        <w:br/>
        <w:t>vt 0.185700 0.403700</w:t>
        <w:br/>
        <w:t>vt 0.185600 0.408100</w:t>
        <w:br/>
        <w:t>vt 0.185000 0.409900</w:t>
        <w:br/>
        <w:t>vt 0.183500 0.409700</w:t>
        <w:br/>
        <w:t>vt 0.184600 0.407100</w:t>
        <w:br/>
        <w:t>vt 0.183400 0.407300</w:t>
        <w:br/>
        <w:t>vt 0.182800 0.408700</w:t>
        <w:br/>
        <w:t>vt 0.185600 0.408100</w:t>
        <w:br/>
        <w:t>vt 0.186800 0.407700</w:t>
        <w:br/>
        <w:t>vt 0.185700 0.410900</w:t>
        <w:br/>
        <w:t>vt 0.185000 0.409900</w:t>
        <w:br/>
        <w:t>vt 0.182800 0.408700</w:t>
        <w:br/>
        <w:t>vt 0.182800 0.407900</w:t>
        <w:br/>
        <w:t>vt 0.183400 0.407300</w:t>
        <w:br/>
        <w:t>vt 0.183500 0.409700</w:t>
        <w:br/>
        <w:t>vt 0.184600 0.407100</w:t>
        <w:br/>
        <w:t>vt 0.185600 0.408100</w:t>
        <w:br/>
        <w:t>vt 0.185500 0.406800</w:t>
        <w:br/>
        <w:t>vt 0.184600 0.407100</w:t>
        <w:br/>
        <w:t>vt 0.184400 0.406100</w:t>
        <w:br/>
        <w:t>vt 0.185500 0.406800</w:t>
        <w:br/>
        <w:t>vt 0.185600 0.408100</w:t>
        <w:br/>
        <w:t>vt 0.182800 0.406300</w:t>
        <w:br/>
        <w:t>vt 0.184400 0.406100</w:t>
        <w:br/>
        <w:t>vt 0.184600 0.407100</w:t>
        <w:br/>
        <w:t>vt 0.183400 0.407300</w:t>
        <w:br/>
        <w:t>vt 0.184300 0.411100</w:t>
        <w:br/>
        <w:t>vt 0.184000 0.410700</w:t>
        <w:br/>
        <w:t>vt 0.185000 0.409900</w:t>
        <w:br/>
        <w:t>vt 0.185700 0.410900</w:t>
        <w:br/>
        <w:t>vt 0.182600 0.410300</w:t>
        <w:br/>
        <w:t>vt 0.181500 0.408900</w:t>
        <w:br/>
        <w:t>vt 0.182800 0.408700</w:t>
        <w:br/>
        <w:t>vt 0.183500 0.409700</w:t>
        <w:br/>
        <w:t>vt 0.181700 0.407400</w:t>
        <w:br/>
        <w:t>vt 0.182800 0.407900</w:t>
        <w:br/>
        <w:t>vt 0.182600 0.410300</w:t>
        <w:br/>
        <w:t>vt 0.183500 0.409700</w:t>
        <w:br/>
        <w:t>vt 0.185000 0.409900</w:t>
        <w:br/>
        <w:t>vt 0.184000 0.410700</w:t>
        <w:br/>
        <w:t>vt 0.183600 0.414300</w:t>
        <w:br/>
        <w:t>vt 0.183100 0.416100</w:t>
        <w:br/>
        <w:t>vt 0.181300 0.413700</w:t>
        <w:br/>
        <w:t>vt 0.180800 0.415200</w:t>
        <w:br/>
        <w:t>vt 0.181500 0.416000</w:t>
        <w:br/>
        <w:t>vt 0.182400 0.413500</w:t>
        <w:br/>
        <w:t>vt 0.183600 0.414300</w:t>
        <w:br/>
        <w:t>vt 0.184700 0.413700</w:t>
        <w:br/>
        <w:t>vt 0.183900 0.416900</w:t>
        <w:br/>
        <w:t>vt 0.183100 0.416100</w:t>
        <w:br/>
        <w:t>vt 0.180800 0.415200</w:t>
        <w:br/>
        <w:t>vt 0.180800 0.414400</w:t>
        <w:br/>
        <w:t>vt 0.181300 0.413700</w:t>
        <w:br/>
        <w:t>vt 0.182400 0.413500</w:t>
        <w:br/>
        <w:t>vt 0.181500 0.416000</w:t>
        <w:br/>
        <w:t>vt 0.183600 0.414300</w:t>
        <w:br/>
        <w:t>vt 0.183300 0.412900</w:t>
        <w:br/>
        <w:t>vt 0.182400 0.413500</w:t>
        <w:br/>
        <w:t>vt 0.182100 0.412400</w:t>
        <w:br/>
        <w:t>vt 0.183300 0.412900</w:t>
        <w:br/>
        <w:t>vt 0.183600 0.414300</w:t>
        <w:br/>
        <w:t>vt 0.182100 0.412400</w:t>
        <w:br/>
        <w:t>vt 0.182400 0.413500</w:t>
        <w:br/>
        <w:t>vt 0.181300 0.413700</w:t>
        <w:br/>
        <w:t>vt 0.180500 0.412700</w:t>
        <w:br/>
        <w:t>vt 0.183100 0.416100</w:t>
        <w:br/>
        <w:t>vt 0.183900 0.416900</w:t>
        <w:br/>
        <w:t>vt 0.182600 0.417400</w:t>
        <w:br/>
        <w:t>vt 0.181900 0.417200</w:t>
        <w:br/>
        <w:t>vt 0.180600 0.416700</w:t>
        <w:br/>
        <w:t>vt 0.179400 0.415400</w:t>
        <w:br/>
        <w:t>vt 0.180800 0.415200</w:t>
        <w:br/>
        <w:t>vt 0.181500 0.416000</w:t>
        <w:br/>
        <w:t>vt 0.179500 0.413900</w:t>
        <w:br/>
        <w:t>vt 0.180800 0.414400</w:t>
        <w:br/>
        <w:t>vt 0.183100 0.416100</w:t>
        <w:br/>
        <w:t>vt 0.181900 0.417200</w:t>
        <w:br/>
        <w:t>vt 0.180600 0.416700</w:t>
        <w:br/>
        <w:t>vt 0.181500 0.416000</w:t>
        <w:br/>
        <w:t>vt 0.181800 0.420600</w:t>
        <w:br/>
        <w:t>vt 0.181400 0.422500</w:t>
        <w:br/>
        <w:t>vt 0.179800 0.422500</w:t>
        <w:br/>
        <w:t>vt 0.180500 0.419900</w:t>
        <w:br/>
        <w:t>vt 0.179400 0.420300</w:t>
        <w:br/>
        <w:t>vt 0.179000 0.421700</w:t>
        <w:br/>
        <w:t>vt 0.182900 0.420100</w:t>
        <w:br/>
        <w:t>vt 0.182200 0.423400</w:t>
        <w:br/>
        <w:t>vt 0.181400 0.422500</w:t>
        <w:br/>
        <w:t>vt 0.181800 0.420600</w:t>
        <w:br/>
        <w:t>vt 0.179000 0.421700</w:t>
        <w:br/>
        <w:t>vt 0.178900 0.421000</w:t>
        <w:br/>
        <w:t>vt 0.179400 0.420300</w:t>
        <w:br/>
        <w:t>vt 0.179800 0.422500</w:t>
        <w:br/>
        <w:t>vt 0.180500 0.419900</w:t>
        <w:br/>
        <w:t>vt 0.181800 0.420600</w:t>
        <w:br/>
        <w:t>vt 0.181400 0.419300</w:t>
        <w:br/>
        <w:t>vt 0.180500 0.419900</w:t>
        <w:br/>
        <w:t>vt 0.180100 0.418800</w:t>
        <w:br/>
        <w:t>vt 0.181400 0.419300</w:t>
        <w:br/>
        <w:t>vt 0.181800 0.420600</w:t>
        <w:br/>
        <w:t>vt 0.179400 0.420300</w:t>
        <w:br/>
        <w:t>vt 0.178500 0.419300</w:t>
        <w:br/>
        <w:t>vt 0.180100 0.418800</w:t>
        <w:br/>
        <w:t>vt 0.180500 0.419900</w:t>
        <w:br/>
        <w:t>vt 0.181400 0.422500</w:t>
        <w:br/>
        <w:t>vt 0.182200 0.423400</w:t>
        <w:br/>
        <w:t>vt 0.181000 0.423800</w:t>
        <w:br/>
        <w:t>vt 0.180300 0.423600</w:t>
        <w:br/>
        <w:t>vt 0.178900 0.423300</w:t>
        <w:br/>
        <w:t>vt 0.177700 0.422100</w:t>
        <w:br/>
        <w:t>vt 0.179000 0.421700</w:t>
        <w:br/>
        <w:t>vt 0.179800 0.422500</w:t>
        <w:br/>
        <w:t>vt 0.177700 0.420600</w:t>
        <w:br/>
        <w:t>vt 0.178900 0.421000</w:t>
        <w:br/>
        <w:t>vt 0.179800 0.422500</w:t>
        <w:br/>
        <w:t>vt 0.181400 0.422500</w:t>
        <w:br/>
        <w:t>vt 0.180300 0.423600</w:t>
        <w:br/>
        <w:t>vt 0.178900 0.423300</w:t>
        <w:br/>
        <w:t>vt 0.180200 0.427200</w:t>
        <w:br/>
        <w:t>vt 0.180000 0.429100</w:t>
        <w:br/>
        <w:t>vt 0.177800 0.427200</w:t>
        <w:br/>
        <w:t>vt 0.177600 0.428700</w:t>
        <w:br/>
        <w:t>vt 0.178500 0.429400</w:t>
        <w:br/>
        <w:t>vt 0.178900 0.426700</w:t>
        <w:br/>
        <w:t>vt 0.180200 0.427200</w:t>
        <w:br/>
        <w:t>vt 0.181300 0.426400</w:t>
        <w:br/>
        <w:t>vt 0.180800 0.429800</w:t>
        <w:br/>
        <w:t>vt 0.180000 0.429100</w:t>
        <w:br/>
        <w:t>vt 0.177600 0.428700</w:t>
        <w:br/>
        <w:t>vt 0.177400 0.428000</w:t>
        <w:br/>
        <w:t>vt 0.177800 0.427200</w:t>
        <w:br/>
        <w:t>vt 0.178900 0.426700</w:t>
        <w:br/>
        <w:t>vt 0.178500 0.429400</w:t>
        <w:br/>
        <w:t>vt 0.180200 0.427200</w:t>
        <w:br/>
        <w:t>vt 0.179600 0.425800</w:t>
        <w:br/>
        <w:t>vt 0.178900 0.426700</w:t>
        <w:br/>
        <w:t>vt 0.178200 0.425600</w:t>
        <w:br/>
        <w:t>vt 0.179600 0.425800</w:t>
        <w:br/>
        <w:t>vt 0.180200 0.427200</w:t>
        <w:br/>
        <w:t>vt 0.177800 0.427200</w:t>
        <w:br/>
        <w:t>vt 0.176700 0.426400</w:t>
        <w:br/>
        <w:t>vt 0.178200 0.425600</w:t>
        <w:br/>
        <w:t>vt 0.178900 0.426700</w:t>
        <w:br/>
        <w:t>vt 0.180000 0.429100</w:t>
        <w:br/>
        <w:t>vt 0.180800 0.429800</w:t>
        <w:br/>
        <w:t>vt 0.179500 0.430700</w:t>
        <w:br/>
        <w:t>vt 0.179000 0.430500</w:t>
        <w:br/>
        <w:t>vt 0.177600 0.428700</w:t>
        <w:br/>
        <w:t>vt 0.178500 0.429400</w:t>
        <w:br/>
        <w:t>vt 0.177600 0.430300</w:t>
        <w:br/>
        <w:t>vt 0.176200 0.429300</w:t>
        <w:br/>
        <w:t>vt 0.176100 0.427800</w:t>
        <w:br/>
        <w:t>vt 0.177400 0.428000</w:t>
        <w:br/>
        <w:t>vt 0.178500 0.429400</w:t>
        <w:br/>
        <w:t>vt 0.180000 0.429100</w:t>
        <w:br/>
        <w:t>vt 0.179000 0.430500</w:t>
        <w:br/>
        <w:t>vt 0.177600 0.430300</w:t>
        <w:br/>
        <w:t>vt 0.185100 0.402000</w:t>
        <w:br/>
        <w:t>vt 0.187300 0.395400</w:t>
        <w:br/>
        <w:t>vt 0.189400 0.390100</w:t>
        <w:br/>
        <w:t>vt 0.180800 0.414400</w:t>
        <w:br/>
        <w:t>vt 0.178900 0.421000</w:t>
        <w:br/>
        <w:t>vt 0.177400 0.428000</w:t>
        <w:br/>
        <w:t>vt 0.182800 0.407900</w:t>
        <w:br/>
        <w:t>vt 0.130100 0.360300</w:t>
        <w:br/>
        <w:t>vt 0.130700 0.361500</w:t>
        <w:br/>
        <w:t>vt 0.130600 0.362400</w:t>
        <w:br/>
        <w:t>vt 0.129300 0.362700</w:t>
        <w:br/>
        <w:t>vt 0.103900 0.403900</w:t>
        <w:br/>
        <w:t>vt 0.103500 0.402000</w:t>
        <w:br/>
        <w:t>vt 0.105300 0.402700</w:t>
        <w:br/>
        <w:t>vt 0.105500 0.404100</w:t>
        <w:br/>
        <w:t>vt 0.125700 0.371600</w:t>
        <w:br/>
        <w:t>vt 0.126200 0.372300</w:t>
        <w:br/>
        <w:t>vt 0.125500 0.374700</w:t>
        <w:br/>
        <w:t>vt 0.124200 0.374900</w:t>
        <w:br/>
        <w:t>vt 0.127000 0.368500</w:t>
        <w:br/>
        <w:t>vt 0.128200 0.365800</w:t>
        <w:br/>
        <w:t>vt 0.128700 0.366400</w:t>
        <w:br/>
        <w:t>vt 0.128200 0.368300</w:t>
        <w:br/>
        <w:t>vt 0.121100 0.380900</w:t>
        <w:br/>
        <w:t>vt 0.122600 0.377600</w:t>
        <w:br/>
        <w:t>vt 0.123200 0.378900</w:t>
        <w:br/>
        <w:t>vt 0.122400 0.380800</w:t>
        <w:br/>
        <w:t>vt 0.116000 0.392600</w:t>
        <w:br/>
        <w:t>vt 0.114500 0.392500</w:t>
        <w:br/>
        <w:t>vt 0.116100 0.389600</w:t>
        <w:br/>
        <w:t>vt 0.116800 0.390700</w:t>
        <w:br/>
        <w:t>vt 0.108100 0.402200</w:t>
        <w:br/>
        <w:t>vt 0.105500 0.404100</w:t>
        <w:br/>
        <w:t>vt 0.105300 0.402700</w:t>
        <w:br/>
        <w:t>vt 0.108000 0.400600</w:t>
        <w:br/>
        <w:t>vt 0.112900 0.396500</w:t>
        <w:br/>
        <w:t>vt 0.112000 0.398500</w:t>
        <w:br/>
        <w:t>vt 0.110500 0.398000</w:t>
        <w:br/>
        <w:t>vt 0.112500 0.395100</w:t>
        <w:br/>
        <w:t>vt 0.117800 0.386600</w:t>
        <w:br/>
        <w:t>vt 0.119400 0.383900</w:t>
        <w:br/>
        <w:t>vt 0.120000 0.385000</w:t>
        <w:br/>
        <w:t>vt 0.119100 0.386600</w:t>
        <w:br/>
        <w:t>vt 0.130100 0.363800</w:t>
        <w:br/>
        <w:t>vt 0.129300 0.362700</w:t>
        <w:br/>
        <w:t>vt 0.128200 0.365800</w:t>
        <w:br/>
        <w:t>vt 0.129400 0.365400</w:t>
        <w:br/>
        <w:t>vt 0.132100 0.364600</w:t>
        <w:br/>
        <w:t>vt 0.131600 0.363700</w:t>
        <w:br/>
        <w:t>vt 0.130400 0.366600</w:t>
        <w:br/>
        <w:t>vt 0.131400 0.366300</w:t>
        <w:br/>
        <w:t>vt 0.130100 0.363800</w:t>
        <w:br/>
        <w:t>vt 0.129400 0.365400</w:t>
        <w:br/>
        <w:t>vt 0.128200 0.365800</w:t>
        <w:br/>
        <w:t>vt 0.129300 0.362700</w:t>
        <w:br/>
        <w:t>vt 0.131400 0.366300</w:t>
        <w:br/>
        <w:t>vt 0.132100 0.364600</w:t>
        <w:br/>
        <w:t>vt 0.132000 0.365500</w:t>
        <w:br/>
        <w:t>vt 0.131600 0.363700</w:t>
        <w:br/>
        <w:t>vt 0.130400 0.366600</w:t>
        <w:br/>
        <w:t>vt 0.130800 0.362800</w:t>
        <w:br/>
        <w:t>vt 0.130100 0.363800</w:t>
        <w:br/>
        <w:t>vt 0.130800 0.362800</w:t>
        <w:br/>
        <w:t>vt 0.132300 0.363000</w:t>
        <w:br/>
        <w:t>vt 0.131600 0.363700</w:t>
        <w:br/>
        <w:t>vt 0.130100 0.363800</w:t>
        <w:br/>
        <w:t>vt 0.132100 0.364600</w:t>
        <w:br/>
        <w:t>vt 0.131600 0.363700</w:t>
        <w:br/>
        <w:t>vt 0.132300 0.363000</w:t>
        <w:br/>
        <w:t>vt 0.133100 0.364500</w:t>
        <w:br/>
        <w:t>vt 0.128200 0.365800</w:t>
        <w:br/>
        <w:t>vt 0.129400 0.365400</w:t>
        <w:br/>
        <w:t>vt 0.129200 0.366400</w:t>
        <w:br/>
        <w:t>vt 0.128700 0.366400</w:t>
        <w:br/>
        <w:t>vt 0.130300 0.367400</w:t>
        <w:br/>
        <w:t>vt 0.130400 0.366600</w:t>
        <w:br/>
        <w:t>vt 0.131400 0.366300</w:t>
        <w:br/>
        <w:t>vt 0.132000 0.367100</w:t>
        <w:br/>
        <w:t>vt 0.132000 0.365500</w:t>
        <w:br/>
        <w:t>vt 0.132900 0.365900</w:t>
        <w:br/>
        <w:t>vt 0.130400 0.366600</w:t>
        <w:br/>
        <w:t>vt 0.130300 0.367400</w:t>
        <w:br/>
        <w:t>vt 0.125700 0.371600</w:t>
        <w:br/>
        <w:t>vt 0.126900 0.371300</w:t>
        <w:br/>
        <w:t>vt 0.127600 0.369600</w:t>
        <w:br/>
        <w:t>vt 0.127000 0.368500</w:t>
        <w:br/>
        <w:t>vt 0.129600 0.370500</w:t>
        <w:br/>
        <w:t>vt 0.129100 0.369600</w:t>
        <w:br/>
        <w:t>vt 0.127900 0.372400</w:t>
        <w:br/>
        <w:t>vt 0.128900 0.372100</w:t>
        <w:br/>
        <w:t>vt 0.127600 0.369600</w:t>
        <w:br/>
        <w:t>vt 0.126900 0.371300</w:t>
        <w:br/>
        <w:t>vt 0.125700 0.371600</w:t>
        <w:br/>
        <w:t>vt 0.127000 0.368500</w:t>
        <w:br/>
        <w:t>vt 0.128900 0.372100</w:t>
        <w:br/>
        <w:t>vt 0.129600 0.370500</w:t>
        <w:br/>
        <w:t>vt 0.129400 0.371400</w:t>
        <w:br/>
        <w:t>vt 0.129100 0.369600</w:t>
        <w:br/>
        <w:t>vt 0.127900 0.372400</w:t>
        <w:br/>
        <w:t>vt 0.128400 0.368700</w:t>
        <w:br/>
        <w:t>vt 0.127600 0.369600</w:t>
        <w:br/>
        <w:t>vt 0.127000 0.368500</w:t>
        <w:br/>
        <w:t>vt 0.128200 0.368300</w:t>
        <w:br/>
        <w:t>vt 0.129100 0.369600</w:t>
        <w:br/>
        <w:t>vt 0.127600 0.369600</w:t>
        <w:br/>
        <w:t>vt 0.128400 0.368700</w:t>
        <w:br/>
        <w:t>vt 0.129800 0.368900</w:t>
        <w:br/>
        <w:t>vt 0.129800 0.368900</w:t>
        <w:br/>
        <w:t>vt 0.130600 0.370300</w:t>
        <w:br/>
        <w:t>vt 0.129600 0.370500</w:t>
        <w:br/>
        <w:t>vt 0.129100 0.369600</w:t>
        <w:br/>
        <w:t>vt 0.126200 0.372300</w:t>
        <w:br/>
        <w:t>vt 0.125700 0.371600</w:t>
        <w:br/>
        <w:t>vt 0.126900 0.371300</w:t>
        <w:br/>
        <w:t>vt 0.126700 0.372400</w:t>
        <w:br/>
        <w:t>vt 0.128900 0.372100</w:t>
        <w:br/>
        <w:t>vt 0.129500 0.372900</w:t>
        <w:br/>
        <w:t>vt 0.127900 0.373300</w:t>
        <w:br/>
        <w:t>vt 0.127900 0.372400</w:t>
        <w:br/>
        <w:t>vt 0.129400 0.371400</w:t>
        <w:br/>
        <w:t>vt 0.130400 0.371800</w:t>
        <w:br/>
        <w:t>vt 0.127900 0.372400</w:t>
        <w:br/>
        <w:t>vt 0.127900 0.373300</w:t>
        <w:br/>
        <w:t>vt 0.124600 0.376000</w:t>
        <w:br/>
        <w:t>vt 0.124200 0.374900</w:t>
        <w:br/>
        <w:t>vt 0.122600 0.377600</w:t>
        <w:br/>
        <w:t>vt 0.123700 0.377700</w:t>
        <w:br/>
        <w:t>vt 0.125000 0.378600</w:t>
        <w:br/>
        <w:t>vt 0.126100 0.378500</w:t>
        <w:br/>
        <w:t>vt 0.126700 0.377100</w:t>
        <w:br/>
        <w:t>vt 0.126000 0.376100</w:t>
        <w:br/>
        <w:t>vt 0.122600 0.377600</w:t>
        <w:br/>
        <w:t>vt 0.124200 0.374900</w:t>
        <w:br/>
        <w:t>vt 0.124600 0.376000</w:t>
        <w:br/>
        <w:t>vt 0.123700 0.377700</w:t>
        <w:br/>
        <w:t>vt 0.126100 0.378500</w:t>
        <w:br/>
        <w:t>vt 0.126700 0.377100</w:t>
        <w:br/>
        <w:t>vt 0.126600 0.377900</w:t>
        <w:br/>
        <w:t>vt 0.126000 0.376100</w:t>
        <w:br/>
        <w:t>vt 0.125000 0.378600</w:t>
        <w:br/>
        <w:t>vt 0.125800 0.375100</w:t>
        <w:br/>
        <w:t>vt 0.124600 0.376000</w:t>
        <w:br/>
        <w:t>vt 0.126000 0.376100</w:t>
        <w:br/>
        <w:t>vt 0.124600 0.376000</w:t>
        <w:br/>
        <w:t>vt 0.125800 0.375100</w:t>
        <w:br/>
        <w:t>vt 0.127000 0.375500</w:t>
        <w:br/>
        <w:t>vt 0.126700 0.377100</w:t>
        <w:br/>
        <w:t>vt 0.126000 0.376100</w:t>
        <w:br/>
        <w:t>vt 0.127000 0.375500</w:t>
        <w:br/>
        <w:t>vt 0.128000 0.376900</w:t>
        <w:br/>
        <w:t>vt 0.123200 0.378900</w:t>
        <w:br/>
        <w:t>vt 0.122600 0.377600</w:t>
        <w:br/>
        <w:t>vt 0.123700 0.377700</w:t>
        <w:br/>
        <w:t>vt 0.123800 0.379000</w:t>
        <w:br/>
        <w:t>vt 0.126100 0.378500</w:t>
        <w:br/>
        <w:t>vt 0.126900 0.379500</w:t>
        <w:br/>
        <w:t>vt 0.125100 0.379700</w:t>
        <w:br/>
        <w:t>vt 0.125000 0.378600</w:t>
        <w:br/>
        <w:t>vt 0.126600 0.377900</w:t>
        <w:br/>
        <w:t>vt 0.128000 0.378400</w:t>
        <w:br/>
        <w:t>vt 0.125100 0.379700</w:t>
        <w:br/>
        <w:t>vt 0.125000 0.378600</w:t>
        <w:br/>
        <w:t>vt 0.121500 0.382000</w:t>
        <w:br/>
        <w:t>vt 0.121100 0.380900</w:t>
        <w:br/>
        <w:t>vt 0.119400 0.383900</w:t>
        <w:br/>
        <w:t>vt 0.120600 0.383700</w:t>
        <w:br/>
        <w:t>vt 0.121800 0.384700</w:t>
        <w:br/>
        <w:t>vt 0.122900 0.384600</w:t>
        <w:br/>
        <w:t>vt 0.123600 0.383100</w:t>
        <w:br/>
        <w:t>vt 0.122900 0.382200</w:t>
        <w:br/>
        <w:t>vt 0.121100 0.380900</w:t>
        <w:br/>
        <w:t>vt 0.121500 0.382000</w:t>
        <w:br/>
        <w:t>vt 0.120600 0.383700</w:t>
        <w:br/>
        <w:t>vt 0.119400 0.383900</w:t>
        <w:br/>
        <w:t>vt 0.122900 0.384600</w:t>
        <w:br/>
        <w:t>vt 0.123600 0.383100</w:t>
        <w:br/>
        <w:t>vt 0.123500 0.384000</w:t>
        <w:br/>
        <w:t>vt 0.122900 0.382200</w:t>
        <w:br/>
        <w:t>vt 0.121800 0.384700</w:t>
        <w:br/>
        <w:t>vt 0.122500 0.381200</w:t>
        <w:br/>
        <w:t>vt 0.121500 0.382000</w:t>
        <w:br/>
        <w:t>vt 0.122900 0.382200</w:t>
        <w:br/>
        <w:t>vt 0.123800 0.381500</w:t>
        <w:br/>
        <w:t>vt 0.123800 0.381500</w:t>
        <w:br/>
        <w:t>vt 0.124700 0.382900</w:t>
        <w:br/>
        <w:t>vt 0.123600 0.383100</w:t>
        <w:br/>
        <w:t>vt 0.122900 0.382200</w:t>
        <w:br/>
        <w:t>vt 0.120000 0.385000</w:t>
        <w:br/>
        <w:t>vt 0.119400 0.383900</w:t>
        <w:br/>
        <w:t>vt 0.120600 0.383700</w:t>
        <w:br/>
        <w:t>vt 0.120600 0.385100</w:t>
        <w:br/>
        <w:t>vt 0.121900 0.385800</w:t>
        <w:br/>
        <w:t>vt 0.121800 0.384700</w:t>
        <w:br/>
        <w:t>vt 0.122900 0.384600</w:t>
        <w:br/>
        <w:t>vt 0.123700 0.385600</w:t>
        <w:br/>
        <w:t>vt 0.123500 0.384000</w:t>
        <w:br/>
        <w:t>vt 0.124600 0.384400</w:t>
        <w:br/>
        <w:t>vt 0.120600 0.383700</w:t>
        <w:br/>
        <w:t>vt 0.121800 0.384700</w:t>
        <w:br/>
        <w:t>vt 0.121900 0.385800</w:t>
        <w:br/>
        <w:t>vt 0.120600 0.385100</w:t>
        <w:br/>
        <w:t>vt 0.116100 0.389600</w:t>
        <w:br/>
        <w:t>vt 0.117300 0.389400</w:t>
        <w:br/>
        <w:t>vt 0.118200 0.387800</w:t>
        <w:br/>
        <w:t>vt 0.117800 0.386600</w:t>
        <w:br/>
        <w:t>vt 0.118400 0.390400</w:t>
        <w:br/>
        <w:t>vt 0.119600 0.390400</w:t>
        <w:br/>
        <w:t>vt 0.120300 0.389000</w:t>
        <w:br/>
        <w:t>vt 0.119600 0.388000</w:t>
        <w:br/>
        <w:t>vt 0.116100 0.389600</w:t>
        <w:br/>
        <w:t>vt 0.117800 0.386600</w:t>
        <w:br/>
        <w:t>vt 0.118200 0.387800</w:t>
        <w:br/>
        <w:t>vt 0.117300 0.389400</w:t>
        <w:br/>
        <w:t>vt 0.119600 0.390400</w:t>
        <w:br/>
        <w:t>vt 0.120300 0.389000</w:t>
        <w:br/>
        <w:t>vt 0.120200 0.389800</w:t>
        <w:br/>
        <w:t>vt 0.119600 0.388000</w:t>
        <w:br/>
        <w:t>vt 0.118400 0.390400</w:t>
        <w:br/>
        <w:t>vt 0.118200 0.387800</w:t>
        <w:br/>
        <w:t>vt 0.119400 0.387000</w:t>
        <w:br/>
        <w:t>vt 0.119400 0.387000</w:t>
        <w:br/>
        <w:t>vt 0.120600 0.387400</w:t>
        <w:br/>
        <w:t>vt 0.119600 0.388000</w:t>
        <w:br/>
        <w:t>vt 0.118200 0.387800</w:t>
        <w:br/>
        <w:t>vt 0.120600 0.387400</w:t>
        <w:br/>
        <w:t>vt 0.121500 0.388800</w:t>
        <w:br/>
        <w:t>vt 0.120300 0.389000</w:t>
        <w:br/>
        <w:t>vt 0.119600 0.388000</w:t>
        <w:br/>
        <w:t>vt 0.117300 0.389400</w:t>
        <w:br/>
        <w:t>vt 0.117400 0.391000</w:t>
        <w:br/>
        <w:t>vt 0.116800 0.390700</w:t>
        <w:br/>
        <w:t>vt 0.116100 0.389600</w:t>
        <w:br/>
        <w:t>vt 0.119600 0.390400</w:t>
        <w:br/>
        <w:t>vt 0.120400 0.391400</w:t>
        <w:br/>
        <w:t>vt 0.118700 0.391700</w:t>
        <w:br/>
        <w:t>vt 0.118400 0.390400</w:t>
        <w:br/>
        <w:t>vt 0.120200 0.389800</w:t>
        <w:br/>
        <w:t>vt 0.121400 0.390300</w:t>
        <w:br/>
        <w:t>vt 0.118400 0.390400</w:t>
        <w:br/>
        <w:t>vt 0.118700 0.391700</w:t>
        <w:br/>
        <w:t>vt 0.117400 0.391000</w:t>
        <w:br/>
        <w:t>vt 0.117300 0.389400</w:t>
        <w:br/>
        <w:t>vt 0.114800 0.393700</w:t>
        <w:br/>
        <w:t>vt 0.114500 0.392500</w:t>
        <w:br/>
        <w:t>vt 0.112500 0.395100</w:t>
        <w:br/>
        <w:t>vt 0.113600 0.395300</w:t>
        <w:br/>
        <w:t>vt 0.116700 0.395300</w:t>
        <w:br/>
        <w:t>vt 0.116200 0.394200</w:t>
        <w:br/>
        <w:t>vt 0.114600 0.396500</w:t>
        <w:br/>
        <w:t>vt 0.115800 0.396500</w:t>
        <w:br/>
        <w:t>vt 0.114800 0.393700</w:t>
        <w:br/>
        <w:t>vt 0.113600 0.395300</w:t>
        <w:br/>
        <w:t>vt 0.112500 0.395100</w:t>
        <w:br/>
        <w:t>vt 0.114500 0.392500</w:t>
        <w:br/>
        <w:t>vt 0.115800 0.396500</w:t>
        <w:br/>
        <w:t>vt 0.116700 0.395300</w:t>
        <w:br/>
        <w:t>vt 0.116400 0.396100</w:t>
        <w:br/>
        <w:t>vt 0.116200 0.394200</w:t>
        <w:br/>
        <w:t>vt 0.114600 0.396500</w:t>
        <w:br/>
        <w:t>vt 0.116100 0.393100</w:t>
        <w:br/>
        <w:t>vt 0.114800 0.393700</w:t>
        <w:br/>
        <w:t>vt 0.116200 0.394200</w:t>
        <w:br/>
        <w:t>vt 0.114800 0.393700</w:t>
        <w:br/>
        <w:t>vt 0.116100 0.393100</w:t>
        <w:br/>
        <w:t>vt 0.117300 0.393700</w:t>
        <w:br/>
        <w:t>vt 0.117300 0.393700</w:t>
        <w:br/>
        <w:t>vt 0.117900 0.395300</w:t>
        <w:br/>
        <w:t>vt 0.116700 0.395300</w:t>
        <w:br/>
        <w:t>vt 0.116200 0.394200</w:t>
        <w:br/>
        <w:t>vt 0.113600 0.395300</w:t>
        <w:br/>
        <w:t>vt 0.113500 0.396800</w:t>
        <w:br/>
        <w:t>vt 0.112900 0.396500</w:t>
        <w:br/>
        <w:t>vt 0.112500 0.395100</w:t>
        <w:br/>
        <w:t>vt 0.115800 0.396500</w:t>
        <w:br/>
        <w:t>vt 0.116400 0.397800</w:t>
        <w:br/>
        <w:t>vt 0.114600 0.397700</w:t>
        <w:br/>
        <w:t>vt 0.114600 0.396500</w:t>
        <w:br/>
        <w:t>vt 0.116400 0.396100</w:t>
        <w:br/>
        <w:t>vt 0.117500 0.396700</w:t>
        <w:br/>
        <w:t>vt 0.113500 0.396800</w:t>
        <w:br/>
        <w:t>vt 0.113600 0.395300</w:t>
        <w:br/>
        <w:t>vt 0.114600 0.396500</w:t>
        <w:br/>
        <w:t>vt 0.114600 0.397700</w:t>
        <w:br/>
        <w:t>vt 0.108000 0.400600</w:t>
        <w:br/>
        <w:t>vt 0.109100 0.400700</w:t>
        <w:br/>
        <w:t>vt 0.110500 0.399400</w:t>
        <w:br/>
        <w:t>vt 0.110500 0.398000</w:t>
        <w:br/>
        <w:t>vt 0.109800 0.402000</w:t>
        <w:br/>
        <w:t>vt 0.110900 0.402400</w:t>
        <w:br/>
        <w:t>vt 0.112000 0.401300</w:t>
        <w:br/>
        <w:t>vt 0.111800 0.400100</w:t>
        <w:br/>
        <w:t>vt 0.110500 0.399400</w:t>
        <w:br/>
        <w:t>vt 0.109100 0.400700</w:t>
        <w:br/>
        <w:t>vt 0.108000 0.400600</w:t>
        <w:br/>
        <w:t>vt 0.110500 0.398000</w:t>
        <w:br/>
        <w:t>vt 0.110900 0.402400</w:t>
        <w:br/>
        <w:t>vt 0.112000 0.401300</w:t>
        <w:br/>
        <w:t>vt 0.111600 0.402100</w:t>
        <w:br/>
        <w:t>vt 0.111800 0.400100</w:t>
        <w:br/>
        <w:t>vt 0.109800 0.402000</w:t>
        <w:br/>
        <w:t>vt 0.112100 0.399100</w:t>
        <w:br/>
        <w:t>vt 0.110500 0.399400</w:t>
        <w:br/>
        <w:t>vt 0.111800 0.400100</w:t>
        <w:br/>
        <w:t>vt 0.110500 0.399400</w:t>
        <w:br/>
        <w:t>vt 0.112100 0.399100</w:t>
        <w:br/>
        <w:t>vt 0.113000 0.400000</w:t>
        <w:br/>
        <w:t>vt 0.113000 0.400000</w:t>
        <w:br/>
        <w:t>vt 0.113300 0.401700</w:t>
        <w:br/>
        <w:t>vt 0.112000 0.401300</w:t>
        <w:br/>
        <w:t>vt 0.111800 0.400100</w:t>
        <w:br/>
        <w:t>vt 0.109100 0.400700</w:t>
        <w:br/>
        <w:t>vt 0.108600 0.402500</w:t>
        <w:br/>
        <w:t>vt 0.108100 0.402200</w:t>
        <w:br/>
        <w:t>vt 0.108000 0.400600</w:t>
        <w:br/>
        <w:t>vt 0.110900 0.402400</w:t>
        <w:br/>
        <w:t>vt 0.111300 0.403700</w:t>
        <w:br/>
        <w:t>vt 0.109600 0.403500</w:t>
        <w:br/>
        <w:t>vt 0.109800 0.402000</w:t>
        <w:br/>
        <w:t>vt 0.111600 0.402100</w:t>
        <w:br/>
        <w:t>vt 0.112600 0.403000</w:t>
        <w:br/>
        <w:t>vt 0.108600 0.402500</w:t>
        <w:br/>
        <w:t>vt 0.109100 0.400700</w:t>
        <w:br/>
        <w:t>vt 0.109800 0.402000</w:t>
        <w:br/>
        <w:t>vt 0.109600 0.403500</w:t>
        <w:br/>
        <w:t>vt 0.126600 0.377900</w:t>
        <w:br/>
        <w:t>vt 0.129400 0.371400</w:t>
        <w:br/>
        <w:t>vt 0.132000 0.365500</w:t>
        <w:br/>
        <w:t>vt 0.120200 0.389800</w:t>
        <w:br/>
        <w:t>vt 0.116400 0.396100</w:t>
        <w:br/>
        <w:t>vt 0.111600 0.402100</w:t>
        <w:br/>
        <w:t>vt 0.123500 0.384000</w:t>
        <w:br/>
        <w:t>vt 0.103667 0.402402</w:t>
        <w:br/>
        <w:t>vt 0.105300 0.402700</w:t>
        <w:br/>
        <w:t>vt 0.108500 0.397400</w:t>
        <w:br/>
        <w:t>vt 0.113500 0.390100</w:t>
        <w:br/>
        <w:t>vt 0.118300 0.381800</w:t>
        <w:br/>
        <w:t>vt 0.122800 0.373500</w:t>
        <w:br/>
        <w:t>vt 0.127300 0.363400</w:t>
        <w:br/>
        <w:t>vt 0.130100 0.360300</w:t>
        <w:br/>
        <w:t>vt 0.129000 0.359100</w:t>
        <w:br/>
        <w:t>vt 0.245400 0.174600</w:t>
        <w:br/>
        <w:t>vt 0.238500 0.192600</w:t>
        <w:br/>
        <w:t>vt 0.250400 0.137000</w:t>
        <w:br/>
        <w:t>vt 0.258000 0.140700</w:t>
        <w:br/>
        <w:t>vt 0.245600 0.152300</w:t>
        <w:br/>
        <w:t>vt 0.252600 0.155200</w:t>
        <w:br/>
        <w:t>vt 0.238200 0.171500</w:t>
        <w:br/>
        <w:t>vt 0.230400 0.189000</w:t>
        <w:br/>
        <w:t>vt 0.230900 0.211100</w:t>
        <w:br/>
        <w:t>vt 0.220800 0.206900</w:t>
        <w:br/>
        <w:t>vt 0.130100 0.360300</w:t>
        <w:br/>
        <w:t>vt 0.245500 0.134100</w:t>
        <w:br/>
        <w:t>vt 0.184200 0.422900</w:t>
        <w:br/>
        <w:t>vt 0.180800 0.433100</w:t>
        <w:br/>
        <w:t>vt 0.470000 0.315100</w:t>
        <w:br/>
        <w:t>vt 0.606000 0.076400</w:t>
        <w:br/>
        <w:t>vt 0.465700 0.164000</w:t>
        <w:br/>
        <w:t>vt 0.448000 0.222000</w:t>
        <w:br/>
        <w:t>vt 0.451600 0.221400</w:t>
        <w:br/>
        <w:t>vt 0.101000 0.403700</w:t>
        <w:br/>
        <w:t>vt 0.103500 0.402000</w:t>
        <w:br/>
        <w:t>vt 0.105300 0.402700</w:t>
        <w:br/>
        <w:t>vt 0.456400 0.304600</w:t>
        <w:br/>
        <w:t>vt 0.459300 0.303400</w:t>
        <w:br/>
        <w:t>vt 0.462200 0.302500</w:t>
        <w:br/>
        <w:t>vt 0.484200 0.203000</w:t>
        <w:br/>
        <w:t>vt 0.483300 0.208100</w:t>
        <w:br/>
        <w:t>vt 0.504400 0.150500</w:t>
        <w:br/>
        <w:t>vt 0.959500 0.156500</w:t>
        <w:br/>
        <w:t>vt 0.597000 0.327900</w:t>
        <w:br/>
        <w:t>vt 0.540700 0.031000</w:t>
        <w:br/>
        <w:t>vt 0.549100 0.017200</w:t>
        <w:br/>
        <w:t>vt 0.545100 0.022600</w:t>
        <w:br/>
        <w:t>vt 0.541600 0.025600</w:t>
        <w:br/>
        <w:t>vt 0.545700 0.026000</w:t>
        <w:br/>
        <w:t>vt 0.036200 0.102200</w:t>
        <w:br/>
        <w:t>vt 0.030000 0.104700</w:t>
        <w:br/>
        <w:t>vt 0.030600 0.101400</w:t>
        <w:br/>
        <w:t>vt 0.557400 0.100400</w:t>
        <w:br/>
        <w:t>vt 0.553900 0.099100</w:t>
        <w:br/>
        <w:t>vt 0.524500 0.024100</w:t>
        <w:br/>
        <w:t>vt 0.546300 0.029700</w:t>
        <w:br/>
        <w:t>vt 0.545400 0.032700</w:t>
        <w:br/>
        <w:t>vt 0.030500 0.085200</w:t>
        <w:br/>
        <w:t>vt 0.037200 0.084100</w:t>
        <w:br/>
        <w:t>vt 0.042200 0.068600</w:t>
        <w:br/>
        <w:t>vt 0.019200 0.214100</w:t>
        <w:br/>
        <w:t>vt 0.266300 0.424700</w:t>
        <w:br/>
        <w:t>vt 0.274800 0.422400</w:t>
        <w:br/>
        <w:t>vt 0.248500 0.421600</w:t>
        <w:br/>
        <w:t>vt 0.248700 0.428200</w:t>
        <w:br/>
        <w:t>vt 0.281000 0.415300</w:t>
        <w:br/>
        <w:t>vt 0.278900 0.417300</w:t>
        <w:br/>
        <w:t>vt 0.276600 0.418700</w:t>
        <w:br/>
        <w:t>vt 0.230900 0.431600</w:t>
        <w:br/>
        <w:t>vt 0.230400 0.430300</w:t>
        <w:br/>
        <w:t>vt 0.465600 0.301500</w:t>
        <w:br/>
        <w:t>vt 0.276600 0.418700</w:t>
        <w:br/>
        <w:t>vt 0.033400 0.311000</w:t>
        <w:br/>
        <w:t>vt 0.034800 0.303900</w:t>
        <w:br/>
        <w:t>vt 0.032700 0.290500</w:t>
        <w:br/>
        <w:t>vt 0.029600 0.293800</w:t>
        <w:br/>
        <w:t>vt 0.454000 0.193500</w:t>
        <w:br/>
        <w:t>vt 0.468900 0.182300</w:t>
        <w:br/>
        <w:t>vt 0.469000 0.180300</w:t>
        <w:br/>
        <w:t>vt 0.476600 0.178100</w:t>
        <w:br/>
        <w:t>vt 0.451400 0.205600</w:t>
        <w:br/>
        <w:t>vt 0.458800 0.200800</w:t>
        <w:br/>
        <w:t>vt 0.448800 0.210800</w:t>
        <w:br/>
        <w:t>vt 0.452300 0.215600</w:t>
        <w:br/>
        <w:t>vt 0.448500 0.216900</w:t>
        <w:br/>
        <w:t>vt 0.457900 0.216800</w:t>
        <w:br/>
        <w:t>vt 0.458200 0.213600</w:t>
        <w:br/>
        <w:t>vt 0.447900 0.230700</w:t>
        <w:br/>
        <w:t>vt 0.446000 0.233100</w:t>
        <w:br/>
        <w:t>vt 0.445900 0.235200</w:t>
        <w:br/>
        <w:t>vt 0.525300 0.145700</w:t>
        <w:br/>
        <w:t>vt 0.528600 0.141400</w:t>
        <w:br/>
        <w:t>vt 0.499100 0.148800</w:t>
        <w:br/>
        <w:t>vt 0.500000 0.146800</w:t>
        <w:br/>
        <w:t>vt 0.028000 0.217700</w:t>
        <w:br/>
        <w:t>vt 0.065600 0.345900</w:t>
        <w:br/>
        <w:t>vt 0.063500 0.349500</w:t>
        <w:br/>
        <w:t>vt 0.070000 0.337500</w:t>
        <w:br/>
        <w:t>vt 0.057000 0.318300</w:t>
        <w:br/>
        <w:t>vt 0.061500 0.311300</w:t>
        <w:br/>
        <w:t>vt 0.059300 0.322400</w:t>
        <w:br/>
        <w:t>vt 0.063700 0.314900</w:t>
        <w:br/>
        <w:t>vt 0.060400 0.292600</w:t>
        <w:br/>
        <w:t>vt 0.028500 0.248000</w:t>
        <w:br/>
        <w:t>vt 0.025900 0.262100</w:t>
        <w:br/>
        <w:t>vt 0.007800 0.259500</w:t>
        <w:br/>
        <w:t>vt 0.007200 0.254200</w:t>
        <w:br/>
        <w:t>vt 0.009900 0.256700</w:t>
        <w:br/>
        <w:t>vt 0.015200 0.251600</w:t>
        <w:br/>
        <w:t>vt 0.013500 0.249500</w:t>
        <w:br/>
        <w:t>vt 0.017500 0.254000</w:t>
        <w:br/>
        <w:t>vt 0.026400 0.245900</w:t>
        <w:br/>
        <w:t>vt 0.024100 0.242700</w:t>
        <w:br/>
        <w:t>vt 0.012900 0.259200</w:t>
        <w:br/>
        <w:t>vt 0.010200 0.262800</w:t>
        <w:br/>
        <w:t>vt 0.006500 0.243600</w:t>
        <w:br/>
        <w:t>vt 0.019500 0.218600</w:t>
        <w:br/>
        <w:t>vt 0.054700 0.179600</w:t>
        <w:br/>
        <w:t>vt 0.073400 0.163000</w:t>
        <w:br/>
        <w:t>vt 0.035900 0.184600</w:t>
        <w:br/>
        <w:t>vt 0.031400 0.187700</w:t>
        <w:br/>
        <w:t>vt 0.053600 0.174600</w:t>
        <w:br/>
        <w:t>vt 0.033800 0.123400</w:t>
        <w:br/>
        <w:t>vt 0.029600 0.124300</w:t>
        <w:br/>
        <w:t>vt 0.042900 0.121300</w:t>
        <w:br/>
        <w:t>vt 0.026000 0.131000</w:t>
        <w:br/>
        <w:t>vt 0.043700 0.102600</w:t>
        <w:br/>
        <w:t>vt 0.054200 0.100400</w:t>
        <w:br/>
        <w:t>vt 0.043600 0.096400</w:t>
        <w:br/>
        <w:t>vt 0.032500 0.052200</w:t>
        <w:br/>
        <w:t>vt 0.036700 0.054100</w:t>
        <w:br/>
        <w:t>vt 0.043700 0.056200</w:t>
        <w:br/>
        <w:t>vt 0.036300 0.050400</w:t>
        <w:br/>
        <w:t>vt 0.038300 0.051300</w:t>
        <w:br/>
        <w:t>vt 0.045400 0.052800</w:t>
        <w:br/>
        <w:t>vt 0.539100 0.039800</w:t>
        <w:br/>
        <w:t>vt 0.528600 0.042000</w:t>
        <w:br/>
        <w:t>vt 0.539800 0.036900</w:t>
        <w:br/>
        <w:t>vt 0.538500 0.042700</w:t>
        <w:br/>
        <w:t>vt 0.528900 0.044600</w:t>
        <w:br/>
        <w:t>vt 0.537800 0.049000</w:t>
        <w:br/>
        <w:t>vt 0.529600 0.050500</w:t>
        <w:br/>
        <w:t>vt 0.529600 0.047900</w:t>
        <w:br/>
        <w:t>vt 0.537800 0.046000</w:t>
        <w:br/>
        <w:t>vt 0.537600 0.053100</w:t>
        <w:br/>
        <w:t>vt 0.509500 0.064800</w:t>
        <w:br/>
        <w:t>vt 0.537300 0.057300</w:t>
        <w:br/>
        <w:t>vt 0.534200 0.078100</w:t>
        <w:br/>
        <w:t>vt 0.535800 0.070300</w:t>
        <w:br/>
        <w:t>vt 0.543200 0.036100</w:t>
        <w:br/>
        <w:t>vt 0.544500 0.038900</w:t>
        <w:br/>
        <w:t>vt 0.545100 0.041400</w:t>
        <w:br/>
        <w:t>vt 0.544800 0.044200</w:t>
        <w:br/>
        <w:t>vt 0.541700 0.048200</w:t>
        <w:br/>
        <w:t>vt 0.542800 0.052600</w:t>
        <w:br/>
        <w:t>vt 0.543001 0.055305</w:t>
        <w:br/>
        <w:t>vt 0.542400 0.057900</w:t>
        <w:br/>
        <w:t>vt 0.540000 0.062300</w:t>
        <w:br/>
        <w:t>vt 0.541700 0.067400</w:t>
        <w:br/>
        <w:t>vt 0.542000 0.070200</w:t>
        <w:br/>
        <w:t>vt 0.541200 0.073900</w:t>
        <w:br/>
        <w:t>vt 0.538300 0.078200</w:t>
        <w:br/>
        <w:t>vt 0.539000 0.083500</w:t>
        <w:br/>
        <w:t>vt 0.538300 0.087300</w:t>
        <w:br/>
        <w:t>vt 0.536300 0.090100</w:t>
        <w:br/>
        <w:t>vt 0.532000 0.093000</w:t>
        <w:br/>
        <w:t>vt 0.532200 0.098500</w:t>
        <w:br/>
        <w:t>vt 0.523900 0.103900</w:t>
        <w:br/>
        <w:t>vt 0.529600 0.104900</w:t>
        <w:br/>
        <w:t>vt 0.531600 0.101900</w:t>
        <w:br/>
        <w:t>vt 0.525100 0.100200</w:t>
        <w:br/>
        <w:t>vt 0.444500 0.203100</w:t>
        <w:br/>
        <w:t>vt 0.442500 0.205800</w:t>
        <w:br/>
        <w:t>vt 0.433300 0.198300</w:t>
        <w:br/>
        <w:t>vt 0.408500 0.243600</w:t>
        <w:br/>
        <w:t>vt 0.410400 0.246200</w:t>
        <w:br/>
        <w:t>vt 0.410800 0.242200</w:t>
        <w:br/>
        <w:t>vt 0.412100 0.244100</w:t>
        <w:br/>
        <w:t>vt 0.391000 0.245000</w:t>
        <w:br/>
        <w:t>vt 0.074400 0.353100</w:t>
        <w:br/>
        <w:t>vt 0.071200 0.360900</w:t>
        <w:br/>
        <w:t>vt 0.077800 0.345500</w:t>
        <w:br/>
        <w:t>vt 0.080300 0.350600</w:t>
        <w:br/>
        <w:t>vt 0.076800 0.357500</w:t>
        <w:br/>
        <w:t>vt 0.073500 0.363100</w:t>
        <w:br/>
        <w:t>vt 0.076500 0.364900</w:t>
        <w:br/>
        <w:t>vt 0.078800 0.360300</w:t>
        <w:br/>
        <w:t>vt 0.079400 0.365600</w:t>
        <w:br/>
        <w:t>vt 0.075700 0.373300</w:t>
        <w:br/>
        <w:t>vt 0.081200 0.371100</w:t>
        <w:br/>
        <w:t>vt 0.077000 0.378700</w:t>
        <w:br/>
        <w:t>vt 0.296200 0.372300</w:t>
        <w:br/>
        <w:t>vt 0.299400 0.351100</w:t>
        <w:br/>
        <w:t>vt 0.330200 0.320700</w:t>
        <w:br/>
        <w:t>vt 0.351800 0.281200</w:t>
        <w:br/>
        <w:t>vt 0.338400 0.283800</w:t>
        <w:br/>
        <w:t>vt 0.356200 0.293700</w:t>
        <w:br/>
        <w:t>vt 0.356400 0.295500</w:t>
        <w:br/>
        <w:t>vt 0.361500 0.294400</w:t>
        <w:br/>
        <w:t>vt 0.360700 0.290400</w:t>
        <w:br/>
        <w:t>vt 0.365100 0.278900</w:t>
        <w:br/>
        <w:t>vt 0.324700 0.263800</w:t>
        <w:br/>
        <w:t>vt 0.296900 0.350200</w:t>
        <w:br/>
        <w:t>vt 0.281500 0.344400</w:t>
        <w:br/>
        <w:t>vt 0.316400 0.346100</w:t>
        <w:br/>
        <w:t>vt 0.539100 0.322700</w:t>
        <w:br/>
        <w:t>vt 0.529700 0.333400</w:t>
        <w:br/>
        <w:t>vt 0.533000 0.333400</w:t>
        <w:br/>
        <w:t>vt 0.541000 0.327900</w:t>
        <w:br/>
        <w:t>vt 0.536200 0.332500</w:t>
        <w:br/>
        <w:t>vt 0.599500 0.312700</w:t>
        <w:br/>
        <w:t>vt 0.582100 0.330900</w:t>
        <w:br/>
        <w:t>vt 0.584500 0.328600</w:t>
        <w:br/>
        <w:t>vt 0.592000 0.323000</w:t>
        <w:br/>
        <w:t>vt 0.593900 0.334000</w:t>
        <w:br/>
        <w:t>vt 0.596000 0.331500</w:t>
        <w:br/>
        <w:t>vt 0.590700 0.333800</w:t>
        <w:br/>
        <w:t>vt 0.598500 0.328800</w:t>
        <w:br/>
        <w:t>vt 0.626800 0.337800</w:t>
        <w:br/>
        <w:t>vt 0.627300 0.335800</w:t>
        <w:br/>
        <w:t>vt 0.648100 0.333700</w:t>
        <w:br/>
        <w:t>vt 0.648000 0.334900</w:t>
        <w:br/>
        <w:t>vt 0.648900 0.335100</w:t>
        <w:br/>
        <w:t>vt 0.648800 0.334100</w:t>
        <w:br/>
        <w:t>vt 0.661000 0.335900</w:t>
        <w:br/>
        <w:t>vt 0.661000 0.330100</w:t>
        <w:br/>
        <w:t>vt 0.647800 0.065700</w:t>
        <w:br/>
        <w:t>vt 0.644500 0.073200</w:t>
        <w:br/>
        <w:t>vt 0.641800 0.064600</w:t>
        <w:br/>
        <w:t>vt 0.617100 0.064600</w:t>
        <w:br/>
        <w:t>vt 0.613200 0.074500</w:t>
        <w:br/>
        <w:t>vt 0.614800 0.064900</w:t>
        <w:br/>
        <w:t>vt 0.608300 0.076000</w:t>
        <w:br/>
        <w:t>vt 0.603400 0.072900</w:t>
        <w:br/>
        <w:t>vt 0.595800 0.072800</w:t>
        <w:br/>
        <w:t>vt 0.604300 0.091600</w:t>
        <w:br/>
        <w:t>vt 0.613217 0.117083</w:t>
        <w:br/>
        <w:t>vt 0.594000 0.083400</w:t>
        <w:br/>
        <w:t>vt 0.590800 0.079300</w:t>
        <w:br/>
        <w:t>vt 0.594200 0.075400</w:t>
        <w:br/>
        <w:t>vt 0.591400 0.075000</w:t>
        <w:br/>
        <w:t>vt 0.589700 0.075600</w:t>
        <w:br/>
        <w:t>vt 0.588500 0.076600</w:t>
        <w:br/>
        <w:t>vt 0.581000 0.081100</w:t>
        <w:br/>
        <w:t>vt 0.575400 0.082500</w:t>
        <w:br/>
        <w:t>vt 0.552900 0.111500</w:t>
        <w:br/>
        <w:t>vt 0.548300 0.111200</w:t>
        <w:br/>
        <w:t>vt 0.543600 0.110200</w:t>
        <w:br/>
        <w:t>vt 0.548700 0.115900</w:t>
        <w:br/>
        <w:t>vt 0.553700 0.122500</w:t>
        <w:br/>
        <w:t>vt 0.544200 0.120600</w:t>
        <w:br/>
        <w:t>vt 0.552900 0.124500</w:t>
        <w:br/>
        <w:t>vt 0.498300 0.157500</w:t>
        <w:br/>
        <w:t>vt 0.472400 0.165700</w:t>
        <w:br/>
        <w:t>vt 0.466900 0.170500</w:t>
        <w:br/>
        <w:t>vt 0.464900 0.169900</w:t>
        <w:br/>
        <w:t>vt 0.463400 0.207500</w:t>
        <w:br/>
        <w:t>vt 0.469900 0.205100</w:t>
        <w:br/>
        <w:t>vt 0.469400 0.208200</w:t>
        <w:br/>
        <w:t>vt 0.463400 0.210100</w:t>
        <w:br/>
        <w:t>vt 0.463400 0.211100</w:t>
        <w:br/>
        <w:t>vt 0.450800 0.227800</w:t>
        <w:br/>
        <w:t>vt 0.452300 0.226900</w:t>
        <w:br/>
        <w:t>vt 0.456900 0.227400</w:t>
        <w:br/>
        <w:t>vt 0.456900 0.225200</w:t>
        <w:br/>
        <w:t>vt 0.466300 0.224600</w:t>
        <w:br/>
        <w:t>vt 0.036400 0.286600</w:t>
        <w:br/>
        <w:t>vt 0.041500 0.281100</w:t>
        <w:br/>
        <w:t>vt 0.039500 0.277900</w:t>
        <w:br/>
        <w:t>vt 0.047700 0.274400</w:t>
        <w:br/>
        <w:t>vt 0.046000 0.271400</w:t>
        <w:br/>
        <w:t>vt 0.055500 0.286700</w:t>
        <w:br/>
        <w:t>vt 0.029700 0.298100</w:t>
        <w:br/>
        <w:t>vt 0.032100 0.301600</w:t>
        <w:br/>
        <w:t>vt 0.051000 0.280300</w:t>
        <w:br/>
        <w:t>vt 0.046800 0.289600</w:t>
        <w:br/>
        <w:t>vt 0.052500 0.282500</w:t>
        <w:br/>
        <w:t>vt 0.453400 0.191500</w:t>
        <w:br/>
        <w:t>vt 0.473500 0.187600</w:t>
        <w:br/>
        <w:t>vt 0.459900 0.197100</w:t>
        <w:br/>
        <w:t>vt 0.460200 0.196100</w:t>
        <w:br/>
        <w:t>vt 0.453900 0.188900</w:t>
        <w:br/>
        <w:t>vt 0.457900 0.189000</w:t>
        <w:br/>
        <w:t>vt 0.461900 0.189200</w:t>
        <w:br/>
        <w:t>vt 0.466400 0.190900</w:t>
        <w:br/>
        <w:t>vt 0.466400 0.189700</w:t>
        <w:br/>
        <w:t>vt 0.459000 0.187200</w:t>
        <w:br/>
        <w:t>vt 0.456000 0.187100</w:t>
        <w:br/>
        <w:t>vt 0.462300 0.187400</w:t>
        <w:br/>
        <w:t>vt 0.467000 0.187600</w:t>
        <w:br/>
        <w:t>vt 0.610389 0.038920</w:t>
        <w:br/>
        <w:t>vt 0.617395 0.042014</w:t>
        <w:br/>
        <w:t>vt 0.619950 0.029837</w:t>
        <w:br/>
        <w:t>vt 0.612461 0.030224</w:t>
        <w:br/>
        <w:t>vt 0.568231 0.015094</w:t>
        <w:br/>
        <w:t>vt 0.556006 0.016324</w:t>
        <w:br/>
        <w:t>vt 0.556006 0.044921</w:t>
        <w:br/>
        <w:t>vt 0.568264 0.046165</w:t>
        <w:br/>
        <w:t>vt 0.568231 0.015094</w:t>
        <w:br/>
        <w:t>vt 0.568096 0.006946</w:t>
        <w:br/>
        <w:t>vt 0.556006 0.008032</w:t>
        <w:br/>
        <w:t>vt 0.556006 0.016324</w:t>
        <w:br/>
        <w:t>vt 0.554865 0.074529</w:t>
        <w:br/>
        <w:t>vt 0.554854 0.061703</w:t>
        <w:br/>
        <w:t>vt 0.549469 0.062289</w:t>
        <w:br/>
        <w:t>vt 0.549469 0.073918</w:t>
        <w:br/>
        <w:t>vt 0.590365 0.030578</w:t>
        <w:br/>
        <w:t>vt 0.592394 0.011219</w:t>
        <w:br/>
        <w:t>vt 0.593776 0.003333</w:t>
        <w:br/>
        <w:t>vt 0.565277 0.068101</w:t>
        <w:br/>
        <w:t>vt 0.565258 0.059086</w:t>
        <w:br/>
        <w:t>vt 0.594300 0.057087</w:t>
        <w:br/>
        <w:t>vt 0.592734 0.049781</w:t>
        <w:br/>
        <w:t>vt 0.568264 0.046165</w:t>
        <w:br/>
        <w:t>vt 0.568039 0.054454</w:t>
        <w:br/>
        <w:t>vt 0.610389 0.038920</w:t>
        <w:br/>
        <w:t>vt 0.602985 0.046289</w:t>
        <w:br/>
        <w:t>vt 0.609953 0.021549</w:t>
        <w:br/>
        <w:t>vt 0.616474 0.017814</w:t>
        <w:br/>
        <w:t>vt 0.606180 0.008119</w:t>
        <w:br/>
        <w:t>vt 0.602175 0.014040</w:t>
        <w:br/>
        <w:t>vt 0.570249 0.060341</w:t>
        <w:br/>
        <w:t>vt 0.607967 0.052752</w:t>
        <w:br/>
        <w:t>vt 0.602985 0.046289</w:t>
        <w:br/>
        <w:t>vt 0.574073 0.072441</w:t>
        <w:br/>
        <w:t>vt 0.575290 0.068070</w:t>
        <w:br/>
        <w:t>vt 0.602175 0.014040</w:t>
        <w:br/>
        <w:t>vt 0.592394 0.011219</w:t>
        <w:br/>
        <w:t>vt 0.556006 0.053319</w:t>
        <w:br/>
        <w:t>vt 0.556006 0.044921</w:t>
        <w:br/>
        <w:t>vt 0.612461 0.030224</w:t>
        <w:br/>
        <w:t>vt 0.574008 0.063794</w:t>
        <w:br/>
        <w:t>vt 0.570090 0.075985</w:t>
        <w:br/>
        <w:t>vt 0.609953 0.021549</w:t>
        <w:br/>
        <w:t>vt 0.592734 0.049781</w:t>
        <w:br/>
        <w:t>vt 0.565299 0.077135</w:t>
        <w:br/>
        <w:t>vt 0.619950 0.029837</w:t>
        <w:br/>
        <w:t>vt 0.617395 0.042014</w:t>
        <w:br/>
        <w:t>vt 0.610389 0.038920</w:t>
        <w:br/>
        <w:t>vt 0.612461 0.030224</w:t>
        <w:br/>
        <w:t>vt 0.568231 0.015094</w:t>
        <w:br/>
        <w:t>vt 0.568264 0.046165</w:t>
        <w:br/>
        <w:t>vt 0.568096 0.006946</w:t>
        <w:br/>
        <w:t>vt 0.568231 0.015094</w:t>
        <w:br/>
        <w:t>vt 0.554854 0.061703</w:t>
        <w:br/>
        <w:t>vt 0.554865 0.074529</w:t>
        <w:br/>
        <w:t>vt 0.590365 0.030578</w:t>
        <w:br/>
        <w:t>vt 0.592394 0.011219</w:t>
        <w:br/>
        <w:t>vt 0.593776 0.003333</w:t>
        <w:br/>
        <w:t>vt 0.565277 0.068101</w:t>
        <w:br/>
        <w:t>vt 0.565258 0.059086</w:t>
        <w:br/>
        <w:t>vt 0.568264 0.046165</w:t>
        <w:br/>
        <w:t>vt 0.592734 0.049781</w:t>
        <w:br/>
        <w:t>vt 0.594300 0.057087</w:t>
        <w:br/>
        <w:t>vt 0.568039 0.054454</w:t>
        <w:br/>
        <w:t>vt 0.610389 0.038920</w:t>
        <w:br/>
        <w:t>vt 0.602985 0.046289</w:t>
        <w:br/>
        <w:t>vt 0.606180 0.008119</w:t>
        <w:br/>
        <w:t>vt 0.616474 0.017814</w:t>
        <w:br/>
        <w:t>vt 0.609953 0.021549</w:t>
        <w:br/>
        <w:t>vt 0.602175 0.014040</w:t>
        <w:br/>
        <w:t>vt 0.570249 0.060341</w:t>
        <w:br/>
        <w:t>vt 0.607967 0.052752</w:t>
        <w:br/>
        <w:t>vt 0.602985 0.046289</w:t>
        <w:br/>
        <w:t>vt 0.574073 0.072441</w:t>
        <w:br/>
        <w:t>vt 0.575290 0.068070</w:t>
        <w:br/>
        <w:t>vt 0.602175 0.014040</w:t>
        <w:br/>
        <w:t>vt 0.592394 0.011219</w:t>
        <w:br/>
        <w:t>vt 0.612461 0.030224</w:t>
        <w:br/>
        <w:t>vt 0.574008 0.063794</w:t>
        <w:br/>
        <w:t>vt 0.570090 0.075985</w:t>
        <w:br/>
        <w:t>vt 0.609953 0.021549</w:t>
        <w:br/>
        <w:t>vt 0.592734 0.049781</w:t>
        <w:br/>
        <w:t>vt 0.565299 0.077135</w:t>
        <w:br/>
        <w:t>vt 0.605300 0.125100</w:t>
        <w:br/>
        <w:t>vt 0.242969 0.467359</w:t>
        <w:br/>
        <w:t>vt 0.223745 0.467359</w:t>
        <w:br/>
        <w:t>vt 0.223745 0.450807</w:t>
        <w:br/>
        <w:t>vt 0.245328 0.450807</w:t>
        <w:br/>
        <w:t>vt 0.243231 0.468982</w:t>
        <w:br/>
        <w:t>vt 0.223745 0.468982</w:t>
        <w:br/>
        <w:t>vt 0.223745 0.449185</w:t>
        <w:br/>
        <w:t>vt 0.245586 0.449185</w:t>
        <w:br/>
        <w:t>vt 0.202610 0.467359</w:t>
        <w:br/>
        <w:t>vt 0.203266 0.450807</w:t>
        <w:br/>
        <w:t>vt 0.203010 0.468982</w:t>
        <w:br/>
        <w:t>vt 0.203490 0.449185</w:t>
        <w:br/>
        <w:t>vt 0.186387 0.467359</w:t>
        <w:br/>
        <w:t>vt 0.186692 0.468982</w:t>
        <w:br/>
        <w:t>vt 0.171069 0.467359</w:t>
        <w:br/>
        <w:t>vt 0.171069 0.468982</w:t>
        <w:br/>
        <w:t>vt 0.137307 0.468982</w:t>
        <w:br/>
        <w:t>vt 0.137307 0.467359</w:t>
        <w:br/>
        <w:t>vt 0.156536 0.467359</w:t>
        <w:br/>
        <w:t>vt 0.156536 0.468982</w:t>
        <w:br/>
        <w:t>vt 0.102282 0.450807</w:t>
        <w:br/>
        <w:t>vt 0.122957 0.450807</w:t>
        <w:br/>
        <w:t>vt 0.122957 0.467359</w:t>
        <w:br/>
        <w:t>vt 0.102282 0.467359</w:t>
        <w:br/>
        <w:t>vt 0.122957 0.468982</w:t>
        <w:br/>
        <w:t>vt 0.102282 0.468982</w:t>
        <w:br/>
        <w:t>vt 0.137307 0.450807</w:t>
        <w:br/>
        <w:t>vt 0.122957 0.449185</w:t>
        <w:br/>
        <w:t>vt 0.137307 0.449185</w:t>
        <w:br/>
        <w:t>vt 0.085941 0.450807</w:t>
        <w:br/>
        <w:t>vt 0.085941 0.467359</w:t>
        <w:br/>
        <w:t>vt 0.083013 0.467359</w:t>
        <w:br/>
        <w:t>vt 0.083013 0.450807</w:t>
        <w:br/>
        <w:t>vt 0.072000 0.468982</w:t>
        <w:br/>
        <w:t>vt 0.078970 0.467359</w:t>
        <w:br/>
        <w:t>vt 0.085941 0.468982</w:t>
        <w:br/>
        <w:t>vt 0.085941 0.449185</w:t>
        <w:br/>
        <w:t>vt 0.102282 0.449185</w:t>
        <w:br/>
        <w:t>vt 0.067781 0.467359</w:t>
        <w:br/>
        <w:t>vt 0.067781 0.450807</w:t>
        <w:br/>
        <w:t>vt 0.072000 0.450807</w:t>
        <w:br/>
        <w:t>vt 0.072000 0.467359</w:t>
        <w:br/>
        <w:t>vt 0.067781 0.467359</w:t>
        <w:br/>
        <w:t>vt 0.053688 0.468982</w:t>
        <w:br/>
        <w:t>vt 0.063210 0.467359</w:t>
        <w:br/>
        <w:t>vt 0.053688 0.449185</w:t>
        <w:br/>
        <w:t>vt 0.053688 0.450807</w:t>
        <w:br/>
        <w:t>vt 0.040860 0.450807</w:t>
        <w:br/>
        <w:t>vt 0.040860 0.449185</w:t>
        <w:br/>
        <w:t>vt 0.004733 0.467359</w:t>
        <w:br/>
        <w:t>vt 0.004733 0.450807</w:t>
        <w:br/>
        <w:t>vt 0.021749 0.450807</w:t>
        <w:br/>
        <w:t>vt 0.021749 0.467359</w:t>
        <w:br/>
        <w:t>vt 0.021749 0.468982</w:t>
        <w:br/>
        <w:t>vt 0.004733 0.468982</w:t>
        <w:br/>
        <w:t>vt 0.021749 0.449185</w:t>
        <w:br/>
        <w:t>vt 0.021749 0.450807</w:t>
        <w:br/>
        <w:t>vt 0.004733 0.450807</w:t>
        <w:br/>
        <w:t>vt 0.004733 0.449185</w:t>
        <w:br/>
        <w:t>vt 0.329015 0.450807</w:t>
        <w:br/>
        <w:t>vt 0.329015 0.467359</w:t>
        <w:br/>
        <w:t>vt 0.317042 0.467359</w:t>
        <w:br/>
        <w:t>vt 0.317042 0.450807</w:t>
        <w:br/>
        <w:t>vt 0.317042 0.468982</w:t>
        <w:br/>
        <w:t>vt 0.329015 0.468982</w:t>
        <w:br/>
        <w:t>vt 0.317042 0.450807</w:t>
        <w:br/>
        <w:t>vt 0.317042 0.449185</w:t>
        <w:br/>
        <w:t>vt 0.329015 0.449185</w:t>
        <w:br/>
        <w:t>vt 0.329015 0.450807</w:t>
        <w:br/>
        <w:t>vt 0.303139 0.450807</w:t>
        <w:br/>
        <w:t>vt 0.303139 0.467359</w:t>
        <w:br/>
        <w:t>vt 0.291149 0.467359</w:t>
        <w:br/>
        <w:t>vt 0.291149 0.450807</w:t>
        <w:br/>
        <w:t>vt 0.291149 0.468982</w:t>
        <w:br/>
        <w:t>vt 0.303139 0.468982</w:t>
        <w:br/>
        <w:t>vt 0.291149 0.449185</w:t>
        <w:br/>
        <w:t>vt 0.303139 0.449185</w:t>
        <w:br/>
        <w:t>vt 0.303139 0.450807</w:t>
        <w:br/>
        <w:t>vt 0.291149 0.450807</w:t>
        <w:br/>
        <w:t>vt 0.277085 0.450807</w:t>
        <w:br/>
        <w:t>vt 0.277080 0.467359</w:t>
        <w:br/>
        <w:t>vt 0.277080 0.468982</w:t>
        <w:br/>
        <w:t>vt 0.277148 0.450807</w:t>
        <w:br/>
        <w:t>vt 0.277085 0.450807</w:t>
        <w:br/>
        <w:t>vt 0.277085 0.449185</w:t>
        <w:br/>
        <w:t>vt 0.277148 0.449185</w:t>
        <w:br/>
        <w:t>vt 0.184511 0.450807</w:t>
        <w:br/>
        <w:t>vt 0.184954 0.449185</w:t>
        <w:br/>
        <w:t>vt 0.174604 0.450807</w:t>
        <w:br/>
        <w:t>vt 0.175004 0.449185</w:t>
        <w:br/>
        <w:t>vt 0.158549 0.450807</w:t>
        <w:br/>
        <w:t>vt 0.158777 0.449185</w:t>
        <w:br/>
        <w:t>vt 0.277148 0.467359</w:t>
        <w:br/>
        <w:t>vt 0.277148 0.450807</w:t>
        <w:br/>
        <w:t>vt 0.277148 0.468982</w:t>
        <w:br/>
        <w:t>vt 0.078970 0.450807</w:t>
        <w:br/>
        <w:t>vt 0.072000 0.450807</w:t>
        <w:br/>
        <w:t>vt 0.072000 0.449185</w:t>
        <w:br/>
        <w:t>vt 0.040860 0.467359</w:t>
        <w:br/>
        <w:t>vt 0.053688 0.467359</w:t>
        <w:br/>
        <w:t>vt 0.040860 0.468982</w:t>
        <w:br/>
        <w:t>vt 0.067781 0.450807</w:t>
        <w:br/>
        <w:t>vt 0.063210 0.450807</w:t>
        <w:br/>
        <w:t>vt 0.104215 0.908462</w:t>
        <w:br/>
        <w:t>vt 0.109252 0.907234</w:t>
        <w:br/>
        <w:t>vt 0.109370 0.914274</w:t>
        <w:br/>
        <w:t>vt 0.104500 0.916071</w:t>
        <w:br/>
        <w:t>vt 0.098944 0.908688</w:t>
        <w:br/>
        <w:t>vt 0.098319 0.900046</w:t>
        <w:br/>
        <w:t>vt 0.103779 0.899748</w:t>
        <w:br/>
        <w:t>vt 0.088148 0.908583</w:t>
        <w:br/>
        <w:t>vt 0.093512 0.908921</w:t>
        <w:br/>
        <w:t>vt 0.094340 0.916765</w:t>
        <w:br/>
        <w:t>vt 0.088924 0.916449</w:t>
        <w:br/>
        <w:t>vt 0.082604 0.908234</w:t>
        <w:br/>
        <w:t>vt 0.083326 0.916122</w:t>
        <w:br/>
        <w:t>vt 0.076136 0.915642</w:t>
        <w:br/>
        <w:t>vt 0.075588 0.907651</w:t>
        <w:br/>
        <w:t>vt 0.056109 0.907104</w:t>
        <w:br/>
        <w:t>vt 0.054852 0.898897</w:t>
        <w:br/>
        <w:t>vt 0.062267 0.899168</w:t>
        <w:br/>
        <w:t>vt 0.062577 0.907140</w:t>
        <w:br/>
        <w:t>vt 0.051111 0.915078</w:t>
        <w:br/>
        <w:t>vt 0.051917 0.907144</w:t>
        <w:br/>
        <w:t>vt 0.057672 0.914939</w:t>
        <w:br/>
        <w:t>vt 0.044461 0.915316</w:t>
        <w:br/>
        <w:t>vt 0.044354 0.907327</w:t>
        <w:br/>
        <w:t>vt 0.028693 0.908808</w:t>
        <w:br/>
        <w:t>vt 0.029265 0.899681</w:t>
        <w:br/>
        <w:t>vt 0.037795 0.899227</w:t>
        <w:br/>
        <w:t>vt 0.037012 0.907917</w:t>
        <w:br/>
        <w:t>vt 0.019193 0.900666</w:t>
        <w:br/>
        <w:t>vt 0.024187 0.900186</w:t>
        <w:br/>
        <w:t>vt 0.023306 0.909524</w:t>
        <w:br/>
        <w:t>vt 0.018363 0.910182</w:t>
        <w:br/>
        <w:t>vt 0.003605 0.910589</w:t>
        <w:br/>
        <w:t>vt 0.006696 0.910598</w:t>
        <w:br/>
        <w:t>vt 0.006579 0.917539</w:t>
        <w:br/>
        <w:t>vt 0.003605 0.916984</w:t>
        <w:br/>
        <w:t>vt 0.112806 0.922953</w:t>
        <w:br/>
        <w:t>vt 0.109727 0.925808</w:t>
        <w:br/>
        <w:t>vt 0.109650 0.922807</w:t>
        <w:br/>
        <w:t>vt 0.112806 0.920569</w:t>
        <w:br/>
        <w:t>vt 0.089835 0.927011</w:t>
        <w:br/>
        <w:t>vt 0.084139 0.927286</w:t>
        <w:br/>
        <w:t>vt 0.084707 0.936505</w:t>
        <w:br/>
        <w:t>vt 0.077375 0.937290</w:t>
        <w:br/>
        <w:t>vt 0.076708 0.927451</w:t>
        <w:br/>
        <w:t>vt 0.060024 0.936902</w:t>
        <w:br/>
        <w:t>vt 0.058931 0.927019</w:t>
        <w:br/>
        <w:t>vt 0.063996 0.927262</w:t>
        <w:br/>
        <w:t>vt 0.064941 0.937342</w:t>
        <w:br/>
        <w:t>vt 0.051616 0.933963</w:t>
        <w:br/>
        <w:t>vt 0.050821 0.926190</w:t>
        <w:br/>
        <w:t>vt 0.027511 0.926429</w:t>
        <w:br/>
        <w:t>vt 0.027657 0.922909</w:t>
        <w:br/>
        <w:t>vt 0.036245 0.923188</w:t>
        <w:br/>
        <w:t>vt 0.036162 0.928636</w:t>
        <w:br/>
        <w:t>vt 0.022612 0.926875</w:t>
        <w:br/>
        <w:t>vt 0.021513 0.923648</w:t>
        <w:br/>
        <w:t>vt 0.003605 0.923573</w:t>
        <w:br/>
        <w:t>vt 0.006261 0.924165</w:t>
        <w:br/>
        <w:t>vt 0.006128 0.927202</w:t>
        <w:br/>
        <w:t>vt 0.003605 0.925359</w:t>
        <w:br/>
        <w:t>vt 0.009154 0.924810</w:t>
        <w:br/>
        <w:t>vt 0.012066 0.924600</w:t>
        <w:br/>
        <w:t>vt 0.011202 0.928917</w:t>
        <w:br/>
        <w:t>vt 0.008876 0.929209</w:t>
        <w:br/>
        <w:t>vt 0.017122 0.918373</w:t>
        <w:br/>
        <w:t>vt 0.012981 0.918244</w:t>
        <w:br/>
        <w:t>vt 0.013658 0.910423</w:t>
        <w:br/>
        <w:t>vt 0.102897 0.881490</w:t>
        <w:br/>
        <w:t>vt 0.108139 0.881205</w:t>
        <w:br/>
        <w:t>vt 0.108891 0.890322</w:t>
        <w:br/>
        <w:t>vt 0.103344 0.891034</w:t>
        <w:br/>
        <w:t>vt 0.080264 0.882383</w:t>
        <w:br/>
        <w:t>vt 0.090875 0.881922</w:t>
        <w:br/>
        <w:t>vt 0.091873 0.891786</w:t>
        <w:br/>
        <w:t>vt 0.081128 0.891972</w:t>
        <w:br/>
        <w:t>vt 0.073630 0.891788</w:t>
        <w:br/>
        <w:t>vt 0.071590 0.882495</w:t>
        <w:br/>
        <w:t>vt 0.069824 0.891610</w:t>
        <w:br/>
        <w:t>vt 0.061958 0.891196</w:t>
        <w:br/>
        <w:t>vt 0.062745 0.881792</w:t>
        <w:br/>
        <w:t>vt 0.039599 0.881039</w:t>
        <w:br/>
        <w:t>vt 0.038577 0.890537</w:t>
        <w:br/>
        <w:t>vt 0.029837 0.890554</w:t>
        <w:br/>
        <w:t>vt 0.030362 0.880760</w:t>
        <w:br/>
        <w:t>vt 0.003605 0.883660</w:t>
        <w:br/>
        <w:t>vt 0.009416 0.882615</w:t>
        <w:br/>
        <w:t>vt 0.007757 0.892643</w:t>
        <w:br/>
        <w:t>vt 0.003605 0.893377</w:t>
        <w:br/>
        <w:t>vt 0.105177 0.925978</w:t>
        <w:br/>
        <w:t>vt 0.095346 0.926745</w:t>
        <w:br/>
        <w:t>vt 0.100335 0.926356</w:t>
        <w:br/>
        <w:t>vt 0.100661 0.931910</w:t>
        <w:br/>
        <w:t>vt 0.095817 0.934029</w:t>
        <w:br/>
        <w:t>vt 0.090353 0.935246</w:t>
        <w:br/>
        <w:t>vt 0.028182 0.916803</w:t>
        <w:br/>
        <w:t>vt 0.036489 0.915870</w:t>
        <w:br/>
        <w:t>vt 0.009817 0.918145</w:t>
        <w:br/>
        <w:t>vt 0.018116 0.927284</w:t>
        <w:br/>
        <w:t>vt 0.014246 0.928536</w:t>
        <w:br/>
        <w:t>vt 0.015875 0.924326</w:t>
        <w:br/>
        <w:t>vt 0.046783 0.931610</w:t>
        <w:br/>
        <w:t>vt 0.044553 0.924608</w:t>
        <w:br/>
        <w:t>vt 0.043356 0.930122</w:t>
        <w:br/>
        <w:t>vt 0.044387 0.898960</w:t>
        <w:br/>
        <w:t>vt 0.099496 0.916413</w:t>
        <w:br/>
        <w:t>vt 0.070326 0.915254</w:t>
        <w:br/>
        <w:t>vt 0.070702 0.927583</w:t>
        <w:br/>
        <w:t>vt 0.063117 0.915075</w:t>
        <w:br/>
        <w:t>vt 0.022415 0.917622</w:t>
        <w:br/>
        <w:t>vt 0.112806 0.898094</w:t>
        <w:br/>
        <w:t>vt 0.109072 0.898778</w:t>
        <w:br/>
        <w:t>vt 0.112806 0.889819</w:t>
        <w:br/>
        <w:t>vt 0.087324 0.900231</w:t>
        <w:br/>
        <w:t>vt 0.081866 0.900103</w:t>
        <w:br/>
        <w:t>vt 0.074609 0.899720</w:t>
        <w:br/>
        <w:t>vt 0.052756 0.898918</w:t>
        <w:br/>
        <w:t>vt 0.053594 0.890691</w:t>
        <w:br/>
        <w:t>vt 0.044420 0.890592</w:t>
        <w:br/>
        <w:t>vt 0.007227 0.901621</w:t>
        <w:br/>
        <w:t>vt 0.003605 0.901983</w:t>
        <w:br/>
        <w:t>vt 0.010280 0.892204</w:t>
        <w:br/>
        <w:t>vt 0.014867 0.891682</w:t>
        <w:br/>
        <w:t>vt 0.014263 0.901052</w:t>
        <w:br/>
        <w:t>vt 0.010171 0.901406</w:t>
        <w:br/>
        <w:t>vt 0.104001 0.967612</w:t>
        <w:br/>
        <w:t>vt 0.103864 0.964927</w:t>
        <w:br/>
        <w:t>vt 0.099402 0.965155</w:t>
        <w:br/>
        <w:t>vt 0.099592 0.967801</w:t>
        <w:br/>
        <w:t>vt 0.055894 0.966253</w:t>
        <w:br/>
        <w:t>vt 0.061839 0.966286</w:t>
        <w:br/>
        <w:t>vt 0.061472 0.963871</w:t>
        <w:br/>
        <w:t>vt 0.055373 0.963784</w:t>
        <w:br/>
        <w:t>vt 0.028478 0.967957</w:t>
        <w:br/>
        <w:t>vt 0.036798 0.967066</w:t>
        <w:br/>
        <w:t>vt 0.037024 0.964387</w:t>
        <w:br/>
        <w:t>vt 0.028664 0.965127</w:t>
        <w:br/>
        <w:t>vt 0.029623 0.949704</w:t>
        <w:br/>
        <w:t>vt 0.020498 0.950266</w:t>
        <w:br/>
        <w:t>vt 0.019476 0.958308</w:t>
        <w:br/>
        <w:t>vt 0.029143 0.957415</w:t>
        <w:br/>
        <w:t>vt 0.003391 0.982103</w:t>
        <w:br/>
        <w:t>vt 0.003391 0.979719</w:t>
        <w:br/>
        <w:t>vt 0.006984 0.982266</w:t>
        <w:br/>
        <w:t>vt 0.006896 0.985353</w:t>
        <w:br/>
        <w:t>vt 0.032712 0.977449</w:t>
        <w:br/>
        <w:t>vt 0.026748 0.977672</w:t>
        <w:br/>
        <w:t>vt 0.026927 0.975619</w:t>
        <w:br/>
        <w:t>vt 0.032870 0.975272</w:t>
        <w:br/>
        <w:t>vt 0.031489 0.995654</w:t>
        <w:br/>
        <w:t>vt 0.032057 0.986436</w:t>
        <w:br/>
        <w:t>vt 0.039989 0.986611</w:t>
        <w:br/>
        <w:t>vt 0.039315 0.996493</w:t>
        <w:br/>
        <w:t>vt 0.056172 0.996051</w:t>
        <w:br/>
        <w:t>vt 0.051254 0.996492</w:t>
        <w:br/>
        <w:t>vt 0.052199 0.986411</w:t>
        <w:br/>
        <w:t>vt 0.057266 0.986168</w:t>
        <w:br/>
        <w:t>vt 0.064580 0.993113</w:t>
        <w:br/>
        <w:t>vt 0.065375 0.985340</w:t>
        <w:br/>
        <w:t>vt 0.088685 0.985578</w:t>
        <w:br/>
        <w:t>vt 0.080034 0.987786</w:t>
        <w:br/>
        <w:t>vt 0.079952 0.982338</w:t>
        <w:br/>
        <w:t>vt 0.088540 0.982058</w:t>
        <w:br/>
        <w:t>vt 0.100297 0.983472</w:t>
        <w:br/>
        <w:t>vt 0.098062 0.986432</w:t>
        <w:br/>
        <w:t>vt 0.112591 0.982723</w:t>
        <w:br/>
        <w:t>vt 0.112591 0.984509</w:t>
        <w:br/>
        <w:t>vt 0.110152 0.986290</w:t>
        <w:br/>
        <w:t>vt 0.110023 0.983295</w:t>
        <w:br/>
        <w:t>vt 0.107042 0.983959</w:t>
        <w:br/>
        <w:t>vt 0.107320 0.988358</w:t>
        <w:br/>
        <w:t>vt 0.104843 0.988048</w:t>
        <w:br/>
        <w:t>vt 0.103941 0.983736</w:t>
        <w:br/>
        <w:t>vt 0.102683 0.940639</w:t>
        <w:br/>
        <w:t>vt 0.103129 0.950183</w:t>
        <w:br/>
        <w:t>vt 0.108135 0.949541</w:t>
        <w:br/>
        <w:t>vt 0.107924 0.940354</w:t>
        <w:br/>
        <w:t>vt 0.080050 0.941532</w:t>
        <w:br/>
        <w:t>vt 0.080914 0.951122</w:t>
        <w:br/>
        <w:t>vt 0.091581 0.950947</w:t>
        <w:br/>
        <w:t>vt 0.090660 0.941071</w:t>
        <w:br/>
        <w:t>vt 0.071376 0.941644</w:t>
        <w:br/>
        <w:t>vt 0.071772 0.950856</w:t>
        <w:br/>
        <w:t>vt 0.062531 0.940942</w:t>
        <w:br/>
        <w:t>vt 0.062702 0.950355</w:t>
        <w:br/>
        <w:t>vt 0.039384 0.940188</w:t>
        <w:br/>
        <w:t>vt 0.030148 0.939910</w:t>
        <w:br/>
        <w:t>vt 0.038363 0.949687</w:t>
        <w:br/>
        <w:t>vt 0.003391 0.942809</w:t>
        <w:br/>
        <w:t>vt 0.003391 0.952526</w:t>
        <w:br/>
        <w:t>vt 0.007446 0.951810</w:t>
        <w:br/>
        <w:t>vt 0.009201 0.941764</w:t>
        <w:br/>
        <w:t>vt 0.011696 0.975220</w:t>
        <w:br/>
        <w:t>vt 0.011564 0.977153</w:t>
        <w:br/>
        <w:t>vt 0.007240 0.975289</w:t>
        <w:br/>
        <w:t>vt 0.007302 0.973599</w:t>
        <w:br/>
        <w:t>vt 0.020850 0.985895</w:t>
        <w:br/>
        <w:t>vt 0.020380 0.993178</w:t>
        <w:br/>
        <w:t>vt 0.014765 0.990723</w:t>
        <w:br/>
        <w:t>vt 0.015069 0.985444</w:t>
        <w:br/>
        <w:t>vt 0.026009 0.986144</w:t>
        <w:br/>
        <w:t>vt 0.025494 0.994318</w:t>
        <w:br/>
        <w:t>vt 0.058524 0.974088</w:t>
        <w:br/>
        <w:t>vt 0.065085 0.974227</w:t>
        <w:br/>
        <w:t>vt 0.065142 0.976394</w:t>
        <w:br/>
        <w:t>vt 0.058279 0.976445</w:t>
        <w:br/>
        <w:t>vt 0.079707 0.975019</w:t>
        <w:br/>
        <w:t>vt 0.088014 0.975953</w:t>
        <w:br/>
        <w:t>vt 0.088116 0.977144</w:t>
        <w:br/>
        <w:t>vt 0.079755 0.976447</w:t>
        <w:br/>
        <w:t>vt 0.112591 0.976133</w:t>
        <w:br/>
        <w:t>vt 0.112591 0.977418</w:t>
        <w:br/>
        <w:t>vt 0.109777 0.977962</w:t>
        <w:br/>
        <w:t>vt 0.109717 0.976670</w:t>
        <w:br/>
        <w:t>vt 0.106508 0.978594</w:t>
        <w:br/>
        <w:t>vt 0.103191 0.978635</w:t>
        <w:br/>
        <w:t>vt 0.103009 0.977400</w:t>
        <w:br/>
        <w:t>vt 0.106379 0.977294</w:t>
        <w:br/>
        <w:t>vt 0.098080 0.986434</w:t>
        <w:br/>
        <w:t>vt 0.100321 0.983475</w:t>
        <w:br/>
        <w:t>vt 0.101950 0.987685</w:t>
        <w:br/>
        <w:t>vt 0.069413 0.990760</w:t>
        <w:br/>
        <w:t>vt 0.071643 0.983757</w:t>
        <w:br/>
        <w:t>vt 0.072840 0.989272</w:t>
        <w:br/>
        <w:t>vt 0.071735 0.974465</w:t>
        <w:br/>
        <w:t>vt 0.071717 0.976278</w:t>
        <w:br/>
        <w:t>vt 0.044140 0.966477</w:t>
        <w:br/>
        <w:t>vt 0.044183 0.963925</w:t>
        <w:br/>
        <w:t>vt 0.011019 0.985128</w:t>
        <w:br/>
        <w:t>vt 0.015723 0.977445</w:t>
        <w:br/>
        <w:t>vt 0.040436 0.977071</w:t>
        <w:br/>
        <w:t>vt 0.045797 0.976808</w:t>
        <w:br/>
        <w:t>vt 0.045494 0.986733</w:t>
        <w:br/>
        <w:t>vt 0.052906 0.976601</w:t>
        <w:br/>
        <w:t>vt 0.099295 0.978680</w:t>
        <w:br/>
        <w:t>vt 0.099318 0.978683</w:t>
        <w:br/>
        <w:t>vt 0.108308 0.956711</w:t>
        <w:br/>
        <w:t>vt 0.112591 0.955959</w:t>
        <w:br/>
        <w:t>vt 0.112591 0.948968</w:t>
        <w:br/>
        <w:t>vt 0.087139 0.958134</w:t>
        <w:br/>
        <w:t>vt 0.075529 0.957683</w:t>
        <w:br/>
        <w:t>vt 0.081541 0.958032</w:t>
        <w:br/>
        <w:t>vt 0.052041 0.963817</w:t>
        <w:br/>
        <w:t>vt 0.051702 0.966294</w:t>
        <w:br/>
        <w:t>vt 0.053380 0.949840</w:t>
        <w:br/>
        <w:t>vt 0.044206 0.949742</w:t>
        <w:br/>
        <w:t>vt 0.044194 0.956833</w:t>
        <w:br/>
        <w:t>vt 0.052711 0.956828</w:t>
        <w:br/>
        <w:t>vt 0.003391 0.959820</w:t>
        <w:br/>
        <w:t>vt 0.006940 0.959407</w:t>
        <w:br/>
        <w:t>vt 0.010046 0.951357</w:t>
        <w:br/>
        <w:t>vt 0.010007 0.959117</w:t>
        <w:br/>
        <w:t>vt 0.014391 0.958720</w:t>
        <w:br/>
        <w:t>vt 0.014909 0.950805</w:t>
        <w:br/>
        <w:t>vt 0.019809 0.950301</w:t>
        <w:br/>
        <w:t>vt 0.019122 0.958326</w:t>
        <w:br/>
        <w:t>vt 0.021660 0.977861</w:t>
        <w:br/>
        <w:t>vt 0.093298 0.968071</w:t>
        <w:br/>
        <w:t>vt 0.093032 0.965480</w:t>
        <w:br/>
        <w:t>vt 0.088030 0.965232</w:t>
        <w:br/>
        <w:t>vt 0.088276 0.967754</w:t>
        <w:br/>
        <w:t>vt 0.044747 0.997075</w:t>
        <w:br/>
        <w:t>vt 0.010832 0.989003</w:t>
        <w:br/>
        <w:t>vt 0.015881 0.975506</w:t>
        <w:br/>
        <w:t>vt 0.021856 0.975915</w:t>
        <w:br/>
        <w:t>vt 0.069703 0.966330</w:t>
        <w:br/>
        <w:t>vt 0.069542 0.963986</w:t>
        <w:br/>
        <w:t>vt 0.053077 0.974224</w:t>
        <w:br/>
        <w:t>vt 0.015514 0.940924</w:t>
        <w:br/>
        <w:t>vt 0.018148 0.969331</w:t>
        <w:br/>
        <w:t>vt 0.018435 0.966352</w:t>
        <w:br/>
        <w:t>vt 0.013874 0.966635</w:t>
        <w:br/>
        <w:t>vt 0.013678 0.969560</w:t>
        <w:br/>
        <w:t>vt 0.009849 0.969756</w:t>
        <w:br/>
        <w:t>vt 0.009968 0.966877</w:t>
        <w:br/>
        <w:t>vt 0.006434 0.967005</w:t>
        <w:br/>
        <w:t>vt 0.006379 0.969747</w:t>
        <w:br/>
        <w:t>vt 0.003391 0.973630</w:t>
        <w:br/>
        <w:t>vt 0.103497 0.957555</w:t>
        <w:br/>
        <w:t>vt 0.092693 0.900354</w:t>
        <w:br/>
        <w:t>vt 0.105364 0.929854</w:t>
        <w:br/>
        <w:t>vt 0.069918 0.907181</w:t>
        <w:br/>
        <w:t>vt 0.071449 0.937925</w:t>
        <w:br/>
        <w:t>vt 0.069871 0.899395</w:t>
        <w:br/>
        <w:t>vt 0.025069 0.890848</w:t>
        <w:br/>
        <w:t>vt 0.022768 0.881136</w:t>
        <w:br/>
        <w:t>vt 0.010063 0.910607</w:t>
        <w:br/>
        <w:t>vt 0.020023 0.891151</w:t>
        <w:br/>
        <w:t>vt 0.112806 0.906368</w:t>
        <w:br/>
        <w:t>vt 0.112806 0.913006</w:t>
        <w:br/>
        <w:t>vt 0.112806 0.880951</w:t>
        <w:br/>
        <w:t>vt 0.098294 0.957867</w:t>
        <w:br/>
        <w:t>vt 0.062087 0.957113</w:t>
        <w:br/>
        <w:t>vt 0.054377 0.956812</w:t>
        <w:br/>
        <w:t>vt 0.037693 0.957037</w:t>
        <w:br/>
        <w:t>vt 0.018169 0.969328</w:t>
        <w:br/>
        <w:t>vt 0.018455 0.966349</w:t>
        <w:br/>
        <w:t>vt 0.108481 0.963881</w:t>
        <w:br/>
        <w:t>vt 0.108545 0.966504</w:t>
        <w:br/>
        <w:t>vt 0.112591 0.965518</w:t>
        <w:br/>
        <w:t>vt 0.112591 0.962950</w:t>
        <w:br/>
        <w:t>vt 0.082167 0.964943</w:t>
        <w:br/>
        <w:t>vt 0.082389 0.967384</w:t>
        <w:br/>
        <w:t>vt 0.074901 0.966762</w:t>
        <w:br/>
        <w:t>vt 0.074715 0.964378</w:t>
        <w:br/>
        <w:t>vt 0.003391 0.967114</w:t>
        <w:br/>
        <w:t>vt 0.003391 0.969739</w:t>
        <w:br/>
        <w:t>vt 0.092306 0.958214</w:t>
        <w:br/>
        <w:t>vt 0.040544 0.974759</w:t>
        <w:br/>
        <w:t>vt 0.045871 0.974404</w:t>
        <w:br/>
        <w:t>vt 0.099052 0.977519</w:t>
        <w:br/>
        <w:t>vt 0.099074 0.977522</w:t>
        <w:br/>
        <w:t>vt 0.003391 0.972155</w:t>
        <w:br/>
        <w:t>vt 0.070657 0.957421</w:t>
        <w:br/>
        <w:t>vt 0.097187 0.950579</w:t>
        <w:br/>
        <w:t>vt 0.096983 0.940830</w:t>
        <w:br/>
        <w:t>vt 0.053439 0.940219</w:t>
        <w:br/>
        <w:t>vt 0.003605 0.831242</w:t>
        <w:br/>
        <w:t>vt 0.012665 0.830554</w:t>
        <w:br/>
        <w:t>vt 0.012761 0.821303</w:t>
        <w:br/>
        <w:t>vt 0.003605 0.821834</w:t>
        <w:br/>
        <w:t>vt 0.003605 0.849740</w:t>
        <w:br/>
        <w:t>vt 0.012717 0.848942</w:t>
        <w:br/>
        <w:t>vt 0.112806 0.849073</w:t>
        <w:br/>
        <w:t>vt 0.112806 0.832129</w:t>
        <w:br/>
        <w:t>vt 0.101975 0.832382</w:t>
        <w:br/>
        <w:t>vt 0.102041 0.849816</w:t>
        <w:br/>
        <w:t>vt 0.112806 0.823059</w:t>
        <w:br/>
        <w:t>vt 0.102540 0.823765</w:t>
        <w:br/>
        <w:t>vt 0.090668 0.824349</w:t>
        <w:br/>
        <w:t>vt 0.090332 0.832857</w:t>
        <w:br/>
        <w:t>vt 0.090198 0.851157</w:t>
        <w:br/>
        <w:t>vt 0.077814 0.823975</w:t>
        <w:br/>
        <w:t>vt 0.077885 0.832799</w:t>
        <w:br/>
        <w:t>vt 0.078491 0.851926</w:t>
        <w:br/>
        <w:t>vt 0.070544 0.851874</w:t>
        <w:br/>
        <w:t>vt 0.067543 0.833133</w:t>
        <w:br/>
        <w:t>vt 0.067834 0.823379</w:t>
        <w:br/>
        <w:t>vt 0.062802 0.851327</w:t>
        <w:br/>
        <w:t>vt 0.055025 0.832589</w:t>
        <w:br/>
        <w:t>vt 0.054844 0.850764</w:t>
        <w:br/>
        <w:t>vt 0.055262 0.822863</w:t>
        <w:br/>
        <w:t>vt 0.068860 0.814303</w:t>
        <w:br/>
        <w:t>vt 0.056633 0.813349</w:t>
        <w:br/>
        <w:t>vt 0.079246 0.816109</w:t>
        <w:br/>
        <w:t>vt 0.091303 0.816967</w:t>
        <w:br/>
        <w:t>vt 0.112874 0.813971</w:t>
        <w:br/>
        <w:t>vt 0.102411 0.815813</w:t>
        <w:br/>
        <w:t>vt 0.003639 0.812626</w:t>
        <w:br/>
        <w:t>vt 0.012678 0.812678</w:t>
        <w:br/>
        <w:t>vt 0.003617 0.797212</w:t>
        <w:br/>
        <w:t>vt 0.003605 0.803943</w:t>
        <w:br/>
        <w:t>vt 0.012878 0.802898</w:t>
        <w:br/>
        <w:t>vt 0.013011 0.795679</w:t>
        <w:br/>
        <w:t>vt 0.091613 0.809123</w:t>
        <w:br/>
        <w:t>vt 0.080572 0.808825</w:t>
        <w:br/>
        <w:t>vt 0.080739 0.801843</w:t>
        <w:br/>
        <w:t>vt 0.091696 0.802067</w:t>
        <w:br/>
        <w:t>vt 0.091813 0.794884</w:t>
        <w:br/>
        <w:t>vt 0.079723 0.794817</w:t>
        <w:br/>
        <w:t>vt 0.012787 0.777191</w:t>
        <w:br/>
        <w:t>vt 0.012838 0.786247</w:t>
        <w:br/>
        <w:t>vt 0.024408 0.784690</w:t>
        <w:br/>
        <w:t>vt 0.024852 0.775130</w:t>
        <w:br/>
        <w:t>vt 0.034533 0.792563</w:t>
        <w:br/>
        <w:t>vt 0.035287 0.783309</w:t>
        <w:br/>
        <w:t>vt 0.024350 0.794069</w:t>
        <w:br/>
        <w:t>vt 0.080407 0.786684</w:t>
        <w:br/>
        <w:t>vt 0.070134 0.786321</w:t>
        <w:br/>
        <w:t>vt 0.069446 0.795053</w:t>
        <w:br/>
        <w:t>vt 0.092021 0.786900</w:t>
        <w:br/>
        <w:t>vt 0.092229 0.778915</w:t>
        <w:br/>
        <w:t>vt 0.081091 0.778552</w:t>
        <w:br/>
        <w:t>vt 0.003605 0.787397</w:t>
        <w:br/>
        <w:t>vt 0.003605 0.777637</w:t>
        <w:br/>
        <w:t>vt 0.045780 0.812513</w:t>
        <w:br/>
        <w:t>vt 0.044696 0.822422</w:t>
        <w:br/>
        <w:t>vt 0.042668 0.849911</w:t>
        <w:br/>
        <w:t>vt 0.043719 0.831926</w:t>
        <w:br/>
        <w:t>vt 0.057673 0.804411</w:t>
        <w:br/>
        <w:t>vt 0.046792 0.803173</w:t>
        <w:br/>
        <w:t>vt 0.061490 0.776436</w:t>
        <w:br/>
        <w:t>vt 0.049566 0.774595</w:t>
        <w:br/>
        <w:t>vt 0.048685 0.784214</w:t>
        <w:br/>
        <w:t>vt 0.060117 0.785809</w:t>
        <w:br/>
        <w:t>vt 0.033026 0.810852</w:t>
        <w:br/>
        <w:t>vt 0.022717 0.810387</w:t>
        <w:br/>
        <w:t>vt 0.023276 0.821217</w:t>
        <w:br/>
        <w:t>vt 0.032852 0.821490</w:t>
        <w:br/>
        <w:t>vt 0.023147 0.830809</w:t>
        <w:br/>
        <w:t>vt 0.022755 0.848930</w:t>
        <w:br/>
        <w:t>vt 0.031927 0.849083</w:t>
        <w:br/>
        <w:t>vt 0.032913 0.831148</w:t>
        <w:br/>
        <w:t>vt 0.023341 0.802318</w:t>
        <w:br/>
        <w:t>vt 0.033748 0.801820</w:t>
        <w:br/>
        <w:t>vt 0.101777 0.803969</w:t>
        <w:br/>
        <w:t>vt 0.101946 0.797282</w:t>
        <w:br/>
        <w:t>vt 0.101737 0.810178</w:t>
        <w:br/>
        <w:t>vt 0.075668 0.810199</w:t>
        <w:br/>
        <w:t>vt 0.074641 0.802502</w:t>
        <w:br/>
        <w:t>vt 0.044105 0.881147</w:t>
        <w:br/>
        <w:t>vt 0.053654 0.881070</w:t>
        <w:br/>
        <w:t>vt 0.054468 0.865494</w:t>
        <w:br/>
        <w:t>vt 0.041790 0.865079</w:t>
        <w:br/>
        <w:t>vt 0.090875 0.881922</w:t>
        <w:br/>
        <w:t>vt 0.090453 0.866089</w:t>
        <w:br/>
        <w:t>vt 0.079135 0.866814</w:t>
        <w:br/>
        <w:t>vt 0.080264 0.882383</w:t>
        <w:br/>
        <w:t>vt 0.097197 0.881681</w:t>
        <w:br/>
        <w:t>vt 0.099054 0.865276</w:t>
        <w:br/>
        <w:t>vt 0.112806 0.880951</w:t>
        <w:br/>
        <w:t>vt 0.112806 0.863899</w:t>
        <w:br/>
        <w:t>vt 0.108139 0.881205</w:t>
        <w:br/>
        <w:t>vt 0.062745 0.881792</w:t>
        <w:br/>
        <w:t>vt 0.062736 0.866036</w:t>
        <w:br/>
        <w:t>vt 0.031285 0.864511</w:t>
        <w:br/>
        <w:t>vt 0.033748 0.801820</w:t>
        <w:br/>
        <w:t>vt 0.047464 0.793613</w:t>
        <w:br/>
        <w:t>vt 0.112806 0.805844</w:t>
        <w:br/>
        <w:t>vt 0.112571 0.799554</w:t>
        <w:br/>
        <w:t>vt 0.112806 0.780893</w:t>
        <w:br/>
        <w:t>vt 0.102615 0.780242</w:t>
        <w:br/>
        <w:t>vt 0.102281 0.788762</w:t>
        <w:br/>
        <w:t>vt 0.112806 0.790222</w:t>
        <w:br/>
        <w:t>vt 0.010410 0.865563</w:t>
        <w:br/>
        <w:t>vt 0.021704 0.864548</w:t>
        <w:br/>
        <w:t>vt 0.102429 0.864957</w:t>
        <w:br/>
        <w:t>vt 0.070780 0.866562</w:t>
        <w:br/>
        <w:t>vt 0.003605 0.866690</w:t>
        <w:br/>
        <w:t>vt 0.030362 0.880760</w:t>
        <w:br/>
        <w:t>vt 0.039599 0.881039</w:t>
        <w:br/>
        <w:t>vt 0.068335 0.803701</w:t>
        <w:br/>
        <w:t>vt 0.058713 0.795473</w:t>
        <w:br/>
        <w:t>vt 0.070822 0.777588</w:t>
        <w:br/>
        <w:t>vt 0.081293 0.766651</w:t>
        <w:br/>
        <w:t>vt 0.071709 0.765604</w:t>
        <w:br/>
        <w:t>vt 0.092531 0.767798</w:t>
        <w:br/>
        <w:t>vt 0.062847 0.764274</w:t>
        <w:br/>
        <w:t>vt 0.063607 0.753427</w:t>
        <w:br/>
        <w:t>vt 0.051175 0.752307</w:t>
        <w:br/>
        <w:t>vt 0.049972 0.763013</w:t>
        <w:br/>
        <w:t>vt 0.037042 0.751485</w:t>
        <w:br/>
        <w:t>vt 0.025080 0.752095</w:t>
        <w:br/>
        <w:t>vt 0.024879 0.763400</w:t>
        <w:br/>
        <w:t>vt 0.036590 0.762445</w:t>
        <w:br/>
        <w:t>vt 0.013174 0.764691</w:t>
        <w:br/>
        <w:t>vt 0.013506 0.752769</w:t>
        <w:br/>
        <w:t>vt 0.112806 0.769386</w:t>
        <w:br/>
        <w:t>vt 0.103382 0.768904</w:t>
        <w:br/>
        <w:t>vt 0.097341 0.733013</w:t>
        <w:br/>
        <w:t>vt 0.088641 0.731734</w:t>
        <w:br/>
        <w:t>vt 0.086098 0.741619</w:t>
        <w:br/>
        <w:t>vt 0.095556 0.743367</w:t>
        <w:br/>
        <w:t>vt 0.077179 0.739832</w:t>
        <w:br/>
        <w:t>vt 0.080665 0.729681</w:t>
        <w:br/>
        <w:t>vt 0.059440 0.735951</w:t>
        <w:br/>
        <w:t>vt 0.065123 0.736789</w:t>
        <w:br/>
        <w:t>vt 0.105935 0.744421</w:t>
        <w:br/>
        <w:t>vt 0.107021 0.733839</w:t>
        <w:br/>
        <w:t>vt 0.112806 0.757984</w:t>
        <w:br/>
        <w:t>vt 0.104263 0.757523</w:t>
        <w:br/>
        <w:t>vt 0.036103 0.773831</w:t>
        <w:br/>
        <w:t>vt 0.073444 0.755042</w:t>
        <w:br/>
        <w:t>vt 0.082940 0.756269</w:t>
        <w:br/>
        <w:t>vt 0.093348 0.757048</w:t>
        <w:br/>
        <w:t>vt 0.073040 0.738875</w:t>
        <w:br/>
        <w:t>vt 0.033495 0.710553</w:t>
        <w:br/>
        <w:t>vt 0.036649 0.724311</w:t>
        <w:br/>
        <w:t>vt 0.034680 0.710386</w:t>
        <w:br/>
        <w:t>vt 0.099846 0.698813</w:t>
        <w:br/>
        <w:t>vt 0.099801 0.687650</w:t>
        <w:br/>
        <w:t>vt 0.096470 0.687593</w:t>
        <w:br/>
        <w:t>vt 0.094373 0.698472</w:t>
        <w:br/>
        <w:t>vt 0.102879 0.698752</w:t>
        <w:br/>
        <w:t>vt 0.101375 0.687528</w:t>
        <w:br/>
        <w:t>vt 0.083183 0.720595</w:t>
        <w:br/>
        <w:t>vt 0.080053 0.727104</w:t>
        <w:br/>
        <w:t>vt 0.099539 0.710607</w:t>
        <w:br/>
        <w:t>vt 0.103999 0.710414</w:t>
        <w:br/>
        <w:t>vt 0.099750 0.680700</w:t>
        <w:br/>
        <w:t>vt 0.100486 0.680526</w:t>
        <w:br/>
        <w:t>vt 0.098070 0.681014</w:t>
        <w:br/>
        <w:t>vt 0.087941 0.721934</w:t>
        <w:br/>
        <w:t>vt 0.077708 0.731575</w:t>
        <w:br/>
        <w:t>vt 0.038549 0.725121</w:t>
        <w:br/>
        <w:t>vt 0.037614 0.709993</w:t>
        <w:br/>
        <w:t>vt 0.036465 0.733694</w:t>
        <w:br/>
        <w:t>vt 0.039056 0.734048</w:t>
        <w:br/>
        <w:t>vt 0.089995 0.722538</w:t>
        <w:br/>
        <w:t>vt 0.090512 0.714646</w:t>
        <w:br/>
        <w:t>vt 0.099203 0.717775</w:t>
        <w:br/>
        <w:t>vt 0.091864 0.709435</w:t>
        <w:br/>
        <w:t>vt 0.098678 0.724137</w:t>
        <w:br/>
        <w:t>vt 0.104580 0.718385</w:t>
        <w:br/>
        <w:t>vt 0.105266 0.724453</w:t>
        <w:br/>
        <w:t>vt 0.099671 0.674376</w:t>
        <w:br/>
        <w:t>vt 0.112806 0.725017</w:t>
        <w:br/>
        <w:t>vt 0.112806 0.736591</w:t>
        <w:br/>
        <w:t>vt 0.027970 0.734700</w:t>
        <w:br/>
        <w:t>vt 0.037469 0.702071</w:t>
        <w:br/>
        <w:t>vt 0.037242 0.694292</w:t>
        <w:br/>
        <w:t>vt 0.031872 0.695715</w:t>
        <w:br/>
        <w:t>vt 0.033294 0.702897</w:t>
        <w:br/>
        <w:t>vt 0.028998 0.695728</w:t>
        <w:br/>
        <w:t>vt 0.031442 0.703143</w:t>
        <w:br/>
        <w:t>vt 0.036418 0.686799</w:t>
        <w:br/>
        <w:t>vt 0.034905 0.682958</w:t>
        <w:br/>
        <w:t>vt 0.030178 0.688199</w:t>
        <w:br/>
        <w:t>vt 0.027364 0.684558</w:t>
        <w:br/>
        <w:t>vt 0.027299 0.688717</w:t>
        <w:br/>
        <w:t>vt 0.032755 0.680971</w:t>
        <w:br/>
        <w:t>vt 0.030389 0.680703</w:t>
        <w:br/>
        <w:t>vt 0.112806 0.744412</w:t>
        <w:br/>
        <w:t>vt 0.020296 0.735725</w:t>
        <w:br/>
        <w:t>vt 0.012875 0.736599</w:t>
        <w:br/>
        <w:t>vt 0.047672 0.734887</w:t>
        <w:br/>
        <w:t>vt 0.053698 0.735387</w:t>
        <w:br/>
        <w:t>vt 0.003605 0.764934</w:t>
        <w:br/>
        <w:t>vt 0.003605 0.752604</w:t>
        <w:br/>
        <w:t>vt 0.007221 0.737717</w:t>
        <w:br/>
        <w:t>vt 0.028703 0.681838</w:t>
        <w:br/>
        <w:t>vt 0.003605 0.738385</w:t>
        <w:br/>
        <w:t>vt 0.003605 0.883660</w:t>
        <w:br/>
        <w:t>vt 0.009416 0.882615</w:t>
        <w:br/>
        <w:t>vt 0.015728 0.881775</w:t>
        <w:br/>
        <w:t>vt 0.022768 0.881136</w:t>
        <w:br/>
        <w:t>vt 0.020607 0.881243</w:t>
        <w:br/>
        <w:t>vt 0.102897 0.881490</w:t>
        <w:br/>
        <w:t>vt 0.071590 0.882495</w:t>
        <w:br/>
        <w:t>vt 0.003605 0.831242</w:t>
        <w:br/>
        <w:t>vt 0.003605 0.821834</w:t>
        <w:br/>
        <w:t>vt 0.012761 0.821303</w:t>
        <w:br/>
        <w:t>vt 0.012665 0.830554</w:t>
        <w:br/>
        <w:t>vt 0.012717 0.848942</w:t>
        <w:br/>
        <w:t>vt 0.003605 0.849740</w:t>
        <w:br/>
        <w:t>vt 0.101975 0.832382</w:t>
        <w:br/>
        <w:t>vt 0.112806 0.832129</w:t>
        <w:br/>
        <w:t>vt 0.112806 0.849073</w:t>
        <w:br/>
        <w:t>vt 0.102041 0.849816</w:t>
        <w:br/>
        <w:t>vt 0.102540 0.823765</w:t>
        <w:br/>
        <w:t>vt 0.112806 0.823059</w:t>
        <w:br/>
        <w:t>vt 0.090668 0.824349</w:t>
        <w:br/>
        <w:t>vt 0.090332 0.832857</w:t>
        <w:br/>
        <w:t>vt 0.090198 0.851157</w:t>
        <w:br/>
        <w:t>vt 0.077885 0.832799</w:t>
        <w:br/>
        <w:t>vt 0.077814 0.823975</w:t>
        <w:br/>
        <w:t>vt 0.078491 0.851926</w:t>
        <w:br/>
        <w:t>vt 0.070544 0.851874</w:t>
        <w:br/>
        <w:t>vt 0.067543 0.833133</w:t>
        <w:br/>
        <w:t>vt 0.067834 0.823379</w:t>
        <w:br/>
        <w:t>vt 0.055025 0.832589</w:t>
        <w:br/>
        <w:t>vt 0.062802 0.851327</w:t>
        <w:br/>
        <w:t>vt 0.054844 0.850764</w:t>
        <w:br/>
        <w:t>vt 0.055262 0.822863</w:t>
        <w:br/>
        <w:t>vt 0.056633 0.813349</w:t>
        <w:br/>
        <w:t>vt 0.068860 0.814303</w:t>
        <w:br/>
        <w:t>vt 0.079246 0.816109</w:t>
        <w:br/>
        <w:t>vt 0.091303 0.816967</w:t>
        <w:br/>
        <w:t>vt 0.102411 0.815813</w:t>
        <w:br/>
        <w:t>vt 0.112851 0.813985</w:t>
        <w:br/>
        <w:t>vt 0.003717 0.812620</w:t>
        <w:br/>
        <w:t>vt 0.012724 0.812652</w:t>
        <w:br/>
        <w:t>vt 0.003612 0.797209</w:t>
        <w:br/>
        <w:t>vt 0.013009 0.795682</w:t>
        <w:br/>
        <w:t>vt 0.012878 0.802898</w:t>
        <w:br/>
        <w:t>vt 0.003605 0.803943</w:t>
        <w:br/>
        <w:t>vt 0.080572 0.808825</w:t>
        <w:br/>
        <w:t>vt 0.091613 0.809123</w:t>
        <w:br/>
        <w:t>vt 0.080739 0.801843</w:t>
        <w:br/>
        <w:t>vt 0.079723 0.794817</w:t>
        <w:br/>
        <w:t>vt 0.091813 0.794884</w:t>
        <w:br/>
        <w:t>vt 0.091696 0.802067</w:t>
        <w:br/>
        <w:t>vt 0.024408 0.784690</w:t>
        <w:br/>
        <w:t>vt 0.012838 0.786247</w:t>
        <w:br/>
        <w:t>vt 0.012784 0.777191</w:t>
        <w:br/>
        <w:t>vt 0.024852 0.775130</w:t>
        <w:br/>
        <w:t>vt 0.035287 0.783309</w:t>
        <w:br/>
        <w:t>vt 0.034528 0.792562</w:t>
        <w:br/>
        <w:t>vt 0.024351 0.794071</w:t>
        <w:br/>
        <w:t>vt 0.080407 0.786684</w:t>
        <w:br/>
        <w:t>vt 0.069446 0.795053</w:t>
        <w:br/>
        <w:t>vt 0.070134 0.786321</w:t>
        <w:br/>
        <w:t>vt 0.092229 0.778915</w:t>
        <w:br/>
        <w:t>vt 0.092021 0.786900</w:t>
        <w:br/>
        <w:t>vt 0.081091 0.778552</w:t>
        <w:br/>
        <w:t>vt 0.003605 0.787397</w:t>
        <w:br/>
        <w:t>vt 0.003605 0.777637</w:t>
        <w:br/>
        <w:t>vt 0.045780 0.812513</w:t>
        <w:br/>
        <w:t>vt 0.044696 0.822422</w:t>
        <w:br/>
        <w:t>vt 0.042668 0.849911</w:t>
        <w:br/>
        <w:t>vt 0.043719 0.831926</w:t>
        <w:br/>
        <w:t>vt 0.046792 0.803173</w:t>
        <w:br/>
        <w:t>vt 0.057673 0.804411</w:t>
        <w:br/>
        <w:t>vt 0.061497 0.776437</w:t>
        <w:br/>
        <w:t>vt 0.060117 0.785809</w:t>
        <w:br/>
        <w:t>vt 0.048685 0.784214</w:t>
        <w:br/>
        <w:t>vt 0.049566 0.774595</w:t>
        <w:br/>
        <w:t>vt 0.033026 0.810852</w:t>
        <w:br/>
        <w:t>vt 0.032852 0.821490</w:t>
        <w:br/>
        <w:t>vt 0.023276 0.821217</w:t>
        <w:br/>
        <w:t>vt 0.022717 0.810387</w:t>
        <w:br/>
        <w:t>vt 0.023147 0.830809</w:t>
        <w:br/>
        <w:t>vt 0.022755 0.848930</w:t>
        <w:br/>
        <w:t>vt 0.032913 0.831148</w:t>
        <w:br/>
        <w:t>vt 0.031927 0.849083</w:t>
        <w:br/>
        <w:t>vt 0.023341 0.802318</w:t>
        <w:br/>
        <w:t>vt 0.033748 0.801820</w:t>
        <w:br/>
        <w:t>vt 0.101946 0.797282</w:t>
        <w:br/>
        <w:t>vt 0.101777 0.803969</w:t>
        <w:br/>
        <w:t>vt 0.101737 0.810178</w:t>
        <w:br/>
        <w:t>vt 0.075668 0.810199</w:t>
        <w:br/>
        <w:t>vt 0.074641 0.802502</w:t>
        <w:br/>
        <w:t>vt 0.044105 0.881147</w:t>
        <w:br/>
        <w:t>vt 0.041790 0.865079</w:t>
        <w:br/>
        <w:t>vt 0.054468 0.865494</w:t>
        <w:br/>
        <w:t>vt 0.053654 0.881070</w:t>
        <w:br/>
        <w:t>vt 0.079135 0.866814</w:t>
        <w:br/>
        <w:t>vt 0.090453 0.866089</w:t>
        <w:br/>
        <w:t>vt 0.099054 0.865276</w:t>
        <w:br/>
        <w:t>vt 0.097197 0.881681</w:t>
        <w:br/>
        <w:t>vt 0.112806 0.863899</w:t>
        <w:br/>
        <w:t>vt 0.062736 0.866036</w:t>
        <w:br/>
        <w:t>vt 0.031285 0.864511</w:t>
        <w:br/>
        <w:t>vt 0.033748 0.801820</w:t>
        <w:br/>
        <w:t>vt 0.047466 0.793614</w:t>
        <w:br/>
        <w:t>vt 0.112806 0.805844</w:t>
        <w:br/>
        <w:t>vt 0.112806 0.780893</w:t>
        <w:br/>
        <w:t>vt 0.112806 0.790222</w:t>
        <w:br/>
        <w:t>vt 0.102281 0.788762</w:t>
        <w:br/>
        <w:t>vt 0.102615 0.780242</w:t>
        <w:br/>
        <w:t>vt 0.021704 0.864548</w:t>
        <w:br/>
        <w:t>vt 0.010410 0.865563</w:t>
        <w:br/>
        <w:t>vt 0.102429 0.864957</w:t>
        <w:br/>
        <w:t>vt 0.070780 0.866562</w:t>
        <w:br/>
        <w:t>vt 0.003605 0.866690</w:t>
        <w:br/>
        <w:t>vt 0.068335 0.803701</w:t>
        <w:br/>
        <w:t>vt 0.112584 0.799549</w:t>
        <w:br/>
        <w:t>vt 0.058713 0.795473</w:t>
        <w:br/>
        <w:t>vt 0.070822 0.777588</w:t>
        <w:br/>
        <w:t>vt 0.071709 0.765604</w:t>
        <w:br/>
        <w:t>vt 0.081293 0.766651</w:t>
        <w:br/>
        <w:t>vt 0.092531 0.767798</w:t>
        <w:br/>
        <w:t>vt 0.051175 0.752307</w:t>
        <w:br/>
        <w:t>vt 0.063607 0.753427</w:t>
        <w:br/>
        <w:t>vt 0.062847 0.764274</w:t>
        <w:br/>
        <w:t>vt 0.049972 0.763013</w:t>
        <w:br/>
        <w:t>vt 0.037042 0.751485</w:t>
        <w:br/>
        <w:t>vt 0.036590 0.762445</w:t>
        <w:br/>
        <w:t>vt 0.024879 0.763400</w:t>
        <w:br/>
        <w:t>vt 0.025080 0.752095</w:t>
        <w:br/>
        <w:t>vt 0.013174 0.764691</w:t>
        <w:br/>
        <w:t>vt 0.013506 0.752769</w:t>
        <w:br/>
        <w:t>vt 0.103382 0.768904</w:t>
        <w:br/>
        <w:t>vt 0.112806 0.769386</w:t>
        <w:br/>
        <w:t>vt 0.097341 0.733013</w:t>
        <w:br/>
        <w:t>vt 0.095556 0.743367</w:t>
        <w:br/>
        <w:t>vt 0.086098 0.741619</w:t>
        <w:br/>
        <w:t>vt 0.088641 0.731734</w:t>
        <w:br/>
        <w:t>vt 0.077179 0.739832</w:t>
        <w:br/>
        <w:t>vt 0.080665 0.729681</w:t>
        <w:br/>
        <w:t>vt 0.059440 0.735951</w:t>
        <w:br/>
        <w:t>vt 0.065123 0.736789</w:t>
        <w:br/>
        <w:t>vt 0.105935 0.744421</w:t>
        <w:br/>
        <w:t>vt 0.107021 0.733839</w:t>
        <w:br/>
        <w:t>vt 0.112806 0.757984</w:t>
        <w:br/>
        <w:t>vt 0.104263 0.757523</w:t>
        <w:br/>
        <w:t>vt 0.036103 0.773831</w:t>
        <w:br/>
        <w:t>vt 0.073444 0.755042</w:t>
        <w:br/>
        <w:t>vt 0.082940 0.756269</w:t>
        <w:br/>
        <w:t>vt 0.093348 0.757048</w:t>
        <w:br/>
        <w:t>vt 0.073040 0.738875</w:t>
        <w:br/>
        <w:t>vt 0.033495 0.710553</w:t>
        <w:br/>
        <w:t>vt 0.034680 0.710386</w:t>
        <w:br/>
        <w:t>vt 0.036649 0.724311</w:t>
        <w:br/>
        <w:t>vt 0.096470 0.687593</w:t>
        <w:br/>
        <w:t>vt 0.099801 0.687650</w:t>
        <w:br/>
        <w:t>vt 0.099846 0.698813</w:t>
        <w:br/>
        <w:t>vt 0.094373 0.698472</w:t>
        <w:br/>
        <w:t>vt 0.101375 0.687528</w:t>
        <w:br/>
        <w:t>vt 0.102879 0.698752</w:t>
        <w:br/>
        <w:t>vt 0.080053 0.727104</w:t>
        <w:br/>
        <w:t>vt 0.083183 0.720595</w:t>
        <w:br/>
        <w:t>vt 0.099539 0.710607</w:t>
        <w:br/>
        <w:t>vt 0.103999 0.710414</w:t>
        <w:br/>
        <w:t>vt 0.099750 0.680700</w:t>
        <w:br/>
        <w:t>vt 0.100486 0.680526</w:t>
        <w:br/>
        <w:t>vt 0.098070 0.681014</w:t>
        <w:br/>
        <w:t>vt 0.087941 0.721934</w:t>
        <w:br/>
        <w:t>vt 0.077708 0.731575</w:t>
        <w:br/>
        <w:t>vt 0.037614 0.709993</w:t>
        <w:br/>
        <w:t>vt 0.038549 0.725121</w:t>
        <w:br/>
        <w:t>vt 0.039056 0.734048</w:t>
        <w:br/>
        <w:t>vt 0.036465 0.733694</w:t>
        <w:br/>
        <w:t>vt 0.089995 0.722538</w:t>
        <w:br/>
        <w:t>vt 0.090512 0.714646</w:t>
        <w:br/>
        <w:t>vt 0.091864 0.709435</w:t>
        <w:br/>
        <w:t>vt 0.099203 0.717775</w:t>
        <w:br/>
        <w:t>vt 0.098678 0.724137</w:t>
        <w:br/>
        <w:t>vt 0.104580 0.718385</w:t>
        <w:br/>
        <w:t>vt 0.105266 0.724453</w:t>
        <w:br/>
        <w:t>vt 0.099671 0.674376</w:t>
        <w:br/>
        <w:t>vt 0.112806 0.725017</w:t>
        <w:br/>
        <w:t>vt 0.112806 0.736591</w:t>
        <w:br/>
        <w:t>vt 0.027970 0.734700</w:t>
        <w:br/>
        <w:t>vt 0.037469 0.702071</w:t>
        <w:br/>
        <w:t>vt 0.033294 0.702897</w:t>
        <w:br/>
        <w:t>vt 0.031872 0.695715</w:t>
        <w:br/>
        <w:t>vt 0.037242 0.694292</w:t>
        <w:br/>
        <w:t>vt 0.031442 0.703143</w:t>
        <w:br/>
        <w:t>vt 0.028998 0.695728</w:t>
        <w:br/>
        <w:t>vt 0.036418 0.686799</w:t>
        <w:br/>
        <w:t>vt 0.030178 0.688199</w:t>
        <w:br/>
        <w:t>vt 0.034905 0.682958</w:t>
        <w:br/>
        <w:t>vt 0.027299 0.688717</w:t>
        <w:br/>
        <w:t>vt 0.027364 0.684558</w:t>
        <w:br/>
        <w:t>vt 0.032755 0.680971</w:t>
        <w:br/>
        <w:t>vt 0.030389 0.680703</w:t>
        <w:br/>
        <w:t>vt 0.112806 0.744412</w:t>
        <w:br/>
        <w:t>vt 0.012875 0.736599</w:t>
        <w:br/>
        <w:t>vt 0.020296 0.735725</w:t>
        <w:br/>
        <w:t>vt 0.047672 0.734887</w:t>
        <w:br/>
        <w:t>vt 0.053698 0.735387</w:t>
        <w:br/>
        <w:t>vt 0.003605 0.764934</w:t>
        <w:br/>
        <w:t>vt 0.003605 0.752604</w:t>
        <w:br/>
        <w:t>vt 0.007221 0.737717</w:t>
        <w:br/>
        <w:t>vt 0.028703 0.681838</w:t>
        <w:br/>
        <w:t>vt 0.003605 0.738385</w:t>
        <w:br/>
        <w:t>vt 0.015728 0.881775</w:t>
        <w:br/>
        <w:t>vt 0.020607 0.881243</w:t>
        <w:br/>
        <w:t>vt 0.097694 0.891405</w:t>
        <w:br/>
        <w:t>vt 0.043890 0.940296</w:t>
        <w:br/>
        <w:t>vt 0.020392 0.940392</w:t>
        <w:br/>
        <w:t>vt 0.022554 0.940285</w:t>
        <w:br/>
        <w:t>vt 0.112591 0.940101</w:t>
        <w:br/>
        <w:t>vt 0.668380 0.472215</w:t>
        <w:br/>
        <w:t>vt 0.646775 0.472215</w:t>
        <w:br/>
        <w:t>vt 0.646775 0.466207</w:t>
        <w:br/>
        <w:t>vt 0.668380 0.466207</w:t>
        <w:br/>
        <w:t>vt 0.648329 0.500090</w:t>
        <w:br/>
        <w:t>vt 0.648329 0.495085</w:t>
        <w:br/>
        <w:t>vt 0.654338 0.495085</w:t>
        <w:br/>
        <w:t>vt 0.654338 0.500090</w:t>
        <w:br/>
        <w:t>vt 0.665509 0.499795</w:t>
        <w:br/>
        <w:t>vt 0.659500 0.499795</w:t>
        <w:br/>
        <w:t>vt 0.659500 0.494790</w:t>
        <w:br/>
        <w:t>vt 0.665509 0.494790</w:t>
        <w:br/>
        <w:t>vt 0.641937 0.458140</w:t>
        <w:br/>
        <w:t>vt 0.639277 0.457062</w:t>
        <w:br/>
        <w:t>vt 0.639277 0.454199</w:t>
        <w:br/>
        <w:t>vt 0.641978 0.453131</w:t>
        <w:br/>
        <w:t>vt 0.620348 0.458131</w:t>
        <w:br/>
        <w:t>vt 0.623038 0.457062</w:t>
        <w:br/>
        <w:t>vt 0.620348 0.453131</w:t>
        <w:br/>
        <w:t>vt 0.623038 0.454199</w:t>
        <w:br/>
        <w:t>vt 0.638455 0.471293</w:t>
        <w:br/>
        <w:t>vt 0.638455 0.468423</w:t>
        <w:br/>
        <w:t>vt 0.641097 0.467351</w:t>
        <w:br/>
        <w:t>vt 0.641186 0.472362</w:t>
        <w:br/>
        <w:t>vt 0.619541 0.472362</w:t>
        <w:br/>
        <w:t>vt 0.622230 0.471293</w:t>
        <w:br/>
        <w:t>vt 0.622230 0.468423</w:t>
        <w:br/>
        <w:t>vt 0.619541 0.467353</w:t>
        <w:br/>
        <w:t>vt 0.648273 0.443292</w:t>
        <w:br/>
        <w:t>vt 0.648273 0.437284</w:t>
        <w:br/>
        <w:t>vt 0.664501 0.437284</w:t>
        <w:br/>
        <w:t>vt 0.664501 0.443292</w:t>
        <w:br/>
        <w:t>vt 0.664742 0.457861</w:t>
        <w:br/>
        <w:t>vt 0.648514 0.457861</w:t>
        <w:br/>
        <w:t>vt 0.648514 0.451853</w:t>
        <w:br/>
        <w:t>vt 0.664742 0.451853</w:t>
        <w:br/>
        <w:t>vt 0.667604 0.451853</w:t>
        <w:br/>
        <w:t>vt 0.667604 0.457861</w:t>
        <w:br/>
        <w:t>vt 0.664742 0.457861</w:t>
        <w:br/>
        <w:t>vt 0.664742 0.451853</w:t>
        <w:br/>
        <w:t>vt 0.648514 0.457861</w:t>
        <w:br/>
        <w:t>vt 0.645652 0.457861</w:t>
        <w:br/>
        <w:t>vt 0.645652 0.451853</w:t>
        <w:br/>
        <w:t>vt 0.648514 0.451853</w:t>
        <w:br/>
        <w:t>vt 0.379168 0.027632</w:t>
        <w:br/>
        <w:t>vt 0.379168 0.005159</w:t>
        <w:br/>
        <w:t>vt 0.383362 0.009540</w:t>
        <w:br/>
        <w:t>vt 0.383362 0.023568</w:t>
        <w:br/>
        <w:t>vt 0.404781 0.010542</w:t>
        <w:br/>
        <w:t>vt 0.393128 0.010427</w:t>
        <w:br/>
        <w:t>vt 0.392114 0.005159</w:t>
        <w:br/>
        <w:t>vt 0.405166 0.005159</w:t>
        <w:br/>
        <w:t>vt 0.454636 0.016109</w:t>
        <w:br/>
        <w:t>vt 0.454636 0.005498</w:t>
        <w:br/>
        <w:t>vt 0.464464 0.005498</w:t>
        <w:br/>
        <w:t>vt 0.464464 0.016109</w:t>
        <w:br/>
        <w:t>vt 0.404711 0.022121</w:t>
        <w:br/>
        <w:t>vt 0.405097 0.027632</w:t>
        <w:br/>
        <w:t>vt 0.392255 0.027632</w:t>
        <w:br/>
        <w:t>vt 0.393282 0.022397</w:t>
        <w:br/>
        <w:t>vt 0.404711 0.022121</w:t>
        <w:br/>
        <w:t>vt 0.393282 0.022397</w:t>
        <w:br/>
        <w:t>vt 0.393128 0.010427</w:t>
        <w:br/>
        <w:t>vt 0.404781 0.010542</w:t>
        <w:br/>
        <w:t>vt 0.383362 0.023568</w:t>
        <w:br/>
        <w:t>vt 0.383362 0.009540</w:t>
        <w:br/>
        <w:t>vt 0.383362 0.009540</w:t>
        <w:br/>
        <w:t>vt 0.379168 0.005159</w:t>
        <w:br/>
        <w:t>vt 0.445805 0.016109</w:t>
        <w:br/>
        <w:t>vt 0.445805 0.005498</w:t>
        <w:br/>
        <w:t>vt 0.383362 0.023568</w:t>
        <w:br/>
        <w:t>vt 0.379168 0.027632</w:t>
        <w:br/>
        <w:t>vt 0.419209 0.022327</w:t>
        <w:br/>
        <w:t>vt 0.419284 0.027632</w:t>
        <w:br/>
        <w:t>vt 0.419336 0.010521</w:t>
        <w:br/>
        <w:t>vt 0.419209 0.022327</w:t>
        <w:br/>
        <w:t>vt 0.419228 0.005159</w:t>
        <w:br/>
        <w:t>vt 0.419336 0.010521</w:t>
        <w:br/>
        <w:t>vt 0.475519 0.016109</w:t>
        <w:br/>
        <w:t>vt 0.475519 0.005498</w:t>
        <w:br/>
        <w:t>vt 0.078970 0.450807</w:t>
        <w:br/>
        <w:t>vt 0.078970 0.467359</w:t>
        <w:br/>
        <w:t>vt 0.072000 0.467359</w:t>
        <w:br/>
        <w:t>vt 0.063210 0.450807</w:t>
        <w:br/>
        <w:t>vt 0.063210 0.467359</w:t>
        <w:br/>
        <w:t>vt 0.008134 0.035965</w:t>
        <w:br/>
        <w:t>vt 0.010601 0.031828</w:t>
        <w:br/>
        <w:t>vt 0.038100 0.031828</w:t>
        <w:br/>
        <w:t>vt 0.040016 0.035965</w:t>
        <w:br/>
        <w:t>vt 0.006314 0.009000</w:t>
        <w:br/>
        <w:t>vt 0.010601 0.011329</w:t>
        <w:br/>
        <w:t>vt 0.006314 0.013929</w:t>
        <w:br/>
        <w:t>vt 0.040492 0.007188</w:t>
        <w:br/>
        <w:t>vt 0.038100 0.011329</w:t>
        <w:br/>
        <w:t>vt 0.008631 0.007188</w:t>
        <w:br/>
        <w:t>vt 0.042383 0.009472</w:t>
        <w:br/>
        <w:t>vt 0.042383 0.034196</w:t>
        <w:br/>
        <w:t>vt 0.006314 0.033646</w:t>
        <w:br/>
        <w:t>vt 0.052610 0.031607</w:t>
        <w:br/>
        <w:t>vt 0.080202 0.031607</w:t>
        <w:br/>
        <w:t>vt 0.082245 0.035751</w:t>
        <w:br/>
        <w:t>vt 0.050763 0.035751</w:t>
        <w:br/>
        <w:t>vt 0.084494 0.028889</w:t>
        <w:br/>
        <w:t>vt 0.084494 0.033836</w:t>
        <w:br/>
        <w:t>vt 0.080202 0.011191</w:t>
        <w:br/>
        <w:t>vt 0.052610 0.011191</w:t>
        <w:br/>
        <w:t>vt 0.050451 0.007047</w:t>
        <w:br/>
        <w:t>vt 0.082379 0.007047</w:t>
        <w:br/>
        <w:t>vt 0.048332 0.009124</w:t>
        <w:br/>
        <w:t>vt 0.048332 0.034103</w:t>
        <w:br/>
        <w:t>vt 0.084494 0.009102</w:t>
        <w:br/>
        <w:t>vt 0.090987 0.021381</w:t>
        <w:br/>
        <w:t>vt 0.090987 0.018108</w:t>
        <w:br/>
        <w:t>vt 0.118188 0.018108</w:t>
        <w:br/>
        <w:t>vt 0.118188 0.021381</w:t>
        <w:br/>
        <w:t>vt 0.191503 0.007258</w:t>
        <w:br/>
        <w:t>vt 0.223054 0.007258</w:t>
        <w:br/>
        <w:t>vt 0.223054 0.010540</w:t>
        <w:br/>
        <w:t>vt 0.191503 0.010540</w:t>
        <w:br/>
        <w:t>vt 0.076491 0.043094</w:t>
        <w:br/>
        <w:t>vt 0.076491 0.046370</w:t>
        <w:br/>
        <w:t>vt 0.055473 0.046370</w:t>
        <w:br/>
        <w:t>vt 0.055473 0.043094</w:t>
        <w:br/>
        <w:t>vt 0.168261 0.010540</w:t>
        <w:br/>
        <w:t>vt 0.168261 0.007258</w:t>
        <w:br/>
        <w:t>vt 0.183461 0.007258</w:t>
        <w:br/>
        <w:t>vt 0.183461 0.010540</w:t>
        <w:br/>
        <w:t>vt 0.125695 0.018110</w:t>
        <w:br/>
        <w:t>vt 0.152895 0.018110</w:t>
        <w:br/>
        <w:t>vt 0.152895 0.021383</w:t>
        <w:br/>
        <w:t>vt 0.125695 0.021383</w:t>
        <w:br/>
        <w:t>vt 0.128668 0.010540</w:t>
        <w:br/>
        <w:t>vt 0.128668 0.007258</w:t>
        <w:br/>
        <w:t>vt 0.160218 0.007258</w:t>
        <w:br/>
        <w:t>vt 0.160218 0.010540</w:t>
        <w:br/>
        <w:t>vt 0.100358 0.007258</w:t>
        <w:br/>
        <w:t>vt 0.125691 0.007258</w:t>
        <w:br/>
        <w:t>vt 0.125691 0.010540</w:t>
        <w:br/>
        <w:t>vt 0.100358 0.010540</w:t>
        <w:br/>
        <w:t>vt 0.112133 0.033923</w:t>
        <w:br/>
        <w:t>vt 0.091115 0.033923</w:t>
        <w:br/>
        <w:t>vt 0.091115 0.030646</w:t>
        <w:br/>
        <w:t>vt 0.112133 0.030646</w:t>
        <w:br/>
        <w:t>vt 0.097380 0.007258</w:t>
        <w:br/>
        <w:t>vt 0.097380 0.010540</w:t>
        <w:br/>
        <w:t>vt 0.188527 0.007258</w:t>
        <w:br/>
        <w:t>vt 0.188527 0.010540</w:t>
        <w:br/>
        <w:t>vt 0.163194 0.007258</w:t>
        <w:br/>
        <w:t>vt 0.163194 0.010540</w:t>
        <w:br/>
        <w:t>vt 0.006314 0.028717</w:t>
        <w:br/>
        <w:t>vt 0.084494 0.014049</w:t>
        <w:br/>
        <w:t>vt 0.263646 0.770737</w:t>
        <w:br/>
        <w:t>vt 0.252074 0.770737</w:t>
        <w:br/>
        <w:t>vt 0.250930 0.757451</w:t>
        <w:br/>
        <w:t>vt 0.262637 0.757752</w:t>
        <w:br/>
        <w:t>vt 0.250085 0.744332</w:t>
        <w:br/>
        <w:t>vt 0.248174 0.729824</w:t>
        <w:br/>
        <w:t>vt 0.261357 0.727941</w:t>
        <w:br/>
        <w:t>vt 0.262422 0.743800</w:t>
        <w:br/>
        <w:t>vt 0.289615 0.757035</w:t>
        <w:br/>
        <w:t>vt 0.276218 0.757627</w:t>
        <w:br/>
        <w:t>vt 0.275935 0.742632</w:t>
        <w:br/>
        <w:t>vt 0.288920 0.741669</w:t>
        <w:br/>
        <w:t>vt 0.223407 0.744575</w:t>
        <w:br/>
        <w:t>vt 0.223932 0.756625</w:t>
        <w:br/>
        <w:t>vt 0.217265 0.756125</w:t>
        <w:br/>
        <w:t>vt 0.215958 0.743840</w:t>
        <w:br/>
        <w:t>vt 0.225820 0.770737</w:t>
        <w:br/>
        <w:t>vt 0.220004 0.770737</w:t>
        <w:br/>
        <w:t>vt 0.214386 0.732568</w:t>
        <w:br/>
        <w:t>vt 0.213729 0.722019</w:t>
        <w:br/>
        <w:t>vt 0.216321 0.722372</w:t>
        <w:br/>
        <w:t>vt 0.215833 0.732789</w:t>
        <w:br/>
        <w:t>vt 0.212874 0.711561</w:t>
        <w:br/>
        <w:t>vt 0.216735 0.709041</w:t>
        <w:br/>
        <w:t>vt 0.430682 0.740563</w:t>
        <w:br/>
        <w:t>vt 0.422310 0.735809</w:t>
        <w:br/>
        <w:t>vt 0.433731 0.723304</w:t>
        <w:br/>
        <w:t>vt 0.438689 0.726314</w:t>
        <w:br/>
        <w:t>vt 0.212585 0.694071</w:t>
        <w:br/>
        <w:t>vt 0.212768 0.700100</w:t>
        <w:br/>
        <w:t>vt 0.207360 0.698692</w:t>
        <w:br/>
        <w:t>vt 0.205004 0.688435</w:t>
        <w:br/>
        <w:t>vt 0.447429 0.711813</w:t>
        <w:br/>
        <w:t>vt 0.450714 0.714728</w:t>
        <w:br/>
        <w:t>vt 0.187442 0.673371</w:t>
        <w:br/>
        <w:t>vt 0.201450 0.691007</w:t>
        <w:br/>
        <w:t>vt 0.184250 0.676605</w:t>
        <w:br/>
        <w:t>vt 0.215904 0.700213</w:t>
        <w:br/>
        <w:t>vt 0.210546 0.685526</w:t>
        <w:br/>
        <w:t>vt 0.212585 0.694071</w:t>
        <w:br/>
        <w:t>vt 0.204801 0.686697</w:t>
        <w:br/>
        <w:t>vt 0.190133 0.670851</w:t>
        <w:br/>
        <w:t>vt 0.204801 0.686697</w:t>
        <w:br/>
        <w:t>vt 0.418941 0.732403</w:t>
        <w:br/>
        <w:t>vt 0.418052 0.725872</w:t>
        <w:br/>
        <w:t>vt 0.430967 0.718728</w:t>
        <w:br/>
        <w:t>vt 0.224756 0.707751</w:t>
        <w:br/>
        <w:t>vt 0.223038 0.720376</w:t>
        <w:br/>
        <w:t>vt 0.218969 0.696438</w:t>
        <w:br/>
        <w:t>vt 0.225314 0.698790</w:t>
        <w:br/>
        <w:t>vt 0.444719 0.710044</w:t>
        <w:br/>
        <w:t>vt 0.404906 0.743584</w:t>
        <w:br/>
        <w:t>vt 0.414010 0.747064</w:t>
        <w:br/>
        <w:t>vt 0.408910 0.757988</w:t>
        <w:br/>
        <w:t>vt 0.390502 0.755651</w:t>
        <w:br/>
        <w:t>vt 0.245024 0.713214</w:t>
        <w:br/>
        <w:t>vt 0.260886 0.710605</w:t>
        <w:br/>
        <w:t>vt 0.222638 0.733015</w:t>
        <w:br/>
        <w:t>vt 0.276190 0.770737</w:t>
        <w:br/>
        <w:t>vt 0.275584 0.725789</w:t>
        <w:br/>
        <w:t>vt 0.289497 0.770737</w:t>
        <w:br/>
        <w:t>vt 0.397929 0.736968</w:t>
        <w:br/>
        <w:t>vt 0.324699 0.741700</w:t>
        <w:br/>
        <w:t>vt 0.325749 0.770737</w:t>
        <w:br/>
        <w:t>vt 0.313354 0.752923</w:t>
        <w:br/>
        <w:t>vt 0.289977 0.725048</w:t>
        <w:br/>
        <w:t>vt 0.250607 0.701267</w:t>
        <w:br/>
        <w:t>vt 0.249116 0.696768</w:t>
        <w:br/>
        <w:t>vt 0.259974 0.698223</w:t>
        <w:br/>
        <w:t>vt 0.260400 0.702567</w:t>
        <w:br/>
        <w:t>vt 0.251835 0.707956</w:t>
        <w:br/>
        <w:t>vt 0.242806 0.705314</w:t>
        <w:br/>
        <w:t>vt 0.278167 0.703302</w:t>
        <w:br/>
        <w:t>vt 0.278161 0.710138</w:t>
        <w:br/>
        <w:t>vt 0.190133 0.670851</w:t>
        <w:br/>
        <w:t>vt 0.192954 0.669208</w:t>
        <w:br/>
        <w:t>vt 0.202650 0.675332</w:t>
        <w:br/>
        <w:t>vt 0.219649 0.689870</w:t>
        <w:br/>
        <w:t>vt 0.228697 0.694187</w:t>
        <w:br/>
        <w:t>vt 0.396231 0.725340</w:t>
        <w:br/>
        <w:t>vt 0.408582 0.720858</w:t>
        <w:br/>
        <w:t>vt 0.418052 0.725872</w:t>
        <w:br/>
        <w:t>vt 0.371684 0.742154</w:t>
        <w:br/>
        <w:t>vt 0.383937 0.733761</w:t>
        <w:br/>
        <w:t>vt 0.434799 0.711235</w:t>
        <w:br/>
        <w:t>vt 0.419227 0.716996</w:t>
        <w:br/>
        <w:t>vt 0.419816 0.710205</w:t>
        <w:br/>
        <w:t>vt 0.435196 0.706109</w:t>
        <w:br/>
        <w:t>vt 0.395586 0.715678</w:t>
        <w:br/>
        <w:t>vt 0.408600 0.712739</w:t>
        <w:br/>
        <w:t>vt 0.372160 0.720283</w:t>
        <w:br/>
        <w:t>vt 0.383853 0.717985</w:t>
        <w:br/>
        <w:t>vt 0.315881 0.770737</w:t>
        <w:br/>
        <w:t>vt 0.303468 0.770737</w:t>
        <w:br/>
        <w:t>vt 0.301934 0.756130</w:t>
        <w:br/>
        <w:t>vt 0.371143 0.764641</w:t>
        <w:br/>
        <w:t>vt 0.333131 0.743661</w:t>
        <w:br/>
        <w:t>vt 0.345995 0.770737</w:t>
        <w:br/>
        <w:t>vt 0.370283 0.770737</w:t>
        <w:br/>
        <w:t>vt 0.386415 0.770737</w:t>
        <w:br/>
        <w:t>vt 0.332614 0.724095</w:t>
        <w:br/>
        <w:t>vt 0.345311 0.724743</w:t>
        <w:br/>
        <w:t>vt 0.345537 0.746546</w:t>
        <w:br/>
        <w:t>vt 0.361014 0.722134</w:t>
        <w:br/>
        <w:t>vt 0.360830 0.743977</w:t>
        <w:br/>
        <w:t>vt 0.404521 0.770737</w:t>
        <w:br/>
        <w:t>vt 0.423953 0.770737</w:t>
        <w:br/>
        <w:t>vt 0.425109 0.760146</w:t>
        <w:br/>
        <w:t>vt 0.427213 0.751432</w:t>
        <w:br/>
        <w:t>vt 0.310726 0.732911</w:t>
        <w:br/>
        <w:t>vt 0.323984 0.723655</w:t>
        <w:br/>
        <w:t>vt 0.309031 0.717604</w:t>
        <w:br/>
        <w:t>vt 0.430967 0.718728</w:t>
        <w:br/>
        <w:t>vt 0.444719 0.710044</w:t>
        <w:br/>
        <w:t>vt 0.445219 0.707380</w:t>
        <w:br/>
        <w:t>vt 0.215290 0.743642</w:t>
        <w:br/>
        <w:t>vt 0.239908 0.770737</w:t>
        <w:br/>
        <w:t>vt 0.237584 0.757297</w:t>
        <w:br/>
        <w:t>vt 0.236067 0.744700</w:t>
        <w:br/>
        <w:t>vt 0.233927 0.732375</w:t>
        <w:br/>
        <w:t>vt 0.230522 0.717021</w:t>
        <w:br/>
        <w:t>vt 0.240838 0.699971</w:t>
        <w:br/>
        <w:t>vt 0.238284 0.695316</w:t>
        <w:br/>
        <w:t>vt 0.299813 0.740453</w:t>
        <w:br/>
        <w:t>vt 0.300771 0.722243</w:t>
        <w:br/>
        <w:t>vt 0.300235 0.712108</w:t>
        <w:br/>
        <w:t>vt 0.292031 0.714029</w:t>
        <w:br/>
        <w:t>vt 0.293305 0.708375</w:t>
        <w:br/>
        <w:t>vt 0.263646 0.770737</w:t>
        <w:br/>
        <w:t>vt 0.262637 0.757752</w:t>
        <w:br/>
        <w:t>vt 0.250930 0.757451</w:t>
        <w:br/>
        <w:t>vt 0.252074 0.770737</w:t>
        <w:br/>
        <w:t>vt 0.250085 0.744332</w:t>
        <w:br/>
        <w:t>vt 0.262422 0.743800</w:t>
        <w:br/>
        <w:t>vt 0.261357 0.727941</w:t>
        <w:br/>
        <w:t>vt 0.248174 0.729824</w:t>
        <w:br/>
        <w:t>vt 0.289615 0.757035</w:t>
        <w:br/>
        <w:t>vt 0.288920 0.741669</w:t>
        <w:br/>
        <w:t>vt 0.275935 0.742632</w:t>
        <w:br/>
        <w:t>vt 0.276218 0.757627</w:t>
        <w:br/>
        <w:t>vt 0.223407 0.744575</w:t>
        <w:br/>
        <w:t>vt 0.215958 0.743840</w:t>
        <w:br/>
        <w:t>vt 0.217265 0.756125</w:t>
        <w:br/>
        <w:t>vt 0.223932 0.756625</w:t>
        <w:br/>
        <w:t>vt 0.225820 0.770737</w:t>
        <w:br/>
        <w:t>vt 0.220004 0.770737</w:t>
        <w:br/>
        <w:t>vt 0.214386 0.732568</w:t>
        <w:br/>
        <w:t>vt 0.215833 0.732789</w:t>
        <w:br/>
        <w:t>vt 0.216321 0.722372</w:t>
        <w:br/>
        <w:t>vt 0.213729 0.722019</w:t>
        <w:br/>
        <w:t>vt 0.216735 0.709041</w:t>
        <w:br/>
        <w:t>vt 0.433731 0.723304</w:t>
        <w:br/>
        <w:t>vt 0.422310 0.735809</w:t>
        <w:br/>
        <w:t>vt 0.212585 0.694071</w:t>
        <w:br/>
        <w:t>vt 0.205004 0.688435</w:t>
        <w:br/>
        <w:t>vt 0.212768 0.700100</w:t>
        <w:br/>
        <w:t>vt 0.447429 0.711813</w:t>
        <w:br/>
        <w:t>vt 0.187442 0.673371</w:t>
        <w:br/>
        <w:t>vt 0.215904 0.700213</w:t>
        <w:br/>
        <w:t>vt 0.210546 0.685526</w:t>
        <w:br/>
        <w:t>vt 0.204801 0.686697</w:t>
        <w:br/>
        <w:t>vt 0.212585 0.694071</w:t>
        <w:br/>
        <w:t>vt 0.204801 0.686697</w:t>
        <w:br/>
        <w:t>vt 0.190133 0.670851</w:t>
        <w:br/>
        <w:t>vt 0.418941 0.732403</w:t>
        <w:br/>
        <w:t>vt 0.418052 0.725872</w:t>
        <w:br/>
        <w:t>vt 0.430967 0.718728</w:t>
        <w:br/>
        <w:t>vt 0.223038 0.720376</w:t>
        <w:br/>
        <w:t>vt 0.224756 0.707751</w:t>
        <w:br/>
        <w:t>vt 0.225314 0.698790</w:t>
        <w:br/>
        <w:t>vt 0.444719 0.710044</w:t>
        <w:br/>
        <w:t>vt 0.404906 0.743584</w:t>
        <w:br/>
        <w:t>vt 0.390502 0.755651</w:t>
        <w:br/>
        <w:t>vt 0.408910 0.757988</w:t>
        <w:br/>
        <w:t>vt 0.414010 0.747064</w:t>
        <w:br/>
        <w:t>vt 0.260886 0.710605</w:t>
        <w:br/>
        <w:t>vt 0.245024 0.713214</w:t>
        <w:br/>
        <w:t>vt 0.222638 0.733015</w:t>
        <w:br/>
        <w:t>vt 0.276190 0.770737</w:t>
        <w:br/>
        <w:t>vt 0.275584 0.725789</w:t>
        <w:br/>
        <w:t>vt 0.289497 0.770737</w:t>
        <w:br/>
        <w:t>vt 0.397929 0.736968</w:t>
        <w:br/>
        <w:t>vt 0.324699 0.741700</w:t>
        <w:br/>
        <w:t>vt 0.313354 0.752923</w:t>
        <w:br/>
        <w:t>vt 0.325749 0.770737</w:t>
        <w:br/>
        <w:t>vt 0.289977 0.725048</w:t>
        <w:br/>
        <w:t>vt 0.250895 0.701306</w:t>
        <w:br/>
        <w:t>vt 0.260400 0.702567</w:t>
        <w:br/>
        <w:t>vt 0.259974 0.698223</w:t>
        <w:br/>
        <w:t>vt 0.249436 0.696810</w:t>
        <w:br/>
        <w:t>vt 0.252101 0.708034</w:t>
        <w:br/>
        <w:t>vt 0.242806 0.705314</w:t>
        <w:br/>
        <w:t>vt 0.278161 0.710138</w:t>
        <w:br/>
        <w:t>vt 0.278167 0.703302</w:t>
        <w:br/>
        <w:t>vt 0.192954 0.669208</w:t>
        <w:br/>
        <w:t>vt 0.190133 0.670851</w:t>
        <w:br/>
        <w:t>vt 0.203437 0.676349</w:t>
        <w:br/>
        <w:t>vt 0.228697 0.694187</w:t>
        <w:br/>
        <w:t>vt 0.218328 0.689240</w:t>
        <w:br/>
        <w:t>vt 0.396231 0.725340</w:t>
        <w:br/>
        <w:t>vt 0.418052 0.725872</w:t>
        <w:br/>
        <w:t>vt 0.407684 0.721184</w:t>
        <w:br/>
        <w:t>vt 0.371684 0.742154</w:t>
        <w:br/>
        <w:t>vt 0.384906 0.733097</w:t>
        <w:br/>
        <w:t>vt 0.432122 0.712225</w:t>
        <w:br/>
        <w:t>vt 0.432552 0.706813</w:t>
        <w:br/>
        <w:t>vt 0.419816 0.710205</w:t>
        <w:br/>
        <w:t>vt 0.419227 0.716996</w:t>
        <w:br/>
        <w:t>vt 0.407654 0.712952</w:t>
        <w:br/>
        <w:t>vt 0.395586 0.715678</w:t>
        <w:br/>
        <w:t>vt 0.384778 0.717803</w:t>
        <w:br/>
        <w:t>vt 0.372160 0.720283</w:t>
        <w:br/>
        <w:t>vt 0.303468 0.770737</w:t>
        <w:br/>
        <w:t>vt 0.315881 0.770737</w:t>
        <w:br/>
        <w:t>vt 0.301934 0.756130</w:t>
        <w:br/>
        <w:t>vt 0.371143 0.764641</w:t>
        <w:br/>
        <w:t>vt 0.334040 0.743872</w:t>
        <w:br/>
        <w:t>vt 0.370283 0.770737</w:t>
        <w:br/>
        <w:t>vt 0.386415 0.770737</w:t>
        <w:br/>
        <w:t>vt 0.345995 0.770737</w:t>
        <w:br/>
        <w:t>vt 0.345537 0.746546</w:t>
        <w:br/>
        <w:t>vt 0.345311 0.724743</w:t>
        <w:br/>
        <w:t>vt 0.333544 0.724143</w:t>
        <w:br/>
        <w:t>vt 0.357831 0.722663</w:t>
        <w:br/>
        <w:t>vt 0.357730 0.744498</w:t>
        <w:br/>
        <w:t>vt 0.404521 0.770737</w:t>
        <w:br/>
        <w:t>vt 0.310726 0.732911</w:t>
        <w:br/>
        <w:t>vt 0.323984 0.723655</w:t>
        <w:br/>
        <w:t>vt 0.309031 0.717604</w:t>
        <w:br/>
        <w:t>vt 0.430967 0.718728</w:t>
        <w:br/>
        <w:t>vt 0.444719 0.710044</w:t>
        <w:br/>
        <w:t>vt 0.445219 0.707380</w:t>
        <w:br/>
        <w:t>vt 0.237584 0.757297</w:t>
        <w:br/>
        <w:t>vt 0.239908 0.770737</w:t>
        <w:br/>
        <w:t>vt 0.236067 0.744700</w:t>
        <w:br/>
        <w:t>vt 0.233927 0.732375</w:t>
        <w:br/>
        <w:t>vt 0.230522 0.717021</w:t>
        <w:br/>
        <w:t>vt 0.240838 0.699971</w:t>
        <w:br/>
        <w:t>vt 0.238284 0.695316</w:t>
        <w:br/>
        <w:t>vt 0.299813 0.740453</w:t>
        <w:br/>
        <w:t>vt 0.300235 0.712108</w:t>
        <w:br/>
        <w:t>vt 0.300771 0.722243</w:t>
        <w:br/>
        <w:t>vt 0.292031 0.714029</w:t>
        <w:br/>
        <w:t>vt 0.293305 0.708375</w:t>
        <w:br/>
        <w:t>vt 0.196213 0.667022</w:t>
        <w:br/>
        <w:t>vt 0.196213 0.667022</w:t>
        <w:br/>
        <w:t>vt 0.445488 0.703368</w:t>
        <w:br/>
        <w:t>vt 0.445488 0.703368</w:t>
        <w:br/>
        <w:t>vt 0.090328 0.685789</w:t>
        <w:br/>
        <w:t>vt 0.087459 0.690881</w:t>
        <w:br/>
        <w:t>vt 0.082725 0.688014</w:t>
        <w:br/>
        <w:t>vt 0.052798 0.694534</w:t>
        <w:br/>
        <w:t>vt 0.050210 0.695850</w:t>
        <w:br/>
        <w:t>vt 0.048627 0.691932</w:t>
        <w:br/>
        <w:t>vt 0.085289 0.699938</w:t>
        <w:br/>
        <w:t>vt 0.080868 0.696422</w:t>
        <w:br/>
        <w:t>vt 0.076251 0.692307</w:t>
        <w:br/>
        <w:t>vt 0.042133 0.691479</w:t>
        <w:br/>
        <w:t>vt 0.043967 0.689396</w:t>
        <w:br/>
        <w:t>vt 0.068234 0.719578</w:t>
        <w:br/>
        <w:t>vt 0.071587 0.719725</w:t>
        <w:br/>
        <w:t>vt 0.071303 0.726473</w:t>
        <w:br/>
        <w:t>vt 0.060140 0.720202</w:t>
        <w:br/>
        <w:t>vt 0.062380 0.727487</w:t>
        <w:br/>
        <w:t>vt 0.057809 0.726799</w:t>
        <w:br/>
        <w:t>vt 0.063960 0.719579</w:t>
        <w:br/>
        <w:t>vt 0.072277 0.714313</w:t>
        <w:br/>
        <w:t>vt 0.068330 0.713670</w:t>
        <w:br/>
        <w:t>vt 0.059026 0.715163</w:t>
        <w:br/>
        <w:t>vt 0.055350 0.717001</w:t>
        <w:br/>
        <w:t>vt 0.063749 0.713875</w:t>
        <w:br/>
        <w:t>vt 0.077419 0.708483</w:t>
        <w:br/>
        <w:t>vt 0.077655 0.705580</w:t>
        <w:br/>
        <w:t>vt 0.080946 0.707103</w:t>
        <w:br/>
        <w:t>vt 0.080992 0.712103</w:t>
        <w:br/>
        <w:t>vt 0.078961 0.717498</w:t>
        <w:br/>
        <w:t>vt 0.075017 0.724896</w:t>
        <w:br/>
        <w:t>vt 0.071587 0.719725</w:t>
        <w:br/>
        <w:t>vt 0.072277 0.714313</w:t>
        <w:br/>
        <w:t>vt 0.068753 0.705031</w:t>
        <w:br/>
        <w:t>vt 0.072439 0.706044</w:t>
        <w:br/>
        <w:t>vt 0.082709 0.707999</w:t>
        <w:br/>
        <w:t>vt 0.049826 0.705585</w:t>
        <w:br/>
        <w:t>vt 0.046259 0.704695</w:t>
        <w:br/>
        <w:t>vt 0.044990 0.700106</w:t>
        <w:br/>
        <w:t>vt 0.070166 0.700742</w:t>
        <w:br/>
        <w:t>vt 0.072122 0.697493</w:t>
        <w:br/>
        <w:t>vt 0.068379 0.704547</w:t>
        <w:br/>
        <w:t>vt 0.065920 0.713104</w:t>
        <w:br/>
        <w:t>vt 0.065505 0.713720</w:t>
        <w:br/>
        <w:t>vt 0.064700 0.714080</w:t>
        <w:br/>
        <w:t>vt 0.061646 0.704391</w:t>
        <w:br/>
        <w:t>vt 0.057814 0.707007</w:t>
        <w:br/>
        <w:t>vt 0.059457 0.700781</w:t>
        <w:br/>
        <w:t>vt 0.056306 0.697409</w:t>
        <w:br/>
        <w:t>vt 0.040262 0.687746</w:t>
        <w:br/>
        <w:t>vt 0.043819 0.695722</w:t>
        <w:br/>
        <w:t>vt 0.051533 0.710166</w:t>
        <w:br/>
        <w:t>vt 0.048079 0.708309</w:t>
        <w:br/>
        <w:t>vt 0.050823 0.713856</w:t>
        <w:br/>
        <w:t>vt 0.052405 0.721044</w:t>
        <w:br/>
        <w:t>vt 0.076769 0.696948</w:t>
        <w:br/>
        <w:t>vt 0.065866 0.711767</w:t>
        <w:br/>
        <w:t>vt 0.067000 0.708420</w:t>
        <w:br/>
        <w:t>vt 0.063305 0.713322</w:t>
        <w:br/>
        <w:t>vt 0.063317 0.712204</w:t>
        <w:br/>
        <w:t>vt 0.062637 0.708728</w:t>
        <w:br/>
        <w:t>vt 0.090328 0.685789</w:t>
        <w:br/>
        <w:t>vt 0.082725 0.688014</w:t>
        <w:br/>
        <w:t>vt 0.087459 0.690881</w:t>
        <w:br/>
        <w:t>vt 0.052798 0.694534</w:t>
        <w:br/>
        <w:t>vt 0.048627 0.691932</w:t>
        <w:br/>
        <w:t>vt 0.050210 0.695850</w:t>
        <w:br/>
        <w:t>vt 0.080868 0.696422</w:t>
        <w:br/>
        <w:t>vt 0.085289 0.699938</w:t>
        <w:br/>
        <w:t>vt 0.076251 0.692307</w:t>
        <w:br/>
        <w:t>vt 0.043967 0.689396</w:t>
        <w:br/>
        <w:t>vt 0.042133 0.691479</w:t>
        <w:br/>
        <w:t>vt 0.068234 0.719578</w:t>
        <w:br/>
        <w:t>vt 0.071303 0.726473</w:t>
        <w:br/>
        <w:t>vt 0.071587 0.719725</w:t>
        <w:br/>
        <w:t>vt 0.060140 0.720202</w:t>
        <w:br/>
        <w:t>vt 0.057809 0.726799</w:t>
        <w:br/>
        <w:t>vt 0.062380 0.727487</w:t>
        <w:br/>
        <w:t>vt 0.063960 0.719579</w:t>
        <w:br/>
        <w:t>vt 0.072277 0.714313</w:t>
        <w:br/>
        <w:t>vt 0.068330 0.713670</w:t>
        <w:br/>
        <w:t>vt 0.059026 0.715163</w:t>
        <w:br/>
        <w:t>vt 0.055350 0.717001</w:t>
        <w:br/>
        <w:t>vt 0.063749 0.713875</w:t>
        <w:br/>
        <w:t>vt 0.080946 0.707103</w:t>
        <w:br/>
        <w:t>vt 0.077655 0.705580</w:t>
        <w:br/>
        <w:t>vt 0.077419 0.708483</w:t>
        <w:br/>
        <w:t>vt 0.080992 0.712103</w:t>
        <w:br/>
        <w:t>vt 0.078961 0.717498</w:t>
        <w:br/>
        <w:t>vt 0.072277 0.714313</w:t>
        <w:br/>
        <w:t>vt 0.071587 0.719725</w:t>
        <w:br/>
        <w:t>vt 0.075017 0.724896</w:t>
        <w:br/>
        <w:t>vt 0.072439 0.706044</w:t>
        <w:br/>
        <w:t>vt 0.068753 0.705031</w:t>
        <w:br/>
        <w:t>vt 0.082709 0.707999</w:t>
        <w:br/>
        <w:t>vt 0.049826 0.705585</w:t>
        <w:br/>
        <w:t>vt 0.044990 0.700106</w:t>
        <w:br/>
        <w:t>vt 0.046259 0.704695</w:t>
        <w:br/>
        <w:t>vt 0.072122 0.697493</w:t>
        <w:br/>
        <w:t>vt 0.070166 0.700742</w:t>
        <w:br/>
        <w:t>vt 0.068379 0.704547</w:t>
        <w:br/>
        <w:t>vt 0.065920 0.713104</w:t>
        <w:br/>
        <w:t>vt 0.065505 0.713720</w:t>
        <w:br/>
        <w:t>vt 0.064700 0.714080</w:t>
        <w:br/>
        <w:t>vt 0.061646 0.704391</w:t>
        <w:br/>
        <w:t>vt 0.059457 0.700781</w:t>
        <w:br/>
        <w:t>vt 0.057814 0.707007</w:t>
        <w:br/>
        <w:t>vt 0.056306 0.697409</w:t>
        <w:br/>
        <w:t>vt 0.040262 0.687746</w:t>
        <w:br/>
        <w:t>vt 0.043819 0.695722</w:t>
        <w:br/>
        <w:t>vt 0.051533 0.710166</w:t>
        <w:br/>
        <w:t>vt 0.048079 0.708309</w:t>
        <w:br/>
        <w:t>vt 0.050823 0.713856</w:t>
        <w:br/>
        <w:t>vt 0.052405 0.721044</w:t>
        <w:br/>
        <w:t>vt 0.076769 0.696948</w:t>
        <w:br/>
        <w:t>vt 0.065866 0.711767</w:t>
        <w:br/>
        <w:t>vt 0.067000 0.708420</w:t>
        <w:br/>
        <w:t>vt 0.063305 0.713322</w:t>
        <w:br/>
        <w:t>vt 0.063317 0.712204</w:t>
        <w:br/>
        <w:t>vt 0.062637 0.708728</w:t>
        <w:br/>
        <w:t>vt 0.748178 0.358285</w:t>
        <w:br/>
        <w:t>vt 0.748178 0.365994</w:t>
        <w:br/>
        <w:t>vt 0.743232 0.365619</w:t>
        <w:br/>
        <w:t>vt 0.743232 0.356405</w:t>
        <w:br/>
        <w:t>vt 0.743232 0.437137</w:t>
        <w:br/>
        <w:t>vt 0.748178 0.435833</w:t>
        <w:br/>
        <w:t>vt 0.748178 0.444028</w:t>
        <w:br/>
        <w:t>vt 0.743232 0.445059</w:t>
        <w:br/>
        <w:t>vt 0.743232 0.337611</w:t>
        <w:br/>
        <w:t>vt 0.743232 0.327635</w:t>
        <w:br/>
        <w:t>vt 0.748178 0.329210</w:t>
        <w:br/>
        <w:t>vt 0.748178 0.339449</w:t>
        <w:br/>
        <w:t>vt 0.743232 0.346484</w:t>
        <w:br/>
        <w:t>vt 0.748178 0.348491</w:t>
        <w:br/>
        <w:t>vt 0.743232 0.481065</w:t>
        <w:br/>
        <w:t>vt 0.748178 0.480006</w:t>
        <w:br/>
        <w:t>vt 0.748178 0.490379</w:t>
        <w:br/>
        <w:t>vt 0.743232 0.490614</w:t>
        <w:br/>
        <w:t>vt 0.743232 0.424027</w:t>
        <w:br/>
        <w:t>vt 0.748178 0.423355</w:t>
        <w:br/>
        <w:t>vt 0.748178 0.430388</w:t>
        <w:br/>
        <w:t>vt 0.743232 0.431405</w:t>
        <w:br/>
        <w:t>vt 0.743232 0.406900</w:t>
        <w:br/>
        <w:t>vt 0.748178 0.406557</w:t>
        <w:br/>
        <w:t>vt 0.748178 0.414716</w:t>
        <w:br/>
        <w:t>vt 0.743232 0.415113</w:t>
        <w:br/>
        <w:t>vt 0.743232 0.295331</w:t>
        <w:br/>
        <w:t>vt 0.743232 0.286817</w:t>
        <w:br/>
        <w:t>vt 0.748178 0.286797</w:t>
        <w:br/>
        <w:t>vt 0.748178 0.296003</w:t>
        <w:br/>
        <w:t>vt 0.748178 0.452425</w:t>
        <w:br/>
        <w:t>vt 0.743232 0.452214</w:t>
        <w:br/>
        <w:t>vt 0.743232 0.465924</w:t>
        <w:br/>
        <w:t>vt 0.748178 0.464723</w:t>
        <w:br/>
        <w:t>vt 0.748178 0.470962</w:t>
        <w:br/>
        <w:t>vt 0.743232 0.472675</w:t>
        <w:br/>
        <w:t>vt 0.748178 0.459151</w:t>
        <w:br/>
        <w:t>vt 0.743232 0.459585</w:t>
        <w:br/>
        <w:t>vt 0.748178 0.312204</w:t>
        <w:br/>
        <w:t>vt 0.748178 0.320695</w:t>
        <w:br/>
        <w:t>vt 0.743232 0.318574</w:t>
        <w:br/>
        <w:t>vt 0.743232 0.310707</w:t>
        <w:br/>
        <w:t>vt 0.732929 0.370015</w:t>
        <w:br/>
        <w:t>vt 0.736917 0.370015</w:t>
        <w:br/>
        <w:t>vt 0.736917 0.376010</w:t>
        <w:br/>
        <w:t>vt 0.732929 0.376010</w:t>
        <w:br/>
        <w:t>vt 0.736917 0.319641</w:t>
        <w:br/>
        <w:t>vt 0.736917 0.323044</w:t>
        <w:br/>
        <w:t>vt 0.732929 0.323044</w:t>
        <w:br/>
        <w:t>vt 0.732929 0.319641</w:t>
        <w:br/>
        <w:t>vt 0.736917 0.387861</w:t>
        <w:br/>
        <w:t>vt 0.732929 0.387861</w:t>
        <w:br/>
        <w:t>vt 0.732929 0.381578</w:t>
        <w:br/>
        <w:t>vt 0.736917 0.381578</w:t>
        <w:br/>
        <w:t>vt 0.736917 0.285686</w:t>
        <w:br/>
        <w:t>vt 0.736917 0.292262</w:t>
        <w:br/>
        <w:t>vt 0.732929 0.292262</w:t>
        <w:br/>
        <w:t>vt 0.732929 0.285686</w:t>
        <w:br/>
        <w:t>vt 0.736917 0.327405</w:t>
        <w:br/>
        <w:t>vt 0.732929 0.327405</w:t>
        <w:br/>
        <w:t>vt 0.736917 0.332684</w:t>
        <w:br/>
        <w:t>vt 0.736917 0.338192</w:t>
        <w:br/>
        <w:t>vt 0.732929 0.338192</w:t>
        <w:br/>
        <w:t>vt 0.732929 0.332684</w:t>
        <w:br/>
        <w:t>vt 0.732929 0.413898</w:t>
        <w:br/>
        <w:t>vt 0.732929 0.408192</w:t>
        <w:br/>
        <w:t>vt 0.736917 0.408192</w:t>
        <w:br/>
        <w:t>vt 0.736917 0.413898</w:t>
        <w:br/>
        <w:t>vt 0.736917 0.309855</w:t>
        <w:br/>
        <w:t>vt 0.736917 0.314569</w:t>
        <w:br/>
        <w:t>vt 0.732929 0.314569</w:t>
        <w:br/>
        <w:t>vt 0.732929 0.309855</w:t>
        <w:br/>
        <w:t>vt 0.736917 0.301746</w:t>
        <w:br/>
        <w:t>vt 0.736917 0.305560</w:t>
        <w:br/>
        <w:t>vt 0.732929 0.305560</w:t>
        <w:br/>
        <w:t>vt 0.732929 0.301746</w:t>
        <w:br/>
        <w:t>vt 0.736917 0.398303</w:t>
        <w:br/>
        <w:t>vt 0.732929 0.398303</w:t>
        <w:br/>
        <w:t>vt 0.732929 0.393209</w:t>
        <w:br/>
        <w:t>vt 0.736917 0.393209</w:t>
        <w:br/>
        <w:t>vt 0.748178 0.358285</w:t>
        <w:br/>
        <w:t>vt 0.749459 0.358033</w:t>
        <w:br/>
        <w:t>vt 0.749459 0.366758</w:t>
        <w:br/>
        <w:t>vt 0.748178 0.365994</w:t>
        <w:br/>
        <w:t>vt 0.743232 0.356405</w:t>
        <w:br/>
        <w:t>vt 0.743232 0.365619</w:t>
        <w:br/>
        <w:t>vt 0.742033 0.366325</w:t>
        <w:br/>
        <w:t>vt 0.742033 0.356054</w:t>
        <w:br/>
        <w:t>vt 0.748178 0.430388</w:t>
        <w:br/>
        <w:t>vt 0.749459 0.430379</w:t>
        <w:br/>
        <w:t>vt 0.749459 0.435809</w:t>
        <w:br/>
        <w:t>vt 0.742033 0.437092</w:t>
        <w:br/>
        <w:t>vt 0.742033 0.431300</w:t>
        <w:br/>
        <w:t>vt 0.743232 0.437137</w:t>
        <w:br/>
        <w:t>vt 0.749459 0.339381</w:t>
        <w:br/>
        <w:t>vt 0.748178 0.339449</w:t>
        <w:br/>
        <w:t>vt 0.749459 0.329224</w:t>
        <w:br/>
        <w:t>vt 0.742033 0.337587</w:t>
        <w:br/>
        <w:t>vt 0.742033 0.327577</w:t>
        <w:br/>
        <w:t>vt 0.749459 0.348475</w:t>
        <w:br/>
        <w:t>vt 0.742033 0.346500</w:t>
        <w:br/>
        <w:t>vt 0.749459 0.480159</w:t>
        <w:br/>
        <w:t>vt 0.749459 0.491433</w:t>
        <w:br/>
        <w:t>vt 0.743232 0.490614</w:t>
        <w:br/>
        <w:t>vt 0.742033 0.491433</w:t>
        <w:br/>
        <w:t>vt 0.742033 0.481226</w:t>
        <w:br/>
        <w:t>vt 0.743232 0.481065</w:t>
        <w:br/>
        <w:t>vt 0.748178 0.423355</w:t>
        <w:br/>
        <w:t>vt 0.749459 0.423320</w:t>
        <w:br/>
        <w:t>vt 0.742033 0.424191</w:t>
        <w:br/>
        <w:t>vt 0.749459 0.406044</w:t>
        <w:br/>
        <w:t>vt 0.749459 0.414999</w:t>
        <w:br/>
        <w:t>vt 0.743232 0.415113</w:t>
        <w:br/>
        <w:t>vt 0.742033 0.415469</w:t>
        <w:br/>
        <w:t>vt 0.742033 0.406422</w:t>
        <w:br/>
        <w:t>vt 0.743232 0.406900</w:t>
        <w:br/>
        <w:t>vt 0.749459 0.285923</w:t>
        <w:br/>
        <w:t>vt 0.749459 0.295648</w:t>
        <w:br/>
        <w:t>vt 0.743232 0.286817</w:t>
        <w:br/>
        <w:t>vt 0.743232 0.295331</w:t>
        <w:br/>
        <w:t>vt 0.742033 0.295103</w:t>
        <w:br/>
        <w:t>vt 0.742033 0.285923</w:t>
        <w:br/>
        <w:t>vt 0.749459 0.444205</w:t>
        <w:br/>
        <w:t>vt 0.749459 0.452303</w:t>
        <w:br/>
        <w:t>vt 0.748178 0.444028</w:t>
        <w:br/>
        <w:t>vt 0.742033 0.451933</w:t>
        <w:br/>
        <w:t>vt 0.742033 0.444951</w:t>
        <w:br/>
        <w:t>vt 0.743232 0.452214</w:t>
        <w:br/>
        <w:t>vt 0.748178 0.459151</w:t>
        <w:br/>
        <w:t>vt 0.749459 0.458850</w:t>
        <w:br/>
        <w:t>vt 0.749459 0.464639</w:t>
        <w:br/>
        <w:t>vt 0.743232 0.472675</w:t>
        <w:br/>
        <w:t>vt 0.742033 0.472861</w:t>
        <w:br/>
        <w:t>vt 0.742033 0.465909</w:t>
        <w:br/>
        <w:t>vt 0.743232 0.465924</w:t>
        <w:br/>
        <w:t>vt 0.742033 0.459257</w:t>
        <w:br/>
        <w:t>vt 0.743232 0.459585</w:t>
        <w:br/>
        <w:t>vt 0.749459 0.312187</w:t>
        <w:br/>
        <w:t>vt 0.749459 0.320697</w:t>
        <w:br/>
        <w:t>vt 0.742033 0.310842</w:t>
        <w:br/>
        <w:t>vt 0.742033 0.301473</w:t>
        <w:br/>
        <w:t>vt 0.743232 0.301421</w:t>
        <w:br/>
        <w:t>vt 0.743232 0.301421</w:t>
        <w:br/>
        <w:t>vt 0.748178 0.302649</w:t>
        <w:br/>
        <w:t>vt 0.749459 0.302603</w:t>
        <w:br/>
        <w:t>vt 0.732929 0.404189</w:t>
        <w:br/>
        <w:t>vt 0.736917 0.404189</w:t>
        <w:br/>
        <w:t>vt 0.736917 0.297646</w:t>
        <w:br/>
        <w:t>vt 0.732929 0.297646</w:t>
        <w:br/>
        <w:t>vt 0.748178 0.470962</w:t>
        <w:br/>
        <w:t>vt 0.749459 0.471114</w:t>
        <w:br/>
        <w:t>vt 0.749459 0.491433</w:t>
        <w:br/>
        <w:t>vt 0.742033 0.491433</w:t>
        <w:br/>
        <w:t>vt 0.748178 0.286797</w:t>
        <w:br/>
        <w:t>vt 0.743232 0.286817</w:t>
        <w:br/>
        <w:t>vt 0.742033 0.285923</w:t>
        <w:br/>
        <w:t>vt 0.749459 0.285923</w:t>
        <w:br/>
        <w:t>vt 0.743232 0.365619</w:t>
        <w:br/>
        <w:t>vt 0.748178 0.365994</w:t>
        <w:br/>
        <w:t>vt 0.748178 0.406557</w:t>
        <w:br/>
        <w:t>vt 0.743232 0.406900</w:t>
        <w:br/>
        <w:t>vt 0.748178 0.406557</w:t>
        <w:br/>
        <w:t>vt 0.736917 0.338192</w:t>
        <w:br/>
        <w:t>vt 0.736917 0.364068</w:t>
        <w:br/>
        <w:t>vt 0.732929 0.364068</w:t>
        <w:br/>
        <w:t>vt 0.732929 0.338192</w:t>
        <w:br/>
        <w:t>vt 0.742033 0.318910</w:t>
        <w:br/>
        <w:t>vt 0.717247 0.399216</w:t>
        <w:br/>
        <w:t>vt 0.725882 0.398879</w:t>
        <w:br/>
        <w:t>vt 0.725882 0.413751</w:t>
        <w:br/>
        <w:t>vt 0.717247 0.413299</w:t>
        <w:br/>
        <w:t>vt 0.717247 0.388511</w:t>
        <w:br/>
        <w:t>vt 0.725882 0.387803</w:t>
        <w:br/>
        <w:t>vt 0.717247 0.294204</w:t>
        <w:br/>
        <w:t>vt 0.717247 0.288157</w:t>
        <w:br/>
        <w:t>vt 0.725882 0.288359</w:t>
        <w:br/>
        <w:t>vt 0.725882 0.294445</w:t>
        <w:br/>
        <w:t>vt 0.717247 0.327104</w:t>
        <w:br/>
        <w:t>vt 0.725882 0.325402</w:t>
        <w:br/>
        <w:t>vt 0.725882 0.336439</w:t>
        <w:br/>
        <w:t>vt 0.717247 0.338226</w:t>
        <w:br/>
        <w:t>vt 0.717247 0.314500</w:t>
        <w:br/>
        <w:t>vt 0.725882 0.313688</w:t>
        <w:br/>
        <w:t>vt 0.725882 0.348528</w:t>
        <w:br/>
        <w:t>vt 0.717247 0.349974</w:t>
        <w:br/>
        <w:t>vt 0.717247 0.376377</w:t>
        <w:br/>
        <w:t>vt 0.725882 0.375942</w:t>
        <w:br/>
        <w:t>vt 0.725882 0.381635</w:t>
        <w:br/>
        <w:t>vt 0.717247 0.382201</w:t>
        <w:br/>
        <w:t>vt 0.725882 0.363617</w:t>
        <w:br/>
        <w:t>vt 0.717247 0.362620</w:t>
        <w:br/>
        <w:t>vt 0.725882 0.436862</w:t>
        <w:br/>
        <w:t>vt 0.725882 0.441794</w:t>
        <w:br/>
        <w:t>vt 0.717247 0.441753</w:t>
        <w:br/>
        <w:t>vt 0.717247 0.436816</w:t>
        <w:br/>
        <w:t>vt 0.703502 0.363637</w:t>
        <w:br/>
        <w:t>vt 0.703502 0.354574</w:t>
        <w:br/>
        <w:t>vt 0.709919 0.354574</w:t>
        <w:br/>
        <w:t>vt 0.709919 0.363637</w:t>
        <w:br/>
        <w:t>vt 0.703502 0.347748</w:t>
        <w:br/>
        <w:t>vt 0.709919 0.347748</w:t>
        <w:br/>
        <w:t>vt 0.703502 0.285700</w:t>
        <w:br/>
        <w:t>vt 0.709919 0.285700</w:t>
        <w:br/>
        <w:t>vt 0.709919 0.289791</w:t>
        <w:br/>
        <w:t>vt 0.703502 0.289791</w:t>
        <w:br/>
        <w:t>vt 0.703502 0.316424</w:t>
        <w:br/>
        <w:t>vt 0.703502 0.309683</w:t>
        <w:br/>
        <w:t>vt 0.709919 0.309683</w:t>
        <w:br/>
        <w:t>vt 0.709919 0.316424</w:t>
        <w:br/>
        <w:t>vt 0.703502 0.302126</w:t>
        <w:br/>
        <w:t>vt 0.709919 0.302126</w:t>
        <w:br/>
        <w:t>vt 0.709919 0.323659</w:t>
        <w:br/>
        <w:t>vt 0.703502 0.323659</w:t>
        <w:br/>
        <w:t>vt 0.703502 0.332061</w:t>
        <w:br/>
        <w:t>vt 0.709919 0.332061</w:t>
        <w:br/>
        <w:t>vt 0.709919 0.340230</w:t>
        <w:br/>
        <w:t>vt 0.703502 0.340230</w:t>
        <w:br/>
        <w:t>vt 0.709919 0.343839</w:t>
        <w:br/>
        <w:t>vt 0.703502 0.343839</w:t>
        <w:br/>
        <w:t>vt 0.703502 0.377590</w:t>
        <w:br/>
        <w:t>vt 0.709919 0.377590</w:t>
        <w:br/>
        <w:t>vt 0.709919 0.381614</w:t>
        <w:br/>
        <w:t>vt 0.703502 0.381614</w:t>
        <w:br/>
        <w:t>vt 0.717247 0.413299</w:t>
        <w:br/>
        <w:t>vt 0.715463 0.413107</w:t>
        <w:br/>
        <w:t>vt 0.715463 0.399018</w:t>
        <w:br/>
        <w:t>vt 0.717247 0.399216</w:t>
        <w:br/>
        <w:t>vt 0.727694 0.398742</w:t>
        <w:br/>
        <w:t>vt 0.727694 0.413750</w:t>
        <w:br/>
        <w:t>vt 0.727694 0.387428</w:t>
        <w:br/>
        <w:t>vt 0.715463 0.388142</w:t>
        <w:br/>
        <w:t>vt 0.717247 0.388511</w:t>
        <w:br/>
        <w:t>vt 0.715463 0.293791</w:t>
        <w:br/>
        <w:t>vt 0.715463 0.285959</w:t>
        <w:br/>
        <w:t>vt 0.717247 0.288157</w:t>
        <w:br/>
        <w:t>vt 0.717247 0.294204</w:t>
        <w:br/>
        <w:t>vt 0.725882 0.286831</w:t>
        <w:br/>
        <w:t>vt 0.727694 0.285959</w:t>
        <w:br/>
        <w:t>vt 0.725882 0.288359</w:t>
        <w:br/>
        <w:t>vt 0.727694 0.336485</w:t>
        <w:br/>
        <w:t>vt 0.725882 0.325402</w:t>
        <w:br/>
        <w:t>vt 0.727694 0.325513</w:t>
        <w:br/>
        <w:t>vt 0.717247 0.338226</w:t>
        <w:br/>
        <w:t>vt 0.715463 0.338218</w:t>
        <w:br/>
        <w:t>vt 0.715463 0.327227</w:t>
        <w:br/>
        <w:t>vt 0.717247 0.327104</w:t>
        <w:br/>
        <w:t>vt 0.725882 0.313688</w:t>
        <w:br/>
        <w:t>vt 0.727694 0.313747</w:t>
        <w:br/>
        <w:t>vt 0.715463 0.314500</w:t>
        <w:br/>
        <w:t>vt 0.717247 0.314500</w:t>
        <w:br/>
        <w:t>vt 0.717247 0.349974</w:t>
        <w:br/>
        <w:t>vt 0.715463 0.349846</w:t>
        <w:br/>
        <w:t>vt 0.727694 0.348531</w:t>
        <w:br/>
        <w:t>vt 0.717247 0.362620</w:t>
        <w:br/>
        <w:t>vt 0.717247 0.376377</w:t>
        <w:br/>
        <w:t>vt 0.715463 0.375965</w:t>
        <w:br/>
        <w:t>vt 0.715463 0.362115</w:t>
        <w:br/>
        <w:t>vt 0.717247 0.382201</w:t>
        <w:br/>
        <w:t>vt 0.715463 0.381810</w:t>
        <w:br/>
        <w:t>vt 0.727694 0.375470</w:t>
        <w:br/>
        <w:t>vt 0.727694 0.381210</w:t>
        <w:br/>
        <w:t>vt 0.727694 0.363333</w:t>
        <w:br/>
        <w:t>vt 0.717247 0.436816</w:t>
        <w:br/>
        <w:t>vt 0.717247 0.441753</w:t>
        <w:br/>
        <w:t>vt 0.715463 0.443662</w:t>
        <w:br/>
        <w:t>vt 0.715463 0.435856</w:t>
        <w:br/>
        <w:t>vt 0.725882 0.426756</w:t>
        <w:br/>
        <w:t>vt 0.727694 0.426791</w:t>
        <w:br/>
        <w:t>vt 0.727694 0.436134</w:t>
        <w:br/>
        <w:t>vt 0.725882 0.436862</w:t>
        <w:br/>
        <w:t>vt 0.717247 0.426049</w:t>
        <w:br/>
        <w:t>vt 0.715463 0.425959</w:t>
        <w:br/>
        <w:t>vt 0.709919 0.371708</w:t>
        <w:br/>
        <w:t>vt 0.703502 0.371708</w:t>
        <w:br/>
        <w:t>vt 0.725882 0.426756</w:t>
        <w:br/>
        <w:t>vt 0.717247 0.426049</w:t>
        <w:br/>
        <w:t>vt 0.727694 0.443662</w:t>
        <w:br/>
        <w:t>vt 0.725882 0.441794</w:t>
        <w:br/>
        <w:t>vt 0.715463 0.285959</w:t>
        <w:br/>
        <w:t>vt 0.727694 0.285959</w:t>
        <w:br/>
        <w:t>vt 0.725882 0.286831</w:t>
        <w:br/>
        <w:t>vt 0.717247 0.286667</w:t>
        <w:br/>
        <w:t>vt 0.717247 0.442937</w:t>
        <w:br/>
        <w:t>vt 0.725882 0.443065</w:t>
        <w:br/>
        <w:t>vt 0.727694 0.443662</w:t>
        <w:br/>
        <w:t>vt 0.715463 0.443662</w:t>
        <w:br/>
        <w:t>vt 0.717247 0.442937</w:t>
        <w:br/>
        <w:t>vt 0.725882 0.443065</w:t>
        <w:br/>
        <w:t>vt 0.717247 0.442937</w:t>
        <w:br/>
        <w:t>vt 0.725882 0.443065</w:t>
        <w:br/>
        <w:t>vt 0.717247 0.303888</w:t>
        <w:br/>
        <w:t>vt 0.715463 0.303831</w:t>
        <w:br/>
        <w:t>vt 0.709919 0.295802</w:t>
        <w:br/>
        <w:t>vt 0.703502 0.295802</w:t>
        <w:br/>
        <w:t>vt 0.727694 0.303709</w:t>
        <w:br/>
        <w:t>vt 0.725882 0.303767</w:t>
        <w:br/>
        <w:t>vt 0.725882 0.294445</w:t>
        <w:br/>
        <w:t>vt 0.727694 0.293958</w:t>
        <w:br/>
        <w:t>vt 0.725882 0.303767</w:t>
        <w:br/>
        <w:t>vt 0.717247 0.303888</w:t>
        <w:br/>
        <w:t>vt 0.717247 0.286667</w:t>
        <w:br/>
        <w:t>vt 0.725882 0.286831</w:t>
        <w:br/>
        <w:t>vt 0.717247 0.286667</w:t>
        <w:br/>
        <w:t>vt 0.431335 0.009580</w:t>
        <w:br/>
        <w:t>vt 0.431335 0.022804</w:t>
        <w:br/>
        <w:t>vt 0.419209 0.022327</w:t>
        <w:br/>
        <w:t>vt 0.419336 0.010521</w:t>
        <w:br/>
        <w:t>vt 0.431335 0.009580</w:t>
        <w:br/>
        <w:t>vt 0.419336 0.010521</w:t>
        <w:br/>
        <w:t>vt 0.419228 0.005159</w:t>
        <w:br/>
        <w:t>vt 0.434612 0.005159</w:t>
        <w:br/>
        <w:t>vt 0.486500 0.016109</w:t>
        <w:br/>
        <w:t>vt 0.475519 0.016109</w:t>
        <w:br/>
        <w:t>vt 0.475519 0.005498</w:t>
        <w:br/>
        <w:t>vt 0.486500 0.005498</w:t>
        <w:br/>
        <w:t>vt 0.419284 0.027632</w:t>
        <w:br/>
        <w:t>vt 0.419209 0.022327</w:t>
        <w:br/>
        <w:t>vt 0.431335 0.022804</w:t>
        <w:br/>
        <w:t>vt 0.434612 0.027632</w:t>
        <w:br/>
        <w:t>vt 0.379168 0.005159</w:t>
        <w:br/>
        <w:t>vt 0.383362 0.009540</w:t>
        <w:br/>
        <w:t>vt 0.383362 0.023568</w:t>
        <w:br/>
        <w:t>vt 0.379168 0.027632</w:t>
        <w:br/>
        <w:t>vt 0.405166 0.005159</w:t>
        <w:br/>
        <w:t>vt 0.404781 0.010542</w:t>
        <w:br/>
        <w:t>vt 0.393128 0.010427</w:t>
        <w:br/>
        <w:t>vt 0.392114 0.005159</w:t>
        <w:br/>
        <w:t>vt 0.464464 0.016109</w:t>
        <w:br/>
        <w:t>vt 0.454636 0.016109</w:t>
        <w:br/>
        <w:t>vt 0.454636 0.005498</w:t>
        <w:br/>
        <w:t>vt 0.464464 0.005498</w:t>
        <w:br/>
        <w:t>vt 0.393282 0.022397</w:t>
        <w:br/>
        <w:t>vt 0.404711 0.022121</w:t>
        <w:br/>
        <w:t>vt 0.405097 0.027632</w:t>
        <w:br/>
        <w:t>vt 0.392255 0.027632</w:t>
        <w:br/>
        <w:t>vt 0.404711 0.022121</w:t>
        <w:br/>
        <w:t>vt 0.393282 0.022397</w:t>
        <w:br/>
        <w:t>vt 0.393128 0.010427</w:t>
        <w:br/>
        <w:t>vt 0.404781 0.010542</w:t>
        <w:br/>
        <w:t>vt 0.383362 0.023568</w:t>
        <w:br/>
        <w:t>vt 0.383362 0.009540</w:t>
        <w:br/>
        <w:t>vt 0.383362 0.009540</w:t>
        <w:br/>
        <w:t>vt 0.379168 0.005159</w:t>
        <w:br/>
        <w:t>vt 0.445805 0.016109</w:t>
        <w:br/>
        <w:t>vt 0.445805 0.005498</w:t>
        <w:br/>
        <w:t>vt 0.383362 0.023568</w:t>
        <w:br/>
        <w:t>vt 0.379168 0.027632</w:t>
        <w:br/>
        <w:t>vt 0.732929 0.364068</w:t>
        <w:br/>
        <w:t>vt 0.736917 0.364068</w:t>
        <w:br/>
        <w:t>vt 0.676148 0.075982</w:t>
        <w:br/>
        <w:t>vt 0.680886 0.075982</w:t>
        <w:br/>
        <w:t>vt 0.680886 0.092937</w:t>
        <w:br/>
        <w:t>vt 0.676148 0.092937</w:t>
        <w:br/>
        <w:t>vt 0.741574 0.111905</w:t>
        <w:br/>
        <w:t>vt 0.724930 0.111905</w:t>
        <w:br/>
        <w:t>vt 0.724930 0.107102</w:t>
        <w:br/>
        <w:t>vt 0.741574 0.107102</w:t>
        <w:br/>
        <w:t>vt 0.690372 0.145955</w:t>
        <w:br/>
        <w:t>vt 0.690372 0.141213</w:t>
        <w:br/>
        <w:t>vt 0.718225 0.141213</w:t>
        <w:br/>
        <w:t>vt 0.718225 0.145955</w:t>
        <w:br/>
        <w:t>vt 0.751016 0.135418</w:t>
        <w:br/>
        <w:t>vt 0.723017 0.135418</w:t>
        <w:br/>
        <w:t>vt 0.723017 0.130619</w:t>
        <w:br/>
        <w:t>vt 0.751016 0.130619</w:t>
        <w:br/>
        <w:t>vt 0.694784 0.111216</w:t>
        <w:br/>
        <w:t>vt 0.690611 0.115007</w:t>
        <w:br/>
        <w:t>vt 0.690611 0.098261</w:t>
        <w:br/>
        <w:t>vt 0.694784 0.101771</w:t>
        <w:br/>
        <w:t>vt 0.714316 0.101771</w:t>
        <w:br/>
        <w:t>vt 0.718553 0.098261</w:t>
        <w:br/>
        <w:t>vt 0.718553 0.115007</w:t>
        <w:br/>
        <w:t>vt 0.714316 0.111216</w:t>
        <w:br/>
        <w:t>vt 0.717923 0.118775</w:t>
        <w:br/>
        <w:t>vt 0.717923 0.135658</w:t>
        <w:br/>
        <w:t>vt 0.713630 0.132096</w:t>
        <w:br/>
        <w:t>vt 0.713756 0.122563</w:t>
        <w:br/>
        <w:t>vt 0.690043 0.135658</w:t>
        <w:br/>
        <w:t>vt 0.694194 0.132096</w:t>
        <w:br/>
        <w:t>vt 0.694194 0.122563</w:t>
        <w:br/>
        <w:t>vt 0.690043 0.118775</w:t>
        <w:br/>
        <w:t>vt 0.742874 0.101111</w:t>
        <w:br/>
        <w:t>vt 0.723365 0.101111</w:t>
        <w:br/>
        <w:t>vt 0.723365 0.096334</w:t>
        <w:br/>
        <w:t>vt 0.742874 0.096334</w:t>
        <w:br/>
        <w:t>vt 0.745302 0.139852</w:t>
        <w:br/>
        <w:t>vt 0.745302 0.144651</w:t>
        <w:br/>
        <w:t>vt 0.725739 0.144651</w:t>
        <w:br/>
        <w:t>vt 0.725739 0.139852</w:t>
        <w:br/>
        <w:t>vt 0.731278 0.118820</w:t>
        <w:br/>
        <w:t>vt 0.731278 0.123625</w:t>
        <w:br/>
        <w:t>vt 0.721899 0.123625</w:t>
        <w:br/>
        <w:t>vt 0.721899 0.118820</w:t>
        <w:br/>
        <w:t>vt 0.735062 0.118622</w:t>
        <w:br/>
        <w:t>vt 0.744607 0.118622</w:t>
        <w:br/>
        <w:t>vt 0.744607 0.123393</w:t>
        <w:br/>
        <w:t>vt 0.735062 0.123393</w:t>
        <w:br/>
        <w:t>vt 0.699196 0.291741</w:t>
        <w:br/>
        <w:t>vt 0.699196 0.301219</w:t>
        <w:br/>
        <w:t>vt 0.691653 0.300021</w:t>
        <w:br/>
        <w:t>vt 0.691653 0.290763</w:t>
        <w:br/>
        <w:t>vt 0.691653 0.372232</w:t>
        <w:br/>
        <w:t>vt 0.691653 0.361961</w:t>
        <w:br/>
        <w:t>vt 0.699196 0.362783</w:t>
        <w:br/>
        <w:t>vt 0.699196 0.372694</w:t>
        <w:br/>
        <w:t>vt 0.691653 0.383302</w:t>
        <w:br/>
        <w:t>vt 0.699196 0.382951</w:t>
        <w:br/>
        <w:t>vt 0.691653 0.307340</w:t>
        <w:br/>
        <w:t>vt 0.699196 0.308260</w:t>
        <w:br/>
        <w:t>vt 0.699196 0.272247</w:t>
        <w:br/>
        <w:t>vt 0.699196 0.278844</w:t>
        <w:br/>
        <w:t>vt 0.691653 0.278594</w:t>
        <w:br/>
        <w:t>vt 0.691653 0.272957</w:t>
        <w:br/>
        <w:t>vt 0.691653 0.346425</w:t>
        <w:br/>
        <w:t>vt 0.691653 0.338852</w:t>
        <w:br/>
        <w:t>vt 0.699196 0.339204</w:t>
        <w:br/>
        <w:t>vt 0.699196 0.347246</w:t>
        <w:br/>
        <w:t>vt 0.699196 0.354766</w:t>
        <w:br/>
        <w:t>vt 0.691653 0.353848</w:t>
        <w:br/>
        <w:t>vt 0.699196 0.350855</w:t>
        <w:br/>
        <w:t>vt 0.691653 0.349988</w:t>
        <w:br/>
        <w:t>vt 0.704180 0.453958</w:t>
        <w:br/>
        <w:t>vt 0.709895 0.453958</w:t>
        <w:br/>
        <w:t>vt 0.709895 0.459829</w:t>
        <w:br/>
        <w:t>vt 0.704180 0.459829</w:t>
        <w:br/>
        <w:t>vt 0.704180 0.409451</w:t>
        <w:br/>
        <w:t>vt 0.709895 0.409451</w:t>
        <w:br/>
        <w:t>vt 0.709895 0.415704</w:t>
        <w:br/>
        <w:t>vt 0.704180 0.415704</w:t>
        <w:br/>
        <w:t>vt 0.704180 0.402543</w:t>
        <w:br/>
        <w:t>vt 0.709895 0.402543</w:t>
        <w:br/>
        <w:t>vt 0.704180 0.449470</w:t>
        <w:br/>
        <w:t>vt 0.709895 0.449470</w:t>
        <w:br/>
        <w:t>vt 0.704180 0.425429</w:t>
        <w:br/>
        <w:t>vt 0.709895 0.425429</w:t>
        <w:br/>
        <w:t>vt 0.709895 0.430283</w:t>
        <w:br/>
        <w:t>vt 0.704180 0.430283</w:t>
        <w:br/>
        <w:t>vt 0.709895 0.420771</w:t>
        <w:br/>
        <w:t>vt 0.704180 0.420771</w:t>
        <w:br/>
        <w:t>vt 0.704180 0.439010</w:t>
        <w:br/>
        <w:t>vt 0.704180 0.437042</w:t>
        <w:br/>
        <w:t>vt 0.709895 0.437042</w:t>
        <w:br/>
        <w:t>vt 0.709895 0.439010</w:t>
        <w:br/>
        <w:t>vt 0.709895 0.423193</w:t>
        <w:br/>
        <w:t>vt 0.704180 0.423193</w:t>
        <w:br/>
        <w:t>vt 0.704180 0.467495</w:t>
        <w:br/>
        <w:t>vt 0.709895 0.467495</w:t>
        <w:br/>
        <w:t>vt 0.709895 0.471678</w:t>
        <w:br/>
        <w:t>vt 0.704180 0.471678</w:t>
        <w:br/>
        <w:t>vt 0.690228 0.290874</w:t>
        <w:br/>
        <w:t>vt 0.690228 0.300166</w:t>
        <w:br/>
        <w:t>vt 0.699196 0.301219</w:t>
        <w:br/>
        <w:t>vt 0.699196 0.291741</w:t>
        <w:br/>
        <w:t>vt 0.700639 0.291784</w:t>
        <w:br/>
        <w:t>vt 0.700639 0.301251</w:t>
        <w:br/>
        <w:t>vt 0.699196 0.372694</w:t>
        <w:br/>
        <w:t>vt 0.699196 0.362783</w:t>
        <w:br/>
        <w:t>vt 0.700639 0.362763</w:t>
        <w:br/>
        <w:t>vt 0.700639 0.372681</w:t>
        <w:br/>
        <w:t>vt 0.690228 0.372159</w:t>
        <w:br/>
        <w:t>vt 0.690228 0.362023</w:t>
        <w:br/>
        <w:t>vt 0.690228 0.383437</w:t>
        <w:br/>
        <w:t>vt 0.700639 0.383260</w:t>
        <w:br/>
        <w:t>vt 0.699196 0.382951</w:t>
        <w:br/>
        <w:t>vt 0.700639 0.308368</w:t>
        <w:br/>
        <w:t>vt 0.699196 0.308260</w:t>
        <w:br/>
        <w:t>vt 0.690228 0.307553</w:t>
        <w:br/>
        <w:t>vt 0.690228 0.271311</w:t>
        <w:br/>
        <w:t>vt 0.691653 0.272957</w:t>
        <w:br/>
        <w:t>vt 0.691653 0.278594</w:t>
        <w:br/>
        <w:t>vt 0.690228 0.278521</w:t>
        <w:br/>
        <w:t>vt 0.690228 0.346375</w:t>
        <w:br/>
        <w:t>vt 0.690228 0.338699</w:t>
        <w:br/>
        <w:t>vt 0.691653 0.338852</w:t>
        <w:br/>
        <w:t>vt 0.690228 0.353825</w:t>
        <w:br/>
        <w:t>vt 0.699196 0.354766</w:t>
        <w:br/>
        <w:t>vt 0.700639 0.354564</w:t>
        <w:br/>
        <w:t>vt 0.700639 0.315503</w:t>
        <w:br/>
        <w:t>vt 0.700639 0.317789</w:t>
        <w:br/>
        <w:t>vt 0.699196 0.317881</w:t>
        <w:br/>
        <w:t>vt 0.699196 0.315464</w:t>
        <w:br/>
        <w:t>vt 0.690228 0.349951</w:t>
        <w:br/>
        <w:t>vt 0.691653 0.349988</w:t>
        <w:br/>
        <w:t>vt 0.700639 0.350621</w:t>
        <w:br/>
        <w:t>vt 0.699196 0.278844</w:t>
        <w:br/>
        <w:t>vt 0.699196 0.272247</w:t>
        <w:br/>
        <w:t>vt 0.700639 0.271311</w:t>
        <w:br/>
        <w:t>vt 0.700639 0.278818</w:t>
        <w:br/>
        <w:t>vt 0.691653 0.324762</w:t>
        <w:br/>
        <w:t>vt 0.699196 0.325012</w:t>
        <w:br/>
        <w:t>vt 0.699196 0.328159</w:t>
        <w:br/>
        <w:t>vt 0.691653 0.328064</w:t>
        <w:br/>
        <w:t>vt 0.691653 0.324762</w:t>
        <w:br/>
        <w:t>vt 0.691653 0.328064</w:t>
        <w:br/>
        <w:t>vt 0.690228 0.328202</w:t>
        <w:br/>
        <w:t>vt 0.690228 0.324685</w:t>
        <w:br/>
        <w:t>vt 0.700639 0.346982</w:t>
        <w:br/>
        <w:t>vt 0.699196 0.347246</w:t>
        <w:br/>
        <w:t>vt 0.699196 0.339204</w:t>
        <w:br/>
        <w:t>vt 0.700639 0.338950</w:t>
        <w:br/>
        <w:t>vt 0.704180 0.443320</w:t>
        <w:br/>
        <w:t>vt 0.709895 0.443320</w:t>
        <w:br/>
        <w:t>vt 0.709895 0.444926</w:t>
        <w:br/>
        <w:t>vt 0.704180 0.444926</w:t>
        <w:br/>
        <w:t>vt 0.700639 0.328200</w:t>
        <w:br/>
        <w:t>vt 0.700639 0.324919</w:t>
        <w:br/>
        <w:t>vt 0.699196 0.315464</w:t>
        <w:br/>
        <w:t>vt 0.699196 0.317881</w:t>
        <w:br/>
        <w:t>vt 0.691653 0.317912</w:t>
        <w:br/>
        <w:t>vt 0.691653 0.314825</w:t>
        <w:br/>
        <w:t>vt 0.690228 0.314932</w:t>
        <w:br/>
        <w:t>vt 0.690228 0.317708</w:t>
        <w:br/>
        <w:t>vt 0.699196 0.321634</w:t>
        <w:br/>
        <w:t>vt 0.691653 0.321505</w:t>
        <w:br/>
        <w:t>vt 0.690228 0.321131</w:t>
        <w:br/>
        <w:t>vt 0.691653 0.321505</w:t>
        <w:br/>
        <w:t>vt 0.704180 0.441100</w:t>
        <w:br/>
        <w:t>vt 0.709895 0.441100</w:t>
        <w:br/>
        <w:t>vt 0.700639 0.321384</w:t>
        <w:br/>
        <w:t>vt 0.699196 0.321634</w:t>
        <w:br/>
        <w:t>vt 0.691653 0.332456</w:t>
        <w:br/>
        <w:t>vt 0.699196 0.332007</w:t>
        <w:br/>
        <w:t>vt 0.690228 0.332653</w:t>
        <w:br/>
        <w:t>vt 0.691653 0.332456</w:t>
        <w:br/>
        <w:t>vt 0.709895 0.434379</w:t>
        <w:br/>
        <w:t>vt 0.704180 0.434379</w:t>
        <w:br/>
        <w:t>vt 0.699196 0.332007</w:t>
        <w:br/>
        <w:t>vt 0.700639 0.332096</w:t>
        <w:br/>
        <w:t>vt 0.699196 0.281521</w:t>
        <w:br/>
        <w:t>vt 0.691653 0.281198</w:t>
        <w:br/>
        <w:t>vt 0.691653 0.281198</w:t>
        <w:br/>
        <w:t>vt 0.690228 0.282192</w:t>
        <w:br/>
        <w:t>vt 0.704180 0.465362</w:t>
        <w:br/>
        <w:t>vt 0.709895 0.465362</w:t>
        <w:br/>
        <w:t>vt 0.700639 0.282706</w:t>
        <w:br/>
        <w:t>vt 0.699196 0.281521</w:t>
        <w:br/>
        <w:t>vt 0.699196 0.407539</w:t>
        <w:br/>
        <w:t>vt 0.699196 0.406024</w:t>
        <w:br/>
        <w:t>vt 0.700639 0.408630</w:t>
        <w:br/>
        <w:t>vt 0.709895 0.387489</w:t>
        <w:br/>
        <w:t>vt 0.709895 0.389662</w:t>
        <w:br/>
        <w:t>vt 0.704180 0.389662</w:t>
        <w:br/>
        <w:t>vt 0.704180 0.387489</w:t>
        <w:br/>
        <w:t>vt 0.690228 0.408630</w:t>
        <w:br/>
        <w:t>vt 0.691653 0.406428</w:t>
        <w:br/>
        <w:t>vt 0.691653 0.407539</w:t>
        <w:br/>
        <w:t>vt 0.691653 0.406428</w:t>
        <w:br/>
        <w:t>vt 0.691653 0.403750</w:t>
        <w:br/>
        <w:t>vt 0.699196 0.403228</w:t>
        <w:br/>
        <w:t>vt 0.699196 0.406024</w:t>
        <w:br/>
        <w:t>vt 0.691653 0.406428</w:t>
        <w:br/>
        <w:t>vt 0.699196 0.406024</w:t>
        <w:br/>
        <w:t>vt 0.699196 0.407539</w:t>
        <w:br/>
        <w:t>vt 0.691653 0.407539</w:t>
        <w:br/>
        <w:t>vt 0.699196 0.272247</w:t>
        <w:br/>
        <w:t>vt 0.691653 0.272957</w:t>
        <w:br/>
        <w:t>vt 0.691653 0.271513</w:t>
        <w:br/>
        <w:t>vt 0.699196 0.271513</w:t>
        <w:br/>
        <w:t>vt 0.691653 0.271513</w:t>
        <w:br/>
        <w:t>vt 0.690228 0.271311</w:t>
        <w:br/>
        <w:t>vt 0.700639 0.271311</w:t>
        <w:br/>
        <w:t>vt 0.699196 0.271513</w:t>
        <w:br/>
        <w:t>vt 0.699196 0.271513</w:t>
        <w:br/>
        <w:t>vt 0.691653 0.271513</w:t>
        <w:br/>
        <w:t>vt 0.700639 0.403952</w:t>
        <w:br/>
        <w:t>vt 0.699196 0.403228</w:t>
        <w:br/>
        <w:t>vt 0.699196 0.393732</w:t>
        <w:br/>
        <w:t>vt 0.700639 0.393690</w:t>
        <w:br/>
        <w:t>vt 0.709895 0.395662</w:t>
        <w:br/>
        <w:t>vt 0.704180 0.395662</w:t>
        <w:br/>
        <w:t>vt 0.690228 0.394626</w:t>
        <w:br/>
        <w:t>vt 0.691653 0.394546</w:t>
        <w:br/>
        <w:t>vt 0.691653 0.403750</w:t>
        <w:br/>
        <w:t>vt 0.690228 0.404249</w:t>
        <w:br/>
        <w:t>vt 0.691653 0.394546</w:t>
        <w:br/>
        <w:t>vt 0.699196 0.393732</w:t>
        <w:br/>
        <w:t>vt 0.700639 0.408630</w:t>
        <w:br/>
        <w:t>vt 0.690228 0.408630</w:t>
        <w:br/>
        <w:t>vt 0.768913 0.095531</w:t>
        <w:br/>
        <w:t>vt 0.759537 0.095531</w:t>
        <w:br/>
        <w:t>vt 0.759537 0.098595</w:t>
        <w:br/>
        <w:t>vt 0.768913 0.098595</w:t>
        <w:br/>
        <w:t>vt 0.772667 0.098595</w:t>
        <w:br/>
        <w:t>vt 0.788532 0.098595</w:t>
        <w:br/>
        <w:t>vt 0.788532 0.095531</w:t>
        <w:br/>
        <w:t>vt 0.772667 0.095531</w:t>
        <w:br/>
        <w:t>vt 0.789223 0.105724</w:t>
        <w:br/>
        <w:t>vt 0.781514 0.110062</w:t>
        <w:br/>
        <w:t>vt 0.797040 0.110062</w:t>
        <w:br/>
        <w:t>vt 0.773118 0.106983</w:t>
        <w:br/>
        <w:t>vt 0.768641 0.109301</w:t>
        <w:br/>
        <w:t>vt 0.768641 0.121314</w:t>
        <w:br/>
        <w:t>vt 0.773118 0.123295</w:t>
        <w:br/>
        <w:t>vt 0.760895 0.125635</w:t>
        <w:br/>
        <w:t>vt 0.753131 0.121314</w:t>
        <w:br/>
        <w:t>vt 0.748626 0.123223</w:t>
        <w:br/>
        <w:t>vt 0.753131 0.109301</w:t>
        <w:br/>
        <w:t>vt 0.748626 0.107412</w:t>
        <w:br/>
        <w:t>vt 0.809090 0.105507</w:t>
        <w:br/>
        <w:t>vt 0.809090 0.117731</w:t>
        <w:br/>
        <w:t>vt 0.812153 0.117731</w:t>
        <w:br/>
        <w:t>vt 0.812153 0.105507</w:t>
        <w:br/>
        <w:t>vt 0.840940 0.119717</w:t>
        <w:br/>
        <w:t>vt 0.840940 0.104362</w:t>
        <w:br/>
        <w:t>vt 0.837876 0.104362</w:t>
        <w:br/>
        <w:t>vt 0.837876 0.119717</w:t>
        <w:br/>
        <w:t>vt 0.797040 0.122023</w:t>
        <w:br/>
        <w:t>vt 0.801491 0.123758</w:t>
        <w:br/>
        <w:t>vt 0.801491 0.107432</w:t>
        <w:br/>
        <w:t>vt 0.750080 0.095531</w:t>
        <w:br/>
        <w:t>vt 0.750080 0.098595</w:t>
        <w:br/>
        <w:t>vt 0.789278 0.126343</w:t>
        <w:br/>
        <w:t>vt 0.781514 0.122023</w:t>
        <w:br/>
        <w:t>vt 0.777007 0.108117</w:t>
        <w:br/>
        <w:t>vt 0.777007 0.123976</w:t>
        <w:br/>
        <w:t>vt 0.760830 0.104949</w:t>
        <w:br/>
        <w:t>vt 0.792206 0.095531</w:t>
        <w:br/>
        <w:t>vt 0.792206 0.098595</w:t>
        <w:br/>
        <w:t>vt 0.811115 0.095531</w:t>
        <w:br/>
        <w:t>vt 0.811115 0.098595</w:t>
        <w:br/>
        <w:t>vt 0.814739 0.098595</w:t>
        <w:br/>
        <w:t>vt 0.814739 0.095531</w:t>
        <w:br/>
        <w:t>vt 0.834233 0.095531</w:t>
        <w:br/>
        <w:t>vt 0.830603 0.095531</w:t>
        <w:br/>
        <w:t>vt 0.830603 0.098595</w:t>
        <w:br/>
        <w:t>vt 0.834233 0.098595</w:t>
        <w:br/>
        <w:t>vt 0.797994 0.105724</w:t>
        <w:br/>
        <w:t>vt 0.751530 0.104949</w:t>
        <w:br/>
        <w:t>vt 0.779883 0.105724</w:t>
        <w:br/>
        <w:t>vt 0.769895 0.104949</w:t>
        <w:br/>
        <w:t>vt 0.798654 0.126343</w:t>
        <w:br/>
        <w:t>vt 0.751591 0.125635</w:t>
        <w:br/>
        <w:t>vt 0.779873 0.126343</w:t>
        <w:br/>
        <w:t>vt 0.770200 0.125635</w:t>
        <w:br/>
        <w:t>vt 0.828309 0.104664</w:t>
        <w:br/>
        <w:t>vt 0.828309 0.120017</w:t>
        <w:br/>
        <w:t>vt 0.831372 0.120017</w:t>
        <w:br/>
        <w:t>vt 0.831372 0.104664</w:t>
        <w:br/>
        <w:t>vt 0.818144 0.117802</w:t>
        <w:br/>
        <w:t>vt 0.821207 0.117802</w:t>
        <w:br/>
        <w:t>vt 0.821207 0.105579</w:t>
        <w:br/>
        <w:t>vt 0.818144 0.105579</w:t>
        <w:br/>
        <w:t>vt 0.801579 0.095531</w:t>
        <w:br/>
        <w:t>vt 0.801579 0.098595</w:t>
        <w:br/>
        <w:t>vt 0.757650 0.026082</w:t>
        <w:br/>
        <w:t>vt 0.766347 0.026082</w:t>
        <w:br/>
        <w:t>vt 0.766347 0.017829</w:t>
        <w:br/>
        <w:t>vt 0.757650 0.017829</w:t>
        <w:br/>
        <w:t>vt 0.744797 0.013866</w:t>
        <w:br/>
        <w:t>vt 0.755655 0.013866</w:t>
        <w:br/>
        <w:t>vt 0.754770 0.004997</w:t>
        <w:br/>
        <w:t>vt 0.744797 0.004997</w:t>
        <w:br/>
        <w:t>vt 0.710066 0.005371</w:t>
        <w:br/>
        <w:t>vt 0.698651 0.005371</w:t>
        <w:br/>
        <w:t>vt 0.698651 0.013623</w:t>
        <w:br/>
        <w:t>vt 0.710066 0.013623</w:t>
        <w:br/>
        <w:t>vt 0.719393 0.026399</w:t>
        <w:br/>
        <w:t>vt 0.720524 0.017222</w:t>
        <w:br/>
        <w:t>vt 0.709894 0.017222</w:t>
        <w:br/>
        <w:t>vt 0.709894 0.026399</w:t>
        <w:br/>
        <w:t>vt 0.736274 0.005371</w:t>
        <w:br/>
        <w:t>vt 0.730028 0.005371</w:t>
        <w:br/>
        <w:t>vt 0.730028 0.013623</w:t>
        <w:br/>
        <w:t>vt 0.736274 0.013623</w:t>
        <w:br/>
        <w:t>vt 0.694600 0.017429</w:t>
        <w:br/>
        <w:t>vt 0.694600 0.025681</w:t>
        <w:br/>
        <w:t>vt 0.705288 0.025681</w:t>
        <w:br/>
        <w:t>vt 0.705288 0.017429</w:t>
        <w:br/>
        <w:t>vt 0.714768 0.013623</w:t>
        <w:br/>
        <w:t>vt 0.714768 0.005371</w:t>
        <w:br/>
        <w:t>vt 0.723287 0.026399</w:t>
        <w:br/>
        <w:t>vt 0.724088 0.017222</w:t>
        <w:br/>
        <w:t>vt 0.754662 0.017829</w:t>
        <w:br/>
        <w:t>vt 0.754662 0.026082</w:t>
        <w:br/>
        <w:t>vt 0.758946 0.004997</w:t>
        <w:br/>
        <w:t>vt 0.759562 0.013866</w:t>
        <w:br/>
        <w:t>vt 0.726087 0.013623</w:t>
        <w:br/>
        <w:t>vt 0.726087 0.005371</w:t>
        <w:br/>
        <w:t>vt 0.719440 0.005371</w:t>
        <w:br/>
        <w:t>vt 0.719440 0.013623</w:t>
        <w:br/>
        <w:t>vt 0.733141 0.017222</w:t>
        <w:br/>
        <w:t>vt 0.727534 0.017222</w:t>
        <w:br/>
        <w:t>vt 0.727258 0.026399</w:t>
        <w:br/>
        <w:t>vt 0.735718 0.026399</w:t>
        <w:br/>
        <w:t>vt 0.744448 0.026082</w:t>
        <w:br/>
        <w:t>vt 0.751674 0.026082</w:t>
        <w:br/>
        <w:t>vt 0.751674 0.017829</w:t>
        <w:br/>
        <w:t>vt 0.744448 0.017829</w:t>
        <w:br/>
        <w:t>vt 0.769296 0.013866</w:t>
        <w:br/>
        <w:t>vt 0.772127 0.004997</w:t>
        <w:br/>
        <w:t>vt 0.763212 0.004997</w:t>
        <w:br/>
        <w:t>vt 0.763315 0.013866</w:t>
        <w:br/>
        <w:t>vt 0.772127 0.013866</w:t>
        <w:br/>
        <w:t>vt 0.735718 0.017222</w:t>
        <w:br/>
        <w:t>vt 0.748178 0.358285</w:t>
        <w:br/>
        <w:t>vt 0.743232 0.356405</w:t>
        <w:br/>
        <w:t>vt 0.743232 0.365619</w:t>
        <w:br/>
        <w:t>vt 0.748178 0.365994</w:t>
        <w:br/>
        <w:t>vt 0.743232 0.437137</w:t>
        <w:br/>
        <w:t>vt 0.743232 0.445059</w:t>
        <w:br/>
        <w:t>vt 0.748178 0.444028</w:t>
        <w:br/>
        <w:t>vt 0.748178 0.435833</w:t>
        <w:br/>
        <w:t>vt 0.743232 0.337611</w:t>
        <w:br/>
        <w:t>vt 0.748178 0.339449</w:t>
        <w:br/>
        <w:t>vt 0.748178 0.329210</w:t>
        <w:br/>
        <w:t>vt 0.743232 0.327635</w:t>
        <w:br/>
        <w:t>vt 0.743232 0.346484</w:t>
        <w:br/>
        <w:t>vt 0.748178 0.348491</w:t>
        <w:br/>
        <w:t>vt 0.743232 0.481065</w:t>
        <w:br/>
        <w:t>vt 0.743232 0.490614</w:t>
        <w:br/>
        <w:t>vt 0.748178 0.490379</w:t>
        <w:br/>
        <w:t>vt 0.748178 0.480006</w:t>
        <w:br/>
        <w:t>vt 0.743232 0.424027</w:t>
        <w:br/>
        <w:t>vt 0.743232 0.431405</w:t>
        <w:br/>
        <w:t>vt 0.748178 0.430388</w:t>
        <w:br/>
        <w:t>vt 0.748178 0.423355</w:t>
        <w:br/>
        <w:t>vt 0.743232 0.406900</w:t>
        <w:br/>
        <w:t>vt 0.743232 0.415113</w:t>
        <w:br/>
        <w:t>vt 0.748178 0.414716</w:t>
        <w:br/>
        <w:t>vt 0.748178 0.406557</w:t>
        <w:br/>
        <w:t>vt 0.743232 0.295331</w:t>
        <w:br/>
        <w:t>vt 0.748178 0.296003</w:t>
        <w:br/>
        <w:t>vt 0.748178 0.286797</w:t>
        <w:br/>
        <w:t>vt 0.743232 0.286817</w:t>
        <w:br/>
        <w:t>vt 0.748178 0.452425</w:t>
        <w:br/>
        <w:t>vt 0.743232 0.452214</w:t>
        <w:br/>
        <w:t>vt 0.743232 0.465924</w:t>
        <w:br/>
        <w:t>vt 0.743232 0.472675</w:t>
        <w:br/>
        <w:t>vt 0.748178 0.470962</w:t>
        <w:br/>
        <w:t>vt 0.748178 0.464723</w:t>
        <w:br/>
        <w:t>vt 0.748178 0.459151</w:t>
        <w:br/>
        <w:t>vt 0.743232 0.459585</w:t>
        <w:br/>
        <w:t>vt 0.748178 0.312204</w:t>
        <w:br/>
        <w:t>vt 0.743232 0.310707</w:t>
        <w:br/>
        <w:t>vt 0.743232 0.318574</w:t>
        <w:br/>
        <w:t>vt 0.748178 0.320695</w:t>
        <w:br/>
        <w:t>vt 0.732929 0.370015</w:t>
        <w:br/>
        <w:t>vt 0.732929 0.376010</w:t>
        <w:br/>
        <w:t>vt 0.736917 0.376010</w:t>
        <w:br/>
        <w:t>vt 0.736917 0.370015</w:t>
        <w:br/>
        <w:t>vt 0.736917 0.319641</w:t>
        <w:br/>
        <w:t>vt 0.732929 0.319641</w:t>
        <w:br/>
        <w:t>vt 0.732929 0.323044</w:t>
        <w:br/>
        <w:t>vt 0.736917 0.323044</w:t>
        <w:br/>
        <w:t>vt 0.736917 0.387861</w:t>
        <w:br/>
        <w:t>vt 0.736917 0.381578</w:t>
        <w:br/>
        <w:t>vt 0.732929 0.381578</w:t>
        <w:br/>
        <w:t>vt 0.732929 0.387861</w:t>
        <w:br/>
        <w:t>vt 0.736917 0.285686</w:t>
        <w:br/>
        <w:t>vt 0.732929 0.285686</w:t>
        <w:br/>
        <w:t>vt 0.732929 0.292262</w:t>
        <w:br/>
        <w:t>vt 0.736917 0.292262</w:t>
        <w:br/>
        <w:t>vt 0.732929 0.327405</w:t>
        <w:br/>
        <w:t>vt 0.736917 0.327405</w:t>
        <w:br/>
        <w:t>vt 0.736917 0.332684</w:t>
        <w:br/>
        <w:t>vt 0.732929 0.332684</w:t>
        <w:br/>
        <w:t>vt 0.732929 0.338192</w:t>
        <w:br/>
        <w:t>vt 0.736917 0.338192</w:t>
        <w:br/>
        <w:t>vt 0.732929 0.413898</w:t>
        <w:br/>
        <w:t>vt 0.736917 0.413898</w:t>
        <w:br/>
        <w:t>vt 0.736917 0.408192</w:t>
        <w:br/>
        <w:t>vt 0.732929 0.408192</w:t>
        <w:br/>
        <w:t>vt 0.736917 0.309855</w:t>
        <w:br/>
        <w:t>vt 0.732929 0.309855</w:t>
        <w:br/>
        <w:t>vt 0.732929 0.314569</w:t>
        <w:br/>
        <w:t>vt 0.736917 0.314569</w:t>
        <w:br/>
        <w:t>vt 0.736917 0.301746</w:t>
        <w:br/>
        <w:t>vt 0.732929 0.301746</w:t>
        <w:br/>
        <w:t>vt 0.732929 0.305560</w:t>
        <w:br/>
        <w:t>vt 0.736917 0.305560</w:t>
        <w:br/>
        <w:t>vt 0.736917 0.398303</w:t>
        <w:br/>
        <w:t>vt 0.736917 0.393209</w:t>
        <w:br/>
        <w:t>vt 0.732929 0.393209</w:t>
        <w:br/>
        <w:t>vt 0.732929 0.398303</w:t>
        <w:br/>
        <w:t>vt 0.748178 0.358285</w:t>
        <w:br/>
        <w:t>vt 0.748178 0.365994</w:t>
        <w:br/>
        <w:t>vt 0.749459 0.366758</w:t>
        <w:br/>
        <w:t>vt 0.749459 0.358033</w:t>
        <w:br/>
        <w:t>vt 0.743232 0.356405</w:t>
        <w:br/>
        <w:t>vt 0.742033 0.356054</w:t>
        <w:br/>
        <w:t>vt 0.742033 0.366325</w:t>
        <w:br/>
        <w:t>vt 0.743232 0.365619</w:t>
        <w:br/>
        <w:t>vt 0.748178 0.430388</w:t>
        <w:br/>
        <w:t>vt 0.749459 0.435809</w:t>
        <w:br/>
        <w:t>vt 0.749459 0.430379</w:t>
        <w:br/>
        <w:t>vt 0.742033 0.437092</w:t>
        <w:br/>
        <w:t>vt 0.743232 0.437137</w:t>
        <w:br/>
        <w:t>vt 0.742033 0.431300</w:t>
        <w:br/>
        <w:t>vt 0.749459 0.339381</w:t>
        <w:br/>
        <w:t>vt 0.749459 0.329224</w:t>
        <w:br/>
        <w:t>vt 0.748178 0.339449</w:t>
        <w:br/>
        <w:t>vt 0.742033 0.337587</w:t>
        <w:br/>
        <w:t>vt 0.742033 0.327577</w:t>
        <w:br/>
        <w:t>vt 0.749459 0.348475</w:t>
        <w:br/>
        <w:t>vt 0.742033 0.346500</w:t>
        <w:br/>
        <w:t>vt 0.749459 0.491433</w:t>
        <w:br/>
        <w:t>vt 0.749459 0.480159</w:t>
        <w:br/>
        <w:t>vt 0.743232 0.490614</w:t>
        <w:br/>
        <w:t>vt 0.743232 0.481065</w:t>
        <w:br/>
        <w:t>vt 0.742033 0.481226</w:t>
        <w:br/>
        <w:t>vt 0.742033 0.491433</w:t>
        <w:br/>
        <w:t>vt 0.749459 0.423320</w:t>
        <w:br/>
        <w:t>vt 0.748178 0.423355</w:t>
        <w:br/>
        <w:t>vt 0.742033 0.424191</w:t>
        <w:br/>
        <w:t>vt 0.749459 0.414999</w:t>
        <w:br/>
        <w:t>vt 0.749459 0.406044</w:t>
        <w:br/>
        <w:t>vt 0.743232 0.415113</w:t>
        <w:br/>
        <w:t>vt 0.743232 0.406900</w:t>
        <w:br/>
        <w:t>vt 0.742033 0.406422</w:t>
        <w:br/>
        <w:t>vt 0.742033 0.415469</w:t>
        <w:br/>
        <w:t>vt 0.749459 0.295648</w:t>
        <w:br/>
        <w:t>vt 0.749459 0.285923</w:t>
        <w:br/>
        <w:t>vt 0.743232 0.286817</w:t>
        <w:br/>
        <w:t>vt 0.742033 0.285923</w:t>
        <w:br/>
        <w:t>vt 0.742033 0.295103</w:t>
        <w:br/>
        <w:t>vt 0.743232 0.295331</w:t>
        <w:br/>
        <w:t>vt 0.749459 0.452303</w:t>
        <w:br/>
        <w:t>vt 0.749459 0.444205</w:t>
        <w:br/>
        <w:t>vt 0.748178 0.444028</w:t>
        <w:br/>
        <w:t>vt 0.742033 0.451933</w:t>
        <w:br/>
        <w:t>vt 0.743232 0.452214</w:t>
        <w:br/>
        <w:t>vt 0.742033 0.444951</w:t>
        <w:br/>
        <w:t>vt 0.748178 0.459151</w:t>
        <w:br/>
        <w:t>vt 0.749459 0.464639</w:t>
        <w:br/>
        <w:t>vt 0.749459 0.458850</w:t>
        <w:br/>
        <w:t>vt 0.743232 0.472675</w:t>
        <w:br/>
        <w:t>vt 0.743232 0.465924</w:t>
        <w:br/>
        <w:t>vt 0.742033 0.465909</w:t>
        <w:br/>
        <w:t>vt 0.742033 0.472861</w:t>
        <w:br/>
        <w:t>vt 0.742033 0.459257</w:t>
        <w:br/>
        <w:t>vt 0.743232 0.459585</w:t>
        <w:br/>
        <w:t>vt 0.749459 0.320697</w:t>
        <w:br/>
        <w:t>vt 0.749459 0.312187</w:t>
        <w:br/>
        <w:t>vt 0.743232 0.301421</w:t>
        <w:br/>
        <w:t>vt 0.742033 0.301473</w:t>
        <w:br/>
        <w:t>vt 0.742033 0.310842</w:t>
        <w:br/>
        <w:t>vt 0.743232 0.301421</w:t>
        <w:br/>
        <w:t>vt 0.748178 0.302649</w:t>
        <w:br/>
        <w:t>vt 0.749459 0.302603</w:t>
        <w:br/>
        <w:t>vt 0.736917 0.404189</w:t>
        <w:br/>
        <w:t>vt 0.732929 0.404189</w:t>
        <w:br/>
        <w:t>vt 0.732929 0.297646</w:t>
        <w:br/>
        <w:t>vt 0.736917 0.297646</w:t>
        <w:br/>
        <w:t>vt 0.749459 0.471114</w:t>
        <w:br/>
        <w:t>vt 0.748178 0.470962</w:t>
        <w:br/>
        <w:t>vt 0.742033 0.491433</w:t>
        <w:br/>
        <w:t>vt 0.749459 0.491433</w:t>
        <w:br/>
        <w:t>vt 0.748178 0.286797</w:t>
        <w:br/>
        <w:t>vt 0.749459 0.285923</w:t>
        <w:br/>
        <w:t>vt 0.742033 0.285923</w:t>
        <w:br/>
        <w:t>vt 0.743232 0.286817</w:t>
        <w:br/>
        <w:t>vt 0.743232 0.365619</w:t>
        <w:br/>
        <w:t>vt 0.743232 0.406900</w:t>
        <w:br/>
        <w:t>vt 0.748178 0.406557</w:t>
        <w:br/>
        <w:t>vt 0.748178 0.365994</w:t>
        <w:br/>
        <w:t>vt 0.748178 0.406557</w:t>
        <w:br/>
        <w:t>vt 0.736917 0.338192</w:t>
        <w:br/>
        <w:t>vt 0.732929 0.338192</w:t>
        <w:br/>
        <w:t>vt 0.732929 0.364068</w:t>
        <w:br/>
        <w:t>vt 0.736917 0.364068</w:t>
        <w:br/>
        <w:t>vt 0.742033 0.318910</w:t>
        <w:br/>
        <w:t>vt 0.725882 0.413751</w:t>
        <w:br/>
        <w:t>vt 0.725882 0.398879</w:t>
        <w:br/>
        <w:t>vt 0.717247 0.399216</w:t>
        <w:br/>
        <w:t>vt 0.717247 0.413299</w:t>
        <w:br/>
        <w:t>vt 0.717247 0.388511</w:t>
        <w:br/>
        <w:t>vt 0.725882 0.387803</w:t>
        <w:br/>
        <w:t>vt 0.717247 0.294204</w:t>
        <w:br/>
        <w:t>vt 0.725882 0.294445</w:t>
        <w:br/>
        <w:t>vt 0.725882 0.288359</w:t>
        <w:br/>
        <w:t>vt 0.717247 0.288157</w:t>
        <w:br/>
        <w:t>vt 0.717247 0.327104</w:t>
        <w:br/>
        <w:t>vt 0.717247 0.338226</w:t>
        <w:br/>
        <w:t>vt 0.725882 0.336439</w:t>
        <w:br/>
        <w:t>vt 0.725882 0.325402</w:t>
        <w:br/>
        <w:t>vt 0.717247 0.314500</w:t>
        <w:br/>
        <w:t>vt 0.725882 0.313688</w:t>
        <w:br/>
        <w:t>vt 0.717247 0.349974</w:t>
        <w:br/>
        <w:t>vt 0.725882 0.348528</w:t>
        <w:br/>
        <w:t>vt 0.717247 0.376377</w:t>
        <w:br/>
        <w:t>vt 0.717247 0.382201</w:t>
        <w:br/>
        <w:t>vt 0.725882 0.381635</w:t>
        <w:br/>
        <w:t>vt 0.725882 0.375942</w:t>
        <w:br/>
        <w:t>vt 0.717247 0.362620</w:t>
        <w:br/>
        <w:t>vt 0.725882 0.363617</w:t>
        <w:br/>
        <w:t>vt 0.725882 0.436862</w:t>
        <w:br/>
        <w:t>vt 0.717247 0.436816</w:t>
        <w:br/>
        <w:t>vt 0.717247 0.441753</w:t>
        <w:br/>
        <w:t>vt 0.725882 0.441794</w:t>
        <w:br/>
        <w:t>vt 0.709919 0.354574</w:t>
        <w:br/>
        <w:t>vt 0.703502 0.354574</w:t>
        <w:br/>
        <w:t>vt 0.703502 0.363637</w:t>
        <w:br/>
        <w:t>vt 0.709919 0.363637</w:t>
        <w:br/>
        <w:t>vt 0.709919 0.347748</w:t>
        <w:br/>
        <w:t>vt 0.703502 0.347748</w:t>
        <w:br/>
        <w:t>vt 0.703502 0.285700</w:t>
        <w:br/>
        <w:t>vt 0.703502 0.289791</w:t>
        <w:br/>
        <w:t>vt 0.709919 0.289791</w:t>
        <w:br/>
        <w:t>vt 0.709919 0.285700</w:t>
        <w:br/>
        <w:t>vt 0.703502 0.316424</w:t>
        <w:br/>
        <w:t>vt 0.709919 0.316424</w:t>
        <w:br/>
        <w:t>vt 0.709919 0.309683</w:t>
        <w:br/>
        <w:t>vt 0.703502 0.309683</w:t>
        <w:br/>
        <w:t>vt 0.709919 0.302126</w:t>
        <w:br/>
        <w:t>vt 0.703502 0.302126</w:t>
        <w:br/>
        <w:t>vt 0.703502 0.323659</w:t>
        <w:br/>
        <w:t>vt 0.709919 0.323659</w:t>
        <w:br/>
        <w:t>vt 0.709919 0.340230</w:t>
        <w:br/>
        <w:t>vt 0.709919 0.332061</w:t>
        <w:br/>
        <w:t>vt 0.703502 0.332061</w:t>
        <w:br/>
        <w:t>vt 0.703502 0.340230</w:t>
        <w:br/>
        <w:t>vt 0.703502 0.343839</w:t>
        <w:br/>
        <w:t>vt 0.709919 0.343839</w:t>
        <w:br/>
        <w:t>vt 0.703502 0.377590</w:t>
        <w:br/>
        <w:t>vt 0.703502 0.381614</w:t>
        <w:br/>
        <w:t>vt 0.709919 0.381614</w:t>
        <w:br/>
        <w:t>vt 0.709919 0.377590</w:t>
        <w:br/>
        <w:t>vt 0.715463 0.399018</w:t>
        <w:br/>
        <w:t>vt 0.715463 0.413107</w:t>
        <w:br/>
        <w:t>vt 0.717247 0.413299</w:t>
        <w:br/>
        <w:t>vt 0.717247 0.399216</w:t>
        <w:br/>
        <w:t>vt 0.727694 0.398742</w:t>
        <w:br/>
        <w:t>vt 0.727694 0.413750</w:t>
        <w:br/>
        <w:t>vt 0.727694 0.387428</w:t>
        <w:br/>
        <w:t>vt 0.715463 0.388142</w:t>
        <w:br/>
        <w:t>vt 0.717247 0.388511</w:t>
        <w:br/>
        <w:t>vt 0.715463 0.293791</w:t>
        <w:br/>
        <w:t>vt 0.717247 0.294204</w:t>
        <w:br/>
        <w:t>vt 0.717247 0.288157</w:t>
        <w:br/>
        <w:t>vt 0.715463 0.285959</w:t>
        <w:br/>
        <w:t>vt 0.725882 0.286831</w:t>
        <w:br/>
        <w:t>vt 0.725882 0.288359</w:t>
        <w:br/>
        <w:t>vt 0.727694 0.285959</w:t>
        <w:br/>
        <w:t>vt 0.725882 0.325402</w:t>
        <w:br/>
        <w:t>vt 0.727694 0.336485</w:t>
        <w:br/>
        <w:t>vt 0.727694 0.325513</w:t>
        <w:br/>
        <w:t>vt 0.717247 0.338226</w:t>
        <w:br/>
        <w:t>vt 0.717247 0.327104</w:t>
        <w:br/>
        <w:t>vt 0.715463 0.327227</w:t>
        <w:br/>
        <w:t>vt 0.715463 0.338218</w:t>
        <w:br/>
        <w:t>vt 0.727694 0.313747</w:t>
        <w:br/>
        <w:t>vt 0.725882 0.313688</w:t>
        <w:br/>
        <w:t>vt 0.715463 0.314500</w:t>
        <w:br/>
        <w:t>vt 0.717247 0.314500</w:t>
        <w:br/>
        <w:t>vt 0.715463 0.349846</w:t>
        <w:br/>
        <w:t>vt 0.717247 0.349974</w:t>
        <w:br/>
        <w:t>vt 0.727694 0.348531</w:t>
        <w:br/>
        <w:t>vt 0.717247 0.362620</w:t>
        <w:br/>
        <w:t>vt 0.715463 0.362115</w:t>
        <w:br/>
        <w:t>vt 0.715463 0.375965</w:t>
        <w:br/>
        <w:t>vt 0.717247 0.376377</w:t>
        <w:br/>
        <w:t>vt 0.715463 0.381810</w:t>
        <w:br/>
        <w:t>vt 0.717247 0.382201</w:t>
        <w:br/>
        <w:t>vt 0.727694 0.381210</w:t>
        <w:br/>
        <w:t>vt 0.727694 0.375470</w:t>
        <w:br/>
        <w:t>vt 0.727694 0.363333</w:t>
        <w:br/>
        <w:t>vt 0.717247 0.436816</w:t>
        <w:br/>
        <w:t>vt 0.715463 0.435856</w:t>
        <w:br/>
        <w:t>vt 0.715463 0.443662</w:t>
        <w:br/>
        <w:t>vt 0.717247 0.441753</w:t>
        <w:br/>
        <w:t>vt 0.725882 0.426756</w:t>
        <w:br/>
        <w:t>vt 0.725882 0.436862</w:t>
        <w:br/>
        <w:t>vt 0.727694 0.436134</w:t>
        <w:br/>
        <w:t>vt 0.727694 0.426791</w:t>
        <w:br/>
        <w:t>vt 0.717247 0.426049</w:t>
        <w:br/>
        <w:t>vt 0.715463 0.425959</w:t>
        <w:br/>
        <w:t>vt 0.703502 0.371708</w:t>
        <w:br/>
        <w:t>vt 0.709919 0.371708</w:t>
        <w:br/>
        <w:t>vt 0.717247 0.426049</w:t>
        <w:br/>
        <w:t>vt 0.725882 0.426756</w:t>
        <w:br/>
        <w:t>vt 0.725882 0.441794</w:t>
        <w:br/>
        <w:t>vt 0.727694 0.443662</w:t>
        <w:br/>
        <w:t>vt 0.715463 0.285959</w:t>
        <w:br/>
        <w:t>vt 0.717247 0.286667</w:t>
        <w:br/>
        <w:t>vt 0.725882 0.286831</w:t>
        <w:br/>
        <w:t>vt 0.727694 0.285959</w:t>
        <w:br/>
        <w:t>vt 0.717247 0.442937</w:t>
        <w:br/>
        <w:t>vt 0.725882 0.443065</w:t>
        <w:br/>
        <w:t>vt 0.727694 0.443662</w:t>
        <w:br/>
        <w:t>vt 0.725882 0.443065</w:t>
        <w:br/>
        <w:t>vt 0.717247 0.442937</w:t>
        <w:br/>
        <w:t>vt 0.715463 0.443662</w:t>
        <w:br/>
        <w:t>vt 0.717247 0.442937</w:t>
        <w:br/>
        <w:t>vt 0.725882 0.443065</w:t>
        <w:br/>
        <w:t>vt 0.715463 0.303831</w:t>
        <w:br/>
        <w:t>vt 0.717247 0.303888</w:t>
        <w:br/>
        <w:t>vt 0.703502 0.295802</w:t>
        <w:br/>
        <w:t>vt 0.709919 0.295802</w:t>
        <w:br/>
        <w:t>vt 0.725882 0.294445</w:t>
        <w:br/>
        <w:t>vt 0.725882 0.303767</w:t>
        <w:br/>
        <w:t>vt 0.727694 0.303709</w:t>
        <w:br/>
        <w:t>vt 0.727694 0.293958</w:t>
        <w:br/>
        <w:t>vt 0.717247 0.303888</w:t>
        <w:br/>
        <w:t>vt 0.725882 0.303767</w:t>
        <w:br/>
        <w:t>vt 0.717247 0.286667</w:t>
        <w:br/>
        <w:t>vt 0.725882 0.286831</w:t>
        <w:br/>
        <w:t>vt 0.717247 0.286667</w:t>
        <w:br/>
        <w:t>vt 0.431335 0.009580</w:t>
        <w:br/>
        <w:t>vt 0.419336 0.010521</w:t>
        <w:br/>
        <w:t>vt 0.419209 0.022327</w:t>
        <w:br/>
        <w:t>vt 0.431335 0.022804</w:t>
        <w:br/>
        <w:t>vt 0.431335 0.009580</w:t>
        <w:br/>
        <w:t>vt 0.434612 0.005159</w:t>
        <w:br/>
        <w:t>vt 0.419228 0.005159</w:t>
        <w:br/>
        <w:t>vt 0.419336 0.010521</w:t>
        <w:br/>
        <w:t>vt 0.486500 0.016109</w:t>
        <w:br/>
        <w:t>vt 0.486500 0.005498</w:t>
        <w:br/>
        <w:t>vt 0.475519 0.005498</w:t>
        <w:br/>
        <w:t>vt 0.475519 0.016109</w:t>
        <w:br/>
        <w:t>vt 0.431335 0.022804</w:t>
        <w:br/>
        <w:t>vt 0.419209 0.022327</w:t>
        <w:br/>
        <w:t>vt 0.419284 0.027632</w:t>
        <w:br/>
        <w:t>vt 0.434612 0.027632</w:t>
        <w:br/>
        <w:t>vt 0.383362 0.023568</w:t>
        <w:br/>
        <w:t>vt 0.383362 0.009540</w:t>
        <w:br/>
        <w:t>vt 0.379168 0.005159</w:t>
        <w:br/>
        <w:t>vt 0.379168 0.027632</w:t>
        <w:br/>
        <w:t>vt 0.405166 0.005159</w:t>
        <w:br/>
        <w:t>vt 0.392114 0.005159</w:t>
        <w:br/>
        <w:t>vt 0.393128 0.010427</w:t>
        <w:br/>
        <w:t>vt 0.404781 0.010542</w:t>
        <w:br/>
        <w:t>vt 0.464464 0.016109</w:t>
        <w:br/>
        <w:t>vt 0.464464 0.005498</w:t>
        <w:br/>
        <w:t>vt 0.454636 0.005498</w:t>
        <w:br/>
        <w:t>vt 0.454636 0.016109</w:t>
        <w:br/>
        <w:t>vt 0.393282 0.022397</w:t>
        <w:br/>
        <w:t>vt 0.392255 0.027632</w:t>
        <w:br/>
        <w:t>vt 0.405097 0.027632</w:t>
        <w:br/>
        <w:t>vt 0.404711 0.022121</w:t>
        <w:br/>
        <w:t>vt 0.404711 0.022121</w:t>
        <w:br/>
        <w:t>vt 0.404781 0.010542</w:t>
        <w:br/>
        <w:t>vt 0.393128 0.010427</w:t>
        <w:br/>
        <w:t>vt 0.393282 0.022397</w:t>
        <w:br/>
        <w:t>vt 0.383362 0.009540</w:t>
        <w:br/>
        <w:t>vt 0.383362 0.023568</w:t>
        <w:br/>
        <w:t>vt 0.383362 0.009540</w:t>
        <w:br/>
        <w:t>vt 0.379168 0.005159</w:t>
        <w:br/>
        <w:t>vt 0.445805 0.005498</w:t>
        <w:br/>
        <w:t>vt 0.445805 0.016109</w:t>
        <w:br/>
        <w:t>vt 0.383362 0.023568</w:t>
        <w:br/>
        <w:t>vt 0.379168 0.027632</w:t>
        <w:br/>
        <w:t>vt 0.484823 0.977250</w:t>
        <w:br/>
        <w:t>vt 0.482776 0.978605</w:t>
        <w:br/>
        <w:t>vt 0.484345 0.983234</w:t>
        <w:br/>
        <w:t>vt 0.487477 0.983234</w:t>
        <w:br/>
        <w:t>vt 0.473158 0.983234</w:t>
        <w:br/>
        <w:t>vt 0.474753 0.978583</w:t>
        <w:br/>
        <w:t>vt 0.472960 0.977367</w:t>
        <w:br/>
        <w:t>vt 0.470385 0.983234</w:t>
        <w:br/>
        <w:t>vt 0.475825 0.983234</w:t>
        <w:br/>
        <w:t>vt 0.476631 0.978983</w:t>
        <w:br/>
        <w:t>vt 0.474753 0.978583</w:t>
        <w:br/>
        <w:t>vt 0.473158 0.983234</w:t>
        <w:br/>
        <w:t>vt 0.478961 0.983234</w:t>
        <w:br/>
        <w:t>vt 0.478967 0.979110</w:t>
        <w:br/>
        <w:t>vt 0.481690 0.983234</w:t>
        <w:br/>
        <w:t>vt 0.480976 0.979146</w:t>
        <w:br/>
        <w:t>vt 0.481690 0.983234</w:t>
        <w:br/>
        <w:t>vt 0.480976 0.979146</w:t>
        <w:br/>
        <w:t>vt 0.481611 0.977457</w:t>
        <w:br/>
        <w:t>vt 0.482447 0.975828</w:t>
        <w:br/>
        <w:t>vt 0.475903 0.977421</w:t>
        <w:br/>
        <w:t>vt 0.475262 0.975979</w:t>
        <w:br/>
        <w:t>vt 0.475903 0.977421</w:t>
        <w:br/>
        <w:t>vt 0.477171 0.978012</w:t>
        <w:br/>
        <w:t>vt 0.478949 0.978234</w:t>
        <w:br/>
        <w:t>vt 0.480494 0.978227</w:t>
        <w:br/>
        <w:t>vt 0.480494 0.978227</w:t>
        <w:br/>
        <w:t>vt 0.457690 0.984923</w:t>
        <w:br/>
        <w:t>vt 0.455946 0.987067</w:t>
        <w:br/>
        <w:t>vt 0.454464 0.984734</w:t>
        <w:br/>
        <w:t>vt 0.452719 0.986885</w:t>
        <w:br/>
        <w:t>vt 0.454200 0.989211</w:t>
        <w:br/>
        <w:t>vt 0.457426 0.989401</w:t>
        <w:br/>
        <w:t>vt 0.459172 0.987257</w:t>
        <w:br/>
        <w:t>vt 0.475787 0.996287</w:t>
        <w:br/>
        <w:t>vt 0.478957 0.996287</w:t>
        <w:br/>
        <w:t>vt 0.473081 0.996287</w:t>
        <w:br/>
        <w:t>vt 0.473081 0.996287</w:t>
        <w:br/>
        <w:t>vt 0.470385 0.996287</w:t>
        <w:br/>
        <w:t>vt 0.484345 0.996287</w:t>
        <w:br/>
        <w:t>vt 0.487477 0.996287</w:t>
        <w:br/>
        <w:t>vt 0.481658 0.996287</w:t>
        <w:br/>
        <w:t>vt 0.481658 0.996287</w:t>
        <w:br/>
        <w:t>vt 0.484823 0.977250</w:t>
        <w:br/>
        <w:t>vt 0.487477 0.983234</w:t>
        <w:br/>
        <w:t>vt 0.484345 0.983234</w:t>
        <w:br/>
        <w:t>vt 0.482776 0.978605</w:t>
        <w:br/>
        <w:t>vt 0.481690 0.983234</w:t>
        <w:br/>
        <w:t>vt 0.480976 0.979146</w:t>
        <w:br/>
        <w:t>vt 0.478961 0.983234</w:t>
        <w:br/>
        <w:t>vt 0.478967 0.979110</w:t>
        <w:br/>
        <w:t>vt 0.480976 0.979146</w:t>
        <w:br/>
        <w:t>vt 0.481690 0.983234</w:t>
        <w:br/>
        <w:t>vt 0.475825 0.983234</w:t>
        <w:br/>
        <w:t>vt 0.476631 0.978983</w:t>
        <w:br/>
        <w:t>vt 0.473158 0.983234</w:t>
        <w:br/>
        <w:t>vt 0.474753 0.978583</w:t>
        <w:br/>
        <w:t>vt 0.473158 0.983234</w:t>
        <w:br/>
        <w:t>vt 0.470385 0.983234</w:t>
        <w:br/>
        <w:t>vt 0.472960 0.977367</w:t>
        <w:br/>
        <w:t>vt 0.474753 0.978583</w:t>
        <w:br/>
        <w:t>vt 0.481611 0.977457</w:t>
        <w:br/>
        <w:t>vt 0.482447 0.975828</w:t>
        <w:br/>
        <w:t>vt 0.480494 0.978227</w:t>
        <w:br/>
        <w:t>vt 0.480494 0.978227</w:t>
        <w:br/>
        <w:t>vt 0.478949 0.978234</w:t>
        <w:br/>
        <w:t>vt 0.477171 0.978012</w:t>
        <w:br/>
        <w:t>vt 0.475903 0.977421</w:t>
        <w:br/>
        <w:t>vt 0.475262 0.975979</w:t>
        <w:br/>
        <w:t>vt 0.475903 0.977421</w:t>
        <w:br/>
        <w:t>vt 0.454464 0.984734</w:t>
        <w:br/>
        <w:t>vt 0.455946 0.987067</w:t>
        <w:br/>
        <w:t>vt 0.457690 0.984923</w:t>
        <w:br/>
        <w:t>vt 0.459172 0.987257</w:t>
        <w:br/>
        <w:t>vt 0.457426 0.989401</w:t>
        <w:br/>
        <w:t>vt 0.454200 0.989211</w:t>
        <w:br/>
        <w:t>vt 0.452719 0.986885</w:t>
        <w:br/>
        <w:t>vt 0.478957 0.996287</w:t>
        <w:br/>
        <w:t>vt 0.475787 0.996287</w:t>
        <w:br/>
        <w:t>vt 0.481658 0.996287</w:t>
        <w:br/>
        <w:t>vt 0.481658 0.996287</w:t>
        <w:br/>
        <w:t>vt 0.484345 0.996287</w:t>
        <w:br/>
        <w:t>vt 0.487477 0.996287</w:t>
        <w:br/>
        <w:t>vt 0.473081 0.996287</w:t>
        <w:br/>
        <w:t>vt 0.470385 0.996287</w:t>
        <w:br/>
        <w:t>vt 0.473081 0.996287</w:t>
        <w:br/>
        <w:t>vt 0.674140 0.809310</w:t>
        <w:br/>
        <w:t>vt 0.674140 0.807351</w:t>
        <w:br/>
        <w:t>vt 0.671496 0.807351</w:t>
        <w:br/>
        <w:t>vt 0.671496 0.809310</w:t>
        <w:br/>
        <w:t>vt 0.661330 0.809310</w:t>
        <w:br/>
        <w:t>vt 0.668050 0.809310</w:t>
        <w:br/>
        <w:t>vt 0.668050 0.807351</w:t>
        <w:br/>
        <w:t>vt 0.661330 0.807351</w:t>
        <w:br/>
        <w:t>vt 0.653235 0.809310</w:t>
        <w:br/>
        <w:t>vt 0.653235 0.807351</w:t>
        <w:br/>
        <w:t>vt 0.703828 0.809310</w:t>
        <w:br/>
        <w:t>vt 0.707319 0.809310</w:t>
        <w:br/>
        <w:t>vt 0.707319 0.807351</w:t>
        <w:br/>
        <w:t>vt 0.703828 0.807351</w:t>
        <w:br/>
        <w:t>vt 0.700224 0.807351</w:t>
        <w:br/>
        <w:t>vt 0.700224 0.809310</w:t>
        <w:br/>
        <w:t>vt 0.692383 0.807351</w:t>
        <w:br/>
        <w:t>vt 0.692383 0.809310</w:t>
        <w:br/>
        <w:t>vt 0.682062 0.809310</w:t>
        <w:br/>
        <w:t>vt 0.682062 0.807351</w:t>
        <w:br/>
        <w:t>vt 0.678090 0.809310</w:t>
        <w:br/>
        <w:t>vt 0.679866 0.807351</w:t>
        <w:br/>
        <w:t>vt 0.678108 0.807351</w:t>
        <w:br/>
        <w:t>vt 0.661330 0.800033</w:t>
        <w:br/>
        <w:t>vt 0.661330 0.801986</w:t>
        <w:br/>
        <w:t>vt 0.668050 0.801986</w:t>
        <w:br/>
        <w:t>vt 0.668050 0.800033</w:t>
        <w:br/>
        <w:t>vt 0.674140 0.800033</w:t>
        <w:br/>
        <w:t>vt 0.671496 0.800033</w:t>
        <w:br/>
        <w:t>vt 0.671496 0.801986</w:t>
        <w:br/>
        <w:t>vt 0.674140 0.801986</w:t>
        <w:br/>
        <w:t>vt 0.653235 0.800033</w:t>
        <w:br/>
        <w:t>vt 0.653235 0.801986</w:t>
        <w:br/>
        <w:t>vt 0.703828 0.800033</w:t>
        <w:br/>
        <w:t>vt 0.703828 0.801986</w:t>
        <w:br/>
        <w:t>vt 0.707319 0.801986</w:t>
        <w:br/>
        <w:t>vt 0.707319 0.800033</w:t>
        <w:br/>
        <w:t>vt 0.700224 0.801986</w:t>
        <w:br/>
        <w:t>vt 0.700224 0.800033</w:t>
        <w:br/>
        <w:t>vt 0.692383 0.801986</w:t>
        <w:br/>
        <w:t>vt 0.692383 0.800033</w:t>
        <w:br/>
        <w:t>vt 0.682062 0.800033</w:t>
        <w:br/>
        <w:t>vt 0.682062 0.801986</w:t>
        <w:br/>
        <w:t>vt 0.679866 0.801986</w:t>
        <w:br/>
        <w:t>vt 0.678090 0.800033</w:t>
        <w:br/>
        <w:t>vt 0.678108 0.801986</w:t>
        <w:br/>
        <w:t>vt 0.676296 0.801986</w:t>
        <w:br/>
        <w:t>vt 0.676296 0.807351</w:t>
        <w:br/>
        <w:t>vt 0.615883 0.788084</w:t>
        <w:br/>
        <w:t>vt 0.629015 0.788556</w:t>
        <w:br/>
        <w:t>vt 0.626953 0.786659</w:t>
        <w:br/>
        <w:t>vt 0.619579 0.785244</w:t>
        <w:br/>
        <w:t>vt 0.708856 0.792164</w:t>
        <w:br/>
        <w:t>vt 0.707070 0.789627</w:t>
        <w:br/>
        <w:t>vt 0.699391 0.789164</w:t>
        <w:br/>
        <w:t>vt 0.695319 0.791572</w:t>
        <w:br/>
        <w:t>vt 0.619644 0.790846</w:t>
        <w:br/>
        <w:t>vt 0.627420 0.790877</w:t>
        <w:br/>
        <w:t>vt 0.706305 0.793828</w:t>
        <w:br/>
        <w:t>vt 0.698917 0.794664</w:t>
        <w:br/>
        <w:t>vt 0.689063 0.794290</w:t>
        <w:br/>
        <w:t>vt 0.693087 0.788781</w:t>
        <w:br/>
        <w:t>vt 0.613292 0.790633</w:t>
        <w:br/>
        <w:t>vt 0.609806 0.784821</w:t>
        <w:br/>
        <w:t>vt 0.687005 0.792316</w:t>
        <w:br/>
        <w:t>vt 0.689948 0.788966</w:t>
        <w:br/>
        <w:t>vt 0.688024 0.789815</w:t>
        <w:br/>
        <w:t>vt 0.607570 0.786571</w:t>
        <w:br/>
        <w:t>vt 0.608277 0.789160</w:t>
        <w:br/>
        <w:t>vt 0.610141 0.790127</w:t>
        <w:br/>
        <w:t>vt 0.736917 0.364068</w:t>
        <w:br/>
        <w:t>vt 0.732929 0.364068</w:t>
        <w:br/>
        <w:t>vt 0.478849 0.976376</w:t>
        <w:br/>
        <w:t>vt 0.478849 0.976376</w:t>
        <w:br/>
        <w:t>vt 0.589382 0.463426</w:t>
        <w:br/>
        <w:t>vt 0.589382 0.458167</w:t>
        <w:br/>
        <w:t>vt 0.583371 0.458167</w:t>
        <w:br/>
        <w:t>vt 0.583371 0.463426</w:t>
        <w:br/>
        <w:t>vt 0.591990 0.438239</w:t>
        <w:br/>
        <w:t>vt 0.585468 0.438239</w:t>
        <w:br/>
        <w:t>vt 0.585468 0.443499</w:t>
        <w:br/>
        <w:t>vt 0.591990 0.443499</w:t>
        <w:br/>
        <w:t>vt 0.594277 0.426982</w:t>
        <w:br/>
        <w:t>vt 0.594277 0.417623</w:t>
        <w:br/>
        <w:t>vt 0.586719 0.417899</w:t>
        <w:br/>
        <w:t>vt 0.586719 0.428182</w:t>
        <w:br/>
        <w:t>vt 0.576349 0.458167</w:t>
        <w:br/>
        <w:t>vt 0.576349 0.463426</w:t>
        <w:br/>
        <w:t>vt 0.643923 0.417282</w:t>
        <w:br/>
        <w:t>vt 0.638733 0.416543</w:t>
        <w:br/>
        <w:t>vt 0.638752 0.426815</w:t>
        <w:br/>
        <w:t>vt 0.643475 0.426844</w:t>
        <w:br/>
        <w:t>vt 0.579544 0.415906</w:t>
        <w:br/>
        <w:t>vt 0.579544 0.430846</w:t>
        <w:br/>
        <w:t>vt 0.567383 0.458167</w:t>
        <w:br/>
        <w:t>vt 0.567383 0.463426</w:t>
        <w:br/>
        <w:t>vt 0.632718 0.414099</w:t>
        <w:br/>
        <w:t>vt 0.632860 0.429341</w:t>
        <w:br/>
        <w:t>vt 0.569812 0.430846</w:t>
        <w:br/>
        <w:t>vt 0.569812 0.423382</w:t>
        <w:br/>
        <w:t>vt 0.578485 0.438239</w:t>
        <w:br/>
        <w:t>vt 0.578485 0.443499</w:t>
        <w:br/>
        <w:t>vt 0.623058 0.421727</w:t>
        <w:br/>
        <w:t>vt 0.666490 0.479934</w:t>
        <w:br/>
        <w:t>vt 0.658287 0.479934</w:t>
        <w:br/>
        <w:t>vt 0.658287 0.488802</w:t>
        <w:br/>
        <w:t>vt 0.666490 0.488802</w:t>
        <w:br/>
        <w:t>vt 0.569518 0.443499</w:t>
        <w:br/>
        <w:t>vt 0.569518 0.438239</w:t>
        <w:br/>
        <w:t>vt 0.650087 0.479934</w:t>
        <w:br/>
        <w:t>vt 0.650087 0.488802</w:t>
        <w:br/>
        <w:t>vt 0.623058 0.414099</w:t>
        <w:br/>
        <w:t>vt 0.623058 0.429341</w:t>
        <w:br/>
        <w:t>vt 0.569812 0.415906</w:t>
        <w:br/>
        <w:t>vt 0.676148 0.075982</w:t>
        <w:br/>
        <w:t>vt 0.676148 0.092937</w:t>
        <w:br/>
        <w:t>vt 0.680886 0.092937</w:t>
        <w:br/>
        <w:t>vt 0.680886 0.075982</w:t>
        <w:br/>
        <w:t>vt 0.741574 0.111905</w:t>
        <w:br/>
        <w:t>vt 0.741574 0.107102</w:t>
        <w:br/>
        <w:t>vt 0.724930 0.107102</w:t>
        <w:br/>
        <w:t>vt 0.724930 0.111905</w:t>
        <w:br/>
        <w:t>vt 0.690372 0.145955</w:t>
        <w:br/>
        <w:t>vt 0.718225 0.145955</w:t>
        <w:br/>
        <w:t>vt 0.718225 0.141213</w:t>
        <w:br/>
        <w:t>vt 0.690372 0.141213</w:t>
        <w:br/>
        <w:t>vt 0.751016 0.135418</w:t>
        <w:br/>
        <w:t>vt 0.751016 0.130619</w:t>
        <w:br/>
        <w:t>vt 0.723017 0.130619</w:t>
        <w:br/>
        <w:t>vt 0.723017 0.135418</w:t>
        <w:br/>
        <w:t>vt 0.694784 0.111216</w:t>
        <w:br/>
        <w:t>vt 0.694784 0.101771</w:t>
        <w:br/>
        <w:t>vt 0.690611 0.098261</w:t>
        <w:br/>
        <w:t>vt 0.690611 0.115007</w:t>
        <w:br/>
        <w:t>vt 0.714316 0.101771</w:t>
        <w:br/>
        <w:t>vt 0.718553 0.098261</w:t>
        <w:br/>
        <w:t>vt 0.718553 0.115007</w:t>
        <w:br/>
        <w:t>vt 0.714316 0.111216</w:t>
        <w:br/>
        <w:t>vt 0.713630 0.132096</w:t>
        <w:br/>
        <w:t>vt 0.717923 0.135658</w:t>
        <w:br/>
        <w:t>vt 0.717923 0.118775</w:t>
        <w:br/>
        <w:t>vt 0.713756 0.122563</w:t>
        <w:br/>
        <w:t>vt 0.694194 0.132096</w:t>
        <w:br/>
        <w:t>vt 0.690043 0.135658</w:t>
        <w:br/>
        <w:t>vt 0.694194 0.122563</w:t>
        <w:br/>
        <w:t>vt 0.690043 0.118775</w:t>
        <w:br/>
        <w:t>vt 0.742874 0.101111</w:t>
        <w:br/>
        <w:t>vt 0.742874 0.096334</w:t>
        <w:br/>
        <w:t>vt 0.723365 0.096334</w:t>
        <w:br/>
        <w:t>vt 0.723365 0.101111</w:t>
        <w:br/>
        <w:t>vt 0.745302 0.139852</w:t>
        <w:br/>
        <w:t>vt 0.725739 0.139852</w:t>
        <w:br/>
        <w:t>vt 0.725739 0.144651</w:t>
        <w:br/>
        <w:t>vt 0.745302 0.144651</w:t>
        <w:br/>
        <w:t>vt 0.731278 0.118820</w:t>
        <w:br/>
        <w:t>vt 0.721899 0.118820</w:t>
        <w:br/>
        <w:t>vt 0.721899 0.123625</w:t>
        <w:br/>
        <w:t>vt 0.731278 0.123625</w:t>
        <w:br/>
        <w:t>vt 0.735062 0.118622</w:t>
        <w:br/>
        <w:t>vt 0.735062 0.123393</w:t>
        <w:br/>
        <w:t>vt 0.744607 0.123393</w:t>
        <w:br/>
        <w:t>vt 0.744607 0.118622</w:t>
        <w:br/>
        <w:t>vt 0.699196 0.291741</w:t>
        <w:br/>
        <w:t>vt 0.691653 0.290763</w:t>
        <w:br/>
        <w:t>vt 0.691653 0.300021</w:t>
        <w:br/>
        <w:t>vt 0.699196 0.301219</w:t>
        <w:br/>
        <w:t>vt 0.691653 0.372232</w:t>
        <w:br/>
        <w:t>vt 0.699196 0.372694</w:t>
        <w:br/>
        <w:t>vt 0.699196 0.362783</w:t>
        <w:br/>
        <w:t>vt 0.691653 0.361961</w:t>
        <w:br/>
        <w:t>vt 0.691653 0.383302</w:t>
        <w:br/>
        <w:t>vt 0.699196 0.382951</w:t>
        <w:br/>
        <w:t>vt 0.691653 0.307340</w:t>
        <w:br/>
        <w:t>vt 0.699196 0.308260</w:t>
        <w:br/>
        <w:t>vt 0.699196 0.272247</w:t>
        <w:br/>
        <w:t>vt 0.691653 0.272957</w:t>
        <w:br/>
        <w:t>vt 0.691653 0.278594</w:t>
        <w:br/>
        <w:t>vt 0.699196 0.278844</w:t>
        <w:br/>
        <w:t>vt 0.691653 0.346425</w:t>
        <w:br/>
        <w:t>vt 0.699196 0.347246</w:t>
        <w:br/>
        <w:t>vt 0.699196 0.339204</w:t>
        <w:br/>
        <w:t>vt 0.691653 0.338852</w:t>
        <w:br/>
        <w:t>vt 0.699196 0.354766</w:t>
        <w:br/>
        <w:t>vt 0.691653 0.353848</w:t>
        <w:br/>
        <w:t>vt 0.691653 0.349988</w:t>
        <w:br/>
        <w:t>vt 0.699196 0.350855</w:t>
        <w:br/>
        <w:t>vt 0.704180 0.453958</w:t>
        <w:br/>
        <w:t>vt 0.704180 0.459829</w:t>
        <w:br/>
        <w:t>vt 0.709895 0.459829</w:t>
        <w:br/>
        <w:t>vt 0.709895 0.453958</w:t>
        <w:br/>
        <w:t>vt 0.704180 0.409451</w:t>
        <w:br/>
        <w:t>vt 0.704180 0.415704</w:t>
        <w:br/>
        <w:t>vt 0.709895 0.415704</w:t>
        <w:br/>
        <w:t>vt 0.709895 0.409451</w:t>
        <w:br/>
        <w:t>vt 0.709895 0.402543</w:t>
        <w:br/>
        <w:t>vt 0.704180 0.402543</w:t>
        <w:br/>
        <w:t>vt 0.704180 0.449470</w:t>
        <w:br/>
        <w:t>vt 0.709895 0.449470</w:t>
        <w:br/>
        <w:t>vt 0.704180 0.425429</w:t>
        <w:br/>
        <w:t>vt 0.704180 0.430283</w:t>
        <w:br/>
        <w:t>vt 0.709895 0.430283</w:t>
        <w:br/>
        <w:t>vt 0.709895 0.425429</w:t>
        <w:br/>
        <w:t>vt 0.704180 0.420771</w:t>
        <w:br/>
        <w:t>vt 0.709895 0.420771</w:t>
        <w:br/>
        <w:t>vt 0.709895 0.437042</w:t>
        <w:br/>
        <w:t>vt 0.704180 0.437042</w:t>
        <w:br/>
        <w:t>vt 0.704180 0.439010</w:t>
        <w:br/>
        <w:t>vt 0.709895 0.439010</w:t>
        <w:br/>
        <w:t>vt 0.704180 0.423193</w:t>
        <w:br/>
        <w:t>vt 0.709895 0.423193</w:t>
        <w:br/>
        <w:t>vt 0.704180 0.467495</w:t>
        <w:br/>
        <w:t>vt 0.704180 0.471678</w:t>
        <w:br/>
        <w:t>vt 0.709895 0.471678</w:t>
        <w:br/>
        <w:t>vt 0.709895 0.467495</w:t>
        <w:br/>
        <w:t>vt 0.690228 0.290874</w:t>
        <w:br/>
        <w:t>vt 0.690228 0.300166</w:t>
        <w:br/>
        <w:t>vt 0.699196 0.301219</w:t>
        <w:br/>
        <w:t>vt 0.700639 0.301251</w:t>
        <w:br/>
        <w:t>vt 0.700639 0.291784</w:t>
        <w:br/>
        <w:t>vt 0.699196 0.291741</w:t>
        <w:br/>
        <w:t>vt 0.699196 0.372694</w:t>
        <w:br/>
        <w:t>vt 0.700639 0.372681</w:t>
        <w:br/>
        <w:t>vt 0.700639 0.362763</w:t>
        <w:br/>
        <w:t>vt 0.699196 0.362783</w:t>
        <w:br/>
        <w:t>vt 0.690228 0.362023</w:t>
        <w:br/>
        <w:t>vt 0.690228 0.372159</w:t>
        <w:br/>
        <w:t>vt 0.690228 0.383437</w:t>
        <w:br/>
        <w:t>vt 0.699196 0.382951</w:t>
        <w:br/>
        <w:t>vt 0.700639 0.383260</w:t>
        <w:br/>
        <w:t>vt 0.699196 0.308260</w:t>
        <w:br/>
        <w:t>vt 0.700639 0.308368</w:t>
        <w:br/>
        <w:t>vt 0.690228 0.307553</w:t>
        <w:br/>
        <w:t>vt 0.690228 0.271311</w:t>
        <w:br/>
        <w:t>vt 0.690228 0.278521</w:t>
        <w:br/>
        <w:t>vt 0.691653 0.278594</w:t>
        <w:br/>
        <w:t>vt 0.691653 0.272957</w:t>
        <w:br/>
        <w:t>vt 0.690228 0.346375</w:t>
        <w:br/>
        <w:t>vt 0.691653 0.338852</w:t>
        <w:br/>
        <w:t>vt 0.690228 0.338699</w:t>
        <w:br/>
        <w:t>vt 0.690228 0.353825</w:t>
        <w:br/>
        <w:t>vt 0.700639 0.354564</w:t>
        <w:br/>
        <w:t>vt 0.699196 0.354766</w:t>
        <w:br/>
        <w:t>vt 0.700639 0.315503</w:t>
        <w:br/>
        <w:t>vt 0.699196 0.315464</w:t>
        <w:br/>
        <w:t>vt 0.699196 0.317881</w:t>
        <w:br/>
        <w:t>vt 0.700639 0.317789</w:t>
        <w:br/>
        <w:t>vt 0.691653 0.349988</w:t>
        <w:br/>
        <w:t>vt 0.690228 0.349951</w:t>
        <w:br/>
        <w:t>vt 0.700639 0.350621</w:t>
        <w:br/>
        <w:t>vt 0.699196 0.278844</w:t>
        <w:br/>
        <w:t>vt 0.700639 0.278818</w:t>
        <w:br/>
        <w:t>vt 0.700639 0.271311</w:t>
        <w:br/>
        <w:t>vt 0.699196 0.272247</w:t>
        <w:br/>
        <w:t>vt 0.699196 0.328159</w:t>
        <w:br/>
        <w:t>vt 0.699196 0.325012</w:t>
        <w:br/>
        <w:t>vt 0.691653 0.324762</w:t>
        <w:br/>
        <w:t>vt 0.691653 0.328064</w:t>
        <w:br/>
        <w:t>vt 0.690228 0.328202</w:t>
        <w:br/>
        <w:t>vt 0.691653 0.328064</w:t>
        <w:br/>
        <w:t>vt 0.691653 0.324762</w:t>
        <w:br/>
        <w:t>vt 0.690228 0.324685</w:t>
        <w:br/>
        <w:t>vt 0.700639 0.346982</w:t>
        <w:br/>
        <w:t>vt 0.700639 0.338950</w:t>
        <w:br/>
        <w:t>vt 0.699196 0.339204</w:t>
        <w:br/>
        <w:t>vt 0.699196 0.347246</w:t>
        <w:br/>
        <w:t>vt 0.704180 0.443320</w:t>
        <w:br/>
        <w:t>vt 0.704180 0.444926</w:t>
        <w:br/>
        <w:t>vt 0.709895 0.444926</w:t>
        <w:br/>
        <w:t>vt 0.709895 0.443320</w:t>
        <w:br/>
        <w:t>vt 0.700639 0.328200</w:t>
        <w:br/>
        <w:t>vt 0.700639 0.324919</w:t>
        <w:br/>
        <w:t>vt 0.699196 0.315464</w:t>
        <w:br/>
        <w:t>vt 0.691653 0.314825</w:t>
        <w:br/>
        <w:t>vt 0.691653 0.317912</w:t>
        <w:br/>
        <w:t>vt 0.699196 0.317881</w:t>
        <w:br/>
        <w:t>vt 0.690228 0.314932</w:t>
        <w:br/>
        <w:t>vt 0.690228 0.317708</w:t>
        <w:br/>
        <w:t>vt 0.691653 0.321505</w:t>
        <w:br/>
        <w:t>vt 0.699196 0.321634</w:t>
        <w:br/>
        <w:t>vt 0.690228 0.321131</w:t>
        <w:br/>
        <w:t>vt 0.691653 0.321505</w:t>
        <w:br/>
        <w:t>vt 0.709895 0.441100</w:t>
        <w:br/>
        <w:t>vt 0.704180 0.441100</w:t>
        <w:br/>
        <w:t>vt 0.700639 0.321384</w:t>
        <w:br/>
        <w:t>vt 0.699196 0.321634</w:t>
        <w:br/>
        <w:t>vt 0.699196 0.332007</w:t>
        <w:br/>
        <w:t>vt 0.691653 0.332456</w:t>
        <w:br/>
        <w:t>vt 0.691653 0.332456</w:t>
        <w:br/>
        <w:t>vt 0.690228 0.332653</w:t>
        <w:br/>
        <w:t>vt 0.709895 0.434379</w:t>
        <w:br/>
        <w:t>vt 0.704180 0.434379</w:t>
        <w:br/>
        <w:t>vt 0.700639 0.332096</w:t>
        <w:br/>
        <w:t>vt 0.699196 0.332007</w:t>
        <w:br/>
        <w:t>vt 0.691653 0.281198</w:t>
        <w:br/>
        <w:t>vt 0.699196 0.281521</w:t>
        <w:br/>
        <w:t>vt 0.690228 0.282192</w:t>
        <w:br/>
        <w:t>vt 0.691653 0.281198</w:t>
        <w:br/>
        <w:t>vt 0.709895 0.465362</w:t>
        <w:br/>
        <w:t>vt 0.704180 0.465362</w:t>
        <w:br/>
        <w:t>vt 0.699196 0.281521</w:t>
        <w:br/>
        <w:t>vt 0.700639 0.282706</w:t>
        <w:br/>
        <w:t>vt 0.699196 0.407539</w:t>
        <w:br/>
        <w:t>vt 0.700639 0.408630</w:t>
        <w:br/>
        <w:t>vt 0.699196 0.406024</w:t>
        <w:br/>
        <w:t>vt 0.709895 0.387489</w:t>
        <w:br/>
        <w:t>vt 0.704180 0.387489</w:t>
        <w:br/>
        <w:t>vt 0.704180 0.389662</w:t>
        <w:br/>
        <w:t>vt 0.709895 0.389662</w:t>
        <w:br/>
        <w:t>vt 0.690228 0.408630</w:t>
        <w:br/>
        <w:t>vt 0.691653 0.407539</w:t>
        <w:br/>
        <w:t>vt 0.691653 0.406428</w:t>
        <w:br/>
        <w:t>vt 0.699196 0.403228</w:t>
        <w:br/>
        <w:t>vt 0.691653 0.403750</w:t>
        <w:br/>
        <w:t>vt 0.691653 0.406428</w:t>
        <w:br/>
        <w:t>vt 0.699196 0.406024</w:t>
        <w:br/>
        <w:t>vt 0.691653 0.406428</w:t>
        <w:br/>
        <w:t>vt 0.691653 0.407539</w:t>
        <w:br/>
        <w:t>vt 0.699196 0.407539</w:t>
        <w:br/>
        <w:t>vt 0.699196 0.406024</w:t>
        <w:br/>
        <w:t>vt 0.699196 0.272247</w:t>
        <w:br/>
        <w:t>vt 0.699196 0.271513</w:t>
        <w:br/>
        <w:t>vt 0.691653 0.271513</w:t>
        <w:br/>
        <w:t>vt 0.691653 0.272957</w:t>
        <w:br/>
        <w:t>vt 0.691653 0.271513</w:t>
        <w:br/>
        <w:t>vt 0.699196 0.271513</w:t>
        <w:br/>
        <w:t>vt 0.700639 0.271311</w:t>
        <w:br/>
        <w:t>vt 0.690228 0.271311</w:t>
        <w:br/>
        <w:t>vt 0.699196 0.271513</w:t>
        <w:br/>
        <w:t>vt 0.691653 0.271513</w:t>
        <w:br/>
        <w:t>vt 0.700639 0.403952</w:t>
        <w:br/>
        <w:t>vt 0.700639 0.393690</w:t>
        <w:br/>
        <w:t>vt 0.699196 0.393732</w:t>
        <w:br/>
        <w:t>vt 0.699196 0.403228</w:t>
        <w:br/>
        <w:t>vt 0.704180 0.395662</w:t>
        <w:br/>
        <w:t>vt 0.709895 0.395662</w:t>
        <w:br/>
        <w:t>vt 0.691653 0.403750</w:t>
        <w:br/>
        <w:t>vt 0.691653 0.394546</w:t>
        <w:br/>
        <w:t>vt 0.690228 0.394626</w:t>
        <w:br/>
        <w:t>vt 0.690228 0.404249</w:t>
        <w:br/>
        <w:t>vt 0.699196 0.393732</w:t>
        <w:br/>
        <w:t>vt 0.691653 0.394546</w:t>
        <w:br/>
        <w:t>vt 0.700639 0.408630</w:t>
        <w:br/>
        <w:t>vt 0.690228 0.408630</w:t>
        <w:br/>
        <w:t>vt 0.757650 0.026082</w:t>
        <w:br/>
        <w:t>vt 0.757650 0.017829</w:t>
        <w:br/>
        <w:t>vt 0.766347 0.017829</w:t>
        <w:br/>
        <w:t>vt 0.766347 0.026082</w:t>
        <w:br/>
        <w:t>vt 0.744797 0.013866</w:t>
        <w:br/>
        <w:t>vt 0.744797 0.004997</w:t>
        <w:br/>
        <w:t>vt 0.754770 0.004997</w:t>
        <w:br/>
        <w:t>vt 0.755655 0.013866</w:t>
        <w:br/>
        <w:t>vt 0.710066 0.013623</w:t>
        <w:br/>
        <w:t>vt 0.698651 0.013623</w:t>
        <w:br/>
        <w:t>vt 0.698651 0.005371</w:t>
        <w:br/>
        <w:t>vt 0.710066 0.005371</w:t>
        <w:br/>
        <w:t>vt 0.719393 0.026399</w:t>
        <w:br/>
        <w:t>vt 0.709894 0.026399</w:t>
        <w:br/>
        <w:t>vt 0.709894 0.017222</w:t>
        <w:br/>
        <w:t>vt 0.720524 0.017222</w:t>
        <w:br/>
        <w:t>vt 0.736274 0.005371</w:t>
        <w:br/>
        <w:t>vt 0.736274 0.013623</w:t>
        <w:br/>
        <w:t>vt 0.730028 0.013623</w:t>
        <w:br/>
        <w:t>vt 0.730028 0.005371</w:t>
        <w:br/>
        <w:t>vt 0.705288 0.017429</w:t>
        <w:br/>
        <w:t>vt 0.705288 0.025681</w:t>
        <w:br/>
        <w:t>vt 0.694600 0.025681</w:t>
        <w:br/>
        <w:t>vt 0.694600 0.017429</w:t>
        <w:br/>
        <w:t>vt 0.714768 0.005371</w:t>
        <w:br/>
        <w:t>vt 0.714768 0.013623</w:t>
        <w:br/>
        <w:t>vt 0.723287 0.026399</w:t>
        <w:br/>
        <w:t>vt 0.724088 0.017222</w:t>
        <w:br/>
        <w:t>vt 0.754662 0.017829</w:t>
        <w:br/>
        <w:t>vt 0.754662 0.026082</w:t>
        <w:br/>
        <w:t>vt 0.758946 0.004997</w:t>
        <w:br/>
        <w:t>vt 0.759562 0.013866</w:t>
        <w:br/>
        <w:t>vt 0.726087 0.013623</w:t>
        <w:br/>
        <w:t>vt 0.719440 0.013623</w:t>
        <w:br/>
        <w:t>vt 0.719440 0.005371</w:t>
        <w:br/>
        <w:t>vt 0.726087 0.005371</w:t>
        <w:br/>
        <w:t>vt 0.733141 0.017222</w:t>
        <w:br/>
        <w:t>vt 0.735718 0.026399</w:t>
        <w:br/>
        <w:t>vt 0.727258 0.026399</w:t>
        <w:br/>
        <w:t>vt 0.727534 0.017222</w:t>
        <w:br/>
        <w:t>vt 0.744448 0.026082</w:t>
        <w:br/>
        <w:t>vt 0.744448 0.017829</w:t>
        <w:br/>
        <w:t>vt 0.751674 0.017829</w:t>
        <w:br/>
        <w:t>vt 0.751674 0.026082</w:t>
        <w:br/>
        <w:t>vt 0.769296 0.013866</w:t>
        <w:br/>
        <w:t>vt 0.763315 0.013866</w:t>
        <w:br/>
        <w:t>vt 0.763212 0.004997</w:t>
        <w:br/>
        <w:t>vt 0.772127 0.004997</w:t>
        <w:br/>
        <w:t>vt 0.772127 0.013866</w:t>
        <w:br/>
        <w:t>vt 0.730028 0.013623</w:t>
        <w:br/>
        <w:t>vt 0.730028 0.005371</w:t>
        <w:br/>
        <w:t>vt 0.735718 0.017222</w:t>
        <w:br/>
        <w:t>vt 0.768913 0.095531</w:t>
        <w:br/>
        <w:t>vt 0.768913 0.098595</w:t>
        <w:br/>
        <w:t>vt 0.759537 0.098595</w:t>
        <w:br/>
        <w:t>vt 0.759537 0.095531</w:t>
        <w:br/>
        <w:t>vt 0.788532 0.095531</w:t>
        <w:br/>
        <w:t>vt 0.788532 0.098595</w:t>
        <w:br/>
        <w:t>vt 0.772667 0.098595</w:t>
        <w:br/>
        <w:t>vt 0.772667 0.095531</w:t>
        <w:br/>
        <w:t>vt 0.789223 0.105724</w:t>
        <w:br/>
        <w:t>vt 0.797040 0.110062</w:t>
        <w:br/>
        <w:t>vt 0.781514 0.110062</w:t>
        <w:br/>
        <w:t>vt 0.773118 0.106983</w:t>
        <w:br/>
        <w:t>vt 0.773118 0.123295</w:t>
        <w:br/>
        <w:t>vt 0.768641 0.121314</w:t>
        <w:br/>
        <w:t>vt 0.768641 0.109301</w:t>
        <w:br/>
        <w:t>vt 0.760895 0.125635</w:t>
        <w:br/>
        <w:t>vt 0.753131 0.121314</w:t>
        <w:br/>
        <w:t>vt 0.748626 0.123223</w:t>
        <w:br/>
        <w:t>vt 0.748626 0.107412</w:t>
        <w:br/>
        <w:t>vt 0.753131 0.109301</w:t>
        <w:br/>
        <w:t>vt 0.812153 0.117731</w:t>
        <w:br/>
        <w:t>vt 0.809090 0.117731</w:t>
        <w:br/>
        <w:t>vt 0.809090 0.105507</w:t>
        <w:br/>
        <w:t>vt 0.812153 0.105507</w:t>
        <w:br/>
        <w:t>vt 0.840940 0.119717</w:t>
        <w:br/>
        <w:t>vt 0.837876 0.119717</w:t>
        <w:br/>
        <w:t>vt 0.837876 0.104362</w:t>
        <w:br/>
        <w:t>vt 0.840940 0.104362</w:t>
        <w:br/>
        <w:t>vt 0.801491 0.107432</w:t>
        <w:br/>
        <w:t>vt 0.801491 0.123758</w:t>
        <w:br/>
        <w:t>vt 0.797040 0.122023</w:t>
        <w:br/>
        <w:t>vt 0.750080 0.098595</w:t>
        <w:br/>
        <w:t>vt 0.750080 0.095531</w:t>
        <w:br/>
        <w:t>vt 0.789278 0.126343</w:t>
        <w:br/>
        <w:t>vt 0.781514 0.122023</w:t>
        <w:br/>
        <w:t>vt 0.777007 0.123976</w:t>
        <w:br/>
        <w:t>vt 0.777007 0.108117</w:t>
        <w:br/>
        <w:t>vt 0.760830 0.104949</w:t>
        <w:br/>
        <w:t>vt 0.792206 0.095531</w:t>
        <w:br/>
        <w:t>vt 0.792206 0.098595</w:t>
        <w:br/>
        <w:t>vt 0.814739 0.098595</w:t>
        <w:br/>
        <w:t>vt 0.811115 0.098595</w:t>
        <w:br/>
        <w:t>vt 0.811115 0.095531</w:t>
        <w:br/>
        <w:t>vt 0.814739 0.095531</w:t>
        <w:br/>
        <w:t>vt 0.834233 0.095531</w:t>
        <w:br/>
        <w:t>vt 0.834233 0.098595</w:t>
        <w:br/>
        <w:t>vt 0.830603 0.098595</w:t>
        <w:br/>
        <w:t>vt 0.830603 0.095531</w:t>
        <w:br/>
        <w:t>vt 0.797994 0.105724</w:t>
        <w:br/>
        <w:t>vt 0.751530 0.104949</w:t>
        <w:br/>
        <w:t>vt 0.779883 0.105724</w:t>
        <w:br/>
        <w:t>vt 0.769895 0.104949</w:t>
        <w:br/>
        <w:t>vt 0.798654 0.126343</w:t>
        <w:br/>
        <w:t>vt 0.751591 0.125635</w:t>
        <w:br/>
        <w:t>vt 0.779873 0.126343</w:t>
        <w:br/>
        <w:t>vt 0.770200 0.125635</w:t>
        <w:br/>
        <w:t>vt 0.831372 0.120017</w:t>
        <w:br/>
        <w:t>vt 0.828309 0.120017</w:t>
        <w:br/>
        <w:t>vt 0.828309 0.104664</w:t>
        <w:br/>
        <w:t>vt 0.831372 0.104664</w:t>
        <w:br/>
        <w:t>vt 0.818144 0.117802</w:t>
        <w:br/>
        <w:t>vt 0.818144 0.105579</w:t>
        <w:br/>
        <w:t>vt 0.821207 0.105579</w:t>
        <w:br/>
        <w:t>vt 0.821207 0.117802</w:t>
        <w:br/>
        <w:t>vt 0.801579 0.098595</w:t>
        <w:br/>
        <w:t>vt 0.801579 0.095531</w:t>
        <w:br/>
        <w:t>vt 0.757650 0.026082</w:t>
        <w:br/>
        <w:t>vt 0.757650 0.017829</w:t>
        <w:br/>
        <w:t>vt 0.766347 0.017829</w:t>
        <w:br/>
        <w:t>vt 0.766347 0.026082</w:t>
        <w:br/>
        <w:t>vt 0.744797 0.013866</w:t>
        <w:br/>
        <w:t>vt 0.744797 0.004997</w:t>
        <w:br/>
        <w:t>vt 0.754770 0.004997</w:t>
        <w:br/>
        <w:t>vt 0.755655 0.013866</w:t>
        <w:br/>
        <w:t>vt 0.710066 0.005371</w:t>
        <w:br/>
        <w:t>vt 0.710066 0.013623</w:t>
        <w:br/>
        <w:t>vt 0.698651 0.013623</w:t>
        <w:br/>
        <w:t>vt 0.698651 0.005371</w:t>
        <w:br/>
        <w:t>vt 0.719393 0.026399</w:t>
        <w:br/>
        <w:t>vt 0.709894 0.026399</w:t>
        <w:br/>
        <w:t>vt 0.709894 0.017222</w:t>
        <w:br/>
        <w:t>vt 0.720524 0.017222</w:t>
        <w:br/>
        <w:t>vt 0.736274 0.005371</w:t>
        <w:br/>
        <w:t>vt 0.736274 0.013623</w:t>
        <w:br/>
        <w:t>vt 0.730028 0.013623</w:t>
        <w:br/>
        <w:t>vt 0.730028 0.005371</w:t>
        <w:br/>
        <w:t>vt 0.705288 0.025681</w:t>
        <w:br/>
        <w:t>vt 0.694600 0.025681</w:t>
        <w:br/>
        <w:t>vt 0.694600 0.017429</w:t>
        <w:br/>
        <w:t>vt 0.705288 0.017429</w:t>
        <w:br/>
        <w:t>vt 0.714768 0.005371</w:t>
        <w:br/>
        <w:t>vt 0.714768 0.013623</w:t>
        <w:br/>
        <w:t>vt 0.723287 0.026399</w:t>
        <w:br/>
        <w:t>vt 0.724088 0.017222</w:t>
        <w:br/>
        <w:t>vt 0.754662 0.017829</w:t>
        <w:br/>
        <w:t>vt 0.754662 0.026082</w:t>
        <w:br/>
        <w:t>vt 0.758946 0.004997</w:t>
        <w:br/>
        <w:t>vt 0.759562 0.013866</w:t>
        <w:br/>
        <w:t>vt 0.726087 0.013623</w:t>
        <w:br/>
        <w:t>vt 0.719440 0.013623</w:t>
        <w:br/>
        <w:t>vt 0.719440 0.005371</w:t>
        <w:br/>
        <w:t>vt 0.726087 0.005371</w:t>
        <w:br/>
        <w:t>vt 0.733141 0.017222</w:t>
        <w:br/>
        <w:t>vt 0.735718 0.026399</w:t>
        <w:br/>
        <w:t>vt 0.727258 0.026399</w:t>
        <w:br/>
        <w:t>vt 0.727534 0.017222</w:t>
        <w:br/>
        <w:t>vt 0.744448 0.026082</w:t>
        <w:br/>
        <w:t>vt 0.744448 0.017829</w:t>
        <w:br/>
        <w:t>vt 0.751674 0.017829</w:t>
        <w:br/>
        <w:t>vt 0.751674 0.026082</w:t>
        <w:br/>
        <w:t>vt 0.769296 0.013866</w:t>
        <w:br/>
        <w:t>vt 0.763315 0.013866</w:t>
        <w:br/>
        <w:t>vt 0.763212 0.004997</w:t>
        <w:br/>
        <w:t>vt 0.772127 0.004997</w:t>
        <w:br/>
        <w:t>vt 0.772127 0.013866</w:t>
        <w:br/>
        <w:t>vt 0.735718 0.017222</w:t>
        <w:br/>
        <w:t>vt 0.768913 0.098595</w:t>
        <w:br/>
        <w:t>vt 0.759537 0.098595</w:t>
        <w:br/>
        <w:t>vt 0.759537 0.095531</w:t>
        <w:br/>
        <w:t>vt 0.768913 0.095531</w:t>
        <w:br/>
        <w:t>vt 0.788532 0.095531</w:t>
        <w:br/>
        <w:t>vt 0.788532 0.098595</w:t>
        <w:br/>
        <w:t>vt 0.772667 0.098595</w:t>
        <w:br/>
        <w:t>vt 0.772667 0.095531</w:t>
        <w:br/>
        <w:t>vt 0.789223 0.105724</w:t>
        <w:br/>
        <w:t>vt 0.797040 0.110062</w:t>
        <w:br/>
        <w:t>vt 0.781514 0.110062</w:t>
        <w:br/>
        <w:t>vt 0.773118 0.106983</w:t>
        <w:br/>
        <w:t>vt 0.773118 0.123295</w:t>
        <w:br/>
        <w:t>vt 0.768641 0.121314</w:t>
        <w:br/>
        <w:t>vt 0.768641 0.109301</w:t>
        <w:br/>
        <w:t>vt 0.760895 0.125635</w:t>
        <w:br/>
        <w:t>vt 0.753131 0.121314</w:t>
        <w:br/>
        <w:t>vt 0.748626 0.123223</w:t>
        <w:br/>
        <w:t>vt 0.748626 0.107412</w:t>
        <w:br/>
        <w:t>vt 0.753131 0.109301</w:t>
        <w:br/>
        <w:t>vt 0.812153 0.117731</w:t>
        <w:br/>
        <w:t>vt 0.809090 0.117731</w:t>
        <w:br/>
        <w:t>vt 0.809090 0.105507</w:t>
        <w:br/>
        <w:t>vt 0.812153 0.105507</w:t>
        <w:br/>
        <w:t>vt 0.840940 0.119717</w:t>
        <w:br/>
        <w:t>vt 0.837876 0.119717</w:t>
        <w:br/>
        <w:t>vt 0.837876 0.104362</w:t>
        <w:br/>
        <w:t>vt 0.840940 0.104362</w:t>
        <w:br/>
        <w:t>vt 0.801491 0.107432</w:t>
        <w:br/>
        <w:t>vt 0.801491 0.123758</w:t>
        <w:br/>
        <w:t>vt 0.797040 0.122023</w:t>
        <w:br/>
        <w:t>vt 0.750080 0.098595</w:t>
        <w:br/>
        <w:t>vt 0.750080 0.095531</w:t>
        <w:br/>
        <w:t>vt 0.789278 0.126343</w:t>
        <w:br/>
        <w:t>vt 0.781514 0.122023</w:t>
        <w:br/>
        <w:t>vt 0.777007 0.123976</w:t>
        <w:br/>
        <w:t>vt 0.777007 0.108117</w:t>
        <w:br/>
        <w:t>vt 0.760830 0.104949</w:t>
        <w:br/>
        <w:t>vt 0.792206 0.098595</w:t>
        <w:br/>
        <w:t>vt 0.792206 0.095531</w:t>
        <w:br/>
        <w:t>vt 0.814739 0.095531</w:t>
        <w:br/>
        <w:t>vt 0.814739 0.098595</w:t>
        <w:br/>
        <w:t>vt 0.811115 0.098595</w:t>
        <w:br/>
        <w:t>vt 0.811115 0.095531</w:t>
        <w:br/>
        <w:t>vt 0.834233 0.095531</w:t>
        <w:br/>
        <w:t>vt 0.834233 0.098595</w:t>
        <w:br/>
        <w:t>vt 0.830603 0.098595</w:t>
        <w:br/>
        <w:t>vt 0.830603 0.095531</w:t>
        <w:br/>
        <w:t>vt 0.797994 0.105724</w:t>
        <w:br/>
        <w:t>vt 0.751530 0.104949</w:t>
        <w:br/>
        <w:t>vt 0.779883 0.105724</w:t>
        <w:br/>
        <w:t>vt 0.769895 0.104949</w:t>
        <w:br/>
        <w:t>vt 0.798654 0.126343</w:t>
        <w:br/>
        <w:t>vt 0.751591 0.125635</w:t>
        <w:br/>
        <w:t>vt 0.779873 0.126343</w:t>
        <w:br/>
        <w:t>vt 0.770200 0.125635</w:t>
        <w:br/>
        <w:t>vt 0.831372 0.120017</w:t>
        <w:br/>
        <w:t>vt 0.828309 0.120017</w:t>
        <w:br/>
        <w:t>vt 0.828309 0.104664</w:t>
        <w:br/>
        <w:t>vt 0.831372 0.104664</w:t>
        <w:br/>
        <w:t>vt 0.818144 0.117802</w:t>
        <w:br/>
        <w:t>vt 0.818144 0.105579</w:t>
        <w:br/>
        <w:t>vt 0.821207 0.105579</w:t>
        <w:br/>
        <w:t>vt 0.821207 0.117802</w:t>
        <w:br/>
        <w:t>vt 0.801579 0.098595</w:t>
        <w:br/>
        <w:t>vt 0.801579 0.095531</w:t>
        <w:br/>
        <w:t>vt 0.855152 0.278089</w:t>
        <w:br/>
        <w:t>vt 0.855152 0.280389</w:t>
        <w:br/>
        <w:t>vt 0.853352 0.280389</w:t>
        <w:br/>
        <w:t>vt 0.853352 0.278089</w:t>
        <w:br/>
        <w:t>vt 0.878352 0.278089</w:t>
        <w:br/>
        <w:t>vt 0.878352 0.280389</w:t>
        <w:br/>
        <w:t>vt 0.875852 0.280389</w:t>
        <w:br/>
        <w:t>vt 0.875852 0.278089</w:t>
        <w:br/>
        <w:t>vt 0.870452 0.278089</w:t>
        <w:br/>
        <w:t>vt 0.870452 0.280389</w:t>
        <w:br/>
        <w:t>vt 0.862952 0.280389</w:t>
        <w:br/>
        <w:t>vt 0.862952 0.278089</w:t>
        <w:br/>
        <w:t>vt 0.857152 0.278089</w:t>
        <w:br/>
        <w:t>vt 0.857152 0.280389</w:t>
        <w:br/>
        <w:t>vt 0.878752 0.278089</w:t>
        <w:br/>
        <w:t>vt 0.878752 0.280389</w:t>
        <w:br/>
        <w:t>vt 0.897632 0.275303</w:t>
        <w:br/>
        <w:t>vt 0.893932 0.275503</w:t>
        <w:br/>
        <w:t>vt 0.893932 0.264203</w:t>
        <w:br/>
        <w:t>vt 0.897632 0.264103</w:t>
        <w:br/>
        <w:t>vt 0.897632 0.279503</w:t>
        <w:br/>
        <w:t>vt 0.897632 0.282903</w:t>
        <w:br/>
        <w:t>vt 0.893932 0.282903</w:t>
        <w:br/>
        <w:t>vt 0.893932 0.279303</w:t>
        <w:br/>
        <w:t>vt 0.893032 0.232303</w:t>
        <w:br/>
        <w:t>vt 0.893932 0.232803</w:t>
        <w:br/>
        <w:t>vt 0.893932 0.233403</w:t>
        <w:br/>
        <w:t>vt 0.893032 0.233203</w:t>
        <w:br/>
        <w:t>vt 0.893932 0.238303</w:t>
        <w:br/>
        <w:t>vt 0.893032 0.238103</w:t>
        <w:br/>
        <w:t>vt 0.893932 0.249103</w:t>
        <w:br/>
        <w:t>vt 0.893032 0.248903</w:t>
        <w:br/>
        <w:t>vt 0.893932 0.264203</w:t>
        <w:br/>
        <w:t>vt 0.893032 0.263803</w:t>
        <w:br/>
        <w:t>vt 0.893932 0.275503</w:t>
        <w:br/>
        <w:t>vt 0.893932 0.279303</w:t>
        <w:br/>
        <w:t>vt 0.893032 0.279103</w:t>
        <w:br/>
        <w:t>vt 0.893032 0.275203</w:t>
        <w:br/>
        <w:t>vt 0.893932 0.282903</w:t>
        <w:br/>
        <w:t>vt 0.893032 0.282903</w:t>
        <w:br/>
        <w:t>vt 0.897632 0.232803</w:t>
        <w:br/>
        <w:t>vt 0.897632 0.234103</w:t>
        <w:br/>
        <w:t>vt 0.897632 0.239303</w:t>
        <w:br/>
        <w:t>vt 0.897632 0.249603</w:t>
        <w:br/>
        <w:t>vt 0.898632 0.232303</w:t>
        <w:br/>
        <w:t>vt 0.898632 0.234303</w:t>
        <w:br/>
        <w:t>vt 0.897632 0.234103</w:t>
        <w:br/>
        <w:t>vt 0.897632 0.232803</w:t>
        <w:br/>
        <w:t>vt 0.898632 0.239303</w:t>
        <w:br/>
        <w:t>vt 0.897632 0.239303</w:t>
        <w:br/>
        <w:t>vt 0.898632 0.249603</w:t>
        <w:br/>
        <w:t>vt 0.897632 0.249603</w:t>
        <w:br/>
        <w:t>vt 0.898632 0.263903</w:t>
        <w:br/>
        <w:t>vt 0.897632 0.264103</w:t>
        <w:br/>
        <w:t>vt 0.897632 0.275303</w:t>
        <w:br/>
        <w:t>vt 0.898632 0.275003</w:t>
        <w:br/>
        <w:t>vt 0.898632 0.279203</w:t>
        <w:br/>
        <w:t>vt 0.898632 0.282903</w:t>
        <w:br/>
        <w:t>vt 0.893932 0.232803</w:t>
        <w:br/>
        <w:t>vt 0.893032 0.232303</w:t>
        <w:br/>
        <w:t>vt 0.898632 0.232303</w:t>
        <w:br/>
        <w:t>vt 0.897632 0.232803</w:t>
        <w:br/>
        <w:t>vt 0.897632 0.282903</w:t>
        <w:br/>
        <w:t>vt 0.898632 0.282903</w:t>
        <w:br/>
        <w:t>vt 0.893032 0.282903</w:t>
        <w:br/>
        <w:t>vt 0.893932 0.282903</w:t>
        <w:br/>
        <w:t>vt 0.572346 0.501215</w:t>
        <w:br/>
        <w:t>vt 0.572346 0.506615</w:t>
        <w:br/>
        <w:t>vt 0.570646 0.506615</w:t>
        <w:br/>
        <w:t>vt 0.570646 0.501215</w:t>
        <w:br/>
        <w:t>vt 0.570046 0.496615</w:t>
        <w:br/>
        <w:t>vt 0.567746 0.496615</w:t>
        <w:br/>
        <w:t>vt 0.568346 0.495515</w:t>
        <w:br/>
        <w:t>vt 0.570146 0.495515</w:t>
        <w:br/>
        <w:t>vt 0.570146 0.495515</w:t>
        <w:br/>
        <w:t>vt 0.568346 0.495515</w:t>
        <w:br/>
        <w:t>vt 0.568346 0.489715</w:t>
        <w:br/>
        <w:t>vt 0.570046 0.489715</w:t>
        <w:br/>
        <w:t>vt 0.568346 0.489715</w:t>
        <w:br/>
        <w:t>vt 0.567746 0.488615</w:t>
        <w:br/>
        <w:t>vt 0.569946 0.488615</w:t>
        <w:br/>
        <w:t>vt 0.570046 0.489715</w:t>
        <w:br/>
        <w:t>vt 0.595446 0.489715</w:t>
        <w:br/>
        <w:t>vt 0.596346 0.495515</w:t>
        <w:br/>
        <w:t>vt 0.582046 0.495515</w:t>
        <w:br/>
        <w:t>vt 0.580946 0.489715</w:t>
        <w:br/>
        <w:t>vt 0.596946 0.506615</w:t>
        <w:br/>
        <w:t>vt 0.583046 0.506615</w:t>
        <w:br/>
        <w:t>vt 0.583046 0.501215</w:t>
        <w:br/>
        <w:t>vt 0.596946 0.501215</w:t>
        <w:br/>
        <w:t>vt 0.595246 0.488615</w:t>
        <w:br/>
        <w:t>vt 0.595446 0.489715</w:t>
        <w:br/>
        <w:t>vt 0.580946 0.489715</w:t>
        <w:br/>
        <w:t>vt 0.580946 0.488615</w:t>
        <w:br/>
        <w:t>vt 0.573346 0.495515</w:t>
        <w:br/>
        <w:t>vt 0.572646 0.489715</w:t>
        <w:br/>
        <w:t>vt 0.573346 0.495515</w:t>
        <w:br/>
        <w:t>vt 0.582046 0.495515</w:t>
        <w:br/>
        <w:t>vt 0.582046 0.496615</w:t>
        <w:br/>
        <w:t>vt 0.573346 0.496615</w:t>
        <w:br/>
        <w:t>vt 0.574846 0.506615</w:t>
        <w:br/>
        <w:t>vt 0.574846 0.501215</w:t>
        <w:br/>
        <w:t>vt 0.572646 0.489715</w:t>
        <w:br/>
        <w:t>vt 0.572646 0.488615</w:t>
        <w:br/>
        <w:t>vt 0.638146 0.489715</w:t>
        <w:br/>
        <w:t>vt 0.638146 0.495515</w:t>
        <w:br/>
        <w:t>vt 0.628846 0.495515</w:t>
        <w:br/>
        <w:t>vt 0.628846 0.489715</w:t>
        <w:br/>
        <w:t>vt 0.628846 0.495515</w:t>
        <w:br/>
        <w:t>vt 0.638146 0.495515</w:t>
        <w:br/>
        <w:t>vt 0.638046 0.496615</w:t>
        <w:br/>
        <w:t>vt 0.628146 0.496615</w:t>
        <w:br/>
        <w:t>vt 0.628446 0.501215</w:t>
        <w:br/>
        <w:t>vt 0.637646 0.501215</w:t>
        <w:br/>
        <w:t>vt 0.637646 0.506615</w:t>
        <w:br/>
        <w:t>vt 0.628446 0.506615</w:t>
        <w:br/>
        <w:t>vt 0.637946 0.488615</w:t>
        <w:br/>
        <w:t>vt 0.638146 0.489715</w:t>
        <w:br/>
        <w:t>vt 0.628846 0.489715</w:t>
        <w:br/>
        <w:t>vt 0.628046 0.488615</w:t>
        <w:br/>
        <w:t>vt 0.643196 0.489715</w:t>
        <w:br/>
        <w:t>vt 0.643196 0.495515</w:t>
        <w:br/>
        <w:t>vt 0.641146 0.495515</w:t>
        <w:br/>
        <w:t>vt 0.640646 0.489715</w:t>
        <w:br/>
        <w:t>vt 0.641946 0.506615</w:t>
        <w:br/>
        <w:t>vt 0.639846 0.506615</w:t>
        <w:br/>
        <w:t>vt 0.639846 0.501215</w:t>
        <w:br/>
        <w:t>vt 0.641946 0.501215</w:t>
        <w:br/>
        <w:t>vt 0.643446 0.496615</w:t>
        <w:br/>
        <w:t>vt 0.640846 0.496615</w:t>
        <w:br/>
        <w:t>vt 0.641146 0.495515</w:t>
        <w:br/>
        <w:t>vt 0.643196 0.495515</w:t>
        <w:br/>
        <w:t>vt 0.643446 0.488615</w:t>
        <w:br/>
        <w:t>vt 0.643196 0.489715</w:t>
        <w:br/>
        <w:t>vt 0.640646 0.489715</w:t>
        <w:br/>
        <w:t>vt 0.640446 0.488615</w:t>
        <w:br/>
        <w:t>vt 0.614146 0.488615</w:t>
        <w:br/>
        <w:t>vt 0.614746 0.489715</w:t>
        <w:br/>
        <w:t>vt 0.614746 0.489715</w:t>
        <w:br/>
        <w:t>vt 0.615146 0.495515</w:t>
        <w:br/>
        <w:t>vt 0.615146 0.501215</w:t>
        <w:br/>
        <w:t>vt 0.615146 0.506615</w:t>
        <w:br/>
        <w:t>vt 0.615146 0.495515</w:t>
        <w:br/>
        <w:t>vt 0.614646 0.496615</w:t>
        <w:br/>
        <w:t>vt 0.568346 0.495515</w:t>
        <w:br/>
        <w:t>vt 0.567746 0.496615</w:t>
        <w:br/>
        <w:t>vt 0.567746 0.488615</w:t>
        <w:br/>
        <w:t>vt 0.568346 0.489715</w:t>
        <w:br/>
        <w:t>vt 0.643446 0.496615</w:t>
        <w:br/>
        <w:t>vt 0.643196 0.495515</w:t>
        <w:br/>
        <w:t>vt 0.643196 0.489715</w:t>
        <w:br/>
        <w:t>vt 0.643446 0.488615</w:t>
        <w:br/>
        <w:t>vt 0.896332 0.169074</w:t>
        <w:br/>
        <w:t>vt 0.893532 0.169074</w:t>
        <w:br/>
        <w:t>vt 0.893532 0.166774</w:t>
        <w:br/>
        <w:t>vt 0.896332 0.166774</w:t>
        <w:br/>
        <w:t>vt 0.896332 0.200674</w:t>
        <w:br/>
        <w:t>vt 0.893532 0.200674</w:t>
        <w:br/>
        <w:t>vt 0.893532 0.199974</w:t>
        <w:br/>
        <w:t>vt 0.896332 0.199974</w:t>
        <w:br/>
        <w:t>vt 0.896332 0.170974</w:t>
        <w:br/>
        <w:t>vt 0.893532 0.170974</w:t>
        <w:br/>
        <w:t>vt 0.900032 0.227072</w:t>
        <w:br/>
        <w:t>vt 0.900032 0.225272</w:t>
        <w:br/>
        <w:t>vt 0.901032 0.225572</w:t>
        <w:br/>
        <w:t>vt 0.901032 0.226772</w:t>
        <w:br/>
        <w:t>vt 0.900032 0.178272</w:t>
        <w:br/>
        <w:t>vt 0.900032 0.174972</w:t>
        <w:br/>
        <w:t>vt 0.901032 0.174972</w:t>
        <w:br/>
        <w:t>vt 0.901032 0.178372</w:t>
        <w:br/>
        <w:t>vt 0.900032 0.171172</w:t>
        <w:br/>
        <w:t>vt 0.901032 0.171272</w:t>
        <w:br/>
        <w:t>vt 0.901032 0.227772</w:t>
        <w:br/>
        <w:t>vt 0.900032 0.228572</w:t>
        <w:br/>
        <w:t>vt 0.896332 0.201374</w:t>
        <w:br/>
        <w:t>vt 0.893532 0.201374</w:t>
        <w:br/>
        <w:t>vt 0.906132 0.226472</w:t>
        <w:br/>
        <w:t>vt 0.906132 0.228572</w:t>
        <w:br/>
        <w:t>vt 0.905032 0.227972</w:t>
        <w:br/>
        <w:t>vt 0.905032 0.226472</w:t>
        <w:br/>
        <w:t>vt 0.905032 0.227972</w:t>
        <w:br/>
        <w:t>vt 0.901032 0.227772</w:t>
        <w:br/>
        <w:t>vt 0.901032 0.226772</w:t>
        <w:br/>
        <w:t>vt 0.905032 0.226472</w:t>
        <w:br/>
        <w:t>vt 0.901032 0.225572</w:t>
        <w:br/>
        <w:t>vt 0.905032 0.225272</w:t>
        <w:br/>
        <w:t>vt 0.901032 0.178372</w:t>
        <w:br/>
        <w:t>vt 0.901032 0.174972</w:t>
        <w:br/>
        <w:t>vt 0.905032 0.175072</w:t>
        <w:br/>
        <w:t>vt 0.905032 0.178172</w:t>
        <w:br/>
        <w:t>vt 0.901032 0.171272</w:t>
        <w:br/>
        <w:t>vt 0.905032 0.171272</w:t>
        <w:br/>
        <w:t>vt 0.905032 0.225272</w:t>
        <w:br/>
        <w:t>vt 0.906132 0.225172</w:t>
        <w:br/>
        <w:t>vt 0.905032 0.178172</w:t>
        <w:br/>
        <w:t>vt 0.905032 0.175072</w:t>
        <w:br/>
        <w:t>vt 0.906132 0.175272</w:t>
        <w:br/>
        <w:t>vt 0.906132 0.178372</w:t>
        <w:br/>
        <w:t>vt 0.905032 0.171272</w:t>
        <w:br/>
        <w:t>vt 0.906132 0.171172</w:t>
        <w:br/>
        <w:t>vt 0.905032 0.192572</w:t>
        <w:br/>
        <w:t>vt 0.901032 0.192872</w:t>
        <w:br/>
        <w:t>vt 0.901032 0.180372</w:t>
        <w:br/>
        <w:t>vt 0.905032 0.179972</w:t>
        <w:br/>
        <w:t>vt 0.905032 0.192572</w:t>
        <w:br/>
        <w:t>vt 0.905032 0.179972</w:t>
        <w:br/>
        <w:t>vt 0.906132 0.180272</w:t>
        <w:br/>
        <w:t>vt 0.906132 0.192872</w:t>
        <w:br/>
        <w:t>vt 0.896332 0.172174</w:t>
        <w:br/>
        <w:t>vt 0.896332 0.180074</w:t>
        <w:br/>
        <w:t>vt 0.893532 0.180074</w:t>
        <w:br/>
        <w:t>vt 0.893532 0.172174</w:t>
        <w:br/>
        <w:t>vt 0.901032 0.192872</w:t>
        <w:br/>
        <w:t>vt 0.900032 0.193172</w:t>
        <w:br/>
        <w:t>vt 0.900032 0.180572</w:t>
        <w:br/>
        <w:t>vt 0.901032 0.180372</w:t>
        <w:br/>
        <w:t>vt 0.901032 0.220872</w:t>
        <w:br/>
        <w:t>vt 0.905032 0.220672</w:t>
        <w:br/>
        <w:t>vt 0.905032 0.220672</w:t>
        <w:br/>
        <w:t>vt 0.906132 0.220272</w:t>
        <w:br/>
        <w:t>vt 0.896332 0.197174</w:t>
        <w:br/>
        <w:t>vt 0.893532 0.197174</w:t>
        <w:br/>
        <w:t>vt 0.900032 0.220372</w:t>
        <w:br/>
        <w:t>vt 0.901032 0.220872</w:t>
        <w:br/>
        <w:t>vt 0.901032 0.208672</w:t>
        <w:br/>
        <w:t>vt 0.905032 0.208472</w:t>
        <w:br/>
        <w:t>vt 0.905032 0.208472</w:t>
        <w:br/>
        <w:t>vt 0.906132 0.208372</w:t>
        <w:br/>
        <w:t>vt 0.893532 0.189774</w:t>
        <w:br/>
        <w:t>vt 0.896332 0.189774</w:t>
        <w:br/>
        <w:t>vt 0.901032 0.208672</w:t>
        <w:br/>
        <w:t>vt 0.900032 0.208572</w:t>
        <w:br/>
        <w:t>vt 0.900032 0.171172</w:t>
        <w:br/>
        <w:t>vt 0.906132 0.171172</w:t>
        <w:br/>
        <w:t>vt 0.905032 0.171272</w:t>
        <w:br/>
        <w:t>vt 0.901032 0.171272</w:t>
        <w:br/>
        <w:t>vt 0.900032 0.228572</w:t>
        <w:br/>
        <w:t>vt 0.901032 0.227772</w:t>
        <w:br/>
        <w:t>vt 0.905032 0.227972</w:t>
        <w:br/>
        <w:t>vt 0.906132 0.228572</w:t>
        <w:br/>
        <w:t>vt 0.571346 0.473083</w:t>
        <w:br/>
        <w:t>vt 0.570146 0.473083</w:t>
        <w:br/>
        <w:t>vt 0.570146 0.468683</w:t>
        <w:br/>
        <w:t>vt 0.571346 0.468683</w:t>
        <w:br/>
        <w:t>vt 0.570646 0.483383</w:t>
        <w:br/>
        <w:t>vt 0.568746 0.483383</w:t>
        <w:br/>
        <w:t>vt 0.569146 0.482583</w:t>
        <w:br/>
        <w:t>vt 0.570846 0.482583</w:t>
        <w:br/>
        <w:t>vt 0.569146 0.482583</w:t>
        <w:br/>
        <w:t>vt 0.569046 0.478283</w:t>
        <w:br/>
        <w:t>vt 0.569946 0.478283</w:t>
        <w:br/>
        <w:t>vt 0.570846 0.482583</w:t>
        <w:br/>
        <w:t>vt 0.569046 0.478283</w:t>
        <w:br/>
        <w:t>vt 0.568646 0.477383</w:t>
        <w:br/>
        <w:t>vt 0.570146 0.477383</w:t>
        <w:br/>
        <w:t>vt 0.569946 0.478283</w:t>
        <w:br/>
        <w:t>vt 0.581546 0.478283</w:t>
        <w:br/>
        <w:t>vt 0.582246 0.482583</w:t>
        <w:br/>
        <w:t>vt 0.573946 0.482583</w:t>
        <w:br/>
        <w:t>vt 0.573546 0.478283</w:t>
        <w:br/>
        <w:t>vt 0.581946 0.483383</w:t>
        <w:br/>
        <w:t>vt 0.573746 0.483383</w:t>
        <w:br/>
        <w:t>vt 0.573946 0.482583</w:t>
        <w:br/>
        <w:t>vt 0.582246 0.482583</w:t>
        <w:br/>
        <w:t>vt 0.582046 0.473083</w:t>
        <w:br/>
        <w:t>vt 0.574246 0.473083</w:t>
        <w:br/>
        <w:t>vt 0.574246 0.468683</w:t>
        <w:br/>
        <w:t>vt 0.582046 0.468683</w:t>
        <w:br/>
        <w:t>vt 0.573546 0.478283</w:t>
        <w:br/>
        <w:t>vt 0.573246 0.477383</w:t>
        <w:br/>
        <w:t>vt 0.581146 0.477383</w:t>
        <w:br/>
        <w:t>vt 0.581546 0.478283</w:t>
        <w:br/>
        <w:t>vt 0.571346 0.473083</w:t>
        <w:br/>
        <w:t>vt 0.571346 0.468683</w:t>
        <w:br/>
        <w:t>vt 0.615446 0.478283</w:t>
        <w:br/>
        <w:t>vt 0.615446 0.482583</w:t>
        <w:br/>
        <w:t>vt 0.613446 0.482583</w:t>
        <w:br/>
        <w:t>vt 0.612946 0.478283</w:t>
        <w:br/>
        <w:t>vt 0.613946 0.473083</w:t>
        <w:br/>
        <w:t>vt 0.611946 0.473083</w:t>
        <w:br/>
        <w:t>vt 0.611946 0.468683</w:t>
        <w:br/>
        <w:t>vt 0.613946 0.468683</w:t>
        <w:br/>
        <w:t>vt 0.615646 0.483383</w:t>
        <w:br/>
        <w:t>vt 0.613346 0.483383</w:t>
        <w:br/>
        <w:t>vt 0.613446 0.482583</w:t>
        <w:br/>
        <w:t>vt 0.615446 0.482583</w:t>
        <w:br/>
        <w:t>vt 0.615646 0.477383</w:t>
        <w:br/>
        <w:t>vt 0.615446 0.478283</w:t>
        <w:br/>
        <w:t>vt 0.612946 0.478283</w:t>
        <w:br/>
        <w:t>vt 0.612746 0.477383</w:t>
        <w:br/>
        <w:t>vt 0.611346 0.482583</w:t>
        <w:br/>
        <w:t>vt 0.611246 0.483383</w:t>
        <w:br/>
        <w:t>vt 0.610046 0.468683</w:t>
        <w:br/>
        <w:t>vt 0.610046 0.473083</w:t>
        <w:br/>
        <w:t>vt 0.610746 0.478283</w:t>
        <w:br/>
        <w:t>vt 0.610446 0.477383</w:t>
        <w:br/>
        <w:t>vt 0.611346 0.482583</w:t>
        <w:br/>
        <w:t>vt 0.610746 0.478283</w:t>
        <w:br/>
        <w:t>vt 0.607846 0.478283</w:t>
        <w:br/>
        <w:t>vt 0.608346 0.482583</w:t>
        <w:br/>
        <w:t>vt 0.604446 0.482583</w:t>
        <w:br/>
        <w:t>vt 0.604146 0.478283</w:t>
        <w:br/>
        <w:t>vt 0.608146 0.483383</w:t>
        <w:br/>
        <w:t>vt 0.603946 0.483383</w:t>
        <w:br/>
        <w:t>vt 0.604446 0.482583</w:t>
        <w:br/>
        <w:t>vt 0.608346 0.482583</w:t>
        <w:br/>
        <w:t>vt 0.607246 0.473083</w:t>
        <w:br/>
        <w:t>vt 0.603646 0.473083</w:t>
        <w:br/>
        <w:t>vt 0.603646 0.468683</w:t>
        <w:br/>
        <w:t>vt 0.607246 0.468683</w:t>
        <w:br/>
        <w:t>vt 0.607446 0.477383</w:t>
        <w:br/>
        <w:t>vt 0.607846 0.478283</w:t>
        <w:br/>
        <w:t>vt 0.604146 0.478283</w:t>
        <w:br/>
        <w:t>vt 0.603546 0.477383</w:t>
        <w:br/>
        <w:t>vt 0.596146 0.482583</w:t>
        <w:br/>
        <w:t>vt 0.595246 0.478283</w:t>
        <w:br/>
        <w:t>vt 0.595646 0.483383</w:t>
        <w:br/>
        <w:t>vt 0.596146 0.482583</w:t>
        <w:br/>
        <w:t>vt 0.595346 0.473083</w:t>
        <w:br/>
        <w:t>vt 0.595346 0.468683</w:t>
        <w:br/>
        <w:t>vt 0.595246 0.478283</w:t>
        <w:br/>
        <w:t>vt 0.594746 0.477383</w:t>
        <w:br/>
        <w:t>vt 0.569046 0.478283</w:t>
        <w:br/>
        <w:t>vt 0.569146 0.482583</w:t>
        <w:br/>
        <w:t>vt 0.568746 0.483383</w:t>
        <w:br/>
        <w:t>vt 0.568646 0.477383</w:t>
        <w:br/>
        <w:t>vt 0.615446 0.478283</w:t>
        <w:br/>
        <w:t>vt 0.615646 0.477383</w:t>
        <w:br/>
        <w:t>vt 0.615646 0.483383</w:t>
        <w:br/>
        <w:t>vt 0.615446 0.482583</w:t>
        <w:br/>
        <w:t>vt 0.916155 0.264994</w:t>
        <w:br/>
        <w:t>vt 0.916155 0.263594</w:t>
        <w:br/>
        <w:t>vt 0.916655 0.263594</w:t>
        <w:br/>
        <w:t>vt 0.916655 0.264994</w:t>
        <w:br/>
        <w:t>vt 0.902132 0.231903</w:t>
        <w:br/>
        <w:t>vt 0.902132 0.232603</w:t>
        <w:br/>
        <w:t>vt 0.901832 0.232603</w:t>
        <w:br/>
        <w:t>vt 0.901832 0.231603</w:t>
        <w:br/>
        <w:t>vt 0.902132 0.232603</w:t>
        <w:br/>
        <w:t>vt 0.902132 0.231903</w:t>
        <w:br/>
        <w:t>vt 0.904332 0.231903</w:t>
        <w:br/>
        <w:t>vt 0.904332 0.232803</w:t>
        <w:br/>
        <w:t>vt 0.904332 0.231903</w:t>
        <w:br/>
        <w:t>vt 0.904632 0.231603</w:t>
        <w:br/>
        <w:t>vt 0.904632 0.232803</w:t>
        <w:br/>
        <w:t>vt 0.904332 0.232803</w:t>
        <w:br/>
        <w:t>vt 0.904332 0.234203</w:t>
        <w:br/>
        <w:t>vt 0.902132 0.234403</w:t>
        <w:br/>
        <w:t>vt 0.902132 0.234403</w:t>
        <w:br/>
        <w:t>vt 0.901832 0.234503</w:t>
        <w:br/>
        <w:t>vt 0.915155 0.264994</w:t>
        <w:br/>
        <w:t>vt 0.915155 0.263594</w:t>
        <w:br/>
        <w:t>vt 0.904632 0.234403</w:t>
        <w:br/>
        <w:t>vt 0.904332 0.234203</w:t>
        <w:br/>
        <w:t>vt 0.904332 0.254803</w:t>
        <w:br/>
        <w:t>vt 0.902132 0.254503</w:t>
        <w:br/>
        <w:t>vt 0.902132 0.253703</w:t>
        <w:br/>
        <w:t>vt 0.904332 0.253903</w:t>
        <w:br/>
        <w:t>vt 0.903055 0.263594</w:t>
        <w:br/>
        <w:t>vt 0.903455 0.263594</w:t>
        <w:br/>
        <w:t>vt 0.903455 0.264994</w:t>
        <w:br/>
        <w:t>vt 0.903055 0.264994</w:t>
        <w:br/>
        <w:t>vt 0.901832 0.253703</w:t>
        <w:br/>
        <w:t>vt 0.902132 0.253703</w:t>
        <w:br/>
        <w:t>vt 0.902132 0.254503</w:t>
        <w:br/>
        <w:t>vt 0.901832 0.254603</w:t>
        <w:br/>
        <w:t>vt 0.904332 0.254803</w:t>
        <w:br/>
        <w:t>vt 0.904332 0.253903</w:t>
        <w:br/>
        <w:t>vt 0.904632 0.254003</w:t>
        <w:br/>
        <w:t>vt 0.904632 0.254803</w:t>
        <w:br/>
        <w:t>vt 0.904332 0.239503</w:t>
        <w:br/>
        <w:t>vt 0.902132 0.239303</w:t>
        <w:br/>
        <w:t>vt 0.902132 0.239303</w:t>
        <w:br/>
        <w:t>vt 0.901832 0.239403</w:t>
        <w:br/>
        <w:t>vt 0.912155 0.264994</w:t>
        <w:br/>
        <w:t>vt 0.912155 0.263594</w:t>
        <w:br/>
        <w:t>vt 0.904632 0.239503</w:t>
        <w:br/>
        <w:t>vt 0.904332 0.239503</w:t>
        <w:br/>
        <w:t>vt 0.902132 0.252903</w:t>
        <w:br/>
        <w:t>vt 0.904332 0.253203</w:t>
        <w:br/>
        <w:t>vt 0.902132 0.252903</w:t>
        <w:br/>
        <w:t>vt 0.901832 0.252703</w:t>
        <w:br/>
        <w:t>vt 0.903955 0.263594</w:t>
        <w:br/>
        <w:t>vt 0.903955 0.264994</w:t>
        <w:br/>
        <w:t>vt 0.904332 0.253203</w:t>
        <w:br/>
        <w:t>vt 0.904632 0.253103</w:t>
        <w:br/>
        <w:t>vt 0.904332 0.250203</w:t>
        <w:br/>
        <w:t>vt 0.902132 0.249703</w:t>
        <w:br/>
        <w:t>vt 0.902132 0.243803</w:t>
        <w:br/>
        <w:t>vt 0.901832 0.243803</w:t>
        <w:br/>
        <w:t>vt 0.909455 0.264994</w:t>
        <w:br/>
        <w:t>vt 0.909455 0.263594</w:t>
        <w:br/>
        <w:t>vt 0.904632 0.244003</w:t>
        <w:br/>
        <w:t>vt 0.904332 0.244103</w:t>
        <w:br/>
        <w:t>vt 0.904332 0.244103</w:t>
        <w:br/>
        <w:t>vt 0.902132 0.243803</w:t>
        <w:br/>
        <w:t>vt 0.901832 0.249603</w:t>
        <w:br/>
        <w:t>vt 0.902132 0.249703</w:t>
        <w:br/>
        <w:t>vt 0.904632 0.250003</w:t>
        <w:br/>
        <w:t>vt 0.904332 0.250203</w:t>
        <w:br/>
        <w:t>vt 0.905755 0.264994</w:t>
        <w:br/>
        <w:t>vt 0.905755 0.263594</w:t>
        <w:br/>
        <w:t>vt 0.901832 0.231603</w:t>
        <w:br/>
        <w:t>vt 0.904632 0.231603</w:t>
        <w:br/>
        <w:t>vt 0.904332 0.231903</w:t>
        <w:br/>
        <w:t>vt 0.902132 0.231903</w:t>
        <w:br/>
        <w:t>vt 0.901832 0.255803</w:t>
        <w:br/>
        <w:t>vt 0.902132 0.255603</w:t>
        <w:br/>
        <w:t>vt 0.904332 0.255603</w:t>
        <w:br/>
        <w:t>vt 0.904632 0.255803</w:t>
        <w:br/>
        <w:t>vt 0.912159 0.281934</w:t>
        <w:br/>
        <w:t>vt 0.912159 0.282534</w:t>
        <w:br/>
        <w:t>vt 0.910959 0.282534</w:t>
        <w:br/>
        <w:t>vt 0.910959 0.281934</w:t>
        <w:br/>
        <w:t>vt 0.886732 0.253272</w:t>
        <w:br/>
        <w:t>vt 0.886732 0.251572</w:t>
        <w:br/>
        <w:t>vt 0.887132 0.252072</w:t>
        <w:br/>
        <w:t>vt 0.887132 0.253272</w:t>
        <w:br/>
        <w:t>vt 0.889232 0.253072</w:t>
        <w:br/>
        <w:t>vt 0.887132 0.253272</w:t>
        <w:br/>
        <w:t>vt 0.887132 0.252072</w:t>
        <w:br/>
        <w:t>vt 0.889232 0.252072</w:t>
        <w:br/>
        <w:t>vt 0.889232 0.252072</w:t>
        <w:br/>
        <w:t>vt 0.889632 0.251572</w:t>
        <w:br/>
        <w:t>vt 0.889632 0.253072</w:t>
        <w:br/>
        <w:t>vt 0.889232 0.253072</w:t>
        <w:br/>
        <w:t>vt 0.889232 0.267972</w:t>
        <w:br/>
        <w:t>vt 0.887132 0.267972</w:t>
        <w:br/>
        <w:t>vt 0.887132 0.263172</w:t>
        <w:br/>
        <w:t>vt 0.889232 0.263072</w:t>
        <w:br/>
        <w:t>vt 0.886732 0.267672</w:t>
        <w:br/>
        <w:t>vt 0.886732 0.263072</w:t>
        <w:br/>
        <w:t>vt 0.887132 0.263172</w:t>
        <w:br/>
        <w:t>vt 0.887132 0.267972</w:t>
        <w:br/>
        <w:t>vt 0.912159 0.274534</w:t>
        <w:br/>
        <w:t>vt 0.912159 0.276934</w:t>
        <w:br/>
        <w:t>vt 0.910959 0.276934</w:t>
        <w:br/>
        <w:t>vt 0.910959 0.274534</w:t>
        <w:br/>
        <w:t>vt 0.889632 0.267672</w:t>
        <w:br/>
        <w:t>vt 0.889232 0.267972</w:t>
        <w:br/>
        <w:t>vt 0.889232 0.263072</w:t>
        <w:br/>
        <w:t>vt 0.889632 0.262972</w:t>
        <w:br/>
        <w:t>vt 0.889232 0.278372</w:t>
        <w:br/>
        <w:t>vt 0.887132 0.278372</w:t>
        <w:br/>
        <w:t>vt 0.887132 0.276672</w:t>
        <w:br/>
        <w:t>vt 0.889232 0.276472</w:t>
        <w:br/>
        <w:t>vt 0.912159 0.269334</w:t>
        <w:br/>
        <w:t>vt 0.912159 0.270234</w:t>
        <w:br/>
        <w:t>vt 0.910959 0.270234</w:t>
        <w:br/>
        <w:t>vt 0.910959 0.269334</w:t>
        <w:br/>
        <w:t>vt 0.886732 0.278372</w:t>
        <w:br/>
        <w:t>vt 0.886732 0.276672</w:t>
        <w:br/>
        <w:t>vt 0.887132 0.276672</w:t>
        <w:br/>
        <w:t>vt 0.887132 0.278372</w:t>
        <w:br/>
        <w:t>vt 0.889632 0.278372</w:t>
        <w:br/>
        <w:t>vt 0.889232 0.278372</w:t>
        <w:br/>
        <w:t>vt 0.889232 0.276472</w:t>
        <w:br/>
        <w:t>vt 0.889632 0.276372</w:t>
        <w:br/>
        <w:t>vt 0.886732 0.274372</w:t>
        <w:br/>
        <w:t>vt 0.887132 0.274372</w:t>
        <w:br/>
        <w:t>vt 0.910959 0.271334</w:t>
        <w:br/>
        <w:t>vt 0.912159 0.271334</w:t>
        <w:br/>
        <w:t>vt 0.889232 0.274372</w:t>
        <w:br/>
        <w:t>vt 0.889632 0.274172</w:t>
        <w:br/>
        <w:t>vt 0.887132 0.274372</w:t>
        <w:br/>
        <w:t>vt 0.889232 0.274372</w:t>
        <w:br/>
        <w:t>vt 0.887132 0.272572</w:t>
        <w:br/>
        <w:t>vt 0.889232 0.272572</w:t>
        <w:br/>
        <w:t>vt 0.886732 0.272372</w:t>
        <w:br/>
        <w:t>vt 0.887132 0.272572</w:t>
        <w:br/>
        <w:t>vt 0.910959 0.272234</w:t>
        <w:br/>
        <w:t>vt 0.912159 0.272234</w:t>
        <w:br/>
        <w:t>vt 0.889232 0.272572</w:t>
        <w:br/>
        <w:t>vt 0.889632 0.272372</w:t>
        <w:br/>
        <w:t>vt 0.910959 0.281434</w:t>
        <w:br/>
        <w:t>vt 0.910959 0.279234</w:t>
        <w:br/>
        <w:t>vt 0.912159 0.279234</w:t>
        <w:br/>
        <w:t>vt 0.912159 0.281434</w:t>
        <w:br/>
        <w:t>vt 0.886732 0.254472</w:t>
        <w:br/>
        <w:t>vt 0.887132 0.254272</w:t>
        <w:br/>
        <w:t>vt 0.887132 0.258672</w:t>
        <w:br/>
        <w:t>vt 0.886732 0.258772</w:t>
        <w:br/>
        <w:t>vt 0.887132 0.254272</w:t>
        <w:br/>
        <w:t>vt 0.889232 0.253972</w:t>
        <w:br/>
        <w:t>vt 0.889232 0.258472</w:t>
        <w:br/>
        <w:t>vt 0.887132 0.258672</w:t>
        <w:br/>
        <w:t>vt 0.889232 0.258472</w:t>
        <w:br/>
        <w:t>vt 0.889232 0.253972</w:t>
        <w:br/>
        <w:t>vt 0.889632 0.254172</w:t>
        <w:br/>
        <w:t>vt 0.889632 0.258572</w:t>
        <w:br/>
        <w:t>vt 0.889632 0.251572</w:t>
        <w:br/>
        <w:t>vt 0.889232 0.252072</w:t>
        <w:br/>
        <w:t>vt 0.887132 0.252072</w:t>
        <w:br/>
        <w:t>vt 0.886732 0.251572</w:t>
        <w:br/>
        <w:t>vt 0.889232 0.278372</w:t>
        <w:br/>
        <w:t>vt 0.889632 0.278372</w:t>
        <w:br/>
        <w:t>vt 0.886732 0.278372</w:t>
        <w:br/>
        <w:t>vt 0.887132 0.278372</w:t>
        <w:br/>
        <w:t>vt 0.884832 0.241972</w:t>
        <w:br/>
        <w:t>vt 0.884832 0.240772</w:t>
        <w:br/>
        <w:t>vt 0.885432 0.240872</w:t>
        <w:br/>
        <w:t>vt 0.885432 0.241572</w:t>
        <w:br/>
        <w:t>vt 0.885432 0.239672</w:t>
        <w:br/>
        <w:t>vt 0.884832 0.239472</w:t>
        <w:br/>
        <w:t>vt 0.885432 0.227672</w:t>
        <w:br/>
        <w:t>vt 0.885432 0.236672</w:t>
        <w:br/>
        <w:t>vt 0.884832 0.236472</w:t>
        <w:br/>
        <w:t>vt 0.884832 0.227672</w:t>
        <w:br/>
        <w:t>vt 0.888032 0.240772</w:t>
        <w:br/>
        <w:t>vt 0.888032 0.241572</w:t>
        <w:br/>
        <w:t>vt 0.885432 0.241572</w:t>
        <w:br/>
        <w:t>vt 0.885432 0.240872</w:t>
        <w:br/>
        <w:t>vt 0.888032 0.239672</w:t>
        <w:br/>
        <w:t>vt 0.885432 0.239672</w:t>
        <w:br/>
        <w:t>vt 0.888032 0.236772</w:t>
        <w:br/>
        <w:t>vt 0.885432 0.236672</w:t>
        <w:br/>
        <w:t>vt 0.885432 0.227672</w:t>
        <w:br/>
        <w:t>vt 0.888032 0.227472</w:t>
        <w:br/>
        <w:t>vt 0.885432 0.218472</w:t>
        <w:br/>
        <w:t>vt 0.888032 0.217972</w:t>
        <w:br/>
        <w:t>vt 0.885432 0.210572</w:t>
        <w:br/>
        <w:t>vt 0.884832 0.210572</w:t>
        <w:br/>
        <w:t>vt 0.884832 0.208772</w:t>
        <w:br/>
        <w:t>vt 0.885432 0.208772</w:t>
        <w:br/>
        <w:t>vt 0.887732 0.188272</w:t>
        <w:br/>
        <w:t>vt 0.889332 0.188272</w:t>
        <w:br/>
        <w:t>vt 0.889332 0.188972</w:t>
        <w:br/>
        <w:t>vt 0.887732 0.188972</w:t>
        <w:br/>
        <w:t>vt 0.889332 0.192872</w:t>
        <w:br/>
        <w:t>vt 0.889332 0.197472</w:t>
        <w:br/>
        <w:t>vt 0.887732 0.197472</w:t>
        <w:br/>
        <w:t>vt 0.887732 0.192872</w:t>
        <w:br/>
        <w:t>vt 0.889332 0.201872</w:t>
        <w:br/>
        <w:t>vt 0.887732 0.201872</w:t>
        <w:br/>
        <w:t>vt 0.889332 0.203372</w:t>
        <w:br/>
        <w:t>vt 0.887732 0.203372</w:t>
        <w:br/>
        <w:t>vt 0.889332 0.204172</w:t>
        <w:br/>
        <w:t>vt 0.887732 0.204172</w:t>
        <w:br/>
        <w:t>vt 0.887732 0.203772</w:t>
        <w:br/>
        <w:t>vt 0.889332 0.203772</w:t>
        <w:br/>
        <w:t>vt 0.885432 0.210572</w:t>
        <w:br/>
        <w:t>vt 0.885432 0.208772</w:t>
        <w:br/>
        <w:t>vt 0.888032 0.208772</w:t>
        <w:br/>
        <w:t>vt 0.888032 0.209972</w:t>
        <w:br/>
        <w:t>vt 0.884832 0.218572</w:t>
        <w:br/>
        <w:t>vt 0.885432 0.218472</w:t>
        <w:br/>
        <w:t>vt 0.885432 0.213472</w:t>
        <w:br/>
        <w:t>vt 0.888032 0.212672</w:t>
        <w:br/>
        <w:t>vt 0.889332 0.190272</w:t>
        <w:br/>
        <w:t>vt 0.887732 0.190272</w:t>
        <w:br/>
        <w:t>vt 0.884832 0.213572</w:t>
        <w:br/>
        <w:t>vt 0.885432 0.213472</w:t>
        <w:br/>
        <w:t>vt 0.888032 0.209972</w:t>
        <w:br/>
        <w:t>vt 0.888032 0.208772</w:t>
        <w:br/>
        <w:t>vt 0.888632 0.208772</w:t>
        <w:br/>
        <w:t>vt 0.888632 0.210172</w:t>
        <w:br/>
        <w:t>vt 0.888632 0.212772</w:t>
        <w:br/>
        <w:t>vt 0.888632 0.218172</w:t>
        <w:br/>
        <w:t>vt 0.888632 0.227572</w:t>
        <w:br/>
        <w:t>vt 0.888632 0.236672</w:t>
        <w:br/>
        <w:t>vt 0.888032 0.236772</w:t>
        <w:br/>
        <w:t>vt 0.888032 0.239672</w:t>
        <w:br/>
        <w:t>vt 0.888632 0.239672</w:t>
        <w:br/>
        <w:t>vt 0.888632 0.240872</w:t>
        <w:br/>
        <w:t>vt 0.888032 0.240772</w:t>
        <w:br/>
        <w:t>vt 0.888632 0.241972</w:t>
        <w:br/>
        <w:t>vt 0.888032 0.241572</w:t>
        <w:br/>
        <w:t>vt 0.888632 0.241972</w:t>
        <w:br/>
        <w:t>vt 0.884832 0.241972</w:t>
        <w:br/>
        <w:t>vt 0.885432 0.241572</w:t>
        <w:br/>
        <w:t>vt 0.888032 0.241572</w:t>
        <w:br/>
        <w:t>vt 0.888632 0.208772</w:t>
        <w:br/>
        <w:t>vt 0.888032 0.208772</w:t>
        <w:br/>
        <w:t>vt 0.885432 0.208772</w:t>
        <w:br/>
        <w:t>vt 0.884832 0.208772</w:t>
        <w:br/>
        <w:t>vt 0.893832 0.222972</w:t>
        <w:br/>
        <w:t>vt 0.893832 0.225772</w:t>
        <w:br/>
        <w:t>vt 0.893432 0.225472</w:t>
        <w:br/>
        <w:t>vt 0.893432 0.222772</w:t>
        <w:br/>
        <w:t>vt 0.895832 0.223072</w:t>
        <w:br/>
        <w:t>vt 0.895832 0.225972</w:t>
        <w:br/>
        <w:t>vt 0.893832 0.207772</w:t>
        <w:br/>
        <w:t>vt 0.893432 0.207972</w:t>
        <w:br/>
        <w:t>vt 0.893432 0.206072</w:t>
        <w:br/>
        <w:t>vt 0.893832 0.205872</w:t>
        <w:br/>
        <w:t>vt 0.893432 0.204472</w:t>
        <w:br/>
        <w:t>vt 0.893832 0.204572</w:t>
        <w:br/>
        <w:t>vt 0.905659 0.281534</w:t>
        <w:br/>
        <w:t>vt 0.906959 0.281534</w:t>
        <w:br/>
        <w:t>vt 0.906959 0.282234</w:t>
        <w:br/>
        <w:t>vt 0.905659 0.282234</w:t>
        <w:br/>
        <w:t>vt 0.905659 0.270734</w:t>
        <w:br/>
        <w:t>vt 0.906959 0.270734</w:t>
        <w:br/>
        <w:t>vt 0.906959 0.272234</w:t>
        <w:br/>
        <w:t>vt 0.905659 0.272234</w:t>
        <w:br/>
        <w:t>vt 0.893832 0.205872</w:t>
        <w:br/>
        <w:t>vt 0.893832 0.204572</w:t>
        <w:br/>
        <w:t>vt 0.895832 0.204572</w:t>
        <w:br/>
        <w:t>vt 0.895832 0.205872</w:t>
        <w:br/>
        <w:t>vt 0.895832 0.217372</w:t>
        <w:br/>
        <w:t>vt 0.893832 0.217472</w:t>
        <w:br/>
        <w:t>vt 0.893832 0.211072</w:t>
        <w:br/>
        <w:t>vt 0.895832 0.210872</w:t>
        <w:br/>
        <w:t>vt 0.905659 0.278834</w:t>
        <w:br/>
        <w:t>vt 0.905659 0.275234</w:t>
        <w:br/>
        <w:t>vt 0.906959 0.275234</w:t>
        <w:br/>
        <w:t>vt 0.906959 0.278834</w:t>
        <w:br/>
        <w:t>vt 0.893432 0.217472</w:t>
        <w:br/>
        <w:t>vt 0.893432 0.211172</w:t>
        <w:br/>
        <w:t>vt 0.895832 0.227372</w:t>
        <w:br/>
        <w:t>vt 0.895832 0.228572</w:t>
        <w:br/>
        <w:t>vt 0.893832 0.228572</w:t>
        <w:br/>
        <w:t>vt 0.893832 0.227572</w:t>
        <w:br/>
        <w:t>vt 0.893832 0.227572</w:t>
        <w:br/>
        <w:t>vt 0.893832 0.228572</w:t>
        <w:br/>
        <w:t>vt 0.893432 0.228872</w:t>
        <w:br/>
        <w:t>vt 0.893432 0.227472</w:t>
        <w:br/>
        <w:t>vt 0.905659 0.269234</w:t>
        <w:br/>
        <w:t>vt 0.906959 0.269234</w:t>
        <w:br/>
        <w:t>vt 0.906959 0.269834</w:t>
        <w:br/>
        <w:t>vt 0.905659 0.269834</w:t>
        <w:br/>
        <w:t>vt 0.895832 0.205872</w:t>
        <w:br/>
        <w:t>vt 0.895832 0.204572</w:t>
        <w:br/>
        <w:t>vt 0.896232 0.204472</w:t>
        <w:br/>
        <w:t>vt 0.896232 0.205872</w:t>
        <w:br/>
        <w:t>vt 0.896232 0.210972</w:t>
        <w:br/>
        <w:t>vt 0.896232 0.217472</w:t>
        <w:br/>
        <w:t>vt 0.896232 0.223072</w:t>
        <w:br/>
        <w:t>vt 0.896232 0.225872</w:t>
        <w:br/>
        <w:t>vt 0.896232 0.228872</w:t>
        <w:br/>
        <w:t>vt 0.896232 0.227372</w:t>
        <w:br/>
        <w:t>vt 0.893432 0.228872</w:t>
        <w:br/>
        <w:t>vt 0.893832 0.228572</w:t>
        <w:br/>
        <w:t>vt 0.895832 0.228572</w:t>
        <w:br/>
        <w:t>vt 0.896232 0.228872</w:t>
        <w:br/>
        <w:t>vt 0.895832 0.204572</w:t>
        <w:br/>
        <w:t>vt 0.893832 0.204572</w:t>
        <w:br/>
        <w:t>vt 0.893432 0.204472</w:t>
        <w:br/>
        <w:t>vt 0.896232 0.204472</w:t>
        <w:br/>
        <w:t>vt 0.906959 0.280534</w:t>
        <w:br/>
        <w:t>vt 0.905659 0.280534</w:t>
        <w:br/>
        <w:t>vt 0.893832 0.207772</w:t>
        <w:br/>
        <w:t>vt 0.895832 0.207772</w:t>
        <w:br/>
        <w:t>vt 0.895832 0.207772</w:t>
        <w:br/>
        <w:t>vt 0.896232 0.207872</w:t>
        <w:br/>
        <w:t>vt 0.904332 0.255603</w:t>
        <w:br/>
        <w:t>vt 0.902132 0.255603</w:t>
        <w:br/>
        <w:t>vt 0.902555 0.263594</w:t>
        <w:br/>
        <w:t>vt 0.902555 0.264994</w:t>
        <w:br/>
        <w:t>vt 0.901832 0.255803</w:t>
        <w:br/>
        <w:t>vt 0.902132 0.255603</w:t>
        <w:br/>
        <w:t>vt 0.904632 0.255803</w:t>
        <w:br/>
        <w:t>vt 0.904332 0.255603</w:t>
        <w:br/>
        <w:t>vt 0.596346 0.495515</w:t>
        <w:br/>
        <w:t>vt 0.596246 0.496615</w:t>
        <w:br/>
        <w:t>vt 0.484823 0.977250</w:t>
        <w:br/>
        <w:t>vt 0.487477 0.983234</w:t>
        <w:br/>
        <w:t>vt 0.484345 0.983234</w:t>
        <w:br/>
        <w:t>vt 0.482776 0.978605</w:t>
        <w:br/>
        <w:t>vt 0.473158 0.983234</w:t>
        <w:br/>
        <w:t>vt 0.470385 0.983234</w:t>
        <w:br/>
        <w:t>vt 0.472960 0.977367</w:t>
        <w:br/>
        <w:t>vt 0.474753 0.978583</w:t>
        <w:br/>
        <w:t>vt 0.475825 0.983234</w:t>
        <w:br/>
        <w:t>vt 0.473158 0.983234</w:t>
        <w:br/>
        <w:t>vt 0.474753 0.978583</w:t>
        <w:br/>
        <w:t>vt 0.476631 0.978983</w:t>
        <w:br/>
        <w:t>vt 0.478967 0.979110</w:t>
        <w:br/>
        <w:t>vt 0.478961 0.983234</w:t>
        <w:br/>
        <w:t>vt 0.480976 0.979146</w:t>
        <w:br/>
        <w:t>vt 0.481690 0.983234</w:t>
        <w:br/>
        <w:t>vt 0.481690 0.983234</w:t>
        <w:br/>
        <w:t>vt 0.480976 0.979146</w:t>
        <w:br/>
        <w:t>vt 0.481611 0.977457</w:t>
        <w:br/>
        <w:t>vt 0.482447 0.975828</w:t>
        <w:br/>
        <w:t>vt 0.475903 0.977421</w:t>
        <w:br/>
        <w:t>vt 0.475262 0.975979</w:t>
        <w:br/>
        <w:t>vt 0.475903 0.977421</w:t>
        <w:br/>
        <w:t>vt 0.477171 0.978012</w:t>
        <w:br/>
        <w:t>vt 0.478949 0.978234</w:t>
        <w:br/>
        <w:t>vt 0.480494 0.978227</w:t>
        <w:br/>
        <w:t>vt 0.480494 0.978227</w:t>
        <w:br/>
        <w:t>vt 0.457690 0.984923</w:t>
        <w:br/>
        <w:t>vt 0.454464 0.984734</w:t>
        <w:br/>
        <w:t>vt 0.455946 0.987067</w:t>
        <w:br/>
        <w:t>vt 0.452719 0.986885</w:t>
        <w:br/>
        <w:t>vt 0.454200 0.989211</w:t>
        <w:br/>
        <w:t>vt 0.457426 0.989401</w:t>
        <w:br/>
        <w:t>vt 0.459172 0.987257</w:t>
        <w:br/>
        <w:t>vt 0.478957 0.996287</w:t>
        <w:br/>
        <w:t>vt 0.475787 0.996287</w:t>
        <w:br/>
        <w:t>vt 0.473081 0.996287</w:t>
        <w:br/>
        <w:t>vt 0.473081 0.996287</w:t>
        <w:br/>
        <w:t>vt 0.470385 0.996287</w:t>
        <w:br/>
        <w:t>vt 0.487477 0.996287</w:t>
        <w:br/>
        <w:t>vt 0.484345 0.996287</w:t>
        <w:br/>
        <w:t>vt 0.481658 0.996287</w:t>
        <w:br/>
        <w:t>vt 0.481658 0.996287</w:t>
        <w:br/>
        <w:t>vt 0.484823 0.977250</w:t>
        <w:br/>
        <w:t>vt 0.482776 0.978605</w:t>
        <w:br/>
        <w:t>vt 0.484345 0.983234</w:t>
        <w:br/>
        <w:t>vt 0.487477 0.983234</w:t>
        <w:br/>
        <w:t>vt 0.481690 0.983234</w:t>
        <w:br/>
        <w:t>vt 0.480976 0.979146</w:t>
        <w:br/>
        <w:t>vt 0.478961 0.983234</w:t>
        <w:br/>
        <w:t>vt 0.481690 0.983234</w:t>
        <w:br/>
        <w:t>vt 0.480976 0.979146</w:t>
        <w:br/>
        <w:t>vt 0.478967 0.979110</w:t>
        <w:br/>
        <w:t>vt 0.476631 0.978983</w:t>
        <w:br/>
        <w:t>vt 0.475825 0.983234</w:t>
        <w:br/>
        <w:t>vt 0.474753 0.978583</w:t>
        <w:br/>
        <w:t>vt 0.473158 0.983234</w:t>
        <w:br/>
        <w:t>vt 0.473158 0.983234</w:t>
        <w:br/>
        <w:t>vt 0.474753 0.978583</w:t>
        <w:br/>
        <w:t>vt 0.472960 0.977367</w:t>
        <w:br/>
        <w:t>vt 0.470385 0.983234</w:t>
        <w:br/>
        <w:t>vt 0.481611 0.977457</w:t>
        <w:br/>
        <w:t>vt 0.482447 0.975828</w:t>
        <w:br/>
        <w:t>vt 0.480494 0.978227</w:t>
        <w:br/>
        <w:t>vt 0.480494 0.978227</w:t>
        <w:br/>
        <w:t>vt 0.478949 0.978234</w:t>
        <w:br/>
        <w:t>vt 0.477171 0.978012</w:t>
        <w:br/>
        <w:t>vt 0.475903 0.977421</w:t>
        <w:br/>
        <w:t>vt 0.475262 0.975979</w:t>
        <w:br/>
        <w:t>vt 0.475903 0.977421</w:t>
        <w:br/>
        <w:t>vt 0.454464 0.984734</w:t>
        <w:br/>
        <w:t>vt 0.457690 0.984923</w:t>
        <w:br/>
        <w:t>vt 0.455946 0.987067</w:t>
        <w:br/>
        <w:t>vt 0.459172 0.987257</w:t>
        <w:br/>
        <w:t>vt 0.457426 0.989401</w:t>
        <w:br/>
        <w:t>vt 0.454200 0.989211</w:t>
        <w:br/>
        <w:t>vt 0.452719 0.986885</w:t>
        <w:br/>
        <w:t>vt 0.475787 0.996287</w:t>
        <w:br/>
        <w:t>vt 0.478957 0.996287</w:t>
        <w:br/>
        <w:t>vt 0.481658 0.996287</w:t>
        <w:br/>
        <w:t>vt 0.481658 0.996287</w:t>
        <w:br/>
        <w:t>vt 0.484345 0.996287</w:t>
        <w:br/>
        <w:t>vt 0.487477 0.996287</w:t>
        <w:br/>
        <w:t>vt 0.470385 0.996287</w:t>
        <w:br/>
        <w:t>vt 0.473081 0.996287</w:t>
        <w:br/>
        <w:t>vt 0.473081 0.996287</w:t>
        <w:br/>
        <w:t>vt 0.674140 0.809310</w:t>
        <w:br/>
        <w:t>vt 0.671496 0.809310</w:t>
        <w:br/>
        <w:t>vt 0.671496 0.807351</w:t>
        <w:br/>
        <w:t>vt 0.674140 0.807351</w:t>
        <w:br/>
        <w:t>vt 0.661330 0.809310</w:t>
        <w:br/>
        <w:t>vt 0.661330 0.807351</w:t>
        <w:br/>
        <w:t>vt 0.668050 0.807351</w:t>
        <w:br/>
        <w:t>vt 0.668050 0.809310</w:t>
        <w:br/>
        <w:t>vt 0.653235 0.809310</w:t>
        <w:br/>
        <w:t>vt 0.653235 0.807351</w:t>
        <w:br/>
        <w:t>vt 0.703828 0.809310</w:t>
        <w:br/>
        <w:t>vt 0.703828 0.807351</w:t>
        <w:br/>
        <w:t>vt 0.707319 0.807351</w:t>
        <w:br/>
        <w:t>vt 0.707319 0.809310</w:t>
        <w:br/>
        <w:t>vt 0.700224 0.807351</w:t>
        <w:br/>
        <w:t>vt 0.700224 0.809310</w:t>
        <w:br/>
        <w:t>vt 0.692383 0.807351</w:t>
        <w:br/>
        <w:t>vt 0.692383 0.809310</w:t>
        <w:br/>
        <w:t>vt 0.682062 0.809310</w:t>
        <w:br/>
        <w:t>vt 0.682062 0.807351</w:t>
        <w:br/>
        <w:t>vt 0.678090 0.809310</w:t>
        <w:br/>
        <w:t>vt 0.678108 0.807351</w:t>
        <w:br/>
        <w:t>vt 0.679866 0.807351</w:t>
        <w:br/>
        <w:t>vt 0.661330 0.800033</w:t>
        <w:br/>
        <w:t>vt 0.668050 0.800033</w:t>
        <w:br/>
        <w:t>vt 0.668050 0.801986</w:t>
        <w:br/>
        <w:t>vt 0.661330 0.801986</w:t>
        <w:br/>
        <w:t>vt 0.674140 0.800033</w:t>
        <w:br/>
        <w:t>vt 0.674140 0.801986</w:t>
        <w:br/>
        <w:t>vt 0.671496 0.801986</w:t>
        <w:br/>
        <w:t>vt 0.671496 0.800033</w:t>
        <w:br/>
        <w:t>vt 0.653235 0.800033</w:t>
        <w:br/>
        <w:t>vt 0.653235 0.801986</w:t>
        <w:br/>
        <w:t>vt 0.703828 0.800033</w:t>
        <w:br/>
        <w:t>vt 0.707319 0.800033</w:t>
        <w:br/>
        <w:t>vt 0.707319 0.801986</w:t>
        <w:br/>
        <w:t>vt 0.703828 0.801986</w:t>
        <w:br/>
        <w:t>vt 0.700224 0.801986</w:t>
        <w:br/>
        <w:t>vt 0.700224 0.800033</w:t>
        <w:br/>
        <w:t>vt 0.692383 0.801986</w:t>
        <w:br/>
        <w:t>vt 0.692383 0.800033</w:t>
        <w:br/>
        <w:t>vt 0.682062 0.800033</w:t>
        <w:br/>
        <w:t>vt 0.682062 0.801986</w:t>
        <w:br/>
        <w:t>vt 0.679866 0.801986</w:t>
        <w:br/>
        <w:t>vt 0.678108 0.801986</w:t>
        <w:br/>
        <w:t>vt 0.678090 0.800033</w:t>
        <w:br/>
        <w:t>vt 0.676296 0.807351</w:t>
        <w:br/>
        <w:t>vt 0.676296 0.801986</w:t>
        <w:br/>
        <w:t>vt 0.626953 0.786659</w:t>
        <w:br/>
        <w:t>vt 0.629015 0.788556</w:t>
        <w:br/>
        <w:t>vt 0.615883 0.788084</w:t>
        <w:br/>
        <w:t>vt 0.619579 0.785244</w:t>
        <w:br/>
        <w:t>vt 0.708856 0.792164</w:t>
        <w:br/>
        <w:t>vt 0.695319 0.791572</w:t>
        <w:br/>
        <w:t>vt 0.699391 0.789164</w:t>
        <w:br/>
        <w:t>vt 0.707070 0.789627</w:t>
        <w:br/>
        <w:t>vt 0.619644 0.790846</w:t>
        <w:br/>
        <w:t>vt 0.627420 0.790877</w:t>
        <w:br/>
        <w:t>vt 0.706305 0.793828</w:t>
        <w:br/>
        <w:t>vt 0.698917 0.794664</w:t>
        <w:br/>
        <w:t>vt 0.689063 0.794290</w:t>
        <w:br/>
        <w:t>vt 0.693087 0.788781</w:t>
        <w:br/>
        <w:t>vt 0.613292 0.790633</w:t>
        <w:br/>
        <w:t>vt 0.609806 0.784821</w:t>
        <w:br/>
        <w:t>vt 0.687005 0.792316</w:t>
        <w:br/>
        <w:t>vt 0.688024 0.789815</w:t>
        <w:br/>
        <w:t>vt 0.689948 0.788966</w:t>
        <w:br/>
        <w:t>vt 0.607570 0.786571</w:t>
        <w:br/>
        <w:t>vt 0.610141 0.790127</w:t>
        <w:br/>
        <w:t>vt 0.608277 0.789160</w:t>
        <w:br/>
        <w:t>vt 0.478849 0.976376</w:t>
        <w:br/>
        <w:t>vt 0.478849 0.976376</w:t>
        <w:br/>
        <w:t>vt 0.589382 0.463426</w:t>
        <w:br/>
        <w:t>vt 0.583371 0.463426</w:t>
        <w:br/>
        <w:t>vt 0.583371 0.458167</w:t>
        <w:br/>
        <w:t>vt 0.589382 0.458167</w:t>
        <w:br/>
        <w:t>vt 0.591990 0.438239</w:t>
        <w:br/>
        <w:t>vt 0.591990 0.443499</w:t>
        <w:br/>
        <w:t>vt 0.585468 0.443499</w:t>
        <w:br/>
        <w:t>vt 0.585468 0.438239</w:t>
        <w:br/>
        <w:t>vt 0.594277 0.426982</w:t>
        <w:br/>
        <w:t>vt 0.586719 0.428182</w:t>
        <w:br/>
        <w:t>vt 0.586719 0.417899</w:t>
        <w:br/>
        <w:t>vt 0.594277 0.417623</w:t>
        <w:br/>
        <w:t>vt 0.576349 0.458167</w:t>
        <w:br/>
        <w:t>vt 0.576349 0.463426</w:t>
        <w:br/>
        <w:t>vt 0.643923 0.417282</w:t>
        <w:br/>
        <w:t>vt 0.643475 0.426844</w:t>
        <w:br/>
        <w:t>vt 0.638752 0.426815</w:t>
        <w:br/>
        <w:t>vt 0.638733 0.416543</w:t>
        <w:br/>
        <w:t>vt 0.579544 0.430846</w:t>
        <w:br/>
        <w:t>vt 0.579544 0.415906</w:t>
        <w:br/>
        <w:t>vt 0.567383 0.458167</w:t>
        <w:br/>
        <w:t>vt 0.567383 0.463426</w:t>
        <w:br/>
        <w:t>vt 0.632860 0.429341</w:t>
        <w:br/>
        <w:t>vt 0.632718 0.414099</w:t>
        <w:br/>
        <w:t>vt 0.569812 0.430846</w:t>
        <w:br/>
        <w:t>vt 0.569812 0.423382</w:t>
        <w:br/>
        <w:t>vt 0.578485 0.443499</w:t>
        <w:br/>
        <w:t>vt 0.578485 0.438239</w:t>
        <w:br/>
        <w:t>vt 0.623058 0.421727</w:t>
        <w:br/>
        <w:t>vt 0.666490 0.479934</w:t>
        <w:br/>
        <w:t>vt 0.666490 0.488802</w:t>
        <w:br/>
        <w:t>vt 0.658287 0.488802</w:t>
        <w:br/>
        <w:t>vt 0.658287 0.479934</w:t>
        <w:br/>
        <w:t>vt 0.569518 0.443499</w:t>
        <w:br/>
        <w:t>vt 0.569518 0.438239</w:t>
        <w:br/>
        <w:t>vt 0.650087 0.488802</w:t>
        <w:br/>
        <w:t>vt 0.650087 0.479934</w:t>
        <w:br/>
        <w:t>vt 0.623058 0.414099</w:t>
        <w:br/>
        <w:t>vt 0.623058 0.429341</w:t>
        <w:br/>
        <w:t>vt 0.569812 0.415906</w:t>
        <w:br/>
        <w:t>vt 0.589382 0.463426</w:t>
        <w:br/>
        <w:t>vt 0.583371 0.463426</w:t>
        <w:br/>
        <w:t>vt 0.583371 0.458167</w:t>
        <w:br/>
        <w:t>vt 0.589382 0.458167</w:t>
        <w:br/>
        <w:t>vt 0.591990 0.438239</w:t>
        <w:br/>
        <w:t>vt 0.591990 0.443499</w:t>
        <w:br/>
        <w:t>vt 0.585468 0.443499</w:t>
        <w:br/>
        <w:t>vt 0.585468 0.438239</w:t>
        <w:br/>
        <w:t>vt 0.594277 0.426982</w:t>
        <w:br/>
        <w:t>vt 0.586719 0.428182</w:t>
        <w:br/>
        <w:t>vt 0.586719 0.417899</w:t>
        <w:br/>
        <w:t>vt 0.594277 0.417623</w:t>
        <w:br/>
        <w:t>vt 0.576349 0.458167</w:t>
        <w:br/>
        <w:t>vt 0.576349 0.463426</w:t>
        <w:br/>
        <w:t>vt 0.643923 0.417282</w:t>
        <w:br/>
        <w:t>vt 0.643475 0.426844</w:t>
        <w:br/>
        <w:t>vt 0.638752 0.426815</w:t>
        <w:br/>
        <w:t>vt 0.638733 0.416543</w:t>
        <w:br/>
        <w:t>vt 0.579544 0.430846</w:t>
        <w:br/>
        <w:t>vt 0.579544 0.415906</w:t>
        <w:br/>
        <w:t>vt 0.567383 0.463426</w:t>
        <w:br/>
        <w:t>vt 0.567383 0.458167</w:t>
        <w:br/>
        <w:t>vt 0.632860 0.429341</w:t>
        <w:br/>
        <w:t>vt 0.632718 0.414099</w:t>
        <w:br/>
        <w:t>vt 0.569812 0.430846</w:t>
        <w:br/>
        <w:t>vt 0.569812 0.423382</w:t>
        <w:br/>
        <w:t>vt 0.578485 0.443499</w:t>
        <w:br/>
        <w:t>vt 0.578485 0.438239</w:t>
        <w:br/>
        <w:t>vt 0.623058 0.421727</w:t>
        <w:br/>
        <w:t>vt 0.666490 0.479934</w:t>
        <w:br/>
        <w:t>vt 0.666490 0.488802</w:t>
        <w:br/>
        <w:t>vt 0.658287 0.488802</w:t>
        <w:br/>
        <w:t>vt 0.658287 0.479934</w:t>
        <w:br/>
        <w:t>vt 0.569518 0.438239</w:t>
        <w:br/>
        <w:t>vt 0.569518 0.443499</w:t>
        <w:br/>
        <w:t>vt 0.650087 0.488802</w:t>
        <w:br/>
        <w:t>vt 0.650087 0.479934</w:t>
        <w:br/>
        <w:t>vt 0.623058 0.414099</w:t>
        <w:br/>
        <w:t>vt 0.623058 0.429341</w:t>
        <w:br/>
        <w:t>vt 0.569812 0.415906</w:t>
        <w:br/>
        <w:t>vt 0.757650 0.026082</w:t>
        <w:br/>
        <w:t>vt 0.766347 0.026082</w:t>
        <w:br/>
        <w:t>vt 0.766347 0.017829</w:t>
        <w:br/>
        <w:t>vt 0.757650 0.017829</w:t>
        <w:br/>
        <w:t>vt 0.744797 0.013866</w:t>
        <w:br/>
        <w:t>vt 0.755655 0.013866</w:t>
        <w:br/>
        <w:t>vt 0.754770 0.004997</w:t>
        <w:br/>
        <w:t>vt 0.744797 0.004997</w:t>
        <w:br/>
        <w:t>vt 0.698651 0.005371</w:t>
        <w:br/>
        <w:t>vt 0.698651 0.013623</w:t>
        <w:br/>
        <w:t>vt 0.710066 0.013623</w:t>
        <w:br/>
        <w:t>vt 0.710066 0.005371</w:t>
        <w:br/>
        <w:t>vt 0.719393 0.026399</w:t>
        <w:br/>
        <w:t>vt 0.720524 0.017222</w:t>
        <w:br/>
        <w:t>vt 0.709894 0.017222</w:t>
        <w:br/>
        <w:t>vt 0.709894 0.026399</w:t>
        <w:br/>
        <w:t>vt 0.736274 0.005371</w:t>
        <w:br/>
        <w:t>vt 0.730028 0.005371</w:t>
        <w:br/>
        <w:t>vt 0.730028 0.013623</w:t>
        <w:br/>
        <w:t>vt 0.736274 0.013623</w:t>
        <w:br/>
        <w:t>vt 0.705288 0.017429</w:t>
        <w:br/>
        <w:t>vt 0.694600 0.017429</w:t>
        <w:br/>
        <w:t>vt 0.694600 0.025681</w:t>
        <w:br/>
        <w:t>vt 0.705288 0.025681</w:t>
        <w:br/>
        <w:t>vt 0.714768 0.013623</w:t>
        <w:br/>
        <w:t>vt 0.714768 0.005371</w:t>
        <w:br/>
        <w:t>vt 0.723287 0.026399</w:t>
        <w:br/>
        <w:t>vt 0.724088 0.017222</w:t>
        <w:br/>
        <w:t>vt 0.754662 0.017829</w:t>
        <w:br/>
        <w:t>vt 0.754662 0.026082</w:t>
        <w:br/>
        <w:t>vt 0.758946 0.004997</w:t>
        <w:br/>
        <w:t>vt 0.759562 0.013866</w:t>
        <w:br/>
        <w:t>vt 0.726087 0.013623</w:t>
        <w:br/>
        <w:t>vt 0.726087 0.005371</w:t>
        <w:br/>
        <w:t>vt 0.719440 0.005371</w:t>
        <w:br/>
        <w:t>vt 0.719440 0.013623</w:t>
        <w:br/>
        <w:t>vt 0.733141 0.017222</w:t>
        <w:br/>
        <w:t>vt 0.727534 0.017222</w:t>
        <w:br/>
        <w:t>vt 0.727258 0.026399</w:t>
        <w:br/>
        <w:t>vt 0.735718 0.026399</w:t>
        <w:br/>
        <w:t>vt 0.744448 0.026082</w:t>
        <w:br/>
        <w:t>vt 0.751674 0.026082</w:t>
        <w:br/>
        <w:t>vt 0.751674 0.017829</w:t>
        <w:br/>
        <w:t>vt 0.744448 0.017829</w:t>
        <w:br/>
        <w:t>vt 0.769296 0.013866</w:t>
        <w:br/>
        <w:t>vt 0.772127 0.004997</w:t>
        <w:br/>
        <w:t>vt 0.763212 0.004997</w:t>
        <w:br/>
        <w:t>vt 0.763315 0.013866</w:t>
        <w:br/>
        <w:t>vt 0.772127 0.013866</w:t>
        <w:br/>
        <w:t>vt 0.730028 0.013623</w:t>
        <w:br/>
        <w:t>vt 0.730028 0.005371</w:t>
        <w:br/>
        <w:t>vt 0.735718 0.017222</w:t>
        <w:br/>
        <w:t>vt 0.759537 0.095531</w:t>
        <w:br/>
        <w:t>vt 0.759537 0.098595</w:t>
        <w:br/>
        <w:t>vt 0.768913 0.098595</w:t>
        <w:br/>
        <w:t>vt 0.768913 0.095531</w:t>
        <w:br/>
        <w:t>vt 0.772667 0.098595</w:t>
        <w:br/>
        <w:t>vt 0.788532 0.098595</w:t>
        <w:br/>
        <w:t>vt 0.788532 0.095531</w:t>
        <w:br/>
        <w:t>vt 0.772667 0.095531</w:t>
        <w:br/>
        <w:t>vt 0.789223 0.105724</w:t>
        <w:br/>
        <w:t>vt 0.781514 0.110062</w:t>
        <w:br/>
        <w:t>vt 0.797040 0.110062</w:t>
        <w:br/>
        <w:t>vt 0.773118 0.106983</w:t>
        <w:br/>
        <w:t>vt 0.768641 0.109301</w:t>
        <w:br/>
        <w:t>vt 0.768641 0.121314</w:t>
        <w:br/>
        <w:t>vt 0.773118 0.123295</w:t>
        <w:br/>
        <w:t>vt 0.760895 0.125635</w:t>
        <w:br/>
        <w:t>vt 0.753131 0.121314</w:t>
        <w:br/>
        <w:t>vt 0.748626 0.123223</w:t>
        <w:br/>
        <w:t>vt 0.753131 0.109301</w:t>
        <w:br/>
        <w:t>vt 0.748626 0.107412</w:t>
        <w:br/>
        <w:t>vt 0.809090 0.105507</w:t>
        <w:br/>
        <w:t>vt 0.809090 0.117731</w:t>
        <w:br/>
        <w:t>vt 0.812153 0.117731</w:t>
        <w:br/>
        <w:t>vt 0.812153 0.105507</w:t>
        <w:br/>
        <w:t>vt 0.840940 0.119717</w:t>
        <w:br/>
        <w:t>vt 0.840940 0.104362</w:t>
        <w:br/>
        <w:t>vt 0.837876 0.104362</w:t>
        <w:br/>
        <w:t>vt 0.837876 0.119717</w:t>
        <w:br/>
        <w:t>vt 0.797040 0.122023</w:t>
        <w:br/>
        <w:t>vt 0.801491 0.123758</w:t>
        <w:br/>
        <w:t>vt 0.801491 0.107432</w:t>
        <w:br/>
        <w:t>vt 0.750080 0.095531</w:t>
        <w:br/>
        <w:t>vt 0.750080 0.098595</w:t>
        <w:br/>
        <w:t>vt 0.789278 0.126343</w:t>
        <w:br/>
        <w:t>vt 0.781514 0.122023</w:t>
        <w:br/>
        <w:t>vt 0.777007 0.108117</w:t>
        <w:br/>
        <w:t>vt 0.777007 0.123976</w:t>
        <w:br/>
        <w:t>vt 0.760830 0.104949</w:t>
        <w:br/>
        <w:t>vt 0.792206 0.098595</w:t>
        <w:br/>
        <w:t>vt 0.792206 0.095531</w:t>
        <w:br/>
        <w:t>vt 0.814739 0.095531</w:t>
        <w:br/>
        <w:t>vt 0.811115 0.095531</w:t>
        <w:br/>
        <w:t>vt 0.811115 0.098595</w:t>
        <w:br/>
        <w:t>vt 0.814739 0.098595</w:t>
        <w:br/>
        <w:t>vt 0.834233 0.095531</w:t>
        <w:br/>
        <w:t>vt 0.830603 0.095531</w:t>
        <w:br/>
        <w:t>vt 0.830603 0.098595</w:t>
        <w:br/>
        <w:t>vt 0.834233 0.098595</w:t>
        <w:br/>
        <w:t>vt 0.797994 0.105724</w:t>
        <w:br/>
        <w:t>vt 0.751530 0.104949</w:t>
        <w:br/>
        <w:t>vt 0.779883 0.105724</w:t>
        <w:br/>
        <w:t>vt 0.769895 0.104949</w:t>
        <w:br/>
        <w:t>vt 0.798654 0.126343</w:t>
        <w:br/>
        <w:t>vt 0.751591 0.125635</w:t>
        <w:br/>
        <w:t>vt 0.779873 0.126343</w:t>
        <w:br/>
        <w:t>vt 0.770200 0.125635</w:t>
        <w:br/>
        <w:t>vt 0.828309 0.104664</w:t>
        <w:br/>
        <w:t>vt 0.828309 0.120017</w:t>
        <w:br/>
        <w:t>vt 0.831372 0.120017</w:t>
        <w:br/>
        <w:t>vt 0.831372 0.104664</w:t>
        <w:br/>
        <w:t>vt 0.818144 0.117802</w:t>
        <w:br/>
        <w:t>vt 0.821207 0.117802</w:t>
        <w:br/>
        <w:t>vt 0.821207 0.105579</w:t>
        <w:br/>
        <w:t>vt 0.818144 0.105579</w:t>
        <w:br/>
        <w:t>vt 0.801579 0.095531</w:t>
        <w:br/>
        <w:t>vt 0.801579 0.098595</w:t>
        <w:br/>
        <w:t>vt 0.855152 0.278089</w:t>
        <w:br/>
        <w:t>vt 0.853352 0.278089</w:t>
        <w:br/>
        <w:t>vt 0.853352 0.280389</w:t>
        <w:br/>
        <w:t>vt 0.855152 0.280389</w:t>
        <w:br/>
        <w:t>vt 0.878352 0.278089</w:t>
        <w:br/>
        <w:t>vt 0.875852 0.278089</w:t>
        <w:br/>
        <w:t>vt 0.875852 0.280389</w:t>
        <w:br/>
        <w:t>vt 0.878352 0.280389</w:t>
        <w:br/>
        <w:t>vt 0.870452 0.278089</w:t>
        <w:br/>
        <w:t>vt 0.862952 0.278089</w:t>
        <w:br/>
        <w:t>vt 0.862952 0.280389</w:t>
        <w:br/>
        <w:t>vt 0.870452 0.280389</w:t>
        <w:br/>
        <w:t>vt 0.857152 0.278089</w:t>
        <w:br/>
        <w:t>vt 0.857152 0.280389</w:t>
        <w:br/>
        <w:t>vt 0.878752 0.278089</w:t>
        <w:br/>
        <w:t>vt 0.878752 0.280389</w:t>
        <w:br/>
        <w:t>vt 0.897632 0.275303</w:t>
        <w:br/>
        <w:t>vt 0.897632 0.264103</w:t>
        <w:br/>
        <w:t>vt 0.893932 0.264203</w:t>
        <w:br/>
        <w:t>vt 0.893932 0.275503</w:t>
        <w:br/>
        <w:t>vt 0.897632 0.279503</w:t>
        <w:br/>
        <w:t>vt 0.893932 0.279303</w:t>
        <w:br/>
        <w:t>vt 0.893932 0.282903</w:t>
        <w:br/>
        <w:t>vt 0.897632 0.282903</w:t>
        <w:br/>
        <w:t>vt 0.893032 0.232303</w:t>
        <w:br/>
        <w:t>vt 0.893032 0.233203</w:t>
        <w:br/>
        <w:t>vt 0.893932 0.233403</w:t>
        <w:br/>
        <w:t>vt 0.893932 0.232803</w:t>
        <w:br/>
        <w:t>vt 0.893032 0.238103</w:t>
        <w:br/>
        <w:t>vt 0.893932 0.238303</w:t>
        <w:br/>
        <w:t>vt 0.893032 0.248903</w:t>
        <w:br/>
        <w:t>vt 0.893932 0.249103</w:t>
        <w:br/>
        <w:t>vt 0.893032 0.263803</w:t>
        <w:br/>
        <w:t>vt 0.893932 0.264203</w:t>
        <w:br/>
        <w:t>vt 0.893932 0.275503</w:t>
        <w:br/>
        <w:t>vt 0.893032 0.275203</w:t>
        <w:br/>
        <w:t>vt 0.893032 0.279103</w:t>
        <w:br/>
        <w:t>vt 0.893932 0.279303</w:t>
        <w:br/>
        <w:t>vt 0.893032 0.282903</w:t>
        <w:br/>
        <w:t>vt 0.893932 0.282903</w:t>
        <w:br/>
        <w:t>vt 0.897632 0.232803</w:t>
        <w:br/>
        <w:t>vt 0.897632 0.234103</w:t>
        <w:br/>
        <w:t>vt 0.897632 0.239303</w:t>
        <w:br/>
        <w:t>vt 0.897632 0.249603</w:t>
        <w:br/>
        <w:t>vt 0.898632 0.232303</w:t>
        <w:br/>
        <w:t>vt 0.897632 0.232803</w:t>
        <w:br/>
        <w:t>vt 0.897632 0.234103</w:t>
        <w:br/>
        <w:t>vt 0.898632 0.234303</w:t>
        <w:br/>
        <w:t>vt 0.897632 0.239303</w:t>
        <w:br/>
        <w:t>vt 0.898632 0.239303</w:t>
        <w:br/>
        <w:t>vt 0.898632 0.249603</w:t>
        <w:br/>
        <w:t>vt 0.897632 0.249603</w:t>
        <w:br/>
        <w:t>vt 0.897632 0.264103</w:t>
        <w:br/>
        <w:t>vt 0.898632 0.263903</w:t>
        <w:br/>
        <w:t>vt 0.897632 0.275303</w:t>
        <w:br/>
        <w:t>vt 0.898632 0.279203</w:t>
        <w:br/>
        <w:t>vt 0.898632 0.275003</w:t>
        <w:br/>
        <w:t>vt 0.898632 0.282903</w:t>
        <w:br/>
        <w:t>vt 0.893932 0.232803</w:t>
        <w:br/>
        <w:t>vt 0.897632 0.232803</w:t>
        <w:br/>
        <w:t>vt 0.898632 0.232303</w:t>
        <w:br/>
        <w:t>vt 0.893032 0.232303</w:t>
        <w:br/>
        <w:t>vt 0.897632 0.282903</w:t>
        <w:br/>
        <w:t>vt 0.893932 0.282903</w:t>
        <w:br/>
        <w:t>vt 0.893032 0.282903</w:t>
        <w:br/>
        <w:t>vt 0.898632 0.282903</w:t>
        <w:br/>
        <w:t>vt 0.572346 0.501215</w:t>
        <w:br/>
        <w:t>vt 0.570646 0.501215</w:t>
        <w:br/>
        <w:t>vt 0.570646 0.506615</w:t>
        <w:br/>
        <w:t>vt 0.572346 0.506615</w:t>
        <w:br/>
        <w:t>vt 0.570046 0.496615</w:t>
        <w:br/>
        <w:t>vt 0.570146 0.495515</w:t>
        <w:br/>
        <w:t>vt 0.568346 0.495515</w:t>
        <w:br/>
        <w:t>vt 0.567746 0.496615</w:t>
        <w:br/>
        <w:t>vt 0.570146 0.495515</w:t>
        <w:br/>
        <w:t>vt 0.570046 0.489715</w:t>
        <w:br/>
        <w:t>vt 0.568346 0.489715</w:t>
        <w:br/>
        <w:t>vt 0.568346 0.495515</w:t>
        <w:br/>
        <w:t>vt 0.568346 0.489715</w:t>
        <w:br/>
        <w:t>vt 0.570046 0.489715</w:t>
        <w:br/>
        <w:t>vt 0.569946 0.488615</w:t>
        <w:br/>
        <w:t>vt 0.567746 0.488615</w:t>
        <w:br/>
        <w:t>vt 0.595446 0.489715</w:t>
        <w:br/>
        <w:t>vt 0.580946 0.489715</w:t>
        <w:br/>
        <w:t>vt 0.582046 0.495515</w:t>
        <w:br/>
        <w:t>vt 0.596346 0.495515</w:t>
        <w:br/>
        <w:t>vt 0.596946 0.506615</w:t>
        <w:br/>
        <w:t>vt 0.596946 0.501215</w:t>
        <w:br/>
        <w:t>vt 0.583046 0.501215</w:t>
        <w:br/>
        <w:t>vt 0.583046 0.506615</w:t>
        <w:br/>
        <w:t>vt 0.595246 0.488615</w:t>
        <w:br/>
        <w:t>vt 0.580946 0.488615</w:t>
        <w:br/>
        <w:t>vt 0.580946 0.489715</w:t>
        <w:br/>
        <w:t>vt 0.595446 0.489715</w:t>
        <w:br/>
        <w:t>vt 0.572646 0.489715</w:t>
        <w:br/>
        <w:t>vt 0.573346 0.495515</w:t>
        <w:br/>
        <w:t>vt 0.582046 0.496615</w:t>
        <w:br/>
        <w:t>vt 0.582046 0.495515</w:t>
        <w:br/>
        <w:t>vt 0.573346 0.495515</w:t>
        <w:br/>
        <w:t>vt 0.573346 0.496615</w:t>
        <w:br/>
        <w:t>vt 0.574846 0.501215</w:t>
        <w:br/>
        <w:t>vt 0.574846 0.506615</w:t>
        <w:br/>
        <w:t>vt 0.572646 0.489715</w:t>
        <w:br/>
        <w:t>vt 0.572646 0.488615</w:t>
        <w:br/>
        <w:t>vt 0.638146 0.489715</w:t>
        <w:br/>
        <w:t>vt 0.628846 0.489715</w:t>
        <w:br/>
        <w:t>vt 0.628846 0.495515</w:t>
        <w:br/>
        <w:t>vt 0.638146 0.495515</w:t>
        <w:br/>
        <w:t>vt 0.628846 0.495515</w:t>
        <w:br/>
        <w:t>vt 0.628146 0.496615</w:t>
        <w:br/>
        <w:t>vt 0.638046 0.496615</w:t>
        <w:br/>
        <w:t>vt 0.638146 0.495515</w:t>
        <w:br/>
        <w:t>vt 0.637646 0.506615</w:t>
        <w:br/>
        <w:t>vt 0.637646 0.501215</w:t>
        <w:br/>
        <w:t>vt 0.628446 0.501215</w:t>
        <w:br/>
        <w:t>vt 0.628446 0.506615</w:t>
        <w:br/>
        <w:t>vt 0.637946 0.488615</w:t>
        <w:br/>
        <w:t>vt 0.628046 0.488615</w:t>
        <w:br/>
        <w:t>vt 0.628846 0.489715</w:t>
        <w:br/>
        <w:t>vt 0.638146 0.489715</w:t>
        <w:br/>
        <w:t>vt 0.643196 0.489715</w:t>
        <w:br/>
        <w:t>vt 0.640646 0.489715</w:t>
        <w:br/>
        <w:t>vt 0.641146 0.495515</w:t>
        <w:br/>
        <w:t>vt 0.643196 0.495515</w:t>
        <w:br/>
        <w:t>vt 0.641946 0.506615</w:t>
        <w:br/>
        <w:t>vt 0.641946 0.501215</w:t>
        <w:br/>
        <w:t>vt 0.639846 0.501215</w:t>
        <w:br/>
        <w:t>vt 0.639846 0.506615</w:t>
        <w:br/>
        <w:t>vt 0.643446 0.496615</w:t>
        <w:br/>
        <w:t>vt 0.643196 0.495515</w:t>
        <w:br/>
        <w:t>vt 0.641146 0.495515</w:t>
        <w:br/>
        <w:t>vt 0.640846 0.496615</w:t>
        <w:br/>
        <w:t>vt 0.643446 0.488615</w:t>
        <w:br/>
        <w:t>vt 0.640446 0.488615</w:t>
        <w:br/>
        <w:t>vt 0.640646 0.489715</w:t>
        <w:br/>
        <w:t>vt 0.643196 0.489715</w:t>
        <w:br/>
        <w:t>vt 0.614146 0.488615</w:t>
        <w:br/>
        <w:t>vt 0.614746 0.489715</w:t>
        <w:br/>
        <w:t>vt 0.614746 0.489715</w:t>
        <w:br/>
        <w:t>vt 0.615146 0.495515</w:t>
        <w:br/>
        <w:t>vt 0.615146 0.501215</w:t>
        <w:br/>
        <w:t>vt 0.615146 0.506615</w:t>
        <w:br/>
        <w:t>vt 0.615146 0.495515</w:t>
        <w:br/>
        <w:t>vt 0.614646 0.496615</w:t>
        <w:br/>
        <w:t>vt 0.568346 0.495515</w:t>
        <w:br/>
        <w:t>vt 0.568346 0.489715</w:t>
        <w:br/>
        <w:t>vt 0.567746 0.488615</w:t>
        <w:br/>
        <w:t>vt 0.567746 0.496615</w:t>
        <w:br/>
        <w:t>vt 0.643446 0.496615</w:t>
        <w:br/>
        <w:t>vt 0.643446 0.488615</w:t>
        <w:br/>
        <w:t>vt 0.643196 0.489715</w:t>
        <w:br/>
        <w:t>vt 0.643196 0.495515</w:t>
        <w:br/>
        <w:t>vt 0.896332 0.169074</w:t>
        <w:br/>
        <w:t>vt 0.896332 0.166774</w:t>
        <w:br/>
        <w:t>vt 0.893532 0.166774</w:t>
        <w:br/>
        <w:t>vt 0.893532 0.169074</w:t>
        <w:br/>
        <w:t>vt 0.896332 0.200674</w:t>
        <w:br/>
        <w:t>vt 0.896332 0.199974</w:t>
        <w:br/>
        <w:t>vt 0.893532 0.199974</w:t>
        <w:br/>
        <w:t>vt 0.893532 0.200674</w:t>
        <w:br/>
        <w:t>vt 0.893532 0.170974</w:t>
        <w:br/>
        <w:t>vt 0.896332 0.170974</w:t>
        <w:br/>
        <w:t>vt 0.900032 0.227072</w:t>
        <w:br/>
        <w:t>vt 0.901032 0.226772</w:t>
        <w:br/>
        <w:t>vt 0.901032 0.225572</w:t>
        <w:br/>
        <w:t>vt 0.900032 0.225272</w:t>
        <w:br/>
        <w:t>vt 0.900032 0.178272</w:t>
        <w:br/>
        <w:t>vt 0.901032 0.178372</w:t>
        <w:br/>
        <w:t>vt 0.901032 0.174972</w:t>
        <w:br/>
        <w:t>vt 0.900032 0.174972</w:t>
        <w:br/>
        <w:t>vt 0.901032 0.171272</w:t>
        <w:br/>
        <w:t>vt 0.900032 0.171172</w:t>
        <w:br/>
        <w:t>vt 0.901032 0.227772</w:t>
        <w:br/>
        <w:t>vt 0.900032 0.228572</w:t>
        <w:br/>
        <w:t>vt 0.893532 0.201374</w:t>
        <w:br/>
        <w:t>vt 0.896332 0.201374</w:t>
        <w:br/>
        <w:t>vt 0.906132 0.226472</w:t>
        <w:br/>
        <w:t>vt 0.905032 0.226472</w:t>
        <w:br/>
        <w:t>vt 0.905032 0.227972</w:t>
        <w:br/>
        <w:t>vt 0.906132 0.228572</w:t>
        <w:br/>
        <w:t>vt 0.901032 0.226772</w:t>
        <w:br/>
        <w:t>vt 0.901032 0.227772</w:t>
        <w:br/>
        <w:t>vt 0.905032 0.227972</w:t>
        <w:br/>
        <w:t>vt 0.905032 0.226472</w:t>
        <w:br/>
        <w:t>vt 0.901032 0.225572</w:t>
        <w:br/>
        <w:t>vt 0.905032 0.225272</w:t>
        <w:br/>
        <w:t>vt 0.901032 0.178372</w:t>
        <w:br/>
        <w:t>vt 0.905032 0.178172</w:t>
        <w:br/>
        <w:t>vt 0.905032 0.175072</w:t>
        <w:br/>
        <w:t>vt 0.901032 0.174972</w:t>
        <w:br/>
        <w:t>vt 0.905032 0.171272</w:t>
        <w:br/>
        <w:t>vt 0.901032 0.171272</w:t>
        <w:br/>
        <w:t>vt 0.906132 0.225172</w:t>
        <w:br/>
        <w:t>vt 0.905032 0.225272</w:t>
        <w:br/>
        <w:t>vt 0.905032 0.178172</w:t>
        <w:br/>
        <w:t>vt 0.906132 0.178372</w:t>
        <w:br/>
        <w:t>vt 0.906132 0.175272</w:t>
        <w:br/>
        <w:t>vt 0.905032 0.175072</w:t>
        <w:br/>
        <w:t>vt 0.906132 0.171172</w:t>
        <w:br/>
        <w:t>vt 0.905032 0.171272</w:t>
        <w:br/>
        <w:t>vt 0.905032 0.192572</w:t>
        <w:br/>
        <w:t>vt 0.905032 0.179972</w:t>
        <w:br/>
        <w:t>vt 0.901032 0.180372</w:t>
        <w:br/>
        <w:t>vt 0.901032 0.192872</w:t>
        <w:br/>
        <w:t>vt 0.905032 0.192572</w:t>
        <w:br/>
        <w:t>vt 0.906132 0.192872</w:t>
        <w:br/>
        <w:t>vt 0.906132 0.180272</w:t>
        <w:br/>
        <w:t>vt 0.905032 0.179972</w:t>
        <w:br/>
        <w:t>vt 0.896332 0.172174</w:t>
        <w:br/>
        <w:t>vt 0.893532 0.172174</w:t>
        <w:br/>
        <w:t>vt 0.893532 0.180074</w:t>
        <w:br/>
        <w:t>vt 0.896332 0.180074</w:t>
        <w:br/>
        <w:t>vt 0.901032 0.192872</w:t>
        <w:br/>
        <w:t>vt 0.901032 0.180372</w:t>
        <w:br/>
        <w:t>vt 0.900032 0.180572</w:t>
        <w:br/>
        <w:t>vt 0.900032 0.193172</w:t>
        <w:br/>
        <w:t>vt 0.901032 0.220872</w:t>
        <w:br/>
        <w:t>vt 0.905032 0.220672</w:t>
        <w:br/>
        <w:t>vt 0.905032 0.220672</w:t>
        <w:br/>
        <w:t>vt 0.906132 0.220272</w:t>
        <w:br/>
        <w:t>vt 0.896332 0.197174</w:t>
        <w:br/>
        <w:t>vt 0.893532 0.197174</w:t>
        <w:br/>
        <w:t>vt 0.901032 0.220872</w:t>
        <w:br/>
        <w:t>vt 0.900032 0.220372</w:t>
        <w:br/>
        <w:t>vt 0.901032 0.208672</w:t>
        <w:br/>
        <w:t>vt 0.905032 0.208472</w:t>
        <w:br/>
        <w:t>vt 0.905032 0.208472</w:t>
        <w:br/>
        <w:t>vt 0.906132 0.208372</w:t>
        <w:br/>
        <w:t>vt 0.896332 0.189774</w:t>
        <w:br/>
        <w:t>vt 0.893532 0.189774</w:t>
        <w:br/>
        <w:t>vt 0.901032 0.208672</w:t>
        <w:br/>
        <w:t>vt 0.900032 0.208572</w:t>
        <w:br/>
        <w:t>vt 0.900032 0.171172</w:t>
        <w:br/>
        <w:t>vt 0.901032 0.171272</w:t>
        <w:br/>
        <w:t>vt 0.905032 0.171272</w:t>
        <w:br/>
        <w:t>vt 0.906132 0.171172</w:t>
        <w:br/>
        <w:t>vt 0.900032 0.228572</w:t>
        <w:br/>
        <w:t>vt 0.906132 0.228572</w:t>
        <w:br/>
        <w:t>vt 0.905032 0.227972</w:t>
        <w:br/>
        <w:t>vt 0.901032 0.227772</w:t>
        <w:br/>
        <w:t>vt 0.571346 0.473083</w:t>
        <w:br/>
        <w:t>vt 0.571346 0.468683</w:t>
        <w:br/>
        <w:t>vt 0.570146 0.468683</w:t>
        <w:br/>
        <w:t>vt 0.570146 0.473083</w:t>
        <w:br/>
        <w:t>vt 0.570646 0.483383</w:t>
        <w:br/>
        <w:t>vt 0.570846 0.482583</w:t>
        <w:br/>
        <w:t>vt 0.569146 0.482583</w:t>
        <w:br/>
        <w:t>vt 0.568746 0.483383</w:t>
        <w:br/>
        <w:t>vt 0.569146 0.482583</w:t>
        <w:br/>
        <w:t>vt 0.570846 0.482583</w:t>
        <w:br/>
        <w:t>vt 0.569946 0.478283</w:t>
        <w:br/>
        <w:t>vt 0.569046 0.478283</w:t>
        <w:br/>
        <w:t>vt 0.569046 0.478283</w:t>
        <w:br/>
        <w:t>vt 0.569946 0.478283</w:t>
        <w:br/>
        <w:t>vt 0.570146 0.477383</w:t>
        <w:br/>
        <w:t>vt 0.568646 0.477383</w:t>
        <w:br/>
        <w:t>vt 0.581546 0.478283</w:t>
        <w:br/>
        <w:t>vt 0.573546 0.478283</w:t>
        <w:br/>
        <w:t>vt 0.573946 0.482583</w:t>
        <w:br/>
        <w:t>vt 0.582246 0.482583</w:t>
        <w:br/>
        <w:t>vt 0.581946 0.483383</w:t>
        <w:br/>
        <w:t>vt 0.582246 0.482583</w:t>
        <w:br/>
        <w:t>vt 0.573946 0.482583</w:t>
        <w:br/>
        <w:t>vt 0.573746 0.483383</w:t>
        <w:br/>
        <w:t>vt 0.582046 0.473083</w:t>
        <w:br/>
        <w:t>vt 0.582046 0.468683</w:t>
        <w:br/>
        <w:t>vt 0.574246 0.468683</w:t>
        <w:br/>
        <w:t>vt 0.574246 0.473083</w:t>
        <w:br/>
        <w:t>vt 0.573546 0.478283</w:t>
        <w:br/>
        <w:t>vt 0.581546 0.478283</w:t>
        <w:br/>
        <w:t>vt 0.581146 0.477383</w:t>
        <w:br/>
        <w:t>vt 0.573246 0.477383</w:t>
        <w:br/>
        <w:t>vt 0.571346 0.468683</w:t>
        <w:br/>
        <w:t>vt 0.571346 0.473083</w:t>
        <w:br/>
        <w:t>vt 0.615446 0.478283</w:t>
        <w:br/>
        <w:t>vt 0.612946 0.478283</w:t>
        <w:br/>
        <w:t>vt 0.613446 0.482583</w:t>
        <w:br/>
        <w:t>vt 0.615446 0.482583</w:t>
        <w:br/>
        <w:t>vt 0.613946 0.473083</w:t>
        <w:br/>
        <w:t>vt 0.613946 0.468683</w:t>
        <w:br/>
        <w:t>vt 0.611946 0.468683</w:t>
        <w:br/>
        <w:t>vt 0.611946 0.473083</w:t>
        <w:br/>
        <w:t>vt 0.615646 0.483383</w:t>
        <w:br/>
        <w:t>vt 0.615446 0.482583</w:t>
        <w:br/>
        <w:t>vt 0.613446 0.482583</w:t>
        <w:br/>
        <w:t>vt 0.613346 0.483383</w:t>
        <w:br/>
        <w:t>vt 0.615646 0.477383</w:t>
        <w:br/>
        <w:t>vt 0.612746 0.477383</w:t>
        <w:br/>
        <w:t>vt 0.612946 0.478283</w:t>
        <w:br/>
        <w:t>vt 0.615446 0.478283</w:t>
        <w:br/>
        <w:t>vt 0.611346 0.482583</w:t>
        <w:br/>
        <w:t>vt 0.611246 0.483383</w:t>
        <w:br/>
        <w:t>vt 0.610046 0.468683</w:t>
        <w:br/>
        <w:t>vt 0.610046 0.473083</w:t>
        <w:br/>
        <w:t>vt 0.610446 0.477383</w:t>
        <w:br/>
        <w:t>vt 0.610746 0.478283</w:t>
        <w:br/>
        <w:t>vt 0.610746 0.478283</w:t>
        <w:br/>
        <w:t>vt 0.611346 0.482583</w:t>
        <w:br/>
        <w:t>vt 0.607846 0.478283</w:t>
        <w:br/>
        <w:t>vt 0.604146 0.478283</w:t>
        <w:br/>
        <w:t>vt 0.604446 0.482583</w:t>
        <w:br/>
        <w:t>vt 0.608346 0.482583</w:t>
        <w:br/>
        <w:t>vt 0.608146 0.483383</w:t>
        <w:br/>
        <w:t>vt 0.608346 0.482583</w:t>
        <w:br/>
        <w:t>vt 0.604446 0.482583</w:t>
        <w:br/>
        <w:t>vt 0.603946 0.483383</w:t>
        <w:br/>
        <w:t>vt 0.607246 0.473083</w:t>
        <w:br/>
        <w:t>vt 0.607246 0.468683</w:t>
        <w:br/>
        <w:t>vt 0.603646 0.468683</w:t>
        <w:br/>
        <w:t>vt 0.603646 0.473083</w:t>
        <w:br/>
        <w:t>vt 0.607446 0.477383</w:t>
        <w:br/>
        <w:t>vt 0.603546 0.477383</w:t>
        <w:br/>
        <w:t>vt 0.604146 0.478283</w:t>
        <w:br/>
        <w:t>vt 0.607846 0.478283</w:t>
        <w:br/>
        <w:t>vt 0.595246 0.478283</w:t>
        <w:br/>
        <w:t>vt 0.596146 0.482583</w:t>
        <w:br/>
        <w:t>vt 0.596146 0.482583</w:t>
        <w:br/>
        <w:t>vt 0.595646 0.483383</w:t>
        <w:br/>
        <w:t>vt 0.595346 0.468683</w:t>
        <w:br/>
        <w:t>vt 0.595346 0.473083</w:t>
        <w:br/>
        <w:t>vt 0.595246 0.478283</w:t>
        <w:br/>
        <w:t>vt 0.594746 0.477383</w:t>
        <w:br/>
        <w:t>vt 0.569046 0.478283</w:t>
        <w:br/>
        <w:t>vt 0.568646 0.477383</w:t>
        <w:br/>
        <w:t>vt 0.568746 0.483383</w:t>
        <w:br/>
        <w:t>vt 0.569146 0.482583</w:t>
        <w:br/>
        <w:t>vt 0.615446 0.478283</w:t>
        <w:br/>
        <w:t>vt 0.615446 0.482583</w:t>
        <w:br/>
        <w:t>vt 0.615646 0.483383</w:t>
        <w:br/>
        <w:t>vt 0.615646 0.477383</w:t>
        <w:br/>
        <w:t>vt 0.916155 0.264994</w:t>
        <w:br/>
        <w:t>vt 0.916655 0.264994</w:t>
        <w:br/>
        <w:t>vt 0.916655 0.263594</w:t>
        <w:br/>
        <w:t>vt 0.916155 0.263594</w:t>
        <w:br/>
        <w:t>vt 0.901832 0.232603</w:t>
        <w:br/>
        <w:t>vt 0.902132 0.232603</w:t>
        <w:br/>
        <w:t>vt 0.902132 0.231903</w:t>
        <w:br/>
        <w:t>vt 0.901832 0.231603</w:t>
        <w:br/>
        <w:t>vt 0.902132 0.232603</w:t>
        <w:br/>
        <w:t>vt 0.904332 0.232803</w:t>
        <w:br/>
        <w:t>vt 0.904332 0.231903</w:t>
        <w:br/>
        <w:t>vt 0.902132 0.231903</w:t>
        <w:br/>
        <w:t>vt 0.904332 0.231903</w:t>
        <w:br/>
        <w:t>vt 0.904332 0.232803</w:t>
        <w:br/>
        <w:t>vt 0.904632 0.232803</w:t>
        <w:br/>
        <w:t>vt 0.904632 0.231603</w:t>
        <w:br/>
        <w:t>vt 0.902132 0.234403</w:t>
        <w:br/>
        <w:t>vt 0.904332 0.234203</w:t>
        <w:br/>
        <w:t>vt 0.902132 0.234403</w:t>
        <w:br/>
        <w:t>vt 0.901832 0.234503</w:t>
        <w:br/>
        <w:t>vt 0.915155 0.264994</w:t>
        <w:br/>
        <w:t>vt 0.915155 0.263594</w:t>
        <w:br/>
        <w:t>vt 0.904332 0.234203</w:t>
        <w:br/>
        <w:t>vt 0.904632 0.234403</w:t>
        <w:br/>
        <w:t>vt 0.904332 0.254803</w:t>
        <w:br/>
        <w:t>vt 0.904332 0.253903</w:t>
        <w:br/>
        <w:t>vt 0.902132 0.253703</w:t>
        <w:br/>
        <w:t>vt 0.902132 0.254503</w:t>
        <w:br/>
        <w:t>vt 0.903055 0.263594</w:t>
        <w:br/>
        <w:t>vt 0.903055 0.264994</w:t>
        <w:br/>
        <w:t>vt 0.903455 0.264994</w:t>
        <w:br/>
        <w:t>vt 0.903455 0.263594</w:t>
        <w:br/>
        <w:t>vt 0.901832 0.253703</w:t>
        <w:br/>
        <w:t>vt 0.901832 0.254603</w:t>
        <w:br/>
        <w:t>vt 0.902132 0.254503</w:t>
        <w:br/>
        <w:t>vt 0.902132 0.253703</w:t>
        <w:br/>
        <w:t>vt 0.904332 0.254803</w:t>
        <w:br/>
        <w:t>vt 0.904632 0.254803</w:t>
        <w:br/>
        <w:t>vt 0.904632 0.254003</w:t>
        <w:br/>
        <w:t>vt 0.904332 0.253903</w:t>
        <w:br/>
        <w:t>vt 0.904332 0.239503</w:t>
        <w:br/>
        <w:t>vt 0.902132 0.239303</w:t>
        <w:br/>
        <w:t>vt 0.902132 0.239303</w:t>
        <w:br/>
        <w:t>vt 0.901832 0.239403</w:t>
        <w:br/>
        <w:t>vt 0.912155 0.264994</w:t>
        <w:br/>
        <w:t>vt 0.912155 0.263594</w:t>
        <w:br/>
        <w:t>vt 0.904332 0.239503</w:t>
        <w:br/>
        <w:t>vt 0.904632 0.239503</w:t>
        <w:br/>
        <w:t>vt 0.904332 0.253203</w:t>
        <w:br/>
        <w:t>vt 0.902132 0.252903</w:t>
        <w:br/>
        <w:t>vt 0.902132 0.252903</w:t>
        <w:br/>
        <w:t>vt 0.901832 0.252703</w:t>
        <w:br/>
        <w:t>vt 0.903955 0.264994</w:t>
        <w:br/>
        <w:t>vt 0.903955 0.263594</w:t>
        <w:br/>
        <w:t>vt 0.904332 0.253203</w:t>
        <w:br/>
        <w:t>vt 0.904632 0.253103</w:t>
        <w:br/>
        <w:t>vt 0.904332 0.250203</w:t>
        <w:br/>
        <w:t>vt 0.902132 0.249703</w:t>
        <w:br/>
        <w:t>vt 0.902132 0.243803</w:t>
        <w:br/>
        <w:t>vt 0.901832 0.243803</w:t>
        <w:br/>
        <w:t>vt 0.909455 0.264994</w:t>
        <w:br/>
        <w:t>vt 0.909455 0.263594</w:t>
        <w:br/>
        <w:t>vt 0.904332 0.244103</w:t>
        <w:br/>
        <w:t>vt 0.904632 0.244003</w:t>
        <w:br/>
        <w:t>vt 0.902132 0.243803</w:t>
        <w:br/>
        <w:t>vt 0.904332 0.244103</w:t>
        <w:br/>
        <w:t>vt 0.901832 0.249603</w:t>
        <w:br/>
        <w:t>vt 0.902132 0.249703</w:t>
        <w:br/>
        <w:t>vt 0.904332 0.250203</w:t>
        <w:br/>
        <w:t>vt 0.904632 0.250003</w:t>
        <w:br/>
        <w:t>vt 0.905755 0.264994</w:t>
        <w:br/>
        <w:t>vt 0.905755 0.263594</w:t>
        <w:br/>
        <w:t>vt 0.901832 0.231603</w:t>
        <w:br/>
        <w:t>vt 0.902132 0.231903</w:t>
        <w:br/>
        <w:t>vt 0.904332 0.231903</w:t>
        <w:br/>
        <w:t>vt 0.904632 0.231603</w:t>
        <w:br/>
        <w:t>vt 0.901832 0.255803</w:t>
        <w:br/>
        <w:t>vt 0.904632 0.255803</w:t>
        <w:br/>
        <w:t>vt 0.904332 0.255603</w:t>
        <w:br/>
        <w:t>vt 0.902132 0.255603</w:t>
        <w:br/>
        <w:t>vt 0.912159 0.281934</w:t>
        <w:br/>
        <w:t>vt 0.910959 0.281934</w:t>
        <w:br/>
        <w:t>vt 0.910959 0.282534</w:t>
        <w:br/>
        <w:t>vt 0.912159 0.282534</w:t>
        <w:br/>
        <w:t>vt 0.886732 0.253272</w:t>
        <w:br/>
        <w:t>vt 0.887132 0.253272</w:t>
        <w:br/>
        <w:t>vt 0.887132 0.252072</w:t>
        <w:br/>
        <w:t>vt 0.886732 0.251572</w:t>
        <w:br/>
        <w:t>vt 0.889232 0.253072</w:t>
        <w:br/>
        <w:t>vt 0.889232 0.252072</w:t>
        <w:br/>
        <w:t>vt 0.887132 0.252072</w:t>
        <w:br/>
        <w:t>vt 0.887132 0.253272</w:t>
        <w:br/>
        <w:t>vt 0.889232 0.252072</w:t>
        <w:br/>
        <w:t>vt 0.889232 0.253072</w:t>
        <w:br/>
        <w:t>vt 0.889632 0.253072</w:t>
        <w:br/>
        <w:t>vt 0.889632 0.251572</w:t>
        <w:br/>
        <w:t>vt 0.889232 0.267972</w:t>
        <w:br/>
        <w:t>vt 0.889232 0.263072</w:t>
        <w:br/>
        <w:t>vt 0.887132 0.263172</w:t>
        <w:br/>
        <w:t>vt 0.887132 0.267972</w:t>
        <w:br/>
        <w:t>vt 0.886732 0.267672</w:t>
        <w:br/>
        <w:t>vt 0.887132 0.267972</w:t>
        <w:br/>
        <w:t>vt 0.887132 0.263172</w:t>
        <w:br/>
        <w:t>vt 0.886732 0.263072</w:t>
        <w:br/>
        <w:t>vt 0.912159 0.274534</w:t>
        <w:br/>
        <w:t>vt 0.910959 0.274534</w:t>
        <w:br/>
        <w:t>vt 0.910959 0.276934</w:t>
        <w:br/>
        <w:t>vt 0.912159 0.276934</w:t>
        <w:br/>
        <w:t>vt 0.889632 0.267672</w:t>
        <w:br/>
        <w:t>vt 0.889632 0.262972</w:t>
        <w:br/>
        <w:t>vt 0.889232 0.263072</w:t>
        <w:br/>
        <w:t>vt 0.889232 0.267972</w:t>
        <w:br/>
        <w:t>vt 0.889232 0.278372</w:t>
        <w:br/>
        <w:t>vt 0.889232 0.276472</w:t>
        <w:br/>
        <w:t>vt 0.887132 0.276672</w:t>
        <w:br/>
        <w:t>vt 0.887132 0.278372</w:t>
        <w:br/>
        <w:t>vt 0.912159 0.269334</w:t>
        <w:br/>
        <w:t>vt 0.910959 0.269334</w:t>
        <w:br/>
        <w:t>vt 0.910959 0.270234</w:t>
        <w:br/>
        <w:t>vt 0.912159 0.270234</w:t>
        <w:br/>
        <w:t>vt 0.886732 0.278372</w:t>
        <w:br/>
        <w:t>vt 0.887132 0.278372</w:t>
        <w:br/>
        <w:t>vt 0.887132 0.276672</w:t>
        <w:br/>
        <w:t>vt 0.886732 0.276672</w:t>
        <w:br/>
        <w:t>vt 0.889632 0.278372</w:t>
        <w:br/>
        <w:t>vt 0.889632 0.276372</w:t>
        <w:br/>
        <w:t>vt 0.889232 0.276472</w:t>
        <w:br/>
        <w:t>vt 0.889232 0.278372</w:t>
        <w:br/>
        <w:t>vt 0.887132 0.274372</w:t>
        <w:br/>
        <w:t>vt 0.886732 0.274372</w:t>
        <w:br/>
        <w:t>vt 0.910959 0.271334</w:t>
        <w:br/>
        <w:t>vt 0.912159 0.271334</w:t>
        <w:br/>
        <w:t>vt 0.889632 0.274172</w:t>
        <w:br/>
        <w:t>vt 0.889232 0.274372</w:t>
        <w:br/>
        <w:t>vt 0.889232 0.274372</w:t>
        <w:br/>
        <w:t>vt 0.887132 0.274372</w:t>
        <w:br/>
        <w:t>vt 0.889232 0.272572</w:t>
        <w:br/>
        <w:t>vt 0.887132 0.272572</w:t>
        <w:br/>
        <w:t>vt 0.887132 0.272572</w:t>
        <w:br/>
        <w:t>vt 0.886732 0.272372</w:t>
        <w:br/>
        <w:t>vt 0.910959 0.272234</w:t>
        <w:br/>
        <w:t>vt 0.912159 0.272234</w:t>
        <w:br/>
        <w:t>vt 0.889632 0.272372</w:t>
        <w:br/>
        <w:t>vt 0.889232 0.272572</w:t>
        <w:br/>
        <w:t>vt 0.910959 0.281434</w:t>
        <w:br/>
        <w:t>vt 0.912159 0.281434</w:t>
        <w:br/>
        <w:t>vt 0.912159 0.279234</w:t>
        <w:br/>
        <w:t>vt 0.910959 0.279234</w:t>
        <w:br/>
        <w:t>vt 0.886732 0.254472</w:t>
        <w:br/>
        <w:t>vt 0.886732 0.258772</w:t>
        <w:br/>
        <w:t>vt 0.887132 0.258672</w:t>
        <w:br/>
        <w:t>vt 0.887132 0.254272</w:t>
        <w:br/>
        <w:t>vt 0.887132 0.254272</w:t>
        <w:br/>
        <w:t>vt 0.887132 0.258672</w:t>
        <w:br/>
        <w:t>vt 0.889232 0.258472</w:t>
        <w:br/>
        <w:t>vt 0.889232 0.253972</w:t>
        <w:br/>
        <w:t>vt 0.889232 0.258472</w:t>
        <w:br/>
        <w:t>vt 0.889632 0.258572</w:t>
        <w:br/>
        <w:t>vt 0.889632 0.254172</w:t>
        <w:br/>
        <w:t>vt 0.889232 0.253972</w:t>
        <w:br/>
        <w:t>vt 0.887132 0.252072</w:t>
        <w:br/>
        <w:t>vt 0.889232 0.252072</w:t>
        <w:br/>
        <w:t>vt 0.889632 0.251572</w:t>
        <w:br/>
        <w:t>vt 0.886732 0.251572</w:t>
        <w:br/>
        <w:t>vt 0.889232 0.278372</w:t>
        <w:br/>
        <w:t>vt 0.887132 0.278372</w:t>
        <w:br/>
        <w:t>vt 0.886732 0.278372</w:t>
        <w:br/>
        <w:t>vt 0.889632 0.278372</w:t>
        <w:br/>
        <w:t>vt 0.884832 0.241972</w:t>
        <w:br/>
        <w:t>vt 0.885432 0.241572</w:t>
        <w:br/>
        <w:t>vt 0.885432 0.240872</w:t>
        <w:br/>
        <w:t>vt 0.884832 0.240772</w:t>
        <w:br/>
        <w:t>vt 0.885432 0.239672</w:t>
        <w:br/>
        <w:t>vt 0.884832 0.239472</w:t>
        <w:br/>
        <w:t>vt 0.885432 0.227672</w:t>
        <w:br/>
        <w:t>vt 0.884832 0.227672</w:t>
        <w:br/>
        <w:t>vt 0.884832 0.236472</w:t>
        <w:br/>
        <w:t>vt 0.885432 0.236672</w:t>
        <w:br/>
        <w:t>vt 0.888032 0.240772</w:t>
        <w:br/>
        <w:t>vt 0.885432 0.240872</w:t>
        <w:br/>
        <w:t>vt 0.885432 0.241572</w:t>
        <w:br/>
        <w:t>vt 0.888032 0.241572</w:t>
        <w:br/>
        <w:t>vt 0.888032 0.239672</w:t>
        <w:br/>
        <w:t>vt 0.885432 0.239672</w:t>
        <w:br/>
        <w:t>vt 0.888032 0.236772</w:t>
        <w:br/>
        <w:t>vt 0.888032 0.227472</w:t>
        <w:br/>
        <w:t>vt 0.885432 0.227672</w:t>
        <w:br/>
        <w:t>vt 0.885432 0.236672</w:t>
        <w:br/>
        <w:t>vt 0.885432 0.218472</w:t>
        <w:br/>
        <w:t>vt 0.888032 0.217972</w:t>
        <w:br/>
        <w:t>vt 0.885432 0.210572</w:t>
        <w:br/>
        <w:t>vt 0.885432 0.208772</w:t>
        <w:br/>
        <w:t>vt 0.884832 0.208772</w:t>
        <w:br/>
        <w:t>vt 0.884832 0.210572</w:t>
        <w:br/>
        <w:t>vt 0.889332 0.188972</w:t>
        <w:br/>
        <w:t>vt 0.889332 0.188272</w:t>
        <w:br/>
        <w:t>vt 0.887732 0.188272</w:t>
        <w:br/>
        <w:t>vt 0.887732 0.188972</w:t>
        <w:br/>
        <w:t>vt 0.889332 0.192872</w:t>
        <w:br/>
        <w:t>vt 0.887732 0.192872</w:t>
        <w:br/>
        <w:t>vt 0.887732 0.197472</w:t>
        <w:br/>
        <w:t>vt 0.889332 0.197472</w:t>
        <w:br/>
        <w:t>vt 0.887732 0.201872</w:t>
        <w:br/>
        <w:t>vt 0.889332 0.201872</w:t>
        <w:br/>
        <w:t>vt 0.889332 0.203372</w:t>
        <w:br/>
        <w:t>vt 0.887732 0.203372</w:t>
        <w:br/>
        <w:t>vt 0.889332 0.204172</w:t>
        <w:br/>
        <w:t>vt 0.889332 0.203772</w:t>
        <w:br/>
        <w:t>vt 0.887732 0.203772</w:t>
        <w:br/>
        <w:t>vt 0.887732 0.204172</w:t>
        <w:br/>
        <w:t>vt 0.888032 0.208772</w:t>
        <w:br/>
        <w:t>vt 0.885432 0.208772</w:t>
        <w:br/>
        <w:t>vt 0.885432 0.210572</w:t>
        <w:br/>
        <w:t>vt 0.888032 0.209972</w:t>
        <w:br/>
        <w:t>vt 0.885432 0.218472</w:t>
        <w:br/>
        <w:t>vt 0.884832 0.218572</w:t>
        <w:br/>
        <w:t>vt 0.885432 0.213472</w:t>
        <w:br/>
        <w:t>vt 0.888032 0.212672</w:t>
        <w:br/>
        <w:t>vt 0.889332 0.190272</w:t>
        <w:br/>
        <w:t>vt 0.887732 0.190272</w:t>
        <w:br/>
        <w:t>vt 0.884832 0.213572</w:t>
        <w:br/>
        <w:t>vt 0.885432 0.213472</w:t>
        <w:br/>
        <w:t>vt 0.888032 0.209972</w:t>
        <w:br/>
        <w:t>vt 0.888632 0.210172</w:t>
        <w:br/>
        <w:t>vt 0.888632 0.208772</w:t>
        <w:br/>
        <w:t>vt 0.888032 0.208772</w:t>
        <w:br/>
        <w:t>vt 0.888632 0.212772</w:t>
        <w:br/>
        <w:t>vt 0.888632 0.227572</w:t>
        <w:br/>
        <w:t>vt 0.888632 0.218172</w:t>
        <w:br/>
        <w:t>vt 0.888632 0.236672</w:t>
        <w:br/>
        <w:t>vt 0.888032 0.236772</w:t>
        <w:br/>
        <w:t>vt 0.888032 0.239672</w:t>
        <w:br/>
        <w:t>vt 0.888032 0.240772</w:t>
        <w:br/>
        <w:t>vt 0.888632 0.240872</w:t>
        <w:br/>
        <w:t>vt 0.888632 0.239672</w:t>
        <w:br/>
        <w:t>vt 0.888632 0.241972</w:t>
        <w:br/>
        <w:t>vt 0.888032 0.241572</w:t>
        <w:br/>
        <w:t>vt 0.888632 0.241972</w:t>
        <w:br/>
        <w:t>vt 0.888032 0.241572</w:t>
        <w:br/>
        <w:t>vt 0.885432 0.241572</w:t>
        <w:br/>
        <w:t>vt 0.884832 0.241972</w:t>
        <w:br/>
        <w:t>vt 0.888632 0.208772</w:t>
        <w:br/>
        <w:t>vt 0.884832 0.208772</w:t>
        <w:br/>
        <w:t>vt 0.885432 0.208772</w:t>
        <w:br/>
        <w:t>vt 0.888032 0.208772</w:t>
        <w:br/>
        <w:t>vt 0.893832 0.222972</w:t>
        <w:br/>
        <w:t>vt 0.893432 0.222772</w:t>
        <w:br/>
        <w:t>vt 0.893432 0.225472</w:t>
        <w:br/>
        <w:t>vt 0.893832 0.225772</w:t>
        <w:br/>
        <w:t>vt 0.895832 0.223072</w:t>
        <w:br/>
        <w:t>vt 0.895832 0.225972</w:t>
        <w:br/>
        <w:t>vt 0.893832 0.207772</w:t>
        <w:br/>
        <w:t>vt 0.893832 0.205872</w:t>
        <w:br/>
        <w:t>vt 0.893432 0.206072</w:t>
        <w:br/>
        <w:t>vt 0.893432 0.207972</w:t>
        <w:br/>
        <w:t>vt 0.893832 0.204572</w:t>
        <w:br/>
        <w:t>vt 0.893432 0.204472</w:t>
        <w:br/>
        <w:t>vt 0.905659 0.281534</w:t>
        <w:br/>
        <w:t>vt 0.905659 0.282234</w:t>
        <w:br/>
        <w:t>vt 0.906959 0.282234</w:t>
        <w:br/>
        <w:t>vt 0.906959 0.281534</w:t>
        <w:br/>
        <w:t>vt 0.905659 0.270734</w:t>
        <w:br/>
        <w:t>vt 0.905659 0.272234</w:t>
        <w:br/>
        <w:t>vt 0.906959 0.272234</w:t>
        <w:br/>
        <w:t>vt 0.906959 0.270734</w:t>
        <w:br/>
        <w:t>vt 0.893832 0.205872</w:t>
        <w:br/>
        <w:t>vt 0.895832 0.205872</w:t>
        <w:br/>
        <w:t>vt 0.895832 0.204572</w:t>
        <w:br/>
        <w:t>vt 0.893832 0.204572</w:t>
        <w:br/>
        <w:t>vt 0.895832 0.217372</w:t>
        <w:br/>
        <w:t>vt 0.895832 0.210872</w:t>
        <w:br/>
        <w:t>vt 0.893832 0.211072</w:t>
        <w:br/>
        <w:t>vt 0.893832 0.217472</w:t>
        <w:br/>
        <w:t>vt 0.905659 0.278834</w:t>
        <w:br/>
        <w:t>vt 0.906959 0.278834</w:t>
        <w:br/>
        <w:t>vt 0.906959 0.275234</w:t>
        <w:br/>
        <w:t>vt 0.905659 0.275234</w:t>
        <w:br/>
        <w:t>vt 0.893432 0.211172</w:t>
        <w:br/>
        <w:t>vt 0.893432 0.217472</w:t>
        <w:br/>
        <w:t>vt 0.895832 0.227372</w:t>
        <w:br/>
        <w:t>vt 0.893832 0.227572</w:t>
        <w:br/>
        <w:t>vt 0.893832 0.228572</w:t>
        <w:br/>
        <w:t>vt 0.895832 0.228572</w:t>
        <w:br/>
        <w:t>vt 0.893832 0.227572</w:t>
        <w:br/>
        <w:t>vt 0.893432 0.227472</w:t>
        <w:br/>
        <w:t>vt 0.893432 0.228872</w:t>
        <w:br/>
        <w:t>vt 0.893832 0.228572</w:t>
        <w:br/>
        <w:t>vt 0.905659 0.269234</w:t>
        <w:br/>
        <w:t>vt 0.905659 0.269834</w:t>
        <w:br/>
        <w:t>vt 0.906959 0.269834</w:t>
        <w:br/>
        <w:t>vt 0.906959 0.269234</w:t>
        <w:br/>
        <w:t>vt 0.895832 0.205872</w:t>
        <w:br/>
        <w:t>vt 0.896232 0.205872</w:t>
        <w:br/>
        <w:t>vt 0.896232 0.204472</w:t>
        <w:br/>
        <w:t>vt 0.895832 0.204572</w:t>
        <w:br/>
        <w:t>vt 0.896232 0.210972</w:t>
        <w:br/>
        <w:t>vt 0.896232 0.217472</w:t>
        <w:br/>
        <w:t>vt 0.896232 0.223072</w:t>
        <w:br/>
        <w:t>vt 0.896232 0.225872</w:t>
        <w:br/>
        <w:t>vt 0.896232 0.228872</w:t>
        <w:br/>
        <w:t>vt 0.896232 0.227372</w:t>
        <w:br/>
        <w:t>vt 0.895832 0.228572</w:t>
        <w:br/>
        <w:t>vt 0.893832 0.228572</w:t>
        <w:br/>
        <w:t>vt 0.893432 0.228872</w:t>
        <w:br/>
        <w:t>vt 0.896232 0.228872</w:t>
        <w:br/>
        <w:t>vt 0.893432 0.204472</w:t>
        <w:br/>
        <w:t>vt 0.893832 0.204572</w:t>
        <w:br/>
        <w:t>vt 0.895832 0.204572</w:t>
        <w:br/>
        <w:t>vt 0.896232 0.204472</w:t>
        <w:br/>
        <w:t>vt 0.906959 0.280534</w:t>
        <w:br/>
        <w:t>vt 0.905659 0.280534</w:t>
        <w:br/>
        <w:t>vt 0.893832 0.207772</w:t>
        <w:br/>
        <w:t>vt 0.895832 0.207772</w:t>
        <w:br/>
        <w:t>vt 0.895832 0.207772</w:t>
        <w:br/>
        <w:t>vt 0.896232 0.207872</w:t>
        <w:br/>
        <w:t>vt 0.902132 0.255603</w:t>
        <w:br/>
        <w:t>vt 0.904332 0.255603</w:t>
        <w:br/>
        <w:t>vt 0.902555 0.263594</w:t>
        <w:br/>
        <w:t>vt 0.902555 0.264994</w:t>
        <w:br/>
        <w:t>vt 0.901832 0.255803</w:t>
        <w:br/>
        <w:t>vt 0.902132 0.255603</w:t>
        <w:br/>
        <w:t>vt 0.904332 0.255603</w:t>
        <w:br/>
        <w:t>vt 0.904632 0.255803</w:t>
        <w:br/>
        <w:t>vt 0.596346 0.495515</w:t>
        <w:br/>
        <w:t>vt 0.596246 0.496615</w:t>
        <w:br/>
        <w:t>vt 0.484823 0.977250</w:t>
        <w:br/>
        <w:t>vt 0.482776 0.978605</w:t>
        <w:br/>
        <w:t>vt 0.484345 0.983234</w:t>
        <w:br/>
        <w:t>vt 0.487477 0.983234</w:t>
        <w:br/>
        <w:t>vt 0.473158 0.983234</w:t>
        <w:br/>
        <w:t>vt 0.474753 0.978583</w:t>
        <w:br/>
        <w:t>vt 0.472960 0.977367</w:t>
        <w:br/>
        <w:t>vt 0.470385 0.983234</w:t>
        <w:br/>
        <w:t>vt 0.475825 0.983234</w:t>
        <w:br/>
        <w:t>vt 0.476631 0.978983</w:t>
        <w:br/>
        <w:t>vt 0.474753 0.978583</w:t>
        <w:br/>
        <w:t>vt 0.473158 0.983234</w:t>
        <w:br/>
        <w:t>vt 0.478961 0.983234</w:t>
        <w:br/>
        <w:t>vt 0.478967 0.979110</w:t>
        <w:br/>
        <w:t>vt 0.481690 0.983234</w:t>
        <w:br/>
        <w:t>vt 0.480976 0.979146</w:t>
        <w:br/>
        <w:t>vt 0.481690 0.983234</w:t>
        <w:br/>
        <w:t>vt 0.480976 0.979146</w:t>
        <w:br/>
        <w:t>vt 0.481611 0.977457</w:t>
        <w:br/>
        <w:t>vt 0.482447 0.975828</w:t>
        <w:br/>
        <w:t>vt 0.475903 0.977421</w:t>
        <w:br/>
        <w:t>vt 0.475262 0.975979</w:t>
        <w:br/>
        <w:t>vt 0.475903 0.977421</w:t>
        <w:br/>
        <w:t>vt 0.477171 0.978012</w:t>
        <w:br/>
        <w:t>vt 0.478949 0.978234</w:t>
        <w:br/>
        <w:t>vt 0.480494 0.978227</w:t>
        <w:br/>
        <w:t>vt 0.480494 0.978227</w:t>
        <w:br/>
        <w:t>vt 0.457690 0.984923</w:t>
        <w:br/>
        <w:t>vt 0.455946 0.987067</w:t>
        <w:br/>
        <w:t>vt 0.454464 0.984734</w:t>
        <w:br/>
        <w:t>vt 0.452719 0.986885</w:t>
        <w:br/>
        <w:t>vt 0.454200 0.989211</w:t>
        <w:br/>
        <w:t>vt 0.457426 0.989401</w:t>
        <w:br/>
        <w:t>vt 0.459172 0.987257</w:t>
        <w:br/>
        <w:t>vt 0.475787 0.996287</w:t>
        <w:br/>
        <w:t>vt 0.478957 0.996287</w:t>
        <w:br/>
        <w:t>vt 0.473081 0.996287</w:t>
        <w:br/>
        <w:t>vt 0.473081 0.996287</w:t>
        <w:br/>
        <w:t>vt 0.470385 0.996287</w:t>
        <w:br/>
        <w:t>vt 0.484345 0.996287</w:t>
        <w:br/>
        <w:t>vt 0.487477 0.996287</w:t>
        <w:br/>
        <w:t>vt 0.481658 0.996287</w:t>
        <w:br/>
        <w:t>vt 0.481658 0.996287</w:t>
        <w:br/>
        <w:t>vt 0.484823 0.977250</w:t>
        <w:br/>
        <w:t>vt 0.487477 0.983234</w:t>
        <w:br/>
        <w:t>vt 0.484345 0.983234</w:t>
        <w:br/>
        <w:t>vt 0.482776 0.978605</w:t>
        <w:br/>
        <w:t>vt 0.481690 0.983234</w:t>
        <w:br/>
        <w:t>vt 0.480976 0.979146</w:t>
        <w:br/>
        <w:t>vt 0.478961 0.983234</w:t>
        <w:br/>
        <w:t>vt 0.478967 0.979110</w:t>
        <w:br/>
        <w:t>vt 0.480976 0.979146</w:t>
        <w:br/>
        <w:t>vt 0.481690 0.983234</w:t>
        <w:br/>
        <w:t>vt 0.475825 0.983234</w:t>
        <w:br/>
        <w:t>vt 0.476631 0.978983</w:t>
        <w:br/>
        <w:t>vt 0.473158 0.983234</w:t>
        <w:br/>
        <w:t>vt 0.474753 0.978583</w:t>
        <w:br/>
        <w:t>vt 0.473158 0.983234</w:t>
        <w:br/>
        <w:t>vt 0.470385 0.983234</w:t>
        <w:br/>
        <w:t>vt 0.472960 0.977367</w:t>
        <w:br/>
        <w:t>vt 0.474753 0.978583</w:t>
        <w:br/>
        <w:t>vt 0.481611 0.977457</w:t>
        <w:br/>
        <w:t>vt 0.482447 0.975828</w:t>
        <w:br/>
        <w:t>vt 0.480494 0.978227</w:t>
        <w:br/>
        <w:t>vt 0.480494 0.978227</w:t>
        <w:br/>
        <w:t>vt 0.478949 0.978234</w:t>
        <w:br/>
        <w:t>vt 0.477171 0.978012</w:t>
        <w:br/>
        <w:t>vt 0.475903 0.977421</w:t>
        <w:br/>
        <w:t>vt 0.475262 0.975979</w:t>
        <w:br/>
        <w:t>vt 0.475903 0.977421</w:t>
        <w:br/>
        <w:t>vt 0.454464 0.984734</w:t>
        <w:br/>
        <w:t>vt 0.455946 0.987067</w:t>
        <w:br/>
        <w:t>vt 0.457690 0.984923</w:t>
        <w:br/>
        <w:t>vt 0.459172 0.987257</w:t>
        <w:br/>
        <w:t>vt 0.457426 0.989401</w:t>
        <w:br/>
        <w:t>vt 0.454200 0.989211</w:t>
        <w:br/>
        <w:t>vt 0.452719 0.986885</w:t>
        <w:br/>
        <w:t>vt 0.478957 0.996287</w:t>
        <w:br/>
        <w:t>vt 0.475787 0.996287</w:t>
        <w:br/>
        <w:t>vt 0.481658 0.996287</w:t>
        <w:br/>
        <w:t>vt 0.481658 0.996287</w:t>
        <w:br/>
        <w:t>vt 0.484345 0.996287</w:t>
        <w:br/>
        <w:t>vt 0.487477 0.996287</w:t>
        <w:br/>
        <w:t>vt 0.473081 0.996287</w:t>
        <w:br/>
        <w:t>vt 0.470385 0.996287</w:t>
        <w:br/>
        <w:t>vt 0.473081 0.996287</w:t>
        <w:br/>
        <w:t>vt 0.674140 0.809310</w:t>
        <w:br/>
        <w:t>vt 0.674140 0.807351</w:t>
        <w:br/>
        <w:t>vt 0.671496 0.807351</w:t>
        <w:br/>
        <w:t>vt 0.671496 0.809310</w:t>
        <w:br/>
        <w:t>vt 0.661330 0.809310</w:t>
        <w:br/>
        <w:t>vt 0.668050 0.809310</w:t>
        <w:br/>
        <w:t>vt 0.668050 0.807351</w:t>
        <w:br/>
        <w:t>vt 0.661330 0.807351</w:t>
        <w:br/>
        <w:t>vt 0.653235 0.809310</w:t>
        <w:br/>
        <w:t>vt 0.653235 0.807351</w:t>
        <w:br/>
        <w:t>vt 0.703828 0.809310</w:t>
        <w:br/>
        <w:t>vt 0.707319 0.809310</w:t>
        <w:br/>
        <w:t>vt 0.707319 0.807351</w:t>
        <w:br/>
        <w:t>vt 0.703828 0.807351</w:t>
        <w:br/>
        <w:t>vt 0.700224 0.807351</w:t>
        <w:br/>
        <w:t>vt 0.700224 0.809310</w:t>
        <w:br/>
        <w:t>vt 0.692383 0.807351</w:t>
        <w:br/>
        <w:t>vt 0.692383 0.809310</w:t>
        <w:br/>
        <w:t>vt 0.682062 0.809310</w:t>
        <w:br/>
        <w:t>vt 0.682062 0.807351</w:t>
        <w:br/>
        <w:t>vt 0.678090 0.809310</w:t>
        <w:br/>
        <w:t>vt 0.679866 0.807351</w:t>
        <w:br/>
        <w:t>vt 0.678108 0.807351</w:t>
        <w:br/>
        <w:t>vt 0.661330 0.800033</w:t>
        <w:br/>
        <w:t>vt 0.661330 0.801986</w:t>
        <w:br/>
        <w:t>vt 0.668050 0.801986</w:t>
        <w:br/>
        <w:t>vt 0.668050 0.800033</w:t>
        <w:br/>
        <w:t>vt 0.674140 0.800033</w:t>
        <w:br/>
        <w:t>vt 0.671496 0.800033</w:t>
        <w:br/>
        <w:t>vt 0.671496 0.801986</w:t>
        <w:br/>
        <w:t>vt 0.674140 0.801986</w:t>
        <w:br/>
        <w:t>vt 0.653235 0.800033</w:t>
        <w:br/>
        <w:t>vt 0.653235 0.801986</w:t>
        <w:br/>
        <w:t>vt 0.703828 0.800033</w:t>
        <w:br/>
        <w:t>vt 0.703828 0.801986</w:t>
        <w:br/>
        <w:t>vt 0.707319 0.801986</w:t>
        <w:br/>
        <w:t>vt 0.707319 0.800033</w:t>
        <w:br/>
        <w:t>vt 0.700224 0.801986</w:t>
        <w:br/>
        <w:t>vt 0.700224 0.800033</w:t>
        <w:br/>
        <w:t>vt 0.692383 0.801986</w:t>
        <w:br/>
        <w:t>vt 0.692383 0.800033</w:t>
        <w:br/>
        <w:t>vt 0.682062 0.800033</w:t>
        <w:br/>
        <w:t>vt 0.682062 0.801986</w:t>
        <w:br/>
        <w:t>vt 0.679866 0.801986</w:t>
        <w:br/>
        <w:t>vt 0.678090 0.800033</w:t>
        <w:br/>
        <w:t>vt 0.678108 0.801986</w:t>
        <w:br/>
        <w:t>vt 0.676296 0.801986</w:t>
        <w:br/>
        <w:t>vt 0.676296 0.807351</w:t>
        <w:br/>
        <w:t>vt 0.615883 0.788084</w:t>
        <w:br/>
        <w:t>vt 0.629015 0.788556</w:t>
        <w:br/>
        <w:t>vt 0.626953 0.786659</w:t>
        <w:br/>
        <w:t>vt 0.619579 0.785244</w:t>
        <w:br/>
        <w:t>vt 0.708856 0.792164</w:t>
        <w:br/>
        <w:t>vt 0.707070 0.789627</w:t>
        <w:br/>
        <w:t>vt 0.699391 0.789164</w:t>
        <w:br/>
        <w:t>vt 0.695319 0.791572</w:t>
        <w:br/>
        <w:t>vt 0.619644 0.790846</w:t>
        <w:br/>
        <w:t>vt 0.627420 0.790877</w:t>
        <w:br/>
        <w:t>vt 0.706305 0.793828</w:t>
        <w:br/>
        <w:t>vt 0.698917 0.794664</w:t>
        <w:br/>
        <w:t>vt 0.689063 0.794290</w:t>
        <w:br/>
        <w:t>vt 0.693087 0.788781</w:t>
        <w:br/>
        <w:t>vt 0.613292 0.790633</w:t>
        <w:br/>
        <w:t>vt 0.609806 0.784821</w:t>
        <w:br/>
        <w:t>vt 0.687005 0.792316</w:t>
        <w:br/>
        <w:t>vt 0.689948 0.788966</w:t>
        <w:br/>
        <w:t>vt 0.688024 0.789815</w:t>
        <w:br/>
        <w:t>vt 0.607570 0.786571</w:t>
        <w:br/>
        <w:t>vt 0.608277 0.789160</w:t>
        <w:br/>
        <w:t>vt 0.610141 0.790127</w:t>
        <w:br/>
        <w:t>vt 0.271572 0.022595</w:t>
        <w:br/>
        <w:t>vt 0.256735 0.022595</w:t>
        <w:br/>
        <w:t>vt 0.256735 0.026301</w:t>
        <w:br/>
        <w:t>vt 0.271572 0.026301</w:t>
        <w:br/>
        <w:t>vt 0.286286 0.022595</w:t>
        <w:br/>
        <w:t>vt 0.286286 0.026301</w:t>
        <w:br/>
        <w:t>vt 0.271572 0.035933</w:t>
        <w:br/>
        <w:t>vt 0.271572 0.032204</w:t>
        <w:br/>
        <w:t>vt 0.256735 0.032204</w:t>
        <w:br/>
        <w:t>vt 0.256735 0.035933</w:t>
        <w:br/>
        <w:t>vt 0.286286 0.035933</w:t>
        <w:br/>
        <w:t>vt 0.286286 0.032204</w:t>
        <w:br/>
        <w:t>vt 0.325130 0.022595</w:t>
        <w:br/>
        <w:t>vt 0.325130 0.026301</w:t>
        <w:br/>
        <w:t>vt 0.331164 0.026301</w:t>
        <w:br/>
        <w:t>vt 0.331164 0.022595</w:t>
        <w:br/>
        <w:t>vt 0.345268 0.026301</w:t>
        <w:br/>
        <w:t>vt 0.345268 0.022595</w:t>
        <w:br/>
        <w:t>vt 0.325130 0.035933</w:t>
        <w:br/>
        <w:t>vt 0.331164 0.035933</w:t>
        <w:br/>
        <w:t>vt 0.331164 0.032204</w:t>
        <w:br/>
        <w:t>vt 0.325130 0.032204</w:t>
        <w:br/>
        <w:t>vt 0.345268 0.035933</w:t>
        <w:br/>
        <w:t>vt 0.345268 0.032204</w:t>
        <w:br/>
        <w:t>vt 0.373198 0.035933</w:t>
        <w:br/>
        <w:t>vt 0.373198 0.032204</w:t>
        <w:br/>
        <w:t>vt 0.300253 0.026301</w:t>
        <w:br/>
        <w:t>vt 0.306668 0.026301</w:t>
        <w:br/>
        <w:t>vt 0.306668 0.022595</w:t>
        <w:br/>
        <w:t>vt 0.300253 0.022595</w:t>
        <w:br/>
        <w:t>vt 0.306668 0.035933</w:t>
        <w:br/>
        <w:t>vt 0.306668 0.032204</w:t>
        <w:br/>
        <w:t>vt 0.300253 0.032204</w:t>
        <w:br/>
        <w:t>vt 0.300253 0.035933</w:t>
        <w:br/>
        <w:t>vt 0.311116 0.022595</w:t>
        <w:br/>
        <w:t>vt 0.311116 0.026301</w:t>
        <w:br/>
        <w:t>vt 0.315083 0.022595</w:t>
        <w:br/>
        <w:t>vt 0.315083 0.026301</w:t>
        <w:br/>
        <w:t>vt 0.319388 0.026301</w:t>
        <w:br/>
        <w:t>vt 0.319388 0.022595</w:t>
        <w:br/>
        <w:t>vt 0.319388 0.032204</w:t>
        <w:br/>
        <w:t>vt 0.315083 0.032204</w:t>
        <w:br/>
        <w:t>vt 0.315083 0.035933</w:t>
        <w:br/>
        <w:t>vt 0.319388 0.035933</w:t>
        <w:br/>
        <w:t>vt 0.311116 0.035933</w:t>
        <w:br/>
        <w:t>vt 0.311116 0.032204</w:t>
        <w:br/>
        <w:t>vt 0.286286 0.026301</w:t>
        <w:br/>
        <w:t>vt 0.286286 0.032204</w:t>
        <w:br/>
        <w:t>vt 0.300253 0.032204</w:t>
        <w:br/>
        <w:t>vt 0.300253 0.026301</w:t>
        <w:br/>
        <w:t>vt 0.345268 0.026301</w:t>
        <w:br/>
        <w:t>vt 0.331164 0.026301</w:t>
        <w:br/>
        <w:t>vt 0.331164 0.032204</w:t>
        <w:br/>
        <w:t>vt 0.345268 0.032204</w:t>
        <w:br/>
        <w:t>vt 0.165133 0.028419</w:t>
        <w:br/>
        <w:t>vt 0.165133 0.032590</w:t>
        <w:br/>
        <w:t>vt 0.175302 0.032590</w:t>
        <w:br/>
        <w:t>vt 0.175302 0.028419</w:t>
        <w:br/>
        <w:t>vt 0.148335 0.028419</w:t>
        <w:br/>
        <w:t>vt 0.138247 0.028419</w:t>
        <w:br/>
        <w:t>vt 0.138247 0.032590</w:t>
        <w:br/>
        <w:t>vt 0.148335 0.032590</w:t>
        <w:br/>
        <w:t>vt 0.151627 0.032590</w:t>
        <w:br/>
        <w:t>vt 0.151627 0.028419</w:t>
        <w:br/>
        <w:t>vt 0.306668 0.026301</w:t>
        <w:br/>
        <w:t>vt 0.306668 0.032204</w:t>
        <w:br/>
        <w:t>vt 0.156297 0.028419</w:t>
        <w:br/>
        <w:t>vt 0.156297 0.032590</w:t>
        <w:br/>
        <w:t>vt 0.158206 0.032590</w:t>
        <w:br/>
        <w:t>vt 0.158206 0.028419</w:t>
        <w:br/>
        <w:t>vt 0.319388 0.026301</w:t>
        <w:br/>
        <w:t>vt 0.315083 0.026301</w:t>
        <w:br/>
        <w:t>vt 0.315083 0.032204</w:t>
        <w:br/>
        <w:t>vt 0.319388 0.032204</w:t>
        <w:br/>
        <w:t>vt 0.161520 0.028419</w:t>
        <w:br/>
        <w:t>vt 0.161520 0.032590</w:t>
        <w:br/>
        <w:t>vt 0.325130 0.026301</w:t>
        <w:br/>
        <w:t>vt 0.325130 0.032204</w:t>
        <w:br/>
        <w:t>vt 0.154102 0.028419</w:t>
        <w:br/>
        <w:t>vt 0.154102 0.032590</w:t>
        <w:br/>
        <w:t>vt 0.311116 0.026301</w:t>
        <w:br/>
        <w:t>vt 0.311116 0.032204</w:t>
        <w:br/>
        <w:t>vt 0.271572 0.026301</w:t>
        <w:br/>
        <w:t>vt 0.271572 0.032204</w:t>
        <w:br/>
        <w:t>vt 0.128323 0.028419</w:t>
        <w:br/>
        <w:t>vt 0.128323 0.032590</w:t>
        <w:br/>
        <w:t>vt 0.194787 0.032590</w:t>
        <w:br/>
        <w:t>vt 0.194787 0.028419</w:t>
        <w:br/>
        <w:t>vt 0.373198 0.032204</w:t>
        <w:br/>
        <w:t>vt 0.373198 0.026301</w:t>
        <w:br/>
        <w:t>vt 0.256735 0.026301</w:t>
        <w:br/>
        <w:t>vt 0.256735 0.032204</w:t>
        <w:br/>
        <w:t>vt 0.118255 0.028419</w:t>
        <w:br/>
        <w:t>vt 0.118255 0.032590</w:t>
        <w:br/>
        <w:t>vt 0.256735 0.022595</w:t>
        <w:br/>
        <w:t>vt 0.256735 0.035933</w:t>
        <w:br/>
        <w:t>vt 0.256735 0.026301</w:t>
        <w:br/>
        <w:t>vt 0.256735 0.032204</w:t>
        <w:br/>
        <w:t>vt 0.647693 0.398455</w:t>
        <w:br/>
        <w:t>vt 0.630166 0.398455</w:t>
        <w:br/>
        <w:t>vt 0.630020 0.403435</w:t>
        <w:br/>
        <w:t>vt 0.647693 0.403435</w:t>
        <w:br/>
        <w:t>vt 0.570166 0.403435</w:t>
        <w:br/>
        <w:t>vt 0.570166 0.398455</w:t>
        <w:br/>
        <w:t>vt 0.568333 0.395595</w:t>
        <w:br/>
        <w:t>vt 0.568333 0.406310</w:t>
        <w:br/>
        <w:t>vt 0.625218 0.387956</w:t>
        <w:br/>
        <w:t>vt 0.625218 0.391209</w:t>
        <w:br/>
        <w:t>vt 0.636507 0.391209</w:t>
        <w:br/>
        <w:t>vt 0.636507 0.387956</w:t>
        <w:br/>
        <w:t>vt 0.648384 0.406310</w:t>
        <w:br/>
        <w:t>vt 0.648384 0.395595</w:t>
        <w:br/>
        <w:t>vt 0.647693 0.398455</w:t>
        <w:br/>
        <w:t>vt 0.647693 0.403435</w:t>
        <w:br/>
        <w:t>vt 0.648384 0.395595</w:t>
        <w:br/>
        <w:t>vt 0.629813 0.395595</w:t>
        <w:br/>
        <w:t>vt 0.630166 0.398455</w:t>
        <w:br/>
        <w:t>vt 0.647693 0.398455</w:t>
        <w:br/>
        <w:t>vt 0.630020 0.403435</w:t>
        <w:br/>
        <w:t>vt 0.629575 0.406310</w:t>
        <w:br/>
        <w:t>vt 0.648384 0.406310</w:t>
        <w:br/>
        <w:t>vt 0.647693 0.403435</w:t>
        <w:br/>
        <w:t>vt 0.577346 0.398455</w:t>
        <w:br/>
        <w:t>vt 0.570166 0.398455</w:t>
        <w:br/>
        <w:t>vt 0.570166 0.403435</w:t>
        <w:br/>
        <w:t>vt 0.575782 0.403435</w:t>
        <w:br/>
        <w:t>vt 0.575435 0.406310</w:t>
        <w:br/>
        <w:t>vt 0.575782 0.403435</w:t>
        <w:br/>
        <w:t>vt 0.669727 0.387956</w:t>
        <w:br/>
        <w:t>vt 0.669727 0.391209</w:t>
        <w:br/>
        <w:t>vt 0.674658 0.391209</w:t>
        <w:br/>
        <w:t>vt 0.674658 0.387956</w:t>
        <w:br/>
        <w:t>vt 0.577356 0.395595</w:t>
        <w:br/>
        <w:t>vt 0.568333 0.395595</w:t>
        <w:br/>
        <w:t>vt 0.570166 0.398455</w:t>
        <w:br/>
        <w:t>vt 0.577346 0.398455</w:t>
        <w:br/>
        <w:t>vt 0.592594 0.398455</w:t>
        <w:br/>
        <w:t>vt 0.591977 0.403435</w:t>
        <w:br/>
        <w:t>vt 0.609897 0.403435</w:t>
        <w:br/>
        <w:t>vt 0.609922 0.398455</w:t>
        <w:br/>
        <w:t>vt 0.609610 0.406310</w:t>
        <w:br/>
        <w:t>vt 0.609897 0.403435</w:t>
        <w:br/>
        <w:t>vt 0.591977 0.403435</w:t>
        <w:br/>
        <w:t>vt 0.591919 0.406310</w:t>
        <w:br/>
        <w:t>vt 0.659947 0.387956</w:t>
        <w:br/>
        <w:t>vt 0.649060 0.387956</w:t>
        <w:br/>
        <w:t>vt 0.649060 0.391209</w:t>
        <w:br/>
        <w:t>vt 0.659947 0.391209</w:t>
        <w:br/>
        <w:t>vt 0.592594 0.398455</w:t>
        <w:br/>
        <w:t>vt 0.609922 0.398455</w:t>
        <w:br/>
        <w:t>vt 0.609571 0.395595</w:t>
        <w:br/>
        <w:t>vt 0.592510 0.395595</w:t>
        <w:br/>
        <w:t>vt 0.272190 0.017454</w:t>
        <w:br/>
        <w:t>vt 0.272190 0.013660</w:t>
        <w:br/>
        <w:t>vt 0.257334 0.013660</w:t>
        <w:br/>
        <w:t>vt 0.257334 0.017454</w:t>
        <w:br/>
        <w:t>vt 0.286839 0.017454</w:t>
        <w:br/>
        <w:t>vt 0.286839 0.013660</w:t>
        <w:br/>
        <w:t>vt 0.272190 0.004076</w:t>
        <w:br/>
        <w:t>vt 0.257334 0.004076</w:t>
        <w:br/>
        <w:t>vt 0.257334 0.007780</w:t>
        <w:br/>
        <w:t>vt 0.272190 0.007780</w:t>
        <w:br/>
        <w:t>vt 0.286839 0.004076</w:t>
        <w:br/>
        <w:t>vt 0.286839 0.007780</w:t>
        <w:br/>
        <w:t>vt 0.323638 0.017454</w:t>
        <w:br/>
        <w:t>vt 0.330386 0.017454</w:t>
        <w:br/>
        <w:t>vt 0.330386 0.013660</w:t>
        <w:br/>
        <w:t>vt 0.323638 0.013660</w:t>
        <w:br/>
        <w:t>vt 0.345863 0.017454</w:t>
        <w:br/>
        <w:t>vt 0.345863 0.013660</w:t>
        <w:br/>
        <w:t>vt 0.372749 0.017454</w:t>
        <w:br/>
        <w:t>vt 0.372749 0.013660</w:t>
        <w:br/>
        <w:t>vt 0.323638 0.004076</w:t>
        <w:br/>
        <w:t>vt 0.323638 0.007780</w:t>
        <w:br/>
        <w:t>vt 0.330386 0.007780</w:t>
        <w:br/>
        <w:t>vt 0.330386 0.004076</w:t>
        <w:br/>
        <w:t>vt 0.345863 0.007780</w:t>
        <w:br/>
        <w:t>vt 0.345863 0.004076</w:t>
        <w:br/>
        <w:t>vt 0.307325 0.017454</w:t>
        <w:br/>
        <w:t>vt 0.307325 0.013660</w:t>
        <w:br/>
        <w:t>vt 0.300673 0.013660</w:t>
        <w:br/>
        <w:t>vt 0.300673 0.017454</w:t>
        <w:br/>
        <w:t>vt 0.300673 0.007780</w:t>
        <w:br/>
        <w:t>vt 0.307325 0.007780</w:t>
        <w:br/>
        <w:t>vt 0.307325 0.004076</w:t>
        <w:br/>
        <w:t>vt 0.300673 0.004076</w:t>
        <w:br/>
        <w:t>vt 0.311443 0.017454</w:t>
        <w:br/>
        <w:t>vt 0.311443 0.013660</w:t>
        <w:br/>
        <w:t>vt 0.319286 0.013660</w:t>
        <w:br/>
        <w:t>vt 0.319286 0.017454</w:t>
        <w:br/>
        <w:t>vt 0.319286 0.004076</w:t>
        <w:br/>
        <w:t>vt 0.319286 0.007780</w:t>
        <w:br/>
        <w:t>vt 0.311443 0.004076</w:t>
        <w:br/>
        <w:t>vt 0.311443 0.007780</w:t>
        <w:br/>
        <w:t>vt 0.286839 0.013660</w:t>
        <w:br/>
        <w:t>vt 0.300673 0.013660</w:t>
        <w:br/>
        <w:t>vt 0.300673 0.007780</w:t>
        <w:br/>
        <w:t>vt 0.286839 0.007780</w:t>
        <w:br/>
        <w:t>vt 0.330386 0.007780</w:t>
        <w:br/>
        <w:t>vt 0.330386 0.013660</w:t>
        <w:br/>
        <w:t>vt 0.345863 0.013660</w:t>
        <w:br/>
        <w:t>vt 0.345863 0.007780</w:t>
        <w:br/>
        <w:t>vt 0.207901 0.021236</w:t>
        <w:br/>
        <w:t>vt 0.219163 0.021236</w:t>
        <w:br/>
        <w:t>vt 0.219163 0.017034</w:t>
        <w:br/>
        <w:t>vt 0.207901 0.017034</w:t>
        <w:br/>
        <w:t>vt 0.181950 0.017034</w:t>
        <w:br/>
        <w:t>vt 0.181950 0.021236</w:t>
        <w:br/>
        <w:t>vt 0.192094 0.021236</w:t>
        <w:br/>
        <w:t>vt 0.192094 0.017034</w:t>
        <w:br/>
        <w:t>vt 0.195737 0.021236</w:t>
        <w:br/>
        <w:t>vt 0.195737 0.017034</w:t>
        <w:br/>
        <w:t>vt 0.307325 0.013660</w:t>
        <w:br/>
        <w:t>vt 0.307325 0.007780</w:t>
        <w:br/>
        <w:t>vt 0.202102 0.021236</w:t>
        <w:br/>
        <w:t>vt 0.204591 0.021236</w:t>
        <w:br/>
        <w:t>vt 0.204591 0.017034</w:t>
        <w:br/>
        <w:t>vt 0.202102 0.017034</w:t>
        <w:br/>
        <w:t>vt 0.319286 0.007780</w:t>
        <w:br/>
        <w:t>vt 0.319286 0.013660</w:t>
        <w:br/>
        <w:t>vt 0.323638 0.013660</w:t>
        <w:br/>
        <w:t>vt 0.323638 0.007780</w:t>
        <w:br/>
        <w:t>vt 0.197846 0.021236</w:t>
        <w:br/>
        <w:t>vt 0.199834 0.021236</w:t>
        <w:br/>
        <w:t>vt 0.199834 0.017034</w:t>
        <w:br/>
        <w:t>vt 0.197846 0.017034</w:t>
        <w:br/>
        <w:t>vt 0.311443 0.007780</w:t>
        <w:br/>
        <w:t>vt 0.311443 0.013660</w:t>
        <w:br/>
        <w:t>vt 0.315208 0.013660</w:t>
        <w:br/>
        <w:t>vt 0.315208 0.007780</w:t>
        <w:br/>
        <w:t>vt 0.272190 0.013660</w:t>
        <w:br/>
        <w:t>vt 0.272190 0.007780</w:t>
        <w:br/>
        <w:t>vt 0.172043 0.017034</w:t>
        <w:br/>
        <w:t>vt 0.172043 0.021236</w:t>
        <w:br/>
        <w:t>vt 0.237868 0.021236</w:t>
        <w:br/>
        <w:t>vt 0.237868 0.017034</w:t>
        <w:br/>
        <w:t>vt 0.372749 0.007780</w:t>
        <w:br/>
        <w:t>vt 0.372749 0.013660</w:t>
        <w:br/>
        <w:t>vt 0.257334 0.013660</w:t>
        <w:br/>
        <w:t>vt 0.257334 0.007780</w:t>
        <w:br/>
        <w:t>vt 0.162039 0.017034</w:t>
        <w:br/>
        <w:t>vt 0.162039 0.021236</w:t>
        <w:br/>
        <w:t>vt 0.257334 0.007780</w:t>
        <w:br/>
        <w:t>vt 0.257334 0.004076</w:t>
        <w:br/>
        <w:t>vt 0.257334 0.017454</w:t>
        <w:br/>
        <w:t>vt 0.257334 0.013660</w:t>
        <w:br/>
        <w:t>vt 0.006092 0.068920</w:t>
        <w:br/>
        <w:t>vt 0.011102 0.069000</w:t>
        <w:br/>
        <w:t>vt 0.011102 0.051573</w:t>
        <w:br/>
        <w:t>vt 0.006092 0.051573</w:t>
        <w:br/>
        <w:t>vt 0.006092 0.128859</w:t>
        <w:br/>
        <w:t>vt 0.003135 0.130690</w:t>
        <w:br/>
        <w:t>vt 0.014039 0.130690</w:t>
        <w:br/>
        <w:t>vt 0.011102 0.128859</w:t>
        <w:br/>
        <w:t>vt 0.010768 0.213933</w:t>
        <w:br/>
        <w:t>vt 0.010768 0.197598</w:t>
        <w:br/>
        <w:t>vt 0.006008 0.197598</w:t>
        <w:br/>
        <w:t>vt 0.006008 0.213933</w:t>
        <w:br/>
        <w:t>vt 0.003135 0.050590</w:t>
        <w:br/>
        <w:t>vt 0.006092 0.051573</w:t>
        <w:br/>
        <w:t>vt 0.011102 0.051573</w:t>
        <w:br/>
        <w:t>vt 0.014039 0.050590</w:t>
        <w:br/>
        <w:t>vt 0.014039 0.050590</w:t>
        <w:br/>
        <w:t>vt 0.011102 0.051573</w:t>
        <w:br/>
        <w:t>vt 0.011102 0.069000</w:t>
        <w:br/>
        <w:t>vt 0.014039 0.069171</w:t>
        <w:br/>
        <w:t>vt 0.003135 0.050590</w:t>
        <w:br/>
        <w:t>vt 0.003135 0.069235</w:t>
        <w:br/>
        <w:t>vt 0.006092 0.068920</w:t>
        <w:br/>
        <w:t>vt 0.006092 0.051573</w:t>
        <w:br/>
        <w:t>vt 0.006092 0.128859</w:t>
        <w:br/>
        <w:t>vt 0.011102 0.128859</w:t>
        <w:br/>
        <w:t>vt 0.011102 0.122135</w:t>
        <w:br/>
        <w:t>vt 0.006092 0.123197</w:t>
        <w:br/>
        <w:t>vt 0.006092 0.123197</w:t>
        <w:br/>
        <w:t>vt 0.003135 0.123618</w:t>
        <w:br/>
        <w:t>vt 0.010768 0.147937</w:t>
        <w:br/>
        <w:t>vt 0.010768 0.140897</w:t>
        <w:br/>
        <w:t>vt 0.006008 0.140897</w:t>
        <w:br/>
        <w:t>vt 0.006008 0.147937</w:t>
        <w:br/>
        <w:t>vt 0.011102 0.128859</w:t>
        <w:br/>
        <w:t>vt 0.014039 0.130690</w:t>
        <w:br/>
        <w:t>vt 0.014039 0.122170</w:t>
        <w:br/>
        <w:t>vt 0.011102 0.122135</w:t>
        <w:br/>
        <w:t>vt 0.011102 0.106673</w:t>
        <w:br/>
        <w:t>vt 0.011102 0.089358</w:t>
        <w:br/>
        <w:t>vt 0.006092 0.089043</w:t>
        <w:br/>
        <w:t>vt 0.006092 0.107017</w:t>
        <w:br/>
        <w:t>vt 0.006092 0.089043</w:t>
        <w:br/>
        <w:t>vt 0.003135 0.089182</w:t>
        <w:br/>
        <w:t>vt 0.003135 0.106895</w:t>
        <w:br/>
        <w:t>vt 0.006092 0.107017</w:t>
        <w:br/>
        <w:t>vt 0.006008 0.178756</w:t>
        <w:br/>
        <w:t>vt 0.010768 0.178756</w:t>
        <w:br/>
        <w:t>vt 0.010768 0.162598</w:t>
        <w:br/>
        <w:t>vt 0.006008 0.162598</w:t>
        <w:br/>
        <w:t>vt 0.014039 0.089855</w:t>
        <w:br/>
        <w:t>vt 0.011102 0.089358</w:t>
        <w:br/>
        <w:t>vt 0.011102 0.106673</w:t>
        <w:br/>
        <w:t>vt 0.014039 0.106907</w:t>
        <w:br/>
        <w:t>vt 0.478849 0.976376</w:t>
        <w:br/>
        <w:t>vt 0.478849 0.976376</w:t>
        <w:br/>
        <w:t>vt 0.315208 0.017454</w:t>
        <w:br/>
        <w:t>vt 0.315208 0.013660</w:t>
        <w:br/>
        <w:t>vt 0.315208 0.007780</w:t>
        <w:br/>
        <w:t>vt 0.315208 0.004076</w:t>
        <w:br/>
        <w:t>vt 0.372749 0.007780</w:t>
        <w:br/>
        <w:t>vt 0.372749 0.004076</w:t>
        <w:br/>
        <w:t>vt 0.373198 0.026301</w:t>
        <w:br/>
        <w:t>vt 0.373198 0.022595</w:t>
        <w:br/>
        <w:t>vt 0.589382 0.463426</w:t>
        <w:br/>
        <w:t>vt 0.589382 0.458167</w:t>
        <w:br/>
        <w:t>vt 0.583371 0.458167</w:t>
        <w:br/>
        <w:t>vt 0.583371 0.463426</w:t>
        <w:br/>
        <w:t>vt 0.591990 0.438239</w:t>
        <w:br/>
        <w:t>vt 0.585468 0.438239</w:t>
        <w:br/>
        <w:t>vt 0.585468 0.443499</w:t>
        <w:br/>
        <w:t>vt 0.591990 0.443499</w:t>
        <w:br/>
        <w:t>vt 0.594277 0.426982</w:t>
        <w:br/>
        <w:t>vt 0.594277 0.417623</w:t>
        <w:br/>
        <w:t>vt 0.586719 0.417899</w:t>
        <w:br/>
        <w:t>vt 0.586719 0.428182</w:t>
        <w:br/>
        <w:t>vt 0.576349 0.458167</w:t>
        <w:br/>
        <w:t>vt 0.576349 0.463426</w:t>
        <w:br/>
        <w:t>vt 0.643923 0.417282</w:t>
        <w:br/>
        <w:t>vt 0.638733 0.416543</w:t>
        <w:br/>
        <w:t>vt 0.638752 0.426815</w:t>
        <w:br/>
        <w:t>vt 0.643475 0.426844</w:t>
        <w:br/>
        <w:t>vt 0.579544 0.415906</w:t>
        <w:br/>
        <w:t>vt 0.579544 0.430846</w:t>
        <w:br/>
        <w:t>vt 0.567383 0.463426</w:t>
        <w:br/>
        <w:t>vt 0.567383 0.458167</w:t>
        <w:br/>
        <w:t>vt 0.632718 0.414099</w:t>
        <w:br/>
        <w:t>vt 0.632860 0.429341</w:t>
        <w:br/>
        <w:t>vt 0.569812 0.430846</w:t>
        <w:br/>
        <w:t>vt 0.569812 0.423382</w:t>
        <w:br/>
        <w:t>vt 0.578485 0.438239</w:t>
        <w:br/>
        <w:t>vt 0.578485 0.443499</w:t>
        <w:br/>
        <w:t>vt 0.623058 0.421727</w:t>
        <w:br/>
        <w:t>vt 0.666490 0.479934</w:t>
        <w:br/>
        <w:t>vt 0.658287 0.479934</w:t>
        <w:br/>
        <w:t>vt 0.658287 0.488802</w:t>
        <w:br/>
        <w:t>vt 0.666490 0.488802</w:t>
        <w:br/>
        <w:t>vt 0.569518 0.438239</w:t>
        <w:br/>
        <w:t>vt 0.569518 0.443499</w:t>
        <w:br/>
        <w:t>vt 0.650087 0.479934</w:t>
        <w:br/>
        <w:t>vt 0.650087 0.488802</w:t>
        <w:br/>
        <w:t>vt 0.623058 0.414099</w:t>
        <w:br/>
        <w:t>vt 0.623058 0.429341</w:t>
        <w:br/>
        <w:t>vt 0.569812 0.415906</w:t>
        <w:br/>
        <w:t>vt 0.981000 0.151800</w:t>
        <w:br/>
        <w:t>vt 0.975900 0.151100</w:t>
        <w:br/>
        <w:t>vt 0.974000 0.148600</w:t>
        <w:br/>
        <w:t>vt 0.983900 0.149700</w:t>
        <w:br/>
        <w:t>vt 0.972200 0.018400</w:t>
        <w:br/>
        <w:t>vt 0.965000 0.018600</w:t>
        <w:br/>
        <w:t>vt 0.965000 0.007400</w:t>
        <w:br/>
        <w:t>vt 0.972200 0.007700</w:t>
        <w:br/>
        <w:t>vt 0.916500 0.106000</w:t>
        <w:br/>
        <w:t>vt 0.919200 0.104300</w:t>
        <w:br/>
        <w:t>vt 0.920000 0.107700</w:t>
        <w:br/>
        <w:t>vt 0.917500 0.109600</w:t>
        <w:br/>
        <w:t>vt 0.921900 0.103700</w:t>
        <w:br/>
        <w:t>vt 0.712900 0.176000</w:t>
        <w:br/>
        <w:t>vt 0.721100 0.176700</w:t>
        <w:br/>
        <w:t>vt 0.720200 0.182800</w:t>
        <w:br/>
        <w:t>vt 0.711600 0.181600</w:t>
        <w:br/>
        <w:t>vt 0.881400 0.161200</w:t>
        <w:br/>
        <w:t>vt 0.868300 0.161600</w:t>
        <w:br/>
        <w:t>vt 0.867528 0.150990</w:t>
        <w:br/>
        <w:t>vt 0.881400 0.149000</w:t>
        <w:br/>
        <w:t>vt 0.864900 0.236000</w:t>
        <w:br/>
        <w:t>vt 0.880600 0.234300</w:t>
        <w:br/>
        <w:t>vt 0.880600 0.243600</w:t>
        <w:br/>
        <w:t>vt 0.881400 0.112100</w:t>
        <w:br/>
        <w:t>vt 0.881400 0.120700</w:t>
        <w:br/>
        <w:t>vt 0.866600 0.117500</w:t>
        <w:br/>
        <w:t>vt 0.720800 0.204900</w:t>
        <w:br/>
        <w:t>vt 0.719700 0.197000</w:t>
        <w:br/>
        <w:t>vt 0.726000 0.194200</w:t>
        <w:br/>
        <w:t>vt 0.718700 0.189600</w:t>
        <w:br/>
        <w:t>vt 0.709600 0.191500</w:t>
        <w:br/>
        <w:t>vt 0.728400 0.184000</w:t>
        <w:br/>
        <w:t>vt 0.728400 0.177500</w:t>
        <w:br/>
        <w:t>vt 0.737000 0.179700</w:t>
        <w:br/>
        <w:t>vt 0.735700 0.186500</w:t>
        <w:br/>
        <w:t>vt 0.729400 0.155500</w:t>
        <w:br/>
        <w:t>vt 0.725500 0.148700</w:t>
        <w:br/>
        <w:t>vt 0.733600 0.154700</w:t>
        <w:br/>
        <w:t>vt 0.768800 0.216600</w:t>
        <w:br/>
        <w:t>vt 0.769900 0.210200</w:t>
        <w:br/>
        <w:t>vt 0.778100 0.209100</w:t>
        <w:br/>
        <w:t>vt 0.737000 0.192600</w:t>
        <w:br/>
        <w:t>vt 0.741900 0.187600</w:t>
        <w:br/>
        <w:t>vt 0.740000 0.163100</w:t>
        <w:br/>
        <w:t>vt 0.738400 0.168800</w:t>
        <w:br/>
        <w:t>vt 0.736900 0.162300</w:t>
        <w:br/>
        <w:t>vt 0.730900 0.225000</w:t>
        <w:br/>
        <w:t>vt 0.730700 0.219400</w:t>
        <w:br/>
        <w:t>vt 0.740200 0.220100</w:t>
        <w:br/>
        <w:t>vt 0.735300 0.229700</w:t>
        <w:br/>
        <w:t>vt 0.736800 0.212800</w:t>
        <w:br/>
        <w:t>vt 0.731500 0.213600</w:t>
        <w:br/>
        <w:t>vt 0.735200 0.206100</w:t>
        <w:br/>
        <w:t>vt 0.719600 0.212700</w:t>
        <w:br/>
        <w:t>vt 0.715900 0.208200</w:t>
        <w:br/>
        <w:t>vt 0.748400 0.212400</w:t>
        <w:br/>
        <w:t>vt 0.746800 0.208000</w:t>
        <w:br/>
        <w:t>vt 0.752800 0.206000</w:t>
        <w:br/>
        <w:t>vt 0.749900 0.188800</w:t>
        <w:br/>
        <w:t>vt 0.749900 0.181200</w:t>
        <w:br/>
        <w:t>vt 0.755500 0.186400</w:t>
        <w:br/>
        <w:t>vt 0.748400 0.166000</w:t>
        <w:br/>
        <w:t>vt 0.752300 0.167300</w:t>
        <w:br/>
        <w:t>vt 0.752100 0.171900</w:t>
        <w:br/>
        <w:t>vt 0.747900 0.172500</w:t>
        <w:br/>
        <w:t>vt 0.714600 0.224400</w:t>
        <w:br/>
        <w:t>vt 0.708100 0.226700</w:t>
        <w:br/>
        <w:t>vt 0.707800 0.219800</w:t>
        <w:br/>
        <w:t>vt 0.716100 0.218600</w:t>
        <w:br/>
        <w:t>vt 0.755600 0.222200</w:t>
        <w:br/>
        <w:t>vt 0.755600 0.217200</w:t>
        <w:br/>
        <w:t>vt 0.759500 0.216700</w:t>
        <w:br/>
        <w:t>vt 0.759200 0.221500</w:t>
        <w:br/>
        <w:t>vt 0.759300 0.202400</w:t>
        <w:br/>
        <w:t>vt 0.763000 0.204400</w:t>
        <w:br/>
        <w:t>vt 0.761200 0.210900</w:t>
        <w:br/>
        <w:t>vt 0.755900 0.212200</w:t>
        <w:br/>
        <w:t>vt 0.766200 0.195700</w:t>
        <w:br/>
        <w:t>vt 0.761900 0.198400</w:t>
        <w:br/>
        <w:t>vt 0.764000 0.193100</w:t>
        <w:br/>
        <w:t>vt 0.769600 0.173600</w:t>
        <w:br/>
        <w:t>vt 0.764800 0.174900</w:t>
        <w:br/>
        <w:t>vt 0.761700 0.168300</w:t>
        <w:br/>
        <w:t>vt 0.770600 0.165100</w:t>
        <w:br/>
        <w:t>vt 0.763900 0.164000</w:t>
        <w:br/>
        <w:t>vt 0.765300 0.159700</w:t>
        <w:br/>
        <w:t>vt 0.744100 0.223100</w:t>
        <w:br/>
        <w:t>vt 0.740200 0.220100</w:t>
        <w:br/>
        <w:t>vt 0.748300 0.218100</w:t>
        <w:br/>
        <w:t>vt 0.743500 0.154200</w:t>
        <w:br/>
        <w:t>vt 0.738300 0.153100</w:t>
        <w:br/>
        <w:t>vt 0.748000 0.156300</w:t>
        <w:br/>
        <w:t>vt 0.753500 0.160100</w:t>
        <w:br/>
        <w:t>vt 0.729800 0.160600</w:t>
        <w:br/>
        <w:t>vt 0.729100 0.169100</w:t>
        <w:br/>
        <w:t>vt 0.721500 0.168000</w:t>
        <w:br/>
        <w:t>vt 0.721400 0.160100</w:t>
        <w:br/>
        <w:t>vt 0.697500 0.226300</w:t>
        <w:br/>
        <w:t>vt 0.697000 0.221400</w:t>
        <w:br/>
        <w:t>vt 0.880600 0.227600</w:t>
        <w:br/>
        <w:t>vt 0.865550 0.226850</w:t>
        <w:br/>
        <w:t>vt 0.866200 0.217700</w:t>
        <w:br/>
        <w:t>vt 0.774700 0.205900</w:t>
        <w:br/>
        <w:t>vt 0.779300 0.199200</w:t>
        <w:br/>
        <w:t>vt 0.783500 0.201000</w:t>
        <w:br/>
        <w:t>vt 0.708300 0.231300</w:t>
        <w:br/>
        <w:t>vt 0.700500 0.233500</w:t>
        <w:br/>
        <w:t>vt 0.697100 0.231100</w:t>
        <w:br/>
        <w:t>vt 0.868500 0.172600</w:t>
        <w:br/>
        <w:t>vt 0.881400 0.177100</w:t>
        <w:br/>
        <w:t>vt 0.880600 0.220200</w:t>
        <w:br/>
        <w:t>vt 0.849100 0.243300</w:t>
        <w:br/>
        <w:t>vt 0.845400 0.240700</w:t>
        <w:br/>
        <w:t>vt 0.847900 0.232000</w:t>
        <w:br/>
        <w:t>vt 0.853400 0.230900</w:t>
        <w:br/>
        <w:t>vt 0.850200 0.221600</w:t>
        <w:br/>
        <w:t>vt 0.854800 0.221500</w:t>
        <w:br/>
        <w:t>vt 0.852600 0.171100</w:t>
        <w:br/>
        <w:t>vt 0.853700 0.159300</w:t>
        <w:br/>
        <w:t>vt 0.856100 0.160700</w:t>
        <w:br/>
        <w:t>vt 0.857200 0.170700</w:t>
        <w:br/>
        <w:t>vt 0.854400 0.145800</w:t>
        <w:br/>
        <w:t>vt 0.851800 0.146200</w:t>
        <w:br/>
        <w:t>vt 0.863734 0.246852</w:t>
        <w:br/>
        <w:t>vt 0.776800 0.218700</w:t>
        <w:br/>
        <w:t>vt 0.862600 0.257400</w:t>
        <w:br/>
        <w:t>vt 0.849100 0.252000</w:t>
        <w:br/>
        <w:t>vt 0.851400 0.123800</w:t>
        <w:br/>
        <w:t>vt 0.852400 0.113400</w:t>
        <w:br/>
        <w:t>vt 0.932100 0.112900</w:t>
        <w:br/>
        <w:t>vt 0.933000 0.117700</w:t>
        <w:br/>
        <w:t>vt 0.926100 0.117600</w:t>
        <w:br/>
        <w:t>vt 0.925300 0.112900</w:t>
        <w:br/>
        <w:t>vt 0.935500 0.109600</w:t>
        <w:br/>
        <w:t>vt 0.942700 0.115200</w:t>
        <w:br/>
        <w:t>vt 0.938500 0.117500</w:t>
        <w:br/>
        <w:t>vt 0.924100 0.107700</w:t>
        <w:br/>
        <w:t>vt 0.924500 0.103900</w:t>
        <w:br/>
        <w:t>vt 0.927900 0.105300</w:t>
        <w:br/>
        <w:t>vt 0.926600 0.109100</w:t>
        <w:br/>
        <w:t>vt 0.913600 0.113600</w:t>
        <w:br/>
        <w:t>vt 0.910400 0.119500</w:t>
        <w:br/>
        <w:t>vt 0.906500 0.116300</w:t>
        <w:br/>
        <w:t>vt 0.911200 0.110400</w:t>
        <w:br/>
        <w:t>vt 0.712900 0.160600</w:t>
        <w:br/>
        <w:t>vt 0.713400 0.167800</w:t>
        <w:br/>
        <w:t>vt 0.983600 0.018300</w:t>
        <w:br/>
        <w:t>vt 0.983400 0.007700</w:t>
        <w:br/>
        <w:t>vt 0.991100 0.007200</w:t>
        <w:br/>
        <w:t>vt 0.991100 0.018200</w:t>
        <w:br/>
        <w:t>vt 0.794500 0.134100</w:t>
        <w:br/>
        <w:t>vt 0.795700 0.139700</w:t>
        <w:br/>
        <w:t>vt 0.782600 0.141200</w:t>
        <w:br/>
        <w:t>vt 0.781500 0.135700</w:t>
        <w:br/>
        <w:t>vt 0.800800 0.167100</w:t>
        <w:br/>
        <w:t>vt 0.806700 0.171400</w:t>
        <w:br/>
        <w:t>vt 0.797200 0.172500</w:t>
        <w:br/>
        <w:t>vt 0.793000 0.214200</w:t>
        <w:br/>
        <w:t>vt 0.796100 0.206100</w:t>
        <w:br/>
        <w:t>vt 0.880600 0.255000</w:t>
        <w:br/>
        <w:t>vt 0.880600 0.264500</w:t>
        <w:br/>
        <w:t>vt 0.849100 0.262200</w:t>
        <w:br/>
        <w:t>vt 0.869800 0.103400</w:t>
        <w:br/>
        <w:t>vt 0.852500 0.103400</w:t>
        <w:br/>
        <w:t>vt 0.880600 0.212000</w:t>
        <w:br/>
        <w:t>vt 0.867750 0.209900</w:t>
        <w:br/>
        <w:t>vt 0.869300 0.202100</w:t>
        <w:br/>
        <w:t>vt 0.880600 0.201000</w:t>
        <w:br/>
        <w:t>vt 0.857900 0.210500</w:t>
        <w:br/>
        <w:t>vt 0.859900 0.202800</w:t>
        <w:br/>
        <w:t>vt 0.853400 0.210600</w:t>
        <w:br/>
        <w:t>vt 0.854100 0.201400</w:t>
        <w:br/>
        <w:t>vt 0.782400 0.169900</w:t>
        <w:br/>
        <w:t>vt 0.785900 0.162500</w:t>
        <w:br/>
        <w:t>vt 0.799400 0.159500</w:t>
        <w:br/>
        <w:t>vt 0.791800 0.174700</w:t>
        <w:br/>
        <w:t>vt 0.789400 0.222300</w:t>
        <w:br/>
        <w:t>vt 0.787000 0.193500</w:t>
        <w:br/>
        <w:t>vt 0.791100 0.189300</w:t>
        <w:br/>
        <w:t>vt 0.796300 0.192300</w:t>
        <w:br/>
        <w:t>vt 0.799600 0.198200</w:t>
        <w:br/>
        <w:t>vt 0.806400 0.194700</w:t>
        <w:br/>
        <w:t>vt 0.817800 0.221700</w:t>
        <w:br/>
        <w:t>vt 0.816000 0.214700</w:t>
        <w:br/>
        <w:t>vt 0.822900 0.215500</w:t>
        <w:br/>
        <w:t>vt 0.818800 0.210000</w:t>
        <w:br/>
        <w:t>vt 0.814300 0.164400</w:t>
        <w:br/>
        <w:t>vt 0.816500 0.170800</w:t>
        <w:br/>
        <w:t>vt 0.824700 0.163100</w:t>
        <w:br/>
        <w:t>vt 0.820600 0.156000</w:t>
        <w:br/>
        <w:t>vt 0.824800 0.151000</w:t>
        <w:br/>
        <w:t>vt 0.816700 0.127800</w:t>
        <w:br/>
        <w:t>vt 0.820300 0.135000</w:t>
        <w:br/>
        <w:t>vt 0.809100 0.136600</w:t>
        <w:br/>
        <w:t>vt 0.807700 0.130600</w:t>
        <w:br/>
        <w:t>vt 0.802100 0.228000</w:t>
        <w:br/>
        <w:t>vt 0.807800 0.221200</w:t>
        <w:br/>
        <w:t>vt 0.808200 0.231100</w:t>
        <w:br/>
        <w:t>vt 0.842000 0.208300</w:t>
        <w:br/>
        <w:t>vt 0.824400 0.204100</w:t>
        <w:br/>
        <w:t>vt 0.826500 0.197500</w:t>
        <w:br/>
        <w:t>vt 0.844100 0.200700</w:t>
        <w:br/>
        <w:t>vt 0.842200 0.161100</w:t>
        <w:br/>
        <w:t>vt 0.842300 0.169900</w:t>
        <w:br/>
        <w:t>vt 0.838500 0.160600</w:t>
        <w:br/>
        <w:t>vt 0.817800 0.203700</w:t>
        <w:br/>
        <w:t>vt 0.817100 0.196200</w:t>
        <w:br/>
        <w:t>vt 0.812400 0.156100</w:t>
        <w:br/>
        <w:t>vt 0.811500 0.208000</w:t>
        <w:br/>
        <w:t>vt 0.882900 0.161300</w:t>
        <w:br/>
        <w:t>vt 0.881400 0.161200</w:t>
        <w:br/>
        <w:t>vt 0.881400 0.149000</w:t>
        <w:br/>
        <w:t>vt 0.882900 0.148800</w:t>
        <w:br/>
        <w:t>vt 0.882200 0.234700</w:t>
        <w:br/>
        <w:t>vt 0.882200 0.244100</w:t>
        <w:br/>
        <w:t>vt 0.880600 0.243600</w:t>
        <w:br/>
        <w:t>vt 0.880600 0.234300</w:t>
        <w:br/>
        <w:t>vt 0.882900 0.112300</w:t>
        <w:br/>
        <w:t>vt 0.882900 0.120700</w:t>
        <w:br/>
        <w:t>vt 0.881400 0.120700</w:t>
        <w:br/>
        <w:t>vt 0.881400 0.112100</w:t>
        <w:br/>
        <w:t>vt 0.882200 0.227800</w:t>
        <w:br/>
        <w:t>vt 0.880600 0.227600</w:t>
        <w:br/>
        <w:t>vt 0.882900 0.179100</w:t>
        <w:br/>
        <w:t>vt 0.881400 0.177100</w:t>
        <w:br/>
        <w:t>vt 0.868200 0.174700</w:t>
        <w:br/>
        <w:t>vt 0.868500 0.172600</w:t>
        <w:br/>
        <w:t>vt 0.881400 0.177100</w:t>
        <w:br/>
        <w:t>vt 0.882900 0.179100</w:t>
        <w:br/>
        <w:t>vt 0.882200 0.220300</w:t>
        <w:br/>
        <w:t>vt 0.880600 0.220200</w:t>
        <w:br/>
        <w:t>vt 0.856400 0.172000</w:t>
        <w:br/>
        <w:t>vt 0.852900 0.172800</w:t>
        <w:br/>
        <w:t>vt 0.852600 0.171100</w:t>
        <w:br/>
        <w:t>vt 0.857200 0.170700</w:t>
        <w:br/>
        <w:t>vt 0.882200 0.255400</w:t>
        <w:br/>
        <w:t>vt 0.880600 0.255000</w:t>
        <w:br/>
        <w:t>vt 0.760800 0.223200</w:t>
        <w:br/>
        <w:t>vt 0.759200 0.221500</w:t>
        <w:br/>
        <w:t>vt 0.767800 0.220100</w:t>
        <w:br/>
        <w:t>vt 0.768900 0.221800</w:t>
        <w:br/>
        <w:t>vt 0.794200 0.132200</w:t>
        <w:br/>
        <w:t>vt 0.794500 0.134100</w:t>
        <w:br/>
        <w:t>vt 0.781500 0.135700</w:t>
        <w:br/>
        <w:t>vt 0.781300 0.133800</w:t>
        <w:br/>
        <w:t>vt 0.797700 0.174400</w:t>
        <w:br/>
        <w:t>vt 0.797200 0.172500</w:t>
        <w:br/>
        <w:t>vt 0.806700 0.171400</w:t>
        <w:br/>
        <w:t>vt 0.807000 0.173300</w:t>
        <w:br/>
        <w:t>vt 0.882200 0.264700</w:t>
        <w:br/>
        <w:t>vt 0.880600 0.264500</w:t>
        <w:br/>
        <w:t>vt 0.882200 0.273100</w:t>
        <w:br/>
        <w:t>vt 0.863900 0.273100</w:t>
        <w:br/>
        <w:t>vt 0.863800 0.271600</w:t>
        <w:br/>
        <w:t>vt 0.880600 0.271600</w:t>
        <w:br/>
        <w:t>vt 0.847200 0.273100</w:t>
        <w:br/>
        <w:t>vt 0.849100 0.271600</w:t>
        <w:br/>
        <w:t>vt 0.869800 0.103400</w:t>
        <w:br/>
        <w:t>vt 0.869200 0.101900</w:t>
        <w:br/>
        <w:t>vt 0.882900 0.101900</w:t>
        <w:br/>
        <w:t>vt 0.881400 0.103400</w:t>
        <w:br/>
        <w:t>vt 0.882900 0.101900</w:t>
        <w:br/>
        <w:t>vt 0.881400 0.103400</w:t>
        <w:br/>
        <w:t>vt 0.852500 0.103400</w:t>
        <w:br/>
        <w:t>vt 0.851500 0.101900</w:t>
        <w:br/>
        <w:t>vt 0.882200 0.199300</w:t>
        <w:br/>
        <w:t>vt 0.880600 0.201000</w:t>
        <w:br/>
        <w:t>vt 0.869300 0.202100</w:t>
        <w:br/>
        <w:t>vt 0.868800 0.200300</w:t>
        <w:br/>
        <w:t>vt 0.882200 0.211600</w:t>
        <w:br/>
        <w:t>vt 0.880600 0.212000</w:t>
        <w:br/>
        <w:t>vt 0.880600 0.201000</w:t>
        <w:br/>
        <w:t>vt 0.882200 0.199300</w:t>
        <w:br/>
        <w:t>vt 0.859900 0.202800</w:t>
        <w:br/>
        <w:t>vt 0.859500 0.201300</w:t>
        <w:br/>
        <w:t>vt 0.854100 0.201400</w:t>
        <w:br/>
        <w:t>vt 0.854000 0.199900</w:t>
        <w:br/>
        <w:t>vt 0.793000 0.176200</w:t>
        <w:br/>
        <w:t>vt 0.791800 0.174700</w:t>
        <w:br/>
        <w:t>vt 0.788900 0.224200</w:t>
        <w:br/>
        <w:t>vt 0.776500 0.220500</w:t>
        <w:br/>
        <w:t>vt 0.776800 0.218700</w:t>
        <w:br/>
        <w:t>vt 0.789400 0.222300</w:t>
        <w:br/>
        <w:t>vt 0.792400 0.187900</w:t>
        <w:br/>
        <w:t>vt 0.797200 0.190600</w:t>
        <w:br/>
        <w:t>vt 0.796300 0.192300</w:t>
        <w:br/>
        <w:t>vt 0.791100 0.189300</w:t>
        <w:br/>
        <w:t>vt 0.806900 0.192900</w:t>
        <w:br/>
        <w:t>vt 0.806400 0.194700</w:t>
        <w:br/>
        <w:t>vt 0.788800 0.181600</w:t>
        <w:br/>
        <w:t>vt 0.787300 0.181700</w:t>
        <w:br/>
        <w:t>vt 0.788200 0.178000</w:t>
        <w:br/>
        <w:t>vt 0.789800 0.178800</w:t>
        <w:br/>
        <w:t>vt 0.826900 0.195600</w:t>
        <w:br/>
        <w:t>vt 0.826500 0.197500</w:t>
        <w:br/>
        <w:t>vt 0.817100 0.196200</w:t>
        <w:br/>
        <w:t>vt 0.816800 0.194200</w:t>
        <w:br/>
        <w:t>vt 0.816500 0.170800</w:t>
        <w:br/>
        <w:t>vt 0.816900 0.172700</w:t>
        <w:br/>
        <w:t>vt 0.816400 0.126000</w:t>
        <w:br/>
        <w:t>vt 0.816700 0.127800</w:t>
        <w:br/>
        <w:t>vt 0.807700 0.130600</w:t>
        <w:br/>
        <w:t>vt 0.807300 0.128700</w:t>
        <w:br/>
        <w:t>vt 0.802100 0.228000</w:t>
        <w:br/>
        <w:t>vt 0.808200 0.231100</w:t>
        <w:br/>
        <w:t>vt 0.807700 0.232600</w:t>
        <w:br/>
        <w:t>vt 0.801500 0.229500</w:t>
        <w:br/>
        <w:t>vt 0.844100 0.200700</w:t>
        <w:br/>
        <w:t>vt 0.844600 0.198900</w:t>
        <w:br/>
        <w:t>vt 0.826400 0.172100</w:t>
        <w:br/>
        <w:t>vt 0.826000 0.170300</w:t>
        <w:br/>
        <w:t>vt 0.842300 0.169900</w:t>
        <w:br/>
        <w:t>vt 0.842600 0.171600</w:t>
        <w:br/>
        <w:t>vt 0.926100 0.164600</w:t>
        <w:br/>
        <w:t>vt 0.926400 0.154700</w:t>
        <w:br/>
        <w:t>vt 0.909100 0.154000</w:t>
        <w:br/>
        <w:t>vt 0.909100 0.165600</w:t>
        <w:br/>
        <w:t>vt 0.939500 0.164200</w:t>
        <w:br/>
        <w:t>vt 0.939500 0.155100</w:t>
        <w:br/>
        <w:t>vt 0.952200 0.265000</w:t>
        <w:br/>
        <w:t>vt 0.952200 0.273400</w:t>
        <w:br/>
        <w:t>vt 0.937200 0.271900</w:t>
        <w:br/>
        <w:t>vt 0.936300 0.261100</w:t>
        <w:br/>
        <w:t>vt 0.921900 0.270500</w:t>
        <w:br/>
        <w:t>vt 0.921900 0.259800</w:t>
        <w:br/>
        <w:t>vt 0.938500 0.174700</w:t>
        <w:br/>
        <w:t>vt 0.925300 0.173900</w:t>
        <w:br/>
        <w:t>vt 0.909100 0.175200</w:t>
        <w:br/>
        <w:t>vt 0.942700 0.174900</w:t>
        <w:br/>
        <w:t>vt 0.942400 0.166000</w:t>
        <w:br/>
        <w:t>vt 0.922400 0.232800</w:t>
        <w:br/>
        <w:t>vt 0.919500 0.234700</w:t>
        <w:br/>
        <w:t>vt 0.919700 0.225200</w:t>
        <w:br/>
        <w:t>vt 0.923400 0.222600</w:t>
        <w:br/>
        <w:t>vt 0.937500 0.222100</w:t>
        <w:br/>
        <w:t>vt 0.937200 0.233400</w:t>
        <w:br/>
        <w:t>vt 0.952200 0.222600</w:t>
        <w:br/>
        <w:t>vt 0.952200 0.235300</w:t>
        <w:br/>
        <w:t>vt 0.909100 0.189400</w:t>
        <w:br/>
        <w:t>vt 0.925000 0.188500</w:t>
        <w:br/>
        <w:t>vt 0.925100 0.181400</w:t>
        <w:br/>
        <w:t>vt 0.909100 0.182100</w:t>
        <w:br/>
        <w:t>vt 0.936700 0.188800</w:t>
        <w:br/>
        <w:t>vt 0.937600 0.181900</w:t>
        <w:br/>
        <w:t>vt 0.942400 0.186200</w:t>
        <w:br/>
        <w:t>vt 0.942600 0.180600</w:t>
        <w:br/>
        <w:t>vt 0.919800 0.216100</w:t>
        <w:br/>
        <w:t>vt 0.923800 0.215500</w:t>
        <w:br/>
        <w:t>vt 0.937200 0.212100</w:t>
        <w:br/>
        <w:t>vt 0.952200 0.205100</w:t>
        <w:br/>
        <w:t>vt 0.924800 0.206600</w:t>
        <w:br/>
        <w:t>vt 0.924800 0.196500</w:t>
        <w:br/>
        <w:t>vt 0.909100 0.198600</w:t>
        <w:br/>
        <w:t>vt 0.909100 0.211700</w:t>
        <w:br/>
        <w:t>vt 0.935400 0.203900</w:t>
        <w:br/>
        <w:t>vt 0.935500 0.195800</w:t>
        <w:br/>
        <w:t>vt 0.942100 0.201300</w:t>
        <w:br/>
        <w:t>vt 0.942100 0.192000</w:t>
        <w:br/>
        <w:t>vt 0.914700 0.118800</w:t>
        <w:br/>
        <w:t>vt 0.915400 0.121700</w:t>
        <w:br/>
        <w:t>vt 0.912300 0.123600</w:t>
        <w:br/>
        <w:t>vt 0.935700 0.123000</w:t>
        <w:br/>
        <w:t>vt 0.931800 0.121500</w:t>
        <w:br/>
        <w:t>vt 0.680900 0.224200</w:t>
        <w:br/>
        <w:t>vt 0.687600 0.221800</w:t>
        <w:br/>
        <w:t>vt 0.681500 0.228800</w:t>
        <w:br/>
        <w:t>vt 0.700400 0.195500</w:t>
        <w:br/>
        <w:t>vt 0.699100 0.194700</w:t>
        <w:br/>
        <w:t>vt 0.699400 0.189400</w:t>
        <w:br/>
        <w:t>vt 0.700700 0.187800</w:t>
        <w:br/>
        <w:t>vt 0.767500 0.141600</w:t>
        <w:br/>
        <w:t>vt 0.761100 0.141300</w:t>
        <w:br/>
        <w:t>vt 0.765500 0.135800</w:t>
        <w:br/>
        <w:t>vt 0.740800 0.227000</w:t>
        <w:br/>
        <w:t>vt 0.718700 0.230300</w:t>
        <w:br/>
        <w:t>vt 0.713400 0.229500</w:t>
        <w:br/>
        <w:t>vt 0.741600 0.213800</w:t>
        <w:br/>
        <w:t>vt 0.748400 0.212400</w:t>
        <w:br/>
        <w:t>vt 0.687700 0.230800</w:t>
        <w:br/>
        <w:t>vt 0.691900 0.233500</w:t>
        <w:br/>
        <w:t>vt 0.691400 0.218300</w:t>
        <w:br/>
        <w:t>vt 0.675600 0.227300</w:t>
        <w:br/>
        <w:t>vt 0.675300 0.225500</w:t>
        <w:br/>
        <w:t>vt 0.676500 0.225400</w:t>
        <w:br/>
        <w:t>vt 0.676400 0.227400</w:t>
        <w:br/>
        <w:t>vt 0.663727 0.170301</w:t>
        <w:br/>
        <w:t>vt 0.663927 0.173901</w:t>
        <w:br/>
        <w:t>vt 0.662827 0.173901</w:t>
        <w:br/>
        <w:t>vt 0.664527 0.181601</w:t>
        <w:br/>
        <w:t>vt 0.663027 0.181601</w:t>
        <w:br/>
        <w:t>vt 0.662927 0.177801</w:t>
        <w:br/>
        <w:t>vt 0.664027 0.177801</w:t>
        <w:br/>
        <w:t>vt 0.663127 0.185601</w:t>
        <w:br/>
        <w:t>vt 0.664827 0.185601</w:t>
        <w:br/>
        <w:t>vt 0.663227 0.188901</w:t>
        <w:br/>
        <w:t>vt 0.902400 0.137800</w:t>
        <w:br/>
        <w:t>vt 0.900600 0.141400</w:t>
        <w:br/>
        <w:t>vt 0.901700 0.137300</w:t>
        <w:br/>
        <w:t>vt 0.701600 0.243800</w:t>
        <w:br/>
        <w:t>vt 0.704500 0.254100</w:t>
        <w:br/>
        <w:t>vt 0.703000 0.254200</w:t>
        <w:br/>
        <w:t>vt 0.700300 0.244500</w:t>
        <w:br/>
        <w:t>vt 0.695000 0.237900</w:t>
        <w:br/>
        <w:t>vt 0.695700 0.236600</w:t>
        <w:br/>
        <w:t>vt 0.680900 0.224200</w:t>
        <w:br/>
        <w:t>vt 0.680800 0.222800</w:t>
        <w:br/>
        <w:t>vt 0.686400 0.220800</w:t>
        <w:br/>
        <w:t>vt 0.687600 0.221800</w:t>
        <w:br/>
        <w:t>vt 0.698100 0.201400</w:t>
        <w:br/>
        <w:t>vt 0.699300 0.202200</w:t>
        <w:br/>
        <w:t>vt 0.703600 0.264700</w:t>
        <w:br/>
        <w:t>vt 0.702800 0.264800</w:t>
        <w:br/>
        <w:t>vt 0.681500 0.228800</w:t>
        <w:br/>
        <w:t>vt 0.687700 0.230800</w:t>
        <w:br/>
        <w:t>vt 0.686100 0.231800</w:t>
        <w:br/>
        <w:t>vt 0.680900 0.230000</w:t>
        <w:br/>
        <w:t>vt 0.696400 0.207200</w:t>
        <w:br/>
        <w:t>vt 0.697500 0.208000</w:t>
        <w:br/>
        <w:t>vt 0.691000 0.234700</w:t>
        <w:br/>
        <w:t>vt 0.691900 0.233500</w:t>
        <w:br/>
        <w:t>vt 0.690500 0.217100</w:t>
        <w:br/>
        <w:t>vt 0.694000 0.212500</w:t>
        <w:br/>
        <w:t>vt 0.695100 0.213300</w:t>
        <w:br/>
        <w:t>vt 0.691400 0.218300</w:t>
        <w:br/>
        <w:t>vt 0.674500 0.228400</w:t>
        <w:br/>
        <w:t>vt 0.675600 0.227300</w:t>
        <w:br/>
        <w:t>vt 0.676400 0.227400</w:t>
        <w:br/>
        <w:t>vt 0.676300 0.229000</w:t>
        <w:br/>
        <w:t>vt 0.674500 0.226500</w:t>
        <w:br/>
        <w:t>vt 0.674800 0.227000</w:t>
        <w:br/>
        <w:t>vt 0.673700 0.227700</w:t>
        <w:br/>
        <w:t>vt 0.673300 0.226500</w:t>
        <w:br/>
        <w:t>vt 0.673700 0.225100</w:t>
        <w:br/>
        <w:t>vt 0.674800 0.225900</w:t>
        <w:br/>
        <w:t>vt 0.676500 0.225400</w:t>
        <w:br/>
        <w:t>vt 0.675300 0.225500</w:t>
        <w:br/>
        <w:t>vt 0.674500 0.224400</w:t>
        <w:br/>
        <w:t>vt 0.676100 0.224000</w:t>
        <w:br/>
        <w:t>vt 0.941400 0.123200</w:t>
        <w:br/>
        <w:t>vt 0.947300 0.120400</w:t>
        <w:br/>
        <w:t>vt 0.912300 0.123600</w:t>
        <w:br/>
        <w:t>vt 0.915400 0.121700</w:t>
        <w:br/>
        <w:t>vt 0.916100 0.123000</w:t>
        <w:br/>
        <w:t>vt 0.912800 0.124700</w:t>
        <w:br/>
        <w:t>vt 0.935100 0.123900</w:t>
        <w:br/>
        <w:t>vt 0.931100 0.122500</w:t>
        <w:br/>
        <w:t>vt 0.938200 0.126400</w:t>
        <w:br/>
        <w:t>vt 0.939000 0.125700</w:t>
        <w:br/>
        <w:t>vt 0.907300 0.129600</w:t>
        <w:br/>
        <w:t>vt 0.905200 0.132600</w:t>
        <w:br/>
        <w:t>vt 0.904400 0.132300</w:t>
        <w:br/>
        <w:t>vt 0.906700 0.129000</w:t>
        <w:br/>
        <w:t>vt 0.910300 0.126900</w:t>
        <w:br/>
        <w:t>vt 0.909400 0.126400</w:t>
        <w:br/>
        <w:t>vt 0.942300 0.130500</w:t>
        <w:br/>
        <w:t>vt 0.943200 0.130100</w:t>
        <w:br/>
        <w:t>vt 0.947700 0.132300</w:t>
        <w:br/>
        <w:t>vt 0.943200 0.130100</w:t>
        <w:br/>
        <w:t>vt 0.948100 0.127300</w:t>
        <w:br/>
        <w:t>vt 0.904400 0.132300</w:t>
        <w:br/>
        <w:t>vt 0.900700 0.132200</w:t>
        <w:br/>
        <w:t>vt 0.900700 0.126600</w:t>
        <w:br/>
        <w:t>vt 0.920100 0.120900</w:t>
        <w:br/>
        <w:t>vt 0.920200 0.122300</w:t>
        <w:br/>
        <w:t>vt 0.926700 0.120800</w:t>
        <w:br/>
        <w:t>vt 0.926200 0.122100</w:t>
        <w:br/>
        <w:t>vt 0.920000 0.118300</w:t>
        <w:br/>
        <w:t>vt 0.939000 0.125700</w:t>
        <w:br/>
        <w:t>vt 0.947000 0.137100</w:t>
        <w:br/>
        <w:t>vt 0.947700 0.136600</w:t>
        <w:br/>
        <w:t>vt 0.662127 0.194101</w:t>
        <w:br/>
        <w:t>vt 0.659027 0.195001</w:t>
        <w:br/>
        <w:t>vt 0.663227 0.188901</w:t>
        <w:br/>
        <w:t>vt 0.690427 0.193301</w:t>
        <w:br/>
        <w:t>vt 0.687727 0.192701</w:t>
        <w:br/>
        <w:t>vt 0.686527 0.188801</w:t>
        <w:br/>
        <w:t>vt 0.671927 0.205801</w:t>
        <w:br/>
        <w:t>vt 0.680827 0.204901</w:t>
        <w:br/>
        <w:t>vt 0.681727 0.209201</w:t>
        <w:br/>
        <w:t>vt 0.672427 0.209201</w:t>
        <w:br/>
        <w:t>vt 0.683127 0.202701</w:t>
        <w:br/>
        <w:t>vt 0.690527 0.203501</w:t>
        <w:br/>
        <w:t>vt 0.665027 0.206801</w:t>
        <w:br/>
        <w:t>vt 0.660427 0.204301</w:t>
        <w:br/>
        <w:t>vt 0.668727 0.203301</w:t>
        <w:br/>
        <w:t>vt 0.657727 0.201201</w:t>
        <w:br/>
        <w:t>vt 0.663027 0.199201</w:t>
        <w:br/>
        <w:t>vt 0.712300 0.151800</w:t>
        <w:br/>
        <w:t>vt 0.767800 0.220100</w:t>
        <w:br/>
        <w:t>vt 0.836100 0.236600</w:t>
        <w:br/>
        <w:t>vt 0.839700 0.228500</w:t>
        <w:br/>
        <w:t>vt 0.842800 0.220100</w:t>
        <w:br/>
        <w:t>vt 0.854100 0.201400</w:t>
        <w:br/>
        <w:t>vt 0.853400 0.210600</w:t>
        <w:br/>
        <w:t>vt 0.952100 0.201600</w:t>
        <w:br/>
        <w:t>vt 0.952100 0.192800</w:t>
        <w:br/>
        <w:t>vt 0.952100 0.186400</w:t>
        <w:br/>
        <w:t>vt 0.952100 0.180400</w:t>
        <w:br/>
        <w:t>vt 0.952100 0.174500</w:t>
        <w:br/>
        <w:t>vt 0.952100 0.167200</w:t>
        <w:br/>
        <w:t>vt 0.849100 0.271600</w:t>
        <w:br/>
        <w:t>vt 0.882200 0.273100</w:t>
        <w:br/>
        <w:t>vt 0.880600 0.271600</w:t>
        <w:br/>
        <w:t>vt 0.703200 0.167300</w:t>
        <w:br/>
        <w:t>vt 0.702900 0.161700</w:t>
        <w:br/>
        <w:t>vt 0.938900 0.282200</w:t>
        <w:br/>
        <w:t>vt 0.925800 0.144800</w:t>
        <w:br/>
        <w:t>vt 0.909100 0.143300</w:t>
        <w:br/>
        <w:t>vt 0.939393 0.144500</w:t>
        <w:br/>
        <w:t>vt 0.939500 0.134100</w:t>
        <w:br/>
        <w:t>vt 0.924300 0.134100</w:t>
        <w:br/>
        <w:t>vt 0.863800 0.271600</w:t>
        <w:br/>
        <w:t>vt 0.921900 0.282200</w:t>
        <w:br/>
        <w:t>vt 0.881400 0.103400</w:t>
        <w:br/>
        <w:t>vt 0.817100 0.227800</w:t>
        <w:br/>
        <w:t>vt 0.816700 0.235800</w:t>
        <w:br/>
        <w:t>vt 0.816900 0.237100</w:t>
        <w:br/>
        <w:t>vt 0.816700 0.235800</w:t>
        <w:br/>
        <w:t>vt 0.824000 0.125300</w:t>
        <w:br/>
        <w:t>vt 0.823400 0.126400</w:t>
        <w:br/>
        <w:t>vt 0.823400 0.126400</w:t>
        <w:br/>
        <w:t>vt 0.823800 0.133900</w:t>
        <w:br/>
        <w:t>vt 0.843100 0.147200</w:t>
        <w:br/>
        <w:t>vt 0.770100 0.196900</w:t>
        <w:br/>
        <w:t>vt 0.768900 0.205000</w:t>
        <w:br/>
        <w:t>vt 0.773800 0.136300</w:t>
        <w:br/>
        <w:t>vt 0.773500 0.134400</w:t>
        <w:br/>
        <w:t>vt 0.774600 0.141600</w:t>
        <w:br/>
        <w:t>vt 0.773800 0.136300</w:t>
        <w:br/>
        <w:t>vt 0.778600 0.162100</w:t>
        <w:br/>
        <w:t>vt 0.765500 0.135800</w:t>
        <w:br/>
        <w:t>vt 0.766700 0.133900</w:t>
        <w:br/>
        <w:t>vt 0.788200 0.185700</w:t>
        <w:br/>
        <w:t>vt 0.790000 0.184800</w:t>
        <w:br/>
        <w:t>vt 0.722700 0.225300</w:t>
        <w:br/>
        <w:t>vt 0.721700 0.232300</w:t>
        <w:br/>
        <w:t>vt 0.720900 0.218600</w:t>
        <w:br/>
        <w:t>vt 0.724600 0.213300</w:t>
        <w:br/>
        <w:t>vt 0.701600 0.243800</w:t>
        <w:br/>
        <w:t>vt 0.705600 0.240600</w:t>
        <w:br/>
        <w:t>vt 0.709700 0.251100</w:t>
        <w:br/>
        <w:t>vt 0.704500 0.254100</w:t>
        <w:br/>
        <w:t>vt 0.695700 0.236600</w:t>
        <w:br/>
        <w:t>vt 0.703200 0.154900</w:t>
        <w:br/>
        <w:t>vt 0.711700 0.262100</w:t>
        <w:br/>
        <w:t>vt 0.703600 0.264700</w:t>
        <w:br/>
        <w:t>vt 0.716700 0.247100</w:t>
        <w:br/>
        <w:t>vt 0.715700 0.238300</w:t>
        <w:br/>
        <w:t>vt 0.705700 0.206200</w:t>
        <w:br/>
        <w:t>vt 0.701500 0.216600</w:t>
        <w:br/>
        <w:t>vt 0.972300 0.033700</w:t>
        <w:br/>
        <w:t>vt 0.965000 0.033700</w:t>
        <w:br/>
        <w:t>vt 0.983900 0.033400</w:t>
        <w:br/>
        <w:t>vt 0.991100 0.033400</w:t>
        <w:br/>
        <w:t>vt 0.725000 0.250700</w:t>
        <w:br/>
        <w:t>vt 0.721800 0.255300</w:t>
        <w:br/>
        <w:t>vt 0.722400 0.236800</w:t>
        <w:br/>
        <w:t>vt 0.952200 0.245400</w:t>
        <w:br/>
        <w:t>vt 0.952200 0.256100</w:t>
        <w:br/>
        <w:t>vt 0.936700 0.254600</w:t>
        <w:br/>
        <w:t>vt 0.936900 0.245200</w:t>
        <w:br/>
        <w:t>vt 0.882900 0.139200</w:t>
        <w:br/>
        <w:t>vt 0.881400 0.139500</w:t>
        <w:br/>
        <w:t>vt 0.881400 0.129100</w:t>
        <w:br/>
        <w:t>vt 0.882900 0.128900</w:t>
        <w:br/>
        <w:t>vt 0.866900 0.129900</w:t>
        <w:br/>
        <w:t>vt 0.881400 0.129100</w:t>
        <w:br/>
        <w:t>vt 0.881400 0.139500</w:t>
        <w:br/>
        <w:t>vt 0.867021 0.139065</w:t>
        <w:br/>
        <w:t>vt 0.773600 0.148800</w:t>
        <w:br/>
        <w:t>vt 0.773800 0.154900</w:t>
        <w:br/>
        <w:t>vt 0.763700 0.150200</w:t>
        <w:br/>
        <w:t>vt 0.741000 0.233100</w:t>
        <w:br/>
        <w:t>vt 0.741600 0.242000</w:t>
        <w:br/>
        <w:t>vt 0.738300 0.235400</w:t>
        <w:br/>
        <w:t>vt 0.736900 0.243200</w:t>
        <w:br/>
        <w:t>vt 0.732200 0.235000</w:t>
        <w:br/>
        <w:t>vt 0.727800 0.237500</w:t>
        <w:br/>
        <w:t>vt 0.724100 0.245900</w:t>
        <w:br/>
        <w:t>vt 0.784300 0.150600</w:t>
        <w:br/>
        <w:t>vt 0.848700 0.131000</w:t>
        <w:br/>
        <w:t>vt 0.852700 0.132000</w:t>
        <w:br/>
        <w:t>vt 0.817400 0.149800</w:t>
        <w:br/>
        <w:t>vt 0.819700 0.140500</w:t>
        <w:br/>
        <w:t>vt 0.840900 0.136700</w:t>
        <w:br/>
        <w:t>vt 0.823100 0.140400</w:t>
        <w:br/>
        <w:t>vt 0.921300 0.252400</w:t>
        <w:br/>
        <w:t>vt 0.921200 0.243500</w:t>
        <w:br/>
        <w:t>vt 0.919000 0.253100</w:t>
        <w:br/>
        <w:t>vt 0.918700 0.244600</w:t>
        <w:br/>
        <w:t>vt 0.730600 0.229200</w:t>
        <w:br/>
        <w:t>vt 0.735300 0.229700</w:t>
        <w:br/>
        <w:t>vt 0.750500 0.153200</w:t>
        <w:br/>
        <w:t>vt 0.748100 0.152500</w:t>
        <w:br/>
        <w:t>vt 0.750900 0.149700</w:t>
        <w:br/>
        <w:t>vt 0.743500 0.246800</w:t>
        <w:br/>
        <w:t>vt 0.847500 0.125700</w:t>
        <w:br/>
        <w:t>vt 0.797700 0.149200</w:t>
        <w:br/>
        <w:t>vt 0.810100 0.146200</w:t>
        <w:br/>
        <w:t>vt 0.825200 0.133800</w:t>
        <w:br/>
        <w:t>vt 0.838600 0.129200</w:t>
        <w:br/>
        <w:t>vt 0.919300 0.258700</w:t>
        <w:br/>
        <w:t>vt 0.721700 0.232300</w:t>
        <w:br/>
        <w:t>vt 0.729300 0.244300</w:t>
        <w:br/>
        <w:t>vt 0.725000 0.250700</w:t>
        <w:br/>
        <w:t>vt 0.916400 0.114000</w:t>
        <w:br/>
        <w:t>vt 0.920000 0.113200</w:t>
        <w:br/>
        <w:t>vt 0.935700 0.123000</w:t>
        <w:br/>
        <w:t>vt 0.744400 0.187500</w:t>
        <w:br/>
        <w:t>vt 0.743200 0.191400</w:t>
        <w:br/>
        <w:t>vt 0.760700 0.191800</w:t>
        <w:br/>
        <w:t>vt 0.760300 0.184000</w:t>
        <w:br/>
        <w:t>vt 0.766500 0.185500</w:t>
        <w:br/>
        <w:t>vt 0.764000 0.193100</w:t>
        <w:br/>
        <w:t>vt 0.766500 0.185500</w:t>
        <w:br/>
        <w:t>vt 0.768800 0.187000</w:t>
        <w:br/>
        <w:t>vt 0.784800 0.190800</w:t>
        <w:br/>
        <w:t>vt 0.903400 0.120900</w:t>
        <w:br/>
        <w:t>vt 0.909400 0.126400</w:t>
        <w:br/>
        <w:t>vt 0.906700 0.129000</w:t>
        <w:br/>
        <w:t>vt 0.947500 0.110900</w:t>
        <w:br/>
        <w:t>vt 0.952400 0.115000</w:t>
        <w:br/>
        <w:t>vt 0.951500 0.115800</w:t>
        <w:br/>
        <w:t>vt 0.946800 0.111700</w:t>
        <w:br/>
        <w:t>vt 0.956000 0.124000</w:t>
        <w:br/>
        <w:t>vt 0.954000 0.130900</w:t>
        <w:br/>
        <w:t>vt 0.896600 0.152700</w:t>
        <w:br/>
        <w:t>vt 0.896200 0.146900</w:t>
        <w:br/>
        <w:t>vt 0.897300 0.147100</w:t>
        <w:br/>
        <w:t>vt 0.897700 0.152900</w:t>
        <w:br/>
        <w:t>vt 0.894700 0.136100</w:t>
        <w:br/>
        <w:t>vt 0.896400 0.141400</w:t>
        <w:br/>
        <w:t>vt 0.895300 0.141200</w:t>
        <w:br/>
        <w:t>vt 0.893500 0.135600</w:t>
        <w:br/>
        <w:t>vt 0.891000 0.122200</w:t>
        <w:br/>
        <w:t>vt 0.889900 0.122300</w:t>
        <w:br/>
        <w:t>vt 0.896000 0.115400</w:t>
        <w:br/>
        <w:t>vt 0.896900 0.115900</w:t>
        <w:br/>
        <w:t>vt 0.900200 0.111200</w:t>
        <w:br/>
        <w:t>vt 0.901000 0.111800</w:t>
        <w:br/>
        <w:t>vt 0.904500 0.107300</w:t>
        <w:br/>
        <w:t>vt 0.905200 0.108000</w:t>
        <w:br/>
        <w:t>vt 0.897100 0.158100</w:t>
        <w:br/>
        <w:t>vt 0.895600 0.162900</w:t>
        <w:br/>
        <w:t>vt 0.894900 0.162300</w:t>
        <w:br/>
        <w:t>vt 0.896100 0.158100</w:t>
        <w:br/>
        <w:t>vt 0.930300 0.099300</w:t>
        <w:br/>
        <w:t>vt 0.929900 0.100400</w:t>
        <w:br/>
        <w:t>vt 0.925300 0.099000</w:t>
        <w:br/>
        <w:t>vt 0.925400 0.098000</w:t>
        <w:br/>
        <w:t>vt 0.941700 0.106400</w:t>
        <w:br/>
        <w:t>vt 0.941200 0.107200</w:t>
        <w:br/>
        <w:t>vt 0.953200 0.157400</w:t>
        <w:br/>
        <w:t>vt 0.954100 0.157000</w:t>
        <w:br/>
        <w:t>vt 0.955600 0.161900</w:t>
        <w:br/>
        <w:t>vt 0.955000 0.162400</w:t>
        <w:br/>
        <w:t>vt 0.952700 0.146600</w:t>
        <w:br/>
        <w:t>vt 0.953600 0.146400</w:t>
        <w:br/>
        <w:t>vt 0.953600 0.152000</w:t>
        <w:br/>
        <w:t>vt 0.952700 0.152100</w:t>
        <w:br/>
        <w:t>vt 0.991100 0.006200</w:t>
        <w:br/>
        <w:t>vt 0.983400 0.006100</w:t>
        <w:br/>
        <w:t>vt 0.965000 0.006200</w:t>
        <w:br/>
        <w:t>vt 0.972300 0.006100</w:t>
        <w:br/>
        <w:t>vt 0.914100 0.101200</w:t>
        <w:br/>
        <w:t>vt 0.913600 0.100100</w:t>
        <w:br/>
        <w:t>vt 0.917900 0.098400</w:t>
        <w:br/>
        <w:t>vt 0.918200 0.099400</w:t>
        <w:br/>
        <w:t>vt 0.921600 0.097800</w:t>
        <w:br/>
        <w:t>vt 0.921700 0.098800</w:t>
        <w:br/>
        <w:t>vt 0.956100 0.130600</w:t>
        <w:br/>
        <w:t>vt 0.957300 0.130500</w:t>
        <w:br/>
        <w:t>vt 0.956000 0.135100</w:t>
        <w:br/>
        <w:t>vt 0.954500 0.135700</w:t>
        <w:br/>
        <w:t>vt 0.892000 0.131500</w:t>
        <w:br/>
        <w:t>vt 0.893200 0.131800</w:t>
        <w:br/>
        <w:t>vt 0.951400 0.141100</w:t>
        <w:br/>
        <w:t>vt 0.949000 0.141200</w:t>
        <w:br/>
        <w:t>vt 0.947700 0.136600</w:t>
        <w:br/>
        <w:t>vt 0.952700 0.135300</w:t>
        <w:br/>
        <w:t>vt 0.945700 0.113000</w:t>
        <w:br/>
        <w:t>vt 0.950300 0.116900</w:t>
        <w:br/>
        <w:t>vt 0.940100 0.108700</w:t>
        <w:br/>
        <w:t>vt 0.929000 0.101900</w:t>
        <w:br/>
        <w:t>vt 0.925100 0.100400</w:t>
        <w:br/>
        <w:t>vt 0.921800 0.100200</w:t>
        <w:br/>
        <w:t>vt 0.914800 0.102600</w:t>
        <w:br/>
        <w:t>vt 0.918400 0.100800</w:t>
        <w:br/>
        <w:t>vt 0.906600 0.109500</w:t>
        <w:br/>
        <w:t>vt 0.902600 0.113200</w:t>
        <w:br/>
        <w:t>vt 0.890700 0.124400</w:t>
        <w:br/>
        <w:t>vt 0.889500 0.124500</w:t>
        <w:br/>
        <w:t>vt 0.901700 0.137300</w:t>
        <w:br/>
        <w:t>vt 0.896700 0.136400</w:t>
        <w:br/>
        <w:t>vt 0.895000 0.131800</w:t>
        <w:br/>
        <w:t>vt 0.959000 0.123800</w:t>
        <w:br/>
        <w:t>vt 0.957700 0.123900</w:t>
        <w:br/>
        <w:t>vt 0.957400 0.121500</w:t>
        <w:br/>
        <w:t>vt 0.958500 0.120900</w:t>
        <w:br/>
        <w:t>vt 0.954100 0.120500</w:t>
        <w:br/>
        <w:t>vt 0.934700 0.105100</w:t>
        <w:br/>
        <w:t>vt 0.936200 0.102700</w:t>
        <w:br/>
        <w:t>vt 0.935700 0.103600</w:t>
        <w:br/>
        <w:t>vt 0.909200 0.103200</w:t>
        <w:br/>
        <w:t>vt 0.909800 0.104000</w:t>
        <w:br/>
        <w:t>vt 0.910900 0.105400</w:t>
        <w:br/>
        <w:t>vt 0.892500 0.123300</w:t>
        <w:br/>
        <w:t>vt 0.898500 0.117200</w:t>
        <w:br/>
        <w:t>vt 0.898900 0.147300</w:t>
        <w:br/>
        <w:t>vt 0.900300 0.147100</w:t>
        <w:br/>
        <w:t>vt 0.900400 0.152800</w:t>
        <w:br/>
        <w:t>vt 0.899300 0.153000</w:t>
        <w:br/>
        <w:t>vt 0.900100 0.158100</w:t>
        <w:br/>
        <w:t>vt 0.898500 0.164800</w:t>
        <w:br/>
        <w:t>vt 0.897200 0.163800</w:t>
        <w:br/>
        <w:t>vt 0.899000 0.158100</w:t>
        <w:br/>
        <w:t>vt 0.701300 0.155700</w:t>
        <w:br/>
        <w:t>vt 0.702500 0.175200</w:t>
        <w:br/>
        <w:t>vt 0.701400 0.180600</w:t>
        <w:br/>
        <w:t>vt 0.699300 0.186800</w:t>
        <w:br/>
        <w:t>vt 0.950400 0.157700</w:t>
        <w:br/>
        <w:t>vt 0.951200 0.157400</w:t>
        <w:br/>
        <w:t>vt 0.953300 0.163400</w:t>
        <w:br/>
        <w:t>vt 0.952100 0.164100</w:t>
        <w:br/>
        <w:t>vt 0.949600 0.146900</w:t>
        <w:br/>
        <w:t>vt 0.951000 0.146800</w:t>
        <w:br/>
        <w:t>vt 0.950700 0.152300</w:t>
        <w:br/>
        <w:t>vt 0.949700 0.152300</w:t>
        <w:br/>
        <w:t>vt 0.897900 0.141500</w:t>
        <w:br/>
        <w:t>vt 0.900600 0.141400</w:t>
        <w:br/>
        <w:t>vt 0.954600 0.141000</w:t>
        <w:br/>
        <w:t>vt 0.953500 0.141100</w:t>
        <w:br/>
        <w:t>vt 0.895000 0.131800</w:t>
        <w:br/>
        <w:t>vt 0.896700 0.136400</w:t>
        <w:br/>
        <w:t>vt 0.895700 0.136200</w:t>
        <w:br/>
        <w:t>vt 0.894200 0.132000</w:t>
        <w:br/>
        <w:t>vt 0.894200 0.132000</w:t>
        <w:br/>
        <w:t>vt 0.895700 0.136200</w:t>
        <w:br/>
        <w:t>vt 0.891800 0.122800</w:t>
        <w:br/>
        <w:t>vt 0.891700 0.124500</w:t>
        <w:br/>
        <w:t>vt 0.891700 0.124500</w:t>
        <w:br/>
        <w:t>vt 0.891800 0.122800</w:t>
        <w:br/>
        <w:t>vt 0.892500 0.123300</w:t>
        <w:br/>
        <w:t>vt 0.892700 0.124600</w:t>
        <w:br/>
        <w:t>vt 0.897000 0.141500</w:t>
        <w:br/>
        <w:t>vt 0.896400 0.141400</w:t>
        <w:br/>
        <w:t>vt 0.897000 0.141500</w:t>
        <w:br/>
        <w:t>vt 0.898000 0.147300</w:t>
        <w:br/>
        <w:t>vt 0.951500 0.115800</w:t>
        <w:br/>
        <w:t>vt 0.957400 0.121500</w:t>
        <w:br/>
        <w:t>vt 0.955000 0.120100</w:t>
        <w:br/>
        <w:t>vt 0.951000 0.116400</w:t>
        <w:br/>
        <w:t>vt 0.951000 0.116400</w:t>
        <w:br/>
        <w:t>vt 0.955000 0.120100</w:t>
        <w:br/>
        <w:t>vt 0.946300 0.112400</w:t>
        <w:br/>
        <w:t>vt 0.946800 0.111700</w:t>
        <w:br/>
        <w:t>vt 0.946300 0.112400</w:t>
        <w:br/>
        <w:t>vt 0.940100 0.108700</w:t>
        <w:br/>
        <w:t>vt 0.940700 0.108000</w:t>
        <w:br/>
        <w:t>vt 0.940700 0.108000</w:t>
        <w:br/>
        <w:t>vt 0.941200 0.107200</w:t>
        <w:br/>
        <w:t>vt 0.934700 0.105100</w:t>
        <w:br/>
        <w:t>vt 0.935300 0.104400</w:t>
        <w:br/>
        <w:t>vt 0.935300 0.104400</w:t>
        <w:br/>
        <w:t>vt 0.925100 0.099700</w:t>
        <w:br/>
        <w:t>vt 0.929500 0.101200</w:t>
        <w:br/>
        <w:t>vt 0.929500 0.101200</w:t>
        <w:br/>
        <w:t>vt 0.925100 0.099700</w:t>
        <w:br/>
        <w:t>vt 0.921600 0.099600</w:t>
        <w:br/>
        <w:t>vt 0.921600 0.099600</w:t>
        <w:br/>
        <w:t>vt 0.918400 0.100100</w:t>
        <w:br/>
        <w:t>vt 0.914300 0.102000</w:t>
        <w:br/>
        <w:t>vt 0.918400 0.100100</w:t>
        <w:br/>
        <w:t>vt 0.914300 0.102000</w:t>
        <w:br/>
        <w:t>vt 0.905800 0.108800</w:t>
        <w:br/>
        <w:t>vt 0.910200 0.104800</w:t>
        <w:br/>
        <w:t>vt 0.910200 0.104800</w:t>
        <w:br/>
        <w:t>vt 0.905800 0.108800</w:t>
        <w:br/>
        <w:t>vt 0.902600 0.113200</w:t>
        <w:br/>
        <w:t>vt 0.901700 0.112600</w:t>
        <w:br/>
        <w:t>vt 0.901700 0.112600</w:t>
        <w:br/>
        <w:t>vt 0.897500 0.116700</w:t>
        <w:br/>
        <w:t>vt 0.897500 0.116700</w:t>
        <w:br/>
        <w:t>vt 0.953500 0.141100</w:t>
        <w:br/>
        <w:t>vt 0.952500 0.141200</w:t>
        <w:br/>
        <w:t>vt 0.953600 0.135600</w:t>
        <w:br/>
        <w:t>vt 0.954500 0.135700</w:t>
        <w:br/>
        <w:t>vt 0.952500 0.141200</w:t>
        <w:br/>
        <w:t>vt 0.951800 0.146800</w:t>
        <w:br/>
        <w:t>vt 0.955200 0.130800</w:t>
        <w:br/>
        <w:t>vt 0.953600 0.135600</w:t>
        <w:br/>
        <w:t>vt 0.955200 0.130800</w:t>
        <w:br/>
        <w:t>vt 0.956100 0.130600</w:t>
        <w:br/>
        <w:t>vt 0.956900 0.123900</w:t>
        <w:br/>
        <w:t>vt 0.956900 0.123900</w:t>
        <w:br/>
        <w:t>vt 0.898400 0.153000</w:t>
        <w:br/>
        <w:t>vt 0.898000 0.147300</w:t>
        <w:br/>
        <w:t>vt 0.898400 0.153000</w:t>
        <w:br/>
        <w:t>vt 0.899000 0.158100</w:t>
        <w:br/>
        <w:t>vt 0.896400 0.163300</w:t>
        <w:br/>
        <w:t>vt 0.898100 0.158000</w:t>
        <w:br/>
        <w:t>vt 0.896400 0.163300</w:t>
        <w:br/>
        <w:t>vt 0.898100 0.158000</w:t>
        <w:br/>
        <w:t>vt 0.702000 0.162100</w:t>
        <w:br/>
        <w:t>vt 0.700300 0.156200</w:t>
        <w:br/>
        <w:t>vt 0.965000 0.005000</w:t>
        <w:br/>
        <w:t>vt 0.970400 0.005000</w:t>
        <w:br/>
        <w:t>vt 0.702300 0.167500</w:t>
        <w:br/>
        <w:t>vt 0.974600 0.005000</w:t>
        <w:br/>
        <w:t>vt 0.700400 0.180400</w:t>
        <w:br/>
        <w:t>vt 0.701700 0.175000</w:t>
        <w:br/>
        <w:t>vt 0.980700 0.005000</w:t>
        <w:br/>
        <w:t>vt 0.985400 0.005000</w:t>
        <w:br/>
        <w:t>vt 0.698300 0.186200</w:t>
        <w:br/>
        <w:t>vt 0.991100 0.005000</w:t>
        <w:br/>
        <w:t>vt 0.952200 0.157300</w:t>
        <w:br/>
        <w:t>vt 0.954100 0.162900</w:t>
        <w:br/>
        <w:t>vt 0.954100 0.162900</w:t>
        <w:br/>
        <w:t>vt 0.952200 0.157300</w:t>
        <w:br/>
        <w:t>vt 0.951700 0.152300</w:t>
        <w:br/>
        <w:t>vt 0.951700 0.152300</w:t>
        <w:br/>
        <w:t>vt 0.951800 0.146800</w:t>
        <w:br/>
        <w:t>vt 0.892700 0.124600</w:t>
        <w:br/>
        <w:t>vt 0.687727 0.197001</w:t>
        <w:br/>
        <w:t>vt 0.692527 0.196901</w:t>
        <w:br/>
        <w:t>vt 0.691927 0.200401</w:t>
        <w:br/>
        <w:t>vt 0.687027 0.206301</w:t>
        <w:br/>
        <w:t>vt 0.949000 0.141200</w:t>
        <w:br/>
        <w:t>vt 0.695100 0.213300</w:t>
        <w:br/>
        <w:t>vt 0.697500 0.208000</w:t>
        <w:br/>
        <w:t>vt 0.699300 0.202200</w:t>
        <w:br/>
        <w:t>vt 0.922200 0.107500</w:t>
        <w:br/>
        <w:t>vt 0.972400 0.145300</w:t>
        <w:br/>
        <w:t>vt 0.987400 0.146100</w:t>
        <w:br/>
        <w:t>vt 0.970900 0.141200</w:t>
        <w:br/>
        <w:t>vt 0.990300 0.142100</w:t>
        <w:br/>
        <w:t>vt 0.970000 0.137100</w:t>
        <w:br/>
        <w:t>vt 0.992500 0.137200</w:t>
        <w:br/>
        <w:t>vt 0.969700 0.132800</w:t>
        <w:br/>
        <w:t>vt 0.993400 0.132600</w:t>
        <w:br/>
        <w:t>vt 0.991500 0.126600</w:t>
        <w:br/>
        <w:t>vt 0.970900 0.126200</w:t>
        <w:br/>
        <w:t>vt 0.990900 0.124500</w:t>
        <w:br/>
        <w:t>vt 0.971300 0.124700</w:t>
        <w:br/>
        <w:t>vt 0.972200 0.119300</w:t>
        <w:br/>
        <w:t>vt 0.990300 0.119500</w:t>
        <w:br/>
        <w:t>vt 0.972600 0.116100</w:t>
        <w:br/>
        <w:t>vt 0.989800 0.115900</w:t>
        <w:br/>
        <w:t>vt 0.973000 0.111700</w:t>
        <w:br/>
        <w:t>vt 0.989300 0.111500</w:t>
        <w:br/>
        <w:t>vt 0.988700 0.107500</w:t>
        <w:br/>
        <w:t>vt 0.973300 0.107400</w:t>
        <w:br/>
        <w:t>vt 0.988100 0.103400</w:t>
        <w:br/>
        <w:t>vt 0.973500 0.103100</w:t>
        <w:br/>
        <w:t>vt 0.973600 0.099100</w:t>
        <w:br/>
        <w:t>vt 0.987800 0.099700</w:t>
        <w:br/>
        <w:t>vt 0.974100 0.095900</w:t>
        <w:br/>
        <w:t>vt 0.987700 0.095900</w:t>
        <w:br/>
        <w:t>vt 0.954500 0.015500</w:t>
        <w:br/>
        <w:t>vt 0.938900 0.015500</w:t>
        <w:br/>
        <w:t>vt 0.938900 0.005400</w:t>
        <w:br/>
        <w:t>vt 0.954500 0.005400</w:t>
        <w:br/>
        <w:t>vt 0.938900 0.029500</w:t>
        <w:br/>
        <w:t>vt 0.954500 0.029500</w:t>
        <w:br/>
        <w:t>vt 0.962800 0.103700</w:t>
        <w:br/>
        <w:t>vt 0.953400 0.104300</w:t>
        <w:br/>
        <w:t>vt 0.951200 0.097500</w:t>
        <w:br/>
        <w:t>vt 0.965200 0.096800</w:t>
        <w:br/>
        <w:t>vt 0.972400 0.051600</w:t>
        <w:br/>
        <w:t>vt 0.965000 0.051600</w:t>
        <w:br/>
        <w:t>vt 0.938900 0.046500</w:t>
        <w:br/>
        <w:t>vt 0.954500 0.046500</w:t>
        <w:br/>
        <w:t>vt 0.983900 0.051600</w:t>
        <w:br/>
        <w:t>vt 0.991100 0.051600</w:t>
        <w:br/>
        <w:t>vt 0.977900 0.033600</w:t>
        <w:br/>
        <w:t>vt 0.978100 0.051600</w:t>
        <w:br/>
        <w:t>vt 0.977700 0.018400</w:t>
        <w:br/>
        <w:t>vt 0.977400 0.007500</w:t>
        <w:br/>
        <w:t>vt 0.977400 0.005900</w:t>
        <w:br/>
        <w:t>vt 0.977400 0.005000</w:t>
        <w:br/>
        <w:t>vt 0.702300 0.171000</w:t>
        <w:br/>
        <w:t>vt 0.703100 0.171000</w:t>
        <w:br/>
        <w:t>vt 0.713300 0.171500</w:t>
        <w:br/>
        <w:t>vt 0.721500 0.172400</w:t>
        <w:br/>
        <w:t>vt 0.729000 0.173500</w:t>
        <w:br/>
        <w:t>vt 0.737500 0.175000</w:t>
        <w:br/>
        <w:t>vt 0.743400 0.176000</w:t>
        <w:br/>
        <w:t>vt 0.743300 0.180300</w:t>
        <w:br/>
        <w:t>vt 0.759400 0.178200</w:t>
        <w:br/>
        <w:t>vt 0.766200 0.179100</w:t>
        <w:br/>
        <w:t>vt 0.764800 0.174900</w:t>
        <w:br/>
        <w:t>vt 0.758400 0.172900</w:t>
        <w:br/>
        <w:t>vt 0.743900 0.170800</w:t>
        <w:br/>
        <w:t>vt 0.978100 0.051600</w:t>
        <w:br/>
        <w:t>vt 0.788200 0.185700</w:t>
        <w:br/>
        <w:t>vt 0.768600 0.180100</w:t>
        <w:br/>
        <w:t>vt 0.783800 0.175100</w:t>
        <w:br/>
        <w:t>vt 0.788200 0.178000</w:t>
        <w:br/>
        <w:t>vt 0.787300 0.181700</w:t>
        <w:br/>
        <w:t>vt 0.785300 0.183200</w:t>
        <w:br/>
        <w:t>vt 0.766200 0.179100</w:t>
        <w:br/>
        <w:t>vt 0.778400 0.182400</w:t>
        <w:br/>
        <w:t>vt 0.779500 0.172600</w:t>
        <w:br/>
        <w:t>vt 0.743600 0.206300</w:t>
        <w:br/>
        <w:t>vt 0.745200 0.202800</w:t>
        <w:br/>
        <w:t>vt 0.738500 0.198600</w:t>
        <w:br/>
        <w:t>vt 0.744500 0.198100</w:t>
        <w:br/>
        <w:t>vt 0.746400 0.180600</w:t>
        <w:br/>
        <w:t>vt 0.747100 0.176500</w:t>
        <w:br/>
        <w:t>vt 0.751300 0.177000</w:t>
        <w:br/>
        <w:t>vt 0.753700 0.174600</w:t>
        <w:br/>
        <w:t>vt 0.744400 0.163400</w:t>
        <w:br/>
        <w:t>vt 0.752600 0.217800</w:t>
        <w:br/>
        <w:t>vt 0.757900 0.192200</w:t>
        <w:br/>
        <w:t>vt 0.752700 0.197400</w:t>
        <w:br/>
        <w:t>vt 0.759400 0.178200</w:t>
        <w:br/>
        <w:t>vt 0.760300 0.184000</w:t>
        <w:br/>
        <w:t>vt 0.761700 0.168300</w:t>
        <w:br/>
        <w:t>vt 0.758200 0.168400</w:t>
        <w:br/>
        <w:t>vt 0.759400 0.163100</w:t>
        <w:br/>
        <w:t>vt 0.757700 0.160000</w:t>
        <w:br/>
        <w:t>vt 0.754100 0.156800</w:t>
        <w:br/>
        <w:t>vt 0.754500 0.149800</w:t>
        <w:br/>
        <w:t>vt 0.757700 0.146000</w:t>
        <w:br/>
        <w:t>vt 0.753500 0.142400</w:t>
        <w:br/>
        <w:t>vt 0.761600 0.135700</w:t>
        <w:br/>
        <w:t>vt 0.751300 0.223200</w:t>
        <w:br/>
        <w:t>vt 0.774300 0.176200</w:t>
        <w:br/>
        <w:t>vt 0.773900 0.189500</w:t>
        <w:br/>
        <w:t>vt 0.748300 0.218100</w:t>
        <w:br/>
        <w:t>vt 0.744100 0.223100</w:t>
        <w:br/>
        <w:t>vt 0.747000 0.231700</w:t>
        <w:br/>
        <w:t>vt 0.745800 0.241300</w:t>
        <w:br/>
        <w:t>vt 0.738800 0.229800</w:t>
        <w:br/>
        <w:t>vt 0.740800 0.227000</w:t>
        <w:br/>
        <w:t>vt 0.756200 0.161600</w:t>
        <w:br/>
        <w:t>vt 0.754100 0.156800</w:t>
        <w:br/>
        <w:t>vt 0.750500 0.153200</w:t>
        <w:br/>
        <w:t>vt 0.739100 0.250500</w:t>
        <w:br/>
        <w:t>vt 0.754500 0.149800</w:t>
        <w:br/>
        <w:t>vt 0.725100 0.229600</w:t>
        <w:br/>
        <w:t>vt 0.728500 0.224900</w:t>
        <w:br/>
        <w:t>vt 0.727000 0.219900</w:t>
        <w:br/>
        <w:t>vt 0.734000 0.253000</w:t>
        <w:br/>
        <w:t>vt 0.727900 0.254900</w:t>
        <w:br/>
        <w:t>vt 0.727900 0.254900</w:t>
        <w:br/>
        <w:t>vt 0.755500 0.168700</w:t>
        <w:br/>
        <w:t>vt 0.758400 0.172900</w:t>
        <w:br/>
        <w:t>vt 0.779100 0.191000</w:t>
        <w:br/>
        <w:t>vt 0.759800 0.198600</w:t>
        <w:br/>
        <w:t>vt 0.814400 0.220400</w:t>
        <w:br/>
        <w:t>vt 0.813500 0.213900</w:t>
        <w:br/>
        <w:t>vt 0.815200 0.210000</w:t>
        <w:br/>
        <w:t>vt 0.821100 0.230800</w:t>
        <w:br/>
        <w:t>vt 0.822000 0.223150</w:t>
        <w:br/>
        <w:t>vt 0.830000 0.234100</w:t>
        <w:br/>
        <w:t>vt 0.835200 0.225800</w:t>
        <w:br/>
        <w:t>vt 0.835200 0.218400</w:t>
        <w:br/>
        <w:t>vt 0.910100 0.225500</w:t>
        <w:br/>
        <w:t>vt 0.910100 0.215200</w:t>
        <w:br/>
        <w:t>vt 0.910100 0.234600</w:t>
        <w:br/>
        <w:t>vt 0.910100 0.244500</w:t>
        <w:br/>
        <w:t>vt 0.910100 0.252100</w:t>
        <w:br/>
        <w:t>vt 0.910100 0.257100</w:t>
        <w:br/>
        <w:t>vt 0.978300 0.152100</w:t>
        <w:br/>
        <w:t>vt 0.958300 0.107200</w:t>
        <w:br/>
        <w:t>vt 0.685027 0.168501</w:t>
        <w:br/>
        <w:t>vt 0.685927 0.168501</w:t>
        <w:br/>
        <w:t>vt 0.686127 0.173401</w:t>
        <w:br/>
        <w:t>vt 0.662627 0.169101</w:t>
        <w:br/>
        <w:t>vt 0.826000 0.170300</w:t>
        <w:br/>
        <w:t>vt 0.831500 0.223100</w:t>
        <w:br/>
        <w:t>vt 0.744500 0.198100</w:t>
        <w:br/>
        <w:t>vt 0.674800 0.225900</w:t>
        <w:br/>
        <w:t>vt 0.674800 0.227000</w:t>
        <w:br/>
        <w:t>vt 0.674500 0.226500</w:t>
        <w:br/>
        <w:t>vt 0.731800 0.149700</w:t>
        <w:br/>
        <w:t>vt 0.731800 0.149700</w:t>
        <w:br/>
        <w:t>vt 0.684827 0.173501</w:t>
        <w:br/>
        <w:t>vt 0.686227 0.177301</w:t>
        <w:br/>
        <w:t>vt 0.684827 0.177301</w:t>
        <w:br/>
        <w:t>vt 0.684727 0.181601</w:t>
        <w:br/>
        <w:t>vt 0.686327 0.181601</w:t>
        <w:br/>
        <w:t>vt 0.685227 0.185701</w:t>
        <w:br/>
        <w:t>vt 0.686427 0.185701</w:t>
        <w:br/>
        <w:t>vt 0.686527 0.188801</w:t>
        <w:br/>
        <w:t>vt 0.864399 0.191538</w:t>
        <w:br/>
        <w:t>vt 0.860615 0.181616</w:t>
        <w:br/>
        <w:t>vt 0.876850 0.182610</w:t>
        <w:br/>
        <w:t>vt 0.877597 0.191538</w:t>
        <w:br/>
        <w:t>vt 0.864563 0.193575</w:t>
        <w:br/>
        <w:t>vt 0.864399 0.191538</w:t>
        <w:br/>
        <w:t>vt 0.877597 0.191538</w:t>
        <w:br/>
        <w:t>vt 0.878026 0.193575</w:t>
        <w:br/>
        <w:t>vt 0.849049 0.191538</w:t>
        <w:br/>
        <w:t>vt 0.850048 0.184436</w:t>
        <w:br/>
        <w:t>vt 0.849088 0.193575</w:t>
        <w:br/>
        <w:t>vt 0.849049 0.191538</w:t>
        <w:br/>
        <w:t>vt 0.668445 0.177283</w:t>
        <w:br/>
        <w:t>vt 0.676221 0.175651</w:t>
        <w:br/>
        <w:t>vt 0.673291 0.178852</w:t>
        <w:br/>
        <w:t>vt 0.679179 0.164664</w:t>
        <w:br/>
        <w:t>vt 0.681811 0.176045</w:t>
        <w:br/>
        <w:t>vt 0.821436 0.183534</w:t>
        <w:br/>
        <w:t>vt 0.830081 0.183812</w:t>
        <w:br/>
        <w:t>vt 0.829661 0.176671</w:t>
        <w:br/>
        <w:t>vt 0.821517 0.176671</w:t>
        <w:br/>
        <w:t>vt 0.821704 0.174837</w:t>
        <w:br/>
        <w:t>vt 0.821517 0.176671</w:t>
        <w:br/>
        <w:t>vt 0.829661 0.176671</w:t>
        <w:br/>
        <w:t>vt 0.829984 0.174837</w:t>
        <w:br/>
        <w:t>vt 0.839742 0.182719</w:t>
        <w:br/>
        <w:t>vt 0.842569 0.176671</w:t>
        <w:br/>
        <w:t>vt 0.813770 0.176671</w:t>
        <w:br/>
        <w:t>vt 0.812844 0.183804</w:t>
        <w:br/>
        <w:t>vt 0.842569 0.176671</w:t>
        <w:br/>
        <w:t>vt 0.842726 0.174837</w:t>
        <w:br/>
        <w:t>vt 0.813770 0.176671</w:t>
        <w:br/>
        <w:t>vt 0.813679 0.174837</w:t>
        <w:br/>
        <w:t>vt 0.828585 0.189501</w:t>
        <w:br/>
        <w:t>vt 0.820260 0.191152</w:t>
        <w:br/>
        <w:t>vt 0.838096 0.193782</w:t>
        <w:br/>
        <w:t>vt 0.840889 0.195172</w:t>
        <w:br/>
        <w:t>vt 0.841903 0.188514</w:t>
        <w:br/>
        <w:t>vt 0.839494 0.187781</w:t>
        <w:br/>
        <w:t>vt 0.682210 0.197576</w:t>
        <w:br/>
        <w:t>vt 0.672055 0.193655</w:t>
        <w:br/>
        <w:t>vt 0.681823 0.190559</w:t>
        <w:br/>
        <w:t>vt 0.670797 0.189029</w:t>
        <w:br/>
        <w:t>vt 0.842494 0.183021</w:t>
        <w:br/>
        <w:t>vt 0.880600 0.271600</w:t>
        <w:br/>
        <w:t>vt 0.909100 0.134100</w:t>
        <w:br/>
        <w:t>vt 0.668151 0.189177</w:t>
        <w:br/>
        <w:t>vt 0.668400 0.196236</w:t>
        <w:br/>
        <w:t>vt 0.669764 0.200568</w:t>
        <w:br/>
        <w:t>vt 0.670533 0.181829</w:t>
        <w:br/>
        <w:t>vt 0.681976 0.184514</w:t>
        <w:br/>
        <w:t>vt 0.952200 0.282200</w:t>
        <w:br/>
        <w:t>vt 0.847673 0.187289</w:t>
        <w:br/>
        <w:t>vt 0.668690 0.161711</w:t>
        <w:br/>
        <w:t>vt 0.682549 0.178831</w:t>
        <w:br/>
        <w:t>vt 0.847153 0.177966</w:t>
        <w:br/>
        <w:t>vt 0.850187 0.178999</w:t>
        <w:br/>
        <w:t>vt 0.981000 0.151800</w:t>
        <w:br/>
        <w:t>vt 0.983900 0.149700</w:t>
        <w:br/>
        <w:t>vt 0.974000 0.148600</w:t>
        <w:br/>
        <w:t>vt 0.975900 0.151100</w:t>
        <w:br/>
        <w:t>vt 0.972200 0.018400</w:t>
        <w:br/>
        <w:t>vt 0.972200 0.007700</w:t>
        <w:br/>
        <w:t>vt 0.965000 0.007400</w:t>
        <w:br/>
        <w:t>vt 0.965000 0.018600</w:t>
        <w:br/>
        <w:t>vt 0.916500 0.106000</w:t>
        <w:br/>
        <w:t>vt 0.917500 0.109600</w:t>
        <w:br/>
        <w:t>vt 0.920000 0.107700</w:t>
        <w:br/>
        <w:t>vt 0.919200 0.104300</w:t>
        <w:br/>
        <w:t>vt 0.921900 0.103700</w:t>
        <w:br/>
        <w:t>vt 0.712900 0.176000</w:t>
        <w:br/>
        <w:t>vt 0.711600 0.181600</w:t>
        <w:br/>
        <w:t>vt 0.720200 0.182800</w:t>
        <w:br/>
        <w:t>vt 0.721100 0.176700</w:t>
        <w:br/>
        <w:t>vt 0.867528 0.150990</w:t>
        <w:br/>
        <w:t>vt 0.868300 0.161600</w:t>
        <w:br/>
        <w:t>vt 0.881400 0.161200</w:t>
        <w:br/>
        <w:t>vt 0.881400 0.149000</w:t>
        <w:br/>
        <w:t>vt 0.864900 0.236000</w:t>
        <w:br/>
        <w:t>vt 0.880600 0.243600</w:t>
        <w:br/>
        <w:t>vt 0.880600 0.234300</w:t>
        <w:br/>
        <w:t>vt 0.881400 0.112100</w:t>
        <w:br/>
        <w:t>vt 0.866600 0.117500</w:t>
        <w:br/>
        <w:t>vt 0.881400 0.120700</w:t>
        <w:br/>
        <w:t>vt 0.720800 0.204900</w:t>
        <w:br/>
        <w:t>vt 0.726000 0.194200</w:t>
        <w:br/>
        <w:t>vt 0.719700 0.197000</w:t>
        <w:br/>
        <w:t>vt 0.718700 0.189600</w:t>
        <w:br/>
        <w:t>vt 0.709600 0.191500</w:t>
        <w:br/>
        <w:t>vt 0.728400 0.184000</w:t>
        <w:br/>
        <w:t>vt 0.735700 0.186500</w:t>
        <w:br/>
        <w:t>vt 0.737000 0.179700</w:t>
        <w:br/>
        <w:t>vt 0.728400 0.177500</w:t>
        <w:br/>
        <w:t>vt 0.729400 0.155500</w:t>
        <w:br/>
        <w:t>vt 0.733600 0.154700</w:t>
        <w:br/>
        <w:t>vt 0.725500 0.148700</w:t>
        <w:br/>
        <w:t>vt 0.768800 0.216600</w:t>
        <w:br/>
        <w:t>vt 0.778100 0.209100</w:t>
        <w:br/>
        <w:t>vt 0.769900 0.210200</w:t>
        <w:br/>
        <w:t>vt 0.737000 0.192600</w:t>
        <w:br/>
        <w:t>vt 0.741900 0.187600</w:t>
        <w:br/>
        <w:t>vt 0.740000 0.163100</w:t>
        <w:br/>
        <w:t>vt 0.736900 0.162300</w:t>
        <w:br/>
        <w:t>vt 0.738400 0.168800</w:t>
        <w:br/>
        <w:t>vt 0.730900 0.225000</w:t>
        <w:br/>
        <w:t>vt 0.735300 0.229700</w:t>
        <w:br/>
        <w:t>vt 0.740200 0.220100</w:t>
        <w:br/>
        <w:t>vt 0.730700 0.219400</w:t>
        <w:br/>
        <w:t>vt 0.736800 0.212800</w:t>
        <w:br/>
        <w:t>vt 0.735200 0.206100</w:t>
        <w:br/>
        <w:t>vt 0.731500 0.213600</w:t>
        <w:br/>
        <w:t>vt 0.715900 0.208200</w:t>
        <w:br/>
        <w:t>vt 0.719600 0.212700</w:t>
        <w:br/>
        <w:t>vt 0.748400 0.212400</w:t>
        <w:br/>
        <w:t>vt 0.752800 0.206000</w:t>
        <w:br/>
        <w:t>vt 0.746800 0.208000</w:t>
        <w:br/>
        <w:t>vt 0.749900 0.188800</w:t>
        <w:br/>
        <w:t>vt 0.755500 0.186400</w:t>
        <w:br/>
        <w:t>vt 0.749900 0.181200</w:t>
        <w:br/>
        <w:t>vt 0.748400 0.166000</w:t>
        <w:br/>
        <w:t>vt 0.747900 0.172500</w:t>
        <w:br/>
        <w:t>vt 0.752100 0.171900</w:t>
        <w:br/>
        <w:t>vt 0.752300 0.167300</w:t>
        <w:br/>
        <w:t>vt 0.714600 0.224400</w:t>
        <w:br/>
        <w:t>vt 0.716100 0.218600</w:t>
        <w:br/>
        <w:t>vt 0.707800 0.219800</w:t>
        <w:br/>
        <w:t>vt 0.708100 0.226700</w:t>
        <w:br/>
        <w:t>vt 0.755600 0.222200</w:t>
        <w:br/>
        <w:t>vt 0.759200 0.221500</w:t>
        <w:br/>
        <w:t>vt 0.759500 0.216700</w:t>
        <w:br/>
        <w:t>vt 0.755600 0.217200</w:t>
        <w:br/>
        <w:t>vt 0.759300 0.202400</w:t>
        <w:br/>
        <w:t>vt 0.755900 0.212200</w:t>
        <w:br/>
        <w:t>vt 0.761200 0.210900</w:t>
        <w:br/>
        <w:t>vt 0.763000 0.204400</w:t>
        <w:br/>
        <w:t>vt 0.766200 0.195700</w:t>
        <w:br/>
        <w:t>vt 0.764000 0.193100</w:t>
        <w:br/>
        <w:t>vt 0.761900 0.198400</w:t>
        <w:br/>
        <w:t>vt 0.769600 0.173600</w:t>
        <w:br/>
        <w:t>vt 0.770600 0.165100</w:t>
        <w:br/>
        <w:t>vt 0.761700 0.168300</w:t>
        <w:br/>
        <w:t>vt 0.764800 0.174900</w:t>
        <w:br/>
        <w:t>vt 0.763900 0.164000</w:t>
        <w:br/>
        <w:t>vt 0.765300 0.159700</w:t>
        <w:br/>
        <w:t>vt 0.744100 0.223100</w:t>
        <w:br/>
        <w:t>vt 0.748300 0.218100</w:t>
        <w:br/>
        <w:t>vt 0.740200 0.220100</w:t>
        <w:br/>
        <w:t>vt 0.743500 0.154200</w:t>
        <w:br/>
        <w:t>vt 0.738300 0.153100</w:t>
        <w:br/>
        <w:t>vt 0.753500 0.160100</w:t>
        <w:br/>
        <w:t>vt 0.748000 0.156300</w:t>
        <w:br/>
        <w:t>vt 0.729800 0.160600</w:t>
        <w:br/>
        <w:t>vt 0.729100 0.169100</w:t>
        <w:br/>
        <w:t>vt 0.721400 0.160100</w:t>
        <w:br/>
        <w:t>vt 0.721500 0.168000</w:t>
        <w:br/>
        <w:t>vt 0.697500 0.226300</w:t>
        <w:br/>
        <w:t>vt 0.697000 0.221400</w:t>
        <w:br/>
        <w:t>vt 0.880600 0.227600</w:t>
        <w:br/>
        <w:t>vt 0.866200 0.217700</w:t>
        <w:br/>
        <w:t>vt 0.865550 0.226850</w:t>
        <w:br/>
        <w:t>vt 0.783500 0.201000</w:t>
        <w:br/>
        <w:t>vt 0.779300 0.199200</w:t>
        <w:br/>
        <w:t>vt 0.774700 0.205900</w:t>
        <w:br/>
        <w:t>vt 0.708300 0.231300</w:t>
        <w:br/>
        <w:t>vt 0.697100 0.231100</w:t>
        <w:br/>
        <w:t>vt 0.700500 0.233500</w:t>
        <w:br/>
        <w:t>vt 0.868500 0.172600</w:t>
        <w:br/>
        <w:t>vt 0.881400 0.177100</w:t>
        <w:br/>
        <w:t>vt 0.880600 0.220200</w:t>
        <w:br/>
        <w:t>vt 0.849100 0.243300</w:t>
        <w:br/>
        <w:t>vt 0.853400 0.230900</w:t>
        <w:br/>
        <w:t>vt 0.847900 0.232000</w:t>
        <w:br/>
        <w:t>vt 0.845400 0.240700</w:t>
        <w:br/>
        <w:t>vt 0.850200 0.221600</w:t>
        <w:br/>
        <w:t>vt 0.854800 0.221500</w:t>
        <w:br/>
        <w:t>vt 0.852600 0.171100</w:t>
        <w:br/>
        <w:t>vt 0.857200 0.170700</w:t>
        <w:br/>
        <w:t>vt 0.856100 0.160700</w:t>
        <w:br/>
        <w:t>vt 0.853700 0.159300</w:t>
        <w:br/>
        <w:t>vt 0.854400 0.145800</w:t>
        <w:br/>
        <w:t>vt 0.851800 0.146200</w:t>
        <w:br/>
        <w:t>vt 0.863734 0.246852</w:t>
        <w:br/>
        <w:t>vt 0.776800 0.218700</w:t>
        <w:br/>
        <w:t>vt 0.862600 0.257400</w:t>
        <w:br/>
        <w:t>vt 0.849100 0.252000</w:t>
        <w:br/>
        <w:t>vt 0.852400 0.113400</w:t>
        <w:br/>
        <w:t>vt 0.851400 0.123800</w:t>
        <w:br/>
        <w:t>vt 0.932100 0.112900</w:t>
        <w:br/>
        <w:t>vt 0.925300 0.112900</w:t>
        <w:br/>
        <w:t>vt 0.926100 0.117600</w:t>
        <w:br/>
        <w:t>vt 0.933000 0.117700</w:t>
        <w:br/>
        <w:t>vt 0.935500 0.109600</w:t>
        <w:br/>
        <w:t>vt 0.938500 0.117500</w:t>
        <w:br/>
        <w:t>vt 0.942700 0.115200</w:t>
        <w:br/>
        <w:t>vt 0.924100 0.107700</w:t>
        <w:br/>
        <w:t>vt 0.926600 0.109100</w:t>
        <w:br/>
        <w:t>vt 0.927900 0.105300</w:t>
        <w:br/>
        <w:t>vt 0.924500 0.103900</w:t>
        <w:br/>
        <w:t>vt 0.913600 0.113600</w:t>
        <w:br/>
        <w:t>vt 0.911200 0.110400</w:t>
        <w:br/>
        <w:t>vt 0.906500 0.116300</w:t>
        <w:br/>
        <w:t>vt 0.910400 0.119500</w:t>
        <w:br/>
        <w:t>vt 0.712900 0.160600</w:t>
        <w:br/>
        <w:t>vt 0.713400 0.167800</w:t>
        <w:br/>
        <w:t>vt 0.983600 0.018300</w:t>
        <w:br/>
        <w:t>vt 0.991100 0.018200</w:t>
        <w:br/>
        <w:t>vt 0.991100 0.007200</w:t>
        <w:br/>
        <w:t>vt 0.983400 0.007700</w:t>
        <w:br/>
        <w:t>vt 0.794500 0.134100</w:t>
        <w:br/>
        <w:t>vt 0.781500 0.135700</w:t>
        <w:br/>
        <w:t>vt 0.782600 0.141200</w:t>
        <w:br/>
        <w:t>vt 0.795700 0.139700</w:t>
        <w:br/>
        <w:t>vt 0.800800 0.167100</w:t>
        <w:br/>
        <w:t>vt 0.797200 0.172500</w:t>
        <w:br/>
        <w:t>vt 0.806700 0.171400</w:t>
        <w:br/>
        <w:t>vt 0.793000 0.214200</w:t>
        <w:br/>
        <w:t>vt 0.796100 0.206100</w:t>
        <w:br/>
        <w:t>vt 0.880600 0.255000</w:t>
        <w:br/>
        <w:t>vt 0.880600 0.264500</w:t>
        <w:br/>
        <w:t>vt 0.849100 0.262200</w:t>
        <w:br/>
        <w:t>vt 0.869800 0.103400</w:t>
        <w:br/>
        <w:t>vt 0.852500 0.103400</w:t>
        <w:br/>
        <w:t>vt 0.880600 0.212000</w:t>
        <w:br/>
        <w:t>vt 0.880600 0.201000</w:t>
        <w:br/>
        <w:t>vt 0.869300 0.202100</w:t>
        <w:br/>
        <w:t>vt 0.867750 0.209900</w:t>
        <w:br/>
        <w:t>vt 0.857900 0.210500</w:t>
        <w:br/>
        <w:t>vt 0.859900 0.202800</w:t>
        <w:br/>
        <w:t>vt 0.854100 0.201400</w:t>
        <w:br/>
        <w:t>vt 0.853400 0.210600</w:t>
        <w:br/>
        <w:t>vt 0.799400 0.159500</w:t>
        <w:br/>
        <w:t>vt 0.785900 0.162500</w:t>
        <w:br/>
        <w:t>vt 0.782400 0.169900</w:t>
        <w:br/>
        <w:t>vt 0.791800 0.174700</w:t>
        <w:br/>
        <w:t>vt 0.789400 0.222300</w:t>
        <w:br/>
        <w:t>vt 0.787000 0.193500</w:t>
        <w:br/>
        <w:t>vt 0.799600 0.198200</w:t>
        <w:br/>
        <w:t>vt 0.796300 0.192300</w:t>
        <w:br/>
        <w:t>vt 0.791100 0.189300</w:t>
        <w:br/>
        <w:t>vt 0.806400 0.194700</w:t>
        <w:br/>
        <w:t>vt 0.817800 0.221700</w:t>
        <w:br/>
        <w:t>vt 0.822900 0.215500</w:t>
        <w:br/>
        <w:t>vt 0.816000 0.214700</w:t>
        <w:br/>
        <w:t>vt 0.818800 0.210000</w:t>
        <w:br/>
        <w:t>vt 0.816500 0.170800</w:t>
        <w:br/>
        <w:t>vt 0.814300 0.164400</w:t>
        <w:br/>
        <w:t>vt 0.824700 0.163100</w:t>
        <w:br/>
        <w:t>vt 0.824800 0.151000</w:t>
        <w:br/>
        <w:t>vt 0.820600 0.156000</w:t>
        <w:br/>
        <w:t>vt 0.816700 0.127800</w:t>
        <w:br/>
        <w:t>vt 0.807700 0.130600</w:t>
        <w:br/>
        <w:t>vt 0.809100 0.136600</w:t>
        <w:br/>
        <w:t>vt 0.820300 0.135000</w:t>
        <w:br/>
        <w:t>vt 0.802100 0.228000</w:t>
        <w:br/>
        <w:t>vt 0.808200 0.231100</w:t>
        <w:br/>
        <w:t>vt 0.807800 0.221200</w:t>
        <w:br/>
        <w:t>vt 0.842000 0.208300</w:t>
        <w:br/>
        <w:t>vt 0.844100 0.200700</w:t>
        <w:br/>
        <w:t>vt 0.826500 0.197500</w:t>
        <w:br/>
        <w:t>vt 0.824400 0.204100</w:t>
        <w:br/>
        <w:t>vt 0.842200 0.161100</w:t>
        <w:br/>
        <w:t>vt 0.838500 0.160600</w:t>
        <w:br/>
        <w:t>vt 0.842300 0.169900</w:t>
        <w:br/>
        <w:t>vt 0.817800 0.203700</w:t>
        <w:br/>
        <w:t>vt 0.817100 0.196200</w:t>
        <w:br/>
        <w:t>vt 0.812400 0.156100</w:t>
        <w:br/>
        <w:t>vt 0.811500 0.208000</w:t>
        <w:br/>
        <w:t>vt 0.882900 0.161300</w:t>
        <w:br/>
        <w:t>vt 0.882900 0.148800</w:t>
        <w:br/>
        <w:t>vt 0.881400 0.149000</w:t>
        <w:br/>
        <w:t>vt 0.881400 0.161200</w:t>
        <w:br/>
        <w:t>vt 0.882200 0.234700</w:t>
        <w:br/>
        <w:t>vt 0.880600 0.234300</w:t>
        <w:br/>
        <w:t>vt 0.880600 0.243600</w:t>
        <w:br/>
        <w:t>vt 0.882200 0.244100</w:t>
        <w:br/>
        <w:t>vt 0.882900 0.112300</w:t>
        <w:br/>
        <w:t>vt 0.881400 0.112100</w:t>
        <w:br/>
        <w:t>vt 0.881400 0.120700</w:t>
        <w:br/>
        <w:t>vt 0.882900 0.120700</w:t>
        <w:br/>
        <w:t>vt 0.882200 0.227800</w:t>
        <w:br/>
        <w:t>vt 0.880600 0.227600</w:t>
        <w:br/>
        <w:t>vt 0.881400 0.177100</w:t>
        <w:br/>
        <w:t>vt 0.882900 0.179100</w:t>
        <w:br/>
        <w:t>vt 0.868200 0.174700</w:t>
        <w:br/>
        <w:t>vt 0.882900 0.179100</w:t>
        <w:br/>
        <w:t>vt 0.881400 0.177100</w:t>
        <w:br/>
        <w:t>vt 0.868500 0.172600</w:t>
        <w:br/>
        <w:t>vt 0.882200 0.220300</w:t>
        <w:br/>
        <w:t>vt 0.880600 0.220200</w:t>
        <w:br/>
        <w:t>vt 0.856400 0.172000</w:t>
        <w:br/>
        <w:t>vt 0.857200 0.170700</w:t>
        <w:br/>
        <w:t>vt 0.852600 0.171100</w:t>
        <w:br/>
        <w:t>vt 0.852900 0.172800</w:t>
        <w:br/>
        <w:t>vt 0.880600 0.255000</w:t>
        <w:br/>
        <w:t>vt 0.882200 0.255400</w:t>
        <w:br/>
        <w:t>vt 0.760800 0.223200</w:t>
        <w:br/>
        <w:t>vt 0.768900 0.221800</w:t>
        <w:br/>
        <w:t>vt 0.767800 0.220100</w:t>
        <w:br/>
        <w:t>vt 0.759200 0.221500</w:t>
        <w:br/>
        <w:t>vt 0.794200 0.132200</w:t>
        <w:br/>
        <w:t>vt 0.781300 0.133800</w:t>
        <w:br/>
        <w:t>vt 0.781500 0.135700</w:t>
        <w:br/>
        <w:t>vt 0.794500 0.134100</w:t>
        <w:br/>
        <w:t>vt 0.806700 0.171400</w:t>
        <w:br/>
        <w:t>vt 0.797200 0.172500</w:t>
        <w:br/>
        <w:t>vt 0.797700 0.174400</w:t>
        <w:br/>
        <w:t>vt 0.807000 0.173300</w:t>
        <w:br/>
        <w:t>vt 0.880600 0.264500</w:t>
        <w:br/>
        <w:t>vt 0.882200 0.264700</w:t>
        <w:br/>
        <w:t>vt 0.863800 0.271600</w:t>
        <w:br/>
        <w:t>vt 0.863900 0.273100</w:t>
        <w:br/>
        <w:t>vt 0.882200 0.273100</w:t>
        <w:br/>
        <w:t>vt 0.880600 0.271600</w:t>
        <w:br/>
        <w:t>vt 0.849100 0.271600</w:t>
        <w:br/>
        <w:t>vt 0.847200 0.273100</w:t>
        <w:br/>
        <w:t>vt 0.869800 0.103400</w:t>
        <w:br/>
        <w:t>vt 0.881400 0.103400</w:t>
        <w:br/>
        <w:t>vt 0.882900 0.101900</w:t>
        <w:br/>
        <w:t>vt 0.869200 0.101900</w:t>
        <w:br/>
        <w:t>vt 0.882900 0.101900</w:t>
        <w:br/>
        <w:t>vt 0.881400 0.103400</w:t>
        <w:br/>
        <w:t>vt 0.851500 0.101900</w:t>
        <w:br/>
        <w:t>vt 0.852500 0.103400</w:t>
        <w:br/>
        <w:t>vt 0.882200 0.199300</w:t>
        <w:br/>
        <w:t>vt 0.868800 0.200300</w:t>
        <w:br/>
        <w:t>vt 0.869300 0.202100</w:t>
        <w:br/>
        <w:t>vt 0.880600 0.201000</w:t>
        <w:br/>
        <w:t>vt 0.882200 0.211600</w:t>
        <w:br/>
        <w:t>vt 0.882200 0.199300</w:t>
        <w:br/>
        <w:t>vt 0.880600 0.201000</w:t>
        <w:br/>
        <w:t>vt 0.880600 0.212000</w:t>
        <w:br/>
        <w:t>vt 0.859500 0.201300</w:t>
        <w:br/>
        <w:t>vt 0.859900 0.202800</w:t>
        <w:br/>
        <w:t>vt 0.854000 0.199900</w:t>
        <w:br/>
        <w:t>vt 0.854100 0.201400</w:t>
        <w:br/>
        <w:t>vt 0.793000 0.176200</w:t>
        <w:br/>
        <w:t>vt 0.791800 0.174700</w:t>
        <w:br/>
        <w:t>vt 0.788900 0.224200</w:t>
        <w:br/>
        <w:t>vt 0.789400 0.222300</w:t>
        <w:br/>
        <w:t>vt 0.776800 0.218700</w:t>
        <w:br/>
        <w:t>vt 0.776500 0.220500</w:t>
        <w:br/>
        <w:t>vt 0.796300 0.192300</w:t>
        <w:br/>
        <w:t>vt 0.797200 0.190600</w:t>
        <w:br/>
        <w:t>vt 0.792400 0.187900</w:t>
        <w:br/>
        <w:t>vt 0.791100 0.189300</w:t>
        <w:br/>
        <w:t>vt 0.806400 0.194700</w:t>
        <w:br/>
        <w:t>vt 0.806900 0.192900</w:t>
        <w:br/>
        <w:t>vt 0.788800 0.181600</w:t>
        <w:br/>
        <w:t>vt 0.789800 0.178800</w:t>
        <w:br/>
        <w:t>vt 0.788200 0.178000</w:t>
        <w:br/>
        <w:t>vt 0.787300 0.181700</w:t>
        <w:br/>
        <w:t>vt 0.826900 0.195600</w:t>
        <w:br/>
        <w:t>vt 0.816800 0.194200</w:t>
        <w:br/>
        <w:t>vt 0.817100 0.196200</w:t>
        <w:br/>
        <w:t>vt 0.826500 0.197500</w:t>
        <w:br/>
        <w:t>vt 0.816900 0.172700</w:t>
        <w:br/>
        <w:t>vt 0.816500 0.170800</w:t>
        <w:br/>
        <w:t>vt 0.816400 0.126000</w:t>
        <w:br/>
        <w:t>vt 0.807300 0.128700</w:t>
        <w:br/>
        <w:t>vt 0.807700 0.130600</w:t>
        <w:br/>
        <w:t>vt 0.816700 0.127800</w:t>
        <w:br/>
        <w:t>vt 0.802100 0.228000</w:t>
        <w:br/>
        <w:t>vt 0.801500 0.229500</w:t>
        <w:br/>
        <w:t>vt 0.807700 0.232600</w:t>
        <w:br/>
        <w:t>vt 0.808200 0.231100</w:t>
        <w:br/>
        <w:t>vt 0.844100 0.200700</w:t>
        <w:br/>
        <w:t>vt 0.844600 0.198900</w:t>
        <w:br/>
        <w:t>vt 0.826400 0.172100</w:t>
        <w:br/>
        <w:t>vt 0.842600 0.171600</w:t>
        <w:br/>
        <w:t>vt 0.842300 0.169900</w:t>
        <w:br/>
        <w:t>vt 0.826000 0.170300</w:t>
        <w:br/>
        <w:t>vt 0.909100 0.154000</w:t>
        <w:br/>
        <w:t>vt 0.926400 0.154700</w:t>
        <w:br/>
        <w:t>vt 0.926100 0.164600</w:t>
        <w:br/>
        <w:t>vt 0.909100 0.165600</w:t>
        <w:br/>
        <w:t>vt 0.939500 0.155100</w:t>
        <w:br/>
        <w:t>vt 0.939500 0.164200</w:t>
        <w:br/>
        <w:t>vt 0.952200 0.265000</w:t>
        <w:br/>
        <w:t>vt 0.936300 0.261100</w:t>
        <w:br/>
        <w:t>vt 0.937200 0.271900</w:t>
        <w:br/>
        <w:t>vt 0.952200 0.273400</w:t>
        <w:br/>
        <w:t>vt 0.921900 0.259800</w:t>
        <w:br/>
        <w:t>vt 0.921900 0.270500</w:t>
        <w:br/>
        <w:t>vt 0.938500 0.174700</w:t>
        <w:br/>
        <w:t>vt 0.925300 0.173900</w:t>
        <w:br/>
        <w:t>vt 0.909100 0.175200</w:t>
        <w:br/>
        <w:t>vt 0.942400 0.166000</w:t>
        <w:br/>
        <w:t>vt 0.942700 0.174900</w:t>
        <w:br/>
        <w:t>vt 0.922400 0.232800</w:t>
        <w:br/>
        <w:t>vt 0.923400 0.222600</w:t>
        <w:br/>
        <w:t>vt 0.919700 0.225200</w:t>
        <w:br/>
        <w:t>vt 0.919500 0.234700</w:t>
        <w:br/>
        <w:t>vt 0.937200 0.233400</w:t>
        <w:br/>
        <w:t>vt 0.937500 0.222100</w:t>
        <w:br/>
        <w:t>vt 0.952200 0.222600</w:t>
        <w:br/>
        <w:t>vt 0.952200 0.235300</w:t>
        <w:br/>
        <w:t>vt 0.909100 0.189400</w:t>
        <w:br/>
        <w:t>vt 0.909100 0.182100</w:t>
        <w:br/>
        <w:t>vt 0.925100 0.181400</w:t>
        <w:br/>
        <w:t>vt 0.925000 0.188500</w:t>
        <w:br/>
        <w:t>vt 0.937600 0.181900</w:t>
        <w:br/>
        <w:t>vt 0.936700 0.188800</w:t>
        <w:br/>
        <w:t>vt 0.942400 0.186200</w:t>
        <w:br/>
        <w:t>vt 0.942600 0.180600</w:t>
        <w:br/>
        <w:t>vt 0.919800 0.216100</w:t>
        <w:br/>
        <w:t>vt 0.923800 0.215500</w:t>
        <w:br/>
        <w:t>vt 0.937200 0.212100</w:t>
        <w:br/>
        <w:t>vt 0.952200 0.205100</w:t>
        <w:br/>
        <w:t>vt 0.924800 0.206600</w:t>
        <w:br/>
        <w:t>vt 0.909100 0.211700</w:t>
        <w:br/>
        <w:t>vt 0.909100 0.198600</w:t>
        <w:br/>
        <w:t>vt 0.924800 0.196500</w:t>
        <w:br/>
        <w:t>vt 0.935400 0.203900</w:t>
        <w:br/>
        <w:t>vt 0.935500 0.195800</w:t>
        <w:br/>
        <w:t>vt 0.942100 0.201300</w:t>
        <w:br/>
        <w:t>vt 0.942100 0.192000</w:t>
        <w:br/>
        <w:t>vt 0.914700 0.118800</w:t>
        <w:br/>
        <w:t>vt 0.912300 0.123600</w:t>
        <w:br/>
        <w:t>vt 0.915400 0.121700</w:t>
        <w:br/>
        <w:t>vt 0.931800 0.121500</w:t>
        <w:br/>
        <w:t>vt 0.935700 0.123000</w:t>
        <w:br/>
        <w:t>vt 0.680900 0.224200</w:t>
        <w:br/>
        <w:t>vt 0.681500 0.228800</w:t>
        <w:br/>
        <w:t>vt 0.687600 0.221800</w:t>
        <w:br/>
        <w:t>vt 0.700400 0.195500</w:t>
        <w:br/>
        <w:t>vt 0.700700 0.187800</w:t>
        <w:br/>
        <w:t>vt 0.699400 0.189400</w:t>
        <w:br/>
        <w:t>vt 0.699100 0.194700</w:t>
        <w:br/>
        <w:t>vt 0.767500 0.141600</w:t>
        <w:br/>
        <w:t>vt 0.765500 0.135800</w:t>
        <w:br/>
        <w:t>vt 0.761100 0.141300</w:t>
        <w:br/>
        <w:t>vt 0.740800 0.227000</w:t>
        <w:br/>
        <w:t>vt 0.713400 0.229500</w:t>
        <w:br/>
        <w:t>vt 0.718700 0.230300</w:t>
        <w:br/>
        <w:t>vt 0.741600 0.213800</w:t>
        <w:br/>
        <w:t>vt 0.748400 0.212400</w:t>
        <w:br/>
        <w:t>vt 0.687700 0.230800</w:t>
        <w:br/>
        <w:t>vt 0.691900 0.233500</w:t>
        <w:br/>
        <w:t>vt 0.691400 0.218300</w:t>
        <w:br/>
        <w:t>vt 0.675600 0.227300</w:t>
        <w:br/>
        <w:t>vt 0.676400 0.227400</w:t>
        <w:br/>
        <w:t>vt 0.676500 0.225400</w:t>
        <w:br/>
        <w:t>vt 0.675300 0.225500</w:t>
        <w:br/>
        <w:t>vt 0.663727 0.170301</w:t>
        <w:br/>
        <w:t>vt 0.662827 0.173901</w:t>
        <w:br/>
        <w:t>vt 0.663927 0.173901</w:t>
        <w:br/>
        <w:t>vt 0.664527 0.181601</w:t>
        <w:br/>
        <w:t>vt 0.664027 0.177801</w:t>
        <w:br/>
        <w:t>vt 0.662927 0.177801</w:t>
        <w:br/>
        <w:t>vt 0.663027 0.181601</w:t>
        <w:br/>
        <w:t>vt 0.663127 0.185601</w:t>
        <w:br/>
        <w:t>vt 0.663227 0.188901</w:t>
        <w:br/>
        <w:t>vt 0.664827 0.185601</w:t>
        <w:br/>
        <w:t>vt 0.902400 0.137800</w:t>
        <w:br/>
        <w:t>vt 0.901700 0.137300</w:t>
        <w:br/>
        <w:t>vt 0.900600 0.141400</w:t>
        <w:br/>
        <w:t>vt 0.701600 0.243800</w:t>
        <w:br/>
        <w:t>vt 0.700300 0.244500</w:t>
        <w:br/>
        <w:t>vt 0.703000 0.254200</w:t>
        <w:br/>
        <w:t>vt 0.704500 0.254100</w:t>
        <w:br/>
        <w:t>vt 0.695000 0.237900</w:t>
        <w:br/>
        <w:t>vt 0.695700 0.236600</w:t>
        <w:br/>
        <w:t>vt 0.680900 0.224200</w:t>
        <w:br/>
        <w:t>vt 0.687600 0.221800</w:t>
        <w:br/>
        <w:t>vt 0.686400 0.220800</w:t>
        <w:br/>
        <w:t>vt 0.680800 0.222800</w:t>
        <w:br/>
        <w:t>vt 0.698100 0.201400</w:t>
        <w:br/>
        <w:t>vt 0.699300 0.202200</w:t>
        <w:br/>
        <w:t>vt 0.702800 0.264800</w:t>
        <w:br/>
        <w:t>vt 0.703600 0.264700</w:t>
        <w:br/>
        <w:t>vt 0.681500 0.228800</w:t>
        <w:br/>
        <w:t>vt 0.680900 0.230000</w:t>
        <w:br/>
        <w:t>vt 0.686100 0.231800</w:t>
        <w:br/>
        <w:t>vt 0.687700 0.230800</w:t>
        <w:br/>
        <w:t>vt 0.696400 0.207200</w:t>
        <w:br/>
        <w:t>vt 0.697500 0.208000</w:t>
        <w:br/>
        <w:t>vt 0.691000 0.234700</w:t>
        <w:br/>
        <w:t>vt 0.691900 0.233500</w:t>
        <w:br/>
        <w:t>vt 0.690500 0.217100</w:t>
        <w:br/>
        <w:t>vt 0.691400 0.218300</w:t>
        <w:br/>
        <w:t>vt 0.695100 0.213300</w:t>
        <w:br/>
        <w:t>vt 0.694000 0.212500</w:t>
        <w:br/>
        <w:t>vt 0.674500 0.228400</w:t>
        <w:br/>
        <w:t>vt 0.676300 0.229000</w:t>
        <w:br/>
        <w:t>vt 0.676400 0.227400</w:t>
        <w:br/>
        <w:t>vt 0.675600 0.227300</w:t>
        <w:br/>
        <w:t>vt 0.674500 0.226500</w:t>
        <w:br/>
        <w:t>vt 0.673300 0.226500</w:t>
        <w:br/>
        <w:t>vt 0.673700 0.227700</w:t>
        <w:br/>
        <w:t>vt 0.674800 0.227000</w:t>
        <w:br/>
        <w:t>vt 0.673700 0.225100</w:t>
        <w:br/>
        <w:t>vt 0.674800 0.225900</w:t>
        <w:br/>
        <w:t>vt 0.674500 0.224400</w:t>
        <w:br/>
        <w:t>vt 0.675300 0.225500</w:t>
        <w:br/>
        <w:t>vt 0.676500 0.225400</w:t>
        <w:br/>
        <w:t>vt 0.676100 0.224000</w:t>
        <w:br/>
        <w:t>vt 0.941400 0.123200</w:t>
        <w:br/>
        <w:t>vt 0.947300 0.120400</w:t>
        <w:br/>
        <w:t>vt 0.912300 0.123600</w:t>
        <w:br/>
        <w:t>vt 0.912800 0.124700</w:t>
        <w:br/>
        <w:t>vt 0.916100 0.123000</w:t>
        <w:br/>
        <w:t>vt 0.915400 0.121700</w:t>
        <w:br/>
        <w:t>vt 0.931100 0.122500</w:t>
        <w:br/>
        <w:t>vt 0.935100 0.123900</w:t>
        <w:br/>
        <w:t>vt 0.938200 0.126400</w:t>
        <w:br/>
        <w:t>vt 0.939000 0.125700</w:t>
        <w:br/>
        <w:t>vt 0.907300 0.129600</w:t>
        <w:br/>
        <w:t>vt 0.906700 0.129000</w:t>
        <w:br/>
        <w:t>vt 0.904400 0.132300</w:t>
        <w:br/>
        <w:t>vt 0.905200 0.132600</w:t>
        <w:br/>
        <w:t>vt 0.909400 0.126400</w:t>
        <w:br/>
        <w:t>vt 0.910300 0.126900</w:t>
        <w:br/>
        <w:t>vt 0.942300 0.130500</w:t>
        <w:br/>
        <w:t>vt 0.943200 0.130100</w:t>
        <w:br/>
        <w:t>vt 0.947700 0.132300</w:t>
        <w:br/>
        <w:t>vt 0.948100 0.127300</w:t>
        <w:br/>
        <w:t>vt 0.943200 0.130100</w:t>
        <w:br/>
        <w:t>vt 0.904400 0.132300</w:t>
        <w:br/>
        <w:t>vt 0.900700 0.126600</w:t>
        <w:br/>
        <w:t>vt 0.900700 0.132200</w:t>
        <w:br/>
        <w:t>vt 0.920200 0.122300</w:t>
        <w:br/>
        <w:t>vt 0.920100 0.120900</w:t>
        <w:br/>
        <w:t>vt 0.926700 0.120800</w:t>
        <w:br/>
        <w:t>vt 0.926200 0.122100</w:t>
        <w:br/>
        <w:t>vt 0.920000 0.118300</w:t>
        <w:br/>
        <w:t>vt 0.939000 0.125700</w:t>
        <w:br/>
        <w:t>vt 0.947000 0.137100</w:t>
        <w:br/>
        <w:t>vt 0.947700 0.136600</w:t>
        <w:br/>
        <w:t>vt 0.662127 0.194101</w:t>
        <w:br/>
        <w:t>vt 0.663227 0.188901</w:t>
        <w:br/>
        <w:t>vt 0.659027 0.195001</w:t>
        <w:br/>
        <w:t>vt 0.690427 0.193301</w:t>
        <w:br/>
        <w:t>vt 0.686527 0.188801</w:t>
        <w:br/>
        <w:t>vt 0.687727 0.192701</w:t>
        <w:br/>
        <w:t>vt 0.671927 0.205801</w:t>
        <w:br/>
        <w:t>vt 0.672427 0.209201</w:t>
        <w:br/>
        <w:t>vt 0.681727 0.209201</w:t>
        <w:br/>
        <w:t>vt 0.680827 0.204901</w:t>
        <w:br/>
        <w:t>vt 0.690527 0.203501</w:t>
        <w:br/>
        <w:t>vt 0.683127 0.202701</w:t>
        <w:br/>
        <w:t>vt 0.665027 0.206801</w:t>
        <w:br/>
        <w:t>vt 0.668727 0.203301</w:t>
        <w:br/>
        <w:t>vt 0.660427 0.204301</w:t>
        <w:br/>
        <w:t>vt 0.657727 0.201201</w:t>
        <w:br/>
        <w:t>vt 0.663027 0.199201</w:t>
        <w:br/>
        <w:t>vt 0.712300 0.151800</w:t>
        <w:br/>
        <w:t>vt 0.767800 0.220100</w:t>
        <w:br/>
        <w:t>vt 0.836100 0.236600</w:t>
        <w:br/>
        <w:t>vt 0.839700 0.228500</w:t>
        <w:br/>
        <w:t>vt 0.842800 0.220100</w:t>
        <w:br/>
        <w:t>vt 0.854100 0.201400</w:t>
        <w:br/>
        <w:t>vt 0.853400 0.210600</w:t>
        <w:br/>
        <w:t>vt 0.952100 0.192800</w:t>
        <w:br/>
        <w:t>vt 0.952100 0.201600</w:t>
        <w:br/>
        <w:t>vt 0.952100 0.180400</w:t>
        <w:br/>
        <w:t>vt 0.952100 0.186400</w:t>
        <w:br/>
        <w:t>vt 0.952100 0.174500</w:t>
        <w:br/>
        <w:t>vt 0.952100 0.167200</w:t>
        <w:br/>
        <w:t>vt 0.849100 0.271600</w:t>
        <w:br/>
        <w:t>vt 0.880600 0.271600</w:t>
        <w:br/>
        <w:t>vt 0.882200 0.273100</w:t>
        <w:br/>
        <w:t>vt 0.703200 0.167300</w:t>
        <w:br/>
        <w:t>vt 0.702900 0.161700</w:t>
        <w:br/>
        <w:t>vt 0.938900 0.282200</w:t>
        <w:br/>
        <w:t>vt 0.909100 0.143300</w:t>
        <w:br/>
        <w:t>vt 0.925800 0.144800</w:t>
        <w:br/>
        <w:t>vt 0.939393 0.144500</w:t>
        <w:br/>
        <w:t>vt 0.924300 0.134100</w:t>
        <w:br/>
        <w:t>vt 0.939500 0.134100</w:t>
        <w:br/>
        <w:t>vt 0.863800 0.271600</w:t>
        <w:br/>
        <w:t>vt 0.921900 0.282200</w:t>
        <w:br/>
        <w:t>vt 0.881400 0.103400</w:t>
        <w:br/>
        <w:t>vt 0.817100 0.227800</w:t>
        <w:br/>
        <w:t>vt 0.816700 0.235800</w:t>
        <w:br/>
        <w:t>vt 0.816900 0.237100</w:t>
        <w:br/>
        <w:t>vt 0.816700 0.235800</w:t>
        <w:br/>
        <w:t>vt 0.823400 0.126400</w:t>
        <w:br/>
        <w:t>vt 0.824000 0.125300</w:t>
        <w:br/>
        <w:t>vt 0.823800 0.133900</w:t>
        <w:br/>
        <w:t>vt 0.823400 0.126400</w:t>
        <w:br/>
        <w:t>vt 0.843100 0.147200</w:t>
        <w:br/>
        <w:t>vt 0.770100 0.196900</w:t>
        <w:br/>
        <w:t>vt 0.768900 0.205000</w:t>
        <w:br/>
        <w:t>vt 0.773800 0.136300</w:t>
        <w:br/>
        <w:t>vt 0.773500 0.134400</w:t>
        <w:br/>
        <w:t>vt 0.774600 0.141600</w:t>
        <w:br/>
        <w:t>vt 0.773800 0.136300</w:t>
        <w:br/>
        <w:t>vt 0.778600 0.162100</w:t>
        <w:br/>
        <w:t>vt 0.766700 0.133900</w:t>
        <w:br/>
        <w:t>vt 0.765500 0.135800</w:t>
        <w:br/>
        <w:t>vt 0.790000 0.184800</w:t>
        <w:br/>
        <w:t>vt 0.788200 0.185700</w:t>
        <w:br/>
        <w:t>vt 0.722700 0.225300</w:t>
        <w:br/>
        <w:t>vt 0.721700 0.232300</w:t>
        <w:br/>
        <w:t>vt 0.720900 0.218600</w:t>
        <w:br/>
        <w:t>vt 0.724600 0.213300</w:t>
        <w:br/>
        <w:t>vt 0.701600 0.243800</w:t>
        <w:br/>
        <w:t>vt 0.704500 0.254100</w:t>
        <w:br/>
        <w:t>vt 0.709700 0.251100</w:t>
        <w:br/>
        <w:t>vt 0.705600 0.240600</w:t>
        <w:br/>
        <w:t>vt 0.695700 0.236600</w:t>
        <w:br/>
        <w:t>vt 0.703200 0.154900</w:t>
        <w:br/>
        <w:t>vt 0.703600 0.264700</w:t>
        <w:br/>
        <w:t>vt 0.711700 0.262100</w:t>
        <w:br/>
        <w:t>vt 0.716700 0.247100</w:t>
        <w:br/>
        <w:t>vt 0.715700 0.238300</w:t>
        <w:br/>
        <w:t>vt 0.705700 0.206200</w:t>
        <w:br/>
        <w:t>vt 0.701500 0.216600</w:t>
        <w:br/>
        <w:t>vt 0.972300 0.033700</w:t>
        <w:br/>
        <w:t>vt 0.965000 0.033700</w:t>
        <w:br/>
        <w:t>vt 0.983900 0.033400</w:t>
        <w:br/>
        <w:t>vt 0.991100 0.033400</w:t>
        <w:br/>
        <w:t>vt 0.721800 0.255300</w:t>
        <w:br/>
        <w:t>vt 0.725000 0.250700</w:t>
        <w:br/>
        <w:t>vt 0.722400 0.236800</w:t>
        <w:br/>
        <w:t>vt 0.952200 0.245400</w:t>
        <w:br/>
        <w:t>vt 0.936900 0.245200</w:t>
        <w:br/>
        <w:t>vt 0.936700 0.254600</w:t>
        <w:br/>
        <w:t>vt 0.952200 0.256100</w:t>
        <w:br/>
        <w:t>vt 0.882900 0.139200</w:t>
        <w:br/>
        <w:t>vt 0.882900 0.128900</w:t>
        <w:br/>
        <w:t>vt 0.881400 0.129100</w:t>
        <w:br/>
        <w:t>vt 0.881400 0.139500</w:t>
        <w:br/>
        <w:t>vt 0.866900 0.129900</w:t>
        <w:br/>
        <w:t>vt 0.867021 0.139065</w:t>
        <w:br/>
        <w:t>vt 0.881400 0.139500</w:t>
        <w:br/>
        <w:t>vt 0.881400 0.129100</w:t>
        <w:br/>
        <w:t>vt 0.773600 0.148800</w:t>
        <w:br/>
        <w:t>vt 0.763700 0.150200</w:t>
        <w:br/>
        <w:t>vt 0.773800 0.154900</w:t>
        <w:br/>
        <w:t>vt 0.741000 0.233100</w:t>
        <w:br/>
        <w:t>vt 0.738300 0.235400</w:t>
        <w:br/>
        <w:t>vt 0.741600 0.242000</w:t>
        <w:br/>
        <w:t>vt 0.732200 0.235000</w:t>
        <w:br/>
        <w:t>vt 0.736900 0.243200</w:t>
        <w:br/>
        <w:t>vt 0.727800 0.237500</w:t>
        <w:br/>
        <w:t>vt 0.724100 0.245900</w:t>
        <w:br/>
        <w:t>vt 0.784300 0.150600</w:t>
        <w:br/>
        <w:t>vt 0.848700 0.131000</w:t>
        <w:br/>
        <w:t>vt 0.852700 0.132000</w:t>
        <w:br/>
        <w:t>vt 0.817400 0.149800</w:t>
        <w:br/>
        <w:t>vt 0.819700 0.140500</w:t>
        <w:br/>
        <w:t>vt 0.840900 0.136700</w:t>
        <w:br/>
        <w:t>vt 0.823100 0.140400</w:t>
        <w:br/>
        <w:t>vt 0.921200 0.243500</w:t>
        <w:br/>
        <w:t>vt 0.921300 0.252400</w:t>
        <w:br/>
        <w:t>vt 0.918700 0.244600</w:t>
        <w:br/>
        <w:t>vt 0.919000 0.253100</w:t>
        <w:br/>
        <w:t>vt 0.735300 0.229700</w:t>
        <w:br/>
        <w:t>vt 0.730600 0.229200</w:t>
        <w:br/>
        <w:t>vt 0.750500 0.153200</w:t>
        <w:br/>
        <w:t>vt 0.750900 0.149700</w:t>
        <w:br/>
        <w:t>vt 0.748100 0.152500</w:t>
        <w:br/>
        <w:t>vt 0.743500 0.246800</w:t>
        <w:br/>
        <w:t>vt 0.847500 0.125700</w:t>
        <w:br/>
        <w:t>vt 0.797700 0.149200</w:t>
        <w:br/>
        <w:t>vt 0.810100 0.146200</w:t>
        <w:br/>
        <w:t>vt 0.825200 0.133800</w:t>
        <w:br/>
        <w:t>vt 0.838600 0.129200</w:t>
        <w:br/>
        <w:t>vt 0.919300 0.258700</w:t>
        <w:br/>
        <w:t>vt 0.721700 0.232300</w:t>
        <w:br/>
        <w:t>vt 0.729300 0.244300</w:t>
        <w:br/>
        <w:t>vt 0.725000 0.250700</w:t>
        <w:br/>
        <w:t>vt 0.916400 0.114000</w:t>
        <w:br/>
        <w:t>vt 0.920000 0.113200</w:t>
        <w:br/>
        <w:t>vt 0.935700 0.123000</w:t>
        <w:br/>
        <w:t>vt 0.743200 0.191400</w:t>
        <w:br/>
        <w:t>vt 0.744400 0.187500</w:t>
        <w:br/>
        <w:t>vt 0.760700 0.191800</w:t>
        <w:br/>
        <w:t>vt 0.764000 0.193100</w:t>
        <w:br/>
        <w:t>vt 0.766500 0.185500</w:t>
        <w:br/>
        <w:t>vt 0.760300 0.184000</w:t>
        <w:br/>
        <w:t>vt 0.768800 0.187000</w:t>
        <w:br/>
        <w:t>vt 0.766500 0.185500</w:t>
        <w:br/>
        <w:t>vt 0.784800 0.190800</w:t>
        <w:br/>
        <w:t>vt 0.906700 0.129000</w:t>
        <w:br/>
        <w:t>vt 0.909400 0.126400</w:t>
        <w:br/>
        <w:t>vt 0.903400 0.120900</w:t>
        <w:br/>
        <w:t>vt 0.947500 0.110900</w:t>
        <w:br/>
        <w:t>vt 0.946800 0.111700</w:t>
        <w:br/>
        <w:t>vt 0.951500 0.115800</w:t>
        <w:br/>
        <w:t>vt 0.952400 0.115000</w:t>
        <w:br/>
        <w:t>vt 0.954000 0.130900</w:t>
        <w:br/>
        <w:t>vt 0.956000 0.124000</w:t>
        <w:br/>
        <w:t>vt 0.896600 0.152700</w:t>
        <w:br/>
        <w:t>vt 0.897700 0.152900</w:t>
        <w:br/>
        <w:t>vt 0.897300 0.147100</w:t>
        <w:br/>
        <w:t>vt 0.896200 0.146900</w:t>
        <w:br/>
        <w:t>vt 0.894700 0.136100</w:t>
        <w:br/>
        <w:t>vt 0.893500 0.135600</w:t>
        <w:br/>
        <w:t>vt 0.895300 0.141200</w:t>
        <w:br/>
        <w:t>vt 0.896400 0.141400</w:t>
        <w:br/>
        <w:t>vt 0.891000 0.122200</w:t>
        <w:br/>
        <w:t>vt 0.896900 0.115900</w:t>
        <w:br/>
        <w:t>vt 0.896000 0.115400</w:t>
        <w:br/>
        <w:t>vt 0.889900 0.122300</w:t>
        <w:br/>
        <w:t>vt 0.900200 0.111200</w:t>
        <w:br/>
        <w:t>vt 0.901000 0.111800</w:t>
        <w:br/>
        <w:t>vt 0.904500 0.107300</w:t>
        <w:br/>
        <w:t>vt 0.905200 0.108000</w:t>
        <w:br/>
        <w:t>vt 0.897100 0.158100</w:t>
        <w:br/>
        <w:t>vt 0.896100 0.158100</w:t>
        <w:br/>
        <w:t>vt 0.894900 0.162300</w:t>
        <w:br/>
        <w:t>vt 0.895600 0.162900</w:t>
        <w:br/>
        <w:t>vt 0.930300 0.099300</w:t>
        <w:br/>
        <w:t>vt 0.925400 0.098000</w:t>
        <w:br/>
        <w:t>vt 0.925300 0.099000</w:t>
        <w:br/>
        <w:t>vt 0.929900 0.100400</w:t>
        <w:br/>
        <w:t>vt 0.941700 0.106400</w:t>
        <w:br/>
        <w:t>vt 0.941200 0.107200</w:t>
        <w:br/>
        <w:t>vt 0.953200 0.157400</w:t>
        <w:br/>
        <w:t>vt 0.955000 0.162400</w:t>
        <w:br/>
        <w:t>vt 0.955600 0.161900</w:t>
        <w:br/>
        <w:t>vt 0.954100 0.157000</w:t>
        <w:br/>
        <w:t>vt 0.952700 0.146600</w:t>
        <w:br/>
        <w:t>vt 0.952700 0.152100</w:t>
        <w:br/>
        <w:t>vt 0.953600 0.152000</w:t>
        <w:br/>
        <w:t>vt 0.953600 0.146400</w:t>
        <w:br/>
        <w:t>vt 0.991100 0.006200</w:t>
        <w:br/>
        <w:t>vt 0.983400 0.006100</w:t>
        <w:br/>
        <w:t>vt 0.965000 0.006200</w:t>
        <w:br/>
        <w:t>vt 0.972300 0.006100</w:t>
        <w:br/>
        <w:t>vt 0.914100 0.101200</w:t>
        <w:br/>
        <w:t>vt 0.918200 0.099400</w:t>
        <w:br/>
        <w:t>vt 0.917900 0.098400</w:t>
        <w:br/>
        <w:t>vt 0.913600 0.100100</w:t>
        <w:br/>
        <w:t>vt 0.921600 0.097800</w:t>
        <w:br/>
        <w:t>vt 0.921700 0.098800</w:t>
        <w:br/>
        <w:t>vt 0.956100 0.130600</w:t>
        <w:br/>
        <w:t>vt 0.954500 0.135700</w:t>
        <w:br/>
        <w:t>vt 0.956000 0.135100</w:t>
        <w:br/>
        <w:t>vt 0.957300 0.130500</w:t>
        <w:br/>
        <w:t>vt 0.893200 0.131800</w:t>
        <w:br/>
        <w:t>vt 0.892000 0.131500</w:t>
        <w:br/>
        <w:t>vt 0.951400 0.141100</w:t>
        <w:br/>
        <w:t>vt 0.952700 0.135300</w:t>
        <w:br/>
        <w:t>vt 0.947700 0.136600</w:t>
        <w:br/>
        <w:t>vt 0.949000 0.141200</w:t>
        <w:br/>
        <w:t>vt 0.945700 0.113000</w:t>
        <w:br/>
        <w:t>vt 0.950300 0.116900</w:t>
        <w:br/>
        <w:t>vt 0.940100 0.108700</w:t>
        <w:br/>
        <w:t>vt 0.929000 0.101900</w:t>
        <w:br/>
        <w:t>vt 0.925100 0.100400</w:t>
        <w:br/>
        <w:t>vt 0.921800 0.100200</w:t>
        <w:br/>
        <w:t>vt 0.914800 0.102600</w:t>
        <w:br/>
        <w:t>vt 0.918400 0.100800</w:t>
        <w:br/>
        <w:t>vt 0.906600 0.109500</w:t>
        <w:br/>
        <w:t>vt 0.902600 0.113200</w:t>
        <w:br/>
        <w:t>vt 0.890700 0.124400</w:t>
        <w:br/>
        <w:t>vt 0.889500 0.124500</w:t>
        <w:br/>
        <w:t>vt 0.895000 0.131800</w:t>
        <w:br/>
        <w:t>vt 0.896700 0.136400</w:t>
        <w:br/>
        <w:t>vt 0.901700 0.137300</w:t>
        <w:br/>
        <w:t>vt 0.959000 0.123800</w:t>
        <w:br/>
        <w:t>vt 0.958500 0.120900</w:t>
        <w:br/>
        <w:t>vt 0.957400 0.121500</w:t>
        <w:br/>
        <w:t>vt 0.957700 0.123900</w:t>
        <w:br/>
        <w:t>vt 0.954100 0.120500</w:t>
        <w:br/>
        <w:t>vt 0.934700 0.105100</w:t>
        <w:br/>
        <w:t>vt 0.936200 0.102700</w:t>
        <w:br/>
        <w:t>vt 0.935700 0.103600</w:t>
        <w:br/>
        <w:t>vt 0.909200 0.103200</w:t>
        <w:br/>
        <w:t>vt 0.909800 0.104000</w:t>
        <w:br/>
        <w:t>vt 0.910900 0.105400</w:t>
        <w:br/>
        <w:t>vt 0.898500 0.117200</w:t>
        <w:br/>
        <w:t>vt 0.892500 0.123300</w:t>
        <w:br/>
        <w:t>vt 0.898900 0.147300</w:t>
        <w:br/>
        <w:t>vt 0.899300 0.153000</w:t>
        <w:br/>
        <w:t>vt 0.900400 0.152800</w:t>
        <w:br/>
        <w:t>vt 0.900300 0.147100</w:t>
        <w:br/>
        <w:t>vt 0.900100 0.158100</w:t>
        <w:br/>
        <w:t>vt 0.899000 0.158100</w:t>
        <w:br/>
        <w:t>vt 0.897200 0.163800</w:t>
        <w:br/>
        <w:t>vt 0.898500 0.164800</w:t>
        <w:br/>
        <w:t>vt 0.701300 0.155700</w:t>
        <w:br/>
        <w:t>vt 0.702500 0.175200</w:t>
        <w:br/>
        <w:t>vt 0.701400 0.180600</w:t>
        <w:br/>
        <w:t>vt 0.699300 0.186800</w:t>
        <w:br/>
        <w:t>vt 0.950400 0.157700</w:t>
        <w:br/>
        <w:t>vt 0.952100 0.164100</w:t>
        <w:br/>
        <w:t>vt 0.953300 0.163400</w:t>
        <w:br/>
        <w:t>vt 0.951200 0.157400</w:t>
        <w:br/>
        <w:t>vt 0.949600 0.146900</w:t>
        <w:br/>
        <w:t>vt 0.949700 0.152300</w:t>
        <w:br/>
        <w:t>vt 0.950700 0.152300</w:t>
        <w:br/>
        <w:t>vt 0.951000 0.146800</w:t>
        <w:br/>
        <w:t>vt 0.900600 0.141400</w:t>
        <w:br/>
        <w:t>vt 0.897900 0.141500</w:t>
        <w:br/>
        <w:t>vt 0.953500 0.141100</w:t>
        <w:br/>
        <w:t>vt 0.954600 0.141000</w:t>
        <w:br/>
        <w:t>vt 0.895000 0.131800</w:t>
        <w:br/>
        <w:t>vt 0.894200 0.132000</w:t>
        <w:br/>
        <w:t>vt 0.895700 0.136200</w:t>
        <w:br/>
        <w:t>vt 0.896700 0.136400</w:t>
        <w:br/>
        <w:t>vt 0.895700 0.136200</w:t>
        <w:br/>
        <w:t>vt 0.894200 0.132000</w:t>
        <w:br/>
        <w:t>vt 0.891800 0.122800</w:t>
        <w:br/>
        <w:t>vt 0.891700 0.124500</w:t>
        <w:br/>
        <w:t>vt 0.891700 0.124500</w:t>
        <w:br/>
        <w:t>vt 0.892700 0.124600</w:t>
        <w:br/>
        <w:t>vt 0.892500 0.123300</w:t>
        <w:br/>
        <w:t>vt 0.891800 0.122800</w:t>
        <w:br/>
        <w:t>vt 0.897000 0.141500</w:t>
        <w:br/>
        <w:t>vt 0.898000 0.147300</w:t>
        <w:br/>
        <w:t>vt 0.897000 0.141500</w:t>
        <w:br/>
        <w:t>vt 0.896400 0.141400</w:t>
        <w:br/>
        <w:t>vt 0.951500 0.115800</w:t>
        <w:br/>
        <w:t>vt 0.951000 0.116400</w:t>
        <w:br/>
        <w:t>vt 0.955000 0.120100</w:t>
        <w:br/>
        <w:t>vt 0.957400 0.121500</w:t>
        <w:br/>
        <w:t>vt 0.955000 0.120100</w:t>
        <w:br/>
        <w:t>vt 0.951000 0.116400</w:t>
        <w:br/>
        <w:t>vt 0.946300 0.112400</w:t>
        <w:br/>
        <w:t>vt 0.946800 0.111700</w:t>
        <w:br/>
        <w:t>vt 0.946300 0.112400</w:t>
        <w:br/>
        <w:t>vt 0.940700 0.108000</w:t>
        <w:br/>
        <w:t>vt 0.940100 0.108700</w:t>
        <w:br/>
        <w:t>vt 0.941200 0.107200</w:t>
        <w:br/>
        <w:t>vt 0.940700 0.108000</w:t>
        <w:br/>
        <w:t>vt 0.935300 0.104400</w:t>
        <w:br/>
        <w:t>vt 0.934700 0.105100</w:t>
        <w:br/>
        <w:t>vt 0.935300 0.104400</w:t>
        <w:br/>
        <w:t>vt 0.929500 0.101200</w:t>
        <w:br/>
        <w:t>vt 0.925100 0.099700</w:t>
        <w:br/>
        <w:t>vt 0.929500 0.101200</w:t>
        <w:br/>
        <w:t>vt 0.925100 0.099700</w:t>
        <w:br/>
        <w:t>vt 0.921600 0.099600</w:t>
        <w:br/>
        <w:t>vt 0.921600 0.099600</w:t>
        <w:br/>
        <w:t>vt 0.918400 0.100100</w:t>
        <w:br/>
        <w:t>vt 0.918400 0.100100</w:t>
        <w:br/>
        <w:t>vt 0.914300 0.102000</w:t>
        <w:br/>
        <w:t>vt 0.914300 0.102000</w:t>
        <w:br/>
        <w:t>vt 0.910200 0.104800</w:t>
        <w:br/>
        <w:t>vt 0.905800 0.108800</w:t>
        <w:br/>
        <w:t>vt 0.910200 0.104800</w:t>
        <w:br/>
        <w:t>vt 0.905800 0.108800</w:t>
        <w:br/>
        <w:t>vt 0.902600 0.113200</w:t>
        <w:br/>
        <w:t>vt 0.901700 0.112600</w:t>
        <w:br/>
        <w:t>vt 0.901700 0.112600</w:t>
        <w:br/>
        <w:t>vt 0.897500 0.116700</w:t>
        <w:br/>
        <w:t>vt 0.897500 0.116700</w:t>
        <w:br/>
        <w:t>vt 0.953500 0.141100</w:t>
        <w:br/>
        <w:t>vt 0.954500 0.135700</w:t>
        <w:br/>
        <w:t>vt 0.953600 0.135600</w:t>
        <w:br/>
        <w:t>vt 0.952500 0.141200</w:t>
        <w:br/>
        <w:t>vt 0.951800 0.146800</w:t>
        <w:br/>
        <w:t>vt 0.952500 0.141200</w:t>
        <w:br/>
        <w:t>vt 0.953600 0.135600</w:t>
        <w:br/>
        <w:t>vt 0.955200 0.130800</w:t>
        <w:br/>
        <w:t>vt 0.956100 0.130600</w:t>
        <w:br/>
        <w:t>vt 0.955200 0.130800</w:t>
        <w:br/>
        <w:t>vt 0.956900 0.123900</w:t>
        <w:br/>
        <w:t>vt 0.956900 0.123900</w:t>
        <w:br/>
        <w:t>vt 0.898000 0.147300</w:t>
        <w:br/>
        <w:t>vt 0.898400 0.153000</w:t>
        <w:br/>
        <w:t>vt 0.898400 0.153000</w:t>
        <w:br/>
        <w:t>vt 0.899000 0.158100</w:t>
        <w:br/>
        <w:t>vt 0.898100 0.158000</w:t>
        <w:br/>
        <w:t>vt 0.896400 0.163300</w:t>
        <w:br/>
        <w:t>vt 0.896400 0.163300</w:t>
        <w:br/>
        <w:t>vt 0.898100 0.158000</w:t>
        <w:br/>
        <w:t>vt 0.700300 0.156200</w:t>
        <w:br/>
        <w:t>vt 0.702000 0.162100</w:t>
        <w:br/>
        <w:t>vt 0.970400 0.005000</w:t>
        <w:br/>
        <w:t>vt 0.965000 0.005000</w:t>
        <w:br/>
        <w:t>vt 0.702300 0.167500</w:t>
        <w:br/>
        <w:t>vt 0.974600 0.005000</w:t>
        <w:br/>
        <w:t>vt 0.701700 0.175000</w:t>
        <w:br/>
        <w:t>vt 0.700400 0.180400</w:t>
        <w:br/>
        <w:t>vt 0.985400 0.005000</w:t>
        <w:br/>
        <w:t>vt 0.980700 0.005000</w:t>
        <w:br/>
        <w:t>vt 0.698300 0.186200</w:t>
        <w:br/>
        <w:t>vt 0.991100 0.005000</w:t>
        <w:br/>
        <w:t>vt 0.954100 0.162900</w:t>
        <w:br/>
        <w:t>vt 0.952200 0.157300</w:t>
        <w:br/>
        <w:t>vt 0.952200 0.157300</w:t>
        <w:br/>
        <w:t>vt 0.954100 0.162900</w:t>
        <w:br/>
        <w:t>vt 0.951700 0.152300</w:t>
        <w:br/>
        <w:t>vt 0.951800 0.146800</w:t>
        <w:br/>
        <w:t>vt 0.951700 0.152300</w:t>
        <w:br/>
        <w:t>vt 0.892700 0.124600</w:t>
        <w:br/>
        <w:t>vt 0.687727 0.197001</w:t>
        <w:br/>
        <w:t>vt 0.691927 0.200401</w:t>
        <w:br/>
        <w:t>vt 0.692527 0.196901</w:t>
        <w:br/>
        <w:t>vt 0.687027 0.206301</w:t>
        <w:br/>
        <w:t>vt 0.949000 0.141200</w:t>
        <w:br/>
        <w:t>vt 0.695100 0.213300</w:t>
        <w:br/>
        <w:t>vt 0.697500 0.208000</w:t>
        <w:br/>
        <w:t>vt 0.699300 0.202200</w:t>
        <w:br/>
        <w:t>vt 0.922200 0.107500</w:t>
        <w:br/>
        <w:t>vt 0.972400 0.145300</w:t>
        <w:br/>
        <w:t>vt 0.987400 0.146100</w:t>
        <w:br/>
        <w:t>vt 0.970900 0.141200</w:t>
        <w:br/>
        <w:t>vt 0.990300 0.142100</w:t>
        <w:br/>
        <w:t>vt 0.970000 0.137100</w:t>
        <w:br/>
        <w:t>vt 0.992500 0.137200</w:t>
        <w:br/>
        <w:t>vt 0.969700 0.132800</w:t>
        <w:br/>
        <w:t>vt 0.993400 0.132600</w:t>
        <w:br/>
        <w:t>vt 0.991500 0.126600</w:t>
        <w:br/>
        <w:t>vt 0.970900 0.126200</w:t>
        <w:br/>
        <w:t>vt 0.990900 0.124500</w:t>
        <w:br/>
        <w:t>vt 0.971300 0.124700</w:t>
        <w:br/>
        <w:t>vt 0.972200 0.119300</w:t>
        <w:br/>
        <w:t>vt 0.990300 0.119500</w:t>
        <w:br/>
        <w:t>vt 0.989800 0.115900</w:t>
        <w:br/>
        <w:t>vt 0.972600 0.116100</w:t>
        <w:br/>
        <w:t>vt 0.989300 0.111500</w:t>
        <w:br/>
        <w:t>vt 0.973000 0.111700</w:t>
        <w:br/>
        <w:t>vt 0.988700 0.107500</w:t>
        <w:br/>
        <w:t>vt 0.973300 0.107400</w:t>
        <w:br/>
        <w:t>vt 0.988100 0.103400</w:t>
        <w:br/>
        <w:t>vt 0.973500 0.103100</w:t>
        <w:br/>
        <w:t>vt 0.987800 0.099700</w:t>
        <w:br/>
        <w:t>vt 0.973600 0.099100</w:t>
        <w:br/>
        <w:t>vt 0.974100 0.095900</w:t>
        <w:br/>
        <w:t>vt 0.987700 0.095900</w:t>
        <w:br/>
        <w:t>vt 0.954500 0.015500</w:t>
        <w:br/>
        <w:t>vt 0.954500 0.005400</w:t>
        <w:br/>
        <w:t>vt 0.938900 0.005400</w:t>
        <w:br/>
        <w:t>vt 0.938900 0.015500</w:t>
        <w:br/>
        <w:t>vt 0.938900 0.029500</w:t>
        <w:br/>
        <w:t>vt 0.954500 0.029500</w:t>
        <w:br/>
        <w:t>vt 0.962800 0.103700</w:t>
        <w:br/>
        <w:t>vt 0.965200 0.096800</w:t>
        <w:br/>
        <w:t>vt 0.951200 0.097500</w:t>
        <w:br/>
        <w:t>vt 0.953400 0.104300</w:t>
        <w:br/>
        <w:t>vt 0.972400 0.051600</w:t>
        <w:br/>
        <w:t>vt 0.965000 0.051600</w:t>
        <w:br/>
        <w:t>vt 0.938900 0.046500</w:t>
        <w:br/>
        <w:t>vt 0.954500 0.046500</w:t>
        <w:br/>
        <w:t>vt 0.983900 0.051600</w:t>
        <w:br/>
        <w:t>vt 0.991100 0.051600</w:t>
        <w:br/>
        <w:t>vt 0.977900 0.033600</w:t>
        <w:br/>
        <w:t>vt 0.978100 0.051600</w:t>
        <w:br/>
        <w:t>vt 0.977700 0.018400</w:t>
        <w:br/>
        <w:t>vt 0.977400 0.007500</w:t>
        <w:br/>
        <w:t>vt 0.977400 0.005900</w:t>
        <w:br/>
        <w:t>vt 0.977400 0.005000</w:t>
        <w:br/>
        <w:t>vt 0.703100 0.171000</w:t>
        <w:br/>
        <w:t>vt 0.702300 0.171000</w:t>
        <w:br/>
        <w:t>vt 0.713300 0.171500</w:t>
        <w:br/>
        <w:t>vt 0.721500 0.172400</w:t>
        <w:br/>
        <w:t>vt 0.729000 0.173500</w:t>
        <w:br/>
        <w:t>vt 0.737500 0.175000</w:t>
        <w:br/>
        <w:t>vt 0.743400 0.176000</w:t>
        <w:br/>
        <w:t>vt 0.743300 0.180300</w:t>
        <w:br/>
        <w:t>vt 0.766200 0.179100</w:t>
        <w:br/>
        <w:t>vt 0.759400 0.178200</w:t>
        <w:br/>
        <w:t>vt 0.764800 0.174900</w:t>
        <w:br/>
        <w:t>vt 0.758400 0.172900</w:t>
        <w:br/>
        <w:t>vt 0.743900 0.170800</w:t>
        <w:br/>
        <w:t>vt 0.978100 0.051600</w:t>
        <w:br/>
        <w:t>vt 0.788200 0.185700</w:t>
        <w:br/>
        <w:t>vt 0.768600 0.180100</w:t>
        <w:br/>
        <w:t>vt 0.787300 0.181700</w:t>
        <w:br/>
        <w:t>vt 0.788200 0.178000</w:t>
        <w:br/>
        <w:t>vt 0.783800 0.175100</w:t>
        <w:br/>
        <w:t>vt 0.785300 0.183200</w:t>
        <w:br/>
        <w:t>vt 0.766200 0.179100</w:t>
        <w:br/>
        <w:t>vt 0.779500 0.172600</w:t>
        <w:br/>
        <w:t>vt 0.778400 0.182400</w:t>
        <w:br/>
        <w:t>vt 0.743600 0.206300</w:t>
        <w:br/>
        <w:t>vt 0.745200 0.202800</w:t>
        <w:br/>
        <w:t>vt 0.744500 0.198100</w:t>
        <w:br/>
        <w:t>vt 0.738500 0.198600</w:t>
        <w:br/>
        <w:t>vt 0.746400 0.180600</w:t>
        <w:br/>
        <w:t>vt 0.747100 0.176500</w:t>
        <w:br/>
        <w:t>vt 0.751300 0.177000</w:t>
        <w:br/>
        <w:t>vt 0.753700 0.174600</w:t>
        <w:br/>
        <w:t>vt 0.744400 0.163400</w:t>
        <w:br/>
        <w:t>vt 0.752600 0.217800</w:t>
        <w:br/>
        <w:t>vt 0.757900 0.192200</w:t>
        <w:br/>
        <w:t>vt 0.752700 0.197400</w:t>
        <w:br/>
        <w:t>vt 0.759400 0.178200</w:t>
        <w:br/>
        <w:t>vt 0.760300 0.184000</w:t>
        <w:br/>
        <w:t>vt 0.761700 0.168300</w:t>
        <w:br/>
        <w:t>vt 0.758200 0.168400</w:t>
        <w:br/>
        <w:t>vt 0.757700 0.160000</w:t>
        <w:br/>
        <w:t>vt 0.759400 0.163100</w:t>
        <w:br/>
        <w:t>vt 0.754100 0.156800</w:t>
        <w:br/>
        <w:t>vt 0.757700 0.146000</w:t>
        <w:br/>
        <w:t>vt 0.754500 0.149800</w:t>
        <w:br/>
        <w:t>vt 0.761600 0.135700</w:t>
        <w:br/>
        <w:t>vt 0.753500 0.142400</w:t>
        <w:br/>
        <w:t>vt 0.751300 0.223200</w:t>
        <w:br/>
        <w:t>vt 0.774300 0.176200</w:t>
        <w:br/>
        <w:t>vt 0.773900 0.189500</w:t>
        <w:br/>
        <w:t>vt 0.748300 0.218100</w:t>
        <w:br/>
        <w:t>vt 0.744100 0.223100</w:t>
        <w:br/>
        <w:t>vt 0.747000 0.231700</w:t>
        <w:br/>
        <w:t>vt 0.745800 0.241300</w:t>
        <w:br/>
        <w:t>vt 0.738800 0.229800</w:t>
        <w:br/>
        <w:t>vt 0.740800 0.227000</w:t>
        <w:br/>
        <w:t>vt 0.754100 0.156800</w:t>
        <w:br/>
        <w:t>vt 0.756200 0.161600</w:t>
        <w:br/>
        <w:t>vt 0.750500 0.153200</w:t>
        <w:br/>
        <w:t>vt 0.739100 0.250500</w:t>
        <w:br/>
        <w:t>vt 0.754500 0.149800</w:t>
        <w:br/>
        <w:t>vt 0.725100 0.229600</w:t>
        <w:br/>
        <w:t>vt 0.728500 0.224900</w:t>
        <w:br/>
        <w:t>vt 0.727000 0.219900</w:t>
        <w:br/>
        <w:t>vt 0.734000 0.253000</w:t>
        <w:br/>
        <w:t>vt 0.727900 0.254900</w:t>
        <w:br/>
        <w:t>vt 0.727900 0.254900</w:t>
        <w:br/>
        <w:t>vt 0.755500 0.168700</w:t>
        <w:br/>
        <w:t>vt 0.758400 0.172900</w:t>
        <w:br/>
        <w:t>vt 0.779100 0.191000</w:t>
        <w:br/>
        <w:t>vt 0.759800 0.198600</w:t>
        <w:br/>
        <w:t>vt 0.814400 0.220400</w:t>
        <w:br/>
        <w:t>vt 0.813500 0.213900</w:t>
        <w:br/>
        <w:t>vt 0.815200 0.210000</w:t>
        <w:br/>
        <w:t>vt 0.821100 0.230800</w:t>
        <w:br/>
        <w:t>vt 0.830000 0.234100</w:t>
        <w:br/>
        <w:t>vt 0.822000 0.223150</w:t>
        <w:br/>
        <w:t>vt 0.835200 0.218400</w:t>
        <w:br/>
        <w:t>vt 0.835200 0.225800</w:t>
        <w:br/>
        <w:t>vt 0.910100 0.225500</w:t>
        <w:br/>
        <w:t>vt 0.910100 0.215200</w:t>
        <w:br/>
        <w:t>vt 0.910100 0.234600</w:t>
        <w:br/>
        <w:t>vt 0.910100 0.244500</w:t>
        <w:br/>
        <w:t>vt 0.910100 0.252100</w:t>
        <w:br/>
        <w:t>vt 0.910100 0.257100</w:t>
        <w:br/>
        <w:t>vt 0.978300 0.152100</w:t>
        <w:br/>
        <w:t>vt 0.958300 0.107200</w:t>
        <w:br/>
        <w:t>vt 0.685027 0.168501</w:t>
        <w:br/>
        <w:t>vt 0.686127 0.173401</w:t>
        <w:br/>
        <w:t>vt 0.685927 0.168501</w:t>
        <w:br/>
        <w:t>vt 0.662627 0.169101</w:t>
        <w:br/>
        <w:t>vt 0.826000 0.170300</w:t>
        <w:br/>
        <w:t>vt 0.831500 0.223100</w:t>
        <w:br/>
        <w:t>vt 0.744500 0.198100</w:t>
        <w:br/>
        <w:t>vt 0.674800 0.225900</w:t>
        <w:br/>
        <w:t>vt 0.674800 0.227000</w:t>
        <w:br/>
        <w:t>vt 0.674500 0.226500</w:t>
        <w:br/>
        <w:t>vt 0.731800 0.149700</w:t>
        <w:br/>
        <w:t>vt 0.731800 0.149700</w:t>
        <w:br/>
        <w:t>vt 0.684827 0.173501</w:t>
        <w:br/>
        <w:t>vt 0.684827 0.177301</w:t>
        <w:br/>
        <w:t>vt 0.686227 0.177301</w:t>
        <w:br/>
        <w:t>vt 0.684727 0.181601</w:t>
        <w:br/>
        <w:t>vt 0.686327 0.181601</w:t>
        <w:br/>
        <w:t>vt 0.685227 0.185701</w:t>
        <w:br/>
        <w:t>vt 0.686427 0.185701</w:t>
        <w:br/>
        <w:t>vt 0.686527 0.188801</w:t>
        <w:br/>
        <w:t>vt 0.864399 0.191538</w:t>
        <w:br/>
        <w:t>vt 0.877597 0.191538</w:t>
        <w:br/>
        <w:t>vt 0.876850 0.182610</w:t>
        <w:br/>
        <w:t>vt 0.860615 0.181616</w:t>
        <w:br/>
        <w:t>vt 0.864563 0.193575</w:t>
        <w:br/>
        <w:t>vt 0.878026 0.193575</w:t>
        <w:br/>
        <w:t>vt 0.877597 0.191538</w:t>
        <w:br/>
        <w:t>vt 0.864399 0.191538</w:t>
        <w:br/>
        <w:t>vt 0.850048 0.184436</w:t>
        <w:br/>
        <w:t>vt 0.849049 0.191538</w:t>
        <w:br/>
        <w:t>vt 0.849049 0.191538</w:t>
        <w:br/>
        <w:t>vt 0.849088 0.193575</w:t>
        <w:br/>
        <w:t>vt 0.668445 0.177283</w:t>
        <w:br/>
        <w:t>vt 0.673291 0.178852</w:t>
        <w:br/>
        <w:t>vt 0.676221 0.175651</w:t>
        <w:br/>
        <w:t>vt 0.679179 0.164664</w:t>
        <w:br/>
        <w:t>vt 0.681811 0.176045</w:t>
        <w:br/>
        <w:t>vt 0.829661 0.176671</w:t>
        <w:br/>
        <w:t>vt 0.830081 0.183812</w:t>
        <w:br/>
        <w:t>vt 0.821436 0.183534</w:t>
        <w:br/>
        <w:t>vt 0.821517 0.176671</w:t>
        <w:br/>
        <w:t>vt 0.829661 0.176671</w:t>
        <w:br/>
        <w:t>vt 0.821517 0.176671</w:t>
        <w:br/>
        <w:t>vt 0.821704 0.174837</w:t>
        <w:br/>
        <w:t>vt 0.829984 0.174837</w:t>
        <w:br/>
        <w:t>vt 0.842569 0.176671</w:t>
        <w:br/>
        <w:t>vt 0.839742 0.182719</w:t>
        <w:br/>
        <w:t>vt 0.812844 0.183804</w:t>
        <w:br/>
        <w:t>vt 0.813770 0.176671</w:t>
        <w:br/>
        <w:t>vt 0.842726 0.174837</w:t>
        <w:br/>
        <w:t>vt 0.842569 0.176671</w:t>
        <w:br/>
        <w:t>vt 0.813770 0.176671</w:t>
        <w:br/>
        <w:t>vt 0.813679 0.174837</w:t>
        <w:br/>
        <w:t>vt 0.828585 0.189501</w:t>
        <w:br/>
        <w:t>vt 0.820260 0.191152</w:t>
        <w:br/>
        <w:t>vt 0.838096 0.193782</w:t>
        <w:br/>
        <w:t>vt 0.839494 0.187781</w:t>
        <w:br/>
        <w:t>vt 0.841903 0.188514</w:t>
        <w:br/>
        <w:t>vt 0.840889 0.195172</w:t>
        <w:br/>
        <w:t>vt 0.682210 0.197576</w:t>
        <w:br/>
        <w:t>vt 0.681823 0.190559</w:t>
        <w:br/>
        <w:t>vt 0.672055 0.193655</w:t>
        <w:br/>
        <w:t>vt 0.670797 0.189029</w:t>
        <w:br/>
        <w:t>vt 0.842494 0.183021</w:t>
        <w:br/>
        <w:t>vt 0.880600 0.271600</w:t>
        <w:br/>
        <w:t>vt 0.909100 0.134100</w:t>
        <w:br/>
        <w:t>vt 0.668151 0.189177</w:t>
        <w:br/>
        <w:t>vt 0.668400 0.196236</w:t>
        <w:br/>
        <w:t>vt 0.669764 0.200568</w:t>
        <w:br/>
        <w:t>vt 0.670533 0.181829</w:t>
        <w:br/>
        <w:t>vt 0.681976 0.184514</w:t>
        <w:br/>
        <w:t>vt 0.952200 0.282200</w:t>
        <w:br/>
        <w:t>vt 0.847673 0.187289</w:t>
        <w:br/>
        <w:t>vt 0.668690 0.161711</w:t>
        <w:br/>
        <w:t>vt 0.682549 0.178831</w:t>
        <w:br/>
        <w:t>vt 0.847153 0.177966</w:t>
        <w:br/>
        <w:t>vt 0.850187 0.178999</w:t>
        <w:br/>
        <w:t>vt 0.541198 0.846957</w:t>
        <w:br/>
        <w:t>vt 0.541198 0.872483</w:t>
        <w:br/>
        <w:t>vt 0.539137 0.874907</w:t>
        <w:br/>
        <w:t>vt 0.539137 0.846582</w:t>
        <w:br/>
        <w:t>vt 0.539801 0.781284</w:t>
        <w:br/>
        <w:t>vt 0.551724 0.781284</w:t>
        <w:br/>
        <w:t>vt 0.551724 0.816376</w:t>
        <w:br/>
        <w:t>vt 0.539801 0.816777</w:t>
        <w:br/>
        <w:t>vt 0.541198 0.846957</w:t>
        <w:br/>
        <w:t>vt 0.549892 0.846957</w:t>
        <w:br/>
        <w:t>vt 0.549892 0.872483</w:t>
        <w:br/>
        <w:t>vt 0.541198 0.872483</w:t>
        <w:br/>
        <w:t>vt 0.549892 0.846957</w:t>
        <w:br/>
        <w:t>vt 0.551966 0.846580</w:t>
        <w:br/>
        <w:t>vt 0.551966 0.874907</w:t>
        <w:br/>
        <w:t>vt 0.549892 0.872483</w:t>
        <w:br/>
        <w:t>vt 0.549892 0.872483</w:t>
        <w:br/>
        <w:t>vt 0.551966 0.874907</w:t>
        <w:br/>
        <w:t>vt 0.539137 0.874907</w:t>
        <w:br/>
        <w:t>vt 0.541198 0.872483</w:t>
        <w:br/>
        <w:t>vt 0.768641 0.121314</w:t>
        <w:br/>
        <w:t>vt 0.773118 0.123295</w:t>
        <w:br/>
        <w:t>vt 0.773118 0.106983</w:t>
        <w:br/>
        <w:t>vt 0.768641 0.109301</w:t>
        <w:br/>
        <w:t>vt 0.541198 0.846957</w:t>
        <w:br/>
        <w:t>vt 0.541198 0.872483</w:t>
        <w:br/>
        <w:t>vt 0.539137 0.874907</w:t>
        <w:br/>
        <w:t>vt 0.539137 0.846582</w:t>
        <w:br/>
        <w:t>vt 0.539801 0.781284</w:t>
        <w:br/>
        <w:t>vt 0.551724 0.781284</w:t>
        <w:br/>
        <w:t>vt 0.551724 0.816376</w:t>
        <w:br/>
        <w:t>vt 0.539801 0.816777</w:t>
        <w:br/>
        <w:t>vt 0.541198 0.846957</w:t>
        <w:br/>
        <w:t>vt 0.549892 0.846957</w:t>
        <w:br/>
        <w:t>vt 0.549892 0.872483</w:t>
        <w:br/>
        <w:t>vt 0.541198 0.872483</w:t>
        <w:br/>
        <w:t>vt 0.549892 0.846957</w:t>
        <w:br/>
        <w:t>vt 0.551966 0.846580</w:t>
        <w:br/>
        <w:t>vt 0.551966 0.874907</w:t>
        <w:br/>
        <w:t>vt 0.549892 0.872483</w:t>
        <w:br/>
        <w:t>vt 0.549892 0.872483</w:t>
        <w:br/>
        <w:t>vt 0.551966 0.874907</w:t>
        <w:br/>
        <w:t>vt 0.539137 0.874907</w:t>
        <w:br/>
        <w:t>vt 0.541198 0.872483</w:t>
        <w:br/>
        <w:t>vt 0.768641 0.121314</w:t>
        <w:br/>
        <w:t>vt 0.773118 0.123295</w:t>
        <w:br/>
        <w:t>vt 0.773118 0.106983</w:t>
        <w:br/>
        <w:t>vt 0.768641 0.109301</w:t>
        <w:br/>
        <w:t>vt 0.539137 0.874907</w:t>
        <w:br/>
        <w:t>vt 0.541198 0.872483</w:t>
        <w:br/>
        <w:t>vt 0.541198 0.846957</w:t>
        <w:br/>
        <w:t>vt 0.539137 0.846582</w:t>
        <w:br/>
        <w:t>vt 0.539801 0.781284</w:t>
        <w:br/>
        <w:t>vt 0.539801 0.816777</w:t>
        <w:br/>
        <w:t>vt 0.551724 0.816376</w:t>
        <w:br/>
        <w:t>vt 0.551724 0.781284</w:t>
        <w:br/>
        <w:t>vt 0.549892 0.872483</w:t>
        <w:br/>
        <w:t>vt 0.549892 0.846957</w:t>
        <w:br/>
        <w:t>vt 0.541198 0.846957</w:t>
        <w:br/>
        <w:t>vt 0.541198 0.872483</w:t>
        <w:br/>
        <w:t>vt 0.549892 0.846957</w:t>
        <w:br/>
        <w:t>vt 0.549892 0.872483</w:t>
        <w:br/>
        <w:t>vt 0.551966 0.874907</w:t>
        <w:br/>
        <w:t>vt 0.551966 0.846580</w:t>
        <w:br/>
        <w:t>vt 0.549892 0.872483</w:t>
        <w:br/>
        <w:t>vt 0.541198 0.872483</w:t>
        <w:br/>
        <w:t>vt 0.539137 0.874907</w:t>
        <w:br/>
        <w:t>vt 0.551966 0.874907</w:t>
        <w:br/>
        <w:t>vt 0.768641 0.121314</w:t>
        <w:br/>
        <w:t>vt 0.768641 0.109301</w:t>
        <w:br/>
        <w:t>vt 0.773118 0.106983</w:t>
        <w:br/>
        <w:t>vt 0.773118 0.123295</w:t>
        <w:br/>
        <w:t>vt 0.539137 0.874907</w:t>
        <w:br/>
        <w:t>vt 0.541198 0.872483</w:t>
        <w:br/>
        <w:t>vt 0.541198 0.846957</w:t>
        <w:br/>
        <w:t>vt 0.539137 0.846582</w:t>
        <w:br/>
        <w:t>vt 0.539801 0.781284</w:t>
        <w:br/>
        <w:t>vt 0.539801 0.816777</w:t>
        <w:br/>
        <w:t>vt 0.551724 0.816376</w:t>
        <w:br/>
        <w:t>vt 0.551724 0.781284</w:t>
        <w:br/>
        <w:t>vt 0.549892 0.872483</w:t>
        <w:br/>
        <w:t>vt 0.549892 0.846957</w:t>
        <w:br/>
        <w:t>vt 0.541198 0.846957</w:t>
        <w:br/>
        <w:t>vt 0.541198 0.872483</w:t>
        <w:br/>
        <w:t>vt 0.549892 0.846957</w:t>
        <w:br/>
        <w:t>vt 0.549892 0.872483</w:t>
        <w:br/>
        <w:t>vt 0.551966 0.874907</w:t>
        <w:br/>
        <w:t>vt 0.551966 0.846580</w:t>
        <w:br/>
        <w:t>vt 0.549892 0.872483</w:t>
        <w:br/>
        <w:t>vt 0.541198 0.872483</w:t>
        <w:br/>
        <w:t>vt 0.539137 0.874907</w:t>
        <w:br/>
        <w:t>vt 0.551966 0.874907</w:t>
        <w:br/>
        <w:t>vt 0.768641 0.121314</w:t>
        <w:br/>
        <w:t>vt 0.768641 0.109301</w:t>
        <w:br/>
        <w:t>vt 0.773118 0.106983</w:t>
        <w:br/>
        <w:t>vt 0.773118 0.123295</w:t>
        <w:br/>
        <w:t>vt 0.668380 0.472215</w:t>
        <w:br/>
        <w:t>vt 0.646775 0.472215</w:t>
        <w:br/>
        <w:t>vt 0.646775 0.466207</w:t>
        <w:br/>
        <w:t>vt 0.668380 0.466207</w:t>
        <w:br/>
        <w:t>vt 0.648329 0.500090</w:t>
        <w:br/>
        <w:t>vt 0.648329 0.495085</w:t>
        <w:br/>
        <w:t>vt 0.654338 0.495085</w:t>
        <w:br/>
        <w:t>vt 0.654338 0.500090</w:t>
        <w:br/>
        <w:t>vt 0.646448 0.505428</w:t>
        <w:br/>
        <w:t>vt 0.668053 0.505428</w:t>
        <w:br/>
        <w:t>vt 0.668053 0.511437</w:t>
        <w:br/>
        <w:t>vt 0.646448 0.511437</w:t>
        <w:br/>
        <w:t>vt 0.665509 0.499795</w:t>
        <w:br/>
        <w:t>vt 0.659500 0.499795</w:t>
        <w:br/>
        <w:t>vt 0.659500 0.494790</w:t>
        <w:br/>
        <w:t>vt 0.665509 0.494790</w:t>
        <w:br/>
        <w:t>vt 0.641937 0.458140</w:t>
        <w:br/>
        <w:t>vt 0.639277 0.457062</w:t>
        <w:br/>
        <w:t>vt 0.639277 0.454199</w:t>
        <w:br/>
        <w:t>vt 0.641978 0.453131</w:t>
        <w:br/>
        <w:t>vt 0.623038 0.457062</w:t>
        <w:br/>
        <w:t>vt 0.620348 0.458131</w:t>
        <w:br/>
        <w:t>vt 0.620348 0.453131</w:t>
        <w:br/>
        <w:t>vt 0.623038 0.454199</w:t>
        <w:br/>
        <w:t>vt 0.638455 0.471293</w:t>
        <w:br/>
        <w:t>vt 0.638455 0.468423</w:t>
        <w:br/>
        <w:t>vt 0.641097 0.467351</w:t>
        <w:br/>
        <w:t>vt 0.641186 0.472362</w:t>
        <w:br/>
        <w:t>vt 0.619541 0.472362</w:t>
        <w:br/>
        <w:t>vt 0.622230 0.471293</w:t>
        <w:br/>
        <w:t>vt 0.619541 0.467353</w:t>
        <w:br/>
        <w:t>vt 0.622230 0.468423</w:t>
        <w:br/>
        <w:t>vt 0.648273 0.443292</w:t>
        <w:br/>
        <w:t>vt 0.648273 0.437284</w:t>
        <w:br/>
        <w:t>vt 0.664501 0.437284</w:t>
        <w:br/>
        <w:t>vt 0.664501 0.443292</w:t>
        <w:br/>
        <w:t>vt 0.664742 0.457861</w:t>
        <w:br/>
        <w:t>vt 0.648514 0.457861</w:t>
        <w:br/>
        <w:t>vt 0.648514 0.451853</w:t>
        <w:br/>
        <w:t>vt 0.664742 0.451853</w:t>
        <w:br/>
        <w:t>vt 0.667604 0.451853</w:t>
        <w:br/>
        <w:t>vt 0.667604 0.457861</w:t>
        <w:br/>
        <w:t>vt 0.664742 0.457861</w:t>
        <w:br/>
        <w:t>vt 0.664742 0.451853</w:t>
        <w:br/>
        <w:t>vt 0.648514 0.457861</w:t>
        <w:br/>
        <w:t>vt 0.645652 0.457861</w:t>
        <w:br/>
        <w:t>vt 0.645652 0.451853</w:t>
        <w:br/>
        <w:t>vt 0.648514 0.451853</w:t>
        <w:br/>
        <w:t>vt 0.942372 0.752700</w:t>
        <w:br/>
        <w:t>vt 0.937706 0.752700</w:t>
        <w:br/>
        <w:t>vt 0.937706 0.739807</w:t>
        <w:br/>
        <w:t>vt 0.942372 0.739807</w:t>
        <w:br/>
        <w:t>vt 0.937706 0.815511</w:t>
        <w:br/>
        <w:t>vt 0.937706 0.794023</w:t>
        <w:br/>
        <w:t>vt 0.942372 0.794023</w:t>
        <w:br/>
        <w:t>vt 0.942372 0.815511</w:t>
        <w:br/>
        <w:t>vt 0.971982 0.726412</w:t>
        <w:br/>
        <w:t>vt 0.971982 0.731078</w:t>
        <w:br/>
        <w:t>vt 0.954340 0.731078</w:t>
        <w:br/>
        <w:t>vt 0.954340 0.726412</w:t>
        <w:br/>
        <w:t>vt 0.989221 0.715775</w:t>
        <w:br/>
        <w:t>vt 0.989221 0.733416</w:t>
        <w:br/>
        <w:t>vt 0.984555 0.733416</w:t>
        <w:br/>
        <w:t>vt 0.984555 0.715775</w:t>
        <w:br/>
        <w:t>vt 0.937706 0.761075</w:t>
        <w:br/>
        <w:t>vt 0.942372 0.761075</w:t>
        <w:br/>
        <w:t>vt 0.942372 0.789945</w:t>
        <w:br/>
        <w:t>vt 0.937706 0.789945</w:t>
        <w:br/>
        <w:t>vt 0.979286 0.738770</w:t>
        <w:br/>
        <w:t>vt 0.979286 0.743436</w:t>
        <w:br/>
        <w:t>vt 0.954264 0.743436</w:t>
        <w:br/>
        <w:t>vt 0.954264 0.738770</w:t>
        <w:br/>
        <w:t>vt 0.976915 0.717611</w:t>
        <w:br/>
        <w:t>vt 0.951893 0.717611</w:t>
        <w:br/>
        <w:t>vt 0.951893 0.712945</w:t>
        <w:br/>
        <w:t>vt 0.976915 0.712945</w:t>
        <w:br/>
        <w:t>vt 0.942372 0.702562</w:t>
        <w:br/>
        <w:t>vt 0.942372 0.731431</w:t>
        <w:br/>
        <w:t>vt 0.937706 0.731431</w:t>
        <w:br/>
        <w:t>vt 0.937706 0.702562</w:t>
        <w:br/>
        <w:t>vt 0.955194 0.757598</w:t>
        <w:br/>
        <w:t>vt 0.959992 0.759651</w:t>
        <w:br/>
        <w:t>vt 0.959992 0.777182</w:t>
        <w:br/>
        <w:t>vt 0.955194 0.779398</w:t>
        <w:br/>
        <w:t>vt 0.959958 0.811777</w:t>
        <w:br/>
        <w:t>vt 0.985075 0.811777</w:t>
        <w:br/>
        <w:t>vt 0.986852 0.816582</w:t>
        <w:br/>
        <w:t>vt 0.958480 0.816582</w:t>
        <w:br/>
        <w:t>vt 0.985109 0.777182</w:t>
        <w:br/>
        <w:t>vt 0.986891 0.781988</w:t>
        <w:br/>
        <w:t>vt 0.958352 0.781988</w:t>
        <w:br/>
        <w:t>vt 0.955172 0.814240</w:t>
        <w:br/>
        <w:t>vt 0.955172 0.809873</w:t>
        <w:br/>
        <w:t>vt 0.958196 0.754842</w:t>
        <w:br/>
        <w:t>vt 0.987014 0.754842</w:t>
        <w:br/>
        <w:t>vt 0.985109 0.759651</w:t>
        <w:br/>
        <w:t>vt 0.985075 0.794270</w:t>
        <w:br/>
        <w:t>vt 0.989883 0.792345</w:t>
        <w:br/>
        <w:t>vt 0.989883 0.813869</w:t>
        <w:br/>
        <w:t>vt 0.989914 0.774945</w:t>
        <w:br/>
        <w:t>vt 0.989914 0.779256</w:t>
        <w:br/>
        <w:t>vt 0.959958 0.794270</w:t>
        <w:br/>
        <w:t>vt 0.958023 0.789461</w:t>
        <w:br/>
        <w:t>vt 0.987009 0.789461</w:t>
        <w:br/>
        <w:t>vt 0.942372 0.794023</w:t>
        <w:br/>
        <w:t>vt 0.937706 0.794023</w:t>
        <w:br/>
        <w:t>vt 0.937706 0.756997</w:t>
        <w:br/>
        <w:t>vt 0.942372 0.756997</w:t>
        <w:br/>
        <w:t>vt 0.942372 0.819589</w:t>
        <w:br/>
        <w:t>vt 0.937706 0.819589</w:t>
        <w:br/>
        <w:t>vt 0.942372 0.735509</w:t>
        <w:br/>
        <w:t>vt 0.937706 0.735509</w:t>
        <w:br/>
        <w:t>vt 0.989914 0.757701</w:t>
        <w:br/>
        <w:t>vt 0.955172 0.792406</w:t>
        <w:br/>
        <w:t>vt 0.955172 0.796773</w:t>
        <w:br/>
        <w:t>vt 0.989914 0.762012</w:t>
        <w:br/>
        <w:t>vt 0.668380 0.472215</w:t>
        <w:br/>
        <w:t>vt 0.668380 0.466207</w:t>
        <w:br/>
        <w:t>vt 0.646775 0.466207</w:t>
        <w:br/>
        <w:t>vt 0.646775 0.472215</w:t>
        <w:br/>
        <w:t>vt 0.648329 0.500090</w:t>
        <w:br/>
        <w:t>vt 0.654338 0.500090</w:t>
        <w:br/>
        <w:t>vt 0.654338 0.495085</w:t>
        <w:br/>
        <w:t>vt 0.648329 0.495085</w:t>
        <w:br/>
        <w:t>vt 0.646448 0.505428</w:t>
        <w:br/>
        <w:t>vt 0.646448 0.511437</w:t>
        <w:br/>
        <w:t>vt 0.668053 0.511437</w:t>
        <w:br/>
        <w:t>vt 0.668053 0.505428</w:t>
        <w:br/>
        <w:t>vt 0.659500 0.494790</w:t>
        <w:br/>
        <w:t>vt 0.659500 0.499795</w:t>
        <w:br/>
        <w:t>vt 0.665509 0.499795</w:t>
        <w:br/>
        <w:t>vt 0.665509 0.494790</w:t>
        <w:br/>
        <w:t>vt 0.641937 0.458140</w:t>
        <w:br/>
        <w:t>vt 0.641978 0.453131</w:t>
        <w:br/>
        <w:t>vt 0.639277 0.454199</w:t>
        <w:br/>
        <w:t>vt 0.639277 0.457062</w:t>
        <w:br/>
        <w:t>vt 0.620348 0.458131</w:t>
        <w:br/>
        <w:t>vt 0.623038 0.457062</w:t>
        <w:br/>
        <w:t>vt 0.620348 0.453131</w:t>
        <w:br/>
        <w:t>vt 0.623038 0.454199</w:t>
        <w:br/>
        <w:t>vt 0.641097 0.467351</w:t>
        <w:br/>
        <w:t>vt 0.638455 0.468423</w:t>
        <w:br/>
        <w:t>vt 0.638455 0.471293</w:t>
        <w:br/>
        <w:t>vt 0.641186 0.472362</w:t>
        <w:br/>
        <w:t>vt 0.622230 0.471293</w:t>
        <w:br/>
        <w:t>vt 0.619541 0.472362</w:t>
        <w:br/>
        <w:t>vt 0.622230 0.468423</w:t>
        <w:br/>
        <w:t>vt 0.619541 0.467353</w:t>
        <w:br/>
        <w:t>vt 0.648273 0.443292</w:t>
        <w:br/>
        <w:t>vt 0.664501 0.443292</w:t>
        <w:br/>
        <w:t>vt 0.664501 0.437284</w:t>
        <w:br/>
        <w:t>vt 0.648273 0.437284</w:t>
        <w:br/>
        <w:t>vt 0.648514 0.451853</w:t>
        <w:br/>
        <w:t>vt 0.648514 0.457861</w:t>
        <w:br/>
        <w:t>vt 0.664742 0.457861</w:t>
        <w:br/>
        <w:t>vt 0.664742 0.451853</w:t>
        <w:br/>
        <w:t>vt 0.667604 0.451853</w:t>
        <w:br/>
        <w:t>vt 0.664742 0.451853</w:t>
        <w:br/>
        <w:t>vt 0.664742 0.457861</w:t>
        <w:br/>
        <w:t>vt 0.667604 0.457861</w:t>
        <w:br/>
        <w:t>vt 0.645652 0.451853</w:t>
        <w:br/>
        <w:t>vt 0.645652 0.457861</w:t>
        <w:br/>
        <w:t>vt 0.648514 0.457861</w:t>
        <w:br/>
        <w:t>vt 0.648514 0.451853</w:t>
        <w:br/>
        <w:t>vt 0.942372 0.752700</w:t>
        <w:br/>
        <w:t>vt 0.942372 0.739807</w:t>
        <w:br/>
        <w:t>vt 0.937706 0.739807</w:t>
        <w:br/>
        <w:t>vt 0.937706 0.752700</w:t>
        <w:br/>
        <w:t>vt 0.937706 0.815511</w:t>
        <w:br/>
        <w:t>vt 0.942372 0.815511</w:t>
        <w:br/>
        <w:t>vt 0.942372 0.794023</w:t>
        <w:br/>
        <w:t>vt 0.937706 0.794023</w:t>
        <w:br/>
        <w:t>vt 0.954340 0.731078</w:t>
        <w:br/>
        <w:t>vt 0.971982 0.731078</w:t>
        <w:br/>
        <w:t>vt 0.971982 0.726412</w:t>
        <w:br/>
        <w:t>vt 0.954340 0.726412</w:t>
        <w:br/>
        <w:t>vt 0.984555 0.733416</w:t>
        <w:br/>
        <w:t>vt 0.989221 0.733416</w:t>
        <w:br/>
        <w:t>vt 0.989221 0.715775</w:t>
        <w:br/>
        <w:t>vt 0.984555 0.715775</w:t>
        <w:br/>
        <w:t>vt 0.942372 0.789945</w:t>
        <w:br/>
        <w:t>vt 0.942372 0.761075</w:t>
        <w:br/>
        <w:t>vt 0.937706 0.761075</w:t>
        <w:br/>
        <w:t>vt 0.937706 0.789945</w:t>
        <w:br/>
        <w:t>vt 0.954264 0.743436</w:t>
        <w:br/>
        <w:t>vt 0.979286 0.743436</w:t>
        <w:br/>
        <w:t>vt 0.979286 0.738770</w:t>
        <w:br/>
        <w:t>vt 0.954264 0.738770</w:t>
        <w:br/>
        <w:t>vt 0.976915 0.717611</w:t>
        <w:br/>
        <w:t>vt 0.976915 0.712945</w:t>
        <w:br/>
        <w:t>vt 0.951893 0.712945</w:t>
        <w:br/>
        <w:t>vt 0.951893 0.717611</w:t>
        <w:br/>
        <w:t>vt 0.942372 0.702562</w:t>
        <w:br/>
        <w:t>vt 0.937706 0.702562</w:t>
        <w:br/>
        <w:t>vt 0.937706 0.731431</w:t>
        <w:br/>
        <w:t>vt 0.942372 0.731431</w:t>
        <w:br/>
        <w:t>vt 0.959992 0.777182</w:t>
        <w:br/>
        <w:t>vt 0.959992 0.759651</w:t>
        <w:br/>
        <w:t>vt 0.955194 0.757598</w:t>
        <w:br/>
        <w:t>vt 0.955194 0.779398</w:t>
        <w:br/>
        <w:t>vt 0.959958 0.811777</w:t>
        <w:br/>
        <w:t>vt 0.958480 0.816582</w:t>
        <w:br/>
        <w:t>vt 0.986852 0.816582</w:t>
        <w:br/>
        <w:t>vt 0.985075 0.811777</w:t>
        <w:br/>
        <w:t>vt 0.958352 0.781988</w:t>
        <w:br/>
        <w:t>vt 0.986891 0.781988</w:t>
        <w:br/>
        <w:t>vt 0.985109 0.777182</w:t>
        <w:br/>
        <w:t>vt 0.955172 0.814240</w:t>
        <w:br/>
        <w:t>vt 0.955172 0.809873</w:t>
        <w:br/>
        <w:t>vt 0.987014 0.754842</w:t>
        <w:br/>
        <w:t>vt 0.958196 0.754842</w:t>
        <w:br/>
        <w:t>vt 0.985109 0.759651</w:t>
        <w:br/>
        <w:t>vt 0.989883 0.813869</w:t>
        <w:br/>
        <w:t>vt 0.989883 0.792345</w:t>
        <w:br/>
        <w:t>vt 0.985075 0.794270</w:t>
        <w:br/>
        <w:t>vt 0.989914 0.779256</w:t>
        <w:br/>
        <w:t>vt 0.989914 0.774945</w:t>
        <w:br/>
        <w:t>vt 0.987009 0.789461</w:t>
        <w:br/>
        <w:t>vt 0.958023 0.789461</w:t>
        <w:br/>
        <w:t>vt 0.959958 0.794270</w:t>
        <w:br/>
        <w:t>vt 0.937706 0.794023</w:t>
        <w:br/>
        <w:t>vt 0.942372 0.794023</w:t>
        <w:br/>
        <w:t>vt 0.937706 0.756997</w:t>
        <w:br/>
        <w:t>vt 0.942372 0.756997</w:t>
        <w:br/>
        <w:t>vt 0.937706 0.819589</w:t>
        <w:br/>
        <w:t>vt 0.942372 0.819589</w:t>
        <w:br/>
        <w:t>vt 0.937706 0.735509</w:t>
        <w:br/>
        <w:t>vt 0.942372 0.735509</w:t>
        <w:br/>
        <w:t>vt 0.989914 0.757701</w:t>
        <w:br/>
        <w:t>vt 0.955172 0.792406</w:t>
        <w:br/>
        <w:t>vt 0.955172 0.796773</w:t>
        <w:br/>
        <w:t>vt 0.989914 0.762012</w:t>
        <w:br/>
        <w:t>vt 0.271572 0.022595</w:t>
        <w:br/>
        <w:t>vt 0.256735 0.022595</w:t>
        <w:br/>
        <w:t>vt 0.256735 0.026301</w:t>
        <w:br/>
        <w:t>vt 0.271572 0.026301</w:t>
        <w:br/>
        <w:t>vt 0.286286 0.022595</w:t>
        <w:br/>
        <w:t>vt 0.286286 0.026301</w:t>
        <w:br/>
        <w:t>vt 0.271572 0.035933</w:t>
        <w:br/>
        <w:t>vt 0.271572 0.032204</w:t>
        <w:br/>
        <w:t>vt 0.256735 0.032204</w:t>
        <w:br/>
        <w:t>vt 0.256735 0.035933</w:t>
        <w:br/>
        <w:t>vt 0.286286 0.035933</w:t>
        <w:br/>
        <w:t>vt 0.286286 0.032204</w:t>
        <w:br/>
        <w:t>vt 0.325130 0.022595</w:t>
        <w:br/>
        <w:t>vt 0.325130 0.026301</w:t>
        <w:br/>
        <w:t>vt 0.331164 0.026301</w:t>
        <w:br/>
        <w:t>vt 0.331164 0.022595</w:t>
        <w:br/>
        <w:t>vt 0.345268 0.026301</w:t>
        <w:br/>
        <w:t>vt 0.345268 0.022595</w:t>
        <w:br/>
        <w:t>vt 0.325130 0.035933</w:t>
        <w:br/>
        <w:t>vt 0.331164 0.035933</w:t>
        <w:br/>
        <w:t>vt 0.331164 0.032204</w:t>
        <w:br/>
        <w:t>vt 0.325130 0.032204</w:t>
        <w:br/>
        <w:t>vt 0.345268 0.035933</w:t>
        <w:br/>
        <w:t>vt 0.345268 0.032204</w:t>
        <w:br/>
        <w:t>vt 0.373198 0.035933</w:t>
        <w:br/>
        <w:t>vt 0.373198 0.032204</w:t>
        <w:br/>
        <w:t>vt 0.300253 0.026301</w:t>
        <w:br/>
        <w:t>vt 0.306668 0.026301</w:t>
        <w:br/>
        <w:t>vt 0.306668 0.022595</w:t>
        <w:br/>
        <w:t>vt 0.300253 0.022595</w:t>
        <w:br/>
        <w:t>vt 0.306668 0.035933</w:t>
        <w:br/>
        <w:t>vt 0.306668 0.032204</w:t>
        <w:br/>
        <w:t>vt 0.300253 0.032204</w:t>
        <w:br/>
        <w:t>vt 0.300253 0.035933</w:t>
        <w:br/>
        <w:t>vt 0.311116 0.022595</w:t>
        <w:br/>
        <w:t>vt 0.311116 0.026301</w:t>
        <w:br/>
        <w:t>vt 0.315083 0.022595</w:t>
        <w:br/>
        <w:t>vt 0.315083 0.026301</w:t>
        <w:br/>
        <w:t>vt 0.319388 0.026301</w:t>
        <w:br/>
        <w:t>vt 0.319388 0.022595</w:t>
        <w:br/>
        <w:t>vt 0.319388 0.032204</w:t>
        <w:br/>
        <w:t>vt 0.315083 0.032204</w:t>
        <w:br/>
        <w:t>vt 0.315083 0.035933</w:t>
        <w:br/>
        <w:t>vt 0.319388 0.035933</w:t>
        <w:br/>
        <w:t>vt 0.311116 0.035933</w:t>
        <w:br/>
        <w:t>vt 0.311116 0.032204</w:t>
        <w:br/>
        <w:t>vt 0.286286 0.026301</w:t>
        <w:br/>
        <w:t>vt 0.286286 0.032204</w:t>
        <w:br/>
        <w:t>vt 0.300253 0.032204</w:t>
        <w:br/>
        <w:t>vt 0.300253 0.026301</w:t>
        <w:br/>
        <w:t>vt 0.345268 0.026301</w:t>
        <w:br/>
        <w:t>vt 0.331164 0.026301</w:t>
        <w:br/>
        <w:t>vt 0.331164 0.032204</w:t>
        <w:br/>
        <w:t>vt 0.345268 0.032204</w:t>
        <w:br/>
        <w:t>vt 0.165133 0.028419</w:t>
        <w:br/>
        <w:t>vt 0.165133 0.032590</w:t>
        <w:br/>
        <w:t>vt 0.175302 0.032590</w:t>
        <w:br/>
        <w:t>vt 0.175302 0.028419</w:t>
        <w:br/>
        <w:t>vt 0.148335 0.028419</w:t>
        <w:br/>
        <w:t>vt 0.138247 0.028419</w:t>
        <w:br/>
        <w:t>vt 0.138247 0.032590</w:t>
        <w:br/>
        <w:t>vt 0.148335 0.032590</w:t>
        <w:br/>
        <w:t>vt 0.151627 0.032590</w:t>
        <w:br/>
        <w:t>vt 0.151627 0.028419</w:t>
        <w:br/>
        <w:t>vt 0.306668 0.026301</w:t>
        <w:br/>
        <w:t>vt 0.306668 0.032204</w:t>
        <w:br/>
        <w:t>vt 0.156297 0.028419</w:t>
        <w:br/>
        <w:t>vt 0.156297 0.032590</w:t>
        <w:br/>
        <w:t>vt 0.158206 0.032590</w:t>
        <w:br/>
        <w:t>vt 0.158206 0.028419</w:t>
        <w:br/>
        <w:t>vt 0.319388 0.026301</w:t>
        <w:br/>
        <w:t>vt 0.315083 0.026301</w:t>
        <w:br/>
        <w:t>vt 0.315083 0.032204</w:t>
        <w:br/>
        <w:t>vt 0.319388 0.032204</w:t>
        <w:br/>
        <w:t>vt 0.161520 0.028419</w:t>
        <w:br/>
        <w:t>vt 0.161520 0.032590</w:t>
        <w:br/>
        <w:t>vt 0.325130 0.026301</w:t>
        <w:br/>
        <w:t>vt 0.325130 0.032204</w:t>
        <w:br/>
        <w:t>vt 0.154102 0.028419</w:t>
        <w:br/>
        <w:t>vt 0.154102 0.032590</w:t>
        <w:br/>
        <w:t>vt 0.311116 0.026301</w:t>
        <w:br/>
        <w:t>vt 0.311116 0.032204</w:t>
        <w:br/>
        <w:t>vt 0.271572 0.026301</w:t>
        <w:br/>
        <w:t>vt 0.271572 0.032204</w:t>
        <w:br/>
        <w:t>vt 0.128323 0.028419</w:t>
        <w:br/>
        <w:t>vt 0.128323 0.032590</w:t>
        <w:br/>
        <w:t>vt 0.194787 0.032590</w:t>
        <w:br/>
        <w:t>vt 0.194787 0.028419</w:t>
        <w:br/>
        <w:t>vt 0.373198 0.032204</w:t>
        <w:br/>
        <w:t>vt 0.373198 0.026301</w:t>
        <w:br/>
        <w:t>vt 0.256735 0.026301</w:t>
        <w:br/>
        <w:t>vt 0.256735 0.032204</w:t>
        <w:br/>
        <w:t>vt 0.118255 0.028419</w:t>
        <w:br/>
        <w:t>vt 0.118255 0.032590</w:t>
        <w:br/>
        <w:t>vt 0.256735 0.022595</w:t>
        <w:br/>
        <w:t>vt 0.256735 0.035933</w:t>
        <w:br/>
        <w:t>vt 0.256735 0.026301</w:t>
        <w:br/>
        <w:t>vt 0.256735 0.032204</w:t>
        <w:br/>
        <w:t>vt 0.647693 0.398455</w:t>
        <w:br/>
        <w:t>vt 0.630166 0.398455</w:t>
        <w:br/>
        <w:t>vt 0.630020 0.403435</w:t>
        <w:br/>
        <w:t>vt 0.647693 0.403435</w:t>
        <w:br/>
        <w:t>vt 0.570166 0.403435</w:t>
        <w:br/>
        <w:t>vt 0.570166 0.398455</w:t>
        <w:br/>
        <w:t>vt 0.568333 0.395595</w:t>
        <w:br/>
        <w:t>vt 0.568333 0.406310</w:t>
        <w:br/>
        <w:t>vt 0.625218 0.387956</w:t>
        <w:br/>
        <w:t>vt 0.625218 0.391209</w:t>
        <w:br/>
        <w:t>vt 0.636507 0.391209</w:t>
        <w:br/>
        <w:t>vt 0.636507 0.387956</w:t>
        <w:br/>
        <w:t>vt 0.648384 0.406310</w:t>
        <w:br/>
        <w:t>vt 0.648384 0.395595</w:t>
        <w:br/>
        <w:t>vt 0.647693 0.398455</w:t>
        <w:br/>
        <w:t>vt 0.647693 0.403435</w:t>
        <w:br/>
        <w:t>vt 0.648384 0.395595</w:t>
        <w:br/>
        <w:t>vt 0.629813 0.395595</w:t>
        <w:br/>
        <w:t>vt 0.630166 0.398455</w:t>
        <w:br/>
        <w:t>vt 0.647693 0.398455</w:t>
        <w:br/>
        <w:t>vt 0.630020 0.403435</w:t>
        <w:br/>
        <w:t>vt 0.629575 0.406310</w:t>
        <w:br/>
        <w:t>vt 0.648384 0.406310</w:t>
        <w:br/>
        <w:t>vt 0.647693 0.403435</w:t>
        <w:br/>
        <w:t>vt 0.577346 0.398455</w:t>
        <w:br/>
        <w:t>vt 0.570166 0.398455</w:t>
        <w:br/>
        <w:t>vt 0.570166 0.403435</w:t>
        <w:br/>
        <w:t>vt 0.575782 0.403435</w:t>
        <w:br/>
        <w:t>vt 0.575435 0.406310</w:t>
        <w:br/>
        <w:t>vt 0.575782 0.403435</w:t>
        <w:br/>
        <w:t>vt 0.669727 0.387956</w:t>
        <w:br/>
        <w:t>vt 0.669727 0.391209</w:t>
        <w:br/>
        <w:t>vt 0.674658 0.391209</w:t>
        <w:br/>
        <w:t>vt 0.674658 0.387956</w:t>
        <w:br/>
        <w:t>vt 0.577356 0.395595</w:t>
        <w:br/>
        <w:t>vt 0.568333 0.395595</w:t>
        <w:br/>
        <w:t>vt 0.570166 0.398455</w:t>
        <w:br/>
        <w:t>vt 0.577346 0.398455</w:t>
        <w:br/>
        <w:t>vt 0.592594 0.398455</w:t>
        <w:br/>
        <w:t>vt 0.591977 0.403435</w:t>
        <w:br/>
        <w:t>vt 0.609897 0.403435</w:t>
        <w:br/>
        <w:t>vt 0.609922 0.398455</w:t>
        <w:br/>
        <w:t>vt 0.609610 0.406310</w:t>
        <w:br/>
        <w:t>vt 0.609897 0.403435</w:t>
        <w:br/>
        <w:t>vt 0.591977 0.403435</w:t>
        <w:br/>
        <w:t>vt 0.591919 0.406310</w:t>
        <w:br/>
        <w:t>vt 0.659947 0.387956</w:t>
        <w:br/>
        <w:t>vt 0.649060 0.387956</w:t>
        <w:br/>
        <w:t>vt 0.649060 0.391209</w:t>
        <w:br/>
        <w:t>vt 0.659947 0.391209</w:t>
        <w:br/>
        <w:t>vt 0.592594 0.398455</w:t>
        <w:br/>
        <w:t>vt 0.609922 0.398455</w:t>
        <w:br/>
        <w:t>vt 0.609571 0.395595</w:t>
        <w:br/>
        <w:t>vt 0.592510 0.395595</w:t>
        <w:br/>
        <w:t>vt 0.272190 0.017454</w:t>
        <w:br/>
        <w:t>vt 0.272190 0.013660</w:t>
        <w:br/>
        <w:t>vt 0.257334 0.013660</w:t>
        <w:br/>
        <w:t>vt 0.257334 0.017454</w:t>
        <w:br/>
        <w:t>vt 0.286839 0.017454</w:t>
        <w:br/>
        <w:t>vt 0.286839 0.013660</w:t>
        <w:br/>
        <w:t>vt 0.272190 0.004076</w:t>
        <w:br/>
        <w:t>vt 0.257334 0.004076</w:t>
        <w:br/>
        <w:t>vt 0.257334 0.007780</w:t>
        <w:br/>
        <w:t>vt 0.272190 0.007780</w:t>
        <w:br/>
        <w:t>vt 0.286839 0.004076</w:t>
        <w:br/>
        <w:t>vt 0.286839 0.007780</w:t>
        <w:br/>
        <w:t>vt 0.323638 0.017454</w:t>
        <w:br/>
        <w:t>vt 0.330386 0.017454</w:t>
        <w:br/>
        <w:t>vt 0.330386 0.013660</w:t>
        <w:br/>
        <w:t>vt 0.323638 0.013660</w:t>
        <w:br/>
        <w:t>vt 0.345863 0.017454</w:t>
        <w:br/>
        <w:t>vt 0.345863 0.013660</w:t>
        <w:br/>
        <w:t>vt 0.372749 0.017454</w:t>
        <w:br/>
        <w:t>vt 0.372749 0.013660</w:t>
        <w:br/>
        <w:t>vt 0.323638 0.004076</w:t>
        <w:br/>
        <w:t>vt 0.323638 0.007780</w:t>
        <w:br/>
        <w:t>vt 0.330386 0.007780</w:t>
        <w:br/>
        <w:t>vt 0.330386 0.004076</w:t>
        <w:br/>
        <w:t>vt 0.345863 0.007780</w:t>
        <w:br/>
        <w:t>vt 0.345863 0.004076</w:t>
        <w:br/>
        <w:t>vt 0.307325 0.017454</w:t>
        <w:br/>
        <w:t>vt 0.307325 0.013660</w:t>
        <w:br/>
        <w:t>vt 0.300673 0.013660</w:t>
        <w:br/>
        <w:t>vt 0.300673 0.017454</w:t>
        <w:br/>
        <w:t>vt 0.300673 0.007780</w:t>
        <w:br/>
        <w:t>vt 0.307325 0.007780</w:t>
        <w:br/>
        <w:t>vt 0.307325 0.004076</w:t>
        <w:br/>
        <w:t>vt 0.300673 0.004076</w:t>
        <w:br/>
        <w:t>vt 0.311443 0.017454</w:t>
        <w:br/>
        <w:t>vt 0.311443 0.013660</w:t>
        <w:br/>
        <w:t>vt 0.319286 0.013660</w:t>
        <w:br/>
        <w:t>vt 0.319286 0.017454</w:t>
        <w:br/>
        <w:t>vt 0.319286 0.004076</w:t>
        <w:br/>
        <w:t>vt 0.319286 0.007780</w:t>
        <w:br/>
        <w:t>vt 0.311443 0.004076</w:t>
        <w:br/>
        <w:t>vt 0.311443 0.007780</w:t>
        <w:br/>
        <w:t>vt 0.286839 0.013660</w:t>
        <w:br/>
        <w:t>vt 0.300673 0.013660</w:t>
        <w:br/>
        <w:t>vt 0.300673 0.007780</w:t>
        <w:br/>
        <w:t>vt 0.286839 0.007780</w:t>
        <w:br/>
        <w:t>vt 0.330386 0.007780</w:t>
        <w:br/>
        <w:t>vt 0.330386 0.013660</w:t>
        <w:br/>
        <w:t>vt 0.345863 0.013660</w:t>
        <w:br/>
        <w:t>vt 0.345863 0.007780</w:t>
        <w:br/>
        <w:t>vt 0.207901 0.021236</w:t>
        <w:br/>
        <w:t>vt 0.219163 0.021236</w:t>
        <w:br/>
        <w:t>vt 0.219163 0.017034</w:t>
        <w:br/>
        <w:t>vt 0.207901 0.017034</w:t>
        <w:br/>
        <w:t>vt 0.181950 0.017034</w:t>
        <w:br/>
        <w:t>vt 0.181950 0.021236</w:t>
        <w:br/>
        <w:t>vt 0.192094 0.021236</w:t>
        <w:br/>
        <w:t>vt 0.192094 0.017034</w:t>
        <w:br/>
        <w:t>vt 0.195737 0.021236</w:t>
        <w:br/>
        <w:t>vt 0.195737 0.017034</w:t>
        <w:br/>
        <w:t>vt 0.307325 0.013660</w:t>
        <w:br/>
        <w:t>vt 0.307325 0.007780</w:t>
        <w:br/>
        <w:t>vt 0.202102 0.021236</w:t>
        <w:br/>
        <w:t>vt 0.204591 0.021236</w:t>
        <w:br/>
        <w:t>vt 0.204591 0.017034</w:t>
        <w:br/>
        <w:t>vt 0.202102 0.017034</w:t>
        <w:br/>
        <w:t>vt 0.319286 0.007780</w:t>
        <w:br/>
        <w:t>vt 0.319286 0.013660</w:t>
        <w:br/>
        <w:t>vt 0.323638 0.013660</w:t>
        <w:br/>
        <w:t>vt 0.323638 0.007780</w:t>
        <w:br/>
        <w:t>vt 0.197846 0.021236</w:t>
        <w:br/>
        <w:t>vt 0.199834 0.021236</w:t>
        <w:br/>
        <w:t>vt 0.199834 0.017034</w:t>
        <w:br/>
        <w:t>vt 0.197846 0.017034</w:t>
        <w:br/>
        <w:t>vt 0.311443 0.007780</w:t>
        <w:br/>
        <w:t>vt 0.311443 0.013660</w:t>
        <w:br/>
        <w:t>vt 0.315208 0.013660</w:t>
        <w:br/>
        <w:t>vt 0.315208 0.007780</w:t>
        <w:br/>
        <w:t>vt 0.272190 0.013660</w:t>
        <w:br/>
        <w:t>vt 0.272190 0.007780</w:t>
        <w:br/>
        <w:t>vt 0.172043 0.017034</w:t>
        <w:br/>
        <w:t>vt 0.172043 0.021236</w:t>
        <w:br/>
        <w:t>vt 0.237868 0.021236</w:t>
        <w:br/>
        <w:t>vt 0.237868 0.017034</w:t>
        <w:br/>
        <w:t>vt 0.372749 0.007780</w:t>
        <w:br/>
        <w:t>vt 0.372749 0.013660</w:t>
        <w:br/>
        <w:t>vt 0.257334 0.013660</w:t>
        <w:br/>
        <w:t>vt 0.257334 0.007780</w:t>
        <w:br/>
        <w:t>vt 0.162039 0.017034</w:t>
        <w:br/>
        <w:t>vt 0.162039 0.021236</w:t>
        <w:br/>
        <w:t>vt 0.257334 0.007780</w:t>
        <w:br/>
        <w:t>vt 0.257334 0.004076</w:t>
        <w:br/>
        <w:t>vt 0.257334 0.017454</w:t>
        <w:br/>
        <w:t>vt 0.257334 0.013660</w:t>
        <w:br/>
        <w:t>vt 0.006092 0.068920</w:t>
        <w:br/>
        <w:t>vt 0.011102 0.069000</w:t>
        <w:br/>
        <w:t>vt 0.011102 0.051573</w:t>
        <w:br/>
        <w:t>vt 0.006092 0.051573</w:t>
        <w:br/>
        <w:t>vt 0.006092 0.128859</w:t>
        <w:br/>
        <w:t>vt 0.003135 0.130690</w:t>
        <w:br/>
        <w:t>vt 0.014039 0.130690</w:t>
        <w:br/>
        <w:t>vt 0.011102 0.128859</w:t>
        <w:br/>
        <w:t>vt 0.010768 0.213933</w:t>
        <w:br/>
        <w:t>vt 0.010768 0.197598</w:t>
        <w:br/>
        <w:t>vt 0.006008 0.197598</w:t>
        <w:br/>
        <w:t>vt 0.006008 0.213933</w:t>
        <w:br/>
        <w:t>vt 0.003135 0.050590</w:t>
        <w:br/>
        <w:t>vt 0.006092 0.051573</w:t>
        <w:br/>
        <w:t>vt 0.011102 0.051573</w:t>
        <w:br/>
        <w:t>vt 0.014039 0.050590</w:t>
        <w:br/>
        <w:t>vt 0.014039 0.050590</w:t>
        <w:br/>
        <w:t>vt 0.011102 0.051573</w:t>
        <w:br/>
        <w:t>vt 0.011102 0.069000</w:t>
        <w:br/>
        <w:t>vt 0.014039 0.069171</w:t>
        <w:br/>
        <w:t>vt 0.003135 0.050590</w:t>
        <w:br/>
        <w:t>vt 0.003135 0.069235</w:t>
        <w:br/>
        <w:t>vt 0.006092 0.068920</w:t>
        <w:br/>
        <w:t>vt 0.006092 0.051573</w:t>
        <w:br/>
        <w:t>vt 0.006092 0.128859</w:t>
        <w:br/>
        <w:t>vt 0.011102 0.128859</w:t>
        <w:br/>
        <w:t>vt 0.011102 0.122135</w:t>
        <w:br/>
        <w:t>vt 0.006092 0.123197</w:t>
        <w:br/>
        <w:t>vt 0.006092 0.123197</w:t>
        <w:br/>
        <w:t>vt 0.003135 0.123618</w:t>
        <w:br/>
        <w:t>vt 0.010768 0.147937</w:t>
        <w:br/>
        <w:t>vt 0.010768 0.140897</w:t>
        <w:br/>
        <w:t>vt 0.006008 0.140897</w:t>
        <w:br/>
        <w:t>vt 0.006008 0.147937</w:t>
        <w:br/>
        <w:t>vt 0.011102 0.128859</w:t>
        <w:br/>
        <w:t>vt 0.014039 0.130690</w:t>
        <w:br/>
        <w:t>vt 0.014039 0.122170</w:t>
        <w:br/>
        <w:t>vt 0.011102 0.122135</w:t>
        <w:br/>
        <w:t>vt 0.011102 0.106673</w:t>
        <w:br/>
        <w:t>vt 0.011102 0.089358</w:t>
        <w:br/>
        <w:t>vt 0.006092 0.089043</w:t>
        <w:br/>
        <w:t>vt 0.006092 0.107017</w:t>
        <w:br/>
        <w:t>vt 0.006092 0.089043</w:t>
        <w:br/>
        <w:t>vt 0.003135 0.089182</w:t>
        <w:br/>
        <w:t>vt 0.003135 0.106895</w:t>
        <w:br/>
        <w:t>vt 0.006092 0.107017</w:t>
        <w:br/>
        <w:t>vt 0.006008 0.178756</w:t>
        <w:br/>
        <w:t>vt 0.010768 0.178756</w:t>
        <w:br/>
        <w:t>vt 0.010768 0.162598</w:t>
        <w:br/>
        <w:t>vt 0.006008 0.162598</w:t>
        <w:br/>
        <w:t>vt 0.014039 0.089855</w:t>
        <w:br/>
        <w:t>vt 0.011102 0.089358</w:t>
        <w:br/>
        <w:t>vt 0.011102 0.106673</w:t>
        <w:br/>
        <w:t>vt 0.014039 0.106907</w:t>
        <w:br/>
        <w:t>vt 0.315208 0.017454</w:t>
        <w:br/>
        <w:t>vt 0.315208 0.013660</w:t>
        <w:br/>
        <w:t>vt 0.315208 0.007780</w:t>
        <w:br/>
        <w:t>vt 0.315208 0.004076</w:t>
        <w:br/>
        <w:t>vt 0.372749 0.007780</w:t>
        <w:br/>
        <w:t>vt 0.372749 0.004076</w:t>
        <w:br/>
        <w:t>vt 0.373198 0.026301</w:t>
        <w:br/>
        <w:t>vt 0.373198 0.022595</w:t>
        <w:br/>
        <w:t>vt 0.271572 0.022595</w:t>
        <w:br/>
        <w:t>vt 0.271572 0.026301</w:t>
        <w:br/>
        <w:t>vt 0.256735 0.026301</w:t>
        <w:br/>
        <w:t>vt 0.256735 0.022595</w:t>
        <w:br/>
        <w:t>vt 0.286286 0.022595</w:t>
        <w:br/>
        <w:t>vt 0.286286 0.026301</w:t>
        <w:br/>
        <w:t>vt 0.271572 0.035933</w:t>
        <w:br/>
        <w:t>vt 0.256735 0.035933</w:t>
        <w:br/>
        <w:t>vt 0.256735 0.032204</w:t>
        <w:br/>
        <w:t>vt 0.271572 0.032204</w:t>
        <w:br/>
        <w:t>vt 0.286286 0.035933</w:t>
        <w:br/>
        <w:t>vt 0.286286 0.032204</w:t>
        <w:br/>
        <w:t>vt 0.325130 0.022595</w:t>
        <w:br/>
        <w:t>vt 0.331164 0.022595</w:t>
        <w:br/>
        <w:t>vt 0.331164 0.026301</w:t>
        <w:br/>
        <w:t>vt 0.325130 0.026301</w:t>
        <w:br/>
        <w:t>vt 0.345268 0.026301</w:t>
        <w:br/>
        <w:t>vt 0.345268 0.022595</w:t>
        <w:br/>
        <w:t>vt 0.325130 0.035933</w:t>
        <w:br/>
        <w:t>vt 0.325130 0.032204</w:t>
        <w:br/>
        <w:t>vt 0.331164 0.032204</w:t>
        <w:br/>
        <w:t>vt 0.331164 0.035933</w:t>
        <w:br/>
        <w:t>vt 0.345268 0.032204</w:t>
        <w:br/>
        <w:t>vt 0.345268 0.035933</w:t>
        <w:br/>
        <w:t>vt 0.373198 0.032204</w:t>
        <w:br/>
        <w:t>vt 0.373198 0.035933</w:t>
        <w:br/>
        <w:t>vt 0.300253 0.026301</w:t>
        <w:br/>
        <w:t>vt 0.300253 0.022595</w:t>
        <w:br/>
        <w:t>vt 0.306668 0.022595</w:t>
        <w:br/>
        <w:t>vt 0.306668 0.026301</w:t>
        <w:br/>
        <w:t>vt 0.306668 0.035933</w:t>
        <w:br/>
        <w:t>vt 0.300253 0.035933</w:t>
        <w:br/>
        <w:t>vt 0.300253 0.032204</w:t>
        <w:br/>
        <w:t>vt 0.306668 0.032204</w:t>
        <w:br/>
        <w:t>vt 0.311116 0.022595</w:t>
        <w:br/>
        <w:t>vt 0.311116 0.026301</w:t>
        <w:br/>
        <w:t>vt 0.315083 0.022595</w:t>
        <w:br/>
        <w:t>vt 0.319388 0.022595</w:t>
        <w:br/>
        <w:t>vt 0.319388 0.026301</w:t>
        <w:br/>
        <w:t>vt 0.315083 0.026301</w:t>
        <w:br/>
        <w:t>vt 0.319388 0.032204</w:t>
        <w:br/>
        <w:t>vt 0.319388 0.035933</w:t>
        <w:br/>
        <w:t>vt 0.315083 0.035933</w:t>
        <w:br/>
        <w:t>vt 0.315083 0.032204</w:t>
        <w:br/>
        <w:t>vt 0.311116 0.035933</w:t>
        <w:br/>
        <w:t>vt 0.311116 0.032204</w:t>
        <w:br/>
        <w:t>vt 0.286286 0.026301</w:t>
        <w:br/>
        <w:t>vt 0.300253 0.026301</w:t>
        <w:br/>
        <w:t>vt 0.300253 0.032204</w:t>
        <w:br/>
        <w:t>vt 0.286286 0.032204</w:t>
        <w:br/>
        <w:t>vt 0.345268 0.026301</w:t>
        <w:br/>
        <w:t>vt 0.345268 0.032204</w:t>
        <w:br/>
        <w:t>vt 0.331164 0.032204</w:t>
        <w:br/>
        <w:t>vt 0.331164 0.026301</w:t>
        <w:br/>
        <w:t>vt 0.165133 0.028419</w:t>
        <w:br/>
        <w:t>vt 0.175302 0.028419</w:t>
        <w:br/>
        <w:t>vt 0.175302 0.032590</w:t>
        <w:br/>
        <w:t>vt 0.165133 0.032590</w:t>
        <w:br/>
        <w:t>vt 0.148335 0.028419</w:t>
        <w:br/>
        <w:t>vt 0.148335 0.032590</w:t>
        <w:br/>
        <w:t>vt 0.138247 0.032590</w:t>
        <w:br/>
        <w:t>vt 0.138247 0.028419</w:t>
        <w:br/>
        <w:t>vt 0.151627 0.028419</w:t>
        <w:br/>
        <w:t>vt 0.151627 0.032590</w:t>
        <w:br/>
        <w:t>vt 0.306668 0.026301</w:t>
        <w:br/>
        <w:t>vt 0.306668 0.032204</w:t>
        <w:br/>
        <w:t>vt 0.156297 0.028419</w:t>
        <w:br/>
        <w:t>vt 0.158206 0.028419</w:t>
        <w:br/>
        <w:t>vt 0.158206 0.032590</w:t>
        <w:br/>
        <w:t>vt 0.156297 0.032590</w:t>
        <w:br/>
        <w:t>vt 0.319388 0.026301</w:t>
        <w:br/>
        <w:t>vt 0.319388 0.032204</w:t>
        <w:br/>
        <w:t>vt 0.315083 0.032204</w:t>
        <w:br/>
        <w:t>vt 0.315083 0.026301</w:t>
        <w:br/>
        <w:t>vt 0.161520 0.028419</w:t>
        <w:br/>
        <w:t>vt 0.161520 0.032590</w:t>
        <w:br/>
        <w:t>vt 0.325130 0.026301</w:t>
        <w:br/>
        <w:t>vt 0.325130 0.032204</w:t>
        <w:br/>
        <w:t>vt 0.154102 0.028419</w:t>
        <w:br/>
        <w:t>vt 0.154102 0.032590</w:t>
        <w:br/>
        <w:t>vt 0.311116 0.026301</w:t>
        <w:br/>
        <w:t>vt 0.311116 0.032204</w:t>
        <w:br/>
        <w:t>vt 0.271572 0.026301</w:t>
        <w:br/>
        <w:t>vt 0.271572 0.032204</w:t>
        <w:br/>
        <w:t>vt 0.128323 0.032590</w:t>
        <w:br/>
        <w:t>vt 0.128323 0.028419</w:t>
        <w:br/>
        <w:t>vt 0.194787 0.028419</w:t>
        <w:br/>
        <w:t>vt 0.194787 0.032590</w:t>
        <w:br/>
        <w:t>vt 0.373198 0.032204</w:t>
        <w:br/>
        <w:t>vt 0.373198 0.026301</w:t>
        <w:br/>
        <w:t>vt 0.256735 0.026301</w:t>
        <w:br/>
        <w:t>vt 0.256735 0.032204</w:t>
        <w:br/>
        <w:t>vt 0.118255 0.032590</w:t>
        <w:br/>
        <w:t>vt 0.118255 0.028419</w:t>
        <w:br/>
        <w:t>vt 0.256735 0.022595</w:t>
        <w:br/>
        <w:t>vt 0.256735 0.026301</w:t>
        <w:br/>
        <w:t>vt 0.256735 0.035933</w:t>
        <w:br/>
        <w:t>vt 0.256735 0.032204</w:t>
        <w:br/>
        <w:t>vt 0.647693 0.398455</w:t>
        <w:br/>
        <w:t>vt 0.647693 0.403435</w:t>
        <w:br/>
        <w:t>vt 0.630020 0.403435</w:t>
        <w:br/>
        <w:t>vt 0.630166 0.398455</w:t>
        <w:br/>
        <w:t>vt 0.568333 0.395595</w:t>
        <w:br/>
        <w:t>vt 0.570166 0.398455</w:t>
        <w:br/>
        <w:t>vt 0.570166 0.403435</w:t>
        <w:br/>
        <w:t>vt 0.568333 0.406310</w:t>
        <w:br/>
        <w:t>vt 0.625218 0.387956</w:t>
        <w:br/>
        <w:t>vt 0.636507 0.387956</w:t>
        <w:br/>
        <w:t>vt 0.636507 0.391209</w:t>
        <w:br/>
        <w:t>vt 0.625218 0.391209</w:t>
        <w:br/>
        <w:t>vt 0.648384 0.406310</w:t>
        <w:br/>
        <w:t>vt 0.647693 0.403435</w:t>
        <w:br/>
        <w:t>vt 0.647693 0.398455</w:t>
        <w:br/>
        <w:t>vt 0.648384 0.395595</w:t>
        <w:br/>
        <w:t>vt 0.648384 0.395595</w:t>
        <w:br/>
        <w:t>vt 0.647693 0.398455</w:t>
        <w:br/>
        <w:t>vt 0.630166 0.398455</w:t>
        <w:br/>
        <w:t>vt 0.629813 0.395595</w:t>
        <w:br/>
        <w:t>vt 0.630020 0.403435</w:t>
        <w:br/>
        <w:t>vt 0.647693 0.403435</w:t>
        <w:br/>
        <w:t>vt 0.648384 0.406310</w:t>
        <w:br/>
        <w:t>vt 0.629575 0.406310</w:t>
        <w:br/>
        <w:t>vt 0.577346 0.398455</w:t>
        <w:br/>
        <w:t>vt 0.575782 0.403435</w:t>
        <w:br/>
        <w:t>vt 0.570166 0.403435</w:t>
        <w:br/>
        <w:t>vt 0.570166 0.398455</w:t>
        <w:br/>
        <w:t>vt 0.575782 0.403435</w:t>
        <w:br/>
        <w:t>vt 0.575435 0.406310</w:t>
        <w:br/>
        <w:t>vt 0.669727 0.387956</w:t>
        <w:br/>
        <w:t>vt 0.674658 0.387956</w:t>
        <w:br/>
        <w:t>vt 0.674658 0.391209</w:t>
        <w:br/>
        <w:t>vt 0.669727 0.391209</w:t>
        <w:br/>
        <w:t>vt 0.577356 0.395595</w:t>
        <w:br/>
        <w:t>vt 0.577346 0.398455</w:t>
        <w:br/>
        <w:t>vt 0.570166 0.398455</w:t>
        <w:br/>
        <w:t>vt 0.568333 0.395595</w:t>
        <w:br/>
        <w:t>vt 0.592594 0.398455</w:t>
        <w:br/>
        <w:t>vt 0.609922 0.398455</w:t>
        <w:br/>
        <w:t>vt 0.609897 0.403435</w:t>
        <w:br/>
        <w:t>vt 0.591977 0.403435</w:t>
        <w:br/>
        <w:t>vt 0.591977 0.403435</w:t>
        <w:br/>
        <w:t>vt 0.609897 0.403435</w:t>
        <w:br/>
        <w:t>vt 0.609610 0.406310</w:t>
        <w:br/>
        <w:t>vt 0.591919 0.406310</w:t>
        <w:br/>
        <w:t>vt 0.659947 0.387956</w:t>
        <w:br/>
        <w:t>vt 0.659947 0.391209</w:t>
        <w:br/>
        <w:t>vt 0.649060 0.391209</w:t>
        <w:br/>
        <w:t>vt 0.649060 0.387956</w:t>
        <w:br/>
        <w:t>vt 0.592594 0.398455</w:t>
        <w:br/>
        <w:t>vt 0.592510 0.395595</w:t>
        <w:br/>
        <w:t>vt 0.609571 0.395595</w:t>
        <w:br/>
        <w:t>vt 0.609922 0.398455</w:t>
        <w:br/>
        <w:t>vt 0.272190 0.017454</w:t>
        <w:br/>
        <w:t>vt 0.257334 0.017454</w:t>
        <w:br/>
        <w:t>vt 0.257334 0.013660</w:t>
        <w:br/>
        <w:t>vt 0.272190 0.013660</w:t>
        <w:br/>
        <w:t>vt 0.286839 0.017454</w:t>
        <w:br/>
        <w:t>vt 0.286839 0.013660</w:t>
        <w:br/>
        <w:t>vt 0.272190 0.004076</w:t>
        <w:br/>
        <w:t>vt 0.272190 0.007780</w:t>
        <w:br/>
        <w:t>vt 0.257334 0.007780</w:t>
        <w:br/>
        <w:t>vt 0.257334 0.004076</w:t>
        <w:br/>
        <w:t>vt 0.286839 0.004076</w:t>
        <w:br/>
        <w:t>vt 0.286839 0.007780</w:t>
        <w:br/>
        <w:t>vt 0.323638 0.017454</w:t>
        <w:br/>
        <w:t>vt 0.323638 0.013660</w:t>
        <w:br/>
        <w:t>vt 0.330386 0.013660</w:t>
        <w:br/>
        <w:t>vt 0.330386 0.017454</w:t>
        <w:br/>
        <w:t>vt 0.345863 0.013660</w:t>
        <w:br/>
        <w:t>vt 0.345863 0.017454</w:t>
        <w:br/>
        <w:t>vt 0.372749 0.013660</w:t>
        <w:br/>
        <w:t>vt 0.372749 0.017454</w:t>
        <w:br/>
        <w:t>vt 0.323638 0.004076</w:t>
        <w:br/>
        <w:t>vt 0.330386 0.004076</w:t>
        <w:br/>
        <w:t>vt 0.330386 0.007780</w:t>
        <w:br/>
        <w:t>vt 0.323638 0.007780</w:t>
        <w:br/>
        <w:t>vt 0.345863 0.007780</w:t>
        <w:br/>
        <w:t>vt 0.345863 0.004076</w:t>
        <w:br/>
        <w:t>vt 0.307325 0.017454</w:t>
        <w:br/>
        <w:t>vt 0.300673 0.017454</w:t>
        <w:br/>
        <w:t>vt 0.300673 0.013660</w:t>
        <w:br/>
        <w:t>vt 0.307325 0.013660</w:t>
        <w:br/>
        <w:t>vt 0.300673 0.007780</w:t>
        <w:br/>
        <w:t>vt 0.300673 0.004076</w:t>
        <w:br/>
        <w:t>vt 0.307325 0.004076</w:t>
        <w:br/>
        <w:t>vt 0.307325 0.007780</w:t>
        <w:br/>
        <w:t>vt 0.311443 0.017454</w:t>
        <w:br/>
        <w:t>vt 0.311443 0.013660</w:t>
        <w:br/>
        <w:t>vt 0.319286 0.017454</w:t>
        <w:br/>
        <w:t>vt 0.319286 0.013660</w:t>
        <w:br/>
        <w:t>vt 0.319286 0.004076</w:t>
        <w:br/>
        <w:t>vt 0.319286 0.007780</w:t>
        <w:br/>
        <w:t>vt 0.311443 0.004076</w:t>
        <w:br/>
        <w:t>vt 0.311443 0.007780</w:t>
        <w:br/>
        <w:t>vt 0.286839 0.013660</w:t>
        <w:br/>
        <w:t>vt 0.286839 0.007780</w:t>
        <w:br/>
        <w:t>vt 0.300673 0.007780</w:t>
        <w:br/>
        <w:t>vt 0.300673 0.013660</w:t>
        <w:br/>
        <w:t>vt 0.330386 0.007780</w:t>
        <w:br/>
        <w:t>vt 0.345863 0.007780</w:t>
        <w:br/>
        <w:t>vt 0.345863 0.013660</w:t>
        <w:br/>
        <w:t>vt 0.330386 0.013660</w:t>
        <w:br/>
        <w:t>vt 0.207901 0.021236</w:t>
        <w:br/>
        <w:t>vt 0.207901 0.017034</w:t>
        <w:br/>
        <w:t>vt 0.219163 0.017034</w:t>
        <w:br/>
        <w:t>vt 0.219163 0.021236</w:t>
        <w:br/>
        <w:t>vt 0.181950 0.017034</w:t>
        <w:br/>
        <w:t>vt 0.192094 0.017034</w:t>
        <w:br/>
        <w:t>vt 0.192094 0.021236</w:t>
        <w:br/>
        <w:t>vt 0.181950 0.021236</w:t>
        <w:br/>
        <w:t>vt 0.195737 0.017034</w:t>
        <w:br/>
        <w:t>vt 0.195737 0.021236</w:t>
        <w:br/>
        <w:t>vt 0.307325 0.007780</w:t>
        <w:br/>
        <w:t>vt 0.307325 0.013660</w:t>
        <w:br/>
        <w:t>vt 0.202102 0.021236</w:t>
        <w:br/>
        <w:t>vt 0.202102 0.017034</w:t>
        <w:br/>
        <w:t>vt 0.204591 0.017034</w:t>
        <w:br/>
        <w:t>vt 0.204591 0.021236</w:t>
        <w:br/>
        <w:t>vt 0.319286 0.007780</w:t>
        <w:br/>
        <w:t>vt 0.323638 0.007780</w:t>
        <w:br/>
        <w:t>vt 0.323638 0.013660</w:t>
        <w:br/>
        <w:t>vt 0.319286 0.013660</w:t>
        <w:br/>
        <w:t>vt 0.197846 0.021236</w:t>
        <w:br/>
        <w:t>vt 0.197846 0.017034</w:t>
        <w:br/>
        <w:t>vt 0.199834 0.017034</w:t>
        <w:br/>
        <w:t>vt 0.199834 0.021236</w:t>
        <w:br/>
        <w:t>vt 0.311443 0.007780</w:t>
        <w:br/>
        <w:t>vt 0.315208 0.007780</w:t>
        <w:br/>
        <w:t>vt 0.315208 0.013660</w:t>
        <w:br/>
        <w:t>vt 0.311443 0.013660</w:t>
        <w:br/>
        <w:t>vt 0.272190 0.013660</w:t>
        <w:br/>
        <w:t>vt 0.272190 0.007780</w:t>
        <w:br/>
        <w:t>vt 0.172043 0.017034</w:t>
        <w:br/>
        <w:t>vt 0.172043 0.021236</w:t>
        <w:br/>
        <w:t>vt 0.237868 0.021236</w:t>
        <w:br/>
        <w:t>vt 0.237868 0.017034</w:t>
        <w:br/>
        <w:t>vt 0.372749 0.007780</w:t>
        <w:br/>
        <w:t>vt 0.372749 0.013660</w:t>
        <w:br/>
        <w:t>vt 0.257334 0.013660</w:t>
        <w:br/>
        <w:t>vt 0.257334 0.007780</w:t>
        <w:br/>
        <w:t>vt 0.162039 0.017034</w:t>
        <w:br/>
        <w:t>vt 0.162039 0.021236</w:t>
        <w:br/>
        <w:t>vt 0.257334 0.007780</w:t>
        <w:br/>
        <w:t>vt 0.257334 0.017454</w:t>
        <w:br/>
        <w:t>vt 0.257334 0.004076</w:t>
        <w:br/>
        <w:t>vt 0.257334 0.013660</w:t>
        <w:br/>
        <w:t>vt 0.006092 0.068920</w:t>
        <w:br/>
        <w:t>vt 0.006092 0.051573</w:t>
        <w:br/>
        <w:t>vt 0.011102 0.051573</w:t>
        <w:br/>
        <w:t>vt 0.011102 0.069000</w:t>
        <w:br/>
        <w:t>vt 0.014039 0.130690</w:t>
        <w:br/>
        <w:t>vt 0.003135 0.130690</w:t>
        <w:br/>
        <w:t>vt 0.006092 0.128859</w:t>
        <w:br/>
        <w:t>vt 0.011102 0.128859</w:t>
        <w:br/>
        <w:t>vt 0.010768 0.213933</w:t>
        <w:br/>
        <w:t>vt 0.006008 0.213933</w:t>
        <w:br/>
        <w:t>vt 0.006008 0.197598</w:t>
        <w:br/>
        <w:t>vt 0.010768 0.197598</w:t>
        <w:br/>
        <w:t>vt 0.003135 0.050590</w:t>
        <w:br/>
        <w:t>vt 0.014039 0.050590</w:t>
        <w:br/>
        <w:t>vt 0.011102 0.051573</w:t>
        <w:br/>
        <w:t>vt 0.006092 0.051573</w:t>
        <w:br/>
        <w:t>vt 0.014039 0.050590</w:t>
        <w:br/>
        <w:t>vt 0.014039 0.069171</w:t>
        <w:br/>
        <w:t>vt 0.011102 0.069000</w:t>
        <w:br/>
        <w:t>vt 0.011102 0.051573</w:t>
        <w:br/>
        <w:t>vt 0.003135 0.050590</w:t>
        <w:br/>
        <w:t>vt 0.006092 0.051573</w:t>
        <w:br/>
        <w:t>vt 0.006092 0.068920</w:t>
        <w:br/>
        <w:t>vt 0.003135 0.069235</w:t>
        <w:br/>
        <w:t>vt 0.006092 0.128859</w:t>
        <w:br/>
        <w:t>vt 0.006092 0.123197</w:t>
        <w:br/>
        <w:t>vt 0.011102 0.122135</w:t>
        <w:br/>
        <w:t>vt 0.011102 0.128859</w:t>
        <w:br/>
        <w:t>vt 0.003135 0.123618</w:t>
        <w:br/>
        <w:t>vt 0.006092 0.123197</w:t>
        <w:br/>
        <w:t>vt 0.010768 0.147937</w:t>
        <w:br/>
        <w:t>vt 0.006008 0.147937</w:t>
        <w:br/>
        <w:t>vt 0.006008 0.140897</w:t>
        <w:br/>
        <w:t>vt 0.010768 0.140897</w:t>
        <w:br/>
        <w:t>vt 0.011102 0.128859</w:t>
        <w:br/>
        <w:t>vt 0.011102 0.122135</w:t>
        <w:br/>
        <w:t>vt 0.014039 0.122170</w:t>
        <w:br/>
        <w:t>vt 0.014039 0.130690</w:t>
        <w:br/>
        <w:t>vt 0.011102 0.106673</w:t>
        <w:br/>
        <w:t>vt 0.006092 0.107017</w:t>
        <w:br/>
        <w:t>vt 0.006092 0.089043</w:t>
        <w:br/>
        <w:t>vt 0.011102 0.089358</w:t>
        <w:br/>
        <w:t>vt 0.006092 0.089043</w:t>
        <w:br/>
        <w:t>vt 0.006092 0.107017</w:t>
        <w:br/>
        <w:t>vt 0.003135 0.106895</w:t>
        <w:br/>
        <w:t>vt 0.003135 0.089182</w:t>
        <w:br/>
        <w:t>vt 0.006008 0.178756</w:t>
        <w:br/>
        <w:t>vt 0.006008 0.162598</w:t>
        <w:br/>
        <w:t>vt 0.010768 0.162598</w:t>
        <w:br/>
        <w:t>vt 0.010768 0.178756</w:t>
        <w:br/>
        <w:t>vt 0.014039 0.089855</w:t>
        <w:br/>
        <w:t>vt 0.014039 0.106907</w:t>
        <w:br/>
        <w:t>vt 0.011102 0.106673</w:t>
        <w:br/>
        <w:t>vt 0.011102 0.089358</w:t>
        <w:br/>
        <w:t>vt 0.315208 0.017454</w:t>
        <w:br/>
        <w:t>vt 0.315208 0.013660</w:t>
        <w:br/>
        <w:t>vt 0.315208 0.004076</w:t>
        <w:br/>
        <w:t>vt 0.315208 0.007780</w:t>
        <w:br/>
        <w:t>vt 0.372749 0.004076</w:t>
        <w:br/>
        <w:t>vt 0.372749 0.007780</w:t>
        <w:br/>
        <w:t>vt 0.373198 0.022595</w:t>
        <w:br/>
        <w:t>vt 0.373198 0.026301</w:t>
        <w:br/>
        <w:t>vt 0.876363 0.186752</w:t>
        <w:br/>
        <w:t>vt 0.861723 0.181529</w:t>
        <w:br/>
        <w:t>vt 0.861439 0.191476</w:t>
        <w:br/>
        <w:t>vt 0.876316 0.188022</w:t>
        <w:br/>
        <w:t>vt 0.848790 0.184011</w:t>
        <w:br/>
        <w:t>vt 0.851222 0.191745</w:t>
        <w:br/>
        <w:t>vt 0.844649 0.188181</w:t>
        <w:br/>
        <w:t>vt 0.844269 0.185839</w:t>
        <w:br/>
        <w:t>vt 0.861439 0.191476</w:t>
        <w:br/>
        <w:t>vt 0.861723 0.181529</w:t>
        <w:br/>
        <w:t>vt 0.876363 0.186752</w:t>
        <w:br/>
        <w:t>vt 0.876316 0.188022</w:t>
        <w:br/>
        <w:t>vt 0.851222 0.191745</w:t>
        <w:br/>
        <w:t>vt 0.848790 0.184011</w:t>
        <w:br/>
        <w:t>vt 0.844649 0.188181</w:t>
        <w:br/>
        <w:t>vt 0.844269 0.185839</w:t>
        <w:br/>
        <w:t>vt 0.281988 0.909723</w:t>
        <w:br/>
        <w:t>vt 0.271175 0.911138</w:t>
        <w:br/>
        <w:t>vt 0.271292 0.905309</w:t>
        <w:br/>
        <w:t>vt 0.259101 0.993588</w:t>
        <w:br/>
        <w:t>vt 0.258776 0.996726</w:t>
        <w:br/>
        <w:t>vt 0.254456 0.993811</w:t>
        <w:br/>
        <w:t>vt 0.254704 0.991640</w:t>
        <w:br/>
        <w:t>vt 0.281988 0.993741</w:t>
        <w:br/>
        <w:t>vt 0.281988 0.996726</w:t>
        <w:br/>
        <w:t>vt 0.249889 0.906725</w:t>
        <w:br/>
        <w:t>vt 0.253785 0.903507</w:t>
        <w:br/>
        <w:t>vt 0.252750 0.907226</w:t>
        <w:br/>
        <w:t>vt 0.247232 0.991336</w:t>
        <w:br/>
        <w:t>vt 0.247525 0.993767</w:t>
        <w:br/>
        <w:t>vt 0.243834 0.906299</w:t>
        <w:br/>
        <w:t>vt 0.236591 0.908767</w:t>
        <w:br/>
        <w:t>vt 0.231708 0.902417</w:t>
        <w:br/>
        <w:t>vt 0.245719 0.902395</w:t>
        <w:br/>
        <w:t>vt 0.222689 0.892386</w:t>
        <w:br/>
        <w:t>vt 0.222689 0.874863</w:t>
        <w:br/>
        <w:t>vt 0.231186 0.874863</w:t>
        <w:br/>
        <w:t>vt 0.231186 0.892386</w:t>
        <w:br/>
        <w:t>vt 0.254456 0.993811</w:t>
        <w:br/>
        <w:t>vt 0.258776 0.996726</w:t>
        <w:br/>
        <w:t>vt 0.247693 0.996726</w:t>
        <w:br/>
        <w:t>vt 0.247525 0.993767</w:t>
        <w:br/>
        <w:t>vt 0.281988 0.870432</w:t>
        <w:br/>
        <w:t>vt 0.268774 0.870567</w:t>
        <w:br/>
        <w:t>vt 0.281988 0.865225</w:t>
        <w:br/>
        <w:t>vt 0.237481 0.996726</w:t>
        <w:br/>
        <w:t>vt 0.235591 0.994407</w:t>
        <w:br/>
        <w:t>vt 0.239696 0.991947</w:t>
        <w:br/>
        <w:t>vt 0.240605 0.993951</w:t>
        <w:br/>
        <w:t>vt 0.361602 0.934225</w:t>
        <w:br/>
        <w:t>vt 0.377532 0.934225</w:t>
        <w:br/>
        <w:t>vt 0.377532 0.936413</w:t>
        <w:br/>
        <w:t>vt 0.361602 0.936413</w:t>
        <w:br/>
        <w:t>vt 0.219087 0.907680</w:t>
        <w:br/>
        <w:t>vt 0.214474 0.907815</w:t>
        <w:br/>
        <w:t>vt 0.217693 0.904371</w:t>
        <w:br/>
        <w:t>vt 0.268772 0.882892</w:t>
        <w:br/>
        <w:t>vt 0.281988 0.884807</w:t>
        <w:br/>
        <w:t>vt 0.239681 0.874863</w:t>
        <w:br/>
        <w:t>vt 0.239681 0.892386</w:t>
        <w:br/>
        <w:t>vt 0.237481 0.996726</w:t>
        <w:br/>
        <w:t>vt 0.240605 0.993951</w:t>
        <w:br/>
        <w:t>vt 0.223169 0.916014</w:t>
        <w:br/>
        <w:t>vt 0.220198 0.920963</w:t>
        <w:br/>
        <w:t>vt 0.377532 0.981994</w:t>
        <w:br/>
        <w:t>vt 0.377532 0.996524</w:t>
        <w:br/>
        <w:t>vt 0.361602 0.996524</w:t>
        <w:br/>
        <w:t>vt 0.361602 0.981994</w:t>
        <w:br/>
        <w:t>vt 0.281988 0.916895</w:t>
        <w:br/>
        <w:t>vt 0.269886 0.919272</w:t>
        <w:br/>
        <w:t>vt 0.252308 0.919122</w:t>
        <w:br/>
        <w:t>vt 0.250157 0.929254</w:t>
        <w:br/>
        <w:t>vt 0.244863 0.924854</w:t>
        <w:br/>
        <w:t>vt 0.244605 0.917540</w:t>
        <w:br/>
        <w:t>vt 0.229993 0.914142</w:t>
        <w:br/>
        <w:t>vt 0.234499 0.916479</w:t>
        <w:br/>
        <w:t>vt 0.239146 0.990984</w:t>
        <w:br/>
        <w:t>vt 0.247049 0.990093</w:t>
        <w:br/>
        <w:t>vt 0.238650 0.989889</w:t>
        <w:br/>
        <w:t>vt 0.246807 0.988810</w:t>
        <w:br/>
        <w:t>vt 0.234961 0.993146</w:t>
        <w:br/>
        <w:t>vt 0.234129 0.991935</w:t>
        <w:br/>
        <w:t>vt 0.361602 0.937443</w:t>
        <w:br/>
        <w:t>vt 0.377532 0.937443</w:t>
        <w:br/>
        <w:t>vt 0.377532 0.938530</w:t>
        <w:br/>
        <w:t>vt 0.361602 0.938530</w:t>
        <w:br/>
        <w:t>vt 0.259548 0.991876</w:t>
        <w:br/>
        <w:t>vt 0.259542 0.990319</w:t>
        <w:br/>
        <w:t>vt 0.281988 0.990839</w:t>
        <w:br/>
        <w:t>vt 0.281988 0.992410</w:t>
        <w:br/>
        <w:t>vt 0.254932 0.990553</w:t>
        <w:br/>
        <w:t>vt 0.254930 0.989258</w:t>
        <w:br/>
        <w:t>vt 0.254183 0.975239</w:t>
        <w:br/>
        <w:t>vt 0.259266 0.975040</w:t>
        <w:br/>
        <w:t>vt 0.281988 0.975802</w:t>
        <w:br/>
        <w:t>vt 0.377532 0.949331</w:t>
        <w:br/>
        <w:t>vt 0.361602 0.949331</w:t>
        <w:br/>
        <w:t>vt 0.228860 0.978730</w:t>
        <w:br/>
        <w:t>vt 0.234081 0.977263</w:t>
        <w:br/>
        <w:t>vt 0.243374 0.975822</w:t>
        <w:br/>
        <w:t>vt 0.236715 0.934109</w:t>
        <w:br/>
        <w:t>vt 0.229008 0.932818</w:t>
        <w:br/>
        <w:t>vt 0.229001 0.928597</w:t>
        <w:br/>
        <w:t>vt 0.233378 0.927398</w:t>
        <w:br/>
        <w:t>vt 0.241020 0.928533</w:t>
        <w:br/>
        <w:t>vt 0.242909 0.932537</w:t>
        <w:br/>
        <w:t>vt 0.227764 0.927212</w:t>
        <w:br/>
        <w:t>vt 0.224823 0.928882</w:t>
        <w:br/>
        <w:t>vt 0.228224 0.923647</w:t>
        <w:br/>
        <w:t>vt 0.230444 0.925002</w:t>
        <w:br/>
        <w:t>vt 0.213951 0.920926</w:t>
        <w:br/>
        <w:t>vt 0.218264 0.931716</w:t>
        <w:br/>
        <w:t>vt 0.216915 0.933348</w:t>
        <w:br/>
        <w:t>vt 0.206300 0.910670</w:t>
        <w:br/>
        <w:t>vt 0.254387 0.871446</w:t>
        <w:br/>
        <w:t>vt 0.247642 0.871410</w:t>
        <w:br/>
        <w:t>vt 0.249209 0.865225</w:t>
        <w:br/>
        <w:t>vt 0.254291 0.865225</w:t>
        <w:br/>
        <w:t>vt 0.247209 0.884352</w:t>
        <w:br/>
        <w:t>vt 0.259496 0.902078</w:t>
        <w:br/>
        <w:t>vt 0.248662 0.899180</w:t>
        <w:br/>
        <w:t>vt 0.257183 0.895590</w:t>
        <w:br/>
        <w:t>vt 0.260241 0.907757</w:t>
        <w:br/>
        <w:t>vt 0.254960 0.907771</w:t>
        <w:br/>
        <w:t>vt 0.254941 0.929777</w:t>
        <w:br/>
        <w:t>vt 0.256654 0.919180</w:t>
        <w:br/>
        <w:t>vt 0.244863 0.924854</w:t>
        <w:br/>
        <w:t>vt 0.250157 0.929254</w:t>
        <w:br/>
        <w:t>vt 0.247419 0.930577</w:t>
        <w:br/>
        <w:t>vt 0.243676 0.926755</w:t>
        <w:br/>
        <w:t>vt 0.240246 0.925055</w:t>
        <w:br/>
        <w:t>vt 0.235219 0.924127</w:t>
        <w:br/>
        <w:t>vt 0.235209 0.922329</w:t>
        <w:br/>
        <w:t>vt 0.240693 0.922844</w:t>
        <w:br/>
        <w:t>vt 0.238031 0.937592</w:t>
        <w:br/>
        <w:t>vt 0.239557 0.949222</w:t>
        <w:br/>
        <w:t>vt 0.224720 0.948855</w:t>
        <w:br/>
        <w:t>vt 0.224996 0.933688</w:t>
        <w:br/>
        <w:t>vt 0.219975 0.949213</w:t>
        <w:br/>
        <w:t>vt 0.221375 0.933503</w:t>
        <w:br/>
        <w:t>vt 0.224720 0.948855</w:t>
        <w:br/>
        <w:t>vt 0.361602 0.971001</w:t>
        <w:br/>
        <w:t>vt 0.377532 0.971001</w:t>
        <w:br/>
        <w:t>vt 0.267407 0.931609</w:t>
        <w:br/>
        <w:t>vt 0.281988 0.932041</w:t>
        <w:br/>
        <w:t>vt 0.281988 0.946148</w:t>
        <w:br/>
        <w:t>vt 0.258626 0.946074</w:t>
        <w:br/>
        <w:t>vt 0.251393 0.932521</w:t>
        <w:br/>
        <w:t>vt 0.257113 0.930749</w:t>
        <w:br/>
        <w:t>vt 0.253453 0.946495</w:t>
        <w:br/>
        <w:t>vt 0.248383 0.933549</w:t>
        <w:br/>
        <w:t>vt 0.229414 0.963616</w:t>
        <w:br/>
        <w:t>vt 0.241088 0.963306</w:t>
        <w:br/>
        <w:t>vt 0.223808 0.964623</w:t>
        <w:br/>
        <w:t>vt 0.229414 0.963616</w:t>
        <w:br/>
        <w:t>vt 0.377532 0.960141</w:t>
        <w:br/>
        <w:t>vt 0.361602 0.960141</w:t>
        <w:br/>
        <w:t>vt 0.259112 0.960605</w:t>
        <w:br/>
        <w:t>vt 0.281988 0.961108</w:t>
        <w:br/>
        <w:t>vt 0.253983 0.960398</w:t>
        <w:br/>
        <w:t>vt 0.230444 0.925002</w:t>
        <w:br/>
        <w:t>vt 0.235219 0.924127</w:t>
        <w:br/>
        <w:t>vt 0.233378 0.927398</w:t>
        <w:br/>
        <w:t>vt 0.236715 0.934109</w:t>
        <w:br/>
        <w:t>vt 0.242909 0.932537</w:t>
        <w:br/>
        <w:t>vt 0.241020 0.928533</w:t>
        <w:br/>
        <w:t>vt 0.243676 0.926755</w:t>
        <w:br/>
        <w:t>vt 0.247419 0.930577</w:t>
        <w:br/>
        <w:t>vt 0.296704 0.909564</w:t>
        <w:br/>
        <w:t>vt 0.288233 0.913627</w:t>
        <w:br/>
        <w:t>vt 0.304509 0.996726</w:t>
        <w:br/>
        <w:t>vt 0.303958 0.993349</w:t>
        <w:br/>
        <w:t>vt 0.308428 0.991502</w:t>
        <w:br/>
        <w:t>vt 0.308658 0.993814</w:t>
        <w:br/>
        <w:t>vt 0.314393 0.905712</w:t>
        <w:br/>
        <w:t>vt 0.309266 0.906987</w:t>
        <w:br/>
        <w:t>vt 0.311622 0.903384</w:t>
        <w:br/>
        <w:t>vt 0.315920 0.991320</w:t>
        <w:br/>
        <w:t>vt 0.315580 0.993768</w:t>
        <w:br/>
        <w:t>vt 0.318738 0.902688</w:t>
        <w:br/>
        <w:t>vt 0.309510 0.886269</w:t>
        <w:br/>
        <w:t>vt 0.308862 0.895958</w:t>
        <w:br/>
        <w:t>vt 0.297556 0.897640</w:t>
        <w:br/>
        <w:t>vt 0.297889 0.881492</w:t>
        <w:br/>
        <w:t>vt 0.222689 0.857348</w:t>
        <w:br/>
        <w:t>vt 0.231186 0.857348</w:t>
        <w:br/>
        <w:t>vt 0.315507 0.996726</w:t>
        <w:br/>
        <w:t>vt 0.304509 0.996726</w:t>
        <w:br/>
        <w:t>vt 0.308658 0.993814</w:t>
        <w:br/>
        <w:t>vt 0.315580 0.993768</w:t>
        <w:br/>
        <w:t>vt 0.297463 0.870632</w:t>
        <w:br/>
        <w:t>vt 0.323240 0.992101</w:t>
        <w:br/>
        <w:t>vt 0.327155 0.994346</w:t>
        <w:br/>
        <w:t>vt 0.325322 0.996726</w:t>
        <w:br/>
        <w:t>vt 0.322285 0.994053</w:t>
        <w:br/>
        <w:t>vt 0.393567 0.934225</w:t>
        <w:br/>
        <w:t>vt 0.393567 0.936413</w:t>
        <w:br/>
        <w:t>vt 0.347140 0.906492</w:t>
        <w:br/>
        <w:t>vt 0.350340 0.903420</w:t>
        <w:br/>
        <w:t>vt 0.353608 0.907782</w:t>
        <w:br/>
        <w:t>vt 0.330369 0.897429</w:t>
        <w:br/>
        <w:t>vt 0.340871 0.899313</w:t>
        <w:br/>
        <w:t>vt 0.339689 0.903231</w:t>
        <w:br/>
        <w:t>vt 0.330744 0.901891</w:t>
        <w:br/>
        <w:t>vt 0.309773 0.870708</w:t>
        <w:br/>
        <w:t>vt 0.309758 0.878046</w:t>
        <w:br/>
        <w:t>vt 0.239681 0.857348</w:t>
        <w:br/>
        <w:t>vt 0.322285 0.994053</w:t>
        <w:br/>
        <w:t>vt 0.325322 0.996726</w:t>
        <w:br/>
        <w:t>vt 0.339797 0.908263</w:t>
        <w:br/>
        <w:t>vt 0.330890 0.910707</w:t>
        <w:br/>
        <w:t>vt 0.343256 0.919174</w:t>
        <w:br/>
        <w:t>vt 0.349186 0.921923</w:t>
        <w:br/>
        <w:t>vt 0.342680 0.929819</w:t>
        <w:br/>
        <w:t>vt 0.338855 0.925457</w:t>
        <w:br/>
        <w:t>vt 0.393567 0.981994</w:t>
        <w:br/>
        <w:t>vt 0.393567 0.981994</w:t>
        <w:br/>
        <w:t>vt 0.293183 0.919970</w:t>
        <w:br/>
        <w:t>vt 0.311138 0.914959</w:t>
        <w:br/>
        <w:t>vt 0.314848 0.915034</w:t>
        <w:br/>
        <w:t>vt 0.314344 0.921153</w:t>
        <w:br/>
        <w:t>vt 0.310563 0.922165</w:t>
        <w:br/>
        <w:t>vt 0.324300 0.906951</w:t>
        <w:br/>
        <w:t>vt 0.316113 0.990109</w:t>
        <w:br/>
        <w:t>vt 0.323779 0.991193</w:t>
        <w:br/>
        <w:t>vt 0.316337 0.988864</w:t>
        <w:br/>
        <w:t>vt 0.324300 0.990174</w:t>
        <w:br/>
        <w:t>vt 0.327777 0.993236</w:t>
        <w:br/>
        <w:t>vt 0.328551 0.991974</w:t>
        <w:br/>
        <w:t>vt 0.393567 0.937443</w:t>
        <w:br/>
        <w:t>vt 0.393567 0.938530</w:t>
        <w:br/>
        <w:t>vt 0.303690 0.991732</w:t>
        <w:br/>
        <w:t>vt 0.303814 0.990072</w:t>
        <w:br/>
        <w:t>vt 0.308328 0.990365</w:t>
        <w:br/>
        <w:t>vt 0.308316 0.989110</w:t>
        <w:br/>
        <w:t>vt 0.304884 0.975442</w:t>
        <w:br/>
        <w:t>vt 0.309450 0.975303</w:t>
        <w:br/>
        <w:t>vt 0.393567 0.949331</w:t>
        <w:br/>
        <w:t>vt 0.328908 0.978492</w:t>
        <w:br/>
        <w:t>vt 0.333432 0.979100</w:t>
        <w:br/>
        <w:t>vt 0.318226 0.975732</w:t>
        <w:br/>
        <w:t>vt 0.306519 0.909698</w:t>
        <w:br/>
        <w:t>vt 0.306812 0.903145</w:t>
        <w:br/>
        <w:t>vt 0.317896 0.887381</w:t>
        <w:br/>
        <w:t>vt 0.315841 0.899092</w:t>
        <w:br/>
        <w:t>vt 0.309637 0.865225</w:t>
        <w:br/>
        <w:t>vt 0.316117 0.865225</w:t>
        <w:br/>
        <w:t>vt 0.317153 0.869828</w:t>
        <w:br/>
        <w:t>vt 0.318115 0.878641</w:t>
        <w:br/>
        <w:t>vt 0.336494 0.930769</w:t>
        <w:br/>
        <w:t>vt 0.338144 0.933698</w:t>
        <w:br/>
        <w:t>vt 0.327116 0.935264</w:t>
        <w:br/>
        <w:t>vt 0.328713 0.928187</w:t>
        <w:br/>
        <w:t>vt 0.359490 0.911803</w:t>
        <w:br/>
        <w:t>vt 0.354283 0.914879</w:t>
        <w:br/>
        <w:t>vt 0.341193 0.931860</w:t>
        <w:br/>
        <w:t>vt 0.338322 0.927771</w:t>
        <w:br/>
        <w:t>vt 0.342680 0.929819</w:t>
        <w:br/>
        <w:t>vt 0.315321 0.928746</w:t>
        <w:br/>
        <w:t>vt 0.317578 0.929664</w:t>
        <w:br/>
        <w:t>vt 0.315946 0.932134</w:t>
        <w:br/>
        <w:t>vt 0.311821 0.929738</w:t>
        <w:br/>
        <w:t>vt 0.307188 0.917481</w:t>
        <w:br/>
        <w:t>vt 0.309590 0.931187</w:t>
        <w:br/>
        <w:t>vt 0.321366 0.932996</w:t>
        <w:br/>
        <w:t>vt 0.323844 0.928872</w:t>
        <w:br/>
        <w:t>vt 0.334556 0.925819</w:t>
        <w:br/>
        <w:t>vt 0.329472 0.924929</w:t>
        <w:br/>
        <w:t>vt 0.330062 0.922857</w:t>
        <w:br/>
        <w:t>vt 0.335329 0.923666</w:t>
        <w:br/>
        <w:t>vt 0.338855 0.925457</w:t>
        <w:br/>
        <w:t>vt 0.320684 0.924909</w:t>
        <w:br/>
        <w:t>vt 0.324973 0.923305</w:t>
        <w:br/>
        <w:t>vt 0.324733 0.925233</w:t>
        <w:br/>
        <w:t>vt 0.320845 0.926707</w:t>
        <w:br/>
        <w:t>vt 0.338260 0.950512</w:t>
        <w:br/>
        <w:t>vt 0.323653 0.949868</w:t>
        <w:br/>
        <w:t>vt 0.326110 0.938253</w:t>
        <w:br/>
        <w:t>vt 0.342835 0.935378</w:t>
        <w:br/>
        <w:t>vt 0.343051 0.951505</w:t>
        <w:br/>
        <w:t>vt 0.348042 0.934594</w:t>
        <w:br/>
        <w:t>vt 0.393567 0.971001</w:t>
        <w:br/>
        <w:t>vt 0.294184 0.931725</w:t>
        <w:br/>
        <w:t>vt 0.306657 0.945100</w:t>
        <w:br/>
        <w:t>vt 0.315946 0.932134</w:t>
        <w:br/>
        <w:t>vt 0.312005 0.946565</w:t>
        <w:br/>
        <w:t>vt 0.306657 0.945100</w:t>
        <w:br/>
        <w:t>vt 0.320925 0.962336</w:t>
        <w:br/>
        <w:t>vt 0.333753 0.965296</w:t>
        <w:br/>
        <w:t>vt 0.333753 0.965296</w:t>
        <w:br/>
        <w:t>vt 0.338317 0.965651</w:t>
        <w:br/>
        <w:t>vt 0.393567 0.960141</w:t>
        <w:br/>
        <w:t>vt 0.305714 0.960017</w:t>
        <w:br/>
        <w:t>vt 0.310826 0.960983</w:t>
        <w:br/>
        <w:t>vt 0.338144 0.933698</w:t>
        <w:br/>
        <w:t>vt 0.327116 0.935264</w:t>
        <w:br/>
        <w:t>vt 0.338322 0.927771</w:t>
        <w:br/>
        <w:t>vt 0.336494 0.930769</w:t>
        <w:br/>
        <w:t>vt 0.334556 0.925819</w:t>
        <w:br/>
        <w:t>vt 0.341193 0.931860</w:t>
        <w:br/>
        <w:t>vt 0.338144 0.933698</w:t>
        <w:br/>
        <w:t>vt 0.321366 0.932996</w:t>
        <w:br/>
        <w:t>vt 0.317578 0.929664</w:t>
        <w:br/>
        <w:t>vt 0.320845 0.926707</w:t>
        <w:br/>
        <w:t>vt 0.323844 0.928872</w:t>
        <w:br/>
        <w:t>vt 0.321366 0.932996</w:t>
        <w:br/>
        <w:t>vt 0.324733 0.925233</w:t>
        <w:br/>
        <w:t>vt 0.329472 0.924929</w:t>
        <w:br/>
        <w:t>vt 0.328713 0.928187</w:t>
        <w:br/>
        <w:t>vt 0.251393 0.932521</w:t>
        <w:br/>
        <w:t>vt 0.328130 0.917338</w:t>
        <w:br/>
        <w:t>vt 0.339074 0.911394</w:t>
        <w:br/>
        <w:t>vt 0.321507 0.919789</w:t>
        <w:br/>
        <w:t>vt 0.323148 0.913841</w:t>
        <w:br/>
        <w:t>vt 0.319021 0.905118</w:t>
        <w:br/>
        <w:t>vt 0.309590 0.931187</w:t>
        <w:br/>
        <w:t>vt 0.303128 0.909409</w:t>
        <w:br/>
        <w:t>vt 0.305927 0.931360</w:t>
        <w:br/>
        <w:t>vt 0.303094 0.918855</w:t>
        <w:br/>
        <w:t>vt 0.260032 0.919308</w:t>
        <w:br/>
        <w:t>vt 0.254941 0.929777</w:t>
        <w:br/>
        <w:t>vt 0.257113 0.930749</w:t>
        <w:br/>
        <w:t>vt 0.248383 0.933549</w:t>
        <w:br/>
        <w:t>vt 0.224996 0.933688</w:t>
        <w:br/>
        <w:t>vt 0.227764 0.927212</w:t>
        <w:br/>
        <w:t>vt 0.229008 0.932818</w:t>
        <w:br/>
        <w:t>vt 0.224996 0.933688</w:t>
        <w:br/>
        <w:t>vt 0.249889 0.906725</w:t>
        <w:br/>
        <w:t>vt 0.242004 0.911502</w:t>
        <w:br/>
        <w:t>vt 0.240693 0.922844</w:t>
        <w:br/>
        <w:t>vt 0.228224 0.923647</w:t>
        <w:br/>
        <w:t>vt 0.226720 0.909254</w:t>
        <w:br/>
        <w:t>vt 0.224823 0.928882</w:t>
        <w:br/>
        <w:t>vt 0.220701 0.931352</w:t>
        <w:br/>
        <w:t>vt 0.221375 0.933503</w:t>
        <w:br/>
        <w:t>vt 0.220701 0.931352</w:t>
        <w:br/>
        <w:t>vt 0.218264 0.931716</w:t>
        <w:br/>
        <w:t>vt 0.216915 0.933348</w:t>
        <w:br/>
        <w:t>vt 0.215708 0.901198</w:t>
        <w:br/>
        <w:t>vt 0.235209 0.922329</w:t>
        <w:br/>
        <w:t>vt 0.250465 0.910802</w:t>
        <w:br/>
        <w:t>vt 0.255676 0.911679</w:t>
        <w:br/>
        <w:t>vt 0.260481 0.911961</w:t>
        <w:br/>
        <w:t>vt 0.269661 0.895689</w:t>
        <w:br/>
        <w:t>vt 0.281988 0.897324</w:t>
        <w:br/>
        <w:t>vt 0.210952 0.907803</w:t>
        <w:br/>
        <w:t>vt 0.345944 0.932830</w:t>
        <w:br/>
        <w:t>vt 0.348042 0.934594</w:t>
        <w:br/>
        <w:t>vt 0.342835 0.935378</w:t>
        <w:br/>
        <w:t>vt 0.342835 0.935378</w:t>
        <w:br/>
        <w:t>vt 0.351211 0.913297</w:t>
        <w:br/>
        <w:t>vt 0.346334 0.911312</w:t>
        <w:br/>
        <w:t>vt 0.337306 0.917728</w:t>
        <w:br/>
        <w:t>vt 0.335329 0.923666</w:t>
        <w:br/>
        <w:t>vt 0.352345 0.923683</w:t>
        <w:br/>
        <w:t>vt 0.345944 0.932830</w:t>
        <w:br/>
        <w:t>vt 0.354528 0.924827</w:t>
        <w:br/>
        <w:t>vt 0.393567 0.996524</w:t>
        <w:br/>
        <w:t>vt 0.296704 0.909564</w:t>
        <w:br/>
        <w:t>vt 0.255181 0.882383</w:t>
        <w:br/>
        <w:t>vt 0.330062 0.922857</w:t>
        <w:br/>
        <w:t>vt 0.324973 0.923305</w:t>
        <w:br/>
        <w:t>vt 0.320684 0.924909</w:t>
        <w:br/>
        <w:t>vt 0.315321 0.928746</w:t>
        <w:br/>
        <w:t>vt 0.311821 0.929738</w:t>
        <w:br/>
        <w:t>vt 0.230695 0.897287</w:t>
        <w:br/>
        <w:t>vt 0.254960 0.907771</w:t>
        <w:br/>
        <w:t>vt 0.175586 0.576510</w:t>
        <w:br/>
        <w:t>vt 0.171795 0.573044</w:t>
        <w:br/>
        <w:t>vt 0.171795 0.575877</w:t>
        <w:br/>
        <w:t>vt 0.175586 0.576510</w:t>
        <w:br/>
        <w:t>vt 0.171795 0.575877</w:t>
        <w:br/>
        <w:t>vt 0.171795 0.573044</w:t>
        <w:br/>
        <w:t>vt 0.175586 0.549170</w:t>
        <w:br/>
        <w:t>vt 0.171795 0.548133</w:t>
        <w:br/>
        <w:t>vt 0.171795 0.550902</w:t>
        <w:br/>
        <w:t>vt 0.175586 0.549170</w:t>
        <w:br/>
        <w:t>vt 0.171795 0.550902</w:t>
        <w:br/>
        <w:t>vt 0.171795 0.548133</w:t>
        <w:br/>
        <w:t>vt 0.175586 0.657029</w:t>
        <w:br/>
        <w:t>vt 0.171795 0.657150</w:t>
        <w:br/>
        <w:t>vt 0.171795 0.657150</w:t>
        <w:br/>
        <w:t>vt 0.175586 0.657029</w:t>
        <w:br/>
        <w:t>vt 0.171795 0.527292</w:t>
        <w:br/>
        <w:t>vt 0.171795 0.533026</w:t>
        <w:br/>
        <w:t>vt 0.175586 0.532488</w:t>
        <w:br/>
        <w:t>vt 0.175586 0.526149</w:t>
        <w:br/>
        <w:t>vt 0.175586 0.526149</w:t>
        <w:br/>
        <w:t>vt 0.171795 0.527292</w:t>
        <w:br/>
        <w:t>vt 0.171795 0.516239</w:t>
        <w:br/>
        <w:t>vt 0.175586 0.515565</w:t>
        <w:br/>
        <w:t>vt 0.171795 0.500266</w:t>
        <w:br/>
        <w:t>vt 0.171795 0.488823</w:t>
        <w:br/>
        <w:t>vt 0.175586 0.487685</w:t>
        <w:br/>
        <w:t>vt 0.175586 0.500334</w:t>
        <w:br/>
        <w:t>vt 0.171795 0.488823</w:t>
        <w:br/>
        <w:t>vt 0.171795 0.500266</w:t>
        <w:br/>
        <w:t>vt 0.175586 0.500334</w:t>
        <w:br/>
        <w:t>vt 0.175586 0.487685</w:t>
        <w:br/>
        <w:t>vt 0.144844 0.526655</w:t>
        <w:br/>
        <w:t>vt 0.171795 0.527292</w:t>
        <w:br/>
        <w:t>vt 0.171795 0.533026</w:t>
        <w:br/>
        <w:t>vt 0.144844 0.532636</w:t>
        <w:br/>
        <w:t>vt 0.144844 0.547921</w:t>
        <w:br/>
        <w:t>vt 0.144844 0.550668</w:t>
        <w:br/>
        <w:t>vt 0.171795 0.550902</w:t>
        <w:br/>
        <w:t>vt 0.171795 0.548133</w:t>
        <w:br/>
        <w:t>vt 0.144844 0.572626</w:t>
        <w:br/>
        <w:t>vt 0.144844 0.575366</w:t>
        <w:br/>
        <w:t>vt 0.171795 0.575877</w:t>
        <w:br/>
        <w:t>vt 0.171795 0.573044</w:t>
        <w:br/>
        <w:t>vt 0.144844 0.657530</w:t>
        <w:br/>
        <w:t>vt 0.171795 0.657150</w:t>
        <w:br/>
        <w:t>vt 0.144844 0.681516</w:t>
        <w:br/>
        <w:t>vt 0.170005 0.681516</w:t>
        <w:br/>
        <w:t>vt 0.168653 0.676229</w:t>
        <w:br/>
        <w:t>vt 0.144844 0.676229</w:t>
        <w:br/>
        <w:t>vt 0.209425 0.661378</w:t>
        <w:br/>
        <w:t>vt 0.179989 0.661378</w:t>
        <w:br/>
        <w:t>vt 0.179989 0.581759</w:t>
        <w:br/>
        <w:t>vt 0.209425 0.581759</w:t>
        <w:br/>
        <w:t>vt 0.208034 0.545372</w:t>
        <w:br/>
        <w:t>vt 0.180281 0.545372</w:t>
        <w:br/>
        <w:t>vt 0.180281 0.540003</w:t>
        <w:br/>
        <w:t>vt 0.208034 0.540003</w:t>
        <w:br/>
        <w:t>vt 0.208034 0.515737</w:t>
        <w:br/>
        <w:t>vt 0.208034 0.505409</w:t>
        <w:br/>
        <w:t>vt 0.180281 0.505409</w:t>
        <w:br/>
        <w:t>vt 0.180281 0.515737</w:t>
        <w:br/>
        <w:t>vt 0.156875 0.480440</w:t>
        <w:br/>
        <w:t>vt 0.156854 0.484320</w:t>
        <w:br/>
        <w:t>vt 0.144844 0.484320</w:t>
        <w:br/>
        <w:t>vt 0.144844 0.480440</w:t>
        <w:br/>
        <w:t>vt 0.171795 0.500266</w:t>
        <w:br/>
        <w:t>vt 0.144844 0.500036</w:t>
        <w:br/>
        <w:t>vt 0.144844 0.489379</w:t>
        <w:br/>
        <w:t>vt 0.171795 0.488823</w:t>
        <w:br/>
        <w:t>vt 0.171795 0.558068</w:t>
        <w:br/>
        <w:t>vt 0.175586 0.557269</w:t>
        <w:br/>
        <w:t>vt 0.175586 0.567781</w:t>
        <w:br/>
        <w:t>vt 0.171795 0.566269</w:t>
        <w:br/>
        <w:t>vt 0.144844 0.565860</w:t>
        <w:br/>
        <w:t>vt 0.144844 0.557774</w:t>
        <w:br/>
        <w:t>vt 0.171795 0.558068</w:t>
        <w:br/>
        <w:t>vt 0.171795 0.566269</w:t>
        <w:br/>
        <w:t>vt 0.171795 0.558068</w:t>
        <w:br/>
        <w:t>vt 0.171795 0.566269</w:t>
        <w:br/>
        <w:t>vt 0.175586 0.567781</w:t>
        <w:br/>
        <w:t>vt 0.175586 0.557269</w:t>
        <w:br/>
        <w:t>vt 0.208360 0.488275</w:t>
        <w:br/>
        <w:t>vt 0.182239 0.488275</w:t>
        <w:br/>
        <w:t>vt 0.182239 0.480109</w:t>
        <w:br/>
        <w:t>vt 0.208360 0.480109</w:t>
        <w:br/>
        <w:t>vt 0.171795 0.550902</w:t>
        <w:br/>
        <w:t>vt 0.144844 0.550668</w:t>
        <w:br/>
        <w:t>vt 0.171795 0.558068</w:t>
        <w:br/>
        <w:t>vt 0.144844 0.572626</w:t>
        <w:br/>
        <w:t>vt 0.171795 0.573044</w:t>
        <w:br/>
        <w:t>vt 0.171795 0.566269</w:t>
        <w:br/>
        <w:t>vt 0.182239 0.494701</w:t>
        <w:br/>
        <w:t>vt 0.208360 0.494701</w:t>
        <w:br/>
        <w:t>vt 0.208360 0.488275</w:t>
        <w:br/>
        <w:t>vt 0.208360 0.473746</w:t>
        <w:br/>
        <w:t>vt 0.182239 0.473746</w:t>
        <w:br/>
        <w:t>vt 0.208360 0.480109</w:t>
        <w:br/>
        <w:t>vt 0.144844 0.538924</w:t>
        <w:br/>
        <w:t>vt 0.171795 0.539295</w:t>
        <w:br/>
        <w:t>vt 0.171795 0.539295</w:t>
        <w:br/>
        <w:t>vt 0.175586 0.538097</w:t>
        <w:br/>
        <w:t>vt 0.180281 0.550851</w:t>
        <w:br/>
        <w:t>vt 0.208034 0.550851</w:t>
        <w:br/>
        <w:t>vt 0.208034 0.545372</w:t>
        <w:br/>
        <w:t>vt 0.175586 0.538097</w:t>
        <w:br/>
        <w:t>vt 0.171795 0.539295</w:t>
        <w:br/>
        <w:t>vt 0.171795 0.533026</w:t>
        <w:br/>
        <w:t>vt 0.175586 0.532488</w:t>
        <w:br/>
        <w:t>vt 0.144844 0.516210</w:t>
        <w:br/>
        <w:t>vt 0.171795 0.516239</w:t>
        <w:br/>
        <w:t>vt 0.171795 0.500266</w:t>
        <w:br/>
        <w:t>vt 0.171795 0.516239</w:t>
        <w:br/>
        <w:t>vt 0.175586 0.515565</w:t>
        <w:br/>
        <w:t>vt 0.180281 0.530405</w:t>
        <w:br/>
        <w:t>vt 0.208034 0.530405</w:t>
        <w:br/>
        <w:t>vt 0.144844 0.670732</w:t>
        <w:br/>
        <w:t>vt 0.171795 0.670755</w:t>
        <w:br/>
        <w:t>vt 0.175586 0.672566</w:t>
        <w:br/>
        <w:t>vt 0.171795 0.670755</w:t>
        <w:br/>
        <w:t>vt 0.209425 0.568924</w:t>
        <w:br/>
        <w:t>vt 0.179989 0.568924</w:t>
        <w:br/>
        <w:t>vt 0.175586 0.672566</w:t>
        <w:br/>
        <w:t>vt 0.171795 0.670755</w:t>
        <w:br/>
        <w:t>vt 0.168653 0.676229</w:t>
        <w:br/>
        <w:t>vt 0.144844 0.676229</w:t>
        <w:br/>
        <w:t>vt 0.171795 0.670755</w:t>
        <w:br/>
        <w:t>vt 0.179989 0.563187</w:t>
        <w:br/>
        <w:t>vt 0.206161 0.563187</w:t>
        <w:br/>
        <w:t>vt 0.170797 0.480440</w:t>
        <w:br/>
        <w:t>vt 0.168602 0.484320</w:t>
        <w:br/>
        <w:t>vt 0.170797 0.480440</w:t>
        <w:br/>
        <w:t>vt 0.168602 0.484320</w:t>
        <w:br/>
        <w:t>vt 0.156854 0.484320</w:t>
        <w:br/>
        <w:t>vt 0.171795 0.488823</w:t>
        <w:br/>
        <w:t>vt 0.168602 0.484320</w:t>
        <w:br/>
        <w:t>vt 0.192430 0.500909</w:t>
        <w:br/>
        <w:t>vt 0.204453 0.500909</w:t>
        <w:br/>
        <w:t>vt 0.170005 0.681516</w:t>
        <w:br/>
        <w:t>vt 0.168653 0.676229</w:t>
        <w:br/>
        <w:t>vt 0.256238 0.583065</w:t>
        <w:br/>
        <w:t>vt 0.256238 0.586302</w:t>
        <w:br/>
        <w:t>vt 0.238173 0.587343</w:t>
        <w:br/>
        <w:t>vt 0.238173 0.583894</w:t>
        <w:br/>
        <w:t>vt 0.238173 0.595770</w:t>
        <w:br/>
        <w:t>vt 0.238173 0.590139</w:t>
        <w:br/>
        <w:t>vt 0.256238 0.589110</w:t>
        <w:br/>
        <w:t>vt 0.256238 0.596169</w:t>
        <w:br/>
        <w:t>vt 0.238362 0.498691</w:t>
        <w:br/>
        <w:t>vt 0.256238 0.498303</w:t>
        <w:br/>
        <w:t>vt 0.256238 0.509112</w:t>
        <w:br/>
        <w:t>vt 0.238362 0.510098</w:t>
        <w:br/>
        <w:t>vt 0.256238 0.602816</w:t>
        <w:br/>
        <w:t>vt 0.238173 0.602816</w:t>
        <w:br/>
        <w:t>vt 0.256238 0.571644</w:t>
        <w:br/>
        <w:t>vt 0.238362 0.572582</w:t>
        <w:br/>
        <w:t>vt 0.238362 0.561019</w:t>
        <w:br/>
        <w:t>vt 0.256238 0.559757</w:t>
        <w:br/>
        <w:t>vt 0.232209 0.504296</w:t>
        <w:br/>
        <w:t>vt 0.214538 0.504296</w:t>
        <w:br/>
        <w:t>vt 0.214538 0.501695</w:t>
        <w:br/>
        <w:t>vt 0.232209 0.501695</w:t>
        <w:br/>
        <w:t>vt 0.214538 0.499143</w:t>
        <w:br/>
        <w:t>vt 0.214538 0.493410</w:t>
        <w:br/>
        <w:t>vt 0.232209 0.493410</w:t>
        <w:br/>
        <w:t>vt 0.232209 0.499143</w:t>
        <w:br/>
        <w:t>vt 0.214538 0.589940</w:t>
        <w:br/>
        <w:t>vt 0.214538 0.578365</w:t>
        <w:br/>
        <w:t>vt 0.232209 0.578365</w:t>
        <w:br/>
        <w:t>vt 0.232209 0.589940</w:t>
        <w:br/>
        <w:t>vt 0.214538 0.485813</w:t>
        <w:br/>
        <w:t>vt 0.232209 0.485813</w:t>
        <w:br/>
        <w:t>vt 0.214538 0.526918</w:t>
        <w:br/>
        <w:t>vt 0.214538 0.515473</w:t>
        <w:br/>
        <w:t>vt 0.232209 0.515473</w:t>
        <w:br/>
        <w:t>vt 0.232209 0.526918</w:t>
        <w:br/>
        <w:t>vt 0.238173 0.583894</w:t>
        <w:br/>
        <w:t>vt 0.238173 0.587343</w:t>
        <w:br/>
        <w:t>vt 0.236807 0.587269</w:t>
        <w:br/>
        <w:t>vt 0.236807 0.583545</w:t>
        <w:br/>
        <w:t>vt 0.256238 0.583065</w:t>
        <w:br/>
        <w:t>vt 0.257756 0.582614</w:t>
        <w:br/>
        <w:t>vt 0.257756 0.585849</w:t>
        <w:br/>
        <w:t>vt 0.256238 0.586302</w:t>
        <w:br/>
        <w:t>vt 0.238173 0.595770</w:t>
        <w:br/>
        <w:t>vt 0.236807 0.596876</w:t>
        <w:br/>
        <w:t>vt 0.236807 0.590752</w:t>
        <w:br/>
        <w:t>vt 0.238173 0.590139</w:t>
        <w:br/>
        <w:t>vt 0.256238 0.596169</w:t>
        <w:br/>
        <w:t>vt 0.256238 0.589110</w:t>
        <w:br/>
        <w:t>vt 0.257756 0.589658</w:t>
        <w:br/>
        <w:t>vt 0.257756 0.595350</w:t>
        <w:br/>
        <w:t>vt 0.238362 0.498691</w:t>
        <w:br/>
        <w:t>vt 0.238362 0.510098</w:t>
        <w:br/>
        <w:t>vt 0.236807 0.510100</w:t>
        <w:br/>
        <w:t>vt 0.236807 0.498481</w:t>
        <w:br/>
        <w:t>vt 0.257756 0.485327</w:t>
        <w:br/>
        <w:t>vt 0.256238 0.487217</w:t>
        <w:br/>
        <w:t>vt 0.238362 0.487163</w:t>
        <w:br/>
        <w:t>vt 0.236807 0.485327</w:t>
        <w:br/>
        <w:t>vt 0.256238 0.498303</w:t>
        <w:br/>
        <w:t>vt 0.257756 0.497822</w:t>
        <w:br/>
        <w:t>vt 0.257756 0.508613</w:t>
        <w:br/>
        <w:t>vt 0.256238 0.509112</w:t>
        <w:br/>
        <w:t>vt 0.257756 0.603737</w:t>
        <w:br/>
        <w:t>vt 0.256238 0.602816</w:t>
        <w:br/>
        <w:t>vt 0.238173 0.602816</w:t>
        <w:br/>
        <w:t>vt 0.256238 0.602816</w:t>
        <w:br/>
        <w:t>vt 0.257756 0.603737</w:t>
        <w:br/>
        <w:t>vt 0.236807 0.603737</w:t>
        <w:br/>
        <w:t>vt 0.238173 0.602816</w:t>
        <w:br/>
        <w:t>vt 0.236807 0.603737</w:t>
        <w:br/>
        <w:t>vt 0.256238 0.559757</w:t>
        <w:br/>
        <w:t>vt 0.257756 0.559734</w:t>
        <w:br/>
        <w:t>vt 0.257756 0.571098</w:t>
        <w:br/>
        <w:t>vt 0.256238 0.571644</w:t>
        <w:br/>
        <w:t>vt 0.238362 0.561019</w:t>
        <w:br/>
        <w:t>vt 0.238362 0.572582</w:t>
        <w:br/>
        <w:t>vt 0.236807 0.572298</w:t>
        <w:br/>
        <w:t>vt 0.236807 0.561178</w:t>
        <w:br/>
        <w:t>vt 0.257756 0.540344</w:t>
        <w:br/>
        <w:t>vt 0.257756 0.547057</w:t>
        <w:br/>
        <w:t>vt 0.256238 0.546806</w:t>
        <w:br/>
        <w:t>vt 0.256238 0.540144</w:t>
        <w:br/>
        <w:t>vt 0.214538 0.545368</w:t>
        <w:br/>
        <w:t>vt 0.214538 0.539307</w:t>
        <w:br/>
        <w:t>vt 0.232209 0.539307</w:t>
        <w:br/>
        <w:t>vt 0.232209 0.545368</w:t>
        <w:br/>
        <w:t>vt 0.238362 0.541645</w:t>
        <w:br/>
        <w:t>vt 0.238362 0.548507</w:t>
        <w:br/>
        <w:t>vt 0.236807 0.548629</w:t>
        <w:br/>
        <w:t>vt 0.236807 0.541931</w:t>
        <w:br/>
        <w:t>vt 0.256238 0.546806</w:t>
        <w:br/>
        <w:t>vt 0.238362 0.548507</w:t>
        <w:br/>
        <w:t>vt 0.238362 0.541645</w:t>
        <w:br/>
        <w:t>vt 0.256238 0.540144</w:t>
        <w:br/>
        <w:t>vt 0.238362 0.556455</w:t>
        <w:br/>
        <w:t>vt 0.256238 0.554858</w:t>
        <w:br/>
        <w:t>vt 0.238362 0.538538</w:t>
        <w:br/>
        <w:t>vt 0.256238 0.537139</w:t>
        <w:br/>
        <w:t>vt 0.232209 0.532358</w:t>
        <w:br/>
        <w:t>vt 0.214538 0.532358</w:t>
        <w:br/>
        <w:t>vt 0.232209 0.549139</w:t>
        <w:br/>
        <w:t>vt 0.214538 0.549139</w:t>
        <w:br/>
        <w:t>vt 0.256238 0.554858</w:t>
        <w:br/>
        <w:t>vt 0.257756 0.554505</w:t>
        <w:br/>
        <w:t>vt 0.236807 0.556148</w:t>
        <w:br/>
        <w:t>vt 0.238362 0.556455</w:t>
        <w:br/>
        <w:t>vt 0.238362 0.538538</w:t>
        <w:br/>
        <w:t>vt 0.236807 0.539018</w:t>
        <w:br/>
        <w:t>vt 0.256238 0.537139</w:t>
        <w:br/>
        <w:t>vt 0.257756 0.537231</w:t>
        <w:br/>
        <w:t>vt 0.236807 0.521982</w:t>
        <w:br/>
        <w:t>vt 0.238362 0.521891</w:t>
        <w:br/>
        <w:t>vt 0.232209 0.566266</w:t>
        <w:br/>
        <w:t>vt 0.214538 0.566266</w:t>
        <w:br/>
        <w:t>vt 0.257756 0.520236</w:t>
        <w:br/>
        <w:t>vt 0.256238 0.520661</w:t>
        <w:br/>
        <w:t>vt 0.238362 0.521891</w:t>
        <w:br/>
        <w:t>vt 0.256238 0.520661</w:t>
        <w:br/>
        <w:t>vt 0.232209 0.601896</w:t>
        <w:br/>
        <w:t>vt 0.214538 0.601896</w:t>
        <w:br/>
        <w:t>vt 0.256238 0.487217</w:t>
        <w:br/>
        <w:t>vt 0.257756 0.485327</w:t>
        <w:br/>
        <w:t>vt 0.238362 0.487163</w:t>
        <w:br/>
        <w:t>vt 0.256238 0.487217</w:t>
        <w:br/>
        <w:t>vt 0.238362 0.487163</w:t>
        <w:br/>
        <w:t>vt 0.236807 0.485327</w:t>
        <w:br/>
        <w:t>vt 0.550332 0.732878</w:t>
        <w:br/>
        <w:t>vt 0.562792 0.732256</w:t>
        <w:br/>
        <w:t>vt 0.562724 0.741145</w:t>
        <w:br/>
        <w:t>vt 0.550332 0.741352</w:t>
        <w:br/>
        <w:t>vt 0.550332 0.721543</w:t>
        <w:br/>
        <w:t>vt 0.562792 0.721761</w:t>
        <w:br/>
        <w:t>vt 0.550332 0.713648</w:t>
        <w:br/>
        <w:t>vt 0.562792 0.713648</w:t>
        <w:br/>
        <w:t>vt 0.578845 0.759829</w:t>
        <w:br/>
        <w:t>vt 0.578845 0.763662</w:t>
        <w:br/>
        <w:t>vt 0.572335 0.763662</w:t>
        <w:br/>
        <w:t>vt 0.572335 0.759829</w:t>
        <w:br/>
        <w:t>vt 0.578845 0.768863</w:t>
        <w:br/>
        <w:t>vt 0.572335 0.768863</w:t>
        <w:br/>
        <w:t>vt 0.578845 0.772818</w:t>
        <w:br/>
        <w:t>vt 0.572335 0.772818</w:t>
        <w:br/>
        <w:t>vt 0.548221 0.741092</w:t>
        <w:br/>
        <w:t>vt 0.548221 0.732748</w:t>
        <w:br/>
        <w:t>vt 0.550332 0.732878</w:t>
        <w:br/>
        <w:t>vt 0.550332 0.741352</w:t>
        <w:br/>
        <w:t>vt 0.562792 0.732256</w:t>
        <w:br/>
        <w:t>vt 0.564974 0.732309</w:t>
        <w:br/>
        <w:t>vt 0.564974 0.741218</w:t>
        <w:br/>
        <w:t>vt 0.562724 0.741145</w:t>
        <w:br/>
        <w:t>vt 0.548221 0.721066</w:t>
        <w:br/>
        <w:t>vt 0.550332 0.721543</w:t>
        <w:br/>
        <w:t>vt 0.562792 0.721761</w:t>
        <w:br/>
        <w:t>vt 0.564974 0.720914</w:t>
        <w:br/>
        <w:t>vt 0.548221 0.711298</w:t>
        <w:br/>
        <w:t>vt 0.564974 0.711298</w:t>
        <w:br/>
        <w:t>vt 0.562792 0.713648</w:t>
        <w:br/>
        <w:t>vt 0.550332 0.713648</w:t>
        <w:br/>
        <w:t>vt 0.548221 0.711298</w:t>
        <w:br/>
        <w:t>vt 0.550332 0.713648</w:t>
        <w:br/>
        <w:t>vt 0.562792 0.713648</w:t>
        <w:br/>
        <w:t>vt 0.564974 0.711298</w:t>
        <w:br/>
        <w:t>vt 0.562724 0.749526</w:t>
        <w:br/>
        <w:t>vt 0.550332 0.749858</w:t>
        <w:br/>
        <w:t>vt 0.562724 0.760570</w:t>
        <w:br/>
        <w:t>vt 0.550332 0.760805</w:t>
        <w:br/>
        <w:t>vt 0.562724 0.768420</w:t>
        <w:br/>
        <w:t>vt 0.550332 0.768420</w:t>
        <w:br/>
        <w:t>vt 0.572335 0.756044</w:t>
        <w:br/>
        <w:t>vt 0.578845 0.756044</w:t>
        <w:br/>
        <w:t>vt 0.572335 0.750920</w:t>
        <w:br/>
        <w:t>vt 0.578845 0.750920</w:t>
        <w:br/>
        <w:t>vt 0.572335 0.746981</w:t>
        <w:br/>
        <w:t>vt 0.578845 0.746981</w:t>
        <w:br/>
        <w:t>vt 0.550332 0.749858</w:t>
        <w:br/>
        <w:t>vt 0.548221 0.749707</w:t>
        <w:br/>
        <w:t>vt 0.562724 0.749526</w:t>
        <w:br/>
        <w:t>vt 0.564974 0.749838</w:t>
        <w:br/>
        <w:t>vt 0.548221 0.761051</w:t>
        <w:br/>
        <w:t>vt 0.550332 0.760805</w:t>
        <w:br/>
        <w:t>vt 0.562724 0.760570</w:t>
        <w:br/>
        <w:t>vt 0.564974 0.761002</w:t>
        <w:br/>
        <w:t>vt 0.562724 0.768420</w:t>
        <w:br/>
        <w:t>vt 0.564974 0.770774</w:t>
        <w:br/>
        <w:t>vt 0.548221 0.770774</w:t>
        <w:br/>
        <w:t>vt 0.550332 0.768420</w:t>
        <w:br/>
        <w:t>vt 0.550332 0.768420</w:t>
        <w:br/>
        <w:t>vt 0.548221 0.770774</w:t>
        <w:br/>
        <w:t>vt 0.562724 0.768420</w:t>
        <w:br/>
        <w:t>vt 0.564974 0.770774</w:t>
        <w:br/>
        <w:t>vt 0.599431 0.742715</w:t>
        <w:br/>
        <w:t>vt 0.599373 0.750982</w:t>
        <w:br/>
        <w:t>vt 0.586867 0.750826</w:t>
        <w:br/>
        <w:t>vt 0.586867 0.742265</w:t>
        <w:br/>
        <w:t>vt 0.586867 0.761998</w:t>
        <w:br/>
        <w:t>vt 0.599373 0.761828</w:t>
        <w:br/>
        <w:t>vt 0.599373 0.769994</w:t>
        <w:br/>
        <w:t>vt 0.586867 0.769994</w:t>
        <w:br/>
        <w:t>vt 0.574498 0.716688</w:t>
        <w:br/>
        <w:t>vt 0.580994 0.716688</w:t>
        <w:br/>
        <w:t>vt 0.580994 0.720572</w:t>
        <w:br/>
        <w:t>vt 0.574498 0.720572</w:t>
        <w:br/>
        <w:t>vt 0.574498 0.711513</w:t>
        <w:br/>
        <w:t>vt 0.580994 0.711513</w:t>
        <w:br/>
        <w:t>vt 0.574498 0.707530</w:t>
        <w:br/>
        <w:t>vt 0.580994 0.707530</w:t>
        <w:br/>
        <w:t>vt 0.586867 0.750826</w:t>
        <w:br/>
        <w:t>vt 0.584747 0.750852</w:t>
        <w:br/>
        <w:t>vt 0.584747 0.742283</w:t>
        <w:br/>
        <w:t>vt 0.586867 0.742265</w:t>
        <w:br/>
        <w:t>vt 0.599373 0.750982</w:t>
        <w:br/>
        <w:t>vt 0.599431 0.742715</w:t>
        <w:br/>
        <w:t>vt 0.601550 0.742213</w:t>
        <w:br/>
        <w:t>vt 0.601550 0.751284</w:t>
        <w:br/>
        <w:t>vt 0.586867 0.761998</w:t>
        <w:br/>
        <w:t>vt 0.584747 0.762313</w:t>
        <w:br/>
        <w:t>vt 0.599373 0.761828</w:t>
        <w:br/>
        <w:t>vt 0.601550 0.762599</w:t>
        <w:br/>
        <w:t>vt 0.599373 0.769994</w:t>
        <w:br/>
        <w:t>vt 0.601550 0.772222</w:t>
        <w:br/>
        <w:t>vt 0.584747 0.772222</w:t>
        <w:br/>
        <w:t>vt 0.586867 0.769994</w:t>
        <w:br/>
        <w:t>vt 0.586867 0.769994</w:t>
        <w:br/>
        <w:t>vt 0.584747 0.772222</w:t>
        <w:br/>
        <w:t>vt 0.599373 0.769994</w:t>
        <w:br/>
        <w:t>vt 0.601550 0.772222</w:t>
        <w:br/>
        <w:t>vt 0.586867 0.733676</w:t>
        <w:br/>
        <w:t>vt 0.599431 0.733977</w:t>
        <w:br/>
        <w:t>vt 0.586867 0.723191</w:t>
        <w:br/>
        <w:t>vt 0.599431 0.723241</w:t>
        <w:br/>
        <w:t>vt 0.586867 0.715219</w:t>
        <w:br/>
        <w:t>vt 0.599431 0.715219</w:t>
        <w:br/>
        <w:t>vt 0.580994 0.724295</w:t>
        <w:br/>
        <w:t>vt 0.574498 0.724295</w:t>
        <w:br/>
        <w:t>vt 0.580994 0.729345</w:t>
        <w:br/>
        <w:t>vt 0.574498 0.729345</w:t>
        <w:br/>
        <w:t>vt 0.580994 0.733323</w:t>
        <w:br/>
        <w:t>vt 0.574498 0.733323</w:t>
        <w:br/>
        <w:t>vt 0.586867 0.733676</w:t>
        <w:br/>
        <w:t>vt 0.584747 0.733945</w:t>
        <w:br/>
        <w:t>vt 0.599431 0.733977</w:t>
        <w:br/>
        <w:t>vt 0.601550 0.733900</w:t>
        <w:br/>
        <w:t>vt 0.584747 0.722731</w:t>
        <w:br/>
        <w:t>vt 0.586867 0.723191</w:t>
        <w:br/>
        <w:t>vt 0.599431 0.723241</w:t>
        <w:br/>
        <w:t>vt 0.601550 0.722852</w:t>
        <w:br/>
        <w:t>vt 0.584747 0.713000</w:t>
        <w:br/>
        <w:t>vt 0.601550 0.713000</w:t>
        <w:br/>
        <w:t>vt 0.599431 0.715219</w:t>
        <w:br/>
        <w:t>vt 0.586867 0.715219</w:t>
        <w:br/>
        <w:t>vt 0.584747 0.713000</w:t>
        <w:br/>
        <w:t>vt 0.586867 0.715219</w:t>
        <w:br/>
        <w:t>vt 0.599431 0.715219</w:t>
        <w:br/>
        <w:t>vt 0.601550 0.713000</w:t>
        <w:br/>
        <w:t>vt 0.171795 0.516239</w:t>
        <w:br/>
        <w:t>vt 0.208034 0.530405</w:t>
        <w:br/>
        <w:t>vt 0.171795 0.539295</w:t>
        <w:br/>
        <w:t>vt 0.180281 0.559556</w:t>
        <w:br/>
        <w:t>vt 0.208034 0.559556</w:t>
        <w:br/>
        <w:t>vt 0.156875 0.480440</w:t>
        <w:br/>
        <w:t>vt 0.156854 0.484320</w:t>
        <w:br/>
        <w:t>vt 0.662258 0.879538</w:t>
        <w:br/>
        <w:t>vt 0.658172 0.874516</w:t>
        <w:br/>
        <w:t>vt 0.662293 0.874622</w:t>
        <w:br/>
        <w:t>vt 0.627441 0.854034</w:t>
        <w:br/>
        <w:t>vt 0.631474 0.853895</w:t>
        <w:br/>
        <w:t>vt 0.631474 0.875019</w:t>
        <w:br/>
        <w:t>vt 0.627441 0.874966</w:t>
        <w:br/>
        <w:t>vt 0.609880 0.854034</w:t>
        <w:br/>
        <w:t>vt 0.605847 0.849784</w:t>
        <w:br/>
        <w:t>vt 0.631474 0.849784</w:t>
        <w:br/>
        <w:t>vt 0.605847 0.875010</w:t>
        <w:br/>
        <w:t>vt 0.605847 0.853941</w:t>
        <w:br/>
        <w:t>vt 0.609880 0.874966</w:t>
        <w:br/>
        <w:t>vt 0.575061 0.851895</w:t>
        <w:br/>
        <w:t>vt 0.575061 0.872531</w:t>
        <w:br/>
        <w:t>vt 0.572844 0.872531</w:t>
        <w:br/>
        <w:t>vt 0.572844 0.851895</w:t>
        <w:br/>
        <w:t>vt 0.584307 0.816852</w:t>
        <w:br/>
        <w:t>vt 0.581966 0.817003</w:t>
        <w:br/>
        <w:t>vt 0.581966 0.812879</w:t>
        <w:br/>
        <w:t>vt 0.587210 0.812879</w:t>
        <w:br/>
        <w:t>vt 0.566099 0.870458</w:t>
        <w:br/>
        <w:t>vt 0.566099 0.852201</w:t>
        <w:br/>
        <w:t>vt 0.568465 0.852201</w:t>
        <w:br/>
        <w:t>vt 0.568465 0.870458</w:t>
        <w:br/>
        <w:t>vt 0.586476 0.851218</w:t>
        <w:br/>
        <w:t>vt 0.591573 0.851218</w:t>
        <w:br/>
        <w:t>vt 0.591573 0.878082</w:t>
        <w:br/>
        <w:t>vt 0.586476 0.878082</w:t>
        <w:br/>
        <w:t>vt 0.581797 0.872343</w:t>
        <w:br/>
        <w:t>vt 0.579579 0.872343</w:t>
        <w:br/>
        <w:t>vt 0.579579 0.851706</w:t>
        <w:br/>
        <w:t>vt 0.581797 0.851706</w:t>
        <w:br/>
        <w:t>vt 0.598267 0.854122</w:t>
        <w:br/>
        <w:t>vt 0.595932 0.854012</w:t>
        <w:br/>
        <w:t>vt 0.595932 0.850051</w:t>
        <w:br/>
        <w:t>vt 0.600986 0.850051</w:t>
        <w:br/>
        <w:t>vt 0.559572 0.852036</w:t>
        <w:br/>
        <w:t>vt 0.561642 0.852036</w:t>
        <w:br/>
        <w:t>vt 0.561642 0.869615</w:t>
        <w:br/>
        <w:t>vt 0.559572 0.869615</w:t>
        <w:br/>
        <w:t>vt 0.561755 0.846547</w:t>
        <w:br/>
        <w:t>vt 0.561755 0.821021</w:t>
        <w:br/>
        <w:t>vt 0.566430 0.821021</w:t>
        <w:br/>
        <w:t>vt 0.566430 0.846547</w:t>
        <w:br/>
        <w:t>vt 0.635805 0.854219</w:t>
        <w:br/>
        <w:t>vt 0.640026 0.854278</w:t>
        <w:br/>
        <w:t>vt 0.640026 0.874516</w:t>
        <w:br/>
        <w:t>vt 0.635805 0.874620</w:t>
        <w:br/>
        <w:t>vt 0.598267 0.874637</w:t>
        <w:br/>
        <w:t>vt 0.595932 0.874495</w:t>
        <w:br/>
        <w:t>vt 0.658172 0.874516</w:t>
        <w:br/>
        <w:t>vt 0.658172 0.854278</w:t>
        <w:br/>
        <w:t>vt 0.662293 0.854242</w:t>
        <w:br/>
        <w:t>vt 0.584307 0.837465</w:t>
        <w:br/>
        <w:t>vt 0.581966 0.837575</w:t>
        <w:br/>
        <w:t>vt 0.581966 0.841520</w:t>
        <w:br/>
        <w:t>vt 0.587001 0.841520</w:t>
        <w:br/>
        <w:t>vt 0.640026 0.854278</w:t>
        <w:br/>
        <w:t>vt 0.635805 0.849479</w:t>
        <w:br/>
        <w:t>vt 0.662293 0.849479</w:t>
        <w:br/>
        <w:t>vt 0.658172 0.854278</w:t>
        <w:br/>
        <w:t>vt 0.605847 0.879189</w:t>
        <w:br/>
        <w:t>vt 0.631474 0.879189</w:t>
        <w:br/>
        <w:t>vt 0.595932 0.878663</w:t>
        <w:br/>
        <w:t>vt 0.601206 0.878663</w:t>
        <w:br/>
        <w:t>vt 0.640026 0.874516</w:t>
        <w:br/>
        <w:t>vt 0.635805 0.879538</w:t>
        <w:br/>
        <w:t>vt 0.667876 0.608080</w:t>
        <w:br/>
        <w:t>vt 0.667876 0.618061</w:t>
        <w:br/>
        <w:t>vt 0.665267 0.615455</w:t>
        <w:br/>
        <w:t>vt 0.665267 0.610372</w:t>
        <w:br/>
        <w:t>vt 0.632922 0.600899</w:t>
        <w:br/>
        <w:t>vt 0.632024 0.602252</w:t>
        <w:br/>
        <w:t>vt 0.632024 0.589925</w:t>
        <w:br/>
        <w:t>vt 0.632922 0.591135</w:t>
        <w:br/>
        <w:t>vt 0.635308 0.598434</w:t>
        <w:br/>
        <w:t>vt 0.635308 0.593265</w:t>
        <w:br/>
        <w:t>vt 0.635872 0.594732</w:t>
        <w:br/>
        <w:t>vt 0.635872 0.597030</w:t>
        <w:br/>
        <w:t>vt 0.635308 0.598434</w:t>
        <w:br/>
        <w:t>vt 0.632922 0.600899</w:t>
        <w:br/>
        <w:t>vt 0.632922 0.591135</w:t>
        <w:br/>
        <w:t>vt 0.635308 0.593265</w:t>
        <w:br/>
        <w:t>vt 0.634642 0.615455</w:t>
        <w:br/>
        <w:t>vt 0.632088 0.618061</w:t>
        <w:br/>
        <w:t>vt 0.632088 0.608080</w:t>
        <w:br/>
        <w:t>vt 0.634642 0.610372</w:t>
        <w:br/>
        <w:t>vt 0.669395 0.589925</w:t>
        <w:br/>
        <w:t>vt 0.669395 0.602252</w:t>
        <w:br/>
        <w:t>vt 0.668497 0.600899</w:t>
        <w:br/>
        <w:t>vt 0.668497 0.591135</w:t>
        <w:br/>
        <w:t>vt 0.665991 0.598434</w:t>
        <w:br/>
        <w:t>vt 0.665406 0.597030</w:t>
        <w:br/>
        <w:t>vt 0.665406 0.594732</w:t>
        <w:br/>
        <w:t>vt 0.665991 0.593265</w:t>
        <w:br/>
        <w:t>vt 0.668497 0.591135</w:t>
        <w:br/>
        <w:t>vt 0.668497 0.600899</w:t>
        <w:br/>
        <w:t>vt 0.665991 0.598434</w:t>
        <w:br/>
        <w:t>vt 0.665991 0.593265</w:t>
        <w:br/>
        <w:t>vt 0.665991 0.593265</w:t>
        <w:br/>
        <w:t>vt 0.665406 0.594732</w:t>
        <w:br/>
        <w:t>vt 0.650890 0.594732</w:t>
        <w:br/>
        <w:t>vt 0.650891 0.593265</w:t>
        <w:br/>
        <w:t>vt 0.650098 0.608080</w:t>
        <w:br/>
        <w:t>vt 0.650462 0.610372</w:t>
        <w:br/>
        <w:t>vt 0.650685 0.589925</w:t>
        <w:br/>
        <w:t>vt 0.669395 0.589925</w:t>
        <w:br/>
        <w:t>vt 0.668497 0.591135</w:t>
        <w:br/>
        <w:t>vt 0.650693 0.591135</w:t>
        <w:br/>
        <w:t>vt 0.650891 0.593265</w:t>
        <w:br/>
        <w:t>vt 0.650693 0.591135</w:t>
        <w:br/>
        <w:t>vt 0.650685 0.589925</w:t>
        <w:br/>
        <w:t>vt 0.650693 0.591135</w:t>
        <w:br/>
        <w:t>vt 0.632922 0.591135</w:t>
        <w:br/>
        <w:t>vt 0.632024 0.589925</w:t>
        <w:br/>
        <w:t>vt 0.650890 0.594732</w:t>
        <w:br/>
        <w:t>vt 0.635872 0.594732</w:t>
        <w:br/>
        <w:t>vt 0.635308 0.593265</w:t>
        <w:br/>
        <w:t>vt 0.650891 0.593265</w:t>
        <w:br/>
        <w:t>vt 0.650853 0.598434</w:t>
        <w:br/>
        <w:t>vt 0.650714 0.600899</w:t>
        <w:br/>
        <w:t>vt 0.650832 0.597030</w:t>
        <w:br/>
        <w:t>vt 0.650853 0.598434</w:t>
        <w:br/>
        <w:t>vt 0.635308 0.598434</w:t>
        <w:br/>
        <w:t>vt 0.635872 0.597030</w:t>
        <w:br/>
        <w:t>vt 0.650047 0.618061</w:t>
        <w:br/>
        <w:t>vt 0.650199 0.615455</w:t>
        <w:br/>
        <w:t>vt 0.650756 0.602252</w:t>
        <w:br/>
        <w:t>vt 0.632024 0.602252</w:t>
        <w:br/>
        <w:t>vt 0.632922 0.600899</w:t>
        <w:br/>
        <w:t>vt 0.650714 0.600899</w:t>
        <w:br/>
        <w:t>vt 0.668497 0.600899</w:t>
        <w:br/>
        <w:t>vt 0.669395 0.602252</w:t>
        <w:br/>
        <w:t>vt 0.665406 0.597030</w:t>
        <w:br/>
        <w:t>vt 0.665991 0.598434</w:t>
        <w:br/>
        <w:t>vt 0.156854 0.484320</w:t>
        <w:br/>
        <w:t>vt 0.168602 0.484320</w:t>
        <w:br/>
        <w:t>vt 0.180281 0.500909</w:t>
        <w:br/>
        <w:t>vt 0.144844 0.484320</w:t>
        <w:br/>
        <w:t>vt 0.192359 0.500909</w:t>
        <w:br/>
        <w:t>vt 0.204453 0.500909</w:t>
        <w:br/>
        <w:t>vt 0.208034 0.505409</w:t>
        <w:br/>
        <w:t>vt 0.240246 0.925055</w:t>
        <w:br/>
        <w:t>vt 0.227594 0.665947</w:t>
        <w:br/>
        <w:t>vt 0.227594 0.667797</w:t>
        <w:br/>
        <w:t>vt 0.233820 0.667797</w:t>
        <w:br/>
        <w:t>vt 0.233820 0.665947</w:t>
        <w:br/>
        <w:t>vt 0.221368 0.665947</w:t>
        <w:br/>
        <w:t>vt 0.221368 0.667797</w:t>
        <w:br/>
        <w:t>vt 0.215142 0.665947</w:t>
        <w:br/>
        <w:t>vt 0.215142 0.667797</w:t>
        <w:br/>
        <w:t>vt 0.221368 0.665947</w:t>
        <w:br/>
        <w:t>vt 0.221368 0.667797</w:t>
        <w:br/>
        <w:t>vt 0.227594 0.665947</w:t>
        <w:br/>
        <w:t>vt 0.227594 0.667797</w:t>
        <w:br/>
        <w:t>vt 0.233820 0.665947</w:t>
        <w:br/>
        <w:t>vt 0.233820 0.667797</w:t>
        <w:br/>
        <w:t>vt 0.240046 0.667797</w:t>
        <w:br/>
        <w:t>vt 0.240046 0.665947</w:t>
        <w:br/>
        <w:t>vt 0.233820 0.658113</w:t>
        <w:br/>
        <w:t>vt 0.240046 0.658113</w:t>
        <w:br/>
        <w:t>vt 0.227594 0.658113</w:t>
        <w:br/>
        <w:t>vt 0.221368 0.658113</w:t>
        <w:br/>
        <w:t>vt 0.215142 0.658113</w:t>
        <w:br/>
        <w:t>vt 0.221368 0.658113</w:t>
        <w:br/>
        <w:t>vt 0.227594 0.658113</w:t>
        <w:br/>
        <w:t>vt 0.233820 0.658113</w:t>
        <w:br/>
        <w:t>vt 0.233820 0.658113</w:t>
        <w:br/>
        <w:t>vt 0.233820 0.655937</w:t>
        <w:br/>
        <w:t>vt 0.227594 0.655937</w:t>
        <w:br/>
        <w:t>vt 0.227594 0.658113</w:t>
        <w:br/>
        <w:t>vt 0.221368 0.655937</w:t>
        <w:br/>
        <w:t>vt 0.221368 0.658113</w:t>
        <w:br/>
        <w:t>vt 0.215142 0.655937</w:t>
        <w:br/>
        <w:t>vt 0.215142 0.658113</w:t>
        <w:br/>
        <w:t>vt 0.221368 0.655937</w:t>
        <w:br/>
        <w:t>vt 0.221368 0.658113</w:t>
        <w:br/>
        <w:t>vt 0.227594 0.655937</w:t>
        <w:br/>
        <w:t>vt 0.227594 0.658113</w:t>
        <w:br/>
        <w:t>vt 0.233820 0.655937</w:t>
        <w:br/>
        <w:t>vt 0.233820 0.658113</w:t>
        <w:br/>
        <w:t>vt 0.240046 0.655937</w:t>
        <w:br/>
        <w:t>vt 0.240046 0.658113</w:t>
        <w:br/>
        <w:t>vt 0.240046 0.655937</w:t>
        <w:br/>
        <w:t>vt 0.233820 0.655937</w:t>
        <w:br/>
        <w:t>vt 0.233820 0.652817</w:t>
        <w:br/>
        <w:t>vt 0.240046 0.652817</w:t>
        <w:br/>
        <w:t>vt 0.227594 0.655937</w:t>
        <w:br/>
        <w:t>vt 0.227594 0.652817</w:t>
        <w:br/>
        <w:t>vt 0.221368 0.655937</w:t>
        <w:br/>
        <w:t>vt 0.221368 0.652817</w:t>
        <w:br/>
        <w:t>vt 0.215142 0.655937</w:t>
        <w:br/>
        <w:t>vt 0.215142 0.652817</w:t>
        <w:br/>
        <w:t>vt 0.221368 0.655937</w:t>
        <w:br/>
        <w:t>vt 0.221368 0.652817</w:t>
        <w:br/>
        <w:t>vt 0.227594 0.655937</w:t>
        <w:br/>
        <w:t>vt 0.227594 0.652817</w:t>
        <w:br/>
        <w:t>vt 0.233820 0.652817</w:t>
        <w:br/>
        <w:t>vt 0.233820 0.655937</w:t>
        <w:br/>
        <w:t>vt 0.240046 0.669869</w:t>
        <w:br/>
        <w:t>vt 0.233820 0.669869</w:t>
        <w:br/>
        <w:t>vt 0.227594 0.669869</w:t>
        <w:br/>
        <w:t>vt 0.221368 0.669869</w:t>
        <w:br/>
        <w:t>vt 0.215142 0.669869</w:t>
        <w:br/>
        <w:t>vt 0.221368 0.669869</w:t>
        <w:br/>
        <w:t>vt 0.227594 0.669869</w:t>
        <w:br/>
        <w:t>vt 0.233820 0.669869</w:t>
        <w:br/>
        <w:t>vt 0.255083 0.618173</w:t>
        <w:br/>
        <w:t>vt 0.256423 0.614940</w:t>
        <w:br/>
        <w:t>vt 0.251849 0.614940</w:t>
        <w:br/>
        <w:t>vt 0.255083 0.611708</w:t>
        <w:br/>
        <w:t>vt 0.251849 0.610379</w:t>
        <w:br/>
        <w:t>vt 0.248614 0.611708</w:t>
        <w:br/>
        <w:t>vt 0.247275 0.614941</w:t>
        <w:br/>
        <w:t>vt 0.248615 0.618173</w:t>
        <w:br/>
        <w:t>vt 0.251849 0.619502</w:t>
        <w:br/>
        <w:t>vt 0.240046 0.651122</w:t>
        <w:br/>
        <w:t>vt 0.233820 0.651122</w:t>
        <w:br/>
        <w:t>vt 0.233820 0.638659</w:t>
        <w:br/>
        <w:t>vt 0.240046 0.638659</w:t>
        <w:br/>
        <w:t>vt 0.227594 0.651122</w:t>
        <w:br/>
        <w:t>vt 0.227594 0.638659</w:t>
        <w:br/>
        <w:t>vt 0.221368 0.651122</w:t>
        <w:br/>
        <w:t>vt 0.221368 0.638659</w:t>
        <w:br/>
        <w:t>vt 0.215142 0.651122</w:t>
        <w:br/>
        <w:t>vt 0.215142 0.638659</w:t>
        <w:br/>
        <w:t>vt 0.221368 0.651122</w:t>
        <w:br/>
        <w:t>vt 0.221368 0.638659</w:t>
        <w:br/>
        <w:t>vt 0.227594 0.651122</w:t>
        <w:br/>
        <w:t>vt 0.227594 0.638659</w:t>
        <w:br/>
        <w:t>vt 0.233820 0.638659</w:t>
        <w:br/>
        <w:t>vt 0.233820 0.651122</w:t>
        <w:br/>
        <w:t>vt 0.233820 0.636634</w:t>
        <w:br/>
        <w:t>vt 0.240046 0.636634</w:t>
        <w:br/>
        <w:t>vt 0.227594 0.636634</w:t>
        <w:br/>
        <w:t>vt 0.221368 0.636634</w:t>
        <w:br/>
        <w:t>vt 0.215142 0.636634</w:t>
        <w:br/>
        <w:t>vt 0.221368 0.636634</w:t>
        <w:br/>
        <w:t>vt 0.227594 0.636634</w:t>
        <w:br/>
        <w:t>vt 0.233820 0.636634</w:t>
        <w:br/>
        <w:t>vt 0.221368 0.610738</w:t>
        <w:br/>
        <w:t>vt 0.227594 0.610738</w:t>
        <w:br/>
        <w:t>vt 0.233820 0.610738</w:t>
        <w:br/>
        <w:t>vt 0.240046 0.610738</w:t>
        <w:br/>
        <w:t>vt 0.233820 0.610738</w:t>
        <w:br/>
        <w:t>vt 0.227594 0.610738</w:t>
        <w:br/>
        <w:t>vt 0.221368 0.610738</w:t>
        <w:br/>
        <w:t>vt 0.215142 0.610738</w:t>
        <w:br/>
        <w:t>vt 0.227594 0.667797</w:t>
        <w:br/>
        <w:t>vt 0.227594 0.665947</w:t>
        <w:br/>
        <w:t>vt 0.221368 0.665947</w:t>
        <w:br/>
        <w:t>vt 0.221368 0.667797</w:t>
        <w:br/>
        <w:t>vt 0.233820 0.667797</w:t>
        <w:br/>
        <w:t>vt 0.233820 0.665947</w:t>
        <w:br/>
        <w:t>vt 0.240046 0.667797</w:t>
        <w:br/>
        <w:t>vt 0.240046 0.665947</w:t>
        <w:br/>
        <w:t>vt 0.233820 0.667797</w:t>
        <w:br/>
        <w:t>vt 0.233820 0.665947</w:t>
        <w:br/>
        <w:t>vt 0.227594 0.667797</w:t>
        <w:br/>
        <w:t>vt 0.227594 0.665947</w:t>
        <w:br/>
        <w:t>vt 0.221367 0.667797</w:t>
        <w:br/>
        <w:t>vt 0.221367 0.665947</w:t>
        <w:br/>
        <w:t>vt 0.215142 0.667797</w:t>
        <w:br/>
        <w:t>vt 0.215142 0.665947</w:t>
        <w:br/>
        <w:t>vt 0.215142 0.658113</w:t>
        <w:br/>
        <w:t>vt 0.221367 0.658113</w:t>
        <w:br/>
        <w:t>vt 0.227594 0.658113</w:t>
        <w:br/>
        <w:t>vt 0.233820 0.658113</w:t>
        <w:br/>
        <w:t>vt 0.240046 0.658113</w:t>
        <w:br/>
        <w:t>vt 0.233820 0.658113</w:t>
        <w:br/>
        <w:t>vt 0.227594 0.658113</w:t>
        <w:br/>
        <w:t>vt 0.221368 0.658113</w:t>
        <w:br/>
        <w:t>vt 0.221368 0.655937</w:t>
        <w:br/>
        <w:t>vt 0.221368 0.658113</w:t>
        <w:br/>
        <w:t>vt 0.227594 0.658113</w:t>
        <w:br/>
        <w:t>vt 0.227594 0.655937</w:t>
        <w:br/>
        <w:t>vt 0.233820 0.655937</w:t>
        <w:br/>
        <w:t>vt 0.233820 0.658113</w:t>
        <w:br/>
        <w:t>vt 0.240046 0.655937</w:t>
        <w:br/>
        <w:t>vt 0.240046 0.658113</w:t>
        <w:br/>
        <w:t>vt 0.233820 0.655937</w:t>
        <w:br/>
        <w:t>vt 0.233820 0.658113</w:t>
        <w:br/>
        <w:t>vt 0.227594 0.655937</w:t>
        <w:br/>
        <w:t>vt 0.227594 0.658113</w:t>
        <w:br/>
        <w:t>vt 0.221367 0.655937</w:t>
        <w:br/>
        <w:t>vt 0.221367 0.658113</w:t>
        <w:br/>
        <w:t>vt 0.215142 0.658113</w:t>
        <w:br/>
        <w:t>vt 0.215142 0.655937</w:t>
        <w:br/>
        <w:t>vt 0.215142 0.655937</w:t>
        <w:br/>
        <w:t>vt 0.215142 0.652816</w:t>
        <w:br/>
        <w:t>vt 0.221367 0.652816</w:t>
        <w:br/>
        <w:t>vt 0.221367 0.655937</w:t>
        <w:br/>
        <w:t>vt 0.227594 0.655937</w:t>
        <w:br/>
        <w:t>vt 0.227594 0.652816</w:t>
        <w:br/>
        <w:t>vt 0.233820 0.655937</w:t>
        <w:br/>
        <w:t>vt 0.233820 0.652816</w:t>
        <w:br/>
        <w:t>vt 0.240046 0.655937</w:t>
        <w:br/>
        <w:t>vt 0.240046 0.652816</w:t>
        <w:br/>
        <w:t>vt 0.233820 0.655937</w:t>
        <w:br/>
        <w:t>vt 0.233820 0.652816</w:t>
        <w:br/>
        <w:t>vt 0.227594 0.652816</w:t>
        <w:br/>
        <w:t>vt 0.227594 0.655937</w:t>
        <w:br/>
        <w:t>vt 0.221368 0.652816</w:t>
        <w:br/>
        <w:t>vt 0.221368 0.655937</w:t>
        <w:br/>
        <w:t>vt 0.221367 0.669869</w:t>
        <w:br/>
        <w:t>vt 0.215142 0.669869</w:t>
        <w:br/>
        <w:t>vt 0.227594 0.669869</w:t>
        <w:br/>
        <w:t>vt 0.233820 0.669869</w:t>
        <w:br/>
        <w:t>vt 0.240046 0.669869</w:t>
        <w:br/>
        <w:t>vt 0.233820 0.669869</w:t>
        <w:br/>
        <w:t>vt 0.227594 0.669869</w:t>
        <w:br/>
        <w:t>vt 0.221368 0.669869</w:t>
        <w:br/>
        <w:t>vt 0.255083 0.618173</w:t>
        <w:br/>
        <w:t>vt 0.251849 0.614940</w:t>
        <w:br/>
        <w:t>vt 0.256423 0.614940</w:t>
        <w:br/>
        <w:t>vt 0.255083 0.611708</w:t>
        <w:br/>
        <w:t>vt 0.251849 0.610379</w:t>
        <w:br/>
        <w:t>vt 0.248615 0.611708</w:t>
        <w:br/>
        <w:t>vt 0.247275 0.614941</w:t>
        <w:br/>
        <w:t>vt 0.248615 0.618173</w:t>
        <w:br/>
        <w:t>vt 0.251849 0.619502</w:t>
        <w:br/>
        <w:t>vt 0.215142 0.651121</w:t>
        <w:br/>
        <w:t>vt 0.215142 0.638658</w:t>
        <w:br/>
        <w:t>vt 0.221367 0.638658</w:t>
        <w:br/>
        <w:t>vt 0.221367 0.651121</w:t>
        <w:br/>
        <w:t>vt 0.227594 0.638658</w:t>
        <w:br/>
        <w:t>vt 0.227594 0.651121</w:t>
        <w:br/>
        <w:t>vt 0.233820 0.638658</w:t>
        <w:br/>
        <w:t>vt 0.233820 0.651121</w:t>
        <w:br/>
        <w:t>vt 0.240046 0.638658</w:t>
        <w:br/>
        <w:t>vt 0.240046 0.651121</w:t>
        <w:br/>
        <w:t>vt 0.233820 0.638658</w:t>
        <w:br/>
        <w:t>vt 0.233820 0.651121</w:t>
        <w:br/>
        <w:t>vt 0.227594 0.638658</w:t>
        <w:br/>
        <w:t>vt 0.227594 0.651121</w:t>
        <w:br/>
        <w:t>vt 0.221368 0.638658</w:t>
        <w:br/>
        <w:t>vt 0.221368 0.651121</w:t>
        <w:br/>
        <w:t>vt 0.215142 0.636632</w:t>
        <w:br/>
        <w:t>vt 0.221367 0.636632</w:t>
        <w:br/>
        <w:t>vt 0.227594 0.636632</w:t>
        <w:br/>
        <w:t>vt 0.233820 0.636632</w:t>
        <w:br/>
        <w:t>vt 0.240046 0.636632</w:t>
        <w:br/>
        <w:t>vt 0.233820 0.636632</w:t>
        <w:br/>
        <w:t>vt 0.227594 0.636632</w:t>
        <w:br/>
        <w:t>vt 0.221368 0.636632</w:t>
        <w:br/>
        <w:t>vt 0.221368 0.610736</w:t>
        <w:br/>
        <w:t>vt 0.215142 0.610736</w:t>
        <w:br/>
        <w:t>vt 0.227594 0.610736</w:t>
        <w:br/>
        <w:t>vt 0.233820 0.610736</w:t>
        <w:br/>
        <w:t>vt 0.240046 0.610736</w:t>
        <w:br/>
        <w:t>vt 0.233820 0.610736</w:t>
        <w:br/>
        <w:t>vt 0.227594 0.610736</w:t>
        <w:br/>
        <w:t>vt 0.221367 0.610736</w:t>
        <w:br/>
        <w:t>vt 0.171795 0.533026</w:t>
        <w:br/>
        <w:t>vt 0.171795 0.527292</w:t>
        <w:br/>
        <w:t>vt 0.171795 0.548133</w:t>
        <w:br/>
        <w:t>vt 0.171795 0.550902</w:t>
        <w:br/>
        <w:t>vt 0.171795 0.573044</w:t>
        <w:br/>
        <w:t>vt 0.171795 0.575877</w:t>
        <w:br/>
        <w:t>vt 0.171795 0.657150</w:t>
        <w:br/>
        <w:t>vt 0.209425 0.661378</w:t>
        <w:br/>
        <w:t>vt 0.209425 0.581759</w:t>
        <w:br/>
        <w:t>vt 0.208034 0.540003</w:t>
        <w:br/>
        <w:t>vt 0.171795 0.550902</w:t>
        <w:br/>
        <w:t>vt 0.171795 0.573044</w:t>
        <w:br/>
        <w:t>vt 0.208360 0.494701</w:t>
        <w:br/>
        <w:t>vt 0.208360 0.473746</w:t>
        <w:br/>
        <w:t>vt 0.208034 0.550851</w:t>
        <w:br/>
        <w:t>vt 0.208034 0.515737</w:t>
        <w:br/>
        <w:t>vt 0.209425 0.568924</w:t>
        <w:br/>
        <w:t>vt 0.168653 0.676229</w:t>
        <w:br/>
        <w:t>vt 0.206161 0.563187</w:t>
        <w:br/>
        <w:t>vt 0.208034 0.559556</w:t>
        <w:br/>
        <w:t>vt 0.867500 0.598700</w:t>
        <w:br/>
        <w:t>vt 0.859300 0.600100</w:t>
        <w:br/>
        <w:t>vt 0.860100 0.592200</w:t>
        <w:br/>
        <w:t>vt 0.865900 0.591300</w:t>
        <w:br/>
        <w:t>vt 0.851200 0.593100</w:t>
        <w:br/>
        <w:t>vt 0.839800 0.594800</w:t>
        <w:br/>
        <w:t>vt 0.833800 0.590900</w:t>
        <w:br/>
        <w:t>vt 0.566600 0.682300</w:t>
        <w:br/>
        <w:t>vt 0.572700 0.682500</w:t>
        <w:br/>
        <w:t>vt 0.572400 0.664600</w:t>
        <w:br/>
        <w:t>vt 0.567800 0.663400</w:t>
        <w:br/>
        <w:t>vt 0.847100 0.599400</w:t>
        <w:br/>
        <w:t>vt 0.837400 0.603800</w:t>
        <w:br/>
        <w:t>vt 0.837500 0.600400</w:t>
        <w:br/>
        <w:t>vt 0.847400 0.604700</w:t>
        <w:br/>
        <w:t>vt 0.848500 0.599500</w:t>
        <w:br/>
        <w:t>vt 0.574100 0.654600</w:t>
        <w:br/>
        <w:t>vt 0.569700 0.653600</w:t>
        <w:br/>
        <w:t>vt 0.566600 0.687500</w:t>
        <w:br/>
        <w:t>vt 0.573100 0.687200</w:t>
        <w:br/>
        <w:t>vt 0.876000 0.588900</w:t>
        <w:br/>
        <w:t>vt 0.878300 0.595400</w:t>
        <w:br/>
        <w:t>vt 0.573200 0.645500</w:t>
        <w:br/>
        <w:t>vt 0.576800 0.645500</w:t>
        <w:br/>
        <w:t>vt 0.810700 0.779700</w:t>
        <w:br/>
        <w:t>vt 0.809100 0.773200</w:t>
        <w:br/>
        <w:t>vt 0.820000 0.769900</w:t>
        <w:br/>
        <w:t>vt 0.822300 0.775800</w:t>
        <w:br/>
        <w:t>vt 0.831500 0.767600</w:t>
        <w:br/>
        <w:t>vt 0.834800 0.776300</w:t>
        <w:br/>
        <w:t>vt 0.792600 0.787500</w:t>
        <w:br/>
        <w:t>vt 0.794500 0.780500</w:t>
        <w:br/>
        <w:t>vt 0.802000 0.785400</w:t>
        <w:br/>
        <w:t>vt 0.797800 0.791500</w:t>
        <w:br/>
        <w:t>vt 0.843100 0.779200</w:t>
        <w:br/>
        <w:t>vt 0.847600 0.776300</w:t>
        <w:br/>
        <w:t>vt 0.845400 0.779200</w:t>
        <w:br/>
        <w:t>vt 0.827300 0.756000</w:t>
        <w:br/>
        <w:t>vt 0.815400 0.757500</w:t>
        <w:br/>
        <w:t>vt 0.800600 0.774500</w:t>
        <w:br/>
        <w:t>vt 0.862400 0.757400</w:t>
        <w:br/>
        <w:t>vt 0.855600 0.760800</w:t>
        <w:br/>
        <w:t>vt 0.854800 0.755400</w:t>
        <w:br/>
        <w:t>vt 0.858700 0.753400</w:t>
        <w:br/>
        <w:t>vt 0.872200 0.747300</w:t>
        <w:br/>
        <w:t>vt 0.874700 0.753000</w:t>
        <w:br/>
        <w:t>vt 0.858200 0.605500</w:t>
        <w:br/>
        <w:t>vt 0.841200 0.776800</w:t>
        <w:br/>
        <w:t>vt 0.837600 0.766200</w:t>
        <w:br/>
        <w:t>vt 0.833200 0.754500</w:t>
        <w:br/>
        <w:t>vt 0.810000 0.740300</w:t>
        <w:br/>
        <w:t>vt 0.808500 0.723600</w:t>
        <w:br/>
        <w:t>vt 0.819500 0.723200</w:t>
        <w:br/>
        <w:t>vt 0.822800 0.740100</w:t>
        <w:br/>
        <w:t>vt 0.839800 0.752800</w:t>
        <w:br/>
        <w:t>vt 0.838100 0.746200</w:t>
        <w:br/>
        <w:t>vt 0.786300 0.682100</w:t>
        <w:br/>
        <w:t>vt 0.786100 0.698300</w:t>
        <w:br/>
        <w:t>vt 0.769500 0.694500</w:t>
        <w:br/>
        <w:t>vt 0.770100 0.680100</w:t>
        <w:br/>
        <w:t>vt 0.753300 0.697700</w:t>
        <w:br/>
        <w:t>vt 0.754000 0.689300</w:t>
        <w:br/>
        <w:t>vt 0.767600 0.702700</w:t>
        <w:br/>
        <w:t>vt 0.800200 0.647800</w:t>
        <w:br/>
        <w:t>vt 0.800400 0.664900</w:t>
        <w:br/>
        <w:t>vt 0.786400 0.664200</w:t>
        <w:br/>
        <w:t>vt 0.786800 0.647400</w:t>
        <w:br/>
        <w:t>vt 0.770700 0.662200</w:t>
        <w:br/>
        <w:t>vt 0.771800 0.646300</w:t>
        <w:br/>
        <w:t>vt 0.758100 0.660000</w:t>
        <w:br/>
        <w:t>vt 0.759400 0.644200</w:t>
        <w:br/>
        <w:t>vt 0.733000 0.671700</w:t>
        <w:br/>
        <w:t>vt 0.731100 0.680900</w:t>
        <w:br/>
        <w:t>vt 0.723900 0.678500</w:t>
        <w:br/>
        <w:t>vt 0.723900 0.668800</w:t>
        <w:br/>
        <w:t>vt 0.730200 0.688600</w:t>
        <w:br/>
        <w:t>vt 0.742700 0.685300</w:t>
        <w:br/>
        <w:t>vt 0.741500 0.693100</w:t>
        <w:br/>
        <w:t>vt 0.738000 0.639100</w:t>
        <w:br/>
        <w:t>vt 0.741000 0.621200</w:t>
        <w:br/>
        <w:t>vt 0.750600 0.623600</w:t>
        <w:br/>
        <w:t>vt 0.748100 0.641600</w:t>
        <w:br/>
        <w:t>vt 0.735300 0.655300</w:t>
        <w:br/>
        <w:t>vt 0.746500 0.657700</w:t>
        <w:br/>
        <w:t>vt 0.787300 0.626700</w:t>
        <w:br/>
        <w:t>vt 0.800000 0.626200</w:t>
        <w:br/>
        <w:t>vt 0.773400 0.627000</w:t>
        <w:br/>
        <w:t>vt 0.761500 0.625600</w:t>
        <w:br/>
        <w:t>vt 0.798800 0.698000</w:t>
        <w:br/>
        <w:t>vt 0.786200 0.707800</w:t>
        <w:br/>
        <w:t>vt 0.725300 0.652900</w:t>
        <w:br/>
        <w:t>vt 0.728000 0.637000</w:t>
        <w:br/>
        <w:t>vt 0.810000 0.624700</w:t>
        <w:br/>
        <w:t>vt 0.811500 0.646500</w:t>
        <w:br/>
        <w:t>vt 0.813100 0.662600</w:t>
        <w:br/>
        <w:t>vt 0.823100 0.643900</w:t>
        <w:br/>
        <w:t>vt 0.825800 0.659400</w:t>
        <w:br/>
        <w:t>vt 0.815900 0.694900</w:t>
        <w:br/>
        <w:t>vt 0.799700 0.681400</w:t>
        <w:br/>
        <w:t>vt 0.814100 0.678800</w:t>
        <w:br/>
        <w:t>vt 0.827500 0.674200</w:t>
        <w:br/>
        <w:t>vt 0.819900 0.622400</w:t>
        <w:br/>
        <w:t>vt 0.798100 0.709900</w:t>
        <w:br/>
        <w:t>vt 0.808700 0.710500</w:t>
        <w:br/>
        <w:t>vt 0.744000 0.674800</w:t>
        <w:br/>
        <w:t>vt 0.755600 0.677400</w:t>
        <w:br/>
        <w:t>vt 0.831000 0.708700</w:t>
        <w:br/>
        <w:t>vt 0.817700 0.710700</w:t>
        <w:br/>
        <w:t>vt 0.829400 0.690500</w:t>
        <w:br/>
        <w:t>vt 0.833500 0.722500</w:t>
        <w:br/>
        <w:t>vt 0.715900 0.721600</w:t>
        <w:br/>
        <w:t>vt 0.710000 0.730100</w:t>
        <w:br/>
        <w:t>vt 0.709700 0.730000</w:t>
        <w:br/>
        <w:t>vt 0.711000 0.719700</w:t>
        <w:br/>
        <w:t>vt 0.717200 0.711000</w:t>
        <w:br/>
        <w:t>vt 0.723900 0.713900</w:t>
        <w:br/>
        <w:t>vt 0.720500 0.748900</w:t>
        <w:br/>
        <w:t>vt 0.721800 0.752200</w:t>
        <w:br/>
        <w:t>vt 0.716800 0.755200</w:t>
        <w:br/>
        <w:t>vt 0.712900 0.747700</w:t>
        <w:br/>
        <w:t>vt 0.722200 0.755700</w:t>
        <w:br/>
        <w:t>vt 0.721500 0.759200</w:t>
        <w:br/>
        <w:t>vt 0.710300 0.738800</w:t>
        <w:br/>
        <w:t>vt 0.715900 0.740900</w:t>
        <w:br/>
        <w:t>vt 0.718400 0.745300</w:t>
        <w:br/>
        <w:t>vt 0.720700 0.701200</w:t>
        <w:br/>
        <w:t>vt 0.724900 0.702200</w:t>
        <w:br/>
        <w:t>vt 0.714300 0.709900</w:t>
        <w:br/>
        <w:t>vt 0.756000 0.763900</w:t>
        <w:br/>
        <w:t>vt 0.756200 0.753600</w:t>
        <w:br/>
        <w:t>vt 0.768000 0.754600</w:t>
        <w:br/>
        <w:t>vt 0.767400 0.766200</w:t>
        <w:br/>
        <w:t>vt 0.754300 0.774600</w:t>
        <w:br/>
        <w:t>vt 0.765200 0.779100</w:t>
        <w:br/>
        <w:t>vt 0.740300 0.709400</w:t>
        <w:br/>
        <w:t>vt 0.746600 0.714800</w:t>
        <w:br/>
        <w:t>vt 0.735600 0.721100</w:t>
        <w:br/>
        <w:t>vt 0.730000 0.717200</w:t>
        <w:br/>
        <w:t>vt 0.750000 0.736000</w:t>
        <w:br/>
        <w:t>vt 0.745400 0.730000</w:t>
        <w:br/>
        <w:t>vt 0.757200 0.726700</w:t>
        <w:br/>
        <w:t>vt 0.761500 0.733800</w:t>
        <w:br/>
        <w:t>vt 0.781700 0.729700</w:t>
        <w:br/>
        <w:t>vt 0.785700 0.741900</w:t>
        <w:br/>
        <w:t>vt 0.776600 0.742900</w:t>
        <w:br/>
        <w:t>vt 0.773100 0.731700</w:t>
        <w:br/>
        <w:t>vt 0.787700 0.755700</w:t>
        <w:br/>
        <w:t>vt 0.778000 0.755400</w:t>
        <w:br/>
        <w:t>vt 0.765500 0.743400</w:t>
        <w:br/>
        <w:t>vt 0.789100 0.726800</w:t>
        <w:br/>
        <w:t>vt 0.793700 0.741000</w:t>
        <w:br/>
        <w:t>vt 0.751200 0.785200</w:t>
        <w:br/>
        <w:t>vt 0.761100 0.790200</w:t>
        <w:br/>
        <w:t>vt 0.757000 0.797000</w:t>
        <w:br/>
        <w:t>vt 0.747800 0.791000</w:t>
        <w:br/>
        <w:t>vt 0.733500 0.705300</w:t>
        <w:br/>
        <w:t>vt 0.754500 0.744200</w:t>
        <w:br/>
        <w:t>vt 0.723500 0.698300</w:t>
        <w:br/>
        <w:t>vt 0.727600 0.698400</w:t>
        <w:br/>
        <w:t>vt 0.724200 0.696200</w:t>
        <w:br/>
        <w:t>vt 0.728600 0.696100</w:t>
        <w:br/>
        <w:t>vt 0.720700 0.761000</w:t>
        <w:br/>
        <w:t>vt 0.776900 0.769000</w:t>
        <w:br/>
        <w:t>vt 0.774200 0.783600</w:t>
        <w:br/>
        <w:t>vt 0.770300 0.796400</w:t>
        <w:br/>
        <w:t>vt 0.767900 0.804000</w:t>
        <w:br/>
        <w:t>vt 0.736900 0.784300</w:t>
        <w:br/>
        <w:t>vt 0.739500 0.778300</w:t>
        <w:br/>
        <w:t>vt 0.742100 0.770000</w:t>
        <w:br/>
        <w:t>vt 0.728700 0.770200</w:t>
        <w:br/>
        <w:t>vt 0.731200 0.764500</w:t>
        <w:br/>
        <w:t>vt 0.741800 0.745200</w:t>
        <w:br/>
        <w:t>vt 0.737900 0.738400</w:t>
        <w:br/>
        <w:t>vt 0.743500 0.753100</w:t>
        <w:br/>
        <w:t>vt 0.732200 0.752500</w:t>
        <w:br/>
        <w:t>vt 0.730800 0.746900</w:t>
        <w:br/>
        <w:t>vt 0.727700 0.741800</w:t>
        <w:br/>
        <w:t>vt 0.734400 0.733700</w:t>
        <w:br/>
        <w:t>vt 0.725300 0.738900</w:t>
        <w:br/>
        <w:t>vt 0.721300 0.724200</w:t>
        <w:br/>
        <w:t>vt 0.726400 0.727000</w:t>
        <w:br/>
        <w:t>vt 0.718500 0.734100</w:t>
        <w:br/>
        <w:t>vt 0.714100 0.732000</w:t>
        <w:br/>
        <w:t>vt 0.743600 0.761500</w:t>
        <w:br/>
        <w:t>vt 0.732200 0.758500</w:t>
        <w:br/>
        <w:t>vt 0.709700 0.730000</w:t>
        <w:br/>
        <w:t>vt 0.710000 0.730100</w:t>
        <w:br/>
        <w:t>vt 0.709600 0.730600</w:t>
        <w:br/>
        <w:t>vt 0.769100 0.723900</w:t>
        <w:br/>
        <w:t>vt 0.777500 0.721300</w:t>
        <w:br/>
        <w:t>vt 0.763400 0.716600</w:t>
        <w:br/>
        <w:t>vt 0.751700 0.720200</w:t>
        <w:br/>
        <w:t>vt 0.756000 0.710300</w:t>
        <w:br/>
        <w:t>vt 0.738400 0.700700</w:t>
        <w:br/>
        <w:t>vt 0.800500 0.740800</w:t>
        <w:br/>
        <w:t>vt 0.798300 0.723500</w:t>
        <w:br/>
        <w:t>vt 0.787500 0.715000</w:t>
        <w:br/>
        <w:t>vt 0.783700 0.717000</w:t>
        <w:br/>
        <w:t>vt 0.761700 0.706900</w:t>
        <w:br/>
        <w:t>vt 0.771400 0.713900</w:t>
        <w:br/>
        <w:t>vt 0.740300 0.698200</w:t>
        <w:br/>
        <w:t>vt 0.724700 0.686000</w:t>
        <w:br/>
        <w:t>vt 0.730000 0.619000</w:t>
        <w:br/>
        <w:t>vt 0.841400 0.687100</w:t>
        <w:br/>
        <w:t>vt 0.838700 0.670500</w:t>
        <w:br/>
        <w:t>vt 0.834500 0.640600</w:t>
        <w:br/>
        <w:t>vt 0.845600 0.637800</w:t>
        <w:br/>
        <w:t>vt 0.847700 0.651500</w:t>
        <w:br/>
        <w:t>vt 0.837100 0.655400</w:t>
        <w:br/>
        <w:t>vt 0.831700 0.619500</w:t>
        <w:br/>
        <w:t>vt 0.842700 0.617900</w:t>
        <w:br/>
        <w:t>vt 0.844800 0.705000</w:t>
        <w:br/>
        <w:t>vt 0.750300 0.701400</w:t>
        <w:br/>
        <w:t>vt 0.836300 0.738200</w:t>
        <w:br/>
        <w:t>vt 0.853400 0.683000</w:t>
        <w:br/>
        <w:t>vt 0.850000 0.665800</w:t>
        <w:br/>
        <w:t>vt 0.847100 0.751100</w:t>
        <w:br/>
        <w:t>vt 0.850600 0.734700</w:t>
        <w:br/>
        <w:t>vt 0.865900 0.678900</w:t>
        <w:br/>
        <w:t>vt 0.861700 0.661500</w:t>
        <w:br/>
        <w:t>vt 0.871100 0.695700</w:t>
        <w:br/>
        <w:t>vt 0.857600 0.700500</w:t>
        <w:br/>
        <w:t>vt 0.866500 0.729200</w:t>
        <w:br/>
        <w:t>vt 0.847700 0.719800</w:t>
        <w:br/>
        <w:t>vt 0.861800 0.714900</w:t>
        <w:br/>
        <w:t>vt 0.880100 0.724000</w:t>
        <w:br/>
        <w:t>vt 0.875300 0.709800</w:t>
        <w:br/>
        <w:t>vt 0.871300 0.740800</w:t>
        <w:br/>
        <w:t>vt 0.855000 0.748100</w:t>
        <w:br/>
        <w:t>vt 0.826400 0.603200</w:t>
        <w:br/>
        <w:t>vt 0.832500 0.600000</w:t>
        <w:br/>
        <w:t>vt 0.859200 0.635000</w:t>
        <w:br/>
        <w:t>vt 0.854100 0.616200</w:t>
        <w:br/>
        <w:t>vt 0.866800 0.613900</w:t>
        <w:br/>
        <w:t>vt 0.869100 0.633800</w:t>
        <w:br/>
        <w:t>vt 0.861200 0.647300</w:t>
        <w:br/>
        <w:t>vt 0.824300 0.595500</w:t>
        <w:br/>
        <w:t>vt 0.870600 0.644700</w:t>
        <w:br/>
        <w:t>vt 0.873100 0.658700</w:t>
        <w:br/>
        <w:t>vt 0.877100 0.675500</w:t>
        <w:br/>
        <w:t>vt 0.882000 0.691900</w:t>
        <w:br/>
        <w:t>vt 0.781300 0.804300</w:t>
        <w:br/>
        <w:t>vt 0.777000 0.810700</w:t>
        <w:br/>
        <w:t>vt 0.567400 0.694700</w:t>
        <w:br/>
        <w:t>vt 0.573900 0.694700</w:t>
        <w:br/>
        <w:t>vt 0.886200 0.748300</w:t>
        <w:br/>
        <w:t>vt 0.884000 0.742000</w:t>
        <w:br/>
        <w:t>vt 0.897200 0.743300</w:t>
        <w:br/>
        <w:t>vt 0.894800 0.737100</w:t>
        <w:br/>
        <w:t>vt 0.886600 0.705200</w:t>
        <w:br/>
        <w:t>vt 0.891700 0.719300</w:t>
        <w:br/>
        <w:t>vt 0.895600 0.730000</w:t>
        <w:br/>
        <w:t>vt 0.884000 0.735700</w:t>
        <w:br/>
        <w:t>vt 0.902100 0.755600</w:t>
        <w:br/>
        <w:t>vt 0.891000 0.760600</w:t>
        <w:br/>
        <w:t>vt 0.879600 0.764800</w:t>
        <w:br/>
        <w:t>vt 0.860100 0.592200</w:t>
        <w:br/>
        <w:t>vt 0.859900 0.590500</w:t>
        <w:br/>
        <w:t>vt 0.865100 0.589900</w:t>
        <w:br/>
        <w:t>vt 0.865900 0.591300</w:t>
        <w:br/>
        <w:t>vt 0.833800 0.590900</w:t>
        <w:br/>
        <w:t>vt 0.834300 0.589200</w:t>
        <w:br/>
        <w:t>vt 0.851000 0.591500</w:t>
        <w:br/>
        <w:t>vt 0.851200 0.593100</w:t>
        <w:br/>
        <w:t>vt 0.572400 0.664600</w:t>
        <w:br/>
        <w:t>vt 0.572700 0.682500</w:t>
        <w:br/>
        <w:t>vt 0.574300 0.682100</w:t>
        <w:br/>
        <w:t>vt 0.573900 0.664500</w:t>
        <w:br/>
        <w:t>vt 0.574100 0.654600</w:t>
        <w:br/>
        <w:t>vt 0.575200 0.654600</w:t>
        <w:br/>
        <w:t>vt 0.573100 0.687200</w:t>
        <w:br/>
        <w:t>vt 0.574900 0.686900</w:t>
        <w:br/>
        <w:t>vt 0.875100 0.587600</w:t>
        <w:br/>
        <w:t>vt 0.876000 0.588900</w:t>
        <w:br/>
        <w:t>vt 0.576800 0.645500</w:t>
        <w:br/>
        <w:t>vt 0.577900 0.645700</w:t>
        <w:br/>
        <w:t>vt 0.810700 0.779700</w:t>
        <w:br/>
        <w:t>vt 0.822300 0.775800</w:t>
        <w:br/>
        <w:t>vt 0.822300 0.777700</w:t>
        <w:br/>
        <w:t>vt 0.811300 0.781400</w:t>
        <w:br/>
        <w:t>vt 0.834800 0.776300</w:t>
        <w:br/>
        <w:t>vt 0.834300 0.778200</w:t>
        <w:br/>
        <w:t>vt 0.802700 0.786800</w:t>
        <w:br/>
        <w:t>vt 0.799000 0.792600</w:t>
        <w:br/>
        <w:t>vt 0.843100 0.779200</w:t>
        <w:br/>
        <w:t>vt 0.842300 0.780500</w:t>
        <w:br/>
        <w:t>vt 0.793600 0.808900</w:t>
        <w:br/>
        <w:t>vt 0.794900 0.799200</w:t>
        <w:br/>
        <w:t>vt 0.796500 0.800000</w:t>
        <w:br/>
        <w:t>vt 0.795500 0.809100</w:t>
        <w:br/>
        <w:t>vt 0.573900 0.694700</w:t>
        <w:br/>
        <w:t>vt 0.575700 0.694600</w:t>
        <w:br/>
        <w:t>vt 0.581600 0.636300</w:t>
        <w:br/>
        <w:t>vt 0.582800 0.637000</w:t>
        <w:br/>
        <w:t>vt 0.586300 0.631300</w:t>
        <w:br/>
        <w:t>vt 0.582800 0.637000</w:t>
        <w:br/>
        <w:t>vt 0.587400 0.632300</w:t>
        <w:br/>
        <w:t>vt 0.926100 0.847300</w:t>
        <w:br/>
        <w:t>vt 0.930100 0.834800</w:t>
        <w:br/>
        <w:t>vt 0.928600 0.834200</w:t>
        <w:br/>
        <w:t>vt 0.924400 0.847000</w:t>
        <w:br/>
        <w:t>vt 0.915400 0.934600</w:t>
        <w:br/>
        <w:t>vt 0.917100 0.934600</w:t>
        <w:br/>
        <w:t>vt 0.915800 0.923800</w:t>
        <w:br/>
        <w:t>vt 0.914100 0.923600</w:t>
        <w:br/>
        <w:t>vt 0.945600 0.947900</w:t>
        <w:br/>
        <w:t>vt 0.948200 0.958300</w:t>
        <w:br/>
        <w:t>vt 0.968800 0.949300</w:t>
        <w:br/>
        <w:t>vt 0.965300 0.940700</w:t>
        <w:br/>
        <w:t>vt 0.907900 0.883400</w:t>
        <w:br/>
        <w:t>vt 0.910300 0.870400</w:t>
        <w:br/>
        <w:t>vt 0.903300 0.868900</w:t>
        <w:br/>
        <w:t>vt 0.899500 0.882400</w:t>
        <w:br/>
        <w:t>vt 0.865700 0.852000</w:t>
        <w:br/>
        <w:t>vt 0.862400 0.865700</w:t>
        <w:br/>
        <w:t>vt 0.877200 0.866000</w:t>
        <w:br/>
        <w:t>vt 0.882300 0.853700</w:t>
        <w:br/>
        <w:t>vt 0.920800 0.831900</w:t>
        <w:br/>
        <w:t>vt 0.914200 0.829700</w:t>
        <w:br/>
        <w:t>vt 0.911200 0.843300</w:t>
        <w:br/>
        <w:t>vt 0.917000 0.845100</w:t>
        <w:br/>
        <w:t>vt 0.849200 0.837300</w:t>
        <w:br/>
        <w:t>vt 0.830800 0.837800</w:t>
        <w:br/>
        <w:t>vt 0.832100 0.851500</w:t>
        <w:br/>
        <w:t>vt 0.849100 0.851400</w:t>
        <w:br/>
        <w:t>vt 0.903700 0.937100</w:t>
        <w:br/>
        <w:t>vt 0.905200 0.946400</w:t>
        <w:br/>
        <w:t>vt 0.911100 0.945700</w:t>
        <w:br/>
        <w:t>vt 0.909800 0.935000</w:t>
        <w:br/>
        <w:t>vt 0.906500 0.911500</w:t>
        <w:br/>
        <w:t>vt 0.906300 0.898000</w:t>
        <w:br/>
        <w:t>vt 0.896600 0.898300</w:t>
        <w:br/>
        <w:t>vt 0.897200 0.912200</w:t>
        <w:br/>
        <w:t>vt 0.900800 0.925400</w:t>
        <w:br/>
        <w:t>vt 0.908100 0.924100</w:t>
        <w:br/>
        <w:t>vt 0.907200 0.857800</w:t>
        <w:br/>
        <w:t>vt 0.913100 0.859300</w:t>
        <w:br/>
        <w:t>vt 0.907000 0.958300</w:t>
        <w:br/>
        <w:t>vt 0.908100 0.970000</w:t>
        <w:br/>
        <w:t>vt 0.913600 0.968800</w:t>
        <w:br/>
        <w:t>vt 0.912400 0.957000</w:t>
        <w:br/>
        <w:t>vt 0.856700 0.882500</w:t>
        <w:br/>
        <w:t>vt 0.854500 0.897400</w:t>
        <w:br/>
        <w:t>vt 0.864800 0.897300</w:t>
        <w:br/>
        <w:t>vt 0.869900 0.882300</w:t>
        <w:br/>
        <w:t>vt 0.914300 0.883400</w:t>
        <w:br/>
        <w:t>vt 0.912800 0.897200</w:t>
        <w:br/>
        <w:t>vt 0.914700 0.897100</w:t>
        <w:br/>
        <w:t>vt 0.916200 0.883400</w:t>
        <w:br/>
        <w:t>vt 0.964600 0.876100</w:t>
        <w:br/>
        <w:t>vt 0.947200 0.869400</w:t>
        <w:br/>
        <w:t>vt 0.944600 0.877900</w:t>
        <w:br/>
        <w:t>vt 0.962300 0.882200</w:t>
        <w:br/>
        <w:t>vt 0.914600 0.911400</w:t>
        <w:br/>
        <w:t>vt 0.912700 0.911400</w:t>
        <w:br/>
        <w:t>vt 0.968200 0.867500</w:t>
        <w:br/>
        <w:t>vt 0.950700 0.858200</w:t>
        <w:br/>
        <w:t>vt 0.916900 0.870900</w:t>
        <w:br/>
        <w:t>vt 0.918700 0.870900</w:t>
        <w:br/>
        <w:t>vt 0.801300 0.883900</w:t>
        <w:br/>
        <w:t>vt 0.810800 0.884100</w:t>
        <w:br/>
        <w:t>vt 0.809900 0.868800</w:t>
        <w:br/>
        <w:t>vt 0.800700 0.869000</w:t>
        <w:br/>
        <w:t>vt 0.798000 0.841900</w:t>
        <w:br/>
        <w:t>vt 0.799500 0.854500</w:t>
        <w:br/>
        <w:t>vt 0.808300 0.853300</w:t>
        <w:br/>
        <w:t>vt 0.806900 0.840300</w:t>
        <w:br/>
        <w:t>vt 0.722600 0.913600</w:t>
        <w:br/>
        <w:t>vt 0.733200 0.915800</w:t>
        <w:br/>
        <w:t>vt 0.732800 0.908700</w:t>
        <w:br/>
        <w:t>vt 0.718800 0.908300</w:t>
        <w:br/>
        <w:t>vt 0.799700 0.964400</w:t>
        <w:br/>
        <w:t>vt 0.797000 0.973600</w:t>
        <w:br/>
        <w:t>vt 0.805400 0.975400</w:t>
        <w:br/>
        <w:t>vt 0.808100 0.965900</w:t>
        <w:br/>
        <w:t>vt 0.717600 0.897700</w:t>
        <w:br/>
        <w:t>vt 0.732600 0.897700</w:t>
        <w:br/>
        <w:t>vt 0.732600 0.885900</w:t>
        <w:br/>
        <w:t>vt 0.718100 0.886100</w:t>
        <w:br/>
        <w:t>vt 0.801300 0.922100</w:t>
        <w:br/>
        <w:t>vt 0.801000 0.933400</w:t>
        <w:br/>
        <w:t>vt 0.809800 0.933900</w:t>
        <w:br/>
        <w:t>vt 0.810700 0.922200</w:t>
        <w:br/>
        <w:t>vt 0.832700 0.923700</w:t>
        <w:br/>
        <w:t>vt 0.845900 0.925700</w:t>
        <w:br/>
        <w:t>vt 0.843500 0.910900</w:t>
        <w:br/>
        <w:t>vt 0.832100 0.910200</w:t>
        <w:br/>
        <w:t>vt 0.883100 0.961600</w:t>
        <w:br/>
        <w:t>vt 0.865900 0.960600</w:t>
        <w:br/>
        <w:t>vt 0.866900 0.973000</w:t>
        <w:br/>
        <w:t>vt 0.883700 0.973300</w:t>
        <w:br/>
        <w:t>vt 0.832300 0.935900</w:t>
        <w:br/>
        <w:t>vt 0.847200 0.937900</w:t>
        <w:br/>
        <w:t>vt 0.832200 0.946700</w:t>
        <w:br/>
        <w:t>vt 0.847900 0.947700</w:t>
        <w:br/>
        <w:t>vt 0.724200 0.919800</w:t>
        <w:br/>
        <w:t>vt 0.731700 0.930300</w:t>
        <w:br/>
        <w:t>vt 0.732900 0.923400</w:t>
        <w:br/>
        <w:t>vt 0.725600 0.924600</w:t>
        <w:br/>
        <w:t>vt 0.722900 0.921700</w:t>
        <w:br/>
        <w:t>vt 0.796700 0.831200</w:t>
        <w:br/>
        <w:t>vt 0.805800 0.829200</w:t>
        <w:br/>
        <w:t>vt 0.886800 0.838700</w:t>
        <w:br/>
        <w:t>vt 0.888000 0.823500</w:t>
        <w:br/>
        <w:t>vt 0.869300 0.823200</w:t>
        <w:br/>
        <w:t>vt 0.868900 0.837500</w:t>
        <w:br/>
        <w:t>vt 0.855400 0.911300</w:t>
        <w:br/>
        <w:t>vt 0.868600 0.911400</w:t>
        <w:br/>
        <w:t>vt 0.722200 0.879400</w:t>
        <w:br/>
        <w:t>vt 0.718800 0.879200</w:t>
        <w:br/>
        <w:t>vt 0.740400 0.917100</w:t>
        <w:br/>
        <w:t>vt 0.740100 0.909300</w:t>
        <w:br/>
        <w:t>vt 0.740100 0.897900</w:t>
        <w:br/>
        <w:t>vt 0.740000 0.885500</w:t>
        <w:br/>
        <w:t>vt 0.751300 0.943700</w:t>
        <w:br/>
        <w:t>vt 0.761400 0.951000</w:t>
        <w:br/>
        <w:t>vt 0.768700 0.944300</w:t>
        <w:br/>
        <w:t>vt 0.739200 0.935700</w:t>
        <w:br/>
        <w:t>vt 0.740200 0.926100</w:t>
        <w:br/>
        <w:t>vt 0.719300 0.875700</w:t>
        <w:br/>
        <w:t>vt 0.722300 0.872200</w:t>
        <w:br/>
        <w:t>vt 0.764900 0.885000</w:t>
        <w:br/>
        <w:t>vt 0.765600 0.871200</w:t>
        <w:br/>
        <w:t>vt 0.751200 0.872400</w:t>
        <w:br/>
        <w:t>vt 0.750600 0.885000</w:t>
        <w:br/>
        <w:t>vt 0.766000 0.920000</w:t>
        <w:br/>
        <w:t>vt 0.751200 0.918500</w:t>
        <w:br/>
        <w:t>vt 0.751500 0.929400</w:t>
        <w:br/>
        <w:t>vt 0.767200 0.931300</w:t>
        <w:br/>
        <w:t>vt 0.767100 0.857300</w:t>
        <w:br/>
        <w:t>vt 0.752900 0.859800</w:t>
        <w:br/>
        <w:t>vt 0.777500 0.920700</w:t>
        <w:br/>
        <w:t>vt 0.776900 0.910100</w:t>
        <w:br/>
        <w:t>vt 0.765400 0.910100</w:t>
        <w:br/>
        <w:t>vt 0.765100 0.898100</w:t>
        <w:br/>
        <w:t>vt 0.776700 0.898000</w:t>
        <w:br/>
        <w:t>vt 0.777100 0.884700</w:t>
        <w:br/>
        <w:t>vt 0.771500 0.958300</w:t>
        <w:br/>
        <w:t>vt 0.781700 0.954800</w:t>
        <w:br/>
        <w:t>vt 0.780000 0.943800</w:t>
        <w:br/>
        <w:t>vt 0.785800 0.964400</w:t>
        <w:br/>
        <w:t>vt 0.776700 0.961900</w:t>
        <w:br/>
        <w:t>vt 0.782000 0.965500</w:t>
        <w:br/>
        <w:t>vt 0.778800 0.932000</w:t>
        <w:br/>
        <w:t>vt 0.773300 0.833900</w:t>
        <w:br/>
        <w:t>vt 0.764700 0.839900</w:t>
        <w:br/>
        <w:t>vt 0.769800 0.844500</w:t>
        <w:br/>
        <w:t>vt 0.756200 0.846000</w:t>
        <w:br/>
        <w:t>vt 0.721700 0.870200</w:t>
        <w:br/>
        <w:t>vt 0.821000 0.868700</w:t>
        <w:br/>
        <w:t>vt 0.832700 0.867900</w:t>
        <w:br/>
        <w:t>vt 0.819700 0.851800</w:t>
        <w:br/>
        <w:t>vt 0.817900 0.838800</w:t>
        <w:br/>
        <w:t>vt 0.816500 0.977400</w:t>
        <w:br/>
        <w:t>vt 0.828900 0.979700</w:t>
        <w:br/>
        <w:t>vt 0.829800 0.969600</w:t>
        <w:br/>
        <w:t>vt 0.818300 0.967600</w:t>
        <w:br/>
        <w:t>vt 0.820400 0.945600</w:t>
        <w:br/>
        <w:t>vt 0.809200 0.944600</w:t>
        <w:br/>
        <w:t>vt 0.808900 0.954500</w:t>
        <w:br/>
        <w:t>vt 0.819300 0.955800</w:t>
        <w:br/>
        <w:t>vt 0.832200 0.897800</w:t>
        <w:br/>
        <w:t>vt 0.832300 0.883700</w:t>
        <w:br/>
        <w:t>vt 0.821600 0.884400</w:t>
        <w:br/>
        <w:t>vt 0.821500 0.897900</w:t>
        <w:br/>
        <w:t>vt 0.821000 0.934300</w:t>
        <w:br/>
        <w:t>vt 0.821100 0.922300</w:t>
        <w:br/>
        <w:t>vt 0.811900 0.909800</w:t>
        <w:br/>
        <w:t>vt 0.821200 0.909400</w:t>
        <w:br/>
        <w:t>vt 0.829100 0.826300</w:t>
        <w:br/>
        <w:t>vt 0.816500 0.827400</w:t>
        <w:br/>
        <w:t>vt 0.811400 0.897800</w:t>
        <w:br/>
        <w:t>vt 0.831000 0.957300</w:t>
        <w:br/>
        <w:t>vt 0.847800 0.866600</w:t>
        <w:br/>
        <w:t>vt 0.848100 0.959100</w:t>
        <w:br/>
        <w:t>vt 0.843000 0.897500</w:t>
        <w:br/>
        <w:t>vt 0.844400 0.882700</w:t>
        <w:br/>
        <w:t>vt 0.859500 0.926900</w:t>
        <w:br/>
        <w:t>vt 0.847900 0.971500</w:t>
        <w:br/>
        <w:t>vt 0.862000 0.938800</w:t>
        <w:br/>
        <w:t>vt 0.864200 0.948600</w:t>
        <w:br/>
        <w:t>vt 0.848200 0.824300</w:t>
        <w:br/>
        <w:t>vt 0.875200 0.927700</w:t>
        <w:br/>
        <w:t>vt 0.878700 0.938800</w:t>
        <w:br/>
        <w:t>vt 0.922700 0.846500</w:t>
        <w:br/>
        <w:t>vt 0.927000 0.833700</w:t>
        <w:br/>
        <w:t>vt 0.924300 0.833500</w:t>
        <w:br/>
        <w:t>vt 0.920300 0.845800</w:t>
        <w:br/>
        <w:t>vt 0.911200 0.924400</w:t>
        <w:br/>
        <w:t>vt 0.912600 0.935100</w:t>
        <w:br/>
        <w:t>vt 0.914200 0.934800</w:t>
        <w:br/>
        <w:t>vt 0.912800 0.923800</w:t>
        <w:br/>
        <w:t>vt 0.913900 0.946000</w:t>
        <w:br/>
        <w:t>vt 0.916000 0.945800</w:t>
        <w:br/>
        <w:t>vt 0.918100 0.968400</w:t>
        <w:br/>
        <w:t>vt 0.920000 0.968800</w:t>
        <w:br/>
        <w:t>vt 0.917600 0.955500</w:t>
        <w:br/>
        <w:t>vt 0.915800 0.956300</w:t>
        <w:br/>
        <w:t>vt 0.911400 0.883100</w:t>
        <w:br/>
        <w:t>vt 0.913800 0.870100</w:t>
        <w:br/>
        <w:t>vt 0.909800 0.897600</w:t>
        <w:br/>
        <w:t>vt 0.909800 0.912000</w:t>
        <w:br/>
        <w:t>vt 0.917000 0.858700</w:t>
        <w:br/>
        <w:t>vt 0.915500 0.870600</w:t>
        <w:br/>
        <w:t>vt 0.913100 0.883200</w:t>
        <w:br/>
        <w:t>vt 0.911400 0.911500</w:t>
        <w:br/>
        <w:t>vt 0.911300 0.897100</w:t>
        <w:br/>
        <w:t>vt 0.918700 0.859300</w:t>
        <w:br/>
        <w:t>vt 0.777400 0.870400</w:t>
        <w:br/>
        <w:t>vt 0.788600 0.884300</w:t>
        <w:br/>
        <w:t>vt 0.789300 0.869800</w:t>
        <w:br/>
        <w:t>vt 0.779100 0.844100</w:t>
        <w:br/>
        <w:t>vt 0.778200 0.856400</w:t>
        <w:br/>
        <w:t>vt 0.789400 0.855400</w:t>
        <w:br/>
        <w:t>vt 0.789600 0.843000</w:t>
        <w:br/>
        <w:t>vt 0.792400 0.963900</w:t>
        <w:br/>
        <w:t>vt 0.786000 0.969000</w:t>
        <w:br/>
        <w:t>vt 0.791200 0.971700</w:t>
        <w:br/>
        <w:t>vt 0.789200 0.921400</w:t>
        <w:br/>
        <w:t>vt 0.790300 0.932600</w:t>
        <w:br/>
        <w:t>vt 0.780600 0.835200</w:t>
        <w:br/>
        <w:t>vt 0.788800 0.833300</w:t>
        <w:br/>
        <w:t>vt 0.801900 0.910300</w:t>
        <w:br/>
        <w:t>vt 0.788700 0.910100</w:t>
        <w:br/>
        <w:t>vt 0.801700 0.897800</w:t>
        <w:br/>
        <w:t>vt 0.788700 0.897900</w:t>
        <w:br/>
        <w:t>vt 0.800700 0.944100</w:t>
        <w:br/>
        <w:t>vt 0.791100 0.943800</w:t>
        <w:br/>
        <w:t>vt 0.791800 0.953500</w:t>
        <w:br/>
        <w:t>vt 0.800400 0.953800</w:t>
        <w:br/>
        <w:t>vt 0.780600 0.828400</w:t>
        <w:br/>
        <w:t>vt 0.786000 0.824800</w:t>
        <w:br/>
        <w:t>vt 0.795600 0.823400</w:t>
        <w:br/>
        <w:t>vt 0.804700 0.821400</w:t>
        <w:br/>
        <w:t>vt 0.815100 0.816800</w:t>
        <w:br/>
        <w:t>vt 0.827400 0.816100</w:t>
        <w:br/>
        <w:t>vt 0.846200 0.813000</w:t>
        <w:br/>
        <w:t>vt 0.868900 0.809300</w:t>
        <w:br/>
        <w:t>vt 0.890100 0.807900</w:t>
        <w:br/>
        <w:t>vt 0.925600 0.817300</w:t>
        <w:br/>
        <w:t>vt 0.919000 0.814600</w:t>
        <w:br/>
        <w:t>vt 0.929700 0.818700</w:t>
        <w:br/>
        <w:t>vt 0.925600 0.817300</w:t>
        <w:br/>
        <w:t>vt 0.931000 0.820900</w:t>
        <w:br/>
        <w:t>vt 0.934400 0.822100</w:t>
        <w:br/>
        <w:t>vt 0.932700 0.821300</w:t>
        <w:br/>
        <w:t>vt 0.847200 0.982400</w:t>
        <w:br/>
        <w:t>vt 0.867500 0.984200</w:t>
        <w:br/>
        <w:t>vt 0.884500 0.983900</w:t>
        <w:br/>
        <w:t>vt 0.908500 0.980300</w:t>
        <w:br/>
        <w:t>vt 0.915200 0.978900</w:t>
        <w:br/>
        <w:t>vt 0.919900 0.976800</w:t>
        <w:br/>
        <w:t>vt 0.921700 0.977800</w:t>
        <w:br/>
        <w:t>vt 0.920000 0.968800</w:t>
        <w:br/>
        <w:t>vt 0.923600 0.978100</w:t>
        <w:br/>
        <w:t>vt 0.925600 0.977700</w:t>
        <w:br/>
        <w:t>vt 0.923500 0.968200</w:t>
        <w:br/>
        <w:t>vt 0.921600 0.968600</w:t>
        <w:br/>
        <w:t>vt 0.750800 0.910000</w:t>
        <w:br/>
        <w:t>vt 0.750700 0.898000</w:t>
        <w:br/>
        <w:t>vt 0.740500 0.874500</w:t>
        <w:br/>
        <w:t>vt 0.740700 0.863400</w:t>
        <w:br/>
        <w:t>vt 0.741100 0.855100</w:t>
        <w:br/>
        <w:t>vt 0.778300 0.829800</w:t>
        <w:br/>
        <w:t>vt 0.775800 0.831800</w:t>
        <w:br/>
        <w:t>vt 0.881500 0.948400</w:t>
        <w:br/>
        <w:t>vt 0.917200 0.945600</w:t>
        <w:br/>
        <w:t>vt 0.918900 0.945600</w:t>
        <w:br/>
        <w:t>vt 0.919000 0.955300</w:t>
        <w:br/>
        <w:t>vt 0.920400 0.955200</w:t>
        <w:br/>
        <w:t>vt 0.895800 0.867800</w:t>
        <w:br/>
        <w:t>vt 0.889400 0.882400</w:t>
        <w:br/>
        <w:t>vt 0.901000 0.856500</w:t>
        <w:br/>
        <w:t>vt 0.908200 0.827500</w:t>
        <w:br/>
        <w:t>vt 0.905900 0.842000</w:t>
        <w:br/>
        <w:t>vt 0.895000 0.855200</w:t>
        <w:br/>
        <w:t>vt 0.900800 0.840800</w:t>
        <w:br/>
        <w:t>vt 0.897400 0.937800</w:t>
        <w:br/>
        <w:t>vt 0.900200 0.947200</w:t>
        <w:br/>
        <w:t>vt 0.883600 0.897700</w:t>
        <w:br/>
        <w:t>vt 0.887600 0.911600</w:t>
        <w:br/>
        <w:t>vt 0.893300 0.926300</w:t>
        <w:br/>
        <w:t>vt 0.901800 0.959800</w:t>
        <w:br/>
        <w:t>vt 0.902600 0.971300</w:t>
        <w:br/>
        <w:t>vt 0.872300 0.897300</w:t>
        <w:br/>
        <w:t>vt 0.879900 0.882000</w:t>
        <w:br/>
        <w:t>vt 0.878600 0.911500</w:t>
        <w:br/>
        <w:t>vt 0.886100 0.927200</w:t>
        <w:br/>
        <w:t>vt 0.913300 0.812500</w:t>
        <w:br/>
        <w:t>vt 0.903300 0.981300</w:t>
        <w:br/>
        <w:t>vt 0.888700 0.866700</w:t>
        <w:br/>
        <w:t>vt 0.902300 0.825600</w:t>
        <w:br/>
        <w:t>vt 0.895400 0.948000</w:t>
        <w:br/>
        <w:t>vt 0.891300 0.938500</w:t>
        <w:br/>
        <w:t>vt 0.897300 0.972500</w:t>
        <w:br/>
        <w:t>vt 0.897000 0.961100</w:t>
        <w:br/>
        <w:t>vt 0.907500 0.810500</w:t>
        <w:br/>
        <w:t>vt 0.898400 0.981800</w:t>
        <w:br/>
        <w:t>vt 0.733400 0.876300</w:t>
        <w:br/>
        <w:t>vt 0.732800 0.866500</w:t>
        <w:br/>
        <w:t>vt 0.732000 0.861100</w:t>
        <w:br/>
        <w:t>vt 0.720000 0.914200</w:t>
        <w:br/>
        <w:t>vt 0.720700 0.917000</w:t>
        <w:br/>
        <w:t>vt 0.725100 0.866900</w:t>
        <w:br/>
        <w:t>vt 0.927800 0.848100</w:t>
        <w:br/>
        <w:t>vt 0.954300 0.847700</w:t>
        <w:br/>
        <w:t>vt 0.932000 0.835600</w:t>
        <w:br/>
        <w:t>vt 0.943200 0.928600</w:t>
        <w:br/>
        <w:t>vt 0.942000 0.920100</w:t>
        <w:br/>
        <w:t>vt 0.917500 0.923600</w:t>
        <w:br/>
        <w:t>vt 0.919000 0.934200</w:t>
        <w:br/>
        <w:t>vt 0.940600 0.897300</w:t>
        <w:br/>
        <w:t>vt 0.942200 0.886700</w:t>
        <w:br/>
        <w:t>vt 0.917500 0.883500</w:t>
        <w:br/>
        <w:t>vt 0.916400 0.897100</w:t>
        <w:br/>
        <w:t>vt 0.920300 0.859600</w:t>
        <w:br/>
        <w:t>vt 0.922100 0.859800</w:t>
        <w:br/>
        <w:t>vt 0.940400 0.909500</w:t>
        <w:br/>
        <w:t>vt 0.916200 0.911300</w:t>
        <w:br/>
        <w:t>vt 0.920100 0.871400</w:t>
        <w:br/>
        <w:t>vt 0.959000 0.837300</w:t>
        <w:br/>
        <w:t>vt 0.936500 0.823300</w:t>
        <w:br/>
        <w:t>vt 0.927900 0.976700</w:t>
        <w:br/>
        <w:t>vt 0.952100 0.966100</w:t>
        <w:br/>
        <w:t>vt 0.925300 0.967600</w:t>
        <w:br/>
        <w:t>vt 0.944500 0.938800</w:t>
        <w:br/>
        <w:t>vt 0.921000 0.945100</w:t>
        <w:br/>
        <w:t>vt 0.922400 0.954700</w:t>
        <w:br/>
        <w:t>vt 0.922700 0.846500</w:t>
        <w:br/>
        <w:t>vt 0.918700 0.859300</w:t>
        <w:br/>
        <w:t>vt 0.915500 0.870600</w:t>
        <w:br/>
        <w:t>vt 0.912800 0.897200</w:t>
        <w:br/>
        <w:t>vt 0.911400 0.911500</w:t>
        <w:br/>
        <w:t>vt 0.912700 0.911400</w:t>
        <w:br/>
        <w:t>vt 0.912800 0.923800</w:t>
        <w:br/>
        <w:t>vt 0.914100 0.923600</w:t>
        <w:br/>
        <w:t>vt 0.914200 0.934800</w:t>
        <w:br/>
        <w:t>vt 0.915400 0.934600</w:t>
        <w:br/>
        <w:t>vt 0.916000 0.945800</w:t>
        <w:br/>
        <w:t>vt 0.917200 0.945600</w:t>
        <w:br/>
        <w:t>vt 0.917600 0.955500</w:t>
        <w:br/>
        <w:t>vt 0.919000 0.955300</w:t>
        <w:br/>
        <w:t>vt 0.930100 0.834800</w:t>
        <w:br/>
        <w:t>vt 0.926100 0.847300</w:t>
        <w:br/>
        <w:t>vt 0.934400 0.822100</w:t>
        <w:br/>
        <w:t>vt 0.923500 0.968200</w:t>
        <w:br/>
        <w:t>vt 0.925600 0.977700</w:t>
        <w:br/>
        <w:t>vt 0.923700 0.860600</w:t>
        <w:br/>
        <w:t>vt 0.972100 0.858800</w:t>
        <w:br/>
        <w:t>vt 0.961800 0.924300</w:t>
        <w:br/>
        <w:t>vt 0.960300 0.917800</w:t>
        <w:br/>
        <w:t>vt 0.960300 0.897300</w:t>
        <w:br/>
        <w:t>vt 0.961100 0.889100</w:t>
        <w:br/>
        <w:t>vt 0.959400 0.907600</w:t>
        <w:br/>
        <w:t>vt 0.977600 0.850500</w:t>
        <w:br/>
        <w:t>vt 0.972300 0.956100</w:t>
        <w:br/>
        <w:t>vt 0.963700 0.932400</w:t>
        <w:br/>
        <w:t>vt 0.972100 0.948600</w:t>
        <w:br/>
        <w:t>vt 0.991200 0.947300</w:t>
        <w:br/>
        <w:t>vt 0.987100 0.936000</w:t>
        <w:br/>
        <w:t>vt 0.968800 0.940200</w:t>
        <w:br/>
        <w:t>vt 0.984200 0.887200</w:t>
        <w:br/>
        <w:t>vt 0.987100 0.880100</w:t>
        <w:br/>
        <w:t>vt 0.967600 0.876600</w:t>
        <w:br/>
        <w:t>vt 0.965400 0.882700</w:t>
        <w:br/>
        <w:t>vt 0.990700 0.871100</w:t>
        <w:br/>
        <w:t>vt 0.971200 0.868100</w:t>
        <w:br/>
        <w:t>vt 0.805100 0.978300</w:t>
        <w:br/>
        <w:t>vt 0.796600 0.975900</w:t>
        <w:br/>
        <w:t>vt 0.793800 0.985100</w:t>
        <w:br/>
        <w:t>vt 0.803800 0.987100</w:t>
        <w:br/>
        <w:t>vt 0.723700 0.926000</w:t>
        <w:br/>
        <w:t>vt 0.717900 0.927200</w:t>
        <w:br/>
        <w:t>vt 0.725300 0.934600</w:t>
        <w:br/>
        <w:t>vt 0.730200 0.932000</w:t>
        <w:br/>
        <w:t>vt 0.716200 0.886000</w:t>
        <w:br/>
        <w:t>vt 0.716700 0.879100</w:t>
        <w:br/>
        <w:t>vt 0.713600 0.877300</w:t>
        <w:br/>
        <w:t>vt 0.718100 0.922000</w:t>
        <w:br/>
        <w:t>vt 0.715100 0.916700</w:t>
        <w:br/>
        <w:t>vt 0.714300 0.918300</w:t>
        <w:br/>
        <w:t>vt 0.757100 0.961500</w:t>
        <w:br/>
        <w:t>vt 0.760100 0.953200</w:t>
        <w:br/>
        <w:t>vt 0.749900 0.946100</w:t>
        <w:br/>
        <w:t>vt 0.733600 0.941700</w:t>
        <w:br/>
        <w:t>vt 0.737500 0.937700</w:t>
        <w:br/>
        <w:t>vt 0.717500 0.875300</w:t>
        <w:br/>
        <w:t>vt 0.713800 0.871400</w:t>
        <w:br/>
        <w:t>vt 0.760600 0.973000</w:t>
        <w:br/>
        <w:t>vt 0.770400 0.972300</w:t>
        <w:br/>
        <w:t>vt 0.770300 0.960200</w:t>
        <w:br/>
        <w:t>vt 0.775400 0.963600</w:t>
        <w:br/>
        <w:t>vt 0.761900 0.831800</w:t>
        <w:br/>
        <w:t>vt 0.763700 0.837800</w:t>
        <w:br/>
        <w:t>vt 0.772400 0.832000</w:t>
        <w:br/>
        <w:t>vt 0.719900 0.869300</w:t>
        <w:br/>
        <w:t>vt 0.816200 0.980600</w:t>
        <w:br/>
        <w:t>vt 0.814500 0.988800</w:t>
        <w:br/>
        <w:t>vt 0.826200 0.991000</w:t>
        <w:br/>
        <w:t>vt 0.828300 0.982700</w:t>
        <w:br/>
        <w:t>vt 0.785100 0.971200</w:t>
        <w:br/>
        <w:t>vt 0.781300 0.971200</w:t>
        <w:br/>
        <w:t>vt 0.785000 0.980200</w:t>
        <w:br/>
        <w:t>vt 0.790800 0.973800</w:t>
        <w:br/>
        <w:t>vt 0.780400 0.817800</w:t>
        <w:br/>
        <w:t>vt 0.774000 0.825200</w:t>
        <w:br/>
        <w:t>vt 0.779500 0.826900</w:t>
        <w:br/>
        <w:t>vt 0.785800 0.824600</w:t>
        <w:br/>
        <w:t>vt 0.844900 0.995200</w:t>
        <w:br/>
        <w:t>vt 0.846800 0.985300</w:t>
        <w:br/>
        <w:t>vt 0.865900 0.997300</w:t>
        <w:br/>
        <w:t>vt 0.867400 0.987000</w:t>
        <w:br/>
        <w:t>vt 0.885100 0.997100</w:t>
        <w:br/>
        <w:t>vt 0.884800 0.987100</w:t>
        <w:br/>
        <w:t>vt 0.915800 0.981900</w:t>
        <w:br/>
        <w:t>vt 0.909000 0.983500</w:t>
        <w:br/>
        <w:t>vt 0.913800 0.991900</w:t>
        <w:br/>
        <w:t>vt 0.920700 0.988700</w:t>
        <w:br/>
        <w:t>vt 0.921800 0.979300</w:t>
        <w:br/>
        <w:t>vt 0.925600 0.985700</w:t>
        <w:br/>
        <w:t>vt 0.752400 0.963600</w:t>
        <w:br/>
        <w:t>vt 0.742400 0.952200</w:t>
        <w:br/>
        <w:t>vt 0.741700 0.841600</w:t>
        <w:br/>
        <w:t>vt 0.733300 0.851100</w:t>
        <w:br/>
        <w:t>vt 0.740300 0.853700</w:t>
        <w:br/>
        <w:t>vt 0.755100 0.843600</w:t>
        <w:br/>
        <w:t>vt 0.772000 0.982600</w:t>
        <w:br/>
        <w:t>vt 0.765100 0.822200</w:t>
        <w:br/>
        <w:t>vt 0.775000 0.830100</w:t>
        <w:br/>
        <w:t>vt 0.780500 0.967000</w:t>
        <w:br/>
        <w:t>vt 0.903700 0.984500</w:t>
        <w:br/>
        <w:t>vt 0.907200 0.993600</w:t>
        <w:br/>
        <w:t>vt 0.901100 0.994800</w:t>
        <w:br/>
        <w:t>vt 0.898700 0.985100</w:t>
        <w:br/>
        <w:t>vt 0.725700 0.857000</w:t>
        <w:br/>
        <w:t>vt 0.730800 0.859600</w:t>
        <w:br/>
        <w:t>vt 0.715100 0.916700</w:t>
        <w:br/>
        <w:t>vt 0.718100 0.915000</w:t>
        <w:br/>
        <w:t>vt 0.716500 0.908500</w:t>
        <w:br/>
        <w:t>vt 0.719300 0.918400</w:t>
        <w:br/>
        <w:t>vt 0.721000 0.922400</w:t>
        <w:br/>
        <w:t>vt 0.710900 0.876500</w:t>
        <w:br/>
        <w:t>vt 0.710200 0.886300</w:t>
        <w:br/>
        <w:t>vt 0.723400 0.865500</w:t>
        <w:br/>
        <w:t>vt 0.717500 0.864300</w:t>
        <w:br/>
        <w:t>vt 0.975200 0.859600</w:t>
        <w:br/>
        <w:t>vt 0.982600 0.918000</w:t>
        <w:br/>
        <w:t>vt 0.963500 0.917500</w:t>
        <w:br/>
        <w:t>vt 0.964900 0.924000</w:t>
        <w:br/>
        <w:t>vt 0.984800 0.927000</w:t>
        <w:br/>
        <w:t>vt 0.982800 0.893100</w:t>
        <w:br/>
        <w:t>vt 0.964200 0.889400</w:t>
        <w:br/>
        <w:t>vt 0.963500 0.897300</w:t>
        <w:br/>
        <w:t>vt 0.981700 0.901000</w:t>
        <w:br/>
        <w:t>vt 0.981500 0.910100</w:t>
        <w:br/>
        <w:t>vt 0.962600 0.907600</w:t>
        <w:br/>
        <w:t>vt 0.996000 0.859100</w:t>
        <w:br/>
        <w:t>vt 0.980400 0.851600</w:t>
        <w:br/>
        <w:t>vt 0.975400 0.955000</w:t>
        <w:br/>
        <w:t>vt 0.966800 0.932100</w:t>
        <w:br/>
        <w:t>vt 0.968800 0.949300</w:t>
        <w:br/>
        <w:t>vt 0.972100 0.948600</w:t>
        <w:br/>
        <w:t>vt 0.968800 0.940200</w:t>
        <w:br/>
        <w:t>vt 0.965300 0.940700</w:t>
        <w:br/>
        <w:t>vt 0.964600 0.876100</w:t>
        <w:br/>
        <w:t>vt 0.962300 0.882200</w:t>
        <w:br/>
        <w:t>vt 0.965400 0.882700</w:t>
        <w:br/>
        <w:t>vt 0.967600 0.876600</w:t>
        <w:br/>
        <w:t>vt 0.968200 0.867500</w:t>
        <w:br/>
        <w:t>vt 0.971200 0.868100</w:t>
        <w:br/>
        <w:t>vt 0.797000 0.973600</w:t>
        <w:br/>
        <w:t>vt 0.796600 0.975900</w:t>
        <w:br/>
        <w:t>vt 0.805100 0.978300</w:t>
        <w:br/>
        <w:t>vt 0.805400 0.975400</w:t>
        <w:br/>
        <w:t>vt 0.717600 0.897700</w:t>
        <w:br/>
        <w:t>vt 0.718100 0.886100</w:t>
        <w:br/>
        <w:t>vt 0.716200 0.886000</w:t>
        <w:br/>
        <w:t>vt 0.715500 0.898000</w:t>
        <w:br/>
        <w:t>vt 0.716500 0.908500</w:t>
        <w:br/>
        <w:t>vt 0.718800 0.908300</w:t>
        <w:br/>
        <w:t>vt 0.723700 0.926000</w:t>
        <w:br/>
        <w:t>vt 0.730200 0.932000</w:t>
        <w:br/>
        <w:t>vt 0.731700 0.930300</w:t>
        <w:br/>
        <w:t>vt 0.725600 0.924600</w:t>
        <w:br/>
        <w:t>vt 0.718800 0.879200</w:t>
        <w:br/>
        <w:t>vt 0.716700 0.879100</w:t>
        <w:br/>
        <w:t>vt 0.771500 0.958300</w:t>
        <w:br/>
        <w:t>vt 0.761400 0.951000</w:t>
        <w:br/>
        <w:t>vt 0.760100 0.953200</w:t>
        <w:br/>
        <w:t>vt 0.770300 0.960200</w:t>
        <w:br/>
        <w:t>vt 0.739200 0.935700</w:t>
        <w:br/>
        <w:t>vt 0.737500 0.937700</w:t>
        <w:br/>
        <w:t>vt 0.719300 0.875700</w:t>
        <w:br/>
        <w:t>vt 0.717500 0.875300</w:t>
        <w:br/>
        <w:t>vt 0.776700 0.961900</w:t>
        <w:br/>
        <w:t>vt 0.775400 0.963600</w:t>
        <w:br/>
        <w:t>vt 0.780500 0.967000</w:t>
        <w:br/>
        <w:t>vt 0.782000 0.965500</w:t>
        <w:br/>
        <w:t>vt 0.764700 0.839900</w:t>
        <w:br/>
        <w:t>vt 0.763700 0.837800</w:t>
        <w:br/>
        <w:t>vt 0.755100 0.843600</w:t>
        <w:br/>
        <w:t>vt 0.756200 0.846000</w:t>
        <w:br/>
        <w:t>vt 0.721700 0.870200</w:t>
        <w:br/>
        <w:t>vt 0.719900 0.869300</w:t>
        <w:br/>
        <w:t>vt 0.717500 0.875300</w:t>
        <w:br/>
        <w:t>vt 0.719300 0.875700</w:t>
        <w:br/>
        <w:t>vt 0.828900 0.979700</w:t>
        <w:br/>
        <w:t>vt 0.816500 0.977400</w:t>
        <w:br/>
        <w:t>vt 0.816200 0.980600</w:t>
        <w:br/>
        <w:t>vt 0.828300 0.982700</w:t>
        <w:br/>
        <w:t>vt 0.791200 0.971700</w:t>
        <w:br/>
        <w:t>vt 0.786000 0.969000</w:t>
        <w:br/>
        <w:t>vt 0.785100 0.971200</w:t>
        <w:br/>
        <w:t>vt 0.790800 0.973800</w:t>
        <w:br/>
        <w:t>vt 0.780600 0.828400</w:t>
        <w:br/>
        <w:t>vt 0.786000 0.824800</w:t>
        <w:br/>
        <w:t>vt 0.785800 0.824600</w:t>
        <w:br/>
        <w:t>vt 0.779500 0.826900</w:t>
        <w:br/>
        <w:t>vt 0.846800 0.985300</w:t>
        <w:br/>
        <w:t>vt 0.847200 0.982400</w:t>
        <w:br/>
        <w:t>vt 0.867400 0.987000</w:t>
        <w:br/>
        <w:t>vt 0.867500 0.984200</w:t>
        <w:br/>
        <w:t>vt 0.884800 0.987100</w:t>
        <w:br/>
        <w:t>vt 0.884500 0.983900</w:t>
        <w:br/>
        <w:t>vt 0.915200 0.978900</w:t>
        <w:br/>
        <w:t>vt 0.908500 0.980300</w:t>
        <w:br/>
        <w:t>vt 0.909000 0.983500</w:t>
        <w:br/>
        <w:t>vt 0.915800 0.981900</w:t>
        <w:br/>
        <w:t>vt 0.919900 0.976800</w:t>
        <w:br/>
        <w:t>vt 0.921800 0.979300</w:t>
        <w:br/>
        <w:t>vt 0.740300 0.853700</w:t>
        <w:br/>
        <w:t>vt 0.741100 0.855100</w:t>
        <w:br/>
        <w:t>vt 0.777700 0.828300</w:t>
        <w:br/>
        <w:t>vt 0.778300 0.829800</w:t>
        <w:br/>
        <w:t>vt 0.773300 0.833900</w:t>
        <w:br/>
        <w:t>vt 0.775800 0.831800</w:t>
        <w:br/>
        <w:t>vt 0.775000 0.830100</w:t>
        <w:br/>
        <w:t>vt 0.772400 0.832000</w:t>
        <w:br/>
        <w:t>vt 0.903300 0.981300</w:t>
        <w:br/>
        <w:t>vt 0.903700 0.984500</w:t>
        <w:br/>
        <w:t>vt 0.898700 0.985100</w:t>
        <w:br/>
        <w:t>vt 0.898400 0.981800</w:t>
        <w:br/>
        <w:t>vt 0.751300 0.943700</w:t>
        <w:br/>
        <w:t>vt 0.749900 0.946100</w:t>
        <w:br/>
        <w:t>vt 0.730800 0.859600</w:t>
        <w:br/>
        <w:t>vt 0.732000 0.861100</w:t>
        <w:br/>
        <w:t>vt 0.720000 0.914200</w:t>
        <w:br/>
        <w:t>vt 0.718100 0.915000</w:t>
        <w:br/>
        <w:t>vt 0.719300 0.918400</w:t>
        <w:br/>
        <w:t>vt 0.720700 0.917000</w:t>
        <w:br/>
        <w:t>vt 0.722900 0.921700</w:t>
        <w:br/>
        <w:t>vt 0.720700 0.917000</w:t>
        <w:br/>
        <w:t>vt 0.719300 0.918400</w:t>
        <w:br/>
        <w:t>vt 0.721000 0.922400</w:t>
        <w:br/>
        <w:t>vt 0.723400 0.865500</w:t>
        <w:br/>
        <w:t>vt 0.725100 0.866900</w:t>
        <w:br/>
        <w:t>vt 0.975200 0.859600</w:t>
        <w:br/>
        <w:t>vt 0.972100 0.858800</w:t>
        <w:br/>
        <w:t>vt 0.961800 0.924300</w:t>
        <w:br/>
        <w:t>vt 0.964900 0.924000</w:t>
        <w:br/>
        <w:t>vt 0.963500 0.917500</w:t>
        <w:br/>
        <w:t>vt 0.960300 0.917800</w:t>
        <w:br/>
        <w:t>vt 0.960300 0.897300</w:t>
        <w:br/>
        <w:t>vt 0.963500 0.897300</w:t>
        <w:br/>
        <w:t>vt 0.964200 0.889400</w:t>
        <w:br/>
        <w:t>vt 0.961100 0.889100</w:t>
        <w:br/>
        <w:t>vt 0.959400 0.907600</w:t>
        <w:br/>
        <w:t>vt 0.962600 0.907600</w:t>
        <w:br/>
        <w:t>vt 0.977600 0.850500</w:t>
        <w:br/>
        <w:t>vt 0.980400 0.851600</w:t>
        <w:br/>
        <w:t>vt 0.972300 0.956100</w:t>
        <w:br/>
        <w:t>vt 0.975400 0.955000</w:t>
        <w:br/>
        <w:t>vt 0.963700 0.932400</w:t>
        <w:br/>
        <w:t>vt 0.966800 0.932100</w:t>
        <w:br/>
        <w:t>vt 0.712400 0.909900</w:t>
        <w:br/>
        <w:t>vt 0.715500 0.898000</w:t>
        <w:br/>
        <w:t>vt 0.710100 0.898700</w:t>
        <w:br/>
        <w:t>vt 0.754300 0.830900</w:t>
        <w:br/>
        <w:t>vt 0.575100 0.642500</w:t>
        <w:br/>
        <w:t>vt 0.581600 0.636300</w:t>
        <w:br/>
        <w:t>vt 0.580900 0.635700</w:t>
        <w:br/>
        <w:t>vt 0.586300 0.631300</w:t>
        <w:br/>
        <w:t>vt 0.584200 0.631500</w:t>
        <w:br/>
        <w:t>vt 0.578000 0.639000</w:t>
        <w:br/>
        <w:t>vt 0.843800 0.765400</w:t>
        <w:br/>
        <w:t>vt 0.850100 0.772300</w:t>
        <w:br/>
        <w:t>vt 0.856100 0.764100</w:t>
        <w:br/>
        <w:t>vt 0.868600 0.761400</w:t>
        <w:br/>
        <w:t>vt 0.875400 0.764100</w:t>
        <w:br/>
        <w:t>vt 0.885400 0.766000</w:t>
        <w:br/>
        <w:t>vt 0.893700 0.764900</w:t>
        <w:br/>
        <w:t>vt 0.904800 0.762300</w:t>
        <w:br/>
        <w:t>vt 0.062000 0.522700</w:t>
        <w:br/>
        <w:t>vt 0.051300 0.523200</w:t>
        <w:br/>
        <w:t>vt 0.051800 0.509800</w:t>
        <w:br/>
        <w:t>vt 0.062200 0.509500</w:t>
        <w:br/>
        <w:t>vt 0.029500 0.511800</w:t>
        <w:br/>
        <w:t>vt 0.040100 0.510500</w:t>
        <w:br/>
        <w:t>vt 0.039900 0.523900</w:t>
        <w:br/>
        <w:t>vt 0.029300 0.524500</w:t>
        <w:br/>
        <w:t>vt 0.020300 0.525400</w:t>
        <w:br/>
        <w:t>vt 0.016700 0.525900</w:t>
        <w:br/>
        <w:t>vt 0.014300 0.515100</w:t>
        <w:br/>
        <w:t>vt 0.020000 0.513100</w:t>
        <w:br/>
        <w:t>vt 0.051000 0.536500</w:t>
        <w:br/>
        <w:t>vt 0.039700 0.537300</w:t>
        <w:br/>
        <w:t>vt 0.020000 0.538600</w:t>
        <w:br/>
        <w:t>vt 0.017400 0.539100</w:t>
        <w:br/>
        <w:t>vt 0.062600 0.553400</w:t>
        <w:br/>
        <w:t>vt 0.051000 0.556700</w:t>
        <w:br/>
        <w:t>vt 0.061900 0.536300</w:t>
        <w:br/>
        <w:t>vt 0.028800 0.538000</w:t>
        <w:br/>
        <w:t>vt 0.028100 0.496800</w:t>
        <w:br/>
        <w:t>vt 0.041100 0.496100</w:t>
        <w:br/>
        <w:t>vt 0.040300 0.503500</w:t>
        <w:br/>
        <w:t>vt 0.029100 0.505100</w:t>
        <w:br/>
        <w:t>vt 0.062600 0.498800</w:t>
        <w:br/>
        <w:t>vt 0.062400 0.501800</w:t>
        <w:br/>
        <w:t>vt 0.052200 0.502200</w:t>
        <w:br/>
        <w:t>vt 0.052800 0.496300</w:t>
        <w:br/>
        <w:t>vt 0.010000 0.505600</w:t>
        <w:br/>
        <w:t>vt 0.017700 0.501400</w:t>
        <w:br/>
        <w:t>vt 0.019500 0.508000</w:t>
        <w:br/>
        <w:t>vt 0.012800 0.510600</w:t>
        <w:br/>
        <w:t>vt 0.024500 0.580100</w:t>
        <w:br/>
        <w:t>vt 0.023800 0.570700</w:t>
        <w:br/>
        <w:t>vt 0.029000 0.571800</w:t>
        <w:br/>
        <w:t>vt 0.015100 0.570200</w:t>
        <w:br/>
        <w:t>vt 0.016300 0.562800</w:t>
        <w:br/>
        <w:t>vt 0.026100 0.562300</w:t>
        <w:br/>
        <w:t>vt 0.039900 0.561700</w:t>
        <w:br/>
        <w:t>vt 0.032700 0.566700</w:t>
        <w:br/>
        <w:t>vt 0.075800 0.522800</w:t>
        <w:br/>
        <w:t>vt 0.075800 0.536000</w:t>
        <w:br/>
        <w:t>vt 0.075800 0.509300</w:t>
        <w:br/>
        <w:t>vt 0.075800 0.501000</w:t>
        <w:br/>
        <w:t>vt 0.015000 0.496000</w:t>
        <w:br/>
        <w:t>vt 0.006800 0.500500</w:t>
        <w:br/>
        <w:t>vt 0.036800 0.492400</w:t>
        <w:br/>
        <w:t>vt 0.042500 0.489900</w:t>
        <w:br/>
        <w:t>vt 0.075800 0.551800</w:t>
        <w:br/>
        <w:t>vt 0.010600 0.488900</w:t>
        <w:br/>
        <w:t>vt 0.020900 0.482400</w:t>
        <w:br/>
        <w:t>vt 0.025200 0.489600</w:t>
        <w:br/>
        <w:t>vt 0.030200 0.477700</w:t>
        <w:br/>
        <w:t>vt 0.035800 0.484200</w:t>
        <w:br/>
        <w:t>vt 0.031600 0.486400</w:t>
        <w:br/>
        <w:t>vt 0.026700 0.479300</w:t>
        <w:br/>
        <w:t>vt 0.003400 0.495200</w:t>
        <w:br/>
        <w:t>vt 0.006400 0.492600</w:t>
        <w:br/>
        <w:t>vt 0.019900 0.579400</w:t>
        <w:br/>
        <w:t>vt 0.013100 0.578300</w:t>
        <w:br/>
        <w:t>vt 0.014300 0.515100</w:t>
        <w:br/>
        <w:t>vt 0.016700 0.525900</w:t>
        <w:br/>
        <w:t>vt 0.013900 0.526200</w:t>
        <w:br/>
        <w:t>vt 0.011900 0.515600</w:t>
        <w:br/>
        <w:t>vt 0.017400 0.539100</w:t>
        <w:br/>
        <w:t>vt 0.015000 0.538900</w:t>
        <w:br/>
        <w:t>vt 0.062600 0.498800</w:t>
        <w:br/>
        <w:t>vt 0.052800 0.496300</w:t>
        <w:br/>
        <w:t>vt 0.053500 0.494300</w:t>
        <w:br/>
        <w:t>vt 0.062800 0.496400</w:t>
        <w:br/>
        <w:t>vt 0.010000 0.505600</w:t>
        <w:br/>
        <w:t>vt 0.012800 0.510600</w:t>
        <w:br/>
        <w:t>vt 0.010600 0.511400</w:t>
        <w:br/>
        <w:t>vt 0.007800 0.506500</w:t>
        <w:br/>
        <w:t>vt 0.016300 0.562800</w:t>
        <w:br/>
        <w:t>vt 0.015100 0.570200</w:t>
        <w:br/>
        <w:t>vt 0.013200 0.569500</w:t>
        <w:br/>
        <w:t>vt 0.013900 0.562900</w:t>
        <w:br/>
        <w:t>vt 0.075800 0.501000</w:t>
        <w:br/>
        <w:t>vt 0.075800 0.498300</w:t>
        <w:br/>
        <w:t>vt 0.006800 0.500500</w:t>
        <w:br/>
        <w:t>vt 0.004700 0.501600</w:t>
        <w:br/>
        <w:t>vt 0.042500 0.489900</w:t>
        <w:br/>
        <w:t>vt 0.043800 0.488100</w:t>
        <w:br/>
        <w:t>vt 0.010600 0.488900</w:t>
        <w:br/>
        <w:t>vt 0.009500 0.487200</w:t>
        <w:br/>
        <w:t>vt 0.019700 0.480400</w:t>
        <w:br/>
        <w:t>vt 0.020900 0.482400</w:t>
        <w:br/>
        <w:t>vt 0.030200 0.477700</w:t>
        <w:br/>
        <w:t>vt 0.030700 0.474900</w:t>
        <w:br/>
        <w:t>vt 0.037100 0.482000</w:t>
        <w:br/>
        <w:t>vt 0.035800 0.484200</w:t>
        <w:br/>
        <w:t>vt 0.026700 0.479300</w:t>
        <w:br/>
        <w:t>vt 0.026000 0.476900</w:t>
        <w:br/>
        <w:t>vt 0.030700 0.474900</w:t>
        <w:br/>
        <w:t>vt 0.030200 0.477700</w:t>
        <w:br/>
        <w:t>vt 0.003400 0.495200</w:t>
        <w:br/>
        <w:t>vt 0.000600 0.495000</w:t>
        <w:br/>
        <w:t>vt 0.005100 0.490900</w:t>
        <w:br/>
        <w:t>vt 0.006400 0.492600</w:t>
        <w:br/>
        <w:t>vt 0.003400 0.495200</w:t>
        <w:br/>
        <w:t>vt 0.000600 0.495000</w:t>
        <w:br/>
        <w:t>vt 0.013100 0.578300</w:t>
        <w:br/>
        <w:t>vt 0.011000 0.578600</w:t>
        <w:br/>
        <w:t>vt 0.485600 0.943500</w:t>
        <w:br/>
        <w:t>vt 0.498000 0.939300</w:t>
        <w:br/>
        <w:t>vt 0.499800 0.944200</w:t>
        <w:br/>
        <w:t>vt 0.482400 0.949200</w:t>
        <w:br/>
        <w:t>vt 0.514200 0.933600</w:t>
        <w:br/>
        <w:t>vt 0.525500 0.930400</w:t>
        <w:br/>
        <w:t>vt 0.526400 0.934300</w:t>
        <w:br/>
        <w:t>vt 0.510400 0.939900</w:t>
        <w:br/>
        <w:t>vt 0.542500 0.927000</w:t>
        <w:br/>
        <w:t>vt 0.554300 0.924900</w:t>
        <w:br/>
        <w:t>vt 0.552300 0.930900</w:t>
        <w:br/>
        <w:t>vt 0.542900 0.932300</w:t>
        <w:br/>
        <w:t>vt 0.576800 0.923100</w:t>
        <w:br/>
        <w:t>vt 0.583400 0.923700</w:t>
        <w:br/>
        <w:t>vt 0.579100 0.929800</w:t>
        <w:br/>
        <w:t>vt 0.588100 0.924300</w:t>
        <w:br/>
        <w:t>vt 0.589200 0.928500</w:t>
        <w:br/>
        <w:t>vt 0.534200 0.933300</w:t>
        <w:br/>
        <w:t>vt 0.531900 0.929000</w:t>
        <w:br/>
        <w:t>vt 0.600500 0.929000</w:t>
        <w:br/>
        <w:t>vt 0.599100 0.926800</w:t>
        <w:br/>
        <w:t>vt 0.605200 0.929200</w:t>
        <w:br/>
        <w:t>vt 0.613700 0.934300</w:t>
        <w:br/>
        <w:t>vt 0.609500 0.931100</w:t>
        <w:br/>
        <w:t>vt 0.614200 0.933500</w:t>
        <w:br/>
        <w:t>vt 0.567800 0.929800</w:t>
        <w:br/>
        <w:t>vt 0.560400 0.930200</w:t>
        <w:br/>
        <w:t>vt 0.561700 0.923900</w:t>
        <w:br/>
        <w:t>vt 0.569300 0.923300</w:t>
        <w:br/>
        <w:t>vt 0.476500 0.945600</w:t>
        <w:br/>
        <w:t>vt 0.477500 0.949300</w:t>
        <w:br/>
        <w:t>vt 0.484900 0.940500</w:t>
        <w:br/>
        <w:t>vt 0.497700 0.936100</w:t>
        <w:br/>
        <w:t>vt 0.514300 0.930500</w:t>
        <w:br/>
        <w:t>vt 0.525000 0.927500</w:t>
        <w:br/>
        <w:t>vt 0.542600 0.923400</w:t>
        <w:br/>
        <w:t>vt 0.555000 0.921200</w:t>
        <w:br/>
        <w:t>vt 0.577900 0.919700</w:t>
        <w:br/>
        <w:t>vt 0.584500 0.920200</w:t>
        <w:br/>
        <w:t>vt 0.590100 0.921000</w:t>
        <w:br/>
        <w:t>vt 0.531600 0.925800</w:t>
        <w:br/>
        <w:t>vt 0.600500 0.923900</w:t>
        <w:br/>
        <w:t>vt 0.607000 0.926600</w:t>
        <w:br/>
        <w:t>vt 0.611300 0.928600</w:t>
        <w:br/>
        <w:t>vt 0.615800 0.931200</w:t>
        <w:br/>
        <w:t>vt 0.562700 0.920000</w:t>
        <w:br/>
        <w:t>vt 0.570200 0.919800</w:t>
        <w:br/>
        <w:t>vt 0.476100 0.942900</w:t>
        <w:br/>
        <w:t>vt 0.607400 0.924700</w:t>
        <w:br/>
        <w:t>vt 0.607000 0.926600</w:t>
        <w:br/>
        <w:t>vt 0.600500 0.923900</w:t>
        <w:br/>
        <w:t>vt 0.600700 0.921700</w:t>
        <w:br/>
        <w:t>vt 0.616800 0.929800</w:t>
        <w:br/>
        <w:t>vt 0.615800 0.931200</w:t>
        <w:br/>
        <w:t>vt 0.611300 0.928600</w:t>
        <w:br/>
        <w:t>vt 0.611800 0.926900</w:t>
        <w:br/>
        <w:t>vt 0.592600 0.925200</w:t>
        <w:br/>
        <w:t>vt 0.594700 0.922000</w:t>
        <w:br/>
        <w:t>vt 0.594700 0.922000</w:t>
        <w:br/>
        <w:t>vt 0.594600 0.919400</w:t>
        <w:br/>
        <w:t>vt 0.579600 0.974000</w:t>
        <w:br/>
        <w:t>vt 0.569000 0.974100</w:t>
        <w:br/>
        <w:t>vt 0.570300 0.969000</w:t>
        <w:br/>
        <w:t>vt 0.581000 0.968100</w:t>
        <w:br/>
        <w:t>vt 0.630600 0.958500</w:t>
        <w:br/>
        <w:t>vt 0.639100 0.956300</w:t>
        <w:br/>
        <w:t>vt 0.639400 0.967400</w:t>
        <w:br/>
        <w:t>vt 0.631300 0.968500</w:t>
        <w:br/>
        <w:t>vt 0.664900 0.964600</w:t>
        <w:br/>
        <w:t>vt 0.656200 0.965300</w:t>
        <w:br/>
        <w:t>vt 0.655600 0.953400</w:t>
        <w:br/>
        <w:t>vt 0.663800 0.952400</w:t>
        <w:br/>
        <w:t>vt 0.721900 0.947000</w:t>
        <w:br/>
        <w:t>vt 0.706500 0.960700</w:t>
        <w:br/>
        <w:t>vt 0.706100 0.948100</w:t>
        <w:br/>
        <w:t>vt 0.607100 0.964500</w:t>
        <w:br/>
        <w:t>vt 0.608300 0.971600</w:t>
        <w:br/>
        <w:t>vt 0.599500 0.972600</w:t>
        <w:br/>
        <w:t>vt 0.598100 0.966000</w:t>
        <w:br/>
        <w:t>vt 0.556300 0.978400</w:t>
        <w:br/>
        <w:t>vt 0.567500 0.978900</w:t>
        <w:br/>
        <w:t>vt 0.566400 0.982300</w:t>
        <w:br/>
        <w:t>vt 0.555500 0.981600</w:t>
        <w:br/>
        <w:t>vt 0.632100 0.986200</w:t>
        <w:br/>
        <w:t>vt 0.631800 0.979400</w:t>
        <w:br/>
        <w:t>vt 0.640300 0.979200</w:t>
        <w:br/>
        <w:t>vt 0.641200 0.986500</w:t>
        <w:br/>
        <w:t>vt 0.658800 0.986700</w:t>
        <w:br/>
        <w:t>vt 0.657700 0.978800</w:t>
        <w:br/>
        <w:t>vt 0.666800 0.978100</w:t>
        <w:br/>
        <w:t>vt 0.668400 0.986600</w:t>
        <w:br/>
        <w:t>vt 0.708200 0.974000</w:t>
        <w:br/>
        <w:t>vt 0.710000 0.984800</w:t>
        <w:br/>
        <w:t>vt 0.695400 0.985400</w:t>
        <w:br/>
        <w:t>vt 0.693900 0.975500</w:t>
        <w:br/>
        <w:t>vt 0.599700 0.980100</w:t>
        <w:br/>
        <w:t>vt 0.600500 0.985100</w:t>
        <w:br/>
        <w:t>vt 0.594400 0.984600</w:t>
        <w:br/>
        <w:t>vt 0.593500 0.980000</w:t>
        <w:br/>
        <w:t>vt 0.647500 0.954700</w:t>
        <w:br/>
        <w:t>vt 0.648200 0.966200</w:t>
        <w:br/>
        <w:t>vt 0.649700 0.979100</w:t>
        <w:br/>
        <w:t>vt 0.650600 0.986700</w:t>
        <w:br/>
        <w:t>vt 0.621100 0.970000</w:t>
        <w:br/>
        <w:t>vt 0.620100 0.961300</w:t>
        <w:br/>
        <w:t>vt 0.611200 0.985500</w:t>
        <w:br/>
        <w:t>vt 0.609600 0.979900</w:t>
        <w:br/>
        <w:t>vt 0.621400 0.979600</w:t>
        <w:br/>
        <w:t>vt 0.621400 0.985700</w:t>
        <w:br/>
        <w:t>vt 0.593100 0.967100</w:t>
        <w:br/>
        <w:t>vt 0.593200 0.973500</w:t>
        <w:br/>
        <w:t>vt 0.677600 0.963400</w:t>
        <w:br/>
        <w:t>vt 0.676400 0.950600</w:t>
        <w:br/>
        <w:t>vt 0.679400 0.976900</w:t>
        <w:br/>
        <w:t>vt 0.680900 0.986200</w:t>
        <w:br/>
        <w:t>vt 0.691700 0.962000</w:t>
        <w:br/>
        <w:t>vt 0.689900 0.949200</w:t>
        <w:br/>
        <w:t>vt 0.725800 0.972300</w:t>
        <w:br/>
        <w:t>vt 0.725900 0.982400</w:t>
        <w:br/>
        <w:t>vt 0.578700 0.979500</w:t>
        <w:br/>
        <w:t>vt 0.724800 0.958800</w:t>
        <w:br/>
        <w:t>vt 0.558000 0.974000</w:t>
        <w:br/>
        <w:t>vt 0.540000 0.972800</w:t>
        <w:br/>
        <w:t>vt 0.541100 0.968500</w:t>
        <w:br/>
        <w:t>vt 0.559100 0.969900</w:t>
        <w:br/>
        <w:t>vt 0.589400 0.967300</w:t>
        <w:br/>
        <w:t>vt 0.589400 0.973500</w:t>
        <w:br/>
        <w:t>vt 0.589700 0.979900</w:t>
        <w:br/>
        <w:t>vt 0.590600 0.984400</w:t>
        <w:br/>
        <w:t>vt 0.578500 0.983200</w:t>
        <w:br/>
        <w:t>vt 0.538700 0.979500</w:t>
        <w:br/>
        <w:t>vt 0.539200 0.976500</w:t>
        <w:br/>
        <w:t>vt 0.651600 0.543300</w:t>
        <w:br/>
        <w:t>vt 0.655100 0.542000</w:t>
        <w:br/>
        <w:t>vt 0.649400 0.535900</w:t>
        <w:br/>
        <w:t>vt 0.646000 0.538100</w:t>
        <w:br/>
        <w:t>vt 0.605800 0.515500</w:t>
        <w:br/>
        <w:t>vt 0.597400 0.522800</w:t>
        <w:br/>
        <w:t>vt 0.603400 0.522600</w:t>
        <w:br/>
        <w:t>vt 0.599600 0.514900</w:t>
        <w:br/>
        <w:t>vt 0.604400 0.515300</w:t>
        <w:br/>
        <w:t>vt 0.581400 0.512500</w:t>
        <w:br/>
        <w:t>vt 0.580000 0.521800</w:t>
        <w:br/>
        <w:t>vt 0.585800 0.522200</w:t>
        <w:br/>
        <w:t>vt 0.586900 0.513400</w:t>
        <w:br/>
        <w:t>vt 0.549300 0.510000</w:t>
        <w:br/>
        <w:t>vt 0.536200 0.518100</w:t>
        <w:br/>
        <w:t>vt 0.548600 0.519400</w:t>
        <w:br/>
        <w:t>vt 0.622400 0.518400</w:t>
        <w:br/>
        <w:t>vt 0.620400 0.523800</w:t>
        <w:br/>
        <w:t>vt 0.627900 0.525100</w:t>
        <w:br/>
        <w:t>vt 0.631400 0.521000</w:t>
        <w:br/>
        <w:t>vt 0.592800 0.514200</w:t>
        <w:br/>
        <w:t>vt 0.591600 0.522500</w:t>
        <w:br/>
        <w:t>vt 0.614200 0.516900</w:t>
        <w:br/>
        <w:t>vt 0.611100 0.522800</w:t>
        <w:br/>
        <w:t>vt 0.630900 0.525800</w:t>
        <w:br/>
        <w:t>vt 0.635100 0.522300</w:t>
        <w:br/>
        <w:t>vt 0.571500 0.511200</w:t>
        <w:br/>
        <w:t>vt 0.570800 0.521300</w:t>
        <w:br/>
        <w:t>vt 0.560800 0.520500</w:t>
        <w:br/>
        <w:t>vt 0.560700 0.510500</w:t>
        <w:br/>
        <w:t>vt 0.660200 0.554300</w:t>
        <w:br/>
        <w:t>vt 0.662600 0.553300</w:t>
        <w:br/>
        <w:t>vt 0.637800 0.523800</w:t>
        <w:br/>
        <w:t>vt 0.633500 0.527300</w:t>
        <w:br/>
        <w:t>vt 0.640300 0.533000</w:t>
        <w:br/>
        <w:t>vt 0.644500 0.530700</w:t>
        <w:br/>
        <w:t>vt 0.570300 0.969000</w:t>
        <w:br/>
        <w:t>vt 0.569400 0.967600</w:t>
        <w:br/>
        <w:t>vt 0.578800 0.966600</w:t>
        <w:br/>
        <w:t>vt 0.581000 0.968100</w:t>
        <w:br/>
        <w:t>vt 0.639100 0.956300</w:t>
        <w:br/>
        <w:t>vt 0.630600 0.958500</w:t>
        <w:br/>
        <w:t>vt 0.630500 0.956700</w:t>
        <w:br/>
        <w:t>vt 0.638700 0.954700</w:t>
        <w:br/>
        <w:t>vt 0.655600 0.953400</w:t>
        <w:br/>
        <w:t>vt 0.654700 0.951700</w:t>
        <w:br/>
        <w:t>vt 0.662800 0.950700</w:t>
        <w:br/>
        <w:t>vt 0.663800 0.952400</w:t>
        <w:br/>
        <w:t>vt 0.724800 0.958800</w:t>
        <w:br/>
        <w:t>vt 0.724000 0.948600</w:t>
        <w:br/>
        <w:t>vt 0.726100 0.948300</w:t>
        <w:br/>
        <w:t>vt 0.728100 0.958800</w:t>
        <w:br/>
        <w:t>vt 0.706100 0.948100</w:t>
        <w:br/>
        <w:t>vt 0.705300 0.945800</w:t>
        <w:br/>
        <w:t>vt 0.722100 0.945100</w:t>
        <w:br/>
        <w:t>vt 0.721900 0.947000</w:t>
        <w:br/>
        <w:t>vt 0.607100 0.964500</w:t>
        <w:br/>
        <w:t>vt 0.598100 0.966000</w:t>
        <w:br/>
        <w:t>vt 0.597500 0.964300</w:t>
        <w:br/>
        <w:t>vt 0.607500 0.962000</w:t>
        <w:br/>
        <w:t>vt 0.555100 0.983000</w:t>
        <w:br/>
        <w:t>vt 0.565900 0.983800</w:t>
        <w:br/>
        <w:t>vt 0.565400 0.985100</w:t>
        <w:br/>
        <w:t>vt 0.555200 0.984700</w:t>
        <w:br/>
        <w:t>vt 0.641300 0.988300</w:t>
        <w:br/>
        <w:t>vt 0.641400 0.991100</w:t>
        <w:br/>
        <w:t>vt 0.632000 0.990600</w:t>
        <w:br/>
        <w:t>vt 0.632200 0.988000</w:t>
        <w:br/>
        <w:t>vt 0.668600 0.988600</w:t>
        <w:br/>
        <w:t>vt 0.668700 0.991100</w:t>
        <w:br/>
        <w:t>vt 0.659200 0.991000</w:t>
        <w:br/>
        <w:t>vt 0.659100 0.988800</w:t>
        <w:br/>
        <w:t>vt 0.710500 0.987100</w:t>
        <w:br/>
        <w:t>vt 0.711300 0.991300</w:t>
        <w:br/>
        <w:t>vt 0.696300 0.991800</w:t>
        <w:br/>
        <w:t>vt 0.695700 0.987400</w:t>
        <w:br/>
        <w:t>vt 0.600900 0.986800</w:t>
        <w:br/>
        <w:t>vt 0.601100 0.989500</w:t>
        <w:br/>
        <w:t>vt 0.594800 0.989200</w:t>
        <w:br/>
        <w:t>vt 0.594700 0.986500</w:t>
        <w:br/>
        <w:t>vt 0.646800 0.953000</w:t>
        <w:br/>
        <w:t>vt 0.647500 0.954700</w:t>
        <w:br/>
        <w:t>vt 0.650700 0.988700</w:t>
        <w:br/>
        <w:t>vt 0.650900 0.991100</w:t>
        <w:br/>
        <w:t>vt 0.620100 0.961300</w:t>
        <w:br/>
        <w:t>vt 0.620200 0.959200</w:t>
        <w:br/>
        <w:t>vt 0.611300 0.987300</w:t>
        <w:br/>
        <w:t>vt 0.621500 0.987600</w:t>
        <w:br/>
        <w:t>vt 0.621400 0.990300</w:t>
        <w:br/>
        <w:t>vt 0.611000 0.989900</w:t>
        <w:br/>
        <w:t>vt 0.593100 0.967100</w:t>
        <w:br/>
        <w:t>vt 0.593400 0.964300</w:t>
        <w:br/>
        <w:t>vt 0.675300 0.948500</w:t>
        <w:br/>
        <w:t>vt 0.676400 0.950600</w:t>
        <w:br/>
        <w:t>vt 0.681100 0.988300</w:t>
        <w:br/>
        <w:t>vt 0.681300 0.990900</w:t>
        <w:br/>
        <w:t>vt 0.689900 0.949200</w:t>
        <w:br/>
        <w:t>vt 0.688800 0.947000</w:t>
        <w:br/>
        <w:t>vt 0.725900 0.982400</w:t>
        <w:br/>
        <w:t>vt 0.725800 0.972300</w:t>
        <w:br/>
        <w:t>vt 0.729800 0.971700</w:t>
        <w:br/>
        <w:t>vt 0.730900 0.984400</w:t>
        <w:br/>
        <w:t>vt 0.725200 0.984100</w:t>
        <w:br/>
        <w:t>vt 0.727500 0.988400</w:t>
        <w:br/>
        <w:t>vt 0.692100 0.987700</w:t>
        <w:br/>
        <w:t>vt 0.692300 0.990300</w:t>
        <w:br/>
        <w:t>vt 0.559100 0.969900</w:t>
        <w:br/>
        <w:t>vt 0.541100 0.968500</w:t>
        <w:br/>
        <w:t>vt 0.541100 0.967300</w:t>
        <w:br/>
        <w:t>vt 0.559400 0.968500</w:t>
        <w:br/>
        <w:t>vt 0.590100 0.965100</w:t>
        <w:br/>
        <w:t>vt 0.589400 0.967300</w:t>
        <w:br/>
        <w:t>vt 0.591100 0.986600</w:t>
        <w:br/>
        <w:t>vt 0.591500 0.989200</w:t>
        <w:br/>
        <w:t>vt 0.579300 0.987000</w:t>
        <w:br/>
        <w:t>vt 0.578600 0.984900</w:t>
        <w:br/>
        <w:t>vt 0.538700 0.981400</w:t>
        <w:br/>
        <w:t>vt 0.543600 0.984000</w:t>
        <w:br/>
        <w:t>vt 0.538700 0.982600</w:t>
        <w:br/>
        <w:t>vt 0.725200 0.984100</w:t>
        <w:br/>
        <w:t>vt 0.538700 0.981400</w:t>
        <w:br/>
        <w:t>vt 0.723300 0.947400</w:t>
        <w:br/>
        <w:t>vt 0.724500 0.946200</w:t>
        <w:br/>
        <w:t>vt 0.724000 0.948600</w:t>
        <w:br/>
        <w:t>vt 0.723300 0.947400</w:t>
        <w:br/>
        <w:t>vt 0.535000 0.517600</w:t>
        <w:br/>
        <w:t>vt 0.535300 0.508600</w:t>
        <w:br/>
        <w:t>vt 0.534700 0.516200</w:t>
        <w:br/>
        <w:t>vt 0.540500 0.502000</w:t>
        <w:br/>
        <w:t>vt 0.536100 0.499100</w:t>
        <w:br/>
        <w:t>vt 0.560900 0.504800</w:t>
        <w:br/>
        <w:t>vt 0.549900 0.503500</w:t>
        <w:br/>
        <w:t>vt 0.521200 0.970800</w:t>
        <w:br/>
        <w:t>vt 0.522300 0.966000</w:t>
        <w:br/>
        <w:t>vt 0.519900 0.977500</w:t>
        <w:br/>
        <w:t>vt 0.520400 0.974700</w:t>
        <w:br/>
        <w:t>vt 0.666700 0.566600</w:t>
        <w:br/>
        <w:t>vt 0.668400 0.565600</w:t>
        <w:br/>
        <w:t>vt 0.522300 0.966000</w:t>
        <w:br/>
        <w:t>vt 0.522800 0.964800</w:t>
        <w:br/>
        <w:t>vt 0.520100 0.980100</w:t>
        <w:br/>
        <w:t>vt 0.519900 0.978900</w:t>
        <w:br/>
        <w:t>vt 0.519900 0.978900</w:t>
        <w:br/>
        <w:t>vt 0.502400 0.969000</w:t>
        <w:br/>
        <w:t>vt 0.503000 0.962800</w:t>
        <w:br/>
        <w:t>vt 0.501200 0.975400</w:t>
        <w:br/>
        <w:t>vt 0.501700 0.972400</w:t>
        <w:br/>
        <w:t>vt 0.670000 0.580900</w:t>
        <w:br/>
        <w:t>vt 0.672100 0.580300</w:t>
        <w:br/>
        <w:t>vt 0.503000 0.962800</w:t>
        <w:br/>
        <w:t>vt 0.503600 0.961800</w:t>
        <w:br/>
        <w:t>vt 0.501400 0.978200</w:t>
        <w:br/>
        <w:t>vt 0.501200 0.976700</w:t>
        <w:br/>
        <w:t>vt 0.501200 0.976700</w:t>
        <w:br/>
        <w:t>vt 0.593400 0.964300</w:t>
        <w:br/>
        <w:t>vt 0.612100 0.710500</w:t>
        <w:br/>
        <w:t>vt 0.612600 0.719700</w:t>
        <w:br/>
        <w:t>vt 0.609700 0.719200</w:t>
        <w:br/>
        <w:t>vt 0.609700 0.710500</w:t>
        <w:br/>
        <w:t>vt 0.612700 0.745600</w:t>
        <w:br/>
        <w:t>vt 0.611300 0.756100</w:t>
        <w:br/>
        <w:t>vt 0.610000 0.756000</w:t>
        <w:br/>
        <w:t>vt 0.610100 0.745400</w:t>
        <w:br/>
        <w:t>vt 0.611500 0.700900</w:t>
        <w:br/>
        <w:t>vt 0.609800 0.700900</w:t>
        <w:br/>
        <w:t>vt 0.609600 0.693600</w:t>
        <w:br/>
        <w:t>vt 0.610500 0.693300</w:t>
        <w:br/>
        <w:t>vt 0.634100 0.721200</w:t>
        <w:br/>
        <w:t>vt 0.633800 0.711400</w:t>
        <w:br/>
        <w:t>vt 0.641200 0.712100</w:t>
        <w:br/>
        <w:t>vt 0.641000 0.721100</w:t>
        <w:br/>
        <w:t>vt 0.633900 0.746300</w:t>
        <w:br/>
        <w:t>vt 0.630000 0.746000</w:t>
        <w:br/>
        <w:t>vt 0.632400 0.737400</w:t>
        <w:br/>
        <w:t>vt 0.637500 0.737900</w:t>
        <w:br/>
        <w:t>vt 0.632700 0.681900</w:t>
        <w:br/>
        <w:t>vt 0.636500 0.691500</w:t>
        <w:br/>
        <w:t>vt 0.629600 0.691000</w:t>
        <w:br/>
        <w:t>vt 0.626800 0.681600</w:t>
        <w:br/>
        <w:t>vt 0.626000 0.658800</w:t>
        <w:br/>
        <w:t>vt 0.629100 0.671800</w:t>
        <w:br/>
        <w:t>vt 0.624300 0.670600</w:t>
        <w:br/>
        <w:t>vt 0.623500 0.659200</w:t>
        <w:br/>
        <w:t>vt 0.610000 0.735300</w:t>
        <w:br/>
        <w:t>vt 0.613300 0.735900</w:t>
        <w:br/>
        <w:t>vt 0.622400 0.766100</w:t>
        <w:br/>
        <w:t>vt 0.626200 0.756400</w:t>
        <w:br/>
        <w:t>vt 0.627900 0.757100</w:t>
        <w:br/>
        <w:t>vt 0.614400 0.645000</w:t>
        <w:br/>
        <w:t>vt 0.611400 0.646100</w:t>
        <w:br/>
        <w:t>vt 0.612000 0.635200</w:t>
        <w:br/>
        <w:t>vt 0.614600 0.634400</w:t>
        <w:br/>
        <w:t>vt 0.609700 0.673000</w:t>
        <w:br/>
        <w:t>vt 0.614400 0.671800</w:t>
        <w:br/>
        <w:t>vt 0.615500 0.680100</w:t>
        <w:br/>
        <w:t>vt 0.611400 0.683900</w:t>
        <w:br/>
        <w:t>vt 0.617100 0.720200</w:t>
        <w:br/>
        <w:t>vt 0.616400 0.710600</w:t>
        <w:br/>
        <w:t>vt 0.621600 0.710800</w:t>
        <w:br/>
        <w:t>vt 0.622500 0.720800</w:t>
        <w:br/>
        <w:t>vt 0.616300 0.683400</w:t>
        <w:br/>
        <w:t>vt 0.612100 0.686800</w:t>
        <w:br/>
        <w:t>vt 0.610500 0.663200</w:t>
        <w:br/>
        <w:t>vt 0.614300 0.661500</w:t>
        <w:br/>
        <w:t>vt 0.625600 0.745700</w:t>
        <w:br/>
        <w:t>vt 0.627700 0.737200</w:t>
        <w:br/>
        <w:t>vt 0.615700 0.621700</w:t>
        <w:br/>
        <w:t>vt 0.617200 0.633800</w:t>
        <w:br/>
        <w:t>vt 0.619400 0.670900</w:t>
        <w:br/>
        <w:t>vt 0.620200 0.676700</w:t>
        <w:br/>
        <w:t>vt 0.627400 0.711000</w:t>
        <w:br/>
        <w:t>vt 0.628000 0.721100</w:t>
        <w:br/>
        <w:t>vt 0.620500 0.745800</w:t>
        <w:br/>
        <w:t>vt 0.622000 0.756200</w:t>
        <w:br/>
        <w:t>vt 0.617600 0.756000</w:t>
        <w:br/>
        <w:t>vt 0.622000 0.682300</w:t>
        <w:br/>
        <w:t>vt 0.623900 0.691300</w:t>
        <w:br/>
        <w:t>vt 0.618200 0.691700</w:t>
        <w:br/>
        <w:t>vt 0.618600 0.660400</w:t>
        <w:br/>
        <w:t>vt 0.617500 0.736400</w:t>
        <w:br/>
        <w:t>vt 0.622300 0.736600</w:t>
        <w:br/>
        <w:t>vt 0.616000 0.745800</w:t>
        <w:br/>
        <w:t>vt 0.613000 0.728700</w:t>
        <w:br/>
        <w:t>vt 0.609800 0.728000</w:t>
        <w:br/>
        <w:t>vt 0.633600 0.730400</w:t>
        <w:br/>
        <w:t>vt 0.639700 0.730100</w:t>
        <w:br/>
        <w:t>vt 0.632100 0.701100</w:t>
        <w:br/>
        <w:t>vt 0.639600 0.701600</w:t>
        <w:br/>
        <w:t>vt 0.628100 0.730200</w:t>
        <w:br/>
        <w:t>vt 0.625700 0.700800</w:t>
        <w:br/>
        <w:t>vt 0.622700 0.729700</w:t>
        <w:br/>
        <w:t>vt 0.617400 0.729200</w:t>
        <w:br/>
        <w:t>vt 0.619700 0.700500</w:t>
        <w:br/>
        <w:t>vt 0.615100 0.700600</w:t>
        <w:br/>
        <w:t>vt 0.614100 0.756000</w:t>
        <w:br/>
        <w:t>vt 0.612000 0.764800</w:t>
        <w:br/>
        <w:t>vt 0.610500 0.764000</w:t>
        <w:br/>
        <w:t>vt 0.609100 0.685500</w:t>
        <w:br/>
        <w:t>vt 0.609800 0.689400</w:t>
        <w:br/>
        <w:t>vt 0.622400 0.644400</w:t>
        <w:br/>
        <w:t>vt 0.618100 0.644200</w:t>
        <w:br/>
        <w:t>vt 0.609400 0.690000</w:t>
        <w:br/>
        <w:t>vt 0.613400 0.692200</w:t>
        <w:br/>
        <w:t>vt 0.617000 0.621600</w:t>
        <w:br/>
        <w:t>vt 0.619600 0.633700</w:t>
        <w:br/>
        <w:t>vt 0.624700 0.674100</w:t>
        <w:br/>
        <w:t>vt 0.629100 0.671800</w:t>
        <w:br/>
        <w:t>vt 0.618400 0.765700</w:t>
        <w:br/>
        <w:t>vt 0.614600 0.765300</w:t>
        <w:br/>
        <w:t>vt 0.621200 0.680200</w:t>
        <w:br/>
        <w:t>vt 0.608400 0.719200</w:t>
        <w:br/>
        <w:t>vt 0.604700 0.719800</w:t>
        <w:br/>
        <w:t>vt 0.603500 0.710500</w:t>
        <w:br/>
        <w:t>vt 0.608400 0.710500</w:t>
        <w:br/>
        <w:t>vt 0.608300 0.693600</w:t>
        <w:br/>
        <w:t>vt 0.608600 0.700900</w:t>
        <w:br/>
        <w:t>vt 0.603000 0.700800</w:t>
        <w:br/>
        <w:t>vt 0.603100 0.693000</w:t>
        <w:br/>
        <w:t>vt 0.608800 0.735300</w:t>
        <w:br/>
        <w:t>vt 0.608800 0.745400</w:t>
        <w:br/>
        <w:t>vt 0.606800 0.736000</w:t>
        <w:br/>
        <w:t>vt 0.605300 0.729100</w:t>
        <w:br/>
        <w:t>vt 0.608600 0.728000</w:t>
        <w:br/>
        <w:t>vt 0.603600 0.688500</w:t>
        <w:br/>
        <w:t>vt 0.607600 0.685500</w:t>
        <w:br/>
        <w:t>vt 0.608000 0.690100</w:t>
        <w:br/>
        <w:t>vt 0.609700 0.719200</w:t>
        <w:br/>
        <w:t>vt 0.608400 0.719200</w:t>
        <w:br/>
        <w:t>vt 0.609700 0.710500</w:t>
        <w:br/>
        <w:t>vt 0.610000 0.756000</w:t>
        <w:br/>
        <w:t>vt 0.608700 0.756000</w:t>
        <w:br/>
        <w:t>vt 0.608800 0.745400</w:t>
        <w:br/>
        <w:t>vt 0.610100 0.745400</w:t>
        <w:br/>
        <w:t>vt 0.609600 0.693600</w:t>
        <w:br/>
        <w:t>vt 0.609800 0.700900</w:t>
        <w:br/>
        <w:t>vt 0.610000 0.735300</w:t>
        <w:br/>
        <w:t>vt 0.608800 0.735300</w:t>
        <w:br/>
        <w:t>vt 0.612000 0.635200</w:t>
        <w:br/>
        <w:t>vt 0.610600 0.635200</w:t>
        <w:br/>
        <w:t>vt 0.611400 0.622400</w:t>
        <w:br/>
        <w:t>vt 0.612600 0.622400</w:t>
        <w:br/>
        <w:t>vt 0.609700 0.673000</w:t>
        <w:br/>
        <w:t>vt 0.608500 0.673300</w:t>
        <w:br/>
        <w:t>vt 0.609100 0.663100</w:t>
        <w:br/>
        <w:t>vt 0.610500 0.663200</w:t>
        <w:br/>
        <w:t>vt 0.609800 0.728000</w:t>
        <w:br/>
        <w:t>vt 0.612000 0.764800</w:t>
        <w:br/>
        <w:t>vt 0.611500 0.766100</w:t>
        <w:br/>
        <w:t>vt 0.609400 0.765000</w:t>
        <w:br/>
        <w:t>vt 0.610500 0.764000</w:t>
        <w:br/>
        <w:t>vt 0.609100 0.685500</w:t>
        <w:br/>
        <w:t>vt 0.610000 0.646000</w:t>
        <w:br/>
        <w:t>vt 0.611400 0.646100</w:t>
        <w:br/>
        <w:t>vt 0.609400 0.690000</w:t>
        <w:br/>
        <w:t>vt 0.610500 0.764000</w:t>
        <w:br/>
        <w:t>vt 0.609400 0.765000</w:t>
        <w:br/>
        <w:t>vt 0.618400 0.765700</w:t>
        <w:br/>
        <w:t>vt 0.618300 0.767100</w:t>
        <w:br/>
        <w:t>vt 0.614400 0.766700</w:t>
        <w:br/>
        <w:t>vt 0.614600 0.765300</w:t>
        <w:br/>
        <w:t>vt 0.622400 0.766100</w:t>
        <w:br/>
        <w:t>vt 0.621600 0.767300</w:t>
        <w:br/>
        <w:t>vt 0.630400 0.675500</w:t>
        <w:br/>
        <w:t>vt 0.625600 0.677500</w:t>
        <w:br/>
        <w:t>vt 0.612600 0.622400</w:t>
        <w:br/>
        <w:t>vt 0.693000 0.991600</w:t>
        <w:br/>
        <w:t>vt 0.740100 0.724800</w:t>
        <w:br/>
        <w:t>vt 0.730300 0.730000</w:t>
        <w:br/>
        <w:t>vt 0.722400 0.736500</w:t>
        <w:br/>
        <w:t>vt 0.746900 0.704500</w:t>
        <w:br/>
        <w:t>vt 0.777800 0.710500</w:t>
        <w:br/>
        <w:t>vt 0.569400 0.967600</w:t>
        <w:br/>
        <w:t>vt 0.709600 0.730600</w:t>
        <w:br/>
        <w:t>vt 0.714100 0.732000</w:t>
        <w:br/>
        <w:t>vt 0.459800 0.965400</w:t>
        <w:br/>
        <w:t>vt 0.455100 0.970800</w:t>
        <w:br/>
        <w:t>vt 0.453500 0.955600</w:t>
        <w:br/>
        <w:t>vt 0.462100 0.963200</w:t>
        <w:br/>
        <w:t>vt 0.455100 0.970800</w:t>
        <w:br/>
        <w:t>vt 0.452300 0.971200</w:t>
        <w:br/>
        <w:t>vt 0.450700 0.956100</w:t>
        <w:br/>
        <w:t>vt 0.453500 0.955600</w:t>
        <w:br/>
        <w:t>vt 0.605400 0.675600</w:t>
        <w:br/>
        <w:t>vt 0.779400 0.792300</w:t>
        <w:br/>
        <w:t>vt 0.783600 0.772200</w:t>
        <w:br/>
        <w:t>vt 0.780100 0.782900</w:t>
        <w:br/>
        <w:t>vt 0.788500 0.764100</w:t>
        <w:br/>
        <w:t>vt 0.795500 0.753100</w:t>
        <w:br/>
        <w:t>vt 0.801600 0.745300</w:t>
        <w:br/>
        <w:t>vt 0.810200 0.741600</w:t>
        <w:br/>
        <w:t>vt 0.833500 0.743100</w:t>
        <w:br/>
        <w:t>vt 0.825800 0.751500</w:t>
        <w:br/>
        <w:t>vt 0.814400 0.753700</w:t>
        <w:br/>
        <w:t>vt 0.806300 0.758900</w:t>
        <w:br/>
        <w:t>vt 0.799900 0.766900</w:t>
        <w:br/>
        <w:t>vt 0.795700 0.775100</w:t>
        <w:br/>
        <w:t>vt 0.794900 0.799200</w:t>
        <w:br/>
        <w:t>vt 0.793600 0.808900</w:t>
        <w:br/>
        <w:t>vt 0.792300 0.807900</w:t>
        <w:br/>
        <w:t>vt 0.791500 0.796500</w:t>
        <w:br/>
        <w:t>vt 0.832300 0.591300</w:t>
        <w:br/>
        <w:t>vt 0.678100 0.933500</w:t>
        <w:br/>
        <w:t>vt 0.666700 0.941400</w:t>
        <w:br/>
        <w:t>vt 0.662700 0.928000</w:t>
        <w:br/>
        <w:t>vt 0.674700 0.920400</w:t>
        <w:br/>
        <w:t>vt 0.647000 0.931800</w:t>
        <w:br/>
        <w:t>vt 0.651600 0.944800</w:t>
        <w:br/>
        <w:t>vt 0.636600 0.943400</w:t>
        <w:br/>
        <w:t>vt 0.635400 0.928800</w:t>
        <w:br/>
        <w:t>vt 0.692200 0.889000</w:t>
        <w:br/>
        <w:t>vt 0.694400 0.879400</w:t>
        <w:br/>
        <w:t>vt 0.703800 0.886300</w:t>
        <w:br/>
        <w:t>vt 0.699700 0.901300</w:t>
        <w:br/>
        <w:t>vt 0.685900 0.925000</w:t>
        <w:br/>
        <w:t>vt 0.019100 0.594200</w:t>
        <w:br/>
        <w:t>vt 0.624100 0.937400</w:t>
        <w:br/>
        <w:t>vt 0.626800 0.926700</w:t>
        <w:br/>
        <w:t>vt 0.629800 0.940500</w:t>
        <w:br/>
        <w:t>vt 0.694000 0.911100</w:t>
        <w:br/>
        <w:t>vt 0.683900 0.909100</w:t>
        <w:br/>
        <w:t>vt 0.689800 0.897700</w:t>
        <w:br/>
        <w:t>vt 0.704800 0.856500</w:t>
        <w:br/>
        <w:t>vt 0.705000 0.873600</w:t>
        <w:br/>
        <w:t>vt 0.695600 0.866400</w:t>
        <w:br/>
        <w:t>vt 0.694300 0.849900</w:t>
        <w:br/>
        <w:t>vt 0.009600 0.601900</w:t>
        <w:br/>
        <w:t>vt 0.011000 0.592200</w:t>
        <w:br/>
        <w:t>vt 0.703300 0.844200</w:t>
        <w:br/>
        <w:t>vt 0.692400 0.839600</w:t>
        <w:br/>
        <w:t>vt 0.698900 0.838000</w:t>
        <w:br/>
        <w:t>vt 0.678100 0.933500</w:t>
        <w:br/>
        <w:t>vt 0.679300 0.935500</w:t>
        <w:br/>
        <w:t>vt 0.667400 0.943200</w:t>
        <w:br/>
        <w:t>vt 0.666700 0.941400</w:t>
        <w:br/>
        <w:t>vt 0.674700 0.920400</w:t>
        <w:br/>
        <w:t>vt 0.662700 0.928000</w:t>
        <w:br/>
        <w:t>vt 0.662000 0.925900</w:t>
        <w:br/>
        <w:t>vt 0.673100 0.918900</w:t>
        <w:br/>
        <w:t>vt 0.636600 0.943400</w:t>
        <w:br/>
        <w:t>vt 0.651600 0.944800</w:t>
        <w:br/>
        <w:t>vt 0.651300 0.946600</w:t>
        <w:br/>
        <w:t>vt 0.636400 0.945500</w:t>
        <w:br/>
        <w:t>vt 0.635400 0.928800</w:t>
        <w:br/>
        <w:t>vt 0.635600 0.926600</w:t>
        <w:br/>
        <w:t>vt 0.646600 0.929500</w:t>
        <w:br/>
        <w:t>vt 0.647000 0.931800</w:t>
        <w:br/>
        <w:t>vt 0.692200 0.889000</w:t>
        <w:br/>
        <w:t>vt 0.690100 0.889200</w:t>
        <w:br/>
        <w:t>vt 0.692800 0.878900</w:t>
        <w:br/>
        <w:t>vt 0.694400 0.879400</w:t>
        <w:br/>
        <w:t>vt 0.703800 0.886300</w:t>
        <w:br/>
        <w:t>vt 0.705500 0.886600</w:t>
        <w:br/>
        <w:t>vt 0.701500 0.901600</w:t>
        <w:br/>
        <w:t>vt 0.699700 0.901300</w:t>
        <w:br/>
        <w:t>vt 0.685900 0.925000</w:t>
        <w:br/>
        <w:t>vt 0.687400 0.926700</w:t>
        <w:br/>
        <w:t>vt 0.683900 0.909100</w:t>
        <w:br/>
        <w:t>vt 0.682100 0.907900</w:t>
        <w:br/>
        <w:t>vt 0.011000 0.592200</w:t>
        <w:br/>
        <w:t>vt 0.009100 0.592200</w:t>
        <w:br/>
        <w:t>vt 0.626800 0.926700</w:t>
        <w:br/>
        <w:t>vt 0.624100 0.937400</w:t>
        <w:br/>
        <w:t>vt 0.621500 0.938200</w:t>
        <w:br/>
        <w:t>vt 0.625100 0.924100</w:t>
        <w:br/>
        <w:t>vt 0.626800 0.926700</w:t>
        <w:br/>
        <w:t>vt 0.625100 0.924100</w:t>
        <w:br/>
        <w:t>vt 0.629800 0.940500</w:t>
        <w:br/>
        <w:t>vt 0.629000 0.942500</w:t>
        <w:br/>
        <w:t>vt 0.621500 0.938200</w:t>
        <w:br/>
        <w:t>vt 0.624100 0.937400</w:t>
        <w:br/>
        <w:t>vt 0.694000 0.911100</w:t>
        <w:br/>
        <w:t>vt 0.695900 0.912200</w:t>
        <w:br/>
        <w:t>vt 0.689800 0.897700</w:t>
        <w:br/>
        <w:t>vt 0.688000 0.896500</w:t>
        <w:br/>
        <w:t>vt 0.705000 0.873600</w:t>
        <w:br/>
        <w:t>vt 0.704800 0.856500</w:t>
        <w:br/>
        <w:t>vt 0.706600 0.856700</w:t>
        <w:br/>
        <w:t>vt 0.707100 0.873600</w:t>
        <w:br/>
        <w:t>vt 0.695600 0.866400</w:t>
        <w:br/>
        <w:t>vt 0.693800 0.866400</w:t>
        <w:br/>
        <w:t>vt 0.692600 0.850500</w:t>
        <w:br/>
        <w:t>vt 0.694300 0.849900</w:t>
        <w:br/>
        <w:t>vt 0.703300 0.844200</w:t>
        <w:br/>
        <w:t>vt 0.692400 0.839600</w:t>
        <w:br/>
        <w:t>vt 0.690900 0.840300</w:t>
        <w:br/>
        <w:t>vt 0.688600 0.825800</w:t>
        <w:br/>
        <w:t>vt 0.690900 0.840300</w:t>
        <w:br/>
        <w:t>vt 0.692600 0.850500</w:t>
        <w:br/>
        <w:t>vt 0.688600 0.825800</w:t>
        <w:br/>
        <w:t>vt 0.867000 0.606600</w:t>
        <w:br/>
        <w:t>vt 0.019100 0.594200</w:t>
        <w:br/>
        <w:t>vt 0.007600 0.604100</w:t>
        <w:br/>
        <w:t>vt 0.009600 0.601900</w:t>
        <w:br/>
        <w:t>vt 0.009600 0.601900</w:t>
        <w:br/>
        <w:t>vt 0.007600 0.604100</w:t>
        <w:br/>
        <w:t>vt 0.842200 0.760300</w:t>
        <w:br/>
        <w:t>vt 0.544800 0.540500</w:t>
        <w:br/>
        <w:t>vt 0.558800 0.540800</w:t>
        <w:br/>
        <w:t>vt 0.555600 0.528300</w:t>
        <w:br/>
        <w:t>vt 0.531600 0.528500</w:t>
        <w:br/>
        <w:t>vt 0.588500 0.542700</w:t>
        <w:br/>
        <w:t>vt 0.588600 0.530200</w:t>
        <w:br/>
        <w:t>vt 0.562500 0.529000</w:t>
        <w:br/>
        <w:t>vt 0.611300 0.543900</w:t>
        <w:br/>
        <w:t>vt 0.611400 0.531400</w:t>
        <w:br/>
        <w:t>vt 0.632100 0.544700</w:t>
        <w:br/>
        <w:t>vt 0.632100 0.532700</w:t>
        <w:br/>
        <w:t>vt 0.544800 0.540500</w:t>
        <w:br/>
        <w:t>vt 0.543900 0.543800</w:t>
        <w:br/>
        <w:t>vt 0.558400 0.544500</w:t>
        <w:br/>
        <w:t>vt 0.558800 0.540800</w:t>
        <w:br/>
        <w:t>vt 0.531600 0.528500</w:t>
        <w:br/>
        <w:t>vt 0.555600 0.528300</w:t>
        <w:br/>
        <w:t>vt 0.554900 0.525800</w:t>
        <w:br/>
        <w:t>vt 0.531000 0.525500</w:t>
        <w:br/>
        <w:t>vt 0.531600 0.528500</w:t>
        <w:br/>
        <w:t>vt 0.529000 0.530700</w:t>
        <w:br/>
        <w:t>vt 0.588400 0.546600</w:t>
        <w:br/>
        <w:t>vt 0.588500 0.542700</w:t>
        <w:br/>
        <w:t>vt 0.588600 0.530200</w:t>
        <w:br/>
        <w:t>vt 0.588700 0.526700</w:t>
        <w:br/>
        <w:t>vt 0.562900 0.526100</w:t>
        <w:br/>
        <w:t>vt 0.562500 0.529000</w:t>
        <w:br/>
        <w:t>vt 0.611300 0.543900</w:t>
        <w:br/>
        <w:t>vt 0.611200 0.547600</w:t>
        <w:br/>
        <w:t>vt 0.611400 0.531400</w:t>
        <w:br/>
        <w:t>vt 0.611500 0.528100</w:t>
        <w:br/>
        <w:t>vt 0.632100 0.544700</w:t>
        <w:br/>
        <w:t>vt 0.632100 0.548000</w:t>
        <w:br/>
        <w:t>vt 0.632100 0.532700</w:t>
        <w:br/>
        <w:t>vt 0.632100 0.529300</w:t>
        <w:br/>
        <w:t>vt 0.867500 0.598700</w:t>
        <w:br/>
        <w:t>vt 0.865900 0.591300</w:t>
        <w:br/>
        <w:t>vt 0.860100 0.592200</w:t>
        <w:br/>
        <w:t>vt 0.859300 0.600100</w:t>
        <w:br/>
        <w:t>vt 0.851200 0.593100</w:t>
        <w:br/>
        <w:t>vt 0.833800 0.590900</w:t>
        <w:br/>
        <w:t>vt 0.839800 0.594800</w:t>
        <w:br/>
        <w:t>vt 0.572400 0.664600</w:t>
        <w:br/>
        <w:t>vt 0.572700 0.682500</w:t>
        <w:br/>
        <w:t>vt 0.566600 0.682300</w:t>
        <w:br/>
        <w:t>vt 0.567800 0.663400</w:t>
        <w:br/>
        <w:t>vt 0.837400 0.603800</w:t>
        <w:br/>
        <w:t>vt 0.847100 0.599400</w:t>
        <w:br/>
        <w:t>vt 0.837500 0.600400</w:t>
        <w:br/>
        <w:t>vt 0.847400 0.604700</w:t>
        <w:br/>
        <w:t>vt 0.848500 0.599500</w:t>
        <w:br/>
        <w:t>vt 0.574100 0.654600</w:t>
        <w:br/>
        <w:t>vt 0.569700 0.653600</w:t>
        <w:br/>
        <w:t>vt 0.573100 0.687200</w:t>
        <w:br/>
        <w:t>vt 0.566600 0.687500</w:t>
        <w:br/>
        <w:t>vt 0.876000 0.588900</w:t>
        <w:br/>
        <w:t>vt 0.878300 0.595400</w:t>
        <w:br/>
        <w:t>vt 0.573200 0.645500</w:t>
        <w:br/>
        <w:t>vt 0.576800 0.645500</w:t>
        <w:br/>
        <w:t>vt 0.810700 0.779700</w:t>
        <w:br/>
        <w:t>vt 0.822300 0.775800</w:t>
        <w:br/>
        <w:t>vt 0.820000 0.769900</w:t>
        <w:br/>
        <w:t>vt 0.809100 0.773200</w:t>
        <w:br/>
        <w:t>vt 0.831500 0.767600</w:t>
        <w:br/>
        <w:t>vt 0.834800 0.776300</w:t>
        <w:br/>
        <w:t>vt 0.792600 0.787500</w:t>
        <w:br/>
        <w:t>vt 0.797800 0.791500</w:t>
        <w:br/>
        <w:t>vt 0.802000 0.785400</w:t>
        <w:br/>
        <w:t>vt 0.794500 0.780500</w:t>
        <w:br/>
        <w:t>vt 0.843100 0.779200</w:t>
        <w:br/>
        <w:t>vt 0.845400 0.779200</w:t>
        <w:br/>
        <w:t>vt 0.847600 0.776300</w:t>
        <w:br/>
        <w:t>vt 0.827300 0.756000</w:t>
        <w:br/>
        <w:t>vt 0.815400 0.757500</w:t>
        <w:br/>
        <w:t>vt 0.800600 0.774500</w:t>
        <w:br/>
        <w:t>vt 0.862400 0.757400</w:t>
        <w:br/>
        <w:t>vt 0.858700 0.753400</w:t>
        <w:br/>
        <w:t>vt 0.854800 0.755400</w:t>
        <w:br/>
        <w:t>vt 0.855600 0.760800</w:t>
        <w:br/>
        <w:t>vt 0.872200 0.747300</w:t>
        <w:br/>
        <w:t>vt 0.874700 0.753000</w:t>
        <w:br/>
        <w:t>vt 0.858200 0.605500</w:t>
        <w:br/>
        <w:t>vt 0.841200 0.776800</w:t>
        <w:br/>
        <w:t>vt 0.837600 0.766200</w:t>
        <w:br/>
        <w:t>vt 0.833200 0.754500</w:t>
        <w:br/>
        <w:t>vt 0.819500 0.723200</w:t>
        <w:br/>
        <w:t>vt 0.808500 0.723600</w:t>
        <w:br/>
        <w:t>vt 0.810000 0.740300</w:t>
        <w:br/>
        <w:t>vt 0.822800 0.740100</w:t>
        <w:br/>
        <w:t>vt 0.839800 0.752800</w:t>
        <w:br/>
        <w:t>vt 0.838100 0.746200</w:t>
        <w:br/>
        <w:t>vt 0.786300 0.682100</w:t>
        <w:br/>
        <w:t>vt 0.770100 0.680100</w:t>
        <w:br/>
        <w:t>vt 0.769500 0.694500</w:t>
        <w:br/>
        <w:t>vt 0.786100 0.698300</w:t>
        <w:br/>
        <w:t>vt 0.753300 0.697700</w:t>
        <w:br/>
        <w:t>vt 0.767600 0.702700</w:t>
        <w:br/>
        <w:t>vt 0.754000 0.689300</w:t>
        <w:br/>
        <w:t>vt 0.800200 0.647800</w:t>
        <w:br/>
        <w:t>vt 0.786800 0.647400</w:t>
        <w:br/>
        <w:t>vt 0.786400 0.664200</w:t>
        <w:br/>
        <w:t>vt 0.800400 0.664900</w:t>
        <w:br/>
        <w:t>vt 0.770700 0.662200</w:t>
        <w:br/>
        <w:t>vt 0.771800 0.646300</w:t>
        <w:br/>
        <w:t>vt 0.758100 0.660000</w:t>
        <w:br/>
        <w:t>vt 0.759400 0.644200</w:t>
        <w:br/>
        <w:t>vt 0.733000 0.671700</w:t>
        <w:br/>
        <w:t>vt 0.723900 0.668800</w:t>
        <w:br/>
        <w:t>vt 0.723900 0.678500</w:t>
        <w:br/>
        <w:t>vt 0.731100 0.680900</w:t>
        <w:br/>
        <w:t>vt 0.730200 0.688600</w:t>
        <w:br/>
        <w:t>vt 0.741500 0.693100</w:t>
        <w:br/>
        <w:t>vt 0.742700 0.685300</w:t>
        <w:br/>
        <w:t>vt 0.738000 0.639100</w:t>
        <w:br/>
        <w:t>vt 0.748100 0.641600</w:t>
        <w:br/>
        <w:t>vt 0.750600 0.623600</w:t>
        <w:br/>
        <w:t>vt 0.741000 0.621200</w:t>
        <w:br/>
        <w:t>vt 0.735300 0.655300</w:t>
        <w:br/>
        <w:t>vt 0.746500 0.657700</w:t>
        <w:br/>
        <w:t>vt 0.800000 0.626200</w:t>
        <w:br/>
        <w:t>vt 0.787300 0.626700</w:t>
        <w:br/>
        <w:t>vt 0.773400 0.627000</w:t>
        <w:br/>
        <w:t>vt 0.761500 0.625600</w:t>
        <w:br/>
        <w:t>vt 0.798800 0.698000</w:t>
        <w:br/>
        <w:t>vt 0.786200 0.707800</w:t>
        <w:br/>
        <w:t>vt 0.728000 0.637000</w:t>
        <w:br/>
        <w:t>vt 0.725300 0.652900</w:t>
        <w:br/>
        <w:t>vt 0.811500 0.646500</w:t>
        <w:br/>
        <w:t>vt 0.810000 0.624700</w:t>
        <w:br/>
        <w:t>vt 0.813100 0.662600</w:t>
        <w:br/>
        <w:t>vt 0.825800 0.659400</w:t>
        <w:br/>
        <w:t>vt 0.823100 0.643900</w:t>
        <w:br/>
        <w:t>vt 0.815900 0.694900</w:t>
        <w:br/>
        <w:t>vt 0.814100 0.678800</w:t>
        <w:br/>
        <w:t>vt 0.799700 0.681400</w:t>
        <w:br/>
        <w:t>vt 0.827500 0.674200</w:t>
        <w:br/>
        <w:t>vt 0.819900 0.622400</w:t>
        <w:br/>
        <w:t>vt 0.798100 0.709900</w:t>
        <w:br/>
        <w:t>vt 0.808700 0.710500</w:t>
        <w:br/>
        <w:t>vt 0.744000 0.674800</w:t>
        <w:br/>
        <w:t>vt 0.755600 0.677400</w:t>
        <w:br/>
        <w:t>vt 0.817700 0.710700</w:t>
        <w:br/>
        <w:t>vt 0.831000 0.708700</w:t>
        <w:br/>
        <w:t>vt 0.829400 0.690500</w:t>
        <w:br/>
        <w:t>vt 0.833500 0.722500</w:t>
        <w:br/>
        <w:t>vt 0.709700 0.730000</w:t>
        <w:br/>
        <w:t>vt 0.710000 0.730100</w:t>
        <w:br/>
        <w:t>vt 0.715900 0.721600</w:t>
        <w:br/>
        <w:t>vt 0.711000 0.719700</w:t>
        <w:br/>
        <w:t>vt 0.723900 0.713900</w:t>
        <w:br/>
        <w:t>vt 0.717200 0.711000</w:t>
        <w:br/>
        <w:t>vt 0.716800 0.755200</w:t>
        <w:br/>
        <w:t>vt 0.721800 0.752200</w:t>
        <w:br/>
        <w:t>vt 0.720500 0.748900</w:t>
        <w:br/>
        <w:t>vt 0.712900 0.747700</w:t>
        <w:br/>
        <w:t>vt 0.722200 0.755700</w:t>
        <w:br/>
        <w:t>vt 0.721500 0.759200</w:t>
        <w:br/>
        <w:t>vt 0.710300 0.738800</w:t>
        <w:br/>
        <w:t>vt 0.715900 0.740900</w:t>
        <w:br/>
        <w:t>vt 0.718400 0.745300</w:t>
        <w:br/>
        <w:t>vt 0.720700 0.701200</w:t>
        <w:br/>
        <w:t>vt 0.714300 0.709900</w:t>
        <w:br/>
        <w:t>vt 0.724900 0.702200</w:t>
        <w:br/>
        <w:t>vt 0.756000 0.763900</w:t>
        <w:br/>
        <w:t>vt 0.767400 0.766200</w:t>
        <w:br/>
        <w:t>vt 0.768000 0.754600</w:t>
        <w:br/>
        <w:t>vt 0.756200 0.753600</w:t>
        <w:br/>
        <w:t>vt 0.754300 0.774600</w:t>
        <w:br/>
        <w:t>vt 0.765200 0.779100</w:t>
        <w:br/>
        <w:t>vt 0.740300 0.709400</w:t>
        <w:br/>
        <w:t>vt 0.730000 0.717200</w:t>
        <w:br/>
        <w:t>vt 0.735600 0.721100</w:t>
        <w:br/>
        <w:t>vt 0.746600 0.714800</w:t>
        <w:br/>
        <w:t>vt 0.750000 0.736000</w:t>
        <w:br/>
        <w:t>vt 0.761500 0.733800</w:t>
        <w:br/>
        <w:t>vt 0.757200 0.726700</w:t>
        <w:br/>
        <w:t>vt 0.745400 0.730000</w:t>
        <w:br/>
        <w:t>vt 0.781700 0.729700</w:t>
        <w:br/>
        <w:t>vt 0.773100 0.731700</w:t>
        <w:br/>
        <w:t>vt 0.776600 0.742900</w:t>
        <w:br/>
        <w:t>vt 0.785700 0.741900</w:t>
        <w:br/>
        <w:t>vt 0.778000 0.755400</w:t>
        <w:br/>
        <w:t>vt 0.787700 0.755700</w:t>
        <w:br/>
        <w:t>vt 0.765500 0.743400</w:t>
        <w:br/>
        <w:t>vt 0.789100 0.726800</w:t>
        <w:br/>
        <w:t>vt 0.793700 0.741000</w:t>
        <w:br/>
        <w:t>vt 0.751200 0.785200</w:t>
        <w:br/>
        <w:t>vt 0.761100 0.790200</w:t>
        <w:br/>
        <w:t>vt 0.757000 0.797000</w:t>
        <w:br/>
        <w:t>vt 0.747800 0.791000</w:t>
        <w:br/>
        <w:t>vt 0.733500 0.705300</w:t>
        <w:br/>
        <w:t>vt 0.754500 0.744200</w:t>
        <w:br/>
        <w:t>vt 0.723500 0.698300</w:t>
        <w:br/>
        <w:t>vt 0.727600 0.698400</w:t>
        <w:br/>
        <w:t>vt 0.728600 0.696100</w:t>
        <w:br/>
        <w:t>vt 0.724200 0.696200</w:t>
        <w:br/>
        <w:t>vt 0.720700 0.761000</w:t>
        <w:br/>
        <w:t>vt 0.774200 0.783600</w:t>
        <w:br/>
        <w:t>vt 0.776900 0.769000</w:t>
        <w:br/>
        <w:t>vt 0.770300 0.796400</w:t>
        <w:br/>
        <w:t>vt 0.767900 0.804000</w:t>
        <w:br/>
        <w:t>vt 0.739500 0.778300</w:t>
        <w:br/>
        <w:t>vt 0.736900 0.784300</w:t>
        <w:br/>
        <w:t>vt 0.742100 0.770000</w:t>
        <w:br/>
        <w:t>vt 0.731200 0.764500</w:t>
        <w:br/>
        <w:t>vt 0.728700 0.770200</w:t>
        <w:br/>
        <w:t>vt 0.741800 0.745200</w:t>
        <w:br/>
        <w:t>vt 0.737900 0.738400</w:t>
        <w:br/>
        <w:t>vt 0.743500 0.753100</w:t>
        <w:br/>
        <w:t>vt 0.730800 0.746900</w:t>
        <w:br/>
        <w:t>vt 0.732200 0.752500</w:t>
        <w:br/>
        <w:t>vt 0.727700 0.741800</w:t>
        <w:br/>
        <w:t>vt 0.734400 0.733700</w:t>
        <w:br/>
        <w:t>vt 0.725300 0.738900</w:t>
        <w:br/>
        <w:t>vt 0.721300 0.724200</w:t>
        <w:br/>
        <w:t>vt 0.714100 0.732000</w:t>
        <w:br/>
        <w:t>vt 0.718500 0.734100</w:t>
        <w:br/>
        <w:t>vt 0.726400 0.727000</w:t>
        <w:br/>
        <w:t>vt 0.743600 0.761500</w:t>
        <w:br/>
        <w:t>vt 0.732200 0.758500</w:t>
        <w:br/>
        <w:t>vt 0.709700 0.730000</w:t>
        <w:br/>
        <w:t>vt 0.709600 0.730600</w:t>
        <w:br/>
        <w:t>vt 0.710000 0.730100</w:t>
        <w:br/>
        <w:t>vt 0.777500 0.721300</w:t>
        <w:br/>
        <w:t>vt 0.769100 0.723900</w:t>
        <w:br/>
        <w:t>vt 0.763400 0.716600</w:t>
        <w:br/>
        <w:t>vt 0.751700 0.720200</w:t>
        <w:br/>
        <w:t>vt 0.756000 0.710300</w:t>
        <w:br/>
        <w:t>vt 0.738400 0.700700</w:t>
        <w:br/>
        <w:t>vt 0.800500 0.740800</w:t>
        <w:br/>
        <w:t>vt 0.798300 0.723500</w:t>
        <w:br/>
        <w:t>vt 0.787500 0.715000</w:t>
        <w:br/>
        <w:t>vt 0.783700 0.717000</w:t>
        <w:br/>
        <w:t>vt 0.761700 0.706900</w:t>
        <w:br/>
        <w:t>vt 0.771400 0.713900</w:t>
        <w:br/>
        <w:t>vt 0.740300 0.698200</w:t>
        <w:br/>
        <w:t>vt 0.724700 0.686000</w:t>
        <w:br/>
        <w:t>vt 0.730000 0.619000</w:t>
        <w:br/>
        <w:t>vt 0.841400 0.687100</w:t>
        <w:br/>
        <w:t>vt 0.838700 0.670500</w:t>
        <w:br/>
        <w:t>vt 0.834500 0.640600</w:t>
        <w:br/>
        <w:t>vt 0.837100 0.655400</w:t>
        <w:br/>
        <w:t>vt 0.847700 0.651500</w:t>
        <w:br/>
        <w:t>vt 0.845600 0.637800</w:t>
        <w:br/>
        <w:t>vt 0.831700 0.619500</w:t>
        <w:br/>
        <w:t>vt 0.842700 0.617900</w:t>
        <w:br/>
        <w:t>vt 0.844800 0.705000</w:t>
        <w:br/>
        <w:t>vt 0.750300 0.701400</w:t>
        <w:br/>
        <w:t>vt 0.836300 0.738200</w:t>
        <w:br/>
        <w:t>vt 0.853400 0.683000</w:t>
        <w:br/>
        <w:t>vt 0.850000 0.665800</w:t>
        <w:br/>
        <w:t>vt 0.847100 0.751100</w:t>
        <w:br/>
        <w:t>vt 0.850600 0.734700</w:t>
        <w:br/>
        <w:t>vt 0.865900 0.678900</w:t>
        <w:br/>
        <w:t>vt 0.861700 0.661500</w:t>
        <w:br/>
        <w:t>vt 0.871100 0.695700</w:t>
        <w:br/>
        <w:t>vt 0.857600 0.700500</w:t>
        <w:br/>
        <w:t>vt 0.866500 0.729200</w:t>
        <w:br/>
        <w:t>vt 0.861800 0.714900</w:t>
        <w:br/>
        <w:t>vt 0.847700 0.719800</w:t>
        <w:br/>
        <w:t>vt 0.880100 0.724000</w:t>
        <w:br/>
        <w:t>vt 0.875300 0.709800</w:t>
        <w:br/>
        <w:t>vt 0.871300 0.740800</w:t>
        <w:br/>
        <w:t>vt 0.855000 0.748100</w:t>
        <w:br/>
        <w:t>vt 0.826400 0.603200</w:t>
        <w:br/>
        <w:t>vt 0.832500 0.600000</w:t>
        <w:br/>
        <w:t>vt 0.859200 0.635000</w:t>
        <w:br/>
        <w:t>vt 0.854100 0.616200</w:t>
        <w:br/>
        <w:t>vt 0.861200 0.647300</w:t>
        <w:br/>
        <w:t>vt 0.824300 0.595500</w:t>
        <w:br/>
        <w:t>vt 0.873100 0.658500</w:t>
        <w:br/>
        <w:t>vt 0.781300 0.804300</w:t>
        <w:br/>
        <w:t>vt 0.777000 0.810700</w:t>
        <w:br/>
        <w:t>vt 0.567400 0.694700</w:t>
        <w:br/>
        <w:t>vt 0.573900 0.694700</w:t>
        <w:br/>
        <w:t>vt 0.886200 0.748300</w:t>
        <w:br/>
        <w:t>vt 0.884000 0.742000</w:t>
        <w:br/>
        <w:t>vt 0.884000 0.735700</w:t>
        <w:br/>
        <w:t>vt 0.891000 0.760600</w:t>
        <w:br/>
        <w:t>vt 0.879600 0.764800</w:t>
        <w:br/>
        <w:t>vt 0.865100 0.589900</w:t>
        <w:br/>
        <w:t>vt 0.859900 0.590500</w:t>
        <w:br/>
        <w:t>vt 0.860100 0.592200</w:t>
        <w:br/>
        <w:t>vt 0.865900 0.591300</w:t>
        <w:br/>
        <w:t>vt 0.851000 0.591500</w:t>
        <w:br/>
        <w:t>vt 0.834300 0.589200</w:t>
        <w:br/>
        <w:t>vt 0.833800 0.590900</w:t>
        <w:br/>
        <w:t>vt 0.851200 0.593100</w:t>
        <w:br/>
        <w:t>vt 0.572400 0.664600</w:t>
        <w:br/>
        <w:t>vt 0.573900 0.664500</w:t>
        <w:br/>
        <w:t>vt 0.574300 0.682100</w:t>
        <w:br/>
        <w:t>vt 0.572700 0.682500</w:t>
        <w:br/>
        <w:t>vt 0.574100 0.654600</w:t>
        <w:br/>
        <w:t>vt 0.575200 0.654600</w:t>
        <w:br/>
        <w:t>vt 0.574900 0.686900</w:t>
        <w:br/>
        <w:t>vt 0.573100 0.687200</w:t>
        <w:br/>
        <w:t>vt 0.875100 0.587600</w:t>
        <w:br/>
        <w:t>vt 0.876000 0.588900</w:t>
        <w:br/>
        <w:t>vt 0.576800 0.645500</w:t>
        <w:br/>
        <w:t>vt 0.577900 0.645700</w:t>
        <w:br/>
        <w:t>vt 0.810700 0.779700</w:t>
        <w:br/>
        <w:t>vt 0.811300 0.781400</w:t>
        <w:br/>
        <w:t>vt 0.822300 0.777700</w:t>
        <w:br/>
        <w:t>vt 0.822300 0.775800</w:t>
        <w:br/>
        <w:t>vt 0.834300 0.778200</w:t>
        <w:br/>
        <w:t>vt 0.834800 0.776300</w:t>
        <w:br/>
        <w:t>vt 0.799000 0.792600</w:t>
        <w:br/>
        <w:t>vt 0.802700 0.786800</w:t>
        <w:br/>
        <w:t>vt 0.842300 0.780500</w:t>
        <w:br/>
        <w:t>vt 0.843100 0.779200</w:t>
        <w:br/>
        <w:t>vt 0.793600 0.808900</w:t>
        <w:br/>
        <w:t>vt 0.795500 0.809100</w:t>
        <w:br/>
        <w:t>vt 0.796500 0.800000</w:t>
        <w:br/>
        <w:t>vt 0.794900 0.799200</w:t>
        <w:br/>
        <w:t>vt 0.575700 0.694600</w:t>
        <w:br/>
        <w:t>vt 0.573900 0.694700</w:t>
        <w:br/>
        <w:t>vt 0.581600 0.636300</w:t>
        <w:br/>
        <w:t>vt 0.582800 0.637000</w:t>
        <w:br/>
        <w:t>vt 0.586300 0.631300</w:t>
        <w:br/>
        <w:t>vt 0.587400 0.632300</w:t>
        <w:br/>
        <w:t>vt 0.582800 0.637000</w:t>
        <w:br/>
        <w:t>vt 0.926100 0.847300</w:t>
        <w:br/>
        <w:t>vt 0.924400 0.847000</w:t>
        <w:br/>
        <w:t>vt 0.928600 0.834200</w:t>
        <w:br/>
        <w:t>vt 0.930100 0.834800</w:t>
        <w:br/>
        <w:t>vt 0.915400 0.934600</w:t>
        <w:br/>
        <w:t>vt 0.914100 0.923600</w:t>
        <w:br/>
        <w:t>vt 0.915800 0.923800</w:t>
        <w:br/>
        <w:t>vt 0.917100 0.934600</w:t>
        <w:br/>
        <w:t>vt 0.945600 0.947900</w:t>
        <w:br/>
        <w:t>vt 0.965300 0.940700</w:t>
        <w:br/>
        <w:t>vt 0.968800 0.949300</w:t>
        <w:br/>
        <w:t>vt 0.948200 0.958300</w:t>
        <w:br/>
        <w:t>vt 0.907900 0.883400</w:t>
        <w:br/>
        <w:t>vt 0.899500 0.882400</w:t>
        <w:br/>
        <w:t>vt 0.903300 0.868900</w:t>
        <w:br/>
        <w:t>vt 0.910300 0.870400</w:t>
        <w:br/>
        <w:t>vt 0.865700 0.852000</w:t>
        <w:br/>
        <w:t>vt 0.882300 0.853700</w:t>
        <w:br/>
        <w:t>vt 0.877200 0.866000</w:t>
        <w:br/>
        <w:t>vt 0.862400 0.865700</w:t>
        <w:br/>
        <w:t>vt 0.920800 0.831900</w:t>
        <w:br/>
        <w:t>vt 0.917000 0.845100</w:t>
        <w:br/>
        <w:t>vt 0.911200 0.843300</w:t>
        <w:br/>
        <w:t>vt 0.914200 0.829700</w:t>
        <w:br/>
        <w:t>vt 0.832100 0.851500</w:t>
        <w:br/>
        <w:t>vt 0.830800 0.837800</w:t>
        <w:br/>
        <w:t>vt 0.849200 0.837300</w:t>
        <w:br/>
        <w:t>vt 0.849100 0.851400</w:t>
        <w:br/>
        <w:t>vt 0.911100 0.945700</w:t>
        <w:br/>
        <w:t>vt 0.905200 0.946400</w:t>
        <w:br/>
        <w:t>vt 0.903700 0.937100</w:t>
        <w:br/>
        <w:t>vt 0.909800 0.935000</w:t>
        <w:br/>
        <w:t>vt 0.906500 0.911500</w:t>
        <w:br/>
        <w:t>vt 0.897200 0.912200</w:t>
        <w:br/>
        <w:t>vt 0.896600 0.898300</w:t>
        <w:br/>
        <w:t>vt 0.906300 0.898000</w:t>
        <w:br/>
        <w:t>vt 0.900800 0.925400</w:t>
        <w:br/>
        <w:t>vt 0.908100 0.924100</w:t>
        <w:br/>
        <w:t>vt 0.907200 0.857800</w:t>
        <w:br/>
        <w:t>vt 0.913100 0.859300</w:t>
        <w:br/>
        <w:t>vt 0.913600 0.968800</w:t>
        <w:br/>
        <w:t>vt 0.908100 0.970000</w:t>
        <w:br/>
        <w:t>vt 0.907000 0.958300</w:t>
        <w:br/>
        <w:t>vt 0.912400 0.957000</w:t>
        <w:br/>
        <w:t>vt 0.856700 0.882500</w:t>
        <w:br/>
        <w:t>vt 0.869900 0.882300</w:t>
        <w:br/>
        <w:t>vt 0.864800 0.897300</w:t>
        <w:br/>
        <w:t>vt 0.854500 0.897400</w:t>
        <w:br/>
        <w:t>vt 0.914300 0.883400</w:t>
        <w:br/>
        <w:t>vt 0.916200 0.883400</w:t>
        <w:br/>
        <w:t>vt 0.914700 0.897100</w:t>
        <w:br/>
        <w:t>vt 0.912800 0.897200</w:t>
        <w:br/>
        <w:t>vt 0.964600 0.876100</w:t>
        <w:br/>
        <w:t>vt 0.962300 0.882200</w:t>
        <w:br/>
        <w:t>vt 0.944600 0.877900</w:t>
        <w:br/>
        <w:t>vt 0.947200 0.869400</w:t>
        <w:br/>
        <w:t>vt 0.912700 0.911400</w:t>
        <w:br/>
        <w:t>vt 0.914600 0.911400</w:t>
        <w:br/>
        <w:t>vt 0.968200 0.867500</w:t>
        <w:br/>
        <w:t>vt 0.950700 0.858200</w:t>
        <w:br/>
        <w:t>vt 0.916900 0.870900</w:t>
        <w:br/>
        <w:t>vt 0.918700 0.870900</w:t>
        <w:br/>
        <w:t>vt 0.809900 0.868800</w:t>
        <w:br/>
        <w:t>vt 0.810800 0.884100</w:t>
        <w:br/>
        <w:t>vt 0.801300 0.883900</w:t>
        <w:br/>
        <w:t>vt 0.800700 0.869000</w:t>
        <w:br/>
        <w:t>vt 0.798000 0.841900</w:t>
        <w:br/>
        <w:t>vt 0.806900 0.840300</w:t>
        <w:br/>
        <w:t>vt 0.808300 0.853300</w:t>
        <w:br/>
        <w:t>vt 0.799500 0.854500</w:t>
        <w:br/>
        <w:t>vt 0.722600 0.913600</w:t>
        <w:br/>
        <w:t>vt 0.718800 0.908300</w:t>
        <w:br/>
        <w:t>vt 0.732800 0.908700</w:t>
        <w:br/>
        <w:t>vt 0.733200 0.915800</w:t>
        <w:br/>
        <w:t>vt 0.799700 0.964400</w:t>
        <w:br/>
        <w:t>vt 0.808100 0.965900</w:t>
        <w:br/>
        <w:t>vt 0.805400 0.975400</w:t>
        <w:br/>
        <w:t>vt 0.797000 0.973600</w:t>
        <w:br/>
        <w:t>vt 0.732600 0.885900</w:t>
        <w:br/>
        <w:t>vt 0.732600 0.897700</w:t>
        <w:br/>
        <w:t>vt 0.717600 0.897700</w:t>
        <w:br/>
        <w:t>vt 0.718100 0.886100</w:t>
        <w:br/>
        <w:t>vt 0.801300 0.922100</w:t>
        <w:br/>
        <w:t>vt 0.810700 0.922200</w:t>
        <w:br/>
        <w:t>vt 0.809800 0.933900</w:t>
        <w:br/>
        <w:t>vt 0.801000 0.933400</w:t>
        <w:br/>
        <w:t>vt 0.832700 0.923700</w:t>
        <w:br/>
        <w:t>vt 0.832100 0.910200</w:t>
        <w:br/>
        <w:t>vt 0.843500 0.910900</w:t>
        <w:br/>
        <w:t>vt 0.845900 0.925700</w:t>
        <w:br/>
        <w:t>vt 0.883100 0.961600</w:t>
        <w:br/>
        <w:t>vt 0.883700 0.973300</w:t>
        <w:br/>
        <w:t>vt 0.866900 0.973000</w:t>
        <w:br/>
        <w:t>vt 0.865900 0.960600</w:t>
        <w:br/>
        <w:t>vt 0.832300 0.935900</w:t>
        <w:br/>
        <w:t>vt 0.847200 0.937900</w:t>
        <w:br/>
        <w:t>vt 0.847900 0.947700</w:t>
        <w:br/>
        <w:t>vt 0.832200 0.946700</w:t>
        <w:br/>
        <w:t>vt 0.731700 0.930300</w:t>
        <w:br/>
        <w:t>vt 0.724200 0.919800</w:t>
        <w:br/>
        <w:t>vt 0.732900 0.923400</w:t>
        <w:br/>
        <w:t>vt 0.725600 0.924600</w:t>
        <w:br/>
        <w:t>vt 0.722900 0.921700</w:t>
        <w:br/>
        <w:t>vt 0.796700 0.831200</w:t>
        <w:br/>
        <w:t>vt 0.805800 0.829200</w:t>
        <w:br/>
        <w:t>vt 0.886800 0.838700</w:t>
        <w:br/>
        <w:t>vt 0.868900 0.837500</w:t>
        <w:br/>
        <w:t>vt 0.869300 0.823200</w:t>
        <w:br/>
        <w:t>vt 0.888000 0.823500</w:t>
        <w:br/>
        <w:t>vt 0.868600 0.911400</w:t>
        <w:br/>
        <w:t>vt 0.855400 0.911300</w:t>
        <w:br/>
        <w:t>vt 0.722200 0.879400</w:t>
        <w:br/>
        <w:t>vt 0.718800 0.879200</w:t>
        <w:br/>
        <w:t>vt 0.740100 0.909300</w:t>
        <w:br/>
        <w:t>vt 0.740400 0.917100</w:t>
        <w:br/>
        <w:t>vt 0.740000 0.885500</w:t>
        <w:br/>
        <w:t>vt 0.740100 0.897900</w:t>
        <w:br/>
        <w:t>vt 0.751300 0.943700</w:t>
        <w:br/>
        <w:t>vt 0.768700 0.944300</w:t>
        <w:br/>
        <w:t>vt 0.761400 0.951000</w:t>
        <w:br/>
        <w:t>vt 0.740200 0.926100</w:t>
        <w:br/>
        <w:t>vt 0.739200 0.935700</w:t>
        <w:br/>
        <w:t>vt 0.719300 0.875700</w:t>
        <w:br/>
        <w:t>vt 0.722300 0.872200</w:t>
        <w:br/>
        <w:t>vt 0.764900 0.885000</w:t>
        <w:br/>
        <w:t>vt 0.750600 0.885000</w:t>
        <w:br/>
        <w:t>vt 0.751200 0.872400</w:t>
        <w:br/>
        <w:t>vt 0.765600 0.871200</w:t>
        <w:br/>
        <w:t>vt 0.766000 0.920000</w:t>
        <w:br/>
        <w:t>vt 0.767200 0.931300</w:t>
        <w:br/>
        <w:t>vt 0.751500 0.929400</w:t>
        <w:br/>
        <w:t>vt 0.751200 0.918500</w:t>
        <w:br/>
        <w:t>vt 0.752900 0.859800</w:t>
        <w:br/>
        <w:t>vt 0.767100 0.857300</w:t>
        <w:br/>
        <w:t>vt 0.765400 0.910100</w:t>
        <w:br/>
        <w:t>vt 0.776900 0.910100</w:t>
        <w:br/>
        <w:t>vt 0.777500 0.920700</w:t>
        <w:br/>
        <w:t>vt 0.777100 0.884700</w:t>
        <w:br/>
        <w:t>vt 0.776700 0.898000</w:t>
        <w:br/>
        <w:t>vt 0.765100 0.898100</w:t>
        <w:br/>
        <w:t>vt 0.771500 0.958300</w:t>
        <w:br/>
        <w:t>vt 0.780000 0.943800</w:t>
        <w:br/>
        <w:t>vt 0.781700 0.954800</w:t>
        <w:br/>
        <w:t>vt 0.776700 0.961900</w:t>
        <w:br/>
        <w:t>vt 0.785800 0.964400</w:t>
        <w:br/>
        <w:t>vt 0.782000 0.965500</w:t>
        <w:br/>
        <w:t>vt 0.778800 0.932000</w:t>
        <w:br/>
        <w:t>vt 0.773300 0.833900</w:t>
        <w:br/>
        <w:t>vt 0.769800 0.844500</w:t>
        <w:br/>
        <w:t>vt 0.764700 0.839900</w:t>
        <w:br/>
        <w:t>vt 0.756200 0.846000</w:t>
        <w:br/>
        <w:t>vt 0.721700 0.870200</w:t>
        <w:br/>
        <w:t>vt 0.821000 0.868700</w:t>
        <w:br/>
        <w:t>vt 0.819700 0.851800</w:t>
        <w:br/>
        <w:t>vt 0.832700 0.867900</w:t>
        <w:br/>
        <w:t>vt 0.817900 0.838800</w:t>
        <w:br/>
        <w:t>vt 0.829800 0.969600</w:t>
        <w:br/>
        <w:t>vt 0.828900 0.979700</w:t>
        <w:br/>
        <w:t>vt 0.816500 0.977400</w:t>
        <w:br/>
        <w:t>vt 0.818300 0.967600</w:t>
        <w:br/>
        <w:t>vt 0.820400 0.945600</w:t>
        <w:br/>
        <w:t>vt 0.819300 0.955800</w:t>
        <w:br/>
        <w:t>vt 0.808900 0.954500</w:t>
        <w:br/>
        <w:t>vt 0.809200 0.944600</w:t>
        <w:br/>
        <w:t>vt 0.821600 0.884400</w:t>
        <w:br/>
        <w:t>vt 0.832300 0.883700</w:t>
        <w:br/>
        <w:t>vt 0.832200 0.897800</w:t>
        <w:br/>
        <w:t>vt 0.821500 0.897900</w:t>
        <w:br/>
        <w:t>vt 0.821000 0.934300</w:t>
        <w:br/>
        <w:t>vt 0.821100 0.922300</w:t>
        <w:br/>
        <w:t>vt 0.811900 0.909800</w:t>
        <w:br/>
        <w:t>vt 0.821200 0.909400</w:t>
        <w:br/>
        <w:t>vt 0.816500 0.827400</w:t>
        <w:br/>
        <w:t>vt 0.829100 0.826300</w:t>
        <w:br/>
        <w:t>vt 0.811400 0.897800</w:t>
        <w:br/>
        <w:t>vt 0.831000 0.957300</w:t>
        <w:br/>
        <w:t>vt 0.847800 0.866600</w:t>
        <w:br/>
        <w:t>vt 0.848100 0.959100</w:t>
        <w:br/>
        <w:t>vt 0.844400 0.882700</w:t>
        <w:br/>
        <w:t>vt 0.843000 0.897500</w:t>
        <w:br/>
        <w:t>vt 0.859500 0.926900</w:t>
        <w:br/>
        <w:t>vt 0.847900 0.971500</w:t>
        <w:br/>
        <w:t>vt 0.862000 0.938800</w:t>
        <w:br/>
        <w:t>vt 0.864200 0.948600</w:t>
        <w:br/>
        <w:t>vt 0.848200 0.824300</w:t>
        <w:br/>
        <w:t>vt 0.875200 0.927700</w:t>
        <w:br/>
        <w:t>vt 0.878700 0.938800</w:t>
        <w:br/>
        <w:t>vt 0.924300 0.833500</w:t>
        <w:br/>
        <w:t>vt 0.927000 0.833700</w:t>
        <w:br/>
        <w:t>vt 0.922700 0.846500</w:t>
        <w:br/>
        <w:t>vt 0.920300 0.845800</w:t>
        <w:br/>
        <w:t>vt 0.911200 0.924400</w:t>
        <w:br/>
        <w:t>vt 0.912800 0.923800</w:t>
        <w:br/>
        <w:t>vt 0.914200 0.934800</w:t>
        <w:br/>
        <w:t>vt 0.912600 0.935100</w:t>
        <w:br/>
        <w:t>vt 0.916000 0.945800</w:t>
        <w:br/>
        <w:t>vt 0.913900 0.946000</w:t>
        <w:br/>
        <w:t>vt 0.917600 0.955500</w:t>
        <w:br/>
        <w:t>vt 0.920000 0.968800</w:t>
        <w:br/>
        <w:t>vt 0.918100 0.968400</w:t>
        <w:br/>
        <w:t>vt 0.915800 0.956300</w:t>
        <w:br/>
        <w:t>vt 0.911400 0.883100</w:t>
        <w:br/>
        <w:t>vt 0.913800 0.870100</w:t>
        <w:br/>
        <w:t>vt 0.909800 0.897600</w:t>
        <w:br/>
        <w:t>vt 0.909800 0.912000</w:t>
        <w:br/>
        <w:t>vt 0.917000 0.858700</w:t>
        <w:br/>
        <w:t>vt 0.915500 0.870600</w:t>
        <w:br/>
        <w:t>vt 0.913100 0.883200</w:t>
        <w:br/>
        <w:t>vt 0.911400 0.911500</w:t>
        <w:br/>
        <w:t>vt 0.911300 0.897100</w:t>
        <w:br/>
        <w:t>vt 0.918700 0.859300</w:t>
        <w:br/>
        <w:t>vt 0.777400 0.870400</w:t>
        <w:br/>
        <w:t>vt 0.789300 0.869800</w:t>
        <w:br/>
        <w:t>vt 0.788600 0.884300</w:t>
        <w:br/>
        <w:t>vt 0.779100 0.844100</w:t>
        <w:br/>
        <w:t>vt 0.789600 0.843000</w:t>
        <w:br/>
        <w:t>vt 0.789400 0.855400</w:t>
        <w:br/>
        <w:t>vt 0.778200 0.856400</w:t>
        <w:br/>
        <w:t>vt 0.792400 0.963900</w:t>
        <w:br/>
        <w:t>vt 0.791200 0.971700</w:t>
        <w:br/>
        <w:t>vt 0.786000 0.969000</w:t>
        <w:br/>
        <w:t>vt 0.789200 0.921400</w:t>
        <w:br/>
        <w:t>vt 0.790300 0.932600</w:t>
        <w:br/>
        <w:t>vt 0.780600 0.835200</w:t>
        <w:br/>
        <w:t>vt 0.788800 0.833300</w:t>
        <w:br/>
        <w:t>vt 0.788700 0.910100</w:t>
        <w:br/>
        <w:t>vt 0.801900 0.910300</w:t>
        <w:br/>
        <w:t>vt 0.801700 0.897800</w:t>
        <w:br/>
        <w:t>vt 0.788700 0.897900</w:t>
        <w:br/>
        <w:t>vt 0.791800 0.953500</w:t>
        <w:br/>
        <w:t>vt 0.791100 0.943800</w:t>
        <w:br/>
        <w:t>vt 0.800700 0.944100</w:t>
        <w:br/>
        <w:t>vt 0.800400 0.953800</w:t>
        <w:br/>
        <w:t>vt 0.780600 0.828400</w:t>
        <w:br/>
        <w:t>vt 0.786000 0.824800</w:t>
        <w:br/>
        <w:t>vt 0.795600 0.823400</w:t>
        <w:br/>
        <w:t>vt 0.804700 0.821400</w:t>
        <w:br/>
        <w:t>vt 0.815100 0.816800</w:t>
        <w:br/>
        <w:t>vt 0.827400 0.816100</w:t>
        <w:br/>
        <w:t>vt 0.846200 0.813000</w:t>
        <w:br/>
        <w:t>vt 0.868900 0.809300</w:t>
        <w:br/>
        <w:t>vt 0.890100 0.807900</w:t>
        <w:br/>
        <w:t>vt 0.925600 0.817300</w:t>
        <w:br/>
        <w:t>vt 0.919000 0.814600</w:t>
        <w:br/>
        <w:t>vt 0.929700 0.818700</w:t>
        <w:br/>
        <w:t>vt 0.925600 0.817300</w:t>
        <w:br/>
        <w:t>vt 0.931000 0.820900</w:t>
        <w:br/>
        <w:t>vt 0.932700 0.821300</w:t>
        <w:br/>
        <w:t>vt 0.934400 0.822100</w:t>
        <w:br/>
        <w:t>vt 0.847200 0.982400</w:t>
        <w:br/>
        <w:t>vt 0.867500 0.984200</w:t>
        <w:br/>
        <w:t>vt 0.884500 0.983900</w:t>
        <w:br/>
        <w:t>vt 0.915200 0.978900</w:t>
        <w:br/>
        <w:t>vt 0.908500 0.980300</w:t>
        <w:br/>
        <w:t>vt 0.919900 0.976800</w:t>
        <w:br/>
        <w:t>vt 0.920000 0.968800</w:t>
        <w:br/>
        <w:t>vt 0.921700 0.977800</w:t>
        <w:br/>
        <w:t>vt 0.923600 0.978100</w:t>
        <w:br/>
        <w:t>vt 0.921600 0.968600</w:t>
        <w:br/>
        <w:t>vt 0.923500 0.968200</w:t>
        <w:br/>
        <w:t>vt 0.925600 0.977700</w:t>
        <w:br/>
        <w:t>vt 0.750800 0.910000</w:t>
        <w:br/>
        <w:t>vt 0.750700 0.898000</w:t>
        <w:br/>
        <w:t>vt 0.740500 0.874500</w:t>
        <w:br/>
        <w:t>vt 0.740700 0.863400</w:t>
        <w:br/>
        <w:t>vt 0.741100 0.855100</w:t>
        <w:br/>
        <w:t>vt 0.775800 0.831800</w:t>
        <w:br/>
        <w:t>vt 0.778300 0.829800</w:t>
        <w:br/>
        <w:t>vt 0.881500 0.948400</w:t>
        <w:br/>
        <w:t>vt 0.917200 0.945600</w:t>
        <w:br/>
        <w:t>vt 0.918900 0.945600</w:t>
        <w:br/>
        <w:t>vt 0.919000 0.955300</w:t>
        <w:br/>
        <w:t>vt 0.920400 0.955200</w:t>
        <w:br/>
        <w:t>vt 0.895800 0.867800</w:t>
        <w:br/>
        <w:t>vt 0.889400 0.882400</w:t>
        <w:br/>
        <w:t>vt 0.901000 0.856500</w:t>
        <w:br/>
        <w:t>vt 0.905900 0.842000</w:t>
        <w:br/>
        <w:t>vt 0.908200 0.827500</w:t>
        <w:br/>
        <w:t>vt 0.895000 0.855200</w:t>
        <w:br/>
        <w:t>vt 0.900800 0.840800</w:t>
        <w:br/>
        <w:t>vt 0.900200 0.947200</w:t>
        <w:br/>
        <w:t>vt 0.897400 0.937800</w:t>
        <w:br/>
        <w:t>vt 0.887600 0.911600</w:t>
        <w:br/>
        <w:t>vt 0.883600 0.897700</w:t>
        <w:br/>
        <w:t>vt 0.893300 0.926300</w:t>
        <w:br/>
        <w:t>vt 0.901800 0.959800</w:t>
        <w:br/>
        <w:t>vt 0.902600 0.971300</w:t>
        <w:br/>
        <w:t>vt 0.872300 0.897300</w:t>
        <w:br/>
        <w:t>vt 0.879900 0.882000</w:t>
        <w:br/>
        <w:t>vt 0.878600 0.911500</w:t>
        <w:br/>
        <w:t>vt 0.886100 0.927200</w:t>
        <w:br/>
        <w:t>vt 0.913300 0.812500</w:t>
        <w:br/>
        <w:t>vt 0.903300 0.981300</w:t>
        <w:br/>
        <w:t>vt 0.888700 0.866700</w:t>
        <w:br/>
        <w:t>vt 0.902300 0.825600</w:t>
        <w:br/>
        <w:t>vt 0.891300 0.938500</w:t>
        <w:br/>
        <w:t>vt 0.895400 0.948000</w:t>
        <w:br/>
        <w:t>vt 0.897000 0.961100</w:t>
        <w:br/>
        <w:t>vt 0.897300 0.972500</w:t>
        <w:br/>
        <w:t>vt 0.907500 0.810500</w:t>
        <w:br/>
        <w:t>vt 0.898400 0.981800</w:t>
        <w:br/>
        <w:t>vt 0.733400 0.876300</w:t>
        <w:br/>
        <w:t>vt 0.732800 0.866500</w:t>
        <w:br/>
        <w:t>vt 0.732000 0.861100</w:t>
        <w:br/>
        <w:t>vt 0.720000 0.914200</w:t>
        <w:br/>
        <w:t>vt 0.720700 0.917000</w:t>
        <w:br/>
        <w:t>vt 0.725100 0.866900</w:t>
        <w:br/>
        <w:t>vt 0.927800 0.848100</w:t>
        <w:br/>
        <w:t>vt 0.932000 0.835600</w:t>
        <w:br/>
        <w:t>vt 0.954300 0.847700</w:t>
        <w:br/>
        <w:t>vt 0.943200 0.928600</w:t>
        <w:br/>
        <w:t>vt 0.919000 0.934200</w:t>
        <w:br/>
        <w:t>vt 0.917500 0.923600</w:t>
        <w:br/>
        <w:t>vt 0.942000 0.920100</w:t>
        <w:br/>
        <w:t>vt 0.940600 0.897300</w:t>
        <w:br/>
        <w:t>vt 0.916400 0.897100</w:t>
        <w:br/>
        <w:t>vt 0.917500 0.883500</w:t>
        <w:br/>
        <w:t>vt 0.942200 0.886700</w:t>
        <w:br/>
        <w:t>vt 0.920300 0.859600</w:t>
        <w:br/>
        <w:t>vt 0.922100 0.859800</w:t>
        <w:br/>
        <w:t>vt 0.916200 0.911300</w:t>
        <w:br/>
        <w:t>vt 0.940400 0.909500</w:t>
        <w:br/>
        <w:t>vt 0.920100 0.871400</w:t>
        <w:br/>
        <w:t>vt 0.936500 0.823300</w:t>
        <w:br/>
        <w:t>vt 0.959000 0.837300</w:t>
        <w:br/>
        <w:t>vt 0.927900 0.976700</w:t>
        <w:br/>
        <w:t>vt 0.925300 0.967600</w:t>
        <w:br/>
        <w:t>vt 0.952100 0.966100</w:t>
        <w:br/>
        <w:t>vt 0.944500 0.938800</w:t>
        <w:br/>
        <w:t>vt 0.921000 0.945100</w:t>
        <w:br/>
        <w:t>vt 0.922400 0.954700</w:t>
        <w:br/>
        <w:t>vt 0.922700 0.846500</w:t>
        <w:br/>
        <w:t>vt 0.918700 0.859300</w:t>
        <w:br/>
        <w:t>vt 0.915500 0.870600</w:t>
        <w:br/>
        <w:t>vt 0.912800 0.897200</w:t>
        <w:br/>
        <w:t>vt 0.912700 0.911400</w:t>
        <w:br/>
        <w:t>vt 0.911400 0.911500</w:t>
        <w:br/>
        <w:t>vt 0.914100 0.923600</w:t>
        <w:br/>
        <w:t>vt 0.912800 0.923800</w:t>
        <w:br/>
        <w:t>vt 0.915400 0.934600</w:t>
        <w:br/>
        <w:t>vt 0.914200 0.934800</w:t>
        <w:br/>
        <w:t>vt 0.917200 0.945600</w:t>
        <w:br/>
        <w:t>vt 0.916000 0.945800</w:t>
        <w:br/>
        <w:t>vt 0.919000 0.955300</w:t>
        <w:br/>
        <w:t>vt 0.917600 0.955500</w:t>
        <w:br/>
        <w:t>vt 0.926100 0.847300</w:t>
        <w:br/>
        <w:t>vt 0.930100 0.834800</w:t>
        <w:br/>
        <w:t>vt 0.934400 0.822100</w:t>
        <w:br/>
        <w:t>vt 0.925600 0.977700</w:t>
        <w:br/>
        <w:t>vt 0.923500 0.968200</w:t>
        <w:br/>
        <w:t>vt 0.923700 0.860600</w:t>
        <w:br/>
        <w:t>vt 0.972100 0.858800</w:t>
        <w:br/>
        <w:t>vt 0.961800 0.924300</w:t>
        <w:br/>
        <w:t>vt 0.960300 0.917800</w:t>
        <w:br/>
        <w:t>vt 0.960300 0.897300</w:t>
        <w:br/>
        <w:t>vt 0.961100 0.889100</w:t>
        <w:br/>
        <w:t>vt 0.959400 0.907600</w:t>
        <w:br/>
        <w:t>vt 0.977600 0.850500</w:t>
        <w:br/>
        <w:t>vt 0.972300 0.956100</w:t>
        <w:br/>
        <w:t>vt 0.963700 0.932400</w:t>
        <w:br/>
        <w:t>vt 0.972100 0.948600</w:t>
        <w:br/>
        <w:t>vt 0.968800 0.940200</w:t>
        <w:br/>
        <w:t>vt 0.987100 0.936000</w:t>
        <w:br/>
        <w:t>vt 0.991200 0.947300</w:t>
        <w:br/>
        <w:t>vt 0.984200 0.887200</w:t>
        <w:br/>
        <w:t>vt 0.965400 0.882700</w:t>
        <w:br/>
        <w:t>vt 0.967600 0.876600</w:t>
        <w:br/>
        <w:t>vt 0.987100 0.880100</w:t>
        <w:br/>
        <w:t>vt 0.971200 0.868100</w:t>
        <w:br/>
        <w:t>vt 0.990700 0.871100</w:t>
        <w:br/>
        <w:t>vt 0.805100 0.978300</w:t>
        <w:br/>
        <w:t>vt 0.803800 0.987100</w:t>
        <w:br/>
        <w:t>vt 0.793800 0.985100</w:t>
        <w:br/>
        <w:t>vt 0.796600 0.975900</w:t>
        <w:br/>
        <w:t>vt 0.725300 0.934600</w:t>
        <w:br/>
        <w:t>vt 0.717900 0.927200</w:t>
        <w:br/>
        <w:t>vt 0.723700 0.926000</w:t>
        <w:br/>
        <w:t>vt 0.730200 0.932000</w:t>
        <w:br/>
        <w:t>vt 0.716200 0.886000</w:t>
        <w:br/>
        <w:t>vt 0.713600 0.877300</w:t>
        <w:br/>
        <w:t>vt 0.716700 0.879100</w:t>
        <w:br/>
        <w:t>vt 0.718100 0.922000</w:t>
        <w:br/>
        <w:t>vt 0.714300 0.918300</w:t>
        <w:br/>
        <w:t>vt 0.715100 0.916700</w:t>
        <w:br/>
        <w:t>vt 0.757100 0.961500</w:t>
        <w:br/>
        <w:t>vt 0.760100 0.953200</w:t>
        <w:br/>
        <w:t>vt 0.770300 0.960200</w:t>
        <w:br/>
        <w:t>vt 0.733600 0.941700</w:t>
        <w:br/>
        <w:t>vt 0.737500 0.937700</w:t>
        <w:br/>
        <w:t>vt 0.713800 0.871400</w:t>
        <w:br/>
        <w:t>vt 0.717500 0.875300</w:t>
        <w:br/>
        <w:t>vt 0.760600 0.973000</w:t>
        <w:br/>
        <w:t>vt 0.770400 0.972300</w:t>
        <w:br/>
        <w:t>vt 0.775400 0.963600</w:t>
        <w:br/>
        <w:t>vt 0.780500 0.967000</w:t>
        <w:br/>
        <w:t>vt 0.781300 0.971200</w:t>
        <w:br/>
        <w:t>vt 0.761900 0.831800</w:t>
        <w:br/>
        <w:t>vt 0.763700 0.837800</w:t>
        <w:br/>
        <w:t>vt 0.755100 0.843600</w:t>
        <w:br/>
        <w:t>vt 0.719900 0.869300</w:t>
        <w:br/>
        <w:t>vt 0.826200 0.991000</w:t>
        <w:br/>
        <w:t>vt 0.814500 0.988800</w:t>
        <w:br/>
        <w:t>vt 0.816200 0.980600</w:t>
        <w:br/>
        <w:t>vt 0.828300 0.982700</w:t>
        <w:br/>
        <w:t>vt 0.785100 0.971200</w:t>
        <w:br/>
        <w:t>vt 0.790800 0.973800</w:t>
        <w:br/>
        <w:t>vt 0.785000 0.980200</w:t>
        <w:br/>
        <w:t>vt 0.780400 0.817800</w:t>
        <w:br/>
        <w:t>vt 0.785800 0.824600</w:t>
        <w:br/>
        <w:t>vt 0.779500 0.826900</w:t>
        <w:br/>
        <w:t>vt 0.774000 0.825200</w:t>
        <w:br/>
        <w:t>vt 0.844900 0.995200</w:t>
        <w:br/>
        <w:t>vt 0.846800 0.985300</w:t>
        <w:br/>
        <w:t>vt 0.865900 0.997300</w:t>
        <w:br/>
        <w:t>vt 0.867400 0.987000</w:t>
        <w:br/>
        <w:t>vt 0.885100 0.997100</w:t>
        <w:br/>
        <w:t>vt 0.884800 0.987100</w:t>
        <w:br/>
        <w:t>vt 0.915800 0.981900</w:t>
        <w:br/>
        <w:t>vt 0.920700 0.988700</w:t>
        <w:br/>
        <w:t>vt 0.913800 0.991900</w:t>
        <w:br/>
        <w:t>vt 0.909000 0.983500</w:t>
        <w:br/>
        <w:t>vt 0.921800 0.979300</w:t>
        <w:br/>
        <w:t>vt 0.925600 0.985700</w:t>
        <w:br/>
        <w:t>vt 0.752400 0.963600</w:t>
        <w:br/>
        <w:t>vt 0.742400 0.952200</w:t>
        <w:br/>
        <w:t>vt 0.749900 0.946100</w:t>
        <w:br/>
        <w:t>vt 0.741700 0.841600</w:t>
        <w:br/>
        <w:t>vt 0.740300 0.853700</w:t>
        <w:br/>
        <w:t>vt 0.733300 0.851100</w:t>
        <w:br/>
        <w:t>vt 0.772000 0.982600</w:t>
        <w:br/>
        <w:t>vt 0.765100 0.822200</w:t>
        <w:br/>
        <w:t>vt 0.772400 0.832000</w:t>
        <w:br/>
        <w:t>vt 0.777700 0.828300</w:t>
        <w:br/>
        <w:t>vt 0.775000 0.830100</w:t>
        <w:br/>
        <w:t>vt 0.907200 0.993600</w:t>
        <w:br/>
        <w:t>vt 0.903700 0.984500</w:t>
        <w:br/>
        <w:t>vt 0.901100 0.994800</w:t>
        <w:br/>
        <w:t>vt 0.898700 0.985100</w:t>
        <w:br/>
        <w:t>vt 0.730800 0.859600</w:t>
        <w:br/>
        <w:t>vt 0.725700 0.857000</w:t>
        <w:br/>
        <w:t>vt 0.715100 0.916700</w:t>
        <w:br/>
        <w:t>vt 0.716500 0.908500</w:t>
        <w:br/>
        <w:t>vt 0.718100 0.915000</w:t>
        <w:br/>
        <w:t>vt 0.719300 0.918400</w:t>
        <w:br/>
        <w:t>vt 0.721000 0.922400</w:t>
        <w:br/>
        <w:t>vt 0.710200 0.886300</w:t>
        <w:br/>
        <w:t>vt 0.710900 0.876500</w:t>
        <w:br/>
        <w:t>vt 0.717500 0.864300</w:t>
        <w:br/>
        <w:t>vt 0.723400 0.865500</w:t>
        <w:br/>
        <w:t>vt 0.975200 0.859600</w:t>
        <w:br/>
        <w:t>vt 0.982600 0.918000</w:t>
        <w:br/>
        <w:t>vt 0.984800 0.927000</w:t>
        <w:br/>
        <w:t>vt 0.964900 0.924000</w:t>
        <w:br/>
        <w:t>vt 0.963500 0.917500</w:t>
        <w:br/>
        <w:t>vt 0.982800 0.893100</w:t>
        <w:br/>
        <w:t>vt 0.981700 0.901000</w:t>
        <w:br/>
        <w:t>vt 0.963500 0.897300</w:t>
        <w:br/>
        <w:t>vt 0.964200 0.889400</w:t>
        <w:br/>
        <w:t>vt 0.981500 0.910100</w:t>
        <w:br/>
        <w:t>vt 0.962600 0.907600</w:t>
        <w:br/>
        <w:t>vt 0.996000 0.858900</w:t>
        <w:br/>
        <w:t>vt 0.980400 0.851600</w:t>
        <w:br/>
        <w:t>vt 0.975400 0.955000</w:t>
        <w:br/>
        <w:t>vt 0.966800 0.932100</w:t>
        <w:br/>
        <w:t>vt 0.968800 0.940200</w:t>
        <w:br/>
        <w:t>vt 0.972100 0.948600</w:t>
        <w:br/>
        <w:t>vt 0.968800 0.949300</w:t>
        <w:br/>
        <w:t>vt 0.965300 0.940700</w:t>
        <w:br/>
        <w:t>vt 0.964600 0.876100</w:t>
        <w:br/>
        <w:t>vt 0.967600 0.876600</w:t>
        <w:br/>
        <w:t>vt 0.965400 0.882700</w:t>
        <w:br/>
        <w:t>vt 0.962300 0.882200</w:t>
        <w:br/>
        <w:t>vt 0.968200 0.867500</w:t>
        <w:br/>
        <w:t>vt 0.971200 0.868100</w:t>
        <w:br/>
        <w:t>vt 0.805100 0.978300</w:t>
        <w:br/>
        <w:t>vt 0.796600 0.975900</w:t>
        <w:br/>
        <w:t>vt 0.797000 0.973600</w:t>
        <w:br/>
        <w:t>vt 0.805400 0.975400</w:t>
        <w:br/>
        <w:t>vt 0.717600 0.897700</w:t>
        <w:br/>
        <w:t>vt 0.715500 0.898000</w:t>
        <w:br/>
        <w:t>vt 0.716200 0.886000</w:t>
        <w:br/>
        <w:t>vt 0.718100 0.886100</w:t>
        <w:br/>
        <w:t>vt 0.716500 0.908500</w:t>
        <w:br/>
        <w:t>vt 0.718800 0.908300</w:t>
        <w:br/>
        <w:t>vt 0.723700 0.926000</w:t>
        <w:br/>
        <w:t>vt 0.725600 0.924600</w:t>
        <w:br/>
        <w:t>vt 0.731700 0.930300</w:t>
        <w:br/>
        <w:t>vt 0.730200 0.932000</w:t>
        <w:br/>
        <w:t>vt 0.716700 0.879100</w:t>
        <w:br/>
        <w:t>vt 0.718800 0.879200</w:t>
        <w:br/>
        <w:t>vt 0.771500 0.958300</w:t>
        <w:br/>
        <w:t>vt 0.770300 0.960200</w:t>
        <w:br/>
        <w:t>vt 0.760100 0.953200</w:t>
        <w:br/>
        <w:t>vt 0.761400 0.951000</w:t>
        <w:br/>
        <w:t>vt 0.739200 0.935700</w:t>
        <w:br/>
        <w:t>vt 0.737500 0.937700</w:t>
        <w:br/>
        <w:t>vt 0.717500 0.875300</w:t>
        <w:br/>
        <w:t>vt 0.719300 0.875700</w:t>
        <w:br/>
        <w:t>vt 0.780500 0.967000</w:t>
        <w:br/>
        <w:t>vt 0.775400 0.963600</w:t>
        <w:br/>
        <w:t>vt 0.776700 0.961900</w:t>
        <w:br/>
        <w:t>vt 0.782000 0.965500</w:t>
        <w:br/>
        <w:t>vt 0.755100 0.843600</w:t>
        <w:br/>
        <w:t>vt 0.763700 0.837800</w:t>
        <w:br/>
        <w:t>vt 0.764700 0.839900</w:t>
        <w:br/>
        <w:t>vt 0.756200 0.846000</w:t>
        <w:br/>
        <w:t>vt 0.717500 0.875300</w:t>
        <w:br/>
        <w:t>vt 0.719900 0.869300</w:t>
        <w:br/>
        <w:t>vt 0.721700 0.870200</w:t>
        <w:br/>
        <w:t>vt 0.719300 0.875700</w:t>
        <w:br/>
        <w:t>vt 0.828900 0.979700</w:t>
        <w:br/>
        <w:t>vt 0.828300 0.982700</w:t>
        <w:br/>
        <w:t>vt 0.816200 0.980600</w:t>
        <w:br/>
        <w:t>vt 0.816500 0.977400</w:t>
        <w:br/>
        <w:t>vt 0.791200 0.971700</w:t>
        <w:br/>
        <w:t>vt 0.790800 0.973800</w:t>
        <w:br/>
        <w:t>vt 0.785100 0.971200</w:t>
        <w:br/>
        <w:t>vt 0.786000 0.969000</w:t>
        <w:br/>
        <w:t>vt 0.780600 0.828400</w:t>
        <w:br/>
        <w:t>vt 0.779500 0.826900</w:t>
        <w:br/>
        <w:t>vt 0.785800 0.824600</w:t>
        <w:br/>
        <w:t>vt 0.786000 0.824800</w:t>
        <w:br/>
        <w:t>vt 0.846800 0.985300</w:t>
        <w:br/>
        <w:t>vt 0.847200 0.982400</w:t>
        <w:br/>
        <w:t>vt 0.867400 0.987000</w:t>
        <w:br/>
        <w:t>vt 0.867500 0.984200</w:t>
        <w:br/>
        <w:t>vt 0.884800 0.987100</w:t>
        <w:br/>
        <w:t>vt 0.884500 0.983900</w:t>
        <w:br/>
        <w:t>vt 0.915200 0.978900</w:t>
        <w:br/>
        <w:t>vt 0.915800 0.981900</w:t>
        <w:br/>
        <w:t>vt 0.909000 0.983500</w:t>
        <w:br/>
        <w:t>vt 0.908500 0.980300</w:t>
        <w:br/>
        <w:t>vt 0.919900 0.976800</w:t>
        <w:br/>
        <w:t>vt 0.921800 0.979300</w:t>
        <w:br/>
        <w:t>vt 0.740300 0.853700</w:t>
        <w:br/>
        <w:t>vt 0.741100 0.855100</w:t>
        <w:br/>
        <w:t>vt 0.777700 0.828300</w:t>
        <w:br/>
        <w:t>vt 0.778300 0.829800</w:t>
        <w:br/>
        <w:t>vt 0.773300 0.833900</w:t>
        <w:br/>
        <w:t>vt 0.772400 0.832000</w:t>
        <w:br/>
        <w:t>vt 0.775000 0.830100</w:t>
        <w:br/>
        <w:t>vt 0.775800 0.831800</w:t>
        <w:br/>
        <w:t>vt 0.903700 0.984500</w:t>
        <w:br/>
        <w:t>vt 0.903300 0.981300</w:t>
        <w:br/>
        <w:t>vt 0.898700 0.985100</w:t>
        <w:br/>
        <w:t>vt 0.898400 0.981800</w:t>
        <w:br/>
        <w:t>vt 0.751300 0.943700</w:t>
        <w:br/>
        <w:t>vt 0.749900 0.946100</w:t>
        <w:br/>
        <w:t>vt 0.730800 0.859600</w:t>
        <w:br/>
        <w:t>vt 0.732000 0.861100</w:t>
        <w:br/>
        <w:t>vt 0.720000 0.914200</w:t>
        <w:br/>
        <w:t>vt 0.718100 0.915000</w:t>
        <w:br/>
        <w:t>vt 0.719300 0.918400</w:t>
        <w:br/>
        <w:t>vt 0.720700 0.917000</w:t>
        <w:br/>
        <w:t>vt 0.722900 0.921700</w:t>
        <w:br/>
        <w:t>vt 0.721000 0.922400</w:t>
        <w:br/>
        <w:t>vt 0.719300 0.918400</w:t>
        <w:br/>
        <w:t>vt 0.720700 0.917000</w:t>
        <w:br/>
        <w:t>vt 0.723400 0.865500</w:t>
        <w:br/>
        <w:t>vt 0.725100 0.866900</w:t>
        <w:br/>
        <w:t>vt 0.975200 0.859600</w:t>
        <w:br/>
        <w:t>vt 0.972100 0.858800</w:t>
        <w:br/>
        <w:t>vt 0.963500 0.917500</w:t>
        <w:br/>
        <w:t>vt 0.964900 0.924000</w:t>
        <w:br/>
        <w:t>vt 0.961800 0.924300</w:t>
        <w:br/>
        <w:t>vt 0.960300 0.917800</w:t>
        <w:br/>
        <w:t>vt 0.964200 0.889400</w:t>
        <w:br/>
        <w:t>vt 0.963500 0.897300</w:t>
        <w:br/>
        <w:t>vt 0.960300 0.897300</w:t>
        <w:br/>
        <w:t>vt 0.961100 0.889100</w:t>
        <w:br/>
        <w:t>vt 0.959400 0.907600</w:t>
        <w:br/>
        <w:t>vt 0.962600 0.907600</w:t>
        <w:br/>
        <w:t>vt 0.977600 0.850500</w:t>
        <w:br/>
        <w:t>vt 0.980400 0.851600</w:t>
        <w:br/>
        <w:t>vt 0.975400 0.955000</w:t>
        <w:br/>
        <w:t>vt 0.972300 0.956100</w:t>
        <w:br/>
        <w:t>vt 0.966800 0.932100</w:t>
        <w:br/>
        <w:t>vt 0.963700 0.932400</w:t>
        <w:br/>
        <w:t>vt 0.712400 0.909900</w:t>
        <w:br/>
        <w:t>vt 0.715500 0.898000</w:t>
        <w:br/>
        <w:t>vt 0.710100 0.898700</w:t>
        <w:br/>
        <w:t>vt 0.754300 0.830900</w:t>
        <w:br/>
        <w:t>vt 0.575100 0.642500</w:t>
        <w:br/>
        <w:t>vt 0.580900 0.635700</w:t>
        <w:br/>
        <w:t>vt 0.581600 0.636300</w:t>
        <w:br/>
        <w:t>vt 0.584200 0.631500</w:t>
        <w:br/>
        <w:t>vt 0.586300 0.631300</w:t>
        <w:br/>
        <w:t>vt 0.578000 0.639000</w:t>
        <w:br/>
        <w:t>vt 0.850100 0.772300</w:t>
        <w:br/>
        <w:t>vt 0.843800 0.765400</w:t>
        <w:br/>
        <w:t>vt 0.856100 0.764100</w:t>
        <w:br/>
        <w:t>vt 0.868600 0.761400</w:t>
        <w:br/>
        <w:t>vt 0.875400 0.764100</w:t>
        <w:br/>
        <w:t>vt 0.885400 0.766000</w:t>
        <w:br/>
        <w:t>vt 0.893700 0.764900</w:t>
        <w:br/>
        <w:t>vt 0.062000 0.522700</w:t>
        <w:br/>
        <w:t>vt 0.062200 0.509500</w:t>
        <w:br/>
        <w:t>vt 0.051800 0.509800</w:t>
        <w:br/>
        <w:t>vt 0.051300 0.523200</w:t>
        <w:br/>
        <w:t>vt 0.039900 0.523900</w:t>
        <w:br/>
        <w:t>vt 0.040100 0.510500</w:t>
        <w:br/>
        <w:t>vt 0.029500 0.511800</w:t>
        <w:br/>
        <w:t>vt 0.029300 0.524500</w:t>
        <w:br/>
        <w:t>vt 0.020300 0.525400</w:t>
        <w:br/>
        <w:t>vt 0.020000 0.513100</w:t>
        <w:br/>
        <w:t>vt 0.014300 0.515100</w:t>
        <w:br/>
        <w:t>vt 0.016700 0.525900</w:t>
        <w:br/>
        <w:t>vt 0.039700 0.537300</w:t>
        <w:br/>
        <w:t>vt 0.051000 0.536500</w:t>
        <w:br/>
        <w:t>vt 0.020000 0.538600</w:t>
        <w:br/>
        <w:t>vt 0.017400 0.539100</w:t>
        <w:br/>
        <w:t>vt 0.062600 0.553400</w:t>
        <w:br/>
        <w:t>vt 0.061900 0.536300</w:t>
        <w:br/>
        <w:t>vt 0.051000 0.556700</w:t>
        <w:br/>
        <w:t>vt 0.028800 0.538000</w:t>
        <w:br/>
        <w:t>vt 0.028100 0.496800</w:t>
        <w:br/>
        <w:t>vt 0.029100 0.505100</w:t>
        <w:br/>
        <w:t>vt 0.040300 0.503500</w:t>
        <w:br/>
        <w:t>vt 0.041100 0.496100</w:t>
        <w:br/>
        <w:t>vt 0.062600 0.498800</w:t>
        <w:br/>
        <w:t>vt 0.052800 0.496300</w:t>
        <w:br/>
        <w:t>vt 0.052200 0.502200</w:t>
        <w:br/>
        <w:t>vt 0.062400 0.501800</w:t>
        <w:br/>
        <w:t>vt 0.010000 0.505600</w:t>
        <w:br/>
        <w:t>vt 0.012800 0.510600</w:t>
        <w:br/>
        <w:t>vt 0.019500 0.508000</w:t>
        <w:br/>
        <w:t>vt 0.017700 0.501400</w:t>
        <w:br/>
        <w:t>vt 0.024500 0.580100</w:t>
        <w:br/>
        <w:t>vt 0.029000 0.571800</w:t>
        <w:br/>
        <w:t>vt 0.023800 0.570700</w:t>
        <w:br/>
        <w:t>vt 0.026100 0.562300</w:t>
        <w:br/>
        <w:t>vt 0.016300 0.562800</w:t>
        <w:br/>
        <w:t>vt 0.015100 0.570200</w:t>
        <w:br/>
        <w:t>vt 0.039900 0.561700</w:t>
        <w:br/>
        <w:t>vt 0.032700 0.566700</w:t>
        <w:br/>
        <w:t>vt 0.015000 0.496000</w:t>
        <w:br/>
        <w:t>vt 0.006800 0.500500</w:t>
        <w:br/>
        <w:t>vt 0.036800 0.492400</w:t>
        <w:br/>
        <w:t>vt 0.042500 0.489900</w:t>
        <w:br/>
        <w:t>vt 0.010600 0.488900</w:t>
        <w:br/>
        <w:t>vt 0.025200 0.489600</w:t>
        <w:br/>
        <w:t>vt 0.020900 0.482400</w:t>
        <w:br/>
        <w:t>vt 0.030200 0.477700</w:t>
        <w:br/>
        <w:t>vt 0.026700 0.479300</w:t>
        <w:br/>
        <w:t>vt 0.031600 0.486400</w:t>
        <w:br/>
        <w:t>vt 0.035800 0.484200</w:t>
        <w:br/>
        <w:t>vt 0.003400 0.495200</w:t>
        <w:br/>
        <w:t>vt 0.006400 0.492600</w:t>
        <w:br/>
        <w:t>vt 0.019900 0.579400</w:t>
        <w:br/>
        <w:t>vt 0.013100 0.578300</w:t>
        <w:br/>
        <w:t>vt 0.014300 0.515100</w:t>
        <w:br/>
        <w:t>vt 0.011800 0.515600</w:t>
        <w:br/>
        <w:t>vt 0.013900 0.526200</w:t>
        <w:br/>
        <w:t>vt 0.016700 0.525900</w:t>
        <w:br/>
        <w:t>vt 0.015000 0.538900</w:t>
        <w:br/>
        <w:t>vt 0.017400 0.539100</w:t>
        <w:br/>
        <w:t>vt 0.062600 0.498800</w:t>
        <w:br/>
        <w:t>vt 0.062800 0.496400</w:t>
        <w:br/>
        <w:t>vt 0.053500 0.494300</w:t>
        <w:br/>
        <w:t>vt 0.052800 0.496300</w:t>
        <w:br/>
        <w:t>vt 0.010000 0.505600</w:t>
        <w:br/>
        <w:t>vt 0.007800 0.506500</w:t>
        <w:br/>
        <w:t>vt 0.010500 0.511400</w:t>
        <w:br/>
        <w:t>vt 0.012800 0.510600</w:t>
        <w:br/>
        <w:t>vt 0.016300 0.562800</w:t>
        <w:br/>
        <w:t>vt 0.013900 0.562900</w:t>
        <w:br/>
        <w:t>vt 0.013200 0.569500</w:t>
        <w:br/>
        <w:t>vt 0.015100 0.570200</w:t>
        <w:br/>
        <w:t>vt 0.006800 0.500500</w:t>
        <w:br/>
        <w:t>vt 0.004700 0.501600</w:t>
        <w:br/>
        <w:t>vt 0.043800 0.488100</w:t>
        <w:br/>
        <w:t>vt 0.042500 0.489900</w:t>
        <w:br/>
        <w:t>vt 0.019700 0.480400</w:t>
        <w:br/>
        <w:t>vt 0.009500 0.487200</w:t>
        <w:br/>
        <w:t>vt 0.010600 0.488900</w:t>
        <w:br/>
        <w:t>vt 0.020900 0.482400</w:t>
        <w:br/>
        <w:t>vt 0.037100 0.482000</w:t>
        <w:br/>
        <w:t>vt 0.030700 0.474900</w:t>
        <w:br/>
        <w:t>vt 0.030200 0.477700</w:t>
        <w:br/>
        <w:t>vt 0.035800 0.484200</w:t>
        <w:br/>
        <w:t>vt 0.030700 0.474900</w:t>
        <w:br/>
        <w:t>vt 0.026000 0.476900</w:t>
        <w:br/>
        <w:t>vt 0.026700 0.479300</w:t>
        <w:br/>
        <w:t>vt 0.030200 0.477700</w:t>
        <w:br/>
        <w:t>vt 0.005100 0.490900</w:t>
        <w:br/>
        <w:t>vt 0.000600 0.495000</w:t>
        <w:br/>
        <w:t>vt 0.003400 0.495200</w:t>
        <w:br/>
        <w:t>vt 0.006400 0.492600</w:t>
        <w:br/>
        <w:t>vt 0.003400 0.495200</w:t>
        <w:br/>
        <w:t>vt 0.000600 0.495000</w:t>
        <w:br/>
        <w:t>vt 0.011000 0.578600</w:t>
        <w:br/>
        <w:t>vt 0.013100 0.578300</w:t>
        <w:br/>
        <w:t>vt 0.499800 0.944200</w:t>
        <w:br/>
        <w:t>vt 0.498000 0.939300</w:t>
        <w:br/>
        <w:t>vt 0.485600 0.943500</w:t>
        <w:br/>
        <w:t>vt 0.482400 0.949200</w:t>
        <w:br/>
        <w:t>vt 0.514200 0.933600</w:t>
        <w:br/>
        <w:t>vt 0.510400 0.939900</w:t>
        <w:br/>
        <w:t>vt 0.526400 0.934300</w:t>
        <w:br/>
        <w:t>vt 0.525500 0.930400</w:t>
        <w:br/>
        <w:t>vt 0.542500 0.927000</w:t>
        <w:br/>
        <w:t>vt 0.542900 0.932300</w:t>
        <w:br/>
        <w:t>vt 0.552300 0.930900</w:t>
        <w:br/>
        <w:t>vt 0.554300 0.924900</w:t>
        <w:br/>
        <w:t>vt 0.576800 0.923100</w:t>
        <w:br/>
        <w:t>vt 0.579100 0.929800</w:t>
        <w:br/>
        <w:t>vt 0.583400 0.923700</w:t>
        <w:br/>
        <w:t>vt 0.589200 0.928500</w:t>
        <w:br/>
        <w:t>vt 0.588100 0.924300</w:t>
        <w:br/>
        <w:t>vt 0.534200 0.933300</w:t>
        <w:br/>
        <w:t>vt 0.531900 0.929000</w:t>
        <w:br/>
        <w:t>vt 0.600500 0.929000</w:t>
        <w:br/>
        <w:t>vt 0.605200 0.929200</w:t>
        <w:br/>
        <w:t>vt 0.599100 0.926800</w:t>
        <w:br/>
        <w:t>vt 0.609500 0.931100</w:t>
        <w:br/>
        <w:t>vt 0.561700 0.923900</w:t>
        <w:br/>
        <w:t>vt 0.560400 0.930200</w:t>
        <w:br/>
        <w:t>vt 0.567800 0.929800</w:t>
        <w:br/>
        <w:t>vt 0.569300 0.923300</w:t>
        <w:br/>
        <w:t>vt 0.476500 0.945600</w:t>
        <w:br/>
        <w:t>vt 0.477500 0.949300</w:t>
        <w:br/>
        <w:t>vt 0.484900 0.940500</w:t>
        <w:br/>
        <w:t>vt 0.497700 0.936100</w:t>
        <w:br/>
        <w:t>vt 0.514300 0.930500</w:t>
        <w:br/>
        <w:t>vt 0.525000 0.927500</w:t>
        <w:br/>
        <w:t>vt 0.542600 0.923400</w:t>
        <w:br/>
        <w:t>vt 0.555000 0.921200</w:t>
        <w:br/>
        <w:t>vt 0.577900 0.919700</w:t>
        <w:br/>
        <w:t>vt 0.584500 0.920200</w:t>
        <w:br/>
        <w:t>vt 0.590100 0.921000</w:t>
        <w:br/>
        <w:t>vt 0.531600 0.925800</w:t>
        <w:br/>
        <w:t>vt 0.600500 0.923900</w:t>
        <w:br/>
        <w:t>vt 0.607000 0.926600</w:t>
        <w:br/>
        <w:t>vt 0.611300 0.928600</w:t>
        <w:br/>
        <w:t>vt 0.562700 0.920000</w:t>
        <w:br/>
        <w:t>vt 0.570200 0.919800</w:t>
        <w:br/>
        <w:t>vt 0.476100 0.942900</w:t>
        <w:br/>
        <w:t>vt 0.607400 0.924700</w:t>
        <w:br/>
        <w:t>vt 0.600700 0.921700</w:t>
        <w:br/>
        <w:t>vt 0.600500 0.923900</w:t>
        <w:br/>
        <w:t>vt 0.607000 0.926600</w:t>
        <w:br/>
        <w:t>vt 0.611800 0.926900</w:t>
        <w:br/>
        <w:t>vt 0.611300 0.928600</w:t>
        <w:br/>
        <w:t>vt 0.592600 0.925200</w:t>
        <w:br/>
        <w:t>vt 0.594700 0.922000</w:t>
        <w:br/>
        <w:t>vt 0.594600 0.919400</w:t>
        <w:br/>
        <w:t>vt 0.594700 0.922000</w:t>
        <w:br/>
        <w:t>vt 0.579600 0.974000</w:t>
        <w:br/>
        <w:t>vt 0.581000 0.968100</w:t>
        <w:br/>
        <w:t>vt 0.570300 0.969000</w:t>
        <w:br/>
        <w:t>vt 0.569000 0.974100</w:t>
        <w:br/>
        <w:t>vt 0.630600 0.958500</w:t>
        <w:br/>
        <w:t>vt 0.631300 0.968500</w:t>
        <w:br/>
        <w:t>vt 0.639400 0.967400</w:t>
        <w:br/>
        <w:t>vt 0.639100 0.956300</w:t>
        <w:br/>
        <w:t>vt 0.655600 0.953400</w:t>
        <w:br/>
        <w:t>vt 0.656200 0.965300</w:t>
        <w:br/>
        <w:t>vt 0.664900 0.964600</w:t>
        <w:br/>
        <w:t>vt 0.663800 0.952400</w:t>
        <w:br/>
        <w:t>vt 0.721900 0.947000</w:t>
        <w:br/>
        <w:t>vt 0.706100 0.948100</w:t>
        <w:br/>
        <w:t>vt 0.706500 0.960700</w:t>
        <w:br/>
        <w:t>vt 0.607100 0.964500</w:t>
        <w:br/>
        <w:t>vt 0.598100 0.966000</w:t>
        <w:br/>
        <w:t>vt 0.599500 0.972600</w:t>
        <w:br/>
        <w:t>vt 0.608300 0.971600</w:t>
        <w:br/>
        <w:t>vt 0.556300 0.978400</w:t>
        <w:br/>
        <w:t>vt 0.555500 0.981600</w:t>
        <w:br/>
        <w:t>vt 0.566400 0.982300</w:t>
        <w:br/>
        <w:t>vt 0.567500 0.978900</w:t>
        <w:br/>
        <w:t>vt 0.632100 0.986200</w:t>
        <w:br/>
        <w:t>vt 0.641200 0.986500</w:t>
        <w:br/>
        <w:t>vt 0.640300 0.979200</w:t>
        <w:br/>
        <w:t>vt 0.631800 0.979400</w:t>
        <w:br/>
        <w:t>vt 0.658800 0.986700</w:t>
        <w:br/>
        <w:t>vt 0.668400 0.986600</w:t>
        <w:br/>
        <w:t>vt 0.666800 0.978100</w:t>
        <w:br/>
        <w:t>vt 0.657700 0.978800</w:t>
        <w:br/>
        <w:t>vt 0.708200 0.974000</w:t>
        <w:br/>
        <w:t>vt 0.693900 0.975500</w:t>
        <w:br/>
        <w:t>vt 0.695400 0.985400</w:t>
        <w:br/>
        <w:t>vt 0.710000 0.984800</w:t>
        <w:br/>
        <w:t>vt 0.594400 0.984600</w:t>
        <w:br/>
        <w:t>vt 0.600500 0.985100</w:t>
        <w:br/>
        <w:t>vt 0.599700 0.980100</w:t>
        <w:br/>
        <w:t>vt 0.593500 0.980000</w:t>
        <w:br/>
        <w:t>vt 0.648200 0.966200</w:t>
        <w:br/>
        <w:t>vt 0.647500 0.954700</w:t>
        <w:br/>
        <w:t>vt 0.650600 0.986700</w:t>
        <w:br/>
        <w:t>vt 0.649700 0.979100</w:t>
        <w:br/>
        <w:t>vt 0.621100 0.970000</w:t>
        <w:br/>
        <w:t>vt 0.620100 0.961300</w:t>
        <w:br/>
        <w:t>vt 0.621400 0.979600</w:t>
        <w:br/>
        <w:t>vt 0.609600 0.979900</w:t>
        <w:br/>
        <w:t>vt 0.611200 0.985500</w:t>
        <w:br/>
        <w:t>vt 0.621400 0.985700</w:t>
        <w:br/>
        <w:t>vt 0.593100 0.967100</w:t>
        <w:br/>
        <w:t>vt 0.593200 0.973500</w:t>
        <w:br/>
        <w:t>vt 0.677600 0.963400</w:t>
        <w:br/>
        <w:t>vt 0.676400 0.950600</w:t>
        <w:br/>
        <w:t>vt 0.679400 0.976900</w:t>
        <w:br/>
        <w:t>vt 0.680900 0.986200</w:t>
        <w:br/>
        <w:t>vt 0.691700 0.962000</w:t>
        <w:br/>
        <w:t>vt 0.689900 0.949200</w:t>
        <w:br/>
        <w:t>vt 0.725800 0.972300</w:t>
        <w:br/>
        <w:t>vt 0.725900 0.982400</w:t>
        <w:br/>
        <w:t>vt 0.578700 0.979500</w:t>
        <w:br/>
        <w:t>vt 0.724800 0.958800</w:t>
        <w:br/>
        <w:t>vt 0.558000 0.974000</w:t>
        <w:br/>
        <w:t>vt 0.559100 0.969900</w:t>
        <w:br/>
        <w:t>vt 0.541100 0.968500</w:t>
        <w:br/>
        <w:t>vt 0.540000 0.972800</w:t>
        <w:br/>
        <w:t>vt 0.589400 0.973500</w:t>
        <w:br/>
        <w:t>vt 0.589400 0.967300</w:t>
        <w:br/>
        <w:t>vt 0.589700 0.979900</w:t>
        <w:br/>
        <w:t>vt 0.578500 0.983200</w:t>
        <w:br/>
        <w:t>vt 0.590600 0.984400</w:t>
        <w:br/>
        <w:t>vt 0.539200 0.976500</w:t>
        <w:br/>
        <w:t>vt 0.538700 0.979500</w:t>
        <w:br/>
        <w:t>vt 0.651600 0.543300</w:t>
        <w:br/>
        <w:t>vt 0.646000 0.538100</w:t>
        <w:br/>
        <w:t>vt 0.649400 0.535900</w:t>
        <w:br/>
        <w:t>vt 0.655100 0.542000</w:t>
        <w:br/>
        <w:t>vt 0.597400 0.522800</w:t>
        <w:br/>
        <w:t>vt 0.605800 0.515500</w:t>
        <w:br/>
        <w:t>vt 0.603400 0.522600</w:t>
        <w:br/>
        <w:t>vt 0.599600 0.514900</w:t>
        <w:br/>
        <w:t>vt 0.585800 0.522200</w:t>
        <w:br/>
        <w:t>vt 0.580000 0.521800</w:t>
        <w:br/>
        <w:t>vt 0.581400 0.512500</w:t>
        <w:br/>
        <w:t>vt 0.586900 0.513400</w:t>
        <w:br/>
        <w:t>vt 0.549300 0.510000</w:t>
        <w:br/>
        <w:t>vt 0.548600 0.519400</w:t>
        <w:br/>
        <w:t>vt 0.536200 0.518100</w:t>
        <w:br/>
        <w:t>vt 0.627900 0.525100</w:t>
        <w:br/>
        <w:t>vt 0.620400 0.523800</w:t>
        <w:br/>
        <w:t>vt 0.622400 0.518400</w:t>
        <w:br/>
        <w:t>vt 0.631400 0.521000</w:t>
        <w:br/>
        <w:t>vt 0.592800 0.514200</w:t>
        <w:br/>
        <w:t>vt 0.591600 0.522500</w:t>
        <w:br/>
        <w:t>vt 0.611100 0.522800</w:t>
        <w:br/>
        <w:t>vt 0.614200 0.516900</w:t>
        <w:br/>
        <w:t>vt 0.635100 0.522300</w:t>
        <w:br/>
        <w:t>vt 0.630900 0.525800</w:t>
        <w:br/>
        <w:t>vt 0.570800 0.521300</w:t>
        <w:br/>
        <w:t>vt 0.571500 0.511200</w:t>
        <w:br/>
        <w:t>vt 0.560700 0.510500</w:t>
        <w:br/>
        <w:t>vt 0.560800 0.520500</w:t>
        <w:br/>
        <w:t>vt 0.660200 0.554300</w:t>
        <w:br/>
        <w:t>vt 0.662600 0.553300</w:t>
        <w:br/>
        <w:t>vt 0.637800 0.523800</w:t>
        <w:br/>
        <w:t>vt 0.644500 0.530700</w:t>
        <w:br/>
        <w:t>vt 0.640300 0.533000</w:t>
        <w:br/>
        <w:t>vt 0.633500 0.527300</w:t>
        <w:br/>
        <w:t>vt 0.578800 0.966600</w:t>
        <w:br/>
        <w:t>vt 0.569400 0.967600</w:t>
        <w:br/>
        <w:t>vt 0.570300 0.969000</w:t>
        <w:br/>
        <w:t>vt 0.581000 0.968100</w:t>
        <w:br/>
        <w:t>vt 0.639100 0.956300</w:t>
        <w:br/>
        <w:t>vt 0.638700 0.954700</w:t>
        <w:br/>
        <w:t>vt 0.630500 0.956700</w:t>
        <w:br/>
        <w:t>vt 0.630600 0.958500</w:t>
        <w:br/>
        <w:t>vt 0.662800 0.950700</w:t>
        <w:br/>
        <w:t>vt 0.654700 0.951700</w:t>
        <w:br/>
        <w:t>vt 0.655600 0.953400</w:t>
        <w:br/>
        <w:t>vt 0.663800 0.952400</w:t>
        <w:br/>
        <w:t>vt 0.724800 0.958800</w:t>
        <w:br/>
        <w:t>vt 0.728100 0.958800</w:t>
        <w:br/>
        <w:t>vt 0.726100 0.948300</w:t>
        <w:br/>
        <w:t>vt 0.724000 0.948600</w:t>
        <w:br/>
        <w:t>vt 0.722100 0.945100</w:t>
        <w:br/>
        <w:t>vt 0.705300 0.945800</w:t>
        <w:br/>
        <w:t>vt 0.706100 0.948100</w:t>
        <w:br/>
        <w:t>vt 0.721900 0.947000</w:t>
        <w:br/>
        <w:t>vt 0.607100 0.964500</w:t>
        <w:br/>
        <w:t>vt 0.607500 0.962000</w:t>
        <w:br/>
        <w:t>vt 0.597500 0.964300</w:t>
        <w:br/>
        <w:t>vt 0.598100 0.966000</w:t>
        <w:br/>
        <w:t>vt 0.555100 0.983000</w:t>
        <w:br/>
        <w:t>vt 0.555200 0.984700</w:t>
        <w:br/>
        <w:t>vt 0.565400 0.985100</w:t>
        <w:br/>
        <w:t>vt 0.565900 0.983800</w:t>
        <w:br/>
        <w:t>vt 0.632000 0.990600</w:t>
        <w:br/>
        <w:t>vt 0.641400 0.991100</w:t>
        <w:br/>
        <w:t>vt 0.641300 0.988300</w:t>
        <w:br/>
        <w:t>vt 0.632200 0.988000</w:t>
        <w:br/>
        <w:t>vt 0.659200 0.991000</w:t>
        <w:br/>
        <w:t>vt 0.668700 0.991100</w:t>
        <w:br/>
        <w:t>vt 0.668600 0.988600</w:t>
        <w:br/>
        <w:t>vt 0.659100 0.988800</w:t>
        <w:br/>
        <w:t>vt 0.696300 0.991800</w:t>
        <w:br/>
        <w:t>vt 0.711300 0.991300</w:t>
        <w:br/>
        <w:t>vt 0.710500 0.987100</w:t>
        <w:br/>
        <w:t>vt 0.695700 0.987400</w:t>
        <w:br/>
        <w:t>vt 0.594800 0.989200</w:t>
        <w:br/>
        <w:t>vt 0.601100 0.989500</w:t>
        <w:br/>
        <w:t>vt 0.600900 0.986800</w:t>
        <w:br/>
        <w:t>vt 0.594700 0.986500</w:t>
        <w:br/>
        <w:t>vt 0.646800 0.953000</w:t>
        <w:br/>
        <w:t>vt 0.647500 0.954700</w:t>
        <w:br/>
        <w:t>vt 0.650900 0.991100</w:t>
        <w:br/>
        <w:t>vt 0.650700 0.988700</w:t>
        <w:br/>
        <w:t>vt 0.620100 0.961300</w:t>
        <w:br/>
        <w:t>vt 0.620200 0.959200</w:t>
        <w:br/>
        <w:t>vt 0.611300 0.987300</w:t>
        <w:br/>
        <w:t>vt 0.611000 0.989900</w:t>
        <w:br/>
        <w:t>vt 0.621400 0.990300</w:t>
        <w:br/>
        <w:t>vt 0.621500 0.987600</w:t>
        <w:br/>
        <w:t>vt 0.593400 0.964300</w:t>
        <w:br/>
        <w:t>vt 0.593100 0.967100</w:t>
        <w:br/>
        <w:t>vt 0.675300 0.948500</w:t>
        <w:br/>
        <w:t>vt 0.676400 0.950600</w:t>
        <w:br/>
        <w:t>vt 0.681300 0.990900</w:t>
        <w:br/>
        <w:t>vt 0.681100 0.988300</w:t>
        <w:br/>
        <w:t>vt 0.688800 0.947000</w:t>
        <w:br/>
        <w:t>vt 0.689900 0.949200</w:t>
        <w:br/>
        <w:t>vt 0.725900 0.982400</w:t>
        <w:br/>
        <w:t>vt 0.730900 0.984400</w:t>
        <w:br/>
        <w:t>vt 0.729800 0.971700</w:t>
        <w:br/>
        <w:t>vt 0.725800 0.972300</w:t>
        <w:br/>
        <w:t>vt 0.727500 0.988400</w:t>
        <w:br/>
        <w:t>vt 0.725200 0.984100</w:t>
        <w:br/>
        <w:t>vt 0.692300 0.990300</w:t>
        <w:br/>
        <w:t>vt 0.692100 0.987700</w:t>
        <w:br/>
        <w:t>vt 0.559100 0.969900</w:t>
        <w:br/>
        <w:t>vt 0.559400 0.968500</w:t>
        <w:br/>
        <w:t>vt 0.541100 0.967300</w:t>
        <w:br/>
        <w:t>vt 0.541100 0.968500</w:t>
        <w:br/>
        <w:t>vt 0.590100 0.965100</w:t>
        <w:br/>
        <w:t>vt 0.589400 0.967300</w:t>
        <w:br/>
        <w:t>vt 0.579300 0.987000</w:t>
        <w:br/>
        <w:t>vt 0.591500 0.989200</w:t>
        <w:br/>
        <w:t>vt 0.591100 0.986600</w:t>
        <w:br/>
        <w:t>vt 0.578600 0.984900</w:t>
        <w:br/>
        <w:t>vt 0.538700 0.981400</w:t>
        <w:br/>
        <w:t>vt 0.538700 0.982600</w:t>
        <w:br/>
        <w:t>vt 0.543600 0.984000</w:t>
        <w:br/>
        <w:t>vt 0.725200 0.984100</w:t>
        <w:br/>
        <w:t>vt 0.538700 0.981400</w:t>
        <w:br/>
        <w:t>vt 0.724500 0.946200</w:t>
        <w:br/>
        <w:t>vt 0.723300 0.947400</w:t>
        <w:br/>
        <w:t>vt 0.724000 0.948600</w:t>
        <w:br/>
        <w:t>vt 0.723300 0.947400</w:t>
        <w:br/>
        <w:t>vt 0.535000 0.517600</w:t>
        <w:br/>
        <w:t>vt 0.534700 0.516200</w:t>
        <w:br/>
        <w:t>vt 0.535300 0.508600</w:t>
        <w:br/>
        <w:t>vt 0.536100 0.499100</w:t>
        <w:br/>
        <w:t>vt 0.540500 0.502000</w:t>
        <w:br/>
        <w:t>vt 0.549900 0.503500</w:t>
        <w:br/>
        <w:t>vt 0.560900 0.504800</w:t>
        <w:br/>
        <w:t>vt 0.522300 0.966000</w:t>
        <w:br/>
        <w:t>vt 0.521200 0.970800</w:t>
        <w:br/>
        <w:t>vt 0.520400 0.974700</w:t>
        <w:br/>
        <w:t>vt 0.519900 0.977500</w:t>
        <w:br/>
        <w:t>vt 0.668400 0.565600</w:t>
        <w:br/>
        <w:t>vt 0.666700 0.566600</w:t>
        <w:br/>
        <w:t>vt 0.522800 0.964800</w:t>
        <w:br/>
        <w:t>vt 0.522300 0.966000</w:t>
        <w:br/>
        <w:t>vt 0.519900 0.978900</w:t>
        <w:br/>
        <w:t>vt 0.520100 0.980100</w:t>
        <w:br/>
        <w:t>vt 0.519900 0.978900</w:t>
        <w:br/>
        <w:t>vt 0.503000 0.962800</w:t>
        <w:br/>
        <w:t>vt 0.502400 0.969000</w:t>
        <w:br/>
        <w:t>vt 0.501700 0.972400</w:t>
        <w:br/>
        <w:t>vt 0.501200 0.975400</w:t>
        <w:br/>
        <w:t>vt 0.672100 0.580300</w:t>
        <w:br/>
        <w:t>vt 0.670000 0.580900</w:t>
        <w:br/>
        <w:t>vt 0.503600 0.961800</w:t>
        <w:br/>
        <w:t>vt 0.503000 0.962800</w:t>
        <w:br/>
        <w:t>vt 0.501200 0.976700</w:t>
        <w:br/>
        <w:t>vt 0.501400 0.978200</w:t>
        <w:br/>
        <w:t>vt 0.501200 0.976700</w:t>
        <w:br/>
        <w:t>vt 0.593400 0.964300</w:t>
        <w:br/>
        <w:t>vt 0.612100 0.710500</w:t>
        <w:br/>
        <w:t>vt 0.609700 0.710500</w:t>
        <w:br/>
        <w:t>vt 0.609700 0.719200</w:t>
        <w:br/>
        <w:t>vt 0.612600 0.719700</w:t>
        <w:br/>
        <w:t>vt 0.612700 0.745600</w:t>
        <w:br/>
        <w:t>vt 0.610100 0.745400</w:t>
        <w:br/>
        <w:t>vt 0.610000 0.756000</w:t>
        <w:br/>
        <w:t>vt 0.611300 0.756100</w:t>
        <w:br/>
        <w:t>vt 0.611500 0.700900</w:t>
        <w:br/>
        <w:t>vt 0.610500 0.693300</w:t>
        <w:br/>
        <w:t>vt 0.609600 0.693600</w:t>
        <w:br/>
        <w:t>vt 0.609800 0.700900</w:t>
        <w:br/>
        <w:t>vt 0.634100 0.721200</w:t>
        <w:br/>
        <w:t>vt 0.641000 0.721100</w:t>
        <w:br/>
        <w:t>vt 0.641200 0.712100</w:t>
        <w:br/>
        <w:t>vt 0.633800 0.711400</w:t>
        <w:br/>
        <w:t>vt 0.633900 0.746300</w:t>
        <w:br/>
        <w:t>vt 0.637500 0.737900</w:t>
        <w:br/>
        <w:t>vt 0.632400 0.737400</w:t>
        <w:br/>
        <w:t>vt 0.630000 0.746000</w:t>
        <w:br/>
        <w:t>vt 0.632700 0.681900</w:t>
        <w:br/>
        <w:t>vt 0.626800 0.681600</w:t>
        <w:br/>
        <w:t>vt 0.629600 0.691000</w:t>
        <w:br/>
        <w:t>vt 0.636500 0.691500</w:t>
        <w:br/>
        <w:t>vt 0.626000 0.658800</w:t>
        <w:br/>
        <w:t>vt 0.623500 0.659200</w:t>
        <w:br/>
        <w:t>vt 0.624300 0.670600</w:t>
        <w:br/>
        <w:t>vt 0.629100 0.671800</w:t>
        <w:br/>
        <w:t>vt 0.613300 0.735900</w:t>
        <w:br/>
        <w:t>vt 0.610000 0.735300</w:t>
        <w:br/>
        <w:t>vt 0.622400 0.766100</w:t>
        <w:br/>
        <w:t>vt 0.627800 0.756900</w:t>
        <w:br/>
        <w:t>vt 0.626200 0.756400</w:t>
        <w:br/>
        <w:t>vt 0.614400 0.645000</w:t>
        <w:br/>
        <w:t>vt 0.614600 0.634400</w:t>
        <w:br/>
        <w:t>vt 0.612000 0.635200</w:t>
        <w:br/>
        <w:t>vt 0.611400 0.646100</w:t>
        <w:br/>
        <w:t>vt 0.609700 0.673000</w:t>
        <w:br/>
        <w:t>vt 0.611400 0.683900</w:t>
        <w:br/>
        <w:t>vt 0.615500 0.680100</w:t>
        <w:br/>
        <w:t>vt 0.614400 0.671800</w:t>
        <w:br/>
        <w:t>vt 0.621600 0.710800</w:t>
        <w:br/>
        <w:t>vt 0.616400 0.710600</w:t>
        <w:br/>
        <w:t>vt 0.617100 0.720200</w:t>
        <w:br/>
        <w:t>vt 0.622500 0.720800</w:t>
        <w:br/>
        <w:t>vt 0.616300 0.683400</w:t>
        <w:br/>
        <w:t>vt 0.612100 0.686800</w:t>
        <w:br/>
        <w:t>vt 0.610500 0.663200</w:t>
        <w:br/>
        <w:t>vt 0.614300 0.661500</w:t>
        <w:br/>
        <w:t>vt 0.627700 0.737200</w:t>
        <w:br/>
        <w:t>vt 0.625600 0.745700</w:t>
        <w:br/>
        <w:t>vt 0.615700 0.621700</w:t>
        <w:br/>
        <w:t>vt 0.617200 0.633800</w:t>
        <w:br/>
        <w:t>vt 0.620200 0.676700</w:t>
        <w:br/>
        <w:t>vt 0.619400 0.670900</w:t>
        <w:br/>
        <w:t>vt 0.627400 0.711000</w:t>
        <w:br/>
        <w:t>vt 0.628000 0.721100</w:t>
        <w:br/>
        <w:t>vt 0.620500 0.745800</w:t>
        <w:br/>
        <w:t>vt 0.617600 0.756000</w:t>
        <w:br/>
        <w:t>vt 0.622000 0.756200</w:t>
        <w:br/>
        <w:t>vt 0.622000 0.682300</w:t>
        <w:br/>
        <w:t>vt 0.618200 0.691700</w:t>
        <w:br/>
        <w:t>vt 0.623900 0.691300</w:t>
        <w:br/>
        <w:t>vt 0.618600 0.660400</w:t>
        <w:br/>
        <w:t>vt 0.617500 0.736400</w:t>
        <w:br/>
        <w:t>vt 0.616000 0.745800</w:t>
        <w:br/>
        <w:t>vt 0.622300 0.736600</w:t>
        <w:br/>
        <w:t>vt 0.613000 0.728700</w:t>
        <w:br/>
        <w:t>vt 0.609800 0.728000</w:t>
        <w:br/>
        <w:t>vt 0.633600 0.730400</w:t>
        <w:br/>
        <w:t>vt 0.639700 0.730100</w:t>
        <w:br/>
        <w:t>vt 0.639600 0.701600</w:t>
        <w:br/>
        <w:t>vt 0.632100 0.701100</w:t>
        <w:br/>
        <w:t>vt 0.628100 0.730200</w:t>
        <w:br/>
        <w:t>vt 0.625700 0.700800</w:t>
        <w:br/>
        <w:t>vt 0.622700 0.729700</w:t>
        <w:br/>
        <w:t>vt 0.617400 0.729200</w:t>
        <w:br/>
        <w:t>vt 0.619700 0.700500</w:t>
        <w:br/>
        <w:t>vt 0.615100 0.700600</w:t>
        <w:br/>
        <w:t>vt 0.610500 0.764000</w:t>
        <w:br/>
        <w:t>vt 0.612000 0.764800</w:t>
        <w:br/>
        <w:t>vt 0.614100 0.756000</w:t>
        <w:br/>
        <w:t>vt 0.609100 0.685500</w:t>
        <w:br/>
        <w:t>vt 0.609800 0.689400</w:t>
        <w:br/>
        <w:t>vt 0.622400 0.644400</w:t>
        <w:br/>
        <w:t>vt 0.618100 0.644200</w:t>
        <w:br/>
        <w:t>vt 0.609400 0.690000</w:t>
        <w:br/>
        <w:t>vt 0.613400 0.692200</w:t>
        <w:br/>
        <w:t>vt 0.619600 0.633700</w:t>
        <w:br/>
        <w:t>vt 0.617000 0.621600</w:t>
        <w:br/>
        <w:t>vt 0.624700 0.674100</w:t>
        <w:br/>
        <w:t>vt 0.618400 0.765700</w:t>
        <w:br/>
        <w:t>vt 0.614600 0.765300</w:t>
        <w:br/>
        <w:t>vt 0.621200 0.680200</w:t>
        <w:br/>
        <w:t>vt 0.608400 0.719200</w:t>
        <w:br/>
        <w:t>vt 0.608400 0.710500</w:t>
        <w:br/>
        <w:t>vt 0.603500 0.710500</w:t>
        <w:br/>
        <w:t>vt 0.604700 0.719800</w:t>
        <w:br/>
        <w:t>vt 0.608300 0.693600</w:t>
        <w:br/>
        <w:t>vt 0.603100 0.693000</w:t>
        <w:br/>
        <w:t>vt 0.603000 0.700800</w:t>
        <w:br/>
        <w:t>vt 0.608600 0.700900</w:t>
        <w:br/>
        <w:t>vt 0.608800 0.735300</w:t>
        <w:br/>
        <w:t>vt 0.606800 0.736000</w:t>
        <w:br/>
        <w:t>vt 0.608800 0.745400</w:t>
        <w:br/>
        <w:t>vt 0.608600 0.728000</w:t>
        <w:br/>
        <w:t>vt 0.605300 0.729100</w:t>
        <w:br/>
        <w:t>vt 0.603600 0.688500</w:t>
        <w:br/>
        <w:t>vt 0.608000 0.690100</w:t>
        <w:br/>
        <w:t>vt 0.607600 0.685500</w:t>
        <w:br/>
        <w:t>vt 0.608400 0.719200</w:t>
        <w:br/>
        <w:t>vt 0.609700 0.719200</w:t>
        <w:br/>
        <w:t>vt 0.609700 0.710500</w:t>
        <w:br/>
        <w:t>vt 0.608800 0.745400</w:t>
        <w:br/>
        <w:t>vt 0.608700 0.756000</w:t>
        <w:br/>
        <w:t>vt 0.610000 0.756000</w:t>
        <w:br/>
        <w:t>vt 0.610100 0.745400</w:t>
        <w:br/>
        <w:t>vt 0.609600 0.693600</w:t>
        <w:br/>
        <w:t>vt 0.609800 0.700900</w:t>
        <w:br/>
        <w:t>vt 0.610000 0.735300</w:t>
        <w:br/>
        <w:t>vt 0.608800 0.735300</w:t>
        <w:br/>
        <w:t>vt 0.611400 0.622400</w:t>
        <w:br/>
        <w:t>vt 0.610600 0.635200</w:t>
        <w:br/>
        <w:t>vt 0.612000 0.635200</w:t>
        <w:br/>
        <w:t>vt 0.612600 0.622400</w:t>
        <w:br/>
        <w:t>vt 0.609100 0.663100</w:t>
        <w:br/>
        <w:t>vt 0.608500 0.673300</w:t>
        <w:br/>
        <w:t>vt 0.609700 0.673000</w:t>
        <w:br/>
        <w:t>vt 0.610500 0.663200</w:t>
        <w:br/>
        <w:t>vt 0.609800 0.728000</w:t>
        <w:br/>
        <w:t>vt 0.609400 0.765000</w:t>
        <w:br/>
        <w:t>vt 0.611500 0.766100</w:t>
        <w:br/>
        <w:t>vt 0.612000 0.764800</w:t>
        <w:br/>
        <w:t>vt 0.610500 0.764000</w:t>
        <w:br/>
        <w:t>vt 0.609100 0.685500</w:t>
        <w:br/>
        <w:t>vt 0.610000 0.646000</w:t>
        <w:br/>
        <w:t>vt 0.611400 0.646100</w:t>
        <w:br/>
        <w:t>vt 0.609400 0.690000</w:t>
        <w:br/>
        <w:t>vt 0.609400 0.765000</w:t>
        <w:br/>
        <w:t>vt 0.610500 0.764000</w:t>
        <w:br/>
        <w:t>vt 0.614400 0.766700</w:t>
        <w:br/>
        <w:t>vt 0.618300 0.767100</w:t>
        <w:br/>
        <w:t>vt 0.618400 0.765700</w:t>
        <w:br/>
        <w:t>vt 0.614600 0.765300</w:t>
        <w:br/>
        <w:t>vt 0.621600 0.767300</w:t>
        <w:br/>
        <w:t>vt 0.622400 0.766100</w:t>
        <w:br/>
        <w:t>vt 0.630400 0.675500</w:t>
        <w:br/>
        <w:t>vt 0.625600 0.677500</w:t>
        <w:br/>
        <w:t>vt 0.612600 0.622400</w:t>
        <w:br/>
        <w:t>vt 0.693000 0.991600</w:t>
        <w:br/>
        <w:t>vt 0.740100 0.724800</w:t>
        <w:br/>
        <w:t>vt 0.722400 0.736500</w:t>
        <w:br/>
        <w:t>vt 0.730300 0.730000</w:t>
        <w:br/>
        <w:t>vt 0.746900 0.704500</w:t>
        <w:br/>
        <w:t>vt 0.777800 0.710500</w:t>
        <w:br/>
        <w:t>vt 0.569400 0.967600</w:t>
        <w:br/>
        <w:t>vt 0.709600 0.730600</w:t>
        <w:br/>
        <w:t>vt 0.714100 0.732000</w:t>
        <w:br/>
        <w:t>vt 0.459800 0.965400</w:t>
        <w:br/>
        <w:t>vt 0.453500 0.955600</w:t>
        <w:br/>
        <w:t>vt 0.455200 0.970800</w:t>
        <w:br/>
        <w:t>vt 0.462100 0.963200</w:t>
        <w:br/>
        <w:t>vt 0.455200 0.970800</w:t>
        <w:br/>
        <w:t>vt 0.453500 0.955600</w:t>
        <w:br/>
        <w:t>vt 0.450700 0.956100</w:t>
        <w:br/>
        <w:t>vt 0.452300 0.971200</w:t>
        <w:br/>
        <w:t>vt 0.605400 0.675600</w:t>
        <w:br/>
        <w:t>vt 0.779400 0.792300</w:t>
        <w:br/>
        <w:t>vt 0.780100 0.782900</w:t>
        <w:br/>
        <w:t>vt 0.783600 0.772200</w:t>
        <w:br/>
        <w:t>vt 0.788500 0.764100</w:t>
        <w:br/>
        <w:t>vt 0.795500 0.753100</w:t>
        <w:br/>
        <w:t>vt 0.801600 0.745300</w:t>
        <w:br/>
        <w:t>vt 0.810200 0.741600</w:t>
        <w:br/>
        <w:t>vt 0.833500 0.743100</w:t>
        <w:br/>
        <w:t>vt 0.825800 0.751500</w:t>
        <w:br/>
        <w:t>vt 0.814400 0.753700</w:t>
        <w:br/>
        <w:t>vt 0.806300 0.758900</w:t>
        <w:br/>
        <w:t>vt 0.799900 0.766900</w:t>
        <w:br/>
        <w:t>vt 0.795700 0.775100</w:t>
        <w:br/>
        <w:t>vt 0.792300 0.807900</w:t>
        <w:br/>
        <w:t>vt 0.793600 0.808900</w:t>
        <w:br/>
        <w:t>vt 0.794900 0.799200</w:t>
        <w:br/>
        <w:t>vt 0.791500 0.796500</w:t>
        <w:br/>
        <w:t>vt 0.832300 0.591300</w:t>
        <w:br/>
        <w:t>vt 0.678100 0.933500</w:t>
        <w:br/>
        <w:t>vt 0.674700 0.920400</w:t>
        <w:br/>
        <w:t>vt 0.662700 0.928000</w:t>
        <w:br/>
        <w:t>vt 0.666700 0.941400</w:t>
        <w:br/>
        <w:t>vt 0.647000 0.931800</w:t>
        <w:br/>
        <w:t>vt 0.635400 0.928800</w:t>
        <w:br/>
        <w:t>vt 0.636600 0.943400</w:t>
        <w:br/>
        <w:t>vt 0.651600 0.944800</w:t>
        <w:br/>
        <w:t>vt 0.703800 0.886300</w:t>
        <w:br/>
        <w:t>vt 0.694400 0.879400</w:t>
        <w:br/>
        <w:t>vt 0.692200 0.889000</w:t>
        <w:br/>
        <w:t>vt 0.699700 0.901300</w:t>
        <w:br/>
        <w:t>vt 0.685900 0.925000</w:t>
        <w:br/>
        <w:t>vt 0.019100 0.594200</w:t>
        <w:br/>
        <w:t>vt 0.624100 0.937400</w:t>
        <w:br/>
        <w:t>vt 0.629800 0.940500</w:t>
        <w:br/>
        <w:t>vt 0.626800 0.926700</w:t>
        <w:br/>
        <w:t>vt 0.694000 0.911100</w:t>
        <w:br/>
        <w:t>vt 0.689800 0.897700</w:t>
        <w:br/>
        <w:t>vt 0.683900 0.909100</w:t>
        <w:br/>
        <w:t>vt 0.704800 0.856500</w:t>
        <w:br/>
        <w:t>vt 0.694300 0.849900</w:t>
        <w:br/>
        <w:t>vt 0.695600 0.866400</w:t>
        <w:br/>
        <w:t>vt 0.705000 0.873600</w:t>
        <w:br/>
        <w:t>vt 0.009600 0.601900</w:t>
        <w:br/>
        <w:t>vt 0.011000 0.592200</w:t>
        <w:br/>
        <w:t>vt 0.703300 0.844200</w:t>
        <w:br/>
        <w:t>vt 0.698900 0.838000</w:t>
        <w:br/>
        <w:t>vt 0.692400 0.839600</w:t>
        <w:br/>
        <w:t>vt 0.667400 0.943200</w:t>
        <w:br/>
        <w:t>vt 0.679300 0.935500</w:t>
        <w:br/>
        <w:t>vt 0.678100 0.933500</w:t>
        <w:br/>
        <w:t>vt 0.666700 0.941400</w:t>
        <w:br/>
        <w:t>vt 0.674700 0.920400</w:t>
        <w:br/>
        <w:t>vt 0.673100 0.918900</w:t>
        <w:br/>
        <w:t>vt 0.662000 0.925900</w:t>
        <w:br/>
        <w:t>vt 0.662700 0.928000</w:t>
        <w:br/>
        <w:t>vt 0.636600 0.943400</w:t>
        <w:br/>
        <w:t>vt 0.636400 0.945500</w:t>
        <w:br/>
        <w:t>vt 0.651300 0.946600</w:t>
        <w:br/>
        <w:t>vt 0.651600 0.944800</w:t>
        <w:br/>
        <w:t>vt 0.646600 0.929500</w:t>
        <w:br/>
        <w:t>vt 0.635600 0.926600</w:t>
        <w:br/>
        <w:t>vt 0.635400 0.928800</w:t>
        <w:br/>
        <w:t>vt 0.647000 0.931800</w:t>
        <w:br/>
        <w:t>vt 0.692800 0.878900</w:t>
        <w:br/>
        <w:t>vt 0.690100 0.889200</w:t>
        <w:br/>
        <w:t>vt 0.692200 0.889000</w:t>
        <w:br/>
        <w:t>vt 0.694400 0.879400</w:t>
        <w:br/>
        <w:t>vt 0.701500 0.901600</w:t>
        <w:br/>
        <w:t>vt 0.705500 0.886600</w:t>
        <w:br/>
        <w:t>vt 0.703800 0.886300</w:t>
        <w:br/>
        <w:t>vt 0.699700 0.901300</w:t>
        <w:br/>
        <w:t>vt 0.687400 0.926700</w:t>
        <w:br/>
        <w:t>vt 0.685900 0.925000</w:t>
        <w:br/>
        <w:t>vt 0.683900 0.909100</w:t>
        <w:br/>
        <w:t>vt 0.682100 0.907900</w:t>
        <w:br/>
        <w:t>vt 0.009100 0.592200</w:t>
        <w:br/>
        <w:t>vt 0.011000 0.592200</w:t>
        <w:br/>
        <w:t>vt 0.626800 0.926700</w:t>
        <w:br/>
        <w:t>vt 0.625100 0.924100</w:t>
        <w:br/>
        <w:t>vt 0.621500 0.938200</w:t>
        <w:br/>
        <w:t>vt 0.624100 0.937400</w:t>
        <w:br/>
        <w:t>vt 0.625100 0.924100</w:t>
        <w:br/>
        <w:t>vt 0.626800 0.926700</w:t>
        <w:br/>
        <w:t>vt 0.621500 0.938200</w:t>
        <w:br/>
        <w:t>vt 0.629000 0.942500</w:t>
        <w:br/>
        <w:t>vt 0.629800 0.940500</w:t>
        <w:br/>
        <w:t>vt 0.624100 0.937400</w:t>
        <w:br/>
        <w:t>vt 0.695900 0.912200</w:t>
        <w:br/>
        <w:t>vt 0.694000 0.911100</w:t>
        <w:br/>
        <w:t>vt 0.689800 0.897700</w:t>
        <w:br/>
        <w:t>vt 0.688000 0.896500</w:t>
        <w:br/>
        <w:t>vt 0.705000 0.873600</w:t>
        <w:br/>
        <w:t>vt 0.707100 0.873600</w:t>
        <w:br/>
        <w:t>vt 0.706600 0.856700</w:t>
        <w:br/>
        <w:t>vt 0.704800 0.856500</w:t>
        <w:br/>
        <w:t>vt 0.692600 0.850500</w:t>
        <w:br/>
        <w:t>vt 0.693800 0.866400</w:t>
        <w:br/>
        <w:t>vt 0.695600 0.866400</w:t>
        <w:br/>
        <w:t>vt 0.694300 0.849900</w:t>
        <w:br/>
        <w:t>vt 0.703300 0.844200</w:t>
        <w:br/>
        <w:t>vt 0.692400 0.839600</w:t>
        <w:br/>
        <w:t>vt 0.688600 0.825800</w:t>
        <w:br/>
        <w:t>vt 0.690900 0.840300</w:t>
        <w:br/>
        <w:t>vt 0.690900 0.840300</w:t>
        <w:br/>
        <w:t>vt 0.692600 0.850500</w:t>
        <w:br/>
        <w:t>vt 0.688600 0.825800</w:t>
        <w:br/>
        <w:t>vt 0.867000 0.606600</w:t>
        <w:br/>
        <w:t>vt 0.019100 0.594200</w:t>
        <w:br/>
        <w:t>vt 0.009600 0.601900</w:t>
        <w:br/>
        <w:t>vt 0.007600 0.604100</w:t>
        <w:br/>
        <w:t>vt 0.009600 0.601900</w:t>
        <w:br/>
        <w:t>vt 0.007600 0.604100</w:t>
        <w:br/>
        <w:t>vt 0.842200 0.760300</w:t>
        <w:br/>
        <w:t>vt 0.544800 0.540500</w:t>
        <w:br/>
        <w:t>vt 0.531600 0.528500</w:t>
        <w:br/>
        <w:t>vt 0.555600 0.528300</w:t>
        <w:br/>
        <w:t>vt 0.558800 0.540800</w:t>
        <w:br/>
        <w:t>vt 0.562500 0.529000</w:t>
        <w:br/>
        <w:t>vt 0.588600 0.530200</w:t>
        <w:br/>
        <w:t>vt 0.588500 0.542700</w:t>
        <w:br/>
        <w:t>vt 0.611400 0.531400</w:t>
        <w:br/>
        <w:t>vt 0.611300 0.543900</w:t>
        <w:br/>
        <w:t>vt 0.558400 0.544500</w:t>
        <w:br/>
        <w:t>vt 0.543900 0.543800</w:t>
        <w:br/>
        <w:t>vt 0.544800 0.540500</w:t>
        <w:br/>
        <w:t>vt 0.558800 0.540800</w:t>
        <w:br/>
        <w:t>vt 0.531600 0.528500</w:t>
        <w:br/>
        <w:t>vt 0.531000 0.525500</w:t>
        <w:br/>
        <w:t>vt 0.554900 0.525700</w:t>
        <w:br/>
        <w:t>vt 0.555600 0.528300</w:t>
        <w:br/>
        <w:t>vt 0.529000 0.530700</w:t>
        <w:br/>
        <w:t>vt 0.531600 0.528500</w:t>
        <w:br/>
        <w:t>vt 0.588400 0.546600</w:t>
        <w:br/>
        <w:t>vt 0.588500 0.542700</w:t>
        <w:br/>
        <w:t>vt 0.562900 0.526100</w:t>
        <w:br/>
        <w:t>vt 0.588700 0.526700</w:t>
        <w:br/>
        <w:t>vt 0.588600 0.530200</w:t>
        <w:br/>
        <w:t>vt 0.562500 0.529000</w:t>
        <w:br/>
        <w:t>vt 0.611300 0.543900</w:t>
        <w:br/>
        <w:t>vt 0.611200 0.547600</w:t>
        <w:br/>
        <w:t>vt 0.611500 0.528100</w:t>
        <w:br/>
        <w:t>vt 0.611400 0.531400</w:t>
        <w:br/>
        <w:t>vt 0.778300 0.829800</w:t>
        <w:br/>
        <w:t>vt 0.777700 0.828300</w:t>
        <w:br/>
        <w:t>vt 0.777700 0.828300</w:t>
        <w:br/>
        <w:t>vt 0.778300 0.829800</w:t>
        <w:br/>
        <w:t>vt 0.777700 0.828300</w:t>
        <w:br/>
        <w:t>vt 0.514000 0.769500</w:t>
        <w:br/>
        <w:t>vt 0.525800 0.770800</w:t>
        <w:br/>
        <w:t>vt 0.524400 0.774900</w:t>
        <w:br/>
        <w:t>vt 0.512600 0.773700</w:t>
        <w:br/>
        <w:t>vt 0.529200 0.744900</w:t>
        <w:br/>
        <w:t>vt 0.528700 0.751200</w:t>
        <w:br/>
        <w:t>vt 0.516800 0.749900</w:t>
        <w:br/>
        <w:t>vt 0.517300 0.743500</w:t>
        <w:br/>
        <w:t>vt 0.515100 0.762900</w:t>
        <w:br/>
        <w:t>vt 0.527000 0.764200</w:t>
        <w:br/>
        <w:t>vt 0.516000 0.677300</w:t>
        <w:br/>
        <w:t>vt 0.516500 0.672100</w:t>
        <w:br/>
        <w:t>vt 0.527700 0.673100</w:t>
        <w:br/>
        <w:t>vt 0.527100 0.678400</w:t>
        <w:br/>
        <w:t>vt 0.515100 0.687900</w:t>
        <w:br/>
        <w:t>vt 0.515500 0.682600</w:t>
        <w:br/>
        <w:t>vt 0.526500 0.683600</w:t>
        <w:br/>
        <w:t>vt 0.526000 0.688800</w:t>
        <w:br/>
        <w:t>vt 0.528300 0.667700</w:t>
        <w:br/>
        <w:t>vt 0.517100 0.666800</w:t>
        <w:br/>
        <w:t>vt 0.517800 0.662500</w:t>
        <w:br/>
        <w:t>vt 0.529100 0.662700</w:t>
        <w:br/>
        <w:t>vt 0.517300 0.738600</w:t>
        <w:br/>
        <w:t>vt 0.529200 0.740200</w:t>
        <w:br/>
        <w:t>vt 0.516200 0.722300</w:t>
        <w:br/>
        <w:t>vt 0.515600 0.715200</w:t>
        <w:br/>
        <w:t>vt 0.527200 0.717800</w:t>
        <w:br/>
        <w:t>vt 0.528000 0.725100</w:t>
        <w:br/>
        <w:t>vt 0.514700 0.699200</w:t>
        <w:br/>
        <w:t>vt 0.514900 0.693500</w:t>
        <w:br/>
        <w:t>vt 0.525800 0.694600</w:t>
        <w:br/>
        <w:t>vt 0.525700 0.700300</w:t>
        <w:br/>
        <w:t>vt 0.518100 0.785500</w:t>
        <w:br/>
        <w:t>vt 0.506300 0.785500</w:t>
        <w:br/>
        <w:t>vt 0.508700 0.781700</w:t>
        <w:br/>
        <w:t>vt 0.520500 0.782200</w:t>
        <w:br/>
        <w:t>vt 0.517400 0.733700</w:t>
        <w:br/>
        <w:t>vt 0.516800 0.728000</w:t>
        <w:br/>
        <w:t>vt 0.528600 0.730300</w:t>
        <w:br/>
        <w:t>vt 0.529200 0.735400</w:t>
        <w:br/>
        <w:t>vt 0.514900 0.708100</w:t>
        <w:br/>
        <w:t>vt 0.514800 0.703600</w:t>
        <w:br/>
        <w:t>vt 0.526000 0.705400</w:t>
        <w:br/>
        <w:t>vt 0.526400 0.710500</w:t>
        <w:br/>
        <w:t>vt 0.524000 0.650300</w:t>
        <w:br/>
        <w:t>vt 0.529200 0.651100</w:t>
        <w:br/>
        <w:t>vt 0.530000 0.657600</w:t>
        <w:br/>
        <w:t>vt 0.518500 0.658200</w:t>
        <w:br/>
        <w:t>vt 0.520600 0.650300</w:t>
        <w:br/>
        <w:t>vt 0.521600 0.646200</w:t>
        <w:br/>
        <w:t>vt 0.525500 0.644800</w:t>
        <w:br/>
        <w:t>vt 0.529300 0.645400</w:t>
        <w:br/>
        <w:t>vt 0.532600 0.644100</w:t>
        <w:br/>
        <w:t>vt 0.532700 0.646800</w:t>
        <w:br/>
        <w:t>vt 0.530300 0.641300</w:t>
        <w:br/>
        <w:t>vt 0.531600 0.651700</w:t>
        <w:br/>
        <w:t>vt 0.522900 0.643400</w:t>
        <w:br/>
        <w:t>vt 0.526300 0.641100</w:t>
        <w:br/>
        <w:t>vt 0.605200 0.617800</w:t>
        <w:br/>
        <w:t>vt 0.605300 0.622900</w:t>
        <w:br/>
        <w:t>vt 0.594200 0.622900</w:t>
        <w:br/>
        <w:t>vt 0.594100 0.617800</w:t>
        <w:br/>
        <w:t>vt 0.605400 0.628000</w:t>
        <w:br/>
        <w:t>vt 0.605200 0.633100</w:t>
        <w:br/>
        <w:t>vt 0.594300 0.632900</w:t>
        <w:br/>
        <w:t>vt 0.594300 0.628000</w:t>
        <w:br/>
        <w:t>vt 0.591300 0.657700</w:t>
        <w:br/>
        <w:t>vt 0.602800 0.657000</w:t>
        <w:br/>
        <w:t>vt 0.601100 0.663700</w:t>
        <w:br/>
        <w:t>vt 0.589400 0.664500</w:t>
        <w:br/>
        <w:t>vt 0.594300 0.637800</w:t>
        <w:br/>
        <w:t>vt 0.605100 0.638100</w:t>
        <w:br/>
        <w:t>vt 0.604600 0.643500</w:t>
        <w:br/>
        <w:t>vt 0.593700 0.643100</w:t>
        <w:br/>
        <w:t>vt 0.593200 0.648400</w:t>
        <w:br/>
        <w:t>vt 0.604100 0.648800</w:t>
        <w:br/>
        <w:t>vt 0.603500 0.652900</w:t>
        <w:br/>
        <w:t>vt 0.592300 0.653000</w:t>
        <w:br/>
        <w:t>vt 0.616100 0.560700</w:t>
        <w:br/>
        <w:t>vt 0.624600 0.566600</w:t>
        <w:br/>
        <w:t>vt 0.623400 0.554100</w:t>
        <w:br/>
        <w:t>vt 0.616700 0.555300</w:t>
        <w:br/>
        <w:t>vt 0.611900 0.563400</w:t>
        <w:br/>
        <w:t>vt 0.616200 0.564200</w:t>
        <w:br/>
        <w:t>vt 0.609900 0.559300</w:t>
        <w:br/>
        <w:t>vt 0.610400 0.555000</w:t>
        <w:br/>
        <w:t>vt 0.611800 0.551200</w:t>
        <w:br/>
        <w:t>vt 0.608800 0.551200</w:t>
        <w:br/>
        <w:t>vt 0.605600 0.553900</w:t>
        <w:br/>
        <w:t>vt 0.617200 0.552700</w:t>
        <w:br/>
        <w:t>vt 0.605600 0.558600</w:t>
        <w:br/>
        <w:t>vt 0.608200 0.562500</w:t>
        <w:br/>
        <w:t>vt 0.522900 0.778900</w:t>
        <w:br/>
        <w:t>vt 0.524400 0.774900</w:t>
        <w:br/>
        <w:t>vt 0.525600 0.775400</w:t>
        <w:br/>
        <w:t>vt 0.524100 0.779600</w:t>
        <w:br/>
        <w:t>vt 0.514000 0.769500</w:t>
        <w:br/>
        <w:t>vt 0.512600 0.773700</w:t>
        <w:br/>
        <w:t>vt 0.511300 0.773100</w:t>
        <w:br/>
        <w:t>vt 0.512600 0.769100</w:t>
        <w:br/>
        <w:t>vt 0.528100 0.757500</w:t>
        <w:br/>
        <w:t>vt 0.528700 0.751200</w:t>
        <w:br/>
        <w:t>vt 0.530100 0.751400</w:t>
        <w:br/>
        <w:t>vt 0.529500 0.757700</w:t>
        <w:br/>
        <w:t>vt 0.516800 0.749900</w:t>
        <w:br/>
        <w:t>vt 0.515300 0.749700</w:t>
        <w:br/>
        <w:t>vt 0.515900 0.743400</w:t>
        <w:br/>
        <w:t>vt 0.517300 0.743500</w:t>
        <w:br/>
        <w:t>vt 0.516300 0.756200</w:t>
        <w:br/>
        <w:t>vt 0.515100 0.762900</w:t>
        <w:br/>
        <w:t>vt 0.513700 0.762600</w:t>
        <w:br/>
        <w:t>vt 0.514800 0.756000</w:t>
        <w:br/>
        <w:t>vt 0.527000 0.764200</w:t>
        <w:br/>
        <w:t>vt 0.528300 0.764500</w:t>
        <w:br/>
        <w:t>vt 0.527100 0.771200</w:t>
        <w:br/>
        <w:t>vt 0.525800 0.770800</w:t>
        <w:br/>
        <w:t>vt 0.517100 0.666800</w:t>
        <w:br/>
        <w:t>vt 0.516500 0.672100</w:t>
        <w:br/>
        <w:t>vt 0.515000 0.672000</w:t>
        <w:br/>
        <w:t>vt 0.515500 0.666700</w:t>
        <w:br/>
        <w:t>vt 0.527100 0.678400</w:t>
        <w:br/>
        <w:t>vt 0.527700 0.673100</w:t>
        <w:br/>
        <w:t>vt 0.529000 0.673300</w:t>
        <w:br/>
        <w:t>vt 0.528500 0.678600</w:t>
        <w:br/>
        <w:t>vt 0.516000 0.677300</w:t>
        <w:br/>
        <w:t>vt 0.515500 0.682600</w:t>
        <w:br/>
        <w:t>vt 0.514100 0.682600</w:t>
        <w:br/>
        <w:t>vt 0.514500 0.677300</w:t>
        <w:br/>
        <w:t>vt 0.526500 0.683600</w:t>
        <w:br/>
        <w:t>vt 0.528000 0.683800</w:t>
        <w:br/>
        <w:t>vt 0.527400 0.688900</w:t>
        <w:br/>
        <w:t>vt 0.526000 0.688800</w:t>
        <w:br/>
        <w:t>vt 0.518500 0.658200</w:t>
        <w:br/>
        <w:t>vt 0.517800 0.662500</w:t>
        <w:br/>
        <w:t>vt 0.516300 0.662200</w:t>
        <w:br/>
        <w:t>vt 0.517100 0.657800</w:t>
        <w:br/>
        <w:t>vt 0.529100 0.662700</w:t>
        <w:br/>
        <w:t>vt 0.530500 0.662900</w:t>
        <w:br/>
        <w:t>vt 0.529600 0.667900</w:t>
        <w:br/>
        <w:t>vt 0.528300 0.667700</w:t>
        <w:br/>
        <w:t>vt 0.517300 0.738600</w:t>
        <w:br/>
        <w:t>vt 0.515900 0.738700</w:t>
        <w:br/>
        <w:t>vt 0.516000 0.733900</w:t>
        <w:br/>
        <w:t>vt 0.517400 0.733700</w:t>
        <w:br/>
        <w:t>vt 0.529200 0.744900</w:t>
        <w:br/>
        <w:t>vt 0.529200 0.740200</w:t>
        <w:br/>
        <w:t>vt 0.530600 0.740100</w:t>
        <w:br/>
        <w:t>vt 0.530600 0.745000</w:t>
        <w:br/>
        <w:t>vt 0.515600 0.715200</w:t>
        <w:br/>
        <w:t>vt 0.514200 0.715300</w:t>
        <w:br/>
        <w:t>vt 0.513600 0.708200</w:t>
        <w:br/>
        <w:t>vt 0.514900 0.708100</w:t>
        <w:br/>
        <w:t>vt 0.527200 0.717800</w:t>
        <w:br/>
        <w:t>vt 0.528600 0.717600</w:t>
        <w:br/>
        <w:t>vt 0.529400 0.724900</w:t>
        <w:br/>
        <w:t>vt 0.528000 0.725100</w:t>
        <w:br/>
        <w:t>vt 0.515100 0.687900</w:t>
        <w:br/>
        <w:t>vt 0.514900 0.693500</w:t>
        <w:br/>
        <w:t>vt 0.513600 0.693600</w:t>
        <w:br/>
        <w:t>vt 0.513800 0.687900</w:t>
        <w:br/>
        <w:t>vt 0.525700 0.700300</w:t>
        <w:br/>
        <w:t>vt 0.525800 0.694600</w:t>
        <w:br/>
        <w:t>vt 0.527300 0.694600</w:t>
        <w:br/>
        <w:t>vt 0.527200 0.700300</w:t>
        <w:br/>
        <w:t>vt 0.518100 0.785500</w:t>
        <w:br/>
        <w:t>vt 0.518100 0.786900</w:t>
        <w:br/>
        <w:t>vt 0.506300 0.786900</w:t>
        <w:br/>
        <w:t>vt 0.506300 0.785500</w:t>
        <w:br/>
        <w:t>vt 0.508700 0.781700</w:t>
        <w:br/>
        <w:t>vt 0.507500 0.780900</w:t>
        <w:br/>
        <w:t>vt 0.509900 0.777100</w:t>
        <w:br/>
        <w:t>vt 0.511100 0.777900</w:t>
        <w:br/>
        <w:t>vt 0.520500 0.782200</w:t>
        <w:br/>
        <w:t>vt 0.521700 0.782900</w:t>
        <w:br/>
        <w:t>vt 0.519400 0.786300</w:t>
        <w:br/>
        <w:t>vt 0.516800 0.728000</w:t>
        <w:br/>
        <w:t>vt 0.515400 0.728200</w:t>
        <w:br/>
        <w:t>vt 0.514800 0.722500</w:t>
        <w:br/>
        <w:t>vt 0.516200 0.722300</w:t>
        <w:br/>
        <w:t>vt 0.528600 0.730300</w:t>
        <w:br/>
        <w:t>vt 0.530000 0.730100</w:t>
        <w:br/>
        <w:t>vt 0.530500 0.735300</w:t>
        <w:br/>
        <w:t>vt 0.529200 0.735400</w:t>
        <w:br/>
        <w:t>vt 0.514700 0.699200</w:t>
        <w:br/>
        <w:t>vt 0.514800 0.703600</w:t>
        <w:br/>
        <w:t>vt 0.513500 0.703700</w:t>
        <w:br/>
        <w:t>vt 0.513400 0.699200</w:t>
        <w:br/>
        <w:t>vt 0.526400 0.710500</w:t>
        <w:br/>
        <w:t>vt 0.526000 0.705400</w:t>
        <w:br/>
        <w:t>vt 0.527500 0.705300</w:t>
        <w:br/>
        <w:t>vt 0.527800 0.710400</w:t>
        <w:br/>
        <w:t>vt 0.521600 0.646200</w:t>
        <w:br/>
        <w:t>vt 0.520600 0.650300</w:t>
        <w:br/>
        <w:t>vt 0.519200 0.649900</w:t>
        <w:br/>
        <w:t>vt 0.520100 0.645800</w:t>
        <w:br/>
        <w:t>vt 0.532600 0.644100</w:t>
        <w:br/>
        <w:t>vt 0.533800 0.643600</w:t>
        <w:br/>
        <w:t>vt 0.534100 0.646800</w:t>
        <w:br/>
        <w:t>vt 0.532700 0.646800</w:t>
        <w:br/>
        <w:t>vt 0.530300 0.641300</w:t>
        <w:br/>
        <w:t>vt 0.530900 0.640200</w:t>
        <w:br/>
        <w:t>vt 0.530000 0.657600</w:t>
        <w:br/>
        <w:t>vt 0.531600 0.651700</w:t>
        <w:br/>
        <w:t>vt 0.533000 0.652200</w:t>
        <w:br/>
        <w:t>vt 0.531400 0.657900</w:t>
        <w:br/>
        <w:t>vt 0.522900 0.643400</w:t>
        <w:br/>
        <w:t>vt 0.521900 0.642400</w:t>
        <w:br/>
        <w:t>vt 0.526000 0.639800</w:t>
        <w:br/>
        <w:t>vt 0.526300 0.641100</w:t>
        <w:br/>
        <w:t>vt 0.514000 0.769500</w:t>
        <w:br/>
        <w:t>vt 0.512600 0.773700</w:t>
        <w:br/>
        <w:t>vt 0.524400 0.774900</w:t>
        <w:br/>
        <w:t>vt 0.525800 0.770800</w:t>
        <w:br/>
        <w:t>vt 0.529200 0.744900</w:t>
        <w:br/>
        <w:t>vt 0.517300 0.743500</w:t>
        <w:br/>
        <w:t>vt 0.516800 0.749900</w:t>
        <w:br/>
        <w:t>vt 0.528700 0.751200</w:t>
        <w:br/>
        <w:t>vt 0.527000 0.764200</w:t>
        <w:br/>
        <w:t>vt 0.515100 0.762900</w:t>
        <w:br/>
        <w:t>vt 0.527700 0.673100</w:t>
        <w:br/>
        <w:t>vt 0.516500 0.672100</w:t>
        <w:br/>
        <w:t>vt 0.516000 0.677300</w:t>
        <w:br/>
        <w:t>vt 0.527100 0.678400</w:t>
        <w:br/>
        <w:t>vt 0.526500 0.683600</w:t>
        <w:br/>
        <w:t>vt 0.515500 0.682600</w:t>
        <w:br/>
        <w:t>vt 0.515100 0.687900</w:t>
        <w:br/>
        <w:t>vt 0.526000 0.688800</w:t>
        <w:br/>
        <w:t>vt 0.528300 0.667700</w:t>
        <w:br/>
        <w:t>vt 0.529100 0.662700</w:t>
        <w:br/>
        <w:t>vt 0.517800 0.662500</w:t>
        <w:br/>
        <w:t>vt 0.517100 0.666800</w:t>
        <w:br/>
        <w:t>vt 0.529200 0.740200</w:t>
        <w:br/>
        <w:t>vt 0.517300 0.738600</w:t>
        <w:br/>
        <w:t>vt 0.516200 0.722300</w:t>
        <w:br/>
        <w:t>vt 0.528000 0.725100</w:t>
        <w:br/>
        <w:t>vt 0.527200 0.717800</w:t>
        <w:br/>
        <w:t>vt 0.515600 0.715200</w:t>
        <w:br/>
        <w:t>vt 0.514700 0.699200</w:t>
        <w:br/>
        <w:t>vt 0.525700 0.700300</w:t>
        <w:br/>
        <w:t>vt 0.525800 0.694600</w:t>
        <w:br/>
        <w:t>vt 0.514900 0.693500</w:t>
        <w:br/>
        <w:t>vt 0.518100 0.785500</w:t>
        <w:br/>
        <w:t>vt 0.520500 0.782200</w:t>
        <w:br/>
        <w:t>vt 0.508700 0.781700</w:t>
        <w:br/>
        <w:t>vt 0.506300 0.785500</w:t>
        <w:br/>
        <w:t>vt 0.517400 0.733700</w:t>
        <w:br/>
        <w:t>vt 0.529200 0.735400</w:t>
        <w:br/>
        <w:t>vt 0.528600 0.730300</w:t>
        <w:br/>
        <w:t>vt 0.516800 0.728000</w:t>
        <w:br/>
        <w:t>vt 0.514900 0.708100</w:t>
        <w:br/>
        <w:t>vt 0.526400 0.710500</w:t>
        <w:br/>
        <w:t>vt 0.526000 0.705400</w:t>
        <w:br/>
        <w:t>vt 0.514800 0.703600</w:t>
        <w:br/>
        <w:t>vt 0.530000 0.657600</w:t>
        <w:br/>
        <w:t>vt 0.529200 0.651100</w:t>
        <w:br/>
        <w:t>vt 0.524000 0.650300</w:t>
        <w:br/>
        <w:t>vt 0.518500 0.658200</w:t>
        <w:br/>
        <w:t>vt 0.525500 0.644800</w:t>
        <w:br/>
        <w:t>vt 0.521600 0.646200</w:t>
        <w:br/>
        <w:t>vt 0.520600 0.650300</w:t>
        <w:br/>
        <w:t>vt 0.529300 0.645400</w:t>
        <w:br/>
        <w:t>vt 0.532600 0.644100</w:t>
        <w:br/>
        <w:t>vt 0.530300 0.641300</w:t>
        <w:br/>
        <w:t>vt 0.532700 0.646800</w:t>
        <w:br/>
        <w:t>vt 0.531600 0.651700</w:t>
        <w:br/>
        <w:t>vt 0.522900 0.643400</w:t>
        <w:br/>
        <w:t>vt 0.526300 0.641100</w:t>
        <w:br/>
        <w:t>vt 0.605200 0.617800</w:t>
        <w:br/>
        <w:t>vt 0.594100 0.617800</w:t>
        <w:br/>
        <w:t>vt 0.594200 0.622900</w:t>
        <w:br/>
        <w:t>vt 0.605300 0.622900</w:t>
        <w:br/>
        <w:t>vt 0.605400 0.628000</w:t>
        <w:br/>
        <w:t>vt 0.594300 0.628000</w:t>
        <w:br/>
        <w:t>vt 0.594300 0.632900</w:t>
        <w:br/>
        <w:t>vt 0.605200 0.633100</w:t>
        <w:br/>
        <w:t>vt 0.591300 0.657700</w:t>
        <w:br/>
        <w:t>vt 0.589400 0.664500</w:t>
        <w:br/>
        <w:t>vt 0.601100 0.663700</w:t>
        <w:br/>
        <w:t>vt 0.602800 0.657000</w:t>
        <w:br/>
        <w:t>vt 0.594300 0.637800</w:t>
        <w:br/>
        <w:t>vt 0.593700 0.643100</w:t>
        <w:br/>
        <w:t>vt 0.604600 0.643500</w:t>
        <w:br/>
        <w:t>vt 0.605100 0.638100</w:t>
        <w:br/>
        <w:t>vt 0.593200 0.648400</w:t>
        <w:br/>
        <w:t>vt 0.592300 0.653000</w:t>
        <w:br/>
        <w:t>vt 0.603500 0.652900</w:t>
        <w:br/>
        <w:t>vt 0.604100 0.648800</w:t>
        <w:br/>
        <w:t>vt 0.623400 0.554100</w:t>
        <w:br/>
        <w:t>vt 0.624600 0.566600</w:t>
        <w:br/>
        <w:t>vt 0.616100 0.560800</w:t>
        <w:br/>
        <w:t>vt 0.616700 0.555300</w:t>
        <w:br/>
        <w:t>vt 0.611900 0.563500</w:t>
        <w:br/>
        <w:t>vt 0.609900 0.559300</w:t>
        <w:br/>
        <w:t>vt 0.616200 0.564200</w:t>
        <w:br/>
        <w:t>vt 0.610400 0.555000</w:t>
        <w:br/>
        <w:t>vt 0.605600 0.554000</w:t>
        <w:br/>
        <w:t>vt 0.608800 0.551200</w:t>
        <w:br/>
        <w:t>vt 0.611900 0.551200</w:t>
        <w:br/>
        <w:t>vt 0.617300 0.552800</w:t>
        <w:br/>
        <w:t>vt 0.608300 0.562500</w:t>
        <w:br/>
        <w:t>vt 0.605600 0.558600</w:t>
        <w:br/>
        <w:t>vt 0.522900 0.778900</w:t>
        <w:br/>
        <w:t>vt 0.524100 0.779600</w:t>
        <w:br/>
        <w:t>vt 0.525600 0.775400</w:t>
        <w:br/>
        <w:t>vt 0.524400 0.774900</w:t>
        <w:br/>
        <w:t>vt 0.514000 0.769500</w:t>
        <w:br/>
        <w:t>vt 0.512600 0.769100</w:t>
        <w:br/>
        <w:t>vt 0.511300 0.773100</w:t>
        <w:br/>
        <w:t>vt 0.512600 0.773700</w:t>
        <w:br/>
        <w:t>vt 0.528100 0.757500</w:t>
        <w:br/>
        <w:t>vt 0.529500 0.757700</w:t>
        <w:br/>
        <w:t>vt 0.530100 0.751400</w:t>
        <w:br/>
        <w:t>vt 0.528700 0.751200</w:t>
        <w:br/>
        <w:t>vt 0.515900 0.743400</w:t>
        <w:br/>
        <w:t>vt 0.515300 0.749700</w:t>
        <w:br/>
        <w:t>vt 0.516800 0.749900</w:t>
        <w:br/>
        <w:t>vt 0.517300 0.743500</w:t>
        <w:br/>
        <w:t>vt 0.516300 0.756200</w:t>
        <w:br/>
        <w:t>vt 0.514800 0.756000</w:t>
        <w:br/>
        <w:t>vt 0.513700 0.762600</w:t>
        <w:br/>
        <w:t>vt 0.515100 0.762900</w:t>
        <w:br/>
        <w:t>vt 0.527100 0.771200</w:t>
        <w:br/>
        <w:t>vt 0.528300 0.764500</w:t>
        <w:br/>
        <w:t>vt 0.527000 0.764200</w:t>
        <w:br/>
        <w:t>vt 0.525800 0.770800</w:t>
        <w:br/>
        <w:t>vt 0.517100 0.666800</w:t>
        <w:br/>
        <w:t>vt 0.515700 0.666600</w:t>
        <w:br/>
        <w:t>vt 0.515100 0.672000</w:t>
        <w:br/>
        <w:t>vt 0.516500 0.672100</w:t>
        <w:br/>
        <w:t>vt 0.527100 0.678400</w:t>
        <w:br/>
        <w:t>vt 0.528500 0.678600</w:t>
        <w:br/>
        <w:t>vt 0.529000 0.673300</w:t>
        <w:br/>
        <w:t>vt 0.527700 0.673100</w:t>
        <w:br/>
        <w:t>vt 0.516000 0.677300</w:t>
        <w:br/>
        <w:t>vt 0.514500 0.677300</w:t>
        <w:br/>
        <w:t>vt 0.514100 0.682600</w:t>
        <w:br/>
        <w:t>vt 0.515500 0.682600</w:t>
        <w:br/>
        <w:t>vt 0.527400 0.688900</w:t>
        <w:br/>
        <w:t>vt 0.528000 0.683800</w:t>
        <w:br/>
        <w:t>vt 0.526500 0.683600</w:t>
        <w:br/>
        <w:t>vt 0.526000 0.688800</w:t>
        <w:br/>
        <w:t>vt 0.518500 0.658200</w:t>
        <w:br/>
        <w:t>vt 0.517100 0.657800</w:t>
        <w:br/>
        <w:t>vt 0.516400 0.662200</w:t>
        <w:br/>
        <w:t>vt 0.517800 0.662500</w:t>
        <w:br/>
        <w:t>vt 0.529600 0.667900</w:t>
        <w:br/>
        <w:t>vt 0.530500 0.662900</w:t>
        <w:br/>
        <w:t>vt 0.529100 0.662700</w:t>
        <w:br/>
        <w:t>vt 0.528300 0.667700</w:t>
        <w:br/>
        <w:t>vt 0.516000 0.733900</w:t>
        <w:br/>
        <w:t>vt 0.515900 0.738700</w:t>
        <w:br/>
        <w:t>vt 0.517300 0.738600</w:t>
        <w:br/>
        <w:t>vt 0.517400 0.733700</w:t>
        <w:br/>
        <w:t>vt 0.529200 0.744900</w:t>
        <w:br/>
        <w:t>vt 0.530600 0.745000</w:t>
        <w:br/>
        <w:t>vt 0.530600 0.740100</w:t>
        <w:br/>
        <w:t>vt 0.529200 0.740200</w:t>
        <w:br/>
        <w:t>vt 0.513600 0.708200</w:t>
        <w:br/>
        <w:t>vt 0.514200 0.715300</w:t>
        <w:br/>
        <w:t>vt 0.515600 0.715200</w:t>
        <w:br/>
        <w:t>vt 0.514900 0.708100</w:t>
        <w:br/>
        <w:t>vt 0.529400 0.724900</w:t>
        <w:br/>
        <w:t>vt 0.528600 0.717600</w:t>
        <w:br/>
        <w:t>vt 0.527200 0.717800</w:t>
        <w:br/>
        <w:t>vt 0.528000 0.725100</w:t>
        <w:br/>
        <w:t>vt 0.515100 0.687900</w:t>
        <w:br/>
        <w:t>vt 0.513800 0.687900</w:t>
        <w:br/>
        <w:t>vt 0.513600 0.693600</w:t>
        <w:br/>
        <w:t>vt 0.514900 0.693500</w:t>
        <w:br/>
        <w:t>vt 0.525700 0.700300</w:t>
        <w:br/>
        <w:t>vt 0.527200 0.700300</w:t>
        <w:br/>
        <w:t>vt 0.527300 0.694600</w:t>
        <w:br/>
        <w:t>vt 0.525800 0.694600</w:t>
        <w:br/>
        <w:t>vt 0.506300 0.786900</w:t>
        <w:br/>
        <w:t>vt 0.518100 0.786900</w:t>
        <w:br/>
        <w:t>vt 0.518100 0.785500</w:t>
        <w:br/>
        <w:t>vt 0.506300 0.785500</w:t>
        <w:br/>
        <w:t>vt 0.509900 0.777100</w:t>
        <w:br/>
        <w:t>vt 0.507500 0.780900</w:t>
        <w:br/>
        <w:t>vt 0.508700 0.781700</w:t>
        <w:br/>
        <w:t>vt 0.511100 0.777900</w:t>
        <w:br/>
        <w:t>vt 0.519400 0.786300</w:t>
        <w:br/>
        <w:t>vt 0.521700 0.782900</w:t>
        <w:br/>
        <w:t>vt 0.520500 0.782200</w:t>
        <w:br/>
        <w:t>vt 0.514800 0.722500</w:t>
        <w:br/>
        <w:t>vt 0.515400 0.728200</w:t>
        <w:br/>
        <w:t>vt 0.516800 0.728000</w:t>
        <w:br/>
        <w:t>vt 0.516200 0.722300</w:t>
        <w:br/>
        <w:t>vt 0.530500 0.735300</w:t>
        <w:br/>
        <w:t>vt 0.530000 0.730100</w:t>
        <w:br/>
        <w:t>vt 0.528600 0.730300</w:t>
        <w:br/>
        <w:t>vt 0.529200 0.735400</w:t>
        <w:br/>
        <w:t>vt 0.514700 0.699200</w:t>
        <w:br/>
        <w:t>vt 0.513400 0.699200</w:t>
        <w:br/>
        <w:t>vt 0.513500 0.703700</w:t>
        <w:br/>
        <w:t>vt 0.514800 0.703600</w:t>
        <w:br/>
        <w:t>vt 0.526400 0.710500</w:t>
        <w:br/>
        <w:t>vt 0.527800 0.710400</w:t>
        <w:br/>
        <w:t>vt 0.527500 0.705300</w:t>
        <w:br/>
        <w:t>vt 0.526000 0.705400</w:t>
        <w:br/>
        <w:t>vt 0.521600 0.646200</w:t>
        <w:br/>
        <w:t>vt 0.520100 0.645800</w:t>
        <w:br/>
        <w:t>vt 0.519200 0.649900</w:t>
        <w:br/>
        <w:t>vt 0.520600 0.650300</w:t>
        <w:br/>
        <w:t>vt 0.534100 0.646800</w:t>
        <w:br/>
        <w:t>vt 0.533800 0.643600</w:t>
        <w:br/>
        <w:t>vt 0.532600 0.644100</w:t>
        <w:br/>
        <w:t>vt 0.532700 0.646800</w:t>
        <w:br/>
        <w:t>vt 0.530900 0.640200</w:t>
        <w:br/>
        <w:t>vt 0.530300 0.641300</w:t>
        <w:br/>
        <w:t>vt 0.530000 0.657600</w:t>
        <w:br/>
        <w:t>vt 0.531400 0.657900</w:t>
        <w:br/>
        <w:t>vt 0.533000 0.652200</w:t>
        <w:br/>
        <w:t>vt 0.531600 0.651700</w:t>
        <w:br/>
        <w:t>vt 0.526000 0.639800</w:t>
        <w:br/>
        <w:t>vt 0.521900 0.642400</w:t>
        <w:br/>
        <w:t>vt 0.522900 0.643400</w:t>
        <w:br/>
        <w:t>vt 0.526300 0.641100</w:t>
        <w:br/>
        <w:t>vt 0.522900 0.778900</w:t>
        <w:br/>
        <w:t>vt 0.511100 0.777900</w:t>
        <w:br/>
        <w:t>vt 0.528100 0.757500</w:t>
        <w:br/>
        <w:t>vt 0.516300 0.756200</w:t>
        <w:br/>
        <w:t>vt 0.599400 0.670300</w:t>
        <w:br/>
        <w:t>vt 0.587500 0.671400</w:t>
        <w:br/>
        <w:t>vt 0.506300 0.785500</w:t>
        <w:br/>
        <w:t>vt 0.505000 0.784600</w:t>
        <w:br/>
        <w:t>vt 0.511100 0.777900</w:t>
        <w:br/>
        <w:t>vt 0.522900 0.778900</w:t>
        <w:br/>
        <w:t>vt 0.516300 0.756200</w:t>
        <w:br/>
        <w:t>vt 0.528100 0.757500</w:t>
        <w:br/>
        <w:t>vt 0.587500 0.671400</w:t>
        <w:br/>
        <w:t>vt 0.599400 0.670300</w:t>
        <w:br/>
        <w:t>vt 0.505000 0.784600</w:t>
        <w:br/>
        <w:t>vt 0.506300 0.785500</w:t>
        <w:br/>
        <w:t>vt 0.545800 0.676300</w:t>
        <w:br/>
        <w:t>vt 0.554000 0.676000</w:t>
        <w:br/>
        <w:t>vt 0.549900 0.663400</w:t>
        <w:br/>
        <w:t>vt 0.541900 0.666100</w:t>
        <w:br/>
        <w:t>vt 0.546800 0.692800</w:t>
        <w:br/>
        <w:t>vt 0.549500 0.693400</w:t>
        <w:br/>
        <w:t>vt 0.551000 0.687300</w:t>
        <w:br/>
        <w:t>vt 0.542600 0.693600</w:t>
        <w:br/>
        <w:t>vt 0.542300 0.687800</w:t>
        <w:br/>
        <w:t>vt 0.555000 0.661600</w:t>
        <w:br/>
        <w:t>vt 0.559100 0.676000</w:t>
        <w:br/>
        <w:t>vt 0.555200 0.687800</w:t>
        <w:br/>
        <w:t>vt 0.559100 0.687300</w:t>
        <w:br/>
        <w:t>vt 0.559100 0.660900</w:t>
        <w:br/>
        <w:t>vt 0.559100 0.647900</w:t>
        <w:br/>
        <w:t>vt 0.551700 0.648900</w:t>
        <w:br/>
        <w:t>vt 0.549200 0.627100</w:t>
        <w:br/>
        <w:t>vt 0.544200 0.627100</w:t>
        <w:br/>
        <w:t>vt 0.548800 0.641200</w:t>
        <w:br/>
        <w:t>vt 0.543900 0.614000</w:t>
        <w:br/>
        <w:t>vt 0.549300 0.614200</w:t>
        <w:br/>
        <w:t>vt 0.549300 0.600600</w:t>
        <w:br/>
        <w:t>vt 0.544100 0.600700</w:t>
        <w:br/>
        <w:t>vt 0.542800 0.685600</w:t>
        <w:br/>
        <w:t>vt 0.547500 0.686600</w:t>
        <w:br/>
        <w:t>vt 0.548800 0.651000</w:t>
        <w:br/>
        <w:t>vt 0.538100 0.685400</w:t>
        <w:br/>
        <w:t>vt 0.554300 0.692800</w:t>
        <w:br/>
        <w:t>vt 0.552300 0.693400</w:t>
        <w:br/>
        <w:t>vt 0.538000 0.689700</w:t>
        <w:br/>
        <w:t>vt 0.555800 0.692900</w:t>
        <w:br/>
        <w:t>vt 0.557900 0.693900</w:t>
        <w:br/>
        <w:t>vt 0.559100 0.694200</w:t>
        <w:br/>
        <w:t>vt 0.539000 0.680400</w:t>
        <w:br/>
        <w:t>vt 0.539700 0.676700</w:t>
        <w:br/>
        <w:t>vt 0.541900 0.666100</w:t>
        <w:br/>
        <w:t>vt 0.546300 0.655700</w:t>
        <w:br/>
        <w:t>vt 0.548900 0.646500</w:t>
        <w:br/>
        <w:t>vt 0.559100 0.640200</w:t>
        <w:br/>
        <w:t>vt 0.559100 0.627300</w:t>
        <w:br/>
        <w:t>vt 0.559100 0.614400</w:t>
        <w:br/>
        <w:t>vt 0.559200 0.600300</w:t>
        <w:br/>
        <w:t>vt 0.559200 0.585900</w:t>
        <w:br/>
        <w:t>vt 0.549300 0.586200</w:t>
        <w:br/>
        <w:t>vt 0.544100 0.586400</w:t>
        <w:br/>
        <w:t>vt 0.559200 0.571600</w:t>
        <w:br/>
        <w:t>vt 0.549300 0.571900</w:t>
        <w:br/>
        <w:t>vt 0.544100 0.572100</w:t>
        <w:br/>
        <w:t>vt 0.545800 0.676300</w:t>
        <w:br/>
        <w:t>vt 0.541900 0.666100</w:t>
        <w:br/>
        <w:t>vt 0.549900 0.663400</w:t>
        <w:br/>
        <w:t>vt 0.554000 0.676000</w:t>
        <w:br/>
        <w:t>vt 0.546900 0.692800</w:t>
        <w:br/>
        <w:t>vt 0.551000 0.687300</w:t>
        <w:br/>
        <w:t>vt 0.549600 0.693400</w:t>
        <w:br/>
        <w:t>vt 0.542700 0.693600</w:t>
        <w:br/>
        <w:t>vt 0.542300 0.687800</w:t>
        <w:br/>
        <w:t>vt 0.555000 0.661600</w:t>
        <w:br/>
        <w:t>vt 0.559100 0.676000</w:t>
        <w:br/>
        <w:t>vt 0.555200 0.687800</w:t>
        <w:br/>
        <w:t>vt 0.551700 0.648900</w:t>
        <w:br/>
        <w:t>vt 0.549200 0.627100</w:t>
        <w:br/>
        <w:t>vt 0.548800 0.641200</w:t>
        <w:br/>
        <w:t>vt 0.544200 0.627100</w:t>
        <w:br/>
        <w:t>vt 0.543900 0.614100</w:t>
        <w:br/>
        <w:t>vt 0.544000 0.600700</w:t>
        <w:br/>
        <w:t>vt 0.549200 0.600600</w:t>
        <w:br/>
        <w:t>vt 0.549300 0.614200</w:t>
        <w:br/>
        <w:t>vt 0.547600 0.686600</w:t>
        <w:br/>
        <w:t>vt 0.542800 0.685600</w:t>
        <w:br/>
        <w:t>vt 0.548900 0.651000</w:t>
        <w:br/>
        <w:t>vt 0.538100 0.685400</w:t>
        <w:br/>
        <w:t>vt 0.554300 0.692800</w:t>
        <w:br/>
        <w:t>vt 0.552300 0.693400</w:t>
        <w:br/>
        <w:t>vt 0.538000 0.689700</w:t>
        <w:br/>
        <w:t>vt 0.555800 0.692900</w:t>
        <w:br/>
        <w:t>vt 0.557900 0.693900</w:t>
        <w:br/>
        <w:t>vt 0.539000 0.680400</w:t>
        <w:br/>
        <w:t>vt 0.539700 0.676700</w:t>
        <w:br/>
        <w:t>vt 0.541900 0.666200</w:t>
        <w:br/>
        <w:t>vt 0.546300 0.655700</w:t>
        <w:br/>
        <w:t>vt 0.548900 0.646500</w:t>
        <w:br/>
        <w:t>vt 0.559100 0.600300</w:t>
        <w:br/>
        <w:t>vt 0.549300 0.586300</w:t>
        <w:br/>
        <w:t>vt 0.559100 0.585900</w:t>
        <w:br/>
        <w:t>vt 0.544000 0.586400</w:t>
        <w:br/>
        <w:t>vt 0.549300 0.571900</w:t>
        <w:br/>
        <w:t>vt 0.559100 0.571600</w:t>
        <w:br/>
        <w:t>vt 0.544000 0.572100</w:t>
        <w:br/>
        <w:t>vt 0.409000 0.960900</w:t>
        <w:br/>
        <w:t>vt 0.413200 0.953700</w:t>
        <w:br/>
        <w:t>vt 0.416200 0.956700</w:t>
        <w:br/>
        <w:t>vt 0.409000 0.952500</w:t>
        <w:br/>
        <w:t>vt 0.404900 0.953700</w:t>
        <w:br/>
        <w:t>vt 0.401800 0.956700</w:t>
        <w:br/>
        <w:t>vt 0.400700 0.960900</w:t>
        <w:br/>
        <w:t>vt 0.401800 0.965000</w:t>
        <w:br/>
        <w:t>vt 0.404900 0.968100</w:t>
        <w:br/>
        <w:t>vt 0.409000 0.969200</w:t>
        <w:br/>
        <w:t>vt 0.413200 0.968100</w:t>
        <w:br/>
        <w:t>vt 0.416200 0.965000</w:t>
        <w:br/>
        <w:t>vt 0.417400 0.960900</w:t>
        <w:br/>
        <w:t>vt 0.693600 0.684100</w:t>
        <w:br/>
        <w:t>vt 0.691200 0.684100</w:t>
        <w:br/>
        <w:t>vt 0.691300 0.678400</w:t>
        <w:br/>
        <w:t>vt 0.693600 0.678400</w:t>
        <w:br/>
        <w:t>vt 0.693600 0.689700</w:t>
        <w:br/>
        <w:t>vt 0.691200 0.689700</w:t>
        <w:br/>
        <w:t>vt 0.693600 0.695300</w:t>
        <w:br/>
        <w:t>vt 0.691200 0.695300</w:t>
        <w:br/>
        <w:t>vt 0.693600 0.700900</w:t>
        <w:br/>
        <w:t>vt 0.691200 0.700900</w:t>
        <w:br/>
        <w:t>vt 0.693600 0.706600</w:t>
        <w:br/>
        <w:t>vt 0.691200 0.706600</w:t>
        <w:br/>
        <w:t>vt 0.693600 0.712200</w:t>
        <w:br/>
        <w:t>vt 0.691200 0.712200</w:t>
        <w:br/>
        <w:t>vt 0.693600 0.717800</w:t>
        <w:br/>
        <w:t>vt 0.691200 0.717800</w:t>
        <w:br/>
        <w:t>vt 0.693600 0.655900</w:t>
        <w:br/>
        <w:t>vt 0.691300 0.655900</w:t>
        <w:br/>
        <w:t>vt 0.691300 0.650300</w:t>
        <w:br/>
        <w:t>vt 0.693600 0.650300</w:t>
        <w:br/>
        <w:t>vt 0.693600 0.661500</w:t>
        <w:br/>
        <w:t>vt 0.691300 0.661500</w:t>
        <w:br/>
        <w:t>vt 0.693600 0.667200</w:t>
        <w:br/>
        <w:t>vt 0.691300 0.667200</w:t>
        <w:br/>
        <w:t>vt 0.693600 0.672800</w:t>
        <w:br/>
        <w:t>vt 0.691300 0.672800</w:t>
        <w:br/>
        <w:t>vt 0.416200 0.956700</w:t>
        <w:br/>
        <w:t>vt 0.417400 0.960900</w:t>
        <w:br/>
        <w:t>vt 0.409000 0.960900</w:t>
        <w:br/>
        <w:t>vt 0.416200 0.965000</w:t>
        <w:br/>
        <w:t>vt 0.413200 0.968100</w:t>
        <w:br/>
        <w:t>vt 0.409000 0.969200</w:t>
        <w:br/>
        <w:t>vt 0.404900 0.968100</w:t>
        <w:br/>
        <w:t>vt 0.401800 0.965000</w:t>
        <w:br/>
        <w:t>vt 0.400700 0.960900</w:t>
        <w:br/>
        <w:t>vt 0.401800 0.956700</w:t>
        <w:br/>
        <w:t>vt 0.404900 0.953700</w:t>
        <w:br/>
        <w:t>vt 0.409000 0.952500</w:t>
        <w:br/>
        <w:t>vt 0.413200 0.953700</w:t>
        <w:br/>
        <w:t>vt 0.409000 0.960900</w:t>
        <w:br/>
        <w:t>vt 0.413200 0.953700</w:t>
        <w:br/>
        <w:t>vt 0.416200 0.956700</w:t>
        <w:br/>
        <w:t>vt 0.409000 0.952500</w:t>
        <w:br/>
        <w:t>vt 0.404900 0.953700</w:t>
        <w:br/>
        <w:t>vt 0.401800 0.956700</w:t>
        <w:br/>
        <w:t>vt 0.400700 0.960900</w:t>
        <w:br/>
        <w:t>vt 0.401800 0.965000</w:t>
        <w:br/>
        <w:t>vt 0.404900 0.968100</w:t>
        <w:br/>
        <w:t>vt 0.409000 0.969200</w:t>
        <w:br/>
        <w:t>vt 0.413200 0.968100</w:t>
        <w:br/>
        <w:t>vt 0.416200 0.965000</w:t>
        <w:br/>
        <w:t>vt 0.417400 0.960900</w:t>
        <w:br/>
        <w:t>vt 0.693600 0.684100</w:t>
        <w:br/>
        <w:t>vt 0.691200 0.684100</w:t>
        <w:br/>
        <w:t>vt 0.691300 0.678400</w:t>
        <w:br/>
        <w:t>vt 0.693600 0.678400</w:t>
        <w:br/>
        <w:t>vt 0.693600 0.689700</w:t>
        <w:br/>
        <w:t>vt 0.691200 0.689700</w:t>
        <w:br/>
        <w:t>vt 0.693600 0.695300</w:t>
        <w:br/>
        <w:t>vt 0.691200 0.695300</w:t>
        <w:br/>
        <w:t>vt 0.693500 0.700900</w:t>
        <w:br/>
        <w:t>vt 0.691200 0.700900</w:t>
        <w:br/>
        <w:t>vt 0.693500 0.706600</w:t>
        <w:br/>
        <w:t>vt 0.691200 0.706600</w:t>
        <w:br/>
        <w:t>vt 0.693500 0.712200</w:t>
        <w:br/>
        <w:t>vt 0.691200 0.712200</w:t>
        <w:br/>
        <w:t>vt 0.693500 0.717800</w:t>
        <w:br/>
        <w:t>vt 0.691200 0.717800</w:t>
        <w:br/>
        <w:t>vt 0.693600 0.650300</w:t>
        <w:br/>
        <w:t>vt 0.693600 0.655900</w:t>
        <w:br/>
        <w:t>vt 0.691300 0.655900</w:t>
        <w:br/>
        <w:t>vt 0.691300 0.650300</w:t>
        <w:br/>
        <w:t>vt 0.693600 0.661500</w:t>
        <w:br/>
        <w:t>vt 0.691300 0.661500</w:t>
        <w:br/>
        <w:t>vt 0.693600 0.667200</w:t>
        <w:br/>
        <w:t>vt 0.691300 0.667200</w:t>
        <w:br/>
        <w:t>vt 0.693600 0.672800</w:t>
        <w:br/>
        <w:t>vt 0.691300 0.672800</w:t>
        <w:br/>
        <w:t>vt 0.416200 0.956700</w:t>
        <w:br/>
        <w:t>vt 0.417400 0.960900</w:t>
        <w:br/>
        <w:t>vt 0.409000 0.960900</w:t>
        <w:br/>
        <w:t>vt 0.416200 0.965000</w:t>
        <w:br/>
        <w:t>vt 0.413200 0.968100</w:t>
        <w:br/>
        <w:t>vt 0.409000 0.969200</w:t>
        <w:br/>
        <w:t>vt 0.404900 0.968100</w:t>
        <w:br/>
        <w:t>vt 0.401800 0.965000</w:t>
        <w:br/>
        <w:t>vt 0.400700 0.960900</w:t>
        <w:br/>
        <w:t>vt 0.401800 0.956700</w:t>
        <w:br/>
        <w:t>vt 0.404900 0.953700</w:t>
        <w:br/>
        <w:t>vt 0.409000 0.952500</w:t>
        <w:br/>
        <w:t>vt 0.413200 0.953700</w:t>
        <w:br/>
        <w:t>vt 0.409000 0.960900</w:t>
        <w:br/>
        <w:t>vt 0.413200 0.953700</w:t>
        <w:br/>
        <w:t>vt 0.416200 0.956700</w:t>
        <w:br/>
        <w:t>vt 0.409000 0.952500</w:t>
        <w:br/>
        <w:t>vt 0.404900 0.953700</w:t>
        <w:br/>
        <w:t>vt 0.401800 0.956700</w:t>
        <w:br/>
        <w:t>vt 0.400700 0.960900</w:t>
        <w:br/>
        <w:t>vt 0.401800 0.965000</w:t>
        <w:br/>
        <w:t>vt 0.404900 0.968100</w:t>
        <w:br/>
        <w:t>vt 0.409000 0.969200</w:t>
        <w:br/>
        <w:t>vt 0.413200 0.968100</w:t>
        <w:br/>
        <w:t>vt 0.416200 0.965000</w:t>
        <w:br/>
        <w:t>vt 0.417400 0.960900</w:t>
        <w:br/>
        <w:t>vt 0.693600 0.684100</w:t>
        <w:br/>
        <w:t>vt 0.691200 0.684100</w:t>
        <w:br/>
        <w:t>vt 0.691200 0.678400</w:t>
        <w:br/>
        <w:t>vt 0.693600 0.678400</w:t>
        <w:br/>
        <w:t>vt 0.693600 0.689700</w:t>
        <w:br/>
        <w:t>vt 0.691300 0.689700</w:t>
        <w:br/>
        <w:t>vt 0.693600 0.695300</w:t>
        <w:br/>
        <w:t>vt 0.691300 0.695300</w:t>
        <w:br/>
        <w:t>vt 0.693600 0.700900</w:t>
        <w:br/>
        <w:t>vt 0.691300 0.700900</w:t>
        <w:br/>
        <w:t>vt 0.693600 0.706600</w:t>
        <w:br/>
        <w:t>vt 0.691300 0.706600</w:t>
        <w:br/>
        <w:t>vt 0.693600 0.712200</w:t>
        <w:br/>
        <w:t>vt 0.691300 0.712200</w:t>
        <w:br/>
        <w:t>vt 0.693600 0.717800</w:t>
        <w:br/>
        <w:t>vt 0.691300 0.717800</w:t>
        <w:br/>
        <w:t>vt 0.693500 0.650300</w:t>
        <w:br/>
        <w:t>vt 0.693500 0.655900</w:t>
        <w:br/>
        <w:t>vt 0.691200 0.655900</w:t>
        <w:br/>
        <w:t>vt 0.691200 0.650300</w:t>
        <w:br/>
        <w:t>vt 0.693500 0.661500</w:t>
        <w:br/>
        <w:t>vt 0.691200 0.661500</w:t>
        <w:br/>
        <w:t>vt 0.693500 0.667200</w:t>
        <w:br/>
        <w:t>vt 0.691200 0.667200</w:t>
        <w:br/>
        <w:t>vt 0.693600 0.672800</w:t>
        <w:br/>
        <w:t>vt 0.691200 0.672800</w:t>
        <w:br/>
        <w:t>vt 0.416200 0.956700</w:t>
        <w:br/>
        <w:t>vt 0.417400 0.960900</w:t>
        <w:br/>
        <w:t>vt 0.409000 0.960900</w:t>
        <w:br/>
        <w:t>vt 0.416200 0.965000</w:t>
        <w:br/>
        <w:t>vt 0.413200 0.968100</w:t>
        <w:br/>
        <w:t>vt 0.409000 0.969200</w:t>
        <w:br/>
        <w:t>vt 0.404900 0.968100</w:t>
        <w:br/>
        <w:t>vt 0.401800 0.965000</w:t>
        <w:br/>
        <w:t>vt 0.400700 0.960900</w:t>
        <w:br/>
        <w:t>vt 0.401800 0.956700</w:t>
        <w:br/>
        <w:t>vt 0.404900 0.953700</w:t>
        <w:br/>
        <w:t>vt 0.409000 0.952500</w:t>
        <w:br/>
        <w:t>vt 0.413200 0.953700</w:t>
        <w:br/>
        <w:t>vt 0.409000 0.960900</w:t>
        <w:br/>
        <w:t>vt 0.413200 0.953700</w:t>
        <w:br/>
        <w:t>vt 0.416200 0.956700</w:t>
        <w:br/>
        <w:t>vt 0.409000 0.952500</w:t>
        <w:br/>
        <w:t>vt 0.404900 0.953700</w:t>
        <w:br/>
        <w:t>vt 0.401800 0.956700</w:t>
        <w:br/>
        <w:t>vt 0.400700 0.960900</w:t>
        <w:br/>
        <w:t>vt 0.401800 0.965000</w:t>
        <w:br/>
        <w:t>vt 0.404900 0.968100</w:t>
        <w:br/>
        <w:t>vt 0.409000 0.969200</w:t>
        <w:br/>
        <w:t>vt 0.413200 0.968100</w:t>
        <w:br/>
        <w:t>vt 0.416200 0.965000</w:t>
        <w:br/>
        <w:t>vt 0.417400 0.960900</w:t>
        <w:br/>
        <w:t>vt 0.691200 0.684100</w:t>
        <w:br/>
        <w:t>vt 0.693600 0.684100</w:t>
        <w:br/>
        <w:t>vt 0.693600 0.689700</w:t>
        <w:br/>
        <w:t>vt 0.691200 0.689700</w:t>
        <w:br/>
        <w:t>vt 0.691200 0.678400</w:t>
        <w:br/>
        <w:t>vt 0.693600 0.678400</w:t>
        <w:br/>
        <w:t>vt 0.691300 0.672800</w:t>
        <w:br/>
        <w:t>vt 0.693600 0.672800</w:t>
        <w:br/>
        <w:t>vt 0.691300 0.667200</w:t>
        <w:br/>
        <w:t>vt 0.693600 0.667200</w:t>
        <w:br/>
        <w:t>vt 0.691300 0.661500</w:t>
        <w:br/>
        <w:t>vt 0.693600 0.661500</w:t>
        <w:br/>
        <w:t>vt 0.691300 0.655900</w:t>
        <w:br/>
        <w:t>vt 0.693600 0.655900</w:t>
        <w:br/>
        <w:t>vt 0.691300 0.650300</w:t>
        <w:br/>
        <w:t>vt 0.693600 0.650300</w:t>
        <w:br/>
        <w:t>vt 0.691200 0.712200</w:t>
        <w:br/>
        <w:t>vt 0.693600 0.712200</w:t>
        <w:br/>
        <w:t>vt 0.693600 0.717800</w:t>
        <w:br/>
        <w:t>vt 0.691200 0.717800</w:t>
        <w:br/>
        <w:t>vt 0.691200 0.706600</w:t>
        <w:br/>
        <w:t>vt 0.693600 0.706600</w:t>
        <w:br/>
        <w:t>vt 0.691200 0.700900</w:t>
        <w:br/>
        <w:t>vt 0.693600 0.700900</w:t>
        <w:br/>
        <w:t>vt 0.691200 0.695300</w:t>
        <w:br/>
        <w:t>vt 0.693600 0.695300</w:t>
        <w:br/>
        <w:t>vt 0.416200 0.956700</w:t>
        <w:br/>
        <w:t>vt 0.417400 0.960900</w:t>
        <w:br/>
        <w:t>vt 0.409000 0.960900</w:t>
        <w:br/>
        <w:t>vt 0.416200 0.965000</w:t>
        <w:br/>
        <w:t>vt 0.413200 0.968100</w:t>
        <w:br/>
        <w:t>vt 0.409000 0.969200</w:t>
        <w:br/>
        <w:t>vt 0.404900 0.968100</w:t>
        <w:br/>
        <w:t>vt 0.401800 0.965000</w:t>
        <w:br/>
        <w:t>vt 0.400700 0.960900</w:t>
        <w:br/>
        <w:t>vt 0.401800 0.956700</w:t>
        <w:br/>
        <w:t>vt 0.404900 0.953700</w:t>
        <w:br/>
        <w:t>vt 0.409000 0.952500</w:t>
        <w:br/>
        <w:t>vt 0.413200 0.953700</w:t>
        <w:br/>
        <w:t>vt 0.409000 0.960900</w:t>
        <w:br/>
        <w:t>vt 0.416200 0.956700</w:t>
        <w:br/>
        <w:t>vt 0.417400 0.960900</w:t>
        <w:br/>
        <w:t>vt 0.413200 0.953700</w:t>
        <w:br/>
        <w:t>vt 0.409000 0.952500</w:t>
        <w:br/>
        <w:t>vt 0.404900 0.953700</w:t>
        <w:br/>
        <w:t>vt 0.401800 0.956700</w:t>
        <w:br/>
        <w:t>vt 0.400700 0.960900</w:t>
        <w:br/>
        <w:t>vt 0.401800 0.965000</w:t>
        <w:br/>
        <w:t>vt 0.404900 0.968100</w:t>
        <w:br/>
        <w:t>vt 0.409000 0.969200</w:t>
        <w:br/>
        <w:t>vt 0.413200 0.968100</w:t>
        <w:br/>
        <w:t>vt 0.416200 0.965000</w:t>
        <w:br/>
        <w:t>vt 0.693600 0.672800</w:t>
        <w:br/>
        <w:t>vt 0.693600 0.678400</w:t>
        <w:br/>
        <w:t>vt 0.691300 0.678400</w:t>
        <w:br/>
        <w:t>vt 0.691300 0.672800</w:t>
        <w:br/>
        <w:t>vt 0.693600 0.684100</w:t>
        <w:br/>
        <w:t>vt 0.691200 0.684100</w:t>
        <w:br/>
        <w:t>vt 0.693600 0.689700</w:t>
        <w:br/>
        <w:t>vt 0.691200 0.689700</w:t>
        <w:br/>
        <w:t>vt 0.693500 0.695300</w:t>
        <w:br/>
        <w:t>vt 0.691200 0.695300</w:t>
        <w:br/>
        <w:t>vt 0.693500 0.700900</w:t>
        <w:br/>
        <w:t>vt 0.691200 0.700900</w:t>
        <w:br/>
        <w:t>vt 0.693500 0.706600</w:t>
        <w:br/>
        <w:t>vt 0.691200 0.706600</w:t>
        <w:br/>
        <w:t>vt 0.693500 0.712200</w:t>
        <w:br/>
        <w:t>vt 0.691200 0.712200</w:t>
        <w:br/>
        <w:t>vt 0.693500 0.717800</w:t>
        <w:br/>
        <w:t>vt 0.691200 0.717800</w:t>
        <w:br/>
        <w:t>vt 0.693600 0.655900</w:t>
        <w:br/>
        <w:t>vt 0.691300 0.655900</w:t>
        <w:br/>
        <w:t>vt 0.691300 0.650300</w:t>
        <w:br/>
        <w:t>vt 0.693600 0.650300</w:t>
        <w:br/>
        <w:t>vt 0.693600 0.661500</w:t>
        <w:br/>
        <w:t>vt 0.691300 0.661500</w:t>
        <w:br/>
        <w:t>vt 0.693600 0.667200</w:t>
        <w:br/>
        <w:t>vt 0.691300 0.667200</w:t>
        <w:br/>
        <w:t>vt 0.416200 0.956700</w:t>
        <w:br/>
        <w:t>vt 0.417400 0.960900</w:t>
        <w:br/>
        <w:t>vt 0.409000 0.960900</w:t>
        <w:br/>
        <w:t>vt 0.416200 0.965000</w:t>
        <w:br/>
        <w:t>vt 0.413200 0.968100</w:t>
        <w:br/>
        <w:t>vt 0.409000 0.969200</w:t>
        <w:br/>
        <w:t>vt 0.404900 0.968100</w:t>
        <w:br/>
        <w:t>vt 0.401800 0.965000</w:t>
        <w:br/>
        <w:t>vt 0.400700 0.960900</w:t>
        <w:br/>
        <w:t>vt 0.401800 0.956700</w:t>
        <w:br/>
        <w:t>vt 0.404900 0.953600</w:t>
        <w:br/>
        <w:t>vt 0.409000 0.952500</w:t>
        <w:br/>
        <w:t>vt 0.413200 0.953700</w:t>
        <w:br/>
        <w:t>vt 0.409000 0.960900</w:t>
        <w:br/>
        <w:t>vt 0.401800 0.965000</w:t>
        <w:br/>
        <w:t>vt 0.400700 0.960900</w:t>
        <w:br/>
        <w:t>vt 0.401800 0.956700</w:t>
        <w:br/>
        <w:t>vt 0.404900 0.953700</w:t>
        <w:br/>
        <w:t>vt 0.409000 0.952500</w:t>
        <w:br/>
        <w:t>vt 0.413200 0.953700</w:t>
        <w:br/>
        <w:t>vt 0.416200 0.956700</w:t>
        <w:br/>
        <w:t>vt 0.417400 0.960900</w:t>
        <w:br/>
        <w:t>vt 0.416200 0.965000</w:t>
        <w:br/>
        <w:t>vt 0.413200 0.968100</w:t>
        <w:br/>
        <w:t>vt 0.409000 0.969200</w:t>
        <w:br/>
        <w:t>vt 0.404900 0.968100</w:t>
        <w:br/>
        <w:t>vt 0.693400 0.655900</w:t>
        <w:br/>
        <w:t>vt 0.693500 0.661500</w:t>
        <w:br/>
        <w:t>vt 0.691100 0.661500</w:t>
        <w:br/>
        <w:t>vt 0.691100 0.655900</w:t>
        <w:br/>
        <w:t>vt 0.693500 0.667200</w:t>
        <w:br/>
        <w:t>vt 0.691100 0.667200</w:t>
        <w:br/>
        <w:t>vt 0.693500 0.672800</w:t>
        <w:br/>
        <w:t>vt 0.691200 0.672800</w:t>
        <w:br/>
        <w:t>vt 0.693500 0.678400</w:t>
        <w:br/>
        <w:t>vt 0.691200 0.678400</w:t>
        <w:br/>
        <w:t>vt 0.693500 0.684100</w:t>
        <w:br/>
        <w:t>vt 0.691200 0.684100</w:t>
        <w:br/>
        <w:t>vt 0.693600 0.689700</w:t>
        <w:br/>
        <w:t>vt 0.691200 0.689700</w:t>
        <w:br/>
        <w:t>vt 0.693600 0.695300</w:t>
        <w:br/>
        <w:t>vt 0.691300 0.695300</w:t>
        <w:br/>
        <w:t>vt 0.693600 0.700900</w:t>
        <w:br/>
        <w:t>vt 0.691300 0.700900</w:t>
        <w:br/>
        <w:t>vt 0.693700 0.706600</w:t>
        <w:br/>
        <w:t>vt 0.691300 0.706600</w:t>
        <w:br/>
        <w:t>vt 0.693700 0.712200</w:t>
        <w:br/>
        <w:t>vt 0.691400 0.712200</w:t>
        <w:br/>
        <w:t>vt 0.693700 0.717800</w:t>
        <w:br/>
        <w:t>vt 0.691400 0.717800</w:t>
        <w:br/>
        <w:t>vt 0.693400 0.650300</w:t>
        <w:br/>
        <w:t>vt 0.691100 0.650300</w:t>
        <w:br/>
        <w:t>vt 0.401800 0.965000</w:t>
        <w:br/>
        <w:t>vt 0.409000 0.960900</w:t>
        <w:br/>
        <w:t>vt 0.404900 0.968100</w:t>
        <w:br/>
        <w:t>vt 0.409000 0.969200</w:t>
        <w:br/>
        <w:t>vt 0.413200 0.968100</w:t>
        <w:br/>
        <w:t>vt 0.416300 0.965000</w:t>
        <w:br/>
        <w:t>vt 0.417400 0.960900</w:t>
        <w:br/>
        <w:t>vt 0.416200 0.956700</w:t>
        <w:br/>
        <w:t>vt 0.413200 0.953700</w:t>
        <w:br/>
        <w:t>vt 0.409000 0.952500</w:t>
        <w:br/>
        <w:t>vt 0.404900 0.953700</w:t>
        <w:br/>
        <w:t>vt 0.401800 0.956700</w:t>
        <w:br/>
        <w:t>vt 0.400700 0.960900</w:t>
        <w:br/>
        <w:t>vt 0.409000 0.960900</w:t>
        <w:br/>
        <w:t>vt 0.401800 0.965000</w:t>
        <w:br/>
        <w:t>vt 0.400700 0.960900</w:t>
        <w:br/>
        <w:t>vt 0.401800 0.956700</w:t>
        <w:br/>
        <w:t>vt 0.404900 0.953700</w:t>
        <w:br/>
        <w:t>vt 0.409000 0.952500</w:t>
        <w:br/>
        <w:t>vt 0.413200 0.953700</w:t>
        <w:br/>
        <w:t>vt 0.416200 0.956700</w:t>
        <w:br/>
        <w:t>vt 0.417400 0.960900</w:t>
        <w:br/>
        <w:t>vt 0.416200 0.965000</w:t>
        <w:br/>
        <w:t>vt 0.413200 0.968100</w:t>
        <w:br/>
        <w:t>vt 0.409000 0.969200</w:t>
        <w:br/>
        <w:t>vt 0.404900 0.968100</w:t>
        <w:br/>
        <w:t>vt 0.693600 0.712200</w:t>
        <w:br/>
        <w:t>vt 0.691200 0.712200</w:t>
        <w:br/>
        <w:t>vt 0.691200 0.706600</w:t>
        <w:br/>
        <w:t>vt 0.693600 0.706600</w:t>
        <w:br/>
        <w:t>vt 0.691200 0.700900</w:t>
        <w:br/>
        <w:t>vt 0.693600 0.700900</w:t>
        <w:br/>
        <w:t>vt 0.691200 0.695300</w:t>
        <w:br/>
        <w:t>vt 0.693600 0.695300</w:t>
        <w:br/>
        <w:t>vt 0.691200 0.689700</w:t>
        <w:br/>
        <w:t>vt 0.693600 0.689700</w:t>
        <w:br/>
        <w:t>vt 0.691200 0.684100</w:t>
        <w:br/>
        <w:t>vt 0.693600 0.684100</w:t>
        <w:br/>
        <w:t>vt 0.691200 0.678400</w:t>
        <w:br/>
        <w:t>vt 0.693600 0.678400</w:t>
        <w:br/>
        <w:t>vt 0.691200 0.672800</w:t>
        <w:br/>
        <w:t>vt 0.693600 0.672800</w:t>
        <w:br/>
        <w:t>vt 0.691200 0.667200</w:t>
        <w:br/>
        <w:t>vt 0.693600 0.667200</w:t>
        <w:br/>
        <w:t>vt 0.691200 0.661500</w:t>
        <w:br/>
        <w:t>vt 0.693600 0.661500</w:t>
        <w:br/>
        <w:t>vt 0.691200 0.655900</w:t>
        <w:br/>
        <w:t>vt 0.693600 0.655900</w:t>
        <w:br/>
        <w:t>vt 0.691300 0.650300</w:t>
        <w:br/>
        <w:t>vt 0.693600 0.650300</w:t>
        <w:br/>
        <w:t>vt 0.693600 0.717800</w:t>
        <w:br/>
        <w:t>vt 0.691300 0.717800</w:t>
        <w:br/>
        <w:t>vt 0.401800 0.965000</w:t>
        <w:br/>
        <w:t>vt 0.409000 0.960900</w:t>
        <w:br/>
        <w:t>vt 0.404900 0.968100</w:t>
        <w:br/>
        <w:t>vt 0.409000 0.969200</w:t>
        <w:br/>
        <w:t>vt 0.413200 0.968100</w:t>
        <w:br/>
        <w:t>vt 0.416200 0.965000</w:t>
        <w:br/>
        <w:t>vt 0.417400 0.960900</w:t>
        <w:br/>
        <w:t>vt 0.416300 0.956700</w:t>
        <w:br/>
        <w:t>vt 0.413200 0.953700</w:t>
        <w:br/>
        <w:t>vt 0.409000 0.952500</w:t>
        <w:br/>
        <w:t>vt 0.404900 0.953700</w:t>
        <w:br/>
        <w:t>vt 0.401800 0.956700</w:t>
        <w:br/>
        <w:t>vt 0.400700 0.960900</w:t>
        <w:br/>
        <w:t>vt 0.409000 0.960900</w:t>
        <w:br/>
        <w:t>vt 0.401800 0.965000</w:t>
        <w:br/>
        <w:t>vt 0.400700 0.960900</w:t>
        <w:br/>
        <w:t>vt 0.401800 0.956700</w:t>
        <w:br/>
        <w:t>vt 0.404900 0.953700</w:t>
        <w:br/>
        <w:t>vt 0.409000 0.952500</w:t>
        <w:br/>
        <w:t>vt 0.413200 0.953700</w:t>
        <w:br/>
        <w:t>vt 0.416300 0.956700</w:t>
        <w:br/>
        <w:t>vt 0.417400 0.960900</w:t>
        <w:br/>
        <w:t>vt 0.416200 0.965000</w:t>
        <w:br/>
        <w:t>vt 0.413200 0.968100</w:t>
        <w:br/>
        <w:t>vt 0.409000 0.969200</w:t>
        <w:br/>
        <w:t>vt 0.404900 0.968100</w:t>
        <w:br/>
        <w:t>vt 0.693600 0.712200</w:t>
        <w:br/>
        <w:t>vt 0.691200 0.712200</w:t>
        <w:br/>
        <w:t>vt 0.691200 0.706600</w:t>
        <w:br/>
        <w:t>vt 0.693600 0.706600</w:t>
        <w:br/>
        <w:t>vt 0.691200 0.700900</w:t>
        <w:br/>
        <w:t>vt 0.693600 0.700900</w:t>
        <w:br/>
        <w:t>vt 0.691200 0.695300</w:t>
        <w:br/>
        <w:t>vt 0.693600 0.695300</w:t>
        <w:br/>
        <w:t>vt 0.691200 0.689700</w:t>
        <w:br/>
        <w:t>vt 0.693600 0.689700</w:t>
        <w:br/>
        <w:t>vt 0.691200 0.684100</w:t>
        <w:br/>
        <w:t>vt 0.693600 0.684100</w:t>
        <w:br/>
        <w:t>vt 0.691200 0.678400</w:t>
        <w:br/>
        <w:t>vt 0.693600 0.678400</w:t>
        <w:br/>
        <w:t>vt 0.691300 0.672800</w:t>
        <w:br/>
        <w:t>vt 0.693600 0.672800</w:t>
        <w:br/>
        <w:t>vt 0.691300 0.667200</w:t>
        <w:br/>
        <w:t>vt 0.693600 0.667200</w:t>
        <w:br/>
        <w:t>vt 0.691300 0.661500</w:t>
        <w:br/>
        <w:t>vt 0.693600 0.661500</w:t>
        <w:br/>
        <w:t>vt 0.691300 0.655900</w:t>
        <w:br/>
        <w:t>vt 0.693600 0.655900</w:t>
        <w:br/>
        <w:t>vt 0.691300 0.650300</w:t>
        <w:br/>
        <w:t>vt 0.693600 0.650300</w:t>
        <w:br/>
        <w:t>vt 0.691200 0.717800</w:t>
        <w:br/>
        <w:t>vt 0.693600 0.717800</w:t>
        <w:br/>
        <w:t>vt 0.401800 0.965000</w:t>
        <w:br/>
        <w:t>vt 0.409000 0.960900</w:t>
        <w:br/>
        <w:t>vt 0.404900 0.968100</w:t>
        <w:br/>
        <w:t>vt 0.409000 0.969200</w:t>
        <w:br/>
        <w:t>vt 0.413200 0.968100</w:t>
        <w:br/>
        <w:t>vt 0.416200 0.965000</w:t>
        <w:br/>
        <w:t>vt 0.417400 0.960900</w:t>
        <w:br/>
        <w:t>vt 0.416300 0.956700</w:t>
        <w:br/>
        <w:t>vt 0.413200 0.953700</w:t>
        <w:br/>
        <w:t>vt 0.409000 0.952500</w:t>
        <w:br/>
        <w:t>vt 0.404900 0.953700</w:t>
        <w:br/>
        <w:t>vt 0.401800 0.956700</w:t>
        <w:br/>
        <w:t>vt 0.400700 0.960900</w:t>
        <w:br/>
        <w:t>vt 0.409000 0.960900</w:t>
        <w:br/>
        <w:t>vt 0.401800 0.965000</w:t>
        <w:br/>
        <w:t>vt 0.400700 0.960900</w:t>
        <w:br/>
        <w:t>vt 0.401800 0.956700</w:t>
        <w:br/>
        <w:t>vt 0.404900 0.953700</w:t>
        <w:br/>
        <w:t>vt 0.409000 0.952500</w:t>
        <w:br/>
        <w:t>vt 0.413200 0.953700</w:t>
        <w:br/>
        <w:t>vt 0.416200 0.956700</w:t>
        <w:br/>
        <w:t>vt 0.417400 0.960900</w:t>
        <w:br/>
        <w:t>vt 0.416200 0.965000</w:t>
        <w:br/>
        <w:t>vt 0.413200 0.968100</w:t>
        <w:br/>
        <w:t>vt 0.409000 0.969200</w:t>
        <w:br/>
        <w:t>vt 0.404900 0.968100</w:t>
        <w:br/>
        <w:t>vt 0.691300 0.695300</w:t>
        <w:br/>
        <w:t>vt 0.691300 0.689700</w:t>
        <w:br/>
        <w:t>vt 0.693600 0.689700</w:t>
        <w:br/>
        <w:t>vt 0.693600 0.695300</w:t>
        <w:br/>
        <w:t>vt 0.691200 0.684100</w:t>
        <w:br/>
        <w:t>vt 0.693600 0.684100</w:t>
        <w:br/>
        <w:t>vt 0.691200 0.678400</w:t>
        <w:br/>
        <w:t>vt 0.693600 0.678400</w:t>
        <w:br/>
        <w:t>vt 0.691200 0.672800</w:t>
        <w:br/>
        <w:t>vt 0.693600 0.672800</w:t>
        <w:br/>
        <w:t>vt 0.691200 0.667200</w:t>
        <w:br/>
        <w:t>vt 0.693600 0.667200</w:t>
        <w:br/>
        <w:t>vt 0.691200 0.661500</w:t>
        <w:br/>
        <w:t>vt 0.693600 0.661500</w:t>
        <w:br/>
        <w:t>vt 0.691200 0.655900</w:t>
        <w:br/>
        <w:t>vt 0.693600 0.655900</w:t>
        <w:br/>
        <w:t>vt 0.691200 0.650300</w:t>
        <w:br/>
        <w:t>vt 0.693600 0.650300</w:t>
        <w:br/>
        <w:t>vt 0.691300 0.717800</w:t>
        <w:br/>
        <w:t>vt 0.691300 0.712200</w:t>
        <w:br/>
        <w:t>vt 0.693600 0.712200</w:t>
        <w:br/>
        <w:t>vt 0.693600 0.717800</w:t>
        <w:br/>
        <w:t>vt 0.691300 0.706600</w:t>
        <w:br/>
        <w:t>vt 0.693600 0.706600</w:t>
        <w:br/>
        <w:t>vt 0.691300 0.700900</w:t>
        <w:br/>
        <w:t>vt 0.693600 0.700900</w:t>
        <w:br/>
        <w:t>vt 0.401800 0.965000</w:t>
        <w:br/>
        <w:t>vt 0.409000 0.960900</w:t>
        <w:br/>
        <w:t>vt 0.404900 0.968100</w:t>
        <w:br/>
        <w:t>vt 0.409000 0.969200</w:t>
        <w:br/>
        <w:t>vt 0.413200 0.968100</w:t>
        <w:br/>
        <w:t>vt 0.416200 0.965000</w:t>
        <w:br/>
        <w:t>vt 0.417400 0.960900</w:t>
        <w:br/>
        <w:t>vt 0.416300 0.956700</w:t>
        <w:br/>
        <w:t>vt 0.413200 0.953700</w:t>
        <w:br/>
        <w:t>vt 0.409000 0.952500</w:t>
        <w:br/>
        <w:t>vt 0.404900 0.953700</w:t>
        <w:br/>
        <w:t>vt 0.401800 0.956700</w:t>
        <w:br/>
        <w:t>vt 0.400700 0.960900</w:t>
        <w:br/>
        <w:t>vt 0.409000 0.960900</w:t>
        <w:br/>
        <w:t>vt 0.416200 0.956700</w:t>
        <w:br/>
        <w:t>vt 0.417400 0.960900</w:t>
        <w:br/>
        <w:t>vt 0.416200 0.965000</w:t>
        <w:br/>
        <w:t>vt 0.413200 0.968100</w:t>
        <w:br/>
        <w:t>vt 0.409000 0.969200</w:t>
        <w:br/>
        <w:t>vt 0.404900 0.968100</w:t>
        <w:br/>
        <w:t>vt 0.401800 0.965000</w:t>
        <w:br/>
        <w:t>vt 0.400700 0.960900</w:t>
        <w:br/>
        <w:t>vt 0.401800 0.956700</w:t>
        <w:br/>
        <w:t>vt 0.404900 0.953700</w:t>
        <w:br/>
        <w:t>vt 0.409000 0.952500</w:t>
        <w:br/>
        <w:t>vt 0.413200 0.953700</w:t>
        <w:br/>
        <w:t>vt 0.691200 0.706600</w:t>
        <w:br/>
        <w:t>vt 0.693600 0.706600</w:t>
        <w:br/>
        <w:t>vt 0.693600 0.712200</w:t>
        <w:br/>
        <w:t>vt 0.691200 0.712200</w:t>
        <w:br/>
        <w:t>vt 0.693500 0.717800</w:t>
        <w:br/>
        <w:t>vt 0.691200 0.717800</w:t>
        <w:br/>
        <w:t>vt 0.691300 0.650300</w:t>
        <w:br/>
        <w:t>vt 0.693600 0.650300</w:t>
        <w:br/>
        <w:t>vt 0.693600 0.655900</w:t>
        <w:br/>
        <w:t>vt 0.691300 0.655900</w:t>
        <w:br/>
        <w:t>vt 0.693600 0.661500</w:t>
        <w:br/>
        <w:t>vt 0.691300 0.661500</w:t>
        <w:br/>
        <w:t>vt 0.693600 0.667200</w:t>
        <w:br/>
        <w:t>vt 0.691300 0.667200</w:t>
        <w:br/>
        <w:t>vt 0.693600 0.672800</w:t>
        <w:br/>
        <w:t>vt 0.691300 0.672800</w:t>
        <w:br/>
        <w:t>vt 0.693600 0.678400</w:t>
        <w:br/>
        <w:t>vt 0.691300 0.678400</w:t>
        <w:br/>
        <w:t>vt 0.693600 0.684100</w:t>
        <w:br/>
        <w:t>vt 0.691200 0.684100</w:t>
        <w:br/>
        <w:t>vt 0.693600 0.689700</w:t>
        <w:br/>
        <w:t>vt 0.691200 0.689700</w:t>
        <w:br/>
        <w:t>vt 0.693600 0.695300</w:t>
        <w:br/>
        <w:t>vt 0.691200 0.695300</w:t>
        <w:br/>
        <w:t>vt 0.693600 0.700900</w:t>
        <w:br/>
        <w:t>vt 0.691200 0.700900</w:t>
        <w:br/>
        <w:t>vt 0.417400 0.960900</w:t>
        <w:br/>
        <w:t>vt 0.409000 0.960900</w:t>
        <w:br/>
        <w:t>vt 0.416300 0.956700</w:t>
        <w:br/>
        <w:t>vt 0.413200 0.953700</w:t>
        <w:br/>
        <w:t>vt 0.409000 0.952500</w:t>
        <w:br/>
        <w:t>vt 0.404900 0.953700</w:t>
        <w:br/>
        <w:t>vt 0.401800 0.956700</w:t>
        <w:br/>
        <w:t>vt 0.400700 0.960900</w:t>
        <w:br/>
        <w:t>vt 0.401800 0.965000</w:t>
        <w:br/>
        <w:t>vt 0.404900 0.968100</w:t>
        <w:br/>
        <w:t>vt 0.409100 0.969200</w:t>
        <w:br/>
        <w:t>vt 0.413200 0.968100</w:t>
        <w:br/>
        <w:t>vt 0.416200 0.965000</w:t>
        <w:br/>
        <w:t>vt 0.869000 0.578100</w:t>
        <w:br/>
        <w:t>vt 0.869700 0.577800</w:t>
        <w:br/>
        <w:t>vt 0.868800 0.575600</w:t>
        <w:br/>
        <w:t>vt 0.868100 0.575700</w:t>
        <w:br/>
        <w:t>vt 0.870200 0.577300</w:t>
        <w:br/>
        <w:t>vt 0.869500 0.575400</w:t>
        <w:br/>
        <w:t>vt 0.870800 0.576900</w:t>
        <w:br/>
        <w:t>vt 0.870200 0.575200</w:t>
        <w:br/>
        <w:t>vt 0.871300 0.576600</w:t>
        <w:br/>
        <w:t>vt 0.870900 0.575100</w:t>
        <w:br/>
        <w:t>vt 0.872000 0.576400</w:t>
        <w:br/>
        <w:t>vt 0.871600 0.575000</w:t>
        <w:br/>
        <w:t>vt 0.406600 0.929800</w:t>
        <w:br/>
        <w:t>vt 0.405900 0.928800</w:t>
        <w:br/>
        <w:t>vt 0.403600 0.930900</w:t>
        <w:br/>
        <w:t>vt 0.404700 0.931700</w:t>
        <w:br/>
        <w:t>vt 0.405400 0.927600</w:t>
        <w:br/>
        <w:t>vt 0.402600 0.930200</w:t>
        <w:br/>
        <w:t>vt 0.404700 0.926500</w:t>
        <w:br/>
        <w:t>vt 0.401600 0.929500</w:t>
        <w:br/>
        <w:t>vt 0.403900 0.925500</w:t>
        <w:br/>
        <w:t>vt 0.400600 0.928800</w:t>
        <w:br/>
        <w:t>vt 0.868700 0.573200</w:t>
        <w:br/>
        <w:t>vt 0.868100 0.573100</w:t>
        <w:br/>
        <w:t>vt 0.869500 0.573300</w:t>
        <w:br/>
        <w:t>vt 0.870200 0.573400</w:t>
        <w:br/>
        <w:t>vt 0.870900 0.573600</w:t>
        <w:br/>
        <w:t>vt 0.871600 0.573700</w:t>
        <w:br/>
        <w:t>vt 0.402400 0.933800</w:t>
        <w:br/>
        <w:t>vt 0.403600 0.934100</w:t>
        <w:br/>
        <w:t>vt 0.401100 0.933600</w:t>
        <w:br/>
        <w:t>vt 0.399900 0.933300</w:t>
        <w:br/>
        <w:t>vt 0.398700 0.933100</w:t>
        <w:br/>
        <w:t>vt 0.869500 0.571000</w:t>
        <w:br/>
        <w:t>vt 0.868900 0.570700</w:t>
        <w:br/>
        <w:t>vt 0.870100 0.571400</w:t>
        <w:br/>
        <w:t>vt 0.870800 0.571700</w:t>
        <w:br/>
        <w:t>vt 0.871400 0.572100</w:t>
        <w:br/>
        <w:t>vt 0.872000 0.572400</w:t>
        <w:br/>
        <w:t>vt 0.402300 0.937000</w:t>
        <w:br/>
        <w:t>vt 0.403600 0.936800</w:t>
        <w:br/>
        <w:t>vt 0.401100 0.937300</w:t>
        <w:br/>
        <w:t>vt 0.399900 0.937500</w:t>
        <w:br/>
        <w:t>vt 0.398600 0.937800</w:t>
        <w:br/>
        <w:t>vt 0.871000 0.569200</w:t>
        <w:br/>
        <w:t>vt 0.870500 0.568700</w:t>
        <w:br/>
        <w:t>vt 0.871400 0.569800</w:t>
        <w:br/>
        <w:t>vt 0.871900 0.570300</w:t>
        <w:br/>
        <w:t>vt 0.872400 0.570800</w:t>
        <w:br/>
        <w:t>vt 0.872800 0.571400</w:t>
        <w:br/>
        <w:t>vt 0.403600 0.940000</w:t>
        <w:br/>
        <w:t>vt 0.404600 0.939200</w:t>
        <w:br/>
        <w:t>vt 0.402500 0.940700</w:t>
        <w:br/>
        <w:t>vt 0.401500 0.941400</w:t>
        <w:br/>
        <w:t>vt 0.400500 0.942100</w:t>
        <w:br/>
        <w:t>vt 0.873000 0.568000</w:t>
        <w:br/>
        <w:t>vt 0.872700 0.567400</w:t>
        <w:br/>
        <w:t>vt 0.873200 0.568700</w:t>
        <w:br/>
        <w:t>vt 0.873500 0.569400</w:t>
        <w:br/>
        <w:t>vt 0.873700 0.570000</w:t>
        <w:br/>
        <w:t>vt 0.874000 0.570700</w:t>
        <w:br/>
        <w:t>vt 0.405900 0.942200</w:t>
        <w:br/>
        <w:t>vt 0.406600 0.941100</w:t>
        <w:br/>
        <w:t>vt 0.405200 0.943200</w:t>
        <w:br/>
        <w:t>vt 0.404500 0.944300</w:t>
        <w:br/>
        <w:t>vt 0.403900 0.945400</w:t>
        <w:br/>
        <w:t>vt 0.875300 0.567600</w:t>
        <w:br/>
        <w:t>vt 0.875300 0.566900</w:t>
        <w:br/>
        <w:t>vt 0.875300 0.568300</w:t>
        <w:br/>
        <w:t>vt 0.875300 0.569000</w:t>
        <w:br/>
        <w:t>vt 0.875300 0.569800</w:t>
        <w:br/>
        <w:t>vt 0.875300 0.570400</w:t>
        <w:br/>
        <w:t>vt 0.408900 0.943300</w:t>
        <w:br/>
        <w:t>vt 0.409100 0.942000</w:t>
        <w:br/>
        <w:t>vt 0.408700 0.944500</w:t>
        <w:br/>
        <w:t>vt 0.408500 0.945800</w:t>
        <w:br/>
        <w:t>vt 0.408300 0.947000</w:t>
        <w:br/>
        <w:t>vt 0.877600 0.568000</w:t>
        <w:br/>
        <w:t>vt 0.877800 0.567300</w:t>
        <w:br/>
        <w:t>vt 0.877300 0.568700</w:t>
        <w:br/>
        <w:t>vt 0.877100 0.569400</w:t>
        <w:br/>
        <w:t>vt 0.876800 0.570000</w:t>
        <w:br/>
        <w:t>vt 0.876600 0.570700</w:t>
        <w:br/>
        <w:t>vt 0.412100 0.943100</w:t>
        <w:br/>
        <w:t>vt 0.411800 0.941900</w:t>
        <w:br/>
        <w:t>vt 0.412400 0.944300</w:t>
        <w:br/>
        <w:t>vt 0.412700 0.945600</w:t>
        <w:br/>
        <w:t>vt 0.413000 0.946800</w:t>
        <w:br/>
        <w:t>vt 0.879600 0.569200</w:t>
        <w:br/>
        <w:t>vt 0.880000 0.568600</w:t>
        <w:br/>
        <w:t>vt 0.879100 0.569700</w:t>
        <w:br/>
        <w:t>vt 0.878600 0.570300</w:t>
        <w:br/>
        <w:t>vt 0.878200 0.570800</w:t>
        <w:br/>
        <w:t>vt 0.877800 0.571300</w:t>
        <w:br/>
        <w:t>vt 0.414900 0.941600</w:t>
        <w:br/>
        <w:t>vt 0.414200 0.940600</w:t>
        <w:br/>
        <w:t>vt 0.415700 0.942700</w:t>
        <w:br/>
        <w:t>vt 0.416400 0.943700</w:t>
        <w:br/>
        <w:t>vt 0.417200 0.944700</w:t>
        <w:br/>
        <w:t>vt 0.881100 0.570900</w:t>
        <w:br/>
        <w:t>vt 0.881700 0.570600</w:t>
        <w:br/>
        <w:t>vt 0.880500 0.571300</w:t>
        <w:br/>
        <w:t>vt 0.879800 0.571600</w:t>
        <w:br/>
        <w:t>vt 0.879200 0.572000</w:t>
        <w:br/>
        <w:t>vt 0.878600 0.572300</w:t>
        <w:br/>
        <w:t>vt 0.417100 0.939200</w:t>
        <w:br/>
        <w:t>vt 0.416000 0.938600</w:t>
        <w:br/>
        <w:t>vt 0.418200 0.939900</w:t>
        <w:br/>
        <w:t>vt 0.419300 0.940600</w:t>
        <w:br/>
        <w:t>vt 0.420300 0.941300</w:t>
        <w:br/>
        <w:t>vt 0.881900 0.573100</w:t>
        <w:br/>
        <w:t>vt 0.882600 0.573000</w:t>
        <w:br/>
        <w:t>vt 0.881200 0.573200</w:t>
        <w:br/>
        <w:t>vt 0.880400 0.573400</w:t>
        <w:br/>
        <w:t>vt 0.879700 0.573500</w:t>
        <w:br/>
        <w:t>vt 0.879100 0.573600</w:t>
        <w:br/>
        <w:t>vt 0.418200 0.936200</w:t>
        <w:br/>
        <w:t>vt 0.417000 0.936000</w:t>
        <w:br/>
        <w:t>vt 0.419500 0.936500</w:t>
        <w:br/>
        <w:t>vt 0.420800 0.936700</w:t>
        <w:br/>
        <w:t>vt 0.422000 0.936900</w:t>
        <w:br/>
        <w:t>vt 0.881800 0.575500</w:t>
        <w:br/>
        <w:t>vt 0.882500 0.575600</w:t>
        <w:br/>
        <w:t>vt 0.881200 0.575300</w:t>
        <w:br/>
        <w:t>vt 0.880500 0.575200</w:t>
        <w:br/>
        <w:t>vt 0.879700 0.575000</w:t>
        <w:br/>
        <w:t>vt 0.879000 0.575000</w:t>
        <w:br/>
        <w:t>vt 0.418200 0.933000</w:t>
        <w:br/>
        <w:t>vt 0.417000 0.933300</w:t>
        <w:br/>
        <w:t>vt 0.419400 0.932800</w:t>
        <w:br/>
        <w:t>vt 0.420700 0.932500</w:t>
        <w:br/>
        <w:t>vt 0.421900 0.932300</w:t>
        <w:br/>
        <w:t>vt 0.881000 0.577700</w:t>
        <w:br/>
        <w:t>vt 0.881600 0.578000</w:t>
        <w:br/>
        <w:t>vt 0.880400 0.577300</w:t>
        <w:br/>
        <w:t>vt 0.879900 0.576800</w:t>
        <w:br/>
        <w:t>vt 0.879300 0.576500</w:t>
        <w:br/>
        <w:t>vt 0.878700 0.576400</w:t>
        <w:br/>
        <w:t>vt 0.417100 0.930100</w:t>
        <w:br/>
        <w:t>vt 0.416000 0.930800</w:t>
        <w:br/>
        <w:t>vt 0.418100 0.929300</w:t>
        <w:br/>
        <w:t>vt 0.419200 0.928500</w:t>
        <w:br/>
        <w:t>vt 0.420400 0.928000</w:t>
        <w:br/>
        <w:t>vt 0.869100 0.578100</w:t>
        <w:br/>
        <w:t>vt 0.868100 0.575700</w:t>
        <w:br/>
        <w:t>vt 0.868800 0.575600</w:t>
        <w:br/>
        <w:t>vt 0.869700 0.577800</w:t>
        <w:br/>
        <w:t>vt 0.869500 0.575400</w:t>
        <w:br/>
        <w:t>vt 0.870300 0.577400</w:t>
        <w:br/>
        <w:t>vt 0.870200 0.575200</w:t>
        <w:br/>
        <w:t>vt 0.870800 0.576900</w:t>
        <w:br/>
        <w:t>vt 0.870900 0.575100</w:t>
        <w:br/>
        <w:t>vt 0.871400 0.576600</w:t>
        <w:br/>
        <w:t>vt 0.871600 0.575000</w:t>
        <w:br/>
        <w:t>vt 0.872000 0.576400</w:t>
        <w:br/>
        <w:t>vt 0.406600 0.929800</w:t>
        <w:br/>
        <w:t>vt 0.404700 0.931700</w:t>
        <w:br/>
        <w:t>vt 0.403600 0.930900</w:t>
        <w:br/>
        <w:t>vt 0.405900 0.928800</w:t>
        <w:br/>
        <w:t>vt 0.402600 0.930200</w:t>
        <w:br/>
        <w:t>vt 0.405400 0.927600</w:t>
        <w:br/>
        <w:t>vt 0.401600 0.929500</w:t>
        <w:br/>
        <w:t>vt 0.404700 0.926500</w:t>
        <w:br/>
        <w:t>vt 0.400600 0.928800</w:t>
        <w:br/>
        <w:t>vt 0.403900 0.925500</w:t>
        <w:br/>
        <w:t>vt 0.868100 0.573100</w:t>
        <w:br/>
        <w:t>vt 0.868800 0.573200</w:t>
        <w:br/>
        <w:t>vt 0.869500 0.573300</w:t>
        <w:br/>
        <w:t>vt 0.870200 0.573400</w:t>
        <w:br/>
        <w:t>vt 0.870900 0.573600</w:t>
        <w:br/>
        <w:t>vt 0.871600 0.573700</w:t>
        <w:br/>
        <w:t>vt 0.403600 0.934100</w:t>
        <w:br/>
        <w:t>vt 0.402400 0.933800</w:t>
        <w:br/>
        <w:t>vt 0.401100 0.933600</w:t>
        <w:br/>
        <w:t>vt 0.399900 0.933300</w:t>
        <w:br/>
        <w:t>vt 0.398700 0.933100</w:t>
        <w:br/>
        <w:t>vt 0.868900 0.570700</w:t>
        <w:br/>
        <w:t>vt 0.869500 0.571000</w:t>
        <w:br/>
        <w:t>vt 0.870100 0.571400</w:t>
        <w:br/>
        <w:t>vt 0.870800 0.571700</w:t>
        <w:br/>
        <w:t>vt 0.871400 0.572100</w:t>
        <w:br/>
        <w:t>vt 0.872000 0.572400</w:t>
        <w:br/>
        <w:t>vt 0.403600 0.936800</w:t>
        <w:br/>
        <w:t>vt 0.402300 0.937000</w:t>
        <w:br/>
        <w:t>vt 0.401100 0.937300</w:t>
        <w:br/>
        <w:t>vt 0.399900 0.937500</w:t>
        <w:br/>
        <w:t>vt 0.398600 0.937800</w:t>
        <w:br/>
        <w:t>vt 0.870500 0.568700</w:t>
        <w:br/>
        <w:t>vt 0.871000 0.569200</w:t>
        <w:br/>
        <w:t>vt 0.871400 0.569800</w:t>
        <w:br/>
        <w:t>vt 0.871900 0.570300</w:t>
        <w:br/>
        <w:t>vt 0.872400 0.570800</w:t>
        <w:br/>
        <w:t>vt 0.872800 0.571400</w:t>
        <w:br/>
        <w:t>vt 0.404600 0.939200</w:t>
        <w:br/>
        <w:t>vt 0.403600 0.940000</w:t>
        <w:br/>
        <w:t>vt 0.402500 0.940700</w:t>
        <w:br/>
        <w:t>vt 0.401500 0.941400</w:t>
        <w:br/>
        <w:t>vt 0.400500 0.942100</w:t>
        <w:br/>
        <w:t>vt 0.872700 0.567400</w:t>
        <w:br/>
        <w:t>vt 0.873000 0.568000</w:t>
        <w:br/>
        <w:t>vt 0.873200 0.568700</w:t>
        <w:br/>
        <w:t>vt 0.873500 0.569400</w:t>
        <w:br/>
        <w:t>vt 0.873700 0.570000</w:t>
        <w:br/>
        <w:t>vt 0.874000 0.570700</w:t>
        <w:br/>
        <w:t>vt 0.406600 0.941100</w:t>
        <w:br/>
        <w:t>vt 0.405900 0.942200</w:t>
        <w:br/>
        <w:t>vt 0.405200 0.943200</w:t>
        <w:br/>
        <w:t>vt 0.404600 0.944300</w:t>
        <w:br/>
        <w:t>vt 0.403900 0.945400</w:t>
        <w:br/>
        <w:t>vt 0.875200 0.566900</w:t>
        <w:br/>
        <w:t>vt 0.875200 0.567600</w:t>
        <w:br/>
        <w:t>vt 0.875200 0.568300</w:t>
        <w:br/>
        <w:t>vt 0.875300 0.569000</w:t>
        <w:br/>
        <w:t>vt 0.875300 0.569700</w:t>
        <w:br/>
        <w:t>vt 0.875300 0.570400</w:t>
        <w:br/>
        <w:t>vt 0.409100 0.942000</w:t>
        <w:br/>
        <w:t>vt 0.408900 0.943300</w:t>
        <w:br/>
        <w:t>vt 0.408700 0.944500</w:t>
        <w:br/>
        <w:t>vt 0.408500 0.945800</w:t>
        <w:br/>
        <w:t>vt 0.408300 0.947000</w:t>
        <w:br/>
        <w:t>vt 0.877800 0.567300</w:t>
        <w:br/>
        <w:t>vt 0.877500 0.568000</w:t>
        <w:br/>
        <w:t>vt 0.877300 0.568700</w:t>
        <w:br/>
        <w:t>vt 0.877100 0.569300</w:t>
        <w:br/>
        <w:t>vt 0.876800 0.570000</w:t>
        <w:br/>
        <w:t>vt 0.876600 0.570600</w:t>
        <w:br/>
        <w:t>vt 0.411800 0.941900</w:t>
        <w:br/>
        <w:t>vt 0.412100 0.943100</w:t>
        <w:br/>
        <w:t>vt 0.412400 0.944300</w:t>
        <w:br/>
        <w:t>vt 0.412700 0.945600</w:t>
        <w:br/>
        <w:t>vt 0.413000 0.946800</w:t>
        <w:br/>
        <w:t>vt 0.880000 0.568600</w:t>
        <w:br/>
        <w:t>vt 0.879600 0.569100</w:t>
        <w:br/>
        <w:t>vt 0.879100 0.569700</w:t>
        <w:br/>
        <w:t>vt 0.878600 0.570200</w:t>
        <w:br/>
        <w:t>vt 0.878200 0.570800</w:t>
        <w:br/>
        <w:t>vt 0.877800 0.571300</w:t>
        <w:br/>
        <w:t>vt 0.414200 0.940600</w:t>
        <w:br/>
        <w:t>vt 0.414900 0.941600</w:t>
        <w:br/>
        <w:t>vt 0.415700 0.942600</w:t>
        <w:br/>
        <w:t>vt 0.416400 0.943700</w:t>
        <w:br/>
        <w:t>vt 0.417200 0.944700</w:t>
        <w:br/>
        <w:t>vt 0.881700 0.570500</w:t>
        <w:br/>
        <w:t>vt 0.881100 0.570900</w:t>
        <w:br/>
        <w:t>vt 0.880400 0.571300</w:t>
        <w:br/>
        <w:t>vt 0.879800 0.571600</w:t>
        <w:br/>
        <w:t>vt 0.879200 0.572000</w:t>
        <w:br/>
        <w:t>vt 0.878600 0.572300</w:t>
        <w:br/>
        <w:t>vt 0.416000 0.938600</w:t>
        <w:br/>
        <w:t>vt 0.417100 0.939200</w:t>
        <w:br/>
        <w:t>vt 0.418200 0.939900</w:t>
        <w:br/>
        <w:t>vt 0.419300 0.940600</w:t>
        <w:br/>
        <w:t>vt 0.420300 0.941300</w:t>
        <w:br/>
        <w:t>vt 0.882600 0.573000</w:t>
        <w:br/>
        <w:t>vt 0.881900 0.573100</w:t>
        <w:br/>
        <w:t>vt 0.881200 0.573200</w:t>
        <w:br/>
        <w:t>vt 0.880400 0.573300</w:t>
        <w:br/>
        <w:t>vt 0.879700 0.573500</w:t>
        <w:br/>
        <w:t>vt 0.879100 0.573600</w:t>
        <w:br/>
        <w:t>vt 0.417000 0.936000</w:t>
        <w:br/>
        <w:t>vt 0.418200 0.936200</w:t>
        <w:br/>
        <w:t>vt 0.419500 0.936500</w:t>
        <w:br/>
        <w:t>vt 0.420700 0.936700</w:t>
        <w:br/>
        <w:t>vt 0.422000 0.936900</w:t>
        <w:br/>
        <w:t>vt 0.882500 0.575600</w:t>
        <w:br/>
        <w:t>vt 0.881900 0.575400</w:t>
        <w:br/>
        <w:t>vt 0.881200 0.575300</w:t>
        <w:br/>
        <w:t>vt 0.880500 0.575100</w:t>
        <w:br/>
        <w:t>vt 0.879700 0.575000</w:t>
        <w:br/>
        <w:t>vt 0.879000 0.574900</w:t>
        <w:br/>
        <w:t>vt 0.417000 0.933300</w:t>
        <w:br/>
        <w:t>vt 0.418200 0.933000</w:t>
        <w:br/>
        <w:t>vt 0.419400 0.932700</w:t>
        <w:br/>
        <w:t>vt 0.420700 0.932500</w:t>
        <w:br/>
        <w:t>vt 0.421900 0.932300</w:t>
        <w:br/>
        <w:t>vt 0.881600 0.578000</w:t>
        <w:br/>
        <w:t>vt 0.881000 0.577600</w:t>
        <w:br/>
        <w:t>vt 0.880400 0.577200</w:t>
        <w:br/>
        <w:t>vt 0.879900 0.576800</w:t>
        <w:br/>
        <w:t>vt 0.879300 0.576500</w:t>
        <w:br/>
        <w:t>vt 0.878700 0.576300</w:t>
        <w:br/>
        <w:t>vt 0.416000 0.930800</w:t>
        <w:br/>
        <w:t>vt 0.417100 0.930100</w:t>
        <w:br/>
        <w:t>vt 0.418100 0.929300</w:t>
        <w:br/>
        <w:t>vt 0.419200 0.928500</w:t>
        <w:br/>
        <w:t>vt 0.420400 0.927900</w:t>
        <w:br/>
        <w:t>vt 0.436200 0.969300</w:t>
        <w:br/>
        <w:t>vt 0.435800 0.968400</w:t>
        <w:br/>
        <w:t>vt 0.438800 0.965900</w:t>
        <w:br/>
        <w:t>vt 0.439600 0.966600</w:t>
        <w:br/>
        <w:t>vt 0.435300 0.967500</w:t>
        <w:br/>
        <w:t>vt 0.438000 0.965300</w:t>
        <w:br/>
        <w:t>vt 0.434800 0.966600</w:t>
        <w:br/>
        <w:t>vt 0.437200 0.964600</w:t>
        <w:br/>
        <w:t>vt 0.434400 0.965600</w:t>
        <w:br/>
        <w:t>vt 0.436400 0.964000</w:t>
        <w:br/>
        <w:t>vt 0.449300 0.940500</w:t>
        <w:br/>
        <w:t>vt 0.447200 0.938300</w:t>
        <w:br/>
        <w:t>vt 0.448100 0.937700</w:t>
        <w:br/>
        <w:t>vt 0.449900 0.939600</w:t>
        <w:br/>
        <w:t>vt 0.448600 0.941400</w:t>
        <w:br/>
        <w:t>vt 0.446200 0.938900</w:t>
        <w:br/>
        <w:t>vt 0.447900 0.942400</w:t>
        <w:br/>
        <w:t>vt 0.445200 0.939500</w:t>
        <w:br/>
        <w:t>vt 0.447200 0.943300</w:t>
        <w:br/>
        <w:t>vt 0.444200 0.940100</w:t>
        <w:br/>
        <w:t>vt 0.446500 0.944300</w:t>
        <w:br/>
        <w:t>vt 0.443200 0.940800</w:t>
        <w:br/>
        <w:t>vt 0.440600 0.962400</w:t>
        <w:br/>
        <w:t>vt 0.441600 0.962700</w:t>
        <w:br/>
        <w:t>vt 0.439600 0.962200</w:t>
        <w:br/>
        <w:t>vt 0.438600 0.961900</w:t>
        <w:br/>
        <w:t>vt 0.437600 0.961700</w:t>
        <w:br/>
        <w:t>vt 0.446000 0.935400</w:t>
        <w:br/>
        <w:t>vt 0.447100 0.935200</w:t>
        <w:br/>
        <w:t>vt 0.444900 0.935600</w:t>
        <w:br/>
        <w:t>vt 0.443700 0.935800</w:t>
        <w:br/>
        <w:t>vt 0.442600 0.936100</w:t>
        <w:br/>
        <w:t>vt 0.441400 0.936300</w:t>
        <w:br/>
        <w:t>vt 0.440700 0.958500</w:t>
        <w:br/>
        <w:t>vt 0.441700 0.958400</w:t>
        <w:br/>
        <w:t>vt 0.439700 0.958700</w:t>
        <w:br/>
        <w:t>vt 0.438700 0.958900</w:t>
        <w:br/>
        <w:t>vt 0.437700 0.959000</w:t>
        <w:br/>
        <w:t>vt 0.446000 0.932300</w:t>
        <w:br/>
        <w:t>vt 0.447100 0.932500</w:t>
        <w:br/>
        <w:t>vt 0.444900 0.932100</w:t>
        <w:br/>
        <w:t>vt 0.443700 0.931900</w:t>
        <w:br/>
        <w:t>vt 0.442600 0.931700</w:t>
        <w:br/>
        <w:t>vt 0.441400 0.931500</w:t>
        <w:br/>
        <w:t>vt 0.439300 0.954900</w:t>
        <w:br/>
        <w:t>vt 0.440100 0.954300</w:t>
        <w:br/>
        <w:t>vt 0.438400 0.955500</w:t>
        <w:br/>
        <w:t>vt 0.437500 0.956000</w:t>
        <w:br/>
        <w:t>vt 0.436700 0.956600</w:t>
        <w:br/>
        <w:t>vt 0.447100 0.929400</w:t>
        <w:br/>
        <w:t>vt 0.448100 0.930000</w:t>
        <w:br/>
        <w:t>vt 0.446100 0.928800</w:t>
        <w:br/>
        <w:t>vt 0.445100 0.928200</w:t>
        <w:br/>
        <w:t>vt 0.444100 0.927600</w:t>
        <w:br/>
        <w:t>vt 0.443100 0.927000</w:t>
        <w:br/>
        <w:t>vt 0.436500 0.952100</w:t>
        <w:br/>
        <w:t>vt 0.437000 0.951300</w:t>
        <w:br/>
        <w:t>vt 0.435900 0.953000</w:t>
        <w:br/>
        <w:t>vt 0.435300 0.953900</w:t>
        <w:br/>
        <w:t>vt 0.434800 0.954800</w:t>
        <w:br/>
        <w:t>vt 0.449200 0.927100</w:t>
        <w:br/>
        <w:t>vt 0.449900 0.928000</w:t>
        <w:br/>
        <w:t>vt 0.448500 0.926200</w:t>
        <w:br/>
        <w:t>vt 0.447700 0.925200</w:t>
        <w:br/>
        <w:t>vt 0.447000 0.924300</w:t>
        <w:br/>
        <w:t>vt 0.446300 0.923400</w:t>
        <w:br/>
        <w:t>vt 0.432800 0.950700</w:t>
        <w:br/>
        <w:t>vt 0.433000 0.949700</w:t>
        <w:br/>
        <w:t>vt 0.432700 0.951700</w:t>
        <w:br/>
        <w:t>vt 0.432500 0.952800</w:t>
        <w:br/>
        <w:t>vt 0.432300 0.953800</w:t>
        <w:br/>
        <w:t>vt 0.451900 0.925700</w:t>
        <w:br/>
        <w:t>vt 0.452300 0.926800</w:t>
        <w:br/>
        <w:t>vt 0.451500 0.924600</w:t>
        <w:br/>
        <w:t>vt 0.451200 0.923400</w:t>
        <w:br/>
        <w:t>vt 0.450900 0.922300</w:t>
        <w:br/>
        <w:t>vt 0.450600 0.921200</w:t>
        <w:br/>
        <w:t>vt 0.428900 0.950800</w:t>
        <w:br/>
        <w:t>vt 0.428800 0.949800</w:t>
        <w:br/>
        <w:t>vt 0.429100 0.951900</w:t>
        <w:br/>
        <w:t>vt 0.429500 0.952900</w:t>
        <w:br/>
        <w:t>vt 0.429700 0.953900</w:t>
        <w:br/>
        <w:t>vt 0.454900 0.925200</w:t>
        <w:br/>
        <w:t>vt 0.455200 0.926300</w:t>
        <w:br/>
        <w:t>vt 0.454900 0.924100</w:t>
        <w:br/>
        <w:t>vt 0.455100 0.923000</w:t>
        <w:br/>
        <w:t>vt 0.455300 0.921900</w:t>
        <w:br/>
        <w:t>vt 0.455300 0.920700</w:t>
        <w:br/>
        <w:t>vt 0.421000 0.959400</w:t>
        <w:br/>
        <w:t>vt 0.422100 0.959300</w:t>
        <w:br/>
        <w:t>vt 0.422800 0.963200</w:t>
        <w:br/>
        <w:t>vt 0.421800 0.963600</w:t>
        <w:br/>
        <w:t>vt 0.423100 0.959400</w:t>
        <w:br/>
        <w:t>vt 0.423700 0.962800</w:t>
        <w:br/>
        <w:t>vt 0.424200 0.959500</w:t>
        <w:br/>
        <w:t>vt 0.424700 0.962500</w:t>
        <w:br/>
        <w:t>vt 0.425200 0.959500</w:t>
        <w:br/>
        <w:t>vt 0.425700 0.962100</w:t>
        <w:br/>
        <w:t>vt 0.461900 0.936500</w:t>
        <w:br/>
        <w:t>vt 0.460400 0.939200</w:t>
        <w:br/>
        <w:t>vt 0.459500 0.938400</w:t>
        <w:br/>
        <w:t>vt 0.460900 0.935900</w:t>
        <w:br/>
        <w:t>vt 0.463000 0.937000</w:t>
        <w:br/>
        <w:t>vt 0.461300 0.939900</w:t>
        <w:br/>
        <w:t>vt 0.464100 0.937200</w:t>
        <w:br/>
        <w:t>vt 0.462200 0.940700</w:t>
        <w:br/>
        <w:t>vt 0.465200 0.937500</w:t>
        <w:br/>
        <w:t>vt 0.463100 0.941400</w:t>
        <w:br/>
        <w:t>vt 0.466300 0.938000</w:t>
        <w:br/>
        <w:t>vt 0.463900 0.942100</w:t>
        <w:br/>
        <w:t>vt 0.424900 0.966500</w:t>
        <w:br/>
        <w:t>vt 0.424200 0.967200</w:t>
        <w:br/>
        <w:t>vt 0.425600 0.965800</w:t>
        <w:br/>
        <w:t>vt 0.426400 0.965000</w:t>
        <w:br/>
        <w:t>vt 0.427100 0.964300</w:t>
        <w:br/>
        <w:t>vt 0.458000 0.941100</w:t>
        <w:br/>
        <w:t>vt 0.457500 0.940100</w:t>
        <w:br/>
        <w:t>vt 0.458600 0.942100</w:t>
        <w:br/>
        <w:t>vt 0.459100 0.943200</w:t>
        <w:br/>
        <w:t>vt 0.459700 0.944200</w:t>
        <w:br/>
        <w:t>vt 0.460300 0.945300</w:t>
        <w:br/>
        <w:t>vt 0.428100 0.968700</w:t>
        <w:br/>
        <w:t>vt 0.427800 0.969600</w:t>
        <w:br/>
        <w:t>vt 0.428500 0.967700</w:t>
        <w:br/>
        <w:t>vt 0.428900 0.966700</w:t>
        <w:br/>
        <w:t>vt 0.429300 0.965700</w:t>
        <w:br/>
        <w:t>vt 0.455100 0.942100</w:t>
        <w:br/>
        <w:t>vt 0.455000 0.941000</w:t>
        <w:br/>
        <w:t>vt 0.455200 0.943200</w:t>
        <w:br/>
        <w:t>vt 0.455400 0.944400</w:t>
        <w:br/>
        <w:t>vt 0.455500 0.945600</w:t>
        <w:br/>
        <w:t>vt 0.455700 0.946700</w:t>
        <w:br/>
        <w:t>vt 0.432000 0.969400</w:t>
        <w:br/>
        <w:t>vt 0.432000 0.970400</w:t>
        <w:br/>
        <w:t>vt 0.431900 0.968400</w:t>
        <w:br/>
        <w:t>vt 0.431900 0.967300</w:t>
        <w:br/>
        <w:t>vt 0.431900 0.966300</w:t>
        <w:br/>
        <w:t>vt 0.452000 0.941900</w:t>
        <w:br/>
        <w:t>vt 0.452300 0.940800</w:t>
        <w:br/>
        <w:t>vt 0.451700 0.943000</w:t>
        <w:br/>
        <w:t>vt 0.451400 0.944100</w:t>
        <w:br/>
        <w:t>vt 0.451100 0.945200</w:t>
        <w:br/>
        <w:t>vt 0.450800 0.946400</w:t>
        <w:br/>
        <w:t>vt 0.436200 0.969300</w:t>
        <w:br/>
        <w:t>vt 0.439600 0.966600</w:t>
        <w:br/>
        <w:t>vt 0.438800 0.965900</w:t>
        <w:br/>
        <w:t>vt 0.435800 0.968400</w:t>
        <w:br/>
        <w:t>vt 0.438000 0.965300</w:t>
        <w:br/>
        <w:t>vt 0.435300 0.967500</w:t>
        <w:br/>
        <w:t>vt 0.437200 0.964600</w:t>
        <w:br/>
        <w:t>vt 0.434900 0.966600</w:t>
        <w:br/>
        <w:t>vt 0.436400 0.964000</w:t>
        <w:br/>
        <w:t>vt 0.434400 0.965700</w:t>
        <w:br/>
        <w:t>vt 0.448100 0.937700</w:t>
        <w:br/>
        <w:t>vt 0.447200 0.938200</w:t>
        <w:br/>
        <w:t>vt 0.449200 0.940500</w:t>
        <w:br/>
        <w:t>vt 0.449900 0.939600</w:t>
        <w:br/>
        <w:t>vt 0.446200 0.938900</w:t>
        <w:br/>
        <w:t>vt 0.448600 0.941400</w:t>
        <w:br/>
        <w:t>vt 0.445200 0.939500</w:t>
        <w:br/>
        <w:t>vt 0.447900 0.942400</w:t>
        <w:br/>
        <w:t>vt 0.444200 0.940100</w:t>
        <w:br/>
        <w:t>vt 0.447200 0.943300</w:t>
        <w:br/>
        <w:t>vt 0.443200 0.940700</w:t>
        <w:br/>
        <w:t>vt 0.446500 0.944300</w:t>
        <w:br/>
        <w:t>vt 0.441600 0.962700</w:t>
        <w:br/>
        <w:t>vt 0.440600 0.962400</w:t>
        <w:br/>
        <w:t>vt 0.439600 0.962200</w:t>
        <w:br/>
        <w:t>vt 0.438600 0.961900</w:t>
        <w:br/>
        <w:t>vt 0.437600 0.961700</w:t>
        <w:br/>
        <w:t>vt 0.447100 0.935200</w:t>
        <w:br/>
        <w:t>vt 0.446000 0.935400</w:t>
        <w:br/>
        <w:t>vt 0.444900 0.935600</w:t>
        <w:br/>
        <w:t>vt 0.443700 0.935800</w:t>
        <w:br/>
        <w:t>vt 0.442600 0.936100</w:t>
        <w:br/>
        <w:t>vt 0.441400 0.936300</w:t>
        <w:br/>
        <w:t>vt 0.441700 0.958400</w:t>
        <w:br/>
        <w:t>vt 0.440700 0.958500</w:t>
        <w:br/>
        <w:t>vt 0.439700 0.958700</w:t>
        <w:br/>
        <w:t>vt 0.438700 0.958900</w:t>
        <w:br/>
        <w:t>vt 0.437700 0.959000</w:t>
        <w:br/>
        <w:t>vt 0.447100 0.932500</w:t>
        <w:br/>
        <w:t>vt 0.446000 0.932300</w:t>
        <w:br/>
        <w:t>vt 0.444900 0.932100</w:t>
        <w:br/>
        <w:t>vt 0.443700 0.931900</w:t>
        <w:br/>
        <w:t>vt 0.442600 0.931700</w:t>
        <w:br/>
        <w:t>vt 0.441400 0.931500</w:t>
        <w:br/>
        <w:t>vt 0.440100 0.954300</w:t>
        <w:br/>
        <w:t>vt 0.439300 0.954900</w:t>
        <w:br/>
        <w:t>vt 0.438400 0.955500</w:t>
        <w:br/>
        <w:t>vt 0.437500 0.956000</w:t>
        <w:br/>
        <w:t>vt 0.436700 0.956600</w:t>
        <w:br/>
        <w:t>vt 0.448100 0.930000</w:t>
        <w:br/>
        <w:t>vt 0.447100 0.929400</w:t>
        <w:br/>
        <w:t>vt 0.446100 0.928800</w:t>
        <w:br/>
        <w:t>vt 0.445100 0.928200</w:t>
        <w:br/>
        <w:t>vt 0.444100 0.927600</w:t>
        <w:br/>
        <w:t>vt 0.443100 0.927000</w:t>
        <w:br/>
        <w:t>vt 0.437100 0.951300</w:t>
        <w:br/>
        <w:t>vt 0.436500 0.952100</w:t>
        <w:br/>
        <w:t>vt 0.435900 0.953000</w:t>
        <w:br/>
        <w:t>vt 0.435400 0.953900</w:t>
        <w:br/>
        <w:t>vt 0.434800 0.954800</w:t>
        <w:br/>
        <w:t>vt 0.449900 0.928000</w:t>
        <w:br/>
        <w:t>vt 0.449200 0.927100</w:t>
        <w:br/>
        <w:t>vt 0.448500 0.926200</w:t>
        <w:br/>
        <w:t>vt 0.447700 0.925200</w:t>
        <w:br/>
        <w:t>vt 0.447000 0.924300</w:t>
        <w:br/>
        <w:t>vt 0.446300 0.923400</w:t>
        <w:br/>
        <w:t>vt 0.433000 0.949700</w:t>
        <w:br/>
        <w:t>vt 0.432900 0.950700</w:t>
        <w:br/>
        <w:t>vt 0.432700 0.951700</w:t>
        <w:br/>
        <w:t>vt 0.432500 0.952800</w:t>
        <w:br/>
        <w:t>vt 0.432300 0.953800</w:t>
        <w:br/>
        <w:t>vt 0.452300 0.926800</w:t>
        <w:br/>
        <w:t>vt 0.451900 0.925700</w:t>
        <w:br/>
        <w:t>vt 0.451500 0.924600</w:t>
        <w:br/>
        <w:t>vt 0.451200 0.923400</w:t>
        <w:br/>
        <w:t>vt 0.450900 0.922300</w:t>
        <w:br/>
        <w:t>vt 0.450600 0.921200</w:t>
        <w:br/>
        <w:t>vt 0.428800 0.949800</w:t>
        <w:br/>
        <w:t>vt 0.428900 0.950800</w:t>
        <w:br/>
        <w:t>vt 0.429200 0.951900</w:t>
        <w:br/>
        <w:t>vt 0.429500 0.952800</w:t>
        <w:br/>
        <w:t>vt 0.429700 0.953900</w:t>
        <w:br/>
        <w:t>vt 0.455200 0.926300</w:t>
        <w:br/>
        <w:t>vt 0.454900 0.925200</w:t>
        <w:br/>
        <w:t>vt 0.454900 0.924100</w:t>
        <w:br/>
        <w:t>vt 0.455200 0.923000</w:t>
        <w:br/>
        <w:t>vt 0.455300 0.921900</w:t>
        <w:br/>
        <w:t>vt 0.455300 0.920700</w:t>
        <w:br/>
        <w:t>vt 0.421000 0.959500</w:t>
        <w:br/>
        <w:t>vt 0.421800 0.963600</w:t>
        <w:br/>
        <w:t>vt 0.422800 0.963200</w:t>
        <w:br/>
        <w:t>vt 0.422000 0.959300</w:t>
        <w:br/>
        <w:t>vt 0.423700 0.962900</w:t>
        <w:br/>
        <w:t>vt 0.423100 0.959400</w:t>
        <w:br/>
        <w:t>vt 0.424700 0.962500</w:t>
        <w:br/>
        <w:t>vt 0.424200 0.959500</w:t>
        <w:br/>
        <w:t>vt 0.425700 0.962100</w:t>
        <w:br/>
        <w:t>vt 0.425200 0.959500</w:t>
        <w:br/>
        <w:t>vt 0.460900 0.935900</w:t>
        <w:br/>
        <w:t>vt 0.459500 0.938400</w:t>
        <w:br/>
        <w:t>vt 0.460400 0.939200</w:t>
        <w:br/>
        <w:t>vt 0.461900 0.936500</w:t>
        <w:br/>
        <w:t>vt 0.461300 0.939900</w:t>
        <w:br/>
        <w:t>vt 0.463000 0.937000</w:t>
        <w:br/>
        <w:t>vt 0.462200 0.940700</w:t>
        <w:br/>
        <w:t>vt 0.464100 0.937200</w:t>
        <w:br/>
        <w:t>vt 0.463000 0.941400</w:t>
        <w:br/>
        <w:t>vt 0.465200 0.937500</w:t>
        <w:br/>
        <w:t>vt 0.463900 0.942100</w:t>
        <w:br/>
        <w:t>vt 0.466300 0.938000</w:t>
        <w:br/>
        <w:t>vt 0.424200 0.967200</w:t>
        <w:br/>
        <w:t>vt 0.424900 0.966500</w:t>
        <w:br/>
        <w:t>vt 0.425600 0.965800</w:t>
        <w:br/>
        <w:t>vt 0.426400 0.965000</w:t>
        <w:br/>
        <w:t>vt 0.427100 0.964300</w:t>
        <w:br/>
        <w:t>vt 0.457500 0.940100</w:t>
        <w:br/>
        <w:t>vt 0.458000 0.941100</w:t>
        <w:br/>
        <w:t>vt 0.458600 0.942100</w:t>
        <w:br/>
        <w:t>vt 0.459100 0.943200</w:t>
        <w:br/>
        <w:t>vt 0.459700 0.944200</w:t>
        <w:br/>
        <w:t>vt 0.460300 0.945300</w:t>
        <w:br/>
        <w:t>vt 0.427800 0.969600</w:t>
        <w:br/>
        <w:t>vt 0.428100 0.968700</w:t>
        <w:br/>
        <w:t>vt 0.428500 0.967700</w:t>
        <w:br/>
        <w:t>vt 0.428900 0.966700</w:t>
        <w:br/>
        <w:t>vt 0.429300 0.965800</w:t>
        <w:br/>
        <w:t>vt 0.455000 0.941000</w:t>
        <w:br/>
        <w:t>vt 0.455100 0.942100</w:t>
        <w:br/>
        <w:t>vt 0.455200 0.943200</w:t>
        <w:br/>
        <w:t>vt 0.455400 0.944400</w:t>
        <w:br/>
        <w:t>vt 0.455500 0.945600</w:t>
        <w:br/>
        <w:t>vt 0.455700 0.946700</w:t>
        <w:br/>
        <w:t>vt 0.432000 0.970400</w:t>
        <w:br/>
        <w:t>vt 0.432000 0.969400</w:t>
        <w:br/>
        <w:t>vt 0.431900 0.968400</w:t>
        <w:br/>
        <w:t>vt 0.431900 0.967400</w:t>
        <w:br/>
        <w:t>vt 0.431900 0.966300</w:t>
        <w:br/>
        <w:t>vt 0.452300 0.940800</w:t>
        <w:br/>
        <w:t>vt 0.452000 0.941900</w:t>
        <w:br/>
        <w:t>vt 0.451700 0.943000</w:t>
        <w:br/>
        <w:t>vt 0.451400 0.944100</w:t>
        <w:br/>
        <w:t>vt 0.451100 0.945200</w:t>
        <w:br/>
        <w:t>vt 0.450800 0.946400</w:t>
        <w:br/>
        <w:t>vt 0.829900 0.574000</w:t>
        <w:br/>
        <w:t>vt 0.823300 0.578200</w:t>
        <w:br/>
        <w:t>vt 0.823500 0.577800</w:t>
        <w:br/>
        <w:t>vt 0.829500 0.573600</w:t>
        <w:br/>
        <w:t>vt 0.856900 0.575800</w:t>
        <w:br/>
        <w:t>vt 0.851300 0.581900</w:t>
        <w:br/>
        <w:t>vt 0.851700 0.582300</w:t>
        <w:br/>
        <w:t>vt 0.857400 0.576100</w:t>
        <w:br/>
        <w:t>vt 0.852100 0.582700</w:t>
        <w:br/>
        <w:t>vt 0.857900 0.576500</w:t>
        <w:br/>
        <w:t>vt 0.852500 0.583200</w:t>
        <w:br/>
        <w:t>vt 0.858400 0.576800</w:t>
        <w:br/>
        <w:t>vt 0.852900 0.583700</w:t>
        <w:br/>
        <w:t>vt 0.858900 0.577100</w:t>
        <w:br/>
        <w:t>vt 0.823200 0.580500</w:t>
        <w:br/>
        <w:t>vt 0.823100 0.579900</w:t>
        <w:br/>
        <w:t>vt 0.830800 0.575600</w:t>
        <w:br/>
        <w:t>vt 0.831100 0.576200</w:t>
        <w:br/>
        <w:t>vt 0.823100 0.579300</w:t>
        <w:br/>
        <w:t>vt 0.830500 0.575000</w:t>
        <w:br/>
        <w:t>vt 0.823200 0.578800</w:t>
        <w:br/>
        <w:t>vt 0.830200 0.574500</w:t>
        <w:br/>
        <w:t>vt 0.822900 0.578200</w:t>
        <w:br/>
        <w:t>vt 0.823200 0.578000</w:t>
        <w:br/>
        <w:t>vt 0.851200 0.581900</w:t>
        <w:br/>
        <w:t>vt 0.851400 0.582500</w:t>
        <w:br/>
        <w:t>vt 0.851700 0.583100</w:t>
        <w:br/>
        <w:t>vt 0.851900 0.583600</w:t>
        <w:br/>
        <w:t>vt 0.852100 0.584100</w:t>
        <w:br/>
        <w:t>vt 0.822400 0.580500</w:t>
        <w:br/>
        <w:t>vt 0.822500 0.579900</w:t>
        <w:br/>
        <w:t>vt 0.822600 0.579300</w:t>
        <w:br/>
        <w:t>vt 0.822700 0.578800</w:t>
        <w:br/>
        <w:t>vt 0.823000 0.578000</w:t>
        <w:br/>
        <w:t>vt 0.822600 0.578100</w:t>
        <w:br/>
        <w:t>vt 0.850900 0.582000</w:t>
        <w:br/>
        <w:t>vt 0.850900 0.582600</w:t>
        <w:br/>
        <w:t>vt 0.850800 0.583200</w:t>
        <w:br/>
        <w:t>vt 0.850800 0.583800</w:t>
        <w:br/>
        <w:t>vt 0.850800 0.584400</w:t>
        <w:br/>
        <w:t>vt 0.821300 0.580000</w:t>
        <w:br/>
        <w:t>vt 0.821600 0.579600</w:t>
        <w:br/>
        <w:t>vt 0.822000 0.579100</w:t>
        <w:br/>
        <w:t>vt 0.822300 0.578600</w:t>
        <w:br/>
        <w:t>vt 0.822400 0.577700</w:t>
        <w:br/>
        <w:t>vt 0.822800 0.577600</w:t>
        <w:br/>
        <w:t>vt 0.850600 0.581900</w:t>
        <w:br/>
        <w:t>vt 0.850400 0.582500</w:t>
        <w:br/>
        <w:t>vt 0.850200 0.583100</w:t>
        <w:br/>
        <w:t>vt 0.850000 0.583700</w:t>
        <w:br/>
        <w:t>vt 0.849900 0.584200</w:t>
        <w:br/>
        <w:t>vt 0.820700 0.579400</w:t>
        <w:br/>
        <w:t>vt 0.821100 0.579000</w:t>
        <w:br/>
        <w:t>vt 0.821600 0.578600</w:t>
        <w:br/>
        <w:t>vt 0.822100 0.578100</w:t>
        <w:br/>
        <w:t>vt 0.821400 0.573900</w:t>
        <w:br/>
        <w:t>vt 0.822000 0.573900</w:t>
        <w:br/>
        <w:t>vt 0.846300 0.579700</w:t>
        <w:br/>
        <w:t>vt 0.846000 0.580200</w:t>
        <w:br/>
        <w:t>vt 0.845800 0.580800</w:t>
        <w:br/>
        <w:t>vt 0.845500 0.581300</w:t>
        <w:br/>
        <w:t>vt 0.845200 0.581900</w:t>
        <w:br/>
        <w:t>vt 0.819100 0.574700</w:t>
        <w:br/>
        <w:t>vt 0.819700 0.574500</w:t>
        <w:br/>
        <w:t>vt 0.820300 0.574200</w:t>
        <w:br/>
        <w:t>vt 0.820800 0.574000</w:t>
        <w:br/>
        <w:t>vt 0.821400 0.573700</w:t>
        <w:br/>
        <w:t>vt 0.822000 0.573800</w:t>
        <w:br/>
        <w:t>vt 0.846100 0.579600</w:t>
        <w:br/>
        <w:t>vt 0.845700 0.580000</w:t>
        <w:br/>
        <w:t>vt 0.845300 0.580500</w:t>
        <w:br/>
        <w:t>vt 0.844900 0.580900</w:t>
        <w:br/>
        <w:t>vt 0.844500 0.581300</w:t>
        <w:br/>
        <w:t>vt 0.818900 0.574000</w:t>
        <w:br/>
        <w:t>vt 0.819500 0.573900</w:t>
        <w:br/>
        <w:t>vt 0.820200 0.573800</w:t>
        <w:br/>
        <w:t>vt 0.820800 0.573700</w:t>
        <w:br/>
        <w:t>vt 0.821400 0.573600</w:t>
        <w:br/>
        <w:t>vt 0.822000 0.573800</w:t>
        <w:br/>
        <w:t>vt 0.846000 0.579400</w:t>
        <w:br/>
        <w:t>vt 0.845400 0.579600</w:t>
        <w:br/>
        <w:t>vt 0.844800 0.579800</w:t>
        <w:br/>
        <w:t>vt 0.844300 0.580000</w:t>
        <w:br/>
        <w:t>vt 0.843700 0.580200</w:t>
        <w:br/>
        <w:t>vt 0.819100 0.572800</w:t>
        <w:br/>
        <w:t>vt 0.819600 0.573000</w:t>
        <w:br/>
        <w:t>vt 0.820200 0.573200</w:t>
        <w:br/>
        <w:t>vt 0.820800 0.573400</w:t>
        <w:br/>
        <w:t>vt 0.821500 0.573500</w:t>
        <w:br/>
        <w:t>vt 0.822000 0.573700</w:t>
        <w:br/>
        <w:t>vt 0.845900 0.579100</w:t>
        <w:br/>
        <w:t>vt 0.845300 0.579100</w:t>
        <w:br/>
        <w:t>vt 0.844700 0.579100</w:t>
        <w:br/>
        <w:t>vt 0.844100 0.579200</w:t>
        <w:br/>
        <w:t>vt 0.843500 0.579300</w:t>
        <w:br/>
        <w:t>vt 0.819500 0.572000</w:t>
        <w:br/>
        <w:t>vt 0.820000 0.572400</w:t>
        <w:br/>
        <w:t>vt 0.820500 0.572800</w:t>
        <w:br/>
        <w:t>vt 0.821000 0.573200</w:t>
        <w:br/>
        <w:t>vt 0.827000 0.567000</w:t>
        <w:br/>
        <w:t>vt 0.827500 0.567400</w:t>
        <w:br/>
        <w:t>vt 0.845900 0.570600</w:t>
        <w:br/>
        <w:t>vt 0.845300 0.570500</w:t>
        <w:br/>
        <w:t>vt 0.844700 0.570500</w:t>
        <w:br/>
        <w:t>vt 0.844100 0.570500</w:t>
        <w:br/>
        <w:t>vt 0.843500 0.570500</w:t>
        <w:br/>
        <w:t>vt 0.825200 0.565400</w:t>
        <w:br/>
        <w:t>vt 0.825700 0.565800</w:t>
        <w:br/>
        <w:t>vt 0.826100 0.566200</w:t>
        <w:br/>
        <w:t>vt 0.826600 0.566700</w:t>
        <w:br/>
        <w:t>vt 0.827100 0.567000</w:t>
        <w:br/>
        <w:t>vt 0.827600 0.567300</w:t>
        <w:br/>
        <w:t>vt 0.845900 0.570500</w:t>
        <w:br/>
        <w:t>vt 0.845400 0.570200</w:t>
        <w:br/>
        <w:t>vt 0.844800 0.569900</w:t>
        <w:br/>
        <w:t>vt 0.844200 0.569700</w:t>
        <w:br/>
        <w:t>vt 0.843500 0.569700</w:t>
        <w:br/>
        <w:t>vt 0.825900 0.564900</w:t>
        <w:br/>
        <w:t>vt 0.826200 0.565400</w:t>
        <w:br/>
        <w:t>vt 0.826400 0.566000</w:t>
        <w:br/>
        <w:t>vt 0.826700 0.566600</w:t>
        <w:br/>
        <w:t>vt 0.831000 0.568700</w:t>
        <w:br/>
        <w:t>vt 0.830400 0.568500</w:t>
        <w:br/>
        <w:t>vt 0.830500 0.568200</w:t>
        <w:br/>
        <w:t>vt 0.831000 0.568500</w:t>
        <w:br/>
        <w:t>vt 0.854200 0.571100</w:t>
        <w:br/>
        <w:t>vt 0.854500 0.571300</w:t>
        <w:br/>
        <w:t>vt 0.854800 0.570800</w:t>
        <w:br/>
        <w:t>vt 0.854300 0.570500</w:t>
        <w:br/>
        <w:t>vt 0.855200 0.570300</w:t>
        <w:br/>
        <w:t>vt 0.854400 0.569900</w:t>
        <w:br/>
        <w:t>vt 0.855600 0.569800</w:t>
        <w:br/>
        <w:t>vt 0.854600 0.569300</w:t>
        <w:br/>
        <w:t>vt 0.856000 0.569400</w:t>
        <w:br/>
        <w:t>vt 0.854900 0.568700</w:t>
        <w:br/>
        <w:t>vt 0.833400 0.568200</w:t>
        <w:br/>
        <w:t>vt 0.832800 0.568300</w:t>
        <w:br/>
        <w:t>vt 0.832400 0.567500</w:t>
        <w:br/>
        <w:t>vt 0.832800 0.567100</w:t>
        <w:br/>
        <w:t>vt 0.832200 0.568500</w:t>
        <w:br/>
        <w:t>vt 0.831900 0.568000</w:t>
        <w:br/>
        <w:t>vt 0.831600 0.568700</w:t>
        <w:br/>
        <w:t>vt 0.831500 0.568400</w:t>
        <w:br/>
        <w:t>vt 0.831000 0.568700</w:t>
        <w:br/>
        <w:t>vt 0.830400 0.568600</w:t>
        <w:br/>
        <w:t>vt 0.854600 0.571400</w:t>
        <w:br/>
        <w:t>vt 0.855100 0.571000</w:t>
        <w:br/>
        <w:t>vt 0.855600 0.570700</w:t>
        <w:br/>
        <w:t>vt 0.856100 0.570400</w:t>
        <w:br/>
        <w:t>vt 0.856600 0.570000</w:t>
        <w:br/>
        <w:t>vt 0.833500 0.569000</w:t>
        <w:br/>
        <w:t>vt 0.832900 0.568900</w:t>
        <w:br/>
        <w:t>vt 0.832200 0.568900</w:t>
        <w:br/>
        <w:t>vt 0.831600 0.568800</w:t>
        <w:br/>
        <w:t>vt 0.830200 0.573500</w:t>
        <w:br/>
        <w:t>vt 0.829600 0.573300</w:t>
        <w:br/>
        <w:t>vt 0.856900 0.575100</w:t>
        <w:br/>
        <w:t>vt 0.857400 0.574800</w:t>
        <w:br/>
        <w:t>vt 0.858000 0.574600</w:t>
        <w:br/>
        <w:t>vt 0.858500 0.574300</w:t>
        <w:br/>
        <w:t>vt 0.859100 0.574100</w:t>
        <w:br/>
        <w:t>vt 0.832600 0.574000</w:t>
        <w:br/>
        <w:t>vt 0.832000 0.573900</w:t>
        <w:br/>
        <w:t>vt 0.831400 0.573800</w:t>
        <w:br/>
        <w:t>vt 0.830800 0.573700</w:t>
        <w:br/>
        <w:t>vt 0.830100 0.573700</w:t>
        <w:br/>
        <w:t>vt 0.829600 0.573400</w:t>
        <w:br/>
        <w:t>vt 0.856900 0.575300</w:t>
        <w:br/>
        <w:t>vt 0.857500 0.575200</w:t>
        <w:br/>
        <w:t>vt 0.858100 0.575100</w:t>
        <w:br/>
        <w:t>vt 0.858700 0.575000</w:t>
        <w:br/>
        <w:t>vt 0.859300 0.575000</w:t>
        <w:br/>
        <w:t>vt 0.832400 0.574800</w:t>
        <w:br/>
        <w:t>vt 0.831800 0.574500</w:t>
        <w:br/>
        <w:t>vt 0.831300 0.574200</w:t>
        <w:br/>
        <w:t>vt 0.830700 0.574000</w:t>
        <w:br/>
        <w:t>vt 0.829500 0.573500</w:t>
        <w:br/>
        <w:t>vt 0.830000 0.573900</w:t>
        <w:br/>
        <w:t>vt 0.856900 0.575600</w:t>
        <w:br/>
        <w:t>vt 0.857500 0.575800</w:t>
        <w:br/>
        <w:t>vt 0.858100 0.576000</w:t>
        <w:br/>
        <w:t>vt 0.858700 0.576200</w:t>
        <w:br/>
        <w:t>vt 0.859200 0.576300</w:t>
        <w:br/>
        <w:t>vt 0.831700 0.575700</w:t>
        <w:br/>
        <w:t>vt 0.831300 0.575300</w:t>
        <w:br/>
        <w:t>vt 0.830900 0.574800</w:t>
        <w:br/>
        <w:t>vt 0.830400 0.574300</w:t>
        <w:br/>
        <w:t>vt 0.829900 0.574000</w:t>
        <w:br/>
        <w:t>vt 0.829500 0.573600</w:t>
        <w:br/>
        <w:t>vt 0.823500 0.577800</w:t>
        <w:br/>
        <w:t>vt 0.823300 0.578200</w:t>
        <w:br/>
        <w:t>vt 0.856900 0.575800</w:t>
        <w:br/>
        <w:t>vt 0.857400 0.576100</w:t>
        <w:br/>
        <w:t>vt 0.851700 0.582300</w:t>
        <w:br/>
        <w:t>vt 0.851300 0.581900</w:t>
        <w:br/>
        <w:t>vt 0.857900 0.576500</w:t>
        <w:br/>
        <w:t>vt 0.852100 0.582700</w:t>
        <w:br/>
        <w:t>vt 0.858400 0.576800</w:t>
        <w:br/>
        <w:t>vt 0.852500 0.583200</w:t>
        <w:br/>
        <w:t>vt 0.858900 0.577100</w:t>
        <w:br/>
        <w:t>vt 0.852900 0.583700</w:t>
        <w:br/>
        <w:t>vt 0.830800 0.575600</w:t>
        <w:br/>
        <w:t>vt 0.823100 0.579900</w:t>
        <w:br/>
        <w:t>vt 0.823200 0.580500</w:t>
        <w:br/>
        <w:t>vt 0.831100 0.576200</w:t>
        <w:br/>
        <w:t>vt 0.830500 0.575000</w:t>
        <w:br/>
        <w:t>vt 0.823100 0.579300</w:t>
        <w:br/>
        <w:t>vt 0.830200 0.574500</w:t>
        <w:br/>
        <w:t>vt 0.823200 0.578800</w:t>
        <w:br/>
        <w:t>vt 0.823200 0.578000</w:t>
        <w:br/>
        <w:t>vt 0.822900 0.578200</w:t>
        <w:br/>
        <w:t>vt 0.851400 0.582500</w:t>
        <w:br/>
        <w:t>vt 0.851200 0.581900</w:t>
        <w:br/>
        <w:t>vt 0.851700 0.583100</w:t>
        <w:br/>
        <w:t>vt 0.851900 0.583600</w:t>
        <w:br/>
        <w:t>vt 0.852100 0.584100</w:t>
        <w:br/>
        <w:t>vt 0.822500 0.579900</w:t>
        <w:br/>
        <w:t>vt 0.822400 0.580500</w:t>
        <w:br/>
        <w:t>vt 0.822600 0.579300</w:t>
        <w:br/>
        <w:t>vt 0.822700 0.578800</w:t>
        <w:br/>
        <w:t>vt 0.823000 0.578000</w:t>
        <w:br/>
        <w:t>vt 0.822600 0.578100</w:t>
        <w:br/>
        <w:t>vt 0.850900 0.582600</w:t>
        <w:br/>
        <w:t>vt 0.850900 0.582000</w:t>
        <w:br/>
        <w:t>vt 0.850800 0.583200</w:t>
        <w:br/>
        <w:t>vt 0.850800 0.583800</w:t>
        <w:br/>
        <w:t>vt 0.850800 0.584400</w:t>
        <w:br/>
        <w:t>vt 0.821600 0.579600</w:t>
        <w:br/>
        <w:t>vt 0.821300 0.580000</w:t>
        <w:br/>
        <w:t>vt 0.822000 0.579100</w:t>
        <w:br/>
        <w:t>vt 0.822300 0.578600</w:t>
        <w:br/>
        <w:t>vt 0.822800 0.577600</w:t>
        <w:br/>
        <w:t>vt 0.822400 0.577700</w:t>
        <w:br/>
        <w:t>vt 0.850400 0.582500</w:t>
        <w:br/>
        <w:t>vt 0.850600 0.581900</w:t>
        <w:br/>
        <w:t>vt 0.850200 0.583100</w:t>
        <w:br/>
        <w:t>vt 0.850000 0.583700</w:t>
        <w:br/>
        <w:t>vt 0.849900 0.584200</w:t>
        <w:br/>
        <w:t>vt 0.821100 0.579000</w:t>
        <w:br/>
        <w:t>vt 0.820700 0.579400</w:t>
        <w:br/>
        <w:t>vt 0.821600 0.578600</w:t>
        <w:br/>
        <w:t>vt 0.822100 0.578100</w:t>
        <w:br/>
        <w:t>vt 0.822000 0.573900</w:t>
        <w:br/>
        <w:t>vt 0.821400 0.573900</w:t>
        <w:br/>
        <w:t>vt 0.846000 0.580200</w:t>
        <w:br/>
        <w:t>vt 0.846300 0.579700</w:t>
        <w:br/>
        <w:t>vt 0.845800 0.580800</w:t>
        <w:br/>
        <w:t>vt 0.845500 0.581300</w:t>
        <w:br/>
        <w:t>vt 0.845200 0.581900</w:t>
        <w:br/>
        <w:t>vt 0.819700 0.574500</w:t>
        <w:br/>
        <w:t>vt 0.819100 0.574700</w:t>
        <w:br/>
        <w:t>vt 0.820300 0.574200</w:t>
        <w:br/>
        <w:t>vt 0.820800 0.574000</w:t>
        <w:br/>
        <w:t>vt 0.822000 0.573800</w:t>
        <w:br/>
        <w:t>vt 0.821400 0.573700</w:t>
        <w:br/>
        <w:t>vt 0.845700 0.580000</w:t>
        <w:br/>
        <w:t>vt 0.846100 0.579600</w:t>
        <w:br/>
        <w:t>vt 0.845300 0.580500</w:t>
        <w:br/>
        <w:t>vt 0.844900 0.580900</w:t>
        <w:br/>
        <w:t>vt 0.844500 0.581300</w:t>
        <w:br/>
        <w:t>vt 0.819500 0.573900</w:t>
        <w:br/>
        <w:t>vt 0.818900 0.574000</w:t>
        <w:br/>
        <w:t>vt 0.820200 0.573800</w:t>
        <w:br/>
        <w:t>vt 0.820800 0.573700</w:t>
        <w:br/>
        <w:t>vt 0.822000 0.573800</w:t>
        <w:br/>
        <w:t>vt 0.821400 0.573600</w:t>
        <w:br/>
        <w:t>vt 0.845400 0.579600</w:t>
        <w:br/>
        <w:t>vt 0.846000 0.579400</w:t>
        <w:br/>
        <w:t>vt 0.844800 0.579800</w:t>
        <w:br/>
        <w:t>vt 0.844300 0.580000</w:t>
        <w:br/>
        <w:t>vt 0.843700 0.580200</w:t>
        <w:br/>
        <w:t>vt 0.819600 0.573000</w:t>
        <w:br/>
        <w:t>vt 0.819100 0.572800</w:t>
        <w:br/>
        <w:t>vt 0.820200 0.573200</w:t>
        <w:br/>
        <w:t>vt 0.820800 0.573400</w:t>
        <w:br/>
        <w:t>vt 0.822000 0.573700</w:t>
        <w:br/>
        <w:t>vt 0.821500 0.573500</w:t>
        <w:br/>
        <w:t>vt 0.845300 0.579100</w:t>
        <w:br/>
        <w:t>vt 0.845900 0.579100</w:t>
        <w:br/>
        <w:t>vt 0.844700 0.579100</w:t>
        <w:br/>
        <w:t>vt 0.844100 0.579200</w:t>
        <w:br/>
        <w:t>vt 0.843500 0.579300</w:t>
        <w:br/>
        <w:t>vt 0.820000 0.572400</w:t>
        <w:br/>
        <w:t>vt 0.819500 0.572000</w:t>
        <w:br/>
        <w:t>vt 0.820500 0.572800</w:t>
        <w:br/>
        <w:t>vt 0.821000 0.573200</w:t>
        <w:br/>
        <w:t>vt 0.827500 0.567400</w:t>
        <w:br/>
        <w:t>vt 0.827000 0.567000</w:t>
        <w:br/>
        <w:t>vt 0.845300 0.570500</w:t>
        <w:br/>
        <w:t>vt 0.845900 0.570600</w:t>
        <w:br/>
        <w:t>vt 0.844700 0.570500</w:t>
        <w:br/>
        <w:t>vt 0.844100 0.570500</w:t>
        <w:br/>
        <w:t>vt 0.843500 0.570500</w:t>
        <w:br/>
        <w:t>vt 0.825700 0.565800</w:t>
        <w:br/>
        <w:t>vt 0.825200 0.565400</w:t>
        <w:br/>
        <w:t>vt 0.826100 0.566200</w:t>
        <w:br/>
        <w:t>vt 0.826600 0.566700</w:t>
        <w:br/>
        <w:t>vt 0.827600 0.567300</w:t>
        <w:br/>
        <w:t>vt 0.827100 0.567000</w:t>
        <w:br/>
        <w:t>vt 0.845400 0.570200</w:t>
        <w:br/>
        <w:t>vt 0.845900 0.570500</w:t>
        <w:br/>
        <w:t>vt 0.844800 0.569900</w:t>
        <w:br/>
        <w:t>vt 0.844200 0.569700</w:t>
        <w:br/>
        <w:t>vt 0.843500 0.569700</w:t>
        <w:br/>
        <w:t>vt 0.826200 0.565400</w:t>
        <w:br/>
        <w:t>vt 0.825900 0.564900</w:t>
        <w:br/>
        <w:t>vt 0.826400 0.566000</w:t>
        <w:br/>
        <w:t>vt 0.826700 0.566600</w:t>
        <w:br/>
        <w:t>vt 0.830500 0.568200</w:t>
        <w:br/>
        <w:t>vt 0.830400 0.568500</w:t>
        <w:br/>
        <w:t>vt 0.831000 0.568700</w:t>
        <w:br/>
        <w:t>vt 0.831000 0.568500</w:t>
        <w:br/>
        <w:t>vt 0.854200 0.571100</w:t>
        <w:br/>
        <w:t>vt 0.854300 0.570500</w:t>
        <w:br/>
        <w:t>vt 0.854800 0.570800</w:t>
        <w:br/>
        <w:t>vt 0.854500 0.571300</w:t>
        <w:br/>
        <w:t>vt 0.854400 0.569900</w:t>
        <w:br/>
        <w:t>vt 0.855200 0.570300</w:t>
        <w:br/>
        <w:t>vt 0.854600 0.569300</w:t>
        <w:br/>
        <w:t>vt 0.855600 0.569800</w:t>
        <w:br/>
        <w:t>vt 0.854900 0.568700</w:t>
        <w:br/>
        <w:t>vt 0.856000 0.569400</w:t>
        <w:br/>
        <w:t>vt 0.832400 0.567500</w:t>
        <w:br/>
        <w:t>vt 0.832800 0.568300</w:t>
        <w:br/>
        <w:t>vt 0.833400 0.568200</w:t>
        <w:br/>
        <w:t>vt 0.832800 0.567100</w:t>
        <w:br/>
        <w:t>vt 0.831900 0.568000</w:t>
        <w:br/>
        <w:t>vt 0.832200 0.568500</w:t>
        <w:br/>
        <w:t>vt 0.831500 0.568400</w:t>
        <w:br/>
        <w:t>vt 0.831600 0.568700</w:t>
        <w:br/>
        <w:t>vt 0.830400 0.568600</w:t>
        <w:br/>
        <w:t>vt 0.831000 0.568700</w:t>
        <w:br/>
        <w:t>vt 0.855100 0.571000</w:t>
        <w:br/>
        <w:t>vt 0.854600 0.571400</w:t>
        <w:br/>
        <w:t>vt 0.855600 0.570700</w:t>
        <w:br/>
        <w:t>vt 0.856100 0.570400</w:t>
        <w:br/>
        <w:t>vt 0.856600 0.570000</w:t>
        <w:br/>
        <w:t>vt 0.832900 0.568900</w:t>
        <w:br/>
        <w:t>vt 0.833500 0.569000</w:t>
        <w:br/>
        <w:t>vt 0.832200 0.568900</w:t>
        <w:br/>
        <w:t>vt 0.831600 0.568800</w:t>
        <w:br/>
        <w:t>vt 0.829600 0.573300</w:t>
        <w:br/>
        <w:t>vt 0.830200 0.573500</w:t>
        <w:br/>
        <w:t>vt 0.857400 0.574800</w:t>
        <w:br/>
        <w:t>vt 0.856900 0.575100</w:t>
        <w:br/>
        <w:t>vt 0.858000 0.574600</w:t>
        <w:br/>
        <w:t>vt 0.858500 0.574300</w:t>
        <w:br/>
        <w:t>vt 0.859100 0.574100</w:t>
        <w:br/>
        <w:t>vt 0.832000 0.573900</w:t>
        <w:br/>
        <w:t>vt 0.832600 0.574000</w:t>
        <w:br/>
        <w:t>vt 0.831400 0.573800</w:t>
        <w:br/>
        <w:t>vt 0.830800 0.573700</w:t>
        <w:br/>
        <w:t>vt 0.829600 0.573400</w:t>
        <w:br/>
        <w:t>vt 0.830100 0.573700</w:t>
        <w:br/>
        <w:t>vt 0.857500 0.575200</w:t>
        <w:br/>
        <w:t>vt 0.856900 0.575300</w:t>
        <w:br/>
        <w:t>vt 0.858100 0.575100</w:t>
        <w:br/>
        <w:t>vt 0.858700 0.575000</w:t>
        <w:br/>
        <w:t>vt 0.859300 0.575000</w:t>
        <w:br/>
        <w:t>vt 0.831800 0.574500</w:t>
        <w:br/>
        <w:t>vt 0.832400 0.574800</w:t>
        <w:br/>
        <w:t>vt 0.831300 0.574200</w:t>
        <w:br/>
        <w:t>vt 0.830700 0.574000</w:t>
        <w:br/>
        <w:t>vt 0.829500 0.573500</w:t>
        <w:br/>
        <w:t>vt 0.830000 0.573900</w:t>
        <w:br/>
        <w:t>vt 0.857500 0.575800</w:t>
        <w:br/>
        <w:t>vt 0.856900 0.575600</w:t>
        <w:br/>
        <w:t>vt 0.858100 0.576000</w:t>
        <w:br/>
        <w:t>vt 0.858700 0.576200</w:t>
        <w:br/>
        <w:t>vt 0.859200 0.576300</w:t>
        <w:br/>
        <w:t>vt 0.831300 0.575300</w:t>
        <w:br/>
        <w:t>vt 0.831700 0.575700</w:t>
        <w:br/>
        <w:t>vt 0.830900 0.574800</w:t>
        <w:br/>
        <w:t>vt 0.830400 0.574300</w:t>
        <w:br/>
        <w:t>vt 0.487400 0.900500</w:t>
        <w:br/>
        <w:t>vt 0.476600 0.912800</w:t>
        <w:br/>
        <w:t>vt 0.476400 0.908000</w:t>
        <w:br/>
        <w:t>vt 0.485300 0.894300</w:t>
        <w:br/>
        <w:t>vt 0.518300 0.895800</w:t>
        <w:br/>
        <w:t>vt 0.518800 0.901100</w:t>
        <w:br/>
        <w:t>vt 0.503200 0.900500</w:t>
        <w:br/>
        <w:t>vt 0.501900 0.894000</w:t>
        <w:br/>
        <w:t>vt 0.542700 0.897700</w:t>
        <w:br/>
        <w:t>vt 0.544100 0.902200</w:t>
        <w:br/>
        <w:t>vt 0.535400 0.902000</w:t>
        <w:br/>
        <w:t>vt 0.534700 0.897500</w:t>
        <w:br/>
        <w:t>vt 0.575700 0.893500</w:t>
        <w:br/>
        <w:t>vt 0.578000 0.896800</w:t>
        <w:br/>
        <w:t>vt 0.567200 0.899900</w:t>
        <w:br/>
        <w:t>vt 0.563900 0.895800</w:t>
        <w:br/>
        <w:t>vt 0.583000 0.892800</w:t>
        <w:br/>
        <w:t>vt 0.583800 0.896100</w:t>
        <w:br/>
        <w:t>vt 0.616500 0.899900</w:t>
        <w:br/>
        <w:t>vt 0.615500 0.903000</w:t>
        <w:br/>
        <w:t>vt 0.605100 0.899000</w:t>
        <w:br/>
        <w:t>vt 0.605200 0.896000</w:t>
        <w:br/>
        <w:t>vt 0.485000 0.937600</w:t>
        <w:br/>
        <w:t>vt 0.482900 0.931900</w:t>
        <w:br/>
        <w:t>vt 0.494600 0.927600</w:t>
        <w:br/>
        <w:t>vt 0.497100 0.933300</w:t>
        <w:br/>
        <w:t>vt 0.524400 0.924900</w:t>
        <w:br/>
        <w:t>vt 0.513400 0.928000</w:t>
        <w:br/>
        <w:t>vt 0.510700 0.922800</w:t>
        <w:br/>
        <w:t>vt 0.525700 0.919100</w:t>
        <w:br/>
        <w:t>vt 0.551000 0.914900</w:t>
        <w:br/>
        <w:t>vt 0.553800 0.918800</w:t>
        <w:br/>
        <w:t>vt 0.541600 0.920800</w:t>
        <w:br/>
        <w:t>vt 0.539300 0.916300</w:t>
        <w:br/>
        <w:t>vt 0.583400 0.912900</w:t>
        <w:br/>
        <w:t>vt 0.584300 0.917900</w:t>
        <w:br/>
        <w:t>vt 0.577200 0.917300</w:t>
        <w:br/>
        <w:t>vt 0.574900 0.912700</w:t>
        <w:br/>
        <w:t>vt 0.589100 0.913200</w:t>
        <w:br/>
        <w:t>vt 0.590300 0.918500</w:t>
        <w:br/>
        <w:t>vt 0.530900 0.923300</w:t>
        <w:br/>
        <w:t>vt 0.631400 0.908600</w:t>
        <w:br/>
        <w:t>vt 0.630000 0.910700</w:t>
        <w:br/>
        <w:t>vt 0.622800 0.906600</w:t>
        <w:br/>
        <w:t>vt 0.623900 0.903900</w:t>
        <w:br/>
        <w:t>vt 0.600700 0.921700</w:t>
        <w:br/>
        <w:t>vt 0.601800 0.916000</w:t>
        <w:br/>
        <w:t>vt 0.609400 0.919300</w:t>
        <w:br/>
        <w:t>vt 0.607400 0.924700</w:t>
        <w:br/>
        <w:t>vt 0.614600 0.921600</w:t>
        <w:br/>
        <w:t>vt 0.620400 0.924500</w:t>
        <w:br/>
        <w:t>vt 0.616800 0.929800</w:t>
        <w:br/>
        <w:t>vt 0.611800 0.926900</w:t>
        <w:br/>
        <w:t>vt 0.556700 0.897000</w:t>
        <w:br/>
        <w:t>vt 0.559000 0.901400</w:t>
        <w:br/>
        <w:t>vt 0.550900 0.902000</w:t>
        <w:br/>
        <w:t>vt 0.549400 0.897700</w:t>
        <w:br/>
        <w:t>vt 0.566700 0.913200</w:t>
        <w:br/>
        <w:t>vt 0.569300 0.917600</w:t>
        <w:br/>
        <w:t>vt 0.561800 0.918300</w:t>
        <w:br/>
        <w:t>vt 0.559000 0.913900</w:t>
        <w:br/>
        <w:t>vt 0.489700 0.910100</w:t>
        <w:br/>
        <w:t>vt 0.505300 0.907900</w:t>
        <w:br/>
        <w:t>vt 0.478500 0.919400</w:t>
        <w:br/>
        <w:t>vt 0.470500 0.928500</w:t>
        <w:br/>
        <w:t>vt 0.466900 0.922400</w:t>
        <w:br/>
        <w:t>vt 0.475800 0.940600</w:t>
        <w:br/>
        <w:t>vt 0.473500 0.935400</w:t>
        <w:br/>
        <w:t>vt 0.520800 0.906700</w:t>
        <w:br/>
        <w:t>vt 0.545800 0.905900</w:t>
        <w:br/>
        <w:t>vt 0.536000 0.906100</w:t>
        <w:br/>
        <w:t>vt 0.579800 0.901500</w:t>
        <w:br/>
        <w:t>vt 0.569600 0.903300</w:t>
        <w:br/>
        <w:t>vt 0.585600 0.901500</w:t>
        <w:br/>
        <w:t>vt 0.613400 0.908600</w:t>
        <w:br/>
        <w:t>vt 0.604300 0.904800</w:t>
        <w:br/>
        <w:t>vt 0.627100 0.914900</w:t>
        <w:br/>
        <w:t>vt 0.620000 0.911500</w:t>
        <w:br/>
        <w:t>vt 0.561200 0.904700</w:t>
        <w:br/>
        <w:t>vt 0.553400 0.905500</w:t>
        <w:br/>
        <w:t>vt 0.488800 0.892600</w:t>
        <w:br/>
        <w:t>vt 0.491600 0.918200</w:t>
        <w:br/>
        <w:t>vt 0.480000 0.924400</w:t>
        <w:br/>
        <w:t>vt 0.507800 0.915400</w:t>
        <w:br/>
        <w:t>vt 0.523000 0.912800</w:t>
        <w:br/>
        <w:t>vt 0.537300 0.910900</w:t>
        <w:br/>
        <w:t>vt 0.547600 0.909700</w:t>
        <w:br/>
        <w:t>vt 0.572000 0.907200</w:t>
        <w:br/>
        <w:t>vt 0.581500 0.906700</w:t>
        <w:br/>
        <w:t>vt 0.587400 0.907100</w:t>
        <w:br/>
        <w:t>vt 0.603200 0.910200</w:t>
        <w:br/>
        <w:t>vt 0.611500 0.913300</w:t>
        <w:br/>
        <w:t>vt 0.624300 0.919000</w:t>
        <w:br/>
        <w:t>vt 0.617600 0.915800</w:t>
        <w:br/>
        <w:t>vt 0.563500 0.908100</w:t>
        <w:br/>
        <w:t>vt 0.555700 0.908900</w:t>
        <w:br/>
        <w:t>vt 0.479400 0.872700</w:t>
        <w:br/>
        <w:t>vt 0.481500 0.866900</w:t>
        <w:br/>
        <w:t>vt 0.489200 0.882500</w:t>
        <w:br/>
        <w:t>vt 0.485100 0.887900</w:t>
        <w:br/>
        <w:t>vt 0.504600 0.885600</w:t>
        <w:br/>
        <w:t>vt 0.519700 0.888000</w:t>
        <w:br/>
        <w:t>vt 0.518600 0.893300</w:t>
        <w:br/>
        <w:t>vt 0.502100 0.891700</w:t>
        <w:br/>
        <w:t>vt 0.544100 0.890200</w:t>
        <w:br/>
        <w:t>vt 0.542700 0.895300</w:t>
        <w:br/>
        <w:t>vt 0.534400 0.894900</w:t>
        <w:br/>
        <w:t>vt 0.533600 0.889800</w:t>
        <w:br/>
        <w:t>vt 0.575200 0.887200</w:t>
        <w:br/>
        <w:t>vt 0.575500 0.891500</w:t>
        <w:br/>
        <w:t>vt 0.563700 0.893600</w:t>
        <w:br/>
        <w:t>vt 0.563500 0.887500</w:t>
        <w:br/>
        <w:t>vt 0.583200 0.888200</w:t>
        <w:br/>
        <w:t>vt 0.582900 0.890400</w:t>
        <w:br/>
        <w:t>vt 0.607700 0.891500</w:t>
        <w:br/>
        <w:t>vt 0.621400 0.895700</w:t>
        <w:br/>
        <w:t>vt 0.617500 0.897800</w:t>
        <w:br/>
        <w:t>vt 0.606200 0.893900</w:t>
        <w:br/>
        <w:t>vt 0.634800 0.903700</w:t>
        <w:br/>
        <w:t>vt 0.632600 0.906900</w:t>
        <w:br/>
        <w:t>vt 0.625100 0.902000</w:t>
        <w:br/>
        <w:t>vt 0.550400 0.890600</w:t>
        <w:br/>
        <w:t>vt 0.558700 0.889700</w:t>
        <w:br/>
        <w:t>vt 0.556500 0.894900</w:t>
        <w:br/>
        <w:t>vt 0.549400 0.895500</w:t>
        <w:br/>
        <w:t>vt 0.493500 0.872600</w:t>
        <w:br/>
        <w:t>vt 0.507900 0.878400</w:t>
        <w:br/>
        <w:t>vt 0.475300 0.853900</w:t>
        <w:br/>
        <w:t>vt 0.485100 0.859700</w:t>
        <w:br/>
        <w:t>vt 0.521200 0.882000</w:t>
        <w:br/>
        <w:t>vt 0.535600 0.882700</w:t>
        <w:br/>
        <w:t>vt 0.546500 0.885700</w:t>
        <w:br/>
        <w:t>vt 0.488600 0.890500</w:t>
        <w:br/>
        <w:t>vt 0.473100 0.856300</w:t>
        <w:br/>
        <w:t>vt 0.488200 0.852800</w:t>
        <w:br/>
        <w:t>vt 0.499900 0.861000</w:t>
        <w:br/>
        <w:t>vt 0.512000 0.869300</w:t>
        <w:br/>
        <w:t>vt 0.523300 0.875900</w:t>
        <w:br/>
        <w:t>vt 0.480800 0.847100</w:t>
        <w:br/>
        <w:t>vt 0.476400 0.908000</w:t>
        <w:br/>
        <w:t>vt 0.474400 0.906700</w:t>
        <w:br/>
        <w:t>vt 0.483700 0.892700</w:t>
        <w:br/>
        <w:t>vt 0.485300 0.894300</w:t>
        <w:br/>
        <w:t>vt 0.501900 0.894000</w:t>
        <w:br/>
        <w:t>vt 0.502100 0.891700</w:t>
        <w:br/>
        <w:t>vt 0.518600 0.893300</w:t>
        <w:br/>
        <w:t>vt 0.518300 0.895800</w:t>
        <w:br/>
        <w:t>vt 0.534700 0.897500</w:t>
        <w:br/>
        <w:t>vt 0.534400 0.894900</w:t>
        <w:br/>
        <w:t>vt 0.542700 0.895300</w:t>
        <w:br/>
        <w:t>vt 0.542700 0.897700</w:t>
        <w:br/>
        <w:t>vt 0.575700 0.893500</w:t>
        <w:br/>
        <w:t>vt 0.563900 0.895800</w:t>
        <w:br/>
        <w:t>vt 0.563700 0.893600</w:t>
        <w:br/>
        <w:t>vt 0.575500 0.891500</w:t>
        <w:br/>
        <w:t>vt 0.583000 0.892800</w:t>
        <w:br/>
        <w:t>vt 0.582900 0.890400</w:t>
        <w:br/>
        <w:t>vt 0.606200 0.893900</w:t>
        <w:br/>
        <w:t>vt 0.617500 0.897800</w:t>
        <w:br/>
        <w:t>vt 0.616500 0.899900</w:t>
        <w:br/>
        <w:t>vt 0.605200 0.896000</w:t>
        <w:br/>
        <w:t>vt 0.625100 0.902000</w:t>
        <w:br/>
        <w:t>vt 0.632600 0.906900</w:t>
        <w:br/>
        <w:t>vt 0.631400 0.908600</w:t>
        <w:br/>
        <w:t>vt 0.623900 0.903900</w:t>
        <w:br/>
        <w:t>vt 0.549400 0.895500</w:t>
        <w:br/>
        <w:t>vt 0.556500 0.894900</w:t>
        <w:br/>
        <w:t>vt 0.556700 0.897000</w:t>
        <w:br/>
        <w:t>vt 0.549400 0.897700</w:t>
        <w:br/>
        <w:t>vt 0.488800 0.892600</w:t>
        <w:br/>
        <w:t>vt 0.488600 0.890500</w:t>
        <w:br/>
        <w:t>vt 0.465000 0.921200</w:t>
        <w:br/>
        <w:t>vt 0.466900 0.922400</w:t>
        <w:br/>
        <w:t>vt 0.497700 0.936100</w:t>
        <w:br/>
        <w:t>vt 0.484900 0.940500</w:t>
        <w:br/>
        <w:t>vt 0.525000 0.927500</w:t>
        <w:br/>
        <w:t>vt 0.514300 0.930500</w:t>
        <w:br/>
        <w:t>vt 0.555000 0.921200</w:t>
        <w:br/>
        <w:t>vt 0.542600 0.923400</w:t>
        <w:br/>
        <w:t>vt 0.584500 0.920200</w:t>
        <w:br/>
        <w:t>vt 0.577900 0.919700</w:t>
        <w:br/>
        <w:t>vt 0.590100 0.921000</w:t>
        <w:br/>
        <w:t>vt 0.531600 0.925800</w:t>
        <w:br/>
        <w:t>vt 0.570200 0.919800</w:t>
        <w:br/>
        <w:t>vt 0.562700 0.920000</w:t>
        <w:br/>
        <w:t>vt 0.476100 0.942900</w:t>
        <w:br/>
        <w:t>vt 0.592800 0.896200</w:t>
        <w:br/>
        <w:t>vt 0.591800 0.893100</w:t>
        <w:br/>
        <w:t>vt 0.594600 0.919400</w:t>
        <w:br/>
        <w:t>vt 0.594000 0.913900</w:t>
        <w:br/>
        <w:t>vt 0.593400 0.902100</w:t>
        <w:br/>
        <w:t>vt 0.593800 0.907900</w:t>
        <w:br/>
        <w:t>vt 0.593600 0.888700</w:t>
        <w:br/>
        <w:t>vt 0.592100 0.890900</w:t>
        <w:br/>
        <w:t>vt 0.592100 0.890900</w:t>
        <w:br/>
        <w:t>vt 0.591800 0.893100</w:t>
        <w:br/>
        <w:t>vt 0.486800 0.893000</w:t>
        <w:br/>
        <w:t>vt 0.486400 0.889800</w:t>
        <w:br/>
        <w:t>vt 0.485900 0.891000</w:t>
        <w:br/>
        <w:t>vt 0.486800 0.893000</w:t>
        <w:br/>
        <w:t>vt 0.487400 0.900500</w:t>
        <w:br/>
        <w:t>vt 0.485300 0.894300</w:t>
        <w:br/>
        <w:t>vt 0.476400 0.908000</w:t>
        <w:br/>
        <w:t>vt 0.476600 0.912800</w:t>
        <w:br/>
        <w:t>vt 0.518300 0.895800</w:t>
        <w:br/>
        <w:t>vt 0.501900 0.894000</w:t>
        <w:br/>
        <w:t>vt 0.503200 0.900500</w:t>
        <w:br/>
        <w:t>vt 0.518800 0.901100</w:t>
        <w:br/>
        <w:t>vt 0.542700 0.897700</w:t>
        <w:br/>
        <w:t>vt 0.534700 0.897500</w:t>
        <w:br/>
        <w:t>vt 0.535400 0.902000</w:t>
        <w:br/>
        <w:t>vt 0.544100 0.902200</w:t>
        <w:br/>
        <w:t>vt 0.575700 0.893500</w:t>
        <w:br/>
        <w:t>vt 0.563900 0.895800</w:t>
        <w:br/>
        <w:t>vt 0.567200 0.899900</w:t>
        <w:br/>
        <w:t>vt 0.578000 0.896800</w:t>
        <w:br/>
        <w:t>vt 0.583000 0.892800</w:t>
        <w:br/>
        <w:t>vt 0.583800 0.896100</w:t>
        <w:br/>
        <w:t>vt 0.616500 0.899900</w:t>
        <w:br/>
        <w:t>vt 0.605200 0.896000</w:t>
        <w:br/>
        <w:t>vt 0.605100 0.899000</w:t>
        <w:br/>
        <w:t>vt 0.615500 0.903000</w:t>
        <w:br/>
        <w:t>vt 0.494600 0.927600</w:t>
        <w:br/>
        <w:t>vt 0.482900 0.931900</w:t>
        <w:br/>
        <w:t>vt 0.485000 0.937600</w:t>
        <w:br/>
        <w:t>vt 0.497100 0.933300</w:t>
        <w:br/>
        <w:t>vt 0.510700 0.922800</w:t>
        <w:br/>
        <w:t>vt 0.513400 0.928000</w:t>
        <w:br/>
        <w:t>vt 0.524400 0.924900</w:t>
        <w:br/>
        <w:t>vt 0.525700 0.919100</w:t>
        <w:br/>
        <w:t>vt 0.551000 0.914900</w:t>
        <w:br/>
        <w:t>vt 0.539300 0.916300</w:t>
        <w:br/>
        <w:t>vt 0.541600 0.920800</w:t>
        <w:br/>
        <w:t>vt 0.553800 0.918800</w:t>
        <w:br/>
        <w:t>vt 0.583400 0.912900</w:t>
        <w:br/>
        <w:t>vt 0.574900 0.912700</w:t>
        <w:br/>
        <w:t>vt 0.577200 0.917300</w:t>
        <w:br/>
        <w:t>vt 0.584300 0.917900</w:t>
        <w:br/>
        <w:t>vt 0.589100 0.913200</w:t>
        <w:br/>
        <w:t>vt 0.590300 0.918500</w:t>
        <w:br/>
        <w:t>vt 0.530900 0.923300</w:t>
        <w:br/>
        <w:t>vt 0.623900 0.903900</w:t>
        <w:br/>
        <w:t>vt 0.622800 0.906600</w:t>
        <w:br/>
        <w:t>vt 0.600700 0.921700</w:t>
        <w:br/>
        <w:t>vt 0.607400 0.924700</w:t>
        <w:br/>
        <w:t>vt 0.609400 0.919300</w:t>
        <w:br/>
        <w:t>vt 0.601800 0.916000</w:t>
        <w:br/>
        <w:t>vt 0.614600 0.921600</w:t>
        <w:br/>
        <w:t>vt 0.611800 0.926900</w:t>
        <w:br/>
        <w:t>vt 0.556700 0.897000</w:t>
        <w:br/>
        <w:t>vt 0.549400 0.897700</w:t>
        <w:br/>
        <w:t>vt 0.550900 0.902000</w:t>
        <w:br/>
        <w:t>vt 0.559000 0.901400</w:t>
        <w:br/>
        <w:t>vt 0.561800 0.918300</w:t>
        <w:br/>
        <w:t>vt 0.569300 0.917600</w:t>
        <w:br/>
        <w:t>vt 0.566700 0.913200</w:t>
        <w:br/>
        <w:t>vt 0.559000 0.913900</w:t>
        <w:br/>
        <w:t>vt 0.489700 0.910100</w:t>
        <w:br/>
        <w:t>vt 0.505300 0.907900</w:t>
        <w:br/>
        <w:t>vt 0.478500 0.919400</w:t>
        <w:br/>
        <w:t>vt 0.466900 0.922400</w:t>
        <w:br/>
        <w:t>vt 0.470500 0.928500</w:t>
        <w:br/>
        <w:t>vt 0.473500 0.935400</w:t>
        <w:br/>
        <w:t>vt 0.475800 0.940600</w:t>
        <w:br/>
        <w:t>vt 0.520800 0.906700</w:t>
        <w:br/>
        <w:t>vt 0.536000 0.906100</w:t>
        <w:br/>
        <w:t>vt 0.545800 0.905900</w:t>
        <w:br/>
        <w:t>vt 0.569600 0.903300</w:t>
        <w:br/>
        <w:t>vt 0.579800 0.901500</w:t>
        <w:br/>
        <w:t>vt 0.585600 0.901500</w:t>
        <w:br/>
        <w:t>vt 0.604300 0.904800</w:t>
        <w:br/>
        <w:t>vt 0.613400 0.908600</w:t>
        <w:br/>
        <w:t>vt 0.620000 0.911500</w:t>
        <w:br/>
        <w:t>vt 0.553400 0.905500</w:t>
        <w:br/>
        <w:t>vt 0.561200 0.904700</w:t>
        <w:br/>
        <w:t>vt 0.488800 0.892600</w:t>
        <w:br/>
        <w:t>vt 0.491600 0.918200</w:t>
        <w:br/>
        <w:t>vt 0.480000 0.924400</w:t>
        <w:br/>
        <w:t>vt 0.507800 0.915400</w:t>
        <w:br/>
        <w:t>vt 0.523000 0.912800</w:t>
        <w:br/>
        <w:t>vt 0.537300 0.910900</w:t>
        <w:br/>
        <w:t>vt 0.547600 0.909700</w:t>
        <w:br/>
        <w:t>vt 0.572000 0.907200</w:t>
        <w:br/>
        <w:t>vt 0.581500 0.906700</w:t>
        <w:br/>
        <w:t>vt 0.587400 0.907100</w:t>
        <w:br/>
        <w:t>vt 0.603200 0.910200</w:t>
        <w:br/>
        <w:t>vt 0.611500 0.913300</w:t>
        <w:br/>
        <w:t>vt 0.617600 0.915800</w:t>
        <w:br/>
        <w:t>vt 0.563500 0.908100</w:t>
        <w:br/>
        <w:t>vt 0.555700 0.908900</w:t>
        <w:br/>
        <w:t>vt 0.479400 0.872700</w:t>
        <w:br/>
        <w:t>vt 0.485100 0.887900</w:t>
        <w:br/>
        <w:t>vt 0.489200 0.882500</w:t>
        <w:br/>
        <w:t>vt 0.481500 0.866900</w:t>
        <w:br/>
        <w:t>vt 0.504600 0.885600</w:t>
        <w:br/>
        <w:t>vt 0.502100 0.891700</w:t>
        <w:br/>
        <w:t>vt 0.518600 0.893300</w:t>
        <w:br/>
        <w:t>vt 0.519700 0.888000</w:t>
        <w:br/>
        <w:t>vt 0.534400 0.894900</w:t>
        <w:br/>
        <w:t>vt 0.542700 0.895300</w:t>
        <w:br/>
        <w:t>vt 0.544200 0.890100</w:t>
        <w:br/>
        <w:t>vt 0.533600 0.889800</w:t>
        <w:br/>
        <w:t>vt 0.563700 0.893600</w:t>
        <w:br/>
        <w:t>vt 0.575500 0.891500</w:t>
        <w:br/>
        <w:t>vt 0.575200 0.887200</w:t>
        <w:br/>
        <w:t>vt 0.563500 0.887500</w:t>
        <w:br/>
        <w:t>vt 0.582900 0.890400</w:t>
        <w:br/>
        <w:t>vt 0.583200 0.888200</w:t>
        <w:br/>
        <w:t>vt 0.607700 0.891500</w:t>
        <w:br/>
        <w:t>vt 0.606200 0.893900</w:t>
        <w:br/>
        <w:t>vt 0.617500 0.897800</w:t>
        <w:br/>
        <w:t>vt 0.621400 0.895700</w:t>
        <w:br/>
        <w:t>vt 0.625100 0.902000</w:t>
        <w:br/>
        <w:t>vt 0.550400 0.890600</w:t>
        <w:br/>
        <w:t>vt 0.549400 0.895500</w:t>
        <w:br/>
        <w:t>vt 0.556500 0.894900</w:t>
        <w:br/>
        <w:t>vt 0.558700 0.889700</w:t>
        <w:br/>
        <w:t>vt 0.507900 0.878400</w:t>
        <w:br/>
        <w:t>vt 0.493500 0.872600</w:t>
        <w:br/>
        <w:t>vt 0.475300 0.853900</w:t>
        <w:br/>
        <w:t>vt 0.485100 0.859700</w:t>
        <w:br/>
        <w:t>vt 0.521200 0.882000</w:t>
        <w:br/>
        <w:t>vt 0.535600 0.882700</w:t>
        <w:br/>
        <w:t>vt 0.546500 0.885700</w:t>
        <w:br/>
        <w:t>vt 0.488600 0.890500</w:t>
        <w:br/>
        <w:t>vt 0.473100 0.856300</w:t>
        <w:br/>
        <w:t>vt 0.499900 0.861000</w:t>
        <w:br/>
        <w:t>vt 0.488200 0.852800</w:t>
        <w:br/>
        <w:t>vt 0.523300 0.875900</w:t>
        <w:br/>
        <w:t>vt 0.512000 0.869300</w:t>
        <w:br/>
        <w:t>vt 0.480800 0.847100</w:t>
        <w:br/>
        <w:t>vt 0.483700 0.892700</w:t>
        <w:br/>
        <w:t>vt 0.474400 0.906700</w:t>
        <w:br/>
        <w:t>vt 0.476400 0.908000</w:t>
        <w:br/>
        <w:t>vt 0.485300 0.894300</w:t>
        <w:br/>
        <w:t>vt 0.518600 0.893300</w:t>
        <w:br/>
        <w:t>vt 0.502100 0.891700</w:t>
        <w:br/>
        <w:t>vt 0.501900 0.894000</w:t>
        <w:br/>
        <w:t>vt 0.518300 0.895800</w:t>
        <w:br/>
        <w:t>vt 0.542700 0.895300</w:t>
        <w:br/>
        <w:t>vt 0.534400 0.894900</w:t>
        <w:br/>
        <w:t>vt 0.534700 0.897500</w:t>
        <w:br/>
        <w:t>vt 0.542700 0.897700</w:t>
        <w:br/>
        <w:t>vt 0.575700 0.893500</w:t>
        <w:br/>
        <w:t>vt 0.575500 0.891500</w:t>
        <w:br/>
        <w:t>vt 0.563700 0.893600</w:t>
        <w:br/>
        <w:t>vt 0.563900 0.895800</w:t>
        <w:br/>
        <w:t>vt 0.583000 0.892800</w:t>
        <w:br/>
        <w:t>vt 0.582900 0.890400</w:t>
        <w:br/>
        <w:t>vt 0.606200 0.893900</w:t>
        <w:br/>
        <w:t>vt 0.605200 0.896000</w:t>
        <w:br/>
        <w:t>vt 0.616500 0.899900</w:t>
        <w:br/>
        <w:t>vt 0.617500 0.897800</w:t>
        <w:br/>
        <w:t>vt 0.625100 0.902000</w:t>
        <w:br/>
        <w:t>vt 0.623900 0.903900</w:t>
        <w:br/>
        <w:t>vt 0.549400 0.895500</w:t>
        <w:br/>
        <w:t>vt 0.549400 0.897700</w:t>
        <w:br/>
        <w:t>vt 0.556700 0.897000</w:t>
        <w:br/>
        <w:t>vt 0.556500 0.894900</w:t>
        <w:br/>
        <w:t>vt 0.488600 0.890500</w:t>
        <w:br/>
        <w:t>vt 0.488800 0.892600</w:t>
        <w:br/>
        <w:t>vt 0.465000 0.921200</w:t>
        <w:br/>
        <w:t>vt 0.466900 0.922400</w:t>
        <w:br/>
        <w:t>vt 0.484900 0.940500</w:t>
        <w:br/>
        <w:t>vt 0.497700 0.936100</w:t>
        <w:br/>
        <w:t>vt 0.514300 0.930500</w:t>
        <w:br/>
        <w:t>vt 0.525000 0.927500</w:t>
        <w:br/>
        <w:t>vt 0.542600 0.923400</w:t>
        <w:br/>
        <w:t>vt 0.555000 0.921200</w:t>
        <w:br/>
        <w:t>vt 0.577900 0.919700</w:t>
        <w:br/>
        <w:t>vt 0.584500 0.920200</w:t>
        <w:br/>
        <w:t>vt 0.590100 0.921000</w:t>
        <w:br/>
        <w:t>vt 0.531600 0.925800</w:t>
        <w:br/>
        <w:t>vt 0.562700 0.920000</w:t>
        <w:br/>
        <w:t>vt 0.570200 0.919800</w:t>
        <w:br/>
        <w:t>vt 0.476100 0.942900</w:t>
        <w:br/>
        <w:t>vt 0.592800 0.896200</w:t>
        <w:br/>
        <w:t>vt 0.591800 0.893100</w:t>
        <w:br/>
        <w:t>vt 0.594600 0.919400</w:t>
        <w:br/>
        <w:t>vt 0.594000 0.913900</w:t>
        <w:br/>
        <w:t>vt 0.593400 0.902100</w:t>
        <w:br/>
        <w:t>vt 0.593800 0.907900</w:t>
        <w:br/>
        <w:t>vt 0.593600 0.888700</w:t>
        <w:br/>
        <w:t>vt 0.592100 0.890900</w:t>
        <w:br/>
        <w:t>vt 0.592100 0.890900</w:t>
        <w:br/>
        <w:t>vt 0.591800 0.893100</w:t>
        <w:br/>
        <w:t>vt 0.486800 0.893000</w:t>
        <w:br/>
        <w:t>vt 0.486400 0.889800</w:t>
        <w:br/>
        <w:t>vt 0.486800 0.893000</w:t>
        <w:br/>
        <w:t>vt 0.485900 0.891000</w:t>
        <w:br/>
        <w:t>vt 0.180517 0.170209</w:t>
        <w:br/>
        <w:t>vt 0.200398 0.173541</w:t>
        <w:br/>
        <w:t>vt 0.199506 0.181104</w:t>
        <w:br/>
        <w:t>vt 0.179609 0.178497</w:t>
        <w:br/>
        <w:t>vt 0.568981 0.029440</w:t>
        <w:br/>
        <w:t>vt 0.569129 0.036174</w:t>
        <w:br/>
        <w:t>vt 0.548575 0.035768</w:t>
        <w:br/>
        <w:t>vt 0.547518 0.027350</w:t>
        <w:br/>
        <w:t>vt 0.179609 0.178497</w:t>
        <w:br/>
        <w:t>vt 0.199506 0.181104</w:t>
        <w:br/>
        <w:t>vt 0.199093 0.188738</w:t>
        <w:br/>
        <w:t>vt 0.178297 0.187372</w:t>
        <w:br/>
        <w:t>vt 0.551920 0.015262</w:t>
        <w:br/>
        <w:t>vt 0.571678 0.018205</w:t>
        <w:br/>
        <w:t>vt 0.568981 0.029440</w:t>
        <w:br/>
        <w:t>vt 0.547518 0.027350</w:t>
        <w:br/>
        <w:t>vt 0.199901 0.195620</w:t>
        <w:br/>
        <w:t>vt 0.179722 0.195620</w:t>
        <w:br/>
        <w:t>vt 0.051375 0.749030</w:t>
        <w:br/>
        <w:t>vt 0.047996 0.726643</w:t>
        <w:br/>
        <w:t>vt 0.062621 0.726264</w:t>
        <w:br/>
        <w:t>vt 0.067192 0.749567</w:t>
        <w:br/>
        <w:t>vt 0.043745 0.745509</w:t>
        <w:br/>
        <w:t>vt 0.153879 0.175099</w:t>
        <w:br/>
        <w:t>vt 0.153549 0.166532</w:t>
        <w:br/>
        <w:t>vt 0.520961 0.033142</w:t>
        <w:br/>
        <w:t>vt 0.521961 0.024861</w:t>
        <w:br/>
        <w:t>vt 0.067192 0.749567</w:t>
        <w:br/>
        <w:t>vt 0.081337 0.724778</w:t>
        <w:br/>
        <w:t>vt 0.087630 0.748546</w:t>
        <w:br/>
        <w:t>vt 0.153879 0.175099</w:t>
        <w:br/>
        <w:t>vt 0.334826 0.031658</w:t>
        <w:br/>
        <w:t>vt 0.332196 0.003271</w:t>
        <w:br/>
        <w:t>vt 0.349076 0.003271</w:t>
        <w:br/>
        <w:t>vt 0.523056 0.013682</w:t>
        <w:br/>
        <w:t>vt 0.521961 0.024861</w:t>
        <w:br/>
        <w:t>vt 0.069739 0.772509</w:t>
        <w:br/>
        <w:t>vt 0.134637 0.167690</w:t>
        <w:br/>
        <w:t>vt 0.068463 0.797602</w:t>
        <w:br/>
        <w:t>vt 0.051375 0.800228</w:t>
        <w:br/>
        <w:t>vt 0.051375 0.778321</w:t>
        <w:br/>
        <w:t>vt 0.069739 0.772509</w:t>
        <w:br/>
        <w:t>vt 0.551920 0.015262</w:t>
        <w:br/>
        <w:t>vt 0.523056 0.013682</w:t>
        <w:br/>
        <w:t>vt 0.519295 0.004981</w:t>
        <w:br/>
        <w:t>vt 0.091850 0.724191</w:t>
        <w:br/>
        <w:t>vt 0.097844 0.747029</w:t>
        <w:br/>
        <w:t>vt 0.500551 0.034260</w:t>
        <w:br/>
        <w:t>vt 0.498946 0.022619</w:t>
        <w:br/>
        <w:t>vt 0.359644 0.033361</w:t>
        <w:br/>
        <w:t>vt 0.382603 0.030783</w:t>
        <w:br/>
        <w:t>vt 0.498946 0.022619</w:t>
        <w:br/>
        <w:t>vt 0.499498 0.010514</w:t>
        <w:br/>
        <w:t>vt 0.378548 0.003271</w:t>
        <w:br/>
        <w:t>vt 0.398169 0.003271</w:t>
        <w:br/>
        <w:t>vt 0.398601 0.025100</w:t>
        <w:br/>
        <w:t>vt 0.102262 0.770474</w:t>
        <w:br/>
        <w:t>vt 0.091289 0.771835</w:t>
        <w:br/>
        <w:t>vt 0.101620 0.788152</w:t>
        <w:br/>
        <w:t>vt 0.087757 0.791383</w:t>
        <w:br/>
        <w:t>vt 0.186048 0.809544</w:t>
        <w:br/>
        <w:t>vt 0.185327 0.808608</w:t>
        <w:br/>
        <w:t>vt 0.193033 0.802559</w:t>
        <w:br/>
        <w:t>vt 0.184684 0.807726</w:t>
        <w:br/>
        <w:t>vt 0.647456 0.341557</w:t>
        <w:br/>
        <w:t>vt 0.645921 0.341525</w:t>
        <w:br/>
        <w:t>vt 0.645921 0.331031</w:t>
        <w:br/>
        <w:t>vt 0.645921 0.331031</w:t>
        <w:br/>
        <w:t>vt 0.650930 0.340065</w:t>
        <w:br/>
        <w:t>vt 0.649498 0.340963</w:t>
        <w:br/>
        <w:t>vt 0.647456 0.341557</w:t>
        <w:br/>
        <w:t>vt 0.645921 0.331031</w:t>
        <w:br/>
        <w:t>vt 0.648489 0.341336</w:t>
        <w:br/>
        <w:t>vt 0.649498 0.340963</w:t>
        <w:br/>
        <w:t>vt 0.466002 0.031332</w:t>
        <w:br/>
        <w:t>vt 0.468021 0.019607</w:t>
        <w:br/>
        <w:t>vt 0.336854 0.212904</w:t>
        <w:br/>
        <w:t>vt 0.336090 0.198425</w:t>
        <w:br/>
        <w:t>vt 0.369459 0.198425</w:t>
        <w:br/>
        <w:t>vt 0.365609 0.215562</w:t>
        <w:br/>
        <w:t>vt 0.472158 0.007731</w:t>
        <w:br/>
        <w:t>vt 0.468021 0.019607</w:t>
        <w:br/>
        <w:t>vt 0.113653 0.881939</w:t>
        <w:br/>
        <w:t>vt 0.096364 0.899228</w:t>
        <w:br/>
        <w:t>vt 0.105539 0.872823</w:t>
        <w:br/>
        <w:t>vt 0.414485 0.026072</w:t>
        <w:br/>
        <w:t>vt 0.601737 0.236172</w:t>
        <w:br/>
        <w:t>vt 0.607303 0.242055</w:t>
        <w:br/>
        <w:t>vt 0.605988 0.243535</w:t>
        <w:br/>
        <w:t>vt 0.033589 0.537253</w:t>
        <w:br/>
        <w:t>vt 0.035801 0.537982</w:t>
        <w:br/>
        <w:t>vt 0.035801 0.545617</w:t>
        <w:br/>
        <w:t>vt 0.601737 0.236172</w:t>
        <w:br/>
        <w:t>vt 0.608372 0.240170</w:t>
        <w:br/>
        <w:t>vt 0.607303 0.242055</w:t>
        <w:br/>
        <w:t>vt 0.426212 0.003271</w:t>
        <w:br/>
        <w:t>vt 0.132395 0.761625</w:t>
        <w:br/>
        <w:t>vt 0.133074 0.763511</w:t>
        <w:br/>
        <w:t>vt 0.126387 0.766666</w:t>
        <w:br/>
        <w:t>vt 0.447031 0.026074</w:t>
        <w:br/>
        <w:t>vt 0.449878 0.017840</w:t>
        <w:br/>
        <w:t>vt 0.103253 0.805117</w:t>
        <w:br/>
        <w:t>vt 0.629060 0.271952</w:t>
        <w:br/>
        <w:t>vt 0.624807 0.276130</w:t>
        <w:br/>
        <w:t>vt 0.620648 0.268927</w:t>
        <w:br/>
        <w:t>vt 0.624021 0.265044</w:t>
        <w:br/>
        <w:t>vt 0.035801 0.501068</w:t>
        <w:br/>
        <w:t>vt 0.035801 0.509580</w:t>
        <w:br/>
        <w:t>vt 0.029846 0.509842</w:t>
        <w:br/>
        <w:t>vt 0.028213 0.501938</w:t>
        <w:br/>
        <w:t>vt 0.659364 0.470081</w:t>
        <w:br/>
        <w:t>vt 0.645921 0.471943</w:t>
        <w:br/>
        <w:t>vt 0.660795 0.446463</w:t>
        <w:br/>
        <w:t>vt 0.628431 0.262006</w:t>
        <w:br/>
        <w:t>vt 0.629060 0.271952</w:t>
        <w:br/>
        <w:t>vt 0.624021 0.265044</w:t>
        <w:br/>
        <w:t>vt 0.159883 0.738560</w:t>
        <w:br/>
        <w:t>vt 0.163259 0.743300</w:t>
        <w:br/>
        <w:t>vt 0.156444 0.748320</w:t>
        <w:br/>
        <w:t>vt 0.664236 0.768215</w:t>
        <w:br/>
        <w:t>vt 0.657418 0.753592</w:t>
        <w:br/>
        <w:t>vt 0.665387 0.750910</w:t>
        <w:br/>
        <w:t>vt 0.670399 0.766497</w:t>
        <w:br/>
        <w:t>vt 0.035801 0.492948</w:t>
        <w:br/>
        <w:t>vt 0.028151 0.493722</w:t>
        <w:br/>
        <w:t>vt 0.452232 0.006886</w:t>
        <w:br/>
        <w:t>vt 0.449878 0.017840</w:t>
        <w:br/>
        <w:t>vt 0.315977 0.209113</w:t>
        <w:br/>
        <w:t>vt 0.688905 0.485429</w:t>
        <w:br/>
        <w:t>vt 0.687468 0.453632</w:t>
        <w:br/>
        <w:t>vt 0.698626 0.452286</w:t>
        <w:br/>
        <w:t>vt 0.707985 0.471147</w:t>
        <w:br/>
        <w:t>vt 0.634197 0.279108</w:t>
        <w:br/>
        <w:t>vt 0.629016 0.283420</w:t>
        <w:br/>
        <w:t>vt 0.676348 0.781459</w:t>
        <w:br/>
        <w:t>vt 0.627371 0.212515</w:t>
        <w:br/>
        <w:t>vt 0.613078 0.217434</w:t>
        <w:br/>
        <w:t>vt 0.611210 0.201094</w:t>
        <w:br/>
        <w:t>vt 0.623729 0.201094</w:t>
        <w:br/>
        <w:t>vt 0.660710 0.736805</w:t>
        <w:br/>
        <w:t>vt 0.651750 0.741438</w:t>
        <w:br/>
        <w:t>vt 0.646097 0.729315</w:t>
        <w:br/>
        <w:t>vt 0.653610 0.723397</w:t>
        <w:br/>
        <w:t>vt 0.641918 0.201094</w:t>
        <w:br/>
        <w:t>vt 0.641478 0.207224</w:t>
        <w:br/>
        <w:t>vt 0.165798 0.733596</w:t>
        <w:br/>
        <w:t>vt 0.170215 0.738613</w:t>
        <w:br/>
        <w:t>vt 0.633788 0.269863</w:t>
        <w:br/>
        <w:t>vt 0.639154 0.276794</w:t>
        <w:br/>
        <w:t>vt 0.634197 0.279108</w:t>
        <w:br/>
        <w:t>vt 0.671266 0.783289</w:t>
        <w:br/>
        <w:t>vt 0.680937 0.804030</w:t>
        <w:br/>
        <w:t>vt 0.662069 0.201094</w:t>
        <w:br/>
        <w:t>vt 0.028139 0.484261</w:t>
        <w:br/>
        <w:t>vt 0.035801 0.481026</w:t>
        <w:br/>
        <w:t>vt 0.599665 0.219343</w:t>
        <w:br/>
        <w:t>vt 0.585745 0.219955</w:t>
        <w:br/>
        <w:t>vt 0.585227 0.201094</w:t>
        <w:br/>
        <w:t>vt 0.598210 0.201094</w:t>
        <w:br/>
        <w:t>vt 0.672131 0.198825</w:t>
        <w:br/>
        <w:t>vt 0.661609 0.217357</w:t>
        <w:br/>
        <w:t>vt 0.657458 0.217631</w:t>
        <w:br/>
        <w:t>vt 0.640015 0.287780</w:t>
        <w:br/>
        <w:t>vt 0.634249 0.292484</w:t>
        <w:br/>
        <w:t>vt 0.672778 0.449794</w:t>
        <w:br/>
        <w:t>vt 0.672436 0.475631</w:t>
        <w:br/>
        <w:t>vt 0.659364 0.470081</w:t>
        <w:br/>
        <w:t>vt 0.660795 0.446463</w:t>
        <w:br/>
        <w:t>vt 0.646568 0.230905</w:t>
        <w:br/>
        <w:t>vt 0.657458 0.217631</w:t>
        <w:br/>
        <w:t>vt 0.650101 0.232354</w:t>
        <w:br/>
        <w:t>vt 0.646906 0.244953</w:t>
        <w:br/>
        <w:t>vt 0.640455 0.245983</w:t>
        <w:br/>
        <w:t>vt 0.657783 0.233861</w:t>
        <w:br/>
        <w:t>vt 0.653491 0.232765</w:t>
        <w:br/>
        <w:t>vt 0.640639 0.717610</w:t>
        <w:br/>
        <w:t>vt 0.424951 0.030776</w:t>
        <w:br/>
        <w:t>vt 0.035801 0.460566</w:t>
        <w:br/>
        <w:t>vt 0.574938 0.213695</w:t>
        <w:br/>
        <w:t>vt 0.572316 0.201094</w:t>
        <w:br/>
        <w:t>vt 0.173855 0.726836</w:t>
        <w:br/>
        <w:t>vt 0.176955 0.733606</w:t>
        <w:br/>
        <w:t>vt 0.647431 0.271601</w:t>
        <w:br/>
        <w:t>vt 0.640603 0.271760</w:t>
        <w:br/>
        <w:t>vt 0.638926 0.259012</w:t>
        <w:br/>
        <w:t>vt 0.645853 0.258368</w:t>
        <w:br/>
        <w:t>vt 0.644788 0.283245</w:t>
        <w:br/>
        <w:t>vt 0.428377 0.015746</w:t>
        <w:br/>
        <w:t>vt 0.651638 0.245242</w:t>
        <w:br/>
        <w:t>vt 0.645921 0.492853</w:t>
        <w:br/>
        <w:t>vt 0.296382 0.206391</w:t>
        <w:br/>
        <w:t>vt 0.297345 0.198425</w:t>
        <w:br/>
        <w:t>vt 0.317442 0.198425</w:t>
        <w:br/>
        <w:t>vt 0.658553 0.256578</w:t>
        <w:br/>
        <w:t>vt 0.661812 0.267230</w:t>
        <w:br/>
        <w:t>vt 0.654536 0.269573</w:t>
        <w:br/>
        <w:t>vt 0.652008 0.257500</w:t>
        <w:br/>
        <w:t>vt 0.706256 0.482978</w:t>
        <w:br/>
        <w:t>vt 0.644788 0.283245</w:t>
        <w:br/>
        <w:t>vt 0.651990 0.284282</w:t>
        <w:br/>
        <w:t>vt 0.659172 0.281660</w:t>
        <w:br/>
        <w:t>vt 0.657080 0.496442</w:t>
        <w:br/>
        <w:t>vt 0.666709 0.277360</w:t>
        <w:br/>
        <w:t>vt 0.657080 0.496442</w:t>
        <w:br/>
        <w:t>vt 0.295038 0.213802</w:t>
        <w:br/>
        <w:t>vt 0.654199 0.521062</w:t>
        <w:br/>
        <w:t>vt 0.645921 0.519533</w:t>
        <w:br/>
        <w:t>vt 0.684465 0.506315</w:t>
        <w:br/>
        <w:t>vt 0.670158 0.501562</w:t>
        <w:br/>
        <w:t>vt 0.272856 0.205636</w:t>
        <w:br/>
        <w:t>vt 0.273132 0.198425</w:t>
        <w:br/>
        <w:t>vt 0.315945 0.219891</w:t>
        <w:br/>
        <w:t>vt 0.289284 0.221491</w:t>
        <w:br/>
        <w:t>vt 0.658835 0.298188</w:t>
        <w:br/>
        <w:t>vt 0.666597 0.293159</w:t>
        <w:br/>
        <w:t>vt 0.688701 0.300249</w:t>
        <w:br/>
        <w:t>vt 0.270961 0.214844</w:t>
        <w:br/>
        <w:t>vt 0.654199 0.521062</w:t>
        <w:br/>
        <w:t>vt 0.268076 0.222196</w:t>
        <w:br/>
        <w:t>vt 0.695597 0.291555</w:t>
        <w:br/>
        <w:t>vt 0.666597 0.293159</w:t>
        <w:br/>
        <w:t>vt 0.672302 0.285661</w:t>
        <w:br/>
        <w:t>vt 0.682307 0.526620</w:t>
        <w:br/>
        <w:t>vt 0.667771 0.523780</w:t>
        <w:br/>
        <w:t>vt 0.652583 0.543161</w:t>
        <w:br/>
        <w:t>vt 0.645921 0.542086</w:t>
        <w:br/>
        <w:t>vt 0.250110 0.198425</w:t>
        <w:br/>
        <w:t>vt 0.249908 0.206586</w:t>
        <w:br/>
        <w:t>vt 0.248341 0.215851</w:t>
        <w:br/>
        <w:t>vt 0.666345 0.545329</w:t>
        <w:br/>
        <w:t>vt 0.652583 0.543161</w:t>
        <w:br/>
        <w:t>vt 0.246696 0.222892</w:t>
        <w:br/>
        <w:t>vt 0.680925 0.547359</w:t>
        <w:br/>
        <w:t>vt 0.233548 0.198425</w:t>
        <w:br/>
        <w:t>vt 0.230083 0.207689</w:t>
        <w:br/>
        <w:t>vt 0.651311 0.564778</w:t>
        <w:br/>
        <w:t>vt 0.645921 0.564291</w:t>
        <w:br/>
        <w:t>vt 0.229178 0.215135</w:t>
        <w:br/>
        <w:t>vt 0.210160 0.207525</w:t>
        <w:br/>
        <w:t>vt 0.209157 0.198425</w:t>
        <w:br/>
        <w:t>vt 0.664546 0.566367</w:t>
        <w:br/>
        <w:t>vt 0.651311 0.564778</w:t>
        <w:br/>
        <w:t>vt 0.227596 0.222350</w:t>
        <w:br/>
        <w:t>vt 0.210024 0.213094</w:t>
        <w:br/>
        <w:t>vt 0.210160 0.207525</w:t>
        <w:br/>
        <w:t>vt 0.190126 0.208499</w:t>
        <w:br/>
        <w:t>vt 0.190371 0.198425</w:t>
        <w:br/>
        <w:t>vt 0.645921 0.583638</w:t>
        <w:br/>
        <w:t>vt 0.649946 0.584556</w:t>
        <w:br/>
        <w:t>vt 0.678372 0.568553</w:t>
        <w:br/>
        <w:t>vt 0.208933 0.220446</w:t>
        <w:br/>
        <w:t>vt 0.176051 0.209476</w:t>
        <w:br/>
        <w:t>vt 0.175019 0.198425</w:t>
        <w:br/>
        <w:t>vt 0.189408 0.213044</w:t>
        <w:br/>
        <w:t>vt 0.190126 0.208499</w:t>
        <w:br/>
        <w:t>vt 0.157865 0.209792</w:t>
        <w:br/>
        <w:t>vt 0.161336 0.198425</w:t>
        <w:br/>
        <w:t>vt 0.649347 0.604316</w:t>
        <w:br/>
        <w:t>vt 0.645921 0.602820</w:t>
        <w:br/>
        <w:t>vt 0.662289 0.587278</w:t>
        <w:br/>
        <w:t>vt 0.649946 0.584556</w:t>
        <w:br/>
        <w:t>vt 0.189454 0.219455</w:t>
        <w:br/>
        <w:t>vt 0.645921 0.623089</w:t>
        <w:br/>
        <w:t>vt 0.650231 0.624767</w:t>
        <w:br/>
        <w:t>vt 0.674872 0.589712</w:t>
        <w:br/>
        <w:t>vt 0.660187 0.605660</w:t>
        <w:br/>
        <w:t>vt 0.649347 0.604316</w:t>
        <w:br/>
        <w:t>vt 0.176138 0.213474</w:t>
        <w:br/>
        <w:t>vt 0.176051 0.209476</w:t>
        <w:br/>
        <w:t>vt 0.176904 0.218972</w:t>
        <w:br/>
        <w:t>vt 0.160074 0.216670</w:t>
        <w:br/>
        <w:t>vt 0.645921 0.636026</w:t>
        <w:br/>
        <w:t>vt 0.650066 0.637453</w:t>
        <w:br/>
        <w:t>vt 0.645921 0.654258</w:t>
        <w:br/>
        <w:t>vt 0.671625 0.605842</w:t>
        <w:br/>
        <w:t>vt 0.658491 0.626041</w:t>
        <w:br/>
        <w:t>vt 0.667168 0.626399</w:t>
        <w:br/>
        <w:t>vt 0.661146 0.643254</w:t>
        <w:br/>
        <w:t>vt 0.655589 0.641399</w:t>
        <w:br/>
        <w:t>vt 0.336854 0.212904</w:t>
        <w:br/>
        <w:t>vt 0.617879 0.503402</w:t>
        <w:br/>
        <w:t>vt 0.629721 0.486226</w:t>
        <w:br/>
        <w:t>vt 0.635376 0.505800</w:t>
        <w:br/>
        <w:t>vt 0.657146 0.245253</w:t>
        <w:br/>
        <w:t>vt 0.613716 0.249778</w:t>
        <w:br/>
        <w:t>vt 0.611035 0.252277</w:t>
        <w:br/>
        <w:t>vt 0.033855 0.527095</w:t>
        <w:br/>
        <w:t>vt 0.035801 0.526575</w:t>
        <w:br/>
        <w:t>vt 0.142766 0.759608</w:t>
        <w:br/>
        <w:t>vt 0.140705 0.754652</w:t>
        <w:br/>
        <w:t>vt 0.616305 0.247495</w:t>
        <w:br/>
        <w:t>vt 0.613716 0.249778</w:t>
        <w:br/>
        <w:t>vt 0.615896 0.260697</w:t>
        <w:br/>
        <w:t>vt 0.619004 0.257311</w:t>
        <w:br/>
        <w:t>vt 0.032122 0.518437</w:t>
        <w:br/>
        <w:t>vt 0.035801 0.518222</w:t>
        <w:br/>
        <w:t>vt 0.150020 0.754219</w:t>
        <w:br/>
        <w:t>vt 0.146940 0.749421</w:t>
        <w:br/>
        <w:t>vt 0.153387 0.744010</w:t>
        <w:br/>
        <w:t>vt 0.619004 0.257311</w:t>
        <w:br/>
        <w:t>vt 0.622604 0.254545</w:t>
        <w:br/>
        <w:t>vt 0.646148 0.712670</w:t>
        <w:br/>
        <w:t>vt 0.640639 0.717610</w:t>
        <w:br/>
        <w:t>vt 0.562167 0.201094</w:t>
        <w:br/>
        <w:t>vt 0.640015 0.287780</w:t>
        <w:br/>
        <w:t>vt 0.673251 0.313435</w:t>
        <w:br/>
        <w:t>vt 0.650066 0.637453</w:t>
        <w:br/>
        <w:t>vt 0.650231 0.624767</w:t>
        <w:br/>
        <w:t>vt 0.651902 0.657911</w:t>
        <w:br/>
        <w:t>vt 0.170613 0.329095</w:t>
        <w:br/>
        <w:t>vt 0.184888 0.313046</w:t>
        <w:br/>
        <w:t>vt 0.187708 0.324033</w:t>
        <w:br/>
        <w:t>vt 0.198788 0.334156</w:t>
        <w:br/>
        <w:t>vt 0.169614 0.342423</w:t>
        <w:br/>
        <w:t>vt 0.199998 0.347349</w:t>
        <w:br/>
        <w:t>vt 0.168162 0.354171</w:t>
        <w:br/>
        <w:t>vt 0.691221 0.324989</w:t>
        <w:br/>
        <w:t>vt 0.706767 0.309131</w:t>
        <w:br/>
        <w:t>vt 0.151782 0.327563</w:t>
        <w:br/>
        <w:t>vt 0.145554 0.337715</w:t>
        <w:br/>
        <w:t>vt 0.717575 0.300178</w:t>
        <w:br/>
        <w:t>vt 0.200255 0.359794</w:t>
        <w:br/>
        <w:t>vt 0.167076 0.364057</w:t>
        <w:br/>
        <w:t>vt 0.720980 0.338148</w:t>
        <w:br/>
        <w:t>vt 0.726972 0.355129</w:t>
        <w:br/>
        <w:t>vt 0.706942 0.360753</w:t>
        <w:br/>
        <w:t>vt 0.699284 0.343325</w:t>
        <w:br/>
        <w:t>vt 0.141655 0.346719</w:t>
        <w:br/>
        <w:t>vt 0.636908 0.052836</w:t>
        <w:br/>
        <w:t>vt 0.618543 0.052836</w:t>
        <w:br/>
        <w:t>vt 0.618692 0.048886</w:t>
        <w:br/>
        <w:t>vt 0.863123 0.427708</w:t>
        <w:br/>
        <w:t>vt 0.860974 0.431047</w:t>
        <w:br/>
        <w:t>vt 0.846001 0.420562</w:t>
        <w:br/>
        <w:t>vt 0.636908 0.052836</w:t>
        <w:br/>
        <w:t>vt 0.618703 0.055342</w:t>
        <w:br/>
        <w:t>vt 0.618543 0.052836</w:t>
        <w:br/>
        <w:t>vt 0.846001 0.420562</w:t>
        <w:br/>
        <w:t>vt 0.860974 0.431047</w:t>
        <w:br/>
        <w:t>vt 0.858618 0.433920</w:t>
        <w:br/>
        <w:t>vt 0.724086 0.320555</w:t>
        <w:br/>
        <w:t>vt 0.734300 0.309972</w:t>
        <w:br/>
        <w:t>vt 0.198669 0.368704</w:t>
        <w:br/>
        <w:t>vt 0.160223 0.376524</w:t>
        <w:br/>
        <w:t>vt 0.734038 0.335570</w:t>
        <w:br/>
        <w:t>vt 0.743936 0.354279</w:t>
        <w:br/>
        <w:t>vt 0.607788 0.047505</w:t>
        <w:br/>
        <w:t>vt 0.607012 0.052836</w:t>
        <w:br/>
        <w:t>vt 0.869646 0.437119</w:t>
        <w:br/>
        <w:t>vt 0.872680 0.432322</w:t>
        <w:br/>
        <w:t>vt 0.869646 0.437119</w:t>
        <w:br/>
        <w:t>vt 0.867054 0.441372</w:t>
        <w:br/>
        <w:t>vt 0.607365 0.056694</w:t>
        <w:br/>
        <w:t>vt 0.607012 0.052836</w:t>
        <w:br/>
        <w:t>vt 0.581508 0.045816</w:t>
        <w:br/>
        <w:t>vt 0.594960 0.046543</w:t>
        <w:br/>
        <w:t>vt 0.593477 0.052836</w:t>
        <w:br/>
        <w:t>vt 0.580159 0.052836</w:t>
        <w:br/>
        <w:t>vt 0.879865 0.444274</w:t>
        <w:br/>
        <w:t>vt 0.883547 0.438070</w:t>
        <w:br/>
        <w:t>vt 0.894667 0.444412</w:t>
        <w:br/>
        <w:t>vt 0.890574 0.451773</w:t>
        <w:br/>
        <w:t>vt 0.877212 0.449388</w:t>
        <w:br/>
        <w:t>vt 0.879865 0.444274</w:t>
        <w:br/>
        <w:t>vt 0.890574 0.451773</w:t>
        <w:br/>
        <w:t>vt 0.887907 0.457213</w:t>
        <w:br/>
        <w:t>vt 0.194583 0.381120</w:t>
        <w:br/>
        <w:t>vt 0.162596 0.387498</w:t>
        <w:br/>
        <w:t>vt 0.714915 0.377895</w:t>
        <w:br/>
        <w:t>vt 0.733945 0.371700</w:t>
        <w:br/>
        <w:t>vt 0.742428 0.333809</w:t>
        <w:br/>
        <w:t>vt 0.754049 0.324439</w:t>
        <w:br/>
        <w:t>vt 0.593477 0.052836</w:t>
        <w:br/>
        <w:t>vt 0.594104 0.058124</w:t>
        <w:br/>
        <w:t>vt 0.580131 0.059221</w:t>
        <w:br/>
        <w:t>vt 0.580159 0.052836</w:t>
        <w:br/>
        <w:t>vt 0.746906 0.338568</w:t>
        <w:br/>
        <w:t>vt 0.138825 0.358829</w:t>
        <w:br/>
        <w:t>vt 0.905956 0.451250</w:t>
        <w:br/>
        <w:t>vt 0.901273 0.459264</w:t>
        <w:br/>
        <w:t>vt 0.699377 0.386058</w:t>
        <w:br/>
        <w:t>vt 0.720390 0.389503</w:t>
        <w:br/>
        <w:t>vt 0.706797 0.398909</w:t>
        <w:br/>
        <w:t>vt 0.567932 0.045487</w:t>
        <w:br/>
        <w:t>vt 0.567005 0.052836</w:t>
        <w:br/>
        <w:t>vt 0.901273 0.459264</w:t>
        <w:br/>
        <w:t>vt 0.898380 0.464584</w:t>
        <w:br/>
        <w:t>vt 0.140362 0.370769</w:t>
        <w:br/>
        <w:t>vt 0.567005 0.052836</w:t>
        <w:br/>
        <w:t>vt 0.566039 0.060539</w:t>
        <w:br/>
        <w:t>vt 0.189762 0.389693</w:t>
        <w:br/>
        <w:t>vt 0.919210 0.462750</w:t>
        <w:br/>
        <w:t>vt 0.903370 0.460732</w:t>
        <w:br/>
        <w:t>vt 0.726904 0.405167</w:t>
        <w:br/>
        <w:t>vt 0.716236 0.415259</w:t>
        <w:br/>
        <w:t>vt 0.550470 0.045492</w:t>
        <w:br/>
        <w:t>vt 0.549465 0.052836</w:t>
        <w:br/>
        <w:t>vt 0.632246 0.707041</w:t>
        <w:br/>
        <w:t>vt 0.637546 0.704275</w:t>
        <w:br/>
        <w:t>vt 0.639120 0.706920</w:t>
        <w:br/>
        <w:t>vt 0.634411 0.710585</w:t>
        <w:br/>
        <w:t>vt 0.798308 0.357651</w:t>
        <w:br/>
        <w:t>vt 0.795655 0.362478</w:t>
        <w:br/>
        <w:t>vt 0.788331 0.355813</w:t>
        <w:br/>
        <w:t>vt 0.791397 0.352335</w:t>
        <w:br/>
        <w:t>vt 0.758020 0.350435</w:t>
        <w:br/>
        <w:t>vt 0.630925 0.703744</w:t>
        <w:br/>
        <w:t>vt 0.637585 0.702258</w:t>
        <w:br/>
        <w:t>vt 0.626435 0.715086</w:t>
        <w:br/>
        <w:t>vt 0.624030 0.709356</w:t>
        <w:br/>
        <w:t>vt 0.084878 0.977408</w:t>
        <w:br/>
        <w:t>vt 0.094101 0.977408</w:t>
        <w:br/>
        <w:t>vt 0.094985 0.989742</w:t>
        <w:br/>
        <w:t>vt 0.082384 0.989742</w:t>
        <w:br/>
        <w:t>vt 0.185591 0.396357</w:t>
        <w:br/>
        <w:t>vt 0.166978 0.399456</w:t>
        <w:br/>
        <w:t>vt 0.622980 0.707398</w:t>
        <w:br/>
        <w:t>vt 0.791397 0.352335</w:t>
        <w:br/>
        <w:t>vt 0.800849 0.351963</w:t>
        <w:br/>
        <w:t>vt 0.798308 0.357651</w:t>
        <w:br/>
        <w:t>vt 0.046165 0.969080</w:t>
        <w:br/>
        <w:t>vt 0.054483 0.963677</w:t>
        <w:br/>
        <w:t>vt 0.058936 0.966948</w:t>
        <w:br/>
        <w:t>vt 0.055733 0.977408</w:t>
        <w:br/>
        <w:t>vt 0.809869 0.365702</w:t>
        <w:br/>
        <w:t>vt 0.806143 0.372521</w:t>
        <w:br/>
        <w:t>vt 0.071080 0.977408</w:t>
        <w:br/>
        <w:t>vt 0.070350 0.989742</w:t>
        <w:br/>
        <w:t>vt 0.549172 0.061889</w:t>
        <w:br/>
        <w:t>vt 0.549465 0.052836</w:t>
        <w:br/>
        <w:t>vt 0.739912 0.384213</w:t>
        <w:br/>
        <w:t>vt 0.787912 0.303757</w:t>
        <w:br/>
        <w:t>vt 0.790143 0.300603</w:t>
        <w:br/>
        <w:t>vt 0.792261 0.317466</w:t>
        <w:br/>
        <w:t>vt 0.903370 0.460732</w:t>
        <w:br/>
        <w:t>vt 0.910083 0.475670</w:t>
        <w:br/>
        <w:t>vt 0.615280 0.711341</w:t>
        <w:br/>
        <w:t>vt 0.617727 0.718625</w:t>
        <w:br/>
        <w:t>vt 0.605135 0.721308</w:t>
        <w:br/>
        <w:t>vt 0.603813 0.713499</w:t>
        <w:br/>
        <w:t>vt 0.750442 0.367882</w:t>
        <w:br/>
        <w:t>vt 0.758453 0.380584</w:t>
        <w:br/>
        <w:t>vt 0.535143 0.046631</w:t>
        <w:br/>
        <w:t>vt 0.811776 0.355668</w:t>
        <w:br/>
        <w:t>vt 0.809869 0.365702</w:t>
        <w:br/>
        <w:t>vt 0.734238 0.422393</w:t>
        <w:br/>
        <w:t>vt 0.724027 0.428753</w:t>
        <w:br/>
        <w:t>vt 0.044225 0.982073</w:t>
        <w:br/>
        <w:t>vt 0.038202 0.977396</w:t>
        <w:br/>
        <w:t>vt 0.817583 0.381952</w:t>
        <w:br/>
        <w:t>vt 0.821438 0.373988</w:t>
        <w:br/>
        <w:t>vt 0.839242 0.386481</w:t>
        <w:br/>
        <w:t>vt 0.834372 0.394932</w:t>
        <w:br/>
        <w:t>vt 0.044225 0.982073</w:t>
        <w:br/>
        <w:t>vt 0.055733 0.977408</w:t>
        <w:br/>
        <w:t>vt 0.056542 0.989742</w:t>
        <w:br/>
        <w:t>vt 0.045138 0.989742</w:t>
        <w:br/>
        <w:t>vt 0.136515 0.372820</w:t>
        <w:br/>
        <w:t>vt 0.803187 0.310483</w:t>
        <w:br/>
        <w:t>vt 0.796366 0.297422</w:t>
        <w:br/>
        <w:t>vt 0.140775 0.380428</w:t>
        <w:br/>
        <w:t>vt 0.809635 0.321032</w:t>
        <w:br/>
        <w:t>vt 0.797080 0.330338</w:t>
        <w:br/>
        <w:t>vt 0.146440 0.399020</w:t>
        <w:br/>
        <w:t>vt 0.533535 0.058692</w:t>
        <w:br/>
        <w:t>vt 0.533414 0.052836</w:t>
        <w:br/>
        <w:t>vt 0.181066 0.401958</w:t>
        <w:br/>
        <w:t>vt 0.821438 0.373988</w:t>
        <w:br/>
        <w:t>vt 0.823360 0.361009</w:t>
        <w:br/>
        <w:t>vt 0.842953 0.376375</w:t>
        <w:br/>
        <w:t>vt 0.839242 0.386481</w:t>
        <w:br/>
        <w:t>vt 0.743907 0.402118</w:t>
        <w:br/>
        <w:t>vt 0.748471 0.419733</w:t>
        <w:br/>
        <w:t>vt 0.805351 0.342689</w:t>
        <w:br/>
        <w:t>vt 0.827107 0.341551</w:t>
        <w:br/>
        <w:t>vt 0.813625 0.351662</w:t>
        <w:br/>
        <w:t>vt 0.592558 0.721475</w:t>
        <w:br/>
        <w:t>vt 0.592169 0.715934</w:t>
        <w:br/>
        <w:t>vt 0.857890 0.397948</w:t>
        <w:br/>
        <w:t>vt 0.852779 0.406724</w:t>
        <w:br/>
        <w:t>vt 0.760461 0.400759</w:t>
        <w:br/>
        <w:t>vt 0.771522 0.345894</w:t>
        <w:br/>
        <w:t>vt 0.768375 0.364383</w:t>
        <w:br/>
        <w:t>vt 0.731944 0.442467</w:t>
        <w:br/>
        <w:t>vt 0.738663 0.438901</w:t>
        <w:br/>
        <w:t>vt 0.583513 0.709728</w:t>
        <w:br/>
        <w:t>vt 0.520888 0.052836</w:t>
        <w:br/>
        <w:t>vt 0.761932 0.365641</w:t>
        <w:br/>
        <w:t>vt 0.136021 0.198425</w:t>
        <w:br/>
        <w:t>vt 0.582750 0.719742</w:t>
        <w:br/>
        <w:t>vt 0.836676 0.352013</w:t>
        <w:br/>
        <w:t>vt 0.850703 0.366690</w:t>
        <w:br/>
        <w:t>vt 0.145034 0.211133</w:t>
        <w:br/>
        <w:t>vt 0.148482 0.217284</w:t>
        <w:br/>
        <w:t>vt 0.868409 0.415927</w:t>
        <w:br/>
        <w:t>vt 0.875465 0.407794</w:t>
        <w:br/>
        <w:t>vt 0.879181 0.395080</w:t>
        <w:br/>
        <w:t>vt 0.768189 0.383102</w:t>
        <w:br/>
        <w:t>vt 0.760311 0.418187</w:t>
        <w:br/>
        <w:t>vt 0.740969 0.458097</w:t>
        <w:br/>
        <w:t>vt 0.737287 0.451721</w:t>
        <w:br/>
        <w:t>vt 0.741039 0.451042</w:t>
        <w:br/>
        <w:t>vt 0.744186 0.458221</w:t>
        <w:br/>
        <w:t>vt 0.156328 0.409309</w:t>
        <w:br/>
        <w:t>vt 0.766835 0.400170</w:t>
        <w:br/>
        <w:t>vt 0.885868 0.423242</w:t>
        <w:br/>
        <w:t>vt 0.889183 0.415284</w:t>
        <w:br/>
        <w:t>vt 0.173970 0.413811</w:t>
        <w:br/>
        <w:t>vt 0.817511 0.331289</w:t>
        <w:br/>
        <w:t>vt 0.827878 0.317547</w:t>
        <w:br/>
        <w:t>vt 0.839145 0.323412</w:t>
        <w:br/>
        <w:t>vt 0.748189 0.449619</w:t>
        <w:br/>
        <w:t>vt 0.748797 0.457934</w:t>
        <w:br/>
        <w:t>vt 0.748800 0.471661</w:t>
        <w:br/>
        <w:t>vt 0.760040 0.432136</w:t>
        <w:br/>
        <w:t>vt 0.749532 0.437219</w:t>
        <w:br/>
        <w:t>vt 0.764372 0.416506</w:t>
        <w:br/>
        <w:t>vt 0.753369 0.462563</w:t>
        <w:br/>
        <w:t>vt 0.904742 0.422423</w:t>
        <w:br/>
        <w:t>vt 0.903140 0.430116</w:t>
        <w:br/>
        <w:t>vt 0.862054 0.348322</w:t>
        <w:br/>
        <w:t>vt 0.848851 0.334399</w:t>
        <w:br/>
        <w:t>vt 0.830400 0.312871</w:t>
        <w:br/>
        <w:t>vt 0.862624 0.388802</w:t>
        <w:br/>
        <w:t>vt 0.865441 0.382015</w:t>
        <w:br/>
        <w:t>vt 0.753820 0.459841</w:t>
        <w:br/>
        <w:t>vt 0.893220 0.403116</w:t>
        <w:br/>
        <w:t>vt 0.920772 0.427947</w:t>
        <w:br/>
        <w:t>vt 0.920432 0.436074</w:t>
        <w:br/>
        <w:t>vt 0.977703 0.440328</w:t>
        <w:br/>
        <w:t>vt 0.977034 0.434776</w:t>
        <w:br/>
        <w:t>vt 0.981741 0.441370</w:t>
        <w:br/>
        <w:t>vt 0.936269 0.431610</w:t>
        <w:br/>
        <w:t>vt 0.938197 0.440739</w:t>
        <w:br/>
        <w:t>vt 0.964892 0.441819</w:t>
        <w:br/>
        <w:t>vt 0.965473 0.435222</w:t>
        <w:br/>
        <w:t>vt 0.908534 0.410134</w:t>
        <w:br/>
        <w:t>vt 0.995591 0.439534</w:t>
        <w:br/>
        <w:t>vt 0.974864 0.415460</w:t>
        <w:br/>
        <w:t>vt 0.995591 0.415758</w:t>
        <w:br/>
        <w:t>vt 0.548945 0.687464</w:t>
        <w:br/>
        <w:t>vt 0.530639 0.678945</w:t>
        <w:br/>
        <w:t>vt 0.552009 0.667189</w:t>
        <w:br/>
        <w:t>vt 0.887688 0.376158</w:t>
        <w:br/>
        <w:t>vt 0.968999 0.416956</w:t>
        <w:br/>
        <w:t>vt 0.898632 0.386832</w:t>
        <w:br/>
        <w:t>vt 0.925170 0.416002</w:t>
        <w:br/>
        <w:t>vt 0.941022 0.419030</w:t>
        <w:br/>
        <w:t>vt 0.982559 0.400737</w:t>
        <w:br/>
        <w:t>vt 0.995591 0.396128</w:t>
        <w:br/>
        <w:t>vt 0.911707 0.396890</w:t>
        <w:br/>
        <w:t>vt 0.928680 0.406439</w:t>
        <w:br/>
        <w:t>vt 0.974864 0.415460</w:t>
        <w:br/>
        <w:t>vt 0.970183 0.407824</w:t>
        <w:br/>
        <w:t>vt 0.978812 0.408334</w:t>
        <w:br/>
        <w:t>vt 0.995591 0.390172</w:t>
        <w:br/>
        <w:t>vt 0.987907 0.394248</w:t>
        <w:br/>
        <w:t>vt 0.945043 0.409603</w:t>
        <w:br/>
        <w:t>vt 0.960548 0.408178</w:t>
        <w:br/>
        <w:t>vt 0.968999 0.416956</w:t>
        <w:br/>
        <w:t>vt 0.972226 0.396490</w:t>
        <w:br/>
        <w:t>vt 0.982559 0.400737</w:t>
        <w:br/>
        <w:t>vt 0.929967 0.402146</w:t>
        <w:br/>
        <w:t>vt 0.956211 0.418970</w:t>
        <w:br/>
        <w:t>vt 0.923031 0.375643</w:t>
        <w:br/>
        <w:t>vt 0.943713 0.402229</w:t>
        <w:br/>
        <w:t>vt 0.934552 0.385048</w:t>
        <w:br/>
        <w:t>vt 0.957951 0.400154</w:t>
        <w:br/>
        <w:t>vt 0.945026 0.392675</w:t>
        <w:br/>
        <w:t>vt 0.943713 0.402229</w:t>
        <w:br/>
        <w:t>vt 0.957951 0.400154</w:t>
        <w:br/>
        <w:t>vt 0.972226 0.396490</w:t>
        <w:br/>
        <w:t>vt 0.964619 0.387697</w:t>
        <w:br/>
        <w:t>vt 0.645482 0.675367</w:t>
        <w:br/>
        <w:t>vt 0.645540 0.681694</w:t>
        <w:br/>
        <w:t>vt 0.640901 0.674966</w:t>
        <w:br/>
        <w:t>vt 0.809965 0.302259</w:t>
        <w:br/>
        <w:t>vt 0.818474 0.309357</w:t>
        <w:br/>
        <w:t>vt 0.818474 0.309357</w:t>
        <w:br/>
        <w:t>vt 0.821395 0.304459</w:t>
        <w:br/>
        <w:t>vt 0.032476 0.989742</w:t>
        <w:br/>
        <w:t>vt 0.032476 0.989742</w:t>
        <w:br/>
        <w:t>vt 0.756645 0.442661</w:t>
        <w:br/>
        <w:t>vt 0.951538 0.434435</w:t>
        <w:br/>
        <w:t>vt 0.951562 0.442202</w:t>
        <w:br/>
        <w:t>vt 0.754249 0.452017</w:t>
        <w:br/>
        <w:t>vt 0.645921 0.667361</w:t>
        <w:br/>
        <w:t>vt 0.645921 0.654258</w:t>
        <w:br/>
        <w:t>vt 0.979456 0.387663</w:t>
        <w:br/>
        <w:t>vt 0.874826 0.363045</w:t>
        <w:br/>
        <w:t>vt 0.277491 0.229366</w:t>
        <w:br/>
        <w:t>vt 0.296533 0.230180</w:t>
        <w:br/>
        <w:t>vt 0.296523 0.233796</w:t>
        <w:br/>
        <w:t>vt 0.276976 0.233022</w:t>
        <w:br/>
        <w:t>vt 0.296383 0.237960</w:t>
        <w:br/>
        <w:t>vt 0.275774 0.237574</w:t>
        <w:br/>
        <w:t>vt 0.276976 0.233022</w:t>
        <w:br/>
        <w:t>vt 0.296523 0.233796</w:t>
        <w:br/>
        <w:t>vt 0.255401 0.230850</w:t>
        <w:br/>
        <w:t>vt 0.256467 0.226939</w:t>
        <w:br/>
        <w:t>vt 0.253366 0.236326</w:t>
        <w:br/>
        <w:t>vt 0.276916 0.253574</w:t>
        <w:br/>
        <w:t>vt 0.275593 0.247373</w:t>
        <w:br/>
        <w:t>vt 0.296724 0.247523</w:t>
        <w:br/>
        <w:t>vt 0.297240 0.253574</w:t>
        <w:br/>
        <w:t>vt 0.322001 0.227031</w:t>
        <w:br/>
        <w:t>vt 0.322222 0.230923</w:t>
        <w:br/>
        <w:t>vt 0.255778 0.253574</w:t>
        <w:br/>
        <w:t>vt 0.253818 0.246565</w:t>
        <w:br/>
        <w:t>vt 0.274791 0.241589</w:t>
        <w:br/>
        <w:t>vt 0.296261 0.241936</w:t>
        <w:br/>
        <w:t>vt 0.322222 0.230923</w:t>
        <w:br/>
        <w:t>vt 0.322311 0.235692</w:t>
        <w:br/>
        <w:t>vt 0.252127 0.240564</w:t>
        <w:br/>
        <w:t>vt 0.296261 0.241936</w:t>
        <w:br/>
        <w:t>vt 0.296724 0.247523</w:t>
        <w:br/>
        <w:t>vt 0.275593 0.247373</w:t>
        <w:br/>
        <w:t>vt 0.274791 0.241589</w:t>
        <w:br/>
        <w:t>vt 0.235746 0.230582</w:t>
        <w:br/>
        <w:t>vt 0.236870 0.226663</w:t>
        <w:br/>
        <w:t>vt 0.253818 0.246565</w:t>
        <w:br/>
        <w:t>vt 0.252127 0.240564</w:t>
        <w:br/>
        <w:t>vt 0.324292 0.253574</w:t>
        <w:br/>
        <w:t>vt 0.323475 0.246367</w:t>
        <w:br/>
        <w:t>vt 0.322543 0.240420</w:t>
        <w:br/>
        <w:t>vt 0.233470 0.236222</w:t>
        <w:br/>
        <w:t>vt 0.322543 0.240420</w:t>
        <w:br/>
        <w:t>vt 0.323475 0.246367</w:t>
        <w:br/>
        <w:t>vt 0.237108 0.253574</w:t>
        <w:br/>
        <w:t>vt 0.234503 0.246333</w:t>
        <w:br/>
        <w:t>vt 0.212728 0.259714</w:t>
        <w:br/>
        <w:t>vt 0.220640 0.266907</w:t>
        <w:br/>
        <w:t>vt 0.211545 0.261640</w:t>
        <w:br/>
        <w:t>vt 0.713903 0.135952</w:t>
        <w:br/>
        <w:t>vt 0.704955 0.136145</w:t>
        <w:br/>
        <w:t>vt 0.705669 0.130706</w:t>
        <w:br/>
        <w:t>vt 0.212728 0.259714</w:t>
        <w:br/>
        <w:t>vt 0.213019 0.257971</w:t>
        <w:br/>
        <w:t>vt 0.221514 0.259980</w:t>
        <w:br/>
        <w:t>vt 0.221786 0.263538</w:t>
        <w:br/>
        <w:t>vt 0.232253 0.240538</w:t>
        <w:br/>
        <w:t>vt 0.347556 0.221745</w:t>
        <w:br/>
        <w:t>vt 0.348293 0.226378</w:t>
        <w:br/>
        <w:t>vt 0.763873 0.133275</w:t>
        <w:br/>
        <w:t>vt 0.757782 0.134563</w:t>
        <w:br/>
        <w:t>vt 0.757757 0.130706</w:t>
        <w:br/>
        <w:t>vt 0.200541 0.256560</w:t>
        <w:br/>
        <w:t>vt 0.714703 0.130706</w:t>
        <w:br/>
        <w:t>vt 0.723439 0.135591</w:t>
        <w:br/>
        <w:t>vt 0.217998 0.268254</w:t>
        <w:br/>
        <w:t>vt 0.210621 0.263094</w:t>
        <w:br/>
        <w:t>vt 0.348293 0.226378</w:t>
        <w:br/>
        <w:t>vt 0.349036 0.232203</w:t>
        <w:br/>
        <w:t>vt 0.229861 0.262096</w:t>
        <w:br/>
        <w:t>vt 0.230944 0.267322</w:t>
        <w:br/>
        <w:t>vt 0.775335 0.130706</w:t>
        <w:br/>
        <w:t>vt 0.763914 0.134830</w:t>
        <w:br/>
        <w:t>vt 0.775335 0.130706</w:t>
        <w:br/>
        <w:t>vt 0.763846 0.130706</w:t>
        <w:br/>
        <w:t>vt 0.692617 0.135977</w:t>
        <w:br/>
        <w:t>vt 0.694025 0.130706</w:t>
        <w:br/>
        <w:t>vt 0.234503 0.246333</w:t>
        <w:br/>
        <w:t>vt 0.232253 0.240538</w:t>
        <w:br/>
        <w:t>vt 0.295703 0.273459</w:t>
        <w:br/>
        <w:t>vt 0.285227 0.272117</w:t>
        <w:br/>
        <w:t>vt 0.287135 0.264445</w:t>
        <w:br/>
        <w:t>vt 0.298174 0.264768</w:t>
        <w:br/>
        <w:t>vt 0.230724 0.271795</w:t>
        <w:br/>
        <w:t>vt 0.751942 0.130706</w:t>
        <w:br/>
        <w:t>vt 0.225823 0.272941</w:t>
        <w:br/>
        <w:t>vt 0.276374 0.270546</w:t>
        <w:br/>
        <w:t>vt 0.276542 0.263754</w:t>
        <w:br/>
        <w:t>vt 0.215735 0.231701</w:t>
        <w:br/>
        <w:t>vt 0.216524 0.228065</w:t>
        <w:br/>
        <w:t>vt 0.349598 0.238170</w:t>
        <w:br/>
        <w:t>vt 0.350037 0.244613</w:t>
        <w:br/>
        <w:t>vt 0.350708 0.253574</w:t>
        <w:br/>
        <w:t>vt 0.309148 0.273434</w:t>
        <w:br/>
        <w:t>vt 0.309607 0.265602</w:t>
        <w:br/>
        <w:t>vt 0.724505 0.130706</w:t>
        <w:br/>
        <w:t>vt 0.732252 0.135407</w:t>
        <w:br/>
        <w:t>vt 0.214167 0.236907</w:t>
        <w:br/>
        <w:t>vt 0.284777 0.288004</w:t>
        <w:br/>
        <w:t>vt 0.284603 0.277313</w:t>
        <w:br/>
        <w:t>vt 0.294499 0.288884</w:t>
        <w:br/>
        <w:t>vt 0.276241 0.275400</w:t>
        <w:br/>
        <w:t>vt 0.349598 0.238170</w:t>
        <w:br/>
        <w:t>vt 0.350037 0.244613</w:t>
        <w:br/>
        <w:t>vt 0.217367 0.253574</w:t>
        <w:br/>
        <w:t>vt 0.215364 0.246517</w:t>
        <w:br/>
        <w:t>vt 0.236837 0.262677</w:t>
        <w:br/>
        <w:t>vt 0.238511 0.268221</w:t>
        <w:br/>
        <w:t>vt 0.751897 0.134350</w:t>
        <w:br/>
        <w:t>vt 0.747051 0.130706</w:t>
        <w:br/>
        <w:t>vt 0.236149 0.277905</w:t>
        <w:br/>
        <w:t>vt 0.265683 0.263409</w:t>
        <w:br/>
        <w:t>vt 0.239194 0.272222</w:t>
        <w:br/>
        <w:t>vt 0.213478 0.241341</w:t>
        <w:br/>
        <w:t>vt 0.265042 0.283950</w:t>
        <w:br/>
        <w:t>vt 0.266647 0.274808</w:t>
        <w:br/>
        <w:t>vt 0.275116 0.285878</w:t>
        <w:br/>
        <w:t>vt 0.678316 0.135232</w:t>
        <w:br/>
        <w:t>vt 0.680051 0.130706</w:t>
        <w:br/>
        <w:t>vt 0.320821 0.267727</w:t>
        <w:br/>
        <w:t>vt 0.322697 0.274476</w:t>
        <w:br/>
        <w:t>vt 0.284603 0.277313</w:t>
        <w:br/>
        <w:t>vt 0.285227 0.272117</w:t>
        <w:br/>
        <w:t>vt 0.294370 0.278567</w:t>
        <w:br/>
        <w:t>vt 0.294370 0.278567</w:t>
        <w:br/>
        <w:t>vt 0.308289 0.286565</w:t>
        <w:br/>
        <w:t>vt 0.177377 0.230528</w:t>
        <w:br/>
        <w:t>vt 0.177926 0.235410</w:t>
        <w:br/>
        <w:t>vt 0.168021 0.236173</w:t>
        <w:br/>
        <w:t>vt 0.165913 0.231793</w:t>
        <w:br/>
        <w:t>vt 0.177102 0.226765</w:t>
        <w:br/>
        <w:t>vt 0.177377 0.230528</w:t>
        <w:br/>
        <w:t>vt 0.165913 0.231793</w:t>
        <w:br/>
        <w:t>vt 0.164386 0.228378</w:t>
        <w:br/>
        <w:t>vt 0.733491 0.130706</w:t>
        <w:br/>
        <w:t>vt 0.738357 0.130706</w:t>
        <w:br/>
        <w:t>vt 0.736896 0.135196</w:t>
        <w:br/>
        <w:t>vt 0.215364 0.246517</w:t>
        <w:br/>
        <w:t>vt 0.213478 0.241341</w:t>
        <w:br/>
        <w:t>vt 0.308407 0.279067</w:t>
        <w:br/>
        <w:t>vt 0.200449 0.229624</w:t>
        <w:br/>
        <w:t>vt 0.200399 0.232862</w:t>
        <w:br/>
        <w:t>vt 0.276241 0.275400</w:t>
        <w:br/>
        <w:t>vt 0.276374 0.270546</w:t>
        <w:br/>
        <w:t>vt 0.169345 0.246425</w:t>
        <w:br/>
        <w:t>vt 0.179033 0.246116</w:t>
        <w:br/>
        <w:t>vt 0.179340 0.253574</w:t>
        <w:br/>
        <w:t>vt 0.169010 0.253574</w:t>
        <w:br/>
        <w:t>vt 0.189489 0.227897</w:t>
        <w:br/>
        <w:t>vt 0.189546 0.231437</w:t>
        <w:br/>
        <w:t>vt 0.189546 0.231437</w:t>
        <w:br/>
        <w:t>vt 0.189645 0.236083</w:t>
        <w:br/>
        <w:t>vt 0.746611 0.134634</w:t>
        <w:br/>
        <w:t>vt 0.743901 0.130706</w:t>
        <w:br/>
        <w:t>vt 0.178444 0.240525</w:t>
        <w:br/>
        <w:t>vt 0.169424 0.240984</w:t>
        <w:br/>
        <w:t>vt 0.199835 0.237101</w:t>
        <w:br/>
        <w:t>vt 0.200399 0.232862</w:t>
        <w:br/>
        <w:t>vt 0.244720 0.273138</w:t>
        <w:br/>
        <w:t>vt 0.242657 0.279519</w:t>
        <w:br/>
        <w:t>vt 0.201184 0.253574</w:t>
        <w:br/>
        <w:t>vt 0.199925 0.246684</w:t>
        <w:br/>
        <w:t>vt 0.243600 0.262380</w:t>
        <w:br/>
        <w:t>vt 0.244260 0.268613</w:t>
        <w:br/>
        <w:t>vt 0.189812 0.246297</w:t>
        <w:br/>
        <w:t>vt 0.190322 0.253574</w:t>
        <w:br/>
        <w:t>vt 0.257163 0.282098</w:t>
        <w:br/>
        <w:t>vt 0.257374 0.273978</w:t>
        <w:br/>
        <w:t>vt 0.740858 0.130706</w:t>
        <w:br/>
        <w:t>vt 0.739558 0.135129</w:t>
        <w:br/>
        <w:t>vt 0.169424 0.240984</w:t>
        <w:br/>
        <w:t>vt 0.178444 0.240525</w:t>
        <w:br/>
        <w:t>vt 0.179033 0.246116</w:t>
        <w:br/>
        <w:t>vt 0.169345 0.246425</w:t>
        <w:br/>
        <w:t>vt 0.266405 0.269525</w:t>
        <w:br/>
        <w:t>vt 0.257599 0.262463</w:t>
        <w:br/>
        <w:t>vt 0.266647 0.274808</w:t>
        <w:br/>
        <w:t>vt 0.189696 0.240992</w:t>
        <w:br/>
        <w:t>vt 0.742875 0.134961</w:t>
        <w:br/>
        <w:t>vt 0.322688 0.279642</w:t>
        <w:br/>
        <w:t>vt 0.320834 0.287094</w:t>
        <w:br/>
        <w:t>vt 0.308407 0.279067</w:t>
        <w:br/>
        <w:t>vt 0.199608 0.241665</w:t>
        <w:br/>
        <w:t>vt 0.322688 0.279642</w:t>
        <w:br/>
        <w:t>vt 0.189696 0.240992</w:t>
        <w:br/>
        <w:t>vt 0.189812 0.246297</w:t>
        <w:br/>
        <w:t>vt 0.383137 0.214108</w:t>
        <w:br/>
        <w:t>vt 0.383947 0.220675</w:t>
        <w:br/>
        <w:t>vt 0.244720 0.273138</w:t>
        <w:br/>
        <w:t>vt 0.239194 0.272222</w:t>
        <w:br/>
        <w:t>vt 0.383947 0.220675</w:t>
        <w:br/>
        <w:t>vt 0.385270 0.228084</w:t>
        <w:br/>
        <w:t>vt 0.199925 0.246684</w:t>
        <w:br/>
        <w:t>vt 0.199608 0.241665</w:t>
        <w:br/>
        <w:t>vt 0.249796 0.273931</w:t>
        <w:br/>
        <w:t>vt 0.250122 0.280056</w:t>
        <w:br/>
        <w:t>vt 0.661330 0.137022</w:t>
        <w:br/>
        <w:t>vt 0.666572 0.130706</w:t>
        <w:br/>
        <w:t>vt 0.334349 0.270350</w:t>
        <w:br/>
        <w:t>vt 0.336990 0.278134</w:t>
        <w:br/>
        <w:t>vt 0.257343 0.268497</w:t>
        <w:br/>
        <w:t>vt 0.250235 0.262339</w:t>
        <w:br/>
        <w:t>vt 0.249758 0.268697</w:t>
        <w:br/>
        <w:t>vt 0.385270 0.228084</w:t>
        <w:br/>
        <w:t>vt 0.386066 0.235599</w:t>
        <w:br/>
        <w:t>vt 0.461224 0.256560</w:t>
        <w:br/>
        <w:t>vt 0.482111 0.256560</w:t>
        <w:br/>
        <w:t>vt 0.479080 0.267887</w:t>
        <w:br/>
        <w:t>vt 0.457711 0.266914</w:t>
        <w:br/>
        <w:t>vt 0.257374 0.273978</w:t>
        <w:br/>
        <w:t>vt 0.438419 0.256560</w:t>
        <w:br/>
        <w:t>vt 0.434858 0.266603</w:t>
        <w:br/>
        <w:t>vt 0.387336 0.253574</w:t>
        <w:br/>
        <w:t>vt 0.385623 0.242381</w:t>
        <w:br/>
        <w:t>vt 0.249796 0.273931</w:t>
        <w:br/>
        <w:t>vt 0.385623 0.242381</w:t>
        <w:br/>
        <w:t>vt 0.507862 0.256560</w:t>
        <w:br/>
        <w:t>vt 0.505773 0.269482</w:t>
        <w:br/>
        <w:t>vt 0.413355 0.266957</w:t>
        <w:br/>
        <w:t>vt 0.416744 0.256560</w:t>
        <w:br/>
        <w:t>vt 0.336990 0.278134</w:t>
        <w:br/>
        <w:t>vt 0.335258 0.285601</w:t>
        <w:br/>
        <w:t>vt 0.249758 0.268697</w:t>
        <w:br/>
        <w:t>vt 0.332576 0.291975</w:t>
        <w:br/>
        <w:t>vt 0.477662 0.290034</w:t>
        <w:br/>
        <w:t>vt 0.453041 0.291250</w:t>
        <w:br/>
        <w:t>vt 0.457711 0.266914</w:t>
        <w:br/>
        <w:t>vt 0.479080 0.267887</w:t>
        <w:br/>
        <w:t>vt 0.429583 0.292093</w:t>
        <w:br/>
        <w:t>vt 0.434858 0.266603</w:t>
        <w:br/>
        <w:t>vt 0.349343 0.272236</w:t>
        <w:br/>
        <w:t>vt 0.349796 0.284506</w:t>
        <w:br/>
        <w:t>vt 0.646671 0.139961</w:t>
        <w:br/>
        <w:t>vt 0.651721 0.130706</w:t>
        <w:br/>
        <w:t>vt 0.393249 0.267043</w:t>
        <w:br/>
        <w:t>vt 0.395635 0.256560</w:t>
        <w:br/>
        <w:t>vt 0.543130 0.155426</w:t>
        <w:br/>
        <w:t>vt 0.538184 0.130706</w:t>
        <w:br/>
        <w:t>vt 0.559004 0.130706</w:t>
        <w:br/>
        <w:t>vt 0.565274 0.158409</w:t>
        <w:br/>
        <w:t>vt 0.505773 0.269482</w:t>
        <w:br/>
        <w:t>vt 0.507838 0.289379</w:t>
        <w:br/>
        <w:t>vt 0.376897 0.268220</w:t>
        <w:br/>
        <w:t>vt 0.375189 0.256560</w:t>
        <w:br/>
        <w:t>vt 0.409002 0.292431</w:t>
        <w:br/>
        <w:t>vt 0.413355 0.266957</w:t>
        <w:br/>
        <w:t>vt 0.520241 0.152838</w:t>
        <w:br/>
        <w:t>vt 0.518612 0.130706</w:t>
        <w:br/>
        <w:t>vt 0.358347 0.256560</w:t>
        <w:br/>
        <w:t>vt 0.365038 0.272803</w:t>
        <w:br/>
        <w:t>vt 0.349343 0.272236</w:t>
        <w:br/>
        <w:t>vt 0.342542 0.256560</w:t>
        <w:br/>
        <w:t>vt 0.577998 0.130706</w:t>
        <w:br/>
        <w:t>vt 0.584776 0.160893</w:t>
        <w:br/>
        <w:t>vt 0.347593 0.293354</w:t>
        <w:br/>
        <w:t>vt 0.392555 0.292251</w:t>
        <w:br/>
        <w:t>vt 0.393249 0.267043</w:t>
        <w:br/>
        <w:t>vt 0.491990 0.154168</w:t>
        <w:br/>
        <w:t>vt 0.494506 0.130706</w:t>
        <w:br/>
        <w:t>vt 0.536560 0.256560</w:t>
        <w:br/>
        <w:t>vt 0.536180 0.271039</w:t>
        <w:br/>
        <w:t>vt 0.376897 0.268220</w:t>
        <w:br/>
        <w:t>vt 0.375613 0.292007</w:t>
        <w:br/>
        <w:t>vt 0.601355 0.161017</w:t>
        <w:br/>
        <w:t>vt 0.617411 0.154358</w:t>
        <w:br/>
        <w:t>vt 0.596157 0.130706</w:t>
        <w:br/>
        <w:t>vt 0.360147 0.299313</w:t>
        <w:br/>
        <w:t>vt 0.340809 0.299313</w:t>
        <w:br/>
        <w:t>vt 0.631882 0.141622</w:t>
        <w:br/>
        <w:t>vt 0.612247 0.130706</w:t>
        <w:br/>
        <w:t>vt 0.404897 0.216781</w:t>
        <w:br/>
        <w:t>vt 0.406130 0.224870</w:t>
        <w:br/>
        <w:t>vt 0.404971 0.208483</w:t>
        <w:br/>
        <w:t>vt 0.404897 0.216781</w:t>
        <w:br/>
        <w:t>vt 0.477662 0.290034</w:t>
        <w:br/>
        <w:t>vt 0.480640 0.299313</w:t>
        <w:br/>
        <w:t>vt 0.456381 0.299313</w:t>
        <w:br/>
        <w:t>vt 0.453041 0.291250</w:t>
        <w:br/>
        <w:t>vt 0.536180 0.271039</w:t>
        <w:br/>
        <w:t>vt 0.536975 0.289134</w:t>
        <w:br/>
        <w:t>vt 0.362261 0.291539</w:t>
        <w:br/>
        <w:t>vt 0.406130 0.224870</w:t>
        <w:br/>
        <w:t>vt 0.407857 0.233551</w:t>
        <w:br/>
        <w:t>vt 0.432535 0.299313</w:t>
        <w:br/>
        <w:t>vt 0.429583 0.292093</w:t>
        <w:br/>
        <w:t>vt 0.507838 0.289379</w:t>
        <w:br/>
        <w:t>vt 0.510072 0.299313</w:t>
        <w:br/>
        <w:t>vt 0.406652 0.241741</w:t>
        <w:br/>
        <w:t>vt 0.410361 0.253574</w:t>
        <w:br/>
        <w:t>vt 0.464476 0.157621</w:t>
        <w:br/>
        <w:t>vt 0.467188 0.130706</w:t>
        <w:br/>
        <w:t>vt 0.411999 0.299313</w:t>
        <w:br/>
        <w:t>vt 0.409002 0.292431</w:t>
        <w:br/>
        <w:t>vt 0.375613 0.292007</w:t>
        <w:br/>
        <w:t>vt 0.406652 0.241741</w:t>
        <w:br/>
        <w:t>vt 0.557876 0.261519</w:t>
        <w:br/>
        <w:t>vt 0.392555 0.292251</w:t>
        <w:br/>
        <w:t>vt 0.394477 0.299313</w:t>
        <w:br/>
        <w:t>vt 0.375388 0.299313</w:t>
        <w:br/>
        <w:t>vt 0.561167 0.272263</w:t>
        <w:br/>
        <w:t>vt 0.556343 0.256560</w:t>
        <w:br/>
        <w:t>vt 0.433165 0.212022</w:t>
        <w:br/>
        <w:t>vt 0.432938 0.220505</w:t>
        <w:br/>
        <w:t>vt 0.432129 0.203671</w:t>
        <w:br/>
        <w:t>vt 0.433165 0.212022</w:t>
        <w:br/>
        <w:t>vt 0.562050 0.290437</w:t>
        <w:br/>
        <w:t>vt 0.432938 0.220505</w:t>
        <w:br/>
        <w:t>vt 0.536975 0.289134</w:t>
        <w:br/>
        <w:t>vt 0.538394 0.299313</w:t>
        <w:br/>
        <w:t>vt 0.584838 0.256017</w:t>
        <w:br/>
        <w:t>vt 0.585570 0.269484</w:t>
        <w:br/>
        <w:t>vt 0.439368 0.159132</w:t>
        <w:br/>
        <w:t>vt 0.450151 0.130706</w:t>
        <w:br/>
        <w:t>vt 0.436362 0.241607</w:t>
        <w:br/>
        <w:t>vt 0.438910 0.253574</w:t>
        <w:br/>
        <w:t>vt 0.586279 0.289905</w:t>
        <w:br/>
        <w:t>vt 0.452941 0.213846</w:t>
        <w:br/>
        <w:t>vt 0.608395 0.265577</w:t>
        <w:br/>
        <w:t>vt 0.439437 0.233222</w:t>
        <w:br/>
        <w:t>vt 0.436362 0.241607</w:t>
        <w:br/>
        <w:t>vt 0.562529 0.299313</w:t>
        <w:br/>
        <w:t>vt 0.452941 0.213846</w:t>
        <w:br/>
        <w:t>vt 0.416150 0.156512</w:t>
        <w:br/>
        <w:t>vt 0.420469 0.130706</w:t>
        <w:br/>
        <w:t>vt 0.462332 0.242345</w:t>
        <w:br/>
        <w:t>vt 0.461183 0.231018</w:t>
        <w:br/>
        <w:t>vt 0.462332 0.242345</w:t>
        <w:br/>
        <w:t>vt 0.399963 0.151302</w:t>
        <w:br/>
        <w:t>vt 0.400475 0.130706</w:t>
        <w:br/>
        <w:t>vt 0.586278 0.299313</w:t>
        <w:br/>
        <w:t>vt 0.562050 0.290437</w:t>
        <w:br/>
        <w:t>vt 0.603299 0.299313</w:t>
        <w:br/>
        <w:t>vt 0.605697 0.285675</w:t>
        <w:br/>
        <w:t>vt 0.495265 0.242244</w:t>
        <w:br/>
        <w:t>vt 0.495391 0.253574</w:t>
        <w:br/>
        <w:t>vt 0.462046 0.253574</w:t>
        <w:br/>
        <w:t>vt 0.316428 0.845055</w:t>
        <w:br/>
        <w:t>vt 0.349341 0.845055</w:t>
        <w:br/>
        <w:t>vt 0.349348 0.865216</w:t>
        <w:br/>
        <w:t>vt 0.319247 0.865216</w:t>
        <w:br/>
        <w:t>vt 0.495265 0.242244</w:t>
        <w:br/>
        <w:t>vt 0.500120 0.229535</w:t>
        <w:br/>
        <w:t>vt 0.543339 0.227963</w:t>
        <w:br/>
        <w:t>vt 0.545084 0.216203</w:t>
        <w:br/>
        <w:t>vt 0.566825 0.235115</w:t>
        <w:br/>
        <w:t>vt 0.383738 0.152106</w:t>
        <w:br/>
        <w:t>vt 0.989603 0.093385</w:t>
        <w:br/>
        <w:t>vt 0.987642 0.084623</w:t>
        <w:br/>
        <w:t>vt 0.989603 0.084941</w:t>
        <w:br/>
        <w:t>vt 0.471308 0.165792</w:t>
        <w:br/>
        <w:t>vt 0.479771 0.167257</w:t>
        <w:br/>
        <w:t>vt 0.472220 0.167917</w:t>
        <w:br/>
        <w:t>vt 0.111902 0.568738</w:t>
        <w:br/>
        <w:t>vt 0.111902 0.576444</w:t>
        <w:br/>
        <w:t>vt 0.109937 0.575709</w:t>
        <w:br/>
        <w:t>vt 0.365044 0.130706</w:t>
        <w:br/>
        <w:t>vt 0.868685 0.466481</w:t>
        <w:br/>
        <w:t>vt 0.863093 0.460939</w:t>
        <w:br/>
        <w:t>vt 0.869530 0.464656</w:t>
        <w:br/>
        <w:t>vt 0.513928 0.253574</w:t>
        <w:br/>
        <w:t>vt 0.620660 0.299313</w:t>
        <w:br/>
        <w:t>vt 0.989603 0.047244</w:t>
        <w:br/>
        <w:t>vt 0.989603 0.056026</w:t>
        <w:br/>
        <w:t>vt 0.984836 0.054632</w:t>
        <w:br/>
        <w:t>vt 0.983074 0.046410</w:t>
        <w:br/>
        <w:t>vt 0.444136 0.170374</w:t>
        <w:br/>
        <w:t>vt 0.435757 0.171107</w:t>
        <w:br/>
        <w:t>vt 0.435918 0.164071</w:t>
        <w:br/>
        <w:t>vt 0.443857 0.164447</w:t>
        <w:br/>
        <w:t>vt 0.234981 0.761191</w:t>
        <w:br/>
        <w:t>vt 0.249596 0.735516</w:t>
        <w:br/>
        <w:t>vt 0.255710 0.749224</w:t>
        <w:br/>
        <w:t>vt 0.106826 0.605341</w:t>
        <w:br/>
        <w:t>vt 0.111902 0.605403</w:t>
        <w:br/>
        <w:t>vt 0.111902 0.613978</w:t>
        <w:br/>
        <w:t>vt 0.898001 0.487642</w:t>
        <w:br/>
        <w:t>vt 0.893343 0.478404</w:t>
        <w:br/>
        <w:t>vt 0.900860 0.482744</w:t>
        <w:br/>
        <w:t>vt 0.473224 0.566693</w:t>
        <w:br/>
        <w:t>vt 0.475598 0.574760</w:t>
        <w:br/>
        <w:t>vt 0.459709 0.577562</w:t>
        <w:br/>
        <w:t>vt 0.457581 0.571529</w:t>
        <w:br/>
        <w:t>vt 0.427714 0.171811</w:t>
        <w:br/>
        <w:t>vt 0.427688 0.165344</w:t>
        <w:br/>
        <w:t>vt 0.513825 0.244671</w:t>
        <w:br/>
        <w:t>vt 0.515237 0.233977</w:t>
        <w:br/>
        <w:t>vt 0.369866 0.855701</w:t>
        <w:br/>
        <w:t>vt 0.205815 0.706907</w:t>
        <w:br/>
        <w:t>vt 0.226004 0.705308</w:t>
        <w:br/>
        <w:t>vt 0.230106 0.715805</w:t>
        <w:br/>
        <w:t>vt 0.202668 0.731455</w:t>
        <w:br/>
        <w:t>vt 0.989603 0.038259</w:t>
        <w:br/>
        <w:t>vt 0.980611 0.038041</w:t>
        <w:br/>
        <w:t>vt 0.441913 0.575237</w:t>
        <w:br/>
        <w:t>vt 0.542730 0.596637</w:t>
        <w:br/>
        <w:t>vt 0.549204 0.586549</w:t>
        <w:br/>
        <w:t>vt 0.561296 0.589789</w:t>
        <w:br/>
        <w:t>vt 0.555263 0.605088</w:t>
        <w:br/>
        <w:t>vt 0.487460 0.562434</w:t>
        <w:br/>
        <w:t>vt 0.502517 0.560560</w:t>
        <w:br/>
        <w:t>vt 0.501977 0.570109</w:t>
        <w:br/>
        <w:t>vt 0.488805 0.572431</w:t>
        <w:br/>
        <w:t>vt 0.530473 0.587876</w:t>
        <w:br/>
        <w:t>vt 0.531635 0.581841</w:t>
        <w:br/>
        <w:t>vt 0.908069 0.486907</w:t>
        <w:br/>
        <w:t>vt 0.904098 0.492470</w:t>
        <w:br/>
        <w:t>vt 0.107068 0.614952</w:t>
        <w:br/>
        <w:t>vt 0.111902 0.622890</w:t>
        <w:br/>
        <w:t>vt 0.106722 0.623727</w:t>
        <w:br/>
        <w:t>vt 0.443328 0.580450</w:t>
        <w:br/>
        <w:t>vt 0.420791 0.584424</w:t>
        <w:br/>
        <w:t>vt 0.512170 0.576625</w:t>
        <w:br/>
        <w:t>vt 0.415833 0.172851</w:t>
        <w:br/>
        <w:t>vt 0.418332 0.165490</w:t>
        <w:br/>
        <w:t>vt 0.567725 0.610404</w:t>
        <w:br/>
        <w:t>vt 0.573853 0.593153</w:t>
        <w:br/>
        <w:t>vt 0.586394 0.596514</w:t>
        <w:br/>
        <w:t>vt 0.581012 0.614597</w:t>
        <w:br/>
        <w:t>vt 0.995591 0.088739</w:t>
        <w:br/>
        <w:t>vt 0.995591 0.112909</w:t>
        <w:br/>
        <w:t>vt 0.992497 0.110231</w:t>
        <w:br/>
        <w:t>vt 0.977595 0.027658</w:t>
        <w:br/>
        <w:t>vt 0.989603 0.027422</w:t>
        <w:br/>
        <w:t>vt 0.240702 0.726775</w:t>
        <w:br/>
        <w:t>vt 0.249596 0.735516</w:t>
        <w:br/>
        <w:t>vt 0.229857 0.748615</w:t>
        <w:br/>
        <w:t>vt 0.220694 0.739353</w:t>
        <w:br/>
        <w:t>vt 0.995591 0.129262</w:t>
        <w:br/>
        <w:t>vt 0.991876 0.129005</w:t>
        <w:br/>
        <w:t>vt 0.995591 0.112909</w:t>
        <w:br/>
        <w:t>vt 0.995591 0.143479</w:t>
        <w:br/>
        <w:t>vt 0.989937 0.141472</w:t>
        <w:br/>
        <w:t>vt 0.988839 0.127874</w:t>
        <w:br/>
        <w:t>vt 0.984740 0.127033</w:t>
        <w:br/>
        <w:t>vt 0.514697 0.567866</w:t>
        <w:br/>
        <w:t>vt 0.373108 0.156544</w:t>
        <w:br/>
        <w:t>vt 0.402334 0.158719</w:t>
        <w:br/>
        <w:t>vt 0.393511 0.174803</w:t>
        <w:br/>
        <w:t>vt 0.593071 0.611348</w:t>
        <w:br/>
        <w:t>vt 0.598865 0.599855</w:t>
        <w:br/>
        <w:t>vt 0.915320 0.491093</w:t>
        <w:br/>
        <w:t>vt 0.912975 0.498177</w:t>
        <w:br/>
        <w:t>vt 0.989362 0.154826</w:t>
        <w:br/>
        <w:t>vt 0.995591 0.155124</w:t>
        <w:br/>
        <w:t>vt 0.995591 0.166731</w:t>
        <w:br/>
        <w:t>vt 0.989443 0.168220</w:t>
        <w:br/>
        <w:t>vt 0.105509 0.632299</w:t>
        <w:br/>
        <w:t>vt 0.513825 0.244671</w:t>
        <w:br/>
        <w:t>vt 0.535645 0.253574</w:t>
        <w:br/>
        <w:t>vt 0.985616 0.140969</w:t>
        <w:br/>
        <w:t>vt 0.202668 0.731455</w:t>
        <w:br/>
        <w:t>vt 0.229857 0.748615</w:t>
        <w:br/>
        <w:t>vt 0.216868 0.771649</w:t>
        <w:br/>
        <w:t>vt 0.368225 0.845055</w:t>
        <w:br/>
        <w:t>vt 0.388956 0.845055</w:t>
        <w:br/>
        <w:t>vt 0.390065 0.852288</w:t>
        <w:br/>
        <w:t>vt 0.535645 0.253574</w:t>
        <w:br/>
        <w:t>vt 0.977481 0.153782</w:t>
        <w:br/>
        <w:t>vt 0.983667 0.154282</w:t>
        <w:br/>
        <w:t>vt 0.982611 0.167801</w:t>
        <w:br/>
        <w:t>vt 0.975454 0.167248</w:t>
        <w:br/>
        <w:t>vt 0.196313 0.714199</w:t>
        <w:br/>
        <w:t>vt 0.995591 0.178308</w:t>
        <w:br/>
        <w:t>vt 0.989322 0.181756</w:t>
        <w:br/>
        <w:t>vt 0.643512 0.688157</w:t>
        <w:br/>
        <w:t>vt 0.635416 0.674486</w:t>
        <w:br/>
        <w:t>vt 0.803412 0.185958</w:t>
        <w:br/>
        <w:t>vt 0.809751 0.194898</w:t>
        <w:br/>
        <w:t>vt 0.802183 0.200048</w:t>
        <w:br/>
        <w:t>vt 0.798072 0.187609</w:t>
        <w:br/>
        <w:t>vt 0.981713 0.181910</w:t>
        <w:br/>
        <w:t>vt 0.208193 0.763807</w:t>
        <w:br/>
        <w:t>vt 0.973852 0.180442</w:t>
        <w:br/>
        <w:t>vt 0.208193 0.763807</w:t>
        <w:br/>
        <w:t>vt 0.200252 0.754392</w:t>
        <w:br/>
        <w:t>vt 0.391699 0.858588</w:t>
        <w:br/>
        <w:t>vt 0.639084 0.696584</w:t>
        <w:br/>
        <w:t>vt 0.629675 0.673984</w:t>
        <w:br/>
        <w:t>vt 0.995591 0.198570</w:t>
        <w:br/>
        <w:t>vt 0.986995 0.200590</w:t>
        <w:br/>
        <w:t>vt 0.954595 0.204761</w:t>
        <w:br/>
        <w:t>vt 0.976253 0.194777</w:t>
        <w:br/>
        <w:t>vt 0.959055 0.209198</w:t>
        <w:br/>
        <w:t>vt 0.812288 0.209850</w:t>
        <w:br/>
        <w:t>vt 0.811135 0.215133</w:t>
        <w:br/>
        <w:t>vt 0.793900 0.205526</w:t>
        <w:br/>
        <w:t>vt 0.787512 0.185501</w:t>
        <w:br/>
        <w:t>vt 0.623678 0.673460</w:t>
        <w:br/>
        <w:t>vt 0.616669 0.672846</w:t>
        <w:br/>
        <w:t>vt 0.193711 0.785019</w:t>
        <w:br/>
        <w:t>vt 0.188260 0.778624</w:t>
        <w:br/>
        <w:t>vt 0.186508 0.745439</w:t>
        <w:br/>
        <w:t>vt 0.413736 0.845055</w:t>
        <w:br/>
        <w:t>vt 0.414119 0.851331</w:t>
        <w:br/>
        <w:t>vt 0.831972 0.266148</w:t>
        <w:br/>
        <w:t>vt 0.832093 0.260224</w:t>
        <w:br/>
        <w:t>vt 0.839636 0.272953</w:t>
        <w:br/>
        <w:t>vt 0.604267 0.671761</w:t>
        <w:br/>
        <w:t>vt 0.609621 0.672230</w:t>
        <w:br/>
        <w:t>vt 0.371610 0.865216</w:t>
        <w:br/>
        <w:t>vt 0.397840 0.865216</w:t>
        <w:br/>
        <w:t>vt 0.971916 0.221463</w:t>
        <w:br/>
        <w:t>vt 0.978833 0.202108</w:t>
        <w:br/>
        <w:t>vt 0.812785 0.297602</w:t>
        <w:br/>
        <w:t>vt 0.809965 0.302259</w:t>
        <w:br/>
        <w:t>vt 0.801466 0.293628</w:t>
        <w:br/>
        <w:t>vt 0.804488 0.290265</w:t>
        <w:br/>
        <w:t>vt 0.829707 0.273713</w:t>
        <w:br/>
        <w:t>vt 0.416129 0.858964</w:t>
        <w:br/>
        <w:t>vt 0.188260 0.778624</w:t>
        <w:br/>
        <w:t>vt 0.179901 0.769294</w:t>
        <w:br/>
        <w:t>vt 0.779070 0.190404</w:t>
        <w:br/>
        <w:t>vt 0.787594 0.210930</w:t>
        <w:br/>
        <w:t>vt 0.830314 0.285196</w:t>
        <w:br/>
        <w:t>vt 0.833899 0.282490</w:t>
        <w:br/>
        <w:t>vt 0.840857 0.266060</w:t>
        <w:br/>
        <w:t>vt 0.850940 0.270319</w:t>
        <w:br/>
        <w:t>vt 0.881363 0.210940</w:t>
        <w:br/>
        <w:t>vt 0.881870 0.222559</w:t>
        <w:br/>
        <w:t>vt 0.878569 0.222922</w:t>
        <w:br/>
        <w:t>vt 0.809382 0.221024</w:t>
        <w:br/>
        <w:t>vt 0.692563 0.205690</w:t>
        <w:br/>
        <w:t>vt 0.702922 0.210283</w:t>
        <w:br/>
        <w:t>vt 0.700806 0.213933</w:t>
        <w:br/>
        <w:t>vt 0.881363 0.210940</w:t>
        <w:br/>
        <w:t>vt 0.884763 0.223231</w:t>
        <w:br/>
        <w:t>vt 0.881870 0.222559</w:t>
        <w:br/>
        <w:t>vt 0.419250 0.865216</w:t>
        <w:br/>
        <w:t>vt 0.968259 0.219346</w:t>
        <w:br/>
        <w:t>vt 0.884763 0.223231</w:t>
        <w:br/>
        <w:t>vt 0.881363 0.210940</w:t>
        <w:br/>
        <w:t>vt 0.887247 0.221623</w:t>
        <w:br/>
        <w:t>vt 0.170060 0.757479</w:t>
        <w:br/>
        <w:t>vt 0.588441 0.670377</w:t>
        <w:br/>
        <w:t>vt 0.174092 0.796346</w:t>
        <w:br/>
        <w:t>vt 0.169817 0.791114</w:t>
        <w:br/>
        <w:t>vt 0.985171 0.219072</w:t>
        <w:br/>
        <w:t>vt 0.995591 0.218129</w:t>
        <w:br/>
        <w:t>vt 0.995591 0.237435</w:t>
        <w:br/>
        <w:t>vt 0.982680 0.239021</w:t>
        <w:br/>
        <w:t>vt 0.437174 0.845055</w:t>
        <w:br/>
        <w:t>vt 0.437450 0.851841</w:t>
        <w:br/>
        <w:t>vt 0.856879 0.285033</w:t>
        <w:br/>
        <w:t>vt 0.861399 0.274507</w:t>
        <w:br/>
        <w:t>vt 0.872668 0.280721</w:t>
        <w:br/>
        <w:t>vt 0.867204 0.291520</w:t>
        <w:br/>
        <w:t>vt 0.580650 0.669695</w:t>
        <w:br/>
        <w:t>vt 0.771417 0.195552</w:t>
        <w:br/>
        <w:t>vt 0.438324 0.859268</w:t>
        <w:br/>
        <w:t>vt 0.169817 0.791114</w:t>
        <w:br/>
        <w:t>vt 0.162215 0.780736</w:t>
        <w:br/>
        <w:t>vt 0.941720 0.214050</w:t>
        <w:br/>
        <w:t>vt 0.948091 0.219837</w:t>
        <w:br/>
        <w:t>vt 0.935606 0.233189</w:t>
        <w:br/>
        <w:t>vt 0.928698 0.226560</w:t>
        <w:br/>
        <w:t>vt 0.845575 0.300658</w:t>
        <w:br/>
        <w:t>vt 0.853812 0.308938</w:t>
        <w:br/>
        <w:t>vt 0.807526 0.226899</w:t>
        <w:br/>
        <w:t>vt 0.804078 0.233028</w:t>
        <w:br/>
        <w:t>vt 0.879508 0.255929</w:t>
        <w:br/>
        <w:t>vt 0.889247 0.268602</w:t>
        <w:br/>
        <w:t>vt 0.881576 0.270165</w:t>
        <w:br/>
        <w:t>vt 0.725883 0.239010</w:t>
        <w:br/>
        <w:t>vt 0.720509 0.233636</w:t>
        <w:br/>
        <w:t>vt 0.729032 0.224793</w:t>
        <w:br/>
        <w:t>vt 0.740143 0.232288</w:t>
        <w:br/>
        <w:t>vt 0.440721 0.865216</w:t>
        <w:br/>
        <w:t>vt 0.152796 0.768910</w:t>
        <w:br/>
        <w:t>vt 0.878310 0.298710</w:t>
        <w:br/>
        <w:t>vt 0.887897 0.297528</w:t>
        <w:br/>
        <w:t>vt 0.891277 0.301453</w:t>
        <w:br/>
        <w:t>vt 0.454235 0.845055</w:t>
        <w:br/>
        <w:t>vt 0.454297 0.852610</w:t>
        <w:br/>
        <w:t>vt 0.583513 0.709728</w:t>
        <w:br/>
        <w:t>vt 0.564591 0.694983</w:t>
        <w:br/>
        <w:t>vt 0.569087 0.668683</w:t>
        <w:br/>
        <w:t>vt 0.909361 0.272556</w:t>
        <w:br/>
        <w:t>vt 0.904368 0.253772</w:t>
        <w:br/>
        <w:t>vt 0.908638 0.260391</w:t>
        <w:br/>
        <w:t>vt 0.766724 0.200304</w:t>
        <w:br/>
        <w:t>vt 0.781541 0.216636</w:t>
        <w:br/>
        <w:t>vt 0.775384 0.221767</w:t>
        <w:br/>
        <w:t>vt 0.154746 0.807515</w:t>
        <w:br/>
        <w:t>vt 0.151585 0.803164</w:t>
        <w:br/>
        <w:t>vt 0.942749 0.244863</w:t>
        <w:br/>
        <w:t>vt 0.908638 0.260391</w:t>
        <w:br/>
        <w:t>vt 0.918102 0.241721</w:t>
        <w:br/>
        <w:t>vt 0.909361 0.272556</w:t>
        <w:br/>
        <w:t>vt 0.455513 0.859279</w:t>
        <w:br/>
        <w:t>vt 0.886281 0.254133</w:t>
        <w:br/>
        <w:t>vt 0.894357 0.251047</w:t>
        <w:br/>
        <w:t>vt 0.900142 0.263863</w:t>
        <w:br/>
        <w:t>vt 0.889247 0.268602</w:t>
        <w:br/>
        <w:t>vt 0.794992 0.239870</w:t>
        <w:br/>
        <w:t>vt 0.965206 0.242090</w:t>
        <w:br/>
        <w:t>vt 0.979856 0.259701</w:t>
        <w:br/>
        <w:t>vt 0.959768 0.262294</w:t>
        <w:br/>
        <w:t>vt 0.471129 0.852905</w:t>
        <w:br/>
        <w:t>vt 0.762390 0.205999</w:t>
        <w:br/>
        <w:t>vt 0.750509 0.263636</w:t>
        <w:br/>
        <w:t>vt 0.731102 0.244229</w:t>
        <w:br/>
        <w:t>vt 0.751077 0.240941</w:t>
        <w:br/>
        <w:t>vt 0.762011 0.250483</w:t>
        <w:br/>
        <w:t>vt 0.146728 0.790519</w:t>
        <w:br/>
        <w:t>vt 0.887897 0.297528</w:t>
        <w:br/>
        <w:t>vt 0.892151 0.282867</w:t>
        <w:br/>
        <w:t>vt 0.891277 0.301453</w:t>
        <w:br/>
        <w:t>vt 0.456880 0.865216</w:t>
        <w:br/>
        <w:t>vt 0.900142 0.263863</w:t>
        <w:br/>
        <w:t>vt 0.901442 0.258519</w:t>
        <w:br/>
        <w:t>vt 0.909361 0.272556</w:t>
        <w:br/>
        <w:t>vt 0.471129 0.852905</w:t>
        <w:br/>
        <w:t>vt 0.470488 0.858780</w:t>
        <w:br/>
        <w:t>vt 0.889021 0.341756</w:t>
        <w:br/>
        <w:t>vt 0.902244 0.355606</w:t>
        <w:br/>
        <w:t>vt 0.472572 0.845055</w:t>
        <w:br/>
        <w:t>vt 0.484726 0.853915</w:t>
        <w:br/>
        <w:t>vt 0.923800 0.247997</w:t>
        <w:br/>
        <w:t>vt 0.937156 0.266072</w:t>
        <w:br/>
        <w:t>vt 0.154746 0.807515</w:t>
        <w:br/>
        <w:t>vt 0.140244 0.815888</w:t>
        <w:br/>
        <w:t>vt 0.138364 0.812647</w:t>
        <w:br/>
        <w:t>vt 0.138360 0.779851</w:t>
        <w:br/>
        <w:t>vt 0.995591 0.256762</w:t>
        <w:br/>
        <w:t>vt 0.995591 0.273507</w:t>
        <w:br/>
        <w:t>vt 0.978172 0.279298</w:t>
        <w:br/>
        <w:t>vt 0.133204 0.754549</w:t>
        <w:br/>
        <w:t>vt 0.127541 0.748518</w:t>
        <w:br/>
        <w:t>vt 0.147370 0.729874</w:t>
        <w:br/>
        <w:t>vt 0.152821 0.733354</w:t>
        <w:br/>
        <w:t>vt 0.757787 0.214652</w:t>
        <w:br/>
        <w:t>vt 0.759833 0.210338</w:t>
        <w:br/>
        <w:t>vt 0.767492 0.224875</w:t>
        <w:br/>
        <w:t>vt 0.787014 0.244543</w:t>
        <w:br/>
        <w:t>vt 0.471225 0.865216</w:t>
        <w:br/>
        <w:t>vt 0.755441 0.219968</w:t>
        <w:br/>
        <w:t>vt 0.762081 0.231165</w:t>
        <w:br/>
        <w:t>vt 0.485900 0.845055</w:t>
        <w:br/>
        <w:t>vt 0.498323 0.854646</w:t>
        <w:br/>
        <w:t>vt 0.753760 0.225013</w:t>
        <w:br/>
        <w:t>vt 0.512632 0.855837</w:t>
        <w:br/>
        <w:t>vt 0.498311 0.845055</w:t>
        <w:br/>
        <w:t>vt 0.513471 0.845055</w:t>
        <w:br/>
        <w:t>vt 0.484726 0.853915</w:t>
        <w:br/>
        <w:t>vt 0.485279 0.858688</w:t>
        <w:br/>
        <w:t>vt 0.753143 0.229679</w:t>
        <w:br/>
        <w:t>vt 0.761243 0.240900</w:t>
        <w:br/>
        <w:t>vt 0.527181 0.845055</w:t>
        <w:br/>
        <w:t>vt 0.538691 0.852021</w:t>
        <w:br/>
        <w:t>vt 0.526208 0.855946</w:t>
        <w:br/>
        <w:t>vt 0.912207 0.365623</w:t>
        <w:br/>
        <w:t>vt 0.766247 0.279374</w:t>
        <w:br/>
        <w:t>vt 0.127494 0.823249</w:t>
        <w:br/>
        <w:t>vt 0.124781 0.821014</w:t>
        <w:br/>
        <w:t>vt 0.538400 0.845055</w:t>
        <w:br/>
        <w:t>vt 0.547437 0.845055</w:t>
        <w:br/>
        <w:t>vt 0.916565 0.317619</w:t>
        <w:br/>
        <w:t>vt 0.908032 0.294480</w:t>
        <w:br/>
        <w:t>vt 0.911287 0.293368</w:t>
        <w:br/>
        <w:t>vt 0.781295 0.243609</w:t>
        <w:br/>
        <w:t>vt 0.773045 0.244534</w:t>
        <w:br/>
        <w:t>vt 0.988487 0.379198</w:t>
        <w:br/>
        <w:t>vt 0.131602 0.800631</w:t>
        <w:br/>
        <w:t>vt 0.485496 0.865216</w:t>
        <w:br/>
        <w:t>vt 0.781295 0.243609</w:t>
        <w:br/>
        <w:t>vt 0.156703 0.719965</w:t>
        <w:br/>
        <w:t>vt 0.498323 0.854646</w:t>
        <w:br/>
        <w:t>vt 0.499046 0.859051</w:t>
        <w:br/>
        <w:t>vt 0.908540 0.324400</w:t>
        <w:br/>
        <w:t>vt 0.920979 0.333637</w:t>
        <w:br/>
        <w:t>vt 0.916669 0.336403</w:t>
        <w:br/>
        <w:t>vt 0.956857 0.282588</w:t>
        <w:br/>
        <w:t>vt 0.538691 0.852021</w:t>
        <w:br/>
        <w:t>vt 0.541143 0.859720</w:t>
        <w:br/>
        <w:t>vt 0.114873 0.830536</w:t>
        <w:br/>
        <w:t>vt 0.113627 0.827120</w:t>
        <w:br/>
        <w:t>vt 0.995591 0.374666</w:t>
        <w:br/>
        <w:t>vt 0.541889 0.865216</w:t>
        <w:br/>
        <w:t>vt 0.935580 0.287115</w:t>
        <w:br/>
        <w:t>vt 0.938804 0.305609</w:t>
        <w:br/>
        <w:t>vt 0.124310 0.791325</w:t>
        <w:br/>
        <w:t>vt 0.914537 0.339551</w:t>
        <w:br/>
        <w:t>vt 0.118769 0.809483</w:t>
        <w:br/>
        <w:t>vt 0.995591 0.290192</w:t>
        <w:br/>
        <w:t>vt 0.977099 0.295946</w:t>
        <w:br/>
        <w:t>vt 0.512632 0.855837</w:t>
        <w:br/>
        <w:t>vt 0.512703 0.859795</w:t>
        <w:br/>
        <w:t>vt 0.526208 0.855946</w:t>
        <w:br/>
        <w:t>vt 0.526099 0.860373</w:t>
        <w:br/>
        <w:t>vt 0.525764 0.865216</w:t>
        <w:br/>
        <w:t>vt 0.512104 0.865216</w:t>
        <w:br/>
        <w:t>vt 0.498716 0.865216</w:t>
        <w:br/>
        <w:t>vt 0.988121 0.370181</w:t>
        <w:br/>
        <w:t>vt 0.971592 0.380420</w:t>
        <w:br/>
        <w:t>vt 0.977826 0.374054</w:t>
        <w:br/>
        <w:t>vt 0.988121 0.370181</w:t>
        <w:br/>
        <w:t>vt 0.081365 0.849881</w:t>
        <w:br/>
        <w:t>vt 0.067994 0.857601</w:t>
        <w:br/>
        <w:t>vt 0.079147 0.848040</w:t>
        <w:br/>
        <w:t>vt 0.922239 0.349599</w:t>
        <w:br/>
        <w:t>vt 0.092603 0.843393</w:t>
        <w:br/>
        <w:t>vt 0.089705 0.840790</w:t>
        <w:br/>
        <w:t>vt 0.112056 0.801462</w:t>
        <w:br/>
        <w:t>vt 0.076921 0.845594</w:t>
        <w:br/>
        <w:t>vt 0.074574 0.844486</w:t>
        <w:br/>
        <w:t>vt 0.995591 0.357671</w:t>
        <w:br/>
        <w:t>vt 0.953904 0.380730</w:t>
        <w:br/>
        <w:t>vt 0.995591 0.304843</w:t>
        <w:br/>
        <w:t>vt 0.978376 0.309371</w:t>
        <w:br/>
        <w:t>vt 0.101554 0.833539</w:t>
        <w:br/>
        <w:t>vt 0.103620 0.837033</w:t>
        <w:br/>
        <w:t>vt 0.957388 0.300313</w:t>
        <w:br/>
        <w:t>vt 0.081389 0.831770</w:t>
        <w:br/>
        <w:t>vt 0.085942 0.834807</w:t>
        <w:br/>
        <w:t>vt 0.107780 0.817236</w:t>
        <w:br/>
        <w:t>vt 0.101408 0.810836</w:t>
        <w:br/>
        <w:t>vt 0.963392 0.368697</w:t>
        <w:br/>
        <w:t>vt 0.942640 0.320010</w:t>
        <w:br/>
        <w:t>vt 0.090814 0.820853</w:t>
        <w:br/>
        <w:t>vt 0.096404 0.825520</w:t>
        <w:br/>
        <w:t>vt 0.985335 0.363181</w:t>
        <w:br/>
        <w:t>vt 0.974553 0.365001</w:t>
        <w:br/>
        <w:t>vt 0.995591 0.317910</w:t>
        <w:br/>
        <w:t>vt 0.980228 0.323394</w:t>
        <w:br/>
        <w:t>vt 0.985335 0.363181</w:t>
        <w:br/>
        <w:t>vt 0.995591 0.343723</w:t>
        <w:br/>
        <w:t>vt 0.943057 0.371011</w:t>
        <w:br/>
        <w:t>vt 0.932891 0.359918</w:t>
        <w:br/>
        <w:t>vt 0.982006 0.338140</w:t>
        <w:br/>
        <w:t>vt 0.995591 0.331061</w:t>
        <w:br/>
        <w:t>vt 0.983288 0.353400</w:t>
        <w:br/>
        <w:t>vt 0.946561 0.331975</w:t>
        <w:br/>
        <w:t>vt 0.925885 0.345364</w:t>
        <w:br/>
        <w:t>vt 0.923755 0.347061</w:t>
        <w:br/>
        <w:t>vt 0.956589 0.356436</w:t>
        <w:br/>
        <w:t>vt 0.970223 0.353886</w:t>
        <w:br/>
        <w:t>vt 0.950963 0.343719</w:t>
        <w:br/>
        <w:t>vt 0.959808 0.313980</w:t>
        <w:br/>
        <w:t>vt 0.962498 0.327702</w:t>
        <w:br/>
        <w:t>vt 0.965947 0.340964</w:t>
        <w:br/>
        <w:t>vt 0.883880 0.286150</w:t>
        <w:br/>
        <w:t>vt 0.818025 0.264427</w:t>
        <w:br/>
        <w:t>vt 0.824774 0.254009</w:t>
        <w:br/>
        <w:t>vt 0.848499 0.279078</w:t>
        <w:br/>
        <w:t>vt 0.839497 0.291965</w:t>
        <w:br/>
        <w:t>vt 0.831516 0.296728</w:t>
        <w:br/>
        <w:t>vt 0.834698 0.309515</w:t>
        <w:br/>
        <w:t>vt 0.801466 0.293628</w:t>
        <w:br/>
        <w:t>vt 0.349341 0.845055</w:t>
        <w:br/>
        <w:t>vt 0.349348 0.865216</w:t>
        <w:br/>
        <w:t>vt 0.905773 0.275403</w:t>
        <w:br/>
        <w:t>vt 0.885156 0.284409</w:t>
        <w:br/>
        <w:t>vt 0.894357 0.251047</w:t>
        <w:br/>
        <w:t>vt 0.900657 0.246879</w:t>
        <w:br/>
        <w:t>vt 0.904368 0.253772</w:t>
        <w:br/>
        <w:t>vt 0.961061 0.242204</w:t>
        <w:br/>
        <w:t>vt 0.989603 0.007639</w:t>
        <w:br/>
        <w:t>vt 0.971506 0.011271</w:t>
        <w:br/>
        <w:t>vt 0.980507 0.140029</w:t>
        <w:br/>
        <w:t>vt 0.863552 0.317132</w:t>
        <w:br/>
        <w:t>vt 0.878310 0.298710</w:t>
        <w:br/>
        <w:t>vt 0.989603 0.074660</w:t>
        <w:br/>
        <w:t>vt 0.986224 0.074224</w:t>
        <w:br/>
        <w:t>vt 0.460937 0.168904</w:t>
        <w:br/>
        <w:t>vt 0.461283 0.166935</w:t>
        <w:br/>
        <w:t>vt 0.878431 0.469795</w:t>
        <w:br/>
        <w:t>vt 0.876417 0.474711</w:t>
        <w:br/>
        <w:t>vt 0.111902 0.586676</w:t>
        <w:br/>
        <w:t>vt 0.108588 0.586384</w:t>
        <w:br/>
        <w:t>vt 0.989603 0.065391</w:t>
        <w:br/>
        <w:t>vt 0.985376 0.064292</w:t>
        <w:br/>
        <w:t>vt 0.452570 0.165968</w:t>
        <w:br/>
        <w:t>vt 0.452677 0.169627</w:t>
        <w:br/>
        <w:t>vt 0.885874 0.474092</w:t>
        <w:br/>
        <w:t>vt 0.890978 0.483167</w:t>
        <w:br/>
        <w:t>vt 0.883484 0.479263</w:t>
        <w:br/>
        <w:t>vt 0.111902 0.596100</w:t>
        <w:br/>
        <w:t>vt 0.107580 0.595799</w:t>
        <w:br/>
        <w:t>vt 0.515583 0.560521</w:t>
        <w:br/>
        <w:t>vt 0.514697 0.567866</w:t>
        <w:br/>
        <w:t>vt 0.608668 0.602482</w:t>
        <w:br/>
        <w:t>vt 0.905976 0.326731</w:t>
        <w:br/>
        <w:t>vt 0.111902 0.653076</w:t>
        <w:br/>
        <w:t>vt 0.105509 0.632299</w:t>
        <w:br/>
        <w:t>vt 0.111902 0.633315</w:t>
        <w:br/>
        <w:t>vt 0.876744 0.328784</w:t>
        <w:br/>
        <w:t>vt 0.892118 0.308267</w:t>
        <w:br/>
        <w:t>vt 0.891277 0.301453</w:t>
        <w:br/>
        <w:t>vt 0.971421 0.191506</w:t>
        <w:br/>
        <w:t>vt 0.959055 0.209198</w:t>
        <w:br/>
        <w:t>vt 0.976253 0.194777</w:t>
        <w:br/>
        <w:t>vt 0.632888 0.130706</w:t>
        <w:br/>
        <w:t>vt 0.661012 0.147114</w:t>
        <w:br/>
        <w:t>vt 0.645143 0.147642</w:t>
        <w:br/>
        <w:t>vt 0.646671 0.139961</w:t>
        <w:br/>
        <w:t>vt 0.661330 0.137022</w:t>
        <w:br/>
        <w:t>vt 0.678316 0.135232</w:t>
        <w:br/>
        <w:t>vt 0.691807 0.144136</w:t>
        <w:br/>
        <w:t>vt 0.677444 0.143590</w:t>
        <w:br/>
        <w:t>vt 0.692617 0.135977</w:t>
        <w:br/>
        <w:t>vt 0.705443 0.145712</w:t>
        <w:br/>
        <w:t>vt 0.704955 0.136145</w:t>
        <w:br/>
        <w:t>vt 0.713903 0.135952</w:t>
        <w:br/>
        <w:t>vt 0.714719 0.145886</w:t>
        <w:br/>
        <w:t>vt 0.723439 0.135591</w:t>
        <w:br/>
        <w:t>vt 0.723058 0.145284</w:t>
        <w:br/>
        <w:t>vt 0.730396 0.144576</w:t>
        <w:br/>
        <w:t>vt 0.732252 0.135407</w:t>
        <w:br/>
        <w:t>vt 0.735209 0.144403</w:t>
        <w:br/>
        <w:t>vt 0.739013 0.145606</w:t>
        <w:br/>
        <w:t>vt 0.736896 0.135196</w:t>
        <w:br/>
        <w:t>vt 0.739558 0.135129</w:t>
        <w:br/>
        <w:t>vt 0.742161 0.144537</w:t>
        <w:br/>
        <w:t>vt 0.745197 0.142742</w:t>
        <w:br/>
        <w:t>vt 0.742875 0.134961</w:t>
        <w:br/>
        <w:t>vt 0.749722 0.139262</w:t>
        <w:br/>
        <w:t>vt 0.746611 0.134634</w:t>
        <w:br/>
        <w:t>vt 0.755591 0.137483</w:t>
        <w:br/>
        <w:t>vt 0.751897 0.134350</w:t>
        <w:br/>
        <w:t>vt 0.629271 0.151587</w:t>
        <w:br/>
        <w:t>vt 0.200541 0.256560</w:t>
        <w:br/>
        <w:t>vt 0.645143 0.147642</w:t>
        <w:br/>
        <w:t>vt 0.646671 0.139961</w:t>
        <w:br/>
        <w:t>vt 0.632888 0.130706</w:t>
        <w:br/>
        <w:t>vt 0.213510 0.256560</w:t>
        <w:br/>
        <w:t>vt 0.220996 0.256560</w:t>
        <w:br/>
        <w:t>vt 0.228320 0.256560</w:t>
        <w:br/>
        <w:t>vt 0.236182 0.256560</w:t>
        <w:br/>
        <w:t>vt 0.243590 0.256560</w:t>
        <w:br/>
        <w:t>vt 0.251747 0.256560</w:t>
        <w:br/>
        <w:t>vt 0.257879 0.256560</w:t>
        <w:br/>
        <w:t>vt 0.265427 0.256560</w:t>
        <w:br/>
        <w:t>vt 0.277932 0.256560</w:t>
        <w:br/>
        <w:t>vt 0.289421 0.256560</w:t>
        <w:br/>
        <w:t>vt 0.299807 0.256560</w:t>
        <w:br/>
        <w:t>vt 0.320821 0.267727</w:t>
        <w:br/>
        <w:t>vt 0.310287 0.256560</w:t>
        <w:br/>
        <w:t>vt 0.320508 0.256560</w:t>
        <w:br/>
        <w:t>vt 0.330456 0.256560</w:t>
        <w:br/>
        <w:t>vt 0.334349 0.270350</w:t>
        <w:br/>
        <w:t>vt 0.365038 0.272803</w:t>
        <w:br/>
        <w:t>vt 0.089705 0.840790</w:t>
        <w:br/>
        <w:t>vt 0.101554 0.833539</w:t>
        <w:br/>
        <w:t>vt 0.113627 0.827120</w:t>
        <w:br/>
        <w:t>vt 0.160340 0.318268</w:t>
        <w:br/>
        <w:t>vt 0.170858 0.316649</w:t>
        <w:br/>
        <w:t>vt 0.651258 0.302714</w:t>
        <w:br/>
        <w:t>vt 0.812400 0.201980</w:t>
        <w:br/>
        <w:t>vt 0.169085 0.305011</w:t>
        <w:br/>
        <w:t>vt 0.987907 0.394248</w:t>
        <w:br/>
        <w:t>vt 0.200541 0.256560</w:t>
        <w:br/>
        <w:t>vt 0.236182 0.256560</w:t>
        <w:br/>
        <w:t>vt 0.746611 0.134634</w:t>
        <w:br/>
        <w:t>vt 0.243590 0.256560</w:t>
        <w:br/>
        <w:t>vt 0.158814 0.242949</w:t>
        <w:br/>
        <w:t>vt 0.148120 0.247083</w:t>
        <w:br/>
        <w:t>vt 0.147103 0.244560</w:t>
        <w:br/>
        <w:t>vt 0.157052 0.238667</w:t>
        <w:br/>
        <w:t>vt 0.159091 0.247739</w:t>
        <w:br/>
        <w:t>vt 0.148853 0.249779</w:t>
        <w:br/>
        <w:t>vt 0.148120 0.247083</w:t>
        <w:br/>
        <w:t>vt 0.158814 0.242949</w:t>
        <w:br/>
        <w:t>vt 0.149889 0.253574</w:t>
        <w:br/>
        <w:t>vt 0.148853 0.249779</w:t>
        <w:br/>
        <w:t>vt 0.159091 0.247739</w:t>
        <w:br/>
        <w:t>vt 0.159195 0.253574</w:t>
        <w:br/>
        <w:t>vt 0.145555 0.242482</w:t>
        <w:br/>
        <w:t>vt 0.143899 0.241554</w:t>
        <w:br/>
        <w:t>vt 0.152636 0.232869</w:t>
        <w:br/>
        <w:t>vt 0.154668 0.235253</w:t>
        <w:br/>
        <w:t>vt 0.145555 0.242482</w:t>
        <w:br/>
        <w:t>vt 0.154668 0.235253</w:t>
        <w:br/>
        <w:t>vt 0.138437 0.253574</w:t>
        <w:br/>
        <w:t>vt 0.138437 0.253574</w:t>
        <w:br/>
        <w:t>vt 0.138437 0.253574</w:t>
        <w:br/>
        <w:t>vt 0.138437 0.253574</w:t>
        <w:br/>
        <w:t>vt 0.651258 0.302714</w:t>
        <w:br/>
        <w:t>vt 0.661225 0.319977</w:t>
        <w:br/>
        <w:t>vt 0.680046 0.352576</w:t>
        <w:br/>
        <w:t>vt 0.670651 0.336304</w:t>
        <w:br/>
        <w:t>vt 0.689711 0.369317</w:t>
        <w:br/>
        <w:t>vt 0.713245 0.321726</w:t>
        <w:br/>
        <w:t>vt 0.675065 0.039772</w:t>
        <w:br/>
        <w:t>vt 0.674938 0.043497</w:t>
        <w:br/>
        <w:t>vt 0.655371 0.041547</w:t>
        <w:br/>
        <w:t>vt 0.655518 0.037868</w:t>
        <w:br/>
        <w:t>vt 0.283292 0.185927</w:t>
        <w:br/>
        <w:t>vt 0.283099 0.181687</w:t>
        <w:br/>
        <w:t>vt 0.301423 0.181147</w:t>
        <w:br/>
        <w:t>vt 0.302541 0.185763</w:t>
        <w:br/>
        <w:t>vt 0.695567 0.041769</w:t>
        <w:br/>
        <w:t>vt 0.695971 0.045841</w:t>
        <w:br/>
        <w:t>vt 0.301423 0.181147</w:t>
        <w:br/>
        <w:t>vt 0.321668 0.179597</w:t>
        <w:br/>
        <w:t>vt 0.323570 0.185189</w:t>
        <w:br/>
        <w:t>vt 0.675065 0.039772</w:t>
        <w:br/>
        <w:t>vt 0.655518 0.037868</w:t>
        <w:br/>
        <w:t>vt 0.656608 0.031884</w:t>
        <w:br/>
        <w:t>vt 0.676889 0.033720</w:t>
        <w:br/>
        <w:t>vt 0.629820 0.039327</w:t>
        <w:br/>
        <w:t>vt 0.629721 0.035356</w:t>
        <w:br/>
        <w:t>vt 0.695567 0.041769</w:t>
        <w:br/>
        <w:t>vt 0.698144 0.034806</w:t>
        <w:br/>
        <w:t>vt 0.303451 0.189829</w:t>
        <w:br/>
        <w:t>vt 0.283472 0.189971</w:t>
        <w:br/>
        <w:t>vt 0.258839 0.184741</w:t>
        <w:br/>
        <w:t>vt 0.258678 0.179894</w:t>
        <w:br/>
        <w:t>vt 0.324698 0.189524</w:t>
        <w:br/>
        <w:t>vt 0.283472 0.189971</w:t>
        <w:br/>
        <w:t>vt 0.303451 0.189829</w:t>
        <w:br/>
        <w:t>vt 0.302668 0.195620</w:t>
        <w:br/>
        <w:t>vt 0.283155 0.195620</w:t>
        <w:br/>
        <w:t>vt 0.713612 0.043527</w:t>
        <w:br/>
        <w:t>vt 0.714413 0.047593</w:t>
        <w:br/>
        <w:t>vt 0.322980 0.195620</w:t>
        <w:br/>
        <w:t>vt 0.324698 0.189524</w:t>
        <w:br/>
        <w:t>vt 0.629721 0.035356</w:t>
        <w:br/>
        <w:t>vt 0.631252 0.028165</w:t>
        <w:br/>
        <w:t>vt 0.258842 0.189554</w:t>
        <w:br/>
        <w:t>vt 0.340240 0.179529</w:t>
        <w:br/>
        <w:t>vt 0.342431 0.185286</w:t>
        <w:br/>
        <w:t>vt 0.258842 0.189554</w:t>
        <w:br/>
        <w:t>vt 0.258233 0.195620</w:t>
        <w:br/>
        <w:t>vt 0.713612 0.043527</w:t>
        <w:br/>
        <w:t>vt 0.716874 0.036346</w:t>
        <w:br/>
        <w:t>vt 0.051147 0.399410</w:t>
        <w:br/>
        <w:t>vt 0.053110 0.398310</w:t>
        <w:br/>
        <w:t>vt 0.057204 0.406616</w:t>
        <w:br/>
        <w:t>vt 0.091708 0.008612</w:t>
        <w:br/>
        <w:t>vt 0.099428 0.003271</w:t>
        <w:br/>
        <w:t>vt 0.100270 0.008507</w:t>
        <w:br/>
        <w:t>vt 0.051147 0.399410</w:t>
        <w:br/>
        <w:t>vt 0.054102 0.407894</w:t>
        <w:br/>
        <w:t>vt 0.050958 0.407855</w:t>
        <w:br/>
        <w:t>vt 0.049406 0.399672</w:t>
        <w:br/>
        <w:t>vt 0.343568 0.189695</w:t>
        <w:br/>
        <w:t>vt 0.603871 0.037595</w:t>
        <w:br/>
        <w:t>vt 0.604015 0.032852</w:t>
        <w:br/>
        <w:t>vt 0.041262 0.005997</w:t>
        <w:br/>
        <w:t>vt 0.047518 0.003271</w:t>
        <w:br/>
        <w:t>vt 0.047488 0.006980</w:t>
        <w:br/>
        <w:t>vt 0.047996 0.387667</w:t>
        <w:br/>
        <w:t>vt 0.090812 0.003271</w:t>
        <w:br/>
        <w:t>vt 0.082572 0.008583</w:t>
        <w:br/>
        <w:t>vt 0.049670 0.009686</w:t>
        <w:br/>
        <w:t>vt 0.040544 0.009322</w:t>
        <w:br/>
        <w:t>vt 0.041217 0.007637</w:t>
        <w:br/>
        <w:t>vt 0.233769 0.183004</w:t>
        <w:br/>
        <w:t>vt 0.234142 0.177083</w:t>
        <w:br/>
        <w:t>vt 0.052896 0.415886</w:t>
        <w:br/>
        <w:t>vt 0.057546 0.416097</w:t>
        <w:br/>
        <w:t>vt 0.029950 0.003271</w:t>
        <w:br/>
        <w:t>vt 0.029950 0.003271</w:t>
        <w:br/>
        <w:t>vt 0.041307 0.003271</w:t>
        <w:br/>
        <w:t>vt 0.110555 0.003271</w:t>
        <w:br/>
        <w:t>vt 0.112006 0.008713</w:t>
        <w:br/>
        <w:t>vt 0.341309 0.195620</w:t>
        <w:br/>
        <w:t>vt 0.343568 0.189695</w:t>
        <w:br/>
        <w:t>vt 0.065479 0.486804</w:t>
        <w:br/>
        <w:t>vt 0.056399 0.488933</w:t>
        <w:br/>
        <w:t>vt 0.056150 0.477172</w:t>
        <w:br/>
        <w:t>vt 0.064255 0.475245</w:t>
        <w:br/>
        <w:t>vt 0.061247 0.414668</w:t>
        <w:br/>
        <w:t>vt 0.053629 0.003271</w:t>
        <w:br/>
        <w:t>vt 0.050211 0.012378</w:t>
        <w:br/>
        <w:t>vt 0.055581 0.011328</w:t>
        <w:br/>
        <w:t>vt 0.055596 0.465869</w:t>
        <w:br/>
        <w:t>vt 0.062442 0.465458</w:t>
        <w:br/>
        <w:t>vt 0.732139 0.045331</w:t>
        <w:br/>
        <w:t>vt 0.732840 0.049049</w:t>
        <w:br/>
        <w:t>vt 0.233568 0.189085</w:t>
        <w:br/>
        <w:t>vt 0.605562 0.023846</w:t>
        <w:br/>
        <w:t>vt 0.604015 0.032852</w:t>
        <w:br/>
        <w:t>vt 0.064488 0.501270</w:t>
        <w:br/>
        <w:t>vt 0.056896 0.500984</w:t>
        <w:br/>
        <w:t>vt 0.081409 0.003271</w:t>
        <w:br/>
        <w:t>vt 0.073829 0.008714</w:t>
        <w:br/>
        <w:t>vt 0.359510 0.180601</w:t>
        <w:br/>
        <w:t>vt 0.361084 0.185884</w:t>
        <w:br/>
        <w:t>vt 0.091949 0.018753</w:t>
        <w:br/>
        <w:t>vt 0.100026 0.018293</w:t>
        <w:br/>
        <w:t>vt 0.091683 0.030189</w:t>
        <w:br/>
        <w:t>vt 0.084203 0.019021</w:t>
        <w:br/>
        <w:t>vt 0.084798 0.030401</w:t>
        <w:br/>
        <w:t>vt 0.233568 0.189085</w:t>
        <w:br/>
        <w:t>vt 0.233591 0.195620</w:t>
        <w:br/>
        <w:t>vt 0.732139 0.045331</w:t>
        <w:br/>
        <w:t>vt 0.734860 0.038297</w:t>
        <w:br/>
        <w:t>vt 0.054490 0.422940</w:t>
        <w:br/>
        <w:t>vt 0.060606 0.423854</w:t>
        <w:br/>
        <w:t>vt 0.053653 0.006740</w:t>
        <w:br/>
        <w:t>vt 0.058808 0.003271</w:t>
        <w:br/>
        <w:t>vt 0.055392 0.014846</w:t>
        <w:br/>
        <w:t>vt 0.060013 0.016313</w:t>
        <w:br/>
        <w:t>vt 0.054512 0.453715</w:t>
        <w:br/>
        <w:t>vt 0.064952 0.423685</w:t>
        <w:br/>
        <w:t>vt 0.361737 0.190369</w:t>
        <w:br/>
        <w:t>vt 0.076604 0.019098</w:t>
        <w:br/>
        <w:t>vt 0.077223 0.029109</w:t>
        <w:br/>
        <w:t>vt 0.123862 0.003271</w:t>
        <w:br/>
        <w:t>vt 0.125434 0.008242</w:t>
        <w:br/>
        <w:t>vt 0.059254 0.512427</w:t>
        <w:br/>
        <w:t>vt 0.065533 0.514955</w:t>
        <w:br/>
        <w:t>vt 0.069856 0.474759</w:t>
        <w:br/>
        <w:t>vt 0.070911 0.486342</w:t>
        <w:br/>
        <w:t>vt 0.064255 0.475245</w:t>
        <w:br/>
        <w:t>vt 0.100097 0.029151</w:t>
        <w:br/>
        <w:t>vt 0.112385 0.017061</w:t>
        <w:br/>
        <w:t>vt 0.112040 0.024998</w:t>
        <w:br/>
        <w:t>vt 0.397665 0.179390</w:t>
        <w:br/>
        <w:t>vt 0.408634 0.180079</w:t>
        <w:br/>
        <w:t>vt 0.406854 0.184754</w:t>
        <w:br/>
        <w:t>vt 0.397330 0.184469</w:t>
        <w:br/>
        <w:t>vt 0.766210 0.048649</w:t>
        <w:br/>
        <w:t>vt 0.776362 0.049638</w:t>
        <w:br/>
        <w:t>vt 0.775469 0.053373</w:t>
        <w:br/>
        <w:t>vt 0.765629 0.052527</w:t>
        <w:br/>
        <w:t>vt 0.072554 0.003271</w:t>
        <w:br/>
        <w:t>vt 0.069127 0.008589</w:t>
        <w:br/>
        <w:t>vt 0.067633 0.003271</w:t>
        <w:br/>
        <w:t>vt 0.359799 0.195620</w:t>
        <w:br/>
        <w:t>vt 0.361737 0.190369</w:t>
        <w:br/>
        <w:t>vt 0.069856 0.501637</w:t>
        <w:br/>
        <w:t>vt 0.746387 0.049920</w:t>
        <w:br/>
        <w:t>vt 0.062442 0.465458</w:t>
        <w:br/>
        <w:t>vt 0.067207 0.464928</w:t>
        <w:br/>
        <w:t>vt 0.776470 0.041843</w:t>
        <w:br/>
        <w:t>vt 0.776362 0.049638</w:t>
        <w:br/>
        <w:t>vt 0.766210 0.048649</w:t>
        <w:br/>
        <w:t>vt 0.766822 0.040730</w:t>
        <w:br/>
        <w:t>vt 0.755979 0.047653</w:t>
        <w:br/>
        <w:t>vt 0.755194 0.051208</w:t>
        <w:br/>
        <w:t>vt 0.385792 0.180472</w:t>
        <w:br/>
        <w:t>vt 0.385791 0.185228</w:t>
        <w:br/>
        <w:t>vt 0.059188 0.007287</w:t>
        <w:br/>
        <w:t>vt 0.062079 0.003271</w:t>
        <w:br/>
        <w:t>vt 0.405924 0.189883</w:t>
        <w:br/>
        <w:t>vt 0.397140 0.189799</w:t>
        <w:br/>
        <w:t>vt 0.746550 0.046735</w:t>
        <w:br/>
        <w:t>vt 0.374738 0.181850</w:t>
        <w:br/>
        <w:t>vt 0.375406 0.186101</w:t>
        <w:br/>
        <w:t>vt 0.374738 0.181850</w:t>
        <w:br/>
        <w:t>vt 0.054893 0.021787</w:t>
        <w:br/>
        <w:t>vt 0.062711 0.019242</w:t>
        <w:br/>
        <w:t>vt 0.058118 0.027009</w:t>
        <w:br/>
        <w:t>vt 0.746550 0.046735</w:t>
        <w:br/>
        <w:t>vt 0.748352 0.040062</w:t>
        <w:br/>
        <w:t>vt 0.054810 0.429924</w:t>
        <w:br/>
        <w:t>vt 0.061818 0.429992</w:t>
        <w:br/>
        <w:t>vt 0.755979 0.047653</w:t>
        <w:br/>
        <w:t>vt 0.756865 0.040620</w:t>
        <w:br/>
        <w:t>vt 0.071038 0.019724</w:t>
        <w:br/>
        <w:t>vt 0.070172 0.028646</w:t>
        <w:br/>
        <w:t>vt 0.066375 0.008432</w:t>
        <w:br/>
        <w:t>vt 0.065125 0.003271</w:t>
        <w:br/>
        <w:t>vt 0.405924 0.189883</w:t>
        <w:br/>
        <w:t>vt 0.406775 0.195620</w:t>
        <w:br/>
        <w:t>vt 0.397062 0.195620</w:t>
        <w:br/>
        <w:t>vt 0.397140 0.189799</w:t>
        <w:br/>
        <w:t>vt 0.060629 0.454418</w:t>
        <w:br/>
        <w:t>vt 0.053991 0.444900</w:t>
        <w:br/>
        <w:t>vt 0.065895 0.454478</w:t>
        <w:br/>
        <w:t>vt 0.385918 0.190238</w:t>
        <w:br/>
        <w:t>vt 0.062997 0.008002</w:t>
        <w:br/>
        <w:t>vt 0.126391 0.017313</w:t>
        <w:br/>
        <w:t>vt 0.124988 0.025760</w:t>
        <w:br/>
        <w:t>vt 0.375698 0.190667</w:t>
        <w:br/>
        <w:t>vt 0.070551 0.515668</w:t>
        <w:br/>
        <w:t>vt 0.386062 0.195620</w:t>
        <w:br/>
        <w:t>vt 0.385918 0.190238</w:t>
        <w:br/>
        <w:t>vt 0.569129 0.036174</w:t>
        <w:br/>
        <w:t>vt 0.064952 0.423685</w:t>
        <w:br/>
        <w:t>vt 0.066701 0.429900</w:t>
        <w:br/>
        <w:t>vt 0.375347 0.195620</w:t>
        <w:br/>
        <w:t>vt 0.063014 0.029650</w:t>
        <w:br/>
        <w:t>vt 0.066257 0.021118</w:t>
        <w:br/>
        <w:t>vt 0.141553 0.009700</w:t>
        <w:br/>
        <w:t>vt 0.060929 0.526059</w:t>
        <w:br/>
        <w:t>vt 0.068464 0.528675</w:t>
        <w:br/>
        <w:t>vt 0.375698 0.190667</w:t>
        <w:br/>
        <w:t>vt 0.054829 0.436949</w:t>
        <w:br/>
        <w:t>vt 0.060103 0.444672</w:t>
        <w:br/>
        <w:t>vt 0.061641 0.436268</w:t>
        <w:br/>
        <w:t>vt 0.047996 0.650346</w:t>
        <w:br/>
        <w:t>vt 0.057407 0.646913</w:t>
        <w:br/>
        <w:t>vt 0.058055 0.668577</w:t>
        <w:br/>
        <w:t>vt 0.047996 0.671589</w:t>
        <w:br/>
        <w:t>vt 0.065475 0.445148</w:t>
        <w:br/>
        <w:t>vt 0.047996 0.627583</w:t>
        <w:br/>
        <w:t>vt 0.057729 0.624183</w:t>
        <w:br/>
        <w:t>vt 0.067090 0.436678</w:t>
        <w:br/>
        <w:t>vt 0.059864 0.695643</w:t>
        <w:br/>
        <w:t>vt 0.047996 0.697776</w:t>
        <w:br/>
        <w:t>vt 0.047996 0.606424</w:t>
        <w:br/>
        <w:t>vt 0.059012 0.603123</w:t>
        <w:br/>
        <w:t>vt 0.068464 0.528675</w:t>
        <w:br/>
        <w:t>vt 0.070551 0.515668</w:t>
        <w:br/>
        <w:t>vt 0.075765 0.526804</w:t>
        <w:br/>
        <w:t>vt 0.061641 0.436268</w:t>
        <w:br/>
        <w:t>vt 0.142167 0.020176</w:t>
        <w:br/>
        <w:t>vt 0.077760 0.667130</w:t>
        <w:br/>
        <w:t>vt 0.058055 0.668577</w:t>
        <w:br/>
        <w:t>vt 0.057407 0.646913</w:t>
        <w:br/>
        <w:t>vt 0.079926 0.643147</w:t>
        <w:br/>
        <w:t>vt 0.057729 0.624183</w:t>
        <w:br/>
        <w:t>vt 0.083108 0.620014</w:t>
        <w:br/>
        <w:t>vt 0.062966 0.540804</w:t>
        <w:br/>
        <w:t>vt 0.074837 0.540346</w:t>
        <w:br/>
        <w:t>vt 0.136558 0.003271</w:t>
        <w:br/>
        <w:t>vt 0.150738 0.003271</w:t>
        <w:br/>
        <w:t>vt 0.155438 0.012292</w:t>
        <w:br/>
        <w:t>vt 0.047996 0.586126</w:t>
        <w:br/>
        <w:t>vt 0.059573 0.583639</w:t>
        <w:br/>
        <w:t>vt 0.241437 0.003271</w:t>
        <w:br/>
        <w:t>vt 0.262018 0.003271</w:t>
        <w:br/>
        <w:t>vt 0.257132 0.029328</w:t>
        <w:br/>
        <w:t>vt 0.235264 0.032443</w:t>
        <w:br/>
        <w:t>vt 0.059864 0.695643</w:t>
        <w:br/>
        <w:t>vt 0.078231 0.696466</w:t>
        <w:br/>
        <w:t>vt 0.060833 0.567868</w:t>
        <w:br/>
        <w:t>vt 0.059012 0.603123</w:t>
        <w:br/>
        <w:t>vt 0.086429 0.599297</w:t>
        <w:br/>
        <w:t>vt 0.281362 0.003271</w:t>
        <w:br/>
        <w:t>vt 0.279746 0.026609</w:t>
        <w:br/>
        <w:t>vt 0.047996 0.549510</w:t>
        <w:br/>
        <w:t>vt 0.047996 0.533931</w:t>
        <w:br/>
        <w:t>vt 0.062966 0.540804</w:t>
        <w:br/>
        <w:t>vt 0.063677 0.556487</w:t>
        <w:br/>
        <w:t>vt 0.222649 0.003271</w:t>
        <w:br/>
        <w:t>vt 0.216041 0.034985</w:t>
        <w:br/>
        <w:t>vt 0.140496 0.027366</w:t>
        <w:br/>
        <w:t>vt 0.158358 0.028386</w:t>
        <w:br/>
        <w:t>vt 0.083376 0.536810</w:t>
        <w:br/>
        <w:t>vt 0.059573 0.583639</w:t>
        <w:br/>
        <w:t>vt 0.087723 0.582591</w:t>
        <w:br/>
        <w:t>vt 0.305185 0.003271</w:t>
        <w:br/>
        <w:t>vt 0.307657 0.028014</w:t>
        <w:br/>
        <w:t>vt 0.047996 0.566793</w:t>
        <w:br/>
        <w:t>vt 0.060833 0.567868</w:t>
        <w:br/>
        <w:t>vt 0.085651 0.565304</w:t>
        <w:br/>
        <w:t>vt 0.204630 0.003271</w:t>
        <w:br/>
        <w:t>vt 0.199789 0.034934</w:t>
        <w:br/>
        <w:t>vt 0.188820 0.003271</w:t>
        <w:br/>
        <w:t>vt 0.183656 0.029310</w:t>
        <w:br/>
        <w:t>vt 0.156398 0.019875</w:t>
        <w:br/>
        <w:t>vt 0.171524 0.026387</w:t>
        <w:br/>
        <w:t>vt 0.169559 0.015143</w:t>
        <w:br/>
        <w:t>vt 0.077760 0.667130</w:t>
        <w:br/>
        <w:t>vt 0.079926 0.643147</w:t>
        <w:br/>
        <w:t>vt 0.086878 0.646900</w:t>
        <w:br/>
        <w:t>vt 0.085812 0.669849</w:t>
        <w:br/>
        <w:t>vt 0.062621 0.726264</w:t>
        <w:br/>
        <w:t>vt 0.081694 0.552114</w:t>
        <w:br/>
        <w:t>vt 0.089679 0.623811</w:t>
        <w:br/>
        <w:t>vt 0.083108 0.620014</w:t>
        <w:br/>
        <w:t>vt 0.078231 0.696466</w:t>
        <w:br/>
        <w:t>vt 0.087402 0.697577</w:t>
        <w:br/>
        <w:t>vt 0.093485 0.603239</w:t>
        <w:br/>
        <w:t>vt 0.086429 0.599297</w:t>
        <w:br/>
        <w:t>vt 0.085651 0.565304</w:t>
        <w:br/>
        <w:t>vt 0.088251 0.549054</w:t>
        <w:br/>
        <w:t>vt 0.087723 0.582591</w:t>
        <w:br/>
        <w:t>vt 0.093207 0.563692</w:t>
        <w:br/>
        <w:t>vt 0.095595 0.584546</w:t>
        <w:br/>
        <w:t>vt 0.168910 0.003271</w:t>
        <w:br/>
        <w:t>vt 0.141553 0.009700</w:t>
        <w:br/>
        <w:t>vt 0.155438 0.012292</w:t>
        <w:br/>
        <w:t>vt 0.125434 0.008242</w:t>
        <w:br/>
        <w:t>vt 0.112006 0.008713</w:t>
        <w:br/>
        <w:t>vt 0.100270 0.008507</w:t>
        <w:br/>
        <w:t>vt 0.091708 0.008612</w:t>
        <w:br/>
        <w:t>vt 0.082572 0.008583</w:t>
        <w:br/>
        <w:t>vt 0.073829 0.008714</w:t>
        <w:br/>
        <w:t>vt 0.069127 0.008589</w:t>
        <w:br/>
        <w:t>vt 0.066375 0.008432</w:t>
        <w:br/>
        <w:t>vt 0.062997 0.008002</w:t>
        <w:br/>
        <w:t>vt 0.059188 0.007287</w:t>
        <w:br/>
        <w:t>vt 0.053653 0.006740</w:t>
        <w:br/>
        <w:t>vt 0.171524 0.026387</w:t>
        <w:br/>
        <w:t>vt 0.156398 0.019875</w:t>
        <w:br/>
        <w:t>vt 0.155438 0.012292</w:t>
        <w:br/>
        <w:t>vt 0.168910 0.003271</w:t>
        <w:br/>
        <w:t>vt 0.047996 0.407486</w:t>
        <w:br/>
        <w:t>vt 0.047996 0.400133</w:t>
        <w:br/>
        <w:t>vt 0.047996 0.414768</w:t>
        <w:br/>
        <w:t>vt 0.047996 0.422588</w:t>
        <w:br/>
        <w:t>vt 0.047996 0.430006</w:t>
        <w:br/>
        <w:t>vt 0.047996 0.438159</w:t>
        <w:br/>
        <w:t>vt 0.047996 0.445131</w:t>
        <w:br/>
        <w:t>vt 0.047996 0.454010</w:t>
        <w:br/>
        <w:t>vt 0.047996 0.467120</w:t>
        <w:br/>
        <w:t>vt 0.047996 0.490621</w:t>
        <w:br/>
        <w:t>vt 0.047996 0.479687</w:t>
        <w:br/>
        <w:t>vt 0.047996 0.501716</w:t>
        <w:br/>
        <w:t>vt 0.059254 0.512427</w:t>
        <w:br/>
        <w:t>vt 0.047996 0.512521</w:t>
        <w:br/>
        <w:t>vt 0.047996 0.521968</w:t>
        <w:br/>
        <w:t>vt 0.060929 0.526059</w:t>
        <w:br/>
        <w:t>vt 0.063677 0.556487</w:t>
        <w:br/>
        <w:t>vt 0.047996 0.387667</w:t>
        <w:br/>
        <w:t>vt 0.047996 0.422588</w:t>
        <w:br/>
        <w:t>vt 0.059188 0.007287</w:t>
        <w:br/>
        <w:t>vt 0.047996 0.430006</w:t>
        <w:br/>
        <w:t>vt 0.426828 0.190077</w:t>
        <w:br/>
        <w:t>vt 0.426339 0.192758</w:t>
        <w:br/>
        <w:t>vt 0.416105 0.190653</w:t>
        <w:br/>
        <w:t>vt 0.417199 0.186120</w:t>
        <w:br/>
        <w:t>vt 0.426339 0.192758</w:t>
        <w:br/>
        <w:t>vt 0.426145 0.195620</w:t>
        <w:br/>
        <w:t>vt 0.416648 0.195620</w:t>
        <w:br/>
        <w:t>vt 0.416105 0.190653</w:t>
        <w:br/>
        <w:t>vt 0.796764 0.051625</w:t>
        <w:br/>
        <w:t>vt 0.786496 0.050625</w:t>
        <w:br/>
        <w:t>vt 0.787137 0.044680</w:t>
        <w:br/>
        <w:t>vt 0.798266 0.047907</w:t>
        <w:br/>
        <w:t>vt 0.796523 0.053427</w:t>
        <w:br/>
        <w:t>vt 0.785907 0.053601</w:t>
        <w:br/>
        <w:t>vt 0.786496 0.050625</w:t>
        <w:br/>
        <w:t>vt 0.796764 0.051625</w:t>
        <w:br/>
        <w:t>vt 0.427872 0.187731</w:t>
        <w:br/>
        <w:t>vt 0.419074 0.182448</w:t>
        <w:br/>
        <w:t>vt 0.808205 0.052740</w:t>
        <w:br/>
        <w:t>vt 0.436463 0.195620</w:t>
        <w:br/>
        <w:t>vt 0.808205 0.052740</w:t>
        <w:br/>
        <w:t>vt 0.436463 0.195620</w:t>
        <w:br/>
        <w:t>vt 0.087757 0.791383</w:t>
        <w:br/>
        <w:t>vt 0.068463 0.797602</w:t>
        <w:br/>
        <w:t>vt 0.444268 0.201691</w:t>
        <w:br/>
        <w:t>vt 0.435076 0.199503</w:t>
        <w:br/>
        <w:t>vt 0.444444 0.200554</w:t>
        <w:br/>
        <w:t>vt 0.454397 0.202014</w:t>
        <w:br/>
        <w:t>vt 0.453789 0.204847</w:t>
        <w:br/>
        <w:t>vt 0.444573 0.199503</w:t>
        <w:br/>
        <w:t>vt 0.347184 0.694641</w:t>
        <w:br/>
        <w:t>vt 0.357064 0.690707</w:t>
        <w:br/>
        <w:t>vt 0.347978 0.695952</w:t>
        <w:br/>
        <w:t>vt 0.455120 0.199503</w:t>
        <w:br/>
        <w:t>vt 0.337979 0.701725</w:t>
        <w:br/>
        <w:t>vt 0.336771 0.699085</w:t>
        <w:br/>
        <w:t>vt 0.357064 0.690707</w:t>
        <w:br/>
        <w:t>vt 0.346680 0.692577</w:t>
        <w:br/>
        <w:t>vt 0.346767 0.690900</w:t>
        <w:br/>
        <w:t>vt 0.347184 0.694641</w:t>
        <w:br/>
        <w:t>vt 0.346861 0.693637</w:t>
        <w:br/>
        <w:t>vt 0.357064 0.690707</w:t>
        <w:br/>
        <w:t>vt 0.346680 0.692577</w:t>
        <w:br/>
        <w:t>vt 0.472250 0.213742</w:t>
        <w:br/>
        <w:t>vt 0.463125 0.208864</w:t>
        <w:br/>
        <w:t>vt 0.465205 0.204243</w:t>
        <w:br/>
        <w:t>vt 0.476380 0.206782</w:t>
        <w:br/>
        <w:t>vt 0.335744 0.696953</w:t>
        <w:br/>
        <w:t>vt 0.336771 0.699085</w:t>
        <w:br/>
        <w:t>vt 0.334939 0.694823</w:t>
        <w:br/>
        <w:t>vt 0.335409 0.691624</w:t>
        <w:br/>
        <w:t>vt 0.467275 0.199503</w:t>
        <w:br/>
        <w:t>vt 0.479667 0.199503</w:t>
        <w:br/>
        <w:t>vt 0.315203 0.708690</w:t>
        <w:br/>
        <w:t>vt 0.325941 0.703934</w:t>
        <w:br/>
        <w:t>vt 0.327520 0.707764</w:t>
        <w:br/>
        <w:t>vt 0.317093 0.713784</w:t>
        <w:br/>
        <w:t>vt 0.323834 0.700315</w:t>
        <w:br/>
        <w:t>vt 0.311930 0.703709</w:t>
        <w:br/>
        <w:t>vt 0.307728 0.692700</w:t>
        <w:br/>
        <w:t>vt 0.321835 0.696837</w:t>
        <w:br/>
        <w:t>vt 0.308552 0.698877</w:t>
        <w:br/>
        <w:t>vt 0.485609 0.218544</w:t>
        <w:br/>
        <w:t>vt 0.490521 0.209649</w:t>
        <w:br/>
        <w:t>vt 0.494445 0.199503</w:t>
        <w:br/>
        <w:t>vt 0.301011 0.713938</w:t>
        <w:br/>
        <w:t>vt 0.303835 0.721438</w:t>
        <w:br/>
        <w:t>vt 0.296371 0.707359</w:t>
        <w:br/>
        <w:t>vt 0.290577 0.693923</w:t>
        <w:br/>
        <w:t>vt 0.292220 0.701540</w:t>
        <w:br/>
        <w:t>vt 0.504435 0.222771</w:t>
        <w:br/>
        <w:t>vt 0.508521 0.210709</w:t>
        <w:br/>
        <w:t>vt 0.512446 0.199503</w:t>
        <w:br/>
        <w:t>vt 0.282760 0.720147</w:t>
        <w:br/>
        <w:t>vt 0.287108 0.731096</w:t>
        <w:br/>
        <w:t>vt 0.282760 0.720147</w:t>
        <w:br/>
        <w:t>vt 0.277229 0.711949</w:t>
        <w:br/>
        <w:t>vt 0.527468 0.210862</w:t>
        <w:br/>
        <w:t>vt 0.524783 0.225488</w:t>
        <w:br/>
        <w:t>vt 0.272562 0.704483</w:t>
        <w:br/>
        <w:t>vt 0.270677 0.694341</w:t>
        <w:br/>
        <w:t>vt 0.530224 0.199503</w:t>
        <w:br/>
        <w:t>vt 0.270403 0.740740</w:t>
        <w:br/>
        <w:t>vt 0.263938 0.727750</w:t>
        <w:br/>
        <w:t>vt 0.263938 0.727750</w:t>
        <w:br/>
        <w:t>vt 0.257883 0.718273</w:t>
        <w:br/>
        <w:t>vt 0.253124 0.708452</w:t>
        <w:br/>
        <w:t>vt 0.251844 0.696409</w:t>
        <w:br/>
        <w:t>vt 0.322061 0.692076</w:t>
        <w:br/>
        <w:t>vt 0.555828 0.199503</w:t>
        <w:br/>
        <w:t>vt 0.178543 0.817050</w:t>
        <w:br/>
        <w:t>vt 0.176780 0.814628</w:t>
        <w:br/>
        <w:t>vt 0.175020 0.812580</w:t>
        <w:br/>
        <w:t>vt 0.645921 0.353074</w:t>
        <w:br/>
        <w:t>vt 0.648808 0.352800</w:t>
        <w:br/>
        <w:t>vt 0.163820 0.831773</w:t>
        <w:br/>
        <w:t>vt 0.157465 0.827363</w:t>
        <w:br/>
        <w:t>vt 0.167320 0.820954</w:t>
        <w:br/>
        <w:t>vt 0.171052 0.824540</w:t>
        <w:br/>
        <w:t>vt 0.651163 0.352623</w:t>
        <w:br/>
        <w:t>vt 0.648808 0.352800</w:t>
        <w:br/>
        <w:t>vt 0.656023 0.350285</w:t>
        <w:br/>
        <w:t>vt 0.653406 0.352254</w:t>
        <w:br/>
        <w:t>vt 0.151410 0.822535</w:t>
        <w:br/>
        <w:t>vt 0.163457 0.817469</w:t>
        <w:br/>
        <w:t>vt 0.653406 0.352254</w:t>
        <w:br/>
        <w:t>vt 0.651322 0.376279</w:t>
        <w:br/>
        <w:t>vt 0.645921 0.377175</w:t>
        <w:br/>
        <w:t>vt 0.645921 0.365161</w:t>
        <w:br/>
        <w:t>vt 0.650023 0.364618</w:t>
        <w:br/>
        <w:t>vt 0.654204 0.364631</w:t>
        <w:br/>
        <w:t>vt 0.657273 0.376619</w:t>
        <w:br/>
        <w:t>vt 0.668791 0.374775</w:t>
        <w:br/>
        <w:t>vt 0.663154 0.377124</w:t>
        <w:br/>
        <w:t>vt 0.658206 0.364624</w:t>
        <w:br/>
        <w:t>vt 0.662290 0.362002</w:t>
        <w:br/>
        <w:t>vt 0.154318 0.841274</w:t>
        <w:br/>
        <w:t>vt 0.145978 0.836235</w:t>
        <w:br/>
        <w:t>vt 0.137655 0.829702</w:t>
        <w:br/>
        <w:t>vt 0.653799 0.391170</w:t>
        <w:br/>
        <w:t>vt 0.645921 0.392508</w:t>
        <w:br/>
        <w:t>vt 0.661839 0.391912</w:t>
        <w:br/>
        <w:t>vt 0.653799 0.391170</w:t>
        <w:br/>
        <w:t>vt 0.668964 0.392610</w:t>
        <w:br/>
        <w:t>vt 0.676384 0.390237</w:t>
        <w:br/>
        <w:t>vt 0.141294 0.854298</w:t>
        <w:br/>
        <w:t>vt 0.131399 0.846711</w:t>
        <w:br/>
        <w:t>vt 0.121994 0.839655</w:t>
        <w:br/>
        <w:t>vt 0.657584 0.410078</w:t>
        <w:br/>
        <w:t>vt 0.645921 0.411812</w:t>
        <w:br/>
        <w:t>vt 0.667458 0.410782</w:t>
        <w:br/>
        <w:t>vt 0.657584 0.410078</w:t>
        <w:br/>
        <w:t>vt 0.686002 0.407712</w:t>
        <w:br/>
        <w:t>vt 0.676267 0.411120</w:t>
        <w:br/>
        <w:t>vt 0.116348 0.858023</w:t>
        <w:br/>
        <w:t>vt 0.107413 0.850246</w:t>
        <w:br/>
        <w:t>vt 0.660398 0.430167</w:t>
        <w:br/>
        <w:t>vt 0.645921 0.431065</w:t>
        <w:br/>
        <w:t>vt 0.671637 0.430690</w:t>
        <w:br/>
        <w:t>vt 0.660398 0.430167</w:t>
        <w:br/>
        <w:t>vt 0.682527 0.429975</w:t>
        <w:br/>
        <w:t>vt 0.693651 0.425153</w:t>
        <w:br/>
        <w:t>vt 0.127139 0.868454</w:t>
        <w:br/>
        <w:t>vt 0.645921 0.448012</w:t>
        <w:br/>
        <w:t>vt 0.086616 0.865278</w:t>
        <w:br/>
        <w:t>vt 0.635870 0.601227</w:t>
        <w:br/>
        <w:t>vt 0.625719 0.602273</w:t>
        <w:br/>
        <w:t>vt 0.627609 0.593232</w:t>
        <w:br/>
        <w:t>vt 0.632909 0.592779</w:t>
        <w:br/>
        <w:t>vt 0.784260 0.290383</w:t>
        <w:br/>
        <w:t>vt 0.783731 0.280814</w:t>
        <w:br/>
        <w:t>vt 0.785752 0.282388</w:t>
        <w:br/>
        <w:t>vt 0.787999 0.291961</w:t>
        <w:br/>
        <w:t>vt 0.788134 0.281778</w:t>
        <w:br/>
        <w:t>vt 0.792466 0.290383</w:t>
        <w:br/>
        <w:t>vt 0.789446 0.279232</w:t>
        <w:br/>
        <w:t>vt 0.795713 0.286965</w:t>
        <w:br/>
        <w:t>vt 0.790241 0.276838</w:t>
        <w:br/>
        <w:t>vt 0.797453 0.283315</w:t>
        <w:br/>
        <w:t>vt 0.783733 0.271409</w:t>
        <w:br/>
        <w:t>vt 0.804488 0.290265</w:t>
        <w:br/>
        <w:t>vt 0.783733 0.271409</w:t>
        <w:br/>
        <w:t>vt 0.637751 0.613424</w:t>
        <w:br/>
        <w:t>vt 0.623321 0.611058</w:t>
        <w:br/>
        <w:t>vt 0.628587 0.584959</w:t>
        <w:br/>
        <w:t>vt 0.806854 0.257695</w:t>
        <w:br/>
        <w:t>vt 0.805585 0.252191</w:t>
        <w:br/>
        <w:t>vt 0.811822 0.253853</w:t>
        <w:br/>
        <w:t>vt 0.814944 0.259052</w:t>
        <w:br/>
        <w:t>vt 0.653003 0.677983</w:t>
        <w:br/>
        <w:t>vt 0.649549 0.679641</w:t>
        <w:br/>
        <w:t>vt 0.650159 0.675776</w:t>
        <w:br/>
        <w:t>vt 0.653253 0.676047</w:t>
        <w:br/>
        <w:t>vt 0.816548 0.249064</w:t>
        <w:br/>
        <w:t>vt 0.814944 0.259052</w:t>
        <w:br/>
        <w:t>vt 0.811822 0.253853</w:t>
        <w:br/>
        <w:t>vt 0.811214 0.246632</w:t>
        <w:br/>
        <w:t>vt 0.658089 0.676470</w:t>
        <w:br/>
        <w:t>vt 0.804126 0.243719</w:t>
        <w:br/>
        <w:t>vt 0.818025 0.264427</w:t>
        <w:br/>
        <w:t>vt 0.808279 0.263553</w:t>
        <w:br/>
        <w:t>vt 0.804126 0.243719</w:t>
        <w:br/>
        <w:t>vt 0.644694 0.701472</w:t>
        <w:br/>
        <w:t>vt 0.642155 0.704232</w:t>
        <w:br/>
        <w:t>vt 0.641159 0.702082</w:t>
        <w:br/>
        <w:t>vt 0.644181 0.699738</w:t>
        <w:br/>
        <w:t>vt 0.783753 0.350821</w:t>
        <w:br/>
        <w:t>vt 0.779720 0.346162</w:t>
        <w:br/>
        <w:t>vt 0.781058 0.345325</w:t>
        <w:br/>
        <w:t>vt 0.786288 0.348853</w:t>
        <w:br/>
        <w:t>vt 0.781058 0.345325</w:t>
        <w:br/>
        <w:t>vt 0.780593 0.343385</w:t>
        <w:br/>
        <w:t>vt 0.786442 0.345678</w:t>
        <w:br/>
        <w:t>vt 0.786288 0.348853</w:t>
        <w:br/>
        <w:t>vt 0.644181 0.699738</w:t>
        <w:br/>
        <w:t>vt 0.641159 0.702082</w:t>
        <w:br/>
        <w:t>vt 0.640517 0.700814</w:t>
        <w:br/>
        <w:t>vt 0.643433 0.698912</w:t>
        <w:br/>
        <w:t>vt 0.064123 0.957146</w:t>
        <w:br/>
        <w:t>vt 0.065668 0.958256</w:t>
        <w:br/>
        <w:t>vt 0.061773 0.962500</w:t>
        <w:br/>
        <w:t>vt 0.058903 0.960381</w:t>
        <w:br/>
        <w:t>vt 0.771089 0.339319</w:t>
        <w:br/>
        <w:t>vt 0.648319 0.695652</w:t>
        <w:br/>
        <w:t>vt 0.771089 0.339319</w:t>
        <w:br/>
        <w:t>vt 0.648319 0.695652</w:t>
        <w:br/>
        <w:t>vt 0.074059 0.953671</w:t>
        <w:br/>
        <w:t>vt 0.791513 0.347977</w:t>
        <w:br/>
        <w:t>vt 0.884641 0.243818</w:t>
        <w:br/>
        <w:t>vt 0.878532 0.245380</w:t>
        <w:br/>
        <w:t>vt 0.878137 0.233458</w:t>
        <w:br/>
        <w:t>vt 0.883139 0.232590</w:t>
        <w:br/>
        <w:t>vt 0.884641 0.243818</w:t>
        <w:br/>
        <w:t>vt 0.883139 0.232590</w:t>
        <w:br/>
        <w:t>vt 0.887475 0.231897</w:t>
        <w:br/>
        <w:t>vt 0.891311 0.243071</w:t>
        <w:br/>
        <w:t>vt 0.711232 0.214802</w:t>
        <w:br/>
        <w:t>vt 0.720694 0.219977</w:t>
        <w:br/>
        <w:t>vt 0.714657 0.227784</w:t>
        <w:br/>
        <w:t>vt 0.706703 0.219830</w:t>
        <w:br/>
        <w:t>vt 0.896413 0.239434</w:t>
        <w:br/>
        <w:t>vt 0.891311 0.243071</w:t>
        <w:br/>
        <w:t>vt 0.887475 0.231897</w:t>
        <w:br/>
        <w:t>vt 0.891000 0.229322</w:t>
        <w:br/>
        <w:t>vt 0.886281 0.254133</w:t>
        <w:br/>
        <w:t>vt 0.532501 0.668910</w:t>
        <w:br/>
        <w:t>vt 0.751499 0.233038</w:t>
        <w:br/>
        <w:t>vt 0.532167 0.665453</w:t>
        <w:br/>
        <w:t>vt 0.995591 0.439534</w:t>
        <w:br/>
        <w:t>vt 0.981741 0.441370</w:t>
        <w:br/>
        <w:t>vt 0.438910 0.253574</w:t>
        <w:br/>
        <w:t>vt 0.605266 0.248146</w:t>
        <w:br/>
        <w:t>vt 0.753820 0.459841</w:t>
        <w:br/>
        <w:t>vt 0.500551 0.034260</w:t>
        <w:br/>
        <w:t>vt 0.122315 0.755938</w:t>
        <w:br/>
        <w:t>vt 0.529243 0.692060</w:t>
        <w:br/>
        <w:t>vt 0.656494 0.903533</w:t>
        <w:br/>
        <w:t>vt 0.667857 0.878820</w:t>
        <w:br/>
        <w:t>vt 0.686235 0.897372</w:t>
        <w:br/>
        <w:t>vt 0.674576 0.919370</w:t>
        <w:br/>
        <w:t>vt 0.640927 0.887637</w:t>
        <w:br/>
        <w:t>vt 0.650722 0.862088</w:t>
        <w:br/>
        <w:t>vt 0.654508 0.938527</w:t>
        <w:br/>
        <w:t>vt 0.642975 0.918397</w:t>
        <w:br/>
        <w:t>vt 0.699337 0.876466</w:t>
        <w:br/>
        <w:t>vt 0.681480 0.854746</w:t>
        <w:br/>
        <w:t>vt 0.705123 0.916041</w:t>
        <w:br/>
        <w:t>vt 0.693738 0.933008</w:t>
        <w:br/>
        <w:t>vt 0.632414 0.900221</w:t>
        <w:br/>
        <w:t>vt 0.663231 0.838355</w:t>
        <w:br/>
        <w:t>vt 0.679574 0.948892</w:t>
        <w:br/>
        <w:t>vt 0.716197 0.900363</w:t>
        <w:br/>
        <w:t>vt 0.626036 0.873491</w:t>
        <w:br/>
        <w:t>vt 0.633979 0.848203</w:t>
        <w:br/>
        <w:t>vt 0.621731 0.880345</w:t>
        <w:br/>
        <w:t>vt 0.621009 0.910402</w:t>
        <w:br/>
        <w:t>vt 0.625038 0.934136</w:t>
        <w:br/>
        <w:t>vt 0.716900 0.944577</w:t>
        <w:br/>
        <w:t>vt 0.725919 0.933964</w:t>
        <w:br/>
        <w:t>vt 0.703001 0.954704</w:t>
        <w:br/>
        <w:t>vt 0.662756 0.964199</w:t>
        <w:br/>
        <w:t>vt 0.712132 0.863833</w:t>
        <w:br/>
        <w:t>vt 0.692980 0.840517</w:t>
        <w:br/>
        <w:t>vt 0.644224 0.826136</w:t>
        <w:br/>
        <w:t>vt 0.734130 0.924317</w:t>
        <w:br/>
        <w:t>vt 0.615155 0.885099</w:t>
        <w:br/>
        <w:t>vt 0.724792 0.944994</w:t>
        <w:br/>
        <w:t>vt 0.730502 0.935028</w:t>
        <w:br/>
        <w:t>vt 0.720912 0.948804</w:t>
        <w:br/>
        <w:t>vt 0.718302 0.952484</w:t>
        <w:br/>
        <w:t>vt 0.712413 0.955643</w:t>
        <w:br/>
        <w:t>vt 0.672711 0.822920</w:t>
        <w:br/>
        <w:t>vt 0.687958 0.971379</w:t>
        <w:br/>
        <w:t>vt 0.740135 0.928744</w:t>
        <w:br/>
        <w:t>vt 0.729028 0.889214</w:t>
        <w:br/>
        <w:t>vt 0.709609 0.966057</w:t>
        <w:br/>
        <w:t>vt 0.629707 0.952699</w:t>
        <w:br/>
        <w:t>vt 0.636269 0.971083</w:t>
        <w:br/>
        <w:t>vt 0.610805 0.916921</w:t>
        <w:br/>
        <w:t>vt 0.611751 0.938389</w:t>
        <w:br/>
        <w:t>vt 0.746288 0.916140</w:t>
        <w:br/>
        <w:t>vt 0.609276 0.888916</w:t>
        <w:br/>
        <w:t>vt 0.749509 0.920407</w:t>
        <w:br/>
        <w:t>vt 0.609335 0.859276</w:t>
        <w:br/>
        <w:t>vt 0.668999 0.969731</w:t>
        <w:br/>
        <w:t>vt 0.613859 0.834635</w:t>
        <w:br/>
        <w:t>vt 0.730518 0.966878</w:t>
        <w:br/>
        <w:t>vt 0.718302 0.952484</w:t>
        <w:br/>
        <w:t>vt 0.720912 0.948804</w:t>
        <w:br/>
        <w:t>vt 0.735926 0.966029</w:t>
        <w:br/>
        <w:t>vt 0.736836 0.960756</w:t>
        <w:br/>
        <w:t>vt 0.724792 0.944994</w:t>
        <w:br/>
        <w:t>vt 0.730502 0.935028</w:t>
        <w:br/>
        <w:t>vt 0.693170 0.979430</w:t>
        <w:br/>
        <w:t>vt 0.718644 0.975674</w:t>
        <w:br/>
        <w:t>vt 0.712413 0.955643</w:t>
        <w:br/>
        <w:t>vt 0.718302 0.952484</w:t>
        <w:br/>
        <w:t>vt 0.730518 0.966878</w:t>
        <w:br/>
        <w:t>vt 0.726094 0.971589</w:t>
        <w:br/>
        <w:t>vt 0.740135 0.928744</w:t>
        <w:br/>
        <w:t>vt 0.744263 0.954831</w:t>
        <w:br/>
        <w:t>vt 0.651796 0.810130</w:t>
        <w:br/>
        <w:t>vt 0.612830 0.956312</w:t>
        <w:br/>
        <w:t>vt 0.668999 0.969731</w:t>
        <w:br/>
        <w:t>vt 0.604917 0.867295</w:t>
        <w:br/>
        <w:t>vt 0.709609 0.966057</w:t>
        <w:br/>
        <w:t>vt 0.712413 0.955643</w:t>
        <w:br/>
        <w:t>vt 0.726094 0.971589</w:t>
        <w:br/>
        <w:t>vt 0.718644 0.975674</w:t>
        <w:br/>
        <w:t>vt 0.146741 0.863616</w:t>
        <w:br/>
        <w:t>vt 0.165936 0.840312</w:t>
        <w:br/>
        <w:t>vt 0.177403 0.854571</w:t>
        <w:br/>
        <w:t>vt 0.159516 0.876274</w:t>
        <w:br/>
        <w:t>vt 0.605041 0.889907</w:t>
        <w:br/>
        <w:t>vt 0.609276 0.888916</w:t>
        <w:br/>
        <w:t>vt 0.610805 0.916921</w:t>
        <w:br/>
        <w:t>vt 0.606557 0.917361</w:t>
        <w:br/>
        <w:t>vt 0.129804 0.888977</w:t>
        <w:br/>
        <w:t>vt 0.142620 0.900144</w:t>
        <w:br/>
        <w:t>vt 0.752132 0.950051</w:t>
        <w:br/>
        <w:t>vt 0.749509 0.920407</w:t>
        <w:br/>
        <w:t>vt 0.760731 0.949570</w:t>
        <w:br/>
        <w:t>vt 0.611751 0.938389</w:t>
        <w:br/>
        <w:t>vt 0.607628 0.939419</w:t>
        <w:br/>
        <w:t>vt 0.622854 0.816576</w:t>
        <w:br/>
        <w:t>vt 0.109288 0.920154</w:t>
        <w:br/>
        <w:t>vt 0.112514 0.915890</w:t>
        <w:br/>
        <w:t>vt 0.124663 0.924081</w:t>
        <w:br/>
        <w:t>vt 0.118654 0.928502</w:t>
        <w:br/>
        <w:t>vt 0.604917 0.867295</w:t>
        <w:br/>
        <w:t>vt 0.373095 0.829547</w:t>
        <w:br/>
        <w:t>vt 0.357518 0.836865</w:t>
        <w:br/>
        <w:t>vt 0.363545 0.816053</w:t>
        <w:br/>
        <w:t>vt 0.606557 0.917361</w:t>
        <w:br/>
        <w:t>vt 0.592374 0.916869</w:t>
        <w:br/>
        <w:t>vt 0.594432 0.889077</w:t>
        <w:br/>
        <w:t>vt 0.605041 0.889907</w:t>
        <w:br/>
        <w:t>vt 0.186270 0.822727</w:t>
        <w:br/>
        <w:t>vt 0.195690 0.838195</w:t>
        <w:br/>
        <w:t>vt 0.596643 0.865196</w:t>
        <w:br/>
        <w:t>vt 0.585888 0.889168</w:t>
        <w:br/>
        <w:t>vt 0.607628 0.939419</w:t>
        <w:br/>
        <w:t>vt 0.340963 0.840432</w:t>
        <w:br/>
        <w:t>vt 0.349548 0.827897</w:t>
        <w:br/>
        <w:t>vt 0.585868 0.864557</w:t>
        <w:br/>
        <w:t>vt 0.612830 0.956312</w:t>
        <w:br/>
        <w:t>vt 0.609588 0.957784</w:t>
        <w:br/>
        <w:t>vt 0.581453 0.915324</w:t>
        <w:br/>
        <w:t>vt 0.591446 0.937981</w:t>
        <w:br/>
        <w:t>vt 0.577833 0.936085</w:t>
        <w:br/>
        <w:t>vt 0.363545 0.816053</w:t>
        <w:br/>
        <w:t>vt 0.375856 0.817316</w:t>
        <w:br/>
        <w:t>vt 0.373095 0.829547</w:t>
        <w:br/>
        <w:t>vt 0.614788 0.974817</w:t>
        <w:br/>
        <w:t>vt 0.340886 0.826811</w:t>
        <w:br/>
        <w:t>vt 0.348241 0.816083</w:t>
        <w:br/>
        <w:t>vt 0.363545 0.816053</w:t>
        <w:br/>
        <w:t>vt 0.588365 0.832681</w:t>
        <w:br/>
        <w:t>vt 0.337945 0.835602</w:t>
        <w:br/>
        <w:t>vt 0.109288 0.920154</w:t>
        <w:br/>
        <w:t>vt 0.118654 0.928502</w:t>
        <w:br/>
        <w:t>vt 0.106641 0.949799</w:t>
        <w:br/>
        <w:t>vt 0.098041 0.949310</w:t>
        <w:br/>
        <w:t>vt 0.629345 0.800290</w:t>
        <w:br/>
        <w:t>vt 0.334269 0.837588</w:t>
        <w:br/>
        <w:t>vt 0.579492 0.888996</w:t>
        <w:br/>
        <w:t>vt 0.585888 0.889168</w:t>
        <w:br/>
        <w:t>vt 0.572720 0.916577</w:t>
        <w:br/>
        <w:t>vt 0.334269 0.837588</w:t>
        <w:br/>
        <w:t>vt 0.331343 0.835699</w:t>
        <w:br/>
        <w:t>vt 0.340886 0.826811</w:t>
        <w:br/>
        <w:t>vt 0.595653 0.822600</w:t>
        <w:br/>
        <w:t>vt 0.604426 0.809866</w:t>
        <w:br/>
        <w:t>vt 0.334404 0.812798</w:t>
        <w:br/>
        <w:t>vt 0.329043 0.824255</w:t>
        <w:br/>
        <w:t>vt 0.585868 0.864557</w:t>
        <w:br/>
        <w:t>vt 0.579473 0.864492</w:t>
        <w:br/>
        <w:t>vt 0.653893 0.993225</w:t>
        <w:br/>
        <w:t>vt 0.659355 0.985892</w:t>
        <w:br/>
        <w:t>vt 0.207294 0.809991</w:t>
        <w:br/>
        <w:t>vt 0.214773 0.826026</w:t>
        <w:br/>
        <w:t>vt 0.128281 0.934798</w:t>
        <w:br/>
        <w:t>vt 0.132864 0.933738</w:t>
        <w:br/>
        <w:t>vt 0.322859 0.835798</w:t>
        <w:br/>
        <w:t>vt 0.328781 0.833436</w:t>
        <w:br/>
        <w:t>vt 0.316854 0.835941</w:t>
        <w:br/>
        <w:t>vt 0.614788 0.974817</w:t>
        <w:br/>
        <w:t>vt 0.613059 0.976106</w:t>
        <w:br/>
        <w:t>vt 0.381251 0.813756</w:t>
        <w:br/>
        <w:t>vt 0.172584 0.897222</w:t>
        <w:br/>
        <w:t>vt 0.153674 0.915836</w:t>
        <w:br/>
        <w:t>vt 0.190962 0.878707</w:t>
        <w:br/>
        <w:t>vt 0.591005 0.956984</w:t>
        <w:br/>
        <w:t>vt 0.567827 0.938385</w:t>
        <w:br/>
        <w:t>vt 0.896037 0.200976</w:t>
        <w:br/>
        <w:t>vt 0.873353 0.201923</w:t>
        <w:br/>
        <w:t>vt 0.885997 0.192159</w:t>
        <w:br/>
        <w:t>vt 0.906539 0.190447</w:t>
        <w:br/>
        <w:t>vt 0.579473 0.864492</w:t>
        <w:br/>
        <w:t>vt 0.570477 0.887877</w:t>
        <w:br/>
        <w:t>vt 0.564334 0.857700</w:t>
        <w:br/>
        <w:t>vt 0.620053 0.993225</w:t>
        <w:br/>
        <w:t>vt 0.896037 0.200976</w:t>
        <w:br/>
        <w:t>vt 0.922071 0.188383</w:t>
        <w:br/>
        <w:t>vt 0.917384 0.198959</w:t>
        <w:br/>
        <w:t>vt 0.899931 0.205804</w:t>
        <w:br/>
        <w:t>vt 0.114507 0.954588</w:t>
        <w:br/>
        <w:t>vt 0.128281 0.934798</w:t>
        <w:br/>
        <w:t>vt 0.121930 0.960524</w:t>
        <w:br/>
        <w:t>vt 0.208083 0.861987</w:t>
        <w:br/>
        <w:t>vt 0.315329 0.820266</w:t>
        <w:br/>
        <w:t>vt 0.312085 0.832370</w:t>
        <w:br/>
        <w:t>vt 0.873353 0.201923</w:t>
        <w:br/>
        <w:t>vt 0.877523 0.207803</w:t>
        <w:br/>
        <w:t>vt 0.853934 0.210455</w:t>
        <w:br/>
        <w:t>vt 0.318742 0.807528</w:t>
        <w:br/>
        <w:t>vt 0.566599 0.887842</w:t>
        <w:br/>
        <w:t>vt 0.590835 0.976389</w:t>
        <w:br/>
        <w:t>vt 0.613059 0.976106</w:t>
        <w:br/>
        <w:t>vt 0.889165 0.183302</w:t>
        <w:br/>
        <w:t>vt 0.899927 0.179746</w:t>
        <w:br/>
        <w:t>vt 0.133983 0.944769</w:t>
        <w:br/>
        <w:t>vt 0.141875 0.944358</w:t>
        <w:br/>
        <w:t>vt 0.620053 0.993225</w:t>
        <w:br/>
        <w:t>vt 0.236315 0.816633</w:t>
        <w:br/>
        <w:t>vt 0.229877 0.800368</w:t>
        <w:br/>
        <w:t>vt 0.306170 0.833078</w:t>
        <w:br/>
        <w:t>vt 0.301457 0.816864</w:t>
        <w:br/>
        <w:t>vt 0.224835 0.848089</w:t>
        <w:br/>
        <w:t>vt 0.560771 0.868847</w:t>
        <w:br/>
        <w:t>vt 0.564334 0.857700</w:t>
        <w:br/>
        <w:t>vt 0.912132 0.175906</w:t>
        <w:br/>
        <w:t>vt 0.914798 0.162312</w:t>
        <w:br/>
        <w:t>vt 0.574054 0.955629</w:t>
        <w:br/>
        <w:t>vt 0.563334 0.957690</w:t>
        <w:br/>
        <w:t>vt 0.859261 0.202953</w:t>
        <w:br/>
        <w:t>vt 0.873353 0.201923</w:t>
        <w:br/>
        <w:t>vt 0.853934 0.210455</w:t>
        <w:br/>
        <w:t>vt 0.849440 0.206886</w:t>
        <w:br/>
        <w:t>vt 0.165045 0.932804</w:t>
        <w:br/>
        <w:t>vt 0.875084 0.195008</w:t>
        <w:br/>
        <w:t>vt 0.864246 0.194108</w:t>
        <w:br/>
        <w:t>vt 0.878307 0.183818</w:t>
        <w:br/>
        <w:t>vt 0.889165 0.183302</w:t>
        <w:br/>
        <w:t>vt 0.927403 0.163592</w:t>
        <w:br/>
        <w:t>vt 0.939960 0.162814</w:t>
        <w:br/>
        <w:t>vt 0.925599 0.177357</w:t>
        <w:br/>
        <w:t>vt 0.569822 0.978453</w:t>
        <w:br/>
        <w:t>vt 0.903845 0.168442</w:t>
        <w:br/>
        <w:t>vt 0.545158 0.871245</w:t>
        <w:br/>
        <w:t>vt 0.560771 0.868847</w:t>
        <w:br/>
        <w:t>vt 0.133983 0.944769</w:t>
        <w:br/>
        <w:t>vt 0.301041 0.829952</w:t>
        <w:br/>
        <w:t>vt 0.550369 0.929218</w:t>
        <w:br/>
        <w:t>vt 0.547826 0.907008</w:t>
        <w:br/>
        <w:t>vt 0.864245 0.184543</w:t>
        <w:br/>
        <w:t>vt 0.137860 0.948583</w:t>
        <w:br/>
        <w:t>vt 0.302543 0.804261</w:t>
        <w:br/>
        <w:t>vt 0.889593 0.172324</w:t>
        <w:br/>
        <w:t>vt 0.886281 0.160582</w:t>
        <w:br/>
        <w:t>vt 0.894851 0.157943</w:t>
        <w:br/>
        <w:t>vt 0.137860 0.948583</w:t>
        <w:br/>
        <w:t>vt 0.122836 0.965798</w:t>
        <w:br/>
        <w:t>vt 0.939869 0.148900</w:t>
        <w:br/>
        <w:t>vt 0.944882 0.140915</w:t>
        <w:br/>
        <w:t>vt 0.946736 0.153675</w:t>
        <w:br/>
        <w:t>vt 0.859261 0.202953</w:t>
        <w:br/>
        <w:t>vt 0.847175 0.202679</w:t>
        <w:br/>
        <w:t>vt 0.184229 0.919269</w:t>
        <w:br/>
        <w:t>vt 0.140467 0.952265</w:t>
        <w:br/>
        <w:t>vt 0.297094 0.824946</w:t>
        <w:br/>
        <w:t>vt 0.245416 0.834715</w:t>
        <w:br/>
        <w:t>vt 0.926017 0.150704</w:t>
        <w:br/>
        <w:t>vt 0.936260 0.137070</w:t>
        <w:br/>
        <w:t>vt 0.202307 0.903488</w:t>
        <w:br/>
        <w:t>vt 0.956612 0.132375</w:t>
        <w:br/>
        <w:t>vt 0.950405 0.122004</w:t>
        <w:br/>
        <w:t>vt 0.862793 0.175541</w:t>
        <w:br/>
        <w:t>vt 0.876690 0.162955</w:t>
        <w:br/>
        <w:t>vt 0.146354 0.955428</w:t>
        <w:br/>
        <w:t>vt 0.140467 0.952265</w:t>
        <w:br/>
        <w:t>vt 0.128246 0.966653</w:t>
        <w:br/>
        <w:t>vt 0.969915 0.137585</w:t>
        <w:br/>
        <w:t>vt 0.960968 0.154405</w:t>
        <w:br/>
        <w:t>vt 0.956951 0.150284</w:t>
        <w:br/>
        <w:t>vt 0.965396 0.134664</w:t>
        <w:br/>
        <w:t>vt 0.293743 0.825624</w:t>
        <w:br/>
        <w:t>vt 0.289923 0.813155</w:t>
        <w:br/>
        <w:t>vt 0.831743 0.193477</w:t>
        <w:br/>
        <w:t>vt 0.849621 0.193017</w:t>
        <w:br/>
        <w:t>vt 0.847939 0.179119</w:t>
        <w:br/>
        <w:t>vt 0.557930 0.978560</w:t>
        <w:br/>
        <w:t>vt 0.217935 0.887628</w:t>
        <w:br/>
        <w:t>vt 0.548011 0.950379</w:t>
        <w:br/>
        <w:t>vt 0.128246 0.966653</w:t>
        <w:br/>
        <w:t>vt 0.140467 0.952265</w:t>
        <w:br/>
        <w:t>vt 0.146354 0.955428</w:t>
        <w:br/>
        <w:t>vt 0.132670 0.971369</w:t>
        <w:br/>
        <w:t>vt 0.591670 0.993225</w:t>
        <w:br/>
        <w:t>vt 0.567300 0.993225</w:t>
        <w:br/>
        <w:t>vt 0.155763 0.954495</w:t>
        <w:br/>
        <w:t>vt 0.179194 0.948697</w:t>
        <w:br/>
        <w:t>vt 0.940059 0.130400</w:t>
        <w:br/>
        <w:t>vt 0.288917 0.800187</w:t>
        <w:br/>
        <w:t>vt 0.857733 0.170531</w:t>
        <w:br/>
        <w:t>vt 0.871728 0.159869</w:t>
        <w:br/>
        <w:t>vt 0.839776 0.172906</w:t>
        <w:br/>
        <w:t>vt 0.232888 0.873550</w:t>
        <w:br/>
        <w:t>vt 0.290265 0.825797</w:t>
        <w:br/>
        <w:t>vt 0.531788 0.924300</w:t>
        <w:br/>
        <w:t>vt 0.530402 0.904580</w:t>
        <w:br/>
        <w:t>vt 0.907031 0.153905</w:t>
        <w:br/>
        <w:t>vt 0.900934 0.156784</w:t>
        <w:br/>
        <w:t>vt 0.900117 0.135088</w:t>
        <w:br/>
        <w:t>vt 0.132670 0.971369</w:t>
        <w:br/>
        <w:t>vt 0.146354 0.955428</w:t>
        <w:br/>
        <w:t>vt 0.149158 0.965841</w:t>
        <w:br/>
        <w:t>vt 0.140124 0.975461</w:t>
        <w:br/>
        <w:t>vt 0.149158 0.965841</w:t>
        <w:br/>
        <w:t>vt 0.288075 0.822239</w:t>
        <w:br/>
        <w:t>vt 0.289923 0.813155</w:t>
        <w:br/>
        <w:t>vt 0.290265 0.825797</w:t>
        <w:br/>
        <w:t>vt 0.943344 0.115241</w:t>
        <w:br/>
        <w:t>vt 0.900117 0.135088</w:t>
        <w:br/>
        <w:t>vt 0.900934 0.156784</w:t>
        <w:br/>
        <w:t>vt 0.963338 0.111952</w:t>
        <w:br/>
        <w:t>vt 0.914148 0.148018</w:t>
        <w:br/>
        <w:t>vt 0.904930 0.130266</w:t>
        <w:br/>
        <w:t>vt 0.892080 0.137978</w:t>
        <w:br/>
        <w:t>vt 0.896503 0.136293</w:t>
        <w:br/>
        <w:t>vt 0.887184 0.140125</w:t>
        <w:br/>
        <w:t>vt 0.204298 0.938538</w:t>
        <w:br/>
        <w:t>vt 0.831819 0.180005</w:t>
        <w:br/>
        <w:t>vt 0.851101 0.163963</w:t>
        <w:br/>
        <w:t>vt 0.866555 0.155221</w:t>
        <w:br/>
        <w:t>vt 0.871728 0.159869</w:t>
        <w:br/>
        <w:t>vt 0.249429 0.859197</w:t>
        <w:br/>
        <w:t>vt 0.531764 0.945368</w:t>
        <w:br/>
        <w:t>vt 0.542886 0.973051</w:t>
        <w:br/>
        <w:t>vt 0.883673 0.139321</w:t>
        <w:br/>
        <w:t>vt 0.921741 0.138195</w:t>
        <w:br/>
        <w:t>vt 0.908366 0.124993</w:t>
        <w:br/>
        <w:t>vt 0.283046 0.824913</w:t>
        <w:br/>
        <w:t>vt 0.281878 0.809765</w:t>
        <w:br/>
        <w:t>vt 0.288075 0.822239</w:t>
        <w:br/>
        <w:t>vt 0.552864 0.993225</w:t>
        <w:br/>
        <w:t>vt 0.170817 0.971135</w:t>
        <w:br/>
        <w:t>vt 0.165611 0.979193</w:t>
        <w:br/>
        <w:t>vt 0.140124 0.975461</w:t>
        <w:br/>
        <w:t>vt 0.275679 0.792509</w:t>
        <w:br/>
        <w:t>vt 0.215723 0.918484</w:t>
        <w:br/>
        <w:t>vt 0.928264 0.128366</w:t>
        <w:br/>
        <w:t>vt 0.881181 0.137107</w:t>
        <w:br/>
        <w:t>vt 0.883673 0.139321</w:t>
        <w:br/>
        <w:t>vt 0.196043 0.963933</w:t>
        <w:br/>
        <w:t>vt 0.523600 0.924227</w:t>
        <w:br/>
        <w:t>vt 0.522122 0.904720</w:t>
        <w:br/>
        <w:t>vt 0.953446 0.106513</w:t>
        <w:br/>
        <w:t>vt 0.270492 0.813546</w:t>
        <w:br/>
        <w:t>vt 0.226338 0.900280</w:t>
        <w:br/>
        <w:t>vt 0.833967 0.166461</w:t>
        <w:br/>
        <w:t>vt 0.821112 0.172047</w:t>
        <w:br/>
        <w:t>vt 0.858947 0.148710</w:t>
        <w:br/>
        <w:t>vt 0.237058 0.880442</w:t>
        <w:br/>
        <w:t>vt 0.537697 0.993225</w:t>
        <w:br/>
        <w:t>vt 0.911917 0.120805</w:t>
        <w:br/>
        <w:t>vt 0.912611 0.117874</w:t>
        <w:br/>
        <w:t>vt 0.930680 0.123310</w:t>
        <w:br/>
        <w:t>vt 0.928264 0.128366</w:t>
        <w:br/>
        <w:t>vt 0.814753 0.177488</w:t>
        <w:br/>
        <w:t>vt 0.806480 0.164770</w:t>
        <w:br/>
        <w:t>vt 0.524772 0.945554</w:t>
        <w:br/>
        <w:t>vt 0.972683 0.103970</w:t>
        <w:br/>
        <w:t>vt 0.973166 0.093663</w:t>
        <w:br/>
        <w:t>vt 0.980081 0.098821</w:t>
        <w:br/>
        <w:t>vt 0.977663 0.106838</w:t>
        <w:br/>
        <w:t>vt 0.529574 0.967304</w:t>
        <w:br/>
        <w:t>vt 0.877005 0.134142</w:t>
        <w:br/>
        <w:t>vt 0.843022 0.154666</w:t>
        <w:br/>
        <w:t>vt 0.517170 0.923846</w:t>
        <w:br/>
        <w:t>vt 0.515480 0.903901</w:t>
        <w:br/>
        <w:t>vt 0.931109 0.112055</w:t>
        <w:br/>
        <w:t>vt 0.912029 0.112077</w:t>
        <w:br/>
        <w:t>vt 0.243534 0.885219</w:t>
        <w:br/>
        <w:t>vt 0.525055 0.967618</w:t>
        <w:br/>
        <w:t>vt 0.973131 0.079706</w:t>
        <w:br/>
        <w:t>vt 0.981206 0.082664</w:t>
        <w:br/>
        <w:t>vt 0.519460 0.944737</w:t>
        <w:br/>
        <w:t>vt 0.954070 0.094058</w:t>
        <w:br/>
        <w:t>vt 0.943615 0.102733</w:t>
        <w:br/>
        <w:t>vt 0.522403 0.993225</w:t>
        <w:br/>
        <w:t>vt 0.253725 0.867323</w:t>
        <w:br/>
        <w:t>vt 0.249641 0.888878</w:t>
        <w:br/>
        <w:t>vt 0.237807 0.910388</w:t>
        <w:br/>
        <w:t>vt 0.189776 0.969453</w:t>
        <w:br/>
        <w:t>vt 0.806480 0.164770</w:t>
        <w:br/>
        <w:t>vt 0.802838 0.153481</w:t>
        <w:br/>
        <w:t>vt 0.816662 0.162342</w:t>
        <w:br/>
        <w:t>vt 0.872460 0.131302</w:t>
        <w:br/>
        <w:t>vt 0.851736 0.141823</w:t>
        <w:br/>
        <w:t>vt 0.828252 0.153280</w:t>
        <w:br/>
        <w:t>vt 0.836486 0.143609</w:t>
        <w:br/>
        <w:t>vt 0.521741 0.966840</w:t>
        <w:br/>
        <w:t>vt 0.189776 0.969453</w:t>
        <w:br/>
        <w:t>vt 0.233932 0.933981</w:t>
        <w:br/>
        <w:t>vt 0.930575 0.102216</w:t>
        <w:br/>
        <w:t>vt 0.911793 0.106568</w:t>
        <w:br/>
        <w:t>vt 0.502840 0.944210</w:t>
        <w:br/>
        <w:t>vt 0.501797 0.922804</w:t>
        <w:br/>
        <w:t>vt 0.953558 0.087421</w:t>
        <w:br/>
        <w:t>vt 0.942802 0.092381</w:t>
        <w:br/>
        <w:t>vt 0.942022 0.087111</w:t>
        <w:br/>
        <w:t>vt 0.249641 0.888878</w:t>
        <w:br/>
        <w:t>vt 0.253725 0.867323</w:t>
        <w:br/>
        <w:t>vt 0.253825 0.889888</w:t>
        <w:br/>
        <w:t>vt 0.229047 0.952548</w:t>
        <w:br/>
        <w:t>vt 0.264244 0.889086</w:t>
        <w:br/>
        <w:t>vt 0.253825 0.889888</w:t>
        <w:br/>
        <w:t>vt 0.851449 0.136623</w:t>
        <w:br/>
        <w:t>vt 0.871347 0.128746</w:t>
        <w:br/>
        <w:t>vt 0.248040 0.916894</w:t>
        <w:br/>
        <w:t>vt 0.824735 0.136393</w:t>
        <w:br/>
        <w:t>vt 0.891351 0.114419</w:t>
        <w:br/>
        <w:t>vt 0.275679 0.792509</w:t>
        <w:br/>
        <w:t>vt 0.260662 0.799420</w:t>
        <w:br/>
        <w:t>vt 0.264386 0.787448</w:t>
        <w:br/>
        <w:t>vt 0.199219 0.985804</w:t>
        <w:br/>
        <w:t>vt 0.222303 0.971195</w:t>
        <w:br/>
        <w:t>vt 0.836512 0.136630</w:t>
        <w:br/>
        <w:t>vt 0.948815 0.079086</w:t>
        <w:br/>
        <w:t>vt 0.937645 0.082962</w:t>
        <w:br/>
        <w:t>vt 0.911917 0.120805</w:t>
        <w:br/>
        <w:t>vt 0.501811 0.967934</w:t>
        <w:br/>
        <w:t>vt 0.871347 0.128746</w:t>
        <w:br/>
        <w:t>vt 0.851449 0.136623</w:t>
        <w:br/>
        <w:t>vt 0.852245 0.127658</w:t>
        <w:br/>
        <w:t>vt 0.871697 0.124208</w:t>
        <w:br/>
        <w:t>vt 0.279337 0.861955</w:t>
        <w:br/>
        <w:t>vt 0.273006 0.861703</w:t>
        <w:br/>
        <w:t>vt 0.280281 0.846706</w:t>
        <w:br/>
        <w:t>vt 0.285052 0.848259</w:t>
        <w:br/>
        <w:t>vt 0.911915 0.102268</w:t>
        <w:br/>
        <w:t>vt 0.929768 0.094565</w:t>
        <w:br/>
        <w:t>vt 0.262140 0.865342</w:t>
        <w:br/>
        <w:t>vt 0.273006 0.861703</w:t>
        <w:br/>
        <w:t>vt 0.272837 0.889463</w:t>
        <w:br/>
        <w:t>vt 0.871627 0.119900</w:t>
        <w:br/>
        <w:t>vt 0.248040 0.916894</w:t>
        <w:br/>
        <w:t>vt 0.252270 0.917369</w:t>
        <w:br/>
        <w:t>vt 0.499453 0.993225</w:t>
        <w:br/>
        <w:t>vt 0.261493 0.781667</w:t>
        <w:br/>
        <w:t>vt 0.838779 0.124536</w:t>
        <w:br/>
        <w:t>vt 0.942425 0.069741</w:t>
        <w:br/>
        <w:t>vt 0.954766 0.065292</w:t>
        <w:br/>
        <w:t>vt 0.961178 0.077211</w:t>
        <w:br/>
        <w:t>vt 0.871049 0.114526</w:t>
        <w:br/>
        <w:t>vt 0.487904 0.899179</w:t>
        <w:br/>
        <w:t>vt 0.482973 0.899183</w:t>
        <w:br/>
        <w:t>vt 0.483877 0.881674</w:t>
        <w:br/>
        <w:t>vt 0.495068 0.882373</w:t>
        <w:br/>
        <w:t>vt 0.909159 0.101135</w:t>
        <w:br/>
        <w:t>vt 0.911915 0.102268</w:t>
        <w:br/>
        <w:t>vt 0.891351 0.114419</w:t>
        <w:br/>
        <w:t>vt 0.279235 0.889314</w:t>
        <w:br/>
        <w:t>vt 0.272837 0.889463</w:t>
        <w:br/>
        <w:t>vt 0.905169 0.097573</w:t>
        <w:br/>
        <w:t>vt 0.852827 0.119238</w:t>
        <w:br/>
        <w:t>vt 0.871836 0.109576</w:t>
        <w:br/>
        <w:t>vt 0.252270 0.917369</w:t>
        <w:br/>
        <w:t>vt 0.873398 0.107729</w:t>
        <w:br/>
        <w:t>vt 0.878203 0.101876</w:t>
        <w:br/>
        <w:t>vt 0.902659 0.095048</w:t>
        <w:br/>
        <w:t>vt 0.871836 0.109576</w:t>
        <w:br/>
        <w:t>vt 0.873398 0.107729</w:t>
        <w:br/>
        <w:t>vt 0.813483 0.146911</w:t>
        <w:br/>
        <w:t>vt 0.927786 0.089830</w:t>
        <w:br/>
        <w:t>vt 0.929768 0.094565</w:t>
        <w:br/>
        <w:t>vt 0.899315 0.092578</w:t>
        <w:br/>
        <w:t>vt 0.902659 0.095048</w:t>
        <w:br/>
        <w:t>vt 0.891351 0.114419</w:t>
        <w:br/>
        <w:t>vt 0.891897 0.092604</w:t>
        <w:br/>
        <w:t>vt 0.896835 0.092903</w:t>
        <w:br/>
        <w:t>vt 0.899315 0.092578</w:t>
        <w:br/>
        <w:t>vt 0.881398 0.096188</w:t>
        <w:br/>
        <w:t>vt 0.886963 0.092791</w:t>
        <w:br/>
        <w:t>vt 0.247133 0.938346</w:t>
        <w:br/>
        <w:t>vt 0.931372 0.075625</w:t>
        <w:br/>
        <w:t>vt 0.883947 0.094306</w:t>
        <w:br/>
        <w:t>vt 0.883947 0.094306</w:t>
        <w:br/>
        <w:t>vt 0.483945 0.922705</w:t>
        <w:br/>
        <w:t>vt 0.483216 0.944502</w:t>
        <w:br/>
        <w:t>vt 0.950208 0.059681</w:t>
        <w:br/>
        <w:t>vt 0.938174 0.064194</w:t>
        <w:br/>
        <w:t>vt 0.295587 0.854980</w:t>
        <w:br/>
        <w:t>vt 0.279337 0.861955</w:t>
        <w:br/>
        <w:t>vt 0.285052 0.848259</w:t>
        <w:br/>
        <w:t>vt 0.920048 0.083346</w:t>
        <w:br/>
        <w:t>vt 0.840532 0.112811</w:t>
        <w:br/>
        <w:t>vt 0.288246 0.888304</w:t>
        <w:br/>
        <w:t>vt 0.204654 0.993225</w:t>
        <w:br/>
        <w:t>vt 0.300459 0.860832</w:t>
        <w:br/>
        <w:t>vt 0.292076 0.888214</w:t>
        <w:br/>
        <w:t>vt 0.853160 0.109010</w:t>
        <w:br/>
        <w:t>vt 0.957634 0.047047</w:t>
        <w:br/>
        <w:t>vt 0.947225 0.040000</w:t>
        <w:br/>
        <w:t>vt 0.958497 0.039055</w:t>
        <w:br/>
        <w:t>vt 0.959936 0.046328</w:t>
        <w:br/>
        <w:t>vt 0.800323 0.165475</w:t>
        <w:br/>
        <w:t>vt 0.792178 0.152643</w:t>
        <w:br/>
        <w:t>vt 0.266459 0.916941</w:t>
        <w:br/>
        <w:t>vt 0.247133 0.938346</w:t>
        <w:br/>
        <w:t>vt 0.251228 0.939407</w:t>
        <w:br/>
        <w:t>vt 0.245899 0.956290</w:t>
        <w:br/>
        <w:t>vt 0.936690 0.046662</w:t>
        <w:br/>
        <w:t>vt 0.944064 0.052904</w:t>
        <w:br/>
        <w:t>vt 0.931600 0.058720</w:t>
        <w:br/>
        <w:t>vt 0.926438 0.054354</w:t>
        <w:br/>
        <w:t>vt 0.944064 0.052904</w:t>
        <w:br/>
        <w:t>vt 0.950208 0.059681</w:t>
        <w:br/>
        <w:t>vt 0.938174 0.064194</w:t>
        <w:br/>
        <w:t>vt 0.931600 0.058720</w:t>
        <w:br/>
        <w:t>vt 0.484488 0.968844</w:t>
        <w:br/>
        <w:t>vt 0.926484 0.070031</w:t>
        <w:br/>
        <w:t>vt 0.915515 0.078940</w:t>
        <w:br/>
        <w:t>vt 0.843601 0.099129</w:t>
        <w:br/>
        <w:t>vt 0.826991 0.126066</w:t>
        <w:br/>
        <w:t>vt 0.813717 0.126418</w:t>
        <w:br/>
        <w:t>vt 0.277389 0.915479</w:t>
        <w:br/>
        <w:t>vt 0.286125 0.916748</w:t>
        <w:br/>
        <w:t>vt 0.238598 0.993225</w:t>
        <w:br/>
        <w:t>vt 0.243883 0.974845</w:t>
        <w:br/>
        <w:t>vt 0.909666 0.074849</w:t>
        <w:br/>
        <w:t>vt 0.915515 0.078940</w:t>
        <w:br/>
        <w:t>vt 0.857182 0.102081</w:t>
        <w:br/>
        <w:t>vt 0.484081 0.993225</w:t>
        <w:br/>
        <w:t>vt 0.267375 0.938054</w:t>
        <w:br/>
        <w:t>vt 0.251228 0.939407</w:t>
        <w:br/>
        <w:t>vt 0.926484 0.070031</w:t>
        <w:br/>
        <w:t>vt 0.919928 0.065852</w:t>
        <w:br/>
        <w:t>vt 0.286125 0.916748</w:t>
        <w:br/>
        <w:t>vt 0.905321 0.073799</w:t>
        <w:br/>
        <w:t>vt 0.909666 0.074849</w:t>
        <w:br/>
        <w:t>vt 0.859399 0.099093</w:t>
        <w:br/>
        <w:t>vt 0.868730 0.086965</w:t>
        <w:br/>
        <w:t>vt 0.857182 0.102081</w:t>
        <w:br/>
        <w:t>vt 0.859399 0.099093</w:t>
        <w:br/>
        <w:t>vt 0.245899 0.956290</w:t>
        <w:br/>
        <w:t>vt 0.249141 0.957785</w:t>
        <w:br/>
        <w:t>vt 0.465074 0.920984</w:t>
        <w:br/>
        <w:t>vt 0.464200 0.943620</w:t>
        <w:br/>
        <w:t>vt 0.915333 0.063438</w:t>
        <w:br/>
        <w:t>vt 0.919928 0.065852</w:t>
        <w:br/>
        <w:t>vt 0.828974 0.112311</w:t>
        <w:br/>
        <w:t>vt 0.826991 0.126066</w:t>
        <w:br/>
        <w:t>vt 0.819965 0.095731</w:t>
        <w:br/>
        <w:t>vt 0.895948 0.072025</w:t>
        <w:br/>
        <w:t>vt 0.876319 0.077441</w:t>
        <w:br/>
        <w:t>vt 0.805792 0.111855</w:t>
        <w:br/>
        <w:t>vt 0.800253 0.139319</w:t>
        <w:br/>
        <w:t>vt 0.791337 0.134567</w:t>
        <w:br/>
        <w:t>vt 0.798734 0.099632</w:t>
        <w:br/>
        <w:t>vt 0.849907 0.092555</w:t>
        <w:br/>
        <w:t>vt 0.243883 0.974845</w:t>
        <w:br/>
        <w:t>vt 0.245615 0.976128</w:t>
        <w:br/>
        <w:t>vt 0.280968 0.936198</w:t>
        <w:br/>
        <w:t>vt 0.904074 0.059461</w:t>
        <w:br/>
        <w:t>vt 0.849907 0.092555</w:t>
        <w:br/>
        <w:t>vt 0.852406 0.088294</w:t>
        <w:br/>
        <w:t>vt 0.852406 0.088294</w:t>
        <w:br/>
        <w:t>vt 0.867893 0.071424</w:t>
        <w:br/>
        <w:t>vt 0.249141 0.957785</w:t>
        <w:br/>
        <w:t>vt 0.914501 0.047521</w:t>
        <w:br/>
        <w:t>vt 0.924448 0.037538</w:t>
        <w:br/>
        <w:t>vt 0.886655 0.072160</w:t>
        <w:br/>
        <w:t>vt 0.465173 0.968530</w:t>
        <w:br/>
        <w:t>vt 0.311819 0.883106</w:t>
        <w:br/>
        <w:t>vt 0.309753 0.907359</w:t>
        <w:br/>
        <w:t>vt 0.880756 0.075367</w:t>
        <w:br/>
        <w:t>vt 0.880756 0.075367</w:t>
        <w:br/>
        <w:t>vt 0.267895 0.976415</w:t>
        <w:br/>
        <w:t>vt 0.245615 0.976128</w:t>
        <w:br/>
        <w:t>vt 0.267749 0.957038</w:t>
        <w:br/>
        <w:t>vt 0.267051 0.993225</w:t>
        <w:br/>
        <w:t>vt 0.868730 0.086965</w:t>
        <w:br/>
        <w:t>vt 0.880006 0.062010</w:t>
        <w:br/>
        <w:t>vt 0.290982 0.938516</w:t>
        <w:br/>
        <w:t>vt 0.465630 0.993225</w:t>
        <w:br/>
        <w:t>vt 0.893118 0.058660</w:t>
        <w:br/>
        <w:t>vt 0.831929 0.098783</w:t>
        <w:br/>
        <w:t>vt 0.446146 0.920952</w:t>
        <w:br/>
        <w:t>vt 0.446075 0.945213</w:t>
        <w:br/>
        <w:t>vt 0.885724 0.061883</w:t>
        <w:br/>
        <w:t>vt 0.885724 0.061883</w:t>
        <w:br/>
        <w:t>vt 0.904940 0.045973</w:t>
        <w:br/>
        <w:t>vt 0.916473 0.034622</w:t>
        <w:br/>
        <w:t>vt 0.308304 0.929237</w:t>
        <w:br/>
        <w:t>vt 0.284723 0.955698</w:t>
        <w:br/>
        <w:t>vt 0.288950 0.978478</w:t>
        <w:br/>
        <w:t>vt 0.295453 0.957752</w:t>
        <w:br/>
        <w:t>vt 0.446761 0.970537</w:t>
        <w:br/>
        <w:t>vt 0.839177 0.082893</w:t>
        <w:br/>
        <w:t>vt 0.825297 0.080790</w:t>
        <w:br/>
        <w:t>vt 0.291471 0.993225</w:t>
        <w:br/>
        <w:t>vt 0.812152 0.075184</w:t>
        <w:br/>
        <w:t>vt 0.805552 0.097336</w:t>
        <w:br/>
        <w:t>vt 0.800979 0.091373</w:t>
        <w:br/>
        <w:t>vt 0.807422 0.065681</w:t>
        <w:br/>
        <w:t>vt 0.849636 0.071434</w:t>
        <w:br/>
        <w:t>vt 0.845494 0.074934</w:t>
        <w:br/>
        <w:t>vt 0.844185 0.054223</w:t>
        <w:br/>
        <w:t>vt 0.850063 0.052250</w:t>
        <w:br/>
        <w:t>vt 0.845494 0.074934</w:t>
        <w:br/>
        <w:t>vt 0.839177 0.082893</w:t>
        <w:br/>
        <w:t>vt 0.836943 0.063905</w:t>
        <w:br/>
        <w:t>vt 0.844185 0.054223</w:t>
        <w:br/>
        <w:t>vt 0.812152 0.075184</w:t>
        <w:br/>
        <w:t>vt 0.823289 0.058980</w:t>
        <w:br/>
        <w:t>vt 0.429569 0.920955</w:t>
        <w:br/>
        <w:t>vt 0.429441 0.944933</w:t>
        <w:br/>
        <w:t>vt 0.447762 0.993225</w:t>
        <w:br/>
        <w:t>vt 0.899898 0.020033</w:t>
        <w:br/>
        <w:t>vt 0.880520 0.020885</w:t>
        <w:br/>
        <w:t>vt 0.882697 0.010926</w:t>
        <w:br/>
        <w:t>vt 0.904241 0.012612</w:t>
        <w:br/>
        <w:t>vt 0.300866 0.978578</w:t>
        <w:br/>
        <w:t>vt 0.310781 0.950389</w:t>
        <w:br/>
        <w:t>vt 0.327934 0.904575</w:t>
        <w:br/>
        <w:t>vt 0.336361 0.904548</w:t>
        <w:br/>
        <w:t>vt 0.335076 0.924043</w:t>
        <w:br/>
        <w:t>vt 0.326863 0.924214</w:t>
        <w:br/>
        <w:t>vt 0.869911 0.054565</w:t>
        <w:br/>
        <w:t>vt 0.305933 0.993225</w:t>
        <w:br/>
        <w:t>vt 0.820887 0.045115</w:t>
        <w:br/>
        <w:t>vt 0.853795 0.022062</w:t>
        <w:br/>
        <w:t>vt 0.846011 0.032261</w:t>
        <w:br/>
        <w:t>vt 0.845484 0.024614</w:t>
        <w:br/>
        <w:t>vt 0.853049 0.032222</w:t>
        <w:br/>
        <w:t>vt 0.343090 0.903568</w:t>
        <w:br/>
        <w:t>vt 0.341529 0.923588</w:t>
        <w:br/>
        <w:t>vt 0.832780 0.034304</w:t>
        <w:br/>
        <w:t>vt 0.355130 0.901650</w:t>
        <w:br/>
        <w:t>vt 0.357295 0.923816</w:t>
        <w:br/>
        <w:t>vt 0.327030 0.945280</w:t>
        <w:br/>
        <w:t>vt 0.429399 0.972814</w:t>
        <w:br/>
        <w:t>vt 0.315932 0.973036</w:t>
        <w:br/>
        <w:t>vt 0.321120 0.993225</w:t>
        <w:br/>
        <w:t>vt 0.334039 0.945417</w:t>
        <w:br/>
        <w:t>vt 0.412827 0.945024</w:t>
        <w:br/>
        <w:t>vt 0.412967 0.920502</w:t>
        <w:br/>
        <w:t>vt 0.429388 0.993225</w:t>
        <w:br/>
        <w:t>vt 0.339366 0.944560</w:t>
        <w:br/>
        <w:t>vt 0.329251 0.967240</w:t>
        <w:br/>
        <w:t>vt 0.394676 0.943419</w:t>
        <w:br/>
        <w:t>vt 0.394026 0.920773</w:t>
        <w:br/>
        <w:t>vt 0.336424 0.993225</w:t>
        <w:br/>
        <w:t>vt 0.333774 0.967537</w:t>
        <w:br/>
        <w:t>vt 0.356036 0.943930</w:t>
        <w:br/>
        <w:t>vt 0.376622 0.943470</w:t>
        <w:br/>
        <w:t>vt 0.375018 0.922094</w:t>
        <w:br/>
        <w:t>vt 0.337089 0.966746</w:t>
        <w:br/>
        <w:t>vt 0.412058 0.970458</w:t>
        <w:br/>
        <w:t>vt 0.411038 0.993225</w:t>
        <w:br/>
        <w:t>vt 0.357001 0.967836</w:t>
        <w:br/>
        <w:t>vt 0.359362 0.993225</w:t>
        <w:br/>
        <w:t>vt 0.393656 0.968429</w:t>
        <w:br/>
        <w:t>vt 0.374326 0.968786</w:t>
        <w:br/>
        <w:t>vt 0.374736 0.993225</w:t>
        <w:br/>
        <w:t>vt 0.393189 0.993225</w:t>
        <w:br/>
        <w:t>vt 0.575946 0.847741</w:t>
        <w:br/>
        <w:t>vt 0.936410 0.175758</w:t>
        <w:br/>
        <w:t>vt 0.945372 0.164782</w:t>
        <w:br/>
        <w:t>vt 0.945655 0.173630</w:t>
        <w:br/>
        <w:t>vt 0.932260 0.188922</w:t>
        <w:br/>
        <w:t>vt 0.525140 0.879606</w:t>
        <w:br/>
        <w:t>vt 0.533633 0.874903</w:t>
        <w:br/>
        <w:t>vt 0.266454 0.831620</w:t>
        <w:br/>
        <w:t>vt 0.519380 0.881773</w:t>
        <w:br/>
        <w:t>vt 0.273539 0.840929</w:t>
        <w:br/>
        <w:t>vt 0.818991 0.195536</w:t>
        <w:br/>
        <w:t>vt 0.806356 0.179080</w:t>
        <w:br/>
        <w:t>vt 0.814753 0.177488</w:t>
        <w:br/>
        <w:t>vt 0.823387 0.187809</w:t>
        <w:br/>
        <w:t>vt 0.280281 0.846706</w:t>
        <w:br/>
        <w:t>vt 0.505970 0.883783</w:t>
        <w:br/>
        <w:t>vt 0.503204 0.901220</w:t>
        <w:br/>
        <w:t>vt 0.947225 0.040000</w:t>
        <w:br/>
        <w:t>vt 0.934586 0.030354</w:t>
        <w:br/>
        <w:t>vt 0.945541 0.025866</w:t>
        <w:br/>
        <w:t>vt 0.958497 0.039055</w:t>
        <w:br/>
        <w:t>vt 0.926730 0.025969</w:t>
        <w:br/>
        <w:t>vt 0.931505 0.017798</w:t>
        <w:br/>
        <w:t>vt 0.915087 0.013366</w:t>
        <w:br/>
        <w:t>vt 0.914384 0.017701</w:t>
        <w:br/>
        <w:t>vt 0.805552 0.097336</w:t>
        <w:br/>
        <w:t>vt 0.805792 0.111855</w:t>
        <w:br/>
        <w:t>vt 0.798734 0.099632</w:t>
        <w:br/>
        <w:t>vt 0.800979 0.091373</w:t>
        <w:br/>
        <w:t>vt 0.411774 0.897516</w:t>
        <w:br/>
        <w:t>vt 0.429940 0.895487</w:t>
        <w:br/>
        <w:t>vt 0.392183 0.898284</w:t>
        <w:br/>
        <w:t>vt 0.612149 0.794264</w:t>
        <w:br/>
        <w:t>vt 0.519380 0.881773</w:t>
        <w:br/>
        <w:t>vt 0.976979 0.069347</w:t>
        <w:br/>
        <w:t>vt 0.895353 0.209050</w:t>
        <w:br/>
        <w:t>vt 0.259244 0.818392</w:t>
        <w:br/>
        <w:t>vt 0.252448 0.806597</w:t>
        <w:br/>
        <w:t>vt 0.976242 0.119603</w:t>
        <w:br/>
        <w:t>vt 0.247211 0.794391</w:t>
        <w:br/>
        <w:t>vt 0.970923 0.117227</w:t>
        <w:br/>
        <w:t>vt 0.265338 0.825753</w:t>
        <w:br/>
        <w:t>vt 0.967018 0.064951</w:t>
        <w:br/>
        <w:t>vt 0.977785 0.062586</w:t>
        <w:br/>
        <w:t>vt 0.957634 0.047047</w:t>
        <w:br/>
        <w:t>vt 0.959936 0.046328</w:t>
        <w:br/>
        <w:t>vt 0.964867 0.052134</w:t>
        <w:br/>
        <w:t>vt 0.962332 0.054802</w:t>
        <w:br/>
        <w:t>vt 0.311040 0.870852</w:t>
        <w:br/>
        <w:t>vt 0.321190 0.875821</w:t>
        <w:br/>
        <w:t>vt 0.331637 0.876664</w:t>
        <w:br/>
        <w:t>vt 0.375678 0.900503</w:t>
        <w:br/>
        <w:t>vt 0.443192 0.882918</w:t>
        <w:br/>
        <w:t>vt 0.467827 0.897450</w:t>
        <w:br/>
        <w:t>vt 0.448059 0.896443</w:t>
        <w:br/>
        <w:t>vt 0.378249 0.899824</w:t>
        <w:br/>
        <w:t>vt 0.837267 0.042941</w:t>
        <w:br/>
        <w:t>vt 0.419139 0.884309</w:t>
        <w:br/>
        <w:t>vt 0.400520 0.885370</w:t>
        <w:br/>
        <w:t>vt 0.438341 0.878433</w:t>
        <w:br/>
        <w:t>vt 0.849440 0.206886</w:t>
        <w:br/>
        <w:t>vt 0.836871 0.207124</w:t>
        <w:br/>
        <w:t>vt 0.541366 0.869927</w:t>
        <w:br/>
        <w:t>vt 0.824447 0.203499</w:t>
        <w:br/>
        <w:t>vt 0.575946 0.847741</w:t>
        <w:br/>
        <w:t>vt 0.579703 0.844507</w:t>
        <w:br/>
        <w:t>vt 0.374057 0.885454</w:t>
        <w:br/>
        <w:t>vt 0.379791 0.883404</w:t>
        <w:br/>
        <w:t>vt 0.853049 0.032222</w:t>
        <w:br/>
        <w:t>vt 0.880520 0.020885</w:t>
        <w:br/>
        <w:t>vt 0.874114 0.036999</w:t>
        <w:br/>
        <w:t>vt 0.352061 0.885126</w:t>
        <w:br/>
        <w:t>vt 0.338673 0.880952</w:t>
        <w:br/>
        <w:t>vt 0.331637 0.876664</w:t>
        <w:br/>
        <w:t>vt 0.338673 0.880952</w:t>
        <w:br/>
        <w:t>vt 0.915087 0.013366</w:t>
        <w:br/>
        <w:t>vt 0.945372 0.164782</w:t>
        <w:br/>
        <w:t>vt 0.936410 0.175758</w:t>
        <w:br/>
        <w:t>vt 0.964489 0.098608</w:t>
        <w:br/>
        <w:t>vt 0.964892 0.089229</w:t>
        <w:br/>
        <w:t>vt 0.545158 0.871245</w:t>
        <w:br/>
        <w:t>vt 0.831819 0.180005</w:t>
        <w:br/>
        <w:t>vt 0.831743 0.193477</w:t>
        <w:br/>
        <w:t>vt 0.823387 0.187809</w:t>
        <w:br/>
        <w:t>vt 0.876700 0.174387</w:t>
        <w:br/>
        <w:t>vt 0.897977 0.170049</w:t>
        <w:br/>
        <w:t>vt 0.886049 0.047404</w:t>
        <w:br/>
        <w:t>vt 0.893156 0.033155</w:t>
        <w:br/>
        <w:t>vt 0.895865 0.047664</w:t>
        <w:br/>
        <w:t>vt 0.886049 0.047404</w:t>
        <w:br/>
        <w:t>vt 0.906408 0.033478</w:t>
        <w:br/>
        <w:t>vt 0.904940 0.045973</w:t>
        <w:br/>
        <w:t>vt 0.895865 0.047664</w:t>
        <w:br/>
        <w:t>vt 0.906408 0.033478</w:t>
        <w:br/>
        <w:t>vt 0.916473 0.034622</w:t>
        <w:br/>
        <w:t>vt 0.897977 0.170049</w:t>
        <w:br/>
        <w:t>vt 0.942802 0.092381</w:t>
        <w:br/>
        <w:t>vt 0.934586 0.030354</w:t>
        <w:br/>
        <w:t>vt 0.973166 0.093663</w:t>
        <w:br/>
        <w:t>vt 0.875084 0.195008</w:t>
        <w:br/>
        <w:t>vt 0.813717 0.126418</w:t>
        <w:br/>
        <w:t>vt 0.816137 0.110803</w:t>
        <w:br/>
        <w:t>vt 0.816137 0.110803</w:t>
        <w:br/>
        <w:t>vt 0.836943 0.063905</w:t>
        <w:br/>
        <w:t>vt 0.837267 0.042941</w:t>
        <w:br/>
        <w:t>vt 0.837267 0.042941</w:t>
        <w:br/>
        <w:t>vt 0.846011 0.032261</w:t>
        <w:br/>
        <w:t>vt 0.893156 0.033155</w:t>
        <w:br/>
        <w:t>vt 0.899898 0.020033</w:t>
        <w:br/>
        <w:t>vt 0.893118 0.058660</w:t>
        <w:br/>
        <w:t>vt 0.389154 0.886386</w:t>
        <w:br/>
        <w:t>vt 0.471813 0.884028</w:t>
        <w:br/>
        <w:t>vt 0.914384 0.017701</w:t>
        <w:br/>
        <w:t>vt 0.579703 0.844507</w:t>
        <w:br/>
        <w:t>vt 0.899898 0.020033</w:t>
        <w:br/>
        <w:t>vt 0.964867 0.052134</w:t>
        <w:br/>
        <w:t>vt 0.959936 0.046328</w:t>
        <w:br/>
        <w:t>vt 0.958497 0.039055</w:t>
        <w:br/>
        <w:t>vt 0.260662 0.799420</w:t>
        <w:br/>
        <w:t>vt 0.609588 0.957784</w:t>
        <w:br/>
        <w:t>vt 0.624551 0.358431</w:t>
        <w:br/>
        <w:t>vt 0.628122 0.358242</w:t>
        <w:br/>
        <w:t>vt 0.626369 0.361965</w:t>
        <w:br/>
        <w:t>vt 0.634171 0.371492</w:t>
        <w:br/>
        <w:t>vt 0.626308 0.370434</w:t>
        <w:br/>
        <w:t>vt 0.629780 0.364862</w:t>
        <w:br/>
        <w:t>vt 0.636601 0.364608</w:t>
        <w:br/>
        <w:t>vt 0.632830 0.375748</w:t>
        <w:br/>
        <w:t>vt 0.625077 0.373473</w:t>
        <w:br/>
        <w:t>vt 0.628805 0.387856</w:t>
        <w:br/>
        <w:t>vt 0.620808 0.384739</w:t>
        <w:br/>
        <w:t>vt 0.605515 0.408015</w:t>
        <w:br/>
        <w:t>vt 0.606941 0.410125</w:t>
        <w:br/>
        <w:t>vt 0.602207 0.410821</w:t>
        <w:br/>
        <w:t>vt 0.858186 0.545164</w:t>
        <w:br/>
        <w:t>vt 0.860655 0.538356</w:t>
        <w:br/>
        <w:t>vt 0.867029 0.541205</w:t>
        <w:br/>
        <w:t>vt 0.863798 0.547004</w:t>
        <w:br/>
        <w:t>vt 0.879320 0.528154</w:t>
        <w:br/>
        <w:t>vt 0.882862 0.531553</w:t>
        <w:br/>
        <w:t>vt 0.874105 0.541206</w:t>
        <w:br/>
        <w:t>vt 0.870148 0.537975</w:t>
        <w:br/>
        <w:t>vt 0.867603 0.536842</w:t>
        <w:br/>
        <w:t>vt 0.861771 0.534495</w:t>
        <w:br/>
        <w:t>vt 0.868956 0.525597</w:t>
        <w:br/>
        <w:t>vt 0.863942 0.524453</w:t>
        <w:br/>
        <w:t>vt 0.861397 0.499136</w:t>
        <w:br/>
        <w:t>vt 0.862813 0.498114</w:t>
        <w:br/>
        <w:t>vt 0.866167 0.504254</w:t>
        <w:br/>
        <w:t>vt 0.863511 0.505052</w:t>
        <w:br/>
        <w:t>vt 0.871271 0.544241</w:t>
        <w:br/>
        <w:t>vt 0.867312 0.549326</w:t>
        <w:br/>
        <w:t>vt 0.862817 0.555563</w:t>
        <w:br/>
        <w:t>vt 0.858013 0.564695</w:t>
        <w:br/>
        <w:t>vt 0.857149 0.564248</w:t>
        <w:br/>
        <w:t>vt 0.860377 0.554178</w:t>
        <w:br/>
        <w:t>vt 0.088954 0.517696</w:t>
        <w:br/>
        <w:t>vt 0.086455 0.518339</w:t>
        <w:br/>
        <w:t>vt 0.084783 0.511227</w:t>
        <w:br/>
        <w:t>vt 0.087683 0.510485</w:t>
        <w:br/>
        <w:t>vt 0.083155 0.502074</w:t>
        <w:br/>
        <w:t>vt 0.086075 0.501370</w:t>
        <w:br/>
        <w:t>vt 0.079938 0.927692</w:t>
        <w:br/>
        <w:t>vt 0.079530 0.935121</w:t>
        <w:br/>
        <w:t>vt 0.077026 0.930960</w:t>
        <w:br/>
        <w:t>vt 0.077042 0.927927</w:t>
        <w:br/>
        <w:t>vt 0.072380 0.932161</w:t>
        <w:br/>
        <w:t>vt 0.068980 0.934962</w:t>
        <w:br/>
        <w:t>vt 0.068980 0.927546</w:t>
        <w:br/>
        <w:t>vt 0.072996 0.926775</w:t>
        <w:br/>
        <w:t>vt 0.077073 0.917920</w:t>
        <w:br/>
        <w:t>vt 0.079857 0.918124</w:t>
        <w:br/>
        <w:t>vt 0.619373 0.365826</w:t>
        <w:br/>
        <w:t>vt 0.610161 0.403191</w:t>
        <w:br/>
        <w:t>vt 0.614282 0.406392</w:t>
        <w:br/>
        <w:t>vt 0.898971 0.514438</w:t>
        <w:br/>
        <w:t>vt 0.897265 0.512373</w:t>
        <w:br/>
        <w:t>vt 0.904192 0.508356</w:t>
        <w:br/>
        <w:t>vt 0.904892 0.509328</w:t>
        <w:br/>
        <w:t>vt 0.856219 0.553391</w:t>
        <w:br/>
        <w:t>vt 0.632332 0.360632</w:t>
        <w:br/>
        <w:t>vt 0.630390 0.359099</w:t>
        <w:br/>
        <w:t>vt 0.633151 0.352708</w:t>
        <w:br/>
        <w:t>vt 0.637995 0.355706</w:t>
        <w:br/>
        <w:t>vt 0.629744 0.351014</w:t>
        <w:br/>
        <w:t>vt 0.868598 0.512758</w:t>
        <w:br/>
        <w:t>vt 0.864687 0.513155</w:t>
        <w:br/>
        <w:t>vt 0.081921 0.477811</w:t>
        <w:br/>
        <w:t>vt 0.083732 0.488081</w:t>
        <w:br/>
        <w:t>vt 0.080961 0.488799</w:t>
        <w:br/>
        <w:t>vt 0.068980 0.894305</w:t>
        <w:br/>
        <w:t>vt 0.072065 0.904938</w:t>
        <w:br/>
        <w:t>vt 0.068980 0.904871</w:t>
        <w:br/>
        <w:t>vt 0.068980 0.894305</w:t>
        <w:br/>
        <w:t>vt 0.077105 0.903432</w:t>
        <w:br/>
        <w:t>vt 0.075037 0.904457</w:t>
        <w:br/>
        <w:t>vt 0.622677 0.399129</w:t>
        <w:br/>
        <w:t>vt 0.615333 0.396041</w:t>
        <w:br/>
        <w:t>vt 0.891721 0.521947</w:t>
        <w:br/>
        <w:t>vt 0.889162 0.518599</w:t>
        <w:br/>
        <w:t>vt 0.908871 0.506879</w:t>
        <w:br/>
        <w:t>vt 0.068980 0.894305</w:t>
        <w:br/>
        <w:t>vt 0.075037 0.904457</w:t>
        <w:br/>
        <w:t>vt 0.072065 0.904938</w:t>
        <w:br/>
        <w:t>vt 0.072996 0.926775</w:t>
        <w:br/>
        <w:t>vt 0.072830 0.917824</w:t>
        <w:br/>
        <w:t>vt 0.077073 0.917920</w:t>
        <w:br/>
        <w:t>vt 0.077042 0.927927</w:t>
        <w:br/>
        <w:t>vt 0.077026 0.930960</w:t>
        <w:br/>
        <w:t>vt 0.072380 0.932161</w:t>
        <w:br/>
        <w:t>vt 0.617086 0.369092</w:t>
        <w:br/>
        <w:t>vt 0.624250 0.373262</w:t>
        <w:br/>
        <w:t>vt 0.617976 0.381254</w:t>
        <w:br/>
        <w:t>vt 0.611239 0.377443</w:t>
        <w:br/>
        <w:t>vt 0.609744 0.390715</w:t>
        <w:br/>
        <w:t>vt 0.604581 0.386952</w:t>
        <w:br/>
        <w:t>vt 0.603598 0.396549</w:t>
        <w:br/>
        <w:t>vt 0.599960 0.393550</w:t>
        <w:br/>
        <w:t>vt 0.596605 0.398342</w:t>
        <w:br/>
        <w:t>vt 0.598627 0.400826</w:t>
        <w:br/>
        <w:t>vt 0.083842 0.518687</w:t>
        <w:br/>
        <w:t>vt 0.081732 0.511718</w:t>
        <w:br/>
        <w:t>vt 0.080133 0.502588</w:t>
        <w:br/>
        <w:t>vt 0.079229 0.488946</w:t>
        <w:br/>
        <w:t>vt 0.851571 0.545860</w:t>
        <w:br/>
        <w:t>vt 0.858186 0.545164</w:t>
        <w:br/>
        <w:t>vt 0.856219 0.553391</w:t>
        <w:br/>
        <w:t>vt 0.851598 0.555549</w:t>
        <w:br/>
        <w:t>vt 0.856174 0.537654</w:t>
        <w:br/>
        <w:t>vt 0.860655 0.538356</w:t>
        <w:br/>
        <w:t>vt 0.857707 0.533920</w:t>
        <w:br/>
        <w:t>vt 0.861771 0.534495</w:t>
        <w:br/>
        <w:t>vt 0.860204 0.524306</w:t>
        <w:br/>
        <w:t>vt 0.863942 0.524453</w:t>
        <w:br/>
        <w:t>vt 0.861372 0.513134</w:t>
        <w:br/>
        <w:t>vt 0.864687 0.513155</w:t>
        <w:br/>
        <w:t>vt 0.863511 0.505052</w:t>
        <w:br/>
        <w:t>vt 0.860969 0.505407</w:t>
        <w:br/>
        <w:t>vt 0.859718 0.499886</w:t>
        <w:br/>
        <w:t>vt 0.861397 0.499136</w:t>
        <w:br/>
        <w:t>vt 0.837153 0.229594</w:t>
        <w:br/>
        <w:t>vt 0.838252 0.228369</w:t>
        <w:br/>
        <w:t>vt 0.843255 0.233394</w:t>
        <w:br/>
        <w:t>vt 0.841576 0.234864</w:t>
        <w:br/>
        <w:t>vt 0.847222 0.241593</w:t>
        <w:br/>
        <w:t>vt 0.841576 0.234864</w:t>
        <w:br/>
        <w:t>vt 0.849455 0.240017</w:t>
        <w:br/>
        <w:t>vt 0.858369 0.249644</w:t>
        <w:br/>
        <w:t>vt 0.855454 0.251404</w:t>
        <w:br/>
        <w:t>vt 0.865541 0.257212</w:t>
        <w:br/>
        <w:t>vt 0.862673 0.260007</w:t>
        <w:br/>
        <w:t>vt 0.868160 0.259560</w:t>
        <w:br/>
        <w:t>vt 0.865428 0.263290</w:t>
        <w:br/>
        <w:t>vt 0.919239 0.217728</w:t>
        <w:br/>
        <w:t>vt 0.916448 0.220795</w:t>
        <w:br/>
        <w:t>vt 0.914343 0.216802</w:t>
        <w:br/>
        <w:t>vt 0.916942 0.214621</w:t>
        <w:br/>
        <w:t>vt 0.926341 0.206735</w:t>
        <w:br/>
        <w:t>vt 0.928346 0.208662</w:t>
        <w:br/>
        <w:t>vt 0.936199 0.198463</w:t>
        <w:br/>
        <w:t>vt 0.937574 0.200174</w:t>
        <w:br/>
        <w:t>vt 0.944463 0.194548</w:t>
        <w:br/>
        <w:t>vt 0.943138 0.192640</w:t>
        <w:br/>
        <w:t>vt 0.949367 0.189300</w:t>
        <w:br/>
        <w:t>vt 0.948323 0.188289</w:t>
        <w:br/>
        <w:t>vt 0.951667 0.185483</w:t>
        <w:br/>
        <w:t>vt 0.905832 0.510501</w:t>
        <w:br/>
        <w:t>vt 0.900628 0.516704</w:t>
        <w:br/>
        <w:t>vt 0.893736 0.524917</w:t>
        <w:br/>
        <w:t>vt 0.885683 0.534514</w:t>
        <w:br/>
        <w:t>vt 0.877565 0.544188</w:t>
        <w:br/>
        <w:t>vt 0.874784 0.547503</w:t>
        <w:br/>
        <w:t>vt 0.870540 0.552560</w:t>
        <w:br/>
        <w:t>vt 0.865585 0.558466</w:t>
        <w:br/>
        <w:t>vt 0.855611 0.563969</w:t>
        <w:br/>
        <w:t>vt 0.853837 0.564682</w:t>
        <w:br/>
        <w:t>vt 0.855611 0.563969</w:t>
        <w:br/>
        <w:t>vt 0.859234 0.566035</w:t>
        <w:br/>
        <w:t>vt 0.637443 0.345158</w:t>
        <w:br/>
        <w:t>vt 0.636103 0.344502</w:t>
        <w:br/>
        <w:t>vt 0.082056 0.495608</w:t>
        <w:br/>
        <w:t>vt 0.079072 0.496250</w:t>
        <w:br/>
        <w:t>vt 0.084919 0.494813</w:t>
        <w:br/>
        <w:t>vt 0.072615 0.911412</w:t>
        <w:br/>
        <w:t>vt 0.068980 0.911547</w:t>
        <w:br/>
        <w:t>vt 0.076835 0.911475</w:t>
        <w:br/>
        <w:t>vt 0.072615 0.911412</w:t>
        <w:br/>
        <w:t>vt 0.079567 0.911188</w:t>
        <w:br/>
        <w:t>vt 0.076835 0.911475</w:t>
        <w:br/>
        <w:t>vt 0.068980 0.918197</w:t>
        <w:br/>
        <w:t>vt 0.072830 0.917824</w:t>
        <w:br/>
        <w:t>vt 0.856996 0.492418</w:t>
        <w:br/>
        <w:t>vt 0.831977 0.223425</w:t>
        <w:br/>
        <w:t>vt 0.592036 0.404868</w:t>
        <w:br/>
        <w:t>vt 0.856996 0.492418</w:t>
        <w:br/>
        <w:t>vt 0.634684 0.343960</w:t>
        <w:br/>
        <w:t>vt 0.075791 0.079978</w:t>
        <w:br/>
        <w:t>vt 0.073881 0.082589</w:t>
        <w:br/>
        <w:t>vt 0.072986 0.082152</w:t>
        <w:br/>
        <w:t>vt 0.073939 0.079149</w:t>
        <w:br/>
        <w:t>vt 0.074716 0.075314</w:t>
        <w:br/>
        <w:t>vt 0.075059 0.071069</w:t>
        <w:br/>
        <w:t>vt 0.078074 0.071638</w:t>
        <w:br/>
        <w:t>vt 0.077455 0.076151</w:t>
        <w:br/>
        <w:t>vt 0.078549 0.065123</w:t>
        <w:br/>
        <w:t>vt 0.075305 0.064756</w:t>
        <w:br/>
        <w:t>vt 0.078502 0.058873</w:t>
        <w:br/>
        <w:t>vt 0.075273 0.058760</w:t>
        <w:br/>
        <w:t>vt 0.072058 0.038085</w:t>
        <w:br/>
        <w:t>vt 0.072899 0.040774</w:t>
        <w:br/>
        <w:t>vt 0.072058 0.040954</w:t>
        <w:br/>
        <w:t>vt 0.066970 0.080269</w:t>
        <w:br/>
        <w:t>vt 0.069129 0.079020</w:t>
        <w:br/>
        <w:t>vt 0.070257 0.082127</w:t>
        <w:br/>
        <w:t>vt 0.069188 0.082867</w:t>
        <w:br/>
        <w:t>vt 0.071087 0.040608</w:t>
        <w:br/>
        <w:t>vt 0.069950 0.039973</w:t>
        <w:br/>
        <w:t>vt 0.072058 0.038085</w:t>
        <w:br/>
        <w:t>vt 0.068395 0.075121</w:t>
        <w:br/>
        <w:t>vt 0.065153 0.076358</w:t>
        <w:br/>
        <w:t>vt 0.064522 0.071746</w:t>
        <w:br/>
        <w:t>vt 0.068134 0.071014</w:t>
        <w:br/>
        <w:t>vt 0.068134 0.071014</w:t>
        <w:br/>
        <w:t>vt 0.072058 0.070630</w:t>
        <w:br/>
        <w:t>vt 0.072058 0.074661</w:t>
        <w:br/>
        <w:t>vt 0.068395 0.075121</w:t>
        <w:br/>
        <w:t>vt 0.064062 0.065119</w:t>
        <w:br/>
        <w:t>vt 0.067936 0.064803</w:t>
        <w:br/>
        <w:t>vt 0.067936 0.064803</w:t>
        <w:br/>
        <w:t>vt 0.072058 0.064493</w:t>
        <w:br/>
        <w:t>vt 0.064107 0.058739</w:t>
        <w:br/>
        <w:t>vt 0.068007 0.058876</w:t>
        <w:br/>
        <w:t>vt 0.068007 0.058876</w:t>
        <w:br/>
        <w:t>vt 0.072058 0.058737</w:t>
        <w:br/>
        <w:t>vt 0.069869 0.044079</w:t>
        <w:br/>
        <w:t>vt 0.067872 0.043432</w:t>
        <w:br/>
        <w:t>vt 0.073579 0.040290</w:t>
        <w:br/>
        <w:t>vt 0.075255 0.043846</w:t>
        <w:br/>
        <w:t>vt 0.073679 0.044240</w:t>
        <w:br/>
        <w:t>vt 0.069869 0.044079</w:t>
        <w:br/>
        <w:t>vt 0.071087 0.040608</w:t>
        <w:br/>
        <w:t>vt 0.072058 0.040954</w:t>
        <w:br/>
        <w:t>vt 0.072058 0.044571</w:t>
        <w:br/>
        <w:t>vt 0.072058 0.078424</w:t>
        <w:br/>
        <w:t>vt 0.069129 0.079020</w:t>
        <w:br/>
        <w:t>vt 0.072058 0.081779</w:t>
        <w:br/>
        <w:t>vt 0.070257 0.082127</w:t>
        <w:br/>
        <w:t>vt 0.072058 0.038085</w:t>
        <w:br/>
        <w:t>vt 0.064680 0.053327</w:t>
        <w:br/>
        <w:t>vt 0.068269 0.053792</w:t>
        <w:br/>
        <w:t>vt 0.077979 0.053607</w:t>
        <w:br/>
        <w:t>vt 0.074948 0.053715</w:t>
        <w:br/>
        <w:t>vt 0.068269 0.053792</w:t>
        <w:br/>
        <w:t>vt 0.072058 0.053908</w:t>
        <w:br/>
        <w:t>vt 0.065718 0.048460</w:t>
        <w:br/>
        <w:t>vt 0.068760 0.049085</w:t>
        <w:br/>
        <w:t>vt 0.077031 0.048876</w:t>
        <w:br/>
        <w:t>vt 0.074504 0.049177</w:t>
        <w:br/>
        <w:t>vt 0.068760 0.049085</w:t>
        <w:br/>
        <w:t>vt 0.072058 0.049507</w:t>
        <w:br/>
        <w:t>vt 0.072058 0.044571</w:t>
        <w:br/>
        <w:t>vt 0.072058 0.053908</w:t>
        <w:br/>
        <w:t>vt 0.072058 0.049507</w:t>
        <w:br/>
        <w:t>vt 0.072058 0.058737</w:t>
        <w:br/>
        <w:t>vt 0.072058 0.064493</w:t>
        <w:br/>
        <w:t>vt 0.072058 0.070630</w:t>
        <w:br/>
        <w:t>vt 0.072058 0.074661</w:t>
        <w:br/>
        <w:t>vt 0.072058 0.078424</w:t>
        <w:br/>
        <w:t>vt 0.072058 0.081779</w:t>
        <w:br/>
        <w:t>vt 0.141634 0.148726</w:t>
        <w:br/>
        <w:t>vt 0.144111 0.147941</w:t>
        <w:br/>
        <w:t>vt 0.145535 0.153672</w:t>
        <w:br/>
        <w:t>vt 0.144540 0.154067</w:t>
        <w:br/>
        <w:t>vt 0.139767 0.139532</w:t>
        <w:br/>
        <w:t>vt 0.143160 0.139017</w:t>
        <w:br/>
        <w:t>vt 0.146566 0.104287</w:t>
        <w:br/>
        <w:t>vt 0.146566 0.107626</w:t>
        <w:br/>
        <w:t>vt 0.145575 0.107353</w:t>
        <w:br/>
        <w:t>vt 0.143589 0.109287</w:t>
        <w:br/>
        <w:t>vt 0.145026 0.109712</w:t>
        <w:br/>
        <w:t>vt 0.144019 0.115067</w:t>
        <w:br/>
        <w:t>vt 0.141520 0.114772</w:t>
        <w:br/>
        <w:t>vt 0.148541 0.153415</w:t>
        <w:br/>
        <w:t>vt 0.150181 0.147426</w:t>
        <w:br/>
        <w:t>vt 0.153169 0.149014</w:t>
        <w:br/>
        <w:t>vt 0.149790 0.154244</w:t>
        <w:br/>
        <w:t>vt 0.147682 0.107256</w:t>
        <w:br/>
        <w:t>vt 0.146566 0.104287</w:t>
        <w:br/>
        <w:t>vt 0.148949 0.106405</w:t>
        <w:br/>
        <w:t>vt 0.155167 0.139681</w:t>
        <w:br/>
        <w:t>vt 0.150918 0.138438</w:t>
        <w:br/>
        <w:t>vt 0.146566 0.138535</w:t>
        <w:br/>
        <w:t>vt 0.150918 0.138438</w:t>
        <w:br/>
        <w:t>vt 0.150181 0.147426</w:t>
        <w:br/>
        <w:t>vt 0.146566 0.147223</w:t>
        <w:br/>
        <w:t>vt 0.150506 0.108860</w:t>
        <w:br/>
        <w:t>vt 0.153150 0.114276</w:t>
        <w:br/>
        <w:t>vt 0.149878 0.114891</w:t>
        <w:br/>
        <w:t>vt 0.148524 0.109465</w:t>
        <w:br/>
        <w:t>vt 0.149878 0.114891</w:t>
        <w:br/>
        <w:t>vt 0.146566 0.115336</w:t>
        <w:br/>
        <w:t>vt 0.146566 0.110006</w:t>
        <w:br/>
        <w:t>vt 0.148524 0.109465</w:t>
        <w:br/>
        <w:t>vt 0.139412 0.130313</w:t>
        <w:br/>
        <w:t>vt 0.142973 0.130238</w:t>
        <w:br/>
        <w:t>vt 0.146566 0.130154</w:t>
        <w:br/>
        <w:t>vt 0.151057 0.129879</w:t>
        <w:br/>
        <w:t>vt 0.155570 0.130288</w:t>
        <w:br/>
        <w:t>vt 0.151057 0.129879</w:t>
        <w:br/>
        <w:t>vt 0.144841 0.106767</w:t>
        <w:br/>
        <w:t>vt 0.146566 0.107626</w:t>
        <w:br/>
        <w:t>vt 0.147682 0.107256</w:t>
        <w:br/>
        <w:t>vt 0.148541 0.153415</w:t>
        <w:br/>
        <w:t>vt 0.146566 0.153321</w:t>
        <w:br/>
        <w:t>vt 0.146566 0.104287</w:t>
        <w:br/>
        <w:t>vt 0.154928 0.121749</w:t>
        <w:br/>
        <w:t>vt 0.150784 0.122122</w:t>
        <w:br/>
        <w:t>vt 0.139985 0.122029</w:t>
        <w:br/>
        <w:t>vt 0.143309 0.122261</w:t>
        <w:br/>
        <w:t>vt 0.146566 0.122471</w:t>
        <w:br/>
        <w:t>vt 0.150784 0.122122</w:t>
        <w:br/>
        <w:t>vt 0.146566 0.110006</w:t>
        <w:br/>
        <w:t>vt 0.146566 0.115336</w:t>
        <w:br/>
        <w:t>vt 0.146566 0.122471</w:t>
        <w:br/>
        <w:t>vt 0.146566 0.130154</w:t>
        <w:br/>
        <w:t>vt 0.146566 0.138535</w:t>
        <w:br/>
        <w:t>vt 0.146566 0.147223</w:t>
        <w:br/>
        <w:t>vt 0.146566 0.153321</w:t>
        <w:br/>
        <w:t>vt 0.987673 0.791706</w:t>
        <w:br/>
        <w:t>vt 0.987516 0.810753</w:t>
        <w:br/>
        <w:t>vt 0.994110 0.810980</w:t>
        <w:br/>
        <w:t>vt 0.994109 0.789946</w:t>
        <w:br/>
        <w:t>vt 0.800813 0.648753</w:t>
        <w:br/>
        <w:t>vt 0.794168 0.644974</w:t>
        <w:br/>
        <w:t>vt 0.789768 0.662344</w:t>
        <w:br/>
        <w:t>vt 0.785422 0.641021</w:t>
        <w:br/>
        <w:t>vt 0.785422 0.658848</w:t>
        <w:br/>
        <w:t>vt 0.305531 0.382981</w:t>
        <w:br/>
        <w:t>vt 0.306932 0.407168</w:t>
        <w:br/>
        <w:t>vt 0.280798 0.411233</w:t>
        <w:br/>
        <w:t>vt 0.275341 0.389178</w:t>
        <w:br/>
        <w:t>vt 0.303001 0.419023</w:t>
        <w:br/>
        <w:t>vt 0.301185 0.428329</w:t>
        <w:br/>
        <w:t>vt 0.279068 0.425072</w:t>
        <w:br/>
        <w:t>vt 0.301185 0.428329</w:t>
        <w:br/>
        <w:t>vt 0.297670 0.442370</w:t>
        <w:br/>
        <w:t>vt 0.277904 0.442370</w:t>
        <w:br/>
        <w:t>vt 0.279068 0.425072</w:t>
        <w:br/>
        <w:t>vt 0.982002 0.793172</w:t>
        <w:br/>
        <w:t>vt 0.982026 0.812374</w:t>
        <w:br/>
        <w:t>vt 0.986067 0.775361</w:t>
        <w:br/>
        <w:t>vt 0.978994 0.776153</w:t>
        <w:br/>
        <w:t>vt 0.318360 0.432917</w:t>
        <w:br/>
        <w:t>vt 0.311954 0.442370</w:t>
        <w:br/>
        <w:t>vt 0.306932 0.407168</w:t>
        <w:br/>
        <w:t>vt 0.280798 0.411233</w:t>
        <w:br/>
        <w:t>vt 0.319631 0.421545</w:t>
        <w:br/>
        <w:t>vt 0.318360 0.432917</w:t>
        <w:br/>
        <w:t>vt 0.803392 0.635842</w:t>
        <w:br/>
        <w:t>vt 0.807846 0.639628</w:t>
        <w:br/>
        <w:t>vt 0.795741 0.630263</w:t>
        <w:br/>
        <w:t>vt 0.785422 0.627092</w:t>
        <w:br/>
        <w:t>vt 0.328294 0.407893</w:t>
        <w:br/>
        <w:t>vt 0.332137 0.420719</w:t>
        <w:br/>
        <w:t>vt 0.332787 0.434588</w:t>
        <w:br/>
        <w:t>vt 0.342601 0.416082</w:t>
        <w:br/>
        <w:t>vt 0.342601 0.416082</w:t>
        <w:br/>
        <w:t>vt 0.348559 0.429681</w:t>
        <w:br/>
        <w:t>vt 0.370893 0.406296</w:t>
        <w:br/>
        <w:t>vt 0.390587 0.404202</w:t>
        <w:br/>
        <w:t>vt 0.390639 0.422191</w:t>
        <w:br/>
        <w:t>vt 0.374979 0.424227</w:t>
        <w:br/>
        <w:t>vt 0.475641 0.399538</w:t>
        <w:br/>
        <w:t>vt 0.472308 0.379448</w:t>
        <w:br/>
        <w:t>vt 0.487449 0.376431</w:t>
        <w:br/>
        <w:t>vt 0.490309 0.400287</w:t>
        <w:br/>
        <w:t>vt 0.485678 0.417336</w:t>
        <w:br/>
        <w:t>vt 0.483329 0.442370</w:t>
        <w:br/>
        <w:t>vt 0.469543 0.442370</w:t>
        <w:br/>
        <w:t>vt 0.470176 0.416711</w:t>
        <w:br/>
        <w:t>vt 0.356461 0.442370</w:t>
        <w:br/>
        <w:t>vt 0.341226 0.442370</w:t>
        <w:br/>
        <w:t>vt 0.332787 0.434588</w:t>
        <w:br/>
        <w:t>vt 0.377783 0.442370</w:t>
        <w:br/>
        <w:t>vt 0.398316 0.442370</w:t>
        <w:br/>
        <w:t>vt 0.539636 0.406291</w:t>
        <w:br/>
        <w:t>vt 0.538217 0.427942</w:t>
        <w:br/>
        <w:t>vt 0.524766 0.423528</w:t>
        <w:br/>
        <w:t>vt 0.525058 0.404900</w:t>
        <w:br/>
        <w:t>vt 0.475641 0.399538</w:t>
        <w:br/>
        <w:t>vt 0.490309 0.400287</w:t>
        <w:br/>
        <w:t>vt 0.485678 0.417336</w:t>
        <w:br/>
        <w:t>vt 0.470176 0.416711</w:t>
        <w:br/>
        <w:t>vt 0.431036 0.442370</w:t>
        <w:br/>
        <w:t>vt 0.428453 0.420240</w:t>
        <w:br/>
        <w:t>vt 0.450468 0.417721</w:t>
        <w:br/>
        <w:t>vt 0.450410 0.442370</w:t>
        <w:br/>
        <w:t>vt 0.432758 0.401202</w:t>
        <w:br/>
        <w:t>vt 0.455711 0.399474</w:t>
        <w:br/>
        <w:t>vt 0.994110 0.744696</w:t>
        <w:br/>
        <w:t>vt 0.985683 0.761347</w:t>
        <w:br/>
        <w:t>vt 0.994110 0.757699</w:t>
        <w:br/>
        <w:t>vt 0.328476 0.442370</w:t>
        <w:br/>
        <w:t>vt 0.985683 0.761347</w:t>
        <w:br/>
        <w:t>vt 0.979781 0.761820</w:t>
        <w:br/>
        <w:t>vt 0.812587 0.633655</w:t>
        <w:br/>
        <w:t>vt 0.807608 0.630090</w:t>
        <w:br/>
        <w:t>vt 0.328294 0.407893</w:t>
        <w:br/>
        <w:t>vt 0.327439 0.378345</w:t>
        <w:br/>
        <w:t>vt 0.344103 0.402977</w:t>
        <w:br/>
        <w:t>vt 0.551156 0.430719</w:t>
        <w:br/>
        <w:t>vt 0.549163 0.442370</w:t>
        <w:br/>
        <w:t>vt 0.539417 0.442370</w:t>
        <w:br/>
        <w:t>vt 0.558180 0.431384</w:t>
        <w:br/>
        <w:t>vt 0.551156 0.430719</w:t>
        <w:br/>
        <w:t>vt 0.552586 0.417430</w:t>
        <w:br/>
        <w:t>vt 0.561802 0.423552</w:t>
        <w:br/>
        <w:t>vt 0.527222 0.442370</w:t>
        <w:br/>
        <w:t>vt 0.984020 0.683825</w:t>
        <w:br/>
        <w:t>vt 0.986076 0.706125</w:t>
        <w:br/>
        <w:t>vt 0.994109 0.704756</w:t>
        <w:br/>
        <w:t>vt 0.994109 0.682288</w:t>
        <w:br/>
        <w:t>vt 0.987942 0.729215</w:t>
        <w:br/>
        <w:t>vt 0.988383 0.744459</w:t>
        <w:br/>
        <w:t>vt 0.994109 0.727938</w:t>
        <w:br/>
        <w:t>vt 0.976119 0.732022</w:t>
        <w:br/>
        <w:t>vt 0.980552 0.746822</w:t>
        <w:br/>
        <w:t>vt 0.949155 0.667645</w:t>
        <w:br/>
        <w:t>vt 0.946917 0.668412</w:t>
        <w:br/>
        <w:t>vt 0.952804 0.690434</w:t>
        <w:br/>
        <w:t>vt 0.981303 0.645548</w:t>
        <w:br/>
        <w:t>vt 0.994109 0.646220</w:t>
        <w:br/>
        <w:t>vt 0.994109 0.624709</w:t>
        <w:br/>
        <w:t>vt 0.980951 0.622995</w:t>
        <w:br/>
        <w:t>vt 0.936443 0.581943</w:t>
        <w:br/>
        <w:t>vt 0.935579 0.599638</w:t>
        <w:br/>
        <w:t>vt 0.946810 0.599337</w:t>
        <w:br/>
        <w:t>vt 0.949526 0.583054</w:t>
        <w:br/>
        <w:t>vt 0.964450 0.621027</w:t>
        <w:br/>
        <w:t>vt 0.981541 0.602699</w:t>
        <w:br/>
        <w:t>vt 0.965802 0.601379</w:t>
        <w:br/>
        <w:t>vt 0.994110 0.574083</w:t>
        <w:br/>
        <w:t>vt 0.994110 0.562838</w:t>
        <w:br/>
        <w:t>vt 0.983559 0.565200</w:t>
        <w:br/>
        <w:t>vt 0.981633 0.574377</w:t>
        <w:br/>
        <w:t>vt 0.513193 0.402979</w:t>
        <w:br/>
        <w:t>vt 0.511913 0.419816</w:t>
        <w:br/>
        <w:t>vt 0.499868 0.418093</w:t>
        <w:br/>
        <w:t>vt 0.502015 0.401384</w:t>
        <w:br/>
        <w:t>vt 0.994109 0.587545</w:t>
        <w:br/>
        <w:t>vt 0.981152 0.585533</w:t>
        <w:br/>
        <w:t>vt 0.994109 0.603321</w:t>
        <w:br/>
        <w:t>vt 0.961162 0.554286</w:t>
        <w:br/>
        <w:t>vt 0.968490 0.544855</w:t>
        <w:br/>
        <w:t>vt 0.955557 0.527978</w:t>
        <w:br/>
        <w:t>vt 0.967938 0.526514</w:t>
        <w:br/>
        <w:t>vt 0.978226 0.520043</w:t>
        <w:br/>
        <w:t>vt 0.952351 0.500255</w:t>
        <w:br/>
        <w:t>vt 0.994110 0.524415</w:t>
        <w:br/>
        <w:t>vt 0.994109 0.514245</w:t>
        <w:br/>
        <w:t>vt 0.979844 0.534055</w:t>
        <w:br/>
        <w:t>vt 0.810396 0.440340</w:t>
        <w:br/>
        <w:t>vt 0.799568 0.440810</w:t>
        <w:br/>
        <w:t>vt 0.796794 0.450007</w:t>
        <w:br/>
        <w:t>vt 0.969091 0.686405</w:t>
        <w:br/>
        <w:t>vt 0.971627 0.708827</w:t>
        <w:br/>
        <w:t>vt 0.967057 0.734690</w:t>
        <w:br/>
        <w:t>vt 0.972347 0.748953</w:t>
        <w:br/>
        <w:t>vt 0.976080 0.762076</w:t>
        <w:br/>
        <w:t>vt 0.986067 0.775361</w:t>
        <w:br/>
        <w:t>vt 0.994109 0.774604</w:t>
        <w:br/>
        <w:t>vt 0.978226 0.520043</w:t>
        <w:br/>
        <w:t>vt 0.977024 0.505582</w:t>
        <w:br/>
        <w:t>vt 0.558180 0.431384</w:t>
        <w:br/>
        <w:t>vt 0.566594 0.430271</w:t>
        <w:br/>
        <w:t>vt 0.565934 0.442370</w:t>
        <w:br/>
        <w:t>vt 0.576583 0.433692</w:t>
        <w:br/>
        <w:t>vt 0.574658 0.428044</w:t>
        <w:br/>
        <w:t>vt 0.580774 0.428183</w:t>
        <w:br/>
        <w:t>vt 0.591732 0.437708</w:t>
        <w:br/>
        <w:t>vt 0.590914 0.442370</w:t>
        <w:br/>
        <w:t>vt 0.587125 0.442370</w:t>
        <w:br/>
        <w:t>vt 0.978508 0.494956</w:t>
        <w:br/>
        <w:t>vt 0.977024 0.505582</w:t>
        <w:br/>
        <w:t>vt 0.994109 0.503802</w:t>
        <w:br/>
        <w:t>vt 0.994110 0.497858</w:t>
        <w:br/>
        <w:t>vt 0.994109 0.490507</w:t>
        <w:br/>
        <w:t>vt 0.981731 0.486919</w:t>
        <w:br/>
        <w:t>vt 0.994110 0.480693</w:t>
        <w:br/>
        <w:t>vt 0.984782 0.479621</w:t>
        <w:br/>
        <w:t>vt 0.994110 0.470168</w:t>
        <w:br/>
        <w:t>vt 0.987470 0.469646</w:t>
        <w:br/>
        <w:t>vt 0.986783 0.474082</w:t>
        <w:br/>
        <w:t>vt 0.808363 0.450957</w:t>
        <w:br/>
        <w:t>vt 0.818212 0.449468</w:t>
        <w:br/>
        <w:t>vt 0.978508 0.494956</w:t>
        <w:br/>
        <w:t>vt 0.956832 0.488521</w:t>
        <w:br/>
        <w:t>vt 0.949467 0.486923</w:t>
        <w:br/>
        <w:t>vt 0.944055 0.499019</w:t>
        <w:br/>
        <w:t>vt 0.952351 0.500255</w:t>
        <w:br/>
        <w:t>vt 0.956832 0.488521</w:t>
        <w:br/>
        <w:t>vt 0.570303 0.432684</w:t>
        <w:br/>
        <w:t>vt 0.569551 0.427905</w:t>
        <w:br/>
        <w:t>vt 0.963057 0.482339</w:t>
        <w:br/>
        <w:t>vt 0.968791 0.477628</w:t>
        <w:br/>
        <w:t>vt 0.962360 0.470865</w:t>
        <w:br/>
        <w:t>vt 0.954473 0.476954</w:t>
        <w:br/>
        <w:t>vt 0.963057 0.482339</w:t>
        <w:br/>
        <w:t>vt 0.975449 0.472980</w:t>
        <w:br/>
        <w:t>vt 0.968791 0.477628</w:t>
        <w:br/>
        <w:t>vt 0.981731 0.486919</w:t>
        <w:br/>
        <w:t>vt 0.984782 0.479621</w:t>
        <w:br/>
        <w:t>vt 0.986783 0.474082</w:t>
        <w:br/>
        <w:t>vt 0.980073 0.467591</w:t>
        <w:br/>
        <w:t>vt 0.987470 0.469646</w:t>
        <w:br/>
        <w:t>vt 0.971850 0.466893</w:t>
        <w:br/>
        <w:t>vt 0.977410 0.463382</w:t>
        <w:br/>
        <w:t>vt 0.988023 0.451263</w:t>
        <w:br/>
        <w:t>vt 0.984060 0.454678</w:t>
        <w:br/>
        <w:t>vt 0.988699 0.456736</w:t>
        <w:br/>
        <w:t>vt 0.990840 0.453063</w:t>
        <w:br/>
        <w:t>vt 0.987513 0.462014</w:t>
        <w:br/>
        <w:t>vt 0.980676 0.459728</w:t>
        <w:br/>
        <w:t>vt 0.994110 0.445791</w:t>
        <w:br/>
        <w:t>vt 0.992632 0.450270</w:t>
        <w:br/>
        <w:t>vt 0.994110 0.449865</w:t>
        <w:br/>
        <w:t>vt 0.606633 0.439706</w:t>
        <w:br/>
        <w:t>vt 0.606311 0.442370</w:t>
        <w:br/>
        <w:t>vt 0.603375 0.442370</w:t>
        <w:br/>
        <w:t>vt 0.603593 0.438049</w:t>
        <w:br/>
        <w:t>vt 0.994109 0.461660</w:t>
        <w:br/>
        <w:t>vt 0.987513 0.462014</w:t>
        <w:br/>
        <w:t>vt 0.980676 0.459728</w:t>
        <w:br/>
        <w:t>vt 0.609102 0.440071</w:t>
        <w:br/>
        <w:t>vt 0.612108 0.442370</w:t>
        <w:br/>
        <w:t>vt 0.608714 0.441230</w:t>
        <w:br/>
        <w:t>vt 0.990840 0.453063</w:t>
        <w:br/>
        <w:t>vt 0.988699 0.456736</w:t>
        <w:br/>
        <w:t>vt 0.994109 0.455990</w:t>
        <w:br/>
        <w:t>vt 0.994109 0.452559</w:t>
        <w:br/>
        <w:t>vt 0.816633 0.627343</w:t>
        <w:br/>
        <w:t>vt 0.809469 0.624921</w:t>
        <w:br/>
        <w:t>vt 0.810468 0.617320</w:t>
        <w:br/>
        <w:t>vt 0.819363 0.618998</w:t>
        <w:br/>
        <w:t>vt 0.825375 0.584879</w:t>
        <w:br/>
        <w:t>vt 0.808743 0.583239</w:t>
        <w:br/>
        <w:t>vt 0.809036 0.601713</w:t>
        <w:br/>
        <w:t>vt 0.821863 0.603099</w:t>
        <w:br/>
        <w:t>vt 0.828471 0.519729</w:t>
        <w:br/>
        <w:t>vt 0.810682 0.520097</w:t>
        <w:br/>
        <w:t>vt 0.810106 0.543067</w:t>
        <w:br/>
        <w:t>vt 0.828883 0.544525</w:t>
        <w:br/>
        <w:t>vt 0.825664 0.498950</w:t>
        <w:br/>
        <w:t>vt 0.823592 0.481478</w:t>
        <w:br/>
        <w:t>vt 0.811183 0.484201</w:t>
        <w:br/>
        <w:t>vt 0.811702 0.501223</w:t>
        <w:br/>
        <w:t>vt 0.794934 0.485326</w:t>
        <w:br/>
        <w:t>vt 0.796182 0.502713</w:t>
        <w:br/>
        <w:t>vt 0.795187 0.522290</w:t>
        <w:br/>
        <w:t>vt 0.794245 0.545229</w:t>
        <w:br/>
        <w:t>vt 0.795488 0.584589</w:t>
        <w:br/>
        <w:t>vt 0.796372 0.602577</w:t>
        <w:br/>
        <w:t>vt 0.798661 0.618368</w:t>
        <w:br/>
        <w:t>vt 0.799306 0.624523</w:t>
        <w:br/>
        <w:t>vt 0.785422 0.619431</w:t>
        <w:br/>
        <w:t>vt 0.785422 0.588349</w:t>
        <w:br/>
        <w:t>vt 0.785422 0.603661</w:t>
        <w:br/>
        <w:t>vt 0.785422 0.524075</w:t>
        <w:br/>
        <w:t>vt 0.785422 0.547146</w:t>
        <w:br/>
        <w:t>vt 0.530416 0.376544</w:t>
        <w:br/>
        <w:t>vt 0.529325 0.355239</w:t>
        <w:br/>
        <w:t>vt 0.541384 0.357254</w:t>
        <w:br/>
        <w:t>vt 0.542747 0.375563</w:t>
        <w:br/>
        <w:t>vt 0.785422 0.486611</w:t>
        <w:br/>
        <w:t>vt 0.527398 0.343489</w:t>
        <w:br/>
        <w:t>vt 0.541784 0.347059</w:t>
        <w:br/>
        <w:t>vt 0.795176 0.435723</w:t>
        <w:br/>
        <w:t>vt 0.795275 0.425079</w:t>
        <w:br/>
        <w:t>vt 0.785422 0.428971</w:t>
        <w:br/>
        <w:t>vt 0.795126 0.471597</w:t>
        <w:br/>
        <w:t>vt 0.795761 0.460653</w:t>
        <w:br/>
        <w:t>vt 0.785422 0.458631</w:t>
        <w:br/>
        <w:t>vt 0.804920 0.431125</w:t>
        <w:br/>
        <w:t>vt 0.804232 0.423963</w:t>
        <w:br/>
        <w:t>vt 0.809555 0.469996</w:t>
        <w:br/>
        <w:t>vt 0.808261 0.460997</w:t>
        <w:br/>
        <w:t>vt 0.817725 0.439633</w:t>
        <w:br/>
        <w:t>vt 0.500538 0.342633</w:t>
        <w:br/>
        <w:t>vt 0.515791 0.341638</w:t>
        <w:br/>
        <w:t>vt 0.512608 0.352353</w:t>
        <w:br/>
        <w:t>vt 0.369424 0.398839</w:t>
        <w:br/>
        <w:t>vt 0.388949 0.396719</w:t>
        <w:br/>
        <w:t>vt 0.430815 0.389045</w:t>
        <w:br/>
        <w:t>vt 0.453581 0.383453</w:t>
        <w:br/>
        <w:t>vt 0.985229 0.558438</w:t>
        <w:br/>
        <w:t>vt 0.987314 0.551437</w:t>
        <w:br/>
        <w:t>vt 0.977683 0.550675</w:t>
        <w:br/>
        <w:t>vt 0.975135 0.557814</w:t>
        <w:br/>
        <w:t>vt 0.495019 0.442370</w:t>
        <w:br/>
        <w:t>vt 0.499868 0.418093</w:t>
        <w:br/>
        <w:t>vt 0.511913 0.419816</w:t>
        <w:br/>
        <w:t>vt 0.504666 0.442370</w:t>
        <w:br/>
        <w:t>vt 0.513193 0.402979</w:t>
        <w:br/>
        <w:t>vt 0.502015 0.401384</w:t>
        <w:br/>
        <w:t>vt 0.503116 0.375423</w:t>
        <w:br/>
        <w:t>vt 0.516060 0.375935</w:t>
        <w:br/>
        <w:t>vt 0.813473 0.429755</w:t>
        <w:br/>
        <w:t>vt 0.818875 0.433501</w:t>
        <w:br/>
        <w:t>vt 0.580448 0.357536</w:t>
        <w:br/>
        <w:t>vt 0.576967 0.371696</w:t>
        <w:br/>
        <w:t>vt 0.569291 0.364460</w:t>
        <w:br/>
        <w:t>vt 0.785422 0.437242</w:t>
        <w:br/>
        <w:t>vt 0.785422 0.448854</w:t>
        <w:br/>
        <w:t>vt 0.785422 0.504468</w:t>
        <w:br/>
        <w:t>vt 0.499501 0.351332</w:t>
        <w:br/>
        <w:t>vt 0.423280 0.368212</w:t>
        <w:br/>
        <w:t>vt 0.444991 0.360428</w:t>
        <w:br/>
        <w:t>vt 0.363455 0.375818</w:t>
        <w:br/>
        <w:t>vt 0.382341 0.375695</w:t>
        <w:br/>
        <w:t>vt 0.800450 0.414804</w:t>
        <w:br/>
        <w:t>vt 0.795170 0.415756</w:t>
        <w:br/>
        <w:t>vt 0.794987 0.408887</w:t>
        <w:br/>
        <w:t>vt 0.785422 0.409944</w:t>
        <w:br/>
        <w:t>vt 0.795170 0.415756</w:t>
        <w:br/>
        <w:t>vt 0.793383 0.398007</w:t>
        <w:br/>
        <w:t>vt 0.785422 0.397534</w:t>
        <w:br/>
        <w:t>vt 0.785422 0.404129</w:t>
        <w:br/>
        <w:t>vt 0.794129 0.404136</w:t>
        <w:br/>
        <w:t>vt 0.792164 0.392380</w:t>
        <w:br/>
        <w:t>vt 0.785422 0.390985</w:t>
        <w:br/>
        <w:t>vt 0.793383 0.398007</w:t>
        <w:br/>
        <w:t>vt 0.794129 0.404136</w:t>
        <w:br/>
        <w:t>vt 0.801634 0.401915</w:t>
        <w:br/>
        <w:t>vt 0.798558 0.395072</w:t>
        <w:br/>
        <w:t>vt 0.795818 0.389163</w:t>
        <w:br/>
        <w:t>vt 0.792164 0.392380</w:t>
        <w:br/>
        <w:t>vt 0.794987 0.408887</w:t>
        <w:br/>
        <w:t>vt 0.555853 0.389487</w:t>
        <w:br/>
        <w:t>vt 0.549592 0.398592</w:t>
        <w:br/>
        <w:t>vt 0.553117 0.372296</w:t>
        <w:br/>
        <w:t>vt 0.552536 0.349412</w:t>
        <w:br/>
        <w:t>vt 0.565288 0.346207</w:t>
        <w:br/>
        <w:t>vt 0.567155 0.353251</w:t>
        <w:br/>
        <w:t>vt 0.553902 0.357766</w:t>
        <w:br/>
        <w:t>vt 0.579085 0.342465</w:t>
        <w:br/>
        <w:t>vt 0.811346 0.421933</w:t>
        <w:br/>
        <w:t>vt 0.819711 0.432585</w:t>
        <w:br/>
        <w:t>vt 0.819757 0.426283</w:t>
        <w:br/>
        <w:t>vt 0.809299 0.411734</w:t>
        <w:br/>
        <w:t>vt 0.819757 0.426283</w:t>
        <w:br/>
        <w:t>vt 0.816286 0.419161</w:t>
        <w:br/>
        <w:t>vt 0.560358 0.368852</w:t>
        <w:br/>
        <w:t>vt 0.553117 0.372296</w:t>
        <w:br/>
        <w:t>vt 0.586179 0.341794</w:t>
        <w:br/>
        <w:t>vt 0.579852 0.349396</w:t>
        <w:br/>
        <w:t>vt 0.560358 0.368852</w:t>
        <w:br/>
        <w:t>vt 0.565754 0.380450</w:t>
        <w:br/>
        <w:t>vt 0.565754 0.380450</w:t>
        <w:br/>
        <w:t>vt 0.590530 0.364004</w:t>
        <w:br/>
        <w:t>vt 0.585028 0.366668</w:t>
        <w:br/>
        <w:t>vt 0.607870 0.351784</w:t>
        <w:br/>
        <w:t>vt 0.616089 0.351346</w:t>
        <w:br/>
        <w:t>vt 0.607683 0.354952</w:t>
        <w:br/>
        <w:t>vt 0.594297 0.353054</w:t>
        <w:br/>
        <w:t>vt 0.594256 0.343748</w:t>
        <w:br/>
        <w:t>vt 0.601825 0.346441</w:t>
        <w:br/>
        <w:t>vt 0.601874 0.352228</w:t>
        <w:br/>
        <w:t>vt 0.586801 0.353762</w:t>
        <w:br/>
        <w:t>vt 0.791692 0.383925</w:t>
        <w:br/>
        <w:t>vt 0.785422 0.378390</w:t>
        <w:br/>
        <w:t>vt 0.790018 0.386432</w:t>
        <w:br/>
        <w:t>vt 0.785422 0.385801</w:t>
        <w:br/>
        <w:t>vt 0.790018 0.386432</w:t>
        <w:br/>
        <w:t>vt 0.785422 0.378390</w:t>
        <w:br/>
        <w:t>vt 0.464773 0.354032</w:t>
        <w:br/>
        <w:t>vt 0.945541 0.620040</w:t>
        <w:br/>
        <w:t>vt 0.938135 0.620357</w:t>
        <w:br/>
        <w:t>vt 0.942278 0.645932</w:t>
        <w:br/>
        <w:t>vt 0.947095 0.645269</w:t>
        <w:br/>
        <w:t>vt 0.827821 0.565330</w:t>
        <w:br/>
        <w:t>vt 0.809452 0.563305</w:t>
        <w:br/>
        <w:t>vt 0.794779 0.564925</w:t>
        <w:br/>
        <w:t>vt 0.785422 0.567599</w:t>
        <w:br/>
        <w:t>vt 0.410204 0.393325</w:t>
        <w:br/>
        <w:t>vt 0.403921 0.372783</w:t>
        <w:br/>
        <w:t>vt 0.411993 0.402626</w:t>
        <w:br/>
        <w:t>vt 0.409471 0.420552</w:t>
        <w:br/>
        <w:t>vt 0.414899 0.442370</w:t>
        <w:br/>
        <w:t>vt 0.982815 0.664685</w:t>
        <w:br/>
        <w:t>vt 0.994110 0.664151</w:t>
        <w:br/>
        <w:t>vt 0.344103 0.402977</w:t>
        <w:br/>
        <w:t>vt 0.340808 0.375754</w:t>
        <w:br/>
        <w:t>vt 0.970374 0.573698</w:t>
        <w:br/>
        <w:t>vt 0.967982 0.584861</w:t>
        <w:br/>
        <w:t>vt 0.616089 0.351346</w:t>
        <w:br/>
        <w:t>vt 0.607870 0.351784</w:t>
        <w:br/>
        <w:t>vt 0.607724 0.348333</w:t>
        <w:br/>
        <w:t>vt 0.586801 0.353762</w:t>
        <w:br/>
        <w:t>vt 0.994110 0.474696</w:t>
        <w:br/>
        <w:t>vt 0.594292 0.429941</w:t>
        <w:br/>
        <w:t>vt 0.598960 0.429603</w:t>
        <w:br/>
        <w:t>vt 0.598154 0.437154</w:t>
        <w:br/>
        <w:t>vt 0.591732 0.437708</w:t>
        <w:br/>
        <w:t>vt 0.612108 0.442370</w:t>
        <w:br/>
        <w:t>vt 0.608616 0.442370</w:t>
        <w:br/>
        <w:t>vt 0.608714 0.441230</w:t>
        <w:br/>
        <w:t>vt 0.588606 0.428730</w:t>
        <w:br/>
        <w:t>vt 0.585330 0.436947</w:t>
        <w:br/>
        <w:t>vt 0.573492 0.442370</w:t>
        <w:br/>
        <w:t>vt 0.582045 0.442370</w:t>
        <w:br/>
        <w:t>vt 0.607920 0.436768</w:t>
        <w:br/>
        <w:t>vt 0.604276 0.432581</w:t>
        <w:br/>
        <w:t>vt 0.965011 0.644940</w:t>
        <w:br/>
        <w:t>vt 0.966617 0.665732</w:t>
        <w:br/>
        <w:t>vt 0.785422 0.471505</w:t>
        <w:br/>
        <w:t>vt 0.484863 0.350362</w:t>
        <w:br/>
        <w:t>vt 0.464773 0.354032</w:t>
        <w:br/>
        <w:t>vt 0.483092 0.345468</w:t>
        <w:br/>
        <w:t>vt 0.503116 0.375423</w:t>
        <w:br/>
        <w:t>vt 0.516060 0.375935</w:t>
        <w:br/>
        <w:t>vt 0.569291 0.364460</w:t>
        <w:br/>
        <w:t>vt 0.539636 0.406291</w:t>
        <w:br/>
        <w:t>vt 0.542747 0.375563</w:t>
        <w:br/>
        <w:t>vt 0.795275 0.425079</w:t>
        <w:br/>
        <w:t>vt 0.785422 0.419727</w:t>
        <w:br/>
        <w:t>vt 0.804232 0.423963</w:t>
        <w:br/>
        <w:t>vt 0.803833 0.406818</w:t>
        <w:br/>
        <w:t>vt 0.957476 0.563528</w:t>
        <w:br/>
        <w:t>vt 0.941921 0.556398</w:t>
        <w:br/>
        <w:t>vt 0.938810 0.566334</w:t>
        <w:br/>
        <w:t>vt 0.953735 0.571487</w:t>
        <w:br/>
        <w:t>vt 0.559922 0.442370</w:t>
        <w:br/>
        <w:t>vt 0.944513 0.508159</w:t>
        <w:br/>
        <w:t>vt 0.954473 0.476954</w:t>
        <w:br/>
        <w:t>vt 0.569551 0.427905</w:t>
        <w:br/>
        <w:t>vt 0.947812 0.542898</w:t>
        <w:br/>
        <w:t>vt 0.950121 0.522362</w:t>
        <w:br/>
        <w:t>vt 0.820880 0.467646</w:t>
        <w:br/>
        <w:t>vt 0.819053 0.459662</w:t>
        <w:br/>
        <w:t>vt 0.785422 0.471505</w:t>
        <w:br/>
        <w:t>vt 0.525058 0.404900</w:t>
        <w:br/>
        <w:t>vt 0.530416 0.376544</w:t>
        <w:br/>
        <w:t>vt 0.994109 0.538166</w:t>
        <w:br/>
        <w:t>vt 0.988912 0.540003</w:t>
        <w:br/>
        <w:t>vt 0.952351 0.500255</w:t>
        <w:br/>
        <w:t>vt 0.972598 0.565871</w:t>
        <w:br/>
        <w:t>vt 0.958735 0.712799</w:t>
        <w:br/>
        <w:t>vt 0.994110 0.550337</w:t>
        <w:br/>
        <w:t>vt 0.954902 0.515346</w:t>
        <w:br/>
        <w:t>vt 0.516050 0.442370</w:t>
        <w:br/>
        <w:t>vt 0.598489 0.442370</w:t>
        <w:br/>
        <w:t>vt 0.598960 0.429603</w:t>
        <w:br/>
        <w:t>vt 0.991107 0.449494</w:t>
        <w:br/>
        <w:t>vt 0.992632 0.450270</w:t>
        <w:br/>
        <w:t>vt 0.994110 0.445791</w:t>
        <w:br/>
        <w:t>vt 0.596782 0.361201</w:t>
        <w:br/>
        <w:t>vt 0.594297 0.353054</w:t>
        <w:br/>
        <w:t>vt 0.944513 0.508159</w:t>
        <w:br/>
        <w:t>vt 0.601866 0.357872</w:t>
        <w:br/>
        <w:t>vt 0.601874 0.352228</w:t>
        <w:br/>
        <w:t>vt 0.820060 0.438815</w:t>
        <w:br/>
        <w:t>vt 0.817725 0.439633</w:t>
        <w:br/>
        <w:t>vt 0.818212 0.449468</w:t>
        <w:br/>
        <w:t>vt 0.580448 0.357536</w:t>
        <w:br/>
        <w:t>vt 0.649337 0.096252</w:t>
        <w:br/>
        <w:t>vt 0.662982 0.094194</w:t>
        <w:br/>
        <w:t>vt 0.648736 0.114147</w:t>
        <w:br/>
        <w:t>vt 0.576233 0.097728</w:t>
        <w:br/>
        <w:t>vt 0.574068 0.114147</w:t>
        <w:br/>
        <w:t>vt 0.556070 0.114147</w:t>
        <w:br/>
        <w:t>vt 0.557682 0.095463</w:t>
        <w:br/>
        <w:t>vt 0.675702 0.093192</w:t>
        <w:br/>
        <w:t>vt 0.685484 0.095022</w:t>
        <w:br/>
        <w:t>vt 0.674712 0.114146</w:t>
        <w:br/>
        <w:t>vt 0.709631 0.107760</w:t>
        <w:br/>
        <w:t>vt 0.714157 0.107792</w:t>
        <w:br/>
        <w:t>vt 0.710426 0.114147</w:t>
        <w:br/>
        <w:t>vt 0.719181 0.108108</w:t>
        <w:br/>
        <w:t>vt 0.718666 0.106026</w:t>
        <w:br/>
        <w:t>vt 0.724257 0.103542</w:t>
        <w:br/>
        <w:t>vt 0.725824 0.107673</w:t>
        <w:br/>
        <w:t>vt 0.758561 0.106412</w:t>
        <w:br/>
        <w:t>vt 0.763985 0.108252</w:t>
        <w:br/>
        <w:t>vt 0.762694 0.111274</w:t>
        <w:br/>
        <w:t>vt 0.755214 0.110792</w:t>
        <w:br/>
        <w:t>vt 0.664711 0.114146</w:t>
        <w:br/>
        <w:t>vt 0.431059 0.093024</w:t>
        <w:br/>
        <w:t>vt 0.433826 0.114147</w:t>
        <w:br/>
        <w:t>vt 0.416043 0.114147</w:t>
        <w:br/>
        <w:t>vt 0.411536 0.090810</w:t>
        <w:br/>
        <w:t>vt 0.491933 0.114146</w:t>
        <w:br/>
        <w:t>vt 0.496734 0.087596</w:t>
        <w:br/>
        <w:t>vt 0.508937 0.114146</w:t>
        <w:br/>
        <w:t>vt 0.718962 0.114147</w:t>
        <w:br/>
        <w:t>vt 0.736577 0.114146</w:t>
        <w:br/>
        <w:t>vt 0.744608 0.109599</w:t>
        <w:br/>
        <w:t>vt 0.745635 0.114146</w:t>
        <w:br/>
        <w:t>vt 0.769704 0.111251</w:t>
        <w:br/>
        <w:t>vt 0.776236 0.114147</w:t>
        <w:br/>
        <w:t>vt 0.768616 0.112682</w:t>
        <w:br/>
        <w:t>vt 0.522068 0.474729</w:t>
        <w:br/>
        <w:t>vt 0.507837 0.476761</w:t>
        <w:br/>
        <w:t>vt 0.504030 0.460352</w:t>
        <w:br/>
        <w:t>vt 0.519661 0.456652</w:t>
        <w:br/>
        <w:t>vt 0.536440 0.453923</w:t>
        <w:br/>
        <w:t>vt 0.541744 0.466705</w:t>
        <w:br/>
        <w:t>vt 0.531984 0.472099</w:t>
        <w:br/>
        <w:t>vt 0.526919 0.455019</w:t>
        <w:br/>
        <w:t>vt 0.565043 0.453055</w:t>
        <w:br/>
        <w:t>vt 0.555364 0.455474</w:t>
        <w:br/>
        <w:t>vt 0.557523 0.451425</w:t>
        <w:br/>
        <w:t>vt 0.581937 0.452628</w:t>
        <w:br/>
        <w:t>vt 0.581020 0.461211</w:t>
        <w:br/>
        <w:t>vt 0.571614 0.459612</w:t>
        <w:br/>
        <w:t>vt 0.589323 0.451228</w:t>
        <w:br/>
        <w:t>vt 0.587189 0.445775</w:t>
        <w:br/>
        <w:t>vt 0.592236 0.445775</w:t>
        <w:br/>
        <w:t>vt 0.592421 0.450173</w:t>
        <w:br/>
        <w:t>vt 0.714157 0.107792</w:t>
        <w:br/>
        <w:t>vt 0.713618 0.105071</w:t>
        <w:br/>
        <w:t>vt 0.589323 0.451228</w:t>
        <w:br/>
        <w:t>vt 0.590344 0.459025</w:t>
        <w:br/>
        <w:t>vt 0.649656 0.088525</w:t>
        <w:br/>
        <w:t>vt 0.664282 0.086545</w:t>
        <w:br/>
        <w:t>vt 0.518125 0.074635</w:t>
        <w:br/>
        <w:t>vt 0.532626 0.078067</w:t>
        <w:br/>
        <w:t>vt 0.529241 0.090352</w:t>
        <w:br/>
        <w:t>vt 0.514070 0.087068</w:t>
        <w:br/>
        <w:t>vt 0.675360 0.085284</w:t>
        <w:br/>
        <w:t>vt 0.687494 0.088344</w:t>
        <w:br/>
        <w:t>vt 0.526919 0.455019</w:t>
        <w:br/>
        <w:t>vt 0.523749 0.445775</w:t>
        <w:br/>
        <w:t>vt 0.532038 0.445775</w:t>
        <w:br/>
        <w:t>vt 0.709282 0.105950</w:t>
        <w:br/>
        <w:t>vt 0.709631 0.107760</w:t>
        <w:br/>
        <w:t>vt 0.704388 0.106005</w:t>
        <w:br/>
        <w:t>vt 0.564768 0.445775</w:t>
        <w:br/>
        <w:t>vt 0.557523 0.451425</w:t>
        <w:br/>
        <w:t>vt 0.557726 0.445775</w:t>
        <w:br/>
        <w:t>vt 0.573042 0.454260</w:t>
        <w:br/>
        <w:t>vt 0.566263 0.458378</w:t>
        <w:br/>
        <w:t>vt 0.573042 0.454260</w:t>
        <w:br/>
        <w:t>vt 0.571638 0.445775</w:t>
        <w:br/>
        <w:t>vt 0.579192 0.445775</w:t>
        <w:br/>
        <w:t>vt 0.604130 0.445775</w:t>
        <w:br/>
        <w:t>vt 0.604663 0.447919</w:t>
        <w:br/>
        <w:t>vt 0.598499 0.449238</w:t>
        <w:br/>
        <w:t>vt 0.597041 0.445775</w:t>
        <w:br/>
        <w:t>vt 0.260122 0.464425</w:t>
        <w:br/>
        <w:t>vt 0.273128 0.463719</w:t>
        <w:br/>
        <w:t>vt 0.272382 0.473995</w:t>
        <w:br/>
        <w:t>vt 0.263599 0.448749</w:t>
        <w:br/>
        <w:t>vt 0.263340 0.445775</w:t>
        <w:br/>
        <w:t>vt 0.276943 0.445775</w:t>
        <w:br/>
        <w:t>vt 0.277261 0.450205</w:t>
        <w:br/>
        <w:t>vt 0.496734 0.087596</w:t>
        <w:br/>
        <w:t>vt 0.330044 0.452472</w:t>
        <w:br/>
        <w:t>vt 0.329556 0.445775</w:t>
        <w:br/>
        <w:t>vt 0.347865 0.445775</w:t>
        <w:br/>
        <w:t>vt 0.348091 0.453759</w:t>
        <w:br/>
        <w:t>vt 0.735453 0.107487</w:t>
        <w:br/>
        <w:t>vt 0.727066 0.114146</w:t>
        <w:br/>
        <w:t>vt 0.565043 0.453055</w:t>
        <w:br/>
        <w:t>vt 0.564768 0.445775</w:t>
        <w:br/>
        <w:t>vt 0.745131 0.102570</w:t>
        <w:br/>
        <w:t>vt 0.744608 0.109599</w:t>
        <w:br/>
        <w:t>vt 0.581937 0.452628</w:t>
        <w:br/>
        <w:t>vt 0.604798 0.451714</w:t>
        <w:br/>
        <w:t>vt 0.600578 0.454497</w:t>
        <w:br/>
        <w:t>vt 0.598499 0.449238</w:t>
        <w:br/>
        <w:t>vt 0.604663 0.447919</w:t>
        <w:br/>
        <w:t>vt 0.265077 0.456390</w:t>
        <w:br/>
        <w:t>vt 0.275244 0.456820</w:t>
        <w:br/>
        <w:t>vt 0.333030 0.475999</w:t>
        <w:br/>
        <w:t>vt 0.331213 0.461734</w:t>
        <w:br/>
        <w:t>vt 0.349706 0.463516</w:t>
        <w:br/>
        <w:t>vt 0.353164 0.473967</w:t>
        <w:br/>
        <w:t>vt 0.595893 0.456618</w:t>
        <w:br/>
        <w:t>vt 0.592421 0.450173</w:t>
        <w:br/>
        <w:t>vt 0.288914 0.464256</w:t>
        <w:br/>
        <w:t>vt 0.287550 0.471214</w:t>
        <w:br/>
        <w:t>vt 0.449549 0.093003</w:t>
        <w:br/>
        <w:t>vt 0.456482 0.114147</w:t>
        <w:br/>
        <w:t>vt 0.294015 0.445775</w:t>
        <w:br/>
        <w:t>vt 0.294481 0.452893</w:t>
        <w:br/>
        <w:t>vt 0.290988 0.459617</w:t>
        <w:br/>
        <w:t>vt 0.312689 0.476379</w:t>
        <w:br/>
        <w:t>vt 0.311851 0.471421</w:t>
        <w:br/>
        <w:t>vt 0.474614 0.072843</w:t>
        <w:br/>
        <w:t>vt 0.497440 0.070002</w:t>
        <w:br/>
        <w:t>vt 0.313363 0.452721</w:t>
        <w:br/>
        <w:t>vt 0.312800 0.445775</w:t>
        <w:br/>
        <w:t>vt 0.313065 0.459938</w:t>
        <w:br/>
        <w:t>vt 0.776236 0.114147</w:t>
        <w:br/>
        <w:t>vt 0.768722 0.114147</w:t>
        <w:br/>
        <w:t>vt 0.768616 0.112682</w:t>
        <w:br/>
        <w:t>vt 0.609610 0.446827</w:t>
        <w:br/>
        <w:t>vt 0.615949 0.445775</w:t>
        <w:br/>
        <w:t>vt 0.609942 0.448558</w:t>
        <w:br/>
        <w:t>vt 0.762694 0.111274</w:t>
        <w:br/>
        <w:t>vt 0.763594 0.114146</w:t>
        <w:br/>
        <w:t>vt 0.756536 0.114146</w:t>
        <w:br/>
        <w:t>vt 0.755214 0.110792</w:t>
        <w:br/>
        <w:t>vt 0.615949 0.445775</w:t>
        <w:br/>
        <w:t>vt 0.609610 0.446827</w:t>
        <w:br/>
        <w:t>vt 0.608918 0.445775</w:t>
        <w:br/>
        <w:t>vt 0.707379 0.101389</w:t>
        <w:br/>
        <w:t>vt 0.700154 0.102813</w:t>
        <w:br/>
        <w:t>vt 0.703734 0.098329</w:t>
        <w:br/>
        <w:t>vt 0.700154 0.102813</w:t>
        <w:br/>
        <w:t>vt 0.703821 0.114146</w:t>
        <w:br/>
        <w:t>vt 0.552860 0.451710</w:t>
        <w:br/>
        <w:t>vt 0.551452 0.445775</w:t>
        <w:br/>
        <w:t>vt 0.552651 0.456428</w:t>
        <w:br/>
        <w:t>vt 0.552860 0.451710</w:t>
        <w:br/>
        <w:t>vt 0.401822 0.445775</w:t>
        <w:br/>
        <w:t>vt 0.423959 0.460989</w:t>
        <w:br/>
        <w:t>vt 0.400357 0.458070</w:t>
        <w:br/>
        <w:t>vt 0.424024 0.470552</w:t>
        <w:br/>
        <w:t>vt 0.423164 0.476951</w:t>
        <w:br/>
        <w:t>vt 0.400178 0.473461</w:t>
        <w:br/>
        <w:t>vt 0.514223 0.445775</w:t>
        <w:br/>
        <w:t>vt 0.502206 0.453410</w:t>
        <w:br/>
        <w:t>vt 0.498615 0.445775</w:t>
        <w:br/>
        <w:t>vt 0.502206 0.453410</w:t>
        <w:br/>
        <w:t>vt 0.516695 0.449104</w:t>
        <w:br/>
        <w:t>vt 0.516695 0.449104</w:t>
        <w:br/>
        <w:t>vt 0.514223 0.445775</w:t>
        <w:br/>
        <w:t>vt 0.523749 0.445775</w:t>
        <w:br/>
        <w:t>vt 0.399229 0.465858</w:t>
        <w:br/>
        <w:t>vt 0.423959 0.460989</w:t>
        <w:br/>
        <w:t>vt 0.275244 0.456820</w:t>
        <w:br/>
        <w:t>vt 0.265077 0.456390</w:t>
        <w:br/>
        <w:t>vt 0.400357 0.458070</w:t>
        <w:br/>
        <w:t>vt 0.544063 0.081706</w:t>
        <w:br/>
        <w:t>vt 0.542622 0.093461</w:t>
        <w:br/>
        <w:t>vt 0.538724 0.114146</w:t>
        <w:br/>
        <w:t>vt 0.526156 0.114146</w:t>
        <w:br/>
        <w:t>vt 0.529241 0.090352</w:t>
        <w:br/>
        <w:t>vt 0.542622 0.093461</w:t>
        <w:br/>
        <w:t>vt 0.368290 0.445775</w:t>
        <w:br/>
        <w:t>vt 0.382332 0.445775</w:t>
        <w:br/>
        <w:t>vt 0.379129 0.454955</w:t>
        <w:br/>
        <w:t>vt 0.364890 0.454400</w:t>
        <w:br/>
        <w:t>vt 0.368288 0.471849</w:t>
        <w:br/>
        <w:t>vt 0.366245 0.462376</w:t>
        <w:br/>
        <w:t>vt 0.379353 0.463502</w:t>
        <w:br/>
        <w:t>vt 0.381165 0.471509</w:t>
        <w:br/>
        <w:t>vt 0.514070 0.087068</w:t>
        <w:br/>
        <w:t>vt 0.560232 0.085321</w:t>
        <w:br/>
        <w:t>vt 0.557682 0.095463</w:t>
        <w:br/>
        <w:t>vt 0.576233 0.097728</w:t>
        <w:br/>
        <w:t>vt 0.578752 0.088802</w:t>
        <w:br/>
        <w:t>vt 0.695789 0.091797</w:t>
        <w:br/>
        <w:t>vt 0.700643 0.095341</w:t>
        <w:br/>
        <w:t>vt 0.696233 0.099715</w:t>
        <w:br/>
        <w:t>vt 0.692209 0.097709</w:t>
        <w:br/>
        <w:t>vt 0.692209 0.097709</w:t>
        <w:br/>
        <w:t>vt 0.696233 0.099715</w:t>
        <w:br/>
        <w:t>vt 0.689474 0.114146</w:t>
        <w:br/>
        <w:t>vt 0.543132 0.445775</w:t>
        <w:br/>
        <w:t>vt 0.546752 0.451995</w:t>
        <w:br/>
        <w:t>vt 0.542382 0.452911</w:t>
        <w:br/>
        <w:t>vt 0.538338 0.445775</w:t>
        <w:br/>
        <w:t>vt 0.547147 0.461051</w:t>
        <w:br/>
        <w:t>vt 0.546752 0.451995</w:t>
        <w:br/>
        <w:t>vt 0.550289 0.457851</w:t>
        <w:br/>
        <w:t>vt 0.683099 0.114146</w:t>
        <w:br/>
        <w:t>vt 0.694683 0.114146</w:t>
        <w:br/>
        <w:t>vt 0.542382 0.452911</w:t>
        <w:br/>
        <w:t>vt 0.536440 0.453923</w:t>
        <w:br/>
        <w:t>vt 0.551452 0.445775</w:t>
        <w:br/>
        <w:t>vt 0.475154 0.478267</w:t>
        <w:br/>
        <w:t>vt 0.471844 0.468514</w:t>
        <w:br/>
        <w:t>vt 0.488594 0.464793</w:t>
        <w:br/>
        <w:t>vt 0.489531 0.477457</w:t>
        <w:br/>
        <w:t>vt 0.468363 0.459067</w:t>
        <w:br/>
        <w:t>vt 0.445822 0.461056</w:t>
        <w:br/>
        <w:t>vt 0.443919 0.445775</w:t>
        <w:br/>
        <w:t>vt 0.447632 0.478480</w:t>
        <w:br/>
        <w:t>vt 0.447702 0.470152</w:t>
        <w:br/>
        <w:t>vt 0.445822 0.461056</w:t>
        <w:br/>
        <w:t>vt 0.487265 0.455290</w:t>
        <w:br/>
        <w:t>vt 0.468363 0.459067</w:t>
        <w:br/>
        <w:t>vt 0.633696 0.098075</w:t>
        <w:br/>
        <w:t>vt 0.621071 0.090947</w:t>
        <w:br/>
        <w:t>vt 0.632630 0.089998</w:t>
        <w:br/>
        <w:t>vt 0.633696 0.098075</w:t>
        <w:br/>
        <w:t>vt 0.619998 0.099667</w:t>
        <w:br/>
        <w:t>vt 0.421910 0.445775</w:t>
        <w:br/>
        <w:t>vt 0.487345 0.445775</w:t>
        <w:br/>
        <w:t>vt 0.637290 0.114147</w:t>
        <w:br/>
        <w:t>vt 0.617656 0.114147</w:t>
        <w:br/>
        <w:t>vt 0.463689 0.072281</w:t>
        <w:br/>
        <w:t>vt 0.470025 0.090212</w:t>
        <w:br/>
        <w:t>vt 0.459573 0.091517</w:t>
        <w:br/>
        <w:t>vt 0.454547 0.073400</w:t>
        <w:br/>
        <w:t>vt 0.295209 0.473343</w:t>
        <w:br/>
        <w:t>vt 0.295926 0.466353</w:t>
        <w:br/>
        <w:t>vt 0.303048 0.468344</w:t>
        <w:br/>
        <w:t>vt 0.303354 0.475444</w:t>
        <w:br/>
        <w:t>vt 0.300441 0.445775</w:t>
        <w:br/>
        <w:t>vt 0.308243 0.445775</w:t>
        <w:br/>
        <w:t>vt 0.301161 0.453622</w:t>
        <w:br/>
        <w:t>vt 0.299168 0.460201</w:t>
        <w:br/>
        <w:t>vt 0.305664 0.459791</w:t>
        <w:br/>
        <w:t>vt 0.301161 0.453622</w:t>
        <w:br/>
        <w:t>vt 0.307212 0.453320</w:t>
        <w:br/>
        <w:t>vt 0.445601 0.077219</w:t>
        <w:br/>
        <w:t>vt 0.449549 0.093003</w:t>
        <w:br/>
        <w:t>vt 0.480776 0.088858</w:t>
        <w:br/>
        <w:t>vt 0.259202 0.469947</w:t>
        <w:br/>
        <w:t>vt 0.467578 0.445775</w:t>
        <w:br/>
        <w:t>vt 0.487265 0.455290</w:t>
        <w:br/>
        <w:t>vt 0.703821 0.114146</w:t>
        <w:br/>
        <w:t>vt 0.710426 0.114147</w:t>
        <w:br/>
        <w:t>vt 0.570752 0.461514</w:t>
        <w:br/>
        <w:t>vt 0.260122 0.464425</w:t>
        <w:br/>
        <w:t>vt 0.704388 0.106005</w:t>
        <w:br/>
        <w:t>vt 0.709282 0.105950</w:t>
        <w:br/>
        <w:t>vt 0.565043 0.453055</w:t>
        <w:br/>
        <w:t>vt 0.735453 0.107487</w:t>
        <w:br/>
        <w:t>vt 0.734647 0.100506</w:t>
        <w:br/>
        <w:t>vt 0.563009 0.458534</w:t>
        <w:br/>
        <w:t>vt 0.552651 0.456428</w:t>
        <w:br/>
        <w:t>vt 0.550289 0.457851</w:t>
        <w:br/>
        <w:t>vt 0.470025 0.090212</w:t>
        <w:br/>
        <w:t>vt 0.471064 0.114147</w:t>
        <w:br/>
        <w:t>vt 0.462773 0.114146</w:t>
        <w:br/>
        <w:t>vt 0.459573 0.091517</w:t>
        <w:br/>
        <w:t>vt 0.480776 0.088858</w:t>
        <w:br/>
        <w:t>vt 0.476076 0.114146</w:t>
        <w:br/>
        <w:t>vt 0.431059 0.093024</w:t>
        <w:br/>
        <w:t>vt 0.598475 0.091760</w:t>
        <w:br/>
        <w:t>vt 0.596601 0.099284</w:t>
        <w:br/>
        <w:t>vt 0.713618 0.105071</w:t>
        <w:br/>
        <w:t>vt 0.752754 0.104499</w:t>
        <w:br/>
        <w:t>vt 0.750576 0.110552</w:t>
        <w:br/>
        <w:t>vt 0.751363 0.114146</w:t>
        <w:br/>
        <w:t>vt 0.750576 0.110552</w:t>
        <w:br/>
        <w:t>vt 0.724257 0.103542</w:t>
        <w:br/>
        <w:t>vt 0.718666 0.106026</w:t>
        <w:br/>
        <w:t>vt 0.718018 0.104106</w:t>
        <w:br/>
        <w:t>vt 0.723850 0.102133</w:t>
        <w:br/>
        <w:t>vt 0.594829 0.114146</w:t>
        <w:br/>
        <w:t>vt 0.596601 0.099284</w:t>
        <w:br/>
        <w:t>vt 0.417822 0.305258</w:t>
        <w:br/>
        <w:t>vt 0.409054 0.334640</w:t>
        <w:br/>
        <w:t>vt 0.430096 0.327989</w:t>
        <w:br/>
        <w:t>vt 0.436507 0.305258</w:t>
        <w:br/>
        <w:t>vt 0.445867 0.321606</w:t>
        <w:br/>
        <w:t>vt 0.454671 0.305258</w:t>
        <w:br/>
        <w:t>vt 0.447733 0.305258</w:t>
        <w:br/>
        <w:t>vt 0.469241 0.317511</w:t>
        <w:br/>
        <w:t>vt 0.480003 0.317888</w:t>
        <w:br/>
        <w:t>vt 0.471830 0.305258</w:t>
        <w:br/>
        <w:t>vt 0.463091 0.305258</w:t>
        <w:br/>
        <w:t>vt 0.506434 0.316211</w:t>
        <w:br/>
        <w:t>vt 0.514718 0.314301</w:t>
        <w:br/>
        <w:t>vt 0.507951 0.305258</w:t>
        <w:br/>
        <w:t>vt 0.523697 0.312230</w:t>
        <w:br/>
        <w:t>vt 0.518659 0.305258</w:t>
        <w:br/>
        <w:t>vt 0.391514 0.333127</w:t>
        <w:br/>
        <w:t>vt 0.398412 0.305258</w:t>
        <w:br/>
        <w:t>vt 0.373709 0.305258</w:t>
        <w:br/>
        <w:t>vt 0.365867 0.323381</w:t>
        <w:br/>
        <w:t>vt 0.344546 0.305258</w:t>
        <w:br/>
        <w:t>vt 0.570364 0.305258</w:t>
        <w:br/>
        <w:t>vt 0.561505 0.306970</w:t>
        <w:br/>
        <w:t>vt 0.562615 0.308399</w:t>
        <w:br/>
        <w:t>vt 0.785596 0.945522</w:t>
        <w:br/>
        <w:t>vt 0.782671 0.951418</w:t>
        <w:br/>
        <w:t>vt 0.797164 0.950678</w:t>
        <w:br/>
        <w:t>vt 0.781234 0.956706</w:t>
        <w:br/>
        <w:t>vt 0.797961 0.956281</w:t>
        <w:br/>
        <w:t>vt 0.810383 0.827597</w:t>
        <w:br/>
        <w:t>vt 0.807488 0.799591</w:t>
        <w:br/>
        <w:t>vt 0.795962 0.800512</w:t>
        <w:br/>
        <w:t>vt 0.794729 0.828194</w:t>
        <w:br/>
        <w:t>vt 0.796430 0.780438</w:t>
        <w:br/>
        <w:t>vt 0.805843 0.779164</w:t>
        <w:br/>
        <w:t>vt 0.849385 0.880859</w:t>
        <w:br/>
        <w:t>vt 0.845952 0.865398</w:t>
        <w:br/>
        <w:t>vt 0.835981 0.883365</w:t>
        <w:br/>
        <w:t>vt 0.787343 0.889892</w:t>
        <w:br/>
        <w:t>vt 0.778413 0.887968</w:t>
        <w:br/>
        <w:t>vt 0.778413 0.894253</w:t>
        <w:br/>
        <w:t>vt 0.786704 0.895429</w:t>
        <w:br/>
        <w:t>vt 0.778413 0.901952</w:t>
        <w:br/>
        <w:t>vt 0.778413 0.910170</w:t>
        <w:br/>
        <w:t>vt 0.785113 0.908750</w:t>
        <w:br/>
        <w:t>vt 0.785945 0.901257</w:t>
        <w:br/>
        <w:t>vt 0.812908 0.900209</w:t>
        <w:br/>
        <w:t>vt 0.809315 0.907734</w:t>
        <w:br/>
        <w:t>vt 0.819139 0.908111</w:t>
        <w:br/>
        <w:t>vt 0.778413 0.951051</w:t>
        <w:br/>
        <w:t>vt 0.799917 0.959055</w:t>
        <w:br/>
        <w:t>vt 0.803967 0.953308</w:t>
        <w:br/>
        <w:t>vt 0.797961 0.956281</w:t>
        <w:br/>
        <w:t>vt 0.778413 0.955261</w:t>
        <w:br/>
        <w:t>vt 0.791997 0.963248</w:t>
        <w:br/>
        <w:t>vt 0.792802 0.965435</w:t>
        <w:br/>
        <w:t>vt 0.794729 0.828194</w:t>
        <w:br/>
        <w:t>vt 0.778413 0.820315</w:t>
        <w:br/>
        <w:t>vt 0.778413 0.842585</w:t>
        <w:br/>
        <w:t>vt 0.791480 0.851582</w:t>
        <w:br/>
        <w:t>vt 0.844314 0.848419</w:t>
        <w:br/>
        <w:t>vt 0.836980 0.868517</w:t>
        <w:br/>
        <w:t>vt 0.782369 0.988927</w:t>
        <w:br/>
        <w:t>vt 0.779577 0.988119</w:t>
        <w:br/>
        <w:t>vt 0.778413 0.995531</w:t>
        <w:br/>
        <w:t>vt 0.778413 0.877547</w:t>
        <w:br/>
        <w:t>vt 0.788011 0.881404</w:t>
        <w:br/>
        <w:t>vt 0.789567 0.869054</w:t>
        <w:br/>
        <w:t>vt 0.823794 0.824522</w:t>
        <w:br/>
        <w:t>vt 0.835011 0.820238</w:t>
        <w:br/>
        <w:t>vt 0.828920 0.791906</w:t>
        <w:br/>
        <w:t>vt 0.778413 0.860369</w:t>
        <w:br/>
        <w:t>vt 0.824716 0.772160</w:t>
        <w:br/>
        <w:t>vt 0.816351 0.775454</w:t>
        <w:br/>
        <w:t>vt 0.819613 0.796257</w:t>
        <w:br/>
        <w:t>vt 0.802907 0.951828</w:t>
        <w:br/>
        <w:t>vt 0.512190 0.320096</w:t>
        <w:br/>
        <w:t>vt 0.524080 0.319431</w:t>
        <w:br/>
        <w:t>vt 0.506183 0.320772</w:t>
        <w:br/>
        <w:t>vt 0.465973 0.345459</w:t>
        <w:br/>
        <w:t>vt 0.457967 0.319824</w:t>
        <w:br/>
        <w:t>vt 0.440710 0.356709</w:t>
        <w:br/>
        <w:t>vt 0.455605 0.350260</w:t>
        <w:br/>
        <w:t>vt 0.409457 0.360263</w:t>
        <w:br/>
        <w:t>vt 0.425537 0.358258</w:t>
        <w:br/>
        <w:t>vt 0.392874 0.354213</w:t>
        <w:br/>
        <w:t>vt 0.365803 0.341640</w:t>
        <w:br/>
        <w:t>vt 0.340408 0.314933</w:t>
        <w:br/>
        <w:t>vt 0.340631 0.329650</w:t>
        <w:br/>
        <w:t>vt 0.784897 0.923284</w:t>
        <w:br/>
        <w:t>vt 0.778413 0.931684</w:t>
        <w:br/>
        <w:t>vt 0.785471 0.932966</w:t>
        <w:br/>
        <w:t>vt 0.498880 0.314852</w:t>
        <w:br/>
        <w:t>vt 0.485509 0.305258</w:t>
        <w:br/>
        <w:t>vt 0.494074 0.316149</w:t>
        <w:br/>
        <w:t>vt 0.499760 0.321224</w:t>
        <w:br/>
        <w:t>vt 0.502786 0.320349</w:t>
        <w:br/>
        <w:t>vt 0.803762 0.945801</w:t>
        <w:br/>
        <w:t>vt 0.807231 0.946489</w:t>
        <w:br/>
        <w:t>vt 0.804306 0.942173</w:t>
        <w:br/>
        <w:t>vt 0.801484 0.941097</w:t>
        <w:br/>
        <w:t>vt 0.795156 0.941932</w:t>
        <w:br/>
        <w:t>vt 0.794888 0.936105</w:t>
        <w:br/>
        <w:t>vt 0.498880 0.314852</w:t>
        <w:br/>
        <w:t>vt 0.503460 0.316944</w:t>
        <w:br/>
        <w:t>vt 0.494822 0.305258</w:t>
        <w:br/>
        <w:t>vt 0.778413 0.938316</w:t>
        <w:br/>
        <w:t>vt 0.785354 0.938910</w:t>
        <w:br/>
        <w:t>vt 0.804223 0.948475</w:t>
        <w:br/>
        <w:t>vt 0.502786 0.320349</w:t>
        <w:br/>
        <w:t>vt 0.503971 0.320587</w:t>
        <w:br/>
        <w:t>vt 0.803517 0.917384</w:t>
        <w:br/>
        <w:t>vt 0.806320 0.922258</w:t>
        <w:br/>
        <w:t>vt 0.811927 0.916038</w:t>
        <w:br/>
        <w:t>vt 0.778413 0.995531</w:t>
        <w:br/>
        <w:t>vt 0.779577 0.988119</w:t>
        <w:br/>
        <w:t>vt 0.778413 0.987949</w:t>
        <w:br/>
        <w:t>vt 0.555431 0.308373</w:t>
        <w:br/>
        <w:t>vt 0.549160 0.309247</w:t>
        <w:br/>
        <w:t>vt 0.551460 0.312937</w:t>
        <w:br/>
        <w:t>vt 0.557241 0.310961</w:t>
        <w:br/>
        <w:t>vt 0.557241 0.310961</w:t>
        <w:br/>
        <w:t>vt 0.551460 0.312937</w:t>
        <w:br/>
        <w:t>vt 0.552099 0.314989</w:t>
        <w:br/>
        <w:t>vt 0.557587 0.312610</w:t>
        <w:br/>
        <w:t>vt 0.780267 0.982209</w:t>
        <w:br/>
        <w:t>vt 0.784943 0.983846</w:t>
        <w:br/>
        <w:t>vt 0.786491 0.979568</w:t>
        <w:br/>
        <w:t>vt 0.780520 0.976332</w:t>
        <w:br/>
        <w:t>vt 0.780520 0.976332</w:t>
        <w:br/>
        <w:t>vt 0.778413 0.975888</w:t>
        <w:br/>
        <w:t>vt 0.778413 0.982366</w:t>
        <w:br/>
        <w:t>vt 0.780267 0.982209</w:t>
        <w:br/>
        <w:t>vt 0.524386 0.305258</w:t>
        <w:br/>
        <w:t>vt 0.532250 0.308763</w:t>
        <w:br/>
        <w:t>vt 0.530891 0.305258</w:t>
        <w:br/>
        <w:t>vt 0.533793 0.316445</w:t>
        <w:br/>
        <w:t>vt 0.524080 0.319431</w:t>
        <w:br/>
        <w:t>vt 0.531646 0.318403</w:t>
        <w:br/>
        <w:t>vt 0.791997 0.963248</w:t>
        <w:br/>
        <w:t>vt 0.780719 0.960328</w:t>
        <w:br/>
        <w:t>vt 0.778413 0.960198</w:t>
        <w:br/>
        <w:t>vt 0.780719 0.960328</w:t>
        <w:br/>
        <w:t>vt 0.562615 0.308399</w:t>
        <w:br/>
        <w:t>vt 0.563007 0.309377</w:t>
        <w:br/>
        <w:t>vt 0.570364 0.305258</w:t>
        <w:br/>
        <w:t>vt 0.788944 0.967222</w:t>
        <w:br/>
        <w:t>vt 0.780757 0.966934</w:t>
        <w:br/>
        <w:t>vt 0.787520 0.972091</w:t>
        <w:br/>
        <w:t>vt 0.540782 0.318151</w:t>
        <w:br/>
        <w:t>vt 0.541785 0.315432</w:t>
        <w:br/>
        <w:t>vt 0.778413 0.967258</w:t>
        <w:br/>
        <w:t>vt 0.780757 0.966934</w:t>
        <w:br/>
        <w:t>vt 0.832567 0.907023</w:t>
        <w:br/>
        <w:t>vt 0.842659 0.894309</w:t>
        <w:br/>
        <w:t>vt 0.832036 0.893044</w:t>
        <w:br/>
        <w:t>vt 0.825963 0.900930</w:t>
        <w:br/>
        <w:t>vt 0.813865 0.854535</w:t>
        <w:br/>
        <w:t>vt 0.833894 0.852020</w:t>
        <w:br/>
        <w:t>vt 0.795962 0.800512</w:t>
        <w:br/>
        <w:t>vt 0.323354 0.325825</w:t>
        <w:br/>
        <w:t>vt 0.322937 0.314334</w:t>
        <w:br/>
        <w:t>vt 0.340408 0.314933</w:t>
        <w:br/>
        <w:t>vt 0.325521 0.305258</w:t>
        <w:br/>
        <w:t>vt 0.322937 0.314334</w:t>
        <w:br/>
        <w:t>vt 0.796430 0.780438</w:t>
        <w:br/>
        <w:t>vt 0.778413 0.775887</w:t>
        <w:br/>
        <w:t>vt 0.778413 0.793417</w:t>
        <w:br/>
        <w:t>vt 0.810889 0.758065</w:t>
        <w:br/>
        <w:t>vt 0.801724 0.760268</w:t>
        <w:br/>
        <w:t>vt 0.307955 0.305258</w:t>
        <w:br/>
        <w:t>vt 0.306041 0.313498</w:t>
        <w:br/>
        <w:t>vt 0.794705 0.761013</w:t>
        <w:br/>
        <w:t>vt 0.778413 0.760299</w:t>
        <w:br/>
        <w:t>vt 0.819664 0.755726</w:t>
        <w:br/>
        <w:t>vt 0.794705 0.761013</w:t>
        <w:br/>
        <w:t>vt 0.307639 0.324308</w:t>
        <w:br/>
        <w:t>vt 0.306041 0.313498</w:t>
        <w:br/>
        <w:t>vt 0.778413 0.916341</w:t>
        <w:br/>
        <w:t>vt 0.784835 0.915032</w:t>
        <w:br/>
        <w:t>vt 0.487876 0.317018</w:t>
        <w:br/>
        <w:t>vt 0.485414 0.333821</w:t>
        <w:br/>
        <w:t>vt 0.494043 0.325250</w:t>
        <w:br/>
        <w:t>vt 0.806992 0.926360</w:t>
        <w:br/>
        <w:t>vt 0.806320 0.922258</w:t>
        <w:br/>
        <w:t>vt 0.800923 0.931712</w:t>
        <w:br/>
        <w:t>vt 0.813850 0.741623</w:t>
        <w:br/>
        <w:t>vt 0.801821 0.734682</w:t>
        <w:br/>
        <w:t>vt 0.805379 0.744179</w:t>
        <w:br/>
        <w:t>vt 0.797963 0.746777</w:t>
        <w:br/>
        <w:t>vt 0.796387 0.734776</w:t>
        <w:br/>
        <w:t>vt 0.792063 0.734681</w:t>
        <w:br/>
        <w:t>vt 0.792104 0.747344</w:t>
        <w:br/>
        <w:t>vt 0.778413 0.732116</w:t>
        <w:br/>
        <w:t>vt 0.275728 0.305258</w:t>
        <w:br/>
        <w:t>vt 0.276440 0.313228</w:t>
        <w:br/>
        <w:t>vt 0.289025 0.313580</w:t>
        <w:br/>
        <w:t>vt 0.290991 0.305258</w:t>
        <w:br/>
        <w:t>vt 0.282466 0.323874</w:t>
        <w:br/>
        <w:t>vt 0.292657 0.323006</w:t>
        <w:br/>
        <w:t>vt 0.803618 0.725363</w:t>
        <w:br/>
        <w:t>vt 0.803458 0.718801</w:t>
        <w:br/>
        <w:t>vt 0.798694 0.720563</w:t>
        <w:br/>
        <w:t>vt 0.798597 0.726234</w:t>
        <w:br/>
        <w:t>vt 0.795332 0.724751</w:t>
        <w:br/>
        <w:t>vt 0.798597 0.726234</w:t>
        <w:br/>
        <w:t>vt 0.798694 0.720563</w:t>
        <w:br/>
        <w:t>vt 0.794872 0.718652</w:t>
        <w:br/>
        <w:t>vt 0.790203 0.722756</w:t>
        <w:br/>
        <w:t>vt 0.795332 0.724751</w:t>
        <w:br/>
        <w:t>vt 0.794872 0.718652</w:t>
        <w:br/>
        <w:t>vt 0.788873 0.715078</w:t>
        <w:br/>
        <w:t>vt 0.778413 0.720748</w:t>
        <w:br/>
        <w:t>vt 0.778413 0.710066</w:t>
        <w:br/>
        <w:t>vt 0.263874 0.305258</w:t>
        <w:br/>
        <w:t>vt 0.252811 0.305258</w:t>
        <w:br/>
        <w:t>vt 0.256172 0.312437</w:t>
        <w:br/>
        <w:t>vt 0.266965 0.312473</w:t>
        <w:br/>
        <w:t>vt 0.266406 0.325688</w:t>
        <w:br/>
        <w:t>vt 0.273578 0.325410</w:t>
        <w:br/>
        <w:t>vt 0.794106 0.709653</w:t>
        <w:br/>
        <w:t>vt 0.799588 0.712764</w:t>
        <w:br/>
        <w:t>vt 0.801982 0.695039</w:t>
        <w:br/>
        <w:t>vt 0.794207 0.688598</w:t>
        <w:br/>
        <w:t>vt 0.804535 0.711215</w:t>
        <w:br/>
        <w:t>vt 0.811282 0.695269</w:t>
        <w:br/>
        <w:t>vt 0.801982 0.695039</w:t>
        <w:br/>
        <w:t>vt 0.799588 0.712764</w:t>
        <w:br/>
        <w:t>vt 0.245921 0.313506</w:t>
        <w:br/>
        <w:t>vt 0.223428 0.316060</w:t>
        <w:br/>
        <w:t>vt 0.235466 0.327632</w:t>
        <w:br/>
        <w:t>vt 0.257428 0.325748</w:t>
        <w:br/>
        <w:t>vt 0.241228 0.305258</w:t>
        <w:br/>
        <w:t>vt 0.215278 0.305258</w:t>
        <w:br/>
        <w:t>vt 0.778413 0.699291</w:t>
        <w:br/>
        <w:t>vt 0.786184 0.704779</w:t>
        <w:br/>
        <w:t>vt 0.782907 0.680517</w:t>
        <w:br/>
        <w:t>vt 0.778413 0.676415</w:t>
        <w:br/>
        <w:t>vt 0.257428 0.325748</w:t>
        <w:br/>
        <w:t>vt 0.807623 0.732976</w:t>
        <w:br/>
        <w:t>vt 0.778413 0.745564</w:t>
        <w:br/>
        <w:t>vt 0.501947 0.305258</w:t>
        <w:br/>
        <w:t>vt 0.778413 0.942961</w:t>
        <w:br/>
        <w:t>vt 0.785596 0.945522</w:t>
        <w:br/>
        <w:t>vt 0.795985 0.945637</w:t>
        <w:br/>
        <w:t>vt 0.806684 0.949679</w:t>
        <w:br/>
        <w:t>vt 0.802907 0.951828</w:t>
        <w:br/>
        <w:t>vt 0.485509 0.305258</w:t>
        <w:br/>
        <w:t>vt 0.478339 0.305258</w:t>
        <w:br/>
        <w:t>vt 0.494074 0.316149</w:t>
        <w:br/>
        <w:t>vt 0.778413 0.923102</w:t>
        <w:br/>
        <w:t>vt 0.803556 0.934721</w:t>
        <w:br/>
        <w:t>vt 0.799594 0.855295</w:t>
        <w:br/>
        <w:t>vt 0.816100 0.883484</w:t>
        <w:br/>
        <w:t>vt 0.800325 0.871509</w:t>
        <w:br/>
        <w:t>vt 0.799103 0.882962</w:t>
        <w:br/>
        <w:t>vt 0.799027 0.897681</w:t>
        <w:br/>
        <w:t>vt 0.799196 0.891552</w:t>
        <w:br/>
        <w:t>vt 0.796058 0.912283</w:t>
        <w:br/>
        <w:t>vt 0.798058 0.904165</w:t>
        <w:br/>
        <w:t>vt 0.794440 0.920175</w:t>
        <w:br/>
        <w:t>vt 0.791485 0.929328</w:t>
        <w:br/>
        <w:t>vt 0.798151 0.925496</w:t>
        <w:br/>
        <w:t>vt 0.800923 0.931712</w:t>
        <w:br/>
        <w:t>vt 0.815499 0.870659</w:t>
        <w:br/>
        <w:t>vt 0.835981 0.883365</w:t>
        <w:br/>
        <w:t>vt 0.815445 0.891846</w:t>
        <w:br/>
        <w:t>vt 0.825963 0.900930</w:t>
        <w:br/>
        <w:t>vt 0.832036 0.893044</w:t>
        <w:br/>
        <w:t>vt 0.819139 0.908111</w:t>
        <w:br/>
        <w:t>vt 0.824073 0.914374</w:t>
        <w:br/>
        <w:t>vt 0.832567 0.907023</w:t>
        <w:br/>
        <w:t>vt 0.803762 0.945801</w:t>
        <w:br/>
        <w:t>vt 0.801484 0.941097</w:t>
        <w:br/>
        <w:t>vt 0.794888 0.936105</w:t>
        <w:br/>
        <w:t>vt 0.804223 0.948475</w:t>
        <w:br/>
        <w:t>vt 0.778413 0.942961</w:t>
        <w:br/>
        <w:t>vt 0.781234 0.956706</w:t>
        <w:br/>
        <w:t>vt 0.791997 0.963248</w:t>
        <w:br/>
        <w:t>vt 0.788944 0.967222</w:t>
        <w:br/>
        <w:t>vt 0.788944 0.967222</w:t>
        <w:br/>
        <w:t>vt 0.806992 0.926360</w:t>
        <w:br/>
        <w:t>vt 0.539055 0.309548</w:t>
        <w:br/>
        <w:t>vt 0.538581 0.305258</w:t>
        <w:br/>
        <w:t>vt 0.555431 0.305258</w:t>
        <w:br/>
        <w:t>vt 0.548250 0.305258</w:t>
        <w:br/>
        <w:t>vt 0.541785 0.315432</w:t>
        <w:br/>
        <w:t>vt 0.561753 0.305258</w:t>
        <w:br/>
        <w:t>vt 0.477450 0.339067</w:t>
        <w:br/>
        <w:t>vt 0.811927 0.916038</w:t>
        <w:br/>
        <w:t>vt 0.814056 0.921931</w:t>
        <w:br/>
        <w:t>vt 0.887877 0.773781</w:t>
        <w:br/>
        <w:t>vt 0.868917 0.773115</w:t>
        <w:br/>
        <w:t>vt 0.866354 0.759097</w:t>
        <w:br/>
        <w:t>vt 0.887877 0.755950</w:t>
        <w:br/>
        <w:t>vt 0.887877 0.783797</w:t>
        <w:br/>
        <w:t>vt 0.887877 0.793106</w:t>
        <w:br/>
        <w:t>vt 0.870837 0.781854</w:t>
        <w:br/>
        <w:t>vt 0.887877 0.817159</w:t>
        <w:br/>
        <w:t>vt 0.876859 0.818835</w:t>
        <w:br/>
        <w:t>vt 0.876787 0.808997</w:t>
        <w:br/>
        <w:t>vt 0.887877 0.805160</w:t>
        <w:br/>
        <w:t>vt 0.887877 0.850600</w:t>
        <w:br/>
        <w:t>vt 0.878791 0.858147</w:t>
        <w:br/>
        <w:t>vt 0.874908 0.849195</w:t>
        <w:br/>
        <w:t>vt 0.887877 0.858267</w:t>
        <w:br/>
        <w:t>vt 0.880841 0.870030</w:t>
        <w:br/>
        <w:t>vt 0.867566 0.707628</w:t>
        <w:br/>
        <w:t>vt 0.887877 0.709531</w:t>
        <w:br/>
        <w:t>vt 0.887877 0.735820</w:t>
        <w:br/>
        <w:t>vt 0.864899 0.740515</w:t>
        <w:br/>
        <w:t>vt 0.887877 0.681736</w:t>
        <w:br/>
        <w:t>vt 0.873726 0.679034</w:t>
        <w:br/>
        <w:t>vt 0.887877 0.893361</w:t>
        <w:br/>
        <w:t>vt 0.882509 0.895461</w:t>
        <w:br/>
        <w:t>vt 0.882308 0.883861</w:t>
        <w:br/>
        <w:t>vt 0.887877 0.881206</w:t>
        <w:br/>
        <w:t>vt 0.015603 0.393546</w:t>
        <w:br/>
        <w:t>vt 0.028475 0.397253</w:t>
        <w:br/>
        <w:t>vt 0.027543 0.387809</w:t>
        <w:br/>
        <w:t>vt 0.010036 0.406001</w:t>
        <w:br/>
        <w:t>vt 0.029513 0.409131</w:t>
        <w:br/>
        <w:t>vt 0.039371 0.232449</w:t>
        <w:br/>
        <w:t>vt 0.036874 0.206859</w:t>
        <w:br/>
        <w:t>vt 0.024264 0.208896</w:t>
        <w:br/>
        <w:t>vt 0.025377 0.234038</w:t>
        <w:br/>
        <w:t>vt 0.028222 0.420326</w:t>
        <w:br/>
        <w:t>vt 0.010036 0.424953</w:t>
        <w:br/>
        <w:t>vt 0.018402 0.430022</w:t>
        <w:br/>
        <w:t>vt 0.022997 0.188431</w:t>
        <w:br/>
        <w:t>vt 0.034325 0.187588</w:t>
        <w:br/>
        <w:t>vt 0.849356 0.782195</w:t>
        <w:br/>
        <w:t>vt 0.849445 0.767509</w:t>
        <w:br/>
        <w:t>vt 0.854972 0.777582</w:t>
        <w:br/>
        <w:t>vt 0.045270 0.302844</w:t>
        <w:br/>
        <w:t>vt 0.043586 0.315178</w:t>
        <w:br/>
        <w:t>vt 0.049719 0.311289</w:t>
        <w:br/>
        <w:t>vt 0.053026 0.298245</w:t>
        <w:br/>
        <w:t>vt 0.041501 0.332215</w:t>
        <w:br/>
        <w:t>vt 0.036993 0.346376</w:t>
        <w:br/>
        <w:t>vt 0.044124 0.346392</w:t>
        <w:br/>
        <w:t>vt 0.048479 0.329333</w:t>
        <w:br/>
        <w:t>vt 0.860806 0.822881</w:t>
        <w:br/>
        <w:t>vt 0.851801 0.812268</w:t>
        <w:br/>
        <w:t>vt 0.858723 0.811087</w:t>
        <w:br/>
        <w:t>vt 0.027543 0.387809</w:t>
        <w:br/>
        <w:t>vt 0.028475 0.397253</w:t>
        <w:br/>
        <w:t>vt 0.033751 0.398601</w:t>
        <w:br/>
        <w:t>vt 0.866023 0.859225</w:t>
        <w:br/>
        <w:t>vt 0.869274 0.851624</w:t>
        <w:br/>
        <w:t>vt 0.868807 0.861915</w:t>
        <w:br/>
        <w:t>vt 0.029513 0.409131</w:t>
        <w:br/>
        <w:t>vt 0.032866 0.412263</w:t>
        <w:br/>
        <w:t>vt 0.866820 0.873402</w:t>
        <w:br/>
        <w:t>vt 0.870817 0.874129</w:t>
        <w:br/>
        <w:t>vt 0.036053 0.256785</w:t>
        <w:br/>
        <w:t>vt 0.055071 0.249719</w:t>
        <w:br/>
        <w:t>vt 0.052281 0.226803</w:t>
        <w:br/>
        <w:t>vt 0.844727 0.770226</w:t>
        <w:br/>
        <w:t>vt 0.845635 0.750050</w:t>
        <w:br/>
        <w:t>vt 0.028222 0.420326</w:t>
        <w:br/>
        <w:t>vt 0.018402 0.430022</w:t>
        <w:br/>
        <w:t>vt 0.019834 0.430960</w:t>
        <w:br/>
        <w:t>vt 0.875692 0.898956</w:t>
        <w:br/>
        <w:t>vt 0.874506 0.886803</w:t>
        <w:br/>
        <w:t>vt 0.877703 0.898772</w:t>
        <w:br/>
        <w:t>vt 0.040648 0.273643</w:t>
        <w:br/>
        <w:t>vt 0.045796 0.290598</w:t>
        <w:br/>
        <w:t>vt 0.053149 0.286226</w:t>
        <w:br/>
        <w:t>vt 0.055536 0.268740</w:t>
        <w:br/>
        <w:t>vt 0.847679 0.713369</w:t>
        <w:br/>
        <w:t>vt 0.833164 0.711080</w:t>
        <w:br/>
        <w:t>vt 0.857703 0.679604</w:t>
        <w:br/>
        <w:t>vt 0.847065 0.677718</w:t>
        <w:br/>
        <w:t>vt 0.855119 0.657009</w:t>
        <w:br/>
        <w:t>vt 0.863617 0.659522</w:t>
        <w:br/>
        <w:t>vt 0.010036 0.188030</w:t>
        <w:br/>
        <w:t>vt 0.010036 0.208836</w:t>
        <w:br/>
        <w:t>vt 0.010036 0.236531</w:t>
        <w:br/>
        <w:t>vt 0.010036 0.397749</w:t>
        <w:br/>
        <w:t>vt 0.870817 0.874129</w:t>
        <w:br/>
        <w:t>vt 0.868807 0.861915</w:t>
        <w:br/>
        <w:t>vt 0.869274 0.851624</w:t>
        <w:br/>
        <w:t>vt 0.859046 0.794755</w:t>
        <w:br/>
        <w:t>vt 0.856990 0.784593</w:t>
        <w:br/>
        <w:t>vt 0.874232 0.791027</w:t>
        <w:br/>
        <w:t>vt 0.849445 0.767509</w:t>
        <w:br/>
        <w:t>vt 0.845635 0.750050</w:t>
        <w:br/>
        <w:t>vt 0.857703 0.679604</w:t>
        <w:br/>
        <w:t>vt 0.873726 0.679034</w:t>
        <w:br/>
        <w:t>vt 0.847679 0.713369</w:t>
        <w:br/>
        <w:t>vt 0.034501 0.371381</w:t>
        <w:br/>
        <w:t>vt 0.041667 0.374029</w:t>
        <w:br/>
        <w:t>vt 0.036571 0.359457</w:t>
        <w:br/>
        <w:t>vt 0.877946 0.836439</w:t>
        <w:br/>
        <w:t>vt 0.887877 0.829161</w:t>
        <w:br/>
        <w:t>vt 0.876606 0.844181</w:t>
        <w:br/>
        <w:t>vt 0.871247 0.845762</w:t>
        <w:br/>
        <w:t>vt 0.870018 0.840321</w:t>
        <w:br/>
        <w:t>vt 0.869757 0.844441</w:t>
        <w:br/>
        <w:t>vt 0.867459 0.839144</w:t>
        <w:br/>
        <w:t>vt 0.019454 0.372261</w:t>
        <w:br/>
        <w:t>vt 0.017089 0.381281</w:t>
        <w:br/>
        <w:t>vt 0.887877 0.839539</w:t>
        <w:br/>
        <w:t>vt 0.874622 0.846728</w:t>
        <w:br/>
        <w:t>vt 0.037935 0.381858</w:t>
        <w:br/>
        <w:t>vt 0.030826 0.379037</w:t>
        <w:br/>
        <w:t>vt 0.868956 0.846732</w:t>
        <w:br/>
        <w:t>vt 0.870497 0.848428</w:t>
        <w:br/>
        <w:t>vt 0.871247 0.845762</w:t>
        <w:br/>
        <w:t>vt 0.887877 0.921662</w:t>
        <w:br/>
        <w:t>vt 0.884411 0.907925</w:t>
        <w:br/>
        <w:t>vt 0.887877 0.907085</w:t>
        <w:br/>
        <w:t>vt 0.882381 0.909891</w:t>
        <w:br/>
        <w:t>vt 0.887877 0.921662</w:t>
        <w:br/>
        <w:t>vt 0.881230 0.909967</w:t>
        <w:br/>
        <w:t>vt 0.882381 0.909891</w:t>
        <w:br/>
        <w:t>vt 0.010036 0.453863</w:t>
        <w:br/>
        <w:t>vt 0.014976 0.440243</w:t>
        <w:br/>
        <w:t>vt 0.010036 0.440982</w:t>
        <w:br/>
        <w:t>vt 0.015757 0.440912</w:t>
        <w:br/>
        <w:t>vt 0.014976 0.440243</w:t>
        <w:br/>
        <w:t>vt 0.010036 0.453863</w:t>
        <w:br/>
        <w:t>vt 0.887877 0.881206</w:t>
        <w:br/>
        <w:t>vt 0.887877 0.869141</w:t>
        <w:br/>
        <w:t>vt 0.871780 0.884752</w:t>
        <w:br/>
        <w:t>vt 0.874506 0.886803</w:t>
        <w:br/>
        <w:t>vt 0.010036 0.417800</w:t>
        <w:br/>
        <w:t>vt 0.028222 0.420326</w:t>
        <w:br/>
        <w:t>vt 0.029725 0.424975</w:t>
        <w:br/>
        <w:t>vt 0.010036 0.432361</w:t>
        <w:br/>
        <w:t>vt 0.877703 0.898772</w:t>
        <w:br/>
        <w:t>vt 0.852606 0.799377</w:t>
        <w:br/>
        <w:t>vt 0.851962 0.789648</w:t>
        <w:br/>
        <w:t>vt 0.010036 0.265435</w:t>
        <w:br/>
        <w:t>vt 0.867566 0.707628</w:t>
        <w:br/>
        <w:t>vt 0.036874 0.206859</w:t>
        <w:br/>
        <w:t>vt 0.876962 0.660954</w:t>
        <w:br/>
        <w:t>vt 0.887877 0.663177</w:t>
        <w:br/>
        <w:t>vt 0.876962 0.660954</w:t>
        <w:br/>
        <w:t>vt 0.034325 0.187588</w:t>
        <w:br/>
        <w:t>vt 0.055967 0.200404</w:t>
        <w:br/>
        <w:t>vt 0.053162 0.180905</w:t>
        <w:br/>
        <w:t>vt 0.022796 0.168160</w:t>
        <w:br/>
        <w:t>vt 0.010036 0.167664</w:t>
        <w:br/>
        <w:t>vt 0.887877 0.645464</w:t>
        <w:br/>
        <w:t>vt 0.878693 0.643241</w:t>
        <w:br/>
        <w:t>vt 0.030577 0.167692</w:t>
        <w:br/>
        <w:t>vt 0.047493 0.162003</w:t>
        <w:br/>
        <w:t>vt 0.867192 0.643694</w:t>
        <w:br/>
        <w:t>vt 0.858526 0.640810</w:t>
        <w:br/>
        <w:t>vt 0.030577 0.167692</w:t>
        <w:br/>
        <w:t>vt 0.878693 0.643241</w:t>
        <w:br/>
        <w:t>vt 0.035565 0.351807</w:t>
        <w:br/>
        <w:t>vt 0.043459 0.353987</w:t>
        <w:br/>
        <w:t>vt 0.876859 0.818835</w:t>
        <w:br/>
        <w:t>vt 0.887877 0.817159</w:t>
        <w:br/>
        <w:t>vt 0.877893 0.827233</w:t>
        <w:br/>
        <w:t>vt 0.860806 0.822881</w:t>
        <w:br/>
        <w:t>vt 0.866088 0.832248</w:t>
        <w:br/>
        <w:t>vt 0.862004 0.830036</w:t>
        <w:br/>
        <w:t>vt 0.852917 0.821472</w:t>
        <w:br/>
        <w:t>vt 0.860722 0.627680</w:t>
        <w:br/>
        <w:t>vt 0.862270 0.618642</w:t>
        <w:br/>
        <w:t>vt 0.869124 0.629642</w:t>
        <w:br/>
        <w:t>vt 0.020902 0.148983</w:t>
        <w:br/>
        <w:t>vt 0.018024 0.130598</w:t>
        <w:br/>
        <w:t>vt 0.010036 0.132682</w:t>
        <w:br/>
        <w:t>vt 0.010036 0.148392</w:t>
        <w:br/>
        <w:t>vt 0.020902 0.148983</w:t>
        <w:br/>
        <w:t>vt 0.027856 0.148527</w:t>
        <w:br/>
        <w:t>vt 0.025161 0.128581</w:t>
        <w:br/>
        <w:t>vt 0.018024 0.130598</w:t>
        <w:br/>
        <w:t>vt 0.042231 0.120510</w:t>
        <w:br/>
        <w:t>vt 0.879023 0.626017</w:t>
        <w:br/>
        <w:t>vt 0.879916 0.613415</w:t>
        <w:br/>
        <w:t>vt 0.887877 0.612668</w:t>
        <w:br/>
        <w:t>vt 0.887877 0.628515</w:t>
        <w:br/>
        <w:t>vt 0.868429 0.619499</w:t>
        <w:br/>
        <w:t>vt 0.868479 0.609965</w:t>
        <w:br/>
        <w:t>vt 0.863202 0.609821</w:t>
        <w:br/>
        <w:t>vt 0.864686 0.603885</w:t>
        <w:br/>
        <w:t>vt 0.869592 0.602413</w:t>
        <w:br/>
        <w:t>vt 0.016207 0.111399</w:t>
        <w:br/>
        <w:t>vt 0.017233 0.098981</w:t>
        <w:br/>
        <w:t>vt 0.010036 0.102583</w:t>
        <w:br/>
        <w:t>vt 0.010036 0.115541</w:t>
        <w:br/>
        <w:t>vt 0.025022 0.106635</w:t>
        <w:br/>
        <w:t>vt 0.027844 0.093039</w:t>
        <w:br/>
        <w:t>vt 0.017233 0.098981</w:t>
        <w:br/>
        <w:t>vt 0.016207 0.111399</w:t>
        <w:br/>
        <w:t>vt 0.043017 0.102274</w:t>
        <w:br/>
        <w:t>vt 0.043664 0.086062</w:t>
        <w:br/>
        <w:t>vt 0.887877 0.600539</w:t>
        <w:br/>
        <w:t>vt 0.881355 0.603699</w:t>
        <w:br/>
        <w:t>vt 0.881792 0.593303</w:t>
        <w:br/>
        <w:t>vt 0.887877 0.589790</w:t>
        <w:br/>
        <w:t>vt 0.019382 0.083401</w:t>
        <w:br/>
        <w:t>vt 0.022886 0.052601</w:t>
        <w:br/>
        <w:t>vt 0.010036 0.062299</w:t>
        <w:br/>
        <w:t>vt 0.010036 0.087547</w:t>
        <w:br/>
        <w:t>vt 0.869664 0.593656</w:t>
        <w:br/>
        <w:t>vt 0.865241 0.595882</w:t>
        <w:br/>
        <w:t>vt 0.858751 0.578439</w:t>
        <w:br/>
        <w:t>vt 0.868718 0.575773</w:t>
        <w:br/>
        <w:t>vt 0.881051 0.584143</w:t>
        <w:br/>
        <w:t>vt 0.869664 0.593656</w:t>
        <w:br/>
        <w:t>vt 0.868718 0.575773</w:t>
        <w:br/>
        <w:t>vt 0.879033 0.564932</w:t>
        <w:br/>
        <w:t>vt 0.887877 0.579274</w:t>
        <w:br/>
        <w:t>vt 0.887877 0.555080</w:t>
        <w:br/>
        <w:t>vt 0.044745 0.070996</w:t>
        <w:br/>
        <w:t>vt 0.053786 0.039661</w:t>
        <w:br/>
        <w:t>vt 0.041150 0.045271</w:t>
        <w:br/>
        <w:t>vt 0.032261 0.077028</w:t>
        <w:br/>
        <w:t>vt 0.043304 0.141489</w:t>
        <w:br/>
        <w:t>vt 0.887877 0.845866</w:t>
        <w:br/>
        <w:t>vt 0.027543 0.387809</w:t>
        <w:br/>
        <w:t>vt 0.034159 0.386818</w:t>
        <w:br/>
        <w:t>vt 0.016203 0.387241</w:t>
        <w:br/>
        <w:t>vt 0.867176 0.850418</w:t>
        <w:br/>
        <w:t>vt 0.870497 0.848428</w:t>
        <w:br/>
        <w:t>vt 0.887877 0.822352</w:t>
        <w:br/>
        <w:t>vt 0.042517 0.362820</w:t>
        <w:br/>
        <w:t>vt 0.866088 0.832248</w:t>
        <w:br/>
        <w:t>vt 0.030207 0.259186</w:t>
        <w:br/>
        <w:t>vt 0.021973 0.299832</w:t>
        <w:br/>
        <w:t>vt 0.023177 0.282767</w:t>
        <w:br/>
        <w:t>vt 0.010036 0.302953</w:t>
        <w:br/>
        <w:t>vt 0.023357 0.311807</w:t>
        <w:br/>
        <w:t>vt 0.024107 0.324148</w:t>
        <w:br/>
        <w:t>vt 0.025426 0.337725</w:t>
        <w:br/>
        <w:t>vt 0.025682 0.345939</w:t>
        <w:br/>
        <w:t>vt 0.036053 0.256785</w:t>
        <w:br/>
        <w:t>vt 0.010036 0.326052</w:t>
        <w:br/>
        <w:t>vt 0.016521 0.336985</w:t>
        <w:br/>
        <w:t>vt 0.025682 0.345939</w:t>
        <w:br/>
        <w:t>vt 0.024746 0.352172</w:t>
        <w:br/>
        <w:t>vt 0.018455 0.346433</w:t>
        <w:br/>
        <w:t>vt 0.019341 0.355346</w:t>
        <w:br/>
        <w:t>vt 0.010036 0.349177</w:t>
        <w:br/>
        <w:t>vt 0.010036 0.362422</w:t>
        <w:br/>
        <w:t>vt 0.843275 0.787464</w:t>
        <w:br/>
        <w:t>vt 0.835978 0.772190</w:t>
        <w:br/>
        <w:t>vt 0.010036 0.313034</w:t>
        <w:br/>
        <w:t>vt 0.852606 0.799377</w:t>
        <w:br/>
        <w:t>vt 0.848080 0.805005</w:t>
        <w:br/>
        <w:t>vt 0.847400 0.795862</w:t>
        <w:br/>
        <w:t>vt 0.851962 0.789648</w:t>
        <w:br/>
        <w:t>vt 0.851801 0.812268</w:t>
        <w:br/>
        <w:t>vt 0.018455 0.346433</w:t>
        <w:br/>
        <w:t>vt 0.010036 0.336969</w:t>
        <w:br/>
        <w:t>vt 0.825661 0.749199</w:t>
        <w:br/>
        <w:t>vt 0.835287 0.751240</w:t>
        <w:br/>
        <w:t>vt 0.010036 0.376929</w:t>
        <w:br/>
        <w:t>vt 0.010036 0.386602</w:t>
        <w:br/>
        <w:t>vt 0.010036 0.391868</w:t>
        <w:br/>
        <w:t>vt 0.010036 0.391868</w:t>
        <w:br/>
        <w:t>vt 0.854972 0.777582</w:t>
        <w:br/>
        <w:t>vt 0.030826 0.379037</w:t>
        <w:br/>
        <w:t>vt 0.034159 0.386818</w:t>
        <w:br/>
        <w:t>vt 0.034159 0.386818</w:t>
        <w:br/>
        <w:t>vt 0.010036 0.417800</w:t>
        <w:br/>
        <w:t>vt 0.010036 0.424953</w:t>
        <w:br/>
        <w:t>vt 0.871780 0.884752</w:t>
        <w:br/>
        <w:t>vt 0.867176 0.850418</w:t>
        <w:br/>
        <w:t>vt 0.887877 0.845866</w:t>
        <w:br/>
        <w:t>vt 0.887877 0.839539</w:t>
        <w:br/>
        <w:t>vt 0.010036 0.286551</w:t>
        <w:br/>
        <w:t>vt 0.019834 0.430960</w:t>
        <w:br/>
        <w:t>vt 0.052281 0.226803</w:t>
        <w:br/>
        <w:t>vt 0.010036 0.349177</w:t>
        <w:br/>
        <w:t>vt 0.874622 0.846728</w:t>
        <w:br/>
        <w:t>vt 0.364954 0.041981</w:t>
        <w:br/>
        <w:t>vt 0.368536 0.052955</w:t>
        <w:br/>
        <w:t>vt 0.349126 0.041981</w:t>
        <w:br/>
        <w:t>vt 0.392829 0.041981</w:t>
        <w:br/>
        <w:t>vt 0.395517 0.049032</w:t>
        <w:br/>
        <w:t>vt 0.380176 0.041981</w:t>
        <w:br/>
        <w:t>vt 0.383115 0.051826</w:t>
        <w:br/>
        <w:t>vt 0.334894 0.055674</w:t>
        <w:br/>
        <w:t>vt 0.330744 0.041981</w:t>
        <w:br/>
        <w:t>vt 0.134897 0.051442</w:t>
        <w:br/>
        <w:t>vt 0.136121 0.041981</w:t>
        <w:br/>
        <w:t>vt 0.148141 0.055052</w:t>
        <w:br/>
        <w:t>vt 0.132704 0.058490</w:t>
        <w:br/>
        <w:t>vt 0.143361 0.062714</w:t>
        <w:br/>
        <w:t>vt 0.140111 0.067029</w:t>
        <w:br/>
        <w:t>vt 0.130751 0.061756</w:t>
        <w:br/>
        <w:t>vt 0.363127 0.070107</w:t>
        <w:br/>
        <w:t>vt 0.351361 0.072928</w:t>
        <w:br/>
        <w:t>vt 0.351320 0.066632</w:t>
        <w:br/>
        <w:t>vt 0.362879 0.065453</w:t>
        <w:br/>
        <w:t>vt 0.374617 0.063782</w:t>
        <w:br/>
        <w:t>vt 0.390725 0.061930</w:t>
        <w:br/>
        <w:t>vt 0.374685 0.070097</w:t>
        <w:br/>
        <w:t>vt 0.333550 0.075606</w:t>
        <w:br/>
        <w:t>vt 0.333985 0.068927</w:t>
        <w:br/>
        <w:t>vt 0.180954 0.085968</w:t>
        <w:br/>
        <w:t>vt 0.172970 0.082346</w:t>
        <w:br/>
        <w:t>vt 0.180509 0.078020</w:t>
        <w:br/>
        <w:t>vt 0.146706 0.058321</w:t>
        <w:br/>
        <w:t>vt 0.133456 0.055992</w:t>
        <w:br/>
        <w:t>vt 0.134897 0.051442</w:t>
        <w:br/>
        <w:t>vt 0.148141 0.055052</w:t>
        <w:br/>
        <w:t>vt 0.365055 0.059731</w:t>
        <w:br/>
        <w:t>vt 0.352344 0.060798</w:t>
        <w:br/>
        <w:t>vt 0.352149 0.053438</w:t>
        <w:br/>
        <w:t>vt 0.368536 0.052955</w:t>
        <w:br/>
        <w:t>vt 0.367777 0.078826</w:t>
        <w:br/>
        <w:t>vt 0.351361 0.072928</w:t>
        <w:br/>
        <w:t>vt 0.363127 0.070107</w:t>
        <w:br/>
        <w:t>vt 0.383115 0.051826</w:t>
        <w:br/>
        <w:t>vt 0.392707 0.055124</w:t>
        <w:br/>
        <w:t>vt 0.377741 0.057852</w:t>
        <w:br/>
        <w:t>vt 0.382454 0.077911</w:t>
        <w:br/>
        <w:t>vt 0.374685 0.070097</w:t>
        <w:br/>
        <w:t>vt 0.390571 0.069819</w:t>
        <w:br/>
        <w:t>vt 0.396024 0.079042</w:t>
        <w:br/>
        <w:t>vt 0.334533 0.062927</w:t>
        <w:br/>
        <w:t>vt 0.334894 0.055674</w:t>
        <w:br/>
        <w:t>vt 0.336719 0.084940</w:t>
        <w:br/>
        <w:t>vt 0.333550 0.075606</w:t>
        <w:br/>
        <w:t>vt 0.353957 0.081311</w:t>
        <w:br/>
        <w:t>vt 0.137376 0.071011</w:t>
        <w:br/>
        <w:t>vt 0.127855 0.066223</w:t>
        <w:br/>
        <w:t>vt 0.194662 0.070727</w:t>
        <w:br/>
        <w:t>vt 0.182458 0.070809</w:t>
        <w:br/>
        <w:t>vt 0.198231 0.063309</w:t>
        <w:br/>
        <w:t>vt 0.190381 0.088653</w:t>
        <w:br/>
        <w:t>vt 0.175354 0.098169</w:t>
        <w:br/>
        <w:t>vt 0.180954 0.085968</w:t>
        <w:br/>
        <w:t>vt 0.133456 0.055992</w:t>
        <w:br/>
        <w:t>vt 0.146706 0.058321</w:t>
        <w:br/>
        <w:t>vt 0.191960 0.078989</w:t>
        <w:br/>
        <w:t>vt 0.194662 0.070727</w:t>
        <w:br/>
        <w:t>vt 0.351320 0.066632</w:t>
        <w:br/>
        <w:t>vt 0.333985 0.068927</w:t>
        <w:br/>
        <w:t>vt 0.362879 0.065453</w:t>
        <w:br/>
        <w:t>vt 0.374617 0.063782</w:t>
        <w:br/>
        <w:t>vt 0.390725 0.061930</w:t>
        <w:br/>
        <w:t>vt 0.165591 0.093976</w:t>
        <w:br/>
        <w:t>vt 0.172970 0.082346</w:t>
        <w:br/>
        <w:t>vt 0.181077 0.041981</w:t>
        <w:br/>
        <w:t>vt 0.176279 0.060788</w:t>
        <w:br/>
        <w:t>vt 0.172622 0.041981</w:t>
        <w:br/>
        <w:t>vt 0.176279 0.060788</w:t>
        <w:br/>
        <w:t>vt 0.185123 0.062656</w:t>
        <w:br/>
        <w:t>vt 0.174915 0.070906</w:t>
        <w:br/>
        <w:t>vt 0.205871 0.090130</w:t>
        <w:br/>
        <w:t>vt 0.206398 0.102349</w:t>
        <w:br/>
        <w:t>vt 0.189332 0.101793</w:t>
        <w:br/>
        <w:t>vt 0.198231 0.063309</w:t>
        <w:br/>
        <w:t>vt 0.206409 0.041981</w:t>
        <w:br/>
        <w:t>vt 0.215320 0.063996</w:t>
        <w:br/>
        <w:t>vt 0.215320 0.063996</w:t>
        <w:br/>
        <w:t>vt 0.210846 0.070457</w:t>
        <w:br/>
        <w:t>vt 0.207953 0.079541</w:t>
        <w:br/>
        <w:t>vt 0.205871 0.090130</w:t>
        <w:br/>
        <w:t>vt 0.190381 0.088653</w:t>
        <w:br/>
        <w:t>vt 0.153119 0.067653</w:t>
        <w:br/>
        <w:t>vt 0.150769 0.072896</w:t>
        <w:br/>
        <w:t>vt 0.150769 0.072896</w:t>
        <w:br/>
        <w:t>vt 0.148463 0.077148</w:t>
        <w:br/>
        <w:t>vt 0.155523 0.041981</w:t>
        <w:br/>
        <w:t>vt 0.157300 0.057169</w:t>
        <w:br/>
        <w:t>vt 0.157300 0.057169</w:t>
        <w:br/>
        <w:t>vt 0.155713 0.062334</w:t>
        <w:br/>
        <w:t>vt 0.155713 0.062334</w:t>
        <w:br/>
        <w:t>vt 0.185123 0.062656</w:t>
        <w:br/>
        <w:t>vt 0.192518 0.041981</w:t>
        <w:br/>
        <w:t>vt 0.173410 0.077898</w:t>
        <w:br/>
        <w:t>vt 0.468030 0.047009</w:t>
        <w:br/>
        <w:t>vt 0.469254 0.044884</w:t>
        <w:br/>
        <w:t>vt 0.477089 0.041981</w:t>
        <w:br/>
        <w:t>vt 0.468383 0.043396</w:t>
        <w:br/>
        <w:t>vt 0.468508 0.051618</w:t>
        <w:br/>
        <w:t>vt 0.466606 0.050411</w:t>
        <w:br/>
        <w:t>vt 0.477089 0.041981</w:t>
        <w:br/>
        <w:t>vt 0.468383 0.043396</w:t>
        <w:br/>
        <w:t>vt 0.464733 0.041981</w:t>
        <w:br/>
        <w:t>vt 0.477089 0.041981</w:t>
        <w:br/>
        <w:t>vt 0.468030 0.047009</w:t>
        <w:br/>
        <w:t>vt 0.457007 0.060355</w:t>
        <w:br/>
        <w:t>vt 0.453944 0.057093</w:t>
        <w:br/>
        <w:t>vt 0.458681 0.045122</w:t>
        <w:br/>
        <w:t>vt 0.454062 0.041981</w:t>
        <w:br/>
        <w:t>vt 0.459750 0.047955</w:t>
        <w:br/>
        <w:t>vt 0.458681 0.045122</w:t>
        <w:br/>
        <w:t>vt 0.455737 0.053137</w:t>
        <w:br/>
        <w:t>vt 0.455737 0.053137</w:t>
        <w:br/>
        <w:t>vt 0.166154 0.067350</w:t>
        <w:br/>
        <w:t>vt 0.165024 0.074197</w:t>
        <w:br/>
        <w:t>vt 0.168927 0.059524</w:t>
        <w:br/>
        <w:t>vt 0.162258 0.079046</w:t>
        <w:br/>
        <w:t>vt 0.162258 0.079046</w:t>
        <w:br/>
        <w:t>vt 0.156011 0.085875</w:t>
        <w:br/>
        <w:t>vt 0.163718 0.041981</w:t>
        <w:br/>
        <w:t>vt 0.168927 0.059524</w:t>
        <w:br/>
        <w:t>vt 0.442990 0.064974</w:t>
        <w:br/>
        <w:t>vt 0.434502 0.070280</w:t>
        <w:br/>
        <w:t>vt 0.442472 0.061114</w:t>
        <w:br/>
        <w:t>vt 0.440778 0.046909</w:t>
        <w:br/>
        <w:t>vt 0.425881 0.046367</w:t>
        <w:br/>
        <w:t>vt 0.428300 0.041981</w:t>
        <w:br/>
        <w:t>vt 0.438512 0.041981</w:t>
        <w:br/>
        <w:t>vt 0.435379 0.063756</w:t>
        <w:br/>
        <w:t>vt 0.436193 0.058513</w:t>
        <w:br/>
        <w:t>vt 0.442969 0.056947</w:t>
        <w:br/>
        <w:t>vt 0.440778 0.046909</w:t>
        <w:br/>
        <w:t>vt 0.443933 0.052075</w:t>
        <w:br/>
        <w:t>vt 0.432740 0.053458</w:t>
        <w:br/>
        <w:t>vt 0.425881 0.046367</w:t>
        <w:br/>
        <w:t>vt 0.436193 0.058513</w:t>
        <w:br/>
        <w:t>vt 0.442969 0.056947</w:t>
        <w:br/>
        <w:t>vt 0.453944 0.057093</w:t>
        <w:br/>
        <w:t>vt 0.417856 0.052240</w:t>
        <w:br/>
        <w:t>vt 0.425957 0.060039</w:t>
        <w:br/>
        <w:t>vt 0.405452 0.062983</w:t>
        <w:br/>
        <w:t>vt 0.404055 0.052887</w:t>
        <w:br/>
        <w:t>vt 0.402935 0.046694</w:t>
        <w:br/>
        <w:t>vt 0.412255 0.045742</w:t>
        <w:br/>
        <w:t>vt 0.425957 0.060039</w:t>
        <w:br/>
        <w:t>vt 0.427193 0.068704</w:t>
        <w:br/>
        <w:t>vt 0.408791 0.072928</w:t>
        <w:br/>
        <w:t>vt 0.405452 0.062983</w:t>
        <w:br/>
        <w:t>vt 0.404249 0.041981</w:t>
        <w:br/>
        <w:t>vt 0.415608 0.041981</w:t>
        <w:br/>
        <w:t>vt 0.412255 0.045742</w:t>
        <w:br/>
        <w:t>vt 0.402935 0.046694</w:t>
        <w:br/>
        <w:t>vt 0.408656 0.083815</w:t>
        <w:br/>
        <w:t>vt 0.395517 0.049032</w:t>
        <w:br/>
        <w:t>vt 0.435379 0.063756</w:t>
        <w:br/>
        <w:t>vt 0.280737 0.091407</w:t>
        <w:br/>
        <w:t>vt 0.279271 0.081891</w:t>
        <w:br/>
        <w:t>vt 0.306662 0.079673</w:t>
        <w:br/>
        <w:t>vt 0.307803 0.090864</w:t>
        <w:br/>
        <w:t>vt 0.256294 0.094053</w:t>
        <w:br/>
        <w:t>vt 0.251600 0.084427</w:t>
        <w:br/>
        <w:t>vt 0.303862 0.060521</w:t>
        <w:br/>
        <w:t>vt 0.301760 0.041981</w:t>
        <w:br/>
        <w:t>vt 0.304288 0.072501</w:t>
        <w:br/>
        <w:t>vt 0.303862 0.060521</w:t>
        <w:br/>
        <w:t>vt 0.303767 0.066179</w:t>
        <w:br/>
        <w:t>vt 0.218660 0.089800</w:t>
        <w:br/>
        <w:t>vt 0.222811 0.101187</w:t>
        <w:br/>
        <w:t>vt 0.220479 0.078900</w:t>
        <w:br/>
        <w:t>vt 0.236093 0.077079</w:t>
        <w:br/>
        <w:t>vt 0.234871 0.087164</w:t>
        <w:br/>
        <w:t>vt 0.218660 0.089800</w:t>
        <w:br/>
        <w:t>vt 0.222845 0.069657</w:t>
        <w:br/>
        <w:t>vt 0.237935 0.067931</w:t>
        <w:br/>
        <w:t>vt 0.227088 0.063205</w:t>
        <w:br/>
        <w:t>vt 0.235119 0.041981</w:t>
        <w:br/>
        <w:t>vt 0.241714 0.062261</w:t>
        <w:br/>
        <w:t>vt 0.227088 0.063205</w:t>
        <w:br/>
        <w:t>vt 0.220252 0.041981</w:t>
        <w:br/>
        <w:t>vt 0.252447 0.074881</w:t>
        <w:br/>
        <w:t>vt 0.279053 0.073243</w:t>
        <w:br/>
        <w:t>vt 0.278195 0.065952</w:t>
        <w:br/>
        <w:t>vt 0.254305 0.066540</w:t>
        <w:br/>
        <w:t>vt 0.277961 0.062210</w:t>
        <w:br/>
        <w:t>vt 0.257348 0.061968</w:t>
        <w:br/>
        <w:t>vt 0.275878 0.041981</w:t>
        <w:br/>
        <w:t>vt 0.277961 0.062210</w:t>
        <w:br/>
        <w:t>vt 0.257348 0.061968</w:t>
        <w:br/>
        <w:t>vt 0.251844 0.041981</w:t>
        <w:br/>
        <w:t>vt 0.145149 0.041981</w:t>
        <w:br/>
        <w:t>vt 0.423348 0.080581</w:t>
        <w:br/>
        <w:t>vt 0.408656 0.083815</w:t>
        <w:br/>
        <w:t>vt 0.352149 0.053438</w:t>
        <w:br/>
        <w:t>vt 0.234871 0.087164</w:t>
        <w:br/>
        <w:t>vt 0.239066 0.097945</w:t>
        <w:br/>
        <w:t>vt 0.241714 0.062261</w:t>
        <w:br/>
        <w:t>vt 0.237935 0.067931</w:t>
        <w:br/>
        <w:t>vt 0.130377 0.112711</w:t>
        <w:br/>
        <w:t>vt 0.132770 0.107694</w:t>
        <w:br/>
        <w:t>vt 0.136716 0.110104</w:t>
        <w:br/>
        <w:t>vt 0.134982 0.114511</w:t>
        <w:br/>
        <w:t>vt 0.132444 0.101113</w:t>
        <w:br/>
        <w:t>vt 0.134324 0.095509</w:t>
        <w:br/>
        <w:t>vt 0.135810 0.096620</w:t>
        <w:br/>
        <w:t>vt 0.134706 0.102282</w:t>
        <w:br/>
        <w:t>vt 0.136211 0.089150</w:t>
        <w:br/>
        <w:t>vt 0.137680 0.098372</w:t>
        <w:br/>
        <w:t>vt 0.225446 0.358432</w:t>
        <w:br/>
        <w:t>vt 0.223559 0.365630</w:t>
        <w:br/>
        <w:t>vt 0.225446 0.364903</w:t>
        <w:br/>
        <w:t>vt 0.221708 0.362525</w:t>
        <w:br/>
        <w:t>vt 0.223559 0.365630</w:t>
        <w:br/>
        <w:t>vt 0.225446 0.358432</w:t>
        <w:br/>
        <w:t>vt 0.136211 0.089150</w:t>
        <w:br/>
        <w:t>vt 0.134324 0.095509</w:t>
        <w:br/>
        <w:t>vt 0.133418 0.096165</w:t>
        <w:br/>
        <w:t>vt 0.225446 0.376153</w:t>
        <w:br/>
        <w:t>vt 0.225446 0.372911</w:t>
        <w:br/>
        <w:t>vt 0.222607 0.373057</w:t>
        <w:br/>
        <w:t>vt 0.222019 0.375810</w:t>
        <w:br/>
        <w:t>vt 0.132444 0.101113</w:t>
        <w:br/>
        <w:t>vt 0.130311 0.101402</w:t>
        <w:br/>
        <w:t>vt 0.125912 0.111460</w:t>
        <w:br/>
        <w:t>vt 0.129818 0.106150</w:t>
        <w:br/>
        <w:t>vt 0.225446 0.368956</w:t>
        <w:br/>
        <w:t>vt 0.223060 0.369497</w:t>
        <w:br/>
        <w:t>vt 0.221786 0.368949</w:t>
        <w:br/>
        <w:t>vt 0.223060 0.369497</w:t>
        <w:br/>
        <w:t>vt 0.219874 0.372352</w:t>
        <w:br/>
        <w:t>vt 0.219171 0.375641</w:t>
        <w:br/>
        <w:t>vt 0.222019 0.375810</w:t>
        <w:br/>
        <w:t>vt 0.222607 0.373057</w:t>
        <w:br/>
        <w:t>vt 0.125912 0.111460</w:t>
        <w:br/>
        <w:t>vt 0.122264 0.109544</w:t>
        <w:br/>
        <w:t>vt 0.126750 0.105683</w:t>
        <w:br/>
        <w:t>vt 0.129818 0.106150</w:t>
        <w:br/>
        <w:t>vt 0.214710 0.375198</w:t>
        <w:br/>
        <w:t>vt 0.219152 0.366456</w:t>
        <w:br/>
        <w:t>vt 0.104299 0.489982</w:t>
        <w:br/>
        <w:t>vt 0.102343 0.474542</w:t>
        <w:br/>
        <w:t>vt 0.117191 0.476656</w:t>
        <w:br/>
        <w:t>vt 0.116490 0.491248</w:t>
        <w:br/>
        <w:t>vt 0.087712 0.476815</w:t>
        <w:br/>
        <w:t>vt 0.095136 0.474831</w:t>
        <w:br/>
        <w:t>vt 0.097493 0.489264</w:t>
        <w:br/>
        <w:t>vt 0.090874 0.491564</w:t>
        <w:br/>
        <w:t>vt 0.127878 0.479290</w:t>
        <w:br/>
        <w:t>vt 0.127878 0.497691</w:t>
        <w:br/>
        <w:t>vt 0.093272 0.461544</w:t>
        <w:br/>
        <w:t>vt 0.084597 0.465278</w:t>
        <w:br/>
        <w:t>vt 0.089715 0.451929</w:t>
        <w:br/>
        <w:t>vt 0.127878 0.231235</w:t>
        <w:br/>
        <w:t>vt 0.127878 0.261368</w:t>
        <w:br/>
        <w:t>vt 0.119062 0.258431</w:t>
        <w:br/>
        <w:t>vt 0.118056 0.234841</w:t>
        <w:br/>
        <w:t>vt 0.090333 0.234688</w:t>
        <w:br/>
        <w:t>vt 0.104550 0.236393</w:t>
        <w:br/>
        <w:t>vt 0.105813 0.261267</w:t>
        <w:br/>
        <w:t>vt 0.088817 0.264726</w:t>
        <w:br/>
        <w:t>vt 0.101160 0.459905</w:t>
        <w:br/>
        <w:t>vt 0.127878 0.465287</w:t>
        <w:br/>
        <w:t>vt 0.117030 0.463200</w:t>
        <w:br/>
        <w:t>vt 0.008243 0.798316</w:t>
        <w:br/>
        <w:t>vt 0.014261 0.799493</w:t>
        <w:br/>
        <w:t>vt 0.013845 0.775327</w:t>
        <w:br/>
        <w:t>vt 0.008243 0.774017</w:t>
        <w:br/>
        <w:t>vt 0.127878 0.318432</w:t>
        <w:br/>
        <w:t>vt 0.118659 0.320511</w:t>
        <w:br/>
        <w:t>vt 0.118281 0.289885</w:t>
        <w:br/>
        <w:t>vt 0.127878 0.290178</w:t>
        <w:br/>
        <w:t>vt 0.117268 0.392422</w:t>
        <w:br/>
        <w:t>vt 0.102531 0.386414</w:t>
        <w:br/>
        <w:t>vt 0.117681 0.377035</w:t>
        <w:br/>
        <w:t>vt 0.127878 0.388401</w:t>
        <w:br/>
        <w:t>vt 0.127878 0.370863</w:t>
        <w:br/>
        <w:t>vt 0.100684 0.402746</w:t>
        <w:br/>
        <w:t>vt 0.087139 0.409065</w:t>
        <w:br/>
        <w:t>vt 0.089239 0.396675</w:t>
        <w:br/>
        <w:t>vt 0.102968 0.296019</w:t>
        <w:br/>
        <w:t>vt 0.119062 0.258431</w:t>
        <w:br/>
        <w:t>vt 0.085487 0.302876</w:t>
        <w:br/>
        <w:t>vt 0.103754 0.214563</w:t>
        <w:br/>
        <w:t>vt 0.093107 0.213669</w:t>
        <w:br/>
        <w:t>vt 0.114002 0.153668</w:t>
        <w:br/>
        <w:t>vt 0.109450 0.149457</w:t>
        <w:br/>
        <w:t>vt 0.112235 0.141684</w:t>
        <w:br/>
        <w:t>vt 0.125971 0.141912</w:t>
        <w:br/>
        <w:t>vt 0.120577 0.145135</w:t>
        <w:br/>
        <w:t>vt 0.127495 0.131238</w:t>
        <w:br/>
        <w:t>vt 0.105055 0.159848</w:t>
        <w:br/>
        <w:t>vt 0.008243 0.969703</w:t>
        <w:br/>
        <w:t>vt 0.014919 0.974866</w:t>
        <w:br/>
        <w:t>vt 0.017785 0.955671</w:t>
        <w:br/>
        <w:t>vt 0.008243 0.952879</w:t>
        <w:br/>
        <w:t>vt 0.018737 0.943604</w:t>
        <w:br/>
        <w:t>vt 0.008243 0.939128</w:t>
        <w:br/>
        <w:t>vt 0.018151 0.925390</w:t>
        <w:br/>
        <w:t>vt 0.008243 0.921472</w:t>
        <w:br/>
        <w:t>vt 0.008243 0.854569</w:t>
        <w:br/>
        <w:t>vt 0.019033 0.855201</w:t>
        <w:br/>
        <w:t>vt 0.014917 0.824365</w:t>
        <w:br/>
        <w:t>vt 0.008243 0.823109</w:t>
        <w:br/>
        <w:t>vt 0.015148 0.741625</w:t>
        <w:br/>
        <w:t>vt 0.008243 0.740442</w:t>
        <w:br/>
        <w:t>vt 0.008243 0.696677</w:t>
        <w:br/>
        <w:t>vt 0.008243 0.714490</w:t>
        <w:br/>
        <w:t>vt 0.015206 0.712651</w:t>
        <w:br/>
        <w:t>vt 0.014451 0.693746</w:t>
        <w:br/>
        <w:t>vt 0.008243 0.638210</w:t>
        <w:br/>
        <w:t>vt 0.008243 0.648384</w:t>
        <w:br/>
        <w:t>vt 0.012758 0.648510</w:t>
        <w:br/>
        <w:t>vt 0.013022 0.638214</w:t>
        <w:br/>
        <w:t>vt 0.212282 0.462947</w:t>
        <w:br/>
        <w:t>vt 0.201285 0.462896</w:t>
        <w:br/>
        <w:t>vt 0.197045 0.487893</w:t>
        <w:br/>
        <w:t>vt 0.212040 0.488613</w:t>
        <w:br/>
        <w:t>vt 0.194582 0.531772</w:t>
        <w:br/>
        <w:t>vt 0.211066 0.528439</w:t>
        <w:br/>
        <w:t>vt 0.210558 0.551129</w:t>
        <w:br/>
        <w:t>vt 0.212016 0.573074</w:t>
        <w:br/>
        <w:t>vt 0.225446 0.562328</w:t>
        <w:br/>
        <w:t>vt 0.225446 0.539326</w:t>
        <w:br/>
        <w:t>vt 0.212481 0.601318</w:t>
        <w:br/>
        <w:t>vt 0.212320 0.590616</w:t>
        <w:br/>
        <w:t>vt 0.198068 0.601703</w:t>
        <w:br/>
        <w:t>vt 0.197926 0.609838</w:t>
        <w:br/>
        <w:t>vt 0.225446 0.654021</w:t>
        <w:br/>
        <w:t>vt 0.216762 0.649106</w:t>
        <w:br/>
        <w:t>vt 0.218091 0.654182</w:t>
        <w:br/>
        <w:t>vt 0.225446 0.664287</w:t>
        <w:br/>
        <w:t>vt 0.225446 0.677548</w:t>
        <w:br/>
        <w:t>vt 0.210408 0.667058</w:t>
        <w:br/>
        <w:t>vt 0.214597 0.679808</w:t>
        <w:br/>
        <w:t>vt 0.021735 0.634855</w:t>
        <w:br/>
        <w:t>vt 0.023684 0.623250</w:t>
        <w:br/>
        <w:t>vt 0.013022 0.638214</w:t>
        <w:br/>
        <w:t>vt 0.014451 0.693746</w:t>
        <w:br/>
        <w:t>vt 0.015206 0.712651</w:t>
        <w:br/>
        <w:t>vt 0.026659 0.708840</w:t>
        <w:br/>
        <w:t>vt 0.024746 0.687432</w:t>
        <w:br/>
        <w:t>vt 0.026296 0.776691</w:t>
        <w:br/>
        <w:t>vt 0.026322 0.734628</w:t>
        <w:br/>
        <w:t>vt 0.037381 0.861929</w:t>
        <w:br/>
        <w:t>vt 0.033286 0.849045</w:t>
        <w:br/>
        <w:t>vt 0.018455 0.871176</w:t>
        <w:br/>
        <w:t>vt 0.040302 0.930642</w:t>
        <w:br/>
        <w:t>vt 0.037391 0.950934</w:t>
        <w:br/>
        <w:t>vt 0.033729 0.964792</w:t>
        <w:br/>
        <w:t>vt 0.027936 0.983636</w:t>
        <w:br/>
        <w:t>vt 0.012289 0.593380</w:t>
        <w:br/>
        <w:t>vt 0.013376 0.585602</w:t>
        <w:br/>
        <w:t>vt 0.008243 0.587839</w:t>
        <w:br/>
        <w:t>vt 0.018598 0.591966</w:t>
        <w:br/>
        <w:t>vt 0.019729 0.584885</w:t>
        <w:br/>
        <w:t>vt 0.260704 0.506781</w:t>
        <w:br/>
        <w:t>vt 0.263504 0.504205</w:t>
        <w:br/>
        <w:t>vt 0.263504 0.509473</w:t>
        <w:br/>
        <w:t>vt 0.261143 0.510554</w:t>
        <w:br/>
        <w:t>vt 0.008243 0.566709</w:t>
        <w:br/>
        <w:t>vt 0.013194 0.577527</w:t>
        <w:br/>
        <w:t>vt 0.012858 0.569789</w:t>
        <w:br/>
        <w:t>vt 0.020459 0.569342</w:t>
        <w:br/>
        <w:t>vt 0.020692 0.576736</w:t>
        <w:br/>
        <w:t>vt 0.027671 0.574356</w:t>
        <w:br/>
        <w:t>vt 0.028675 0.566825</w:t>
        <w:br/>
        <w:t>vt 0.262075 0.515651</w:t>
        <w:br/>
        <w:t>vt 0.261273 0.512798</w:t>
        <w:br/>
        <w:t>vt 0.263504 0.512643</w:t>
        <w:br/>
        <w:t>vt 0.263504 0.515861</w:t>
        <w:br/>
        <w:t>vt 0.008243 0.561857</w:t>
        <w:br/>
        <w:t>vt 0.013362 0.562366</w:t>
        <w:br/>
        <w:t>vt 0.017658 0.555787</w:t>
        <w:br/>
        <w:t>vt 0.012284 0.556646</w:t>
        <w:br/>
        <w:t>vt 0.263150 0.525111</w:t>
        <w:br/>
        <w:t>vt 0.263504 0.525085</w:t>
        <w:br/>
        <w:t>vt 0.263504 0.527403</w:t>
        <w:br/>
        <w:t>vt 0.258360 0.508265</w:t>
        <w:br/>
        <w:t>vt 0.259507 0.511387</w:t>
        <w:br/>
        <w:t>vt 0.254033 0.508396</w:t>
        <w:br/>
        <w:t>vt 0.034563 0.573901</w:t>
        <w:br/>
        <w:t>vt 0.037633 0.563084</w:t>
        <w:br/>
        <w:t>vt 0.028675 0.566825</w:t>
        <w:br/>
        <w:t>vt 0.259988 0.513075</w:t>
        <w:br/>
        <w:t>vt 0.258378 0.514419</w:t>
        <w:br/>
        <w:t>vt 0.257358 0.511932</w:t>
        <w:br/>
        <w:t>vt 0.027108 0.560240</w:t>
        <w:br/>
        <w:t>vt 0.019375 0.562296</w:t>
        <w:br/>
        <w:t>vt 0.019375 0.562296</w:t>
        <w:br/>
        <w:t>vt 0.022334 0.549004</w:t>
        <w:br/>
        <w:t>vt 0.018826 0.550592</w:t>
        <w:br/>
        <w:t>vt 0.023835 0.554759</w:t>
        <w:br/>
        <w:t>vt 0.027902 0.551907</w:t>
        <w:br/>
        <w:t>vt 0.262376 0.525193</w:t>
        <w:br/>
        <w:t>vt 0.262810 0.525069</w:t>
        <w:br/>
        <w:t>vt 0.263504 0.527403</w:t>
        <w:br/>
        <w:t>vt 0.008243 0.540035</w:t>
        <w:br/>
        <w:t>vt 0.009613 0.542788</w:t>
        <w:br/>
        <w:t>vt 0.010094 0.542530</w:t>
        <w:br/>
        <w:t>vt 0.008243 0.540035</w:t>
        <w:br/>
        <w:t>vt 0.009055 0.543160</w:t>
        <w:br/>
        <w:t>vt 0.009613 0.542788</w:t>
        <w:br/>
        <w:t>vt 0.221319 0.392487</w:t>
        <w:br/>
        <w:t>vt 0.216750 0.398126</w:t>
        <w:br/>
        <w:t>vt 0.220085 0.403962</w:t>
        <w:br/>
        <w:t>vt 0.008243 0.553733</w:t>
        <w:br/>
        <w:t>vt 0.008243 0.557248</w:t>
        <w:br/>
        <w:t>vt 0.012284 0.556646</w:t>
        <w:br/>
        <w:t>vt 0.010911 0.552107</w:t>
        <w:br/>
        <w:t>vt 0.011439 0.548064</w:t>
        <w:br/>
        <w:t>vt 0.009765 0.549162</w:t>
        <w:br/>
        <w:t>vt 0.010911 0.552107</w:t>
        <w:br/>
        <w:t>vt 0.261013 0.515566</w:t>
        <w:br/>
        <w:t>vt 0.261742 0.517709</w:t>
        <w:br/>
        <w:t>vt 0.260862 0.517881</w:t>
        <w:br/>
        <w:t>vt 0.259841 0.516290</w:t>
        <w:br/>
        <w:t>vt 0.263504 0.520641</w:t>
        <w:br/>
        <w:t>vt 0.263504 0.522988</w:t>
        <w:br/>
        <w:t>vt 0.262814 0.522664</w:t>
        <w:br/>
        <w:t>vt 0.262685 0.520252</w:t>
        <w:br/>
        <w:t>vt 0.013362 0.562366</w:t>
        <w:br/>
        <w:t>vt 0.033833 0.556418</w:t>
        <w:br/>
        <w:t>vt 0.027108 0.560240</w:t>
        <w:br/>
        <w:t>vt 0.127878 0.206850</w:t>
        <w:br/>
        <w:t>vt 0.117805 0.213966</w:t>
        <w:br/>
        <w:t>vt 0.118056 0.234841</w:t>
        <w:br/>
        <w:t>vt 0.219357 0.425534</w:t>
        <w:br/>
        <w:t>vt 0.219614 0.415183</w:t>
        <w:br/>
        <w:t>vt 0.214563 0.419959</w:t>
        <w:br/>
        <w:t>vt 0.213449 0.429132</w:t>
        <w:br/>
        <w:t>vt 0.127291 0.117972</w:t>
        <w:br/>
        <w:t>vt 0.121627 0.116950</w:t>
        <w:br/>
        <w:t>vt 0.132905 0.118749</w:t>
        <w:br/>
        <w:t>vt 0.218232 0.381959</w:t>
        <w:br/>
        <w:t>vt 0.222212 0.379897</w:t>
        <w:br/>
        <w:t>vt 0.023385 0.592559</w:t>
        <w:br/>
        <w:t>vt 0.017065 0.604694</w:t>
        <w:br/>
        <w:t>vt 0.022013 0.598942</w:t>
        <w:br/>
        <w:t>vt 0.008243 0.661513</w:t>
        <w:br/>
        <w:t>vt 0.008243 0.670737</w:t>
        <w:br/>
        <w:t>vt 0.013224 0.670449</w:t>
        <w:br/>
        <w:t>vt 0.012613 0.661254</w:t>
        <w:br/>
        <w:t>vt 0.103098 0.171614</w:t>
        <w:br/>
        <w:t>vt 0.110227 0.172370</w:t>
        <w:br/>
        <w:t>vt 0.108011 0.180673</w:t>
        <w:br/>
        <w:t>vt 0.101225 0.181530</w:t>
        <w:br/>
        <w:t>vt 0.118348 0.178138</w:t>
        <w:br/>
        <w:t>vt 0.118792 0.166754</w:t>
        <w:br/>
        <w:t>vt 0.127878 0.171638</w:t>
        <w:br/>
        <w:t>vt 0.118348 0.178138</w:t>
        <w:br/>
        <w:t>vt 0.118792 0.166754</w:t>
        <w:br/>
        <w:t>vt 0.126510 0.158011</w:t>
        <w:br/>
        <w:t>vt 0.012613 0.661254</w:t>
        <w:br/>
        <w:t>vt 0.013224 0.670449</w:t>
        <w:br/>
        <w:t>vt 0.021717 0.659024</w:t>
        <w:br/>
        <w:t>vt 0.020908 0.647330</w:t>
        <w:br/>
        <w:t>vt 0.215112 0.444964</w:t>
        <w:br/>
        <w:t>vt 0.205407 0.447292</w:t>
        <w:br/>
        <w:t>vt 0.015191 0.623874</w:t>
        <w:br/>
        <w:t>vt 0.011511 0.628140</w:t>
        <w:br/>
        <w:t>vt 0.104502 0.144246</w:t>
        <w:br/>
        <w:t>vt 0.107542 0.136322</w:t>
        <w:br/>
        <w:t>vt 0.126219 0.149916</w:t>
        <w:br/>
        <w:t>vt 0.119747 0.155825</w:t>
        <w:br/>
        <w:t>vt 0.124232 0.124230</w:t>
        <w:br/>
        <w:t>vt 0.129757 0.124602</w:t>
        <w:br/>
        <w:t>vt 0.121492 0.133232</w:t>
        <w:br/>
        <w:t>vt 0.221985 0.384311</w:t>
        <w:br/>
        <w:t>vt 0.218002 0.386588</w:t>
        <w:br/>
        <w:t>vt 0.022268 0.607561</w:t>
        <w:br/>
        <w:t>vt 0.016410 0.612557</w:t>
        <w:br/>
        <w:t>vt 0.015191 0.623874</w:t>
        <w:br/>
        <w:t>vt 0.012828 0.619477</w:t>
        <w:br/>
        <w:t>vt 0.008243 0.621080</w:t>
        <w:br/>
        <w:t>vt 0.008243 0.629102</w:t>
        <w:br/>
        <w:t>vt 0.012828 0.619477</w:t>
        <w:br/>
        <w:t>vt 0.104603 0.363123</w:t>
        <w:br/>
        <w:t>vt 0.120037 0.349687</w:t>
        <w:br/>
        <w:t>vt 0.127878 0.347156</w:t>
        <w:br/>
        <w:t>vt 0.028541 0.821919</w:t>
        <w:br/>
        <w:t>vt 0.119747 0.155825</w:t>
        <w:br/>
        <w:t>vt 0.120577 0.145135</w:t>
        <w:br/>
        <w:t>vt 0.215338 0.408462</w:t>
        <w:br/>
        <w:t>vt 0.012758 0.648510</w:t>
        <w:br/>
        <w:t>vt 0.111348 0.163818</w:t>
        <w:br/>
        <w:t>vt 0.016410 0.612557</w:t>
        <w:br/>
        <w:t>vt 0.011493 0.606410</w:t>
        <w:br/>
        <w:t>vt 0.012060 0.613348</w:t>
        <w:br/>
        <w:t>vt 0.008243 0.613993</w:t>
        <w:br/>
        <w:t>vt 0.115012 0.131953</w:t>
        <w:br/>
        <w:t>vt 0.118235 0.123140</w:t>
        <w:br/>
        <w:t>vt 0.117850 0.143479</w:t>
        <w:br/>
        <w:t>vt 0.121492 0.133232</w:t>
        <w:br/>
        <w:t>vt 0.100426 0.139366</w:t>
        <w:br/>
        <w:t>vt 0.102515 0.131063</w:t>
        <w:br/>
        <w:t>vt 0.112964 0.118527</w:t>
        <w:br/>
        <w:t>vt 0.109681 0.127496</w:t>
        <w:br/>
        <w:t>vt 0.105511 0.124272</w:t>
        <w:br/>
        <w:t>vt 0.108586 0.117054</w:t>
        <w:br/>
        <w:t>vt 0.115652 0.113483</w:t>
        <w:br/>
        <w:t>vt 0.111892 0.112074</w:t>
        <w:br/>
        <w:t>vt 0.073674 0.268532</w:t>
        <w:br/>
        <w:t>vt 0.073746 0.232216</w:t>
        <w:br/>
        <w:t>vt 0.071749 0.311988</w:t>
        <w:br/>
        <w:t>vt 0.086074 0.336530</w:t>
        <w:br/>
        <w:t>vt 0.073710 0.342440</w:t>
        <w:br/>
        <w:t>vt 0.080461 0.208181</w:t>
        <w:br/>
        <w:t>vt 0.097249 0.159465</w:t>
        <w:br/>
        <w:t>vt 0.098263 0.149004</w:t>
        <w:br/>
        <w:t>vt 0.118235 0.123140</w:t>
        <w:br/>
        <w:t>vt 0.117453 0.114147</w:t>
        <w:br/>
        <w:t>vt 0.121627 0.116950</w:t>
        <w:br/>
        <w:t>vt 0.095180 0.171708</w:t>
        <w:br/>
        <w:t>vt 0.091526 0.180188</w:t>
        <w:br/>
        <w:t>vt 0.115012 0.131953</w:t>
        <w:br/>
        <w:t>vt 0.098324 0.446332</w:t>
        <w:br/>
        <w:t>vt 0.099989 0.453796</w:t>
        <w:br/>
        <w:t>vt 0.088483 0.446649</w:t>
        <w:br/>
        <w:t>vt 0.116499 0.448618</w:t>
        <w:br/>
        <w:t>vt 0.127878 0.448986</w:t>
        <w:br/>
        <w:t>vt 0.127878 0.456498</w:t>
        <w:br/>
        <w:t>vt 0.117339 0.456775</w:t>
        <w:br/>
        <w:t>vt 0.081567 0.451466</w:t>
        <w:br/>
        <w:t>vt 0.215435 0.643223</w:t>
        <w:br/>
        <w:t>vt 0.225446 0.647749</w:t>
        <w:br/>
        <w:t>vt 0.225446 0.641976</w:t>
        <w:br/>
        <w:t>vt 0.013748 0.547336</w:t>
        <w:br/>
        <w:t>vt 0.016293 0.546349</w:t>
        <w:br/>
        <w:t>vt 0.012237 0.544169</w:t>
        <w:br/>
        <w:t>vt 0.010992 0.544528</w:t>
        <w:br/>
        <w:t>vt 0.009899 0.545047</w:t>
        <w:br/>
        <w:t>vt 0.009060 0.545971</w:t>
        <w:br/>
        <w:t>vt 0.008580 0.543514</w:t>
        <w:br/>
        <w:t>vt 0.008243 0.543575</w:t>
        <w:br/>
        <w:t>vt 0.008243 0.546678</w:t>
        <w:br/>
        <w:t>vt 0.261582 0.523063</w:t>
        <w:br/>
        <w:t>vt 0.262175 0.522596</w:t>
        <w:br/>
        <w:t>vt 0.008243 0.550112</w:t>
        <w:br/>
        <w:t>vt 0.260501 0.491228</w:t>
        <w:br/>
        <w:t>vt 0.263504 0.490274</w:t>
        <w:br/>
        <w:t>vt 0.263504 0.494331</w:t>
        <w:br/>
        <w:t>vt 0.260099 0.496745</w:t>
        <w:br/>
        <w:t>vt 0.008243 0.592716</w:t>
        <w:br/>
        <w:t>vt 0.011542 0.600206</w:t>
        <w:br/>
        <w:t>vt 0.263504 0.518414</w:t>
        <w:br/>
        <w:t>vt 0.262461 0.517944</w:t>
        <w:br/>
        <w:t>vt 0.014327 0.551229</w:t>
        <w:br/>
        <w:t>vt 0.261239 0.520330</w:t>
        <w:br/>
        <w:t>vt 0.261919 0.519972</w:t>
        <w:br/>
        <w:t>vt 0.261582 0.523063</w:t>
        <w:br/>
        <w:t>vt 0.009765 0.549162</w:t>
        <w:br/>
        <w:t>vt 0.008243 0.550112</w:t>
        <w:br/>
        <w:t>vt 0.027423 0.592040</w:t>
        <w:br/>
        <w:t>vt 0.022013 0.598942</w:t>
        <w:br/>
        <w:t>vt 0.025845 0.601188</w:t>
        <w:br/>
        <w:t>vt 0.022268 0.607561</w:t>
        <w:br/>
        <w:t>vt 0.024997 0.607854</w:t>
        <w:br/>
        <w:t>vt 0.263504 0.499452</w:t>
        <w:br/>
        <w:t>vt 0.259983 0.502508</w:t>
        <w:br/>
        <w:t>vt 0.031167 0.581790</w:t>
        <w:br/>
        <w:t>vt 0.023983 0.588477</w:t>
        <w:br/>
        <w:t>vt 0.028719 0.587304</w:t>
        <w:br/>
        <w:t>vt 0.252249 0.502982</w:t>
        <w:br/>
        <w:t>vt 0.251594 0.498171</w:t>
        <w:br/>
        <w:t>vt 0.257390 0.498537</w:t>
        <w:br/>
        <w:t>vt 0.257476 0.504649</w:t>
        <w:br/>
        <w:t>vt 0.261013 0.515566</w:t>
        <w:br/>
        <w:t>vt 0.259988 0.513075</w:t>
        <w:br/>
        <w:t>vt 0.259507 0.511387</w:t>
        <w:br/>
        <w:t>vt 0.258360 0.508265</w:t>
        <w:br/>
        <w:t>vt 0.258019 0.492412</w:t>
        <w:br/>
        <w:t>vt 0.008243 0.600094</w:t>
        <w:br/>
        <w:t>vt 0.023983 0.588477</w:t>
        <w:br/>
        <w:t>vt 0.017960 0.597135</w:t>
        <w:br/>
        <w:t>vt 0.023385 0.592559</w:t>
        <w:br/>
        <w:t>vt 0.252352 0.493683</w:t>
        <w:br/>
        <w:t>vt 0.024875 0.583209</w:t>
        <w:br/>
        <w:t>vt 0.008243 0.581499</w:t>
        <w:br/>
        <w:t>vt 0.008243 0.575006</w:t>
        <w:br/>
        <w:t>vt 0.024875 0.583209</w:t>
        <w:br/>
        <w:t>vt 0.225446 0.594603</w:t>
        <w:br/>
        <w:t>vt 0.225446 0.580997</w:t>
        <w:br/>
        <w:t>vt 0.195252 0.556073</w:t>
        <w:br/>
        <w:t>vt 0.225446 0.492530</w:t>
        <w:br/>
        <w:t>vt 0.225446 0.516371</w:t>
        <w:br/>
        <w:t>vt 0.225446 0.468727</w:t>
        <w:br/>
        <w:t>vt 0.225446 0.450958</w:t>
        <w:br/>
        <w:t>vt 0.225446 0.415165</w:t>
        <w:br/>
        <w:t>vt 0.225446 0.425286</w:t>
        <w:br/>
        <w:t>vt 0.225446 0.408680</w:t>
        <w:br/>
        <w:t>vt 0.221319 0.392487</w:t>
        <w:br/>
        <w:t>vt 0.225446 0.401715</w:t>
        <w:br/>
        <w:t>vt 0.225446 0.391945</w:t>
        <w:br/>
        <w:t>vt 0.225446 0.385845</w:t>
        <w:br/>
        <w:t>vt 0.221985 0.384311</w:t>
        <w:br/>
        <w:t>vt 0.225446 0.379969</w:t>
        <w:br/>
        <w:t>vt 0.222212 0.379897</w:t>
        <w:br/>
        <w:t>vt 0.103143 0.328997</w:t>
        <w:br/>
        <w:t>vt 0.071749 0.311988</w:t>
        <w:br/>
        <w:t>vt 0.075179 0.399604</w:t>
        <w:br/>
        <w:t>vt 0.074754 0.412996</w:t>
        <w:br/>
        <w:t>vt 0.088590 0.367079</w:t>
        <w:br/>
        <w:t>vt 0.106121 0.193497</w:t>
        <w:br/>
        <w:t>vt 0.127878 0.185962</w:t>
        <w:br/>
        <w:t>vt 0.116913 0.191222</w:t>
        <w:br/>
        <w:t>vt 0.217885 0.434180</w:t>
        <w:br/>
        <w:t>vt 0.210232 0.436820</w:t>
        <w:br/>
        <w:t>vt 0.013933 0.680392</w:t>
        <w:br/>
        <w:t>vt 0.023359 0.670850</w:t>
        <w:br/>
        <w:t>vt 0.008243 0.682671</w:t>
        <w:br/>
        <w:t>vt 0.013933 0.680392</w:t>
        <w:br/>
        <w:t>vt 0.097845 0.194782</w:t>
        <w:br/>
        <w:t>vt 0.086905 0.192320</w:t>
        <w:br/>
        <w:t>vt 0.117805 0.213966</w:t>
        <w:br/>
        <w:t>vt 0.116913 0.191222</w:t>
        <w:br/>
        <w:t>vt 0.080461 0.208181</w:t>
        <w:br/>
        <w:t>vt 0.225446 0.436142</w:t>
        <w:br/>
        <w:t>vt 0.200849 0.645865</w:t>
        <w:br/>
        <w:t>vt 0.206276 0.658146</w:t>
        <w:br/>
        <w:t>vt 0.116385 0.422548</w:t>
        <w:br/>
        <w:t>vt 0.117425 0.410840</w:t>
        <w:br/>
        <w:t>vt 0.127878 0.417348</w:t>
        <w:br/>
        <w:t>vt 0.097244 0.425652</w:t>
        <w:br/>
        <w:t>vt 0.098697 0.416250</w:t>
        <w:br/>
        <w:t>vt 0.084682 0.428109</w:t>
        <w:br/>
        <w:t>vt 0.085428 0.420063</w:t>
        <w:br/>
        <w:t>vt 0.212773 0.608480</w:t>
        <w:br/>
        <w:t>vt 0.213028 0.616876</w:t>
        <w:br/>
        <w:t>vt 0.225446 0.616886</w:t>
        <w:br/>
        <w:t>vt 0.225446 0.606133</w:t>
        <w:br/>
        <w:t>vt 0.075131 0.421844</w:t>
        <w:br/>
        <w:t>vt 0.075973 0.429319</w:t>
        <w:br/>
        <w:t>vt 0.008243 0.890806</w:t>
        <w:br/>
        <w:t>vt 0.018674 0.893445</w:t>
        <w:br/>
        <w:t>vt 0.018634 0.882350</w:t>
        <w:br/>
        <w:t>vt 0.008243 0.880599</w:t>
        <w:br/>
        <w:t>vt 0.041037 0.874326</w:t>
        <w:br/>
        <w:t>vt 0.197914 0.616686</w:t>
        <w:br/>
        <w:t>vt 0.197231 0.623711</w:t>
        <w:br/>
        <w:t>vt 0.008243 0.869574</w:t>
        <w:br/>
        <w:t>vt 0.127878 0.403342</w:t>
        <w:br/>
        <w:t>vt 0.214684 0.637757</w:t>
        <w:br/>
        <w:t>vt 0.197520 0.630545</w:t>
        <w:br/>
        <w:t>vt 0.199713 0.642275</w:t>
        <w:br/>
        <w:t>vt 0.213384 0.627656</w:t>
        <w:br/>
        <w:t>vt 0.225446 0.625071</w:t>
        <w:br/>
        <w:t>vt 0.043359 0.901893</w:t>
        <w:br/>
        <w:t>vt 0.017389 0.903619</w:t>
        <w:br/>
        <w:t>vt 0.018194 0.918276</w:t>
        <w:br/>
        <w:t>vt 0.042058 0.922688</w:t>
        <w:br/>
        <w:t>vt 0.008243 0.909084</w:t>
        <w:br/>
        <w:t>vt 0.084755 0.435425</w:t>
        <w:br/>
        <w:t>vt 0.087103 0.440633</w:t>
        <w:br/>
        <w:t>vt 0.077263 0.442905</w:t>
        <w:br/>
        <w:t>vt 0.076238 0.435459</w:t>
        <w:br/>
        <w:t>vt 0.096457 0.433919</w:t>
        <w:br/>
        <w:t>vt 0.097049 0.440559</w:t>
        <w:br/>
        <w:t>vt 0.114835 0.430132</w:t>
        <w:br/>
        <w:t>vt 0.116165 0.438319</w:t>
        <w:br/>
        <w:t>vt 0.127878 0.428055</w:t>
        <w:br/>
        <w:t>vt 0.127878 0.439613</w:t>
        <w:br/>
        <w:t>vt 0.225446 0.634385</w:t>
        <w:br/>
        <w:t>vt 0.008243 0.899403</w:t>
        <w:br/>
        <w:t>vt 0.042692 0.888135</w:t>
        <w:br/>
        <w:t>vt 0.009060 0.545971</w:t>
        <w:br/>
        <w:t>vt 0.027671 0.574356</w:t>
        <w:br/>
        <w:t>vt 0.008243 0.606436</w:t>
        <w:br/>
        <w:t>vt 0.075918 0.370073</w:t>
        <w:br/>
        <w:t>vt 0.197393 0.579075</w:t>
        <w:br/>
        <w:t>vt 0.116445 0.106249</w:t>
        <w:br/>
        <w:t>vt 0.120326 0.108542</w:t>
        <w:br/>
        <w:t>vt 0.025952 0.798859</w:t>
        <w:br/>
        <w:t>vt 0.122264 0.109544</w:t>
        <w:br/>
        <w:t>vt 0.216921 0.370501</w:t>
        <w:br/>
        <w:t>vt 0.105511 0.124272</w:t>
        <w:br/>
        <w:t>vt 0.137806 0.104366</w:t>
        <w:br/>
        <w:t>vt 0.434615 0.547993</w:t>
        <w:br/>
        <w:t>vt 0.418224 0.553785</w:t>
        <w:br/>
        <w:t>vt 0.414699 0.537475</w:t>
        <w:br/>
        <w:t>vt 0.429315 0.532154</w:t>
        <w:br/>
        <w:t>vt 0.445772 0.567637</w:t>
        <w:br/>
        <w:t>vt 0.427055 0.577764</w:t>
        <w:br/>
        <w:t>vt 0.560141 0.498135</w:t>
        <w:br/>
        <w:t>vt 0.560885 0.510364</w:t>
        <w:br/>
        <w:t>vt 0.542241 0.514576</w:t>
        <w:br/>
        <w:t>vt 0.539085 0.498299</w:t>
        <w:br/>
        <w:t>vt 0.450570 0.524597</w:t>
        <w:br/>
        <w:t>vt 0.456925 0.540902</w:t>
        <w:br/>
        <w:t>vt 0.575757 0.500434</w:t>
        <w:br/>
        <w:t>vt 0.575769 0.510693</w:t>
        <w:br/>
        <w:t>vt 0.598930 0.498275</w:t>
        <w:br/>
        <w:t>vt 0.611697 0.497827</w:t>
        <w:br/>
        <w:t>vt 0.610856 0.508876</w:t>
        <w:br/>
        <w:t>vt 0.598214 0.509395</w:t>
        <w:br/>
        <w:t>vt 0.599228 0.492489</w:t>
        <w:br/>
        <w:t>vt 0.611970 0.491770</w:t>
        <w:br/>
        <w:t>vt 0.730724 0.780151</w:t>
        <w:br/>
        <w:t>vt 0.740990 0.782760</w:t>
        <w:br/>
        <w:t>vt 0.741324 0.754481</w:t>
        <w:br/>
        <w:t>vt 0.729118 0.752891</w:t>
        <w:br/>
        <w:t>vt 0.464873 0.556003</w:t>
        <w:br/>
        <w:t>vt 0.387093 0.546133</w:t>
        <w:br/>
        <w:t>vt 0.377579 0.524376</w:t>
        <w:br/>
        <w:t>vt 0.394219 0.522995</w:t>
        <w:br/>
        <w:t>vt 0.401410 0.541624</w:t>
        <w:br/>
        <w:t>vt 0.404966 0.559364</w:t>
        <w:br/>
        <w:t>vt 0.391899 0.565423</w:t>
        <w:br/>
        <w:t>vt 0.411460 0.520694</w:t>
        <w:br/>
        <w:t>vt 0.427603 0.518156</w:t>
        <w:br/>
        <w:t>vt 0.736935 0.680043</w:t>
        <w:br/>
        <w:t>vt 0.734607 0.662580</w:t>
        <w:br/>
        <w:t>vt 0.711929 0.668836</w:t>
        <w:br/>
        <w:t>vt 0.719362 0.686088</w:t>
        <w:br/>
        <w:t>vt 0.448345 0.512939</w:t>
        <w:br/>
        <w:t>vt 0.423836 0.482961</w:t>
        <w:br/>
        <w:t>vt 0.425936 0.497863</w:t>
        <w:br/>
        <w:t>vt 0.408367 0.500577</w:t>
        <w:br/>
        <w:t>vt 0.406833 0.482961</w:t>
        <w:br/>
        <w:t>vt 0.348361 0.521431</w:t>
        <w:br/>
        <w:t>vt 0.327664 0.494988</w:t>
        <w:br/>
        <w:t>vt 0.345695 0.498097</w:t>
        <w:br/>
        <w:t>vt 0.352283 0.551970</w:t>
        <w:br/>
        <w:t>vt 0.335375 0.552772</w:t>
        <w:br/>
        <w:t>vt 0.336361 0.520724</w:t>
        <w:br/>
        <w:t>vt 0.446529 0.496555</w:t>
        <w:br/>
        <w:t>vt 0.517664 0.521530</w:t>
        <w:br/>
        <w:t>vt 0.512002 0.504043</w:t>
        <w:br/>
        <w:t>vt 0.472344 0.516892</w:t>
        <w:br/>
        <w:t>vt 0.478774 0.534123</w:t>
        <w:br/>
        <w:t>vt 0.513267 0.494074</w:t>
        <w:br/>
        <w:t>vt 0.538828 0.492535</w:t>
        <w:br/>
        <w:t>vt 0.470970 0.495533</w:t>
        <w:br/>
        <w:t>vt 0.444713 0.482961</w:t>
        <w:br/>
        <w:t>vt 0.470684 0.482961</w:t>
        <w:br/>
        <w:t>vt 0.560028 0.492291</w:t>
        <w:br/>
        <w:t>vt 0.575706 0.494049</w:t>
        <w:br/>
        <w:t>vt 0.587216 0.498937</w:t>
        <w:br/>
        <w:t>vt 0.587506 0.510048</w:t>
        <w:br/>
        <w:t>vt 0.587326 0.514650</w:t>
        <w:br/>
        <w:t>vt 0.576526 0.515703</w:t>
        <w:br/>
        <w:t>vt 0.562629 0.516904</w:t>
        <w:br/>
        <w:t>vt 0.542463 0.521831</w:t>
        <w:br/>
        <w:t>vt 0.598562 0.514198</w:t>
        <w:br/>
        <w:t>vt 0.598214 0.509395</w:t>
        <w:br/>
        <w:t>vt 0.610856 0.508876</w:t>
        <w:br/>
        <w:t>vt 0.610940 0.513979</w:t>
        <w:br/>
        <w:t>vt 0.586401 0.493109</w:t>
        <w:br/>
        <w:t>vt 0.573254 0.482961</w:t>
        <w:br/>
        <w:t>vt 0.585640 0.482961</w:t>
        <w:br/>
        <w:t>vt 0.741657 0.860537</w:t>
        <w:br/>
        <w:t>vt 0.741257 0.849400</w:t>
        <w:br/>
        <w:t>vt 0.736399 0.848834</w:t>
        <w:br/>
        <w:t>vt 0.734057 0.862347</w:t>
        <w:br/>
        <w:t>vt 0.741622 0.822897</w:t>
        <w:br/>
        <w:t>vt 0.741753 0.805846</w:t>
        <w:br/>
        <w:t>vt 0.734958 0.806545</w:t>
        <w:br/>
        <w:t>vt 0.738962 0.823367</w:t>
        <w:br/>
        <w:t>vt 0.520530 0.530058</w:t>
        <w:br/>
        <w:t>vt 0.483593 0.546468</w:t>
        <w:br/>
        <w:t>vt 0.740067 0.696377</w:t>
        <w:br/>
        <w:t>vt 0.725482 0.701192</w:t>
        <w:br/>
        <w:t>vt 0.705917 0.648726</w:t>
        <w:br/>
        <w:t>vt 0.736151 0.642784</w:t>
        <w:br/>
        <w:t>vt 0.709087 0.625847</w:t>
        <w:br/>
        <w:t>vt 0.741174 0.625944</w:t>
        <w:br/>
        <w:t>vt 0.761465 0.642021</w:t>
        <w:br/>
        <w:t>vt 0.761465 0.627573</w:t>
        <w:br/>
        <w:t>vt 0.391438 0.595195</w:t>
        <w:br/>
        <w:t>vt 0.368830 0.602759</w:t>
        <w:br/>
        <w:t>vt 0.375134 0.573046</w:t>
        <w:br/>
        <w:t>vt 0.378264 0.503026</w:t>
        <w:br/>
        <w:t>vt 0.359108 0.522837</w:t>
        <w:br/>
        <w:t>vt 0.361246 0.500499</w:t>
        <w:br/>
        <w:t>vt 0.344520 0.575368</w:t>
        <w:br/>
        <w:t>vt 0.335375 0.552772</w:t>
        <w:br/>
        <w:t>vt 0.352283 0.551970</w:t>
        <w:br/>
        <w:t>vt 0.918771 0.809079</w:t>
        <w:br/>
        <w:t>vt 0.944961 0.808471</w:t>
        <w:br/>
        <w:t>vt 0.944918 0.825851</w:t>
        <w:br/>
        <w:t>vt 0.917847 0.825265</w:t>
        <w:br/>
        <w:t>vt 0.761465 0.695010</w:t>
        <w:br/>
        <w:t>vt 0.761465 0.676545</w:t>
        <w:br/>
        <w:t>vt 0.917200 0.773876</w:t>
        <w:br/>
        <w:t>vt 0.918642 0.790365</w:t>
        <w:br/>
        <w:t>vt 0.897819 0.789392</w:t>
        <w:br/>
        <w:t>vt 0.897819 0.770238</w:t>
        <w:br/>
        <w:t>vt 0.742043 0.714276</w:t>
        <w:br/>
        <w:t>vt 0.761465 0.715065</w:t>
        <w:br/>
        <w:t>vt 0.761465 0.805166</w:t>
        <w:br/>
        <w:t>vt 0.761465 0.781828</w:t>
        <w:br/>
        <w:t>vt 0.750402 0.822196</w:t>
        <w:br/>
        <w:t>vt 0.897819 0.633303</w:t>
        <w:br/>
        <w:t>vt 0.909275 0.630196</w:t>
        <w:br/>
        <w:t>vt 0.910058 0.638689</w:t>
        <w:br/>
        <w:t>vt 0.897819 0.641695</w:t>
        <w:br/>
        <w:t>vt 0.750926 0.834207</w:t>
        <w:br/>
        <w:t>vt 0.761465 0.835720</w:t>
        <w:br/>
        <w:t>vt 0.761465 0.824338</w:t>
        <w:br/>
        <w:t>vt 0.897819 0.656506</w:t>
        <w:br/>
        <w:t>vt 0.910652 0.655831</w:t>
        <w:br/>
        <w:t>vt 0.911407 0.667505</w:t>
        <w:br/>
        <w:t>vt 0.897819 0.666508</w:t>
        <w:br/>
        <w:t>vt 0.920428 0.631678</w:t>
        <w:br/>
        <w:t>vt 0.920466 0.639927</w:t>
        <w:br/>
        <w:t>vt 0.911353 0.686753</w:t>
        <w:br/>
        <w:t>vt 0.897819 0.683995</w:t>
        <w:br/>
        <w:t>vt 0.911147 0.708022</w:t>
        <w:br/>
        <w:t>vt 0.897819 0.705858</w:t>
        <w:br/>
        <w:t>vt 0.911509 0.727512</w:t>
        <w:br/>
        <w:t>vt 0.925835 0.707549</w:t>
        <w:br/>
        <w:t>vt 0.928272 0.724980</w:t>
        <w:br/>
        <w:t>vt 0.897819 0.728030</w:t>
        <w:br/>
        <w:t>vt 0.918771 0.809079</w:t>
        <w:br/>
        <w:t>vt 0.897819 0.806661</w:t>
        <w:br/>
        <w:t>vt 0.412619 0.660274</w:t>
        <w:br/>
        <w:t>vt 0.416945 0.674414</w:t>
        <w:br/>
        <w:t>vt 0.404597 0.676428</w:t>
        <w:br/>
        <w:t>vt 0.395843 0.659551</w:t>
        <w:br/>
        <w:t>vt 0.916662 0.841847</w:t>
        <w:br/>
        <w:t>vt 0.914762 0.857879</w:t>
        <w:br/>
        <w:t>vt 0.897819 0.852003</w:t>
        <w:br/>
        <w:t>vt 0.897819 0.838501</w:t>
        <w:br/>
        <w:t>vt 0.761465 0.611100</w:t>
        <w:br/>
        <w:t>vt 0.746324 0.605791</w:t>
        <w:br/>
        <w:t>vt 0.378233 0.482961</w:t>
        <w:br/>
        <w:t>vt 0.361395 0.482961</w:t>
        <w:br/>
        <w:t>vt 0.322380 0.521809</w:t>
        <w:br/>
        <w:t>vt 0.292018 0.544532</w:t>
        <w:br/>
        <w:t>vt 0.275235 0.536310</w:t>
        <w:br/>
        <w:t>vt 0.285770 0.520862</w:t>
        <w:br/>
        <w:t>vt 0.284379 0.557681</w:t>
        <w:br/>
        <w:t>vt 0.269452 0.549038</w:t>
        <w:br/>
        <w:t>vt 0.276625 0.563650</w:t>
        <w:br/>
        <w:t>vt 0.265457 0.571073</w:t>
        <w:br/>
        <w:t>vt 0.255923 0.563577</w:t>
        <w:br/>
        <w:t>vt 0.263857 0.556364</w:t>
        <w:br/>
        <w:t>vt 0.259044 0.578706</w:t>
        <w:br/>
        <w:t>vt 0.250568 0.574463</w:t>
        <w:br/>
        <w:t>vt 0.306218 0.558298</w:t>
        <w:br/>
        <w:t>vt 0.317030 0.552054</w:t>
        <w:br/>
        <w:t>vt 0.316676 0.577083</w:t>
        <w:br/>
        <w:t>vt 0.316708 0.568648</w:t>
        <w:br/>
        <w:t>vt 0.329526 0.569639</w:t>
        <w:br/>
        <w:t>vt 0.352339 0.600774</w:t>
        <w:br/>
        <w:t>vt 0.340064 0.589049</w:t>
        <w:br/>
        <w:t>vt 0.326773 0.580536</w:t>
        <w:br/>
        <w:t>vt 0.317030 0.552054</w:t>
        <w:br/>
        <w:t>vt 0.317726 0.640947</w:t>
        <w:br/>
        <w:t>vt 0.316538 0.649173</w:t>
        <w:br/>
        <w:t>vt 0.309821 0.642347</w:t>
        <w:br/>
        <w:t>vt 0.296881 0.570215</w:t>
        <w:br/>
        <w:t>vt 0.306218 0.558298</w:t>
        <w:br/>
        <w:t>vt 0.289421 0.576710</w:t>
        <w:br/>
        <w:t>vt 0.291894 0.582026</w:t>
        <w:br/>
        <w:t>vt 0.279222 0.586215</w:t>
        <w:br/>
        <w:t>vt 0.302932 0.575996</w:t>
        <w:br/>
        <w:t>vt 0.276625 0.563650</w:t>
        <w:br/>
        <w:t>vt 0.265457 0.571073</w:t>
        <w:br/>
        <w:t>vt 0.267641 0.587568</w:t>
        <w:br/>
        <w:t>vt 0.259044 0.578706</w:t>
        <w:br/>
        <w:t>vt 0.251725 0.591043</w:t>
        <w:br/>
        <w:t>vt 0.253976 0.593599</w:t>
        <w:br/>
        <w:t>vt 0.252034 0.601220</w:t>
        <w:br/>
        <w:t>vt 0.280692 0.653658</w:t>
        <w:br/>
        <w:t>vt 0.276065 0.649584</w:t>
        <w:br/>
        <w:t>vt 0.282148 0.650697</w:t>
        <w:br/>
        <w:t>vt 0.741361 0.836405</w:t>
        <w:br/>
        <w:t>vt 0.738347 0.835969</w:t>
        <w:br/>
        <w:t>vt 0.601128 0.482961</w:t>
        <w:br/>
        <w:t>vt 0.611835 0.482961</w:t>
        <w:br/>
        <w:t>vt 0.558656 0.482961</w:t>
        <w:br/>
        <w:t>vt 0.537370 0.482961</w:t>
        <w:br/>
        <w:t>vt 0.761465 0.758945</w:t>
        <w:br/>
        <w:t>vt 0.515514 0.482961</w:t>
        <w:br/>
        <w:t>vt 0.395042 0.482961</w:t>
        <w:br/>
        <w:t>vt 0.393304 0.502404</w:t>
        <w:br/>
        <w:t>vt 0.761465 0.659729</w:t>
        <w:br/>
        <w:t>vt 0.330730 0.482961</w:t>
        <w:br/>
        <w:t>vt 0.342961 0.482961</w:t>
        <w:br/>
        <w:t>vt 0.347528 0.655548</w:t>
        <w:br/>
        <w:t>vt 0.344690 0.643098</w:t>
        <w:br/>
        <w:t>vt 0.355610 0.641877</w:t>
        <w:br/>
        <w:t>vt 0.357384 0.655984</w:t>
        <w:br/>
        <w:t>vt 0.368906 0.656882</w:t>
        <w:br/>
        <w:t>vt 0.367101 0.641009</w:t>
        <w:br/>
        <w:t>vt 0.379911 0.640956</w:t>
        <w:br/>
        <w:t>vt 0.381357 0.658547</w:t>
        <w:br/>
        <w:t>vt 0.306745 0.675856</w:t>
        <w:br/>
        <w:t>vt 0.301288 0.671794</w:t>
        <w:br/>
        <w:t>vt 0.308486 0.670119</w:t>
        <w:br/>
        <w:t>vt 0.319292 0.668993</w:t>
        <w:br/>
        <w:t>vt 0.320992 0.680946</w:t>
        <w:br/>
        <w:t>vt 0.314740 0.679715</w:t>
        <w:br/>
        <w:t>vt 0.330903 0.668306</w:t>
        <w:br/>
        <w:t>vt 0.331377 0.677015</w:t>
        <w:br/>
        <w:t>vt 0.305226 0.482961</w:t>
        <w:br/>
        <w:t>vt 0.321265 0.482961</w:t>
        <w:br/>
        <w:t>vt 0.339273 0.656171</w:t>
        <w:br/>
        <w:t>vt 0.347262 0.665751</w:t>
        <w:br/>
        <w:t>vt 0.339720 0.666610</w:t>
        <w:br/>
        <w:t>vt 0.334898 0.644481</w:t>
        <w:br/>
        <w:t>vt 0.339720 0.666610</w:t>
        <w:br/>
        <w:t>vt 0.330096 0.656939</w:t>
        <w:br/>
        <w:t>vt 0.317879 0.658402</w:t>
        <w:br/>
        <w:t>vt 0.304094 0.532622</w:t>
        <w:br/>
        <w:t>vt 0.302552 0.660885</w:t>
        <w:br/>
        <w:t>vt 0.297748 0.661456</w:t>
        <w:br/>
        <w:t>vt 0.302552 0.660885</w:t>
        <w:br/>
        <w:t>vt 0.297748 0.661456</w:t>
        <w:br/>
        <w:t>vt 0.296694 0.654499</w:t>
        <w:br/>
        <w:t>vt 0.302514 0.652907</w:t>
        <w:br/>
        <w:t>vt 0.326104 0.646384</w:t>
        <w:br/>
        <w:t>vt 0.309631 0.659821</w:t>
        <w:br/>
        <w:t>vt 0.295146 0.647463</w:t>
        <w:br/>
        <w:t>vt 0.302325 0.642589</w:t>
        <w:br/>
        <w:t>vt 0.292685 0.513960</w:t>
        <w:br/>
        <w:t>vt 0.304516 0.581000</w:t>
        <w:br/>
        <w:t>vt 0.324042 0.636718</w:t>
        <w:br/>
        <w:t>vt 0.330953 0.629190</w:t>
        <w:br/>
        <w:t>vt 0.332826 0.636437</w:t>
        <w:br/>
        <w:t>vt 0.342653 0.632973</w:t>
        <w:br/>
        <w:t>vt 0.352111 0.632971</w:t>
        <w:br/>
        <w:t>vt 0.350862 0.623881</w:t>
        <w:br/>
        <w:t>vt 0.361478 0.623881</w:t>
        <w:br/>
        <w:t>vt 0.356566 0.668510</w:t>
        <w:br/>
        <w:t>vt 0.394713 0.641748</w:t>
        <w:br/>
        <w:t>vt 0.409581 0.641693</w:t>
        <w:br/>
        <w:t>vt 0.381357 0.658547</w:t>
        <w:br/>
        <w:t>vt 0.395781 0.677086</w:t>
        <w:br/>
        <w:t>vt 0.428652 0.657128</w:t>
        <w:br/>
        <w:t>vt 0.431487 0.668768</w:t>
        <w:br/>
        <w:t>vt 0.485158 0.656785</w:t>
        <w:br/>
        <w:t>vt 0.483094 0.645388</w:t>
        <w:br/>
        <w:t>vt 0.501725 0.644330</w:t>
        <w:br/>
        <w:t>vt 0.502791 0.655763</w:t>
        <w:br/>
        <w:t>vt 0.424699 0.640498</w:t>
        <w:br/>
        <w:t>vt 0.443413 0.638619</w:t>
        <w:br/>
        <w:t>vt 0.445857 0.652417</w:t>
        <w:br/>
        <w:t>vt 0.520759 0.646345</w:t>
        <w:br/>
        <w:t>vt 0.521033 0.658428</w:t>
        <w:br/>
        <w:t>vt 0.502791 0.655763</w:t>
        <w:br/>
        <w:t>vt 0.532350 0.646021</w:t>
        <w:br/>
        <w:t>vt 0.533590 0.657626</w:t>
        <w:br/>
        <w:t>vt 0.531868 0.635776</w:t>
        <w:br/>
        <w:t>vt 0.540339 0.634938</w:t>
        <w:br/>
        <w:t>vt 0.541866 0.644698</w:t>
        <w:br/>
        <w:t>vt 0.544034 0.655335</w:t>
        <w:br/>
        <w:t>vt 0.968639 0.864800</w:t>
        <w:br/>
        <w:t>vt 0.933523 0.861403</w:t>
        <w:br/>
        <w:t>vt 0.939490 0.844936</w:t>
        <w:br/>
        <w:t>vt 0.974339 0.845188</w:t>
        <w:br/>
        <w:t>vt 0.500204 0.635608</w:t>
        <w:br/>
        <w:t>vt 0.482689 0.636033</w:t>
        <w:br/>
        <w:t>vt 0.499058 0.623880</w:t>
        <w:br/>
        <w:t>vt 0.482913 0.623880</w:t>
        <w:br/>
        <w:t>vt 0.519408 0.636365</w:t>
        <w:br/>
        <w:t>vt 0.564376 0.635125</w:t>
        <w:br/>
        <w:t>vt 0.566367 0.642794</w:t>
        <w:br/>
        <w:t>vt 0.556987 0.643386</w:t>
        <w:br/>
        <w:t>vt 0.555209 0.634437</w:t>
        <w:br/>
        <w:t>vt 0.552739 0.623880</w:t>
        <w:br/>
        <w:t>vt 0.565898 0.623880</w:t>
        <w:br/>
        <w:t>vt 0.531702 0.623880</w:t>
        <w:br/>
        <w:t>vt 0.540027 0.623880</w:t>
        <w:br/>
        <w:t>vt 0.920466 0.639927</w:t>
        <w:br/>
        <w:t>vt 0.920428 0.631678</w:t>
        <w:br/>
        <w:t>vt 0.930743 0.630543</w:t>
        <w:br/>
        <w:t>vt 0.929430 0.646488</w:t>
        <w:br/>
        <w:t>vt 0.519203 0.623880</w:t>
        <w:br/>
        <w:t>vt 0.424051 0.623880</w:t>
        <w:br/>
        <w:t>vt 0.442694 0.623880</w:t>
        <w:br/>
        <w:t>vt 0.938446 0.709240</w:t>
        <w:br/>
        <w:t>vt 0.942588 0.725301</w:t>
        <w:br/>
        <w:t>vt 0.407753 0.623881</w:t>
        <w:br/>
        <w:t>vt 0.375549 0.623881</w:t>
        <w:br/>
        <w:t>vt 0.392128 0.623881</w:t>
        <w:br/>
        <w:t>vt 0.293402 0.661973</w:t>
        <w:br/>
        <w:t>vt 0.290799 0.656960</w:t>
        <w:br/>
        <w:t>vt 0.289222 0.651563</w:t>
        <w:br/>
        <w:t>vt 0.297645 0.670480</w:t>
        <w:br/>
        <w:t>vt 0.292617 0.668203</w:t>
        <w:br/>
        <w:t>vt 0.286284 0.664287</w:t>
        <w:br/>
        <w:t>vt 0.288933 0.661265</w:t>
        <w:br/>
        <w:t>vt 0.279273 0.655798</w:t>
        <w:br/>
        <w:t>vt 0.276065 0.649584</w:t>
        <w:br/>
        <w:t>vt 0.280692 0.653658</w:t>
        <w:br/>
        <w:t>vt 0.285203 0.657117</w:t>
        <w:br/>
        <w:t>vt 0.285916 0.651384</w:t>
        <w:br/>
        <w:t>vt 0.897819 0.867587</w:t>
        <w:br/>
        <w:t>vt 0.913072 0.868307</w:t>
        <w:br/>
        <w:t>vt 0.929817 0.662615</w:t>
        <w:br/>
        <w:t>vt 0.932018 0.672688</w:t>
        <w:br/>
        <w:t>vt 0.922122 0.670161</w:t>
        <w:br/>
        <w:t>vt 0.920966 0.657478</w:t>
        <w:br/>
        <w:t>vt 0.923113 0.688951</w:t>
        <w:br/>
        <w:t>vt 0.933440 0.687524</w:t>
        <w:br/>
        <w:t>vt 0.955931 0.766594</w:t>
        <w:br/>
        <w:t>vt 0.964620 0.786428</w:t>
        <w:br/>
        <w:t>vt 0.941626 0.788741</w:t>
        <w:br/>
        <w:t>vt 0.937017 0.769782</w:t>
        <w:br/>
        <w:t>vt 0.472377 0.509049</w:t>
        <w:br/>
        <w:t>vt 0.971758 0.804273</w:t>
        <w:br/>
        <w:t>vt 0.917847 0.825265</w:t>
        <w:br/>
        <w:t>vt 0.897819 0.822229</w:t>
        <w:br/>
        <w:t>vt 0.749471 0.593244</w:t>
        <w:br/>
        <w:t>vt 0.751253 0.579859</w:t>
        <w:br/>
        <w:t>vt 0.726439 0.572023</w:t>
        <w:br/>
        <w:t>vt 0.744176 0.547962</w:t>
        <w:br/>
        <w:t>vt 0.734331 0.545541</w:t>
        <w:br/>
        <w:t>vt 0.732628 0.557317</w:t>
        <w:br/>
        <w:t>vt 0.751062 0.563369</w:t>
        <w:br/>
        <w:t>vt 0.761465 0.563083</w:t>
        <w:br/>
        <w:t>vt 0.755571 0.549822</w:t>
        <w:br/>
        <w:t>vt 0.761465 0.580388</w:t>
        <w:br/>
        <w:t>vt 0.761465 0.596232</w:t>
        <w:br/>
        <w:t>vt 0.913897 0.912484</w:t>
        <w:br/>
        <w:t>vt 0.914901 0.931627</w:t>
        <w:br/>
        <w:t>vt 0.897819 0.927150</w:t>
        <w:br/>
        <w:t>vt 0.897819 0.914668</w:t>
        <w:br/>
        <w:t>vt 0.897819 0.897030</w:t>
        <w:br/>
        <w:t>vt 0.897819 0.881856</w:t>
        <w:br/>
        <w:t>vt 0.913134 0.881372</w:t>
        <w:br/>
        <w:t>vt 0.912791 0.874577</w:t>
        <w:br/>
        <w:t>vt 0.914901 0.931627</w:t>
        <w:br/>
        <w:t>vt 0.913897 0.912484</w:t>
        <w:br/>
        <w:t>vt 0.931310 0.910621</w:t>
        <w:br/>
        <w:t>vt 0.935252 0.929086</w:t>
        <w:br/>
        <w:t>vt 0.914269 0.894240</w:t>
        <w:br/>
        <w:t>vt 0.926833 0.894639</w:t>
        <w:br/>
        <w:t>vt 0.913134 0.881372</w:t>
        <w:br/>
        <w:t>vt 0.922698 0.882480</w:t>
        <w:br/>
        <w:t>vt 0.912791 0.874577</w:t>
        <w:br/>
        <w:t>vt 0.921792 0.872055</w:t>
        <w:br/>
        <w:t>vt 0.913072 0.868307</w:t>
        <w:br/>
        <w:t>vt 0.914762 0.857879</w:t>
        <w:br/>
        <w:t>vt 0.945301 0.907500</w:t>
        <w:br/>
        <w:t>vt 0.966495 0.922719</w:t>
        <w:br/>
        <w:t>vt 0.950093 0.921991</w:t>
        <w:br/>
        <w:t>vt 0.939309 0.890935</w:t>
        <w:br/>
        <w:t>vt 0.945301 0.907500</w:t>
        <w:br/>
        <w:t>vt 0.935828 0.879510</w:t>
        <w:br/>
        <w:t>vt 0.968376 0.884325</w:t>
        <w:br/>
        <w:t>vt 0.964065 0.899592</w:t>
        <w:br/>
        <w:t>vt 0.939309 0.890935</w:t>
        <w:br/>
        <w:t>vt 0.935828 0.879510</w:t>
        <w:br/>
        <w:t>vt 0.966077 0.911186</w:t>
        <w:br/>
        <w:t>vt 0.960905 0.940296</w:t>
        <w:br/>
        <w:t>vt 0.953988 0.955805</w:t>
        <w:br/>
        <w:t>vt 0.934549 0.942004</w:t>
        <w:br/>
        <w:t>vt 0.954059 0.943442</w:t>
        <w:br/>
        <w:t>vt 0.913479 0.938779</w:t>
        <w:br/>
        <w:t>vt 0.913479 0.938779</w:t>
        <w:br/>
        <w:t>vt 0.897819 0.935749</w:t>
        <w:br/>
        <w:t>vt 0.751674 0.540347</w:t>
        <w:br/>
        <w:t>vt 0.739642 0.537343</w:t>
        <w:br/>
        <w:t>vt 0.732597 0.533821</w:t>
        <w:br/>
        <w:t>vt 0.744872 0.491344</w:t>
        <w:br/>
        <w:t>vt 0.752216 0.491771</w:t>
        <w:br/>
        <w:t>vt 0.752770 0.488716</w:t>
        <w:br/>
        <w:t>vt 0.758083 0.494257</w:t>
        <w:br/>
        <w:t>vt 0.759773 0.489567</w:t>
        <w:br/>
        <w:t>vt 0.763796 0.497854</w:t>
        <w:br/>
        <w:t>vt 0.767094 0.492926</w:t>
        <w:br/>
        <w:t>vt 0.769406 0.503442</w:t>
        <w:br/>
        <w:t>vt 0.772695 0.497653</w:t>
        <w:br/>
        <w:t>vt 0.769043 0.511354</w:t>
        <w:br/>
        <w:t>vt 0.776676 0.510349</w:t>
        <w:br/>
        <w:t>vt 0.775468 0.502592</w:t>
        <w:br/>
        <w:t>vt 0.763088 0.502716</w:t>
        <w:br/>
        <w:t>vt 0.761881 0.507625</w:t>
        <w:br/>
        <w:t>vt 0.763796 0.497854</w:t>
        <w:br/>
        <w:t>vt 0.760650 0.500608</w:t>
        <w:br/>
        <w:t>vt 0.758083 0.494257</w:t>
        <w:br/>
        <w:t>vt 0.756604 0.497288</w:t>
        <w:br/>
        <w:t>vt 0.752216 0.491771</w:t>
        <w:br/>
        <w:t>vt 0.752225 0.494374</w:t>
        <w:br/>
        <w:t>vt 0.744872 0.491344</w:t>
        <w:br/>
        <w:t>vt 0.756533 0.509506</w:t>
        <w:br/>
        <w:t>vt 0.761425 0.521625</w:t>
        <w:br/>
        <w:t>vt 0.765723 0.517231</w:t>
        <w:br/>
        <w:t>vt 0.761425 0.521625</w:t>
        <w:br/>
        <w:t>vt 0.767829 0.525966</w:t>
        <w:br/>
        <w:t>vt 0.773529 0.519162</w:t>
        <w:br/>
        <w:t>vt 0.753223 0.523895</w:t>
        <w:br/>
        <w:t>vt 0.759873 0.531594</w:t>
        <w:br/>
        <w:t>vt 0.744996 0.525368</w:t>
        <w:br/>
        <w:t>vt 0.736284 0.528932</w:t>
        <w:br/>
        <w:t>vt 0.746684 0.510129</w:t>
        <w:br/>
        <w:t>vt 0.753223 0.523895</w:t>
        <w:br/>
        <w:t>vt 0.737006 0.511751</w:t>
        <w:br/>
        <w:t>vt 0.744996 0.525368</w:t>
        <w:br/>
        <w:t>vt 0.727466 0.517474</w:t>
        <w:br/>
        <w:t>vt 0.736284 0.528932</w:t>
        <w:br/>
        <w:t>vt 0.723735 0.524135</w:t>
        <w:br/>
        <w:t>vt 0.732597 0.533821</w:t>
        <w:br/>
        <w:t>vt 0.722651 0.530398</w:t>
        <w:br/>
        <w:t>vt 0.723797 0.544371</w:t>
        <w:br/>
        <w:t>vt 0.734331 0.545541</w:t>
        <w:br/>
        <w:t>vt 0.709920 0.563019</w:t>
        <w:br/>
        <w:t>vt 0.726439 0.572023</w:t>
        <w:br/>
        <w:t>vt 0.732628 0.557317</w:t>
        <w:br/>
        <w:t>vt 0.702278 0.583991</w:t>
        <w:br/>
        <w:t>vt 0.717246 0.597814</w:t>
        <w:br/>
        <w:t>vt 0.944662 0.964259</w:t>
        <w:br/>
        <w:t>vt 0.928411 0.949830</w:t>
        <w:br/>
        <w:t>vt 0.911394 0.946747</w:t>
        <w:br/>
        <w:t>vt 0.897819 0.944805</w:t>
        <w:br/>
        <w:t>vt 0.897819 0.938496</w:t>
        <w:br/>
        <w:t>vt 0.897819 0.950974</w:t>
        <w:br/>
        <w:t>vt 0.906277 0.955203</w:t>
        <w:br/>
        <w:t>vt 0.901294 0.960533</w:t>
        <w:br/>
        <w:t>vt 0.897819 0.962336</w:t>
        <w:br/>
        <w:t>vt 0.897819 0.956327</w:t>
        <w:br/>
        <w:t>vt 0.901356 0.966163</w:t>
        <w:br/>
        <w:t>vt 0.897819 0.967569</w:t>
        <w:br/>
        <w:t>vt 0.897819 0.976964</w:t>
        <w:br/>
        <w:t>vt 0.897819 0.971568</w:t>
        <w:br/>
        <w:t>vt 0.902087 0.971087</w:t>
        <w:br/>
        <w:t>vt 0.902030 0.976507</w:t>
        <w:br/>
        <w:t>vt 0.900685 0.982367</w:t>
        <w:br/>
        <w:t>vt 0.897819 0.982793</w:t>
        <w:br/>
        <w:t>vt 0.899048 0.987194</w:t>
        <w:br/>
        <w:t>vt 0.897819 0.987746</w:t>
        <w:br/>
        <w:t>vt 0.897819 0.993875</w:t>
        <w:br/>
        <w:t>vt 0.923033 0.954634</w:t>
        <w:br/>
        <w:t>vt 0.911394 0.946747</w:t>
        <w:br/>
        <w:t>vt 0.913374 0.962681</w:t>
        <w:br/>
        <w:t>vt 0.906277 0.955203</w:t>
        <w:br/>
        <w:t>vt 0.908418 0.966747</w:t>
        <w:br/>
        <w:t>vt 0.901294 0.960533</w:t>
        <w:br/>
        <w:t>vt 0.900685 0.982367</w:t>
        <w:br/>
        <w:t>vt 0.902030 0.976507</w:t>
        <w:br/>
        <w:t>vt 0.906807 0.978168</w:t>
        <w:br/>
        <w:t>vt 0.904272 0.983916</w:t>
        <w:br/>
        <w:t>vt 0.901616 0.988534</w:t>
        <w:br/>
        <w:t>vt 0.908744 0.973616</w:t>
        <w:br/>
        <w:t>vt 0.902087 0.971087</w:t>
        <w:br/>
        <w:t>vt 0.958082 0.947859</w:t>
        <w:br/>
        <w:t>vt 0.913374 0.962681</w:t>
        <w:br/>
        <w:t>vt 0.922180 0.968611</w:t>
        <w:br/>
        <w:t>vt 0.914673 0.969937</w:t>
        <w:br/>
        <w:t>vt 0.908418 0.966747</w:t>
        <w:br/>
        <w:t>vt 0.933722 0.967837</w:t>
        <w:br/>
        <w:t>vt 0.367595 0.550305</w:t>
        <w:br/>
        <w:t>vt 0.375134 0.573046</w:t>
        <w:br/>
        <w:t>vt 0.340775 0.623881</w:t>
        <w:br/>
        <w:t>vt 0.918642 0.790365</w:t>
        <w:br/>
        <w:t>vt 0.450701 0.663304</w:t>
        <w:br/>
        <w:t>vt 0.917200 0.773876</w:t>
        <w:br/>
        <w:t>vt 0.911353 0.686753</w:t>
        <w:br/>
        <w:t>vt 0.911407 0.667505</w:t>
        <w:br/>
        <w:t>vt 0.556987 0.643386</w:t>
        <w:br/>
        <w:t>vt 0.566367 0.642794</w:t>
        <w:br/>
        <w:t>vt 0.566903 0.651342</w:t>
        <w:br/>
        <w:t>vt 0.557683 0.652994</w:t>
        <w:br/>
        <w:t>vt 0.910652 0.655831</w:t>
        <w:br/>
        <w:t>vt 0.752428 0.536821</w:t>
        <w:br/>
        <w:t>vt 0.719347 0.549577</w:t>
        <w:br/>
        <w:t>vt 0.765723 0.517231</w:t>
        <w:br/>
        <w:t>vt 0.257781 0.594029</w:t>
        <w:br/>
        <w:t>vt 0.686166 0.604359</w:t>
        <w:br/>
        <w:t>vt 0.709087 0.625847</w:t>
        <w:br/>
        <w:t>vt 0.340775 0.623881</w:t>
        <w:br/>
        <w:t>vt 0.349400 0.618785</w:t>
        <w:br/>
        <w:t>vt 0.359645 0.608286</w:t>
        <w:br/>
        <w:t>vt 0.341569 0.672104</w:t>
        <w:br/>
        <w:t>vt 0.950093 0.921991</w:t>
        <w:br/>
        <w:t>vt 0.498492 0.527682</w:t>
        <w:br/>
        <w:t>vt 0.502587 0.537408</w:t>
        <w:br/>
        <w:t>vt 0.492046 0.510424</w:t>
        <w:br/>
        <w:t>vt 0.493033 0.505871</w:t>
        <w:br/>
        <w:t>vt 0.741902 0.733837</w:t>
        <w:br/>
        <w:t>vt 0.728854 0.733121</w:t>
        <w:br/>
        <w:t>vt 0.728619 0.715410</w:t>
        <w:br/>
        <w:t>vt 0.761465 0.736936</w:t>
        <w:br/>
        <w:t>vt 0.914106 0.750307</w:t>
        <w:br/>
        <w:t>vt 0.897819 0.749268</w:t>
        <w:br/>
        <w:t>vt 0.492381 0.494733</w:t>
        <w:br/>
        <w:t>vt 0.493312 0.482961</w:t>
        <w:br/>
        <w:t>vt 0.464312 0.648438</w:t>
        <w:br/>
        <w:t>vt 0.467930 0.659588</w:t>
        <w:br/>
        <w:t>vt 0.463063 0.637215</w:t>
        <w:br/>
        <w:t>vt 0.462883 0.623880</w:t>
        <w:br/>
        <w:t>vt 0.914106 0.750307</w:t>
        <w:br/>
        <w:t>vt 0.931914 0.746975</w:t>
        <w:br/>
        <w:t>vt 0.947909 0.745563</w:t>
        <w:br/>
        <w:t>vt 0.975670 0.823178</w:t>
        <w:br/>
        <w:t>vt 0.359533 0.576455</w:t>
        <w:br/>
        <w:t>vt 0.309131 0.651329</w:t>
        <w:br/>
        <w:t>vt 0.262509 0.590273</w:t>
        <w:br/>
        <w:t>vt 0.255686 0.586176</w:t>
        <w:br/>
        <w:t>vt 0.282610 0.660920</w:t>
        <w:br/>
        <w:t>vt 0.251052 0.582059</w:t>
        <w:br/>
        <w:t>vt 0.752025 0.858501</w:t>
        <w:br/>
        <w:t>vt 0.751365 0.848270</w:t>
        <w:br/>
        <w:t>vt 0.382900 0.677110</w:t>
        <w:br/>
        <w:t>vt 0.370335 0.673158</w:t>
        <w:br/>
        <w:t>vt 0.914269 0.894240</w:t>
        <w:br/>
        <w:t>vt 0.309600 0.503712</w:t>
        <w:br/>
        <w:t>vt 0.717246 0.597814</w:t>
        <w:br/>
        <w:t>vt 0.391899 0.565423</w:t>
        <w:br/>
        <w:t>vt 0.404966 0.559364</w:t>
        <w:br/>
        <w:t>vt 0.408225 0.584263</w:t>
        <w:br/>
        <w:t>vt 0.916662 0.841847</w:t>
        <w:br/>
        <w:t>vt 0.761465 0.852038</w:t>
        <w:br/>
        <w:t>vt 0.761465 0.861362</w:t>
        <w:br/>
        <w:t>vt 0.590726 0.730217</w:t>
        <w:br/>
        <w:t>vt 0.598798 0.735388</w:t>
        <w:br/>
        <w:t>vt 0.592732 0.736578</w:t>
        <w:br/>
        <w:t>vt 0.574791 0.757933</w:t>
        <w:br/>
        <w:t>vt 0.572151 0.733349</w:t>
        <w:br/>
        <w:t>vt 0.581297 0.740476</w:t>
        <w:br/>
        <w:t>vt 0.585186 0.757933</w:t>
        <w:br/>
        <w:t>vt 0.531782 0.757933</w:t>
        <w:br/>
        <w:t>vt 0.537608 0.724369</w:t>
        <w:br/>
        <w:t>vt 0.546166 0.730468</w:t>
        <w:br/>
        <w:t>vt 0.542553 0.757933</w:t>
        <w:br/>
        <w:t>vt 0.486805 0.757933</w:t>
        <w:br/>
        <w:t>vt 0.488537 0.715068</w:t>
        <w:br/>
        <w:t>vt 0.501641 0.722796</w:t>
        <w:br/>
        <w:t>vt 0.497673 0.757933</w:t>
        <w:br/>
        <w:t>vt 0.553410 0.757933</w:t>
        <w:br/>
        <w:t>vt 0.556715 0.727620</w:t>
        <w:br/>
        <w:t>vt 0.587583 0.739078</w:t>
        <w:br/>
        <w:t>vt 0.597902 0.757933</w:t>
        <w:br/>
        <w:t>vt 0.530919 0.705649</w:t>
        <w:br/>
        <w:t>vt 0.527695 0.718452</w:t>
        <w:br/>
        <w:t>vt 0.516111 0.720900</w:t>
        <w:br/>
        <w:t>vt 0.508380 0.757933</w:t>
        <w:br/>
        <w:t>vt 0.478856 0.701499</w:t>
        <w:br/>
        <w:t>vt 0.479645 0.713962</w:t>
        <w:br/>
        <w:t>vt 0.566423 0.717756</w:t>
        <w:br/>
        <w:t>vt 0.565375 0.731096</w:t>
        <w:br/>
        <w:t>vt 0.564075 0.757933</w:t>
        <w:br/>
        <w:t>vt 0.520890 0.757933</w:t>
        <w:br/>
        <w:t>vt 0.477980 0.757933</w:t>
        <w:br/>
        <w:t>vt 0.629520 0.757933</w:t>
        <w:br/>
        <w:t>vt 0.609390 0.757933</w:t>
        <w:br/>
        <w:t>vt 0.472749 0.715167</w:t>
        <w:br/>
        <w:t>vt 0.469078 0.757933</w:t>
        <w:br/>
        <w:t>vt 0.460198 0.757933</w:t>
        <w:br/>
        <w:t>vt 0.463834 0.718931</w:t>
        <w:br/>
        <w:t>vt 0.453267 0.757933</w:t>
        <w:br/>
        <w:t>vt 0.456434 0.709351</w:t>
        <w:br/>
        <w:t>vt 0.447270 0.757933</w:t>
        <w:br/>
        <w:t>vt 0.447270 0.706665</w:t>
        <w:br/>
        <w:t>vt 0.447270 0.682997</w:t>
        <w:br/>
        <w:t>vt 0.594063 0.789452</w:t>
        <w:br/>
        <w:t>vt 0.595858 0.782649</w:t>
        <w:br/>
        <w:t>vt 0.602066 0.783860</w:t>
        <w:br/>
        <w:t>vt 0.583737 0.778510</w:t>
        <w:br/>
        <w:t>vt 0.573770 0.785758</w:t>
        <w:br/>
        <w:t>vt 0.577416 0.761011</w:t>
        <w:br/>
        <w:t>vt 0.587775 0.761011</w:t>
        <w:br/>
        <w:t>vt 0.547674 0.788577</w:t>
        <w:br/>
        <w:t>vt 0.538460 0.794513</w:t>
        <w:br/>
        <w:t>vt 0.533601 0.761011</w:t>
        <w:br/>
        <w:t>vt 0.544741 0.761011</w:t>
        <w:br/>
        <w:t>vt 0.501403 0.796256</w:t>
        <w:br/>
        <w:t>vt 0.487721 0.804322</w:t>
        <w:br/>
        <w:t>vt 0.486752 0.761011</w:t>
        <w:br/>
        <w:t>vt 0.497889 0.761011</w:t>
        <w:br/>
        <w:t>vt 0.556014 0.761011</w:t>
        <w:br/>
        <w:t>vt 0.558036 0.791400</w:t>
        <w:br/>
        <w:t>vt 0.600783 0.761011</w:t>
        <w:br/>
        <w:t>vt 0.590413 0.780083</w:t>
        <w:br/>
        <w:t>vt 0.530905 0.813027</w:t>
        <w:br/>
        <w:t>vt 0.516082 0.797657</w:t>
        <w:br/>
        <w:t>vt 0.527902 0.800098</w:t>
        <w:br/>
        <w:t>vt 0.509137 0.761011</w:t>
        <w:br/>
        <w:t>vt 0.477104 0.817126</w:t>
        <w:br/>
        <w:t>vt 0.478391 0.805575</w:t>
        <w:br/>
        <w:t>vt 0.566940 0.787999</w:t>
        <w:br/>
        <w:t>vt 0.567531 0.801651</w:t>
        <w:br/>
        <w:t>vt 0.566702 0.761011</w:t>
        <w:br/>
        <w:t>vt 0.522112 0.761011</w:t>
        <w:br/>
        <w:t>vt 0.477406 0.761011</w:t>
        <w:br/>
        <w:t>vt 0.612595 0.761011</w:t>
        <w:br/>
        <w:t>vt 0.632751 0.761011</w:t>
        <w:br/>
        <w:t>vt 0.471017 0.804220</w:t>
        <w:br/>
        <w:t>vt 0.468008 0.761011</w:t>
        <w:br/>
        <w:t>vt 0.461739 0.799772</w:t>
        <w:br/>
        <w:t>vt 0.458872 0.761011</w:t>
        <w:br/>
        <w:t>vt 0.453185 0.808916</w:t>
        <w:br/>
        <w:t>vt 0.450517 0.761011</w:t>
        <w:br/>
        <w:t>vt 0.442088 0.809360</w:t>
        <w:br/>
        <w:t>vt 0.442088 0.761011</w:t>
        <w:br/>
        <w:t>vt 0.442088 0.834754</w:t>
        <w:br/>
        <w:t>vt 0.104831 0.963877</w:t>
        <w:br/>
        <w:t>vt 0.102146 0.968530</w:t>
        <w:br/>
        <w:t>vt 0.094915 0.961561</w:t>
        <w:br/>
        <w:t>vt 0.560030 0.550961</w:t>
        <w:br/>
        <w:t>vt 0.550332 0.560741</w:t>
        <w:br/>
        <w:t>vt 0.545353 0.553898</w:t>
        <w:br/>
        <w:t>vt 0.555844 0.546254</w:t>
        <w:br/>
        <w:t>vt 0.601459 0.564691</w:t>
        <w:br/>
        <w:t>vt 0.603516 0.556482</w:t>
        <w:br/>
        <w:t>vt 0.615132 0.559987</w:t>
        <w:br/>
        <w:t>vt 0.614040 0.566174</w:t>
        <w:br/>
        <w:t>vt 0.557925 0.832595</w:t>
        <w:br/>
        <w:t>vt 0.540463 0.832376</w:t>
        <w:br/>
        <w:t>vt 0.541571 0.823989</w:t>
        <w:br/>
        <w:t>vt 0.558256 0.826427</w:t>
        <w:br/>
        <w:t>vt 0.589117 0.561398</w:t>
        <w:br/>
        <w:t>vt 0.590607 0.555454</w:t>
        <w:br/>
        <w:t>vt 0.542738 0.564686</w:t>
        <w:br/>
        <w:t>vt 0.539240 0.559230</w:t>
        <w:br/>
        <w:t>vt 0.503816 0.822261</w:t>
        <w:br/>
        <w:t>vt 0.525342 0.823319</w:t>
        <w:br/>
        <w:t>vt 0.524480 0.828363</w:t>
        <w:br/>
        <w:t>vt 0.574574 0.830077</w:t>
        <w:br/>
        <w:t>vt 0.576597 0.554843</w:t>
        <w:br/>
        <w:t>vt 0.532540 0.566159</w:t>
        <w:br/>
        <w:t>vt 0.140704 0.986513</w:t>
        <w:br/>
        <w:t>vt 0.136243 0.993711</w:t>
        <w:br/>
        <w:t>vt 0.166719 0.145059</w:t>
        <w:br/>
        <w:t>vt 0.181097 0.148005</w:t>
        <w:br/>
        <w:t>vt 0.178228 0.153070</w:t>
        <w:br/>
        <w:t>vt 0.188016 0.159003</w:t>
        <w:br/>
        <w:t>vt 0.191297 0.152064</w:t>
        <w:br/>
        <w:t>vt 0.203007 0.157536</w:t>
        <w:br/>
        <w:t>vt 0.200725 0.163454</w:t>
        <w:br/>
        <w:t>vt 0.227437 0.169493</w:t>
        <w:br/>
        <w:t>vt 0.633858 0.566483</w:t>
        <w:br/>
        <w:t>vt 0.569496 0.536559</w:t>
        <w:br/>
        <w:t>vt 0.303815 0.730217</w:t>
        <w:br/>
        <w:t>vt 0.301808 0.736578</w:t>
        <w:br/>
        <w:t>vt 0.295742 0.735388</w:t>
        <w:br/>
        <w:t>vt 0.313243 0.740476</w:t>
        <w:br/>
        <w:t>vt 0.322389 0.733349</w:t>
        <w:br/>
        <w:t>vt 0.319749 0.757933</w:t>
        <w:br/>
        <w:t>vt 0.309354 0.757933</w:t>
        <w:br/>
        <w:t>vt 0.348374 0.730468</w:t>
        <w:br/>
        <w:t>vt 0.356932 0.724369</w:t>
        <w:br/>
        <w:t>vt 0.362759 0.757933</w:t>
        <w:br/>
        <w:t>vt 0.351987 0.757933</w:t>
        <w:br/>
        <w:t>vt 0.392899 0.722796</w:t>
        <w:br/>
        <w:t>vt 0.406003 0.715068</w:t>
        <w:br/>
        <w:t>vt 0.407735 0.757933</w:t>
        <w:br/>
        <w:t>vt 0.396867 0.757933</w:t>
        <w:br/>
        <w:t>vt 0.341130 0.757933</w:t>
        <w:br/>
        <w:t>vt 0.337825 0.727620</w:t>
        <w:br/>
        <w:t>vt 0.296639 0.757933</w:t>
        <w:br/>
        <w:t>vt 0.306957 0.739078</w:t>
        <w:br/>
        <w:t>vt 0.363621 0.705649</w:t>
        <w:br/>
        <w:t>vt 0.378429 0.720900</w:t>
        <w:br/>
        <w:t>vt 0.366845 0.718452</w:t>
        <w:br/>
        <w:t>vt 0.386160 0.757933</w:t>
        <w:br/>
        <w:t>vt 0.415684 0.701499</w:t>
        <w:br/>
        <w:t>vt 0.414895 0.713962</w:t>
        <w:br/>
        <w:t>vt 0.329165 0.731096</w:t>
        <w:br/>
        <w:t>vt 0.328117 0.717756</w:t>
        <w:br/>
        <w:t>vt 0.330465 0.757933</w:t>
        <w:br/>
        <w:t>vt 0.373650 0.757933</w:t>
        <w:br/>
        <w:t>vt 0.416560 0.757933</w:t>
        <w:br/>
        <w:t>vt 0.285150 0.757933</w:t>
        <w:br/>
        <w:t>vt 0.265020 0.757933</w:t>
        <w:br/>
        <w:t>vt 0.421791 0.715167</w:t>
        <w:br/>
        <w:t>vt 0.425462 0.757933</w:t>
        <w:br/>
        <w:t>vt 0.430707 0.718931</w:t>
        <w:br/>
        <w:t>vt 0.434342 0.757933</w:t>
        <w:br/>
        <w:t>vt 0.438106 0.709351</w:t>
        <w:br/>
        <w:t>vt 0.441273 0.757933</w:t>
        <w:br/>
        <w:t>vt 0.290114 0.789452</w:t>
        <w:br/>
        <w:t>vt 0.282111 0.783860</w:t>
        <w:br/>
        <w:t>vt 0.288318 0.782649</w:t>
        <w:br/>
        <w:t>vt 0.306760 0.761011</w:t>
        <w:br/>
        <w:t>vt 0.310406 0.785758</w:t>
        <w:br/>
        <w:t>vt 0.300439 0.778510</w:t>
        <w:br/>
        <w:t>vt 0.296401 0.761011</w:t>
        <w:br/>
        <w:t>vt 0.350576 0.761011</w:t>
        <w:br/>
        <w:t>vt 0.345716 0.794513</w:t>
        <w:br/>
        <w:t>vt 0.336502 0.788577</w:t>
        <w:br/>
        <w:t>vt 0.339435 0.761011</w:t>
        <w:br/>
        <w:t>vt 0.397424 0.761011</w:t>
        <w:br/>
        <w:t>vt 0.396455 0.804322</w:t>
        <w:br/>
        <w:t>vt 0.382773 0.796256</w:t>
        <w:br/>
        <w:t>vt 0.386287 0.761011</w:t>
        <w:br/>
        <w:t>vt 0.328162 0.761011</w:t>
        <w:br/>
        <w:t>vt 0.326140 0.791400</w:t>
        <w:br/>
        <w:t>vt 0.293763 0.780083</w:t>
        <w:br/>
        <w:t>vt 0.283394 0.761011</w:t>
        <w:br/>
        <w:t>vt 0.353271 0.813027</w:t>
        <w:br/>
        <w:t>vt 0.356274 0.800098</w:t>
        <w:br/>
        <w:t>vt 0.368094 0.797657</w:t>
        <w:br/>
        <w:t>vt 0.375039 0.761011</w:t>
        <w:br/>
        <w:t>vt 0.407072 0.817126</w:t>
        <w:br/>
        <w:t>vt 0.405785 0.805575</w:t>
        <w:br/>
        <w:t>vt 0.316645 0.801651</w:t>
        <w:br/>
        <w:t>vt 0.317236 0.787999</w:t>
        <w:br/>
        <w:t>vt 0.317474 0.761011</w:t>
        <w:br/>
        <w:t>vt 0.362064 0.761011</w:t>
        <w:br/>
        <w:t>vt 0.406770 0.761011</w:t>
        <w:br/>
        <w:t>vt 0.251425 0.761011</w:t>
        <w:br/>
        <w:t>vt 0.271581 0.761011</w:t>
        <w:br/>
        <w:t>vt 0.413159 0.804220</w:t>
        <w:br/>
        <w:t>vt 0.416168 0.761011</w:t>
        <w:br/>
        <w:t>vt 0.425304 0.761011</w:t>
        <w:br/>
        <w:t>vt 0.422437 0.799772</w:t>
        <w:br/>
        <w:t>vt 0.433659 0.761011</w:t>
        <w:br/>
        <w:t>vt 0.430991 0.808916</w:t>
        <w:br/>
        <w:t>vt 0.603830 0.578568</w:t>
        <w:br/>
        <w:t>vt 0.612915 0.583168</w:t>
        <w:br/>
        <w:t>vt 0.602896 0.583859</w:t>
        <w:br/>
        <w:t>vt 0.096113 0.661692</w:t>
        <w:br/>
        <w:t>vt 0.104472 0.660374</w:t>
        <w:br/>
        <w:t>vt 0.104415 0.674147</w:t>
        <w:br/>
        <w:t>vt 0.098126 0.674515</w:t>
        <w:br/>
        <w:t>vt 0.646596 0.788592</w:t>
        <w:br/>
        <w:t>vt 0.657753 0.794593</w:t>
        <w:br/>
        <w:t>vt 0.655097 0.800287</w:t>
        <w:br/>
        <w:t>vt 0.643573 0.796496</w:t>
        <w:br/>
        <w:t>vt 0.764293 0.899603</w:t>
        <w:br/>
        <w:t>vt 0.770471 0.915937</w:t>
        <w:br/>
        <w:t>vt 0.764788 0.918358</w:t>
        <w:br/>
        <w:t>vt 0.756791 0.903513</w:t>
        <w:br/>
        <w:t>vt 0.632408 0.789934</w:t>
        <w:br/>
        <w:t>vt 0.634597 0.784211</w:t>
        <w:br/>
        <w:t>vt 0.095560 0.653599</w:t>
        <w:br/>
        <w:t>vt 0.101892 0.652215</w:t>
        <w:br/>
        <w:t>vt 0.742253 0.868626</w:t>
        <w:br/>
        <w:t>vt 0.755055 0.885957</w:t>
        <w:br/>
        <w:t>vt 0.750611 0.888491</w:t>
        <w:br/>
        <w:t>vt 0.773799 0.932443</w:t>
        <w:br/>
        <w:t>vt 0.620581 0.782399</w:t>
        <w:br/>
        <w:t>vt 0.095723 0.643963</w:t>
        <w:br/>
        <w:t>vt 0.560590 0.581231</w:t>
        <w:br/>
        <w:t>vt 0.561800 0.572850</w:t>
        <w:br/>
        <w:t>vt 0.726120 0.467343</w:t>
        <w:br/>
        <w:t>vt 0.718109 0.455834</w:t>
        <w:br/>
        <w:t>vt 0.723174 0.452965</w:t>
        <w:br/>
        <w:t>vt 0.712176 0.446046</w:t>
        <w:br/>
        <w:t>vt 0.719115 0.442766</w:t>
        <w:br/>
        <w:t>vt 0.707725 0.433337</w:t>
        <w:br/>
        <w:t>vt 0.713643 0.431056</w:t>
        <w:br/>
        <w:t>vt 0.701686 0.406625</w:t>
        <w:br/>
        <w:t>vt 0.674164 0.805707</w:t>
        <w:br/>
        <w:t>vt 0.100924 0.691025</w:t>
        <w:br/>
        <w:t>vn -0.6881 -0.1346 0.7130</w:t>
        <w:br/>
        <w:t>vn -0.6882 -0.1346 0.7130</w:t>
        <w:br/>
        <w:t>vn -0.4045 -0.2026 0.8918</w:t>
        <w:br/>
        <w:t>vn -0.2435 -0.2350 0.9410</w:t>
        <w:br/>
        <w:t>vn -0.2435 -0.2351 0.9410</w:t>
        <w:br/>
        <w:t>vn -0.8759 -0.0510 0.4797</w:t>
        <w:br/>
        <w:t>vn -0.8760 -0.0509 0.4797</w:t>
        <w:br/>
        <w:t>vn -0.1123 -0.2571 0.9598</w:t>
        <w:br/>
        <w:t>vn -0.9439 0.0054 0.3303</w:t>
        <w:br/>
        <w:t>vn 0.0000 -0.2652 0.9642</w:t>
        <w:br/>
        <w:t>vn -0.9753 0.0369 0.2177</w:t>
        <w:br/>
        <w:t>vn -0.0002 0.9735 0.2289</w:t>
        <w:br/>
        <w:t>vn 0.0016 0.9691 0.2466</w:t>
        <w:br/>
        <w:t>vn 0.0016 0.9691 0.2465</w:t>
        <w:br/>
        <w:t>vn -0.0003 0.9735 0.2289</w:t>
        <w:br/>
        <w:t>vn -0.0123 0.9811 0.1931</w:t>
        <w:br/>
        <w:t>vn -0.0123 0.9811 0.1932</w:t>
        <w:br/>
        <w:t>vn -0.0236 0.9848 0.1723</w:t>
        <w:br/>
        <w:t>vn -0.0236 0.9848 0.1722</w:t>
        <w:br/>
        <w:t>vn -0.0024 0.9667 0.2559</w:t>
        <w:br/>
        <w:t>vn -0.0005 0.9661 0.2582</w:t>
        <w:br/>
        <w:t>vn -0.0004 0.9661 0.2581</w:t>
        <w:br/>
        <w:t>vn -0.0025 0.9667 0.2558</w:t>
        <w:br/>
        <w:t>vn -0.0014 0.9679 0.2512</w:t>
        <w:br/>
        <w:t>vn 0.7552 0.1139 -0.6455</w:t>
        <w:br/>
        <w:t>vn 0.9236 0.0307 -0.3821</w:t>
        <w:br/>
        <w:t>vn 0.9236 0.0307 -0.3822</w:t>
        <w:br/>
        <w:t>vn 0.9655 -0.0016 -0.2606</w:t>
        <w:br/>
        <w:t>vn 0.4630 0.1901 -0.8657</w:t>
        <w:br/>
        <w:t>vn 0.4630 0.1901 -0.8658</w:t>
        <w:br/>
        <w:t>vn 0.9773 -0.0093 -0.2117</w:t>
        <w:br/>
        <w:t>vn 0.2587 0.2228 -0.9399</w:t>
        <w:br/>
        <w:t>vn 0.1317 0.2357 -0.9629</w:t>
        <w:br/>
        <w:t>vn 0.1317 0.2356 -0.9629</w:t>
        <w:br/>
        <w:t>vn -0.0000 0.9662 0.2578</w:t>
        <w:br/>
        <w:t>vn -0.0002 0.9662 0.2578</w:t>
        <w:br/>
        <w:t>vn 0.0000 0.2387 -0.9711</w:t>
        <w:br/>
        <w:t>vn 0.0000 0.2382 -0.9712</w:t>
        <w:br/>
        <w:t>vn -0.9819 0.1591 0.1030</w:t>
        <w:br/>
        <w:t>vn -0.9837 0.1742 -0.0454</w:t>
        <w:br/>
        <w:t>vn -0.7504 0.6133 -0.2465</w:t>
        <w:br/>
        <w:t>vn -0.9635 0.1618 -0.2131</w:t>
        <w:br/>
        <w:t>vn -0.3211 0.9453 -0.0568</w:t>
        <w:br/>
        <w:t>vn -0.2172 0.9749 -0.0480</w:t>
        <w:br/>
        <w:t>vn -0.2289 0.9476 -0.2230</w:t>
        <w:br/>
        <w:t>vn 0.0575 0.9978 -0.0325</w:t>
        <w:br/>
        <w:t>vn 0.0197 0.9766 -0.2144</w:t>
        <w:br/>
        <w:t>vn 0.0000 0.9997 -0.0261</w:t>
        <w:br/>
        <w:t>vn -0.0000 0.9791 -0.2034</w:t>
        <w:br/>
        <w:t>vn 0.0919 0.9866 0.1346</w:t>
        <w:br/>
        <w:t>vn -0.1985 0.9747 0.1030</w:t>
        <w:br/>
        <w:t>vn -0.2914 0.9524 0.0897</w:t>
        <w:br/>
        <w:t>vn -0.2727 0.9460 0.1753</w:t>
        <w:br/>
        <w:t>vn -0.1808 0.9652 0.1889</w:t>
        <w:br/>
        <w:t>vn -0.9743 0.1092 0.1970</w:t>
        <w:br/>
        <w:t>vn -0.7395 0.5911 -0.3220</w:t>
        <w:br/>
        <w:t>vn -0.9446 0.1515 -0.2911</w:t>
        <w:br/>
        <w:t>vn -0.2304 0.9274 -0.2947</w:t>
        <w:br/>
        <w:t>vn -0.0034 0.9601 -0.2797</w:t>
        <w:br/>
        <w:t>vn 0.0000 0.9879 0.1550</w:t>
        <w:br/>
        <w:t>vn 0.1255 0.9689 0.2132</w:t>
        <w:br/>
        <w:t>vn 0.0000 0.9735 0.2287</w:t>
        <w:br/>
        <w:t>vn -0.1551 0.9528 0.2608</w:t>
        <w:br/>
        <w:t>vn 0.1465 0.9498 0.2764</w:t>
        <w:br/>
        <w:t>vn 0.0000 0.9584 0.2854</w:t>
        <w:br/>
        <w:t>vn -0.2458 0.9376 0.2461</w:t>
        <w:br/>
        <w:t>vn -0.9722 0.0576 0.2271</w:t>
        <w:br/>
        <w:t>vn -0.9722 0.0577 0.2270</w:t>
        <w:br/>
        <w:t>vn -0.9660 0.0187 0.2577</w:t>
        <w:br/>
        <w:t>vn -0.2165 0.9134 0.3447</w:t>
        <w:br/>
        <w:t>vn -0.1213 0.9251 0.3599</w:t>
        <w:br/>
        <w:t>vn 0.1538 0.9182 0.3651</w:t>
        <w:br/>
        <w:t>vn -0.0000 0.9302 0.3671</w:t>
        <w:br/>
        <w:t>vn -0.2060 0.8533 0.4789</w:t>
        <w:br/>
        <w:t>vn -0.0987 0.8730 0.4776</w:t>
        <w:br/>
        <w:t>vn -0.9209 -0.0790 0.3817</w:t>
        <w:br/>
        <w:t>vn -0.9404 -0.0200 0.3395</w:t>
        <w:br/>
        <w:t>vn 0.1407 0.8798 0.4539</w:t>
        <w:br/>
        <w:t>vn -0.0000 0.8952 0.4457</w:t>
        <w:br/>
        <w:t>vn 0.1038 0.8280 0.5511</w:t>
        <w:br/>
        <w:t>vn -0.0000 0.8462 0.5329</w:t>
        <w:br/>
        <w:t>vn -0.8852 -0.1437 0.4425</w:t>
        <w:br/>
        <w:t>vn -0.1887 0.7861 0.5886</w:t>
        <w:br/>
        <w:t>vn -0.0876 0.8066 0.5846</w:t>
        <w:br/>
        <w:t>vn -0.1575 0.6185 0.7699</w:t>
        <w:br/>
        <w:t>vn 0.0201 0.7002 0.7136</w:t>
        <w:br/>
        <w:t>vn -0.0000 0.8095 0.5871</w:t>
        <w:br/>
        <w:t>vn -0.3234 0.3992 0.8579</w:t>
        <w:br/>
        <w:t>vn -0.8209 -0.2885 0.4929</w:t>
        <w:br/>
        <w:t>vn -0.7942 -0.3343 0.5074</w:t>
        <w:br/>
        <w:t>vn -0.2016 0.3383 0.9192</w:t>
        <w:br/>
        <w:t>vn -0.5566 -0.3632 0.7472</w:t>
        <w:br/>
        <w:t>vn -0.4679 -0.5359 0.7028</w:t>
        <w:br/>
        <w:t>vn -0.5566 -0.3631 0.7472</w:t>
        <w:br/>
        <w:t>vn -0.2991 -0.2807 0.9120</w:t>
        <w:br/>
        <w:t>vn -0.2989 -0.2807 0.9121</w:t>
        <w:br/>
        <w:t>vn -0.0822 0.2298 0.9698</w:t>
        <w:br/>
        <w:t>vn -0.0000 0.8089 0.5880</w:t>
        <w:br/>
        <w:t>vn -0.2990 -0.2807 0.9120</w:t>
        <w:br/>
        <w:t>vn -0.1890 -0.4309 0.8824</w:t>
        <w:br/>
        <w:t>vn -0.2282 -0.4411 0.8680</w:t>
        <w:br/>
        <w:t>vn -0.4170 -0.9035 0.0989</w:t>
        <w:br/>
        <w:t>vn 0.0000 -0.9893 0.1460</w:t>
        <w:br/>
        <w:t>vn 0.0000 -0.9851 0.1717</w:t>
        <w:br/>
        <w:t>vn -0.3950 -0.9133 0.0995</w:t>
        <w:br/>
        <w:t>vn -0.1474 -0.9610 -0.2339</w:t>
        <w:br/>
        <w:t>vn -0.1190 -0.9400 -0.3199</w:t>
        <w:br/>
        <w:t>vn -0.1531 -0.9276 -0.3408</w:t>
        <w:br/>
        <w:t>vn -0.1759 -0.9485 -0.2636</w:t>
        <w:br/>
        <w:t>vn -0.2279 -0.9725 -0.0482</w:t>
        <w:br/>
        <w:t>vn -0.1841 -0.9719 -0.1470</w:t>
        <w:br/>
        <w:t>vn -0.2184 -0.9596 -0.1771</w:t>
        <w:br/>
        <w:t>vn -0.2769 -0.9576 -0.0794</w:t>
        <w:br/>
        <w:t>vn -0.3445 -0.9388 -0.0007</w:t>
        <w:br/>
        <w:t>vn -0.2771 -0.9600 0.0389</w:t>
        <w:br/>
        <w:t>vn -0.4140 -0.9089 0.0496</w:t>
        <w:br/>
        <w:t>vn -0.3243 -0.9411 0.0954</w:t>
        <w:br/>
        <w:t>vn -0.4685 -0.8814 0.0601</w:t>
        <w:br/>
        <w:t>vn -0.5034 -0.8629 0.0445</w:t>
        <w:br/>
        <w:t>vn -0.5478 -0.8348 0.0551</w:t>
        <w:br/>
        <w:t>vn -0.4393 -0.8937 0.0915</w:t>
        <w:br/>
        <w:t>vn -0.1020 -0.9254 -0.3649</w:t>
        <w:br/>
        <w:t>vn -0.0000 -0.9388 -0.3444</w:t>
        <w:br/>
        <w:t>vn -0.0313 -0.9395 -0.3412</w:t>
        <w:br/>
        <w:t>vn -0.0963 -0.9258 -0.3655</w:t>
        <w:br/>
        <w:t>vn 0.0000 -0.9541 -0.2995</w:t>
        <w:br/>
        <w:t>vn 0.0000 -0.9896 0.1441</w:t>
        <w:br/>
        <w:t>vn 0.0000 -0.9968 0.0800</w:t>
        <w:br/>
        <w:t>vn -0.0000 -0.9999 -0.0172</w:t>
        <w:br/>
        <w:t>vn -0.1458 -0.9175 -0.3701</w:t>
        <w:br/>
        <w:t>vn -0.5565 -0.3632 0.7472</w:t>
        <w:br/>
        <w:t>vn 0.0000 0.9681 -0.2507</w:t>
        <w:br/>
        <w:t>vn 0.0000 -0.4245 0.9054</w:t>
        <w:br/>
        <w:t>vn -0.0823 0.2298 0.9698</w:t>
        <w:br/>
        <w:t>vn -0.0000 -0.4247 0.9053</w:t>
        <w:br/>
        <w:t>vn 0.0000 -0.9933 0.1155</w:t>
        <w:br/>
        <w:t>vn 0.0000 -0.9930 -0.1180</w:t>
        <w:br/>
        <w:t>vn 0.0000 -0.9787 -0.2051</w:t>
        <w:br/>
        <w:t>vn -0.0000 -0.9498 -0.3130</w:t>
        <w:br/>
        <w:t>vn -0.2606 -0.2657 0.9282</w:t>
        <w:br/>
        <w:t>vn -0.4931 -0.2462 0.8344</w:t>
        <w:br/>
        <w:t>vn -0.4932 -0.2462 0.8344</w:t>
        <w:br/>
        <w:t>vn -0.2606 -0.2658 0.9282</w:t>
        <w:br/>
        <w:t>vn -0.1326 -0.2808 0.9506</w:t>
        <w:br/>
        <w:t>vn -0.0000 -0.2892 0.9573</w:t>
        <w:br/>
        <w:t>vn -0.0020 -0.9682 -0.2501</w:t>
        <w:br/>
        <w:t>vn -0.0020 -0.9682 -0.2500</w:t>
        <w:br/>
        <w:t>vn 0.0018 -0.9668 -0.2554</w:t>
        <w:br/>
        <w:t>vn 0.0017 -0.9668 -0.2555</w:t>
        <w:br/>
        <w:t>vn 0.0022 -0.9658 -0.2594</w:t>
        <w:br/>
        <w:t>vn 0.0024 -0.9658 -0.2593</w:t>
        <w:br/>
        <w:t>vn -0.0029 -0.9702 -0.2422</w:t>
        <w:br/>
        <w:t>vn -0.7174 -0.2169 0.6620</w:t>
        <w:br/>
        <w:t>vn 0.0014 -0.9744 -0.2247</w:t>
        <w:br/>
        <w:t>vn -0.8555 -0.1879 0.4824</w:t>
        <w:br/>
        <w:t>vn -0.8556 -0.1879 0.4824</w:t>
        <w:br/>
        <w:t>vn -0.9454 -0.1499 0.2896</w:t>
        <w:br/>
        <w:t>vn -0.9453 -0.1499 0.2896</w:t>
        <w:br/>
        <w:t>vn -0.9752 -0.1242 0.1832</w:t>
        <w:br/>
        <w:t>vn -0.0048 -0.9815 -0.1915</w:t>
        <w:br/>
        <w:t>vn -0.0047 -0.9815 -0.1914</w:t>
        <w:br/>
        <w:t>vn -0.0140 -0.9851 -0.1712</w:t>
        <w:br/>
        <w:t>vn -0.0139 -0.9851 -0.1712</w:t>
        <w:br/>
        <w:t>vn 0.7602 0.1576 -0.6303</w:t>
        <w:br/>
        <w:t>vn 0.9142 0.1278 -0.3845</w:t>
        <w:br/>
        <w:t>vn 0.9143 0.1278 -0.3845</w:t>
        <w:br/>
        <w:t>vn 0.9634 0.1105 -0.2443</w:t>
        <w:br/>
        <w:t>vn 0.4850 0.1997 -0.8514</w:t>
        <w:br/>
        <w:t>vn 0.4851 0.1997 -0.8514</w:t>
        <w:br/>
        <w:t>vn 0.9767 0.0969 -0.1915</w:t>
        <w:br/>
        <w:t>vn 0.2570 0.2157 -0.9420</w:t>
        <w:br/>
        <w:t>vn 0.1639 0.2191 -0.9618</w:t>
        <w:br/>
        <w:t>vn 0.1639 0.2190 -0.9619</w:t>
        <w:br/>
        <w:t>vn 0.0002 -0.9653 -0.2613</w:t>
        <w:br/>
        <w:t>vn -0.0000 -0.9652 -0.2614</w:t>
        <w:br/>
        <w:t>vn 0.0000 0.2273 -0.9738</w:t>
        <w:br/>
        <w:t>vn 0.4045 -0.2026 0.8918</w:t>
        <w:br/>
        <w:t>vn 0.6881 -0.1346 0.7130</w:t>
        <w:br/>
        <w:t>vn 0.2435 -0.2350 0.9410</w:t>
        <w:br/>
        <w:t>vn 0.8760 -0.0509 0.4797</w:t>
        <w:br/>
        <w:t>vn 0.8759 -0.0510 0.4797</w:t>
        <w:br/>
        <w:t>vn 0.1124 -0.2571 0.9598</w:t>
        <w:br/>
        <w:t>vn 0.9439 0.0054 0.3303</w:t>
        <w:br/>
        <w:t>vn 0.9753 0.0369 0.2177</w:t>
        <w:br/>
        <w:t>vn 0.0002 0.9735 0.2289</w:t>
        <w:br/>
        <w:t>vn 0.0002 0.9734 0.2289</w:t>
        <w:br/>
        <w:t>vn -0.0015 0.9691 0.2466</w:t>
        <w:br/>
        <w:t>vn -0.0016 0.9691 0.2466</w:t>
        <w:br/>
        <w:t>vn 0.0123 0.9811 0.1931</w:t>
        <w:br/>
        <w:t>vn 0.0123 0.9811 0.1932</w:t>
        <w:br/>
        <w:t>vn 0.0236 0.9848 0.1723</w:t>
        <w:br/>
        <w:t>vn 0.0235 0.9848 0.1723</w:t>
        <w:br/>
        <w:t>vn 0.0024 0.9667 0.2559</w:t>
        <w:br/>
        <w:t>vn 0.0025 0.9667 0.2558</w:t>
        <w:br/>
        <w:t>vn 0.0004 0.9661 0.2582</w:t>
        <w:br/>
        <w:t>vn 0.0008 0.9662 0.2577</w:t>
        <w:br/>
        <w:t>vn 0.0014 0.9679 0.2512</w:t>
        <w:br/>
        <w:t>vn -0.7552 0.1139 -0.6455</w:t>
        <w:br/>
        <w:t>vn -0.9236 0.0307 -0.3821</w:t>
        <w:br/>
        <w:t>vn -0.9655 -0.0016 -0.2605</w:t>
        <w:br/>
        <w:t>vn -0.4630 0.1901 -0.8657</w:t>
        <w:br/>
        <w:t>vn -0.9773 -0.0093 -0.2117</w:t>
        <w:br/>
        <w:t>vn -0.2586 0.2228 -0.9399</w:t>
        <w:br/>
        <w:t>vn -0.2587 0.2228 -0.9399</w:t>
        <w:br/>
        <w:t>vn -0.1317 0.2356 -0.9629</w:t>
        <w:br/>
        <w:t>vn 0.0001 0.9662 0.2578</w:t>
        <w:br/>
        <w:t>vn 0.9819 0.1591 0.1030</w:t>
        <w:br/>
        <w:t>vn 0.9837 0.1742 -0.0454</w:t>
        <w:br/>
        <w:t>vn 0.9635 0.1617 -0.2131</w:t>
        <w:br/>
        <w:t>vn 0.7504 0.6133 -0.2465</w:t>
        <w:br/>
        <w:t>vn 0.2289 0.9476 -0.2230</w:t>
        <w:br/>
        <w:t>vn 0.2172 0.9749 -0.0480</w:t>
        <w:br/>
        <w:t>vn 0.3211 0.9453 -0.0568</w:t>
        <w:br/>
        <w:t>vn -0.0197 0.9766 -0.2144</w:t>
        <w:br/>
        <w:t>vn -0.0574 0.9978 -0.0325</w:t>
        <w:br/>
        <w:t>vn -0.0919 0.9866 0.1346</w:t>
        <w:br/>
        <w:t>vn 0.1985 0.9747 0.1030</w:t>
        <w:br/>
        <w:t>vn 0.2915 0.9524 0.0897</w:t>
        <w:br/>
        <w:t>vn 0.2727 0.9460 0.1753</w:t>
        <w:br/>
        <w:t>vn 0.1808 0.9652 0.1889</w:t>
        <w:br/>
        <w:t>vn 0.9743 0.1093 0.1970</w:t>
        <w:br/>
        <w:t>vn 0.9743 0.1092 0.1970</w:t>
        <w:br/>
        <w:t>vn 0.7395 0.5911 -0.3220</w:t>
        <w:br/>
        <w:t>vn 0.9446 0.1515 -0.2912</w:t>
        <w:br/>
        <w:t>vn 0.2304 0.9274 -0.2947</w:t>
        <w:br/>
        <w:t>vn 0.0035 0.9601 -0.2798</w:t>
        <w:br/>
        <w:t>vn -0.1255 0.9689 0.2131</w:t>
        <w:br/>
        <w:t>vn -0.1465 0.9498 0.2764</w:t>
        <w:br/>
        <w:t>vn 0.1551 0.9529 0.2608</w:t>
        <w:br/>
        <w:t>vn 0.2458 0.9376 0.2460</w:t>
        <w:br/>
        <w:t>vn 0.9722 0.0576 0.2271</w:t>
        <w:br/>
        <w:t>vn 0.9660 0.0187 0.2577</w:t>
        <w:br/>
        <w:t>vn 0.1213 0.9251 0.3599</w:t>
        <w:br/>
        <w:t>vn 0.2164 0.9134 0.3447</w:t>
        <w:br/>
        <w:t>vn -0.1538 0.9182 0.3651</w:t>
        <w:br/>
        <w:t>vn 0.0987 0.8730 0.4777</w:t>
        <w:br/>
        <w:t>vn 0.2060 0.8534 0.4789</w:t>
        <w:br/>
        <w:t>vn 0.9404 -0.0200 0.3395</w:t>
        <w:br/>
        <w:t>vn 0.9209 -0.0790 0.3817</w:t>
        <w:br/>
        <w:t>vn -0.1407 0.8798 0.4539</w:t>
        <w:br/>
        <w:t>vn -0.1038 0.8280 0.5511</w:t>
        <w:br/>
        <w:t>vn 0.8852 -0.1436 0.4425</w:t>
        <w:br/>
        <w:t>vn 0.1887 0.7861 0.5886</w:t>
        <w:br/>
        <w:t>vn 0.0876 0.8066 0.5846</w:t>
        <w:br/>
        <w:t>vn -0.0201 0.7003 0.7136</w:t>
        <w:br/>
        <w:t>vn 0.1574 0.6185 0.7699</w:t>
        <w:br/>
        <w:t>vn 0.3234 0.3993 0.8579</w:t>
        <w:br/>
        <w:t>vn 0.7942 -0.3343 0.5074</w:t>
        <w:br/>
        <w:t>vn 0.8209 -0.2884 0.4929</w:t>
        <w:br/>
        <w:t>vn 0.2016 0.3383 0.9192</w:t>
        <w:br/>
        <w:t>vn 0.5566 -0.3631 0.7472</w:t>
        <w:br/>
        <w:t>vn 0.4679 -0.5359 0.7027</w:t>
        <w:br/>
        <w:t>vn 0.2991 -0.2808 0.9120</w:t>
        <w:br/>
        <w:t>vn 0.5567 -0.3632 0.7471</w:t>
        <w:br/>
        <w:t>vn 0.0822 0.2298 0.9698</w:t>
        <w:br/>
        <w:t>vn 0.2989 -0.2807 0.9121</w:t>
        <w:br/>
        <w:t>vn 0.2990 -0.2807 0.9120</w:t>
        <w:br/>
        <w:t>vn 0.2281 -0.4410 0.8680</w:t>
        <w:br/>
        <w:t>vn 0.1889 -0.4309 0.8824</w:t>
        <w:br/>
        <w:t>vn 0.4171 -0.9035 0.0989</w:t>
        <w:br/>
        <w:t>vn 0.3950 -0.9133 0.0994</w:t>
        <w:br/>
        <w:t>vn 0.1474 -0.9610 -0.2339</w:t>
        <w:br/>
        <w:t>vn 0.1758 -0.9484 -0.2637</w:t>
        <w:br/>
        <w:t>vn 0.1531 -0.9276 -0.3408</w:t>
        <w:br/>
        <w:t>vn 0.1189 -0.9400 -0.3199</w:t>
        <w:br/>
        <w:t>vn 0.2279 -0.9725 -0.0482</w:t>
        <w:br/>
        <w:t>vn 0.2769 -0.9576 -0.0794</w:t>
        <w:br/>
        <w:t>vn 0.2184 -0.9596 -0.1772</w:t>
        <w:br/>
        <w:t>vn 0.1841 -0.9719 -0.1470</w:t>
        <w:br/>
        <w:t>vn 0.2771 -0.9600 0.0389</w:t>
        <w:br/>
        <w:t>vn 0.3445 -0.9388 -0.0007</w:t>
        <w:br/>
        <w:t>vn 0.3243 -0.9411 0.0954</w:t>
        <w:br/>
        <w:t>vn 0.4140 -0.9089 0.0497</w:t>
        <w:br/>
        <w:t>vn 0.4685 -0.8814 0.0601</w:t>
        <w:br/>
        <w:t>vn 0.5034 -0.8629 0.0445</w:t>
        <w:br/>
        <w:t>vn 0.5478 -0.8348 0.0550</w:t>
        <w:br/>
        <w:t>vn 0.4393 -0.8936 0.0915</w:t>
        <w:br/>
        <w:t>vn 0.1020 -0.9254 -0.3649</w:t>
        <w:br/>
        <w:t>vn 0.0963 -0.9258 -0.3654</w:t>
        <w:br/>
        <w:t>vn 0.0314 -0.9395 -0.3412</w:t>
        <w:br/>
        <w:t>vn 0.1458 -0.9175 -0.3701</w:t>
        <w:br/>
        <w:t>vn 0.5566 -0.3631 0.7473</w:t>
        <w:br/>
        <w:t>vn 0.0823 0.2297 0.9698</w:t>
        <w:br/>
        <w:t>vn 0.2606 -0.2657 0.9282</w:t>
        <w:br/>
        <w:t>vn 0.4931 -0.2462 0.8344</w:t>
        <w:br/>
        <w:t>vn 0.1326 -0.2808 0.9506</w:t>
        <w:br/>
        <w:t>vn 0.0020 -0.9682 -0.2501</w:t>
        <w:br/>
        <w:t>vn -0.0017 -0.9668 -0.2554</w:t>
        <w:br/>
        <w:t>vn -0.0017 -0.9668 -0.2553</w:t>
        <w:br/>
        <w:t>vn -0.0024 -0.9658 -0.2593</w:t>
        <w:br/>
        <w:t>vn -0.0023 -0.9658 -0.2594</w:t>
        <w:br/>
        <w:t>vn 0.0029 -0.9702 -0.2422</w:t>
        <w:br/>
        <w:t>vn 0.7175 -0.2168 0.6620</w:t>
        <w:br/>
        <w:t>vn 0.7174 -0.2168 0.6620</w:t>
        <w:br/>
        <w:t>vn -0.0014 -0.9744 -0.2248</w:t>
        <w:br/>
        <w:t>vn -0.0014 -0.9744 -0.2247</w:t>
        <w:br/>
        <w:t>vn 0.8555 -0.1878 0.4825</w:t>
        <w:br/>
        <w:t>vn 0.8556 -0.1879 0.4824</w:t>
        <w:br/>
        <w:t>vn 0.9453 -0.1499 0.2896</w:t>
        <w:br/>
        <w:t>vn 0.9454 -0.1499 0.2896</w:t>
        <w:br/>
        <w:t>vn 0.9752 -0.1242 0.1831</w:t>
        <w:br/>
        <w:t>vn 0.9752 -0.1242 0.1832</w:t>
        <w:br/>
        <w:t>vn 0.0047 -0.9815 -0.1914</w:t>
        <w:br/>
        <w:t>vn 0.0047 -0.9815 -0.1915</w:t>
        <w:br/>
        <w:t>vn 0.0140 -0.9851 -0.1711</w:t>
        <w:br/>
        <w:t>vn 0.0140 -0.9852 -0.1711</w:t>
        <w:br/>
        <w:t>vn -0.7602 0.1576 -0.6303</w:t>
        <w:br/>
        <w:t>vn -0.9142 0.1278 -0.3845</w:t>
        <w:br/>
        <w:t>vn -0.9634 0.1105 -0.2443</w:t>
        <w:br/>
        <w:t>vn -0.4850 0.1997 -0.8514</w:t>
        <w:br/>
        <w:t>vn -0.9767 0.0969 -0.1915</w:t>
        <w:br/>
        <w:t>vn -0.2569 0.2156 -0.9421</w:t>
        <w:br/>
        <w:t>vn -0.2570 0.2157 -0.9420</w:t>
        <w:br/>
        <w:t>vn -0.1636 0.2189 -0.9619</w:t>
        <w:br/>
        <w:t>vn -0.1639 0.2191 -0.9618</w:t>
        <w:br/>
        <w:t>vn -0.0000 -0.9653 -0.2612</w:t>
        <w:br/>
        <w:t>vn -0.0001 -0.9653 -0.2613</w:t>
        <w:br/>
        <w:t>vn -0.9720 0.1728 0.1592</w:t>
        <w:br/>
        <w:t>vn -0.9169 0.3049 0.2575</w:t>
        <w:br/>
        <w:t>vn -0.9147 0.3241 0.2415</w:t>
        <w:br/>
        <w:t>vn -0.9736 0.1836 0.1354</w:t>
        <w:br/>
        <w:t>vn -0.8302 0.4492 0.3302</w:t>
        <w:br/>
        <w:t>vn -0.8300 0.4111 0.3769</w:t>
        <w:br/>
        <w:t>vn -0.6228 0.5618 0.5445</w:t>
        <w:br/>
        <w:t>vn -0.7362 0.5214 0.4315</w:t>
        <w:br/>
        <w:t>vn -0.7309 0.4720 0.4930</w:t>
        <w:br/>
        <w:t>vn -0.6283 0.5007 0.5955</w:t>
        <w:br/>
        <w:t>vn -0.2935 0.5307 0.7951</w:t>
        <w:br/>
        <w:t>vn -0.1308 0.5418 0.8302</w:t>
        <w:br/>
        <w:t>vn -0.1447 0.6064 0.7819</w:t>
        <w:br/>
        <w:t>vn -0.3038 0.6134 0.7290</w:t>
        <w:br/>
        <w:t>vn -0.4742 0.5176 0.7122</w:t>
        <w:br/>
        <w:t>vn -0.4746 0.5978 0.6461</w:t>
        <w:br/>
        <w:t>vn 0.5404 0.4760 -0.6938</w:t>
        <w:br/>
        <w:t>vn -0.5449 0.5002 -0.6730</w:t>
        <w:br/>
        <w:t>vn -0.3884 0.0609 -0.9195</w:t>
        <w:br/>
        <w:t>vn -0.8036 -0.1689 0.5708</w:t>
        <w:br/>
        <w:t>vn -0.8561 -0.1597 0.4915</w:t>
        <w:br/>
        <w:t>vn -0.7843 -0.2227 0.5791</w:t>
        <w:br/>
        <w:t>vn -0.7243 -0.2646 0.6367</w:t>
        <w:br/>
        <w:t>vn -0.7299 -0.1914 0.6562</w:t>
        <w:br/>
        <w:t>vn -0.6394 -0.2785 0.7167</w:t>
        <w:br/>
        <w:t>vn -0.8079 -0.3128 0.4994</w:t>
        <w:br/>
        <w:t>vn -0.6648 -0.3261 0.6721</w:t>
        <w:br/>
        <w:t>vn -0.7526 -0.2899 0.5912</w:t>
        <w:br/>
        <w:t>vn -0.8339 -0.2385 0.4977</w:t>
        <w:br/>
        <w:t>vn -0.6339 -0.1596 0.7568</w:t>
        <w:br/>
        <w:t>vn -0.6289 -0.2878 0.7223</w:t>
        <w:br/>
        <w:t>vn -0.7771 -0.3034 0.5514</w:t>
        <w:br/>
        <w:t>vn -0.7615 -0.2187 0.6101</w:t>
        <w:br/>
        <w:t>vn -0.9690 0.1352 0.2067</w:t>
        <w:br/>
        <w:t>vn -0.9943 -0.0621 0.0872</w:t>
        <w:br/>
        <w:t>vn -0.9872 -0.0659 0.1452</w:t>
        <w:br/>
        <w:t>vn -0.9616 0.0881 0.2600</w:t>
        <w:br/>
        <w:t>vn -0.3109 -0.3407 0.8873</w:t>
        <w:br/>
        <w:t>vn -0.3921 -0.2735 0.8783</w:t>
        <w:br/>
        <w:t>vn -0.3144 -0.4731 0.8230</w:t>
        <w:br/>
        <w:t>vn -0.2581 -0.5363 0.8036</w:t>
        <w:br/>
        <w:t>vn -0.6726 0.2185 0.7071</w:t>
        <w:br/>
        <w:t>vn -0.5564 0.2089 0.8043</w:t>
        <w:br/>
        <w:t>vn -0.5975 0.2844 0.7498</w:t>
        <w:br/>
        <w:t>vn -0.6959 0.2847 0.6593</w:t>
        <w:br/>
        <w:t>vn -0.3819 0.4060 0.8303</w:t>
        <w:br/>
        <w:t>vn -0.2381 0.3960 0.8868</w:t>
        <w:br/>
        <w:t>vn -0.2477 -0.3919 0.8860</w:t>
        <w:br/>
        <w:t>vn -0.1521 -0.4036 0.9022</w:t>
        <w:br/>
        <w:t>vn -0.1683 -0.2023 0.9647</w:t>
        <w:br/>
        <w:t>vn -0.2872 -0.1599 0.9444</w:t>
        <w:br/>
        <w:t>vn -0.1221 0.4034 0.9068</w:t>
        <w:br/>
        <w:t>vn -0.0974 -0.0535 0.9938</w:t>
        <w:br/>
        <w:t>vn -0.2007 -0.0235 0.9794</w:t>
        <w:br/>
        <w:t>vn -0.0674 -0.2237 0.9723</w:t>
        <w:br/>
        <w:t>vn -0.2234 -0.5874 0.7779</w:t>
        <w:br/>
        <w:t>vn -0.2489 -0.6662 0.7030</w:t>
        <w:br/>
        <w:t>vn -0.2877 -0.6661 0.6882</w:t>
        <w:br/>
        <w:t>vn -0.2151 -0.6272 0.7486</w:t>
        <w:br/>
        <w:t>vn -0.1367 -0.5487 0.8248</w:t>
        <w:br/>
        <w:t>vn -0.1666 -0.5685 0.8056</w:t>
        <w:br/>
        <w:t>vn -0.2671 -0.3760 0.8873</w:t>
        <w:br/>
        <w:t>vn -0.1425 -0.4971 0.8559</w:t>
        <w:br/>
        <w:t>vn -0.2982 -0.4661 0.8330</w:t>
        <w:br/>
        <w:t>vn -0.5683 0.0918 0.8177</w:t>
        <w:br/>
        <w:t>vn -0.4128 0.1756 0.8937</w:t>
        <w:br/>
        <w:t>vn -0.4327 0.1830 0.8827</w:t>
        <w:br/>
        <w:t>vn -0.5604 0.1212 0.8193</w:t>
        <w:br/>
        <w:t>vn -0.2375 0.2176 0.9467</w:t>
        <w:br/>
        <w:t>vn -0.2342 0.2558 0.9379</w:t>
        <w:br/>
        <w:t>vn -0.2195 0.2823 0.9339</w:t>
        <w:br/>
        <w:t>vn -0.2360 0.2437 0.9407</w:t>
        <w:br/>
        <w:t>vn -0.2769 0.1975 0.9404</w:t>
        <w:br/>
        <w:t>vn -0.3027 0.2122 0.9292</w:t>
        <w:br/>
        <w:t>vn -0.3078 0.2370 0.9215</w:t>
        <w:br/>
        <w:t>vn -0.3169 0.2257 0.9212</w:t>
        <w:br/>
        <w:t>vn -0.4178 0.1392 0.8978</w:t>
        <w:br/>
        <w:t>vn -0.3748 0.0681 0.9246</w:t>
        <w:br/>
        <w:t>vn -0.4870 -0.0078 0.8734</w:t>
        <w:br/>
        <w:t>vn -0.5245 0.0439 0.8503</w:t>
        <w:br/>
        <w:t>vn -0.3330 0.1768 0.9262</w:t>
        <w:br/>
        <w:t>vn -0.4867 0.1679 0.8573</w:t>
        <w:br/>
        <w:t>vn -0.4454 0.1733 0.8784</w:t>
        <w:br/>
        <w:t>vn -0.3212 0.2194 0.9212</w:t>
        <w:br/>
        <w:t>vn -0.4026 0.1135 0.9083</w:t>
        <w:br/>
        <w:t>vn -0.5738 0.0685 0.8161</w:t>
        <w:br/>
        <w:t>vn -0.7491 0.1397 0.6475</w:t>
        <w:br/>
        <w:t>vn -0.6009 0.1485 0.7854</w:t>
        <w:br/>
        <w:t>vn -0.2687 -0.4404 0.8567</w:t>
        <w:br/>
        <w:t>vn -0.0000 -0.4424 0.8968</w:t>
        <w:br/>
        <w:t>vn -0.0000 -0.7086 0.7056</w:t>
        <w:br/>
        <w:t>vn -0.2939 -0.6624 0.6891</w:t>
        <w:br/>
        <w:t>vn -0.8488 0.1886 0.4940</w:t>
        <w:br/>
        <w:t>vn -0.7560 0.1956 0.6247</w:t>
        <w:br/>
        <w:t>vn -0.6482 0.1739 0.7414</w:t>
        <w:br/>
        <w:t>vn -0.5804 0.1424 0.8018</w:t>
        <w:br/>
        <w:t>vn -0.6705 0.1543 0.7257</w:t>
        <w:br/>
        <w:t>vn -0.7443 0.2110 0.6336</w:t>
        <w:br/>
        <w:t>vn -0.6404 0.3181 0.6991</w:t>
        <w:br/>
        <w:t>vn -0.5912 0.2187 0.7763</w:t>
        <w:br/>
        <w:t>vn -0.4845 -0.0617 0.8726</w:t>
        <w:br/>
        <w:t>vn -0.4445 -0.1648 0.8805</w:t>
        <w:br/>
        <w:t>vn -0.5932 -0.1457 0.7918</w:t>
        <w:br/>
        <w:t>vn -0.6181 -0.0082 0.7861</w:t>
        <w:br/>
        <w:t>vn 0.0000 -0.2251 0.9743</w:t>
        <w:br/>
        <w:t>vn 0.0000 -0.3310 0.9436</w:t>
        <w:br/>
        <w:t>vn -0.3781 -0.2534 0.8904</w:t>
        <w:br/>
        <w:t>vn 0.0000 -0.7835 0.6214</w:t>
        <w:br/>
        <w:t>vn -0.3507 -0.7104 0.6102</w:t>
        <w:br/>
        <w:t>vn -0.8815 -0.1635 0.4430</w:t>
        <w:br/>
        <w:t>vn -0.8958 -0.2407 0.3737</w:t>
        <w:br/>
        <w:t>vn -0.8210 -0.1963 0.5362</w:t>
        <w:br/>
        <w:t>vn -0.9264 -0.3763 0.0109</w:t>
        <w:br/>
        <w:t>vn -0.9218 -0.3875 -0.0098</w:t>
        <w:br/>
        <w:t>vn -0.9201 -0.3915 -0.0109</w:t>
        <w:br/>
        <w:t>vn -0.9207 -0.3902 0.0058</w:t>
        <w:br/>
        <w:t>vn -0.5037 -0.0584 0.8619</w:t>
        <w:br/>
        <w:t>vn -0.3825 0.0478 0.9227</w:t>
        <w:br/>
        <w:t>vn -0.3984 0.1392 0.9066</w:t>
        <w:br/>
        <w:t>vn -0.5257 0.0314 0.8501</w:t>
        <w:br/>
        <w:t>vn -0.5350 0.0738 0.8416</w:t>
        <w:br/>
        <w:t>vn -0.4169 0.1661 0.8936</w:t>
        <w:br/>
        <w:t>vn -0.2645 0.1429 0.9537</w:t>
        <w:br/>
        <w:t>vn -0.1838 0.2019 0.9620</w:t>
        <w:br/>
        <w:t>vn -0.2095 0.2781 0.9374</w:t>
        <w:br/>
        <w:t>vn -0.2902 0.2215 0.9310</w:t>
        <w:br/>
        <w:t>vn -0.2523 -0.1320 0.9586</w:t>
        <w:br/>
        <w:t>vn -0.2121 -0.0062 0.9772</w:t>
        <w:br/>
        <w:t>vn -0.1717 0.0849 0.9815</w:t>
        <w:br/>
        <w:t>vn -0.2368 -0.0022 0.9715</w:t>
        <w:br/>
        <w:t>vn -0.3079 -0.2649 0.9138</w:t>
        <w:br/>
        <w:t>vn -0.3193 -0.3753 0.8702</w:t>
        <w:br/>
        <w:t>vn -0.3112 -0.2274 0.9227</w:t>
        <w:br/>
        <w:t>vn -0.2361 0.2625 0.9356</w:t>
        <w:br/>
        <w:t>vn -0.2209 0.1969 0.9552</w:t>
        <w:br/>
        <w:t>vn -0.2318 0.1112 0.9664</w:t>
        <w:br/>
        <w:t>vn -0.3332 0.0395 0.9420</w:t>
        <w:br/>
        <w:t>vn -0.2262 -0.4297 0.8742</w:t>
        <w:br/>
        <w:t>vn -0.1512 -0.4267 0.8917</w:t>
        <w:br/>
        <w:t>vn -0.1555 -0.5536 0.8181</w:t>
        <w:br/>
        <w:t>vn -0.2397 -0.5296 0.8136</w:t>
        <w:br/>
        <w:t>vn -0.3309 -0.4350 0.8375</w:t>
        <w:br/>
        <w:t>vn -0.3435 -0.4280 0.8359</w:t>
        <w:br/>
        <w:t>vn -0.3019 -0.4394 0.8460</w:t>
        <w:br/>
        <w:t>vn -0.3214 -0.4540 0.8310</w:t>
        <w:br/>
        <w:t>vn -0.3036 -0.4377 0.8463</w:t>
        <w:br/>
        <w:t>vn -0.3895 -0.4820 0.7848</w:t>
        <w:br/>
        <w:t>vn -0.5315 -0.6434 0.5510</w:t>
        <w:br/>
        <w:t>vn -0.4793 -0.6252 0.6160</w:t>
        <w:br/>
        <w:t>vn -0.4093 -0.5409 0.7348</w:t>
        <w:br/>
        <w:t>vn -0.5273 -0.6694 0.5233</w:t>
        <w:br/>
        <w:t>vn -0.5135 -0.6746 0.5303</w:t>
        <w:br/>
        <w:t>vn -0.4037 -0.5270 0.7478</w:t>
        <w:br/>
        <w:t>vn -0.5816 -0.7566 0.2989</w:t>
        <w:br/>
        <w:t>vn -0.5553 -0.8246 0.1082</w:t>
        <w:br/>
        <w:t>vn -0.5208 -0.8533 0.0266</w:t>
        <w:br/>
        <w:t>vn -0.5633 -0.7798 0.2733</w:t>
        <w:br/>
        <w:t>vn -0.3912 -0.9084 -0.1478</w:t>
        <w:br/>
        <w:t>vn -0.3474 -0.9226 -0.1680</w:t>
        <w:br/>
        <w:t>vn -0.2445 -0.9515 -0.1867</w:t>
        <w:br/>
        <w:t>vn -0.2457 -0.9497 -0.1943</w:t>
        <w:br/>
        <w:t>vn -0.4759 -0.8648 -0.1603</w:t>
        <w:br/>
        <w:t>vn -0.4743 -0.8705 -0.1311</w:t>
        <w:br/>
        <w:t>vn -0.5328 -0.8372 -0.1232</w:t>
        <w:br/>
        <w:t>vn -0.4344 -0.5453 0.7169</w:t>
        <w:br/>
        <w:t>vn -0.5826 -0.6373 0.5044</w:t>
        <w:br/>
        <w:t>vn -0.3129 -0.5167 0.7969</w:t>
        <w:br/>
        <w:t>vn -0.3509 -0.4997 0.7919</w:t>
        <w:br/>
        <w:t>vn -0.3309 -0.4719 0.8172</w:t>
        <w:br/>
        <w:t>vn -0.2968 -0.4664 0.8333</w:t>
        <w:br/>
        <w:t>vn -0.5031 -0.4444 0.7412</w:t>
        <w:br/>
        <w:t>vn -0.7153 -0.4950 0.4932</w:t>
        <w:br/>
        <w:t>vn -0.6465 -0.5883 0.4857</w:t>
        <w:br/>
        <w:t>vn -0.4662 -0.5187 0.7166</w:t>
        <w:br/>
        <w:t>vn -0.6739 -0.6852 0.2762</w:t>
        <w:br/>
        <w:t>vn -0.6993 -0.6998 0.1457</w:t>
        <w:br/>
        <w:t>vn -0.6213 -0.7680 0.1555</w:t>
        <w:br/>
        <w:t>vn -0.5996 -0.7458 0.2903</w:t>
        <w:br/>
        <w:t>vn -0.7393 -0.6168 0.2700</w:t>
        <w:br/>
        <w:t>vn -0.7734 -0.6200 0.1321</w:t>
        <w:br/>
        <w:t>vn -0.6060 -0.7847 -0.1307</w:t>
        <w:br/>
        <w:t>vn -0.5729 -0.7987 -0.1837</w:t>
        <w:br/>
        <w:t>vn -0.7055 -0.6488 -0.2850</w:t>
        <w:br/>
        <w:t>vn -0.5965 -0.7707 -0.2241</w:t>
        <w:br/>
        <w:t>vn -0.6692 -0.7121 -0.2126</w:t>
        <w:br/>
        <w:t>vn -0.7304 -0.6335 -0.2551</w:t>
        <w:br/>
        <w:t>vn -0.7496 -0.6374 -0.1783</w:t>
        <w:br/>
        <w:t>vn -0.8038 -0.5828 0.1193</w:t>
        <w:br/>
        <w:t>vn -0.4248 -0.9007 -0.0912</w:t>
        <w:br/>
        <w:t>vn -0.7911 0.2654 0.5512</w:t>
        <w:br/>
        <w:t>vn -0.7645 0.2048 0.6112</w:t>
        <w:br/>
        <w:t>vn -0.8921 -0.3146 0.3244</w:t>
        <w:br/>
        <w:t>vn -0.8870 -0.3283 0.3248</w:t>
        <w:br/>
        <w:t>vn -0.6232 0.0435 0.7808</w:t>
        <w:br/>
        <w:t>vn -0.7142 -0.1457 0.6846</w:t>
        <w:br/>
        <w:t>vn -0.6332 -0.0262 0.7735</w:t>
        <w:br/>
        <w:t>vn -0.9688 0.0912 -0.2302</w:t>
        <w:br/>
        <w:t>vn -0.9543 -0.1769 -0.2409</w:t>
        <w:br/>
        <w:t>vn -0.9708 0.0218 0.2390</w:t>
        <w:br/>
        <w:t>vn -0.9557 0.2944 -0.0075</w:t>
        <w:br/>
        <w:t>vn -0.9380 0.2058 0.2790</w:t>
        <w:br/>
        <w:t>vn -0.7974 0.5529 0.2418</w:t>
        <w:br/>
        <w:t>vn -0.8290 0.0544 0.5565</w:t>
        <w:br/>
        <w:t>vn -0.4019 0.8333 0.3796</w:t>
        <w:br/>
        <w:t>vn 0.1339 0.9910 -0.0003</w:t>
        <w:br/>
        <w:t>vn -0.7231 -0.3504 0.5953</w:t>
        <w:br/>
        <w:t>vn -0.7343 -0.3060 0.6060</w:t>
        <w:br/>
        <w:t>vn -0.8876 -0.2301 0.3991</w:t>
        <w:br/>
        <w:t>vn -0.7817 -0.2136 0.5859</w:t>
        <w:br/>
        <w:t>vn -0.9234 -0.2935 0.2475</w:t>
        <w:br/>
        <w:t>vn -0.7038 -0.3095 0.6394</w:t>
        <w:br/>
        <w:t>vn 0.0390 0.9366 0.3482</w:t>
        <w:br/>
        <w:t>vn -0.2520 0.8368 0.4861</w:t>
        <w:br/>
        <w:t>vn 0.0857 0.8987 0.4300</w:t>
        <w:br/>
        <w:t>vn 0.0389 0.9366 0.3482</w:t>
        <w:br/>
        <w:t>vn 0.4093 0.9124 0.0034</w:t>
        <w:br/>
        <w:t>vn -0.6714 0.0603 0.7387</w:t>
        <w:br/>
        <w:t>vn -0.6833 0.2369 0.6906</w:t>
        <w:br/>
        <w:t>vn -0.5083 0.3623 0.7813</w:t>
        <w:br/>
        <w:t>vn -0.8679 -0.4277 -0.2527</w:t>
        <w:br/>
        <w:t>vn -0.7345 -0.6317 -0.2479</w:t>
        <w:br/>
        <w:t>vn -0.6024 -0.7823 -0.1586</w:t>
        <w:br/>
        <w:t>vn -0.2224 -0.9240 -0.3110</w:t>
        <w:br/>
        <w:t>vn -0.4913 -0.8709 -0.0103</w:t>
        <w:br/>
        <w:t>vn -0.1064 -0.9940 -0.0267</w:t>
        <w:br/>
        <w:t>vn -0.3221 -0.9114 0.2563</w:t>
        <w:br/>
        <w:t>vn -0.5277 0.5636 0.6355</w:t>
        <w:br/>
        <w:t>vn -0.4883 0.5537 0.6745</w:t>
        <w:br/>
        <w:t>vn 0.4097 0.1895 -0.8923</w:t>
        <w:br/>
        <w:t>vn 0.5261 -0.1661 -0.8340</w:t>
        <w:br/>
        <w:t>vn 0.3755 -0.1307 -0.9176</w:t>
        <w:br/>
        <w:t>vn 0.2857 -0.0060 -0.9583</w:t>
        <w:br/>
        <w:t>vn 0.1611 0.2862 -0.9445</w:t>
        <w:br/>
        <w:t>vn 0.1264 0.6371 -0.7603</w:t>
        <w:br/>
        <w:t>vn 0.3529 0.5722 -0.7404</w:t>
        <w:br/>
        <w:t>vn 0.1045 0.8888 -0.4462</w:t>
        <w:br/>
        <w:t>vn 0.3393 0.8162 -0.4677</w:t>
        <w:br/>
        <w:t>vn 0.5404 0.4761 -0.6938</w:t>
        <w:br/>
        <w:t>vn 0.3658 -0.5019 -0.7838</w:t>
        <w:br/>
        <w:t>vn 0.4081 -0.3162 -0.8564</w:t>
        <w:br/>
        <w:t>vn 0.5923 -0.0247 -0.8053</w:t>
        <w:br/>
        <w:t>vn 0.3500 -0.3597 -0.8650</w:t>
        <w:br/>
        <w:t>vn 0.3935 -0.3944 -0.8304</w:t>
        <w:br/>
        <w:t>vn -0.1708 -0.6294 -0.7581</w:t>
        <w:br/>
        <w:t>vn 0.2264 -0.7364 -0.6376</w:t>
        <w:br/>
        <w:t>vn -0.2416 -0.9693 0.0456</w:t>
        <w:br/>
        <w:t>vn -0.4247 -0.9007 -0.0911</w:t>
        <w:br/>
        <w:t>vn -0.8236 0.2444 0.5118</w:t>
        <w:br/>
        <w:t>vn -0.8825 0.2374 0.4060</w:t>
        <w:br/>
        <w:t>vn -0.7610 0.4306 0.4852</w:t>
        <w:br/>
        <w:t>vn -0.6888 0.4025 0.6030</w:t>
        <w:br/>
        <w:t>vn -0.7354 0.2306 -0.6372</w:t>
        <w:br/>
        <w:t>vn -0.5454 -0.0559 -0.8363</w:t>
        <w:br/>
        <w:t>vn 0.3290 -0.5893 -0.7379</w:t>
        <w:br/>
        <w:t>vn -0.1063 -0.9940 -0.0267</w:t>
        <w:br/>
        <w:t>vn 0.0855 0.8988 0.4299</w:t>
        <w:br/>
        <w:t>vn -0.9290 -0.2843 0.2370</w:t>
        <w:br/>
        <w:t>vn -0.5881 0.1713 0.7904</w:t>
        <w:br/>
        <w:t>vn -0.9294 -0.2712 0.2504</w:t>
        <w:br/>
        <w:t>vn 0.0000 -0.3812 0.9245</w:t>
        <w:br/>
        <w:t>vn -0.0526 -0.3901 0.9192</w:t>
        <w:br/>
        <w:t>vn -0.0667 -0.4979 0.8647</w:t>
        <w:br/>
        <w:t>vn -0.0000 -0.4614 0.8872</w:t>
        <w:br/>
        <w:t>vn 0.0000 -0.0683 0.9977</w:t>
        <w:br/>
        <w:t>vn -0.0000 -0.2317 0.9728</w:t>
        <w:br/>
        <w:t>vn -0.5108 -0.2189 0.8314</w:t>
        <w:br/>
        <w:t>vn -0.4556 -0.0377 0.8894</w:t>
        <w:br/>
        <w:t>vn -0.5928 -0.0049 0.8054</w:t>
        <w:br/>
        <w:t>vn -0.9396 -0.1230 0.3195</w:t>
        <w:br/>
        <w:t>vn -0.9382 -0.2381 0.2511</w:t>
        <w:br/>
        <w:t>vn -0.3068 -0.5340 0.7879</w:t>
        <w:br/>
        <w:t>vn -0.4074 -0.4114 0.8154</w:t>
        <w:br/>
        <w:t>vn -0.3115 -0.4945 0.8115</w:t>
        <w:br/>
        <w:t>vn -0.2388 -0.5713 0.7852</w:t>
        <w:br/>
        <w:t>vn -0.5917 -0.0687 0.8032</w:t>
        <w:br/>
        <w:t>vn -0.7315 -0.1322 0.6689</w:t>
        <w:br/>
        <w:t>vn -0.4411 -0.3601 0.8220</w:t>
        <w:br/>
        <w:t>vn -0.3606 -0.5434 0.7581</w:t>
        <w:br/>
        <w:t>vn -0.3696 -0.2465 0.8959</w:t>
        <w:br/>
        <w:t>vn -0.4106 -0.4184 0.8102</w:t>
        <w:br/>
        <w:t>vn -0.5261 -0.3516 0.7743</w:t>
        <w:br/>
        <w:t>vn 0.0000 -0.4472 0.8945</w:t>
        <w:br/>
        <w:t>vn -0.4746 -0.3200 0.8200</w:t>
        <w:br/>
        <w:t>vn -0.3638 0.0364 0.9308</w:t>
        <w:br/>
        <w:t>vn -0.5050 -0.0994 0.8574</w:t>
        <w:br/>
        <w:t>vn -0.2898 0.1683 0.9422</w:t>
        <w:br/>
        <w:t>vn -0.2351 0.2265 0.9452</w:t>
        <w:br/>
        <w:t>vn -0.2419 0.2087 0.9476</w:t>
        <w:br/>
        <w:t>vn -0.5312 -0.3515 0.7709</w:t>
        <w:br/>
        <w:t>vn -0.6399 -0.2974 0.7086</w:t>
        <w:br/>
        <w:t>vn -0.6238 0.0789 0.7776</w:t>
        <w:br/>
        <w:t>vn -0.5078 0.6084 0.6099</w:t>
        <w:br/>
        <w:t>vn -0.7115 0.4499 0.5398</w:t>
        <w:br/>
        <w:t>vn -0.0000 0.7583 0.6519</w:t>
        <w:br/>
        <w:t>vn -0.7842 -0.2172 0.5812</w:t>
        <w:br/>
        <w:t>vn -0.9144 0.2525 0.3163</w:t>
        <w:br/>
        <w:t>vn -0.8173 0.3284 0.4734</w:t>
        <w:br/>
        <w:t>vn -0.9978 -0.0461 0.0484</w:t>
        <w:br/>
        <w:t>vn -0.9991 -0.0294 0.0293</w:t>
        <w:br/>
        <w:t>vn -0.8953 0.2002 0.3979</w:t>
        <w:br/>
        <w:t>vn -0.8639 0.1382 0.4843</w:t>
        <w:br/>
        <w:t>vn -0.9666 -0.2544 -0.0296</w:t>
        <w:br/>
        <w:t>vn -0.9841 -0.1717 0.0463</w:t>
        <w:br/>
        <w:t>vn -0.9808 -0.1948 -0.0107</w:t>
        <w:br/>
        <w:t>vn -0.9696 -0.2393 -0.0504</w:t>
        <w:br/>
        <w:t>vn -0.8150 -0.5791 -0.0221</w:t>
        <w:br/>
        <w:t>vn -0.7577 -0.6361 -0.1462</w:t>
        <w:br/>
        <w:t>vn -0.6834 -0.7150 -0.1471</w:t>
        <w:br/>
        <w:t>vn -0.7564 -0.6538 -0.0196</w:t>
        <w:br/>
        <w:t>vn -0.5862 -0.8097 -0.0270</w:t>
        <w:br/>
        <w:t>vn -0.6144 -0.7870 0.0561</w:t>
        <w:br/>
        <w:t>vn -0.6964 -0.7141 0.0720</w:t>
        <w:br/>
        <w:t>vn -0.6653 -0.7464 -0.0178</w:t>
        <w:br/>
        <w:t>vn -0.8655 -0.0761 0.4951</w:t>
        <w:br/>
        <w:t>vn -0.9161 -0.0890 0.3908</w:t>
        <w:br/>
        <w:t>vn -0.8510 -0.5249 -0.0168</w:t>
        <w:br/>
        <w:t>vn -0.7906 -0.5910 -0.1600</w:t>
        <w:br/>
        <w:t>vn -0.9362 -0.3503 0.0267</w:t>
        <w:br/>
        <w:t>vn -0.9384 -0.3454 -0.0129</w:t>
        <w:br/>
        <w:t>vn -0.4840 -0.8652 -0.1313</w:t>
        <w:br/>
        <w:t>vn -0.0000 -0.9917 -0.1283</w:t>
        <w:br/>
        <w:t>vn 0.0000 -0.9864 -0.1646</w:t>
        <w:br/>
        <w:t>vn -0.3006 -0.9406 -0.1580</w:t>
        <w:br/>
        <w:t>vn -0.3643 -0.9255 -0.1034</w:t>
        <w:br/>
        <w:t>vn -0.9654 -0.2580 -0.0378</w:t>
        <w:br/>
        <w:t>vn -0.9780 -0.2082 -0.0104</w:t>
        <w:br/>
        <w:t>vn -0.9795 -0.2010 -0.0125</w:t>
        <w:br/>
        <w:t>vn -0.9628 -0.2636 -0.0597</w:t>
        <w:br/>
        <w:t>vn -0.9899 -0.0182 -0.1404</w:t>
        <w:br/>
        <w:t>vn -0.9505 -0.2914 -0.1076</w:t>
        <w:br/>
        <w:t>vn -0.2994 0.1541 0.9416</w:t>
        <w:br/>
        <w:t>vn -0.3174 -0.4872 0.8136</w:t>
        <w:br/>
        <w:t>vn -0.3072 -0.4043 0.8615</w:t>
        <w:br/>
        <w:t>vn -0.5153 -0.8555 -0.0512</w:t>
        <w:br/>
        <w:t>vn -0.5493 -0.8353 0.0223</w:t>
        <w:br/>
        <w:t>vn -0.5044 -0.8628 -0.0337</w:t>
        <w:br/>
        <w:t>vn -0.4609 -0.8825 -0.0936</w:t>
        <w:br/>
        <w:t>vn -0.4496 -0.8871 -0.1047</w:t>
        <w:br/>
        <w:t>vn -0.6673 -0.6701 -0.3252</w:t>
        <w:br/>
        <w:t>vn -0.5122 -0.3123 0.8001</w:t>
        <w:br/>
        <w:t>vn -0.3815 -0.7287 0.5688</w:t>
        <w:br/>
        <w:t>vn -0.3199 -0.7368 0.5957</w:t>
        <w:br/>
        <w:t>vn -0.4464 -0.2312 0.8645</w:t>
        <w:br/>
        <w:t>vn 0.0000 -0.5577 0.8300</w:t>
        <w:br/>
        <w:t>vn 0.0000 -0.4337 0.9011</w:t>
        <w:br/>
        <w:t>vn -0.3041 -0.4286 0.8508</w:t>
        <w:br/>
        <w:t>vn -0.3214 -0.4659 0.8244</w:t>
        <w:br/>
        <w:t>vn -0.5656 -0.7636 0.3116</w:t>
        <w:br/>
        <w:t>vn -0.5729 -0.8047 0.1557</w:t>
        <w:br/>
        <w:t>vn -0.2718 -0.9477 -0.1674</w:t>
        <w:br/>
        <w:t>vn -0.2859 -0.6443 0.7093</w:t>
        <w:br/>
        <w:t>vn -0.3626 -0.8846 0.2931</w:t>
        <w:br/>
        <w:t>vn -0.1734 -0.4113 0.8949</w:t>
        <w:br/>
        <w:t>vn -0.3459 -0.0990 0.9330</w:t>
        <w:br/>
        <w:t>vn -0.2890 -0.0801 0.9540</w:t>
        <w:br/>
        <w:t>vn -0.4748 -0.0935 0.8751</w:t>
        <w:br/>
        <w:t>vn -0.9649 -0.2542 0.0660</w:t>
        <w:br/>
        <w:t>vn -0.9612 -0.2660 -0.0731</w:t>
        <w:br/>
        <w:t>vn -0.9412 -0.3304 -0.0710</w:t>
        <w:br/>
        <w:t>vn -0.7186 -0.1022 0.6878</w:t>
        <w:br/>
        <w:t>vn -0.7001 -0.1346 0.7012</w:t>
        <w:br/>
        <w:t>vn -0.0000 0.1108 0.9938</w:t>
        <w:br/>
        <w:t>vn -0.0000 -0.0703 0.9975</w:t>
        <w:br/>
        <w:t>vn -0.5350 0.0842 0.8406</w:t>
        <w:br/>
        <w:t>vn -0.5370 0.5579 0.6327</w:t>
        <w:br/>
        <w:t>vn -0.7290 -0.1612 0.6652</w:t>
        <w:br/>
        <w:t>vn -0.6382 -0.1807 0.7484</w:t>
        <w:br/>
        <w:t>vn -0.7826 -0.0230 0.6221</w:t>
        <w:br/>
        <w:t>vn -0.7064 0.0017 0.7078</w:t>
        <w:br/>
        <w:t>vn -0.9703 -0.0782 0.2289</w:t>
        <w:br/>
        <w:t>vn -0.9405 0.0279 0.3387</w:t>
        <w:br/>
        <w:t>vn -0.9795 -0.1519 0.1324</w:t>
        <w:br/>
        <w:t>vn 0.0000 0.4048 0.9144</w:t>
        <w:br/>
        <w:t>vn -0.1290 0.2543 0.9585</w:t>
        <w:br/>
        <w:t>vn -0.0000 0.2531 0.9675</w:t>
        <w:br/>
        <w:t>vn -0.2448 0.2566 0.9350</w:t>
        <w:br/>
        <w:t>vn -0.3831 0.2593 0.8866</w:t>
        <w:br/>
        <w:t>vn -0.6241 0.3757 0.6851</w:t>
        <w:br/>
        <w:t>vn -0.7156 0.3647 0.5957</w:t>
        <w:br/>
        <w:t>vn -0.5085 0.3823 0.7716</w:t>
        <w:br/>
        <w:t>vn -0.4962 0.2701 0.8251</w:t>
        <w:br/>
        <w:t>vn -0.4167 -0.8971 -0.1469</w:t>
        <w:br/>
        <w:t>vn -0.4060 -0.9030 -0.1405</w:t>
        <w:br/>
        <w:t>vn -0.2692 -0.2251 0.9364</w:t>
        <w:br/>
        <w:t>vn 0.0000 -0.2105 0.9776</w:t>
        <w:br/>
        <w:t>vn -0.9899 -0.0181 -0.1405</w:t>
        <w:br/>
        <w:t>vn -0.3801 -0.3446 0.8584</w:t>
        <w:br/>
        <w:t>vn -0.4592 -0.1799 0.8699</w:t>
        <w:br/>
        <w:t>vn -0.6241 -0.2935 0.7241</w:t>
        <w:br/>
        <w:t>vn -0.8387 -0.5398 0.0722</w:t>
        <w:br/>
        <w:t>vn -0.8749 -0.4792 0.0706</w:t>
        <w:br/>
        <w:t>vn -0.8449 -0.4768 0.2427</w:t>
        <w:br/>
        <w:t>vn -0.8688 -0.4867 0.0913</w:t>
        <w:br/>
        <w:t>vn -0.8278 -0.5499 0.1111</w:t>
        <w:br/>
        <w:t>vn -0.7957 -0.5473 0.2594</w:t>
        <w:br/>
        <w:t>vn -0.3587 -0.4888 0.7953</w:t>
        <w:br/>
        <w:t>vn -0.7826 -0.6177 0.0766</w:t>
        <w:br/>
        <w:t>vn -0.5140 0.5071 0.6918</w:t>
        <w:br/>
        <w:t>vn -0.1877 0.4107 0.8922</w:t>
        <w:br/>
        <w:t>vn -0.5740 -0.0344 -0.8181</w:t>
        <w:br/>
        <w:t>vn -0.8437 -0.5268 -0.1031</w:t>
        <w:br/>
        <w:t>vn -0.8167 -0.5550 -0.1577</w:t>
        <w:br/>
        <w:t>vn -0.3639 0.1315 0.9221</w:t>
        <w:br/>
        <w:t>vn -0.2313 0.1092 0.9667</w:t>
        <w:br/>
        <w:t>vn -0.1223 0.0922 0.9882</w:t>
        <w:br/>
        <w:t>vn -0.3712 -0.0961 0.9236</w:t>
        <w:br/>
        <w:t>vn -0.4682 0.1675 0.8676</w:t>
        <w:br/>
        <w:t>vn -0.8992 -0.4353 -0.0446</w:t>
        <w:br/>
        <w:t>vn -0.9114 -0.4114 -0.0100</w:t>
        <w:br/>
        <w:t>vn -0.9216 -0.3857 -0.0436</w:t>
        <w:br/>
        <w:t>vn -0.9185 -0.3899 -0.0654</w:t>
        <w:br/>
        <w:t>vn -0.4682 0.0257 0.8833</w:t>
        <w:br/>
        <w:t>vn -0.4050 0.1463 0.9025</w:t>
        <w:br/>
        <w:t>vn -0.3284 0.0246 0.9442</w:t>
        <w:br/>
        <w:t>vn -0.2285 -0.9024 0.3653</w:t>
        <w:br/>
        <w:t>vn -0.2223 -0.8869 0.4051</w:t>
        <w:br/>
        <w:t>vn -0.1629 -0.9149 0.3693</w:t>
        <w:br/>
        <w:t>vn -0.1724 -0.9245 0.3399</w:t>
        <w:br/>
        <w:t>vn -0.3824 -0.5766 0.7221</w:t>
        <w:br/>
        <w:t>vn -0.2097 -0.6388 0.7402</w:t>
        <w:br/>
        <w:t>vn -0.2134 -0.2495 0.9446</w:t>
        <w:br/>
        <w:t>vn -0.3914 -0.2509 0.8853</w:t>
        <w:br/>
        <w:t>vn -0.4392 0.0833 0.8945</w:t>
        <w:br/>
        <w:t>vn -0.3221 0.1929 0.9269</w:t>
        <w:br/>
        <w:t>vn -0.2279 0.5598 0.7967</w:t>
        <w:br/>
        <w:t>vn -0.3147 0.4879 0.8142</w:t>
        <w:br/>
        <w:t>vn -0.3866 -0.7539 0.5312</w:t>
        <w:br/>
        <w:t>vn -0.2690 -0.8837 0.3831</w:t>
        <w:br/>
        <w:t>vn -0.4627 -0.0413 0.8856</w:t>
        <w:br/>
        <w:t>vn -0.4003 0.2345 0.8859</w:t>
        <w:br/>
        <w:t>vn -0.0062 -0.9792 -0.2027</w:t>
        <w:br/>
        <w:t>vn -0.0711 -0.9307 0.3588</w:t>
        <w:br/>
        <w:t>vn -0.1631 -0.9151 0.3688</w:t>
        <w:br/>
        <w:t>vn 0.0211 -0.9819 -0.1882</w:t>
        <w:br/>
        <w:t>vn -0.1339 0.8738 0.4674</w:t>
        <w:br/>
        <w:t>vn -0.1276 0.8747 0.4676</w:t>
        <w:br/>
        <w:t>vn -0.3699 0.3527 0.8595</w:t>
        <w:br/>
        <w:t>vn -0.3145 0.4877 0.8144</w:t>
        <w:br/>
        <w:t>vn -0.4683 -0.0294 0.8831</w:t>
        <w:br/>
        <w:t>vn -0.3695 0.3523 0.8598</w:t>
        <w:br/>
        <w:t>vn -0.3785 -0.8340 0.4014</w:t>
        <w:br/>
        <w:t>vn -0.3905 -0.8473 0.3599</w:t>
        <w:br/>
        <w:t>vn -0.3248 -0.8656 0.3810</w:t>
        <w:br/>
        <w:t>vn -0.3933 -0.7921 0.4669</w:t>
        <w:br/>
        <w:t>vn -0.2214 -0.1850 0.9575</w:t>
        <w:br/>
        <w:t>vn -0.3410 -0.2879 0.8949</w:t>
        <w:br/>
        <w:t>vn -0.4263 -0.1485 0.8923</w:t>
        <w:br/>
        <w:t>vn -0.4476 -0.4027 0.7984</w:t>
        <w:br/>
        <w:t>vn -0.4765 -0.2824 0.8326</w:t>
        <w:br/>
        <w:t>vn -0.5310 -0.4259 0.7325</w:t>
        <w:br/>
        <w:t>vn -0.5229 -0.2990 0.7982</w:t>
        <w:br/>
        <w:t>vn -0.3428 -0.8258 0.4477</w:t>
        <w:br/>
        <w:t>vn -0.3658 -0.7757 0.5142</w:t>
        <w:br/>
        <w:t>vn -0.2848 -0.8194 0.4975</w:t>
        <w:br/>
        <w:t>vn -0.2703 -0.8565 0.4397</w:t>
        <w:br/>
        <w:t>vn -0.5238 -0.6107 0.5938</w:t>
        <w:br/>
        <w:t>vn -0.4178 -0.7718 0.4793</w:t>
        <w:br/>
        <w:t>vn -0.3697 -0.8256 0.4263</w:t>
        <w:br/>
        <w:t>vn -0.3215 -0.5113 0.7970</w:t>
        <w:br/>
        <w:t>vn -0.2185 -0.5476 0.8077</w:t>
        <w:br/>
        <w:t>vn -0.1274 0.8745 0.4680</w:t>
        <w:br/>
        <w:t>vn 0.0440 0.9983 -0.0376</w:t>
        <w:br/>
        <w:t>vn 0.1137 0.9895 -0.0891</w:t>
        <w:br/>
        <w:t>vn -0.1341 0.8739 0.4673</w:t>
        <w:br/>
        <w:t>vn -0.1051 0.8856 0.4524</w:t>
        <w:br/>
        <w:t>vn -0.0598 0.8938 0.4444</w:t>
        <w:br/>
        <w:t>vn 0.0289 0.9896 -0.1409</w:t>
        <w:br/>
        <w:t>vn 0.0327 -0.8245 -0.5649</w:t>
        <w:br/>
        <w:t>vn -0.0059 -0.8140 -0.5809</w:t>
        <w:br/>
        <w:t>vn 0.3711 -0.4367 -0.8195</w:t>
        <w:br/>
        <w:t>vn 0.1882 -0.6587 -0.7285</w:t>
        <w:br/>
        <w:t>vn 0.1442 -0.8456 -0.5139</w:t>
        <w:br/>
        <w:t>vn 0.2048 -0.6204 -0.7570</w:t>
        <w:br/>
        <w:t>vn 0.0346 -0.9683 -0.2472</w:t>
        <w:br/>
        <w:t>vn 0.1149 -0.5290 -0.8408</w:t>
        <w:br/>
        <w:t>vn 0.0212 -0.9820 -0.1877</w:t>
        <w:br/>
        <w:t>vn -0.0060 -0.9792 -0.2026</w:t>
        <w:br/>
        <w:t>vn 0.2593 0.7987 -0.5430</w:t>
        <w:br/>
        <w:t>vn 0.2704 0.7018 -0.6591</w:t>
        <w:br/>
        <w:t>vn 0.2346 0.9320 -0.2762</w:t>
        <w:br/>
        <w:t>vn 0.1657 0.7522 -0.6378</w:t>
        <w:br/>
        <w:t>vn 0.4419 0.0332 -0.8965</w:t>
        <w:br/>
        <w:t>vn 0.5522 0.7921 -0.2601</w:t>
        <w:br/>
        <w:t>vn 0.4294 -0.1957 -0.8817</w:t>
        <w:br/>
        <w:t>vn 0.4418 0.0332 -0.8965</w:t>
        <w:br/>
        <w:t>vn 0.2992 -0.2081 -0.9312</w:t>
        <w:br/>
        <w:t>vn 0.3930 0.0395 -0.9187</w:t>
        <w:br/>
        <w:t>vn 0.1647 -0.2908 -0.9425</w:t>
        <w:br/>
        <w:t>vn 0.0000 -0.2525 -0.9676</w:t>
        <w:br/>
        <w:t>vn -0.0000 0.7045 -0.7097</w:t>
        <w:br/>
        <w:t>vn 0.3404 0.6646 -0.6652</w:t>
        <w:br/>
        <w:t>vn 0.3741 0.7430 -0.5549</w:t>
        <w:br/>
        <w:t>vn 0.5821 0.5093 -0.6339</w:t>
        <w:br/>
        <w:t>vn 0.6261 -0.0606 -0.7774</w:t>
        <w:br/>
        <w:t>vn 0.0000 -0.7272 -0.6864</w:t>
        <w:br/>
        <w:t>vn 0.1228 -0.6772 -0.7255</w:t>
        <w:br/>
        <w:t>vn 0.2448 -0.6873 -0.6839</w:t>
        <w:br/>
        <w:t>vn 0.5616 -0.4440 -0.6982</w:t>
        <w:br/>
        <w:t>vn 0.4122 0.8223 -0.3923</w:t>
        <w:br/>
        <w:t>vn -0.0000 0.9392 -0.3433</w:t>
        <w:br/>
        <w:t>vn -0.0000 1.0000 0.0081</w:t>
        <w:br/>
        <w:t>vn 0.3877 0.9214 -0.0279</w:t>
        <w:br/>
        <w:t>vn 0.5425 0.7841 -0.3017</w:t>
        <w:br/>
        <w:t>vn 0.5419 0.8240 -0.1652</w:t>
        <w:br/>
        <w:t>vn 0.6955 0.6623 -0.2787</w:t>
        <w:br/>
        <w:t>vn 0.7515 0.6254 -0.2100</w:t>
        <w:br/>
        <w:t>vn 0.9162 0.3486 -0.1975</w:t>
        <w:br/>
        <w:t>vn 0.9026 0.0911 -0.4208</w:t>
        <w:br/>
        <w:t>vn 0.9359 -0.3454 -0.0691</w:t>
        <w:br/>
        <w:t>vn 0.9162 0.3486 -0.1976</w:t>
        <w:br/>
        <w:t>vn 0.6789 -0.6542 -0.3333</w:t>
        <w:br/>
        <w:t>vn 0.3206 -0.9469 -0.0266</w:t>
        <w:br/>
        <w:t>vn 0.1801 -0.9083 -0.3776</w:t>
        <w:br/>
        <w:t>vn -0.0589 -0.9957 -0.0714</w:t>
        <w:br/>
        <w:t>vn -0.0364 -0.9455 -0.3236</w:t>
        <w:br/>
        <w:t>vn 0.9709 0.1853 0.1519</w:t>
        <w:br/>
        <w:t>vn 0.8226 -0.5296 0.2070</w:t>
        <w:br/>
        <w:t>vn 0.8767 -0.3016 0.3748</w:t>
        <w:br/>
        <w:t>vn 0.4781 -0.8388 0.2604</w:t>
        <w:br/>
        <w:t>vn 0.5164 -0.6465 0.5615</w:t>
        <w:br/>
        <w:t>vn 0.0568 -0.9814 0.1835</w:t>
        <w:br/>
        <w:t>vn 0.1148 -0.8085 0.5772</w:t>
        <w:br/>
        <w:t>vn -0.0000 -0.9886 0.1505</w:t>
        <w:br/>
        <w:t>vn 0.9234 0.0724 0.3769</w:t>
        <w:br/>
        <w:t>vn 0.8390 0.4093 0.3585</w:t>
        <w:br/>
        <w:t>vn 0.7660 0.6401 0.0594</w:t>
        <w:br/>
        <w:t>vn 0.5888 0.7925 0.1591</w:t>
        <w:br/>
        <w:t>vn 0.6045 0.5383 0.5872</w:t>
        <w:br/>
        <w:t>vn 0.3305 0.9173 0.2220</w:t>
        <w:br/>
        <w:t>vn 0.2355 0.5859 0.7754</w:t>
        <w:br/>
        <w:t>vn 0.0000 0.9518 0.3068</w:t>
        <w:br/>
        <w:t>vn -0.0000 0.5876 0.8092</w:t>
        <w:br/>
        <w:t>vn 0.2649 -0.1517 0.9523</w:t>
        <w:br/>
        <w:t>vn 0.0000 -0.0412 0.9992</w:t>
        <w:br/>
        <w:t>vn 0.2649 -0.1516 0.9523</w:t>
        <w:br/>
        <w:t>vn 0.7803 -0.0182 0.6252</w:t>
        <w:br/>
        <w:t>vn 0.7803 -0.0182 0.6251</w:t>
        <w:br/>
        <w:t>vn 0.0756 0.9915 0.1058</w:t>
        <w:br/>
        <w:t>vn 0.1065 -0.8504 -0.5152</w:t>
        <w:br/>
        <w:t>vn -0.0000 -0.6005 0.7996</w:t>
        <w:br/>
        <w:t>vn -0.4687 -0.4932 0.7329</w:t>
        <w:br/>
        <w:t>vn -0.4128 -0.6277 0.6600</w:t>
        <w:br/>
        <w:t>vn -0.0000 -0.7171 0.6969</w:t>
        <w:br/>
        <w:t>vn -0.1610 0.2540 0.9537</w:t>
        <w:br/>
        <w:t>vn -0.0000 0.2742 0.9617</w:t>
        <w:br/>
        <w:t>vn 0.0000 0.6094 0.7929</w:t>
        <w:br/>
        <w:t>vn -0.1076 0.5934 0.7977</w:t>
        <w:br/>
        <w:t>vn -0.0000 0.9900 -0.1413</w:t>
        <w:br/>
        <w:t>vn 0.0000 0.8617 0.5075</w:t>
        <w:br/>
        <w:t>vn -0.5099 -0.2574 0.8208</w:t>
        <w:br/>
        <w:t>vn -0.5122 -0.4820 0.7109</w:t>
        <w:br/>
        <w:t>vn -0.2288 -0.8377 0.4960</w:t>
        <w:br/>
        <w:t>vn -0.2224 -0.8868 0.4052</w:t>
        <w:br/>
        <w:t>vn -0.0822 -0.9430 0.3225</w:t>
        <w:br/>
        <w:t>vn -0.1723 -0.7668 0.6184</w:t>
        <w:br/>
        <w:t>vn -0.3433 -0.8257 0.4476</w:t>
        <w:br/>
        <w:t>vn -0.5237 -0.4826 0.7020</w:t>
        <w:br/>
        <w:t>vn -0.5273 -0.2513 0.8117</w:t>
        <w:br/>
        <w:t>vn -0.0000 -0.6602 0.7511</w:t>
        <w:br/>
        <w:t>vn 0.0000 -0.2476 0.9689</w:t>
        <w:br/>
        <w:t>vn -0.9105 -0.4132 0.0146</w:t>
        <w:br/>
        <w:t>vn -0.7681 -0.4043 0.4965</w:t>
        <w:br/>
        <w:t>vn -0.6675 -0.2049 0.7159</w:t>
        <w:br/>
        <w:t>vn -0.8087 -0.3407 0.4794</w:t>
        <w:br/>
        <w:t>vn -0.6715 0.1241 0.7306</w:t>
        <w:br/>
        <w:t>vn -0.3152 0.1476 0.9375</w:t>
        <w:br/>
        <w:t>vn -0.0000 -0.1664 0.9861</w:t>
        <w:br/>
        <w:t>vn -0.0000 0.2963 0.9551</w:t>
        <w:br/>
        <w:t>vn -0.0000 -0.6633 0.7484</w:t>
        <w:br/>
        <w:t>vn -0.0000 -0.4110 0.9116</w:t>
        <w:br/>
        <w:t>vn -0.0000 -0.9499 0.3125</w:t>
        <w:br/>
        <w:t>vn -0.0000 -0.9803 -0.1975</w:t>
        <w:br/>
        <w:t>vn -0.0000 -0.9774 -0.2115</w:t>
        <w:br/>
        <w:t>vn -0.0000 0.5381 0.8429</w:t>
        <w:br/>
        <w:t>vn 0.0000 -0.9817 -0.1906</w:t>
        <w:br/>
        <w:t>vn -0.0000 0.5982 0.8013</w:t>
        <w:br/>
        <w:t>vn -0.0000 0.0847 0.9964</w:t>
        <w:br/>
        <w:t>vn -0.0709 -0.9307 0.3588</w:t>
        <w:br/>
        <w:t>vn 0.0000 -0.9367 0.3500</w:t>
        <w:br/>
        <w:t>vn -0.0000 -0.9496 0.3134</w:t>
        <w:br/>
        <w:t>vn 0.0000 0.7299 -0.6835</w:t>
        <w:br/>
        <w:t>vn 0.0000 -0.6368 0.7710</w:t>
        <w:br/>
        <w:t>vn -0.0000 -0.6455 -0.7638</w:t>
        <w:br/>
        <w:t>vn -0.0000 -0.9973 -0.0733</w:t>
        <w:br/>
        <w:t>vn 0.0000 -0.9944 -0.1061</w:t>
        <w:br/>
        <w:t>vn 0.0000 -0.9608 -0.2774</w:t>
        <w:br/>
        <w:t>vn 0.0000 -0.7819 0.6234</w:t>
        <w:br/>
        <w:t>vn -0.8716 -0.2929 0.3931</w:t>
        <w:br/>
        <w:t>vn -0.8615 -0.2670 0.4319</w:t>
        <w:br/>
        <w:t>vn 0.8772 -0.0409 -0.4784</w:t>
        <w:br/>
        <w:t>vn 0.9830 -0.0162 -0.1829</w:t>
        <w:br/>
        <w:t>vn 0.6494 0.7576 -0.0663</w:t>
        <w:br/>
        <w:t>vn 0.1789 0.9837 -0.0179</w:t>
        <w:br/>
        <w:t>vn 0.3707 -0.4365 -0.8197</w:t>
        <w:br/>
        <w:t>vn 0.3352 -0.6146 -0.7141</w:t>
        <w:br/>
        <w:t>vn 0.4416 0.0335 -0.8966</w:t>
        <w:br/>
        <w:t>vn -0.6640 0.3074 0.6816</w:t>
        <w:br/>
        <w:t>vn 0.0000 0.7640 0.6452</w:t>
        <w:br/>
        <w:t>vn -0.3309 -0.4215 0.8443</w:t>
        <w:br/>
        <w:t>vn -0.5242 -0.3461 0.7781</w:t>
        <w:br/>
        <w:t>vn -0.4738 -0.2232 0.8519</w:t>
        <w:br/>
        <w:t>vn -0.6923 -0.0939 0.7155</w:t>
        <w:br/>
        <w:t>vn -0.3249 -0.9451 -0.0343</w:t>
        <w:br/>
        <w:t>vn 0.0000 -0.9985 -0.0546</w:t>
        <w:br/>
        <w:t>vn -0.4972 -0.4501 0.7418</w:t>
        <w:br/>
        <w:t>vn -0.4747 -0.6104 0.6340</w:t>
        <w:br/>
        <w:t>vn -0.4044 -0.7460 0.5290</w:t>
        <w:br/>
        <w:t>vn -0.2669 -0.2309 0.9357</w:t>
        <w:br/>
        <w:t>vn 0.0000 -0.2493 0.9684</w:t>
        <w:br/>
        <w:t>vn -0.2980 -0.8077 0.5087</w:t>
        <w:br/>
        <w:t>vn -0.9179 -0.3266 0.2253</w:t>
        <w:br/>
        <w:t>vn -0.9137 -0.3489 0.2085</w:t>
        <w:br/>
        <w:t>vn -0.9081 -0.3767 0.1830</w:t>
        <w:br/>
        <w:t>vn -0.9153 -0.3567 0.1872</w:t>
        <w:br/>
        <w:t>vn -0.9218 -0.3801 0.0767</w:t>
        <w:br/>
        <w:t>vn -0.9275 -0.3668 0.0720</w:t>
        <w:br/>
        <w:t>vn -0.9389 -0.3340 0.0833</w:t>
        <w:br/>
        <w:t>vn -0.9644 -0.2329 0.1250</w:t>
        <w:br/>
        <w:t>vn -0.9696 -0.1244 0.2106</w:t>
        <w:br/>
        <w:t>vn -0.9477 -0.0786 0.3093</w:t>
        <w:br/>
        <w:t>vn -0.9079 -0.0212 0.4186</w:t>
        <w:br/>
        <w:t>vn -0.8237 0.0719 0.5624</w:t>
        <w:br/>
        <w:t>vn -0.7393 0.1233 0.6620</w:t>
        <w:br/>
        <w:t>vn -0.6419 0.1313 0.7555</w:t>
        <w:br/>
        <w:t>vn -0.5069 0.1144 0.8544</w:t>
        <w:br/>
        <w:t>vn -0.4234 0.0623 0.9038</w:t>
        <w:br/>
        <w:t>vn -0.3290 0.0119 0.9443</w:t>
        <w:br/>
        <w:t>vn -0.9090 -0.4081 0.0844</w:t>
        <w:br/>
        <w:t>vn -0.2295 0.2299 0.9458</w:t>
        <w:br/>
        <w:t>vn -0.2382 0.1717 0.9559</w:t>
        <w:br/>
        <w:t>vn -0.2806 0.0960 0.9550</w:t>
        <w:br/>
        <w:t>vn -0.3424 0.0332 0.9390</w:t>
        <w:br/>
        <w:t>vn -0.4637 -0.0116 0.8859</w:t>
        <w:br/>
        <w:t>vn -0.5574 -0.0671 0.8275</w:t>
        <w:br/>
        <w:t>vn -0.6117 -0.1789 0.7706</w:t>
        <w:br/>
        <w:t>vn -0.6237 -0.3114 0.7170</w:t>
        <w:br/>
        <w:t>vn -0.6378 -0.3457 0.6882</w:t>
        <w:br/>
        <w:t>vn -0.7193 -0.3392 0.6062</w:t>
        <w:br/>
        <w:t>vn -0.7669 -0.2360 0.5968</w:t>
        <w:br/>
        <w:t>vn -0.7027 -0.1488 0.6958</w:t>
        <w:br/>
        <w:t>vn -0.6007 -0.2435 0.7615</w:t>
        <w:br/>
        <w:t>vn -0.4835 -0.3360 0.8083</w:t>
        <w:br/>
        <w:t>vn -0.3605 -0.4144 0.8356</w:t>
        <w:br/>
        <w:t>vn -0.2670 -0.5057 0.8204</w:t>
        <w:br/>
        <w:t>vn -0.2293 -0.5547 0.7998</w:t>
        <w:br/>
        <w:t>vn -0.2033 -0.9689 0.1414</w:t>
        <w:br/>
        <w:t>vn -0.3213 -0.8947 0.3102</w:t>
        <w:br/>
        <w:t>vn -0.2163 -0.6303 0.7456</w:t>
        <w:br/>
        <w:t>vn -0.4077 -0.8668 0.2872</w:t>
        <w:br/>
        <w:t>vn -0.5357 -0.7991 0.2730</w:t>
        <w:br/>
        <w:t>vn -0.3009 -0.3872 0.8715</w:t>
        <w:br/>
        <w:t>vn -0.2622 -0.4148 0.8713</w:t>
        <w:br/>
        <w:t>vn -0.3216 -0.4121 0.8525</w:t>
        <w:br/>
        <w:t>vn -0.3805 -0.4140 0.8269</w:t>
        <w:br/>
        <w:t>vn -0.4042 -0.4495 0.7966</w:t>
        <w:br/>
        <w:t>vn -0.4817 -0.4559 0.7484</w:t>
        <w:br/>
        <w:t>vn -0.2285 -0.4177 0.8794</w:t>
        <w:br/>
        <w:t>vn -0.2478 -0.4975 0.8313</w:t>
        <w:br/>
        <w:t>vn -0.4391 -0.1177 0.8907</w:t>
        <w:br/>
        <w:t>vn -0.3785 -0.1821 0.9075</w:t>
        <w:br/>
        <w:t>vn -0.4662 -0.2665 0.8436</w:t>
        <w:br/>
        <w:t>vn -0.4812 -0.1253 0.8676</w:t>
        <w:br/>
        <w:t>vn -0.4526 -0.4560 0.7663</w:t>
        <w:br/>
        <w:t>vn -0.3787 -0.3421 0.8599</w:t>
        <w:br/>
        <w:t>vn -0.4313 -0.1108 0.8954</w:t>
        <w:br/>
        <w:t>vn -0.4326 -0.0279 0.9012</w:t>
        <w:br/>
        <w:t>vn -0.4020 -0.6236 0.6705</w:t>
        <w:br/>
        <w:t>vn -0.3545 -0.4939 0.7939</w:t>
        <w:br/>
        <w:t>vn -0.2825 -0.6547 0.7011</w:t>
        <w:br/>
        <w:t>vn -0.2834 -0.5536 0.7831</w:t>
        <w:br/>
        <w:t>vn -0.0000 -0.7242 0.6896</w:t>
        <w:br/>
        <w:t>vn -0.0000 -0.7939 0.6080</w:t>
        <w:br/>
        <w:t>vn -0.1847 -0.7694 0.6115</w:t>
        <w:br/>
        <w:t>vn -0.1626 -0.7087 0.6865</w:t>
        <w:br/>
        <w:t>vn -0.2908 -0.6508 0.7014</w:t>
        <w:br/>
        <w:t>vn -0.3452 -0.6982 0.6272</w:t>
        <w:br/>
        <w:t>vn -0.3952 -0.5398 0.7433</w:t>
        <w:br/>
        <w:t>vn -0.4733 -0.5752 0.6672</w:t>
        <w:br/>
        <w:t>vn 0.0000 -0.0938 0.9956</w:t>
        <w:br/>
        <w:t>vn -0.2809 -0.0989 0.9546</w:t>
        <w:br/>
        <w:t>vn -0.2828 0.0019 0.9592</w:t>
        <w:br/>
        <w:t>vn -0.0000 0.0027 1.0000</w:t>
        <w:br/>
        <w:t>vn -0.8459 -0.2981 0.4422</w:t>
        <w:br/>
        <w:t>vn -0.8820 -0.4710 -0.0143</w:t>
        <w:br/>
        <w:t>vn -0.8911 -0.4535 -0.0131</w:t>
        <w:br/>
        <w:t>vn -0.8939 -0.4468 0.0377</w:t>
        <w:br/>
        <w:t>vn -0.8912 -0.4493 0.0624</w:t>
        <w:br/>
        <w:t>vn -0.8903 -0.4477 0.0827</w:t>
        <w:br/>
        <w:t>vn -0.8834 -0.4616 0.0803</w:t>
        <w:br/>
        <w:t>vn -0.8949 -0.4000 0.1980</w:t>
        <w:br/>
        <w:t>vn -0.8759 -0.4294 0.2200</w:t>
        <w:br/>
        <w:t>vn -0.3712 -0.4904 0.7885</w:t>
        <w:br/>
        <w:t>vn 0.0000 -0.5282 0.8491</w:t>
        <w:br/>
        <w:t>vn -0.5834 -0.4301 0.6890</w:t>
        <w:br/>
        <w:t>vn -0.6561 -0.4372 0.6151</w:t>
        <w:br/>
        <w:t>vn -0.8554 -0.0118 0.5178</w:t>
        <w:br/>
        <w:t>vn -0.7947 -0.0286 0.6064</w:t>
        <w:br/>
        <w:t>vn -0.8867 0.0302 0.4613</w:t>
        <w:br/>
        <w:t>vn -0.7185 -0.3590 0.5957</w:t>
        <w:br/>
        <w:t>vn -0.7501 -0.2213 0.6232</w:t>
        <w:br/>
        <w:t>vn -0.8868 0.1292 0.4438</w:t>
        <w:br/>
        <w:t>vn -0.6446 0.0282 -0.7640</w:t>
        <w:br/>
        <w:t>vn -0.4050 0.1462 0.9026</w:t>
        <w:br/>
        <w:t>vn -0.4785 -0.0342 0.8774</w:t>
        <w:br/>
        <w:t>vn -0.6024 -0.3878 0.6977</w:t>
        <w:br/>
        <w:t>vn -0.5286 -0.2513 0.8108</w:t>
        <w:br/>
        <w:t>vn -0.2221 -0.8871 0.4045</w:t>
        <w:br/>
        <w:t>vn 0.0349 -0.9681 -0.2479</w:t>
        <w:br/>
        <w:t>vn -0.1054 0.8855 0.4526</w:t>
        <w:br/>
        <w:t>vn -0.2282 0.5596 0.7967</w:t>
        <w:br/>
        <w:t>vn -0.3996 0.2343 0.8862</w:t>
        <w:br/>
        <w:t>vn -0.3787 0.3248 0.8666</w:t>
        <w:br/>
        <w:t>vn -0.2704 -0.8564 0.4398</w:t>
        <w:br/>
        <w:t>vn -0.5279 -0.5267 0.6663</w:t>
        <w:br/>
        <w:t>vn -0.4383 -0.6810 0.5866</w:t>
        <w:br/>
        <w:t>vn -0.4174 -0.7718 0.4797</w:t>
        <w:br/>
        <w:t>vn -0.5241 -0.6105 0.5938</w:t>
        <w:br/>
        <w:t>vn -0.0000 0.8618 0.5073</w:t>
        <w:br/>
        <w:t>vn -0.0598 0.8937 0.4446</w:t>
        <w:br/>
        <w:t>vn -0.1076 0.5931 0.7979</w:t>
        <w:br/>
        <w:t>vn 0.0000 0.6098 0.7926</w:t>
        <w:br/>
        <w:t>vn -0.5971 -0.4927 0.6330</w:t>
        <w:br/>
        <w:t>vn -0.5249 -0.4829 0.7009</w:t>
        <w:br/>
        <w:t>vn -0.0000 -0.9972 -0.0742</w:t>
        <w:br/>
        <w:t>vn 0.0000 -0.9370 0.3492</w:t>
        <w:br/>
        <w:t>vn 0.3712 -0.4367 -0.8195</w:t>
        <w:br/>
        <w:t>vn 0.8615 -0.4213 -0.2835</w:t>
        <w:br/>
        <w:t>vn 0.8771 -0.0409 -0.4785</w:t>
        <w:br/>
        <w:t>vn 0.4463 -0.0780 -0.8915</w:t>
        <w:br/>
        <w:t>vn 0.4418 0.0333 -0.8965</w:t>
        <w:br/>
        <w:t>vn 0.9147 0.3241 0.2415</w:t>
        <w:br/>
        <w:t>vn 0.9169 0.3048 0.2575</w:t>
        <w:br/>
        <w:t>vn 0.9720 0.1728 0.1592</w:t>
        <w:br/>
        <w:t>vn 0.9736 0.1836 0.1354</w:t>
        <w:br/>
        <w:t>vn 0.8302 0.4492 0.3302</w:t>
        <w:br/>
        <w:t>vn 0.8300 0.4111 0.3769</w:t>
        <w:br/>
        <w:t>vn 0.7309 0.4720 0.4930</w:t>
        <w:br/>
        <w:t>vn 0.7362 0.5214 0.4315</w:t>
        <w:br/>
        <w:t>vn 0.6228 0.5618 0.5445</w:t>
        <w:br/>
        <w:t>vn 0.6283 0.5007 0.5955</w:t>
        <w:br/>
        <w:t>vn 0.1447 0.6064 0.7819</w:t>
        <w:br/>
        <w:t>vn 0.1308 0.5418 0.8302</w:t>
        <w:br/>
        <w:t>vn 0.2935 0.5307 0.7951</w:t>
        <w:br/>
        <w:t>vn 0.3038 0.6134 0.7290</w:t>
        <w:br/>
        <w:t>vn 0.4742 0.5176 0.7122</w:t>
        <w:br/>
        <w:t>vn 0.4746 0.5978 0.6461</w:t>
        <w:br/>
        <w:t>vn 0.3884 0.0609 -0.9195</w:t>
        <w:br/>
        <w:t>vn 0.5449 0.5001 -0.6730</w:t>
        <w:br/>
        <w:t>vn -0.5404 0.4760 -0.6938</w:t>
        <w:br/>
        <w:t>vn 0.7843 -0.2227 0.5791</w:t>
        <w:br/>
        <w:t>vn 0.8561 -0.1597 0.4915</w:t>
        <w:br/>
        <w:t>vn 0.8035 -0.1689 0.5708</w:t>
        <w:br/>
        <w:t>vn 0.7243 -0.2646 0.6367</w:t>
        <w:br/>
        <w:t>vn 0.6394 -0.2785 0.7167</w:t>
        <w:br/>
        <w:t>vn 0.7299 -0.1914 0.6562</w:t>
        <w:br/>
        <w:t>vn 0.7526 -0.2899 0.5912</w:t>
        <w:br/>
        <w:t>vn 0.6648 -0.3261 0.6721</w:t>
        <w:br/>
        <w:t>vn 0.8079 -0.3128 0.4994</w:t>
        <w:br/>
        <w:t>vn 0.8339 -0.2383 0.4978</w:t>
        <w:br/>
        <w:t>vn 0.7771 -0.3034 0.5514</w:t>
        <w:br/>
        <w:t>vn 0.6289 -0.2878 0.7222</w:t>
        <w:br/>
        <w:t>vn 0.6339 -0.1596 0.7568</w:t>
        <w:br/>
        <w:t>vn 0.7615 -0.2187 0.6101</w:t>
        <w:br/>
        <w:t>vn 0.9872 -0.0659 0.1452</w:t>
        <w:br/>
        <w:t>vn 0.9943 -0.0621 0.0872</w:t>
        <w:br/>
        <w:t>vn 0.9690 0.1352 0.2067</w:t>
        <w:br/>
        <w:t>vn 0.9616 0.0881 0.2600</w:t>
        <w:br/>
        <w:t>vn 0.3144 -0.4731 0.8230</w:t>
        <w:br/>
        <w:t>vn 0.3921 -0.2735 0.8783</w:t>
        <w:br/>
        <w:t>vn 0.3109 -0.3407 0.8873</w:t>
        <w:br/>
        <w:t>vn 0.2581 -0.5363 0.8036</w:t>
        <w:br/>
        <w:t>vn 0.5975 0.2844 0.7498</w:t>
        <w:br/>
        <w:t>vn 0.5563 0.2088 0.8043</w:t>
        <w:br/>
        <w:t>vn 0.6726 0.2185 0.7071</w:t>
        <w:br/>
        <w:t>vn 0.6959 0.2847 0.6593</w:t>
        <w:br/>
        <w:t>vn 0.2381 0.3960 0.8868</w:t>
        <w:br/>
        <w:t>vn 0.3819 0.4060 0.8303</w:t>
        <w:br/>
        <w:t>vn 0.1683 -0.2023 0.9647</w:t>
        <w:br/>
        <w:t>vn 0.1521 -0.4036 0.9022</w:t>
        <w:br/>
        <w:t>vn 0.2477 -0.3919 0.8860</w:t>
        <w:br/>
        <w:t>vn 0.2872 -0.1599 0.9444</w:t>
        <w:br/>
        <w:t>vn 0.1221 0.4034 0.9068</w:t>
        <w:br/>
        <w:t>vn 0.2007 -0.0235 0.9794</w:t>
        <w:br/>
        <w:t>vn 0.0974 -0.0535 0.9938</w:t>
        <w:br/>
        <w:t>vn 0.0674 -0.2237 0.9723</w:t>
        <w:br/>
        <w:t>vn 0.2234 -0.5874 0.7779</w:t>
        <w:br/>
        <w:t>vn 0.2150 -0.6273 0.7485</w:t>
        <w:br/>
        <w:t>vn 0.2877 -0.6661 0.6882</w:t>
        <w:br/>
        <w:t>vn 0.2489 -0.6662 0.7030</w:t>
        <w:br/>
        <w:t>vn 0.1367 -0.5487 0.8248</w:t>
        <w:br/>
        <w:t>vn 0.1666 -0.5685 0.8056</w:t>
        <w:br/>
        <w:t>vn 0.1425 -0.4971 0.8559</w:t>
        <w:br/>
        <w:t>vn 0.2671 -0.3759 0.8873</w:t>
        <w:br/>
        <w:t>vn 0.2982 -0.4661 0.8330</w:t>
        <w:br/>
        <w:t>vn 0.4327 0.1830 0.8827</w:t>
        <w:br/>
        <w:t>vn 0.4129 0.1757 0.8937</w:t>
        <w:br/>
        <w:t>vn 0.5683 0.0918 0.8177</w:t>
        <w:br/>
        <w:t>vn 0.5604 0.1212 0.8193</w:t>
        <w:br/>
        <w:t>vn 0.2195 0.2823 0.9339</w:t>
        <w:br/>
        <w:t>vn 0.2342 0.2558 0.9379</w:t>
        <w:br/>
        <w:t>vn 0.2375 0.2176 0.9467</w:t>
        <w:br/>
        <w:t>vn 0.2360 0.2438 0.9407</w:t>
        <w:br/>
        <w:t>vn 0.3027 0.2122 0.9292</w:t>
        <w:br/>
        <w:t>vn 0.2769 0.1975 0.9404</w:t>
        <w:br/>
        <w:t>vn 0.3078 0.2370 0.9215</w:t>
        <w:br/>
        <w:t>vn 0.3169 0.2257 0.9212</w:t>
        <w:br/>
        <w:t>vn 0.4870 -0.0078 0.8734</w:t>
        <w:br/>
        <w:t>vn 0.3748 0.0681 0.9246</w:t>
        <w:br/>
        <w:t>vn 0.4178 0.1392 0.8978</w:t>
        <w:br/>
        <w:t>vn 0.5245 0.0439 0.8503</w:t>
        <w:br/>
        <w:t>vn 0.4454 0.1733 0.8784</w:t>
        <w:br/>
        <w:t>vn 0.4867 0.1679 0.8573</w:t>
        <w:br/>
        <w:t>vn 0.3330 0.1768 0.9262</w:t>
        <w:br/>
        <w:t>vn 0.3212 0.2193 0.9213</w:t>
        <w:br/>
        <w:t>vn 0.7491 0.1397 0.6475</w:t>
        <w:br/>
        <w:t>vn 0.5738 0.0685 0.8161</w:t>
        <w:br/>
        <w:t>vn 0.4026 0.1135 0.9083</w:t>
        <w:br/>
        <w:t>vn 0.6009 0.1485 0.7854</w:t>
        <w:br/>
        <w:t>vn 0.2687 -0.4404 0.8567</w:t>
        <w:br/>
        <w:t>vn 0.2939 -0.6624 0.6891</w:t>
        <w:br/>
        <w:t>vn 0.7560 0.1956 0.6247</w:t>
        <w:br/>
        <w:t>vn 0.8488 0.1886 0.4940</w:t>
        <w:br/>
        <w:t>vn 0.5803 0.1424 0.8018</w:t>
        <w:br/>
        <w:t>vn 0.6482 0.1738 0.7414</w:t>
        <w:br/>
        <w:t>vn 0.6404 0.3180 0.6991</w:t>
        <w:br/>
        <w:t>vn 0.7443 0.2111 0.6336</w:t>
        <w:br/>
        <w:t>vn 0.6705 0.1542 0.7257</w:t>
        <w:br/>
        <w:t>vn 0.5912 0.2187 0.7763</w:t>
        <w:br/>
        <w:t>vn 0.5932 -0.1457 0.7918</w:t>
        <w:br/>
        <w:t>vn 0.4445 -0.1648 0.8805</w:t>
        <w:br/>
        <w:t>vn 0.4845 -0.0617 0.8726</w:t>
        <w:br/>
        <w:t>vn 0.6181 -0.0082 0.7861</w:t>
        <w:br/>
        <w:t>vn 0.3781 -0.2534 0.8904</w:t>
        <w:br/>
        <w:t>vn 0.3507 -0.7104 0.6102</w:t>
        <w:br/>
        <w:t>vn 0.8958 -0.2407 0.3737</w:t>
        <w:br/>
        <w:t>vn 0.8815 -0.1635 0.4430</w:t>
        <w:br/>
        <w:t>vn 0.8209 -0.1964 0.5362</w:t>
        <w:br/>
        <w:t>vn 0.9201 -0.3915 -0.0109</w:t>
        <w:br/>
        <w:t>vn 0.9218 -0.3875 -0.0098</w:t>
        <w:br/>
        <w:t>vn 0.9265 -0.3762 0.0109</w:t>
        <w:br/>
        <w:t>vn 0.9207 -0.3902 0.0058</w:t>
        <w:br/>
        <w:t>vn 0.3984 0.1392 0.9066</w:t>
        <w:br/>
        <w:t>vn 0.3824 0.0478 0.9228</w:t>
        <w:br/>
        <w:t>vn 0.5037 -0.0584 0.8619</w:t>
        <w:br/>
        <w:t>vn 0.5257 0.0314 0.8501</w:t>
        <w:br/>
        <w:t>vn 0.5350 0.0738 0.8416</w:t>
        <w:br/>
        <w:t>vn 0.4169 0.1661 0.8936</w:t>
        <w:br/>
        <w:t>vn 0.2096 0.2782 0.9374</w:t>
        <w:br/>
        <w:t>vn 0.1838 0.2019 0.9620</w:t>
        <w:br/>
        <w:t>vn 0.2644 0.1429 0.9538</w:t>
        <w:br/>
        <w:t>vn 0.2902 0.2215 0.9310</w:t>
        <w:br/>
        <w:t>vn 0.1717 0.0849 0.9815</w:t>
        <w:br/>
        <w:t>vn 0.2121 -0.0062 0.9772</w:t>
        <w:br/>
        <w:t>vn 0.2523 -0.1320 0.9586</w:t>
        <w:br/>
        <w:t>vn 0.2368 -0.0022 0.9716</w:t>
        <w:br/>
        <w:t>vn 0.3193 -0.3753 0.8702</w:t>
        <w:br/>
        <w:t>vn 0.3079 -0.2649 0.9138</w:t>
        <w:br/>
        <w:t>vn 0.3112 -0.2274 0.9227</w:t>
        <w:br/>
        <w:t>vn 0.2361 0.2625 0.9356</w:t>
        <w:br/>
        <w:t>vn 0.2209 0.1969 0.9552</w:t>
        <w:br/>
        <w:t>vn 0.2318 0.1112 0.9664</w:t>
        <w:br/>
        <w:t>vn 0.3332 0.0395 0.9420</w:t>
        <w:br/>
        <w:t>vn 0.1555 -0.5536 0.8181</w:t>
        <w:br/>
        <w:t>vn 0.1512 -0.4267 0.8917</w:t>
        <w:br/>
        <w:t>vn 0.2262 -0.4297 0.8742</w:t>
        <w:br/>
        <w:t>vn 0.2397 -0.5296 0.8136</w:t>
        <w:br/>
        <w:t>vn 0.3019 -0.4395 0.8460</w:t>
        <w:br/>
        <w:t>vn 0.3435 -0.4280 0.8359</w:t>
        <w:br/>
        <w:t>vn 0.3308 -0.4350 0.8375</w:t>
        <w:br/>
        <w:t>vn 0.3213 -0.4540 0.8310</w:t>
        <w:br/>
        <w:t>vn 0.5315 -0.6434 0.5510</w:t>
        <w:br/>
        <w:t>vn 0.3895 -0.4820 0.7848</w:t>
        <w:br/>
        <w:t>vn 0.3036 -0.4377 0.8463</w:t>
        <w:br/>
        <w:t>vn 0.4793 -0.6252 0.6160</w:t>
        <w:br/>
        <w:t>vn 0.5135 -0.6746 0.5303</w:t>
        <w:br/>
        <w:t>vn 0.5273 -0.6694 0.5233</w:t>
        <w:br/>
        <w:t>vn 0.4093 -0.5409 0.7348</w:t>
        <w:br/>
        <w:t>vn 0.4037 -0.5270 0.7478</w:t>
        <w:br/>
        <w:t>vn 0.5208 -0.8533 0.0266</w:t>
        <w:br/>
        <w:t>vn 0.5553 -0.8246 0.1082</w:t>
        <w:br/>
        <w:t>vn 0.5816 -0.7566 0.2989</w:t>
        <w:br/>
        <w:t>vn 0.5633 -0.7798 0.2733</w:t>
        <w:br/>
        <w:t>vn 0.2444 -0.9515 -0.1868</w:t>
        <w:br/>
        <w:t>vn 0.3474 -0.9226 -0.1680</w:t>
        <w:br/>
        <w:t>vn 0.3912 -0.9084 -0.1478</w:t>
        <w:br/>
        <w:t>vn 0.2457 -0.9497 -0.1943</w:t>
        <w:br/>
        <w:t>vn 0.5328 -0.8372 -0.1232</w:t>
        <w:br/>
        <w:t>vn 0.4743 -0.8706 -0.1311</w:t>
        <w:br/>
        <w:t>vn 0.4759 -0.8648 -0.1603</w:t>
        <w:br/>
        <w:t>vn 0.5826 -0.6373 0.5044</w:t>
        <w:br/>
        <w:t>vn 0.4344 -0.5453 0.7169</w:t>
        <w:br/>
        <w:t>vn 0.3309 -0.4719 0.8172</w:t>
        <w:br/>
        <w:t>vn 0.3509 -0.4997 0.7919</w:t>
        <w:br/>
        <w:t>vn 0.3129 -0.5167 0.7970</w:t>
        <w:br/>
        <w:t>vn 0.2968 -0.4664 0.8333</w:t>
        <w:br/>
        <w:t>vn 0.6465 -0.5883 0.4858</w:t>
        <w:br/>
        <w:t>vn 0.7153 -0.4951 0.4932</w:t>
        <w:br/>
        <w:t>vn 0.5031 -0.4444 0.7412</w:t>
        <w:br/>
        <w:t>vn 0.4662 -0.5187 0.7167</w:t>
        <w:br/>
        <w:t>vn 0.6213 -0.7680 0.1555</w:t>
        <w:br/>
        <w:t>vn 0.6993 -0.6998 0.1457</w:t>
        <w:br/>
        <w:t>vn 0.6740 -0.6852 0.2762</w:t>
        <w:br/>
        <w:t>vn 0.5996 -0.7458 0.2903</w:t>
        <w:br/>
        <w:t>vn 0.7393 -0.6168 0.2701</w:t>
        <w:br/>
        <w:t>vn 0.7734 -0.6200 0.1321</w:t>
        <w:br/>
        <w:t>vn 0.5729 -0.7987 -0.1837</w:t>
        <w:br/>
        <w:t>vn 0.6060 -0.7847 -0.1307</w:t>
        <w:br/>
        <w:t>vn 0.6692 -0.7121 -0.2126</w:t>
        <w:br/>
        <w:t>vn 0.5965 -0.7707 -0.2241</w:t>
        <w:br/>
        <w:t>vn 0.7055 -0.6488 -0.2850</w:t>
        <w:br/>
        <w:t>vn 0.7304 -0.6335 -0.2551</w:t>
        <w:br/>
        <w:t>vn 0.4248 -0.9007 -0.0912</w:t>
        <w:br/>
        <w:t>vn 0.8038 -0.5828 0.1192</w:t>
        <w:br/>
        <w:t>vn 0.7496 -0.6374 -0.1783</w:t>
        <w:br/>
        <w:t>vn 0.7645 0.2048 0.6112</w:t>
        <w:br/>
        <w:t>vn 0.7911 0.2654 0.5512</w:t>
        <w:br/>
        <w:t>vn 0.8921 -0.3146 0.3244</w:t>
        <w:br/>
        <w:t>vn 0.8870 -0.3283 0.3248</w:t>
        <w:br/>
        <w:t>vn 0.6332 -0.0262 0.7735</w:t>
        <w:br/>
        <w:t>vn 0.7143 -0.1454 0.6846</w:t>
        <w:br/>
        <w:t>vn 0.6232 0.0435 0.7808</w:t>
        <w:br/>
        <w:t>vn 0.9543 -0.1769 -0.2409</w:t>
        <w:br/>
        <w:t>vn 0.9688 0.0912 -0.2302</w:t>
        <w:br/>
        <w:t>vn 0.9708 0.0218 0.2390</w:t>
        <w:br/>
        <w:t>vn 0.9557 0.2944 -0.0075</w:t>
        <w:br/>
        <w:t>vn 0.7974 0.5529 0.2418</w:t>
        <w:br/>
        <w:t>vn 0.9380 0.2058 0.2790</w:t>
        <w:br/>
        <w:t>vn 0.8290 0.0544 0.5565</w:t>
        <w:br/>
        <w:t>vn -0.1338 0.9910 -0.0002</w:t>
        <w:br/>
        <w:t>vn 0.4020 0.8333 0.3796</w:t>
        <w:br/>
        <w:t>vn 0.7343 -0.3060 0.6060</w:t>
        <w:br/>
        <w:t>vn 0.7230 -0.3504 0.5953</w:t>
        <w:br/>
        <w:t>vn 0.7817 -0.2136 0.5859</w:t>
        <w:br/>
        <w:t>vn 0.8876 -0.2301 0.3991</w:t>
        <w:br/>
        <w:t>vn 0.9234 -0.2935 0.2475</w:t>
        <w:br/>
        <w:t>vn 0.7038 -0.3095 0.6394</w:t>
        <w:br/>
        <w:t>vn -0.0857 0.8988 0.4300</w:t>
        <w:br/>
        <w:t>vn 0.2520 0.8368 0.4861</w:t>
        <w:br/>
        <w:t>vn -0.0390 0.9366 0.3482</w:t>
        <w:br/>
        <w:t>vn -0.4093 0.9124 0.0034</w:t>
        <w:br/>
        <w:t>vn -0.0389 0.9366 0.3482</w:t>
        <w:br/>
        <w:t>vn -0.1339 0.9910 -0.0003</w:t>
        <w:br/>
        <w:t>vn 0.6833 0.2369 0.6906</w:t>
        <w:br/>
        <w:t>vn 0.6714 0.0603 0.7387</w:t>
        <w:br/>
        <w:t>vn 0.5083 0.3623 0.7813</w:t>
        <w:br/>
        <w:t>vn 0.7345 -0.6317 -0.2479</w:t>
        <w:br/>
        <w:t>vn 0.8679 -0.4277 -0.2527</w:t>
        <w:br/>
        <w:t>vn 0.6024 -0.7823 -0.1586</w:t>
        <w:br/>
        <w:t>vn 0.4913 -0.8709 -0.0103</w:t>
        <w:br/>
        <w:t>vn 0.2224 -0.9240 -0.3110</w:t>
        <w:br/>
        <w:t>vn 0.3221 -0.9114 0.2563</w:t>
        <w:br/>
        <w:t>vn 0.1064 -0.9940 -0.0267</w:t>
        <w:br/>
        <w:t>vn 0.4885 0.5538 0.6743</w:t>
        <w:br/>
        <w:t>vn 0.5277 0.5636 0.6355</w:t>
        <w:br/>
        <w:t>vn -0.3755 -0.1307 -0.9176</w:t>
        <w:br/>
        <w:t>vn -0.5261 -0.1661 -0.8340</w:t>
        <w:br/>
        <w:t>vn -0.4097 0.1895 -0.8923</w:t>
        <w:br/>
        <w:t>vn -0.2857 -0.0060 -0.9583</w:t>
        <w:br/>
        <w:t>vn -0.1264 0.6371 -0.7604</w:t>
        <w:br/>
        <w:t>vn -0.1611 0.2862 -0.9445</w:t>
        <w:br/>
        <w:t>vn -0.3529 0.5722 -0.7404</w:t>
        <w:br/>
        <w:t>vn -0.1045 0.8888 -0.4462</w:t>
        <w:br/>
        <w:t>vn -0.3393 0.8162 -0.4677</w:t>
        <w:br/>
        <w:t>vn -0.5404 0.4761 -0.6938</w:t>
        <w:br/>
        <w:t>vn -0.4081 -0.3162 -0.8564</w:t>
        <w:br/>
        <w:t>vn -0.3658 -0.5019 -0.7838</w:t>
        <w:br/>
        <w:t>vn -0.3935 -0.3944 -0.8304</w:t>
        <w:br/>
        <w:t>vn -0.3500 -0.3597 -0.8650</w:t>
        <w:br/>
        <w:t>vn -0.5923 -0.0247 -0.8053</w:t>
        <w:br/>
        <w:t>vn -0.2264 -0.7364 -0.6376</w:t>
        <w:br/>
        <w:t>vn 0.1708 -0.6294 -0.7581</w:t>
        <w:br/>
        <w:t>vn 0.2416 -0.9693 0.0456</w:t>
        <w:br/>
        <w:t>vn 0.4247 -0.9007 -0.0911</w:t>
        <w:br/>
        <w:t>vn 0.7610 0.4306 0.4852</w:t>
        <w:br/>
        <w:t>vn 0.8825 0.2374 0.4060</w:t>
        <w:br/>
        <w:t>vn 0.8236 0.2444 0.5118</w:t>
        <w:br/>
        <w:t>vn 0.6888 0.4025 0.6030</w:t>
        <w:br/>
        <w:t>vn 0.5454 -0.0559 -0.8363</w:t>
        <w:br/>
        <w:t>vn 0.7354 0.2306 -0.6372</w:t>
        <w:br/>
        <w:t>vn -0.3290 -0.5893 -0.7379</w:t>
        <w:br/>
        <w:t>vn 0.1063 -0.9940 -0.0267</w:t>
        <w:br/>
        <w:t>vn -0.0855 0.8988 0.4299</w:t>
        <w:br/>
        <w:t>vn 0.9290 -0.2843 0.2370</w:t>
        <w:br/>
        <w:t>vn 0.5881 0.1713 0.7904</w:t>
        <w:br/>
        <w:t>vn 0.9294 -0.2712 0.2504</w:t>
        <w:br/>
        <w:t>vn 0.0667 -0.4979 0.8647</w:t>
        <w:br/>
        <w:t>vn 0.0526 -0.3901 0.9192</w:t>
        <w:br/>
        <w:t>vn 0.4556 -0.0377 0.8894</w:t>
        <w:br/>
        <w:t>vn 0.5107 -0.2189 0.8314</w:t>
        <w:br/>
        <w:t>vn 0.5928 -0.0049 0.8053</w:t>
        <w:br/>
        <w:t>vn 0.9382 -0.2382 0.2511</w:t>
        <w:br/>
        <w:t>vn 0.9396 -0.1230 0.3195</w:t>
        <w:br/>
        <w:t>vn 0.3068 -0.5340 0.7879</w:t>
        <w:br/>
        <w:t>vn 0.4074 -0.4114 0.8154</w:t>
        <w:br/>
        <w:t>vn 0.2388 -0.5713 0.7852</w:t>
        <w:br/>
        <w:t>vn 0.3115 -0.4945 0.8115</w:t>
        <w:br/>
        <w:t>vn 0.5917 -0.0687 0.8032</w:t>
        <w:br/>
        <w:t>vn 0.7314 -0.1321 0.6690</w:t>
        <w:br/>
        <w:t>vn 0.3606 -0.5434 0.7581</w:t>
        <w:br/>
        <w:t>vn 0.4411 -0.3601 0.8220</w:t>
        <w:br/>
        <w:t>vn 0.3696 -0.2465 0.8959</w:t>
        <w:br/>
        <w:t>vn 0.4106 -0.4183 0.8102</w:t>
        <w:br/>
        <w:t>vn 0.5261 -0.3516 0.7743</w:t>
        <w:br/>
        <w:t>vn 0.4746 -0.3200 0.8200</w:t>
        <w:br/>
        <w:t>vn 0.5050 -0.0994 0.8574</w:t>
        <w:br/>
        <w:t>vn 0.3638 0.0365 0.9308</w:t>
        <w:br/>
        <w:t>vn 0.2898 0.1684 0.9422</w:t>
        <w:br/>
        <w:t>vn 0.2419 0.2087 0.9476</w:t>
        <w:br/>
        <w:t>vn 0.2351 0.2265 0.9452</w:t>
        <w:br/>
        <w:t>vn 0.5312 -0.3515 0.7709</w:t>
        <w:br/>
        <w:t>vn 0.6399 -0.2974 0.7086</w:t>
        <w:br/>
        <w:t>vn 0.6238 0.0789 0.7776</w:t>
        <w:br/>
        <w:t>vn 0.7115 0.4499 0.5398</w:t>
        <w:br/>
        <w:t>vn 0.5078 0.6084 0.6099</w:t>
        <w:br/>
        <w:t>vn 0.7843 -0.2172 0.5812</w:t>
        <w:br/>
        <w:t>vn 0.8173 0.3284 0.4734</w:t>
        <w:br/>
        <w:t>vn 0.9144 0.2525 0.3163</w:t>
        <w:br/>
        <w:t>vn 0.9978 -0.0461 0.0484</w:t>
        <w:br/>
        <w:t>vn 0.9991 -0.0294 0.0293</w:t>
        <w:br/>
        <w:t>vn 0.8953 0.2002 0.3979</w:t>
        <w:br/>
        <w:t>vn 0.8639 0.1382 0.4843</w:t>
        <w:br/>
        <w:t>vn 0.9808 -0.1948 -0.0107</w:t>
        <w:br/>
        <w:t>vn 0.9841 -0.1717 0.0463</w:t>
        <w:br/>
        <w:t>vn 0.9666 -0.2544 -0.0296</w:t>
        <w:br/>
        <w:t>vn 0.9696 -0.2393 -0.0504</w:t>
        <w:br/>
        <w:t>vn 0.6834 -0.7150 -0.1471</w:t>
        <w:br/>
        <w:t>vn 0.7577 -0.6361 -0.1462</w:t>
        <w:br/>
        <w:t>vn 0.8150 -0.5791 -0.0221</w:t>
        <w:br/>
        <w:t>vn 0.7564 -0.6538 -0.0196</w:t>
        <w:br/>
        <w:t>vn 0.6964 -0.7140 0.0720</w:t>
        <w:br/>
        <w:t>vn 0.6144 -0.7870 0.0561</w:t>
        <w:br/>
        <w:t>vn 0.5862 -0.8097 -0.0270</w:t>
        <w:br/>
        <w:t>vn 0.6653 -0.7464 -0.0179</w:t>
        <w:br/>
        <w:t>vn 0.8655 -0.0761 0.4951</w:t>
        <w:br/>
        <w:t>vn 0.9161 -0.0890 0.3908</w:t>
        <w:br/>
        <w:t>vn 0.7906 -0.5910 -0.1600</w:t>
        <w:br/>
        <w:t>vn 0.8510 -0.5249 -0.0168</w:t>
        <w:br/>
        <w:t>vn 0.9384 -0.3454 -0.0129</w:t>
        <w:br/>
        <w:t>vn 0.9362 -0.3503 0.0267</w:t>
        <w:br/>
        <w:t>vn 0.4840 -0.8652 -0.1313</w:t>
        <w:br/>
        <w:t>vn 0.3006 -0.9406 -0.1580</w:t>
        <w:br/>
        <w:t>vn 0.3643 -0.9255 -0.1034</w:t>
        <w:br/>
        <w:t>vn 0.9795 -0.2010 -0.0125</w:t>
        <w:br/>
        <w:t>vn 0.9780 -0.2082 -0.0104</w:t>
        <w:br/>
        <w:t>vn 0.9654 -0.2580 -0.0378</w:t>
        <w:br/>
        <w:t>vn 0.9628 -0.2636 -0.0597</w:t>
        <w:br/>
        <w:t>vn 0.9899 -0.0182 -0.1404</w:t>
        <w:br/>
        <w:t>vn 0.9505 -0.2914 -0.1076</w:t>
        <w:br/>
        <w:t>vn 0.2994 0.1541 0.9416</w:t>
        <w:br/>
        <w:t>vn 0.3072 -0.4042 0.8615</w:t>
        <w:br/>
        <w:t>vn 0.3174 -0.4872 0.8136</w:t>
        <w:br/>
        <w:t>vn 0.5494 -0.8353 0.0224</w:t>
        <w:br/>
        <w:t>vn 0.5153 -0.8555 -0.0512</w:t>
        <w:br/>
        <w:t>vn 0.4609 -0.8825 -0.0936</w:t>
        <w:br/>
        <w:t>vn 0.5044 -0.8628 -0.0337</w:t>
        <w:br/>
        <w:t>vn 0.4496 -0.8871 -0.1047</w:t>
        <w:br/>
        <w:t>vn 0.6672 -0.6701 -0.3252</w:t>
        <w:br/>
        <w:t>vn 0.3199 -0.7368 0.5957</w:t>
        <w:br/>
        <w:t>vn 0.3815 -0.7287 0.5688</w:t>
        <w:br/>
        <w:t>vn 0.5122 -0.3123 0.8001</w:t>
        <w:br/>
        <w:t>vn 0.4464 -0.2312 0.8645</w:t>
        <w:br/>
        <w:t>vn 0.3214 -0.4659 0.8244</w:t>
        <w:br/>
        <w:t>vn 0.3041 -0.4286 0.8508</w:t>
        <w:br/>
        <w:t>vn 0.5729 -0.8047 0.1557</w:t>
        <w:br/>
        <w:t>vn 0.5656 -0.7636 0.3116</w:t>
        <w:br/>
        <w:t>vn 0.2718 -0.9477 -0.1674</w:t>
        <w:br/>
        <w:t>vn 0.2858 -0.6443 0.7093</w:t>
        <w:br/>
        <w:t>vn 0.3626 -0.8846 0.2931</w:t>
        <w:br/>
        <w:t>vn 0.1734 -0.4113 0.8949</w:t>
        <w:br/>
        <w:t>vn 0.3459 -0.0990 0.9330</w:t>
        <w:br/>
        <w:t>vn 0.2890 -0.0801 0.9540</w:t>
        <w:br/>
        <w:t>vn 0.4748 -0.0935 0.8751</w:t>
        <w:br/>
        <w:t>vn 0.9649 -0.2542 0.0659</w:t>
        <w:br/>
        <w:t>vn 0.9612 -0.2660 -0.0731</w:t>
        <w:br/>
        <w:t>vn 0.9412 -0.3304 -0.0710</w:t>
        <w:br/>
        <w:t>vn 0.7001 -0.1346 0.7012</w:t>
        <w:br/>
        <w:t>vn 0.7186 -0.1022 0.6878</w:t>
        <w:br/>
        <w:t>vn 0.5350 0.0842 0.8406</w:t>
        <w:br/>
        <w:t>vn 0.5370 0.5579 0.6327</w:t>
        <w:br/>
        <w:t>vn 0.7290 -0.1612 0.6652</w:t>
        <w:br/>
        <w:t>vn 0.6382 -0.1806 0.7484</w:t>
        <w:br/>
        <w:t>vn 0.7826 -0.0230 0.6221</w:t>
        <w:br/>
        <w:t>vn 0.7064 0.0017 0.7078</w:t>
        <w:br/>
        <w:t>vn 0.9703 -0.0781 0.2288</w:t>
        <w:br/>
        <w:t>vn 0.9405 0.0279 0.3387</w:t>
        <w:br/>
        <w:t>vn 0.9795 -0.1519 0.1324</w:t>
        <w:br/>
        <w:t>vn 0.1290 0.2543 0.9585</w:t>
        <w:br/>
        <w:t>vn 0.2449 0.2566 0.9350</w:t>
        <w:br/>
        <w:t>vn 0.3831 0.2593 0.8866</w:t>
        <w:br/>
        <w:t>vn 0.7156 0.3648 0.5957</w:t>
        <w:br/>
        <w:t>vn 0.6241 0.3757 0.6851</w:t>
        <w:br/>
        <w:t>vn 0.5085 0.3823 0.7716</w:t>
        <w:br/>
        <w:t>vn 0.4962 0.2701 0.8251</w:t>
        <w:br/>
        <w:t>vn 0.4167 -0.8971 -0.1469</w:t>
        <w:br/>
        <w:t>vn 0.4060 -0.9030 -0.1405</w:t>
        <w:br/>
        <w:t>vn 0.2692 -0.2251 0.9364</w:t>
        <w:br/>
        <w:t>vn 0.5449 0.5002 -0.6730</w:t>
        <w:br/>
        <w:t>vn 0.9899 -0.0181 -0.1405</w:t>
        <w:br/>
        <w:t>vn 0.7354 0.2307 -0.6371</w:t>
        <w:br/>
        <w:t>vn 0.4591 -0.1800 0.8699</w:t>
        <w:br/>
        <w:t>vn 0.3801 -0.3446 0.8584</w:t>
        <w:br/>
        <w:t>vn 0.6241 -0.2935 0.7241</w:t>
        <w:br/>
        <w:t>vn 0.8749 -0.4792 0.0706</w:t>
        <w:br/>
        <w:t>vn 0.8387 -0.5398 0.0722</w:t>
        <w:br/>
        <w:t>vn 0.8278 -0.5499 0.1111</w:t>
        <w:br/>
        <w:t>vn 0.8688 -0.4867 0.0913</w:t>
        <w:br/>
        <w:t>vn 0.8449 -0.4768 0.2427</w:t>
        <w:br/>
        <w:t>vn 0.7957 -0.5473 0.2594</w:t>
        <w:br/>
        <w:t>vn 0.3586 -0.4888 0.7953</w:t>
        <w:br/>
        <w:t>vn 0.7826 -0.6177 0.0766</w:t>
        <w:br/>
        <w:t>vn 0.4984 0.4470 0.7428</w:t>
        <w:br/>
        <w:t>vn 0.5140 0.5071 0.6918</w:t>
        <w:br/>
        <w:t>vn 0.5740 -0.0344 -0.8181</w:t>
        <w:br/>
        <w:t>vn 0.8437 -0.5268 -0.1031</w:t>
        <w:br/>
        <w:t>vn 0.8167 -0.5551 -0.1577</w:t>
        <w:br/>
        <w:t>vn 0.2312 0.1092 0.9668</w:t>
        <w:br/>
        <w:t>vn 0.3639 0.1315 0.9221</w:t>
        <w:br/>
        <w:t>vn 0.1223 0.0922 0.9882</w:t>
        <w:br/>
        <w:t>vn 0.3712 -0.0961 0.9236</w:t>
        <w:br/>
        <w:t>vn 0.4682 0.1674 0.8676</w:t>
        <w:br/>
        <w:t>vn 0.1707 -0.6294 -0.7581</w:t>
        <w:br/>
        <w:t>vn 0.9114 -0.4114 -0.0100</w:t>
        <w:br/>
        <w:t>vn 0.8992 -0.4353 -0.0446</w:t>
        <w:br/>
        <w:t>vn 0.9216 -0.3857 -0.0436</w:t>
        <w:br/>
        <w:t>vn 0.9185 -0.3899 -0.0654</w:t>
        <w:br/>
        <w:t>vn 0.3284 0.0246 0.9442</w:t>
        <w:br/>
        <w:t>vn 0.4050 0.1462 0.9025</w:t>
        <w:br/>
        <w:t>vn 0.4681 0.0257 0.8833</w:t>
        <w:br/>
        <w:t>vn 0.1629 -0.9149 0.3693</w:t>
        <w:br/>
        <w:t>vn 0.2223 -0.8869 0.4050</w:t>
        <w:br/>
        <w:t>vn 0.2285 -0.9024 0.3653</w:t>
        <w:br/>
        <w:t>vn 0.1724 -0.9245 0.3399</w:t>
        <w:br/>
        <w:t>vn 0.2134 -0.2495 0.9446</w:t>
        <w:br/>
        <w:t>vn 0.2097 -0.6388 0.7402</w:t>
        <w:br/>
        <w:t>vn 0.3824 -0.5766 0.7221</w:t>
        <w:br/>
        <w:t>vn 0.3914 -0.2509 0.8853</w:t>
        <w:br/>
        <w:t>vn 0.2279 0.5598 0.7967</w:t>
        <w:br/>
        <w:t>vn 0.3221 0.1929 0.9269</w:t>
        <w:br/>
        <w:t>vn 0.4392 0.0833 0.8945</w:t>
        <w:br/>
        <w:t>vn 0.3147 0.4879 0.8142</w:t>
        <w:br/>
        <w:t>vn 0.3865 -0.7539 0.5312</w:t>
        <w:br/>
        <w:t>vn 0.2690 -0.8837 0.3830</w:t>
        <w:br/>
        <w:t>vn 0.4002 0.2345 0.8859</w:t>
        <w:br/>
        <w:t>vn 0.4627 -0.0414 0.8856</w:t>
        <w:br/>
        <w:t>vn 0.1631 -0.9151 0.3688</w:t>
        <w:br/>
        <w:t>vn 0.0710 -0.9307 0.3587</w:t>
        <w:br/>
        <w:t>vn 0.0061 -0.9792 -0.2027</w:t>
        <w:br/>
        <w:t>vn -0.0211 -0.9819 -0.1882</w:t>
        <w:br/>
        <w:t>vn 0.3698 0.3527 0.8596</w:t>
        <w:br/>
        <w:t>vn 0.1276 0.8747 0.4677</w:t>
        <w:br/>
        <w:t>vn 0.1339 0.8738 0.4675</w:t>
        <w:br/>
        <w:t>vn 0.3145 0.4876 0.8145</w:t>
        <w:br/>
        <w:t>vn 0.3695 0.3523 0.8598</w:t>
        <w:br/>
        <w:t>vn 0.4683 -0.0294 0.8831</w:t>
        <w:br/>
        <w:t>vn 0.3248 -0.8656 0.3810</w:t>
        <w:br/>
        <w:t>vn 0.3905 -0.8473 0.3599</w:t>
        <w:br/>
        <w:t>vn 0.3785 -0.8340 0.4014</w:t>
        <w:br/>
        <w:t>vn 0.3933 -0.7921 0.4669</w:t>
        <w:br/>
        <w:t>vn 0.3410 -0.2879 0.8949</w:t>
        <w:br/>
        <w:t>vn 0.2214 -0.1850 0.9575</w:t>
        <w:br/>
        <w:t>vn 0.4263 -0.1485 0.8923</w:t>
        <w:br/>
        <w:t>vn 0.4766 -0.2824 0.8325</w:t>
        <w:br/>
        <w:t>vn 0.4476 -0.4028 0.7984</w:t>
        <w:br/>
        <w:t>vn 0.5310 -0.4259 0.7325</w:t>
        <w:br/>
        <w:t>vn 0.5229 -0.2990 0.7982</w:t>
        <w:br/>
        <w:t>vn 0.2848 -0.8194 0.4975</w:t>
        <w:br/>
        <w:t>vn 0.3659 -0.7756 0.5143</w:t>
        <w:br/>
        <w:t>vn 0.3428 -0.8257 0.4479</w:t>
        <w:br/>
        <w:t>vn 0.2703 -0.8565 0.4397</w:t>
        <w:br/>
        <w:t>vn 0.4177 -0.7719 0.4793</w:t>
        <w:br/>
        <w:t>vn 0.5238 -0.6107 0.5938</w:t>
        <w:br/>
        <w:t>vn 0.3697 -0.8256 0.4263</w:t>
        <w:br/>
        <w:t>vn 0.2185 -0.5476 0.8077</w:t>
        <w:br/>
        <w:t>vn 0.3215 -0.5113 0.7970</w:t>
        <w:br/>
        <w:t>vn -0.1136 0.9895 -0.0891</w:t>
        <w:br/>
        <w:t>vn -0.0439 0.9983 -0.0375</w:t>
        <w:br/>
        <w:t>vn 0.1273 0.8745 0.4680</w:t>
        <w:br/>
        <w:t>vn 0.1051 0.8856 0.4524</w:t>
        <w:br/>
        <w:t>vn 0.1341 0.8738 0.4675</w:t>
        <w:br/>
        <w:t>vn 0.0598 0.8938 0.4444</w:t>
        <w:br/>
        <w:t>vn -0.0289 0.9896 -0.1410</w:t>
        <w:br/>
        <w:t>vn -0.3710 -0.4367 -0.8195</w:t>
        <w:br/>
        <w:t>vn 0.0059 -0.8139 -0.5809</w:t>
        <w:br/>
        <w:t>vn -0.0327 -0.8245 -0.5650</w:t>
        <w:br/>
        <w:t>vn -0.2048 -0.6204 -0.7571</w:t>
        <w:br/>
        <w:t>vn -0.1442 -0.8456 -0.5139</w:t>
        <w:br/>
        <w:t>vn -0.1881 -0.6587 -0.7285</w:t>
        <w:br/>
        <w:t>vn -0.0345 -0.9683 -0.2474</w:t>
        <w:br/>
        <w:t>vn -0.0212 -0.9820 -0.1877</w:t>
        <w:br/>
        <w:t>vn -0.1149 -0.5290 -0.8408</w:t>
        <w:br/>
        <w:t>vn 0.0060 -0.9792 -0.2026</w:t>
        <w:br/>
        <w:t>vn -0.2346 0.9320 -0.2761</w:t>
        <w:br/>
        <w:t>vn -0.2705 0.7018 -0.6591</w:t>
        <w:br/>
        <w:t>vn -0.2593 0.7987 -0.5430</w:t>
        <w:br/>
        <w:t>vn -0.1657 0.7522 -0.6378</w:t>
        <w:br/>
        <w:t>vn -0.5522 0.7921 -0.2601</w:t>
        <w:br/>
        <w:t>vn -0.4419 0.0332 -0.8965</w:t>
        <w:br/>
        <w:t>vn -0.4294 -0.1957 -0.8817</w:t>
        <w:br/>
        <w:t>vn -0.2992 -0.2081 -0.9312</w:t>
        <w:br/>
        <w:t>vn -0.3930 0.0395 -0.9187</w:t>
        <w:br/>
        <w:t>vn -0.1648 -0.2909 -0.9425</w:t>
        <w:br/>
        <w:t>vn -0.3404 0.6646 -0.6652</w:t>
        <w:br/>
        <w:t>vn -0.3741 0.7430 -0.5549</w:t>
        <w:br/>
        <w:t>vn -0.5821 0.5093 -0.6339</w:t>
        <w:br/>
        <w:t>vn -0.6261 -0.0606 -0.7774</w:t>
        <w:br/>
        <w:t>vn -0.1228 -0.6772 -0.7255</w:t>
        <w:br/>
        <w:t>vn -0.2448 -0.6873 -0.6839</w:t>
        <w:br/>
        <w:t>vn -0.5616 -0.4440 -0.6982</w:t>
        <w:br/>
        <w:t>vn -0.4122 0.8223 -0.3923</w:t>
        <w:br/>
        <w:t>vn -0.3876 0.9214 -0.0278</w:t>
        <w:br/>
        <w:t>vn -0.5425 0.7841 -0.3017</w:t>
        <w:br/>
        <w:t>vn -0.5419 0.8240 -0.1652</w:t>
        <w:br/>
        <w:t>vn -0.6955 0.6623 -0.2787</w:t>
        <w:br/>
        <w:t>vn -0.7515 0.6254 -0.2100</w:t>
        <w:br/>
        <w:t>vn -0.9162 0.3486 -0.1975</w:t>
        <w:br/>
        <w:t>vn -0.9026 0.0911 -0.4208</w:t>
        <w:br/>
        <w:t>vn -0.9162 0.3486 -0.1976</w:t>
        <w:br/>
        <w:t>vn -0.9359 -0.3454 -0.0691</w:t>
        <w:br/>
        <w:t>vn -0.6789 -0.6542 -0.3333</w:t>
        <w:br/>
        <w:t>vn -0.3206 -0.9469 -0.0266</w:t>
        <w:br/>
        <w:t>vn -0.1801 -0.9083 -0.3776</w:t>
        <w:br/>
        <w:t>vn 0.0589 -0.9957 -0.0714</w:t>
        <w:br/>
        <w:t>vn 0.0364 -0.9455 -0.3236</w:t>
        <w:br/>
        <w:t>vn -0.9709 0.1853 0.1519</w:t>
        <w:br/>
        <w:t>vn -0.8226 -0.5296 0.2070</w:t>
        <w:br/>
        <w:t>vn -0.8767 -0.3016 0.3748</w:t>
        <w:br/>
        <w:t>vn -0.4781 -0.8388 0.2604</w:t>
        <w:br/>
        <w:t>vn -0.5164 -0.6465 0.5615</w:t>
        <w:br/>
        <w:t>vn -0.0568 -0.9814 0.1835</w:t>
        <w:br/>
        <w:t>vn -0.1148 -0.8085 0.5772</w:t>
        <w:br/>
        <w:t>vn -0.9234 0.0724 0.3769</w:t>
        <w:br/>
        <w:t>vn -0.8390 0.4093 0.3584</w:t>
        <w:br/>
        <w:t>vn -0.7660 0.6401 0.0594</w:t>
        <w:br/>
        <w:t>vn -0.5888 0.7925 0.1591</w:t>
        <w:br/>
        <w:t>vn -0.6045 0.5383 0.5872</w:t>
        <w:br/>
        <w:t>vn -0.3304 0.9174 0.2220</w:t>
        <w:br/>
        <w:t>vn -0.2355 0.5859 0.7754</w:t>
        <w:br/>
        <w:t>vn -0.2649 -0.1517 0.9523</w:t>
        <w:br/>
        <w:t>vn -0.7803 -0.0182 0.6252</w:t>
        <w:br/>
        <w:t>vn -0.7803 -0.0182 0.6251</w:t>
        <w:br/>
        <w:t>vn -0.0755 0.9915 0.1058</w:t>
        <w:br/>
        <w:t>vn -0.1065 -0.8504 -0.5153</w:t>
        <w:br/>
        <w:t>vn 0.4128 -0.6277 0.6600</w:t>
        <w:br/>
        <w:t>vn 0.4686 -0.4932 0.7329</w:t>
        <w:br/>
        <w:t>vn 0.1610 0.2540 0.9537</w:t>
        <w:br/>
        <w:t>vn 0.1076 0.5934 0.7977</w:t>
        <w:br/>
        <w:t>vn 0.5122 -0.4820 0.7109</w:t>
        <w:br/>
        <w:t>vn 0.5099 -0.2574 0.8209</w:t>
        <w:br/>
        <w:t>vn 0.2224 -0.8869 0.4049</w:t>
        <w:br/>
        <w:t>vn 0.2288 -0.8378 0.4957</w:t>
        <w:br/>
        <w:t>vn 0.1723 -0.7668 0.6184</w:t>
        <w:br/>
        <w:t>vn 0.0821 -0.9430 0.3225</w:t>
        <w:br/>
        <w:t>vn 0.3432 -0.8257 0.4476</w:t>
        <w:br/>
        <w:t>vn 0.5237 -0.4826 0.7020</w:t>
        <w:br/>
        <w:t>vn 0.5274 -0.2513 0.8116</w:t>
        <w:br/>
        <w:t>vn 0.9105 -0.4132 0.0147</w:t>
        <w:br/>
        <w:t>vn 0.7681 -0.4043 0.4965</w:t>
        <w:br/>
        <w:t>vn 0.6675 -0.2049 0.7159</w:t>
        <w:br/>
        <w:t>vn 0.8087 -0.3407 0.4794</w:t>
        <w:br/>
        <w:t>vn 0.6715 0.1241 0.7306</w:t>
        <w:br/>
        <w:t>vn 0.3152 0.1476 0.9375</w:t>
        <w:br/>
        <w:t>vn 0.0709 -0.9307 0.3588</w:t>
        <w:br/>
        <w:t>vn 0.8615 -0.2670 0.4319</w:t>
        <w:br/>
        <w:t>vn 0.8716 -0.2929 0.3931</w:t>
        <w:br/>
        <w:t>vn -0.9830 -0.0163 -0.1829</w:t>
        <w:br/>
        <w:t>vn -0.8772 -0.0409 -0.4784</w:t>
        <w:br/>
        <w:t>vn -0.6493 0.7576 -0.0662</w:t>
        <w:br/>
        <w:t>vn -0.1788 0.9837 -0.0179</w:t>
        <w:br/>
        <w:t>vn -0.4416 0.0334 -0.8966</w:t>
        <w:br/>
        <w:t>vn -0.3353 -0.6146 -0.7140</w:t>
        <w:br/>
        <w:t>vn -0.3708 -0.4366 -0.8197</w:t>
        <w:br/>
        <w:t>vn 0.6640 0.3074 0.6816</w:t>
        <w:br/>
        <w:t>vn 0.3309 -0.4215 0.8443</w:t>
        <w:br/>
        <w:t>vn 0.4738 -0.2232 0.8519</w:t>
        <w:br/>
        <w:t>vn 0.5242 -0.3461 0.7781</w:t>
        <w:br/>
        <w:t>vn 0.6923 -0.0939 0.7155</w:t>
        <w:br/>
        <w:t>vn 0.3249 -0.9451 -0.0343</w:t>
        <w:br/>
        <w:t>vn 0.4972 -0.4501 0.7418</w:t>
        <w:br/>
        <w:t>vn 0.4044 -0.7460 0.5291</w:t>
        <w:br/>
        <w:t>vn 0.4747 -0.6105 0.6340</w:t>
        <w:br/>
        <w:t>vn 0.2669 -0.2309 0.9356</w:t>
        <w:br/>
        <w:t>vn 0.2980 -0.8077 0.5087</w:t>
        <w:br/>
        <w:t>vn 0.9179 -0.3266 0.2253</w:t>
        <w:br/>
        <w:t>vn 0.9137 -0.3489 0.2085</w:t>
        <w:br/>
        <w:t>vn 0.9081 -0.3767 0.1830</w:t>
        <w:br/>
        <w:t>vn 0.9153 -0.3567 0.1872</w:t>
        <w:br/>
        <w:t>vn 0.9218 -0.3801 0.0767</w:t>
        <w:br/>
        <w:t>vn 0.9275 -0.3668 0.0720</w:t>
        <w:br/>
        <w:t>vn 0.9389 -0.3339 0.0832</w:t>
        <w:br/>
        <w:t>vn 0.9644 -0.2329 0.1250</w:t>
        <w:br/>
        <w:t>vn 0.9696 -0.1244 0.2106</w:t>
        <w:br/>
        <w:t>vn 0.9477 -0.0786 0.3093</w:t>
        <w:br/>
        <w:t>vn 0.9079 -0.0212 0.4186</w:t>
        <w:br/>
        <w:t>vn 0.8237 0.0719 0.5624</w:t>
        <w:br/>
        <w:t>vn 0.7393 0.1233 0.6620</w:t>
        <w:br/>
        <w:t>vn 0.6419 0.1314 0.7555</w:t>
        <w:br/>
        <w:t>vn 0.5069 0.1144 0.8544</w:t>
        <w:br/>
        <w:t>vn 0.4235 0.0623 0.9038</w:t>
        <w:br/>
        <w:t>vn 0.3290 0.0119 0.9443</w:t>
        <w:br/>
        <w:t>vn 0.9090 -0.4081 0.0844</w:t>
        <w:br/>
        <w:t>vn 0.2294 0.2298 0.9458</w:t>
        <w:br/>
        <w:t>vn 0.2382 0.1717 0.9559</w:t>
        <w:br/>
        <w:t>vn 0.2806 0.0960 0.9550</w:t>
        <w:br/>
        <w:t>vn 0.3424 0.0332 0.9390</w:t>
        <w:br/>
        <w:t>vn 0.4637 -0.0116 0.8859</w:t>
        <w:br/>
        <w:t>vn 0.5574 -0.0671 0.8275</w:t>
        <w:br/>
        <w:t>vn 0.6117 -0.1789 0.7706</w:t>
        <w:br/>
        <w:t>vn 0.6237 -0.3113 0.7170</w:t>
        <w:br/>
        <w:t>vn 0.6378 -0.3457 0.6882</w:t>
        <w:br/>
        <w:t>vn 0.7193 -0.3392 0.6062</w:t>
        <w:br/>
        <w:t>vn 0.7669 -0.2360 0.5968</w:t>
        <w:br/>
        <w:t>vn 0.7027 -0.1488 0.6958</w:t>
        <w:br/>
        <w:t>vn 0.6007 -0.2435 0.7615</w:t>
        <w:br/>
        <w:t>vn 0.4835 -0.3360 0.8083</w:t>
        <w:br/>
        <w:t>vn 0.3605 -0.4144 0.8356</w:t>
        <w:br/>
        <w:t>vn 0.2670 -0.5057 0.8204</w:t>
        <w:br/>
        <w:t>vn 0.2293 -0.5548 0.7998</w:t>
        <w:br/>
        <w:t>vn 0.2164 -0.6303 0.7456</w:t>
        <w:br/>
        <w:t>vn 0.3213 -0.8947 0.3101</w:t>
        <w:br/>
        <w:t>vn 0.2033 -0.9689 0.1414</w:t>
        <w:br/>
        <w:t>vn 0.4077 -0.8668 0.2872</w:t>
        <w:br/>
        <w:t>vn 0.5357 -0.7991 0.2730</w:t>
        <w:br/>
        <w:t>vn 0.3216 -0.4121 0.8525</w:t>
        <w:br/>
        <w:t>vn 0.2622 -0.4148 0.8713</w:t>
        <w:br/>
        <w:t>vn 0.3009 -0.3872 0.8715</w:t>
        <w:br/>
        <w:t>vn 0.3805 -0.4141 0.8269</w:t>
        <w:br/>
        <w:t>vn 0.4817 -0.4559 0.7484</w:t>
        <w:br/>
        <w:t>vn 0.4042 -0.4495 0.7966</w:t>
        <w:br/>
        <w:t>vn 0.2478 -0.4975 0.8313</w:t>
        <w:br/>
        <w:t>vn 0.2285 -0.4177 0.8794</w:t>
        <w:br/>
        <w:t>vn 0.4662 -0.2665 0.8436</w:t>
        <w:br/>
        <w:t>vn 0.3785 -0.1821 0.9075</w:t>
        <w:br/>
        <w:t>vn 0.4391 -0.1177 0.8907</w:t>
        <w:br/>
        <w:t>vn 0.4811 -0.1253 0.8677</w:t>
        <w:br/>
        <w:t>vn 0.4526 -0.4560 0.7663</w:t>
        <w:br/>
        <w:t>vn 0.3787 -0.3421 0.8599</w:t>
        <w:br/>
        <w:t>vn 0.4313 -0.1108 0.8954</w:t>
        <w:br/>
        <w:t>vn 0.4326 -0.0279 0.9012</w:t>
        <w:br/>
        <w:t>vn 0.4020 -0.6236 0.6705</w:t>
        <w:br/>
        <w:t>vn 0.3545 -0.4939 0.7939</w:t>
        <w:br/>
        <w:t>vn 0.2825 -0.6547 0.7011</w:t>
        <w:br/>
        <w:t>vn 0.2834 -0.5536 0.7831</w:t>
        <w:br/>
        <w:t>vn 0.1847 -0.7694 0.6115</w:t>
        <w:br/>
        <w:t>vn 0.1626 -0.7087 0.6865</w:t>
        <w:br/>
        <w:t>vn 0.2908 -0.6508 0.7014</w:t>
        <w:br/>
        <w:t>vn 0.3452 -0.6982 0.6272</w:t>
        <w:br/>
        <w:t>vn 0.3952 -0.5398 0.7433</w:t>
        <w:br/>
        <w:t>vn 0.4733 -0.5752 0.6672</w:t>
        <w:br/>
        <w:t>vn 0.2828 0.0019 0.9592</w:t>
        <w:br/>
        <w:t>vn 0.2809 -0.0989 0.9546</w:t>
        <w:br/>
        <w:t>vn 0.8459 -0.2981 0.4422</w:t>
        <w:br/>
        <w:t>vn 0.8911 -0.4535 -0.0131</w:t>
        <w:br/>
        <w:t>vn 0.8820 -0.4709 -0.0143</w:t>
        <w:br/>
        <w:t>vn 0.8939 -0.4468 0.0377</w:t>
        <w:br/>
        <w:t>vn 0.8912 -0.4494 0.0624</w:t>
        <w:br/>
        <w:t>vn 0.8903 -0.4477 0.0827</w:t>
        <w:br/>
        <w:t>vn 0.8834 -0.4616 0.0803</w:t>
        <w:br/>
        <w:t>vn 0.8759 -0.4294 0.2200</w:t>
        <w:br/>
        <w:t>vn 0.8949 -0.3999 0.1980</w:t>
        <w:br/>
        <w:t>vn 0.3712 -0.4904 0.7885</w:t>
        <w:br/>
        <w:t>vn 0.8554 -0.0117 0.5178</w:t>
        <w:br/>
        <w:t>vn 0.6561 -0.4372 0.6151</w:t>
        <w:br/>
        <w:t>vn 0.5834 -0.4301 0.6890</w:t>
        <w:br/>
        <w:t>vn 0.7947 -0.0286 0.6064</w:t>
        <w:br/>
        <w:t>vn 0.8867 0.0302 0.4613</w:t>
        <w:br/>
        <w:t>vn 0.7185 -0.3590 0.5957</w:t>
        <w:br/>
        <w:t>vn 0.8868 0.1292 0.4438</w:t>
        <w:br/>
        <w:t>vn 0.7501 -0.2213 0.6232</w:t>
        <w:br/>
        <w:t>vn 0.6446 0.0282 -0.7640</w:t>
        <w:br/>
        <w:t>vn 0.6007 -0.3882 0.6989</w:t>
        <w:br/>
        <w:t>vn 0.4784 -0.0343 0.8775</w:t>
        <w:br/>
        <w:t>vn 0.4049 0.1462 0.9026</w:t>
        <w:br/>
        <w:t>vn 0.5281 -0.2515 0.8111</w:t>
        <w:br/>
        <w:t>vn -0.0347 -0.9683 -0.2475</w:t>
        <w:br/>
        <w:t>vn 0.2222 -0.8870 0.4048</w:t>
        <w:br/>
        <w:t>vn 0.1055 0.8855 0.4525</w:t>
        <w:br/>
        <w:t>vn 0.2282 0.5597 0.7967</w:t>
        <w:br/>
        <w:t>vn 0.3787 0.3248 0.8666</w:t>
        <w:br/>
        <w:t>vn 0.3996 0.2343 0.8862</w:t>
        <w:br/>
        <w:t>vn 0.2704 -0.8565 0.4397</w:t>
        <w:br/>
        <w:t>vn 0.4172 -0.7718 0.4800</w:t>
        <w:br/>
        <w:t>vn 0.4381 -0.6810 0.5868</w:t>
        <w:br/>
        <w:t>vn 0.5280 -0.5263 0.6665</w:t>
        <w:br/>
        <w:t>vn 0.5237 -0.6105 0.5941</w:t>
        <w:br/>
        <w:t>vn 0.1076 0.5933 0.7978</w:t>
        <w:br/>
        <w:t>vn 0.0598 0.8938 0.4445</w:t>
        <w:br/>
        <w:t>vn 0.5243 -0.4831 0.7013</w:t>
        <w:br/>
        <w:t>vn 0.5954 -0.4929 0.6345</w:t>
        <w:br/>
        <w:t>vn -0.8615 -0.4213 -0.2835</w:t>
        <w:br/>
        <w:t>vn -0.3712 -0.4367 -0.8195</w:t>
        <w:br/>
        <w:t>vn -0.4464 -0.0780 -0.8914</w:t>
        <w:br/>
        <w:t>vn -0.8745 0.4486 -0.1844</w:t>
        <w:br/>
        <w:t>vn -0.5344 0.8390 -0.1022</w:t>
        <w:br/>
        <w:t>vn -0.6141 0.7705 0.1709</w:t>
        <w:br/>
        <w:t>vn -0.6714 0.1241 0.7306</w:t>
        <w:br/>
        <w:t>vn -0.1249 0.9895 -0.0722</w:t>
        <w:br/>
        <w:t>vn -0.0270 0.9992 -0.0302</w:t>
        <w:br/>
        <w:t>vn -0.0832 0.9753 0.2045</w:t>
        <w:br/>
        <w:t>vn -0.1734 0.9761 0.1309</w:t>
        <w:br/>
        <w:t>vn -0.0886 0.9690 0.2306</w:t>
        <w:br/>
        <w:t>vn -0.0093 0.9999 -0.0139</w:t>
        <w:br/>
        <w:t>vn 0.0550 0.9982 -0.0255</w:t>
        <w:br/>
        <w:t>vn 0.2551 0.9651 -0.0598</w:t>
        <w:br/>
        <w:t>vn 0.0885 0.9681 0.2344</w:t>
        <w:br/>
        <w:t>vn -0.0259 0.9788 0.2033</w:t>
        <w:br/>
        <w:t>vn 0.5729 0.8191 0.0308</w:t>
        <w:br/>
        <w:t>vn 0.2795 0.8720 0.4020</w:t>
        <w:br/>
        <w:t>vn 0.4069 0.6186 0.6721</w:t>
        <w:br/>
        <w:t>vn 0.5913 0.6390 0.4919</w:t>
        <w:br/>
        <w:t>vn 0.8109 0.3473 0.4710</w:t>
        <w:br/>
        <w:t>vn 0.4511 0.2862 0.8453</w:t>
        <w:br/>
        <w:t>vn 0.7856 0.1711 0.5946</w:t>
        <w:br/>
        <w:t>vn 0.5420 0.0465 0.8391</w:t>
        <w:br/>
        <w:t>vn 0.5141 0.0819 0.8538</w:t>
        <w:br/>
        <w:t>vn 0.7677 0.2058 0.6068</w:t>
        <w:br/>
        <w:t>vn 0.1668 -0.9793 -0.1144</w:t>
        <w:br/>
        <w:t>vn 0.2262 -0.9726 -0.0545</w:t>
        <w:br/>
        <w:t>vn 0.0314 -0.9857 -0.1655</w:t>
        <w:br/>
        <w:t>vn 0.0315 -0.9857 -0.1655</w:t>
        <w:br/>
        <w:t>vn -0.1828 -0.9647 -0.1895</w:t>
        <w:br/>
        <w:t>vn -0.3704 -0.9103 -0.1849</w:t>
        <w:br/>
        <w:t>vn -0.3213 -0.8947 0.3101</w:t>
        <w:br/>
        <w:t>vn -0.4077 -0.8668 0.2871</w:t>
        <w:br/>
        <w:t>vn -0.4860 -0.8546 -0.1830</w:t>
        <w:br/>
        <w:t>vn -0.7044 -0.4463 -0.5520</w:t>
        <w:br/>
        <w:t>vn -0.9174 -0.0440 -0.3955</w:t>
        <w:br/>
        <w:t>vn -0.9640 -0.2170 -0.1535</w:t>
        <w:br/>
        <w:t>vn 0.1957 -0.9586 0.2070</w:t>
        <w:br/>
        <w:t>vn 0.1958 -0.9586 0.2070</w:t>
        <w:br/>
        <w:t>vn 0.2229 -0.9476 0.2289</w:t>
        <w:br/>
        <w:t>vn 0.2592 -0.9646 0.0489</w:t>
        <w:br/>
        <w:t>vn 0.2671 -0.9451 0.1881</w:t>
        <w:br/>
        <w:t>vn -0.9059 0.4234 0.0043</w:t>
        <w:br/>
        <w:t>vn -0.4134 0.8368 -0.3590</w:t>
        <w:br/>
        <w:t>vn -0.0002 0.9642 -0.2652</w:t>
        <w:br/>
        <w:t>vn 0.1325 0.9584 -0.2529</w:t>
        <w:br/>
        <w:t>vn 0.5791 0.7442 -0.3330</w:t>
        <w:br/>
        <w:t>vn 0.9457 0.2369 0.2226</w:t>
        <w:br/>
        <w:t>vn 0.9238 0.3815 -0.0316</w:t>
        <w:br/>
        <w:t>vn 0.9593 -0.1130 -0.2587</w:t>
        <w:br/>
        <w:t>vn 0.6232 -0.1997 -0.7561</w:t>
        <w:br/>
        <w:t>vn 0.4071 -0.2538 -0.8774</w:t>
        <w:br/>
        <w:t>vn 0.4937 -0.2344 -0.8374</w:t>
        <w:br/>
        <w:t>vn 0.2743 -0.2487 -0.9289</w:t>
        <w:br/>
        <w:t>vn 0.0715 -0.2376 -0.9687</w:t>
        <w:br/>
        <w:t>vn -0.1107 -0.1463 -0.9830</w:t>
        <w:br/>
        <w:t>vn -0.1107 -0.1462 -0.9830</w:t>
        <w:br/>
        <w:t>vn -0.3609 -0.0598 -0.9307</w:t>
        <w:br/>
        <w:t>vn -0.8528 -0.2427 -0.4625</w:t>
        <w:br/>
        <w:t>vn -0.9769 0.0348 -0.2108</w:t>
        <w:br/>
        <w:t>vn 0.6356 -0.1644 -0.7543</w:t>
        <w:br/>
        <w:t>vn 0.8182 -0.2141 -0.5336</w:t>
        <w:br/>
        <w:t>vn -0.7063 -0.7059 -0.0532</w:t>
        <w:br/>
        <w:t>vn -0.7249 -0.6703 -0.1591</w:t>
        <w:br/>
        <w:t>vn 0.8576 0.4518 -0.2459</w:t>
        <w:br/>
        <w:t>vn -0.9795 -0.0535 0.1944</w:t>
        <w:br/>
        <w:t>vn -0.6968 0.3657 0.6171</w:t>
        <w:br/>
        <w:t>vn -0.3650 -0.9292 -0.0574</w:t>
        <w:br/>
        <w:t>vn 0.1263 0.3061 0.9436</w:t>
        <w:br/>
        <w:t>vn 0.1022 -0.0420 0.9939</w:t>
        <w:br/>
        <w:t>vn 0.1678 -0.0255 0.9855</w:t>
        <w:br/>
        <w:t>vn 0.1995 0.3344 0.9211</w:t>
        <w:br/>
        <w:t>vn 0.0969 -0.1764 0.9795</w:t>
        <w:br/>
        <w:t>vn 0.1518 -0.2108 0.9657</w:t>
        <w:br/>
        <w:t>vn 0.1594 -0.9870 0.0225</w:t>
        <w:br/>
        <w:t>vn 0.2241 -0.9745 0.0101</w:t>
        <w:br/>
        <w:t>vn 0.2241 -0.9745 0.0102</w:t>
        <w:br/>
        <w:t>vn 0.0024 -0.9992 0.0394</w:t>
        <w:br/>
        <w:t>vn 0.0025 -0.9992 0.0391</w:t>
        <w:br/>
        <w:t>vn -0.0607 -0.2317 0.9709</w:t>
        <w:br/>
        <w:t>vn -0.0097 -0.1869 0.9823</w:t>
        <w:br/>
        <w:t>vn -0.0246 -0.0397 0.9989</w:t>
        <w:br/>
        <w:t>vn -0.0873 -0.0209 0.9960</w:t>
        <w:br/>
        <w:t>vn -0.0674 0.3190 0.9454</w:t>
        <w:br/>
        <w:t>vn -0.1098 0.1907 0.9755</w:t>
        <w:br/>
        <w:t>vn -0.4976 0.4813 0.7217</w:t>
        <w:br/>
        <w:t>vn -0.0928 0.5153 0.8520</w:t>
        <w:br/>
        <w:t>vn 0.2146 0.4969 0.8409</w:t>
        <w:br/>
        <w:t>vn 0.1409 0.5035 0.8524</w:t>
        <w:br/>
        <w:t>vn 0.8586 -0.2845 -0.4265</w:t>
        <w:br/>
        <w:t>vn 0.9119 -0.2007 -0.3581</w:t>
        <w:br/>
        <w:t>vn 0.9593 -0.1131 -0.2587</w:t>
        <w:br/>
        <w:t>vn 0.6141 0.7705 0.1708</w:t>
        <w:br/>
        <w:t>vn 0.5344 0.8390 -0.1023</w:t>
        <w:br/>
        <w:t>vn 0.8745 0.4486 -0.1844</w:t>
        <w:br/>
        <w:t>vn 0.6714 0.1241 0.7306</w:t>
        <w:br/>
        <w:t>vn 0.0832 0.9754 0.2042</w:t>
        <w:br/>
        <w:t>vn 0.0270 0.9992 -0.0304</w:t>
        <w:br/>
        <w:t>vn 0.1249 0.9895 -0.0722</w:t>
        <w:br/>
        <w:t>vn 0.1734 0.9761 0.1309</w:t>
        <w:br/>
        <w:t>vn 0.0885 0.9690 0.2305</w:t>
        <w:br/>
        <w:t>vn 0.0093 0.9999 -0.0140</w:t>
        <w:br/>
        <w:t>vn -0.0885 0.9681 0.2343</w:t>
        <w:br/>
        <w:t>vn -0.2551 0.9651 -0.0598</w:t>
        <w:br/>
        <w:t>vn -0.0550 0.9982 -0.0255</w:t>
        <w:br/>
        <w:t>vn 0.0259 0.9788 0.2033</w:t>
        <w:br/>
        <w:t>vn -0.2795 0.8720 0.4020</w:t>
        <w:br/>
        <w:t>vn -0.5728 0.8191 0.0308</w:t>
        <w:br/>
        <w:t>vn -0.8109 0.3473 0.4710</w:t>
        <w:br/>
        <w:t>vn -0.5914 0.6390 0.4919</w:t>
        <w:br/>
        <w:t>vn -0.4069 0.6185 0.6722</w:t>
        <w:br/>
        <w:t>vn -0.4511 0.2862 0.8453</w:t>
        <w:br/>
        <w:t>vn -0.5141 0.0819 0.8538</w:t>
        <w:br/>
        <w:t>vn -0.5420 0.0465 0.8391</w:t>
        <w:br/>
        <w:t>vn -0.7856 0.1711 0.5946</w:t>
        <w:br/>
        <w:t>vn -0.7677 0.2058 0.6068</w:t>
        <w:br/>
        <w:t>vn -0.2262 -0.9725 -0.0545</w:t>
        <w:br/>
        <w:t>vn -0.1667 -0.9793 -0.1144</w:t>
        <w:br/>
        <w:t>vn -0.1668 -0.9793 -0.1144</w:t>
        <w:br/>
        <w:t>vn -0.0315 -0.9857 -0.1655</w:t>
        <w:br/>
        <w:t>vn -0.0314 -0.9857 -0.1655</w:t>
        <w:br/>
        <w:t>vn 0.2032 -0.9689 0.1414</w:t>
        <w:br/>
        <w:t>vn 0.1828 -0.9647 -0.1895</w:t>
        <w:br/>
        <w:t>vn 0.3704 -0.9103 -0.1849</w:t>
        <w:br/>
        <w:t>vn 0.4077 -0.8668 0.2871</w:t>
        <w:br/>
        <w:t>vn 0.4860 -0.8546 -0.1830</w:t>
        <w:br/>
        <w:t>vn 0.7043 -0.4463 -0.5520</w:t>
        <w:br/>
        <w:t>vn 0.9640 -0.2171 -0.1535</w:t>
        <w:br/>
        <w:t>vn 0.9174 -0.0440 -0.3955</w:t>
        <w:br/>
        <w:t>vn -0.2229 -0.9476 0.2289</w:t>
        <w:br/>
        <w:t>vn -0.1958 -0.9585 0.2070</w:t>
        <w:br/>
        <w:t>vn -0.2671 -0.9451 0.1880</w:t>
        <w:br/>
        <w:t>vn -0.2592 -0.9646 0.0489</w:t>
        <w:br/>
        <w:t>vn -0.2671 -0.9451 0.1881</w:t>
        <w:br/>
        <w:t>vn 0.4134 0.8368 -0.3590</w:t>
        <w:br/>
        <w:t>vn 0.9059 0.4234 0.0043</w:t>
        <w:br/>
        <w:t>vn 0.0002 0.9642 -0.2652</w:t>
        <w:br/>
        <w:t>vn -0.5791 0.7441 -0.3330</w:t>
        <w:br/>
        <w:t>vn -0.1325 0.9584 -0.2529</w:t>
        <w:br/>
        <w:t>vn -0.9238 0.3815 -0.0316</w:t>
        <w:br/>
        <w:t>vn -0.9457 0.2369 0.2226</w:t>
        <w:br/>
        <w:t>vn -0.9593 -0.1130 -0.2587</w:t>
        <w:br/>
        <w:t>vn -0.4938 -0.2344 -0.8374</w:t>
        <w:br/>
        <w:t>vn -0.4071 -0.2538 -0.8774</w:t>
        <w:br/>
        <w:t>vn -0.6232 -0.1997 -0.7561</w:t>
        <w:br/>
        <w:t>vn -0.2743 -0.2487 -0.9289</w:t>
        <w:br/>
        <w:t>vn -0.0715 -0.2376 -0.9687</w:t>
        <w:br/>
        <w:t>vn 0.1107 -0.1463 -0.9830</w:t>
        <w:br/>
        <w:t>vn 0.1107 -0.1462 -0.9830</w:t>
        <w:br/>
        <w:t>vn 0.3609 -0.0598 -0.9307</w:t>
        <w:br/>
        <w:t>vn 0.8528 -0.2427 -0.4625</w:t>
        <w:br/>
        <w:t>vn 0.9769 0.0348 -0.2108</w:t>
        <w:br/>
        <w:t>vn -0.8182 -0.2141 -0.5336</w:t>
        <w:br/>
        <w:t>vn -0.6356 -0.1644 -0.7543</w:t>
        <w:br/>
        <w:t>vn 0.7249 -0.6703 -0.1591</w:t>
        <w:br/>
        <w:t>vn 0.7063 -0.7059 -0.0532</w:t>
        <w:br/>
        <w:t>vn -0.8576 0.4518 -0.2459</w:t>
        <w:br/>
        <w:t>vn 0.6968 0.3657 0.6171</w:t>
        <w:br/>
        <w:t>vn 0.9795 -0.0535 0.1944</w:t>
        <w:br/>
        <w:t>vn 0.3650 -0.9292 -0.0574</w:t>
        <w:br/>
        <w:t>vn -0.1678 -0.0255 0.9855</w:t>
        <w:br/>
        <w:t>vn -0.1022 -0.0420 0.9939</w:t>
        <w:br/>
        <w:t>vn -0.1263 0.3061 0.9436</w:t>
        <w:br/>
        <w:t>vn -0.1995 0.3344 0.9211</w:t>
        <w:br/>
        <w:t>vn -0.0969 -0.1764 0.9795</w:t>
        <w:br/>
        <w:t>vn -0.1518 -0.2108 0.9657</w:t>
        <w:br/>
        <w:t>vn -0.2241 -0.9745 0.0101</w:t>
        <w:br/>
        <w:t>vn -0.1594 -0.9870 0.0225</w:t>
        <w:br/>
        <w:t>vn -0.2241 -0.9745 0.0102</w:t>
        <w:br/>
        <w:t>vn -0.0025 -0.9992 0.0391</w:t>
        <w:br/>
        <w:t>vn 0.0246 -0.0397 0.9989</w:t>
        <w:br/>
        <w:t>vn 0.0097 -0.1869 0.9823</w:t>
        <w:br/>
        <w:t>vn 0.0607 -0.2317 0.9709</w:t>
        <w:br/>
        <w:t>vn 0.0873 -0.0209 0.9960</w:t>
        <w:br/>
        <w:t>vn 0.1098 0.1907 0.9755</w:t>
        <w:br/>
        <w:t>vn 0.0674 0.3190 0.9454</w:t>
        <w:br/>
        <w:t>vn 0.4976 0.4813 0.7217</w:t>
        <w:br/>
        <w:t>vn 0.0928 0.5153 0.8520</w:t>
        <w:br/>
        <w:t>vn -0.1409 0.5035 0.8524</w:t>
        <w:br/>
        <w:t>vn -0.2146 0.4969 0.8409</w:t>
        <w:br/>
        <w:t>vn -0.9593 -0.1131 -0.2587</w:t>
        <w:br/>
        <w:t>vn -0.9119 -0.2007 -0.3581</w:t>
        <w:br/>
        <w:t>vn -0.8586 -0.2845 -0.4265</w:t>
        <w:br/>
        <w:t>vn 0.7457 0.5057 0.4338</w:t>
        <w:br/>
        <w:t>vn 0.7458 0.5057 0.4337</w:t>
        <w:br/>
        <w:t>vn 0.8666 0.3333 0.3714</w:t>
        <w:br/>
        <w:t>vn 0.8666 0.3333 0.3713</w:t>
        <w:br/>
        <w:t>vn 0.1222 -0.7751 0.6199</w:t>
        <w:br/>
        <w:t>vn 0.1262 -0.8248 0.5512</w:t>
        <w:br/>
        <w:t>vn 0.1263 -0.8248 0.5511</w:t>
        <w:br/>
        <w:t>vn 0.4606 0.7548 0.4670</w:t>
        <w:br/>
        <w:t>vn 0.4608 0.7548 0.4669</w:t>
        <w:br/>
        <w:t>vn 0.0301 -0.7433 0.6683</w:t>
        <w:br/>
        <w:t>vn 0.0302 -0.7432 0.6684</w:t>
        <w:br/>
        <w:t>vn 0.0900 -0.8461 0.5254</w:t>
        <w:br/>
        <w:t>vn 0.8977 0.2846 0.3365</w:t>
        <w:br/>
        <w:t>vn 0.2555 0.8517 0.4574</w:t>
        <w:br/>
        <w:t>vn 0.2557 0.8517 0.4573</w:t>
        <w:br/>
        <w:t>vn -0.1725 -0.3329 0.9270</w:t>
        <w:br/>
        <w:t>vn 0.6546 0.6850 0.3198</w:t>
        <w:br/>
        <w:t>vn 0.7247 0.6744 0.1409</w:t>
        <w:br/>
        <w:t>vn 0.6546 0.6851 0.3198</w:t>
        <w:br/>
        <w:t>vn 0.4798 0.6959 0.5344</w:t>
        <w:br/>
        <w:t>vn 0.2119 -0.3130 0.9258</w:t>
        <w:br/>
        <w:t>vn 0.3821 -0.4805 0.7894</w:t>
        <w:br/>
        <w:t>vn 0.2075 0.7704 0.6029</w:t>
        <w:br/>
        <w:t>vn 0.2076 0.7703 0.6029</w:t>
        <w:br/>
        <w:t>vn -0.0344 -0.2165 0.9757</w:t>
        <w:br/>
        <w:t>vn 0.0118 0.7958 0.6054</w:t>
        <w:br/>
        <w:t>vn 0.0122 0.7958 0.6055</w:t>
        <w:br/>
        <w:t>vn -0.1976 -0.1650 0.9663</w:t>
        <w:br/>
        <w:t>vn 0.4604 -0.5845 0.6681</w:t>
        <w:br/>
        <w:t>vn -0.7458 0.5057 0.4337</w:t>
        <w:br/>
        <w:t>vn -0.8666 0.3333 0.3714</w:t>
        <w:br/>
        <w:t>vn -0.1221 -0.7751 0.6199</w:t>
        <w:br/>
        <w:t>vn -0.1221 -0.7750 0.6200</w:t>
        <w:br/>
        <w:t>vn -0.1263 -0.8248 0.5511</w:t>
        <w:br/>
        <w:t>vn -0.1263 -0.8248 0.5512</w:t>
        <w:br/>
        <w:t>vn -0.4607 0.7548 0.4669</w:t>
        <w:br/>
        <w:t>vn -0.4606 0.7548 0.4669</w:t>
        <w:br/>
        <w:t>vn -0.0299 -0.7432 0.6684</w:t>
        <w:br/>
        <w:t>vn -0.0900 -0.8460 0.5255</w:t>
        <w:br/>
        <w:t>vn -0.8976 0.2846 0.3367</w:t>
        <w:br/>
        <w:t>vn -0.2555 0.8518 0.4573</w:t>
        <w:br/>
        <w:t>vn -0.2554 0.8518 0.4573</w:t>
        <w:br/>
        <w:t>vn 0.1722 -0.3309 0.9278</w:t>
        <w:br/>
        <w:t>vn -0.6546 0.6850 0.3198</w:t>
        <w:br/>
        <w:t>vn -0.7248 0.6744 0.1409</w:t>
        <w:br/>
        <w:t>vn -0.4798 0.6959 0.5343</w:t>
        <w:br/>
        <w:t>vn -0.4798 0.6959 0.5344</w:t>
        <w:br/>
        <w:t>vn -0.3820 -0.4804 0.7895</w:t>
        <w:br/>
        <w:t>vn -0.2119 -0.3132 0.9257</w:t>
        <w:br/>
        <w:t>vn -0.2119 -0.3131 0.9258</w:t>
        <w:br/>
        <w:t>vn -0.2075 0.7704 0.6028</w:t>
        <w:br/>
        <w:t>vn -0.2074 0.7704 0.6029</w:t>
        <w:br/>
        <w:t>vn 0.0344 -0.2165 0.9757</w:t>
        <w:br/>
        <w:t>vn 0.0344 -0.2164 0.9757</w:t>
        <w:br/>
        <w:t>vn -0.0118 0.7958 0.6054</w:t>
        <w:br/>
        <w:t>vn -0.0120 0.7958 0.6054</w:t>
        <w:br/>
        <w:t>vn 0.1976 -0.1650 0.9663</w:t>
        <w:br/>
        <w:t>vn -0.4603 -0.5844 0.6683</w:t>
        <w:br/>
        <w:t>vn 0.1126 -0.8801 0.4612</w:t>
        <w:br/>
        <w:t>vn 0.1057 -0.8854 0.4526</w:t>
        <w:br/>
        <w:t>vn 0.0185 -0.9617 0.2735</w:t>
        <w:br/>
        <w:t>vn 0.0150 -0.9525 0.3041</w:t>
        <w:br/>
        <w:t>vn 0.1484 -0.8925 0.4260</w:t>
        <w:br/>
        <w:t>vn 0.0880 -0.9673 0.2377</w:t>
        <w:br/>
        <w:t>vn 0.1954 -0.8893 0.4136</w:t>
        <w:br/>
        <w:t>vn 0.1873 -0.9532 0.2373</w:t>
        <w:br/>
        <w:t>vn 0.2366 -0.8769 0.4185</w:t>
        <w:br/>
        <w:t>vn 0.2479 -0.9270 0.2814</w:t>
        <w:br/>
        <w:t>vn 0.2820 -0.8685 0.4076</w:t>
        <w:br/>
        <w:t>vn 0.2921 -0.9019 0.3183</w:t>
        <w:br/>
        <w:t>vn 0.3964 -0.8053 0.4408</w:t>
        <w:br/>
        <w:t>vn 0.4245 -0.8220 0.3796</w:t>
        <w:br/>
        <w:t>vn 0.3789 -0.8471 0.3727</w:t>
        <w:br/>
        <w:t>vn 0.3429 -0.8366 0.4271</w:t>
        <w:br/>
        <w:t>vn 0.5340 -0.7310 0.4248</w:t>
        <w:br/>
        <w:t>vn 0.5572 -0.7569 0.3416</w:t>
        <w:br/>
        <w:t>vn 0.0127 -0.9432 0.3320</w:t>
        <w:br/>
        <w:t>vn -0.0639 -0.9524 0.2980</w:t>
        <w:br/>
        <w:t>vn 0.0795 -0.9024 0.4236</w:t>
        <w:br/>
        <w:t>vn 0.1103 -0.8894 0.4436</w:t>
        <w:br/>
        <w:t>vn 0.7319 0.4260 0.5319</w:t>
        <w:br/>
        <w:t>vn 0.7318 0.4260 0.5319</w:t>
        <w:br/>
        <w:t>vn 0.7755 0.4142 0.4764</w:t>
        <w:br/>
        <w:t>vn 0.6233 0.7401 0.2523</w:t>
        <w:br/>
        <w:t>vn 0.4440 -0.8586 0.2563</w:t>
        <w:br/>
        <w:t>vn 0.4035 -0.8016 0.4412</w:t>
        <w:br/>
        <w:t>vn 0.5054 -0.8276 0.2444</w:t>
        <w:br/>
        <w:t>vn 0.6397 0.4382 0.6314</w:t>
        <w:br/>
        <w:t>vn 0.7001 0.6306 0.3350</w:t>
        <w:br/>
        <w:t>vn 0.7643 0.4087 0.4988</w:t>
        <w:br/>
        <w:t>vn 0.6397 0.4382 0.6315</w:t>
        <w:br/>
        <w:t>vn 0.2859 0.6469 0.7069</w:t>
        <w:br/>
        <w:t>vn 0.4848 0.5286 0.6968</w:t>
        <w:br/>
        <w:t>vn 0.4847 0.5286 0.6969</w:t>
        <w:br/>
        <w:t>vn 0.4100 -0.8731 0.2639</w:t>
        <w:br/>
        <w:t>vn 0.4261 -0.8688 0.2522</w:t>
        <w:br/>
        <w:t>vn 0.6182 -0.6708 0.4096</w:t>
        <w:br/>
        <w:t>vn -0.8226 -0.1910 0.5356</w:t>
        <w:br/>
        <w:t>vn -0.8096 -0.1171 0.5752</w:t>
        <w:br/>
        <w:t>vn 0.3749 -0.5460 0.7492</w:t>
        <w:br/>
        <w:t>vn 0.5819 -0.6213 0.5247</w:t>
        <w:br/>
        <w:t>vn 0.4978 -0.7182 0.4863</w:t>
        <w:br/>
        <w:t>vn 0.2890 -0.6506 0.7023</w:t>
        <w:br/>
        <w:t>vn 0.6595 -0.7175 0.2240</w:t>
        <w:br/>
        <w:t>vn 0.7308 -0.6353 0.2497</w:t>
        <w:br/>
        <w:t>vn -0.5035 0.5797 0.6407</w:t>
        <w:br/>
        <w:t>vn -0.4536 0.5845 0.6727</w:t>
        <w:br/>
        <w:t>vn -0.4536 0.5845 0.6728</w:t>
        <w:br/>
        <w:t>vn -0.5036 0.5797 0.6406</w:t>
        <w:br/>
        <w:t>vn 0.7634 -0.5061 -0.4013</w:t>
        <w:br/>
        <w:t>vn 0.7853 -0.4827 -0.3876</w:t>
        <w:br/>
        <w:t>vn 0.7853 -0.4827 -0.3875</w:t>
        <w:br/>
        <w:t>vn 0.1441 -0.8517 0.5039</w:t>
        <w:br/>
        <w:t>vn 0.1082 -0.8645 0.4908</w:t>
        <w:br/>
        <w:t>vn 0.1081 -0.8645 0.4908</w:t>
        <w:br/>
        <w:t>vn 0.1503 -0.8385 0.5238</w:t>
        <w:br/>
        <w:t>vn -0.5514 0.6039 0.5756</w:t>
        <w:br/>
        <w:t>vn -0.5514 0.6038 0.5756</w:t>
        <w:br/>
        <w:t>vn 0.8287 -0.4547 -0.3264</w:t>
        <w:br/>
        <w:t>vn 0.3372 -0.7379 0.5847</w:t>
        <w:br/>
        <w:t>vn 0.3371 -0.7379 0.5847</w:t>
        <w:br/>
        <w:t>vn -0.5829 0.6471 0.4914</w:t>
        <w:br/>
        <w:t>vn -0.6544 0.7539 -0.0585</w:t>
        <w:br/>
        <w:t>vn -0.5618 0.8272 -0.0052</w:t>
        <w:br/>
        <w:t>vn 0.8463 -0.4720 -0.2470</w:t>
        <w:br/>
        <w:t>vn 0.8501 -0.4998 0.1658</w:t>
        <w:br/>
        <w:t>vn 0.8065 -0.5652 0.1734</w:t>
        <w:br/>
        <w:t>vn 0.6117 -0.5517 0.5670</w:t>
        <w:br/>
        <w:t>vn 0.3104 0.3655 0.8776</w:t>
        <w:br/>
        <w:t>vn 0.2981 -0.3223 0.8985</w:t>
        <w:br/>
        <w:t>vn 0.4249 0.3077 0.8513</w:t>
        <w:br/>
        <w:t>vn 0.4212 0.5877 0.6909</w:t>
        <w:br/>
        <w:t>vn 0.6354 -0.5043 0.5847</w:t>
        <w:br/>
        <w:t>vn 0.7601 -0.5820 0.2892</w:t>
        <w:br/>
        <w:t>vn 0.4406 -0.3710 0.8175</w:t>
        <w:br/>
        <w:t>vn 0.6890 -0.5657 0.4531</w:t>
        <w:br/>
        <w:t>vn 0.7383 -0.5699 0.3608</w:t>
        <w:br/>
        <w:t>vn 0.6214 -0.4443 0.6454</w:t>
        <w:br/>
        <w:t>vn 0.5927 -0.4340 0.6785</w:t>
        <w:br/>
        <w:t>vn 0.4361 -0.2698 0.8585</w:t>
        <w:br/>
        <w:t>vn 0.4507 -0.2689 0.8512</w:t>
        <w:br/>
        <w:t>vn 0.5837 -0.4348 0.6857</w:t>
        <w:br/>
        <w:t>vn 0.1794 -0.7820 0.5969</w:t>
        <w:br/>
        <w:t>vn 0.1536 -0.6234 0.7667</w:t>
        <w:br/>
        <w:t>vn 0.1767 -0.7320 0.6580</w:t>
        <w:br/>
        <w:t>vn 0.1979 -0.8560 0.4776</w:t>
        <w:br/>
        <w:t>vn 0.2137 -0.0730 0.9742</w:t>
        <w:br/>
        <w:t>vn 0.1752 0.4162 0.8922</w:t>
        <w:br/>
        <w:t>vn 0.2011 -0.6786 0.7064</w:t>
        <w:br/>
        <w:t>vn -0.0353 0.4712 0.8813</w:t>
        <w:br/>
        <w:t>vn -0.2482 0.4295 0.8683</w:t>
        <w:br/>
        <w:t>vn 0.2802 -0.8645 0.4173</w:t>
        <w:br/>
        <w:t>vn 0.2348 -0.7934 0.5616</w:t>
        <w:br/>
        <w:t>vn 0.2506 -0.8199 0.5147</w:t>
        <w:br/>
        <w:t>vn 0.3046 -0.8648 0.3992</w:t>
        <w:br/>
        <w:t>vn -0.4081 0.3495 0.8434</w:t>
        <w:br/>
        <w:t>vn 0.2095 -0.9386 0.2741</w:t>
        <w:br/>
        <w:t>vn 0.3178 -0.9114 0.2614</w:t>
        <w:br/>
        <w:t>vn 0.3531 -0.8939 0.2762</w:t>
        <w:br/>
        <w:t>vn -0.4626 0.0871 0.8823</w:t>
        <w:br/>
        <w:t>vn 0.0861 -0.7462 0.6601</w:t>
        <w:br/>
        <w:t>vn 0.1011 -0.7555 0.6473</w:t>
        <w:br/>
        <w:t>vn 0.3758 -0.8764 0.3012</w:t>
        <w:br/>
        <w:t>vn -0.3223 -0.3239 0.8895</w:t>
        <w:br/>
        <w:t>vn 0.1710 0.6925 0.7009</w:t>
        <w:br/>
        <w:t>vn 0.4037 -0.8724 0.2757</w:t>
        <w:br/>
        <w:t>vn 0.3664 -0.7847 0.4999</w:t>
        <w:br/>
        <w:t>vn 0.5066 -0.6992 0.5045</w:t>
        <w:br/>
        <w:t>vn 0.3056 -0.8226 0.4796</w:t>
        <w:br/>
        <w:t>vn 0.2694 -0.8272 0.4932</w:t>
        <w:br/>
        <w:t>vn 0.1881 -0.7689 0.6111</w:t>
        <w:br/>
        <w:t>vn 0.2059 -0.7730 0.6001</w:t>
        <w:br/>
        <w:t>vn 0.3248 -0.9094 0.2597</w:t>
        <w:br/>
        <w:t>vn 0.1441 -0.8517 0.5038</w:t>
        <w:br/>
        <w:t>vn -0.7325 0.4021 0.5493</w:t>
        <w:br/>
        <w:t>vn -0.6769 0.4809 0.5573</w:t>
        <w:br/>
        <w:t>vn -0.7372 0.2389 0.6321</w:t>
        <w:br/>
        <w:t>vn -0.7612 0.0455 0.6469</w:t>
        <w:br/>
        <w:t>vn 0.1222 -0.8452 0.5202</w:t>
        <w:br/>
        <w:t>vn -0.6297 0.4990 0.5953</w:t>
        <w:br/>
        <w:t>vn 0.3501 -0.8726 0.3406</w:t>
        <w:br/>
        <w:t>vn 0.3225 -0.8568 0.4024</w:t>
        <w:br/>
        <w:t>vn -0.1326 -0.9521 0.2754</w:t>
        <w:br/>
        <w:t>vn 0.5442 0.2762 0.7922</w:t>
        <w:br/>
        <w:t>vn 0.4688 0.7027 0.5352</w:t>
        <w:br/>
        <w:t>vn 0.5166 0.2638 0.8146</w:t>
        <w:br/>
        <w:t>vn 0.8312 -0.3950 -0.3912</w:t>
        <w:br/>
        <w:t>vn 0.8289 -0.3990 -0.3921</w:t>
        <w:br/>
        <w:t>vn 0.8530 -0.4037 -0.3308</w:t>
        <w:br/>
        <w:t>vn 0.8530 -0.4036 -0.3308</w:t>
        <w:br/>
        <w:t>vn 0.0390 0.9943 -0.0996</w:t>
        <w:br/>
        <w:t>vn 0.2124 0.9755 0.0567</w:t>
        <w:br/>
        <w:t>vn 0.2123 0.9756 0.0565</w:t>
        <w:br/>
        <w:t>vn 0.0388 0.9943 -0.0997</w:t>
        <w:br/>
        <w:t>vn 0.3342 0.9246 -0.1829</w:t>
        <w:br/>
        <w:t>vn -0.4303 0.4770 0.7663</w:t>
        <w:br/>
        <w:t>vn -0.4052 0.4688 0.7849</w:t>
        <w:br/>
        <w:t>vn -0.4051 0.4688 0.7849</w:t>
        <w:br/>
        <w:t>vn 0.3248 -0.9094 0.2596</w:t>
        <w:br/>
        <w:t>vn 0.4387 -0.8218 -0.3635</w:t>
        <w:br/>
        <w:t>vn 0.4793 -0.8275 -0.2924</w:t>
        <w:br/>
        <w:t>vn 0.4794 -0.8275 -0.2923</w:t>
        <w:br/>
        <w:t>vn 0.1141 0.9051 -0.4097</w:t>
        <w:br/>
        <w:t>vn -0.0419 0.8557 -0.5158</w:t>
        <w:br/>
        <w:t>vn 0.5990 -0.7832 -0.1666</w:t>
        <w:br/>
        <w:t>vn 0.5990 -0.7832 -0.1665</w:t>
        <w:br/>
        <w:t>vn -0.4379 0.4955 0.7502</w:t>
        <w:br/>
        <w:t>vn -0.4380 0.4955 0.7501</w:t>
        <w:br/>
        <w:t>vn -0.4207 0.5060 0.7530</w:t>
        <w:br/>
        <w:t>vn 0.6744 -0.7298 -0.1121</w:t>
        <w:br/>
        <w:t>vn 0.1503 -0.8385 0.5237</w:t>
        <w:br/>
        <w:t>vn 0.1218 -0.8802 0.4587</w:t>
        <w:br/>
        <w:t>vn 0.0258 -0.9431 0.3314</w:t>
        <w:br/>
        <w:t>vn 0.8523 -0.4186 -0.3135</w:t>
        <w:br/>
        <w:t>vn -0.0702 0.9834 -0.1673</w:t>
        <w:br/>
        <w:t>vn 0.4211 0.5875 0.6910</w:t>
        <w:br/>
        <w:t>vn 0.4687 0.7027 0.5353</w:t>
        <w:br/>
        <w:t>vn 0.8159 -0.4038 -0.4138</w:t>
        <w:br/>
        <w:t>vn 0.8242 -0.4068 -0.3939</w:t>
        <w:br/>
        <w:t>vn 0.2935 -0.8368 0.4621</w:t>
        <w:br/>
        <w:t>vn -0.1126 -0.8801 0.4612</w:t>
        <w:br/>
        <w:t>vn -0.0150 -0.9525 0.3041</w:t>
        <w:br/>
        <w:t>vn -0.0185 -0.9617 0.2735</w:t>
        <w:br/>
        <w:t>vn -0.1057 -0.8854 0.4526</w:t>
        <w:br/>
        <w:t>vn -0.0880 -0.9673 0.2378</w:t>
        <w:br/>
        <w:t>vn -0.1484 -0.8925 0.4260</w:t>
        <w:br/>
        <w:t>vn -0.1873 -0.9532 0.2373</w:t>
        <w:br/>
        <w:t>vn -0.1954 -0.8893 0.4136</w:t>
        <w:br/>
        <w:t>vn -0.2366 -0.8769 0.4185</w:t>
        <w:br/>
        <w:t>vn -0.2479 -0.9270 0.2814</w:t>
        <w:br/>
        <w:t>vn 0.4894 0.2759 0.8273</w:t>
        <w:br/>
        <w:t>vn 0.4253 0.2332 0.8745</w:t>
        <w:br/>
        <w:t>vn -0.2921 -0.9019 0.3183</w:t>
        <w:br/>
        <w:t>vn -0.2820 -0.8685 0.4076</w:t>
        <w:br/>
        <w:t>vn -0.3964 -0.8053 0.4408</w:t>
        <w:br/>
        <w:t>vn -0.3429 -0.8366 0.4271</w:t>
        <w:br/>
        <w:t>vn -0.3789 -0.8471 0.3727</w:t>
        <w:br/>
        <w:t>vn -0.4245 -0.8220 0.3796</w:t>
        <w:br/>
        <w:t>vn 0.6879 0.3763 0.6206</w:t>
        <w:br/>
        <w:t>vn 0.6879 0.3764 0.6206</w:t>
        <w:br/>
        <w:t>vn 0.6187 0.3812 0.6869</w:t>
        <w:br/>
        <w:t>vn -0.5572 -0.7569 0.3413</w:t>
        <w:br/>
        <w:t>vn -0.5341 -0.7310 0.4246</w:t>
        <w:br/>
        <w:t>vn 0.7508 0.4292 0.5020</w:t>
        <w:br/>
        <w:t>vn 0.7509 0.4292 0.5020</w:t>
        <w:br/>
        <w:t>vn -0.0127 -0.9432 0.3320</w:t>
        <w:br/>
        <w:t>vn -0.1103 -0.8894 0.4436</w:t>
        <w:br/>
        <w:t>vn -0.0795 -0.9024 0.4236</w:t>
        <w:br/>
        <w:t>vn 0.0639 -0.9524 0.2980</w:t>
        <w:br/>
        <w:t>vn -0.7319 0.4260 0.5319</w:t>
        <w:br/>
        <w:t>vn -0.6233 0.7401 0.2523</w:t>
        <w:br/>
        <w:t>vn -0.7755 0.4142 0.4764</w:t>
        <w:br/>
        <w:t>vn -0.4440 -0.8586 0.2563</w:t>
        <w:br/>
        <w:t>vn -0.5054 -0.8276 0.2444</w:t>
        <w:br/>
        <w:t>vn -0.4035 -0.8016 0.4412</w:t>
        <w:br/>
        <w:t>vn -0.6397 0.4383 0.6314</w:t>
        <w:br/>
        <w:t>vn -0.6397 0.4383 0.6315</w:t>
        <w:br/>
        <w:t>vn -0.7643 0.4087 0.4988</w:t>
        <w:br/>
        <w:t>vn -0.7001 0.6306 0.3350</w:t>
        <w:br/>
        <w:t>vn -0.2859 0.6470 0.7069</w:t>
        <w:br/>
        <w:t>vn -0.4847 0.5286 0.6969</w:t>
        <w:br/>
        <w:t>vn -0.4848 0.5286 0.6968</w:t>
        <w:br/>
        <w:t>vn -0.4100 -0.8731 0.2639</w:t>
        <w:br/>
        <w:t>vn -0.4261 -0.8688 0.2522</w:t>
        <w:br/>
        <w:t>vn 0.7621 0.4676 0.4478</w:t>
        <w:br/>
        <w:t>vn -0.6183 -0.6708 0.4095</w:t>
        <w:br/>
        <w:t>vn 0.8226 -0.1910 0.5356</w:t>
        <w:br/>
        <w:t>vn 0.8095 -0.1171 0.5753</w:t>
        <w:br/>
        <w:t>vn 0.8096 -0.1170 0.5753</w:t>
        <w:br/>
        <w:t>vn -0.4978 -0.7182 0.4863</w:t>
        <w:br/>
        <w:t>vn -0.5819 -0.6213 0.5248</w:t>
        <w:br/>
        <w:t>vn -0.3749 -0.5460 0.7492</w:t>
        <w:br/>
        <w:t>vn -0.2889 -0.6506 0.7023</w:t>
        <w:br/>
        <w:t>vn -0.6595 -0.7176 0.2240</w:t>
        <w:br/>
        <w:t>vn -0.7308 -0.6353 0.2497</w:t>
        <w:br/>
        <w:t>vn 0.5035 0.5796 0.6407</w:t>
        <w:br/>
        <w:t>vn 0.4538 0.5846 0.6725</w:t>
        <w:br/>
        <w:t>vn 0.4536 0.5845 0.6727</w:t>
        <w:br/>
        <w:t>vn -0.7634 -0.5061 -0.4013</w:t>
        <w:br/>
        <w:t>vn -0.7853 -0.4827 -0.3876</w:t>
        <w:br/>
        <w:t>vn -0.7634 -0.5061 -0.4012</w:t>
        <w:br/>
        <w:t>vn -0.1441 -0.8517 0.5038</w:t>
        <w:br/>
        <w:t>vn -0.1504 -0.8385 0.5237</w:t>
        <w:br/>
        <w:t>vn -0.1081 -0.8645 0.4908</w:t>
        <w:br/>
        <w:t>vn 0.5514 0.6038 0.5756</w:t>
        <w:br/>
        <w:t>vn -0.8287 -0.4547 -0.3264</w:t>
        <w:br/>
        <w:t>vn -0.8287 -0.4547 -0.3265</w:t>
        <w:br/>
        <w:t>vn -0.3371 -0.7379 0.5847</w:t>
        <w:br/>
        <w:t>vn 0.5829 0.6471 0.4914</w:t>
        <w:br/>
        <w:t>vn 0.5618 0.8272 -0.0053</w:t>
        <w:br/>
        <w:t>vn 0.6544 0.7539 -0.0585</w:t>
        <w:br/>
        <w:t>vn -0.8463 -0.4719 -0.2471</w:t>
        <w:br/>
        <w:t>vn -0.8065 -0.5652 0.1735</w:t>
        <w:br/>
        <w:t>vn -0.8502 -0.4998 0.1657</w:t>
        <w:br/>
        <w:t>vn -0.6117 -0.5516 0.5671</w:t>
        <w:br/>
        <w:t>vn -0.3103 0.3655 0.8776</w:t>
        <w:br/>
        <w:t>vn -0.4212 0.5876 0.6909</w:t>
        <w:br/>
        <w:t>vn -0.4249 0.3077 0.8514</w:t>
        <w:br/>
        <w:t>vn -0.2981 -0.3223 0.8985</w:t>
        <w:br/>
        <w:t>vn -0.7601 -0.5820 0.2891</w:t>
        <w:br/>
        <w:t>vn -0.6355 -0.5043 0.5847</w:t>
        <w:br/>
        <w:t>vn -0.4406 -0.3710 0.8175</w:t>
        <w:br/>
        <w:t>vn -0.6889 -0.5657 0.4533</w:t>
        <w:br/>
        <w:t>vn -0.5926 -0.4340 0.6785</w:t>
        <w:br/>
        <w:t>vn -0.6214 -0.4442 0.6454</w:t>
        <w:br/>
        <w:t>vn -0.7383 -0.5698 0.3609</w:t>
        <w:br/>
        <w:t>vn -0.4508 -0.2690 0.8512</w:t>
        <w:br/>
        <w:t>vn -0.4362 -0.2698 0.8584</w:t>
        <w:br/>
        <w:t>vn -0.5836 -0.4347 0.6859</w:t>
        <w:br/>
        <w:t>vn -0.1794 -0.7820 0.5969</w:t>
        <w:br/>
        <w:t>vn -0.1979 -0.8560 0.4776</w:t>
        <w:br/>
        <w:t>vn -0.1767 -0.7319 0.6581</w:t>
        <w:br/>
        <w:t>vn -0.1536 -0.6234 0.7667</w:t>
        <w:br/>
        <w:t>vn -0.2137 -0.0731 0.9742</w:t>
        <w:br/>
        <w:t>vn -0.1752 0.4162 0.8922</w:t>
        <w:br/>
        <w:t>vn -0.2011 -0.6786 0.7064</w:t>
        <w:br/>
        <w:t>vn 0.0353 0.4712 0.8813</w:t>
        <w:br/>
        <w:t>vn 0.2482 0.4295 0.8683</w:t>
        <w:br/>
        <w:t>vn -0.2802 -0.8645 0.4173</w:t>
        <w:br/>
        <w:t>vn -0.3047 -0.8648 0.3991</w:t>
        <w:br/>
        <w:t>vn -0.2506 -0.8200 0.5146</w:t>
        <w:br/>
        <w:t>vn -0.2348 -0.7934 0.5616</w:t>
        <w:br/>
        <w:t>vn 0.4081 0.3494 0.8434</w:t>
        <w:br/>
        <w:t>vn -0.2095 -0.9386 0.2741</w:t>
        <w:br/>
        <w:t>vn -0.3177 -0.9114 0.2615</w:t>
        <w:br/>
        <w:t>vn -0.3531 -0.8939 0.2761</w:t>
        <w:br/>
        <w:t>vn 0.4627 0.0871 0.8822</w:t>
        <w:br/>
        <w:t>vn 0.4628 0.0871 0.8822</w:t>
        <w:br/>
        <w:t>vn -0.0862 -0.7462 0.6601</w:t>
        <w:br/>
        <w:t>vn -0.3758 -0.8765 0.3009</w:t>
        <w:br/>
        <w:t>vn -0.1012 -0.7557 0.6471</w:t>
        <w:br/>
        <w:t>vn 0.3223 -0.3237 0.8896</w:t>
        <w:br/>
        <w:t>vn -0.1710 0.6926 0.7008</w:t>
        <w:br/>
        <w:t>vn -0.4037 -0.8724 0.2757</w:t>
        <w:br/>
        <w:t>vn -0.5067 -0.6992 0.5044</w:t>
        <w:br/>
        <w:t>vn -0.3664 -0.7847 0.5000</w:t>
        <w:br/>
        <w:t>vn -0.3055 -0.8226 0.4796</w:t>
        <w:br/>
        <w:t>vn -0.2694 -0.8272 0.4932</w:t>
        <w:br/>
        <w:t>vn -0.1881 -0.7688 0.6112</w:t>
        <w:br/>
        <w:t>vn -0.2059 -0.7730 0.6001</w:t>
        <w:br/>
        <w:t>vn -0.3249 -0.9094 0.2597</w:t>
        <w:br/>
        <w:t>vn 0.7326 0.4022 0.5492</w:t>
        <w:br/>
        <w:t>vn 0.6768 0.4808 0.5574</w:t>
        <w:br/>
        <w:t>vn 0.7326 0.4022 0.5491</w:t>
        <w:br/>
        <w:t>vn 0.7372 0.2389 0.6321</w:t>
        <w:br/>
        <w:t>vn 0.7372 0.2389 0.6320</w:t>
        <w:br/>
        <w:t>vn 0.7612 0.0455 0.6469</w:t>
        <w:br/>
        <w:t>vn -0.1222 -0.8453 0.5202</w:t>
        <w:br/>
        <w:t>vn 0.6295 0.4990 0.5956</w:t>
        <w:br/>
        <w:t>vn -0.3225 -0.8568 0.4024</w:t>
        <w:br/>
        <w:t>vn -0.3500 -0.8726 0.3406</w:t>
        <w:br/>
        <w:t>vn 0.5769 0.3594 0.7335</w:t>
        <w:br/>
        <w:t>vn 0.1327 -0.9521 0.2754</w:t>
        <w:br/>
        <w:t>vn -0.5442 0.2762 0.7922</w:t>
        <w:br/>
        <w:t>vn -0.5166 0.2638 0.8146</w:t>
        <w:br/>
        <w:t>vn -0.4688 0.7027 0.5352</w:t>
        <w:br/>
        <w:t>vn -0.5442 0.2762 0.7921</w:t>
        <w:br/>
        <w:t>vn -0.5165 0.2638 0.8146</w:t>
        <w:br/>
        <w:t>vn 0.6923 0.0968 0.7150</w:t>
        <w:br/>
        <w:t>vn 0.6924 0.0968 0.7150</w:t>
        <w:br/>
        <w:t>vn 0.7528 -0.0037 0.6582</w:t>
        <w:br/>
        <w:t>vn 0.4304 0.4770 0.7663</w:t>
        <w:br/>
        <w:t>vn 0.4303 0.4770 0.7664</w:t>
        <w:br/>
        <w:t>vn 0.4050 0.4688 0.7850</w:t>
        <w:br/>
        <w:t>vn 0.4052 0.4688 0.7849</w:t>
        <w:br/>
        <w:t>vn 0.4379 0.4955 0.7501</w:t>
        <w:br/>
        <w:t>vn 0.4380 0.4955 0.7501</w:t>
        <w:br/>
        <w:t>vn 0.4207 0.5060 0.7530</w:t>
        <w:br/>
        <w:t>vn -0.1503 -0.8385 0.5238</w:t>
        <w:br/>
        <w:t>vn -0.1218 -0.8802 0.4587</w:t>
        <w:br/>
        <w:t>vn -0.0258 -0.9431 0.3314</w:t>
        <w:br/>
        <w:t>vn 0.6318 0.1973 0.7496</w:t>
        <w:br/>
        <w:t>vn 0.7630 -0.0022 0.6464</w:t>
        <w:br/>
        <w:t>vn -0.2935 -0.8368 0.4622</w:t>
        <w:br/>
        <w:t>vn 0.1368 0.8808 0.4533</w:t>
        <w:br/>
        <w:t>vn 0.1235 0.8557 0.5025</w:t>
        <w:br/>
        <w:t>vn 0.1878 0.7204 0.6677</w:t>
        <w:br/>
        <w:t>vn 0.2012 0.6967 0.6886</w:t>
        <w:br/>
        <w:t>vn -0.0019 -0.5780 0.8161</w:t>
        <w:br/>
        <w:t>vn 0.0071 -0.6048 0.7963</w:t>
        <w:br/>
        <w:t>vn 0.0578 -0.6319 0.7729</w:t>
        <w:br/>
        <w:t>vn 0.0578 -0.6320 0.7728</w:t>
        <w:br/>
        <w:t>vn 0.1503 0.8823 0.4461</w:t>
        <w:br/>
        <w:t>vn 0.1489 0.7888 0.5964</w:t>
        <w:br/>
        <w:t>vn 0.3056 -0.5327 0.7892</w:t>
        <w:br/>
        <w:t>vn 0.2614 -0.5480 0.7946</w:t>
        <w:br/>
        <w:t>vn 0.1585 -0.5986 0.7852</w:t>
        <w:br/>
        <w:t>vn 0.1585 -0.5987 0.7851</w:t>
        <w:br/>
        <w:t>vn -0.1368 0.8807 0.4536</w:t>
        <w:br/>
        <w:t>vn -0.1368 0.8806 0.4537</w:t>
        <w:br/>
        <w:t>vn -0.1235 0.8557 0.5025</w:t>
        <w:br/>
        <w:t>vn -0.1235 0.8557 0.5026</w:t>
        <w:br/>
        <w:t>vn -0.1878 0.7204 0.6676</w:t>
        <w:br/>
        <w:t>vn -0.2017 0.6965 0.6886</w:t>
        <w:br/>
        <w:t>vn -0.1877 0.7204 0.6677</w:t>
        <w:br/>
        <w:t>vn 0.0019 -0.5780 0.8161</w:t>
        <w:br/>
        <w:t>vn -0.0070 -0.6047 0.7965</w:t>
        <w:br/>
        <w:t>vn -0.0071 -0.6046 0.7965</w:t>
        <w:br/>
        <w:t>vn -0.0578 -0.6320 0.7728</w:t>
        <w:br/>
        <w:t>vn -0.0579 -0.6321 0.7727</w:t>
        <w:br/>
        <w:t>vn -0.1503 0.8823 0.4461</w:t>
        <w:br/>
        <w:t>vn -0.1489 0.7887 0.5964</w:t>
        <w:br/>
        <w:t>vn -0.1489 0.7888 0.5964</w:t>
        <w:br/>
        <w:t>vn -0.3058 -0.5328 0.7891</w:t>
        <w:br/>
        <w:t>vn -0.2614 -0.5480 0.7946</w:t>
        <w:br/>
        <w:t>vn -0.1584 -0.5985 0.7853</w:t>
        <w:br/>
        <w:t>vn -0.1585 -0.5986 0.7852</w:t>
        <w:br/>
        <w:t>vn -0.2486 -0.6171 0.7466</w:t>
        <w:br/>
        <w:t>vn -0.2663 -0.6349 0.7253</w:t>
        <w:br/>
        <w:t>vn -0.2485 -0.6171 0.7466</w:t>
        <w:br/>
        <w:t>vn -0.2407 -0.5822 0.7766</w:t>
        <w:br/>
        <w:t>vn -0.2555 -0.6251 0.7375</w:t>
        <w:br/>
        <w:t>vn -0.2330 -0.5814 0.7795</w:t>
        <w:br/>
        <w:t>vn -0.3007 -0.7374 0.6049</w:t>
        <w:br/>
        <w:t>vn -0.2984 -0.6955 0.6536</w:t>
        <w:br/>
        <w:t>vn -0.2802 0.1573 0.9470</w:t>
        <w:br/>
        <w:t>vn -0.1724 -0.3329 0.9270</w:t>
        <w:br/>
        <w:t>vn 0.1719 -0.3309 0.9279</w:t>
        <w:br/>
        <w:t>vn 0.2787 0.1613 0.9467</w:t>
        <w:br/>
        <w:t>vn 0.5764 -0.0258 -0.8167</w:t>
        <w:br/>
        <w:t>vn 0.5765 -0.0258 -0.8167</w:t>
        <w:br/>
        <w:t>vn 0.6796 0.1126 -0.7249</w:t>
        <w:br/>
        <w:t>vn 0.6795 0.1126 -0.7250</w:t>
        <w:br/>
        <w:t>vn 0.3993 -0.1980 -0.8952</w:t>
        <w:br/>
        <w:t>vn 0.6837 0.1326 -0.7176</w:t>
        <w:br/>
        <w:t>vn 0.3356 -0.2514 -0.9078</w:t>
        <w:br/>
        <w:t>vn 0.3359 -0.2513 -0.9078</w:t>
        <w:br/>
        <w:t>vn 0.5734 -0.0667 -0.8165</w:t>
        <w:br/>
        <w:t>vn 0.5734 -0.0667 -0.8166</w:t>
        <w:br/>
        <w:t>vn 0.3535 -0.1693 -0.9200</w:t>
        <w:br/>
        <w:t>vn 0.3536 -0.1693 -0.9200</w:t>
        <w:br/>
        <w:t>vn 0.1254 -0.2652 -0.9560</w:t>
        <w:br/>
        <w:t>vn 0.0045 -0.3036 -0.9528</w:t>
        <w:br/>
        <w:t>vn 0.6781 -0.0186 -0.7347</w:t>
        <w:br/>
        <w:t>vn -0.2892 0.5930 -0.7515</w:t>
        <w:br/>
        <w:t>vn -0.3396 0.5669 -0.7505</w:t>
        <w:br/>
        <w:t>vn -0.2357 0.7377 -0.6326</w:t>
        <w:br/>
        <w:t>vn -0.2403 0.6284 -0.7398</w:t>
        <w:br/>
        <w:t>vn -0.2220 0.6428 -0.7332</w:t>
        <w:br/>
        <w:t>vn -0.2492 0.7804 -0.5735</w:t>
        <w:br/>
        <w:t>vn -0.3107 0.6576 -0.6863</w:t>
        <w:br/>
        <w:t>vn -0.2887 0.7234 -0.6271</w:t>
        <w:br/>
        <w:t>vn -0.3142 0.7200 -0.6188</w:t>
        <w:br/>
        <w:t>vn -0.3567 0.7254 -0.5886</w:t>
        <w:br/>
        <w:t>vn -0.2441 0.6844 -0.6870</w:t>
        <w:br/>
        <w:t>vn -0.2305 0.5874 -0.7758</w:t>
        <w:br/>
        <w:t>vn -0.3024 0.3447 -0.8887</w:t>
        <w:br/>
        <w:t>vn -0.5337 0.4878 -0.6908</w:t>
        <w:br/>
        <w:t>vn -0.3680 0.7194 -0.5891</w:t>
        <w:br/>
        <w:t>vn -0.5934 0.4784 -0.6473</w:t>
        <w:br/>
        <w:t>vn -0.5934 0.4784 -0.6474</w:t>
        <w:br/>
        <w:t>vn -0.4331 0.5253 -0.7325</w:t>
        <w:br/>
        <w:t>vn -0.2896 0.7366 -0.6112</w:t>
        <w:br/>
        <w:t>vn -0.5221 0.4593 -0.7186</w:t>
        <w:br/>
        <w:t>vn -0.5656 0.4283 -0.7048</w:t>
        <w:br/>
        <w:t>vn -0.5185 0.3152 -0.7949</w:t>
        <w:br/>
        <w:t>vn -0.4920 0.3848 -0.7809</w:t>
        <w:br/>
        <w:t>vn -0.4702 0.2383 -0.8498</w:t>
        <w:br/>
        <w:t>vn -0.4703 0.2383 -0.8497</w:t>
        <w:br/>
        <w:t>vn -0.3566 0.2262 -0.9065</w:t>
        <w:br/>
        <w:t>vn -0.3566 0.2262 -0.9064</w:t>
        <w:br/>
        <w:t>vn -0.3765 0.1733 -0.9101</w:t>
        <w:br/>
        <w:t>vn 0.0109 0.9592 -0.2827</w:t>
        <w:br/>
        <w:t>vn 0.0108 0.9592 -0.2826</w:t>
        <w:br/>
        <w:t>vn -0.1331 0.9043 -0.4057</w:t>
        <w:br/>
        <w:t>vn -0.1332 0.9043 -0.4057</w:t>
        <w:br/>
        <w:t>vn -0.5619 0.8272 -0.0054</w:t>
        <w:br/>
        <w:t>vn -0.6544 0.7539 -0.0587</w:t>
        <w:br/>
        <w:t>vn -0.3794 0.7728 -0.5087</w:t>
        <w:br/>
        <w:t>vn -0.4570 0.4947 -0.7392</w:t>
        <w:br/>
        <w:t>vn -0.5219 0.3856 -0.7608</w:t>
        <w:br/>
        <w:t>vn -0.4929 0.4308 -0.7560</w:t>
        <w:br/>
        <w:t>vn -0.4973 0.1537 -0.8539</w:t>
        <w:br/>
        <w:t>vn -0.4972 0.1538 -0.8539</w:t>
        <w:br/>
        <w:t>vn -0.4960 0.1084 -0.8615</w:t>
        <w:br/>
        <w:t>vn -0.4960 0.1081 -0.8615</w:t>
        <w:br/>
        <w:t>vn -0.5300 0.2471 -0.8112</w:t>
        <w:br/>
        <w:t>vn -0.4999 0.1065 -0.8595</w:t>
        <w:br/>
        <w:t>vn -0.3395 0.7160 -0.6099</w:t>
        <w:br/>
        <w:t>vn -0.3972 0.7817 -0.4808</w:t>
        <w:br/>
        <w:t>vn -0.2318 0.7505 -0.6189</w:t>
        <w:br/>
        <w:t>vn -0.2318 0.7504 -0.6190</w:t>
        <w:br/>
        <w:t>vn -0.2653 0.8829 -0.3875</w:t>
        <w:br/>
        <w:t>vn -0.2851 0.7759 -0.5627</w:t>
        <w:br/>
        <w:t>vn -0.2850 0.7759 -0.5628</w:t>
        <w:br/>
        <w:t>vn -0.3191 0.7854 -0.5304</w:t>
        <w:br/>
        <w:t>vn -0.3267 0.7913 -0.5168</w:t>
        <w:br/>
        <w:t>vn -0.2884 0.2294 -0.9296</w:t>
        <w:br/>
        <w:t>vn -0.2222 0.7352 -0.6404</w:t>
        <w:br/>
        <w:t>vn 0.2892 0.5930 -0.7515</w:t>
        <w:br/>
        <w:t>vn 0.3396 0.5669 -0.7505</w:t>
        <w:br/>
        <w:t>vn 0.2357 0.7378 -0.6326</w:t>
        <w:br/>
        <w:t>vn 0.2403 0.6284 -0.7398</w:t>
        <w:br/>
        <w:t>vn 0.2493 0.7804 -0.5735</w:t>
        <w:br/>
        <w:t>vn 0.2220 0.6427 -0.7332</w:t>
        <w:br/>
        <w:t>vn 0.3106 0.6576 -0.6863</w:t>
        <w:br/>
        <w:t>vn 0.3568 0.7254 -0.5886</w:t>
        <w:br/>
        <w:t>vn 0.3141 0.7200 -0.6188</w:t>
        <w:br/>
        <w:t>vn 0.2887 0.7234 -0.6271</w:t>
        <w:br/>
        <w:t>vn 0.2441 0.6844 -0.6870</w:t>
        <w:br/>
        <w:t>vn 0.2304 0.5873 -0.7759</w:t>
        <w:br/>
        <w:t>vn 0.3024 0.3447 -0.8887</w:t>
        <w:br/>
        <w:t>vn 0.5337 0.4878 -0.6908</w:t>
        <w:br/>
        <w:t>vn 0.5934 0.4784 -0.6474</w:t>
        <w:br/>
        <w:t>vn 0.5934 0.4784 -0.6473</w:t>
        <w:br/>
        <w:t>vn 0.3680 0.7194 -0.5891</w:t>
        <w:br/>
        <w:t>vn 0.2896 0.7366 -0.6112</w:t>
        <w:br/>
        <w:t>vn 0.4330 0.5253 -0.7325</w:t>
        <w:br/>
        <w:t>vn 0.5221 0.4593 -0.7186</w:t>
        <w:br/>
        <w:t>vn 0.4920 0.3848 -0.7809</w:t>
        <w:br/>
        <w:t>vn 0.5185 0.3153 -0.7949</w:t>
        <w:br/>
        <w:t>vn 0.5656 0.4283 -0.7048</w:t>
        <w:br/>
        <w:t>vn 0.4703 0.2383 -0.8497</w:t>
        <w:br/>
        <w:t>vn 0.3567 0.2262 -0.9064</w:t>
        <w:br/>
        <w:t>vn 0.3766 0.1733 -0.9100</w:t>
        <w:br/>
        <w:t>vn -0.0108 0.9592 -0.2826</w:t>
        <w:br/>
        <w:t>vn -0.0109 0.9592 -0.2827</w:t>
        <w:br/>
        <w:t>vn 0.1332 0.9043 -0.4057</w:t>
        <w:br/>
        <w:t>vn 0.1331 0.9043 -0.4057</w:t>
        <w:br/>
        <w:t>vn 0.5619 0.8272 -0.0054</w:t>
        <w:br/>
        <w:t>vn 0.3794 0.7729 -0.5087</w:t>
        <w:br/>
        <w:t>vn 0.6545 0.7538 -0.0587</w:t>
        <w:br/>
        <w:t>vn 0.4571 0.4947 -0.7391</w:t>
        <w:br/>
        <w:t>vn 0.4929 0.4308 -0.7560</w:t>
        <w:br/>
        <w:t>vn 0.5220 0.3856 -0.7608</w:t>
        <w:br/>
        <w:t>vn 0.4973 0.1538 -0.8539</w:t>
        <w:br/>
        <w:t>vn 0.4960 0.1081 -0.8616</w:t>
        <w:br/>
        <w:t>vn 0.4959 0.1084 -0.8616</w:t>
        <w:br/>
        <w:t>vn 0.5299 0.2471 -0.8112</w:t>
        <w:br/>
        <w:t>vn 0.5300 0.2471 -0.8112</w:t>
        <w:br/>
        <w:t>vn 0.4999 0.1065 -0.8595</w:t>
        <w:br/>
        <w:t>vn 0.3394 0.7161 -0.6100</w:t>
        <w:br/>
        <w:t>vn 0.3973 0.7817 -0.4807</w:t>
        <w:br/>
        <w:t>vn 0.2318 0.7505 -0.6189</w:t>
        <w:br/>
        <w:t>vn 0.2653 0.8829 -0.3874</w:t>
        <w:br/>
        <w:t>vn 0.2850 0.7759 -0.5628</w:t>
        <w:br/>
        <w:t>vn 0.2850 0.7759 -0.5629</w:t>
        <w:br/>
        <w:t>vn 0.3191 0.7854 -0.5303</w:t>
        <w:br/>
        <w:t>vn 0.3267 0.7913 -0.5168</w:t>
        <w:br/>
        <w:t>vn 0.3191 0.7854 -0.5304</w:t>
        <w:br/>
        <w:t>vn 0.2884 0.2293 -0.9296</w:t>
        <w:br/>
        <w:t>vn -0.8312 -0.3950 -0.3912</w:t>
        <w:br/>
        <w:t>vn -0.8530 -0.4036 -0.3307</w:t>
        <w:br/>
        <w:t>vn -0.8530 -0.4036 -0.3308</w:t>
        <w:br/>
        <w:t>vn -0.8289 -0.3990 -0.3921</w:t>
        <w:br/>
        <w:t>vn -0.2123 0.9756 0.0565</w:t>
        <w:br/>
        <w:t>vn -0.2123 0.9756 0.0566</w:t>
        <w:br/>
        <w:t>vn -0.0389 0.9943 -0.0997</w:t>
        <w:br/>
        <w:t>vn -0.0388 0.9943 -0.0997</w:t>
        <w:br/>
        <w:t>vn -0.3342 0.9246 -0.1828</w:t>
        <w:br/>
        <w:t>vn -0.3342 0.9246 -0.1827</w:t>
        <w:br/>
        <w:t>vn -0.6233 0.7401 0.2524</w:t>
        <w:br/>
        <w:t>vn -0.4794 -0.8275 -0.2924</w:t>
        <w:br/>
        <w:t>vn -0.4388 -0.8218 -0.3635</w:t>
        <w:br/>
        <w:t>vn -0.1141 0.9051 -0.4096</w:t>
        <w:br/>
        <w:t>vn -0.1142 0.9051 -0.4096</w:t>
        <w:br/>
        <w:t>vn 0.0420 0.8557 -0.5158</w:t>
        <w:br/>
        <w:t>vn -0.5990 -0.7832 -0.1667</w:t>
        <w:br/>
        <w:t>vn -0.5990 -0.7832 -0.1666</w:t>
        <w:br/>
        <w:t>vn -0.6744 -0.7298 -0.1121</w:t>
        <w:br/>
        <w:t>vn -0.8524 -0.4186 -0.3134</w:t>
        <w:br/>
        <w:t>vn 0.0705 0.9834 -0.1672</w:t>
        <w:br/>
        <w:t>vn -0.4211 0.5875 0.6910</w:t>
        <w:br/>
        <w:t>vn -0.4687 0.7027 0.5353</w:t>
        <w:br/>
        <w:t>vn -0.8159 -0.4038 -0.4138</w:t>
        <w:br/>
        <w:t>vn -0.8242 -0.4068 -0.3939</w:t>
        <w:br/>
        <w:t>vn 0.2222 0.7352 -0.6404</w:t>
        <w:br/>
        <w:t>vn 0.1969 -0.2605 -0.9452</w:t>
        <w:br/>
        <w:t>vn 0.1741 -0.2558 -0.9509</w:t>
        <w:br/>
        <w:t>vn 0.1516 -0.2188 -0.9639</w:t>
        <w:br/>
        <w:t>vn 0.1938 -0.1495 -0.9696</w:t>
        <w:br/>
        <w:t>vn 0.2581 -0.1064 -0.9602</w:t>
        <w:br/>
        <w:t>vn 0.1937 -0.1495 -0.9696</w:t>
        <w:br/>
        <w:t>vn 0.2806 -0.1006 -0.9545</w:t>
        <w:br/>
        <w:t>vn -0.6796 0.1126 -0.7249</w:t>
        <w:br/>
        <w:t>vn -0.5765 -0.0258 -0.8167</w:t>
        <w:br/>
        <w:t>vn -0.6795 0.1126 -0.7249</w:t>
        <w:br/>
        <w:t>vn -0.3995 -0.1980 -0.8951</w:t>
        <w:br/>
        <w:t>vn -0.3996 -0.1980 -0.8950</w:t>
        <w:br/>
        <w:t>vn -0.6836 0.1327 -0.7177</w:t>
        <w:br/>
        <w:t>vn -0.3362 -0.2513 -0.9076</w:t>
        <w:br/>
        <w:t>vn -0.3360 -0.2514 -0.9077</w:t>
        <w:br/>
        <w:t>vn -0.5736 -0.0667 -0.8164</w:t>
        <w:br/>
        <w:t>vn -0.3536 -0.1694 -0.9199</w:t>
        <w:br/>
        <w:t>vn -0.3535 -0.1694 -0.9200</w:t>
        <w:br/>
        <w:t>vn -0.1253 -0.2647 -0.9561</w:t>
        <w:br/>
        <w:t>vn -0.1254 -0.2652 -0.9560</w:t>
        <w:br/>
        <w:t>vn -0.0046 -0.3035 -0.9528</w:t>
        <w:br/>
        <w:t>vn -0.6784 -0.0186 -0.7345</w:t>
        <w:br/>
        <w:t>vn -0.4894 0.2759 0.8273</w:t>
        <w:br/>
        <w:t>vn -0.4253 0.2332 0.8745</w:t>
        <w:br/>
        <w:t>vn -0.6880 0.3764 0.6205</w:t>
        <w:br/>
        <w:t>vn -0.6187 0.3812 0.6869</w:t>
        <w:br/>
        <w:t>vn -0.6879 0.3764 0.6205</w:t>
        <w:br/>
        <w:t>vn -0.7508 0.4292 0.5021</w:t>
        <w:br/>
        <w:t>vn -0.7620 0.4676 0.4481</w:t>
        <w:br/>
        <w:t>vn -0.5769 0.3593 0.7335</w:t>
        <w:br/>
        <w:t>vn -0.5769 0.3594 0.7335</w:t>
        <w:br/>
        <w:t>vn -0.6923 0.0968 0.7151</w:t>
        <w:br/>
        <w:t>vn -0.7528 -0.0037 0.6582</w:t>
        <w:br/>
        <w:t>vn -0.6924 0.0968 0.7150</w:t>
        <w:br/>
        <w:t>vn -0.6318 0.1973 0.7496</w:t>
        <w:br/>
        <w:t>vn -0.7630 -0.0022 0.6464</w:t>
        <w:br/>
        <w:t>vn -0.1969 -0.2605 -0.9452</w:t>
        <w:br/>
        <w:t>vn -0.1741 -0.2558 -0.9509</w:t>
        <w:br/>
        <w:t>vn -0.1516 -0.2189 -0.9639</w:t>
        <w:br/>
        <w:t>vn -0.1517 -0.2189 -0.9639</w:t>
        <w:br/>
        <w:t>vn -0.1938 -0.1495 -0.9696</w:t>
        <w:br/>
        <w:t>vn -0.1937 -0.1495 -0.9696</w:t>
        <w:br/>
        <w:t>vn -0.2581 -0.1064 -0.9602</w:t>
        <w:br/>
        <w:t>vn -0.2806 -0.1006 -0.9545</w:t>
        <w:br/>
        <w:t>vn 0.2486 -0.6171 0.7466</w:t>
        <w:br/>
        <w:t>vn 0.2662 -0.6347 0.7254</w:t>
        <w:br/>
        <w:t>vn 0.2407 -0.5821 0.7767</w:t>
        <w:br/>
        <w:t>vn 0.2555 -0.6251 0.7375</w:t>
        <w:br/>
        <w:t>vn 0.2330 -0.5814 0.7796</w:t>
        <w:br/>
        <w:t>vn 0.2330 -0.5814 0.7795</w:t>
        <w:br/>
        <w:t>vn 0.3007 -0.7374 0.6048</w:t>
        <w:br/>
        <w:t>vn 0.2983 -0.6956 0.6536</w:t>
        <w:br/>
        <w:t>vn 0.3210 -0.8267 0.4620</w:t>
        <w:br/>
        <w:t>vn 0.3209 -0.8267 0.4621</w:t>
        <w:br/>
        <w:t>vn 0.3208 -0.7999 0.5073</w:t>
        <w:br/>
        <w:t>vn 0.3208 -0.7999 0.5072</w:t>
        <w:br/>
        <w:t>vn 0.3350 -0.8007 0.4967</w:t>
        <w:br/>
        <w:t>vn 0.3351 -0.8007 0.4967</w:t>
        <w:br/>
        <w:t>vn 0.3157 -0.8659 0.3879</w:t>
        <w:br/>
        <w:t>vn 0.3173 -0.8740 0.3679</w:t>
        <w:br/>
        <w:t>vn 0.3094 -0.8869 0.3430</w:t>
        <w:br/>
        <w:t>vn 0.3444 -0.8320 0.4349</w:t>
        <w:br/>
        <w:t>vn 0.3445 -0.8320 0.4349</w:t>
        <w:br/>
        <w:t>vn 0.4977 -0.8045 0.3242</w:t>
        <w:br/>
        <w:t>vn 0.4612 -0.8116 0.3586</w:t>
        <w:br/>
        <w:t>vn 0.3192 -0.8894 0.3272</w:t>
        <w:br/>
        <w:t>vn 0.3184 -0.8897 0.3271</w:t>
        <w:br/>
        <w:t>vn 0.4062 0.8878 0.2164</w:t>
        <w:br/>
        <w:t>vn 0.4145 0.8914 0.1831</w:t>
        <w:br/>
        <w:t>vn 0.4063 0.8878 0.2164</w:t>
        <w:br/>
        <w:t>vn 0.3615 0.8821 0.3021</w:t>
        <w:br/>
        <w:t>vn 0.2856 0.8855 0.3664</w:t>
        <w:br/>
        <w:t>vn 0.2856 0.8856 0.3664</w:t>
        <w:br/>
        <w:t>vn 0.2043 0.8804 0.4279</w:t>
        <w:br/>
        <w:t>vn 0.0972 0.8385 0.5362</w:t>
        <w:br/>
        <w:t>vn -0.0619 0.8119 0.5805</w:t>
        <w:br/>
        <w:t>vn -0.2788 0.7704 0.5735</w:t>
        <w:br/>
        <w:t>vn -0.2788 0.7704 0.5734</w:t>
        <w:br/>
        <w:t>vn -0.4431 0.6630 0.6034</w:t>
        <w:br/>
        <w:t>vn -0.4431 0.6630 0.6035</w:t>
        <w:br/>
        <w:t>vn -0.4870 0.6060 0.6290</w:t>
        <w:br/>
        <w:t>vn 0.3739 -0.8301 0.4138</w:t>
        <w:br/>
        <w:t>vn -0.3210 -0.8267 0.4621</w:t>
        <w:br/>
        <w:t>vn -0.3208 -0.7999 0.5072</w:t>
        <w:br/>
        <w:t>vn -0.3209 -0.8267 0.4621</w:t>
        <w:br/>
        <w:t>vn -0.3351 -0.8007 0.4967</w:t>
        <w:br/>
        <w:t>vn -0.3157 -0.8659 0.3879</w:t>
        <w:br/>
        <w:t>vn -0.3094 -0.8869 0.3430</w:t>
        <w:br/>
        <w:t>vn -0.3173 -0.8740 0.3680</w:t>
        <w:br/>
        <w:t>vn -0.3444 -0.8320 0.4349</w:t>
        <w:br/>
        <w:t>vn -0.4931 -0.8001 0.3415</w:t>
        <w:br/>
        <w:t>vn -0.4587 -0.8092 0.3671</w:t>
        <w:br/>
        <w:t>vn -0.3192 -0.8894 0.3272</w:t>
        <w:br/>
        <w:t>vn -0.3184 -0.8898 0.3268</w:t>
        <w:br/>
        <w:t>vn -0.4101 0.8882 0.2072</w:t>
        <w:br/>
        <w:t>vn -0.4101 0.8882 0.2071</w:t>
        <w:br/>
        <w:t>vn -0.4217 0.8917 0.1645</w:t>
        <w:br/>
        <w:t>vn -0.3614 0.8821 0.3021</w:t>
        <w:br/>
        <w:t>vn -0.2856 0.8856 0.3663</w:t>
        <w:br/>
        <w:t>vn -0.3614 0.8821 0.3022</w:t>
        <w:br/>
        <w:t>vn -0.2043 0.8804 0.4279</w:t>
        <w:br/>
        <w:t>vn -0.0972 0.8385 0.5362</w:t>
        <w:br/>
        <w:t>vn 0.0619 0.8119 0.5805</w:t>
        <w:br/>
        <w:t>vn 0.2788 0.7704 0.5734</w:t>
        <w:br/>
        <w:t>vn 0.2788 0.7704 0.5735</w:t>
        <w:br/>
        <w:t>vn 0.4430 0.6630 0.6035</w:t>
        <w:br/>
        <w:t>vn 0.4430 0.6629 0.6036</w:t>
        <w:br/>
        <w:t>vn 0.4869 0.6058 0.6292</w:t>
        <w:br/>
        <w:t>vn -0.3738 -0.8301 0.4138</w:t>
        <w:br/>
        <w:t>vn -0.3738 -0.8301 0.4137</w:t>
        <w:br/>
        <w:t>vn -0.5812 -0.3170 0.7495</w:t>
        <w:br/>
        <w:t>vn -0.3038 -0.4264 0.8520</w:t>
        <w:br/>
        <w:t>vn -0.2803 -0.4193 0.8635</w:t>
        <w:br/>
        <w:t>vn -0.2803 -0.4194 0.8635</w:t>
        <w:br/>
        <w:t>vn -0.2491 -0.2428 0.9375</w:t>
        <w:br/>
        <w:t>vn -0.2696 -0.3681 0.8898</w:t>
        <w:br/>
        <w:t>vn -0.2328 -0.2577 0.9377</w:t>
        <w:br/>
        <w:t>vn -0.3079 -0.0792 0.9481</w:t>
        <w:br/>
        <w:t>vn -0.2661 -0.0942 0.9593</w:t>
        <w:br/>
        <w:t>vn -0.1052 -0.4052 0.9081</w:t>
        <w:br/>
        <w:t>vn -0.1582 -0.4010 0.9023</w:t>
        <w:br/>
        <w:t>vn -0.2409 -0.2972 0.9239</w:t>
        <w:br/>
        <w:t>vn -0.1493 -0.3758 0.9146</w:t>
        <w:br/>
        <w:t>vn -0.2693 -0.0958 0.9583</w:t>
        <w:br/>
        <w:t>vn -0.2616 -0.0930 0.9607</w:t>
        <w:br/>
        <w:t>vn -0.2248 -0.4037 0.8869</w:t>
        <w:br/>
        <w:t>vn -0.2665 -0.0997 0.9587</w:t>
        <w:br/>
        <w:t>vn -0.7277 0.5661 0.3873</w:t>
        <w:br/>
        <w:t>vn -0.9229 0.1987 0.3298</w:t>
        <w:br/>
        <w:t>vn -0.8572 0.3872 0.3395</w:t>
        <w:br/>
        <w:t>vn 0.1343 0.8445 0.5185</w:t>
        <w:br/>
        <w:t>vn -0.3210 0.8275 0.4607</w:t>
        <w:br/>
        <w:t>vn 0.4941 0.6311 0.5980</w:t>
        <w:br/>
        <w:t>vn 0.4941 0.6311 0.5979</w:t>
        <w:br/>
        <w:t>vn 0.7025 0.3374 0.6266</w:t>
        <w:br/>
        <w:t>vn 0.7750 0.1095 0.6225</w:t>
        <w:br/>
        <w:t>vn 0.7125 -0.4464 0.5413</w:t>
        <w:br/>
        <w:t>vn 0.5257 -0.7023 0.4800</w:t>
        <w:br/>
        <w:t>vn 0.1714 -0.9179 0.3579</w:t>
        <w:br/>
        <w:t>vn -0.1878 -0.9412 0.2807</w:t>
        <w:br/>
        <w:t>vn -0.5182 -0.8144 0.2613</w:t>
        <w:br/>
        <w:t>vn -0.5182 -0.8144 0.2612</w:t>
        <w:br/>
        <w:t>vn -0.5862 -0.4201 0.6927</w:t>
        <w:br/>
        <w:t>vn -0.7334 -0.6309 0.2532</w:t>
        <w:br/>
        <w:t>vn -0.9498 -0.0401 0.3103</w:t>
        <w:br/>
        <w:t>vn -0.9422 -0.1371 0.3058</w:t>
        <w:br/>
        <w:t>vn -0.6683 -0.2243 0.7093</w:t>
        <w:br/>
        <w:t>vn -0.6932 -0.2313 0.6826</w:t>
        <w:br/>
        <w:t>vn -0.9229 0.1988 0.3297</w:t>
        <w:br/>
        <w:t>vn -0.6538 -0.2643 0.7090</w:t>
        <w:br/>
        <w:t>vn -0.6209 -0.3517 0.7006</w:t>
        <w:br/>
        <w:t>vn -0.2454 -0.1353 0.9599</w:t>
        <w:br/>
        <w:t>vn -0.2352 -0.1688 0.9572</w:t>
        <w:br/>
        <w:t>vn -0.2824 -0.2096 0.9361</w:t>
        <w:br/>
        <w:t>vn -0.2777 -0.1324 0.9515</w:t>
        <w:br/>
        <w:t>vn 0.7854 -0.0808 0.6137</w:t>
        <w:br/>
        <w:t>vn 0.7696 -0.2632 0.5818</w:t>
        <w:br/>
        <w:t>vn -0.9136 -0.2937 0.2813</w:t>
        <w:br/>
        <w:t>vn -0.8396 -0.4779 0.2581</w:t>
        <w:br/>
        <w:t>vn -0.2910 -0.1007 0.9514</w:t>
        <w:br/>
        <w:t>vn -0.2615 -0.0929 0.9607</w:t>
        <w:br/>
        <w:t>vn 0.2803 -0.4193 0.8635</w:t>
        <w:br/>
        <w:t>vn 0.3038 -0.4264 0.8520</w:t>
        <w:br/>
        <w:t>vn 0.5812 -0.3170 0.7495</w:t>
        <w:br/>
        <w:t>vn 0.2803 -0.4194 0.8635</w:t>
        <w:br/>
        <w:t>vn 0.2493 -0.2428 0.9375</w:t>
        <w:br/>
        <w:t>vn 0.2328 -0.2577 0.9378</w:t>
        <w:br/>
        <w:t>vn 0.2698 -0.3677 0.8899</w:t>
        <w:br/>
        <w:t>vn 0.2663 -0.0944 0.9593</w:t>
        <w:br/>
        <w:t>vn 0.3080 -0.0793 0.9481</w:t>
        <w:br/>
        <w:t>vn 0.1596 -0.4010 0.9020</w:t>
        <w:br/>
        <w:t>vn 0.1052 -0.4052 0.9082</w:t>
        <w:br/>
        <w:t>vn 0.1493 -0.3758 0.9146</w:t>
        <w:br/>
        <w:t>vn 0.2408 -0.2972 0.9239</w:t>
        <w:br/>
        <w:t>vn 0.2616 -0.0930 0.9607</w:t>
        <w:br/>
        <w:t>vn 0.2693 -0.0958 0.9583</w:t>
        <w:br/>
        <w:t>vn 0.2260 -0.4037 0.8865</w:t>
        <w:br/>
        <w:t>vn 0.2665 -0.0997 0.9587</w:t>
        <w:br/>
        <w:t>vn 0.7277 0.5661 0.3873</w:t>
        <w:br/>
        <w:t>vn 0.8572 0.3872 0.3396</w:t>
        <w:br/>
        <w:t>vn 0.9229 0.1988 0.3298</w:t>
        <w:br/>
        <w:t>vn -0.1343 0.8445 0.5184</w:t>
        <w:br/>
        <w:t>vn 0.3210 0.8274 0.4608</w:t>
        <w:br/>
        <w:t>vn 0.3210 0.8275 0.4607</w:t>
        <w:br/>
        <w:t>vn -0.4940 0.6311 0.5980</w:t>
        <w:br/>
        <w:t>vn -0.4941 0.6311 0.5980</w:t>
        <w:br/>
        <w:t>vn -0.7025 0.3374 0.6266</w:t>
        <w:br/>
        <w:t>vn -0.7750 0.1095 0.6224</w:t>
        <w:br/>
        <w:t>vn -0.7125 -0.4464 0.5413</w:t>
        <w:br/>
        <w:t>vn -0.5257 -0.7022 0.4801</w:t>
        <w:br/>
        <w:t>vn -0.1714 -0.9179 0.3579</w:t>
        <w:br/>
        <w:t>vn 0.1877 -0.9412 0.2808</w:t>
        <w:br/>
        <w:t>vn 0.5182 -0.8144 0.2611</w:t>
        <w:br/>
        <w:t>vn 0.5182 -0.8144 0.2612</w:t>
        <w:br/>
        <w:t>vn 0.6746 -0.4987 0.5443</w:t>
        <w:br/>
        <w:t>vn 0.7334 -0.6309 0.2532</w:t>
        <w:br/>
        <w:t>vn 0.9498 -0.0401 0.3103</w:t>
        <w:br/>
        <w:t>vn 0.6932 -0.2313 0.6826</w:t>
        <w:br/>
        <w:t>vn 0.6683 -0.2242 0.7093</w:t>
        <w:br/>
        <w:t>vn 0.9422 -0.1371 0.3058</w:t>
        <w:br/>
        <w:t>vn 0.9229 0.1988 0.3297</w:t>
        <w:br/>
        <w:t>vn 0.6538 -0.2643 0.7090</w:t>
        <w:br/>
        <w:t>vn 0.2353 -0.1688 0.9571</w:t>
        <w:br/>
        <w:t>vn 0.2455 -0.1354 0.9599</w:t>
        <w:br/>
        <w:t>vn 0.6209 -0.3518 0.7005</w:t>
        <w:br/>
        <w:t>vn 0.2777 -0.1324 0.9515</w:t>
        <w:br/>
        <w:t>vn 0.2824 -0.2095 0.9361</w:t>
        <w:br/>
        <w:t>vn 0.2824 -0.2096 0.9361</w:t>
        <w:br/>
        <w:t>vn -0.7854 -0.0808 0.6137</w:t>
        <w:br/>
        <w:t>vn -0.7696 -0.2632 0.5818</w:t>
        <w:br/>
        <w:t>vn -0.7696 -0.2631 0.5818</w:t>
        <w:br/>
        <w:t>vn 0.8396 -0.4779 0.2581</w:t>
        <w:br/>
        <w:t>vn 0.9136 -0.2937 0.2813</w:t>
        <w:br/>
        <w:t>vn 0.2910 -0.1007 0.9514</w:t>
        <w:br/>
        <w:t>vn 0.2409 -0.2972 0.9239</w:t>
        <w:br/>
        <w:t>vn 0.2615 -0.0929 0.9607</w:t>
        <w:br/>
        <w:t>vn -0.3065 -0.0802 0.9485</w:t>
        <w:br/>
        <w:t>vn -0.2671 -0.0943 0.9591</w:t>
        <w:br/>
        <w:t>vn -0.1590 -0.4011 0.9021</w:t>
        <w:br/>
        <w:t>vn -0.2694 -0.0958 0.9583</w:t>
        <w:br/>
        <w:t>vn -0.2252 -0.4036 0.8868</w:t>
        <w:br/>
        <w:t>vn -0.2664 -0.0996 0.9587</w:t>
        <w:br/>
        <w:t>vn 0.3066 -0.0807 0.9484</w:t>
        <w:br/>
        <w:t>vn 0.2671 -0.0947 0.9590</w:t>
        <w:br/>
        <w:t>vn 0.1052 -0.4052 0.9081</w:t>
        <w:br/>
        <w:t>vn 0.1597 -0.4010 0.9020</w:t>
        <w:br/>
        <w:t>vn 0.2258 -0.4037 0.8866</w:t>
        <w:br/>
        <w:t>vn 0.2666 -0.0997 0.9586</w:t>
        <w:br/>
        <w:t>vn 0.2443 -0.1350 0.9602</w:t>
        <w:br/>
        <w:t>vn 0.6746 -0.4986 0.5444</w:t>
        <w:br/>
        <w:t>vn -0.2893 -0.4040 0.8678</w:t>
        <w:br/>
        <w:t>vn -0.2896 -0.4054 0.8671</w:t>
        <w:br/>
        <w:t>vn -0.2896 -0.4044 0.8675</w:t>
        <w:br/>
        <w:t>vn -0.2894 -0.4043 0.8676</w:t>
        <w:br/>
        <w:t>vn -0.2887 -0.4047 0.8677</w:t>
        <w:br/>
        <w:t>vn -0.2891 -0.4046 0.8676</w:t>
        <w:br/>
        <w:t>vn -0.2890 -0.4047 0.8676</w:t>
        <w:br/>
        <w:t>vn -0.2886 -0.4049 0.8677</w:t>
        <w:br/>
        <w:t>vn -0.2884 -0.4050 0.8676</w:t>
        <w:br/>
        <w:t>vn -0.2886 -0.4050 0.8675</w:t>
        <w:br/>
        <w:t>vn -0.2889 -0.4053 0.8673</w:t>
        <w:br/>
        <w:t>vn -0.2894 -0.4066 0.8666</w:t>
        <w:br/>
        <w:t>vn -0.2894 -0.4077 0.8660</w:t>
        <w:br/>
        <w:t>vn -0.2901 -0.4079 0.8657</w:t>
        <w:br/>
        <w:t>vn -0.2904 -0.4067 0.8662</w:t>
        <w:br/>
        <w:t>vn -0.2909 -0.4060 0.8663</w:t>
        <w:br/>
        <w:t>vn -0.2917 -0.4056 0.8662</w:t>
        <w:br/>
        <w:t>vn -0.2924 -0.4054 0.8661</w:t>
        <w:br/>
        <w:t>vn -0.2909 -0.4050 0.8668</w:t>
        <w:br/>
        <w:t>vn 0.1902 -0.3750 0.9073</w:t>
        <w:br/>
        <w:t>vn 0.1917 -0.3739 0.9074</w:t>
        <w:br/>
        <w:t>vn 0.1941 -0.3733 0.9072</w:t>
        <w:br/>
        <w:t>vn 0.1909 -0.3751 0.9071</w:t>
        <w:br/>
        <w:t>vn 0.1919 -0.3752 0.9069</w:t>
        <w:br/>
        <w:t>vn 0.1920 -0.3751 0.9069</w:t>
        <w:br/>
        <w:t>vn 0.1917 -0.3750 0.9070</w:t>
        <w:br/>
        <w:t>vn 0.1920 -0.3754 0.9068</w:t>
        <w:br/>
        <w:t>vn 0.1920 -0.3757 0.9066</w:t>
        <w:br/>
        <w:t>vn 0.1919 -0.3759 0.9066</w:t>
        <w:br/>
        <w:t>vn 0.1934 -0.3748 0.9067</w:t>
        <w:br/>
        <w:t>vn 0.1962 -0.3735 0.9066</w:t>
        <w:br/>
        <w:t>vn 0.1986 -0.3731 0.9063</w:t>
        <w:br/>
        <w:t>vn 0.1989 -0.3729 0.9063</w:t>
        <w:br/>
        <w:t>vn 0.1975 -0.3721 0.9069</w:t>
        <w:br/>
        <w:t>vn 0.1955 -0.3703 0.9081</w:t>
        <w:br/>
        <w:t>vn 0.1949 -0.3692 0.9087</w:t>
        <w:br/>
        <w:t>vn 0.1947 -0.3691 0.9088</w:t>
        <w:br/>
        <w:t>vn 0.1941 -0.3710 0.9081</w:t>
        <w:br/>
        <w:t>vn 0.2766 0.8658 -0.4171</w:t>
        <w:br/>
        <w:t>vn 0.2233 0.6620 -0.7155</w:t>
        <w:br/>
        <w:t>vn 0.1255 0.6266 -0.7692</w:t>
        <w:br/>
        <w:t>vn 0.1881 0.8906 -0.4140</w:t>
        <w:br/>
        <w:t>vn 0.1877 0.9055 0.3805</w:t>
        <w:br/>
        <w:t>vn 0.2749 0.8787 0.3904</w:t>
        <w:br/>
        <w:t>vn 0.2940 0.9552 -0.0342</w:t>
        <w:br/>
        <w:t>vn 0.1965 0.9801 -0.0295</w:t>
        <w:br/>
        <w:t>vn 0.3315 0.4240 0.8428</w:t>
        <w:br/>
        <w:t>vn 0.4617 0.1176 0.8792</w:t>
        <w:br/>
        <w:t>vn 0.3919 0.1107 0.9133</w:t>
        <w:br/>
        <w:t>vn 0.3393 0.3975 0.8526</w:t>
        <w:br/>
        <w:t>vn 0.2232 0.7192 0.6579</w:t>
        <w:br/>
        <w:t>vn 0.2888 0.6901 0.6636</w:t>
        <w:br/>
        <w:t>vn 0.1787 0.3548 -0.9177</w:t>
        <w:br/>
        <w:t>vn 0.1127 0.3736 -0.9207</w:t>
        <w:br/>
        <w:t>vn 0.0808 0.3817 -0.9207</w:t>
        <w:br/>
        <w:t>vn 0.1517 0.7697 0.6202</w:t>
        <w:br/>
        <w:t>vn 0.1417 0.7603 0.6339</w:t>
        <w:br/>
        <w:t>vn 0.2501 0.7375 0.6273</w:t>
        <w:br/>
        <w:t>vn 0.2652 0.8106 0.5221</w:t>
        <w:br/>
        <w:t>vn -0.0903 0.7744 0.6262</w:t>
        <w:br/>
        <w:t>vn -0.0514 0.6168 0.7855</w:t>
        <w:br/>
        <w:t>vn 0.1184 0.6095 0.7839</w:t>
        <w:br/>
        <w:t>vn 0.0434 0.7774 0.6276</w:t>
        <w:br/>
        <w:t>vn 0.0977 0.7743 0.6252</w:t>
        <w:br/>
        <w:t>vn 0.2620 0.5696 0.7791</w:t>
        <w:br/>
        <w:t>vn -0.1201 0.7546 0.6451</w:t>
        <w:br/>
        <w:t>vn 0.0698 0.7606 0.6455</w:t>
        <w:br/>
        <w:t>vn -0.1687 0.6973 0.6967</w:t>
        <w:br/>
        <w:t>vn -0.1858 0.7474 0.6378</w:t>
        <w:br/>
        <w:t>vn 0.1671 0.0561 -0.9843</w:t>
        <w:br/>
        <w:t>vn 0.1531 0.0749 -0.9854</w:t>
        <w:br/>
        <w:t>vn 0.1997 0.0177 -0.9797</w:t>
        <w:br/>
        <w:t>vn 0.0000 0.6516 0.7586</w:t>
        <w:br/>
        <w:t>vn 0.0000 0.7380 0.6748</w:t>
        <w:br/>
        <w:t>vn 0.0000 0.6176 0.7865</w:t>
        <w:br/>
        <w:t>vn 0.0896 0.4098 0.9078</w:t>
        <w:br/>
        <w:t>vn 0.0000 0.3020 0.9533</w:t>
        <w:br/>
        <w:t>vn 0.2630 0.5070 0.8208</w:t>
        <w:br/>
        <w:t>vn 0.0974 0.7583 0.6446</w:t>
        <w:br/>
        <w:t>vn 0.1775 0.6489 0.7399</w:t>
        <w:br/>
        <w:t>vn 0.3970 0.6435 0.6545</w:t>
        <w:br/>
        <w:t>vn 0.2821 0.7447 0.6049</w:t>
        <w:br/>
        <w:t>vn 0.2491 -0.1320 -0.9594</w:t>
        <w:br/>
        <w:t>vn 0.4161 -0.2833 -0.8641</w:t>
        <w:br/>
        <w:t>vn 0.2274 -0.4456 -0.8659</w:t>
        <w:br/>
        <w:t>vn 0.9564 -0.1313 0.2608</w:t>
        <w:br/>
        <w:t>vn 0.9778 0.0037 0.2093</w:t>
        <w:br/>
        <w:t>vn 0.9933 -0.0963 0.0632</w:t>
        <w:br/>
        <w:t>vn 0.9854 -0.1566 0.0666</w:t>
        <w:br/>
        <w:t>vn 0.9376 -0.2482 -0.2436</w:t>
        <w:br/>
        <w:t>vn 0.9355 -0.2524 -0.2474</w:t>
        <w:br/>
        <w:t>vn 0.9854 -0.1567 0.0666</w:t>
        <w:br/>
        <w:t>vn 0.9934 -0.0963 0.0631</w:t>
        <w:br/>
        <w:t>vn 0.2264 -0.6993 0.6780</w:t>
        <w:br/>
        <w:t>vn 0.5054 -0.0011 0.8629</w:t>
        <w:br/>
        <w:t>vn -0.0031 -0.7727 0.6348</w:t>
        <w:br/>
        <w:t>vn 0.7997 -0.0748 0.5957</w:t>
        <w:br/>
        <w:t>vn 0.9224 -0.0697 0.3799</w:t>
        <w:br/>
        <w:t>vn 0.7495 -0.3679 0.5504</w:t>
        <w:br/>
        <w:t>vn 0.7554 -0.5264 0.3901</w:t>
        <w:br/>
        <w:t>vn 0.8353 -0.5450 0.0721</w:t>
        <w:br/>
        <w:t>vn 0.9547 0.0733 0.2885</w:t>
        <w:br/>
        <w:t>vn 0.7787 -0.4970 -0.3830</w:t>
        <w:br/>
        <w:t>vn 0.8611 -0.2788 -0.4251</w:t>
        <w:br/>
        <w:t>vn 0.8380 -0.0679 -0.5414</w:t>
        <w:br/>
        <w:t>vn 0.3265 0.3781 0.8663</w:t>
        <w:br/>
        <w:t>vn 0.2490 0.0951 0.9638</w:t>
        <w:br/>
        <w:t>vn 0.1656 0.0507 0.9849</w:t>
        <w:br/>
        <w:t>vn 0.3420 0.3737 0.8622</w:t>
        <w:br/>
        <w:t>vn -0.2035 -0.8507 0.4847</w:t>
        <w:br/>
        <w:t>vn 0.2936 -0.8406 0.4552</w:t>
        <w:br/>
        <w:t>vn 0.3344 -0.9407 0.0576</w:t>
        <w:br/>
        <w:t>vn -0.2146 -0.9762 0.0308</w:t>
        <w:br/>
        <w:t>vn 0.2306 -0.7153 0.6597</w:t>
        <w:br/>
        <w:t>vn 0.2710 -0.3782 0.8852</w:t>
        <w:br/>
        <w:t>vn -0.1092 -0.4889 0.8655</w:t>
        <w:br/>
        <w:t>vn -0.2148 -0.9762 0.0308</w:t>
        <w:br/>
        <w:t>vn 0.3343 -0.9407 0.0576</w:t>
        <w:br/>
        <w:t>vn 0.2618 -0.8525 -0.4525</w:t>
        <w:br/>
        <w:t>vn -0.1559 -0.8253 -0.5428</w:t>
        <w:br/>
        <w:t>vn 0.0729 -0.4883 -0.8696</w:t>
        <w:br/>
        <w:t>vn -0.1241 -0.4490 -0.8849</w:t>
        <w:br/>
        <w:t>vn -0.4670 -0.7413 -0.4820</w:t>
        <w:br/>
        <w:t>vn -0.2528 -0.3818 -0.8890</w:t>
        <w:br/>
        <w:t>vn -0.5212 -0.8534 0.0028</w:t>
        <w:br/>
        <w:t>vn -0.4881 -0.7684 0.4139</w:t>
        <w:br/>
        <w:t>vn 0.1258 0.0490 0.9908</w:t>
        <w:br/>
        <w:t>vn -0.2379 -0.4164 0.8775</w:t>
        <w:br/>
        <w:t>vn -0.5818 -0.7051 0.4055</w:t>
        <w:br/>
        <w:t>vn -0.2864 -0.3875 0.8762</w:t>
        <w:br/>
        <w:t>vn 0.3454 0.6191 -0.7053</w:t>
        <w:br/>
        <w:t>vn 0.2265 0.3441 -0.9112</w:t>
        <w:br/>
        <w:t>vn 0.1605 -0.0301 -0.9866</w:t>
        <w:br/>
        <w:t>vn 0.2771 0.3403 -0.8986</w:t>
        <w:br/>
        <w:t>vn 0.0663 -0.0304 -0.9973</w:t>
        <w:br/>
        <w:t>vn 0.0487 -0.0065 -0.9988</w:t>
        <w:br/>
        <w:t>vn -0.5427 -0.6922 -0.4756</w:t>
        <w:br/>
        <w:t>vn -0.2029 -0.2953 -0.9336</w:t>
        <w:br/>
        <w:t>vn 0.3204 0.3289 -0.8883</w:t>
        <w:br/>
        <w:t>vn 0.0534 0.0145 -0.9985</w:t>
        <w:br/>
        <w:t>vn 0.4445 0.5637 -0.6962</w:t>
        <w:br/>
        <w:t>vn -0.6338 -0.7734 -0.0088</w:t>
        <w:br/>
        <w:t>vn 0.5851 0.6628 0.4673</w:t>
        <w:br/>
        <w:t>vn 0.5381 0.6789 0.4996</w:t>
        <w:br/>
        <w:t>vn 0.3620 0.3838 0.8495</w:t>
        <w:br/>
        <w:t>vn 0.4158 0.7424 0.5253</w:t>
        <w:br/>
        <w:t>vn 0.4299 0.7911 -0.4352</w:t>
        <w:br/>
        <w:t>vn 0.6178 0.7826 -0.0761</w:t>
        <w:br/>
        <w:t>vn 0.5533 0.6882 -0.4694</w:t>
        <w:br/>
        <w:t>vn 0.4657 0.8837 -0.0475</w:t>
        <w:br/>
        <w:t>vn 0.3091 0.3359 -0.8897</w:t>
        <w:br/>
        <w:t>vn 0.3754 0.4184 0.8270</w:t>
        <w:br/>
        <w:t>vn 0.1547 0.1585 0.9752</w:t>
        <w:br/>
        <w:t>vn 0.1963 0.2072 0.9584</w:t>
        <w:br/>
        <w:t>vn 0.3826 0.4278 0.8189</w:t>
        <w:br/>
        <w:t>vn 0.0014 -0.0420 0.9991</w:t>
        <w:br/>
        <w:t>vn 0.1120 0.0952 0.9891</w:t>
        <w:br/>
        <w:t>vn 0.5186 -0.2390 0.8209</w:t>
        <w:br/>
        <w:t>vn 0.5314 -0.3080 0.7891</w:t>
        <w:br/>
        <w:t>vn -0.0000 -0.3579 0.9338</w:t>
        <w:br/>
        <w:t>vn -0.0000 -0.2843 0.9587</w:t>
        <w:br/>
        <w:t>vn 0.8203 -0.4369 0.3692</w:t>
        <w:br/>
        <w:t>vn 0.8289 -0.3854 0.4055</w:t>
        <w:br/>
        <w:t>vn 0.8923 -0.4394 0.1035</w:t>
        <w:br/>
        <w:t>vn 0.8143 -0.5756 -0.0751</w:t>
        <w:br/>
        <w:t>vn 0.6772 -0.2269 0.7000</w:t>
        <w:br/>
        <w:t>vn 0.7009 -0.3177 0.6386</w:t>
        <w:br/>
        <w:t>vn 0.8995 -0.3923 -0.1922</w:t>
        <w:br/>
        <w:t>vn 0.7659 -0.5649 -0.3070</w:t>
        <w:br/>
        <w:t>vn 0.5921 -0.6834 -0.4270</w:t>
        <w:br/>
        <w:t>vn 0.7234 -0.6273 -0.2884</w:t>
        <w:br/>
        <w:t>vn 0.7752 0.4190 0.4728</w:t>
        <w:br/>
        <w:t>vn 0.6965 0.3081 0.6481</w:t>
        <w:br/>
        <w:t>vn 0.4649 0.7115 0.5269</w:t>
        <w:br/>
        <w:t>vn 0.5671 0.8233 0.0249</w:t>
        <w:br/>
        <w:t>vn 0.8517 0.5239 0.0118</w:t>
        <w:br/>
        <w:t>vn 0.8175 0.4859 0.3091</w:t>
        <w:br/>
        <w:t>vn 0.5140 0.7647 0.3885</w:t>
        <w:br/>
        <w:t>vn 0.9224 0.1253 0.3654</w:t>
        <w:br/>
        <w:t>vn 0.8369 0.0710 0.5428</w:t>
        <w:br/>
        <w:t>vn 0.6416 -0.0128 0.7669</w:t>
        <w:br/>
        <w:t>vn 0.5293 0.1595 0.8333</w:t>
        <w:br/>
        <w:t>vn 0.3997 -0.0925 0.9119</w:t>
        <w:br/>
        <w:t>vn 0.3021 0.0729 0.9505</w:t>
        <w:br/>
        <w:t>vn -0.0000 -0.1374 0.9905</w:t>
        <w:br/>
        <w:t>vn -0.0000 0.0391 0.9992</w:t>
        <w:br/>
        <w:t>vn 0.9964 0.0807 -0.0276</w:t>
        <w:br/>
        <w:t>vn 0.9747 -0.1996 -0.1005</w:t>
        <w:br/>
        <w:t>vn 0.9506 -0.2334 0.2046</w:t>
        <w:br/>
        <w:t>vn 0.9623 -0.0087 0.2719</w:t>
        <w:br/>
        <w:t>vn 0.6739 -0.1042 0.7314</w:t>
        <w:br/>
        <w:t>vn 0.4743 -0.1585 0.8660</w:t>
        <w:br/>
        <w:t>vn 0.8506 -0.2346 0.4705</w:t>
        <w:br/>
        <w:t>vn 0.8617 -0.0669 0.5030</w:t>
        <w:br/>
        <w:t>vn -0.0000 -0.2054 0.9787</w:t>
        <w:br/>
        <w:t>vn 0.9650 0.1521 0.2139</w:t>
        <w:br/>
        <w:t>vn 0.3515 0.7647 0.5401</w:t>
        <w:br/>
        <w:t>vn 0.3972 0.7734 0.4941</w:t>
        <w:br/>
        <w:t>vn 0.3856 0.7768 0.4979</w:t>
        <w:br/>
        <w:t>vn 0.9786 0.2043 -0.0237</w:t>
        <w:br/>
        <w:t>vn 0.6611 0.7405 -0.1207</w:t>
        <w:br/>
        <w:t>vn 0.5897 0.6792 0.4370</w:t>
        <w:br/>
        <w:t>vn 0.6416 0.7497 -0.1623</w:t>
        <w:br/>
        <w:t>vn 0.5363 0.5888 -0.6047</w:t>
        <w:br/>
        <w:t>vn 0.5019 0.5857 -0.6365</w:t>
        <w:br/>
        <w:t>vn 0.6207 0.6905 0.3715</w:t>
        <w:br/>
        <w:t>vn 0.6346 0.7421 -0.2159</w:t>
        <w:br/>
        <w:t>vn 0.6173 0.6889 0.3799</w:t>
        <w:br/>
        <w:t>vn 0.2997 0.4129 -0.8600</w:t>
        <w:br/>
        <w:t>vn 0.2549 0.3653 -0.8953</w:t>
        <w:br/>
        <w:t>vn 0.4585 0.5812 -0.6723</w:t>
        <w:br/>
        <w:t>vn 0.4662 0.5855 -0.6632</w:t>
        <w:br/>
        <w:t>vn 0.6319 0.7520 -0.1873</w:t>
        <w:br/>
        <w:t>vn 0.6295 0.7503 -0.2019</w:t>
        <w:br/>
        <w:t>vn 0.4675 0.5736 -0.6726</w:t>
        <w:br/>
        <w:t>vn 0.4763 0.5831 -0.6581</w:t>
        <w:br/>
        <w:t>vn 0.5960 0.6867 0.4162</w:t>
        <w:br/>
        <w:t>vn 0.5994 0.6918 0.4026</w:t>
        <w:br/>
        <w:t>vn -0.6338 -0.7734 -0.0089</w:t>
        <w:br/>
        <w:t>vn 0.1381 0.2283 -0.9637</w:t>
        <w:br/>
        <w:t>vn 0.3649 0.4063 0.8377</w:t>
        <w:br/>
        <w:t>vn 0.4069 0.4350 0.8032</w:t>
        <w:br/>
        <w:t>vn 0.4608 0.4924 0.7384</w:t>
        <w:br/>
        <w:t>vn 0.2807 0.3386 -0.8981</w:t>
        <w:br/>
        <w:t>vn 0.2868 0.3456 -0.8935</w:t>
        <w:br/>
        <w:t>vn 0.0884 0.0903 -0.9920</w:t>
        <w:br/>
        <w:t>vn 0.0437 0.0342 -0.9985</w:t>
        <w:br/>
        <w:t>vn -0.0895 -0.1324 -0.9871</w:t>
        <w:br/>
        <w:t>vn 0.0867 0.0783 0.9931</w:t>
        <w:br/>
        <w:t>vn 0.1964 0.8263 0.5279</w:t>
        <w:br/>
        <w:t>vn 0.1984 0.8237 0.5312</w:t>
        <w:br/>
        <w:t>vn 0.0714 0.8140 0.5765</w:t>
        <w:br/>
        <w:t>vn 0.0816 0.8149 0.5738</w:t>
        <w:br/>
        <w:t>vn -0.6300 0.3977 0.6670</w:t>
        <w:br/>
        <w:t>vn -0.5224 0.4474 0.7259</w:t>
        <w:br/>
        <w:t>vn -0.3850 0.6091 0.6934</w:t>
        <w:br/>
        <w:t>vn -0.4831 0.5826 0.6536</w:t>
        <w:br/>
        <w:t>vn -0.6858 0.3163 0.6555</w:t>
        <w:br/>
        <w:t>vn -0.5643 0.3662 0.7399</w:t>
        <w:br/>
        <w:t>vn -0.4509 0.4678 0.7602</w:t>
        <w:br/>
        <w:t>vn -0.3348 0.6266 0.7038</w:t>
        <w:br/>
        <w:t>vn -0.4822 0.3816 0.7886</w:t>
        <w:br/>
        <w:t>vn -0.6681 0.3704 0.6454</w:t>
        <w:br/>
        <w:t>vn -0.7277 0.2841 0.6243</w:t>
        <w:br/>
        <w:t>vn -0.1312 0.6688 0.7318</w:t>
        <w:br/>
        <w:t>vn -0.1739 0.7431 0.6462</w:t>
        <w:br/>
        <w:t>vn -0.1432 0.7488 0.6472</w:t>
        <w:br/>
        <w:t>vn 0.0289 0.8161 0.5772</w:t>
        <w:br/>
        <w:t>vn 0.2007 0.8140 0.5450</w:t>
        <w:br/>
        <w:t>vn -0.2639 0.7418 0.6165</w:t>
        <w:br/>
        <w:t>vn 0.1010 0.6433 0.7590</w:t>
        <w:br/>
        <w:t>vn 0.0270 0.7728 0.6340</w:t>
        <w:br/>
        <w:t>vn 0.2004 0.7655 0.6114</w:t>
        <w:br/>
        <w:t>vn 0.2448 0.6169 0.7480</w:t>
        <w:br/>
        <w:t>vn -0.0624 0.6246 0.7784</w:t>
        <w:br/>
        <w:t>vn -0.2199 0.7092 0.6699</w:t>
        <w:br/>
        <w:t>vn 0.0000 0.6119 0.7909</w:t>
        <w:br/>
        <w:t>vn 0.2972 0.5575 0.7752</w:t>
        <w:br/>
        <w:t>vn 0.4560 0.8900 0.0022</w:t>
        <w:br/>
        <w:t>vn 0.3973 0.8254 0.4011</w:t>
        <w:br/>
        <w:t>vn 0.4691 0.7568 0.4553</w:t>
        <w:br/>
        <w:t>vn 0.3085 0.7226 0.6186</w:t>
        <w:br/>
        <w:t>vn 0.3659 0.8081 0.4616</w:t>
        <w:br/>
        <w:t>vn 0.2149 0.6455 0.7329</w:t>
        <w:br/>
        <w:t>vn 0.2094 0.7546 0.6218</w:t>
        <w:br/>
        <w:t>vn 0.2364 0.2497 0.9390</w:t>
        <w:br/>
        <w:t>vn 0.3943 0.4324 0.8109</w:t>
        <w:br/>
        <w:t>vn 0.6315 0.7458 -0.2121</w:t>
        <w:br/>
        <w:t>vn 0.4590 0.5731 -0.6788</w:t>
        <w:br/>
        <w:t>vn 0.6086 0.6906 0.3908</w:t>
        <w:br/>
        <w:t>vn 0.2658 0.3488 -0.8987</w:t>
        <w:br/>
        <w:t>vn 0.1589 0.2147 -0.9637</w:t>
        <w:br/>
        <w:t>vn 0.2490 0.2528 0.9349</w:t>
        <w:br/>
        <w:t>vn 0.6229 0.6901 0.3684</w:t>
        <w:br/>
        <w:t>vn 0.6346 0.7421 -0.2158</w:t>
        <w:br/>
        <w:t>vn 0.4702 0.5859 -0.6601</w:t>
        <w:br/>
        <w:t>vn -0.2766 0.8657 -0.4171</w:t>
        <w:br/>
        <w:t>vn -0.1881 0.8906 -0.4141</w:t>
        <w:br/>
        <w:t>vn -0.1255 0.6266 -0.7692</w:t>
        <w:br/>
        <w:t>vn -0.2233 0.6620 -0.7155</w:t>
        <w:br/>
        <w:t>vn -0.2940 0.9552 -0.0342</w:t>
        <w:br/>
        <w:t>vn -0.2749 0.8787 0.3903</w:t>
        <w:br/>
        <w:t>vn -0.1877 0.9055 0.3805</w:t>
        <w:br/>
        <w:t>vn -0.1965 0.9801 -0.0295</w:t>
        <w:br/>
        <w:t>vn -0.3920 0.1103 0.9133</w:t>
        <w:br/>
        <w:t>vn -0.4616 0.1176 0.8793</w:t>
        <w:br/>
        <w:t>vn -0.3314 0.4240 0.8428</w:t>
        <w:br/>
        <w:t>vn -0.3393 0.3975 0.8526</w:t>
        <w:br/>
        <w:t>vn -0.2888 0.6901 0.6636</w:t>
        <w:br/>
        <w:t>vn -0.2231 0.7192 0.6579</w:t>
        <w:br/>
        <w:t>vn -0.1127 0.3736 -0.9207</w:t>
        <w:br/>
        <w:t>vn -0.1787 0.3548 -0.9177</w:t>
        <w:br/>
        <w:t>vn -0.0807 0.3818 -0.9207</w:t>
        <w:br/>
        <w:t>vn -0.1517 0.7697 0.6201</w:t>
        <w:br/>
        <w:t>vn -0.2652 0.8106 0.5221</w:t>
        <w:br/>
        <w:t>vn -0.2501 0.7375 0.6273</w:t>
        <w:br/>
        <w:t>vn -0.1417 0.7603 0.6339</w:t>
        <w:br/>
        <w:t>vn -0.1184 0.6095 0.7839</w:t>
        <w:br/>
        <w:t>vn 0.0514 0.6168 0.7855</w:t>
        <w:br/>
        <w:t>vn 0.0903 0.7745 0.6262</w:t>
        <w:br/>
        <w:t>vn -0.0434 0.7774 0.6276</w:t>
        <w:br/>
        <w:t>vn -0.0977 0.7743 0.6253</w:t>
        <w:br/>
        <w:t>vn -0.2620 0.5696 0.7791</w:t>
        <w:br/>
        <w:t>vn 0.1201 0.7546 0.6451</w:t>
        <w:br/>
        <w:t>vn -0.0698 0.7606 0.6455</w:t>
        <w:br/>
        <w:t>vn 0.1858 0.7474 0.6378</w:t>
        <w:br/>
        <w:t>vn 0.1687 0.6973 0.6967</w:t>
        <w:br/>
        <w:t>vn -0.1531 0.0749 -0.9854</w:t>
        <w:br/>
        <w:t>vn -0.1671 0.0560 -0.9843</w:t>
        <w:br/>
        <w:t>vn -0.1997 0.0178 -0.9797</w:t>
        <w:br/>
        <w:t>vn -0.0896 0.4098 0.9078</w:t>
        <w:br/>
        <w:t>vn -0.0974 0.7583 0.6446</w:t>
        <w:br/>
        <w:t>vn -0.2630 0.5070 0.8208</w:t>
        <w:br/>
        <w:t>vn -0.1775 0.6489 0.7399</w:t>
        <w:br/>
        <w:t>vn -0.3970 0.6435 0.6545</w:t>
        <w:br/>
        <w:t>vn -0.2821 0.7447 0.6049</w:t>
        <w:br/>
        <w:t>vn -0.2491 -0.1320 -0.9594</w:t>
        <w:br/>
        <w:t>vn -0.4161 -0.2833 -0.8640</w:t>
        <w:br/>
        <w:t>vn -0.2274 -0.4456 -0.8659</w:t>
        <w:br/>
        <w:t>vn -0.9564 -0.1313 0.2607</w:t>
        <w:br/>
        <w:t>vn -0.9854 -0.1566 0.0666</w:t>
        <w:br/>
        <w:t>vn -0.9933 -0.0963 0.0632</w:t>
        <w:br/>
        <w:t>vn -0.9778 0.0037 0.2093</w:t>
        <w:br/>
        <w:t>vn -0.9376 -0.2482 -0.2436</w:t>
        <w:br/>
        <w:t>vn -0.9934 -0.0963 0.0631</w:t>
        <w:br/>
        <w:t>vn -0.9355 -0.2524 -0.2474</w:t>
        <w:br/>
        <w:t>vn -0.1952 -0.6965 0.6905</w:t>
        <w:br/>
        <w:t>vn -0.2469 -0.7798 0.5752</w:t>
        <w:br/>
        <w:t>vn -0.5054 -0.0011 0.8629</w:t>
        <w:br/>
        <w:t>vn -0.7998 -0.0748 0.5956</w:t>
        <w:br/>
        <w:t>vn -0.7495 -0.3676 0.5506</w:t>
        <w:br/>
        <w:t>vn -0.9224 -0.0697 0.3799</w:t>
        <w:br/>
        <w:t>vn -0.7554 -0.5264 0.3901</w:t>
        <w:br/>
        <w:t>vn -0.8353 -0.5450 0.0721</w:t>
        <w:br/>
        <w:t>vn -0.9547 0.0733 0.2885</w:t>
        <w:br/>
        <w:t>vn -0.7787 -0.4970 -0.3830</w:t>
        <w:br/>
        <w:t>vn -0.8380 -0.0679 -0.5415</w:t>
        <w:br/>
        <w:t>vn -0.8611 -0.2788 -0.4251</w:t>
        <w:br/>
        <w:t>vn -0.1656 0.0507 0.9849</w:t>
        <w:br/>
        <w:t>vn -0.2490 0.0951 0.9638</w:t>
        <w:br/>
        <w:t>vn -0.3265 0.3781 0.8663</w:t>
        <w:br/>
        <w:t>vn -0.3420 0.3737 0.8622</w:t>
        <w:br/>
        <w:t>vn -0.3345 -0.9406 0.0576</w:t>
        <w:br/>
        <w:t>vn -0.2936 -0.8406 0.4552</w:t>
        <w:br/>
        <w:t>vn 0.2034 -0.8507 0.4847</w:t>
        <w:br/>
        <w:t>vn 0.2145 -0.9762 0.0308</w:t>
        <w:br/>
        <w:t>vn -0.2306 -0.7152 0.6597</w:t>
        <w:br/>
        <w:t>vn 0.1092 -0.4889 0.8655</w:t>
        <w:br/>
        <w:t>vn -0.2710 -0.3782 0.8852</w:t>
        <w:br/>
        <w:t>vn 0.2147 -0.9762 0.0308</w:t>
        <w:br/>
        <w:t>vn 0.1559 -0.8252 -0.5429</w:t>
        <w:br/>
        <w:t>vn -0.2618 -0.8525 -0.4525</w:t>
        <w:br/>
        <w:t>vn -0.3344 -0.9407 0.0576</w:t>
        <w:br/>
        <w:t>vn -0.0729 -0.4883 -0.8696</w:t>
        <w:br/>
        <w:t>vn 0.1242 -0.4490 -0.8849</w:t>
        <w:br/>
        <w:t>vn 0.4670 -0.7413 -0.4820</w:t>
        <w:br/>
        <w:t>vn 0.2528 -0.3818 -0.8890</w:t>
        <w:br/>
        <w:t>vn 0.5212 -0.8534 0.0028</w:t>
        <w:br/>
        <w:t>vn 0.4881 -0.7684 0.4139</w:t>
        <w:br/>
        <w:t>vn -0.1258 0.0490 0.9908</w:t>
        <w:br/>
        <w:t>vn 0.2379 -0.4164 0.8775</w:t>
        <w:br/>
        <w:t>vn 0.2864 -0.3875 0.8762</w:t>
        <w:br/>
        <w:t>vn 0.5818 -0.7051 0.4055</w:t>
        <w:br/>
        <w:t>vn -0.2265 0.3441 -0.9112</w:t>
        <w:br/>
        <w:t>vn -0.3453 0.6191 -0.7053</w:t>
        <w:br/>
        <w:t>vn -0.1605 -0.0301 -0.9866</w:t>
        <w:br/>
        <w:t>vn -0.0663 -0.0304 -0.9973</w:t>
        <w:br/>
        <w:t>vn -0.2770 0.3403 -0.8986</w:t>
        <w:br/>
        <w:t>vn -0.0487 -0.0064 -0.9988</w:t>
        <w:br/>
        <w:t>vn 0.5427 -0.6923 -0.4756</w:t>
        <w:br/>
        <w:t>vn 0.2029 -0.2953 -0.9336</w:t>
        <w:br/>
        <w:t>vn -0.3204 0.3289 -0.8883</w:t>
        <w:br/>
        <w:t>vn -0.0534 0.0145 -0.9985</w:t>
        <w:br/>
        <w:t>vn -0.4444 0.5637 -0.6962</w:t>
        <w:br/>
        <w:t>vn 0.6338 -0.7734 -0.0088</w:t>
        <w:br/>
        <w:t>vn -0.5381 0.6789 0.4996</w:t>
        <w:br/>
        <w:t>vn -0.5850 0.6627 0.4676</w:t>
        <w:br/>
        <w:t>vn -0.3620 0.3838 0.8495</w:t>
        <w:br/>
        <w:t>vn -0.4157 0.7424 0.5253</w:t>
        <w:br/>
        <w:t>vn -0.4299 0.7911 -0.4352</w:t>
        <w:br/>
        <w:t>vn -0.6179 0.7826 -0.0761</w:t>
        <w:br/>
        <w:t>vn -0.4657 0.8837 -0.0475</w:t>
        <w:br/>
        <w:t>vn -0.5533 0.6882 -0.4694</w:t>
        <w:br/>
        <w:t>vn -0.3091 0.3359 -0.8897</w:t>
        <w:br/>
        <w:t>vn -0.1963 0.2072 0.9584</w:t>
        <w:br/>
        <w:t>vn -0.1547 0.1585 0.9752</w:t>
        <w:br/>
        <w:t>vn -0.3753 0.4184 0.8271</w:t>
        <w:br/>
        <w:t>vn -0.3827 0.4278 0.8189</w:t>
        <w:br/>
        <w:t>vn -0.0014 -0.0420 0.9991</w:t>
        <w:br/>
        <w:t>vn -0.1120 0.0952 0.9891</w:t>
        <w:br/>
        <w:t>vn -0.5313 -0.3082 0.7891</w:t>
        <w:br/>
        <w:t>vn -0.5186 -0.2391 0.8209</w:t>
        <w:br/>
        <w:t>vn -0.8913 -0.4423 0.0998</w:t>
        <w:br/>
        <w:t>vn -0.8285 -0.3872 0.4046</w:t>
        <w:br/>
        <w:t>vn -0.8192 -0.4402 0.3676</w:t>
        <w:br/>
        <w:t>vn -0.8147 -0.5743 -0.0797</w:t>
        <w:br/>
        <w:t>vn -0.6772 -0.2272 0.6998</w:t>
        <w:br/>
        <w:t>vn -0.7010 -0.3182 0.6382</w:t>
        <w:br/>
        <w:t>vn -0.8984 -0.3933 -0.1953</w:t>
        <w:br/>
        <w:t>vn -0.7666 -0.5629 -0.3089</w:t>
        <w:br/>
        <w:t>vn -0.5921 -0.6834 -0.4270</w:t>
        <w:br/>
        <w:t>vn -0.7288 -0.6214 -0.2878</w:t>
        <w:br/>
        <w:t>vn -0.7752 0.4190 0.4728</w:t>
        <w:br/>
        <w:t>vn -0.4649 0.7115 0.5269</w:t>
        <w:br/>
        <w:t>vn -0.6965 0.3081 0.6481</w:t>
        <w:br/>
        <w:t>vn -0.5671 0.8233 0.0249</w:t>
        <w:br/>
        <w:t>vn -0.5141 0.7647 0.3885</w:t>
        <w:br/>
        <w:t>vn -0.8175 0.4859 0.3091</w:t>
        <w:br/>
        <w:t>vn -0.8517 0.5239 0.0118</w:t>
        <w:br/>
        <w:t>vn -0.8369 0.0710 0.5428</w:t>
        <w:br/>
        <w:t>vn -0.9224 0.1252 0.3654</w:t>
        <w:br/>
        <w:t>vn -0.5293 0.1595 0.8333</w:t>
        <w:br/>
        <w:t>vn -0.6416 -0.0128 0.7670</w:t>
        <w:br/>
        <w:t>vn -0.3997 -0.0925 0.9120</w:t>
        <w:br/>
        <w:t>vn -0.3021 0.0729 0.9505</w:t>
        <w:br/>
        <w:t>vn -0.9964 0.0807 -0.0276</w:t>
        <w:br/>
        <w:t>vn -0.9623 -0.0087 0.2719</w:t>
        <w:br/>
        <w:t>vn -0.9506 -0.2335 0.2046</w:t>
        <w:br/>
        <w:t>vn -0.9747 -0.1996 -0.1005</w:t>
        <w:br/>
        <w:t>vn -0.6740 -0.1042 0.7314</w:t>
        <w:br/>
        <w:t>vn -0.4743 -0.1586 0.8660</w:t>
        <w:br/>
        <w:t>vn -0.8617 -0.0669 0.5030</w:t>
        <w:br/>
        <w:t>vn -0.8507 -0.2348 0.4703</w:t>
        <w:br/>
        <w:t>vn -0.9650 0.1521 0.2139</w:t>
        <w:br/>
        <w:t>vn -0.3515 0.7647 0.5401</w:t>
        <w:br/>
        <w:t>vn -0.3972 0.7734 0.4941</w:t>
        <w:br/>
        <w:t>vn -0.3856 0.7768 0.4979</w:t>
        <w:br/>
        <w:t>vn -0.9786 0.2043 -0.0237</w:t>
        <w:br/>
        <w:t>vn -0.6611 0.7405 -0.1208</w:t>
        <w:br/>
        <w:t>vn -0.6416 0.7497 -0.1624</w:t>
        <w:br/>
        <w:t>vn -0.5897 0.6792 0.4369</w:t>
        <w:br/>
        <w:t>vn -0.5019 0.5857 -0.6365</w:t>
        <w:br/>
        <w:t>vn -0.5363 0.5888 -0.6047</w:t>
        <w:br/>
        <w:t>vn -0.6346 0.7421 -0.2159</w:t>
        <w:br/>
        <w:t>vn -0.6207 0.6905 0.3715</w:t>
        <w:br/>
        <w:t>vn -0.6173 0.6889 0.3799</w:t>
        <w:br/>
        <w:t>vn -0.2997 0.4129 -0.8600</w:t>
        <w:br/>
        <w:t>vn -0.4662 0.5855 -0.6631</w:t>
        <w:br/>
        <w:t>vn -0.4586 0.5812 -0.6722</w:t>
        <w:br/>
        <w:t>vn -0.2549 0.3653 -0.8953</w:t>
        <w:br/>
        <w:t>vn -0.6319 0.7520 -0.1873</w:t>
        <w:br/>
        <w:t>vn -0.4763 0.5832 -0.6580</w:t>
        <w:br/>
        <w:t>vn -0.4676 0.5736 -0.6726</w:t>
        <w:br/>
        <w:t>vn -0.6295 0.7503 -0.2018</w:t>
        <w:br/>
        <w:t>vn -0.5994 0.6918 0.4026</w:t>
        <w:br/>
        <w:t>vn -0.5960 0.6867 0.4162</w:t>
        <w:br/>
        <w:t>vn -0.1382 0.2284 -0.9637</w:t>
        <w:br/>
        <w:t>vn -0.3649 0.4063 0.8377</w:t>
        <w:br/>
        <w:t>vn -0.4608 0.4924 0.7384</w:t>
        <w:br/>
        <w:t>vn -0.4070 0.4350 0.8032</w:t>
        <w:br/>
        <w:t>vn -0.2868 0.3456 -0.8935</w:t>
        <w:br/>
        <w:t>vn -0.2807 0.3386 -0.8981</w:t>
        <w:br/>
        <w:t>vn -0.0437 0.0342 -0.9985</w:t>
        <w:br/>
        <w:t>vn -0.0884 0.0903 -0.9920</w:t>
        <w:br/>
        <w:t>vn 0.0895 -0.1324 -0.9871</w:t>
        <w:br/>
        <w:t>vn -0.0868 0.0784 0.9931</w:t>
        <w:br/>
        <w:t>vn -0.1965 0.8263 0.5278</w:t>
        <w:br/>
        <w:t>vn -0.0816 0.8149 0.5738</w:t>
        <w:br/>
        <w:t>vn -0.0715 0.8140 0.5765</w:t>
        <w:br/>
        <w:t>vn -0.1985 0.8237 0.5312</w:t>
        <w:br/>
        <w:t>vn 0.6300 0.3977 0.6670</w:t>
        <w:br/>
        <w:t>vn 0.4831 0.5826 0.6536</w:t>
        <w:br/>
        <w:t>vn 0.3850 0.6091 0.6934</w:t>
        <w:br/>
        <w:t>vn 0.5224 0.4474 0.7259</w:t>
        <w:br/>
        <w:t>vn 0.5643 0.3662 0.7399</w:t>
        <w:br/>
        <w:t>vn 0.6858 0.3163 0.6555</w:t>
        <w:br/>
        <w:t>vn 0.3348 0.6266 0.7038</w:t>
        <w:br/>
        <w:t>vn 0.4509 0.4678 0.7602</w:t>
        <w:br/>
        <w:t>vn 0.4822 0.3816 0.7886</w:t>
        <w:br/>
        <w:t>vn 0.7277 0.2841 0.6243</w:t>
        <w:br/>
        <w:t>vn 0.6681 0.3704 0.6454</w:t>
        <w:br/>
        <w:t>vn 0.6007 0.4525 0.6591</w:t>
        <w:br/>
        <w:t>vn 0.1432 0.7488 0.6472</w:t>
        <w:br/>
        <w:t>vn 0.1739 0.7431 0.6462</w:t>
        <w:br/>
        <w:t>vn -0.0289 0.8161 0.5772</w:t>
        <w:br/>
        <w:t>vn -0.2008 0.8140 0.5450</w:t>
        <w:br/>
        <w:t>vn 0.2639 0.7418 0.6165</w:t>
        <w:br/>
        <w:t>vn -0.1010 0.6433 0.7590</w:t>
        <w:br/>
        <w:t>vn -0.2448 0.6169 0.7480</w:t>
        <w:br/>
        <w:t>vn -0.2004 0.7655 0.6114</w:t>
        <w:br/>
        <w:t>vn -0.0270 0.7728 0.6340</w:t>
        <w:br/>
        <w:t>vn 0.0624 0.6246 0.7784</w:t>
        <w:br/>
        <w:t>vn 0.2199 0.7092 0.6699</w:t>
        <w:br/>
        <w:t>vn -0.2972 0.5575 0.7752</w:t>
        <w:br/>
        <w:t>vn -0.4560 0.8900 0.0022</w:t>
        <w:br/>
        <w:t>vn -0.3973 0.8254 0.4011</w:t>
        <w:br/>
        <w:t>vn -0.4691 0.7568 0.4553</w:t>
        <w:br/>
        <w:t>vn -0.3085 0.7226 0.6186</w:t>
        <w:br/>
        <w:t>vn -0.3659 0.8081 0.4616</w:t>
        <w:br/>
        <w:t>vn -0.2149 0.6455 0.7329</w:t>
        <w:br/>
        <w:t>vn -0.2094 0.7546 0.6218</w:t>
        <w:br/>
        <w:t>vn -0.3943 0.4324 0.8109</w:t>
        <w:br/>
        <w:t>vn -0.2364 0.2497 0.9390</w:t>
        <w:br/>
        <w:t>vn -0.4590 0.5731 -0.6788</w:t>
        <w:br/>
        <w:t>vn -0.6315 0.7458 -0.2121</w:t>
        <w:br/>
        <w:t>vn -0.6086 0.6906 0.3908</w:t>
        <w:br/>
        <w:t>vn -0.2658 0.3487 -0.8987</w:t>
        <w:br/>
        <w:t>vn -0.1590 0.2147 -0.9637</w:t>
        <w:br/>
        <w:t>vn -0.2489 0.2528 0.9350</w:t>
        <w:br/>
        <w:t>vn -0.6346 0.7421 -0.2158</w:t>
        <w:br/>
        <w:t>vn -0.6229 0.6901 0.3684</w:t>
        <w:br/>
        <w:t>vn -0.4702 0.5859 -0.6601</w:t>
        <w:br/>
        <w:t>vn 0.5107 -0.7015 -0.4970</w:t>
        <w:br/>
        <w:t>vn 0.5115 -0.7053 -0.4909</w:t>
        <w:br/>
        <w:t>vn 0.5107 -0.7016 -0.4970</w:t>
        <w:br/>
        <w:t>vn 0.6567 -0.5996 -0.4574</w:t>
        <w:br/>
        <w:t>vn 0.8995 -0.3922 -0.1922</w:t>
        <w:br/>
        <w:t>vn 0.7528 -0.2473 -0.6101</w:t>
        <w:br/>
        <w:t>vn 0.6938 -0.4173 -0.5869</w:t>
        <w:br/>
        <w:t>vn 0.4322 -0.2077 -0.8775</w:t>
        <w:br/>
        <w:t>vn 0.4534 -0.1297 -0.8818</w:t>
        <w:br/>
        <w:t>vn -0.0000 -0.1160 -0.9933</w:t>
        <w:br/>
        <w:t>vn 0.0000 -0.2188 -0.9758</w:t>
        <w:br/>
        <w:t>vn 0.9747 -0.1995 -0.1005</w:t>
        <w:br/>
        <w:t>vn 0.8450 -0.0938 -0.5265</w:t>
        <w:br/>
        <w:t>vn 0.4982 0.0053 -0.8670</w:t>
        <w:br/>
        <w:t>vn -0.0000 0.0335 -0.9994</w:t>
        <w:br/>
        <w:t>vn -0.0000 0.3281 -0.9446</w:t>
        <w:br/>
        <w:t>vn 0.4050 0.3595 -0.8407</w:t>
        <w:br/>
        <w:t>vn 0.2864 0.4555 -0.8429</w:t>
        <w:br/>
        <w:t>vn 0.0000 0.3980 -0.9174</w:t>
        <w:br/>
        <w:t>vn 0.5671 0.8233 0.0250</w:t>
        <w:br/>
        <w:t>vn 0.4560 0.8900 0.0023</w:t>
        <w:br/>
        <w:t>vn 0.4800 0.7842 -0.3932</w:t>
        <w:br/>
        <w:t>vn 0.5828 0.7366 -0.3432</w:t>
        <w:br/>
        <w:t>vn 0.8151 0.4948 -0.3013</w:t>
        <w:br/>
        <w:t>vn 0.2252 0.4775 -0.8493</w:t>
        <w:br/>
        <w:t>vn -0.0000 0.4126 -0.9109</w:t>
        <w:br/>
        <w:t>vn 0.6964 0.4245 -0.5786</w:t>
        <w:br/>
        <w:t>vn 0.5137 0.5962 -0.6170</w:t>
        <w:br/>
        <w:t>vn 0.0000 0.2398 -0.9708</w:t>
        <w:br/>
        <w:t>vn 0.4885 0.2554 -0.8344</w:t>
        <w:br/>
        <w:t>vn 0.7972 0.2501 -0.5495</w:t>
        <w:br/>
        <w:t>vn 0.9303 0.2364 -0.2806</w:t>
        <w:br/>
        <w:t>vn 0.0000 0.1446 -0.9895</w:t>
        <w:br/>
        <w:t>vn 0.5215 0.1441 -0.8410</w:t>
        <w:br/>
        <w:t>vn 0.8829 0.1326 -0.4504</w:t>
        <w:br/>
        <w:t>vn 0.4208 0.6324 -0.6504</w:t>
        <w:br/>
        <w:t>vn -0.5115 -0.7053 -0.4909</w:t>
        <w:br/>
        <w:t>vn -0.5107 -0.7015 -0.4970</w:t>
        <w:br/>
        <w:t>vn -0.5107 -0.7015 -0.4971</w:t>
        <w:br/>
        <w:t>vn -0.6567 -0.5996 -0.4574</w:t>
        <w:br/>
        <w:t>vn -0.7666 -0.5628 -0.3090</w:t>
        <w:br/>
        <w:t>vn -0.6938 -0.4173 -0.5869</w:t>
        <w:br/>
        <w:t>vn -0.7527 -0.2473 -0.6101</w:t>
        <w:br/>
        <w:t>vn -0.4534 -0.1298 -0.8818</w:t>
        <w:br/>
        <w:t>vn -0.4322 -0.2077 -0.8775</w:t>
        <w:br/>
        <w:t>vn -0.8450 -0.0938 -0.5265</w:t>
        <w:br/>
        <w:t>vn -0.4982 0.0053 -0.8670</w:t>
        <w:br/>
        <w:t>vn -0.2864 0.4555 -0.8429</w:t>
        <w:br/>
        <w:t>vn -0.4050 0.3595 -0.8407</w:t>
        <w:br/>
        <w:t>vn -0.4801 0.7841 -0.3932</w:t>
        <w:br/>
        <w:t>vn -0.4561 0.8899 0.0022</w:t>
        <w:br/>
        <w:t>vn -0.5828 0.7366 -0.3432</w:t>
        <w:br/>
        <w:t>vn -0.8151 0.4948 -0.3014</w:t>
        <w:br/>
        <w:t>vn -0.2252 0.4775 -0.8493</w:t>
        <w:br/>
        <w:t>vn -0.6964 0.4245 -0.5786</w:t>
        <w:br/>
        <w:t>vn -0.5137 0.5962 -0.6170</w:t>
        <w:br/>
        <w:t>vn -0.4885 0.2554 -0.8344</w:t>
        <w:br/>
        <w:t>vn -0.7972 0.2501 -0.5495</w:t>
        <w:br/>
        <w:t>vn -0.9303 0.2364 -0.2806</w:t>
        <w:br/>
        <w:t>vn -0.5215 0.1441 -0.8410</w:t>
        <w:br/>
        <w:t>vn -0.8829 0.1326 -0.4504</w:t>
        <w:br/>
        <w:t>vn -0.9964 0.0807 -0.0277</w:t>
        <w:br/>
        <w:t>vn -0.4209 0.6323 -0.6504</w:t>
        <w:br/>
        <w:t>vn 0.6348 0.6752 -0.3758</w:t>
        <w:br/>
        <w:t>vn 0.6339 0.6754 -0.3769</w:t>
        <w:br/>
        <w:t>vn 0.6479 0.7319 -0.2109</w:t>
        <w:br/>
        <w:t>vn 0.6485 0.7318 -0.2097</w:t>
        <w:br/>
        <w:t>vn 0.5807 0.5791 -0.5722</w:t>
        <w:br/>
        <w:t>vn 0.1984 0.0099 -0.9801</w:t>
        <w:br/>
        <w:t>vn 0.1839 0.0572 -0.9813</w:t>
        <w:br/>
        <w:t>vn 0.4476 0.6856 -0.5742</w:t>
        <w:br/>
        <w:t>vn 0.4865 0.8714 0.0625</w:t>
        <w:br/>
        <w:t>vn 0.6565 0.7540 0.0198</w:t>
        <w:br/>
        <w:t>vn 0.0832 0.0426 0.9956</w:t>
        <w:br/>
        <w:t>vn 0.0762 0.0782 0.9940</w:t>
        <w:br/>
        <w:t>vn -0.2340 -0.6050 0.7610</w:t>
        <w:br/>
        <w:t>vn -0.3488 -0.5594 0.7519</w:t>
        <w:br/>
        <w:t>vn 0.0893 -0.1600 -0.9831</w:t>
        <w:br/>
        <w:t>vn 0.0851 -0.1615 -0.9832</w:t>
        <w:br/>
        <w:t>vn 0.3182 0.1733 -0.9320</w:t>
        <w:br/>
        <w:t>vn 0.3220 0.1746 -0.9305</w:t>
        <w:br/>
        <w:t>vn -0.5057 -0.8152 -0.2824</w:t>
        <w:br/>
        <w:t>vn -0.3348 -0.6852 -0.6468</w:t>
        <w:br/>
        <w:t>vn -0.3334 -0.6860 -0.6467</w:t>
        <w:br/>
        <w:t>vn -0.5030 -0.8139 -0.2908</w:t>
        <w:br/>
        <w:t>vn 0.4817 0.5759 0.6606</w:t>
        <w:br/>
        <w:t>vn 0.3588 0.6463 0.6735</w:t>
        <w:br/>
        <w:t>vn -0.5644 -0.8235 0.0566</w:t>
        <w:br/>
        <w:t>vn -0.5647 -0.8227 0.0656</w:t>
        <w:br/>
        <w:t>vn 0.3852 0.4773 0.7898</w:t>
        <w:br/>
        <w:t>vn 0.5278 0.6637 0.5301</w:t>
        <w:br/>
        <w:t>vn 0.5314 0.6659 0.5237</w:t>
        <w:br/>
        <w:t>vn 0.3913 0.4814 0.7843</w:t>
        <w:br/>
        <w:t>vn 0.6619 0.7484 -0.0420</w:t>
        <w:br/>
        <w:t>vn 0.6619 0.7484 -0.0431</w:t>
        <w:br/>
        <w:t>vn -0.5360 -0.7736 0.3381</w:t>
        <w:br/>
        <w:t>vn -0.5426 -0.7836 0.3025</w:t>
        <w:br/>
        <w:t>vn -0.3584 -0.5430 0.7594</w:t>
        <w:br/>
        <w:t>vn -0.3576 -0.5521 0.7532</w:t>
        <w:br/>
        <w:t>vn 0.0516 -0.0117 0.9986</w:t>
        <w:br/>
        <w:t>vn -0.0944 -0.1975 0.9757</w:t>
        <w:br/>
        <w:t>vn -0.1153 -0.2170 0.9693</w:t>
        <w:br/>
        <w:t>vn 0.0491 -0.0110 0.9987</w:t>
        <w:br/>
        <w:t>vn -0.1459 -0.4652 -0.8731</w:t>
        <w:br/>
        <w:t>vn -0.1420 -0.4639 -0.8744</w:t>
        <w:br/>
        <w:t>vn 0.2266 0.2534 0.9404</w:t>
        <w:br/>
        <w:t>vn 0.2193 0.2485 0.9435</w:t>
        <w:br/>
        <w:t>vn 0.5260 0.4852 -0.6985</w:t>
        <w:br/>
        <w:t>vn 0.5287 0.4863 -0.6957</w:t>
        <w:br/>
        <w:t>vn 0.6184 0.7536 0.2227</w:t>
        <w:br/>
        <w:t>vn 0.6168 0.7528 0.2300</w:t>
        <w:br/>
        <w:t>vn -0.2518 -0.5736 -0.7794</w:t>
        <w:br/>
        <w:t>vn -0.1504 -0.5858 -0.7964</w:t>
        <w:br/>
        <w:t>vn -0.5404 -0.8392 0.0611</w:t>
        <w:br/>
        <w:t>vn -0.5239 -0.8025 0.2857</w:t>
        <w:br/>
        <w:t>vn -0.3543 -0.8885 0.2916</w:t>
        <w:br/>
        <w:t>vn -0.3635 -0.9307 0.0420</w:t>
        <w:br/>
        <w:t>vn -0.4909 -0.8181 -0.2994</w:t>
        <w:br/>
        <w:t>vn -0.3226 -0.8827 -0.3416</w:t>
        <w:br/>
        <w:t>vn -0.3634 -0.9307 0.0420</w:t>
        <w:br/>
        <w:t>vn 0.6155 0.7848 0.0727</w:t>
        <w:br/>
        <w:t>vn 0.4476 0.5771 0.6831</w:t>
        <w:br/>
        <w:t>vn -0.2640 -0.5342 -0.8031</w:t>
        <w:br/>
        <w:t>vn 0.1892 0.0270 -0.9816</w:t>
        <w:br/>
        <w:t>vn 0.5617 0.6069 -0.5622</w:t>
        <w:br/>
        <w:t>vn -0.5330 -0.7920 0.2977</w:t>
        <w:br/>
        <w:t>vn -0.5531 -0.8325 0.0311</w:t>
        <w:br/>
        <w:t>vn 0.0728 0.0614 0.9955</w:t>
        <w:br/>
        <w:t>vn -0.3531 -0.5366 0.7664</w:t>
        <w:br/>
        <w:t>vn -0.4950 -0.7894 -0.3630</w:t>
        <w:br/>
        <w:t>vn -0.5531 -0.8325 0.0312</w:t>
        <w:br/>
        <w:t>vn 0.6475 0.6979 -0.3061</w:t>
        <w:br/>
        <w:t>vn 0.3284 0.1744 -0.9283</w:t>
        <w:br/>
        <w:t>vn 0.0961 -0.1602 -0.9824</w:t>
        <w:br/>
        <w:t>vn -0.3297 -0.6873 -0.6473</w:t>
        <w:br/>
        <w:t>vn -0.5003 -0.8135 -0.2964</w:t>
        <w:br/>
        <w:t>vn -0.5645 -0.8239 0.0503</w:t>
        <w:br/>
        <w:t>vn 0.3777 0.4754 0.7946</w:t>
        <w:br/>
        <w:t>vn 0.5230 0.6629 0.5357</w:t>
        <w:br/>
        <w:t>vn 0.6621 0.7484 -0.0393</w:t>
        <w:br/>
        <w:t>vn -0.5644 -0.8239 0.0504</w:t>
        <w:br/>
        <w:t>vn -0.5340 -0.7670 0.3558</w:t>
        <w:br/>
        <w:t>vn -0.3645 -0.5381 0.7600</w:t>
        <w:br/>
        <w:t>vn -0.1333 -0.2280 0.9645</w:t>
        <w:br/>
        <w:t>vn 0.0433 -0.0094 0.9990</w:t>
        <w:br/>
        <w:t>vn -0.1357 -0.4641 -0.8753</w:t>
        <w:br/>
        <w:t>vn 0.2105 0.2461 0.9461</w:t>
        <w:br/>
        <w:t>vn 0.5334 0.4863 -0.6922</w:t>
        <w:br/>
        <w:t>vn 0.6146 0.7525 0.2366</w:t>
        <w:br/>
        <w:t>vn -0.6348 0.6752 -0.3758</w:t>
        <w:br/>
        <w:t>vn -0.6485 0.7318 -0.2097</w:t>
        <w:br/>
        <w:t>vn -0.6479 0.7319 -0.2109</w:t>
        <w:br/>
        <w:t>vn -0.6339 0.6754 -0.3769</w:t>
        <w:br/>
        <w:t>vn -0.5807 0.5792 -0.5722</w:t>
        <w:br/>
        <w:t>vn -0.5702 0.5876 -0.5741</w:t>
        <w:br/>
        <w:t>vn -0.1915 0.0211 -0.9813</w:t>
        <w:br/>
        <w:t>vn -0.1972 0.0087 -0.9803</w:t>
        <w:br/>
        <w:t>vn -0.6566 0.7540 0.0198</w:t>
        <w:br/>
        <w:t>vn -0.6439 0.7626 0.0625</w:t>
        <w:br/>
        <w:t>vn -0.0832 0.0426 0.9956</w:t>
        <w:br/>
        <w:t>vn 0.3488 -0.5594 0.7519</w:t>
        <w:br/>
        <w:t>vn 0.3451 -0.5493 0.7611</w:t>
        <w:br/>
        <w:t>vn -0.0897 0.0622 0.9940</w:t>
        <w:br/>
        <w:t>vn -0.0892 -0.1599 -0.9831</w:t>
        <w:br/>
        <w:t>vn -0.3220 0.1746 -0.9305</w:t>
        <w:br/>
        <w:t>vn -0.3182 0.1734 -0.9320</w:t>
        <w:br/>
        <w:t>vn -0.0850 -0.1615 -0.9832</w:t>
        <w:br/>
        <w:t>vn 0.3334 -0.6860 -0.6467</w:t>
        <w:br/>
        <w:t>vn 0.3348 -0.6852 -0.6468</w:t>
        <w:br/>
        <w:t>vn 0.5057 -0.8152 -0.2825</w:t>
        <w:br/>
        <w:t>vn 0.5030 -0.8139 -0.2908</w:t>
        <w:br/>
        <w:t>vn -0.4817 0.5759 0.6606</w:t>
        <w:br/>
        <w:t>vn -0.4755 0.5659 0.6735</w:t>
        <w:br/>
        <w:t>vn 0.5647 -0.8227 0.0656</w:t>
        <w:br/>
        <w:t>vn 0.5644 -0.8235 0.0566</w:t>
        <w:br/>
        <w:t>vn -0.5314 0.6659 0.5237</w:t>
        <w:br/>
        <w:t>vn -0.5277 0.6637 0.5301</w:t>
        <w:br/>
        <w:t>vn -0.3852 0.4773 0.7898</w:t>
        <w:br/>
        <w:t>vn -0.3913 0.4814 0.7843</w:t>
        <w:br/>
        <w:t>vn -0.6619 0.7484 -0.0420</w:t>
        <w:br/>
        <w:t>vn -0.6619 0.7484 -0.0433</w:t>
        <w:br/>
        <w:t>vn 0.5426 -0.7836 0.3025</w:t>
        <w:br/>
        <w:t>vn 0.5360 -0.7736 0.3381</w:t>
        <w:br/>
        <w:t>vn 0.3576 -0.5521 0.7532</w:t>
        <w:br/>
        <w:t>vn 0.3584 -0.5430 0.7594</w:t>
        <w:br/>
        <w:t>vn 0.1153 -0.2170 0.9693</w:t>
        <w:br/>
        <w:t>vn 0.0944 -0.1975 0.9757</w:t>
        <w:br/>
        <w:t>vn -0.0516 -0.0117 0.9986</w:t>
        <w:br/>
        <w:t>vn -0.0492 -0.0110 0.9987</w:t>
        <w:br/>
        <w:t>vn 0.1460 -0.4651 -0.8731</w:t>
        <w:br/>
        <w:t>vn 0.1420 -0.4638 -0.8745</w:t>
        <w:br/>
        <w:t>vn -0.2266 0.2534 0.9404</w:t>
        <w:br/>
        <w:t>vn -0.2193 0.2485 0.9435</w:t>
        <w:br/>
        <w:t>vn -0.5260 0.4853 -0.6985</w:t>
        <w:br/>
        <w:t>vn -0.5285 0.4861 -0.6959</w:t>
        <w:br/>
        <w:t>vn -0.6185 0.7536 0.2226</w:t>
        <w:br/>
        <w:t>vn -0.6168 0.7528 0.2299</w:t>
        <w:br/>
        <w:t>vn 0.2595 -0.5464 -0.7964</w:t>
        <w:br/>
        <w:t>vn 0.2519 -0.5736 -0.7794</w:t>
        <w:br/>
        <w:t>vn 0.5173 -0.8046 0.2916</w:t>
        <w:br/>
        <w:t>vn 0.5239 -0.8025 0.2857</w:t>
        <w:br/>
        <w:t>vn 0.5404 -0.8392 0.0611</w:t>
        <w:br/>
        <w:t>vn 0.5344 -0.8442 0.0420</w:t>
        <w:br/>
        <w:t>vn 0.4852 -0.8050 -0.3416</w:t>
        <w:br/>
        <w:t>vn 0.4909 -0.8181 -0.2994</w:t>
        <w:br/>
        <w:t>vn -0.4476 0.5771 0.6831</w:t>
        <w:br/>
        <w:t>vn -0.6155 0.7848 0.0728</w:t>
        <w:br/>
        <w:t>vn -0.1892 0.0270 -0.9816</w:t>
        <w:br/>
        <w:t>vn 0.2641 -0.5342 -0.8031</w:t>
        <w:br/>
        <w:t>vn -0.5617 0.6069 -0.5622</w:t>
        <w:br/>
        <w:t>vn 0.5531 -0.8325 0.0311</w:t>
        <w:br/>
        <w:t>vn 0.5330 -0.7920 0.2976</w:t>
        <w:br/>
        <w:t>vn 0.3531 -0.5366 0.7664</w:t>
        <w:br/>
        <w:t>vn -0.0728 0.0614 0.9955</w:t>
        <w:br/>
        <w:t>vn 0.4950 -0.7894 -0.3630</w:t>
        <w:br/>
        <w:t>vn -0.6475 0.6979 -0.3061</w:t>
        <w:br/>
        <w:t>vn -0.0961 -0.1602 -0.9824</w:t>
        <w:br/>
        <w:t>vn -0.3284 0.1744 -0.9283</w:t>
        <w:br/>
        <w:t>vn 0.5003 -0.8135 -0.2965</w:t>
        <w:br/>
        <w:t>vn 0.3297 -0.6872 -0.6473</w:t>
        <w:br/>
        <w:t>vn 0.5645 -0.8239 0.0503</w:t>
        <w:br/>
        <w:t>vn -0.5230 0.6629 0.5357</w:t>
        <w:br/>
        <w:t>vn -0.3777 0.4754 0.7946</w:t>
        <w:br/>
        <w:t>vn -0.6621 0.7484 -0.0393</w:t>
        <w:br/>
        <w:t>vn 0.5340 -0.7670 0.3558</w:t>
        <w:br/>
        <w:t>vn 0.5645 -0.8239 0.0504</w:t>
        <w:br/>
        <w:t>vn 0.3645 -0.5381 0.7600</w:t>
        <w:br/>
        <w:t>vn -0.0433 -0.0094 0.9990</w:t>
        <w:br/>
        <w:t>vn 0.1333 -0.2280 0.9645</w:t>
        <w:br/>
        <w:t>vn 0.1358 -0.4641 -0.8753</w:t>
        <w:br/>
        <w:t>vn -0.2105 0.2461 0.9461</w:t>
        <w:br/>
        <w:t>vn -0.5334 0.4863 -0.6922</w:t>
        <w:br/>
        <w:t>vn -0.6146 0.7525 0.2366</w:t>
        <w:br/>
        <w:t>vn 0.9303 -0.1719 0.3240</w:t>
        <w:br/>
        <w:t>vn 0.7824 -0.6077 -0.1362</w:t>
        <w:br/>
        <w:t>vn 0.8374 -0.5388 -0.0918</w:t>
        <w:br/>
        <w:t>vn 0.9056 -0.1051 0.4110</w:t>
        <w:br/>
        <w:t>vn 0.9823 -0.1815 -0.0469</w:t>
        <w:br/>
        <w:t>vn 0.9508 0.1352 0.2788</w:t>
        <w:br/>
        <w:t>vn 0.7054 -0.6766 -0.2113</w:t>
        <w:br/>
        <w:t>vn 0.6569 -0.7140 -0.2421</w:t>
        <w:br/>
        <w:t>vn 0.6999 -0.6731 -0.2390</w:t>
        <w:br/>
        <w:t>vn 0.6899 -0.6761 -0.2586</w:t>
        <w:br/>
        <w:t>vn 0.6618 -0.6276 -0.4100</w:t>
        <w:br/>
        <w:t>vn 0.6040 -0.4887 -0.6296</w:t>
        <w:br/>
        <w:t>vn 0.5686 -0.5063 -0.6483</w:t>
        <w:br/>
        <w:t>vn 0.6968 -0.3854 -0.6050</w:t>
        <w:br/>
        <w:t>vn 0.7400 -0.6598 -0.1307</w:t>
        <w:br/>
        <w:t>vn 0.6278 0.3808 0.6788</w:t>
        <w:br/>
        <w:t>vn 0.5968 0.3298 0.7315</w:t>
        <w:br/>
        <w:t>vn 0.7696 0.2371 0.5928</w:t>
        <w:br/>
        <w:t>vn 0.6677 0.3580 0.6527</w:t>
        <w:br/>
        <w:t>vn 0.7268 -0.6198 -0.2959</w:t>
        <w:br/>
        <w:t>vn 0.7619 -0.6301 -0.1501</w:t>
        <w:br/>
        <w:t>vn 0.8586 -0.5126 0.0130</w:t>
        <w:br/>
        <w:t>vn 0.6186 -0.3687 -0.6938</w:t>
        <w:br/>
        <w:t>vn 0.8231 -0.1306 0.5526</w:t>
        <w:br/>
        <w:t>vn 0.6727 0.0130 0.7398</w:t>
        <w:br/>
        <w:t>vn 0.7738 -0.5560 -0.3034</w:t>
        <w:br/>
        <w:t>vn 0.8092 -0.5756 -0.1177</w:t>
        <w:br/>
        <w:t>vn 0.8620 -0.5010 0.0768</w:t>
        <w:br/>
        <w:t>vn 0.6761 -0.3576 -0.6442</w:t>
        <w:br/>
        <w:t>vn 0.8173 -0.2299 0.5283</w:t>
        <w:br/>
        <w:t>vn 0.6394 0.0060 0.7689</w:t>
        <w:br/>
        <w:t>vn 0.4413 0.4375 0.7835</w:t>
        <w:br/>
        <w:t>vn 0.4240 0.5373 0.7290</w:t>
        <w:br/>
        <w:t>vn 0.4916 0.5290 0.6917</w:t>
        <w:br/>
        <w:t>vn 0.7171 -0.4070 -0.5659</w:t>
        <w:br/>
        <w:t>vn 0.5822 -0.5145 -0.6296</w:t>
        <w:br/>
        <w:t>vn 0.4665 -0.6565 -0.5927</w:t>
        <w:br/>
        <w:t>vn -0.9303 -0.1718 0.3240</w:t>
        <w:br/>
        <w:t>vn -0.9056 -0.1051 0.4110</w:t>
        <w:br/>
        <w:t>vn -0.8374 -0.5388 -0.0918</w:t>
        <w:br/>
        <w:t>vn -0.7824 -0.6077 -0.1362</w:t>
        <w:br/>
        <w:t>vn -0.9823 -0.1814 -0.0469</w:t>
        <w:br/>
        <w:t>vn -0.9508 0.1352 0.2788</w:t>
        <w:br/>
        <w:t>vn -0.7054 -0.6766 -0.2113</w:t>
        <w:br/>
        <w:t>vn -0.6899 -0.6761 -0.2586</w:t>
        <w:br/>
        <w:t>vn -0.6999 -0.6731 -0.2390</w:t>
        <w:br/>
        <w:t>vn -0.6569 -0.7140 -0.2421</w:t>
        <w:br/>
        <w:t>vn -0.6040 -0.4887 -0.6296</w:t>
        <w:br/>
        <w:t>vn -0.6618 -0.6276 -0.4100</w:t>
        <w:br/>
        <w:t>vn -0.5686 -0.5063 -0.6484</w:t>
        <w:br/>
        <w:t>vn -0.6968 -0.3854 -0.6050</w:t>
        <w:br/>
        <w:t>vn -0.7400 -0.6598 -0.1307</w:t>
        <w:br/>
        <w:t>vn -0.6278 0.3808 0.6788</w:t>
        <w:br/>
        <w:t>vn -0.5968 0.3298 0.7315</w:t>
        <w:br/>
        <w:t>vn -0.7697 0.2371 0.5928</w:t>
        <w:br/>
        <w:t>vn -0.6677 0.3580 0.6527</w:t>
        <w:br/>
        <w:t>vn -0.7619 -0.6301 -0.1501</w:t>
        <w:br/>
        <w:t>vn -0.7268 -0.6198 -0.2959</w:t>
        <w:br/>
        <w:t>vn -0.8586 -0.5126 0.0130</w:t>
        <w:br/>
        <w:t>vn -0.6186 -0.3687 -0.6939</w:t>
        <w:br/>
        <w:t>vn -0.8232 -0.1305 0.5526</w:t>
        <w:br/>
        <w:t>vn -0.6727 0.0129 0.7398</w:t>
        <w:br/>
        <w:t>vn -0.8092 -0.5756 -0.1177</w:t>
        <w:br/>
        <w:t>vn -0.7738 -0.5560 -0.3034</w:t>
        <w:br/>
        <w:t>vn -0.8620 -0.5010 0.0768</w:t>
        <w:br/>
        <w:t>vn -0.6761 -0.3576 -0.6442</w:t>
        <w:br/>
        <w:t>vn -0.8173 -0.2299 0.5283</w:t>
        <w:br/>
        <w:t>vn -0.6394 0.0060 0.7689</w:t>
        <w:br/>
        <w:t>vn -0.4414 0.4375 0.7835</w:t>
        <w:br/>
        <w:t>vn -0.4241 0.5373 0.7290</w:t>
        <w:br/>
        <w:t>vn -0.4916 0.5290 0.6917</w:t>
        <w:br/>
        <w:t>vn -0.7171 -0.4070 -0.5659</w:t>
        <w:br/>
        <w:t>vn -0.5822 -0.5144 -0.6296</w:t>
        <w:br/>
        <w:t>vn -0.4665 -0.6565 -0.5928</w:t>
        <w:br/>
        <w:t>vn 0.6850 -0.7113 -0.1573</w:t>
        <w:br/>
        <w:t>vn 0.4757 -0.7555 -0.4506</w:t>
        <w:br/>
        <w:t>vn 0.4856 -0.7797 -0.3953</w:t>
        <w:br/>
        <w:t>vn 0.7816 -0.5995 0.1722</w:t>
        <w:br/>
        <w:t>vn 0.7935 -0.5010 0.3455</w:t>
        <w:br/>
        <w:t>vn 0.3872 -0.8551 -0.3448</w:t>
        <w:br/>
        <w:t>vn 0.4742 -0.7594 -0.4454</w:t>
        <w:br/>
        <w:t>vn 0.8209 -0.4740 0.3185</w:t>
        <w:br/>
        <w:t>vn 0.5684 0.0882 0.8180</w:t>
        <w:br/>
        <w:t>vn 0.7262 -0.1591 0.6689</w:t>
        <w:br/>
        <w:t>vn 0.5536 0.0759 0.8293</w:t>
        <w:br/>
        <w:t>vn -0.1394 -0.5596 -0.8169</w:t>
        <w:br/>
        <w:t>vn -0.1500 -0.5983 -0.7871</w:t>
        <w:br/>
        <w:t>vn -0.2581 -0.6797 -0.6866</w:t>
        <w:br/>
        <w:t>vn -0.1491 -0.5581 -0.8163</w:t>
        <w:br/>
        <w:t>vn 0.2323 -0.9594 0.1600</w:t>
        <w:br/>
        <w:t>vn -0.4825 -0.8696 -0.1049</w:t>
        <w:br/>
        <w:t>vn -0.3654 -0.7984 -0.4785</w:t>
        <w:br/>
        <w:t>vn 0.2497 -0.9492 -0.1917</w:t>
        <w:br/>
        <w:t>vn 0.5223 0.0678 0.8501</w:t>
        <w:br/>
        <w:t>vn 0.4702 0.0792 0.8790</w:t>
        <w:br/>
        <w:t>vn -0.1020 0.4542 0.8851</w:t>
        <w:br/>
        <w:t>vn -0.0160 0.4920 0.8705</w:t>
        <w:br/>
        <w:t>vn 0.5762 -0.1492 0.8036</w:t>
        <w:br/>
        <w:t>vn 0.5901 0.0091 0.8072</w:t>
        <w:br/>
        <w:t>vn 0.0726 0.5004 0.8627</w:t>
        <w:br/>
        <w:t>vn 0.2395 0.3281 0.9138</w:t>
        <w:br/>
        <w:t>vn -0.8963 0.4237 -0.1307</w:t>
        <w:br/>
        <w:t>vn -0.9650 0.2437 0.0965</w:t>
        <w:br/>
        <w:t>vn -0.7225 -0.2982 -0.6238</w:t>
        <w:br/>
        <w:t>vn -0.7060 -0.1182 -0.6983</w:t>
        <w:br/>
        <w:t>vn -0.8331 0.5529 0.0152</w:t>
        <w:br/>
        <w:t>vn -0.6950 -0.0985 -0.7122</w:t>
        <w:br/>
        <w:t>vn -0.4782 0.7197 0.5034</w:t>
        <w:br/>
        <w:t>vn -0.4907 0.7043 0.5130</w:t>
        <w:br/>
        <w:t>vn -0.9484 -0.2888 -0.1311</w:t>
        <w:br/>
        <w:t>vn -0.8143 -0.3280 -0.4789</w:t>
        <w:br/>
        <w:t>vn -0.6091 0.5526 0.5689</w:t>
        <w:br/>
        <w:t>vn -0.5418 0.6487 0.5345</w:t>
        <w:br/>
        <w:t>vn -0.1538 0.5607 0.8136</w:t>
        <w:br/>
        <w:t>vn 0.0379 0.4193 0.9070</w:t>
        <w:br/>
        <w:t>vn -0.7453 -0.1942 -0.6378</w:t>
        <w:br/>
        <w:t>vn -0.6921 -0.1048 -0.7141</w:t>
        <w:br/>
        <w:t>vn -0.1279 -0.6524 -0.7470</w:t>
        <w:br/>
        <w:t>vn 0.5280 -0.7921 -0.3062</w:t>
        <w:br/>
        <w:t>vn 0.7802 -0.4724 0.4100</w:t>
        <w:br/>
        <w:t>vn 0.6954 -0.1856 0.6942</w:t>
        <w:br/>
        <w:t>vn 0.6727 -0.6592 0.3361</w:t>
        <w:br/>
        <w:t>vn -0.8901 0.4425 -0.1091</w:t>
        <w:br/>
        <w:t>vn -0.8756 0.4649 -0.1312</w:t>
        <w:br/>
        <w:t>vn 0.0531 0.5377 0.8415</w:t>
        <w:br/>
        <w:t>vn 0.0565 0.5233 0.8503</w:t>
        <w:br/>
        <w:t>vn 0.5721 0.0883 0.8154</w:t>
        <w:br/>
        <w:t>vn -0.9746 0.0870 -0.2065</w:t>
        <w:br/>
        <w:t>vn -0.6874 0.6586 0.3061</w:t>
        <w:br/>
        <w:t>vn -0.5318 0.6429 0.5513</w:t>
        <w:br/>
        <w:t>vn -0.4408 0.7145 0.5433</w:t>
        <w:br/>
        <w:t>vn -0.2925 -0.7783 -0.5556</w:t>
        <w:br/>
        <w:t>vn -0.5971 -0.7557 -0.2691</w:t>
        <w:br/>
        <w:t>vn -0.4441 -0.8760 -0.1881</w:t>
        <w:br/>
        <w:t>vn 0.6063 0.1254 0.7853</w:t>
        <w:br/>
        <w:t>vn -0.6687 0.5523 0.4978</w:t>
        <w:br/>
        <w:t>vn 0.4414 0.0925 0.8925</w:t>
        <w:br/>
        <w:t>vn -0.1544 0.4187 0.8949</w:t>
        <w:br/>
        <w:t>vn -0.7037 0.3941 0.5912</w:t>
        <w:br/>
        <w:t>vn 0.0319 0.5163 0.8558</w:t>
        <w:br/>
        <w:t>vn -0.5057 0.6861 0.5230</w:t>
        <w:br/>
        <w:t>vn 0.5729 0.0914 0.8145</w:t>
        <w:br/>
        <w:t>vn 0.0689 0.4975 0.8648</w:t>
        <w:br/>
        <w:t>vn 0.0677 0.5122 0.8562</w:t>
        <w:br/>
        <w:t>vn -0.4908 0.6961 0.5240</w:t>
        <w:br/>
        <w:t>vn 0.7703 -0.4454 0.4563</w:t>
        <w:br/>
        <w:t>vn 0.5397 -0.8048 -0.2473</w:t>
        <w:br/>
        <w:t>vn -0.1265 -0.7125 -0.6902</w:t>
        <w:br/>
        <w:t>vn -0.2055 0.6386 0.7416</w:t>
        <w:br/>
        <w:t>vn 0.0415 0.4664 0.8836</w:t>
        <w:br/>
        <w:t>vn 0.3794 0.3288 0.8649</w:t>
        <w:br/>
        <w:t>vn -0.2768 -0.9556 -0.1015</w:t>
        <w:br/>
        <w:t>vn -0.3355 -0.8423 -0.4219</w:t>
        <w:br/>
        <w:t>vn -0.9109 0.2752 0.3075</w:t>
        <w:br/>
        <w:t>vn -0.9908 -0.0616 -0.1206</w:t>
        <w:br/>
        <w:t>vn -0.7203 -0.4669 -0.5129</w:t>
        <w:br/>
        <w:t>vn -0.7204 -0.4670 -0.5129</w:t>
        <w:br/>
        <w:t>vn -0.6850 -0.7113 -0.1573</w:t>
        <w:br/>
        <w:t>vn -0.7816 -0.5995 0.1721</w:t>
        <w:br/>
        <w:t>vn -0.4856 -0.7797 -0.3953</w:t>
        <w:br/>
        <w:t>vn -0.4757 -0.7555 -0.4506</w:t>
        <w:br/>
        <w:t>vn -0.7935 -0.5009 0.3455</w:t>
        <w:br/>
        <w:t>vn -0.8209 -0.4740 0.3185</w:t>
        <w:br/>
        <w:t>vn -0.4743 -0.7594 -0.4454</w:t>
        <w:br/>
        <w:t>vn -0.3872 -0.8551 -0.3448</w:t>
        <w:br/>
        <w:t>vn -0.5684 0.0882 0.8180</w:t>
        <w:br/>
        <w:t>vn -0.5536 0.0759 0.8294</w:t>
        <w:br/>
        <w:t>vn -0.7262 -0.1591 0.6689</w:t>
        <w:br/>
        <w:t>vn 0.1394 -0.5596 -0.8169</w:t>
        <w:br/>
        <w:t>vn 0.1500 -0.5983 -0.7871</w:t>
        <w:br/>
        <w:t>vn 0.2581 -0.6797 -0.6866</w:t>
        <w:br/>
        <w:t>vn 0.1491 -0.5581 -0.8163</w:t>
        <w:br/>
        <w:t>vn -0.2323 -0.9594 0.1600</w:t>
        <w:br/>
        <w:t>vn -0.2497 -0.9492 -0.1917</w:t>
        <w:br/>
        <w:t>vn 0.3654 -0.7984 -0.4785</w:t>
        <w:br/>
        <w:t>vn 0.4825 -0.8696 -0.1049</w:t>
        <w:br/>
        <w:t>vn -0.5223 0.0678 0.8501</w:t>
        <w:br/>
        <w:t>vn 0.0160 0.4920 0.8705</w:t>
        <w:br/>
        <w:t>vn 0.1021 0.4542 0.8850</w:t>
        <w:br/>
        <w:t>vn -0.4702 0.0792 0.8790</w:t>
        <w:br/>
        <w:t>vn -0.0726 0.5004 0.8627</w:t>
        <w:br/>
        <w:t>vn -0.5902 0.0091 0.8072</w:t>
        <w:br/>
        <w:t>vn -0.5762 -0.1492 0.8036</w:t>
        <w:br/>
        <w:t>vn -0.2395 0.3281 0.9138</w:t>
        <w:br/>
        <w:t>vn 0.8963 0.4237 -0.1307</w:t>
        <w:br/>
        <w:t>vn 0.7060 -0.1182 -0.6983</w:t>
        <w:br/>
        <w:t>vn 0.7225 -0.2982 -0.6238</w:t>
        <w:br/>
        <w:t>vn 0.9650 0.2437 0.0965</w:t>
        <w:br/>
        <w:t>vn 0.8331 0.5529 0.0152</w:t>
        <w:br/>
        <w:t>vn 0.6950 -0.0985 -0.7122</w:t>
        <w:br/>
        <w:t>vn 0.4782 0.7196 0.5034</w:t>
        <w:br/>
        <w:t>vn 0.4907 0.7043 0.5131</w:t>
        <w:br/>
        <w:t>vn 0.9484 -0.2888 -0.1311</w:t>
        <w:br/>
        <w:t>vn 0.8143 -0.3280 -0.4789</w:t>
        <w:br/>
        <w:t>vn 0.5418 0.6487 0.5345</w:t>
        <w:br/>
        <w:t>vn 0.6091 0.5526 0.5689</w:t>
        <w:br/>
        <w:t>vn 0.1538 0.5607 0.8136</w:t>
        <w:br/>
        <w:t>vn -0.0378 0.4193 0.9070</w:t>
        <w:br/>
        <w:t>vn 0.6921 -0.1047 -0.7141</w:t>
        <w:br/>
        <w:t>vn 0.7453 -0.1942 -0.6378</w:t>
        <w:br/>
        <w:t>vn -0.5280 -0.7921 -0.3062</w:t>
        <w:br/>
        <w:t>vn 0.1279 -0.6524 -0.7470</w:t>
        <w:br/>
        <w:t>vn -0.7802 -0.4724 0.4100</w:t>
        <w:br/>
        <w:t>vn -0.6954 -0.1856 0.6942</w:t>
        <w:br/>
        <w:t>vn -0.6727 -0.6592 0.3361</w:t>
        <w:br/>
        <w:t>vn 0.7225 -0.2982 -0.6237</w:t>
        <w:br/>
        <w:t>vn 0.8901 0.4425 -0.1091</w:t>
        <w:br/>
        <w:t>vn 0.7453 -0.1941 -0.6378</w:t>
        <w:br/>
        <w:t>vn 0.6921 -0.1048 -0.7141</w:t>
        <w:br/>
        <w:t>vn 0.8756 0.4649 -0.1312</w:t>
        <w:br/>
        <w:t>vn -0.0531 0.5377 0.8415</w:t>
        <w:br/>
        <w:t>vn -0.0565 0.5233 0.8503</w:t>
        <w:br/>
        <w:t>vn -0.5721 0.0882 0.8154</w:t>
        <w:br/>
        <w:t>vn 0.9746 0.0869 -0.2064</w:t>
        <w:br/>
        <w:t>vn 0.8143 -0.3280 -0.4790</w:t>
        <w:br/>
        <w:t>vn 0.6874 0.6586 0.3061</w:t>
        <w:br/>
        <w:t>vn 0.4408 0.7146 0.5433</w:t>
        <w:br/>
        <w:t>vn 0.5318 0.6429 0.5513</w:t>
        <w:br/>
        <w:t>vn 0.2925 -0.7782 -0.5558</w:t>
        <w:br/>
        <w:t>vn 0.4441 -0.8760 -0.1881</w:t>
        <w:br/>
        <w:t>vn 0.5972 -0.7556 -0.2691</w:t>
        <w:br/>
        <w:t>vn -0.6063 0.1254 0.7853</w:t>
        <w:br/>
        <w:t>vn 0.6687 0.5523 0.4977</w:t>
        <w:br/>
        <w:t>vn 0.1544 0.4187 0.8949</w:t>
        <w:br/>
        <w:t>vn -0.4414 0.0925 0.8925</w:t>
        <w:br/>
        <w:t>vn 0.7037 0.3941 0.5912</w:t>
        <w:br/>
        <w:t>vn -0.0319 0.5163 0.8558</w:t>
        <w:br/>
        <w:t>vn 0.5057 0.6861 0.5230</w:t>
        <w:br/>
        <w:t>vn -0.7816 -0.5995 0.1722</w:t>
        <w:br/>
        <w:t>vn -0.5729 0.0914 0.8145</w:t>
        <w:br/>
        <w:t>vn -0.0689 0.4974 0.8648</w:t>
        <w:br/>
        <w:t>vn -0.0677 0.5122 0.8562</w:t>
        <w:br/>
        <w:t>vn 0.4908 0.6961 0.5240</w:t>
        <w:br/>
        <w:t>vn -0.7703 -0.4454 0.4563</w:t>
        <w:br/>
        <w:t>vn -0.5397 -0.8048 -0.2472</w:t>
        <w:br/>
        <w:t>vn 0.1265 -0.7125 -0.6902</w:t>
        <w:br/>
        <w:t>vn 0.2055 0.6386 0.7416</w:t>
        <w:br/>
        <w:t>vn -0.0415 0.4664 0.8836</w:t>
        <w:br/>
        <w:t>vn -0.3794 0.3288 0.8649</w:t>
        <w:br/>
        <w:t>vn 0.2768 -0.9556 -0.1015</w:t>
        <w:br/>
        <w:t>vn 0.3355 -0.8423 -0.4219</w:t>
        <w:br/>
        <w:t>vn 0.9109 0.2752 0.3075</w:t>
        <w:br/>
        <w:t>vn 0.9908 -0.0616 -0.1206</w:t>
        <w:br/>
        <w:t>vn 0.7203 -0.4669 -0.5130</w:t>
        <w:br/>
        <w:t>vn 0.7204 -0.4670 -0.5129</w:t>
        <w:br/>
        <w:t>vn -0.0066 0.9890 -0.1480</w:t>
        <w:br/>
        <w:t>vn 0.3422 0.9386 0.0446</w:t>
        <w:br/>
        <w:t>vn 0.3422 0.9386 0.0447</w:t>
        <w:br/>
        <w:t>vn -0.3114 0.8716 -0.3786</w:t>
        <w:br/>
        <w:t>vn -0.5024 0.6645 -0.5533</w:t>
        <w:br/>
        <w:t>vn -0.5024 0.6644 -0.5533</w:t>
        <w:br/>
        <w:t>vn -0.6053 0.1449 -0.7827</w:t>
        <w:br/>
        <w:t>vn -0.5334 0.0827 -0.8418</w:t>
        <w:br/>
        <w:t>vn -0.5078 0.0060 -0.8614</w:t>
        <w:br/>
        <w:t>vn -0.3158 -0.6389 -0.7015</w:t>
        <w:br/>
        <w:t>vn -0.4423 -0.3330 -0.8328</w:t>
        <w:br/>
        <w:t>vn -0.2574 -0.9659 -0.0282</w:t>
        <w:br/>
        <w:t>vn 0.0462 -0.9907 0.1279</w:t>
        <w:br/>
        <w:t>vn 0.2847 -0.9032 0.3212</w:t>
        <w:br/>
        <w:t>vn 0.2848 -0.9032 0.3212</w:t>
        <w:br/>
        <w:t>vn 0.5189 -0.6714 0.5292</w:t>
        <w:br/>
        <w:t>vn 0.5189 -0.6714 0.5291</w:t>
        <w:br/>
        <w:t>vn 0.5615 -0.0683 0.8246</w:t>
        <w:br/>
        <w:t>vn 0.5616 -0.0683 0.8246</w:t>
        <w:br/>
        <w:t>vn 0.6293 -0.1218 0.7675</w:t>
        <w:br/>
        <w:t>vn 0.5322 -0.0007 0.8466</w:t>
        <w:br/>
        <w:t>vn 0.4585 0.3389 0.8215</w:t>
        <w:br/>
        <w:t>vn 0.5322 -0.0006 0.8466</w:t>
        <w:br/>
        <w:t>vn 0.5923 -0.2466 -0.7670</w:t>
        <w:br/>
        <w:t>vn 0.4523 -0.2297 -0.8618</w:t>
        <w:br/>
        <w:t>vn 0.4522 -0.2297 -0.8618</w:t>
        <w:br/>
        <w:t>vn 0.7027 -0.2414 -0.6693</w:t>
        <w:br/>
        <w:t>vn 0.8871 0.0831 -0.4541</w:t>
        <w:br/>
        <w:t>vn 0.8814 -0.0214 -0.4719</w:t>
        <w:br/>
        <w:t>vn 0.8503 0.2525 -0.4619</w:t>
        <w:br/>
        <w:t>vn 0.8503 0.2525 -0.4618</w:t>
        <w:br/>
        <w:t>vn 0.8692 0.2020 -0.4512</w:t>
        <w:br/>
        <w:t>vn 0.7405 0.3726 -0.5594</w:t>
        <w:br/>
        <w:t>vn 0.8316 0.2295 -0.5058</w:t>
        <w:br/>
        <w:t>vn 0.6138 0.5199 -0.5941</w:t>
        <w:br/>
        <w:t>vn -0.6151 0.3039 0.7275</w:t>
        <w:br/>
        <w:t>vn -0.6150 0.3040 0.7276</w:t>
        <w:br/>
        <w:t>vn -0.4093 0.2764 0.8695</w:t>
        <w:br/>
        <w:t>vn -0.4093 0.2765 0.8695</w:t>
        <w:br/>
        <w:t>vn -0.7526 0.2798 0.5960</w:t>
        <w:br/>
        <w:t>vn -0.9123 -0.0740 0.4028</w:t>
        <w:br/>
        <w:t>vn -0.9054 0.0580 0.4205</w:t>
        <w:br/>
        <w:t>vn -0.9054 0.0579 0.4206</w:t>
        <w:br/>
        <w:t>vn -0.8957 -0.1606 0.4147</w:t>
        <w:br/>
        <w:t>vn -0.8957 -0.1604 0.4146</w:t>
        <w:br/>
        <w:t>vn -0.8780 -0.2208 0.4247</w:t>
        <w:br/>
        <w:t>vn -0.8581 -0.2328 0.4578</w:t>
        <w:br/>
        <w:t>vn -0.8580 -0.2328 0.4578</w:t>
        <w:br/>
        <w:t>vn -0.8780 -0.2208 0.4248</w:t>
        <w:br/>
        <w:t>vn -0.9279 -0.3721 -0.0213</w:t>
        <w:br/>
        <w:t>vn -0.6977 -0.7155 0.0355</w:t>
        <w:br/>
        <w:t>vn 0.1607 -0.1729 -0.9717</w:t>
        <w:br/>
        <w:t>vn 0.0655 0.1565 -0.9855</w:t>
        <w:br/>
        <w:t>vn 0.0271 -0.1448 0.9891</w:t>
        <w:br/>
        <w:t>vn 0.0372 -0.2318 0.9720</w:t>
        <w:br/>
        <w:t>vn 0.0372 -0.2319 0.9720</w:t>
        <w:br/>
        <w:t>vn 0.9363 0.3508 0.0141</w:t>
        <w:br/>
        <w:t>vn 0.9686 0.2109 0.1318</w:t>
        <w:br/>
        <w:t>vn -0.6308 -0.5541 0.5432</w:t>
        <w:br/>
        <w:t>vn -0.7684 -0.3883 0.5087</w:t>
        <w:br/>
        <w:t>vn 0.3223 0.6410 0.6966</w:t>
        <w:br/>
        <w:t>vn 0.0057 -0.0798 -0.9968</w:t>
        <w:br/>
        <w:t>vn 0.1313 -0.3431 -0.9301</w:t>
        <w:br/>
        <w:t>vn 0.0057 -0.0797 -0.9968</w:t>
        <w:br/>
        <w:t>vn -0.9474 -0.2931 -0.1289</w:t>
        <w:br/>
        <w:t>vn -0.9474 -0.2930 -0.1290</w:t>
        <w:br/>
        <w:t>vn -0.6236 -0.7811 -0.0326</w:t>
        <w:br/>
        <w:t>vn -0.6236 -0.7811 -0.0325</w:t>
        <w:br/>
        <w:t>vn 0.0690 0.0468 0.9965</w:t>
        <w:br/>
        <w:t>vn 0.0690 0.0469 0.9965</w:t>
        <w:br/>
        <w:t>vn -0.0756 0.3512 0.9332</w:t>
        <w:br/>
        <w:t>vn -0.0757 0.3513 0.9332</w:t>
        <w:br/>
        <w:t>vn 0.9921 0.1085 0.0629</w:t>
        <w:br/>
        <w:t>vn 0.7214 0.6925 -0.0038</w:t>
        <w:br/>
        <w:t>vn 0.0523 0.3184 -0.9465</w:t>
        <w:br/>
        <w:t>vn 0.0523 0.3185 -0.9465</w:t>
        <w:br/>
        <w:t>vn -0.8613 0.5073 0.0289</w:t>
        <w:br/>
        <w:t>vn -0.8613 0.5073 0.0288</w:t>
        <w:br/>
        <w:t>vn -0.0457 -0.3679 0.9288</w:t>
        <w:br/>
        <w:t>vn -0.0458 -0.3679 0.9287</w:t>
        <w:br/>
        <w:t>vn 0.8128 -0.5769 -0.0808</w:t>
        <w:br/>
        <w:t>vn 0.8129 -0.5768 -0.0808</w:t>
        <w:br/>
        <w:t>vn 0.3296 -0.8874 -0.3222</w:t>
        <w:br/>
        <w:t>vn 0.0094 -0.8766 -0.4812</w:t>
        <w:br/>
        <w:t>vn 0.0094 -0.8765 -0.4812</w:t>
        <w:br/>
        <w:t>vn -0.2789 -0.5836 0.7626</w:t>
        <w:br/>
        <w:t>vn -0.4677 -0.5815 0.6657</w:t>
        <w:br/>
        <w:t>vn -0.4676 -0.5815 0.6657</w:t>
        <w:br/>
        <w:t>vn -0.2790 -0.5836 0.7626</w:t>
        <w:br/>
        <w:t>vn -0.3085 0.8887 0.3391</w:t>
        <w:br/>
        <w:t>vn -0.3084 0.8887 0.3392</w:t>
        <w:br/>
        <w:t>vn 0.0142 0.8624 0.5060</w:t>
        <w:br/>
        <w:t>vn 0.0141 0.8624 0.5060</w:t>
        <w:br/>
        <w:t>vn 0.2559 0.5091 -0.8218</w:t>
        <w:br/>
        <w:t>vn 0.2561 0.5090 -0.8218</w:t>
        <w:br/>
        <w:t>vn 0.4757 0.5185 -0.7105</w:t>
        <w:br/>
        <w:t>vn 0.4757 0.5186 -0.7105</w:t>
        <w:br/>
        <w:t>vn -0.1000 0.2193 0.9705</w:t>
        <w:br/>
        <w:t>vn 0.7236 0.6875 -0.0613</w:t>
        <w:br/>
        <w:t>vn 0.7236 0.6875 -0.0614</w:t>
        <w:br/>
        <w:t>vn 0.1849 0.7807 0.5970</w:t>
        <w:br/>
        <w:t>vn 0.1848 0.7807 0.5970</w:t>
        <w:br/>
        <w:t>vn 0.5702 0.5240 -0.6327</w:t>
        <w:br/>
        <w:t>vn -0.1913 -0.7822 -0.5930</w:t>
        <w:br/>
        <w:t>vn -0.5734 -0.5761 0.5824</w:t>
        <w:br/>
        <w:t>vn -0.5734 -0.5761 0.5825</w:t>
        <w:br/>
        <w:t>vn -0.8077 -0.5497 -0.2130</w:t>
        <w:br/>
        <w:t>vn -0.9639 -0.1219 -0.2366</w:t>
        <w:br/>
        <w:t>vn -0.9639 -0.1219 -0.2365</w:t>
        <w:br/>
        <w:t>vn -0.1872 0.0297 0.9819</w:t>
        <w:br/>
        <w:t>vn 0.2518 -0.0055 -0.9678</w:t>
        <w:br/>
        <w:t>vn 0.8175 0.5423 0.1942</w:t>
        <w:br/>
        <w:t>vn 0.8175 0.5422 0.1942</w:t>
        <w:br/>
        <w:t>vn 0.9663 0.1519 0.2079</w:t>
        <w:br/>
        <w:t>vn 0.1393 0.2320 -0.9627</w:t>
        <w:br/>
        <w:t>vn 0.0932 0.2442 -0.9652</w:t>
        <w:br/>
        <w:t>vn -0.9700 -0.1518 -0.1901</w:t>
        <w:br/>
        <w:t>vn -0.9683 -0.2249 -0.1082</w:t>
        <w:br/>
        <w:t>vn -0.0087 -0.2170 0.9761</w:t>
        <w:br/>
        <w:t>vn 0.9641 0.1479 0.2204</w:t>
        <w:br/>
        <w:t>vn 0.1255 0.2225 -0.9668</w:t>
        <w:br/>
        <w:t>vn 0.1255 0.2224 -0.9668</w:t>
        <w:br/>
        <w:t>vn -0.0420 -0.2009 0.9787</w:t>
        <w:br/>
        <w:t>vn -0.6473 0.2543 -0.7186</w:t>
        <w:br/>
        <w:t>vn 0.6698 -0.2312 0.7056</w:t>
        <w:br/>
        <w:t>vn -0.5078 0.0059 -0.8614</w:t>
        <w:br/>
        <w:t>vn 0.8315 0.2294 -0.5059</w:t>
        <w:br/>
        <w:t>vn 0.8315 0.2295 -0.5059</w:t>
        <w:br/>
        <w:t>vn -0.8581 -0.2328 0.4577</w:t>
        <w:br/>
        <w:t>vn -0.8581 -0.2329 0.4577</w:t>
        <w:br/>
        <w:t>vn -0.6072 0.4423 -0.6601</w:t>
        <w:br/>
        <w:t>vn -0.6072 0.4422 -0.6601</w:t>
        <w:br/>
        <w:t>vn 0.6381 -0.4126 0.6500</w:t>
        <w:br/>
        <w:t>vn 0.8121 -0.1668 -0.5591</w:t>
        <w:br/>
        <w:t>vn 0.8121 -0.1668 -0.5592</w:t>
        <w:br/>
        <w:t>vn -0.8363 0.2160 0.5040</w:t>
        <w:br/>
        <w:t>vn 0.0622 0.0481 -0.9969</w:t>
        <w:br/>
        <w:t>vn 0.0202 0.0228 -0.9995</w:t>
        <w:br/>
        <w:t>vn 0.0201 0.0228 -0.9995</w:t>
        <w:br/>
        <w:t>vn -0.8539 -0.5204 -0.0070</w:t>
        <w:br/>
        <w:t>vn -0.8538 -0.5206 -0.0074</w:t>
        <w:br/>
        <w:t>vn -0.8538 -0.5205 -0.0072</w:t>
        <w:br/>
        <w:t>vn -0.8540 -0.5203 -0.0069</w:t>
        <w:br/>
        <w:t>vn -0.5205 0.8538 0.0088</w:t>
        <w:br/>
        <w:t>vn -0.5204 0.8539 0.0092</w:t>
        <w:br/>
        <w:t>vn -0.5205 0.8538 0.0087</w:t>
        <w:br/>
        <w:t>vn 0.8538 0.5205 0.0073</w:t>
        <w:br/>
        <w:t>vn 0.8538 0.5206 0.0071</w:t>
        <w:br/>
        <w:t>vn 0.8538 0.5206 0.0072</w:t>
        <w:br/>
        <w:t>vn 0.5205 -0.8538 -0.0089</w:t>
        <w:br/>
        <w:t>vn 0.5206 -0.8538 -0.0085</w:t>
        <w:br/>
        <w:t>vn 0.5205 -0.8538 -0.0092</w:t>
        <w:br/>
        <w:t>vn 0.5205 -0.8538 -0.0093</w:t>
        <w:br/>
        <w:t>vn 0.1711 0.1144 -0.9786</w:t>
        <w:br/>
        <w:t>vn 0.1713 0.1143 -0.9786</w:t>
        <w:br/>
        <w:t>vn 0.1305 0.0899 -0.9874</w:t>
        <w:br/>
        <w:t>vn 0.0062 0.0143 -0.9999</w:t>
        <w:br/>
        <w:t>vn -0.5204 0.8539 0.0086</w:t>
        <w:br/>
        <w:t>vn -0.5204 0.8539 0.0087</w:t>
        <w:br/>
        <w:t>vn -0.5204 0.8539 0.0093</w:t>
        <w:br/>
        <w:t>vn -0.5205 0.8538 0.0089</w:t>
        <w:br/>
        <w:t>vn -0.5206 0.8538 0.0088</w:t>
        <w:br/>
        <w:t>vn 0.5204 -0.8539 -0.0084</w:t>
        <w:br/>
        <w:t>vn 0.5204 -0.8539 -0.0083</w:t>
        <w:br/>
        <w:t>vn 0.5204 -0.8539 -0.0087</w:t>
        <w:br/>
        <w:t>vn 0.5206 -0.8537 -0.0090</w:t>
        <w:br/>
        <w:t>vn 0.5206 -0.8537 -0.0089</w:t>
        <w:br/>
        <w:t>vn 0.3185 0.2959 -0.9006</w:t>
        <w:br/>
        <w:t>vn 0.3296 0.2889 -0.8988</w:t>
        <w:br/>
        <w:t>vn 0.3295 0.2889 -0.8988</w:t>
        <w:br/>
        <w:t>vn 0.6878 0.6179 0.3811</w:t>
        <w:br/>
        <w:t>vn 0.6877 0.6179 0.3811</w:t>
        <w:br/>
        <w:t>vn 0.8451 0.3918 0.3636</w:t>
        <w:br/>
        <w:t>vn 0.8452 0.3918 0.3635</w:t>
        <w:br/>
        <w:t>vn -0.8618 -0.3992 -0.3129</w:t>
        <w:br/>
        <w:t>vn -0.6974 -0.6358 -0.3307</w:t>
        <w:br/>
        <w:t>vn -0.8618 -0.3989 -0.3132</w:t>
        <w:br/>
        <w:t>vn 0.3450 0.2226 -0.9118</w:t>
        <w:br/>
        <w:t>vn 0.1468 0.1739 -0.9738</w:t>
        <w:br/>
        <w:t>vn 0.3450 0.2225 -0.9118</w:t>
        <w:br/>
        <w:t>vn -0.5598 0.8262 0.0628</w:t>
        <w:br/>
        <w:t>vn -0.5505 0.8325 0.0624</w:t>
        <w:br/>
        <w:t>vn -0.5508 0.8323 0.0625</w:t>
        <w:br/>
        <w:t>vn -0.5601 0.8260 0.0628</w:t>
        <w:br/>
        <w:t>vn 0.5639 -0.8236 -0.0605</w:t>
        <w:br/>
        <w:t>vn 0.5641 -0.8235 -0.0606</w:t>
        <w:br/>
        <w:t>vn 0.5613 -0.8255 -0.0596</w:t>
        <w:br/>
        <w:t>vn 0.5610 -0.8256 -0.0596</w:t>
        <w:br/>
        <w:t>vn -0.0267 0.0570 -0.9980</w:t>
        <w:br/>
        <w:t>vn 0.0072 0.0848 -0.9964</w:t>
        <w:br/>
        <w:t>vn 0.0072 0.0849 -0.9964</w:t>
        <w:br/>
        <w:t>vn -0.8518 0.5218 0.0464</w:t>
        <w:br/>
        <w:t>vn -0.6802 0.7310 0.0545</w:t>
        <w:br/>
        <w:t>vn 0.6132 -0.7879 -0.0563</w:t>
        <w:br/>
        <w:t>vn 0.8051 -0.5919 -0.0398</w:t>
        <w:br/>
        <w:t>vn 0.8051 -0.5918 -0.0399</w:t>
        <w:br/>
        <w:t>vn 0.6133 -0.7878 -0.0564</w:t>
        <w:br/>
        <w:t>vn -0.0591 0.0342 -0.9977</w:t>
        <w:br/>
        <w:t>vn -0.9646 0.2587 0.0512</w:t>
        <w:br/>
        <w:t>vn -0.9646 0.2586 0.0512</w:t>
        <w:br/>
        <w:t>vn 0.9666 -0.2554 -0.0226</w:t>
        <w:br/>
        <w:t>vn -0.0905 0.0121 -0.9958</w:t>
        <w:br/>
        <w:t>vn -0.9964 -0.0483 0.0692</w:t>
        <w:br/>
        <w:t>vn 0.9983 0.0543 -0.0213</w:t>
        <w:br/>
        <w:t>vn 0.9983 0.0544 -0.0213</w:t>
        <w:br/>
        <w:t>vn -0.1097 -0.0031 -0.9940</w:t>
        <w:br/>
        <w:t>vn -0.1099 -0.0033 -0.9939</w:t>
        <w:br/>
        <w:t>vn -0.9104 -0.4063 0.0788</w:t>
        <w:br/>
        <w:t>vn -0.9104 -0.4063 0.0787</w:t>
        <w:br/>
        <w:t>vn 0.9123 0.4092 -0.0151</w:t>
        <w:br/>
        <w:t>vn -0.1089 -0.0042 -0.9940</w:t>
        <w:br/>
        <w:t>vn -0.1093 -0.0043 -0.9940</w:t>
        <w:br/>
        <w:t>vn -0.6964 -0.7154 0.0565</w:t>
        <w:br/>
        <w:t>vn -0.6964 -0.7154 0.0564</w:t>
        <w:br/>
        <w:t>vn 0.7020 0.7121 0.0071</w:t>
        <w:br/>
        <w:t>vn 0.7021 0.7121 0.0070</w:t>
        <w:br/>
        <w:t>vn -0.0900 0.0094 -0.9959</w:t>
        <w:br/>
        <w:t>vn -0.4127 -0.9108 0.0083</w:t>
        <w:br/>
        <w:t>vn 0.4228 0.9053 0.0404</w:t>
        <w:br/>
        <w:t>vn -0.0597 0.0309 -0.9977</w:t>
        <w:br/>
        <w:t>vn -0.0983 -0.9944 -0.0393</w:t>
        <w:br/>
        <w:t>vn -0.0983 -0.9944 -0.0392</w:t>
        <w:br/>
        <w:t>vn 0.1042 0.9922 0.0688</w:t>
        <w:br/>
        <w:t>vn -0.0301 0.0521 -0.9982</w:t>
        <w:br/>
        <w:t>vn 0.1621 -0.9847 -0.0641</w:t>
        <w:br/>
        <w:t>vn 0.1621 -0.9847 -0.0640</w:t>
        <w:br/>
        <w:t>vn -0.2337 0.9694 0.0756</w:t>
        <w:br/>
        <w:t>vn -0.2337 0.9694 0.0757</w:t>
        <w:br/>
        <w:t>vn 0.0137 0.0704 -0.9974</w:t>
        <w:br/>
        <w:t>vn 0.0136 0.0704 -0.9974</w:t>
        <w:br/>
        <w:t>vn 0.4238 -0.9033 -0.0661</w:t>
        <w:br/>
        <w:t>vn 0.4237 -0.9034 -0.0661</w:t>
        <w:br/>
        <w:t>vn -0.4927 0.8678 0.0646</w:t>
        <w:br/>
        <w:t>vn -0.4927 0.8678 0.0647</w:t>
        <w:br/>
        <w:t>vn 0.1550 0.1642 -0.9742</w:t>
        <w:br/>
        <w:t>vn 0.0778 0.1068 -0.9912</w:t>
        <w:br/>
        <w:t>vn 0.5828 -0.8105 -0.0576</w:t>
        <w:br/>
        <w:t>vn 0.5832 -0.8103 -0.0578</w:t>
        <w:br/>
        <w:t>vn 0.5715 -0.8185 -0.0594</w:t>
        <w:br/>
        <w:t>vn 0.5714 -0.8185 -0.0596</w:t>
        <w:br/>
        <w:t>vn -0.5780 0.8141 0.0563</w:t>
        <w:br/>
        <w:t>vn -0.5730 0.8175 0.0574</w:t>
        <w:br/>
        <w:t>vn -0.5731 0.8175 0.0574</w:t>
        <w:br/>
        <w:t>vn -0.5781 0.8140 0.0564</w:t>
        <w:br/>
        <w:t>vn 0.0641 0.1229 -0.9903</w:t>
        <w:br/>
        <w:t>vn 0.3879 0.2658 -0.8825</w:t>
        <w:br/>
        <w:t>vn -0.5722 0.8178 0.0614</w:t>
        <w:br/>
        <w:t>vn -0.5722 0.8178 0.0615</w:t>
        <w:br/>
        <w:t>vn -0.3877 0.9124 0.1311</w:t>
        <w:br/>
        <w:t>vn -0.3880 0.9123 0.1311</w:t>
        <w:br/>
        <w:t>vn 0.5698 -0.8196 -0.0599</w:t>
        <w:br/>
        <w:t>vn 0.5698 -0.8196 -0.0598</w:t>
        <w:br/>
        <w:t>vn 0.4071 -0.9059 -0.1169</w:t>
        <w:br/>
        <w:t>vn 0.4072 -0.9058 -0.1169</w:t>
        <w:br/>
        <w:t>vn 0.3306 0.3506 -0.8762</w:t>
        <w:br/>
        <w:t>vn 0.3306 0.3507 -0.8762</w:t>
        <w:br/>
        <w:t>vn 0.2734 0.3257 -0.9051</w:t>
        <w:br/>
        <w:t>vn 0.7333 -0.6797 0.0165</w:t>
        <w:br/>
        <w:t>vn 0.7334 -0.6796 0.0165</w:t>
        <w:br/>
        <w:t>vn 0.5999 -0.7983 -0.0544</w:t>
        <w:br/>
        <w:t>vn 0.5999 -0.7982 -0.0544</w:t>
        <w:br/>
        <w:t>vn -0.7209 0.6931 -0.0051</w:t>
        <w:br/>
        <w:t>vn -0.5904 0.8053 0.0538</w:t>
        <w:br/>
        <w:t>vn -0.5905 0.8052 0.0539</w:t>
        <w:br/>
        <w:t>vn -0.7209 0.6930 -0.0050</w:t>
        <w:br/>
        <w:t>vn 0.2937 0.2933 -0.9098</w:t>
        <w:br/>
        <w:t>vn 0.3224 0.2640 -0.9090</w:t>
        <w:br/>
        <w:t>vn 0.3224 0.2640 -0.9091</w:t>
        <w:br/>
        <w:t>vn 0.2077 0.9253 0.3174</w:t>
        <w:br/>
        <w:t>vn 0.2075 0.9253 0.3174</w:t>
        <w:br/>
        <w:t>vn 0.9593 -0.1549 0.2363</w:t>
        <w:br/>
        <w:t>vn 0.9592 -0.1550 0.2363</w:t>
        <w:br/>
        <w:t>vn -0.1971 -0.9402 -0.2779</w:t>
        <w:br/>
        <w:t>vn -0.1971 -0.9402 -0.2778</w:t>
        <w:br/>
        <w:t>vn -0.9660 0.1666 -0.1975</w:t>
        <w:br/>
        <w:t>vn -0.9661 0.1666 -0.1974</w:t>
        <w:br/>
        <w:t>vn -0.0621 0.0481 -0.9969</w:t>
        <w:br/>
        <w:t>vn -0.0622 0.0480 -0.9969</w:t>
        <w:br/>
        <w:t>vn -0.0202 0.0228 -0.9995</w:t>
        <w:br/>
        <w:t>vn -0.0203 0.0229 -0.9995</w:t>
        <w:br/>
        <w:t>vn 0.8539 -0.5204 -0.0070</w:t>
        <w:br/>
        <w:t>vn 0.8540 -0.5203 -0.0069</w:t>
        <w:br/>
        <w:t>vn 0.8538 -0.5205 -0.0072</w:t>
        <w:br/>
        <w:t>vn 0.8539 -0.5205 -0.0071</w:t>
        <w:br/>
        <w:t>vn 0.5205 0.8538 0.0087</w:t>
        <w:br/>
        <w:t>vn 0.5205 0.8538 0.0086</w:t>
        <w:br/>
        <w:t>vn 0.5204 0.8539 0.0092</w:t>
        <w:br/>
        <w:t>vn 0.5204 0.8539 0.0093</w:t>
        <w:br/>
        <w:t>vn -0.8538 0.5205 0.0073</w:t>
        <w:br/>
        <w:t>vn -0.8538 0.5205 0.0074</w:t>
        <w:br/>
        <w:t>vn -0.8538 0.5206 0.0072</w:t>
        <w:br/>
        <w:t>vn -0.8538 0.5206 0.0071</w:t>
        <w:br/>
        <w:t>vn -0.5205 -0.8538 -0.0092</w:t>
        <w:br/>
        <w:t>vn -0.5205 -0.8538 -0.0085</w:t>
        <w:br/>
        <w:t>vn -0.5204 -0.8539 -0.0090</w:t>
        <w:br/>
        <w:t>vn -0.5205 -0.8538 -0.0093</w:t>
        <w:br/>
        <w:t>vn -0.1305 0.0899 -0.9874</w:t>
        <w:br/>
        <w:t>vn -0.1709 0.1145 -0.9786</w:t>
        <w:br/>
        <w:t>vn -0.1711 0.1144 -0.9786</w:t>
        <w:br/>
        <w:t>vn -0.0062 0.0143 -0.9999</w:t>
        <w:br/>
        <w:t>vn 0.5204 0.8538 0.0093</w:t>
        <w:br/>
        <w:t>vn 0.5204 0.8539 0.0094</w:t>
        <w:br/>
        <w:t>vn 0.5204 0.8539 0.0087</w:t>
        <w:br/>
        <w:t>vn 0.5204 0.8539 0.0086</w:t>
        <w:br/>
        <w:t>vn 0.5205 0.8538 0.0089</w:t>
        <w:br/>
        <w:t>vn 0.5206 0.8538 0.0088</w:t>
        <w:br/>
        <w:t>vn -0.5204 -0.8539 -0.0091</w:t>
        <w:br/>
        <w:t>vn -0.5205 -0.8538 -0.0086</w:t>
        <w:br/>
        <w:t>vn -0.5205 -0.8538 -0.0084</w:t>
        <w:br/>
        <w:t>vn -0.5203 -0.8539 -0.0092</w:t>
        <w:br/>
        <w:t>vn -0.5206 -0.8537 -0.0090</w:t>
        <w:br/>
        <w:t>vn -0.3295 0.2889 -0.8989</w:t>
        <w:br/>
        <w:t>vn -0.3184 0.2959 -0.9006</w:t>
        <w:br/>
        <w:t>vn -0.3185 0.2960 -0.9005</w:t>
        <w:br/>
        <w:t>vn -0.8454 0.3914 0.3635</w:t>
        <w:br/>
        <w:t>vn -0.6876 0.6180 0.3811</w:t>
        <w:br/>
        <w:t>vn -0.6876 0.6180 0.3812</w:t>
        <w:br/>
        <w:t>vn -0.8453 0.3916 0.3636</w:t>
        <w:br/>
        <w:t>vn 0.8617 -0.3992 -0.3133</w:t>
        <w:br/>
        <w:t>vn 0.8620 -0.3986 -0.3131</w:t>
        <w:br/>
        <w:t>vn 0.6974 -0.6358 -0.3307</w:t>
        <w:br/>
        <w:t>vn 0.6974 -0.6358 -0.3308</w:t>
        <w:br/>
        <w:t>vn -0.3450 0.2226 -0.9118</w:t>
        <w:br/>
        <w:t>vn -0.1468 0.1739 -0.9738</w:t>
        <w:br/>
        <w:t>vn 0.5600 0.8261 0.0630</w:t>
        <w:br/>
        <w:t>vn 0.5601 0.8260 0.0630</w:t>
        <w:br/>
        <w:t>vn 0.5507 0.8324 0.0625</w:t>
        <w:br/>
        <w:t>vn 0.5508 0.8323 0.0625</w:t>
        <w:br/>
        <w:t>vn -0.5612 -0.8255 -0.0599</w:t>
        <w:br/>
        <w:t>vn -0.5641 -0.8235 -0.0606</w:t>
        <w:br/>
        <w:t>vn -0.5639 -0.8236 -0.0605</w:t>
        <w:br/>
        <w:t>vn -0.5614 -0.8254 -0.0598</w:t>
        <w:br/>
        <w:t>vn -0.0072 0.0848 -0.9964</w:t>
        <w:br/>
        <w:t>vn 0.0267 0.0570 -0.9980</w:t>
        <w:br/>
        <w:t>vn -0.0072 0.0849 -0.9964</w:t>
        <w:br/>
        <w:t>vn 0.6802 0.7310 0.0544</w:t>
        <w:br/>
        <w:t>vn 0.8518 0.5218 0.0464</w:t>
        <w:br/>
        <w:t>vn -0.6136 -0.7876 -0.0562</w:t>
        <w:br/>
        <w:t>vn -0.6134 -0.7878 -0.0562</w:t>
        <w:br/>
        <w:t>vn -0.8051 -0.5918 -0.0398</w:t>
        <w:br/>
        <w:t>vn -0.8052 -0.5917 -0.0398</w:t>
        <w:br/>
        <w:t>vn 0.0591 0.0343 -0.9977</w:t>
        <w:br/>
        <w:t>vn 0.9646 0.2587 0.0514</w:t>
        <w:br/>
        <w:t>vn -0.9666 -0.2554 -0.0227</w:t>
        <w:br/>
        <w:t>vn 0.0905 0.0121 -0.9958</w:t>
        <w:br/>
        <w:t>vn 0.9964 -0.0483 0.0693</w:t>
        <w:br/>
        <w:t>vn -0.9983 0.0543 -0.0215</w:t>
        <w:br/>
        <w:t>vn 0.1100 -0.0033 -0.9939</w:t>
        <w:br/>
        <w:t>vn 0.9104 -0.4062 0.0788</w:t>
        <w:br/>
        <w:t>vn -0.9123 0.4092 -0.0152</w:t>
        <w:br/>
        <w:t>vn -0.9123 0.4093 -0.0152</w:t>
        <w:br/>
        <w:t>vn 0.1094 -0.0043 -0.9940</w:t>
        <w:br/>
        <w:t>vn 0.1089 -0.0042 -0.9940</w:t>
        <w:br/>
        <w:t>vn 0.6964 -0.7155 0.0564</w:t>
        <w:br/>
        <w:t>vn -0.7021 0.7121 0.0070</w:t>
        <w:br/>
        <w:t>vn -0.7020 0.7121 0.0071</w:t>
        <w:br/>
        <w:t>vn 0.0900 0.0094 -0.9959</w:t>
        <w:br/>
        <w:t>vn 0.4127 -0.9108 0.0083</w:t>
        <w:br/>
        <w:t>vn -0.4228 0.9053 0.0404</w:t>
        <w:br/>
        <w:t>vn 0.0597 0.0309 -0.9977</w:t>
        <w:br/>
        <w:t>vn 0.0983 -0.9944 -0.0392</w:t>
        <w:br/>
        <w:t>vn 0.0983 -0.9944 -0.0393</w:t>
        <w:br/>
        <w:t>vn -0.1042 0.9922 0.0688</w:t>
        <w:br/>
        <w:t>vn 0.0301 0.0521 -0.9982</w:t>
        <w:br/>
        <w:t>vn -0.1621 -0.9847 -0.0641</w:t>
        <w:br/>
        <w:t>vn -0.1621 -0.9847 -0.0642</w:t>
        <w:br/>
        <w:t>vn 0.2337 0.9694 0.0757</w:t>
        <w:br/>
        <w:t>vn 0.2337 0.9694 0.0756</w:t>
        <w:br/>
        <w:t>vn -0.0136 0.0704 -0.9974</w:t>
        <w:br/>
        <w:t>vn -0.0137 0.0704 -0.9974</w:t>
        <w:br/>
        <w:t>vn -0.4238 -0.9033 -0.0661</w:t>
        <w:br/>
        <w:t>vn 0.4926 0.8678 0.0646</w:t>
        <w:br/>
        <w:t>vn 0.4927 0.8678 0.0646</w:t>
        <w:br/>
        <w:t>vn -0.0778 0.1068 -0.9912</w:t>
        <w:br/>
        <w:t>vn -0.1550 0.1642 -0.9742</w:t>
        <w:br/>
        <w:t>vn -0.1549 0.1642 -0.9742</w:t>
        <w:br/>
        <w:t>vn -0.5715 -0.8185 -0.0594</w:t>
        <w:br/>
        <w:t>vn -0.5832 -0.8103 -0.0578</w:t>
        <w:br/>
        <w:t>vn -0.5828 -0.8105 -0.0576</w:t>
        <w:br/>
        <w:t>vn -0.5714 -0.8185 -0.0593</w:t>
        <w:br/>
        <w:t>vn 0.5780 0.8141 0.0566</w:t>
        <w:br/>
        <w:t>vn 0.5781 0.8140 0.0567</w:t>
        <w:br/>
        <w:t>vn 0.5732 0.8174 0.0574</w:t>
        <w:br/>
        <w:t>vn 0.5731 0.8175 0.0574</w:t>
        <w:br/>
        <w:t>vn -0.0641 0.1229 -0.9903</w:t>
        <w:br/>
        <w:t>vn -0.3879 0.2658 -0.8825</w:t>
        <w:br/>
        <w:t>vn 0.5722 0.8178 0.0610</w:t>
        <w:br/>
        <w:t>vn 0.5721 0.8179 0.0611</w:t>
        <w:br/>
        <w:t>vn 0.3878 0.9124 0.1310</w:t>
        <w:br/>
        <w:t>vn 0.3882 0.9122 0.1308</w:t>
        <w:br/>
        <w:t>vn -0.5698 -0.8196 -0.0599</w:t>
        <w:br/>
        <w:t>vn -0.4072 -0.9058 -0.1169</w:t>
        <w:br/>
        <w:t>vn -0.4071 -0.9058 -0.1169</w:t>
        <w:br/>
        <w:t>vn -0.2734 0.3257 -0.9051</w:t>
        <w:br/>
        <w:t>vn -0.3306 0.3507 -0.8762</w:t>
        <w:br/>
        <w:t>vn -0.3306 0.3506 -0.8762</w:t>
        <w:br/>
        <w:t>vn -0.5999 -0.7983 -0.0545</w:t>
        <w:br/>
        <w:t>vn -0.7335 -0.6795 0.0167</w:t>
        <w:br/>
        <w:t>vn -0.7335 -0.6794 0.0167</w:t>
        <w:br/>
        <w:t>vn -0.5999 -0.7982 -0.0545</w:t>
        <w:br/>
        <w:t>vn 0.7206 0.6933 -0.0053</w:t>
        <w:br/>
        <w:t>vn 0.7206 0.6933 -0.0052</w:t>
        <w:br/>
        <w:t>vn 0.5904 0.8053 0.0539</w:t>
        <w:br/>
        <w:t>vn 0.5904 0.8053 0.0538</w:t>
        <w:br/>
        <w:t>vn -0.2936 0.2933 -0.9098</w:t>
        <w:br/>
        <w:t>vn -0.2937 0.2933 -0.9098</w:t>
        <w:br/>
        <w:t>vn -0.3223 0.2639 -0.9091</w:t>
        <w:br/>
        <w:t>vn -0.3224 0.2640 -0.9090</w:t>
        <w:br/>
        <w:t>vn -0.2071 0.9255 0.3173</w:t>
        <w:br/>
        <w:t>vn -0.2075 0.9253 0.3174</w:t>
        <w:br/>
        <w:t>vn -0.9592 -0.1550 0.2366</w:t>
        <w:br/>
        <w:t>vn -0.9592 -0.1550 0.2365</w:t>
        <w:br/>
        <w:t>vn 0.1973 -0.9401 -0.2780</w:t>
        <w:br/>
        <w:t>vn 0.1972 -0.9402 -0.2779</w:t>
        <w:br/>
        <w:t>vn 0.9660 0.1667 -0.1976</w:t>
        <w:br/>
        <w:t>vn 0.9660 0.1667 -0.1977</w:t>
        <w:br/>
        <w:t>vn 0.7004 -0.4737 -0.5339</w:t>
        <w:br/>
        <w:t>vn 0.6083 -0.3603 -0.7072</w:t>
        <w:br/>
        <w:t>vn 0.4242 -0.1909 -0.8852</w:t>
        <w:br/>
        <w:t>vn 0.3025 -0.1525 -0.9409</w:t>
        <w:br/>
        <w:t>vn 0.2434 -0.1522 -0.9579</w:t>
        <w:br/>
        <w:t>vn -0.6102 0.3621 0.7046</w:t>
        <w:br/>
        <w:t>vn -0.7042 0.4791 0.5241</w:t>
        <w:br/>
        <w:t>vn -0.7042 0.4790 0.5241</w:t>
        <w:br/>
        <w:t>vn -0.6103 0.3620 0.7046</w:t>
        <w:br/>
        <w:t>vn -0.3023 0.1521 0.9410</w:t>
        <w:br/>
        <w:t>vn -0.4229 0.1890 0.8862</w:t>
        <w:br/>
        <w:t>vn -0.2430 0.1519 0.9581</w:t>
        <w:br/>
        <w:t>vn 0.3763 -0.5060 0.7761</w:t>
        <w:br/>
        <w:t>vn 0.3763 -0.5059 0.7762</w:t>
        <w:br/>
        <w:t>vn -0.6919 -0.6579 -0.2975</w:t>
        <w:br/>
        <w:t>vn -0.7284 -0.6124 -0.3072</w:t>
        <w:br/>
        <w:t>vn 0.7449 0.5488 0.3794</w:t>
        <w:br/>
        <w:t>vn 0.7662 0.5463 0.3385</w:t>
        <w:br/>
        <w:t>vn 0.7661 0.5463 0.3385</w:t>
        <w:br/>
        <w:t>vn -0.8391 -0.4947 -0.2261</w:t>
        <w:br/>
        <w:t>vn -0.7947 -0.5336 -0.2893</w:t>
        <w:br/>
        <w:t>vn 0.8245 0.4993 0.2662</w:t>
        <w:br/>
        <w:t>vn 0.8766 0.4397 0.1956</w:t>
        <w:br/>
        <w:t>vn 0.8245 0.4994 0.2662</w:t>
        <w:br/>
        <w:t>vn -0.5056 0.8147 -0.2841</w:t>
        <w:br/>
        <w:t>vn -0.5056 0.8146 -0.2841</w:t>
        <w:br/>
        <w:t>vn -0.5056 0.8146 -0.2842</w:t>
        <w:br/>
        <w:t>vn 0.8918 0.4246 0.1563</w:t>
        <w:br/>
        <w:t>vn -0.8522 -0.4875 -0.1898</w:t>
        <w:br/>
        <w:t>vn -0.6626 -0.4153 -0.6233</w:t>
        <w:br/>
        <w:t>vn -0.5823 -0.3265 -0.7445</w:t>
        <w:br/>
        <w:t>vn -0.5823 -0.3265 -0.7446</w:t>
        <w:br/>
        <w:t>vn -0.4242 -0.1909 -0.8852</w:t>
        <w:br/>
        <w:t>vn -0.3025 -0.1525 -0.9409</w:t>
        <w:br/>
        <w:t>vn -0.2434 -0.1522 -0.9579</w:t>
        <w:br/>
        <w:t>vn 0.5823 0.3266 0.7445</w:t>
        <w:br/>
        <w:t>vn 0.6641 0.4181 0.6198</w:t>
        <w:br/>
        <w:t>vn 0.3023 0.1521 0.9410</w:t>
        <w:br/>
        <w:t>vn 0.4229 0.1890 0.8862</w:t>
        <w:br/>
        <w:t>vn 0.2430 0.1519 0.9581</w:t>
        <w:br/>
        <w:t>vn -0.3921 -0.4872 0.7803</w:t>
        <w:br/>
        <w:t>vn -0.3921 -0.4873 0.7803</w:t>
        <w:br/>
        <w:t>vn 0.7317 -0.6048 -0.3144</w:t>
        <w:br/>
        <w:t>vn 0.6992 -0.6432 -0.3123</w:t>
        <w:br/>
        <w:t>vn -0.7352 0.5799 0.3509</w:t>
        <w:br/>
        <w:t>vn -0.7612 0.5617 0.3242</w:t>
        <w:br/>
        <w:t>vn 0.8391 -0.4947 -0.2263</w:t>
        <w:br/>
        <w:t>vn 0.7947 -0.5336 -0.2894</w:t>
        <w:br/>
        <w:t>vn -0.8245 0.4993 0.2662</w:t>
        <w:br/>
        <w:t>vn -0.8245 0.4994 0.2662</w:t>
        <w:br/>
        <w:t>vn -0.8766 0.4397 0.1956</w:t>
        <w:br/>
        <w:t>vn -0.8766 0.4397 0.1955</w:t>
        <w:br/>
        <w:t>vn 0.5056 0.8146 -0.2841</w:t>
        <w:br/>
        <w:t>vn 0.5056 0.8147 -0.2840</w:t>
        <w:br/>
        <w:t>vn 0.5056 0.8147 -0.2841</w:t>
        <w:br/>
        <w:t>vn 0.5056 0.8146 -0.2842</w:t>
        <w:br/>
        <w:t>vn -0.8918 0.4246 0.1563</w:t>
        <w:br/>
        <w:t>vn 0.8521 -0.4876 -0.1900</w:t>
        <w:br/>
        <w:t>vn -0.0652 -0.0748 0.9951</w:t>
        <w:br/>
        <w:t>vn 0.1261 -0.1902 0.9736</w:t>
        <w:br/>
        <w:t>vn -0.1758 -0.0580 0.9827</w:t>
        <w:br/>
        <w:t>vn -0.1268 0.1822 -0.9750</w:t>
        <w:br/>
        <w:t>vn -0.0932 0.0766 -0.9927</w:t>
        <w:br/>
        <w:t>vn -0.1265 0.0885 -0.9880</w:t>
        <w:br/>
        <w:t>vn -0.1598 0.2405 -0.9574</w:t>
        <w:br/>
        <w:t>vn -0.3091 -0.4620 0.8313</w:t>
        <w:br/>
        <w:t>vn -0.5092 -0.5960 0.6210</w:t>
        <w:br/>
        <w:t>vn -0.0630 -0.8642 0.4992</w:t>
        <w:br/>
        <w:t>vn 0.0129 -0.5364 0.8439</w:t>
        <w:br/>
        <w:t>vn 0.3362 0.7599 0.5564</w:t>
        <w:br/>
        <w:t>vn 0.2105 0.7571 0.6184</w:t>
        <w:br/>
        <w:t>vn -0.7875 -0.2260 0.5734</w:t>
        <w:br/>
        <w:t>vn -0.6829 0.0346 0.7297</w:t>
        <w:br/>
        <w:t>vn -0.0003 0.0653 -0.9979</w:t>
        <w:br/>
        <w:t>vn -0.0001 0.0653 -0.9979</w:t>
        <w:br/>
        <w:t>vn 0.0254 -0.8867 0.4616</w:t>
        <w:br/>
        <w:t>vn 0.0149 -0.5480 0.8363</w:t>
        <w:br/>
        <w:t>vn -0.0095 0.3741 0.9274</w:t>
        <w:br/>
        <w:t>vn -0.0095 0.3741 0.9273</w:t>
        <w:br/>
        <w:t>vn -0.0177 0.7432 0.6688</w:t>
        <w:br/>
        <w:t>vn -0.5079 0.2916 0.8106</w:t>
        <w:br/>
        <w:t>vn -0.1892 0.3864 -0.9027</w:t>
        <w:br/>
        <w:t>vn 0.0727 -0.0753 0.9945</w:t>
        <w:br/>
        <w:t>vn 0.1835 -0.0572 0.9813</w:t>
        <w:br/>
        <w:t>vn -0.1170 -0.1949 0.9738</w:t>
        <w:br/>
        <w:t>vn 0.1186 0.1871 -0.9751</w:t>
        <w:br/>
        <w:t>vn 0.1477 0.2473 -0.9576</w:t>
        <w:br/>
        <w:t>vn 0.1201 0.0921 -0.9885</w:t>
        <w:br/>
        <w:t>vn 0.0899 0.0789 -0.9928</w:t>
        <w:br/>
        <w:t>vn 0.3332 -0.4574 0.8245</w:t>
        <w:br/>
        <w:t>vn 0.0180 -0.5358 0.8441</w:t>
        <w:br/>
        <w:t>vn 0.1136 -0.8599 0.4976</w:t>
        <w:br/>
        <w:t>vn 0.5358 -0.5843 0.6095</w:t>
        <w:br/>
        <w:t>vn -0.3675 0.7554 0.5425</w:t>
        <w:br/>
        <w:t>vn -0.2443 0.7549 0.6086</w:t>
        <w:br/>
        <w:t>vn -0.2443 0.7549 0.6087</w:t>
        <w:br/>
        <w:t>vn 0.7940 -0.2223 0.5658</w:t>
        <w:br/>
        <w:t>vn 0.6852 0.0427 0.7271</w:t>
        <w:br/>
        <w:t>vn 0.5022 0.3030 0.8099</w:t>
        <w:br/>
        <w:t>vn 0.1716 0.3962 -0.9020</w:t>
        <w:br/>
        <w:t>vn -0.1146 -0.6359 -0.7633</w:t>
        <w:br/>
        <w:t>vn -0.6953 -0.6853 0.2164</w:t>
        <w:br/>
        <w:t>vn 0.2482 -0.5432 0.8021</w:t>
        <w:br/>
        <w:t>vn 0.8425 -0.5135 -0.1627</w:t>
        <w:br/>
        <w:t>vn -0.2421 0.5498 -0.7995</w:t>
        <w:br/>
        <w:t>vn -0.8401 0.5169 0.1646</w:t>
        <w:br/>
        <w:t>vn 0.1130 0.6368 0.7627</w:t>
        <w:br/>
        <w:t>vn 0.6906 0.6887 -0.2207</w:t>
        <w:br/>
        <w:t>vn -0.3587 0.8893 -0.2839</w:t>
        <w:br/>
        <w:t>vn -0.7055 0.5999 -0.3774</w:t>
        <w:br/>
        <w:t>vn -0.3587 0.8892 -0.2839</w:t>
        <w:br/>
        <w:t>vn -0.5763 -0.6925 -0.4341</w:t>
        <w:br/>
        <w:t>vn -0.5239 -0.7291 -0.4404</w:t>
        <w:br/>
        <w:t>vn 0.7162 0.6341 -0.2915</w:t>
        <w:br/>
        <w:t>vn 0.6584 0.6942 -0.2908</w:t>
        <w:br/>
        <w:t>vn 0.6584 0.6943 -0.2908</w:t>
        <w:br/>
        <w:t>vn -0.6670 -0.6088 -0.4295</w:t>
        <w:br/>
        <w:t>vn -0.6371 -0.6379 -0.4327</w:t>
        <w:br/>
        <w:t>vn -0.6371 -0.6379 -0.4326</w:t>
        <w:br/>
        <w:t>vn 0.6109 0.7241 -0.3201</w:t>
        <w:br/>
        <w:t>vn 0.6109 0.7242 -0.3200</w:t>
        <w:br/>
        <w:t>vn 0.5016 0.8061 -0.3140</w:t>
        <w:br/>
        <w:t>vn 0.1082 0.9527 -0.2839</w:t>
        <w:br/>
        <w:t>vn -0.8203 0.3820 -0.4257</w:t>
        <w:br/>
        <w:t>vn -0.8203 0.3819 -0.4258</w:t>
        <w:br/>
        <w:t>vn 0.4393 0.2718 -0.8562</w:t>
        <w:br/>
        <w:t>vn 0.4597 -0.1080 -0.8815</w:t>
        <w:br/>
        <w:t>vn 0.3371 0.4664 -0.8178</w:t>
        <w:br/>
        <w:t>vn 0.2882 0.4742 -0.8319</w:t>
        <w:br/>
        <w:t>vn 0.2344 0.5182 -0.8225</w:t>
        <w:br/>
        <w:t>vn 0.2344 0.5183 -0.8225</w:t>
        <w:br/>
        <w:t>vn 0.2883 0.4743 -0.8318</w:t>
        <w:br/>
        <w:t>vn -0.2460 -0.0769 -0.9662</w:t>
        <w:br/>
        <w:t>vn -0.2353 -0.1028 -0.9665</w:t>
        <w:br/>
        <w:t>vn -0.2459 -0.0768 -0.9662</w:t>
        <w:br/>
        <w:t>vn -0.2164 -0.1294 -0.9677</w:t>
        <w:br/>
        <w:t>vn -0.1490 -0.1972 -0.9690</w:t>
        <w:br/>
        <w:t>vn -0.2164 -0.1293 -0.9677</w:t>
        <w:br/>
        <w:t>vn 0.0294 -0.3230 -0.9459</w:t>
        <w:br/>
        <w:t>vn 0.2829 -0.3242 -0.9027</w:t>
        <w:br/>
        <w:t>vn 0.1533 0.2104 0.9655</w:t>
        <w:br/>
        <w:t>vn -0.0275 0.3428 0.9390</w:t>
        <w:br/>
        <w:t>vn -0.2790 0.3570 0.8915</w:t>
        <w:br/>
        <w:t>vn -0.4587 0.1506 0.8757</w:t>
        <w:br/>
        <w:t>vn -0.4500 -0.2564 0.8554</w:t>
        <w:br/>
        <w:t>vn -0.3462 -0.4719 0.8108</w:t>
        <w:br/>
        <w:t>vn -0.2951 -0.4759 0.8285</w:t>
        <w:br/>
        <w:t>vn -0.2432 -0.5158 0.8214</w:t>
        <w:br/>
        <w:t>vn -0.2432 -0.5159 0.8214</w:t>
        <w:br/>
        <w:t>vn -0.2143 -0.5281 0.8217</w:t>
        <w:br/>
        <w:t>vn 0.2384 0.1038 0.9656</w:t>
        <w:br/>
        <w:t>vn 0.2383 0.1038 0.9656</w:t>
        <w:br/>
        <w:t>vn 0.2499 0.0803 0.9649</w:t>
        <w:br/>
        <w:t>vn 0.2229 0.1345 0.9655</w:t>
        <w:br/>
        <w:t>vn 0.2229 0.1344 0.9655</w:t>
        <w:br/>
        <w:t>vn 0.5597 0.6998 0.4440</w:t>
        <w:br/>
        <w:t>vn 0.5597 0.6997 0.4440</w:t>
        <w:br/>
        <w:t>vn 0.5159 0.7291 0.4497</w:t>
        <w:br/>
        <w:t>vn -0.7116 -0.6335 0.3038</w:t>
        <w:br/>
        <w:t>vn -0.6539 -0.6958 0.2971</w:t>
        <w:br/>
        <w:t>vn -0.6539 -0.6958 0.2970</w:t>
        <w:br/>
        <w:t>vn -0.5031 -0.8020 0.3221</w:t>
        <w:br/>
        <w:t>vn -0.6058 -0.7237 0.3306</w:t>
        <w:br/>
        <w:t>vn -0.1043 -0.9529 0.2847</w:t>
        <w:br/>
        <w:t>vn 0.4078 -0.8666 0.2875</w:t>
        <w:br/>
        <w:t>vn 0.7752 -0.4971 0.3898</w:t>
        <w:br/>
        <w:t>vn 0.7752 -0.4971 0.3897</w:t>
        <w:br/>
        <w:t>vn 0.8292 0.2668 0.4912</w:t>
        <w:br/>
        <w:t>vn 0.5821 0.6895 0.4309</w:t>
        <w:br/>
        <w:t>vn 0.5821 0.6895 0.4310</w:t>
        <w:br/>
        <w:t>vn -0.5094 -0.7280 -0.4588</w:t>
        <w:br/>
        <w:t>vn -0.5094 -0.7280 -0.4589</w:t>
        <w:br/>
        <w:t>vn 0.2072 0.5309 -0.8217</w:t>
        <w:br/>
        <w:t>vn 0.5086 0.7248 0.4649</w:t>
        <w:br/>
        <w:t>vn 0.5086 0.7247 0.4649</w:t>
        <w:br/>
        <w:t>vn -0.7373 -0.5468 -0.3968</w:t>
        <w:br/>
        <w:t>vn -0.7373 -0.5468 -0.3967</w:t>
        <w:br/>
        <w:t>vn -0.8752 -0.3657 -0.3167</w:t>
        <w:br/>
        <w:t>vn 0.8470 0.4447 -0.2914</w:t>
        <w:br/>
        <w:t>vn 0.9161 0.2850 -0.2821</w:t>
        <w:br/>
        <w:t>vn -0.4190 -0.2871 0.8614</w:t>
        <w:br/>
        <w:t>vn -0.3530 -0.3663 0.8609</w:t>
        <w:br/>
        <w:t>vn -0.3531 -0.3663 0.8609</w:t>
        <w:br/>
        <w:t>vn 0.9160 0.0973 0.3892</w:t>
        <w:br/>
        <w:t>vn 0.7964 0.4053 0.4489</w:t>
        <w:br/>
        <w:t>vn 0.2572 0.0885 0.9623</w:t>
        <w:br/>
        <w:t>vn 0.2248 -0.2031 0.9530</w:t>
        <w:br/>
        <w:t>vn -0.8631 -0.3310 0.3815</w:t>
        <w:br/>
        <w:t>vn -0.8631 -0.3309 0.3815</w:t>
        <w:br/>
        <w:t>vn -0.8129 -0.4663 0.3489</w:t>
        <w:br/>
        <w:t>vn -0.8129 -0.4664 0.3489</w:t>
        <w:br/>
        <w:t>vn 0.0669 0.2859 -0.9559</w:t>
        <w:br/>
        <w:t>vn 0.3160 0.3371 -0.8868</w:t>
        <w:br/>
        <w:t>vn 0.3871 0.2549 -0.8861</w:t>
        <w:br/>
        <w:t>vn 0.0670 0.2859 -0.9559</w:t>
        <w:br/>
        <w:t>vn -0.2275 -0.0442 -0.9728</w:t>
        <w:br/>
        <w:t>vn -0.1804 0.2168 -0.9594</w:t>
        <w:br/>
        <w:t>vn -0.5799 -0.6584 -0.4799</w:t>
        <w:br/>
        <w:t>vn 0.1190 -0.9257 -0.3589</w:t>
        <w:br/>
        <w:t>vn 0.1192 -0.9257 -0.3589</w:t>
        <w:br/>
        <w:t>vn 0.4002 -0.8370 -0.3731</w:t>
        <w:br/>
        <w:t>vn 0.4001 -0.8371 -0.3731</w:t>
        <w:br/>
        <w:t>vn 0.4002 -0.8371 -0.3731</w:t>
        <w:br/>
        <w:t>vn 0.6464 -0.6754 -0.3548</w:t>
        <w:br/>
        <w:t>vn 0.6465 -0.6754 -0.3548</w:t>
        <w:br/>
        <w:t>vn 0.2582 0.4014 -0.8788</w:t>
        <w:br/>
        <w:t>vn 0.2583 0.4014 -0.8787</w:t>
        <w:br/>
        <w:t>vn -0.0168 0.4529 -0.8914</w:t>
        <w:br/>
        <w:t>vn -0.0167 0.4529 -0.8914</w:t>
        <w:br/>
        <w:t>vn 0.0145 -0.4845 0.8747</w:t>
        <w:br/>
        <w:t>vn 0.0146 -0.4845 0.8747</w:t>
        <w:br/>
        <w:t>vn 0.0145 -0.4846 0.8746</w:t>
        <w:br/>
        <w:t>vn 0.0145 -0.4845 0.8746</w:t>
        <w:br/>
        <w:t>vn 0.5910 0.6443 0.4854</w:t>
        <w:br/>
        <w:t>vn -0.1143 0.8987 0.4234</w:t>
        <w:br/>
        <w:t>vn -0.3928 0.8123 0.4312</w:t>
        <w:br/>
        <w:t>vn -0.3927 0.8123 0.4312</w:t>
        <w:br/>
        <w:t>vn -0.3926 0.8124 0.4312</w:t>
        <w:br/>
        <w:t>vn -0.6377 0.6569 0.4023</w:t>
        <w:br/>
        <w:t>vn -0.2692 -0.4066 0.8731</w:t>
        <w:br/>
        <w:t>vn 0.5783 0.7553 -0.3084</w:t>
        <w:br/>
        <w:t>vn 0.6082 0.7362 -0.2970</w:t>
        <w:br/>
        <w:t>vn 0.2575 0.0850 0.9625</w:t>
        <w:br/>
        <w:t>vn 0.2575 0.0851 0.9625</w:t>
        <w:br/>
        <w:t>vn 0.2534 0.0796 0.9641</w:t>
        <w:br/>
        <w:t>vn 0.2533 0.0796 0.9641</w:t>
        <w:br/>
        <w:t>vn -0.6035 -0.7389 0.2998</w:t>
        <w:br/>
        <w:t>vn -0.5768 -0.7555 0.3106</w:t>
        <w:br/>
        <w:t>vn -0.2571 -0.0810 -0.9630</w:t>
        <w:br/>
        <w:t>vn -0.2523 -0.0754 -0.9647</w:t>
        <w:br/>
        <w:t>vn -0.5806 -0.6453 -0.4964</w:t>
        <w:br/>
        <w:t>vn -0.5380 -0.6938 -0.4787</w:t>
        <w:br/>
        <w:t>vn -0.5806 -0.6454 -0.4964</w:t>
        <w:br/>
        <w:t>vn -0.2246 -0.5055 0.8331</w:t>
        <w:br/>
        <w:t>vn -0.2579 -0.4598 0.8498</w:t>
        <w:br/>
        <w:t>vn 0.5739 0.6462 0.5031</w:t>
        <w:br/>
        <w:t>vn 0.5358 0.6920 0.4838</w:t>
        <w:br/>
        <w:t>vn 0.2506 0.4609 -0.8514</w:t>
        <w:br/>
        <w:t>vn 0.2179 0.5076 -0.8336</w:t>
        <w:br/>
        <w:t>vn 0.2505 0.4609 -0.8514</w:t>
        <w:br/>
        <w:t>vn 0.5866 0.7454 -0.3166</w:t>
        <w:br/>
        <w:t>vn 0.5867 0.7454 -0.3165</w:t>
        <w:br/>
        <w:t>vn 0.2462 0.1063 0.9634</w:t>
        <w:br/>
        <w:t>vn -0.5815 -0.7469 0.3226</w:t>
        <w:br/>
        <w:t>vn -0.5815 -0.7468 0.3227</w:t>
        <w:br/>
        <w:t>vn -0.2422 -0.1035 -0.9647</w:t>
        <w:br/>
        <w:t>vn 0.1236 0.5593 -0.8197</w:t>
        <w:br/>
        <w:t>vn 0.1236 0.5594 -0.8197</w:t>
        <w:br/>
        <w:t>vn -0.0669 0.4355 -0.8977</w:t>
        <w:br/>
        <w:t>vn 0.5072 0.6743 -0.5367</w:t>
        <w:br/>
        <w:t>vn 0.3143 0.6322 -0.7082</w:t>
        <w:br/>
        <w:t>vn 0.5073 0.6743 -0.5366</w:t>
        <w:br/>
        <w:t>vn 0.7195 0.6781 -0.1503</w:t>
        <w:br/>
        <w:t>vn 0.5993 0.7073 -0.3749</w:t>
        <w:br/>
        <w:t>vn -0.2377 0.2914 -0.9266</w:t>
        <w:br/>
        <w:t>vn -0.4543 0.0754 -0.8876</w:t>
        <w:br/>
        <w:t>vn 0.6222 0.7195 -0.3086</w:t>
        <w:br/>
        <w:t>vn -0.2305 0.3446 -0.9100</w:t>
        <w:br/>
        <w:t>vn 0.0963 0.5274 -0.8441</w:t>
        <w:br/>
        <w:t>vn 0.2590 0.6200 -0.7406</w:t>
        <w:br/>
        <w:t>vn 0.7336 0.6775 -0.0534</w:t>
        <w:br/>
        <w:t>vn 0.2915 0.6864 -0.6663</w:t>
        <w:br/>
        <w:t>vn 0.5262 0.7277 -0.4401</w:t>
        <w:br/>
        <w:t>vn 0.5262 0.7276 -0.4401</w:t>
        <w:br/>
        <w:t>vn 0.1356 0.5643 -0.8143</w:t>
        <w:br/>
        <w:t>vn -0.0711 0.4897 -0.8690</w:t>
        <w:br/>
        <w:t>vn 0.2568 0.6838 -0.6830</w:t>
        <w:br/>
        <w:t>vn -0.4518 0.1507 -0.8793</w:t>
        <w:br/>
        <w:t>vn -0.1756 0.5781 -0.7969</w:t>
        <w:br/>
        <w:t>vn 0.0294 0.5068 -0.8616</w:t>
        <w:br/>
        <w:t>vn -0.5519 0.7298 -0.4035</w:t>
        <w:br/>
        <w:t>vn -0.3265 0.6955 -0.6401</w:t>
        <w:br/>
        <w:t>vn -0.7423 0.6700 -0.0095</w:t>
        <w:br/>
        <w:t>vn -0.6421 0.7181 -0.2683</w:t>
        <w:br/>
        <w:t>vn 0.1884 0.3643 -0.9120</w:t>
        <w:br/>
        <w:t>vn 0.4130 0.1724 -0.8943</w:t>
        <w:br/>
        <w:t>vn -0.6219 0.7074 -0.3357</w:t>
        <w:br/>
        <w:t>vn 0.1955 0.3116 -0.9299</w:t>
        <w:br/>
        <w:t>vn -0.1902 0.5722 -0.7977</w:t>
        <w:br/>
        <w:t>vn -0.2925 0.6937 -0.6582</w:t>
        <w:br/>
        <w:t>vn -0.7323 0.6726 -0.1069</w:t>
        <w:br/>
        <w:t>vn -0.3504 0.6419 -0.6820</w:t>
        <w:br/>
        <w:t>vn -0.5364 0.6786 -0.5018</w:t>
        <w:br/>
        <w:t>vn -0.5364 0.6785 -0.5018</w:t>
        <w:br/>
        <w:t>vn -0.1638 0.5733 -0.8028</w:t>
        <w:br/>
        <w:t>vn 0.0245 0.4532 -0.8911</w:t>
        <w:br/>
        <w:t>vn -0.1638 0.5734 -0.8028</w:t>
        <w:br/>
        <w:t>vn -0.2964 0.6309 -0.7170</w:t>
        <w:br/>
        <w:t>vn 0.4159 0.0974 -0.9042</w:t>
        <w:br/>
        <w:t>vn 0.1502 0.5586 -0.8157</w:t>
        <w:br/>
        <w:t>vn -0.1372 0.5422 -0.8290</w:t>
        <w:br/>
        <w:t>vn -0.8391 0.3462 0.4195</w:t>
        <w:br/>
        <w:t>vn -0.8745 -0.0265 0.4844</w:t>
        <w:br/>
        <w:t>vn -0.8746 -0.0267 0.4841</w:t>
        <w:br/>
        <w:t>vn -0.7070 0.6381 0.3049</w:t>
        <w:br/>
        <w:t>vn -0.7898 0.5030 0.3510</w:t>
        <w:br/>
        <w:t>vn -0.8719 0.2774 0.4034</w:t>
        <w:br/>
        <w:t>vn -0.8719 0.2774 0.4035</w:t>
        <w:br/>
        <w:t>vn -0.3054 -0.9156 0.2615</w:t>
        <w:br/>
        <w:t>vn 0.4000 -0.9094 -0.1137</w:t>
        <w:br/>
        <w:t>vn 0.4001 -0.9094 -0.1137</w:t>
        <w:br/>
        <w:t>vn -0.8020 -0.3955 0.4475</w:t>
        <w:br/>
        <w:t>vn -0.8981 0.0107 0.4396</w:t>
        <w:br/>
        <w:t>vn -0.8021 -0.3955 0.4476</w:t>
        <w:br/>
        <w:t>vn 0.6196 -0.7406 -0.2600</w:t>
        <w:br/>
        <w:t>vn 0.6198 -0.7405 -0.2600</w:t>
        <w:br/>
        <w:t>vn 0.1669 -0.9834 0.0708</w:t>
        <w:br/>
        <w:t>vn -0.0822 -0.9745 0.2088</w:t>
        <w:br/>
        <w:t>vn -0.0822 -0.9745 0.2089</w:t>
        <w:br/>
        <w:t>vn 0.1669 -0.9834 0.0709</w:t>
        <w:br/>
        <w:t>vn 0.5112 -0.8432 -0.1662</w:t>
        <w:br/>
        <w:t>vn 0.4650 0.0813 0.8816</w:t>
        <w:br/>
        <w:t>vn 0.7948 0.1279 0.5932</w:t>
        <w:br/>
        <w:t>vn 0.7584 -0.1240 0.6399</w:t>
        <w:br/>
        <w:t>vn 0.4301 0.0081 0.9027</w:t>
        <w:br/>
        <w:t>vn -0.4625 -0.0805 -0.8830</w:t>
        <w:br/>
        <w:t>vn -0.5024 -0.1531 -0.8510</w:t>
        <w:br/>
        <w:t>vn -0.0857 -0.2749 -0.9576</w:t>
        <w:br/>
        <w:t>vn -0.0536 -0.0200 -0.9984</w:t>
        <w:br/>
        <w:t>vn 0.3916 -0.0478 0.9189</w:t>
        <w:br/>
        <w:t>vn 0.6970 -0.3670 0.6160</w:t>
        <w:br/>
        <w:t>vn -0.5556 -0.2109 -0.8043</w:t>
        <w:br/>
        <w:t>vn -0.5555 -0.2110 -0.8043</w:t>
        <w:br/>
        <w:t>vn -0.5331 -0.1560 -0.8316</w:t>
        <w:br/>
        <w:t>vn -0.5696 -0.2025 -0.7966</w:t>
        <w:br/>
        <w:t>vn -0.5696 -0.2024 -0.7966</w:t>
        <w:br/>
        <w:t>vn -0.5331 -0.1560 -0.8315</w:t>
        <w:br/>
        <w:t>vn 0.3946 -0.0440 0.9178</w:t>
        <w:br/>
        <w:t>vn 0.3946 -0.0439 0.9178</w:t>
        <w:br/>
        <w:t>vn 0.4338 -0.0085 0.9010</w:t>
        <w:br/>
        <w:t>vn 0.4338 -0.0085 0.9009</w:t>
        <w:br/>
        <w:t>vn 0.3431 0.2084 0.9159</w:t>
        <w:br/>
        <w:t>vn 0.0193 0.3760 0.9264</w:t>
        <w:br/>
        <w:t>vn 0.2345 0.1299 0.9634</w:t>
        <w:br/>
        <w:t>vn -0.6861 -0.0052 -0.7275</w:t>
        <w:br/>
        <w:t>vn -0.7901 0.2544 -0.5577</w:t>
        <w:br/>
        <w:t>vn -0.6041 0.0925 -0.7915</w:t>
        <w:br/>
        <w:t>vn -0.4897 0.0432 -0.8708</w:t>
        <w:br/>
        <w:t>vn -0.4890 -0.0609 -0.8701</w:t>
        <w:br/>
        <w:t>vn -0.4890 -0.0609 -0.8702</w:t>
        <w:br/>
        <w:t>vn -0.4896 0.0432 -0.8709</w:t>
        <w:br/>
        <w:t>vn 0.4943 0.0750 0.8661</w:t>
        <w:br/>
        <w:t>vn 0.4969 0.1670 0.8516</w:t>
        <w:br/>
        <w:t>vn 0.0980 0.2630 0.9598</w:t>
        <w:br/>
        <w:t>vn 0.3396 0.0424 0.9396</w:t>
        <w:br/>
        <w:t>vn -0.5976 -0.0981 -0.7958</w:t>
        <w:br/>
        <w:t>vn 0.4748 0.0572 0.8782</w:t>
        <w:br/>
        <w:t>vn 0.4692 0.0404 0.8821</w:t>
        <w:br/>
        <w:t>vn 0.4693 0.0403 0.8821</w:t>
        <w:br/>
        <w:t>vn 0.4749 0.0571 0.8782</w:t>
        <w:br/>
        <w:t>vn -0.4616 -0.0619 -0.8849</w:t>
        <w:br/>
        <w:t>vn -0.4616 -0.0618 -0.8849</w:t>
        <w:br/>
        <w:t>vn -0.4635 -0.0737 -0.8830</w:t>
        <w:br/>
        <w:t>vn -0.4635 -0.0736 -0.8830</w:t>
        <w:br/>
        <w:t>vn 0.4397 0.0185 0.8980</w:t>
        <w:br/>
        <w:t>vn -0.4952 -0.0958 -0.8635</w:t>
        <w:br/>
        <w:t>vn 0.3839 -0.3445 -0.8567</w:t>
        <w:br/>
        <w:t>vn 0.3654 0.0441 -0.9298</w:t>
        <w:br/>
        <w:t>vn 0.9465 -0.2394 0.2163</w:t>
        <w:br/>
        <w:t>vn 0.9703 0.1497 0.1899</w:t>
        <w:br/>
        <w:t>vn 0.4113 -0.6709 -0.6171</w:t>
        <w:br/>
        <w:t>vn 0.6707 -0.6921 -0.2667</w:t>
        <w:br/>
        <w:t>vn 0.8633 -0.3147 -0.3946</w:t>
        <w:br/>
        <w:t>vn 0.9460 -0.2787 -0.1655</w:t>
        <w:br/>
        <w:t>vn 0.8705 -0.4916 -0.0254</w:t>
        <w:br/>
        <w:t>vn 0.7617 -0.5599 -0.3261</w:t>
        <w:br/>
        <w:t>vn 0.5713 -0.5683 -0.5921</w:t>
        <w:br/>
        <w:t>vn 0.7280 -0.3317 -0.6000</w:t>
        <w:br/>
        <w:t>vn 0.2385 0.9398 -0.2449</w:t>
        <w:br/>
        <w:t>vn 0.1198 0.8978 -0.4238</w:t>
        <w:br/>
        <w:t>vn -0.2272 0.9405 -0.2525</w:t>
        <w:br/>
        <w:t>vn -0.3811 0.9188 0.1031</w:t>
        <w:br/>
        <w:t>vn -0.0192 0.9918 0.1265</w:t>
        <w:br/>
        <w:t>vn 0.3467 0.9365 -0.0524</w:t>
        <w:br/>
        <w:t>vn 0.7664 0.4708 -0.4370</w:t>
        <w:br/>
        <w:t>vn 0.8510 0.4637 -0.2466</w:t>
        <w:br/>
        <w:t>vn 0.9722 0.0062 -0.2340</w:t>
        <w:br/>
        <w:t>vn 0.9012 -0.0082 -0.4334</w:t>
        <w:br/>
        <w:t>vn 0.7892 -0.0221 -0.6137</w:t>
        <w:br/>
        <w:t>vn 0.6479 0.4574 -0.6091</w:t>
        <w:br/>
        <w:t>vn -0.7695 0.6366 -0.0505</w:t>
        <w:br/>
        <w:t>vn -0.6402 0.7080 0.2980</w:t>
        <w:br/>
        <w:t>vn -0.4169 0.7371 0.5319</w:t>
        <w:br/>
        <w:t>vn 0.0194 0.3760 0.9264</w:t>
        <w:br/>
        <w:t>vn -0.1157 0.9905 -0.0749</w:t>
        <w:br/>
        <w:t>vn -0.3028 0.8430 -0.4446</w:t>
        <w:br/>
        <w:t>vn 0.0986 0.7335 -0.6725</w:t>
        <w:br/>
        <w:t>vn 0.3290 0.8929 -0.3074</w:t>
        <w:br/>
        <w:t>vn 0.4896 0.8633 0.1229</w:t>
        <w:br/>
        <w:t>vn 0.0905 0.9484 0.3037</w:t>
        <w:br/>
        <w:t>vn -0.5957 0.7642 0.2473</w:t>
        <w:br/>
        <w:t>vn -0.7276 0.6795 -0.0946</w:t>
        <w:br/>
        <w:t>vn -0.3775 0.7402 0.5564</w:t>
        <w:br/>
        <w:t>vn 0.0981 0.2630 0.9598</w:t>
        <w:br/>
        <w:t>vn -0.0362 0.0875 0.9955</w:t>
        <w:br/>
        <w:t>vn -0.0361 0.0874 0.9955</w:t>
        <w:br/>
        <w:t>vn -0.0741 0.4552 0.8873</w:t>
        <w:br/>
        <w:t>vn -0.0739 0.4552 0.8873</w:t>
        <w:br/>
        <w:t>vn -0.0999 0.7438 0.6609</w:t>
        <w:br/>
        <w:t>vn -0.0920 0.6492 0.7551</w:t>
        <w:br/>
        <w:t>vn -0.0713 0.4156 0.9068</w:t>
        <w:br/>
        <w:t>vn 0.0251 -0.8698 0.4928</w:t>
        <w:br/>
        <w:t>vn 0.0793 -0.9600 -0.2685</w:t>
        <w:br/>
        <w:t>vn -0.0165 -0.3211 0.9469</w:t>
        <w:br/>
        <w:t>vn -0.0441 0.1058 0.9934</w:t>
        <w:br/>
        <w:t>vn -0.0441 0.1059 0.9934</w:t>
        <w:br/>
        <w:t>vn 0.1028 -0.7992 -0.5922</w:t>
        <w:br/>
        <w:t>vn 0.1027 -0.7992 -0.5922</w:t>
        <w:br/>
        <w:t>vn 0.0932 -0.9325 0.3490</w:t>
        <w:br/>
        <w:t>vn 0.1076 -0.9928 0.0517</w:t>
        <w:br/>
        <w:t>vn 0.0932 -0.9324 0.3491</w:t>
        <w:br/>
        <w:t>vn 0.1094 -0.8898 -0.4430</w:t>
        <w:br/>
        <w:t>vn 0.9923 0.1210 0.0269</w:t>
        <w:br/>
        <w:t>vn 0.9063 0.1134 -0.4071</w:t>
        <w:br/>
        <w:t>vn 0.9395 -0.1384 -0.3134</w:t>
        <w:br/>
        <w:t>vn 0.9953 0.0521 0.0813</w:t>
        <w:br/>
        <w:t>vn -0.9923 -0.1210 -0.0274</w:t>
        <w:br/>
        <w:t>vn -0.9815 -0.1894 0.0270</w:t>
        <w:br/>
        <w:t>vn -0.8582 -0.3565 -0.3694</w:t>
        <w:br/>
        <w:t>vn -0.8839 -0.1050 -0.4558</w:t>
        <w:br/>
        <w:t>vn 0.9905 -0.0006 0.1374</w:t>
        <w:br/>
        <w:t>vn 0.8906 -0.3916 -0.2315</w:t>
        <w:br/>
        <w:t>vn -0.9670 -0.2404 0.0839</w:t>
        <w:br/>
        <w:t>vn -0.9774 -0.2079 0.0374</w:t>
        <w:br/>
        <w:t>vn -0.9774 -0.2079 0.0373</w:t>
        <w:br/>
        <w:t>vn -0.9705 -0.2284 0.0769</w:t>
        <w:br/>
        <w:t>vn 0.9963 0.0637 0.0574</w:t>
        <w:br/>
        <w:t>vn 0.9919 0.0142 0.1261</w:t>
        <w:br/>
        <w:t>vn 0.9919 0.0141 0.1262</w:t>
        <w:br/>
        <w:t>vn 0.9963 0.0637 0.0573</w:t>
        <w:br/>
        <w:t>vn 0.9358 0.3476 0.0589</w:t>
        <w:br/>
        <w:t>vn 0.8142 0.4794 0.3277</w:t>
        <w:br/>
        <w:t>vn 0.9511 0.2497 0.1821</w:t>
        <w:br/>
        <w:t>vn 0.9358 0.3476 0.0590</w:t>
        <w:br/>
        <w:t>vn -0.8832 0.2562 0.3928</w:t>
        <w:br/>
        <w:t>vn -0.9959 0.0504 0.0752</w:t>
        <w:br/>
        <w:t>vn -0.9678 -0.0245 0.2503</w:t>
        <w:br/>
        <w:t>vn -0.9944 -0.0354 -0.0992</w:t>
        <w:br/>
        <w:t>vn -0.9883 -0.1462 -0.0430</w:t>
        <w:br/>
        <w:t>vn 0.9826 0.1831 -0.0302</w:t>
        <w:br/>
        <w:t>vn 0.9484 0.3112 -0.0605</w:t>
        <w:br/>
        <w:t>vn 0.8625 0.3943 0.3171</w:t>
        <w:br/>
        <w:t>vn 0.9790 0.1610 0.1251</w:t>
        <w:br/>
        <w:t>vn -0.9763 -0.1409 0.1640</w:t>
        <w:br/>
        <w:t>vn -0.9764 -0.1408 0.1640</w:t>
        <w:br/>
        <w:t>vn 0.9936 0.1111 0.0207</w:t>
        <w:br/>
        <w:t>vn 0.9935 0.1127 0.0176</w:t>
        <w:br/>
        <w:t>vn 0.9935 0.1128 0.0176</w:t>
        <w:br/>
        <w:t>vn 0.9936 0.1110 0.0207</w:t>
        <w:br/>
        <w:t>vn -0.9939 -0.1075 -0.0226</w:t>
        <w:br/>
        <w:t>vn -0.9940 -0.1074 -0.0226</w:t>
        <w:br/>
        <w:t>vn -0.9925 -0.1212 -0.0137</w:t>
        <w:br/>
        <w:t>vn 0.9910 0.1284 0.0385</w:t>
        <w:br/>
        <w:t>vn -0.9875 -0.1531 0.0380</w:t>
        <w:br/>
        <w:t>vn -0.5293 -0.4565 -0.7151</w:t>
        <w:br/>
        <w:t>vn -0.6025 -0.0684 -0.7952</w:t>
        <w:br/>
        <w:t>vn 0.6697 -0.3147 -0.6727</w:t>
        <w:br/>
        <w:t>vn 0.6428 0.0835 -0.7615</w:t>
        <w:br/>
        <w:t>vn -0.2985 -0.7679 -0.5668</w:t>
        <w:br/>
        <w:t>vn 0.1230 -0.7877 -0.6036</w:t>
        <w:br/>
        <w:t>vn 0.0869 -0.4577 -0.8849</w:t>
        <w:br/>
        <w:t>vn 0.3358 -0.4066 -0.8497</w:t>
        <w:br/>
        <w:t>vn 0.4134 -0.6230 -0.6641</w:t>
        <w:br/>
        <w:t>vn 0.1134 -0.6966 -0.7084</w:t>
        <w:br/>
        <w:t>vn -0.1977 -0.7024 -0.6837</w:t>
        <w:br/>
        <w:t>vn -0.1672 -0.4787 -0.8619</w:t>
        <w:br/>
        <w:t>vn -0.0556 0.8948 -0.4431</w:t>
        <w:br/>
        <w:t>vn -0.2638 0.8590 -0.4389</w:t>
        <w:br/>
        <w:t>vn -0.2823 0.9565 -0.0737</w:t>
        <w:br/>
        <w:t>vn -0.0760 0.9637 0.2559</w:t>
        <w:br/>
        <w:t>vn 0.1218 0.9901 -0.0704</w:t>
        <w:br/>
        <w:t>vn 0.1546 0.8907 -0.4276</w:t>
        <w:br/>
        <w:t>vn 0.2106 0.4319 -0.8770</w:t>
        <w:br/>
        <w:t>vn 0.2696 -0.0316 -0.9624</w:t>
        <w:br/>
        <w:t>vn 0.0515 -0.0769 -0.9957</w:t>
        <w:br/>
        <w:t>vn 0.0065 0.4109 -0.9116</w:t>
        <w:br/>
        <w:t>vn -0.1688 -0.1181 -0.9786</w:t>
        <w:br/>
        <w:t>vn -0.1998 0.3717 -0.9066</w:t>
        <w:br/>
        <w:t>vn -0.0759 0.9637 0.2559</w:t>
        <w:br/>
        <w:t>vn -0.8832 0.2563 0.3928</w:t>
        <w:br/>
        <w:t>vn -0.4342 0.6824 0.5881</w:t>
        <w:br/>
        <w:t>vn -0.0600 0.7820 0.6203</w:t>
        <w:br/>
        <w:t>vn 0.8141 0.4795 0.3277</w:t>
        <w:br/>
        <w:t>vn 0.3028 0.7973 0.5222</w:t>
        <w:br/>
        <w:t>vn -0.0774 0.8158 -0.5731</w:t>
        <w:br/>
        <w:t>vn -0.5249 0.8472 -0.0820</w:t>
        <w:br/>
        <w:t>vn -0.5229 0.6755 -0.5199</w:t>
        <w:br/>
        <w:t>vn 0.3853 0.7758 -0.4996</w:t>
        <w:br/>
        <w:t>vn 0.3380 0.9390 -0.0628</w:t>
        <w:br/>
        <w:t>vn -0.0823 0.8383 0.5390</w:t>
        <w:br/>
        <w:t>vn -0.4366 0.7420 0.5087</w:t>
        <w:br/>
        <w:t>vn -0.5250 0.8472 -0.0820</w:t>
        <w:br/>
        <w:t>vn -0.1024 0.9102 0.4014</w:t>
        <w:br/>
        <w:t>vn 0.3380 0.9390 -0.0629</w:t>
        <w:br/>
        <w:t>vn 0.2823 0.8210 0.4963</w:t>
        <w:br/>
        <w:t>vn 0.8625 0.3943 0.3172</w:t>
        <w:br/>
        <w:t>vn -0.1282 0.7265 0.6751</w:t>
        <w:br/>
        <w:t>vn -0.1646 0.7389 0.6534</w:t>
        <w:br/>
        <w:t>vn -0.1507 0.7563 0.6367</w:t>
        <w:br/>
        <w:t>vn -0.0970 0.7531 0.6508</w:t>
        <w:br/>
        <w:t>vn 0.4729 0.7902 0.3897</w:t>
        <w:br/>
        <w:t>vn 0.0426 0.6689 0.7421</w:t>
        <w:br/>
        <w:t>vn 0.2659 0.5165 0.8140</w:t>
        <w:br/>
        <w:t>vn 0.6241 0.6739 0.3954</w:t>
        <w:br/>
        <w:t>vn 0.1541 -0.7360 -0.6592</w:t>
        <w:br/>
        <w:t>vn 0.1881 -0.7248 -0.6628</w:t>
        <w:br/>
        <w:t>vn 0.2303 -0.7470 -0.6237</w:t>
        <w:br/>
        <w:t>vn 0.2426 -0.7517 -0.6133</w:t>
        <w:br/>
        <w:t>vn -0.1205 -0.6580 -0.7433</w:t>
        <w:br/>
        <w:t>vn -0.0404 -0.6649 -0.7458</w:t>
        <w:br/>
        <w:t>vn 0.0683 -0.7313 -0.6786</w:t>
        <w:br/>
        <w:t>vn -0.5183 -0.2571 -0.8156</w:t>
        <w:br/>
        <w:t>vn -0.2408 -0.5104 -0.8255</w:t>
        <w:br/>
        <w:t>vn -0.2336 -0.4997 -0.8341</w:t>
        <w:br/>
        <w:t>vn -0.4401 -0.1650 -0.8826</w:t>
        <w:br/>
        <w:t>vn 0.0398 -0.6676 -0.7435</w:t>
        <w:br/>
        <w:t>vn 0.6788 -0.2184 0.7011</w:t>
        <w:br/>
        <w:t>vn 0.6296 -0.2323 0.7414</w:t>
        <w:br/>
        <w:t>vn 0.7301 0.6833 0.0041</w:t>
        <w:br/>
        <w:t>vn 0.7284 0.6852 0.0018</w:t>
        <w:br/>
        <w:t>vn 0.7302 0.6833 0.0040</w:t>
        <w:br/>
        <w:t>vn -0.9411 0.0592 0.3329</w:t>
        <w:br/>
        <w:t>vn -0.9223 0.0353 0.3850</w:t>
        <w:br/>
        <w:t>vn 0.7427 0.6696 -0.0061</w:t>
        <w:br/>
        <w:t>vn -0.8666 -0.0103 0.4989</w:t>
        <w:br/>
        <w:t>vn -0.8666 -0.0104 0.4989</w:t>
        <w:br/>
        <w:t>vn 0.7480 0.5261 0.4046</w:t>
        <w:br/>
        <w:t>vn 0.8104 0.5858 0.0101</w:t>
        <w:br/>
        <w:t>vn 0.8154 0.5787 0.0138</w:t>
        <w:br/>
        <w:t>vn 0.7940 0.4477 0.4112</w:t>
        <w:br/>
        <w:t>vn -0.5082 0.8442 -0.1705</w:t>
        <w:br/>
        <w:t>vn -0.5081 0.8442 -0.1705</w:t>
        <w:br/>
        <w:t>vn -0.5705 0.8135 -0.1127</w:t>
        <w:br/>
        <w:t>vn -0.9049 -0.2771 0.3229</w:t>
        <w:br/>
        <w:t>vn -0.9049 -0.2771 0.3230</w:t>
        <w:br/>
        <w:t>vn -0.9009 -0.0808 0.4264</w:t>
        <w:br/>
        <w:t>vn 0.7824 0.6228 -0.0027</w:t>
        <w:br/>
        <w:t>vn -0.2264 -0.4890 -0.8424</w:t>
        <w:br/>
        <w:t>vn -0.3113 -0.0870 -0.9463</w:t>
        <w:br/>
        <w:t>vn -0.5797 0.8120 -0.0686</w:t>
        <w:br/>
        <w:t>vn -0.5797 0.8119 -0.0687</w:t>
        <w:br/>
        <w:t>vn 0.2981 0.2147 0.9301</w:t>
        <w:br/>
        <w:t>vn 0.1804 0.4239 0.8876</w:t>
        <w:br/>
        <w:t>vn 0.4361 0.2942 0.8504</w:t>
        <w:br/>
        <w:t>vn 0.0012 0.6172 0.7868</w:t>
        <w:br/>
        <w:t>vn -0.1341 0.7009 0.7005</w:t>
        <w:br/>
        <w:t>vn -0.1837 0.7235 0.6654</w:t>
        <w:br/>
        <w:t>vn -0.1810 0.7223 0.6675</w:t>
        <w:br/>
        <w:t>vn 0.5807 -0.3600 0.7302</w:t>
        <w:br/>
        <w:t>vn 0.5807 -0.3600 0.7301</w:t>
        <w:br/>
        <w:t>vn 0.6571 -0.2836 0.6985</w:t>
        <w:br/>
        <w:t>vn 0.6571 -0.2836 0.6984</w:t>
        <w:br/>
        <w:t>vn 0.2025 -0.7542 -0.6246</w:t>
        <w:br/>
        <w:t>vn 0.1495 -0.7498 -0.6446</w:t>
        <w:br/>
        <w:t>vn -0.4542 0.8718 -0.1837</w:t>
        <w:br/>
        <w:t>vn 0.5385 0.2543 0.8033</w:t>
        <w:br/>
        <w:t>vn 0.3824 0.2059 0.9008</w:t>
        <w:br/>
        <w:t>vn -0.5659 -0.1303 -0.8141</w:t>
        <w:br/>
        <w:t>vn -0.6185 -0.1358 -0.7740</w:t>
        <w:br/>
        <w:t>vn -0.8355 -0.4194 0.3549</w:t>
        <w:br/>
        <w:t>vn -0.4484 0.0405 -0.8929</w:t>
        <w:br/>
        <w:t>vn -0.3712 0.2041 -0.9058</w:t>
        <w:br/>
        <w:t>vn 0.3251 0.1430 0.9348</w:t>
        <w:br/>
        <w:t>vn 0.0027 0.8218 0.5698</w:t>
        <w:br/>
        <w:t>vn 0.2115 0.7625 0.6115</w:t>
        <w:br/>
        <w:t>vn 0.1614 0.8056 0.5701</w:t>
        <w:br/>
        <w:t>vn -0.1149 0.8412 0.5283</w:t>
        <w:br/>
        <w:t>vn 0.1116 0.7760 0.6208</w:t>
        <w:br/>
        <w:t>vn -0.1677 0.7869 0.5938</w:t>
        <w:br/>
        <w:t>vn -0.2013 0.5681 0.7980</w:t>
        <w:br/>
        <w:t>vn -0.0247 0.5058 0.8623</w:t>
        <w:br/>
        <w:t>vn -0.2332 0.3739 0.8977</w:t>
        <w:br/>
        <w:t>vn -0.2608 0.4381 0.8603</w:t>
        <w:br/>
        <w:t>vn -0.1735 0.7099 0.6826</w:t>
        <w:br/>
        <w:t>vn 0.0614 0.7040 0.7075</w:t>
        <w:br/>
        <w:t>vn 0.0693 0.6021 0.7954</w:t>
        <w:br/>
        <w:t>vn -0.4151 0.1054 0.9036</w:t>
        <w:br/>
        <w:t>vn -0.4834 0.0846 0.8713</w:t>
        <w:br/>
        <w:t>vn 0.5043 0.2029 -0.8394</w:t>
        <w:br/>
        <w:t>vn 0.7306 0.1994 -0.6531</w:t>
        <w:br/>
        <w:t>vn 0.5247 -0.0145 -0.8511</w:t>
        <w:br/>
        <w:t>vn 0.6496 0.4091 -0.6408</w:t>
        <w:br/>
        <w:t>vn 0.6175 0.7147 -0.3286</w:t>
        <w:br/>
        <w:t>vn 0.8459 0.4030 -0.3493</w:t>
        <w:br/>
        <w:t>vn -0.1421 -0.6442 -0.7515</w:t>
        <w:br/>
        <w:t>vn -0.0391 -0.6556 -0.7541</w:t>
        <w:br/>
        <w:t>vn -0.1318 -0.6040 -0.7860</w:t>
        <w:br/>
        <w:t>vn -0.1497 -0.6611 -0.7352</w:t>
        <w:br/>
        <w:t>vn -0.6082 0.7285 0.3152</w:t>
        <w:br/>
        <w:t>vn -0.8674 0.4887 0.0941</w:t>
        <w:br/>
        <w:t>vn -0.7979 0.5880 0.1330</w:t>
        <w:br/>
        <w:t>vn -0.4404 0.8157 0.3751</w:t>
        <w:br/>
        <w:t>vn 0.9154 0.2721 0.2965</w:t>
        <w:br/>
        <w:t>vn 0.8745 0.3807 0.3006</w:t>
        <w:br/>
        <w:t>vn 0.6345 0.6179 0.4644</w:t>
        <w:br/>
        <w:t>vn 0.7205 0.5121 0.4675</w:t>
        <w:br/>
        <w:t>vn -0.8479 0.4934 0.1939</w:t>
        <w:br/>
        <w:t>vn -0.6433 0.6603 0.3875</w:t>
        <w:br/>
        <w:t>vn 0.8020 0.4615 0.3792</w:t>
        <w:br/>
        <w:t>vn 0.5281 0.6593 0.5351</w:t>
        <w:br/>
        <w:t>vn -0.9174 0.3439 0.2000</w:t>
        <w:br/>
        <w:t>vn -0.7255 0.4738 0.4991</w:t>
        <w:br/>
        <w:t>vn -0.9901 0.1029 -0.0958</w:t>
        <w:br/>
        <w:t>vn 0.4076 0.2301 0.8837</w:t>
        <w:br/>
        <w:t>vn 0.4786 0.4576 0.7494</w:t>
        <w:br/>
        <w:t>vn 0.8069 0.3199 0.4966</w:t>
        <w:br/>
        <w:t>vn 0.7985 0.2271 0.5575</w:t>
        <w:br/>
        <w:t>vn -0.8314 0.4756 0.2873</w:t>
        <w:br/>
        <w:t>vn -0.6552 0.5919 0.4694</w:t>
        <w:br/>
        <w:t>vn 0.4498 0.6259 0.6371</w:t>
        <w:br/>
        <w:t>vn 0.7846 0.4345 0.4423</w:t>
        <w:br/>
        <w:t>vn 0.6718 0.4212 0.6094</w:t>
        <w:br/>
        <w:t>vn 0.9220 0.2020 0.3303</w:t>
        <w:br/>
        <w:t>vn 0.9211 0.2188 0.3222</w:t>
        <w:br/>
        <w:t>vn 0.6612 0.4543 0.5971</w:t>
        <w:br/>
        <w:t>vn -0.5491 -0.3615 0.7535</w:t>
        <w:br/>
        <w:t>vn -0.6834 -0.3783 0.6244</w:t>
        <w:br/>
        <w:t>vn -0.6930 0.2050 0.6912</w:t>
        <w:br/>
        <w:t>vn -0.2760 0.7779 0.5645</w:t>
        <w:br/>
        <w:t>vn -0.7213 0.6225 0.3036</w:t>
        <w:br/>
        <w:t>vn -0.8888 -0.3171 -0.3309</w:t>
        <w:br/>
        <w:t>vn 0.8102 0.3559 0.4657</w:t>
        <w:br/>
        <w:t>vn 0.8949 0.3090 0.3220</w:t>
        <w:br/>
        <w:t>vn 0.2666 0.5733 0.7748</w:t>
        <w:br/>
        <w:t>vn 0.7992 0.5415 0.2610</w:t>
        <w:br/>
        <w:t>vn 0.6696 0.7153 0.1997</w:t>
        <w:br/>
        <w:t>vn 0.0441 0.7334 0.6784</w:t>
        <w:br/>
        <w:t>vn 0.0840 0.8645 0.4955</w:t>
        <w:br/>
        <w:t>vn 0.6505 0.7462 0.1411</w:t>
        <w:br/>
        <w:t>vn 0.6718 0.2423 0.7000</w:t>
        <w:br/>
        <w:t>vn 0.2193 0.7801 0.5859</w:t>
        <w:br/>
        <w:t>vn 0.2193 0.7801 0.5860</w:t>
        <w:br/>
        <w:t>vn 0.6134 0.6291 0.4775</w:t>
        <w:br/>
        <w:t>vn 0.9918 0.1043 -0.0741</w:t>
        <w:br/>
        <w:t>vn 0.9880 0.0467 0.1474</w:t>
        <w:br/>
        <w:t>vn 0.9711 0.2243 0.0812</w:t>
        <w:br/>
        <w:t>vn 0.7898 0.6068 -0.0894</w:t>
        <w:br/>
        <w:t>vn 0.9736 0.1160 -0.1968</w:t>
        <w:br/>
        <w:t>vn 0.7575 0.6398 -0.1296</w:t>
        <w:br/>
        <w:t>vn 0.9099 0.3154 0.2695</w:t>
        <w:br/>
        <w:t>vn 0.9136 0.0917 0.3960</w:t>
        <w:br/>
        <w:t>vn 0.8445 -0.4093 -0.3454</w:t>
        <w:br/>
        <w:t>vn 0.7509 -0.6467 -0.1338</w:t>
        <w:br/>
        <w:t>vn 0.4339 -0.8596 -0.2697</w:t>
        <w:br/>
        <w:t>vn 0.5269 -0.6661 -0.5278</w:t>
        <w:br/>
        <w:t>vn -0.2147 0.8877 0.4074</w:t>
        <w:br/>
        <w:t>vn -0.3090 0.9150 0.2595</w:t>
        <w:br/>
        <w:t>vn -0.0685 0.8543 0.5152</w:t>
        <w:br/>
        <w:t>vn 0.9801 -0.1444 -0.1359</w:t>
        <w:br/>
        <w:t>vn 0.8939 -0.4442 0.0606</w:t>
        <w:br/>
        <w:t>vn -0.5856 0.8085 -0.0585</w:t>
        <w:br/>
        <w:t>vn -0.2819 0.9540 -0.1018</w:t>
        <w:br/>
        <w:t>vn -0.8498 -0.4010 -0.3421</w:t>
        <w:br/>
        <w:t>vn -0.9322 0.1568 0.3263</w:t>
        <w:br/>
        <w:t>vn -0.9776 -0.2053 -0.0470</w:t>
        <w:br/>
        <w:t>vn -0.9108 -0.3364 -0.2391</w:t>
        <w:br/>
        <w:t>vn -0.9270 -0.3729 0.0417</w:t>
        <w:br/>
        <w:t>vn -0.7590 -0.6374 -0.1328</w:t>
        <w:br/>
        <w:t>vn -0.3722 -0.8808 -0.2926</w:t>
        <w:br/>
        <w:t>vn -0.0437 -0.9144 -0.4025</w:t>
        <w:br/>
        <w:t>vn -0.2553 -0.9628 -0.0886</w:t>
        <w:br/>
        <w:t>vn -0.9483 -0.1548 -0.2770</w:t>
        <w:br/>
        <w:t>vn -0.9805 -0.1753 -0.0884</w:t>
        <w:br/>
        <w:t>vn -0.9902 -0.0800 -0.1147</w:t>
        <w:br/>
        <w:t>vn -0.9584 -0.1014 -0.2668</w:t>
        <w:br/>
        <w:t>vn -0.7800 -0.6229 -0.0598</w:t>
        <w:br/>
        <w:t>vn -0.9192 -0.3908 -0.0480</w:t>
        <w:br/>
        <w:t>vn -0.7254 -0.6116 -0.3159</w:t>
        <w:br/>
        <w:t>vn -0.7854 -0.4993 -0.3659</w:t>
        <w:br/>
        <w:t>vn 0.1305 -0.7964 -0.5906</w:t>
        <w:br/>
        <w:t>vn 0.0817 -0.9191 -0.3855</w:t>
        <w:br/>
        <w:t>vn -0.3120 0.3451 0.8852</w:t>
        <w:br/>
        <w:t>vn -0.5118 0.2784 0.8127</w:t>
        <w:br/>
        <w:t>vn -0.4186 0.4261 0.8020</w:t>
        <w:br/>
        <w:t>vn -0.6454 -0.5530 0.5270</w:t>
        <w:br/>
        <w:t>vn -0.5488 -0.3495 0.7594</w:t>
        <w:br/>
        <w:t>vn -0.4365 -0.5354 0.7230</w:t>
        <w:br/>
        <w:t>vn -0.5160 -0.6342 0.5758</w:t>
        <w:br/>
        <w:t>vn -0.3649 -0.2848 0.8864</w:t>
        <w:br/>
        <w:t>vn -0.3055 -0.4179 0.8556</w:t>
        <w:br/>
        <w:t>vn -0.1099 -0.2462 0.9630</w:t>
        <w:br/>
        <w:t>vn -0.1004 -0.2914 0.9513</w:t>
        <w:br/>
        <w:t>vn 0.2218 -0.2253 0.9487</w:t>
        <w:br/>
        <w:t>vn 0.2224 -0.2189 0.9501</w:t>
        <w:br/>
        <w:t>vn 0.5729 -0.2172 0.7904</w:t>
        <w:br/>
        <w:t>vn 0.5482 -0.2485 0.7986</w:t>
        <w:br/>
        <w:t>vn 0.8035 -0.2558 0.5376</w:t>
        <w:br/>
        <w:t>vn 0.7343 -0.3700 0.5691</w:t>
        <w:br/>
        <w:t>vn 0.9225 -0.2911 0.2535</w:t>
        <w:br/>
        <w:t>vn 0.9583 -0.2856 -0.0115</w:t>
        <w:br/>
        <w:t>vn 0.9042 -0.4263 0.0254</w:t>
        <w:br/>
        <w:t>vn 0.8488 -0.4412 0.2913</w:t>
        <w:br/>
        <w:t>vn 0.9368 -0.2902 -0.1954</w:t>
        <w:br/>
        <w:t>vn 0.9016 -0.4004 -0.1639</w:t>
        <w:br/>
        <w:t>vn 0.7036 -0.3554 -0.6153</w:t>
        <w:br/>
        <w:t>vn 0.6738 -0.4706 -0.5696</w:t>
        <w:br/>
        <w:t>vn 0.8475 -0.4492 -0.2829</w:t>
        <w:br/>
        <w:t>vn 0.8646 -0.3572 -0.3533</w:t>
        <w:br/>
        <w:t>vn 0.5260 -0.2051 -0.8254</w:t>
        <w:br/>
        <w:t>vn 0.3861 -0.3872 -0.8373</w:t>
        <w:br/>
        <w:t>vn 0.1529 -0.3370 -0.9290</w:t>
        <w:br/>
        <w:t>vn 0.1384 -0.4041 -0.9042</w:t>
        <w:br/>
        <w:t>vn 0.2145 -0.3646 -0.9061</w:t>
        <w:br/>
        <w:t>vn 0.3005 -0.2051 -0.9315</w:t>
        <w:br/>
        <w:t>vn 0.0866 -0.5416 -0.8362</w:t>
        <w:br/>
        <w:t>vn 0.1166 -0.5448 -0.8304</w:t>
        <w:br/>
        <w:t>vn 0.0606 -0.6995 -0.7121</w:t>
        <w:br/>
        <w:t>vn 0.1217 -0.6952 -0.7085</w:t>
        <w:br/>
        <w:t>vn 0.0368 -0.7873 -0.6155</w:t>
        <w:br/>
        <w:t>vn -0.0242 -0.8282 -0.5599</w:t>
        <w:br/>
        <w:t>vn 0.0953 -0.8477 -0.5219</w:t>
        <w:br/>
        <w:t>vn 0.1421 -0.7865 -0.6010</w:t>
        <w:br/>
        <w:t>vn -0.1147 -0.7889 -0.6037</w:t>
        <w:br/>
        <w:t>vn -0.0454 -0.8354 -0.5478</w:t>
        <w:br/>
        <w:t>vn -0.2584 -0.6206 -0.7403</w:t>
        <w:br/>
        <w:t>vn -0.1855 -0.6767 -0.7125</w:t>
        <w:br/>
        <w:t>vn -0.2048 -0.6020 -0.7718</w:t>
        <w:br/>
        <w:t>vn -0.4216 -0.3445 0.8388</w:t>
        <w:br/>
        <w:t>vn 0.1087 0.6901 0.7155</w:t>
        <w:br/>
        <w:t>vn 0.3618 0.6151 0.7005</w:t>
        <w:br/>
        <w:t>vn 0.2947 0.6300 0.7185</w:t>
        <w:br/>
        <w:t>vn -0.4397 0.0818 0.8944</w:t>
        <w:br/>
        <w:t>vn 0.2130 0.1069 -0.9712</w:t>
        <w:br/>
        <w:t>vn 0.1575 0.4287 -0.8896</w:t>
        <w:br/>
        <w:t>vn 0.5133 0.3236 -0.7949</w:t>
        <w:br/>
        <w:t>vn 0.0867 0.5798 -0.8102</w:t>
        <w:br/>
        <w:t>vn 0.4054 0.5876 -0.7003</w:t>
        <w:br/>
        <w:t>vn -0.5055 0.3645 0.7820</w:t>
        <w:br/>
        <w:t>vn -0.8121 -0.0059 0.5835</w:t>
        <w:br/>
        <w:t>vn -0.6861 -0.1239 0.7169</w:t>
        <w:br/>
        <w:t>vn -0.4995 0.0743 0.8631</w:t>
        <w:br/>
        <w:t>vn -0.8401 0.1198 0.5290</w:t>
        <w:br/>
        <w:t>vn -0.5555 0.0668 0.8288</w:t>
        <w:br/>
        <w:t>vn -0.4564 0.6502 0.6074</w:t>
        <w:br/>
        <w:t>vn -0.9170 0.0970 0.3869</w:t>
        <w:br/>
        <w:t>vn -0.9679 0.0341 0.2491</w:t>
        <w:br/>
        <w:t>vn -0.3943 0.5249 -0.7543</w:t>
        <w:br/>
        <w:t>vn -0.0961 0.8572 -0.5060</w:t>
        <w:br/>
        <w:t>vn -0.1686 0.6490 -0.7419</w:t>
        <w:br/>
        <w:t>vn -0.2416 0.5108 -0.8251</w:t>
        <w:br/>
        <w:t>vn -0.1946 0.1877 -0.9628</w:t>
        <w:br/>
        <w:t>vn -0.5515 0.3347 -0.7641</w:t>
        <w:br/>
        <w:t>vn -0.5085 0.3927 -0.7663</w:t>
        <w:br/>
        <w:t>vn -0.3504 0.9364 -0.0183</w:t>
        <w:br/>
        <w:t>vn -0.4526 0.8385 -0.3035</w:t>
        <w:br/>
        <w:t>vn -0.2796 0.9224 -0.2664</w:t>
        <w:br/>
        <w:t>vn -0.5177 0.8082 -0.2807</w:t>
        <w:br/>
        <w:t>vn -0.9977 -0.0433 -0.0517</w:t>
        <w:br/>
        <w:t>vn -0.9854 0.0309 -0.1672</w:t>
        <w:br/>
        <w:t>vn -0.9771 -0.1323 -0.1668</w:t>
        <w:br/>
        <w:t>vn -0.4022 0.8899 0.2154</w:t>
        <w:br/>
        <w:t>vn -0.9881 -0.1538 0.0034</w:t>
        <w:br/>
        <w:t>vn -0.9930 0.0699 0.0955</w:t>
        <w:br/>
        <w:t>vn -0.9751 -0.2126 0.0631</w:t>
        <w:br/>
        <w:t>vn -0.4223 0.7941 -0.4370</w:t>
        <w:br/>
        <w:t>vn -0.1325 0.9216 -0.3649</w:t>
        <w:br/>
        <w:t>vn -0.8406 -0.0068 -0.5416</w:t>
        <w:br/>
        <w:t>vn -0.8112 0.3415 0.4746</w:t>
        <w:br/>
        <w:t>vn -0.5804 0.3785 0.7211</w:t>
        <w:br/>
        <w:t>vn -0.8149 0.4759 0.3307</w:t>
        <w:br/>
        <w:t>vn -0.9322 0.1567 0.3262</w:t>
        <w:br/>
        <w:t>vn -0.9424 0.1461 0.3010</w:t>
        <w:br/>
        <w:t>vn -0.5826 -0.4625 -0.6683</w:t>
        <w:br/>
        <w:t>vn -0.1429 -0.5530 -0.8208</w:t>
        <w:br/>
        <w:t>vn -0.9928 0.0360 -0.1145</w:t>
        <w:br/>
        <w:t>vn -0.9679 -0.1075 -0.2272</w:t>
        <w:br/>
        <w:t>vn -0.9973 0.0694 0.0258</w:t>
        <w:br/>
        <w:t>vn -0.8622 -0.2668 -0.4306</w:t>
        <w:br/>
        <w:t>vn 0.1936 -0.3539 -0.9150</w:t>
        <w:br/>
        <w:t>vn 0.5717 0.6400 -0.5134</w:t>
        <w:br/>
        <w:t>vn 0.6085 0.6776 -0.4130</w:t>
        <w:br/>
        <w:t>vn -0.7649 -0.4509 0.4601</w:t>
        <w:br/>
        <w:t>vn -0.6348 -0.1460 0.7588</w:t>
        <w:br/>
        <w:t>vn -0.4163 -0.1452 0.8976</w:t>
        <w:br/>
        <w:t>vn -0.1192 -0.2002 0.9725</w:t>
        <w:br/>
        <w:t>vn 0.2212 -0.2316 0.9473</w:t>
        <w:br/>
        <w:t>vn 0.5729 -0.2172 0.7903</w:t>
        <w:br/>
        <w:t>vn 0.8908 0.1502 -0.4289</w:t>
        <w:br/>
        <w:t>vn 0.7036 -0.3555 -0.6153</w:t>
        <w:br/>
        <w:t>vn 0.9451 0.1022 -0.3105</w:t>
        <w:br/>
        <w:t>vn 0.8630 0.1392 -0.4856</w:t>
        <w:br/>
        <w:t>vn 0.1667 -0.2672 -0.9491</w:t>
        <w:br/>
        <w:t>vn 0.1528 -0.3371 -0.9290</w:t>
        <w:br/>
        <w:t>vn 0.3771 -0.0369 -0.9254</w:t>
        <w:br/>
        <w:t>vn 0.0564 -0.5379 -0.8411</w:t>
        <w:br/>
        <w:t>vn -0.0006 -0.7011 -0.7130</w:t>
        <w:br/>
        <w:t>vn -0.0689 -0.7791 -0.6231</w:t>
        <w:br/>
        <w:t>vn -0.1431 -0.7955 -0.5887</w:t>
        <w:br/>
        <w:t>vn -0.0242 -0.8282 -0.5598</w:t>
        <w:br/>
        <w:t>vn -0.1827 -0.7347 -0.6533</w:t>
        <w:br/>
        <w:t>vn -0.1547 -0.6312 -0.7600</w:t>
        <w:br/>
        <w:t>vn -0.4524 -0.5717 0.6845</w:t>
        <w:br/>
        <w:t>vn -0.3026 -0.6180 0.7256</w:t>
        <w:br/>
        <w:t>vn -0.4523 -0.5717 0.6845</w:t>
        <w:br/>
        <w:t>vn 0.2102 0.5360 0.8176</w:t>
        <w:br/>
        <w:t>vn -0.0681 0.3139 0.9470</w:t>
        <w:br/>
        <w:t>vn -0.0927 -0.1787 0.9795</w:t>
        <w:br/>
        <w:t>vn -0.4452 -0.3191 0.8366</w:t>
        <w:br/>
        <w:t>vn -0.3013 0.0838 0.9498</w:t>
        <w:br/>
        <w:t>vn -0.7983 0.2535 -0.5463</w:t>
        <w:br/>
        <w:t>vn 0.1203 0.8991 0.4209</w:t>
        <w:br/>
        <w:t>vn -0.3954 0.8907 0.2242</w:t>
        <w:br/>
        <w:t>vn -0.9834 0.1420 0.1129</w:t>
        <w:br/>
        <w:t>vn 0.1086 0.6901 0.7155</w:t>
        <w:br/>
        <w:t>vn 0.7405 0.6384 -0.2100</w:t>
        <w:br/>
        <w:t>vn 0.4165 0.8940 -0.1652</w:t>
        <w:br/>
        <w:t>vn 0.3022 0.9421 -0.1453</w:t>
        <w:br/>
        <w:t>vn 0.6624 0.7192 -0.2098</w:t>
        <w:br/>
        <w:t>vn 0.9932 0.1135 0.0240</w:t>
        <w:br/>
        <w:t>vn 0.9701 0.2372 0.0523</w:t>
        <w:br/>
        <w:t>vn 0.9531 -0.2054 0.2225</w:t>
        <w:br/>
        <w:t>vn 0.9646 -0.0535 0.2581</w:t>
        <w:br/>
        <w:t>vn -0.4430 -0.8473 0.2930</w:t>
        <w:br/>
        <w:t>vn -0.5448 -0.7762 0.3173</w:t>
        <w:br/>
        <w:t>vn -0.4871 -0.7426 0.4596</w:t>
        <w:br/>
        <w:t>vn -0.4256 -0.7946 0.4331</w:t>
        <w:br/>
        <w:t>vn -0.5449 -0.7762 0.3173</w:t>
        <w:br/>
        <w:t>vn -0.4504 -0.8808 0.1462</w:t>
        <w:br/>
        <w:t>vn -0.5896 -0.7906 0.1655</w:t>
        <w:br/>
        <w:t>vn -0.7365 0.6088 -0.2949</w:t>
        <w:br/>
        <w:t>vn -0.7493 0.5706 -0.3361</w:t>
        <w:br/>
        <w:t>vn -0.7493 0.5706 -0.3360</w:t>
        <w:br/>
        <w:t>vn -0.7365 0.6088 -0.2948</w:t>
        <w:br/>
        <w:t>vn 0.2920 0.9513 -0.0985</w:t>
        <w:br/>
        <w:t>vn -0.0955 0.9497 0.2982</w:t>
        <w:br/>
        <w:t>vn -0.3200 -0.2146 0.9228</w:t>
        <w:br/>
        <w:t>vn -0.5938 -0.4984 0.6316</w:t>
        <w:br/>
        <w:t>vn -0.5961 -0.3582 0.7186</w:t>
        <w:br/>
        <w:t>vn -0.7537 -0.5534 -0.3546</w:t>
        <w:br/>
        <w:t>vn 0.8975 0.2024 -0.3917</w:t>
        <w:br/>
        <w:t>vn 0.5572 0.2019 0.8054</w:t>
        <w:br/>
        <w:t>vn 0.9260 0.3110 0.2140</w:t>
        <w:br/>
        <w:t>vn -0.2820 0.9540 -0.1018</w:t>
        <w:br/>
        <w:t>vn -0.5223 0.5904 0.6153</w:t>
        <w:br/>
        <w:t>vn -0.5224 0.5904 0.6152</w:t>
        <w:br/>
        <w:t>vn -0.5077 0.5801 0.6369</w:t>
        <w:br/>
        <w:t>vn -0.4591 0.6338 0.6225</w:t>
        <w:br/>
        <w:t>vn -0.3544 0.7308 0.5835</w:t>
        <w:br/>
        <w:t>vn -0.4263 0.6542 0.6247</w:t>
        <w:br/>
        <w:t>vn -0.0954 0.9497 0.2982</w:t>
        <w:br/>
        <w:t>vn -0.3107 0.1154 0.9435</w:t>
        <w:br/>
        <w:t>vn -0.2565 0.8702 -0.4207</w:t>
        <w:br/>
        <w:t>vn -0.1333 0.9566 -0.2593</w:t>
        <w:br/>
        <w:t>vn -0.2613 0.9326 -0.2490</w:t>
        <w:br/>
        <w:t>vn -0.0550 0.9442 -0.3248</w:t>
        <w:br/>
        <w:t>vn -0.9830 -0.0775 -0.1664</w:t>
        <w:br/>
        <w:t>vn -0.8501 0.5008 -0.1632</w:t>
        <w:br/>
        <w:t>vn -0.1333 0.9565 -0.2594</w:t>
        <w:br/>
        <w:t>vn -0.8364 0.2265 -0.4991</w:t>
        <w:br/>
        <w:t>vn -0.4527 0.8384 -0.3035</w:t>
        <w:br/>
        <w:t>vn -0.6154 -0.1657 -0.7706</w:t>
        <w:br/>
        <w:t>vn -0.9933 -0.0392 -0.1087</w:t>
        <w:br/>
        <w:t>vn 0.2287 0.6595 0.7160</w:t>
        <w:br/>
        <w:t>vn -0.2986 -0.5613 -0.7718</w:t>
        <w:br/>
        <w:t>vn -0.2761 0.7779 0.5644</w:t>
        <w:br/>
        <w:t>vn 0.2919 0.6119 0.7351</w:t>
        <w:br/>
        <w:t>vn 0.1313 -0.8459 -0.5169</w:t>
        <w:br/>
        <w:t>vn 0.4789 -0.5948 -0.6457</w:t>
        <w:br/>
        <w:t>vn 0.4799 -0.6190 -0.6217</w:t>
        <w:br/>
        <w:t>vn 0.1050 -0.7993 -0.5916</w:t>
        <w:br/>
        <w:t>vn 0.0668 -0.6384 -0.7668</w:t>
        <w:br/>
        <w:t>vn 0.1719 -0.8059 -0.5665</w:t>
        <w:br/>
        <w:t>vn 0.2049 -0.8054 -0.5561</w:t>
        <w:br/>
        <w:t>vn 0.0226 -0.6321 -0.7746</w:t>
        <w:br/>
        <w:t>vn -0.3427 0.7270 0.5950</w:t>
        <w:br/>
        <w:t>vn -0.4718 0.6252 0.6217</w:t>
        <w:br/>
        <w:t>vn -0.3852 0.6302 0.6741</w:t>
        <w:br/>
        <w:t>vn -0.2837 0.7008 0.6545</w:t>
        <w:br/>
        <w:t>vn 0.3699 0.9194 0.1335</w:t>
        <w:br/>
        <w:t>vn 0.4331 0.8792 0.1984</w:t>
        <w:br/>
        <w:t>vn 0.8425 0.4868 -0.2306</w:t>
        <w:br/>
        <w:t>vn 0.7511 0.5708 -0.3318</w:t>
        <w:br/>
        <w:t>vn 0.7641 -0.0779 -0.6404</w:t>
        <w:br/>
        <w:t>vn 0.8127 -0.1675 -0.5581</w:t>
        <w:br/>
        <w:t>vn 0.1564 -0.8853 -0.4379</w:t>
        <w:br/>
        <w:t>vn 0.4773 -0.5692 -0.6694</w:t>
        <w:br/>
        <w:t>vn 0.7720 -0.5906 0.2350</w:t>
        <w:br/>
        <w:t>vn 0.6502 -0.7436 0.1559</w:t>
        <w:br/>
        <w:t>vn -0.2228 0.6694 0.7087</w:t>
        <w:br/>
        <w:t>vn -0.2945 0.6288 0.7196</w:t>
        <w:br/>
        <w:t>vn 0.6417 0.6395 -0.4234</w:t>
        <w:br/>
        <w:t>vn 0.3035 0.9504 0.0678</w:t>
        <w:br/>
        <w:t>vn 0.7024 0.0125 -0.7117</w:t>
        <w:br/>
        <w:t>vn 0.3147 -0.8968 -0.3111</w:t>
        <w:br/>
        <w:t>vn 0.2014 -0.8623 -0.4646</w:t>
        <w:br/>
        <w:t>vn -0.0635 -0.7303 -0.6802</w:t>
        <w:br/>
        <w:t>vn -0.3107 0.6793 0.6648</w:t>
        <w:br/>
        <w:t>vn -0.3685 0.6789 0.6351</w:t>
        <w:br/>
        <w:t>vn -0.0927 0.8708 0.4828</w:t>
        <w:br/>
        <w:t>vn -0.0928 0.8785 0.4686</w:t>
        <w:br/>
        <w:t>vn -0.4248 0.6756 0.6026</w:t>
        <w:br/>
        <w:t>vn -0.0927 0.8628 0.4970</w:t>
        <w:br/>
        <w:t>vn -0.1982 0.8468 0.4936</w:t>
        <w:br/>
        <w:t>vn -0.5338 0.6308 0.5632</w:t>
        <w:br/>
        <w:t>vn -0.5373 0.6069 0.5857</w:t>
        <w:br/>
        <w:t>vn -0.1358 0.8408 0.5240</w:t>
        <w:br/>
        <w:t>vn -0.1722 0.8196 0.5464</w:t>
        <w:br/>
        <w:t>vn -0.1058 0.8311 0.5459</w:t>
        <w:br/>
        <w:t>vn 0.0253 0.6756 0.7368</w:t>
        <w:br/>
        <w:t>vn 0.0025 0.6617 0.7497</w:t>
        <w:br/>
        <w:t>vn 0.2449 -0.7368 -0.6302</w:t>
        <w:br/>
        <w:t>vn 0.2741 -0.7359 -0.6191</w:t>
        <w:br/>
        <w:t>vn 0.3206 -0.6751 -0.6645</w:t>
        <w:br/>
        <w:t>vn 0.3424 -0.6840 -0.6441</w:t>
        <w:br/>
        <w:t>vn -0.4628 -0.8578 -0.2237</w:t>
        <w:br/>
        <w:t>vn 0.0174 -0.8661 -0.4996</w:t>
        <w:br/>
        <w:t>vn 0.0182 -0.8861 -0.4632</w:t>
        <w:br/>
        <w:t>vn -0.4009 -0.9084 -0.1188</w:t>
        <w:br/>
        <w:t>vn -0.8879 0.1673 0.4285</w:t>
        <w:br/>
        <w:t>vn -0.8541 0.1272 0.5043</w:t>
        <w:br/>
        <w:t>vn -0.4978 0.5538 0.6674</w:t>
        <w:br/>
        <w:t>vn -0.4712 0.5110 0.7189</w:t>
        <w:br/>
        <w:t>vn -0.3310 0.8984 0.2887</w:t>
        <w:br/>
        <w:t>vn -0.2288 0.9220 0.3125</w:t>
        <w:br/>
        <w:t>vn 0.2984 -0.6656 -0.6841</w:t>
        <w:br/>
        <w:t>vn 0.3568 -0.6336 -0.6865</w:t>
        <w:br/>
        <w:t>vn 0.4026 -0.6250 -0.6688</w:t>
        <w:br/>
        <w:t>vn 0.0769 -0.9086 -0.4106</w:t>
        <w:br/>
        <w:t>vn -0.2835 -0.9581 -0.0403</w:t>
        <w:br/>
        <w:t>vn -0.7647 0.0409 0.6431</w:t>
        <w:br/>
        <w:t>vn -0.6796 -0.0643 0.7308</w:t>
        <w:br/>
        <w:t>vn -0.2548 0.9177 0.3048</w:t>
        <w:br/>
        <w:t>vn -0.1353 0.8760 0.4630</w:t>
        <w:br/>
        <w:t>vn -0.1287 0.8876 0.4422</w:t>
        <w:br/>
        <w:t>vn 0.0788 0.8014 0.5929</w:t>
        <w:br/>
        <w:t>vn 0.3158 -0.7133 -0.6257</w:t>
        <w:br/>
        <w:t>vn 0.3203 -0.7022 -0.6358</w:t>
        <w:br/>
        <w:t>vn 0.4499 -0.6141 -0.6484</w:t>
        <w:br/>
        <w:t>vn 0.3527 -0.7046 -0.6157</w:t>
        <w:br/>
        <w:t>vn 0.3587 -0.6994 -0.6182</w:t>
        <w:br/>
        <w:t>vn -0.2890 0.4407 -0.8499</w:t>
        <w:br/>
        <w:t>vn -0.3625 0.5343 -0.7636</w:t>
        <w:br/>
        <w:t>vn -0.5737 0.5133 -0.6383</w:t>
        <w:br/>
        <w:t>vn -0.4571 0.3317 -0.8253</w:t>
        <w:br/>
        <w:t>vn -0.4570 0.3316 -0.8253</w:t>
        <w:br/>
        <w:t>vn -0.3554 0.5687 -0.7418</w:t>
        <w:br/>
        <w:t>vn -0.3484 0.5261 -0.7758</w:t>
        <w:br/>
        <w:t>vn -0.4805 0.4452 -0.7556</w:t>
        <w:br/>
        <w:t>vn -0.5027 0.4094 -0.7613</w:t>
        <w:br/>
        <w:t>vn -0.4895 0.4391 -0.7534</w:t>
        <w:br/>
        <w:t>vn 0.8354 -0.0436 0.5479</w:t>
        <w:br/>
        <w:t>vn 0.8805 -0.0340 0.4729</w:t>
        <w:br/>
        <w:t>vn 0.7719 -0.5907 0.2351</w:t>
        <w:br/>
        <w:t>vn 0.8412 -0.2819 0.4614</w:t>
        <w:br/>
        <w:t>vn 0.7480 -0.3749 0.5477</w:t>
        <w:br/>
        <w:t>vn 0.6503 -0.7436 0.1558</w:t>
        <w:br/>
        <w:t>vn 0.8517 -0.0914 0.5159</w:t>
        <w:br/>
        <w:t>vn 0.8836 -0.0301 0.4673</w:t>
        <w:br/>
        <w:t>vn 0.8836 -0.0301 0.4672</w:t>
        <w:br/>
        <w:t>vn 0.8517 -0.0914 0.5160</w:t>
        <w:br/>
        <w:t>vn 0.7989 -0.2276 0.5568</w:t>
        <w:br/>
        <w:t>vn 0.7989 -0.2277 0.5568</w:t>
        <w:br/>
        <w:t>vn 0.8286 -0.2481 0.5019</w:t>
        <w:br/>
        <w:t>vn 0.7890 -0.1352 0.5993</w:t>
        <w:br/>
        <w:t>vn 0.8409 -0.0598 0.5379</w:t>
        <w:br/>
        <w:t>vn 0.8408 -0.0598 0.5380</w:t>
        <w:br/>
        <w:t>vn -0.4019 0.3537 -0.8446</w:t>
        <w:br/>
        <w:t>vn -0.4020 0.3537 -0.8446</w:t>
        <w:br/>
        <w:t>vn 0.8947 -0.0777 0.4399</w:t>
        <w:br/>
        <w:t>vn -0.3430 0.4771 -0.8092</w:t>
        <w:br/>
        <w:t>vn -0.3429 0.4771 -0.8092</w:t>
        <w:br/>
        <w:t>vn 0.7987 -0.2923 0.5260</w:t>
        <w:br/>
        <w:t>vn 0.8413 -0.2818 0.4613</w:t>
        <w:br/>
        <w:t>vn 0.5788 -0.5163 -0.6311</w:t>
        <w:br/>
        <w:t>vn 0.4679 -0.6475 -0.6016</w:t>
        <w:br/>
        <w:t>vn 0.4142 -0.6046 -0.6804</w:t>
        <w:br/>
        <w:t>vn 0.5171 -0.4399 -0.7343</w:t>
        <w:br/>
        <w:t>vn 0.4449 -0.3540 -0.8226</w:t>
        <w:br/>
        <w:t>vn 0.3552 -0.5545 -0.7525</w:t>
        <w:br/>
        <w:t>vn -0.5564 0.6318 -0.5397</w:t>
        <w:br/>
        <w:t>vn -0.5734 0.5131 -0.6387</w:t>
        <w:br/>
        <w:t>vn -0.5735 0.5130 -0.6387</w:t>
        <w:br/>
        <w:t>vn -0.4198 0.5919 0.6881</w:t>
        <w:br/>
        <w:t>vn -0.3560 0.6941 0.6257</w:t>
        <w:br/>
        <w:t>vn -0.3477 0.6917 0.6329</w:t>
        <w:br/>
        <w:t>vn -0.4116 0.6272 0.6613</w:t>
        <w:br/>
        <w:t>vn -0.3395 0.6893 0.6400</w:t>
        <w:br/>
        <w:t>vn -0.4025 0.6612 0.6331</w:t>
        <w:br/>
        <w:t>vn 0.5267 -0.8092 -0.2603</w:t>
        <w:br/>
        <w:t>vn -0.4909 0.8226 0.2869</w:t>
        <w:br/>
        <w:t>vn 0.7258 -0.1665 0.6675</w:t>
        <w:br/>
        <w:t>vn 0.7257 -0.1665 0.6675</w:t>
        <w:br/>
        <w:t>vn 0.7939 -0.3201 0.5170</w:t>
        <w:br/>
        <w:t>vn 0.7939 -0.3200 0.5171</w:t>
        <w:br/>
        <w:t>vn 0.3031 -0.7343 -0.6074</w:t>
        <w:br/>
        <w:t>vn -0.4054 0.5814 -0.7054</w:t>
        <w:br/>
        <w:t>vn -0.4054 0.5815 -0.7054</w:t>
        <w:br/>
        <w:t>vn -0.2681 0.7872 0.5553</w:t>
        <w:br/>
        <w:t>vn -0.2551 0.7467 0.6143</w:t>
        <w:br/>
        <w:t>vn -0.2408 0.7021 0.6701</w:t>
        <w:br/>
        <w:t>vn -0.8557 -0.4892 0.1689</w:t>
        <w:br/>
        <w:t>vn -0.7507 -0.5705 0.3333</w:t>
        <w:br/>
        <w:t>vn -0.6074 -0.6677 0.4304</w:t>
        <w:br/>
        <w:t>vn -0.5113 -0.7229 0.4647</w:t>
        <w:br/>
        <w:t>vn -0.6469 -0.1235 0.7525</w:t>
        <w:br/>
        <w:t>vn -0.1821 -0.9832 0.0132</w:t>
        <w:br/>
        <w:t>vn -0.3962 0.4322 -0.8101</w:t>
        <w:br/>
        <w:t>vn 0.8706 -0.1786 0.4584</w:t>
        <w:br/>
        <w:t>vn -0.5015 -0.8108 -0.3017</w:t>
        <w:br/>
        <w:t>vn 0.0070 -0.8458 -0.5335</w:t>
        <w:br/>
        <w:t>vn 0.1439 -0.9229 -0.3570</w:t>
        <w:br/>
        <w:t>vn -0.4905 0.5000 0.7138</w:t>
        <w:br/>
        <w:t>vn 0.3374 -0.7314 -0.5927</w:t>
        <w:br/>
        <w:t>vn -0.8973 -0.4370 0.0625</w:t>
        <w:br/>
        <w:t>vn -0.1196 -0.5848 -0.8023</w:t>
        <w:br/>
        <w:t>vn -0.1734 -0.6086 -0.7743</w:t>
        <w:br/>
        <w:t>vn 0.0870 -0.8131 -0.5756</w:t>
        <w:br/>
        <w:t>vn 0.1314 -0.8353 -0.5339</w:t>
        <w:br/>
        <w:t>vn -0.0262 0.6378 0.7698</w:t>
        <w:br/>
        <w:t>vn -0.0302 0.6912 0.7220</w:t>
        <w:br/>
        <w:t>vn -0.0040 0.6784 0.7347</w:t>
        <w:br/>
        <w:t>vn -0.0313 0.6247 0.7802</w:t>
        <w:br/>
        <w:t>vn -0.6597 0.7449 0.1000</w:t>
        <w:br/>
        <w:t>vn -0.3215 0.7559 0.5704</w:t>
        <w:br/>
        <w:t>vn -0.4026 0.6904 0.6010</w:t>
        <w:br/>
        <w:t>vn -0.7733 0.6100 0.1728</w:t>
        <w:br/>
        <w:t>vn -0.0358 0.7598 0.6491</w:t>
        <w:br/>
        <w:t>vn -0.0105 0.7421 0.6702</w:t>
        <w:br/>
        <w:t>vn 0.0868 -0.9204 -0.3812</w:t>
        <w:br/>
        <w:t>vn 0.1344 -0.9158 -0.3786</w:t>
        <w:br/>
        <w:t>vn -0.5823 -0.0367 -0.8121</w:t>
        <w:br/>
        <w:t>vn -0.6728 -0.1437 -0.7257</w:t>
        <w:br/>
        <w:t>vn 0.1754 -0.8540 -0.4898</w:t>
        <w:br/>
        <w:t>vn -0.0630 -0.5573 -0.8279</w:t>
        <w:br/>
        <w:t>vn 0.1813 -0.9091 -0.3751</w:t>
        <w:br/>
        <w:t>vn -0.0611 0.7765 0.6271</w:t>
        <w:br/>
        <w:t>vn -0.0564 0.7034 0.7086</w:t>
        <w:br/>
        <w:t>vn -0.0211 0.6506 0.7591</w:t>
        <w:br/>
        <w:t>vn -0.5198 0.8540 0.0223</w:t>
        <w:br/>
        <w:t>vn -0.7766 0.4879 -0.3985</w:t>
        <w:br/>
        <w:t>vn -0.6259 0.5993 -0.4991</w:t>
        <w:br/>
        <w:t>vn -0.4783 0.0692 -0.8755</w:t>
        <w:br/>
        <w:t>vn -0.2499 -0.7245 -0.6424</w:t>
        <w:br/>
        <w:t>vn -0.2775 -0.7152 -0.6415</w:t>
        <w:br/>
        <w:t>vn -0.0686 -0.8760 -0.4773</w:t>
        <w:br/>
        <w:t>vn -0.1196 -0.8882 -0.4436</w:t>
        <w:br/>
        <w:t>vn -0.0174 -0.8604 -0.5093</w:t>
        <w:br/>
        <w:t>vn -0.2700 -0.6812 -0.6805</w:t>
        <w:br/>
        <w:t>vn -0.1526 0.7656 0.6249</w:t>
        <w:br/>
        <w:t>vn 0.1819 0.5325 0.8267</w:t>
        <w:br/>
        <w:t>vn 0.1651 0.5269 0.8337</w:t>
        <w:br/>
        <w:t>vn -0.1509 0.8083 0.5690</w:t>
        <w:br/>
        <w:t>vn -0.7974 0.5218 -0.3030</w:t>
        <w:br/>
        <w:t>vn -0.7787 0.5462 -0.3088</w:t>
        <w:br/>
        <w:t>vn 0.0402 -0.6483 -0.7603</w:t>
        <w:br/>
        <w:t>vn 0.0387 -0.6452 -0.7630</w:t>
        <w:br/>
        <w:t>vn -0.0019 -0.6750 -0.7378</w:t>
        <w:br/>
        <w:t>vn 0.0223 -0.6931 -0.7205</w:t>
        <w:br/>
        <w:t>vn 0.6803 -0.7312 -0.0516</w:t>
        <w:br/>
        <w:t>vn 0.7890 -0.5964 -0.1477</w:t>
        <w:br/>
        <w:t>vn 0.4208 -0.7145 -0.5590</w:t>
        <w:br/>
        <w:t>vn 0.3566 -0.7699 -0.5293</w:t>
        <w:br/>
        <w:t>vn -0.0294 -0.7269 -0.6861</w:t>
        <w:br/>
        <w:t>vn -0.0086 -0.7531 -0.6578</w:t>
        <w:br/>
        <w:t>vn -0.1706 0.8714 0.4600</w:t>
        <w:br/>
        <w:t>vn -0.1642 0.8958 0.4130</w:t>
        <w:br/>
        <w:t>vn 0.6930 0.0801 0.7165</w:t>
        <w:br/>
        <w:t>vn 0.9021 -0.3354 0.2716</w:t>
        <w:br/>
        <w:t>vn 0.7780 -0.4807 0.4045</w:t>
        <w:br/>
        <w:t>vn 0.6113 -0.0185 0.7912</w:t>
        <w:br/>
        <w:t>vn -0.1485 0.8472 0.5100</w:t>
        <w:br/>
        <w:t>vn 0.1478 0.5209 0.8407</w:t>
        <w:br/>
        <w:t>vn -0.1573 0.9176 0.3650</w:t>
        <w:br/>
        <w:t>vn -0.8154 0.4970 -0.2969</w:t>
        <w:br/>
        <w:t>vn 0.0124 -0.7779 -0.6282</w:t>
        <w:br/>
        <w:t>vn 0.0465 -0.7103 -0.7023</w:t>
        <w:br/>
        <w:t>vn 0.0416 -0.6513 -0.7577</w:t>
        <w:br/>
        <w:t>vn 0.5432 -0.8383 0.0477</w:t>
        <w:br/>
        <w:t>vn 0.6131 -0.5992 0.5149</w:t>
        <w:br/>
        <w:t>vn 0.5170 -0.1157 0.8481</w:t>
        <w:br/>
        <w:t>vn 0.0154 0.8911 0.4535</w:t>
        <w:br/>
        <w:t>vn 0.2408 0.7815 0.5755</w:t>
        <w:br/>
        <w:t>vn 0.2753 0.7914 0.5459</w:t>
        <w:br/>
        <w:t>vn 0.0433 0.8912 0.4515</w:t>
        <w:br/>
        <w:t>vn -0.0124 0.8903 0.4551</w:t>
        <w:br/>
        <w:t>vn 0.2057 0.7698 0.6042</w:t>
        <w:br/>
        <w:t>vn -0.6487 -0.4443 0.6179</w:t>
        <w:br/>
        <w:t>vn -0.7283 -0.3940 0.5607</w:t>
        <w:br/>
        <w:t>vn -0.7283 -0.3939 0.5607</w:t>
        <w:br/>
        <w:t>vn -0.6991 -0.6228 0.3513</w:t>
        <w:br/>
        <w:t>vn -0.7655 -0.5417 0.3472</w:t>
        <w:br/>
        <w:t>vn -0.4811 -0.7764 0.4071</w:t>
        <w:br/>
        <w:t>vn -0.4812 -0.7764 0.4071</w:t>
        <w:br/>
        <w:t>vn -0.4110 -0.7254 0.5521</w:t>
        <w:br/>
        <w:t>vn -0.7894 -0.5102 0.3414</w:t>
        <w:br/>
        <w:t>vn -0.7820 -0.2679 0.5628</w:t>
        <w:br/>
        <w:t>vn -0.5031 -0.5599 0.6583</w:t>
        <w:br/>
        <w:t>vn 0.5441 0.7033 -0.4576</w:t>
        <w:br/>
        <w:t>vn 0.5423 0.5383 -0.6451</w:t>
        <w:br/>
        <w:t>vn 0.5423 0.5384 -0.6451</w:t>
        <w:br/>
        <w:t>vn 0.6187 0.3720 -0.6920</w:t>
        <w:br/>
        <w:t>vn 0.5349 0.6472 -0.5432</w:t>
        <w:br/>
        <w:t>vn 0.5511 0.6587 -0.5123</w:t>
        <w:br/>
        <w:t>vn 0.5511 0.6587 -0.5122</w:t>
        <w:br/>
        <w:t>vn 0.5540 0.5985 -0.5786</w:t>
        <w:br/>
        <w:t>vn 0.5540 0.5986 -0.5786</w:t>
        <w:br/>
        <w:t>vn 0.8003 0.4911 -0.3440</w:t>
        <w:br/>
        <w:t>vn 0.7502 0.4265 -0.5052</w:t>
        <w:br/>
        <w:t>vn 0.6959 0.6630 -0.2760</w:t>
        <w:br/>
        <w:t>vn -0.8417 -0.2938 0.4531</w:t>
        <w:br/>
        <w:t>vn -0.8043 -0.2034 0.5583</w:t>
        <w:br/>
        <w:t>vn 0.6055 0.3233 -0.7272</w:t>
        <w:br/>
        <w:t>vn 0.6215 0.3274 -0.7117</w:t>
        <w:br/>
        <w:t>vn -0.8290 -0.4434 0.3409</w:t>
        <w:br/>
        <w:t>vn -0.8370 -0.4397 0.3257</w:t>
        <w:br/>
        <w:t>vn -0.8080 -0.4817 0.3393</w:t>
        <w:br/>
        <w:t>vn 0.1334 0.7038 0.6978</w:t>
        <w:br/>
        <w:t>vn 0.1181 0.7141 0.6900</w:t>
        <w:br/>
        <w:t>vn 0.1027 0.7242 0.6819</w:t>
        <w:br/>
        <w:t>vn 0.5841 0.6583 -0.4748</w:t>
        <w:br/>
        <w:t>vn -0.1963 -0.6798 -0.7067</w:t>
        <w:br/>
        <w:t>vn -0.1949 -0.6969 -0.6902</w:t>
        <w:br/>
        <w:t>vn -0.1975 -0.6623 -0.7227</w:t>
        <w:br/>
        <w:t>vn -0.8118 -0.4530 0.3684</w:t>
        <w:br/>
        <w:t>vn -0.8119 -0.4531 0.3683</w:t>
        <w:br/>
        <w:t>vn -0.2376 0.8117 0.5335</w:t>
        <w:br/>
        <w:t>vn 0.6376 0.5097 -0.5777</w:t>
        <w:br/>
        <w:t>vn 0.6375 0.5097 -0.5777</w:t>
        <w:br/>
        <w:t>vn 0.2897 -0.8189 -0.4955</w:t>
        <w:br/>
        <w:t>vn -0.5987 -0.7234 0.3440</w:t>
        <w:br/>
        <w:t>vn 0.3108 0.7236 0.6163</w:t>
        <w:br/>
        <w:t>vn 0.3292 0.7467 0.5780</w:t>
        <w:br/>
        <w:t>vn -0.8290 -0.4434 0.3408</w:t>
        <w:br/>
        <w:t>vn -0.8370 -0.4397 0.3258</w:t>
        <w:br/>
        <w:t>vn -0.2253 -0.6810 -0.6968</w:t>
        <w:br/>
        <w:t>vn -0.3046 -0.6607 -0.6860</w:t>
        <w:br/>
        <w:t>vn -0.2912 -0.6345 -0.7160</w:t>
        <w:br/>
        <w:t>vn -0.3409 -0.5117 -0.7887</w:t>
        <w:br/>
        <w:t>vn -0.1976 -0.6264 -0.7541</w:t>
        <w:br/>
        <w:t>vn -0.2911 -0.6344 -0.7161</w:t>
        <w:br/>
        <w:t>vn 0.2918 0.6988 0.6530</w:t>
        <w:br/>
        <w:t>vn -0.8920 0.3548 -0.2801</w:t>
        <w:br/>
        <w:t>vn 0.3211 0.5881 0.7423</w:t>
        <w:br/>
        <w:t>vn 0.3094 0.5901 0.7457</w:t>
        <w:br/>
        <w:t>vn 0.4010 0.5093 0.7615</w:t>
        <w:br/>
        <w:t>vn 0.4101 0.5079 0.7576</w:t>
        <w:br/>
        <w:t>vn 0.2976 0.5920 0.7490</w:t>
        <w:br/>
        <w:t>vn 0.3922 0.5106 0.7652</w:t>
        <w:br/>
        <w:t>vn 0.6534 0.7060 -0.2731</w:t>
        <w:br/>
        <w:t>vn 0.6336 0.6838 -0.3618</w:t>
        <w:br/>
        <w:t>vn -0.3994 -0.5018 -0.7672</w:t>
        <w:br/>
        <w:t>vn -0.3922 -0.5058 -0.7684</w:t>
        <w:br/>
        <w:t>vn -0.4707 -0.4012 -0.7858</w:t>
        <w:br/>
        <w:t>vn -0.3434 -0.5138 -0.7862</w:t>
        <w:br/>
        <w:t>vn -0.3849 -0.5098 -0.7694</w:t>
        <w:br/>
        <w:t>vn -0.4640 -0.4187 -0.7806</w:t>
        <w:br/>
        <w:t>vn -0.8026 -0.4794 0.3549</w:t>
        <w:br/>
        <w:t>vn -0.2800 0.6863 -0.6713</w:t>
        <w:br/>
        <w:t>vn 0.0339 0.2436 -0.9693</w:t>
        <w:br/>
        <w:t>vn -0.1682 0.1622 -0.9723</w:t>
        <w:br/>
        <w:t>vn -0.4616 0.5209 -0.7180</w:t>
        <w:br/>
        <w:t>vn -0.5632 -0.3158 -0.7636</w:t>
        <w:br/>
        <w:t>vn -0.7872 0.0835 -0.6111</w:t>
        <w:br/>
        <w:t>vn -0.5801 0.4269 -0.6937</w:t>
        <w:br/>
        <w:t>vn -0.2645 0.1165 -0.9573</w:t>
        <w:br/>
        <w:t>vn 0.3432 0.3022 -0.8893</w:t>
        <w:br/>
        <w:t>vn 0.2200 0.1861 -0.9576</w:t>
        <w:br/>
        <w:t>vn -0.0359 0.3001 -0.9532</w:t>
        <w:br/>
        <w:t>vn -0.0749 0.6484 -0.7576</w:t>
        <w:br/>
        <w:t>vn -0.3799 0.1731 -0.9087</w:t>
        <w:br/>
        <w:t>vn 0.1211 -0.0464 -0.9916</w:t>
        <w:br/>
        <w:t>vn -0.0042 0.3577 0.9338</w:t>
        <w:br/>
        <w:t>vn -0.2146 0.2635 0.9405</w:t>
        <w:br/>
        <w:t>vn 0.2263 -0.3272 0.9175</w:t>
        <w:br/>
        <w:t>vn 0.2656 -0.1968 0.9438</w:t>
        <w:br/>
        <w:t>vn 0.1305 -0.4590 0.8788</w:t>
        <w:br/>
        <w:t>vn 0.0188 -0.2927 0.9560</w:t>
        <w:br/>
        <w:t>vn -0.4126 -0.6372 0.6510</w:t>
        <w:br/>
        <w:t>vn -0.2849 -0.7404 0.6088</w:t>
        <w:br/>
        <w:t>vn -0.0245 -0.7806 -0.6246</w:t>
        <w:br/>
        <w:t>vn 0.3140 -0.6632 -0.6794</w:t>
        <w:br/>
        <w:t>vn 0.1200 -0.4283 -0.8956</w:t>
        <w:br/>
        <w:t>vn -0.3429 -0.5648 -0.7506</w:t>
        <w:br/>
        <w:t>vn -0.8528 0.5107 -0.1093</w:t>
        <w:br/>
        <w:t>vn -0.8607 0.4722 -0.1906</w:t>
        <w:br/>
        <w:t>vn -0.9155 0.3554 0.1888</w:t>
        <w:br/>
        <w:t>vn -0.7793 0.6168 0.1104</w:t>
        <w:br/>
        <w:t>vn 0.6920 -0.3029 -0.6552</w:t>
        <w:br/>
        <w:t>vn 0.7157 -0.0592 -0.6959</w:t>
        <w:br/>
        <w:t>vn 0.8898 -0.2821 -0.3587</w:t>
        <w:br/>
        <w:t>vn 0.8736 -0.4330 -0.2220</w:t>
        <w:br/>
        <w:t>vn -0.2856 -0.6882 -0.6670</w:t>
        <w:br/>
        <w:t>vn -0.4038 -0.8240 -0.3974</w:t>
        <w:br/>
        <w:t>vn -0.5557 -0.6986 -0.4508</w:t>
        <w:br/>
        <w:t>vn -0.8615 0.4297 -0.2703</w:t>
        <w:br/>
        <w:t>vn -0.9403 0.3219 0.1106</w:t>
        <w:br/>
        <w:t>vn -0.2849 -0.7403 0.6088</w:t>
        <w:br/>
        <w:t>vn -0.4126 -0.6371 0.6511</w:t>
        <w:br/>
        <w:t>vn -0.7952 -0.6056 -0.0295</w:t>
        <w:br/>
        <w:t>vn -0.6606 -0.7446 -0.0956</w:t>
        <w:br/>
        <w:t>vn 0.3874 -0.7992 0.4595</w:t>
        <w:br/>
        <w:t>vn 0.0726 -0.9084 0.4117</w:t>
        <w:br/>
        <w:t>vn -0.0468 -0.9578 -0.2836</w:t>
        <w:br/>
        <w:t>vn 0.4348 -0.8239 -0.3635</w:t>
        <w:br/>
        <w:t>vn -0.7137 0.3975 0.5767</w:t>
        <w:br/>
        <w:t>vn -0.8342 0.5496 0.0459</w:t>
        <w:br/>
        <w:t>vn -0.8949 0.4460 0.0176</w:t>
        <w:br/>
        <w:t>vn -0.8136 0.2975 0.4996</w:t>
        <w:br/>
        <w:t>vn 0.2976 -0.2851 -0.9111</w:t>
        <w:br/>
        <w:t>vn 0.1592 -0.3009 -0.9403</w:t>
        <w:br/>
        <w:t>vn -0.1212 -0.5545 -0.8233</w:t>
        <w:br/>
        <w:t>vn 0.1180 -0.3614 -0.9249</w:t>
        <w:br/>
        <w:t>vn -0.2850 -0.7404 0.6088</w:t>
        <w:br/>
        <w:t>vn -0.2817 -0.9097 0.3052</w:t>
        <w:br/>
        <w:t>vn -0.2127 -0.9512 -0.2235</w:t>
        <w:br/>
        <w:t>vn -0.1876 -0.9753 -0.1167</w:t>
        <w:br/>
        <w:t>vn -0.0537 -0.6681 0.7421</w:t>
        <w:br/>
        <w:t>vn -0.4050 0.8065 -0.4308</w:t>
        <w:br/>
        <w:t>vn -0.5685 0.6505 -0.5037</w:t>
        <w:br/>
        <w:t>vn -0.2149 -0.4393 0.8722</w:t>
        <w:br/>
        <w:t>vn -0.6453 -0.1501 0.7490</w:t>
        <w:br/>
        <w:t>vn -0.7785 -0.1648 0.6056</w:t>
        <w:br/>
        <w:t>vn -0.4614 -0.5616 0.6868</w:t>
        <w:br/>
        <w:t>vn -0.4058 -0.3564 0.8416</w:t>
        <w:br/>
        <w:t>vn -0.6207 0.0539 0.7822</w:t>
        <w:br/>
        <w:t>vn -0.6331 -0.0742 0.7705</w:t>
        <w:br/>
        <w:t>vn -0.8163 0.1853 0.5471</w:t>
        <w:br/>
        <w:t>vn -0.1460 -0.9170 -0.3713</w:t>
        <w:br/>
        <w:t>vn -0.6594 -0.5985 -0.4550</w:t>
        <w:br/>
        <w:t>vn 0.7247 -0.4361 -0.5334</w:t>
        <w:br/>
        <w:t>vn 0.6307 -0.1870 -0.7531</w:t>
        <w:br/>
        <w:t>vn -0.5023 0.2804 -0.8180</w:t>
        <w:br/>
        <w:t>vn -0.8174 0.0926 -0.5686</w:t>
        <w:br/>
        <w:t>vn 0.6387 -0.4778 0.6031</w:t>
        <w:br/>
        <w:t>vn 0.6434 -0.6514 0.4022</w:t>
        <w:br/>
        <w:t>vn 0.8279 -0.3868 0.4061</w:t>
        <w:br/>
        <w:t>vn 0.8281 -0.3280 0.4546</w:t>
        <w:br/>
        <w:t>vn 0.8721 -0.3443 0.3478</w:t>
        <w:br/>
        <w:t>vn 0.8747 -0.2489 0.4158</w:t>
        <w:br/>
        <w:t>vn 0.8149 -0.4042 0.4155</w:t>
        <w:br/>
        <w:t>vn -0.4653 0.5468 0.6960</w:t>
        <w:br/>
        <w:t>vn -0.1739 0.6361 0.7517</w:t>
        <w:br/>
        <w:t>vn 0.4126 -0.6940 0.5900</w:t>
        <w:br/>
        <w:t>vn 0.4408 -0.7578 0.4810</w:t>
        <w:br/>
        <w:t>vn 0.4708 -0.8636 -0.1806</w:t>
        <w:br/>
        <w:t>vn 0.4157 -0.8726 0.2565</w:t>
        <w:br/>
        <w:t>vn 0.2655 -0.1968 0.9438</w:t>
        <w:br/>
        <w:t>vn 0.2262 -0.3272 0.9175</w:t>
        <w:br/>
        <w:t>vn 0.3814 -0.5085 -0.7720</w:t>
        <w:br/>
        <w:t>vn 0.3101 -0.5111 -0.8017</w:t>
        <w:br/>
        <w:t>vn 0.3202 0.7673 -0.5556</w:t>
        <w:br/>
        <w:t>vn 0.6669 0.3812 -0.6402</w:t>
        <w:br/>
        <w:t>vn 0.3226 0.3037 -0.8965</w:t>
        <w:br/>
        <w:t>vn -0.0183 0.7000 -0.7139</w:t>
        <w:br/>
        <w:t>vn 0.7046 -0.1239 -0.6987</w:t>
        <w:br/>
        <w:t>vn 0.3886 -0.2395 -0.8897</w:t>
        <w:br/>
        <w:t>vn 0.5894 -0.3982 -0.7029</w:t>
        <w:br/>
        <w:t>vn 0.1925 -0.7098 -0.6776</w:t>
        <w:br/>
        <w:t>vn -0.2342 -0.8895 0.3923</w:t>
        <w:br/>
        <w:t>vn -0.1542 -0.9402 0.3037</w:t>
        <w:br/>
        <w:t>vn -0.0861 -0.9963 0.0051</w:t>
        <w:br/>
        <w:t>vn -0.1170 -0.9909 -0.0670</w:t>
        <w:br/>
        <w:t>vn -0.2995 -0.3191 0.8991</w:t>
        <w:br/>
        <w:t>vn -0.1971 -0.4468 0.8727</w:t>
        <w:br/>
        <w:t>vn -0.2996 -0.3191 0.8991</w:t>
        <w:br/>
        <w:t>vn -0.3809 0.4091 0.8292</w:t>
        <w:br/>
        <w:t>vn -0.4148 0.3670 0.8326</w:t>
        <w:br/>
        <w:t>vn -0.4007 0.7577 0.5151</w:t>
        <w:br/>
        <w:t>vn -0.5247 0.7372 0.4257</w:t>
        <w:br/>
        <w:t>vn 0.0755 0.8880 -0.4537</w:t>
        <w:br/>
        <w:t>vn -0.2080 0.7966 -0.5675</w:t>
        <w:br/>
        <w:t>vn -0.8991 -0.0308 -0.4367</w:t>
        <w:br/>
        <w:t>vn 0.8739 -0.3066 0.3773</w:t>
        <w:br/>
        <w:t>vn 0.3253 -0.6721 0.6652</w:t>
        <w:br/>
        <w:t>vn 0.2930 -0.7964 0.5290</w:t>
        <w:br/>
        <w:t>vn -0.7826 0.1235 0.6101</w:t>
        <w:br/>
        <w:t>vn -0.6711 0.0656 0.7385</w:t>
        <w:br/>
        <w:t>vn -0.2283 0.0403 0.9728</w:t>
        <w:br/>
        <w:t>vn -0.3452 0.1133 0.9317</w:t>
        <w:br/>
        <w:t>vn -0.3238 0.6510 -0.6866</w:t>
        <w:br/>
        <w:t>vn -0.7704 0.6350 -0.0570</w:t>
        <w:br/>
        <w:t>vn 0.2061 0.2907 -0.9344</w:t>
        <w:br/>
        <w:t>vn 0.0074 -0.5381 0.8428</w:t>
        <w:br/>
        <w:t>vn -0.4419 -0.4021 0.8019</w:t>
        <w:br/>
        <w:t>vn -0.3320 -0.0962 0.9384</w:t>
        <w:br/>
        <w:t>vn 0.8363 -0.5313 -0.1350</w:t>
        <w:br/>
        <w:t>vn 0.2915 -0.1891 -0.9377</w:t>
        <w:br/>
        <w:t>vn 0.1663 -0.1959 -0.9664</w:t>
        <w:br/>
        <w:t>vn 0.1212 -0.0464 -0.9915</w:t>
        <w:br/>
        <w:t>vn -0.0614 -0.0233 -0.9978</w:t>
        <w:br/>
        <w:t>vn -0.0613 -0.0233 -0.9978</w:t>
        <w:br/>
        <w:t>vn -0.8606 0.2803 -0.4252</w:t>
        <w:br/>
        <w:t>vn -0.9403 0.3220 0.1106</w:t>
        <w:br/>
        <w:t>vn 0.9537 0.1590 -0.2554</w:t>
        <w:br/>
        <w:t>vn 0.7169 0.6704 -0.1911</w:t>
        <w:br/>
        <w:t>vn 0.8017 0.5967 -0.0339</w:t>
        <w:br/>
        <w:t>vn 0.9990 0.0210 -0.0402</w:t>
        <w:br/>
        <w:t>vn -0.9489 -0.3009 0.0952</w:t>
        <w:br/>
        <w:t>vn -0.9866 -0.1578 -0.0422</w:t>
        <w:br/>
        <w:t>vn -0.9365 0.2941 0.1908</w:t>
        <w:br/>
        <w:t>vn -0.9093 0.2436 0.3373</w:t>
        <w:br/>
        <w:t>vn -0.3710 -0.9253 0.0780</w:t>
        <w:br/>
        <w:t>vn -0.1727 -0.9781 -0.1163</w:t>
        <w:br/>
        <w:t>vn -0.7355 -0.6326 -0.2428</w:t>
        <w:br/>
        <w:t>vn -0.5875 -0.7298 -0.3496</w:t>
        <w:br/>
        <w:t>vn -0.7392 -0.5887 -0.3269</w:t>
        <w:br/>
        <w:t>vn -0.8781 -0.3978 -0.2658</w:t>
        <w:br/>
        <w:t>vn -0.7883 0.4951 0.3654</w:t>
        <w:br/>
        <w:t>vn -0.7527 0.5494 0.3627</w:t>
        <w:br/>
        <w:t>vn 0.9577 -0.1511 -0.2448</w:t>
        <w:br/>
        <w:t>vn 0.9787 -0.2020 0.0353</w:t>
        <w:br/>
        <w:t>vn -0.5306 -0.3137 0.7874</w:t>
        <w:br/>
        <w:t>vn -0.3595 -0.5241 0.7720</w:t>
        <w:br/>
        <w:t>vn 0.4322 -0.1722 0.8852</w:t>
        <w:br/>
        <w:t>vn 0.3655 -0.0490 0.9295</w:t>
        <w:br/>
        <w:t>vn 0.3734 -0.0123 0.9276</w:t>
        <w:br/>
        <w:t>vn 0.7449 -0.1567 0.6485</w:t>
        <w:br/>
        <w:t>vn 0.4582 0.8821 -0.1093</w:t>
        <w:br/>
        <w:t>vn 0.4726 0.8795 0.0556</w:t>
        <w:br/>
        <w:t>vn 0.4446 0.8904 -0.0979</w:t>
        <w:br/>
        <w:t>vn 0.6445 0.7562 -0.1130</w:t>
        <w:br/>
        <w:t>vn 0.1722 -0.3751 0.9108</w:t>
        <w:br/>
        <w:t>vn 0.3187 -0.3829 0.8671</w:t>
        <w:br/>
        <w:t>vn 0.2535 -0.6433 0.7224</w:t>
        <w:br/>
        <w:t>vn 0.0075 -0.5381 0.8428</w:t>
        <w:br/>
        <w:t>vn 0.8937 -0.0468 0.4461</w:t>
        <w:br/>
        <w:t>vn 0.9074 0.3695 -0.2003</w:t>
        <w:br/>
        <w:t>vn -0.4928 0.3394 0.8012</w:t>
        <w:br/>
        <w:t>vn 0.9406 -0.0478 -0.3361</w:t>
        <w:br/>
        <w:t>vn 0.8848 -0.2525 -0.3917</w:t>
        <w:br/>
        <w:t>vn -0.4316 0.6636 0.6110</w:t>
        <w:br/>
        <w:t>vn -0.7881 0.6107 -0.0777</w:t>
        <w:br/>
        <w:t>vn -0.7151 0.6921 -0.0979</w:t>
        <w:br/>
        <w:t>vn -0.8636 0.4123 -0.2901</w:t>
        <w:br/>
        <w:t>vn 0.6678 0.5426 0.5096</w:t>
        <w:br/>
        <w:t>vn 0.4839 0.7878 0.3812</w:t>
        <w:br/>
        <w:t>vn 0.5479 0.6609 0.5129</w:t>
        <w:br/>
        <w:t>vn 0.7747 0.2874 0.5633</w:t>
        <w:br/>
        <w:t>vn -0.4114 -0.0251 0.9111</w:t>
        <w:br/>
        <w:t>vn -0.8221 0.0918 0.5619</w:t>
        <w:br/>
        <w:t>vn 0.8133 0.4864 0.3195</w:t>
        <w:br/>
        <w:t>vn 0.9771 -0.0248 0.2111</w:t>
        <w:br/>
        <w:t>vn 0.9824 -0.0458 0.1811</w:t>
        <w:br/>
        <w:t>vn 0.7958 0.5005 0.3408</w:t>
        <w:br/>
        <w:t>vn 0.6681 0.7083 0.2281</w:t>
        <w:br/>
        <w:t>vn 0.4324 0.8034 0.4093</w:t>
        <w:br/>
        <w:t>vn -0.8527 0.5187 0.0619</w:t>
        <w:br/>
        <w:t>vn -0.8598 0.4968 0.1179</w:t>
        <w:br/>
        <w:t>vn -0.9573 0.2854 -0.0458</w:t>
        <w:br/>
        <w:t>vn -0.9251 0.3783 -0.0328</w:t>
        <w:br/>
        <w:t>vn -0.9454 -0.1139 -0.3055</w:t>
        <w:br/>
        <w:t>vn -0.9781 0.0070 -0.2081</w:t>
        <w:br/>
        <w:t>vn -0.9454 -0.1139 -0.3054</w:t>
        <w:br/>
        <w:t>vn -0.8723 -0.2822 -0.3994</w:t>
        <w:br/>
        <w:t>vn -0.8986 -0.3015 -0.3187</w:t>
        <w:br/>
        <w:t>vn -0.8665 -0.2911 -0.4056</w:t>
        <w:br/>
        <w:t>vn -0.5116 -0.7921 -0.3328</w:t>
        <w:br/>
        <w:t>vn 0.9520 -0.2905 0.0963</w:t>
        <w:br/>
        <w:t>vn 0.8090 -0.5875 -0.0221</w:t>
        <w:br/>
        <w:t>vn 0.9298 -0.3627 0.0620</w:t>
        <w:br/>
        <w:t>vn 0.9490 0.2996 0.0977</w:t>
        <w:br/>
        <w:t>vn 0.7241 0.6880 0.0481</w:t>
        <w:br/>
        <w:t>vn 0.9681 -0.1475 0.2027</w:t>
        <w:br/>
        <w:t>vn 0.9136 -0.2924 0.2826</w:t>
        <w:br/>
        <w:t>vn -0.8357 0.5282 -0.1505</w:t>
        <w:br/>
        <w:t>vn -0.9001 0.4107 -0.1452</w:t>
        <w:br/>
        <w:t>vn -0.9721 0.0283 -0.2328</w:t>
        <w:br/>
        <w:t>vn -0.1381 -0.9665 -0.2162</w:t>
        <w:br/>
        <w:t>vn -0.5115 -0.7922 -0.3328</w:t>
        <w:br/>
        <w:t>vn -0.1701 -0.2620 0.9500</w:t>
        <w:br/>
        <w:t>vn -0.2486 -0.3172 0.9152</w:t>
        <w:br/>
        <w:t>vn 0.8282 0.2753 0.4882</w:t>
        <w:br/>
        <w:t>vn 0.5469 0.7021 0.4560</w:t>
        <w:br/>
        <w:t>vn 0.4575 0.5740 0.6792</w:t>
        <w:br/>
        <w:t>vn -0.7558 0.6124 -0.2318</w:t>
        <w:br/>
        <w:t>vn -0.5841 0.8107 -0.0400</w:t>
        <w:br/>
        <w:t>vn -0.5153 0.8292 0.2167</w:t>
        <w:br/>
        <w:t>vn -0.7872 0.6166 0.0038</w:t>
        <w:br/>
        <w:t>vn -0.7646 0.5152 -0.3873</w:t>
        <w:br/>
        <w:t>vn -0.5022 0.2804 -0.8180</w:t>
        <w:br/>
        <w:t>vn -0.0167 0.2089 0.9778</w:t>
        <w:br/>
        <w:t>vn 0.6479 -0.1007 0.7550</w:t>
        <w:br/>
        <w:t>vn -0.1795 -0.0773 0.9807</w:t>
        <w:br/>
        <w:t>vn -0.3762 0.1086 0.9201</w:t>
        <w:br/>
        <w:t>vn -0.4336 -0.0684 0.8985</w:t>
        <w:br/>
        <w:t>vn 0.0100 -0.3591 0.9332</w:t>
        <w:br/>
        <w:t>vn -0.5359 -0.1630 0.8284</w:t>
        <w:br/>
        <w:t>vn -0.4114 -0.0250 0.9111</w:t>
        <w:br/>
        <w:t>vn 0.3413 -0.3233 0.8826</w:t>
        <w:br/>
        <w:t>vn -0.3567 -0.1343 0.9245</w:t>
        <w:br/>
        <w:t>vn -0.4114 -0.2043 0.8883</w:t>
        <w:br/>
        <w:t>vn -0.4990 0.5682 -0.6543</w:t>
        <w:br/>
        <w:t>vn -0.2567 0.4528 -0.8539</w:t>
        <w:br/>
        <w:t>vn -0.2270 0.4949 -0.8388</w:t>
        <w:br/>
        <w:t>vn -0.5201 0.6199 -0.5876</w:t>
        <w:br/>
        <w:t>vn -0.3457 0.6439 -0.6825</w:t>
        <w:br/>
        <w:t>vn -0.7505 0.6395 -0.1670</w:t>
        <w:br/>
        <w:t>vn -0.3401 0.7570 -0.5579</w:t>
        <w:br/>
        <w:t>vn -0.8523 0.5063 0.1313</w:t>
        <w:br/>
        <w:t>vn 0.0399 0.0849 0.9956</w:t>
        <w:br/>
        <w:t>vn -0.2672 0.4663 0.8433</w:t>
        <w:br/>
        <w:t>vn -0.7736 0.4630 0.4326</w:t>
        <w:br/>
        <w:t>vn 0.1278 -0.3582 0.9249</w:t>
        <w:br/>
        <w:t>vn -0.1893 -0.2299 0.9546</w:t>
        <w:br/>
        <w:t>vn -0.4220 -0.2775 0.8631</w:t>
        <w:br/>
        <w:t>vn -0.3691 -0.3661 0.8542</w:t>
        <w:br/>
        <w:t>vn 0.2653 -0.0157 -0.9640</w:t>
        <w:br/>
        <w:t>vn 0.0182 0.1980 0.9800</w:t>
        <w:br/>
        <w:t>vn 0.0642 -0.3447 0.9365</w:t>
        <w:br/>
        <w:t>vn -0.3911 0.8810 0.2663</w:t>
        <w:br/>
        <w:t>vn -0.3910 0.8810 0.2663</w:t>
        <w:br/>
        <w:t>vn -0.6628 0.6889 0.2934</w:t>
        <w:br/>
        <w:t>vn 0.1304 -0.8765 0.4634</w:t>
        <w:br/>
        <w:t>vn 0.2747 -0.8531 -0.4436</w:t>
        <w:br/>
        <w:t>vn 0.3053 -0.2901 -0.9070</w:t>
        <w:br/>
        <w:t>vn -0.1654 0.7092 -0.6853</w:t>
        <w:br/>
        <w:t>vn 0.1449 0.2601 -0.9547</w:t>
        <w:br/>
        <w:t>vn -0.3224 0.7348 -0.5968</w:t>
        <w:br/>
        <w:t>vn -0.8516 0.4676 0.2369</w:t>
        <w:br/>
        <w:t>vn 0.4452 0.8890 0.1067</w:t>
        <w:br/>
        <w:t>vn 0.4452 0.8891 0.1067</w:t>
        <w:br/>
        <w:t>vn -0.8798 -0.3054 -0.3643</w:t>
        <w:br/>
        <w:t>vn 0.9517 -0.3058 0.0266</w:t>
        <w:br/>
        <w:t>vn 0.9082 -0.3875 0.1583</w:t>
        <w:br/>
        <w:t>vn 0.9434 -0.3312 0.0201</w:t>
        <w:br/>
        <w:t>vn 0.9046 -0.4251 -0.0320</w:t>
        <w:br/>
        <w:t>vn 0.7634 -0.6366 -0.1091</w:t>
        <w:br/>
        <w:t>vn 0.9973 -0.0725 -0.0137</w:t>
        <w:br/>
        <w:t>vn 0.9952 -0.0079 -0.0976</w:t>
        <w:br/>
        <w:t>vn 0.5301 0.8453 -0.0663</w:t>
        <w:br/>
        <w:t>vn 0.7120 0.6974 -0.0818</w:t>
        <w:br/>
        <w:t>vn 0.9449 0.2804 -0.1689</w:t>
        <w:br/>
        <w:t>vn 0.9637 -0.0630 -0.2596</w:t>
        <w:br/>
        <w:t>vn -0.5925 0.5811 0.5579</w:t>
        <w:br/>
        <w:t>vn -0.7495 0.2676 0.6055</w:t>
        <w:br/>
        <w:t>vn -0.8377 -0.3507 0.4186</w:t>
        <w:br/>
        <w:t>vn -0.6138 -0.7894 -0.0016</w:t>
        <w:br/>
        <w:t>vn -0.3650 -0.9024 -0.2289</w:t>
        <w:br/>
        <w:t>vn 0.9428 -0.1752 -0.2836</w:t>
        <w:br/>
        <w:t>vn -0.2855 -0.6882 -0.6670</w:t>
        <w:br/>
        <w:t>vn 0.9417 -0.2349 -0.2407</w:t>
        <w:br/>
        <w:t>vn 0.8092 -0.5850 -0.0538</w:t>
        <w:br/>
        <w:t>vn 0.7564 -0.4188 0.5024</w:t>
        <w:br/>
        <w:t>vn 0.2725 0.5431 0.7942</w:t>
        <w:br/>
        <w:t>vn -0.4712 0.0850 0.8779</w:t>
        <w:br/>
        <w:t>vn -0.7882 0.0119 0.6154</w:t>
        <w:br/>
        <w:t>vn -0.7299 0.5413 -0.4174</w:t>
        <w:br/>
        <w:t>vn -0.7837 0.5133 -0.3498</w:t>
        <w:br/>
        <w:t>vn -0.8621 -0.2465 0.4428</w:t>
        <w:br/>
        <w:t>vn -0.2725 0.8228 0.4988</w:t>
        <w:br/>
        <w:t>vn -0.0065 0.9086 0.4176</w:t>
        <w:br/>
        <w:t>vn -0.2725 0.8227 0.4988</w:t>
        <w:br/>
        <w:t>vn -0.7505 0.6395 -0.1669</w:t>
        <w:br/>
        <w:t>vn 0.6167 -0.4754 0.6275</w:t>
        <w:br/>
        <w:t>vn 0.3111 0.7691 0.5583</w:t>
        <w:br/>
        <w:t>vn -0.0065 0.9086 0.4177</w:t>
        <w:br/>
        <w:t>vn -0.1463 0.8005 -0.5812</w:t>
        <w:br/>
        <w:t>vn 0.1047 0.8160 0.5686</w:t>
        <w:br/>
        <w:t>vn 0.9530 -0.1881 0.2377</w:t>
        <w:br/>
        <w:t>vn -0.8249 0.3918 0.4076</w:t>
        <w:br/>
        <w:t>vn -0.6888 0.3011 0.6595</w:t>
        <w:br/>
        <w:t>vn -0.7417 -0.0129 0.6706</w:t>
        <w:br/>
        <w:t>vn -0.3912 0.5340 0.7496</w:t>
        <w:br/>
        <w:t>vn -0.5114 -0.2529 0.8213</w:t>
        <w:br/>
        <w:t>vn -0.0505 0.1968 0.9791</w:t>
        <w:br/>
        <w:t>vn -0.0249 -0.3050 0.9520</w:t>
        <w:br/>
        <w:t>vn 0.4205 0.2290 0.8779</w:t>
        <w:br/>
        <w:t>vn 0.4880 -0.2703 0.8299</w:t>
        <w:br/>
        <w:t>vn 0.5672 0.6048 0.5590</w:t>
        <w:br/>
        <w:t>vn 0.7263 0.3315 0.6021</w:t>
        <w:br/>
        <w:t>vn 0.5237 0.7919 0.3141</w:t>
        <w:br/>
        <w:t>vn 0.8462 0.4323 0.3115</w:t>
        <w:br/>
        <w:t>vn 0.5137 0.8428 0.1607</w:t>
        <w:br/>
        <w:t>vn 0.9801 0.1981 -0.0140</w:t>
        <w:br/>
        <w:t>vn 0.4485 0.8932 0.0331</w:t>
        <w:br/>
        <w:t>vn 0.8795 0.3109 -0.3604</w:t>
        <w:br/>
        <w:t>vn 0.4898 0.8494 -0.1965</w:t>
        <w:br/>
        <w:t>vn 0.7014 0.2395 -0.6714</w:t>
        <w:br/>
        <w:t>vn 0.3604 0.8757 -0.3212</w:t>
        <w:br/>
        <w:t>vn 0.4608 0.2886 -0.8393</w:t>
        <w:br/>
        <w:t>vn 0.1514 0.3032 -0.9408</w:t>
        <w:br/>
        <w:t>vn 0.1543 0.7229 -0.6735</w:t>
        <w:br/>
        <w:t>vn -0.3538 0.7225 -0.5940</w:t>
        <w:br/>
        <w:t>vn -0.2011 0.9677 -0.1522</w:t>
        <w:br/>
        <w:t>vn -0.7185 0.6198 -0.3157</w:t>
        <w:br/>
        <w:t>vn -0.8280 0.5503 -0.1073</w:t>
        <w:br/>
        <w:t>vn -0.9603 0.0880 -0.2647</w:t>
        <w:br/>
        <w:t>vn -0.7185 0.6198 -0.3156</w:t>
        <w:br/>
        <w:t>vn -0.8654 0.4893 0.1077</w:t>
        <w:br/>
        <w:t>vn -0.8655 0.4893 0.1077</w:t>
        <w:br/>
        <w:t>vn 0.0090 0.9455 0.3254</w:t>
        <w:br/>
        <w:t>vn 0.0181 0.9459 0.3240</w:t>
        <w:br/>
        <w:t>vn 0.0089 0.9455 0.3255</w:t>
        <w:br/>
        <w:t>vn -0.0417 0.9529 0.3005</w:t>
        <w:br/>
        <w:t>vn 0.0193 0.9498 0.3122</w:t>
        <w:br/>
        <w:t>vn -0.0632 0.9502 0.3051</w:t>
        <w:br/>
        <w:t>vn -0.3912 0.5339 0.7496</w:t>
        <w:br/>
        <w:t>vn -0.0062 0.9496 0.3133</w:t>
        <w:br/>
        <w:t>vn 0.0456 0.9520 0.3028</w:t>
        <w:br/>
        <w:t>vn 0.0113 0.9525 0.3044</w:t>
        <w:br/>
        <w:t>vn 0.0816 0.9663 0.2440</w:t>
        <w:br/>
        <w:t>vn 0.0456 0.9520 0.3027</w:t>
        <w:br/>
        <w:t>vn 0.0314 0.9810 0.1913</w:t>
        <w:br/>
        <w:t>vn -0.0186 0.9716 0.2360</w:t>
        <w:br/>
        <w:t>vn 0.0311 0.9517 0.3055</w:t>
        <w:br/>
        <w:t>vn -0.0170 0.9610 0.2760</w:t>
        <w:br/>
        <w:t>vn 0.0826 0.9454 0.3154</w:t>
        <w:br/>
        <w:t>vn 0.0792 0.9392 0.3342</w:t>
        <w:br/>
        <w:t>vn 0.0499 0.9538 0.2962</w:t>
        <w:br/>
        <w:t>vn 0.3604 0.8758 -0.3212</w:t>
        <w:br/>
        <w:t>vn -0.2010 0.9677 -0.1521</w:t>
        <w:br/>
        <w:t>vn -0.0033 0.9511 0.3088</w:t>
        <w:br/>
        <w:t>vn 0.0110 0.9583 0.2855</w:t>
        <w:br/>
        <w:t>vn 0.0110 0.9583 0.2856</w:t>
        <w:br/>
        <w:t>vn 0.0266 0.9670 0.2533</w:t>
        <w:br/>
        <w:t>vn 0.0110 0.9583 0.2854</w:t>
        <w:br/>
        <w:t>vn 0.0061 0.9580 0.2867</w:t>
        <w:br/>
        <w:t>vn 0.7937 0.1746 -0.5827</w:t>
        <w:br/>
        <w:t>vn 0.7054 0.6103 -0.3605</w:t>
        <w:br/>
        <w:t>vn 0.8341 0.5430 -0.0970</w:t>
        <w:br/>
        <w:t>vn 0.9555 0.2420 -0.1685</w:t>
        <w:br/>
        <w:t>vn 0.4322 0.4432 -0.7853</w:t>
        <w:br/>
        <w:t>vn 0.4268 0.6940 -0.5798</w:t>
        <w:br/>
        <w:t>vn -0.0829 0.4778 -0.8746</w:t>
        <w:br/>
        <w:t>vn -0.0060 0.7337 -0.6794</w:t>
        <w:br/>
        <w:t>vn -0.4710 0.2482 -0.8465</w:t>
        <w:br/>
        <w:t>vn -0.4178 0.6905 -0.5904</w:t>
        <w:br/>
        <w:t>vn -0.8604 0.2874 -0.4208</w:t>
        <w:br/>
        <w:t>vn -0.7309 0.5865 -0.3489</w:t>
        <w:br/>
        <w:t>vn -0.9677 0.0587 -0.2451</w:t>
        <w:br/>
        <w:t>vn -0.8536 0.5097 -0.1079</w:t>
        <w:br/>
        <w:t>vn -0.9999 0.0110 -0.0109</w:t>
        <w:br/>
        <w:t>vn -0.8706 0.4831 0.0925</w:t>
        <w:br/>
        <w:t>vn -0.9269 -0.1192 0.3559</w:t>
        <w:br/>
        <w:t>vn -0.8174 0.3852 0.4284</w:t>
        <w:br/>
        <w:t>vn -0.6774 -0.2492 0.6922</w:t>
        <w:br/>
        <w:t>vn -0.5957 0.2456 0.7647</w:t>
        <w:br/>
        <w:t>vn -0.3694 0.1839 0.9109</w:t>
        <w:br/>
        <w:t>vn -0.4529 -0.2876 0.8439</w:t>
        <w:br/>
        <w:t>vn -0.1504 -0.2998 0.9421</w:t>
        <w:br/>
        <w:t>vn -0.1090 0.1905 0.9756</w:t>
        <w:br/>
        <w:t>vn 0.3400 0.2357 0.9104</w:t>
        <w:br/>
        <w:t>vn 0.3400 0.2356 0.9104</w:t>
        <w:br/>
        <w:t>vn 0.7196 0.3217 0.6153</w:t>
        <w:br/>
        <w:t>vn 0.7196 0.3217 0.6154</w:t>
        <w:br/>
        <w:t>vn 0.9599 -0.0881 0.2661</w:t>
        <w:br/>
        <w:t>vn 0.8454 0.3962 0.3583</w:t>
        <w:br/>
        <w:t>vn 0.8681 0.4653 0.1730</w:t>
        <w:br/>
        <w:t>vn 0.5263 -0.5874 -0.6148</w:t>
        <w:br/>
        <w:t>vn 0.7522 -0.3329 -0.5686</w:t>
        <w:br/>
        <w:t>vn 0.8211 -0.3904 -0.4165</w:t>
        <w:br/>
        <w:t>vn 0.3868 -0.5342 -0.7517</w:t>
        <w:br/>
        <w:t>vn 0.6115 -0.2683 -0.7443</w:t>
        <w:br/>
        <w:t>vn 0.3041 -0.1875 -0.9340</w:t>
        <w:br/>
        <w:t>vn 0.4322 0.4432 -0.7854</w:t>
        <w:br/>
        <w:t>vn 0.0512 -0.1908 -0.9803</w:t>
        <w:br/>
        <w:t>vn -0.2605 -0.6662 -0.6987</w:t>
        <w:br/>
        <w:t>vn -0.4886 -0.6963 -0.5257</w:t>
        <w:br/>
        <w:t>vn -0.5726 -0.3300 -0.7504</w:t>
        <w:br/>
        <w:t>vn -0.5513 -0.7652 -0.3325</w:t>
        <w:br/>
        <w:t>vn -0.8787 -0.4642 -0.1117</w:t>
        <w:br/>
        <w:t>vn -0.4327 -0.9012 -0.0242</w:t>
        <w:br/>
        <w:t>vn -0.3455 -0.9341 0.0903</w:t>
        <w:br/>
        <w:t>vn -0.3618 -0.8753 0.3209</w:t>
        <w:br/>
        <w:t>vn -0.1551 -0.7198 0.6766</w:t>
        <w:br/>
        <w:t>vn 0.3410 -0.7217 0.6024</w:t>
        <w:br/>
        <w:t>vn 0.7059 -0.6269 0.3296</w:t>
        <w:br/>
        <w:t>vn 0.7060 -0.6269 0.3296</w:t>
        <w:br/>
        <w:t>vn 0.7059 -0.6269 0.3297</w:t>
        <w:br/>
        <w:t>vn 0.8283 -0.5502 0.1056</w:t>
        <w:br/>
        <w:t>vn 0.8664 -0.4861 -0.1141</w:t>
        <w:br/>
        <w:t>vn 0.8664 -0.4862 -0.1141</w:t>
        <w:br/>
        <w:t>vn 0.8210 -0.3905 -0.4165</w:t>
        <w:br/>
        <w:t>vn 0.9555 0.2420 -0.1686</w:t>
        <w:br/>
        <w:t>vn 0.0097 -0.9454 -0.3256</w:t>
        <w:br/>
        <w:t>vn -0.0065 -0.9403 -0.3403</w:t>
        <w:br/>
        <w:t>vn -0.0032 -0.9459 -0.3246</w:t>
        <w:br/>
        <w:t>vn -0.0033 -0.9459 -0.3245</w:t>
        <w:br/>
        <w:t>vn 0.0638 -0.9502 -0.3050</w:t>
        <w:br/>
        <w:t>vn 0.0261 -0.9501 -0.3109</w:t>
        <w:br/>
        <w:t>vn 0.5261 -0.5875 -0.6149</w:t>
        <w:br/>
        <w:t>vn 0.0098 -0.9454 -0.3257</w:t>
        <w:br/>
        <w:t>vn 0.0610 -0.9487 -0.3102</w:t>
        <w:br/>
        <w:t>vn 0.0610 -0.9487 -0.3101</w:t>
        <w:br/>
        <w:t>vn 0.3868 -0.5341 -0.7517</w:t>
        <w:br/>
        <w:t>vn 0.0639 -0.9502 -0.3050</w:t>
        <w:br/>
        <w:t>vn -0.0706 -0.9235 -0.3771</w:t>
        <w:br/>
        <w:t>vn -0.1947 -0.9066 -0.3744</w:t>
        <w:br/>
        <w:t>vn -0.1265 -0.9554 -0.2669</w:t>
        <w:br/>
        <w:t>vn -0.0046 -0.9777 -0.2102</w:t>
        <w:br/>
        <w:t>vn 0.4827 -0.8568 -0.1811</w:t>
        <w:br/>
        <w:t>vn 0.0243 -0.9740 -0.2251</w:t>
        <w:br/>
        <w:t>vn -0.0187 -0.9581 -0.2859</w:t>
        <w:br/>
        <w:t>vn -0.0721 -0.9416 -0.3290</w:t>
        <w:br/>
        <w:t>vn -0.0878 -0.9447 -0.3159</w:t>
        <w:br/>
        <w:t>vn -0.0574 -0.9520 -0.3007</w:t>
        <w:br/>
        <w:t>vn -0.3618 -0.8753 0.3208</w:t>
        <w:br/>
        <w:t>vn -0.0878 -0.9447 -0.3158</w:t>
        <w:br/>
        <w:t>vn -0.0022 -0.9520 -0.3059</w:t>
        <w:br/>
        <w:t>vn -0.0022 -0.9520 -0.3060</w:t>
        <w:br/>
        <w:t>vn -0.0158 -0.9587 -0.2839</w:t>
        <w:br/>
        <w:t>vn -0.0236 -0.9648 -0.2619</w:t>
        <w:br/>
        <w:t>vn -0.0044 -0.9572 -0.2893</w:t>
        <w:br/>
        <w:t>vn -0.0045 -0.9572 -0.2893</w:t>
        <w:br/>
        <w:t>vn -0.7780 -0.5873 0.2230</w:t>
        <w:br/>
        <w:t>vn -0.7026 -0.6166 0.3551</w:t>
        <w:br/>
        <w:t>vn -0.8310 -0.5498 0.0844</w:t>
        <w:br/>
        <w:t>vn -0.8311 -0.5498 0.0844</w:t>
        <w:br/>
        <w:t>vn -0.4321 -0.6787 0.5938</w:t>
        <w:br/>
        <w:t>vn -0.7026 -0.6166 0.3552</w:t>
        <w:br/>
        <w:t>vn 0.0066 -0.7261 0.6876</w:t>
        <w:br/>
        <w:t>vn 0.4308 -0.6995 0.5703</w:t>
        <w:br/>
        <w:t>vn 0.7009 -0.6406 0.3136</w:t>
        <w:br/>
        <w:t>vn 0.8020 -0.5920 0.0793</w:t>
        <w:br/>
        <w:t>vn 0.8020 -0.5920 0.0794</w:t>
        <w:br/>
        <w:t>vn 0.8180 -0.5752 0.0047</w:t>
        <w:br/>
        <w:t>vn 0.4826 -0.8569 -0.1811</w:t>
        <w:br/>
        <w:t>vn 0.8684 -0.4474 -0.2138</w:t>
        <w:br/>
        <w:t>vn 0.8262 -0.3830 -0.4130</w:t>
        <w:br/>
        <w:t>vn 0.8795 0.3108 -0.3604</w:t>
        <w:br/>
        <w:t>vn 0.7014 0.2396 -0.6713</w:t>
        <w:br/>
        <w:t>vn 0.6161 -0.2456 -0.7484</w:t>
        <w:br/>
        <w:t>vn 0.8262 -0.3831 -0.4131</w:t>
        <w:br/>
        <w:t>vn 0.4607 0.2886 -0.8393</w:t>
        <w:br/>
        <w:t>vn 0.3781 -0.1791 -0.9083</w:t>
        <w:br/>
        <w:t>vn 0.1115 -0.1881 -0.9758</w:t>
        <w:br/>
        <w:t>vn -0.3516 -0.2387 -0.9052</w:t>
        <w:br/>
        <w:t>vn -0.7331 -0.3249 -0.5976</w:t>
        <w:br/>
        <w:t>vn -0.7330 -0.3249 -0.5976</w:t>
        <w:br/>
        <w:t>vn -0.8469 -0.3964 -0.3544</w:t>
        <w:br/>
        <w:t>vn -0.9603 0.0880 -0.2648</w:t>
        <w:br/>
        <w:t>vn -0.8676 -0.4644 -0.1777</w:t>
        <w:br/>
        <w:t>vn 0.8169 0.5496 0.1752</w:t>
        <w:br/>
        <w:t>vn 0.5703 0.8215 -0.0031</w:t>
        <w:br/>
        <w:t>vn 0.9603 0.1763 -0.2160</w:t>
        <w:br/>
        <w:t>vn 0.9886 0.1072 0.1053</w:t>
        <w:br/>
        <w:t>vn 0.4736 0.8804 0.0253</w:t>
        <w:br/>
        <w:t>vn 0.8885 0.1711 -0.4258</w:t>
        <w:br/>
        <w:t>vn 0.4198 0.8955 -0.1477</w:t>
        <w:br/>
        <w:t>vn 0.4151 0.2516 -0.8743</w:t>
        <w:br/>
        <w:t>vn 0.7465 0.1827 -0.6398</w:t>
        <w:br/>
        <w:t>vn 0.5299 0.8481 0.0009</w:t>
        <w:br/>
        <w:t>vn 0.1127 0.9648 -0.2376</w:t>
        <w:br/>
        <w:t>vn 0.1639 0.2930 -0.9420</w:t>
        <w:br/>
        <w:t>vn 0.2570 0.2843 -0.9237</w:t>
        <w:br/>
        <w:t>vn 0.2854 0.9340 -0.2149</w:t>
        <w:br/>
        <w:t>vn -0.1864 0.3104 -0.9322</w:t>
        <w:br/>
        <w:t>vn -0.2209 0.9608 -0.1672</w:t>
        <w:br/>
        <w:t>vn -0.7332 0.5875 -0.3425</w:t>
        <w:br/>
        <w:t>vn -0.8368 0.1542 -0.5253</w:t>
        <w:br/>
        <w:t>vn -0.7666 0.1991 -0.6105</w:t>
        <w:br/>
        <w:t>vn -0.6249 0.7761 -0.0845</w:t>
        <w:br/>
        <w:t>vn -0.6352 0.7669 -0.0917</w:t>
        <w:br/>
        <w:t>vn -0.9452 0.0683 -0.3192</w:t>
        <w:br/>
        <w:t>vn -0.8367 0.1542 -0.5254</w:t>
        <w:br/>
        <w:t>vn -0.7331 0.5876 -0.3426</w:t>
        <w:br/>
        <w:t>vn -0.0970 0.9790 0.1792</w:t>
        <w:br/>
        <w:t>vn -0.0654 0.9821 0.1764</w:t>
        <w:br/>
        <w:t>vn -0.1022 0.9819 0.1597</w:t>
        <w:br/>
        <w:t>vn 0.0601 0.9586 0.2782</w:t>
        <w:br/>
        <w:t>vn -0.0654 0.9821 0.1765</w:t>
        <w:br/>
        <w:t>vn 0.2155 0.9100 0.3543</w:t>
        <w:br/>
        <w:t>vn 0.1694 0.7799 0.6025</w:t>
        <w:br/>
        <w:t>vn 0.0387 0.9662 0.2549</w:t>
        <w:br/>
        <w:t>vn 0.1916 0.9419 0.2759</w:t>
        <w:br/>
        <w:t>vn -0.1508 0.9386 0.3102</w:t>
        <w:br/>
        <w:t>vn -0.0102 0.9710 0.2388</w:t>
        <w:br/>
        <w:t>vn -0.0716 0.9451 0.3188</w:t>
        <w:br/>
        <w:t>vn -0.1570 0.9131 0.3764</w:t>
        <w:br/>
        <w:t>vn 0.0022 0.9871 0.1599</w:t>
        <w:br/>
        <w:t>vn 0.0511 0.9864 0.1564</w:t>
        <w:br/>
        <w:t>vn -0.0101 0.9710 0.2388</w:t>
        <w:br/>
        <w:t>vn -0.8895 0.3532 0.2900</w:t>
        <w:br/>
        <w:t>vn -0.9199 0.3921 -0.0067</w:t>
        <w:br/>
        <w:t>vn -0.8749 0.0342 0.4831</w:t>
        <w:br/>
        <w:t>vn -0.7652 0.3485 0.5413</w:t>
        <w:br/>
        <w:t>vn -0.5507 0.3351 0.7645</w:t>
        <w:br/>
        <w:t>vn -0.2240 0.2733 0.9355</w:t>
        <w:br/>
        <w:t>vn -0.3744 0.2946 0.8792</w:t>
        <w:br/>
        <w:t>vn -0.1181 0.2457 0.9621</w:t>
        <w:br/>
        <w:t>vn -0.1354 0.2416 0.9609</w:t>
        <w:br/>
        <w:t>vn 0.0640 0.2319 0.9706</w:t>
        <w:br/>
        <w:t>vn 0.0639 0.2318 0.9706</w:t>
        <w:br/>
        <w:t>vn 0.7361 0.3420 0.5841</w:t>
        <w:br/>
        <w:t>vn 0.6054 0.2849 0.7432</w:t>
        <w:br/>
        <w:t>vn 0.6054 0.2850 0.7432</w:t>
        <w:br/>
        <w:t>vn 0.8289 0.4275 0.3607</w:t>
        <w:br/>
        <w:t>vn 0.7360 0.3421 0.5842</w:t>
        <w:br/>
        <w:t>vn 0.7360 0.3421 0.5843</w:t>
        <w:br/>
        <w:t>vn 0.9462 0.1272 0.2975</w:t>
        <w:br/>
        <w:t>vn -0.5029 -0.8642 -0.0140</w:t>
        <w:br/>
        <w:t>vn -0.7414 -0.6651 0.0888</w:t>
        <w:br/>
        <w:t>vn -0.7796 -0.5986 -0.1843</w:t>
        <w:br/>
        <w:t>vn -0.3955 -0.9166 -0.0581</w:t>
        <w:br/>
        <w:t>vn -0.6971 -0.6788 0.2310</w:t>
        <w:br/>
        <w:t>vn -0.7060 -0.6282 0.3270</w:t>
        <w:br/>
        <w:t>vn -0.4695 -0.6982 0.5405</w:t>
        <w:br/>
        <w:t>vn -0.4695 -0.6981 0.5405</w:t>
        <w:br/>
        <w:t>vn -0.7060 -0.6282 0.3269</w:t>
        <w:br/>
        <w:t>vn -0.3039 -0.7317 0.6102</w:t>
        <w:br/>
        <w:t>vn -0.1730 -0.7407 0.6491</w:t>
        <w:br/>
        <w:t>vn -0.1730 -0.7407 0.6492</w:t>
        <w:br/>
        <w:t>vn 0.2019 -0.7620 0.6153</w:t>
        <w:br/>
        <w:t>vn 0.7103 -0.6304 0.3132</w:t>
        <w:br/>
        <w:t>vn 0.7054 -0.6409 0.3027</w:t>
        <w:br/>
        <w:t>vn 0.5970 -0.8006 0.0515</w:t>
        <w:br/>
        <w:t>vn 0.7102 -0.6304 0.3132</w:t>
        <w:br/>
        <w:t>vn 0.7240 -0.6214 0.2994</w:t>
        <w:br/>
        <w:t>vn 0.7103 -0.6304 0.3131</w:t>
        <w:br/>
        <w:t>vn 0.7103 -0.6305 0.3131</w:t>
        <w:br/>
        <w:t>vn 0.5839 -0.8079 0.0795</w:t>
        <w:br/>
        <w:t>vn 0.6428 -0.7609 -0.0889</w:t>
        <w:br/>
        <w:t>vn 0.1686 -0.9681 -0.1856</w:t>
        <w:br/>
        <w:t>vn 0.1988 -0.9671 -0.1585</w:t>
        <w:br/>
        <w:t>vn 0.1916 -0.9673 -0.1660</w:t>
        <w:br/>
        <w:t>vn 0.1686 -0.9680 -0.1856</w:t>
        <w:br/>
        <w:t>vn 0.3230 -0.8270 -0.4601</w:t>
        <w:br/>
        <w:t>vn 0.0223 -0.6213 -0.7833</w:t>
        <w:br/>
        <w:t>vn -0.2061 -0.8766 -0.4349</w:t>
        <w:br/>
        <w:t>vn -0.1273 -0.8896 -0.4387</w:t>
        <w:br/>
        <w:t>vn 0.2555 -0.6757 -0.6915</w:t>
        <w:br/>
        <w:t>vn -0.0053 -0.6254 -0.7803</w:t>
        <w:br/>
        <w:t>vn 0.0577 -0.6450 -0.7620</w:t>
        <w:br/>
        <w:t>vn -0.0263 -0.9293 -0.3684</w:t>
        <w:br/>
        <w:t>vn -0.1525 -0.9039 -0.3997</w:t>
        <w:br/>
        <w:t>vn 0.0244 -0.6380 -0.7696</w:t>
        <w:br/>
        <w:t>vn 0.1237 -0.9141 -0.3861</w:t>
        <w:br/>
        <w:t>vn -0.1317 -0.7729 -0.6207</w:t>
        <w:br/>
        <w:t>vn -0.3414 -0.8485 -0.4044</w:t>
        <w:br/>
        <w:t>vn -0.0544 -0.9556 -0.2897</w:t>
        <w:br/>
        <w:t>vn 0.0108 -0.9312 -0.3644</w:t>
        <w:br/>
        <w:t>vn -0.1188 -0.9700 -0.2122</w:t>
        <w:br/>
        <w:t>vn -0.0543 -0.9556 -0.2897</w:t>
        <w:br/>
        <w:t>vn -0.3413 -0.8485 -0.4045</w:t>
        <w:br/>
        <w:t>vn -0.5263 -0.7915 -0.3106</w:t>
        <w:br/>
        <w:t>vn 0.9887 0.1071 0.1053</w:t>
        <w:br/>
        <w:t>vn 0.9604 0.1763 -0.2160</w:t>
        <w:br/>
        <w:t>vn 0.9109 -0.3035 -0.2796</w:t>
        <w:br/>
        <w:t>vn 0.8885 0.1711 -0.4257</w:t>
        <w:br/>
        <w:t>vn 0.8507 -0.2755 -0.4476</w:t>
        <w:br/>
        <w:t>vn 0.4153 0.2517 -0.8742</w:t>
        <w:br/>
        <w:t>vn 0.7464 0.1828 -0.6399</w:t>
        <w:br/>
        <w:t>vn 0.2569 0.2841 -0.9237</w:t>
        <w:br/>
        <w:t>vn 0.1639 0.2931 -0.9419</w:t>
        <w:br/>
        <w:t>vn -0.1865 0.3104 -0.9321</w:t>
        <w:br/>
        <w:t>vn -0.7667 0.1991 -0.6104</w:t>
        <w:br/>
        <w:t>vn -0.8367 0.1542 -0.5255</w:t>
        <w:br/>
        <w:t>vn -0.6850 -0.2847 -0.6706</w:t>
        <w:br/>
        <w:t>vn -0.6851 -0.2847 -0.6705</w:t>
        <w:br/>
        <w:t>vn -0.8367 0.1541 -0.5256</w:t>
        <w:br/>
        <w:t>vn -0.8749 0.0342 0.4830</w:t>
        <w:br/>
        <w:t>vn -0.3954 -0.9167 -0.0581</w:t>
        <w:br/>
        <w:t>vn -0.2347 0.8843 0.4036</w:t>
        <w:br/>
        <w:t>vn -0.4707 0.8823 -0.0031</w:t>
        <w:br/>
        <w:t>vn -0.6036 0.6810 -0.4146</w:t>
        <w:br/>
        <w:t>vn -0.3994 -0.2231 -0.8892</w:t>
        <w:br/>
        <w:t>vn -0.1197 -0.6323 -0.7654</w:t>
        <w:br/>
        <w:t>vn 0.4356 -0.8997 -0.0280</w:t>
        <w:br/>
        <w:t>vn 0.5820 -0.7039 0.4071</w:t>
        <w:br/>
        <w:t>vn 0.3893 0.2451 0.8879</w:t>
        <w:br/>
        <w:t>vn -0.1568 0.9131 0.3763</w:t>
        <w:br/>
        <w:t>vn -0.1318 -0.7729 -0.6206</w:t>
        <w:br/>
        <w:t>vn -0.0553 0.9896 0.1326</w:t>
        <w:br/>
        <w:t>vn 0.0303 0.9853 0.1681</w:t>
        <w:br/>
        <w:t>vn -0.4414 -0.0821 0.8936</w:t>
        <w:br/>
        <w:t>vn -0.3633 0.3946 0.8440</w:t>
        <w:br/>
        <w:t>vn -0.0098 0.3848 0.9229</w:t>
        <w:br/>
        <w:t>vn 0.0206 -0.0948 0.9953</w:t>
        <w:br/>
        <w:t>vn 0.0207 -0.0948 0.9953</w:t>
        <w:br/>
        <w:t>vn 0.0595 -0.8920 0.4480</w:t>
        <w:br/>
        <w:t>vn -0.2740 -0.8915 0.3608</w:t>
        <w:br/>
        <w:t>vn -0.4413 -0.0822 0.8936</w:t>
        <w:br/>
        <w:t>vn 0.0575 -0.9975 -0.0420</w:t>
        <w:br/>
        <w:t>vn -0.0692 -0.9940 -0.0845</w:t>
        <w:br/>
        <w:t>vn 0.3487 -0.4479 -0.8233</w:t>
        <w:br/>
        <w:t>vn 0.0131 -0.4383 -0.8987</w:t>
        <w:br/>
        <w:t>vn 0.4082 0.5744 -0.7096</w:t>
        <w:br/>
        <w:t>vn -0.0440 0.5787 -0.8143</w:t>
        <w:br/>
        <w:t>vn -0.0439 0.5787 -0.8144</w:t>
        <w:br/>
        <w:t>vn 0.7407 0.5220 -0.4230</w:t>
        <w:br/>
        <w:t>vn 0.7407 0.5219 -0.4231</w:t>
        <w:br/>
        <w:t>vn 0.0989 0.9612 0.2573</w:t>
        <w:br/>
        <w:t>vn -0.7854 -0.0461 0.6173</w:t>
        <w:br/>
        <w:t>vn -0.6311 0.4135 0.6563</w:t>
        <w:br/>
        <w:t>vn -0.5268 -0.8401 0.1294</w:t>
        <w:br/>
        <w:t>vn -0.1701 -0.9648 -0.2003</w:t>
        <w:br/>
        <w:t>vn 0.6016 -0.4635 -0.6505</w:t>
        <w:br/>
        <w:t>vn 0.6014 -0.4639 -0.6505</w:t>
        <w:br/>
        <w:t>vn 0.8519 0.5067 -0.1324</w:t>
        <w:br/>
        <w:t>vn 0.9568 0.2019 -0.2093</w:t>
        <w:br/>
        <w:t>vn 0.0375 0.9517 0.3048</w:t>
        <w:br/>
        <w:t>vn -0.8026 0.4252 0.4184</w:t>
        <w:br/>
        <w:t>vn -0.9495 -0.0325 0.3120</w:t>
        <w:br/>
        <w:t>vn -0.9496 -0.0325 0.3119</w:t>
        <w:br/>
        <w:t>vn -0.5653 -0.8204 -0.0855</w:t>
        <w:br/>
        <w:t>vn -0.1265 -0.9522 -0.2780</w:t>
        <w:br/>
        <w:t>vn 0.6866 -0.4666 -0.5576</w:t>
        <w:br/>
        <w:t>vn 0.7691 -0.4744 -0.4283</w:t>
        <w:br/>
        <w:t>vn -0.9999 -0.0149 -0.0056</w:t>
        <w:br/>
        <w:t>vn -0.5342 -0.8223 -0.1958</w:t>
        <w:br/>
        <w:t>vn -0.0614 -0.9716 -0.2286</w:t>
        <w:br/>
        <w:t>vn 0.9568 0.2019 -0.2092</w:t>
        <w:br/>
        <w:t>vn 0.8593 -0.4994 -0.1107</w:t>
        <w:br/>
        <w:t>vn 0.8618 0.4915 0.1253</w:t>
        <w:br/>
        <w:t>vn -0.0323 0.9711 0.2364</w:t>
        <w:br/>
        <w:t>vn -0.8882 0.4472 0.1058</w:t>
        <w:br/>
        <w:t>vn -0.9999 -0.0149 -0.0055</w:t>
        <w:br/>
        <w:t>vn -0.6350 0.7671 -0.0917</w:t>
        <w:br/>
        <w:t>vn 0.0025 0.9871 0.1599</w:t>
        <w:br/>
        <w:t>vn 0.5838 -0.8080 0.0795</w:t>
        <w:br/>
        <w:t>vn 0.9461 0.1275 0.2976</w:t>
        <w:br/>
        <w:t>vn 0.5841 -0.8077 0.0795</w:t>
        <w:br/>
        <w:t>vn -0.0603 0.9842 0.1667</w:t>
        <w:br/>
        <w:t>vn -0.0603 0.9842 0.1668</w:t>
        <w:br/>
        <w:t>vn 0.3474 0.3875 0.8539</w:t>
        <w:br/>
        <w:t>vn 0.4356 -0.0895 0.8957</w:t>
        <w:br/>
        <w:t>vn 0.4356 -0.0896 0.8957</w:t>
        <w:br/>
        <w:t>vn 0.2984 -0.8831 0.3620</w:t>
        <w:br/>
        <w:t>vn 0.1035 -0.9910 -0.0848</w:t>
        <w:br/>
        <w:t>vn -0.3286 -0.4411 -0.8352</w:t>
        <w:br/>
        <w:t>vn -0.4107 0.5719 -0.7101</w:t>
        <w:br/>
        <w:t>vn -0.0583 0.9759 0.2101</w:t>
        <w:br/>
        <w:t>vn 0.6820 0.4101 0.6056</w:t>
        <w:br/>
        <w:t>vn 0.8114 -0.0444 0.5829</w:t>
        <w:br/>
        <w:t>vn 0.5081 -0.8478 0.1518</w:t>
        <w:br/>
        <w:t>vn 0.8114 -0.0443 0.5828</w:t>
        <w:br/>
        <w:t>vn 0.1375 -0.9784 -0.1544</w:t>
        <w:br/>
        <w:t>vn -0.6506 -0.4600 -0.6042</w:t>
        <w:br/>
        <w:t>vn -0.7441 0.5175 -0.4225</w:t>
        <w:br/>
        <w:t>vn -0.0770 0.9736 0.2149</w:t>
        <w:br/>
        <w:t>vn 0.8124 0.4622 0.3555</w:t>
        <w:br/>
        <w:t>vn 0.9553 0.0322 0.2938</w:t>
        <w:br/>
        <w:t>vn 0.7431 -0.6662 0.0631</w:t>
        <w:br/>
        <w:t>vn 0.9553 0.0322 0.2939</w:t>
        <w:br/>
        <w:t>vn 0.1720 -0.9679 -0.1835</w:t>
        <w:br/>
        <w:t>vn 0.1597 -0.9680 -0.1934</w:t>
        <w:br/>
        <w:t>vn -0.9506 -0.0443 -0.3071</w:t>
        <w:br/>
        <w:t>vn -0.7779 -0.5097 -0.3674</w:t>
        <w:br/>
        <w:t>vn -0.8858 0.4318 -0.1701</w:t>
        <w:br/>
        <w:t>vn 0.1721 -0.9678 -0.1835</w:t>
        <w:br/>
        <w:t>vn 0.1695 0.7799 0.6025</w:t>
        <w:br/>
        <w:t>vn 0.9845 -0.1064 -0.1395</w:t>
        <w:br/>
        <w:t>vn 0.8133 0.1298 -0.5671</w:t>
        <w:br/>
        <w:t>vn 0.8382 0.4597 -0.2933</w:t>
        <w:br/>
        <w:t>vn 0.9977 0.0682 0.0054</w:t>
        <w:br/>
        <w:t>vn 0.7078 -0.2786 -0.6492</w:t>
        <w:br/>
        <w:t>vn 0.9285 -0.3230 -0.1829</w:t>
        <w:br/>
        <w:t>vn 0.8445 -0.5234 -0.1130</w:t>
        <w:br/>
        <w:t>vn 0.5495 -0.6561 -0.5173</w:t>
        <w:br/>
        <w:t>vn 0.7077 -0.2786 -0.6492</w:t>
        <w:br/>
        <w:t>vn 0.9285 -0.3230 -0.1830</w:t>
        <w:br/>
        <w:t>vn 0.3813 -0.9010 -0.2068</w:t>
        <w:br/>
        <w:t>vn 0.7553 -0.6534 0.0518</w:t>
        <w:br/>
        <w:t>vn 0.6846 -0.6783 0.2669</w:t>
        <w:br/>
        <w:t>vn 0.2481 -0.9481 0.1989</w:t>
        <w:br/>
        <w:t>vn 0.6515 -0.5916 0.4749</w:t>
        <w:br/>
        <w:t>vn 0.1856 -0.7846 0.5915</w:t>
        <w:br/>
        <w:t>vn 0.2104 -0.4543 0.8656</w:t>
        <w:br/>
        <w:t>vn 0.6647 -0.4164 0.6203</w:t>
        <w:br/>
        <w:t>vn 0.7208 -0.1997 0.6637</w:t>
        <w:br/>
        <w:t>vn 0.3160 -0.0460 0.9476</w:t>
        <w:br/>
        <w:t>vn 0.8044 0.0002 0.5940</w:t>
        <w:br/>
        <w:t>vn 0.4741 0.3312 0.8158</w:t>
        <w:br/>
        <w:t>vn 0.6423 0.5762 0.5053</w:t>
        <w:br/>
        <w:t>vn 0.8937 0.1299 0.4295</w:t>
        <w:br/>
        <w:t>vn 0.7756 0.6233 0.0993</w:t>
        <w:br/>
        <w:t>vn 0.9645 0.1549 0.2137</w:t>
        <w:br/>
        <w:t>vn 0.3631 0.3518 -0.8628</w:t>
        <w:br/>
        <w:t>vn 0.3929 0.7494 -0.5329</w:t>
        <w:br/>
        <w:t>vn 0.2360 -0.1401 -0.9616</w:t>
        <w:br/>
        <w:t>vn 0.0456 -0.5946 -0.8028</w:t>
        <w:br/>
        <w:t>vn 0.2359 -0.1401 -0.9616</w:t>
        <w:br/>
        <w:t>vn -0.1572 -0.8896 -0.4289</w:t>
        <w:br/>
        <w:t>vn -0.3177 -0.9463 0.0600</w:t>
        <w:br/>
        <w:t>vn -0.3930 -0.7494 0.5329</w:t>
        <w:br/>
        <w:t>vn -0.3629 -0.3517 0.8629</w:t>
        <w:br/>
        <w:t>vn -0.2359 0.1401 0.9616</w:t>
        <w:br/>
        <w:t>vn -0.0455 0.5944 0.8029</w:t>
        <w:br/>
        <w:t>vn 0.1572 0.8896 0.4289</w:t>
        <w:br/>
        <w:t>vn 0.3177 0.9463 -0.0600</w:t>
        <w:br/>
        <w:t>vn -0.2105 0.4544 -0.8656</w:t>
        <w:br/>
        <w:t>vn -0.1856 0.7845 -0.5917</w:t>
        <w:br/>
        <w:t>vn -0.3161 0.0461 -0.9476</w:t>
        <w:br/>
        <w:t>vn -0.4742 -0.3313 -0.8157</w:t>
        <w:br/>
        <w:t>vn -0.6424 -0.5762 -0.5053</w:t>
        <w:br/>
        <w:t>vn -0.7756 -0.6233 -0.0995</w:t>
        <w:br/>
        <w:t>vn -0.8382 -0.4598 0.2932</w:t>
        <w:br/>
        <w:t>vn -0.8133 -0.1296 0.5672</w:t>
        <w:br/>
        <w:t>vn -0.7077 0.2787 0.6492</w:t>
        <w:br/>
        <w:t>vn -0.5497 0.6560 0.5172</w:t>
        <w:br/>
        <w:t>vn -0.3813 0.9010 0.2068</w:t>
        <w:br/>
        <w:t>vn -0.2482 0.9481 -0.1989</w:t>
        <w:br/>
        <w:t>vn -0.6647 0.4164 -0.6203</w:t>
        <w:br/>
        <w:t>vn -0.6515 0.5914 -0.4752</w:t>
        <w:br/>
        <w:t>vn -0.7208 0.1998 -0.6637</w:t>
        <w:br/>
        <w:t>vn -0.8045 -0.0004 -0.5939</w:t>
        <w:br/>
        <w:t>vn -0.8937 -0.1302 -0.4294</w:t>
        <w:br/>
        <w:t>vn -0.9644 -0.1550 -0.2141</w:t>
        <w:br/>
        <w:t>vn -0.9976 -0.0684 -0.0057</w:t>
        <w:br/>
        <w:t>vn -0.9844 0.1067 0.1396</w:t>
        <w:br/>
        <w:t>vn -0.9285 0.3231 0.1831</w:t>
        <w:br/>
        <w:t>vn -0.8446 0.5234 0.1127</w:t>
        <w:br/>
        <w:t>vn -0.7553 0.6534 -0.0514</w:t>
        <w:br/>
        <w:t>vn -0.6848 0.6783 -0.2664</w:t>
        <w:br/>
        <w:t>vn 0.9184 -0.2914 0.2678</w:t>
        <w:br/>
        <w:t>vn -0.9184 0.2913 -0.2678</w:t>
        <w:br/>
        <w:t>vn 0.8383 0.4597 -0.2932</w:t>
        <w:br/>
        <w:t>vn 0.8445 -0.5235 -0.1130</w:t>
        <w:br/>
        <w:t>vn 0.5495 -0.6561 -0.5174</w:t>
        <w:br/>
        <w:t>vn 0.3813 -0.9010 -0.2069</w:t>
        <w:br/>
        <w:t>vn 0.7553 -0.6534 0.0517</w:t>
        <w:br/>
        <w:t>vn 0.6847 -0.6783 0.2667</w:t>
        <w:br/>
        <w:t>vn 0.1856 -0.7845 0.5917</w:t>
        <w:br/>
        <w:t>vn 0.6646 -0.4164 0.6204</w:t>
        <w:br/>
        <w:t>vn 0.3161 -0.0460 0.9476</w:t>
        <w:br/>
        <w:t>vn 0.7208 -0.1997 0.6638</w:t>
        <w:br/>
        <w:t>vn 0.4741 0.3311 0.8158</w:t>
        <w:br/>
        <w:t>vn 0.6424 0.5762 0.5054</w:t>
        <w:br/>
        <w:t>vn 0.8936 0.1299 0.4296</w:t>
        <w:br/>
        <w:t>vn 0.7757 0.6232 0.0993</w:t>
        <w:br/>
        <w:t>vn 0.0456 -0.5946 -0.8027</w:t>
        <w:br/>
        <w:t>vn -0.3177 -0.9463 0.0599</w:t>
        <w:br/>
        <w:t>vn -0.3929 -0.7494 0.5329</w:t>
        <w:br/>
        <w:t>vn 0.3176 0.9463 -0.0601</w:t>
        <w:br/>
        <w:t>vn -0.1856 0.7845 -0.5916</w:t>
        <w:br/>
        <w:t>vn -0.6423 -0.5763 -0.5053</w:t>
        <w:br/>
        <w:t>vn -0.3814 0.9010 0.2068</w:t>
        <w:br/>
        <w:t>vn -0.2482 0.9481 -0.1990</w:t>
        <w:br/>
        <w:t>vn -0.6514 0.5914 -0.4753</w:t>
        <w:br/>
        <w:t>vn -0.7209 0.1998 -0.6636</w:t>
        <w:br/>
        <w:t>vn -0.8046 -0.0004 -0.5939</w:t>
        <w:br/>
        <w:t>vn -0.7207 0.1998 -0.6639</w:t>
        <w:br/>
        <w:t>vn -0.9644 -0.1551 -0.2141</w:t>
        <w:br/>
        <w:t>vn -0.9285 0.3232 0.1831</w:t>
        <w:br/>
        <w:t>vn -0.8446 0.5234 0.1128</w:t>
        <w:br/>
        <w:t>vn -0.7553 0.6534 -0.0515</w:t>
        <w:br/>
        <w:t>vn -0.6848 0.6783 -0.2665</w:t>
        <w:br/>
        <w:t>vn 0.9423 -0.3318 0.0451</w:t>
        <w:br/>
        <w:t>vn 0.8870 -0.1505 -0.4365</w:t>
        <w:br/>
        <w:t>vn 0.9527 0.2128 -0.2171</w:t>
        <w:br/>
        <w:t>vn 0.9770 -0.1395 0.1613</w:t>
        <w:br/>
        <w:t>vn 0.7007 -0.5364 -0.4704</w:t>
        <w:br/>
        <w:t>vn 0.8434 -0.5365 0.0274</w:t>
        <w:br/>
        <w:t>vn 0.7067 -0.6985 0.1125</w:t>
        <w:br/>
        <w:t>vn 0.4435 -0.8411 -0.3097</w:t>
        <w:br/>
        <w:t>vn 0.8433 -0.5368 0.0273</w:t>
        <w:br/>
        <w:t>vn 0.5695 -0.7735 0.2782</w:t>
        <w:br/>
        <w:t>vn 0.1845 -0.9828 0.0026</w:t>
        <w:br/>
        <w:t>vn 0.4680 -0.7423 0.4796</w:t>
        <w:br/>
        <w:t>vn -0.0069 -0.9238 0.3827</w:t>
        <w:br/>
        <w:t>vn 0.4295 -0.6128 0.6634</w:t>
        <w:br/>
        <w:t>vn -0.0795 -0.6797 0.7291</w:t>
        <w:br/>
        <w:t>vn -0.0138 -0.3160 0.9487</w:t>
        <w:br/>
        <w:t>vn 0.4642 -0.4197 0.7800</w:t>
        <w:br/>
        <w:t>vn 0.1725 0.0696 0.9826</w:t>
        <w:br/>
        <w:t>vn 0.5633 -0.2151 0.7977</w:t>
        <w:br/>
        <w:t>vn 0.6994 -0.0536 0.7127</w:t>
        <w:br/>
        <w:t>vn 0.4294 0.3742 0.8219</w:t>
        <w:br/>
        <w:t>vn 0.6885 0.5160 0.5096</w:t>
        <w:br/>
        <w:t>vn 0.8367 0.0214 0.5472</w:t>
        <w:br/>
        <w:t>vn 0.8801 0.4570 0.1292</w:t>
        <w:br/>
        <w:t>vn 0.9385 -0.0101 0.3451</w:t>
        <w:br/>
        <w:t>vn 0.5426 0.0997 -0.8341</w:t>
        <w:br/>
        <w:t>vn 0.6215 0.5376 -0.5698</w:t>
        <w:br/>
        <w:t>vn 0.3182 -0.3650 -0.8750</w:t>
        <w:br/>
        <w:t>vn 0.0085 -0.7319 -0.6813</w:t>
        <w:br/>
        <w:t>vn 0.3182 -0.3650 -0.8749</w:t>
        <w:br/>
        <w:t>vn -0.3035 -0.9026 -0.3053</w:t>
        <w:br/>
        <w:t>vn -0.5341 -0.8315 0.1526</w:t>
        <w:br/>
        <w:t>vn -0.6215 -0.5376 0.5698</w:t>
        <w:br/>
        <w:t>vn -0.5423 -0.0996 0.8343</w:t>
        <w:br/>
        <w:t>vn -0.3182 0.3648 0.8750</w:t>
        <w:br/>
        <w:t>vn -0.0086 0.7318 0.6815</w:t>
        <w:br/>
        <w:t>vn 0.3035 0.9026 0.3053</w:t>
        <w:br/>
        <w:t>vn 0.5341 0.8315 -0.1527</w:t>
        <w:br/>
        <w:t>vn 0.0138 0.3162 -0.9486</w:t>
        <w:br/>
        <w:t>vn 0.0794 0.6797 -0.7292</w:t>
        <w:br/>
        <w:t>vn -0.1725 -0.0695 -0.9825</w:t>
        <w:br/>
        <w:t>vn -0.4297 -0.3742 -0.8218</w:t>
        <w:br/>
        <w:t>vn -0.1725 -0.0696 -0.9825</w:t>
        <w:br/>
        <w:t>vn -0.6886 -0.5160 -0.5096</w:t>
        <w:br/>
        <w:t>vn -0.8800 -0.4569 -0.1294</w:t>
        <w:br/>
        <w:t>vn -0.9527 -0.2129 0.2169</w:t>
        <w:br/>
        <w:t>vn -0.8870 0.1507 0.4365</w:t>
        <w:br/>
        <w:t>vn -0.7007 0.5364 0.4705</w:t>
        <w:br/>
        <w:t>vn -0.4436 0.8410 0.3096</w:t>
        <w:br/>
        <w:t>vn -0.1846 0.9828 -0.0027</w:t>
        <w:br/>
        <w:t>vn 0.0068 0.9238 -0.3828</w:t>
        <w:br/>
        <w:t>vn -0.4644 0.4198 -0.7798</w:t>
        <w:br/>
        <w:t>vn -0.4296 0.6125 -0.6636</w:t>
        <w:br/>
        <w:t>vn -0.5633 0.2153 -0.7977</w:t>
        <w:br/>
        <w:t>vn -0.6996 0.0536 -0.7125</w:t>
        <w:br/>
        <w:t>vn -0.5632 0.2153 -0.7978</w:t>
        <w:br/>
        <w:t>vn -0.8368 -0.0216 -0.5471</w:t>
        <w:br/>
        <w:t>vn -0.9384 0.0099 -0.3454</w:t>
        <w:br/>
        <w:t>vn -0.9770 0.1393 -0.1616</w:t>
        <w:br/>
        <w:t>vn -0.9421 0.3322 -0.0452</w:t>
        <w:br/>
        <w:t>vn -0.8434 0.5366 -0.0272</w:t>
        <w:br/>
        <w:t>vn -0.7070 0.6982 -0.1127</w:t>
        <w:br/>
        <w:t>vn -0.5696 0.7734 -0.2781</w:t>
        <w:br/>
        <w:t>vn -0.4682 0.7421 -0.4797</w:t>
        <w:br/>
        <w:t>vn 0.7832 -0.4188 0.4595</w:t>
        <w:br/>
        <w:t>vn -0.7833 0.4187 -0.4595</w:t>
        <w:br/>
        <w:t>vn 0.6093 0.5979 0.5208</w:t>
        <w:br/>
        <w:t>vn -0.0110 0.9713 0.2377</w:t>
        <w:br/>
        <w:t>vn -0.0098 0.9476 0.3194</w:t>
        <w:br/>
        <w:t>vn 0.5612 0.5716 0.5986</w:t>
        <w:br/>
        <w:t>vn -0.6355 0.7601 -0.1354</w:t>
        <w:br/>
        <w:t>vn -0.6038 0.7838 -0.1451</w:t>
        <w:br/>
        <w:t>vn -0.8923 0.1998 -0.4048</w:t>
        <w:br/>
        <w:t>vn -0.8376 0.2252 -0.4976</w:t>
        <w:br/>
        <w:t>vn -0.6037 0.7839 -0.1451</w:t>
        <w:br/>
        <w:t>vn -0.6355 0.7602 -0.1355</w:t>
        <w:br/>
        <w:t>vn -0.4189 -0.7526 -0.5080</w:t>
        <w:br/>
        <w:t>vn -0.4991 -0.7440 -0.4443</w:t>
        <w:br/>
        <w:t>vn 0.1896 -0.9792 -0.0718</w:t>
        <w:br/>
        <w:t>vn 0.2348 -0.9671 -0.0984</w:t>
        <w:br/>
        <w:t>vn 0.7062 -0.6173 0.3467</w:t>
        <w:br/>
        <w:t>vn 0.6925 -0.6402 0.3326</w:t>
        <w:br/>
        <w:t>vn 0.8317 -0.0605 0.5519</w:t>
        <w:br/>
        <w:t>vn 0.8076 -0.0374 0.5886</w:t>
        <w:br/>
        <w:t>vn 0.7999 0.5768 -0.1655</w:t>
        <w:br/>
        <w:t>vn 0.3245 0.8416 -0.4318</w:t>
        <w:br/>
        <w:t>vn -0.1731 0.6899 -0.7029</w:t>
        <w:br/>
        <w:t>vn -0.4166 0.2508 -0.8738</w:t>
        <w:br/>
        <w:t>vn -0.1076 -0.5136 -0.8513</w:t>
        <w:br/>
        <w:t>vn 0.4339 -0.7038 -0.5625</w:t>
        <w:br/>
        <w:t>vn 0.8531 -0.4789 -0.2071</w:t>
        <w:br/>
        <w:t>vn 0.9976 0.0315 -0.0611</w:t>
        <w:br/>
        <w:t>vn 0.4453 0.2469 -0.8607</w:t>
        <w:br/>
        <w:t>vn 0.5324 0.2170 -0.8182</w:t>
        <w:br/>
        <w:t>vn 0.3725 0.2175 -0.9022</w:t>
        <w:br/>
        <w:t>vn 0.3725 0.2174 -0.9022</w:t>
        <w:br/>
        <w:t>vn 0.3112 0.1584 -0.9371</w:t>
        <w:br/>
        <w:t>vn 0.3881 -0.0322 -0.9210</w:t>
        <w:br/>
        <w:t>vn 0.4782 -0.0667 -0.8757</w:t>
        <w:br/>
        <w:t>vn 0.5768 -0.0435 -0.8158</w:t>
        <w:br/>
        <w:t>vn 0.9272 0.0722 -0.3675</w:t>
        <w:br/>
        <w:t>vn 0.4030 0.0808 -0.9116</w:t>
        <w:br/>
        <w:t>vn 0.4453 0.2469 -0.8606</w:t>
        <w:br/>
        <w:t>vn 0.3111 0.1585 -0.9371</w:t>
        <w:br/>
        <w:t>vn 0.3882 -0.0322 -0.9210</w:t>
        <w:br/>
        <w:t>vn 0.4782 -0.0668 -0.8757</w:t>
        <w:br/>
        <w:t>vn 0.5767 -0.0435 -0.8158</w:t>
        <w:br/>
        <w:t>vn 0.1397 0.0863 -0.9864</w:t>
        <w:br/>
        <w:t>vn -0.7384 -0.2901 -0.6088</w:t>
        <w:br/>
        <w:t>vn -0.8142 -0.2764 -0.5106</w:t>
        <w:br/>
        <w:t>vn 0.1975 0.0162 -0.9802</w:t>
        <w:br/>
        <w:t>vn -0.3929 -0.1576 -0.9060</w:t>
        <w:br/>
        <w:t>vn -0.6573 -0.1241 0.7433</w:t>
        <w:br/>
        <w:t>vn -0.5250 0.0056 0.8511</w:t>
        <w:br/>
        <w:t>vn -0.6226 0.0656 0.7798</w:t>
        <w:br/>
        <w:t>vn -0.7386 0.0511 0.6722</w:t>
        <w:br/>
        <w:t>vn -0.8052 -0.0411 0.5915</w:t>
        <w:br/>
        <w:t>vn -0.7354 -0.2574 0.6269</w:t>
        <w:br/>
        <w:t>vn -0.5902 -0.3060 0.7470</w:t>
        <w:br/>
        <w:t>vn -0.4929 -0.2406 0.8362</w:t>
        <w:br/>
        <w:t>vn -0.4821 -0.1113 0.8690</w:t>
        <w:br/>
        <w:t>vn 0.0350 0.4218 0.9060</w:t>
        <w:br/>
        <w:t>vn -0.3732 0.6801 0.6310</w:t>
        <w:br/>
        <w:t>vn -0.6226 0.0657 0.7798</w:t>
        <w:br/>
        <w:t>vn -0.8014 0.5472 0.2417</w:t>
        <w:br/>
        <w:t>vn -0.7384 0.0512 0.6724</w:t>
        <w:br/>
        <w:t>vn -0.7385 0.0511 0.6723</w:t>
        <w:br/>
        <w:t>vn -0.9923 0.1215 0.0239</w:t>
        <w:br/>
        <w:t>vn -0.7710 -0.6305 0.0895</w:t>
        <w:br/>
        <w:t>vn -0.2939 -0.8317 0.4710</w:t>
        <w:br/>
        <w:t>vn 0.1323 -0.5751 0.8073</w:t>
        <w:br/>
        <w:t>vn -0.4929 -0.2407 0.8361</w:t>
        <w:br/>
        <w:t>vn 0.2180 -0.0668 0.9737</w:t>
        <w:br/>
        <w:t>vn 0.5390 0.6151 0.5755</w:t>
        <w:br/>
        <w:t>vn 0.0126 0.9708 0.2394</w:t>
        <w:br/>
        <w:t>vn -0.5531 0.7956 -0.2471</w:t>
        <w:br/>
        <w:t>vn -0.5531 0.7957 -0.2471</w:t>
        <w:br/>
        <w:t>vn -0.7997 0.2382 -0.5512</w:t>
        <w:br/>
        <w:t>vn -0.4449 -0.7460 -0.4956</w:t>
        <w:br/>
        <w:t>vn 0.1763 -0.9818 -0.0710</w:t>
        <w:br/>
        <w:t>vn 0.6775 -0.6255 0.3870</w:t>
        <w:br/>
        <w:t>vn 0.7938 0.0013 0.6082</w:t>
        <w:br/>
        <w:t>vn -0.9631 -0.2670 -0.0348</w:t>
        <w:br/>
        <w:t>vn -0.8718 -0.1711 0.4591</w:t>
        <w:br/>
        <w:t>vn -0.8718 -0.1710 0.4590</w:t>
        <w:br/>
        <w:t>vn -0.7371 -0.2917 -0.6096</w:t>
        <w:br/>
        <w:t>vn -0.8690 0.4289 -0.2466</w:t>
        <w:br/>
        <w:t>vn -0.2652 0.8161 -0.5134</w:t>
        <w:br/>
        <w:t>vn 0.4941 0.7253 -0.4794</w:t>
        <w:br/>
        <w:t>vn 0.9638 0.2097 -0.1646</w:t>
        <w:br/>
        <w:t>vn 0.8691 -0.4288 0.2466</w:t>
        <w:br/>
        <w:t>vn 0.2653 -0.8161 0.5134</w:t>
        <w:br/>
        <w:t>vn -0.4939 -0.7254 0.4794</w:t>
        <w:br/>
        <w:t>vn -0.9638 -0.2097 0.1646</w:t>
        <w:br/>
        <w:t>vn -0.9638 -0.2096 0.1646</w:t>
        <w:br/>
        <w:t>vn 0.0267 0.5384 0.8422</w:t>
        <w:br/>
        <w:t>vn 0.0268 0.5384 0.8423</w:t>
        <w:br/>
        <w:t>vn 0.0268 0.5384 0.8422</w:t>
        <w:br/>
        <w:t>vn 0.0267 0.5385 0.8422</w:t>
        <w:br/>
        <w:t>vn 0.2652 0.8161 -0.5134</w:t>
        <w:br/>
        <w:t>vn 0.8690 0.4289 -0.2466</w:t>
        <w:br/>
        <w:t>vn 0.8691 0.4289 -0.2466</w:t>
        <w:br/>
        <w:t>vn 0.2653 0.8161 -0.5134</w:t>
        <w:br/>
        <w:t>vn -0.4941 0.7253 -0.4794</w:t>
        <w:br/>
        <w:t>vn -0.9638 0.2097 -0.1646</w:t>
        <w:br/>
        <w:t>vn -0.9638 0.2096 -0.1646</w:t>
        <w:br/>
        <w:t>vn -0.8691 -0.4288 0.2466</w:t>
        <w:br/>
        <w:t>vn -0.2652 -0.8161 0.5134</w:t>
        <w:br/>
        <w:t>vn -0.2653 -0.8161 0.5134</w:t>
        <w:br/>
        <w:t>vn 0.4939 -0.7254 0.4794</w:t>
        <w:br/>
        <w:t>vn 0.4940 -0.7254 0.4794</w:t>
        <w:br/>
        <w:t>vn 0.9638 -0.2097 0.1646</w:t>
        <w:br/>
        <w:t>vn -0.0267 0.5384 0.8423</w:t>
        <w:br/>
        <w:t>vn -0.0268 0.5384 0.8422</w:t>
        <w:br/>
        <w:t>vn -0.0267 0.5384 0.8422</w:t>
        <w:br/>
        <w:t>vn -0.0268 0.5385 0.8422</w:t>
        <w:br/>
        <w:t>vn -0.0267 0.5385 0.8422</w:t>
        <w:br/>
        <w:t>vn -0.5753 -0.7168 0.3939</w:t>
        <w:br/>
        <w:t>vn -0.6203 -0.7838 0.0302</w:t>
        <w:br/>
        <w:t>vn -0.6680 -0.7442 0.0043</w:t>
        <w:br/>
        <w:t>vn -0.6722 -0.6541 0.3468</w:t>
        <w:br/>
        <w:t>vn -0.4881 -0.3621 0.7941</w:t>
        <w:br/>
        <w:t>vn -0.4046 -0.4821 0.7771</w:t>
        <w:br/>
        <w:t>vn -0.2220 -0.2136 0.9514</w:t>
        <w:br/>
        <w:t>vn 0.5653 0.8237 -0.0436</w:t>
        <w:br/>
        <w:t>vn 0.4986 0.8360 0.2292</w:t>
        <w:br/>
        <w:t>vn 0.5575 0.8205 0.1262</w:t>
        <w:br/>
        <w:t>vn -0.2631 -0.4218 -0.8676</w:t>
        <w:br/>
        <w:t>vn 0.0058 -0.0731 -0.9973</w:t>
        <w:br/>
        <w:t>vn -0.0152 -0.0351 -0.9993</w:t>
        <w:br/>
        <w:t>vn -0.3841 -0.5139 -0.7671</w:t>
        <w:br/>
        <w:t>vn -0.5968 -0.7263 -0.3410</w:t>
        <w:br/>
        <w:t>vn -0.5615 -0.7574 -0.3334</w:t>
        <w:br/>
        <w:t>vn -0.4192 -0.6123 -0.6704</w:t>
        <w:br/>
        <w:t>vn -0.1501 0.0839 0.9851</w:t>
        <w:br/>
        <w:t>vn 0.0904 0.2909 0.9525</w:t>
        <w:br/>
        <w:t>vn -0.0601 0.0765 0.9953</w:t>
        <w:br/>
        <w:t>vn 0.5891 0.7693 -0.2473</w:t>
        <w:br/>
        <w:t>vn 0.5961 0.7627 -0.2509</w:t>
        <w:br/>
        <w:t>vn 0.5765 0.8051 0.1394</w:t>
        <w:br/>
        <w:t>vn 0.4429 0.7517 0.4886</w:t>
        <w:br/>
        <w:t>vn 0.4520 0.7617 0.4642</w:t>
        <w:br/>
        <w:t>vn 0.5427 0.8092 0.2252</w:t>
        <w:br/>
        <w:t>vn 0.5318 0.8175 -0.2210</w:t>
        <w:br/>
        <w:t>vn 0.3827 0.5749 -0.7232</w:t>
        <w:br/>
        <w:t>vn 0.3055 0.6513 -0.6946</w:t>
        <w:br/>
        <w:t>vn -0.8210 -0.3704 0.4345</w:t>
        <w:br/>
        <w:t>vn -0.9397 -0.3418 -0.0043</w:t>
        <w:br/>
        <w:t>vn -0.6632 -0.7232 -0.1927</w:t>
        <w:br/>
        <w:t>vn -0.6363 -0.7482 -0.1879</w:t>
        <w:br/>
        <w:t>vn -0.1915 0.1258 -0.9734</w:t>
        <w:br/>
        <w:t>vn -0.0815 0.3179 -0.9446</w:t>
        <w:br/>
        <w:t>vn 0.5713 0.3316 0.7508</w:t>
        <w:br/>
        <w:t>vn 0.6951 0.3541 0.6257</w:t>
        <w:br/>
        <w:t>vn 0.4228 -0.3232 0.8466</w:t>
        <w:br/>
        <w:t>vn 0.2696 -0.1420 0.9524</w:t>
        <w:br/>
        <w:t>vn 0.0006 -0.8419 0.5397</w:t>
        <w:br/>
        <w:t>vn -0.1521 -0.9884 0.0011</w:t>
        <w:br/>
        <w:t>vn -0.2240 -0.9726 -0.0624</w:t>
        <w:br/>
        <w:t>vn -0.0634 -0.7364 0.6735</w:t>
        <w:br/>
        <w:t>vn 0.4229 -0.3232 0.8466</w:t>
        <w:br/>
        <w:t>vn 0.4768 -0.2470 0.8436</w:t>
        <w:br/>
        <w:t>vn 0.7946 0.4488 0.4088</w:t>
        <w:br/>
        <w:t>vn 0.6787 0.6950 0.2375</w:t>
        <w:br/>
        <w:t>vn 0.6599 0.7447 0.1000</w:t>
        <w:br/>
        <w:t>vn 0.5956 0.8016 0.0515</w:t>
        <w:br/>
        <w:t>vn 0.7792 0.6197 0.0941</w:t>
        <w:br/>
        <w:t>vn 0.7675 0.6362 0.0784</w:t>
        <w:br/>
        <w:t>vn 0.5651 0.4423 -0.6965</w:t>
        <w:br/>
        <w:t>vn 0.7058 0.4031 -0.5825</w:t>
        <w:br/>
        <w:t>vn 0.8097 0.4442 -0.3835</w:t>
        <w:br/>
        <w:t>vn 0.3634 -0.3369 -0.8686</w:t>
        <w:br/>
        <w:t>vn 0.4064 -0.3466 -0.8454</w:t>
        <w:br/>
        <w:t>vn 0.3635 -0.3369 -0.8685</w:t>
        <w:br/>
        <w:t>vn 0.0189 -0.7877 -0.6158</w:t>
        <w:br/>
        <w:t>vn 0.1254 -0.6057 -0.7857</w:t>
        <w:br/>
        <w:t>vn 0.7355 0.6670 -0.1191</w:t>
        <w:br/>
        <w:t>vn 0.6160 0.7239 -0.3107</w:t>
        <w:br/>
        <w:t>vn -0.2786 -0.9503 0.1389</w:t>
        <w:br/>
        <w:t>vn -0.2225 -0.9715 0.0821</w:t>
        <w:br/>
        <w:t>vn -0.2240 -0.6449 0.7307</w:t>
        <w:br/>
        <w:t>vn -0.2448 -0.7170 0.6527</w:t>
        <w:br/>
        <w:t>vn -0.3514 -0.9333 -0.0743</w:t>
        <w:br/>
        <w:t>vn -0.1753 -0.6564 0.7338</w:t>
        <w:br/>
        <w:t>vn 0.7140 0.4354 -0.5483</w:t>
        <w:br/>
        <w:t>vn 0.3815 -0.1158 -0.9171</w:t>
        <w:br/>
        <w:t>vn 0.5922 -0.2087 -0.7783</w:t>
        <w:br/>
        <w:t>vn 0.8324 0.3564 -0.4243</w:t>
        <w:br/>
        <w:t>vn 0.3618 -0.8627 -0.3532</w:t>
        <w:br/>
        <w:t>vn 0.3815 -0.1157 -0.9171</w:t>
        <w:br/>
        <w:t>vn 0.0954 -0.9894 -0.1091</w:t>
        <w:br/>
        <w:t>vn -0.1606 -0.9838 0.0801</w:t>
        <w:br/>
        <w:t>vn 0.3618 -0.8628 -0.3531</w:t>
        <w:br/>
        <w:t>vn 0.4819 0.7170 0.5037</w:t>
        <w:br/>
        <w:t>vn 0.5607 0.6936 0.4523</w:t>
        <w:br/>
        <w:t>vn 0.7483 0.6632 0.0134</w:t>
        <w:br/>
        <w:t>vn 0.6229 0.6787 0.3891</w:t>
        <w:br/>
        <w:t>vn 0.6614 0.6956 0.2807</w:t>
        <w:br/>
        <w:t>vn 0.6940 0.7199 0.0106</w:t>
        <w:br/>
        <w:t>vn 0.2843 0.0762 0.9557</w:t>
        <w:br/>
        <w:t>vn 0.0204 -0.5078 0.8612</w:t>
        <w:br/>
        <w:t>vn -0.1727 -0.4429 0.8798</w:t>
        <w:br/>
        <w:t>vn 0.1970 0.1385 0.9706</w:t>
        <w:br/>
        <w:t>vn 0.5701 0.6171 0.5424</w:t>
        <w:br/>
        <w:t>vn 0.6605 0.5456 0.5158</w:t>
        <w:br/>
        <w:t>vn -0.2702 -0.9463 0.1777</w:t>
        <w:br/>
        <w:t>vn -0.4466 -0.8688 0.2139</w:t>
        <w:br/>
        <w:t>vn 0.6410 0.7231 -0.2573</w:t>
        <w:br/>
        <w:t>vn 0.7002 0.6440 -0.3083</w:t>
        <w:br/>
        <w:t>vn 0.7773 -0.2675 0.5694</w:t>
        <w:br/>
        <w:t>vn 0.4063 -0.5779 0.7078</w:t>
        <w:br/>
        <w:t>vn 0.4818 -0.1938 0.8546</w:t>
        <w:br/>
        <w:t>vn 0.1323 -0.8278 0.5452</w:t>
        <w:br/>
        <w:t>vn 0.8328 0.4337 0.3440</w:t>
        <w:br/>
        <w:t>vn 0.9232 0.2352 0.3040</w:t>
        <w:br/>
        <w:t>vn 0.4818 -0.1937 0.8546</w:t>
        <w:br/>
        <w:t>vn 0.6310 0.6806 -0.3723</w:t>
        <w:br/>
        <w:t>vn 0.0373 -0.2211 -0.9745</w:t>
        <w:br/>
        <w:t>vn -0.0808 -0.1221 -0.9892</w:t>
        <w:br/>
        <w:t>vn -0.3968 -0.6686 -0.6289</w:t>
        <w:br/>
        <w:t>vn -0.2361 -0.7425 -0.6269</w:t>
        <w:br/>
        <w:t>vn 0.4020 0.2925 -0.8676</w:t>
        <w:br/>
        <w:t>vn 0.3306 0.4011 -0.8543</w:t>
        <w:br/>
        <w:t>vn 0.3608 -0.3714 -0.8555</w:t>
        <w:br/>
        <w:t>vn 0.6871 0.3997 -0.6068</w:t>
        <w:br/>
        <w:t>vn 0.5432 0.2768 -0.7926</w:t>
        <w:br/>
        <w:t>vn 0.2363 -0.4023 -0.8845</w:t>
        <w:br/>
        <w:t>vn 0.2364 -0.4023 -0.8845</w:t>
        <w:br/>
        <w:t>vn -0.1820 -0.8403 -0.5106</w:t>
        <w:br/>
        <w:t>vn -0.0594 -0.7153 -0.6963</w:t>
        <w:br/>
        <w:t>vn 0.6505 0.5731 -0.4985</w:t>
        <w:br/>
        <w:t>vn 0.6858 0.5921 0.4231</w:t>
        <w:br/>
        <w:t>vn 0.7439 0.5356 0.3998</w:t>
        <w:br/>
        <w:t>vn 0.4424 0.0762 0.8936</w:t>
        <w:br/>
        <w:t>vn 0.3726 0.1672 0.9128</w:t>
        <w:br/>
        <w:t>vn -0.0307 -0.5357 0.8439</w:t>
        <w:br/>
        <w:t>vn -0.1366 -0.4113 0.9012</w:t>
        <w:br/>
        <w:t>vn 0.3726 0.1671 0.9128</w:t>
        <w:br/>
        <w:t>vn -0.4760 -0.8607 0.1808</w:t>
        <w:br/>
        <w:t>vn -0.5665 -0.7681 0.2986</w:t>
        <w:br/>
        <w:t>vn 0.6340 0.6800 -0.3682</w:t>
        <w:br/>
        <w:t>vn 0.6475 0.6884 -0.3268</w:t>
        <w:br/>
        <w:t>vn 0.8731 -0.4482 0.1916</w:t>
        <w:br/>
        <w:t>vn 0.6103 -0.7470 0.2635</w:t>
        <w:br/>
        <w:t>vn 0.7604 -0.2300 0.6073</w:t>
        <w:br/>
        <w:t>vn 0.8732 -0.4482 0.1915</w:t>
        <w:br/>
        <w:t>vn 0.7605 -0.2300 0.6073</w:t>
        <w:br/>
        <w:t>vn 0.8863 0.4589 0.0620</w:t>
        <w:br/>
        <w:t>vn 0.9974 -0.0722 -0.0066</w:t>
        <w:br/>
        <w:t>vn -0.3709 -0.8983 -0.2358</w:t>
        <w:br/>
        <w:t>vn -0.2006 -0.9267 -0.3179</w:t>
        <w:br/>
        <w:t>vn 0.5576 0.5964 -0.5774</w:t>
        <w:br/>
        <w:t>vn 0.7572 0.5581 -0.3394</w:t>
        <w:br/>
        <w:t>vn 0.6089 0.5850 -0.5358</w:t>
        <w:br/>
        <w:t>vn 0.3352 0.4462 -0.8298</w:t>
        <w:br/>
        <w:t>vn -0.1598 -0.0738 -0.9844</w:t>
        <w:br/>
        <w:t>vn -0.1798 -0.0805 -0.9804</w:t>
        <w:br/>
        <w:t>vn 0.2917 0.4520 -0.8430</w:t>
        <w:br/>
        <w:t>vn -0.5948 -0.6412 -0.4848</w:t>
        <w:br/>
        <w:t>vn -0.5423 -0.6536 -0.5279</w:t>
        <w:br/>
        <w:t>vn -0.1799 -0.0805 -0.9804</w:t>
        <w:br/>
        <w:t>vn -0.3783 -0.9250 -0.0366</w:t>
        <w:br/>
        <w:t>vn -0.5238 -0.6092 -0.5954</w:t>
        <w:br/>
        <w:t>vn -0.4290 -0.8864 -0.1739</w:t>
        <w:br/>
        <w:t>vn -0.4686 -0.8740 -0.1285</w:t>
        <w:br/>
        <w:t>vn -0.5446 -0.6120 -0.5735</w:t>
        <w:br/>
        <w:t>vn -0.5316 -0.6326 -0.5632</w:t>
        <w:br/>
        <w:t>vn 0.2549 0.4665 -0.8470</w:t>
        <w:br/>
        <w:t>vn 0.1213 0.3856 -0.9146</w:t>
        <w:br/>
        <w:t>vn -0.0430 0.2065 -0.9775</w:t>
        <w:br/>
        <w:t>vn 0.4297 0.6030 -0.6721</w:t>
        <w:br/>
        <w:t>vn -0.8080 -0.3706 0.4581</w:t>
        <w:br/>
        <w:t>vn -0.6249 -0.7538 -0.2033</w:t>
        <w:br/>
        <w:t>vn -0.1472 -0.8955 -0.4199</w:t>
        <w:br/>
        <w:t>vn 0.0253 -0.7900 -0.6126</w:t>
        <w:br/>
        <w:t>vn -0.4339 0.1467 0.8889</w:t>
        <w:br/>
        <w:t>vn -0.4012 0.1279 0.9070</w:t>
        <w:br/>
        <w:t>vn 0.1695 0.3392 0.9253</w:t>
        <w:br/>
        <w:t>vn 0.1208 0.4340 0.8928</w:t>
        <w:br/>
        <w:t>vn 0.1176 -0.9729 -0.1993</w:t>
        <w:br/>
        <w:t>vn 0.5732 0.2026 0.7940</w:t>
        <w:br/>
        <w:t>vn 0.5951 0.1393 0.7915</w:t>
        <w:br/>
        <w:t>vn 0.4461 0.4250 0.7876</w:t>
        <w:br/>
        <w:t>vn 0.3701 0.6142 -0.6970</w:t>
        <w:br/>
        <w:t>vn 0.5688 0.7789 -0.2642</w:t>
        <w:br/>
        <w:t>vn -0.3830 -0.9237 -0.0136</w:t>
        <w:br/>
        <w:t>vn -0.2778 -0.9603 0.0248</w:t>
        <w:br/>
        <w:t>vn -0.3378 -0.9374 0.0850</w:t>
        <w:br/>
        <w:t>vn 0.2182 0.0096 0.9759</w:t>
        <w:br/>
        <w:t>vn 0.3461 0.4430 0.8270</w:t>
        <w:br/>
        <w:t>vn 0.3597 0.5031 0.7858</w:t>
        <w:br/>
        <w:t>vn 0.2747 0.0446 0.9605</w:t>
        <w:br/>
        <w:t>vn 0.1177 -0.5036 0.8559</w:t>
        <w:br/>
        <w:t>vn 0.0350 -0.3967 0.9173</w:t>
        <w:br/>
        <w:t>vn -0.1936 -0.7856 0.5877</w:t>
        <w:br/>
        <w:t>vn -0.0382 -0.8688 0.4936</w:t>
        <w:br/>
        <w:t>vn -0.3385 -0.9409 0.0130</w:t>
        <w:br/>
        <w:t>vn -0.4570 -0.4092 -0.7898</w:t>
        <w:br/>
        <w:t>vn -0.2428 -0.2967 -0.9236</w:t>
        <w:br/>
        <w:t>vn -0.1379 0.0330 -0.9899</w:t>
        <w:br/>
        <w:t>vn -0.5659 -0.5745 -0.5914</w:t>
        <w:br/>
        <w:t>vn -0.1387 0.0954 -0.9857</w:t>
        <w:br/>
        <w:t>vn -0.1378 0.0330 -0.9899</w:t>
        <w:br/>
        <w:t>vn 0.3485 0.6280 -0.6958</w:t>
        <w:br/>
        <w:t>vn -0.6348 -0.6714 -0.3825</w:t>
        <w:br/>
        <w:t>vn -0.3968 -0.8871 -0.2359</w:t>
        <w:br/>
        <w:t>vn -0.6632 -0.7232 -0.1926</w:t>
        <w:br/>
        <w:t>vn -0.2423 -0.9700 0.0203</w:t>
        <w:br/>
        <w:t>vn 0.0747 0.4579 0.8858</w:t>
        <w:br/>
        <w:t>vn -0.3049 0.0855 0.9485</w:t>
        <w:br/>
        <w:t>vn 0.3711 0.5857 0.7205</w:t>
        <w:br/>
        <w:t>vn 0.3870 0.5456 0.7433</w:t>
        <w:br/>
        <w:t>vn 0.3967 0.7195 0.5700</w:t>
        <w:br/>
        <w:t>vn 0.3466 0.7140 0.6083</w:t>
        <w:br/>
        <w:t>vn -0.1550 -0.9879 0.0087</w:t>
        <w:br/>
        <w:t>vn 0.6613 0.6168 0.4270</w:t>
        <w:br/>
        <w:t>vn 0.7084 0.6451 -0.2863</w:t>
        <w:br/>
        <w:t>vn 0.9232 0.2352 0.3041</w:t>
        <w:br/>
        <w:t>vn 0.8071 0.5898 0.0280</w:t>
        <w:br/>
        <w:t>vn 0.6095 0.5022 -0.6135</w:t>
        <w:br/>
        <w:t>vn -0.3198 -0.5396 0.7789</w:t>
        <w:br/>
        <w:t>vn -0.6783 -0.7036 -0.2117</w:t>
        <w:br/>
        <w:t>vn -0.5027 -0.8374 -0.2146</w:t>
        <w:br/>
        <w:t>vn 0.0493 -0.1421 0.9886</w:t>
        <w:br/>
        <w:t>vn 0.1403 0.7588 0.6361</w:t>
        <w:br/>
        <w:t>vn 0.3960 0.7934 0.4623</w:t>
        <w:br/>
        <w:t>vn 0.2667 0.7494 0.6060</w:t>
        <w:br/>
        <w:t>vn -0.3930 0.3576 0.8472</w:t>
        <w:br/>
        <w:t>vn -0.1933 0.5824 0.7896</w:t>
        <w:br/>
        <w:t>vn 0.1401 0.6144 0.7765</w:t>
        <w:br/>
        <w:t>vn -0.0184 0.1716 0.9850</w:t>
        <w:br/>
        <w:t>vn 0.3420 0.4289 0.8361</w:t>
        <w:br/>
        <w:t>vn 0.0198 -0.1175 0.9929</w:t>
        <w:br/>
        <w:t>vn 0.0732 -0.1942 0.9782</w:t>
        <w:br/>
        <w:t>vn 0.4217 0.4224 0.8023</w:t>
        <w:br/>
        <w:t>vn 0.3421 0.4594 0.8197</w:t>
        <w:br/>
        <w:t>vn 0.2600 0.4363 -0.8614</w:t>
        <w:br/>
        <w:t>vn -0.1905 -0.0841 -0.9781</w:t>
        <w:br/>
        <w:t>vn -0.1970 -0.0611 -0.9785</w:t>
        <w:br/>
        <w:t>vn 0.2424 0.4295 -0.8699</w:t>
        <w:br/>
        <w:t>vn -0.5106 -0.3431 -0.7884</w:t>
        <w:br/>
        <w:t>vn -0.4556 -0.3831 -0.8035</w:t>
        <w:br/>
        <w:t>vn 0.1206 -0.1031 0.9873</w:t>
        <w:br/>
        <w:t>vn 0.4488 0.4468 0.7739</w:t>
        <w:br/>
        <w:t>vn 0.0913 -0.0763 0.9929</w:t>
        <w:br/>
        <w:t>vn 0.0867 0.0686 0.9939</w:t>
        <w:br/>
        <w:t>vn 0.4685 0.4492 0.7607</w:t>
        <w:br/>
        <w:t>vn 0.4720 0.4594 0.7524</w:t>
        <w:br/>
        <w:t>vn -0.3507 -0.6693 0.6550</w:t>
        <w:br/>
        <w:t>vn 0.1196 -0.0803 0.9896</w:t>
        <w:br/>
        <w:t>vn -0.2950 -0.6833 0.6679</w:t>
        <w:br/>
        <w:t>vn 0.0540 -0.0900 0.9945</w:t>
        <w:br/>
        <w:t>vn -0.3978 -0.6510 0.6465</w:t>
        <w:br/>
        <w:t>vn -0.3863 -0.6635 0.6407</w:t>
        <w:br/>
        <w:t>vn 0.0622 -0.0784 0.9950</w:t>
        <w:br/>
        <w:t>vn -0.3473 -0.6898 0.6353</w:t>
        <w:br/>
        <w:t>vn 0.1386 0.0283 0.9899</w:t>
        <w:br/>
        <w:t>vn 0.4821 0.4418 0.7566</w:t>
        <w:br/>
        <w:t>vn 0.4471 0.4717 0.7600</w:t>
        <w:br/>
        <w:t>vn -0.4902 -0.8595 -0.1449</w:t>
        <w:br/>
        <w:t>vn -0.5268 -0.8346 -0.1607</w:t>
        <w:br/>
        <w:t>vn -0.5514 -0.8212 -0.1467</w:t>
        <w:br/>
        <w:t>vn -0.5505 -0.8224 -0.1431</w:t>
        <w:br/>
        <w:t>vn -0.4909 -0.8583 -0.1492</w:t>
        <w:br/>
        <w:t>vn 0.4879 -0.8671 -0.1007</w:t>
        <w:br/>
        <w:t>vn 0.4918 -0.6142 0.6171</w:t>
        <w:br/>
        <w:t>vn -0.0330 -0.7824 0.6219</w:t>
        <w:br/>
        <w:t>vn -0.0495 -0.9883 -0.1444</w:t>
        <w:br/>
        <w:t>vn 0.7003 -0.6473 0.3008</w:t>
        <w:br/>
        <w:t>vn 0.4919 -0.6143 0.6170</w:t>
        <w:br/>
        <w:t>vn 0.7744 -0.6284 -0.0735</w:t>
        <w:br/>
        <w:t>vn 0.6522 0.7471 0.1280</w:t>
        <w:br/>
        <w:t>vn 0.6244 0.7667 0.1491</w:t>
        <w:br/>
        <w:t>vn 0.6784 0.7100 0.1885</w:t>
        <w:br/>
        <w:t>vn 0.4291 0.5454 0.7200</w:t>
        <w:br/>
        <w:t>vn 0.5958 0.7779 0.1994</w:t>
        <w:br/>
        <w:t>vn 0.5856 0.7912 0.1763</w:t>
        <w:br/>
        <w:t>vn 0.4236 0.4736 0.7722</w:t>
        <w:br/>
        <w:t>vn 0.4873 0.4332 -0.7582</w:t>
        <w:br/>
        <w:t>vn 0.1683 0.0022 -0.9857</w:t>
        <w:br/>
        <w:t>vn 0.0840 0.1549 -0.9843</w:t>
        <w:br/>
        <w:t>vn 0.4916 0.6366 -0.5942</w:t>
        <w:br/>
        <w:t>vn 0.5184 0.6346 -0.5732</w:t>
        <w:br/>
        <w:t>vn 0.1954 0.2666 -0.9438</w:t>
        <w:br/>
        <w:t>vn -0.3327 -0.4530 -0.8271</w:t>
        <w:br/>
        <w:t>vn -0.3275 -0.4536 -0.8289</w:t>
        <w:br/>
        <w:t>vn 0.0840 0.1549 -0.9844</w:t>
        <w:br/>
        <w:t>vn 0.0807 0.0970 -0.9920</w:t>
        <w:br/>
        <w:t>vn -0.3056 -0.4762 -0.8245</w:t>
        <w:br/>
        <w:t>vn 0.4988 0.5943 -0.6309</w:t>
        <w:br/>
        <w:t>vn 0.1270 0.1820 -0.9751</w:t>
        <w:br/>
        <w:t>vn 0.1508 0.1931 -0.9695</w:t>
        <w:br/>
        <w:t>vn -0.3209 -0.4679 -0.8235</w:t>
        <w:br/>
        <w:t>vn -0.3373 -0.4612 -0.8207</w:t>
        <w:br/>
        <w:t>vn 0.5134 0.6562 -0.5529</w:t>
        <w:br/>
        <w:t>vn 0.5115 0.6695 -0.5386</w:t>
        <w:br/>
        <w:t>vn 0.1507 0.1931 -0.9695</w:t>
        <w:br/>
        <w:t>vn 0.1271 0.1820 -0.9750</w:t>
        <w:br/>
        <w:t>vn -0.1539 -0.5932 -0.7902</w:t>
        <w:br/>
        <w:t>vn -0.5384 -0.8277 -0.1583</w:t>
        <w:br/>
        <w:t>vn -0.2762 -0.4830 -0.8310</w:t>
        <w:br/>
        <w:t>vn 0.0525 -0.5935 -0.8031</w:t>
        <w:br/>
        <w:t>vn 0.4976 -0.6031 -0.6234</w:t>
        <w:br/>
        <w:t>vn 0.7263 0.6746 -0.1316</w:t>
        <w:br/>
        <w:t>vn 0.5343 0.7361 -0.4155</w:t>
        <w:br/>
        <w:t>vn 0.4907 0.7010 -0.5175</w:t>
        <w:br/>
        <w:t>vn -0.2794 -0.7362 0.6164</w:t>
        <w:br/>
        <w:t>vn 0.0732 -0.0626 0.9954</w:t>
        <w:br/>
        <w:t>vn -0.3657 -0.9171 -0.1588</w:t>
        <w:br/>
        <w:t>vn -0.1966 -0.5241 -0.8287</w:t>
        <w:br/>
        <w:t>vn 0.1950 -0.1422 0.9704</w:t>
        <w:br/>
        <w:t>vn 0.3301 0.1486 -0.9322</w:t>
        <w:br/>
        <w:t>vn 0.2440 0.3258 -0.9134</w:t>
        <w:br/>
        <w:t>vn 0.1923 0.2348 -0.9528</w:t>
        <w:br/>
        <w:t>vn -0.3747 -0.6588 0.6524</w:t>
        <w:br/>
        <w:t>vn 0.4986 0.6868 -0.5289</w:t>
        <w:br/>
        <w:t>vn 0.4175 0.4757 0.7742</w:t>
        <w:br/>
        <w:t>vn 0.6032 0.7816 0.1591</w:t>
        <w:br/>
        <w:t>vn 0.5047 0.6802 -0.5315</w:t>
        <w:br/>
        <w:t>vn 0.0731 -0.0626 0.9954</w:t>
        <w:br/>
        <w:t>vn 0.4918 -0.6143 0.6171</w:t>
        <w:br/>
        <w:t>vn 0.6965 0.5014 0.5134</w:t>
        <w:br/>
        <w:t>vn 0.5127 0.5292 0.6761</w:t>
        <w:br/>
        <w:t>vn 0.6256 0.6886 -0.3666</w:t>
        <w:br/>
        <w:t>vn 0.1923 0.2349 -0.9528</w:t>
        <w:br/>
        <w:t>vn 0.7428 0.6548 0.1397</w:t>
        <w:br/>
        <w:t>vn 0.6296 0.7517 0.1963</w:t>
        <w:br/>
        <w:t>vn 0.5372 0.4476 -0.7149</w:t>
        <w:br/>
        <w:t>vn 0.8950 0.1996 -0.3989</w:t>
        <w:br/>
        <w:t>vn 0.1183 -0.0713 0.9904</w:t>
        <w:br/>
        <w:t>vn 0.1950 0.0576 0.9791</w:t>
        <w:br/>
        <w:t>vn 0.4771 0.4833 0.7340</w:t>
        <w:br/>
        <w:t>vn 0.4401 0.4605 0.7709</w:t>
        <w:br/>
        <w:t>vn -0.2293 -0.6501 0.7244</w:t>
        <w:br/>
        <w:t>vn 0.1182 -0.0713 0.9904</w:t>
        <w:br/>
        <w:t>vn 0.1734 -0.0966 0.9801</w:t>
        <w:br/>
        <w:t>vn -0.1654 -0.6825 0.7120</w:t>
        <w:br/>
        <w:t>vn -0.3126 -0.6791 0.6642</w:t>
        <w:br/>
        <w:t>vn 0.1886 0.1338 0.9729</w:t>
        <w:br/>
        <w:t>vn 0.1037 -0.0254 0.9943</w:t>
        <w:br/>
        <w:t>vn -0.3236 -0.6485 0.6891</w:t>
        <w:br/>
        <w:t>vn 0.1342 -0.0490 0.9897</w:t>
        <w:br/>
        <w:t>vn 0.5049 0.6521 0.5655</w:t>
        <w:br/>
        <w:t>vn 0.4560 0.5975 0.6596</w:t>
        <w:br/>
        <w:t>vn 0.1887 0.1338 0.9729</w:t>
        <w:br/>
        <w:t>vn 0.4606 0.5379 0.7061</w:t>
        <w:br/>
        <w:t>vn 0.4557 0.5274 0.7170</w:t>
        <w:br/>
        <w:t>vn -0.3942 -0.9157 -0.0782</w:t>
        <w:br/>
        <w:t>vn -0.4587 -0.8851 -0.0781</w:t>
        <w:br/>
        <w:t>vn -0.5211 -0.8524 -0.0421</w:t>
        <w:br/>
        <w:t>vn -0.4685 -0.8813 -0.0624</w:t>
        <w:br/>
        <w:t>vn -0.0537 -0.9895 -0.1341</w:t>
        <w:br/>
        <w:t>vn 0.4138 -0.8632 -0.2893</w:t>
        <w:br/>
        <w:t>vn 0.6667 -0.6367 0.3875</w:t>
        <w:br/>
        <w:t>vn 0.0169 -0.8669 0.4982</w:t>
        <w:br/>
        <w:t>vn 0.5190 0.8531 0.0528</w:t>
        <w:br/>
        <w:t>vn 0.5787 0.8132 0.0622</w:t>
        <w:br/>
        <w:t>vn 0.6162 0.7810 0.1017</w:t>
        <w:br/>
        <w:t>vn 0.5850 0.8076 0.0747</w:t>
        <w:br/>
        <w:t>vn 0.6215 0.7797 0.0753</w:t>
        <w:br/>
        <w:t>vn 0.6270 0.7741 0.0872</w:t>
        <w:br/>
        <w:t>vn 0.4543 0.4180 0.7867</w:t>
        <w:br/>
        <w:t>vn 0.4252 0.5928 -0.6839</w:t>
        <w:br/>
        <w:t>vn 0.1091 0.1908 -0.9755</w:t>
        <w:br/>
        <w:t>vn 0.0033 0.0807 -0.9967</w:t>
        <w:br/>
        <w:t>vn 0.3944 0.5923 -0.7026</w:t>
        <w:br/>
        <w:t>vn -0.3478 -0.4873 -0.8010</w:t>
        <w:br/>
        <w:t>vn -0.3234 -0.4989 -0.8040</w:t>
        <w:br/>
        <w:t>vn 0.0034 0.0807 -0.9967</w:t>
        <w:br/>
        <w:t>vn 0.1091 0.1909 -0.9755</w:t>
        <w:br/>
        <w:t>vn -0.3019 -0.5348 -0.7892</w:t>
        <w:br/>
        <w:t>vn -0.0100 0.0666 -0.9977</w:t>
        <w:br/>
        <w:t>vn -0.0101 0.0666 -0.9977</w:t>
        <w:br/>
        <w:t>vn 0.3769 0.5829 -0.7198</w:t>
        <w:br/>
        <w:t>vn 0.0727 0.1194 -0.9902</w:t>
        <w:br/>
        <w:t>vn 0.1458 0.2202 -0.9645</w:t>
        <w:br/>
        <w:t>vn 0.4923 0.6148 -0.6162</w:t>
        <w:br/>
        <w:t>vn 0.4539 0.7440 -0.4904</w:t>
        <w:br/>
        <w:t>vn -0.2615 -0.6228 -0.7374</w:t>
        <w:br/>
        <w:t>vn -0.1041 -0.1100 -0.9885</w:t>
        <w:br/>
        <w:t>vn -0.2935 -0.3476 -0.8905</w:t>
        <w:br/>
        <w:t>vn 0.0511 0.1744 -0.9833</w:t>
        <w:br/>
        <w:t>vn 0.4171 0.6446 -0.6408</w:t>
        <w:br/>
        <w:t>vn 0.4047 0.6563 -0.6368</w:t>
        <w:br/>
        <w:t>vn -0.5003 -0.8627 -0.0732</w:t>
        <w:br/>
        <w:t>vn -0.4767 -0.8028 -0.3581</w:t>
        <w:br/>
        <w:t>vn -0.4470 -0.8163 -0.3658</w:t>
        <w:br/>
        <w:t>vn -0.0794 -0.7336 -0.6749</w:t>
        <w:br/>
        <w:t>vn 0.5016 -0.5966 -0.6265</w:t>
        <w:br/>
        <w:t>vn 0.0421 0.1410 -0.9891</w:t>
        <w:br/>
        <w:t>vn 0.4540 0.5942 -0.6639</w:t>
        <w:br/>
        <w:t>vn 0.4393 0.6210 -0.6491</w:t>
        <w:br/>
        <w:t>vn -0.3787 -0.4875 -0.7868</w:t>
        <w:br/>
        <w:t>vn 0.0421 0.1409 -0.9891</w:t>
        <w:br/>
        <w:t>vn 0.6390 0.7673 0.0540</w:t>
        <w:br/>
        <w:t>vn 0.6328 0.7721 0.0590</w:t>
        <w:br/>
        <w:t>vn -0.5323 -0.8450 -0.0522</w:t>
        <w:br/>
        <w:t>vn -0.3083 -0.6403 0.7035</w:t>
        <w:br/>
        <w:t>vn -0.2717 -0.6406 0.7182</w:t>
        <w:br/>
        <w:t>vn -0.3506 -0.9311 -0.1005</w:t>
        <w:br/>
        <w:t>vn -0.2463 -0.7579 0.6041</w:t>
        <w:br/>
        <w:t>vn 0.3028 -0.1943 0.9330</w:t>
        <w:br/>
        <w:t>vn 0.1535 -0.0163 -0.9880</w:t>
        <w:br/>
        <w:t>vn 0.6400 0.7664 0.0548</w:t>
        <w:br/>
        <w:t>vn 0.8829 0.0470 0.4671</w:t>
        <w:br/>
        <w:t>vn 0.5869 0.4857 0.6478</w:t>
        <w:br/>
        <w:t>vn 0.5519 0.1266 0.8243</w:t>
        <w:br/>
        <w:t>vn 0.5037 0.6080 -0.6137</w:t>
        <w:br/>
        <w:t>vn 0.1218 -0.0549 0.9910</w:t>
        <w:br/>
        <w:t>vn 0.7821 0.1633 -0.6014</w:t>
        <w:br/>
        <w:t>vn 0.4188 0.3464 -0.8394</w:t>
        <w:br/>
        <w:t>vn 0.1838 0.1470 0.9719</w:t>
        <w:br/>
        <w:t>vn 0.2470 0.2651 0.9321</w:t>
        <w:br/>
        <w:t>vn 0.5451 0.6714 0.5021</w:t>
        <w:br/>
        <w:t>vn 0.5462 0.6569 0.5198</w:t>
        <w:br/>
        <w:t>vn -0.2156 -0.4507 0.8663</w:t>
        <w:br/>
        <w:t>vn -0.2351 -0.4563 0.8582</w:t>
        <w:br/>
        <w:t>vn 0.2014 0.1281 0.9711</w:t>
        <w:br/>
        <w:t>vn 0.2470 0.2650 0.9321</w:t>
        <w:br/>
        <w:t>vn -0.2275 -0.4486 0.8643</w:t>
        <w:br/>
        <w:t>vn -0.2103 -0.4953 0.8429</w:t>
        <w:br/>
        <w:t>vn 0.2408 0.2533 0.9369</w:t>
        <w:br/>
        <w:t>vn 0.2073 0.1159 0.9714</w:t>
        <w:br/>
        <w:t>vn -0.2250 -0.4712 0.8528</w:t>
        <w:br/>
        <w:t>vn 0.5380 0.6776 0.5014</w:t>
        <w:br/>
        <w:t>vn 0.5687 0.6497 0.5045</w:t>
        <w:br/>
        <w:t>vn 0.2409 0.2533 0.9369</w:t>
        <w:br/>
        <w:t>vn 0.5805 0.6353 0.5094</w:t>
        <w:br/>
        <w:t>vn 0.5293 0.6852 0.5004</w:t>
        <w:br/>
        <w:t>vn -0.4971 -0.8366 0.2302</w:t>
        <w:br/>
        <w:t>vn -0.5118 -0.8240 0.2431</w:t>
        <w:br/>
        <w:t>vn -0.5123 -0.8221 0.2484</w:t>
        <w:br/>
        <w:t>vn -0.5112 -0.8176 0.2650</w:t>
        <w:br/>
        <w:t>vn -0.4645 -0.8359 0.2924</w:t>
        <w:br/>
        <w:t>vn 0.3717 -0.7078 0.6007</w:t>
        <w:br/>
        <w:t>vn -0.0069 -0.7095 0.7046</w:t>
        <w:br/>
        <w:t>vn -0.1144 -0.9674 0.2260</w:t>
        <w:br/>
        <w:t>vn 0.6696 -0.7427 0.0103</w:t>
        <w:br/>
        <w:t>vn 0.5737 0.7911 -0.2124</w:t>
        <w:br/>
        <w:t>vn 0.5975 0.7677 -0.2317</w:t>
        <w:br/>
        <w:t>vn 0.6019 0.7561 -0.2571</w:t>
        <w:br/>
        <w:t>vn 0.6233 0.7411 -0.2493</w:t>
        <w:br/>
        <w:t>vn 0.6030 0.7634 -0.2315</w:t>
        <w:br/>
        <w:t>vn 0.5914 0.7714 -0.2348</w:t>
        <w:br/>
        <w:t>vn 0.5203 0.8170 -0.2484</w:t>
        <w:br/>
        <w:t>vn 0.4650 0.7394 0.4869</w:t>
        <w:br/>
        <w:t>vn 0.5390 0.6820 0.4944</w:t>
        <w:br/>
        <w:t>vn 0.5473 0.7879 -0.2823</w:t>
        <w:br/>
        <w:t>vn 0.3410 0.4649 -0.8171</w:t>
        <w:br/>
        <w:t>vn 0.0037 0.0067 -1.0000</w:t>
        <w:br/>
        <w:t>vn -0.0952 -0.0902 -0.9914</w:t>
        <w:br/>
        <w:t>vn 0.3280 0.4570 -0.8268</w:t>
        <w:br/>
        <w:t>vn -0.4547 -0.6601 -0.5979</w:t>
        <w:br/>
        <w:t>vn -0.4490 -0.6543 -0.6085</w:t>
        <w:br/>
        <w:t>vn 0.3206 0.5087 -0.7990</w:t>
        <w:br/>
        <w:t>vn -0.0203 0.0101 -0.9997</w:t>
        <w:br/>
        <w:t>vn -0.0922 -0.0727 -0.9931</w:t>
        <w:br/>
        <w:t>vn 0.3282 0.4905 -0.8073</w:t>
        <w:br/>
        <w:t>vn -0.4572 -0.7042 -0.5432</w:t>
        <w:br/>
        <w:t>vn -0.4727 -0.6739 -0.5677</w:t>
        <w:br/>
        <w:t>vn -0.0923 -0.0727 -0.9931</w:t>
        <w:br/>
        <w:t>vn -0.4553 -0.6723 -0.5837</w:t>
        <w:br/>
        <w:t>vn -0.0623 -0.0851 -0.9944</w:t>
        <w:br/>
        <w:t>vn 0.3547 0.4410 -0.8245</w:t>
        <w:br/>
        <w:t>vn 0.3561 0.4513 -0.8182</w:t>
        <w:br/>
        <w:t>vn 0.2464 -0.8411 -0.4815</w:t>
        <w:br/>
        <w:t>vn -0.1812 -0.8673 -0.4637</w:t>
        <w:br/>
        <w:t>vn 0.3069 0.4237 -0.8522</w:t>
        <w:br/>
        <w:t>vn 0.3202 0.4724 -0.8212</w:t>
        <w:br/>
        <w:t>vn -0.1856 -0.5831 0.7910</w:t>
        <w:br/>
        <w:t>vn 0.1995 0.0556 0.9783</w:t>
        <w:br/>
        <w:t>vn -0.3759 -0.8797 0.2912</w:t>
        <w:br/>
        <w:t>vn -0.3900 -0.7801 -0.4892</w:t>
        <w:br/>
        <w:t>vn 0.3149 -0.0541 0.9476</w:t>
        <w:br/>
        <w:t>vn -0.0011 -0.2545 -0.9671</w:t>
        <w:br/>
        <w:t>vn -0.0699 -0.1632 -0.9841</w:t>
        <w:br/>
        <w:t>vn 0.1996 0.0556 0.9783</w:t>
        <w:br/>
        <w:t>vn 0.6349 0.5965 0.4910</w:t>
        <w:br/>
        <w:t>vn 0.3711 0.3558 -0.8577</w:t>
        <w:br/>
        <w:t>vn 0.2341 -0.0045 -0.9722</w:t>
        <w:br/>
        <w:t>vn 0.7040 -0.1357 -0.6971</w:t>
        <w:br/>
        <w:t>vn 0.4652 0.3053 0.8309</w:t>
        <w:br/>
        <w:t>vn 0.6901 0.6169 0.3785</w:t>
        <w:br/>
        <w:t>vn -0.1437 -0.4402 0.8863</w:t>
        <w:br/>
        <w:t>vn 0.4318 0.3492 0.8317</w:t>
        <w:br/>
        <w:t>vn 0.3836 0.2213 0.8966</w:t>
        <w:br/>
        <w:t>vn -0.1381 -0.4110 0.9011</w:t>
        <w:br/>
        <w:t>vn 0.3835 0.2213 0.8966</w:t>
        <w:br/>
        <w:t>vn 0.4318 0.3492 0.8316</w:t>
        <w:br/>
        <w:t>vn 0.6553 0.6923 0.3022</w:t>
        <w:br/>
        <w:t>vn 0.6871 0.6512 0.3222</w:t>
        <w:br/>
        <w:t>vn -0.5618 -0.7503 0.3485</w:t>
        <w:br/>
        <w:t>vn -0.5525 -0.7456 0.3726</w:t>
        <w:br/>
        <w:t>vn -0.1519 -0.3896 0.9084</w:t>
        <w:br/>
        <w:t>vn -0.1425 -0.3902 0.9096</w:t>
        <w:br/>
        <w:t>vn -0.5194 -0.7650 0.3808</w:t>
        <w:br/>
        <w:t>vn -0.4727 -0.7920 0.3865</w:t>
        <w:br/>
        <w:t>vn -0.1386 -0.9520 0.2729</w:t>
        <w:br/>
        <w:t>vn 0.6264 -0.7795 0.0038</w:t>
        <w:br/>
        <w:t>vn 0.3842 -0.6663 0.6391</w:t>
        <w:br/>
        <w:t>vn 0.0265 -0.6353 0.7718</w:t>
        <w:br/>
        <w:t>vn 0.6002 0.7182 -0.3519</w:t>
        <w:br/>
        <w:t>vn 0.6324 0.6876 -0.3567</w:t>
        <w:br/>
        <w:t>vn 0.5447 0.7443 -0.3864</w:t>
        <w:br/>
        <w:t>vn 0.6138 0.7304 0.2997</w:t>
        <w:br/>
        <w:t>vn 0.6485 0.6909 0.3195</w:t>
        <w:br/>
        <w:t>vn 0.5347 0.7386 -0.4107</w:t>
        <w:br/>
        <w:t>vn 0.2307 0.4969 -0.8366</w:t>
        <w:br/>
        <w:t>vn -0.1072 -0.0602 -0.9924</w:t>
        <w:br/>
        <w:t>vn -0.6108 -0.6553 -0.4444</w:t>
        <w:br/>
        <w:t>vn -0.1071 -0.0601 -0.9924</w:t>
        <w:br/>
        <w:t>vn -0.2088 -0.1718 -0.9628</w:t>
        <w:br/>
        <w:t>vn 0.2701 0.3786 -0.8853</w:t>
        <w:br/>
        <w:t>vn 0.2626 0.3629 -0.8940</w:t>
        <w:br/>
        <w:t>vn -0.1571 -0.1193 -0.9803</w:t>
        <w:br/>
        <w:t>vn -0.5438 -0.7305 -0.4131</w:t>
        <w:br/>
        <w:t>vn -0.5704 -0.6969 -0.4347</w:t>
        <w:br/>
        <w:t>vn -0.2088 -0.1717 -0.9628</w:t>
        <w:br/>
        <w:t>vn -0.1571 -0.1193 -0.9804</w:t>
        <w:br/>
        <w:t>vn -0.6051 -0.6685 -0.4323</w:t>
        <w:br/>
        <w:t>vn -0.1910 -0.1305 -0.9729</w:t>
        <w:br/>
        <w:t>vn -0.1911 -0.1305 -0.9729</w:t>
        <w:br/>
        <w:t>vn 0.3926 0.2268 -0.8913</w:t>
        <w:br/>
        <w:t>vn 0.2958 0.3717 -0.8800</w:t>
        <w:br/>
        <w:t>vn -0.2746 -0.8436 -0.4613</w:t>
        <w:br/>
        <w:t>vn 0.0954 -0.7581 -0.6451</w:t>
        <w:br/>
        <w:t>vn 0.6789 0.6372 -0.3649</w:t>
        <w:br/>
        <w:t>vn 0.6600 0.6515 -0.3741</w:t>
        <w:br/>
        <w:t>vn 0.2010 0.3612 -0.9106</w:t>
        <w:br/>
        <w:t>vn 0.2235 0.3818 -0.8968</w:t>
        <w:br/>
        <w:t>vn -0.1391 -0.5158 0.8453</w:t>
        <w:br/>
        <w:t>vn 0.3573 0.1382 0.9237</w:t>
        <w:br/>
        <w:t>vn -0.4176 -0.8278 0.3747</w:t>
        <w:br/>
        <w:t>vn -0.5067 -0.8345 -0.2165</w:t>
        <w:br/>
        <w:t>vn 0.6897 0.6307 0.3557</w:t>
        <w:br/>
        <w:t>vn 0.7144 0.6068 0.3484</w:t>
        <w:br/>
        <w:t>vn 0.3918 0.2148 0.8946</w:t>
        <w:br/>
        <w:t>vn 0.4284 -0.0008 0.9036</w:t>
        <w:br/>
        <w:t>vn -0.1353 -0.3374 -0.9316</w:t>
        <w:br/>
        <w:t>vn -0.4180 -0.4452 -0.7919</w:t>
        <w:br/>
        <w:t>vn -0.2163 -0.2148 -0.9524</w:t>
        <w:br/>
        <w:t>vn 0.7402 0.5830 0.3350</w:t>
        <w:br/>
        <w:t>vn 0.4285 -0.0008 0.9036</w:t>
        <w:br/>
        <w:t>vn 0.6488 0.3383 0.6817</w:t>
        <w:br/>
        <w:t>vn 0.9679 0.0054 0.2514</w:t>
        <w:br/>
        <w:t>vn 0.2935 0.2251 -0.9291</w:t>
        <w:br/>
        <w:t>vn 0.0953 -0.7582 -0.6450</w:t>
        <w:br/>
        <w:t>vn 0.5656 -0.5769 -0.5894</w:t>
        <w:br/>
        <w:t>vn 0.0198 -0.1176 0.9929</w:t>
        <w:br/>
        <w:t>vn -0.4601 -0.8801 -0.1173</w:t>
        <w:br/>
        <w:t>vn -0.5361 -0.8259 -0.1745</w:t>
        <w:br/>
        <w:t>vn -0.5568 -0.8084 -0.1909</w:t>
        <w:br/>
        <w:t>vn 0.5143 0.8304 -0.2144</w:t>
        <w:br/>
        <w:t>vn 0.3153 0.6542 -0.6875</w:t>
        <w:br/>
        <w:t>vn 0.5097 0.8436 0.1691</w:t>
        <w:br/>
        <w:t>vn 0.5751 0.8159 0.0593</w:t>
        <w:br/>
        <w:t>vn 0.5092 0.8110 0.2881</w:t>
        <w:br/>
        <w:t>vn 0.5807 0.7737 0.2535</w:t>
        <w:br/>
        <w:t>vn 0.6900 0.6070 -0.3942</w:t>
        <w:br/>
        <w:t>vn 0.6568 0.7432 0.1277</w:t>
        <w:br/>
        <w:t>vn 0.4720 0.4623 0.7506</w:t>
        <w:br/>
        <w:t>vn 0.6495 0.7486 0.1332</w:t>
        <w:br/>
        <w:t>vn 0.4912 0.4958 0.7162</w:t>
        <w:br/>
        <w:t>vn 0.4913 0.4884 0.7211</w:t>
        <w:br/>
        <w:t>vn 0.6633 0.7341 0.1453</w:t>
        <w:br/>
        <w:t>vn 0.6181 0.7145 -0.3276</w:t>
        <w:br/>
        <w:t>vn 0.6510 0.7506 0.1129</w:t>
        <w:br/>
        <w:t>vn 0.7331 0.5737 -0.3653</w:t>
        <w:br/>
        <w:t>vn 0.6262 0.6398 -0.4455</w:t>
        <w:br/>
        <w:t>vn -0.3198 -0.5396 0.7788</w:t>
        <w:br/>
        <w:t>vn -0.0771 -0.5106 0.8564</w:t>
        <w:br/>
        <w:t>vn 0.1756 -0.0630 -0.9824</w:t>
        <w:br/>
        <w:t>vn 0.4236 0.7254 0.5426</w:t>
        <w:br/>
        <w:t>vn 0.1545 0.6999 0.6974</w:t>
        <w:br/>
        <w:t>vn -0.0430 0.2066 -0.9775</w:t>
        <w:br/>
        <w:t>vn -0.0286 0.3011 -0.9532</w:t>
        <w:br/>
        <w:t>vn 0.5231 0.2866 0.8027</w:t>
        <w:br/>
        <w:t>vn 0.8424 -0.2242 0.4899</w:t>
        <w:br/>
        <w:t>vn -0.0404 0.7349 0.6770</w:t>
        <w:br/>
        <w:t>vn -0.0071 0.6684 0.7438</w:t>
        <w:br/>
        <w:t>vn 0.6696 -0.7426 0.0103</w:t>
        <w:br/>
        <w:t>vn 0.3718 -0.7078 0.6007</w:t>
        <w:br/>
        <w:t>vn 0.7040 -0.1357 -0.6972</w:t>
        <w:br/>
        <w:t>vn 0.3371 0.5850 0.7377</w:t>
        <w:br/>
        <w:t>vn 0.6126 0.7798 0.1291</w:t>
        <w:br/>
        <w:t>vn 0.5289 0.6318 -0.5667</w:t>
        <w:br/>
        <w:t>vn 0.5192 0.6426 -0.5634</w:t>
        <w:br/>
        <w:t>vn 0.6088 0.7855 0.1115</w:t>
        <w:br/>
        <w:t>vn 0.3539 0.5755 0.7373</w:t>
        <w:br/>
        <w:t>vn 0.4127 0.4687 0.7810</w:t>
        <w:br/>
        <w:t>vn 0.5915 0.7893 0.1648</w:t>
        <w:br/>
        <w:t>vn 0.4878 0.5052 0.7119</w:t>
        <w:br/>
        <w:t>vn 0.6431 0.7643 0.0486</w:t>
        <w:br/>
        <w:t>vn 0.4631 0.5794 -0.6707</w:t>
        <w:br/>
        <w:t>vn 0.4554 0.5608 0.6915</w:t>
        <w:br/>
        <w:t>vn 0.6329 0.7683 0.0955</w:t>
        <w:br/>
        <w:t>vn 0.5082 0.5605 -0.6539</w:t>
        <w:br/>
        <w:t>vn 0.5028 0.7097 0.4935</w:t>
        <w:br/>
        <w:t>vn 0.5770 0.7776 -0.2498</w:t>
        <w:br/>
        <w:t>vn 0.3465 0.4519 -0.8220</w:t>
        <w:br/>
        <w:t>vn 0.4774 0.7283 0.4916</w:t>
        <w:br/>
        <w:t>vn 0.5500 0.8072 -0.2145</w:t>
        <w:br/>
        <w:t>vn 0.3420 0.4954 -0.7985</w:t>
        <w:br/>
        <w:t>vn 0.6834 0.6394 0.3525</w:t>
        <w:br/>
        <w:t>vn 0.6462 0.6840 -0.3385</w:t>
        <w:br/>
        <w:t>vn 0.2952 0.3394 -0.8931</w:t>
        <w:br/>
        <w:t>vn 0.6269 0.7207 0.2960</w:t>
        <w:br/>
        <w:t>vn 0.5712 0.7369 -0.3615</w:t>
        <w:br/>
        <w:t>vn 0.2366 0.3786 -0.8948</w:t>
        <w:br/>
        <w:t>vn 0.1576 -0.6718 0.7238</w:t>
        <w:br/>
        <w:t>vn -0.1377 -0.6626 -0.7362</w:t>
        <w:br/>
        <w:t>vn -0.2193 -0.9716 0.0883</w:t>
        <w:br/>
        <w:t>vn 0.1757 -0.0631 -0.9824</w:t>
        <w:br/>
        <w:t>vn 0.4675 -0.2233 0.8553</w:t>
        <w:br/>
        <w:t>vn 0.3956 0.4843 -0.7803</w:t>
        <w:br/>
        <w:t>vn 0.4683 0.8105 0.3519</w:t>
        <w:br/>
        <w:t>vn 0.1825 0.5040 0.8442</w:t>
        <w:br/>
        <w:t>vn -0.6285 -0.6936 -0.3521</w:t>
        <w:br/>
        <w:t>vn -0.7120 -0.7017 -0.0267</w:t>
        <w:br/>
        <w:t>vn -0.7592 -0.5837 0.2880</w:t>
        <w:br/>
        <w:t>vn -0.3200 -0.7440 0.5866</w:t>
        <w:br/>
        <w:t>vn -0.1915 0.1259 -0.9734</w:t>
        <w:br/>
        <w:t>vn -0.5134 -0.3348 -0.7901</w:t>
        <w:br/>
        <w:t>vn 0.1317 -0.9477 0.2907</w:t>
        <w:br/>
        <w:t>vn -0.1579 -0.9643 0.2125</w:t>
        <w:br/>
        <w:t>vn -0.3201 -0.7440 0.5866</w:t>
        <w:br/>
        <w:t>vn 0.5404 0.8075 -0.2367</w:t>
        <w:br/>
        <w:t>vn 0.5399 0.8345 0.1103</w:t>
        <w:br/>
        <w:t>vn 0.4063 -0.3466 -0.8454</w:t>
        <w:br/>
        <w:t>vn 0.1600 -0.6582 -0.7357</w:t>
        <w:br/>
        <w:t>vn 0.5055 -0.8627 0.0153</w:t>
        <w:br/>
        <w:t>vn 0.2751 -0.3052 -0.9117</w:t>
        <w:br/>
        <w:t>vn 0.8950 0.1995 -0.3989</w:t>
        <w:br/>
        <w:t>vn 0.8438 0.5330 0.0629</w:t>
        <w:br/>
        <w:t>vn 0.8098 -0.5823 -0.0722</w:t>
        <w:br/>
        <w:t>vn 0.7745 -0.6284 -0.0734</w:t>
        <w:br/>
        <w:t>vn 0.5917 0.8053 0.0390</w:t>
        <w:br/>
        <w:t>vn 0.7821 0.1633 -0.6013</w:t>
        <w:br/>
        <w:t>vn 0.9478 -0.2932 -0.1252</w:t>
        <w:br/>
        <w:t>vn 0.5016 -0.5965 -0.6265</w:t>
        <w:br/>
        <w:t>vn 0.8830 0.0470 0.4671</w:t>
        <w:br/>
        <w:t>vn 0.6667 -0.6367 0.3874</w:t>
        <w:br/>
        <w:t>vn 0.4137 -0.8632 -0.2893</w:t>
        <w:br/>
        <w:t>vn 0.9446 -0.1577 0.2879</w:t>
        <w:br/>
        <w:t>vn 0.6873 0.7263 0.0108</w:t>
        <w:br/>
        <w:t>vn 0.9551 -0.2651 -0.1321</w:t>
        <w:br/>
        <w:t>vn 0.6312 0.7211 -0.2858</w:t>
        <w:br/>
        <w:t>vn 0.6788 0.6798 -0.2777</w:t>
        <w:br/>
        <w:t>vn 0.7087 0.7015 0.0748</w:t>
        <w:br/>
        <w:t>vn 0.9167 -0.3776 -0.1308</w:t>
        <w:br/>
        <w:t>vn 0.6627 0.6294 -0.4059</w:t>
        <w:br/>
        <w:t>vn 0.9477 0.0688 -0.3117</w:t>
        <w:br/>
        <w:t>vn 0.6406 0.3896 -0.6617</w:t>
        <w:br/>
        <w:t>vn 0.4320 0.5849 -0.6865</w:t>
        <w:br/>
        <w:t>vn 0.2399 0.3156 -0.9181</w:t>
        <w:br/>
        <w:t>vn 0.5667 0.7582 -0.3225</w:t>
        <w:br/>
        <w:t>vn 0.4373 0.7512 0.4945</w:t>
        <w:br/>
        <w:t>vn 0.2599 0.5674 0.7814</w:t>
        <w:br/>
        <w:t>vn 0.9573 -0.0788 0.2783</w:t>
        <w:br/>
        <w:t>vn 0.8608 -0.0643 0.5048</w:t>
        <w:br/>
        <w:t>vn -0.4460 -0.7531 -0.4836</w:t>
        <w:br/>
        <w:t>vn -0.8334 0.5526 0.0019</w:t>
        <w:br/>
        <w:t>vn -0.8116 0.5816 0.0551</w:t>
        <w:br/>
        <w:t>vn -0.7681 0.6398 0.0255</w:t>
        <w:br/>
        <w:t>vn -0.7743 0.6329 0.0023</w:t>
        <w:br/>
        <w:t>vn -0.7910 0.6050 0.0903</w:t>
        <w:br/>
        <w:t>vn -0.7627 0.6460 0.0329</w:t>
        <w:br/>
        <w:t>vn -0.7415 0.6621 0.1083</w:t>
        <w:br/>
        <w:t>vn -0.7284 0.6836 0.0468</w:t>
        <w:br/>
        <w:t>vn -0.8022 0.5957 -0.0394</w:t>
        <w:br/>
        <w:t>vn -0.7560 0.6535 -0.0375</w:t>
        <w:br/>
        <w:t>vn -0.7579 0.6508 -0.0453</w:t>
        <w:br/>
        <w:t>vn -0.8017 0.5950 -0.0577</w:t>
        <w:br/>
        <w:t>vn -0.7631 0.6195 -0.1842</w:t>
        <w:br/>
        <w:t>vn -0.6991 0.6888 -0.1922</w:t>
        <w:br/>
        <w:t>vn -0.6738 0.6355 -0.3769</w:t>
        <w:br/>
        <w:t>vn -0.7753 0.5194 -0.3593</w:t>
        <w:br/>
        <w:t>vn -0.8419 0.4866 -0.2334</w:t>
        <w:br/>
        <w:t>vn -0.8583 0.5015 -0.1088</w:t>
        <w:br/>
        <w:t>vn -0.7911 0.6087 -0.0611</w:t>
        <w:br/>
        <w:t>vn -0.7896 0.6015 -0.1216</w:t>
        <w:br/>
        <w:t>vn -0.7329 0.6802 0.0120</w:t>
        <w:br/>
        <w:t>vn -0.7305 0.6829 0.0018</w:t>
        <w:br/>
        <w:t>vn -0.7110 0.7026 0.0286</w:t>
        <w:br/>
        <w:t>vn -0.7148 0.6962 0.0665</w:t>
        <w:br/>
        <w:t>vn -0.8162 0.5429 -0.1975</w:t>
        <w:br/>
        <w:t>vn 0.7015 -0.1756 0.6907</w:t>
        <w:br/>
        <w:t>vn 0.5963 -0.3455 0.7246</w:t>
        <w:br/>
        <w:t>vn 0.6915 -0.5455 0.4734</w:t>
        <w:br/>
        <w:t>vn 0.8226 -0.4182 0.3854</w:t>
        <w:br/>
        <w:t>vn 0.3769 -0.3105 0.8727</w:t>
        <w:br/>
        <w:t>vn 0.3687 -0.3913 0.8432</w:t>
        <w:br/>
        <w:t>vn 0.5963 -0.3456 0.7246</w:t>
        <w:br/>
        <w:t>vn 0.2458 -0.9689 0.0272</w:t>
        <w:br/>
        <w:t>vn 0.5824 -0.7978 0.1561</w:t>
        <w:br/>
        <w:t>vn 0.5393 -0.7955 0.2764</w:t>
        <w:br/>
        <w:t>vn 0.3202 -0.9228 0.2143</w:t>
        <w:br/>
        <w:t>vn 0.0414 -0.4733 0.8799</w:t>
        <w:br/>
        <w:t>vn -0.5516 -0.2072 -0.8079</w:t>
        <w:br/>
        <w:t>vn -0.9812 -0.1284 0.1441</w:t>
        <w:br/>
        <w:t>vn -0.6967 -0.3854 -0.6050</w:t>
        <w:br/>
        <w:t>vn -0.7087 0.7017 0.0735</w:t>
        <w:br/>
        <w:t>vn -0.8455 0.4705 0.2527</w:t>
        <w:br/>
        <w:t>vn -0.8757 0.4517 -0.1709</w:t>
        <w:br/>
        <w:t>vn -0.9032 0.3139 -0.2927</w:t>
        <w:br/>
        <w:t>vn -0.8756 0.4517 -0.1709</w:t>
        <w:br/>
        <w:t>vn -0.8768 0.2164 -0.4294</w:t>
        <w:br/>
        <w:t>vn -0.7598 0.4984 -0.4174</w:t>
        <w:br/>
        <w:t>vn -0.7598 0.4985 -0.4174</w:t>
        <w:br/>
        <w:t>vn -0.8768 0.2165 -0.4294</w:t>
        <w:br/>
        <w:t>vn -0.9508 0.1353 0.2787</w:t>
        <w:br/>
        <w:t>vn -0.7946 0.6070 -0.0120</w:t>
        <w:br/>
        <w:t>vn -0.3219 -0.6399 0.6978</w:t>
        <w:br/>
        <w:t>vn -0.1944 -0.9795 0.0524</w:t>
        <w:br/>
        <w:t>vn 0.0204 -0.9562 0.2919</w:t>
        <w:br/>
        <w:t>vn -0.5751 -0.7414 -0.3458</w:t>
        <w:br/>
        <w:t>vn -0.7804 -0.5211 0.3457</w:t>
        <w:br/>
        <w:t>vn -0.9513 -0.3061 -0.0377</w:t>
        <w:br/>
        <w:t>vn 0.4421 -0.8968 -0.0184</w:t>
        <w:br/>
        <w:t>vn 0.5853 -0.7996 0.1344</w:t>
        <w:br/>
        <w:t>vn 0.4288 -0.8418 0.3279</w:t>
        <w:br/>
        <w:t>vn -0.3293 -0.9080 0.2591</w:t>
        <w:br/>
        <w:t>vn -0.5264 -0.7589 0.3834</w:t>
        <w:br/>
        <w:t>vn 0.1050 -0.9909 -0.0843</w:t>
        <w:br/>
        <w:t>vn 0.1049 -0.9909 -0.0843</w:t>
        <w:br/>
        <w:t>vn -0.6726 0.0129 0.7399</w:t>
        <w:br/>
        <w:t>vn -0.5264 -0.7589 0.3835</w:t>
        <w:br/>
        <w:t>vn -0.6441 0.7285 -0.2332</w:t>
        <w:br/>
        <w:t>vn -0.6737 0.7290 -0.1208</w:t>
        <w:br/>
        <w:t>vn -0.6904 0.7227 -0.0333</w:t>
        <w:br/>
        <w:t>vn -0.6820 0.7285 -0.0641</w:t>
        <w:br/>
        <w:t>vn -0.7171 0.6970 -0.0078</w:t>
        <w:br/>
        <w:t>vn -0.7394 0.6733 -0.0074</w:t>
        <w:br/>
        <w:t>vn -0.7659 0.6396 -0.0653</w:t>
        <w:br/>
        <w:t>vn -0.7397 0.6715 -0.0434</w:t>
        <w:br/>
        <w:t>vn -0.7375 0.6748 -0.0272</w:t>
        <w:br/>
        <w:t>vn -0.7490 0.6614 -0.0397</w:t>
        <w:br/>
        <w:t>vn -0.3197 -0.5396 0.7789</w:t>
        <w:br/>
        <w:t>vn -0.6535 -0.7332 0.1878</w:t>
        <w:br/>
        <w:t>vn -0.2766 -0.8564 0.4360</w:t>
        <w:br/>
        <w:t>vn -0.3219 -0.6398 0.6978</w:t>
        <w:br/>
        <w:t>vn -0.4666 -0.6565 -0.5927</w:t>
        <w:br/>
        <w:t>vn -0.9240 0.1194 0.3632</w:t>
        <w:br/>
        <w:t>vn -0.9402 -0.0150 -0.3404</w:t>
        <w:br/>
        <w:t>vn -0.9401 -0.0150 -0.3404</w:t>
        <w:br/>
        <w:t>vn -0.0283 0.5111 0.8590</w:t>
        <w:br/>
        <w:t>vn -0.6411 0.3777 0.6681</w:t>
        <w:br/>
        <w:t>vn -0.0285 0.3011 -0.9531</w:t>
        <w:br/>
        <w:t>vn -0.2676 0.1474 -0.9522</w:t>
        <w:br/>
        <w:t>vn -0.0815 0.3180 -0.9446</w:t>
        <w:br/>
        <w:t>vn -0.3319 0.1323 -0.9340</w:t>
        <w:br/>
        <w:t>vn -0.6739 0.6354 -0.3769</w:t>
        <w:br/>
        <w:t>vn -0.6992 0.6887 -0.1921</w:t>
        <w:br/>
        <w:t>vn -0.9397 -0.3419 -0.0042</w:t>
        <w:br/>
        <w:t>vn -0.9823 -0.1815 -0.0469</w:t>
        <w:br/>
        <w:t>vn -0.7626 0.6460 0.0329</w:t>
        <w:br/>
        <w:t>vn -0.7283 0.6836 0.0468</w:t>
        <w:br/>
        <w:t>vn -0.7111 0.7030 -0.0120</w:t>
        <w:br/>
        <w:t>vn -0.7305 0.6829 0.0017</w:t>
        <w:br/>
        <w:t>vn -0.6905 0.7226 -0.0333</w:t>
        <w:br/>
        <w:t>vn -0.6738 0.7290 -0.1208</w:t>
        <w:br/>
        <w:t>vn -0.7170 0.6970 -0.0078</w:t>
        <w:br/>
        <w:t>vn -0.7398 0.6715 -0.0434</w:t>
        <w:br/>
        <w:t>vn -0.7580 0.6507 -0.0453</w:t>
        <w:br/>
        <w:t>vn -0.7743 0.6328 0.0023</w:t>
        <w:br/>
        <w:t>vn -0.6991 0.6887 -0.1923</w:t>
        <w:br/>
        <w:t>vn -0.7910 0.6087 -0.0611</w:t>
        <w:br/>
        <w:t>vn -0.7375 0.6748 -0.0273</w:t>
        <w:br/>
        <w:t>vn 0.6916 -0.5455 0.4734</w:t>
        <w:br/>
        <w:t>vn 0.3454 -0.7067 0.6175</w:t>
        <w:br/>
        <w:t>vn 0.0413 -0.4733 0.8799</w:t>
        <w:br/>
        <w:t>vn -0.2766 -0.8564 0.4359</w:t>
        <w:br/>
        <w:t>vn -0.7607 0.3596 0.5404</w:t>
        <w:br/>
        <w:t>vn 0.5753 -0.7169 0.3939</w:t>
        <w:br/>
        <w:t>vn 0.6722 -0.6541 0.3468</w:t>
        <w:br/>
        <w:t>vn 0.6680 -0.7442 0.0043</w:t>
        <w:br/>
        <w:t>vn 0.6203 -0.7838 0.0302</w:t>
        <w:br/>
        <w:t>vn 0.4881 -0.3621 0.7941</w:t>
        <w:br/>
        <w:t>vn 0.4046 -0.4821 0.7771</w:t>
        <w:br/>
        <w:t>vn 0.2220 -0.2136 0.9514</w:t>
        <w:br/>
        <w:t>vn -0.5653 0.8237 -0.0436</w:t>
        <w:br/>
        <w:t>vn -0.5575 0.8205 0.1262</w:t>
        <w:br/>
        <w:t>vn -0.4986 0.8360 0.2292</w:t>
        <w:br/>
        <w:t>vn 0.2632 -0.4219 -0.8676</w:t>
        <w:br/>
        <w:t>vn 0.3841 -0.5139 -0.7670</w:t>
        <w:br/>
        <w:t>vn 0.0152 -0.0351 -0.9993</w:t>
        <w:br/>
        <w:t>vn -0.0058 -0.0731 -0.9973</w:t>
        <w:br/>
        <w:t>vn 0.5968 -0.7263 -0.3410</w:t>
        <w:br/>
        <w:t>vn 0.4192 -0.6122 -0.6704</w:t>
        <w:br/>
        <w:t>vn 0.5615 -0.7573 -0.3334</w:t>
        <w:br/>
        <w:t>vn 0.1501 0.0838 0.9851</w:t>
        <w:br/>
        <w:t>vn 0.0601 0.0766 0.9953</w:t>
        <w:br/>
        <w:t>vn -0.0904 0.2909 0.9525</w:t>
        <w:br/>
        <w:t>vn -0.5891 0.7693 -0.2473</w:t>
        <w:br/>
        <w:t>vn -0.5765 0.8051 0.1394</w:t>
        <w:br/>
        <w:t>vn -0.5961 0.7627 -0.2509</w:t>
        <w:br/>
        <w:t>vn -0.4429 0.7517 0.4886</w:t>
        <w:br/>
        <w:t>vn -0.4520 0.7617 0.4642</w:t>
        <w:br/>
        <w:t>vn -0.5318 0.8175 -0.2210</w:t>
        <w:br/>
        <w:t>vn -0.5427 0.8092 0.2252</w:t>
        <w:br/>
        <w:t>vn -0.3827 0.5749 -0.7232</w:t>
        <w:br/>
        <w:t>vn -0.3055 0.6513 -0.6946</w:t>
        <w:br/>
        <w:t>vn 0.8210 -0.3704 0.4345</w:t>
        <w:br/>
        <w:t>vn 0.6363 -0.7482 -0.1879</w:t>
        <w:br/>
        <w:t>vn 0.6632 -0.7232 -0.1927</w:t>
        <w:br/>
        <w:t>vn 0.9397 -0.3419 -0.0042</w:t>
        <w:br/>
        <w:t>vn 0.1914 0.1258 -0.9734</w:t>
        <w:br/>
        <w:t>vn 0.0815 0.3179 -0.9446</w:t>
        <w:br/>
        <w:t>vn -0.5713 0.3316 0.7508</w:t>
        <w:br/>
        <w:t>vn -0.2696 -0.1420 0.9524</w:t>
        <w:br/>
        <w:t>vn -0.4228 -0.3232 0.8466</w:t>
        <w:br/>
        <w:t>vn -0.6951 0.3541 0.6257</w:t>
        <w:br/>
        <w:t>vn -0.0006 -0.8419 0.5397</w:t>
        <w:br/>
        <w:t>vn 0.0634 -0.7364 0.6735</w:t>
        <w:br/>
        <w:t>vn 0.2240 -0.9726 -0.0623</w:t>
        <w:br/>
        <w:t>vn 0.1521 -0.9884 0.0011</w:t>
        <w:br/>
        <w:t>vn -0.4768 -0.2470 0.8436</w:t>
        <w:br/>
        <w:t>vn -0.7946 0.4489 0.4088</w:t>
        <w:br/>
        <w:t>vn -0.6787 0.6950 0.2375</w:t>
        <w:br/>
        <w:t>vn -0.5956 0.8016 0.0515</w:t>
        <w:br/>
        <w:t>vn -0.6598 0.7447 0.1000</w:t>
        <w:br/>
        <w:t>vn -0.5651 0.4423 -0.6965</w:t>
        <w:br/>
        <w:t>vn -0.7675 0.6362 0.0784</w:t>
        <w:br/>
        <w:t>vn -0.7792 0.6197 0.0941</w:t>
        <w:br/>
        <w:t>vn -0.7059 0.4031 -0.5825</w:t>
        <w:br/>
        <w:t>vn -0.8097 0.4442 -0.3835</w:t>
        <w:br/>
        <w:t>vn -0.4064 -0.3466 -0.8454</w:t>
        <w:br/>
        <w:t>vn -0.3635 -0.3369 -0.8686</w:t>
        <w:br/>
        <w:t>vn -0.1254 -0.6057 -0.7857</w:t>
        <w:br/>
        <w:t>vn -0.0189 -0.7877 -0.6158</w:t>
        <w:br/>
        <w:t>vn -0.7355 0.6670 -0.1191</w:t>
        <w:br/>
        <w:t>vn -0.6160 0.7239 -0.3107</w:t>
        <w:br/>
        <w:t>vn 0.2786 -0.9503 0.1389</w:t>
        <w:br/>
        <w:t>vn 0.2448 -0.7170 0.6526</w:t>
        <w:br/>
        <w:t>vn 0.2240 -0.6449 0.7307</w:t>
        <w:br/>
        <w:t>vn 0.2226 -0.9714 0.0822</w:t>
        <w:br/>
        <w:t>vn 0.1753 -0.6564 0.7338</w:t>
        <w:br/>
        <w:t>vn 0.3514 -0.9333 -0.0743</w:t>
        <w:br/>
        <w:t>vn -0.7140 0.4354 -0.5483</w:t>
        <w:br/>
        <w:t>vn -0.8324 0.3564 -0.4243</w:t>
        <w:br/>
        <w:t>vn -0.5922 -0.2088 -0.7783</w:t>
        <w:br/>
        <w:t>vn -0.3816 -0.1157 -0.9171</w:t>
        <w:br/>
        <w:t>vn -0.3619 -0.8627 -0.3532</w:t>
        <w:br/>
        <w:t>vn -0.3815 -0.1157 -0.9171</w:t>
        <w:br/>
        <w:t>vn -0.5922 -0.2087 -0.7783</w:t>
        <w:br/>
        <w:t>vn -0.0954 -0.9894 -0.1091</w:t>
        <w:br/>
        <w:t>vn -0.3618 -0.8627 -0.3532</w:t>
        <w:br/>
        <w:t>vn 0.1606 -0.9838 0.0801</w:t>
        <w:br/>
        <w:t>vn -0.4819 0.7170 0.5037</w:t>
        <w:br/>
        <w:t>vn -0.5607 0.6936 0.4523</w:t>
        <w:br/>
        <w:t>vn -0.7483 0.6632 0.0133</w:t>
        <w:br/>
        <w:t>vn -0.6940 0.7199 0.0106</w:t>
        <w:br/>
        <w:t>vn -0.6614 0.6956 0.2807</w:t>
        <w:br/>
        <w:t>vn -0.6229 0.6787 0.3891</w:t>
        <w:br/>
        <w:t>vn -0.2843 0.0762 0.9557</w:t>
        <w:br/>
        <w:t>vn -0.1970 0.1385 0.9706</w:t>
        <w:br/>
        <w:t>vn 0.1727 -0.4429 0.8798</w:t>
        <w:br/>
        <w:t>vn -0.0204 -0.5078 0.8612</w:t>
        <w:br/>
        <w:t>vn -0.5701 0.6171 0.5424</w:t>
        <w:br/>
        <w:t>vn -0.6605 0.5456 0.5158</w:t>
        <w:br/>
        <w:t>vn 0.4466 -0.8688 0.2139</w:t>
        <w:br/>
        <w:t>vn 0.2702 -0.9463 0.1777</w:t>
        <w:br/>
        <w:t>vn -0.6410 0.7231 -0.2573</w:t>
        <w:br/>
        <w:t>vn -0.7002 0.6440 -0.3083</w:t>
        <w:br/>
        <w:t>vn -0.7774 -0.2675 0.5693</w:t>
        <w:br/>
        <w:t>vn -0.4818 -0.1938 0.8546</w:t>
        <w:br/>
        <w:t>vn -0.4063 -0.5780 0.7077</w:t>
        <w:br/>
        <w:t>vn -0.1323 -0.8278 0.5451</w:t>
        <w:br/>
        <w:t>vn -0.8328 0.4337 0.3440</w:t>
        <w:br/>
        <w:t>vn -0.7773 -0.2675 0.5694</w:t>
        <w:br/>
        <w:t>vn -0.9232 0.2352 0.3040</w:t>
        <w:br/>
        <w:t>vn -0.6310 0.6806 -0.3723</w:t>
        <w:br/>
        <w:t>vn -0.0373 -0.2211 -0.9745</w:t>
        <w:br/>
        <w:t>vn 0.2361 -0.7425 -0.6269</w:t>
        <w:br/>
        <w:t>vn 0.3968 -0.6686 -0.6289</w:t>
        <w:br/>
        <w:t>vn 0.0808 -0.1221 -0.9892</w:t>
        <w:br/>
        <w:t>vn -0.3306 0.4010 -0.8543</w:t>
        <w:br/>
        <w:t>vn -0.4020 0.2925 -0.8676</w:t>
        <w:br/>
        <w:t>vn -0.3608 -0.3714 -0.8555</w:t>
        <w:br/>
        <w:t>vn -0.2363 -0.4023 -0.8845</w:t>
        <w:br/>
        <w:t>vn -0.5432 0.2768 -0.7926</w:t>
        <w:br/>
        <w:t>vn -0.6871 0.3997 -0.6068</w:t>
        <w:br/>
        <w:t>vn 0.0593 -0.7153 -0.6963</w:t>
        <w:br/>
        <w:t>vn 0.1820 -0.8404 -0.5105</w:t>
        <w:br/>
        <w:t>vn -0.6505 0.5731 -0.4985</w:t>
        <w:br/>
        <w:t>vn -0.6858 0.5921 0.4231</w:t>
        <w:br/>
        <w:t>vn -0.3726 0.1672 0.9128</w:t>
        <w:br/>
        <w:t>vn -0.4423 0.0762 0.8936</w:t>
        <w:br/>
        <w:t>vn -0.7439 0.5356 0.3998</w:t>
        <w:br/>
        <w:t>vn -0.4424 0.0762 0.8936</w:t>
        <w:br/>
        <w:t>vn -0.3726 0.1671 0.9128</w:t>
        <w:br/>
        <w:t>vn 0.1366 -0.4113 0.9012</w:t>
        <w:br/>
        <w:t>vn 0.0307 -0.5357 0.8439</w:t>
        <w:br/>
        <w:t>vn 0.5664 -0.7681 0.2986</w:t>
        <w:br/>
        <w:t>vn 0.4760 -0.8607 0.1808</w:t>
        <w:br/>
        <w:t>vn -0.6340 0.6800 -0.3682</w:t>
        <w:br/>
        <w:t>vn -0.6475 0.6884 -0.3268</w:t>
        <w:br/>
        <w:t>vn -0.8731 -0.4484 0.1914</w:t>
        <w:br/>
        <w:t>vn -0.7604 -0.2301 0.6073</w:t>
        <w:br/>
        <w:t>vn -0.6103 -0.7471 0.2633</w:t>
        <w:br/>
        <w:t>vn -0.8732 -0.4483 0.1915</w:t>
        <w:br/>
        <w:t>vn -0.9974 -0.0723 -0.0066</w:t>
        <w:br/>
        <w:t>vn -0.8863 0.4589 0.0620</w:t>
        <w:br/>
        <w:t>vn 0.2006 -0.9267 -0.3179</w:t>
        <w:br/>
        <w:t>vn 0.3709 -0.8983 -0.2358</w:t>
        <w:br/>
        <w:t>vn -0.5576 0.5964 -0.5774</w:t>
        <w:br/>
        <w:t>vn -0.6089 0.5850 -0.5358</w:t>
        <w:br/>
        <w:t>vn -0.7571 0.5581 -0.3394</w:t>
        <w:br/>
        <w:t>vn -0.3352 0.4462 -0.8298</w:t>
        <w:br/>
        <w:t>vn -0.2917 0.4520 -0.8430</w:t>
        <w:br/>
        <w:t>vn 0.1798 -0.0805 -0.9804</w:t>
        <w:br/>
        <w:t>vn 0.1599 -0.0738 -0.9844</w:t>
        <w:br/>
        <w:t>vn 0.5423 -0.6536 -0.5279</w:t>
        <w:br/>
        <w:t>vn 0.5948 -0.6412 -0.4849</w:t>
        <w:br/>
        <w:t>vn 0.1598 -0.0738 -0.9844</w:t>
        <w:br/>
        <w:t>vn 0.1799 -0.0805 -0.9804</w:t>
        <w:br/>
        <w:t>vn 0.5237 -0.6092 -0.5954</w:t>
        <w:br/>
        <w:t>vn 0.3783 -0.9250 -0.0365</w:t>
        <w:br/>
        <w:t>vn 0.4290 -0.8864 -0.1739</w:t>
        <w:br/>
        <w:t>vn 0.5316 -0.6326 -0.5632</w:t>
        <w:br/>
        <w:t>vn 0.5446 -0.6119 -0.5736</w:t>
        <w:br/>
        <w:t>vn 0.4686 -0.8740 -0.1285</w:t>
        <w:br/>
        <w:t>vn -0.2549 0.4665 -0.8470</w:t>
        <w:br/>
        <w:t>vn -0.4297 0.6030 -0.6721</w:t>
        <w:br/>
        <w:t>vn 0.0430 0.2065 -0.9775</w:t>
        <w:br/>
        <w:t>vn -0.1213 0.3857 -0.9146</w:t>
        <w:br/>
        <w:t>vn 0.8079 -0.3707 0.4581</w:t>
        <w:br/>
        <w:t>vn 0.6249 -0.7538 -0.2033</w:t>
        <w:br/>
        <w:t>vn -0.0254 -0.7900 -0.6126</w:t>
        <w:br/>
        <w:t>vn 0.1472 -0.8955 -0.4199</w:t>
        <w:br/>
        <w:t>vn 0.4339 0.1467 0.8889</w:t>
        <w:br/>
        <w:t>vn -0.1208 0.4339 0.8928</w:t>
        <w:br/>
        <w:t>vn -0.1695 0.3392 0.9253</w:t>
        <w:br/>
        <w:t>vn 0.4011 0.1279 0.9070</w:t>
        <w:br/>
        <w:t>vn -0.1176 -0.9729 -0.1993</w:t>
        <w:br/>
        <w:t>vn -0.5732 0.2026 0.7940</w:t>
        <w:br/>
        <w:t>vn -0.4461 0.4250 0.7877</w:t>
        <w:br/>
        <w:t>vn -0.5951 0.1393 0.7915</w:t>
        <w:br/>
        <w:t>vn -0.5688 0.7789 -0.2642</w:t>
        <w:br/>
        <w:t>vn -0.3701 0.6142 -0.6970</w:t>
        <w:br/>
        <w:t>vn 0.3830 -0.9237 -0.0136</w:t>
        <w:br/>
        <w:t>vn 0.3378 -0.9374 0.0850</w:t>
        <w:br/>
        <w:t>vn 0.2778 -0.9603 0.0248</w:t>
        <w:br/>
        <w:t>vn -0.2182 0.0096 0.9759</w:t>
        <w:br/>
        <w:t>vn -0.2747 0.0446 0.9605</w:t>
        <w:br/>
        <w:t>vn -0.3597 0.5031 0.7858</w:t>
        <w:br/>
        <w:t>vn -0.3461 0.4430 0.8270</w:t>
        <w:br/>
        <w:t>vn -0.0350 -0.3967 0.9173</w:t>
        <w:br/>
        <w:t>vn -0.1177 -0.5036 0.8559</w:t>
        <w:br/>
        <w:t>vn 0.1936 -0.7856 0.5877</w:t>
        <w:br/>
        <w:t>vn 0.0382 -0.8688 0.4936</w:t>
        <w:br/>
        <w:t>vn 0.3385 -0.9409 0.0129</w:t>
        <w:br/>
        <w:t>vn 0.4570 -0.4092 -0.7898</w:t>
        <w:br/>
        <w:t>vn 0.1379 0.0330 -0.9899</w:t>
        <w:br/>
        <w:t>vn 0.2428 -0.2967 -0.9236</w:t>
        <w:br/>
        <w:t>vn 0.5659 -0.5745 -0.5914</w:t>
        <w:br/>
        <w:t>vn 0.1387 0.0954 -0.9857</w:t>
        <w:br/>
        <w:t>vn 0.1378 0.0330 -0.9899</w:t>
        <w:br/>
        <w:t>vn -0.3485 0.6280 -0.6958</w:t>
        <w:br/>
        <w:t>vn 0.6348 -0.6714 -0.3825</w:t>
        <w:br/>
        <w:t>vn 0.3968 -0.8871 -0.2359</w:t>
        <w:br/>
        <w:t>vn 0.6632 -0.7232 -0.1926</w:t>
        <w:br/>
        <w:t>vn 0.2423 -0.9700 0.0203</w:t>
        <w:br/>
        <w:t>vn -0.0748 0.4579 0.8858</w:t>
        <w:br/>
        <w:t>vn 0.3049 0.0855 0.9485</w:t>
        <w:br/>
        <w:t>vn -0.3712 0.5857 0.7205</w:t>
        <w:br/>
        <w:t>vn -0.3463 0.7141 0.6085</w:t>
        <w:br/>
        <w:t>vn -0.3967 0.7195 0.5700</w:t>
        <w:br/>
        <w:t>vn -0.3870 0.5456 0.7433</w:t>
        <w:br/>
        <w:t>vn 0.1550 -0.9879 0.0087</w:t>
        <w:br/>
        <w:t>vn -0.7484 0.6632 0.0134</w:t>
        <w:br/>
        <w:t>vn -0.6612 0.6168 0.4270</w:t>
        <w:br/>
        <w:t>vn -0.7084 0.6451 -0.2863</w:t>
        <w:br/>
        <w:t>vn -0.8071 0.5898 0.0280</w:t>
        <w:br/>
        <w:t>vn -0.6095 0.5022 -0.6135</w:t>
        <w:br/>
        <w:t>vn 0.3198 -0.5396 0.7789</w:t>
        <w:br/>
        <w:t>vn 0.5027 -0.8374 -0.2146</w:t>
        <w:br/>
        <w:t>vn 0.6783 -0.7036 -0.2117</w:t>
        <w:br/>
        <w:t>vn -0.0493 -0.1421 0.9886</w:t>
        <w:br/>
        <w:t>vn -0.1403 0.7588 0.6361</w:t>
        <w:br/>
        <w:t>vn -0.2667 0.7494 0.6060</w:t>
        <w:br/>
        <w:t>vn -0.3960 0.7934 0.4623</w:t>
        <w:br/>
        <w:t>vn 0.3930 0.3576 0.8472</w:t>
        <w:br/>
        <w:t>vn -0.1401 0.6144 0.7765</w:t>
        <w:br/>
        <w:t>vn 0.1933 0.5824 0.7896</w:t>
        <w:br/>
        <w:t>vn 0.0184 0.1717 0.9850</w:t>
        <w:br/>
        <w:t>vn -0.3420 0.4289 0.8361</w:t>
        <w:br/>
        <w:t>vn -0.4217 0.4224 0.8023</w:t>
        <w:br/>
        <w:t>vn -0.0732 -0.1942 0.9782</w:t>
        <w:br/>
        <w:t>vn -0.0198 -0.1175 0.9929</w:t>
        <w:br/>
        <w:t>vn -0.3421 0.4594 0.8197</w:t>
        <w:br/>
        <w:t>vn -0.2600 0.4363 -0.8614</w:t>
        <w:br/>
        <w:t>vn -0.2424 0.4295 -0.8699</w:t>
        <w:br/>
        <w:t>vn 0.1970 -0.0611 -0.9785</w:t>
        <w:br/>
        <w:t>vn 0.1905 -0.0841 -0.9781</w:t>
        <w:br/>
        <w:t>vn 0.1904 -0.0841 -0.9781</w:t>
        <w:br/>
        <w:t>vn 0.4556 -0.3831 -0.8035</w:t>
        <w:br/>
        <w:t>vn 0.5106 -0.3431 -0.7884</w:t>
        <w:br/>
        <w:t>vn -0.4488 0.4468 0.7739</w:t>
        <w:br/>
        <w:t>vn -0.1206 -0.1031 0.9873</w:t>
        <w:br/>
        <w:t>vn -0.0913 -0.0763 0.9929</w:t>
        <w:br/>
        <w:t>vn -0.4720 0.4594 0.7524</w:t>
        <w:br/>
        <w:t>vn -0.4685 0.4492 0.7607</w:t>
        <w:br/>
        <w:t>vn -0.0867 0.0686 0.9939</w:t>
        <w:br/>
        <w:t>vn 0.3507 -0.6693 0.6550</w:t>
        <w:br/>
        <w:t>vn 0.2950 -0.6833 0.6679</w:t>
        <w:br/>
        <w:t>vn -0.1196 -0.0803 0.9896</w:t>
        <w:br/>
        <w:t>vn -0.0540 -0.0900 0.9945</w:t>
        <w:br/>
        <w:t>vn -0.0623 -0.0784 0.9950</w:t>
        <w:br/>
        <w:t>vn 0.3863 -0.6635 0.6407</w:t>
        <w:br/>
        <w:t>vn 0.3978 -0.6510 0.6465</w:t>
        <w:br/>
        <w:t>vn 0.3472 -0.6898 0.6353</w:t>
        <w:br/>
        <w:t>vn -0.1386 0.0283 0.9899</w:t>
        <w:br/>
        <w:t>vn -0.4821 0.4418 0.7566</w:t>
        <w:br/>
        <w:t>vn -0.4471 0.4717 0.7600</w:t>
        <w:br/>
        <w:t>vn 0.4902 -0.8595 -0.1448</w:t>
        <w:br/>
        <w:t>vn 0.5268 -0.8346 -0.1607</w:t>
        <w:br/>
        <w:t>vn 0.5505 -0.8224 -0.1432</w:t>
        <w:br/>
        <w:t>vn 0.5514 -0.8212 -0.1467</w:t>
        <w:br/>
        <w:t>vn 0.4909 -0.8583 -0.1492</w:t>
        <w:br/>
        <w:t>vn -0.4879 -0.8671 -0.1007</w:t>
        <w:br/>
        <w:t>vn 0.0495 -0.9883 -0.1444</w:t>
        <w:br/>
        <w:t>vn 0.0330 -0.7824 0.6219</w:t>
        <w:br/>
        <w:t>vn -0.4918 -0.6143 0.6171</w:t>
        <w:br/>
        <w:t>vn -0.7004 -0.6473 0.3008</w:t>
        <w:br/>
        <w:t>vn -0.7744 -0.6284 -0.0735</w:t>
        <w:br/>
        <w:t>vn -0.4919 -0.6142 0.6170</w:t>
        <w:br/>
        <w:t>vn -0.6522 0.7471 0.1280</w:t>
        <w:br/>
        <w:t>vn -0.6244 0.7667 0.1491</w:t>
        <w:br/>
        <w:t>vn -0.6784 0.7101 0.1885</w:t>
        <w:br/>
        <w:t>vn -0.4291 0.5454 0.7200</w:t>
        <w:br/>
        <w:t>vn -0.4236 0.4736 0.7722</w:t>
        <w:br/>
        <w:t>vn -0.5856 0.7912 0.1763</w:t>
        <w:br/>
        <w:t>vn -0.5958 0.7779 0.1994</w:t>
        <w:br/>
        <w:t>vn -0.1683 0.0022 -0.9857</w:t>
        <w:br/>
        <w:t>vn -0.4873 0.4332 -0.7582</w:t>
        <w:br/>
        <w:t>vn -0.0840 0.1549 -0.9843</w:t>
        <w:br/>
        <w:t>vn -0.1954 0.2666 -0.9438</w:t>
        <w:br/>
        <w:t>vn -0.5184 0.6346 -0.5732</w:t>
        <w:br/>
        <w:t>vn -0.4916 0.6366 -0.5942</w:t>
        <w:br/>
        <w:t>vn -0.0840 0.1549 -0.9844</w:t>
        <w:br/>
        <w:t>vn 0.3275 -0.4536 -0.8289</w:t>
        <w:br/>
        <w:t>vn 0.3327 -0.4530 -0.8271</w:t>
        <w:br/>
        <w:t>vn -0.0807 0.0970 -0.9920</w:t>
        <w:br/>
        <w:t>vn 0.3056 -0.4763 -0.8245</w:t>
        <w:br/>
        <w:t>vn -0.4987 0.5944 -0.6309</w:t>
        <w:br/>
        <w:t>vn -0.1271 0.1820 -0.9751</w:t>
        <w:br/>
        <w:t>vn 0.3373 -0.4612 -0.8207</w:t>
        <w:br/>
        <w:t>vn 0.3209 -0.4679 -0.8235</w:t>
        <w:br/>
        <w:t>vn -0.1508 0.1931 -0.9695</w:t>
        <w:br/>
        <w:t>vn -0.5134 0.6562 -0.5530</w:t>
        <w:br/>
        <w:t>vn -0.1271 0.1820 -0.9750</w:t>
        <w:br/>
        <w:t>vn -0.5115 0.6695 -0.5387</w:t>
        <w:br/>
        <w:t>vn 0.1539 -0.5932 -0.7902</w:t>
        <w:br/>
        <w:t>vn 0.5384 -0.8277 -0.1583</w:t>
        <w:br/>
        <w:t>vn 0.2762 -0.4830 -0.8310</w:t>
        <w:br/>
        <w:t>vn -0.0525 -0.5935 -0.8031</w:t>
        <w:br/>
        <w:t>vn -0.4976 -0.6031 -0.6234</w:t>
        <w:br/>
        <w:t>vn -0.7263 0.6747 -0.1316</w:t>
        <w:br/>
        <w:t>vn -0.5343 0.7361 -0.4155</w:t>
        <w:br/>
        <w:t>vn -0.4907 0.7010 -0.5175</w:t>
        <w:br/>
        <w:t>vn 0.2794 -0.7362 0.6164</w:t>
        <w:br/>
        <w:t>vn -0.0732 -0.0626 0.9954</w:t>
        <w:br/>
        <w:t>vn 0.3657 -0.9171 -0.1588</w:t>
        <w:br/>
        <w:t>vn 0.1966 -0.5241 -0.8287</w:t>
        <w:br/>
        <w:t>vn -0.1950 -0.1422 0.9704</w:t>
        <w:br/>
        <w:t>vn -0.3301 0.1486 -0.9322</w:t>
        <w:br/>
        <w:t>vn -0.2441 0.3258 -0.9134</w:t>
        <w:br/>
        <w:t>vn -0.1923 0.2348 -0.9528</w:t>
        <w:br/>
        <w:t>vn 0.3747 -0.6588 0.6524</w:t>
        <w:br/>
        <w:t>vn -0.4985 0.6868 -0.5289</w:t>
        <w:br/>
        <w:t>vn -0.4175 0.4757 0.7742</w:t>
        <w:br/>
        <w:t>vn -0.6032 0.7816 0.1591</w:t>
        <w:br/>
        <w:t>vn -0.5047 0.6802 -0.5315</w:t>
        <w:br/>
        <w:t>vn -0.0731 -0.0626 0.9954</w:t>
        <w:br/>
        <w:t>vn -0.4919 -0.6143 0.6171</w:t>
        <w:br/>
        <w:t>vn -0.1951 -0.1422 0.9704</w:t>
        <w:br/>
        <w:t>vn -0.5127 0.5293 0.6761</w:t>
        <w:br/>
        <w:t>vn -0.6965 0.5013 0.5133</w:t>
        <w:br/>
        <w:t>vn -0.6256 0.6886 -0.3666</w:t>
        <w:br/>
        <w:t>vn -0.7428 0.6548 0.1397</w:t>
        <w:br/>
        <w:t>vn -0.6296 0.7517 0.1963</w:t>
        <w:br/>
        <w:t>vn -0.5372 0.4476 -0.7149</w:t>
        <w:br/>
        <w:t>vn -0.8950 0.1995 -0.3989</w:t>
        <w:br/>
        <w:t>vn -0.1183 -0.0713 0.9904</w:t>
        <w:br/>
        <w:t>vn -0.4400 0.4605 0.7710</w:t>
        <w:br/>
        <w:t>vn -0.4771 0.4833 0.7340</w:t>
        <w:br/>
        <w:t>vn -0.1950 0.0576 0.9791</w:t>
        <w:br/>
        <w:t>vn 0.2293 -0.6501 0.7244</w:t>
        <w:br/>
        <w:t>vn 0.1654 -0.6825 0.7120</w:t>
        <w:br/>
        <w:t>vn -0.1734 -0.0966 0.9801</w:t>
        <w:br/>
        <w:t>vn -0.1182 -0.0713 0.9904</w:t>
        <w:br/>
        <w:t>vn 0.3126 -0.6791 0.6641</w:t>
        <w:br/>
        <w:t>vn 0.3236 -0.6485 0.6891</w:t>
        <w:br/>
        <w:t>vn -0.1037 -0.0254 0.9943</w:t>
        <w:br/>
        <w:t>vn -0.1886 0.1338 0.9729</w:t>
        <w:br/>
        <w:t>vn -0.1342 -0.0490 0.9897</w:t>
        <w:br/>
        <w:t>vn -0.1887 0.1338 0.9729</w:t>
        <w:br/>
        <w:t>vn -0.4560 0.5975 0.6596</w:t>
        <w:br/>
        <w:t>vn -0.5049 0.6521 0.5655</w:t>
        <w:br/>
        <w:t>vn -0.4557 0.5274 0.7170</w:t>
        <w:br/>
        <w:t>vn -0.4606 0.5379 0.7061</w:t>
        <w:br/>
        <w:t>vn 0.3942 -0.9157 -0.0782</w:t>
        <w:br/>
        <w:t>vn 0.4587 -0.8851 -0.0781</w:t>
        <w:br/>
        <w:t>vn 0.4685 -0.8813 -0.0624</w:t>
        <w:br/>
        <w:t>vn 0.5211 -0.8524 -0.0421</w:t>
        <w:br/>
        <w:t>vn -0.6667 -0.6367 0.3875</w:t>
        <w:br/>
        <w:t>vn -0.4138 -0.8632 -0.2893</w:t>
        <w:br/>
        <w:t>vn 0.0536 -0.9895 -0.1341</w:t>
        <w:br/>
        <w:t>vn -0.0169 -0.8669 0.4982</w:t>
        <w:br/>
        <w:t>vn -0.5787 0.8132 0.0622</w:t>
        <w:br/>
        <w:t>vn -0.5190 0.8531 0.0528</w:t>
        <w:br/>
        <w:t>vn -0.5850 0.8076 0.0747</w:t>
        <w:br/>
        <w:t>vn -0.6162 0.7810 0.1018</w:t>
        <w:br/>
        <w:t>vn -0.4543 0.4180 0.7867</w:t>
        <w:br/>
        <w:t>vn -0.6270 0.7741 0.0872</w:t>
        <w:br/>
        <w:t>vn -0.6215 0.7798 0.0753</w:t>
        <w:br/>
        <w:t>vn -0.4252 0.5929 -0.6839</w:t>
        <w:br/>
        <w:t>vn -0.3944 0.5923 -0.7026</w:t>
        <w:br/>
        <w:t>vn -0.0033 0.0807 -0.9967</w:t>
        <w:br/>
        <w:t>vn -0.1091 0.1908 -0.9755</w:t>
        <w:br/>
        <w:t>vn 0.3478 -0.4873 -0.8010</w:t>
        <w:br/>
        <w:t>vn -0.1091 0.1909 -0.9755</w:t>
        <w:br/>
        <w:t>vn -0.0034 0.0807 -0.9967</w:t>
        <w:br/>
        <w:t>vn 0.3234 -0.4989 -0.8040</w:t>
        <w:br/>
        <w:t>vn 0.0100 0.0666 -0.9977</w:t>
        <w:br/>
        <w:t>vn 0.3019 -0.5348 -0.7892</w:t>
        <w:br/>
        <w:t>vn -0.3769 0.5829 -0.7198</w:t>
        <w:br/>
        <w:t>vn 0.0101 0.0666 -0.9977</w:t>
        <w:br/>
        <w:t>vn -0.0727 0.1193 -0.9902</w:t>
        <w:br/>
        <w:t>vn -0.4539 0.7440 -0.4904</w:t>
        <w:br/>
        <w:t>vn -0.4923 0.6148 -0.6162</w:t>
        <w:br/>
        <w:t>vn -0.1458 0.2201 -0.9645</w:t>
        <w:br/>
        <w:t>vn -0.1458 0.2202 -0.9645</w:t>
        <w:br/>
        <w:t>vn 0.1041 -0.1100 -0.9885</w:t>
        <w:br/>
        <w:t>vn 0.2615 -0.6228 -0.7374</w:t>
        <w:br/>
        <w:t>vn -0.0511 0.1744 -0.9833</w:t>
        <w:br/>
        <w:t>vn 0.2935 -0.3476 -0.8905</w:t>
        <w:br/>
        <w:t>vn -0.4171 0.6446 -0.6408</w:t>
        <w:br/>
        <w:t>vn -0.4047 0.6563 -0.6368</w:t>
        <w:br/>
        <w:t>vn 0.5003 -0.8627 -0.0732</w:t>
        <w:br/>
        <w:t>vn 0.4470 -0.8163 -0.3658</w:t>
        <w:br/>
        <w:t>vn 0.4767 -0.8028 -0.3581</w:t>
        <w:br/>
        <w:t>vn -0.5016 -0.5966 -0.6265</w:t>
        <w:br/>
        <w:t>vn 0.0794 -0.7336 -0.6749</w:t>
        <w:br/>
        <w:t>vn -0.0421 0.1410 -0.9891</w:t>
        <w:br/>
        <w:t>vn -0.4393 0.6210 -0.6491</w:t>
        <w:br/>
        <w:t>vn -0.4539 0.5942 -0.6640</w:t>
        <w:br/>
        <w:t>vn 0.3787 -0.4875 -0.7868</w:t>
        <w:br/>
        <w:t>vn -0.0421 0.1409 -0.9891</w:t>
        <w:br/>
        <w:t>vn -0.6390 0.7673 0.0540</w:t>
        <w:br/>
        <w:t>vn -0.6328 0.7721 0.0590</w:t>
        <w:br/>
        <w:t>vn 0.2717 -0.6406 0.7182</w:t>
        <w:br/>
        <w:t>vn 0.3083 -0.6404 0.7035</w:t>
        <w:br/>
        <w:t>vn 0.5323 -0.8450 -0.0522</w:t>
        <w:br/>
        <w:t>vn 0.2463 -0.7579 0.6041</w:t>
        <w:br/>
        <w:t>vn 0.3507 -0.9311 -0.1005</w:t>
        <w:br/>
        <w:t>vn -0.3028 -0.1943 0.9330</w:t>
        <w:br/>
        <w:t>vn -0.1535 -0.0163 -0.9880</w:t>
        <w:br/>
        <w:t>vn -0.6400 0.7664 0.0547</w:t>
        <w:br/>
        <w:t>vn -0.8829 0.0470 0.4671</w:t>
        <w:br/>
        <w:t>vn -0.5519 0.1266 0.8243</w:t>
        <w:br/>
        <w:t>vn -0.3028 -0.1944 0.9330</w:t>
        <w:br/>
        <w:t>vn -0.5869 0.4857 0.6478</w:t>
        <w:br/>
        <w:t>vn -0.1536 -0.0164 -0.9880</w:t>
        <w:br/>
        <w:t>vn -0.5037 0.6080 -0.6137</w:t>
        <w:br/>
        <w:t>vn -0.1218 -0.0549 0.9910</w:t>
        <w:br/>
        <w:t>vn -0.4187 0.3464 -0.8394</w:t>
        <w:br/>
        <w:t>vn -0.7821 0.1632 -0.6014</w:t>
        <w:br/>
        <w:t>vn -0.1838 0.1470 0.9719</w:t>
        <w:br/>
        <w:t>vn -0.5462 0.6569 0.5198</w:t>
        <w:br/>
        <w:t>vn -0.5451 0.6714 0.5020</w:t>
        <w:br/>
        <w:t>vn -0.2470 0.2651 0.9321</w:t>
        <w:br/>
        <w:t>vn 0.2156 -0.4507 0.8663</w:t>
        <w:br/>
        <w:t>vn 0.2351 -0.4563 0.8582</w:t>
        <w:br/>
        <w:t>vn 0.2275 -0.4486 0.8643</w:t>
        <w:br/>
        <w:t>vn -0.2469 0.2651 0.9321</w:t>
        <w:br/>
        <w:t>vn -0.2014 0.1281 0.9711</w:t>
        <w:br/>
        <w:t>vn 0.2103 -0.4953 0.8429</w:t>
        <w:br/>
        <w:t>vn 0.2250 -0.4712 0.8529</w:t>
        <w:br/>
        <w:t>vn -0.2073 0.1159 0.9714</w:t>
        <w:br/>
        <w:t>vn -0.2409 0.2533 0.9369</w:t>
        <w:br/>
        <w:t>vn -0.5380 0.6776 0.5014</w:t>
        <w:br/>
        <w:t>vn -0.5687 0.6497 0.5045</w:t>
        <w:br/>
        <w:t>vn -0.5293 0.6852 0.5004</w:t>
        <w:br/>
        <w:t>vn -0.5805 0.6353 0.5093</w:t>
        <w:br/>
        <w:t>vn 0.4971 -0.8366 0.2302</w:t>
        <w:br/>
        <w:t>vn 0.5123 -0.8221 0.2485</w:t>
        <w:br/>
        <w:t>vn 0.5118 -0.8240 0.2430</w:t>
        <w:br/>
        <w:t>vn 0.4645 -0.8359 0.2924</w:t>
        <w:br/>
        <w:t>vn 0.5112 -0.8176 0.2650</w:t>
        <w:br/>
        <w:t>vn -0.3717 -0.7078 0.6007</w:t>
        <w:br/>
        <w:t>vn -0.6696 -0.7427 0.0103</w:t>
        <w:br/>
        <w:t>vn 0.1144 -0.9674 0.2260</w:t>
        <w:br/>
        <w:t>vn 0.0069 -0.7095 0.7046</w:t>
        <w:br/>
        <w:t>vn -0.5975 0.7677 -0.2317</w:t>
        <w:br/>
        <w:t>vn -0.5737 0.7911 -0.2124</w:t>
        <w:br/>
        <w:t>vn -0.6018 0.7561 -0.2571</w:t>
        <w:br/>
        <w:t>vn -0.6233 0.7411 -0.2493</w:t>
        <w:br/>
        <w:t>vn -0.6030 0.7634 -0.2315</w:t>
        <w:br/>
        <w:t>vn -0.5914 0.7714 -0.2348</w:t>
        <w:br/>
        <w:t>vn -0.5203 0.8170 -0.2485</w:t>
        <w:br/>
        <w:t>vn -0.5473 0.7879 -0.2823</w:t>
        <w:br/>
        <w:t>vn -0.5390 0.6820 0.4944</w:t>
        <w:br/>
        <w:t>vn -0.4650 0.7394 0.4869</w:t>
        <w:br/>
        <w:t>vn -0.3409 0.4649 -0.8171</w:t>
        <w:br/>
        <w:t>vn -0.3280 0.4570 -0.8268</w:t>
        <w:br/>
        <w:t>vn 0.0952 -0.0902 -0.9914</w:t>
        <w:br/>
        <w:t>vn -0.0037 0.0067 -1.0000</w:t>
        <w:br/>
        <w:t>vn 0.4548 -0.6601 -0.5979</w:t>
        <w:br/>
        <w:t>vn 0.0951 -0.0902 -0.9914</w:t>
        <w:br/>
        <w:t>vn 0.4490 -0.6543 -0.6085</w:t>
        <w:br/>
        <w:t>vn -0.3206 0.5087 -0.7990</w:t>
        <w:br/>
        <w:t>vn -0.3282 0.4905 -0.8073</w:t>
        <w:br/>
        <w:t>vn 0.0923 -0.0727 -0.9931</w:t>
        <w:br/>
        <w:t>vn 0.0203 0.0101 -0.9997</w:t>
        <w:br/>
        <w:t>vn 0.4728 -0.6739 -0.5678</w:t>
        <w:br/>
        <w:t>vn 0.4572 -0.7042 -0.5432</w:t>
        <w:br/>
        <w:t>vn 0.4553 -0.6723 -0.5837</w:t>
        <w:br/>
        <w:t>vn 0.0623 -0.0851 -0.9944</w:t>
        <w:br/>
        <w:t>vn -0.3561 0.4513 -0.8182</w:t>
        <w:br/>
        <w:t>vn -0.3547 0.4409 -0.8245</w:t>
        <w:br/>
        <w:t>vn -0.2464 -0.8411 -0.4815</w:t>
        <w:br/>
        <w:t>vn 0.1812 -0.8673 -0.4637</w:t>
        <w:br/>
        <w:t>vn -0.3069 0.4238 -0.8522</w:t>
        <w:br/>
        <w:t>vn -0.3202 0.4724 -0.8212</w:t>
        <w:br/>
        <w:t>vn -0.1995 0.0556 0.9783</w:t>
        <w:br/>
        <w:t>vn 0.1856 -0.5831 0.7909</w:t>
        <w:br/>
        <w:t>vn 0.3759 -0.8797 0.2913</w:t>
        <w:br/>
        <w:t>vn 0.3900 -0.7801 -0.4892</w:t>
        <w:br/>
        <w:t>vn -0.3149 -0.0541 0.9476</w:t>
        <w:br/>
        <w:t>vn 0.0011 -0.2545 -0.9671</w:t>
        <w:br/>
        <w:t>vn 0.0699 -0.1632 -0.9841</w:t>
        <w:br/>
        <w:t>vn -0.1996 0.0556 0.9783</w:t>
        <w:br/>
        <w:t>vn -0.6349 0.5965 0.4910</w:t>
        <w:br/>
        <w:t>vn -0.3711 0.3558 -0.8577</w:t>
        <w:br/>
        <w:t>vn -0.2341 -0.0045 -0.9722</w:t>
        <w:br/>
        <w:t>vn -0.7040 -0.1357 -0.6971</w:t>
        <w:br/>
        <w:t>vn -0.6901 0.6168 0.3785</w:t>
        <w:br/>
        <w:t>vn -0.4652 0.3053 0.8309</w:t>
        <w:br/>
        <w:t>vn 0.1437 -0.4402 0.8863</w:t>
        <w:br/>
        <w:t>vn 0.1381 -0.4110 0.9011</w:t>
        <w:br/>
        <w:t>vn -0.3836 0.2213 0.8966</w:t>
        <w:br/>
        <w:t>vn -0.4318 0.3492 0.8316</w:t>
        <w:br/>
        <w:t>vn -0.3835 0.2213 0.8966</w:t>
        <w:br/>
        <w:t>vn -0.6871 0.6512 0.3222</w:t>
        <w:br/>
        <w:t>vn -0.6553 0.6923 0.3022</w:t>
        <w:br/>
        <w:t>vn 0.5618 -0.7503 0.3485</w:t>
        <w:br/>
        <w:t>vn 0.1425 -0.3902 0.9096</w:t>
        <w:br/>
        <w:t>vn 0.1519 -0.3896 0.9084</w:t>
        <w:br/>
        <w:t>vn 0.5525 -0.7456 0.3726</w:t>
        <w:br/>
        <w:t>vn 0.5194 -0.7650 0.3808</w:t>
        <w:br/>
        <w:t>vn 0.4727 -0.7920 0.3865</w:t>
        <w:br/>
        <w:t>vn 0.1386 -0.9520 0.2729</w:t>
        <w:br/>
        <w:t>vn -0.0265 -0.6353 0.7718</w:t>
        <w:br/>
        <w:t>vn -0.3841 -0.6663 0.6392</w:t>
        <w:br/>
        <w:t>vn -0.6264 -0.7795 0.0038</w:t>
        <w:br/>
        <w:t>vn -0.6324 0.6876 -0.3567</w:t>
        <w:br/>
        <w:t>vn -0.6002 0.7182 -0.3519</w:t>
        <w:br/>
        <w:t>vn -0.5447 0.7443 -0.3863</w:t>
        <w:br/>
        <w:t>vn -0.5347 0.7386 -0.4107</w:t>
        <w:br/>
        <w:t>vn -0.6485 0.6909 0.3195</w:t>
        <w:br/>
        <w:t>vn -0.6137 0.7304 0.2997</w:t>
        <w:br/>
        <w:t>vn -0.2307 0.4968 -0.8366</w:t>
        <w:br/>
        <w:t>vn 0.1071 -0.0602 -0.9924</w:t>
        <w:br/>
        <w:t>vn 0.6108 -0.6553 -0.4444</w:t>
        <w:br/>
        <w:t>vn 0.1071 -0.0601 -0.9924</w:t>
        <w:br/>
        <w:t>vn 0.2088 -0.1718 -0.9628</w:t>
        <w:br/>
        <w:t>vn 0.1571 -0.1193 -0.9803</w:t>
        <w:br/>
        <w:t>vn -0.2626 0.3630 -0.8940</w:t>
        <w:br/>
        <w:t>vn -0.2701 0.3786 -0.8853</w:t>
        <w:br/>
        <w:t>vn 0.5438 -0.7305 -0.4131</w:t>
        <w:br/>
        <w:t>vn 0.2088 -0.1717 -0.9628</w:t>
        <w:br/>
        <w:t>vn 0.5704 -0.6969 -0.4347</w:t>
        <w:br/>
        <w:t>vn 0.6051 -0.6685 -0.4323</w:t>
        <w:br/>
        <w:t>vn 0.1910 -0.1305 -0.9729</w:t>
        <w:br/>
        <w:t>vn 0.1911 -0.1305 -0.9729</w:t>
        <w:br/>
        <w:t>vn -0.2958 0.3717 -0.8800</w:t>
        <w:br/>
        <w:t>vn -0.3926 0.2268 -0.8913</w:t>
        <w:br/>
        <w:t>vn -0.0954 -0.7582 -0.6450</w:t>
        <w:br/>
        <w:t>vn 0.2747 -0.8437 -0.4613</w:t>
        <w:br/>
        <w:t>vn -0.6600 0.6515 -0.3741</w:t>
        <w:br/>
        <w:t>vn -0.6789 0.6372 -0.3649</w:t>
        <w:br/>
        <w:t>vn -0.2235 0.3818 -0.8968</w:t>
        <w:br/>
        <w:t>vn -0.2010 0.3612 -0.9106</w:t>
        <w:br/>
        <w:t>vn 0.1391 -0.5158 0.8453</w:t>
        <w:br/>
        <w:t>vn -0.3573 0.1382 0.9237</w:t>
        <w:br/>
        <w:t>vn 0.4176 -0.8278 0.3746</w:t>
        <w:br/>
        <w:t>vn 0.5067 -0.8345 -0.2165</w:t>
        <w:br/>
        <w:t>vn -0.7143 0.6069 0.3484</w:t>
        <w:br/>
        <w:t>vn -0.6897 0.6307 0.3557</w:t>
        <w:br/>
        <w:t>vn -0.3918 0.2148 0.8946</w:t>
        <w:br/>
        <w:t>vn -0.4284 -0.0008 0.9036</w:t>
        <w:br/>
        <w:t>vn 0.1353 -0.3374 -0.9316</w:t>
        <w:br/>
        <w:t>vn 0.4180 -0.4452 -0.7919</w:t>
        <w:br/>
        <w:t>vn 0.2163 -0.2148 -0.9524</w:t>
        <w:br/>
        <w:t>vn -0.7402 0.5830 0.3350</w:t>
        <w:br/>
        <w:t>vn -0.9679 0.0054 0.2514</w:t>
        <w:br/>
        <w:t>vn -0.6487 0.3383 0.6817</w:t>
        <w:br/>
        <w:t>vn -0.4285 -0.0008 0.9036</w:t>
        <w:br/>
        <w:t>vn -0.2935 0.2251 -0.9291</w:t>
        <w:br/>
        <w:t>vn -0.0954 -0.7581 -0.6451</w:t>
        <w:br/>
        <w:t>vn -0.5656 -0.5768 -0.5894</w:t>
        <w:br/>
        <w:t>vn 0.5361 -0.8259 -0.1745</w:t>
        <w:br/>
        <w:t>vn 0.4601 -0.8801 -0.1173</w:t>
        <w:br/>
        <w:t>vn 0.5568 -0.8084 -0.1909</w:t>
        <w:br/>
        <w:t>vn -0.3153 0.6542 -0.6875</w:t>
        <w:br/>
        <w:t>vn -0.5143 0.8304 -0.2144</w:t>
        <w:br/>
        <w:t>vn -0.5097 0.8436 0.1691</w:t>
        <w:br/>
        <w:t>vn -0.5752 0.8159 0.0593</w:t>
        <w:br/>
        <w:t>vn -0.5807 0.7737 0.2534</w:t>
        <w:br/>
        <w:t>vn -0.5092 0.8110 0.2881</w:t>
        <w:br/>
        <w:t>vn -0.6901 0.6070 -0.3942</w:t>
        <w:br/>
        <w:t>vn -0.6568 0.7432 0.1277</w:t>
        <w:br/>
        <w:t>vn -0.6495 0.7486 0.1331</w:t>
        <w:br/>
        <w:t>vn -0.4720 0.4623 0.7506</w:t>
        <w:br/>
        <w:t>vn -0.1196 -0.0804 0.9896</w:t>
        <w:br/>
        <w:t>vn -0.1734 -0.0967 0.9801</w:t>
        <w:br/>
        <w:t>vn -0.4913 0.4884 0.7211</w:t>
        <w:br/>
        <w:t>vn -0.4912 0.4958 0.7162</w:t>
        <w:br/>
        <w:t>vn -0.6633 0.7341 0.1453</w:t>
        <w:br/>
        <w:t>vn -0.6181 0.7145 -0.3276</w:t>
        <w:br/>
        <w:t>vn -0.6510 0.7507 0.1129</w:t>
        <w:br/>
        <w:t>vn -0.7331 0.5737 -0.3653</w:t>
        <w:br/>
        <w:t>vn -0.6262 0.6398 -0.4455</w:t>
        <w:br/>
        <w:t>vn 0.0771 -0.5105 0.8564</w:t>
        <w:br/>
        <w:t>vn 0.3198 -0.5396 0.7788</w:t>
        <w:br/>
        <w:t>vn -0.1756 -0.0630 -0.9824</w:t>
        <w:br/>
        <w:t>vn -0.4235 0.7254 0.5426</w:t>
        <w:br/>
        <w:t>vn -0.1545 0.6999 0.6974</w:t>
        <w:br/>
        <w:t>vn 0.0430 0.2066 -0.9775</w:t>
        <w:br/>
        <w:t>vn 0.0286 0.3011 -0.9532</w:t>
        <w:br/>
        <w:t>vn -0.5231 0.2866 0.8027</w:t>
        <w:br/>
        <w:t>vn -0.8424 -0.2242 0.4899</w:t>
        <w:br/>
        <w:t>vn 0.0404 0.7349 0.6770</w:t>
        <w:br/>
        <w:t>vn 0.0071 0.6684 0.7438</w:t>
        <w:br/>
        <w:t>vn -0.6264 -0.7795 0.0037</w:t>
        <w:br/>
        <w:t>vn -0.3842 -0.6663 0.6391</w:t>
        <w:br/>
        <w:t>vn -0.6696 -0.7426 0.0103</w:t>
        <w:br/>
        <w:t>vn -0.3718 -0.7078 0.6007</w:t>
        <w:br/>
        <w:t>vn -0.2465 -0.8411 -0.4815</w:t>
        <w:br/>
        <w:t>vn -0.7040 -0.1357 -0.6972</w:t>
        <w:br/>
        <w:t>vn -0.3371 0.5850 0.7376</w:t>
        <w:br/>
        <w:t>vn -0.6127 0.7797 0.1291</w:t>
        <w:br/>
        <w:t>vn -0.5289 0.6318 -0.5667</w:t>
        <w:br/>
        <w:t>vn -0.5192 0.6427 -0.5634</w:t>
        <w:br/>
        <w:t>vn -0.6088 0.7855 0.1115</w:t>
        <w:br/>
        <w:t>vn -0.3539 0.5755 0.7372</w:t>
        <w:br/>
        <w:t>vn -0.4128 0.4687 0.7810</w:t>
        <w:br/>
        <w:t>vn -0.5915 0.7893 0.1648</w:t>
        <w:br/>
        <w:t>vn -0.4878 0.5052 0.7119</w:t>
        <w:br/>
        <w:t>vn -0.6431 0.7643 0.0486</w:t>
        <w:br/>
        <w:t>vn -0.4631 0.5795 -0.6707</w:t>
        <w:br/>
        <w:t>vn -0.4554 0.5608 0.6915</w:t>
        <w:br/>
        <w:t>vn -0.6329 0.7683 0.0955</w:t>
        <w:br/>
        <w:t>vn -0.5083 0.5604 -0.6539</w:t>
        <w:br/>
        <w:t>vn -0.5028 0.7097 0.4935</w:t>
        <w:br/>
        <w:t>vn -0.5770 0.7776 -0.2498</w:t>
        <w:br/>
        <w:t>vn -0.3465 0.4519 -0.8221</w:t>
        <w:br/>
        <w:t>vn -0.4774 0.7283 0.4916</w:t>
        <w:br/>
        <w:t>vn -0.5500 0.8072 -0.2145</w:t>
        <w:br/>
        <w:t>vn -0.3420 0.4954 -0.7985</w:t>
        <w:br/>
        <w:t>vn -0.6834 0.6393 0.3525</w:t>
        <w:br/>
        <w:t>vn -0.6462 0.6840 -0.3385</w:t>
        <w:br/>
        <w:t>vn -0.2952 0.3394 -0.8931</w:t>
        <w:br/>
        <w:t>vn -0.6269 0.7207 0.2960</w:t>
        <w:br/>
        <w:t>vn -0.5713 0.7369 -0.3615</w:t>
        <w:br/>
        <w:t>vn -0.2366 0.3786 -0.8948</w:t>
        <w:br/>
        <w:t>vn -0.1576 -0.6718 0.7238</w:t>
        <w:br/>
        <w:t>vn 0.1377 -0.6626 -0.7362</w:t>
        <w:br/>
        <w:t>vn 0.2193 -0.9716 0.0883</w:t>
        <w:br/>
        <w:t>vn -0.7604 -0.2300 0.6073</w:t>
        <w:br/>
        <w:t>vn -0.4675 -0.2233 0.8553</w:t>
        <w:br/>
        <w:t>vn -0.3956 0.4843 -0.7803</w:t>
        <w:br/>
        <w:t>vn -0.4683 0.8105 0.3519</w:t>
        <w:br/>
        <w:t>vn -0.1825 0.5040 0.8442</w:t>
        <w:br/>
        <w:t>vn 0.7120 -0.7017 -0.0267</w:t>
        <w:br/>
        <w:t>vn 0.6285 -0.6936 -0.3521</w:t>
        <w:br/>
        <w:t>vn 0.3200 -0.7440 0.5866</w:t>
        <w:br/>
        <w:t>vn 0.7592 -0.5837 0.2880</w:t>
        <w:br/>
        <w:t>vn 0.5134 -0.3348 -0.7901</w:t>
        <w:br/>
        <w:t>vn 0.1915 0.1259 -0.9734</w:t>
        <w:br/>
        <w:t>vn -0.1318 -0.9476 0.2909</w:t>
        <w:br/>
        <w:t>vn 0.3201 -0.7438 0.5867</w:t>
        <w:br/>
        <w:t>vn 0.1579 -0.9643 0.2126</w:t>
        <w:br/>
        <w:t>vn -0.5404 0.8075 -0.2367</w:t>
        <w:br/>
        <w:t>vn -0.5399 0.8345 0.1103</w:t>
        <w:br/>
        <w:t>vn -0.1600 -0.6582 -0.7356</w:t>
        <w:br/>
        <w:t>vn -0.3608 -0.3713 -0.8555</w:t>
        <w:br/>
        <w:t>vn -0.5054 -0.8627 0.0151</w:t>
        <w:br/>
        <w:t>vn -0.2751 -0.3052 -0.9117</w:t>
        <w:br/>
        <w:t>vn -0.8438 0.5330 0.0629</w:t>
        <w:br/>
        <w:t>vn -0.8098 -0.5823 -0.0722</w:t>
        <w:br/>
        <w:t>vn -0.7744 -0.6284 -0.0734</w:t>
        <w:br/>
        <w:t>vn -0.5916 0.8053 0.0390</w:t>
        <w:br/>
        <w:t>vn -0.7821 0.1633 -0.6014</w:t>
        <w:br/>
        <w:t>vn -0.5015 -0.5965 -0.6266</w:t>
        <w:br/>
        <w:t>vn -0.9478 -0.2933 -0.1252</w:t>
        <w:br/>
        <w:t>vn -0.6667 -0.6367 0.3874</w:t>
        <w:br/>
        <w:t>vn -0.8830 0.0470 0.4671</w:t>
        <w:br/>
        <w:t>vn -0.4137 -0.8632 -0.2893</w:t>
        <w:br/>
        <w:t>vn -0.9446 -0.1578 0.2879</w:t>
        <w:br/>
        <w:t>vn -0.6873 0.7263 0.0108</w:t>
        <w:br/>
        <w:t>vn -0.9551 -0.2651 -0.1321</w:t>
        <w:br/>
        <w:t>vn -0.6312 0.7211 -0.2858</w:t>
        <w:br/>
        <w:t>vn -0.6788 0.6798 -0.2777</w:t>
        <w:br/>
        <w:t>vn -0.7087 0.7015 0.0748</w:t>
        <w:br/>
        <w:t>vn -0.9167 -0.3776 -0.1308</w:t>
        <w:br/>
        <w:t>vn -0.6627 0.6294 -0.4059</w:t>
        <w:br/>
        <w:t>vn -0.9477 0.0688 -0.3118</w:t>
        <w:br/>
        <w:t>vn -0.6406 0.3896 -0.6617</w:t>
        <w:br/>
        <w:t>vn -0.4320 0.5849 -0.6865</w:t>
        <w:br/>
        <w:t>vn -0.2399 0.3156 -0.9181</w:t>
        <w:br/>
        <w:t>vn -0.5667 0.7582 -0.3225</w:t>
        <w:br/>
        <w:t>vn -0.2599 0.5674 0.7814</w:t>
        <w:br/>
        <w:t>vn -0.4373 0.7512 0.4945</w:t>
        <w:br/>
        <w:t>vn -0.9573 -0.0788 0.2783</w:t>
        <w:br/>
        <w:t>vn -0.8608 -0.0643 0.5048</w:t>
        <w:br/>
        <w:t>vn 0.4460 -0.7531 -0.4836</w:t>
        <w:br/>
        <w:t>vn 0.8335 0.5526 0.0019</w:t>
        <w:br/>
        <w:t>vn 0.7743 0.6328 0.0023</w:t>
        <w:br/>
        <w:t>vn 0.7682 0.6397 0.0255</w:t>
        <w:br/>
        <w:t>vn 0.8116 0.5816 0.0551</w:t>
        <w:br/>
        <w:t>vn 0.7910 0.6051 0.0903</w:t>
        <w:br/>
        <w:t>vn 0.7626 0.6460 0.0329</w:t>
        <w:br/>
        <w:t>vn 0.7416 0.6621 0.1082</w:t>
        <w:br/>
        <w:t>vn 0.7284 0.6836 0.0467</w:t>
        <w:br/>
        <w:t>vn 0.8022 0.5957 -0.0394</w:t>
        <w:br/>
        <w:t>vn 0.8018 0.5948 -0.0577</w:t>
        <w:br/>
        <w:t>vn 0.7580 0.6506 -0.0453</w:t>
        <w:br/>
        <w:t>vn 0.7560 0.6535 -0.0375</w:t>
        <w:br/>
        <w:t>vn 0.7631 0.6195 -0.1842</w:t>
        <w:br/>
        <w:t>vn 0.7753 0.5194 -0.3593</w:t>
        <w:br/>
        <w:t>vn 0.6738 0.6354 -0.3771</w:t>
        <w:br/>
        <w:t>vn 0.6991 0.6887 -0.1923</w:t>
        <w:br/>
        <w:t>vn 0.8419 0.4866 -0.2334</w:t>
        <w:br/>
        <w:t>vn 0.7896 0.6015 -0.1216</w:t>
        <w:br/>
        <w:t>vn 0.7910 0.6088 -0.0611</w:t>
        <w:br/>
        <w:t>vn 0.8582 0.5016 -0.1088</w:t>
        <w:br/>
        <w:t>vn 0.7329 0.6802 0.0120</w:t>
        <w:br/>
        <w:t>vn 0.7148 0.6962 0.0665</w:t>
        <w:br/>
        <w:t>vn 0.7110 0.7026 0.0286</w:t>
        <w:br/>
        <w:t>vn 0.7305 0.6829 0.0018</w:t>
        <w:br/>
        <w:t>vn 0.8162 0.5430 -0.1975</w:t>
        <w:br/>
        <w:t>vn 0.9508 0.1353 0.2788</w:t>
        <w:br/>
        <w:t>vn -0.7015 -0.1756 0.6907</w:t>
        <w:br/>
        <w:t>vn -0.8225 -0.4182 0.3854</w:t>
        <w:br/>
        <w:t>vn -0.6916 -0.5455 0.4735</w:t>
        <w:br/>
        <w:t>vn -0.5963 -0.3455 0.7246</w:t>
        <w:br/>
        <w:t>vn -0.3769 -0.3105 0.8726</w:t>
        <w:br/>
        <w:t>vn -0.7016 -0.1756 0.6906</w:t>
        <w:br/>
        <w:t>vn -0.3687 -0.3913 0.8432</w:t>
        <w:br/>
        <w:t>vn -0.2458 -0.9689 0.0272</w:t>
        <w:br/>
        <w:t>vn -0.3202 -0.9228 0.2143</w:t>
        <w:br/>
        <w:t>vn -0.5393 -0.7955 0.2765</w:t>
        <w:br/>
        <w:t>vn -0.5824 -0.7978 0.1562</w:t>
        <w:br/>
        <w:t>vn -0.0414 -0.4733 0.8799</w:t>
        <w:br/>
        <w:t>vn 0.7170 -0.4069 -0.5659</w:t>
        <w:br/>
        <w:t>vn 0.9812 -0.1284 0.1441</w:t>
        <w:br/>
        <w:t>vn 0.5516 -0.2072 -0.8080</w:t>
        <w:br/>
        <w:t>vn 0.7086 0.7017 0.0736</w:t>
        <w:br/>
        <w:t>vn 0.8455 0.4705 0.2526</w:t>
        <w:br/>
        <w:t>vn 0.7087 0.7017 0.0736</w:t>
        <w:br/>
        <w:t>vn 0.8756 0.4518 -0.1710</w:t>
        <w:br/>
        <w:t>vn 0.8756 0.4517 -0.1710</w:t>
        <w:br/>
        <w:t>vn 0.9032 0.3139 -0.2927</w:t>
        <w:br/>
        <w:t>vn 0.9032 0.3140 -0.2927</w:t>
        <w:br/>
        <w:t>vn 0.8768 0.2165 -0.4293</w:t>
        <w:br/>
        <w:t>vn 0.7598 0.4985 -0.4174</w:t>
        <w:br/>
        <w:t>vn 0.7598 0.4984 -0.4174</w:t>
        <w:br/>
        <w:t>vn 0.9508 0.1353 0.2787</w:t>
        <w:br/>
        <w:t>vn 0.7946 0.6070 -0.0120</w:t>
        <w:br/>
        <w:t>vn 0.3220 -0.6399 0.6977</w:t>
        <w:br/>
        <w:t>vn 0.1944 -0.9795 0.0524</w:t>
        <w:br/>
        <w:t>vn -0.0204 -0.9562 0.2920</w:t>
        <w:br/>
        <w:t>vn 0.5751 -0.7415 -0.3456</w:t>
        <w:br/>
        <w:t>vn 0.7804 -0.5211 0.3457</w:t>
        <w:br/>
        <w:t>vn 0.9513 -0.3061 -0.0377</w:t>
        <w:br/>
        <w:t>vn 0.9513 -0.3061 -0.0376</w:t>
        <w:br/>
        <w:t>vn -0.4420 -0.8968 -0.0184</w:t>
        <w:br/>
        <w:t>vn -0.5853 -0.7996 0.1345</w:t>
        <w:br/>
        <w:t>vn -0.4288 -0.8418 0.3279</w:t>
        <w:br/>
        <w:t>vn 0.5265 -0.7588 0.3835</w:t>
        <w:br/>
        <w:t>vn 0.3294 -0.9079 0.2592</w:t>
        <w:br/>
        <w:t>vn -0.1050 -0.9909 -0.0844</w:t>
        <w:br/>
        <w:t>vn 0.6727 0.0129 0.7398</w:t>
        <w:br/>
        <w:t>vn 0.5264 -0.7589 0.3835</w:t>
        <w:br/>
        <w:t>vn 0.6441 0.7285 -0.2331</w:t>
        <w:br/>
        <w:t>vn 0.6821 0.7285 -0.0640</w:t>
        <w:br/>
        <w:t>vn 0.6905 0.7226 -0.0333</w:t>
        <w:br/>
        <w:t>vn 0.6737 0.7290 -0.1208</w:t>
        <w:br/>
        <w:t>vn 0.7394 0.6733 -0.0075</w:t>
        <w:br/>
        <w:t>vn 0.7171 0.6970 -0.0078</w:t>
        <w:br/>
        <w:t>vn 0.7659 0.6396 -0.0653</w:t>
        <w:br/>
        <w:t>vn 0.7490 0.6614 -0.0397</w:t>
        <w:br/>
        <w:t>vn 0.7375 0.6748 -0.0273</w:t>
        <w:br/>
        <w:t>vn 0.7397 0.6715 -0.0434</w:t>
        <w:br/>
        <w:t>vn 0.3219 -0.6399 0.6978</w:t>
        <w:br/>
        <w:t>vn 0.2767 -0.8564 0.4358</w:t>
        <w:br/>
        <w:t>vn 0.6536 -0.7332 0.1876</w:t>
        <w:br/>
        <w:t>vn 0.4460 -0.7530 -0.4837</w:t>
        <w:br/>
        <w:t>vn 0.4665 -0.6564 -0.5928</w:t>
        <w:br/>
        <w:t>vn 0.9240 0.1194 0.3632</w:t>
        <w:br/>
        <w:t>vn 0.9812 -0.1283 0.1442</w:t>
        <w:br/>
        <w:t>vn 0.5516 -0.2072 -0.8079</w:t>
        <w:br/>
        <w:t>vn 0.9402 -0.0149 -0.3404</w:t>
        <w:br/>
        <w:t>vn 0.9401 -0.0150 -0.3404</w:t>
        <w:br/>
        <w:t>vn 0.0283 0.5111 0.8590</w:t>
        <w:br/>
        <w:t>vn 0.6411 0.3777 0.6681</w:t>
        <w:br/>
        <w:t>vn 0.0285 0.3011 -0.9532</w:t>
        <w:br/>
        <w:t>vn 0.2676 0.1474 -0.9522</w:t>
        <w:br/>
        <w:t>vn 0.3319 0.1322 -0.9340</w:t>
        <w:br/>
        <w:t>vn 0.1915 0.1258 -0.9734</w:t>
        <w:br/>
        <w:t>vn 0.9032 0.3139 -0.2926</w:t>
        <w:br/>
        <w:t>vn 0.9397 -0.3420 -0.0042</w:t>
        <w:br/>
        <w:t>vn 0.7627 0.6460 0.0329</w:t>
        <w:br/>
        <w:t>vn 0.7111 0.7030 -0.0120</w:t>
        <w:br/>
        <w:t>vn 0.7284 0.6836 0.0468</w:t>
        <w:br/>
        <w:t>vn 0.6737 0.7290 -0.1209</w:t>
        <w:br/>
        <w:t>vn 0.7560 0.6535 -0.0376</w:t>
        <w:br/>
        <w:t>vn 0.7170 0.6970 -0.0078</w:t>
        <w:br/>
        <w:t>vn 0.7398 0.6715 -0.0434</w:t>
        <w:br/>
        <w:t>vn 0.7579 0.6507 -0.0453</w:t>
        <w:br/>
        <w:t>vn 0.7681 0.6398 0.0255</w:t>
        <w:br/>
        <w:t>vn 0.7910 0.6087 -0.0611</w:t>
        <w:br/>
        <w:t>vn 0.7375 0.6748 -0.0272</w:t>
        <w:br/>
        <w:t>vn -0.6916 -0.5455 0.4734</w:t>
        <w:br/>
        <w:t>vn -0.3454 -0.7067 0.6175</w:t>
        <w:br/>
        <w:t>vn -0.0413 -0.4733 0.8799</w:t>
        <w:br/>
        <w:t>vn 0.2766 -0.8564 0.4359</w:t>
        <w:br/>
        <w:t>vn -0.3202 -0.9228 0.2144</w:t>
        <w:br/>
        <w:t>vn -0.5393 -0.7955 0.2764</w:t>
        <w:br/>
        <w:t>vn 0.7607 0.3596 0.5404</w:t>
        <w:br/>
        <w:t>vn -0.4942 -0.2272 -0.8391</w:t>
        <w:br/>
        <w:t>vn -0.4778 -0.5845 -0.6558</w:t>
        <w:br/>
        <w:t>vn -0.5817 -0.5693 -0.5809</w:t>
        <w:br/>
        <w:t>vn -0.6616 -0.1855 -0.7265</w:t>
        <w:br/>
        <w:t>vn 0.9071 -0.2497 -0.3388</w:t>
        <w:br/>
        <w:t>vn 0.9257 0.0785 -0.3701</w:t>
        <w:br/>
        <w:t>vn 0.9944 0.1005 -0.0321</w:t>
        <w:br/>
        <w:t>vn 0.9750 -0.2217 -0.0137</w:t>
        <w:br/>
        <w:t>vn 0.6102 -0.0456 0.7910</w:t>
        <w:br/>
        <w:t>vn 0.8661 0.0060 0.4998</w:t>
        <w:br/>
        <w:t>vn 0.8661 0.0060 0.4997</w:t>
        <w:br/>
        <w:t>vn 0.1469 -0.0630 0.9871</w:t>
        <w:br/>
        <w:t>vn 0.0202 -0.0587 0.9981</w:t>
        <w:br/>
        <w:t>vn 0.0203 -0.0587 0.9981</w:t>
        <w:br/>
        <w:t>vn 0.6323 0.0191 -0.7745</w:t>
        <w:br/>
        <w:t>vn 0.8122 0.0569 -0.5806</w:t>
        <w:br/>
        <w:t>vn 0.3999 -0.0483 -0.9153</w:t>
        <w:br/>
        <w:t>vn 0.2367 -0.4902 -0.8389</w:t>
        <w:br/>
        <w:t>vn 0.0910 -0.5040 -0.8589</w:t>
        <w:br/>
        <w:t>vn 0.2218 -0.1088 -0.9690</w:t>
        <w:br/>
        <w:t>vn -0.9093 -0.0947 0.4052</w:t>
        <w:br/>
        <w:t>vn -0.9871 -0.0797 0.1386</w:t>
        <w:br/>
        <w:t>vn -0.9093 -0.0947 0.4051</w:t>
        <w:br/>
        <w:t>vn 0.9454 -0.2399 0.2208</w:t>
        <w:br/>
        <w:t>vn 0.9688 0.0760 0.2358</w:t>
        <w:br/>
        <w:t>vn -0.7846 -0.0972 0.6124</w:t>
        <w:br/>
        <w:t>vn -0.6165 -0.0756 0.7837</w:t>
        <w:br/>
        <w:t>vn -0.3268 -0.0869 0.9411</w:t>
        <w:br/>
        <w:t>vn -0.9949 -0.0841 -0.0549</w:t>
        <w:br/>
        <w:t>vn -0.9477 -0.1009 -0.3029</w:t>
        <w:br/>
        <w:t>vn -0.0134 -0.1963 -0.9804</w:t>
        <w:br/>
        <w:t>vn -0.1542 -0.6147 -0.7735</w:t>
        <w:br/>
        <w:t>vn -0.2874 -0.6219 -0.7284</w:t>
        <w:br/>
        <w:t>vn -0.2131 -0.2336 -0.9487</w:t>
        <w:br/>
        <w:t>vn -0.0221 -0.1419 -0.9896</w:t>
        <w:br/>
        <w:t>vn -0.1649 -0.5591 -0.8126</w:t>
        <w:br/>
        <w:t>vn 0.9123 -0.3895 0.1267</w:t>
        <w:br/>
        <w:t>vn 0.9829 0.1109 0.1472</w:t>
        <w:br/>
        <w:t>vn -0.0865 -0.5143 -0.8532</w:t>
        <w:br/>
        <w:t>vn 0.0238 -0.1211 -0.9924</w:t>
        <w:br/>
        <w:t>vn -0.0832 -0.0905 0.9924</w:t>
        <w:br/>
        <w:t>vn 0.4921 0.2055 0.8459</w:t>
        <w:br/>
        <w:t>vn 0.6700 0.1644 0.7240</w:t>
        <w:br/>
        <w:t>vn -0.9916 -0.1265 0.0286</w:t>
        <w:br/>
        <w:t>vn -0.9277 -0.0968 0.3606</w:t>
        <w:br/>
        <w:t>vn -0.9916 -0.1265 0.0287</w:t>
        <w:br/>
        <w:t>vn -0.4023 0.0457 0.9143</w:t>
        <w:br/>
        <w:t>vn -0.2307 0.0970 0.9682</w:t>
        <w:br/>
        <w:t>vn -0.4023 0.0457 0.9144</w:t>
        <w:br/>
        <w:t>vn 0.9083 0.1056 -0.4047</w:t>
        <w:br/>
        <w:t>vn 0.9866 0.0846 -0.1396</w:t>
        <w:br/>
        <w:t>vn -0.9660 -0.1089 -0.2346</w:t>
        <w:br/>
        <w:t>vn -0.9660 -0.1090 -0.2346</w:t>
        <w:br/>
        <w:t>vn -0.8704 -0.0217 -0.4918</w:t>
        <w:br/>
        <w:t>vn -0.8175 -0.0667 0.5721</w:t>
        <w:br/>
        <w:t>vn -0.6386 -0.0219 0.7692</w:t>
        <w:br/>
        <w:t>vn -0.8175 -0.0667 0.5720</w:t>
        <w:br/>
        <w:t>vn 0.7870 0.1148 -0.6062</w:t>
        <w:br/>
        <w:t>vn 0.3349 0.0937 -0.9376</w:t>
        <w:br/>
        <w:t>vn 0.6277 0.0996 -0.7721</w:t>
        <w:br/>
        <w:t>vn 0.0256 0.1327 0.9908</w:t>
        <w:br/>
        <w:t>vn 0.0080 0.1873 0.9823</w:t>
        <w:br/>
        <w:t>vn 0.2035 0.2184 0.9544</w:t>
        <w:br/>
        <w:t>vn 0.2035 0.2181 0.9545</w:t>
        <w:br/>
        <w:t>vn -0.9804 -0.1443 -0.1344</w:t>
        <w:br/>
        <w:t>vn -0.0217 0.1078 0.9939</w:t>
        <w:br/>
        <w:t>vn -0.0218 0.1078 0.9939</w:t>
        <w:br/>
        <w:t>vn 0.9521 0.0902 0.2923</w:t>
        <w:br/>
        <w:t>vn 0.9954 0.0810 0.0503</w:t>
        <w:br/>
        <w:t>vn 0.8237 0.1189 0.5544</w:t>
        <w:br/>
        <w:t>vn -0.1454 0.0860 -0.9856</w:t>
        <w:br/>
        <w:t>vn -0.0290 0.0607 -0.9977</w:t>
        <w:br/>
        <w:t>vn -0.0290 0.0606 -0.9977</w:t>
        <w:br/>
        <w:t>vn -0.0853 0.9560 -0.2806</w:t>
        <w:br/>
        <w:t>vn -0.0103 0.9202 -0.3914</w:t>
        <w:br/>
        <w:t>vn -0.3850 -0.8459 -0.3691</w:t>
        <w:br/>
        <w:t>vn -0.4007 -0.8529 -0.3346</w:t>
        <w:br/>
        <w:t>vn 0.3004 0.9389 0.1681</w:t>
        <w:br/>
        <w:t>vn 0.2792 0.9560 0.0900</w:t>
        <w:br/>
        <w:t>vn 0.1983 0.8743 0.4431</w:t>
        <w:br/>
        <w:t>vn 0.2258 0.8864 0.4041</w:t>
        <w:br/>
        <w:t>vn 0.1612 -0.8450 -0.5099</w:t>
        <w:br/>
        <w:t>vn 0.3346 -0.8394 -0.4283</w:t>
        <w:br/>
        <w:t>vn 0.3276 0.9252 -0.1918</w:t>
        <w:br/>
        <w:t>vn 0.3276 0.9251 -0.1918</w:t>
        <w:br/>
        <w:t>vn 0.3354 0.9311 -0.1431</w:t>
        <w:br/>
        <w:t>vn 0.0201 -0.8199 -0.5722</w:t>
        <w:br/>
        <w:t>vn -0.0558 -0.8042 -0.5918</w:t>
        <w:br/>
        <w:t>vn -0.3306 0.9147 0.2325</w:t>
        <w:br/>
        <w:t>vn -0.2721 0.9128 0.3045</w:t>
        <w:br/>
        <w:t>vn -0.3576 -0.9294 -0.0909</w:t>
        <w:br/>
        <w:t>vn -0.3100 -0.9501 -0.0341</w:t>
        <w:br/>
        <w:t>vn 0.2675 0.9622 0.0520</w:t>
        <w:br/>
        <w:t>vn 0.4315 -0.8773 0.2101</w:t>
        <w:br/>
        <w:t>vn 0.3311 -0.9042 0.2698</w:t>
        <w:br/>
        <w:t>vn 0.3311 -0.9042 0.2697</w:t>
        <w:br/>
        <w:t>vn 0.5169 -0.8398 0.1661</w:t>
        <w:br/>
        <w:t>vn 0.3274 0.9424 -0.0687</w:t>
        <w:br/>
        <w:t>vn 0.2765 0.9609 0.0120</w:t>
        <w:br/>
        <w:t>vn 0.3274 0.9424 -0.0688</w:t>
        <w:br/>
        <w:t>vn -0.2073 0.9111 0.3562</w:t>
        <w:br/>
        <w:t>vn -0.2073 0.9111 0.3561</w:t>
        <w:br/>
        <w:t>vn -0.2893 -0.9564 0.0405</w:t>
        <w:br/>
        <w:t>vn -0.1024 0.9125 0.3961</w:t>
        <w:br/>
        <w:t>vn 0.0746 0.9130 0.4010</w:t>
        <w:br/>
        <w:t>vn -0.2901 -0.9207 0.2610</w:t>
        <w:br/>
        <w:t>vn -0.3037 -0.9444 0.1261</w:t>
        <w:br/>
        <w:t>vn -0.3904 -0.9146 -0.1055</w:t>
        <w:br/>
        <w:t>vn -0.3966 -0.9036 -0.1620</w:t>
        <w:br/>
        <w:t>vn -0.3965 -0.9036 -0.1620</w:t>
        <w:br/>
        <w:t>vn -0.3904 -0.9146 -0.1056</w:t>
        <w:br/>
        <w:t>vn 0.2751 0.8406 -0.4665</w:t>
        <w:br/>
        <w:t>vn 0.1358 0.8639 -0.4851</w:t>
        <w:br/>
        <w:t>vn 0.2933 0.8821 -0.3685</w:t>
        <w:br/>
        <w:t>vn 0.2933 0.8822 -0.3685</w:t>
        <w:br/>
        <w:t>vn -0.2706 -0.8504 -0.4512</w:t>
        <w:br/>
        <w:t>vn -0.2584 -0.8871 -0.3824</w:t>
        <w:br/>
        <w:t>vn -0.3031 -0.8802 -0.3652</w:t>
        <w:br/>
        <w:t>vn 0.2747 0.9588 0.0719</w:t>
        <w:br/>
        <w:t>vn 0.5168 -0.8398 0.1661</w:t>
        <w:br/>
        <w:t>vn 0.6080 -0.7905 0.0738</w:t>
        <w:br/>
        <w:t>vn 0.2837 0.9196 -0.2716</w:t>
        <w:br/>
        <w:t>vn -0.1809 -0.8119 -0.5550</w:t>
        <w:br/>
        <w:t>vn -0.3292 0.9305 0.1606</w:t>
        <w:br/>
        <w:t>vn -0.3292 0.9305 0.1607</w:t>
        <w:br/>
        <w:t>vn -0.6833 -0.5729 -0.4527</w:t>
        <w:br/>
        <w:t>vn -0.4055 -0.8813 -0.2427</w:t>
        <w:br/>
        <w:t>vn -0.1829 -0.9221 0.3410</w:t>
        <w:br/>
        <w:t>vn -0.2294 -0.9127 0.3381</w:t>
        <w:br/>
        <w:t>vn -0.1233 -0.9299 0.3465</w:t>
        <w:br/>
        <w:t>vn -0.6148 0.0476 -0.7872</w:t>
        <w:br/>
        <w:t>vn -0.3597 0.0877 -0.9289</w:t>
        <w:br/>
        <w:t>vn 0.1290 -0.9131 0.3867</w:t>
        <w:br/>
        <w:t>vn -0.0204 -0.9151 0.4028</w:t>
        <w:br/>
        <w:t>vn -0.0204 -0.9150 0.4028</w:t>
        <w:br/>
        <w:t>vn 0.3663 -0.0718 0.9277</w:t>
        <w:br/>
        <w:t>vn 0.2908 0.9157 0.2772</w:t>
        <w:br/>
        <w:t>vn 0.2188 0.9743 0.0528</w:t>
        <w:br/>
        <w:t>vn 0.3790 -0.8314 -0.4063</w:t>
        <w:br/>
        <w:t>vn 0.4771 -0.8303 -0.2880</w:t>
        <w:br/>
        <w:t>vn 0.2498 0.9647 0.0836</w:t>
        <w:br/>
        <w:t>vn 0.5640 -0.8095 -0.1628</w:t>
        <w:br/>
        <w:t>vn 0.5939 -0.8016 -0.0683</w:t>
        <w:br/>
        <w:t>vn 0.1929 0.8934 0.4057</w:t>
        <w:br/>
        <w:t>vn 0.0729 0.0767 -0.9944</w:t>
        <w:br/>
        <w:t>vn 0.0729 0.0766 -0.9944</w:t>
        <w:br/>
        <w:t>vn -0.2785 0.9594 0.0439</w:t>
        <w:br/>
        <w:t>vn -0.8136 -0.1364 -0.5651</w:t>
        <w:br/>
        <w:t>vn -0.1763 0.9745 -0.1390</w:t>
        <w:br/>
        <w:t>vn -0.7468 -0.3077 0.5896</w:t>
        <w:br/>
        <w:t>vn -0.9111 -0.2557 0.3232</w:t>
        <w:br/>
        <w:t>vn -0.6746 -0.5900 0.4436</w:t>
        <w:br/>
        <w:t>vn -0.1427 -0.2844 0.9480</w:t>
        <w:br/>
        <w:t>vn -0.3394 -0.3256 0.8825</w:t>
        <w:br/>
        <w:t>vn -0.3721 -0.5917 0.7152</w:t>
        <w:br/>
        <w:t>vn -0.1977 -0.5721 0.7960</w:t>
        <w:br/>
        <w:t>vn -0.6495 -0.6946 -0.3092</w:t>
        <w:br/>
        <w:t>vn -0.8413 -0.3038 -0.4471</w:t>
        <w:br/>
        <w:t>vn -0.6951 -0.3512 -0.6273</w:t>
        <w:br/>
        <w:t>vn -0.5878 -0.7003 -0.4051</w:t>
        <w:br/>
        <w:t>vn -0.0606 -0.5411 0.8387</w:t>
        <w:br/>
        <w:t>vn 0.0049 -0.2559 0.9667</w:t>
        <w:br/>
        <w:t>vn -0.0296 -0.2834 -0.9585</w:t>
        <w:br/>
        <w:t>vn -0.1505 -0.6622 -0.7341</w:t>
        <w:br/>
        <w:t>vn -0.3242 -0.6855 -0.6519</w:t>
        <w:br/>
        <w:t>vn -0.2643 -0.3311 -0.9058</w:t>
        <w:br/>
        <w:t>vn -0.0069 -0.2248 -0.9744</w:t>
        <w:br/>
        <w:t>vn -0.1243 -0.6327 -0.7644</w:t>
        <w:br/>
        <w:t>vn -0.0995 -0.6421 -0.7601</w:t>
        <w:br/>
        <w:t>vn 0.0384 -0.2454 -0.9687</w:t>
        <w:br/>
        <w:t>vn 0.9931 -0.0903 -0.0746</w:t>
        <w:br/>
        <w:t>vn 0.9931 -0.0902 -0.0746</w:t>
        <w:br/>
        <w:t>vn 0.9910 -0.1086 0.0778</w:t>
        <w:br/>
        <w:t>vn 0.2296 -0.6796 -0.6967</w:t>
        <w:br/>
        <w:t>vn 0.4156 -0.2426 -0.8766</w:t>
        <w:br/>
        <w:t>vn 0.6375 -0.1884 -0.7470</w:t>
        <w:br/>
        <w:t>vn -0.0339 -0.2232 -0.9742</w:t>
        <w:br/>
        <w:t>vn -0.1293 -0.6377 -0.7593</w:t>
        <w:br/>
        <w:t>vn 0.1266 -0.2460 -0.9610</w:t>
        <w:br/>
        <w:t>vn 0.0021 -0.6657 -0.7462</w:t>
        <w:br/>
        <w:t>vn -0.8119 -0.5425 -0.2157</w:t>
        <w:br/>
        <w:t>vn -0.9720 -0.2240 -0.0705</w:t>
        <w:br/>
        <w:t>vn -0.9404 -0.2517 -0.2287</w:t>
        <w:br/>
        <w:t>vn 0.9307 -0.1695 0.3240</w:t>
        <w:br/>
        <w:t>vn 0.7533 -0.2266 0.6174</w:t>
        <w:br/>
        <w:t>vn 0.1289 -0.2498 0.9597</w:t>
        <w:br/>
        <w:t>vn -0.0176 -0.6769 0.7359</w:t>
        <w:br/>
        <w:t>vn 0.8195 -0.1551 -0.5517</w:t>
        <w:br/>
        <w:t>vn 0.9517 -0.1215 -0.2818</w:t>
        <w:br/>
        <w:t>vn 0.1267 -0.2460 -0.9610</w:t>
        <w:br/>
        <w:t>vn -0.9754 -0.2146 0.0499</w:t>
        <w:br/>
        <w:t>vn -0.5276 -0.3577 -0.7705</w:t>
        <w:br/>
        <w:t>vn -0.5020 -0.6939 -0.5163</w:t>
        <w:br/>
        <w:t>vn 0.3237 0.3449 -0.8811</w:t>
        <w:br/>
        <w:t>vn 0.1516 0.3037 -0.9406</w:t>
        <w:br/>
        <w:t>vn 0.7018 0.3496 0.6208</w:t>
        <w:br/>
        <w:t>vn 0.8487 0.3030 0.4335</w:t>
        <w:br/>
        <w:t>vn 0.0066 0.2647 -0.9643</w:t>
        <w:br/>
        <w:t>vn 0.2593 0.3266 0.9089</w:t>
        <w:br/>
        <w:t>vn 0.0319 0.2801 0.9594</w:t>
        <w:br/>
        <w:t>vn 0.0319 0.2801 0.9595</w:t>
        <w:br/>
        <w:t>vn -0.0384 0.2454 0.9687</w:t>
        <w:br/>
        <w:t>vn -0.0004 0.2228 0.9749</w:t>
        <w:br/>
        <w:t>vn -0.1307 0.2493 -0.9596</w:t>
        <w:br/>
        <w:t>vn -0.6411 0.2038 0.7399</w:t>
        <w:br/>
        <w:t>vn -0.4105 0.2420 0.8792</w:t>
        <w:br/>
        <w:t>vn 0.0257 0.2146 0.9764</w:t>
        <w:br/>
        <w:t>vn 0.0258 0.2145 0.9764</w:t>
        <w:br/>
        <w:t>vn -0.1259 0.2373 0.9632</w:t>
        <w:br/>
        <w:t>vn -0.1262 0.2355 0.9636</w:t>
        <w:br/>
        <w:t>vn 0.9698 0.2405 0.0415</w:t>
        <w:br/>
        <w:t>vn 0.9698 0.2405 0.0414</w:t>
        <w:br/>
        <w:t>vn 0.9449 0.2518 0.2093</w:t>
        <w:br/>
        <w:t>vn 0.9449 0.2519 0.2093</w:t>
        <w:br/>
        <w:t>vn -0.7596 0.2351 -0.6063</w:t>
        <w:br/>
        <w:t>vn -0.7596 0.2351 -0.6064</w:t>
        <w:br/>
        <w:t>vn -0.9271 0.1893 -0.3234</w:t>
        <w:br/>
        <w:t>vn -0.2714 0.2404 -0.9320</w:t>
        <w:br/>
        <w:t>vn -0.2715 0.2404 -0.9320</w:t>
        <w:br/>
        <w:t>vn -0.5217 0.2440 -0.8175</w:t>
        <w:br/>
        <w:t>vn -0.5218 0.2440 -0.8175</w:t>
        <w:br/>
        <w:t>vn -0.9441 0.1523 0.2923</w:t>
        <w:br/>
        <w:t>vn -0.8148 0.1810 0.5508</w:t>
        <w:br/>
        <w:t>vn -0.9441 0.1523 0.2924</w:t>
        <w:br/>
        <w:t>vn -0.1262 0.2355 0.9637</w:t>
        <w:br/>
        <w:t>vn 0.9678 0.2460 -0.0528</w:t>
        <w:br/>
        <w:t>vn 0.9136 0.2810 -0.2940</w:t>
        <w:br/>
        <w:t>vn 0.5263 0.3563 0.7720</w:t>
        <w:br/>
        <w:t>vn -0.9882 0.1321 -0.0772</w:t>
        <w:br/>
        <w:t>vn -0.9906 0.1177 0.0701</w:t>
        <w:br/>
        <w:t>vn -0.1966 -0.9749 -0.1044</w:t>
        <w:br/>
        <w:t>vn -0.1775 -0.9749 -0.1344</w:t>
        <w:br/>
        <w:t>vn -0.2509 -0.9667 -0.0504</w:t>
        <w:br/>
        <w:t>vn 0.1087 0.8277 0.5506</w:t>
        <w:br/>
        <w:t>vn 0.1882 0.8450 0.5006</w:t>
        <w:br/>
        <w:t>vn -0.2847 -0.9443 0.1652</w:t>
        <w:br/>
        <w:t>vn -0.2437 -0.9502 0.1942</w:t>
        <w:br/>
        <w:t>vn -0.2489 -0.9532 0.1715</w:t>
        <w:br/>
        <w:t>vn -0.4503 0.8540 -0.2606</w:t>
        <w:br/>
        <w:t>vn -0.2793 0.8164 -0.5055</w:t>
        <w:br/>
        <w:t>vn -0.3744 -0.9207 -0.1105</w:t>
        <w:br/>
        <w:t>vn -0.3257 -0.9392 -0.1088</w:t>
        <w:br/>
        <w:t>vn 0.2170 0.8762 0.4303</w:t>
        <w:br/>
        <w:t>vn -0.2385 -0.9467 0.2166</w:t>
        <w:br/>
        <w:t>vn -0.1977 -0.5722 0.7960</w:t>
        <w:br/>
        <w:t>vn -0.2437 -0.9502 0.1941</w:t>
        <w:br/>
        <w:t>vn -0.2054 -0.9423 0.2642</w:t>
        <w:br/>
        <w:t>vn -0.2399 -0.9026 -0.3574</w:t>
        <w:br/>
        <w:t>vn -0.3217 -0.9052 -0.2776</w:t>
        <w:br/>
        <w:t>vn 0.2914 0.7946 -0.5326</w:t>
        <w:br/>
        <w:t>vn 0.1617 0.8043 -0.5718</w:t>
        <w:br/>
        <w:t>vn 0.1617 0.8044 -0.5717</w:t>
        <w:br/>
        <w:t>vn -0.2137 -0.8985 -0.3836</w:t>
        <w:br/>
        <w:t>vn -0.2155 -0.8976 -0.3845</w:t>
        <w:br/>
        <w:t>vn 0.2441 0.8200 -0.5177</w:t>
        <w:br/>
        <w:t>vn 0.3056 0.7980 -0.5193</w:t>
        <w:br/>
        <w:t>vn 0.3056 0.7980 -0.5194</w:t>
        <w:br/>
        <w:t>vn 0.2441 0.8200 -0.5176</w:t>
        <w:br/>
        <w:t>vn 0.2918 -0.9384 -0.1852</w:t>
        <w:br/>
        <w:t>vn 0.3027 -0.9476 -0.1020</w:t>
        <w:br/>
        <w:t>vn -0.2054 -0.9423 0.2643</w:t>
        <w:br/>
        <w:t>vn -0.1594 -0.9318 0.3261</w:t>
        <w:br/>
        <w:t>vn 0.4772 0.8397 -0.2593</w:t>
        <w:br/>
        <w:t>vn 0.4020 0.8340 -0.3779</w:t>
        <w:br/>
        <w:t>vn 0.0924 -0.9403 -0.3274</w:t>
        <w:br/>
        <w:t>vn -0.0123 -0.9394 -0.3426</w:t>
        <w:br/>
        <w:t>vn 0.0925 -0.9403 -0.3274</w:t>
        <w:br/>
        <w:t>vn -0.1954 -0.9074 -0.3720</w:t>
        <w:br/>
        <w:t>vn 0.1856 0.8312 -0.5241</w:t>
        <w:br/>
        <w:t>vn -0.1219 -0.9257 -0.3580</w:t>
        <w:br/>
        <w:t>vn 0.2417 0.8370 -0.4909</w:t>
        <w:br/>
        <w:t>vn -0.4454 0.8691 0.2151</w:t>
        <w:br/>
        <w:t>vn -0.4785 0.8773 0.0364</w:t>
        <w:br/>
        <w:t>vn -0.2064 -0.9579 -0.1995</w:t>
        <w:br/>
        <w:t>vn -0.2359 -0.9544 -0.1827</w:t>
        <w:br/>
        <w:t>vn -0.2669 -0.9517 -0.1520</w:t>
        <w:br/>
        <w:t>vn -0.2064 -0.9579 -0.1994</w:t>
        <w:br/>
        <w:t>vn 0.2487 -0.9677 0.0419</w:t>
        <w:br/>
        <w:t>vn 0.1757 -0.9580 0.2265</w:t>
        <w:br/>
        <w:t>vn 0.1756 -0.9580 0.2265</w:t>
        <w:br/>
        <w:t>vn 0.3522 0.9129 0.2061</w:t>
        <w:br/>
        <w:t>vn 0.3533 0.9138 0.2001</w:t>
        <w:br/>
        <w:t>vn 0.3534 0.9138 0.2000</w:t>
        <w:br/>
        <w:t>vn 0.3522 0.9130 0.2061</w:t>
        <w:br/>
        <w:t>vn 0.2711 0.9010 0.3387</w:t>
        <w:br/>
        <w:t>vn 0.3487 0.9090 0.2282</w:t>
        <w:br/>
        <w:t>vn 0.3241 0.9055 0.2739</w:t>
        <w:br/>
        <w:t>vn 0.4669 0.8763 0.1186</w:t>
        <w:br/>
        <w:t>vn 0.4754 0.8756 -0.0857</w:t>
        <w:br/>
        <w:t>vn 0.4753 0.8756 -0.0857</w:t>
        <w:br/>
        <w:t>vn 0.4668 0.8764 0.1186</w:t>
        <w:br/>
        <w:t>vn 0.2511 -0.9366 -0.2444</w:t>
        <w:br/>
        <w:t>vn 0.1846 -0.9397 -0.2878</w:t>
        <w:br/>
        <w:t>vn 0.2417 0.8370 -0.4908</w:t>
        <w:br/>
        <w:t>vn 0.2417 0.8371 -0.4908</w:t>
        <w:br/>
        <w:t>vn -0.1674 -0.9674 -0.1901</w:t>
        <w:br/>
        <w:t>vn -0.4018 0.8781 0.2598</w:t>
        <w:br/>
        <w:t>vn -0.3494 0.8674 0.3544</w:t>
        <w:br/>
        <w:t>vn -0.3878 -0.9055 -0.1723</w:t>
        <w:br/>
        <w:t>vn -0.0479 0.8058 -0.5902</w:t>
        <w:br/>
        <w:t>vn 0.3632 0.9031 0.2293</w:t>
        <w:br/>
        <w:t>vn 0.3631 0.9031 0.2293</w:t>
        <w:br/>
        <w:t>vn 0.4150 0.8838 0.2161</w:t>
        <w:br/>
        <w:t>vn 0.7519 0.3238 -0.5743</w:t>
        <w:br/>
        <w:t>vn -0.2827 0.8198 0.4980</w:t>
        <w:br/>
        <w:t>vn -0.2827 0.8198 0.4981</w:t>
        <w:br/>
        <w:t>vn 0.0826 -0.9336 0.3486</w:t>
        <w:br/>
        <w:t>vn 0.3423 -0.6685 0.6602</w:t>
        <w:br/>
        <w:t>vn 0.1268 -0.6658 0.7353</w:t>
        <w:br/>
        <w:t>vn -0.0684 -0.9271 0.3685</w:t>
        <w:br/>
        <w:t>vn 0.5227 -0.2426 0.8173</w:t>
        <w:br/>
        <w:t>vn 0.2917 -0.2428 0.9252</w:t>
        <w:br/>
        <w:t>vn -0.5677 -0.3364 0.7514</w:t>
        <w:br/>
        <w:t>vn -0.4985 -0.7280 0.4707</w:t>
        <w:br/>
        <w:t>vn -0.2510 -0.9667 -0.0504</w:t>
        <w:br/>
        <w:t>vn -0.3129 -0.9463 0.0815</w:t>
        <w:br/>
        <w:t>vn 0.5615 0.3520 -0.7489</w:t>
        <w:br/>
        <w:t>vn -0.1037 0.8181 0.5657</w:t>
        <w:br/>
        <w:t>vn -0.1037 0.8180 0.5657</w:t>
        <w:br/>
        <w:t>vn -0.0364 -0.1124 0.9930</w:t>
        <w:br/>
        <w:t>vn -0.0364 -0.1123 0.9930</w:t>
        <w:br/>
        <w:t>vn -0.2407 -0.1274 0.9622</w:t>
        <w:br/>
        <w:t>vn -0.5015 -0.1050 0.8587</w:t>
        <w:br/>
        <w:t>vn -0.5016 -0.1050 0.8587</w:t>
        <w:br/>
        <w:t>vn -0.8637 -0.0539 0.5011</w:t>
        <w:br/>
        <w:t>vn -0.7248 -0.0951 0.6823</w:t>
        <w:br/>
        <w:t>vn -0.7248 -0.0950 0.6823</w:t>
        <w:br/>
        <w:t>vn -0.0105 -0.2917 0.9564</w:t>
        <w:br/>
        <w:t>vn -0.0511 -0.3316 0.9420</w:t>
        <w:br/>
        <w:t>vn 0.0173 -0.1939 -0.9809</w:t>
        <w:br/>
        <w:t>vn 0.0222 -0.2226 -0.9747</w:t>
        <w:br/>
        <w:t>vn -0.5944 -0.0969 -0.7983</w:t>
        <w:br/>
        <w:t>vn -0.2741 -0.1469 -0.9504</w:t>
        <w:br/>
        <w:t>vn -0.9514 0.0507 0.3037</w:t>
        <w:br/>
        <w:t>vn 0.0291 -0.2379 -0.9709</w:t>
        <w:br/>
        <w:t>vn -0.0293 -0.2238 -0.9742</w:t>
        <w:br/>
        <w:t>vn -0.0058 -0.2445 -0.9696</w:t>
        <w:br/>
        <w:t>vn -0.7946 0.0010 -0.6072</w:t>
        <w:br/>
        <w:t>vn -0.9894 0.1161 0.0874</w:t>
        <w:br/>
        <w:t>vn -0.9894 0.1161 0.0873</w:t>
        <w:br/>
        <w:t>vn -0.9258 0.0875 -0.3677</w:t>
        <w:br/>
        <w:t>vn -0.9871 0.1211 -0.1047</w:t>
        <w:br/>
        <w:t>vn 0.2446 0.1420 -0.9592</w:t>
        <w:br/>
        <w:t>vn 0.0330 0.1322 -0.9907</w:t>
        <w:br/>
        <w:t>vn 0.5029 0.1095 -0.8574</w:t>
        <w:br/>
        <w:t>vn 0.8680 0.0349 -0.4954</w:t>
        <w:br/>
        <w:t>vn 0.7272 0.0883 -0.6807</w:t>
        <w:br/>
        <w:t>vn 0.7272 0.0882 -0.6807</w:t>
        <w:br/>
        <w:t>vn -0.0293 0.1461 -0.9888</w:t>
        <w:br/>
        <w:t>vn -0.0500 0.2072 -0.9770</w:t>
        <w:br/>
        <w:t>vn -0.0136 0.2887 -0.9573</w:t>
        <w:br/>
        <w:t>vn -0.0136 0.2888 -0.9573</w:t>
        <w:br/>
        <w:t>vn 0.0200 0.3251 -0.9455</w:t>
        <w:br/>
        <w:t>vn -0.0198 0.1934 0.9809</w:t>
        <w:br/>
        <w:t>vn -0.0243 0.2213 0.9749</w:t>
        <w:br/>
        <w:t>vn 0.2678 0.1476 0.9521</w:t>
        <w:br/>
        <w:t>vn 0.5917 0.1023 0.7996</w:t>
        <w:br/>
        <w:t>vn 0.5918 0.1023 0.7996</w:t>
        <w:br/>
        <w:t>vn 0.9514 -0.0703 -0.2997</w:t>
        <w:br/>
        <w:t>vn 0.0301 0.2227 0.9744</w:t>
        <w:br/>
        <w:t>vn 0.0078 0.1982 0.9801</w:t>
        <w:br/>
        <w:t>vn 0.7947 0.0032 0.6070</w:t>
        <w:br/>
        <w:t>vn 0.7947 0.0033 0.6070</w:t>
        <w:br/>
        <w:t>vn 0.9877 -0.1291 -0.0884</w:t>
        <w:br/>
        <w:t>vn 0.9877 -0.1291 -0.0883</w:t>
        <w:br/>
        <w:t>vn 0.9272 -0.0912 0.3632</w:t>
        <w:br/>
        <w:t>vn 0.9866 -0.1299 0.0990</w:t>
        <w:br/>
        <w:t>vn 0.5071 -0.8600 -0.0577</w:t>
        <w:br/>
        <w:t>vn 0.4897 -0.8718 -0.0127</w:t>
        <w:br/>
        <w:t>vn -0.4827 0.8745 0.0478</w:t>
        <w:br/>
        <w:t>vn -0.4788 0.8671 0.1374</w:t>
        <w:br/>
        <w:t>vn -0.4788 0.8671 0.1373</w:t>
        <w:br/>
        <w:t>vn 0.4255 -0.9037 0.0472</w:t>
        <w:br/>
        <w:t>vn -0.4107 0.9095 -0.0639</w:t>
        <w:br/>
        <w:t>vn 0.3046 -0.9493 0.0782</w:t>
        <w:br/>
        <w:t>vn 0.1353 -0.9868 0.0894</w:t>
        <w:br/>
        <w:t>vn -0.1052 0.9856 -0.1325</w:t>
        <w:br/>
        <w:t>vn -0.2728 0.9515 -0.1421</w:t>
        <w:br/>
        <w:t>vn -0.3209 0.9206 0.2226</w:t>
        <w:br/>
        <w:t>vn -0.3209 0.9206 0.2225</w:t>
        <w:br/>
        <w:t>vn -0.4780 0.8625 0.1659</w:t>
        <w:br/>
        <w:t>vn 0.5744 -0.7894 -0.2167</w:t>
        <w:br/>
        <w:t>vn 0.8981 -0.3933 -0.1968</w:t>
        <w:br/>
        <w:t>vn 0.8981 -0.3934 -0.1968</w:t>
        <w:br/>
        <w:t>vn 0.2401 0.9504 0.1978</w:t>
        <w:br/>
        <w:t>vn -0.4903 0.8714 -0.0165</w:t>
        <w:br/>
        <w:t>vn -0.4989 0.8659 0.0372</w:t>
        <w:br/>
        <w:t>vn 0.5304 -0.8461 0.0526</w:t>
        <w:br/>
        <w:t>vn 0.5304 -0.8461 0.0525</w:t>
        <w:br/>
        <w:t>vn 0.5150 -0.8568 0.0275</w:t>
        <w:br/>
        <w:t>vn -0.2593 0.9207 0.2916</w:t>
        <w:br/>
        <w:t>vn -0.4135 0.8844 0.2167</w:t>
        <w:br/>
        <w:t>vn 0.3886 -0.8951 -0.2185</w:t>
        <w:br/>
        <w:t>vn 0.2162 -0.9217 -0.3221</w:t>
        <w:br/>
        <w:t>vn 0.2162 -0.9217 -0.3222</w:t>
        <w:br/>
        <w:t>vn 0.0215 0.9987 -0.0458</w:t>
        <w:br/>
        <w:t>vn -0.0459 -0.9976 0.0509</w:t>
        <w:br/>
        <w:t>vn 0.5343 -0.8419 0.0750</w:t>
        <w:br/>
        <w:t>vn -0.4172 0.8947 -0.1592</w:t>
        <w:br/>
        <w:t>vn 0.1148 0.9759 -0.1856</w:t>
        <w:br/>
        <w:t>vn 0.6745 -0.7322 0.0945</w:t>
        <w:br/>
        <w:t>vn 0.9534 -0.2957 0.0596</w:t>
        <w:br/>
        <w:t>vn -0.0689 0.9530 0.2952</w:t>
        <w:br/>
        <w:t>vn -0.0689 0.9529 0.2952</w:t>
        <w:br/>
        <w:t>vn 0.0369 -0.9518 -0.3044</w:t>
        <w:br/>
        <w:t>vn 0.0369 -0.9518 -0.3045</w:t>
        <w:br/>
        <w:t>vn 0.0903 0.9940 0.0620</w:t>
        <w:br/>
        <w:t>vn -0.1632 -0.9859 -0.0364</w:t>
        <w:br/>
        <w:t>vn 0.0534 0.9659 0.2532</w:t>
        <w:br/>
        <w:t>vn 0.0534 0.9660 0.2532</w:t>
        <w:br/>
        <w:t>vn -0.0840 -0.9680 -0.2366</w:t>
        <w:br/>
        <w:t>vn 0.1131 0.9798 0.1649</w:t>
        <w:br/>
        <w:t>vn -0.1649 -0.9773 -0.1330</w:t>
        <w:br/>
        <w:t>vn 0.8996 0.4364 -0.0169</w:t>
        <w:br/>
        <w:t>vn 0.8735 0.4824 -0.0649</w:t>
        <w:br/>
        <w:t>vn 0.4937 -0.8522 -0.1732</w:t>
        <w:br/>
        <w:t>vn 0.0305 -0.1471 0.9887</w:t>
        <w:br/>
        <w:t>vn 0.0425 -0.2072 0.9774</w:t>
        <w:br/>
        <w:t>vn 0.0208 -0.1113 0.9936</w:t>
        <w:br/>
        <w:t>vn 0.0209 -0.1113 0.9936</w:t>
        <w:br/>
        <w:t>vn 0.5011 -0.8581 -0.1124</w:t>
        <w:br/>
        <w:t>vn -0.0260 0.1199 -0.9924</w:t>
        <w:br/>
        <w:t>vn -0.4789 0.8630 0.1610</w:t>
        <w:br/>
        <w:t>vn -0.4788 0.8630 0.1610</w:t>
        <w:br/>
        <w:t>vn -0.0441 -0.1655 -0.9852</w:t>
        <w:br/>
        <w:t>vn 0.4790 -0.8757 -0.0603</w:t>
        <w:br/>
        <w:t>vn 0.0388 0.1648 0.9856</w:t>
        <w:br/>
        <w:t>vn 0.0388 0.1647 0.9856</w:t>
        <w:br/>
        <w:t>vn -0.4778 0.8716 0.1101</w:t>
        <w:br/>
        <w:t>vn -0.0063 -0.1986 -0.9801</w:t>
        <w:br/>
        <w:t>vn 0.0049 0.2423 0.9702</w:t>
        <w:br/>
        <w:t>vn -0.0314 0.2355 0.9714</w:t>
        <w:br/>
        <w:t>vn -0.0314 0.2356 0.9714</w:t>
        <w:br/>
        <w:t>vn -0.4873 0.8696 -0.0802</w:t>
        <w:br/>
        <w:t>vn 0.2401 -0.2442 0.9395</w:t>
        <w:br/>
        <w:t>vn 0.2185 -0.2047 0.9541</w:t>
        <w:br/>
        <w:t>vn -0.0573 -0.1326 0.9895</w:t>
        <w:br/>
        <w:t>vn -0.3426 -0.3426 0.8748</w:t>
        <w:br/>
        <w:t>vn -0.0574 -0.1326 0.9895</w:t>
        <w:br/>
        <w:t>vn 0.1314 -0.0394 0.9905</w:t>
        <w:br/>
        <w:t>vn 0.1314 -0.0395 0.9905</w:t>
        <w:br/>
        <w:t>vn 0.1559 -0.1250 0.9798</w:t>
        <w:br/>
        <w:t>vn 0.3755 -0.2047 0.9039</w:t>
        <w:br/>
        <w:t>vn 0.3755 -0.2046 0.9039</w:t>
        <w:br/>
        <w:t>vn 0.5105 -0.1469 0.8472</w:t>
        <w:br/>
        <w:t>vn -0.2540 0.2246 -0.9408</w:t>
        <w:br/>
        <w:t>vn -0.2133 0.1923 -0.9579</w:t>
        <w:br/>
        <w:t>vn 0.1352 0.1982 -0.9708</w:t>
        <w:br/>
        <w:t>vn 0.1351 0.1982 -0.9708</w:t>
        <w:br/>
        <w:t>vn -0.2661 -0.1076 -0.9579</w:t>
        <w:br/>
        <w:t>vn -0.1467 0.1151 -0.9825</w:t>
        <w:br/>
        <w:t>vn -0.0632 0.0668 -0.9958</w:t>
        <w:br/>
        <w:t>vn -0.0632 0.0667 -0.9958</w:t>
        <w:br/>
        <w:t>vn -0.4037 0.1658 -0.8998</w:t>
        <w:br/>
        <w:t>vn -0.0509 0.1761 -0.9831</w:t>
        <w:br/>
        <w:t>vn 0.4205 -0.8593 -0.2912</w:t>
        <w:br/>
        <w:t>vn 0.4205 -0.8593 -0.2913</w:t>
        <w:br/>
        <w:t>vn 0.5184 -0.6058 -0.6036</w:t>
        <w:br/>
        <w:t>vn -0.3192 0.7880 0.5264</w:t>
        <w:br/>
        <w:t>vn -0.0053 0.8253 0.5647</w:t>
        <w:br/>
        <w:t>vn -0.5493 -0.4881 0.6782</w:t>
        <w:br/>
        <w:t>vn 0.4781 -0.8783 0.0074</w:t>
        <w:br/>
        <w:t>vn 0.4804 -0.8763 -0.0362</w:t>
        <w:br/>
        <w:t>vn 0.4687 -0.8809 -0.0659</w:t>
        <w:br/>
        <w:t>vn -0.4890 0.8594 0.1496</w:t>
        <w:br/>
        <w:t>vn -0.4406 0.8351 0.3293</w:t>
        <w:br/>
        <w:t>vn -0.5083 0.8594 0.0556</w:t>
        <w:br/>
        <w:t>vn 0.6355 -0.3350 -0.6957</w:t>
        <w:br/>
        <w:t>vn 0.6693 -0.1092 -0.7349</w:t>
        <w:br/>
        <w:t>vn 0.4873 0.8597 0.1531</w:t>
        <w:br/>
        <w:t>vn -0.5916 -0.3903 -0.7054</w:t>
        <w:br/>
        <w:t>vn 0.4993 -0.8662 0.0171</w:t>
        <w:br/>
        <w:t>vn 0.4837 -0.8736 -0.0533</w:t>
        <w:br/>
        <w:t>vn 0.4993 -0.8662 0.0172</w:t>
        <w:br/>
        <w:t>vn 0.5097 -0.8580 0.0637</w:t>
        <w:br/>
        <w:t>vn 0.4727 -0.8795 -0.0547</w:t>
        <w:br/>
        <w:t>vn 0.4816 -0.8737 0.0685</w:t>
        <w:br/>
        <w:t>vn 0.4697 -0.8796 0.0755</w:t>
        <w:br/>
        <w:t>vn -0.4015 0.9116 -0.0877</w:t>
        <w:br/>
        <w:t>vn -0.4015 0.9116 -0.0876</w:t>
        <w:br/>
        <w:t>vn -0.4546 0.8887 -0.0599</w:t>
        <w:br/>
        <w:t>vn -0.5011 0.8646 0.0369</w:t>
        <w:br/>
        <w:t>vn -0.5077 0.8607 0.0370</w:t>
        <w:br/>
        <w:t>vn -0.4876 0.8669 -0.1038</w:t>
        <w:br/>
        <w:t>vn -0.4342 0.8960 -0.0929</w:t>
        <w:br/>
        <w:t>vn -0.4341 0.8960 -0.0929</w:t>
        <w:br/>
        <w:t>vn 0.0738 0.1502 -0.9859</w:t>
        <w:br/>
        <w:t>vn 0.3090 0.3232 -0.8944</w:t>
        <w:br/>
        <w:t>vn -0.1191 -0.1891 0.9747</w:t>
        <w:br/>
        <w:t>vn -0.1507 -0.2157 0.9648</w:t>
        <w:br/>
        <w:t>vn -0.1508 -0.2157 0.9647</w:t>
        <w:br/>
        <w:t>vn -0.1191 -0.1890 0.9747</w:t>
        <w:br/>
        <w:t>vn 0.4839 0.4495 -0.7509</w:t>
        <w:br/>
        <w:t>vn 0.6250 0.4259 0.6542</w:t>
        <w:br/>
        <w:t>vn 0.7228 0.4625 -0.5134</w:t>
        <w:br/>
        <w:t>vn -0.5334 0.1010 -0.8398</w:t>
        <w:br/>
        <w:t>vn -0.4993 0.8546 0.1428</w:t>
        <w:br/>
        <w:t>vn -0.1130 0.0084 -0.9936</w:t>
        <w:br/>
        <w:t>vn -0.0396 0.0668 -0.9970</w:t>
        <w:br/>
        <w:t>vn 0.4793 -0.8703 -0.1136</w:t>
        <w:br/>
        <w:t>vn 0.4793 -0.8703 -0.1137</w:t>
        <w:br/>
        <w:t>vn 0.0630 -0.0553 0.9965</w:t>
        <w:br/>
        <w:t>vn 0.4814 -0.8724 0.0850</w:t>
        <w:br/>
        <w:t>vn 0.4814 -0.8724 0.0849</w:t>
        <w:br/>
        <w:t>vn -0.0369 -0.1097 0.9933</w:t>
        <w:br/>
        <w:t>vn -0.5093 0.8517 -0.1237</w:t>
        <w:br/>
        <w:t>vn -0.5092 0.8517 -0.1238</w:t>
        <w:br/>
        <w:t>vn 0.0649 0.1305 -0.9893</w:t>
        <w:br/>
        <w:t>vn 0.0136 -0.0568 0.9983</w:t>
        <w:br/>
        <w:t>vn 0.0136 -0.0567 0.9983</w:t>
        <w:br/>
        <w:t>vn 0.0785 -0.1581 -0.9843</w:t>
        <w:br/>
        <w:t>vn 0.0927 -0.0931 -0.9913</w:t>
        <w:br/>
        <w:t>vn 0.5177 -0.1601 -0.8405</w:t>
        <w:br/>
        <w:t>vn 0.5078 -0.1317 -0.8514</w:t>
        <w:br/>
        <w:t>vn 0.1531 -0.2389 -0.9589</w:t>
        <w:br/>
        <w:t>vn 0.1160 -0.2084 -0.9711</w:t>
        <w:br/>
        <w:t>vn -0.1559 0.2419 0.9577</w:t>
        <w:br/>
        <w:t>vn -0.2758 0.2291 0.9335</w:t>
        <w:br/>
        <w:t>vn 0.0212 0.1627 0.9864</w:t>
        <w:br/>
        <w:t>vn -0.0755 0.1424 0.9869</w:t>
        <w:br/>
        <w:t>vn -0.4994 0.1575 0.8519</w:t>
        <w:br/>
        <w:t>vn -0.4995 0.1575 0.8519</w:t>
        <w:br/>
        <w:t>vn -0.4762 0.1861 0.8594</w:t>
        <w:br/>
        <w:t>vn -0.1116 0.1932 0.9748</w:t>
        <w:br/>
        <w:t>vn 0.5040 -0.8391 0.2047</w:t>
        <w:br/>
        <w:t>vn 0.5106 -0.8535 0.1039</w:t>
        <w:br/>
        <w:t>vn -0.2295 -0.1691 -0.9585</w:t>
        <w:br/>
        <w:t>vn -0.1399 -0.1134 -0.9836</w:t>
        <w:br/>
        <w:t>vn 0.5392 -0.8420 0.0163</w:t>
        <w:br/>
        <w:t>vn 0.5152 -0.8570 -0.0097</w:t>
        <w:br/>
        <w:t>vn 0.5127 -0.8584 -0.0157</w:t>
        <w:br/>
        <w:t>vn 0.5392 -0.8420 0.0162</w:t>
        <w:br/>
        <w:t>vn -0.4965 0.8675 -0.0303</w:t>
        <w:br/>
        <w:t>vn -0.4980 0.8670 0.0162</w:t>
        <w:br/>
        <w:t>vn -0.5368 0.8422 -0.0510</w:t>
        <w:br/>
        <w:t>vn -0.5368 0.8422 -0.0509</w:t>
        <w:br/>
        <w:t>vn 0.8212 -0.1228 0.5573</w:t>
        <w:br/>
        <w:t>vn 0.8213 -0.1228 0.5571</w:t>
        <w:br/>
        <w:t>vn 0.5906 -0.5981 0.5417</w:t>
        <w:br/>
        <w:t>vn 0.3893 0.8945 -0.2197</w:t>
        <w:br/>
        <w:t>vn -0.0219 0.8785 -0.4773</w:t>
        <w:br/>
        <w:t>vn 0.5350 -0.8430 0.0563</w:t>
        <w:br/>
        <w:t>vn -0.5629 0.8203 -0.1008</w:t>
        <w:br/>
        <w:t>vn -0.5494 0.8085 -0.2111</w:t>
        <w:br/>
        <w:t>vn -0.7868 -0.5575 0.2648</w:t>
        <w:br/>
        <w:t>vn -0.6418 -0.4316 0.6339</w:t>
        <w:br/>
        <w:t>vn -0.6417 -0.4317 0.6339</w:t>
        <w:br/>
        <w:t>vn 0.5253 -0.7861 0.3257</w:t>
        <w:br/>
        <w:t>vn 0.4854 -0.8742 0.0127</w:t>
        <w:br/>
        <w:t>vn 0.4854 -0.8742 0.0126</w:t>
        <w:br/>
        <w:t>vn 0.5098 -0.8601 -0.0176</w:t>
        <w:br/>
        <w:t>vn 0.4694 -0.8322 0.2951</w:t>
        <w:br/>
        <w:t>vn -0.5594 0.8289 -0.0072</w:t>
        <w:br/>
        <w:t>vn -0.4357 0.8677 -0.2391</w:t>
        <w:br/>
        <w:t>vn -0.4357 0.8678 -0.2391</w:t>
        <w:br/>
        <w:t>vn -0.4963 0.8682 0.0003</w:t>
        <w:br/>
        <w:t>vn -0.3683 0.8815 -0.2954</w:t>
        <w:br/>
        <w:t>vn -0.3684 0.8815 -0.2954</w:t>
        <w:br/>
        <w:t>vn 0.5767 0.3697 0.7285</w:t>
        <w:br/>
        <w:t>vn 0.2080 0.1508 0.9664</w:t>
        <w:br/>
        <w:t>vn 0.5768 0.3697 0.7284</w:t>
        <w:br/>
        <w:t>vn 0.7412 0.4627 0.4863</w:t>
        <w:br/>
        <w:t>vn 0.7411 0.4627 0.4865</w:t>
        <w:br/>
        <w:t>vn -0.5515 0.8341 -0.0159</w:t>
        <w:br/>
        <w:t>vn -0.0733 -0.0006 0.9973</w:t>
        <w:br/>
        <w:t>vn 0.5041 -0.8635 0.0160</w:t>
        <w:br/>
        <w:t>vn 0.0816 0.0035 -0.9967</w:t>
        <w:br/>
        <w:t>vn -0.0697 -0.1750 -0.9821</w:t>
        <w:br/>
        <w:t>vn -0.0905 -0.1688 -0.9815</w:t>
        <w:br/>
        <w:t>vn -0.0906 -0.1687 -0.9815</w:t>
        <w:br/>
        <w:t>vn 0.5183 -0.8549 -0.0242</w:t>
        <w:br/>
        <w:t>vn 0.1059 0.1860 0.9768</w:t>
        <w:br/>
        <w:t>vn 0.1058 0.1860 0.9768</w:t>
        <w:br/>
        <w:t>vn -0.5174 0.8543 0.0491</w:t>
        <w:br/>
        <w:t>vn -0.5175 0.8543 0.0490</w:t>
        <w:br/>
        <w:t>vn 0.7958 0.5448 0.2645</w:t>
        <w:br/>
        <w:t>vn 0.4979 -0.1894 -0.8463</w:t>
        <w:br/>
        <w:t>vn -0.5036 0.1285 0.8543</w:t>
        <w:br/>
        <w:t>vn -0.4478 0.8151 -0.3677</w:t>
        <w:br/>
        <w:t>vn 0.2682 -0.2110 -0.9400</w:t>
        <w:br/>
        <w:t>vn 0.4198 -0.1554 -0.8942</w:t>
        <w:br/>
        <w:t>vn 0.4679 -0.8007 0.3741</w:t>
        <w:br/>
        <w:t>vn -0.4230 0.1658 0.8909</w:t>
        <w:br/>
        <w:t>vn -0.4230 0.1658 0.8908</w:t>
        <w:br/>
        <w:t>vn -0.2964 0.8253 -0.4806</w:t>
        <w:br/>
        <w:t>vn 0.1697 0.0062 -0.9855</w:t>
        <w:br/>
        <w:t>vn 0.1697 0.0061 -0.9855</w:t>
        <w:br/>
        <w:t>vn 0.5144 -0.8575 -0.0081</w:t>
        <w:br/>
        <w:t>vn -0.1014 0.0650 0.9927</w:t>
        <w:br/>
        <w:t>vn -0.1491 0.0048 0.9888</w:t>
        <w:br/>
        <w:t>vn -0.1013 0.0650 0.9927</w:t>
        <w:br/>
        <w:t>vn -0.5143 0.8561 -0.0513</w:t>
        <w:br/>
        <w:t>vn -0.5143 0.8561 -0.0514</w:t>
        <w:br/>
        <w:t>vn -0.1400 -0.0294 0.9897</w:t>
        <w:br/>
        <w:t>vn -0.1400 -0.0293 0.9897</w:t>
        <w:br/>
        <w:t>vn 0.4448 -0.8942 -0.0505</w:t>
        <w:br/>
        <w:t>vn 0.1787 0.0538 -0.9824</w:t>
        <w:br/>
        <w:t>vn -0.4664 0.8832 -0.0493</w:t>
        <w:br/>
        <w:t>vn 0.4453 0.2631 -0.8559</w:t>
        <w:br/>
        <w:t>vn 0.4454 0.2630 -0.8558</w:t>
        <w:br/>
        <w:t>vn 0.1694 -0.9677 0.1865</w:t>
        <w:br/>
        <w:t>vn 0.1744 -0.9689 0.1758</w:t>
        <w:br/>
        <w:t>vn 0.1744 -0.9689 0.1757</w:t>
        <w:br/>
        <w:t>vn -0.1485 0.9739 -0.1717</w:t>
        <w:br/>
        <w:t>vn -0.1484 0.9739 -0.1718</w:t>
        <w:br/>
        <w:t>vn -0.1612 0.9726 -0.1673</w:t>
        <w:br/>
        <w:t>vn -0.1611 0.9726 -0.1674</w:t>
        <w:br/>
        <w:t>vn 0.1776 -0.9651 0.1926</w:t>
        <w:br/>
        <w:t>vn 0.1775 -0.9651 0.1926</w:t>
        <w:br/>
        <w:t>vn 0.1859 -0.9650 0.1848</w:t>
        <w:br/>
        <w:t>vn 0.1859 -0.9650 0.1847</w:t>
        <w:br/>
        <w:t>vn -0.1424 0.9731 -0.1808</w:t>
        <w:br/>
        <w:t>vn -0.1436 0.9728 -0.1815</w:t>
        <w:br/>
        <w:t>vn -0.1524 0.9729 -0.1740</w:t>
        <w:br/>
        <w:t>vn -0.1540 0.9741 -0.1656</w:t>
        <w:br/>
        <w:t>vn -0.1539 0.9741 -0.1656</w:t>
        <w:br/>
        <w:t>vn -0.1438 0.9726 -0.1826</w:t>
        <w:br/>
        <w:t>vn 0.1423 -0.9751 0.1700</w:t>
        <w:br/>
        <w:t>vn 0.1474 -0.9751 0.1654</w:t>
        <w:br/>
        <w:t>vn -0.1308 0.9790 -0.1562</w:t>
        <w:br/>
        <w:t>vn -0.1363 0.9783 -0.1562</w:t>
        <w:br/>
        <w:t>vn 0.1525 -0.9644 0.2161</w:t>
        <w:br/>
        <w:t>vn 0.1464 -0.9643 0.2208</w:t>
        <w:br/>
        <w:t>vn 0.1464 -0.9643 0.2209</w:t>
        <w:br/>
        <w:t>vn -0.1551 0.9729 -0.1717</w:t>
        <w:br/>
        <w:t>vn -0.1550 0.9729 -0.1718</w:t>
        <w:br/>
        <w:t>vn 0.1560 -0.9716 0.1780</w:t>
        <w:br/>
        <w:t>vn 0.1534 -0.9726 0.1749</w:t>
        <w:br/>
        <w:t>vn -0.1636 0.9738 -0.1580</w:t>
        <w:br/>
        <w:t>vn -0.1636 0.9738 -0.1579</w:t>
        <w:br/>
        <w:t>vn -0.8646 -0.0807 0.4959</w:t>
        <w:br/>
        <w:t>vn -0.3159 0.0799 0.9454</w:t>
        <w:br/>
        <w:t>vn -0.3160 0.0799 0.9454</w:t>
        <w:br/>
        <w:t>vn 0.0025 0.1169 0.9931</w:t>
        <w:br/>
        <w:t>vn 0.1829 0.1185 0.9760</w:t>
        <w:br/>
        <w:t>vn 0.6576 0.1853 0.7302</w:t>
        <w:br/>
        <w:t>vn 0.6577 0.1853 0.7302</w:t>
        <w:br/>
        <w:t>vn 0.9792 0.1810 -0.0914</w:t>
        <w:br/>
        <w:t>vn 0.4700 0.0254 -0.8823</w:t>
        <w:br/>
        <w:t>vn 0.4701 0.0254 -0.8823</w:t>
        <w:br/>
        <w:t>vn -0.4226 -0.2240 -0.8782</w:t>
        <w:br/>
        <w:t>vn -0.9092 -0.2388 -0.3411</w:t>
        <w:br/>
        <w:t>vn 0.2694 -0.0913 -0.9587</w:t>
        <w:br/>
        <w:t>vn 0.4834 -0.0497 -0.8740</w:t>
        <w:br/>
        <w:t>vn 0.9780 0.1936 0.0776</w:t>
        <w:br/>
        <w:t>vn 0.8905 0.2417 0.3853</w:t>
        <w:br/>
        <w:t>vn 0.8905 0.2417 0.3854</w:t>
        <w:br/>
        <w:t>vn 0.9780 0.1937 0.0776</w:t>
        <w:br/>
        <w:t>vn 0.4481 0.2258 0.8650</w:t>
        <w:br/>
        <w:t>vn 0.0678 0.1113 0.9915</w:t>
        <w:br/>
        <w:t>vn -0.9692 -0.2118 -0.1259</w:t>
        <w:br/>
        <w:t>vn -0.9774 -0.1856 0.1011</w:t>
        <w:br/>
        <w:t>vn -0.6439 -0.1926 -0.7405</w:t>
        <w:br/>
        <w:t>vn -0.6438 -0.1926 -0.7405</w:t>
        <w:br/>
        <w:t>vn -0.1504 -0.1128 -0.9822</w:t>
        <w:br/>
        <w:t>vn 0.0002 0.0606 0.9982</w:t>
        <w:br/>
        <w:t>vn -0.0582 -0.1101 -0.9922</w:t>
        <w:br/>
        <w:t>vn -0.7013 0.5781 0.4171</w:t>
        <w:br/>
        <w:t>vn -0.8035 0.2495 0.5405</w:t>
        <w:br/>
        <w:t>vn -0.6406 0.1977 0.7420</w:t>
        <w:br/>
        <w:t>vn -0.5668 0.5648 0.5998</w:t>
        <w:br/>
        <w:t>vn -0.8623 0.3232 0.3897</w:t>
        <w:br/>
        <w:t>vn -0.6978 0.6415 0.3188</w:t>
        <w:br/>
        <w:t>vn -0.6896 0.6985 0.1914</w:t>
        <w:br/>
        <w:t>vn -0.9066 0.3659 0.2103</w:t>
        <w:br/>
        <w:t>vn -0.4848 -0.7916 -0.3719</w:t>
        <w:br/>
        <w:t>vn -0.4767 -0.7302 -0.4893</w:t>
        <w:br/>
        <w:t>vn -0.4767 -0.7302 -0.4894</w:t>
        <w:br/>
        <w:t>vn 0.1835 0.1520 0.9712</w:t>
        <w:br/>
        <w:t>vn -0.3577 0.0715 0.9311</w:t>
        <w:br/>
        <w:t>vn 0.8083 -0.2223 -0.5451</w:t>
        <w:br/>
        <w:t>vn 0.6375 -0.1730 -0.7508</w:t>
        <w:br/>
        <w:t>vn 0.9159 -0.3448 -0.2055</w:t>
        <w:br/>
        <w:t>vn 0.8748 -0.2995 -0.3808</w:t>
        <w:br/>
        <w:t>vn 0.7155 0.0435 -0.6973</w:t>
        <w:br/>
        <w:t>vn 0.4661 -0.0604 -0.8827</w:t>
        <w:br/>
        <w:t>vn 0.7154 0.0435 -0.6973</w:t>
        <w:br/>
        <w:t>vn -0.1732 -0.9247 0.3389</w:t>
        <w:br/>
        <w:t>vn -0.3432 -0.8700 0.3539</w:t>
        <w:br/>
        <w:t>vn -0.1732 -0.9248 0.3389</w:t>
        <w:br/>
        <w:t>vn -0.4030 0.8403 0.3626</w:t>
        <w:br/>
        <w:t>vn -0.5062 0.8288 0.2386</w:t>
        <w:br/>
        <w:t>vn -0.5192 -0.8218 0.2349</w:t>
        <w:br/>
        <w:t>vn -0.6249 -0.7778 0.0667</w:t>
        <w:br/>
        <w:t>vn -0.5192 -0.8217 0.2349</w:t>
        <w:br/>
        <w:t>vn -0.4409 0.8737 0.2056</w:t>
        <w:br/>
        <w:t>vn -0.3648 0.9201 0.1425</w:t>
        <w:br/>
        <w:t>vn 0.1567 0.9817 0.1080</w:t>
        <w:br/>
        <w:t>vn 0.1567 0.9817 0.1081</w:t>
        <w:br/>
        <w:t>vn 0.1506 0.9789 0.1383</w:t>
        <w:br/>
        <w:t>vn 0.9789 0.1571 -0.1305</w:t>
        <w:br/>
        <w:t>vn -0.1516 0.9682 0.1988</w:t>
        <w:br/>
        <w:t>vn -0.1758 0.9819 0.0707</w:t>
        <w:br/>
        <w:t>vn -0.1757 0.9819 0.0707</w:t>
        <w:br/>
        <w:t>vn -0.0664 0.8946 0.4419</w:t>
        <w:br/>
        <w:t>vn -0.2590 0.7741 0.5777</w:t>
        <w:br/>
        <w:t>vn -0.2331 0.8097 0.5386</w:t>
        <w:br/>
        <w:t>vn -0.1313 0.9747 0.1806</w:t>
        <w:br/>
        <w:t>vn -0.2321 0.9267 0.2954</w:t>
        <w:br/>
        <w:t>vn -0.2321 0.9267 0.2955</w:t>
        <w:br/>
        <w:t>vn -0.1313 0.9748 0.1806</w:t>
        <w:br/>
        <w:t>vn -0.1559 0.9876 0.0179</w:t>
        <w:br/>
        <w:t>vn 0.1463 -0.9520 0.2688</w:t>
        <w:br/>
        <w:t>vn 0.2396 -0.9296 0.2800</w:t>
        <w:br/>
        <w:t>vn 0.2409 -0.9518 0.1899</w:t>
        <w:br/>
        <w:t>vn 0.2273 -0.9263 0.3006</w:t>
        <w:br/>
        <w:t>vn 0.0678 -0.9260 0.3713</w:t>
        <w:br/>
        <w:t>vn 0.1856 -0.9183 0.3496</w:t>
        <w:br/>
        <w:t>vn 0.2226 -0.9010 0.3723</w:t>
        <w:br/>
        <w:t>vn 0.0013 -0.9671 0.2544</w:t>
        <w:br/>
        <w:t>vn -0.9650 -0.1614 0.2066</w:t>
        <w:br/>
        <w:t>vn -0.9650 -0.1614 0.2065</w:t>
        <w:br/>
        <w:t>vn -0.6462 -0.0314 0.7625</w:t>
        <w:br/>
        <w:t>vn -0.4475 0.0617 0.8922</w:t>
        <w:br/>
        <w:t>vn -0.1421 -0.1606 -0.9767</w:t>
        <w:br/>
        <w:t>vn 0.3681 -0.0789 -0.9264</w:t>
        <w:br/>
        <w:t>vn 0.2579 -0.9529 0.1595</w:t>
        <w:br/>
        <w:t>vn -0.7273 -0.2219 -0.6495</w:t>
        <w:br/>
        <w:t>vn -0.7273 -0.2218 -0.6495</w:t>
        <w:br/>
        <w:t>vn -0.1271 0.9888 0.0788</w:t>
        <w:br/>
        <w:t>vn -0.1271 0.9887 0.0789</w:t>
        <w:br/>
        <w:t>vn 0.7566 0.2013 0.6221</w:t>
        <w:br/>
        <w:t>vn -0.0581 -0.9577 0.2818</w:t>
        <w:br/>
        <w:t>vn 0.7525 -0.0291 -0.6579</w:t>
        <w:br/>
        <w:t>vn -0.5697 0.5448 0.6154</w:t>
        <w:br/>
        <w:t>vn -0.3322 0.8911 0.3093</w:t>
        <w:br/>
        <w:t>vn -0.6533 0.0505 0.7554</w:t>
        <w:br/>
        <w:t>vn -0.5696 0.5448 0.6154</w:t>
        <w:br/>
        <w:t>vn -0.3205 0.5620 0.7625</w:t>
        <w:br/>
        <w:t>vn -0.0979 0.8398 0.5340</w:t>
        <w:br/>
        <w:t>vn 0.4843 -0.1693 -0.8584</w:t>
        <w:br/>
        <w:t>vn 0.2481 -0.8667 0.4327</w:t>
        <w:br/>
        <w:t>vn -0.4834 0.1909 0.8543</w:t>
        <w:br/>
        <w:t>vn -0.2598 0.9652 -0.0297</w:t>
        <w:br/>
        <w:t>vn -0.5939 0.7940 -0.1296</w:t>
        <w:br/>
        <w:t>vn -0.7009 0.7116 -0.0491</w:t>
        <w:br/>
        <w:t>vn -0.2973 0.9541 0.0370</w:t>
        <w:br/>
        <w:t>vn 0.7851 -0.4591 0.4157</w:t>
        <w:br/>
        <w:t>vn 0.9037 -0.4149 0.1056</w:t>
        <w:br/>
        <w:t>vn 0.8882 -0.4504 0.0905</w:t>
        <w:br/>
        <w:t>vn 0.7701 -0.4965 0.4005</w:t>
        <w:br/>
        <w:t>vn -0.6715 -0.7315 -0.1187</w:t>
        <w:br/>
        <w:t>vn -0.4929 -0.6605 -0.5663</w:t>
        <w:br/>
        <w:t>vn -0.4929 -0.6605 -0.5664</w:t>
        <w:br/>
        <w:t>vn -0.8865 0.4525 -0.0966</w:t>
        <w:br/>
        <w:t>vn -0.8391 0.4814 -0.2531</w:t>
        <w:br/>
        <w:t>vn -0.8429 0.4769 -0.2490</w:t>
        <w:br/>
        <w:t>vn -0.3629 -0.6118 -0.7029</w:t>
        <w:br/>
        <w:t>vn 0.3229 0.3788 -0.8673</w:t>
        <w:br/>
        <w:t>vn 0.3230 0.3788 -0.8673</w:t>
        <w:br/>
        <w:t>vn 0.1152 0.9929 0.0299</w:t>
        <w:br/>
        <w:t>vn 0.0672 0.9976 -0.0180</w:t>
        <w:br/>
        <w:t>vn 0.6430 -0.4775 0.5988</w:t>
        <w:br/>
        <w:t>vn -0.6855 0.4965 -0.5325</w:t>
        <w:br/>
        <w:t>vn -0.6855 0.4965 -0.5326</w:t>
        <w:br/>
        <w:t>vn -0.1947 0.4547 -0.8691</w:t>
        <w:br/>
        <w:t>vn 0.5834 0.1271 -0.8022</w:t>
        <w:br/>
        <w:t>vn 0.9349 -0.3530 -0.0371</w:t>
        <w:br/>
        <w:t>vn -0.4945 -0.8022 -0.3344</w:t>
        <w:br/>
        <w:t>vn 0.3488 -0.1671 -0.9222</w:t>
        <w:br/>
        <w:t>vn 0.2992 -0.1324 -0.9450</w:t>
        <w:br/>
        <w:t>vn -0.1093 0.9481 0.2987</w:t>
        <w:br/>
        <w:t>vn -0.2368 0.1728 0.9561</w:t>
        <w:br/>
        <w:t>vn -0.3281 0.1374 0.9346</w:t>
        <w:br/>
        <w:t>vn -0.2332 0.8096 0.5386</w:t>
        <w:br/>
        <w:t>vn 0.0459 -0.9625 0.2673</w:t>
        <w:br/>
        <w:t>vn 0.8536 -0.0307 -0.5201</w:t>
        <w:br/>
        <w:t>vn 0.8535 -0.0307 -0.5201</w:t>
        <w:br/>
        <w:t>vn -0.7064 0.0711 0.7042</w:t>
        <w:br/>
        <w:t>vn -0.6020 0.1315 0.7876</w:t>
        <w:br/>
        <w:t>vn -0.8495 0.4893 -0.1974</w:t>
        <w:br/>
        <w:t>vn 0.8858 -0.4058 0.2253</w:t>
        <w:br/>
        <w:t>vn 0.8404 -0.5109 0.1808</w:t>
        <w:br/>
        <w:t>vn -0.0142 -0.1194 -0.9928</w:t>
        <w:br/>
        <w:t>vn -0.0141 -0.1194 -0.9928</w:t>
        <w:br/>
        <w:t>vn -0.5818 0.1899 0.7908</w:t>
        <w:br/>
        <w:t>vn -0.7283 -0.2881 0.6218</w:t>
        <w:br/>
        <w:t>vn -0.7283 -0.2880 0.6218</w:t>
        <w:br/>
        <w:t>vn 0.4474 0.8822 0.1469</w:t>
        <w:br/>
        <w:t>vn 0.0996 0.8576 0.5045</w:t>
        <w:br/>
        <w:t>vn 0.0996 0.8577 0.5045</w:t>
        <w:br/>
        <w:t>vn 0.7382 0.3052 -0.6015</w:t>
        <w:br/>
        <w:t>vn 0.7382 0.3053 -0.6015</w:t>
        <w:br/>
        <w:t>vn 0.5786 -0.2023 -0.7901</w:t>
        <w:br/>
        <w:t>vn -0.0946 -0.8636 -0.4952</w:t>
        <w:br/>
        <w:t>vn -0.4387 -0.8898 -0.1260</w:t>
        <w:br/>
        <w:t>vn -0.0948 -0.8637 -0.4951</w:t>
        <w:br/>
        <w:t>vn 0.6707 -0.4717 0.5724</w:t>
        <w:br/>
        <w:t>vn 0.6748 -0.4590 0.5780</w:t>
        <w:br/>
        <w:t>vn 0.6785 -0.4557 0.5762</w:t>
        <w:br/>
        <w:t>vn 0.6699 -0.4718 0.5733</w:t>
        <w:br/>
        <w:t>vn 0.6848 -0.4855 0.5434</w:t>
        <w:br/>
        <w:t>vn 0.6740 -0.4846 0.5576</w:t>
        <w:br/>
        <w:t>vn 0.6712 -0.4809 0.5642</w:t>
        <w:br/>
        <w:t>vn 0.6896 -0.4773 0.5446</w:t>
        <w:br/>
        <w:t>vn 0.6765 0.0435 -0.7352</w:t>
        <w:br/>
        <w:t>vn 0.6764 0.0435 -0.7353</w:t>
        <w:br/>
        <w:t>vn 0.6764 0.0435 -0.7352</w:t>
        <w:br/>
        <w:t>vn -0.6763 -0.0410 0.7354</w:t>
        <w:br/>
        <w:t>vn -0.6763 -0.0410 0.7355</w:t>
        <w:br/>
        <w:t>vn -0.6764 -0.0410 0.7354</w:t>
        <w:br/>
        <w:t>vn -0.6763 -0.0411 0.7355</w:t>
        <w:br/>
        <w:t>vn 0.2759 0.9059 0.3213</w:t>
        <w:br/>
        <w:t>vn 0.2759 0.9059 0.3214</w:t>
        <w:br/>
        <w:t>vn 0.2757 0.9061 0.3210</w:t>
        <w:br/>
        <w:t>vn 0.2758 0.9059 0.3213</w:t>
        <w:br/>
        <w:t>vn -0.2810 -0.9049 -0.3196</w:t>
        <w:br/>
        <w:t>vn -0.2809 -0.9050 -0.3195</w:t>
        <w:br/>
        <w:t>vn -0.2809 -0.9051 -0.3194</w:t>
        <w:br/>
        <w:t>vn -0.2811 -0.9049 -0.3197</w:t>
        <w:br/>
        <w:t>vn -0.6738 0.5032 -0.5411</w:t>
        <w:br/>
        <w:t>vn -0.6783 0.4999 -0.5386</w:t>
        <w:br/>
        <w:t>vn -0.6707 0.4825 -0.5634</w:t>
        <w:br/>
        <w:t>vn -0.6730 0.4866 -0.5571</w:t>
        <w:br/>
        <w:t>vn 0.6691 -0.4718 0.5741</w:t>
        <w:br/>
        <w:t>vn 0.6683 -0.4772 0.5707</w:t>
        <w:br/>
        <w:t>vn -0.6726 0.4835 -0.5603</w:t>
        <w:br/>
        <w:t>vn -0.6706 0.4806 -0.5651</w:t>
        <w:br/>
        <w:t>vn -0.6826 0.4967 -0.5360</w:t>
        <w:br/>
        <w:t>vn -0.6688 0.4734 -0.5733</w:t>
        <w:br/>
        <w:t>vn -0.6687 0.4729 -0.5737</w:t>
        <w:br/>
        <w:t>vn -0.6687 0.4776 -0.5699</w:t>
        <w:br/>
        <w:t>vn 0.6822 -0.4525 0.5744</w:t>
        <w:br/>
        <w:t>vn 0.6944 -0.4690 0.5457</w:t>
        <w:br/>
        <w:t>vn -0.6690 0.4726 -0.5737</w:t>
        <w:br/>
        <w:t>vn -0.6682 0.4784 -0.5698</w:t>
        <w:br/>
        <w:t>vn -0.6719 -0.6861 0.2789</w:t>
        <w:br/>
        <w:t>vn -0.2849 0.6021 0.7458</w:t>
        <w:br/>
        <w:t>vn -0.5818 0.1900 0.7908</w:t>
        <w:br/>
        <w:t>vn 0.6737 0.7008 -0.2345</w:t>
        <w:br/>
        <w:t>vn 0.2721 -0.6182 -0.7374</w:t>
        <w:br/>
        <w:t>vn -0.6678 0.4830 -0.5664</w:t>
        <w:br/>
        <w:t>vn 0.6679 -0.4815 0.5675</w:t>
        <w:br/>
        <w:t>vn -0.6790 0.5087 -0.5293</w:t>
        <w:br/>
        <w:t>vn 0.6958 -0.4788 0.5354</w:t>
        <w:br/>
        <w:t>vn -0.6692 0.4756 -0.5709</w:t>
        <w:br/>
        <w:t>vn 0.6775 -0.4417 0.5881</w:t>
        <w:br/>
        <w:t>vn -0.6696 0.4698 -0.5752</w:t>
        <w:br/>
        <w:t>vn 0.6697 -0.4693 0.5755</w:t>
        <w:br/>
        <w:t>vn 0.0862 -0.4088 -0.9086</w:t>
        <w:br/>
        <w:t>vn 0.1471 -0.7246 -0.6733</w:t>
        <w:br/>
        <w:t>vn -0.0332 -0.6934 -0.7198</w:t>
        <w:br/>
        <w:t>vn -0.1331 -0.3474 -0.9282</w:t>
        <w:br/>
        <w:t>vn -0.3696 -0.8294 -0.4190</w:t>
        <w:br/>
        <w:t>vn -0.3810 -0.8244 -0.4185</w:t>
        <w:br/>
        <w:t>vn -0.2343 -0.3280 -0.9152</w:t>
        <w:br/>
        <w:t>vn -0.1038 -0.7301 -0.6755</w:t>
        <w:br/>
        <w:t>vn 0.9044 -0.3137 0.2893</w:t>
        <w:br/>
        <w:t>vn 0.6581 -0.7412 0.1324</w:t>
        <w:br/>
        <w:t>vn 0.6155 -0.7875 0.0316</w:t>
        <w:br/>
        <w:t>vn 0.1102 0.9631 0.2455</w:t>
        <w:br/>
        <w:t>vn 0.0432 0.9833 0.1767</w:t>
        <w:br/>
        <w:t>vn 0.7837 -0.3540 0.5103</w:t>
        <w:br/>
        <w:t>vn 0.6389 -0.4054 0.6538</w:t>
        <w:br/>
        <w:t>vn 0.5387 -0.7215 0.4351</w:t>
        <w:br/>
        <w:t>vn 0.6649 -0.6708 0.3285</w:t>
        <w:br/>
        <w:t>vn 0.4769 -0.4781 0.7375</w:t>
        <w:br/>
        <w:t>vn 0.2545 -0.8984 0.3579</w:t>
        <w:br/>
        <w:t>vn 0.2544 -0.8984 0.3579</w:t>
        <w:br/>
        <w:t>vn 0.3878 -0.8079 0.4437</w:t>
        <w:br/>
        <w:t>vn -0.0567 0.9598 0.2751</w:t>
        <w:br/>
        <w:t>vn 0.0828 0.8960 0.4363</w:t>
        <w:br/>
        <w:t>vn -0.0567 0.9597 0.2751</w:t>
        <w:br/>
        <w:t>vn 0.0203 0.9921 -0.1236</w:t>
        <w:br/>
        <w:t>vn -0.0794 0.9870 -0.1396</w:t>
        <w:br/>
        <w:t>vn -0.0794 0.9870 -0.1395</w:t>
        <w:br/>
        <w:t>vn 0.7064 -0.5208 -0.4793</w:t>
        <w:br/>
        <w:t>vn 0.5731 -0.7588 -0.3096</w:t>
        <w:br/>
        <w:t>vn 0.5091 -0.7703 -0.3840</w:t>
        <w:br/>
        <w:t>vn 0.6421 -0.3921 -0.6587</w:t>
        <w:br/>
        <w:t>vn 0.2764 -0.4510 -0.8486</w:t>
        <w:br/>
        <w:t>vn 0.2861 -0.7665 -0.5750</w:t>
        <w:br/>
        <w:t>vn -0.1552 0.9687 0.1935</w:t>
        <w:br/>
        <w:t>vn -0.2084 0.9731 0.0986</w:t>
        <w:br/>
        <w:t>vn -0.1812 0.9821 -0.0505</w:t>
        <w:br/>
        <w:t>vn -0.1812 0.9822 -0.0505</w:t>
        <w:br/>
        <w:t>vn 0.4468 -0.4346 -0.7820</w:t>
        <w:br/>
        <w:t>vn 0.3988 -0.7744 -0.4911</w:t>
        <w:br/>
        <w:t>vn 0.0584 0.9962 0.0648</w:t>
        <w:br/>
        <w:t>vn 0.0621 0.9975 -0.0349</w:t>
        <w:br/>
        <w:t>vn 0.0584 0.9962 0.0649</w:t>
        <w:br/>
        <w:t>vn -0.0751 0.9049 0.4190</w:t>
        <w:br/>
        <w:t>vn -0.0413 0.9630 0.2664</w:t>
        <w:br/>
        <w:t>vn -0.1724 0.9362 0.3062</w:t>
        <w:br/>
        <w:t>vn -0.0837 0.9712 0.2229</w:t>
        <w:br/>
        <w:t>vn 0.6027 -0.7730 -0.1980</w:t>
        <w:br/>
        <w:t>vn 0.1887 0.8570 0.4794</w:t>
        <w:br/>
        <w:t>vn 0.1887 0.8571 0.4794</w:t>
        <w:br/>
        <w:t>vn 0.6112 -0.7900 -0.0476</w:t>
        <w:br/>
        <w:t>vn 0.0353 0.9921 0.1203</w:t>
        <w:br/>
        <w:t>vn 0.8593 -0.3255 0.3944</w:t>
        <w:br/>
        <w:t>vn 0.6924 -0.6855 0.2249</w:t>
        <w:br/>
        <w:t>vn 0.1827 0.9101 0.3718</w:t>
        <w:br/>
        <w:t>vn 0.1827 0.9102 0.3718</w:t>
        <w:br/>
        <w:t>vn -0.2317 0.9710 -0.0584</w:t>
        <w:br/>
        <w:t>vn -0.1952 0.9397 0.2808</w:t>
        <w:br/>
        <w:t>vn -0.0561 -0.9957 0.0740</w:t>
        <w:br/>
        <w:t>vn 0.0255 -0.9503 0.3103</w:t>
        <w:br/>
        <w:t>vn -0.3095 0.1510 -0.9388</w:t>
        <w:br/>
        <w:t>vn -0.2100 0.0595 -0.9759</w:t>
        <w:br/>
        <w:t>vn -0.1512 0.2284 -0.9618</w:t>
        <w:br/>
        <w:t>vn -0.1514 0.3562 -0.9220</w:t>
        <w:br/>
        <w:t>vn -0.5853 0.4926 -0.6440</w:t>
        <w:br/>
        <w:t>vn -0.9130 0.4073 -0.0236</w:t>
        <w:br/>
        <w:t>vn -0.8071 0.1228 0.5776</w:t>
        <w:br/>
        <w:t>vn -0.8070 0.1228 0.5776</w:t>
        <w:br/>
        <w:t>vn -0.6224 -0.0476 0.7812</w:t>
        <w:br/>
        <w:t>vn 0.3321 -0.4390 0.8349</w:t>
        <w:br/>
        <w:t>vn 0.5092 -0.4312 0.7448</w:t>
        <w:br/>
        <w:t>vn 0.4991 -0.3265 0.8027</w:t>
        <w:br/>
        <w:t>vn 0.3328 -0.1880 0.9241</w:t>
        <w:br/>
        <w:t>vn 0.2207 -0.0899 0.9712</w:t>
        <w:br/>
        <w:t>vn -0.0207 0.0134 0.9997</w:t>
        <w:br/>
        <w:t>vn -0.2144 0.0443 0.9757</w:t>
        <w:br/>
        <w:t>vn -0.4011 -0.0134 0.9159</w:t>
        <w:br/>
        <w:t>vn -0.6150 -0.1089 0.7810</w:t>
        <w:br/>
        <w:t>vn -0.7749 -0.1915 0.6024</w:t>
        <w:br/>
        <w:t>vn -0.8971 -0.2774 0.3440</w:t>
        <w:br/>
        <w:t>vn -0.8971 -0.2775 0.3439</w:t>
        <w:br/>
        <w:t>vn -0.9491 -0.3131 0.0338</w:t>
        <w:br/>
        <w:t>vn -0.9450 -0.2858 -0.1588</w:t>
        <w:br/>
        <w:t>vn -0.9451 -0.2858 -0.1587</w:t>
        <w:br/>
        <w:t>vn -0.9143 -0.2122 -0.3450</w:t>
        <w:br/>
        <w:t>vn -0.8758 -0.1216 -0.4672</w:t>
        <w:br/>
        <w:t>vn -0.8052 -0.0442 -0.5913</w:t>
        <w:br/>
        <w:t>vn -0.8052 -0.0442 -0.5914</w:t>
        <w:br/>
        <w:t>vn -0.6435 0.0205 -0.7652</w:t>
        <w:br/>
        <w:t>vn -0.6434 0.0205 -0.7652</w:t>
        <w:br/>
        <w:t>vn -0.4320 0.0584 -0.9000</w:t>
        <w:br/>
        <w:t>vn -0.4320 0.0583 -0.9000</w:t>
        <w:br/>
        <w:t>vn -0.1348 0.0675 -0.9886</w:t>
        <w:br/>
        <w:t>vn 0.0386 0.0393 -0.9985</w:t>
        <w:br/>
        <w:t>vn -0.0393 -0.0067 -0.9992</w:t>
        <w:br/>
        <w:t>vn -0.2228 -0.0619 -0.9729</w:t>
        <w:br/>
        <w:t>vn -0.3339 -0.0944 -0.9379</w:t>
        <w:br/>
        <w:t>vn -0.9881 -0.1537 -0.0083</w:t>
        <w:br/>
        <w:t>vn -0.9051 -0.1078 0.4113</w:t>
        <w:br/>
        <w:t>vn -0.9051 -0.1078 0.4112</w:t>
        <w:br/>
        <w:t>vn -0.3780 0.0196 0.9256</w:t>
        <w:br/>
        <w:t>vn 0.0650 0.0751 0.9951</w:t>
        <w:br/>
        <w:t>vn 0.2309 0.0341 0.9724</w:t>
        <w:br/>
        <w:t>vn -0.1250 0.3239 0.9378</w:t>
        <w:br/>
        <w:t>vn 0.3202 -0.0318 0.9468</w:t>
        <w:br/>
        <w:t>vn 0.3202 -0.0319 0.9468</w:t>
        <w:br/>
        <w:t>vn 0.4690 -0.0497 0.8818</w:t>
        <w:br/>
        <w:t>vn 0.6384 -0.0258 0.7693</w:t>
        <w:br/>
        <w:t>vn 0.7866 0.0167 0.6172</w:t>
        <w:br/>
        <w:t>vn 0.8662 0.0955 0.4905</w:t>
        <w:br/>
        <w:t>vn 0.9077 0.1999 0.3689</w:t>
        <w:br/>
        <w:t>vn 0.9448 0.2794 0.1711</w:t>
        <w:br/>
        <w:t>vn 0.9527 0.3010 -0.0420</w:t>
        <w:br/>
        <w:t>vn 0.9006 0.2546 -0.3523</w:t>
        <w:br/>
        <w:t>vn 0.8197 0.2017 -0.5361</w:t>
        <w:br/>
        <w:t>vn 0.7824 0.1650 -0.6005</w:t>
        <w:br/>
        <w:t>vn 0.6224 0.0841 -0.7782</w:t>
        <w:br/>
        <w:t>vn 0.4040 -0.0052 -0.9148</w:t>
        <w:br/>
        <w:t>vn 0.2183 -0.0560 -0.9743</w:t>
        <w:br/>
        <w:t>vn 0.0115 -0.0274 -0.9996</w:t>
        <w:br/>
        <w:t>vn 0.0141 -0.9914 0.1305</w:t>
        <w:br/>
        <w:t>vn 0.0406 -0.9944 0.0972</w:t>
        <w:br/>
        <w:t>vn 0.1469 -0.9788 0.1427</w:t>
        <w:br/>
        <w:t>vn 0.0776 -0.9675 0.2406</w:t>
        <w:br/>
        <w:t>vn -0.0165 -0.9907 0.1354</w:t>
        <w:br/>
        <w:t>vn -0.0320 -0.9344 0.3549</w:t>
        <w:br/>
        <w:t>vn -0.0320 -0.9344 0.3548</w:t>
        <w:br/>
        <w:t>vn -0.1466 -0.9865 -0.0731</w:t>
        <w:br/>
        <w:t>vn -0.0562 -0.9470 0.3162</w:t>
        <w:br/>
        <w:t>vn -0.1850 -0.9815 -0.0492</w:t>
        <w:br/>
        <w:t>vn -0.2286 0.9727 0.0394</w:t>
        <w:br/>
        <w:t>vn -0.1987 0.9799 0.0176</w:t>
        <w:br/>
        <w:t>vn -0.2405 0.9700 0.0350</w:t>
        <w:br/>
        <w:t>vn -0.2373 0.9701 0.0513</w:t>
        <w:br/>
        <w:t>vn -0.1842 0.9818 0.0474</w:t>
        <w:br/>
        <w:t>vn -0.3862 0.8953 -0.2219</w:t>
        <w:br/>
        <w:t>vn -0.3295 0.8949 0.3010</w:t>
        <w:br/>
        <w:t>vn -0.1636 0.9854 0.0468</w:t>
        <w:br/>
        <w:t>vn -0.2957 0.9372 -0.1847</w:t>
        <w:br/>
        <w:t>vn -0.2431 0.9104 0.3348</w:t>
        <w:br/>
        <w:t>vn 0.0045 0.0258 0.9997</w:t>
        <w:br/>
        <w:t>vn 0.2352 0.0790 0.9687</w:t>
        <w:br/>
        <w:t>vn -0.1808 -0.0655 -0.9813</w:t>
        <w:br/>
        <w:t>vn -0.3479 -0.0614 -0.9355</w:t>
        <w:br/>
        <w:t>vn -0.1808 -0.0654 -0.9813</w:t>
        <w:br/>
        <w:t>vn 0.3711 0.1117 0.9218</w:t>
        <w:br/>
        <w:t>vn 0.4346 0.0089 -0.9006</w:t>
        <w:br/>
        <w:t>vn 0.4347 0.0090 -0.9005</w:t>
        <w:br/>
        <w:t>vn 0.7857 0.0835 -0.6130</w:t>
        <w:br/>
        <w:t>vn 0.7857 0.0835 -0.6129</w:t>
        <w:br/>
        <w:t>vn -0.9931 -0.1136 0.0283</w:t>
        <w:br/>
        <w:t>vn -0.1724 -0.9264 -0.3349</w:t>
        <w:br/>
        <w:t>vn -0.2779 -0.9037 -0.3257</w:t>
        <w:br/>
        <w:t>vn -0.2959 -0.9071 -0.2995</w:t>
        <w:br/>
        <w:t>vn -0.2959 -0.9071 -0.2994</w:t>
        <w:br/>
        <w:t>vn -0.4820 -0.8244 -0.2968</w:t>
        <w:br/>
        <w:t>vn -0.3175 -0.8508 -0.4188</w:t>
        <w:br/>
        <w:t>vn -0.3175 -0.8508 -0.4187</w:t>
        <w:br/>
        <w:t>vn -0.4670 -0.8197 -0.3318</w:t>
        <w:br/>
        <w:t>vn -0.3187 -0.8587 -0.4012</w:t>
        <w:br/>
        <w:t>vn -0.2481 -0.8413 -0.4803</w:t>
        <w:br/>
        <w:t>vn 0.0181 0.9294 0.3686</w:t>
        <w:br/>
        <w:t>vn 0.0181 0.9294 0.3687</w:t>
        <w:br/>
        <w:t>vn -0.0493 0.8913 0.4507</w:t>
        <w:br/>
        <w:t>vn -0.0493 0.8914 0.4506</w:t>
        <w:br/>
        <w:t>vn -0.0779 0.9100 0.4073</w:t>
        <w:br/>
        <w:t>vn -0.0232 0.9208 0.3894</w:t>
        <w:br/>
        <w:t>vn -0.1015 0.8747 0.4740</w:t>
        <w:br/>
        <w:t>vn -0.2484 0.9196 0.3044</w:t>
        <w:br/>
        <w:t>vn -0.1904 0.9464 0.2610</w:t>
        <w:br/>
        <w:t>vn -0.0231 0.9208 0.3893</w:t>
        <w:br/>
        <w:t>vn 0.0795 0.9406 0.3301</w:t>
        <w:br/>
        <w:t>vn 0.0795 0.9406 0.3302</w:t>
        <w:br/>
        <w:t>vn 0.8506 -0.1539 -0.5028</w:t>
        <w:br/>
        <w:t>vn 0.7360 -0.0394 -0.6758</w:t>
        <w:br/>
        <w:t>vn 0.8505 -0.1540 -0.5029</w:t>
        <w:br/>
        <w:t>vn 0.0803 -0.3378 0.9378</w:t>
        <w:br/>
        <w:t>vn 0.0802 -0.3378 0.9378</w:t>
        <w:br/>
        <w:t>vn -0.4976 -0.0833 0.8634</w:t>
        <w:br/>
        <w:t>vn -0.7643 0.4179 -0.4911</w:t>
        <w:br/>
        <w:t>vn -0.5569 0.4440 -0.7020</w:t>
        <w:br/>
        <w:t>vn -0.5568 0.4440 -0.7020</w:t>
        <w:br/>
        <w:t>vn 0.1590 0.2888 -0.9441</w:t>
        <w:br/>
        <w:t>vn 0.1588 0.2884 -0.9443</w:t>
        <w:br/>
        <w:t>vn 0.4966 -0.4559 0.7387</w:t>
        <w:br/>
        <w:t>vn 0.4965 -0.4559 0.7387</w:t>
        <w:br/>
        <w:t>vn 0.6573 -0.4574 0.5990</w:t>
        <w:br/>
        <w:t>vn -0.3294 0.8949 0.3010</w:t>
        <w:br/>
        <w:t>vn -0.1251 0.3240 0.9378</w:t>
        <w:br/>
        <w:t>vn -0.0853 0.0067 0.9963</w:t>
        <w:br/>
        <w:t>vn -0.7655 0.0628 0.6404</w:t>
        <w:br/>
        <w:t>vn -0.7655 0.0628 0.6403</w:t>
        <w:br/>
        <w:t>vn 0.0992 0.9888 -0.1118</w:t>
        <w:br/>
        <w:t>vn -0.3529 0.9325 -0.0765</w:t>
        <w:br/>
        <w:t>vn -0.3528 0.9326 -0.0765</w:t>
        <w:br/>
        <w:t>vn 0.4935 -0.8676 0.0618</w:t>
        <w:br/>
        <w:t>vn -0.2196 -0.9664 0.1335</w:t>
        <w:br/>
        <w:t>vn 0.8856 0.4516 -0.1083</w:t>
        <w:br/>
        <w:t>vn 0.9642 -0.2617 -0.0436</w:t>
        <w:br/>
        <w:t>vn -0.8333 -0.5367 0.1324</w:t>
        <w:br/>
        <w:t>vn -0.9868 0.1488 0.0640</w:t>
        <w:br/>
        <w:t>vn -0.9868 0.1487 0.0641</w:t>
        <w:br/>
        <w:t>vn -0.9843 -0.1559 0.0834</w:t>
        <w:br/>
        <w:t>vn -0.9843 -0.1559 0.0833</w:t>
        <w:br/>
        <w:t>vn 0.9822 0.1634 -0.0929</w:t>
        <w:br/>
        <w:t>vn 0.9822 0.1633 -0.0930</w:t>
        <w:br/>
        <w:t>vn -0.1456 0.9838 -0.1048</w:t>
        <w:br/>
        <w:t>vn -0.1456 0.9838 -0.1049</w:t>
        <w:br/>
        <w:t>vn 0.1257 -0.9868 0.1025</w:t>
        <w:br/>
        <w:t>vn 0.1257 -0.9868 0.1023</w:t>
        <w:br/>
        <w:t>vn 0.1256 -0.9868 0.1021</w:t>
        <w:br/>
        <w:t>vn 0.1256 -0.9868 0.1022</w:t>
        <w:br/>
        <w:t>vn 0.0795 0.0888 0.9929</w:t>
        <w:br/>
        <w:t>vn 0.0586 0.0883 0.9944</w:t>
        <w:br/>
        <w:t>vn 0.0579 0.0764 0.9954</w:t>
        <w:br/>
        <w:t>vn 0.0799 0.0819 0.9934</w:t>
        <w:br/>
        <w:t>vn -0.0471 -0.0654 -0.9967</w:t>
        <w:br/>
        <w:t>vn -0.0579 -0.0707 -0.9958</w:t>
        <w:br/>
        <w:t>vn -0.0571 -0.0766 -0.9954</w:t>
        <w:br/>
        <w:t>vn -0.0450 -0.0721 -0.9964</w:t>
        <w:br/>
        <w:t>vn 0.0574 0.0704 0.9959</w:t>
        <w:br/>
        <w:t>vn 0.0467 0.0650 0.9968</w:t>
        <w:br/>
        <w:t>vn 0.0460 0.0719 0.9964</w:t>
        <w:br/>
        <w:t>vn -0.0799 -0.0731 -0.9941</w:t>
        <w:br/>
        <w:t>vn -0.0817 -0.0873 -0.9928</w:t>
        <w:br/>
        <w:t>vn -0.0599 -0.0872 -0.9944</w:t>
        <w:br/>
        <w:t>vn 0.0470 0.0897 0.9949</w:t>
        <w:br/>
        <w:t>vn 0.0502 0.0899 0.9947</w:t>
        <w:br/>
        <w:t>vn 0.0598 0.0870 0.9944</w:t>
        <w:br/>
        <w:t>vn -0.0583 -0.0885 -0.9944</w:t>
        <w:br/>
        <w:t>vn -0.0793 -0.0890 -0.9929</w:t>
        <w:br/>
        <w:t>vn -0.0787 -0.0819 -0.9935</w:t>
        <w:br/>
        <w:t>vn 0.0814 0.0873 0.9929</w:t>
        <w:br/>
        <w:t>vn 0.0792 0.0729 0.9942</w:t>
        <w:br/>
        <w:t>vn -0.0501 -0.0901 -0.9947</w:t>
        <w:br/>
        <w:t>vn -0.0468 -0.0900 -0.9948</w:t>
        <w:br/>
        <w:t>vn -0.7516 0.6594 -0.0137</w:t>
        <w:br/>
        <w:t>vn -0.7517 0.6594 -0.0136</w:t>
        <w:br/>
        <w:t>vn 0.5221 0.8444 -0.1200</w:t>
        <w:br/>
        <w:t>vn -0.2197 -0.9664 0.1335</w:t>
        <w:br/>
        <w:t>vn 0.0780 0.0785 0.9939</w:t>
        <w:br/>
        <w:t>vn -0.0763 -0.0784 -0.9940</w:t>
        <w:br/>
        <w:t>vn 0.0795 0.0646 0.9947</w:t>
        <w:br/>
        <w:t>vn -0.0804 -0.0649 -0.9946</w:t>
        <w:br/>
        <w:t>vn -0.2070 0.0987 0.9733</w:t>
        <w:br/>
        <w:t>vn -0.2079 0.0990 0.9731</w:t>
        <w:br/>
        <w:t>vn -0.2090 0.1017 0.9726</w:t>
        <w:br/>
        <w:t>vn -0.2066 0.1017 0.9731</w:t>
        <w:br/>
        <w:t>vn -0.2037 0.0852 0.9753</w:t>
        <w:br/>
        <w:t>vn -0.2051 0.0841 0.9751</w:t>
        <w:br/>
        <w:t>vn -0.2061 0.0978 0.9736</w:t>
        <w:br/>
        <w:t>vn -0.2087 0.0841 0.9744</w:t>
        <w:br/>
        <w:t>vn -0.2036 0.0797 0.9758</w:t>
        <w:br/>
        <w:t>vn -0.2101 0.0788 0.9745</w:t>
        <w:br/>
        <w:t>vn -0.2075 0.0988 0.9732</w:t>
        <w:br/>
        <w:t>vn -0.2092 0.0856 0.9741</w:t>
        <w:br/>
        <w:t>vn -0.2092 0.1021 0.9725</w:t>
        <w:br/>
        <w:t>vn -0.2045 0.1030 0.9734</w:t>
        <w:br/>
        <w:t>vn -0.1998 0.0784 0.9767</w:t>
        <w:br/>
        <w:t>vn -0.2124 0.0766 0.9742</w:t>
        <w:br/>
        <w:t>vn 0.2070 -0.0992 -0.9733</w:t>
        <w:br/>
        <w:t>vn 0.2066 -0.1021 -0.9731</w:t>
        <w:br/>
        <w:t>vn 0.2089 -0.1016 -0.9726</w:t>
        <w:br/>
        <w:t>vn 0.2074 -0.0994 -0.9732</w:t>
        <w:br/>
        <w:t>vn 0.2043 -0.0840 -0.9753</w:t>
        <w:br/>
        <w:t>vn 0.2034 -0.0863 -0.9753</w:t>
        <w:br/>
        <w:t>vn 0.2063 -0.0982 -0.9736</w:t>
        <w:br/>
        <w:t>vn 0.2070 -0.0819 -0.9749</w:t>
        <w:br/>
        <w:t>vn 0.2083 -0.0753 -0.9752</w:t>
        <w:br/>
        <w:t>vn 0.2026 -0.0794 -0.9760</w:t>
        <w:br/>
        <w:t>vn 0.2070 -0.0988 -0.9733</w:t>
        <w:br/>
        <w:t>vn 0.2074 -0.0832 -0.9747</w:t>
        <w:br/>
        <w:t>vn 0.2092 -0.1022 -0.9725</w:t>
        <w:br/>
        <w:t>vn 0.2048 -0.1032 -0.9733</w:t>
        <w:br/>
        <w:t>vn 0.1994 -0.0795 -0.9767</w:t>
        <w:br/>
        <w:t>vn 0.2104 -0.0715 -0.9750</w:t>
        <w:br/>
        <w:t>vn -0.1345 0.9785 -0.1566</w:t>
        <w:br/>
        <w:t>vn -0.1344 0.9785 -0.1566</w:t>
        <w:br/>
        <w:t>vn 0.3786 -0.9034 0.2014</w:t>
        <w:br/>
        <w:t>vn -0.1061 -0.9888 0.1050</w:t>
        <w:br/>
        <w:t>vn 0.9676 -0.0937 0.2343</w:t>
        <w:br/>
        <w:t>vn 0.9676 -0.0937 0.2344</w:t>
        <w:br/>
        <w:t>vn 0.8563 0.4963 0.1429</w:t>
        <w:br/>
        <w:t>vn 0.8563 0.4963 0.1428</w:t>
        <w:br/>
        <w:t>vn -0.9589 -0.2064 -0.1947</w:t>
        <w:br/>
        <w:t>vn -0.9589 -0.2064 -0.1948</w:t>
        <w:br/>
        <w:t>vn 0.1197 -0.9821 0.1457</w:t>
        <w:br/>
        <w:t>vn -0.3524 0.9187 -0.1786</w:t>
        <w:br/>
        <w:t>vn 0.0909 0.9918 -0.0900</w:t>
        <w:br/>
        <w:t>vn 0.9576 0.2144 0.1922</w:t>
        <w:br/>
        <w:t>vn 0.9577 0.2144 0.1920</w:t>
        <w:br/>
        <w:t>vn 0.9577 0.2144 0.1921</w:t>
        <w:br/>
        <w:t>vn -0.8721 -0.4715 -0.1310</w:t>
        <w:br/>
        <w:t>vn -0.9745 0.0779 -0.2104</w:t>
        <w:br/>
        <w:t>vn -0.5457 -0.8379 -0.0138</w:t>
        <w:br/>
        <w:t>vn -0.5456 -0.8379 -0.0138</w:t>
        <w:br/>
        <w:t>vn 0.7656 -0.5932 0.2488</w:t>
        <w:br/>
        <w:t>vn 0.7655 -0.5934 0.2488</w:t>
        <w:br/>
        <w:t>vn 0.4927 0.8700 0.0192</w:t>
        <w:br/>
        <w:t>vn 0.4928 0.8700 0.0192</w:t>
        <w:br/>
        <w:t>vn -0.7651 0.6038 -0.2237</w:t>
        <w:br/>
        <w:t>vn -0.1062 -0.9888 0.1050</w:t>
        <w:br/>
        <w:t>vn -0.3589 0.5805 0.7309</w:t>
        <w:br/>
        <w:t>vn -0.8418 0.4956 0.2139</w:t>
        <w:br/>
        <w:t>vn -0.8832 -0.2717 0.3823</w:t>
        <w:br/>
        <w:t>vn -0.4065 -0.1776 0.8962</w:t>
        <w:br/>
        <w:t>vn -0.8632 0.3227 -0.3882</w:t>
        <w:br/>
        <w:t>vn -0.9006 -0.3646 -0.2368</w:t>
        <w:br/>
        <w:t>vn -0.7942 -0.3816 -0.4730</w:t>
        <w:br/>
        <w:t>vn -0.7608 0.2317 -0.6062</w:t>
        <w:br/>
        <w:t>vn 0.7249 0.4486 0.5228</w:t>
        <w:br/>
        <w:t>vn 0.3299 0.5596 0.7603</w:t>
        <w:br/>
        <w:t>vn 0.2733 -0.2113 0.9384</w:t>
        <w:br/>
        <w:t>vn 0.6529 -0.2504 0.7149</w:t>
        <w:br/>
        <w:t>vn -0.5244 -0.0757 0.8481</w:t>
        <w:br/>
        <w:t>vn -0.4100 -0.0516 0.9106</w:t>
        <w:br/>
        <w:t>vn -0.3553 0.4630 0.8120</w:t>
        <w:br/>
        <w:t>vn -0.4572 0.4861 0.7448</w:t>
        <w:br/>
        <w:t>vn 0.8011 0.4004 0.4450</w:t>
        <w:br/>
        <w:t>vn 0.7204 -0.2486 0.6475</w:t>
        <w:br/>
        <w:t>vn -0.5208 -0.1055 0.8472</w:t>
        <w:br/>
        <w:t>vn -0.4237 -0.1027 0.9000</w:t>
        <w:br/>
        <w:t>vn -0.3844 0.5237 0.7603</w:t>
        <w:br/>
        <w:t>vn -0.4734 0.5151 0.7145</w:t>
        <w:br/>
        <w:t>vn 0.9387 -0.1159 -0.3247</w:t>
        <w:br/>
        <w:t>vn 0.4163 -0.2149 -0.8835</w:t>
        <w:br/>
        <w:t>vn 0.4162 -0.2149 -0.8835</w:t>
        <w:br/>
        <w:t>vn 0.9521 0.0218 0.3051</w:t>
        <w:br/>
        <w:t>vn 0.9521 0.0219 0.3050</w:t>
        <w:br/>
        <w:t>vn 0.8462 0.0753 0.5276</w:t>
        <w:br/>
        <w:t>vn 0.8461 0.0753 0.5276</w:t>
        <w:br/>
        <w:t>vn -0.7248 -0.1147 -0.6794</w:t>
        <w:br/>
        <w:t>vn -0.3395 -0.1876 -0.9217</w:t>
        <w:br/>
        <w:t>vn 0.5442 -0.2070 -0.8130</w:t>
        <w:br/>
        <w:t>vn 0.5466 -0.2050 -0.8119</w:t>
        <w:br/>
        <w:t>vn 0.5466 -0.2051 -0.8119</w:t>
        <w:br/>
        <w:t>vn -0.7753 -0.0993 -0.6237</w:t>
        <w:br/>
        <w:t>vn 0.4483 -0.2143 -0.8678</w:t>
        <w:br/>
        <w:t>vn 0.4391 -0.2156 -0.8722</w:t>
        <w:br/>
        <w:t>vn -0.7003 -0.6036 0.3811</w:t>
        <w:br/>
        <w:t>vn -0.3378 -0.5298 0.7780</w:t>
        <w:br/>
        <w:t>vn -0.7533 -0.6478 -0.1135</w:t>
        <w:br/>
        <w:t>vn -0.7041 -0.6319 -0.3240</w:t>
        <w:br/>
        <w:t>vn 0.1770 -0.5631 0.8072</w:t>
        <w:br/>
        <w:t>vn 0.4724 -0.5721 0.6705</w:t>
        <w:br/>
        <w:t>vn -0.6807 -0.0288 0.7320</w:t>
        <w:br/>
        <w:t>vn -0.9779 0.0914 0.1882</w:t>
        <w:br/>
        <w:t>vn -0.8903 -0.2757 0.3624</w:t>
        <w:br/>
        <w:t>vn -0.6382 -0.3721 0.6740</w:t>
        <w:br/>
        <w:t>vn -0.4562 -0.3232 0.8291</w:t>
        <w:br/>
        <w:t>vn 0.0527 -0.5405 0.8397</w:t>
        <w:br/>
        <w:t>vn 0.0525 -0.5405 0.8397</w:t>
        <w:br/>
        <w:t>vn -0.2332 -0.3919 0.8900</w:t>
        <w:br/>
        <w:t>vn 0.1260 -0.2284 0.9654</w:t>
        <w:br/>
        <w:t>vn 0.2957 0.1792 0.9383</w:t>
        <w:br/>
        <w:t>vn 0.0054 0.2032 0.9791</w:t>
        <w:br/>
        <w:t>vn -0.2425 -0.0150 0.9700</w:t>
        <w:br/>
        <w:t>vn 0.1779 0.6075 0.7741</w:t>
        <w:br/>
        <w:t>vn -0.2171 0.4400 0.8714</w:t>
        <w:br/>
        <w:t>vn -0.1488 0.7850 0.6014</w:t>
        <w:br/>
        <w:t>vn -0.3299 0.7790 0.5332</w:t>
        <w:br/>
        <w:t>vn 0.6892 0.6708 0.2739</w:t>
        <w:br/>
        <w:t>vn 0.6087 0.7280 0.3154</w:t>
        <w:br/>
        <w:t>vn 0.2781 0.8315 0.4810</w:t>
        <w:br/>
        <w:t>vn -0.2493 0.8450 0.4731</w:t>
        <w:br/>
        <w:t>vn -0.6174 0.7832 0.0738</w:t>
        <w:br/>
        <w:t>vn -0.6726 0.6286 -0.3906</w:t>
        <w:br/>
        <w:t>vn -0.6272 0.5335 -0.5675</w:t>
        <w:br/>
        <w:t>vn -0.3561 0.6701 0.6513</w:t>
        <w:br/>
        <w:t>vn -0.5167 0.7024 0.4895</w:t>
        <w:br/>
        <w:t>vn -0.6339 0.4164 0.6518</w:t>
        <w:br/>
        <w:t>vn -0.8204 0.5253 0.2257</w:t>
        <w:br/>
        <w:t>vn 0.4422 -0.2131 -0.8712</w:t>
        <w:br/>
        <w:t>vn 0.4421 -0.2131 -0.8713</w:t>
        <w:br/>
        <w:t>vn 0.5430 -0.2031 -0.8148</w:t>
        <w:br/>
        <w:t>vn -0.2631 0.2214 0.9390</w:t>
        <w:br/>
        <w:t>vn 0.4266 -0.2131 -0.8790</w:t>
        <w:br/>
        <w:t>vn 0.5369 -0.2032 -0.8188</w:t>
        <w:br/>
        <w:t>vn -0.0654 -0.9696 0.2357</w:t>
        <w:br/>
        <w:t>vn -0.0533 -0.9703 0.2362</w:t>
        <w:br/>
        <w:t>vn -0.0545 -0.9708 0.2338</w:t>
        <w:br/>
        <w:t>vn -0.0623 -0.9704 0.2334</w:t>
        <w:br/>
        <w:t>vn -0.0587 -0.9697 0.2371</w:t>
        <w:br/>
        <w:t>vn -0.0538 -0.9699 0.2375</w:t>
        <w:br/>
        <w:t>vn -0.0498 -0.9712 0.2330</w:t>
        <w:br/>
        <w:t>vn -0.0485 -0.9725 0.2278</w:t>
        <w:br/>
        <w:t>vn -0.0440 -0.9725 0.2287</w:t>
        <w:br/>
        <w:t>vn 0.0771 0.9774 -0.1966</w:t>
        <w:br/>
        <w:t>vn 0.1613 0.9620 -0.2205</w:t>
        <w:br/>
        <w:t>vn 0.0708 0.9727 -0.2210</w:t>
        <w:br/>
        <w:t>vn 0.1422 0.9616 -0.2347</w:t>
        <w:br/>
        <w:t>vn 0.1021 0.9559 -0.2755</w:t>
        <w:br/>
        <w:t>vn 0.0517 0.9594 -0.2772</w:t>
        <w:br/>
        <w:t>vn 0.0148 0.9714 -0.2370</w:t>
        <w:br/>
        <w:t>vn 0.0118 0.9847 -0.1736</w:t>
        <w:br/>
        <w:t>vn 0.0041 0.9889 -0.1483</w:t>
        <w:br/>
        <w:t>vn 0.8188 0.5281 0.2251</w:t>
        <w:br/>
        <w:t>vn 0.3331 0.6053 0.7229</w:t>
        <w:br/>
        <w:t>vn 0.3458 0.4096 0.8442</w:t>
        <w:br/>
        <w:t>vn 0.8939 0.3065 0.3270</w:t>
        <w:br/>
        <w:t>vn -0.3550 0.5920 0.7235</w:t>
        <w:br/>
        <w:t>vn -0.3950 0.4103 0.8219</w:t>
        <w:br/>
        <w:t>vn -0.9214 0.0211 0.3880</w:t>
        <w:br/>
        <w:t>vn -0.9019 0.3037 0.3070</w:t>
        <w:br/>
        <w:t>vn -0.8214 0.3681 -0.4356</w:t>
        <w:br/>
        <w:t>vn -0.8899 0.1575 -0.4280</w:t>
        <w:br/>
        <w:t>vn -0.2960 0.2955 -0.9083</w:t>
        <w:br/>
        <w:t>vn -0.3328 0.0569 -0.9413</w:t>
        <w:br/>
        <w:t>vn 0.3545 0.3009 -0.8853</w:t>
        <w:br/>
        <w:t>vn 0.3918 0.0539 -0.9185</w:t>
        <w:br/>
        <w:t>vn 0.8062 0.3909 -0.4441</w:t>
        <w:br/>
        <w:t>vn 0.8958 0.1529 -0.4173</w:t>
        <w:br/>
        <w:t>vn 0.7562 -0.4886 0.4352</w:t>
        <w:br/>
        <w:t>vn 0.2551 -0.3948 0.8826</w:t>
        <w:br/>
        <w:t>vn 0.2552 -0.3948 0.8826</w:t>
        <w:br/>
        <w:t>vn -0.3780 -0.3760 0.8460</w:t>
        <w:br/>
        <w:t>vn -0.7904 -0.4424 0.4237</w:t>
        <w:br/>
        <w:t>vn -0.8035 -0.5772 -0.1455</w:t>
        <w:br/>
        <w:t>vn -0.8035 -0.5772 -0.1454</w:t>
        <w:br/>
        <w:t>vn -0.3363 -0.7054 -0.6239</w:t>
        <w:br/>
        <w:t>vn 0.3188 -0.6771 -0.6632</w:t>
        <w:br/>
        <w:t>vn 0.7573 -0.6064 -0.2426</w:t>
        <w:br/>
        <w:t>vn -0.9078 -0.1303 -0.3986</w:t>
        <w:br/>
        <w:t>vn -0.3473 -0.2684 -0.8985</w:t>
        <w:br/>
        <w:t>vn -0.3290 -0.0844 -0.9406</w:t>
        <w:br/>
        <w:t>vn -0.8902 0.0680 -0.4505</w:t>
        <w:br/>
        <w:t>vn -0.9227 0.2435 0.2988</w:t>
        <w:br/>
        <w:t>vn -0.9356 0.0428 0.3504</w:t>
        <w:br/>
        <w:t>vn -0.4052 0.3341 0.8510</w:t>
        <w:br/>
        <w:t>vn -0.4196 0.1412 0.8967</w:t>
        <w:br/>
        <w:t>vn 0.3423 0.2945 0.8922</w:t>
        <w:br/>
        <w:t>vn 0.3330 0.1131 0.9361</w:t>
        <w:br/>
        <w:t>vn 0.9034 0.1477 0.4026</w:t>
        <w:br/>
        <w:t>vn 0.8996 -0.0265 0.4359</w:t>
        <w:br/>
        <w:t>vn 0.9368 -0.0260 -0.3488</w:t>
        <w:br/>
        <w:t>vn 0.9252 -0.1949 -0.3256</w:t>
        <w:br/>
        <w:t>vn 0.4197 -0.1220 -0.8994</w:t>
        <w:br/>
        <w:t>vn 0.4000 -0.2916 -0.8689</w:t>
        <w:br/>
        <w:t>vn -0.3306 -0.1016 -0.9383</w:t>
        <w:br/>
        <w:t>vn -0.8914 0.0483 -0.4507</w:t>
        <w:br/>
        <w:t>vn -0.9259 0.2229 0.3050</w:t>
        <w:br/>
        <w:t>vn -0.4068 0.3133 0.8581</w:t>
        <w:br/>
        <w:t>vn 0.3419 0.2726 0.8993</w:t>
        <w:br/>
        <w:t>vn 0.9040 0.1245 0.4091</w:t>
        <w:br/>
        <w:t>vn 0.9375 -0.0498 -0.3444</w:t>
        <w:br/>
        <w:t>vn 0.4152 -0.1425 -0.8985</w:t>
        <w:br/>
        <w:t>vn -0.4171 0.0330 0.9083</w:t>
        <w:br/>
        <w:t>vn -0.4168 0.0354 0.9083</w:t>
        <w:br/>
        <w:t>vn 0.3202 -0.0009 0.9474</w:t>
        <w:br/>
        <w:t>vn 0.3194 -0.0050 0.9476</w:t>
        <w:br/>
        <w:t>vn 0.8719 -0.1512 0.4657</w:t>
        <w:br/>
        <w:t>vn 0.8712 -0.1554 0.4657</w:t>
        <w:br/>
        <w:t>vn 0.9044 -0.3267 -0.2744</w:t>
        <w:br/>
        <w:t>vn 0.9038 -0.3290 -0.2738</w:t>
        <w:br/>
        <w:t>vn 0.3921 -0.4176 -0.8197</w:t>
        <w:br/>
        <w:t>vn 0.3853 -0.4184 -0.8225</w:t>
        <w:br/>
        <w:t>vn -0.3411 -0.3763 -0.8614</w:t>
        <w:br/>
        <w:t>vn -0.8913 -0.2382 -0.3859</w:t>
        <w:br/>
        <w:t>vn -0.8936 -0.2378 -0.3807</w:t>
        <w:br/>
        <w:t>vn -0.9288 -0.0630 0.3652</w:t>
        <w:br/>
        <w:t>vn -0.9289 -0.0631 0.3650</w:t>
        <w:br/>
        <w:t>vn -0.3634 0.5787 0.7301</w:t>
        <w:br/>
        <w:t>vn -0.8488 0.4819 0.2175</w:t>
        <w:br/>
        <w:t>vn -0.8809 -0.2942 0.3708</w:t>
        <w:br/>
        <w:t>vn -0.4106 -0.1997 0.8897</w:t>
        <w:br/>
        <w:t>vn -0.8833 0.2961 -0.3636</w:t>
        <w:br/>
        <w:t>vn -0.8942 -0.3881 -0.2232</w:t>
        <w:br/>
        <w:t>vn -0.7944 0.1975 -0.5743</w:t>
        <w:br/>
        <w:t>vn -0.7974 -0.4119 -0.4411</w:t>
        <w:br/>
        <w:t>vn 0.7176 0.4683 0.5155</w:t>
        <w:br/>
        <w:t>vn 0.3272 0.5657 0.7569</w:t>
        <w:br/>
        <w:t>vn 0.2692 -0.2222 0.9371</w:t>
        <w:br/>
        <w:t>vn 0.6484 -0.2501 0.7191</w:t>
        <w:br/>
        <w:t>vn -0.5327 -0.1276 0.8366</w:t>
        <w:br/>
        <w:t>vn -0.4215 -0.1005 0.9013</w:t>
        <w:br/>
        <w:t>vn -0.3806 0.4164 0.8257</w:t>
        <w:br/>
        <w:t>vn -0.4895 0.4298 0.7587</w:t>
        <w:br/>
        <w:t>vn 0.7935 0.4264 0.4343</w:t>
        <w:br/>
        <w:t>vn 0.7156 -0.2449 0.6542</w:t>
        <w:br/>
        <w:t>vn -0.5190 -0.1303 0.8448</w:t>
        <w:br/>
        <w:t>vn -0.4228 -0.1254 0.8975</w:t>
        <w:br/>
        <w:t>vn -0.3790 0.5158 0.7683</w:t>
        <w:br/>
        <w:t>vn -0.4660 0.5048 0.7266</w:t>
        <w:br/>
        <w:t>vn 0.9408 -0.0926 -0.3261</w:t>
        <w:br/>
        <w:t>vn 0.4217 -0.2019 -0.8840</w:t>
        <w:br/>
        <w:t>vn 0.9580 0.0591 0.2806</w:t>
        <w:br/>
        <w:t>vn 0.8628 0.1229 0.4904</w:t>
        <w:br/>
        <w:t>vn -0.7231 -0.1304 -0.6783</w:t>
        <w:br/>
        <w:t>vn -0.3380 -0.1894 -0.9219</w:t>
        <w:br/>
        <w:t>vn -0.3379 -0.1894 -0.9219</w:t>
        <w:br/>
        <w:t>vn 0.5627 -0.1350 -0.8156</w:t>
        <w:br/>
        <w:t>vn 0.5627 -0.1350 -0.8155</w:t>
        <w:br/>
        <w:t>vn 0.5725 -0.1324 -0.8092</w:t>
        <w:br/>
        <w:t>vn 0.5725 -0.1324 -0.8091</w:t>
        <w:br/>
        <w:t>vn -0.7739 -0.1193 -0.6219</w:t>
        <w:br/>
        <w:t>vn -0.7739 -0.1194 -0.6220</w:t>
        <w:br/>
        <w:t>vn 0.4439 -0.1945 -0.8747</w:t>
        <w:br/>
        <w:t>vn 0.4440 -0.1945 -0.8747</w:t>
        <w:br/>
        <w:t>vn 0.4351 -0.1941 -0.8792</w:t>
        <w:br/>
        <w:t>vn -0.6918 -0.6244 0.3628</w:t>
        <w:br/>
        <w:t>vn -0.3365 -0.5555 0.7604</w:t>
        <w:br/>
        <w:t>vn -0.7417 -0.6615 -0.1104</w:t>
        <w:br/>
        <w:t>vn -0.6969 -0.6506 -0.3018</w:t>
        <w:br/>
        <w:t>vn 0.1693 -0.5812 0.7959</w:t>
        <w:br/>
        <w:t>vn 0.4600 -0.5830 0.6698</w:t>
        <w:br/>
        <w:t>vn -0.6851 -0.0901 0.7229</w:t>
        <w:br/>
        <w:t>vn -0.9790 0.0032 0.2036</w:t>
        <w:br/>
        <w:t>vn -0.9790 0.0034 0.2037</w:t>
        <w:br/>
        <w:t>vn -0.8730 -0.3348 0.3548</w:t>
        <w:br/>
        <w:t>vn -0.6318 -0.4171 0.6534</w:t>
        <w:br/>
        <w:t>vn -0.4596 -0.3663 0.8091</w:t>
        <w:br/>
        <w:t>vn 0.0439 -0.5562 0.8299</w:t>
        <w:br/>
        <w:t>vn 0.0437 -0.5563 0.8298</w:t>
        <w:br/>
        <w:t>vn -0.2364 -0.4141 0.8790</w:t>
        <w:br/>
        <w:t>vn -0.2443 -0.0328 0.9691</w:t>
        <w:br/>
        <w:t>vn 0.1197 -0.2433 0.9625</w:t>
        <w:br/>
        <w:t>vn 0.2921 0.1783 0.9396</w:t>
        <w:br/>
        <w:t>vn 0.0021 0.1960 0.9806</w:t>
        <w:br/>
        <w:t>vn 0.1790 0.6133 0.7693</w:t>
        <w:br/>
        <w:t>vn -0.2159 0.4346 0.8743</w:t>
        <w:br/>
        <w:t>vn -0.1389 0.7860 0.6024</w:t>
        <w:br/>
        <w:t>vn -0.3158 0.7784 0.5425</w:t>
        <w:br/>
        <w:t>vn 0.6713 0.6978 0.2498</w:t>
        <w:br/>
        <w:t>vn 0.5936 0.7476 0.2979</w:t>
        <w:br/>
        <w:t>vn 0.2738 0.8387 0.4707</w:t>
        <w:br/>
        <w:t>vn -0.2486 0.8487 0.4669</w:t>
        <w:br/>
        <w:t>vn -0.6242 0.7769 0.0826</w:t>
        <w:br/>
        <w:t>vn -0.7011 0.6126 -0.3649</w:t>
        <w:br/>
        <w:t>vn -0.6690 0.5100 -0.5406</w:t>
        <w:br/>
        <w:t>vn -0.3854 0.6306 0.6736</w:t>
        <w:br/>
        <w:t>vn -0.5569 0.6501 0.5169</w:t>
        <w:br/>
        <w:t>vn -0.6673 0.3393 0.6630</w:t>
        <w:br/>
        <w:t>vn -0.8597 0.4424 0.2553</w:t>
        <w:br/>
        <w:t>vn 0.4382 -0.1958 -0.8773</w:t>
        <w:br/>
        <w:t>vn 0.5819 -0.1296 -0.8029</w:t>
        <w:br/>
        <w:t>vn -0.2979 0.1762 0.9382</w:t>
        <w:br/>
        <w:t>vn 0.4235 -0.1966 -0.8843</w:t>
        <w:br/>
        <w:t>vn 0.5817 -0.1294 -0.8031</w:t>
        <w:br/>
        <w:t>vn -0.6640 0.7477 -0.0018</w:t>
        <w:br/>
        <w:t>vn -0.3513 0.6872 -0.6359</w:t>
        <w:br/>
        <w:t>vn -0.6661 0.0163 -0.7457</w:t>
        <w:br/>
        <w:t>vn -0.9911 0.0801 -0.1065</w:t>
        <w:br/>
        <w:t>vn 0.1496 0.4335 -0.8887</w:t>
        <w:br/>
        <w:t>vn -0.1209 -0.1709 -0.9778</w:t>
        <w:br/>
        <w:t>vn 0.1206 -0.2508 -0.9605</w:t>
        <w:br/>
        <w:t>vn 0.3592 0.2908 -0.8868</w:t>
        <w:br/>
        <w:t>vn -0.4935 0.5747 0.6528</w:t>
        <w:br/>
        <w:t>vn -0.8263 -0.1095 0.5526</w:t>
        <w:br/>
        <w:t>vn -0.5023 -0.2732 0.8204</w:t>
        <w:br/>
        <w:t>vn -0.1791 0.3365 0.9245</w:t>
        <w:br/>
        <w:t>vn -0.9545 0.1949 -0.2255</w:t>
        <w:br/>
        <w:t>vn -0.9755 0.2009 -0.0897</w:t>
        <w:br/>
        <w:t>vn -0.7603 0.6495 0.0025</w:t>
        <w:br/>
        <w:t>vn -0.7247 0.6798 -0.1122</w:t>
        <w:br/>
        <w:t>vn -0.0943 0.2601 0.9610</w:t>
        <w:br/>
        <w:t>vn -0.4196 -0.2970 0.8578</w:t>
        <w:br/>
        <w:t>vn -0.9617 0.1613 -0.2215</w:t>
        <w:br/>
        <w:t>vn -0.9831 0.1507 -0.1038</w:t>
        <w:br/>
        <w:t>vn -0.7031 0.7110 -0.0158</w:t>
        <w:br/>
        <w:t>vn -0.6883 0.7158 -0.1172</w:t>
        <w:br/>
        <w:t>vn 0.5463 -0.3836 0.7446</w:t>
        <w:br/>
        <w:t>vn 0.5463 -0.3835 0.7446</w:t>
        <w:br/>
        <w:t>vn 0.8888 -0.4547 0.0576</w:t>
        <w:br/>
        <w:t>vn 0.8887 -0.4548 0.0573</w:t>
        <w:br/>
        <w:t>vn 0.0113 -0.1501 0.9886</w:t>
        <w:br/>
        <w:t>vn -0.2076 -0.0384 0.9775</w:t>
        <w:br/>
        <w:t>vn 0.3775 -0.0503 -0.9246</w:t>
        <w:br/>
        <w:t>vn 0.7051 -0.2546 -0.6618</w:t>
        <w:br/>
        <w:t>vn 0.7051 -0.2546 -0.6619</w:t>
        <w:br/>
        <w:t>vn 0.3775 -0.0502 -0.9246</w:t>
        <w:br/>
        <w:t>vn 0.8634 -0.4576 0.2123</w:t>
        <w:br/>
        <w:t>vn 0.8634 -0.4577 0.2123</w:t>
        <w:br/>
        <w:t>vn 0.8637 -0.4560 0.2148</w:t>
        <w:br/>
        <w:t>vn 0.3144 -0.0150 -0.9492</w:t>
        <w:br/>
        <w:t>vn 0.3146 -0.0155 -0.9491</w:t>
        <w:br/>
        <w:t>vn 0.8839 -0.4596 0.0862</w:t>
        <w:br/>
        <w:t>vn 0.8853 -0.4587 0.0766</w:t>
        <w:br/>
        <w:t>vn 0.8853 -0.4587 0.0765</w:t>
        <w:br/>
        <w:t>vn -0.6873 -0.3405 -0.6416</w:t>
        <w:br/>
        <w:t>vn -0.9458 -0.2938 -0.1385</w:t>
        <w:br/>
        <w:t>vn -0.2424 -0.4515 -0.8587</w:t>
        <w:br/>
        <w:t>vn -0.0293 -0.4835 -0.8748</w:t>
        <w:br/>
        <w:t>vn -0.8134 -0.4475 0.3716</w:t>
        <w:br/>
        <w:t>vn -0.5826 -0.5462 0.6019</w:t>
        <w:br/>
        <w:t>vn -0.8786 0.2562 -0.4031</w:t>
        <w:br/>
        <w:t>vn -0.4370 0.3341 -0.8351</w:t>
        <w:br/>
        <w:t>vn -0.6457 0.0092 -0.7635</w:t>
        <w:br/>
        <w:t>vn -0.8936 -0.0878 -0.4402</w:t>
        <w:br/>
        <w:t>vn -0.9777 -0.0582 -0.2016</w:t>
        <w:br/>
        <w:t>vn -0.5383 -0.5397 0.6473</w:t>
        <w:br/>
        <w:t>vn -0.9690 -0.1420 -0.2022</w:t>
        <w:br/>
        <w:t>vn -0.9832 -0.1801 0.0303</w:t>
        <w:br/>
        <w:t>vn -0.8959 -0.0912 0.4348</w:t>
        <w:br/>
        <w:t>vn -0.7252 0.2526 0.6405</w:t>
        <w:br/>
        <w:t>vn -0.8514 0.3569 0.3845</w:t>
        <w:br/>
        <w:t>vn -0.9716 0.2072 0.1142</w:t>
        <w:br/>
        <w:t>vn -0.5322 0.6559 0.5354</w:t>
        <w:br/>
        <w:t>vn -0.7714 0.6139 0.1676</w:t>
        <w:br/>
        <w:t>vn -0.4423 0.8751 0.1962</w:t>
        <w:br/>
        <w:t>vn -0.4332 0.9013 -0.0010</w:t>
        <w:br/>
        <w:t>vn 0.0727 0.5129 0.8554</w:t>
        <w:br/>
        <w:t>vn 0.0195 0.5950 0.8035</w:t>
        <w:br/>
        <w:t>vn -0.2138 0.8006 0.5598</w:t>
        <w:br/>
        <w:t>vn -0.3605 0.9313 0.0519</w:t>
        <w:br/>
        <w:t>vn -0.1159 0.8876 -0.4458</w:t>
        <w:br/>
        <w:t>vn 0.2637 0.6786 -0.6856</w:t>
        <w:br/>
        <w:t>vn 0.4226 0.5497 -0.7206</w:t>
        <w:br/>
        <w:t>vn -0.5785 0.8153 -0.0243</w:t>
        <w:br/>
        <w:t>vn -0.4739 0.8511 -0.2260</w:t>
        <w:br/>
        <w:t>vn -0.7041 0.6367 -0.3142</w:t>
        <w:br/>
        <w:t>vn -0.3517 0.7033 -0.6178</w:t>
        <w:br/>
        <w:t>vn 0.8852 -0.4586 0.0787</w:t>
        <w:br/>
        <w:t>vn 0.8851 -0.4586 0.0786</w:t>
        <w:br/>
        <w:t>vn 0.8658 -0.4535 0.2114</w:t>
        <w:br/>
        <w:t>vn 0.8658 -0.4535 0.2115</w:t>
        <w:br/>
        <w:t>vn -0.8973 0.4293 0.1028</w:t>
        <w:br/>
        <w:t>vn 0.8875 -0.4567 0.0615</w:t>
        <w:br/>
        <w:t>vn 0.8676 -0.4528 0.2056</w:t>
        <w:br/>
        <w:t>vn -0.4056 -0.9062 -0.1194</w:t>
        <w:br/>
        <w:t>vn -0.4028 -0.9089 -0.1081</w:t>
        <w:br/>
        <w:t>vn -0.4008 -0.9094 -0.1110</w:t>
        <w:br/>
        <w:t>vn -0.4029 -0.9077 -0.1170</w:t>
        <w:br/>
        <w:t>vn -0.4047 -0.9073 -0.1140</w:t>
        <w:br/>
        <w:t>vn -0.4031 -0.9085 -0.1102</w:t>
        <w:br/>
        <w:t>vn -0.3985 -0.9108 -0.1077</w:t>
        <w:br/>
        <w:t>vn -0.3947 -0.9124 -0.1085</w:t>
        <w:br/>
        <w:t>vn -0.3946 -0.9130 -0.1033</w:t>
        <w:br/>
        <w:t>vn 0.3945 0.9055 0.1560</w:t>
        <w:br/>
        <w:t>vn 0.4428 0.8621 0.2463</w:t>
        <w:br/>
        <w:t>vn 0.4134 0.9000 0.1379</w:t>
        <w:br/>
        <w:t>vn 0.4489 0.8658 0.2210</w:t>
        <w:br/>
        <w:t>vn 0.4802 0.8627 0.1586</w:t>
        <w:br/>
        <w:t>vn 0.4618 0.8823 0.0908</w:t>
        <w:br/>
        <w:t>vn 0.4055 0.9122 0.0591</w:t>
        <w:br/>
        <w:t>vn 0.3436 0.9355 0.0820</w:t>
        <w:br/>
        <w:t>vn 0.3168 0.9447 0.0849</w:t>
        <w:br/>
        <w:t>vn -0.7365 0.1860 0.6503</w:t>
        <w:br/>
        <w:t>vn -0.6041 0.4292 0.6715</w:t>
        <w:br/>
        <w:t>vn -0.0226 0.0934 0.9954</w:t>
        <w:br/>
        <w:t>vn -0.1314 -0.1580 0.9787</w:t>
        <w:br/>
        <w:t>vn -0.9201 0.3867 -0.0620</w:t>
        <w:br/>
        <w:t>vn -0.7823 0.6226 -0.0214</w:t>
        <w:br/>
        <w:t>vn -0.5827 0.3279 -0.7436</w:t>
        <w:br/>
        <w:t>vn -0.4565 0.5638 -0.6882</w:t>
        <w:br/>
        <w:t>vn 0.0842 0.0522 -0.9951</w:t>
        <w:br/>
        <w:t>vn 0.2022 0.2851 -0.9369</w:t>
        <w:br/>
        <w:t>vn 0.6915 -0.2813 -0.6654</w:t>
        <w:br/>
        <w:t>vn 0.7854 -0.0460 -0.6173</w:t>
        <w:br/>
        <w:t>vn 0.9664 -0.2452 0.0773</w:t>
        <w:br/>
        <w:t>vn 0.8723 -0.4865 0.0488</w:t>
        <w:br/>
        <w:t>vn 0.5332 -0.4378 0.7239</w:t>
        <w:br/>
        <w:t>vn 0.6277 -0.1904 0.7548</w:t>
        <w:br/>
        <w:t>vn -0.8284 -0.2528 0.4999</w:t>
        <w:br/>
        <w:t>vn -0.2976 -0.5533 0.7780</w:t>
        <w:br/>
        <w:t>vn -0.9896 -0.0751 -0.1228</w:t>
        <w:br/>
        <w:t>vn -0.6898 -0.1306 -0.7121</w:t>
        <w:br/>
        <w:t>vn -0.1301 -0.3625 -0.9228</w:t>
        <w:br/>
        <w:t>vn 0.3944 -0.6650 -0.6342</w:t>
        <w:br/>
        <w:t>vn 0.5604 -0.8282 -0.0069</w:t>
        <w:br/>
        <w:t>vn 0.2741 -0.7864 0.5536</w:t>
        <w:br/>
        <w:t>vn 0.0834 0.0183 -0.9963</w:t>
        <w:br/>
        <w:t>vn 0.6701 -0.3230 -0.6683</w:t>
        <w:br/>
        <w:t>vn 0.7466 -0.1566 -0.6465</w:t>
        <w:br/>
        <w:t>vn 0.1542 0.1758 -0.9723</w:t>
        <w:br/>
        <w:t>vn -0.4991 0.4665 -0.7303</w:t>
        <w:br/>
        <w:t>vn -0.5790 0.3152 -0.7520</w:t>
        <w:br/>
        <w:t>vn -0.8403 0.5398 -0.0494</w:t>
        <w:br/>
        <w:t>vn -0.9201 0.3857 -0.0682</w:t>
        <w:br/>
        <w:t>vn -0.6587 0.3466 0.6678</w:t>
        <w:br/>
        <w:t>vn -0.7366 0.1884 0.6496</w:t>
        <w:br/>
        <w:t>vn -0.0700 0.0162 0.9974</w:t>
        <w:br/>
        <w:t>vn -0.1427 -0.1562 0.9774</w:t>
        <w:br/>
        <w:t>vn 0.5962 -0.2597 0.7596</w:t>
        <w:br/>
        <w:t>vn 0.5151 -0.4470 0.7313</w:t>
        <w:br/>
        <w:t>vn 0.9398 -0.3344 0.0704</w:t>
        <w:br/>
        <w:t>vn 0.8548 -0.5172 0.0430</w:t>
        <w:br/>
        <w:t>vn 0.7397 -0.1598 -0.6538</w:t>
        <w:br/>
        <w:t>vn 0.1520 0.1543 -0.9763</w:t>
        <w:br/>
        <w:t>vn -0.5103 0.4398 -0.7390</w:t>
        <w:br/>
        <w:t>vn -0.8577 0.5118 -0.0486</w:t>
        <w:br/>
        <w:t>vn -0.6686 0.3182 0.6721</w:t>
        <w:br/>
        <w:t>vn -0.0801 0.0009 0.9968</w:t>
        <w:br/>
        <w:t>vn 0.5924 -0.2633 0.7614</w:t>
        <w:br/>
        <w:t>vn 0.9416 -0.3318 0.0573</w:t>
        <w:br/>
        <w:t>vn -0.9721 0.2247 -0.0678</w:t>
        <w:br/>
        <w:t>vn -0.7629 0.0485 0.6447</w:t>
        <w:br/>
        <w:t>vn -0.7671 0.0553 0.6392</w:t>
        <w:br/>
        <w:t>vn -0.9686 0.2379 -0.0730</w:t>
        <w:br/>
        <w:t>vn -0.1972 -0.2461 0.9490</w:t>
        <w:br/>
        <w:t>vn -0.1947 -0.2454 0.9497</w:t>
        <w:br/>
        <w:t>vn 0.4493 -0.5242 0.7234</w:t>
        <w:br/>
        <w:t>vn 0.4586 -0.5187 0.7215</w:t>
        <w:br/>
        <w:t>vn 0.8060 -0.5918 0.0116</w:t>
        <w:br/>
        <w:t>vn 0.8117 -0.5840 0.0078</w:t>
        <w:br/>
        <w:t>vn 0.6122 -0.3931 -0.6861</w:t>
        <w:br/>
        <w:t>vn 0.0481 -0.1000 -0.9938</w:t>
        <w:br/>
        <w:t>vn 0.0457 -0.1020 -0.9937</w:t>
        <w:br/>
        <w:t>vn -0.6156 0.1571 -0.7722</w:t>
        <w:br/>
        <w:t>vn -0.6166 0.1703 -0.7686</w:t>
        <w:br/>
        <w:t>vn -0.6665 0.7455 0.0071</w:t>
        <w:br/>
        <w:t>vn -0.3587 0.6932 -0.6251</w:t>
        <w:br/>
        <w:t>vn -0.6690 0.0178 -0.7431</w:t>
        <w:br/>
        <w:t>vn -0.9913 0.0787 -0.1053</w:t>
        <w:br/>
        <w:t>vn 0.1443 0.4429 -0.8849</w:t>
        <w:br/>
        <w:t>vn -0.1230 -0.1687 -0.9780</w:t>
        <w:br/>
        <w:t>vn 0.1199 -0.2490 -0.9611</w:t>
        <w:br/>
        <w:t>vn 0.3567 0.2988 -0.8851</w:t>
        <w:br/>
        <w:t>vn -0.4944 0.5717 0.6548</w:t>
        <w:br/>
        <w:t>vn -0.8266 -0.1142 0.5511</w:t>
        <w:br/>
        <w:t>vn -0.4994 -0.2804 0.8197</w:t>
        <w:br/>
        <w:t>vn -0.1778 0.3343 0.9255</w:t>
        <w:br/>
        <w:t>vn -0.9553 0.1954 -0.2219</w:t>
        <w:br/>
        <w:t>vn -0.9757 0.2012 -0.0869</w:t>
        <w:br/>
        <w:t>vn -0.7608 0.6488 0.0108</w:t>
        <w:br/>
        <w:t>vn -0.7260 0.6802 -0.1017</w:t>
        <w:br/>
        <w:t>vn -0.0908 0.2574 0.9620</w:t>
        <w:br/>
        <w:t>vn -0.4146 -0.3048 0.8574</w:t>
        <w:br/>
        <w:t>vn -0.9611 0.1682 -0.2190</w:t>
        <w:br/>
        <w:t>vn -0.9821 0.1560 -0.1053</w:t>
        <w:br/>
        <w:t>vn -0.7108 0.7032 -0.0160</w:t>
        <w:br/>
        <w:t>vn -0.6976 0.7074 -0.1139</w:t>
        <w:br/>
        <w:t>vn 0.5521 -0.3879 0.7380</w:t>
        <w:br/>
        <w:t>vn 0.8891 -0.4548 0.0518</w:t>
        <w:br/>
        <w:t>vn 0.0162 -0.1553 0.9877</w:t>
        <w:br/>
        <w:t>vn -0.2051 -0.0425 0.9778</w:t>
        <w:br/>
        <w:t>vn -0.2049 -0.0424 0.9779</w:t>
        <w:br/>
        <w:t>vn 0.3753 -0.0476 -0.9257</w:t>
        <w:br/>
        <w:t>vn 0.7044 -0.2534 -0.6630</w:t>
        <w:br/>
        <w:t>vn 0.3754 -0.0477 -0.9257</w:t>
        <w:br/>
        <w:t>vn 0.8643 -0.4594 0.2049</w:t>
        <w:br/>
        <w:t>vn 0.8643 -0.4594 0.2048</w:t>
        <w:br/>
        <w:t>vn 0.8648 -0.4576 0.2067</w:t>
        <w:br/>
        <w:t>vn 0.8648 -0.4576 0.2068</w:t>
        <w:br/>
        <w:t>vn 0.3107 -0.0115 -0.9504</w:t>
        <w:br/>
        <w:t>vn 0.3107 -0.0114 -0.9504</w:t>
        <w:br/>
        <w:t>vn 0.8843 -0.4581 0.0904</w:t>
        <w:br/>
        <w:t>vn 0.8843 -0.4580 0.0903</w:t>
        <w:br/>
        <w:t>vn 0.8857 -0.4575 0.0783</w:t>
        <w:br/>
        <w:t>vn 0.8858 -0.4575 0.0783</w:t>
        <w:br/>
        <w:t>vn -0.6861 -0.3419 -0.6421</w:t>
        <w:br/>
        <w:t>vn -0.9443 -0.2970 -0.1419</w:t>
        <w:br/>
        <w:t>vn -0.2417 -0.4518 -0.8587</w:t>
        <w:br/>
        <w:t>vn -0.0290 -0.4835 -0.8749</w:t>
        <w:br/>
        <w:t>vn -0.8120 -0.4547 0.3660</w:t>
        <w:br/>
        <w:t>vn -0.5787 -0.5556 0.5970</w:t>
        <w:br/>
        <w:t>vn -0.8797 0.2581 -0.3994</w:t>
        <w:br/>
        <w:t>vn -0.4444 0.3404 -0.8286</w:t>
        <w:br/>
        <w:t>vn -0.4445 0.3404 -0.8286</w:t>
        <w:br/>
        <w:t>vn -0.6492 0.0115 -0.7605</w:t>
        <w:br/>
        <w:t>vn -0.8941 -0.0879 -0.4391</w:t>
        <w:br/>
        <w:t>vn -0.9777 -0.0586 -0.2018</w:t>
        <w:br/>
        <w:t>vn -0.5334 -0.5493 0.6432</w:t>
        <w:br/>
        <w:t>vn -0.9707 -0.1271 -0.2039</w:t>
        <w:br/>
        <w:t>vn -0.9857 -0.1669 0.0218</w:t>
        <w:br/>
        <w:t>vn -0.9043 -0.0829 0.4187</w:t>
        <w:br/>
        <w:t>vn -0.7373 0.2573 0.6247</w:t>
        <w:br/>
        <w:t>vn -0.8567 0.3576 0.3719</w:t>
        <w:br/>
        <w:t>vn -0.9721 0.2092 0.1065</w:t>
        <w:br/>
        <w:t>vn -0.5464 0.6548 0.5223</w:t>
        <w:br/>
        <w:t>vn -0.7764 0.6093 0.1614</w:t>
        <w:br/>
        <w:t>vn -0.4608 0.8668 0.1908</w:t>
        <w:br/>
        <w:t>vn -0.4541 0.8910 -0.0008</w:t>
        <w:br/>
        <w:t>vn 0.0739 0.5120 0.8558</w:t>
        <w:br/>
        <w:t>vn 0.0189 0.5938 0.8044</w:t>
        <w:br/>
        <w:t>vn -0.2170 0.7972 0.5634</w:t>
        <w:br/>
        <w:t>vn -0.3656 0.9287 0.0625</w:t>
        <w:br/>
        <w:t>vn -0.1236 0.8934 -0.4319</w:t>
        <w:br/>
        <w:t>vn 0.2579 0.6898 -0.6765</w:t>
        <w:br/>
        <w:t>vn 0.4186 0.5606 -0.7145</w:t>
        <w:br/>
        <w:t>vn -0.5809 0.8139 -0.0139</w:t>
        <w:br/>
        <w:t>vn -0.4784 0.8521 -0.2121</w:t>
        <w:br/>
        <w:t>vn -0.7063 0.6392 -0.3043</w:t>
        <w:br/>
        <w:t>vn -0.3604 0.7100 -0.6049</w:t>
        <w:br/>
        <w:t>vn 0.8853 -0.4567 0.0876</w:t>
        <w:br/>
        <w:t>vn 0.8669 -0.4550 0.2036</w:t>
        <w:br/>
        <w:t>vn 0.8669 -0.4550 0.2037</w:t>
        <w:br/>
        <w:t>vn -0.8964 0.4311 0.1029</w:t>
        <w:br/>
        <w:t>vn 0.8876 -0.4548 0.0728</w:t>
        <w:br/>
        <w:t>vn 0.8684 -0.4541 0.1989</w:t>
        <w:br/>
        <w:t>vn -0.6111 0.7914 0.0161</w:t>
        <w:br/>
        <w:t>vn -0.3135 0.7414 -0.5934</w:t>
        <w:br/>
        <w:t>vn -0.6815 -0.0579 -0.7296</w:t>
        <w:br/>
        <w:t>vn -0.9935 0.0003 -0.1137</w:t>
        <w:br/>
        <w:t>vn 0.2808 0.4883 -0.8262</w:t>
        <w:br/>
        <w:t>vn -0.0823 -0.3163 -0.9451</w:t>
        <w:br/>
        <w:t>vn 0.8252 0.1818 -0.5347</w:t>
        <w:br/>
        <w:t>vn 0.4466 -0.6186 -0.6465</w:t>
        <w:br/>
        <w:t>vn 0.9934 0.0047 0.1143</w:t>
        <w:br/>
        <w:t>vn 0.6068 -0.7947 -0.0131</w:t>
        <w:br/>
        <w:t>vn 0.6069 -0.7947 -0.0131</w:t>
        <w:br/>
        <w:t>vn 0.6803 0.0614 0.7304</w:t>
        <w:br/>
        <w:t>vn 0.3065 -0.7420 0.5962</w:t>
        <w:br/>
        <w:t>vn 0.0799 0.3155 0.9456</w:t>
        <w:br/>
        <w:t>vn -0.2836 -0.4890 0.8249</w:t>
        <w:br/>
        <w:t>vn -0.4495 0.6160 0.6469</w:t>
        <w:br/>
        <w:t>vn -0.8257 -0.1811 0.5343</w:t>
        <w:br/>
        <w:t>vn 0.8896 -0.4534 0.0545</w:t>
        <w:br/>
        <w:t>vn 0.8897 -0.4533 0.0545</w:t>
        <w:br/>
        <w:t>vn 0.5517 -0.3862 0.7392</w:t>
        <w:br/>
        <w:t>vn -0.1102 -0.0918 0.9897</w:t>
        <w:br/>
        <w:t>vn -0.7062 0.2539 0.6609</w:t>
        <w:br/>
        <w:t>vn -0.8909 0.4510 -0.0546</w:t>
        <w:br/>
        <w:t>vn -0.8917 0.4492 -0.0549</w:t>
        <w:br/>
        <w:t>vn -0.8909 0.4509 -0.0546</w:t>
        <w:br/>
        <w:t>vn -0.5520 0.3856 -0.7394</w:t>
        <w:br/>
        <w:t>vn -0.5519 0.3856 -0.7394</w:t>
        <w:br/>
        <w:t>vn 0.1105 0.0949 -0.9893</w:t>
        <w:br/>
        <w:t>vn 0.7068 -0.2532 -0.6606</w:t>
        <w:br/>
        <w:t>vn 0.7067 -0.2532 -0.6606</w:t>
        <w:br/>
        <w:t>vn -0.2339 0.9689 0.0803</w:t>
        <w:br/>
        <w:t>vn -0.0269 0.9394 -0.3417</w:t>
        <w:br/>
        <w:t>vn -0.6696 -0.4700 -0.5751</w:t>
        <w:br/>
        <w:t>vn -0.8896 -0.4325 -0.1470</w:t>
        <w:br/>
        <w:t>vn 0.3881 0.7702 -0.5062</w:t>
        <w:br/>
        <w:t>vn -0.2502 -0.6450 -0.7220</w:t>
        <w:br/>
        <w:t>vn 0.7702 0.5605 -0.3044</w:t>
        <w:br/>
        <w:t>vn 0.1156 -0.8514 -0.5116</w:t>
        <w:br/>
        <w:t>vn 0.8871 0.4371 0.1484</w:t>
        <w:br/>
        <w:t>vn 0.2200 -0.9726 -0.0745</w:t>
        <w:br/>
        <w:t>vn 0.6665 0.4739 0.5755</w:t>
        <w:br/>
        <w:t>vn 0.8871 0.4370 0.1485</w:t>
        <w:br/>
        <w:t>vn 0.2201 -0.9726 -0.0745</w:t>
        <w:br/>
        <w:t>vn 0.0128 -0.9390 0.3436</w:t>
        <w:br/>
        <w:t>vn 0.2468 0.6460 0.7223</w:t>
        <w:br/>
        <w:t>vn -0.3922 -0.7689 0.5050</w:t>
        <w:br/>
        <w:t>vn -0.1218 0.8485 0.5149</w:t>
        <w:br/>
        <w:t>vn -0.7712 -0.5589 0.3048</w:t>
        <w:br/>
        <w:t>vn -0.6671 0.7342 -0.1264</w:t>
        <w:br/>
        <w:t>vn -0.2494 0.6691 -0.7000</w:t>
        <w:br/>
        <w:t>vn -0.5330 -0.0009 -0.8461</w:t>
        <w:br/>
        <w:t>vn -0.9601 0.0609 -0.2728</w:t>
        <w:br/>
        <w:t>vn 0.2852 0.4247 -0.8593</w:t>
        <w:br/>
        <w:t>vn 0.0396 -0.1761 -0.9836</w:t>
        <w:br/>
        <w:t>vn 0.2752 -0.2502 -0.9282</w:t>
        <w:br/>
        <w:t>vn 0.4915 0.2884 -0.8217</w:t>
        <w:br/>
        <w:t>vn -0.3270 0.3347 0.8838</w:t>
        <w:br/>
        <w:t>vn -0.6022 0.5685 0.5605</w:t>
        <w:br/>
        <w:t>vn -0.9036 -0.1184 0.4117</w:t>
        <w:br/>
        <w:t>vn -0.6228 -0.2726 0.7333</w:t>
        <w:br/>
        <w:t>vn -0.9092 0.1771 -0.3769</w:t>
        <w:br/>
        <w:t>vn -0.9518 0.1831 -0.2462</w:t>
        <w:br/>
        <w:t>vn -0.7623 0.6348 -0.1263</w:t>
        <w:br/>
        <w:t>vn -0.7087 0.6652 -0.2349</w:t>
        <w:br/>
        <w:t>vn -0.2471 0.2595 0.9336</w:t>
        <w:br/>
        <w:t>vn -0.5463 -0.2943 0.7842</w:t>
        <w:br/>
        <w:t>vn -0.9112 0.1480 -0.3844</w:t>
        <w:br/>
        <w:t>vn -0.9518 0.1369 -0.2744</w:t>
        <w:br/>
        <w:t>vn -0.7068 0.6907 -0.1529</w:t>
        <w:br/>
        <w:t>vn -0.6754 0.6934 -0.2510</w:t>
        <w:br/>
        <w:t>vn 0.4201 -0.3625 0.8319</w:t>
        <w:br/>
        <w:t>vn 0.8752 -0.4337 0.2142</w:t>
        <w:br/>
        <w:t>vn -0.1460 -0.1423 0.9790</w:t>
        <w:br/>
        <w:t>vn -0.3600 -0.0374 0.9322</w:t>
        <w:br/>
        <w:t>vn 0.5202 -0.0480 -0.8527</w:t>
        <w:br/>
        <w:t>vn 0.5203 -0.0480 -0.8527</w:t>
        <w:br/>
        <w:t>vn 0.8084 -0.2440 -0.5357</w:t>
        <w:br/>
        <w:t>vn 0.8084 -0.2439 -0.5357</w:t>
        <w:br/>
        <w:t>vn 0.8257 -0.4395 0.3535</w:t>
        <w:br/>
        <w:t>vn 0.8257 -0.4395 0.3536</w:t>
        <w:br/>
        <w:t>vn 0.8256 -0.4379 0.3558</w:t>
        <w:br/>
        <w:t>vn 0.8256 -0.4379 0.3557</w:t>
        <w:br/>
        <w:t>vn 0.4606 -0.0142 -0.8875</w:t>
        <w:br/>
        <w:t>vn 0.4606 -0.0143 -0.8875</w:t>
        <w:br/>
        <w:t>vn 0.8637 -0.4370 0.2511</w:t>
        <w:br/>
        <w:t>vn 0.8668 -0.4366 0.2408</w:t>
        <w:br/>
        <w:t>vn 0.8670 -0.4365 0.2404</w:t>
        <w:br/>
        <w:t>vn -0.5683 -0.3523 -0.7436</w:t>
        <w:br/>
        <w:t>vn -0.9059 -0.3076 -0.2912</w:t>
        <w:br/>
        <w:t>vn -0.0960 -0.4553 -0.8852</w:t>
        <w:br/>
        <w:t>vn 0.1173 -0.4834 -0.8675</w:t>
        <w:br/>
        <w:t>vn -0.8586 -0.4530 0.2402</w:t>
        <w:br/>
        <w:t>vn -0.6665 -0.5439 0.5099</w:t>
        <w:br/>
        <w:t>vn -0.8065 0.2388 -0.5409</w:t>
        <w:br/>
        <w:t>vn -0.3009 0.3212 -0.8979</w:t>
        <w:br/>
        <w:t>vn -0.5144 -0.0041 -0.8575</w:t>
        <w:br/>
        <w:t>vn -0.8103 -0.1034 -0.5767</w:t>
        <w:br/>
        <w:t>vn -0.9320 -0.0746 -0.3548</w:t>
        <w:br/>
        <w:t>vn -0.6297 -0.5359 0.5624</w:t>
        <w:br/>
        <w:t>vn -0.9211 -0.1427 -0.3621</w:t>
        <w:br/>
        <w:t>vn -0.9739 -0.1805 -0.1378</w:t>
        <w:br/>
        <w:t>vn -0.9796 0.1914 -0.0615</w:t>
        <w:br/>
        <w:t>vn -0.9579 -0.0937 0.2712</w:t>
        <w:br/>
        <w:t>vn -0.8310 0.2458 0.4991</w:t>
        <w:br/>
        <w:t>vn -0.9125 0.3424 0.2236</w:t>
        <w:br/>
        <w:t>vn -0.6336 0.6484 0.4222</w:t>
        <w:br/>
        <w:t>vn -0.8029 0.5958 0.0195</w:t>
        <w:br/>
        <w:t>vn -0.4948 0.8638 0.0950</w:t>
        <w:br/>
        <w:t>vn -0.4537 0.8854 -0.1008</w:t>
        <w:br/>
        <w:t>vn -0.0688 0.5118 0.8563</w:t>
        <w:br/>
        <w:t>vn -0.1150 0.5939 0.7963</w:t>
        <w:br/>
        <w:t>vn -0.3126 0.7993 0.5133</w:t>
        <w:br/>
        <w:t>vn -0.3777 0.9256 -0.0251</w:t>
        <w:br/>
        <w:t>vn -0.0513 0.8758 -0.4799</w:t>
        <w:br/>
        <w:t>vn 0.3633 0.6702 -0.6472</w:t>
        <w:br/>
        <w:t>vn 0.5256 0.5455 -0.6528</w:t>
        <w:br/>
        <w:t>vn -0.5809 0.8040 -0.1267</w:t>
        <w:br/>
        <w:t>vn -0.4444 0.8403 -0.3106</w:t>
        <w:br/>
        <w:t>vn -0.6547 0.6211 -0.4309</w:t>
        <w:br/>
        <w:t>vn -0.2570 0.6911 -0.6755</w:t>
        <w:br/>
        <w:t>vn 0.8659 -0.4356 0.2460</w:t>
        <w:br/>
        <w:t>vn 0.8659 -0.4356 0.2461</w:t>
        <w:br/>
        <w:t>vn 0.8285 -0.4357 0.3519</w:t>
        <w:br/>
        <w:t>vn 0.8284 -0.4357 0.3519</w:t>
        <w:br/>
        <w:t>vn -0.9098 0.4126 -0.0457</w:t>
        <w:br/>
        <w:t>vn 0.8711 -0.4338 0.2304</w:t>
        <w:br/>
        <w:t>vn 0.8314 -0.4350 0.3458</w:t>
        <w:br/>
        <w:t>vn -0.3795 -0.9058 -0.1884</w:t>
        <w:br/>
        <w:t>vn -0.3766 -0.9096 -0.1756</w:t>
        <w:br/>
        <w:t>vn -0.3750 -0.9097 -0.1782</w:t>
        <w:br/>
        <w:t>vn -0.3769 -0.9073 -0.1865</w:t>
        <w:br/>
        <w:t>vn -0.3793 -0.9070 -0.1827</w:t>
        <w:br/>
        <w:t>vn -0.3786 -0.9084 -0.1773</w:t>
        <w:br/>
        <w:t>vn -0.3727 -0.9116 -0.1732</w:t>
        <w:br/>
        <w:t>vn -0.3675 -0.9139 -0.1727</w:t>
        <w:br/>
        <w:t>vn -0.3681 -0.9145 -0.1680</w:t>
        <w:br/>
        <w:t>vn 0.4090 0.8822 0.2333</w:t>
        <w:br/>
        <w:t>vn 0.4333 0.8417 0.3222</w:t>
        <w:br/>
        <w:t>vn 0.4264 0.8815 0.2029</w:t>
        <w:br/>
        <w:t>vn 0.4361 0.8492 0.2978</w:t>
        <w:br/>
        <w:t>vn 0.4810 0.8455 0.2317</w:t>
        <w:br/>
        <w:t>vn 0.4764 0.8661 0.1513</w:t>
        <w:br/>
        <w:t>vn 0.4328 0.8942 0.1144</w:t>
        <w:br/>
        <w:t>vn 0.3783 0.9169 0.1269</w:t>
        <w:br/>
        <w:t>vn 0.3493 0.9265 0.1397</w:t>
        <w:br/>
        <w:t>vn -0.2933 -0.1553 0.9433</w:t>
        <w:br/>
        <w:t>vn -0.8427 0.1733 0.5097</w:t>
        <w:br/>
        <w:t>vn -0.7134 0.4191 0.5616</w:t>
        <w:br/>
        <w:t>vn -0.1790 0.0990 0.9788</w:t>
        <w:br/>
        <w:t>vn -0.9048 0.3677 -0.2148</w:t>
        <w:br/>
        <w:t>vn -0.7793 0.6065 -0.1575</w:t>
        <w:br/>
        <w:t>vn -0.4660 0.3099 -0.8288</w:t>
        <w:br/>
        <w:t>vn -0.3448 0.5472 -0.7627</w:t>
        <w:br/>
        <w:t>vn 0.4397 0.1572 -0.8843</w:t>
        <w:br/>
        <w:t>vn 0.3569 0.2859 -0.8893</w:t>
        <w:br/>
        <w:t>vn 0.9414 -0.1050 -0.3205</w:t>
        <w:br/>
        <w:t>vn 0.8902 -0.0099 -0.4556</w:t>
        <w:br/>
        <w:t>vn 0.9521 -0.1828 0.2452</w:t>
        <w:br/>
        <w:t>vn 0.8981 -0.3822 0.2174</w:t>
        <w:br/>
        <w:t>vn 0.4547 -0.3850 0.8031</w:t>
        <w:br/>
        <w:t>vn 0.5181 -0.1509 0.8419</w:t>
        <w:br/>
        <w:t>vn -0.4323 -0.5550 0.7107</w:t>
        <w:br/>
        <w:t>vn -0.9025 -0.2646 0.3399</w:t>
        <w:br/>
        <w:t>vn -0.9554 -0.0958 -0.2794</w:t>
        <w:br/>
        <w:t>vn -0.5775 -0.1477 -0.8029</w:t>
        <w:br/>
        <w:t>vn 0.0254 -0.3664 -0.9301</w:t>
        <w:br/>
        <w:t>vn -0.2811 -0.2207 -0.9340</w:t>
        <w:br/>
        <w:t>vn 0.4398 0.1572 -0.8842</w:t>
        <w:br/>
        <w:t>vn 0.5667 -0.6294 -0.5317</w:t>
        <w:br/>
        <w:t>vn 0.3289 -0.4698 -0.8192</w:t>
        <w:br/>
        <w:t>vn 0.5667 -0.6294 -0.5316</w:t>
        <w:br/>
        <w:t>vn 0.6480 -0.7512 0.1253</w:t>
        <w:br/>
        <w:t>vn 0.2328 -0.7565 0.6112</w:t>
        <w:br/>
        <w:t>vn 0.2425 0.0157 -0.9700</w:t>
        <w:br/>
        <w:t>vn 0.7779 -0.3126 -0.5452</w:t>
        <w:br/>
        <w:t>vn 0.8442 -0.1492 -0.5149</w:t>
        <w:br/>
        <w:t>vn 0.3039 0.1771 -0.9361</w:t>
        <w:br/>
        <w:t>vn -0.3817 0.4538 -0.8052</w:t>
        <w:br/>
        <w:t>vn -0.4528 0.2976 -0.8405</w:t>
        <w:br/>
        <w:t>vn -0.8304 0.5227 -0.1927</w:t>
        <w:br/>
        <w:t>vn -0.9033 0.3655 -0.2247</w:t>
        <w:br/>
        <w:t>vn -0.7645 0.3372 0.5494</w:t>
        <w:br/>
        <w:t>vn -0.8359 0.1772 0.5194</w:t>
        <w:br/>
        <w:t>vn -0.2279 0.0115 0.9736</w:t>
        <w:br/>
        <w:t>vn -0.2944 -0.1521 0.9435</w:t>
        <w:br/>
        <w:t>vn 0.4603 -0.2630 0.8479</w:t>
        <w:br/>
        <w:t>vn 0.3984 -0.4294 0.8105</w:t>
        <w:br/>
        <w:t>vn 0.9132 -0.3335 0.2342</w:t>
        <w:br/>
        <w:t>vn 0.8461 -0.4972 0.1921</w:t>
        <w:br/>
        <w:t>vn 0.8391 -0.1629 -0.5189</w:t>
        <w:br/>
        <w:t>vn 0.3014 0.1584 -0.9403</w:t>
        <w:br/>
        <w:t>vn -0.3925 0.4334 -0.8112</w:t>
        <w:br/>
        <w:t>vn -0.8431 0.5004 -0.1968</w:t>
        <w:br/>
        <w:t>vn -0.7764 0.3141 0.5464</w:t>
        <w:br/>
        <w:t>vn -0.2375 -0.0104 0.9713</w:t>
        <w:br/>
        <w:t>vn 0.4536 -0.2835 0.8449</w:t>
        <w:br/>
        <w:t>vn 0.9094 -0.3494 0.2255</w:t>
        <w:br/>
        <w:t>vn -0.9395 0.2430 -0.2414</w:t>
        <w:br/>
        <w:t>vn -0.9411 0.2408 -0.2373</w:t>
        <w:br/>
        <w:t>vn -0.8663 0.0563 0.4964</w:t>
        <w:br/>
        <w:t>vn -0.8685 0.0591 0.4922</w:t>
        <w:br/>
        <w:t>vn -0.3361 -0.2538 0.9070</w:t>
        <w:br/>
        <w:t>vn -0.3364 -0.2545 0.9067</w:t>
        <w:br/>
        <w:t>vn 0.3470 -0.5197 0.7807</w:t>
        <w:br/>
        <w:t>vn 0.3455 -0.5221 0.7798</w:t>
        <w:br/>
        <w:t>vn 0.7971 -0.5821 0.1604</w:t>
        <w:br/>
        <w:t>vn 0.7947 -0.5863 0.1575</w:t>
        <w:br/>
        <w:t>vn 0.7234 -0.3996 -0.5630</w:t>
        <w:br/>
        <w:t>vn 0.2026 -0.0915 -0.9750</w:t>
        <w:br/>
        <w:t>vn 0.1983 -0.0889 -0.9761</w:t>
        <w:br/>
        <w:t>vn -0.4912 0.1785 -0.8526</w:t>
        <w:br/>
        <w:t>vn -0.4913 0.1802 -0.8521</w:t>
        <w:br/>
        <w:t>vn -0.6697 0.7342 -0.1119</w:t>
        <w:br/>
        <w:t>vn -0.2577 0.6786 -0.6879</w:t>
        <w:br/>
        <w:t>vn -0.5389 0.0022 -0.8423</w:t>
        <w:br/>
        <w:t>vn -0.9620 0.0603 -0.2663</w:t>
        <w:br/>
        <w:t>vn 0.2817 0.4340 -0.8557</w:t>
        <w:br/>
        <w:t>vn 0.0385 -0.1736 -0.9841</w:t>
        <w:br/>
        <w:t>vn 0.2752 -0.2483 -0.9288</w:t>
        <w:br/>
        <w:t>vn 0.4906 0.2958 -0.8197</w:t>
        <w:br/>
        <w:t>vn -0.3276 0.3321 0.8845</w:t>
        <w:br/>
        <w:t>vn -0.6019 0.5654 0.5639</w:t>
        <w:br/>
        <w:t>vn -0.9034 -0.1252 0.4102</w:t>
        <w:br/>
        <w:t>vn -0.6222 -0.2830 0.7299</w:t>
        <w:br/>
        <w:t>vn -0.9096 0.1756 -0.3766</w:t>
        <w:br/>
        <w:t>vn -0.9521 0.1814 -0.2462</w:t>
        <w:br/>
        <w:t>vn -0.7632 0.6344 -0.1223</w:t>
        <w:br/>
        <w:t>vn -0.7100 0.6654 -0.2305</w:t>
        <w:br/>
        <w:t>vn -0.2469 0.2565 0.9345</w:t>
        <w:br/>
        <w:t>vn -0.5447 -0.3055 0.7810</w:t>
        <w:br/>
        <w:t>vn -0.9131 0.1498 -0.3793</w:t>
        <w:br/>
        <w:t>vn -0.9530 0.1375 -0.2700</w:t>
        <w:br/>
        <w:t>vn -0.7085 0.6913 -0.1420</w:t>
        <w:br/>
        <w:t>vn -0.6784 0.6949 -0.2384</w:t>
        <w:br/>
        <w:t>vn 0.4280 -0.3704 0.8244</w:t>
        <w:br/>
        <w:t>vn 0.8769 -0.4359 0.2025</w:t>
        <w:br/>
        <w:t>vn -0.1431 -0.1482 0.9786</w:t>
        <w:br/>
        <w:t>vn -0.1432 -0.1481 0.9785</w:t>
        <w:br/>
        <w:t>vn -0.3592 -0.0415 0.9323</w:t>
        <w:br/>
        <w:t>vn -0.3591 -0.0414 0.9324</w:t>
        <w:br/>
        <w:t>vn 0.5202 -0.0434 -0.8529</w:t>
        <w:br/>
        <w:t>vn 0.8073 -0.2416 -0.5384</w:t>
        <w:br/>
        <w:t>vn 0.8073 -0.2415 -0.5385</w:t>
        <w:br/>
        <w:t>vn 0.8267 -0.4396 0.3512</w:t>
        <w:br/>
        <w:t>vn 0.8267 -0.4396 0.3511</w:t>
        <w:br/>
        <w:t>vn 0.8267 -0.4378 0.3534</w:t>
        <w:br/>
        <w:t>vn 0.4600 -0.0089 -0.8879</w:t>
        <w:br/>
        <w:t>vn 0.4602 -0.0092 -0.8878</w:t>
        <w:br/>
        <w:t>vn 0.8648 -0.4399 0.2422</w:t>
        <w:br/>
        <w:t>vn 0.8648 -0.4399 0.2421</w:t>
        <w:br/>
        <w:t>vn 0.8678 -0.4395 0.2320</w:t>
        <w:br/>
        <w:t>vn 0.8679 -0.4394 0.2318</w:t>
        <w:br/>
        <w:t>vn -0.5703 -0.3534 -0.7415</w:t>
        <w:br/>
        <w:t>vn -0.9052 -0.3113 -0.2894</w:t>
        <w:br/>
        <w:t>vn -0.0956 -0.4554 -0.8852</w:t>
        <w:br/>
        <w:t>vn 0.1174 -0.4830 -0.8677</w:t>
        <w:br/>
        <w:t>vn -0.8553 -0.4628 0.2332</w:t>
        <w:br/>
        <w:t>vn -0.6628 -0.5572 0.5002</w:t>
        <w:br/>
        <w:t>vn -0.8072 0.2381 -0.5402</w:t>
        <w:br/>
        <w:t>vn -0.3035 0.3235 -0.8962</w:t>
        <w:br/>
        <w:t>vn -0.5152 -0.0046 -0.8571</w:t>
        <w:br/>
        <w:t>vn -0.8095 -0.1056 -0.5776</w:t>
        <w:br/>
        <w:t>vn -0.9311 -0.0773 -0.3565</w:t>
        <w:br/>
        <w:t>vn -0.6260 -0.5498 0.5530</w:t>
        <w:br/>
        <w:t>vn -0.9211 -0.1434 -0.3620</w:t>
        <w:br/>
        <w:t>vn -0.9731 -0.1832 -0.1399</w:t>
        <w:br/>
        <w:t>vn -0.9799 0.1910 -0.0574</w:t>
        <w:br/>
        <w:t>vn -0.9584 -0.0980 0.2682</w:t>
        <w:br/>
        <w:t>vn -0.8317 0.2441 0.4987</w:t>
        <w:br/>
        <w:t>vn -0.9120 0.3418 0.2266</w:t>
        <w:br/>
        <w:t>vn -0.6332 0.6467 0.4253</w:t>
        <w:br/>
        <w:t>vn -0.8026 0.5959 0.0270</w:t>
        <w:br/>
        <w:t>vn -0.4966 0.8616 0.1049</w:t>
        <w:br/>
        <w:t>vn -0.4577 0.8848 -0.0872</w:t>
        <w:br/>
        <w:t>vn -0.0695 0.5116 0.8564</w:t>
        <w:br/>
        <w:t>vn -0.1160 0.5935 0.7964</w:t>
        <w:br/>
        <w:t>vn -0.3135 0.7962 0.5175</w:t>
        <w:br/>
        <w:t>vn -0.3812 0.9244 -0.0099</w:t>
        <w:br/>
        <w:t>vn -0.0585 0.8842 -0.4635</w:t>
        <w:br/>
        <w:t>vn 0.3585 0.6811 -0.6385</w:t>
        <w:br/>
        <w:t>vn 0.5230 0.5553 -0.6467</w:t>
        <w:br/>
        <w:t>vn -0.5822 0.8041 -0.1205</w:t>
        <w:br/>
        <w:t>vn -0.4468 0.8415 -0.3037</w:t>
        <w:br/>
        <w:t>vn -0.6562 0.6220 -0.4272</w:t>
        <w:br/>
        <w:t>vn -0.2606 0.6947 -0.6705</w:t>
        <w:br/>
        <w:t>vn 0.8670 -0.4384 0.2370</w:t>
        <w:br/>
        <w:t>vn 0.8670 -0.4383 0.2371</w:t>
        <w:br/>
        <w:t>vn 0.8296 -0.4352 0.3499</w:t>
        <w:br/>
        <w:t>vn 0.8296 -0.4352 0.3497</w:t>
        <w:br/>
        <w:t>vn -0.9101 0.4118 -0.0459</w:t>
        <w:br/>
        <w:t>vn 0.8720 -0.4364 0.2216</w:t>
        <w:br/>
        <w:t>vn 0.8324 -0.4344 0.3440</w:t>
        <w:br/>
        <w:t>vn -0.3398 -0.3790 -0.8608</w:t>
        <w:br/>
        <w:t>vn 0.6078 -0.3940 -0.6895</w:t>
        <w:br/>
        <w:t>vn 0.7231 -0.3970 -0.5653</w:t>
        <w:br/>
        <w:t>vn -0.7042 0.6994 0.1224</w:t>
        <w:br/>
        <w:t>vn -0.5152 0.6492 -0.5596</w:t>
        <w:br/>
        <w:t>vn -0.7961 -0.0442 -0.6035</w:t>
        <w:br/>
        <w:t>vn -0.9962 0.0088 0.0861</w:t>
        <w:br/>
        <w:t>vn -0.0552 0.4262 -0.9029</w:t>
        <w:br/>
        <w:t>vn -0.2936 -0.1972 -0.9354</w:t>
        <w:br/>
        <w:t>vn -0.0482 -0.2597 -0.9645</w:t>
        <w:br/>
        <w:t>vn 0.1606 0.2985 -0.9408</w:t>
        <w:br/>
        <w:t>vn -0.3991 0.5511 0.7328</w:t>
        <w:br/>
        <w:t>vn -0.6949 -0.1564 0.7019</w:t>
        <w:br/>
        <w:t>vn -0.3146 -0.2921 0.9032</w:t>
        <w:br/>
        <w:t>vn -0.0221 0.3406 0.9400</w:t>
        <w:br/>
        <w:t>vn -0.9916 0.1237 -0.0384</w:t>
        <w:br/>
        <w:t>vn -0.9865 0.1307 0.0988</w:t>
        <w:br/>
        <w:t>vn -0.7905 0.5949 0.1456</w:t>
        <w:br/>
        <w:t>vn -0.7798 0.6255 0.0262</w:t>
        <w:br/>
        <w:t>vn 0.0733 0.2709 0.9598</w:t>
        <w:br/>
        <w:t>vn -0.2247 -0.3094 0.9240</w:t>
        <w:br/>
        <w:t>vn -0.9954 0.0897 -0.0328</w:t>
        <w:br/>
        <w:t>vn -0.9930 0.0798 0.0868</w:t>
        <w:br/>
        <w:t>vn -0.7424 0.6598 0.1164</w:t>
        <w:br/>
        <w:t>vn -0.7479 0.6637 0.0141</w:t>
        <w:br/>
        <w:t>vn 0.7052 -0.3306 0.6273</w:t>
        <w:br/>
        <w:t>vn 0.7051 -0.3306 0.6273</w:t>
        <w:br/>
        <w:t>vn 0.9137 -0.3905 -0.1124</w:t>
        <w:br/>
        <w:t>vn 0.9137 -0.3905 -0.1125</w:t>
        <w:br/>
        <w:t>vn 0.2115 -0.1304 0.9686</w:t>
        <w:br/>
        <w:t>vn -0.0129 -0.0345 0.9993</w:t>
        <w:br/>
        <w:t>vn 0.1958 -0.0412 -0.9798</w:t>
        <w:br/>
        <w:t>vn 0.5815 -0.2173 -0.7840</w:t>
        <w:br/>
        <w:t>vn 0.5815 -0.2172 -0.7840</w:t>
        <w:br/>
        <w:t>vn 0.1957 -0.0411 -0.9798</w:t>
        <w:br/>
        <w:t>vn 0.9188 -0.3923 0.0443</w:t>
        <w:br/>
        <w:t>vn 0.9194 -0.3905 0.0467</w:t>
        <w:br/>
        <w:t>vn 0.9194 -0.3906 0.0467</w:t>
        <w:br/>
        <w:t>vn 0.1268 -0.0109 -0.9919</w:t>
        <w:br/>
        <w:t>vn 0.9148 -0.3952 -0.0833</w:t>
        <w:br/>
        <w:t>vn 0.9148 -0.3952 -0.0834</w:t>
        <w:br/>
        <w:t>vn 0.9142 -0.3944 -0.0932</w:t>
        <w:br/>
        <w:t>vn 0.9142 -0.3943 -0.0932</w:t>
        <w:br/>
        <w:t>vn -0.7713 -0.3996 -0.4954</w:t>
        <w:br/>
        <w:t>vn -0.9311 -0.3616 0.0479</w:t>
        <w:br/>
        <w:t>vn -0.3695 -0.4833 -0.7937</w:t>
        <w:br/>
        <w:t>vn -0.1618 -0.5007 -0.8504</w:t>
        <w:br/>
        <w:t>vn -0.6927 -0.4961 0.5235</w:t>
        <w:br/>
        <w:t>vn -0.4154 -0.5741 0.7056</w:t>
        <w:br/>
        <w:t>vn -0.9557 0.1867 -0.2275</w:t>
        <w:br/>
        <w:t>vn -0.6120 0.2872 -0.7369</w:t>
        <w:br/>
        <w:t>vn -0.6119 0.2872 -0.7370</w:t>
        <w:br/>
        <w:t>vn -0.7791 -0.0501 -0.6249</w:t>
        <w:br/>
        <w:t>vn -0.9528 -0.1580 -0.2594</w:t>
        <w:br/>
        <w:t>vn -0.9915 -0.1300 -0.0092</w:t>
        <w:br/>
        <w:t>vn -0.3639 -0.5637 0.7415</w:t>
        <w:br/>
        <w:t>vn -0.9770 -0.2129 -0.0110</w:t>
        <w:br/>
        <w:t>vn -0.9435 -0.2477 0.2200</w:t>
        <w:br/>
        <w:t>vn -0.7869 -0.1452 0.5997</w:t>
        <w:br/>
        <w:t>vn -0.6052 0.2134 0.7669</w:t>
        <w:br/>
        <w:t>vn -0.7853 0.3038 0.5395</w:t>
        <w:br/>
        <w:t>vn -0.9440 0.1411 0.2983</w:t>
        <w:br/>
        <w:t>vn -0.4655 0.6271 0.6245</w:t>
        <w:br/>
        <w:t>vn -0.7671 0.5617 0.3099</w:t>
        <w:br/>
        <w:t>vn -0.4586 0.8456 0.2733</w:t>
        <w:br/>
        <w:t>vn -0.4895 0.8685 0.0780</w:t>
        <w:br/>
        <w:t>vn 0.1983 0.5327 0.8227</w:t>
        <w:br/>
        <w:t>vn 0.1305 0.6100 0.7816</w:t>
        <w:br/>
        <w:t>vn -0.1591 0.7942 0.5865</w:t>
        <w:br/>
        <w:t>vn -0.4100 0.9047 0.1158</w:t>
        <w:br/>
        <w:t>vn -0.2627 0.8690 -0.4193</w:t>
        <w:br/>
        <w:t>vn 0.0779 0.6826 -0.7266</w:t>
        <w:br/>
        <w:t>vn 0.2359 0.5643 -0.7912</w:t>
        <w:br/>
        <w:t>vn -0.6297 0.7724 0.0833</w:t>
        <w:br/>
        <w:t>vn -0.5684 0.8116 -0.1348</w:t>
        <w:br/>
        <w:t>vn -0.7953 0.5802 -0.1757</w:t>
        <w:br/>
        <w:t>vn -0.5133 0.6654 -0.5420</w:t>
        <w:br/>
        <w:t>vn 0.9145 -0.3943 -0.0911</w:t>
        <w:br/>
        <w:t>vn 0.9145 -0.3943 -0.0910</w:t>
        <w:br/>
        <w:t>vn 0.9206 -0.3881 0.0429</w:t>
        <w:br/>
        <w:t>vn -0.8893 0.3675 0.2720</w:t>
        <w:br/>
        <w:t>vn 0.9133 -0.3924 -0.1087</w:t>
        <w:br/>
        <w:t>vn 0.9212 -0.3874 0.0366</w:t>
        <w:br/>
        <w:t>vn -0.3548 -0.9343 -0.0345</w:t>
        <w:br/>
        <w:t>vn -0.3498 -0.9365 -0.0240</w:t>
        <w:br/>
        <w:t>vn -0.3485 -0.9369 -0.0273</w:t>
        <w:br/>
        <w:t>vn -0.3515 -0.9356 -0.0326</w:t>
        <w:br/>
        <w:t>vn -0.3530 -0.9352 -0.0293</w:t>
        <w:br/>
        <w:t>vn -0.3506 -0.9361 -0.0263</w:t>
        <w:br/>
        <w:t>vn -0.3454 -0.9382 -0.0242</w:t>
        <w:br/>
        <w:t>vn -0.3413 -0.9396 -0.0257</w:t>
        <w:br/>
        <w:t>vn -0.3402 -0.9401 -0.0208</w:t>
        <w:br/>
        <w:t>vn 0.3509 0.9336 0.0725</w:t>
        <w:br/>
        <w:t>vn 0.4182 0.8955 0.1521</w:t>
        <w:br/>
        <w:t>vn 0.3664 0.9290 0.0513</w:t>
        <w:br/>
        <w:t>vn 0.4191 0.8991 0.1264</w:t>
        <w:br/>
        <w:t>vn 0.4384 0.8969 0.0588</w:t>
        <w:br/>
        <w:t>vn 0.4060 0.9139 -0.0042</w:t>
        <w:br/>
        <w:t>vn 0.3426 0.9392 -0.0247</w:t>
        <w:br/>
        <w:t>vn 0.2848 0.9586 0.0097</w:t>
        <w:br/>
        <w:t>vn 0.2584 0.9659 0.0175</w:t>
        <w:br/>
        <w:t>vn -0.6095 0.1465 0.7792</w:t>
        <w:br/>
        <w:t>vn -0.4934 0.3985 0.7731</w:t>
        <w:br/>
        <w:t>vn 0.1621 0.1103 0.9806</w:t>
        <w:br/>
        <w:t>vn 0.0704 -0.1485 0.9864</w:t>
        <w:br/>
        <w:t>vn -0.9403 0.3204 0.1145</w:t>
        <w:br/>
        <w:t>vn -0.8146 0.5661 0.1266</w:t>
        <w:br/>
        <w:t>vn -0.7366 0.2726 -0.6190</w:t>
        <w:br/>
        <w:t>vn -0.6194 0.5177 -0.5902</w:t>
        <w:br/>
        <w:t>vn -0.1122 0.0393 -0.9929</w:t>
        <w:br/>
        <w:t>vn -0.0023 0.2809 -0.9597</w:t>
        <w:br/>
        <w:t>vn 0.5694 -0.2449 -0.7848</w:t>
        <w:br/>
        <w:t>vn 0.6536 -0.0027 -0.7568</w:t>
        <w:br/>
        <w:t>vn 0.9784 -0.1758 -0.1091</w:t>
        <w:br/>
        <w:t>vn 0.8982 -0.4235 -0.1177</w:t>
        <w:br/>
        <w:t>vn 0.6923 -0.3859 0.6098</w:t>
        <w:br/>
        <w:t>vn 0.7729 -0.1320 0.6207</w:t>
        <w:br/>
        <w:t>vn -0.6967 -0.3005 0.6514</w:t>
        <w:br/>
        <w:t>vn -0.1021 -0.5581 0.8235</w:t>
        <w:br/>
        <w:t>vn -0.9868 -0.1461 0.0705</w:t>
        <w:br/>
        <w:t>vn -0.8024 -0.1916 -0.5652</w:t>
        <w:br/>
        <w:t>vn -0.2783 -0.3879 -0.8787</w:t>
        <w:br/>
        <w:t>vn 0.3124 -0.6476 -0.6950</w:t>
        <w:br/>
        <w:t>vn 0.6068 -0.7871 -0.1106</w:t>
        <w:br/>
        <w:t>vn 0.4312 -0.7548 0.4943</w:t>
        <w:br/>
        <w:t>vn -0.1108 0.0054 -0.9938</w:t>
        <w:br/>
        <w:t>vn 0.5509 -0.2880 -0.7833</w:t>
        <w:br/>
        <w:t>vn 0.6180 -0.1163 -0.7775</w:t>
        <w:br/>
        <w:t>vn -0.0482 0.1679 -0.9846</w:t>
        <w:br/>
        <w:t>vn -0.6621 0.4169 -0.6227</w:t>
        <w:br/>
        <w:t>vn -0.7336 0.2599 -0.6279</w:t>
        <w:br/>
        <w:t>vn -0.8708 0.4790 0.1107</w:t>
        <w:br/>
        <w:t>vn -0.9414 0.3194 0.1085</w:t>
        <w:br/>
        <w:t>vn -0.5416 0.3123 0.7804</w:t>
        <w:br/>
        <w:t>vn -0.6099 0.1487 0.7784</w:t>
        <w:br/>
        <w:t>vn 0.1216 0.0299 0.9921</w:t>
        <w:br/>
        <w:t>vn 0.0591 -0.1474 0.9873</w:t>
        <w:br/>
        <w:t>vn 0.7480 -0.2032 0.6318</w:t>
        <w:br/>
        <w:t>vn 0.6767 -0.3962 0.6206</w:t>
        <w:br/>
        <w:t>vn 0.9574 -0.2668 -0.1103</w:t>
        <w:br/>
        <w:t>vn 0.8821 -0.4555 -0.1199</w:t>
        <w:br/>
        <w:t>vn 0.6100 -0.1201 -0.7832</w:t>
        <w:br/>
        <w:t>vn -0.0495 0.1462 -0.9880</w:t>
        <w:br/>
        <w:t>vn -0.6730 0.3892 -0.6290</w:t>
        <w:br/>
        <w:t>vn -0.8857 0.4498 0.1150</w:t>
        <w:br/>
        <w:t>vn -0.5484 0.2834 0.7868</w:t>
        <w:br/>
        <w:t>vn 0.1127 0.0140 0.9935</w:t>
        <w:br/>
        <w:t>vn 0.7448 -0.2071 0.6343</w:t>
        <w:br/>
        <w:t>vn 0.9565 -0.2643 -0.1235</w:t>
        <w:br/>
        <w:t>vn -0.9806 0.1551 0.1197</w:t>
        <w:br/>
        <w:t>vn -0.6265 0.0074 0.7794</w:t>
        <w:br/>
        <w:t>vn -0.6322 0.0138 0.7747</w:t>
        <w:br/>
        <w:t>vn -0.9791 0.1683 0.1138</w:t>
        <w:br/>
        <w:t>vn 0.0067 -0.2413 0.9704</w:t>
        <w:br/>
        <w:t>vn 0.0094 -0.2409 0.9705</w:t>
        <w:br/>
        <w:t>vn 0.6163 -0.4780 0.6259</w:t>
        <w:br/>
        <w:t>vn 0.6246 -0.4719 0.6222</w:t>
        <w:br/>
        <w:t>vn 0.8337 -0.5339 -0.1409</w:t>
        <w:br/>
        <w:t>vn 0.8380 -0.5258 -0.1458</w:t>
        <w:br/>
        <w:t>vn 0.4959 -0.3623 -0.7892</w:t>
        <w:br/>
        <w:t>vn -0.1364 -0.1151 -0.9840</w:t>
        <w:br/>
        <w:t>vn -0.1386 -0.1172 -0.9834</w:t>
        <w:br/>
        <w:t>vn -0.7620 0.0994 -0.6399</w:t>
        <w:br/>
        <w:t>vn -0.7633 0.1124 -0.6362</w:t>
        <w:br/>
        <w:t>vn -0.7047 0.6972 0.1316</w:t>
        <w:br/>
        <w:t>vn -0.5209 0.6546 -0.5478</w:t>
        <w:br/>
        <w:t>vn -0.7985 -0.0427 -0.6004</w:t>
        <w:br/>
        <w:t>vn -0.9961 0.0076 0.0874</w:t>
        <w:br/>
        <w:t>vn -0.0604 0.4352 -0.8983</w:t>
        <w:br/>
        <w:t>vn -0.2959 -0.1952 -0.9351</w:t>
        <w:br/>
        <w:t>vn -0.0491 -0.2579 -0.9649</w:t>
        <w:br/>
        <w:t>vn 0.1578 0.3063 -0.9388</w:t>
        <w:br/>
        <w:t>vn -0.3994 0.5481 0.7349</w:t>
        <w:br/>
        <w:t>vn -0.6951 -0.1611 0.7006</w:t>
        <w:br/>
        <w:t>vn -0.3115 -0.2991 0.9020</w:t>
        <w:br/>
        <w:t>vn -0.0206 0.3384 0.9408</w:t>
        <w:br/>
        <w:t>vn -0.9917 0.1242 -0.0346</w:t>
        <w:br/>
        <w:t>vn -0.9861 0.1310 0.1017</w:t>
        <w:br/>
        <w:t>vn -0.7893 0.5944 0.1541</w:t>
        <w:br/>
        <w:t>vn -0.7789 0.6260 0.0367</w:t>
        <w:br/>
        <w:t>vn 0.0771 0.2683 0.9602</w:t>
        <w:br/>
        <w:t>vn -0.2195 -0.3169 0.9227</w:t>
        <w:br/>
        <w:t>vn -0.9948 0.0967 -0.0306</w:t>
        <w:br/>
        <w:t>vn -0.9927 0.0852 0.0851</w:t>
        <w:br/>
        <w:t>vn -0.7494 0.6516 0.1177</w:t>
        <w:br/>
        <w:t>vn -0.7555 0.6548 0.0190</w:t>
        <w:br/>
        <w:t>vn 0.7099 -0.3346 0.6198</w:t>
        <w:br/>
        <w:t>vn 0.9129 -0.3907 -0.1182</w:t>
        <w:br/>
        <w:t>vn 0.2165 -0.1353 0.9669</w:t>
        <w:br/>
        <w:t>vn -0.0101 -0.0383 0.9992</w:t>
        <w:br/>
        <w:t>vn -0.0100 -0.0383 0.9992</w:t>
        <w:br/>
        <w:t>vn 0.1932 -0.0387 -0.9804</w:t>
        <w:br/>
        <w:t>vn 0.5805 -0.2161 -0.7850</w:t>
        <w:br/>
        <w:t>vn 0.9183 -0.3942 0.0367</w:t>
        <w:br/>
        <w:t>vn 0.9190 -0.3923 0.0386</w:t>
        <w:br/>
        <w:t>vn 0.1226 -0.0076 -0.9924</w:t>
        <w:br/>
        <w:t>vn 0.1228 -0.0079 -0.9924</w:t>
        <w:br/>
        <w:t>vn 0.9159 -0.3936 -0.0794</w:t>
        <w:br/>
        <w:t>vn 0.9149 -0.3932 -0.0914</w:t>
        <w:br/>
        <w:t>vn 0.9149 -0.3931 -0.0915</w:t>
        <w:br/>
        <w:t>vn -0.7700 -0.4008 -0.4964</w:t>
        <w:br/>
        <w:t>vn -0.9301 -0.3645 0.0444</w:t>
        <w:br/>
        <w:t>vn -0.3688 -0.4836 -0.7938</w:t>
        <w:br/>
        <w:t>vn -0.1613 -0.5007 -0.8505</w:t>
        <w:br/>
        <w:t>vn -0.6918 -0.5032 0.5179</w:t>
        <w:br/>
        <w:t>vn -0.4119 -0.5834 0.7000</w:t>
        <w:br/>
        <w:t>vn -0.9562 0.1887 -0.2238</w:t>
        <w:br/>
        <w:t>vn -0.6185 0.2931 -0.7291</w:t>
        <w:br/>
        <w:t>vn -0.7821 -0.0480 -0.6213</w:t>
        <w:br/>
        <w:t>vn -0.9531 -0.1582 -0.2581</w:t>
        <w:br/>
        <w:t>vn -0.9914 -0.1304 -0.0093</w:t>
        <w:br/>
        <w:t>vn -0.3593 -0.5731 0.7365</w:t>
        <w:br/>
        <w:t>vn -0.9801 -0.1982 -0.0125</w:t>
        <w:br/>
        <w:t>vn -0.9486 -0.2348 0.2121</w:t>
        <w:br/>
        <w:t>vn -0.7988 -0.1378 0.5856</w:t>
        <w:br/>
        <w:t>vn -0.6203 0.2170 0.7537</w:t>
        <w:br/>
        <w:t>vn -0.7930 0.3039 0.5280</w:t>
        <w:br/>
        <w:t>vn -0.9461 0.1430 0.2907</w:t>
        <w:br/>
        <w:t>vn -0.4817 0.6248 0.6145</w:t>
        <w:br/>
        <w:t>vn -0.7728 0.5566 0.3050</w:t>
        <w:br/>
        <w:t>vn -0.4769 0.8359 0.2716</w:t>
        <w:br/>
        <w:t>vn -0.5085 0.8571 0.0820</w:t>
        <w:br/>
        <w:t>vn 0.1996 0.5317 0.8231</w:t>
        <w:br/>
        <w:t>vn 0.1300 0.6087 0.7826</w:t>
        <w:br/>
        <w:t>vn -0.1616 0.7906 0.5906</w:t>
        <w:br/>
        <w:t>vn -0.4129 0.9019 0.1272</w:t>
        <w:br/>
        <w:t>vn -0.2684 0.8743 -0.4045</w:t>
        <w:br/>
        <w:t>vn 0.0729 0.6933 -0.7170</w:t>
        <w:br/>
        <w:t>vn 0.2323 0.5749 -0.7845</w:t>
        <w:br/>
        <w:t>vn -0.6297 0.7711 0.0943</w:t>
        <w:br/>
        <w:t>vn -0.5701 0.8127 -0.1204</w:t>
        <w:br/>
        <w:t>vn -0.7956 0.5827 -0.1658</w:t>
        <w:br/>
        <w:t>vn -0.5197 0.6718 -0.5279</w:t>
        <w:br/>
        <w:t>vn 0.9162 -0.3922 -0.0823</w:t>
        <w:br/>
        <w:t>vn 0.9203 -0.3896 0.0352</w:t>
        <w:br/>
        <w:t>vn 0.9203 -0.3896 0.0351</w:t>
        <w:br/>
        <w:t>vn -0.8889 0.3695 0.2709</w:t>
        <w:br/>
        <w:t>vn 0.9155 -0.3904 -0.0973</w:t>
        <w:br/>
        <w:t>vn 0.9209 -0.3887 0.0299</w:t>
        <w:br/>
        <w:t>vn -0.6519 0.7471 0.1296</w:t>
        <w:br/>
        <w:t>vn -0.4740 0.7064 -0.5256</w:t>
        <w:br/>
        <w:t>vn -0.8028 -0.1190 -0.5843</w:t>
        <w:br/>
        <w:t>vn -0.9943 -0.0710 0.0798</w:t>
        <w:br/>
        <w:t>vn 0.0812 0.4911 -0.8673</w:t>
        <w:br/>
        <w:t>vn -0.2391 -0.3390 -0.9099</w:t>
        <w:br/>
        <w:t>vn 0.6920 0.2288 -0.6846</w:t>
        <w:br/>
        <w:t>vn 0.3577 -0.5980 -0.7173</w:t>
        <w:br/>
        <w:t>vn 0.9940 0.0760 -0.0792</w:t>
        <w:br/>
        <w:t>vn 0.6486 -0.7506 -0.1257</w:t>
        <w:br/>
        <w:t>vn 0.6486 -0.7506 -0.1258</w:t>
        <w:br/>
        <w:t>vn 0.8015 0.1223 0.5854</w:t>
        <w:br/>
        <w:t>vn 0.4677 -0.7076 0.5297</w:t>
        <w:br/>
        <w:t>vn 0.2368 0.3380 0.9109</w:t>
        <w:br/>
        <w:t>vn -0.0841 -0.4921 0.8665</w:t>
        <w:br/>
        <w:t>vn -0.3603 0.5951 0.7183</w:t>
        <w:br/>
        <w:t>vn -0.6926 -0.2282 0.6842</w:t>
        <w:br/>
        <w:t>vn 0.9138 -0.3892 -0.1157</w:t>
        <w:br/>
        <w:t>vn 0.9139 -0.3892 -0.1157</w:t>
        <w:br/>
        <w:t>vn 0.7096 -0.3330 0.6209</w:t>
        <w:br/>
        <w:t>vn 0.7096 -0.3329 0.6210</w:t>
        <w:br/>
        <w:t>vn 0.0886 -0.0807 0.9928</w:t>
        <w:br/>
        <w:t>vn -0.5828 0.2164 0.7833</w:t>
        <w:br/>
        <w:t>vn -0.9149 0.3867 0.1158</w:t>
        <w:br/>
        <w:t>vn -0.9157 0.3849 0.1157</w:t>
        <w:br/>
        <w:t>vn -0.7098 0.3323 -0.6211</w:t>
        <w:br/>
        <w:t>vn -0.0884 0.0838 -0.9926</w:t>
        <w:br/>
        <w:t>vn 0.5833 -0.2157 -0.7831</w:t>
        <w:br/>
        <w:t>vn -0.2831 0.9517 0.1190</w:t>
        <w:br/>
        <w:t>vn -0.1595 0.9287 -0.3349</w:t>
        <w:br/>
        <w:t>vn -0.7319 -0.5263 -0.4329</w:t>
        <w:br/>
        <w:t>vn -0.8677 -0.4961 0.0293</w:t>
        <w:br/>
        <w:t>vn 0.2273 0.7857 -0.5753</w:t>
        <w:br/>
        <w:t>vn -0.3370 -0.6744 -0.6570</w:t>
        <w:br/>
        <w:t>vn 0.6552 0.6069 -0.4499</w:t>
        <w:br/>
        <w:t>vn 0.0764 -0.8507 -0.5201</w:t>
        <w:br/>
        <w:t>vn 0.8654 0.5003 -0.0273</w:t>
        <w:br/>
        <w:t>vn 0.2711 -0.9562 -0.1106</w:t>
        <w:br/>
        <w:t>vn 0.7286 0.5298 0.4340</w:t>
        <w:br/>
        <w:t>vn 0.8654 0.5003 -0.0275</w:t>
        <w:br/>
        <w:t>vn 0.2710 -0.9562 -0.1108</w:t>
        <w:br/>
        <w:t>vn 0.1459 -0.9293 0.3394</w:t>
        <w:br/>
        <w:t>vn 0.3336 0.6750 0.6581</w:t>
        <w:br/>
        <w:t>vn -0.2316 -0.7848 0.5749</w:t>
        <w:br/>
        <w:t>vn -0.0816 0.8474 0.5246</w:t>
        <w:br/>
        <w:t>vn -0.6561 -0.6056 0.4503</w:t>
        <w:br/>
        <w:t>vn 0.4910 -0.3635 -0.7917</w:t>
        <w:br/>
        <w:t>vn -0.6597 0.6992 0.2756</w:t>
        <w:br/>
        <w:t>vn -0.6440 0.6323 -0.4306</w:t>
        <w:br/>
        <w:t>vn -0.9197 -0.0631 -0.3875</w:t>
        <w:br/>
        <w:t>vn -0.9444 0.0066 0.3288</w:t>
        <w:br/>
        <w:t>vn -0.2804 0.4027 -0.8713</w:t>
        <w:br/>
        <w:t>vn -0.5129 -0.2224 -0.8292</w:t>
        <w:br/>
        <w:t>vn -0.2815 -0.2845 -0.9164</w:t>
        <w:br/>
        <w:t>vn -0.0793 0.2749 -0.9582</w:t>
        <w:br/>
        <w:t>vn -0.2121 0.5679 0.7953</w:t>
        <w:br/>
        <w:t>vn -0.4989 -0.1414 0.8550</w:t>
        <w:br/>
        <w:t>vn -0.0794 -0.2703 0.9595</w:t>
        <w:br/>
        <w:t>vn 0.2064 0.3643 0.9081</w:t>
        <w:br/>
        <w:t>vn -0.9717 0.1183 0.2043</w:t>
        <w:br/>
        <w:t>vn -0.9331 0.1289 0.3358</w:t>
        <w:br/>
        <w:t>vn -0.7364 0.5950 0.3220</w:t>
        <w:br/>
        <w:t>vn -0.7559 0.6225 0.2028</w:t>
        <w:br/>
        <w:t>vn 0.3045 0.2957 0.9054</w:t>
        <w:br/>
        <w:t>vn 0.0130 -0.2867 0.9579</w:t>
        <w:br/>
        <w:t>vn -0.9737 0.0844 0.2116</w:t>
        <w:br/>
        <w:t>vn -0.9418 0.0776 0.3271</w:t>
        <w:br/>
        <w:t>vn -0.6978 0.6593 0.2800</w:t>
        <w:br/>
        <w:t>vn -0.7284 0.6605 0.1822</w:t>
        <w:br/>
        <w:t>vn 0.8414 -0.3113 0.4418</w:t>
        <w:br/>
        <w:t>vn 0.8619 -0.3892 -0.3249</w:t>
        <w:br/>
        <w:t>vn 0.4449 -0.1046 0.8894</w:t>
        <w:br/>
        <w:t>vn 0.4449 -0.1046 0.8895</w:t>
        <w:br/>
        <w:t>vn 0.2340 -0.0089 0.9722</w:t>
        <w:br/>
        <w:t>vn 0.2339 -0.0089 0.9722</w:t>
        <w:br/>
        <w:t>vn -0.0512 -0.0654 -0.9965</w:t>
        <w:br/>
        <w:t>vn 0.3727 -0.2347 -0.8978</w:t>
        <w:br/>
        <w:t>vn 0.9054 -0.3870 -0.1743</w:t>
        <w:br/>
        <w:t>vn 0.9055 -0.3870 -0.1742</w:t>
        <w:br/>
        <w:t>vn 0.9066 -0.3852 -0.1720</w:t>
        <w:br/>
        <w:t>vn 0.9066 -0.3852 -0.1721</w:t>
        <w:br/>
        <w:t>vn -0.1213 -0.0357 -0.9920</w:t>
        <w:br/>
        <w:t>vn -0.1213 -0.0358 -0.9920</w:t>
        <w:br/>
        <w:t>vn 0.8702 -0.3932 -0.2969</w:t>
        <w:br/>
        <w:t>vn 0.8672 -0.3925 -0.3064</w:t>
        <w:br/>
        <w:t>vn 0.8672 -0.3926 -0.3062</w:t>
        <w:br/>
        <w:t>vn -0.8653 -0.4155 -0.2804</w:t>
        <w:br/>
        <w:t>vn -0.8867 -0.3643 0.2846</w:t>
        <w:br/>
        <w:t>vn -0.5484 -0.5052 -0.6663</w:t>
        <w:br/>
        <w:t>vn -0.3609 -0.5230 -0.7721</w:t>
        <w:br/>
        <w:t>vn -0.5372 -0.4855 0.6898</w:t>
        <w:br/>
        <w:t>vn -0.2228 -0.5578 0.7995</w:t>
        <w:br/>
        <w:t>vn -0.9842 0.1767 0.0107</w:t>
        <w:br/>
        <w:t>vn -0.7776 0.2655 -0.5699</w:t>
        <w:br/>
        <w:t>vn -0.7776 0.2655 -0.5700</w:t>
        <w:br/>
        <w:t>vn -0.9084 -0.0695 -0.4122</w:t>
        <w:br/>
        <w:t>vn -0.9856 -0.1688 -0.0126</w:t>
        <w:br/>
        <w:t>vn -0.9618 -0.1344 0.2386</w:t>
        <w:br/>
        <w:t>vn -0.1642 -0.5462 0.8214</w:t>
        <w:br/>
        <w:t>vn -0.9472 -0.2175 0.2355</w:t>
        <w:br/>
        <w:t>vn -0.8575 -0.2461 0.4517</w:t>
        <w:br/>
        <w:t>vn -0.6133 -0.1333 0.7785</w:t>
        <w:br/>
        <w:t>vn -0.3999 0.2303 0.8872</w:t>
        <w:br/>
        <w:t>vn -0.6314 0.3141 0.7090</w:t>
        <w:br/>
        <w:t>vn -0.8429 0.1445 0.5182</w:t>
        <w:br/>
        <w:t>vn -0.3040 0.6408 0.7049</w:t>
        <w:br/>
        <w:t>vn -0.6730 0.5661 0.4760</w:t>
        <w:br/>
        <w:t>vn -0.3862 0.8502 0.3578</w:t>
        <w:br/>
        <w:t>vn -0.4644 0.8680 0.1759</w:t>
        <w:br/>
        <w:t>vn 0.3891 0.5545 0.7356</w:t>
        <w:br/>
        <w:t>vn 0.3125 0.6302 0.7108</w:t>
        <w:br/>
        <w:t>vn -0.0183 0.8081 0.5888</w:t>
        <w:br/>
        <w:t>vn -0.3784 0.9056 0.1917</w:t>
        <w:br/>
        <w:t>vn -0.3672 0.8567 -0.3622</w:t>
        <w:br/>
        <w:t>vn -0.1107 0.6640 -0.7395</w:t>
        <w:br/>
        <w:t>vn 0.0277 0.5448 -0.8381</w:t>
        <w:br/>
        <w:t>vn -0.5977 0.7716 0.2178</w:t>
        <w:br/>
        <w:t>vn -0.5927 0.8054 -0.0096</w:t>
        <w:br/>
        <w:t>vn -0.8202 0.5720 0.0120</w:t>
        <w:br/>
        <w:t>vn -0.6381 0.6490 -0.4142</w:t>
        <w:br/>
        <w:t>vn 0.8680 -0.3924 -0.3043</w:t>
        <w:br/>
        <w:t>vn 0.8679 -0.3924 -0.3045</w:t>
        <w:br/>
        <w:t>vn 0.9069 -0.3828 -0.1762</w:t>
        <w:br/>
        <w:t>vn 0.9070 -0.3826 -0.1762</w:t>
        <w:br/>
        <w:t>vn -0.7986 0.3706 0.4742</w:t>
        <w:br/>
        <w:t>vn 0.8625 -0.3910 -0.3213</w:t>
        <w:br/>
        <w:t>vn 0.9059 -0.3822 -0.1823</w:t>
        <w:br/>
        <w:t>vn -0.3420 -0.9366 0.0762</w:t>
        <w:br/>
        <w:t>vn -0.3349 -0.9384 0.0851</w:t>
        <w:br/>
        <w:t>vn -0.3342 -0.9389 0.0818</w:t>
        <w:br/>
        <w:t>vn -0.3389 -0.9377 0.0771</w:t>
        <w:br/>
        <w:t>vn -0.3392 -0.9372 0.0806</w:t>
        <w:br/>
        <w:t>vn -0.3362 -0.9381 0.0834</w:t>
        <w:br/>
        <w:t>vn -0.3305 -0.9401 0.0839</w:t>
        <w:br/>
        <w:t>vn -0.3273 -0.9414 0.0816</w:t>
        <w:br/>
        <w:t>vn -0.3249 -0.9418 0.0862</w:t>
        <w:br/>
        <w:t>vn 0.3481 0.9367 -0.0383</w:t>
        <w:br/>
        <w:t>vn 0.4336 0.9008 0.0229</w:t>
        <w:br/>
        <w:t>vn 0.3579 0.9317 -0.0627</w:t>
        <w:br/>
        <w:t>vn 0.4278 0.9038 -0.0022</w:t>
        <w:br/>
        <w:t>vn 0.4299 0.9000 -0.0724</w:t>
        <w:br/>
        <w:t>vn 0.3827 0.9153 -0.1259</w:t>
        <w:br/>
        <w:t>vn 0.3160 0.9397 -0.1306</w:t>
        <w:br/>
        <w:t>vn 0.2680 0.9598 -0.0831</w:t>
        <w:br/>
        <w:t>vn 0.2446 0.9671 -0.0692</w:t>
        <w:br/>
        <w:t>vn -0.4003 0.1637 0.9016</w:t>
        <w:br/>
        <w:t>vn -0.2919 0.4160 0.8612</w:t>
        <w:br/>
        <w:t>vn 0.3975 0.1361 0.9075</w:t>
        <w:br/>
        <w:t>vn 0.3128 -0.1227 0.9419</w:t>
        <w:br/>
        <w:t>vn -0.8865 0.3191 0.3352</w:t>
        <w:br/>
        <w:t>vn -0.7642 0.5656 0.3100</w:t>
        <w:br/>
        <w:t>vn -0.8692 0.2534 -0.4246</w:t>
        <w:br/>
        <w:t>vn -0.7511 0.4997 -0.4314</w:t>
        <w:br/>
        <w:t>vn -0.3537 0.0133 -0.9353</w:t>
        <w:br/>
        <w:t>vn -0.2416 0.2563 -0.9359</w:t>
        <w:br/>
        <w:t>vn 0.3611 -0.2624 -0.8949</w:t>
        <w:br/>
        <w:t>vn 0.4471 -0.0192 -0.8943</w:t>
        <w:br/>
        <w:t>vn 0.9231 -0.1743 -0.3427</w:t>
        <w:br/>
        <w:t>vn 0.8460 -0.4224 -0.3254</w:t>
        <w:br/>
        <w:t>vn 0.8252 -0.3671 0.4293</w:t>
        <w:br/>
        <w:t>vn 0.9033 -0.1127 0.4140</w:t>
        <w:br/>
        <w:t>vn -0.5116 -0.2867 0.8100</w:t>
        <w:br/>
        <w:t>vn 0.1098 -0.5372 0.8363</w:t>
        <w:br/>
        <w:t>vn -0.9374 -0.1485 0.3150</w:t>
        <w:br/>
        <w:t>vn -0.9148 -0.2095 -0.3453</w:t>
        <w:br/>
        <w:t>vn -0.4820 -0.4115 -0.7735</w:t>
        <w:br/>
        <w:t>vn 0.1383 -0.6638 -0.7350</w:t>
        <w:br/>
        <w:t>vn 0.5691 -0.7871 -0.2380</w:t>
        <w:br/>
        <w:t>vn 0.5475 -0.7400 0.3905</w:t>
        <w:br/>
        <w:t>vn -0.3521 -0.0206 -0.9357</w:t>
        <w:br/>
        <w:t>vn 0.3441 -0.3055 -0.8878</w:t>
        <w:br/>
        <w:t>vn 0.4087 -0.1335 -0.9029</w:t>
        <w:br/>
        <w:t>vn -0.2910 0.1424 -0.9461</w:t>
        <w:br/>
        <w:t>vn -0.7995 0.3978 -0.4500</w:t>
        <w:br/>
        <w:t>vn -0.8684 0.2405 -0.4337</w:t>
        <w:br/>
        <w:t>vn -0.8218 0.4777 0.3106</w:t>
        <w:br/>
        <w:t>vn -0.8890 0.3179 0.3296</w:t>
        <w:br/>
        <w:t>vn -0.3360 0.3298 0.8822</w:t>
        <w:br/>
        <w:t>vn -0.4010 0.1660 0.9009</w:t>
        <w:br/>
        <w:t>vn 0.3619 0.0559 0.9305</w:t>
        <w:br/>
        <w:t>vn 0.3020 -0.1218 0.9455</w:t>
        <w:br/>
        <w:t>vn 0.8827 -0.1838 0.4326</w:t>
        <w:br/>
        <w:t>vn 0.8128 -0.3772 0.4439</w:t>
        <w:br/>
        <w:t>vn 0.9035 -0.2653 -0.3366</w:t>
        <w:br/>
        <w:t>vn 0.8302 -0.4546 -0.3228</w:t>
        <w:br/>
        <w:t>vn 0.3996 -0.1374 -0.9063</w:t>
        <w:br/>
        <w:t>vn -0.2929 0.1206 -0.9485</w:t>
        <w:br/>
        <w:t>vn -0.8112 0.3700 -0.4528</w:t>
        <w:br/>
        <w:t>vn -0.8348 0.4486 0.3191</w:t>
        <w:br/>
        <w:t>vn -0.3407 0.3010 0.8907</w:t>
        <w:br/>
        <w:t>vn 0.3538 0.0400 0.9345</w:t>
        <w:br/>
        <w:t>vn 0.8803 -0.1875 0.4359</w:t>
        <w:br/>
        <w:t>vn 0.8993 -0.2632 -0.3491</w:t>
        <w:br/>
        <w:t>vn -0.9225 0.1538 0.3540</w:t>
        <w:br/>
        <w:t>vn -0.4153 0.0245 0.9093</w:t>
        <w:br/>
        <w:t>vn -0.4221 0.0308 0.9060</w:t>
        <w:br/>
        <w:t>vn -0.9227 0.1669 0.3476</w:t>
        <w:br/>
        <w:t>vn 0.2480 -0.2164 0.9443</w:t>
        <w:br/>
        <w:t>vn 0.2505 -0.2155 0.9438</w:t>
        <w:br/>
        <w:t>vn 0.7564 -0.4590 0.4660</w:t>
        <w:br/>
        <w:t>vn 0.7636 -0.4531 0.4601</w:t>
        <w:br/>
        <w:t>vn 0.7789 -0.5336 -0.3294</w:t>
        <w:br/>
        <w:t>vn 0.7818 -0.5257 -0.3353</w:t>
        <w:br/>
        <w:t>vn 0.2900 -0.3802 -0.8783</w:t>
        <w:br/>
        <w:t>vn -0.3733 -0.1408 -0.9170</w:t>
        <w:br/>
        <w:t>vn -0.3752 -0.1429 -0.9158</w:t>
        <w:br/>
        <w:t>vn -0.8971 0.0796 -0.4345</w:t>
        <w:br/>
        <w:t>vn -0.8976 0.0927 -0.4309</w:t>
        <w:br/>
        <w:t>vn -0.6578 0.6973 0.2846</w:t>
        <w:br/>
        <w:t>vn -0.6466 0.6381 -0.4179</w:t>
        <w:br/>
        <w:t>vn -0.9213 -0.0616 -0.3838</w:t>
        <w:br/>
        <w:t>vn -0.9440 0.0055 0.3300</w:t>
        <w:br/>
        <w:t>vn -0.2843 0.4118 -0.8658</w:t>
        <w:br/>
        <w:t>vn -0.5150 -0.2204 -0.8284</w:t>
        <w:br/>
        <w:t>vn -0.2825 -0.2828 -0.9166</w:t>
        <w:br/>
        <w:t>vn -0.0815 0.2829 -0.9557</w:t>
        <w:br/>
        <w:t>vn -0.2118 0.5650 0.7974</w:t>
        <w:br/>
        <w:t>vn -0.4994 -0.1461 0.8540</w:t>
        <w:br/>
        <w:t>vn -0.0765 -0.2772 0.9578</w:t>
        <w:br/>
        <w:t>vn 0.2081 0.3622 0.9086</w:t>
        <w:br/>
        <w:t>vn -0.9709 0.1189 0.2079</w:t>
        <w:br/>
        <w:t>vn -0.9320 0.1292 0.3386</w:t>
        <w:br/>
        <w:t>vn -0.7333 0.5947 0.3296</w:t>
        <w:br/>
        <w:t>vn -0.7525 0.6233 0.2127</w:t>
        <w:br/>
        <w:t>vn 0.3084 0.2931 0.9050</w:t>
        <w:br/>
        <w:t>vn 0.0179 -0.2942 0.9556</w:t>
        <w:br/>
        <w:t>vn -0.9727 0.0915 0.2132</w:t>
        <w:br/>
        <w:t>vn -0.9420 0.0830 0.3251</w:t>
        <w:br/>
        <w:t>vn -0.7042 0.6511 0.2832</w:t>
        <w:br/>
        <w:t>vn -0.7344 0.6518 0.1891</w:t>
        <w:br/>
        <w:t>vn 0.8442 -0.3155 0.4334</w:t>
        <w:br/>
        <w:t>vn 0.8441 -0.3155 0.4335</w:t>
        <w:br/>
        <w:t>vn 0.8597 -0.3896 -0.3303</w:t>
        <w:br/>
        <w:t>vn 0.4494 -0.1095 0.8866</w:t>
        <w:br/>
        <w:t>vn 0.4493 -0.1095 0.8866</w:t>
        <w:br/>
        <w:t>vn 0.2367 -0.0128 0.9715</w:t>
        <w:br/>
        <w:t>vn -0.0538 -0.0630 -0.9966</w:t>
        <w:br/>
        <w:t>vn 0.3715 -0.2336 -0.8986</w:t>
        <w:br/>
        <w:t>vn -0.0537 -0.0630 -0.9966</w:t>
        <w:br/>
        <w:t>vn 0.9032 -0.3891 -0.1814</w:t>
        <w:br/>
        <w:t>vn 0.9032 -0.3891 -0.1815</w:t>
        <w:br/>
        <w:t>vn 0.9043 -0.3872 -0.1798</w:t>
        <w:br/>
        <w:t>vn 0.9043 -0.3871 -0.1798</w:t>
        <w:br/>
        <w:t>vn -0.1255 -0.0325 -0.9916</w:t>
        <w:br/>
        <w:t>vn -0.1255 -0.0324 -0.9916</w:t>
        <w:br/>
        <w:t>vn 0.8722 -0.3915 -0.2933</w:t>
        <w:br/>
        <w:t>vn 0.8683 -0.3914 -0.3047</w:t>
        <w:br/>
        <w:t>vn 0.8683 -0.3913 -0.3049</w:t>
        <w:br/>
        <w:t>vn -0.8644 -0.4167 -0.2815</w:t>
        <w:br/>
        <w:t>vn -0.8867 -0.3671 0.2809</w:t>
        <w:br/>
        <w:t>vn -0.5478 -0.5055 -0.6667</w:t>
        <w:br/>
        <w:t>vn -0.3604 -0.5230 -0.7723</w:t>
        <w:br/>
        <w:t>vn -0.5377 -0.4926 0.6843</w:t>
        <w:br/>
        <w:t>vn -0.2206 -0.5669 0.7937</w:t>
        <w:br/>
        <w:t>vn -0.9838 0.1787 0.0142</w:t>
        <w:br/>
        <w:t>vn -0.7821 0.2715 -0.5609</w:t>
        <w:br/>
        <w:t>vn -0.7820 0.2715 -0.5609</w:t>
        <w:br/>
        <w:t>vn -0.9105 -0.0673 -0.4081</w:t>
        <w:br/>
        <w:t>vn -0.9856 -0.1689 -0.0115</w:t>
        <w:br/>
        <w:t>vn -0.9617 -0.1349 0.2384</w:t>
        <w:br/>
        <w:t>vn -0.1608 -0.5556 0.8157</w:t>
        <w:br/>
        <w:t>vn -0.9508 -0.2027 0.2342</w:t>
        <w:br/>
        <w:t>vn -0.8646 -0.2334 0.4449</w:t>
        <w:br/>
        <w:t>vn -0.6285 -0.1262 0.7675</w:t>
        <w:br/>
        <w:t>vn -0.4178 0.2334 0.8780</w:t>
        <w:br/>
        <w:t>vn -0.6415 0.3138 0.7000</w:t>
        <w:br/>
        <w:t>vn -0.8468 0.1462 0.5114</w:t>
        <w:br/>
        <w:t>vn -0.3221 0.6382 0.6992</w:t>
        <w:br/>
        <w:t>vn -0.6797 0.5607 0.4728</w:t>
        <w:br/>
        <w:t>vn -0.4039 0.8407 0.3608</w:t>
        <w:br/>
        <w:t>vn -0.4816 0.8567 0.1847</w:t>
        <w:br/>
        <w:t>vn 0.3905 0.5534 0.7357</w:t>
        <w:br/>
        <w:t>vn 0.3123 0.6290 0.7119</w:t>
        <w:br/>
        <w:t>vn -0.0194 0.8048 0.5933</w:t>
        <w:br/>
        <w:t>vn -0.3781 0.9031 0.2035</w:t>
        <w:br/>
        <w:t>vn -0.3688 0.8624 -0.3467</w:t>
        <w:br/>
        <w:t>vn -0.1132 0.6750 -0.7291</w:t>
        <w:br/>
        <w:t>vn 0.0259 0.5557 -0.8310</w:t>
        <w:br/>
        <w:t>vn -0.5950 0.7706 0.2282</w:t>
        <w:br/>
        <w:t>vn -0.5908 0.8068 0.0046</w:t>
        <w:br/>
        <w:t>vn -0.8181 0.5747 0.0215</w:t>
        <w:br/>
        <w:t>vn -0.6407 0.6558 -0.3993</w:t>
        <w:br/>
        <w:t>vn 0.8718 -0.3902 -0.2962</w:t>
        <w:br/>
        <w:t>vn 0.9047 -0.3845 -0.1835</w:t>
        <w:br/>
        <w:t>vn 0.9047 -0.3845 -0.1837</w:t>
        <w:br/>
        <w:t>vn -0.7987 0.3724 0.4727</w:t>
        <w:br/>
        <w:t>vn 0.8674 -0.3887 -0.3106</w:t>
        <w:br/>
        <w:t>vn 0.9039 -0.3838 -0.1890</w:t>
        <w:br/>
        <w:t>vn -0.6079 0.7473 0.2685</w:t>
        <w:br/>
        <w:t>vn -0.5963 0.6907 -0.4091</w:t>
        <w:br/>
        <w:t>vn -0.9207 -0.1374 -0.3654</w:t>
        <w:br/>
        <w:t>vn -0.9432 -0.0732 0.3241</w:t>
        <w:br/>
        <w:t>vn -0.1401 0.4691 -0.8720</w:t>
        <w:br/>
        <w:t>vn -0.4522 -0.3632 -0.8146</w:t>
        <w:br/>
        <w:t>vn 0.4997 0.2143 -0.8393</w:t>
        <w:br/>
        <w:t>vn 0.1763 -0.6146 -0.7689</w:t>
        <w:br/>
        <w:t>vn 0.9429 0.0784 -0.3236</w:t>
        <w:br/>
        <w:t>vn 0.6057 -0.7507 -0.2639</w:t>
        <w:br/>
        <w:t>vn 0.6055 -0.7508 -0.2639</w:t>
        <w:br/>
        <w:t>vn 0.9430 0.0784 -0.3236</w:t>
        <w:br/>
        <w:t>vn 0.9196 0.1409 0.3666</w:t>
        <w:br/>
        <w:t>vn 0.5912 -0.6917 0.4147</w:t>
        <w:br/>
        <w:t>vn 0.4503 0.3622 0.8161</w:t>
        <w:br/>
        <w:t>vn 0.1370 -0.4701 0.8719</w:t>
        <w:br/>
        <w:t>vn -0.1785 0.6117 0.7706</w:t>
        <w:br/>
        <w:t>vn -0.5003 -0.2136 0.8391</w:t>
        <w:br/>
        <w:t>vn 0.8613 -0.3880 -0.3280</w:t>
        <w:br/>
        <w:t>vn 0.8612 -0.3884 -0.3279</w:t>
        <w:br/>
        <w:t>vn 0.8442 -0.3138 0.4346</w:t>
        <w:br/>
        <w:t>vn 0.3312 -0.0549 0.9419</w:t>
        <w:br/>
        <w:t>vn 0.3312 -0.0549 0.9420</w:t>
        <w:br/>
        <w:t>vn -0.3741 0.2338 0.8974</w:t>
        <w:br/>
        <w:t>vn -0.3742 0.2338 0.8974</w:t>
        <w:br/>
        <w:t>vn -0.8622 0.3855 0.3285</w:t>
        <w:br/>
        <w:t>vn -0.8630 0.3837 0.3287</w:t>
        <w:br/>
        <w:t>vn -0.8444 0.3132 -0.4346</w:t>
        <w:br/>
        <w:t>vn -0.8444 0.3132 -0.4347</w:t>
        <w:br/>
        <w:t>vn -0.3310 0.0580 -0.9418</w:t>
        <w:br/>
        <w:t>vn -0.3311 0.0579 -0.9418</w:t>
        <w:br/>
        <w:t>vn 0.3747 -0.2331 -0.8974</w:t>
        <w:br/>
        <w:t>vn -0.2553 0.9531 0.1625</w:t>
        <w:br/>
        <w:t>vn -0.2469 0.9191 -0.3071</w:t>
        <w:br/>
        <w:t>vn -0.8104 -0.5403 -0.2266</w:t>
        <w:br/>
        <w:t>vn -0.8286 -0.4989 0.2539</w:t>
        <w:br/>
        <w:t>vn 0.0702 0.7717 -0.6320</w:t>
        <w:br/>
        <w:t>vn -0.4813 -0.6924 -0.5375</w:t>
        <w:br/>
        <w:t>vn 0.5178 0.5981 -0.6117</w:t>
        <w:br/>
        <w:t>vn -0.0451 -0.8635 -0.5024</w:t>
        <w:br/>
        <w:t>vn 0.8265 0.5035 -0.2519</w:t>
        <w:br/>
        <w:t>vn 0.2458 -0.9574 -0.1514</w:t>
        <w:br/>
        <w:t>vn 0.8074 0.5441 0.2282</w:t>
        <w:br/>
        <w:t>vn 0.8266 0.5034 -0.2518</w:t>
        <w:br/>
        <w:t>vn 0.2454 -0.9575 -0.1514</w:t>
        <w:br/>
        <w:t>vn 0.2349 -0.9196 0.3149</w:t>
        <w:br/>
        <w:t>vn 0.4782 0.6932 0.5393</w:t>
        <w:br/>
        <w:t>vn -0.0746 -0.7708 0.6326</w:t>
        <w:br/>
        <w:t>vn 0.0411 0.8602 0.5083</w:t>
        <w:br/>
        <w:t>vn -0.5185 -0.5966 0.6126</w:t>
        <w:br/>
        <w:t>vn 0.2847 -0.3815 -0.8794</w:t>
        <w:br/>
        <w:t>vn -0.6758 0.6513 0.3452</w:t>
        <w:br/>
        <w:t>vn -0.7483 0.5605 -0.3548</w:t>
        <w:br/>
        <w:t>vn -0.9540 -0.1534 -0.2576</w:t>
        <w:br/>
        <w:t>vn -0.8893 -0.0602 0.4534</w:t>
        <w:br/>
        <w:t>vn -0.4277 0.3464 -0.8349</w:t>
        <w:br/>
        <w:t>vn -0.5971 -0.2941 -0.7463</w:t>
        <w:br/>
        <w:t>vn -0.3748 -0.3398 -0.8626</w:t>
        <w:br/>
        <w:t>vn -0.2296 0.2327 -0.9451</w:t>
        <w:br/>
        <w:t>vn -0.1534 0.5766 0.8025</w:t>
        <w:br/>
        <w:t>vn -0.3665 -0.1517 0.9180</w:t>
        <w:br/>
        <w:t>vn 0.0727 -0.2412 0.9678</w:t>
        <w:br/>
        <w:t>vn 0.2926 0.4129 0.8625</w:t>
        <w:br/>
        <w:t>vn -0.9426 0.0442 0.3311</w:t>
        <w:br/>
        <w:t>vn -0.8878 0.0626 0.4559</w:t>
        <w:br/>
        <w:t>vn -0.7364 0.5427 0.4040</w:t>
        <w:br/>
        <w:t>vn -0.7737 0.5643 0.2880</w:t>
        <w:br/>
        <w:t>vn 0.3951 0.3524 0.8483</w:t>
        <w:br/>
        <w:t>vn 0.1652 -0.2497 0.9541</w:t>
        <w:br/>
        <w:t>vn -0.9406 0.0106 0.3394</w:t>
        <w:br/>
        <w:t>vn -0.8932 0.0105 0.4496</w:t>
        <w:br/>
        <w:t>vn -0.7093 0.6085 0.3557</w:t>
        <w:br/>
        <w:t>vn -0.7526 0.6037 0.2630</w:t>
        <w:br/>
        <w:t>vn 0.9166 -0.2240 0.3312</w:t>
        <w:br/>
        <w:t>vn 0.8418 -0.3275 -0.4291</w:t>
        <w:br/>
        <w:t>vn 0.5666 -0.0351 0.8233</w:t>
        <w:br/>
        <w:t>vn 0.3609 0.0456 0.9315</w:t>
        <w:br/>
        <w:t>vn -0.1772 -0.1052 -0.9785</w:t>
        <w:br/>
        <w:t>vn 0.2692 -0.2350 -0.9340</w:t>
        <w:br/>
        <w:t>vn 0.9046 -0.3162 -0.2857</w:t>
        <w:br/>
        <w:t>vn 0.9059 -0.3142 -0.2838</w:t>
        <w:br/>
        <w:t>vn 0.9059 -0.3142 -0.2839</w:t>
        <w:br/>
        <w:t>vn -0.2485 -0.0814 -0.9652</w:t>
        <w:br/>
        <w:t>vn -0.2485 -0.0813 -0.9652</w:t>
        <w:br/>
        <w:t>vn 0.8541 -0.3297 -0.4023</w:t>
        <w:br/>
        <w:t>vn 0.8540 -0.3298 -0.4023</w:t>
        <w:br/>
        <w:t>vn 0.8498 -0.3297 -0.4111</w:t>
        <w:br/>
        <w:t>vn 0.8498 -0.3297 -0.4112</w:t>
        <w:br/>
        <w:t>vn -0.8553 -0.4958 -0.1504</w:t>
        <w:br/>
        <w:t>vn -0.8059 -0.4264 0.4108</w:t>
        <w:br/>
        <w:t>vn -0.5859 -0.5727 -0.5733</w:t>
        <w:br/>
        <w:t>vn -0.4133 -0.5788 -0.7030</w:t>
        <w:br/>
        <w:t>vn -0.3961 -0.5035 0.7679</w:t>
        <w:br/>
        <w:t>vn -0.0649 -0.5451 0.8359</w:t>
        <w:br/>
        <w:t>vn -0.9857 0.0943 0.1396</w:t>
        <w:br/>
        <w:t>vn -0.8666 0.1791 -0.4657</w:t>
        <w:br/>
        <w:t>vn -0.9456 -0.1597 -0.2835</w:t>
        <w:br/>
        <w:t>vn -0.9600 -0.2507 0.1251</w:t>
        <w:br/>
        <w:t>vn -0.9061 -0.2055 0.3698</w:t>
        <w:br/>
        <w:t>vn -0.0051 -0.5277 0.8494</w:t>
        <w:br/>
        <w:t>vn -0.8850 -0.2870 0.3667</w:t>
        <w:br/>
        <w:t>vn -0.7650 -0.3004 0.5697</w:t>
        <w:br/>
        <w:t>vn -0.4904 -0.1559 0.8575</w:t>
        <w:br/>
        <w:t>vn -0.2970 0.2280 0.9273</w:t>
        <w:br/>
        <w:t>vn -0.5565 0.2856 0.7802</w:t>
        <w:br/>
        <w:t>vn -0.7759 0.0923 0.6241</w:t>
        <w:br/>
        <w:t>vn -0.2624 0.6383 0.7237</w:t>
        <w:br/>
        <w:t>vn -0.6506 0.5248 0.5489</w:t>
        <w:br/>
        <w:t>vn -0.4080 0.8274 0.3858</w:t>
        <w:br/>
        <w:t>vn -0.5109 0.8321 0.2157</w:t>
        <w:br/>
        <w:t>vn 0.4335 0.6110 0.6624</w:t>
        <w:br/>
        <w:t>vn 0.3479 0.6795 0.6460</w:t>
        <w:br/>
        <w:t>vn -0.0105 0.8246 0.5656</w:t>
        <w:br/>
        <w:t>vn -0.4273 0.8772 0.2190</w:t>
        <w:br/>
        <w:t>vn -0.4855 0.8096 -0.3300</w:t>
        <w:br/>
        <w:t>vn -0.2655 0.6256 -0.7336</w:t>
        <w:br/>
        <w:t>vn -0.1317 0.5148 -0.8471</w:t>
        <w:br/>
        <w:t>vn -0.6288 0.7263 0.2777</w:t>
        <w:br/>
        <w:t>vn -0.6568 0.7523 0.0511</w:t>
        <w:br/>
        <w:t>vn -0.8581 0.5017 0.1089</w:t>
        <w:br/>
        <w:t>vn -0.7417 0.5783 -0.3398</w:t>
        <w:br/>
        <w:t>vn 0.8508 -0.3295 -0.4094</w:t>
        <w:br/>
        <w:t>vn 0.8508 -0.3295 -0.4093</w:t>
        <w:br/>
        <w:t>vn 0.9054 -0.3120 -0.2880</w:t>
        <w:br/>
        <w:t>vn -0.7581 0.3195 0.5685</w:t>
        <w:br/>
        <w:t>vn 0.8432 -0.3291 -0.4251</w:t>
        <w:br/>
        <w:t>vn 0.9036 -0.3117 -0.2939</w:t>
        <w:br/>
        <w:t>vn -0.2462 -0.9584 0.1448</w:t>
        <w:br/>
        <w:t>vn -0.2373 -0.9593 0.1529</w:t>
        <w:br/>
        <w:t>vn -0.2372 -0.9599 0.1493</w:t>
        <w:br/>
        <w:t>vn -0.2422 -0.9593 0.1449</w:t>
        <w:br/>
        <w:t>vn -0.2424 -0.9587 0.1488</w:t>
        <w:br/>
        <w:t>vn -0.2387 -0.9593 0.1512</w:t>
        <w:br/>
        <w:t>vn -0.2332 -0.9606 0.1511</w:t>
        <w:br/>
        <w:t>vn -0.2304 -0.9618 0.1480</w:t>
        <w:br/>
        <w:t>vn -0.2272 -0.9618 0.1524</w:t>
        <w:br/>
        <w:t>vn 0.2568 0.9604 -0.1080</w:t>
        <w:br/>
        <w:t>vn 0.3524 0.9341 -0.0579</w:t>
        <w:br/>
        <w:t>vn 0.2634 0.9554 -0.1334</w:t>
        <w:br/>
        <w:t>vn 0.3431 0.9357 -0.0822</w:t>
        <w:br/>
        <w:t>vn 0.3361 0.9295 -0.1520</w:t>
        <w:br/>
        <w:t>vn 0.2810 0.9389 -0.1990</w:t>
        <w:br/>
        <w:t>vn 0.2124 0.9575 -0.1952</w:t>
        <w:br/>
        <w:t>vn 0.1698 0.9751 -0.1425</w:t>
        <w:br/>
        <w:t>vn 0.1478 0.9810 -0.1253</w:t>
        <w:br/>
        <w:t>vn -0.2897 0.1621 0.9433</w:t>
        <w:br/>
        <w:t>vn -0.2102 0.4210 0.8824</w:t>
        <w:br/>
        <w:t>vn 0.5011 0.2012 0.8417</w:t>
        <w:br/>
        <w:t>vn 0.4447 -0.0623 0.8935</w:t>
        <w:br/>
        <w:t>vn -0.8586 0.2560 0.4442</w:t>
        <w:br/>
        <w:t>vn -0.7628 0.5107 0.3967</w:t>
        <w:br/>
        <w:t>vn -0.9367 0.1646 -0.3091</w:t>
        <w:br/>
        <w:t>vn -0.8426 0.4195 -0.3378</w:t>
        <w:br/>
        <w:t>vn -0.4746 -0.0498 -0.8788</w:t>
        <w:br/>
        <w:t>vn -0.3853 0.2014 -0.9006</w:t>
        <w:br/>
        <w:t>vn 0.2606 -0.2634 -0.9288</w:t>
        <w:br/>
        <w:t>vn 0.3243 -0.0141 -0.9459</w:t>
        <w:br/>
        <w:t>vn 0.8811 -0.1090 -0.4602</w:t>
        <w:br/>
        <w:t>vn 0.8289 -0.3620 -0.4266</w:t>
        <w:br/>
        <w:t>vn 0.9038 -0.2814 0.3225</w:t>
        <w:br/>
        <w:t>vn 0.9566 -0.0220 0.2904</w:t>
        <w:br/>
        <w:t>vn -0.3724 -0.2990 0.8786</w:t>
        <w:br/>
        <w:t>vn 0.2665 -0.4957 0.8266</w:t>
        <w:br/>
        <w:t>vn -0.8706 -0.2147 0.4426</w:t>
        <w:br/>
        <w:t>vn -0.9307 -0.2974 -0.2130</w:t>
        <w:br/>
        <w:t>vn -0.5427 -0.4778 -0.6908</w:t>
        <w:br/>
        <w:t>vn 0.0969 -0.6760 -0.7305</w:t>
        <w:br/>
        <w:t>vn 0.5990 -0.7449 -0.2936</w:t>
        <w:br/>
        <w:t>vn 0.6572 -0.6773 0.3307</w:t>
        <w:br/>
        <w:t>vn -0.4702 -0.0834 -0.8786</w:t>
        <w:br/>
        <w:t>vn 0.2485 -0.3076 -0.9185</w:t>
        <w:br/>
        <w:t>vn 0.2952 -0.1314 -0.9464</w:t>
        <w:br/>
        <w:t>vn -0.4254 0.0836 -0.9011</w:t>
        <w:br/>
        <w:t>vn -0.8839 0.3134 -0.3472</w:t>
        <w:br/>
        <w:t>vn -0.9360 0.1516 -0.3178</w:t>
        <w:br/>
        <w:t>vn -0.8118 0.4185 0.4072</w:t>
        <w:br/>
        <w:t>vn -0.8617 0.2544 0.4390</w:t>
        <w:br/>
        <w:t>vn -0.2433 0.3322 0.9113</w:t>
        <w:br/>
        <w:t>vn -0.2907 0.1643 0.9426</w:t>
        <w:br/>
        <w:t>vn 0.4760 0.1193 0.8713</w:t>
        <w:br/>
        <w:t>vn 0.4344 -0.0621 0.8986</w:t>
        <w:br/>
        <w:t>vn 0.9450 -0.0939 0.3134</w:t>
        <w:br/>
        <w:t>vn 0.8944 -0.2920 0.3388</w:t>
        <w:br/>
        <w:t>vn 0.8705 -0.2011 -0.4493</w:t>
        <w:br/>
        <w:t>vn 0.8164 -0.3951 -0.4211</w:t>
        <w:br/>
        <w:t>vn 0.2861 -0.1362 -0.9485</w:t>
        <w:br/>
        <w:t>vn -0.4257 0.0616 -0.9028</w:t>
        <w:br/>
        <w:t>vn -0.8934 0.2846 -0.3476</w:t>
        <w:br/>
        <w:t>vn -0.8210 0.3887 0.4181</w:t>
        <w:br/>
        <w:t>vn -0.2443 0.3034 0.9210</w:t>
        <w:br/>
        <w:t>vn 0.4699 0.1029 0.8767</w:t>
        <w:br/>
        <w:t>vn 0.9434 -0.0977 0.3171</w:t>
        <w:br/>
        <w:t>vn 0.8645 -0.1997 -0.4612</w:t>
        <w:br/>
        <w:t>vn -0.8772 0.0890 0.4719</w:t>
        <w:br/>
        <w:t>vn -0.2914 0.0225 0.9563</w:t>
        <w:br/>
        <w:t>vn -0.2990 0.0281 0.9538</w:t>
        <w:br/>
        <w:t>vn -0.8793 0.1018 0.4653</w:t>
        <w:br/>
        <w:t>vn 0.3893 -0.1609 0.9070</w:t>
        <w:br/>
        <w:t>vn 0.3915 -0.1598 0.9062</w:t>
        <w:br/>
        <w:t>vn 0.8488 -0.3774 0.3702</w:t>
        <w:br/>
        <w:t>vn 0.8546 -0.3710 0.3634</w:t>
        <w:br/>
        <w:t>vn 0.7719 -0.4784 -0.4188</w:t>
        <w:br/>
        <w:t>vn 0.7732 -0.4704 -0.4252</w:t>
        <w:br/>
        <w:t>vn 0.2029 -0.3861 -0.8999</w:t>
        <w:br/>
        <w:t>vn -0.4780 -0.2044 -0.8542</w:t>
        <w:br/>
        <w:t>vn -0.4796 -0.2066 -0.8528</w:t>
        <w:br/>
        <w:t>vn -0.9504 -0.0111 -0.3107</w:t>
        <w:br/>
        <w:t>vn -0.9515 0.0020 -0.3075</w:t>
        <w:br/>
        <w:t>vn -0.6726 0.6499 0.3540</w:t>
        <w:br/>
        <w:t>vn -0.7497 0.5665 -0.3420</w:t>
        <w:br/>
        <w:t>vn -0.9552 -0.1519 -0.2539</w:t>
        <w:br/>
        <w:t>vn -0.8886 -0.0613 0.4546</w:t>
        <w:br/>
        <w:t>vn -0.4318 0.3551 -0.8291</w:t>
        <w:br/>
        <w:t>vn -0.5992 -0.2921 -0.7454</w:t>
        <w:br/>
        <w:t>vn -0.3760 -0.3381 -0.8627</w:t>
        <w:br/>
        <w:t>vn -0.2321 0.2406 -0.9425</w:t>
        <w:br/>
        <w:t>vn -0.1526 0.5738 0.8047</w:t>
        <w:br/>
        <w:t>vn -0.3668 -0.1563 0.9171</w:t>
        <w:br/>
        <w:t>vn 0.0760 -0.2479 0.9658</w:t>
        <w:br/>
        <w:t>vn 0.2945 0.4108 0.8629</w:t>
        <w:br/>
        <w:t>vn -0.9413 0.0450 0.3345</w:t>
        <w:br/>
        <w:t>vn -0.8865 0.0632 0.4584</w:t>
        <w:br/>
        <w:t>vn -0.7321 0.5430 0.4113</w:t>
        <w:br/>
        <w:t>vn -0.7692 0.5657 0.2973</w:t>
        <w:br/>
        <w:t>vn 0.3990 0.3502 0.8474</w:t>
        <w:br/>
        <w:t>vn 0.1704 -0.2570 0.9513</w:t>
        <w:br/>
        <w:t>vn -0.9400 0.0177 0.3408</w:t>
        <w:br/>
        <w:t>vn -0.8941 0.0159 0.4476</w:t>
        <w:br/>
        <w:t>vn -0.7145 0.5999 0.3600</w:t>
        <w:br/>
        <w:t>vn -0.7570 0.5947 0.2708</w:t>
        <w:br/>
        <w:t>vn 0.9186 -0.2283 0.3227</w:t>
        <w:br/>
        <w:t>vn 0.8390 -0.3282 -0.4341</w:t>
        <w:br/>
        <w:t>vn 0.8389 -0.3282 -0.4341</w:t>
        <w:br/>
        <w:t>vn 0.5710 -0.0397 0.8200</w:t>
        <w:br/>
        <w:t>vn 0.3639 0.0420 0.9305</w:t>
        <w:br/>
        <w:t>vn 0.3640 0.0420 0.9304</w:t>
        <w:br/>
        <w:t>vn -0.1800 -0.1030 -0.9782</w:t>
        <w:br/>
        <w:t>vn 0.2678 -0.2340 -0.9346</w:t>
        <w:br/>
        <w:t>vn -0.1800 -0.1030 -0.9783</w:t>
        <w:br/>
        <w:t>vn 0.9016 -0.3187 -0.2925</w:t>
        <w:br/>
        <w:t>vn 0.9016 -0.3188 -0.2925</w:t>
        <w:br/>
        <w:t>vn 0.9028 -0.3167 -0.2911</w:t>
        <w:br/>
        <w:t>vn -0.2528 -0.0785 -0.9643</w:t>
        <w:br/>
        <w:t>vn -0.2528 -0.0784 -0.9643</w:t>
        <w:br/>
        <w:t>vn 0.8563 -0.3277 -0.3992</w:t>
        <w:br/>
        <w:t>vn 0.8509 -0.3283 -0.4100</w:t>
        <w:br/>
        <w:t>vn -0.8544 -0.4971 -0.1515</w:t>
        <w:br/>
        <w:t>vn -0.8060 -0.4295 0.4074</w:t>
        <w:br/>
        <w:t>vn -0.5852 -0.5729 -0.5739</w:t>
        <w:br/>
        <w:t>vn -0.4130 -0.5786 -0.7033</w:t>
        <w:br/>
        <w:t>vn -0.3968 -0.5107 0.7627</w:t>
        <w:br/>
        <w:t>vn -0.0628 -0.5543 0.8299</w:t>
        <w:br/>
        <w:t>vn -0.9850 0.0965 0.1429</w:t>
        <w:br/>
        <w:t>vn -0.8704 0.1850 -0.4563</w:t>
        <w:br/>
        <w:t>vn -0.8704 0.1851 -0.4563</w:t>
        <w:br/>
        <w:t>vn -0.9472 -0.1577 -0.2792</w:t>
        <w:br/>
        <w:t>vn -0.9598 -0.2507 0.1262</w:t>
        <w:br/>
        <w:t>vn -0.9060 -0.2059 0.3698</w:t>
        <w:br/>
        <w:t>vn -0.0017 -0.5372 0.8434</w:t>
        <w:br/>
        <w:t>vn -0.8898 -0.2727 0.3658</w:t>
        <w:br/>
        <w:t>vn -0.7741 -0.2885 0.5635</w:t>
        <w:br/>
        <w:t>vn -0.5074 -0.1505 0.8484</w:t>
        <w:br/>
        <w:t>vn -0.3162 0.2293 0.9206</w:t>
        <w:br/>
        <w:t>vn -0.5678 0.2843 0.7725</w:t>
        <w:br/>
        <w:t>vn -0.7808 0.0935 0.6178</w:t>
        <w:br/>
        <w:t>vn -0.2809 0.6339 0.7206</w:t>
        <w:br/>
        <w:t>vn -0.6573 0.5188 0.5466</w:t>
        <w:br/>
        <w:t>vn -0.4243 0.8164 0.3917</w:t>
        <w:br/>
        <w:t>vn -0.5258 0.8197 0.2273</w:t>
        <w:br/>
        <w:t>vn 0.4349 0.6102 0.6622</w:t>
        <w:br/>
        <w:t>vn 0.3478 0.6781 0.6475</w:t>
        <w:br/>
        <w:t>vn -0.0107 0.8212 0.5705</w:t>
        <w:br/>
        <w:t>vn -0.4253 0.8752 0.2307</w:t>
        <w:br/>
        <w:t>vn -0.4856 0.8156 -0.3145</w:t>
        <w:br/>
        <w:t>vn -0.2678 0.6365 -0.7233</w:t>
        <w:br/>
        <w:t>vn -0.1334 0.5258 -0.8401</w:t>
        <w:br/>
        <w:t>vn -0.6245 0.7260 0.2878</w:t>
        <w:br/>
        <w:t>vn -0.6532 0.7544 0.0648</w:t>
        <w:br/>
        <w:t>vn -0.8551 0.5048 0.1180</w:t>
        <w:br/>
        <w:t>vn -0.7430 0.5853 -0.3246</w:t>
        <w:br/>
        <w:t>vn 0.8554 -0.3266 -0.4020</w:t>
        <w:br/>
        <w:t>vn 0.8554 -0.3266 -0.4021</w:t>
        <w:br/>
        <w:t>vn 0.9024 -0.3141 -0.2950</w:t>
        <w:br/>
        <w:t>vn 0.9024 -0.3142 -0.2949</w:t>
        <w:br/>
        <w:t>vn -0.7584 0.3214 0.5670</w:t>
        <w:br/>
        <w:t>vn 0.8490 -0.3261 -0.4158</w:t>
        <w:br/>
        <w:t>vn 0.9008 -0.3137 -0.3002</w:t>
        <w:br/>
        <w:t>vn -0.6297 0.7033 0.3300</w:t>
        <w:br/>
        <w:t>vn -0.7035 0.6234 -0.3413</w:t>
        <w:br/>
        <w:t>vn -0.9455 -0.2267 -0.2338</w:t>
        <w:br/>
        <w:t>vn -0.8817 -0.1400 0.4506</w:t>
        <w:br/>
        <w:t>vn -0.2951 0.4241 -0.8562</w:t>
        <w:br/>
        <w:t>vn -0.5230 -0.4288 -0.7367</w:t>
        <w:br/>
        <w:t>vn 0.3631 0.2248 -0.9042</w:t>
        <w:br/>
        <w:t>vn 0.1256 -0.6250 -0.7705</w:t>
        <w:br/>
        <w:t>vn 0.8811 0.1449 -0.4502</w:t>
        <w:br/>
        <w:t>vn 0.6284 -0.7066 -0.3252</w:t>
        <w:br/>
        <w:t>vn 0.6284 -0.7067 -0.3251</w:t>
        <w:br/>
        <w:t>vn 0.8811 0.1450 -0.4501</w:t>
        <w:br/>
        <w:t>vn 0.9444 0.2300 0.2352</w:t>
        <w:br/>
        <w:t>vn 0.6993 -0.6246 0.3476</w:t>
        <w:br/>
        <w:t>vn 0.5214 0.4276 0.7385</w:t>
        <w:br/>
        <w:t>vn 0.2922 -0.4254 0.8565</w:t>
        <w:br/>
        <w:t>vn -0.1273 0.6221 0.7725</w:t>
        <w:br/>
        <w:t>vn -0.3638 -0.2242 0.9041</w:t>
        <w:br/>
        <w:t>vn 0.8406 -0.3265 -0.4321</w:t>
        <w:br/>
        <w:t>vn 0.8406 -0.3269 -0.4320</w:t>
        <w:br/>
        <w:t>vn 0.9186 -0.2266 0.3238</w:t>
        <w:br/>
        <w:t>vn 0.9186 -0.2265 0.3238</w:t>
        <w:br/>
        <w:t>vn 0.4570 0.0068 0.8895</w:t>
        <w:br/>
        <w:t>vn -0.2706 0.2340 0.9338</w:t>
        <w:br/>
        <w:t>vn -0.8413 0.3239 0.4327</w:t>
        <w:br/>
        <w:t>vn -0.8419 0.3221 0.4330</w:t>
        <w:br/>
        <w:t>vn -0.8413 0.3239 0.4328</w:t>
        <w:br/>
        <w:t>vn -0.9188 0.2259 -0.3238</w:t>
        <w:br/>
        <w:t>vn -0.4570 -0.0038 -0.8895</w:t>
        <w:br/>
        <w:t>vn -0.4570 -0.0038 -0.8894</w:t>
        <w:br/>
        <w:t>vn 0.2711 -0.2332 -0.9339</w:t>
        <w:br/>
        <w:t>vn 0.2711 -0.2333 -0.9339</w:t>
        <w:br/>
        <w:t>vn -0.3136 0.9338 0.1722</w:t>
        <w:br/>
        <w:t>vn -0.3650 0.8836 -0.2933</w:t>
        <w:br/>
        <w:t>vn -0.7829 -0.6138 -0.1014</w:t>
        <w:br/>
        <w:t>vn -0.7406 -0.5569 0.3761</w:t>
        <w:br/>
        <w:t>vn -0.0820 0.7517 -0.6544</w:t>
        <w:br/>
        <w:t>vn -0.4861 -0.7491 -0.4501</w:t>
        <w:br/>
        <w:t>vn 0.3776 0.6167 -0.6907</w:t>
        <w:br/>
        <w:t>vn -0.0357 -0.8816 -0.4706</w:t>
        <w:br/>
        <w:t>vn 0.7386 0.5610 -0.3737</w:t>
        <w:br/>
        <w:t>vn 0.3060 -0.9385 -0.1600</w:t>
        <w:br/>
        <w:t>vn 0.7800 0.6172 0.1034</w:t>
        <w:br/>
        <w:t>vn 0.7386 0.5611 -0.3737</w:t>
        <w:br/>
        <w:t>vn 0.3059 -0.9385 -0.1599</w:t>
        <w:br/>
        <w:t>vn 0.3541 -0.8849 0.3025</w:t>
        <w:br/>
        <w:t>vn 0.4833 0.7495 0.4525</w:t>
        <w:br/>
        <w:t>vn 0.0777 -0.7511 0.6556</w:t>
        <w:br/>
        <w:t>vn 0.0331 0.8784 0.4768</w:t>
        <w:br/>
        <w:t>vn -0.3784 -0.6153 0.6915</w:t>
        <w:br/>
        <w:t>vn 0.1976 -0.3879 -0.9003</w:t>
        <w:br/>
        <w:t>vn -0.6746 0.6403 0.3674</w:t>
        <w:br/>
        <w:t>vn -0.8169 0.4861 -0.3104</w:t>
        <w:br/>
        <w:t>vn -0.9645 -0.2272 -0.1345</w:t>
        <w:br/>
        <w:t>vn -0.8289 -0.0701 0.5550</w:t>
        <w:br/>
        <w:t>vn -0.5374 0.2496 -0.8055</w:t>
        <w:br/>
        <w:t>vn -0.6546 -0.3893 -0.6480</w:t>
        <w:br/>
        <w:t>vn -0.4438 -0.4325 -0.7849</w:t>
        <w:br/>
        <w:t>vn -0.3456 0.1382 -0.9282</w:t>
        <w:br/>
        <w:t>vn -0.1018 0.6337 0.7668</w:t>
        <w:br/>
        <w:t>vn -0.2540 -0.0926 0.9628</w:t>
        <w:br/>
        <w:t>vn 0.1930 -0.1532 0.9692</w:t>
        <w:br/>
        <w:t>vn 0.3577 0.5005 0.7884</w:t>
        <w:br/>
        <w:t>vn -0.9018 0.0204 0.4317</w:t>
        <w:br/>
        <w:t>vn -0.8351 0.0524 0.5475</w:t>
        <w:br/>
        <w:t>vn -0.7213 0.5339 0.4412</w:t>
        <w:br/>
        <w:t>vn -0.7725 0.5433 0.3288</w:t>
        <w:br/>
        <w:t>vn 0.4616 0.4448 0.7675</w:t>
        <w:br/>
        <w:t>vn 0.2838 -0.1578 0.9458</w:t>
        <w:br/>
        <w:t>vn -0.8968 -0.0123 0.4422</w:t>
        <w:br/>
        <w:t>vn -0.8377 -0.0003 0.5461</w:t>
        <w:br/>
        <w:t>vn -0.7040 0.5967 0.3851</w:t>
        <w:br/>
        <w:t>vn -0.7567 0.5815 0.2986</w:t>
        <w:br/>
        <w:t>vn 0.9597 -0.1440 0.2414</w:t>
        <w:br/>
        <w:t>vn 0.8094 -0.3161 -0.4949</w:t>
        <w:br/>
        <w:t>vn 0.6539 0.0667 0.7536</w:t>
        <w:br/>
        <w:t>vn 0.4565 0.1449 0.8778</w:t>
        <w:br/>
        <w:t>vn 0.4570 0.1452 0.8776</w:t>
        <w:br/>
        <w:t>vn -0.2755 -0.1981 -0.9407</w:t>
        <w:br/>
        <w:t>vn 0.1805 -0.2988 -0.9371</w:t>
        <w:br/>
        <w:t>vn -0.2756 -0.1981 -0.9406</w:t>
        <w:br/>
        <w:t>vn 0.8866 -0.2892 -0.3610</w:t>
        <w:br/>
        <w:t>vn 0.8879 -0.2870 -0.3594</w:t>
        <w:br/>
        <w:t>vn 0.8880 -0.2870 -0.3594</w:t>
        <w:br/>
        <w:t>vn -0.3463 -0.1772 -0.9212</w:t>
        <w:br/>
        <w:t>vn -0.3463 -0.1771 -0.9212</w:t>
        <w:br/>
        <w:t>vn 0.8246 -0.3154 -0.4697</w:t>
        <w:br/>
        <w:t>vn 0.8246 -0.3154 -0.4696</w:t>
        <w:br/>
        <w:t>vn 0.8194 -0.3164 -0.4780</w:t>
        <w:br/>
        <w:t>vn 0.8194 -0.3163 -0.4780</w:t>
        <w:br/>
        <w:t>vn -0.8328 -0.5534 -0.0125</w:t>
        <w:br/>
        <w:t>vn -0.7273 -0.4333 0.5322</w:t>
        <w:br/>
        <w:t>vn -0.6068 -0.6511 -0.4559</w:t>
        <w:br/>
        <w:t>vn -0.4492 -0.6587 -0.6036</w:t>
        <w:br/>
        <w:t>vn -0.2772 -0.4571 0.8451</w:t>
        <w:br/>
        <w:t>vn 0.0616 -0.4744 0.8782</w:t>
        <w:br/>
        <w:t>vn -0.9686 0.0515 0.2430</w:t>
        <w:br/>
        <w:t>vn -0.9219 0.0907 -0.3766</w:t>
        <w:br/>
        <w:t>vn -0.9219 0.0907 -0.3767</w:t>
        <w:br/>
        <w:t>vn -0.9586 -0.2352 -0.1605</w:t>
        <w:br/>
        <w:t>vn -0.9225 -0.2915 0.2530</w:t>
        <w:br/>
        <w:t>vn -0.8453 -0.2227 0.4856</w:t>
        <w:br/>
        <w:t>vn 0.1213 -0.4528 0.8833</w:t>
        <w:br/>
        <w:t>vn -0.8196 -0.3029 0.4863</w:t>
        <w:br/>
        <w:t>vn -0.6777 -0.2923 0.6748</w:t>
        <w:br/>
        <w:t>vn -0.3831 -0.1087 0.9173</w:t>
        <w:br/>
        <w:t>vn -0.2084 0.2897 0.9342</w:t>
        <w:br/>
        <w:t>vn -0.4854 0.3202 0.8136</w:t>
        <w:br/>
        <w:t>vn -0.7076 0.1025 0.6991</w:t>
        <w:br/>
        <w:t>vn -0.2225 0.6824 0.6963</w:t>
        <w:br/>
        <w:t>vn -0.6194 0.5332 0.5762</w:t>
        <w:br/>
        <w:t>vn -0.4159 0.8336 0.3636</w:t>
        <w:br/>
        <w:t>vn -0.5369 0.8180 0.2064</w:t>
        <w:br/>
        <w:t>vn 0.4628 0.6882 0.5587</w:t>
        <w:br/>
        <w:t>vn 0.3718 0.7502 0.5467</w:t>
        <w:br/>
        <w:t>vn -0.0018 0.8680 0.4965</w:t>
        <w:br/>
        <w:t>vn -0.4562 0.8680 0.1963</w:t>
        <w:br/>
        <w:t>vn -0.5694 0.7505 -0.3354</w:t>
        <w:br/>
        <w:t>vn -0.3834 0.5450 -0.7457</w:t>
        <w:br/>
        <w:t>vn -0.2560 0.4325 -0.8645</w:t>
        <w:br/>
        <w:t>vn -0.6403 0.7116 0.2893</w:t>
        <w:br/>
        <w:t>vn -0.6945 0.7165 0.0661</w:t>
        <w:br/>
        <w:t>vn -0.8716 0.4612 0.1660</w:t>
        <w:br/>
        <w:t>vn -0.8099 0.5054 -0.2977</w:t>
        <w:br/>
        <w:t>vn 0.8206 -0.3159 -0.4763</w:t>
        <w:br/>
        <w:t>vn 0.8205 -0.3159 -0.4764</w:t>
        <w:br/>
        <w:t>vn 0.8868 -0.2852 -0.3637</w:t>
        <w:br/>
        <w:t>vn -0.7104 0.3248 0.6244</w:t>
        <w:br/>
        <w:t>vn 0.8112 -0.3174 -0.4912</w:t>
        <w:br/>
        <w:t>vn 0.8842 -0.2855 -0.3696</w:t>
        <w:br/>
        <w:t>vn -0.1668 -0.9545 0.2471</w:t>
        <w:br/>
        <w:t>vn -0.1571 -0.9543 0.2542</w:t>
        <w:br/>
        <w:t>vn -0.1575 -0.9552 0.2505</w:t>
        <w:br/>
        <w:t>vn -0.1629 -0.9552 0.2470</w:t>
        <w:br/>
        <w:t>vn -0.1622 -0.9544 0.2507</w:t>
        <w:br/>
        <w:t>vn -0.1585 -0.9546 0.2523</w:t>
        <w:br/>
        <w:t>vn -0.1530 -0.9557 0.2515</w:t>
        <w:br/>
        <w:t>vn -0.1504 -0.9568 0.2489</w:t>
        <w:br/>
        <w:t>vn -0.1470 -0.9563 0.2527</w:t>
        <w:br/>
        <w:t>vn 0.1812 0.9603 -0.2119</w:t>
        <w:br/>
        <w:t>vn 0.2829 0.9438 -0.1710</w:t>
        <w:br/>
        <w:t>vn 0.1855 0.9535 -0.2374</w:t>
        <w:br/>
        <w:t>vn 0.2713 0.9427 -0.1942</w:t>
        <w:br/>
        <w:t>vn 0.2572 0.9302 -0.2620</w:t>
        <w:br/>
        <w:t>vn 0.1964 0.9325 -0.3031</w:t>
        <w:br/>
        <w:t>vn 0.1279 0.9475 -0.2930</w:t>
        <w:br/>
        <w:t>vn 0.0901 0.9673 -0.2370</w:t>
        <w:br/>
        <w:t>vn 0.0699 0.9734 -0.2183</w:t>
        <w:br/>
        <w:t>vn -0.1951 0.2260 0.9544</w:t>
        <w:br/>
        <w:t>vn -0.1395 0.4827 0.8646</w:t>
        <w:br/>
        <w:t>vn 0.5758 0.2998 0.7607</w:t>
        <w:br/>
        <w:t>vn 0.5424 0.0390 0.8392</w:t>
        <w:br/>
        <w:t>vn -0.8197 0.2454 0.5175</w:t>
        <w:br/>
        <w:t>vn -0.7463 0.4999 0.4395</w:t>
        <w:br/>
        <w:t>vn -0.9734 0.0858 -0.2124</w:t>
        <w:br/>
        <w:t>vn -0.8995 0.3420 -0.2717</w:t>
        <w:br/>
        <w:t>vn -0.5633 -0.1509 -0.8124</w:t>
        <w:br/>
        <w:t>vn -0.4932 0.1021 -0.8639</w:t>
        <w:br/>
        <w:t>vn 0.1743 -0.3271 -0.9288</w:t>
        <w:br/>
        <w:t>vn 0.2196 -0.0770 -0.9726</w:t>
        <w:br/>
        <w:t>vn 0.8309 -0.0992 -0.5475</w:t>
        <w:br/>
        <w:t>vn 0.7991 -0.3509 -0.4883</w:t>
        <w:br/>
        <w:t>vn 0.9497 -0.2026 0.2386</w:t>
        <w:br/>
        <w:t>vn 0.9820 0.0556 0.1805</w:t>
        <w:br/>
        <w:t>vn -0.2546 -0.2428 0.9361</w:t>
        <w:br/>
        <w:t>vn 0.3862 -0.4078 0.8274</w:t>
        <w:br/>
        <w:t>vn -0.8017 -0.2237 0.5544</w:t>
        <w:br/>
        <w:t>vn -0.9273 -0.3653 -0.0815</w:t>
        <w:br/>
        <w:t>vn -0.5828 -0.5643 -0.5847</w:t>
        <w:br/>
        <w:t>vn 0.0602 -0.7296 -0.6812</w:t>
        <w:br/>
        <w:t>vn 0.6102 -0.7332 -0.3002</w:t>
        <w:br/>
        <w:t>vn 0.7314 -0.6093 0.3062</w:t>
        <w:br/>
        <w:t>vn -0.5568 -0.1840 -0.8100</w:t>
        <w:br/>
        <w:t>vn 0.1662 -0.3709 -0.9137</w:t>
        <w:br/>
        <w:t>vn 0.1982 -0.1953 -0.9605</w:t>
        <w:br/>
        <w:t>vn -0.5255 -0.0174 -0.8506</w:t>
        <w:br/>
        <w:t>vn -0.9347 0.2334 -0.2679</w:t>
        <w:br/>
        <w:t>vn -0.9728 0.0721 -0.2202</w:t>
        <w:br/>
        <w:t>vn -0.7878 0.4064 0.4627</w:t>
        <w:br/>
        <w:t>vn -0.8234 0.2431 0.5128</w:t>
        <w:br/>
        <w:t>vn -0.1635 0.3951 0.9040</w:t>
        <w:br/>
        <w:t>vn -0.1963 0.2280 0.9537</w:t>
        <w:br/>
        <w:t>vn 0.5594 0.2194 0.7993</w:t>
        <w:br/>
        <w:t>vn 0.5327 0.0390 0.8454</w:t>
        <w:br/>
        <w:t>vn 0.9775 -0.0145 0.2102</w:t>
        <w:br/>
        <w:t>vn 0.9429 -0.2122 0.2568</w:t>
        <w:br/>
        <w:t>vn 0.8275 -0.1905 -0.5282</w:t>
        <w:br/>
        <w:t>vn 0.7894 -0.3841 -0.4788</w:t>
        <w:br/>
        <w:t>vn 0.1893 -0.2008 -0.9612</w:t>
        <w:br/>
        <w:t>vn -0.5246 -0.0394 -0.8505</w:t>
        <w:br/>
        <w:t>vn -0.9424 0.2042 -0.2650</w:t>
        <w:br/>
        <w:t>vn -0.7939 0.3772 0.4769</w:t>
        <w:br/>
        <w:t>vn -0.1616 0.3672 0.9160</w:t>
        <w:br/>
        <w:t>vn 0.5550 0.2032 0.8066</w:t>
        <w:br/>
        <w:t>vn 0.9766 -0.0181 0.2144</w:t>
        <w:br/>
        <w:t>vn 0.8202 -0.1905 -0.5394</w:t>
        <w:br/>
        <w:t>vn -0.8245 0.0806 0.5601</w:t>
        <w:br/>
        <w:t>vn -0.1863 0.0882 0.9785</w:t>
        <w:br/>
        <w:t>vn -0.1946 0.0931 0.9765</w:t>
        <w:br/>
        <w:t>vn -0.8282 0.0926 0.5528</w:t>
        <w:br/>
        <w:t>vn 0.4953 -0.0609 0.8666</w:t>
        <w:br/>
        <w:t>vn 0.4976 -0.0603 0.8653</w:t>
        <w:br/>
        <w:t>vn 0.9066 -0.2970 0.2998</w:t>
        <w:br/>
        <w:t>vn 0.9111 -0.2910 0.2919</w:t>
        <w:br/>
        <w:t>vn 0.7509 -0.4692 -0.4648</w:t>
        <w:br/>
        <w:t>vn 0.7510 -0.4618 -0.4720</w:t>
        <w:br/>
        <w:t>vn 0.1281 -0.4498 -0.8839</w:t>
        <w:br/>
        <w:t>vn -0.5541 -0.3026 -0.7755</w:t>
        <w:br/>
        <w:t>vn -0.5554 -0.3048 -0.7737</w:t>
        <w:br/>
        <w:t>vn -0.9759 -0.0899 -0.1986</w:t>
        <w:br/>
        <w:t>vn -0.9775 -0.0767 -0.1964</w:t>
        <w:br/>
        <w:t>vn -0.6704 0.6397 0.3759</w:t>
        <w:br/>
        <w:t>vn -0.8174 0.4930 -0.2980</w:t>
        <w:br/>
        <w:t>vn -0.9654 -0.2255 -0.1307</w:t>
        <w:br/>
        <w:t>vn -0.8280 -0.0710 0.5562</w:t>
        <w:br/>
        <w:t>vn -0.5414 0.2586 -0.8000</w:t>
        <w:br/>
        <w:t>vn -0.6568 -0.3873 -0.6470</w:t>
        <w:br/>
        <w:t>vn -0.4451 -0.4309 -0.7850</w:t>
        <w:br/>
        <w:t>vn -0.3484 0.1458 -0.9259</w:t>
        <w:br/>
        <w:t>vn -0.1006 0.6312 0.7691</w:t>
        <w:br/>
        <w:t>vn -0.2539 -0.0973 0.9623</w:t>
        <w:br/>
        <w:t>vn 0.1964 -0.1598 0.9674</w:t>
        <w:br/>
        <w:t>vn 0.3597 0.4987 0.7886</w:t>
        <w:br/>
        <w:t>vn -0.9002 0.0216 0.4349</w:t>
        <w:br/>
        <w:t>vn -0.8335 0.0532 0.5499</w:t>
        <w:br/>
        <w:t>vn -0.7164 0.5349 0.4479</w:t>
        <w:br/>
        <w:t>vn -0.7670 0.5458 0.3374</w:t>
        <w:br/>
        <w:t>vn 0.4656 0.4429 0.7662</w:t>
        <w:br/>
        <w:t>vn 0.2891 -0.1649 0.9430</w:t>
        <w:br/>
        <w:t>vn -0.8965 -0.0049 0.4430</w:t>
        <w:br/>
        <w:t>vn -0.8392 0.0049 0.5437</w:t>
        <w:br/>
        <w:t>vn -0.7081 0.5882 0.3907</w:t>
        <w:br/>
        <w:t>vn -0.7595 0.5731 0.3076</w:t>
        <w:br/>
        <w:t>vn 0.9610 -0.1489 0.2330</w:t>
        <w:br/>
        <w:t>vn 0.8061 -0.3174 -0.4995</w:t>
        <w:br/>
        <w:t>vn 0.6582 0.0621 0.7502</w:t>
        <w:br/>
        <w:t>vn 0.4596 0.1414 0.8768</w:t>
        <w:br/>
        <w:t>vn 0.4597 0.1414 0.8767</w:t>
        <w:br/>
        <w:t>vn -0.2785 -0.1961 -0.9402</w:t>
        <w:br/>
        <w:t>vn 0.1790 -0.2980 -0.9376</w:t>
        <w:br/>
        <w:t>vn -0.2784 -0.1961 -0.9402</w:t>
        <w:br/>
        <w:t>vn 0.8829 -0.2925 -0.3673</w:t>
        <w:br/>
        <w:t>vn 0.8830 -0.2925 -0.3672</w:t>
        <w:br/>
        <w:t>vn 0.8842 -0.2902 -0.3661</w:t>
        <w:br/>
        <w:t>vn -0.3507 -0.1745 -0.9201</w:t>
        <w:br/>
        <w:t>vn -0.3506 -0.1747 -0.9201</w:t>
        <w:br/>
        <w:t>vn 0.8270 -0.3130 -0.4669</w:t>
        <w:br/>
        <w:t>vn 0.8271 -0.3130 -0.4669</w:t>
        <w:br/>
        <w:t>vn 0.8206 -0.3148 -0.4769</w:t>
        <w:br/>
        <w:t>vn 0.8206 -0.3148 -0.4770</w:t>
        <w:br/>
        <w:t>vn -0.8320 -0.5547 -0.0137</w:t>
        <w:br/>
        <w:t>vn -0.7276 -0.4367 0.5290</w:t>
        <w:br/>
        <w:t>vn -0.6062 -0.6512 -0.4566</w:t>
        <w:br/>
        <w:t>vn -0.4488 -0.6585 -0.6041</w:t>
        <w:br/>
        <w:t>vn -0.2778 -0.4648 0.8407</w:t>
        <w:br/>
        <w:t>vn 0.0637 -0.4840 0.8728</w:t>
        <w:br/>
        <w:t>vn -0.9677 0.0541 0.2462</w:t>
        <w:br/>
        <w:t>vn -0.9250 0.0972 -0.3674</w:t>
        <w:br/>
        <w:t>vn -0.9250 0.0971 -0.3674</w:t>
        <w:br/>
        <w:t>vn -0.9599 -0.2328 -0.1562</w:t>
        <w:br/>
        <w:t>vn -0.9222 -0.2915 0.2540</w:t>
        <w:br/>
        <w:t>vn -0.8452 -0.2231 0.4856</w:t>
        <w:br/>
        <w:t>vn 0.1247 -0.4625 0.8778</w:t>
        <w:br/>
        <w:t>vn -0.8255 -0.2890 0.4848</w:t>
        <w:br/>
        <w:t>vn -0.6880 -0.2814 0.6689</w:t>
        <w:br/>
        <w:t>vn -0.4014 -0.1051 0.9099</w:t>
        <w:br/>
        <w:t>vn -0.2281 0.2894 0.9296</w:t>
        <w:br/>
        <w:t>vn -0.4973 0.3176 0.8074</w:t>
        <w:br/>
        <w:t>vn -0.7133 0.1028 0.6933</w:t>
        <w:br/>
        <w:t>vn -0.2410 0.6767 0.6957</w:t>
        <w:br/>
        <w:t>vn -0.6258 0.5267 0.5753</w:t>
        <w:br/>
        <w:t>vn -0.4308 0.8223 0.3718</w:t>
        <w:br/>
        <w:t>vn -0.5495 0.8059 0.2202</w:t>
        <w:br/>
        <w:t>vn 0.4643 0.6877 0.5582</w:t>
        <w:br/>
        <w:t>vn 0.3720 0.7491 0.5481</w:t>
        <w:br/>
        <w:t>vn -0.0013 0.8651 0.5016</w:t>
        <w:br/>
        <w:t>vn -0.4530 0.8669 0.2079</w:t>
        <w:br/>
        <w:t>vn -0.5685 0.7577 -0.3205</w:t>
        <w:br/>
        <w:t>vn -0.3852 0.5565 -0.7362</w:t>
        <w:br/>
        <w:t>vn -0.2577 0.4437 -0.8583</w:t>
        <w:br/>
        <w:t>vn -0.6351 0.7122 0.2989</w:t>
        <w:br/>
        <w:t>vn -0.6895 0.7200 0.0792</w:t>
        <w:br/>
        <w:t>vn -0.8678 0.4653 0.1745</w:t>
        <w:br/>
        <w:t>vn -0.8100 0.5136 -0.2831</w:t>
        <w:br/>
        <w:t>vn 0.8258 -0.3122 -0.4697</w:t>
        <w:br/>
        <w:t>vn 0.8257 -0.3122 -0.4698</w:t>
        <w:br/>
        <w:t>vn 0.8833 -0.2880 -0.3700</w:t>
        <w:br/>
        <w:t>vn 0.8833 -0.2880 -0.3701</w:t>
        <w:br/>
        <w:t>vn -0.7109 0.3265 0.6230</w:t>
        <w:br/>
        <w:t>vn 0.8179 -0.3132 -0.4827</w:t>
        <w:br/>
        <w:t>vn 0.8811 -0.2880 -0.3750</w:t>
        <w:br/>
        <w:t>vn -0.6340 0.6931 0.3430</w:t>
        <w:br/>
        <w:t>vn -0.7750 0.5523 -0.3072</w:t>
        <w:br/>
        <w:t>vn -0.9488 -0.2976 -0.1061</w:t>
        <w:br/>
        <w:t>vn -0.8166 -0.1492 0.5576</w:t>
        <w:br/>
        <w:t>vn -0.4133 0.3324 -0.8478</w:t>
        <w:br/>
        <w:t>vn -0.5714 -0.5183 -0.6363</w:t>
        <w:br/>
        <w:t>vn 0.2473 0.1664 -0.9546</w:t>
        <w:br/>
        <w:t>vn 0.0809 -0.6808 -0.7280</w:t>
        <w:br/>
        <w:t>vn 0.8157 0.1542 -0.5575</w:t>
        <w:br/>
        <w:t>vn 0.6334 -0.6962 -0.3377</w:t>
        <w:br/>
        <w:t>vn 0.6334 -0.6962 -0.3378</w:t>
        <w:br/>
        <w:t>vn 0.9476 0.3010 0.1073</w:t>
        <w:br/>
        <w:t>vn 0.7717 -0.5532 0.3139</w:t>
        <w:br/>
        <w:t>vn 0.5701 0.5172 0.6384</w:t>
        <w:br/>
        <w:t>vn 0.4105 -0.3337 0.8486</w:t>
        <w:br/>
        <w:t>vn -0.0822 0.6780 0.7305</w:t>
        <w:br/>
        <w:t>vn -0.2480 -0.1658 0.9545</w:t>
        <w:br/>
        <w:t>vn 0.8078 -0.3155 -0.4979</w:t>
        <w:br/>
        <w:t>vn 0.8079 -0.3154 -0.4979</w:t>
        <w:br/>
        <w:t>vn 0.9610 -0.1471 0.2340</w:t>
        <w:br/>
        <w:t>vn 0.5497 0.1080 0.8283</w:t>
        <w:br/>
        <w:t>vn -0.1818 0.2977 0.9372</w:t>
        <w:br/>
        <w:t>vn -0.8083 0.3129 0.4988</w:t>
        <w:br/>
        <w:t>vn -0.8087 0.3110 0.4993</w:t>
        <w:br/>
        <w:t>vn -0.9612 0.1464 -0.2339</w:t>
        <w:br/>
        <w:t>vn -0.5499 -0.1050 -0.8286</w:t>
        <w:br/>
        <w:t>vn -0.5500 -0.1050 -0.8286</w:t>
        <w:br/>
        <w:t>vn 0.1822 -0.2969 -0.9374</w:t>
        <w:br/>
        <w:t>vn 0.1822 -0.2970 -0.9373</w:t>
        <w:br/>
        <w:t>vn -0.3525 0.9264 0.1326</w:t>
        <w:br/>
        <w:t>vn -0.4505 0.8340 -0.3186</w:t>
        <w:br/>
        <w:t>vn -0.7482 -0.6624 0.0371</w:t>
        <w:br/>
        <w:t>vn -0.6579 -0.5625 0.5007</w:t>
        <w:br/>
        <w:t>vn -0.2010 0.6872 -0.6981</w:t>
        <w:br/>
        <w:t>vn -0.4830 -0.8104 -0.3315</w:t>
        <w:br/>
        <w:t>vn 0.2598 0.5754 -0.7755</w:t>
        <w:br/>
        <w:t>vn -0.0299 -0.9193 -0.3923</w:t>
        <w:br/>
        <w:t>vn 0.6560 0.5669 -0.4983</w:t>
        <w:br/>
        <w:t>vn 0.3465 -0.9305 -0.1191</w:t>
        <w:br/>
        <w:t>vn 0.7453 0.6658 -0.0351</w:t>
        <w:br/>
        <w:t>vn 0.6561 0.5668 -0.4983</w:t>
        <w:br/>
        <w:t>vn 0.3465 -0.9304 -0.1191</w:t>
        <w:br/>
        <w:t>vn 0.4412 -0.8349 0.3291</w:t>
        <w:br/>
        <w:t>vn 0.4804 0.8109 0.3341</w:t>
        <w:br/>
        <w:t>vn 0.1969 -0.6867 0.6998</w:t>
        <w:br/>
        <w:t>vn 0.0282 0.9165 0.3991</w:t>
        <w:br/>
        <w:t>vn -0.2605 -0.5738 0.7764</w:t>
        <w:br/>
        <w:t>vn 0.1229 -0.4520 -0.8835</w:t>
        <w:br/>
        <w:t>vn -0.6632 0.5588 0.4980</w:t>
        <w:br/>
        <w:t>vn -0.8939 0.4193 -0.1583</w:t>
        <w:br/>
        <w:t>vn -0.9503 -0.3113 -0.0011</w:t>
        <w:br/>
        <w:t>vn -0.7246 -0.1700 0.6679</w:t>
        <w:br/>
        <w:t>vn -0.6744 0.2300 -0.7016</w:t>
        <w:br/>
        <w:t>vn -0.7100 -0.4229 -0.5630</w:t>
        <w:br/>
        <w:t>vn -0.5198 -0.4405 -0.7320</w:t>
        <w:br/>
        <w:t>vn -0.4946 0.1421 -0.8574</w:t>
        <w:br/>
        <w:t>vn -0.0376 0.5902 0.8064</w:t>
        <w:br/>
        <w:t>vn -0.0940 -0.1546 0.9835</w:t>
        <w:br/>
        <w:t>vn 0.3521 -0.1731 0.9198</w:t>
        <w:br/>
        <w:t>vn 0.4296 0.5000 0.7520</w:t>
        <w:br/>
        <w:t>vn -0.8231 -0.0818 0.5620</w:t>
        <w:br/>
        <w:t>vn -0.7425 -0.0482 0.6681</w:t>
        <w:br/>
        <w:t>vn -0.6888 0.4455 0.5719</w:t>
        <w:br/>
        <w:t>vn -0.7571 0.4546 0.4692</w:t>
        <w:br/>
        <w:t>vn 0.5337 0.4552 0.7127</w:t>
        <w:br/>
        <w:t>vn 0.4382 -0.1682 0.8830</w:t>
        <w:br/>
        <w:t>vn -0.8137 -0.1143 0.5699</w:t>
        <w:br/>
        <w:t>vn -0.7407 -0.1009 0.6642</w:t>
        <w:br/>
        <w:t>vn -0.6856 0.5119 0.5175</w:t>
        <w:br/>
        <w:t>vn -0.7496 0.4954 0.4391</w:t>
        <w:br/>
        <w:t>vn 0.9942 -0.0627 0.0873</w:t>
        <w:br/>
        <w:t>vn 0.7482 -0.2186 -0.6265</w:t>
        <w:br/>
        <w:t>vn 0.7536 0.0976 0.6501</w:t>
        <w:br/>
        <w:t>vn 0.5716 0.1519 0.8064</w:t>
        <w:br/>
        <w:t>vn 0.5716 0.1520 0.8063</w:t>
        <w:br/>
        <w:t>vn -0.3985 -0.1853 -0.8983</w:t>
        <w:br/>
        <w:t>vn 0.0597 -0.2428 -0.9682</w:t>
        <w:br/>
        <w:t>vn 0.8424 -0.1899 -0.5043</w:t>
        <w:br/>
        <w:t>vn 0.8438 -0.1876 -0.5028</w:t>
        <w:br/>
        <w:t>vn -0.4670 -0.1719 -0.8674</w:t>
        <w:br/>
        <w:t>vn 0.7670 -0.2174 -0.6037</w:t>
        <w:br/>
        <w:t>vn 0.7607 -0.2185 -0.6112</w:t>
        <w:br/>
        <w:t>vn -0.7737 -0.6283 0.0820</w:t>
        <w:br/>
        <w:t>vn -0.5965 -0.5210 0.6106</w:t>
        <w:br/>
        <w:t>vn -0.6107 -0.6865 -0.3946</w:t>
        <w:br/>
        <w:t>vn -0.4775 -0.6733 -0.5644</w:t>
        <w:br/>
        <w:t>vn -0.1032 -0.5146 0.8512</w:t>
        <w:br/>
        <w:t>vn 0.2367 -0.5014 0.8322</w:t>
        <w:br/>
        <w:t>vn -0.9206 -0.0496 0.3874</w:t>
        <w:br/>
        <w:t>vn -0.9731 0.0186 -0.2295</w:t>
        <w:br/>
        <w:t>vn -0.9478 -0.3177 -0.0280</w:t>
        <w:br/>
        <w:t>vn -0.8439 -0.3868 0.3718</w:t>
        <w:br/>
        <w:t>vn -0.7383 -0.3203 0.5936</w:t>
        <w:br/>
        <w:t>vn 0.2942 -0.4743 0.8297</w:t>
        <w:br/>
        <w:t>vn -0.7056 -0.3979 0.5864</w:t>
        <w:br/>
        <w:t>vn -0.5379 -0.3814 0.7518</w:t>
        <w:br/>
        <w:t>vn -0.2267 -0.1809 0.9570</w:t>
        <w:br/>
        <w:t>vn -0.0868 0.2312 0.9690</w:t>
        <w:br/>
        <w:t>vn -0.3807 0.2402 0.8930</w:t>
        <w:br/>
        <w:t>vn -0.5981 0.0073 0.8014</w:t>
        <w:br/>
        <w:t>vn -0.1713 0.6301 0.7574</w:t>
        <w:br/>
        <w:t>vn -0.5675 0.4491 0.6901</w:t>
        <w:br/>
        <w:t>vn -0.4260 0.7756 0.4658</w:t>
        <w:br/>
        <w:t>vn -0.5680 0.7549 0.3277</w:t>
        <w:br/>
        <w:t>vn 0.4816 0.7059 0.5193</w:t>
        <w:br/>
        <w:t>vn 0.3847 0.7594 0.5246</w:t>
        <w:br/>
        <w:t>vn -0.0010 0.8435 0.5371</w:t>
        <w:br/>
        <w:t>vn -0.4943 0.8126 0.3087</w:t>
        <w:br/>
        <w:t>vn -0.6770 0.7067 -0.2057</w:t>
        <w:br/>
        <w:t>vn -0.5393 0.5359 -0.6496</w:t>
        <w:br/>
        <w:t>vn -0.4220 0.4408 -0.7922</w:t>
        <w:br/>
        <w:t>vn -0.6477 0.6360 0.4196</w:t>
        <w:br/>
        <w:t>vn -0.7356 0.6448 0.2075</w:t>
        <w:br/>
        <w:t>vn -0.8725 0.3702 0.3189</w:t>
        <w:br/>
        <w:t>vn -0.8868 0.4385 -0.1458</w:t>
        <w:br/>
        <w:t>vn 0.7620 -0.2180 -0.6098</w:t>
        <w:br/>
        <w:t>vn 0.8418 -0.1857 -0.5068</w:t>
        <w:br/>
        <w:t>vn 0.8418 -0.1858 -0.5068</w:t>
        <w:br/>
        <w:t>vn -0.6316 0.2312 0.7400</w:t>
        <w:br/>
        <w:t>vn 0.7505 -0.2197 -0.6232</w:t>
        <w:br/>
        <w:t>vn 0.8385 -0.1861 -0.5122</w:t>
        <w:br/>
        <w:t>vn -0.0433 -0.9751 0.2175</w:t>
        <w:br/>
        <w:t>vn -0.0326 -0.9742 0.2231</w:t>
        <w:br/>
        <w:t>vn -0.0336 -0.9750 0.2195</w:t>
        <w:br/>
        <w:t>vn -0.0395 -0.9754 0.2169</w:t>
        <w:br/>
        <w:t>vn -0.0386 -0.9747 0.2201</w:t>
        <w:br/>
        <w:t>vn -0.0347 -0.9746 0.2213</w:t>
        <w:br/>
        <w:t>vn -0.0289 -0.9751 0.2199</w:t>
        <w:br/>
        <w:t>vn -0.0267 -0.9759 0.2164</w:t>
        <w:br/>
        <w:t>vn -0.0227 -0.9753 0.2199</w:t>
        <w:br/>
        <w:t>vn 0.0624 0.9808 -0.1845</w:t>
        <w:br/>
        <w:t>vn 0.1705 0.9722 -0.1604</w:t>
        <w:br/>
        <w:t>vn 0.0632 0.9755 -0.2107</w:t>
        <w:br/>
        <w:t>vn 0.1553 0.9710 -0.1815</w:t>
        <w:br/>
        <w:t>vn 0.1321 0.9600 -0.2470</w:t>
        <w:br/>
        <w:t>vn 0.0661 0.9582 -0.2784</w:t>
        <w:br/>
        <w:t>vn -0.0014 0.9663 -0.2574</w:t>
        <w:br/>
        <w:t>vn -0.0317 0.9802 -0.1955</w:t>
        <w:br/>
        <w:t>vn -0.0495 0.9835 -0.1738</w:t>
        <w:br/>
        <w:t>vn -0.0651 0.1683 0.9836</w:t>
        <w:br/>
        <w:t>vn -0.0464 0.4324 0.9005</w:t>
        <w:br/>
        <w:t>vn 0.6575 0.3219 0.6812</w:t>
        <w:br/>
        <w:t>vn 0.6594 0.0561 0.7497</w:t>
        <w:br/>
        <w:t>vn -0.7488 0.1464 0.6465</w:t>
        <w:br/>
        <w:t>vn -0.7105 0.4096 0.5722</w:t>
        <w:br/>
        <w:t>vn -0.9982 0.0023 -0.0599</w:t>
        <w:br/>
        <w:t>vn -0.9569 0.2666 -0.1156</w:t>
        <w:br/>
        <w:t>vn -0.6661 -0.1705 -0.7261</w:t>
        <w:br/>
        <w:t>vn -0.6270 0.0898 -0.7738</w:t>
        <w:br/>
        <w:t>vn 0.0573 -0.2718 -0.9606</w:t>
        <w:br/>
        <w:t>vn 0.0735 -0.0170 -0.9972</w:t>
        <w:br/>
        <w:t>vn 0.7424 0.0014 -0.6699</w:t>
        <w:br/>
        <w:t>vn 0.7420 -0.2543 -0.6202</w:t>
        <w:br/>
        <w:t>vn 0.9891 -0.1218 0.0830</w:t>
        <w:br/>
        <w:t>vn 0.9895 0.1404 0.0346</w:t>
        <w:br/>
        <w:t>vn -0.0857 -0.3030 0.9491</w:t>
        <w:br/>
        <w:t>vn 0.5426 -0.4024 0.7373</w:t>
        <w:br/>
        <w:t>vn -0.6845 -0.3201 0.6550</w:t>
        <w:br/>
        <w:t>vn -0.8936 -0.4472 0.0382</w:t>
        <w:br/>
        <w:t>vn -0.6145 -0.5927 -0.5207</w:t>
        <w:br/>
        <w:t>vn 0.0179 -0.6929 -0.7208</w:t>
        <w:br/>
        <w:t>vn 0.6182 -0.6600 -0.4270</w:t>
        <w:br/>
        <w:t>vn 0.8199 -0.5496 0.1604</w:t>
        <w:br/>
        <w:t>vn -0.6564 -0.2030 -0.7266</w:t>
        <w:br/>
        <w:t>vn 0.0555 -0.3167 -0.9469</w:t>
        <w:br/>
        <w:t>vn 0.0646 -0.1372 -0.9884</w:t>
        <w:br/>
        <w:t>vn -0.6464 -0.0326 -0.7623</w:t>
        <w:br/>
        <w:t>vn -0.9815 0.1551 -0.1125</w:t>
        <w:br/>
        <w:t>vn -0.9976 -0.0110 -0.0683</w:t>
        <w:br/>
        <w:t>vn -0.7397 0.3117 0.5964</w:t>
        <w:br/>
        <w:t>vn -0.7528 0.1439 0.6423</w:t>
        <w:br/>
        <w:t>vn -0.0564 0.3414 0.9382</w:t>
        <w:br/>
        <w:t>vn -0.0665 0.1702 0.9832</w:t>
        <w:br/>
        <w:t>vn 0.6543 0.2388 0.7175</w:t>
        <w:br/>
        <w:t>vn 0.6508 0.0550 0.7572</w:t>
        <w:br/>
        <w:t>vn 0.9958 0.0690 0.0608</w:t>
        <w:br/>
        <w:t>vn 0.9860 -0.1327 0.1013</w:t>
        <w:br/>
        <w:t>vn 0.7500 -0.0906 -0.6552</w:t>
        <w:br/>
        <w:t>vn 0.7369 -0.2887 -0.6113</w:t>
        <w:br/>
        <w:t>vn 0.0562 -0.1435 -0.9881</w:t>
        <w:br/>
        <w:t>vn -0.6435 -0.0544 -0.7635</w:t>
        <w:br/>
        <w:t>vn -0.9860 0.1252 -0.1100</w:t>
        <w:br/>
        <w:t>vn -0.7410 0.2815 0.6097</w:t>
        <w:br/>
        <w:t>vn -0.0503 0.3133 0.9483</w:t>
        <w:br/>
        <w:t>vn 0.6525 0.2220 0.7245</w:t>
        <w:br/>
        <w:t>vn 0.9958 0.0652 0.0649</w:t>
        <w:br/>
        <w:t>vn 0.7411 -0.0908 -0.6653</w:t>
        <w:br/>
        <w:t>vn -0.7326 -0.0197 0.6804</w:t>
        <w:br/>
        <w:t>vn -0.0408 0.0311 0.9987</w:t>
        <w:br/>
        <w:t>vn -0.0496 0.0352 0.9981</w:t>
        <w:br/>
        <w:t>vn -0.7384 -0.0078 0.6744</w:t>
        <w:br/>
        <w:t>vn 0.6259 -0.0488 0.7784</w:t>
        <w:br/>
        <w:t>vn 0.6279 -0.0478 0.7769</w:t>
        <w:br/>
        <w:t>vn 0.9642 -0.2222 0.1447</w:t>
        <w:br/>
        <w:t>vn 0.9669 -0.2155 0.1364</w:t>
        <w:br/>
        <w:t>vn 0.7085 -0.3775 -0.5963</w:t>
        <w:br/>
        <w:t>vn 0.7068 -0.3698 -0.6030</w:t>
        <w:br/>
        <w:t>vn 0.0295 -0.4000 -0.9160</w:t>
        <w:br/>
        <w:t>vn -0.6382 -0.3221 -0.6992</w:t>
        <w:br/>
        <w:t>vn -0.6391 -0.3245 -0.6974</w:t>
        <w:br/>
        <w:t>vn -0.9833 -0.1733 -0.0553</w:t>
        <w:br/>
        <w:t>vn -0.9857 -0.1603 -0.0521</w:t>
        <w:br/>
        <w:t>vn -0.6577 0.5583 0.5057</w:t>
        <w:br/>
        <w:t>vn -0.8931 0.4256 -0.1457</w:t>
        <w:br/>
        <w:t>vn -0.9508 -0.3097 0.0028</w:t>
        <w:br/>
        <w:t>vn -0.7234 -0.1708 0.6690</w:t>
        <w:br/>
        <w:t>vn -0.6783 0.2384 -0.6951</w:t>
        <w:br/>
        <w:t>vn -0.7122 -0.4212 -0.5616</w:t>
        <w:br/>
        <w:t>vn -0.5213 -0.4390 -0.7318</w:t>
        <w:br/>
        <w:t>vn -0.4978 0.1493 -0.8543</w:t>
        <w:br/>
        <w:t>vn -0.0358 0.5876 0.8083</w:t>
        <w:br/>
        <w:t>vn -0.0937 -0.1592 0.9828</w:t>
        <w:br/>
        <w:t>vn 0.3558 -0.1794 0.9172</w:t>
        <w:br/>
        <w:t>vn 0.4319 0.4983 0.7518</w:t>
        <w:br/>
        <w:t>vn -0.8212 -0.0806 0.5649</w:t>
        <w:br/>
        <w:t>vn -0.7406 -0.0473 0.6703</w:t>
        <w:br/>
        <w:t>vn -0.6828 0.4469 0.5780</w:t>
        <w:br/>
        <w:t>vn -0.7506 0.4573 0.4770</w:t>
        <w:br/>
        <w:t>vn 0.5375 0.4536 0.7109</w:t>
        <w:br/>
        <w:t>vn 0.4437 -0.1747 0.8790</w:t>
        <w:br/>
        <w:t>vn -0.8140 -0.1069 0.5710</w:t>
        <w:br/>
        <w:t>vn -0.7430 -0.0959 0.6623</w:t>
        <w:br/>
        <w:t>vn -0.6881 0.5030 0.5230</w:t>
        <w:br/>
        <w:t>vn -0.7502 0.4863 0.4480</w:t>
        <w:br/>
        <w:t>vn 0.9946 -0.0671 0.0786</w:t>
        <w:br/>
        <w:t>vn 0.7443 -0.2200 -0.6306</w:t>
        <w:br/>
        <w:t>vn 0.7577 0.0936 0.6458</w:t>
        <w:br/>
        <w:t>vn 0.5747 0.1487 0.8047</w:t>
        <w:br/>
        <w:t>vn -0.4016 -0.1835 -0.8972</w:t>
        <w:br/>
        <w:t>vn 0.0581 -0.2420 -0.9685</w:t>
        <w:br/>
        <w:t>vn -0.4013 -0.1836 -0.8974</w:t>
        <w:br/>
        <w:t>vn 0.8382 -0.1932 -0.5100</w:t>
        <w:br/>
        <w:t>vn 0.8382 -0.1932 -0.5101</w:t>
        <w:br/>
        <w:t>vn 0.8393 -0.1909 -0.5090</w:t>
        <w:br/>
        <w:t>vn 0.8393 -0.1909 -0.5091</w:t>
        <w:br/>
        <w:t>vn -0.4714 -0.1697 -0.8655</w:t>
        <w:br/>
        <w:t>vn -0.4712 -0.1699 -0.8655</w:t>
        <w:br/>
        <w:t>vn 0.7696 -0.2149 -0.6013</w:t>
        <w:br/>
        <w:t>vn 0.7618 -0.2169 -0.6104</w:t>
        <w:br/>
        <w:t>vn -0.7730 -0.6292 0.0808</w:t>
        <w:br/>
        <w:t>vn -0.5969 -0.5240 0.6075</w:t>
        <w:br/>
        <w:t>vn -0.6102 -0.6866 -0.3953</w:t>
        <w:br/>
        <w:t>vn -0.4774 -0.6731 -0.5649</w:t>
        <w:br/>
        <w:t>vn -0.1040 -0.5221 0.8465</w:t>
        <w:br/>
        <w:t>vn 0.2388 -0.5105 0.8260</w:t>
        <w:br/>
        <w:t>vn -0.9194 -0.0472 0.3904</w:t>
        <w:br/>
        <w:t>vn -0.9753 0.0245 -0.2195</w:t>
        <w:br/>
        <w:t>vn -0.9486 -0.3157 -0.0235</w:t>
        <w:br/>
        <w:t>vn -0.8435 -0.3868 0.3728</w:t>
        <w:br/>
        <w:t>vn -0.7379 -0.3208 0.5937</w:t>
        <w:br/>
        <w:t>vn 0.2977 -0.4835 0.8232</w:t>
        <w:br/>
        <w:t>vn -0.7129 -0.3844 0.5865</w:t>
        <w:br/>
        <w:t>vn -0.5502 -0.3714 0.7479</w:t>
        <w:br/>
        <w:t>vn -0.2463 -0.1787 0.9526</w:t>
        <w:br/>
        <w:t>vn -0.1070 0.2292 0.9675</w:t>
        <w:br/>
        <w:t>vn -0.3931 0.2369 0.8885</w:t>
        <w:br/>
        <w:t>vn -0.6045 0.0074 0.7965</w:t>
        <w:br/>
        <w:t>vn -0.1891 0.6227 0.7593</w:t>
        <w:br/>
        <w:t>vn -0.5733 0.4421 0.6898</w:t>
        <w:br/>
        <w:t>vn -0.4383 0.7626 0.4757</w:t>
        <w:br/>
        <w:t>vn -0.5771 0.7411 0.3432</w:t>
        <w:br/>
        <w:t>vn 0.4830 0.7053 0.5189</w:t>
        <w:br/>
        <w:t>vn 0.3853 0.7583 0.5259</w:t>
        <w:br/>
        <w:t>vn 0.0006 0.8404 0.5419</w:t>
        <w:br/>
        <w:t>vn -0.4892 0.8115 0.3197</w:t>
        <w:br/>
        <w:t>vn -0.6743 0.7134 -0.1908</w:t>
        <w:br/>
        <w:t>vn -0.5406 0.5469 -0.6393</w:t>
        <w:br/>
        <w:t>vn -0.4240 0.4514 -0.7852</w:t>
        <w:br/>
        <w:t>vn -0.6409 0.6370 0.4283</w:t>
        <w:br/>
        <w:t>vn -0.7291 0.6481 0.2198</w:t>
        <w:br/>
        <w:t>vn -0.8678 0.3743 0.3269</w:t>
        <w:br/>
        <w:t>vn -0.8854 0.4461 -0.1310</w:t>
        <w:br/>
        <w:t>vn 0.7678 -0.2141 -0.6039</w:t>
        <w:br/>
        <w:t>vn 0.8376 -0.1886 -0.5127</w:t>
        <w:br/>
        <w:t>vn 0.8375 -0.1886 -0.5129</w:t>
        <w:br/>
        <w:t>vn -0.6324 0.2330 0.7388</w:t>
        <w:br/>
        <w:t>vn 0.7582 -0.2153 -0.6155</w:t>
        <w:br/>
        <w:t>vn 0.8346 -0.1887 -0.5175</w:t>
        <w:br/>
        <w:t>vn -0.6315 0.6162 0.4706</w:t>
        <w:br/>
        <w:t>vn -0.8580 0.4889 -0.1578</w:t>
        <w:br/>
        <w:t>vn -0.9243 -0.3810 0.0208</w:t>
        <w:br/>
        <w:t>vn -0.7052 -0.2475 0.6644</w:t>
        <w:br/>
        <w:t>vn -0.5658 0.3259 -0.7574</w:t>
        <w:br/>
        <w:t>vn -0.6151 -0.5438 -0.5708</w:t>
        <w:br/>
        <w:t>vn 0.0824 0.2269 -0.9704</w:t>
        <w:br/>
        <w:t>vn 0.0269 -0.6404 -0.7676</w:t>
        <w:br/>
        <w:t>vn 0.7039 0.2524 -0.6639</w:t>
        <w:br/>
        <w:t>vn 0.6321 -0.6195 -0.4655</w:t>
        <w:br/>
        <w:t>vn 0.7039 0.2525 -0.6639</w:t>
        <w:br/>
        <w:t>vn 0.9231 0.3841 -0.0193</w:t>
        <w:br/>
        <w:t>vn 0.8558 -0.4903 0.1650</w:t>
        <w:br/>
        <w:t>vn 0.6142 0.5425 0.5730</w:t>
        <w:br/>
        <w:t>vn 0.5634 -0.3274 0.7586</w:t>
        <w:br/>
        <w:t>vn -0.0276 0.6373 0.7701</w:t>
        <w:br/>
        <w:t>vn -0.0832 -0.2264 0.9705</w:t>
        <w:br/>
        <w:t>vn 0.7461 -0.2179 -0.6291</w:t>
        <w:br/>
        <w:t>vn 0.7461 -0.2183 -0.6290</w:t>
        <w:br/>
        <w:t>vn 0.9947 -0.0653 0.0797</w:t>
        <w:br/>
        <w:t>vn 0.6589 0.1260 0.7416</w:t>
        <w:br/>
        <w:t>vn -0.0609 0.2415 0.9685</w:t>
        <w:br/>
        <w:t>vn -0.7462 0.2153 0.6300</w:t>
        <w:br/>
        <w:t>vn -0.7463 0.2134 0.6304</w:t>
        <w:br/>
        <w:t>vn -0.9947 0.0647 -0.0796</w:t>
        <w:br/>
        <w:t>vn -0.6594 -0.1229 -0.7416</w:t>
        <w:br/>
        <w:t>vn -0.6594 -0.1230 -0.7416</w:t>
        <w:br/>
        <w:t>vn 0.0612 -0.2407 -0.9687</w:t>
        <w:br/>
        <w:t>vn 0.0612 -0.2408 -0.9687</w:t>
        <w:br/>
        <w:t>vn -0.4070 0.8831 0.2333</w:t>
        <w:br/>
        <w:t>vn -0.5648 0.8001 -0.2024</w:t>
        <w:br/>
        <w:t>vn -0.6733 -0.7308 0.1126</w:t>
        <w:br/>
        <w:t>vn -0.5219 -0.6416 0.5621</w:t>
        <w:br/>
        <w:t>vn -0.3646 0.6928 -0.6222</w:t>
        <w:br/>
        <w:t>vn -0.4559 -0.8383 -0.2989</w:t>
        <w:br/>
        <w:t>vn 0.0867 0.6278 -0.7736</w:t>
        <w:br/>
        <w:t>vn -0.0100 -0.9016 -0.4324</w:t>
        <w:br/>
        <w:t>vn 0.5199 0.6455 -0.5595</w:t>
        <w:br/>
        <w:t>vn 0.4035 -0.8883 -0.2194</w:t>
        <w:br/>
        <w:t>vn 0.6704 0.7338 -0.1100</w:t>
        <w:br/>
        <w:t>vn 0.4036 -0.8882 -0.2194</w:t>
        <w:br/>
        <w:t>vn 0.5571 -0.8023 0.2141</w:t>
        <w:br/>
        <w:t>vn 0.4538 0.8384 0.3018</w:t>
        <w:br/>
        <w:t>vn 0.3609 -0.6926 0.6245</w:t>
        <w:br/>
        <w:t>vn 0.0094 0.8983 0.4394</w:t>
        <w:br/>
        <w:t>vn -0.0874 -0.6264 0.7746</w:t>
        <w:br/>
        <w:t>vn 0.0246 -0.4027 -0.9150</w:t>
        <w:br/>
        <w:t>vn 0.6951 -0.6595 -0.2862</w:t>
        <w:br/>
        <w:t>vn 0.7586 -0.6270 -0.1773</w:t>
        <w:br/>
        <w:t>vn 0.9607 -0.0300 -0.2758</w:t>
        <w:br/>
        <w:t>vn 0.7944 -0.3195 -0.5167</w:t>
        <w:br/>
        <w:t>vn 0.9541 -0.0859 0.2869</w:t>
        <w:br/>
        <w:t>vn 0.7202 -0.6889 0.0821</w:t>
        <w:br/>
        <w:t>vn 0.6640 -0.7062 0.2457</w:t>
        <w:br/>
        <w:t>vn 0.7877 -0.1443 0.5989</w:t>
        <w:br/>
        <w:t>vn 0.9963 -0.0720 0.0462</w:t>
        <w:br/>
        <w:t>vn 0.8050 -0.5895 -0.0666</w:t>
        <w:br/>
        <w:t>vn 0.7908 -0.6120 0.0092</w:t>
        <w:br/>
        <w:t>vn 0.5659 -0.7461 -0.3508</w:t>
        <w:br/>
        <w:t>vn 0.6774 -0.5044 -0.5355</w:t>
        <w:br/>
        <w:t>vn 0.6045 -0.7231 -0.3342</w:t>
        <w:br/>
        <w:t>vn 0.9111 0.2391 0.3358</w:t>
        <w:br/>
        <w:t>vn 0.7710 0.1417 0.6209</w:t>
        <w:br/>
        <w:t>vn 0.6297 0.5949 0.4996</w:t>
        <w:br/>
        <w:t>vn 0.6894 0.6399 0.3395</w:t>
        <w:br/>
        <w:t>vn 0.4158 0.4318 0.8004</w:t>
        <w:br/>
        <w:t>vn 0.5137 0.5378 0.6685</w:t>
        <w:br/>
        <w:t>vn 0.4568 -0.0203 0.8893</w:t>
        <w:br/>
        <w:t>vn 0.5718 -0.5837 0.5765</w:t>
        <w:br/>
        <w:t>vn 0.4125 -0.1432 0.8997</w:t>
        <w:br/>
        <w:t>vn 0.6250 -0.6622 0.4134</w:t>
        <w:br/>
        <w:t>vn 0.3748 0.5986 -0.7080</w:t>
        <w:br/>
        <w:t>vn 0.3175 0.5728 -0.7557</w:t>
        <w:br/>
        <w:t>vn 0.6571 0.4660 -0.5925</w:t>
        <w:br/>
        <w:t>vn 0.4025 0.5500 -0.7318</w:t>
        <w:br/>
        <w:t>vn 0.8961 0.3585 -0.2618</w:t>
        <w:br/>
        <w:t>vn 0.9513 0.2977 0.0805</w:t>
        <w:br/>
        <w:t>vn 0.7101 0.6791 0.1860</w:t>
        <w:br/>
        <w:t>vn 0.4552 0.0712 -0.8875</w:t>
        <w:br/>
        <w:t>vn 0.2992 -0.0979 -0.9492</w:t>
        <w:br/>
        <w:t>vn 0.5872 -0.2780 -0.7602</w:t>
        <w:br/>
        <w:t>vn 0.2323 0.4554 -0.8594</w:t>
        <w:br/>
        <w:t>vn 0.2813 0.5653 -0.7755</w:t>
        <w:br/>
        <w:t>vn 0.2595 0.1102 -0.9594</w:t>
        <w:br/>
        <w:t>vn 0.6631 0.7473 0.0427</w:t>
        <w:br/>
        <w:t>vn 0.5606 0.8130 -0.1577</w:t>
        <w:br/>
        <w:t>vn 0.4514 0.8233 -0.3441</w:t>
        <w:br/>
        <w:t>vn 0.3262 0.8210 -0.4685</w:t>
        <w:br/>
        <w:t>vn 0.2050 0.7985 -0.5660</w:t>
        <w:br/>
        <w:t>vn 0.1537 0.7420 -0.6525</w:t>
        <w:br/>
        <w:t>vn 0.4409 0.3897 0.8086</w:t>
        <w:br/>
        <w:t>vn 0.6545 -0.2096 0.7265</w:t>
        <w:br/>
        <w:t>vn 0.2608 -0.0739 0.9626</w:t>
        <w:br/>
        <w:t>vn 0.5436 -0.4584 0.7031</w:t>
        <w:br/>
        <w:t>vn -0.9669 0.0700 0.2453</w:t>
        <w:br/>
        <w:t>vn -0.9100 0.3515 0.2197</w:t>
        <w:br/>
        <w:t>vn -0.8194 0.3419 0.4602</w:t>
        <w:br/>
        <w:t>vn -0.8011 0.0865 0.5922</w:t>
        <w:br/>
        <w:t>vn -0.9604 0.0773 -0.2678</w:t>
        <w:br/>
        <w:t>vn -0.7834 0.1193 -0.6099</w:t>
        <w:br/>
        <w:t>vn -0.8339 0.2528 -0.4906</w:t>
        <w:br/>
        <w:t>vn -0.9185 0.3360 -0.2086</w:t>
        <w:br/>
        <w:t>vn -0.9389 0.3410 0.0470</w:t>
        <w:br/>
        <w:t>vn -0.9922 0.1217 -0.0270</w:t>
        <w:br/>
        <w:t>vn -0.9389 0.3381 -0.0638</w:t>
        <w:br/>
        <w:t>vn -0.6854 0.2851 0.6700</w:t>
        <w:br/>
        <w:t>vn -0.5095 0.1898 0.8393</w:t>
        <w:br/>
        <w:t>vn -0.5123 -0.0407 0.8578</w:t>
        <w:br/>
        <w:t>vn -0.9178 -0.2391 -0.3171</w:t>
        <w:br/>
        <w:t>vn -0.9003 -0.2889 -0.3254</w:t>
        <w:br/>
        <w:t>vn -0.8462 -0.1823 -0.5007</w:t>
        <w:br/>
        <w:t>vn -0.7776 -0.1189 -0.6174</w:t>
        <w:br/>
        <w:t>vn -0.7085 -0.1164 -0.6960</w:t>
        <w:br/>
        <w:t>vn -0.5273 -0.0044 -0.8497</w:t>
        <w:br/>
        <w:t>vn -0.4621 0.0448 -0.8857</w:t>
        <w:br/>
        <w:t>vn -0.4265 0.1505 -0.8919</w:t>
        <w:br/>
        <w:t>vn -0.4683 0.1596 -0.8690</w:t>
        <w:br/>
        <w:t>vn -0.6795 0.1798 -0.7113</w:t>
        <w:br/>
        <w:t>vn -0.4864 -0.3607 0.7958</w:t>
        <w:br/>
        <w:t>vn -0.7235 -0.4282 0.5415</w:t>
        <w:br/>
        <w:t>vn -0.8827 -0.4083 0.2329</w:t>
        <w:br/>
        <w:t>vn -0.9303 -0.3570 -0.0843</w:t>
        <w:br/>
        <w:t>vn -0.9077 -0.3739 -0.1903</w:t>
        <w:br/>
        <w:t>vn -0.2616 -0.0195 0.9650</w:t>
        <w:br/>
        <w:t>vn -0.3003 0.1511 0.9418</w:t>
        <w:br/>
        <w:t>vn -0.2259 0.0986 0.9692</w:t>
        <w:br/>
        <w:t>vn -0.1967 -0.0804 0.9771</w:t>
        <w:br/>
        <w:t>vn -0.1111 -0.3042 0.9461</w:t>
        <w:br/>
        <w:t>vn -0.2083 -0.3258 0.9222</w:t>
        <w:br/>
        <w:t>vn -0.8687 -0.4937 -0.0404</w:t>
        <w:br/>
        <w:t>vn -0.7895 -0.5779 0.2066</w:t>
        <w:br/>
        <w:t>vn -0.7131 -0.5532 0.4306</w:t>
        <w:br/>
        <w:t>vn -0.6306 -0.5006 0.5930</w:t>
        <w:br/>
        <w:t>vn -0.4811 -0.4452 0.7552</w:t>
        <w:br/>
        <w:t>vn -0.1072 -0.3916 0.9139</w:t>
        <w:br/>
        <w:t>vn -0.2584 -0.3881 0.8847</w:t>
        <w:br/>
        <w:t>vn -0.3821 0.0674 -0.9217</w:t>
        <w:br/>
        <w:t>vn -0.2967 0.0956 -0.9502</w:t>
        <w:br/>
        <w:t>vn -0.2673 0.1928 -0.9441</w:t>
        <w:br/>
        <w:t>vn -0.2738 0.1776 -0.9453</w:t>
        <w:br/>
        <w:t>vn 0.3491 0.8522 -0.3898</w:t>
        <w:br/>
        <w:t>vn 0.4199 0.9003 -0.1150</w:t>
        <w:br/>
        <w:t>vn 0.3088 0.9043 0.2947</w:t>
        <w:br/>
        <w:t>vn 0.2516 0.8702 0.4237</w:t>
        <w:br/>
        <w:t>vn 0.2515 0.8702 0.4237</w:t>
        <w:br/>
        <w:t>vn 0.3534 0.9116 0.2100</w:t>
        <w:br/>
        <w:t>vn 0.3915 0.9161 0.0864</w:t>
        <w:br/>
        <w:t>vn 0.1590 0.3196 -0.9341</w:t>
        <w:br/>
        <w:t>vn -0.0815 0.6547 -0.7515</w:t>
        <w:br/>
        <w:t>vn 0.1512 0.7613 -0.6305</w:t>
        <w:br/>
        <w:t>vn 0.4346 0.3940 -0.8099</w:t>
        <w:br/>
        <w:t>vn -0.1361 0.7506 0.6466</w:t>
        <w:br/>
        <w:t>vn 0.1282 0.8193 0.5588</w:t>
        <w:br/>
        <w:t>vn -0.8511 -0.1597 -0.5002</w:t>
        <w:br/>
        <w:t>vn -0.7184 0.3424 -0.6056</w:t>
        <w:br/>
        <w:t>vn -0.3344 0.6063 -0.7215</w:t>
        <w:br/>
        <w:t>vn -0.0472 0.3221 -0.9455</w:t>
        <w:br/>
        <w:t>vn -0.6257 -0.5200 -0.5815</w:t>
        <w:br/>
        <w:t>vn -0.1393 -0.8215 -0.5530</w:t>
        <w:br/>
        <w:t>vn -0.0770 -0.9484 0.3077</w:t>
        <w:br/>
        <w:t>vn -0.0770 -0.9484 0.3076</w:t>
        <w:br/>
        <w:t>vn -0.5813 -0.5931 0.5571</w:t>
        <w:br/>
        <w:t>vn -0.5813 -0.5931 0.5570</w:t>
        <w:br/>
        <w:t>vn -0.7358 -0.0012 0.6772</w:t>
        <w:br/>
        <w:t>vn -0.5091 0.4989 0.7014</w:t>
        <w:br/>
        <w:t>vn 0.8357 -0.3316 -0.4378</w:t>
        <w:br/>
        <w:t>vn 0.8613 -0.0144 -0.5078</w:t>
        <w:br/>
        <w:t>vn 0.9719 -0.0240 -0.2342</w:t>
        <w:br/>
        <w:t>vn 0.8391 -0.5106 -0.1876</w:t>
        <w:br/>
        <w:t>vn 0.8259 0.0042 0.5638</w:t>
        <w:br/>
        <w:t>vn 0.9511 0.0177 0.3083</w:t>
        <w:br/>
        <w:t>vn 0.9903 -0.0121 0.1386</w:t>
        <w:br/>
        <w:t>vn 0.9407 -0.3308 0.0755</w:t>
        <w:br/>
        <w:t>vn 0.8536 -0.5167 -0.0667</w:t>
        <w:br/>
        <w:t>vn 0.9986 -0.0463 -0.0257</w:t>
        <w:br/>
        <w:t>vn 0.3664 -0.0789 -0.9271</w:t>
        <w:br/>
        <w:t>vn 0.6112 -0.0744 -0.7880</w:t>
        <w:br/>
        <w:t>vn 0.7286 0.5958 0.3378</w:t>
        <w:br/>
        <w:t>vn 0.6676 0.5586 0.4922</w:t>
        <w:br/>
        <w:t>vn 0.8727 0.1038 0.4772</w:t>
        <w:br/>
        <w:t>vn 0.9347 0.1696 0.3124</w:t>
        <w:br/>
        <w:t>vn 0.5366 0.4851 0.6905</w:t>
        <w:br/>
        <w:t>vn 0.4241 0.4007 0.8121</w:t>
        <w:br/>
        <w:t>vn 0.5412 -0.0308 0.8403</w:t>
        <w:br/>
        <w:t>vn 0.7184 0.0244 0.6952</w:t>
        <w:br/>
        <w:t>vn 0.5737 -0.5859 0.5723</w:t>
        <w:br/>
        <w:t>vn 0.6445 -0.0425 0.7635</w:t>
        <w:br/>
        <w:t>vn 0.6445 -0.0426 0.7634</w:t>
        <w:br/>
        <w:t>vn 0.4843 -0.1612 0.8599</w:t>
        <w:br/>
        <w:t>vn 0.9559 0.2244 0.1895</w:t>
        <w:br/>
        <w:t>vn 0.7350 0.6460 0.2061</w:t>
        <w:br/>
        <w:t>vn 0.2334 0.0885 -0.9684</w:t>
        <w:br/>
        <w:t>vn 0.2144 -0.0281 -0.9763</w:t>
        <w:br/>
        <w:t>vn 0.2144 -0.0281 -0.9764</w:t>
        <w:br/>
        <w:t>vn 0.2471 -0.0270 -0.9686</w:t>
        <w:br/>
        <w:t>vn 0.2018 0.3502 -0.9147</w:t>
        <w:br/>
        <w:t>vn 0.3073 0.5820 -0.7529</w:t>
        <w:br/>
        <w:t>vn 0.7083 0.7041 0.0510</w:t>
        <w:br/>
        <w:t>vn 0.9670 0.2532 0.0292</w:t>
        <w:br/>
        <w:t>vn 0.9455 0.2432 -0.2165</w:t>
        <w:br/>
        <w:t>vn 0.8642 0.2124 -0.4561</w:t>
        <w:br/>
        <w:t>vn 0.8643 0.2124 -0.4560</w:t>
        <w:br/>
        <w:t>vn 0.7131 0.2187 -0.6660</w:t>
        <w:br/>
        <w:t>vn 0.4076 0.5969 -0.6911</w:t>
        <w:br/>
        <w:t>vn 0.5511 0.3273 -0.7675</w:t>
        <w:br/>
        <w:t>vn 0.1562 0.7592 -0.6319</w:t>
        <w:br/>
        <w:t>vn 0.1285 0.7629 -0.6336</w:t>
        <w:br/>
        <w:t>vn 0.2773 0.4809 -0.8318</w:t>
        <w:br/>
        <w:t>vn 0.1039 0.4984 -0.8607</w:t>
        <w:br/>
        <w:t>vn 0.4523 0.3949 0.7997</w:t>
        <w:br/>
        <w:t>vn 0.4059 -0.0226 0.9137</w:t>
        <w:br/>
        <w:t>vn 0.3753 -0.0100 0.9268</w:t>
        <w:br/>
        <w:t>vn 0.6556 0.2571 0.7100</w:t>
        <w:br/>
        <w:t>vn 0.4228 -0.1752 0.8891</w:t>
        <w:br/>
        <w:t>vn 0.7384 -0.1866 0.6481</w:t>
        <w:br/>
        <w:t>vn 0.5992 -0.5119 0.6155</w:t>
        <w:br/>
        <w:t>vn 0.3976 -0.2891 0.8708</w:t>
        <w:br/>
        <w:t>vn 0.5053 -0.8626 0.0241</w:t>
        <w:br/>
        <w:t>vn 0.5199 -0.8540 -0.0186</w:t>
        <w:br/>
        <w:t>vn 0.2917 -0.9478 0.1290</w:t>
        <w:br/>
        <w:t>vn 0.4242 -0.9025 0.0747</w:t>
        <w:br/>
        <w:t>vn 0.5114 -0.8591 -0.0204</w:t>
        <w:br/>
        <w:t>vn 0.5092 -0.8597 -0.0394</w:t>
        <w:br/>
        <w:t>vn 0.5092 -0.8598 -0.0394</w:t>
        <w:br/>
        <w:t>vn 0.5060 -0.8577 -0.0914</w:t>
        <w:br/>
        <w:t>vn 0.5059 -0.8577 -0.0914</w:t>
        <w:br/>
        <w:t>vn 0.1458 0.9878 -0.0542</w:t>
        <w:br/>
        <w:t>vn 0.5002 -0.8549 -0.1375</w:t>
        <w:br/>
        <w:t>vn 0.0358 0.9893 -0.1411</w:t>
        <w:br/>
        <w:t>vn 0.4855 -0.8531 -0.1912</w:t>
        <w:br/>
        <w:t>vn 0.4855 -0.8531 -0.1913</w:t>
        <w:br/>
        <w:t>vn -0.0558 0.9771 -0.2055</w:t>
        <w:br/>
        <w:t>vn 0.4532 -0.8593 -0.2370</w:t>
        <w:br/>
        <w:t>vn -0.1002 0.9654 -0.2406</w:t>
        <w:br/>
        <w:t>vn 0.2974 -0.8907 -0.3437</w:t>
        <w:br/>
        <w:t>vn 0.0845 0.7610 -0.6432</w:t>
        <w:br/>
        <w:t>vn 0.3904 -0.9200 0.0341</w:t>
        <w:br/>
        <w:t>vn 0.3564 -0.9339 -0.0269</w:t>
        <w:br/>
        <w:t>vn 0.4190 -0.9060 -0.0597</w:t>
        <w:br/>
        <w:t>vn 0.4717 -0.8785 -0.0754</w:t>
        <w:br/>
        <w:t>vn 0.5005 -0.8619 -0.0812</w:t>
        <w:br/>
        <w:t>vn 0.4619 -0.8737 -0.1523</w:t>
        <w:br/>
        <w:t>vn 0.4794 -0.8709 -0.1085</w:t>
        <w:br/>
        <w:t>vn 0.8812 -0.4410 0.1704</w:t>
        <w:br/>
        <w:t>vn 0.5672 -0.8218 0.0543</w:t>
        <w:br/>
        <w:t>vn 0.5672 -0.8218 0.0542</w:t>
        <w:br/>
        <w:t>vn 0.9644 0.2645 -0.0094</w:t>
        <w:br/>
        <w:t>vn 0.8534 0.5001 -0.1468</w:t>
        <w:br/>
        <w:t>vn 0.8117 0.4858 0.3242</w:t>
        <w:br/>
        <w:t>vn 0.8707 0.0936 -0.4828</w:t>
        <w:br/>
        <w:t>vn 0.5172 0.0370 -0.8551</w:t>
        <w:br/>
        <w:t>vn 0.5171 0.0371 -0.8551</w:t>
        <w:br/>
        <w:t>vn 0.0300 -0.0269 -0.9992</w:t>
        <w:br/>
        <w:t>vn -0.4610 -0.0826 -0.8836</w:t>
        <w:br/>
        <w:t>vn -0.4611 -0.0825 -0.8835</w:t>
        <w:br/>
        <w:t>vn -0.8387 -0.1172 -0.5318</w:t>
        <w:br/>
        <w:t>vn -0.9924 -0.1204 -0.0271</w:t>
        <w:br/>
        <w:t>vn -0.9924 -0.1204 -0.0270</w:t>
        <w:br/>
        <w:t>vn -0.8691 -0.0899 0.4864</w:t>
        <w:br/>
        <w:t>vn -0.8691 -0.0899 0.4865</w:t>
        <w:br/>
        <w:t>vn -0.5116 -0.0350 0.8585</w:t>
        <w:br/>
        <w:t>vn -0.5114 -0.0349 0.8586</w:t>
        <w:br/>
        <w:t>vn -0.0274 0.0286 0.9992</w:t>
        <w:br/>
        <w:t>vn -0.0282 0.0282 0.9992</w:t>
        <w:br/>
        <w:t>vn 0.4622 0.0847 0.8827</w:t>
        <w:br/>
        <w:t>vn 0.4621 0.0847 0.8828</w:t>
        <w:br/>
        <w:t>vn 0.8417 0.1210 0.5263</w:t>
        <w:br/>
        <w:t>vn 0.9920 0.1250 0.0197</w:t>
        <w:br/>
        <w:t>vn 0.9920 0.1250 0.0196</w:t>
        <w:br/>
        <w:t>vn 0.1113 -0.9927 0.0462</w:t>
        <w:br/>
        <w:t>vn 0.1123 -0.9926 0.0465</w:t>
        <w:br/>
        <w:t>vn 0.1115 -0.9927 0.0452</w:t>
        <w:br/>
        <w:t>vn 0.1093 -0.9930 0.0454</w:t>
        <w:br/>
        <w:t>vn 0.1099 -0.9929 0.0446</w:t>
        <w:br/>
        <w:t>vn 0.1113 -0.9928 0.0436</w:t>
        <w:br/>
        <w:t>vn 0.1115 -0.9928 0.0438</w:t>
        <w:br/>
        <w:t>vn 0.1117 -0.9927 0.0445</w:t>
        <w:br/>
        <w:t>vn 0.1122 -0.9927 0.0451</w:t>
        <w:br/>
        <w:t>vn 0.1126 -0.9926 0.0453</w:t>
        <w:br/>
        <w:t>vn 0.1124 -0.9926 0.0456</w:t>
        <w:br/>
        <w:t>vn 0.1120 -0.9927 0.0457</w:t>
        <w:br/>
        <w:t>vn 0.1121 -0.9926 0.0458</w:t>
        <w:br/>
        <w:t>vn 0.1758 0.9634 -0.2024</w:t>
        <w:br/>
        <w:t>vn -0.1138 0.9924 -0.0468</w:t>
        <w:br/>
        <w:t>vn -0.1116 0.9927 -0.0459</w:t>
        <w:br/>
        <w:t>vn 0.0632 0.9438 -0.3244</w:t>
        <w:br/>
        <w:t>vn -0.1091 0.9930 -0.0455</w:t>
        <w:br/>
        <w:t>vn -0.0928 0.9235 -0.3723</w:t>
        <w:br/>
        <w:t>vn -0.1097 0.9930 -0.0442</w:t>
        <w:br/>
        <w:t>vn -0.2558 0.9076 -0.3329</w:t>
        <w:br/>
        <w:t>vn -0.1111 0.9929 -0.0428</w:t>
        <w:br/>
        <w:t>vn -0.3810 0.8992 -0.2151</w:t>
        <w:br/>
        <w:t>vn -0.1113 0.9928 -0.0435</w:t>
        <w:br/>
        <w:t>vn -0.4311 0.9009 -0.0501</w:t>
        <w:br/>
        <w:t>vn -0.1115 0.9927 -0.0451</w:t>
        <w:br/>
        <w:t>vn -0.3933 0.9117 0.1186</w:t>
        <w:br/>
        <w:t>vn -0.1127 0.9926 -0.0462</w:t>
        <w:br/>
        <w:t>vn -0.2778 0.9291 0.2442</w:t>
        <w:br/>
        <w:t>vn -0.1141 0.9924 -0.0466</w:t>
        <w:br/>
        <w:t>vn -0.1173 0.9490 0.2927</w:t>
        <w:br/>
        <w:t>vn -0.1146 0.9923 -0.0465</w:t>
        <w:br/>
        <w:t>vn 0.0457 0.9667 0.2516</w:t>
        <w:br/>
        <w:t>vn -0.1138 0.9924 -0.0473</w:t>
        <w:br/>
        <w:t>vn 0.1683 0.9771 0.1305</w:t>
        <w:br/>
        <w:t>vn -0.1138 0.9924 -0.0478</w:t>
        <w:br/>
        <w:t>vn 0.2156 0.9758 -0.0365</w:t>
        <w:br/>
        <w:t>vn -0.1137 0.9926 -0.0418</w:t>
        <w:br/>
        <w:t>vn 0.8579 0.1568 -0.4892</w:t>
        <w:br/>
        <w:t>vn 0.8580 0.1569 -0.4891</w:t>
        <w:br/>
        <w:t>vn 0.7266 0.5141 -0.4557</w:t>
        <w:br/>
        <w:t>vn 0.7265 0.5141 -0.4559</w:t>
        <w:br/>
        <w:t>vn 0.5011 0.7864 -0.3612</w:t>
        <w:br/>
        <w:t>vn 0.5877 0.7031 -0.4003</w:t>
        <w:br/>
        <w:t>vn 0.7382 0.4927 -0.4609</w:t>
        <w:br/>
        <w:t>vn 0.7381 0.4927 -0.4609</w:t>
        <w:br/>
        <w:t>vn -0.1591 -0.9682 0.1932</w:t>
        <w:br/>
        <w:t>vn 0.4848 -0.8552 -0.1833</w:t>
        <w:br/>
        <w:t>vn 0.4849 -0.8552 -0.1832</w:t>
        <w:br/>
        <w:t>vn 0.8547 -0.2577 -0.4506</w:t>
        <w:br/>
        <w:t>vn 0.8473 0.2030 -0.4908</w:t>
        <w:br/>
        <w:t>vn -0.4367 -0.8347 0.3357</w:t>
        <w:br/>
        <w:t>vn -0.4366 -0.8347 0.3357</w:t>
        <w:br/>
        <w:t>vn 0.1216 -0.9917 0.0423</w:t>
        <w:br/>
        <w:t>vn 0.3710 -0.9228 -0.1038</w:t>
        <w:br/>
        <w:t>vn 0.3708 -0.9229 -0.1038</w:t>
        <w:br/>
        <w:t>vn -0.3038 -0.9137 0.2701</w:t>
        <w:br/>
        <w:t>vn -0.3038 -0.9137 0.2700</w:t>
        <w:br/>
        <w:t>vn -0.4604 -0.0798 -0.8841</w:t>
        <w:br/>
        <w:t>vn -0.7938 -0.0975 -0.6004</w:t>
        <w:br/>
        <w:t>vn -0.6859 -0.3393 -0.6437</w:t>
        <w:br/>
        <w:t>vn -0.4089 -0.1418 -0.9015</w:t>
        <w:br/>
        <w:t>vn 0.4607 0.0799 0.8840</w:t>
        <w:br/>
        <w:t>vn 0.5094 0.0148 0.8604</w:t>
        <w:br/>
        <w:t>vn 0.1662 -0.1875 0.9681</w:t>
        <w:br/>
        <w:t>vn 0.0529 0.0482 0.9974</w:t>
        <w:br/>
        <w:t>vn -0.3540 -0.1854 -0.9167</w:t>
        <w:br/>
        <w:t>vn -0.5556 -0.5570 -0.6173</w:t>
        <w:br/>
        <w:t>vn 0.5562 -0.0348 0.8303</w:t>
        <w:br/>
        <w:t>vn 0.2343 -0.4115 0.8808</w:t>
        <w:br/>
        <w:t>vn 0.5091 0.0024 0.8607</w:t>
        <w:br/>
        <w:t>vn 0.5496 -0.0246 0.8350</w:t>
        <w:br/>
        <w:t>vn 0.5496 -0.0245 0.8350</w:t>
        <w:br/>
        <w:t>vn -0.4062 -0.1400 -0.9030</w:t>
        <w:br/>
        <w:t>vn -0.3610 -0.1712 -0.9167</w:t>
        <w:br/>
        <w:t>vn -0.4063 -0.1400 -0.9030</w:t>
        <w:br/>
        <w:t>vn -0.3693 0.1018 -0.9237</w:t>
        <w:br/>
        <w:t>vn -0.2729 0.0301 -0.9616</w:t>
        <w:br/>
        <w:t>vn -0.2730 0.0301 -0.9616</w:t>
        <w:br/>
        <w:t>vn 0.6699 0.4622 0.5810</w:t>
        <w:br/>
        <w:t>vn 0.1563 0.6723 0.7236</w:t>
        <w:br/>
        <w:t>vn 0.4952 0.3041 0.8138</w:t>
        <w:br/>
        <w:t>vn 0.6265 0.2074 0.7514</w:t>
        <w:br/>
        <w:t>vn 0.4101 0.1842 0.8932</w:t>
        <w:br/>
        <w:t>vn 0.4578 0.0646 0.8867</w:t>
        <w:br/>
        <w:t>vn -0.4662 -0.0655 -0.8823</w:t>
        <w:br/>
        <w:t>vn -0.4662 -0.0656 -0.8822</w:t>
        <w:br/>
        <w:t>vn -0.4740 0.0449 -0.8794</w:t>
        <w:br/>
        <w:t>vn -0.4739 0.0449 -0.8794</w:t>
        <w:br/>
        <w:t>vn -0.1526 0.2195 -0.9636</w:t>
        <w:br/>
        <w:t>vn -0.3319 -0.0511 -0.9419</w:t>
        <w:br/>
        <w:t>vn 0.5855 0.0605 0.8084</w:t>
        <w:br/>
        <w:t>vn -0.4656 -0.0599 -0.8830</w:t>
        <w:br/>
        <w:t>vn -0.4623 -0.0652 -0.8843</w:t>
        <w:br/>
        <w:t>vn -0.4623 -0.0653 -0.8843</w:t>
        <w:br/>
        <w:t>vn -0.4656 -0.0598 -0.8830</w:t>
        <w:br/>
        <w:t>vn 0.4656 0.0599 0.8830</w:t>
        <w:br/>
        <w:t>vn 0.4656 0.0597 0.8830</w:t>
        <w:br/>
        <w:t>vn 0.4678 0.0538 0.8822</w:t>
        <w:br/>
        <w:t>vn -0.4275 -0.0726 -0.9011</w:t>
        <w:br/>
        <w:t>vn 0.4996 0.0435 0.8651</w:t>
        <w:br/>
        <w:t>vn -0.2377 -0.3705 0.8979</w:t>
        <w:br/>
        <w:t>vn -0.3644 0.0077 0.9312</w:t>
        <w:br/>
        <w:t>vn -0.8446 -0.4837 -0.2296</w:t>
        <w:br/>
        <w:t>vn -0.9747 -0.0966 -0.2014</w:t>
        <w:br/>
        <w:t>vn -0.3470 -0.7944 0.4984</w:t>
        <w:br/>
        <w:t>vn -0.5729 -0.7897 -0.2193</w:t>
        <w:br/>
        <w:t>vn -0.7187 -0.5291 0.4512</w:t>
        <w:br/>
        <w:t>vn -0.8364 -0.5290 0.1433</w:t>
        <w:br/>
        <w:t>vn -0.6866 -0.7270 -0.0051</w:t>
        <w:br/>
        <w:t>vn -0.5426 -0.7516 0.3751</w:t>
        <w:br/>
        <w:t>vn -0.3087 -0.6515 0.6930</w:t>
        <w:br/>
        <w:t>vn -0.5231 -0.4719 0.7097</w:t>
        <w:br/>
        <w:t>vn -0.4046 0.8951 0.1877</w:t>
        <w:br/>
        <w:t>vn 0.1562 0.6723 0.7236</w:t>
        <w:br/>
        <w:t>vn 0.0717 0.9696 0.2341</w:t>
        <w:br/>
        <w:t>vn 0.1864 0.9725 -0.1400</w:t>
        <w:br/>
        <w:t>vn 0.0259 0.9051 -0.4243</w:t>
        <w:br/>
        <w:t>vn -0.5266 0.8481 -0.0582</w:t>
        <w:br/>
        <w:t>vn -0.8477 -0.1743 0.5011</w:t>
        <w:br/>
        <w:t>vn -0.8195 0.3502 0.4537</w:t>
        <w:br/>
        <w:t>vn -0.9244 0.3196 0.2081</w:t>
        <w:br/>
        <w:t>vn -0.9522 -0.1902 0.2391</w:t>
        <w:br/>
        <w:t>vn -0.6756 -0.1446 0.7230</w:t>
        <w:br/>
        <w:t>vn -0.6560 0.3554 0.6658</w:t>
        <w:br/>
        <w:t>vn 0.6186 0.7830 0.0656</w:t>
        <w:br/>
        <w:t>vn 0.4751 0.8248 -0.3064</w:t>
        <w:br/>
        <w:t>vn 0.2531 0.7793 -0.5732</w:t>
        <w:br/>
        <w:t>vn -0.5574 0.7990 0.2256</w:t>
        <w:br/>
        <w:t>vn 0.0987 0.9184 0.3833</w:t>
        <w:br/>
        <w:t>vn -0.2714 0.7357 0.6205</w:t>
        <w:br/>
        <w:t>vn -0.7086 0.6691 -0.2239</w:t>
        <w:br/>
        <w:t>vn -0.3324 0.8380 -0.4328</w:t>
        <w:br/>
        <w:t>vn 0.4100 0.8599 -0.3041</w:t>
        <w:br/>
        <w:t>vn 0.5681 0.8207 0.0614</w:t>
        <w:br/>
        <w:t>vn 0.0986 0.9183 0.3833</w:t>
        <w:br/>
        <w:t>vn 0.2993 0.9176 -0.2614</w:t>
        <w:br/>
        <w:t>vn -0.3324 0.8379 -0.4329</w:t>
        <w:br/>
        <w:t>vn 0.1869 0.7619 -0.6201</w:t>
        <w:br/>
        <w:t>vn -0.1525 0.2195 -0.9636</w:t>
        <w:br/>
        <w:t>vn -0.8019 0.3262 -0.5006</w:t>
        <w:br/>
        <w:t>vn -0.8425 -0.0518 -0.5362</w:t>
        <w:br/>
        <w:t>vn -0.8427 -0.0516 -0.5360</w:t>
        <w:br/>
        <w:t>vn -0.6606 0.6378 -0.3959</w:t>
        <w:br/>
        <w:t>vn -0.6606 0.6378 -0.3960</w:t>
        <w:br/>
        <w:t>vn -0.7388 0.5218 -0.4265</w:t>
        <w:br/>
        <w:t>vn -0.8457 0.2597 -0.4662</w:t>
        <w:br/>
        <w:t>vn -0.8457 0.2597 -0.4661</w:t>
        <w:br/>
        <w:t>vn 0.3529 -0.9120 0.2093</w:t>
        <w:br/>
        <w:t>vn 0.3529 -0.9119 0.2093</w:t>
        <w:br/>
        <w:t>vn -0.3392 -0.9202 -0.1952</w:t>
        <w:br/>
        <w:t>vn -0.8789 -0.0222 -0.4764</w:t>
        <w:br/>
        <w:t>vn -0.8008 -0.3971 -0.4484</w:t>
        <w:br/>
        <w:t>vn -0.8789 -0.0222 -0.4765</w:t>
        <w:br/>
        <w:t>vn 0.6031 -0.7202 0.3429</w:t>
        <w:br/>
        <w:t>vn 0.6030 -0.7202 0.3430</w:t>
        <w:br/>
        <w:t>vn -0.0769 -0.9901 -0.1178</w:t>
        <w:br/>
        <w:t>vn 0.1603 -0.9870 0.0096</w:t>
        <w:br/>
        <w:t>vn 0.1603 -0.9870 0.0095</w:t>
        <w:br/>
        <w:t>vn 0.5091 -0.8266 0.2399</w:t>
        <w:br/>
        <w:t>vn 0.5091 -0.8266 0.2400</w:t>
        <w:br/>
        <w:t>vn -0.5081 -0.0360 0.8605</w:t>
        <w:br/>
        <w:t>vn -0.1115 0.0303 0.9933</w:t>
        <w:br/>
        <w:t>vn -0.1440 -0.2238 0.9639</w:t>
        <w:br/>
        <w:t>vn -0.5395 -0.1109 0.8347</w:t>
        <w:br/>
        <w:t>vn 0.5100 0.0370 -0.8594</w:t>
        <w:br/>
        <w:t>vn 0.4771 -0.0343 -0.8782</w:t>
        <w:br/>
        <w:t>vn 0.7964 -0.1596 -0.5834</w:t>
        <w:br/>
        <w:t>vn 0.8237 0.0987 -0.5584</w:t>
        <w:br/>
        <w:t>vn -0.5747 -0.1699 0.8005</w:t>
        <w:br/>
        <w:t>vn -0.1373 -0.4747 0.8694</w:t>
        <w:br/>
        <w:t>vn 0.4490 -0.0793 -0.8900</w:t>
        <w:br/>
        <w:t>vn 0.5254 0.0041 -0.8508</w:t>
        <w:br/>
        <w:t>vn 0.4751 -0.0449 -0.8788</w:t>
        <w:br/>
        <w:t>vn 0.4752 -0.0449 -0.8787</w:t>
        <w:br/>
        <w:t>vn -0.5599 -0.1332 0.8178</w:t>
        <w:br/>
        <w:t>vn -0.5791 -0.1601 0.7994</w:t>
        <w:br/>
        <w:t>vn -0.5791 -0.1601 0.7993</w:t>
        <w:br/>
        <w:t>vn -0.6458 0.1035 0.7565</w:t>
        <w:br/>
        <w:t>vn -0.7060 0.0253 0.7077</w:t>
        <w:br/>
        <w:t>vn 0.1298 0.3082 -0.9424</w:t>
        <w:br/>
        <w:t>vn 0.4323 0.1450 -0.8900</w:t>
        <w:br/>
        <w:t>vn 0.3316 0.0669 -0.9410</w:t>
        <w:br/>
        <w:t>vn 0.5692 0.1172 -0.8138</w:t>
        <w:br/>
        <w:t>vn 0.5714 0.0548 -0.8188</w:t>
        <w:br/>
        <w:t>vn 0.5714 0.0547 -0.8189</w:t>
        <w:br/>
        <w:t>vn -0.5489 0.0542 0.8342</w:t>
        <w:br/>
        <w:t>vn -0.5390 -0.0551 0.8405</w:t>
        <w:br/>
        <w:t>vn -0.5488 0.0542 0.8342</w:t>
        <w:br/>
        <w:t>vn -0.6266 -0.0518 0.7776</w:t>
        <w:br/>
        <w:t>vn 0.4052 0.0120 -0.9141</w:t>
        <w:br/>
        <w:t>vn 0.1776 0.2407 -0.9542</w:t>
        <w:br/>
        <w:t>vn -0.5048 -0.0392 0.8624</w:t>
        <w:br/>
        <w:t>vn -0.5058 -0.0446 0.8615</w:t>
        <w:br/>
        <w:t>vn -0.5047 -0.0397 0.8624</w:t>
        <w:br/>
        <w:t>vn 0.5121 0.0399 -0.8580</w:t>
        <w:br/>
        <w:t>vn 0.5045 0.0408 -0.8624</w:t>
        <w:br/>
        <w:t>vn 0.5045 0.0405 -0.8624</w:t>
        <w:br/>
        <w:t>vn -0.5354 -0.0576 0.8426</w:t>
        <w:br/>
        <w:t>vn 0.4755 0.0249 -0.8794</w:t>
        <w:br/>
        <w:t>vn 0.4755 0.0249 -0.8793</w:t>
        <w:br/>
        <w:t>vn 0.9575 -0.2582 -0.1286</w:t>
        <w:br/>
        <w:t>vn 0.9786 0.1414 -0.1498</w:t>
        <w:br/>
        <w:t>vn 0.3131 -0.2989 0.9015</w:t>
        <w:br/>
        <w:t>vn 0.3050 0.0913 0.9480</w:t>
        <w:br/>
        <w:t>vn 0.7873 -0.6159 -0.0291</w:t>
        <w:br/>
        <w:t>vn 0.6223 -0.6939 0.3622</w:t>
        <w:br/>
        <w:t>vn 0.8320 -0.3100 0.4600</w:t>
        <w:br/>
        <w:t>vn 0.6543 -0.3261 0.6823</w:t>
        <w:br/>
        <w:t>vn 0.4905 -0.5677 0.6611</w:t>
        <w:br/>
        <w:t>vn 0.7112 -0.5801 0.3971</w:t>
        <w:br/>
        <w:t>vn 0.8477 -0.5235 0.0855</w:t>
        <w:br/>
        <w:t>vn 0.9420 -0.2688 0.2009</w:t>
        <w:br/>
        <w:t>vn 0.2883 0.9491 0.1265</w:t>
        <w:br/>
        <w:t>vn 0.4179 0.9005 -0.1204</w:t>
        <w:br/>
        <w:t>vn 0.0518 0.9508 -0.3055</w:t>
        <w:br/>
        <w:t>vn -0.3262 0.9129 -0.2452</w:t>
        <w:br/>
        <w:t>vn -0.4833 0.8748 0.0345</w:t>
        <w:br/>
        <w:t>vn 0.1360 0.9219 0.3628</w:t>
        <w:br/>
        <w:t>vn 0.7272 0.0180 0.6862</w:t>
        <w:br/>
        <w:t>vn 0.8744 0.0313 0.4842</w:t>
        <w:br/>
        <w:t>vn 0.7704 0.4869 0.4116</w:t>
        <w:br/>
        <w:t>vn 0.6182 0.4786 0.6235</w:t>
        <w:br/>
        <w:t>vn 0.8697 0.4623 0.1729</w:t>
        <w:br/>
        <w:t>vn 0.9666 0.0427 0.2529</w:t>
        <w:br/>
        <w:t>vn 0.1299 0.3082 -0.9424</w:t>
        <w:br/>
        <w:t>vn -0.3140 0.6930 -0.6490</w:t>
        <w:br/>
        <w:t>vn -0.5862 0.7072 -0.3953</w:t>
        <w:br/>
        <w:t>vn -0.7574 0.6512 -0.0483</w:t>
        <w:br/>
        <w:t>vn -0.1309 0.9914 0.0006</w:t>
        <w:br/>
        <w:t>vn 0.0847 0.9278 -0.3632</w:t>
        <w:br/>
        <w:t>vn 0.4898 0.8525 -0.1829</w:t>
        <w:br/>
        <w:t>vn 0.3115 0.9163 0.2518</w:t>
        <w:br/>
        <w:t>vn 0.0633 0.7740 0.6300</w:t>
        <w:br/>
        <w:t>vn -0.3251 0.8704 0.3697</w:t>
        <w:br/>
        <w:t>vn -0.5722 0.7569 -0.3157</w:t>
        <w:br/>
        <w:t>vn -0.3415 0.7247 -0.5985</w:t>
        <w:br/>
        <w:t>vn -0.7255 0.6882 0.0076</w:t>
        <w:br/>
        <w:t>vn 0.1776 0.2408 -0.9542</w:t>
        <w:br/>
        <w:t>vn -0.0262 0.4020 -0.9153</w:t>
        <w:br/>
        <w:t>vn 0.0188 0.0387 -0.9991</w:t>
        <w:br/>
        <w:t>vn 0.0188 0.0388 -0.9991</w:t>
        <w:br/>
        <w:t>vn -0.0704 0.6815 -0.7285</w:t>
        <w:br/>
        <w:t>vn -0.0704 0.6814 -0.7285</w:t>
        <w:br/>
        <w:t>vn -0.0642 0.5835 -0.8095</w:t>
        <w:br/>
        <w:t>vn -0.0324 0.3759 -0.9261</w:t>
        <w:br/>
        <w:t>vn -0.0324 0.3758 -0.9261</w:t>
        <w:br/>
        <w:t>vn -0.0643 0.5835 -0.8095</w:t>
        <w:br/>
        <w:t>vn 0.1183 -0.8796 -0.4607</w:t>
        <w:br/>
        <w:t>vn 0.1094 -0.9313 0.3473</w:t>
        <w:br/>
        <w:t>vn 0.0568 -0.3076 -0.9498</w:t>
        <w:br/>
        <w:t>vn 0.0567 -0.3076 -0.9498</w:t>
        <w:br/>
        <w:t>vn 0.0085 0.0933 -0.9956</w:t>
        <w:br/>
        <w:t>vn 0.0815 -0.7566 0.6488</w:t>
        <w:br/>
        <w:t>vn 0.0815 -0.7566 0.6487</w:t>
        <w:br/>
        <w:t>vn 0.1216 -0.9918 0.0401</w:t>
        <w:br/>
        <w:t>vn 0.1216 -0.9918 0.0399</w:t>
        <w:br/>
        <w:t>vn 0.1232 -0.9570 -0.2625</w:t>
        <w:br/>
        <w:t>vn 0.1233 -0.9570 -0.2625</w:t>
        <w:br/>
        <w:t>vn 0.0954 -0.8528 0.5135</w:t>
        <w:br/>
        <w:t>vn -0.9923 -0.1209 -0.0267</w:t>
        <w:br/>
        <w:t>vn -0.9094 -0.0836 0.4074</w:t>
        <w:br/>
        <w:t>vn -0.8842 -0.3366 0.3240</w:t>
        <w:br/>
        <w:t>vn -0.9787 -0.1914 -0.0744</w:t>
        <w:br/>
        <w:t>vn 0.9923 0.1207 0.0269</w:t>
        <w:br/>
        <w:t>vn 0.9985 0.0498 -0.0210</w:t>
        <w:br/>
        <w:t>vn 0.9218 -0.1163 0.3699</w:t>
        <w:br/>
        <w:t>vn 0.8809 0.1342 0.4539</w:t>
        <w:br/>
        <w:t>vn -0.9593 -0.2492 -0.1328</w:t>
        <w:br/>
        <w:t>vn -0.7831 -0.5714 0.2456</w:t>
        <w:br/>
        <w:t>vn 0.9961 -0.0059 -0.0881</w:t>
        <w:br/>
        <w:t>vn 0.8884 -0.3616 0.2827</w:t>
        <w:br/>
        <w:t>vn 0.9980 0.0531 -0.0343</w:t>
        <w:br/>
        <w:t>vn 0.9980 0.0531 -0.0342</w:t>
        <w:br/>
        <w:t>vn 0.9956 0.0161 -0.0920</w:t>
        <w:br/>
        <w:t>vn 0.9956 0.0160 -0.0919</w:t>
        <w:br/>
        <w:t>vn -0.9750 -0.2061 -0.0836</w:t>
        <w:br/>
        <w:t>vn -0.9616 -0.2406 -0.1324</w:t>
        <w:br/>
        <w:t>vn -0.9806 0.0637 -0.1855</w:t>
        <w:br/>
        <w:t>vn -0.8584 0.2644 -0.4397</w:t>
        <w:br/>
        <w:t>vn -0.9558 -0.0085 -0.2938</w:t>
        <w:br/>
        <w:t>vn -0.9806 0.0636 -0.1855</w:t>
        <w:br/>
        <w:t>vn 0.9603 0.1590 -0.2293</w:t>
        <w:br/>
        <w:t>vn 0.9603 0.1590 -0.2292</w:t>
        <w:br/>
        <w:t>vn 0.9647 0.2350 -0.1191</w:t>
        <w:br/>
        <w:t>vn 0.9807 0.1919 0.0365</w:t>
        <w:br/>
        <w:t>vn 0.9807 0.1919 0.0364</w:t>
        <w:br/>
        <w:t>vn 0.9931 0.1131 0.0296</w:t>
        <w:br/>
        <w:t>vn -0.9999 -0.0001 -0.0154</w:t>
        <w:br/>
        <w:t>vn -0.9930 -0.1161 -0.0235</w:t>
        <w:br/>
        <w:t>vn -0.9930 -0.1160 -0.0235</w:t>
        <w:br/>
        <w:t>vn -0.9146 0.1442 -0.3778</w:t>
        <w:br/>
        <w:t>vn -0.9794 -0.1000 -0.1754</w:t>
        <w:br/>
        <w:t>vn 0.9888 0.0808 -0.1252</w:t>
        <w:br/>
        <w:t>vn 0.9888 0.0808 -0.1251</w:t>
        <w:br/>
        <w:t>vn -0.9945 -0.1019 -0.0252</w:t>
        <w:br/>
        <w:t>vn -0.9938 -0.1075 -0.0274</w:t>
        <w:br/>
        <w:t>vn 0.9945 0.1017 0.0250</w:t>
        <w:br/>
        <w:t>vn 0.9945 0.1016 0.0251</w:t>
        <w:br/>
        <w:t>vn 0.9952 0.0949 0.0229</w:t>
        <w:br/>
        <w:t>vn -0.9910 -0.1165 -0.0652</w:t>
        <w:br/>
        <w:t>vn 0.9968 0.0784 -0.0147</w:t>
        <w:br/>
        <w:t>vn 0.6435 -0.2718 0.7156</w:t>
        <w:br/>
        <w:t>vn 0.5978 0.1216 0.7924</w:t>
        <w:br/>
        <w:t>vn -0.5921 -0.4219 0.6866</w:t>
        <w:br/>
        <w:t>vn -0.6476 -0.0299 0.7614</w:t>
        <w:br/>
        <w:t>vn 0.2691 -0.7157 0.6445</w:t>
        <w:br/>
        <w:t>vn -0.4404 -0.7455 0.5003</w:t>
        <w:br/>
        <w:t>vn 0.0333 -0.4235 0.9053</w:t>
        <w:br/>
        <w:t>vn -0.2796 -0.4428 0.8519</w:t>
        <w:br/>
        <w:t>vn -0.2969 -0.6595 0.6906</w:t>
        <w:br/>
        <w:t>vn 0.0691 -0.6564 0.7512</w:t>
        <w:br/>
        <w:t>vn 0.4257 -0.5630 0.7084</w:t>
        <w:br/>
        <w:t>vn 0.3428 -0.3616 0.8671</w:t>
        <w:br/>
        <w:t>vn -0.1145 0.9366 0.3313</w:t>
        <w:br/>
        <w:t>vn 0.1386 0.9330 0.3321</w:t>
        <w:br/>
        <w:t>vn 0.1690 0.9323 -0.3198</w:t>
        <w:br/>
        <w:t>vn -0.1023 0.9359 -0.3372</w:t>
        <w:br/>
        <w:t>vn -0.3229 0.9453 -0.0473</w:t>
        <w:br/>
        <w:t>vn -0.3595 0.8804 0.3093</w:t>
        <w:br/>
        <w:t>vn -0.0087 -0.1017 0.9948</w:t>
        <w:br/>
        <w:t>vn -0.0698 0.4361 0.8972</w:t>
        <w:br/>
        <w:t>vn -0.3656 0.3877 0.8462</w:t>
        <w:br/>
        <w:t>vn -0.3146 -0.1318 0.9400</w:t>
        <w:br/>
        <w:t>vn 0.2978 -0.0618 0.9526</w:t>
        <w:br/>
        <w:t>vn 0.2315 0.4442 0.8655</w:t>
        <w:br/>
        <w:t>vn -0.0758 0.7442 -0.6636</w:t>
        <w:br/>
        <w:t>vn 0.2892 0.7334 -0.6152</w:t>
        <w:br/>
        <w:t>vn -0.3768 0.7197 -0.5832</w:t>
        <w:br/>
        <w:t>vn -0.8584 0.2643 -0.4397</w:t>
        <w:br/>
        <w:t>vn -0.7831 -0.5713 0.2456</w:t>
        <w:br/>
        <w:t>vn -0.1112 0.8544 0.5075</w:t>
        <w:br/>
        <w:t>vn 0.3488 0.9372 -0.0055</w:t>
        <w:br/>
        <w:t>vn 0.3698 0.8056 0.4628</w:t>
        <w:br/>
        <w:t>vn -0.1111 0.8544 0.5075</w:t>
        <w:br/>
        <w:t>vn -0.5660 0.7018 0.4326</w:t>
        <w:br/>
        <w:t>vn -0.5572 0.8299 -0.0280</w:t>
        <w:br/>
        <w:t>vn -0.0814 0.7834 -0.6161</w:t>
        <w:br/>
        <w:t>vn 0.3043 0.7667 -0.5653</w:t>
        <w:br/>
        <w:t>vn 0.3488 0.9372 -0.0056</w:t>
        <w:br/>
        <w:t>vn -0.0934 0.8570 -0.5067</w:t>
        <w:br/>
        <w:t>vn -0.4545 0.6815 -0.5736</w:t>
        <w:br/>
        <w:t>vn 0.8289 0.1808 0.5293</w:t>
        <w:br/>
        <w:t>vn 0.7046 0.5391 0.4614</w:t>
        <w:br/>
        <w:t>vn 0.4874 0.8075 0.3323</w:t>
        <w:br/>
        <w:t>vn 0.5730 0.7239 0.3842</w:t>
        <w:br/>
        <w:t>vn 0.7193 0.5115 0.4701</w:t>
        <w:br/>
        <w:t>vn 0.4896 -0.8413 0.2291</w:t>
        <w:br/>
        <w:t>vn -0.1684 -0.9735 -0.1547</w:t>
        <w:br/>
        <w:t>vn 0.8435 -0.2205 0.4898</w:t>
        <w:br/>
        <w:t>vn 0.8264 0.2124 0.5215</w:t>
        <w:br/>
        <w:t>vn -0.4264 -0.8556 -0.2934</w:t>
        <w:br/>
        <w:t>vn 0.3610 -0.9118 0.1956</w:t>
        <w:br/>
        <w:t>vn 0.1194 -0.9920 0.0411</w:t>
        <w:br/>
        <w:t>vn 0.3608 -0.9119 0.1956</w:t>
        <w:br/>
        <w:t>vn -0.2958 -0.9303 -0.2167</w:t>
        <w:br/>
        <w:t>vn 0.5108 0.0379 -0.8588</w:t>
        <w:br/>
        <w:t>vn 0.1096 0.0001 -0.9940</w:t>
        <w:br/>
        <w:t>vn 0.1981 -0.2409 -0.9501</w:t>
        <w:br/>
        <w:t>vn 0.5594 -0.0231 -0.8286</w:t>
        <w:br/>
        <w:t>vn -0.5107 -0.0384 0.8589</w:t>
        <w:br/>
        <w:t>vn -0.4590 -0.1025 0.8825</w:t>
        <w:br/>
        <w:t>vn -0.7351 -0.3148 0.6004</w:t>
        <w:br/>
        <w:t>vn -0.8284 -0.0701 0.5557</w:t>
        <w:br/>
        <w:t>vn 0.6059 -0.0666 -0.7928</w:t>
        <w:br/>
        <w:t>vn -0.4040 -0.1507 0.9023</w:t>
        <w:br/>
        <w:t>vn -0.4595 -0.1164 0.8805</w:t>
        <w:br/>
        <w:t>vn -0.4123 -0.1415 0.9000</w:t>
        <w:br/>
        <w:t>vn 0.5612 -0.0212 -0.8274</w:t>
        <w:br/>
        <w:t>vn 0.6007 -0.0523 -0.7978</w:t>
        <w:br/>
        <w:t>vn 0.6007 -0.0523 -0.7977</w:t>
        <w:br/>
        <w:t>vn 0.7100 0.4417 -0.5485</w:t>
        <w:br/>
        <w:t>vn 0.6729 0.1673 -0.7205</w:t>
        <w:br/>
        <w:t>vn 0.5692 0.2299 -0.7894</w:t>
        <w:br/>
        <w:t>vn -0.3195 0.0554 0.9460</w:t>
        <w:br/>
        <w:t>vn -0.1700 0.3308 0.9282</w:t>
        <w:br/>
        <w:t>vn -0.4167 0.1232 0.9007</w:t>
        <w:br/>
        <w:t>vn -0.4168 0.1232 0.9006</w:t>
        <w:br/>
        <w:t>vn -0.5263 0.0575 0.8483</w:t>
        <w:br/>
        <w:t>vn -0.5199 -0.0494 0.8528</w:t>
        <w:br/>
        <w:t>vn -0.5264 0.0575 0.8483</w:t>
        <w:br/>
        <w:t>vn 0.5042 0.0500 -0.8622</w:t>
        <w:br/>
        <w:t>vn 0.5042 0.0500 -0.8621</w:t>
        <w:br/>
        <w:t>vn 0.4729 0.1551 -0.8674</w:t>
        <w:br/>
        <w:t>vn 0.6259 0.0688 -0.7768</w:t>
        <w:br/>
        <w:t>vn -0.3804 -0.0326 0.9243</w:t>
        <w:br/>
        <w:t>vn 0.5067 0.0424 -0.8611</w:t>
        <w:br/>
        <w:t>vn 0.5099 0.0381 -0.8594</w:t>
        <w:br/>
        <w:t>vn 0.5066 0.0424 -0.8611</w:t>
        <w:br/>
        <w:t>vn -0.5068 -0.0422 0.8610</w:t>
        <w:br/>
        <w:t>vn -0.5068 -0.0423 0.8610</w:t>
        <w:br/>
        <w:t>vn -0.5045 -0.0486 0.8621</w:t>
        <w:br/>
        <w:t>vn -0.5045 -0.0485 0.8621</w:t>
        <w:br/>
        <w:t>vn 0.5426 0.0353 -0.8393</w:t>
        <w:br/>
        <w:t>vn -0.4721 -0.0568 0.8797</w:t>
        <w:br/>
        <w:t>vn -0.8668 -0.4731 0.1575</w:t>
        <w:br/>
        <w:t>vn -0.9855 -0.0882 0.1451</w:t>
        <w:br/>
        <w:t>vn -0.2367 -0.4241 -0.8741</w:t>
        <w:br/>
        <w:t>vn -0.3118 -0.0379 -0.9494</w:t>
        <w:br/>
        <w:t>vn -0.6034 -0.7938 0.0767</w:t>
        <w:br/>
        <w:t>vn -0.4307 -0.8506 -0.3017</w:t>
        <w:br/>
        <w:t>vn -0.1822 -0.7574 -0.6270</w:t>
        <w:br/>
        <w:t>vn -0.6964 -0.5549 -0.4551</w:t>
        <w:br/>
        <w:t>vn -0.5284 -0.5194 -0.6716</w:t>
        <w:br/>
        <w:t>vn -0.3292 -0.7139 -0.6181</w:t>
        <w:br/>
        <w:t>vn -0.5251 -0.7727 -0.3566</w:t>
        <w:br/>
        <w:t>vn -0.6631 -0.7464 -0.0558</w:t>
        <w:br/>
        <w:t>vn -0.8114 -0.5479 -0.2036</w:t>
        <w:br/>
        <w:t>vn -0.4187 0.8800 -0.2243</w:t>
        <w:br/>
        <w:t>vn -0.5362 0.8440 -0.0130</w:t>
        <w:br/>
        <w:t>vn -0.2381 0.9525 0.1898</w:t>
        <w:br/>
        <w:t>vn 0.1446 0.9783 0.1485</w:t>
        <w:br/>
        <w:t>vn 0.0367 0.9711 -0.2358</w:t>
        <w:br/>
        <w:t>vn -0.2761 0.8633 -0.4224</w:t>
        <w:br/>
        <w:t>vn -0.8316 -0.2026 -0.5170</w:t>
        <w:br/>
        <w:t>vn -0.8098 0.3371 -0.4803</w:t>
        <w:br/>
        <w:t>vn -0.6794 0.3315 -0.6546</w:t>
        <w:br/>
        <w:t>vn -0.6901 -0.1931 -0.6974</w:t>
        <w:br/>
        <w:t>vn -0.9296 -0.2014 -0.3088</w:t>
        <w:br/>
        <w:t>vn -0.9014 0.3267 -0.2842</w:t>
        <w:br/>
        <w:t>vn -0.1701 0.3309 0.9282</w:t>
        <w:br/>
        <w:t>vn 0.2170 0.7378 0.6392</w:t>
        <w:br/>
        <w:t>vn 0.4385 0.8337 0.3357</w:t>
        <w:br/>
        <w:t>vn 0.5940 0.8043 -0.0182</w:t>
        <w:br/>
        <w:t>vn 0.7101 0.4416 -0.5484</w:t>
        <w:br/>
        <w:t>vn -0.1474 0.9876 -0.0537</w:t>
        <w:br/>
        <w:t>vn -0.3577 0.8744 0.3279</w:t>
        <w:br/>
        <w:t>vn -0.7236 0.6775 0.1318</w:t>
        <w:br/>
        <w:t>vn -0.5436 0.7816 -0.3059</w:t>
        <w:br/>
        <w:t>vn -0.2360 0.7022 -0.6717</w:t>
        <w:br/>
        <w:t>vn 0.0925 0.9009 -0.4240</w:t>
        <w:br/>
        <w:t>vn 0.3744 0.8847 0.2778</w:t>
        <w:br/>
        <w:t>vn 0.1701 0.8023 0.5722</w:t>
        <w:br/>
        <w:t>vn 0.5277 0.8478 -0.0529</w:t>
        <w:br/>
        <w:t>vn 0.0322 -0.8079 -0.5885</w:t>
        <w:br/>
        <w:t>vn 0.4099 -0.7616 -0.5020</w:t>
        <w:br/>
        <w:t>vn 0.0322 -0.8079 -0.5884</w:t>
        <w:br/>
        <w:t>vn -0.3392 -0.8656 -0.3684</w:t>
        <w:br/>
        <w:t>vn -0.4920 -0.8701 0.0278</w:t>
        <w:br/>
        <w:t>vn -0.4238 -0.8268 0.3699</w:t>
        <w:br/>
        <w:t>vn -0.2340 -0.7832 0.5761</w:t>
        <w:br/>
        <w:t>vn -0.2339 -0.7832 0.5761</w:t>
        <w:br/>
        <w:t>vn 0.0372 -0.7455 0.6655</w:t>
        <w:br/>
        <w:t>vn 0.3610 -0.7131 0.6009</w:t>
        <w:br/>
        <w:t>vn 0.3610 -0.7131 0.6010</w:t>
        <w:br/>
        <w:t>vn 0.6388 -0.6861 0.3483</w:t>
        <w:br/>
        <w:t>vn 0.6387 -0.6861 0.3483</w:t>
        <w:br/>
        <w:t>vn 0.7317 -0.6812 -0.0248</w:t>
        <w:br/>
        <w:t>vn 0.7316 -0.6813 -0.0247</w:t>
        <w:br/>
        <w:t>vn 0.5733 -0.7185 -0.3939</w:t>
        <w:br/>
        <w:t>vn 0.5732 -0.7185 -0.3939</w:t>
        <w:br/>
        <w:t>vn 0.1568 -0.7910 -0.5914</w:t>
        <w:br/>
        <w:t>vn -0.1983 -0.8429 -0.5001</w:t>
        <w:br/>
        <w:t>vn -0.3350 -0.9012 -0.2751</w:t>
        <w:br/>
        <w:t>vn -0.3620 -0.9302 -0.0610</w:t>
        <w:br/>
        <w:t>vn -0.3620 -0.9302 -0.0609</w:t>
        <w:br/>
        <w:t>vn -0.3254 -0.9398 0.1044</w:t>
        <w:br/>
        <w:t>vn -0.2654 -0.9249 0.2723</w:t>
        <w:br/>
        <w:t>vn -0.1252 -0.8986 0.4205</w:t>
        <w:br/>
        <w:t>vn 0.0767 -0.8708 0.4857</w:t>
        <w:br/>
        <w:t>vn 0.3021 -0.8513 0.4290</w:t>
        <w:br/>
        <w:t>vn 0.3021 -0.8513 0.4291</w:t>
        <w:br/>
        <w:t>vn 0.4822 -0.8336 0.2693</w:t>
        <w:br/>
        <w:t>vn 0.3020 -0.8513 0.4291</w:t>
        <w:br/>
        <w:t>vn 0.5568 -0.8269 0.0784</w:t>
        <w:br/>
        <w:t>vn 0.5568 -0.8270 0.0784</w:t>
        <w:br/>
        <w:t>vn 0.5792 -0.8117 -0.0760</w:t>
        <w:br/>
        <w:t>vn 0.5755 -0.7764 -0.2570</w:t>
        <w:br/>
        <w:t>vn 0.5755 -0.7764 -0.2571</w:t>
        <w:br/>
        <w:t>vn 0.3225 0.8833 0.3402</w:t>
        <w:br/>
        <w:t>vn -0.0133 0.8316 0.5551</w:t>
        <w:br/>
        <w:t>vn 0.4631 0.8856 -0.0350</w:t>
        <w:br/>
        <w:t>vn 0.3991 0.8439 -0.3585</w:t>
        <w:br/>
        <w:t>vn 0.2207 0.8013 -0.5561</w:t>
        <w:br/>
        <w:t>vn -0.0381 0.7640 -0.6440</w:t>
        <w:br/>
        <w:t>vn -0.0380 0.7640 -0.6441</w:t>
        <w:br/>
        <w:t>vn -0.3527 0.7315 -0.5835</w:t>
        <w:br/>
        <w:t>vn -0.6247 0.7030 -0.3400</w:t>
        <w:br/>
        <w:t>vn -0.7167 0.6971 0.0195</w:t>
        <w:br/>
        <w:t>vn -0.5672 0.7335 0.3744</w:t>
        <w:br/>
        <w:t>vn -0.1702 0.8084 0.5635</w:t>
        <w:br/>
        <w:t>vn -0.1703 0.8084 0.5634</w:t>
        <w:br/>
        <w:t>vn 0.1781 0.8628 0.4732</w:t>
        <w:br/>
        <w:t>vn 0.1780 0.8628 0.4732</w:t>
        <w:br/>
        <w:t>vn 0.3098 0.9167 0.2525</w:t>
        <w:br/>
        <w:t>vn 0.3290 0.9432 0.0455</w:t>
        <w:br/>
        <w:t>vn 0.3289 0.9433 0.0455</w:t>
        <w:br/>
        <w:t>vn 0.2943 0.9494 -0.1092</w:t>
        <w:br/>
        <w:t>vn 0.2943 0.9495 -0.1092</w:t>
        <w:br/>
        <w:t>vn 0.2387 0.9352 -0.2617</w:t>
        <w:br/>
        <w:t>vn 0.2387 0.9352 -0.2616</w:t>
        <w:br/>
        <w:t>vn 0.1111 0.9099 -0.3996</w:t>
        <w:br/>
        <w:t>vn -0.0759 0.8842 -0.4609</w:t>
        <w:br/>
        <w:t>vn -0.0759 0.8843 -0.4607</w:t>
        <w:br/>
        <w:t>vn -0.2903 0.8655 -0.4083</w:t>
        <w:br/>
        <w:t>vn -0.2904 0.8655 -0.4082</w:t>
        <w:br/>
        <w:t>vn -0.2906 0.8655 -0.4080</w:t>
        <w:br/>
        <w:t>vn -0.2906 0.8655 -0.4081</w:t>
        <w:br/>
        <w:t>vn -0.4633 0.8483 -0.2564</w:t>
        <w:br/>
        <w:t>vn -0.4632 0.8483 -0.2564</w:t>
        <w:br/>
        <w:t>vn -0.5355 0.8411 -0.0766</w:t>
        <w:br/>
        <w:t>vn -0.5354 0.8411 -0.0766</w:t>
        <w:br/>
        <w:t>vn -0.5591 0.8260 0.0715</w:t>
        <w:br/>
        <w:t>vn -0.5592 0.8260 0.0715</w:t>
        <w:br/>
        <w:t>vn -0.5666 0.7869 0.2446</w:t>
        <w:br/>
        <w:t>vn -0.5665 0.7869 0.2446</w:t>
        <w:br/>
        <w:t>vn -0.3920 0.7848 0.4800</w:t>
        <w:br/>
        <w:t>vn 0.1466 -0.4595 0.8760</w:t>
        <w:br/>
        <w:t>vn 0.5613 -0.4685 0.6823</w:t>
        <w:br/>
        <w:t>vn 0.7839 -0.4823 0.3910</w:t>
        <w:br/>
        <w:t>vn 0.7838 -0.4824 0.3910</w:t>
        <w:br/>
        <w:t>vn 0.8767 -0.4810 0.0029</w:t>
        <w:br/>
        <w:t>vn 0.7711 -0.4803 -0.4180</w:t>
        <w:br/>
        <w:t>vn 0.7711 -0.4803 -0.4179</w:t>
        <w:br/>
        <w:t>vn 0.4943 -0.5188 -0.6975</w:t>
        <w:br/>
        <w:t>vn 0.1019 -0.6006 -0.7930</w:t>
        <w:br/>
        <w:t>vn -0.3092 -0.6731 -0.6718</w:t>
        <w:br/>
        <w:t>vn -0.3091 -0.6731 -0.6718</w:t>
        <w:br/>
        <w:t>vn -0.6024 -0.7105 -0.3636</w:t>
        <w:br/>
        <w:t>vn -0.7089 -0.7050 0.0184</w:t>
        <w:br/>
        <w:t>vn -0.7089 -0.7050 0.0183</w:t>
        <w:br/>
        <w:t>vn -0.6426 -0.6664 0.3783</w:t>
        <w:br/>
        <w:t>vn -0.6426 -0.6664 0.3782</w:t>
        <w:br/>
        <w:t>vn -0.3957 -0.5894 0.7043</w:t>
        <w:br/>
        <w:t>vn -0.3958 -0.5894 0.7042</w:t>
        <w:br/>
        <w:t>vn -0.0939 -0.4828 0.8707</w:t>
        <w:br/>
        <w:t>vn 0.3284 -0.3914 0.8596</w:t>
        <w:br/>
        <w:t>vn 0.7840 -0.2888 0.5495</w:t>
        <w:br/>
        <w:t>vn 0.9705 -0.2386 0.0340</w:t>
        <w:br/>
        <w:t>vn 0.8516 -0.2239 -0.4739</w:t>
        <w:br/>
        <w:t>vn 0.8517 -0.2239 -0.4739</w:t>
        <w:br/>
        <w:t>vn 0.5210 -0.2761 -0.8076</w:t>
        <w:br/>
        <w:t>vn 0.0709 -0.3653 -0.9282</w:t>
        <w:br/>
        <w:t>vn 0.0710 -0.3653 -0.9282</w:t>
        <w:br/>
        <w:t>vn -0.3902 -0.4561 -0.7998</w:t>
        <w:br/>
        <w:t>vn -0.3901 -0.4562 -0.7998</w:t>
        <w:br/>
        <w:t>vn -0.7395 -0.5058 -0.4442</w:t>
        <w:br/>
        <w:t>vn -0.8574 -0.5130 0.0411</w:t>
        <w:br/>
        <w:t>vn -0.8574 -0.5129 0.0411</w:t>
        <w:br/>
        <w:t>vn -0.7126 -0.4893 0.5028</w:t>
        <w:br/>
        <w:t>vn -0.3549 -0.4670 0.8099</w:t>
        <w:br/>
        <w:t>vn -0.1668 0.4682 -0.8677</w:t>
        <w:br/>
        <w:t>vn 0.3253 0.4834 -0.8127</w:t>
        <w:br/>
        <w:t>vn -0.5628 0.4793 -0.6735</w:t>
        <w:br/>
        <w:t>vn -0.7823 0.4906 -0.3837</w:t>
        <w:br/>
        <w:t>vn -0.8712 0.4908 -0.0021</w:t>
        <w:br/>
        <w:t>vn -0.8713 0.4908 -0.0021</w:t>
        <w:br/>
        <w:t>vn -0.7663 0.4908 0.4146</w:t>
        <w:br/>
        <w:t>vn -0.4930 0.5311 0.6891</w:t>
        <w:br/>
        <w:t>vn -0.1042 0.6145 0.7820</w:t>
        <w:br/>
        <w:t>vn -0.1043 0.6148 0.7818</w:t>
        <w:br/>
        <w:t>vn 0.3018 0.6887 0.6592</w:t>
        <w:br/>
        <w:t>vn 0.5883 0.7267 0.3547</w:t>
        <w:br/>
        <w:t>vn 0.6911 0.7226 -0.0182</w:t>
        <w:br/>
        <w:t>vn 0.6329 0.6845 -0.3618</w:t>
        <w:br/>
        <w:t>vn 0.3952 0.6100 -0.6868</w:t>
        <w:br/>
        <w:t>vn 0.1122 0.4994 -0.8591</w:t>
        <w:br/>
        <w:t>vn -0.3090 0.4068 -0.8597</w:t>
        <w:br/>
        <w:t>vn -0.7808 0.2923 -0.5522</w:t>
        <w:br/>
        <w:t>vn -0.9696 0.2419 -0.0362</w:t>
        <w:br/>
        <w:t>vn -0.8513 0.2276 0.4728</w:t>
        <w:br/>
        <w:t>vn -0.8512 0.2277 0.4728</w:t>
        <w:br/>
        <w:t>vn -0.5220 0.2828 0.8047</w:t>
        <w:br/>
        <w:t>vn -0.0723 0.3741 0.9246</w:t>
        <w:br/>
        <w:t>vn 0.3859 0.4686 0.7947</w:t>
        <w:br/>
        <w:t>vn 0.3859 0.4685 0.7947</w:t>
        <w:br/>
        <w:t>vn 0.7323 0.5209 0.4385</w:t>
        <w:br/>
        <w:t>vn 0.7323 0.5210 0.4385</w:t>
        <w:br/>
        <w:t>vn 0.3858 0.4685 0.7947</w:t>
        <w:br/>
        <w:t>vn 0.8453 0.5321 -0.0491</w:t>
        <w:br/>
        <w:t>vn 0.6950 0.5079 -0.5090</w:t>
        <w:br/>
        <w:t>vn -0.5898 0.8065 -0.0410</w:t>
        <w:br/>
        <w:t>vn -0.1241 0.9909 -0.0513</w:t>
        <w:br/>
        <w:t>vn -0.5407 0.8117 0.2207</w:t>
        <w:br/>
        <w:t>vn -0.5407 0.8118 0.2207</w:t>
        <w:br/>
        <w:t>vn -0.3585 0.8397 0.4080</w:t>
        <w:br/>
        <w:t>vn -0.3584 0.8397 0.4080</w:t>
        <w:br/>
        <w:t>vn -0.1174 0.8811 0.4581</w:t>
        <w:br/>
        <w:t>vn -0.1175 0.8812 0.4580</w:t>
        <w:br/>
        <w:t>vn 0.1139 0.9206 0.3735</w:t>
        <w:br/>
        <w:t>vn -0.1208 0.9900 -0.0724</w:t>
        <w:br/>
        <w:t>vn 0.2713 0.9419 0.1979</w:t>
        <w:br/>
        <w:t>vn 0.1139 0.9207 0.3733</w:t>
        <w:br/>
        <w:t>vn -0.1208 0.9900 -0.0725</w:t>
        <w:br/>
        <w:t>vn -0.1646 0.9841 -0.0661</w:t>
        <w:br/>
        <w:t>vn 0.3201 0.9470 -0.0265</w:t>
        <w:br/>
        <w:t>vn 0.3201 0.9470 -0.0266</w:t>
        <w:br/>
        <w:t>vn 0.2613 0.9322 -0.2505</w:t>
        <w:br/>
        <w:t>vn 0.2616 0.9321 -0.2505</w:t>
        <w:br/>
        <w:t>vn 0.1102 0.9030 -0.4153</w:t>
        <w:br/>
        <w:t>vn 0.1102 0.9029 -0.4154</w:t>
        <w:br/>
        <w:t>vn -0.0934 0.8714 -0.4816</w:t>
        <w:br/>
        <w:t>vn -0.1380 0.9714 -0.1933</w:t>
        <w:br/>
        <w:t>vn -0.3110 0.8462 -0.4326</w:t>
        <w:br/>
        <w:t>vn -0.1037 0.9941 -0.0321</w:t>
        <w:br/>
        <w:t>vn -0.4970 0.8218 -0.2786</w:t>
        <w:br/>
        <w:t>vn 0.8950 -0.4449 0.0318</w:t>
        <w:br/>
        <w:t>vn 0.7818 -0.4715 -0.4080</w:t>
        <w:br/>
        <w:t>vn 0.4795 -0.5440 -0.6886</w:t>
        <w:br/>
        <w:t>vn 0.4794 -0.5440 -0.6886</w:t>
        <w:br/>
        <w:t>vn 0.1082 -0.6404 -0.7604</w:t>
        <w:br/>
        <w:t>vn -0.2635 -0.7267 -0.6344</w:t>
        <w:br/>
        <w:t>vn -0.5365 -0.7661 -0.3539</w:t>
        <w:br/>
        <w:t>vn -0.6443 -0.7647 0.0127</w:t>
        <w:br/>
        <w:t>vn -0.5672 -0.7216 0.3970</w:t>
        <w:br/>
        <w:t>vn -0.5671 -0.7216 0.3970</w:t>
        <w:br/>
        <w:t>vn -0.3127 -0.6491 0.6934</w:t>
        <w:br/>
        <w:t>vn -0.3127 -0.6492 0.6934</w:t>
        <w:br/>
        <w:t>vn 0.0594 -0.5673 0.8214</w:t>
        <w:br/>
        <w:t>vn 0.4488 -0.4987 0.7416</w:t>
        <w:br/>
        <w:t>vn 0.4488 -0.4986 0.7416</w:t>
        <w:br/>
        <w:t>vn 0.7592 -0.4570 0.4633</w:t>
        <w:br/>
        <w:t>vn 0.7593 -0.4570 0.4633</w:t>
        <w:br/>
        <w:t>vn -0.4097 -0.9109 0.0502</w:t>
        <w:br/>
        <w:t>vn -0.3471 -0.8783 0.3288</w:t>
        <w:br/>
        <w:t>vn -0.3472 -0.8782 0.3288</w:t>
        <w:br/>
        <w:t>vn -0.4097 -0.9108 0.0502</w:t>
        <w:br/>
        <w:t>vn -0.1793 -0.8305 0.5274</w:t>
        <w:br/>
        <w:t>vn 0.0537 -0.7887 0.6125</w:t>
        <w:br/>
        <w:t>vn 0.0538 -0.7887 0.6125</w:t>
        <w:br/>
        <w:t>vn 0.3468 -0.7570 0.5537</w:t>
        <w:br/>
        <w:t>vn 0.3467 -0.7571 0.5537</w:t>
        <w:br/>
        <w:t>vn 0.5903 -0.7328 0.3385</w:t>
        <w:br/>
        <w:t>vn 0.5903 -0.7328 0.3384</w:t>
        <w:br/>
        <w:t>vn 0.3468 -0.7571 0.5537</w:t>
        <w:br/>
        <w:t>vn 0.6756 -0.7360 0.0427</w:t>
        <w:br/>
        <w:t>vn 0.6756 -0.7360 0.0428</w:t>
        <w:br/>
        <w:t>vn 0.5992 -0.7622 -0.2450</w:t>
        <w:br/>
        <w:t>vn 0.3914 -0.8024 -0.4504</w:t>
        <w:br/>
        <w:t>vn 0.1231 -0.8469 -0.5172</w:t>
        <w:br/>
        <w:t>vn 0.1231 -0.8470 -0.5172</w:t>
        <w:br/>
        <w:t>vn -0.1390 -0.8919 -0.4304</w:t>
        <w:br/>
        <w:t>vn -0.3348 -0.9151 -0.2247</w:t>
        <w:br/>
        <w:t>vn -0.3349 -0.9151 -0.2247</w:t>
        <w:br/>
        <w:t>vn 0.3734 0.9264 -0.0487</w:t>
        <w:br/>
        <w:t>vn 0.3029 0.9024 -0.3066</w:t>
        <w:br/>
        <w:t>vn 0.1473 0.8666 -0.4767</w:t>
        <w:br/>
        <w:t>vn 0.1472 0.8666 -0.4767</w:t>
        <w:br/>
        <w:t>vn -0.0594 0.8336 -0.5492</w:t>
        <w:br/>
        <w:t>vn -0.3251 0.8017 -0.5016</w:t>
        <w:br/>
        <w:t>vn -0.1208 0.9900 -0.0726</w:t>
        <w:br/>
        <w:t>vn -0.3251 0.8018 -0.5015</w:t>
        <w:br/>
        <w:t>vn -0.5593 0.7672 -0.3140</w:t>
        <w:br/>
        <w:t>vn -0.6571 0.7528 -0.0393</w:t>
        <w:br/>
        <w:t>vn -0.6571 0.7527 -0.0393</w:t>
        <w:br/>
        <w:t>vn -0.5983 0.7620 0.2477</w:t>
        <w:br/>
        <w:t>vn -0.3966 0.7921 0.4639</w:t>
        <w:br/>
        <w:t>vn -0.3966 0.7922 0.4638</w:t>
        <w:br/>
        <w:t>vn -0.1146 0.8402 0.5300</w:t>
        <w:br/>
        <w:t>vn 0.1435 0.8908 0.4311</w:t>
        <w:br/>
        <w:t>vn 0.0341 0.8597 0.5097</w:t>
        <w:br/>
        <w:t>vn 0.1436 0.8908 0.4312</w:t>
        <w:br/>
        <w:t>vn 0.3156 0.9224 0.2228</w:t>
        <w:br/>
        <w:t>vn -0.4378 -0.3987 0.8058</w:t>
        <w:br/>
        <w:t>vn 0.4856 -0.3103 0.8172</w:t>
        <w:br/>
        <w:t>vn -0.9060 -0.4233 0.0064</w:t>
        <w:br/>
        <w:t>vn -0.9059 -0.4233 0.0064</w:t>
        <w:br/>
        <w:t>vn -0.8033 -0.3611 -0.4736</w:t>
        <w:br/>
        <w:t>vn 0.5152 -0.2583 -0.8172</w:t>
        <w:br/>
        <w:t>vn 0.0791 -0.2905 -0.9536</w:t>
        <w:br/>
        <w:t>vn 0.8432 -0.1720 -0.5094</w:t>
        <w:br/>
        <w:t>vn 0.8432 -0.1718 -0.5094</w:t>
        <w:br/>
        <w:t>vn 0.8435 -0.2194 0.4903</w:t>
        <w:br/>
        <w:t>vn 0.8435 -0.2192 0.4904</w:t>
        <w:br/>
        <w:t>vn 0.4823 0.0188 0.8758</w:t>
        <w:br/>
        <w:t>vn 0.8517 0.0662 0.5198</w:t>
        <w:br/>
        <w:t>vn 0.8514 -0.1488 0.5029</w:t>
        <w:br/>
        <w:t>vn 0.5805 -0.2453 0.7764</w:t>
        <w:br/>
        <w:t>vn -0.4467 -0.3396 0.8277</w:t>
        <w:br/>
        <w:t>vn -0.5008 -0.0917 0.8607</w:t>
        <w:br/>
        <w:t>vn -0.8785 -0.4329 0.2021</w:t>
        <w:br/>
        <w:t>vn -0.8570 -0.1263 0.4996</w:t>
        <w:br/>
        <w:t>vn -0.5740 -0.4085 -0.7097</w:t>
        <w:br/>
        <w:t>vn -0.8470 -0.1489 -0.5104</w:t>
        <w:br/>
        <w:t>vn -0.8298 -0.2576 -0.4950</w:t>
        <w:br/>
        <w:t>vn 0.4289 -0.2305 -0.8735</w:t>
        <w:br/>
        <w:t>vn 0.5034 0.0425 -0.8630</w:t>
        <w:br/>
        <w:t>vn 0.0382 -0.0261 -0.9989</w:t>
        <w:br/>
        <w:t>vn 0.0523 -0.1254 -0.9907</w:t>
        <w:br/>
        <w:t>vn 0.8477 0.1009 -0.5208</w:t>
        <w:br/>
        <w:t>vn 0.8536 -0.1044 -0.5104</w:t>
        <w:br/>
        <w:t>vn -0.4096 -0.4567 0.7897</w:t>
        <w:br/>
        <w:t>vn 0.4829 -0.3613 0.7977</w:t>
        <w:br/>
        <w:t>vn -0.8543 -0.5194 0.0212</w:t>
        <w:br/>
        <w:t>vn -0.2279 -0.4366 -0.8703</w:t>
        <w:br/>
        <w:t>vn 0.5147 -0.3117 -0.7987</w:t>
        <w:br/>
        <w:t>vn -0.2280 -0.4367 -0.8703</w:t>
        <w:br/>
        <w:t>vn 0.9427 -0.2821 0.1782</w:t>
        <w:br/>
        <w:t>vn 0.1071 -0.9929 0.0520</w:t>
        <w:br/>
        <w:t>vn 0.1071 -0.9929 0.0519</w:t>
        <w:br/>
        <w:t>vn 0.1090 -0.9920 0.0635</w:t>
        <w:br/>
        <w:t>vn 0.1015 -0.9938 0.0456</w:t>
        <w:br/>
        <w:t>vn 0.1014 -0.9938 0.0456</w:t>
        <w:br/>
        <w:t>vn 0.0882 -0.9948 0.0504</w:t>
        <w:br/>
        <w:t>vn 0.0891 -0.9941 0.0613</w:t>
        <w:br/>
        <w:t>vn 0.0890 -0.9941 0.0613</w:t>
        <w:br/>
        <w:t>vn 0.0883 -0.9948 0.0504</w:t>
        <w:br/>
        <w:t>vn 0.1041 -0.9922 0.0679</w:t>
        <w:br/>
        <w:t>vn -0.0921 0.9942 -0.0550</w:t>
        <w:br/>
        <w:t>vn -0.0682 0.9922 -0.1039</w:t>
        <w:br/>
        <w:t>vn -0.1279 0.9856 -0.1105</w:t>
        <w:br/>
        <w:t>vn -0.0333 0.9984 -0.0457</w:t>
        <w:br/>
        <w:t>vn -0.0548 0.9985 0.0026</w:t>
        <w:br/>
        <w:t>vn -0.1146 0.9934 -0.0089</w:t>
        <w:br/>
        <w:t>vn -0.1532 0.9861 -0.0638</w:t>
        <w:br/>
        <w:t>vn -0.8316 0.5326 0.1573</w:t>
        <w:br/>
        <w:t>vn -0.5026 0.4645 0.7291</w:t>
        <w:br/>
        <w:t>vn -0.5941 0.5314 -0.6038</w:t>
        <w:br/>
        <w:t>vn -0.8536 -0.0384 -0.5195</w:t>
        <w:br/>
        <w:t>vn 0.3747 0.5339 -0.7580</w:t>
        <w:br/>
        <w:t>vn 0.0237 0.0735 -0.9970</w:t>
        <w:br/>
        <w:t>vn 0.6792 0.7005 -0.2192</w:t>
        <w:br/>
        <w:t>vn 0.3562 0.5579 0.7496</w:t>
        <w:br/>
        <w:t>vn 0.8369 0.1643 0.5221</w:t>
        <w:br/>
        <w:t>vn -0.4001 0.7786 0.4834</w:t>
        <w:br/>
        <w:t>vn -0.6756 0.7359 -0.0448</w:t>
        <w:br/>
        <w:t>vn -0.5941 0.5314 -0.6039</w:t>
        <w:br/>
        <w:t>vn -0.3636 0.7491 -0.5537</w:t>
        <w:br/>
        <w:t>vn 0.2134 0.8079 -0.5493</w:t>
        <w:br/>
        <w:t>vn 0.4962 0.8677 -0.0289</w:t>
        <w:br/>
        <w:t>vn 0.1911 0.8450 0.4995</w:t>
        <w:br/>
        <w:t>vn -0.0309 -0.9744 -0.2228</w:t>
        <w:br/>
        <w:t>vn -0.1800 -0.8561 -0.4845</w:t>
        <w:br/>
        <w:t>vn 0.3940 -0.7878 -0.4735</w:t>
        <w:br/>
        <w:t>vn 0.2611 -0.9412 -0.2143</w:t>
        <w:br/>
        <w:t>vn -0.1790 -0.9832 0.0349</w:t>
        <w:br/>
        <w:t>vn -0.4766 -0.8788 0.0225</w:t>
        <w:br/>
        <w:t>vn -0.1800 -0.8560 -0.4846</w:t>
        <w:br/>
        <w:t>vn -0.0309 -0.9744 -0.2229</w:t>
        <w:br/>
        <w:t>vn -0.0375 -0.9540 0.2976</w:t>
        <w:br/>
        <w:t>vn -0.1997 -0.8215 0.5341</w:t>
        <w:br/>
        <w:t>vn 0.2489 -0.9190 0.3057</w:t>
        <w:br/>
        <w:t>vn 0.3628 -0.7549 0.5464</w:t>
        <w:br/>
        <w:t>vn 0.3993 -0.9153 0.0528</w:t>
        <w:br/>
        <w:t>vn 0.6644 -0.7458 0.0484</w:t>
        <w:br/>
        <w:t>vn -0.8997 0.4348 -0.0398</w:t>
        <w:br/>
        <w:t>vn -0.8997 0.4348 -0.0397</w:t>
        <w:br/>
        <w:t>vn -0.4992 0.4875 0.7164</w:t>
        <w:br/>
        <w:t>vn -0.4518 0.4587 -0.7652</w:t>
        <w:br/>
        <w:t>vn -0.4518 0.4586 -0.7652</w:t>
        <w:br/>
        <w:t>vn 0.3776 0.5458 -0.7480</w:t>
        <w:br/>
        <w:t>vn 0.7867 0.6173 -0.0027</w:t>
        <w:br/>
        <w:t>vn 0.7867 0.6173 -0.0028</w:t>
        <w:br/>
        <w:t>vn 0.3452 0.5780 0.7394</w:t>
        <w:br/>
        <w:t>vn 0.3947 -0.7876 -0.4733</w:t>
        <w:br/>
        <w:t>vn 0.4359 -0.7047 -0.5598</w:t>
        <w:br/>
        <w:t>vn -0.2368 -0.7802 -0.5790</w:t>
        <w:br/>
        <w:t>vn -0.1833 -0.8516 -0.4911</w:t>
        <w:br/>
        <w:t>vn -0.5846 -0.8112 0.0120</w:t>
        <w:br/>
        <w:t>vn -0.4816 -0.8762 0.0182</w:t>
        <w:br/>
        <w:t>vn -0.1834 -0.8516 -0.4910</w:t>
        <w:br/>
        <w:t>vn -0.2369 -0.7802 -0.5790</w:t>
        <w:br/>
        <w:t>vn -0.2586 -0.7479 0.6114</w:t>
        <w:br/>
        <w:t>vn -0.2018 -0.8200 0.5357</w:t>
        <w:br/>
        <w:t>vn 0.3998 -0.6685 0.6271</w:t>
        <w:br/>
        <w:t>vn 0.3649 -0.7516 0.5495</w:t>
        <w:br/>
        <w:t>vn 0.7533 -0.6558 0.0497</w:t>
        <w:br/>
        <w:t>vn 0.6669 -0.7433 0.0520</w:t>
        <w:br/>
        <w:t>vn -0.0963 -0.9186 0.3832</w:t>
        <w:br/>
        <w:t>vn -0.2893 -0.9568 0.0274</w:t>
        <w:br/>
        <w:t>vn 0.1177 -0.9920 0.0449</w:t>
        <w:br/>
        <w:t>vn -0.0855 -0.9421 -0.3243</w:t>
        <w:br/>
        <w:t>vn 0.3158 -0.8964 -0.3111</w:t>
        <w:br/>
        <w:t>vn 0.5033 -0.8626 0.0516</w:t>
        <w:br/>
        <w:t>vn 0.2951 -0.8708 0.3933</w:t>
        <w:br/>
        <w:t>vn 0.2951 -0.8707 0.3933</w:t>
        <w:br/>
        <w:t>vn -0.0962 -0.9186 0.3832</w:t>
        <w:br/>
        <w:t>vn 0.5033 -0.8626 0.0517</w:t>
        <w:br/>
        <w:t>vn 0.3158 -0.8964 -0.3110</w:t>
        <w:br/>
        <w:t>vn -0.0855 -0.9421 -0.3244</w:t>
        <w:br/>
        <w:t>vn -0.0856 -0.9421 -0.3243</w:t>
        <w:br/>
        <w:t>vn 0.1200 -0.9917 0.0457</w:t>
        <w:br/>
        <w:t>vn 0.1178 -0.9918 0.0486</w:t>
        <w:br/>
        <w:t>vn 0.1125 -0.9923 0.0521</w:t>
        <w:br/>
        <w:t>vn 0.1088 -0.9927 0.0529</w:t>
        <w:br/>
        <w:t>vn 0.1135 -0.9924 0.0470</w:t>
        <w:br/>
        <w:t>vn 0.1188 -0.9920 0.0434</w:t>
        <w:br/>
        <w:t>vn -0.2000 0.9101 -0.3630</w:t>
        <w:br/>
        <w:t>vn -0.2003 0.9101 -0.3627</w:t>
        <w:br/>
        <w:t>vn -0.2003 0.9101 -0.3628</w:t>
        <w:br/>
        <w:t>vn -0.8656 0.0547 0.4977</w:t>
        <w:br/>
        <w:t>vn -0.8656 0.0546 0.4978</w:t>
        <w:br/>
        <w:t>vn -0.8656 0.0546 0.4977</w:t>
        <w:br/>
        <w:t>vn 0.2002 -0.9101 0.3629</w:t>
        <w:br/>
        <w:t>vn 0.2004 -0.9101 0.3628</w:t>
        <w:br/>
        <w:t>vn 0.2004 -0.9101 0.3627</w:t>
        <w:br/>
        <w:t>vn 0.8656 -0.0549 -0.4976</w:t>
        <w:br/>
        <w:t>vn 0.8657 -0.0550 -0.4976</w:t>
        <w:br/>
        <w:t>vn -0.4826 -0.8170 -0.3155</w:t>
        <w:br/>
        <w:t>vn -0.3401 -0.8983 0.2782</w:t>
        <w:br/>
        <w:t>vn -0.8183 -0.5302 0.2219</w:t>
        <w:br/>
        <w:t>vn -0.8100 -0.5036 -0.3005</w:t>
        <w:br/>
        <w:t>vn -0.8739 0.1165 0.4719</w:t>
        <w:br/>
        <w:t>vn -0.5568 -0.0547 0.8289</w:t>
        <w:br/>
        <w:t>vn -0.6458 0.5621 0.5168</w:t>
        <w:br/>
        <w:t>vn -0.9679 0.2514 0.0057</w:t>
        <w:br/>
        <w:t>vn -0.5905 0.6600 -0.4646</w:t>
        <w:br/>
        <w:t>vn -0.6414 0.1011 -0.7605</w:t>
        <w:br/>
        <w:t>vn -0.8491 0.2206 -0.4801</w:t>
        <w:br/>
        <w:t>vn -0.0811 -0.4356 0.8965</w:t>
        <w:br/>
        <w:t>vn 0.2926 -0.0546 0.9547</w:t>
        <w:br/>
        <w:t>vn -0.0349 0.2701 0.9622</w:t>
        <w:br/>
        <w:t>vn 0.1391 0.8564 0.4973</w:t>
        <w:br/>
        <w:t>vn -0.2680 0.9620 0.0519</w:t>
        <w:br/>
        <w:t>vn -0.2192 0.8247 0.5213</w:t>
        <w:br/>
        <w:t>vn 0.6934 0.7198 0.0338</w:t>
        <w:br/>
        <w:t>vn 0.8104 0.5041 0.2986</w:t>
        <w:br/>
        <w:t>vn 0.8180 0.5296 -0.2243</w:t>
        <w:br/>
        <w:t>vn 0.3397 0.8983 -0.2787</w:t>
        <w:br/>
        <w:t>vn 0.0000 0.7303 -0.6832</w:t>
        <w:br/>
        <w:t>vn 0.0723 0.0971 -0.9926</w:t>
        <w:br/>
        <w:t>vn 0.5573 0.0536 -0.8286</w:t>
        <w:br/>
        <w:t>vn 0.0352 -0.2709 -0.9620</w:t>
        <w:br/>
        <w:t>vn 0.8741 -0.1178 -0.4713</w:t>
        <w:br/>
        <w:t>vn 0.9976 -0.0695 0.0040</w:t>
        <w:br/>
        <w:t>vn 0.5811 -0.4758 -0.6602</w:t>
        <w:br/>
        <w:t>vn 0.0880 -0.9946 -0.0545</w:t>
        <w:br/>
        <w:t>vn 0.2191 -0.8251 -0.5208</w:t>
        <w:br/>
        <w:t>vn 0.2192 -0.8252 -0.5206</w:t>
        <w:br/>
        <w:t>vn 0.8499 -0.2215 0.4781</w:t>
        <w:br/>
        <w:t>vn 0.8500 -0.2216 0.4780</w:t>
        <w:br/>
        <w:t>vn 0.5078 -0.6011 0.6171</w:t>
        <w:br/>
        <w:t>vn 0.1467 -0.8946 0.4221</w:t>
        <w:br/>
        <w:t>vn 0.0879 -0.9946 -0.0546</w:t>
        <w:br/>
        <w:t>vn 0.5077 -0.6011 0.6171</w:t>
        <w:br/>
        <w:t>vn 0.7099 -0.7035 -0.0351</w:t>
        <w:br/>
        <w:t>vn 0.7102 -0.7031 -0.0356</w:t>
        <w:br/>
        <w:t>vn 0.8103 0.5041 0.2987</w:t>
        <w:br/>
        <w:t>vn 0.1391 0.8564 0.4972</w:t>
        <w:br/>
        <w:t>vn -0.0349 0.2702 0.9622</w:t>
        <w:br/>
        <w:t>vn 0.2925 -0.0546 0.9547</w:t>
        <w:br/>
        <w:t>vn -0.6413 0.1011 -0.7606</w:t>
        <w:br/>
        <w:t>vn 0.0351 -0.2709 -0.9620</w:t>
        <w:br/>
        <w:t>vn -0.4826 -0.8171 -0.3155</w:t>
        <w:br/>
        <w:t>vn -0.9679 0.2514 0.0056</w:t>
        <w:br/>
        <w:t>vn 0.5266 0.5558 -0.6432</w:t>
        <w:br/>
        <w:t>vn 0.5266 0.5559 -0.6432</w:t>
        <w:br/>
        <w:t>vn 0.5265 0.5559 -0.6432</w:t>
        <w:br/>
        <w:t>vn 0.5262 0.5561 -0.6433</w:t>
        <w:br/>
        <w:t>vn 0.4661 0.4639 0.7534</w:t>
        <w:br/>
        <w:t>vn -0.5261 -0.5561 0.6434</w:t>
        <w:br/>
        <w:t>vn -0.5259 -0.5562 0.6434</w:t>
        <w:br/>
        <w:t>vn -0.5262 -0.5561 0.6433</w:t>
        <w:br/>
        <w:t>vn -0.4660 -0.4632 -0.7538</w:t>
        <w:br/>
        <w:t>vn -0.7636 0.1498 -0.6280</w:t>
        <w:br/>
        <w:t>vn -0.8289 0.0570 -0.5565</w:t>
        <w:br/>
        <w:t>vn -0.7637 0.1498 -0.6280</w:t>
        <w:br/>
        <w:t>vn 0.3918 0.5503 -0.7373</w:t>
        <w:br/>
        <w:t>vn 0.2052 0.6954 -0.6888</w:t>
        <w:br/>
        <w:t>vn 0.2052 0.6953 -0.6888</w:t>
        <w:br/>
        <w:t>vn 0.5747 0.6703 0.4695</w:t>
        <w:br/>
        <w:t>vn 0.5670 0.6523 0.5031</w:t>
        <w:br/>
        <w:t>vn -0.5904 -0.6715 -0.4478</w:t>
        <w:br/>
        <w:t>vn -0.5723 -0.6567 -0.4912</w:t>
        <w:br/>
        <w:t>vn -0.5723 -0.6566 -0.4912</w:t>
        <w:br/>
        <w:t>vn -0.7878 -0.3798 -0.4850</w:t>
        <w:br/>
        <w:t>vn 0.5176 0.1422 -0.8437</w:t>
        <w:br/>
        <w:t>vn 0.5164 0.1420 -0.8445</w:t>
        <w:br/>
        <w:t>vn 0.7731 0.3753 0.5114</w:t>
        <w:br/>
        <w:t>vn 0.7731 0.3752 0.5113</w:t>
        <w:br/>
        <w:t>vn 0.7883 -0.1397 0.5992</w:t>
        <w:br/>
        <w:t>vn 0.8483 -0.0352 0.5284</w:t>
        <w:br/>
        <w:t>vn 0.0578 -0.8156 -0.5758</w:t>
        <w:br/>
        <w:t>vn -0.3610 -0.8849 -0.2942</w:t>
        <w:br/>
        <w:t>vn 0.0578 -0.8155 -0.5758</w:t>
        <w:br/>
        <w:t>vn 0.3915 -0.4828 -0.7834</w:t>
        <w:br/>
        <w:t>vn 0.8395 0.0597 0.5401</w:t>
        <w:br/>
        <w:t>vn 0.8395 0.0596 0.5401</w:t>
        <w:br/>
        <w:t>vn -0.8412 -0.0607 -0.5374</w:t>
        <w:br/>
        <w:t>vn -0.8411 -0.0607 -0.5374</w:t>
        <w:br/>
        <w:t>vn 0.2608 0.8965 0.3582</w:t>
        <w:br/>
        <w:t>vn -0.1199 0.7839 0.6092</w:t>
        <w:br/>
        <w:t>vn -0.4092 -0.5676 0.7144</w:t>
        <w:br/>
        <w:t>vn -0.2314 -0.7076 0.6676</w:t>
        <w:br/>
        <w:t>vn -0.2314 -0.7076 0.6677</w:t>
        <w:br/>
        <w:t>vn -0.5647 -0.1766 0.8062</w:t>
        <w:br/>
        <w:t>vn -0.4450 0.4485 0.7751</w:t>
        <w:br/>
        <w:t>vn -0.4458 0.4486 0.7746</w:t>
        <w:br/>
        <w:t>vn -0.5845 -0.6350 -0.5052</w:t>
        <w:br/>
        <w:t>vn -0.5845 -0.6349 -0.5052</w:t>
        <w:br/>
        <w:t>vn -0.6574 -0.5672 -0.4960</w:t>
        <w:br/>
        <w:t>vn -0.6574 -0.5672 -0.4961</w:t>
        <w:br/>
        <w:t>vn -0.0613 -0.7635 0.6429</w:t>
        <w:br/>
        <w:t>vn -0.1364 -0.7237 0.6765</w:t>
        <w:br/>
        <w:t>vn -0.1456 -0.1961 -0.9697</w:t>
        <w:br/>
        <w:t>vn -0.1983 0.0146 -0.9800</w:t>
        <w:br/>
        <w:t>vn 0.9972 -0.0471 -0.0585</w:t>
        <w:br/>
        <w:t>vn 0.7767 0.6149 -0.1368</w:t>
        <w:br/>
        <w:t>vn 0.7767 0.6149 -0.1367</w:t>
        <w:br/>
        <w:t>vn 0.7736 0.6336 -0.0133</w:t>
        <w:br/>
        <w:t>vn 0.7129 0.5392 0.4484</w:t>
        <w:br/>
        <w:t>vn 0.7530 0.5839 0.3033</w:t>
        <w:br/>
        <w:t>vn 0.1325 0.1381 0.9815</w:t>
        <w:br/>
        <w:t>vn 0.2353 -0.0049 0.9719</w:t>
        <w:br/>
        <w:t>vn -0.7161 -0.6877 0.1196</w:t>
        <w:br/>
        <w:t>vn -0.7956 -0.5943 0.1177</w:t>
        <w:br/>
        <w:t>vn 0.2917 0.5833 -0.7580</w:t>
        <w:br/>
        <w:t>vn 0.2917 0.5834 -0.7580</w:t>
        <w:br/>
        <w:t>vn 0.4792 0.3239 -0.8158</w:t>
        <w:br/>
        <w:t>vn 0.5255 0.4289 -0.7348</w:t>
        <w:br/>
        <w:t>vn 0.7215 0.6512 0.2354</w:t>
        <w:br/>
        <w:t>vn 0.7180 0.6584 -0.2259</w:t>
        <w:br/>
        <w:t>vn 0.0540 0.2922 0.9548</w:t>
        <w:br/>
        <w:t>vn -0.3212 -0.5652 -0.7599</w:t>
        <w:br/>
        <w:t>vn -0.3212 -0.5652 -0.7598</w:t>
        <w:br/>
        <w:t>vn -0.8227 0.5667 -0.0450</w:t>
        <w:br/>
        <w:t>vn -0.8226 0.5668 -0.0450</w:t>
        <w:br/>
        <w:t>vn 0.5256 0.4289 -0.7347</w:t>
        <w:br/>
        <w:t>vn 0.5615 0.5253 -0.6393</w:t>
        <w:br/>
        <w:t>vn 0.8526 -0.5218 0.0278</w:t>
        <w:br/>
        <w:t>vn 0.8527 -0.5217 0.0275</w:t>
        <w:br/>
        <w:t>vn 0.0465 -0.8500 0.5248</w:t>
        <w:br/>
        <w:t>vn 0.5484 0.8335 0.0668</w:t>
        <w:br/>
        <w:t>vn 0.4539 -0.1017 0.8852</w:t>
        <w:br/>
        <w:t>vn 0.4539 -0.1016 0.8852</w:t>
        <w:br/>
        <w:t>vn -0.5855 -0.8092 -0.0487</w:t>
        <w:br/>
        <w:t>vn -0.4359 0.1063 -0.8937</w:t>
        <w:br/>
        <w:t>vn 0.6228 0.7758 -0.1018</w:t>
        <w:br/>
        <w:t>vn 0.2074 0.0168 0.9781</w:t>
        <w:br/>
        <w:t>vn -0.6173 -0.7826 0.0805</w:t>
        <w:br/>
        <w:t>vn -0.1901 0.0080 -0.9817</w:t>
        <w:br/>
        <w:t>vn -0.1901 0.0081 -0.9817</w:t>
        <w:br/>
        <w:t>vn -0.2686 -0.8035 -0.5312</w:t>
        <w:br/>
        <w:t>vn -0.3590 -0.6215 -0.6963</w:t>
        <w:br/>
        <w:t>vn -0.2803 -0.8972 -0.3411</w:t>
        <w:br/>
        <w:t>vn -0.2803 -0.8972 -0.3412</w:t>
        <w:br/>
        <w:t>vn 0.9151 -0.3712 0.1575</w:t>
        <w:br/>
        <w:t>vn 0.9197 -0.1315 -0.3700</w:t>
        <w:br/>
        <w:t>vn 0.6289 -0.3407 0.6989</w:t>
        <w:br/>
        <w:t>vn 0.2369 0.7694 0.5932</w:t>
        <w:br/>
        <w:t>vn 0.2370 0.7694 0.5932</w:t>
        <w:br/>
        <w:t>vn 0.3168 0.5657 0.7613</w:t>
        <w:br/>
        <w:t>vn 0.2447 0.8873 0.3910</w:t>
        <w:br/>
        <w:t>vn -0.6934 0.3574 -0.6256</w:t>
        <w:br/>
        <w:t>vn -0.9366 0.3478 -0.0427</w:t>
        <w:br/>
        <w:t>vn -0.9366 0.3477 -0.0427</w:t>
        <w:br/>
        <w:t>vn -0.8947 0.1665 0.4145</w:t>
        <w:br/>
        <w:t>vn 0.6108 0.3762 -0.6967</w:t>
        <w:br/>
        <w:t>vn 0.4368 0.4456 0.7814</w:t>
        <w:br/>
        <w:t>vn 0.4368 0.4457 0.7814</w:t>
        <w:br/>
        <w:t>vn -0.5963 -0.3091 0.7409</w:t>
        <w:br/>
        <w:t>vn -0.4659 -0.4777 -0.7448</w:t>
        <w:br/>
        <w:t>vn -0.8239 -0.5503 0.1353</w:t>
        <w:br/>
        <w:t>vn -0.8196 -0.5542 0.1455</w:t>
        <w:br/>
        <w:t>vn -0.8195 -0.5543 0.1455</w:t>
        <w:br/>
        <w:t>vn 0.0659 -0.1521 -0.9862</w:t>
        <w:br/>
        <w:t>vn 0.0059 -0.0777 -0.9970</w:t>
        <w:br/>
        <w:t>vn 0.8292 0.5359 -0.1591</w:t>
        <w:br/>
        <w:t>vn 0.8248 0.5434 -0.1565</w:t>
        <w:br/>
        <w:t>vn -0.0642 0.1604 0.9850</w:t>
        <w:br/>
        <w:t>vn -0.0039 0.0791 0.9969</w:t>
        <w:br/>
        <w:t>vn 0.2777 -0.1855 0.9426</w:t>
        <w:br/>
        <w:t>vn 0.1284 -0.0737 0.9890</w:t>
        <w:br/>
        <w:t>vn 0.2776 -0.1855 0.9426</w:t>
        <w:br/>
        <w:t>vn -0.7279 -0.6740 0.1260</w:t>
        <w:br/>
        <w:t>vn -0.4836 -0.8726 -0.0687</w:t>
        <w:br/>
        <w:t>vn -0.4836 -0.8726 -0.0688</w:t>
        <w:br/>
        <w:t>vn -0.1292 0.0687 -0.9892</w:t>
        <w:br/>
        <w:t>vn -0.2998 0.1939 -0.9341</w:t>
        <w:br/>
        <w:t>vn 0.4737 0.8766 0.0843</w:t>
        <w:br/>
        <w:t>vn 0.7317 0.6704 -0.1233</w:t>
        <w:br/>
        <w:t>vn 0.1589 0.7553 -0.6359</w:t>
        <w:br/>
        <w:t>vn 0.3119 0.6384 -0.7037</w:t>
        <w:br/>
        <w:t>vn 0.1589 0.7553 -0.6358</w:t>
        <w:br/>
        <w:t>vn 0.7109 0.3979 0.5799</w:t>
        <w:br/>
        <w:t>vn 0.5456 0.4518 0.7058</w:t>
        <w:br/>
        <w:t>vn -0.2179 -0.7314 0.6462</w:t>
        <w:br/>
        <w:t>vn -0.2978 -0.6237 0.7227</w:t>
        <w:br/>
        <w:t>vn -0.5394 -0.4516 -0.7107</w:t>
        <w:br/>
        <w:t>vn -0.7673 -0.3597 -0.5310</w:t>
        <w:br/>
        <w:t>vn -0.7672 -0.3597 -0.5310</w:t>
        <w:br/>
        <w:t>vn -0.9124 -0.2551 -0.3201</w:t>
        <w:br/>
        <w:t>vn 0.0301 0.8481 -0.5290</w:t>
        <w:br/>
        <w:t>vn 0.0301 0.8481 -0.5289</w:t>
        <w:br/>
        <w:t>vn 0.8278 0.3474 0.4405</w:t>
        <w:br/>
        <w:t>vn -0.1432 -0.8162 0.5597</w:t>
        <w:br/>
        <w:t>vn -0.6103 -0.6614 -0.4360</w:t>
        <w:br/>
        <w:t>vn -0.6623 -0.7407 -0.1129</w:t>
        <w:br/>
        <w:t>vn -0.7207 -0.6837 0.1144</w:t>
        <w:br/>
        <w:t>vn 0.6979 -0.5640 0.4414</w:t>
        <w:br/>
        <w:t>vn 0.8406 -0.4051 -0.3596</w:t>
        <w:br/>
        <w:t>vn 0.3562 -0.3626 0.8612</w:t>
        <w:br/>
        <w:t>vn 0.6235 0.6499 0.4346</w:t>
        <w:br/>
        <w:t>vn 0.6235 0.6498 0.4346</w:t>
        <w:br/>
        <w:t>vn 0.6674 0.7356 0.1165</w:t>
        <w:br/>
        <w:t>vn 0.6674 0.7355 0.1165</w:t>
        <w:br/>
        <w:t>vn 0.7202 0.6857 -0.1049</w:t>
        <w:br/>
        <w:t>vn 0.7202 0.6858 -0.1049</w:t>
        <w:br/>
        <w:t>vn -0.3891 0.3866 -0.8361</w:t>
        <w:br/>
        <w:t>vn -0.3495 0.3551 -0.8670</w:t>
        <w:br/>
        <w:t>vn -0.8363 0.3660 0.4083</w:t>
        <w:br/>
        <w:t>vn -0.8220 0.5567 0.1200</w:t>
        <w:br/>
        <w:t>vn -0.8221 0.5564 0.1203</w:t>
        <w:br/>
        <w:t>vn -0.8363 0.3659 0.4083</w:t>
        <w:br/>
        <w:t>vn 0.7614 -0.1778 -0.6234</w:t>
        <w:br/>
        <w:t>vn 0.7315 0.3717 0.5716</w:t>
        <w:br/>
        <w:t>vn -0.7505 0.1314 0.6477</w:t>
        <w:br/>
        <w:t>vn -0.7245 -0.3783 -0.5762</w:t>
        <w:br/>
        <w:t>vn -0.2176 -0.7161 0.6632</w:t>
        <w:br/>
        <w:t>vn -0.1985 -0.7355 0.6478</w:t>
        <w:br/>
        <w:t>vn -0.2174 -0.7159 0.6635</w:t>
        <w:br/>
        <w:t>vn 0.7966 0.1722 0.5795</w:t>
        <w:br/>
        <w:t>vn 0.2181 0.7117 -0.6677</w:t>
        <w:br/>
        <w:t>vn 0.2181 0.7117 -0.6678</w:t>
        <w:br/>
        <w:t>vn 0.2011 0.7312 -0.6519</w:t>
        <w:br/>
        <w:t>vn -0.7953 -0.1685 -0.5823</w:t>
        <w:br/>
        <w:t>vn -0.7697 -0.6315 0.0939</w:t>
        <w:br/>
        <w:t>vn -0.7698 -0.6314 0.0939</w:t>
        <w:br/>
        <w:t>vn -0.7477 -0.6528 0.1215</w:t>
        <w:br/>
        <w:t>vn -0.0670 0.1213 -0.9904</w:t>
        <w:br/>
        <w:t>vn -0.2293 0.2387 -0.9437</w:t>
        <w:br/>
        <w:t>vn -0.2293 0.2386 -0.9437</w:t>
        <w:br/>
        <w:t>vn -0.0670 0.1213 -0.9903</w:t>
        <w:br/>
        <w:t>vn 0.7443 0.6621 -0.0880</w:t>
        <w:br/>
        <w:t>vn 0.7360 0.6678 -0.1109</w:t>
        <w:br/>
        <w:t>vn 0.7360 0.6678 -0.1110</w:t>
        <w:br/>
        <w:t>vn 0.0658 -0.0930 0.9935</w:t>
        <w:br/>
        <w:t>vn 0.2222 -0.2295 0.9476</w:t>
        <w:br/>
        <w:t>vn 0.2129 0.7212 -0.6592</w:t>
        <w:br/>
        <w:t>vn 0.1985 0.7358 -0.6475</w:t>
        <w:br/>
        <w:t>vn 0.2127 0.7212 -0.6593</w:t>
        <w:br/>
        <w:t>vn 0.7976 0.1670 0.5797</w:t>
        <w:br/>
        <w:t>vn 0.7976 0.1669 0.5796</w:t>
        <w:br/>
        <w:t>vn 0.7957 0.1718 0.5809</w:t>
        <w:br/>
        <w:t>vn 0.7957 0.1718 0.5808</w:t>
        <w:br/>
        <w:t>vn -0.2141 -0.7221 0.6578</w:t>
        <w:br/>
        <w:t>vn -0.1968 -0.7385 0.6449</w:t>
        <w:br/>
        <w:t>vn -0.1968 -0.7384 0.6450</w:t>
        <w:br/>
        <w:t>vn -0.7774 -0.6249 0.0711</w:t>
        <w:br/>
        <w:t>vn -0.7774 -0.6249 0.0712</w:t>
        <w:br/>
        <w:t>vn 0.0128 0.0906 -0.9958</w:t>
        <w:br/>
        <w:t>vn -0.7971 -0.1659 -0.5806</w:t>
        <w:br/>
        <w:t>vn -0.7953 -0.1700 -0.5820</w:t>
        <w:br/>
        <w:t>vn -0.7952 -0.1699 -0.5821</w:t>
        <w:br/>
        <w:t>vn -0.7972 -0.1659 -0.5805</w:t>
        <w:br/>
        <w:t>vn 0.7459 0.6621 -0.0721</w:t>
        <w:br/>
        <w:t>vn 0.7459 0.6622 -0.0721</w:t>
        <w:br/>
        <w:t>vn -0.0043 -0.0500 0.9987</w:t>
        <w:br/>
        <w:t>vn -0.0042 -0.0500 0.9987</w:t>
        <w:br/>
        <w:t>vn -0.1958 0.7122 0.6742</w:t>
        <w:br/>
        <w:t>vn -0.3725 0.7507 0.5456</w:t>
        <w:br/>
        <w:t>vn -0.0202 0.7275 0.6858</w:t>
        <w:br/>
        <w:t>vn 0.0879 0.7277 0.6802</w:t>
        <w:br/>
        <w:t>vn 0.1874 0.7807 0.5961</w:t>
        <w:br/>
        <w:t>vn 0.2675 0.8866 0.3774</w:t>
        <w:br/>
        <w:t>vn 0.1839 0.9710 0.1529</w:t>
        <w:br/>
        <w:t>vn -0.0288 0.9996 -0.0054</w:t>
        <w:br/>
        <w:t>vn -0.2103 0.9762 -0.0522</w:t>
        <w:br/>
        <w:t>vn -0.3032 0.9522 -0.0383</w:t>
        <w:br/>
        <w:t>vn -0.3942 0.9178 0.0476</w:t>
        <w:br/>
        <w:t>vn -0.4569 0.8436 0.2821</w:t>
        <w:br/>
        <w:t>vn -0.3943 0.9178 0.0475</w:t>
        <w:br/>
        <w:t>vn 0.2135 0.7090 -0.6721</w:t>
        <w:br/>
        <w:t>vn 0.6924 0.6395 -0.3340</w:t>
        <w:br/>
        <w:t>vn 0.6924 0.6395 -0.3341</w:t>
        <w:br/>
        <w:t>vn -0.2357 0.6554 -0.7175</w:t>
        <w:br/>
        <w:t>vn -0.4846 0.5833 -0.6519</w:t>
        <w:br/>
        <w:t>vn -0.4846 0.5833 -0.6518</w:t>
        <w:br/>
        <w:t>vn -0.7450 0.4930 -0.4494</w:t>
        <w:br/>
        <w:t>vn -0.9524 0.3001 0.0541</w:t>
        <w:br/>
        <w:t>vn -0.7675 0.0964 0.6337</w:t>
        <w:br/>
        <w:t>vn -0.2432 0.0014 0.9700</w:t>
        <w:br/>
        <w:t>vn 0.2134 0.0060 0.9769</w:t>
        <w:br/>
        <w:t>vn 0.2135 0.0059 0.9769</w:t>
        <w:br/>
        <w:t>vn 0.4309 0.0466 0.9012</w:t>
        <w:br/>
        <w:t>vn 0.4310 0.0467 0.9011</w:t>
        <w:br/>
        <w:t>vn 0.6535 0.1510 0.7417</w:t>
        <w:br/>
        <w:t>vn 0.8680 0.4090 0.2814</w:t>
        <w:br/>
        <w:t>vn 0.8681 0.4090 0.2814</w:t>
        <w:br/>
        <w:t>vn 0.6535 0.1511 0.7417</w:t>
        <w:br/>
        <w:t>vn 0.3836 -0.7460 -0.5444</w:t>
        <w:br/>
        <w:t>vn 0.1714 -0.7474 -0.6419</w:t>
        <w:br/>
        <w:t>vn 0.0221 -0.7679 -0.6402</w:t>
        <w:br/>
        <w:t>vn -0.0570 -0.7383 -0.6720</w:t>
        <w:br/>
        <w:t>vn -0.0570 -0.7384 -0.6720</w:t>
        <w:br/>
        <w:t>vn -0.2772 -0.8856 -0.3727</w:t>
        <w:br/>
        <w:t>vn -0.1962 -0.7806 -0.5935</w:t>
        <w:br/>
        <w:t>vn -0.1958 -0.9689 -0.1512</w:t>
        <w:br/>
        <w:t>vn -0.1959 -0.9689 -0.1512</w:t>
        <w:br/>
        <w:t>vn 0.0179 -0.9998 0.0085</w:t>
        <w:br/>
        <w:t>vn 0.2091 -0.9762 0.0567</w:t>
        <w:br/>
        <w:t>vn 0.3097 -0.9500 0.0390</w:t>
        <w:br/>
        <w:t>vn 0.3096 -0.9501 0.0390</w:t>
        <w:br/>
        <w:t>vn 0.4660 -0.8381 -0.2835</w:t>
        <w:br/>
        <w:t>vn 0.4037 -0.9136 -0.0493</w:t>
        <w:br/>
        <w:t>vn -0.6664 -0.6531 0.3596</w:t>
        <w:br/>
        <w:t>vn -0.1984 -0.7030 0.6830</w:t>
        <w:br/>
        <w:t>vn -0.1985 -0.7029 0.6830</w:t>
        <w:br/>
        <w:t>vn -0.6665 -0.6530 0.3596</w:t>
        <w:br/>
        <w:t>vn 0.2239 -0.6832 0.6951</w:t>
        <w:br/>
        <w:t>vn 0.2238 -0.6832 0.6951</w:t>
        <w:br/>
        <w:t>vn 0.4459 -0.6161 0.6493</w:t>
        <w:br/>
        <w:t>vn 0.4460 -0.6161 0.6493</w:t>
        <w:br/>
        <w:t>vn 0.9528 -0.2949 -0.0722</w:t>
        <w:br/>
        <w:t>vn 0.7209 -0.5113 0.4679</w:t>
        <w:br/>
        <w:t>vn 0.7423 -0.0943 -0.6634</w:t>
        <w:br/>
        <w:t>vn 0.7423 -0.0944 -0.6634</w:t>
        <w:br/>
        <w:t>vn 0.1874 0.0006 -0.9823</w:t>
        <w:br/>
        <w:t>vn -0.2247 -0.0079 -0.9744</w:t>
        <w:br/>
        <w:t>vn 0.1875 0.0006 -0.9823</w:t>
        <w:br/>
        <w:t>vn -0.4046 -0.0391 -0.9137</w:t>
        <w:br/>
        <w:t>vn -0.8622 -0.4038 -0.3058</w:t>
        <w:br/>
        <w:t>vn -0.6204 -0.1337 -0.7728</w:t>
        <w:br/>
        <w:t>vn 0.2582 0.9453 -0.1995</w:t>
        <w:br/>
        <w:t>vn 0.6254 0.4414 -0.6435</w:t>
        <w:br/>
        <w:t>vn 0.6254 0.4414 -0.6434</w:t>
        <w:br/>
        <w:t>vn -0.4792 -0.7511 0.4540</w:t>
        <w:br/>
        <w:t>vn -0.4791 -0.7512 0.4541</w:t>
        <w:br/>
        <w:t>vn -0.4792 -0.7511 0.4541</w:t>
        <w:br/>
        <w:t>vn -0.4793 -0.7511 0.4540</w:t>
        <w:br/>
        <w:t>vn -0.4710 0.6685 0.5755</w:t>
        <w:br/>
        <w:t>vn -0.4713 0.6685 0.5754</w:t>
        <w:br/>
        <w:t>vn -0.4712 0.6685 0.5754</w:t>
        <w:br/>
        <w:t>vn 0.6224 -0.3308 -0.7094</w:t>
        <w:br/>
        <w:t>vn 0.6224 -0.3309 -0.7093</w:t>
        <w:br/>
        <w:t>vn 0.2519 -0.8993 -0.3575</w:t>
        <w:br/>
        <w:t>vn 0.7157 -0.0705 0.6949</w:t>
        <w:br/>
        <w:t>vn 0.7176 -0.0678 0.6931</w:t>
        <w:br/>
        <w:t>vn 0.7175 -0.0673 0.6933</w:t>
        <w:br/>
        <w:t>vn 0.7155 -0.0701 0.6951</w:t>
        <w:br/>
        <w:t>vn -0.7172 0.0679 -0.6936</w:t>
        <w:br/>
        <w:t>vn -0.7177 0.0678 -0.6931</w:t>
        <w:br/>
        <w:t>vn -0.7159 0.0704 -0.6946</w:t>
        <w:br/>
        <w:t>vn -0.7158 0.0698 -0.6948</w:t>
        <w:br/>
        <w:t>vn -0.7174 0.0689 -0.6932</w:t>
        <w:br/>
        <w:t>vn -0.7157 0.0691 -0.6950</w:t>
        <w:br/>
        <w:t>vn -0.7171 0.0667 -0.6937</w:t>
        <w:br/>
        <w:t>vn 0.7173 -0.0659 0.6936</w:t>
        <w:br/>
        <w:t>vn 0.7159 -0.0683 0.6949</w:t>
        <w:br/>
        <w:t>vn 0.7173 -0.0684 0.6934</w:t>
        <w:br/>
        <w:t>vn -0.2630 -0.9441 0.1987</w:t>
        <w:br/>
        <w:t>vn -0.2630 -0.9441 0.1988</w:t>
        <w:br/>
        <w:t>vn -0.6292 -0.4375 0.6424</w:t>
        <w:br/>
        <w:t>vn -0.6291 -0.4376 0.6424</w:t>
        <w:br/>
        <w:t>vn 0.4802 0.7506 -0.4538</w:t>
        <w:br/>
        <w:t>vn 0.4803 0.7506 -0.4538</w:t>
        <w:br/>
        <w:t>vn -0.3901 0.7770 0.4940</w:t>
        <w:br/>
        <w:t>vn -0.5525 0.5245 0.6479</w:t>
        <w:br/>
        <w:t>vn -0.5525 0.5245 0.6478</w:t>
        <w:br/>
        <w:t>vn -0.3900 0.7771 0.4939</w:t>
        <w:br/>
        <w:t>vn -0.7191 0.0687 -0.6915</w:t>
        <w:br/>
        <w:t>vn -0.7176 0.0684 -0.6931</w:t>
        <w:br/>
        <w:t>vn 0.4711 -0.6685 -0.5754</w:t>
        <w:br/>
        <w:t>vn 0.4713 -0.6685 -0.5752</w:t>
        <w:br/>
        <w:t>vn 0.4717 -0.6685 -0.5750</w:t>
        <w:br/>
        <w:t>vn 0.4717 -0.6685 -0.5749</w:t>
        <w:br/>
        <w:t>vn 0.7158 -0.0704 0.6947</w:t>
        <w:br/>
        <w:t>vn 0.7156 -0.0732 0.6947</w:t>
        <w:br/>
        <w:t>vn 0.7153 -0.0708 0.6952</w:t>
        <w:br/>
        <w:t>vn -0.7163 0.0704 -0.6942</w:t>
        <w:br/>
        <w:t>vn -0.7150 0.0697 -0.6957</w:t>
        <w:br/>
        <w:t>vn -0.7166 0.0675 -0.6942</w:t>
        <w:br/>
        <w:t>vn 0.7147 -0.0700 0.6960</w:t>
        <w:br/>
        <w:t>vn 0.7160 -0.0677 0.6948</w:t>
        <w:br/>
        <w:t>vn -0.1514 0.9568 0.2484</w:t>
        <w:br/>
        <w:t>vn -0.6624 0.1562 0.7327</w:t>
        <w:br/>
        <w:t>vn 0.2520 -0.8992 -0.3576</w:t>
        <w:br/>
        <w:t>vn 0.7175 -0.0678 0.6933</w:t>
        <w:br/>
        <w:t>vn -0.7159 0.0708 -0.6946</w:t>
        <w:br/>
        <w:t>vn 0.2496 0.9669 -0.0524</w:t>
        <w:br/>
        <w:t>vn 0.6160 0.6463 -0.4504</w:t>
        <w:br/>
        <w:t>vn -0.3450 -0.9288 0.1354</w:t>
        <w:br/>
        <w:t>vn -0.6924 -0.4679 0.5492</w:t>
        <w:br/>
        <w:t>vn -0.4895 -0.8188 0.3000</w:t>
        <w:br/>
        <w:t>vn -0.4896 -0.8188 0.2999</w:t>
        <w:br/>
        <w:t>vn -0.4897 -0.8187 0.2999</w:t>
        <w:br/>
        <w:t>vn 0.5040 0.8073 -0.3069</w:t>
        <w:br/>
        <w:t>vn 0.5041 0.8073 -0.3069</w:t>
        <w:br/>
        <w:t>vn 0.5039 0.8074 -0.3070</w:t>
        <w:br/>
        <w:t>vn 0.5037 0.8075 -0.3070</w:t>
        <w:br/>
        <w:t>vn -0.4410 0.7129 0.5453</w:t>
        <w:br/>
        <w:t>vn -0.6145 0.4387 0.6557</w:t>
        <w:br/>
        <w:t>vn -0.6145 0.4388 0.6557</w:t>
        <w:br/>
        <w:t>vn -0.4411 0.7128 0.5453</w:t>
        <w:br/>
        <w:t>vn -0.6436 0.1585 -0.7487</w:t>
        <w:br/>
        <w:t>vn -0.6456 0.1627 -0.7461</w:t>
        <w:br/>
        <w:t>vn -0.6465 0.1587 -0.7463</w:t>
        <w:br/>
        <w:t>vn 0.5332 -0.5867 -0.6095</w:t>
        <w:br/>
        <w:t>vn 0.5332 -0.5867 -0.6094</w:t>
        <w:br/>
        <w:t>vn -0.5334 0.5857 0.6102</w:t>
        <w:br/>
        <w:t>vn -0.5335 0.5857 0.6102</w:t>
        <w:br/>
        <w:t>vn -0.5332 0.5857 0.6104</w:t>
        <w:br/>
        <w:t>vn -0.5336 0.5858 0.6101</w:t>
        <w:br/>
        <w:t>vn 0.5335 -0.5857 -0.6102</w:t>
        <w:br/>
        <w:t>vn 0.5338 -0.5857 -0.6099</w:t>
        <w:br/>
        <w:t>vn 0.2130 -0.9017 -0.3762</w:t>
        <w:br/>
        <w:t>vn 0.2131 -0.9017 -0.3762</w:t>
        <w:br/>
        <w:t>vn 0.6466 -0.1581 0.7463</w:t>
        <w:br/>
        <w:t>vn 0.6459 -0.1617 0.7461</w:t>
        <w:br/>
        <w:t>vn 0.6438 -0.1578 0.7488</w:t>
        <w:br/>
        <w:t>vn -0.6480 0.1696 -0.7425</w:t>
        <w:br/>
        <w:t>vn -0.6487 0.1636 -0.7433</w:t>
        <w:br/>
        <w:t>vn -0.6513 0.1678 -0.7400</w:t>
        <w:br/>
        <w:t>vn -0.6496 0.1708 -0.7408</w:t>
        <w:br/>
        <w:t>vn 0.6480 -0.1683 0.7428</w:t>
        <w:br/>
        <w:t>vn 0.6496 -0.1694 0.7411</w:t>
        <w:br/>
        <w:t>vn 0.6514 -0.1664 0.7403</w:t>
        <w:br/>
        <w:t>vn 0.6486 -0.1628 0.7435</w:t>
        <w:br/>
        <w:t>vn -0.6493 0.1604 -0.7435</w:t>
        <w:br/>
        <w:t>vn -0.6466 0.1526 -0.7474</w:t>
        <w:br/>
        <w:t>vn -0.6470 0.1537 -0.7468</w:t>
        <w:br/>
        <w:t>vn 0.6457 -0.1547 0.7477</w:t>
        <w:br/>
        <w:t>vn 0.6472 -0.1536 0.7467</w:t>
        <w:br/>
        <w:t>vn 0.6473 -0.1545 0.7464</w:t>
        <w:br/>
        <w:t>vn 0.6468 -0.1525 0.7473</w:t>
        <w:br/>
        <w:t>vn 0.6493 -0.1600 0.7435</w:t>
        <w:br/>
        <w:t>vn -0.6457 0.1547 -0.7478</w:t>
        <w:br/>
        <w:t>vn -0.6472 0.1546 -0.7465</w:t>
        <w:br/>
        <w:t>vn -0.1835 0.9216 0.3421</w:t>
        <w:br/>
        <w:t>vn 0.7020 0.4269 -0.5700</w:t>
        <w:br/>
        <w:t>vn 0.7020 0.4268 -0.5701</w:t>
        <w:br/>
        <w:t>vn -0.7150 0.1253 0.6878</w:t>
        <w:br/>
        <w:t>vn -0.7149 0.1254 0.6878</w:t>
        <w:br/>
        <w:t>vn 0.6536 -0.1682 0.7379</w:t>
        <w:br/>
        <w:t>vn -0.6536 0.1696 -0.7376</w:t>
        <w:br/>
        <w:t>vn 0.6164 0.4605 -0.6388</w:t>
        <w:br/>
        <w:t>vn 0.6385 0.5054 -0.5804</w:t>
        <w:br/>
        <w:t>vn 0.6385 0.5053 -0.5805</w:t>
        <w:br/>
        <w:t>vn 0.6163 0.4606 -0.6388</w:t>
        <w:br/>
        <w:t>vn -0.7488 0.6609 -0.0505</w:t>
        <w:br/>
        <w:t>vn -0.8000 0.0858 -0.5938</w:t>
        <w:br/>
        <w:t>vn -0.8001 0.0858 -0.5938</w:t>
        <w:br/>
        <w:t>vn -0.7488 0.6609 -0.0506</w:t>
        <w:br/>
        <w:t>vn -0.4601 -0.5393 0.7053</w:t>
        <w:br/>
        <w:t>vn -0.4771 -0.5876 0.6536</w:t>
        <w:br/>
        <w:t>vn 0.8424 -0.1997 0.5005</w:t>
        <w:br/>
        <w:t>vn 0.8424 -0.1997 0.5006</w:t>
        <w:br/>
        <w:t>vn 0.7029 -0.7109 -0.0212</w:t>
        <w:br/>
        <w:t>vn 0.7029 -0.7110 -0.0212</w:t>
        <w:br/>
        <w:t>vn -0.5317 -0.6088 0.5887</w:t>
        <w:br/>
        <w:t>vn -0.5339 -0.6023 0.5935</w:t>
        <w:br/>
        <w:t>vn -0.1482 0.8051 0.5744</w:t>
        <w:br/>
        <w:t>vn 0.2810 0.6108 0.7403</w:t>
        <w:br/>
        <w:t>vn 0.2811 0.6107 0.7403</w:t>
        <w:br/>
        <w:t>vn 0.5868 0.4368 -0.6819</w:t>
        <w:br/>
        <w:t>vn 0.5868 0.4367 -0.6819</w:t>
        <w:br/>
        <w:t>vn 0.5703 0.4363 -0.6960</w:t>
        <w:br/>
        <w:t>vn 0.1872 -0.8328 -0.5209</w:t>
        <w:br/>
        <w:t>vn -0.0762 -0.7469 -0.6605</w:t>
        <w:br/>
        <w:t>vn -0.0763 -0.7468 -0.6607</w:t>
        <w:br/>
        <w:t>vn 0.7518 0.0736 0.6552</w:t>
        <w:br/>
        <w:t>vn 0.7518 0.0736 0.6553</w:t>
        <w:br/>
        <w:t>vn -0.4637 -0.5551 0.6906</w:t>
        <w:br/>
        <w:t>vn -0.6313 -0.2591 -0.7310</w:t>
        <w:br/>
        <w:t>vn -0.6314 -0.2590 -0.7309</w:t>
        <w:br/>
        <w:t>vn 0.6373 0.4884 -0.5960</w:t>
        <w:br/>
        <w:t>vn -0.6978 -0.1485 -0.7008</w:t>
        <w:br/>
        <w:t>vn -0.8199 0.4951 -0.2876</w:t>
        <w:br/>
        <w:t>vn -0.6977 -0.1486 -0.7008</w:t>
        <w:br/>
        <w:t>vn 0.4619 -0.8392 -0.2872</w:t>
        <w:br/>
        <w:t>vn 0.4619 -0.8391 -0.2873</w:t>
        <w:br/>
        <w:t>vn -0.1605 -0.7010 -0.6949</w:t>
        <w:br/>
        <w:t>vn -0.6895 0.7242 0.0111</w:t>
        <w:br/>
        <w:t>vn -0.6894 0.7243 0.0110</w:t>
        <w:br/>
        <w:t>vn -0.6895 0.7242 0.0110</w:t>
        <w:br/>
        <w:t>vn -0.4632 -0.4650 -0.7545</w:t>
        <w:br/>
        <w:t>vn -0.4632 -0.4651 -0.7544</w:t>
        <w:br/>
        <w:t>vn -0.4598 0.8398 0.2886</w:t>
        <w:br/>
        <w:t>vn 0.6907 -0.7232 -0.0038</w:t>
        <w:br/>
        <w:t>vn 0.7081 0.1571 0.6885</w:t>
        <w:br/>
        <w:t>vn 0.1633 0.7021 0.6931</w:t>
        <w:br/>
        <w:t>vn 0.7080 0.1571 0.6885</w:t>
        <w:br/>
        <w:t>vn 0.8327 -0.4852 0.2667</w:t>
        <w:br/>
        <w:t>vn 0.6971 -0.7166 -0.0231</w:t>
        <w:br/>
        <w:t>vn 0.6971 -0.7167 -0.0231</w:t>
        <w:br/>
        <w:t>vn -0.5399 -0.4579 0.7063</w:t>
        <w:br/>
        <w:t>vn -0.5686 -0.4563 0.6844</w:t>
        <w:br/>
        <w:t>vn -0.4777 -0.5454 0.6887</w:t>
        <w:br/>
        <w:t>vn -0.4805 -0.5165 0.7088</w:t>
        <w:br/>
        <w:t>vn -0.6216 -0.5066 0.5975</w:t>
        <w:br/>
        <w:t>vn -0.5981 -0.4454 0.6663</w:t>
        <w:br/>
        <w:t>vn -0.6306 -0.4775 0.6118</w:t>
        <w:br/>
        <w:t>vn -0.4599 0.8398 0.2886</w:t>
        <w:br/>
        <w:t>vn -0.6194 -0.5333 0.5761</w:t>
        <w:br/>
        <w:t>vn -0.5734 -0.5825 0.5761</w:t>
        <w:br/>
        <w:t>vn -0.5474 -0.5858 0.5977</w:t>
        <w:br/>
        <w:t>vn 0.4935 0.5388 -0.6828</w:t>
        <w:br/>
        <w:t>vn 0.5760 0.4504 -0.6821</w:t>
        <w:br/>
        <w:t>vn 0.5476 0.4533 -0.7033</w:t>
        <w:br/>
        <w:t>vn 0.4953 0.5092 -0.7038</w:t>
        <w:br/>
        <w:t>vn 0.4816 0.5697 -0.6660</w:t>
        <w:br/>
        <w:t>vn 0.5130 0.6021 -0.6118</w:t>
        <w:br/>
        <w:t>vn 0.5433 0.5900 -0.5973</w:t>
        <w:br/>
        <w:t>vn 0.6054 0.4371 -0.6651</w:t>
        <w:br/>
        <w:t>vn -0.5194 -0.5964 0.6120</w:t>
        <w:br/>
        <w:t>vn -0.4617 -0.5786 0.6723</w:t>
        <w:br/>
        <w:t>vn 0.6898 -0.7240 -0.0042</w:t>
        <w:br/>
        <w:t>vn 0.6899 -0.7239 -0.0043</w:t>
        <w:br/>
        <w:t>vn 0.6899 -0.7239 -0.0044</w:t>
        <w:br/>
        <w:t>vn 0.5701 0.5860 -0.5758</w:t>
        <w:br/>
        <w:t>vn 0.4624 0.4630 0.7562</w:t>
        <w:br/>
        <w:t>vn 0.4624 0.4632 0.7561</w:t>
        <w:br/>
        <w:t>vn 0.4624 0.4631 0.7561</w:t>
        <w:br/>
        <w:t>vn 0.4623 0.4630 0.7562</w:t>
        <w:br/>
        <w:t>vn 0.6254 0.5012 -0.5981</w:t>
        <w:br/>
        <w:t>vn 0.6225 0.5296 -0.5762</w:t>
        <w:br/>
        <w:t>vn 0.6360 0.4689 -0.6129</w:t>
        <w:br/>
        <w:t>vn -0.6905 0.7233 0.0035</w:t>
        <w:br/>
        <w:t>vn -0.6906 0.7232 0.0037</w:t>
        <w:br/>
        <w:t>vn -0.6906 0.7233 0.0036</w:t>
        <w:br/>
        <w:t>vn -0.6905 0.7233 0.0034</w:t>
        <w:br/>
        <w:t>vn 0.7683 -0.6302 -0.1122</w:t>
        <w:br/>
        <w:t>vn 0.7683 -0.6301 -0.1122</w:t>
        <w:br/>
        <w:t>vn -0.4709 -0.5817 0.6633</w:t>
        <w:br/>
        <w:t>vn -0.4985 -0.6092 0.6167</w:t>
        <w:br/>
        <w:t>vn -0.4886 -0.6355 0.5978</w:t>
        <w:br/>
        <w:t>vn -0.4414 -0.5887 0.6772</w:t>
        <w:br/>
        <w:t>vn -0.8943 0.4058 -0.1884</w:t>
        <w:br/>
        <w:t>vn -0.5293 0.7544 0.3881</w:t>
        <w:br/>
        <w:t>vn 0.3761 0.7083 -0.5974</w:t>
        <w:br/>
        <w:t>vn 0.4070 0.7019 -0.5846</w:t>
        <w:br/>
        <w:t>vn 0.3597 0.6544 -0.6651</w:t>
        <w:br/>
        <w:t>vn 0.3484 0.6806 -0.6444</w:t>
        <w:br/>
        <w:t>vn 0.5396 0.5993 -0.5914</w:t>
        <w:br/>
        <w:t>vn 0.5728 0.5524 -0.6056</w:t>
        <w:br/>
        <w:t>vn 0.5283 0.5078 -0.6805</w:t>
        <w:br/>
        <w:t>vn 0.4807 0.5404 -0.6906</w:t>
        <w:br/>
        <w:t>vn 0.8948 -0.4055 0.1867</w:t>
        <w:br/>
        <w:t>vn 0.8949 -0.4054 0.1867</w:t>
        <w:br/>
        <w:t>vn 0.5296 -0.7546 -0.3875</w:t>
        <w:br/>
        <w:t>vn 0.5295 -0.7546 -0.3875</w:t>
        <w:br/>
        <w:t>vn -0.3142 -0.7616 0.5669</w:t>
        <w:br/>
        <w:t>vn -0.2700 -0.7182 0.6413</w:t>
        <w:br/>
        <w:t>vn -0.3081 -0.6812 0.6641</w:t>
        <w:br/>
        <w:t>vn -0.3664 -0.7387 0.5658</w:t>
        <w:br/>
        <w:t>vn -0.7684 0.6301 0.1121</w:t>
        <w:br/>
        <w:t>vn -0.7684 0.6300 0.1122</w:t>
        <w:br/>
        <w:t>vn -0.7286 -0.1892 -0.6583</w:t>
        <w:br/>
        <w:t>vn -0.7287 -0.1892 -0.6582</w:t>
        <w:br/>
        <w:t>vn -0.1352 -0.6659 -0.7337</w:t>
        <w:br/>
        <w:t>vn 0.1358 0.6658 0.7337</w:t>
        <w:br/>
        <w:t>vn 0.1361 0.6656 0.7338</w:t>
        <w:br/>
        <w:t>vn 0.7301 0.1898 0.6565</w:t>
        <w:br/>
        <w:t>vn 0.7301 0.1897 0.6564</w:t>
        <w:br/>
        <w:t>vn 0.4363 0.6988 -0.5669</w:t>
        <w:br/>
        <w:t>vn 0.5056 0.6553 -0.5612</w:t>
        <w:br/>
        <w:t>vn 0.4179 0.5674 -0.7095</w:t>
        <w:br/>
        <w:t>vn 0.3652 0.6276 -0.6875</w:t>
        <w:br/>
        <w:t>vn -0.4827 -0.6606 0.5750</w:t>
        <w:br/>
        <w:t>vn -0.4303 -0.7153 0.5507</w:t>
        <w:br/>
        <w:t>vn -0.3431 -0.6293 0.6973</w:t>
        <w:br/>
        <w:t>vn -0.4637 -0.4669 -0.7530</w:t>
        <w:br/>
        <w:t>vn 0.4630 0.4661 0.7539</w:t>
        <w:br/>
        <w:t>vn 0.4631 0.4661 0.7539</w:t>
        <w:br/>
        <w:t>vn 0.4630 0.4661 0.7540</w:t>
        <w:br/>
        <w:t>vn 0.4629 0.4661 0.7540</w:t>
        <w:br/>
        <w:t>vn -0.4120 -0.5905 0.6940</w:t>
        <w:br/>
        <w:t>vn 0.0468 0.2776 0.9596</w:t>
        <w:br/>
        <w:t>vn 0.1753 0.3167 0.9322</w:t>
        <w:br/>
        <w:t>vn 0.1753 0.3168 0.9322</w:t>
        <w:br/>
        <w:t>vn 0.5273 0.2149 0.8220</w:t>
        <w:br/>
        <w:t>vn 0.5273 0.2150 0.8220</w:t>
        <w:br/>
        <w:t>vn 0.6564 0.1641 0.7363</w:t>
        <w:br/>
        <w:t>vn 0.3494 0.2990 0.8880</w:t>
        <w:br/>
        <w:t>vn 0.8086 0.0820 0.5826</w:t>
        <w:br/>
        <w:t>vn 0.9196 -0.0145 0.3925</w:t>
        <w:br/>
        <w:t>vn 0.9931 -0.1117 -0.0351</w:t>
        <w:br/>
        <w:t>vn 0.9682 -0.0453 -0.2461</w:t>
        <w:br/>
        <w:t>vn 0.9769 -0.0752 0.2002</w:t>
        <w:br/>
        <w:t>vn 0.5499 0.5051 -0.6652</w:t>
        <w:br/>
        <w:t>vn 0.6939 0.3197 -0.6452</w:t>
        <w:br/>
        <w:t>vn 0.8806 0.1371 -0.4536</w:t>
        <w:br/>
        <w:t>vn 0.7346 0.3431 -0.5853</w:t>
        <w:br/>
        <w:t>vn -0.1736 -0.3202 -0.9313</w:t>
        <w:br/>
        <w:t>vn -0.0452 -0.2790 -0.9592</w:t>
        <w:br/>
        <w:t>vn -0.6384 -0.1298 -0.7587</w:t>
        <w:br/>
        <w:t>vn -0.5143 -0.1899 -0.8363</w:t>
        <w:br/>
        <w:t>vn -0.3419 -0.2971 -0.8915</w:t>
        <w:br/>
        <w:t>vn -0.3419 -0.2972 -0.8915</w:t>
        <w:br/>
        <w:t>vn -0.7979 -0.0490 -0.6008</w:t>
        <w:br/>
        <w:t>vn -0.9176 0.0614 -0.3927</w:t>
        <w:br/>
        <w:t>vn -0.9176 0.0613 -0.3927</w:t>
        <w:br/>
        <w:t>vn 0.0128 -0.2664 -0.9638</w:t>
        <w:br/>
        <w:t>vn -0.9824 0.1819 0.0421</w:t>
        <w:br/>
        <w:t>vn -0.9631 0.1096 0.2459</w:t>
        <w:br/>
        <w:t>vn -0.9824 0.1819 0.0420</w:t>
        <w:br/>
        <w:t>vn -0.9713 0.1384 -0.1933</w:t>
        <w:br/>
        <w:t>vn -0.5337 -0.5184 0.6681</w:t>
        <w:br/>
        <w:t>vn -0.5338 -0.5184 0.6681</w:t>
        <w:br/>
        <w:t>vn -0.4653 -0.5904 0.6595</w:t>
        <w:br/>
        <w:t>vn -0.4653 -0.5903 0.6595</w:t>
        <w:br/>
        <w:t>vn -0.8839 -0.0955 0.4577</w:t>
        <w:br/>
        <w:t>vn -0.8840 -0.0955 0.4577</w:t>
        <w:br/>
        <w:t>vn -0.7276 -0.3291 0.6019</w:t>
        <w:br/>
        <w:t>vn 0.7069 0.6133 -0.3524</w:t>
        <w:br/>
        <w:t>vn 0.6104 0.6689 -0.4242</w:t>
        <w:br/>
        <w:t>vn 0.7071 0.6132 -0.3522</w:t>
        <w:br/>
        <w:t>vn -0.7289 -0.5853 0.3551</w:t>
        <w:br/>
        <w:t>vn -0.6258 -0.6498 0.4315</w:t>
        <w:br/>
        <w:t>vn 0.3446 0.7742 -0.5309</w:t>
        <w:br/>
        <w:t>vn 0.2338 0.8501 -0.4719</w:t>
        <w:br/>
        <w:t>vn -0.3467 -0.7993 0.4908</w:t>
        <w:br/>
        <w:t>vn -0.2351 -0.8520 0.4678</w:t>
        <w:br/>
        <w:t>vn 0.4892 0.7161 -0.4979</w:t>
        <w:br/>
        <w:t>vn -0.4762 -0.7356 0.4819</w:t>
        <w:br/>
        <w:t>vn -0.4762 -0.7355 0.4819</w:t>
        <w:br/>
        <w:t>vn 0.1709 0.9292 -0.3278</w:t>
        <w:br/>
        <w:t>vn 0.1350 0.9789 -0.1533</w:t>
        <w:br/>
        <w:t>vn -0.1401 -0.9206 0.3646</w:t>
        <w:br/>
        <w:t>vn -0.1046 -0.9756 0.1930</w:t>
        <w:br/>
        <w:t>vn -0.1047 -0.9756 0.1930</w:t>
        <w:br/>
        <w:t>vn 0.7455 0.5879 -0.3140</w:t>
        <w:br/>
        <w:t>vn -0.7252 0.6825 -0.0905</w:t>
        <w:br/>
        <w:t>vn -0.7252 0.6826 -0.0903</w:t>
        <w:br/>
        <w:t>vn -0.7252 0.6826 -0.0905</w:t>
        <w:br/>
        <w:t>vn -0.7574 -0.5724 0.3143</w:t>
        <w:br/>
        <w:t>vn -0.2050 -0.9566 -0.2069</w:t>
        <w:br/>
        <w:t>vn -0.1498 -0.9843 -0.0931</w:t>
        <w:br/>
        <w:t>vn -0.1497 -0.9843 -0.0931</w:t>
        <w:br/>
        <w:t>vn 0.3043 0.9416 0.1445</w:t>
        <w:br/>
        <w:t>vn 0.3043 0.9415 0.1445</w:t>
        <w:br/>
        <w:t>vn 0.2448 0.9642 0.1019</w:t>
        <w:br/>
        <w:t>vn -0.1214 -0.9915 0.0473</w:t>
        <w:br/>
        <w:t>vn 0.1721 0.9850 -0.0120</w:t>
        <w:br/>
        <w:t>vn -0.8226 -0.1222 0.5553</w:t>
        <w:br/>
        <w:t>vn -0.8226 -0.1222 0.5554</w:t>
        <w:br/>
        <w:t>vn -0.8909 0.2787 0.3586</w:t>
        <w:br/>
        <w:t>vn 0.4631 0.4837 0.7427</w:t>
        <w:br/>
        <w:t>vn 0.5545 0.3999 0.7298</w:t>
        <w:br/>
        <w:t>vn -0.2813 -0.9009 -0.3305</w:t>
        <w:br/>
        <w:t>vn 0.3794 0.8929 0.2424</w:t>
        <w:br/>
        <w:t>vn -0.3334 -0.8097 -0.4830</w:t>
        <w:br/>
        <w:t>vn 0.4381 0.8034 0.4034</w:t>
        <w:br/>
        <w:t>vn -0.4020 -0.3585 -0.8425</w:t>
        <w:br/>
        <w:t>vn -0.4433 -0.4017 -0.8014</w:t>
        <w:br/>
        <w:t>vn -0.4432 -0.4017 -0.8014</w:t>
        <w:br/>
        <w:t>vn -0.4020 -0.3585 -0.8426</w:t>
        <w:br/>
        <w:t>vn 0.4562 0.4742 0.7530</w:t>
        <w:br/>
        <w:t>vn -0.5521 -0.5251 0.6477</w:t>
        <w:br/>
        <w:t>vn -0.3458 -0.5052 -0.7907</w:t>
        <w:br/>
        <w:t>vn -0.2676 -0.5902 -0.7616</w:t>
        <w:br/>
        <w:t>vn 0.7322 0.2834 -0.6194</w:t>
        <w:br/>
        <w:t>vn 0.1251 0.8249 -0.5513</w:t>
        <w:br/>
        <w:t>vn -0.3038 0.8955 -0.3252</w:t>
        <w:br/>
        <w:t>vn -0.3039 0.8955 -0.3252</w:t>
        <w:br/>
        <w:t>vn 0.1251 0.8248 -0.5513</w:t>
        <w:br/>
        <w:t>vn 0.3708 0.5935 0.7143</w:t>
        <w:br/>
        <w:t>vn 0.4226 0.5306 0.7348</w:t>
        <w:br/>
        <w:t>vn 0.4227 0.5305 0.7348</w:t>
        <w:br/>
        <w:t>vn -0.3842 -0.4229 -0.8207</w:t>
        <w:br/>
        <w:t>vn -0.3843 -0.4229 -0.8207</w:t>
        <w:br/>
        <w:t>vn 0.5440 0.5017 0.6726</w:t>
        <w:br/>
        <w:t>vn -0.5941 -0.4651 0.6563</w:t>
        <w:br/>
        <w:t>vn -0.5941 -0.4650 0.6563</w:t>
        <w:br/>
        <w:t>vn -0.3849 -0.5931 -0.7072</w:t>
        <w:br/>
        <w:t>vn 0.6150 0.4592 -0.6410</w:t>
        <w:br/>
        <w:t>vn 0.6149 0.4593 -0.6410</w:t>
        <w:br/>
        <w:t>vn 0.4503 0.7198 0.5283</w:t>
        <w:br/>
        <w:t>vn 0.4502 0.7198 0.5283</w:t>
        <w:br/>
        <w:t>vn -0.5960 -0.4814 0.6426</w:t>
        <w:br/>
        <w:t>vn -0.5960 -0.4814 0.6427</w:t>
        <w:br/>
        <w:t>vn -0.3448 -0.7149 -0.6083</w:t>
        <w:br/>
        <w:t>vn 0.6147 0.4834 -0.6233</w:t>
        <w:br/>
        <w:t>vn -0.0118 0.2653 0.9641</w:t>
        <w:br/>
        <w:t>vn 0.0259 0.4230 0.9057</w:t>
        <w:br/>
        <w:t>vn -0.0734 0.3630 0.9289</w:t>
        <w:br/>
        <w:t>vn 0.0196 0.1923 0.9811</w:t>
        <w:br/>
        <w:t>vn 0.0798 0.2276 0.9705</w:t>
        <w:br/>
        <w:t>vn -0.1469 0.2807 0.9485</w:t>
        <w:br/>
        <w:t>vn -0.0217 0.1474 0.9888</w:t>
        <w:br/>
        <w:t>vn -0.2055 0.1288 0.9701</w:t>
        <w:br/>
        <w:t>vn -0.2097 0.0639 0.9757</w:t>
        <w:br/>
        <w:t>vn -0.0456 0.0673 0.9967</w:t>
        <w:br/>
        <w:t>vn -0.0451 0.0859 0.9953</w:t>
        <w:br/>
        <w:t>vn -0.2041 0.0011 0.9789</w:t>
        <w:br/>
        <w:t>vn -0.0447 0.0502 0.9977</w:t>
        <w:br/>
        <w:t>vn -0.0400 0.0307 0.9987</w:t>
        <w:br/>
        <w:t>vn -0.1853 -0.0628 0.9807</w:t>
        <w:br/>
        <w:t>vn -0.1468 -0.1331 0.9802</w:t>
        <w:br/>
        <w:t>vn -0.0236 0.0005 0.9997</w:t>
        <w:br/>
        <w:t>vn 0.0190 -0.0380 0.9991</w:t>
        <w:br/>
        <w:t>vn -0.0717 -0.2038 0.9764</w:t>
        <w:br/>
        <w:t>vn 0.0310 -0.2566 0.9660</w:t>
        <w:br/>
        <w:t>vn 0.0822 -0.0696 0.9942</w:t>
        <w:br/>
        <w:t>vn -0.2380 -0.9628 0.1279</w:t>
        <w:br/>
        <w:t>vn -0.2381 -0.9628 0.1279</w:t>
        <w:br/>
        <w:t>vn -0.4734 -0.8661 0.1602</w:t>
        <w:br/>
        <w:t>vn -0.6780 -0.7128 0.1794</w:t>
        <w:br/>
        <w:t>vn -0.8392 -0.5106 0.1873</w:t>
        <w:br/>
        <w:t>vn -0.9457 -0.2687 0.1831</w:t>
        <w:br/>
        <w:t>vn -0.9861 -0.0011 0.1659</w:t>
        <w:br/>
        <w:t>vn -0.9529 0.2708 0.1366</w:t>
        <w:br/>
        <w:t>vn -0.9529 0.2709 0.1366</w:t>
        <w:br/>
        <w:t>vn -0.6729 0.7378 0.0529</w:t>
        <w:br/>
        <w:t>vn -0.4593 0.8883 0.0070</w:t>
        <w:br/>
        <w:t>vn -0.4593 0.8882 0.0070</w:t>
        <w:br/>
        <w:t>vn -0.2288 0.9727 -0.0388</w:t>
        <w:br/>
        <w:t>vn 0.0806 0.2378 0.9680</w:t>
        <w:br/>
        <w:t>vn 0.0732 0.4389 0.8955</w:t>
        <w:br/>
        <w:t>vn -0.0091 0.9977 -0.0676</w:t>
        <w:br/>
        <w:t>vn -0.8455 0.5250 0.0976</w:t>
        <w:br/>
        <w:t>vn -0.1865 0.1996 0.9620</w:t>
        <w:br/>
        <w:t>vn -0.0396 0.1103 0.9931</w:t>
        <w:br/>
        <w:t>vn 0.0087 -0.9951 0.0985</w:t>
        <w:br/>
        <w:t>vn 0.0804 -0.0797 0.9936</w:t>
        <w:br/>
        <w:t>vn 0.0777 -0.2724 0.9590</w:t>
        <w:br/>
        <w:t>vn 0.0760 0.0721 0.9945</w:t>
        <w:br/>
        <w:t>vn -0.1289 -0.1165 -0.9848</w:t>
        <w:br/>
        <w:t>vn -0.1124 -0.1241 -0.9859</w:t>
        <w:br/>
        <w:t>vn -0.0766 -0.0721 -0.9945</w:t>
        <w:br/>
        <w:t>vn -0.1049 -0.1285 -0.9861</w:t>
        <w:br/>
        <w:t>vn -0.1111 -0.1177 -0.9868</w:t>
        <w:br/>
        <w:t>vn -0.1196 -0.0954 -0.9882</w:t>
        <w:br/>
        <w:t>vn -0.1227 -0.0695 -0.9900</w:t>
        <w:br/>
        <w:t>vn -0.1202 -0.0445 -0.9918</w:t>
        <w:br/>
        <w:t>vn -0.1129 -0.0242 -0.9933</w:t>
        <w:br/>
        <w:t>vn -0.1081 -0.0151 -0.9940</w:t>
        <w:br/>
        <w:t>vn -0.1149 -0.0195 -0.9932</w:t>
        <w:br/>
        <w:t>vn -0.1280 -0.0262 -0.9914</w:t>
        <w:br/>
        <w:t>vn -0.0821 -0.0284 -0.9962</w:t>
        <w:br/>
        <w:t>vn -0.0798 -0.1142 -0.9902</w:t>
        <w:br/>
        <w:t>vn 0.1217 0.4167 0.9009</w:t>
        <w:br/>
        <w:t>vn 0.0817 0.2242 0.9711</w:t>
        <w:br/>
        <w:t>vn 0.1374 0.1927 0.9716</w:t>
        <w:br/>
        <w:t>vn 0.2194 0.3600 0.9068</w:t>
        <w:br/>
        <w:t>vn 0.1714 0.1599 0.9721</w:t>
        <w:br/>
        <w:t>vn 0.2891 0.2927 0.9114</w:t>
        <w:br/>
        <w:t>vn 0.3504 0.1536 0.9239</w:t>
        <w:br/>
        <w:t>vn 0.1917 0.1093 0.9754</w:t>
        <w:br/>
        <w:t>vn 0.1942 0.0734 0.9782</w:t>
        <w:br/>
        <w:t>vn 0.3580 0.0707 0.9310</w:t>
        <w:br/>
        <w:t>vn 0.1925 0.0407 0.9804</w:t>
        <w:br/>
        <w:t>vn 0.3515 -0.0091 0.9361</w:t>
        <w:br/>
        <w:t>vn 0.1865 0.0172 0.9823</w:t>
        <w:br/>
        <w:t>vn 0.1712 -0.0103 0.9852</w:t>
        <w:br/>
        <w:t>vn 0.2917 -0.1463 0.9453</w:t>
        <w:br/>
        <w:t>vn 0.3306 -0.0783 0.9405</w:t>
        <w:br/>
        <w:t>vn 0.1338 -0.0429 0.9901</w:t>
        <w:br/>
        <w:t>vn 0.0764 -0.0702 0.9946</w:t>
        <w:br/>
        <w:t>vn 0.1230 -0.2572 0.9585</w:t>
        <w:br/>
        <w:t>vn 0.2206 -0.2098 0.9525</w:t>
        <w:br/>
        <w:t>vn 0.2556 -0.9629 0.0866</w:t>
        <w:br/>
        <w:t>vn 0.4899 -0.8681 0.0797</w:t>
        <w:br/>
        <w:t>vn 0.6933 -0.7178 0.0646</w:t>
        <w:br/>
        <w:t>vn 0.8558 -0.5154 0.0449</w:t>
        <w:br/>
        <w:t>vn 0.8557 -0.5155 0.0449</w:t>
        <w:br/>
        <w:t>vn 0.6932 -0.7178 0.0646</w:t>
        <w:br/>
        <w:t>vn 1.0000 0.0046 -0.0042</w:t>
        <w:br/>
        <w:t>vn 1.0000 0.0047 -0.0042</w:t>
        <w:br/>
        <w:t>vn 0.9629 -0.2691 0.0215</w:t>
        <w:br/>
        <w:t>vn 0.9630 -0.2687 0.0214</w:t>
        <w:br/>
        <w:t>vn 0.9598 0.2791 -0.0295</w:t>
        <w:br/>
        <w:t>vn 0.4571 0.8867 -0.0688</w:t>
        <w:br/>
        <w:t>vn 0.6704 0.7391 -0.0650</w:t>
        <w:br/>
        <w:t>vn 0.2181 0.9732 -0.0724</w:t>
        <w:br/>
        <w:t>vn 0.0731 0.4389 0.8956</w:t>
        <w:br/>
        <w:t>vn -0.0091 0.9977 -0.0675</w:t>
        <w:br/>
        <w:t>vn 0.8454 0.5316 -0.0516</w:t>
        <w:br/>
        <w:t>vn 0.1853 0.1345 0.9734</w:t>
        <w:br/>
        <w:t>vn 0.3283 0.2253 0.9173</w:t>
        <w:br/>
        <w:t>vn -0.0294 -0.1163 -0.9928</w:t>
        <w:br/>
        <w:t>vn -0.0407 -0.1212 -0.9918</w:t>
        <w:br/>
        <w:t>vn -0.0421 -0.1208 -0.9918</w:t>
        <w:br/>
        <w:t>vn -0.0334 -0.1065 -0.9937</w:t>
        <w:br/>
        <w:t>vn -0.0257 -0.0869 -0.9959</w:t>
        <w:br/>
        <w:t>vn -0.0235 -0.0738 -0.9970</w:t>
        <w:br/>
        <w:t>vn -0.0250 -0.0641 -0.9976</w:t>
        <w:br/>
        <w:t>vn -0.0336 -0.0443 -0.9985</w:t>
        <w:br/>
        <w:t>vn -0.0460 -0.0245 -0.9986</w:t>
        <w:br/>
        <w:t>vn -0.0472 -0.0213 -0.9987</w:t>
        <w:br/>
        <w:t>vn -0.0358 -0.0266 -0.9990</w:t>
        <w:br/>
        <w:t>vn 0.0663 -0.0518 -0.9965</w:t>
        <w:br/>
        <w:t>vn 0.2214 -0.4120 -0.8839</w:t>
        <w:br/>
        <w:t>vn 0.0661 -0.0518 -0.9965</w:t>
        <w:br/>
        <w:t>vn -0.0632 0.0455 0.9970</w:t>
        <w:br/>
        <w:t>vn -0.0633 0.0455 0.9970</w:t>
        <w:br/>
        <w:t>vn -0.0634 0.0455 0.9970</w:t>
        <w:br/>
        <w:t>vn -0.3947 0.9092 -0.1325</w:t>
        <w:br/>
        <w:t>vn -0.3916 0.9110 -0.1293</w:t>
        <w:br/>
        <w:t>vn -0.3916 0.9110 -0.1294</w:t>
        <w:br/>
        <w:t>vn -0.8956 -0.4435 -0.0331</w:t>
        <w:br/>
        <w:t>vn -0.8970 -0.4409 -0.0332</w:t>
        <w:br/>
        <w:t>vn -0.8974 -0.4401 -0.0332</w:t>
        <w:br/>
        <w:t>vn -0.8957 -0.4435 -0.0330</w:t>
        <w:br/>
        <w:t>vn 0.8959 0.4431 0.0323</w:t>
        <w:br/>
        <w:t>vn 0.8957 0.4435 0.0325</w:t>
        <w:br/>
        <w:t>vn 0.8948 0.4453 0.0322</w:t>
        <w:br/>
        <w:t>vn 0.8948 0.4453 0.0321</w:t>
        <w:br/>
        <w:t>vn 0.8946 0.4455 0.0332</w:t>
        <w:br/>
        <w:t>vn 0.8956 0.4437 0.0329</w:t>
        <w:br/>
        <w:t>vn 0.8946 0.4455 0.0333</w:t>
        <w:br/>
        <w:t>vn -0.0746 0.2590 -0.9630</w:t>
        <w:br/>
        <w:t>vn 0.0842 -0.0938 -0.9920</w:t>
        <w:br/>
        <w:t>vn 0.0844 -0.0939 -0.9920</w:t>
        <w:br/>
        <w:t>vn -0.8964 -0.4420 -0.0343</w:t>
        <w:br/>
        <w:t>vn -0.8964 -0.4420 -0.0344</w:t>
        <w:br/>
        <w:t>vn -0.8949 -0.4449 -0.0354</w:t>
        <w:br/>
        <w:t>vn 0.0755 -0.2571 0.9634</w:t>
        <w:br/>
        <w:t>vn 0.0754 -0.2571 0.9634</w:t>
        <w:br/>
        <w:t>vn -0.0837 0.0947 0.9920</w:t>
        <w:br/>
        <w:t>vn 0.8965 0.4418 0.0328</w:t>
        <w:br/>
        <w:t>vn 0.8964 0.4420 0.0328</w:t>
        <w:br/>
        <w:t>vn -0.3353 0.7995 -0.4983</w:t>
        <w:br/>
        <w:t>vn -0.8981 -0.4386 -0.0334</w:t>
        <w:br/>
        <w:t>vn -0.8980 -0.4387 -0.0329</w:t>
        <w:br/>
        <w:t>vn 0.3371 -0.7980 0.4995</w:t>
        <w:br/>
        <w:t>vn 0.4027 -0.8756 -0.2666</w:t>
        <w:br/>
        <w:t>vn -0.3987 0.9073 -0.1335</w:t>
        <w:br/>
        <w:t>vn -0.3987 0.9073 -0.1336</w:t>
        <w:br/>
        <w:t>vn -0.8982 -0.4383 -0.0333</w:t>
        <w:br/>
        <w:t>vn 0.8965 0.4417 0.0330</w:t>
        <w:br/>
        <w:t>vn -0.2213 -0.4117 -0.8840</w:t>
        <w:br/>
        <w:t>vn -0.2213 -0.4118 -0.8840</w:t>
        <w:br/>
        <w:t>vn -0.0659 -0.0515 -0.9965</w:t>
        <w:br/>
        <w:t>vn -0.0658 -0.0515 -0.9965</w:t>
        <w:br/>
        <w:t>vn 0.0633 0.0449 0.9970</w:t>
        <w:br/>
        <w:t>vn 0.3898 0.9118 -0.1295</w:t>
        <w:br/>
        <w:t>vn 0.3898 0.9118 -0.1294</w:t>
        <w:br/>
        <w:t>vn 0.3899 0.9117 -0.1300</w:t>
        <w:br/>
        <w:t>vn 0.3898 0.9117 -0.1297</w:t>
        <w:br/>
        <w:t>vn 0.3913 0.9115 -0.1267</w:t>
        <w:br/>
        <w:t>vn 0.3913 0.9115 -0.1269</w:t>
        <w:br/>
        <w:t>vn 0.3913 0.9115 -0.1268</w:t>
        <w:br/>
        <w:t>vn 0.8955 -0.4438 -0.0333</w:t>
        <w:br/>
        <w:t>vn 0.8955 -0.4438 -0.0332</w:t>
        <w:br/>
        <w:t>vn 0.8971 -0.4405 -0.0338</w:t>
        <w:br/>
        <w:t>vn 0.8968 -0.4413 -0.0336</w:t>
        <w:br/>
        <w:t>vn -0.8957 0.4434 0.0340</w:t>
        <w:br/>
        <w:t>vn -0.8945 0.4458 0.0337</w:t>
        <w:br/>
        <w:t>vn -0.8954 0.4439 0.0340</w:t>
        <w:br/>
        <w:t>vn -0.8940 0.4467 0.0348</w:t>
        <w:br/>
        <w:t>vn -0.8940 0.4467 0.0349</w:t>
        <w:br/>
        <w:t>vn -0.8950 0.4447 0.0341</w:t>
        <w:br/>
        <w:t>vn -0.8950 0.4447 0.0342</w:t>
        <w:br/>
        <w:t>vn -0.0850 -0.0930 -0.9920</w:t>
        <w:br/>
        <w:t>vn -0.0849 -0.0930 -0.9920</w:t>
        <w:br/>
        <w:t>vn 0.0746 0.2608 -0.9625</w:t>
        <w:br/>
        <w:t>vn 0.0747 0.2609 -0.9625</w:t>
        <w:br/>
        <w:t>vn 0.8962 -0.4424 -0.0345</w:t>
        <w:br/>
        <w:t>vn 0.8950 -0.4447 -0.0352</w:t>
        <w:br/>
        <w:t>vn 0.8961 -0.4424 -0.0345</w:t>
        <w:br/>
        <w:t>vn -0.0750 -0.2592 0.9629</w:t>
        <w:br/>
        <w:t>vn 0.0850 0.0935 0.9920</w:t>
        <w:br/>
        <w:t>vn 0.0849 0.0935 0.9920</w:t>
        <w:br/>
        <w:t>vn -0.8961 0.4425 0.0337</w:t>
        <w:br/>
        <w:t>vn -0.8962 0.4423 0.0336</w:t>
        <w:br/>
        <w:t>vn 0.3358 0.8007 -0.4961</w:t>
        <w:br/>
        <w:t>vn 0.3359 0.8007 -0.4961</w:t>
        <w:br/>
        <w:t>vn 0.8975 -0.4397 -0.0335</w:t>
        <w:br/>
        <w:t>vn 0.8976 -0.4396 -0.0339</w:t>
        <w:br/>
        <w:t>vn -0.3373 -0.7992 0.4975</w:t>
        <w:br/>
        <w:t>vn -0.4027 -0.8754 -0.2675</w:t>
        <w:br/>
        <w:t>vn 0.3990 0.9075 -0.1315</w:t>
        <w:br/>
        <w:t>vn 0.8979 -0.4388 -0.0339</w:t>
        <w:br/>
        <w:t>vn -0.8963 0.4421 0.0340</w:t>
        <w:br/>
        <w:t>vn -0.6530 0.1648 -0.7392</w:t>
        <w:br/>
        <w:t>vn 0.6532 -0.1634 0.7393</w:t>
        <w:br/>
        <w:t>vn -0.7161 0.0733 -0.6941</w:t>
        <w:br/>
        <w:t>vn 0.7187 -0.0684 0.6919</w:t>
        <w:br/>
        <w:t>vn 0.9834 0.1697 0.0639</w:t>
        <w:br/>
        <w:t>vn 0.9850 0.1632 0.0558</w:t>
        <w:br/>
        <w:t>vn 0.9834 0.1697 0.0638</w:t>
        <w:br/>
        <w:t>vn 0.0000 0.4901 -0.8717</w:t>
        <w:br/>
        <w:t>vn 0.0000 0.3241 -0.9460</w:t>
        <w:br/>
        <w:t>vn -0.9849 0.1638 0.0561</w:t>
        <w:br/>
        <w:t>vn -0.9834 0.1697 0.0639</w:t>
        <w:br/>
        <w:t>vn -0.9834 0.1697 0.0638</w:t>
        <w:br/>
        <w:t>vn 0.0000 -0.3241 0.9460</w:t>
        <w:br/>
        <w:t>vn 0.0000 -0.9032 -0.4292</w:t>
        <w:br/>
        <w:t>vn 0.0000 -0.9032 -0.4291</w:t>
        <w:br/>
        <w:t>vn 0.0000 0.9460 0.3242</w:t>
        <w:br/>
        <w:t>vn 0.0000 0.3242 -0.9460</w:t>
        <w:br/>
        <w:t>vn 0.9936 0.1073 0.0363</w:t>
        <w:br/>
        <w:t>vn 0.9959 0.0861 0.0289</w:t>
        <w:br/>
        <w:t>vn 0.9959 0.0860 0.0290</w:t>
        <w:br/>
        <w:t>vn 0.9936 0.1073 0.0364</w:t>
        <w:br/>
        <w:t>vn -0.9931 0.1106 0.0382</w:t>
        <w:br/>
        <w:t>vn -0.9955 0.0899 0.0313</w:t>
        <w:br/>
        <w:t>vn 0.9885 0.1429 0.0487</w:t>
        <w:br/>
        <w:t>vn -0.9882 0.1448 0.0498</w:t>
        <w:br/>
        <w:t>vn -0.9833 0.1664 0.0735</w:t>
        <w:br/>
        <w:t>vn -0.9837 0.1625 0.0772</w:t>
        <w:br/>
        <w:t>vn 0.0000 -0.3242 0.9460</w:t>
        <w:br/>
        <w:t>vn 0.9833 0.1664 0.0735</w:t>
        <w:br/>
        <w:t>vn 0.9837 0.1625 0.0772</w:t>
        <w:br/>
        <w:t>vn -0.0000 0.4902 -0.8716</w:t>
        <w:br/>
        <w:t>vn 0.9925 0.1158 0.0392</w:t>
        <w:br/>
        <w:t>vn 1.0000 -0.0059 -0.0025</w:t>
        <w:br/>
        <w:t>vn 1.0000 -0.0059 -0.0026</w:t>
        <w:br/>
        <w:t>vn -0.9919 0.1199 0.0415</w:t>
        <w:br/>
        <w:t>vn -1.0000 -0.0009 0.0001</w:t>
        <w:br/>
        <w:t>vn -1.0000 -0.0010 0.0001</w:t>
        <w:br/>
        <w:t>vn -0.9919 0.1199 0.0414</w:t>
        <w:br/>
        <w:t>vn -0.9272 0.3542 0.1215</w:t>
        <w:br/>
        <w:t>vn 0.9284 0.3516 0.1201</w:t>
        <w:br/>
        <w:t>vn 0.9284 0.3517 0.1201</w:t>
        <w:br/>
        <w:t>vn 0.8728 0.4619 0.1579</w:t>
        <w:br/>
        <w:t>vn 0.8727 0.4619 0.1579</w:t>
        <w:br/>
        <w:t>vn -0.8716 0.4637 0.1589</w:t>
        <w:br/>
        <w:t>vn -0.8716 0.4637 0.1590</w:t>
        <w:br/>
        <w:t>vn 0.2339 -0.9197 -0.3152</w:t>
        <w:br/>
        <w:t>vn 0.2338 -0.9198 -0.3152</w:t>
        <w:br/>
        <w:t>vn 0.4548 -0.8425 -0.2888</w:t>
        <w:br/>
        <w:t>vn 0.4549 -0.8425 -0.2887</w:t>
        <w:br/>
        <w:t>vn -0.2344 -0.9197 -0.3151</w:t>
        <w:br/>
        <w:t>vn -0.0001 0.3242 -0.9460</w:t>
        <w:br/>
        <w:t>vn -0.4558 -0.8421 -0.2884</w:t>
        <w:br/>
        <w:t>vn -0.4557 -0.8421 -0.2884</w:t>
        <w:br/>
        <w:t>vn 0.0001 0.3242 -0.9460</w:t>
        <w:br/>
        <w:t>vn -0.9592 0.1962 0.2036</w:t>
        <w:br/>
        <w:t>vn -0.9581 0.1996 0.2054</w:t>
        <w:br/>
        <w:t>vn 0.2482 0.6887 0.6812</w:t>
        <w:br/>
        <w:t>vn 0.2644 0.5995 0.7555</w:t>
        <w:br/>
        <w:t>vn 0.9547 -0.0581 -0.2920</w:t>
        <w:br/>
        <w:t>vn 0.9561 -0.0513 -0.2884</w:t>
        <w:br/>
        <w:t>vn -0.2662 -0.5817 -0.7686</w:t>
        <w:br/>
        <w:t>vn -0.2661 -0.5815 -0.7688</w:t>
        <w:br/>
        <w:t>vn -0.2668 -0.5823 -0.7680</w:t>
        <w:br/>
        <w:t>vn -0.2672 -0.5826 -0.7676</w:t>
        <w:br/>
        <w:t>vn -0.0738 0.8795 -0.4702</w:t>
        <w:br/>
        <w:t>vn -0.0738 0.8795 -0.4701</w:t>
        <w:br/>
        <w:t>vn -0.0738 0.8796 -0.4700</w:t>
        <w:br/>
        <w:t>vn 0.2686 0.5829 0.7669</w:t>
        <w:br/>
        <w:t>vn 0.2697 0.5823 0.7670</w:t>
        <w:br/>
        <w:t>vn 0.2698 0.5823 0.7669</w:t>
        <w:br/>
        <w:t>vn 0.2685 0.5827 0.7670</w:t>
        <w:br/>
        <w:t>vn -0.9602 0.1954 0.1998</w:t>
        <w:br/>
        <w:t>vn -0.9602 0.1953 0.1997</w:t>
        <w:br/>
        <w:t>vn -0.9600 0.1951 0.2007</w:t>
        <w:br/>
        <w:t>vn -0.9600 0.1951 0.2010</w:t>
        <w:br/>
        <w:t>vn -0.2684 -0.5821 -0.7676</w:t>
        <w:br/>
        <w:t>vn -0.2686 -0.5822 -0.7674</w:t>
        <w:br/>
        <w:t>vn -0.2694 -0.5816 -0.7676</w:t>
        <w:br/>
        <w:t>vn -0.2695 -0.5817 -0.7675</w:t>
        <w:br/>
        <w:t>vn 0.9581 -0.0483 -0.2825</w:t>
        <w:br/>
        <w:t>vn 0.9585 -0.0478 -0.2812</w:t>
        <w:br/>
        <w:t>vn 0.9579 -0.0484 -0.2829</w:t>
        <w:br/>
        <w:t>vn 0.9556 -0.0585 -0.2888</w:t>
        <w:br/>
        <w:t>vn -0.2658 -0.5803 -0.7698</w:t>
        <w:br/>
        <w:t>vn -0.2656 -0.5798 -0.7702</w:t>
        <w:br/>
        <w:t>vn 0.2598 0.6182 0.7419</w:t>
        <w:br/>
        <w:t>vn 0.2473 0.6901 0.6802</w:t>
        <w:br/>
        <w:t>vn 0.2598 0.6183 0.7418</w:t>
        <w:br/>
        <w:t>vn -0.9579 0.2011 0.2049</w:t>
        <w:br/>
        <w:t>vn -0.9579 0.2012 0.2050</w:t>
        <w:br/>
        <w:t>vn -0.9580 0.2007 0.2049</w:t>
        <w:br/>
        <w:t>vn -0.9580 0.2007 0.2048</w:t>
        <w:br/>
        <w:t>vn 0.0731 -0.8801 0.4692</w:t>
        <w:br/>
        <w:t>vn 0.0731 -0.8800 0.4692</w:t>
        <w:br/>
        <w:t>vn 0.0730 -0.8801 0.4691</w:t>
        <w:br/>
        <w:t>vn -0.2657 -0.5795 -0.7704</w:t>
        <w:br/>
        <w:t>vn -0.2656 -0.5792 -0.7707</w:t>
        <w:br/>
        <w:t>vn 0.9563 -0.0547 -0.2871</w:t>
        <w:br/>
        <w:t>vn 0.9564 -0.0547 -0.2870</w:t>
        <w:br/>
        <w:t>vn -0.9630 0.1224 0.2401</w:t>
        <w:br/>
        <w:t>vn -0.9630 0.1224 0.2403</w:t>
        <w:br/>
        <w:t>vn -0.9578 0.2199 0.1850</w:t>
        <w:br/>
        <w:t>vn 0.2690 0.5842 0.7657</w:t>
        <w:br/>
        <w:t>vn 0.2691 0.5860 0.7643</w:t>
        <w:br/>
        <w:t>vn 0.2692 0.5862 0.7641</w:t>
        <w:br/>
        <w:t>vn 0.2691 0.5844 0.7655</w:t>
        <w:br/>
        <w:t>vn 0.9553 -0.0219 -0.2949</w:t>
        <w:br/>
        <w:t>vn 0.9632 -0.1240 -0.2384</w:t>
        <w:br/>
        <w:t>vn -0.2695 -0.5809 -0.7681</w:t>
        <w:br/>
        <w:t>vn -0.2697 -0.5810 -0.7679</w:t>
        <w:br/>
        <w:t>vn -0.2699 -0.5807 -0.7681</w:t>
        <w:br/>
        <w:t>vn -0.2697 -0.5805 -0.7683</w:t>
        <w:br/>
        <w:t>vn -0.0740 0.8798 -0.4696</w:t>
        <w:br/>
        <w:t>vn -0.0739 0.8797 -0.4698</w:t>
        <w:br/>
        <w:t>vn 0.8985 0.1875 -0.3969</w:t>
        <w:br/>
        <w:t>vn -0.2684 -0.5815 -0.7680</w:t>
        <w:br/>
        <w:t>vn -0.2687 -0.5807 -0.7685</w:t>
        <w:br/>
        <w:t>vn -0.9114 0.4059 0.0673</w:t>
        <w:br/>
        <w:t>vn -0.9114 0.4060 0.0672</w:t>
        <w:br/>
        <w:t>vn 0.2676 0.5828 0.7673</w:t>
        <w:br/>
        <w:t>vn 0.2682 0.5820 0.7677</w:t>
        <w:br/>
        <w:t>vn -0.8705 0.4921 0.0062</w:t>
        <w:br/>
        <w:t>vn 0.2673 0.5827 0.7675</w:t>
        <w:br/>
        <w:t>vn 0.2679 0.5818 0.7679</w:t>
        <w:br/>
        <w:t>vn 0.8492 0.2917 -0.4403</w:t>
        <w:br/>
        <w:t>vn 0.8491 0.2917 -0.4404</w:t>
        <w:br/>
        <w:t>vn -0.2683 -0.5805 -0.7688</w:t>
        <w:br/>
        <w:t>vn -0.2686 -0.5802 -0.7689</w:t>
        <w:br/>
        <w:t>vn -0.1832 -0.8305 0.5260</w:t>
        <w:br/>
        <w:t>vn -0.1832 -0.8305 0.5261</w:t>
        <w:br/>
        <w:t>vn -0.4269 -0.7219 0.5446</w:t>
        <w:br/>
        <w:t>vn 0.3103 -0.8685 0.3865</w:t>
        <w:br/>
        <w:t>vn 0.5274 -0.8026 0.2787</w:t>
        <w:br/>
        <w:t>vn 0.5274 -0.8027 0.2786</w:t>
        <w:br/>
        <w:t>vn 0.2661 0.5836 0.7672</w:t>
        <w:br/>
        <w:t>vn -0.2667 -0.5820 -0.7682</w:t>
        <w:br/>
        <w:t>vn -0.2673 -0.5814 -0.7685</w:t>
        <w:br/>
        <w:t>vn 0.2683 0.5816 0.7680</w:t>
        <w:br/>
        <w:t>vn -0.2144 0.6502 0.7289</w:t>
        <w:br/>
        <w:t>vn -0.2143 0.1771 0.9606</w:t>
        <w:br/>
        <w:t>vn 0.2148 0.1763 0.9606</w:t>
        <w:br/>
        <w:t>vn 0.2149 0.6497 0.7292</w:t>
        <w:br/>
        <w:t>vn 0.8506 -0.3609 0.3824</w:t>
        <w:br/>
        <w:t>vn 0.8511 0.0465 0.5229</w:t>
        <w:br/>
        <w:t>vn 0.7064 -0.2311 0.6691</w:t>
        <w:br/>
        <w:t>vn 0.4778 -0.4807 0.7353</w:t>
        <w:br/>
        <w:t>vn 0.8514 0.5221 -0.0497</w:t>
        <w:br/>
        <w:t>vn 0.4784 0.8752 0.0716</w:t>
        <w:br/>
        <w:t>vn 0.7068 0.6694 0.2288</w:t>
        <w:br/>
        <w:t>vn 0.7069 0.6693 0.2288</w:t>
        <w:br/>
        <w:t>vn -0.2145 0.9606 -0.1766</w:t>
        <w:br/>
        <w:t>vn 0.0000 0.8981 -0.4399</w:t>
        <w:br/>
        <w:t>vn 0.2147 0.7284 -0.6506</w:t>
        <w:br/>
        <w:t>vn -0.2145 0.7292 -0.6498</w:t>
        <w:br/>
        <w:t>vn 0.8502 -0.0500 -0.5241</w:t>
        <w:br/>
        <w:t>vn 0.4774 0.0716 -0.8758</w:t>
        <w:br/>
        <w:t>vn 0.7056 0.2281 -0.6709</w:t>
        <w:br/>
        <w:t>vn 0.7056 0.2281 -0.6710</w:t>
        <w:br/>
        <w:t>vn -0.8498 0.3850 0.3600</w:t>
        <w:br/>
        <w:t>vn -0.7049 0.6709 0.2302</w:t>
        <w:br/>
        <w:t>vn -0.7047 0.6710 0.2303</w:t>
        <w:br/>
        <w:t>vn -0.8499 0.5248 -0.0473</w:t>
        <w:br/>
        <w:t>vn -0.4780 0.0733 -0.8753</w:t>
        <w:br/>
        <w:t>vn -0.8512 -0.0468 -0.5228</w:t>
        <w:br/>
        <w:t>vn -0.7061 0.2310 -0.6694</w:t>
        <w:br/>
        <w:t>vn -0.7063 0.2309 -0.6692</w:t>
        <w:br/>
        <w:t>vn -0.4779 -0.4790 0.7364</w:t>
        <w:br/>
        <w:t>vn -0.7058 -0.2281 0.6707</w:t>
        <w:br/>
        <w:t>vn -0.7056 -0.2281 0.6709</w:t>
        <w:br/>
        <w:t>vn -0.8509 -0.3577 0.3846</w:t>
        <w:br/>
        <w:t>vn 0.0000 -0.8983 0.4394</w:t>
        <w:br/>
        <w:t>vn -0.2148 -0.9604 0.1772</w:t>
        <w:br/>
        <w:t>vn 0.2145 -0.9607 0.1764</w:t>
        <w:br/>
        <w:t>vn 0.0000 -0.8983 0.4393</w:t>
        <w:br/>
        <w:t>vn 0.7053 -0.6706 -0.2300</w:t>
        <w:br/>
        <w:t>vn 0.7052 -0.6707 -0.2301</w:t>
        <w:br/>
        <w:t>vn 0.7054 -0.6705 -0.2300</w:t>
        <w:br/>
        <w:t>vn 0.4771 -0.7362 -0.4799</w:t>
        <w:br/>
        <w:t>vn 0.0000 -0.4394 -0.8983</w:t>
        <w:br/>
        <w:t>vn 0.0000 -0.4395 -0.8983</w:t>
        <w:br/>
        <w:t>vn -0.2150 -0.6498 -0.7291</w:t>
        <w:br/>
        <w:t>vn -0.7069 -0.6692 -0.2290</w:t>
        <w:br/>
        <w:t>vn -0.7069 -0.6692 -0.2289</w:t>
        <w:br/>
        <w:t>vn 0.8514 0.5222 -0.0497</w:t>
        <w:br/>
        <w:t>vn 0.8506 -0.3609 0.3825</w:t>
        <w:br/>
        <w:t>vn 0.4773 0.0716 -0.8758</w:t>
        <w:br/>
        <w:t>vn -0.8500 0.5247 -0.0473</w:t>
        <w:br/>
        <w:t>vn -0.8512 -0.0468 -0.5227</w:t>
        <w:br/>
        <w:t>vn -0.8509 -0.3578 0.3847</w:t>
        <w:br/>
        <w:t>vn -0.4778 -0.4790 0.7364</w:t>
        <w:br/>
        <w:t>vn 0.4777 -0.4807 0.7353</w:t>
        <w:br/>
        <w:t>vn -0.2149 -0.9605 0.1770</w:t>
        <w:br/>
        <w:t>vn -0.2150 -0.6499 -0.7290</w:t>
        <w:br/>
        <w:t>vn 0.4782 0.8753 0.0715</w:t>
        <w:br/>
        <w:t>vn -0.2144 0.9606 -0.1767</w:t>
        <w:br/>
        <w:t>vn -0.2143 0.6502 0.7289</w:t>
        <w:br/>
        <w:t>vn 0.2148 0.6497 0.7292</w:t>
        <w:br/>
        <w:t>vn 0.2149 0.7284 -0.6506</w:t>
        <w:br/>
        <w:t>vn -0.8501 0.5246 -0.0473</w:t>
        <w:br/>
        <w:t>vn -0.8499 0.3850 0.3599</w:t>
        <w:br/>
        <w:t>vn 0.2146 -0.9606 0.1763</w:t>
        <w:br/>
        <w:t>vn 0.4772 -0.7362 -0.4798</w:t>
        <w:br/>
        <w:t>vn -0.2150 -0.6498 -0.7290</w:t>
        <w:br/>
        <w:t>vn -0.2150 -0.9604 0.1770</w:t>
        <w:br/>
        <w:t>vn -0.4597 0.8829 -0.0959</w:t>
        <w:br/>
        <w:t>vn -0.4445 0.8343 -0.3262</w:t>
        <w:br/>
        <w:t>vn -0.9081 0.4145 0.0593</w:t>
        <w:br/>
        <w:t>vn -0.7317 0.5967 0.3296</w:t>
        <w:br/>
        <w:t>vn 0.5490 0.7258 0.4146</w:t>
        <w:br/>
        <w:t>vn 0.2830 0.9578 -0.0509</w:t>
        <w:br/>
        <w:t>vn 0.1489 0.9548 0.2574</w:t>
        <w:br/>
        <w:t>vn -0.1333 0.8027 0.5813</w:t>
        <w:br/>
        <w:t>vn -0.6813 0.2188 0.6986</w:t>
        <w:br/>
        <w:t>vn -0.2230 0.3890 0.8939</w:t>
        <w:br/>
        <w:t>vn 0.8911 0.2082 -0.4031</w:t>
        <w:br/>
        <w:t>vn 0.3428 0.7677 -0.5413</w:t>
        <w:br/>
        <w:t>vn 0.6940 0.5096 -0.5086</w:t>
        <w:br/>
        <w:t>vn 0.9082 0.4104 -0.0825</w:t>
        <w:br/>
        <w:t>vn 0.9634 0.0091 0.2678</w:t>
        <w:br/>
        <w:t>vn 0.6232 0.1664 0.7642</w:t>
        <w:br/>
        <w:t>vn -0.6913 -0.5112 0.5106</w:t>
        <w:br/>
        <w:t>vn -0.8904 -0.2087 0.4046</w:t>
        <w:br/>
        <w:t>vn -0.3408 -0.7683 0.5418</w:t>
        <w:br/>
        <w:t>vn -0.3907 -0.5534 0.7356</w:t>
        <w:br/>
        <w:t>vn 0.4353 -0.4641 0.7714</w:t>
        <w:br/>
        <w:t>vn 0.2695 -0.1440 0.9522</w:t>
        <w:br/>
        <w:t>vn 0.2696 -0.1439 0.9522</w:t>
        <w:br/>
        <w:t>vn 0.4446 -0.8345 0.3254</w:t>
        <w:br/>
        <w:t>vn 0.9081 -0.4144 -0.0597</w:t>
        <w:br/>
        <w:t>vn 0.7437 -0.6561 0.1284</w:t>
        <w:br/>
        <w:t>vn 0.7437 -0.6560 0.1283</w:t>
        <w:br/>
        <w:t>vn -0.7317 0.5967 0.3297</w:t>
        <w:br/>
        <w:t>vn -0.9081 0.4146 0.0593</w:t>
        <w:br/>
        <w:t>vn -0.8904 -0.2087 0.4045</w:t>
        <w:br/>
        <w:t>vn 0.9082 0.4104 -0.0826</w:t>
        <w:br/>
        <w:t>vn 0.4447 -0.8345 0.3254</w:t>
        <w:br/>
        <w:t>vn 0.4353 -0.4642 0.7714</w:t>
        <w:br/>
        <w:t>vn 0.2831 0.9577 -0.0510</w:t>
        <w:br/>
        <w:t>vn 0.3428 0.7678 -0.5413</w:t>
        <w:br/>
        <w:t>vn -0.3907 -0.5534 0.7357</w:t>
        <w:br/>
        <w:t>vn 0.5360 0.2694 0.8001</w:t>
        <w:br/>
        <w:t>vn 0.4848 0.3029 0.8205</w:t>
        <w:br/>
        <w:t>vn 0.4013 0.3390 0.8509</w:t>
        <w:br/>
        <w:t>vn 0.3530 0.3140 0.8814</w:t>
        <w:br/>
        <w:t>vn 0.4250 0.2402 0.8727</w:t>
        <w:br/>
        <w:t>vn 0.5394 0.1481 0.8289</w:t>
        <w:br/>
        <w:t>vn 0.5754 0.2042 0.7920</w:t>
        <w:br/>
        <w:t>vn 0.1193 0.6036 0.7883</w:t>
        <w:br/>
        <w:t>vn 0.1498 0.6234 0.7674</w:t>
        <w:br/>
        <w:t>vn 0.2998 0.5405 0.7861</w:t>
        <w:br/>
        <w:t>vn 0.2114 0.5370 0.8166</w:t>
        <w:br/>
        <w:t>vn 0.3005 0.5137 0.8036</w:t>
        <w:br/>
        <w:t>vn 0.2708 0.4740 0.8379</w:t>
        <w:br/>
        <w:t>vn 0.3284 0.4566 0.8268</w:t>
        <w:br/>
        <w:t>vn 0.3178 0.3935 0.8626</w:t>
        <w:br/>
        <w:t>vn 0.4091 0.3617 0.8378</w:t>
        <w:br/>
        <w:t>vn -0.1586 0.9844 -0.0767</w:t>
        <w:br/>
        <w:t>vn -0.0863 0.9962 -0.0073</w:t>
        <w:br/>
        <w:t>vn -0.1322 0.9902 0.0452</w:t>
        <w:br/>
        <w:t>vn -0.2349 0.9720 -0.0062</w:t>
        <w:br/>
        <w:t>vn 0.4144 0.4186 0.8081</w:t>
        <w:br/>
        <w:t>vn 0.3487 0.4994 0.7931</w:t>
        <w:br/>
        <w:t>vn 0.4925 0.3232 0.8080</w:t>
        <w:br/>
        <w:t>vn 0.5262 0.2830 0.8019</w:t>
        <w:br/>
        <w:t>vn 0.5437 0.2547 0.7997</w:t>
        <w:br/>
        <w:t>vn 0.5740 0.1926 0.7959</w:t>
        <w:br/>
        <w:t>vn 0.6131 0.1172 0.7813</w:t>
        <w:br/>
        <w:t>vn 0.7641 0.1018 0.6370</w:t>
        <w:br/>
        <w:t>vn 0.8630 0.0432 0.5033</w:t>
        <w:br/>
        <w:t>vn 0.6440 -0.0025 0.7650</w:t>
        <w:br/>
        <w:t>vn 0.6376 0.0202 0.7701</w:t>
        <w:br/>
        <w:t>vn 0.8740 0.0261 0.4853</w:t>
        <w:br/>
        <w:t>vn 0.6491 0.0003 0.7607</w:t>
        <w:br/>
        <w:t>vn 0.0129 0.2517 0.9677</w:t>
        <w:br/>
        <w:t>vn 0.0550 0.2207 0.9738</w:t>
        <w:br/>
        <w:t>vn 0.0533 0.2132 0.9755</w:t>
        <w:br/>
        <w:t>vn 0.0194 0.2367 0.9714</w:t>
        <w:br/>
        <w:t>vn -0.6904 -0.3452 -0.6357</w:t>
        <w:br/>
        <w:t>vn -0.5724 -0.4538 -0.6830</w:t>
        <w:br/>
        <w:t>vn -0.4861 -0.6560 -0.5774</w:t>
        <w:br/>
        <w:t>vn -0.5343 -0.6187 -0.5760</w:t>
        <w:br/>
        <w:t>vn 0.1740 0.2143 0.9612</w:t>
        <w:br/>
        <w:t>vn 0.2057 0.1721 0.9634</w:t>
        <w:br/>
        <w:t>vn -0.1200 0.1951 0.9734</w:t>
        <w:br/>
        <w:t>vn -0.2781 0.2769 0.9198</w:t>
        <w:br/>
        <w:t>vn 0.1532 0.2380 0.9591</w:t>
        <w:br/>
        <w:t>vn 0.1604 0.1938 0.9678</w:t>
        <w:br/>
        <w:t>vn -0.3430 0.1613 0.9254</w:t>
        <w:br/>
        <w:t>vn -0.4122 0.2057 0.8876</w:t>
        <w:br/>
        <w:t>vn -0.0891 0.1775 0.9801</w:t>
        <w:br/>
        <w:t>vn -0.7142 -0.2244 -0.6630</w:t>
        <w:br/>
        <w:t>vn -0.8861 -0.1448 -0.4402</w:t>
        <w:br/>
        <w:t>vn -0.9622 -0.0850 -0.2587</w:t>
        <w:br/>
        <w:t>vn -0.8595 -0.1763 -0.4798</w:t>
        <w:br/>
        <w:t>vn -0.0570 0.1635 0.9849</w:t>
        <w:br/>
        <w:t>vn 0.1981 0.1581 0.9674</w:t>
        <w:br/>
        <w:t>vn 0.1471 0.1637 0.9755</w:t>
        <w:br/>
        <w:t>vn -0.0028 0.3579 0.9338</w:t>
        <w:br/>
        <w:t>vn 0.1198 0.2338 0.9649</w:t>
        <w:br/>
        <w:t>vn 0.0317 0.2048 0.9783</w:t>
        <w:br/>
        <w:t>vn 0.4522 0.2497 0.8562</w:t>
        <w:br/>
        <w:t>vn 0.4694 0.2999 0.8305</w:t>
        <w:br/>
        <w:t>vn 0.4926 0.3232 0.8080</w:t>
        <w:br/>
        <w:t>vn 0.4931 0.3144 0.8112</w:t>
        <w:br/>
        <w:t>vn 0.4649 0.3796 0.7998</w:t>
        <w:br/>
        <w:t>vn 0.8471 0.2456 0.4712</w:t>
        <w:br/>
        <w:t>vn 0.9867 0.1379 -0.0866</w:t>
        <w:br/>
        <w:t>vn 0.9872 0.1485 0.0576</w:t>
        <w:br/>
        <w:t>vn 0.6131 0.1171 0.7813</w:t>
        <w:br/>
        <w:t>vn 0.4429 0.0866 0.8924</w:t>
        <w:br/>
        <w:t>vn 0.3906 0.1868 0.9014</w:t>
        <w:br/>
        <w:t>vn 0.2036 -0.0004 0.9791</w:t>
        <w:br/>
        <w:t>vn 0.0461 0.0139 0.9988</w:t>
        <w:br/>
        <w:t>vn 0.0928 0.0852 0.9920</w:t>
        <w:br/>
        <w:t>vn 0.1928 0.0656 0.9790</w:t>
        <w:br/>
        <w:t>vn 0.2072 -0.0224 0.9780</w:t>
        <w:br/>
        <w:t>vn 0.0181 -0.0195 0.9996</w:t>
        <w:br/>
        <w:t>vn 0.4592 -0.0145 0.8882</w:t>
        <w:br/>
        <w:t>vn 0.4565 0.0176 0.8895</w:t>
        <w:br/>
        <w:t>vn 0.1403 0.1452 0.9794</w:t>
        <w:br/>
        <w:t>vn 0.1370 0.1396 0.9807</w:t>
        <w:br/>
        <w:t>vn -0.4574 0.3522 0.8165</w:t>
        <w:br/>
        <w:t>vn -0.4181 0.3137 0.8525</w:t>
        <w:br/>
        <w:t>vn 0.0843 0.3830 0.9199</w:t>
        <w:br/>
        <w:t>vn 0.1876 0.3603 0.9138</w:t>
        <w:br/>
        <w:t>vn -0.9604 0.0994 0.2603</w:t>
        <w:br/>
        <w:t>vn -0.9420 0.1447 0.3028</w:t>
        <w:br/>
        <w:t>vn 0.0669 0.5887 -0.8056</w:t>
        <w:br/>
        <w:t>vn 0.1201 0.5624 -0.8181</w:t>
        <w:br/>
        <w:t>vn 0.0082 0.5578 -0.8300</w:t>
        <w:br/>
        <w:t>vn 0.1571 0.5860 -0.7949</w:t>
        <w:br/>
        <w:t>vn 0.2948 0.5722 -0.7653</w:t>
        <w:br/>
        <w:t>vn 0.3009 0.5988 -0.7422</w:t>
        <w:br/>
        <w:t>vn 0.0826 0.5385 -0.8386</w:t>
        <w:br/>
        <w:t>vn 0.0025 0.5863 -0.8101</w:t>
        <w:br/>
        <w:t>vn 0.0082 0.5131 -0.8583</w:t>
        <w:br/>
        <w:t>vn -0.0146 0.5039 -0.8636</w:t>
        <w:br/>
        <w:t>vn 0.1420 0.5232 -0.8403</w:t>
        <w:br/>
        <w:t>vn 0.1527 0.4409 -0.8845</w:t>
        <w:br/>
        <w:t>vn -0.0177 0.4255 -0.9048</w:t>
        <w:br/>
        <w:t>vn 0.3501 0.4616 -0.8150</w:t>
        <w:br/>
        <w:t>vn 0.3307 0.5484 -0.7680</w:t>
        <w:br/>
        <w:t>vn 0.3216 0.5784 -0.7497</w:t>
        <w:br/>
        <w:t>vn 0.5851 0.5633 -0.5834</w:t>
        <w:br/>
        <w:t>vn 0.5936 0.5811 -0.5567</w:t>
        <w:br/>
        <w:t>vn 0.5742 0.4868 -0.6582</w:t>
        <w:br/>
        <w:t>vn 0.6115 0.5725 -0.5463</w:t>
        <w:br/>
        <w:t>vn 0.6224 0.5468 -0.5600</w:t>
        <w:br/>
        <w:t>vn 0.3851 0.3389 -0.8584</w:t>
        <w:br/>
        <w:t>vn 0.6777 0.4186 -0.6046</w:t>
        <w:br/>
        <w:t>vn 0.1189 0.3327 -0.9355</w:t>
        <w:br/>
        <w:t>vn 0.9087 0.4045 -0.1036</w:t>
        <w:br/>
        <w:t>vn 0.9288 0.3650 0.0642</w:t>
        <w:br/>
        <w:t>vn 0.9057 0.4124 0.0976</w:t>
        <w:br/>
        <w:t>vn 0.8777 0.4707 -0.0900</w:t>
        <w:br/>
        <w:t>vn 0.8849 0.3273 0.3313</w:t>
        <w:br/>
        <w:t>vn 0.9001 0.3900 0.1940</w:t>
        <w:br/>
        <w:t>vn 0.9369 0.2555 0.2385</w:t>
        <w:br/>
        <w:t>vn 0.9416 0.3363 -0.0162</w:t>
        <w:br/>
        <w:t>vn 0.9789 0.2039 -0.0111</w:t>
        <w:br/>
        <w:t>vn 0.9766 0.1304 0.1708</w:t>
        <w:br/>
        <w:t>vn 0.9333 0.2361 -0.2707</w:t>
        <w:br/>
        <w:t>vn 0.8797 0.3771 -0.2899</w:t>
        <w:br/>
        <w:t>vn 0.8370 0.4626 -0.2923</w:t>
        <w:br/>
        <w:t>vn 0.8873 0.4448 0.1223</w:t>
        <w:br/>
        <w:t>vn 0.8790 0.4272 0.2116</w:t>
        <w:br/>
        <w:t>vn 0.8077 0.3793 0.4513</w:t>
        <w:br/>
        <w:t>vn 0.8685 0.4030 0.2887</w:t>
        <w:br/>
        <w:t>vn 0.7820 0.3888 -0.4871</w:t>
        <w:br/>
        <w:t>vn 0.8637 0.2082 -0.4589</w:t>
        <w:br/>
        <w:t>vn 0.9205 0.2852 -0.2671</w:t>
        <w:br/>
        <w:t>vn 0.9007 0.4265 0.0829</w:t>
        <w:br/>
        <w:t>vn 0.7498 0.6520 0.1123</w:t>
        <w:br/>
        <w:t>vn 0.7963 0.5552 -0.2399</w:t>
        <w:br/>
        <w:t>vn 0.9304 0.3274 -0.1648</w:t>
        <w:br/>
        <w:t>vn 0.6534 0.6497 0.3885</w:t>
        <w:br/>
        <w:t>vn 0.8079 0.4484 0.3823</w:t>
        <w:br/>
        <w:t>vn 0.6364 0.4816 0.6026</w:t>
        <w:br/>
        <w:t>vn 0.5291 0.6422 0.5546</w:t>
        <w:br/>
        <w:t>vn 0.5004 0.4252 0.7542</w:t>
        <w:br/>
        <w:t>vn 0.4191 0.5889 0.6911</w:t>
        <w:br/>
        <w:t>vn 0.4268 0.3559 0.8314</w:t>
        <w:br/>
        <w:t>vn 0.1127 0.4041 0.9077</w:t>
        <w:br/>
        <w:t>vn 0.2621 0.5263 0.8089</w:t>
        <w:br/>
        <w:t>vn 0.9321 0.1728 0.3183</w:t>
        <w:br/>
        <w:t>vn 0.9321 0.2141 0.2921</w:t>
        <w:br/>
        <w:t>vn 0.9631 0.2243 0.1489</w:t>
        <w:br/>
        <w:t>vn 0.9870 0.1447 0.0706</w:t>
        <w:br/>
        <w:t>vn 0.9860 0.1645 0.0285</w:t>
        <w:br/>
        <w:t>vn 0.8854 0.2535 0.3896</w:t>
        <w:br/>
        <w:t>vn 0.9041 0.2336 0.3577</w:t>
        <w:br/>
        <w:t>vn 0.8395 0.2845 0.4629</w:t>
        <w:br/>
        <w:t>vn 0.8974 0.2902 0.3322</w:t>
        <w:br/>
        <w:t>vn 0.8716 0.3363 0.3568</w:t>
        <w:br/>
        <w:t>vn 0.8399 0.3213 0.4375</w:t>
        <w:br/>
        <w:t>vn 0.9225 0.0633 -0.3809</w:t>
        <w:br/>
        <w:t>vn 0.9631 0.2410 0.1202</w:t>
        <w:br/>
        <w:t>vn 0.9609 0.2671 0.0729</w:t>
        <w:br/>
        <w:t>vn 0.9656 0.2560 -0.0464</w:t>
        <w:br/>
        <w:t>vn 0.9594 0.2381 -0.1511</w:t>
        <w:br/>
        <w:t>vn 0.9554 0.2411 0.1707</w:t>
        <w:br/>
        <w:t>vn 0.9576 0.2653 -0.1124</w:t>
        <w:br/>
        <w:t>vn 0.9197 0.2412 -0.3098</w:t>
        <w:br/>
        <w:t>vn 0.9018 0.2313 -0.3651</w:t>
        <w:br/>
        <w:t>vn 0.9373 0.2963 0.1835</w:t>
        <w:br/>
        <w:t>vn 0.9138 0.3742 0.1579</w:t>
        <w:br/>
        <w:t>vn 0.9237 0.3651 0.1160</w:t>
        <w:br/>
        <w:t>vn 0.9586 0.2696 0.0913</w:t>
        <w:br/>
        <w:t>vn 0.8757 -0.0409 -0.4811</w:t>
        <w:br/>
        <w:t>vn 0.7280 -0.1910 -0.6584</w:t>
        <w:br/>
        <w:t>vn 0.8766 -0.1247 -0.4647</w:t>
        <w:br/>
        <w:t>vn 0.9626 0.2444 -0.1169</w:t>
        <w:br/>
        <w:t>vn 0.9385 0.3115 -0.1491</w:t>
        <w:br/>
        <w:t>vn 0.8957 0.3456 -0.2800</w:t>
        <w:br/>
        <w:t>vn 0.9184 0.3696 -0.1411</w:t>
        <w:br/>
        <w:t>vn 0.8109 0.4548 -0.3682</w:t>
        <w:br/>
        <w:t>vn 0.8256 0.4861 -0.2864</w:t>
        <w:br/>
        <w:t>vn 0.8847 0.4307 -0.1784</w:t>
        <w:br/>
        <w:t>vn 0.9262 0.3475 -0.1461</w:t>
        <w:br/>
        <w:t>vn 0.9436 0.3104 -0.1156</w:t>
        <w:br/>
        <w:t>vn 0.9579 0.2688 -0.1009</w:t>
        <w:br/>
        <w:t>vn 0.7948 0.3972 -0.4588</w:t>
        <w:br/>
        <w:t>vn 0.8971 0.3686 -0.2438</w:t>
        <w:br/>
        <w:t>vn 0.8842 0.4235 -0.1969</w:t>
        <w:br/>
        <w:t>vn 0.9018 0.4322 -0.0011</w:t>
        <w:br/>
        <w:t>vn 0.9185 0.3915 -0.0547</w:t>
        <w:br/>
        <w:t>vn 0.9768 0.2124 -0.0270</w:t>
        <w:br/>
        <w:t>vn 0.9804 0.1963 -0.0179</w:t>
        <w:br/>
        <w:t>vn 0.9782 0.2028 -0.0453</w:t>
        <w:br/>
        <w:t>vn 0.9817 0.1898 -0.0133</w:t>
        <w:br/>
        <w:t>vn 0.9753 0.2144 -0.0528</w:t>
        <w:br/>
        <w:t>vn 0.9783 0.2074 -0.0008</w:t>
        <w:br/>
        <w:t>vn 0.9053 0.2964 -0.3043</w:t>
        <w:br/>
        <w:t>vn 0.8170 0.2959 -0.4949</w:t>
        <w:br/>
        <w:t>vn 0.9099 0.2611 -0.3223</w:t>
        <w:br/>
        <w:t>vn 0.9536 0.2956 -0.0564</w:t>
        <w:br/>
        <w:t>vn 0.9546 0.2912 0.0624</w:t>
        <w:br/>
        <w:t>vn 0.9450 0.2063 -0.2539</w:t>
        <w:br/>
        <w:t>vn 0.7990 0.5302 -0.2838</w:t>
        <w:br/>
        <w:t>vn 0.8060 0.5124 -0.2962</w:t>
        <w:br/>
        <w:t>vn 0.8514 0.4941 -0.1761</w:t>
        <w:br/>
        <w:t>vn -0.4631 0.2487 0.8507</w:t>
        <w:br/>
        <w:t>vn -0.4915 0.2516 0.8337</w:t>
        <w:br/>
        <w:t>vn -0.3225 0.1365 0.9367</w:t>
        <w:br/>
        <w:t>vn -0.2826 0.1690 0.9442</w:t>
        <w:br/>
        <w:t>vn -0.9675 0.2499 0.0387</w:t>
        <w:br/>
        <w:t>vn -0.9675 0.2499 0.0386</w:t>
        <w:br/>
        <w:t>vn -0.7112 0.4073 0.5730</w:t>
        <w:br/>
        <w:t>vn -0.9259 0.2938 0.2373</w:t>
        <w:br/>
        <w:t>vn -0.2830 0.3243 0.9026</w:t>
        <w:br/>
        <w:t>vn -0.3346 0.2966 0.8944</w:t>
        <w:br/>
        <w:t>vn -0.1875 0.2908 0.9382</w:t>
        <w:br/>
        <w:t>vn -0.1672 0.3274 0.9300</w:t>
        <w:br/>
        <w:t>vn -0.6521 0.2940 0.6988</w:t>
        <w:br/>
        <w:t>vn -0.4420 0.3174 0.8390</w:t>
        <w:br/>
        <w:t>vn -0.8801 0.0702 -0.4696</w:t>
        <w:br/>
        <w:t>vn -0.5813 -0.0217 -0.8134</w:t>
        <w:br/>
        <w:t>vn -0.3292 -0.0896 -0.9400</w:t>
        <w:br/>
        <w:t>vn -0.4550 -0.0947 -0.8854</w:t>
        <w:br/>
        <w:t>vn -0.7722 0.3298 0.5430</w:t>
        <w:br/>
        <w:t>vn -0.7735 0.2989 0.5590</w:t>
        <w:br/>
        <w:t>vn -0.4138 0.1581 0.8965</w:t>
        <w:br/>
        <w:t>vn -0.4734 0.2199 0.8530</w:t>
        <w:br/>
        <w:t>vn -0.7490 0.3671 0.5516</w:t>
        <w:br/>
        <w:t>vn -0.5765 0.0152 -0.8170</w:t>
        <w:br/>
        <w:t>vn -0.7441 0.2899 0.6019</w:t>
        <w:br/>
        <w:t>vn -0.4784 0.1694 0.8617</w:t>
        <w:br/>
        <w:t>vn 0.0065 -0.1719 -0.9851</w:t>
        <w:br/>
        <w:t>vn -0.1368 -0.1434 -0.9802</w:t>
        <w:br/>
        <w:t>vn -0.0823 -0.1399 -0.9867</w:t>
        <w:br/>
        <w:t>vn -0.4592 -0.0607 -0.8862</w:t>
        <w:br/>
        <w:t>vn -0.5983 -0.0124 -0.8012</w:t>
        <w:br/>
        <w:t>vn -0.9229 0.1337 -0.3610</w:t>
        <w:br/>
        <w:t>vn -0.8992 0.0890 -0.4284</w:t>
        <w:br/>
        <w:t>vn -0.2806 0.1445 0.9489</w:t>
        <w:br/>
        <w:t>vn -0.4784 0.1694 0.8616</w:t>
        <w:br/>
        <w:t>vn -0.0714 0.0678 0.9951</w:t>
        <w:br/>
        <w:t>vn -0.1296 0.2227 0.9662</w:t>
        <w:br/>
        <w:t>vn -0.0024 0.1510 0.9885</w:t>
        <w:br/>
        <w:t>vn -0.0201 0.2668 0.9636</w:t>
        <w:br/>
        <w:t>vn 0.0710 0.1998 0.9773</w:t>
        <w:br/>
        <w:t>vn 0.0285 0.2679 0.9630</w:t>
        <w:br/>
        <w:t>vn 0.0096 0.2537 0.9672</w:t>
        <w:br/>
        <w:t>vn 0.1273 0.2284 0.9652</w:t>
        <w:br/>
        <w:t>vn -0.0113 0.2255 0.9742</w:t>
        <w:br/>
        <w:t>vn -0.2882 -0.0261 0.9572</w:t>
        <w:br/>
        <w:t>vn -0.5875 0.0039 0.8092</w:t>
        <w:br/>
        <w:t>vn -0.1011 -0.0175 0.9947</w:t>
        <w:br/>
        <w:t>vn -0.9196 0.3369 -0.2022</w:t>
        <w:br/>
        <w:t>vn -0.9213 0.2383 -0.3073</w:t>
        <w:br/>
        <w:t>vn -0.7749 0.1569 -0.6123</w:t>
        <w:br/>
        <w:t>vn -0.1338 -0.1757 -0.9753</w:t>
        <w:br/>
        <w:t>vn -0.2005 -0.1613 -0.9663</w:t>
        <w:br/>
        <w:t>vn 0.2284 -0.2989 -0.9265</w:t>
        <w:br/>
        <w:t>vn 0.3176 -0.2913 -0.9024</w:t>
        <w:br/>
        <w:t>vn 0.4655 -0.3187 -0.8257</w:t>
        <w:br/>
        <w:t>vn 0.3337 -0.3522 -0.8744</w:t>
        <w:br/>
        <w:t>vn 0.3336 -0.3522 -0.8744</w:t>
        <w:br/>
        <w:t>vn 0.2960 -0.2722 -0.9156</w:t>
        <w:br/>
        <w:t>vn 0.3371 -0.2805 -0.8987</w:t>
        <w:br/>
        <w:t>vn 0.1095 -0.3091 -0.9447</w:t>
        <w:br/>
        <w:t>vn -0.9772 0.0258 -0.2109</w:t>
        <w:br/>
        <w:t>vn -0.5872 -0.1387 -0.7975</w:t>
        <w:br/>
        <w:t>vn -0.8691 0.0182 -0.4943</w:t>
        <w:br/>
        <w:t>vn -0.9922 0.0779 -0.0973</w:t>
        <w:br/>
        <w:t>vn -0.9111 0.0467 -0.4096</w:t>
        <w:br/>
        <w:t>vn -0.9925 0.1074 0.0581</w:t>
        <w:br/>
        <w:t>vn 0.1550 -0.2941 -0.9431</w:t>
        <w:br/>
        <w:t>vn 0.1015 -0.2286 -0.9682</w:t>
        <w:br/>
        <w:t>vn 0.2786 -0.2607 -0.9243</w:t>
        <w:br/>
        <w:t>vn 0.5027 -0.2732 -0.8201</w:t>
        <w:br/>
        <w:t>vn -0.2606 -0.1309 -0.9565</w:t>
        <w:br/>
        <w:t>vn -0.6398 0.0003 -0.7685</w:t>
        <w:br/>
        <w:t>vn -0.6466 0.0399 -0.7618</w:t>
        <w:br/>
        <w:t>vn -0.9381 0.1689 -0.3023</w:t>
        <w:br/>
        <w:t>vn -0.8153 0.3879 0.4300</w:t>
        <w:br/>
        <w:t>vn -0.8132 0.3215 0.4851</w:t>
        <w:br/>
        <w:t>vn -0.7318 0.1841 -0.6562</w:t>
        <w:br/>
        <w:t>vn -0.8824 0.4170 -0.2178</w:t>
        <w:br/>
        <w:t>vn -0.7309 0.1907 -0.6553</w:t>
        <w:br/>
        <w:t>vn -0.4712 -0.0274 -0.8816</w:t>
        <w:br/>
        <w:t>vn -0.4634 -0.0600 -0.8841</w:t>
        <w:br/>
        <w:t>vn -0.8095 0.4941 0.3171</w:t>
        <w:br/>
        <w:t>vn -0.4047 0.4066 0.8190</w:t>
        <w:br/>
        <w:t>vn -0.5158 0.5004 0.6954</w:t>
        <w:br/>
        <w:t>vn -0.3178 0.3183 0.8931</w:t>
        <w:br/>
        <w:t>vn 0.2872 0.2012 0.9365</w:t>
        <w:br/>
        <w:t>vn 0.3027 0.2810 0.9107</w:t>
        <w:br/>
        <w:t>vn 0.3569 0.2244 0.9068</w:t>
        <w:br/>
        <w:t>vn 0.2088 0.2024 0.9568</w:t>
        <w:br/>
        <w:t>vn -0.0207 0.2780 0.9604</w:t>
        <w:br/>
        <w:t>vn 0.0113 0.3173 0.9483</w:t>
        <w:br/>
        <w:t>vn -0.7740 0.2078 0.5982</w:t>
        <w:br/>
        <w:t>vn -0.8063 0.0947 0.5839</w:t>
        <w:br/>
        <w:t>vn -0.9322 0.1846 0.3112</w:t>
        <w:br/>
        <w:t>vn -0.9081 0.2760 0.3149</w:t>
        <w:br/>
        <w:t>vn -0.9858 0.1514 0.0732</w:t>
        <w:br/>
        <w:t>vn -0.9758 0.2121 0.0523</w:t>
        <w:br/>
        <w:t>vn -0.9462 0.1168 0.3017</w:t>
        <w:br/>
        <w:t>vn -0.9457 0.3238 0.0301</w:t>
        <w:br/>
        <w:t>vn -0.8517 0.2623 0.4537</w:t>
        <w:br/>
        <w:t>vn -0.8539 0.4028 0.3295</w:t>
        <w:br/>
        <w:t>vn -0.8653 0.4020 0.2995</w:t>
        <w:br/>
        <w:t>vn -0.9264 0.3144 0.2074</w:t>
        <w:br/>
        <w:t>vn -0.8888 0.3769 0.2608</w:t>
        <w:br/>
        <w:t>vn -0.9748 0.1384 0.1751</w:t>
        <w:br/>
        <w:t>vn -0.9687 0.1462 0.2008</w:t>
        <w:br/>
        <w:t>vn -0.9900 0.1212 -0.0717</w:t>
        <w:br/>
        <w:t>vn -0.9860 0.0334 0.1636</w:t>
        <w:br/>
        <w:t>vn -0.9827 0.0594 0.1754</w:t>
        <w:br/>
        <w:t>vn -0.9970 0.0743 0.0226</w:t>
        <w:br/>
        <w:t>vn -0.9968 0.0510 0.0620</w:t>
        <w:br/>
        <w:t>vn -0.9751 0.1492 0.1639</w:t>
        <w:br/>
        <w:t>vn -0.9599 0.2209 0.1727</w:t>
        <w:br/>
        <w:t>vn -0.9575 0.2078 0.2001</w:t>
        <w:br/>
        <w:t>vn -0.9749 0.1298 0.1811</w:t>
        <w:br/>
        <w:t>vn -0.9766 0.1773 0.1216</w:t>
        <w:br/>
        <w:t>vn -0.9634 0.2375 0.1245</w:t>
        <w:br/>
        <w:t>vn -0.9416 0.2677 0.2042</w:t>
        <w:br/>
        <w:t>vn -0.9445 0.2678 0.1904</w:t>
        <w:br/>
        <w:t>vn -0.6008 0.2022 0.7734</w:t>
        <w:br/>
        <w:t>vn -0.6381 0.2045 0.7423</w:t>
        <w:br/>
        <w:t>vn -0.8483 0.2653 0.4583</w:t>
        <w:br/>
        <w:t>vn -0.8846 0.2245 0.4087</w:t>
        <w:br/>
        <w:t>vn -0.9528 0.2772 0.1239</w:t>
        <w:br/>
        <w:t>vn -0.4163 0.1170 0.9017</w:t>
        <w:br/>
        <w:t>vn -0.4746 0.1368 0.8695</w:t>
        <w:br/>
        <w:t>vn -0.6007 0.1257 0.7895</w:t>
        <w:br/>
        <w:t>vn -0.6736 0.1486 0.7240</w:t>
        <w:br/>
        <w:t>vn -0.5132 0.1324 0.8480</w:t>
        <w:br/>
        <w:t>vn -0.2611 0.1404 0.9550</w:t>
        <w:br/>
        <w:t>vn -0.2894 0.0847 0.9534</w:t>
        <w:br/>
        <w:t>vn -0.3105 0.0831 0.9469</w:t>
        <w:br/>
        <w:t>vn -0.2625 0.1173 0.9578</w:t>
        <w:br/>
        <w:t>vn -0.3030 0.1303 0.9440</w:t>
        <w:br/>
        <w:t>vn -0.3570 0.1707 0.9184</w:t>
        <w:br/>
        <w:t>vn -0.3026 0.1749 0.9369</w:t>
        <w:br/>
        <w:t>vn -0.3081 0.0876 0.9473</w:t>
        <w:br/>
        <w:t>vn -0.3319 0.0951 0.9385</w:t>
        <w:br/>
        <w:t>vn -0.3354 0.1258 0.9336</w:t>
        <w:br/>
        <w:t>vn -0.3879 0.1003 0.9162</w:t>
        <w:br/>
        <w:t>vn -0.7553 0.0954 0.6483</w:t>
        <w:br/>
        <w:t>vn -0.4323 0.0810 0.8981</w:t>
        <w:br/>
        <w:t>vn -0.7315 0.0781 0.6774</w:t>
        <w:br/>
        <w:t>vn -0.3492 0.0790 0.9337</w:t>
        <w:br/>
        <w:t>vn -0.7042 0.1220 0.6994</w:t>
        <w:br/>
        <w:t>vn -0.3096 0.0871 0.9469</w:t>
        <w:br/>
        <w:t>vn -0.3649 0.0684 0.9285</w:t>
        <w:br/>
        <w:t>vn -0.4368 0.0426 0.8985</w:t>
        <w:br/>
        <w:t>vn -0.3477 0.0772 0.9344</w:t>
        <w:br/>
        <w:t>vn -0.8914 0.4150 0.1821</w:t>
        <w:br/>
        <w:t>vn -0.8084 0.5342 -0.2472</w:t>
        <w:br/>
        <w:t>vn -0.7999 0.5440 -0.2533</w:t>
        <w:br/>
        <w:t>vn -0.8720 0.4890 -0.0217</w:t>
        <w:br/>
        <w:t>vn -0.8901 0.4550 0.0266</w:t>
        <w:br/>
        <w:t>vn -0.8760 0.3670 0.3128</w:t>
        <w:br/>
        <w:t>vn -0.8509 0.4634 -0.2474</w:t>
        <w:br/>
        <w:t>vn -0.9211 0.3879 0.0316</w:t>
        <w:br/>
        <w:t>vn -0.8871 0.3912 -0.2450</w:t>
        <w:br/>
        <w:t>vn -0.5947 0.5505 -0.5859</w:t>
        <w:br/>
        <w:t>vn -0.5549 0.6086 -0.5672</w:t>
        <w:br/>
        <w:t>vn -0.5479 0.6076 -0.5750</w:t>
        <w:br/>
        <w:t>vn -0.5668 0.5565 -0.6075</w:t>
        <w:br/>
        <w:t>vn -0.2300 0.5774 -0.7834</w:t>
        <w:br/>
        <w:t>vn -0.2478 0.5336 -0.8086</w:t>
        <w:br/>
        <w:t>vn -0.3990 0.6178 -0.6776</w:t>
        <w:br/>
        <w:t>vn -0.2264 0.6063 -0.7623</w:t>
        <w:br/>
        <w:t>vn -0.7819 0.2679 -0.5629</w:t>
        <w:br/>
        <w:t>vn -0.7726 0.3173 -0.5500</w:t>
        <w:br/>
        <w:t>vn -0.6016 0.3129 -0.7349</w:t>
        <w:br/>
        <w:t>vn -0.6118 0.2762 -0.7412</w:t>
        <w:br/>
        <w:t>vn -0.8467 0.3132 -0.4301</w:t>
        <w:br/>
        <w:t>vn -0.8572 0.2624 -0.4431</w:t>
        <w:br/>
        <w:t>vn -0.9564 0.2360 -0.1722</w:t>
        <w:br/>
        <w:t>vn -0.9344 0.2895 -0.2073</w:t>
        <w:br/>
        <w:t>vn -0.8383 0.4479 -0.3108</w:t>
        <w:br/>
        <w:t>vn -0.8397 0.4008 -0.3665</w:t>
        <w:br/>
        <w:t>vn -0.8989 0.3975 -0.1842</w:t>
        <w:br/>
        <w:t>vn -0.8944 0.4239 -0.1426</w:t>
        <w:br/>
        <w:t>vn -0.5938 0.4816 -0.6446</w:t>
        <w:br/>
        <w:t>vn -0.6115 0.3972 -0.6844</w:t>
        <w:br/>
        <w:t>vn -0.9701 0.0402 0.2392</w:t>
        <w:br/>
        <w:t>vn -0.9972 0.0707 0.0248</w:t>
        <w:br/>
        <w:t>vn -0.9500 0.0724 0.3038</w:t>
        <w:br/>
        <w:t>vn -0.8859 0.0707 0.4584</w:t>
        <w:br/>
        <w:t>vn -0.8947 0.2283 0.3840</w:t>
        <w:br/>
        <w:t>vn -0.9033 0.1402 0.4054</w:t>
        <w:br/>
        <w:t>vn -0.9760 0.2165 -0.0237</w:t>
        <w:br/>
        <w:t>vn -0.9591 0.2829 -0.0053</w:t>
        <w:br/>
        <w:t>vn -0.9775 0.1947 -0.0816</w:t>
        <w:br/>
        <w:t>vn -0.9793 0.1987 0.0375</w:t>
        <w:br/>
        <w:t>vn -0.9744 0.1361 0.1787</w:t>
        <w:br/>
        <w:t>vn -0.4061 -0.0049 0.9138</w:t>
        <w:br/>
        <w:t>vn -0.6970 0.0384 0.7160</w:t>
        <w:br/>
        <w:t>vn -0.5504 0.0748 0.8315</w:t>
        <w:br/>
        <w:t>vn -0.9932 0.1166 -0.0002</w:t>
        <w:br/>
        <w:t>vn -0.9739 0.2202 0.0543</w:t>
        <w:br/>
        <w:t>vn -0.9737 0.1864 0.1309</w:t>
        <w:br/>
        <w:t>vn -0.9843 0.1056 0.1416</w:t>
        <w:br/>
        <w:t>vn -0.9552 0.2539 0.1520</w:t>
        <w:br/>
        <w:t>vn -0.9557 0.2828 0.0812</w:t>
        <w:br/>
        <w:t>vn -0.5091 -0.0328 0.8601</w:t>
        <w:br/>
        <w:t>vn -0.7609 0.0210 0.6485</w:t>
        <w:br/>
        <w:t>vn -0.3755 0.0364 0.9261</w:t>
        <w:br/>
        <w:t>vn -0.3943 0.0398 0.9181</w:t>
        <w:br/>
        <w:t>vn -0.6770 0.2023 0.7077</w:t>
        <w:br/>
        <w:t>vn -0.6204 0.2456 0.7449</w:t>
        <w:br/>
        <w:t>vn -0.1721 -0.0934 0.9806</w:t>
        <w:br/>
        <w:t>vn -0.6347 0.2666 -0.7254</w:t>
        <w:br/>
        <w:t>vn -0.7711 0.1979 -0.6051</w:t>
        <w:br/>
        <w:t>vn -0.8028 0.1897 -0.5653</w:t>
        <w:br/>
        <w:t>vn -0.7921 0.2401 -0.5612</w:t>
        <w:br/>
        <w:t>vn -0.3487 0.2809 -0.8941</w:t>
        <w:br/>
        <w:t>vn -0.3412 0.2669 -0.9013</w:t>
        <w:br/>
        <w:t>vn -0.1701 0.2446 -0.9546</w:t>
        <w:br/>
        <w:t>vn -0.1544 0.2630 -0.9524</w:t>
        <w:br/>
        <w:t>vn -0.4567 0.2822 -0.8437</w:t>
        <w:br/>
        <w:t>vn -0.3922 0.2829 -0.8753</w:t>
        <w:br/>
        <w:t>vn -0.1565 0.2730 -0.9492</w:t>
        <w:br/>
        <w:t>vn -0.1637 0.2932 -0.9419</w:t>
        <w:br/>
        <w:t>vn -0.3362 0.2828 -0.8983</w:t>
        <w:br/>
        <w:t>vn -0.1741 0.2604 -0.9497</w:t>
        <w:br/>
        <w:t>vn -0.8252 0.2097 -0.5245</w:t>
        <w:br/>
        <w:t>vn -0.9898 0.1142 -0.0847</w:t>
        <w:br/>
        <w:t>vn -0.9061 0.1873 -0.3794</w:t>
        <w:br/>
        <w:t>vn -0.7597 0.2739 -0.5898</w:t>
        <w:br/>
        <w:t>vn -0.9569 -0.0504 0.2858</w:t>
        <w:br/>
        <w:t>vn -0.9782 0.0402 -0.2039</w:t>
        <w:br/>
        <w:t>vn -0.9836 0.0125 0.1798</w:t>
        <w:br/>
        <w:t>vn -0.9102 -0.0543 0.4106</w:t>
        <w:br/>
        <w:t>vn -0.8721 -0.0996 0.4792</w:t>
        <w:br/>
        <w:t>vn -0.9961 0.0815 -0.0337</w:t>
        <w:br/>
        <w:t>vn -0.7349 0.0812 -0.6733</w:t>
        <w:br/>
        <w:t>vn -0.9993 -0.0089 -0.0366</w:t>
        <w:br/>
        <w:t>vn -0.4332 0.1256 -0.8925</w:t>
        <w:br/>
        <w:t>vn -0.6649 0.1222 -0.7369</w:t>
        <w:br/>
        <w:t>vn -0.1963 0.2256 -0.9542</w:t>
        <w:br/>
        <w:t>vn -0.3466 0.1264 -0.9294</w:t>
        <w:br/>
        <w:t>vn -0.2056 0.1941 -0.9592</w:t>
        <w:br/>
        <w:t>vn -0.5552 0.2392 -0.7966</w:t>
        <w:br/>
        <w:t>vn -0.7022 0.2182 -0.6777</w:t>
        <w:br/>
        <w:t>vn -0.2986 0.1507 -0.9424</w:t>
        <w:br/>
        <w:t>vn -0.9050 0.2999 -0.3018</w:t>
        <w:br/>
        <w:t>vn -0.9059 0.2463 -0.3446</w:t>
        <w:br/>
        <w:t>vn -0.8067 0.2476 -0.5366</w:t>
        <w:br/>
        <w:t>vn -0.8161 0.3070 -0.4896</w:t>
        <w:br/>
        <w:t>vn -0.3991 0.4523 -0.7976</w:t>
        <w:br/>
        <w:t>vn -0.5633 0.3996 -0.7232</w:t>
        <w:br/>
        <w:t>vn -0.3757 0.3246 -0.8680</w:t>
        <w:br/>
        <w:t>vn -0.3105 0.4002 -0.8622</w:t>
        <w:br/>
        <w:t>vn -0.1252 0.2635 -0.9565</w:t>
        <w:br/>
        <w:t>vn -0.0815 0.3154 -0.9454</w:t>
        <w:br/>
        <w:t>vn 0.8432 0.2804 0.4588</w:t>
        <w:br/>
        <w:t>vn 0.7627 0.4248 0.4877</w:t>
        <w:br/>
        <w:t>vn 0.4307 0.3751 0.8208</w:t>
        <w:br/>
        <w:t>vn 0.6206 0.3150 0.7180</w:t>
        <w:br/>
        <w:t>vn 0.9777 0.2096 0.0126</w:t>
        <w:br/>
        <w:t>vn 0.9343 0.2741 0.2279</w:t>
        <w:br/>
        <w:t>vn 0.9240 0.3380 0.1787</w:t>
        <w:br/>
        <w:t>vn 0.9714 0.2206 0.0872</w:t>
        <w:br/>
        <w:t>vn 0.9712 0.2335 -0.0478</w:t>
        <w:br/>
        <w:t>vn 0.9738 0.2035 -0.1018</w:t>
        <w:br/>
        <w:t>vn 0.9753 0.2150 -0.0499</w:t>
        <w:br/>
        <w:t>vn 0.8486 0.4231 0.3175</w:t>
        <w:br/>
        <w:t>vn 0.8599 0.4934 0.1310</w:t>
        <w:br/>
        <w:t>vn 0.9318 0.3191 0.1728</w:t>
        <w:br/>
        <w:t>vn 0.9690 0.2420 -0.0507</w:t>
        <w:br/>
        <w:t>vn 0.9722 0.2317 -0.0342</w:t>
        <w:br/>
        <w:t>vn 0.9828 0.1837 0.0216</w:t>
        <w:br/>
        <w:t>vn 0.9810 0.1891 -0.0433</w:t>
        <w:br/>
        <w:t>vn -0.9050 0.2012 -0.3748</w:t>
        <w:br/>
        <w:t>vn -0.8998 0.2812 -0.3337</w:t>
        <w:br/>
        <w:t>vn -0.9548 0.2720 -0.1200</w:t>
        <w:br/>
        <w:t>vn -0.9710 0.2168 -0.1011</w:t>
        <w:br/>
        <w:t>vn -0.7579 0.2601 -0.5982</w:t>
        <w:br/>
        <w:t>vn -0.7328 0.2717 -0.6238</w:t>
        <w:br/>
        <w:t>vn -0.9053 0.2969 -0.3037</w:t>
        <w:br/>
        <w:t>vn 0.7919 0.3101 0.5261</w:t>
        <w:br/>
        <w:t>vn 0.8151 0.3591 0.4547</w:t>
        <w:br/>
        <w:t>vn 0.8698 0.3425 0.3552</w:t>
        <w:br/>
        <w:t>vn 0.9285 0.2637 0.2613</w:t>
        <w:br/>
        <w:t>vn 0.9228 0.3207 0.2134</w:t>
        <w:br/>
        <w:t>vn 0.8981 0.3005 0.3211</w:t>
        <w:br/>
        <w:t>vn 0.6460 0.3007 0.7016</w:t>
        <w:br/>
        <w:t>vn 0.7443 0.3433 0.5729</w:t>
        <w:br/>
        <w:t>vn 0.8528 0.3964 0.3399</w:t>
        <w:br/>
        <w:t>vn 0.8622 0.3691 0.3469</w:t>
        <w:br/>
        <w:t>vn 0.7090 0.4412 0.5502</w:t>
        <w:br/>
        <w:t>vn 0.9131 0.3401 0.2248</w:t>
        <w:br/>
        <w:t>vn 0.8090 0.3623 0.4629</w:t>
        <w:br/>
        <w:t>vn -0.0519 0.3415 0.9384</w:t>
        <w:br/>
        <w:t>vn -0.2163 0.3071 0.9268</w:t>
        <w:br/>
        <w:t>vn -0.1893 0.2638 0.9458</w:t>
        <w:br/>
        <w:t>vn 0.0420 0.2865 0.9572</w:t>
        <w:br/>
        <w:t>vn -0.0448 0.2828 0.9581</w:t>
        <w:br/>
        <w:t>vn 0.0578 0.3058 0.9503</w:t>
        <w:br/>
        <w:t>vn 0.3118 0.3499 0.8834</w:t>
        <w:br/>
        <w:t>vn 0.2677 0.2885 0.9193</w:t>
        <w:br/>
        <w:t>vn -0.1017 -0.0745 0.9920</w:t>
        <w:br/>
        <w:t>vn -0.2941 -0.1002 0.9505</w:t>
        <w:br/>
        <w:t>vn 0.0117 -0.0440 0.9990</w:t>
        <w:br/>
        <w:t>vn -0.0155 0.4989 0.8665</w:t>
        <w:br/>
        <w:t>vn -0.1353 0.4776 0.8681</w:t>
        <w:br/>
        <w:t>vn -0.1674 0.5452 0.8214</w:t>
        <w:br/>
        <w:t>vn 0.0617 0.5861 0.8079</w:t>
        <w:br/>
        <w:t>vn 0.3397 0.4932 0.8009</w:t>
        <w:br/>
        <w:t>vn 0.2544 0.5805 0.7735</w:t>
        <w:br/>
        <w:t>vn 0.3618 0.4964 0.7891</w:t>
        <w:br/>
        <w:t>vn 0.3607 0.4963 0.7897</w:t>
        <w:br/>
        <w:t>vn 0.4619 -0.0276 0.8865</w:t>
        <w:br/>
        <w:t>vn 0.2061 -0.0356 0.9779</w:t>
        <w:br/>
        <w:t>vn 0.0606 0.3806 0.9227</w:t>
        <w:br/>
        <w:t>vn 0.0234 0.3579 0.9335</w:t>
        <w:br/>
        <w:t>vn 0.1026 0.4158 0.9036</w:t>
        <w:br/>
        <w:t>vn -0.0725 0.4070 0.9105</w:t>
        <w:br/>
        <w:t>vn 0.9837 0.0568 -0.1704</w:t>
        <w:br/>
        <w:t>vn 0.9674 0.0047 -0.2533</w:t>
        <w:br/>
        <w:t>vn 0.9577 -0.0196 -0.2870</w:t>
        <w:br/>
        <w:t>vn 0.9879 0.0463 -0.1483</w:t>
        <w:br/>
        <w:t>vn 0.9813 0.0941 0.1681</w:t>
        <w:br/>
        <w:t>vn 0.9859 0.0965 0.1366</w:t>
        <w:br/>
        <w:t>vn 0.4044 0.3431 0.8478</w:t>
        <w:br/>
        <w:t>vn 0.5419 0.2618 0.7986</w:t>
        <w:br/>
        <w:t>vn 0.8125 0.2417 0.5305</w:t>
        <w:br/>
        <w:t>vn 0.9560 -0.0179 -0.2930</w:t>
        <w:br/>
        <w:t>vn 0.9392 -0.0496 -0.3397</w:t>
        <w:br/>
        <w:t>vn 0.4531 0.4706 0.7571</w:t>
        <w:br/>
        <w:t>vn 0.3009 0.4392 0.8465</w:t>
        <w:br/>
        <w:t>vn -0.0575 0.4414 0.8955</w:t>
        <w:br/>
        <w:t>vn 0.5942 0.2512 0.7641</w:t>
        <w:br/>
        <w:t>vn 0.7657 0.2096 -0.6081</w:t>
        <w:br/>
        <w:t>vn 0.8969 0.4215 0.1336</w:t>
        <w:br/>
        <w:t>vn 0.8819 0.4714 -0.0005</w:t>
        <w:br/>
        <w:t>vn 0.8997 0.4168 0.1301</w:t>
        <w:br/>
        <w:t>vn 0.9365 0.3399 -0.0863</w:t>
        <w:br/>
        <w:t>vn 0.9906 0.1356 -0.0175</w:t>
        <w:br/>
        <w:t>vn 0.9878 0.0688 0.1400</w:t>
        <w:br/>
        <w:t>vn 0.9548 0.1573 -0.2523</w:t>
        <w:br/>
        <w:t>vn 0.3147 0.2571 -0.9137</w:t>
        <w:br/>
        <w:t>vn 0.4215 0.2376 -0.8751</w:t>
        <w:br/>
        <w:t>vn 0.4087 0.2337 -0.8822</w:t>
        <w:br/>
        <w:t>vn 0.3305 0.2630 -0.9064</w:t>
        <w:br/>
        <w:t>vn 0.3399 0.2669 -0.9018</w:t>
        <w:br/>
        <w:t>vn 0.3553 0.2997 -0.8854</w:t>
        <w:br/>
        <w:t>vn 0.2837 0.2642 -0.9218</w:t>
        <w:br/>
        <w:t>vn 0.3751 0.2614 -0.8894</w:t>
        <w:br/>
        <w:t>vn 0.3902 0.2840 -0.8758</w:t>
        <w:br/>
        <w:t>vn 0.4663 0.3295 -0.8210</w:t>
        <w:br/>
        <w:t>vn 0.4323 0.3074 -0.8477</w:t>
        <w:br/>
        <w:t>vn 0.0516 0.2829 -0.9577</w:t>
        <w:br/>
        <w:t>vn 0.0088 0.3362 -0.9418</w:t>
        <w:br/>
        <w:t>vn 0.1613 0.3403 -0.9264</w:t>
        <w:br/>
        <w:t>vn 0.1731 0.2683 -0.9477</w:t>
        <w:br/>
        <w:t>vn 0.1063 0.2554 -0.9610</w:t>
        <w:br/>
        <w:t>vn 0.1840 0.2507 -0.9504</w:t>
        <w:br/>
        <w:t>vn 0.7244 0.3151 -0.6131</w:t>
        <w:br/>
        <w:t>vn 0.7809 0.2990 -0.5484</w:t>
        <w:br/>
        <w:t>vn 0.8910 0.2734 -0.3624</w:t>
        <w:br/>
        <w:t>vn 0.7972 0.3485 -0.4929</w:t>
        <w:br/>
        <w:t>vn -0.9810 0.1854 -0.0576</w:t>
        <w:br/>
        <w:t>vn -0.3638 0.2654 0.8929</w:t>
        <w:br/>
        <w:t>vn -0.2413 0.2546 0.9365</w:t>
        <w:br/>
        <w:t>vn -0.2327 0.2645 0.9359</w:t>
        <w:br/>
        <w:t>vn -0.3788 0.2689 0.8855</w:t>
        <w:br/>
        <w:t>vn -0.0458 0.5827 -0.8114</w:t>
        <w:br/>
        <w:t>vn -0.0549 0.5250 -0.8493</w:t>
        <w:br/>
        <w:t>vn -0.0841 0.3335 -0.9390</w:t>
        <w:br/>
        <w:t>vn 0.0162 0.3349 -0.9421</w:t>
        <w:br/>
        <w:t>vn -0.2581 0.5655 -0.7833</w:t>
        <w:br/>
        <w:t>vn -0.3546 0.3752 -0.8564</w:t>
        <w:br/>
        <w:t>vn -0.2865 0.1424 -0.9475</w:t>
        <w:br/>
        <w:t>vn -0.0820 0.1309 -0.9880</w:t>
        <w:br/>
        <w:t>vn -0.5440 0.1546 -0.8247</w:t>
        <w:br/>
        <w:t>vn -0.6657 0.4485 -0.5964</w:t>
        <w:br/>
        <w:t>vn -0.7957 0.1817 -0.5778</w:t>
        <w:br/>
        <w:t>vn -0.1277 0.4536 -0.8820</w:t>
        <w:br/>
        <w:t>vn -0.1576 0.3459 -0.9250</w:t>
        <w:br/>
        <w:t>vn -0.3232 0.3630 -0.8740</w:t>
        <w:br/>
        <w:t>vn -0.2851 0.4606 -0.8406</w:t>
        <w:br/>
        <w:t>vn -0.1598 0.2344 -0.9589</w:t>
        <w:br/>
        <w:t>vn -0.1131 0.2579 -0.9595</w:t>
        <w:br/>
        <w:t>vn 0.3840 -0.2217 -0.8963</w:t>
        <w:br/>
        <w:t>vn 0.2893 -0.2108 -0.9337</w:t>
        <w:br/>
        <w:t>vn 0.1784 -0.2053 -0.9623</w:t>
        <w:br/>
        <w:t>vn -0.0979 -0.2058 -0.9737</w:t>
        <w:br/>
        <w:t>vn -0.6049 0.1255 0.7863</w:t>
        <w:br/>
        <w:t>vn -0.3002 0.0896 0.9497</w:t>
        <w:br/>
        <w:t>vn -0.1888 0.0835 0.9785</w:t>
        <w:br/>
        <w:t>vn -0.5307 0.0766 0.8441</w:t>
        <w:br/>
        <w:t>vn -0.1539 0.0823 0.9847</w:t>
        <w:br/>
        <w:t>vn -0.5237 0.1434 0.8397</w:t>
        <w:br/>
        <w:t>vn -0.7396 0.2747 0.6144</w:t>
        <w:br/>
        <w:t>vn -0.8867 0.3736 0.2725</w:t>
        <w:br/>
        <w:t>vn 0.4763 -0.3153 -0.8208</w:t>
        <w:br/>
        <w:t>vn 0.2237 -0.2928 -0.9296</w:t>
        <w:br/>
        <w:t>vn -0.9536 0.2118 -0.2138</w:t>
        <w:br/>
        <w:t>vn -0.9825 0.0570 -0.1772</w:t>
        <w:br/>
        <w:t>vn -0.8445 -0.0385 -0.5342</w:t>
        <w:br/>
        <w:t>vn -0.9720 0.0712 0.2240</w:t>
        <w:br/>
        <w:t>vn -0.9860 0.0828 -0.1450</w:t>
        <w:br/>
        <w:t>vn -0.9852 0.0740 -0.1548</w:t>
        <w:br/>
        <w:t>vn -0.6064 0.3453 -0.7162</w:t>
        <w:br/>
        <w:t>vn -0.3349 0.3070 -0.8908</w:t>
        <w:br/>
        <w:t>vn 0.3340 0.4491 0.8287</w:t>
        <w:br/>
        <w:t>vn -0.0680 0.4336 0.8985</w:t>
        <w:br/>
        <w:t>vn 0.2181 0.6888 0.6914</w:t>
        <w:br/>
        <w:t>vn 0.0937 0.5881 0.8034</w:t>
        <w:br/>
        <w:t>vn 0.1111 0.6508 -0.7511</w:t>
        <w:br/>
        <w:t>vn 0.2066 0.5097 -0.8352</w:t>
        <w:br/>
        <w:t>vn 0.3414 0.5375 -0.7711</w:t>
        <w:br/>
        <w:t>vn 0.6404 0.6146 -0.4606</w:t>
        <w:br/>
        <w:t>vn 0.4235 0.4696 -0.7747</w:t>
        <w:br/>
        <w:t>vn 0.2790 0.4396 -0.8537</w:t>
        <w:br/>
        <w:t>vn -0.1236 0.4031 -0.9068</w:t>
        <w:br/>
        <w:t>vn -0.1978 0.3258 -0.9245</w:t>
        <w:br/>
        <w:t>vn -0.1048 0.2992 -0.9484</w:t>
        <w:br/>
        <w:t>vn -0.0117 0.3451 -0.9385</w:t>
        <w:br/>
        <w:t>vn -0.2518 0.4487 -0.8575</w:t>
        <w:br/>
        <w:t>vn -0.3409 0.3021 -0.8902</w:t>
        <w:br/>
        <w:t>vn -0.5337 0.2537 -0.8067</w:t>
        <w:br/>
        <w:t>vn -0.2069 0.2004 -0.9576</w:t>
        <w:br/>
        <w:t>vn -0.3980 0.4071 -0.8221</w:t>
        <w:br/>
        <w:t>vn -0.5247 0.3177 -0.7898</w:t>
        <w:br/>
        <w:t>vn -0.1069 0.7821 -0.6140</w:t>
        <w:br/>
        <w:t>vn -0.1403 0.6735 -0.7258</w:t>
        <w:br/>
        <w:t>vn 0.4321 0.2797 -0.8574</w:t>
        <w:br/>
        <w:t>vn 0.2598 0.2706 -0.9270</w:t>
        <w:br/>
        <w:t>vn 0.0732 0.3134 -0.9468</w:t>
        <w:br/>
        <w:t>vn 0.3393 0.3632 -0.8678</w:t>
        <w:br/>
        <w:t>vn 0.1024 0.3834 -0.9179</w:t>
        <w:br/>
        <w:t>vn 0.0910 0.8234 -0.5601</w:t>
        <w:br/>
        <w:t>vn 0.8857 0.4177 0.2027</w:t>
        <w:br/>
        <w:t>vn 0.7079 0.7033 -0.0643</w:t>
        <w:br/>
        <w:t>vn 0.7973 0.5958 0.0966</w:t>
        <w:br/>
        <w:t>vn -0.9584 0.1156 0.2611</w:t>
        <w:br/>
        <w:t>vn -0.8768 0.0698 0.4758</w:t>
        <w:br/>
        <w:t>vn -0.9454 0.1550 0.2867</w:t>
        <w:br/>
        <w:t>vn -0.9533 0.1696 0.2500</w:t>
        <w:br/>
        <w:t>vn -0.9009 0.1372 0.4117</w:t>
        <w:br/>
        <w:t>vn 0.8139 0.3041 -0.4950</w:t>
        <w:br/>
        <w:t>vn -0.4131 0.5972 -0.6875</w:t>
        <w:br/>
        <w:t>vn 0.5738 0.0889 -0.8141</w:t>
        <w:br/>
        <w:t>vn 0.8040 0.1102 -0.5844</w:t>
        <w:br/>
        <w:t>vn 0.5534 0.1575 -0.8179</w:t>
        <w:br/>
        <w:t>vn 0.0244 0.1380 -0.9901</w:t>
        <w:br/>
        <w:t>vn -0.0733 0.0527 -0.9959</w:t>
        <w:br/>
        <w:t>vn 0.0278 0.0591 -0.9979</w:t>
        <w:br/>
        <w:t>vn -0.2709 0.0436 -0.9616</w:t>
        <w:br/>
        <w:t>vn -0.6087 -0.0728 0.7900</w:t>
        <w:br/>
        <w:t>vn -0.8302 0.0060 0.5574</w:t>
        <w:br/>
        <w:t>vn 0.8750 0.3693 0.3129</w:t>
        <w:br/>
        <w:t>vn 0.8987 0.3187 0.3013</w:t>
        <w:br/>
        <w:t>vn 0.2299 0.1264 0.9650</w:t>
        <w:br/>
        <w:t>vn 0.1277 0.1295 -0.9833</w:t>
        <w:br/>
        <w:t>vn 0.3377 0.1332 -0.9318</w:t>
        <w:br/>
        <w:t>vn -0.4678 -0.1407 -0.8726</w:t>
        <w:br/>
        <w:t>vn 0.0053 -0.2293 -0.9733</w:t>
        <w:br/>
        <w:t>vn -0.7965 -0.0526 -0.6024</w:t>
        <w:br/>
        <w:t>vn -0.8418 0.0301 0.5389</w:t>
        <w:br/>
        <w:t>vn -0.9828 0.0334 0.1815</w:t>
        <w:br/>
        <w:t>vn -0.9903 0.0402 0.1330</w:t>
        <w:br/>
        <w:t>vn -0.5725 -0.0188 -0.8197</w:t>
        <w:br/>
        <w:t>vn 0.9192 -0.0812 -0.3853</w:t>
        <w:br/>
        <w:t>vn 0.3105 0.2707 -0.9112</w:t>
        <w:br/>
        <w:t>vn 0.3613 0.2713 -0.8921</w:t>
        <w:br/>
        <w:t>vn 0.3100 0.2777 -0.9093</w:t>
        <w:br/>
        <w:t>vn 0.3319 0.2644 -0.9055</w:t>
        <w:br/>
        <w:t>vn 0.3977 0.2599 -0.8799</w:t>
        <w:br/>
        <w:t>vn 0.3997 0.2404 -0.8846</w:t>
        <w:br/>
        <w:t>vn 0.2043 0.2658 -0.9421</w:t>
        <w:br/>
        <w:t>vn 0.1574 0.2872 -0.9449</w:t>
        <w:br/>
        <w:t>vn 0.3347 0.2915 -0.8961</w:t>
        <w:br/>
        <w:t>vn 0.3430 0.3040 -0.8888</w:t>
        <w:br/>
        <w:t>vn 0.8666 -0.0134 -0.4989</w:t>
        <w:br/>
        <w:t>vn -0.9172 0.3287 0.2252</w:t>
        <w:br/>
        <w:t>vn -0.8754 0.4064 0.2619</w:t>
        <w:br/>
        <w:t>vn -0.8953 0.4230 0.1399</w:t>
        <w:br/>
        <w:t>vn -0.9347 0.3429 0.0934</w:t>
        <w:br/>
        <w:t>vn -0.3955 0.1620 -0.9041</w:t>
        <w:br/>
        <w:t>vn -0.3303 0.1885 -0.9249</w:t>
        <w:br/>
        <w:t>vn -0.2428 0.1519 -0.9581</w:t>
        <w:br/>
        <w:t>vn 0.3215 0.1002 -0.9416</w:t>
        <w:br/>
        <w:t>vn 0.1221 0.0826 -0.9891</w:t>
        <w:br/>
        <w:t>vn 0.1393 0.2619 -0.9550</w:t>
        <w:br/>
        <w:t>vn 0.1342 0.2504 -0.9588</w:t>
        <w:br/>
        <w:t>vn 0.1605 0.2629 -0.9514</w:t>
        <w:br/>
        <w:t>vn 0.1186 0.2680 -0.9561</w:t>
        <w:br/>
        <w:t>vn 0.1238 0.2664 -0.9559</w:t>
        <w:br/>
        <w:t>vn 0.1549 0.2741 -0.9491</w:t>
        <w:br/>
        <w:t>vn -0.8119 0.5809 0.0579</w:t>
        <w:br/>
        <w:t>vn -0.8639 0.4940 0.0984</w:t>
        <w:br/>
        <w:t>vn -0.8441 0.5164 -0.1441</w:t>
        <w:br/>
        <w:t>vn -0.8013 0.5908 -0.0945</w:t>
        <w:br/>
        <w:t>vn -0.7534 0.5718 -0.3248</w:t>
        <w:br/>
        <w:t>vn -0.8214 0.5170 -0.2408</w:t>
        <w:br/>
        <w:t>vn -0.7795 0.4895 -0.3908</w:t>
        <w:br/>
        <w:t>vn -0.7023 0.5434 -0.4599</w:t>
        <w:br/>
        <w:t>vn -0.1560 0.2877 -0.9449</w:t>
        <w:br/>
        <w:t>vn -0.1869 0.3225 -0.9279</w:t>
        <w:br/>
        <w:t>vn -0.1897 0.3415 -0.9206</w:t>
        <w:br/>
        <w:t>vn -0.4204 0.3527 -0.8360</w:t>
        <w:br/>
        <w:t>vn -0.2024 0.3923 -0.8973</w:t>
        <w:br/>
        <w:t>vn -0.1830 0.3621 -0.9140</w:t>
        <w:br/>
        <w:t>vn -0.2919 0.3418 -0.8933</w:t>
        <w:br/>
        <w:t>vn -0.3063 0.3756 -0.8747</w:t>
        <w:br/>
        <w:t>vn -0.3255 0.3629 -0.8731</w:t>
        <w:br/>
        <w:t>vn -0.6517 0.1191 -0.7491</w:t>
        <w:br/>
        <w:t>vn -0.9933 0.0132 -0.1145</w:t>
        <w:br/>
        <w:t>vn -0.7355 0.1371 -0.6635</w:t>
        <w:br/>
        <w:t>vn -0.1955 -0.0553 0.9791</w:t>
        <w:br/>
        <w:t>vn -0.9022 -0.0926 0.4213</w:t>
        <w:br/>
        <w:t>vn 0.2657 0.3501 -0.8982</w:t>
        <w:br/>
        <w:t>vn 0.1897 0.3073 -0.9325</w:t>
        <w:br/>
        <w:t>vn 0.3587 0.2322 -0.9041</w:t>
        <w:br/>
        <w:t>vn 0.4638 0.2766 -0.8416</w:t>
        <w:br/>
        <w:t>vn 0.3908 0.3422 -0.8545</w:t>
        <w:br/>
        <w:t>vn 0.3226 0.3813 -0.8663</w:t>
        <w:br/>
        <w:t>vn 0.2161 0.3966 -0.8922</w:t>
        <w:br/>
        <w:t>vn 0.2903 0.6100 -0.7373</w:t>
        <w:br/>
        <w:t>vn 0.3257 0.3483 -0.8790</w:t>
        <w:br/>
        <w:t>vn 0.3646 0.3513 -0.8624</w:t>
        <w:br/>
        <w:t>vn 0.2972 0.2554 -0.9200</w:t>
        <w:br/>
        <w:t>vn 0.7711 0.2364 -0.5911</w:t>
        <w:br/>
        <w:t>vn 0.8492 0.1828 -0.4954</w:t>
        <w:br/>
        <w:t>vn 0.7951 0.1731 -0.5813</w:t>
        <w:br/>
        <w:t>vn 0.9121 0.1752 -0.3707</w:t>
        <w:br/>
        <w:t>vn 0.8739 0.0262 0.4853</w:t>
        <w:br/>
        <w:t>vn 0.8631 0.0432 0.5033</w:t>
        <w:br/>
        <w:t>vn 0.8730 0.2029 0.4435</w:t>
        <w:br/>
        <w:t>vn 0.8139 0.2364 0.5308</w:t>
        <w:br/>
        <w:t>vn 0.4106 0.1279 0.9028</w:t>
        <w:br/>
        <w:t>vn 0.3221 0.1113 0.9401</w:t>
        <w:br/>
        <w:t>vn 0.2353 0.1908 0.9530</w:t>
        <w:br/>
        <w:t>vn -0.4027 0.3446 0.8480</w:t>
        <w:br/>
        <w:t>vn -0.4662 0.4210 0.7781</w:t>
        <w:br/>
        <w:t>vn -0.1396 0.1027 0.9849</w:t>
        <w:br/>
        <w:t>vn -0.5452 -0.6745 -0.4979</w:t>
        <w:br/>
        <w:t>vn -0.6206 -0.5987 -0.5064</w:t>
        <w:br/>
        <w:t>vn -0.6634 -0.5942 -0.4548</w:t>
        <w:br/>
        <w:t>vn -0.9296 0.3354 0.1529</w:t>
        <w:br/>
        <w:t>vn -0.9396 0.3282 0.0972</w:t>
        <w:br/>
        <w:t>vn -0.8204 0.4620 0.3368</w:t>
        <w:br/>
        <w:t>vn -0.8010 0.4555 0.3886</w:t>
        <w:br/>
        <w:t>vn 0.4243 0.4062 0.8093</w:t>
        <w:br/>
        <w:t>vn 0.6643 0.2954 0.6866</w:t>
        <w:br/>
        <w:t>vn 0.5492 0.3439 0.7616</w:t>
        <w:br/>
        <w:t>vn -0.1068 0.3857 0.9164</w:t>
        <w:br/>
        <w:t>vn 0.2353 0.4125 0.8801</w:t>
        <w:br/>
        <w:t>vn 0.1984 0.4336 0.8790</w:t>
        <w:br/>
        <w:t>vn -0.0954 0.4248 0.9002</w:t>
        <w:br/>
        <w:t>vn 0.9956 0.0705 -0.0610</w:t>
        <w:br/>
        <w:t>vn 0.9983 0.0221 0.0533</w:t>
        <w:br/>
        <w:t>vn 0.6909 0.3254 0.6456</w:t>
        <w:br/>
        <w:t>vn 0.9492 0.2393 -0.2046</w:t>
        <w:br/>
        <w:t>vn 0.9108 0.2471 -0.3309</w:t>
        <w:br/>
        <w:t>vn 0.8727 0.2461 -0.4216</w:t>
        <w:br/>
        <w:t>vn 0.9615 0.1999 -0.1886</w:t>
        <w:br/>
        <w:t>vn -0.1819 -0.1915 -0.9645</w:t>
        <w:br/>
        <w:t>vn -0.1442 -0.1742 -0.9741</w:t>
        <w:br/>
        <w:t>vn -0.6231 0.5596 0.5464</w:t>
        <w:br/>
        <w:t>vn -0.3961 0.0311 0.9177</w:t>
        <w:br/>
        <w:t>vn -0.3700 0.0210 0.9288</w:t>
        <w:br/>
        <w:t>vn 0.8849 0.2347 0.4024</w:t>
        <w:br/>
        <w:t>vn 0.6935 -0.1587 0.7028</w:t>
        <w:br/>
        <w:t>vn 0.9760 0.0544 0.2109</w:t>
        <w:br/>
        <w:t>vn 0.9904 0.1001 0.0954</w:t>
        <w:br/>
        <w:t>vn 0.9840 0.0762 0.1609</w:t>
        <w:br/>
        <w:t>vn 0.9491 0.1943 -0.2480</w:t>
        <w:br/>
        <w:t>vn 0.9648 0.2283 -0.1307</w:t>
        <w:br/>
        <w:t>vn 0.8869 0.1837 -0.4238</w:t>
        <w:br/>
        <w:t>vn 0.8332 0.2197 -0.5074</w:t>
        <w:br/>
        <w:t>vn -0.9658 0.2017 0.1629</w:t>
        <w:br/>
        <w:t>vn -0.9233 0.1946 0.3313</w:t>
        <w:br/>
        <w:t>vn -0.8570 0.1732 0.4853</w:t>
        <w:br/>
        <w:t>vn -0.0724 -0.1317 0.9886</w:t>
        <w:br/>
        <w:t>vn -0.0783 -0.1031 0.9916</w:t>
        <w:br/>
        <w:t>vn -0.1339 -0.0943 0.9865</w:t>
        <w:br/>
        <w:t>vn -0.1365 -0.1028 0.9853</w:t>
        <w:br/>
        <w:t>vn -0.8844 0.2642 0.3847</w:t>
        <w:br/>
        <w:t>vn -0.8854 0.2292 0.4044</w:t>
        <w:br/>
        <w:t>vn -0.7562 0.1441 0.6383</w:t>
        <w:br/>
        <w:t>vn -0.7428 0.1497 0.6525</w:t>
        <w:br/>
        <w:t>vn -0.9452 0.1305 0.2992</w:t>
        <w:br/>
        <w:t>vn -0.9076 0.1300 0.3991</w:t>
        <w:br/>
        <w:t>vn -0.9331 0.1081 0.3431</w:t>
        <w:br/>
        <w:t>vn -0.9543 0.0910 0.2846</w:t>
        <w:br/>
        <w:t>vn 0.3912 0.4609 0.7966</w:t>
        <w:br/>
        <w:t>vn -0.0447 0.4942 0.8682</w:t>
        <w:br/>
        <w:t>vn 0.0302 0.9478 -0.3174</w:t>
        <w:br/>
        <w:t>vn 0.3004 0.8842 -0.3577</w:t>
        <w:br/>
        <w:t>vn 0.2010 0.9540 -0.2225</w:t>
        <w:br/>
        <w:t>vn -0.8654 -0.1444 0.4798</w:t>
        <w:br/>
        <w:t>vn -0.8656 -0.1313 0.4831</w:t>
        <w:br/>
        <w:t>vn -0.9972 0.0732 -0.0139</w:t>
        <w:br/>
        <w:t>vn -0.9969 0.0781 0.0013</w:t>
        <w:br/>
        <w:t>vn -0.4203 0.3901 -0.8193</w:t>
        <w:br/>
        <w:t>vn -0.2507 0.5151 -0.8197</w:t>
        <w:br/>
        <w:t>vn -0.3347 0.4846 -0.8082</w:t>
        <w:br/>
        <w:t>vn -0.5142 0.1810 -0.8384</w:t>
        <w:br/>
        <w:t>vn -0.4209 0.1125 -0.9001</w:t>
        <w:br/>
        <w:t>vn -0.4150 0.1371 -0.8995</w:t>
        <w:br/>
        <w:t>vn -0.5080 0.2003 -0.8378</w:t>
        <w:br/>
        <w:t>vn -0.5226 0.2921 -0.8010</w:t>
        <w:br/>
        <w:t>vn -0.5278 0.3089 -0.7912</w:t>
        <w:br/>
        <w:t>vn -0.4273 0.3720 -0.8240</w:t>
        <w:br/>
        <w:t>vn -0.1830 0.3686 -0.9114</w:t>
        <w:br/>
        <w:t>vn -0.1897 0.3321 -0.9240</w:t>
        <w:br/>
        <w:t>vn -0.2058 0.3101 -0.9282</w:t>
        <w:br/>
        <w:t>vn -0.1757 0.3346 -0.9258</w:t>
        <w:br/>
        <w:t>vn -0.5534 0.1901 0.8109</w:t>
        <w:br/>
        <w:t>vn -0.3469 0.0049 0.9379</w:t>
        <w:br/>
        <w:t>vn -0.5011 0.6277 -0.5957</w:t>
        <w:br/>
        <w:t>vn -0.6186 0.5171 -0.5916</w:t>
        <w:br/>
        <w:t>vn -0.5018 0.4948 -0.7095</w:t>
        <w:br/>
        <w:t>vn -0.4394 0.5758 -0.6895</w:t>
        <w:br/>
        <w:t>vn -0.2976 0.3543 -0.8865</w:t>
        <w:br/>
        <w:t>vn -0.1794 0.3522 -0.9186</w:t>
        <w:br/>
        <w:t>vn 0.1825 0.2273 -0.9566</w:t>
        <w:br/>
        <w:t>vn 0.5413 0.2258 -0.8100</w:t>
        <w:br/>
        <w:t>vn 0.3520 0.2161 -0.9107</w:t>
        <w:br/>
        <w:t>vn 0.5069 0.3914 -0.7680</w:t>
        <w:br/>
        <w:t>vn -0.4151 0.4007 0.8168</w:t>
        <w:br/>
        <w:t>vn -0.4301 0.4146 0.8020</w:t>
        <w:br/>
        <w:t>vn -0.5301 0.4245 0.7340</w:t>
        <w:br/>
        <w:t>vn -0.1773 0.3107 0.9339</w:t>
        <w:br/>
        <w:t>vn -0.2309 0.3322 0.9145</w:t>
        <w:br/>
        <w:t>vn 0.0619 0.2285 0.9716</w:t>
        <w:br/>
        <w:t>vn 0.0686 0.2410 0.9681</w:t>
        <w:br/>
        <w:t>vn 0.0662 0.2247 0.9722</w:t>
        <w:br/>
        <w:t>vn 0.5089 0.1561 0.8465</w:t>
        <w:br/>
        <w:t>vn 0.3723 0.2052 0.9051</w:t>
        <w:br/>
        <w:t>vn 0.4082 0.2370 0.8816</w:t>
        <w:br/>
        <w:t>vn -0.1892 -0.2024 -0.9608</w:t>
        <w:br/>
        <w:t>vn 0.2195 -0.3149 -0.9234</w:t>
        <w:br/>
        <w:t>vn 0.4510 -0.3466 -0.8225</w:t>
        <w:br/>
        <w:t>vn -0.3424 -0.1972 -0.9187</w:t>
        <w:br/>
        <w:t>vn 0.0450 -0.2204 -0.9744</w:t>
        <w:br/>
        <w:t>vn 0.0245 -0.2118 -0.9770</w:t>
        <w:br/>
        <w:t>vn -0.3976 -0.1499 -0.9052</w:t>
        <w:br/>
        <w:t>vn -0.6854 -0.1179 -0.7186</w:t>
        <w:br/>
        <w:t>vn -0.7248 -0.0763 -0.6847</w:t>
        <w:br/>
        <w:t>vn -0.9847 0.0392 -0.1697</w:t>
        <w:br/>
        <w:t>vn -0.8857 -0.0108 -0.4642</w:t>
        <w:br/>
        <w:t>vn -0.9014 -0.0066 -0.4329</w:t>
        <w:br/>
        <w:t>vn -0.9911 0.0130 -0.1325</w:t>
        <w:br/>
        <w:t>vn -0.8521 -0.0197 0.5230</w:t>
        <w:br/>
        <w:t>vn -0.9929 0.0188 0.1175</w:t>
        <w:br/>
        <w:t>vn -0.2713 0.1553 0.9499</w:t>
        <w:br/>
        <w:t>vn -0.3019 0.2029 0.9315</w:t>
        <w:br/>
        <w:t>vn -0.2668 0.1779 0.9472</w:t>
        <w:br/>
        <w:t>vn -0.8251 0.1737 0.5377</w:t>
        <w:br/>
        <w:t>vn -0.8248 0.1523 0.5446</w:t>
        <w:br/>
        <w:t>vn -0.6940 0.1362 0.7070</w:t>
        <w:br/>
        <w:t>vn -0.6971 0.1584 0.6993</w:t>
        <w:br/>
        <w:t>vn -0.9614 0.1963 0.1930</w:t>
        <w:br/>
        <w:t>vn -0.9271 0.1665 0.3359</w:t>
        <w:br/>
        <w:t>vn -0.9618 0.2072 0.1788</w:t>
        <w:br/>
        <w:t>vn -0.9516 0.2848 -0.1157</w:t>
        <w:br/>
        <w:t>vn -0.6883 0.0999 -0.7185</w:t>
        <w:br/>
        <w:t>vn -0.5834 0.0699 -0.8092</w:t>
        <w:br/>
        <w:t>vn -0.4873 0.1709 -0.8563</w:t>
        <w:br/>
        <w:t>vn -0.6344 0.1867 -0.7501</w:t>
        <w:br/>
        <w:t>vn -0.9837 0.1725 -0.0505</w:t>
        <w:br/>
        <w:t>vn -0.9569 0.1595 0.2426</w:t>
        <w:br/>
        <w:t>vn -0.9864 0.1548 0.0551</w:t>
        <w:br/>
        <w:t>vn -0.9537 0.2090 0.2162</w:t>
        <w:br/>
        <w:t>vn -0.9622 0.2144 0.1682</w:t>
        <w:br/>
        <w:t>vn -0.7764 0.0796 0.6252</w:t>
        <w:br/>
        <w:t>vn -0.0804 -0.0666 0.9945</w:t>
        <w:br/>
        <w:t>vn -0.1394 -0.0784 0.9871</w:t>
        <w:br/>
        <w:t>vn -0.5287 0.1316 0.8385</w:t>
        <w:br/>
        <w:t>vn -0.3327 -0.0136 0.9429</w:t>
        <w:br/>
        <w:t>vn -0.7755 0.4167 0.4743</w:t>
        <w:br/>
        <w:t>vn -0.7691 0.4512 0.4527</w:t>
        <w:br/>
        <w:t>vn -0.2255 0.4696 -0.8536</w:t>
        <w:br/>
        <w:t>vn -0.1961 0.4838 -0.8529</w:t>
        <w:br/>
        <w:t>vn -0.3145 0.5375 -0.7825</w:t>
        <w:br/>
        <w:t>vn -0.3272 0.5229 -0.7871</w:t>
        <w:br/>
        <w:t>vn -0.0441 0.2436 -0.9689</w:t>
        <w:br/>
        <w:t>vn -0.0309 0.2530 -0.9670</w:t>
        <w:br/>
        <w:t>vn 0.1660 0.2750 -0.9470</w:t>
        <w:br/>
        <w:t>vn 0.1228 0.2682 -0.9555</w:t>
        <w:br/>
        <w:t>vn -0.3696 0.2023 -0.9069</w:t>
        <w:br/>
        <w:t>vn -0.3043 0.2490 -0.9194</w:t>
        <w:br/>
        <w:t>vn -0.9917 -0.0049 -0.1287</w:t>
        <w:br/>
        <w:t>vn -0.9941 -0.0915 0.0584</w:t>
        <w:br/>
        <w:t>vn -0.9159 0.0317 -0.4002</w:t>
        <w:br/>
        <w:t>vn -0.1646 0.3707 -0.9141</w:t>
        <w:br/>
        <w:t>vn -0.1840 0.3634 -0.9133</w:t>
        <w:br/>
        <w:t>vn 0.2445 0.4008 -0.8830</w:t>
        <w:br/>
        <w:t>vn 0.1753 0.6555 -0.7345</w:t>
        <w:br/>
        <w:t>vn 0.2666 0.4172 -0.8688</w:t>
        <w:br/>
        <w:t>vn 0.4761 0.4413 -0.7606</w:t>
        <w:br/>
        <w:t>vn 0.8040 0.3417 -0.4866</w:t>
        <w:br/>
        <w:t>vn 0.8023 0.3761 -0.4635</w:t>
        <w:br/>
        <w:t>vn 0.9537 0.2059 -0.2190</w:t>
        <w:br/>
        <w:t>vn 0.9609 0.2121 -0.1778</w:t>
        <w:br/>
        <w:t>vn 0.9571 0.1332 -0.2574</w:t>
        <w:br/>
        <w:t>vn 0.9430 0.1282 -0.3071</w:t>
        <w:br/>
        <w:t>vn 0.8114 0.1581 -0.5627</w:t>
        <w:br/>
        <w:t>vn 0.8207 0.1806 -0.5421</w:t>
        <w:br/>
        <w:t>vn 0.5603 0.2525 -0.7889</w:t>
        <w:br/>
        <w:t>vn 0.2189 0.2977 -0.9292</w:t>
        <w:br/>
        <w:t>vn 0.0514 0.2446 -0.9683</w:t>
        <w:br/>
        <w:t>vn -0.1926 0.1326 -0.9723</w:t>
        <w:br/>
        <w:t>vn -0.1975 0.1338 -0.9711</w:t>
        <w:br/>
        <w:t>vn -0.6114 0.2210 -0.7598</w:t>
        <w:br/>
        <w:t>vn -0.6008 0.2051 -0.7726</w:t>
        <w:br/>
        <w:t>vn -0.2089 0.8422 -0.4970</w:t>
        <w:br/>
        <w:t>vn -0.2388 0.7779 -0.5813</w:t>
        <w:br/>
        <w:t>vn 0.8783 0.2204 -0.4242</w:t>
        <w:br/>
        <w:t>vn 0.9713 0.1835 0.1515</w:t>
        <w:br/>
        <w:t>vn 0.9871 0.1603 0.0058</w:t>
        <w:br/>
        <w:t>vn 0.9219 0.1528 -0.3559</w:t>
        <w:br/>
        <w:t>vn 0.7957 0.1636 -0.5832</w:t>
        <w:br/>
        <w:t>vn 0.9656 0.1101 -0.2355</w:t>
        <w:br/>
        <w:t>vn 0.8106 0.1614 -0.5630</w:t>
        <w:br/>
        <w:t>vn 0.6536 0.1631 -0.7390</w:t>
        <w:br/>
        <w:t>vn 0.7130 0.2821 -0.6419</w:t>
        <w:br/>
        <w:t>vn 0.7883 0.3603 -0.4987</w:t>
        <w:br/>
        <w:t>vn 0.8817 0.3614 -0.3033</w:t>
        <w:br/>
        <w:t>vn 0.8624 0.4061 -0.3023</w:t>
        <w:br/>
        <w:t>vn 0.7656 0.4009 -0.5032</w:t>
        <w:br/>
        <w:t>vn 0.9254 0.3558 -0.1309</w:t>
        <w:br/>
        <w:t>vn 0.9083 0.3923 -0.1455</w:t>
        <w:br/>
        <w:t>vn 0.9347 0.3185 0.1581</w:t>
        <w:br/>
        <w:t>vn 0.8883 0.3296 0.3198</w:t>
        <w:br/>
        <w:t>vn 0.8832 0.3524 0.3094</w:t>
        <w:br/>
        <w:t>vn 0.9355 0.3282 0.1309</w:t>
        <w:br/>
        <w:t>vn 0.9364 0.0852 -0.3403</w:t>
        <w:br/>
        <w:t>vn 0.7388 0.0012 -0.6739</w:t>
        <w:br/>
        <w:t>vn 0.6546 0.1700 -0.7367</w:t>
        <w:br/>
        <w:t>vn 0.5652 0.0212 -0.8247</w:t>
        <w:br/>
        <w:t>vn 0.3977 0.2103 -0.8931</w:t>
        <w:br/>
        <w:t>vn 0.5672 0.7984 0.2022</w:t>
        <w:br/>
        <w:t>vn 0.4629 0.8659 0.1895</w:t>
        <w:br/>
        <w:t>vn 0.5123 0.8475 -0.1387</w:t>
        <w:br/>
        <w:t>vn 0.6281 0.7646 -0.1443</w:t>
        <w:br/>
        <w:t>vn 0.0111 0.5907 0.8068</w:t>
        <w:br/>
        <w:t>vn 0.3151 0.5251 0.7905</w:t>
        <w:br/>
        <w:t>vn -0.0818 0.4829 0.8718</w:t>
        <w:br/>
        <w:t>vn 0.7049 0.5269 0.4748</w:t>
        <w:br/>
        <w:t>vn 0.8330 0.4553 0.3144</w:t>
        <w:br/>
        <w:t>vn 0.9118 0.3318 0.2419</w:t>
        <w:br/>
        <w:t>vn 0.9821 0.1876 -0.0137</w:t>
        <w:br/>
        <w:t>vn 0.8984 0.3684 0.2390</w:t>
        <w:br/>
        <w:t>vn 0.9739 0.1070 -0.2003</w:t>
        <w:br/>
        <w:t>vn 0.9584 0.0719 -0.2761</w:t>
        <w:br/>
        <w:t>vn 0.9863 0.1229 -0.1097</w:t>
        <w:br/>
        <w:t>vn 0.9780 0.1970 -0.0687</w:t>
        <w:br/>
        <w:t>vn 0.9720 0.2260 -0.0641</w:t>
        <w:br/>
        <w:t>vn 0.9675 0.1377 -0.2120</w:t>
        <w:br/>
        <w:t>vn 0.5022 0.4313 0.7495</w:t>
        <w:br/>
        <w:t>vn 0.4780 0.4632 0.7463</w:t>
        <w:br/>
        <w:t>vn 0.7308 0.4316 0.5288</w:t>
        <w:br/>
        <w:t>vn 0.7514 0.3873 0.5343</w:t>
        <w:br/>
        <w:t>vn 0.1090 0.4373 0.8927</w:t>
        <w:br/>
        <w:t>vn -0.0708 0.4257 0.9021</w:t>
        <w:br/>
        <w:t>vn -0.0801 0.3989 0.9135</w:t>
        <w:br/>
        <w:t>vn 0.1725 0.4448 0.8789</w:t>
        <w:br/>
        <w:t>vn 0.8299 0.1396 0.5402</w:t>
        <w:br/>
        <w:t>vn 0.9954 -0.0800 0.0520</w:t>
        <w:br/>
        <w:t>vn 0.9393 -0.0886 -0.3316</w:t>
        <w:br/>
        <w:t>vn 0.7855 -0.2595 -0.5618</w:t>
        <w:br/>
        <w:t>vn 0.9067 -0.0901 -0.4121</w:t>
        <w:br/>
        <w:t>vn 0.7825 -0.1551 -0.6030</w:t>
        <w:br/>
        <w:t>vn 0.7202 -0.2787 -0.6353</w:t>
        <w:br/>
        <w:t>vn 0.9583 0.2714 -0.0899</w:t>
        <w:br/>
        <w:t>vn 0.9166 0.0267 -0.3988</w:t>
        <w:br/>
        <w:t>vn 0.8844 0.4573 0.0937</w:t>
        <w:br/>
        <w:t>vn 0.7987 0.5554 0.2315</w:t>
        <w:br/>
        <w:t>vn 0.0728 0.6840 0.7259</w:t>
        <w:br/>
        <w:t>vn 0.4194 0.7248 0.5466</w:t>
        <w:br/>
        <w:t>vn -0.0682 0.6849 0.7254</w:t>
        <w:br/>
        <w:t>vn -0.3032 0.5789 0.7569</w:t>
        <w:br/>
        <w:t>vn -0.4065 0.4832 0.7754</w:t>
        <w:br/>
        <w:t>vn -0.4820 0.5711 0.6644</w:t>
        <w:br/>
        <w:t>vn -0.0868 0.6286 0.7728</w:t>
        <w:br/>
        <w:t>vn -0.0148 0.5205 0.8537</w:t>
        <w:br/>
        <w:t>vn -0.5077 0.6110 0.6074</w:t>
        <w:br/>
        <w:t>vn -0.1405 0.6917 0.7084</w:t>
        <w:br/>
        <w:t>vn -0.4261 -0.7565 -0.4961</w:t>
        <w:br/>
        <w:t>vn -0.4413 -0.7637 -0.4713</w:t>
        <w:br/>
        <w:t>vn -0.4407 -0.7922 -0.4221</w:t>
        <w:br/>
        <w:t>vn -0.5366 -0.6407 -0.5492</w:t>
        <w:br/>
        <w:t>vn 0.1323 0.7162 0.6853</w:t>
        <w:br/>
        <w:t>vn 0.8821 0.3989 0.2505</w:t>
        <w:br/>
        <w:t>vn 0.8586 0.4281 0.2819</w:t>
        <w:br/>
        <w:t>vn 0.8399 0.5052 0.1981</w:t>
        <w:br/>
        <w:t>vn 0.8278 0.1530 0.5398</w:t>
        <w:br/>
        <w:t>vn 0.9427 0.1878 0.2757</w:t>
        <w:br/>
        <w:t>vn -0.2611 0.3008 0.9172</w:t>
        <w:br/>
        <w:t>vn 0.0518 0.2287 0.9721</w:t>
        <w:br/>
        <w:t>vn -0.7942 0.1974 0.5746</w:t>
        <w:br/>
        <w:t>vn 0.7476 0.3111 -0.5868</w:t>
        <w:br/>
        <w:t>vn 0.5179 0.5722 0.6359</w:t>
        <w:br/>
        <w:t>vn -0.1602 -0.0591 0.9853</w:t>
        <w:br/>
        <w:t>vn -0.1558 -0.0829 0.9843</w:t>
        <w:br/>
        <w:t>vn -0.9687 0.2453 0.0387</w:t>
        <w:br/>
        <w:t>vn -0.9664 0.2498 0.0602</w:t>
        <w:br/>
        <w:t>vn -0.6332 0.1014 -0.7673</w:t>
        <w:br/>
        <w:t>vn -0.9958 -0.0913 0.0035</w:t>
        <w:br/>
        <w:t>vn -0.8632 -0.1972 0.4647</w:t>
        <w:br/>
        <w:t>vn -0.8536 -0.1984 0.4817</w:t>
        <w:br/>
        <w:t>vn -0.7838 0.6167 -0.0729</w:t>
        <w:br/>
        <w:t>vn -0.7627 0.6032 -0.2332</w:t>
        <w:br/>
        <w:t>vn -0.7198 0.6506 -0.2419</w:t>
        <w:br/>
        <w:t>vn -0.7759 0.6295 0.0411</w:t>
        <w:br/>
        <w:t>vn -0.9256 0.2460 0.2877</w:t>
        <w:br/>
        <w:t>vn -0.1956 0.3432 -0.9187</w:t>
        <w:br/>
        <w:t>vn -0.2823 0.3672 -0.8862</w:t>
        <w:br/>
        <w:t>vn -0.2354 0.7328 -0.6384</w:t>
        <w:br/>
        <w:t>vn 0.8793 0.3381 0.3355</w:t>
        <w:br/>
        <w:t>vn 0.8734 0.4127 0.2587</w:t>
        <w:br/>
        <w:t>vn 0.8901 0.4013 0.2161</w:t>
        <w:br/>
        <w:t>vn 0.7934 0.1087 0.5989</w:t>
        <w:br/>
        <w:t>vn 0.8380 0.2681 0.4753</w:t>
        <w:br/>
        <w:t>vn 0.7439 0.4590 0.4857</w:t>
        <w:br/>
        <w:t>vn -0.5025 -0.6138 -0.6088</w:t>
        <w:br/>
        <w:t>vn -0.3768 0.1425 0.9153</w:t>
        <w:br/>
        <w:t>vn -0.4069 0.1556 0.9001</w:t>
        <w:br/>
        <w:t>vn -0.4124 0.1934 0.8902</w:t>
        <w:br/>
        <w:t>vn -0.3607 0.2159 0.9074</w:t>
        <w:br/>
        <w:t>vn -0.7289 0.0336 0.6838</w:t>
        <w:br/>
        <w:t>vn -0.2745 0.0973 0.9567</w:t>
        <w:br/>
        <w:t>vn -0.8209 0.3579 -0.4450</w:t>
        <w:br/>
        <w:t>vn -0.9097 0.3556 -0.2147</w:t>
        <w:br/>
        <w:t>vn -0.1687 0.2844 -0.9438</w:t>
        <w:br/>
        <w:t>vn -0.9711 0.2049 0.1223</w:t>
        <w:br/>
        <w:t>vn -0.9542 0.2901 0.0732</w:t>
        <w:br/>
        <w:t>vn 0.0728 0.2088 0.9752</w:t>
        <w:br/>
        <w:t>vn -0.0293 0.2870 0.9575</w:t>
        <w:br/>
        <w:t>vn -0.0802 0.2322 0.9694</w:t>
        <w:br/>
        <w:t>vn -0.8529 0.3615 0.3767</w:t>
        <w:br/>
        <w:t>vn -0.8999 0.4002 0.1731</w:t>
        <w:br/>
        <w:t>vn -0.9253 0.3280 0.1903</w:t>
        <w:br/>
        <w:t>vn -0.8461 0.3203 0.4260</w:t>
        <w:br/>
        <w:t>vn -0.9343 0.3168 0.1636</w:t>
        <w:br/>
        <w:t>vn -0.9829 0.1757 -0.0561</w:t>
        <w:br/>
        <w:t>vn -0.9779 0.2086 -0.0167</w:t>
        <w:br/>
        <w:t>vn -0.7863 -0.0178 -0.6177</w:t>
        <w:br/>
        <w:t>vn -0.7863 -0.0178 -0.6176</w:t>
        <w:br/>
        <w:t>vn -0.7088 0.1686 0.6850</w:t>
        <w:br/>
        <w:t>vn -0.5009 0.1373 0.8546</w:t>
        <w:br/>
        <w:t>vn -0.6847 0.2356 0.6897</w:t>
        <w:br/>
        <w:t>vn -0.9340 0.3490 0.0769</w:t>
        <w:br/>
        <w:t>vn -0.2433 0.3227 0.9147</w:t>
        <w:br/>
        <w:t>vn -0.6118 0.1493 0.7768</w:t>
        <w:br/>
        <w:t>vn -0.6007 0.1303 0.7888</w:t>
        <w:br/>
        <w:t>vn -0.5281 0.1287 0.8394</w:t>
        <w:br/>
        <w:t>vn -0.4970 0.1428 0.8559</w:t>
        <w:br/>
        <w:t>vn -0.9131 0.0555 -0.4040</w:t>
        <w:br/>
        <w:t>vn -0.9236 0.0237 -0.3827</w:t>
        <w:br/>
        <w:t>vn -0.9682 0.1375 -0.2089</w:t>
        <w:br/>
        <w:t>vn -0.9414 0.1679 -0.2924</w:t>
        <w:br/>
        <w:t>vn -0.9795 -0.0634 -0.1912</w:t>
        <w:br/>
        <w:t>vn -0.3292 -0.0895 -0.9400</w:t>
        <w:br/>
        <w:t>vn -0.0860 -0.2018 -0.9756</w:t>
        <w:br/>
        <w:t>vn 0.9783 0.2069 0.0094</w:t>
        <w:br/>
        <w:t>vn 0.9869 0.1606 -0.0172</w:t>
        <w:br/>
        <w:t>vn 0.9775 0.2095 0.0265</w:t>
        <w:br/>
        <w:t>vn 0.7150 0.3664 -0.5955</w:t>
        <w:br/>
        <w:t>vn 0.9394 0.1723 0.2965</w:t>
        <w:br/>
        <w:t>vn 0.8809 0.0852 0.4656</w:t>
        <w:br/>
        <w:t>vn 0.4858 -0.4442 0.7528</w:t>
        <w:br/>
        <w:t>vn 0.9735 0.1999 -0.1112</w:t>
        <w:br/>
        <w:t>vn 0.8477 0.2601 -0.4624</w:t>
        <w:br/>
        <w:t>vn 0.9502 0.2229 -0.2179</w:t>
        <w:br/>
        <w:t>vn 0.9333 0.2403 0.2669</w:t>
        <w:br/>
        <w:t>vn 0.9463 0.2251 0.2322</w:t>
        <w:br/>
        <w:t>vn 0.9600 0.2186 0.1749</w:t>
        <w:br/>
        <w:t>vn 0.9378 0.2126 0.2745</w:t>
        <w:br/>
        <w:t>vn -0.0937 0.3687 0.9248</w:t>
        <w:br/>
        <w:t>vn -0.0720 0.4200 0.9047</w:t>
        <w:br/>
        <w:t>vn -0.7610 -0.2014 -0.6167</w:t>
        <w:br/>
        <w:t>vn -0.5805 -0.2503 -0.7748</w:t>
        <w:br/>
        <w:t>vn -0.5305 -0.3996 -0.7476</w:t>
        <w:br/>
        <w:t>vn -0.6717 -0.2727 -0.6888</w:t>
        <w:br/>
        <w:t>vn -0.8237 0.4951 -0.2763</w:t>
        <w:br/>
        <w:t>vn -0.8858 0.4549 -0.0919</w:t>
        <w:br/>
        <w:t>vn -0.9055 0.3505 0.2392</w:t>
        <w:br/>
        <w:t>vn -0.8856 0.4145 0.2096</w:t>
        <w:br/>
        <w:t>vn 0.8538 0.3208 0.4099</w:t>
        <w:br/>
        <w:t>vn 0.0334 0.4605 -0.8871</w:t>
        <w:br/>
        <w:t>vn -0.0764 0.5549 -0.8284</w:t>
        <w:br/>
        <w:t>vn -0.2719 0.5256 0.8061</w:t>
        <w:br/>
        <w:t>vn 0.1248 0.3874 0.9134</w:t>
        <w:br/>
        <w:t>vn 0.7090 0.4411 0.5502</w:t>
        <w:br/>
        <w:t>vn 0.2178 0.5848 -0.7814</w:t>
        <w:br/>
        <w:t>vn 0.6373 0.2802 0.7179</w:t>
        <w:br/>
        <w:t>vn 0.9212 0.3107 0.2344</w:t>
        <w:br/>
        <w:t>vn 0.8934 0.3608 0.2678</w:t>
        <w:br/>
        <w:t>vn -0.2634 0.1561 0.9520</w:t>
        <w:br/>
        <w:t>vn 0.0043 0.4570 0.8895</w:t>
        <w:br/>
        <w:t>vn -0.2943 0.3970 0.8694</w:t>
        <w:br/>
        <w:t>vn -0.7037 0.4124 0.5785</w:t>
        <w:br/>
        <w:t>vn -0.5106 0.3269 0.7952</w:t>
        <w:br/>
        <w:t>vn -0.9925 0.0543 0.1094</w:t>
        <w:br/>
        <w:t>vn -0.8783 0.3104 0.3636</w:t>
        <w:br/>
        <w:t>vn -0.2618 -0.0991 -0.9600</w:t>
        <w:br/>
        <w:t>vn 0.0369 -0.1695 -0.9848</w:t>
        <w:br/>
        <w:t>vn -0.2564 0.2716 0.9276</w:t>
        <w:br/>
        <w:t>vn -0.3829 0.2796 0.8805</w:t>
        <w:br/>
        <w:t>vn -0.2723 0.0860 0.9583</w:t>
        <w:br/>
        <w:t>vn -0.5077 0.1794 0.8426</w:t>
        <w:br/>
        <w:t>vn -0.5034 0.1426 0.8522</w:t>
        <w:br/>
        <w:t>vn -0.9220 0.3378 0.1893</w:t>
        <w:br/>
        <w:t>vn -0.4344 -0.1574 -0.8869</w:t>
        <w:br/>
        <w:t>vn -0.7505 0.2032 0.6288</w:t>
        <w:br/>
        <w:t>vn -0.8906 0.0038 0.4549</w:t>
        <w:br/>
        <w:t>vn -0.2466 0.1387 0.9591</w:t>
        <w:br/>
        <w:t>vn -0.1002 0.5080 -0.8555</w:t>
        <w:br/>
        <w:t>vn -0.9250 0.3472 0.1546</w:t>
        <w:br/>
        <w:t>vn 0.7741 0.2772 0.5691</w:t>
        <w:br/>
        <w:t>vn -0.8643 0.3090 0.3969</w:t>
        <w:br/>
        <w:t>vn -0.8894 0.3393 0.3063</w:t>
        <w:br/>
        <w:t>vn 0.3951 0.3131 -0.8637</w:t>
        <w:br/>
        <w:t>vn 0.9443 0.0667 -0.3222</w:t>
        <w:br/>
        <w:t>vn 0.5186 0.3260 -0.7904</w:t>
        <w:br/>
        <w:t>vn 0.5253 0.5471 -0.6517</w:t>
        <w:br/>
        <w:t>vn 0.4261 0.5747 -0.6987</w:t>
        <w:br/>
        <w:t>vn 0.3839 0.3507 -0.8542</w:t>
        <w:br/>
        <w:t>vn 0.5104 0.3909 -0.7659</w:t>
        <w:br/>
        <w:t>vn 0.1971 0.1771 0.9643</w:t>
        <w:br/>
        <w:t>vn 0.3071 0.1298 0.9428</w:t>
        <w:br/>
        <w:t>vn 0.3620 0.1401 0.9216</w:t>
        <w:br/>
        <w:t>vn -0.7890 -0.2035 -0.5797</w:t>
        <w:br/>
        <w:t>vn -0.2295 0.2745 0.9338</w:t>
        <w:br/>
        <w:t>vn -0.8609 0.3453 0.3735</w:t>
        <w:br/>
        <w:t>vn -0.7963 0.4478 0.4067</w:t>
        <w:br/>
        <w:t>vn -0.9115 0.4100 -0.0328</w:t>
        <w:br/>
        <w:t>vn -0.8957 0.3785 0.2332</w:t>
        <w:br/>
        <w:t>vn -0.9905 0.0369 0.1328</w:t>
        <w:br/>
        <w:t>vn -0.9788 0.0213 0.2037</w:t>
        <w:br/>
        <w:t>vn -0.6757 0.2978 -0.6744</w:t>
        <w:br/>
        <w:t>vn -0.6903 0.2312 -0.6856</w:t>
        <w:br/>
        <w:t>vn -0.5733 0.6543 -0.4931</w:t>
        <w:br/>
        <w:t>vn -0.6541 0.6585 -0.3721</w:t>
        <w:br/>
        <w:t>vn -0.2552 0.4710 0.8444</w:t>
        <w:br/>
        <w:t>vn -0.1188 0.5598 0.8200</w:t>
        <w:br/>
        <w:t>vn -0.1713 0.5071 0.8447</w:t>
        <w:br/>
        <w:t>vn 0.7130 0.2413 0.6583</w:t>
        <w:br/>
        <w:t>vn -0.0198 0.4901 0.8715</w:t>
        <w:br/>
        <w:t>vn -0.1577 0.2548 -0.9541</w:t>
        <w:br/>
        <w:t>vn -0.8614 0.2411 -0.4471</w:t>
        <w:br/>
        <w:t>vn -0.1499 0.2694 -0.9513</w:t>
        <w:br/>
        <w:t>vn -0.1451 0.2698 -0.9519</w:t>
        <w:br/>
        <w:t>vn -0.3976 0.2822 -0.8731</w:t>
        <w:br/>
        <w:t>vn -0.7941 0.2186 -0.5672</w:t>
        <w:br/>
        <w:t>vn -0.8966 0.2444 -0.3692</w:t>
        <w:br/>
        <w:t>vn -0.8348 0.1315 0.5347</w:t>
        <w:br/>
        <w:t>vn -0.7604 0.1896 0.6212</w:t>
        <w:br/>
        <w:t>vn -0.5511 0.1610 0.8188</w:t>
        <w:br/>
        <w:t>vn -0.4298 0.1198 0.8949</w:t>
        <w:br/>
        <w:t>vn -0.9823 0.0643 0.1761</w:t>
        <w:br/>
        <w:t>vn -0.9939 0.0779 0.0784</w:t>
        <w:br/>
        <w:t>vn -0.9746 0.0830 -0.2078</w:t>
        <w:br/>
        <w:t>vn -0.8634 0.1703 -0.4749</w:t>
        <w:br/>
        <w:t>vn -0.9896 0.1362 -0.0470</w:t>
        <w:br/>
        <w:t>vn 0.1604 0.1765 0.9711</w:t>
        <w:br/>
        <w:t>vn 0.7141 0.2447 0.6558</w:t>
        <w:br/>
        <w:t>vn 0.0106 0.2376 0.9713</w:t>
        <w:br/>
        <w:t>vn 0.2052 0.1566 0.9661</w:t>
        <w:br/>
        <w:t>vn 0.9714 0.2330 0.0459</w:t>
        <w:br/>
        <w:t>vn 0.9485 0.2198 -0.2281</w:t>
        <w:br/>
        <w:t>vn 0.9325 0.3285 0.1500</w:t>
        <w:br/>
        <w:t>vn 0.8689 0.3171 0.3802</w:t>
        <w:br/>
        <w:t>vn 0.3891 0.4099 0.8250</w:t>
        <w:br/>
        <w:t>vn -0.0966 0.4122 0.9060</w:t>
        <w:br/>
        <w:t>vn 0.1346 0.3766 0.9166</w:t>
        <w:br/>
        <w:t>vn 0.9801 0.1986 -0.0054</w:t>
        <w:br/>
        <w:t>vn -0.9839 0.0563 0.1697</w:t>
        <w:br/>
        <w:t>vn -0.9949 0.0903 0.0454</w:t>
        <w:br/>
        <w:t>vn -0.3083 0.0750 0.9483</w:t>
        <w:br/>
        <w:t>vn 0.9475 0.2524 0.1961</w:t>
        <w:br/>
        <w:t>vn 0.9471 0.3208 0.0100</w:t>
        <w:br/>
        <w:t>vn -0.2521 0.3533 0.9009</w:t>
        <w:br/>
        <w:t>vn 0.2301 0.9721 0.0454</w:t>
        <w:br/>
        <w:t>vn 0.2480 0.9637 0.0983</w:t>
        <w:br/>
        <w:t>vn 0.1493 0.9830 0.1072</w:t>
        <w:br/>
        <w:t>vn 0.1223 0.9892 0.0804</w:t>
        <w:br/>
        <w:t>vn 0.0300 0.9874 0.1552</w:t>
        <w:br/>
        <w:t>vn 0.0443 0.9988 -0.0195</w:t>
        <w:br/>
        <w:t>vn 0.0857 0.9962 -0.0142</w:t>
        <w:br/>
        <w:t>vn 0.0363 0.9862 0.1614</w:t>
        <w:br/>
        <w:t>vn 0.0102 0.9932 0.1159</w:t>
        <w:br/>
        <w:t>vn 0.0099 0.9994 -0.0341</w:t>
        <w:br/>
        <w:t>vn -0.0270 0.9980 0.0573</w:t>
        <w:br/>
        <w:t>vn -0.0702 0.9975 -0.0063</w:t>
        <w:br/>
        <w:t>vn -0.1084 0.9894 -0.0966</w:t>
        <w:br/>
        <w:t>vn -0.0445 0.9969 -0.0654</w:t>
        <w:br/>
        <w:t>vn -0.0863 0.9962 -0.0072</w:t>
        <w:br/>
        <w:t>vn -0.2905 0.9467 0.1392</w:t>
        <w:br/>
        <w:t>vn -0.3507 0.9251 0.1455</w:t>
        <w:br/>
        <w:t>vn -0.3330 0.9400 0.0747</w:t>
        <w:br/>
        <w:t>vn -0.2571 0.9618 0.0944</w:t>
        <w:br/>
        <w:t>vn -0.2763 0.9457 0.1712</w:t>
        <w:br/>
        <w:t>vn -0.1724 0.9763 0.1307</w:t>
        <w:br/>
        <w:t>vn 0.2210 0.9656 0.1367</w:t>
        <w:br/>
        <w:t>vn 0.1365 0.9833 0.1202</w:t>
        <w:br/>
        <w:t>vn 0.1728 0.9746 0.1426</w:t>
        <w:br/>
        <w:t>vn 0.0772 0.9937 0.0810</w:t>
        <w:br/>
        <w:t>vn -0.1266 0.9804 0.1513</w:t>
        <w:br/>
        <w:t>vn -0.1911 0.9688 0.1580</w:t>
        <w:br/>
        <w:t>vn -0.0633 0.9960 0.0634</w:t>
        <w:br/>
        <w:t>vn -0.0223 0.9998 0.0001</w:t>
        <w:br/>
        <w:t>vn 0.0197 0.9805 -0.1956</w:t>
        <w:br/>
        <w:t>vn 0.0077 0.9745 -0.2244</w:t>
        <w:br/>
        <w:t>vn 0.0300 0.9951 0.0945</w:t>
        <w:br/>
        <w:t>vn 0.0084 0.9939 0.1101</w:t>
        <w:br/>
        <w:t>vn 0.0680 0.9910 0.1152</w:t>
        <w:br/>
        <w:t>vn -0.0036 0.9884 -0.1518</w:t>
        <w:br/>
        <w:t>vn 0.0191 0.9957 0.0906</w:t>
        <w:br/>
        <w:t>vn 0.1136 0.9928 -0.0384</w:t>
        <w:br/>
        <w:t>vn 0.1643 0.9862 -0.0219</w:t>
        <w:br/>
        <w:t>vn 0.0536 0.9973 0.0508</w:t>
        <w:br/>
        <w:t>vn 0.1135 0.9928 -0.0384</w:t>
        <w:br/>
        <w:t>vn 0.0211 0.9996 -0.0195</w:t>
        <w:br/>
        <w:t>vn 0.1244 0.9829 0.1354</w:t>
        <w:br/>
        <w:t>vn -0.0779 0.9855 0.1507</w:t>
        <w:br/>
        <w:t>vn -0.0102 0.9983 -0.0567</w:t>
        <w:br/>
        <w:t>vn 0.0041 0.9924 -0.1232</w:t>
        <w:br/>
        <w:t>vn -0.0316 0.9900 0.1377</w:t>
        <w:br/>
        <w:t>vn -0.2349 0.9720 -0.0063</w:t>
        <w:br/>
        <w:t>vn -0.1323 0.9902 0.0451</w:t>
        <w:br/>
        <w:t>vn -0.1690 -0.9831 -0.0706</w:t>
        <w:br/>
        <w:t>vn -0.3320 -0.9304 -0.1553</w:t>
        <w:br/>
        <w:t>vn 0.5586 -0.8082 0.1862</w:t>
        <w:br/>
        <w:t>vn 0.5587 -0.8082 0.1862</w:t>
        <w:br/>
        <w:t>vn 0.4686 -0.8632 0.1880</w:t>
        <w:br/>
        <w:t>vn 0.4686 -0.8632 0.1879</w:t>
        <w:br/>
        <w:t>vn 0.2417 -0.9446 0.2221</w:t>
        <w:br/>
        <w:t>vn 0.4795 -0.8762 0.0486</w:t>
        <w:br/>
        <w:t>vn 0.2417 -0.9446 0.2220</w:t>
        <w:br/>
        <w:t>vn 0.5065 -0.7872 0.3519</w:t>
        <w:br/>
        <w:t>vn 0.4677 -0.7974 0.3813</w:t>
        <w:br/>
        <w:t>vn 0.7987 -0.5812 0.1561</w:t>
        <w:br/>
        <w:t>vn 0.7411 -0.6713 -0.0057</w:t>
        <w:br/>
        <w:t>vn -0.4946 -0.7323 0.4680</w:t>
        <w:br/>
        <w:t>vn -0.4147 -0.8604 0.2962</w:t>
        <w:br/>
        <w:t>vn -0.6453 -0.6498 0.4016</w:t>
        <w:br/>
        <w:t>vn -0.7988 -0.3656 0.4777</w:t>
        <w:br/>
        <w:t>vn -0.2187 -0.7970 0.5631</w:t>
        <w:br/>
        <w:t>vn -0.2186 -0.7970 0.5631</w:t>
        <w:br/>
        <w:t>vn -0.2482 -0.8017 0.5437</w:t>
        <w:br/>
        <w:t>vn 0.1947 -0.9574 0.2133</w:t>
        <w:br/>
        <w:t>vn 0.4507 -0.7768 0.4399</w:t>
        <w:br/>
        <w:t>vn 0.4207 -0.7860 0.4530</w:t>
        <w:br/>
        <w:t>vn -0.0459 -0.9835 0.1751</w:t>
        <w:br/>
        <w:t>vn -0.0855 -0.9743 0.2085</w:t>
        <w:br/>
        <w:t>vn 0.7039 -0.7019 -0.1088</w:t>
        <w:br/>
        <w:t>vn 0.2974 -0.9428 0.1508</w:t>
        <w:br/>
        <w:t>vn -0.3036 -0.8897 -0.3410</w:t>
        <w:br/>
        <w:t>vn -0.0918 -0.8173 0.5688</w:t>
        <w:br/>
        <w:t>vn -0.0691 -0.5493 0.8327</w:t>
        <w:br/>
        <w:t>vn -0.0691 -0.5494 0.8327</w:t>
        <w:br/>
        <w:t>vn 0.5513 -0.4905 -0.6749</w:t>
        <w:br/>
        <w:t>vn 0.8233 -0.4910 -0.2849</w:t>
        <w:br/>
        <w:t>vn 0.8232 -0.4910 -0.2849</w:t>
        <w:br/>
        <w:t>vn 0.8434 -0.5291 0.0931</w:t>
        <w:br/>
        <w:t>vn 0.8687 -0.4803 0.1208</w:t>
        <w:br/>
        <w:t>vn 0.9871 0.0097 0.1598</w:t>
        <w:br/>
        <w:t>vn 0.4615 -0.6589 -0.5940</w:t>
        <w:br/>
        <w:t>vn 0.6424 -0.5540 -0.5295</w:t>
        <w:br/>
        <w:t>vn -0.6050 -0.7594 0.2393</w:t>
        <w:br/>
        <w:t>vn -0.2446 -0.7653 0.5954</w:t>
        <w:br/>
        <w:t>vn -0.2446 -0.7653 0.5953</w:t>
        <w:br/>
        <w:t>vn 0.2048 -0.8089 0.5512</w:t>
        <w:br/>
        <w:t>vn 0.2193 -0.9506 0.2199</w:t>
        <w:br/>
        <w:t>vn 0.5878 -0.7700 0.2483</w:t>
        <w:br/>
        <w:t>vn 0.5878 -0.7700 0.2484</w:t>
        <w:br/>
        <w:t>vn 0.5391 -0.7465 0.3900</w:t>
        <w:br/>
        <w:t>vn 0.1334 -0.9833 0.1235</w:t>
        <w:br/>
        <w:t>vn 0.3935 -0.9192 0.0141</w:t>
        <w:br/>
        <w:t>vn 0.3935 -0.9192 0.0142</w:t>
        <w:br/>
        <w:t>vn 0.1334 -0.9833 0.1234</w:t>
        <w:br/>
        <w:t>vn 0.4104 -0.9104 0.0522</w:t>
        <w:br/>
        <w:t>vn 0.6421 -0.7662 0.0235</w:t>
        <w:br/>
        <w:t>vn 0.6421 -0.7662 0.0234</w:t>
        <w:br/>
        <w:t>vn 0.4884 -0.8566 0.1661</w:t>
        <w:br/>
        <w:t>vn 0.2673 -0.9255 0.2683</w:t>
        <w:br/>
        <w:t>vn 0.4884 -0.8567 0.1661</w:t>
        <w:br/>
        <w:t>vn -0.3453 -0.9229 0.1705</w:t>
        <w:br/>
        <w:t>vn -0.0903 -0.9495 0.3004</w:t>
        <w:br/>
        <w:t>vn -0.0904 -0.9495 0.3004</w:t>
        <w:br/>
        <w:t>vn -0.0821 -0.8900 0.4485</w:t>
        <w:br/>
        <w:t>vn 0.1881 -0.7363 0.6500</w:t>
        <w:br/>
        <w:t>vn -0.1767 -0.9680 0.1784</w:t>
        <w:br/>
        <w:t>vn -0.0401 -0.8947 0.4449</w:t>
        <w:br/>
        <w:t>vn -0.0400 -0.8947 0.4449</w:t>
        <w:br/>
        <w:t>vn -0.1821 -0.9779 0.1028</w:t>
        <w:br/>
        <w:t>vn -0.5802 -0.5066 0.6378</w:t>
        <w:br/>
        <w:t>vn -0.4627 -0.7864 0.4092</w:t>
        <w:br/>
        <w:t>vn -0.2209 -0.9039 0.3662</w:t>
        <w:br/>
        <w:t>vn -0.4820 -0.8556 0.1886</w:t>
        <w:br/>
        <w:t>vn -0.4820 -0.8557 0.1886</w:t>
        <w:br/>
        <w:t>vn -0.6973 -0.7139 0.0648</w:t>
        <w:br/>
        <w:t>vn -0.4819 -0.8557 0.1886</w:t>
        <w:br/>
        <w:t>vn -0.2760 -0.9442 0.1795</w:t>
        <w:br/>
        <w:t>vn 0.2524 -0.9675 -0.0157</w:t>
        <w:br/>
        <w:t>vn 0.0409 -0.9854 0.1654</w:t>
        <w:br/>
        <w:t>vn -0.2223 -0.9106 0.3485</w:t>
        <w:br/>
        <w:t>vn -0.2222 -0.9106 0.3485</w:t>
        <w:br/>
        <w:t>vn -0.0725 -0.9936 0.0868</w:t>
        <w:br/>
        <w:t>vn -0.0773 -0.9755 -0.2061</w:t>
        <w:br/>
        <w:t>vn -0.1178 -0.9239 -0.3639</w:t>
        <w:br/>
        <w:t>vn -0.1179 -0.9239 -0.3639</w:t>
        <w:br/>
        <w:t>vn 0.4343 -0.6424 0.6314</w:t>
        <w:br/>
        <w:t>vn 0.4092 -0.7506 0.5188</w:t>
        <w:br/>
        <w:t>vn 0.4342 -0.6424 0.6314</w:t>
        <w:br/>
        <w:t>vn 0.1658 -0.9829 0.0801</w:t>
        <w:br/>
        <w:t>vn -0.1783 -0.9835 -0.0310</w:t>
        <w:br/>
        <w:t>vn -0.2525 -0.9639 -0.0849</w:t>
        <w:br/>
        <w:t>vn -0.0515 -0.9874 0.1499</w:t>
        <w:br/>
        <w:t>vn -0.2564 -0.9562 0.1415</w:t>
        <w:br/>
        <w:t>vn -0.1732 -0.8804 0.4415</w:t>
        <w:br/>
        <w:t>vn -0.1732 -0.8804 0.4414</w:t>
        <w:br/>
        <w:t>vn -0.1573 -0.9587 0.2369</w:t>
        <w:br/>
        <w:t>vn -0.0395 -0.9896 -0.1381</w:t>
        <w:br/>
        <w:t>vn 0.0485 -0.9543 -0.2950</w:t>
        <w:br/>
        <w:t>vn -0.1066 -0.9619 0.2517</w:t>
        <w:br/>
        <w:t>vn -0.1066 -0.9619 0.2518</w:t>
        <w:br/>
        <w:t>vn -0.3281 -0.7325 0.5964</w:t>
        <w:br/>
        <w:t>vn -0.3281 -0.7326 0.5964</w:t>
        <w:br/>
        <w:t>vn 0.1498 -0.9470 0.2841</w:t>
        <w:br/>
        <w:t>vn 0.1467 -0.6869 0.7118</w:t>
        <w:br/>
        <w:t>vn 0.1498 -0.9470 0.2840</w:t>
        <w:br/>
        <w:t>vn -0.5536 -0.6930 -0.4619</w:t>
        <w:br/>
        <w:t>vn 0.1193 -0.8690 -0.4802</w:t>
        <w:br/>
        <w:t>vn 0.6890 -0.5066 -0.5183</w:t>
        <w:br/>
        <w:t>vn 0.6702 -0.6665 -0.3264</w:t>
        <w:br/>
        <w:t>vn 0.1194 -0.8690 -0.4802</w:t>
        <w:br/>
        <w:t>vn -0.5435 -0.6847 -0.4856</w:t>
        <w:br/>
        <w:t>vn -0.7771 -0.4585 -0.4311</w:t>
        <w:br/>
        <w:t>vn -0.7772 -0.4585 -0.4310</w:t>
        <w:br/>
        <w:t>vn -0.0728 -0.9915 -0.1082</w:t>
        <w:br/>
        <w:t>vn -0.0727 -0.9915 -0.1082</w:t>
        <w:br/>
        <w:t>vn -0.5483 -0.8328 -0.0758</w:t>
        <w:br/>
        <w:t>vn -0.4022 -0.8425 0.3584</w:t>
        <w:br/>
        <w:t>vn -0.5672 -0.8029 -0.1835</w:t>
        <w:br/>
        <w:t>vn -0.2197 -0.9210 -0.3218</w:t>
        <w:br/>
        <w:t>vn -0.5672 -0.8029 -0.1836</w:t>
        <w:br/>
        <w:t>vn -0.4518 -0.8772 -0.1622</w:t>
        <w:br/>
        <w:t>vn -0.5704 -0.7853 0.2409</w:t>
        <w:br/>
        <w:t>vn -0.5998 -0.7961 -0.0796</w:t>
        <w:br/>
        <w:t>vn -0.1993 -0.9435 -0.2647</w:t>
        <w:br/>
        <w:t>vn -0.0425 -0.9289 -0.3678</w:t>
        <w:br/>
        <w:t>vn -0.2179 -0.9753 0.0372</w:t>
        <w:br/>
        <w:t>vn -0.1230 -0.9612 -0.2468</w:t>
        <w:br/>
        <w:t>vn -0.1977 -0.7807 -0.5928</w:t>
        <w:br/>
        <w:t>vn -0.2425 -0.7069 -0.6644</w:t>
        <w:br/>
        <w:t>vn -0.2426 -0.7069 -0.6644</w:t>
        <w:br/>
        <w:t>vn -0.0313 -0.9296 -0.3671</w:t>
        <w:br/>
        <w:t>vn -0.0314 -0.9296 -0.3672</w:t>
        <w:br/>
        <w:t>vn -0.1090 -0.9673 -0.2291</w:t>
        <w:br/>
        <w:t>vn -0.7464 -0.6525 0.1309</w:t>
        <w:br/>
        <w:t>vn -0.7463 -0.6526 0.1309</w:t>
        <w:br/>
        <w:t>vn -0.4683 -0.8713 -0.1468</w:t>
        <w:br/>
        <w:t>vn -0.4682 -0.8713 -0.1468</w:t>
        <w:br/>
        <w:t>vn -0.1037 -0.9401 -0.3248</w:t>
        <w:br/>
        <w:t>vn -0.4470 -0.8665 -0.2222</w:t>
        <w:br/>
        <w:t>vn -0.0951 -0.9173 -0.3868</w:t>
        <w:br/>
        <w:t>vn -0.4815 -0.8333 -0.2717</w:t>
        <w:br/>
        <w:t>vn 0.4354 -0.8545 -0.2832</w:t>
        <w:br/>
        <w:t>vn 0.0545 -0.9155 -0.3985</w:t>
        <w:br/>
        <w:t>vn 0.0546 -0.9156 -0.3985</w:t>
        <w:br/>
        <w:t>vn 0.6643 -0.7422 -0.0883</w:t>
        <w:br/>
        <w:t>vn 0.5721 -0.8189 -0.0455</w:t>
        <w:br/>
        <w:t>vn 0.5722 -0.8189 -0.0455</w:t>
        <w:br/>
        <w:t>vn 0.4000 -0.9147 -0.0577</w:t>
        <w:br/>
        <w:t>vn 0.3357 -0.9330 0.1299</w:t>
        <w:br/>
        <w:t>vn 0.1392 -0.9776 -0.1577</w:t>
        <w:br/>
        <w:t>vn 0.1391 -0.9776 -0.1577</w:t>
        <w:br/>
        <w:t>vn -0.0276 -0.8692 -0.4937</w:t>
        <w:br/>
        <w:t>vn 0.2144 -0.9405 -0.2637</w:t>
        <w:br/>
        <w:t>vn 0.5454 -0.8331 -0.0918</w:t>
        <w:br/>
        <w:t>vn 0.7759 -0.6233 -0.0975</w:t>
        <w:br/>
        <w:t>vn 0.7759 -0.6232 -0.0975</w:t>
        <w:br/>
        <w:t>vn 0.1908 -0.9563 -0.2215</w:t>
        <w:br/>
        <w:t>vn 0.5347 -0.8319 -0.1485</w:t>
        <w:br/>
        <w:t>vn 0.5125 -0.6594 -0.5500</w:t>
        <w:br/>
        <w:t>vn 0.3722 -0.8405 -0.3937</w:t>
        <w:br/>
        <w:t>vn 0.8245 -0.3573 -0.4388</w:t>
        <w:br/>
        <w:t>vn 0.5874 -0.5702 -0.5743</w:t>
        <w:br/>
        <w:t>vn 0.5076 -0.5309 0.6786</w:t>
        <w:br/>
        <w:t>vn 0.0846 -0.5351 0.8405</w:t>
        <w:br/>
        <w:t>vn 0.7253 -0.3299 0.6042</w:t>
        <w:br/>
        <w:t>vn 0.8133 -0.2822 0.5088</w:t>
        <w:br/>
        <w:t>vn 0.8523 -0.2365 0.4666</w:t>
        <w:br/>
        <w:t>vn 0.3997 -0.9035 0.1546</w:t>
        <w:br/>
        <w:t>vn 0.1844 -0.9695 -0.1616</w:t>
        <w:br/>
        <w:t>vn 0.3138 -0.8056 0.5026</w:t>
        <w:br/>
        <w:t>vn 0.0765 -0.9532 0.2926</w:t>
        <w:br/>
        <w:t>vn -0.0561 -0.9983 0.0167</w:t>
        <w:br/>
        <w:t>vn -0.1058 -0.9406 0.3226</w:t>
        <w:br/>
        <w:t>vn -0.2481 -0.7201 0.6480</w:t>
        <w:br/>
        <w:t>vn -0.4123 -0.8872 0.2071</w:t>
        <w:br/>
        <w:t>vn 0.0213 -0.8474 0.5305</w:t>
        <w:br/>
        <w:t>vn -0.1711 -0.7951 0.5818</w:t>
        <w:br/>
        <w:t>vn 0.2165 -0.5164 0.8285</w:t>
        <w:br/>
        <w:t>vn 0.2800 -0.9511 -0.1304</w:t>
        <w:br/>
        <w:t>vn 0.2799 -0.9511 -0.1304</w:t>
        <w:br/>
        <w:t>vn 0.1997 -0.9662 -0.1629</w:t>
        <w:br/>
        <w:t>vn 0.5669 -0.8238 -0.0080</w:t>
        <w:br/>
        <w:t>vn 0.5669 -0.8237 -0.0079</w:t>
        <w:br/>
        <w:t>vn 0.8539 -0.5161 0.0663</w:t>
        <w:br/>
        <w:t>vn 0.7232 -0.5793 0.3759</w:t>
        <w:br/>
        <w:t>vn 0.8516 -0.5234 -0.0266</w:t>
        <w:br/>
        <w:t>vn 0.5192 -0.6962 0.4957</w:t>
        <w:br/>
        <w:t>vn 0.5850 -0.7000 0.4095</w:t>
        <w:br/>
        <w:t>vn 0.5203 -0.8156 0.2533</w:t>
        <w:br/>
        <w:t>vn 0.1355 -0.9546 0.2655</w:t>
        <w:br/>
        <w:t>vn 0.1355 -0.9546 0.2654</w:t>
        <w:br/>
        <w:t>vn -0.2017 -0.9479 0.2466</w:t>
        <w:br/>
        <w:t>vn 0.0240 -0.9826 0.1840</w:t>
        <w:br/>
        <w:t>vn 0.3198 -0.8969 0.3054</w:t>
        <w:br/>
        <w:t>vn 0.1346 -0.6852 0.7158</w:t>
        <w:br/>
        <w:t>vn -0.0510 -0.2807 0.9584</w:t>
        <w:br/>
        <w:t>vn -0.1164 -0.0719 0.9906</w:t>
        <w:br/>
        <w:t>vn 0.1506 -0.9874 -0.0481</w:t>
        <w:br/>
        <w:t>vn 0.1814 -0.9751 0.1280</w:t>
        <w:br/>
        <w:t>vn 0.1814 -0.9751 0.1279</w:t>
        <w:br/>
        <w:t>vn 0.1656 -0.9371 0.3074</w:t>
        <w:br/>
        <w:t>vn 0.1314 -0.8453 0.5179</w:t>
        <w:br/>
        <w:t>vn -0.1654 -0.8605 0.4818</w:t>
        <w:br/>
        <w:t>vn 0.3480 -0.9068 0.2378</w:t>
        <w:br/>
        <w:t>vn 0.3480 -0.9068 0.2379</w:t>
        <w:br/>
        <w:t>vn -0.3787 -0.6151 0.6915</w:t>
        <w:br/>
        <w:t>vn -0.4347 -0.6384 0.6352</w:t>
        <w:br/>
        <w:t>vn -0.4346 -0.6384 0.6353</w:t>
        <w:br/>
        <w:t>vn -0.2735 -0.7995 -0.5348</w:t>
        <w:br/>
        <w:t>vn -0.3198 -0.9079 -0.2709</w:t>
        <w:br/>
        <w:t>vn -0.2459 -0.9255 0.2879</w:t>
        <w:br/>
        <w:t>vn -0.2459 -0.9256 0.2879</w:t>
        <w:br/>
        <w:t>vn 0.0140 -0.7181 0.6958</w:t>
        <w:br/>
        <w:t>vn -0.5249 -0.8282 0.1964</w:t>
        <w:br/>
        <w:t>vn -0.5156 -0.8524 0.0873</w:t>
        <w:br/>
        <w:t>vn -0.5155 -0.8524 0.0872</w:t>
        <w:br/>
        <w:t>vn -0.7839 -0.4113 0.4652</w:t>
        <w:br/>
        <w:t>vn -0.5272 -0.7307 0.4337</w:t>
        <w:br/>
        <w:t>vn -0.4671 -0.3773 0.7997</w:t>
        <w:br/>
        <w:t>vn -0.7864 -0.2929 0.5439</w:t>
        <w:br/>
        <w:t>vn -0.3613 -0.3371 0.8694</w:t>
        <w:br/>
        <w:t>vn -0.6382 -0.3347 0.6933</w:t>
        <w:br/>
        <w:t>vn -0.4443 -0.6132 0.6531</w:t>
        <w:br/>
        <w:t>vn -0.6782 -0.5821 0.4485</w:t>
        <w:br/>
        <w:t>vn -0.7881 -0.4691 0.3985</w:t>
        <w:br/>
        <w:t>vn -0.4498 -0.6189 0.6439</w:t>
        <w:br/>
        <w:t>vn 0.0520 -0.8043 0.5920</w:t>
        <w:br/>
        <w:t>vn 0.6127 -0.7721 0.1690</w:t>
        <w:br/>
        <w:t>vn 0.5105 -0.8141 0.2769</w:t>
        <w:br/>
        <w:t>vn 0.6025 -0.7977 -0.0256</w:t>
        <w:br/>
        <w:t>vn 0.5751 -0.8057 -0.1414</w:t>
        <w:br/>
        <w:t>vn -0.0942 0.1102 0.9894</w:t>
        <w:br/>
        <w:t>vn 0.0967 -0.3784 0.9206</w:t>
        <w:br/>
        <w:t>vn 0.1486 -0.5495 0.8222</w:t>
        <w:br/>
        <w:t>vn 0.6957 -0.6634 0.2754</w:t>
        <w:br/>
        <w:t>vn 0.3777 -0.8027 -0.4616</w:t>
        <w:br/>
        <w:t>vn 0.2054 -0.9146 -0.3483</w:t>
        <w:br/>
        <w:t>vn 0.7596 -0.6502 -0.0172</w:t>
        <w:br/>
        <w:t>vn 0.7595 -0.6502 -0.0172</w:t>
        <w:br/>
        <w:t>vn 0.6045 -0.7771 0.1749</w:t>
        <w:br/>
        <w:t>vn 0.6045 -0.7772 0.1749</w:t>
        <w:br/>
        <w:t>vn -0.2509 -0.4296 0.8675</w:t>
        <w:br/>
        <w:t>vn -0.1763 -0.6932 0.6989</w:t>
        <w:br/>
        <w:t>vn 0.1592 -0.5593 0.8135</w:t>
        <w:br/>
        <w:t>vn 0.2032 -0.3798 0.9025</w:t>
        <w:br/>
        <w:t>vn 0.2311 -0.7036 0.6720</w:t>
        <w:br/>
        <w:t>vn 0.6793 -0.7321 -0.0510</w:t>
        <w:br/>
        <w:t>vn 0.4378 -0.8835 0.1666</w:t>
        <w:br/>
        <w:t>vn 0.4377 -0.8835 0.1667</w:t>
        <w:br/>
        <w:t>vn 0.5404 -0.8271 0.1548</w:t>
        <w:br/>
        <w:t>vn 0.1843 -0.9125 0.3652</w:t>
        <w:br/>
        <w:t>vn 0.1844 -0.9125 0.3652</w:t>
        <w:br/>
        <w:t>vn -0.0396 -0.8817 0.4702</w:t>
        <w:br/>
        <w:t>vn 0.2962 -0.7980 0.5249</w:t>
        <w:br/>
        <w:t>vn -0.0395 -0.8817 0.4702</w:t>
        <w:br/>
        <w:t>vn 0.3754 -0.8214 0.4295</w:t>
        <w:br/>
        <w:t>vn 0.3754 -0.8213 0.4295</w:t>
        <w:br/>
        <w:t>vn 0.5891 -0.7849 0.1921</w:t>
        <w:br/>
        <w:t>vn 0.5890 -0.7849 0.1921</w:t>
        <w:br/>
        <w:t>vn 0.1347 -0.9194 0.3695</w:t>
        <w:br/>
        <w:t>vn 0.1033 -0.4360 0.8940</w:t>
        <w:br/>
        <w:t>vn -0.2445 -0.1581 0.9567</w:t>
        <w:br/>
        <w:t>vn -0.7186 -0.5133 0.4691</w:t>
        <w:br/>
        <w:t>vn -0.7523 -0.6484 0.1169</w:t>
        <w:br/>
        <w:t>vn -0.3560 -0.7930 -0.4943</w:t>
        <w:br/>
        <w:t>vn -0.5430 -0.7697 -0.3355</w:t>
        <w:br/>
        <w:t>vn -0.5430 -0.7698 -0.3355</w:t>
        <w:br/>
        <w:t>vn -0.0459 -0.9148 -0.4013</w:t>
        <w:br/>
        <w:t>vn -0.0459 -0.9148 -0.4014</w:t>
        <w:br/>
        <w:t>vn 0.4887 -0.8675 -0.0931</w:t>
        <w:br/>
        <w:t>vn -0.5560 -0.3193 0.7674</w:t>
        <w:br/>
        <w:t>vn -0.5560 -0.3192 0.7674</w:t>
        <w:br/>
        <w:t>vn -0.0333 -0.8349 0.5494</w:t>
        <w:br/>
        <w:t>vn 0.0271 -0.9669 0.2539</w:t>
        <w:br/>
        <w:t>vn -0.8087 -0.5334 0.2478</w:t>
        <w:br/>
        <w:t>vn 0.0124 -0.9023 0.4308</w:t>
        <w:br/>
        <w:t>vn 0.0124 -0.9023 0.4309</w:t>
        <w:br/>
        <w:t>vn 0.1319 -0.8824 0.4516</w:t>
        <w:br/>
        <w:t>vn -0.2269 -0.8763 0.4250</w:t>
        <w:br/>
        <w:t>vn -0.2269 -0.8762 0.4251</w:t>
        <w:br/>
        <w:t>vn -0.1343 -0.9636 0.2313</w:t>
        <w:br/>
        <w:t>vn -0.8155 -0.5467 0.1899</w:t>
        <w:br/>
        <w:t>vn -0.8429 -0.3856 0.3753</w:t>
        <w:br/>
        <w:t>vn -0.7687 -0.6167 -0.1699</w:t>
        <w:br/>
        <w:t>vn -0.8151 -0.5627 0.1381</w:t>
        <w:br/>
        <w:t>vn 0.6571 -0.7488 -0.0869</w:t>
        <w:br/>
        <w:t>vn 0.6571 -0.7488 -0.0868</w:t>
        <w:br/>
        <w:t>vn 0.8282 -0.5123 -0.2272</w:t>
        <w:br/>
        <w:t>vn 0.6217 -0.1872 -0.7605</w:t>
        <w:br/>
        <w:t>vn 0.7720 -0.5149 0.3728</w:t>
        <w:br/>
        <w:t>vn 0.5842 -0.5277 0.6167</w:t>
        <w:br/>
        <w:t>vn 0.5831 -0.3210 0.7463</w:t>
        <w:br/>
        <w:t>vn 0.1183 -0.9882 0.0977</w:t>
        <w:br/>
        <w:t>vn -0.7512 -0.6518 -0.1040</w:t>
        <w:br/>
        <w:t>vn 0.0526 -0.9099 -0.4114</w:t>
        <w:br/>
        <w:t>vn 0.0526 -0.9099 -0.4115</w:t>
        <w:br/>
        <w:t>vn 0.4149 -0.7729 -0.4801</w:t>
        <w:br/>
        <w:t>vn 0.2853 -0.7449 -0.6031</w:t>
        <w:br/>
        <w:t>vn 0.6871 -0.4009 -0.6059</w:t>
        <w:br/>
        <w:t>vn 0.6871 -0.4010 -0.6059</w:t>
        <w:br/>
        <w:t>vn 0.3746 -0.7884 0.4879</w:t>
        <w:br/>
        <w:t>vn 0.1540 -0.6612 0.7342</w:t>
        <w:br/>
        <w:t>vn -0.1151 -0.6602 0.7422</w:t>
        <w:br/>
        <w:t>vn -0.1151 -0.6603 0.7422</w:t>
        <w:br/>
        <w:t>vn -0.0208 -0.7986 0.6015</w:t>
        <w:br/>
        <w:t>vn -0.0208 -0.7986 0.6016</w:t>
        <w:br/>
        <w:t>vn -0.1112 -0.6575 0.7452</w:t>
        <w:br/>
        <w:t>vn 0.2056 -0.4152 0.8862</w:t>
        <w:br/>
        <w:t>vn 0.2410 -0.3475 0.9062</w:t>
        <w:br/>
        <w:t>vn 0.1649 -0.5861 0.7933</w:t>
        <w:br/>
        <w:t>vn 0.1649 -0.5860 0.7933</w:t>
        <w:br/>
        <w:t>vn 0.0603 -0.8505 0.5225</w:t>
        <w:br/>
        <w:t>vn -0.1099 -0.9938 0.0187</w:t>
        <w:br/>
        <w:t>vn 0.2383 -0.9468 0.2164</w:t>
        <w:br/>
        <w:t>vn -0.2499 -0.9666 -0.0563</w:t>
        <w:br/>
        <w:t>vn 0.7311 -0.6468 0.2172</w:t>
        <w:br/>
        <w:t>vn 0.6339 -0.7052 0.3177</w:t>
        <w:br/>
        <w:t>vn 0.6338 -0.7051 0.3179</w:t>
        <w:br/>
        <w:t>vn -0.2012 -0.9780 -0.0548</w:t>
        <w:br/>
        <w:t>vn -0.2012 -0.9780 -0.0547</w:t>
        <w:br/>
        <w:t>vn 0.7694 -0.5637 0.3005</w:t>
        <w:br/>
        <w:t>vn 0.7437 -0.4972 0.4469</w:t>
        <w:br/>
        <w:t>vn 0.7437 -0.4972 0.4470</w:t>
        <w:br/>
        <w:t>vn -0.1395 0.1027 0.9849</w:t>
        <w:br/>
        <w:t>vn -0.2611 0.3008 0.9173</w:t>
        <w:br/>
        <w:t>vn 0.2032 -0.3799 0.9024</w:t>
        <w:br/>
        <w:t>vn 0.1392 -0.2878 0.9475</w:t>
        <w:br/>
        <w:t>vn 0.3487 0.6203 0.7026</w:t>
        <w:br/>
        <w:t>vn -0.1937 0.4051 0.8935</w:t>
        <w:br/>
        <w:t>vn -0.0176 -0.9949 0.0996</w:t>
        <w:br/>
        <w:t>vn -0.0175 -0.9949 0.0996</w:t>
        <w:br/>
        <w:t>vn 0.5096 -0.7436 0.4328</w:t>
        <w:br/>
        <w:t>vn 0.2481 -0.9290 0.2747</w:t>
        <w:br/>
        <w:t>vn 0.5096 -0.7436 0.4329</w:t>
        <w:br/>
        <w:t>vn 0.6195 -0.6280 0.4709</w:t>
        <w:br/>
        <w:t>vn -0.6629 -0.5393 0.5194</w:t>
        <w:br/>
        <w:t>vn -0.5562 -0.6483 0.5199</w:t>
        <w:br/>
        <w:t>vn -0.3144 -0.8653 0.3903</w:t>
        <w:br/>
        <w:t>vn -0.3143 -0.8654 0.3903</w:t>
        <w:br/>
        <w:t>vn -0.4098 -0.5165 0.7518</w:t>
        <w:br/>
        <w:t>vn 0.3508 -0.8267 0.4398</w:t>
        <w:br/>
        <w:t>vn 0.3356 -0.6442 0.6873</w:t>
        <w:br/>
        <w:t>vn 0.0143 -0.9563 -0.2919</w:t>
        <w:br/>
        <w:t>vn 0.2171 -0.6447 0.7330</w:t>
        <w:br/>
        <w:t>vn 0.2410 -0.3476 0.9062</w:t>
        <w:br/>
        <w:t>vn -0.0439 -0.4107 0.9107</w:t>
        <w:br/>
        <w:t>vn -0.1024 -0.5040 0.8576</w:t>
        <w:br/>
        <w:t>vn -0.4022 -0.5416 0.7382</w:t>
        <w:br/>
        <w:t>vn 0.6769 -0.7267 0.1170</w:t>
        <w:br/>
        <w:t>vn 0.4806 -0.8691 -0.1170</w:t>
        <w:br/>
        <w:t>vn 0.4692 -0.8417 -0.2673</w:t>
        <w:br/>
        <w:t>vn 0.1314 -0.7067 0.6952</w:t>
        <w:br/>
        <w:t>vn 0.8891 -0.4416 -0.1204</w:t>
        <w:br/>
        <w:t>vn -0.1503 -0.9749 0.1645</w:t>
        <w:br/>
        <w:t>vn -0.1503 -0.9748 0.1645</w:t>
        <w:br/>
        <w:t>vn -0.1118 -0.9774 0.1795</w:t>
        <w:br/>
        <w:t>vn -0.9029 0.1392 0.4066</w:t>
        <w:br/>
        <w:t>vn -0.5430 0.1517 0.8259</w:t>
        <w:br/>
        <w:t>vn -0.2634 -0.8547 0.4474</w:t>
        <w:br/>
        <w:t>vn -0.6147 -0.6098 0.5002</w:t>
        <w:br/>
        <w:t>vn -0.6148 -0.6098 0.5002</w:t>
        <w:br/>
        <w:t>vn 0.4427 -0.8644 0.2384</w:t>
        <w:br/>
        <w:t>vn -0.2340 -0.7024 0.6722</w:t>
        <w:br/>
        <w:t>vn -0.0003 -0.6267 0.7792</w:t>
        <w:br/>
        <w:t>vn -0.4708 -0.6589 0.5866</w:t>
        <w:br/>
        <w:t>vn -0.4709 -0.6589 0.5866</w:t>
        <w:br/>
        <w:t>vn 0.4031 -0.2979 0.8653</w:t>
        <w:br/>
        <w:t>vn 0.1622 0.2769 0.9471</w:t>
        <w:br/>
        <w:t>vn 0.2980 0.5208 0.8000</w:t>
        <w:br/>
        <w:t>vn 0.2649 0.5298 0.8057</w:t>
        <w:br/>
        <w:t>vn 0.3014 0.5161 0.8018</w:t>
        <w:br/>
        <w:t>vn -0.9387 -0.0356 0.3430</w:t>
        <w:br/>
        <w:t>vn -0.7874 0.2150 0.5778</w:t>
        <w:br/>
        <w:t>vn 0.3110 0.3952 -0.8643</w:t>
        <w:br/>
        <w:t>vn 0.4521 0.3290 -0.8291</w:t>
        <w:br/>
        <w:t>vn 0.4236 0.3327 -0.8425</w:t>
        <w:br/>
        <w:t>vn 0.0052 -0.9157 -0.4019</w:t>
        <w:br/>
        <w:t>vn 0.3461 0.3983 -0.8494</w:t>
        <w:br/>
        <w:t>vn 0.4049 0.3928 -0.8257</w:t>
        <w:br/>
        <w:t>vn 0.3767 0.3880 -0.8412</w:t>
        <w:br/>
        <w:t>vn 0.4106 0.3845 -0.8268</w:t>
        <w:br/>
        <w:t>vn 0.0356 -0.9081 -0.4172</w:t>
        <w:br/>
        <w:t>vn 0.2554 0.9123 -0.3201</w:t>
        <w:br/>
        <w:t>vn 0.4068 0.6957 -0.5921</w:t>
        <w:br/>
        <w:t>vn -0.4152 0.3499 -0.8398</w:t>
        <w:br/>
        <w:t>vn -0.3960 0.3829 -0.8346</w:t>
        <w:br/>
        <w:t>vn -0.3932 0.3954 -0.8301</w:t>
        <w:br/>
        <w:t>vn -0.3935 0.3903 -0.8324</w:t>
        <w:br/>
        <w:t>vn -0.3579 0.3960 -0.8456</w:t>
        <w:br/>
        <w:t>vn -0.2824 0.3952 -0.8741</w:t>
        <w:br/>
        <w:t>vn -0.0879 0.5185 0.8505</w:t>
        <w:br/>
        <w:t>vn 0.9853 0.1709 0.0063</w:t>
        <w:br/>
        <w:t>vn -0.0087 -0.3154 -0.9489</w:t>
        <w:br/>
        <w:t>vn -0.1594 -0.2679 -0.9502</w:t>
        <w:br/>
        <w:t>vn -0.2564 -0.2010 -0.9454</w:t>
        <w:br/>
        <w:t>vn -0.1163 -0.2445 -0.9626</w:t>
        <w:br/>
        <w:t>vn 0.1273 -0.3064 -0.9434</w:t>
        <w:br/>
        <w:t>vn 0.0815 -0.3077 -0.9480</w:t>
        <w:br/>
        <w:t>vn 0.0563 -0.2922 -0.9547</w:t>
        <w:br/>
        <w:t>vn 0.1200 -0.3414 -0.9322</w:t>
        <w:br/>
        <w:t>vn 0.7647 0.2615 0.5889</w:t>
        <w:br/>
        <w:t>vn 0.9567 0.0161 0.2905</w:t>
        <w:br/>
        <w:t>vn 0.6167 0.3751 0.6920</w:t>
        <w:br/>
        <w:t>vn 0.6526 0.2959 0.6976</w:t>
        <w:br/>
        <w:t>vn 0.0176 -0.9889 -0.1474</w:t>
        <w:br/>
        <w:t>vn 0.0531 -0.7033 -0.7090</w:t>
        <w:br/>
        <w:t>vn 0.3829 -0.7789 -0.4967</w:t>
        <w:br/>
        <w:t>vn 0.2332 -0.2062 -0.9503</w:t>
        <w:br/>
        <w:t>vn -0.1906 -0.2440 -0.9509</w:t>
        <w:br/>
        <w:t>vn 0.0070 -0.2846 -0.9586</w:t>
        <w:br/>
        <w:t>vn -0.0926 -0.8752 -0.4748</w:t>
        <w:br/>
        <w:t>vn -0.8693 -0.2143 0.4455</w:t>
        <w:br/>
        <w:t>vn -0.7880 -0.2154 0.5768</w:t>
        <w:br/>
        <w:t>vn -0.7267 -0.2689 0.6322</w:t>
        <w:br/>
        <w:t>vn -0.8452 -0.2369 0.4791</w:t>
        <w:br/>
        <w:t>vn -0.8732 -0.4528 -0.1803</w:t>
        <w:br/>
        <w:t>vn -0.9013 -0.3047 0.3080</w:t>
        <w:br/>
        <w:t>vn -0.7601 -0.4308 0.4865</w:t>
        <w:br/>
        <w:t>vn -0.7563 -0.6456 -0.1059</w:t>
        <w:br/>
        <w:t>vn -0.6351 -0.6325 -0.4434</w:t>
        <w:br/>
        <w:t>vn -0.7659 -0.4586 -0.4507</w:t>
        <w:br/>
        <w:t>vn -0.5387 -0.6134 -0.5775</w:t>
        <w:br/>
        <w:t>vn -0.4305 -0.5636 -0.7050</w:t>
        <w:br/>
        <w:t>vn -0.6487 -0.4877 -0.5843</w:t>
        <w:br/>
        <w:t>vn -0.2727 -0.5031 -0.8201</w:t>
        <w:br/>
        <w:t>vn -0.1080 -0.3790 -0.9191</w:t>
        <w:br/>
        <w:t>vn -0.4184 -0.3499 -0.8382</w:t>
        <w:br/>
        <w:t>vn -0.4669 -0.4343 -0.7703</w:t>
        <w:br/>
        <w:t>vn -0.9646 -0.2383 -0.1133</w:t>
        <w:br/>
        <w:t>vn -0.9448 -0.2347 -0.2287</w:t>
        <w:br/>
        <w:t>vn -0.9324 -0.2285 -0.2800</w:t>
        <w:br/>
        <w:t>vn -0.9784 -0.1999 -0.0528</w:t>
        <w:br/>
        <w:t>vn -0.8963 -0.2904 -0.3351</w:t>
        <w:br/>
        <w:t>vn -0.8852 -0.3476 -0.3093</w:t>
        <w:br/>
        <w:t>vn -0.9485 -0.3168 -0.0063</w:t>
        <w:br/>
        <w:t>vn -0.9690 -0.2470 0.0025</w:t>
        <w:br/>
        <w:t>vn -0.9028 -0.3134 -0.2945</w:t>
        <w:br/>
        <w:t>vn -0.8858 -0.4019 -0.2321</w:t>
        <w:br/>
        <w:t>vn -0.8939 -0.1515 0.4218</w:t>
        <w:br/>
        <w:t>vn -0.9504 -0.2837 -0.1273</w:t>
        <w:br/>
        <w:t>vn -0.9417 -0.3044 0.1433</w:t>
        <w:br/>
        <w:t>vn -0.9635 -0.2640 0.0433</w:t>
        <w:br/>
        <w:t>vn -0.9556 -0.2740 -0.1088</w:t>
        <w:br/>
        <w:t>vn -0.9533 -0.2692 -0.1366</w:t>
        <w:br/>
        <w:t>vn -0.9408 -0.3045 0.1490</w:t>
        <w:br/>
        <w:t>vn -0.8950 -0.3134 0.3175</w:t>
        <w:br/>
        <w:t>vn -0.9186 -0.2962 0.2617</w:t>
        <w:br/>
        <w:t>vn 0.0033 -0.9736 -0.2283</w:t>
        <w:br/>
        <w:t>vn 0.0272 -0.9943 -0.1033</w:t>
        <w:br/>
        <w:t>vn -0.8810 0.1274 0.4557</w:t>
        <w:br/>
        <w:t>vn -0.7483 0.1842 0.6372</w:t>
        <w:br/>
        <w:t>vn -0.8625 -0.0611 0.5024</w:t>
        <w:br/>
        <w:t>vn -0.8897 -0.3611 0.2792</w:t>
        <w:br/>
        <w:t>vn -0.9546 -0.2961 -0.0316</w:t>
        <w:br/>
        <w:t>vn -0.9693 -0.2451 0.0180</w:t>
        <w:br/>
        <w:t>vn 0.1392 -0.9888 -0.0543</w:t>
        <w:br/>
        <w:t>vn 0.0372 -0.9819 -0.1860</w:t>
        <w:br/>
        <w:t>vn -0.9409 -0.3367 0.0373</w:t>
        <w:br/>
        <w:t>vn -0.9655 -0.2545 0.0550</w:t>
        <w:br/>
        <w:t>vn 0.1871 -0.9823 -0.0022</w:t>
        <w:br/>
        <w:t>vn -0.9621 -0.2438 0.1222</w:t>
        <w:br/>
        <w:t>vn -0.9592 -0.2719 0.0780</w:t>
        <w:br/>
        <w:t>vn -0.9640 -0.2448 0.1039</w:t>
        <w:br/>
        <w:t>vn -0.9608 -0.2514 0.1167</w:t>
        <w:br/>
        <w:t>vn -0.9661 -0.2170 0.1400</w:t>
        <w:br/>
        <w:t>vn -0.9757 -0.2152 0.0418</w:t>
        <w:br/>
        <w:t>vn -0.8222 -0.2812 0.4949</w:t>
        <w:br/>
        <w:t>vn -0.8581 -0.2923 0.4222</w:t>
        <w:br/>
        <w:t>vn -0.9152 -0.2737 0.2958</w:t>
        <w:br/>
        <w:t>vn -0.8650 -0.2331 0.4444</w:t>
        <w:br/>
        <w:t>vn -0.9511 -0.2786 0.1335</w:t>
        <w:br/>
        <w:t>vn -0.9358 -0.2965 0.1908</w:t>
        <w:br/>
        <w:t>vn 0.5683 -0.1597 0.8072</w:t>
        <w:br/>
        <w:t>vn 0.7318 -0.1493 0.6649</w:t>
        <w:br/>
        <w:t>vn 0.5199 -0.0057 0.8542</w:t>
        <w:br/>
        <w:t>vn -0.1618 0.2574 0.9527</w:t>
        <w:br/>
        <w:t>vn -0.1618 0.2177 0.9625</w:t>
        <w:br/>
        <w:t>vn -0.3658 0.3182 0.8746</w:t>
        <w:br/>
        <w:t>vn -0.3969 0.3411 0.8521</w:t>
        <w:br/>
        <w:t>vn -0.1995 0.2102 0.9571</w:t>
        <w:br/>
        <w:t>vn -0.1903 0.2834 0.9399</w:t>
        <w:br/>
        <w:t>vn 0.7688 0.0296 0.6388</w:t>
        <w:br/>
        <w:t>vn 0.4343 0.1525 0.8878</w:t>
        <w:br/>
        <w:t>vn 0.9449 -0.0714 0.3196</w:t>
        <w:br/>
        <w:t>vn 0.9245 -0.0379 0.3793</w:t>
        <w:br/>
        <w:t>vn 0.9931 -0.0759 0.0897</w:t>
        <w:br/>
        <w:t>vn 0.8598 -0.2553 0.4422</w:t>
        <w:br/>
        <w:t>vn -0.1811 0.2410 0.9535</w:t>
        <w:br/>
        <w:t>vn -0.3289 0.2644 0.9066</w:t>
        <w:br/>
        <w:t>vn 0.4473 0.0177 0.8942</w:t>
        <w:br/>
        <w:t>vn 0.8092 -0.4079 0.4229</w:t>
        <w:br/>
        <w:t>vn 0.6657 -0.6125 -0.4263</w:t>
        <w:br/>
        <w:t>vn 0.8954 -0.3117 0.3180</w:t>
        <w:br/>
        <w:t>vn 0.8912 -0.3681 0.2651</w:t>
        <w:br/>
        <w:t>vn 0.7024 -0.1573 0.6942</w:t>
        <w:br/>
        <w:t>vn 0.4257 0.0176 0.9047</w:t>
        <w:br/>
        <w:t>vn 0.6912 -0.2197 0.6884</w:t>
        <w:br/>
        <w:t>vn 0.6590 -0.1385 0.7393</w:t>
        <w:br/>
        <w:t>vn 0.7614 -0.4847 -0.4305</w:t>
        <w:br/>
        <w:t>vn 0.3301 -0.5023 -0.7992</w:t>
        <w:br/>
        <w:t>vn 0.0558 -0.4060 -0.9122</w:t>
        <w:br/>
        <w:t>vn 0.3106 -0.4751 -0.8233</w:t>
        <w:br/>
        <w:t>vn 0.3455 -0.4844 -0.8037</w:t>
        <w:br/>
        <w:t>vn 0.3176 -0.4760 -0.8201</w:t>
        <w:br/>
        <w:t>vn -0.4044 -0.1661 -0.8994</w:t>
        <w:br/>
        <w:t>vn -0.3130 -0.2769 -0.9085</w:t>
        <w:br/>
        <w:t>vn -0.3554 -0.2033 -0.9123</w:t>
        <w:br/>
        <w:t>vn -0.3358 -0.2048 -0.9194</w:t>
        <w:br/>
        <w:t>vn -0.3216 -0.1592 -0.9334</w:t>
        <w:br/>
        <w:t>vn 0.3351 0.9421 0.0097</w:t>
        <w:br/>
        <w:t>vn 0.3443 0.9347 0.0885</w:t>
        <w:br/>
        <w:t>vn 0.9756 -0.0983 0.1964</w:t>
        <w:br/>
        <w:t>vn 0.9949 -0.0995 0.0149</w:t>
        <w:br/>
        <w:t>vn 0.9828 -0.0983 0.1561</w:t>
        <w:br/>
        <w:t>vn 0.9907 -0.0270 -0.1337</w:t>
        <w:br/>
        <w:t>vn 0.9969 -0.0766 -0.0172</w:t>
        <w:br/>
        <w:t>vn 0.9898 -0.1353 0.0445</w:t>
        <w:br/>
        <w:t>vn 0.9937 -0.1101 -0.0200</w:t>
        <w:br/>
        <w:t>vn 0.9687 -0.2459 0.0327</w:t>
        <w:br/>
        <w:t>vn 0.9675 -0.2382 0.0850</w:t>
        <w:br/>
        <w:t>vn 0.9548 -0.2882 0.0731</w:t>
        <w:br/>
        <w:t>vn 0.9555 -0.2944 0.0182</w:t>
        <w:br/>
        <w:t>vn 0.8721 -0.2830 -0.3992</w:t>
        <w:br/>
        <w:t>vn 0.9615 -0.2746 -0.0135</w:t>
        <w:br/>
        <w:t>vn 0.9545 -0.2982 0.0015</w:t>
        <w:br/>
        <w:t>vn 0.9540 -0.2999 0.0039</w:t>
        <w:br/>
        <w:t>vn 0.9507 -0.3095 0.0199</w:t>
        <w:br/>
        <w:t>vn 0.8647 -0.3018 -0.4014</w:t>
        <w:br/>
        <w:t>vn 0.4691 -0.2143 -0.8567</w:t>
        <w:br/>
        <w:t>vn 0.5146 -0.2183 -0.8292</w:t>
        <w:br/>
        <w:t>vn 0.9534 -0.2959 0.0590</w:t>
        <w:br/>
        <w:t>vn 0.3475 -0.1539 -0.9250</w:t>
        <w:br/>
        <w:t>vn 0.3118 -0.1650 -0.9357</w:t>
        <w:br/>
        <w:t>vn 0.5004 -0.1001 -0.8600</w:t>
        <w:br/>
        <w:t>vn 0.4095 -0.1340 -0.9024</w:t>
        <w:br/>
        <w:t>vn 0.6588 -0.1407 -0.7391</w:t>
        <w:br/>
        <w:t>vn 0.2268 -0.3071 -0.9243</w:t>
        <w:br/>
        <w:t>vn 0.2889 -0.2464 -0.9251</w:t>
        <w:br/>
        <w:t>vn 0.2258 -0.2286 -0.9470</w:t>
        <w:br/>
        <w:t>vn 0.3472 -0.2298 -0.9092</w:t>
        <w:br/>
        <w:t>vn 0.2705 -0.2316 -0.9345</w:t>
        <w:br/>
        <w:t>vn 0.2978 -0.2527 -0.9206</w:t>
        <w:br/>
        <w:t>vn 0.3761 -0.1316 -0.9172</w:t>
        <w:br/>
        <w:t>vn 0.2543 -0.2092 -0.9442</w:t>
        <w:br/>
        <w:t>vn 0.2468 -0.1323 -0.9600</w:t>
        <w:br/>
        <w:t>vn 0.2744 -0.1296 -0.9528</w:t>
        <w:br/>
        <w:t>vn 0.4142 -0.1094 -0.9036</w:t>
        <w:br/>
        <w:t>vn 0.5499 -0.1042 -0.8287</w:t>
        <w:br/>
        <w:t>vn 0.7534 -0.1629 -0.6371</w:t>
        <w:br/>
        <w:t>vn 0.8203 -0.1563 -0.5501</w:t>
        <w:br/>
        <w:t>vn 0.3767 -0.1513 -0.9139</w:t>
        <w:br/>
        <w:t>vn 0.8882 -0.1272 -0.4416</w:t>
        <w:br/>
        <w:t>vn 0.5593 -0.1365 -0.8176</w:t>
        <w:br/>
        <w:t>vn 0.8002 -0.3657 0.4753</w:t>
        <w:br/>
        <w:t>vn 0.6138 -0.3502 0.7075</w:t>
        <w:br/>
        <w:t>vn 0.6077 -0.3641 0.7058</w:t>
        <w:br/>
        <w:t>vn 0.8060 -0.3923 0.4432</w:t>
        <w:br/>
        <w:t>vn 0.8837 -0.4028 0.2385</w:t>
        <w:br/>
        <w:t>vn 0.9074 -0.3704 0.1988</w:t>
        <w:br/>
        <w:t>vn -0.0758 -0.9912 -0.1082</w:t>
        <w:br/>
        <w:t>vn -0.1017 -0.9935 -0.0502</w:t>
        <w:br/>
        <w:t>vn -0.1165 -0.9911 -0.0647</w:t>
        <w:br/>
        <w:t>vn 0.9631 -0.0938 -0.2522</w:t>
        <w:br/>
        <w:t>vn 0.8612 -0.0871 -0.5008</w:t>
        <w:br/>
        <w:t>vn 0.8651 0.0255 -0.5009</w:t>
        <w:br/>
        <w:t>vn 0.9880 -0.0813 -0.1313</w:t>
        <w:br/>
        <w:t>vn 0.8917 -0.1579 -0.4243</w:t>
        <w:br/>
        <w:t>vn 0.7227 -0.0771 -0.6869</w:t>
        <w:br/>
        <w:t>vn 0.5851 -0.0765 -0.8073</w:t>
        <w:br/>
        <w:t>vn 0.8706 -0.2260 -0.4369</w:t>
        <w:br/>
        <w:t>vn 0.9888 -0.1431 0.0432</w:t>
        <w:br/>
        <w:t>vn 0.9795 -0.1867 -0.0757</w:t>
        <w:br/>
        <w:t>vn 0.9211 -0.1264 -0.3683</w:t>
        <w:br/>
        <w:t>vn 0.4580 -0.0038 -0.8889</w:t>
        <w:br/>
        <w:t>vn 0.9822 -0.1876 -0.0094</w:t>
        <w:br/>
        <w:t>vn 0.9191 -0.0637 -0.3888</w:t>
        <w:br/>
        <w:t>vn 0.9023 -0.1936 -0.3852</w:t>
        <w:br/>
        <w:t>vn 0.9617 -0.2735 -0.0164</w:t>
        <w:br/>
        <w:t>vn 0.8993 -0.1812 -0.3979</w:t>
        <w:br/>
        <w:t>vn 0.9604 -0.2696 -0.0700</w:t>
        <w:br/>
        <w:t>vn 0.9888 -0.1478 0.0212</w:t>
        <w:br/>
        <w:t>vn 0.7721 -0.0576 -0.6328</w:t>
        <w:br/>
        <w:t>vn 0.9749 -0.1097 -0.1936</w:t>
        <w:br/>
        <w:t>vn 0.8772 -0.0886 -0.4720</w:t>
        <w:br/>
        <w:t>vn 0.5941 -0.0043 -0.8044</w:t>
        <w:br/>
        <w:t>vn 0.2044 0.0415 -0.9780</w:t>
        <w:br/>
        <w:t>vn 0.2093 0.0158 -0.9777</w:t>
        <w:br/>
        <w:t>vn 0.3536 -0.0628 -0.9333</w:t>
        <w:br/>
        <w:t>vn 0.3260 -0.0149 -0.9453</w:t>
        <w:br/>
        <w:t>vn 0.7472 -0.0701 -0.6609</w:t>
        <w:br/>
        <w:t>vn 0.4465 0.0253 -0.8944</w:t>
        <w:br/>
        <w:t>vn 0.8140 -0.2090 0.5419</w:t>
        <w:br/>
        <w:t>vn 0.7624 -0.2023 0.6147</w:t>
        <w:br/>
        <w:t>vn 0.6568 -0.2442 0.7134</w:t>
        <w:br/>
        <w:t>vn 0.8416 -0.2165 0.4949</w:t>
        <w:br/>
        <w:t>vn 0.1968 -0.2845 0.9383</w:t>
        <w:br/>
        <w:t>vn 0.3282 -0.3143 0.8908</w:t>
        <w:br/>
        <w:t>vn 0.3434 -0.2437 0.9070</w:t>
        <w:br/>
        <w:t>vn 0.1926 -0.2280 0.9544</w:t>
        <w:br/>
        <w:t>vn 0.1841 -0.3010 0.9357</w:t>
        <w:br/>
        <w:t>vn 0.3344 -0.2973 0.8943</w:t>
        <w:br/>
        <w:t>vn 0.3858 -0.2852 0.8774</w:t>
        <w:br/>
        <w:t>vn 0.2135 -0.2956 0.9312</w:t>
        <w:br/>
        <w:t>vn 0.3205 -0.3286 0.8884</w:t>
        <w:br/>
        <w:t>vn 0.1977 -0.3135 0.9288</w:t>
        <w:br/>
        <w:t>vn 0.7205 -0.2538 0.6454</w:t>
        <w:br/>
        <w:t>vn 0.6843 -0.2400 0.6886</w:t>
        <w:br/>
        <w:t>vn 0.4100 -0.3564 0.8396</w:t>
        <w:br/>
        <w:t>vn 0.4941 -0.2778 0.8238</w:t>
        <w:br/>
        <w:t>vn 0.9737 -0.0205 -0.2271</w:t>
        <w:br/>
        <w:t>vn 0.9801 -0.0005 -0.1984</w:t>
        <w:br/>
        <w:t>vn 0.9645 -0.0079 -0.2640</w:t>
        <w:br/>
        <w:t>vn 0.9471 0.0729 -0.3126</w:t>
        <w:br/>
        <w:t>vn 0.9145 0.0580 -0.4005</w:t>
        <w:br/>
        <w:t>vn 0.9717 0.0379 -0.2330</w:t>
        <w:br/>
        <w:t>vn 0.5197 -0.4443 0.7297</w:t>
        <w:br/>
        <w:t>vn 0.2879 -0.4455 0.8477</w:t>
        <w:br/>
        <w:t>vn 0.9505 0.1144 -0.2889</w:t>
        <w:br/>
        <w:t>vn 0.8359 0.1440 -0.5297</w:t>
        <w:br/>
        <w:t>vn 0.9869 -0.0329 0.1578</w:t>
        <w:br/>
        <w:t>vn 0.9779 0.0347 -0.2060</w:t>
        <w:br/>
        <w:t>vn 0.4835 -0.1367 0.8646</w:t>
        <w:br/>
        <w:t>vn 0.6244 -0.2289 0.7468</w:t>
        <w:br/>
        <w:t>vn 0.4361 -0.3205 0.8409</w:t>
        <w:br/>
        <w:t>vn 0.2693 -0.2277 0.9358</w:t>
        <w:br/>
        <w:t>vn 0.7652 -0.2255 0.6030</w:t>
        <w:br/>
        <w:t>vn 0.6862 -0.1347 0.7148</w:t>
        <w:br/>
        <w:t>vn 0.9487 -0.3069 0.0755</w:t>
        <w:br/>
        <w:t>vn 0.8252 -0.3027 0.4769</w:t>
        <w:br/>
        <w:t>vn 0.8441 -0.2447 0.4771</w:t>
        <w:br/>
        <w:t>vn 0.9710 -0.2336 0.0502</w:t>
        <w:br/>
        <w:t>vn 0.6287 -0.4580 0.6284</w:t>
        <w:br/>
        <w:t>vn 0.5704 -0.4168 0.7077</w:t>
        <w:br/>
        <w:t>vn 0.6196 -0.3711 0.6916</w:t>
        <w:br/>
        <w:t>vn 0.6987 -0.4065 0.5887</w:t>
        <w:br/>
        <w:t>vn 0.3492 -0.3520 0.8684</w:t>
        <w:br/>
        <w:t>vn 0.1143 -0.2388 0.9643</w:t>
        <w:br/>
        <w:t>vn 0.6930 -0.2869 0.6614</w:t>
        <w:br/>
        <w:t>vn 0.7843 -0.3052 0.5401</w:t>
        <w:br/>
        <w:t>vn 0.7378 -0.4640 0.4903</w:t>
        <w:br/>
        <w:t>vn -0.4220 -0.3576 -0.8331</w:t>
        <w:br/>
        <w:t>vn -0.7569 -0.3872 -0.5265</w:t>
        <w:br/>
        <w:t>vn -0.8306 -0.2960 -0.4718</w:t>
        <w:br/>
        <w:t>vn -0.6062 -0.3189 -0.7286</w:t>
        <w:br/>
        <w:t>vn -0.9690 -0.2187 0.1145</w:t>
        <w:br/>
        <w:t>vn -0.9810 -0.1904 0.0367</w:t>
        <w:br/>
        <w:t>vn -0.9744 -0.2181 0.0538</w:t>
        <w:br/>
        <w:t>vn -0.8807 -0.3341 0.3358</w:t>
        <w:br/>
        <w:t>vn -0.9716 -0.2220 -0.0823</w:t>
        <w:br/>
        <w:t>vn -0.9756 -0.2161 0.0382</w:t>
        <w:br/>
        <w:t>vn -0.9690 -0.2441 0.0390</w:t>
        <w:br/>
        <w:t>vn -0.8828 -0.3883 -0.2644</w:t>
        <w:br/>
        <w:t>vn -0.9228 -0.3287 -0.2011</w:t>
        <w:br/>
        <w:t>vn -0.9355 -0.3127 -0.1643</w:t>
        <w:br/>
        <w:t>vn -0.9124 -0.3930 -0.1144</w:t>
        <w:br/>
        <w:t>vn -0.9626 -0.2523 0.0988</w:t>
        <w:br/>
        <w:t>vn 0.9549 -0.2961 -0.0234</w:t>
        <w:br/>
        <w:t>vn 0.9303 -0.3277 0.1647</w:t>
        <w:br/>
        <w:t>vn 0.9557 -0.2295 0.1842</w:t>
        <w:br/>
        <w:t>vn 0.9661 -0.1967 -0.1671</w:t>
        <w:br/>
        <w:t>vn 0.8782 -0.3527 0.3231</w:t>
        <w:br/>
        <w:t>vn 0.7014 -0.2858 0.6529</w:t>
        <w:br/>
        <w:t>vn 0.7490 -0.2667 0.6066</w:t>
        <w:br/>
        <w:t>vn 0.8989 -0.3148 0.3047</w:t>
        <w:br/>
        <w:t>vn 0.9401 -0.1001 -0.3260</w:t>
        <w:br/>
        <w:t>vn 0.9467 -0.1503 -0.2851</w:t>
        <w:br/>
        <w:t>vn 0.9686 -0.1429 -0.2035</w:t>
        <w:br/>
        <w:t>vn 0.9521 -0.1017 -0.2885</w:t>
        <w:br/>
        <w:t>vn 0.0331 -0.9590 -0.2813</w:t>
        <w:br/>
        <w:t>vn 0.0007 -0.9959 -0.0900</w:t>
        <w:br/>
        <w:t>vn -0.0287 -0.9974 0.0668</w:t>
        <w:br/>
        <w:t>vn -0.7586 -0.3632 -0.5409</w:t>
        <w:br/>
        <w:t>vn -0.6261 -0.3223 -0.7100</w:t>
        <w:br/>
        <w:t>vn -0.7225 -0.3522 -0.5950</w:t>
        <w:br/>
        <w:t>vn 0.0385 -0.9850 -0.1684</w:t>
        <w:br/>
        <w:t>vn 0.2565 -0.4342 -0.8635</w:t>
        <w:br/>
        <w:t>vn 0.1530 -0.5374 -0.8294</w:t>
        <w:br/>
        <w:t>vn 0.1324 0.9729 -0.1896</w:t>
        <w:br/>
        <w:t>vn 0.0572 0.9794 -0.1937</w:t>
        <w:br/>
        <w:t>vn 0.0099 0.9994 -0.0342</w:t>
        <w:br/>
        <w:t>vn 0.0093 0.9830 -0.1835</w:t>
        <w:br/>
        <w:t>vn -0.0121 -0.7961 -0.6051</w:t>
        <w:br/>
        <w:t>vn 0.0803 -0.6818 -0.7272</w:t>
        <w:br/>
        <w:t>vn 0.1473 -0.6100 -0.7786</w:t>
        <w:br/>
        <w:t>vn -0.3797 -0.5447 -0.7477</w:t>
        <w:br/>
        <w:t>vn -0.3182 -0.6164 -0.7203</w:t>
        <w:br/>
        <w:t>vn -0.2544 -0.6868 -0.6809</w:t>
        <w:br/>
        <w:t>vn -0.1457 0.9717 -0.1859</w:t>
        <w:br/>
        <w:t>vn -0.0612 0.9804 -0.1872</w:t>
        <w:br/>
        <w:t>vn -0.0444 0.9969 -0.0654</w:t>
        <w:br/>
        <w:t>vn -0.2293 0.9624 -0.1454</w:t>
        <w:br/>
        <w:t>vn -0.1104 -0.9895 0.0932</w:t>
        <w:br/>
        <w:t>vn -0.0638 -0.7541 -0.6537</w:t>
        <w:br/>
        <w:t>vn 0.0006 -0.9768 -0.2142</w:t>
        <w:br/>
        <w:t>vn 0.0195 -0.9793 -0.2015</w:t>
        <w:br/>
        <w:t>vn -0.3508 0.9251 0.1454</w:t>
        <w:br/>
        <w:t>vn -0.4096 0.8997 0.1511</w:t>
        <w:br/>
        <w:t>vn -0.4066 0.9120 0.0546</w:t>
        <w:br/>
        <w:t>vn -0.2762 0.9457 0.1712</w:t>
        <w:br/>
        <w:t>vn -0.3761 0.9027 0.2092</w:t>
        <w:br/>
        <w:t>vn -0.2428 -0.2798 0.9289</w:t>
        <w:br/>
        <w:t>vn -0.3762 -0.2538 0.8911</w:t>
        <w:br/>
        <w:t>vn -0.3488 -0.2774 0.8952</w:t>
        <w:br/>
        <w:t>vn -0.2072 -0.2942 0.9330</w:t>
        <w:br/>
        <w:t>vn -0.2776 -0.3042 0.9113</w:t>
        <w:br/>
        <w:t>vn -0.2938 -0.2792 0.9142</w:t>
        <w:br/>
        <w:t>vn -0.3826 -0.2898 0.8773</w:t>
        <w:br/>
        <w:t>vn -0.4038 -0.3451 0.8472</w:t>
        <w:br/>
        <w:t>vn -0.0660 -0.2472 0.9667</w:t>
        <w:br/>
        <w:t>vn -0.0437 -0.2755 0.9603</w:t>
        <w:br/>
        <w:t>vn -0.1945 -0.2813 0.9397</w:t>
        <w:br/>
        <w:t>vn -0.2002 -0.2771 0.9397</w:t>
        <w:br/>
        <w:t>vn -0.1899 -0.2883 0.9385</w:t>
        <w:br/>
        <w:t>vn -0.0686 -0.2959 0.9528</w:t>
        <w:br/>
        <w:t>vn -0.7242 -0.3205 0.6105</w:t>
        <w:br/>
        <w:t>vn -0.7710 -0.3504 0.5318</w:t>
        <w:br/>
        <w:t>vn -0.9762 -0.2055 -0.0693</w:t>
        <w:br/>
        <w:t>vn -0.7601 -0.3566 0.5432</w:t>
        <w:br/>
        <w:t>vn -0.1368 -0.9897 -0.0411</w:t>
        <w:br/>
        <w:t>vn -0.0999 -0.9932 -0.0605</w:t>
        <w:br/>
        <w:t>vn 0.1446 -0.2736 0.9509</w:t>
        <w:br/>
        <w:t>vn 0.0904 -0.3018 0.9491</w:t>
        <w:br/>
        <w:t>vn -0.0756 -0.9946 -0.0708</w:t>
        <w:br/>
        <w:t>vn 0.7475 -0.1484 -0.6475</w:t>
        <w:br/>
        <w:t>vn 0.4362 -0.1299 -0.8904</w:t>
        <w:br/>
        <w:t>vn 0.9205 -0.1379 -0.3656</w:t>
        <w:br/>
        <w:t>vn -0.1452 0.1798 0.9729</w:t>
        <w:br/>
        <w:t>vn -0.4274 0.1645 0.8890</w:t>
        <w:br/>
        <w:t>vn 0.3039 0.9405 0.1521</w:t>
        <w:br/>
        <w:t>vn 0.2659 0.9425 0.2022</w:t>
        <w:br/>
        <w:t>vn 0.9873 -0.1093 -0.1155</w:t>
        <w:br/>
        <w:t>vn 0.9856 -0.1203 0.1190</w:t>
        <w:br/>
        <w:t>vn 0.9826 -0.1262 0.1359</w:t>
        <w:br/>
        <w:t>vn 0.9927 -0.0996 -0.0675</w:t>
        <w:br/>
        <w:t>vn 0.3085 -0.3128 0.8983</w:t>
        <w:br/>
        <w:t>vn 0.6133 -0.3465 0.7098</w:t>
        <w:br/>
        <w:t>vn -0.3341 -0.3802 -0.8624</w:t>
        <w:br/>
        <w:t>vn 0.0774 -0.3708 -0.9255</w:t>
        <w:br/>
        <w:t>vn -0.3922 -0.7129 -0.5814</w:t>
        <w:br/>
        <w:t>vn -0.2842 -0.6370 -0.7166</w:t>
        <w:br/>
        <w:t>vn -0.6337 -0.6514 0.4172</w:t>
        <w:br/>
        <w:t>vn -0.3482 -0.5175 0.7816</w:t>
        <w:br/>
        <w:t>vn -0.1935 -0.4924 0.8486</w:t>
        <w:br/>
        <w:t>vn -0.1049 -0.5910 0.7998</w:t>
        <w:br/>
        <w:t>vn -0.4070 -0.4606 0.7888</w:t>
        <w:br/>
        <w:t>vn -0.2543 -0.4295 0.8665</w:t>
        <w:br/>
        <w:t>vn 0.0541 -0.3345 0.9408</w:t>
        <w:br/>
        <w:t>vn 0.2244 -0.3322 0.9161</w:t>
        <w:br/>
        <w:t>vn 0.1289 -0.4050 0.9052</w:t>
        <w:br/>
        <w:t>vn 0.2347 -0.4495 0.8619</w:t>
        <w:br/>
        <w:t>vn 0.2771 -0.3315 0.9018</w:t>
        <w:br/>
        <w:t>vn -0.3639 -0.2935 0.8840</w:t>
        <w:br/>
        <w:t>vn 0.2009 -0.1105 0.9734</w:t>
        <w:br/>
        <w:t>vn 0.3779 -0.5101 0.7727</w:t>
        <w:br/>
        <w:t>vn 0.4552 -0.2723 0.8477</w:t>
        <w:br/>
        <w:t>vn 0.1054 -0.7335 0.6715</w:t>
        <w:br/>
        <w:t>vn -0.3162 -0.2551 0.9138</w:t>
        <w:br/>
        <w:t>vn -0.4398 -0.2751 0.8549</w:t>
        <w:br/>
        <w:t>vn -0.3013 -0.3614 0.8824</w:t>
        <w:br/>
        <w:t>vn -0.0695 -0.3140 0.9469</w:t>
        <w:br/>
        <w:t>vn -0.3002 -0.9229 0.2412</w:t>
        <w:br/>
        <w:t>vn -0.7937 -0.5992 -0.1046</w:t>
        <w:br/>
        <w:t>vn -0.8828 -0.4423 -0.1580</w:t>
        <w:br/>
        <w:t>vn 0.4088 -0.2144 -0.8871</w:t>
        <w:br/>
        <w:t>vn 0.4829 -0.1876 -0.8553</w:t>
        <w:br/>
        <w:t>vn 0.4175 -0.2114 -0.8838</w:t>
        <w:br/>
        <w:t>vn 0.9577 -0.1936 -0.2129</w:t>
        <w:br/>
        <w:t>vn 0.9224 -0.1597 -0.3518</w:t>
        <w:br/>
        <w:t>vn -0.9733 -0.2086 -0.0961</w:t>
        <w:br/>
        <w:t>vn -0.2267 0.9274 0.2975</w:t>
        <w:br/>
        <w:t>vn -0.3140 0.9164 0.2483</w:t>
        <w:br/>
        <w:t>vn 0.0493 0.9135 0.4039</w:t>
        <w:br/>
        <w:t>vn -0.0036 0.9143 0.4051</w:t>
        <w:br/>
        <w:t>vn 0.0084 0.9939 0.1100</w:t>
        <w:br/>
        <w:t>vn 0.0300 0.9951 0.0946</w:t>
        <w:br/>
        <w:t>vn 0.1343 0.9179 0.3734</w:t>
        <w:br/>
        <w:t>vn 0.2049 0.9646 -0.1661</w:t>
        <w:br/>
        <w:t>vn 0.2722 0.9576 -0.0944</w:t>
        <w:br/>
        <w:t>vn -0.2398 -0.2409 -0.9404</w:t>
        <w:br/>
        <w:t>vn 0.4125 0.1234 0.9026</w:t>
        <w:br/>
        <w:t>vn 0.9684 -0.1697 0.1830</w:t>
        <w:br/>
        <w:t>vn 0.7843 -0.0042 0.6204</w:t>
        <w:br/>
        <w:t>vn 0.9915 -0.0981 0.0856</w:t>
        <w:br/>
        <w:t>vn 0.9895 -0.1339 -0.0541</w:t>
        <w:br/>
        <w:t>vn 0.7454 -0.0352 0.6657</w:t>
        <w:br/>
        <w:t>vn 0.2479 0.0597 -0.9669</w:t>
        <w:br/>
        <w:t>vn 0.2083 0.0659 -0.9759</w:t>
        <w:br/>
        <w:t>vn 0.3631 0.0023 -0.9318</w:t>
        <w:br/>
        <w:t>vn 0.3388 0.0362 -0.9402</w:t>
        <w:br/>
        <w:t>vn 0.2233 0.9320 0.2857</w:t>
        <w:br/>
        <w:t>vn -0.2793 -0.2620 0.9238</w:t>
        <w:br/>
        <w:t>vn -0.3101 -0.2800 0.9085</w:t>
        <w:br/>
        <w:t>vn -0.3175 -0.2877 0.9036</w:t>
        <w:br/>
        <w:t>vn -0.3614 -0.2558 0.8967</w:t>
        <w:br/>
        <w:t>vn -0.3933 -0.2191 0.8929</w:t>
        <w:br/>
        <w:t>vn -0.3295 -0.2395 0.9133</w:t>
        <w:br/>
        <w:t>vn -0.1409 -0.2680 0.9531</w:t>
        <w:br/>
        <w:t>vn -0.2063 -0.2427 0.9479</w:t>
        <w:br/>
        <w:t>vn -0.3221 -0.2764 0.9055</w:t>
        <w:br/>
        <w:t>vn -0.3572 -0.3316 0.8731</w:t>
        <w:br/>
        <w:t>vn -0.3175 -0.2874 0.9037</w:t>
        <w:br/>
        <w:t>vn -0.8687 -0.0027 0.4953</w:t>
        <w:br/>
        <w:t>vn -0.0718 -0.9851 -0.1562</w:t>
        <w:br/>
        <w:t>vn -0.0739 -0.9891 -0.1270</w:t>
        <w:br/>
        <w:t>vn 0.3249 -0.2132 0.9214</w:t>
        <w:br/>
        <w:t>vn 0.3277 -0.1705 0.9293</w:t>
        <w:br/>
        <w:t>vn 0.3189 -0.2099 0.9243</w:t>
        <w:br/>
        <w:t>vn -0.1420 0.9256 0.3510</w:t>
        <w:br/>
        <w:t>vn -0.0651 0.9188 0.3892</w:t>
        <w:br/>
        <w:t>vn -0.1786 -0.2309 0.9564</w:t>
        <w:br/>
        <w:t>vn -0.1225 -0.2481 0.9610</w:t>
        <w:br/>
        <w:t>vn -0.1691 -0.2872 0.9428</w:t>
        <w:br/>
        <w:t>vn -0.1462 -0.2759 0.9500</w:t>
        <w:br/>
        <w:t>vn -0.1134 -0.2566 0.9598</w:t>
        <w:br/>
        <w:t>vn -0.0599 -0.2801 0.9581</w:t>
        <w:br/>
        <w:t>vn 0.7643 -0.4528 -0.4593</w:t>
        <w:br/>
        <w:t>vn 0.6245 -0.3069 -0.7182</w:t>
        <w:br/>
        <w:t>vn 0.5497 -0.1912 -0.8132</w:t>
        <w:br/>
        <w:t>vn 0.7333 -0.4846 -0.4768</w:t>
        <w:br/>
        <w:t>vn 0.8071 -0.3857 0.4470</w:t>
        <w:br/>
        <w:t>vn 0.9172 -0.3894 0.0844</w:t>
        <w:br/>
        <w:t>vn 0.8407 -0.5047 0.1962</w:t>
        <w:br/>
        <w:t>vn 0.7601 -0.5362 0.3669</w:t>
        <w:br/>
        <w:t>vn 0.1735 -0.3105 0.9346</w:t>
        <w:br/>
        <w:t>vn 0.2536 -0.3396 0.9057</w:t>
        <w:br/>
        <w:t>vn 0.2174 -0.3550 0.9092</w:t>
        <w:br/>
        <w:t>vn 0.1471 -0.4412 0.8853</w:t>
        <w:br/>
        <w:t>vn 0.3617 -0.3277 0.8728</w:t>
        <w:br/>
        <w:t>vn 0.3372 -0.3822 0.8604</w:t>
        <w:br/>
        <w:t>vn 0.1834 -0.3908 0.9020</w:t>
        <w:br/>
        <w:t>vn 0.3313 -0.3709 0.8675</w:t>
        <w:br/>
        <w:t>vn 0.9989 0.0294 -0.0373</w:t>
        <w:br/>
        <w:t>vn 0.9866 0.0197 -0.1617</w:t>
        <w:br/>
        <w:t>vn 0.9906 0.0050 -0.1369</w:t>
        <w:br/>
        <w:t>vn 0.9998 -0.0026 -0.0198</w:t>
        <w:br/>
        <w:t>vn 0.8838 -0.3578 -0.3013</w:t>
        <w:br/>
        <w:t>vn 0.9818 0.0075 -0.1898</w:t>
        <w:br/>
        <w:t>vn 0.9783 0.0336 -0.2046</w:t>
        <w:br/>
        <w:t>vn -0.4952 -0.2631 0.8280</w:t>
        <w:br/>
        <w:t>vn -0.3442 -0.2354 0.9089</w:t>
        <w:br/>
        <w:t>vn -0.1049 -0.2836 0.9532</w:t>
        <w:br/>
        <w:t>vn -0.2561 -0.3327 0.9076</w:t>
        <w:br/>
        <w:t>vn -0.3299 -0.3767 0.8656</w:t>
        <w:br/>
        <w:t>vn -0.4339 -0.3369 0.8356</w:t>
        <w:br/>
        <w:t>vn -0.3451 -0.3588 0.8673</w:t>
        <w:br/>
        <w:t>vn -0.3463 -0.4035 0.8469</w:t>
        <w:br/>
        <w:t>vn -0.2478 -0.4022 0.8814</w:t>
        <w:br/>
        <w:t>vn -0.3469 -0.3727 0.8606</w:t>
        <w:br/>
        <w:t>vn -0.7142 -0.3293 0.6177</w:t>
        <w:br/>
        <w:t>vn -0.7495 -0.2633 0.6074</w:t>
        <w:br/>
        <w:t>vn -0.3346 0.9406 -0.0577</w:t>
        <w:br/>
        <w:t>vn -0.3347 0.9406 -0.0577</w:t>
        <w:br/>
        <w:t>vn 0.1219 -0.4260 -0.8965</w:t>
        <w:br/>
        <w:t>vn 0.1068 -0.4306 -0.8962</w:t>
        <w:br/>
        <w:t>vn 0.0366 -0.3441 -0.9382</w:t>
        <w:br/>
        <w:t>vn 0.0743 -0.3254 -0.9426</w:t>
        <w:br/>
        <w:t>vn 0.5684 -0.3923 -0.7232</w:t>
        <w:br/>
        <w:t>vn 0.5215 -0.2999 -0.7988</w:t>
        <w:br/>
        <w:t>vn 0.6158 -0.3716 -0.6948</w:t>
        <w:br/>
        <w:t>vn 0.6089 0.5836 0.5373</w:t>
        <w:br/>
        <w:t>vn 0.5588 0.6547 0.5091</w:t>
        <w:br/>
        <w:t>vn 0.7082 0.5281 0.4685</w:t>
        <w:br/>
        <w:t>vn 0.7964 -0.4270 -0.4284</w:t>
        <w:br/>
        <w:t>vn 0.7412 -0.6713 -0.0057</w:t>
        <w:br/>
        <w:t>vn 0.7987 -0.5812 0.1560</w:t>
        <w:br/>
        <w:t>vn -0.4880 -0.4227 -0.7637</w:t>
        <w:br/>
        <w:t>vn -0.6975 -0.2800 -0.6596</w:t>
        <w:br/>
        <w:t>vn -0.3712 -0.4394 -0.8180</w:t>
        <w:br/>
        <w:t>vn 0.0561 -0.4828 -0.8739</w:t>
        <w:br/>
        <w:t>vn 0.0805 -0.4011 -0.9125</w:t>
        <w:br/>
        <w:t>vn 0.1395 -0.3836 -0.9129</w:t>
        <w:br/>
        <w:t>vn 0.1711 -0.4692 -0.8664</w:t>
        <w:br/>
        <w:t>vn -0.9808 -0.1712 0.0936</w:t>
        <w:br/>
        <w:t>vn -0.7034 -0.4084 -0.5817</w:t>
        <w:br/>
        <w:t>vn -0.9971 -0.0379 -0.0659</w:t>
        <w:br/>
        <w:t>vn 0.1345 -0.4126 -0.9009</w:t>
        <w:br/>
        <w:t>vn 0.0782 -0.5050 -0.8596</w:t>
        <w:br/>
        <w:t>vn -0.9739 -0.1651 0.1556</w:t>
        <w:br/>
        <w:t>vn -0.9521 -0.2615 0.1587</w:t>
        <w:br/>
        <w:t>vn -0.9563 -0.2588 0.1361</w:t>
        <w:br/>
        <w:t>vn -0.9843 -0.1711 0.0443</w:t>
        <w:br/>
        <w:t>vn 0.4528 -0.1534 -0.8783</w:t>
        <w:br/>
        <w:t>vn 0.4084 -0.1491 -0.9005</w:t>
        <w:br/>
        <w:t>vn 0.1155 0.1503 -0.9819</w:t>
        <w:br/>
        <w:t>vn 0.1840 0.1051 -0.9773</w:t>
        <w:br/>
        <w:t>vn -0.9248 -0.2826 -0.2549</w:t>
        <w:br/>
        <w:t>vn -0.8776 -0.2275 -0.4220</w:t>
        <w:br/>
        <w:t>vn -0.9880 -0.1455 -0.0527</w:t>
        <w:br/>
        <w:t>vn -0.8676 -0.4667 -0.1714</w:t>
        <w:br/>
        <w:t>vn -0.7555 -0.6245 -0.1980</w:t>
        <w:br/>
        <w:t>vn -0.9457 -0.2310 0.2287</w:t>
        <w:br/>
        <w:t>vn -0.9233 -0.1900 0.3338</w:t>
        <w:br/>
        <w:t>vn 0.6218 -0.1872 -0.7605</w:t>
        <w:br/>
        <w:t>vn 0.4863 -0.0500 -0.8724</w:t>
        <w:br/>
        <w:t>vn 0.6925 -0.1484 -0.7060</w:t>
        <w:br/>
        <w:t>vn 0.7720 -0.5148 0.3728</w:t>
        <w:br/>
        <w:t>vn 0.9067 -0.2654 -0.3279</w:t>
        <w:br/>
        <w:t>vn 0.9375 -0.2726 -0.2162</w:t>
        <w:br/>
        <w:t>vn 0.9247 -0.2216 -0.3094</w:t>
        <w:br/>
        <w:t>vn 0.9554 -0.1924 -0.2241</w:t>
        <w:br/>
        <w:t>vn -0.3297 -0.6752 -0.6599</w:t>
        <w:br/>
        <w:t>vn 0.0408 -0.4408 -0.8967</w:t>
        <w:br/>
        <w:t>vn -0.0827 -0.9214 0.3798</w:t>
        <w:br/>
        <w:t>vn -0.2890 -0.9263 0.2416</w:t>
        <w:br/>
        <w:t>vn 0.1958 -0.8119 0.5499</w:t>
        <w:br/>
        <w:t>vn -0.3495 -0.9269 -0.1363</w:t>
        <w:br/>
        <w:t>vn -0.4101 -0.9059 0.1061</w:t>
        <w:br/>
        <w:t>vn 0.9081 0.1888 -0.3738</w:t>
        <w:br/>
        <w:t>vn 0.7571 0.1620 -0.6329</w:t>
        <w:br/>
        <w:t>vn -0.6766 -0.7123 0.1868</w:t>
        <w:br/>
        <w:t>vn -0.6157 -0.7415 -0.2667</w:t>
        <w:br/>
        <w:t>vn -0.5612 -0.4777 0.6759</w:t>
        <w:br/>
        <w:t>vn 0.3727 -0.4645 0.8033</w:t>
        <w:br/>
        <w:t>vn 0.3259 -0.6425 0.6936</w:t>
        <w:br/>
        <w:t>vn 0.4738 -0.3726 0.7980</w:t>
        <w:br/>
        <w:t>vn 0.5900 -0.2263 0.7750</w:t>
        <w:br/>
        <w:t>vn 0.5218 -0.1771 0.8345</w:t>
        <w:br/>
        <w:t>vn 0.3255 -0.0673 0.9431</w:t>
        <w:br/>
        <w:t>vn 0.1377 -0.3903 0.9103</w:t>
        <w:br/>
        <w:t>vn 0.1634 -0.3745 0.9127</w:t>
        <w:br/>
        <w:t>vn 0.4273 -0.5215 0.7385</w:t>
        <w:br/>
        <w:t>vn 0.2507 -0.4529 0.8556</w:t>
        <w:br/>
        <w:t>vn 0.7854 -0.6171 -0.0481</w:t>
        <w:br/>
        <w:t>vn 0.7705 -0.6263 -0.1188</w:t>
        <w:br/>
        <w:t>vn 0.7053 -0.7063 -0.0600</w:t>
        <w:br/>
        <w:t>vn 0.7222 -0.6913 -0.0227</w:t>
        <w:br/>
        <w:t>vn 0.3284 0.0200 -0.9443</w:t>
        <w:br/>
        <w:t>vn 0.3623 -0.0870 -0.9280</w:t>
        <w:br/>
        <w:t>vn 0.1927 -0.3548 0.9149</w:t>
        <w:br/>
        <w:t>vn 0.2981 -0.3326 0.8947</w:t>
        <w:br/>
        <w:t>vn -0.2902 -0.1552 0.9443</w:t>
        <w:br/>
        <w:t>vn -0.5501 -0.2588 0.7940</w:t>
        <w:br/>
        <w:t>vn -0.1297 -0.2888 0.9486</w:t>
        <w:br/>
        <w:t>vn 0.1628 -0.0637 0.9846</w:t>
        <w:br/>
        <w:t>vn -0.4656 -0.3701 0.8039</w:t>
        <w:br/>
        <w:t>vn 0.4130 -0.4223 -0.8069</w:t>
        <w:br/>
        <w:t>vn 0.4094 -0.4019 -0.8191</w:t>
        <w:br/>
        <w:t>vn 0.5243 -0.4505 -0.7226</w:t>
        <w:br/>
        <w:t>vn 0.2540 -0.3378 -0.9063</w:t>
        <w:br/>
        <w:t>vn 0.2214 -0.3367 -0.9152</w:t>
        <w:br/>
        <w:t>vn -0.0551 -0.2928 -0.9546</w:t>
        <w:br/>
        <w:t>vn -0.0665 -0.2465 -0.9668</w:t>
        <w:br/>
        <w:t>vn -0.0756 -0.2614 -0.9623</w:t>
        <w:br/>
        <w:t>vn -0.0686 -0.2841 -0.9563</w:t>
        <w:br/>
        <w:t>vn -0.0851 -0.2073 -0.9746</w:t>
        <w:br/>
        <w:t>vn -0.2238 -0.2197 -0.9496</w:t>
        <w:br/>
        <w:t>vn -0.2544 -0.1550 -0.9546</w:t>
        <w:br/>
        <w:t>vn -0.0978 -0.2145 -0.9718</w:t>
        <w:br/>
        <w:t>vn -0.4927 -0.1113 -0.8631</w:t>
        <w:br/>
        <w:t>vn -0.4604 -0.1861 -0.8680</w:t>
        <w:br/>
        <w:t>vn -0.3531 -0.2647 -0.8973</w:t>
        <w:br/>
        <w:t>vn -0.3534 -0.3430 -0.8703</w:t>
        <w:br/>
        <w:t>vn -0.3005 -0.2846 -0.9103</w:t>
        <w:br/>
        <w:t>vn 0.0102 -0.4033 -0.9150</w:t>
        <w:br/>
        <w:t>vn -0.2916 -0.3354 -0.8958</w:t>
        <w:br/>
        <w:t>vn -0.2143 -0.3739 -0.9023</w:t>
        <w:br/>
        <w:t>vn -0.0036 -0.3978 -0.9175</w:t>
        <w:br/>
        <w:t>vn 0.1178 -0.4211 -0.8993</w:t>
        <w:br/>
        <w:t>vn 0.2652 -0.5265 -0.8077</w:t>
        <w:br/>
        <w:t>vn 0.3053 -0.5277 -0.7927</w:t>
        <w:br/>
        <w:t>vn 0.1972 -0.4609 -0.8653</w:t>
        <w:br/>
        <w:t>vn 0.4909 -0.5980 -0.6336</w:t>
        <w:br/>
        <w:t>vn 0.4333 -0.4951 -0.7531</w:t>
        <w:br/>
        <w:t>vn 0.8271 -0.5291 -0.1898</w:t>
        <w:br/>
        <w:t>vn 0.8666 -0.4481 0.2193</w:t>
        <w:br/>
        <w:t>vn 0.4056 0.0670 0.9116</w:t>
        <w:br/>
        <w:t>vn 0.0913 0.1550 0.9837</w:t>
        <w:br/>
        <w:t>vn -0.3115 0.1745 0.9341</w:t>
        <w:br/>
        <w:t>vn -0.4580 0.0828 0.8851</w:t>
        <w:br/>
        <w:t>vn -0.2475 0.1823 0.9516</w:t>
        <w:br/>
        <w:t>vn -0.2877 0.1490 0.9461</w:t>
        <w:br/>
        <w:t>vn 0.3639 0.0057 0.9314</w:t>
        <w:br/>
        <w:t>vn 0.2235 0.1040 0.9691</w:t>
        <w:br/>
        <w:t>vn -0.0630 0.1526 0.9863</w:t>
        <w:br/>
        <w:t>vn 0.7287 -0.0526 0.6828</w:t>
        <w:br/>
        <w:t>vn 0.9851 0.0355 0.1686</w:t>
        <w:br/>
        <w:t>vn 0.9179 -0.0993 0.3843</w:t>
        <w:br/>
        <w:t>vn 0.9009 -0.0155 0.4338</w:t>
        <w:br/>
        <w:t>vn 0.9247 -0.0477 -0.3777</w:t>
        <w:br/>
        <w:t>vn 0.6263 -0.0967 -0.7736</w:t>
        <w:br/>
        <w:t>vn 0.6111 -0.1269 -0.7813</w:t>
        <w:br/>
        <w:t>vn 0.9159 -0.0971 -0.3895</w:t>
        <w:br/>
        <w:t>vn 0.2632 -0.2174 -0.9399</w:t>
        <w:br/>
        <w:t>vn 0.2453 -0.2108 -0.9463</w:t>
        <w:br/>
        <w:t>vn 0.2616 -0.2532 -0.9314</w:t>
        <w:br/>
        <w:t>vn 0.2636 -0.2514 -0.9313</w:t>
        <w:br/>
        <w:t>vn 0.8526 -0.1665 -0.4954</w:t>
        <w:br/>
        <w:t>vn 0.7189 -0.2247 -0.6578</w:t>
        <w:br/>
        <w:t>vn 0.8369 -0.2548 -0.4844</w:t>
        <w:br/>
        <w:t>vn 0.9114 -0.2450 -0.3308</w:t>
        <w:br/>
        <w:t>vn 0.9098 -0.2876 -0.2992</w:t>
        <w:br/>
        <w:t>vn 0.9317 -0.3089 -0.1909</w:t>
        <w:br/>
        <w:t>vn 0.9507 -0.2525 -0.1800</w:t>
        <w:br/>
        <w:t>vn 0.9323 -0.3599 -0.0361</w:t>
        <w:br/>
        <w:t>vn 0.9063 -0.3880 0.1674</w:t>
        <w:br/>
        <w:t>vn 0.4430 -0.1820 0.8779</w:t>
        <w:br/>
        <w:t>vn 0.5741 -0.1699 0.8010</w:t>
        <w:br/>
        <w:t>vn 0.9719 -0.1946 -0.1326</w:t>
        <w:br/>
        <w:t>vn 0.9607 -0.2479 -0.1251</w:t>
        <w:br/>
        <w:t>vn 0.9601 -0.2395 -0.1441</w:t>
        <w:br/>
        <w:t>vn 0.7059 -0.1792 -0.6852</w:t>
        <w:br/>
        <w:t>vn 0.3163 0.0532 -0.9472</w:t>
        <w:br/>
        <w:t>vn 0.2819 0.0791 -0.9562</w:t>
        <w:br/>
        <w:t>vn 0.2585 0.0801 -0.9627</w:t>
        <w:br/>
        <w:t>vn 0.4225 -0.0116 -0.9063</w:t>
        <w:br/>
        <w:t>vn 0.3173 0.0341 -0.9477</w:t>
        <w:br/>
        <w:t>vn 0.4956 -0.0878 -0.8641</w:t>
        <w:br/>
        <w:t>vn 0.7275 -0.4679 -0.5018</w:t>
        <w:br/>
        <w:t>vn 0.1163 -0.5688 0.8142</w:t>
        <w:br/>
        <w:t>vn 0.2683 -0.6104 0.7453</w:t>
        <w:br/>
        <w:t>vn 0.2387 -0.6022 0.7618</w:t>
        <w:br/>
        <w:t>vn 0.0936 -0.6322 0.7691</w:t>
        <w:br/>
        <w:t>vn 0.1475 -0.2762 0.9497</w:t>
        <w:br/>
        <w:t>vn 0.0160 -0.3071 0.9516</w:t>
        <w:br/>
        <w:t>vn -0.1064 -0.4939 0.8630</w:t>
        <w:br/>
        <w:t>vn -0.0528 -0.3929 0.9181</w:t>
        <w:br/>
        <w:t>vn -0.0435 -0.3342 0.9415</w:t>
        <w:br/>
        <w:t>vn 0.1020 -0.2822 0.9539</w:t>
        <w:br/>
        <w:t>vn 0.1804 -0.2977 0.9375</w:t>
        <w:br/>
        <w:t>vn 0.7163 0.1504 -0.6813</w:t>
        <w:br/>
        <w:t>vn 0.8806 0.2405 -0.4083</w:t>
        <w:br/>
        <w:t>vn 0.6380 -0.3823 0.6684</w:t>
        <w:br/>
        <w:t>vn 0.5889 -0.5004 0.6347</w:t>
        <w:br/>
        <w:t>vn 0.1405 -0.4169 0.8980</w:t>
        <w:br/>
        <w:t>vn 0.2644 -0.3647 0.8928</w:t>
        <w:br/>
        <w:t>vn 0.1684 -0.3470 0.9226</w:t>
        <w:br/>
        <w:t>vn 0.1455 -0.3503 0.9253</w:t>
        <w:br/>
        <w:t>vn 0.1779 -0.3283 0.9277</w:t>
        <w:br/>
        <w:t>vn 0.1918 -0.3347 0.9226</w:t>
        <w:br/>
        <w:t>vn -0.2187 -0.4599 0.8606</w:t>
        <w:br/>
        <w:t>vn -0.2811 -0.4646 0.8397</w:t>
        <w:br/>
        <w:t>vn -0.2246 -0.4081 0.8849</w:t>
        <w:br/>
        <w:t>vn -0.5052 -0.3271 0.7986</w:t>
        <w:br/>
        <w:t>vn -0.8614 -0.3014 0.4089</w:t>
        <w:br/>
        <w:t>vn -0.8466 -0.2790 0.4532</w:t>
        <w:br/>
        <w:t>vn -0.9420 -0.3177 0.1083</w:t>
        <w:br/>
        <w:t>vn -0.9720 -0.1761 0.1559</w:t>
        <w:br/>
        <w:t>vn -0.9140 -0.3480 0.2086</w:t>
        <w:br/>
        <w:t>vn -0.9514 -0.0824 0.2966</w:t>
        <w:br/>
        <w:t>vn -0.7759 -0.3606 0.5177</w:t>
        <w:br/>
        <w:t>vn -0.8315 -0.1416 0.5372</w:t>
        <w:br/>
        <w:t>vn -0.5171 -0.3444 0.7836</w:t>
        <w:br/>
        <w:t>vn -0.0068 -0.2883 0.9575</w:t>
        <w:br/>
        <w:t>vn -0.1978 -0.3601 0.9117</w:t>
        <w:br/>
        <w:t>vn 0.2099 -0.1464 0.9667</w:t>
        <w:br/>
        <w:t>vn 0.4099 -0.1425 0.9009</w:t>
        <w:br/>
        <w:t>vn 0.6199 -0.2052 0.7574</w:t>
        <w:br/>
        <w:t>vn 0.5330 -0.2428 0.8105</w:t>
        <w:br/>
        <w:t>vn 0.1944 -0.8237 0.5326</w:t>
        <w:br/>
        <w:t>vn 0.2454 -0.7490 0.6155</w:t>
        <w:br/>
        <w:t>vn -0.9004 -0.2536 0.3534</w:t>
        <w:br/>
        <w:t>vn -0.9785 -0.2058 0.0157</w:t>
        <w:br/>
        <w:t>vn -0.9598 -0.1824 -0.2132</w:t>
        <w:br/>
        <w:t>vn -0.9341 -0.1959 0.2984</w:t>
        <w:br/>
        <w:t>vn -0.7733 -0.2051 0.5999</w:t>
        <w:br/>
        <w:t>vn -0.8041 -0.1846 0.5651</w:t>
        <w:br/>
        <w:t>vn -0.9726 -0.1340 0.1900</w:t>
        <w:br/>
        <w:t>vn -0.5771 -0.1869 0.7950</w:t>
        <w:br/>
        <w:t>vn -0.7547 -0.2405 0.6104</w:t>
        <w:br/>
        <w:t>vn -0.8300 -0.4498 0.3298</w:t>
        <w:br/>
        <w:t>vn -0.8718 -0.4032 0.2782</w:t>
        <w:br/>
        <w:t>vn -0.7914 -0.3875 0.4729</w:t>
        <w:br/>
        <w:t>vn -0.7400 -0.4327 0.5149</w:t>
        <w:br/>
        <w:t>vn -0.9029 -0.4274 0.0466</w:t>
        <w:br/>
        <w:t>vn -0.8927 -0.4455 0.0677</w:t>
        <w:br/>
        <w:t>vn -0.8882 -0.4539 -0.0710</w:t>
        <w:br/>
        <w:t>vn -0.9022 -0.4242 -0.0780</w:t>
        <w:br/>
        <w:t>vn -0.8913 -0.4497 -0.0571</w:t>
        <w:br/>
        <w:t>vn -0.8994 -0.4249 -0.1029</w:t>
        <w:br/>
        <w:t>vn -0.9069 -0.2130 0.3637</w:t>
        <w:br/>
        <w:t>vn -0.7039 -0.1214 0.6998</w:t>
        <w:br/>
        <w:t>vn -0.6171 -0.1559 0.7713</w:t>
        <w:br/>
        <w:t>vn -0.5349 -0.0727 0.8418</w:t>
        <w:br/>
        <w:t>vn -0.4040 -0.2013 0.8923</w:t>
        <w:br/>
        <w:t>vn -0.5893 -0.7923 0.1582</w:t>
        <w:br/>
        <w:t>vn -0.5381 -0.8064 -0.2452</w:t>
        <w:br/>
        <w:t>vn -0.1408 -0.5407 -0.8293</w:t>
        <w:br/>
        <w:t>vn -0.0606 -0.5340 -0.8433</w:t>
        <w:br/>
        <w:t>vn 0.0963 -0.3979 -0.9123</w:t>
        <w:br/>
        <w:t>vn 0.0898 -0.4467 -0.8902</w:t>
        <w:br/>
        <w:t>vn -0.3174 -0.4273 -0.8466</w:t>
        <w:br/>
        <w:t>vn -0.7168 -0.4430 -0.5384</w:t>
        <w:br/>
        <w:t>vn -0.8196 -0.4004 -0.4097</w:t>
        <w:br/>
        <w:t>vn -0.9021 -0.3104 -0.2996</w:t>
        <w:br/>
        <w:t>vn -0.9826 -0.1556 0.1014</w:t>
        <w:br/>
        <w:t>vn -0.8834 -0.3091 -0.3523</w:t>
        <w:br/>
        <w:t>vn -0.9419 -0.1028 0.3197</w:t>
        <w:br/>
        <w:t>vn -0.9551 -0.1283 0.2671</w:t>
        <w:br/>
        <w:t>vn -0.3922 -0.5090 -0.7662</w:t>
        <w:br/>
        <w:t>vn -0.0293 -0.5035 -0.8635</w:t>
        <w:br/>
        <w:t>vn 0.0956 -0.3919 -0.9150</w:t>
        <w:br/>
        <w:t>vn -0.3954 -0.4496 -0.8009</w:t>
        <w:br/>
        <w:t>vn -0.3277 -0.5044 -0.7988</w:t>
        <w:br/>
        <w:t>vn -0.8302 -0.0996 -0.5484</w:t>
        <w:br/>
        <w:t>vn -0.9923 0.0962 -0.0775</w:t>
        <w:br/>
        <w:t>vn -0.9416 0.1015 0.3211</w:t>
        <w:br/>
        <w:t>vn -0.7990 0.2956 0.5236</w:t>
        <w:br/>
        <w:t>vn -0.9145 0.1061 0.3903</w:t>
        <w:br/>
        <w:t>vn -0.7347 0.3036 0.6066</w:t>
        <w:br/>
        <w:t>vn -0.8064 0.1176 0.5796</w:t>
        <w:br/>
        <w:t>vn -0.9327 -0.3425 0.1133</w:t>
        <w:br/>
        <w:t>vn -0.5134 -0.7372 -0.4394</w:t>
        <w:br/>
        <w:t>vn -0.2766 -0.7462 -0.6055</w:t>
        <w:br/>
        <w:t>vn 0.0156 -0.6664 -0.7454</w:t>
        <w:br/>
        <w:t>vn 0.1844 -0.6570 -0.7310</w:t>
        <w:br/>
        <w:t>vn 0.3068 -0.5559 -0.7726</w:t>
        <w:br/>
        <w:t>vn -0.2520 -0.6428 -0.7234</w:t>
        <w:br/>
        <w:t>vn 0.0682 -0.6502 -0.7567</w:t>
        <w:br/>
        <w:t>vn -0.1729 -0.7075 -0.6852</w:t>
        <w:br/>
        <w:t>vn -0.2951 -0.6628 -0.6882</w:t>
        <w:br/>
        <w:t>vn -0.1222 -0.6536 -0.7469</w:t>
        <w:br/>
        <w:t>vn -0.1703 -0.6669 -0.7255</w:t>
        <w:br/>
        <w:t>vn -0.1908 -0.5574 -0.8081</w:t>
        <w:br/>
        <w:t>vn 0.0148 -0.6231 -0.7820</w:t>
        <w:br/>
        <w:t>vn 0.5752 -0.8057 -0.1414</w:t>
        <w:br/>
        <w:t>vn 0.3248 -0.6249 -0.7099</w:t>
        <w:br/>
        <w:t>vn 0.4042 -0.5731 -0.7128</w:t>
        <w:br/>
        <w:t>vn 0.4581 0.7433 0.4875</w:t>
        <w:br/>
        <w:t>vn 0.4300 0.7514 0.5005</w:t>
        <w:br/>
        <w:t>vn 0.4512 0.8114 0.3714</w:t>
        <w:br/>
        <w:t>vn 0.5644 0.6037 0.5630</w:t>
        <w:br/>
        <w:t>vn -0.3028 -0.7647 -0.5688</w:t>
        <w:br/>
        <w:t>vn -0.2073 -0.6634 -0.7190</w:t>
        <w:br/>
        <w:t>vn 0.5674 -0.1487 0.8099</w:t>
        <w:br/>
        <w:t>vn 0.5283 -0.2634 0.8071</w:t>
        <w:br/>
        <w:t>vn -0.4912 -0.8426 -0.2208</w:t>
        <w:br/>
        <w:t>vn -0.7228 -0.6773 -0.1376</w:t>
        <w:br/>
        <w:t>vn -0.8852 -0.3838 -0.2630</w:t>
        <w:br/>
        <w:t>vn -0.8035 -0.1580 -0.5739</w:t>
        <w:br/>
        <w:t>vn -0.9541 -0.2027 -0.2202</w:t>
        <w:br/>
        <w:t>vn -0.9024 -0.1161 0.4150</w:t>
        <w:br/>
        <w:t>vn -0.0062 -0.3194 -0.9476</w:t>
        <w:br/>
        <w:t>vn 0.0469 -0.3634 -0.9305</w:t>
        <w:br/>
        <w:t>vn -0.5279 -0.1676 -0.8326</w:t>
        <w:br/>
        <w:t>vn -0.1705 -0.3530 -0.9199</w:t>
        <w:br/>
        <w:t>vn -0.0172 -0.3617 -0.9321</w:t>
        <w:br/>
        <w:t>vn 0.6945 -0.2799 -0.6628</w:t>
        <w:br/>
        <w:t>vn 0.8224 -0.2978 -0.4847</w:t>
        <w:br/>
        <w:t>vn 0.9648 -0.2307 -0.1259</w:t>
        <w:br/>
        <w:t>vn 0.4971 -0.5665 0.6573</w:t>
        <w:br/>
        <w:t>vn 0.5306 -0.5804 0.6177</w:t>
        <w:br/>
        <w:t>vn 0.4447 -0.7033 0.5546</w:t>
        <w:br/>
        <w:t>vn 0.3471 -0.7072 0.6160</w:t>
        <w:br/>
        <w:t>vn 0.5171 0.5547 0.6518</w:t>
        <w:br/>
        <w:t>vn 0.3487 0.6202 0.7026</w:t>
        <w:br/>
        <w:t>vn -0.2010 -0.7302 -0.6530</w:t>
        <w:br/>
        <w:t>vn -0.3325 -0.4862 0.8081</w:t>
        <w:br/>
        <w:t>vn 0.2005 0.1148 -0.9729</w:t>
        <w:br/>
        <w:t>vn 0.6070 -0.5695 -0.5542</w:t>
        <w:br/>
        <w:t>vn 0.6503 -0.6456 -0.4003</w:t>
        <w:br/>
        <w:t>vn 0.8261 -0.5507 -0.1194</w:t>
        <w:br/>
        <w:t>vn 0.3600 -0.4985 0.7886</w:t>
        <w:br/>
        <w:t>vn 0.6121 -0.2119 0.7619</w:t>
        <w:br/>
        <w:t>vn 0.9678 0.0738 0.2405</w:t>
        <w:br/>
        <w:t>vn 0.9877 0.0376 0.1520</w:t>
        <w:br/>
        <w:t>vn 0.7377 -0.2138 0.6404</w:t>
        <w:br/>
        <w:t>vn 0.2992 -0.2556 0.9193</w:t>
        <w:br/>
        <w:t>vn 0.2944 -0.6621 0.6891</w:t>
        <w:br/>
        <w:t>vn 0.2702 -0.6561 0.7047</w:t>
        <w:br/>
        <w:t>vn 0.7302 -0.6800 0.0664</w:t>
        <w:br/>
        <w:t>vn 0.6688 -0.6872 0.2837</w:t>
        <w:br/>
        <w:t>vn 0.7093 -0.6502 0.2723</w:t>
        <w:br/>
        <w:t>vn 0.7648 -0.6358 0.1044</w:t>
        <w:br/>
        <w:t>vn 0.1930 -0.3581 0.9135</w:t>
        <w:br/>
        <w:t>vn 0.1640 -0.3745 0.9126</w:t>
        <w:br/>
        <w:t>vn 0.4529 -0.4052 0.7942</w:t>
        <w:br/>
        <w:t>vn 0.2757 -0.7145 0.6431</w:t>
        <w:br/>
        <w:t>vn 0.1405 -0.8958 0.4217</w:t>
        <w:br/>
        <w:t>vn -0.8506 -0.4176 -0.3197</w:t>
        <w:br/>
        <w:t>vn -0.7783 -0.0754 -0.6233</w:t>
        <w:br/>
        <w:t>vn -0.8534 -0.2434 -0.4609</w:t>
        <w:br/>
        <w:t>vn -0.7782 -0.4625 -0.4249</w:t>
        <w:br/>
        <w:t>vn 0.5315 0.5545 0.6403</w:t>
        <w:br/>
        <w:t>vn 0.3835 -0.2219 -0.8965</w:t>
        <w:br/>
        <w:t>vn 0.3947 -0.1981 -0.8972</w:t>
        <w:br/>
        <w:t>vn 0.3898 -0.1678 -0.9055</w:t>
        <w:br/>
        <w:t>vn 0.3590 -0.2165 -0.9079</w:t>
        <w:br/>
        <w:t>vn 0.2867 -0.2158 -0.9334</w:t>
        <w:br/>
        <w:t>vn 0.8422 -0.3527 0.4078</w:t>
        <w:br/>
        <w:t>vn 0.8931 -0.3493 0.2833</w:t>
        <w:br/>
        <w:t>vn 0.2066 -0.2916 0.9340</w:t>
        <w:br/>
        <w:t>vn 0.0612 -0.2795 0.9582</w:t>
        <w:br/>
        <w:t>vn 0.9274 -0.2787 -0.2495</w:t>
        <w:br/>
        <w:t>vn 0.9481 -0.2521 -0.1935</w:t>
        <w:br/>
        <w:t>vn 0.2097 -0.2751 -0.9383</w:t>
        <w:br/>
        <w:t>vn -0.0695 -0.9786 -0.1938</w:t>
        <w:br/>
        <w:t>vn 0.8852 -0.2083 -0.4161</w:t>
        <w:br/>
        <w:t>vn 0.9462 -0.3040 -0.1108</w:t>
        <w:br/>
        <w:t>vn 0.9290 -0.3207 0.1848</w:t>
        <w:br/>
        <w:t>vn -0.0701 -0.9770 -0.2015</w:t>
        <w:br/>
        <w:t>vn 0.8701 -0.4004 0.2876</w:t>
        <w:br/>
        <w:t>vn 0.9363 -0.2989 -0.1843</w:t>
        <w:br/>
        <w:t>vn 0.2985 -0.3326 0.8946</w:t>
        <w:br/>
        <w:t>vn 0.6029 -0.3832 0.6998</w:t>
        <w:br/>
        <w:t>vn 0.3023 -0.3393 -0.8908</w:t>
        <w:br/>
        <w:t>vn 0.5808 -0.4348 -0.6882</w:t>
        <w:br/>
        <w:t>vn 0.5409 -0.1525 -0.8272</w:t>
        <w:br/>
        <w:t>vn 0.6091 -0.2040 -0.7664</w:t>
        <w:br/>
        <w:t>vn 0.6300 -0.1721 -0.7573</w:t>
        <w:br/>
        <w:t>vn 0.5691 -0.1695 -0.8046</w:t>
        <w:br/>
        <w:t>vn 0.3933 -0.1564 -0.9060</w:t>
        <w:br/>
        <w:t>vn 0.4536 -0.1528 -0.8780</w:t>
        <w:br/>
        <w:t>vn 0.9601 -0.0934 0.2638</w:t>
        <w:br/>
        <w:t>vn 0.6286 -0.0957 0.7718</w:t>
        <w:br/>
        <w:t>vn 0.5368 -0.1154 0.8358</w:t>
        <w:br/>
        <w:t>vn 0.9468 -0.1113 0.3020</w:t>
        <w:br/>
        <w:t>vn -0.9804 -0.1840 -0.0697</w:t>
        <w:br/>
        <w:t>vn -0.9684 -0.0594 -0.2421</w:t>
        <w:br/>
        <w:t>vn -0.9820 -0.1757 0.0688</w:t>
        <w:br/>
        <w:t>vn -0.9778 -0.2086 -0.0201</w:t>
        <w:br/>
        <w:t>vn -0.9741 -0.1911 -0.1205</w:t>
        <w:br/>
        <w:t>vn -0.9765 -0.2136 -0.0292</w:t>
        <w:br/>
        <w:t>vn -0.6735 -0.2984 0.6762</w:t>
        <w:br/>
        <w:t>vn -0.9822 -0.1811 -0.0489</w:t>
        <w:br/>
        <w:t>vn -0.9575 -0.1479 -0.2476</w:t>
        <w:br/>
        <w:t>vn -0.9499 -0.1786 -0.2566</w:t>
        <w:br/>
        <w:t>vn -0.8543 -0.0708 -0.5149</w:t>
        <w:br/>
        <w:t>vn -0.9470 -0.3190 0.0381</w:t>
        <w:br/>
        <w:t>vn -0.9465 -0.3125 -0.0803</w:t>
        <w:br/>
        <w:t>vn -0.8688 -0.2905 0.4011</w:t>
        <w:br/>
        <w:t>vn -0.9325 -0.2953 0.2080</w:t>
        <w:br/>
        <w:t>vn -0.9488 -0.2576 -0.1826</w:t>
        <w:br/>
        <w:t>vn -0.9500 -0.2613 -0.1711</w:t>
        <w:br/>
        <w:t>vn -0.9544 -0.2416 -0.1754</w:t>
        <w:br/>
        <w:t>vn -0.9816 -0.1552 0.1108</w:t>
        <w:br/>
        <w:t>vn -0.9273 -0.2410 -0.2865</w:t>
        <w:br/>
        <w:t>vn -0.9388 -0.2857 -0.1925</w:t>
        <w:br/>
        <w:t>vn 0.1462 -0.3456 -0.9269</w:t>
        <w:br/>
        <w:t>vn 0.0545 -0.3769 -0.9247</w:t>
        <w:br/>
        <w:t>vn -0.5842 -0.3059 -0.7518</w:t>
        <w:br/>
        <w:t>vn 0.6355 0.2479 0.7313</w:t>
        <w:br/>
        <w:t>vn 0.5436 0.3639 0.7563</w:t>
        <w:br/>
        <w:t>vn 0.4040 0.2937 0.8663</w:t>
        <w:br/>
        <w:t>vn 0.8739 -0.3172 -0.3684</w:t>
        <w:br/>
        <w:t>vn 0.6692 -0.4525 -0.5894</w:t>
        <w:br/>
        <w:t>vn -0.8294 -0.4325 -0.3535</w:t>
        <w:br/>
        <w:t>vn 0.3261 -0.5305 -0.7825</w:t>
        <w:br/>
        <w:t>vn -0.2075 -0.6085 -0.7659</w:t>
        <w:br/>
        <w:t>vn -0.7565 -0.4022 -0.5158</w:t>
        <w:br/>
        <w:t>vn -0.9258 -0.3127 -0.2121</w:t>
        <w:br/>
        <w:t>vn -0.8983 -0.4249 -0.1123</w:t>
        <w:br/>
        <w:t>vn -0.7249 -0.4579 -0.5146</w:t>
        <w:br/>
        <w:t>vn 0.3952 -0.1624 -0.9041</w:t>
        <w:br/>
        <w:t>vn -0.3472 -0.6387 -0.6867</w:t>
        <w:br/>
        <w:t>vn -0.0233 -0.6150 -0.7882</w:t>
        <w:br/>
        <w:t>vn 0.8068 -0.3701 -0.4605</w:t>
        <w:br/>
        <w:t>vn 0.5333 -0.5111 -0.6740</w:t>
        <w:br/>
        <w:t>vn 0.6137 0.2637 0.7442</w:t>
        <w:br/>
        <w:t>vn 0.8193 0.1840 0.5431</w:t>
        <w:br/>
        <w:t>vn 0.8396 -0.3911 0.3771</w:t>
        <w:br/>
        <w:t>vn 0.2150 -0.2826 0.9348</w:t>
        <w:br/>
        <w:t>vn 0.0694 -0.2545 0.9646</w:t>
        <w:br/>
        <w:t>vn 0.7995 -0.5164 0.3069</w:t>
        <w:br/>
        <w:t>vn 0.3639 -0.1689 -0.9160</w:t>
        <w:br/>
        <w:t>vn 0.4662 -0.1197 -0.8766</w:t>
        <w:br/>
        <w:t>vn 0.4700 -0.2440 -0.8483</w:t>
        <w:br/>
        <w:t>vn 0.9461 -0.3201 0.0499</w:t>
        <w:br/>
        <w:t>vn 0.9448 -0.3254 -0.0384</w:t>
        <w:br/>
        <w:t>vn -0.0860 -0.9936 -0.0730</w:t>
        <w:br/>
        <w:t>vn -0.0233 -0.9692 -0.2451</w:t>
        <w:br/>
        <w:t>vn 0.4360 -0.1369 -0.8895</w:t>
        <w:br/>
        <w:t>vn -0.0424 -0.9727 -0.2281</w:t>
        <w:br/>
        <w:t>vn -0.4825 -0.3392 0.8075</w:t>
        <w:br/>
        <w:t>vn -0.4437 -0.3253 0.8350</w:t>
        <w:br/>
        <w:t>vn -0.4106 -0.2900 0.8645</w:t>
        <w:br/>
        <w:t>vn -0.4412 -0.2917 0.8487</w:t>
        <w:br/>
        <w:t>vn -0.9002 -0.1783 0.3973</w:t>
        <w:br/>
        <w:t>vn -0.4491 -0.5226 0.7247</w:t>
        <w:br/>
        <w:t>vn -0.5319 -0.2800 0.7992</w:t>
        <w:br/>
        <w:t>vn -0.7414 -0.4537 0.4944</w:t>
        <w:br/>
        <w:t>vn -0.3488 -0.3603 0.8652</w:t>
        <w:br/>
        <w:t>vn -0.4396 -0.4040 0.8022</w:t>
        <w:br/>
        <w:t>vn -0.9249 -0.3516 0.1445</w:t>
        <w:br/>
        <w:t>vn -0.9433 -0.2961 -0.1501</w:t>
        <w:br/>
        <w:t>vn -0.9613 -0.2752 0.0099</w:t>
        <w:br/>
        <w:t>vn -0.9756 -0.1631 0.1468</w:t>
        <w:br/>
        <w:t>vn 0.1310 -0.9869 -0.0940</w:t>
        <w:br/>
        <w:t>vn 0.0568 -0.9931 -0.1026</w:t>
        <w:br/>
        <w:t>vn 0.0641 -0.9935 -0.0945</w:t>
        <w:br/>
        <w:t>vn 0.1509 -0.9882 -0.0282</w:t>
        <w:br/>
        <w:t>vn -0.9509 -0.2537 0.1775</w:t>
        <w:br/>
        <w:t>vn -0.8798 -0.3454 -0.3265</w:t>
        <w:br/>
        <w:t>vn 0.8566 -0.3380 -0.3898</w:t>
        <w:br/>
        <w:t>vn 0.5787 -0.0950 -0.8100</w:t>
        <w:br/>
        <w:t>vn -0.0651 -0.9804 -0.1857</w:t>
        <w:br/>
        <w:t>vn -0.0662 -0.9793 -0.1914</w:t>
        <w:br/>
        <w:t>vn -0.3094 -0.6620 -0.6826</w:t>
        <w:br/>
        <w:t>vn 0.6587 -0.2208 -0.7192</w:t>
        <w:br/>
        <w:t>vn 0.9844 -0.1750 -0.0178</w:t>
        <w:br/>
        <w:t>vn 0.7696 -0.4141 0.4860</w:t>
        <w:br/>
        <w:t>vn 0.7795 -0.3038 0.5478</w:t>
        <w:br/>
        <w:t>vn 0.8224 -0.2760 0.4974</w:t>
        <w:br/>
        <w:t>vn 0.9466 -0.0835 -0.3113</w:t>
        <w:br/>
        <w:t>vn 0.9462 -0.0841 -0.3124</w:t>
        <w:br/>
        <w:t>vn 0.9838 -0.1749 0.0388</w:t>
        <w:br/>
        <w:t>vn 0.9325 -0.1906 0.3068</w:t>
        <w:br/>
        <w:t>vn 0.9705 -0.1595 0.1806</w:t>
        <w:br/>
        <w:t>vn 0.9811 -0.1613 0.1073</w:t>
        <w:br/>
        <w:t>vn 0.9638 -0.1804 0.1964</w:t>
        <w:br/>
        <w:t>vn 0.9165 -0.2426 0.3182</w:t>
        <w:br/>
        <w:t>vn -0.3185 -0.4262 -0.8467</w:t>
        <w:br/>
        <w:t>vn -0.4369 -0.3925 -0.8094</w:t>
        <w:br/>
        <w:t>vn -0.2495 -0.6185 -0.7451</w:t>
        <w:br/>
        <w:t>vn -0.1882 -0.6454 -0.7403</w:t>
        <w:br/>
        <w:t>vn 0.2810 -0.6186 -0.7338</w:t>
        <w:br/>
        <w:t>vn 0.0605 -0.7117 -0.6999</w:t>
        <w:br/>
        <w:t>vn -0.1948 -0.6381 -0.7449</w:t>
        <w:br/>
        <w:t>vn 0.1833 -0.2214 0.9578</w:t>
        <w:br/>
        <w:t>vn 0.1771 -0.2646 0.9480</w:t>
        <w:br/>
        <w:t>vn 0.1769 -0.2618 0.9488</w:t>
        <w:br/>
        <w:t>vn 0.3685 -0.2819 0.8859</w:t>
        <w:br/>
        <w:t>vn 0.8598 -0.2184 0.4616</w:t>
        <w:br/>
        <w:t>vn 0.4563 -0.1811 -0.8712</w:t>
        <w:br/>
        <w:t>vn 0.8041 -0.1196 -0.5823</w:t>
        <w:br/>
        <w:t>vn 0.7085 -0.2144 -0.6724</w:t>
        <w:br/>
        <w:t>vn 0.3173 -0.1148 -0.9414</w:t>
        <w:br/>
        <w:t>vn 0.9938 -0.1056 -0.0349</w:t>
        <w:br/>
        <w:t>vn 0.9889 -0.1136 -0.0962</w:t>
        <w:br/>
        <w:t>vn 0.9880 -0.0331 -0.1510</w:t>
        <w:br/>
        <w:t>vn 0.9753 -0.0603 -0.2127</w:t>
        <w:br/>
        <w:t>vn 0.8738 -0.2012 0.4427</w:t>
        <w:br/>
        <w:t>vn 0.8431 -0.1219 0.5237</w:t>
        <w:br/>
        <w:t>vn 0.9990 -0.0418 0.0188</w:t>
        <w:br/>
        <w:t>vn 0.9704 -0.1289 -0.2041</w:t>
        <w:br/>
        <w:t>vn 0.9708 -0.1434 -0.1923</w:t>
        <w:br/>
        <w:t>vn -0.2016 -0.9513 -0.2333</w:t>
        <w:br/>
        <w:t>vn -0.1811 -0.7208 -0.6690</w:t>
        <w:br/>
        <w:t>vn -0.0644 -0.9785 -0.1960</w:t>
        <w:br/>
        <w:t>vn -0.9712 -0.2338 0.0458</w:t>
        <w:br/>
        <w:t>vn -0.9344 -0.2223 0.2782</w:t>
        <w:br/>
        <w:t>vn -0.8958 -0.3530 -0.2702</w:t>
        <w:br/>
        <w:t>vn -0.8725 -0.3628 -0.3273</w:t>
        <w:br/>
        <w:t>vn -0.6047 -0.3838 -0.6978</w:t>
        <w:br/>
        <w:t>vn -0.8729 -0.3513 -0.3386</w:t>
        <w:br/>
        <w:t>vn -0.8840 -0.3310 -0.3303</w:t>
        <w:br/>
        <w:t>vn 0.2267 -0.3306 -0.9161</w:t>
        <w:br/>
        <w:t>vn -0.1896 -0.4336 -0.8810</w:t>
        <w:br/>
        <w:t>vn -0.9761 -0.2170 0.0095</w:t>
        <w:br/>
        <w:t>vn -0.0638 -0.2775 -0.9586</w:t>
        <w:br/>
        <w:t>vn 0.9544 -0.1666 -0.2478</w:t>
        <w:br/>
        <w:t>vn 0.2863 -0.1391 -0.9480</w:t>
        <w:br/>
        <w:t>vn -0.9421 -0.2677 -0.2022</w:t>
        <w:br/>
        <w:t>vn -0.9235 -0.2594 -0.2827</w:t>
        <w:br/>
        <w:t>vn -0.9740 -0.2191 0.0569</w:t>
        <w:br/>
        <w:t>vn -0.0052 -0.3041 0.9526</w:t>
        <w:br/>
        <w:t>vn 0.1060 -0.2864 0.9522</w:t>
        <w:br/>
        <w:t>vn 0.1639 -0.2293 0.9595</w:t>
        <w:br/>
        <w:t>vn -0.0016 -0.2395 0.9709</w:t>
        <w:br/>
        <w:t>vn 0.1925 -0.3842 0.9030</w:t>
        <w:br/>
        <w:t>vn -0.0042 -0.3172 0.9484</w:t>
        <w:br/>
        <w:t>vn 0.1572 -0.3161 0.9356</w:t>
        <w:br/>
        <w:t>vn 0.1521 -0.3956 0.9058</w:t>
        <w:br/>
        <w:t>vn 0.0064 -0.4122 0.9111</w:t>
        <w:br/>
        <w:t>vn -0.0554 -0.4673 0.8824</w:t>
        <w:br/>
        <w:t>vn 0.1228 -0.4695 0.8744</w:t>
        <w:br/>
        <w:t>vn 0.0260 -0.3045 0.9521</w:t>
        <w:br/>
        <w:t>vn 0.0001 -0.2621 0.9650</w:t>
        <w:br/>
        <w:t>vn 0.1676 -0.2611 0.9506</w:t>
        <w:br/>
        <w:t>vn 0.1945 -0.4544 0.8693</w:t>
        <w:br/>
        <w:t>vn -0.0035 -0.3185 0.9479</w:t>
        <w:br/>
        <w:t>vn -0.0058 -0.2741 0.9617</w:t>
        <w:br/>
        <w:t>vn 0.0581 -0.9951 -0.0804</w:t>
        <w:br/>
        <w:t>vn -0.0103 -0.2500 0.9682</w:t>
        <w:br/>
        <w:t>vn -0.1436 -0.2360 0.9611</w:t>
        <w:br/>
        <w:t>vn -0.0859 -0.2884 0.9536</w:t>
        <w:br/>
        <w:t>vn -0.2328 -0.3803 0.8951</w:t>
        <w:br/>
        <w:t>vn -0.2854 -0.4196 0.8617</w:t>
        <w:br/>
        <w:t>vn -0.3567 -0.3692 0.8582</w:t>
        <w:br/>
        <w:t>vn -0.2566 -0.3349 0.9066</w:t>
        <w:br/>
        <w:t>vn -0.1539 -0.4020 0.9026</w:t>
        <w:br/>
        <w:t>vn -0.1597 -0.3106 0.9370</w:t>
        <w:br/>
        <w:t>vn 0.0119 -0.3021 0.9532</w:t>
        <w:br/>
        <w:t>vn -0.1575 -0.2563 0.9537</w:t>
        <w:br/>
        <w:t>vn -0.1545 -0.2600 0.9532</w:t>
        <w:br/>
        <w:t>vn -0.1909 -0.2980 0.9353</w:t>
        <w:br/>
        <w:t>vn -0.1580 -0.4575 0.8751</w:t>
        <w:br/>
        <w:t>vn -0.2250 -0.4352 0.8717</w:t>
        <w:br/>
        <w:t>vn 0.4045 -0.3576 0.8418</w:t>
        <w:br/>
        <w:t>vn 0.2804 -0.4156 0.8652</w:t>
        <w:br/>
        <w:t>vn 0.4426 -0.3679 0.8178</w:t>
        <w:br/>
        <w:t>vn 0.4059 -0.2869 0.8677</w:t>
        <w:br/>
        <w:t>vn 0.4130 -0.3168 0.8539</w:t>
        <w:br/>
        <w:t>vn 0.2887 -0.3048 0.9076</w:t>
        <w:br/>
        <w:t>vn 0.4618 -0.3776 0.8026</w:t>
        <w:br/>
        <w:t>vn 0.4257 -0.3924 0.8154</w:t>
        <w:br/>
        <w:t>vn 0.4384 -0.3725 0.8179</w:t>
        <w:br/>
        <w:t>vn -0.4484 -0.3683 0.8144</w:t>
        <w:br/>
        <w:t>vn -0.4613 -0.3706 0.8061</w:t>
        <w:br/>
        <w:t>vn -0.4331 -0.3875 0.8138</w:t>
        <w:br/>
        <w:t>vn -0.4343 -0.3604 0.8255</w:t>
        <w:br/>
        <w:t>vn 0.4254 -0.3430 0.8375</w:t>
        <w:br/>
        <w:t>vn -0.8943 0.0033 -0.4474</w:t>
        <w:br/>
        <w:t>vn -0.8944 0.0032 -0.4473</w:t>
        <w:br/>
        <w:t>vn -0.8944 0.0033 -0.4473</w:t>
        <w:br/>
        <w:t>vn 0.8900 -0.0885 -0.4473</w:t>
        <w:br/>
        <w:t>vn -0.7132 0.0930 -0.6948</w:t>
        <w:br/>
        <w:t>vn -0.9181 -0.0123 -0.3961</w:t>
        <w:br/>
        <w:t>vn -0.8890 -0.1602 0.4289</w:t>
        <w:br/>
        <w:t>vn -0.7120 0.1449 -0.6871</w:t>
        <w:br/>
        <w:t>vn -0.0113 0.3717 -0.9283</w:t>
        <w:br/>
        <w:t>vn 0.0240 0.3850 -0.9226</w:t>
        <w:br/>
        <w:t>vn -0.8112 0.5697 0.1318</w:t>
        <w:br/>
        <w:t>vn -0.7921 0.6011 0.1065</w:t>
        <w:br/>
        <w:t>vn -0.8431 0.5083 0.1758</w:t>
        <w:br/>
        <w:t>vn -0.2807 0.3959 -0.8743</w:t>
        <w:br/>
        <w:t>vn -0.4744 0.3977 -0.7854</w:t>
        <w:br/>
        <w:t>vn -0.9045 0.1274 -0.4069</w:t>
        <w:br/>
        <w:t>vn -0.9793 0.0763 -0.1873</w:t>
        <w:br/>
        <w:t>vn -0.9982 0.0364 0.0476</w:t>
        <w:br/>
        <w:t>vn -0.1557 0.2498 -0.9557</w:t>
        <w:br/>
        <w:t>vn 0.0047 0.2764 -0.9610</w:t>
        <w:br/>
        <w:t>vn 0.0067 0.2649 -0.9642</w:t>
        <w:br/>
        <w:t>vn -0.1715 0.2950 -0.9400</w:t>
        <w:br/>
        <w:t>vn -0.1594 0.3839 -0.9095</w:t>
        <w:br/>
        <w:t>vn -0.2124 0.3802 -0.9002</w:t>
        <w:br/>
        <w:t>vn -0.2444 -0.6476 -0.7217</w:t>
        <w:br/>
        <w:t>vn -0.3890 -0.6835 -0.6177</w:t>
        <w:br/>
        <w:t>vn -0.2444 -0.6477 -0.7217</w:t>
        <w:br/>
        <w:t>vn -0.1243 0.4503 -0.8842</w:t>
        <w:br/>
        <w:t>vn -0.0047 0.3949 -0.9187</w:t>
        <w:br/>
        <w:t>vn 0.0569 0.4443 -0.8941</w:t>
        <w:br/>
        <w:t>vn -0.1827 0.2784 -0.9429</w:t>
        <w:br/>
        <w:t>vn -0.0012 0.2787 -0.9604</w:t>
        <w:br/>
        <w:t>vn 0.0030 0.2938 -0.9559</w:t>
        <w:br/>
        <w:t>vn 0.0015 0.2770 -0.9609</w:t>
        <w:br/>
        <w:t>vn -0.1789 0.2680 -0.9467</w:t>
        <w:br/>
        <w:t>vn 0.0134 -0.6608 -0.7505</w:t>
        <w:br/>
        <w:t>vn -0.2518 0.4444 -0.8597</w:t>
        <w:br/>
        <w:t>vn 0.1387 0.2592 -0.9558</w:t>
        <w:br/>
        <w:t>vn 0.3775 -0.7347 -0.5637</w:t>
        <w:br/>
        <w:t>vn 0.2543 -0.7208 -0.6448</w:t>
        <w:br/>
        <w:t>vn 0.1593 0.3853 -0.9090</w:t>
        <w:br/>
        <w:t>vn 0.1618 0.4397 -0.8834</w:t>
        <w:br/>
        <w:t>vn 0.1660 0.2761 -0.9467</w:t>
        <w:br/>
        <w:t>vn 0.1684 0.2871 -0.9430</w:t>
        <w:br/>
        <w:t>vn 0.1584 0.2731 -0.9489</w:t>
        <w:br/>
        <w:t>vn 0.2421 0.3598 -0.9011</w:t>
        <w:br/>
        <w:t>vn 0.2561 0.4181 -0.8715</w:t>
        <w:br/>
        <w:t>vn 0.2434 0.4140 -0.8771</w:t>
        <w:br/>
        <w:t>vn -0.4286 -0.6930 -0.5797</w:t>
        <w:br/>
        <w:t>vn 0.4121 -0.7273 -0.5488</w:t>
        <w:br/>
        <w:t>vn -0.4552 -0.3657 0.8118</w:t>
        <w:br/>
        <w:t>vn -0.8435 0.4784 -0.2442</w:t>
        <w:br/>
        <w:t>vn -0.8959 0.0703 -0.4387</w:t>
        <w:br/>
        <w:t>vn -0.8435 0.4784 -0.2441</w:t>
        <w:br/>
        <w:t>vn -0.0556 -0.8877 -0.4571</w:t>
        <w:br/>
        <w:t>vn -0.4044 -0.4212 0.8118</w:t>
        <w:br/>
        <w:t>vn -0.4352 -0.4273 0.7925</w:t>
        <w:br/>
        <w:t>vn -0.4518 -0.3747 0.8096</w:t>
        <w:br/>
        <w:t>vn -0.4831 -0.3509 0.8022</w:t>
        <w:br/>
        <w:t>vn -0.4209 -0.3694 0.8285</w:t>
        <w:br/>
        <w:t>vn -0.8072 0.5337 -0.2522</w:t>
        <w:br/>
        <w:t>vn -0.8649 0.1095 -0.4899</w:t>
        <w:br/>
        <w:t>vn -0.8071 0.5338 -0.2522</w:t>
        <w:br/>
        <w:t>vn -0.4351 -0.3702 0.8207</w:t>
        <w:br/>
        <w:t>vn -0.8269 0.4920 -0.2724</w:t>
        <w:br/>
        <w:t>vn -0.7270 -0.3760 -0.5745</w:t>
        <w:br/>
        <w:t>vn -0.8269 0.4921 -0.2724</w:t>
        <w:br/>
        <w:t>vn -0.4420 -0.3747 0.8150</w:t>
        <w:br/>
        <w:t>vn -0.4383 -0.3562 0.8252</w:t>
        <w:br/>
        <w:t>vn -0.4517 -0.3624 0.8153</w:t>
        <w:br/>
        <w:t>vn -0.4383 -0.3615 0.8230</w:t>
        <w:br/>
        <w:t>vn -0.8641 0.1254 -0.4874</w:t>
        <w:br/>
        <w:t>vn -0.7799 0.5595 -0.2806</w:t>
        <w:br/>
        <w:t>vn -0.4409 -0.3355 0.8325</w:t>
        <w:br/>
        <w:t>vn -0.4333 -0.3308 0.8383</w:t>
        <w:br/>
        <w:t>vn -0.7477 0.6013 -0.2820</w:t>
        <w:br/>
        <w:t>vn -0.8405 0.1645 -0.5162</w:t>
        <w:br/>
        <w:t>vn -0.7476 0.6013 -0.2820</w:t>
        <w:br/>
        <w:t>vn -0.4365 -0.3695 0.8203</w:t>
        <w:br/>
        <w:t>vn -0.4243 -0.3246 0.8453</w:t>
        <w:br/>
        <w:t>vn -0.4149 -0.2962 0.8603</w:t>
        <w:br/>
        <w:t>vn -0.4004 -0.3291 0.8552</w:t>
        <w:br/>
        <w:t>vn -0.8778 0.1007 -0.4684</w:t>
        <w:br/>
        <w:t>vn -0.8778 0.1007 -0.4683</w:t>
        <w:br/>
        <w:t>vn -0.8516 0.1230 -0.5095</w:t>
        <w:br/>
        <w:t>vn -0.7772 0.5649 -0.2773</w:t>
        <w:br/>
        <w:t>vn -0.8517 0.1230 -0.5094</w:t>
        <w:br/>
        <w:t>vn -0.4449 -0.3797 0.8111</w:t>
        <w:br/>
        <w:t>vn -0.7676 0.5766 -0.2798</w:t>
        <w:br/>
        <w:t>vn -0.8396 0.1704 -0.5157</w:t>
        <w:br/>
        <w:t>vn -0.8396 0.1704 -0.5158</w:t>
        <w:br/>
        <w:t>vn -0.4770 -0.3783 0.7933</w:t>
        <w:br/>
        <w:t>vn -0.4025 -0.4020 0.8224</w:t>
        <w:br/>
        <w:t>vn -0.4024 -0.4019 0.8225</w:t>
        <w:br/>
        <w:t>vn -0.3928 -0.4028 0.8267</w:t>
        <w:br/>
        <w:t>vn 0.3747 0.4167 -0.8283</w:t>
        <w:br/>
        <w:t>vn 0.4150 0.3921 -0.8210</w:t>
        <w:br/>
        <w:t>vn 0.4959 0.3703 -0.7855</w:t>
        <w:br/>
        <w:t>vn 0.4958 0.3703 -0.7855</w:t>
        <w:br/>
        <w:t>vn 0.4176 0.3668 -0.8313</w:t>
        <w:br/>
        <w:t>vn 0.4167 0.3670 -0.8317</w:t>
        <w:br/>
        <w:t>vn 0.4176 0.3669 -0.8313</w:t>
        <w:br/>
        <w:t>vn 0.4220 0.3663 -0.8293</w:t>
        <w:br/>
        <w:t>vn 0.4219 0.3662 -0.8294</w:t>
        <w:br/>
        <w:t>vn -0.6164 0.7874 0.0011</w:t>
        <w:br/>
        <w:t>vn -0.6164 0.7875 0.0010</w:t>
        <w:br/>
        <w:t>vn 0.3778 0.7583 0.5313</w:t>
        <w:br/>
        <w:t>vn 0.3779 0.7583 0.5312</w:t>
        <w:br/>
        <w:t>vn -0.5655 0.8229 0.0550</w:t>
        <w:br/>
        <w:t>vn -0.5657 0.8228 0.0551</w:t>
        <w:br/>
        <w:t>vn -0.7752 0.6142 -0.1475</w:t>
        <w:br/>
        <w:t>vn -0.4449 -0.7129 -0.5421</w:t>
        <w:br/>
        <w:t>vn -0.3534 -0.7729 -0.5270</w:t>
        <w:br/>
        <w:t>vn -0.6276 -0.5325 -0.5680</w:t>
        <w:br/>
        <w:t>vn -0.3535 -0.7730 -0.5268</w:t>
        <w:br/>
        <w:t>vn -0.8905 0.0557 -0.4516</w:t>
        <w:br/>
        <w:t>vn -0.8905 0.0556 -0.4516</w:t>
        <w:br/>
        <w:t>vn 0.5871 -0.8084 -0.0428</w:t>
        <w:br/>
        <w:t>vn 0.5871 -0.8084 -0.0427</w:t>
        <w:br/>
        <w:t>vn 0.5871 -0.8084 -0.0429</w:t>
        <w:br/>
        <w:t>vn -0.4517 -0.3934 0.8008</w:t>
        <w:br/>
        <w:t>vn -0.4046 -0.4115 0.8167</w:t>
        <w:br/>
        <w:t>vn -0.4043 -0.4115 0.8169</w:t>
        <w:br/>
        <w:t>vn -0.3954 -0.4128 0.8205</w:t>
        <w:br/>
        <w:t>vn 0.4227 0.3775 -0.8239</w:t>
        <w:br/>
        <w:t>vn 0.3795 0.3797 -0.8437</w:t>
        <w:br/>
        <w:t>vn 0.3659 0.3738 -0.8523</w:t>
        <w:br/>
        <w:t>vn 0.4228 0.3775 -0.8238</w:t>
        <w:br/>
        <w:t>vn 0.4190 0.3812 -0.8241</w:t>
        <w:br/>
        <w:t>vn 0.4186 0.3814 -0.8242</w:t>
        <w:br/>
        <w:t>vn 0.4188 0.3809 -0.8243</w:t>
        <w:br/>
        <w:t>vn 0.4223 0.3806 -0.8227</w:t>
        <w:br/>
        <w:t>vn 0.4218 0.3803 -0.8231</w:t>
        <w:br/>
        <w:t>vn -0.5697 0.8216 0.0218</w:t>
        <w:br/>
        <w:t>vn -0.5697 0.8215 0.0218</w:t>
        <w:br/>
        <w:t>vn 0.3911 0.7468 0.5379</w:t>
        <w:br/>
        <w:t>vn 0.3912 0.7468 0.5378</w:t>
        <w:br/>
        <w:t>vn -0.5520 0.8316 0.0612</w:t>
        <w:br/>
        <w:t>vn -0.5520 0.8316 0.0613</w:t>
        <w:br/>
        <w:t>vn -0.7626 0.6314 -0.1407</w:t>
        <w:br/>
        <w:t>vn -0.7627 0.6312 -0.1408</w:t>
        <w:br/>
        <w:t>vn 0.1572 -0.9346 -0.3190</w:t>
        <w:br/>
        <w:t>vn -0.2997 -0.8083 -0.5068</w:t>
        <w:br/>
        <w:t>vn -0.2998 -0.8083 -0.5068</w:t>
        <w:br/>
        <w:t>vn -0.6387 -0.5135 -0.5731</w:t>
        <w:br/>
        <w:t>vn -0.3663 -0.7623 -0.5336</w:t>
        <w:br/>
        <w:t>vn -0.3662 -0.7623 -0.5337</w:t>
        <w:br/>
        <w:t>vn -0.8896 0.0827 -0.4492</w:t>
        <w:br/>
        <w:t>vn 0.5733 -0.8179 -0.0485</w:t>
        <w:br/>
        <w:t>vn 0.5733 -0.8179 -0.0483</w:t>
        <w:br/>
        <w:t>vn -0.3639 -0.4402 0.8208</w:t>
        <w:br/>
        <w:t>vn -0.3722 -0.4360 0.8194</w:t>
        <w:br/>
        <w:t>vn -0.3721 -0.4358 0.8195</w:t>
        <w:br/>
        <w:t>vn -0.3632 -0.4365 0.8231</w:t>
        <w:br/>
        <w:t>vn -0.3633 -0.4364 0.8231</w:t>
        <w:br/>
        <w:t>vn 0.4390 0.3935 -0.8077</w:t>
        <w:br/>
        <w:t>vn 0.3754 0.3916 -0.8401</w:t>
        <w:br/>
        <w:t>vn 0.3985 0.4034 -0.8237</w:t>
        <w:br/>
        <w:t>vn 0.4389 0.3934 -0.8078</w:t>
        <w:br/>
        <w:t>vn 0.4176 0.3938 -0.8189</w:t>
        <w:br/>
        <w:t>vn 0.4174 0.3940 -0.8189</w:t>
        <w:br/>
        <w:t>vn 0.4177 0.3936 -0.8189</w:t>
        <w:br/>
        <w:t>vn 0.4204 0.3932 -0.8177</w:t>
        <w:br/>
        <w:t>vn 0.4202 0.3931 -0.8179</w:t>
        <w:br/>
        <w:t>vn -0.5559 0.8300 0.0459</w:t>
        <w:br/>
        <w:t>vn 0.3713 0.7624 0.5299</w:t>
        <w:br/>
        <w:t>vn 0.3712 0.7624 0.5300</w:t>
        <w:br/>
        <w:t>vn 0.3714 0.7624 0.5299</w:t>
        <w:br/>
        <w:t>vn 0.3715 0.7624 0.5298</w:t>
        <w:br/>
        <w:t>vn -0.7857 0.6040 -0.1336</w:t>
        <w:br/>
        <w:t>vn -0.5797 0.8122 0.0657</w:t>
        <w:br/>
        <w:t>vn -0.3398 -0.7824 -0.5220</w:t>
        <w:br/>
        <w:t>vn -0.3398 -0.7824 -0.5219</w:t>
        <w:br/>
        <w:t>vn -0.3397 -0.7824 -0.5220</w:t>
        <w:br/>
        <w:t>vn -0.6271 -0.5376 -0.5636</w:t>
        <w:br/>
        <w:t>vn -0.3456 -0.7768 -0.5265</w:t>
        <w:br/>
        <w:t>vn -0.3456 -0.7768 -0.5264</w:t>
        <w:br/>
        <w:t>vn -0.8971 0.0500 -0.4390</w:t>
        <w:br/>
        <w:t>vn 0.6030 -0.7957 -0.0569</w:t>
        <w:br/>
        <w:t>vn 0.6029 -0.7958 -0.0568</w:t>
        <w:br/>
        <w:t>vn 0.6030 -0.7957 -0.0566</w:t>
        <w:br/>
        <w:t>vn 0.6030 -0.7957 -0.0568</w:t>
        <w:br/>
        <w:t>vn -0.3961 -0.3893 0.8316</w:t>
        <w:br/>
        <w:t>vn -0.4034 -0.3985 0.8237</w:t>
        <w:br/>
        <w:t>vn -0.4033 -0.3988 0.8236</w:t>
        <w:br/>
        <w:t>vn -0.3969 -0.3996 0.8263</w:t>
        <w:br/>
        <w:t>vn 0.4183 0.3905 -0.8201</w:t>
        <w:br/>
        <w:t>vn 0.3940 0.3940 -0.8304</w:t>
        <w:br/>
        <w:t>vn 0.3977 0.3893 -0.8309</w:t>
        <w:br/>
        <w:t>vn 0.4237 0.3927 -0.8162</w:t>
        <w:br/>
        <w:t>vn 0.4239 0.3927 -0.8161</w:t>
        <w:br/>
        <w:t>vn 0.4236 0.3927 -0.8163</w:t>
        <w:br/>
        <w:t>vn 0.4239 0.3925 -0.8162</w:t>
        <w:br/>
        <w:t>vn 0.4236 0.3924 -0.8165</w:t>
        <w:br/>
        <w:t>vn -0.5098 0.8602 -0.0069</w:t>
        <w:br/>
        <w:t>vn 0.3892 0.7607 0.5196</w:t>
        <w:br/>
        <w:t>vn 0.3891 0.7607 0.5196</w:t>
        <w:br/>
        <w:t>vn 0.3893 0.7607 0.5194</w:t>
        <w:br/>
        <w:t>vn -0.7648 0.6265 -0.1502</w:t>
        <w:br/>
        <w:t>vn -0.5560 0.8299 0.0456</w:t>
        <w:br/>
        <w:t>vn -0.7648 0.6265 -0.1503</w:t>
        <w:br/>
        <w:t>vn -0.3689 -0.7397 -0.5628</w:t>
        <w:br/>
        <w:t>vn -0.3688 -0.7397 -0.5628</w:t>
        <w:br/>
        <w:t>vn -0.3688 -0.7398 -0.5628</w:t>
        <w:br/>
        <w:t>vn -0.3623 -0.7760 -0.5163</w:t>
        <w:br/>
        <w:t>vn -0.6383 -0.5272 -0.5609</w:t>
        <w:br/>
        <w:t>vn -0.8915 0.0739 -0.4470</w:t>
        <w:br/>
        <w:t>vn -0.8914 0.0739 -0.4470</w:t>
        <w:br/>
        <w:t>vn 0.5767 -0.8164 -0.0319</w:t>
        <w:br/>
        <w:t>vn 0.5767 -0.8164 -0.0321</w:t>
        <w:br/>
        <w:t>vn 0.5767 -0.8164 -0.0317</w:t>
        <w:br/>
        <w:t>vn 0.5767 -0.8164 -0.0315</w:t>
        <w:br/>
        <w:t>vn -0.4034 -0.3799 0.8325</w:t>
        <w:br/>
        <w:t>vn -0.4036 -0.3799 0.8323</w:t>
        <w:br/>
        <w:t>vn -0.4043 -0.3802 0.8318</w:t>
        <w:br/>
        <w:t>vn -0.4044 -0.3802 0.8318</w:t>
        <w:br/>
        <w:t>vn -0.4093 -0.3796 0.8297</w:t>
        <w:br/>
        <w:t>vn -0.4092 -0.3795 0.8298</w:t>
        <w:br/>
        <w:t>vn 0.4268 0.3848 -0.8184</w:t>
        <w:br/>
        <w:t>vn 0.4016 0.3881 -0.8295</w:t>
        <w:br/>
        <w:t>vn 0.4043 0.3852 -0.8296</w:t>
        <w:br/>
        <w:t>vn 0.4271 0.3849 -0.8182</w:t>
        <w:br/>
        <w:t>vn 0.4269 0.3855 -0.8180</w:t>
        <w:br/>
        <w:t>vn 0.4273 0.3854 -0.8178</w:t>
        <w:br/>
        <w:t>vn 0.4269 0.3854 -0.8181</w:t>
        <w:br/>
        <w:t>vn 0.4261 0.3851 -0.8186</w:t>
        <w:br/>
        <w:t>vn 0.4264 0.3852 -0.8184</w:t>
        <w:br/>
        <w:t>vn -0.5222 0.8526 0.0194</w:t>
        <w:br/>
        <w:t>vn -0.5221 0.8526 0.0194</w:t>
        <w:br/>
        <w:t>vn 0.3912 0.7572 0.5232</w:t>
        <w:br/>
        <w:t>vn 0.3913 0.7571 0.5231</w:t>
        <w:br/>
        <w:t>vn 0.3912 0.7572 0.5231</w:t>
        <w:br/>
        <w:t>vn -0.5512 0.8333 0.0426</w:t>
        <w:br/>
        <w:t>vn -0.7599 0.6313 -0.1549</w:t>
        <w:br/>
        <w:t>vn -0.7598 0.6314 -0.1549</w:t>
        <w:br/>
        <w:t>vn -0.2743 -0.7852 -0.5551</w:t>
        <w:br/>
        <w:t>vn -0.2744 -0.7852 -0.5551</w:t>
        <w:br/>
        <w:t>vn -0.3637 -0.7723 -0.5208</w:t>
        <w:br/>
        <w:t>vn -0.6374 -0.5222 -0.5666</w:t>
        <w:br/>
        <w:t>vn -0.3636 -0.7724 -0.5208</w:t>
        <w:br/>
        <w:t>vn -0.8877 0.0797 -0.4534</w:t>
        <w:br/>
        <w:t>vn 0.5722 -0.8196 -0.0279</w:t>
        <w:br/>
        <w:t>vn 0.5722 -0.8196 -0.0280</w:t>
        <w:br/>
        <w:t>vn 0.5722 -0.8196 -0.0278</w:t>
        <w:br/>
        <w:t>vn -0.4048 -0.3713 0.8356</w:t>
        <w:br/>
        <w:t>vn -0.4052 -0.3714 0.8354</w:t>
        <w:br/>
        <w:t>vn -0.4115 -0.3716 0.8322</w:t>
        <w:br/>
        <w:t>vn -0.4114 -0.3713 0.8324</w:t>
        <w:br/>
        <w:t>vn -0.4087 -0.3719 0.8335</w:t>
        <w:br/>
        <w:t>vn 0.4067 0.3767 -0.8323</w:t>
        <w:br/>
        <w:t>vn 0.4082 0.3687 -0.8351</w:t>
        <w:br/>
        <w:t>vn 0.4300 0.3723 -0.8225</w:t>
        <w:br/>
        <w:t>vn 0.4299 0.3723 -0.8225</w:t>
        <w:br/>
        <w:t>vn 0.4315 0.3728 -0.8215</w:t>
        <w:br/>
        <w:t>vn 0.4323 0.3732 -0.8209</w:t>
        <w:br/>
        <w:t>vn 0.4314 0.3731 -0.8214</w:t>
        <w:br/>
        <w:t>vn 0.4298 0.3729 -0.8223</w:t>
        <w:br/>
        <w:t>vn 0.4296 0.3728 -0.8225</w:t>
        <w:br/>
        <w:t>vn -0.4647 0.8851 0.0240</w:t>
        <w:br/>
        <w:t>vn -0.4648 0.8851 0.0240</w:t>
        <w:br/>
        <w:t>vn 0.3815 0.7580 0.5291</w:t>
        <w:br/>
        <w:t>vn 0.3811 0.7580 0.5293</w:t>
        <w:br/>
        <w:t>vn 0.3816 0.7580 0.5290</w:t>
        <w:br/>
        <w:t>vn -0.7673 0.6222 -0.1551</w:t>
        <w:br/>
        <w:t>vn -0.7673 0.6222 -0.1550</w:t>
        <w:br/>
        <w:t>vn -0.5604 0.8270 0.0452</w:t>
        <w:br/>
        <w:t>vn -0.3314 -0.7705 -0.5446</w:t>
        <w:br/>
        <w:t>vn -0.3314 -0.7704 -0.5446</w:t>
        <w:br/>
        <w:t>vn -0.3538 -0.7736 -0.5257</w:t>
        <w:br/>
        <w:t>vn -0.6287 -0.5280 -0.5709</w:t>
        <w:br/>
        <w:t>vn -0.8869 0.0681 -0.4569</w:t>
        <w:br/>
        <w:t>vn 0.5821 -0.8125 -0.0309</w:t>
        <w:br/>
        <w:t>vn 0.5820 -0.8126 -0.0308</w:t>
        <w:br/>
        <w:t>vn 0.5819 -0.8127 -0.0308</w:t>
        <w:br/>
        <w:t>vn -0.4142 -0.3409 0.8439</w:t>
        <w:br/>
        <w:t>vn -0.4142 -0.3410 0.8439</w:t>
        <w:br/>
        <w:t>vn -0.4195 -0.3432 0.8404</w:t>
        <w:br/>
        <w:t>vn -0.4203 -0.3419 0.8405</w:t>
        <w:br/>
        <w:t>vn -0.4202 -0.3419 0.8405</w:t>
        <w:br/>
        <w:t>vn 0.4358 0.3500 -0.8292</w:t>
        <w:br/>
        <w:t>vn 0.4152 0.3531 -0.8384</w:t>
        <w:br/>
        <w:t>vn 0.4201 0.3343 -0.8437</w:t>
        <w:br/>
        <w:t>vn 0.4357 0.3499 -0.8293</w:t>
        <w:br/>
        <w:t>vn 0.4395 0.3520 -0.8264</w:t>
        <w:br/>
        <w:t>vn 0.4405 0.3523 -0.8258</w:t>
        <w:br/>
        <w:t>vn 0.4396 0.3520 -0.8263</w:t>
        <w:br/>
        <w:t>vn 0.4356 0.3513 -0.8287</w:t>
        <w:br/>
        <w:t>vn 0.4359 0.3514 -0.8286</w:t>
        <w:br/>
        <w:t>vn -0.5047 0.8629 0.0254</w:t>
        <w:br/>
        <w:t>vn 0.3903 0.7488 0.5356</w:t>
        <w:br/>
        <w:t>vn 0.3904 0.7488 0.5356</w:t>
        <w:br/>
        <w:t>vn -0.7629 0.6294 -0.1479</w:t>
        <w:br/>
        <w:t>vn -0.7628 0.6294 -0.1480</w:t>
        <w:br/>
        <w:t>vn -0.5531 0.8313 0.0545</w:t>
        <w:br/>
        <w:t>vn -0.3494 -0.7616 -0.5458</w:t>
        <w:br/>
        <w:t>vn -0.6341 -0.5183 -0.5738</w:t>
        <w:br/>
        <w:t>vn -0.3626 -0.7653 -0.5319</w:t>
        <w:br/>
        <w:t>vn -0.3625 -0.7653 -0.5319</w:t>
        <w:br/>
        <w:t>vn -0.6341 -0.5184 -0.5738</w:t>
        <w:br/>
        <w:t>vn -0.8873 0.0773 -0.4547</w:t>
        <w:br/>
        <w:t>vn 0.5756 -0.8167 -0.0415</w:t>
        <w:br/>
        <w:t>vn 0.5755 -0.8168 -0.0415</w:t>
        <w:br/>
        <w:t>vn 0.5754 -0.8168 -0.0415</w:t>
        <w:br/>
        <w:t>vn -0.3664 -0.4364 0.8218</w:t>
        <w:br/>
        <w:t>vn -0.3983 -0.4128 0.8191</w:t>
        <w:br/>
        <w:t>vn -0.3960 -0.4028 0.8252</w:t>
        <w:br/>
        <w:t>vn -0.4083 -0.3800 0.8300</w:t>
        <w:br/>
        <w:t>vn -0.4135 -0.3716 0.8312</w:t>
        <w:br/>
        <w:t>vn -0.4246 -0.3432 0.8378</w:t>
        <w:br/>
        <w:t>vn -0.4004 -0.3995 0.8247</w:t>
        <w:br/>
        <w:t>vn 0.9012 0.0343 -0.4320</w:t>
        <w:br/>
        <w:t>vn 0.8440 0.4826 -0.2340</w:t>
        <w:br/>
        <w:t>vn 0.1258 -0.8781 -0.4616</w:t>
        <w:br/>
        <w:t>vn 0.1259 -0.8781 -0.4615</w:t>
        <w:br/>
        <w:t>vn 0.1259 -0.8782 -0.4615</w:t>
        <w:br/>
        <w:t>vn 0.8354 0.1088 -0.5388</w:t>
        <w:br/>
        <w:t>vn 0.8353 0.1088 -0.5388</w:t>
        <w:br/>
        <w:t>vn 0.8029 0.5279 -0.2768</w:t>
        <w:br/>
        <w:t>vn 0.8807 0.0821 -0.4665</w:t>
        <w:br/>
        <w:t>vn 0.8806 0.0823 -0.4666</w:t>
        <w:br/>
        <w:t>vn 0.8806 0.0824 -0.4667</w:t>
        <w:br/>
        <w:t>vn 0.7382 0.6093 -0.2894</w:t>
        <w:br/>
        <w:t>vn 0.8349 0.1759 -0.5215</w:t>
        <w:br/>
        <w:t>vn 0.8349 0.1759 -0.5214</w:t>
        <w:br/>
        <w:t>vn 0.7778 0.5641 -0.2771</w:t>
        <w:br/>
        <w:t>vn 0.8402 0.1565 -0.5193</w:t>
        <w:br/>
        <w:t>vn 0.8822 0.0947 -0.4613</w:t>
        <w:br/>
        <w:t>vn 0.8822 0.0946 -0.4613</w:t>
        <w:br/>
        <w:t>vn 0.8558 0.1269 -0.5015</w:t>
        <w:br/>
        <w:t>vn 0.7890 0.5553 -0.2629</w:t>
        <w:br/>
        <w:t>vn 0.8557 0.1270 -0.5016</w:t>
        <w:br/>
        <w:t>vn 0.8136 0.5105 -0.2784</w:t>
        <w:br/>
        <w:t>vn 0.8313 0.1551 -0.5338</w:t>
        <w:br/>
        <w:t>vn 0.8312 0.1553 -0.5339</w:t>
        <w:br/>
        <w:t>vn 0.4411 -0.3927 0.8070</w:t>
        <w:br/>
        <w:t>vn 0.4361 -0.3841 0.8138</w:t>
        <w:br/>
        <w:t>vn 0.4783 -0.3607 0.8007</w:t>
        <w:br/>
        <w:t>vn 0.4411 -0.3926 0.8070</w:t>
        <w:br/>
        <w:t>vn 0.3901 -0.4068 0.8261</w:t>
        <w:br/>
        <w:t>vn 0.3996 -0.4060 0.8219</w:t>
        <w:br/>
        <w:t>vn 0.3997 -0.4061 0.8218</w:t>
        <w:br/>
        <w:t>vn 0.3901 -0.4067 0.8261</w:t>
        <w:br/>
        <w:t>vn -0.4238 0.3750 -0.8244</w:t>
        <w:br/>
        <w:t>vn -0.4238 0.3750 -0.8245</w:t>
        <w:br/>
        <w:t>vn -0.3960 0.3761 -0.8377</w:t>
        <w:br/>
        <w:t>vn -0.3223 0.4168 -0.8500</w:t>
        <w:br/>
        <w:t>vn -0.4056 0.3724 -0.8347</w:t>
        <w:br/>
        <w:t>vn -0.4057 0.3725 -0.8347</w:t>
        <w:br/>
        <w:t>vn -0.4047 0.3726 -0.8351</w:t>
        <w:br/>
        <w:t>vn -0.4101 0.3717 -0.8328</w:t>
        <w:br/>
        <w:t>vn -0.4106 0.3720 -0.8325</w:t>
        <w:br/>
        <w:t>vn 0.5814 0.8133 0.0211</w:t>
        <w:br/>
        <w:t>vn 0.5814 0.8133 0.0210</w:t>
        <w:br/>
        <w:t>vn -0.3744 0.7598 0.5314</w:t>
        <w:br/>
        <w:t>vn -0.3745 0.7599 0.5313</w:t>
        <w:br/>
        <w:t>vn -0.3746 0.7599 0.5313</w:t>
        <w:br/>
        <w:t>vn -0.3746 0.7598 0.5314</w:t>
        <w:br/>
        <w:t>vn 0.7774 0.6112 -0.1485</w:t>
        <w:br/>
        <w:t>vn 0.5662 0.8224 0.0560</w:t>
        <w:br/>
        <w:t>vn 0.5663 0.8223 0.0561</w:t>
        <w:br/>
        <w:t>vn 0.2121 -0.8145 -0.5401</w:t>
        <w:br/>
        <w:t>vn -0.2125 -0.9197 -0.3301</w:t>
        <w:br/>
        <w:t>vn -0.2125 -0.9197 -0.3300</w:t>
        <w:br/>
        <w:t>vn 0.2121 -0.8145 -0.5400</w:t>
        <w:br/>
        <w:t>vn 0.3503 -0.7742 -0.5271</w:t>
        <w:br/>
        <w:t>vn 0.3503 -0.7743 -0.5271</w:t>
        <w:br/>
        <w:t>vn 0.6234 -0.5370 -0.5684</w:t>
        <w:br/>
        <w:t>vn 0.6233 -0.5370 -0.5684</w:t>
        <w:br/>
        <w:t>vn 0.8897 0.0478 -0.4541</w:t>
        <w:br/>
        <w:t>vn -0.5872 -0.8083 -0.0424</w:t>
        <w:br/>
        <w:t>vn -0.5872 -0.8083 -0.0423</w:t>
        <w:br/>
        <w:t>vn 0.4164 -0.3846 0.8238</w:t>
        <w:br/>
        <w:t>vn 0.4190 -0.4110 0.8096</w:t>
        <w:br/>
        <w:t>vn 0.4190 -0.4110 0.8097</w:t>
        <w:br/>
        <w:t>vn 0.4447 -0.3826 0.8098</w:t>
        <w:br/>
        <w:t>vn 0.3922 -0.4166 0.8202</w:t>
        <w:br/>
        <w:t>vn 0.4015 -0.4155 0.8162</w:t>
        <w:br/>
        <w:t>vn 0.4013 -0.4156 0.8162</w:t>
        <w:br/>
        <w:t>vn 0.3921 -0.4166 0.8202</w:t>
        <w:br/>
        <w:t>vn -0.3973 0.3990 -0.8264</w:t>
        <w:br/>
        <w:t>vn -0.3912 0.3947 -0.8314</w:t>
        <w:br/>
        <w:t>vn -0.3930 0.3935 -0.8311</w:t>
        <w:br/>
        <w:t>vn -0.4071 0.3865 -0.8276</w:t>
        <w:br/>
        <w:t>vn -0.4073 0.3863 -0.8276</w:t>
        <w:br/>
        <w:t>vn -0.4067 0.3866 -0.8277</w:t>
        <w:br/>
        <w:t>vn -0.4107 0.3860 -0.8260</w:t>
        <w:br/>
        <w:t>vn -0.4107 0.3861 -0.8260</w:t>
        <w:br/>
        <w:t>vn 0.5335 0.8426 0.0738</w:t>
        <w:br/>
        <w:t>vn 0.5335 0.8426 0.0736</w:t>
        <w:br/>
        <w:t>vn 0.5335 0.8426 0.0737</w:t>
        <w:br/>
        <w:t>vn -0.3880 0.7486 0.5376</w:t>
        <w:br/>
        <w:t>vn -0.3881 0.7486 0.5375</w:t>
        <w:br/>
        <w:t>vn -0.3879 0.7486 0.5377</w:t>
        <w:br/>
        <w:t>vn 0.5529 0.8309 0.0618</w:t>
        <w:br/>
        <w:t>vn 0.7652 0.6280 -0.1418</w:t>
        <w:br/>
        <w:t>vn 0.5528 0.8310 0.0618</w:t>
        <w:br/>
        <w:t>vn 0.2677 -0.8301 -0.4891</w:t>
        <w:br/>
        <w:t>vn -0.1741 -0.9362 -0.3055</w:t>
        <w:br/>
        <w:t>vn 0.6347 -0.5189 -0.5726</w:t>
        <w:br/>
        <w:t>vn 0.3634 -0.7641 -0.5330</w:t>
        <w:br/>
        <w:t>vn 0.3635 -0.7641 -0.5330</w:t>
        <w:br/>
        <w:t>vn 0.8894 0.0740 -0.4511</w:t>
        <w:br/>
        <w:t>vn -0.5742 -0.8172 -0.0486</w:t>
        <w:br/>
        <w:t>vn -0.5740 -0.8174 -0.0485</w:t>
        <w:br/>
        <w:t>vn 0.3632 -0.4393 0.8217</w:t>
        <w:br/>
        <w:t>vn 0.3867 -0.4107 0.8257</w:t>
        <w:br/>
        <w:t>vn 0.4098 -0.4233 0.8080</w:t>
        <w:br/>
        <w:t>vn 0.3637 -0.4395 0.8213</w:t>
        <w:br/>
        <w:t>vn 0.3691 -0.4397 0.8188</w:t>
        <w:br/>
        <w:t>vn 0.3607 -0.4401 0.8224</w:t>
        <w:br/>
        <w:t>vn 0.3689 -0.4394 0.8190</w:t>
        <w:br/>
        <w:t>vn -0.3835 0.3997 -0.8325</w:t>
        <w:br/>
        <w:t>vn -0.3866 0.3871 -0.8371</w:t>
        <w:br/>
        <w:t>vn -0.4092 0.3982 -0.8210</w:t>
        <w:br/>
        <w:t>vn -0.4096 0.3984 -0.8207</w:t>
        <w:br/>
        <w:t>vn -0.4053 0.3996 -0.8222</w:t>
        <w:br/>
        <w:t>vn -0.4054 0.3995 -0.8222</w:t>
        <w:br/>
        <w:t>vn -0.4041 0.3998 -0.8227</w:t>
        <w:br/>
        <w:t>vn -0.4085 0.3987 -0.8210</w:t>
        <w:br/>
        <w:t>vn -0.4092 0.3991 -0.8205</w:t>
        <w:br/>
        <w:t>vn 0.5735 0.8175 0.0532</w:t>
        <w:br/>
        <w:t>vn 0.5734 0.8175 0.0532</w:t>
        <w:br/>
        <w:t>vn -0.3682 0.7644 0.5293</w:t>
        <w:br/>
        <w:t>vn -0.3681 0.7644 0.5293</w:t>
        <w:br/>
        <w:t>vn -0.3683 0.7644 0.5293</w:t>
        <w:br/>
        <w:t>vn -0.3681 0.7644 0.5294</w:t>
        <w:br/>
        <w:t>vn 0.7894 0.5992 -0.1333</w:t>
        <w:br/>
        <w:t>vn 0.5815 0.8107 0.0675</w:t>
        <w:br/>
        <w:t>vn 0.1927 -0.7813 -0.5937</w:t>
        <w:br/>
        <w:t>vn 0.1926 -0.7813 -0.5937</w:t>
        <w:br/>
        <w:t>vn -0.2346 -0.8985 -0.3710</w:t>
        <w:br/>
        <w:t>vn 0.6234 -0.5434 -0.5622</w:t>
        <w:br/>
        <w:t>vn 0.3428 -0.7786 -0.5255</w:t>
        <w:br/>
        <w:t>vn 0.3428 -0.7786 -0.5256</w:t>
        <w:br/>
        <w:t>vn 0.8975 0.0399 -0.4393</w:t>
        <w:br/>
        <w:t>vn -0.6042 -0.7948 -0.0570</w:t>
        <w:br/>
        <w:t>vn -0.6042 -0.7948 -0.0566</w:t>
        <w:br/>
        <w:t>vn 0.3933 -0.4029 0.8264</w:t>
        <w:br/>
        <w:t>vn 0.4392 -0.3976 0.8056</w:t>
        <w:br/>
        <w:t>vn 0.4684 -0.3719 0.8014</w:t>
        <w:br/>
        <w:t>vn 0.3995 -0.4029 0.8234</w:t>
        <w:br/>
        <w:t>vn 0.3937 -0.4034 0.8260</w:t>
        <w:br/>
        <w:t>vn 0.3994 -0.4027 0.8236</w:t>
        <w:br/>
        <w:t>vn -0.3881 0.3995 -0.8305</w:t>
        <w:br/>
        <w:t>vn -0.4125 0.3979 -0.8195</w:t>
        <w:br/>
        <w:t>vn -0.4123 0.3979 -0.8196</w:t>
        <w:br/>
        <w:t>vn -0.3903 0.3974 -0.8305</w:t>
        <w:br/>
        <w:t>vn -0.4121 0.3986 -0.8193</w:t>
        <w:br/>
        <w:t>vn -0.4119 0.3986 -0.8194</w:t>
        <w:br/>
        <w:t>vn -0.4117 0.3986 -0.8195</w:t>
        <w:br/>
        <w:t>vn -0.4118 0.3982 -0.8197</w:t>
        <w:br/>
        <w:t>vn -0.4121 0.3983 -0.8194</w:t>
        <w:br/>
        <w:t>vn 0.0405 0.9507 0.3076</w:t>
        <w:br/>
        <w:t>vn 0.0405 0.9507 0.3075</w:t>
        <w:br/>
        <w:t>vn -0.3859 0.7626 0.5192</w:t>
        <w:br/>
        <w:t>vn -0.3857 0.7626 0.5193</w:t>
        <w:br/>
        <w:t>vn 0.5574 0.8289 0.0462</w:t>
        <w:br/>
        <w:t>vn 0.7680 0.6223 -0.1516</w:t>
        <w:br/>
        <w:t>vn 0.7680 0.6222 -0.1516</w:t>
        <w:br/>
        <w:t>vn 0.5574 0.8289 0.0463</w:t>
        <w:br/>
        <w:t>vn 0.2985 -0.7776 -0.5533</w:t>
        <w:br/>
        <w:t>vn 0.2986 -0.7776 -0.5533</w:t>
        <w:br/>
        <w:t>vn 0.3594 -0.7779 -0.5156</w:t>
        <w:br/>
        <w:t>vn 0.3593 -0.7779 -0.5156</w:t>
        <w:br/>
        <w:t>vn 0.6340 -0.5330 -0.5602</w:t>
        <w:br/>
        <w:t>vn 0.6341 -0.5330 -0.5602</w:t>
        <w:br/>
        <w:t>vn 0.8912 0.0639 -0.4491</w:t>
        <w:br/>
        <w:t>vn -0.5780 -0.8155 -0.0314</w:t>
        <w:br/>
        <w:t>vn -0.5779 -0.8155 -0.0314</w:t>
        <w:br/>
        <w:t>vn -0.5779 -0.8155 -0.0316</w:t>
        <w:br/>
        <w:t>vn -0.5780 -0.8155 -0.0312</w:t>
        <w:br/>
        <w:t>vn 0.4253 -0.3860 0.8186</w:t>
        <w:br/>
        <w:t>vn 0.3993 -0.3841 0.8325</w:t>
        <w:br/>
        <w:t>vn 0.3998 -0.3842 0.8322</w:t>
        <w:br/>
        <w:t>vn 0.4591 -0.3601 0.8121</w:t>
        <w:br/>
        <w:t>vn 0.4057 -0.3841 0.8294</w:t>
        <w:br/>
        <w:t>vn 0.4006 -0.3847 0.8316</w:t>
        <w:br/>
        <w:t>vn 0.4056 -0.3839 0.8295</w:t>
        <w:br/>
        <w:t>vn -0.3919 0.3917 -0.8325</w:t>
        <w:br/>
        <w:t>vn -0.3931 0.3929 -0.8313</w:t>
        <w:br/>
        <w:t>vn -0.4149 0.3910 -0.8216</w:t>
        <w:br/>
        <w:t>vn -0.4153 0.3912 -0.8213</w:t>
        <w:br/>
        <w:t>vn -0.4154 0.3915 -0.8211</w:t>
        <w:br/>
        <w:t>vn -0.4165 0.3915 -0.8205</w:t>
        <w:br/>
        <w:t>vn -0.4142 0.3914 -0.8217</w:t>
        <w:br/>
        <w:t>vn -0.4145 0.3915 -0.8215</w:t>
        <w:br/>
        <w:t>vn 0.6398 0.7679 0.0304</w:t>
        <w:br/>
        <w:t>vn -0.3880 0.7594 0.5223</w:t>
        <w:br/>
        <w:t>vn -0.3880 0.7594 0.5224</w:t>
        <w:br/>
        <w:t>vn 0.5530 0.8320 0.0433</w:t>
        <w:br/>
        <w:t>vn 0.7634 0.6268 -0.1558</w:t>
        <w:br/>
        <w:t>vn 0.7636 0.6266 -0.1558</w:t>
        <w:br/>
        <w:t>vn 0.5531 0.8320 0.0433</w:t>
        <w:br/>
        <w:t>vn 0.4282 -0.7475 -0.5078</w:t>
        <w:br/>
        <w:t>vn 0.4282 -0.7475 -0.5079</w:t>
        <w:br/>
        <w:t>vn 0.6335 -0.5285 -0.5651</w:t>
        <w:br/>
        <w:t>vn 0.3611 -0.7744 -0.5196</w:t>
        <w:br/>
        <w:t>vn 0.3613 -0.7743 -0.5194</w:t>
        <w:br/>
        <w:t>vn 0.8880 0.0690 -0.4545</w:t>
        <w:br/>
        <w:t>vn 0.8881 0.0691 -0.4545</w:t>
        <w:br/>
        <w:t>vn -0.5743 -0.8182 -0.0285</w:t>
        <w:br/>
        <w:t>vn -0.5744 -0.8181 -0.0286</w:t>
        <w:br/>
        <w:t>vn -0.5741 -0.8183 -0.0285</w:t>
        <w:br/>
        <w:t>vn -0.5742 -0.8182 -0.0285</w:t>
        <w:br/>
        <w:t>vn 0.4013 -0.3761 0.8352</w:t>
        <w:br/>
        <w:t>vn 0.4330 -0.3808 0.8170</w:t>
        <w:br/>
        <w:t>vn 0.4355 -0.3640 0.8233</w:t>
        <w:br/>
        <w:t>vn 0.4018 -0.3763 0.8348</w:t>
        <w:br/>
        <w:t>vn 0.4050 -0.3766 0.8331</w:t>
        <w:br/>
        <w:t>vn 0.4079 -0.3761 0.8320</w:t>
        <w:br/>
        <w:t>vn 0.4081 -0.3763 0.8318</w:t>
        <w:br/>
        <w:t>vn -0.4175 0.3789 -0.8259</w:t>
        <w:br/>
        <w:t>vn -0.4180 0.3792 -0.8255</w:t>
        <w:br/>
        <w:t>vn -0.3942 0.3777 -0.8378</w:t>
        <w:br/>
        <w:t>vn -0.3917 0.3836 -0.8363</w:t>
        <w:br/>
        <w:t>vn -0.4192 0.3797 -0.8247</w:t>
        <w:br/>
        <w:t>vn -0.4191 0.3796 -0.8248</w:t>
        <w:br/>
        <w:t>vn -0.4199 0.3797 -0.8243</w:t>
        <w:br/>
        <w:t>vn -0.4174 0.3794 -0.8257</w:t>
        <w:br/>
        <w:t>vn -0.4175 0.3795 -0.8257</w:t>
        <w:br/>
        <w:t>vn 0.5375 0.8428 0.0285</w:t>
        <w:br/>
        <w:t>vn 0.5375 0.8428 0.0284</w:t>
        <w:br/>
        <w:t>vn -0.3781 0.7603 0.5283</w:t>
        <w:br/>
        <w:t>vn -0.3781 0.7602 0.5283</w:t>
        <w:br/>
        <w:t>vn 0.5626 0.8254 0.0461</w:t>
        <w:br/>
        <w:t>vn 0.7713 0.6170 -0.1561</w:t>
        <w:br/>
        <w:t>vn 0.2712 -0.7821 -0.5610</w:t>
        <w:br/>
        <w:t>vn 0.2713 -0.7821 -0.5610</w:t>
        <w:br/>
        <w:t>vn 0.2712 -0.7822 -0.5610</w:t>
        <w:br/>
        <w:t>vn 0.6247 -0.5340 -0.5697</w:t>
        <w:br/>
        <w:t>vn 0.3513 -0.7753 -0.5248</w:t>
        <w:br/>
        <w:t>vn 0.3515 -0.7753 -0.5247</w:t>
        <w:br/>
        <w:t>vn 0.8869 0.0571 -0.4584</w:t>
        <w:br/>
        <w:t>vn -0.5841 -0.8111 -0.0311</w:t>
        <w:br/>
        <w:t>vn -0.5843 -0.8109 -0.0312</w:t>
        <w:br/>
        <w:t>vn -0.5844 -0.8109 -0.0312</w:t>
        <w:br/>
        <w:t>vn -0.5842 -0.8110 -0.0312</w:t>
        <w:br/>
        <w:t>vn 0.4235 -0.3387 0.8402</w:t>
        <w:br/>
        <w:t>vn 0.4104 -0.3480 0.8429</w:t>
        <w:br/>
        <w:t>vn 0.4103 -0.3479 0.8430</w:t>
        <w:br/>
        <w:t>vn 0.4353 -0.3449 0.8316</w:t>
        <w:br/>
        <w:t>vn 0.4167 -0.3489 0.8394</w:t>
        <w:br/>
        <w:t>vn 0.4154 -0.3500 0.8396</w:t>
        <w:br/>
        <w:t>vn 0.4165 -0.3488 0.8396</w:t>
        <w:br/>
        <w:t>vn -0.4237 0.3584 -0.8319</w:t>
        <w:br/>
        <w:t>vn -0.4238 0.3584 -0.8318</w:t>
        <w:br/>
        <w:t>vn -0.4108 0.3505 -0.8417</w:t>
        <w:br/>
        <w:t>vn -0.3970 0.3638 -0.8427</w:t>
        <w:br/>
        <w:t>vn -0.4271 0.3601 -0.8294</w:t>
        <w:br/>
        <w:t>vn -0.4284 0.3603 -0.8287</w:t>
        <w:br/>
        <w:t>vn -0.4233 0.3595 -0.8316</w:t>
        <w:br/>
        <w:t>vn 0.5292 0.8476 0.0402</w:t>
        <w:br/>
        <w:t>vn -0.3871 0.7512 0.5346</w:t>
        <w:br/>
        <w:t>vn -0.3870 0.7512 0.5347</w:t>
        <w:br/>
        <w:t>vn -0.3872 0.7512 0.5346</w:t>
        <w:br/>
        <w:t>vn 0.5555 0.8296 0.0556</w:t>
        <w:br/>
        <w:t>vn 0.7671 0.6242 -0.1483</w:t>
        <w:br/>
        <w:t>vn 0.5554 0.8297 0.0556</w:t>
        <w:br/>
        <w:t>vn 0.3249 -0.7682 -0.5517</w:t>
        <w:br/>
        <w:t>vn 0.6304 -0.5244 -0.5724</w:t>
        <w:br/>
        <w:t>vn 0.6305 -0.5244 -0.5723</w:t>
        <w:br/>
        <w:t>vn 0.3603 -0.7670 -0.5309</w:t>
        <w:br/>
        <w:t>vn 0.8877 0.0664 -0.4556</w:t>
        <w:br/>
        <w:t>vn 0.8877 0.0663 -0.4556</w:t>
        <w:br/>
        <w:t>vn -0.5780 -0.8149 -0.0421</w:t>
        <w:br/>
        <w:t>vn -0.5781 -0.8149 -0.0421</w:t>
        <w:br/>
        <w:t>vn -0.5782 -0.8148 -0.0422</w:t>
        <w:br/>
        <w:t>vn 0.3643 -0.4401 0.8207</w:t>
        <w:br/>
        <w:t>vn 0.3947 -0.4166 0.8189</w:t>
        <w:br/>
        <w:t>vn 0.3933 -0.4068 0.8245</w:t>
        <w:br/>
        <w:t>vn 0.4043 -0.3846 0.8298</w:t>
        <w:br/>
        <w:t>vn 0.4101 -0.3765 0.8307</w:t>
        <w:br/>
        <w:t>vn 0.4204 -0.3500 0.8371</w:t>
        <w:br/>
        <w:t>vn 0.3976 -0.4033 0.8242</w:t>
        <w:br/>
        <w:t>vn 0.4265 -0.3234 0.8447</w:t>
        <w:br/>
        <w:t>vn 0.4255 -0.3430 0.8374</w:t>
        <w:br/>
        <w:t>vn 0.4257 -0.3924 0.8153</w:t>
        <w:br/>
        <w:t>vn 0.4426 -0.3679 0.8177</w:t>
        <w:br/>
        <w:t>vn 0.4045 -0.3575 0.8418</w:t>
        <w:br/>
        <w:t>vn -0.0172 0.4307 -0.9023</w:t>
        <w:br/>
        <w:t>vn 0.0007 0.3392 -0.9407</w:t>
        <w:br/>
        <w:t>vn -0.0342 0.5368 -0.8430</w:t>
        <w:br/>
        <w:t>vn -0.0195 0.5438 -0.8390</w:t>
        <w:br/>
        <w:t>vn -0.0133 0.4943 -0.8692</w:t>
        <w:br/>
        <w:t>vn -0.0383 0.4849 -0.8737</w:t>
        <w:br/>
        <w:t>vn 0.0049 0.4496 -0.8932</w:t>
        <w:br/>
        <w:t>vn -0.0148 0.3393 -0.9406</w:t>
        <w:br/>
        <w:t>vn -0.0011 0.2978 -0.9546</w:t>
        <w:br/>
        <w:t>vn -0.0548 0.2869 -0.9564</w:t>
        <w:br/>
        <w:t>vn -0.1995 0.4359 -0.8776</w:t>
        <w:br/>
        <w:t>vn -0.0873 0.5432 -0.8351</w:t>
        <w:br/>
        <w:t>vn 0.4161 0.3677 -0.8316</w:t>
        <w:br/>
        <w:t>vn 0.4157 0.3019 -0.8580</w:t>
        <w:br/>
        <w:t>vn -0.8392 -0.0618 0.5403</w:t>
        <w:br/>
        <w:t>vn -0.1650 -0.2502 -0.9540</w:t>
        <w:br/>
        <w:t>vn 0.9758 0.2184 -0.0130</w:t>
        <w:br/>
        <w:t>vn 0.9917 0.1253 -0.0274</w:t>
        <w:br/>
        <w:t>vn -0.4228 0.3632 -0.8303</w:t>
        <w:br/>
        <w:t>vn -0.4282 0.3406 -0.8370</w:t>
        <w:br/>
        <w:t>vn -0.4262 0.3330 -0.8411</w:t>
        <w:br/>
        <w:t>vn -0.3591 -0.4241 0.8314</w:t>
        <w:br/>
        <w:t>vn 0.4890 -0.1156 0.8646</w:t>
        <w:br/>
        <w:t>vn 0.4841 -0.0906 0.8703</w:t>
        <w:br/>
        <w:t>vn 0.9713 -0.2264 -0.0725</w:t>
        <w:br/>
        <w:t>vn -0.9349 -0.3161 -0.1616</w:t>
        <w:br/>
        <w:t>vn -0.8408 0.5188 0.1546</w:t>
        <w:br/>
        <w:t>vn -0.4761 -0.0888 -0.8749</w:t>
        <w:br/>
        <w:t>vn -0.7525 0.1737 -0.6352</w:t>
        <w:br/>
        <w:t>vn -0.8747 0.4477 -0.1856</w:t>
        <w:br/>
        <w:t>vn -0.8793 0.4409 -0.1801</w:t>
        <w:br/>
        <w:t>vn -0.2571 0.1411 0.9560</w:t>
        <w:br/>
        <w:t>vn -0.2632 0.1699 0.9497</w:t>
        <w:br/>
        <w:t>vn -0.2633 0.1654 0.9504</w:t>
        <w:br/>
        <w:t>vn 0.9990 -0.0436 -0.0012</w:t>
        <w:br/>
        <w:t>vn 0.9997 0.0205 -0.0104</w:t>
        <w:br/>
        <w:t>vn -0.5205 -0.0154 -0.8537</w:t>
        <w:br/>
        <w:t>vn -0.8485 0.5060 0.1546</w:t>
        <w:br/>
        <w:t>vn -0.6484 0.5821 0.4907</w:t>
        <w:br/>
        <w:t>vn -0.5358 -0.0132 0.8442</w:t>
        <w:br/>
        <w:t>vn -0.5182 0.0268 0.8548</w:t>
        <w:br/>
        <w:t>vn -0.9635 0.0100 -0.2674</w:t>
        <w:br/>
        <w:t>vn -0.9510 0.1221 -0.2840</w:t>
        <w:br/>
        <w:t>vn -0.1147 0.9183 -0.3788</w:t>
        <w:br/>
        <w:t>vn 0.3074 0.9349 -0.1775</w:t>
        <w:br/>
        <w:t>vn -0.2319 0.5954 -0.7692</w:t>
        <w:br/>
        <w:t>vn -0.2838 0.6341 -0.7193</w:t>
        <w:br/>
        <w:t>vn 0.8614 0.4634 0.2079</w:t>
        <w:br/>
        <w:t>vn 0.8793 0.4303 0.2042</w:t>
        <w:br/>
        <w:t>vn -0.5731 0.2296 -0.7867</w:t>
        <w:br/>
        <w:t>vn -0.5886 0.2482 -0.7694</w:t>
        <w:br/>
        <w:t>vn -0.4517 -0.3624 0.8152</w:t>
        <w:br/>
        <w:t>vn 0.3324 0.9175 -0.2186</w:t>
        <w:br/>
        <w:t>vn -0.4072 0.6033 -0.6857</w:t>
        <w:br/>
        <w:t>vn -0.4252 0.6830 -0.5939</w:t>
        <w:br/>
        <w:t>vn -0.6850 0.6617 -0.3047</w:t>
        <w:br/>
        <w:t>vn -0.6368 0.7062 -0.3093</w:t>
        <w:br/>
        <w:t>vn 0.3209 -0.7342 0.5982</w:t>
        <w:br/>
        <w:t>vn 0.8764 -0.4734 -0.0887</w:t>
        <w:br/>
        <w:t>vn 0.8406 -0.5019 -0.2039</w:t>
        <w:br/>
        <w:t>vn 0.8178 -0.3237 -0.4759</w:t>
        <w:br/>
        <w:t>vn -0.1741 -0.6009 0.7801</w:t>
        <w:br/>
        <w:t>vn 0.2330 -0.4259 0.8742</w:t>
        <w:br/>
        <w:t>vn -0.5704 -0.7853 0.2408</w:t>
        <w:br/>
        <w:t>vn 0.3185 -0.2690 0.9090</w:t>
        <w:br/>
        <w:t>vn 0.3613 -0.1888 0.9131</w:t>
        <w:br/>
        <w:t>vn 0.3187 -0.2452 0.9156</w:t>
        <w:br/>
        <w:t>vn 0.3183 -0.2368 0.9179</w:t>
        <w:br/>
        <w:t>vn 0.9850 -0.1664 -0.0461</w:t>
        <w:br/>
        <w:t>vn 0.8255 -0.3809 0.4165</w:t>
        <w:br/>
        <w:t>vn 0.5818 -0.5181 0.6269</w:t>
        <w:br/>
        <w:t>vn 0.7112 -0.0751 0.6990</w:t>
        <w:br/>
        <w:t>vn 0.9174 -0.2382 0.3187</w:t>
        <w:br/>
        <w:t>vn 0.9601 -0.2705 0.0712</w:t>
        <w:br/>
        <w:t>vn 0.9423 -0.2665 -0.2027</w:t>
        <w:br/>
        <w:t>vn -0.9928 0.1153 -0.0336</w:t>
        <w:br/>
        <w:t>vn -0.7402 -0.2103 0.6387</w:t>
        <w:br/>
        <w:t>vn -0.7225 -0.2238 0.6541</w:t>
        <w:br/>
        <w:t>vn -0.7936 -0.1588 0.5873</w:t>
        <w:br/>
        <w:t>vn 0.0301 0.2364 -0.9712</w:t>
        <w:br/>
        <w:t>vn -0.0764 0.2149 -0.9736</w:t>
        <w:br/>
        <w:t>vn -0.0883 0.2055 -0.9747</w:t>
        <w:br/>
        <w:t>vn -0.1532 0.1755 -0.9725</w:t>
        <w:br/>
        <w:t>vn -0.4095 0.2865 -0.8662</w:t>
        <w:br/>
        <w:t>vn -0.1537 -0.1153 0.9814</w:t>
        <w:br/>
        <w:t>vn -0.1515 -0.0953 0.9839</w:t>
        <w:br/>
        <w:t>vn -0.4461 0.0084 0.8950</w:t>
        <w:br/>
        <w:t>vn -0.5802 0.0697 0.8115</w:t>
        <w:br/>
        <w:t>vn -0.4341 0.0092 0.9008</w:t>
        <w:br/>
        <w:t>vn -0.4071 -0.0019 0.9134</w:t>
        <w:br/>
        <w:t>vn -0.5757 0.0675 0.8149</w:t>
        <w:br/>
        <w:t>vn -0.2406 -0.0629 0.9686</w:t>
        <w:br/>
        <w:t>vn -0.3018 -0.0648 0.9511</w:t>
        <w:br/>
        <w:t>vn -0.5349 0.0041 0.8449</w:t>
        <w:br/>
        <w:t>vn -0.2286 -0.0659 0.9713</w:t>
        <w:br/>
        <w:t>vn -0.2309 -0.0650 0.9708</w:t>
        <w:br/>
        <w:t>vn -0.9017 0.3178 0.2931</w:t>
        <w:br/>
        <w:t>vn -0.9847 0.0885 -0.1503</w:t>
        <w:br/>
        <w:t>vn -0.9819 0.0500 0.1828</w:t>
        <w:br/>
        <w:t>vn -0.9767 0.0318 0.2125</w:t>
        <w:br/>
        <w:t>vn -0.9513 0.0522 0.3039</w:t>
        <w:br/>
        <w:t>vn -0.9351 0.0588 0.3494</w:t>
        <w:br/>
        <w:t>vn -0.9705 0.0360 0.2385</w:t>
        <w:br/>
        <w:t>vn -0.3904 0.1395 0.9100</w:t>
        <w:br/>
        <w:t>vn -0.3866 0.1399 0.9116</w:t>
        <w:br/>
        <w:t>vn -0.3887 0.1289 0.9123</w:t>
        <w:br/>
        <w:t>vn -0.4345 0.1321 0.8909</w:t>
        <w:br/>
        <w:t>vn -0.2785 0.1166 0.9533</w:t>
        <w:br/>
        <w:t>vn -0.2953 0.0842 0.9517</w:t>
        <w:br/>
        <w:t>vn -0.2750 0.0955 0.9567</w:t>
        <w:br/>
        <w:t>vn 0.3543 -0.2823 -0.8915</w:t>
        <w:br/>
        <w:t>vn 0.3775 -0.2737 -0.8847</w:t>
        <w:br/>
        <w:t>vn 0.3854 -0.2633 -0.8844</w:t>
        <w:br/>
        <w:t>vn 0.4510 -0.3465 -0.8225</w:t>
        <w:br/>
        <w:t>vn -0.2698 0.4995 0.8232</w:t>
        <w:br/>
        <w:t>vn -0.3124 0.4591 0.8316</w:t>
        <w:br/>
        <w:t>vn -0.4538 0.5551 0.6971</w:t>
        <w:br/>
        <w:t>vn -0.1132 0.4463 0.8877</w:t>
        <w:br/>
        <w:t>vn -0.1218 0.4126 0.9027</w:t>
        <w:br/>
        <w:t>vn 0.1639 0.3822 0.9094</w:t>
        <w:br/>
        <w:t>vn 0.1817 0.3246 0.9282</w:t>
        <w:br/>
        <w:t>vn 0.0332 0.3646 0.9306</w:t>
        <w:br/>
        <w:t>vn 0.0154 0.4140 0.9102</w:t>
        <w:br/>
        <w:t>vn 0.2954 0.3531 0.8877</w:t>
        <w:br/>
        <w:t>vn 0.3500 0.1586 0.9232</w:t>
        <w:br/>
        <w:t>vn 0.3947 0.3001 0.8684</w:t>
        <w:br/>
        <w:t>vn 0.1699 0.1829 0.9683</w:t>
        <w:br/>
        <w:t>vn 0.4783 0.0956 0.8730</w:t>
        <w:br/>
        <w:t>vn -0.4442 0.5890 0.6751</w:t>
        <w:br/>
        <w:t>vn -0.2467 0.5142 0.8214</w:t>
        <w:br/>
        <w:t>vn -0.1106 0.4478 0.8873</w:t>
        <w:br/>
        <w:t>vn 0.0048 0.4128 0.9108</w:t>
        <w:br/>
        <w:t>vn 0.1490 0.3792 0.9132</w:t>
        <w:br/>
        <w:t>vn 0.2924 0.3466 0.8913</w:t>
        <w:br/>
        <w:t>vn 0.4009 0.3080 0.8628</w:t>
        <w:br/>
        <w:t>vn 0.4573 0.2608 0.8502</w:t>
        <w:br/>
        <w:t>vn 0.4452 0.2147 0.8693</w:t>
        <w:br/>
        <w:t>vn 0.5197 0.1546 0.8402</w:t>
        <w:br/>
        <w:t>vn 0.4678 0.1348 0.8735</w:t>
        <w:br/>
        <w:t>vn 0.3106 0.1309 0.9415</w:t>
        <w:br/>
        <w:t>vn 0.1752 0.1493 0.9732</w:t>
        <w:br/>
        <w:t>vn 0.0694 0.1963 0.9781</w:t>
        <w:br/>
        <w:t>vn 0.0591 0.2290 0.9716</w:t>
        <w:br/>
        <w:t>vn 0.0297 0.2532 0.9670</w:t>
        <w:br/>
        <w:t>vn -0.0209 0.2772 0.9606</w:t>
        <w:br/>
        <w:t>vn -0.0394 0.3088 0.9503</w:t>
        <w:br/>
        <w:t>vn -0.0550 0.2605 0.9639</w:t>
        <w:br/>
        <w:t>vn -0.0849 0.3124 0.9462</w:t>
        <w:br/>
        <w:t>vn -0.0180 0.3256 0.9453</w:t>
        <w:br/>
        <w:t>vn 0.0366 0.2623 0.9643</w:t>
        <w:br/>
        <w:t>vn -0.2166 0.3824 0.8982</w:t>
        <w:br/>
        <w:t>vn -0.2916 0.3474 0.8912</w:t>
        <w:br/>
        <w:t>vn -0.2451 0.3705 0.8959</w:t>
        <w:br/>
        <w:t>vn 0.4854 0.7924 0.3695</w:t>
        <w:br/>
        <w:t>vn 0.4071 0.8444 0.3483</w:t>
        <w:br/>
        <w:t>vn 0.3588 0.7669 0.5322</w:t>
        <w:br/>
        <w:t>vn 0.2767 0.8091 0.5184</w:t>
        <w:br/>
        <w:t>vn 0.7285 0.2603 -0.6337</w:t>
        <w:br/>
        <w:t>vn -0.8622 0.2708 -0.4280</w:t>
        <w:br/>
        <w:t>vn -0.8689 0.2990 -0.3944</w:t>
        <w:br/>
        <w:t>vn -0.8423 0.2431 -0.4810</w:t>
        <w:br/>
        <w:t>vn -0.6700 0.3470 -0.6563</w:t>
        <w:br/>
        <w:t>vn -0.6928 0.3787 -0.6137</w:t>
        <w:br/>
        <w:t>vn -0.6904 0.3967 -0.6050</w:t>
        <w:br/>
        <w:t>vn -0.4264 0.4248 -0.7986</w:t>
        <w:br/>
        <w:t>vn -0.4379 0.4265 -0.7914</w:t>
        <w:br/>
        <w:t>vn -0.2355 0.4205 -0.8762</w:t>
        <w:br/>
        <w:t>vn -0.2185 0.4180 -0.8818</w:t>
        <w:br/>
        <w:t>vn -0.1756 0.4016 -0.8988</w:t>
        <w:br/>
        <w:t>vn -0.1695 0.3902 -0.9050</w:t>
        <w:br/>
        <w:t>vn 0.9726 0.1202 0.1992</w:t>
        <w:br/>
        <w:t>vn 0.9875 0.1316 0.0869</w:t>
        <w:br/>
        <w:t>vn 0.7845 0.2013 -0.5865</w:t>
        <w:br/>
        <w:t>vn 0.9511 0.2934 -0.0960</w:t>
        <w:br/>
        <w:t>vn 0.8324 0.2928 -0.4705</w:t>
        <w:br/>
        <w:t>vn 0.9423 0.3329 -0.0362</w:t>
        <w:br/>
        <w:t>vn 0.9340 0.3568 -0.0212</w:t>
        <w:br/>
        <w:t>vn 0.9436 0.3255 0.0603</w:t>
        <w:br/>
        <w:t>vn 0.9485 0.3109 0.0609</w:t>
        <w:br/>
        <w:t>vn 0.9348 0.2941 0.1993</w:t>
        <w:br/>
        <w:t>vn 0.9528 0.2420 -0.1832</w:t>
        <w:br/>
        <w:t>vn 0.9853 0.1661 0.0400</w:t>
        <w:br/>
        <w:t>vn 0.9665 0.2211 0.1306</w:t>
        <w:br/>
        <w:t>vn 0.9809 0.1856 -0.0582</w:t>
        <w:br/>
        <w:t>vn -0.9781 -0.2073 0.0176</w:t>
        <w:br/>
        <w:t>vn -0.9841 -0.0915 -0.1522</w:t>
        <w:br/>
        <w:t>vn -0.9673 -0.0067 -0.2534</w:t>
        <w:br/>
        <w:t>vn -0.9835 -0.0967 -0.1530</w:t>
        <w:br/>
        <w:t>vn -0.9151 0.0518 -0.3999</w:t>
        <w:br/>
        <w:t>vn -0.9261 -0.2768 0.2562</w:t>
        <w:br/>
        <w:t>vn -0.8655 -0.4414 0.2368</w:t>
        <w:br/>
        <w:t>vn -0.8898 -0.4173 0.1847</w:t>
        <w:br/>
        <w:t>vn -0.9440 -0.3119 0.1073</w:t>
        <w:br/>
        <w:t>vn -0.8633 -0.4938 -0.1047</w:t>
        <w:br/>
        <w:t>vn -0.8929 -0.4269 -0.1428</w:t>
        <w:br/>
        <w:t>vn -0.4122 -0.8872 0.2070</w:t>
        <w:br/>
        <w:t>vn -0.9324 -0.3121 -0.1820</w:t>
        <w:br/>
        <w:t>vn -0.4417 -0.7995 -0.4071</w:t>
        <w:br/>
        <w:t>vn -0.5166 -0.7406 -0.4296</w:t>
        <w:br/>
        <w:t>vn -0.9567 -0.2400 0.1650</w:t>
        <w:br/>
        <w:t>vn -0.9382 -0.2581 0.2307</w:t>
        <w:br/>
        <w:t>vn -0.8865 -0.4373 0.1511</w:t>
        <w:br/>
        <w:t>vn -0.9335 -0.3351 0.1277</w:t>
        <w:br/>
        <w:t>vn -0.1091 -0.5069 -0.8551</w:t>
        <w:br/>
        <w:t>vn -0.0370 -0.4075 -0.9125</w:t>
        <w:br/>
        <w:t>vn -0.3539 -0.3988 -0.8460</w:t>
        <w:br/>
        <w:t>vn 0.2108 -0.5922 -0.7777</w:t>
        <w:br/>
        <w:t>vn 0.6025 -0.7977 -0.0257</w:t>
        <w:br/>
        <w:t>vn 0.1407 -0.3356 -0.9314</w:t>
        <w:br/>
        <w:t>vn -0.0305 -0.2953 -0.9549</w:t>
        <w:br/>
        <w:t>vn 0.1279 -0.3830 -0.9148</w:t>
        <w:br/>
        <w:t>vn -0.0750 -0.3016 -0.9505</w:t>
        <w:br/>
        <w:t>vn -0.0475 -0.2322 -0.9715</w:t>
        <w:br/>
        <w:t>vn -0.5281 -0.1804 -0.8298</w:t>
        <w:br/>
        <w:t>vn -0.2561 -0.2557 -0.9322</w:t>
        <w:br/>
        <w:t>vn 0.5742 -0.2899 -0.7656</w:t>
        <w:br/>
        <w:t>vn -0.1811 -0.7209 -0.6690</w:t>
        <w:br/>
        <w:t>vn -0.3410 -0.2817 -0.8969</w:t>
        <w:br/>
        <w:t>vn -0.3376 -0.3681 -0.8663</w:t>
        <w:br/>
        <w:t>vn -0.3885 -0.2632 -0.8831</w:t>
        <w:br/>
        <w:t>vn -0.3908 -0.3385 -0.8560</w:t>
        <w:br/>
        <w:t>vn -0.3844 -0.3838 -0.8396</w:t>
        <w:br/>
        <w:t>vn -0.3373 -0.3708 -0.8653</w:t>
        <w:br/>
        <w:t>vn 0.4713 -0.6435 -0.6032</w:t>
        <w:br/>
        <w:t>vn 0.8736 -0.4321 0.2240</w:t>
        <w:br/>
        <w:t>vn 0.4024 -0.1760 -0.8984</w:t>
        <w:br/>
        <w:t>vn 0.2622 -0.2794 -0.9237</w:t>
        <w:br/>
        <w:t>vn 0.2900 -0.2550 -0.9225</w:t>
        <w:br/>
        <w:t>vn 0.2640 -0.2281 -0.9372</w:t>
        <w:br/>
        <w:t>vn 0.2293 -0.1185 -0.9661</w:t>
        <w:br/>
        <w:t>vn 0.3259 -0.1996 -0.9241</w:t>
        <w:br/>
        <w:t>vn 0.2875 -0.1302 -0.9489</w:t>
        <w:br/>
        <w:t>vn 0.9848 -0.1500 0.0882</w:t>
        <w:br/>
        <w:t>vn 0.3390 0.0245 -0.9405</w:t>
        <w:br/>
        <w:t>vn 0.1614 0.1400 -0.9769</w:t>
        <w:br/>
        <w:t>vn 0.1760 0.1504 -0.9728</w:t>
        <w:br/>
        <w:t>vn 0.2276 -0.2041 0.9521</w:t>
        <w:br/>
        <w:t>vn 0.3114 -0.1847 0.9322</w:t>
        <w:br/>
        <w:t>vn 0.3585 -0.1604 0.9197</w:t>
        <w:br/>
        <w:t>vn 0.3365 -0.1973 0.9208</w:t>
        <w:br/>
        <w:t>vn 0.3280 -0.2035 0.9225</w:t>
        <w:br/>
        <w:t>vn 0.8416 0.0076 -0.5400</w:t>
        <w:br/>
        <w:t>vn 0.8417 0.0658 -0.5359</w:t>
        <w:br/>
        <w:t>vn 0.8928 0.0623 -0.4461</w:t>
        <w:br/>
        <w:t>vn 0.8491 0.0999 -0.5186</w:t>
        <w:br/>
        <w:t>vn 0.9266 0.0247 -0.3753</w:t>
        <w:br/>
        <w:t>vn -0.7524 0.5965 -0.2794</w:t>
        <w:br/>
        <w:t>vn -0.8014 0.5384 -0.2607</w:t>
        <w:br/>
        <w:t>vn -0.8005 0.5330 -0.2739</w:t>
        <w:br/>
        <w:t>vn -0.8626 0.4348 -0.2586</w:t>
        <w:br/>
        <w:t>vn -0.8680 0.3926 -0.3041</w:t>
        <w:br/>
        <w:t>vn -0.6504 0.3468 -0.6758</w:t>
        <w:br/>
        <w:t>vn -0.5872 0.7145 -0.3805</w:t>
        <w:br/>
        <w:t>vn -0.4956 0.7151 -0.4929</w:t>
        <w:br/>
        <w:t>vn -0.8468 0.4316 -0.3111</w:t>
        <w:br/>
        <w:t>vn -0.6912 0.4495 -0.5658</w:t>
        <w:br/>
        <w:t>vn -0.7411 0.3732 -0.5581</w:t>
        <w:br/>
        <w:t>vn 0.4508 -0.7370 0.5036</w:t>
        <w:br/>
        <w:t>vn 0.8017 -0.4487 0.3949</w:t>
        <w:br/>
        <w:t>vn 0.4362 -0.5166 0.7368</w:t>
        <w:br/>
        <w:t>vn 0.4523 -0.5470 0.7044</w:t>
        <w:br/>
        <w:t>vn 0.5834 -0.7116 0.3915</w:t>
        <w:br/>
        <w:t>vn 0.5879 -0.6827 0.4340</w:t>
        <w:br/>
        <w:t>vn 0.6297 -0.6163 0.4730</w:t>
        <w:br/>
        <w:t>vn 0.6463 -0.4975 0.5786</w:t>
        <w:br/>
        <w:t>vn 0.7123 -0.5509 0.4348</w:t>
        <w:br/>
        <w:t>vn 0.6575 -0.6768 0.3311</w:t>
        <w:br/>
        <w:t>vn 0.6182 -0.7109 0.3354</w:t>
        <w:br/>
        <w:t>vn 0.7031 -0.6424 0.3047</w:t>
        <w:br/>
        <w:t>vn 0.7767 -0.5647 0.2789</w:t>
        <w:br/>
        <w:t>vn 0.8549 0.4636 0.2329</w:t>
        <w:br/>
        <w:t>vn 0.8548 0.4637 0.2329</w:t>
        <w:br/>
        <w:t>vn 0.9998 -0.0048 -0.0186</w:t>
        <w:br/>
        <w:t>vn 0.9998 -0.0048 -0.0185</w:t>
        <w:br/>
        <w:t>vn -0.0103 0.4613 -0.8872</w:t>
        <w:br/>
        <w:t>vn -0.0125 0.4629 -0.8863</w:t>
        <w:br/>
        <w:t>vn -0.0125 0.4630 -0.8863</w:t>
        <w:br/>
        <w:t>vn -0.0135 0.4614 -0.8871</w:t>
        <w:br/>
        <w:t>vn -0.1869 -0.8685 -0.4591</w:t>
        <w:br/>
        <w:t>vn -0.1874 -0.8684 -0.4591</w:t>
        <w:br/>
        <w:t>vn -0.0094 -0.8829 -0.4695</w:t>
        <w:br/>
        <w:t>vn -0.0092 -0.8829 -0.4695</w:t>
        <w:br/>
        <w:t>vn 0.0105 -0.4614 0.8871</w:t>
        <w:br/>
        <w:t>vn 0.0136 -0.4614 0.8871</w:t>
        <w:br/>
        <w:t>vn 0.0127 -0.4629 0.8863</w:t>
        <w:br/>
        <w:t>vn -0.0117 0.4672 -0.8841</w:t>
        <w:br/>
        <w:t>vn -0.0167 -0.8828 -0.4695</w:t>
        <w:br/>
        <w:t>vn -0.0168 -0.8828 -0.4695</w:t>
        <w:br/>
        <w:t>vn 0.0117 -0.4673 0.8840</w:t>
        <w:br/>
        <w:t>vn 0.0014 -0.4569 0.8895</w:t>
        <w:br/>
        <w:t>vn 0.0120 0.8829 0.4695</w:t>
        <w:br/>
        <w:t>vn -0.1635 0.8699 0.4654</w:t>
        <w:br/>
        <w:t>vn -0.0031 0.4801 -0.8772</w:t>
        <w:br/>
        <w:t>vn 0.0112 0.4598 -0.8880</w:t>
        <w:br/>
        <w:t>vn 0.8352 -0.4799 -0.2686</w:t>
        <w:br/>
        <w:t>vn 0.8351 -0.4800 -0.2686</w:t>
        <w:br/>
        <w:t>vn 0.4461 -0.7872 -0.4258</w:t>
        <w:br/>
        <w:t>vn 0.4462 -0.7871 -0.4258</w:t>
        <w:br/>
        <w:t>vn -0.0112 -0.4598 0.8880</w:t>
        <w:br/>
        <w:t>vn 0.4827 0.7763 0.4053</w:t>
        <w:br/>
        <w:t>vn 0.0119 -0.4762 0.8793</w:t>
        <w:br/>
        <w:t>vn 0.0122 -0.4862 0.8738</w:t>
        <w:br/>
        <w:t>vn -0.0300 0.4671 -0.8837</w:t>
        <w:br/>
        <w:t>vn -0.0290 0.4572 -0.8889</w:t>
        <w:br/>
        <w:t>vn 0.0092 0.8829 0.4696</w:t>
        <w:br/>
        <w:t>vn 0.0094 0.8829 0.4695</w:t>
        <w:br/>
        <w:t>vn -0.0122 0.4862 -0.8738</w:t>
        <w:br/>
        <w:t>vn 0.0031 -0.4800 0.8773</w:t>
        <w:br/>
        <w:t>vn 0.0299 -0.4672 0.8836</w:t>
        <w:br/>
        <w:t>vn -0.0120 0.4762 -0.8793</w:t>
        <w:br/>
        <w:t>vn -0.0014 0.4569 -0.8895</w:t>
        <w:br/>
        <w:t>vn 0.0291 -0.4573 0.8889</w:t>
        <w:br/>
        <w:t>vn -0.9998 0.0068 0.0168</w:t>
        <w:br/>
        <w:t>vn -0.8429 0.4703 0.2614</w:t>
        <w:br/>
        <w:t>vn -0.8429 0.4704 0.2614</w:t>
        <w:br/>
        <w:t>vn -0.0146 0.4614 -0.8871</w:t>
        <w:br/>
        <w:t>vn -0.0114 0.4614 -0.8871</w:t>
        <w:br/>
        <w:t>vn 0.1692 -0.8691 -0.4648</w:t>
        <w:br/>
        <w:t>vn 0.1688 -0.8692 -0.4648</w:t>
        <w:br/>
        <w:t>vn 0.0113 -0.4614 0.8871</w:t>
        <w:br/>
        <w:t>vn 0.0145 -0.4615 0.8870</w:t>
        <w:br/>
        <w:t>vn -0.0131 0.4673 -0.8840</w:t>
        <w:br/>
        <w:t>vn -0.0022 -0.8828 -0.4697</w:t>
        <w:br/>
        <w:t>vn -0.0023 -0.8828 -0.4697</w:t>
        <w:br/>
        <w:t>vn 0.0131 -0.4673 0.8840</w:t>
        <w:br/>
        <w:t>vn 0.0236 -0.4571 0.8891</w:t>
        <w:br/>
        <w:t>vn 0.1824 0.8691 0.4597</w:t>
        <w:br/>
        <w:t>vn 0.0067 0.8829 0.4695</w:t>
        <w:br/>
        <w:t>vn 0.0068 0.8829 0.4695</w:t>
        <w:br/>
        <w:t>vn 0.1827 0.8690 0.4598</w:t>
        <w:br/>
        <w:t>vn -0.0215 0.4801 -0.8770</w:t>
        <w:br/>
        <w:t>vn -0.0362 0.4601 -0.8871</w:t>
        <w:br/>
        <w:t>vn -0.4659 -0.7837 -0.4107</w:t>
        <w:br/>
        <w:t>vn -0.8493 -0.4707 -0.2391</w:t>
        <w:br/>
        <w:t>vn 0.0363 -0.4601 0.8871</w:t>
        <w:br/>
        <w:t>vn -0.4662 0.7784 0.4204</w:t>
        <w:br/>
        <w:t>vn 0.0127 -0.4762 0.8792</w:t>
        <w:br/>
        <w:t>vn 0.0122 -0.4861 0.8738</w:t>
        <w:br/>
        <w:t>vn 0.0052 0.4669 -0.8843</w:t>
        <w:br/>
        <w:t>vn 0.0042 0.4570 -0.8895</w:t>
        <w:br/>
        <w:t>vn -0.0122 0.4861 -0.8738</w:t>
        <w:br/>
        <w:t>vn 0.0215 -0.4800 0.8770</w:t>
        <w:br/>
        <w:t>vn -0.0051 -0.4671 0.8842</w:t>
        <w:br/>
        <w:t>vn -0.0126 0.4762 -0.8793</w:t>
        <w:br/>
        <w:t>vn -0.0236 0.4571 -0.8891</w:t>
        <w:br/>
        <w:t>vn -0.0042 -0.4571 0.8894</w:t>
        <w:br/>
        <w:t>vn -0.0683 -0.9791 -0.1917</w:t>
        <w:br/>
        <w:t>vn -0.0168 0.4654 -0.8850</w:t>
        <w:br/>
        <w:t>vn 0.3487 0.4237 -0.8360</w:t>
        <w:br/>
        <w:t>vn 0.3209 -0.4848 -0.8136</w:t>
        <w:br/>
        <w:t>vn -0.0181 -0.4846 -0.8746</w:t>
        <w:br/>
        <w:t>vn -0.0173 0.8082 -0.5886</w:t>
        <w:br/>
        <w:t>vn 0.2480 0.7692 -0.5889</w:t>
        <w:br/>
        <w:t>vn 0.1827 -0.8405 -0.5100</w:t>
        <w:br/>
        <w:t>vn -0.0186 -0.8523 -0.5226</w:t>
        <w:br/>
        <w:t>vn 0.7020 0.3660 -0.6110</w:t>
        <w:br/>
        <w:t>vn 0.6496 -0.4833 -0.5869</w:t>
        <w:br/>
        <w:t>vn 0.5421 0.7014 -0.4628</w:t>
        <w:br/>
        <w:t>vn 0.4160 -0.8209 -0.3911</w:t>
        <w:br/>
        <w:t>vn 0.8887 0.3079 -0.3398</w:t>
        <w:br/>
        <w:t>vn 0.7258 0.6257 -0.2858</w:t>
        <w:br/>
        <w:t>vn 0.9508 0.2659 -0.1591</w:t>
        <w:br/>
        <w:t>vn 0.8030 0.5792 -0.1405</w:t>
        <w:br/>
        <w:t>vn 0.7509 0.6093 0.2547</w:t>
        <w:br/>
        <w:t>vn 0.9083 0.2736 0.3164</w:t>
        <w:br/>
        <w:t>vn 0.9697 0.2390 0.0500</w:t>
        <w:br/>
        <w:t>vn 0.8296 0.5567 0.0427</w:t>
        <w:br/>
        <w:t>vn 0.3927 -0.5337 0.7490</w:t>
        <w:br/>
        <w:t>vn 0.6202 -0.5214 0.5861</w:t>
        <w:br/>
        <w:t>vn 0.7007 0.3214 0.6370</w:t>
        <w:br/>
        <w:t>vn 0.4549 0.3390 0.8235</w:t>
        <w:br/>
        <w:t>vn 0.5460 0.6859 0.4811</w:t>
        <w:br/>
        <w:t>vn 0.3428 0.7248 0.5977</w:t>
        <w:br/>
        <w:t>vn 0.8157 -0.4959 0.2980</w:t>
        <w:br/>
        <w:t>vn 0.3984 -0.8316 0.3870</w:t>
        <w:br/>
        <w:t>vn 0.5584 -0.8018 0.2129</w:t>
        <w:br/>
        <w:t>vn 0.1904 -0.5406 0.8194</w:t>
        <w:br/>
        <w:t>vn 0.2180 0.3559 0.9087</w:t>
        <w:br/>
        <w:t>vn 0.3308 0.1632 0.9295</w:t>
        <w:br/>
        <w:t>vn 0.3163 -0.4199 0.8507</w:t>
        <w:br/>
        <w:t>vn -0.0121 0.9470 0.3209</w:t>
        <w:br/>
        <w:t>vn 0.0231 0.9422 0.3342</w:t>
        <w:br/>
        <w:t>vn 0.2396 0.6867 0.6863</w:t>
        <w:br/>
        <w:t>vn 0.1929 -0.8182 0.5415</w:t>
        <w:br/>
        <w:t>vn 0.2400 -0.8437 0.4802</w:t>
        <w:br/>
        <w:t>vn -0.1392 -0.0812 0.9869</w:t>
        <w:br/>
        <w:t>vn -0.1393 -0.0812 0.9869</w:t>
        <w:br/>
        <w:t>vn -0.0778 -0.0733 0.9943</w:t>
        <w:br/>
        <w:t>vn -0.0777 -0.0732 0.9943</w:t>
        <w:br/>
        <w:t>vn -0.0475 0.9505 0.3072</w:t>
        <w:br/>
        <w:t>vn -0.3129 0.8515 0.4209</w:t>
        <w:br/>
        <w:t>vn -0.2548 0.8847 0.3904</w:t>
        <w:br/>
        <w:t>vn -0.2802 -0.8977 0.3400</w:t>
        <w:br/>
        <w:t>vn -0.5975 -0.5051 0.6228</w:t>
        <w:br/>
        <w:t>vn -0.6721 -0.4952 0.5504</w:t>
        <w:br/>
        <w:t>vn -0.4068 -0.8506 0.3333</w:t>
        <w:br/>
        <w:t>vn -0.8508 0.5160 0.0998</w:t>
        <w:br/>
        <w:t>vn -0.9885 0.0836 0.1257</w:t>
        <w:br/>
        <w:t>vn -0.9425 0.0605 0.3287</w:t>
        <w:br/>
        <w:t>vn -0.8314 0.4791 0.2814</w:t>
        <w:br/>
        <w:t>vn -0.5643 0.8054 0.1813</w:t>
        <w:br/>
        <w:t>vn -0.5380 0.8413 0.0534</w:t>
        <w:br/>
        <w:t>vn -0.5177 -0.8365 0.1798</w:t>
        <w:br/>
        <w:t>vn -0.5496 -0.8319 0.0765</w:t>
        <w:br/>
        <w:t>vn -0.5497 -0.8319 0.0765</w:t>
        <w:br/>
        <w:t>vn -0.8454 0.5298 -0.0683</w:t>
        <w:br/>
        <w:t>vn -0.9934 0.0975 -0.0607</w:t>
        <w:br/>
        <w:t>vn -0.5221 0.8506 -0.0617</w:t>
        <w:br/>
        <w:t>vn -0.5379 0.8413 0.0534</w:t>
        <w:br/>
        <w:t>vn -0.5497 -0.8352 -0.0153</w:t>
        <w:br/>
        <w:t>vn -0.5496 -0.8319 0.0766</w:t>
        <w:br/>
        <w:t>vn -0.9552 0.1023 -0.2778</w:t>
        <w:br/>
        <w:t>vn -0.8200 0.5114 -0.2571</w:t>
        <w:br/>
        <w:t>vn -0.7474 0.4928 -0.4455</w:t>
        <w:br/>
        <w:t>vn -0.8567 0.0839 -0.5089</w:t>
        <w:br/>
        <w:t>vn -0.5037 0.8094 -0.3019</w:t>
        <w:br/>
        <w:t>vn -0.5340 0.8241 -0.1890</w:t>
        <w:br/>
        <w:t>vn -0.4611 -0.8493 -0.2572</w:t>
        <w:br/>
        <w:t>vn -0.5287 -0.8398 -0.1230</w:t>
        <w:br/>
        <w:t>vn -0.5287 -0.8399 -0.1230</w:t>
        <w:br/>
        <w:t>vn -0.3820 0.0434 -0.9231</w:t>
        <w:br/>
        <w:t>vn -0.3438 0.4764 -0.8092</w:t>
        <w:br/>
        <w:t>vn -0.2374 0.8108 -0.5351</w:t>
        <w:br/>
        <w:t>vn -0.3439 -0.8514 -0.3961</w:t>
        <w:br/>
        <w:t>vn -0.2007 -0.8515 -0.4845</w:t>
        <w:br/>
        <w:t>vn -0.3440 -0.8514 -0.3961</w:t>
        <w:br/>
        <w:t>vn 0.8320 -0.4602 -0.3100</w:t>
        <w:br/>
        <w:t>vn 0.5796 -0.7860 -0.2152</w:t>
        <w:br/>
        <w:t>vn 0.8742 -0.4664 -0.1349</w:t>
        <w:br/>
        <w:t>vn 0.6233 -0.7768 -0.0895</w:t>
        <w:br/>
        <w:t>vn 0.8737 -0.4838 0.0520</w:t>
        <w:br/>
        <w:t>vn 0.6200 -0.7833 0.0448</w:t>
        <w:br/>
        <w:t>vn -0.5837 0.4834 -0.6524</w:t>
        <w:br/>
        <w:t>vn -0.6605 0.0587 -0.7486</w:t>
        <w:br/>
        <w:t>vn -0.3952 0.8110 -0.4314</w:t>
        <w:br/>
        <w:t>vn 0.3099 -0.7157 0.6258</w:t>
        <w:br/>
        <w:t>vn -0.0379 -0.9570 0.2877</w:t>
        <w:br/>
        <w:t>vn -0.0307 -0.9601 0.2781</w:t>
        <w:br/>
        <w:t>vn -0.7048 0.4354 0.5600</w:t>
        <w:br/>
        <w:t>vn -0.6307 0.3942 0.6685</w:t>
        <w:br/>
        <w:t>vn -0.4947 0.7842 0.3745</w:t>
        <w:br/>
        <w:t>vn -0.0761 -0.9628 0.2593</w:t>
        <w:br/>
        <w:t>vn -0.2583 -0.9180 0.3009</w:t>
        <w:br/>
        <w:t>vn 0.7654 -0.1011 0.6355</w:t>
        <w:br/>
        <w:t>vn 0.9479 -0.0605 0.3129</w:t>
        <w:br/>
        <w:t>vn 0.9542 0.0252 0.2981</w:t>
        <w:br/>
        <w:t>vn 0.7643 -0.0258 0.6443</w:t>
        <w:br/>
        <w:t>vn 0.4023 -0.1116 0.9087</w:t>
        <w:br/>
        <w:t>vn 0.4451 -0.1548 0.8820</w:t>
        <w:br/>
        <w:t>vn 0.7733 -0.1533 0.6152</w:t>
        <w:br/>
        <w:t>vn -0.1986 -0.1370 0.9704</w:t>
        <w:br/>
        <w:t>vn 0.0626 -0.1163 0.9912</w:t>
        <w:br/>
        <w:t>vn 0.0749 -0.0999 0.9922</w:t>
        <w:br/>
        <w:t>vn -0.1921 -0.1066 0.9756</w:t>
        <w:br/>
        <w:t>vn -0.4428 -0.1510 0.8838</w:t>
        <w:br/>
        <w:t>vn -0.4535 -0.0955 0.8861</w:t>
        <w:br/>
        <w:t>vn -0.7170 -0.0813 0.6924</w:t>
        <w:br/>
        <w:t>vn -0.7091 -0.1498 0.6890</w:t>
        <w:br/>
        <w:t>vn -0.9825 -0.1283 -0.1349</w:t>
        <w:br/>
        <w:t>vn -0.9723 -0.1793 -0.1499</w:t>
        <w:br/>
        <w:t>vn -0.9822 -0.1859 0.0288</w:t>
        <w:br/>
        <w:t>vn -0.9891 -0.1381 0.0508</w:t>
        <w:br/>
        <w:t>vn -0.9230 -0.0726 -0.3778</w:t>
        <w:br/>
        <w:t>vn -0.9224 -0.1176 -0.3678</w:t>
        <w:br/>
        <w:t>vn -0.9891 -0.0757 -0.1262</w:t>
        <w:br/>
        <w:t>vn -0.7020 -0.0496 -0.7105</w:t>
        <w:br/>
        <w:t>vn -0.7160 -0.0791 -0.6936</w:t>
        <w:br/>
        <w:t>vn -0.0107 0.0050 -0.9999</w:t>
        <w:br/>
        <w:t>vn -0.0126 -0.0102 -0.9999</w:t>
        <w:br/>
        <w:t>vn -0.3816 -0.0419 -0.9234</w:t>
        <w:br/>
        <w:t>vn -0.3770 -0.0248 -0.9259</w:t>
        <w:br/>
        <w:t>vn 0.6854 0.0187 -0.7279</w:t>
        <w:br/>
        <w:t>vn 0.3581 0.0154 -0.9335</w:t>
        <w:br/>
        <w:t>vn 0.3705 0.0331 -0.9282</w:t>
        <w:br/>
        <w:t>vn 0.6816 0.0354 -0.7309</w:t>
        <w:br/>
        <w:t>vn 0.9953 -0.0173 0.0950</w:t>
        <w:br/>
        <w:t>vn 0.9976 0.0063 -0.0686</w:t>
        <w:br/>
        <w:t>vn 0.9988 0.0172 -0.0469</w:t>
        <w:br/>
        <w:t>vn 0.9944 0.0379 0.0983</w:t>
        <w:br/>
        <w:t>vn 0.9817 0.1388 0.1305</w:t>
        <w:br/>
        <w:t>vn 0.9496 0.1271 0.2864</w:t>
        <w:br/>
        <w:t>vn 0.9520 0.0971 0.2902</w:t>
        <w:br/>
        <w:t>vn 0.9875 0.1018 0.1200</w:t>
        <w:br/>
        <w:t>vn -0.1965 -0.0469 0.9794</w:t>
        <w:br/>
        <w:t>vn -0.4759 -0.0113 0.8794</w:t>
        <w:br/>
        <w:t>vn -0.4868 0.0432 0.8725</w:t>
        <w:br/>
        <w:t>vn -0.7011 0.0819 0.7083</w:t>
        <w:br/>
        <w:t>vn -0.7115 0.0193 0.7024</w:t>
        <w:br/>
        <w:t>vn -0.9932 0.0389 -0.1100</w:t>
        <w:br/>
        <w:t>vn -0.9932 -0.0027 -0.1166</w:t>
        <w:br/>
        <w:t>vn -0.9964 0.0008 0.0851</w:t>
        <w:br/>
        <w:t>vn -0.9943 0.0540 0.0916</w:t>
        <w:br/>
        <w:t>vn -0.9111 0.0534 -0.4087</w:t>
        <w:br/>
        <w:t>vn -0.9189 -0.0001 -0.3945</w:t>
        <w:br/>
        <w:t>vn -0.0016 0.0534 -0.9986</w:t>
        <w:br/>
        <w:t>vn -0.0047 0.0532 -0.9986</w:t>
        <w:br/>
        <w:t>vn -0.3506 0.0206 -0.9363</w:t>
        <w:br/>
        <w:t>vn -0.3414 0.0272 -0.9395</w:t>
        <w:br/>
        <w:t>vn 0.3424 0.1185 -0.9320</w:t>
        <w:br/>
        <w:t>vn 0.3603 0.0940 -0.9281</w:t>
        <w:br/>
        <w:t>vn 0.9982 0.0599 -0.0036</w:t>
        <w:br/>
        <w:t>vn 0.9951 0.0974 0.0186</w:t>
        <w:br/>
        <w:t>vn 0.9755 0.0103 -0.2198</w:t>
        <w:br/>
        <w:t>vn 0.8725 -0.0049 -0.4885</w:t>
        <w:br/>
        <w:t>vn 0.8770 -0.0336 -0.4794</w:t>
        <w:br/>
        <w:t>vn 0.9785 0.0188 -0.2054</w:t>
        <w:br/>
        <w:t>vn 0.6729 0.0526 -0.7379</w:t>
        <w:br/>
        <w:t>vn 0.8710 0.0221 -0.4908</w:t>
        <w:br/>
        <w:t>vn 0.8766 0.0148 -0.4810</w:t>
        <w:br/>
        <w:t>vn 0.8005 -0.1200 0.5873</w:t>
        <w:br/>
        <w:t>vn 0.9253 -0.0938 0.3673</w:t>
        <w:br/>
        <w:t>vn 0.9278 -0.1069 0.3573</w:t>
        <w:br/>
        <w:t>vn 0.7906 -0.1307 0.5983</w:t>
        <w:br/>
        <w:t>vn -0.4550 -0.2300 0.8603</w:t>
        <w:br/>
        <w:t>vn 0.0063 -0.2097 0.9777</w:t>
        <w:br/>
        <w:t>vn -0.0242 -0.1946 0.9806</w:t>
        <w:br/>
        <w:t>vn -0.4022 -0.2196 0.8888</w:t>
        <w:br/>
        <w:t>vn -0.7425 -0.2254 0.6307</w:t>
        <w:br/>
        <w:t>vn -0.8450 -0.2366 0.4797</w:t>
        <w:br/>
        <w:t>vn -0.9188 -0.2243 0.3247</w:t>
        <w:br/>
        <w:t>vn -0.9760 -0.2162 0.0247</w:t>
        <w:br/>
        <w:t>vn -0.9781 -0.2055 0.0330</w:t>
        <w:br/>
        <w:t>vn -0.3975 -0.0756 -0.9145</w:t>
        <w:br/>
        <w:t>vn -0.3873 -0.0564 -0.9202</w:t>
        <w:br/>
        <w:t>vn -0.0143 -0.0234 -0.9996</w:t>
        <w:br/>
        <w:t>vn -0.0213 -0.0468 -0.9987</w:t>
        <w:br/>
        <w:t>vn 0.9880 -0.0595 0.1427</w:t>
        <w:br/>
        <w:t>vn 0.9852 -0.0339 -0.1680</w:t>
        <w:br/>
        <w:t>vn 0.9981 -0.0325 -0.0527</w:t>
        <w:br/>
        <w:t>vn 0.9882 -0.0719 0.1355</w:t>
        <w:br/>
        <w:t>vn 0.7703 0.0367 0.6366</w:t>
        <w:br/>
        <w:t>vn 0.0895 -0.0512 0.9947</w:t>
        <w:br/>
        <w:t>vn 0.3971 -0.0244 0.9175</w:t>
        <w:br/>
        <w:t>vn 0.4049 0.0053 0.9143</w:t>
        <w:br/>
        <w:t>vn 0.0991 -0.0150 0.9950</w:t>
        <w:br/>
        <w:t>vn -0.1992 -0.0028 0.9800</w:t>
        <w:br/>
        <w:t>vn -0.0090 0.0361 -0.9993</w:t>
        <w:br/>
        <w:t>vn -0.3675 0.0012 -0.9300</w:t>
        <w:br/>
        <w:t>vn 0.9709 0.0032 -0.2393</w:t>
        <w:br/>
        <w:t>vn 0.5245 0.1202 -0.8429</w:t>
        <w:br/>
        <w:t>vn 0.6851 0.0249 -0.7280</w:t>
        <w:br/>
        <w:t>vn 0.6420 0.0637 -0.7640</w:t>
        <w:br/>
        <w:t>vn -0.7337 0.1039 -0.6715</w:t>
        <w:br/>
        <w:t>vn -0.6735 0.0330 -0.7385</w:t>
        <w:br/>
        <w:t>vn -0.5733 0.0821 -0.8153</w:t>
        <w:br/>
        <w:t>vn -0.7311 -0.1109 -0.6732</w:t>
        <w:br/>
        <w:t>vn 0.3868 -0.0763 0.9190</w:t>
        <w:br/>
        <w:t>vn -0.9319 -0.0799 0.3539</w:t>
        <w:br/>
        <w:t>vn -0.9239 0.0154 0.3824</w:t>
        <w:br/>
        <w:t>vn -0.9937 -0.0860 0.0721</w:t>
        <w:br/>
        <w:t>vn 0.3777 0.0584 -0.9241</w:t>
        <w:br/>
        <w:t>vn 0.9921 -0.0520 0.1139</w:t>
        <w:br/>
        <w:t>vn 0.9341 -0.1084 0.3401</w:t>
        <w:br/>
        <w:t>vn -0.2140 -0.1803 0.9600</w:t>
        <w:br/>
        <w:t>vn -0.4490 -0.1836 0.8745</w:t>
        <w:br/>
        <w:t>vn -0.7149 -0.1953 0.6715</w:t>
        <w:br/>
        <w:t>vn -0.9215 -0.1696 -0.3495</w:t>
        <w:br/>
        <w:t>vn -0.9416 -0.1947 -0.2747</w:t>
        <w:br/>
        <w:t>vn -0.7455 -0.1278 -0.6541</w:t>
        <w:br/>
        <w:t>vn 0.9979 -0.0151 -0.0631</w:t>
        <w:br/>
        <w:t>vn 0.9921 -0.0520 0.1138</w:t>
        <w:br/>
        <w:t>vn 0.9635 -0.0129 -0.2676</w:t>
        <w:br/>
        <w:t>vn 0.8680 -0.0148 -0.4963</w:t>
        <w:br/>
        <w:t>vn 0.8763 0.0077 -0.4818</w:t>
        <w:br/>
        <w:t>vn 0.9634 0.0032 -0.2681</w:t>
        <w:br/>
        <w:t>vn -0.7441 0.2312 0.6268</w:t>
        <w:br/>
        <w:t>vn -0.7667 0.0482 0.6401</w:t>
        <w:br/>
        <w:t>vn -0.4118 -0.0216 0.9110</w:t>
        <w:br/>
        <w:t>vn -0.4050 0.0973 0.9091</w:t>
        <w:br/>
        <w:t>vn 0.9764 0.1585 -0.1470</w:t>
        <w:br/>
        <w:t>vn 0.9972 0.0693 0.0290</w:t>
        <w:br/>
        <w:t>vn 0.9985 -0.0470 0.0297</w:t>
        <w:br/>
        <w:t>vn 0.9883 0.0056 -0.1524</w:t>
        <w:br/>
        <w:t>vn 0.0098 0.4974 -0.8675</w:t>
        <w:br/>
        <w:t>vn 0.3471 0.4482 -0.8238</w:t>
        <w:br/>
        <w:t>vn 0.3755 0.2177 -0.9009</w:t>
        <w:br/>
        <w:t>vn 0.0125 0.2584 -0.9659</w:t>
        <w:br/>
        <w:t>vn 0.0231 -0.0554 -0.9982</w:t>
        <w:br/>
        <w:t>vn -0.3505 -0.0466 -0.9354</w:t>
        <w:br/>
        <w:t>vn -0.3508 0.0116 -0.9364</w:t>
        <w:br/>
        <w:t>vn 0.0172 -0.0205 -0.9996</w:t>
        <w:br/>
        <w:t>vn -0.9805 0.1317 0.1457</w:t>
        <w:br/>
        <w:t>vn -0.9850 0.1032 0.1384</w:t>
        <w:br/>
        <w:t>vn -0.9494 0.0917 0.3003</w:t>
        <w:br/>
        <w:t>vn -0.9500 0.0965 0.2969</w:t>
        <w:br/>
        <w:t>vn 0.4529 -0.2025 0.8683</w:t>
        <w:br/>
        <w:t>vn 0.1846 -0.1652 0.9688</w:t>
        <w:br/>
        <w:t>vn 0.1847 -0.2861 0.9402</w:t>
        <w:br/>
        <w:t>vn 0.4292 -0.3825 0.8182</w:t>
        <w:br/>
        <w:t>vn 0.4752 0.0357 0.8792</w:t>
        <w:br/>
        <w:t>vn 0.4680 0.0103 0.8837</w:t>
        <w:br/>
        <w:t>vn 0.6983 0.0164 0.7156</w:t>
        <w:br/>
        <w:t>vn 0.6788 0.0513 0.7326</w:t>
        <w:br/>
        <w:t>vn 0.9928 -0.0447 -0.1115</w:t>
        <w:br/>
        <w:t>vn 0.9948 -0.0227 0.0998</w:t>
        <w:br/>
        <w:t>vn 0.9941 -0.0610 0.0900</w:t>
        <w:br/>
        <w:t>vn 0.9905 -0.0671 -0.1198</w:t>
        <w:br/>
        <w:t>vn 0.9038 -0.0222 -0.4274</w:t>
        <w:br/>
        <w:t>vn 0.9129 -0.0456 -0.4057</w:t>
        <w:br/>
        <w:t>vn 0.0016 0.0534 -0.9986</w:t>
        <w:br/>
        <w:t>vn 0.3374 0.0182 -0.9412</w:t>
        <w:br/>
        <w:t>vn 0.3430 0.0568 -0.9376</w:t>
        <w:br/>
        <w:t>vn 0.0017 0.1044 -0.9945</w:t>
        <w:br/>
        <w:t>vn -0.3593 0.1474 -0.9215</w:t>
        <w:br/>
        <w:t>vn -0.3424 0.1185 -0.9320</w:t>
        <w:br/>
        <w:t>vn -0.9949 0.0992 0.0188</w:t>
        <w:br/>
        <w:t>vn -0.9976 0.0687 0.0019</w:t>
        <w:br/>
        <w:t>vn -0.9723 0.0235 -0.2326</w:t>
        <w:br/>
        <w:t>vn -0.9760 0.0200 -0.2168</w:t>
        <w:br/>
        <w:t>vn -0.8770 -0.0336 -0.4794</w:t>
        <w:br/>
        <w:t>vn -0.8725 0.0164 -0.4883</w:t>
        <w:br/>
        <w:t>vn -0.7860 -0.1440 0.6012</w:t>
        <w:br/>
        <w:t>vn -0.7833 -0.1484 0.6037</w:t>
        <w:br/>
        <w:t>vn -0.9226 -0.1177 0.3674</w:t>
        <w:br/>
        <w:t>vn -0.9121 -0.1188 0.3923</w:t>
        <w:br/>
        <w:t>vn 0.4554 -0.2333 0.8592</w:t>
        <w:br/>
        <w:t>vn 0.4497 -0.2503 0.8574</w:t>
        <w:br/>
        <w:t>vn 0.0055 -0.2105 0.9776</w:t>
        <w:br/>
        <w:t>vn -0.0056 -0.2237 0.9746</w:t>
        <w:br/>
        <w:t>vn 0.8476 -0.2315 0.4775</w:t>
        <w:br/>
        <w:t>vn 0.8467 -0.2245 0.4825</w:t>
        <w:br/>
        <w:t>vn 0.9788 -0.2028 0.0298</w:t>
        <w:br/>
        <w:t>vn 0.9808 -0.1914 0.0366</w:t>
        <w:br/>
        <w:t>vn 0.3755 -0.0896 -0.9225</w:t>
        <w:br/>
        <w:t>vn 0.0355 -0.0630 -0.9974</w:t>
        <w:br/>
        <w:t>vn 0.3753 -0.0835 -0.9231</w:t>
        <w:br/>
        <w:t>vn -0.9837 -0.0873 0.1575</w:t>
        <w:br/>
        <w:t>vn -0.9844 -0.0750 0.1591</w:t>
        <w:br/>
        <w:t>vn -0.9969 -0.0375 -0.0690</w:t>
        <w:br/>
        <w:t>vn -0.9787 -0.0678 -0.1939</w:t>
        <w:br/>
        <w:t>vn -0.7260 -0.3137 0.6120</w:t>
        <w:br/>
        <w:t>vn -0.7558 -0.1354 0.6406</w:t>
        <w:br/>
        <w:t>vn -0.9444 -0.1235 0.3047</w:t>
        <w:br/>
        <w:t>vn -0.8981 -0.3284 0.2924</w:t>
        <w:br/>
        <w:t>vn -0.1059 -0.0392 0.9936</w:t>
        <w:br/>
        <w:t>vn -0.1059 -0.0271 0.9940</w:t>
        <w:br/>
        <w:t>vn -0.4072 -0.0278 0.9129</w:t>
        <w:br/>
        <w:t>vn -0.4031 -0.0219 0.9149</w:t>
        <w:br/>
        <w:t>vn 0.1904 -0.0224 0.9814</w:t>
        <w:br/>
        <w:t>vn 0.1991 -0.0030 0.9800</w:t>
        <w:br/>
        <w:t>vn 0.9282 -0.3466 -0.1352</w:t>
        <w:br/>
        <w:t>vn 0.8550 -0.3988 -0.3317</w:t>
        <w:br/>
        <w:t>vn 0.9009 -0.2380 -0.3630</w:t>
        <w:br/>
        <w:t>vn 0.9665 -0.2198 -0.1327</w:t>
        <w:br/>
        <w:t>vn 0.3522 -0.3796 -0.8555</w:t>
        <w:br/>
        <w:t>vn 0.0108 -0.4473 -0.8943</w:t>
        <w:br/>
        <w:t>vn 0.0066 -0.1533 -0.9882</w:t>
        <w:br/>
        <w:t>vn 0.3608 -0.1464 -0.9211</w:t>
        <w:br/>
        <w:t>vn -0.9491 -0.2941 0.1126</w:t>
        <w:br/>
        <w:t>vn -0.9860 -0.1117 0.1239</w:t>
        <w:br/>
        <w:t>vn -0.9904 -0.1368 -0.0202</w:t>
        <w:br/>
        <w:t>vn -0.9514 -0.3071 -0.0248</w:t>
        <w:br/>
        <w:t>vn -0.9605 -0.1373 -0.2419</w:t>
        <w:br/>
        <w:t>vn -0.8650 -0.1190 -0.4875</w:t>
        <w:br/>
        <w:t>vn -0.8344 -0.2999 -0.4624</w:t>
        <w:br/>
        <w:t>vn -0.9268 -0.2977 -0.2289</w:t>
        <w:br/>
        <w:t>vn -0.5245 0.1202 -0.8429</w:t>
        <w:br/>
        <w:t>vn -0.6435 0.0964 -0.7594</w:t>
        <w:br/>
        <w:t>vn -0.6851 0.0249 -0.7280</w:t>
        <w:br/>
        <w:t>vn 0.7220 0.0504 -0.6901</w:t>
        <w:br/>
        <w:t>vn 0.6636 0.0236 -0.7478</w:t>
        <w:br/>
        <w:t>vn 0.5663 0.0506 -0.8226</w:t>
        <w:br/>
        <w:t>vn 0.6724 -0.3924 -0.6276</w:t>
        <w:br/>
        <w:t>vn 0.6953 -0.1994 -0.6905</w:t>
        <w:br/>
        <w:t>vn 0.7036 0.3774 -0.6021</w:t>
        <w:br/>
        <w:t>vn 0.7507 0.1489 -0.6437</w:t>
        <w:br/>
        <w:t>vn -0.7645 0.0326 0.6438</w:t>
        <w:br/>
        <w:t>vn -0.3999 -0.0801 0.9131</w:t>
        <w:br/>
        <w:t>vn 0.7099 -0.2028 0.6744</w:t>
        <w:br/>
        <w:t>vn 0.9166 -0.1956 0.3486</w:t>
        <w:br/>
        <w:t>vn 0.9184 -0.0253 0.3949</w:t>
        <w:br/>
        <w:t>vn 0.9774 -0.1975 0.0760</w:t>
        <w:br/>
        <w:t>vn -0.3766 -0.1529 -0.9137</w:t>
        <w:br/>
        <w:t>vn -0.6746 -0.1221 -0.7280</w:t>
        <w:br/>
        <w:t>vn -0.9362 -0.1016 0.3365</w:t>
        <w:br/>
        <w:t>vn -0.9889 -0.0445 0.1414</w:t>
        <w:br/>
        <w:t>vn 0.2027 -0.1967 0.9593</w:t>
        <w:br/>
        <w:t>vn 0.7062 -0.2128 0.6753</w:t>
        <w:br/>
        <w:t>vn 0.4614 -0.1853 0.8676</w:t>
        <w:br/>
        <w:t>vn 0.9443 0.0592 -0.3237</w:t>
        <w:br/>
        <w:t>vn 0.9126 0.2573 -0.3177</w:t>
        <w:br/>
        <w:t>vn 0.9531 -0.1673 -0.2521</w:t>
        <w:br/>
        <w:t>vn 0.7526 -0.1352 -0.6444</w:t>
        <w:br/>
        <w:t>vn 0.7568 -0.1028 -0.6455</w:t>
        <w:br/>
        <w:t>vn 0.9388 -0.1382 -0.3155</w:t>
        <w:br/>
        <w:t>vn -0.9983 -0.0108 -0.0575</w:t>
        <w:br/>
        <w:t>vn -0.9578 -0.0314 -0.2857</w:t>
        <w:br/>
        <w:t>vn -0.9611 0.0060 -0.2761</w:t>
        <w:br/>
        <w:t>vn -0.8764 0.0162 -0.4813</w:t>
        <w:br/>
        <w:t>vn -0.8637 -0.0549 -0.5010</w:t>
        <w:br/>
        <w:t>vn -0.6697 -0.0576 -0.7404</w:t>
        <w:br/>
        <w:t>vn -0.6805 0.0263 -0.7323</w:t>
        <w:br/>
        <w:t>vn -0.0954 -0.0833 0.9920</w:t>
        <w:br/>
        <w:t>vn -0.0895 0.0214 0.9958</w:t>
        <w:br/>
        <w:t>vn -0.0928 -0.0575 0.9940</w:t>
        <w:br/>
        <w:t>vn 0.2134 -0.0097 0.9769</w:t>
        <w:br/>
        <w:t>vn 0.2240 0.1396 0.9645</w:t>
        <w:br/>
        <w:t>vn 0.9059 0.0187 0.4231</w:t>
        <w:br/>
        <w:t>vn -0.7685 0.0168 0.6397</w:t>
        <w:br/>
        <w:t>vn -0.3991 -0.1446 0.9054</w:t>
        <w:br/>
        <w:t>vn -0.0847 -0.1153 0.9897</w:t>
        <w:br/>
        <w:t>vn 0.9474 0.1136 0.2993</w:t>
        <w:br/>
        <w:t>vn 0.9493 -0.0410 0.3118</w:t>
        <w:br/>
        <w:t>vn 0.9532 -0.2939 0.0710</w:t>
        <w:br/>
        <w:t>vn -0.8412 -0.0834 -0.5343</w:t>
        <w:br/>
        <w:t>vn -0.5433 0.5712 -0.6152</w:t>
        <w:br/>
        <w:t>vn -0.6346 0.3342 -0.6969</w:t>
        <w:br/>
        <w:t>vn -0.8356 0.2687 -0.4791</w:t>
        <w:br/>
        <w:t>vn -0.7508 0.4841 -0.4495</w:t>
        <w:br/>
        <w:t>vn -0.8973 0.3597 -0.2559</w:t>
        <w:br/>
        <w:t>vn -0.9436 0.1928 -0.2690</w:t>
        <w:br/>
        <w:t>vn -0.9886 0.1398 -0.0556</w:t>
        <w:br/>
        <w:t>vn -0.9607 0.2717 -0.0568</w:t>
        <w:br/>
        <w:t>vn -0.7683 -0.1524 0.6217</w:t>
        <w:br/>
        <w:t>vn 0.0531 -0.1468 0.9877</w:t>
        <w:br/>
        <w:t>vn 0.7736 0.0615 0.6307</w:t>
        <w:br/>
        <w:t>vn -0.9297 -0.1392 0.3411</w:t>
        <w:br/>
        <w:t>vn -0.9138 0.0789 0.3985</w:t>
        <w:br/>
        <w:t>vn -0.9232 -0.1923 0.3328</w:t>
        <w:br/>
        <w:t>vn 0.3471 -0.0116 -0.9377</w:t>
        <w:br/>
        <w:t>vn 0.3206 -0.0443 -0.9462</w:t>
        <w:br/>
        <w:t>vn 0.9669 0.0092 -0.2549</w:t>
        <w:br/>
        <w:t>vn 0.6699 -0.0136 -0.7424</w:t>
        <w:br/>
        <w:t>vn -0.4374 -0.1533 0.8861</w:t>
        <w:br/>
        <w:t>vn 0.9847 -0.1709 0.0348</w:t>
        <w:br/>
        <w:t>vn 0.9767 -0.1461 -0.1571</w:t>
        <w:br/>
        <w:t>vn 0.3806 -0.0494 -0.9234</w:t>
        <w:br/>
        <w:t>vn -0.3001 0.5713 -0.7639</w:t>
        <w:br/>
        <w:t>vn -0.3405 0.3241 -0.8826</w:t>
        <w:br/>
        <w:t>vn -0.9450 0.0818 0.3168</w:t>
        <w:br/>
        <w:t>vn -0.9211 0.2397 0.3068</w:t>
        <w:br/>
        <w:t>vn -0.9645 0.2345 0.1217</w:t>
        <w:br/>
        <w:t>vn -0.9864 0.1031 0.1276</w:t>
        <w:br/>
        <w:t>vn 0.4689 0.0385 0.8824</w:t>
        <w:br/>
        <w:t>vn 0.4569 0.2470 0.8545</w:t>
        <w:br/>
        <w:t>vn 0.7233 0.2264 0.6524</w:t>
        <w:br/>
        <w:t>vn 0.7402 0.0147 0.6722</w:t>
        <w:br/>
        <w:t>vn -0.9864 0.1031 0.1277</w:t>
        <w:br/>
        <w:t>vn -0.0943 -0.1462 0.9847</w:t>
        <w:br/>
        <w:t>vn 0.6788 -0.3796 0.6286</w:t>
        <w:br/>
        <w:t>vn 0.8901 -0.3189 0.3256</w:t>
        <w:br/>
        <w:t>vn -0.3368 -0.4640 -0.8193</w:t>
        <w:br/>
        <w:t>vn -0.6318 -0.3735 -0.6792</w:t>
        <w:br/>
        <w:t>vn 0.9241 -0.1822 0.3359</w:t>
        <w:br/>
        <w:t>vn -0.4718 -0.1656 0.8660</w:t>
        <w:br/>
        <w:t>vn -0.4826 -0.1882 0.8554</w:t>
        <w:br/>
        <w:t>vn 0.9381 -0.1990 -0.2835</w:t>
        <w:br/>
        <w:t>vn -0.9933 -0.0203 0.1138</w:t>
        <w:br/>
        <w:t>vn -0.9315 0.0085 -0.3635</w:t>
        <w:br/>
        <w:t>vn -0.9201 0.0476 -0.3887</w:t>
        <w:br/>
        <w:t>vn -0.9944 -0.0248 0.1025</w:t>
        <w:br/>
        <w:t>vn -0.9876 -0.0607 0.1447</w:t>
        <w:br/>
        <w:t>vn -0.9454 -0.0322 -0.3243</w:t>
        <w:br/>
        <w:t>vn -0.9933 -0.0202 0.1138</w:t>
        <w:br/>
        <w:t>vn -0.7479 -0.1107 0.6545</w:t>
        <w:br/>
        <w:t>vn -0.7036 -0.1361 0.6974</w:t>
        <w:br/>
        <w:t>vn -0.7547 -0.0868 0.6504</w:t>
        <w:br/>
        <w:t>vn -0.0595 -0.1363 0.9889</w:t>
        <w:br/>
        <w:t>vn -0.0503 -0.2029 0.9779</w:t>
        <w:br/>
        <w:t>vn -0.0448 -0.2351 0.9709</w:t>
        <w:br/>
        <w:t>vn 0.6261 -0.1468 0.7658</w:t>
        <w:br/>
        <w:t>vn 0.5982 -0.2188 0.7709</w:t>
        <w:br/>
        <w:t>vn 0.5409 -0.2621 0.7992</w:t>
        <w:br/>
        <w:t>vn 0.8649 -0.2428 0.4393</w:t>
        <w:br/>
        <w:t>vn 0.9466 -0.1807 0.2670</w:t>
        <w:br/>
        <w:t>vn 0.9566 -0.1034 0.2723</w:t>
        <w:br/>
        <w:t>vn 0.9791 -0.1952 0.0572</w:t>
        <w:br/>
        <w:t>vn 0.9518 -0.1047 -0.2883</w:t>
        <w:br/>
        <w:t>vn 0.9370 -0.1426 -0.3190</w:t>
        <w:br/>
        <w:t>vn 0.9626 -0.0406 -0.2677</w:t>
        <w:br/>
        <w:t>vn 0.9383 -0.0451 0.3428</w:t>
        <w:br/>
        <w:t>vn 0.9676 0.0917 -0.2354</w:t>
        <w:br/>
        <w:t>vn 0.6512 -0.1133 0.7504</w:t>
        <w:br/>
        <w:t>vn -0.0725 -0.1707 0.9827</w:t>
        <w:br/>
        <w:t>vn -0.9763 -0.1641 0.1414</w:t>
        <w:br/>
        <w:t>vn -0.7488 -0.1904 0.6349</w:t>
        <w:br/>
        <w:t>vn -0.9221 0.0070 -0.3869</w:t>
        <w:br/>
        <w:t>vn -0.9359 -0.1883 0.2976</w:t>
        <w:br/>
        <w:t>vn -0.9715 -0.1932 0.1376</w:t>
        <w:br/>
        <w:t>vn -0.9416 0.0084 -0.3367</w:t>
        <w:br/>
        <w:t>vn -0.9642 0.0726 -0.2550</w:t>
        <w:br/>
        <w:t>vn -0.0879 -0.3309 0.9396</w:t>
        <w:br/>
        <w:t>vn 0.5807 -0.2337 0.7798</w:t>
        <w:br/>
        <w:t>vn 0.6160 -0.2709 0.7397</w:t>
        <w:br/>
        <w:t>vn -0.0975 -0.4257 0.8996</w:t>
        <w:br/>
        <w:t>vn -0.0992 -0.3644 0.9259</w:t>
        <w:br/>
        <w:t>vn 0.6995 -0.1915 0.6885</w:t>
        <w:br/>
        <w:t>vn -0.9857 0.0650 -0.1558</w:t>
        <w:br/>
        <w:t>vn -0.9773 0.0945 -0.1894</w:t>
        <w:br/>
        <w:t>vn -0.7374 0.2333 -0.6339</w:t>
        <w:br/>
        <w:t>vn -0.7374 0.1461 -0.6595</w:t>
        <w:br/>
        <w:t>vn -0.0864 0.4324 -0.8975</w:t>
        <w:br/>
        <w:t>vn -0.0726 0.3555 -0.9319</w:t>
        <w:br/>
        <w:t>vn -0.7387 0.2627 -0.6207</w:t>
        <w:br/>
        <w:t>vn 0.6520 -0.1331 0.7464</w:t>
        <w:br/>
        <w:t>vn 0.8932 0.0068 0.4496</w:t>
        <w:br/>
        <w:t>vn 0.9086 -0.0853 0.4089</w:t>
        <w:br/>
        <w:t>vn -0.0825 -0.2532 0.9639</w:t>
        <w:br/>
        <w:t>vn -0.0432 -0.2121 0.9763</w:t>
        <w:br/>
        <w:t>vn 0.6353 -0.1162 0.7635</w:t>
        <w:br/>
        <w:t>vn -0.9281 -0.0657 0.3665</w:t>
        <w:br/>
        <w:t>vn -0.9152 -0.0600 0.3984</w:t>
        <w:br/>
        <w:t>vn 0.6525 0.1693 -0.7387</w:t>
        <w:br/>
        <w:t>vn 0.6423 0.0088 -0.7664</w:t>
        <w:br/>
        <w:t>vn 0.6010 -0.0689 -0.7963</w:t>
        <w:br/>
        <w:t>vn 0.6233 -0.0377 -0.7811</w:t>
        <w:br/>
        <w:t>vn 0.9610 0.1991 -0.1919</w:t>
        <w:br/>
        <w:t>vn 0.6439 0.3355 -0.6876</w:t>
        <w:br/>
        <w:t>vn 0.9962 0.0823 -0.0290</w:t>
        <w:br/>
        <w:t>vn 0.6859 0.1725 -0.7070</w:t>
        <w:br/>
        <w:t>vn 0.6692 0.3116 -0.6746</w:t>
        <w:br/>
        <w:t>vn 0.9863 0.1618 -0.0313</w:t>
        <w:br/>
        <w:t>vn -0.0736 0.2126 -0.9744</w:t>
        <w:br/>
        <w:t>vn -0.6701 0.1320 -0.7305</w:t>
        <w:br/>
        <w:t>vn -0.6560 0.0823 -0.7503</w:t>
        <w:br/>
        <w:t>vn -0.0891 0.0605 -0.9942</w:t>
        <w:br/>
        <w:t>vn -0.6663 0.0079 -0.7456</w:t>
        <w:br/>
        <w:t>vn -0.6607 -0.0088 -0.7506</w:t>
        <w:br/>
        <w:t>vn -0.0764 -0.0176 -0.9969</w:t>
        <w:br/>
        <w:t>vn -0.0956 -0.0015 -0.9954</w:t>
        <w:br/>
        <w:t>vn -0.7176 0.2015 -0.6667</w:t>
        <w:br/>
        <w:t>vn -0.5619 0.2839 -0.7769</w:t>
        <w:br/>
        <w:t>vn -0.7399 -0.3638 0.5658</w:t>
        <w:br/>
        <w:t>vn -0.6794 -0.3218 0.6594</w:t>
        <w:br/>
        <w:t>vn -0.7277 -0.3343 0.5989</w:t>
        <w:br/>
        <w:t>vn 0.8243 -0.1495 0.5461</w:t>
        <w:br/>
        <w:t>vn 0.8500 -0.1728 0.4977</w:t>
        <w:br/>
        <w:t>vn 0.7317 -0.1540 -0.6640</w:t>
        <w:br/>
        <w:t>vn 0.9293 -0.1837 -0.3205</w:t>
        <w:br/>
        <w:t>vn 0.5769 -0.1177 -0.8083</w:t>
        <w:br/>
        <w:t>vn -0.0056 -0.2238 0.9746</w:t>
        <w:br/>
        <w:t>vn -0.0263 -0.2390 0.9707</w:t>
        <w:br/>
        <w:t>vn 0.4858 -0.2574 0.8353</w:t>
        <w:br/>
        <w:t>vn -0.5002 -0.1852 0.8459</w:t>
        <w:br/>
        <w:t>vn -0.9714 -0.0940 0.2180</w:t>
        <w:br/>
        <w:t>vn 0.9788 -0.2028 0.0299</w:t>
        <w:br/>
        <w:t>vn 0.9761 -0.2149 0.0323</w:t>
        <w:br/>
        <w:t>vn -0.1070 -0.0505 -0.9930</w:t>
        <w:br/>
        <w:t>vn 0.4187 0.3748 -0.8272</w:t>
        <w:br/>
        <w:t>vn 0.6506 0.3712 -0.6625</w:t>
        <w:br/>
        <w:t>vn -0.9715 -0.1932 0.1377</w:t>
        <w:br/>
        <w:t>vn -0.6137 -0.1612 0.7729</w:t>
        <w:br/>
        <w:t>vn -0.6514 -0.1895 0.7347</w:t>
        <w:br/>
        <w:t>vn -0.9465 -0.0653 -0.3161</w:t>
        <w:br/>
        <w:t>vn -0.6849 -0.0456 -0.7272</w:t>
        <w:br/>
        <w:t>vn -0.8089 -0.1363 0.5720</w:t>
        <w:br/>
        <w:t>vn 0.8468 -0.2577 0.4654</w:t>
        <w:br/>
        <w:t>vn -0.9714 -0.0941 0.2180</w:t>
        <w:br/>
        <w:t>vn 0.9488 -0.0723 0.3074</w:t>
        <w:br/>
        <w:t>vn 0.9917 0.1263 -0.0247</w:t>
        <w:br/>
        <w:t>vn 0.8861 -0.0143 0.4632</w:t>
        <w:br/>
        <w:t>vn 0.6093 -0.1375 0.7809</w:t>
        <w:br/>
        <w:t>vn 0.8911 -0.0747 0.4477</w:t>
        <w:br/>
        <w:t>vn -0.0091 -0.2040 0.9789</w:t>
        <w:br/>
        <w:t>vn 0.9980 -0.0158 -0.0617</w:t>
        <w:br/>
        <w:t>vn 0.9673 -0.1636 -0.1939</w:t>
        <w:br/>
        <w:t>vn 0.7247 -0.1126 -0.6798</w:t>
        <w:br/>
        <w:t>vn 0.7006 0.0302 -0.7129</w:t>
        <w:br/>
        <w:t>vn -0.0665 0.0008 -0.9978</w:t>
        <w:br/>
        <w:t>vn -0.7485 -0.0160 -0.6630</w:t>
        <w:br/>
        <w:t>vn -0.7386 0.0497 -0.6723</w:t>
        <w:br/>
        <w:t>vn -0.0578 0.0402 -0.9975</w:t>
        <w:br/>
        <w:t>vn -0.9880 0.0148 -0.1535</w:t>
        <w:br/>
        <w:t>vn -0.9905 -0.0353 -0.1327</w:t>
        <w:br/>
        <w:t>vn -0.9159 -0.0850 0.3923</w:t>
        <w:br/>
        <w:t>vn -0.5892 -0.1700 0.7899</w:t>
        <w:br/>
        <w:t>vn 0.0806 -0.1404 0.9868</w:t>
        <w:br/>
        <w:t>vn 0.6461 -0.1515 0.7481</w:t>
        <w:br/>
        <w:t>vn 0.5921 -0.1853 0.7843</w:t>
        <w:br/>
        <w:t>vn 0.0303 -0.1882 0.9817</w:t>
        <w:br/>
        <w:t>vn 0.8494 -0.1733 0.4985</w:t>
        <w:br/>
        <w:t>vn 0.8706 -0.1417 0.4711</w:t>
        <w:br/>
        <w:t>vn 0.8932 -0.2423 -0.3787</w:t>
        <w:br/>
        <w:t>vn 0.9045 -0.2305 -0.3589</w:t>
        <w:br/>
        <w:t>vn -0.4309 -0.1520 0.8895</w:t>
        <w:br/>
        <w:t>vn -0.4350 -0.1141 0.8932</w:t>
        <w:br/>
        <w:t>vn -0.9439 -0.0746 0.3218</w:t>
        <w:br/>
        <w:t>vn -0.5579 -0.1310 0.8195</w:t>
        <w:br/>
        <w:t>vn -0.0614 0.1861 -0.9806</w:t>
        <w:br/>
        <w:t>vn 0.9015 -0.1460 0.4075</w:t>
        <w:br/>
        <w:t>vn 0.5909 -0.1720 0.7882</w:t>
        <w:br/>
        <w:t>vn 0.0104 -0.1927 0.9812</w:t>
        <w:br/>
        <w:t>vn 0.9679 -0.1722 0.1831</w:t>
        <w:br/>
        <w:t>vn -0.4948 -0.0150 -0.8689</w:t>
        <w:br/>
        <w:t>vn -0.2837 -0.0592 -0.9571</w:t>
        <w:br/>
        <w:t>vn -0.2344 -0.0449 -0.9711</w:t>
        <w:br/>
        <w:t>vn 0.2477 -0.1051 0.9631</w:t>
        <w:br/>
        <w:t>vn 0.2285 -0.1057 0.9678</w:t>
        <w:br/>
        <w:t>vn 0.4887 -0.1051 0.8661</w:t>
        <w:br/>
        <w:t>vn 0.5176 -0.0927 0.8506</w:t>
        <w:br/>
        <w:t>vn -0.0434 -0.1086 0.9931</w:t>
        <w:br/>
        <w:t>vn -0.0495 -0.0980 0.9940</w:t>
        <w:br/>
        <w:t>vn 0.8469 -0.1251 0.5169</w:t>
        <w:br/>
        <w:t>vn 0.8994 -0.1191 0.4206</w:t>
        <w:br/>
        <w:t>vn 0.2528 -0.1332 0.9583</w:t>
        <w:br/>
        <w:t>vn -0.0773 -0.1317 0.9883</w:t>
        <w:br/>
        <w:t>vn 0.2150 -0.1111 0.9703</w:t>
        <w:br/>
        <w:t>vn -0.0779 -0.0949 0.9924</w:t>
        <w:br/>
        <w:t>vn 0.4893 -0.1176 0.8642</w:t>
        <w:br/>
        <w:t>vn 0.7657 -0.1434 0.6270</w:t>
        <w:br/>
        <w:t>vn 0.9064 -0.1335 0.4007</w:t>
        <w:br/>
        <w:t>vn -0.1854 -0.0817 -0.9793</w:t>
        <w:br/>
        <w:t>vn 0.0481 -0.0716 -0.9963</w:t>
        <w:br/>
        <w:t>vn -0.3078 -0.0296 -0.9510</w:t>
        <w:br/>
        <w:t>vn -0.0008 -0.0303 -0.9995</w:t>
        <w:br/>
        <w:t>vn 0.6306 -0.1532 0.7609</w:t>
        <w:br/>
        <w:t>vn 0.6180 -0.1715 0.7672</w:t>
        <w:br/>
        <w:t>vn 0.2201 -0.1647 0.9615</w:t>
        <w:br/>
        <w:t>vn 0.5550 -0.1200 0.8231</w:t>
        <w:br/>
        <w:t>vn 0.1554 -0.1325 0.9789</w:t>
        <w:br/>
        <w:t>vn -0.1296 -0.1436 0.9811</w:t>
        <w:br/>
        <w:t>vn -0.3243 -0.1003 0.9406</w:t>
        <w:br/>
        <w:t>vn 0.2108 -0.1087 0.9715</w:t>
        <w:br/>
        <w:t>vn -0.5448 -0.1139 0.8308</w:t>
        <w:br/>
        <w:t>vn -0.5187 -0.1256 0.8457</w:t>
        <w:br/>
        <w:t>vn -0.5952 -0.0348 -0.8028</w:t>
        <w:br/>
        <w:t>vn 0.2628 -0.0655 -0.9626</w:t>
        <w:br/>
        <w:t>vn 0.3187 -0.0568 -0.9462</w:t>
        <w:br/>
        <w:t>vn -0.1352 -0.0406 -0.9900</w:t>
        <w:br/>
        <w:t>vn -0.1543 -0.0443 -0.9870</w:t>
        <w:br/>
        <w:t>vn -0.5610 -0.0160 -0.8277</w:t>
        <w:br/>
        <w:t>vn -0.5438 -0.0155 -0.8390</w:t>
        <w:br/>
        <w:t>vn 0.2960 -0.0407 -0.9543</w:t>
        <w:br/>
        <w:t>vn 0.2878 -0.0153 -0.9576</w:t>
        <w:br/>
        <w:t>vn -0.0608 -0.0291 -0.9977</w:t>
        <w:br/>
        <w:t>vn -0.5327 -0.0260 -0.8459</w:t>
        <w:br/>
        <w:t>vn -0.5451 -0.0208 -0.8381</w:t>
        <w:br/>
        <w:t>vn 0.3008 0.0021 -0.9537</w:t>
        <w:br/>
        <w:t>vn 0.1418 -0.0326 -0.9894</w:t>
        <w:br/>
        <w:t>vn -0.7475 -0.1035 0.6561</w:t>
        <w:br/>
        <w:t>vn -0.8652 -0.0531 -0.4986</w:t>
        <w:br/>
        <w:t>vn -0.9924 -0.0626 -0.1055</w:t>
        <w:br/>
        <w:t>vn 0.6216 -0.1254 -0.7732</w:t>
        <w:br/>
        <w:t>vn 0.8252 -0.2535 -0.5047</w:t>
        <w:br/>
        <w:t>vn -0.9438 -0.0746 0.3219</w:t>
        <w:br/>
        <w:t>vn -0.9951 -0.0904 0.0406</w:t>
        <w:br/>
        <w:t>vn -0.2853 -0.0495 -0.9572</w:t>
        <w:br/>
        <w:t>vn -0.3307 -0.0641 -0.9415</w:t>
        <w:br/>
        <w:t>vn -0.6394 -0.0788 -0.7648</w:t>
        <w:br/>
        <w:t>vn 0.9933 -0.0203 0.1138</w:t>
        <w:br/>
        <w:t>vn 0.9944 -0.0248 0.1025</w:t>
        <w:br/>
        <w:t>vn 0.9201 0.0476 -0.3887</w:t>
        <w:br/>
        <w:t>vn 0.9315 0.0085 -0.3635</w:t>
        <w:br/>
        <w:t>vn 0.9454 -0.0322 -0.3243</w:t>
        <w:br/>
        <w:t>vn 0.9876 -0.0607 0.1447</w:t>
        <w:br/>
        <w:t>vn 0.7479 -0.1107 0.6545</w:t>
        <w:br/>
        <w:t>vn 0.9933 -0.0202 0.1138</w:t>
        <w:br/>
        <w:t>vn 0.9876 -0.0608 0.1447</w:t>
        <w:br/>
        <w:t>vn 0.7036 -0.1361 0.6974</w:t>
        <w:br/>
        <w:t>vn 0.7547 -0.0868 0.6504</w:t>
        <w:br/>
        <w:t>vn 0.0595 -0.1363 0.9889</w:t>
        <w:br/>
        <w:t>vn 0.0503 -0.2029 0.9779</w:t>
        <w:br/>
        <w:t>vn 0.0448 -0.2351 0.9709</w:t>
        <w:br/>
        <w:t>vn -0.5982 -0.2188 0.7709</w:t>
        <w:br/>
        <w:t>vn -0.6261 -0.1468 0.7658</w:t>
        <w:br/>
        <w:t>vn -0.5409 -0.2621 0.7992</w:t>
        <w:br/>
        <w:t>vn -0.8649 -0.2428 0.4393</w:t>
        <w:br/>
        <w:t>vn -0.9466 -0.1807 0.2670</w:t>
        <w:br/>
        <w:t>vn -0.9566 -0.1034 0.2723</w:t>
        <w:br/>
        <w:t>vn -0.9518 -0.1047 -0.2883</w:t>
        <w:br/>
        <w:t>vn -0.9791 -0.1952 0.0572</w:t>
        <w:br/>
        <w:t>vn -0.9370 -0.1426 -0.3190</w:t>
        <w:br/>
        <w:t>vn -0.9626 -0.0406 -0.2677</w:t>
        <w:br/>
        <w:t>vn -0.9676 0.0917 -0.2354</w:t>
        <w:br/>
        <w:t>vn -0.9383 -0.0451 0.3428</w:t>
        <w:br/>
        <w:t>vn -0.6512 -0.1133 0.7504</w:t>
        <w:br/>
        <w:t>vn 0.0725 -0.1707 0.9827</w:t>
        <w:br/>
        <w:t>vn 0.7488 -0.1904 0.6349</w:t>
        <w:br/>
        <w:t>vn 0.9762 -0.1630 0.1432</w:t>
        <w:br/>
        <w:t>vn 0.9208 0.0163 -0.3896</w:t>
        <w:br/>
        <w:t>vn 0.9354 -0.1888 0.2990</w:t>
        <w:br/>
        <w:t>vn 0.9634 0.0659 -0.2600</w:t>
        <w:br/>
        <w:t>vn 0.9388 0.0109 -0.3444</w:t>
        <w:br/>
        <w:t>vn 0.9710 -0.1925 0.1418</w:t>
        <w:br/>
        <w:t>vn -0.5807 -0.2337 0.7798</w:t>
        <w:br/>
        <w:t>vn 0.0879 -0.3309 0.9396</w:t>
        <w:br/>
        <w:t>vn -0.6160 -0.2709 0.7397</w:t>
        <w:br/>
        <w:t>vn -0.6995 -0.1915 0.6885</w:t>
        <w:br/>
        <w:t>vn 0.0992 -0.3644 0.9259</w:t>
        <w:br/>
        <w:t>vn 0.0975 -0.4257 0.8996</w:t>
        <w:br/>
        <w:t>vn 0.7374 0.2333 -0.6339</w:t>
        <w:br/>
        <w:t>vn 0.9774 0.0945 -0.1893</w:t>
        <w:br/>
        <w:t>vn 0.9857 0.0650 -0.1558</w:t>
        <w:br/>
        <w:t>vn 0.7374 0.1461 -0.6595</w:t>
        <w:br/>
        <w:t>vn 0.0726 0.3555 -0.9319</w:t>
        <w:br/>
        <w:t>vn 0.0864 0.4324 -0.8975</w:t>
        <w:br/>
        <w:t>vn 0.7357 0.2564 -0.6269</w:t>
        <w:br/>
        <w:t>vn -0.6520 -0.1331 0.7464</w:t>
        <w:br/>
        <w:t>vn -0.9086 -0.0853 0.4089</w:t>
        <w:br/>
        <w:t>vn -0.8932 0.0068 0.4496</w:t>
        <w:br/>
        <w:t>vn 0.0432 -0.2121 0.9763</w:t>
        <w:br/>
        <w:t>vn 0.0825 -0.2532 0.9639</w:t>
        <w:br/>
        <w:t>vn -0.6353 -0.1162 0.7635</w:t>
        <w:br/>
        <w:t>vn 0.9281 -0.0657 0.3665</w:t>
        <w:br/>
        <w:t>vn 0.9152 -0.0600 0.3984</w:t>
        <w:br/>
        <w:t>vn -0.6525 0.1693 -0.7387</w:t>
        <w:br/>
        <w:t>vn -0.6423 0.0088 -0.7664</w:t>
        <w:br/>
        <w:t>vn -0.6010 -0.0689 -0.7962</w:t>
        <w:br/>
        <w:t>vn -0.6233 -0.0377 -0.7811</w:t>
        <w:br/>
        <w:t>vn -0.6439 0.3355 -0.6876</w:t>
        <w:br/>
        <w:t>vn -0.9610 0.1991 -0.1919</w:t>
        <w:br/>
        <w:t>vn -0.9962 0.0823 -0.0290</w:t>
        <w:br/>
        <w:t>vn -0.9863 0.1618 -0.0313</w:t>
        <w:br/>
        <w:t>vn -0.6692 0.3116 -0.6746</w:t>
        <w:br/>
        <w:t>vn -0.6858 0.1725 -0.7070</w:t>
        <w:br/>
        <w:t>vn 0.0736 0.2126 -0.9744</w:t>
        <w:br/>
        <w:t>vn 0.0891 0.0605 -0.9942</w:t>
        <w:br/>
        <w:t>vn 0.6560 0.0823 -0.7503</w:t>
        <w:br/>
        <w:t>vn 0.6654 0.1397 -0.7333</w:t>
        <w:br/>
        <w:t>vn 0.6663 0.0079 -0.7456</w:t>
        <w:br/>
        <w:t>vn 0.6607 -0.0088 -0.7506</w:t>
        <w:br/>
        <w:t>vn 0.0957 -0.0015 -0.9954</w:t>
        <w:br/>
        <w:t>vn 0.0764 -0.0176 -0.9969</w:t>
        <w:br/>
        <w:t>vn 0.7092 0.2028 -0.6753</w:t>
        <w:br/>
        <w:t>vn 0.5619 0.2839 -0.7769</w:t>
        <w:br/>
        <w:t>vn 0.6794 -0.3218 0.6594</w:t>
        <w:br/>
        <w:t>vn 0.7399 -0.3638 0.5658</w:t>
        <w:br/>
        <w:t>vn 0.7277 -0.3343 0.5989</w:t>
        <w:br/>
        <w:t>vn -0.8243 -0.1495 0.5461</w:t>
        <w:br/>
        <w:t>vn -0.8500 -0.1728 0.4977</w:t>
        <w:br/>
        <w:t>vn -0.7406 -0.1361 -0.6581</w:t>
        <w:br/>
        <w:t>vn -0.5838 -0.1128 -0.8040</w:t>
        <w:br/>
        <w:t>vn -0.9279 -0.1773 -0.3279</w:t>
        <w:br/>
        <w:t>vn -0.9339 -0.1845 -0.3061</w:t>
        <w:br/>
        <w:t>vn -0.4902 -0.2549 0.8335</w:t>
        <w:br/>
        <w:t>vn 0.0274 -0.2383 0.9708</w:t>
        <w:br/>
        <w:t>vn 0.5012 -0.1820 0.8460</w:t>
        <w:br/>
        <w:t>vn 0.4882 -0.1671 0.8566</w:t>
        <w:br/>
        <w:t>vn 0.9744 -0.0665 0.2148</w:t>
        <w:br/>
        <w:t>vn -0.9767 -0.2110 0.0380</w:t>
        <w:br/>
        <w:t>vn 0.1045 -0.0472 -0.9934</w:t>
        <w:br/>
        <w:t>vn -0.4187 0.3748 -0.8272</w:t>
        <w:br/>
        <w:t>vn -0.6506 0.3712 -0.6625</w:t>
        <w:br/>
        <w:t>vn 0.6515 -0.1894 0.7346</w:t>
        <w:br/>
        <w:t>vn 0.6137 -0.1612 0.7729</w:t>
        <w:br/>
        <w:t>vn 0.6800 -0.0418 -0.7320</w:t>
        <w:br/>
        <w:t>vn 0.9518 -0.0478 -0.3029</w:t>
        <w:br/>
        <w:t>vn 0.8172 -0.1238 0.5629</w:t>
        <w:br/>
        <w:t>vn -0.8467 -0.2508 0.4692</w:t>
        <w:br/>
        <w:t>vn -0.9488 -0.0723 0.3074</w:t>
        <w:br/>
        <w:t>vn -0.9917 0.1262 -0.0247</w:t>
        <w:br/>
        <w:t>vn -0.8861 -0.0143 0.4632</w:t>
        <w:br/>
        <w:t>vn -0.8911 -0.0747 0.4477</w:t>
        <w:br/>
        <w:t>vn -0.6093 -0.1375 0.7809</w:t>
        <w:br/>
        <w:t>vn 0.0091 -0.2040 0.9789</w:t>
        <w:br/>
        <w:t>vn -0.7247 -0.1126 -0.6798</w:t>
        <w:br/>
        <w:t>vn -0.9674 -0.1629 -0.1941</w:t>
        <w:br/>
        <w:t>vn -0.9980 -0.0158 -0.0617</w:t>
        <w:br/>
        <w:t>vn -0.7006 0.0302 -0.7129</w:t>
        <w:br/>
        <w:t>vn 0.0665 0.0008 -0.9978</w:t>
        <w:br/>
        <w:t>vn 0.0578 0.0402 -0.9975</w:t>
        <w:br/>
        <w:t>vn 0.7386 0.0497 -0.6723</w:t>
        <w:br/>
        <w:t>vn 0.7524 -0.0192 -0.6584</w:t>
        <w:br/>
        <w:t>vn 0.9880 0.0148 -0.1535</w:t>
        <w:br/>
        <w:t>vn 0.9901 -0.0427 -0.1337</w:t>
        <w:br/>
        <w:t>vn 0.5892 -0.1700 0.7899</w:t>
        <w:br/>
        <w:t>vn 0.9159 -0.0850 0.3922</w:t>
        <w:br/>
        <w:t>vn -0.0806 -0.1404 0.9868</w:t>
        <w:br/>
        <w:t>vn -0.0303 -0.1882 0.9817</w:t>
        <w:br/>
        <w:t>vn -0.5926 -0.1852 0.7839</w:t>
        <w:br/>
        <w:t>vn -0.6463 -0.1513 0.7479</w:t>
        <w:br/>
        <w:t>vn -0.8497 -0.1730 0.4980</w:t>
        <w:br/>
        <w:t>vn -0.8704 -0.1406 0.4718</w:t>
        <w:br/>
        <w:t>vn -0.8915 -0.2397 -0.3843</w:t>
        <w:br/>
        <w:t>vn -0.9050 -0.2277 -0.3594</w:t>
        <w:br/>
        <w:t>vn 0.4314 -0.1518 0.8893</w:t>
        <w:br/>
        <w:t>vn 0.4351 -0.1140 0.8931</w:t>
        <w:br/>
        <w:t>vn 0.9458 -0.0783 0.3152</w:t>
        <w:br/>
        <w:t>vn 0.5581 -0.1313 0.8193</w:t>
        <w:br/>
        <w:t>vn 0.0614 0.1861 -0.9806</w:t>
        <w:br/>
        <w:t>vn -0.9015 -0.1467 0.4072</w:t>
        <w:br/>
        <w:t>vn -0.5911 -0.1722 0.7880</w:t>
        <w:br/>
        <w:t>vn -0.0104 -0.1927 0.9812</w:t>
        <w:br/>
        <w:t>vn -0.9675 -0.1715 0.1861</w:t>
        <w:br/>
        <w:t>vn 0.4948 -0.0150 -0.8689</w:t>
        <w:br/>
        <w:t>vn 0.2344 -0.0449 -0.9711</w:t>
        <w:br/>
        <w:t>vn 0.2837 -0.0592 -0.9571</w:t>
        <w:br/>
        <w:t>vn -0.4887 -0.1051 0.8661</w:t>
        <w:br/>
        <w:t>vn -0.2285 -0.1057 0.9678</w:t>
        <w:br/>
        <w:t>vn -0.2477 -0.1052 0.9631</w:t>
        <w:br/>
        <w:t>vn -0.5176 -0.0927 0.8506</w:t>
        <w:br/>
        <w:t>vn 0.0495 -0.0980 0.9940</w:t>
        <w:br/>
        <w:t>vn 0.0434 -0.1086 0.9931</w:t>
        <w:br/>
        <w:t>vn -0.8994 -0.1191 0.4206</w:t>
        <w:br/>
        <w:t>vn -0.8469 -0.1251 0.5169</w:t>
        <w:br/>
        <w:t>vn -0.2527 -0.1332 0.9583</w:t>
        <w:br/>
        <w:t>vn 0.0773 -0.1317 0.9883</w:t>
        <w:br/>
        <w:t>vn -0.2150 -0.1111 0.9703</w:t>
        <w:br/>
        <w:t>vn 0.0779 -0.0949 0.9924</w:t>
        <w:br/>
        <w:t>vn -0.4894 -0.1176 0.8641</w:t>
        <w:br/>
        <w:t>vn -0.7657 -0.1434 0.6270</w:t>
        <w:br/>
        <w:t>vn -0.9056 -0.1319 0.4031</w:t>
        <w:br/>
        <w:t>vn -0.0481 -0.0716 -0.9963</w:t>
        <w:br/>
        <w:t>vn 0.1854 -0.0817 -0.9793</w:t>
        <w:br/>
        <w:t>vn 0.0008 -0.0303 -0.9995</w:t>
        <w:br/>
        <w:t>vn 0.3078 -0.0298 -0.9510</w:t>
        <w:br/>
        <w:t>vn -0.6306 -0.1532 0.7609</w:t>
        <w:br/>
        <w:t>vn -0.6180 -0.1715 0.7672</w:t>
        <w:br/>
        <w:t>vn -0.5550 -0.1200 0.8231</w:t>
        <w:br/>
        <w:t>vn -0.2201 -0.1647 0.9615</w:t>
        <w:br/>
        <w:t>vn -0.1554 -0.1325 0.9789</w:t>
        <w:br/>
        <w:t>vn 0.1296 -0.1436 0.9811</w:t>
        <w:br/>
        <w:t>vn 0.3243 -0.1003 0.9406</w:t>
        <w:br/>
        <w:t>vn -0.2108 -0.1087 0.9715</w:t>
        <w:br/>
        <w:t>vn 0.5448 -0.1139 0.8308</w:t>
        <w:br/>
        <w:t>vn 0.5191 -0.1255 0.8455</w:t>
        <w:br/>
        <w:t>vn 0.5959 -0.0350 -0.8023</w:t>
        <w:br/>
        <w:t>vn -0.2628 -0.0655 -0.9626</w:t>
        <w:br/>
        <w:t>vn 0.1543 -0.0443 -0.9870</w:t>
        <w:br/>
        <w:t>vn 0.1352 -0.0406 -0.9900</w:t>
        <w:br/>
        <w:t>vn -0.3187 -0.0568 -0.9462</w:t>
        <w:br/>
        <w:t>vn 0.5438 -0.0155 -0.8390</w:t>
        <w:br/>
        <w:t>vn 0.5610 -0.0160 -0.8277</w:t>
        <w:br/>
        <w:t>vn -0.2960 -0.0407 -0.9543</w:t>
        <w:br/>
        <w:t>vn 0.0608 -0.0291 -0.9977</w:t>
        <w:br/>
        <w:t>vn -0.2878 -0.0152 -0.9576</w:t>
        <w:br/>
        <w:t>vn 0.5452 -0.0209 -0.8381</w:t>
        <w:br/>
        <w:t>vn 0.5327 -0.0259 -0.8459</w:t>
        <w:br/>
        <w:t>vn -0.3008 0.0021 -0.9537</w:t>
        <w:br/>
        <w:t>vn -0.1418 -0.0326 -0.9894</w:t>
        <w:br/>
        <w:t>vn 0.7478 -0.1039 0.6557</w:t>
        <w:br/>
        <w:t>vn 0.9912 -0.0770 -0.1075</w:t>
        <w:br/>
        <w:t>vn 0.8727 -0.0609 -0.4845</w:t>
        <w:br/>
        <w:t>vn -0.6216 -0.1254 -0.7732</w:t>
        <w:br/>
        <w:t>vn -0.8252 -0.2535 -0.5047</w:t>
        <w:br/>
        <w:t>vn 0.9159 -0.0850 0.3923</w:t>
        <w:br/>
        <w:t>vn 0.9949 -0.0984 0.0233</w:t>
        <w:br/>
        <w:t>vn 0.2853 -0.0495 -0.9572</w:t>
        <w:br/>
        <w:t>vn 0.7478 -0.1039 0.6558</w:t>
        <w:br/>
        <w:t>vn 0.8549 -0.0490 -0.5164</w:t>
        <w:br/>
        <w:t>vn 0.6299 -0.0490 -0.7751</w:t>
        <w:br/>
        <w:t>vn 0.4804 -0.1568 0.8629</w:t>
        <w:br/>
        <w:t>vn -0.3307 -0.0641 -0.9416</w:t>
        <w:br/>
        <w:t>vn -0.9836 -0.0873 0.1575</w:t>
        <w:br/>
        <w:t>vn -0.7214 -0.0230 0.6922</w:t>
        <w:br/>
        <w:t>vn -0.7214 -0.0230 0.6921</w:t>
        <w:br/>
        <w:t>vn -0.0115 0.9997 0.0212</w:t>
        <w:br/>
        <w:t>vn -0.0113 0.9997 0.0212</w:t>
        <w:br/>
        <w:t>vn -0.0117 0.9997 0.0213</w:t>
        <w:br/>
        <w:t>vn 0.0115 -0.9997 -0.0214</w:t>
        <w:br/>
        <w:t>vn 0.0114 -0.9997 -0.0214</w:t>
        <w:br/>
        <w:t>vn 0.0116 -0.9997 -0.0214</w:t>
        <w:br/>
        <w:t>vn 0.6924 -0.0075 0.7215</w:t>
        <w:br/>
        <w:t>vn 0.6924 -0.0076 0.7215</w:t>
        <w:br/>
        <w:t>vn 0.6919 -0.0075 0.7219</w:t>
        <w:br/>
        <w:t>vn 0.6922 -0.0077 0.7217</w:t>
        <w:br/>
        <w:t>vn 0.6923 -0.0075 0.7215</w:t>
        <w:br/>
        <w:t>vn 0.6922 -0.0074 0.7216</w:t>
        <w:br/>
        <w:t>vn 0.6925 -0.0075 0.7213</w:t>
        <w:br/>
        <w:t>vn -0.6924 0.0075 -0.7215</w:t>
        <w:br/>
        <w:t>vn -0.6927 0.0076 -0.7212</w:t>
        <w:br/>
        <w:t>vn -0.6925 0.0076 -0.7213</w:t>
        <w:br/>
        <w:t>vn -0.6922 0.0075 -0.7217</w:t>
        <w:br/>
        <w:t>vn -0.6923 0.0073 -0.7216</w:t>
        <w:br/>
        <w:t>vn -0.6922 0.0074 -0.7217</w:t>
        <w:br/>
        <w:t>vn -0.6925 0.0074 -0.7214</w:t>
        <w:br/>
        <w:t>vn -0.6924 0.0073 -0.7215</w:t>
        <w:br/>
        <w:t>vn -0.7215 -0.0230 0.6920</w:t>
        <w:br/>
        <w:t>vn 0.7214 0.0230 -0.6921</w:t>
        <w:br/>
        <w:t>vn 0.7215 0.0230 -0.6920</w:t>
        <w:br/>
        <w:t>vn 0.7215 0.0230 -0.6921</w:t>
        <w:br/>
        <w:t>vn -0.0115 0.9997 0.0213</w:t>
        <w:br/>
        <w:t>vn -0.0115 0.9997 0.0215</w:t>
        <w:br/>
        <w:t>vn -0.0115 0.9997 0.0214</w:t>
        <w:br/>
        <w:t>vn 0.0115 -0.9997 -0.0215</w:t>
        <w:br/>
        <w:t>vn 0.9973 -0.0153 -0.0711</w:t>
        <w:br/>
        <w:t>vn 0.9974 -0.0153 -0.0710</w:t>
        <w:br/>
        <w:t>vn 0.9973 -0.0152 -0.0713</w:t>
        <w:br/>
        <w:t>vn 0.9974 -0.0153 -0.0711</w:t>
        <w:br/>
        <w:t>vn 0.0139 0.9998 0.0152</w:t>
        <w:br/>
        <w:t>vn 0.0189 0.9997 0.0179</w:t>
        <w:br/>
        <w:t>vn 0.0137 0.9998 0.0150</w:t>
        <w:br/>
        <w:t>vn -0.0948 0.0135 -0.9954</w:t>
        <w:br/>
        <w:t>vn -0.0953 0.0135 -0.9954</w:t>
        <w:br/>
        <w:t>vn 0.2648 0.0074 -0.9643</w:t>
        <w:br/>
        <w:t>vn 0.2644 0.0074 -0.9644</w:t>
        <w:br/>
        <w:t>vn -0.0139 -0.9998 -0.0150</w:t>
        <w:br/>
        <w:t>vn -0.0137 -0.9998 -0.0150</w:t>
        <w:br/>
        <w:t>vn -0.0189 -0.9997 -0.0180</w:t>
        <w:br/>
        <w:t>vn -0.2511 -0.0076 0.9679</w:t>
        <w:br/>
        <w:t>vn 0.1037 -0.0137 0.9945</w:t>
        <w:br/>
        <w:t>vn 0.1034 -0.0136 0.9945</w:t>
        <w:br/>
        <w:t>vn -0.2511 -0.0077 0.9679</w:t>
        <w:br/>
        <w:t>vn 0.3752 -0.0172 0.9268</w:t>
        <w:br/>
        <w:t>vn 0.3752 -0.0171 0.9268</w:t>
        <w:br/>
        <w:t>vn 0.0202 0.9996 0.0175</w:t>
        <w:br/>
        <w:t>vn -0.3652 0.0171 -0.9308</w:t>
        <w:br/>
        <w:t>vn -0.0204 -0.9996 -0.0175</w:t>
        <w:br/>
        <w:t>vn -0.0204 -0.9996 -0.0174</w:t>
        <w:br/>
        <w:t>vn -0.0100 -0.9999 -0.0117</w:t>
        <w:br/>
        <w:t>vn -0.0100 -0.9999 -0.0116</w:t>
        <w:br/>
        <w:t>vn -0.3250 -0.0062 0.9457</w:t>
        <w:br/>
        <w:t>vn 0.0100 0.9999 0.0118</w:t>
        <w:br/>
        <w:t>vn 0.0100 0.9999 0.0117</w:t>
        <w:br/>
        <w:t>vn 0.3454 0.0060 -0.9384</w:t>
        <w:br/>
        <w:t>vn 0.3453 0.0058 -0.9385</w:t>
        <w:br/>
        <w:t>vn 0.1019 -0.0790 0.9916</w:t>
        <w:br/>
        <w:t>vn 0.4039 -0.0452 0.9137</w:t>
        <w:br/>
        <w:t>vn -0.0207 0.9464 0.3223</w:t>
        <w:br/>
        <w:t>vn -0.4163 -0.0870 0.9050</w:t>
        <w:br/>
        <w:t>vn -0.4164 -0.0870 0.9050</w:t>
        <w:br/>
        <w:t>vn -0.0261 -0.1502 0.9883</w:t>
        <w:br/>
        <w:t>vn -0.0240 -0.1432 0.9894</w:t>
        <w:br/>
        <w:t>vn -0.0453 -0.1435 0.9886</w:t>
        <w:br/>
        <w:t>vn -0.0520 -0.1515 0.9871</w:t>
        <w:br/>
        <w:t>vn -0.0566 -0.1573 0.9859</w:t>
        <w:br/>
        <w:t>vn -0.0463 -0.1569 0.9865</w:t>
        <w:br/>
        <w:t>vn -0.0449 -0.1342 0.9899</w:t>
        <w:br/>
        <w:t>vn -0.0219 -0.1714 0.9849</w:t>
        <w:br/>
        <w:t>vn -0.0252 -0.1568 0.9873</w:t>
        <w:br/>
        <w:t>vn -0.0476 -0.1794 0.9826</w:t>
        <w:br/>
        <w:t>vn -0.0176 -0.1426 0.9896</w:t>
        <w:br/>
        <w:t>vn -0.0478 -0.1355 0.9896</w:t>
        <w:br/>
        <w:t>vn -0.0121 -0.1431 0.9896</w:t>
        <w:br/>
        <w:t>vn 0.0453 0.1435 -0.9886</w:t>
        <w:br/>
        <w:t>vn 0.0240 0.1432 -0.9894</w:t>
        <w:br/>
        <w:t>vn 0.0260 0.1502 -0.9883</w:t>
        <w:br/>
        <w:t>vn 0.0520 0.1515 -0.9871</w:t>
        <w:br/>
        <w:t>vn 0.0220 0.1362 -0.9904</w:t>
        <w:br/>
        <w:t>vn 0.0121 0.1430 -0.9897</w:t>
        <w:br/>
        <w:t>vn 0.0464 0.1569 -0.9865</w:t>
        <w:br/>
        <w:t>vn 0.0253 0.1568 -0.9873</w:t>
        <w:br/>
        <w:t>vn 0.0220 0.1714 -0.9850</w:t>
        <w:br/>
        <w:t>vn 0.0477 0.1795 -0.9826</w:t>
        <w:br/>
        <w:t>vn 0.0178 0.1425 -0.9896</w:t>
        <w:br/>
        <w:t>vn 0.0478 0.1355 -0.9896</w:t>
        <w:br/>
        <w:t>vn 0.0567 0.1575 -0.9859</w:t>
        <w:br/>
        <w:t>vn 0.0062 0.9926 0.1209</w:t>
        <w:br/>
        <w:t>vn 0.0061 0.9926 0.1211</w:t>
        <w:br/>
        <w:t>vn 0.2550 -0.9611 -0.1065</w:t>
        <w:br/>
        <w:t>vn -0.3881 -0.9129 -0.1268</w:t>
        <w:br/>
        <w:t>vn 0.2551 -0.9610 -0.1065</w:t>
        <w:br/>
        <w:t>vn -0.9992 0.0109 -0.0392</w:t>
        <w:br/>
        <w:t>vn 0.9867 0.1518 0.0585</w:t>
        <w:br/>
        <w:t>vn 0.9765 -0.2153 0.0135</w:t>
        <w:br/>
        <w:t>vn 0.9764 -0.2154 0.0135</w:t>
        <w:br/>
        <w:t>vn -0.0061 -0.9926 -0.1213</w:t>
        <w:br/>
        <w:t>vn -0.0062 -0.9926 -0.1211</w:t>
        <w:br/>
        <w:t>vn -0.3767 0.9213 0.0967</w:t>
        <w:br/>
        <w:t>vn 0.2651 0.9558 0.1271</w:t>
        <w:br/>
        <w:t>vn 0.2650 0.9558 0.1271</w:t>
        <w:br/>
        <w:t>vn -0.9257 -0.3692 -0.0825</w:t>
        <w:br/>
        <w:t>vn -0.9205 0.3905 0.0101</w:t>
        <w:br/>
        <w:t>vn -0.9205 0.3906 0.0102</w:t>
        <w:br/>
        <w:t>vn -0.9257 -0.3691 -0.0824</w:t>
        <w:br/>
        <w:t>vn 0.9992 -0.0110 0.0392</w:t>
        <w:br/>
        <w:t>vn -0.3880 -0.9129 -0.1268</w:t>
        <w:br/>
        <w:t>vn 0.7417 -0.6688 -0.0512</w:t>
        <w:br/>
        <w:t>vn 0.7419 -0.6686 -0.0511</w:t>
        <w:br/>
        <w:t>vn 0.7756 0.6221 0.1072</w:t>
        <w:br/>
        <w:t>vn 0.7756 0.6220 0.1072</w:t>
        <w:br/>
        <w:t>vn -0.0220 -0.1363 0.9904</w:t>
        <w:br/>
        <w:t>vn 0.0450 0.1341 -0.9899</w:t>
        <w:br/>
        <w:t>vn -0.1784 0.2672 -0.9470</w:t>
        <w:br/>
        <w:t>vn 0.1195 0.2366 -0.9642</w:t>
        <w:br/>
        <w:t>vn 0.0948 0.1429 -0.9852</w:t>
        <w:br/>
        <w:t>vn -0.2134 0.1575 -0.9642</w:t>
        <w:br/>
        <w:t>vn 0.0596 -0.0936 -0.9938</w:t>
        <w:br/>
        <w:t>vn 0.0732 -0.3904 -0.9178</w:t>
        <w:br/>
        <w:t>vn -0.2445 -0.3820 -0.8912</w:t>
        <w:br/>
        <w:t>vn -0.2584 -0.0830 -0.9625</w:t>
        <w:br/>
        <w:t>vn -0.8053 0.2007 -0.5578</w:t>
        <w:br/>
        <w:t>vn -0.5619 0.1796 -0.8075</w:t>
        <w:br/>
        <w:t>vn -0.5834 -0.0502 -0.8106</w:t>
        <w:br/>
        <w:t>vn -0.8201 -0.0024 -0.5722</w:t>
        <w:br/>
        <w:t>vn 0.6389 -0.1133 -0.7609</w:t>
        <w:br/>
        <w:t>vn 0.6035 0.0849 -0.7928</w:t>
        <w:br/>
        <w:t>vn 0.3876 -0.0764 -0.9186</w:t>
        <w:br/>
        <w:t>vn 0.6113 -0.1619 -0.7746</w:t>
        <w:br/>
        <w:t>vn 0.5781 0.1817 -0.7955</w:t>
        <w:br/>
        <w:t>vn 0.6398 0.1807 -0.7470</w:t>
        <w:br/>
        <w:t>vn 0.6284 -0.2527 -0.7357</w:t>
        <w:br/>
        <w:t>vn 0.6045 -0.4744 -0.6400</w:t>
        <w:br/>
        <w:t>vn 0.6411 -0.4756 -0.6024</w:t>
        <w:br/>
        <w:t>vn 0.6853 -0.2546 -0.6823</w:t>
        <w:br/>
        <w:t>vn -0.0000 -0.8458 -0.5335</w:t>
        <w:br/>
        <w:t>vn 0.5336 -0.7267 -0.4327</w:t>
        <w:br/>
        <w:t>vn 0.0000 -0.5016 0.8651</w:t>
        <w:br/>
        <w:t>vn -0.0244 -0.5118 0.8587</w:t>
        <w:br/>
        <w:t>vn -0.0461 -0.7996 0.5988</w:t>
        <w:br/>
        <w:t>vn 0.0000 -0.8106 0.5857</w:t>
        <w:br/>
        <w:t>vn 0.1593 -0.9821 -0.1005</w:t>
        <w:br/>
        <w:t>vn 0.2827 -0.9195 -0.2733</w:t>
        <w:br/>
        <w:t>vn -0.0000 -0.9710 -0.2391</w:t>
        <w:br/>
        <w:t>vn -0.1182 -0.9927 -0.0233</w:t>
        <w:br/>
        <w:t>vn -0.2043 -0.9566 0.2077</w:t>
        <w:br/>
        <w:t>vn -0.0000 -0.9740 0.2267</w:t>
        <w:br/>
        <w:t>vn -0.0000 -0.9976 -0.0697</w:t>
        <w:br/>
        <w:t>vn 0.4141 -0.8706 -0.2658</w:t>
        <w:br/>
        <w:t>vn 0.9861 0.0726 -0.1496</w:t>
        <w:br/>
        <w:t>vn 0.9798 0.0149 -0.1994</w:t>
        <w:br/>
        <w:t>vn 0.9716 0.2367 0.0037</w:t>
        <w:br/>
        <w:t>vn -0.3298 -0.9256 0.1859</w:t>
        <w:br/>
        <w:t>vn -0.3072 -0.9497 0.0601</w:t>
        <w:br/>
        <w:t>vn 0.1144 -0.4438 0.8888</w:t>
        <w:br/>
        <w:t>vn 0.5185 -0.1779 0.8363</w:t>
        <w:br/>
        <w:t>vn -0.1104 -0.8575 0.5026</w:t>
        <w:br/>
        <w:t>vn 0.4646 -0.7036 -0.5377</w:t>
        <w:br/>
        <w:t>vn 0.5752 -0.5222 -0.6297</w:t>
        <w:br/>
        <w:t>vn 0.8295 -0.4169 -0.3716</w:t>
        <w:br/>
        <w:t>vn 0.6375 -0.6259 -0.4492</w:t>
        <w:br/>
        <w:t>vn 0.0857 -0.1742 0.9810</w:t>
        <w:br/>
        <w:t>vn -0.0584 -0.2929 0.9544</w:t>
        <w:br/>
        <w:t>vn -0.0632 -0.1294 0.9896</w:t>
        <w:br/>
        <w:t>vn -0.1488 -0.0172 0.9887</w:t>
        <w:br/>
        <w:t>vn 0.1214 -0.6680 -0.7342</w:t>
        <w:br/>
        <w:t>vn -0.1934 -0.5891 -0.7846</w:t>
        <w:br/>
        <w:t>vn 0.6179 -0.3010 -0.7264</w:t>
        <w:br/>
        <w:t>vn -0.5390 0.2762 -0.7958</w:t>
        <w:br/>
        <w:t>vn -0.5517 -0.3457 -0.7590</w:t>
        <w:br/>
        <w:t>vn -0.7920 0.2811 -0.5419</w:t>
        <w:br/>
        <w:t>vn 0.1403 0.0322 0.9896</w:t>
        <w:br/>
        <w:t>vn -0.9802 0.1923 -0.0475</w:t>
        <w:br/>
        <w:t>vn -0.9566 0.2884 0.0423</w:t>
        <w:br/>
        <w:t>vn -0.9621 0.2119 -0.1717</w:t>
        <w:br/>
        <w:t>vn -0.7866 -0.2426 -0.5678</w:t>
        <w:br/>
        <w:t>vn 0.2056 -0.3675 -0.9070</w:t>
        <w:br/>
        <w:t>vn 0.2498 -0.2453 -0.9367</w:t>
        <w:br/>
        <w:t>vn -0.0793 -0.2321 -0.9694</w:t>
        <w:br/>
        <w:t>vn -0.1485 -0.3541 -0.9233</w:t>
        <w:br/>
        <w:t>vn 0.1019 -0.6002 -0.7933</w:t>
        <w:br/>
        <w:t>vn 0.2202 -0.6644 -0.7142</w:t>
        <w:br/>
        <w:t>vn -0.4148 -0.1999 -0.8877</w:t>
        <w:br/>
        <w:t>vn -0.4874 -0.4124 -0.7697</w:t>
        <w:br/>
        <w:t>vn 0.9653 0.2499 0.0755</w:t>
        <w:br/>
        <w:t>vn 0.9692 0.2269 0.0957</w:t>
        <w:br/>
        <w:t>vn 0.9733 0.2268 0.0354</w:t>
        <w:br/>
        <w:t>vn 0.8726 -0.1916 -0.4493</w:t>
        <w:br/>
        <w:t>vn 0.7033 -0.2155 -0.6775</w:t>
        <w:br/>
        <w:t>vn 0.2190 0.1596 0.9626</w:t>
        <w:br/>
        <w:t>vn 0.4776 0.1825 0.8594</w:t>
        <w:br/>
        <w:t>vn 0.3966 0.5445 0.7390</w:t>
        <w:br/>
        <w:t>vn -0.3449 0.1804 0.9211</w:t>
        <w:br/>
        <w:t>vn -0.1039 0.2115 0.9718</w:t>
        <w:br/>
        <w:t>vn 0.9516 0.1513 0.2676</w:t>
        <w:br/>
        <w:t>vn 0.8122 0.1037 0.5741</w:t>
        <w:br/>
        <w:t>vn 0.7768 0.0634 0.6266</w:t>
        <w:br/>
        <w:t>vn 0.9535 0.1126 0.2797</w:t>
        <w:br/>
        <w:t>vn 0.1204 0.0579 0.9910</w:t>
        <w:br/>
        <w:t>vn 0.4223 0.0327 0.9059</w:t>
        <w:br/>
        <w:t>vn -0.4532 0.1642 0.8761</w:t>
        <w:br/>
        <w:t>vn -0.1739 0.1254 0.9768</w:t>
        <w:br/>
        <w:t>vn -0.9451 0.2998 -0.1300</w:t>
        <w:br/>
        <w:t>vn -0.9073 0.2903 -0.3041</w:t>
        <w:br/>
        <w:t>vn -0.9179 0.1797 -0.3538</w:t>
        <w:br/>
        <w:t>vn -0.5041 0.1530 0.8500</w:t>
        <w:br/>
        <w:t>vn -0.9546 0.2583 0.1485</w:t>
        <w:br/>
        <w:t>vn -0.8205 0.2861 0.4950</w:t>
        <w:br/>
        <w:t>vn -0.5554 0.1360 0.8204</w:t>
        <w:br/>
        <w:t>vn -0.2902 0.0230 0.9567</w:t>
        <w:br/>
        <w:t>vn -0.9704 0.2039 0.1291</w:t>
        <w:br/>
        <w:t>vn -0.8774 0.2194 0.4266</w:t>
        <w:br/>
        <w:t>vn -0.8686 0.2539 0.4255</w:t>
        <w:br/>
        <w:t>vn -0.6668 0.1857 0.7218</w:t>
        <w:br/>
        <w:t>vn -0.6604 0.2255 0.7163</w:t>
        <w:br/>
        <w:t>vn -0.0728 -0.0507 0.9961</w:t>
        <w:br/>
        <w:t>vn 0.0000 -0.0848 0.9964</w:t>
        <w:br/>
        <w:t>vn 0.0000 -0.1342 0.9910</w:t>
        <w:br/>
        <w:t>vn 0.0000 -0.2659 0.9640</w:t>
        <w:br/>
        <w:t>vn -0.9371 0.0665 -0.3426</w:t>
        <w:br/>
        <w:t>vn -0.9873 0.1429 -0.0698</w:t>
        <w:br/>
        <w:t>vn -0.9216 0.0502 -0.3848</w:t>
        <w:br/>
        <w:t>vn 0.9479 0.1923 0.2540</w:t>
        <w:br/>
        <w:t>vn 0.5185 -0.1780 0.8363</w:t>
        <w:br/>
        <w:t>vn 0.0001 -0.2155 -0.9765</w:t>
        <w:br/>
        <w:t>vn 0.3793 0.1984 -0.9038</w:t>
        <w:br/>
        <w:t>vn 0.3692 0.1237 -0.9211</w:t>
        <w:br/>
        <w:t>vn 0.3614 -0.0978 -0.9273</w:t>
        <w:br/>
        <w:t>vn 0.3626 -0.3632 -0.8583</w:t>
        <w:br/>
        <w:t>vn 0.3764 -0.6013 -0.7048</w:t>
        <w:br/>
        <w:t>vn 0.4088 -0.4766 -0.7783</w:t>
        <w:br/>
        <w:t>vn 0.4821 -0.2131 -0.8498</w:t>
        <w:br/>
        <w:t>vn -0.9194 0.0242 -0.3925</w:t>
        <w:br/>
        <w:t>vn -0.8460 -0.0939 -0.5249</w:t>
        <w:br/>
        <w:t>vn -0.7757 -0.0151 -0.6309</w:t>
        <w:br/>
        <w:t>vn -0.6758 -0.2211 -0.7032</w:t>
        <w:br/>
        <w:t>vn -0.6356 -0.0777 -0.7681</w:t>
        <w:br/>
        <w:t>vn 0.1783 0.2672 -0.9470</w:t>
        <w:br/>
        <w:t>vn 0.2134 0.1575 -0.9642</w:t>
        <w:br/>
        <w:t>vn -0.0948 0.1430 -0.9852</w:t>
        <w:br/>
        <w:t>vn -0.1195 0.2366 -0.9642</w:t>
        <w:br/>
        <w:t>vn -0.0596 -0.0935 -0.9938</w:t>
        <w:br/>
        <w:t>vn 0.2584 -0.0830 -0.9625</w:t>
        <w:br/>
        <w:t>vn 0.2445 -0.3820 -0.8912</w:t>
        <w:br/>
        <w:t>vn -0.0732 -0.3904 -0.9178</w:t>
        <w:br/>
        <w:t>vn 0.7988 0.1965 -0.5685</w:t>
        <w:br/>
        <w:t>vn 0.8137 -0.0129 -0.5811</w:t>
        <w:br/>
        <w:t>vn 0.5854 -0.0533 -0.8090</w:t>
        <w:br/>
        <w:t>vn 0.5605 0.1777 -0.8088</w:t>
        <w:br/>
        <w:t>vn -0.6389 -0.1133 -0.7609</w:t>
        <w:br/>
        <w:t>vn -0.6112 -0.1620 -0.7747</w:t>
        <w:br/>
        <w:t>vn -0.6955 0.0576 -0.7162</w:t>
        <w:br/>
        <w:t>vn -0.6035 0.0849 -0.7928</w:t>
        <w:br/>
        <w:t>vn -0.5780 0.1817 -0.7955</w:t>
        <w:br/>
        <w:t>vn -0.6398 0.1807 -0.7470</w:t>
        <w:br/>
        <w:t>vn -0.6284 -0.2527 -0.7357</w:t>
        <w:br/>
        <w:t>vn -0.6853 -0.2546 -0.6823</w:t>
        <w:br/>
        <w:t>vn -0.6411 -0.4756 -0.6024</w:t>
        <w:br/>
        <w:t>vn -0.6045 -0.4744 -0.6400</w:t>
        <w:br/>
        <w:t>vn -0.5336 -0.7267 -0.4327</w:t>
        <w:br/>
        <w:t>vn 0.0461 -0.7996 0.5988</w:t>
        <w:br/>
        <w:t>vn 0.0244 -0.5118 0.8587</w:t>
        <w:br/>
        <w:t>vn -0.4787 -0.8456 -0.2361</w:t>
        <w:br/>
        <w:t>vn 0.1182 -0.9927 -0.0233</w:t>
        <w:br/>
        <w:t>vn -0.2827 -0.9195 -0.2733</w:t>
        <w:br/>
        <w:t>vn 0.2043 -0.9566 0.2077</w:t>
        <w:br/>
        <w:t>vn -0.4006 -0.8801 -0.2548</w:t>
        <w:br/>
        <w:t>vn -0.9899 0.0617 -0.1280</w:t>
        <w:br/>
        <w:t>vn -0.9682 0.2503 -0.0015</w:t>
        <w:br/>
        <w:t>vn -0.9854 0.1689 -0.0200</w:t>
        <w:br/>
        <w:t>vn 0.3072 -0.9497 0.0601</w:t>
        <w:br/>
        <w:t>vn 0.3298 -0.9256 0.1859</w:t>
        <w:br/>
        <w:t>vn -0.1144 -0.4438 0.8888</w:t>
        <w:br/>
        <w:t>vn -0.5185 -0.1779 0.8363</w:t>
        <w:br/>
        <w:t>vn 0.1104 -0.8575 0.5026</w:t>
        <w:br/>
        <w:t>vn -0.5752 -0.5222 -0.6296</w:t>
        <w:br/>
        <w:t>vn -0.4646 -0.7036 -0.5377</w:t>
        <w:br/>
        <w:t>vn -0.6378 -0.6279 -0.4461</w:t>
        <w:br/>
        <w:t>vn -0.0857 -0.1742 0.9810</w:t>
        <w:br/>
        <w:t>vn 0.1488 -0.0172 0.9887</w:t>
        <w:br/>
        <w:t>vn 0.0632 -0.1294 0.9896</w:t>
        <w:br/>
        <w:t>vn 0.0585 -0.2929 0.9543</w:t>
        <w:br/>
        <w:t>vn 0.1934 -0.5891 -0.7846</w:t>
        <w:br/>
        <w:t>vn -0.1214 -0.6680 -0.7342</w:t>
        <w:br/>
        <w:t>vn -0.6179 -0.3010 -0.7264</w:t>
        <w:br/>
        <w:t>vn 0.5357 0.2795 -0.7968</w:t>
        <w:br/>
        <w:t>vn 0.5470 -0.3429 -0.7637</w:t>
        <w:br/>
        <w:t>vn 0.7813 0.3048 -0.5446</w:t>
        <w:br/>
        <w:t>vn -0.1403 0.0322 0.9896</w:t>
        <w:br/>
        <w:t>vn 0.9664 0.2504 -0.0575</w:t>
        <w:br/>
        <w:t>vn 0.9544 0.2377 -0.1805</w:t>
        <w:br/>
        <w:t>vn 0.9481 0.3160 0.0352</w:t>
        <w:br/>
        <w:t>vn 0.7706 -0.2242 -0.5966</w:t>
        <w:br/>
        <w:t>vn -0.2056 -0.3675 -0.9070</w:t>
        <w:br/>
        <w:t>vn 0.1485 -0.3541 -0.9233</w:t>
        <w:br/>
        <w:t>vn 0.0793 -0.2321 -0.9694</w:t>
        <w:br/>
        <w:t>vn -0.2498 -0.2453 -0.9367</w:t>
        <w:br/>
        <w:t>vn -0.1019 -0.6002 -0.7933</w:t>
        <w:br/>
        <w:t>vn -0.2202 -0.6645 -0.7142</w:t>
        <w:br/>
        <w:t>vn 0.4769 -0.4153 -0.7747</w:t>
        <w:br/>
        <w:t>vn 0.4054 -0.2011 -0.8917</w:t>
        <w:br/>
        <w:t>vn -0.9671 0.2340 0.0998</w:t>
        <w:br/>
        <w:t>vn -0.9653 0.2499 0.0755</w:t>
        <w:br/>
        <w:t>vn -0.9689 0.2448 0.0360</w:t>
        <w:br/>
        <w:t>vn -0.7122 -0.1826 -0.6778</w:t>
        <w:br/>
        <w:t>vn -0.8948 -0.1807 -0.4082</w:t>
        <w:br/>
        <w:t>vn -0.2190 0.1596 0.9626</w:t>
        <w:br/>
        <w:t>vn -0.3966 0.5445 0.7390</w:t>
        <w:br/>
        <w:t>vn -0.4776 0.1825 0.8594</w:t>
        <w:br/>
        <w:t>vn 0.3404 0.1821 0.9225</w:t>
        <w:br/>
        <w:t>vn 0.1039 0.2115 0.9718</w:t>
        <w:br/>
        <w:t>vn -0.9516 0.1513 0.2676</w:t>
        <w:br/>
        <w:t>vn -0.9535 0.1126 0.2797</w:t>
        <w:br/>
        <w:t>vn -0.7768 0.0634 0.6266</w:t>
        <w:br/>
        <w:t>vn -0.8122 0.1037 0.5741</w:t>
        <w:br/>
        <w:t>vn -0.4223 0.0327 0.9059</w:t>
        <w:br/>
        <w:t>vn -0.1204 0.0579 0.9910</w:t>
        <w:br/>
        <w:t>vn 0.1739 0.1254 0.9768</w:t>
        <w:br/>
        <w:t>vn 0.4413 0.1696 0.8812</w:t>
        <w:br/>
        <w:t>vn 0.9007 0.3255 -0.2877</w:t>
        <w:br/>
        <w:t>vn 0.9423 0.3155 -0.1115</w:t>
        <w:br/>
        <w:t>vn 0.9237 0.1501 -0.3525</w:t>
        <w:br/>
        <w:t>vn 0.5038 0.1531 0.8502</w:t>
        <w:br/>
        <w:t>vn 0.9389 0.3081 0.1536</w:t>
        <w:br/>
        <w:t>vn 0.5554 0.1360 0.8204</w:t>
        <w:br/>
        <w:t>vn 0.2902 0.0230 0.9567</w:t>
        <w:br/>
        <w:t>vn 0.8119 0.3003 0.5007</w:t>
        <w:br/>
        <w:t>vn 0.8465 0.2946 0.4434</w:t>
        <w:br/>
        <w:t>vn 0.8492 0.2813 0.4470</w:t>
        <w:br/>
        <w:t>vn 0.9498 0.2842 0.1309</w:t>
        <w:br/>
        <w:t>vn 0.6367 0.2123 0.7413</w:t>
        <w:br/>
        <w:t>vn 0.6433 0.2391 0.7273</w:t>
        <w:br/>
        <w:t>vn 0.0728 -0.0507 0.9961</w:t>
        <w:br/>
        <w:t>vn 0.9127 0.1232 -0.3895</w:t>
        <w:br/>
        <w:t>vn 0.9748 0.2074 -0.0817</w:t>
        <w:br/>
        <w:t>vn 0.9077 0.0678 -0.4140</w:t>
        <w:br/>
        <w:t>vn -0.5186 -0.1779 0.8363</w:t>
        <w:br/>
        <w:t>vn -0.9479 0.1923 0.2539</w:t>
        <w:br/>
        <w:t>vn -0.3692 0.1237 -0.9211</w:t>
        <w:br/>
        <w:t>vn -0.3792 0.1984 -0.9038</w:t>
        <w:br/>
        <w:t>vn -0.3614 -0.0977 -0.9273</w:t>
        <w:br/>
        <w:t>vn -0.3626 -0.3632 -0.8583</w:t>
        <w:br/>
        <w:t>vn -0.3764 -0.6013 -0.7048</w:t>
        <w:br/>
        <w:t>vn -0.4088 -0.4766 -0.7783</w:t>
        <w:br/>
        <w:t>vn -0.4821 -0.2131 -0.8498</w:t>
        <w:br/>
        <w:t>vn 0.9039 0.0453 -0.4254</w:t>
        <w:br/>
        <w:t>vn 0.7417 -0.0334 -0.6699</w:t>
        <w:br/>
        <w:t>vn 0.8117 -0.0761 -0.5791</w:t>
        <w:br/>
        <w:t>vn 0.6451 -0.2351 -0.7270</w:t>
        <w:br/>
        <w:t>vn 0.6048 -0.0920 -0.7910</w:t>
        <w:br/>
        <w:t>vn -0.9790 0.1453 0.1432</w:t>
        <w:br/>
        <w:t>vn 0.9804 0.1461 0.1320</w:t>
        <w:br/>
        <w:t>vn -0.9603 -0.2757 -0.0432</w:t>
        <w:br/>
        <w:t>vn -0.9604 -0.2257 -0.1635</w:t>
        <w:br/>
        <w:t>vn -0.9895 -0.1288 -0.0660</w:t>
        <w:br/>
        <w:t>vn 0.9803 0.0977 0.1718</w:t>
        <w:br/>
        <w:t>vn 0.9952 -0.0680 -0.0710</w:t>
        <w:br/>
        <w:t>vn 0.9967 0.0597 -0.0541</w:t>
        <w:br/>
        <w:t>vn -0.9478 -0.1552 -0.2787</w:t>
        <w:br/>
        <w:t>vn -0.9887 -0.0376 -0.1452</w:t>
        <w:br/>
        <w:t>vn -0.9842 0.1430 0.1042</w:t>
        <w:br/>
        <w:t>vn 0.9212 -0.2949 -0.2537</w:t>
        <w:br/>
        <w:t>vn 0.9372 -0.2682 -0.2231</w:t>
        <w:br/>
        <w:t>vn -0.1251 0.4492 0.8846</w:t>
        <w:br/>
        <w:t>vn -0.4345 0.3504 0.8297</w:t>
        <w:br/>
        <w:t>vn -0.4216 0.2527 0.8709</w:t>
        <w:br/>
        <w:t>vn 0.5154 0.4300 0.7413</w:t>
        <w:br/>
        <w:t>vn 0.1734 0.3995 0.9002</w:t>
        <w:br/>
        <w:t>vn 0.5982 0.3715 0.7101</w:t>
        <w:br/>
        <w:t>vn 0.1048 0.4822 0.8698</w:t>
        <w:br/>
        <w:t>vn -0.5064 0.4609 0.7288</w:t>
        <w:br/>
        <w:t>vn -0.2321 0.5105 0.8280</w:t>
        <w:br/>
        <w:t>vn 0.5284 0.4244 0.7354</w:t>
        <w:br/>
        <w:t>vn 0.7529 0.4055 0.5185</w:t>
        <w:br/>
        <w:t>vn 0.2339 0.4581 0.8576</w:t>
        <w:br/>
        <w:t>vn -0.9896 0.1249 0.0710</w:t>
        <w:br/>
        <w:t>vn -0.9911 0.1215 0.0541</w:t>
        <w:br/>
        <w:t>vn -0.9648 -0.0752 -0.2518</w:t>
        <w:br/>
        <w:t>vn -0.9658 -0.0751 -0.2483</w:t>
        <w:br/>
        <w:t>vn -0.9843 0.1018 0.1441</w:t>
        <w:br/>
        <w:t>vn -0.9210 0.0874 0.3795</w:t>
        <w:br/>
        <w:t>vn -0.9501 0.1417 0.2780</w:t>
        <w:br/>
        <w:t>vn -0.4512 0.2997 0.8406</w:t>
        <w:br/>
        <w:t>vn -0.7402 0.3289 0.5865</w:t>
        <w:br/>
        <w:t>vn -0.9590 -0.0815 -0.2715</w:t>
        <w:br/>
        <w:t>vn 0.9941 0.0882 0.0627</w:t>
        <w:br/>
        <w:t>vn 0.9408 -0.0229 -0.3381</w:t>
        <w:br/>
        <w:t>vn 0.9484 -0.1212 -0.2930</w:t>
        <w:br/>
        <w:t>vn -0.5499 0.2118 0.8080</w:t>
        <w:br/>
        <w:t>vn -0.8249 0.2527 0.5057</w:t>
        <w:br/>
        <w:t>vn -0.5806 0.1660 0.7971</w:t>
        <w:br/>
        <w:t>vn -0.2445 0.5278 0.8134</w:t>
        <w:br/>
        <w:t>vn -0.1590 0.4917 0.8561</w:t>
        <w:br/>
        <w:t>vn -0.0421 0.4909 0.8702</w:t>
        <w:br/>
        <w:t>vn 0.6636 0.1540 0.7320</w:t>
        <w:br/>
        <w:t>vn 0.7458 0.2396 0.6216</w:t>
        <w:br/>
        <w:t>vn 0.7271 0.1633 0.6669</w:t>
        <w:br/>
        <w:t>vn 0.8963 0.0934 0.4335</w:t>
        <w:br/>
        <w:t>vn 0.8985 -0.3665 -0.2418</w:t>
        <w:br/>
        <w:t>vn 0.9539 -0.1409 -0.2650</w:t>
        <w:br/>
        <w:t>vn 0.9147 0.2277 0.3339</w:t>
        <w:br/>
        <w:t>vn 0.9963 0.0837 -0.0172</w:t>
        <w:br/>
        <w:t>vn 0.8916 0.3300 0.3100</w:t>
        <w:br/>
        <w:t>vn 0.6859 0.5032 0.5257</w:t>
        <w:br/>
        <w:t>vn -0.9737 0.1741 0.1467</w:t>
        <w:br/>
        <w:t>vn -0.2129 0.5127 0.8318</w:t>
        <w:br/>
        <w:t>vn -0.3943 0.3017 0.8680</w:t>
        <w:br/>
        <w:t>vn 0.4234 0.4302 0.7973</w:t>
        <w:br/>
        <w:t>vn 0.4569 0.4413 0.7723</w:t>
        <w:br/>
        <w:t>vn 0.5537 0.2486 0.7947</w:t>
        <w:br/>
        <w:t>vn 0.9603 -0.2757 -0.0432</w:t>
        <w:br/>
        <w:t>vn 0.9895 -0.1288 -0.0660</w:t>
        <w:br/>
        <w:t>vn 0.9604 -0.2257 -0.1635</w:t>
        <w:br/>
        <w:t>vn -0.9803 0.0977 0.1718</w:t>
        <w:br/>
        <w:t>vn -0.9967 0.0597 -0.0541</w:t>
        <w:br/>
        <w:t>vn -0.9952 -0.0680 -0.0710</w:t>
        <w:br/>
        <w:t>vn 0.9887 -0.0376 -0.1452</w:t>
        <w:br/>
        <w:t>vn 0.9478 -0.1552 -0.2787</w:t>
        <w:br/>
        <w:t>vn 0.9842 0.1430 0.1042</w:t>
        <w:br/>
        <w:t>vn -0.9372 -0.2682 -0.2231</w:t>
        <w:br/>
        <w:t>vn -0.9212 -0.2949 -0.2537</w:t>
        <w:br/>
        <w:t>vn 0.1251 0.4492 0.8846</w:t>
        <w:br/>
        <w:t>vn 0.4216 0.2527 0.8709</w:t>
        <w:br/>
        <w:t>vn 0.4345 0.3504 0.8297</w:t>
        <w:br/>
        <w:t>vn -0.5154 0.4300 0.7413</w:t>
        <w:br/>
        <w:t>vn -0.5982 0.3715 0.7101</w:t>
        <w:br/>
        <w:t>vn -0.1734 0.3995 0.9002</w:t>
        <w:br/>
        <w:t>vn -0.1049 0.4822 0.8698</w:t>
        <w:br/>
        <w:t>vn 0.5064 0.4609 0.7288</w:t>
        <w:br/>
        <w:t>vn 0.2321 0.5105 0.8280</w:t>
        <w:br/>
        <w:t>vn -0.5283 0.4244 0.7354</w:t>
        <w:br/>
        <w:t>vn -0.7529 0.4055 0.5185</w:t>
        <w:br/>
        <w:t>vn -0.2339 0.4581 0.8576</w:t>
        <w:br/>
        <w:t>vn 0.9648 -0.0752 -0.2518</w:t>
        <w:br/>
        <w:t>vn 0.9911 0.1215 0.0541</w:t>
        <w:br/>
        <w:t>vn 0.9896 0.1249 0.0710</w:t>
        <w:br/>
        <w:t>vn 0.9658 -0.0751 -0.2483</w:t>
        <w:br/>
        <w:t>vn 0.9843 0.1018 0.1441</w:t>
        <w:br/>
        <w:t>vn 0.9501 0.1417 0.2780</w:t>
        <w:br/>
        <w:t>vn 0.9210 0.0874 0.3795</w:t>
        <w:br/>
        <w:t>vn 0.7402 0.3289 0.5865</w:t>
        <w:br/>
        <w:t>vn 0.4512 0.2997 0.8406</w:t>
        <w:br/>
        <w:t>vn 0.9590 -0.0815 -0.2715</w:t>
        <w:br/>
        <w:t>vn -0.9941 0.0882 0.0627</w:t>
        <w:br/>
        <w:t>vn -0.9484 -0.1212 -0.2930</w:t>
        <w:br/>
        <w:t>vn -0.9408 -0.0229 -0.3381</w:t>
        <w:br/>
        <w:t>vn 0.8249 0.2527 0.5057</w:t>
        <w:br/>
        <w:t>vn 0.5499 0.2118 0.8080</w:t>
        <w:br/>
        <w:t>vn 0.5806 0.1660 0.7971</w:t>
        <w:br/>
        <w:t>vn 0.2445 0.5278 0.8134</w:t>
        <w:br/>
        <w:t>vn 0.1590 0.4917 0.8561</w:t>
        <w:br/>
        <w:t>vn 0.0421 0.4909 0.8702</w:t>
        <w:br/>
        <w:t>vn -0.6637 0.1540 0.7320</w:t>
        <w:br/>
        <w:t>vn -0.7271 0.1633 0.6669</w:t>
        <w:br/>
        <w:t>vn -0.7458 0.2396 0.6216</w:t>
        <w:br/>
        <w:t>vn -0.8963 0.0934 0.4335</w:t>
        <w:br/>
        <w:t>vn -0.8985 -0.3665 -0.2418</w:t>
        <w:br/>
        <w:t>vn -0.9539 -0.1409 -0.2651</w:t>
        <w:br/>
        <w:t>vn -0.9147 0.2277 0.3339</w:t>
        <w:br/>
        <w:t>vn -0.9963 0.0837 -0.0172</w:t>
        <w:br/>
        <w:t>vn -0.8916 0.3300 0.3100</w:t>
        <w:br/>
        <w:t>vn -0.6859 0.5032 0.5257</w:t>
        <w:br/>
        <w:t>vn 0.9737 0.1741 0.1467</w:t>
        <w:br/>
        <w:t>vn 0.2129 0.5127 0.8318</w:t>
        <w:br/>
        <w:t>vn 0.3943 0.3017 0.8680</w:t>
        <w:br/>
        <w:t>vn -0.4234 0.4302 0.7973</w:t>
        <w:br/>
        <w:t>vn -0.4569 0.4413 0.7723</w:t>
        <w:br/>
        <w:t>vn -0.5537 0.2486 0.7947</w:t>
        <w:br/>
        <w:t>vn 0.9823 0.0075 -0.1873</w:t>
        <w:br/>
        <w:t>vn 0.9734 -0.0271 -0.2273</w:t>
        <w:br/>
        <w:t>vn 0.8840 0.2093 -0.4179</w:t>
        <w:br/>
        <w:t>vn -0.8320 0.5465 0.0948</w:t>
        <w:br/>
        <w:t>vn -0.7304 0.0220 0.6827</w:t>
        <w:br/>
        <w:t>vn -0.6443 0.1709 0.7454</w:t>
        <w:br/>
        <w:t>vn -0.7520 0.6500 0.1093</w:t>
        <w:br/>
        <w:t>vn 0.8619 0.4857 -0.1458</w:t>
        <w:br/>
        <w:t>vn 0.8114 0.5719 0.1206</w:t>
        <w:br/>
        <w:t>vn 0.6465 -0.0439 0.7616</w:t>
        <w:br/>
        <w:t>vn 0.9037 -0.0062 0.4281</w:t>
        <w:br/>
        <w:t>vn 0.8309 0.3929 -0.3940</w:t>
        <w:br/>
        <w:t>vn 0.9050 -0.2258 0.3607</w:t>
        <w:br/>
        <w:t>vn 0.5774 0.3440 0.7404</w:t>
        <w:br/>
        <w:t>vn 0.6621 -0.1358 0.7370</w:t>
        <w:br/>
        <w:t>vn 0.9238 -0.0596 0.3782</w:t>
        <w:br/>
        <w:t>vn 0.9312 0.2642 0.2510</w:t>
        <w:br/>
        <w:t>vn -0.7820 0.4539 -0.4271</w:t>
        <w:br/>
        <w:t>vn -0.9891 0.0816 -0.1226</w:t>
        <w:br/>
        <w:t>vn -0.9676 0.2366 0.0879</w:t>
        <w:br/>
        <w:t>vn -0.7970 0.5351 -0.2803</w:t>
        <w:br/>
        <w:t>vn -0.9666 -0.0898 -0.2401</w:t>
        <w:br/>
        <w:t>vn -0.8694 -0.4936 0.0226</w:t>
        <w:br/>
        <w:t>vn -0.8931 -0.4445 0.0685</w:t>
        <w:br/>
        <w:t>vn -0.9750 -0.0375 -0.2192</w:t>
        <w:br/>
        <w:t>vn -0.3207 0.2923 0.9010</w:t>
        <w:br/>
        <w:t>vn -0.4671 0.3023 0.8309</w:t>
        <w:br/>
        <w:t>vn -0.4900 -0.1558 0.8577</w:t>
        <w:br/>
        <w:t>vn -0.3680 -0.1599 0.9160</w:t>
        <w:br/>
        <w:t>vn -0.2832 -0.0133 0.9590</w:t>
        <w:br/>
        <w:t>vn -0.5701 0.3298 0.7525</w:t>
        <w:br/>
        <w:t>vn -0.0361 0.3479 0.9368</w:t>
        <w:br/>
        <w:t>vn 0.2072 -0.0967 0.9735</w:t>
        <w:br/>
        <w:t>vn 0.3792 0.0593 0.9234</w:t>
        <w:br/>
        <w:t>vn 0.2939 0.3542 0.8878</w:t>
        <w:br/>
        <w:t>vn -0.1584 0.1072 0.9815</w:t>
        <w:br/>
        <w:t>vn -0.3197 0.3368 0.8857</w:t>
        <w:br/>
        <w:t>vn 0.1745 -0.0904 0.9805</w:t>
        <w:br/>
        <w:t>vn 0.4071 -0.0339 0.9128</w:t>
        <w:br/>
        <w:t>vn 0.6550 0.6592 0.3694</w:t>
        <w:br/>
        <w:t>vn 0.4499 0.7027 0.5512</w:t>
        <w:br/>
        <w:t>vn -0.9784 0.0019 0.2069</w:t>
        <w:br/>
        <w:t>vn -0.9938 -0.1066 0.0315</w:t>
        <w:br/>
        <w:t>vn 0.8751 -0.3478 -0.3366</w:t>
        <w:br/>
        <w:t>vn 0.9721 -0.2194 -0.0830</w:t>
        <w:br/>
        <w:t>vn -0.8274 -0.3071 -0.4702</w:t>
        <w:br/>
        <w:t>vn -0.9492 -0.2182 -0.2268</w:t>
        <w:br/>
        <w:t>vn -0.6798 -0.3328 -0.6536</w:t>
        <w:br/>
        <w:t>vn -0.5832 -0.3460 -0.7350</w:t>
        <w:br/>
        <w:t>vn -0.6798 -0.3328 -0.6535</w:t>
        <w:br/>
        <w:t>vn 0.9913 -0.0696 0.1114</w:t>
        <w:br/>
        <w:t>vn 0.9749 0.0507 0.2167</w:t>
        <w:br/>
        <w:t>vn 0.9643 0.1046 0.2432</w:t>
        <w:br/>
        <w:t>vn 0.4817 -0.3112 -0.8192</w:t>
        <w:br/>
        <w:t>vn 0.3293 -0.3039 -0.8940</w:t>
        <w:br/>
        <w:t>vn 0.5715 -0.3262 -0.7530</w:t>
        <w:br/>
        <w:t>vn 0.7337 -0.3626 -0.5746</w:t>
        <w:br/>
        <w:t>vn 0.0355 -0.3394 -0.9400</w:t>
        <w:br/>
        <w:t>vn 0.3347 -0.3265 -0.8839</w:t>
        <w:br/>
        <w:t>vn 0.3347 -0.3265 -0.8840</w:t>
        <w:br/>
        <w:t>vn -0.3600 -0.3278 -0.8735</w:t>
        <w:br/>
        <w:t>vn -0.6187 -0.3575 -0.6995</w:t>
        <w:br/>
        <w:t>vn 0.5951 -0.5800 0.5563</w:t>
        <w:br/>
        <w:t>vn 0.3191 -0.9053 0.2803</w:t>
        <w:br/>
        <w:t>vn 0.2139 0.6030 -0.7685</w:t>
        <w:br/>
        <w:t>vn 0.1051 0.6148 -0.7817</w:t>
        <w:br/>
        <w:t>vn 0.3064 0.5758 -0.7580</w:t>
        <w:br/>
        <w:t>vn -0.5471 -0.4963 0.6741</w:t>
        <w:br/>
        <w:t>vn -0.5470 -0.4963 0.6741</w:t>
        <w:br/>
        <w:t>vn -0.4165 -0.3217 0.8503</w:t>
        <w:br/>
        <w:t>vn -0.4832 0.7259 -0.4894</w:t>
        <w:br/>
        <w:t>vn -0.4300 0.6967 -0.5742</w:t>
        <w:br/>
        <w:t>vn -0.4583 0.7048 -0.5415</w:t>
        <w:br/>
        <w:t>vn 0.4812 -0.4257 0.7663</w:t>
        <w:br/>
        <w:t>vn 0.4089 -0.3941 0.8231</w:t>
        <w:br/>
        <w:t>vn 0.3047 -0.3913 0.8684</w:t>
        <w:br/>
        <w:t>vn 0.5893 0.6457 -0.4857</w:t>
        <w:br/>
        <w:t>vn 0.6461 0.7230 -0.2446</w:t>
        <w:br/>
        <w:t>vn 0.5794 -0.4958 0.6469</w:t>
        <w:br/>
        <w:t>vn 0.4645 0.5825 -0.6671</w:t>
        <w:br/>
        <w:t>vn 0.5902 -0.5817 0.5598</w:t>
        <w:br/>
        <w:t>vn 0.6255 -0.6109 0.4853</w:t>
        <w:br/>
        <w:t>vn 0.0143 0.9953 0.0957</w:t>
        <w:br/>
        <w:t>vn -0.0553 0.9903 0.1274</w:t>
        <w:br/>
        <w:t>vn -0.5864 -0.6494 0.4841</w:t>
        <w:br/>
        <w:t>vn -0.3627 0.7010 -0.6140</w:t>
        <w:br/>
        <w:t>vn -0.3035 -0.9429 0.1374</w:t>
        <w:br/>
        <w:t>vn -0.5829 -0.7384 0.3391</w:t>
        <w:br/>
        <w:t>vn -0.2966 0.7470 -0.5950</w:t>
        <w:br/>
        <w:t>vn -0.1394 0.7115 -0.6887</w:t>
        <w:br/>
        <w:t>vn -0.4095 -0.5809 0.7035</w:t>
        <w:br/>
        <w:t>vn -0.3399 -0.5749 0.7443</w:t>
        <w:br/>
        <w:t>vn -0.0767 0.9875 0.1377</w:t>
        <w:br/>
        <w:t>vn 0.0262 0.9870 0.1586</w:t>
        <w:br/>
        <w:t>vn -0.1861 -0.2910 0.9385</w:t>
        <w:br/>
        <w:t>vn 0.0724 -0.3532 0.9327</w:t>
        <w:br/>
        <w:t>vn -0.0600 -0.3239 0.9442</w:t>
        <w:br/>
        <w:t>vn -0.6200 0.7463 -0.2423</w:t>
        <w:br/>
        <w:t>vn -0.5478 0.7446 -0.3814</w:t>
        <w:br/>
        <w:t>vn 0.3545 -0.4878 0.7977</w:t>
        <w:br/>
        <w:t>vn 0.2806 -0.4344 0.8559</w:t>
        <w:br/>
        <w:t>vn 0.3957 -0.5131 0.7616</w:t>
        <w:br/>
        <w:t>vn -0.2437 0.9577 0.1529</w:t>
        <w:br/>
        <w:t>vn -0.4626 0.8835 0.0735</w:t>
        <w:br/>
        <w:t>vn -0.6061 0.7915 -0.0787</w:t>
        <w:br/>
        <w:t>vn -0.0369 -0.4822 0.8753</w:t>
        <w:br/>
        <w:t>vn 0.1121 -0.4132 0.9037</w:t>
        <w:br/>
        <w:t>vn 0.4321 0.8982 0.0812</w:t>
        <w:br/>
        <w:t>vn 0.2521 0.9549 0.1566</w:t>
        <w:br/>
        <w:t>vn 0.0355 0.2887 0.9568</w:t>
        <w:br/>
        <w:t>vn -0.0842 -0.1468 0.9856</w:t>
        <w:br/>
        <w:t>vn -0.1851 -0.5459 0.8171</w:t>
        <w:br/>
        <w:t>vn -0.0293 -0.2963 -0.9547</w:t>
        <w:br/>
        <w:t>vn -0.0294 -0.2963 -0.9547</w:t>
        <w:br/>
        <w:t>vn -0.3035 -0.3537 -0.8847</w:t>
        <w:br/>
        <w:t>vn 0.5503 -0.5480 0.6300</w:t>
        <w:br/>
        <w:t>vn 0.4942 -0.5438 0.6782</w:t>
        <w:br/>
        <w:t>vn 0.9672 0.1291 -0.2188</w:t>
        <w:br/>
        <w:t>vn -0.9726 0.1926 -0.1303</w:t>
        <w:br/>
        <w:t>vn -0.0113 -0.3966 -0.9179</w:t>
        <w:br/>
        <w:t>vn -0.0113 -0.3965 -0.9179</w:t>
        <w:br/>
        <w:t>vn -0.0101 -0.9997 -0.0206</w:t>
        <w:br/>
        <w:t>vn -0.3035 -0.9429 0.1375</w:t>
        <w:br/>
        <w:t>vn 0.0141 0.4250 0.9051</w:t>
        <w:br/>
        <w:t>vn 0.0141 0.4251 0.9051</w:t>
        <w:br/>
        <w:t>vn 0.5668 0.8229 -0.0390</w:t>
        <w:br/>
        <w:t>vn 0.9615 -0.2403 0.1331</w:t>
        <w:br/>
        <w:t>vn 0.8671 -0.4898 0.0910</w:t>
        <w:br/>
        <w:t>vn 0.8162 -0.5616 -0.1358</w:t>
        <w:br/>
        <w:t>vn 0.9713 -0.1669 -0.1694</w:t>
        <w:br/>
        <w:t>vn 0.7207 -0.3279 0.6109</w:t>
        <w:br/>
        <w:t>vn 0.6986 -0.5137 0.4980</w:t>
        <w:br/>
        <w:t>vn -0.9114 -0.0542 -0.4080</w:t>
        <w:br/>
        <w:t>vn -0.7070 -0.0709 -0.7037</w:t>
        <w:br/>
        <w:t>vn -0.9114 -0.0541 -0.4080</w:t>
        <w:br/>
        <w:t>vn -0.9218 -0.1407 0.3613</w:t>
        <w:br/>
        <w:t>vn -0.4468 -0.6399 0.6252</w:t>
        <w:br/>
        <w:t>vn -0.6895 -0.1997 0.6963</w:t>
        <w:br/>
        <w:t>vn -0.9946 -0.0849 0.0594</w:t>
        <w:br/>
        <w:t>vn -0.9946 -0.0848 0.0594</w:t>
        <w:br/>
        <w:t>vn -0.0421 -0.6352 0.7712</w:t>
        <w:br/>
        <w:t>vn -0.2606 -0.2577 0.9304</w:t>
        <w:br/>
        <w:t>vn 0.3517 -0.2971 0.8877</w:t>
        <w:br/>
        <w:t>vn 0.4423 -0.5684 0.6938</w:t>
        <w:br/>
        <w:t>vn 0.4319 -0.5554 0.7106</w:t>
        <w:br/>
        <w:t>vn 0.3744 -0.3378 0.8635</w:t>
        <w:br/>
        <w:t>vn 0.3211 -0.5963 0.7358</w:t>
        <w:br/>
        <w:t>vn 0.1746 -0.2816 0.9435</w:t>
        <w:br/>
        <w:t>vn 0.7910 -0.0625 -0.6086</w:t>
        <w:br/>
        <w:t>vn 0.2954 -0.1159 -0.9483</w:t>
        <w:br/>
        <w:t>vn 0.7911 -0.0625 -0.6085</w:t>
        <w:br/>
        <w:t>vn -0.9783 0.1125 0.1740</w:t>
        <w:br/>
        <w:t>vn -0.9768 0.1565 -0.1463</w:t>
        <w:br/>
        <w:t>vn -0.7165 0.2447 -0.6533</w:t>
        <w:br/>
        <w:t>vn -0.7165 0.2442 -0.6534</w:t>
        <w:br/>
        <w:t>vn 0.9950 0.0522 0.0855</w:t>
        <w:br/>
        <w:t>vn 0.9105 0.0605 0.4090</w:t>
        <w:br/>
        <w:t>vn 0.6887 0.1897 -0.6998</w:t>
        <w:br/>
        <w:t>vn 0.9265 0.1399 -0.3494</w:t>
        <w:br/>
        <w:t>vn 0.9964 0.0834 -0.0146</w:t>
        <w:br/>
        <w:t>vn 0.2703 0.2316 -0.9345</w:t>
        <w:br/>
        <w:t>vn 0.2702 0.2316 -0.9345</w:t>
        <w:br/>
        <w:t>vn -0.1366 0.2469 -0.9594</w:t>
        <w:br/>
        <w:t>vn -0.1366 0.2470 -0.9593</w:t>
        <w:br/>
        <w:t>vn -0.3210 0.2510 -0.9132</w:t>
        <w:br/>
        <w:t>vn -0.3434 0.2751 -0.8980</w:t>
        <w:br/>
        <w:t>vn -0.7632 0.0485 0.6444</w:t>
        <w:br/>
        <w:t>vn -0.9769 0.0025 0.2135</w:t>
        <w:br/>
        <w:t>vn 0.3846 0.9228 -0.0200</w:t>
        <w:br/>
        <w:t>vn 0.3846 0.9229 -0.0200</w:t>
        <w:br/>
        <w:t>vn 0.3871 0.8981 0.2090</w:t>
        <w:br/>
        <w:t>vn 0.3871 0.8980 0.2090</w:t>
        <w:br/>
        <w:t>vn 0.7081 -0.7048 0.0420</w:t>
        <w:br/>
        <w:t>vn 0.5171 -0.8523 -0.0782</w:t>
        <w:br/>
        <w:t>vn 0.6467 -0.6678 0.3685</w:t>
        <w:br/>
        <w:t>vn 0.1505 0.8160 0.5581</w:t>
        <w:br/>
        <w:t>vn -0.1329 0.9909 -0.0213</w:t>
        <w:br/>
        <w:t>vn -0.0888 0.9931 -0.0767</w:t>
        <w:br/>
        <w:t>vn -0.1329 0.9909 -0.0214</w:t>
        <w:br/>
        <w:t>vn -0.2430 -0.9686 -0.0517</w:t>
        <w:br/>
        <w:t>vn -0.2173 -0.9693 -0.1150</w:t>
        <w:br/>
        <w:t>vn -0.0966 -0.9119 0.3988</w:t>
        <w:br/>
        <w:t>vn -0.2759 -0.9339 0.2275</w:t>
        <w:br/>
        <w:t>vn -0.5328 0.8178 0.2173</w:t>
        <w:br/>
        <w:t>vn -0.5328 0.8179 0.2173</w:t>
        <w:br/>
        <w:t>vn -0.5410 0.8377 0.0742</w:t>
        <w:br/>
        <w:t>vn -0.3171 -0.9477 0.0366</w:t>
        <w:br/>
        <w:t>vn -0.4166 0.9091 -0.0103</w:t>
        <w:br/>
        <w:t>vn -0.4165 0.9091 -0.0103</w:t>
        <w:br/>
        <w:t>vn -0.4343 0.8289 0.3526</w:t>
        <w:br/>
        <w:t>vn 0.1802 -0.8719 0.4553</w:t>
        <w:br/>
        <w:t>vn -0.3070 0.8478 0.4324</w:t>
        <w:br/>
        <w:t>vn -0.1885 0.8265 0.5305</w:t>
        <w:br/>
        <w:t>vn -0.3070 0.8478 0.4323</w:t>
        <w:br/>
        <w:t>vn -0.1292 0.7275 0.6738</w:t>
        <w:br/>
        <w:t>vn -0.1291 0.7276 0.6738</w:t>
        <w:br/>
        <w:t>vn 0.4800 -0.7719 0.4168</w:t>
        <w:br/>
        <w:t>vn 0.4575 -0.7321 0.5047</w:t>
        <w:br/>
        <w:t>vn 0.4142 -0.8115 0.4122</w:t>
        <w:br/>
        <w:t>vn 0.1726 0.9364 -0.3054</w:t>
        <w:br/>
        <w:t>vn 0.0308 0.9184 -0.3945</w:t>
        <w:br/>
        <w:t>vn 0.0309 0.9184 -0.3945</w:t>
        <w:br/>
        <w:t>vn 0.1726 0.9364 -0.3055</w:t>
        <w:br/>
        <w:t>vn 0.3665 -0.9248 -0.1019</w:t>
        <w:br/>
        <w:t>vn 0.1873 -0.9820 -0.0230</w:t>
        <w:br/>
        <w:t>vn 0.3056 0.9212 -0.2409</w:t>
        <w:br/>
        <w:t>vn -0.8599 0.0552 0.5075</w:t>
        <w:br/>
        <w:t>vn 0.9035 -0.0740 -0.4221</w:t>
        <w:br/>
        <w:t>vn 0.9035 -0.0741 -0.4221</w:t>
        <w:br/>
        <w:t>vn 0.1232 -0.9649 0.2318</w:t>
        <w:br/>
        <w:t>vn 0.9811 0.0326 -0.1909</w:t>
        <w:br/>
        <w:t>vn -0.1950 -0.1239 -0.9729</w:t>
        <w:br/>
        <w:t>vn -0.9770 0.0025 0.2134</w:t>
        <w:br/>
        <w:t>vn -0.9640 -0.0539 -0.2605</w:t>
        <w:br/>
        <w:t>vn -0.0571 0.8694 -0.4908</w:t>
        <w:br/>
        <w:t>vn 0.1759 -0.9073 0.3819</w:t>
        <w:br/>
        <w:t>vn -0.2442 0.9689 -0.0396</w:t>
        <w:br/>
        <w:t>vn 0.9494 0.0580 0.3087</w:t>
        <w:br/>
        <w:t>vn 0.9494 0.0580 0.3086</w:t>
        <w:br/>
        <w:t>vn -0.2612 -0.9588 -0.1114</w:t>
        <w:br/>
        <w:t>vn -0.2021 -0.9636 -0.1750</w:t>
        <w:br/>
        <w:t>vn -0.9689 -0.0570 -0.2409</w:t>
        <w:br/>
        <w:t>vn -0.4241 -0.0734 -0.9026</w:t>
        <w:br/>
        <w:t>vn -0.0710 0.9867 -0.1459</w:t>
        <w:br/>
        <w:t>vn -0.0627 -0.0553 0.9965</w:t>
        <w:br/>
        <w:t>vn -0.0050 -0.0818 0.9966</w:t>
        <w:br/>
        <w:t>vn -0.0050 -0.0817 0.9966</w:t>
        <w:br/>
        <w:t>vn 0.4148 0.9067 0.0761</w:t>
        <w:br/>
        <w:t>vn 0.4150 0.9066 0.0767</w:t>
        <w:br/>
        <w:t>vn 0.0630 0.0554 -0.9965</w:t>
        <w:br/>
        <w:t>vn 0.0109 0.0791 -0.9968</w:t>
        <w:br/>
        <w:t>vn 0.0627 0.0553 -0.9965</w:t>
        <w:br/>
        <w:t>vn -0.4148 -0.9067 -0.0766</w:t>
        <w:br/>
        <w:t>vn -0.4148 -0.9067 -0.0767</w:t>
        <w:br/>
        <w:t>vn -0.4147 -0.9067 -0.0766</w:t>
        <w:br/>
        <w:t>vn 0.8581 -0.3619 -0.3644</w:t>
        <w:br/>
        <w:t>vn 0.8580 -0.3619 -0.3644</w:t>
        <w:br/>
        <w:t>vn 0.8581 -0.3619 -0.3642</w:t>
        <w:br/>
        <w:t>vn 0.8582 -0.3619 -0.3642</w:t>
        <w:br/>
        <w:t>vn 0.4151 0.9063 0.0800</w:t>
        <w:br/>
        <w:t>vn 0.4151 0.9063 0.0801</w:t>
        <w:br/>
        <w:t>vn 0.4173 0.9051 0.0817</w:t>
        <w:br/>
        <w:t>vn -0.1641 0.1574 -0.9738</w:t>
        <w:br/>
        <w:t>vn -0.4378 0.2724 -0.8568</w:t>
        <w:br/>
        <w:t>vn -0.4378 0.2725 -0.8568</w:t>
        <w:br/>
        <w:t>vn -0.1641 0.1573 -0.9738</w:t>
        <w:br/>
        <w:t>vn -0.4173 -0.9051 -0.0818</w:t>
        <w:br/>
        <w:t>vn -0.4150 -0.9063 -0.0801</w:t>
        <w:br/>
        <w:t>vn -0.4150 -0.9063 -0.0802</w:t>
        <w:br/>
        <w:t>vn 0.1698 -0.1597 0.9725</w:t>
        <w:br/>
        <w:t>vn 0.4419 -0.2744 0.8541</w:t>
        <w:br/>
        <w:t>vn 0.4421 -0.2742 0.8540</w:t>
        <w:br/>
        <w:t>vn 0.1697 -0.1597 0.9725</w:t>
        <w:br/>
        <w:t>vn 0.5843 -0.3297 0.7415</w:t>
        <w:br/>
        <w:t>vn 0.5841 -0.3299 0.7416</w:t>
        <w:br/>
        <w:t>vn 0.4196 0.9042 0.0804</w:t>
        <w:br/>
        <w:t>vn -0.5761 0.3267 -0.7493</w:t>
        <w:br/>
        <w:t>vn -0.5761 0.3267 -0.7492</w:t>
        <w:br/>
        <w:t>vn -0.4197 -0.9041 -0.0803</w:t>
        <w:br/>
        <w:t>vn -0.4198 -0.9041 -0.0803</w:t>
        <w:br/>
        <w:t>vn -0.1861 -0.2909 0.9385</w:t>
        <w:br/>
        <w:t>vn -0.9678 0.0389 0.2487</w:t>
        <w:br/>
        <w:t>vn 0.1778 0.9337 -0.3108</w:t>
        <w:br/>
        <w:t>vn -0.1648 -0.9349 0.3143</w:t>
        <w:br/>
        <w:t>vn -0.1647 -0.9349 0.3143</w:t>
        <w:br/>
        <w:t>vn -0.1644 -0.9350 0.3142</w:t>
        <w:br/>
        <w:t>vn 0.4691 0.1512 0.8701</w:t>
        <w:br/>
        <w:t>vn -0.4933 -0.1555 -0.8558</w:t>
        <w:br/>
        <w:t>vn -0.8219 0.2878 0.4917</w:t>
        <w:br/>
        <w:t>vn -0.8219 0.2878 0.4916</w:t>
        <w:br/>
        <w:t>vn -0.8119 0.2877 0.5079</w:t>
        <w:br/>
        <w:t>vn -0.8120 0.2877 0.5079</w:t>
        <w:br/>
        <w:t>vn -0.8121 0.3031 0.4987</w:t>
        <w:br/>
        <w:t>vn -0.8121 0.3030 0.4987</w:t>
        <w:br/>
        <w:t>vn -0.8219 0.3032 0.4823</w:t>
        <w:br/>
        <w:t>vn -0.8219 0.3031 0.4824</w:t>
        <w:br/>
        <w:t>vn 0.8247 -0.2983 -0.4806</w:t>
        <w:br/>
        <w:t>vn 0.8184 -0.2952 -0.4930</w:t>
        <w:br/>
        <w:t>vn 0.8151 -0.2853 -0.5043</w:t>
        <w:br/>
        <w:t>vn 0.8215 -0.2884 -0.4919</w:t>
        <w:br/>
        <w:t>vn 0.8215 -0.2884 -0.4920</w:t>
        <w:br/>
        <w:t>vn -0.4818 -0.1441 -0.8643</w:t>
        <w:br/>
        <w:t>vn 0.4920 0.1499 0.8576</w:t>
        <w:br/>
        <w:t>vn 0.4922 0.1498 0.8575</w:t>
        <w:br/>
        <w:t>vn 0.1626 0.9344 -0.3169</w:t>
        <w:br/>
        <w:t>vn 0.1627 0.9344 -0.3169</w:t>
        <w:br/>
        <w:t>vn -0.1706 -0.9340 0.3139</w:t>
        <w:br/>
        <w:t>vn 0.9670 -0.2061 -0.1497</w:t>
        <w:br/>
        <w:t>vn 0.9404 -0.2695 0.2075</w:t>
        <w:br/>
        <w:t>vn 0.6919 -0.6867 0.2231</w:t>
        <w:br/>
        <w:t>vn 0.7483 -0.6544 -0.1091</w:t>
        <w:br/>
        <w:t>vn -0.8653 -0.4934 0.0882</w:t>
        <w:br/>
        <w:t>vn -0.7924 -0.5626 0.2358</w:t>
        <w:br/>
        <w:t>vn -0.9006 -0.2354 0.3653</w:t>
        <w:br/>
        <w:t>vn -0.9726 -0.1868 0.1384</w:t>
        <w:br/>
        <w:t>vn -0.8753 -0.4823 -0.0358</w:t>
        <w:br/>
        <w:t>vn -0.9859 -0.1518 -0.0703</w:t>
        <w:br/>
        <w:t>vn 0.5189 -0.7039 0.4850</w:t>
        <w:br/>
        <w:t>vn 0.7958 -0.3169 0.5160</w:t>
        <w:br/>
        <w:t>vn 0.6661 -0.1167 -0.7366</w:t>
        <w:br/>
        <w:t>vn 0.7826 -0.1190 -0.6110</w:t>
        <w:br/>
        <w:t>vn -0.2620 -0.5562 0.7886</w:t>
        <w:br/>
        <w:t>vn -0.0722 -0.0706 0.9949</w:t>
        <w:br/>
        <w:t>vn -0.0721 -0.0706 0.9949</w:t>
        <w:br/>
        <w:t>vn -0.0800 -0.1024 0.9915</w:t>
        <w:br/>
        <w:t>vn -0.5460 -0.2825 0.7887</w:t>
        <w:br/>
        <w:t>vn -0.6260 -0.6633 0.4101</w:t>
        <w:br/>
        <w:t>vn 0.0073 0.3889 0.9212</w:t>
        <w:br/>
        <w:t>vn -0.3062 -0.2074 0.9291</w:t>
        <w:br/>
        <w:t>vn -0.9470 0.2510 -0.2005</w:t>
        <w:br/>
        <w:t>vn -0.9675 0.1906 0.1659</w:t>
        <w:br/>
        <w:t>vn 0.9834 0.1109 -0.1436</w:t>
        <w:br/>
        <w:t>vn 0.9834 0.1109 -0.1435</w:t>
        <w:br/>
        <w:t>vn 0.9022 0.2004 -0.3819</w:t>
        <w:br/>
        <w:t>vn 0.9952 0.0715 0.0670</w:t>
        <w:br/>
        <w:t>vn -0.8014 0.2997 -0.5175</w:t>
        <w:br/>
        <w:t>vn 0.0854 0.0843 -0.9928</w:t>
        <w:br/>
        <w:t>vn -0.2126 0.1794 -0.9605</w:t>
        <w:br/>
        <w:t>vn 0.6467 0.2638 -0.7157</w:t>
        <w:br/>
        <w:t>vn 0.6467 0.2637 -0.7157</w:t>
        <w:br/>
        <w:t>vn -0.6302 0.2472 -0.7360</w:t>
        <w:br/>
        <w:t>vn -0.2616 0.1349 -0.9557</w:t>
        <w:br/>
        <w:t>vn 0.3155 0.1582 -0.9356</w:t>
        <w:br/>
        <w:t>vn -0.6846 0.0958 0.7226</w:t>
        <w:br/>
        <w:t>vn -0.9246 0.0661 0.3750</w:t>
        <w:br/>
        <w:t>vn -0.9247 0.0661 0.3750</w:t>
        <w:br/>
        <w:t>vn 0.3468 -0.9370 -0.0418</w:t>
        <w:br/>
        <w:t>vn 0.2850 -0.9402 0.1867</w:t>
        <w:br/>
        <w:t>vn 0.5521 0.8336 -0.0132</w:t>
        <w:br/>
        <w:t>vn 0.4054 0.9097 -0.0900</w:t>
        <w:br/>
        <w:t>vn -0.3495 0.9246 0.1513</w:t>
        <w:br/>
        <w:t>vn -0.4068 0.8528 0.3276</w:t>
        <w:br/>
        <w:t>vn -0.3496 0.9246 0.1513</w:t>
        <w:br/>
        <w:t>vn -0.6655 -0.7458 0.0287</w:t>
        <w:br/>
        <w:t>vn -0.5789 -0.8119 0.0757</w:t>
        <w:br/>
        <w:t>vn -0.6594 -0.7517 0.0028</w:t>
        <w:br/>
        <w:t>vn -0.4120 0.9089 -0.0643</w:t>
        <w:br/>
        <w:t>vn -0.4120 0.9089 -0.0642</w:t>
        <w:br/>
        <w:t>vn 0.6102 0.7853 0.1046</w:t>
        <w:br/>
        <w:t>vn 0.1267 -0.9301 0.3449</w:t>
        <w:br/>
        <w:t>vn 0.0581 -0.9959 -0.0697</w:t>
        <w:br/>
        <w:t>vn 0.0730 -0.9870 -0.1434</w:t>
        <w:br/>
        <w:t>vn -0.3703 -0.8534 0.3667</w:t>
        <w:br/>
        <w:t>vn -0.3830 -0.8600 0.3373</w:t>
        <w:br/>
        <w:t>vn -0.4591 -0.8776 0.1383</w:t>
        <w:br/>
        <w:t>vn -0.1665 0.8241 0.5414</w:t>
        <w:br/>
        <w:t>vn 0.6270 0.7250 0.2853</w:t>
        <w:br/>
        <w:t>vn 0.6321 0.6542 0.4153</w:t>
        <w:br/>
        <w:t>vn 0.6270 0.7249 0.2853</w:t>
        <w:br/>
        <w:t>vn -0.4084 -0.8789 0.2465</w:t>
        <w:br/>
        <w:t>vn 0.0074 0.3889 0.9212</w:t>
        <w:br/>
        <w:t>vn 0.1776 0.7735 0.6084</w:t>
        <w:br/>
        <w:t>vn 0.1862 0.9723 -0.1412</w:t>
        <w:br/>
        <w:t>vn 0.2489 0.9530 -0.1727</w:t>
        <w:br/>
        <w:t>vn 0.2490 0.9530 -0.1727</w:t>
        <w:br/>
        <w:t>vn 0.1862 0.9723 -0.1413</w:t>
        <w:br/>
        <w:t>vn 0.6023 -0.2413 0.7609</w:t>
        <w:br/>
        <w:t>vn 0.7031 0.1515 0.6947</w:t>
        <w:br/>
        <w:t>vn 0.5925 0.2075 0.7784</w:t>
        <w:br/>
        <w:t>vn 0.4762 -0.2312 0.8484</w:t>
        <w:br/>
        <w:t>vn -0.1264 -0.9592 0.2530</w:t>
        <w:br/>
        <w:t>vn -0.2464 -0.9382 0.2431</w:t>
        <w:br/>
        <w:t>vn 0.2703 0.7724 0.5747</w:t>
        <w:br/>
        <w:t>vn 0.3320 0.8217 0.4632</w:t>
        <w:br/>
        <w:t>vn -0.6885 0.3605 -0.6293</w:t>
        <w:br/>
        <w:t>vn -0.6293 0.3346 -0.7015</w:t>
        <w:br/>
        <w:t>vn 0.5833 0.6052 0.5418</w:t>
        <w:br/>
        <w:t>vn 0.6859 0.5160 0.5131</w:t>
        <w:br/>
        <w:t>vn 0.6243 -0.3432 0.7017</w:t>
        <w:br/>
        <w:t>vn 0.6833 -0.3642 0.6328</w:t>
        <w:br/>
        <w:t>vn 0.3836 -0.7743 0.5033</w:t>
        <w:br/>
        <w:t>vn 0.3183 -0.7198 0.6169</w:t>
        <w:br/>
        <w:t>vn -0.0643 -0.9215 0.3830</w:t>
        <w:br/>
        <w:t>vn -0.0227 -0.9718 0.2346</w:t>
        <w:br/>
        <w:t>vn 0.8141 -0.0417 0.5792</w:t>
        <w:br/>
        <w:t>vn 0.7545 -0.3225 0.5716</w:t>
        <w:br/>
        <w:t>vn 0.0098 -0.9894 0.1448</w:t>
        <w:br/>
        <w:t>vn -0.7655 0.3194 -0.5586</w:t>
        <w:br/>
        <w:t>vn -0.7655 0.3194 -0.5585</w:t>
        <w:br/>
        <w:t>vn 0.6873 0.5733 0.4461</w:t>
        <w:br/>
        <w:t>vn 0.6484 0.6177 0.4450</w:t>
        <w:br/>
        <w:t>vn 0.1596 -0.1505 0.9756</w:t>
        <w:br/>
        <w:t>vn -0.3705 -0.9007 0.2270</w:t>
        <w:br/>
        <w:t>vn -0.1877 0.1511 -0.9705</w:t>
        <w:br/>
        <w:t>vn 0.4242 0.7952 0.4333</w:t>
        <w:br/>
        <w:t>vn 0.9089 -0.1419 -0.3922</w:t>
        <w:br/>
        <w:t>vn 0.8184 -0.4553 -0.3506</w:t>
        <w:br/>
        <w:t>vn 0.0689 -0.9713 -0.2275</w:t>
        <w:br/>
        <w:t>vn 0.2149 -0.9581 -0.1894</w:t>
        <w:br/>
        <w:t>vn -0.8241 0.1232 0.5529</w:t>
        <w:br/>
        <w:t>vn 0.2419 0.9654 -0.0976</w:t>
        <w:br/>
        <w:t>vn -0.0089 0.9934 -0.1143</w:t>
        <w:br/>
        <w:t>vn -0.0375 0.9894 -0.1402</w:t>
        <w:br/>
        <w:t>vn 0.7994 0.0480 0.5989</w:t>
        <w:br/>
        <w:t>vn 0.8305 0.0328 0.5561</w:t>
        <w:br/>
        <w:t>vn 0.7993 0.0480 0.5990</w:t>
        <w:br/>
        <w:t>vn -0.0249 -0.9923 -0.1210</w:t>
        <w:br/>
        <w:t>vn -0.0250 -0.9923 -0.1210</w:t>
        <w:br/>
        <w:t>vn -0.0063 -0.9888 -0.1494</w:t>
        <w:br/>
        <w:t>vn -0.8214 -0.0497 -0.5682</w:t>
        <w:br/>
        <w:t>vn -0.8856 -0.0473 -0.4621</w:t>
        <w:br/>
        <w:t>vn -0.8213 -0.0497 -0.5683</w:t>
        <w:br/>
        <w:t>vn 0.0954 -0.0237 -0.9952</w:t>
        <w:br/>
        <w:t>vn 0.5162 -0.0029 -0.8565</w:t>
        <w:br/>
        <w:t>vn 0.5161 -0.0030 -0.8565</w:t>
        <w:br/>
        <w:t>vn 0.2150 -0.9581 -0.1894</w:t>
        <w:br/>
        <w:t>vn -0.3541 -0.1116 -0.9285</w:t>
        <w:br/>
        <w:t>vn -0.3542 -0.1116 -0.9285</w:t>
        <w:br/>
        <w:t>vn -0.9998 0.0179 -0.0097</w:t>
        <w:br/>
        <w:t>vn -0.9247 0.0660 0.3750</w:t>
        <w:br/>
        <w:t>vn -0.9246 0.0661 0.3751</w:t>
        <w:br/>
        <w:t>vn 0.3238 0.9370 -0.1309</w:t>
        <w:br/>
        <w:t>vn 0.0396 -0.9959 -0.0811</w:t>
        <w:br/>
        <w:t>vn -0.1843 0.9586 -0.2172</w:t>
        <w:br/>
        <w:t>vn -0.3856 0.8965 -0.2184</w:t>
        <w:br/>
        <w:t>vn 0.9358 0.0313 0.3511</w:t>
        <w:br/>
        <w:t>vn -0.5040 -0.8625 -0.0463</w:t>
        <w:br/>
        <w:t>vn -0.7319 -0.6733 -0.1050</w:t>
        <w:br/>
        <w:t>vn -0.1985 -0.9761 -0.0889</w:t>
        <w:br/>
        <w:t>vn -0.9362 -0.0442 -0.3487</w:t>
        <w:br/>
        <w:t>vn -0.9594 -0.0782 -0.2710</w:t>
        <w:br/>
        <w:t>vn 0.8353 0.0184 -0.5495</w:t>
        <w:br/>
        <w:t>vn 0.8354 0.0183 -0.5494</w:t>
        <w:br/>
        <w:t>vn 0.2703 -0.9560 -0.1143</w:t>
        <w:br/>
        <w:t>vn 0.0058 -0.9895 0.1447</w:t>
        <w:br/>
        <w:t>vn 0.0059 -0.9895 0.1447</w:t>
        <w:br/>
        <w:t>vn 0.6612 -0.5001 -0.5591</w:t>
        <w:br/>
        <w:t>vn 0.6535 0.3343 -0.6791</w:t>
        <w:br/>
        <w:t>vn 0.6612 -0.5001 -0.5592</w:t>
        <w:br/>
        <w:t>vn 0.6899 0.1107 0.7154</w:t>
        <w:br/>
        <w:t>vn 0.6883 0.1120 0.7167</w:t>
        <w:br/>
        <w:t>vn 0.6894 0.1164 0.7149</w:t>
        <w:br/>
        <w:t>vn -0.6898 -0.1168 -0.7145</w:t>
        <w:br/>
        <w:t>vn -0.6883 -0.1119 -0.7168</w:t>
        <w:br/>
        <w:t>vn -0.6889 -0.1098 -0.7165</w:t>
        <w:br/>
        <w:t>vn -0.6896 -0.1120 -0.7155</w:t>
        <w:br/>
        <w:t>vn -0.6902 -0.1037 -0.7161</w:t>
        <w:br/>
        <w:t>vn -0.6889 -0.1038 -0.7173</w:t>
        <w:br/>
        <w:t>vn -0.6864 -0.1053 -0.7195</w:t>
        <w:br/>
        <w:t>vn -0.6894 -0.1163 -0.7150</w:t>
        <w:br/>
        <w:t>vn -0.6863 -0.1226 -0.7169</w:t>
        <w:br/>
        <w:t>vn 0.7248 -0.1005 -0.6816</w:t>
        <w:br/>
        <w:t>vn 0.7246 -0.1005 -0.6818</w:t>
        <w:br/>
        <w:t>vn 0.7249 -0.1006 -0.6814</w:t>
        <w:br/>
        <w:t>vn 0.0108 -0.9897 0.1425</w:t>
        <w:br/>
        <w:t>vn 0.0108 -0.9897 0.1424</w:t>
        <w:br/>
        <w:t>vn 0.6890 0.1039 0.7173</w:t>
        <w:br/>
        <w:t>vn 0.6865 0.1054 0.7195</w:t>
        <w:br/>
        <w:t>vn 0.6864 0.1226 0.7168</w:t>
        <w:br/>
        <w:t>vn -0.2534 -0.8901 0.3788</w:t>
        <w:br/>
        <w:t>vn -0.2533 -0.8901 0.3788</w:t>
        <w:br/>
        <w:t>vn 0.6902 0.1038 0.7161</w:t>
        <w:br/>
        <w:t>vn 0.6888 0.1099 0.7165</w:t>
        <w:br/>
        <w:t>vn 0.6897 0.1168 0.7146</w:t>
        <w:br/>
        <w:t>vn 0.6895 0.1121 0.7156</w:t>
        <w:br/>
        <w:t>vn -0.6899 -0.1106 -0.7154</w:t>
        <w:br/>
        <w:t>vn 0.2561 0.8883 -0.3812</w:t>
        <w:br/>
        <w:t>vn -0.2782 0.9527 0.1226</w:t>
        <w:br/>
        <w:t>vn -0.6615 0.4992 0.5596</w:t>
        <w:br/>
        <w:t>vn -0.6542 -0.3326 0.6792</w:t>
        <w:br/>
        <w:t>vn -0.6543 -0.3322 0.6794</w:t>
        <w:br/>
        <w:t>vn 0.6898 0.1220 0.7137</w:t>
        <w:br/>
        <w:t>vn -0.6897 -0.1220 -0.7137</w:t>
        <w:br/>
        <w:t>vn 0.6877 0.1132 0.7171</w:t>
        <w:br/>
        <w:t>vn -0.6877 -0.1131 -0.7172</w:t>
        <w:br/>
        <w:t>vn 0.6889 0.0938 0.7188</w:t>
        <w:br/>
        <w:t>vn -0.6888 -0.0937 -0.7188</w:t>
        <w:br/>
        <w:t>vn 0.6888 0.1058 0.7172</w:t>
        <w:br/>
        <w:t>vn -0.6890 -0.1055 -0.7171</w:t>
        <w:br/>
        <w:t>vn -0.0100 0.9899 -0.1416</w:t>
        <w:br/>
        <w:t>vn -0.0103 0.9898 -0.1418</w:t>
        <w:br/>
        <w:t>vn -0.0102 0.9898 -0.1418</w:t>
        <w:br/>
        <w:t>vn -0.7250 0.1007 0.6813</w:t>
        <w:br/>
        <w:t>vn -0.7251 0.1007 0.6812</w:t>
        <w:br/>
        <w:t>vn -0.7249 0.1007 0.6815</w:t>
        <w:br/>
        <w:t>vn -0.0089 0.9899 -0.1415</w:t>
        <w:br/>
        <w:t>vn -0.0088 0.9899 -0.1416</w:t>
        <w:br/>
        <w:t>vn -0.1902 0.0386 0.9810</w:t>
        <w:br/>
        <w:t>vn -0.3528 0.0367 0.9350</w:t>
        <w:br/>
        <w:t>vn -0.3529 0.0367 0.9349</w:t>
        <w:br/>
        <w:t>vn -0.0000 0.9992 -0.0393</w:t>
        <w:br/>
        <w:t>vn -0.0188 0.9991 -0.0367</w:t>
        <w:br/>
        <w:t>vn -0.0189 0.9991 -0.0367</w:t>
        <w:br/>
        <w:t>vn 0.0001 0.9992 -0.0391</w:t>
        <w:br/>
        <w:t>vn 0.0661 -0.0393 -0.9970</w:t>
        <w:br/>
        <w:t>vn 0.2077 -0.0385 -0.9774</w:t>
        <w:br/>
        <w:t>vn 0.0659 -0.0393 -0.9971</w:t>
        <w:br/>
        <w:t>vn 0.0191 -0.9991 0.0367</w:t>
        <w:br/>
        <w:t>vn 0.0190 -0.9991 0.0367</w:t>
        <w:br/>
        <w:t>vn -0.0001 -0.9992 0.0393</w:t>
        <w:br/>
        <w:t>vn -0.6747 0.0291 0.7375</w:t>
        <w:br/>
        <w:t>vn -0.9499 0.0118 0.3122</w:t>
        <w:br/>
        <w:t>vn -0.9499 0.0117 0.3123</w:t>
        <w:br/>
        <w:t>vn -0.6748 0.0292 0.7374</w:t>
        <w:br/>
        <w:t>vn 0.9686 0.0098 0.2483</w:t>
        <w:br/>
        <w:t>vn 0.9687 0.0098 0.2482</w:t>
        <w:br/>
        <w:t>vn 0.9686 0.0097 0.2483</w:t>
        <w:br/>
        <w:t>vn -0.2300 -0.0383 -0.9724</w:t>
        <w:br/>
        <w:t>vn -0.2299 -0.0383 -0.9725</w:t>
        <w:br/>
        <w:t>vn 0.0333 -0.9990 0.0290</w:t>
        <w:br/>
        <w:t>vn 0.1461 0.0389 0.9885</w:t>
        <w:br/>
        <w:t>vn -0.0333 0.9990 -0.0290</w:t>
        <w:br/>
        <w:t>vn -0.8651 -0.0203 -0.5013</w:t>
        <w:br/>
        <w:t>vn -0.8650 -0.0203 -0.5013</w:t>
        <w:br/>
        <w:t>vn -0.5233 -0.0335 -0.8515</w:t>
        <w:br/>
        <w:t>vn -0.5230 -0.0335 -0.8517</w:t>
        <w:br/>
        <w:t>vn -0.0211 -0.9990 0.0406</w:t>
        <w:br/>
        <w:t>vn 0.0037 -0.9995 0.0324</w:t>
        <w:br/>
        <w:t>vn 0.0037 -0.9995 0.0323</w:t>
        <w:br/>
        <w:t>vn -0.0210 -0.9990 0.0404</w:t>
        <w:br/>
        <w:t>vn 0.6078 0.0313 0.7935</w:t>
        <w:br/>
        <w:t>vn 0.4656 0.0348 0.8843</w:t>
        <w:br/>
        <w:t>vn 0.6077 0.0314 0.7935</w:t>
        <w:br/>
        <w:t>vn 0.0212 0.9989 -0.0407</w:t>
        <w:br/>
        <w:t>vn 0.0215 0.9989 -0.0408</w:t>
        <w:br/>
        <w:t>vn -0.0039 0.9995 -0.0323</w:t>
        <w:br/>
        <w:t>vn 0.0218 0.9989 -0.0408</w:t>
        <w:br/>
        <w:t>vn -0.0212 -0.9990 0.0405</w:t>
        <w:br/>
        <w:t>vn -0.9823 0.0075 -0.1873</w:t>
        <w:br/>
        <w:t>vn -0.8841 0.2093 -0.4179</w:t>
        <w:br/>
        <w:t>vn -0.9734 -0.0271 -0.2273</w:t>
        <w:br/>
        <w:t>vn 0.8320 0.5465 0.0948</w:t>
        <w:br/>
        <w:t>vn 0.7520 0.6500 0.1093</w:t>
        <w:br/>
        <w:t>vn 0.6443 0.1709 0.7454</w:t>
        <w:br/>
        <w:t>vn 0.7304 0.0220 0.6827</w:t>
        <w:br/>
        <w:t>vn -0.8619 0.4857 -0.1458</w:t>
        <w:br/>
        <w:t>vn -0.9037 -0.0062 0.4281</w:t>
        <w:br/>
        <w:t>vn -0.6465 -0.0439 0.7616</w:t>
        <w:br/>
        <w:t>vn -0.8114 0.5719 0.1206</w:t>
        <w:br/>
        <w:t>vn -0.8309 0.3929 -0.3940</w:t>
        <w:br/>
        <w:t>vn -0.9050 -0.2258 0.3607</w:t>
        <w:br/>
        <w:t>vn -0.5774 0.3440 0.7404</w:t>
        <w:br/>
        <w:t>vn -0.9312 0.2642 0.2510</w:t>
        <w:br/>
        <w:t>vn -0.9238 -0.0596 0.3782</w:t>
        <w:br/>
        <w:t>vn -0.6621 -0.1358 0.7370</w:t>
        <w:br/>
        <w:t>vn 0.7820 0.4539 -0.4271</w:t>
        <w:br/>
        <w:t>vn 0.7970 0.5351 -0.2803</w:t>
        <w:br/>
        <w:t>vn 0.9676 0.2366 0.0879</w:t>
        <w:br/>
        <w:t>vn 0.9891 0.0816 -0.1226</w:t>
        <w:br/>
        <w:t>vn 0.9666 -0.0898 -0.2401</w:t>
        <w:br/>
        <w:t>vn 0.9750 -0.0375 -0.2192</w:t>
        <w:br/>
        <w:t>vn 0.8931 -0.4445 0.0685</w:t>
        <w:br/>
        <w:t>vn 0.8694 -0.4936 0.0226</w:t>
        <w:br/>
        <w:t>vn 0.3207 0.2923 0.9010</w:t>
        <w:br/>
        <w:t>vn 0.3680 -0.1599 0.9160</w:t>
        <w:br/>
        <w:t>vn 0.4900 -0.1558 0.8577</w:t>
        <w:br/>
        <w:t>vn 0.4671 0.3023 0.8309</w:t>
        <w:br/>
        <w:t>vn 0.2832 -0.0133 0.9590</w:t>
        <w:br/>
        <w:t>vn 0.5701 0.3298 0.7525</w:t>
        <w:br/>
        <w:t>vn 0.0361 0.3479 0.9368</w:t>
        <w:br/>
        <w:t>vn -0.2939 0.3542 0.8878</w:t>
        <w:br/>
        <w:t>vn -0.3793 0.0592 0.9234</w:t>
        <w:br/>
        <w:t>vn -0.2072 -0.0967 0.9735</w:t>
        <w:br/>
        <w:t>vn 0.1584 0.1072 0.9815</w:t>
        <w:br/>
        <w:t>vn 0.3197 0.3368 0.8857</w:t>
        <w:br/>
        <w:t>vn -0.1745 -0.0904 0.9805</w:t>
        <w:br/>
        <w:t>vn -0.4499 0.7027 0.5512</w:t>
        <w:br/>
        <w:t>vn -0.6550 0.6592 0.3694</w:t>
        <w:br/>
        <w:t>vn -0.4071 -0.0339 0.9128</w:t>
        <w:br/>
        <w:t>vn 0.9784 0.0019 0.2069</w:t>
        <w:br/>
        <w:t>vn 0.9938 -0.1066 0.0315</w:t>
        <w:br/>
        <w:t>vn -0.8751 -0.3478 -0.3366</w:t>
        <w:br/>
        <w:t>vn -0.9721 -0.2194 -0.0830</w:t>
        <w:br/>
        <w:t>vn 0.8274 -0.3071 -0.4702</w:t>
        <w:br/>
        <w:t>vn 0.9492 -0.2182 -0.2268</w:t>
        <w:br/>
        <w:t>vn 0.6798 -0.3328 -0.6536</w:t>
        <w:br/>
        <w:t>vn 0.6798 -0.3328 -0.6535</w:t>
        <w:br/>
        <w:t>vn 0.5832 -0.3460 -0.7350</w:t>
        <w:br/>
        <w:t>vn -0.9913 -0.0696 0.1114</w:t>
        <w:br/>
        <w:t>vn -0.9749 0.0507 0.2167</w:t>
        <w:br/>
        <w:t>vn -0.9643 0.1046 0.2432</w:t>
        <w:br/>
        <w:t>vn -0.4817 -0.3112 -0.8192</w:t>
        <w:br/>
        <w:t>vn -0.3293 -0.3039 -0.8940</w:t>
        <w:br/>
        <w:t>vn -0.5715 -0.3262 -0.7530</w:t>
        <w:br/>
        <w:t>vn -0.7337 -0.3626 -0.5746</w:t>
        <w:br/>
        <w:t>vn -0.0355 -0.3394 -0.9400</w:t>
        <w:br/>
        <w:t>vn -0.3347 -0.3265 -0.8840</w:t>
        <w:br/>
        <w:t>vn -0.3347 -0.3265 -0.8839</w:t>
        <w:br/>
        <w:t>vn 0.3600 -0.3278 -0.8735</w:t>
        <w:br/>
        <w:t>vn 0.6187 -0.3575 -0.6995</w:t>
        <w:br/>
        <w:t>vn -0.5951 -0.5800 0.5563</w:t>
        <w:br/>
        <w:t>vn -0.3191 -0.9053 0.2803</w:t>
        <w:br/>
        <w:t>vn -0.2139 0.6030 -0.7685</w:t>
        <w:br/>
        <w:t>vn -0.3064 0.5758 -0.7580</w:t>
        <w:br/>
        <w:t>vn -0.1051 0.6148 -0.7817</w:t>
        <w:br/>
        <w:t>vn 0.5471 -0.4963 0.6741</w:t>
        <w:br/>
        <w:t>vn 0.4165 -0.3217 0.8503</w:t>
        <w:br/>
        <w:t>vn 0.5470 -0.4963 0.6741</w:t>
        <w:br/>
        <w:t>vn 0.4832 0.7259 -0.4894</w:t>
        <w:br/>
        <w:t>vn 0.4583 0.7048 -0.5415</w:t>
        <w:br/>
        <w:t>vn 0.4300 0.6967 -0.5742</w:t>
        <w:br/>
        <w:t>vn -0.4812 -0.4257 0.7663</w:t>
        <w:br/>
        <w:t>vn -0.3047 -0.3913 0.8683</w:t>
        <w:br/>
        <w:t>vn -0.4086 -0.3934 0.8236</w:t>
        <w:br/>
        <w:t>vn -0.5893 0.6457 -0.4857</w:t>
        <w:br/>
        <w:t>vn -0.6462 0.7229 -0.2446</w:t>
        <w:br/>
        <w:t>vn -0.5794 -0.4958 0.6469</w:t>
        <w:br/>
        <w:t>vn -0.4645 0.5824 -0.6671</w:t>
        <w:br/>
        <w:t>vn -0.6255 -0.6109 0.4853</w:t>
        <w:br/>
        <w:t>vn -0.5902 -0.5817 0.5598</w:t>
        <w:br/>
        <w:t>vn -0.0143 0.9953 0.0957</w:t>
        <w:br/>
        <w:t>vn 0.0553 0.9903 0.1274</w:t>
        <w:br/>
        <w:t>vn 0.5864 -0.6494 0.4841</w:t>
        <w:br/>
        <w:t>vn 0.3627 0.7010 -0.6140</w:t>
        <w:br/>
        <w:t>vn 0.5829 -0.7384 0.3391</w:t>
        <w:br/>
        <w:t>vn 0.3035 -0.9429 0.1374</w:t>
        <w:br/>
        <w:t>vn 0.2966 0.7470 -0.5950</w:t>
        <w:br/>
        <w:t>vn 0.1394 0.7115 -0.6887</w:t>
        <w:br/>
        <w:t>vn 0.3399 -0.5749 0.7443</w:t>
        <w:br/>
        <w:t>vn 0.4095 -0.5809 0.7035</w:t>
        <w:br/>
        <w:t>vn 0.0767 0.9875 0.1378</w:t>
        <w:br/>
        <w:t>vn 0.0767 0.9875 0.1377</w:t>
        <w:br/>
        <w:t>vn -0.0262 0.9870 0.1586</w:t>
        <w:br/>
        <w:t>vn -0.0724 -0.3532 0.9327</w:t>
        <w:br/>
        <w:t>vn 0.1861 -0.2910 0.9385</w:t>
        <w:br/>
        <w:t>vn 0.0601 -0.3239 0.9442</w:t>
        <w:br/>
        <w:t>vn 0.6200 0.7463 -0.2423</w:t>
        <w:br/>
        <w:t>vn 0.5478 0.7446 -0.3814</w:t>
        <w:br/>
        <w:t>vn -0.3545 -0.4878 0.7977</w:t>
        <w:br/>
        <w:t>vn -0.3957 -0.5131 0.7616</w:t>
        <w:br/>
        <w:t>vn -0.2806 -0.4344 0.8559</w:t>
        <w:br/>
        <w:t>vn 0.2437 0.9577 0.1529</w:t>
        <w:br/>
        <w:t>vn 0.4625 0.8836 0.0735</w:t>
        <w:br/>
        <w:t>vn 0.4626 0.8835 0.0735</w:t>
        <w:br/>
        <w:t>vn 0.6061 0.7915 -0.0787</w:t>
        <w:br/>
        <w:t>vn -0.1121 -0.4132 0.9037</w:t>
        <w:br/>
        <w:t>vn 0.0369 -0.4822 0.8753</w:t>
        <w:br/>
        <w:t>vn -0.2521 0.9549 0.1566</w:t>
        <w:br/>
        <w:t>vn -0.2521 0.9549 0.1567</w:t>
        <w:br/>
        <w:t>vn -0.4321 0.8982 0.0812</w:t>
        <w:br/>
        <w:t>vn -0.0355 0.2887 0.9568</w:t>
        <w:br/>
        <w:t>vn 0.0842 -0.1468 0.9856</w:t>
        <w:br/>
        <w:t>vn 0.1851 -0.5459 0.8171</w:t>
        <w:br/>
        <w:t>vn 0.0294 -0.2963 -0.9546</w:t>
        <w:br/>
        <w:t>vn 0.0293 -0.2963 -0.9547</w:t>
        <w:br/>
        <w:t>vn 0.3035 -0.3537 -0.8847</w:t>
        <w:br/>
        <w:t>vn -0.4942 -0.5438 0.6782</w:t>
        <w:br/>
        <w:t>vn -0.5503 -0.5480 0.6300</w:t>
        <w:br/>
        <w:t>vn -0.9672 0.1291 -0.2188</w:t>
        <w:br/>
        <w:t>vn 0.9726 0.1926 -0.1303</w:t>
        <w:br/>
        <w:t>vn 0.0113 -0.3966 -0.9179</w:t>
        <w:br/>
        <w:t>vn 0.0113 -0.3965 -0.9179</w:t>
        <w:br/>
        <w:t>vn 0.0101 -0.9997 -0.0206</w:t>
        <w:br/>
        <w:t>vn 0.3035 -0.9429 0.1375</w:t>
        <w:br/>
        <w:t>vn -0.0141 0.4250 0.9051</w:t>
        <w:br/>
        <w:t>vn -0.0141 0.4251 0.9051</w:t>
        <w:br/>
        <w:t>vn -0.5668 0.8229 -0.0390</w:t>
        <w:br/>
        <w:t>vn -0.8162 -0.5616 -0.1358</w:t>
        <w:br/>
        <w:t>vn -0.8671 -0.4898 0.0910</w:t>
        <w:br/>
        <w:t>vn -0.9615 -0.2403 0.1330</w:t>
        <w:br/>
        <w:t>vn -0.9713 -0.1669 -0.1694</w:t>
        <w:br/>
        <w:t>vn -0.7206 -0.3279 0.6109</w:t>
        <w:br/>
        <w:t>vn -0.6986 -0.5137 0.4980</w:t>
        <w:br/>
        <w:t>vn 0.9114 -0.0541 -0.4080</w:t>
        <w:br/>
        <w:t>vn 0.7070 -0.0709 -0.7037</w:t>
        <w:br/>
        <w:t>vn 0.9218 -0.1407 0.3613</w:t>
        <w:br/>
        <w:t>vn 0.6895 -0.1997 0.6963</w:t>
        <w:br/>
        <w:t>vn 0.4468 -0.6399 0.6252</w:t>
        <w:br/>
        <w:t>vn 0.9946 -0.0848 0.0594</w:t>
        <w:br/>
        <w:t>vn 0.2606 -0.2577 0.9304</w:t>
        <w:br/>
        <w:t>vn 0.0421 -0.6352 0.7712</w:t>
        <w:br/>
        <w:t>vn -0.3517 -0.2971 0.8877</w:t>
        <w:br/>
        <w:t>vn -0.3744 -0.3378 0.8635</w:t>
        <w:br/>
        <w:t>vn -0.4319 -0.5555 0.7106</w:t>
        <w:br/>
        <w:t>vn -0.4423 -0.5684 0.6938</w:t>
        <w:br/>
        <w:t>vn -0.1746 -0.2816 0.9435</w:t>
        <w:br/>
        <w:t>vn -0.3211 -0.5963 0.7358</w:t>
        <w:br/>
        <w:t>vn -0.7910 -0.0625 -0.6085</w:t>
        <w:br/>
        <w:t>vn -0.7911 -0.0625 -0.6085</w:t>
        <w:br/>
        <w:t>vn -0.2954 -0.1159 -0.9483</w:t>
        <w:br/>
        <w:t>vn 0.9768 0.1565 -0.1463</w:t>
        <w:br/>
        <w:t>vn 0.9783 0.1125 0.1740</w:t>
        <w:br/>
        <w:t>vn 0.7165 0.2447 -0.6533</w:t>
        <w:br/>
        <w:t>vn -0.9950 0.0522 0.0855</w:t>
        <w:br/>
        <w:t>vn -0.9105 0.0605 0.4090</w:t>
        <w:br/>
        <w:t>vn -0.6887 0.1897 -0.6998</w:t>
        <w:br/>
        <w:t>vn -0.9265 0.1399 -0.3494</w:t>
        <w:br/>
        <w:t>vn -0.9964 0.0834 -0.0146</w:t>
        <w:br/>
        <w:t>vn -0.2702 0.2316 -0.9345</w:t>
        <w:br/>
        <w:t>vn 0.3210 0.2510 -0.9132</w:t>
        <w:br/>
        <w:t>vn 0.1366 0.2470 -0.9593</w:t>
        <w:br/>
        <w:t>vn 0.1366 0.2469 -0.9594</w:t>
        <w:br/>
        <w:t>vn 0.3434 0.2751 -0.8980</w:t>
        <w:br/>
        <w:t>vn 0.7632 0.0485 0.6444</w:t>
        <w:br/>
        <w:t>vn 0.9769 0.0025 0.2135</w:t>
        <w:br/>
        <w:t>vn -0.3871 0.8981 0.2090</w:t>
        <w:br/>
        <w:t>vn -0.3846 0.9228 -0.0200</w:t>
        <w:br/>
        <w:t>vn -0.3847 0.9228 -0.0200</w:t>
        <w:br/>
        <w:t>vn -0.7081 -0.7048 0.0420</w:t>
        <w:br/>
        <w:t>vn -0.5171 -0.8523 -0.0782</w:t>
        <w:br/>
        <w:t>vn -0.6467 -0.6678 0.3685</w:t>
        <w:br/>
        <w:t>vn -0.1505 0.8160 0.5581</w:t>
        <w:br/>
        <w:t>vn 0.1329 0.9909 -0.0214</w:t>
        <w:br/>
        <w:t>vn 0.0888 0.9931 -0.0767</w:t>
        <w:br/>
        <w:t>vn 0.0889 0.9931 -0.0767</w:t>
        <w:br/>
        <w:t>vn 0.2430 -0.9686 -0.0517</w:t>
        <w:br/>
        <w:t>vn 0.2173 -0.9693 -0.1150</w:t>
        <w:br/>
        <w:t>vn 0.2759 -0.9339 0.2275</w:t>
        <w:br/>
        <w:t>vn 0.0966 -0.9119 0.3988</w:t>
        <w:br/>
        <w:t>vn 0.5328 0.8178 0.2173</w:t>
        <w:br/>
        <w:t>vn 0.5410 0.8377 0.0742</w:t>
        <w:br/>
        <w:t>vn 0.5328 0.8179 0.2173</w:t>
        <w:br/>
        <w:t>vn 0.3171 -0.9477 0.0366</w:t>
        <w:br/>
        <w:t>vn 0.4166 0.9091 -0.0103</w:t>
        <w:br/>
        <w:t>vn 0.4165 0.9091 -0.0103</w:t>
        <w:br/>
        <w:t>vn 0.4343 0.8289 0.3526</w:t>
        <w:br/>
        <w:t>vn 0.4342 0.8289 0.3526</w:t>
        <w:br/>
        <w:t>vn -0.1802 -0.8719 0.4552</w:t>
        <w:br/>
        <w:t>vn 0.3070 0.8478 0.4324</w:t>
        <w:br/>
        <w:t>vn 0.3070 0.8478 0.4323</w:t>
        <w:br/>
        <w:t>vn 0.1885 0.8265 0.5305</w:t>
        <w:br/>
        <w:t>vn 0.1291 0.7275 0.6738</w:t>
        <w:br/>
        <w:t>vn -0.4575 -0.7321 0.5047</w:t>
        <w:br/>
        <w:t>vn -0.4800 -0.7719 0.4169</w:t>
        <w:br/>
        <w:t>vn -0.4142 -0.8115 0.4122</w:t>
        <w:br/>
        <w:t>vn -0.1726 0.9364 -0.3054</w:t>
        <w:br/>
        <w:t>vn -0.1726 0.9364 -0.3055</w:t>
        <w:br/>
        <w:t>vn -0.0309 0.9184 -0.3945</w:t>
        <w:br/>
        <w:t>vn -0.3665 -0.9248 -0.1019</w:t>
        <w:br/>
        <w:t>vn -0.1873 -0.9820 -0.0230</w:t>
        <w:br/>
        <w:t>vn -0.3056 0.9212 -0.2409</w:t>
        <w:br/>
        <w:t>vn 0.8599 0.0552 0.5075</w:t>
        <w:br/>
        <w:t>vn -0.9035 -0.0741 -0.4221</w:t>
        <w:br/>
        <w:t>vn -0.1232 -0.9649 0.2318</w:t>
        <w:br/>
        <w:t>vn -0.9811 0.0326 -0.1909</w:t>
        <w:br/>
        <w:t>vn 0.1950 -0.1239 -0.9730</w:t>
        <w:br/>
        <w:t>vn 0.1950 -0.1239 -0.9729</w:t>
        <w:br/>
        <w:t>vn 0.9640 -0.0539 -0.2605</w:t>
        <w:br/>
        <w:t>vn 0.0571 0.8694 -0.4908</w:t>
        <w:br/>
        <w:t>vn -0.1759 -0.9073 0.3818</w:t>
        <w:br/>
        <w:t>vn 0.2442 0.9689 -0.0396</w:t>
        <w:br/>
        <w:t>vn -0.9494 0.0580 0.3086</w:t>
        <w:br/>
        <w:t>vn 0.2021 -0.9636 -0.1750</w:t>
        <w:br/>
        <w:t>vn 0.2612 -0.9588 -0.1114</w:t>
        <w:br/>
        <w:t>vn 0.9689 -0.0570 -0.2409</w:t>
        <w:br/>
        <w:t>vn 0.4242 -0.0734 -0.9026</w:t>
        <w:br/>
        <w:t>vn 0.4241 -0.0734 -0.9026</w:t>
        <w:br/>
        <w:t>vn 0.0710 0.9867 -0.1459</w:t>
        <w:br/>
        <w:t>vn 0.0627 -0.0553 0.9965</w:t>
        <w:br/>
        <w:t>vn 0.0050 -0.0817 0.9966</w:t>
        <w:br/>
        <w:t>vn 0.0050 -0.0818 0.9966</w:t>
        <w:br/>
        <w:t>vn -0.4149 0.9067 0.0764</w:t>
        <w:br/>
        <w:t>vn -0.4149 0.9066 0.0765</w:t>
        <w:br/>
        <w:t>vn -0.4150 0.9066 0.0766</w:t>
        <w:br/>
        <w:t>vn -0.4150 0.9066 0.0767</w:t>
        <w:br/>
        <w:t>vn -0.0630 0.0554 -0.9965</w:t>
        <w:br/>
        <w:t>vn -0.0630 0.0555 -0.9965</w:t>
        <w:br/>
        <w:t>vn -0.0112 0.0792 -0.9968</w:t>
        <w:br/>
        <w:t>vn -0.0112 0.0793 -0.9968</w:t>
        <w:br/>
        <w:t>vn 0.4147 -0.9067 -0.0766</w:t>
        <w:br/>
        <w:t>vn 0.4148 -0.9067 -0.0767</w:t>
        <w:br/>
        <w:t>vn 0.4148 -0.9067 -0.0766</w:t>
        <w:br/>
        <w:t>vn -0.8581 -0.3619 -0.3642</w:t>
        <w:br/>
        <w:t>vn -0.8580 -0.3619 -0.3644</w:t>
        <w:br/>
        <w:t>vn -0.8581 -0.3619 -0.3644</w:t>
        <w:br/>
        <w:t>vn -0.8579 -0.3619 -0.3646</w:t>
        <w:br/>
        <w:t>vn -0.4150 0.9063 0.0801</w:t>
        <w:br/>
        <w:t>vn -0.4173 0.9051 0.0817</w:t>
        <w:br/>
        <w:t>vn -0.4151 0.9063 0.0801</w:t>
        <w:br/>
        <w:t>vn 0.1646 0.1574 -0.9737</w:t>
        <w:br/>
        <w:t>vn 0.1641 0.1573 -0.9738</w:t>
        <w:br/>
        <w:t>vn 0.4378 0.2725 -0.8568</w:t>
        <w:br/>
        <w:t>vn 0.4378 0.2724 -0.8568</w:t>
        <w:br/>
        <w:t>vn 0.4173 -0.9051 -0.0818</w:t>
        <w:br/>
        <w:t>vn 0.4150 -0.9063 -0.0801</w:t>
        <w:br/>
        <w:t>vn 0.4150 -0.9063 -0.0802</w:t>
        <w:br/>
        <w:t>vn -0.1698 -0.1597 0.9725</w:t>
        <w:br/>
        <w:t>vn -0.1697 -0.1597 0.9725</w:t>
        <w:br/>
        <w:t>vn -0.4421 -0.2742 0.8540</w:t>
        <w:br/>
        <w:t>vn -0.4421 -0.2741 0.8541</w:t>
        <w:br/>
        <w:t>vn -0.5844 -0.3297 0.7415</w:t>
        <w:br/>
        <w:t>vn -0.5843 -0.3297 0.7415</w:t>
        <w:br/>
        <w:t>vn -0.4195 0.9042 0.0804</w:t>
        <w:br/>
        <w:t>vn 0.5761 0.3267 -0.7492</w:t>
        <w:br/>
        <w:t>vn 0.5761 0.3267 -0.7493</w:t>
        <w:br/>
        <w:t>vn 0.4197 -0.9041 -0.0803</w:t>
        <w:br/>
        <w:t>vn 0.4265 -0.3415 -0.8375</w:t>
        <w:br/>
        <w:t>vn -0.4460 -0.2445 -0.8610</w:t>
        <w:br/>
        <w:t>vn -0.4473 -0.0097 -0.8943</w:t>
        <w:br/>
        <w:t>vn 0.4619 -0.1201 -0.8788</w:t>
        <w:br/>
        <w:t>vn 0.8073 -0.1539 -0.5698</w:t>
        <w:br/>
        <w:t>vn 0.7602 -0.3580 -0.5422</w:t>
        <w:br/>
        <w:t>vn 0.4266 -0.3415 -0.8375</w:t>
        <w:br/>
        <w:t>vn 0.4362 -0.0674 0.8973</w:t>
        <w:br/>
        <w:t>vn 0.3888 -0.2757 0.8791</w:t>
        <w:br/>
        <w:t>vn 0.7551 -0.3184 0.5731</w:t>
        <w:br/>
        <w:t>vn 0.8009 -0.1160 0.5874</w:t>
        <w:br/>
        <w:t>vn -0.4727 0.0363 0.8805</w:t>
        <w:br/>
        <w:t>vn -0.4921 -0.1656 0.8546</w:t>
        <w:br/>
        <w:t>vn -0.8159 0.0683 0.5742</w:t>
        <w:br/>
        <w:t>vn -0.8224 -0.1277 0.5544</w:t>
        <w:br/>
        <w:t>vn -0.8090 0.0435 -0.5862</w:t>
        <w:br/>
        <w:t>vn -0.8045 -0.1783 -0.5666</w:t>
        <w:br/>
        <w:t>vn -0.3751 -0.6744 -0.6359</w:t>
        <w:br/>
        <w:t>vn 0.2608 -0.7363 -0.6244</w:t>
        <w:br/>
        <w:t>vn 0.4907 -0.8522 -0.1814</w:t>
        <w:br/>
        <w:t>vn 0.6961 -0.4694 0.5432</w:t>
        <w:br/>
        <w:t>vn 0.2286 -0.7019 0.6746</w:t>
        <w:br/>
        <w:t>vn -0.4309 -0.6122 0.6630</w:t>
        <w:br/>
        <w:t>vn -0.6807 -0.7050 0.1990</w:t>
        <w:br/>
        <w:t>vn -0.7707 -0.3560 -0.5285</w:t>
        <w:br/>
        <w:t>vn 0.1119 0.9937 0.0003</w:t>
        <w:br/>
        <w:t>vn 0.1118 0.9937 -0.0000</w:t>
        <w:br/>
        <w:t>vn 0.1117 0.9937 0.0001</w:t>
        <w:br/>
        <w:t>vn 0.1116 0.9938 -0.0000</w:t>
        <w:br/>
        <w:t>vn 0.1117 0.9937 -0.0001</w:t>
        <w:br/>
        <w:t>vn 0.1119 0.9937 -0.0003</w:t>
        <w:br/>
        <w:t>vn 0.1119 0.9937 -0.0000</w:t>
        <w:br/>
        <w:t>vn 0.4475 -0.0254 0.8939</w:t>
        <w:br/>
        <w:t>vn -0.4605 0.0733 0.8846</w:t>
        <w:br/>
        <w:t>vn 0.8069 -0.0730 0.5862</w:t>
        <w:br/>
        <w:t>vn 0.8098 -0.1079 -0.5767</w:t>
        <w:br/>
        <w:t>vn 0.4604 -0.0733 -0.8847</w:t>
        <w:br/>
        <w:t>vn -0.4484 0.0328 -0.8932</w:t>
        <w:br/>
        <w:t>vn -0.8064 0.0808 -0.5858</w:t>
        <w:br/>
        <w:t>vn -0.8086 0.1029 0.5792</w:t>
        <w:br/>
        <w:t>vn -0.4359 -0.4407 -0.7847</w:t>
        <w:br/>
        <w:t>vn -0.4472 -0.2802 -0.8494</w:t>
        <w:br/>
        <w:t>vn 0.4598 -0.1427 -0.8765</w:t>
        <w:br/>
        <w:t>vn 0.4613 -0.3466 -0.8168</w:t>
        <w:br/>
        <w:t>vn 0.8181 -0.0215 -0.5747</w:t>
        <w:br/>
        <w:t>vn 0.8263 -0.2178 -0.5194</w:t>
        <w:br/>
        <w:t>vn 0.4540 0.2192 0.8636</w:t>
        <w:br/>
        <w:t>vn 0.4809 0.1342 0.8664</w:t>
        <w:br/>
        <w:t>vn 0.8165 0.0916 0.5701</w:t>
        <w:br/>
        <w:t>vn 0.7999 0.1998 0.5659</w:t>
        <w:br/>
        <w:t>vn -0.4530 0.1007 0.8858</w:t>
        <w:br/>
        <w:t>vn -0.4271 0.0294 0.9037</w:t>
        <w:br/>
        <w:t>vn -0.8128 -0.0151 0.5823</w:t>
        <w:br/>
        <w:t>vn -0.7979 -0.0983 0.5948</w:t>
        <w:br/>
        <w:t>vn -0.7932 -0.2704 -0.5456</w:t>
        <w:br/>
        <w:t>vn -0.7726 -0.4000 -0.4931</w:t>
        <w:br/>
        <w:t>vn 0.4139 -0.7398 -0.5305</w:t>
        <w:br/>
        <w:t>vn -0.2653 -0.8099 -0.5231</w:t>
        <w:br/>
        <w:t>vn 0.7112 -0.7008 -0.0553</w:t>
        <w:br/>
        <w:t>vn 0.8197 0.0054 0.5728</w:t>
        <w:br/>
        <w:t>vn 0.4692 -0.3829 0.7958</w:t>
        <w:br/>
        <w:t>vn -0.2494 -0.4993 0.8298</w:t>
        <w:br/>
        <w:t>vn -0.5151 -0.7764 0.3632</w:t>
        <w:br/>
        <w:t>vn -0.7448 -0.4855 -0.4578</w:t>
        <w:br/>
        <w:t>vn -0.1372 0.9807 -0.1396</w:t>
        <w:br/>
        <w:t>vn -0.1371 0.9806 -0.1397</w:t>
        <w:br/>
        <w:t>vn -0.1370 0.9807 -0.1398</w:t>
        <w:br/>
        <w:t>vn -0.1370 0.9807 -0.1397</w:t>
        <w:br/>
        <w:t>vn -0.1372 0.9806 -0.1399</w:t>
        <w:br/>
        <w:t>vn -0.1374 0.9806 -0.1397</w:t>
        <w:br/>
        <w:t>vn 0.4389 0.2353 0.8672</w:t>
        <w:br/>
        <w:t>vn -0.4646 0.1149 0.8780</w:t>
        <w:br/>
        <w:t>vn 0.7922 0.2225 0.5683</w:t>
        <w:br/>
        <w:t>vn 0.8157 0.0025 -0.5785</w:t>
        <w:br/>
        <w:t>vn 0.4648 -0.1088 -0.8787</w:t>
        <w:br/>
        <w:t>vn -0.4385 -0.2380 -0.8666</w:t>
        <w:br/>
        <w:t>vn -0.7917 -0.2294 -0.5663</w:t>
        <w:br/>
        <w:t>vn -0.4385 -0.2381 -0.8666</w:t>
        <w:br/>
        <w:t>vn -0.8160 0.0062 0.5781</w:t>
        <w:br/>
        <w:t>vn -0.7363 0.2424 -0.6318</w:t>
        <w:br/>
        <w:t>vn -0.1549 0.5545 -0.8176</w:t>
        <w:br/>
        <w:t>vn -0.0833 0.1607 -0.9835</w:t>
        <w:br/>
        <w:t>vn -0.7765 -0.0036 -0.6301</w:t>
        <w:br/>
        <w:t>vn -0.7376 -0.1633 -0.6552</w:t>
        <w:br/>
        <w:t>vn -0.7637 -0.1109 -0.6359</w:t>
        <w:br/>
        <w:t>vn -0.0627 -0.1101 -0.9919</w:t>
        <w:br/>
        <w:t>vn -0.0312 -0.2061 -0.9780</w:t>
        <w:br/>
        <w:t>vn -0.6565 -0.4132 -0.6311</w:t>
        <w:br/>
        <w:t>vn -0.0994 -0.6246 -0.7746</w:t>
        <w:br/>
        <w:t>vn -0.8737 -0.4260 -0.2347</w:t>
        <w:br/>
        <w:t>vn -0.4279 -0.9022 0.0531</w:t>
        <w:br/>
        <w:t>vn -0.6450 -0.3731 0.6669</w:t>
        <w:br/>
        <w:t>vn -0.9539 -0.2694 0.1325</w:t>
        <w:br/>
        <w:t>vn -0.6750 0.0117 0.7377</w:t>
        <w:br/>
        <w:t>vn -0.9970 -0.0608 0.0483</w:t>
        <w:br/>
        <w:t>vn -0.9986 0.0391 0.0346</w:t>
        <w:br/>
        <w:t>vn -0.6924 0.2458 0.6783</w:t>
        <w:br/>
        <w:t>vn -0.9153 0.3316 -0.2285</w:t>
        <w:br/>
        <w:t>vn -0.6444 0.6375 0.4223</w:t>
        <w:br/>
        <w:t>vn -0.4629 0.8861 -0.0247</w:t>
        <w:br/>
        <w:t>vn 0.9939 -0.1083 -0.0226</w:t>
        <w:br/>
        <w:t>vn 0.6542 -0.1831 -0.7338</w:t>
        <w:br/>
        <w:t>vn 0.6885 -0.0993 -0.7185</w:t>
        <w:br/>
        <w:t>vn 0.9963 -0.0860 0.0022</w:t>
        <w:br/>
        <w:t>vn 0.9563 0.2924 -0.0040</w:t>
        <w:br/>
        <w:t>vn 0.9993 0.0312 0.0186</w:t>
        <w:br/>
        <w:t>vn 0.6904 0.1796 -0.7008</w:t>
        <w:br/>
        <w:t>vn 0.6315 0.5719 -0.5236</w:t>
        <w:br/>
        <w:t>vn 0.9162 -0.3908 -0.0884</w:t>
        <w:br/>
        <w:t>vn 0.5556 -0.6181 -0.5561</w:t>
        <w:br/>
        <w:t>vn 0.8242 -0.4082 0.3925</w:t>
        <w:br/>
        <w:t>vn 0.2640 -0.9143 0.3072</w:t>
        <w:br/>
        <w:t>vn 0.5557 -0.6181 -0.5561</w:t>
        <w:br/>
        <w:t>vn 0.9162 -0.3908 -0.0885</w:t>
        <w:br/>
        <w:t>vn 0.0564 -0.3590 0.9317</w:t>
        <w:br/>
        <w:t>vn 0.6489 -0.2300 0.7253</w:t>
        <w:br/>
        <w:t>vn 0.0461 0.0265 0.9986</w:t>
        <w:br/>
        <w:t>vn 0.7505 -0.0231 0.6605</w:t>
        <w:br/>
        <w:t>vn 0.7672 0.0764 0.6368</w:t>
        <w:br/>
        <w:t>vn 0.0928 0.2692 0.9586</w:t>
        <w:br/>
        <w:t>vn 0.2185 0.6580 0.7207</w:t>
        <w:br/>
        <w:t>vn 0.8429 0.3685 0.3920</w:t>
        <w:br/>
        <w:t>vn 0.3626 0.8932 0.2659</w:t>
        <w:br/>
        <w:t>vn 0.5189 0.8345 -0.1855</w:t>
        <w:br/>
        <w:t>vn -0.2921 0.8294 -0.4762</w:t>
        <w:br/>
        <w:t>vn -0.9487 -0.0913 -0.3028</w:t>
        <w:br/>
        <w:t>vn 0.8242 -0.4082 0.3926</w:t>
        <w:br/>
        <w:t>vn 0.9939 -0.1083 -0.0225</w:t>
        <w:br/>
        <w:t>vn 0.9264 -0.0487 0.3734</w:t>
        <w:br/>
        <w:t>vn 0.7505 -0.0231 0.6604</w:t>
        <w:br/>
        <w:t>vn 0.7672 0.0764 0.6369</w:t>
        <w:br/>
        <w:t>vn 0.8430 0.3685 0.3919</w:t>
        <w:br/>
        <w:t>vn 0.9563 0.2925 -0.0040</w:t>
        <w:br/>
        <w:t>vn -0.7363 0.2424 -0.6317</w:t>
        <w:br/>
        <w:t>vn 0.1862 -0.2910 0.9384</w:t>
        <w:br/>
        <w:t>vn 0.9678 0.0389 0.2487</w:t>
        <w:br/>
        <w:t>vn -0.1149 -0.9933 0.0127</w:t>
        <w:br/>
        <w:t>vn 0.1630 -0.9710 0.1749</w:t>
        <w:br/>
        <w:t>vn 0.0015 -0.9992 0.0400</w:t>
        <w:br/>
        <w:t>vn 0.1940 -0.9793 0.0584</w:t>
        <w:br/>
        <w:t>vn 0.1180 0.9926 0.0274</w:t>
        <w:br/>
        <w:t>vn 0.2448 0.9695 0.0141</w:t>
        <w:br/>
        <w:t>vn 0.5059 -0.0287 -0.8621</w:t>
        <w:br/>
        <w:t>vn 0.4017 -0.0325 -0.9152</w:t>
        <w:br/>
        <w:t>vn 0.2048 -0.9771 0.0579</w:t>
        <w:br/>
        <w:t>vn -0.4356 0.0280 0.8997</w:t>
        <w:br/>
        <w:t>vn -0.2937 0.0330 0.9553</w:t>
        <w:br/>
        <w:t>vn 0.2598 -0.0320 -0.9651</w:t>
        <w:br/>
        <w:t>vn 0.2614 -0.0411 -0.9643</w:t>
        <w:br/>
        <w:t>vn 0.0236 -0.9989 0.0393</w:t>
        <w:br/>
        <w:t>vn 0.0236 -0.9989 0.0394</w:t>
        <w:br/>
        <w:t>vn -0.0442 0.0370 0.9983</w:t>
        <w:br/>
        <w:t>vn -0.0423 0.0388 0.9984</w:t>
        <w:br/>
        <w:t>vn 0.2517 -0.0526 -0.9664</w:t>
        <w:br/>
        <w:t>vn 0.2463 -0.0375 -0.9685</w:t>
        <w:br/>
        <w:t>vn 0.2038 0.9788 -0.0196</w:t>
        <w:br/>
        <w:t>vn 0.2037 0.9788 -0.0196</w:t>
        <w:br/>
        <w:t>vn 0.0080 0.0387 0.9992</w:t>
        <w:br/>
        <w:t>vn -0.9576 0.2878 -0.0113</w:t>
        <w:br/>
        <w:t>vn -1.0000 0.0000 -0.0000</w:t>
        <w:br/>
        <w:t>vn 0.0341 0.9986 -0.0393</w:t>
        <w:br/>
        <w:t>vn 0.0340 0.9986 -0.0393</w:t>
        <w:br/>
        <w:t>vn -0.9576 -0.2878 0.0113</w:t>
        <w:br/>
        <w:t>vn -0.9576 -0.2879 0.0113</w:t>
        <w:br/>
        <w:t>vn 0.0058 0.0376 0.9993</w:t>
        <w:br/>
        <w:t>vn 0.0115 0.0428 0.9990</w:t>
        <w:br/>
        <w:t>vn 0.2466 -0.0251 -0.9688</w:t>
        <w:br/>
        <w:t>vn -0.1778 0.9337 -0.3108</w:t>
        <w:br/>
        <w:t>vn 0.1645 -0.9350 0.3142</w:t>
        <w:br/>
        <w:t>vn 0.1644 -0.9350 0.3142</w:t>
        <w:br/>
        <w:t>vn 0.1647 -0.9349 0.3143</w:t>
        <w:br/>
        <w:t>vn -0.4691 0.1512 0.8701</w:t>
        <w:br/>
        <w:t>vn -0.4692 0.1512 0.8701</w:t>
        <w:br/>
        <w:t>vn 0.4933 -0.1555 -0.8558</w:t>
        <w:br/>
        <w:t>vn 0.4933 -0.1556 -0.8558</w:t>
        <w:br/>
        <w:t>vn 0.8219 0.2878 0.4916</w:t>
        <w:br/>
        <w:t>vn 0.8120 0.2877 0.5079</w:t>
        <w:br/>
        <w:t>vn 0.8120 0.2876 0.5079</w:t>
        <w:br/>
        <w:t>vn 0.8121 0.3031 0.4987</w:t>
        <w:br/>
        <w:t>vn 0.8121 0.3030 0.4987</w:t>
        <w:br/>
        <w:t>vn 0.8219 0.3032 0.4823</w:t>
        <w:br/>
        <w:t>vn -0.8184 -0.2952 -0.4930</w:t>
        <w:br/>
        <w:t>vn -0.8247 -0.2983 -0.4806</w:t>
        <w:br/>
        <w:t>vn -0.8247 -0.2982 -0.4806</w:t>
        <w:br/>
        <w:t>vn -0.8151 -0.2852 -0.5042</w:t>
        <w:br/>
        <w:t>vn -0.8215 -0.2884 -0.4919</w:t>
        <w:br/>
        <w:t>vn -0.8215 -0.2884 -0.4920</w:t>
        <w:br/>
        <w:t>vn 0.4818 -0.1441 -0.8643</w:t>
        <w:br/>
        <w:t>vn -0.4924 0.1496 0.8574</w:t>
        <w:br/>
        <w:t>vn -0.4922 0.1498 0.8575</w:t>
        <w:br/>
        <w:t>vn -0.4919 0.1500 0.8576</w:t>
        <w:br/>
        <w:t>vn -0.1628 0.9344 -0.3169</w:t>
        <w:br/>
        <w:t>vn -0.1627 0.9344 -0.3169</w:t>
        <w:br/>
        <w:t>vn 0.1706 -0.9340 0.3139</w:t>
        <w:br/>
        <w:t>vn -0.9670 -0.2061 -0.1497</w:t>
        <w:br/>
        <w:t>vn -0.7483 -0.6544 -0.1091</w:t>
        <w:br/>
        <w:t>vn -0.6919 -0.6867 0.2231</w:t>
        <w:br/>
        <w:t>vn -0.9404 -0.2695 0.2075</w:t>
        <w:br/>
        <w:t>vn 0.8653 -0.4934 0.0882</w:t>
        <w:br/>
        <w:t>vn 0.9726 -0.1868 0.1384</w:t>
        <w:br/>
        <w:t>vn 0.8715 -0.2370 0.4294</w:t>
        <w:br/>
        <w:t>vn 0.7908 -0.5431 0.2822</w:t>
        <w:br/>
        <w:t>vn 0.8753 -0.4823 -0.0358</w:t>
        <w:br/>
        <w:t>vn 0.9859 -0.1518 -0.0703</w:t>
        <w:br/>
        <w:t>vn -0.5189 -0.7039 0.4850</w:t>
        <w:br/>
        <w:t>vn -0.7958 -0.3170 0.5160</w:t>
        <w:br/>
        <w:t>vn -0.6661 -0.1167 -0.7366</w:t>
        <w:br/>
        <w:t>vn -0.7826 -0.1190 -0.6111</w:t>
        <w:br/>
        <w:t>vn 0.2620 -0.5562 0.7886</w:t>
        <w:br/>
        <w:t>vn 0.0800 -0.1024 0.9915</w:t>
        <w:br/>
        <w:t>vn 0.0721 -0.0706 0.9949</w:t>
        <w:br/>
        <w:t>vn 0.0722 -0.0706 0.9949</w:t>
        <w:br/>
        <w:t>vn 0.6578 -0.3181 0.6827</w:t>
        <w:br/>
        <w:t>vn 0.6553 -0.5682 0.4978</w:t>
        <w:br/>
        <w:t>vn 0.3566 -0.4489 0.8193</w:t>
        <w:br/>
        <w:t>vn 0.0621 0.3635 0.9295</w:t>
        <w:br/>
        <w:t>vn 0.9470 0.2510 -0.2005</w:t>
        <w:br/>
        <w:t>vn 0.9675 0.1906 0.1659</w:t>
        <w:br/>
        <w:t>vn -0.9834 0.1109 -0.1436</w:t>
        <w:br/>
        <w:t>vn -0.9022 0.2004 -0.3819</w:t>
        <w:br/>
        <w:t>vn -0.9834 0.1109 -0.1435</w:t>
        <w:br/>
        <w:t>vn -0.9952 0.0715 0.0670</w:t>
        <w:br/>
        <w:t>vn 0.8014 0.2997 -0.5175</w:t>
        <w:br/>
        <w:t>vn -0.0854 0.0843 -0.9928</w:t>
        <w:br/>
        <w:t>vn 0.2126 0.1794 -0.9605</w:t>
        <w:br/>
        <w:t>vn -0.6467 0.2637 -0.7157</w:t>
        <w:br/>
        <w:t>vn -0.6467 0.2638 -0.7157</w:t>
        <w:br/>
        <w:t>vn 0.2616 0.1349 -0.9557</w:t>
        <w:br/>
        <w:t>vn 0.6302 0.2472 -0.7360</w:t>
        <w:br/>
        <w:t>vn -0.3155 0.1582 -0.9356</w:t>
        <w:br/>
        <w:t>vn 0.6846 0.0958 0.7226</w:t>
        <w:br/>
        <w:t>vn 0.9247 0.0661 0.3750</w:t>
        <w:br/>
        <w:t>vn 0.9246 0.0661 0.3750</w:t>
        <w:br/>
        <w:t>vn -0.3468 -0.9370 -0.0418</w:t>
        <w:br/>
        <w:t>vn -0.2850 -0.9402 0.1867</w:t>
        <w:br/>
        <w:t>vn -0.5522 0.8336 -0.0132</w:t>
        <w:br/>
        <w:t>vn -0.4054 0.9097 -0.0900</w:t>
        <w:br/>
        <w:t>vn 0.3495 0.9246 0.1513</w:t>
        <w:br/>
        <w:t>vn 0.3496 0.9246 0.1513</w:t>
        <w:br/>
        <w:t>vn 0.4068 0.8527 0.3276</w:t>
        <w:br/>
        <w:t>vn 0.4068 0.8528 0.3276</w:t>
        <w:br/>
        <w:t>vn 0.5789 -0.8119 0.0757</w:t>
        <w:br/>
        <w:t>vn 0.6655 -0.7458 0.0287</w:t>
        <w:br/>
        <w:t>vn 0.6595 -0.7517 0.0028</w:t>
        <w:br/>
        <w:t>vn 0.4120 0.9089 -0.0643</w:t>
        <w:br/>
        <w:t>vn -0.6102 0.7853 0.1046</w:t>
        <w:br/>
        <w:t>vn -0.1267 -0.9300 0.3449</w:t>
        <w:br/>
        <w:t>vn -0.0581 -0.9959 -0.0697</w:t>
        <w:br/>
        <w:t>vn -0.0730 -0.9870 -0.1434</w:t>
        <w:br/>
        <w:t>vn 0.3703 -0.8534 0.3667</w:t>
        <w:br/>
        <w:t>vn 0.3830 -0.8600 0.3373</w:t>
        <w:br/>
        <w:t>vn 0.4591 -0.8776 0.1383</w:t>
        <w:br/>
        <w:t>vn 0.1664 0.8241 0.5415</w:t>
        <w:br/>
        <w:t>vn 0.1665 0.8241 0.5415</w:t>
        <w:br/>
        <w:t>vn -0.6270 0.7250 0.2852</w:t>
        <w:br/>
        <w:t>vn -0.6270 0.7249 0.2853</w:t>
        <w:br/>
        <w:t>vn -0.6321 0.6542 0.4153</w:t>
        <w:br/>
        <w:t>vn -0.6320 0.6542 0.4153</w:t>
        <w:br/>
        <w:t>vn 0.4215 -0.8908 0.1694</w:t>
        <w:br/>
        <w:t>vn 0.4084 -0.8789 0.2464</w:t>
        <w:br/>
        <w:t>vn -0.1776 0.7735 0.6084</w:t>
        <w:br/>
        <w:t>vn -0.1862 0.9723 -0.1412</w:t>
        <w:br/>
        <w:t>vn -0.1862 0.9723 -0.1413</w:t>
        <w:br/>
        <w:t>vn -0.2490 0.9530 -0.1727</w:t>
        <w:br/>
        <w:t>vn -0.2489 0.9530 -0.1727</w:t>
        <w:br/>
        <w:t>vn -0.5925 0.2075 0.7784</w:t>
        <w:br/>
        <w:t>vn -0.7031 0.1515 0.6947</w:t>
        <w:br/>
        <w:t>vn -0.6023 -0.2413 0.7609</w:t>
        <w:br/>
        <w:t>vn -0.4762 -0.2312 0.8484</w:t>
        <w:br/>
        <w:t>vn 0.2464 -0.9382 0.2431</w:t>
        <w:br/>
        <w:t>vn 0.1264 -0.9592 0.2530</w:t>
        <w:br/>
        <w:t>vn -0.2703 0.7724 0.5747</w:t>
        <w:br/>
        <w:t>vn -0.3320 0.8217 0.4632</w:t>
        <w:br/>
        <w:t>vn 0.6885 0.3605 -0.6293</w:t>
        <w:br/>
        <w:t>vn 0.6293 0.3346 -0.7015</w:t>
        <w:br/>
        <w:t>vn -0.5833 0.6052 0.5418</w:t>
        <w:br/>
        <w:t>vn -0.6859 0.5161 0.5131</w:t>
        <w:br/>
        <w:t>vn -0.6243 -0.3432 0.7017</w:t>
        <w:br/>
        <w:t>vn -0.3183 -0.7198 0.6169</w:t>
        <w:br/>
        <w:t>vn -0.3836 -0.7743 0.5033</w:t>
        <w:br/>
        <w:t>vn -0.6833 -0.3642 0.6328</w:t>
        <w:br/>
        <w:t>vn 0.0644 -0.9215 0.3830</w:t>
        <w:br/>
        <w:t>vn 0.0227 -0.9718 0.2346</w:t>
        <w:br/>
        <w:t>vn -0.7545 -0.3225 0.5716</w:t>
        <w:br/>
        <w:t>vn -0.8141 -0.0417 0.5792</w:t>
        <w:br/>
        <w:t>vn -0.0098 -0.9894 0.1448</w:t>
        <w:br/>
        <w:t>vn 0.7655 0.3194 -0.5585</w:t>
        <w:br/>
        <w:t>vn 0.7655 0.3194 -0.5586</w:t>
        <w:br/>
        <w:t>vn -0.6873 0.5733 0.4461</w:t>
        <w:br/>
        <w:t>vn -0.6484 0.6177 0.4450</w:t>
        <w:br/>
        <w:t>vn -0.1596 -0.1505 0.9756</w:t>
        <w:br/>
        <w:t>vn 0.3705 -0.9007 0.2269</w:t>
        <w:br/>
        <w:t>vn 0.3705 -0.9007 0.2270</w:t>
        <w:br/>
        <w:t>vn 0.1877 0.1511 -0.9705</w:t>
        <w:br/>
        <w:t>vn -0.4242 0.7952 0.4333</w:t>
        <w:br/>
        <w:t>vn -0.8184 -0.4553 -0.3506</w:t>
        <w:br/>
        <w:t>vn -0.9089 -0.1419 -0.3922</w:t>
        <w:br/>
        <w:t>vn -0.2149 -0.9581 -0.1894</w:t>
        <w:br/>
        <w:t>vn -0.0689 -0.9713 -0.2275</w:t>
        <w:br/>
        <w:t>vn 0.8241 0.1232 0.5529</w:t>
        <w:br/>
        <w:t>vn -0.2419 0.9654 -0.0976</w:t>
        <w:br/>
        <w:t>vn -0.6873 0.5732 0.4461</w:t>
        <w:br/>
        <w:t>vn 0.0089 0.9934 -0.1143</w:t>
        <w:br/>
        <w:t>vn 0.0375 0.9894 -0.1402</w:t>
        <w:br/>
        <w:t>vn -0.7994 0.0480 0.5989</w:t>
        <w:br/>
        <w:t>vn -0.8304 0.0328 0.5561</w:t>
        <w:br/>
        <w:t>vn -0.8305 0.0328 0.5561</w:t>
        <w:br/>
        <w:t>vn 0.0249 -0.9923 -0.1210</w:t>
        <w:br/>
        <w:t>vn 0.0063 -0.9888 -0.1494</w:t>
        <w:br/>
        <w:t>vn 0.0250 -0.9923 -0.1210</w:t>
        <w:br/>
        <w:t>vn 0.8856 -0.0473 -0.4621</w:t>
        <w:br/>
        <w:t>vn 0.8855 -0.0473 -0.4621</w:t>
        <w:br/>
        <w:t>vn 0.8212 -0.0495 -0.5685</w:t>
        <w:br/>
        <w:t>vn 0.8213 -0.0496 -0.5684</w:t>
        <w:br/>
        <w:t>vn -0.0953 -0.0237 -0.9952</w:t>
        <w:br/>
        <w:t>vn -0.5161 -0.0030 -0.8565</w:t>
        <w:br/>
        <w:t>vn -0.5161 -0.0029 -0.8565</w:t>
        <w:br/>
        <w:t>vn -0.2150 -0.9581 -0.1894</w:t>
        <w:br/>
        <w:t>vn 0.3541 -0.1116 -0.9285</w:t>
        <w:br/>
        <w:t>vn 0.3542 -0.1116 -0.9285</w:t>
        <w:br/>
        <w:t>vn 0.9998 0.0179 -0.0097</w:t>
        <w:br/>
        <w:t>vn 0.9998 0.0179 -0.0096</w:t>
        <w:br/>
        <w:t>vn 0.9246 0.0661 0.3751</w:t>
        <w:br/>
        <w:t>vn 0.9246 0.0660 0.3751</w:t>
        <w:br/>
        <w:t>vn -0.3237 0.9370 -0.1310</w:t>
        <w:br/>
        <w:t>vn -0.0396 -0.9959 -0.0811</w:t>
        <w:br/>
        <w:t>vn 0.1843 0.9586 -0.2172</w:t>
        <w:br/>
        <w:t>vn 0.3856 0.8965 -0.2184</w:t>
        <w:br/>
        <w:t>vn -0.9358 0.0313 0.3511</w:t>
        <w:br/>
        <w:t>vn 0.1985 -0.9761 -0.0889</w:t>
        <w:br/>
        <w:t>vn 0.7319 -0.6732 -0.1051</w:t>
        <w:br/>
        <w:t>vn 0.5040 -0.8624 -0.0463</w:t>
        <w:br/>
        <w:t>vn 0.9594 -0.0782 -0.2710</w:t>
        <w:br/>
        <w:t>vn 0.9362 -0.0443 -0.3488</w:t>
        <w:br/>
        <w:t>vn -0.8353 0.0184 -0.5495</w:t>
        <w:br/>
        <w:t>vn -0.8353 0.0184 -0.5494</w:t>
        <w:br/>
        <w:t>vn 0.1900 0.0386 0.9810</w:t>
        <w:br/>
        <w:t>vn 0.3530 0.0368 0.9349</w:t>
        <w:br/>
        <w:t>vn 0.3529 0.0367 0.9349</w:t>
        <w:br/>
        <w:t>vn -0.0001 0.9992 -0.0393</w:t>
        <w:br/>
        <w:t>vn 0.0189 0.9991 -0.0367</w:t>
        <w:br/>
        <w:t>vn 0.0188 0.9992 -0.0366</w:t>
        <w:br/>
        <w:t>vn -0.0660 -0.0392 -0.9970</w:t>
        <w:br/>
        <w:t>vn -0.2077 -0.0384 -0.9775</w:t>
        <w:br/>
        <w:t>vn -0.2076 -0.0384 -0.9775</w:t>
        <w:br/>
        <w:t>vn -0.0660 -0.0392 -0.9971</w:t>
        <w:br/>
        <w:t>vn -0.0190 -0.9991 0.0367</w:t>
        <w:br/>
        <w:t>vn 0.0000 -0.9992 0.0393</w:t>
        <w:br/>
        <w:t>vn -0.0189 -0.9991 0.0367</w:t>
        <w:br/>
        <w:t>vn 0.7487 0.0260 0.6624</w:t>
        <w:br/>
        <w:t>vn -0.9686 0.0097 0.2483</w:t>
        <w:br/>
        <w:t>vn 0.2299 -0.0383 -0.9725</w:t>
        <w:br/>
        <w:t>vn -0.0333 -0.9990 0.0289</w:t>
        <w:br/>
        <w:t>vn -0.0333 -0.9990 0.0290</w:t>
        <w:br/>
        <w:t>vn -0.1462 0.0388 0.9885</w:t>
        <w:br/>
        <w:t>vn 0.0331 0.9990 -0.0289</w:t>
        <w:br/>
        <w:t>vn 0.8276 -0.0219 -0.5609</w:t>
        <w:br/>
        <w:t>vn 0.5272 -0.0335 -0.8491</w:t>
        <w:br/>
        <w:t>vn 0.8276 -0.0219 -0.5608</w:t>
        <w:br/>
        <w:t>vn 0.0437 -0.9982 0.0411</w:t>
        <w:br/>
        <w:t>vn 0.0437 -0.9982 0.0412</w:t>
        <w:br/>
        <w:t>vn 0.0006 -0.9995 0.0316</w:t>
        <w:br/>
        <w:t>vn -0.6078 0.0311 0.7935</w:t>
        <w:br/>
        <w:t>vn -0.4654 0.0347 0.8844</w:t>
        <w:br/>
        <w:t>vn -0.4655 0.0347 0.8844</w:t>
        <w:br/>
        <w:t>vn -0.0439 0.9982 -0.0416</w:t>
        <w:br/>
        <w:t>vn -0.0004 0.9995 -0.0317</w:t>
        <w:br/>
        <w:t>vn -0.0003 0.9995 -0.0316</w:t>
        <w:br/>
        <w:t>vn -0.0438 0.9982 -0.0416</w:t>
        <w:br/>
        <w:t>vn -0.0586 0.9973 -0.0439</w:t>
        <w:br/>
        <w:t>vn 0.9412 -0.0128 -0.3376</w:t>
        <w:br/>
        <w:t>vn 0.0575 -0.9974 0.0430</w:t>
        <w:br/>
        <w:t>vn -0.2704 -0.9559 -0.1144</w:t>
        <w:br/>
        <w:t>vn -0.2703 -0.9560 -0.1143</w:t>
        <w:br/>
        <w:t>vn -0.0059 -0.9895 0.1447</w:t>
        <w:br/>
        <w:t>vn -0.0058 -0.9895 0.1447</w:t>
        <w:br/>
        <w:t>vn -0.6535 0.3343 -0.6791</w:t>
        <w:br/>
        <w:t>vn -0.6612 -0.5002 -0.5591</w:t>
        <w:br/>
        <w:t>vn -0.6612 -0.5001 -0.5592</w:t>
        <w:br/>
        <w:t>vn -0.6899 0.1107 0.7154</w:t>
        <w:br/>
        <w:t>vn -0.6894 0.1164 0.7149</w:t>
        <w:br/>
        <w:t>vn -0.6883 0.1119 0.7167</w:t>
        <w:br/>
        <w:t>vn 0.6899 -0.1168 -0.7144</w:t>
        <w:br/>
        <w:t>vn 0.6896 -0.1120 -0.7155</w:t>
        <w:br/>
        <w:t>vn 0.6889 -0.1098 -0.7165</w:t>
        <w:br/>
        <w:t>vn 0.6883 -0.1119 -0.7167</w:t>
        <w:br/>
        <w:t>vn 0.6902 -0.1037 -0.7161</w:t>
        <w:br/>
        <w:t>vn 0.6889 -0.1038 -0.7173</w:t>
        <w:br/>
        <w:t>vn 0.6864 -0.1053 -0.7195</w:t>
        <w:br/>
        <w:t>vn 0.6864 -0.1226 -0.7169</w:t>
        <w:br/>
        <w:t>vn 0.6894 -0.1163 -0.7150</w:t>
        <w:br/>
        <w:t>vn -0.7250 -0.1006 -0.6814</w:t>
        <w:br/>
        <w:t>vn -0.7248 -0.1005 -0.6816</w:t>
        <w:br/>
        <w:t>vn -0.0108 -0.9897 0.1425</w:t>
        <w:br/>
        <w:t>vn -0.0110 -0.9897 0.1428</w:t>
        <w:br/>
        <w:t>vn -0.0108 -0.9897 0.1424</w:t>
        <w:br/>
        <w:t>vn -0.6864 0.1226 0.7168</w:t>
        <w:br/>
        <w:t>vn -0.6865 0.1054 0.7195</w:t>
        <w:br/>
        <w:t>vn -0.6890 0.1039 0.7173</w:t>
        <w:br/>
        <w:t>vn 0.2533 -0.8901 0.3788</w:t>
        <w:br/>
        <w:t>vn 0.2534 -0.8901 0.3788</w:t>
        <w:br/>
        <w:t>vn -0.6902 0.1038 0.7161</w:t>
        <w:br/>
        <w:t>vn -0.6889 0.1099 0.7165</w:t>
        <w:br/>
        <w:t>vn -0.6895 0.1121 0.7156</w:t>
        <w:br/>
        <w:t>vn -0.6898 0.1168 0.7145</w:t>
        <w:br/>
        <w:t>vn 0.6899 -0.1106 -0.7155</w:t>
        <w:br/>
        <w:t>vn -0.2561 0.8883 -0.3812</w:t>
        <w:br/>
        <w:t>vn 0.6615 0.4992 0.5596</w:t>
        <w:br/>
        <w:t>vn 0.2782 0.9527 0.1225</w:t>
        <w:br/>
        <w:t>vn 0.2782 0.9527 0.1226</w:t>
        <w:br/>
        <w:t>vn 0.6615 0.4992 0.5597</w:t>
        <w:br/>
        <w:t>vn 0.6543 -0.3323 0.6794</w:t>
        <w:br/>
        <w:t>vn 0.6543 -0.3322 0.6794</w:t>
        <w:br/>
        <w:t>vn -0.6898 0.1220 0.7137</w:t>
        <w:br/>
        <w:t>vn 0.6897 -0.1220 -0.7137</w:t>
        <w:br/>
        <w:t>vn -0.6877 0.1132 0.7171</w:t>
        <w:br/>
        <w:t>vn 0.6877 -0.1131 -0.7171</w:t>
        <w:br/>
        <w:t>vn -0.6889 0.0938 0.7188</w:t>
        <w:br/>
        <w:t>vn 0.6888 -0.0937 -0.7188</w:t>
        <w:br/>
        <w:t>vn -0.6888 0.1058 0.7172</w:t>
        <w:br/>
        <w:t>vn 0.6890 -0.1055 -0.7171</w:t>
        <w:br/>
        <w:t>vn 0.0102 0.9898 -0.1418</w:t>
        <w:br/>
        <w:t>vn 0.0103 0.9898 -0.1418</w:t>
        <w:br/>
        <w:t>vn 0.0100 0.9899 -0.1416</w:t>
        <w:br/>
        <w:t>vn 0.7251 0.1007 0.6812</w:t>
        <w:br/>
        <w:t>vn 0.7250 0.1007 0.6814</w:t>
        <w:br/>
        <w:t>vn 0.7247 0.1006 0.6817</w:t>
        <w:br/>
        <w:t>vn 0.0088 0.9899 -0.1416</w:t>
        <w:br/>
        <w:t>vn 0.0089 0.9899 -0.1415</w:t>
        <w:br/>
        <w:t>vn 0.1902 0.0386 0.9810</w:t>
        <w:br/>
        <w:t>vn 0.3528 0.0367 0.9350</w:t>
        <w:br/>
        <w:t>vn -0.0001 0.9992 -0.0391</w:t>
        <w:br/>
        <w:t>vn 0.0188 0.9992 -0.0367</w:t>
        <w:br/>
        <w:t>vn -0.0661 -0.0393 -0.9970</w:t>
        <w:br/>
        <w:t>vn -0.0659 -0.0393 -0.9971</w:t>
        <w:br/>
        <w:t>vn -0.2077 -0.0385 -0.9774</w:t>
        <w:br/>
        <w:t>vn -0.0191 -0.9991 0.0367</w:t>
        <w:br/>
        <w:t>vn 0.0001 -0.9992 0.0393</w:t>
        <w:br/>
        <w:t>vn 0.6747 0.0291 0.7375</w:t>
        <w:br/>
        <w:t>vn 0.6748 0.0292 0.7374</w:t>
        <w:br/>
        <w:t>vn 0.9499 0.0117 0.3123</w:t>
        <w:br/>
        <w:t>vn 0.9499 0.0118 0.3122</w:t>
        <w:br/>
        <w:t>vn -0.9686 0.0098 0.2483</w:t>
        <w:br/>
        <w:t>vn -0.9687 0.0098 0.2482</w:t>
        <w:br/>
        <w:t>vn -0.1461 0.0389 0.9885</w:t>
        <w:br/>
        <w:t>vn 0.0333 0.9990 -0.0290</w:t>
        <w:br/>
        <w:t>vn 0.8651 -0.0203 -0.5013</w:t>
        <w:br/>
        <w:t>vn 0.5230 -0.0335 -0.8517</w:t>
        <w:br/>
        <w:t>vn 0.8650 -0.0203 -0.5013</w:t>
        <w:br/>
        <w:t>vn 0.0211 -0.9990 0.0406</w:t>
        <w:br/>
        <w:t>vn 0.0210 -0.9990 0.0404</w:t>
        <w:br/>
        <w:t>vn -0.0037 -0.9995 0.0323</w:t>
        <w:br/>
        <w:t>vn -0.0037 -0.9995 0.0324</w:t>
        <w:br/>
        <w:t>vn -0.6078 0.0313 0.7935</w:t>
        <w:br/>
        <w:t>vn -0.6077 0.0314 0.7935</w:t>
        <w:br/>
        <w:t>vn -0.4656 0.0348 0.8843</w:t>
        <w:br/>
        <w:t>vn -0.4655 0.0348 0.8843</w:t>
        <w:br/>
        <w:t>vn -0.0212 0.9989 -0.0407</w:t>
        <w:br/>
        <w:t>vn 0.0039 0.9995 -0.0322</w:t>
        <w:br/>
        <w:t>vn -0.0216 0.9989 -0.0408</w:t>
        <w:br/>
        <w:t>vn -0.0218 0.9989 -0.0408</w:t>
        <w:br/>
        <w:t>vn 0.0212 -0.9990 0.0405</w:t>
        <w:br/>
        <w:t>vn -0.3286 -0.9325 -0.1498</w:t>
        <w:br/>
        <w:t>vn -0.0376 -0.9940 0.1025</w:t>
        <w:br/>
        <w:t>vn -0.0377 -0.9940 0.1026</w:t>
        <w:br/>
        <w:t>vn -0.3287 -0.9325 -0.1497</w:t>
        <w:br/>
        <w:t>vn -0.6964 0.3424 -0.6307</w:t>
        <w:br/>
        <w:t>vn -0.6965 0.3423 -0.6307</w:t>
        <w:br/>
        <w:t>vn -0.7230 -0.4182 -0.5499</w:t>
        <w:br/>
        <w:t>vn -0.6393 0.1026 0.7621</w:t>
        <w:br/>
        <w:t>vn -0.6393 0.1052 0.7617</w:t>
        <w:br/>
        <w:t>vn -0.6394 0.1052 0.7617</w:t>
        <w:br/>
        <w:t>vn 0.6394 -0.1079 -0.7612</w:t>
        <w:br/>
        <w:t>vn 0.6392 -0.1078 -0.7614</w:t>
        <w:br/>
        <w:t>vn 0.6393 -0.1051 -0.7617</w:t>
        <w:br/>
        <w:t>vn 0.6394 -0.1054 -0.7617</w:t>
        <w:br/>
        <w:t>vn 0.6393 -0.1024 -0.7621</w:t>
        <w:br/>
        <w:t>vn 0.6392 -0.1052 -0.7618</w:t>
        <w:br/>
        <w:t>vn 0.6391 -0.1078 -0.7615</w:t>
        <w:br/>
        <w:t>vn 0.6393 -0.1079 -0.7614</w:t>
        <w:br/>
        <w:t>vn 0.6393 -0.1053 -0.7617</w:t>
        <w:br/>
        <w:t>vn -0.7683 -0.0472 -0.6383</w:t>
        <w:br/>
        <w:t>vn -0.7684 -0.0472 -0.6383</w:t>
        <w:br/>
        <w:t>vn -0.7682 -0.0472 -0.6385</w:t>
        <w:br/>
        <w:t>vn -0.7682 -0.0471 -0.6385</w:t>
        <w:br/>
        <w:t>vn -0.0390 -0.9938 0.1042</w:t>
        <w:br/>
        <w:t>vn -0.0390 -0.9938 0.1043</w:t>
        <w:br/>
        <w:t>vn -0.6393 0.1078 0.7614</w:t>
        <w:br/>
        <w:t>vn -0.6393 0.1080 0.7613</w:t>
        <w:br/>
        <w:t>vn -0.6393 0.1054 0.7617</w:t>
        <w:br/>
        <w:t>vn 0.2592 -0.9042 0.3394</w:t>
        <w:br/>
        <w:t>vn -0.6393 0.1028 0.7620</w:t>
        <w:br/>
        <w:t>vn -0.6393 0.1053 0.7617</w:t>
        <w:br/>
        <w:t>vn -0.6393 0.1079 0.7614</w:t>
        <w:br/>
        <w:t>vn -0.6394 0.1078 0.7613</w:t>
        <w:br/>
        <w:t>vn 0.6393 -0.1027 -0.7621</w:t>
        <w:br/>
        <w:t>vn -0.2593 0.9041 -0.3395</w:t>
        <w:br/>
        <w:t>vn -0.2592 0.9041 -0.3397</w:t>
        <w:br/>
        <w:t>vn 0.7233 0.4175 0.5500</w:t>
        <w:br/>
        <w:t>vn 0.7233 0.4179 0.5497</w:t>
        <w:br/>
        <w:t>vn 0.3292 0.9323 0.1497</w:t>
        <w:br/>
        <w:t>vn 0.3290 0.9324 0.1498</w:t>
        <w:br/>
        <w:t>vn 0.6964 -0.3427 0.6306</w:t>
        <w:br/>
        <w:t>vn 0.6964 -0.3426 0.6306</w:t>
        <w:br/>
        <w:t>vn -0.6393 0.1027 0.7621</w:t>
        <w:br/>
        <w:t>vn 0.6393 -0.1026 -0.7621</w:t>
        <w:br/>
        <w:t>vn -0.6394 0.1024 0.7620</w:t>
        <w:br/>
        <w:t>vn 0.6393 -0.1027 -0.7620</w:t>
        <w:br/>
        <w:t>vn -0.6392 0.1029 0.7621</w:t>
        <w:br/>
        <w:t>vn 0.6392 -0.1026 -0.7622</w:t>
        <w:br/>
        <w:t>vn 0.6393 -0.1025 -0.7621</w:t>
        <w:br/>
        <w:t>vn 0.0381 0.9939 -0.1031</w:t>
        <w:br/>
        <w:t>vn 0.0378 0.9940 -0.1029</w:t>
        <w:br/>
        <w:t>vn 0.0379 0.9940 -0.1029</w:t>
        <w:br/>
        <w:t>vn 0.7684 0.0472 0.6383</w:t>
        <w:br/>
        <w:t>vn 0.7686 0.0472 0.6380</w:t>
        <w:br/>
        <w:t>vn 0.7688 0.0473 0.6378</w:t>
        <w:br/>
        <w:t>vn 0.7685 0.0472 0.6381</w:t>
        <w:br/>
        <w:t>vn 0.0376 0.9940 -0.1026</w:t>
        <w:br/>
        <w:t>vn 0.4184 0.2004 -0.8859</w:t>
        <w:br/>
        <w:t>vn 0.3238 0.0246 -0.9458</w:t>
        <w:br/>
        <w:t>vn -0.8312 -0.1436 -0.5371</w:t>
        <w:br/>
        <w:t>vn -0.7242 0.0954 -0.6830</w:t>
        <w:br/>
        <w:t>vn -0.7241 0.0954 -0.6830</w:t>
        <w:br/>
        <w:t>vn -0.5335 0.1371 -0.8346</w:t>
        <w:br/>
        <w:t>vn -0.5336 0.1371 -0.8346</w:t>
        <w:br/>
        <w:t>vn -0.2503 0.1049 -0.9625</w:t>
        <w:br/>
        <w:t>vn 0.0754 0.1178 -0.9902</w:t>
        <w:br/>
        <w:t>vn 0.0754 0.1177 -0.9902</w:t>
        <w:br/>
        <w:t>vn -0.7809 -0.0410 -0.6233</w:t>
        <w:br/>
        <w:t>vn -0.2911 0.1073 0.9507</w:t>
        <w:br/>
        <w:t>vn -0.0873 -0.1484 0.9851</w:t>
        <w:br/>
        <w:t>vn 0.2516 -0.1297 0.9591</w:t>
        <w:br/>
        <w:t>vn -0.6709 0.1477 0.7267</w:t>
        <w:br/>
        <w:t>vn -0.7760 0.1224 0.6188</w:t>
        <w:br/>
        <w:t>vn -0.6127 -0.2659 0.7443</w:t>
        <w:br/>
        <w:t>vn -0.4434 -0.2270 0.8671</w:t>
        <w:br/>
        <w:t>vn 0.9801 -0.1981 0.0109</w:t>
        <w:br/>
        <w:t>vn 0.9796 0.0977 0.1756</w:t>
        <w:br/>
        <w:t>vn 0.9597 -0.0937 0.2649</w:t>
        <w:br/>
        <w:t>vn 0.9342 -0.3543 0.0410</w:t>
        <w:br/>
        <w:t>vn 0.8527 -0.3621 0.3765</w:t>
        <w:br/>
        <w:t>vn 0.8222 -0.5678 0.0398</w:t>
        <w:br/>
        <w:t>vn 0.7397 -0.4545 0.4962</w:t>
        <w:br/>
        <w:t>vn 0.7613 -0.6457 0.0588</w:t>
        <w:br/>
        <w:t>vn 0.7019 -0.6924 0.1671</w:t>
        <w:br/>
        <w:t>vn 0.5835 -0.7821 0.2188</w:t>
        <w:br/>
        <w:t>vn 0.4241 -0.8971 0.1241</w:t>
        <w:br/>
        <w:t>vn 0.4242 -0.8971 0.1241</w:t>
        <w:br/>
        <w:t>vn 0.3332 -0.9422 0.0353</w:t>
        <w:br/>
        <w:t>vn 0.3333 -0.9422 0.0353</w:t>
        <w:br/>
        <w:t>vn 0.8668 0.3823 0.3203</w:t>
        <w:br/>
        <w:t>vn 0.8688 0.1827 0.4602</w:t>
        <w:br/>
        <w:t>vn 0.7488 -0.0981 0.6555</w:t>
        <w:br/>
        <w:t>vn 0.5461 -0.1558 0.8231</w:t>
        <w:br/>
        <w:t>vn -0.0705 0.8436 0.5324</w:t>
        <w:br/>
        <w:t>vn -0.0678 0.8124 0.5791</w:t>
        <w:br/>
        <w:t>vn -0.2281 0.7435 0.6286</w:t>
        <w:br/>
        <w:t>vn -0.4488 0.6624 0.5999</w:t>
        <w:br/>
        <w:t>vn -0.5532 0.6053 0.5723</w:t>
        <w:br/>
        <w:t>vn -0.7184 0.4797 0.5038</w:t>
        <w:br/>
        <w:t>vn -0.6587 0.5292 0.5349</w:t>
        <w:br/>
        <w:t>vn -0.7560 0.4846 0.4400</w:t>
        <w:br/>
        <w:t>vn -0.7894 0.4870 0.3737</w:t>
        <w:br/>
        <w:t>vn -0.6331 0.2420 -0.7353</w:t>
        <w:br/>
        <w:t>vn -0.7809 -0.0410 -0.6234</w:t>
        <w:br/>
        <w:t>vn 0.0172 -0.2018 -0.9793</w:t>
        <w:br/>
        <w:t>vn 0.3238 0.0245 -0.9458</w:t>
        <w:br/>
        <w:t>vn 0.0173 -0.2017 -0.9793</w:t>
        <w:br/>
        <w:t>vn -0.6620 0.6562 -0.3621</w:t>
        <w:br/>
        <w:t>vn -0.6620 0.6562 -0.3622</w:t>
        <w:br/>
        <w:t>vn -0.6115 0.7890 -0.0599</w:t>
        <w:br/>
        <w:t>vn -0.7252 -0.6325 0.2722</w:t>
        <w:br/>
        <w:t>vn -0.7466 -0.5584 0.3617</w:t>
        <w:br/>
        <w:t>vn 0.6630 -0.6389 0.3901</w:t>
        <w:br/>
        <w:t>vn 0.6306 -0.7662 0.1241</w:t>
        <w:br/>
        <w:t>vn 0.6465 0.3532 -0.6762</w:t>
        <w:br/>
        <w:t>vn 0.6465 0.3532 -0.6763</w:t>
        <w:br/>
        <w:t>vn 0.7276 0.3968 -0.5596</w:t>
        <w:br/>
        <w:t>vn 0.3506 -0.1941 0.9162</w:t>
        <w:br/>
        <w:t>vn 0.4976 -0.2750 0.8227</w:t>
        <w:br/>
        <w:t>vn -0.3469 0.1764 -0.9212</w:t>
        <w:br/>
        <w:t>vn -0.4946 0.2574 -0.8301</w:t>
        <w:br/>
        <w:t>vn -0.3469 0.1765 -0.9212</w:t>
        <w:br/>
        <w:t>vn 0.7250 0.6828 -0.0902</w:t>
        <w:br/>
        <w:t>vn 0.7754 0.6028 -0.1883</w:t>
        <w:br/>
        <w:t>vn 0.5992 -0.3905 0.6989</w:t>
        <w:br/>
        <w:t>vn -0.6683 -0.7181 0.1942</w:t>
        <w:br/>
        <w:t>vn -0.6469 -0.7284 0.2256</w:t>
        <w:br/>
        <w:t>vn -0.5997 0.3806 -0.7039</w:t>
        <w:br/>
        <w:t>vn 0.7994 0.4969 -0.3378</w:t>
        <w:br/>
        <w:t>vn 0.7994 0.4968 -0.3378</w:t>
        <w:br/>
        <w:t>vn -0.5899 0.0085 0.8074</w:t>
        <w:br/>
        <w:t>vn -0.1824 -0.1463 0.9723</w:t>
        <w:br/>
        <w:t>vn -0.6442 -0.7632 -0.0496</w:t>
        <w:br/>
        <w:t>vn -0.6166 -0.7530 -0.2299</w:t>
        <w:br/>
        <w:t>vn 0.1563 0.1510 -0.9761</w:t>
        <w:br/>
        <w:t>vn 0.5096 0.0612 -0.8583</w:t>
        <w:br/>
        <w:t>vn 0.4974 0.8311 0.2488</w:t>
        <w:br/>
        <w:t>vn 0.5881 0.7911 0.1680</w:t>
        <w:br/>
        <w:t>vn -0.8902 0.3206 0.3235</w:t>
        <w:br/>
        <w:t>vn -0.8902 0.3207 0.3236</w:t>
        <w:br/>
        <w:t>vn -0.8450 0.2380 0.4788</w:t>
        <w:br/>
        <w:t>vn 0.7125 0.0068 -0.7016</w:t>
        <w:br/>
        <w:t>vn 0.7860 -0.1348 -0.6034</w:t>
        <w:br/>
        <w:t>vn 0.7859 -0.1348 -0.6034</w:t>
        <w:br/>
        <w:t>vn -0.4147 -0.6829 -0.6014</w:t>
        <w:br/>
        <w:t>vn -0.5094 -0.7217 -0.4687</w:t>
        <w:br/>
        <w:t>vn 0.4496 0.8919 -0.0480</w:t>
        <w:br/>
        <w:t>vn 0.4497 0.8919 -0.0480</w:t>
        <w:br/>
        <w:t>vn 0.4503 0.8859 0.1114</w:t>
        <w:br/>
        <w:t>vn 0.6610 0.7497 0.0309</w:t>
        <w:br/>
        <w:t>vn 0.1301 -0.1595 0.9786</w:t>
        <w:br/>
        <w:t>vn -0.1331 0.1475 -0.9801</w:t>
        <w:br/>
        <w:t>vn -0.1332 0.1475 -0.9801</w:t>
        <w:br/>
        <w:t>vn -0.6610 -0.7432 0.1035</w:t>
        <w:br/>
        <w:t>vn -0.6610 -0.7432 0.1034</w:t>
        <w:br/>
        <w:t>vn -0.2255 -0.2405 -0.9441</w:t>
        <w:br/>
        <w:t>vn -0.2252 -0.2407 -0.9441</w:t>
        <w:br/>
        <w:t>vn -0.2250 -0.2409 -0.9441</w:t>
        <w:br/>
        <w:t>vn 0.4602 0.2458 -0.8531</w:t>
        <w:br/>
        <w:t>vn 0.4603 0.2458 -0.8531</w:t>
        <w:br/>
        <w:t>vn 0.7126 0.0067 -0.7015</w:t>
        <w:br/>
        <w:t>vn 0.5102 0.2673 -0.8175</w:t>
        <w:br/>
        <w:t>vn 0.3828 0.0463 -0.9227</w:t>
        <w:br/>
        <w:t>vn 0.3829 0.0463 -0.9226</w:t>
        <w:br/>
        <w:t>vn -0.8640 -0.4919 -0.1069</w:t>
        <w:br/>
        <w:t>vn -0.8641 -0.4919 -0.1069</w:t>
        <w:br/>
        <w:t>vn -0.8773 -0.2229 -0.4251</w:t>
        <w:br/>
        <w:t>vn -0.8772 -0.2229 -0.4252</w:t>
        <w:br/>
        <w:t>vn 0.2051 0.1831 -0.9615</w:t>
        <w:br/>
        <w:t>vn -0.5135 0.6560 0.5531</w:t>
        <w:br/>
        <w:t>vn -0.4681 0.6822 0.5617</w:t>
        <w:br/>
        <w:t>vn -0.4680 0.6822 0.5617</w:t>
        <w:br/>
        <w:t>vn -0.5134 0.6561 0.5532</w:t>
        <w:br/>
        <w:t>vn -0.6650 0.7455 -0.0458</w:t>
        <w:br/>
        <w:t>vn -0.5198 0.8540 -0.0231</w:t>
        <w:br/>
        <w:t>vn -0.4549 0.8906 -0.0020</w:t>
        <w:br/>
        <w:t>vn -0.5461 0.5815 0.6030</w:t>
        <w:br/>
        <w:t>vn -0.8326 -0.5538 0.0039</w:t>
        <w:br/>
        <w:t>vn -0.8327 -0.5538 0.0038</w:t>
        <w:br/>
        <w:t>vn 0.7442 -0.4110 -0.5266</w:t>
        <w:br/>
        <w:t>vn 0.7324 -0.3615 -0.5769</w:t>
        <w:br/>
        <w:t>vn 0.7325 -0.3615 -0.5769</w:t>
        <w:br/>
        <w:t>vn 0.8192 0.5676 -0.0823</w:t>
        <w:br/>
        <w:t>vn 0.8905 0.4390 0.1195</w:t>
        <w:br/>
        <w:t>vn 0.8905 0.4390 0.1196</w:t>
        <w:br/>
        <w:t>vn 0.8780 0.1572 0.4521</w:t>
        <w:br/>
        <w:t>vn 0.8780 0.1573 0.4521</w:t>
        <w:br/>
        <w:t>vn -0.2531 -0.2100 0.9444</w:t>
        <w:br/>
        <w:t>vn -0.5831 -0.3158 0.7485</w:t>
        <w:br/>
        <w:t>vn -0.2531 -0.2101 0.9444</w:t>
        <w:br/>
        <w:t>vn -0.6996 -0.3079 0.6448</w:t>
        <w:br/>
        <w:t>vn -0.6996 -0.3079 0.6447</w:t>
        <w:br/>
        <w:t>vn 0.7544 -0.4814 -0.4462</w:t>
        <w:br/>
        <w:t>vn 0.4919 -0.8339 0.2504</w:t>
        <w:br/>
        <w:t>vn 0.1981 -0.9788 0.0527</w:t>
        <w:br/>
        <w:t>vn 0.1981 -0.9788 0.0528</w:t>
        <w:br/>
        <w:t>vn 0.1222 -0.9900 -0.0698</w:t>
        <w:br/>
        <w:t>vn 0.1223 -0.9900 -0.0698</w:t>
        <w:br/>
        <w:t>vn 0.3070 -0.1331 0.9423</w:t>
        <w:br/>
        <w:t>vn 0.0812 -0.0883 0.9928</w:t>
        <w:br/>
        <w:t>vn 0.7435 -0.6668 0.0499</w:t>
        <w:br/>
        <w:t>vn 0.7233 -0.6478 0.2391</w:t>
        <w:br/>
        <w:t>vn 0.7233 -0.6478 0.2392</w:t>
        <w:br/>
        <w:t>vn -0.0921 0.0880 -0.9919</w:t>
        <w:br/>
        <w:t>vn -0.3120 0.1376 -0.9401</w:t>
        <w:br/>
        <w:t>vn -0.6917 0.6784 0.2477</w:t>
        <w:br/>
        <w:t>vn -0.7443 0.6668 0.0378</w:t>
        <w:br/>
        <w:t>vn 0.7170 -0.0902 0.6912</w:t>
        <w:br/>
        <w:t>vn 0.7341 -0.5904 -0.3355</w:t>
        <w:br/>
        <w:t>vn -0.7058 0.1052 -0.7006</w:t>
        <w:br/>
        <w:t>vn -0.7058 0.1052 -0.7005</w:t>
        <w:br/>
        <w:t>vn -0.4929 0.6508 0.5774</w:t>
        <w:br/>
        <w:t>vn -0.4929 0.6508 0.5775</w:t>
        <w:br/>
        <w:t>vn 0.5024 -0.1924 0.8430</w:t>
        <w:br/>
        <w:t>vn 0.6626 -0.4172 0.6220</w:t>
        <w:br/>
        <w:t>vn 0.7015 -0.6682 -0.2478</w:t>
        <w:br/>
        <w:t>vn 0.7110 -0.6851 -0.1585</w:t>
        <w:br/>
        <w:t>vn -0.5027 0.2016 -0.8406</w:t>
        <w:br/>
        <w:t>vn -0.5025 0.2018 -0.8407</w:t>
        <w:br/>
        <w:t>vn -0.5801 0.6777 0.4519</w:t>
        <w:br/>
        <w:t>vn 0.0774 -0.1744 -0.9816</w:t>
        <w:br/>
        <w:t>vn -0.5067 0.4957 -0.7053</w:t>
        <w:br/>
        <w:t>vn -0.6544 0.7559 0.0197</w:t>
        <w:br/>
        <w:t>vn -0.6544 0.7559 0.0198</w:t>
        <w:br/>
        <w:t>vn -0.6692 -0.7428 -0.0188</w:t>
        <w:br/>
        <w:t>vn -0.7857 -0.6166 0.0495</w:t>
        <w:br/>
        <w:t>vn -0.6692 -0.7428 -0.0187</w:t>
        <w:br/>
        <w:t>vn 0.6766 -0.7318 0.0816</w:t>
        <w:br/>
        <w:t>vn 0.7289 -0.4972 0.4707</w:t>
        <w:br/>
        <w:t>vn 0.6745 0.4320 -0.5986</w:t>
        <w:br/>
        <w:t>vn 0.6746 0.4320 -0.5986</w:t>
        <w:br/>
        <w:t>vn 0.7397 0.5797 -0.3418</w:t>
        <w:br/>
        <w:t>vn 0.3064 -0.1576 0.9388</w:t>
        <w:br/>
        <w:t>vn 0.3064 -0.1577 0.9388</w:t>
        <w:br/>
        <w:t>vn 0.5131 -0.1368 0.8474</w:t>
        <w:br/>
        <w:t>vn -0.4631 -0.8863 0.0019</w:t>
        <w:br/>
        <w:t>vn -0.5033 -0.8632 -0.0395</w:t>
        <w:br/>
        <w:t>vn -0.3057 0.1399 -0.9418</w:t>
        <w:br/>
        <w:t>vn -0.4740 0.0747 -0.8773</w:t>
        <w:br/>
        <w:t>vn 0.6714 0.7410 0.0095</w:t>
        <w:br/>
        <w:t>vn 0.5622 0.8183 0.1193</w:t>
        <w:br/>
        <w:t>vn -0.5691 0.0753 -0.8188</w:t>
        <w:br/>
        <w:t>vn -0.8831 0.2917 0.3676</w:t>
        <w:br/>
        <w:t>vn -0.8327 0.2212 0.5075</w:t>
        <w:br/>
        <w:t>vn -0.8328 0.2212 0.5075</w:t>
        <w:br/>
        <w:t>vn 0.7105 0.0102 -0.7036</w:t>
        <w:br/>
        <w:t>vn 0.8094 -0.1833 -0.5579</w:t>
        <w:br/>
        <w:t>vn 0.8094 -0.1833 -0.5580</w:t>
        <w:br/>
        <w:t>vn -0.3928 -0.7018 -0.5943</w:t>
        <w:br/>
        <w:t>vn -0.4684 -0.7464 -0.4728</w:t>
        <w:br/>
        <w:t>vn -0.3927 -0.7018 -0.5943</w:t>
        <w:br/>
        <w:t>vn 0.4039 0.9147 0.0154</w:t>
        <w:br/>
        <w:t>vn 0.3737 0.9191 0.1250</w:t>
        <w:br/>
        <w:t>vn -0.5068 -0.8310 -0.2293</w:t>
        <w:br/>
        <w:t>vn 0.6123 -0.0137 -0.7905</w:t>
        <w:br/>
        <w:t>vn 0.3421 0.9038 0.2572</w:t>
        <w:br/>
        <w:t>vn -0.6539 0.0483 0.7550</w:t>
        <w:br/>
        <w:t>vn -0.6539 0.0483 0.7551</w:t>
        <w:br/>
        <w:t>vn -0.3952 -0.1184 0.9110</w:t>
        <w:br/>
        <w:t>vn -0.0711 -0.2510 0.9654</w:t>
        <w:br/>
        <w:t>vn -0.4561 -0.8830 -0.1106</w:t>
        <w:br/>
        <w:t>vn -0.4427 -0.8920 -0.0916</w:t>
        <w:br/>
        <w:t>vn -0.4563 -0.8830 -0.1106</w:t>
        <w:br/>
        <w:t>vn 0.3252 0.1509 -0.9335</w:t>
        <w:br/>
        <w:t>vn 0.0248 0.2572 -0.9660</w:t>
        <w:br/>
        <w:t>vn 0.3720 0.8781 0.3009</w:t>
        <w:br/>
        <w:t>vn 0.4646 0.8303 0.3077</w:t>
        <w:br/>
        <w:t>vn 0.4647 0.8303 0.3076</w:t>
        <w:br/>
        <w:t>vn 0.1702 -0.2558 0.9516</w:t>
        <w:br/>
        <w:t>vn 0.1702 -0.2559 0.9516</w:t>
        <w:br/>
        <w:t>vn -0.4482 -0.8930 -0.0400</w:t>
        <w:br/>
        <w:t>vn -0.1837 0.2539 -0.9496</w:t>
        <w:br/>
        <w:t>vn 0.5278 0.8177 0.2300</w:t>
        <w:br/>
        <w:t>vn -0.1882 -0.2753 -0.9428</w:t>
        <w:br/>
        <w:t>vn -0.1881 -0.2753 -0.9428</w:t>
        <w:br/>
        <w:t>vn -0.1881 -0.2754 -0.9428</w:t>
        <w:br/>
        <w:t>vn 0.4431 0.2629 -0.8571</w:t>
        <w:br/>
        <w:t>vn -0.7148 0.5162 -0.4719</w:t>
        <w:br/>
        <w:t>vn -0.7700 0.6373 -0.0310</w:t>
        <w:br/>
        <w:t>vn -0.6586 -0.7409 0.1315</w:t>
        <w:br/>
        <w:t>vn -0.6898 -0.7214 0.0619</w:t>
        <w:br/>
        <w:t>vn 0.6716 -0.4950 0.5513</w:t>
        <w:br/>
        <w:t>vn 0.7679 -0.6097 0.1964</w:t>
        <w:br/>
        <w:t>vn 0.6299 0.5318 -0.5660</w:t>
        <w:br/>
        <w:t>vn 0.7279 0.5773 -0.3700</w:t>
        <w:br/>
        <w:t>vn 0.3825 -0.2576 0.8873</w:t>
        <w:br/>
        <w:t>vn 0.3826 -0.2577 0.8873</w:t>
        <w:br/>
        <w:t>vn -0.7214 -0.6893 -0.0662</w:t>
        <w:br/>
        <w:t>vn -0.4137 0.2308 -0.8807</w:t>
        <w:br/>
        <w:t>vn -0.4136 0.2308 -0.8807</w:t>
        <w:br/>
        <w:t>vn 0.7896 0.6135 0.0075</w:t>
        <w:br/>
        <w:t>vn -0.7751 0.5112 0.3714</w:t>
        <w:br/>
        <w:t>vn -0.6766 0.2310 0.6992</w:t>
        <w:br/>
        <w:t>vn 0.7705 -0.5296 -0.3547</w:t>
        <w:br/>
        <w:t>vn 0.6850 -0.2507 -0.6840</w:t>
        <w:br/>
        <w:t>vn 0.6850 -0.2506 -0.6840</w:t>
        <w:br/>
        <w:t>vn -0.5920 -0.7652 -0.2529</w:t>
        <w:br/>
        <w:t>vn -0.5590 -0.7712 -0.3045</w:t>
        <w:br/>
        <w:t>vn -0.5589 -0.7713 -0.3045</w:t>
        <w:br/>
        <w:t>vn 0.4630 0.8593 0.2175</w:t>
        <w:br/>
        <w:t>vn 0.4631 0.8149 0.3485</w:t>
        <w:br/>
        <w:t>vn 0.4630 0.8593 0.2174</w:t>
        <w:br/>
        <w:t>vn 0.2117 -0.2176 0.9528</w:t>
        <w:br/>
        <w:t>vn -0.7169 -0.6815 -0.1467</w:t>
        <w:br/>
        <w:t>vn -0.7169 -0.6816 -0.1467</w:t>
        <w:br/>
        <w:t>vn -0.2341 0.1934 -0.9528</w:t>
        <w:br/>
        <w:t>vn 0.7458 0.6160 0.2536</w:t>
        <w:br/>
        <w:t>vn -0.3542 -0.1190 0.9276</w:t>
        <w:br/>
        <w:t>vn -0.6466 -0.7266 -0.2322</w:t>
        <w:br/>
        <w:t>vn -0.6466 -0.7267 -0.2322</w:t>
        <w:br/>
        <w:t>vn 0.3473 0.1201 -0.9300</w:t>
        <w:br/>
        <w:t>vn 0.3473 0.1202 -0.9300</w:t>
        <w:br/>
        <w:t>vn 0.5602 0.6805 0.4723</w:t>
        <w:br/>
        <w:t>vn 0.5601 0.6805 0.4723</w:t>
        <w:br/>
        <w:t>vn -0.0907 -0.2616 0.9609</w:t>
        <w:br/>
        <w:t>vn -0.7043 -0.6877 -0.1763</w:t>
        <w:br/>
        <w:t>vn -0.0830 0.2432 -0.9664</w:t>
        <w:br/>
        <w:t>vn 0.7024 0.6024 0.3791</w:t>
        <w:br/>
        <w:t>vn 0.0694 -0.2528 0.9650</w:t>
        <w:br/>
        <w:t>vn -0.6884 -0.6983 -0.1962</w:t>
        <w:br/>
        <w:t>vn 0.6518 0.6013 0.4621</w:t>
        <w:br/>
        <w:t>vn 0.6519 0.6013 0.4621</w:t>
        <w:br/>
        <w:t>vn 0.0809 0.2626 -0.9615</w:t>
        <w:br/>
        <w:t>vn 0.0809 0.2625 -0.9615</w:t>
        <w:br/>
        <w:t>vn -0.1673 -0.2918 -0.9417</w:t>
        <w:br/>
        <w:t>vn -0.1674 -0.2918 -0.9417</w:t>
        <w:br/>
        <w:t>vn 0.3594 0.0553 -0.9315</w:t>
        <w:br/>
        <w:t>vn 0.3595 0.0553 -0.9315</w:t>
        <w:br/>
        <w:t>vn -0.7653 0.6097 -0.2063</w:t>
        <w:br/>
        <w:t>vn -0.7134 0.6820 0.1610</w:t>
        <w:br/>
        <w:t>vn -0.7654 0.6096 -0.2063</w:t>
        <w:br/>
        <w:t>vn -0.7345 -0.6672 -0.1240</w:t>
        <w:br/>
        <w:t>vn -0.6392 -0.7689 0.0168</w:t>
        <w:br/>
        <w:t>vn 0.7218 -0.5752 0.3848</w:t>
        <w:br/>
        <w:t>vn 0.7518 -0.6592 0.0162</w:t>
        <w:br/>
        <w:t>vn 0.6565 0.7433 -0.1289</w:t>
        <w:br/>
        <w:t>vn 0.6565 0.7432 -0.1289</w:t>
        <w:br/>
        <w:t>vn 0.6640 0.7477 -0.0010</w:t>
        <w:br/>
        <w:t>vn 0.1441 -0.3248 0.9347</w:t>
        <w:br/>
        <w:t>vn 0.2111 -0.2832 0.9355</w:t>
        <w:br/>
        <w:t>vn -0.5105 -0.8449 -0.1599</w:t>
        <w:br/>
        <w:t>vn -0.5183 -0.8335 -0.1916</w:t>
        <w:br/>
        <w:t>vn -0.5183 -0.8335 -0.1917</w:t>
        <w:br/>
        <w:t>vn -0.5105 -0.8449 -0.1600</w:t>
        <w:br/>
        <w:t>vn -0.1494 0.3086 -0.9394</w:t>
        <w:br/>
        <w:t>vn -0.2075 0.2637 -0.9420</w:t>
        <w:br/>
        <w:t>vn -0.1493 0.3086 -0.9394</w:t>
        <w:br/>
        <w:t>vn 0.5748 0.7622 0.2978</w:t>
        <w:br/>
        <w:t>vn 0.5747 0.7622 0.2978</w:t>
        <w:br/>
        <w:t>vn 0.5877 0.7531 0.2956</w:t>
        <w:br/>
        <w:t>vn 0.5877 0.7531 0.2957</w:t>
        <w:br/>
        <w:t>vn -0.8667 0.2646 0.4228</w:t>
        <w:br/>
        <w:t>vn -0.7721 0.1629 0.6143</w:t>
        <w:br/>
        <w:t>vn 0.7031 0.0223 -0.7108</w:t>
        <w:br/>
        <w:t>vn 0.7486 -0.1226 -0.6516</w:t>
        <w:br/>
        <w:t>vn 0.7031 0.0222 -0.7107</w:t>
        <w:br/>
        <w:t>vn -0.5319 -0.7912 -0.3017</w:t>
        <w:br/>
        <w:t>vn -0.5380 -0.8107 -0.2310</w:t>
        <w:br/>
        <w:t>vn -0.5380 -0.8107 -0.2309</w:t>
        <w:br/>
        <w:t>vn -0.5320 -0.7912 -0.3017</w:t>
        <w:br/>
        <w:t>vn 0.3712 0.9282 0.0262</w:t>
        <w:br/>
        <w:t>vn 0.3515 0.9190 0.1785</w:t>
        <w:br/>
        <w:t>vn -0.5255 -0.8380 -0.1471</w:t>
        <w:br/>
        <w:t>vn 0.3942 0.1087 -0.9126</w:t>
        <w:br/>
        <w:t>vn 0.4132 0.8386 0.3551</w:t>
        <w:br/>
        <w:t>vn -0.4350 -0.0823 0.8967</w:t>
        <w:br/>
        <w:t>vn -0.0575 -0.2733 0.9602</w:t>
        <w:br/>
        <w:t>vn -0.0574 -0.2733 0.9602</w:t>
        <w:br/>
        <w:t>vn -0.5073 -0.8497 -0.1435</w:t>
        <w:br/>
        <w:t>vn -0.5074 -0.8497 -0.1435</w:t>
        <w:br/>
        <w:t>vn 0.0295 0.2745 -0.9611</w:t>
        <w:br/>
        <w:t>vn 0.0295 0.2746 -0.9611</w:t>
        <w:br/>
        <w:t>vn 0.5290 0.7778 0.3393</w:t>
        <w:br/>
        <w:t>vn -0.7094 -0.1540 -0.6877</w:t>
        <w:br/>
        <w:t>vn -0.4936 -0.3112 -0.8121</w:t>
        <w:br/>
        <w:t>vn -0.2756 0.1833 -0.9437</w:t>
        <w:br/>
        <w:t>vn -0.5468 0.3094 -0.7780</w:t>
        <w:br/>
        <w:t>vn -0.7095 -0.1539 -0.6877</w:t>
        <w:br/>
        <w:t>vn -0.6985 -0.5669 -0.4366</w:t>
        <w:br/>
        <w:t>vn -0.5583 -0.7178 -0.4160</w:t>
        <w:br/>
        <w:t>vn 0.4650 -0.3178 0.8263</w:t>
        <w:br/>
        <w:t>vn 0.2744 -0.2307 0.9335</w:t>
        <w:br/>
        <w:t>vn 0.5974 0.7511 0.2809</w:t>
        <w:br/>
        <w:t>vn 0.6372 0.7449 0.1978</w:t>
        <w:br/>
        <w:t>vn 0.5974 0.7511 0.2810</w:t>
        <w:br/>
        <w:t>vn -0.1498 -0.2744 -0.9499</w:t>
        <w:br/>
        <w:t>vn -0.1496 -0.2744 -0.9499</w:t>
        <w:br/>
        <w:t>vn -0.1499 -0.2743 -0.9499</w:t>
        <w:br/>
        <w:t>vn 0.4499 0.2633 -0.8534</w:t>
        <w:br/>
        <w:t>vn 0.7031 0.0223 -0.7107</w:t>
        <w:br/>
        <w:t>vn -0.3464 0.8856 0.3093</w:t>
        <w:br/>
        <w:t>vn -0.2402 0.8377 0.4905</w:t>
        <w:br/>
        <w:t>vn -0.2403 0.8377 0.4905</w:t>
        <w:br/>
        <w:t>vn -0.3464 0.8856 0.3092</w:t>
        <w:br/>
        <w:t>vn -0.1496 0.6766 0.7210</w:t>
        <w:br/>
        <w:t>vn -0.3415 0.5593 0.7554</w:t>
        <w:br/>
        <w:t>vn -0.2291 0.5761 0.7846</w:t>
        <w:br/>
        <w:t>vn 0.8403 0.4256 0.3358</w:t>
        <w:br/>
        <w:t>vn 0.7848 0.6155 0.0727</w:t>
        <w:br/>
        <w:t>vn 0.7848 0.6155 0.0726</w:t>
        <w:br/>
        <w:t>vn 0.8403 0.4257 0.3358</w:t>
        <w:br/>
        <w:t>vn 0.7519 0.0798 0.6544</w:t>
        <w:br/>
        <w:t>vn 0.6145 -0.0795 0.7849</w:t>
        <w:br/>
        <w:t>vn 0.4589 -0.1544 0.8750</w:t>
        <w:br/>
        <w:t>vn 0.6860 -0.4692 0.5561</w:t>
        <w:br/>
        <w:t>vn 0.2847 -0.2053 0.9364</w:t>
        <w:br/>
        <w:t>vn 0.5280 -0.5217 0.6701</w:t>
        <w:br/>
        <w:t>vn -0.6567 0.6257 0.4211</w:t>
        <w:br/>
        <w:t>vn -0.7184 0.6368 0.2800</w:t>
        <w:br/>
        <w:t>vn 0.2913 0.1369 -0.9468</w:t>
        <w:br/>
        <w:t>vn 0.3296 0.2693 -0.9049</w:t>
        <w:br/>
        <w:t>vn -0.2684 0.1688 -0.9484</w:t>
        <w:br/>
        <w:t>vn -0.4398 0.1315 -0.8884</w:t>
        <w:br/>
        <w:t>vn -0.6031 0.0849 -0.7931</w:t>
        <w:br/>
        <w:t>vn -0.6032 0.0849 -0.7931</w:t>
        <w:br/>
        <w:t>vn -0.7478 -0.0159 -0.6638</w:t>
        <w:br/>
        <w:t>vn -0.7218 -0.6916 0.0246</w:t>
        <w:br/>
        <w:t>vn -0.7218 -0.6916 0.0247</w:t>
        <w:br/>
        <w:t>vn -0.8471 -0.4316 -0.3101</w:t>
        <w:br/>
        <w:t>vn -0.3516 -0.3008 0.8865</w:t>
        <w:br/>
        <w:t>vn -0.5798 -0.3057 0.7552</w:t>
        <w:br/>
        <w:t>vn -0.4507 0.5705 0.6866</w:t>
        <w:br/>
        <w:t>vn 0.0484 -0.2543 0.9659</w:t>
        <w:br/>
        <w:t>vn 0.3162 -0.6017 0.7335</w:t>
        <w:br/>
        <w:t>vn -0.0490 0.2086 -0.9768</w:t>
        <w:br/>
        <w:t>vn -0.5410 0.5898 0.5995</w:t>
        <w:br/>
        <w:t>vn -0.5410 0.5898 0.5996</w:t>
        <w:br/>
        <w:t>vn 0.2804 -0.9494 0.1414</w:t>
        <w:br/>
        <w:t>vn 0.1333 -0.9895 -0.0565</w:t>
        <w:br/>
        <w:t>vn 0.5052 -0.8002 0.3230</w:t>
        <w:br/>
        <w:t>vn 0.6497 -0.7179 0.2499</w:t>
        <w:br/>
        <w:t>vn 0.7400 -0.6656 0.0967</w:t>
        <w:br/>
        <w:t>vn 0.7993 -0.5961 -0.0767</w:t>
        <w:br/>
        <w:t>vn 0.7993 -0.5961 -0.0766</w:t>
        <w:br/>
        <w:t>vn 0.8376 -0.5082 -0.2005</w:t>
        <w:br/>
        <w:t>vn 0.8376 -0.5082 -0.2004</w:t>
        <w:br/>
        <w:t>vn 0.8717 -0.3799 -0.3094</w:t>
        <w:br/>
        <w:t>vn 0.8718 -0.3799 -0.3094</w:t>
        <w:br/>
        <w:t>vn 0.8800 -0.2925 -0.3742</w:t>
        <w:br/>
        <w:t>vn 0.8800 -0.2926 -0.3741</w:t>
        <w:br/>
        <w:t>vn -0.7343 0.1522 -0.6616</w:t>
        <w:br/>
        <w:t>vn -0.7343 0.1521 -0.6616</w:t>
        <w:br/>
        <w:t>vn 0.2913 0.1370 -0.9468</w:t>
        <w:br/>
        <w:t>vn -0.0054 -0.0379 -0.9993</w:t>
        <w:br/>
        <w:t>vn 0.2257 0.3435 0.9116</w:t>
        <w:br/>
        <w:t>vn 0.3617 0.5363 0.7626</w:t>
        <w:br/>
        <w:t>vn -0.0827 0.6954 0.7139</w:t>
        <w:br/>
        <w:t>vn -0.1344 0.5614 0.8165</w:t>
        <w:br/>
        <w:t>vn 0.7868 -0.2733 0.5534</w:t>
        <w:br/>
        <w:t>vn 0.9340 -0.0864 0.3467</w:t>
        <w:br/>
        <w:t>vn -0.6500 0.6527 0.3892</w:t>
        <w:br/>
        <w:t>vn -0.7467 0.6408 0.1786</w:t>
        <w:br/>
        <w:t>vn -0.7467 0.6408 0.1785</w:t>
        <w:br/>
        <w:t>vn -0.7791 0.6256 0.0414</w:t>
        <w:br/>
        <w:t>vn -0.7790 0.6256 0.0414</w:t>
        <w:br/>
        <w:t>vn 0.5381 0.2918 -0.7907</w:t>
        <w:br/>
        <w:t>vn 0.5381 0.2918 -0.7908</w:t>
        <w:br/>
        <w:t>vn 0.4695 0.1380 -0.8721</w:t>
        <w:br/>
        <w:t>vn -0.7337 -0.2412 -0.6353</w:t>
        <w:br/>
        <w:t>vn -0.5521 -0.0449 -0.8326</w:t>
        <w:br/>
        <w:t>vn -0.5319 -0.3241 0.7823</w:t>
        <w:br/>
        <w:t>vn -0.6994 -0.3957 0.5952</w:t>
        <w:br/>
        <w:t>vn -0.5318 -0.3241 0.7824</w:t>
        <w:br/>
        <w:t>vn 0.5707 -0.4105 0.7112</w:t>
        <w:br/>
        <w:t>vn -0.0037 0.2776 0.9607</w:t>
        <w:br/>
        <w:t>vn -0.2545 0.3037 0.9182</w:t>
        <w:br/>
        <w:t>vn 0.3722 -0.4895 0.7886</w:t>
        <w:br/>
        <w:t>vn -0.0715 0.1026 -0.9921</w:t>
        <w:br/>
        <w:t>vn -0.3115 0.0725 -0.9475</w:t>
        <w:br/>
        <w:t>vn -0.0715 0.1027 -0.9921</w:t>
        <w:br/>
        <w:t>vn -0.3162 0.5612 0.7649</w:t>
        <w:br/>
        <w:t>vn -0.5133 0.6332 0.5792</w:t>
        <w:br/>
        <w:t>vn 0.9894 0.0827 0.1194</w:t>
        <w:br/>
        <w:t>vn 0.9866 0.1628 -0.0051</w:t>
        <w:br/>
        <w:t>vn 0.8276 0.5097 0.2353</w:t>
        <w:br/>
        <w:t>vn 0.8131 0.4364 0.3853</w:t>
        <w:br/>
        <w:t>vn -0.1752 0.8422 0.5098</w:t>
        <w:br/>
        <w:t>vn -0.2444 0.8892 0.3867</w:t>
        <w:br/>
        <w:t>vn -0.1752 0.8423 0.5098</w:t>
        <w:br/>
        <w:t>vn -0.8538 -0.2048 -0.4785</w:t>
        <w:br/>
        <w:t>vn -0.8539 -0.2048 -0.4785</w:t>
        <w:br/>
        <w:t>vn -0.8165 -0.4383 -0.3759</w:t>
        <w:br/>
        <w:t>vn -0.8165 -0.4383 -0.3758</w:t>
        <w:br/>
        <w:t>vn 0.3368 -0.9196 0.2022</w:t>
        <w:br/>
        <w:t>vn 0.2494 -0.9666 0.0583</w:t>
        <w:br/>
        <w:t>vn 0.5662 -0.7334 0.3763</w:t>
        <w:br/>
        <w:t>vn 0.6930 -0.6553 0.3006</w:t>
        <w:br/>
        <w:t>vn 0.8329 -0.5358 0.1385</w:t>
        <w:br/>
        <w:t>vn 0.9145 -0.4038 -0.0263</w:t>
        <w:br/>
        <w:t>vn 0.9450 -0.2172 -0.2445</w:t>
        <w:br/>
        <w:t>vn 0.9428 -0.2864 -0.1708</w:t>
        <w:br/>
        <w:t>vn -0.7418 0.1534 -0.6528</w:t>
        <w:br/>
        <w:t>vn -0.7418 0.1533 -0.6529</w:t>
        <w:br/>
        <w:t>vn 0.1241 -0.1227 -0.9846</w:t>
        <w:br/>
        <w:t>vn 0.1241 -0.1227 -0.9847</w:t>
        <w:br/>
        <w:t>vn 0.1823 0.1522 -0.9714</w:t>
        <w:br/>
        <w:t>vn -0.1869 -0.1840 0.9650</w:t>
        <w:br/>
        <w:t>vn 0.4630 -0.8086 0.3630</w:t>
        <w:br/>
        <w:t>vn -0.7627 0.5888 0.2674</w:t>
        <w:br/>
        <w:t>vn -0.7627 0.5888 0.2675</w:t>
        <w:br/>
        <w:t>vn 0.7496 -0.5989 -0.2817</w:t>
        <w:br/>
        <w:t>vn 0.7496 -0.5989 -0.2818</w:t>
        <w:br/>
        <w:t>vn -0.5468 -0.7571 -0.3574</w:t>
        <w:br/>
        <w:t>vn 0.5040 0.8443 0.1819</w:t>
        <w:br/>
        <w:t>vn 0.5041 0.8443 0.1819</w:t>
        <w:br/>
        <w:t>vn -0.6624 -0.7202 0.2061</w:t>
        <w:br/>
        <w:t>vn -0.4265 -0.3415 -0.8375</w:t>
        <w:br/>
        <w:t>vn -0.4619 -0.1201 -0.8788</w:t>
        <w:br/>
        <w:t>vn 0.4473 -0.0098 -0.8943</w:t>
        <w:br/>
        <w:t>vn 0.4460 -0.2445 -0.8610</w:t>
        <w:br/>
        <w:t>vn -0.8072 -0.1539 -0.5698</w:t>
        <w:br/>
        <w:t>vn -0.4266 -0.3415 -0.8375</w:t>
        <w:br/>
        <w:t>vn -0.7602 -0.3580 -0.5422</w:t>
        <w:br/>
        <w:t>vn -0.4362 -0.0674 0.8973</w:t>
        <w:br/>
        <w:t>vn -0.8009 -0.1160 0.5874</w:t>
        <w:br/>
        <w:t>vn -0.7551 -0.3184 0.5731</w:t>
        <w:br/>
        <w:t>vn -0.3888 -0.2757 0.8791</w:t>
        <w:br/>
        <w:t>vn 0.4921 -0.1656 0.8546</w:t>
        <w:br/>
        <w:t>vn 0.4727 0.0363 0.8805</w:t>
        <w:br/>
        <w:t>vn 0.8224 -0.1277 0.5544</w:t>
        <w:br/>
        <w:t>vn 0.8157 0.0679 0.5745</w:t>
        <w:br/>
        <w:t>vn 0.8092 0.0432 -0.5859</w:t>
        <w:br/>
        <w:t>vn 0.8045 -0.1783 -0.5666</w:t>
        <w:br/>
        <w:t>vn 0.3751 -0.6744 -0.6359</w:t>
        <w:br/>
        <w:t>vn -0.2608 -0.7363 -0.6244</w:t>
        <w:br/>
        <w:t>vn -0.4907 -0.8522 -0.1814</w:t>
        <w:br/>
        <w:t>vn -0.6961 -0.4694 0.5432</w:t>
        <w:br/>
        <w:t>vn -0.2286 -0.7019 0.6746</w:t>
        <w:br/>
        <w:t>vn 0.4309 -0.6121 0.6630</w:t>
        <w:br/>
        <w:t>vn 0.6807 -0.7050 0.1990</w:t>
        <w:br/>
        <w:t>vn 0.7707 -0.3560 -0.5285</w:t>
        <w:br/>
        <w:t>vn -0.1119 0.9937 0.0003</w:t>
        <w:br/>
        <w:t>vn -0.1117 0.9937 0.0001</w:t>
        <w:br/>
        <w:t>vn -0.1118 0.9937 0.0000</w:t>
        <w:br/>
        <w:t>vn -0.1116 0.9938 0.0000</w:t>
        <w:br/>
        <w:t>vn -0.1117 0.9937 -0.0001</w:t>
        <w:br/>
        <w:t>vn -0.1119 0.9937 -0.0003</w:t>
        <w:br/>
        <w:t>vn -0.1119 0.9937 0.0000</w:t>
        <w:br/>
        <w:t>vn 0.4605 0.0733 0.8846</w:t>
        <w:br/>
        <w:t>vn -0.4475 -0.0254 0.8939</w:t>
        <w:br/>
        <w:t>vn -0.8069 -0.0730 0.5862</w:t>
        <w:br/>
        <w:t>vn -0.8098 -0.1079 -0.5767</w:t>
        <w:br/>
        <w:t>vn -0.4604 -0.0733 -0.8847</w:t>
        <w:br/>
        <w:t>vn 0.4484 0.0328 -0.8932</w:t>
        <w:br/>
        <w:t>vn 0.8066 0.0808 -0.5855</w:t>
        <w:br/>
        <w:t>vn 0.8086 0.1029 0.5792</w:t>
        <w:br/>
        <w:t>vn 0.4359 -0.4407 -0.7847</w:t>
        <w:br/>
        <w:t>vn -0.4612 -0.3467 -0.8167</w:t>
        <w:br/>
        <w:t>vn -0.4598 -0.1427 -0.8765</w:t>
        <w:br/>
        <w:t>vn 0.4472 -0.2802 -0.8494</w:t>
        <w:br/>
        <w:t>vn -0.8181 -0.0215 -0.5747</w:t>
        <w:br/>
        <w:t>vn -0.8263 -0.2178 -0.5194</w:t>
        <w:br/>
        <w:t>vn -0.4540 0.2192 0.8636</w:t>
        <w:br/>
        <w:t>vn -0.7999 0.1999 0.5658</w:t>
        <w:br/>
        <w:t>vn -0.8165 0.0916 0.5701</w:t>
        <w:br/>
        <w:t>vn -0.4810 0.1342 0.8664</w:t>
        <w:br/>
        <w:t>vn 0.4271 0.0294 0.9037</w:t>
        <w:br/>
        <w:t>vn 0.4530 0.1007 0.8858</w:t>
        <w:br/>
        <w:t>vn 0.7979 -0.0983 0.5948</w:t>
        <w:br/>
        <w:t>vn 0.8129 -0.0151 0.5822</w:t>
        <w:br/>
        <w:t>vn 0.7933 -0.2700 -0.5457</w:t>
        <w:br/>
        <w:t>vn 0.7725 -0.4000 -0.4931</w:t>
        <w:br/>
        <w:t>vn 0.4359 -0.4408 -0.7847</w:t>
        <w:br/>
        <w:t>vn -0.4139 -0.7398 -0.5305</w:t>
        <w:br/>
        <w:t>vn 0.2653 -0.8099 -0.5231</w:t>
        <w:br/>
        <w:t>vn -0.7112 -0.7008 -0.0553</w:t>
        <w:br/>
        <w:t>vn -0.8197 0.0054 0.5727</w:t>
        <w:br/>
        <w:t>vn -0.4692 -0.3829 0.7958</w:t>
        <w:br/>
        <w:t>vn 0.2494 -0.4993 0.8298</w:t>
        <w:br/>
        <w:t>vn 0.5151 -0.7764 0.3632</w:t>
        <w:br/>
        <w:t>vn 0.7448 -0.4855 -0.4578</w:t>
        <w:br/>
        <w:t>vn 0.1372 0.9807 -0.1396</w:t>
        <w:br/>
        <w:t>vn 0.1370 0.9807 -0.1397</w:t>
        <w:br/>
        <w:t>vn 0.1371 0.9806 -0.1397</w:t>
        <w:br/>
        <w:t>vn 0.1370 0.9807 -0.1398</w:t>
        <w:br/>
        <w:t>vn 0.1372 0.9806 -0.1399</w:t>
        <w:br/>
        <w:t>vn 0.1374 0.9806 -0.1397</w:t>
        <w:br/>
        <w:t>vn 0.4646 0.1149 0.8780</w:t>
        <w:br/>
        <w:t>vn -0.4389 0.2353 0.8672</w:t>
        <w:br/>
        <w:t>vn -0.7922 0.2225 0.5683</w:t>
        <w:br/>
        <w:t>vn -0.8158 0.0025 -0.5784</w:t>
        <w:br/>
        <w:t>vn -0.4648 -0.1088 -0.8787</w:t>
        <w:br/>
        <w:t>vn 0.4385 -0.2380 -0.8666</w:t>
        <w:br/>
        <w:t>vn 0.4385 -0.2381 -0.8666</w:t>
        <w:br/>
        <w:t>vn 0.7917 -0.2294 -0.5663</w:t>
        <w:br/>
        <w:t>vn 0.8160 0.0062 0.5781</w:t>
        <w:br/>
        <w:t>vn 0.7363 0.2424 -0.6318</w:t>
        <w:br/>
        <w:t>vn 0.7765 -0.0036 -0.6301</w:t>
        <w:br/>
        <w:t>vn 0.0833 0.1607 -0.9835</w:t>
        <w:br/>
        <w:t>vn 0.1549 0.5545 -0.8176</w:t>
        <w:br/>
        <w:t>vn 0.7376 -0.1633 -0.6552</w:t>
        <w:br/>
        <w:t>vn 0.0312 -0.2061 -0.9780</w:t>
        <w:br/>
        <w:t>vn 0.0628 -0.1102 -0.9919</w:t>
        <w:br/>
        <w:t>vn 0.7637 -0.1109 -0.6359</w:t>
        <w:br/>
        <w:t>vn 0.6565 -0.4132 -0.6311</w:t>
        <w:br/>
        <w:t>vn 0.0994 -0.6246 -0.7746</w:t>
        <w:br/>
        <w:t>vn 0.8737 -0.4260 -0.2347</w:t>
        <w:br/>
        <w:t>vn 0.4278 -0.9023 0.0530</w:t>
        <w:br/>
        <w:t>vn 0.0993 -0.6246 -0.7746</w:t>
        <w:br/>
        <w:t>vn 0.6450 -0.3731 0.6669</w:t>
        <w:br/>
        <w:t>vn 0.9539 -0.2694 0.1325</w:t>
        <w:br/>
        <w:t>vn 0.6750 0.0117 0.7377</w:t>
        <w:br/>
        <w:t>vn 0.9970 -0.0608 0.0483</w:t>
        <w:br/>
        <w:t>vn 0.9986 0.0391 0.0346</w:t>
        <w:br/>
        <w:t>vn 0.6925 0.2458 0.6783</w:t>
        <w:br/>
        <w:t>vn 0.9153 0.3316 -0.2285</w:t>
        <w:br/>
        <w:t>vn 0.4628 0.8861 -0.0248</w:t>
        <w:br/>
        <w:t>vn 0.6444 0.6375 0.4223</w:t>
        <w:br/>
        <w:t>vn -0.9939 -0.1084 -0.0226</w:t>
        <w:br/>
        <w:t>vn -0.9963 -0.0860 0.0022</w:t>
        <w:br/>
        <w:t>vn -0.6885 -0.0993 -0.7185</w:t>
        <w:br/>
        <w:t>vn -0.6541 -0.1831 -0.7339</w:t>
        <w:br/>
        <w:t>vn -0.9563 0.2925 -0.0040</w:t>
        <w:br/>
        <w:t>vn -0.6315 0.5719 -0.5236</w:t>
        <w:br/>
        <w:t>vn -0.6903 0.1796 -0.7008</w:t>
        <w:br/>
        <w:t>vn -0.9993 0.0312 0.0186</w:t>
        <w:br/>
        <w:t>vn -0.9162 -0.3908 -0.0885</w:t>
        <w:br/>
        <w:t>vn -0.5556 -0.6181 -0.5561</w:t>
        <w:br/>
        <w:t>vn -0.8242 -0.4082 0.3925</w:t>
        <w:br/>
        <w:t>vn -0.5557 -0.6181 -0.5561</w:t>
        <w:br/>
        <w:t>vn -0.2640 -0.9143 0.3071</w:t>
        <w:br/>
        <w:t>vn -0.0564 -0.3589 0.9317</w:t>
        <w:br/>
        <w:t>vn -0.6489 -0.2300 0.7253</w:t>
        <w:br/>
        <w:t>vn -0.0461 0.0265 0.9986</w:t>
        <w:br/>
        <w:t>vn -0.7505 -0.0231 0.6605</w:t>
        <w:br/>
        <w:t>vn -0.7672 0.0764 0.6369</w:t>
        <w:br/>
        <w:t>vn -0.0928 0.2692 0.9586</w:t>
        <w:br/>
        <w:t>vn -0.2185 0.6579 0.7207</w:t>
        <w:br/>
        <w:t>vn -0.3627 0.8932 0.2659</w:t>
        <w:br/>
        <w:t>vn -0.8429 0.3686 0.3919</w:t>
        <w:br/>
        <w:t>vn 0.2921 0.8294 -0.4762</w:t>
        <w:br/>
        <w:t>vn -0.5189 0.8345 -0.1855</w:t>
        <w:br/>
        <w:t>vn 0.9487 -0.0913 -0.3028</w:t>
        <w:br/>
        <w:t>vn -0.8242 -0.4082 0.3926</w:t>
        <w:br/>
        <w:t>vn -0.9264 -0.0487 0.3734</w:t>
        <w:br/>
        <w:t>vn -0.9939 -0.1084 -0.0225</w:t>
        <w:br/>
        <w:t>vn -0.7505 -0.0231 0.6604</w:t>
        <w:br/>
        <w:t>vn -0.8430 0.3685 0.3919</w:t>
        <w:br/>
        <w:t>vn 0.9153 0.3316 -0.2284</w:t>
        <w:br/>
        <w:t>vn 0.1149 -0.9933 0.0127</w:t>
        <w:br/>
        <w:t>vn -0.1630 -0.9710 0.1749</w:t>
        <w:br/>
        <w:t>vn -0.0015 -0.9992 0.0400</w:t>
        <w:br/>
        <w:t>vn -0.1940 -0.9793 0.0584</w:t>
        <w:br/>
        <w:t>vn -0.0015 -0.9992 0.0401</w:t>
        <w:br/>
        <w:t>vn -0.1180 0.9926 0.0274</w:t>
        <w:br/>
        <w:t>vn -0.2448 0.9695 0.0141</w:t>
        <w:br/>
        <w:t>vn -0.5059 -0.0287 -0.8621</w:t>
        <w:br/>
        <w:t>vn -0.4017 -0.0325 -0.9152</w:t>
        <w:br/>
        <w:t>vn -0.2048 -0.9771 0.0579</w:t>
        <w:br/>
        <w:t>vn 0.4356 0.0280 0.8997</w:t>
        <w:br/>
        <w:t>vn 0.2937 0.0330 0.9553</w:t>
        <w:br/>
        <w:t>vn -0.2614 -0.0411 -0.9643</w:t>
        <w:br/>
        <w:t>vn -0.2598 -0.0320 -0.9651</w:t>
        <w:br/>
        <w:t>vn -0.0236 -0.9989 0.0393</w:t>
        <w:br/>
        <w:t>vn -0.0236 -0.9989 0.0394</w:t>
        <w:br/>
        <w:t>vn 0.0423 0.0388 0.9984</w:t>
        <w:br/>
        <w:t>vn 0.0442 0.0370 0.9983</w:t>
        <w:br/>
        <w:t>vn -0.2517 -0.0526 -0.9664</w:t>
        <w:br/>
        <w:t>vn -0.2463 -0.0375 -0.9685</w:t>
        <w:br/>
        <w:t>vn -0.2037 0.9788 -0.0196</w:t>
        <w:br/>
        <w:t>vn -0.2038 0.9788 -0.0196</w:t>
        <w:br/>
        <w:t>vn -0.0081 0.0388 0.9992</w:t>
        <w:br/>
        <w:t>vn 0.9576 0.2878 -0.0113</w:t>
        <w:br/>
        <w:t>vn 1.0000 -0.0000 0.0000</w:t>
        <w:br/>
        <w:t>vn -0.0341 0.9986 -0.0393</w:t>
        <w:br/>
        <w:t>vn -0.0340 0.9986 -0.0393</w:t>
        <w:br/>
        <w:t>vn 0.9576 -0.2879 0.0113</w:t>
        <w:br/>
        <w:t>vn 0.9576 -0.2878 0.0113</w:t>
        <w:br/>
        <w:t>vn -0.0058 0.0376 0.9993</w:t>
        <w:br/>
        <w:t>vn -0.0115 0.0428 0.9990</w:t>
        <w:br/>
        <w:t>vn -0.2466 -0.0251 -0.9688</w:t>
        <w:br/>
        <w:t>vn -0.1794 -0.9821 0.0577</w:t>
        <w:br/>
        <w:t>vn -0.0016 -0.9992 0.0402</w:t>
        <w:br/>
        <w:t>vn -0.1180 0.9926 0.0273</w:t>
        <w:br/>
        <w:t>vn -0.2534 0.9674 -0.0035</w:t>
        <w:br/>
        <w:t>vn -0.3782 -0.0325 -0.9252</w:t>
        <w:br/>
        <w:t>vn -0.2059 -0.9768 0.0584</w:t>
        <w:br/>
        <w:t>vn -0.2059 -0.9768 0.0583</w:t>
        <w:br/>
        <w:t>vn 0.2812 0.0362 0.9590</w:t>
        <w:br/>
        <w:t>vn -0.0919 -0.0132 -0.9957</w:t>
        <w:br/>
        <w:t>vn -0.0910 -0.0618 -0.9939</w:t>
        <w:br/>
        <w:t>vn -0.0556 -0.9976 0.0419</w:t>
        <w:br/>
        <w:t>vn -0.0555 -0.9976 0.0419</w:t>
        <w:br/>
        <w:t>vn -0.1303 0.0732 0.9888</w:t>
        <w:br/>
        <w:t>vn -0.1364 0.0103 0.9906</w:t>
        <w:br/>
        <w:t>vn 0.0096 0.0322 -0.9994</w:t>
        <w:br/>
        <w:t>vn -0.0063 -0.0388 -0.9992</w:t>
        <w:br/>
        <w:t>vn -0.1977 0.9787 -0.0546</w:t>
        <w:br/>
        <w:t>vn -0.2674 0.0385 0.9628</w:t>
        <w:br/>
        <w:t>vn 0.9726 0.2322 -0.0091</w:t>
        <w:br/>
        <w:t>vn 0.9726 0.2321 -0.0091</w:t>
        <w:br/>
        <w:t>vn 1.0000 0.0009 0.0000</w:t>
        <w:br/>
        <w:t>vn 1.0000 0.0009 0.0001</w:t>
        <w:br/>
        <w:t>vn -0.0041 0.9973 -0.0727</w:t>
        <w:br/>
        <w:t>vn 0.9730 -0.2305 0.0091</w:t>
        <w:br/>
        <w:t>vn 0.9730 -0.2305 0.0092</w:t>
        <w:br/>
        <w:t>vn -0.2959 -0.0575 0.9535</w:t>
        <w:br/>
        <w:t>vn -0.2785 0.1281 0.9518</w:t>
        <w:br/>
        <w:t>vn 0.0123 -0.1125 -0.9936</w:t>
        <w:br/>
        <w:t>vn -0.1901 0.0386 0.9810</w:t>
        <w:br/>
        <w:t>vn -0.3530 0.0368 0.9349</w:t>
        <w:br/>
        <w:t>vn -0.1900 0.0386 0.9810</w:t>
        <w:br/>
        <w:t>vn -0.0188 0.9992 -0.0366</w:t>
        <w:br/>
        <w:t>vn 0.0001 0.9992 -0.0393</w:t>
        <w:br/>
        <w:t>vn 0.2076 -0.0384 -0.9775</w:t>
        <w:br/>
        <w:t>vn 0.0661 -0.0392 -0.9970</w:t>
        <w:br/>
        <w:t>vn 0.0660 -0.0392 -0.9971</w:t>
        <w:br/>
        <w:t>vn 0.0189 -0.9991 0.0367</w:t>
        <w:br/>
        <w:t>vn -0.7487 0.0260 0.6624</w:t>
        <w:br/>
        <w:t>vn 0.0333 -0.9990 0.0289</w:t>
        <w:br/>
        <w:t>vn 0.1462 0.0388 0.9885</w:t>
        <w:br/>
        <w:t>vn -0.0331 0.9990 -0.0289</w:t>
        <w:br/>
        <w:t>vn -0.8276 -0.0219 -0.5609</w:t>
        <w:br/>
        <w:t>vn -0.8276 -0.0219 -0.5608</w:t>
        <w:br/>
        <w:t>vn -0.5272 -0.0335 -0.8491</w:t>
        <w:br/>
        <w:t>vn -0.0437 -0.9982 0.0411</w:t>
        <w:br/>
        <w:t>vn -0.0006 -0.9995 0.0317</w:t>
        <w:br/>
        <w:t>vn -0.0006 -0.9995 0.0316</w:t>
        <w:br/>
        <w:t>vn -0.0437 -0.9982 0.0412</w:t>
        <w:br/>
        <w:t>vn 0.6078 0.0311 0.7935</w:t>
        <w:br/>
        <w:t>vn 0.4655 0.0347 0.8844</w:t>
        <w:br/>
        <w:t>vn 0.0439 0.9982 -0.0416</w:t>
        <w:br/>
        <w:t>vn 0.0438 0.9982 -0.0416</w:t>
        <w:br/>
        <w:t>vn 0.0003 0.9995 -0.0316</w:t>
        <w:br/>
        <w:t>vn 0.0004 0.9995 -0.0317</w:t>
        <w:br/>
        <w:t>vn 0.0586 0.9973 -0.0439</w:t>
        <w:br/>
        <w:t>vn -0.9412 -0.0128 -0.3376</w:t>
        <w:br/>
        <w:t>vn -0.9412 -0.0128 -0.3377</w:t>
        <w:br/>
        <w:t>vn -0.0575 -0.9974 0.0429</w:t>
        <w:br/>
        <w:t>vn 0.0377 -0.9940 0.1026</w:t>
        <w:br/>
        <w:t>vn 0.0376 -0.9940 0.1025</w:t>
        <w:br/>
        <w:t>vn 0.3286 -0.9325 -0.1498</w:t>
        <w:br/>
        <w:t>vn 0.3287 -0.9325 -0.1497</w:t>
        <w:br/>
        <w:t>vn 0.7230 -0.4181 -0.5499</w:t>
        <w:br/>
        <w:t>vn 0.6965 0.3423 -0.6307</w:t>
        <w:br/>
        <w:t>vn 0.6964 0.3424 -0.6307</w:t>
        <w:br/>
        <w:t>vn 0.7230 -0.4183 -0.5499</w:t>
        <w:br/>
        <w:t>vn 0.6393 0.1026 0.7621</w:t>
        <w:br/>
        <w:t>vn 0.6393 0.1051 0.7617</w:t>
        <w:br/>
        <w:t>vn 0.6392 0.1053 0.7618</w:t>
        <w:br/>
        <w:t>vn -0.6393 -0.1079 -0.7613</w:t>
        <w:br/>
        <w:t>vn -0.6393 -0.1053 -0.7617</w:t>
        <w:br/>
        <w:t>vn -0.6393 -0.1051 -0.7618</w:t>
        <w:br/>
        <w:t>vn -0.6393 -0.1078 -0.7614</w:t>
        <w:br/>
        <w:t>vn -0.6393 -0.1025 -0.7621</w:t>
        <w:br/>
        <w:t>vn -0.6392 -0.1052 -0.7618</w:t>
        <w:br/>
        <w:t>vn -0.6392 -0.1079 -0.7615</w:t>
        <w:br/>
        <w:t>vn -0.6392 -0.1053 -0.7618</w:t>
        <w:br/>
        <w:t>vn -0.6392 -0.1078 -0.7614</w:t>
        <w:br/>
        <w:t>vn 0.7682 -0.0472 -0.6385</w:t>
        <w:br/>
        <w:t>vn 0.7681 -0.0471 -0.6386</w:t>
        <w:br/>
        <w:t>vn 0.7683 -0.0472 -0.6383</w:t>
        <w:br/>
        <w:t>vn 0.7682 -0.0471 -0.6385</w:t>
        <w:br/>
        <w:t>vn 0.0390 -0.9938 0.1042</w:t>
        <w:br/>
        <w:t>vn 0.0390 -0.9938 0.1043</w:t>
        <w:br/>
        <w:t>vn 0.6393 0.1054 0.7617</w:t>
        <w:br/>
        <w:t>vn 0.6392 0.1080 0.7614</w:t>
        <w:br/>
        <w:t>vn 0.6393 0.1078 0.7614</w:t>
        <w:br/>
        <w:t>vn -0.2592 -0.9042 0.3394</w:t>
        <w:br/>
        <w:t>vn 0.6393 0.1028 0.7620</w:t>
        <w:br/>
        <w:t>vn 0.6393 0.1053 0.7617</w:t>
        <w:br/>
        <w:t>vn 0.6394 0.1078 0.7613</w:t>
        <w:br/>
        <w:t>vn 0.6393 0.1079 0.7614</w:t>
        <w:br/>
        <w:t>vn -0.6393 -0.1027 -0.7621</w:t>
        <w:br/>
        <w:t>vn 0.2590 0.9041 -0.3399</w:t>
        <w:br/>
        <w:t>vn 0.2592 0.9040 -0.3399</w:t>
        <w:br/>
        <w:t>vn -0.7233 0.4177 0.5499</w:t>
        <w:br/>
        <w:t>vn -0.3290 0.9324 0.1498</w:t>
        <w:br/>
        <w:t>vn -0.3294 0.9323 0.1497</w:t>
        <w:br/>
        <w:t>vn -0.7232 0.4179 0.5499</w:t>
        <w:br/>
        <w:t>vn -0.6964 -0.3426 0.6306</w:t>
        <w:br/>
        <w:t>vn 0.6393 0.1027 0.7621</w:t>
        <w:br/>
        <w:t>vn -0.6393 -0.1026 -0.7621</w:t>
        <w:br/>
        <w:t>vn 0.6394 0.1024 0.7620</w:t>
        <w:br/>
        <w:t>vn -0.6393 -0.1027 -0.7620</w:t>
        <w:br/>
        <w:t>vn 0.6392 0.1029 0.7621</w:t>
        <w:br/>
        <w:t>vn -0.6392 -0.1026 -0.7622</w:t>
        <w:br/>
        <w:t>vn -0.0379 0.9940 -0.1029</w:t>
        <w:br/>
        <w:t>vn -0.0381 0.9939 -0.1031</w:t>
        <w:br/>
        <w:t>vn -0.0378 0.9940 -0.1029</w:t>
        <w:br/>
        <w:t>vn -0.7687 0.0473 0.6378</w:t>
        <w:br/>
        <w:t>vn -0.7686 0.0472 0.6380</w:t>
        <w:br/>
        <w:t>vn -0.7688 0.0473 0.6378</w:t>
        <w:br/>
        <w:t>vn -0.7686 0.0472 0.6379</w:t>
        <w:br/>
        <w:t>vn -0.0376 0.9940 -0.1026</w:t>
        <w:br/>
        <w:t>vn -0.4184 0.2004 -0.8859</w:t>
        <w:br/>
        <w:t>vn -0.3239 0.0245 -0.9458</w:t>
        <w:br/>
        <w:t>vn -0.3238 0.0246 -0.9458</w:t>
        <w:br/>
        <w:t>vn 0.8312 -0.1436 -0.5371</w:t>
        <w:br/>
        <w:t>vn 0.7241 0.0954 -0.6830</w:t>
        <w:br/>
        <w:t>vn 0.7242 0.0954 -0.6830</w:t>
        <w:br/>
        <w:t>vn 0.5335 0.1371 -0.8346</w:t>
        <w:br/>
        <w:t>vn 0.2503 0.1049 -0.9625</w:t>
        <w:br/>
        <w:t>vn -0.0754 0.1178 -0.9902</w:t>
        <w:br/>
        <w:t>vn -0.0754 0.1177 -0.9902</w:t>
        <w:br/>
        <w:t>vn 0.7809 -0.0410 -0.6233</w:t>
        <w:br/>
        <w:t>vn 0.7809 -0.0411 -0.6233</w:t>
        <w:br/>
        <w:t>vn 0.2911 0.1073 0.9507</w:t>
        <w:br/>
        <w:t>vn -0.2516 -0.1297 0.9591</w:t>
        <w:br/>
        <w:t>vn 0.0873 -0.1484 0.9851</w:t>
        <w:br/>
        <w:t>vn 0.6709 0.1477 0.7267</w:t>
        <w:br/>
        <w:t>vn 0.4434 -0.2270 0.8671</w:t>
        <w:br/>
        <w:t>vn 0.6127 -0.2659 0.7443</w:t>
        <w:br/>
        <w:t>vn 0.7760 0.1224 0.6188</w:t>
        <w:br/>
        <w:t>vn -0.9801 -0.1981 0.0109</w:t>
        <w:br/>
        <w:t>vn -0.9342 -0.3543 0.0410</w:t>
        <w:br/>
        <w:t>vn -0.9597 -0.0937 0.2649</w:t>
        <w:br/>
        <w:t>vn -0.9796 0.0977 0.1757</w:t>
        <w:br/>
        <w:t>vn -0.8222 -0.5678 0.0398</w:t>
        <w:br/>
        <w:t>vn -0.8527 -0.3621 0.3765</w:t>
        <w:br/>
        <w:t>vn -0.7613 -0.6457 0.0587</w:t>
        <w:br/>
        <w:t>vn -0.7397 -0.4545 0.4962</w:t>
        <w:br/>
        <w:t>vn -0.7019 -0.6924 0.1671</w:t>
        <w:br/>
        <w:t>vn -0.5835 -0.7821 0.2188</w:t>
        <w:br/>
        <w:t>vn -0.4241 -0.8971 0.1241</w:t>
        <w:br/>
        <w:t>vn -0.3333 -0.9422 0.0352</w:t>
        <w:br/>
        <w:t>vn -0.3332 -0.9422 0.0352</w:t>
        <w:br/>
        <w:t>vn -0.8667 0.3823 0.3203</w:t>
        <w:br/>
        <w:t>vn -0.8688 0.1827 0.4602</w:t>
        <w:br/>
        <w:t>vn -0.7488 -0.0981 0.6555</w:t>
        <w:br/>
        <w:t>vn -0.5461 -0.1558 0.8231</w:t>
        <w:br/>
        <w:t>vn 0.0705 0.8436 0.5324</w:t>
        <w:br/>
        <w:t>vn 0.0705 0.8435 0.5324</w:t>
        <w:br/>
        <w:t>vn 0.0678 0.8125 0.5791</w:t>
        <w:br/>
        <w:t>vn 0.2281 0.7435 0.6286</w:t>
        <w:br/>
        <w:t>vn 0.4488 0.6624 0.5999</w:t>
        <w:br/>
        <w:t>vn 0.4488 0.6624 0.5998</w:t>
        <w:br/>
        <w:t>vn 0.5532 0.6053 0.5724</w:t>
        <w:br/>
        <w:t>vn 0.7184 0.4797 0.5038</w:t>
        <w:br/>
        <w:t>vn 0.7560 0.4846 0.4400</w:t>
        <w:br/>
        <w:t>vn 0.6587 0.5292 0.5349</w:t>
        <w:br/>
        <w:t>vn 0.7895 0.4869 0.3737</w:t>
        <w:br/>
        <w:t>vn 0.6331 0.2420 -0.7353</w:t>
        <w:br/>
        <w:t>vn 0.7809 -0.0410 -0.6234</w:t>
        <w:br/>
        <w:t>vn -0.0173 -0.2018 -0.9793</w:t>
        <w:br/>
        <w:t>vn -0.0173 -0.2017 -0.9793</w:t>
        <w:br/>
        <w:t>vn -0.3238 0.0245 -0.9458</w:t>
        <w:br/>
        <w:t>vn 0.6620 0.6562 -0.3622</w:t>
        <w:br/>
        <w:t>vn 0.6115 0.7890 -0.0599</w:t>
        <w:br/>
        <w:t>vn 0.7252 -0.6325 0.2722</w:t>
        <w:br/>
        <w:t>vn 0.7468 -0.5582 0.3615</w:t>
        <w:br/>
        <w:t>vn 0.7465 -0.5584 0.3618</w:t>
        <w:br/>
        <w:t>vn -0.6630 -0.6389 0.3901</w:t>
        <w:br/>
        <w:t>vn -0.6630 -0.6389 0.3902</w:t>
        <w:br/>
        <w:t>vn -0.6306 -0.7661 0.1241</w:t>
        <w:br/>
        <w:t>vn -0.6306 -0.7662 0.1241</w:t>
        <w:br/>
        <w:t>vn -0.6465 0.3532 -0.6762</w:t>
        <w:br/>
        <w:t>vn -0.7276 0.3968 -0.5596</w:t>
        <w:br/>
        <w:t>vn -0.3506 -0.1941 0.9162</w:t>
        <w:br/>
        <w:t>vn -0.4976 -0.2750 0.8227</w:t>
        <w:br/>
        <w:t>vn 0.3469 0.1764 -0.9212</w:t>
        <w:br/>
        <w:t>vn 0.4946 0.2574 -0.8301</w:t>
        <w:br/>
        <w:t>vn -0.7250 0.6828 -0.0902</w:t>
        <w:br/>
        <w:t>vn -0.7754 0.6028 -0.1883</w:t>
        <w:br/>
        <w:t>vn -0.5992 -0.3905 0.6989</w:t>
        <w:br/>
        <w:t>vn 0.6469 -0.7284 0.2256</w:t>
        <w:br/>
        <w:t>vn 0.6682 -0.7182 0.1942</w:t>
        <w:br/>
        <w:t>vn 0.6683 -0.7181 0.1942</w:t>
        <w:br/>
        <w:t>vn 0.5997 0.3806 -0.7039</w:t>
        <w:br/>
        <w:t>vn -0.7994 0.4968 -0.3378</w:t>
        <w:br/>
        <w:t>vn 0.5899 0.0085 0.8074</w:t>
        <w:br/>
        <w:t>vn 0.1824 -0.1463 0.9723</w:t>
        <w:br/>
        <w:t>vn 0.6442 -0.7632 -0.0495</w:t>
        <w:br/>
        <w:t>vn 0.6442 -0.7632 -0.0496</w:t>
        <w:br/>
        <w:t>vn 0.6166 -0.7530 -0.2299</w:t>
        <w:br/>
        <w:t>vn -0.5096 0.0612 -0.8583</w:t>
        <w:br/>
        <w:t>vn -0.1563 0.1510 -0.9761</w:t>
        <w:br/>
        <w:t>vn -0.4974 0.8311 0.2487</w:t>
        <w:br/>
        <w:t>vn -0.5881 0.7911 0.1680</w:t>
        <w:br/>
        <w:t>vn 0.8902 0.3206 0.3236</w:t>
        <w:br/>
        <w:t>vn 0.8450 0.2380 0.4788</w:t>
        <w:br/>
        <w:t>vn -0.7125 0.0068 -0.7016</w:t>
        <w:br/>
        <w:t>vn -0.7859 -0.1348 -0.6034</w:t>
        <w:br/>
        <w:t>vn -0.7860 -0.1348 -0.6034</w:t>
        <w:br/>
        <w:t>vn 0.4146 -0.6829 -0.6015</w:t>
        <w:br/>
        <w:t>vn 0.4146 -0.6829 -0.6014</w:t>
        <w:br/>
        <w:t>vn 0.5095 -0.7216 -0.4687</w:t>
        <w:br/>
        <w:t>vn 0.5094 -0.7216 -0.4687</w:t>
        <w:br/>
        <w:t>vn -0.4497 0.8919 -0.0480</w:t>
        <w:br/>
        <w:t>vn -0.4503 0.8859 0.1114</w:t>
        <w:br/>
        <w:t>vn -0.6610 0.7497 0.0309</w:t>
        <w:br/>
        <w:t>vn -0.1301 -0.1595 0.9786</w:t>
        <w:br/>
        <w:t>vn 0.1332 0.1475 -0.9801</w:t>
        <w:br/>
        <w:t>vn 0.6610 -0.7432 0.1034</w:t>
        <w:br/>
        <w:t>vn 0.6610 -0.7432 0.1035</w:t>
        <w:br/>
        <w:t>vn 0.2251 -0.2408 -0.9441</w:t>
        <w:br/>
        <w:t>vn -0.7126 0.0068 -0.7016</w:t>
        <w:br/>
        <w:t>vn -0.4602 0.2458 -0.8531</w:t>
        <w:br/>
        <w:t>vn -0.5102 0.2673 -0.8175</w:t>
        <w:br/>
        <w:t>vn -0.3828 0.0462 -0.9227</w:t>
        <w:br/>
        <w:t>vn -0.3828 0.0463 -0.9227</w:t>
        <w:br/>
        <w:t>vn 0.8640 -0.4919 -0.1069</w:t>
        <w:br/>
        <w:t>vn 0.8772 -0.2229 -0.4252</w:t>
        <w:br/>
        <w:t>vn 0.8773 -0.2229 -0.4251</w:t>
        <w:br/>
        <w:t>vn 0.8641 -0.4919 -0.1069</w:t>
        <w:br/>
        <w:t>vn -0.2051 0.1831 -0.9615</w:t>
        <w:br/>
        <w:t>vn 0.5134 0.6561 0.5532</w:t>
        <w:br/>
        <w:t>vn 0.4681 0.6822 0.5617</w:t>
        <w:br/>
        <w:t>vn 0.6650 0.7455 -0.0458</w:t>
        <w:br/>
        <w:t>vn 0.6650 0.7455 -0.0459</w:t>
        <w:br/>
        <w:t>vn 0.5198 0.8540 -0.0231</w:t>
        <w:br/>
        <w:t>vn 0.4549 0.8906 -0.0020</w:t>
        <w:br/>
        <w:t>vn 0.4548 0.8906 -0.0020</w:t>
        <w:br/>
        <w:t>vn 0.5461 0.5816 0.6030</w:t>
        <w:br/>
        <w:t>vn 0.5461 0.5815 0.6030</w:t>
        <w:br/>
        <w:t>vn 0.8327 -0.5538 0.0039</w:t>
        <w:br/>
        <w:t>vn 0.8327 -0.5538 0.0038</w:t>
        <w:br/>
        <w:t>vn -0.7442 -0.4110 -0.5266</w:t>
        <w:br/>
        <w:t>vn -0.7325 -0.3615 -0.5769</w:t>
        <w:br/>
        <w:t>vn -0.7324 -0.3615 -0.5769</w:t>
        <w:br/>
        <w:t>vn -0.8905 0.4390 0.1195</w:t>
        <w:br/>
        <w:t>vn -0.8192 0.5676 -0.0823</w:t>
        <w:br/>
        <w:t>vn -0.8905 0.4390 0.1196</w:t>
        <w:br/>
        <w:t>vn -0.8780 0.1572 0.4521</w:t>
        <w:br/>
        <w:t>vn -0.8780 0.1573 0.4521</w:t>
        <w:br/>
        <w:t>vn 0.2531 -0.2100 0.9444</w:t>
        <w:br/>
        <w:t>vn 0.2531 -0.2101 0.9444</w:t>
        <w:br/>
        <w:t>vn 0.5831 -0.3158 0.7485</w:t>
        <w:br/>
        <w:t>vn 0.6996 -0.3079 0.6448</w:t>
        <w:br/>
        <w:t>vn 0.6996 -0.3079 0.6447</w:t>
        <w:br/>
        <w:t>vn -0.7544 -0.4814 -0.4462</w:t>
        <w:br/>
        <w:t>vn -0.4919 -0.8339 0.2504</w:t>
        <w:br/>
        <w:t>vn -0.1982 -0.9788 0.0527</w:t>
        <w:br/>
        <w:t>vn -0.1222 -0.9901 -0.0698</w:t>
        <w:br/>
        <w:t>vn -0.3070 -0.1331 0.9423</w:t>
        <w:br/>
        <w:t>vn -0.0812 -0.0883 0.9928</w:t>
        <w:br/>
        <w:t>vn -0.7435 -0.6668 0.0499</w:t>
        <w:br/>
        <w:t>vn -0.7233 -0.6478 0.2391</w:t>
        <w:br/>
        <w:t>vn 0.0921 0.0880 -0.9919</w:t>
        <w:br/>
        <w:t>vn 0.3120 0.1376 -0.9401</w:t>
        <w:br/>
        <w:t>vn 0.6917 0.6784 0.2476</w:t>
        <w:br/>
        <w:t>vn 0.7443 0.6668 0.0378</w:t>
        <w:br/>
        <w:t>vn 0.6917 0.6784 0.2477</w:t>
        <w:br/>
        <w:t>vn -0.7170 -0.0902 0.6912</w:t>
        <w:br/>
        <w:t>vn -0.7341 -0.5904 -0.3355</w:t>
        <w:br/>
        <w:t>vn 0.7058 0.1052 -0.7006</w:t>
        <w:br/>
        <w:t>vn 0.7058 0.1052 -0.7005</w:t>
        <w:br/>
        <w:t>vn 0.4929 0.6508 0.5775</w:t>
        <w:br/>
        <w:t>vn -0.5024 -0.1924 0.8430</w:t>
        <w:br/>
        <w:t>vn -0.6626 -0.4172 0.6220</w:t>
        <w:br/>
        <w:t>vn -0.7015 -0.6682 -0.2478</w:t>
        <w:br/>
        <w:t>vn -0.7110 -0.6851 -0.1585</w:t>
        <w:br/>
        <w:t>vn 0.5025 0.2018 -0.8407</w:t>
        <w:br/>
        <w:t>vn 0.5801 0.6777 0.4519</w:t>
        <w:br/>
        <w:t>vn -0.6627 -0.4172 0.6220</w:t>
        <w:br/>
        <w:t>vn -0.0769 -0.1745 -0.9816</w:t>
        <w:br/>
        <w:t>vn -0.0774 -0.1744 -0.9816</w:t>
        <w:br/>
        <w:t>vn 0.5067 0.4957 -0.7053</w:t>
        <w:br/>
        <w:t>vn 0.5067 0.4958 -0.7053</w:t>
        <w:br/>
        <w:t>vn 0.6544 0.7559 0.0197</w:t>
        <w:br/>
        <w:t>vn 0.6544 0.7559 0.0198</w:t>
        <w:br/>
        <w:t>vn 0.6692 -0.7429 -0.0187</w:t>
        <w:br/>
        <w:t>vn 0.7858 -0.6165 0.0495</w:t>
        <w:br/>
        <w:t>vn -0.6766 -0.7318 0.0816</w:t>
        <w:br/>
        <w:t>vn -0.7289 -0.4972 0.4707</w:t>
        <w:br/>
        <w:t>vn -0.6746 0.4320 -0.5986</w:t>
        <w:br/>
        <w:t>vn -0.7397 0.5797 -0.3418</w:t>
        <w:br/>
        <w:t>vn -0.3064 -0.1576 0.9388</w:t>
        <w:br/>
        <w:t>vn -0.5131 -0.1368 0.8474</w:t>
        <w:br/>
        <w:t>vn -0.3064 -0.1577 0.9388</w:t>
        <w:br/>
        <w:t>vn 0.4631 -0.8863 0.0019</w:t>
        <w:br/>
        <w:t>vn 0.5033 -0.8632 -0.0395</w:t>
        <w:br/>
        <w:t>vn 0.5032 -0.8632 -0.0395</w:t>
        <w:br/>
        <w:t>vn 0.3057 0.1399 -0.9418</w:t>
        <w:br/>
        <w:t>vn 0.3056 0.1399 -0.9418</w:t>
        <w:br/>
        <w:t>vn 0.4740 0.0747 -0.8773</w:t>
        <w:br/>
        <w:t>vn -0.6714 0.7410 0.0095</w:t>
        <w:br/>
        <w:t>vn -0.5622 0.8183 0.1193</w:t>
        <w:br/>
        <w:t>vn -0.6714 0.7410 0.0094</w:t>
        <w:br/>
        <w:t>vn 0.5691 0.0753 -0.8188</w:t>
        <w:br/>
        <w:t>vn 0.8831 0.2917 0.3676</w:t>
        <w:br/>
        <w:t>vn 0.8328 0.2212 0.5075</w:t>
        <w:br/>
        <w:t>vn 0.8327 0.2212 0.5075</w:t>
        <w:br/>
        <w:t>vn -0.7105 0.0102 -0.7036</w:t>
        <w:br/>
        <w:t>vn -0.8094 -0.1833 -0.5580</w:t>
        <w:br/>
        <w:t>vn 0.3928 -0.7018 -0.5943</w:t>
        <w:br/>
        <w:t>vn 0.4684 -0.7464 -0.4728</w:t>
        <w:br/>
        <w:t>vn -0.4039 0.9147 0.0154</w:t>
        <w:br/>
        <w:t>vn -0.3737 0.9191 0.1251</w:t>
        <w:br/>
        <w:t>vn 0.5068 -0.8310 -0.2293</w:t>
        <w:br/>
        <w:t>vn -0.6123 -0.0137 -0.7905</w:t>
        <w:br/>
        <w:t>vn -0.3421 0.9038 0.2572</w:t>
        <w:br/>
        <w:t>vn 0.6539 0.0483 0.7551</w:t>
        <w:br/>
        <w:t>vn 0.6539 0.0483 0.7550</w:t>
        <w:br/>
        <w:t>vn 0.3952 -0.1184 0.9110</w:t>
        <w:br/>
        <w:t>vn 0.0711 -0.2510 0.9654</w:t>
        <w:br/>
        <w:t>vn 0.4562 -0.8830 -0.1106</w:t>
        <w:br/>
        <w:t>vn 0.4563 -0.8830 -0.1106</w:t>
        <w:br/>
        <w:t>vn 0.4427 -0.8920 -0.0915</w:t>
        <w:br/>
        <w:t>vn -0.3252 0.1509 -0.9335</w:t>
        <w:br/>
        <w:t>vn -0.0248 0.2572 -0.9660</w:t>
        <w:br/>
        <w:t>vn -0.3720 0.8781 0.3010</w:t>
        <w:br/>
        <w:t>vn -0.4647 0.8303 0.3076</w:t>
        <w:br/>
        <w:t>vn -0.4646 0.8303 0.3076</w:t>
        <w:br/>
        <w:t>vn -0.1702 -0.2558 0.9516</w:t>
        <w:br/>
        <w:t>vn 0.4482 -0.8930 -0.0400</w:t>
        <w:br/>
        <w:t>vn 0.1837 0.2539 -0.9496</w:t>
        <w:br/>
        <w:t>vn 0.1837 0.2540 -0.9496</w:t>
        <w:br/>
        <w:t>vn -0.5278 0.8176 0.2300</w:t>
        <w:br/>
        <w:t>vn -0.5278 0.8177 0.2299</w:t>
        <w:br/>
        <w:t>vn 0.1882 -0.2753 -0.9428</w:t>
        <w:br/>
        <w:t>vn 0.1881 -0.2753 -0.9428</w:t>
        <w:br/>
        <w:t>vn -0.4431 0.2629 -0.8570</w:t>
        <w:br/>
        <w:t>vn -0.4431 0.2629 -0.8571</w:t>
        <w:br/>
        <w:t>vn 0.7148 0.5162 -0.4719</w:t>
        <w:br/>
        <w:t>vn 0.7700 0.6373 -0.0310</w:t>
        <w:br/>
        <w:t>vn 0.6897 -0.7214 0.0618</w:t>
        <w:br/>
        <w:t>vn 0.6586 -0.7409 0.1316</w:t>
        <w:br/>
        <w:t>vn 0.6585 -0.7409 0.1316</w:t>
        <w:br/>
        <w:t>vn -0.6716 -0.4950 0.5513</w:t>
        <w:br/>
        <w:t>vn -0.7679 -0.6097 0.1964</w:t>
        <w:br/>
        <w:t>vn -0.6299 0.5318 -0.5660</w:t>
        <w:br/>
        <w:t>vn -0.7279 0.5773 -0.3700</w:t>
        <w:br/>
        <w:t>vn -0.3826 -0.2577 0.8873</w:t>
        <w:br/>
        <w:t>vn -0.3826 -0.2576 0.8873</w:t>
        <w:br/>
        <w:t>vn 0.7215 -0.6893 -0.0662</w:t>
        <w:br/>
        <w:t>vn 0.7214 -0.6893 -0.0662</w:t>
        <w:br/>
        <w:t>vn 0.4137 0.2308 -0.8807</w:t>
        <w:br/>
        <w:t>vn 0.4137 0.2307 -0.8807</w:t>
        <w:br/>
        <w:t>vn -0.7896 0.6135 0.0075</w:t>
        <w:br/>
        <w:t>vn 0.7751 0.5112 0.3714</w:t>
        <w:br/>
        <w:t>vn 0.6766 0.2310 0.6992</w:t>
        <w:br/>
        <w:t>vn -0.7705 -0.5296 -0.3547</w:t>
        <w:br/>
        <w:t>vn -0.6850 -0.2507 -0.6840</w:t>
        <w:br/>
        <w:t>vn 0.5920 -0.7652 -0.2528</w:t>
        <w:br/>
        <w:t>vn 0.5590 -0.7712 -0.3045</w:t>
        <w:br/>
        <w:t>vn 0.5920 -0.7652 -0.2529</w:t>
        <w:br/>
        <w:t>vn -0.4630 0.8593 0.2175</w:t>
        <w:br/>
        <w:t>vn -0.4631 0.8149 0.3485</w:t>
        <w:br/>
        <w:t>vn -0.4630 0.8149 0.3485</w:t>
        <w:br/>
        <w:t>vn -0.2117 -0.2176 0.9528</w:t>
        <w:br/>
        <w:t>vn 0.7169 -0.6815 -0.1467</w:t>
        <w:br/>
        <w:t>vn 0.2341 0.1934 -0.9528</w:t>
        <w:br/>
        <w:t>vn -0.7458 0.6160 0.2536</w:t>
        <w:br/>
        <w:t>vn 0.3542 -0.1190 0.9276</w:t>
        <w:br/>
        <w:t>vn 0.6466 -0.7266 -0.2322</w:t>
        <w:br/>
        <w:t>vn 0.6466 -0.7267 -0.2322</w:t>
        <w:br/>
        <w:t>vn -0.3473 0.1202 -0.9300</w:t>
        <w:br/>
        <w:t>vn -0.3473 0.1201 -0.9300</w:t>
        <w:br/>
        <w:t>vn -0.5602 0.6805 0.4723</w:t>
        <w:br/>
        <w:t>vn -0.5602 0.6806 0.4723</w:t>
        <w:br/>
        <w:t>vn 0.0907 -0.2616 0.9609</w:t>
        <w:br/>
        <w:t>vn 0.7043 -0.6877 -0.1763</w:t>
        <w:br/>
        <w:t>vn 0.0830 0.2432 -0.9664</w:t>
        <w:br/>
        <w:t>vn -0.7024 0.6024 0.3791</w:t>
        <w:br/>
        <w:t>vn -0.0694 -0.2528 0.9650</w:t>
        <w:br/>
        <w:t>vn 0.6884 -0.6983 -0.1961</w:t>
        <w:br/>
        <w:t>vn -0.6519 0.6013 0.4621</w:t>
        <w:br/>
        <w:t>vn -0.6518 0.6013 0.4621</w:t>
        <w:br/>
        <w:t>vn -0.0809 0.2626 -0.9615</w:t>
        <w:br/>
        <w:t>vn -0.0809 0.2625 -0.9615</w:t>
        <w:br/>
        <w:t>vn 0.1674 -0.2918 -0.9417</w:t>
        <w:br/>
        <w:t>vn 0.1673 -0.2918 -0.9417</w:t>
        <w:br/>
        <w:t>vn -0.3594 0.0552 -0.9315</w:t>
        <w:br/>
        <w:t>vn -0.3594 0.0553 -0.9315</w:t>
        <w:br/>
        <w:t>vn 0.7653 0.6097 -0.2063</w:t>
        <w:br/>
        <w:t>vn 0.7654 0.6096 -0.2063</w:t>
        <w:br/>
        <w:t>vn 0.7134 0.6820 0.1610</w:t>
        <w:br/>
        <w:t>vn 0.7134 0.6820 0.1611</w:t>
        <w:br/>
        <w:t>vn 0.7345 -0.6672 -0.1240</w:t>
        <w:br/>
        <w:t>vn 0.6392 -0.7688 0.0168</w:t>
        <w:br/>
        <w:t>vn 0.6392 -0.7689 0.0168</w:t>
        <w:br/>
        <w:t>vn -0.7218 -0.5752 0.3848</w:t>
        <w:br/>
        <w:t>vn -0.7518 -0.6592 0.0162</w:t>
        <w:br/>
        <w:t>vn -0.6565 0.7433 -0.1289</w:t>
        <w:br/>
        <w:t>vn -0.6640 0.7477 -0.0010</w:t>
        <w:br/>
        <w:t>vn -0.6640 0.7478 -0.0010</w:t>
        <w:br/>
        <w:t>vn -0.1441 -0.3248 0.9347</w:t>
        <w:br/>
        <w:t>vn -0.2112 -0.2832 0.9355</w:t>
        <w:br/>
        <w:t>vn -0.2111 -0.2832 0.9355</w:t>
        <w:br/>
        <w:t>vn 0.5105 -0.8449 -0.1599</w:t>
        <w:br/>
        <w:t>vn 0.5183 -0.8335 -0.1917</w:t>
        <w:br/>
        <w:t>vn 0.5183 -0.8335 -0.1916</w:t>
        <w:br/>
        <w:t>vn 0.1494 0.3086 -0.9394</w:t>
        <w:br/>
        <w:t>vn 0.2075 0.2637 -0.9420</w:t>
        <w:br/>
        <w:t>vn -0.5748 0.7622 0.2977</w:t>
        <w:br/>
        <w:t>vn -0.5876 0.7531 0.2957</w:t>
        <w:br/>
        <w:t>vn -0.5877 0.7531 0.2957</w:t>
        <w:br/>
        <w:t>vn -0.5747 0.7623 0.2977</w:t>
        <w:br/>
        <w:t>vn 0.8667 0.2646 0.4228</w:t>
        <w:br/>
        <w:t>vn 0.7721 0.1629 0.6143</w:t>
        <w:br/>
        <w:t>vn 0.8667 0.2646 0.4229</w:t>
        <w:br/>
        <w:t>vn -0.7031 0.0223 -0.7108</w:t>
        <w:br/>
        <w:t>vn -0.7031 0.0222 -0.7107</w:t>
        <w:br/>
        <w:t>vn -0.7486 -0.1226 -0.6516</w:t>
        <w:br/>
        <w:t>vn 0.5320 -0.7912 -0.3017</w:t>
        <w:br/>
        <w:t>vn 0.5380 -0.8107 -0.2309</w:t>
        <w:br/>
        <w:t>vn -0.3712 0.9282 0.0261</w:t>
        <w:br/>
        <w:t>vn -0.3515 0.9190 0.1785</w:t>
        <w:br/>
        <w:t>vn 0.5255 -0.8380 -0.1472</w:t>
        <w:br/>
        <w:t>vn -0.3942 0.1087 -0.9126</w:t>
        <w:br/>
        <w:t>vn -0.4132 0.8386 0.3551</w:t>
        <w:br/>
        <w:t>vn 0.4350 -0.0824 0.8967</w:t>
        <w:br/>
        <w:t>vn 0.4350 -0.0823 0.8967</w:t>
        <w:br/>
        <w:t>vn 0.0574 -0.2733 0.9602</w:t>
        <w:br/>
        <w:t>vn 0.0575 -0.2733 0.9602</w:t>
        <w:br/>
        <w:t>vn 0.5073 -0.8497 -0.1435</w:t>
        <w:br/>
        <w:t>vn -0.0295 0.2746 -0.9611</w:t>
        <w:br/>
        <w:t>vn -0.5290 0.7779 0.3392</w:t>
        <w:br/>
        <w:t>vn 0.7094 -0.1540 -0.6877</w:t>
        <w:br/>
        <w:t>vn 0.5468 0.3094 -0.7780</w:t>
        <w:br/>
        <w:t>vn 0.2756 0.1832 -0.9437</w:t>
        <w:br/>
        <w:t>vn 0.4937 -0.3111 -0.8121</w:t>
        <w:br/>
        <w:t>vn 0.7095 -0.1540 -0.6877</w:t>
        <w:br/>
        <w:t>vn 0.4936 -0.3112 -0.8121</w:t>
        <w:br/>
        <w:t>vn 0.5583 -0.7178 -0.4160</w:t>
        <w:br/>
        <w:t>vn 0.6985 -0.5670 -0.4366</w:t>
        <w:br/>
        <w:t>vn -0.4650 -0.3178 0.8263</w:t>
        <w:br/>
        <w:t>vn -0.2743 -0.2307 0.9336</w:t>
        <w:br/>
        <w:t>vn -0.2744 -0.2307 0.9335</w:t>
        <w:br/>
        <w:t>vn -0.5974 0.7511 0.2810</w:t>
        <w:br/>
        <w:t>vn -0.6372 0.7449 0.1978</w:t>
        <w:br/>
        <w:t>vn 0.1494 -0.2745 -0.9499</w:t>
        <w:br/>
        <w:t>vn 0.1499 -0.2743 -0.9499</w:t>
        <w:br/>
        <w:t>vn 0.1498 -0.2744 -0.9499</w:t>
        <w:br/>
        <w:t>vn 0.1496 -0.2744 -0.9499</w:t>
        <w:br/>
        <w:t>vn -0.4500 0.2633 -0.8534</w:t>
        <w:br/>
        <w:t>vn -0.4499 0.2633 -0.8534</w:t>
        <w:br/>
        <w:t>vn -0.7031 0.0222 -0.7108</w:t>
        <w:br/>
        <w:t>vn 0.3464 0.8856 0.3093</w:t>
        <w:br/>
        <w:t>vn 0.3464 0.8856 0.3092</w:t>
        <w:br/>
        <w:t>vn 0.2403 0.8376 0.4905</w:t>
        <w:br/>
        <w:t>vn 0.2402 0.8376 0.4906</w:t>
        <w:br/>
        <w:t>vn 0.1496 0.6766 0.7210</w:t>
        <w:br/>
        <w:t>vn 0.3415 0.5593 0.7554</w:t>
        <w:br/>
        <w:t>vn 0.2291 0.5761 0.7846</w:t>
        <w:br/>
        <w:t>vn -0.8403 0.4257 0.3358</w:t>
        <w:br/>
        <w:t>vn -0.7848 0.6155 0.0726</w:t>
        <w:br/>
        <w:t>vn -0.7848 0.6155 0.0727</w:t>
        <w:br/>
        <w:t>vn -0.7519 0.0798 0.6544</w:t>
        <w:br/>
        <w:t>vn -0.6145 -0.0795 0.7849</w:t>
        <w:br/>
        <w:t>vn -0.6860 -0.4692 0.5561</w:t>
        <w:br/>
        <w:t>vn -0.4589 -0.1544 0.8750</w:t>
        <w:br/>
        <w:t>vn -0.2847 -0.2053 0.9364</w:t>
        <w:br/>
        <w:t>vn -0.5280 -0.5217 0.6701</w:t>
        <w:br/>
        <w:t>vn 0.6567 0.6256 0.4211</w:t>
        <w:br/>
        <w:t>vn 0.7184 0.6369 0.2799</w:t>
        <w:br/>
        <w:t>vn -0.3295 0.2693 -0.9049</w:t>
        <w:br/>
        <w:t>vn -0.2913 0.1369 -0.9468</w:t>
        <w:br/>
        <w:t>vn -0.3296 0.2693 -0.9049</w:t>
        <w:br/>
        <w:t>vn 0.2684 0.1688 -0.9484</w:t>
        <w:br/>
        <w:t>vn 0.4398 0.1315 -0.8884</w:t>
        <w:br/>
        <w:t>vn 0.6031 0.0849 -0.7931</w:t>
        <w:br/>
        <w:t>vn 0.7478 -0.0159 -0.6638</w:t>
        <w:br/>
        <w:t>vn 0.7218 -0.6917 0.0246</w:t>
        <w:br/>
        <w:t>vn 0.8471 -0.4315 -0.3101</w:t>
        <w:br/>
        <w:t>vn 0.8471 -0.4316 -0.3101</w:t>
        <w:br/>
        <w:t>vn 0.7218 -0.6916 0.0247</w:t>
        <w:br/>
        <w:t>vn 0.5798 -0.3057 0.7552</w:t>
        <w:br/>
        <w:t>vn 0.3516 -0.3008 0.8865</w:t>
        <w:br/>
        <w:t>vn 0.4507 0.5705 0.6866</w:t>
        <w:br/>
        <w:t>vn 0.4506 0.5705 0.6867</w:t>
        <w:br/>
        <w:t>vn -0.0484 -0.2543 0.9659</w:t>
        <w:br/>
        <w:t>vn -0.3162 -0.6017 0.7335</w:t>
        <w:br/>
        <w:t>vn 0.0490 0.2086 -0.9768</w:t>
        <w:br/>
        <w:t>vn 0.5410 0.5898 0.5995</w:t>
        <w:br/>
        <w:t>vn 0.5410 0.5898 0.5996</w:t>
        <w:br/>
        <w:t>vn -0.2803 -0.9494 0.1414</w:t>
        <w:br/>
        <w:t>vn -0.1333 -0.9895 -0.0565</w:t>
        <w:br/>
        <w:t>vn -0.5052 -0.8002 0.3230</w:t>
        <w:br/>
        <w:t>vn -0.7400 -0.6656 0.0967</w:t>
        <w:br/>
        <w:t>vn -0.6497 -0.7179 0.2499</w:t>
        <w:br/>
        <w:t>vn -0.7993 -0.5961 -0.0766</w:t>
        <w:br/>
        <w:t>vn -0.7993 -0.5961 -0.0767</w:t>
        <w:br/>
        <w:t>vn -0.8376 -0.5082 -0.2004</w:t>
        <w:br/>
        <w:t>vn -0.8717 -0.3799 -0.3094</w:t>
        <w:br/>
        <w:t>vn -0.8376 -0.5082 -0.2005</w:t>
        <w:br/>
        <w:t>vn -0.8800 -0.2926 -0.3741</w:t>
        <w:br/>
        <w:t>vn 0.7343 0.1522 -0.6616</w:t>
        <w:br/>
        <w:t>vn 0.7343 0.1521 -0.6615</w:t>
        <w:br/>
        <w:t>vn -0.2913 0.1370 -0.9468</w:t>
        <w:br/>
        <w:t>vn 0.0055 -0.0380 -0.9993</w:t>
        <w:br/>
        <w:t>vn 0.0054 -0.0379 -0.9993</w:t>
        <w:br/>
        <w:t>vn -0.2257 0.3435 0.9116</w:t>
        <w:br/>
        <w:t>vn 0.1344 0.5614 0.8165</w:t>
        <w:br/>
        <w:t>vn 0.0828 0.6954 0.7139</w:t>
        <w:br/>
        <w:t>vn -0.3617 0.5363 0.7626</w:t>
        <w:br/>
        <w:t>vn -0.7868 -0.2733 0.5534</w:t>
        <w:br/>
        <w:t>vn -0.9340 -0.0864 0.3467</w:t>
        <w:br/>
        <w:t>vn 0.6500 0.6527 0.3892</w:t>
        <w:br/>
        <w:t>vn 0.7467 0.6408 0.1786</w:t>
        <w:br/>
        <w:t>vn 0.7791 0.6256 0.0414</w:t>
        <w:br/>
        <w:t>vn -0.5381 0.2918 -0.7907</w:t>
        <w:br/>
        <w:t>vn -0.4695 0.1380 -0.8721</w:t>
        <w:br/>
        <w:t>vn 0.7337 -0.2412 -0.6353</w:t>
        <w:br/>
        <w:t>vn 0.5521 -0.0449 -0.8326</w:t>
        <w:br/>
        <w:t>vn 0.5319 -0.3241 0.7823</w:t>
        <w:br/>
        <w:t>vn 0.5318 -0.3241 0.7824</w:t>
        <w:br/>
        <w:t>vn 0.6994 -0.3957 0.5952</w:t>
        <w:br/>
        <w:t>vn -0.5707 -0.4105 0.7112</w:t>
        <w:br/>
        <w:t>vn -0.3722 -0.4895 0.7886</w:t>
        <w:br/>
        <w:t>vn 0.2545 0.3037 0.9182</w:t>
        <w:br/>
        <w:t>vn 0.0037 0.2777 0.9607</w:t>
        <w:br/>
        <w:t>vn 0.0715 0.1026 -0.9921</w:t>
        <w:br/>
        <w:t>vn 0.0715 0.1027 -0.9921</w:t>
        <w:br/>
        <w:t>vn 0.3115 0.0725 -0.9475</w:t>
        <w:br/>
        <w:t>vn 0.5133 0.6333 0.5792</w:t>
        <w:br/>
        <w:t>vn 0.3162 0.5612 0.7649</w:t>
        <w:br/>
        <w:t>vn -0.9894 0.0827 0.1194</w:t>
        <w:br/>
        <w:t>vn -0.8131 0.4364 0.3853</w:t>
        <w:br/>
        <w:t>vn -0.8276 0.5097 0.2353</w:t>
        <w:br/>
        <w:t>vn -0.9866 0.1628 -0.0051</w:t>
        <w:br/>
        <w:t>vn 0.1752 0.8423 0.5098</w:t>
        <w:br/>
        <w:t>vn 0.2444 0.8892 0.3868</w:t>
        <w:br/>
        <w:t>vn 0.8539 -0.2048 -0.4785</w:t>
        <w:br/>
        <w:t>vn 0.8165 -0.4383 -0.3758</w:t>
        <w:br/>
        <w:t>vn 0.8165 -0.4383 -0.3759</w:t>
        <w:br/>
        <w:t>vn -0.3367 -0.9196 0.2022</w:t>
        <w:br/>
        <w:t>vn -0.2494 -0.9666 0.0583</w:t>
        <w:br/>
        <w:t>vn -0.5662 -0.7334 0.3763</w:t>
        <w:br/>
        <w:t>vn -0.6930 -0.6553 0.3006</w:t>
        <w:br/>
        <w:t>vn -0.8329 -0.5358 0.1385</w:t>
        <w:br/>
        <w:t>vn -0.9145 -0.4038 -0.0263</w:t>
        <w:br/>
        <w:t>vn -0.9450 -0.2172 -0.2445</w:t>
        <w:br/>
        <w:t>vn -0.9428 -0.2863 -0.1708</w:t>
        <w:br/>
        <w:t>vn 0.7418 0.1533 -0.6528</w:t>
        <w:br/>
        <w:t>vn 0.8538 -0.2048 -0.4785</w:t>
        <w:br/>
        <w:t>vn -0.1241 -0.1228 -0.9846</w:t>
        <w:br/>
        <w:t>vn -0.1241 -0.1227 -0.9846</w:t>
        <w:br/>
        <w:t>vn -0.1823 0.1522 -0.9714</w:t>
        <w:br/>
        <w:t>vn 0.1869 -0.1839 0.9650</w:t>
        <w:br/>
        <w:t>vn 0.1869 -0.1840 0.9650</w:t>
        <w:br/>
        <w:t>vn -0.4630 -0.8086 0.3630</w:t>
        <w:br/>
        <w:t>vn 0.7628 0.5888 0.2674</w:t>
        <w:br/>
        <w:t>vn 0.7627 0.5888 0.2675</w:t>
        <w:br/>
        <w:t>vn -0.7496 -0.5989 -0.2818</w:t>
        <w:br/>
        <w:t>vn 0.5467 -0.7572 -0.3574</w:t>
        <w:br/>
        <w:t>vn -0.5041 0.8443 0.1819</w:t>
        <w:br/>
        <w:t>vn -0.5040 0.8443 0.1820</w:t>
        <w:br/>
        <w:t>vn 0.6624 -0.7202 0.2062</w:t>
        <w:br/>
        <w:t>vn -0.4472 -0.0097 -0.8944</w:t>
        <w:br/>
        <w:t>vn 0.8072 -0.1538 -0.5699</w:t>
        <w:br/>
        <w:t>vn 0.7602 -0.3579 -0.5422</w:t>
        <w:br/>
        <w:t>vn 0.8009 -0.1161 0.5874</w:t>
        <w:br/>
        <w:t>vn -0.8158 0.0680 0.5744</w:t>
        <w:br/>
        <w:t>vn 0.4613 -0.3467 -0.8167</w:t>
        <w:br/>
        <w:t>vn 0.8263 -0.2179 -0.5194</w:t>
        <w:br/>
        <w:t>vn 0.7998 0.1997 0.5660</w:t>
        <w:br/>
        <w:t>vn -0.8129 -0.0151 0.5823</w:t>
        <w:br/>
        <w:t>vn -0.4359 -0.4408 -0.7847</w:t>
        <w:br/>
        <w:t>vn -0.6564 -0.4132 -0.6312</w:t>
        <w:br/>
        <w:t>vn -0.0993 -0.6246 -0.7746</w:t>
        <w:br/>
        <w:t>vn -0.6925 0.2458 0.6783</w:t>
        <w:br/>
        <w:t>vn 0.9939 -0.1084 -0.0226</w:t>
        <w:br/>
        <w:t>vn 0.6541 -0.1831 -0.7339</w:t>
        <w:br/>
        <w:t>vn 0.6903 0.1796 -0.7008</w:t>
        <w:br/>
        <w:t>vn 0.0563 -0.3589 0.9317</w:t>
        <w:br/>
        <w:t>vn 0.3627 0.8932 0.2659</w:t>
        <w:br/>
        <w:t>vn 0.9264 -0.0488 0.3734</w:t>
        <w:br/>
        <w:t>vn 0.8429 0.3686 0.3919</w:t>
        <w:br/>
        <w:t>vn -0.9153 0.3316 -0.2284</w:t>
        <w:br/>
        <w:t>vn -0.3945 -0.0192 0.9187</w:t>
        <w:br/>
        <w:t>vn -0.4050 -0.0104 0.9143</w:t>
        <w:br/>
        <w:t>vn -0.3871 -0.0538 0.9205</w:t>
        <w:br/>
        <w:t>vn 0.3579 0.1499 -0.9217</w:t>
        <w:br/>
        <w:t>vn 0.3489 0.1635 -0.9228</w:t>
        <w:br/>
        <w:t>vn 0.3854 0.1235 -0.9145</w:t>
        <w:br/>
        <w:t>vn 0.3854 0.1234 -0.9145</w:t>
        <w:br/>
        <w:t>vn -0.2581 -0.0062 0.9661</w:t>
        <w:br/>
        <w:t>vn -0.2580 -0.0062 0.9661</w:t>
        <w:br/>
        <w:t>vn -0.2656 -0.0124 0.9640</w:t>
        <w:br/>
        <w:t>vn -0.2945 -0.0008 0.9556</w:t>
        <w:br/>
        <w:t>vn 0.2662 0.0053 -0.9639</w:t>
        <w:br/>
        <w:t>vn 0.2700 0.0190 -0.9627</w:t>
        <w:br/>
        <w:t>vn 0.2563 0.0556 -0.9650</w:t>
        <w:br/>
        <w:t>vn 0.2564 0.0555 -0.9650</w:t>
        <w:br/>
        <w:t>vn 0.2455 0.0802 -0.9661</w:t>
        <w:br/>
        <w:t>vn -0.3519 -0.1129 0.9292</w:t>
        <w:br/>
        <w:t>vn -0.2885 -0.1262 0.9491</w:t>
        <w:br/>
        <w:t>vn 0.2951 0.1191 -0.9480</w:t>
        <w:br/>
        <w:t>vn 0.3583 0.1267 -0.9250</w:t>
        <w:br/>
        <w:t>vn -0.2707 -0.0978 0.9577</w:t>
        <w:br/>
        <w:t>vn -0.2708 -0.0978 0.9577</w:t>
        <w:br/>
        <w:t>vn -0.2546 -0.0462 0.9659</w:t>
        <w:br/>
        <w:t>vn -0.2420 -0.0069 0.9703</w:t>
        <w:br/>
        <w:t>vn 0.2482 -0.0014 -0.9687</w:t>
        <w:br/>
        <w:t>vn 0.2549 0.0355 -0.9663</w:t>
        <w:br/>
        <w:t>vn 0.2548 0.0355 -0.9663</w:t>
        <w:br/>
        <w:t>vn 0.2753 0.0863 -0.9575</w:t>
        <w:br/>
        <w:t>vn 0.2753 0.0864 -0.9575</w:t>
        <w:br/>
        <w:t>vn -0.7944 -0.4226 -0.4362</w:t>
        <w:br/>
        <w:t>vn -0.6650 -0.6271 -0.4057</w:t>
        <w:br/>
        <w:t>vn -0.6650 -0.6270 -0.4057</w:t>
        <w:br/>
        <w:t>vn 0.7007 0.6431 0.3089</w:t>
        <w:br/>
        <w:t>vn 0.8037 0.4877 0.3409</w:t>
        <w:br/>
        <w:t>vn 0.7008 0.6431 0.3088</w:t>
        <w:br/>
        <w:t>vn -0.7925 -0.5132 -0.3296</w:t>
        <w:br/>
        <w:t>vn -0.7089 -0.6380 -0.3007</w:t>
        <w:br/>
        <w:t>vn -0.7089 -0.6380 -0.3006</w:t>
        <w:br/>
        <w:t>vn 0.7039 0.5723 0.4208</w:t>
        <w:br/>
        <w:t>vn 0.7833 0.4343 0.4448</w:t>
        <w:br/>
        <w:t>vn 0.7833 0.4344 0.4448</w:t>
        <w:br/>
        <w:t>vn 0.7039 0.5723 0.4207</w:t>
        <w:br/>
        <w:t>vn 0.4568 0.8242 0.3348</w:t>
        <w:br/>
        <w:t>vn -0.3674 -0.8775 -0.3084</w:t>
        <w:br/>
        <w:t>vn -0.6051 0.7892 -0.1052</w:t>
        <w:br/>
        <w:t>vn -0.9199 0.2456 -0.3056</w:t>
        <w:br/>
        <w:t>vn 0.9259 -0.2045 0.3175</w:t>
        <w:br/>
        <w:t>vn 0.6504 -0.7461 0.1424</w:t>
        <w:br/>
        <w:t>vn -0.9172 -0.1829 -0.3540</w:t>
        <w:br/>
        <w:t>vn 0.9173 0.1852 0.3526</w:t>
        <w:br/>
        <w:t>vn 0.0135 0.9859 0.1670</w:t>
        <w:br/>
        <w:t>vn 0.0136 0.9859 0.1670</w:t>
        <w:br/>
        <w:t>vn 0.0672 -0.9888 -0.1333</w:t>
        <w:br/>
        <w:t>vn -0.8117 -0.3743 -0.4484</w:t>
        <w:br/>
        <w:t>vn 0.7859 0.4280 0.4462</w:t>
        <w:br/>
        <w:t>vn -0.7146 -0.6327 -0.2984</w:t>
        <w:br/>
        <w:t>vn 0.6814 0.6695 0.2957</w:t>
        <w:br/>
        <w:t>vn -0.8117 -0.3655 -0.4556</w:t>
        <w:br/>
        <w:t>vn -0.8117 -0.3655 -0.4555</w:t>
        <w:br/>
        <w:t>vn 0.7817 0.4355 0.4463</w:t>
        <w:br/>
        <w:t>vn 0.7817 0.4355 0.4464</w:t>
        <w:br/>
        <w:t>vn -0.4123 0.9097 -0.0493</w:t>
        <w:br/>
        <w:t>vn -0.4123 0.9097 -0.0494</w:t>
        <w:br/>
        <w:t>vn 0.1136 0.2904 0.9501</w:t>
        <w:br/>
        <w:t>vn 0.0897 0.2222 0.9709</w:t>
        <w:br/>
        <w:t>vn 0.1135 0.2904 0.9501</w:t>
        <w:br/>
        <w:t>vn -0.9923 -0.1240 0.0000</w:t>
        <w:br/>
        <w:t>vn -0.9401 0.3410 0.0000</w:t>
        <w:br/>
        <w:t>vn -0.1189 -0.3007 -0.9463</w:t>
        <w:br/>
        <w:t>vn -0.1189 -0.3008 -0.9463</w:t>
        <w:br/>
        <w:t>vn -0.0975 -0.2321 -0.9678</w:t>
        <w:br/>
        <w:t>vn 0.2313 -0.9729 -0.0001</w:t>
        <w:br/>
        <w:t>vn 0.2312 -0.9729 0.0001</w:t>
        <w:br/>
        <w:t>vn 0.2311 -0.9729 0.0004</w:t>
        <w:br/>
        <w:t>vn 0.9950 0.1000 -0.0077</w:t>
        <w:br/>
        <w:t>vn 0.9921 0.1253 -0.0110</w:t>
        <w:br/>
        <w:t>vn -0.9924 -0.1227 0.0119</w:t>
        <w:br/>
        <w:t>vn -0.9938 -0.1115 0.0016</w:t>
        <w:br/>
        <w:t>vn -0.0216 0.0123 0.9997</w:t>
        <w:br/>
        <w:t>vn -0.0396 0.0202 0.9990</w:t>
        <w:br/>
        <w:t>vn -0.8973 -0.4407 0.0232</w:t>
        <w:br/>
        <w:t>vn -0.8973 -0.4407 0.0233</w:t>
        <w:br/>
        <w:t>vn 0.0223 -0.0168 -0.9996</w:t>
        <w:br/>
        <w:t>vn 0.0222 -0.0168 -0.9996</w:t>
        <w:br/>
        <w:t>vn 0.0396 -0.0202 -0.9990</w:t>
        <w:br/>
        <w:t>vn 0.8928 0.4504 0.0007</w:t>
        <w:br/>
        <w:t>vn 0.8011 0.5985 0.0000</w:t>
        <w:br/>
        <w:t>vn 0.8929 0.4503 0.0007</w:t>
        <w:br/>
        <w:t>vn 0.0071 0.0109 0.9999</w:t>
        <w:br/>
        <w:t>vn 0.0416 0.0853 0.9955</w:t>
        <w:br/>
        <w:t>vn -0.9854 -0.1646 0.0436</w:t>
        <w:br/>
        <w:t>vn -0.9854 -0.1646 0.0437</w:t>
        <w:br/>
        <w:t>vn -0.9658 -0.2534 0.0557</w:t>
        <w:br/>
        <w:t>vn -0.0101 -0.0170 -0.9998</w:t>
        <w:br/>
        <w:t>vn -0.0504 -0.0916 -0.9945</w:t>
        <w:br/>
        <w:t>vn 0.9685 0.2490 -0.0022</w:t>
        <w:br/>
        <w:t>vn 0.9836 0.1799 -0.0100</w:t>
        <w:br/>
        <w:t>vn 0.9836 0.1799 -0.0101</w:t>
        <w:br/>
        <w:t>vn 0.9685 0.2490 -0.0023</w:t>
        <w:br/>
        <w:t>vn 0.3295 -0.1516 0.9319</w:t>
        <w:br/>
        <w:t>vn 0.3295 -0.1517 0.9319</w:t>
        <w:br/>
        <w:t>vn 0.3368 -0.1395 0.9312</w:t>
        <w:br/>
        <w:t>vn 0.3367 -0.1394 0.9312</w:t>
        <w:br/>
        <w:t>vn 0.3037 -0.1917 0.9333</w:t>
        <w:br/>
        <w:t>vn -0.2337 0.2592 -0.9371</w:t>
        <w:br/>
        <w:t>vn -0.2420 0.2727 -0.9312</w:t>
        <w:br/>
        <w:t>vn -0.2337 0.2593 -0.9371</w:t>
        <w:br/>
        <w:t>vn -0.2450 0.2385 -0.9397</w:t>
        <w:br/>
        <w:t>vn 0.1668 -0.1658 0.9720</w:t>
        <w:br/>
        <w:t>vn 0.1825 -0.1649 0.9693</w:t>
        <w:br/>
        <w:t>vn 0.1668 -0.1657 0.9720</w:t>
        <w:br/>
        <w:t>vn 0.1907 -0.1259 0.9735</w:t>
        <w:br/>
        <w:t>vn 0.1882 -0.0969 0.9773</w:t>
        <w:br/>
        <w:t>vn -0.1826 0.1608 -0.9699</w:t>
        <w:br/>
        <w:t>vn -0.1781 0.1644 -0.9702</w:t>
        <w:br/>
        <w:t>vn -0.1788 0.1980 -0.9638</w:t>
        <w:br/>
        <w:t>vn 0.2199 -0.2569 0.9411</w:t>
        <w:br/>
        <w:t>vn 0.2200 -0.2568 0.9411</w:t>
        <w:br/>
        <w:t>vn 0.2729 -0.2387 0.9320</w:t>
        <w:br/>
        <w:t>vn -0.2648 0.2439 -0.9329</w:t>
        <w:br/>
        <w:t>vn -0.2299 0.2605 -0.9377</w:t>
        <w:br/>
        <w:t>vn 0.1301 -0.2203 0.9667</w:t>
        <w:br/>
        <w:t>vn 0.1585 -0.1654 0.9734</w:t>
        <w:br/>
        <w:t>vn 0.1585 -0.1653 0.9734</w:t>
        <w:br/>
        <w:t>vn -0.1774 0.1510 -0.9725</w:t>
        <w:br/>
        <w:t>vn -0.1452 0.2201 -0.9646</w:t>
        <w:br/>
        <w:t>vn 0.8299 -0.3518 -0.4330</w:t>
        <w:br/>
        <w:t>vn 0.7065 -0.5632 -0.4286</w:t>
        <w:br/>
        <w:t>vn 0.7065 -0.5633 -0.4286</w:t>
        <w:br/>
        <w:t>vn -0.8667 0.3967 0.3023</w:t>
        <w:br/>
        <w:t>vn -0.7438 0.5958 0.3028</w:t>
        <w:br/>
        <w:t>vn 0.8488 -0.4251 -0.3143</w:t>
        <w:br/>
        <w:t>vn 0.7466 -0.5835 -0.3195</w:t>
        <w:br/>
        <w:t>vn -0.8360 0.3752 0.4003</w:t>
        <w:br/>
        <w:t>vn -0.7447 0.5248 0.4124</w:t>
        <w:br/>
        <w:t>vn -0.7447 0.5248 0.4123</w:t>
        <w:br/>
        <w:t>vn -0.4761 0.7851 0.3962</w:t>
        <w:br/>
        <w:t>vn 0.4134 -0.8242 -0.3870</w:t>
        <w:br/>
        <w:t>vn 0.9259 0.3367 -0.1712</w:t>
        <w:br/>
        <w:t>vn 0.9578 -0.0807 -0.2760</w:t>
        <w:br/>
        <w:t>vn -0.9223 -0.3573 0.1474</w:t>
        <w:br/>
        <w:t>vn -0.9223 -0.3574 0.1474</w:t>
        <w:br/>
        <w:t>vn -0.9710 0.0321 0.2370</w:t>
        <w:br/>
        <w:t>vn -0.0647 0.9512 0.3017</w:t>
        <w:br/>
        <w:t>vn 0.5485 0.8328 0.0750</w:t>
        <w:br/>
        <w:t>vn 0.5484 0.8328 0.0750</w:t>
        <w:br/>
        <w:t>vn -0.0017 -0.9597 -0.2809</w:t>
        <w:br/>
        <w:t>vn -0.5855 -0.8088 -0.0553</w:t>
        <w:br/>
        <w:t>vn 0.8457 -0.3051 -0.4379</w:t>
        <w:br/>
        <w:t>vn -0.8317 0.3714 0.4127</w:t>
        <w:br/>
        <w:t>vn -0.8316 0.3715 0.4128</w:t>
        <w:br/>
        <w:t>vn 0.7426 -0.5878 -0.3210</w:t>
        <w:br/>
        <w:t>vn -0.7180 0.6353 0.2844</w:t>
        <w:br/>
        <w:t>vn -0.7179 0.6353 0.2844</w:t>
        <w:br/>
        <w:t>vn -0.8235 0.3775 0.4236</w:t>
        <w:br/>
        <w:t>vn -0.8235 0.3775 0.4235</w:t>
        <w:br/>
        <w:t>vn 0.4074 0.9060 0.1146</w:t>
        <w:br/>
        <w:t>vn 0.4077 0.9059 0.1147</w:t>
        <w:br/>
        <w:t>vn 0.4071 0.9062 0.1145</w:t>
        <w:br/>
        <w:t>vn -0.0492 0.1438 0.9884</w:t>
        <w:br/>
        <w:t>vn -0.0792 0.1069 0.9911</w:t>
        <w:br/>
        <w:t>vn 0.9938 -0.1108 -0.0010</w:t>
        <w:br/>
        <w:t>vn 0.9344 0.3563 0.0000</w:t>
        <w:br/>
        <w:t>vn 0.0509 -0.0982 -0.9939</w:t>
        <w:br/>
        <w:t>vn 0.0240 -0.1410 -0.9897</w:t>
        <w:br/>
        <w:t>vn -0.1729 -0.9849 -0.0037</w:t>
        <w:br/>
        <w:t>vn -0.1729 -0.9849 -0.0038</w:t>
        <w:br/>
        <w:t>vn -0.9950 0.0960 -0.0264</w:t>
        <w:br/>
        <w:t>vn -0.9936 0.1115 -0.0169</w:t>
        <w:br/>
        <w:t>vn -0.9936 0.1115 -0.0168</w:t>
        <w:br/>
        <w:t>vn 0.9960 -0.0892 0.0000</w:t>
        <w:br/>
        <w:t>vn 0.9942 -0.1079 -0.0000</w:t>
        <w:br/>
        <w:t>vn 0.0279 0.0132 0.9995</w:t>
        <w:br/>
        <w:t>vn 0.0197 0.0114 0.9997</w:t>
        <w:br/>
        <w:t>vn 0.0198 0.0114 0.9997</w:t>
        <w:br/>
        <w:t>vn 0.9037 -0.4281 0.0024</w:t>
        <w:br/>
        <w:t>vn 0.0191 -0.0543 -0.9983</w:t>
        <w:br/>
        <w:t>vn -0.0053 -0.1049 -0.9945</w:t>
        <w:br/>
        <w:t>vn -0.0053 -0.1048 -0.9945</w:t>
        <w:br/>
        <w:t>vn -0.8423 0.5390 0.0082</w:t>
        <w:br/>
        <w:t>vn -0.9006 0.4346 0.0096</w:t>
        <w:br/>
        <w:t>vn 0.0049 0.0054 1.0000</w:t>
        <w:br/>
        <w:t>vn -0.0105 0.0912 0.9958</w:t>
        <w:br/>
        <w:t>vn -0.0104 0.0912 0.9958</w:t>
        <w:br/>
        <w:t>vn 0.9876 -0.1573 -0.0008</w:t>
        <w:br/>
        <w:t>vn 0.9875 -0.1574 -0.0008</w:t>
        <w:br/>
        <w:t>vn 0.9705 -0.2413 0.0025</w:t>
        <w:br/>
        <w:t>vn 0.9705 -0.2413 0.0024</w:t>
        <w:br/>
        <w:t>vn -0.0005 -0.0921 -0.9958</w:t>
        <w:br/>
        <w:t>vn 0.0227 -0.0018 -0.9997</w:t>
        <w:br/>
        <w:t>vn -0.9866 0.1633 -0.0028</w:t>
        <w:br/>
        <w:t>vn -0.9650 0.2623 0.0063</w:t>
        <w:br/>
        <w:t>vn 0.1179 -0.1795 0.9767</w:t>
        <w:br/>
        <w:t>vn 0.1180 -0.1794 0.9767</w:t>
        <w:br/>
        <w:t>vn -0.1323 0.1645 -0.9775</w:t>
        <w:br/>
        <w:t>vn -0.1805 0.2400 -0.9538</w:t>
        <w:br/>
        <w:t>vn -0.3204 0.0215 0.9470</w:t>
        <w:br/>
        <w:t>vn 0.0016 -0.9992 0.0402</w:t>
        <w:br/>
        <w:t>vn 0.1794 -0.9821 0.0577</w:t>
        <w:br/>
        <w:t>vn 0.2534 0.9674 -0.0035</w:t>
        <w:br/>
        <w:t>vn 0.3782 -0.0325 -0.9252</w:t>
        <w:br/>
        <w:t>vn 0.2059 -0.9768 0.0584</w:t>
        <w:br/>
        <w:t>vn 0.2059 -0.9768 0.0583</w:t>
        <w:br/>
        <w:t>vn -0.2812 0.0362 0.9590</w:t>
        <w:br/>
        <w:t>vn 0.0910 -0.0617 -0.9939</w:t>
        <w:br/>
        <w:t>vn 0.0919 -0.0132 -0.9957</w:t>
        <w:br/>
        <w:t>vn 0.0555 -0.9976 0.0420</w:t>
        <w:br/>
        <w:t>vn 0.0556 -0.9976 0.0419</w:t>
        <w:br/>
        <w:t>vn 0.1364 0.0103 0.9906</w:t>
        <w:br/>
        <w:t>vn 0.1303 0.0732 0.9888</w:t>
        <w:br/>
        <w:t>vn -0.0096 0.0322 -0.9994</w:t>
        <w:br/>
        <w:t>vn 0.0063 -0.0388 -0.9992</w:t>
        <w:br/>
        <w:t>vn 0.1977 0.9787 -0.0546</w:t>
        <w:br/>
        <w:t>vn 0.2674 0.0385 0.9628</w:t>
        <w:br/>
        <w:t>vn -0.9726 0.2322 -0.0091</w:t>
        <w:br/>
        <w:t>vn -1.0000 0.0009 0.0001</w:t>
        <w:br/>
        <w:t>vn -1.0000 0.0009 0.0000</w:t>
        <w:br/>
        <w:t>vn -0.9726 0.2321 -0.0091</w:t>
        <w:br/>
        <w:t>vn 0.0041 0.9973 -0.0727</w:t>
        <w:br/>
        <w:t>vn -0.9730 -0.2305 0.0092</w:t>
        <w:br/>
        <w:t>vn -0.9730 -0.2305 0.0091</w:t>
        <w:br/>
        <w:t>vn 0.2959 -0.0575 0.9535</w:t>
        <w:br/>
        <w:t>vn 0.2785 0.1281 0.9518</w:t>
        <w:br/>
        <w:t>vn -0.0123 -0.1125 -0.9936</w:t>
        <w:br/>
        <w:t>vn 0.0196 -0.9996 0.0207</w:t>
        <w:br/>
        <w:t>vn 0.0195 -0.9996 0.0207</w:t>
        <w:br/>
        <w:t>vn 0.0095 -1.0000 0.0002</w:t>
        <w:br/>
        <w:t>vn -0.7461 -0.1162 -0.6556</w:t>
        <w:br/>
        <w:t>vn -0.9038 -0.1078 -0.4142</w:t>
        <w:br/>
        <w:t>vn -0.9363 -0.1004 -0.3365</w:t>
        <w:br/>
        <w:t>vn -0.7329 -0.1602 -0.6612</w:t>
        <w:br/>
        <w:t>vn -0.8594 0.1277 0.4950</w:t>
        <w:br/>
        <w:t>vn -0.5809 0.2092 0.7866</w:t>
        <w:br/>
        <w:t>vn -0.3012 0.6760 0.6725</w:t>
        <w:br/>
        <w:t>vn -0.7040 0.5554 0.4427</w:t>
        <w:br/>
        <w:t>vn -0.0366 0.3908 0.9198</w:t>
        <w:br/>
        <w:t>vn 0.4628 -0.2020 -0.8631</w:t>
        <w:br/>
        <w:t>vn 0.4692 0.1470 -0.8708</w:t>
        <w:br/>
        <w:t>vn 0.8189 0.1018 -0.5648</w:t>
        <w:br/>
        <w:t>vn 0.8091 -0.1797 -0.5596</w:t>
        <w:br/>
        <w:t>vn -0.7953 -0.1397 -0.5898</w:t>
        <w:br/>
        <w:t>vn -0.7685 -0.2733 -0.5785</w:t>
        <w:br/>
        <w:t>vn -0.9449 -0.1476 -0.2923</w:t>
        <w:br/>
        <w:t>vn -0.9519 -0.1342 -0.2756</w:t>
        <w:br/>
        <w:t>vn 0.9864 -0.1275 -0.1038</w:t>
        <w:br/>
        <w:t>vn 0.9743 -0.0717 -0.2135</w:t>
        <w:br/>
        <w:t>vn 0.9786 -0.2055 0.0130</w:t>
        <w:br/>
        <w:t>vn -0.9209 -0.2135 -0.3261</w:t>
        <w:br/>
        <w:t>vn -0.9744 -0.1861 -0.1264</w:t>
        <w:br/>
        <w:t>vn -0.9778 -0.2035 0.0499</w:t>
        <w:br/>
        <w:t>vn 0.9737 -0.0230 0.2266</w:t>
        <w:br/>
        <w:t>vn 0.9980 -0.0457 -0.0440</w:t>
        <w:br/>
        <w:t>vn 0.9660 0.0995 -0.2388</w:t>
        <w:br/>
        <w:t>vn 0.9570 0.0641 -0.2830</w:t>
        <w:br/>
        <w:t>vn 0.9763 -0.1053 -0.1891</w:t>
        <w:br/>
        <w:t>vn 0.8045 0.2180 -0.5524</w:t>
        <w:br/>
        <w:t>vn 0.4332 0.3375 -0.8357</w:t>
        <w:br/>
        <w:t>vn 0.3895 0.2833 -0.8764</w:t>
        <w:br/>
        <w:t>vn 0.8167 0.0189 -0.5767</w:t>
        <w:br/>
        <w:t>vn -0.9312 -0.0707 -0.3577</w:t>
        <w:br/>
        <w:t>vn -0.9272 -0.3218 -0.1918</w:t>
        <w:br/>
        <w:t>vn -0.9168 -0.0013 -0.3994</w:t>
        <w:br/>
        <w:t>vn 0.5261 0.0206 0.8502</w:t>
        <w:br/>
        <w:t>vn 0.8996 0.0245 0.4360</w:t>
        <w:br/>
        <w:t>vn 0.9081 0.0942 0.4079</w:t>
        <w:br/>
        <w:t>vn 0.9288 -0.0852 -0.3606</w:t>
        <w:br/>
        <w:t>vn 0.7044 0.0707 -0.7063</w:t>
        <w:br/>
        <w:t>vn -0.8968 0.0977 -0.4316</w:t>
        <w:br/>
        <w:t>vn -0.5889 0.2912 -0.7540</w:t>
        <w:br/>
        <w:t>vn -0.8324 0.3010 -0.4653</w:t>
        <w:br/>
        <w:t>vn 0.0094 0.3367 0.9416</w:t>
        <w:br/>
        <w:t>vn 0.5482 0.3208 0.7724</w:t>
        <w:br/>
        <w:t>vn 0.3701 0.1425 0.9180</w:t>
        <w:br/>
        <w:t>vn -0.0836 0.2331 0.9689</w:t>
        <w:br/>
        <w:t>vn 0.7300 -0.0642 0.6804</w:t>
        <w:br/>
        <w:t>vn 0.8670 0.0380 0.4969</w:t>
        <w:br/>
        <w:t>vn 0.9309 -0.1953 0.3086</w:t>
        <w:br/>
        <w:t>vn 0.8205 -0.0231 0.5711</w:t>
        <w:br/>
        <w:t>vn 0.9300 -0.1856 0.3174</w:t>
        <w:br/>
        <w:t>vn 0.7445 0.2318 0.6261</w:t>
        <w:br/>
        <w:t>vn 0.8380 0.1631 0.5206</w:t>
        <w:br/>
        <w:t>vn 0.9038 0.3214 0.2826</w:t>
        <w:br/>
        <w:t>vn 0.7830 0.1658 -0.5995</w:t>
        <w:br/>
        <w:t>vn 0.5549 0.1544 -0.8174</w:t>
        <w:br/>
        <w:t>vn 0.5675 0.0960 -0.8178</w:t>
        <w:br/>
        <w:t>vn -0.7080 0.3714 -0.6006</w:t>
        <w:br/>
        <w:t>vn -0.7845 0.1478 -0.6022</w:t>
        <w:br/>
        <w:t>vn -0.6724 0.1139 -0.7313</w:t>
        <w:br/>
        <w:t>vn -0.5223 0.1791 -0.8337</w:t>
        <w:br/>
        <w:t>vn 0.0513 0.2482 0.9673</w:t>
        <w:br/>
        <w:t>vn -0.0338 0.2705 0.9621</w:t>
        <w:br/>
        <w:t>vn 0.6746 0.1118 0.7296</w:t>
        <w:br/>
        <w:t>vn 0.5994 0.1381 0.7885</w:t>
        <w:br/>
        <w:t>vn -0.0047 -0.0170 0.9998</w:t>
        <w:br/>
        <w:t>vn 0.4656 0.2085 0.8601</w:t>
        <w:br/>
        <w:t>vn 0.4888 -0.0508 0.8709</w:t>
        <w:br/>
        <w:t>vn 0.0553 -0.0144 0.9984</w:t>
        <w:br/>
        <w:t>vn 0.9651 -0.0107 0.2617</w:t>
        <w:br/>
        <w:t>vn 0.9752 0.0559 0.2142</w:t>
        <w:br/>
        <w:t>vn 0.7349 -0.1433 0.6629</w:t>
        <w:br/>
        <w:t>vn 0.7606 0.2149 0.6127</w:t>
        <w:br/>
        <w:t>vn 0.9077 0.3473 -0.2354</w:t>
        <w:br/>
        <w:t>vn 0.9899 0.0390 -0.1364</w:t>
        <w:br/>
        <w:t>vn 0.9096 0.1546 -0.3855</w:t>
        <w:br/>
        <w:t>vn -0.6606 0.0811 -0.7464</w:t>
        <w:br/>
        <w:t>vn -0.6017 0.4373 -0.6684</w:t>
        <w:br/>
        <w:t>vn -0.8593 0.2927 -0.4194</w:t>
        <w:br/>
        <w:t>vn -0.8972 0.0546 -0.4382</w:t>
        <w:br/>
        <w:t>vn -0.8933 0.2363 -0.3823</w:t>
        <w:br/>
        <w:t>vn -0.9775 0.1187 -0.1741</w:t>
        <w:br/>
        <w:t>vn 0.3353 -0.5879 0.7362</w:t>
        <w:br/>
        <w:t>vn 0.5633 -0.2657 0.7823</w:t>
        <w:br/>
        <w:t>vn -0.9509 -0.2692 -0.1526</w:t>
        <w:br/>
        <w:t>vn -0.9395 0.3318 -0.0847</w:t>
        <w:br/>
        <w:t>vn -0.9161 0.1456 -0.3737</w:t>
        <w:br/>
        <w:t>vn -0.8231 0.1924 -0.5342</w:t>
        <w:br/>
        <w:t>vn -0.8456 0.1346 -0.5165</w:t>
        <w:br/>
        <w:t>vn -0.5708 0.2846 -0.7702</w:t>
        <w:br/>
        <w:t>vn -0.6159 0.1239 -0.7780</w:t>
        <w:br/>
        <w:t>vn -0.9049 0.0330 -0.4244</w:t>
        <w:br/>
        <w:t>vn 0.0244 0.2828 0.9589</w:t>
        <w:br/>
        <w:t>vn 0.5205 0.2966 0.8007</w:t>
        <w:br/>
        <w:t>vn 0.8913 -0.1165 -0.4381</w:t>
        <w:br/>
        <w:t>vn 0.8811 -0.1436 -0.4506</w:t>
        <w:br/>
        <w:t>vn 0.7400 -0.1770 -0.6488</w:t>
        <w:br/>
        <w:t>vn 0.9932 0.0168 0.1150</w:t>
        <w:br/>
        <w:t>vn 0.9441 -0.0981 -0.3147</w:t>
        <w:br/>
        <w:t>vn 0.9767 -0.0291 -0.2127</w:t>
        <w:br/>
        <w:t>vn -0.5400 0.2861 0.7915</w:t>
        <w:br/>
        <w:t>vn -0.7177 0.2553 0.6479</w:t>
        <w:br/>
        <w:t>vn -0.4022 0.2694 0.8750</w:t>
        <w:br/>
        <w:t>vn -0.6268 -0.3257 -0.7078</w:t>
        <w:br/>
        <w:t>vn -0.6560 -0.1441 -0.7409</w:t>
        <w:br/>
        <w:t>vn 0.7606 -0.1557 -0.6303</w:t>
        <w:br/>
        <w:t>vn 0.9468 -0.3077 0.0941</w:t>
        <w:br/>
        <w:t>vn 0.9322 -0.3600 0.0369</w:t>
        <w:br/>
        <w:t>vn 0.8904 -0.4121 -0.1934</w:t>
        <w:br/>
        <w:t>vn 0.8881 -0.4052 -0.2168</w:t>
        <w:br/>
        <w:t>vn 0.7256 -0.4753 -0.4975</w:t>
        <w:br/>
        <w:t>vn 0.7138 -0.4809 -0.5091</w:t>
        <w:br/>
        <w:t>vn -0.3873 -0.4500 -0.8046</w:t>
        <w:br/>
        <w:t>vn -0.6153 -0.4510 -0.6466</w:t>
        <w:br/>
        <w:t>vn -0.6193 -0.5940 -0.5135</w:t>
        <w:br/>
        <w:t>vn -0.4733 -0.6362 -0.6093</w:t>
        <w:br/>
        <w:t>vn -0.8681 -0.4245 -0.2571</w:t>
        <w:br/>
        <w:t>vn -0.8413 -0.4605 -0.2832</w:t>
        <w:br/>
        <w:t>vn 0.9730 -0.1657 0.1607</w:t>
        <w:br/>
        <w:t>vn 0.6453 -0.0375 0.7630</w:t>
        <w:br/>
        <w:t>vn 0.9574 -0.2886 0.0146</w:t>
        <w:br/>
        <w:t>vn 0.9399 -0.2684 0.2109</w:t>
        <w:br/>
        <w:t>vn -0.8790 -0.3992 0.2607</w:t>
        <w:br/>
        <w:t>vn -0.8879 -0.3946 0.2366</w:t>
        <w:br/>
        <w:t>vn 0.5700 0.6831 0.4566</w:t>
        <w:br/>
        <w:t>vn 0.4015 0.7790 0.4816</w:t>
        <w:br/>
        <w:t>vn 0.1485 0.9168 0.3707</w:t>
        <w:br/>
        <w:t>vn 0.1934 0.9201 0.3406</w:t>
        <w:br/>
        <w:t>vn 0.7968 0.2410 0.5541</w:t>
        <w:br/>
        <w:t>vn 0.9085 0.2186 0.3560</w:t>
        <w:br/>
        <w:t>vn 0.7513 0.4991 0.4318</w:t>
        <w:br/>
        <w:t>vn 0.2555 0.7225 0.6424</w:t>
        <w:br/>
        <w:t>vn 0.3681 0.3522 0.8605</w:t>
        <w:br/>
        <w:t>vn 0.6388 0.3229 0.6983</w:t>
        <w:br/>
        <w:t>vn 0.4606 0.7152 0.5258</w:t>
        <w:br/>
        <w:t>vn -0.8300 0.4751 0.2922</w:t>
        <w:br/>
        <w:t>vn -0.8238 0.4663 0.3223</w:t>
        <w:br/>
        <w:t>vn -0.9798 0.1164 0.1625</w:t>
        <w:br/>
        <w:t>vn -0.9471 0.0840 0.3097</w:t>
        <w:br/>
        <w:t>vn -0.8717 -0.1648 -0.4614</w:t>
        <w:br/>
        <w:t>vn -0.5873 -0.1926 -0.7861</w:t>
        <w:br/>
        <w:t>vn 0.6726 -0.1203 -0.7302</w:t>
        <w:br/>
        <w:t>vn 0.6689 -0.1169 -0.7341</w:t>
        <w:br/>
        <w:t>vn 0.9329 -0.0529 -0.3561</w:t>
        <w:br/>
        <w:t>vn 0.8717 -0.1160 -0.4761</w:t>
        <w:br/>
        <w:t>vn -0.4477 -0.1093 0.8875</w:t>
        <w:br/>
        <w:t>vn -0.6568 -0.0995 0.7475</w:t>
        <w:br/>
        <w:t>vn -0.5600 -0.0623 0.8262</w:t>
        <w:br/>
        <w:t>vn -0.3204 -0.0917 0.9428</w:t>
        <w:br/>
        <w:t>vn -0.7003 -0.0195 -0.7136</w:t>
        <w:br/>
        <w:t>vn -0.5231 -0.0096 -0.8522</w:t>
        <w:br/>
        <w:t>vn -0.4735 -0.0084 -0.8808</w:t>
        <w:br/>
        <w:t>vn 0.9428 -0.1211 0.3106</w:t>
        <w:br/>
        <w:t>vn 0.9746 -0.1445 -0.1708</w:t>
        <w:br/>
        <w:t>vn 0.9189 -0.3376 -0.2041</w:t>
        <w:br/>
        <w:t>vn 0.8508 -0.3662 -0.3770</w:t>
        <w:br/>
        <w:t>vn 0.9231 -0.2951 0.2465</w:t>
        <w:br/>
        <w:t>vn -0.9140 -0.2553 -0.3155</w:t>
        <w:br/>
        <w:t>vn -0.9227 -0.3548 0.1506</w:t>
        <w:br/>
        <w:t>vn 0.6487 -0.1689 -0.7420</w:t>
        <w:br/>
        <w:t>vn 0.6125 -0.2210 -0.7589</w:t>
        <w:br/>
        <w:t>vn 0.5438 -0.2463 -0.8023</w:t>
        <w:br/>
        <w:t>vn 0.5784 -0.1883 -0.7937</w:t>
        <w:br/>
        <w:t>vn 0.5344 -0.5478 -0.6437</w:t>
        <w:br/>
        <w:t>vn 0.4002 -0.6592 -0.6367</w:t>
        <w:br/>
        <w:t>vn 0.2923 -0.8750 -0.3860</w:t>
        <w:br/>
        <w:t>vn 0.2269 -0.9050 -0.3598</w:t>
        <w:br/>
        <w:t>vn -0.7397 -0.0390 -0.6719</w:t>
        <w:br/>
        <w:t>vn -0.9787 -0.0069 -0.2052</w:t>
        <w:br/>
        <w:t>vn -0.9837 -0.0725 -0.1646</w:t>
        <w:br/>
        <w:t>vn -0.4499 0.0910 -0.8884</w:t>
        <w:br/>
        <w:t>vn 0.8259 -0.1128 0.5524</w:t>
        <w:br/>
        <w:t>vn 0.6835 -0.0379 -0.7290</w:t>
        <w:br/>
        <w:t>vn 0.4392 -0.0030 -0.8984</w:t>
        <w:br/>
        <w:t>vn 0.4804 -0.0166 -0.8769</w:t>
        <w:br/>
        <w:t>vn 0.6178 -0.1019 -0.7797</w:t>
        <w:br/>
        <w:t>vn 0.4385 -0.0461 -0.8975</w:t>
        <w:br/>
        <w:t>vn 0.9943 0.0670 0.0832</w:t>
        <w:br/>
        <w:t>vn 0.9138 0.0460 -0.4035</w:t>
        <w:br/>
        <w:t>vn 0.8673 0.1852 -0.4620</w:t>
        <w:br/>
        <w:t>vn 0.6646 0.1678 -0.7281</w:t>
        <w:br/>
        <w:t>vn -0.6565 -0.0444 -0.7530</w:t>
        <w:br/>
        <w:t>vn -0.5111 -0.0389 -0.8587</w:t>
        <w:br/>
        <w:t>vn -0.7134 0.0498 -0.6990</w:t>
        <w:br/>
        <w:t>vn -0.8801 0.1614 -0.4465</w:t>
        <w:br/>
        <w:t>vn -0.9525 0.2352 -0.1936</w:t>
        <w:br/>
        <w:t>vn -0.4553 -0.1421 0.8789</w:t>
        <w:br/>
        <w:t>vn -0.6983 -0.0243 0.7154</w:t>
        <w:br/>
        <w:t>vn -0.6912 -0.1821 0.6993</w:t>
        <w:br/>
        <w:t>vn -0.5023 -0.1516 0.8513</w:t>
        <w:br/>
        <w:t>vn 0.8456 -0.1329 0.5170</w:t>
        <w:br/>
        <w:t>vn 0.8564 -0.3674 0.3627</w:t>
        <w:br/>
        <w:t>vn 0.7681 -0.2654 0.5827</w:t>
        <w:br/>
        <w:t>vn 0.5169 -0.0919 -0.8511</w:t>
        <w:br/>
        <w:t>vn 0.4556 -0.0556 -0.8885</w:t>
        <w:br/>
        <w:t>vn 0.2525 -0.1695 -0.9526</w:t>
        <w:br/>
        <w:t>vn 0.2290 -0.0819 -0.9700</w:t>
        <w:br/>
        <w:t>vn -0.6458 -0.1952 -0.7382</w:t>
        <w:br/>
        <w:t>vn -0.3836 -0.1598 -0.9096</w:t>
        <w:br/>
        <w:t>vn -0.6686 -0.1800 -0.7215</w:t>
        <w:br/>
        <w:t>vn 0.3682 -0.1923 -0.9097</w:t>
        <w:br/>
        <w:t>vn 0.3714 -0.0917 -0.9240</w:t>
        <w:br/>
        <w:t>vn -0.9273 -0.1626 -0.3370</w:t>
        <w:br/>
        <w:t>vn 0.7613 -0.4187 -0.4951</w:t>
        <w:br/>
        <w:t>vn -0.0654 0.9386 -0.3387</w:t>
        <w:br/>
        <w:t>vn -0.0758 0.9642 -0.2542</w:t>
        <w:br/>
        <w:t>vn -0.0759 0.9642 -0.2542</w:t>
        <w:br/>
        <w:t>vn 0.2023 0.9583 -0.2018</w:t>
        <w:br/>
        <w:t>vn 0.3543 0.9351 -0.0131</w:t>
        <w:br/>
        <w:t>vn -0.2797 0.8308 0.4812</w:t>
        <w:br/>
        <w:t>vn -0.1987 0.9406 0.2752</w:t>
        <w:br/>
        <w:t>vn 0.1171 0.9457 -0.3034</w:t>
        <w:br/>
        <w:t>vn -0.0743 0.9261 -0.3699</w:t>
        <w:br/>
        <w:t>vn -0.0743 0.9261 -0.3700</w:t>
        <w:br/>
        <w:t>vn 0.8654 -0.2902 -0.4086</w:t>
        <w:br/>
        <w:t>vn 0.7915 -0.5052 -0.3439</w:t>
        <w:br/>
        <w:t>vn 0.1046 0.9145 -0.3909</w:t>
        <w:br/>
        <w:t>vn 0.8795 -0.0017 -0.4759</w:t>
        <w:br/>
        <w:t>vn 0.8721 -0.0248 -0.4887</w:t>
        <w:br/>
        <w:t>vn 0.4895 0.8389 0.2381</w:t>
        <w:br/>
        <w:t>vn -0.8546 0.2825 0.4357</w:t>
        <w:br/>
        <w:t>vn -0.8172 0.2664 0.5111</w:t>
        <w:br/>
        <w:t>vn 0.9241 0.0720 0.3754</w:t>
        <w:br/>
        <w:t>vn 0.9676 0.0670 0.2436</w:t>
        <w:br/>
        <w:t>vn 0.9676 0.0670 0.2435</w:t>
        <w:br/>
        <w:t>vn 0.8779 0.0449 -0.4767</w:t>
        <w:br/>
        <w:t>vn 0.8555 -0.1311 -0.5010</w:t>
        <w:br/>
        <w:t>vn 0.5604 0.7600 0.3291</w:t>
        <w:br/>
        <w:t>vn 0.5605 0.7600 0.3291</w:t>
        <w:br/>
        <w:t>vn 0.0364 -0.7217 0.6912</w:t>
        <w:br/>
        <w:t>vn 0.0177 -0.6838 0.7294</w:t>
        <w:br/>
        <w:t>vn -0.0144 -0.5579 0.8298</w:t>
        <w:br/>
        <w:t>vn 0.0630 -0.5952 0.8011</w:t>
        <w:br/>
        <w:t>vn 0.0629 -0.5952 0.8011</w:t>
        <w:br/>
        <w:t>vn 0.0491 -0.6390 0.7676</w:t>
        <w:br/>
        <w:t>vn -0.3243 0.7702 0.5492</w:t>
        <w:br/>
        <w:t>vn 0.1656 -0.4084 0.8977</w:t>
        <w:br/>
        <w:t>vn -0.8180 -0.4079 -0.4056</w:t>
        <w:br/>
        <w:t>vn -0.8799 -0.2767 -0.3862</w:t>
        <w:br/>
        <w:t>vn 0.1434 0.8783 -0.4561</w:t>
        <w:br/>
        <w:t>vn 0.1434 0.8783 -0.4562</w:t>
        <w:br/>
        <w:t>vn 0.1762 0.8631 -0.4733</w:t>
        <w:br/>
        <w:t>vn -0.9377 -0.0011 -0.3474</w:t>
        <w:br/>
        <w:t>vn -0.9412 0.0767 -0.3291</w:t>
        <w:br/>
        <w:t>vn -0.9412 0.0768 -0.3291</w:t>
        <w:br/>
        <w:t>vn 0.8341 0.3894 -0.3908</w:t>
        <w:br/>
        <w:t>vn 0.8341 0.3893 -0.3908</w:t>
        <w:br/>
        <w:t>vn -0.6921 0.1347 0.7091</w:t>
        <w:br/>
        <w:t>vn -0.7482 0.1987 0.6331</w:t>
        <w:br/>
        <w:t>vn -0.7482 0.1987 0.6330</w:t>
        <w:br/>
        <w:t>vn -0.8167 0.4105 -0.4056</w:t>
        <w:br/>
        <w:t>vn -0.8891 0.0538 -0.4546</w:t>
        <w:br/>
        <w:t>vn -0.8167 0.4105 -0.4055</w:t>
        <w:br/>
        <w:t>vn -0.8935 -0.1248 -0.4314</w:t>
        <w:br/>
        <w:t>vn 0.0513 0.9606 -0.2733</w:t>
        <w:br/>
        <w:t>vn 0.0513 0.9605 -0.2735</w:t>
        <w:br/>
        <w:t>vn 0.5737 0.7606 -0.3037</w:t>
        <w:br/>
        <w:t>vn -0.9259 -0.1227 -0.3572</w:t>
        <w:br/>
        <w:t>vn -0.9074 -0.1624 -0.3876</w:t>
        <w:br/>
        <w:t>vn -0.9074 -0.1625 -0.3877</w:t>
        <w:br/>
        <w:t>vn 0.8581 -0.1564 -0.4891</w:t>
        <w:br/>
        <w:t>vn 0.7712 -0.0171 0.6363</w:t>
        <w:br/>
        <w:t>vn 0.8626 0.0322 0.5049</w:t>
        <w:br/>
        <w:t>vn 0.8626 0.0321 0.5049</w:t>
        <w:br/>
        <w:t>vn -0.6391 0.0966 0.7630</w:t>
        <w:br/>
        <w:t>vn -0.5972 0.0542 0.8003</w:t>
        <w:br/>
        <w:t>vn -0.5972 0.0542 0.8002</w:t>
        <w:br/>
        <w:t>vn -0.9406 -0.0344 -0.3377</w:t>
        <w:br/>
        <w:t>vn 0.8771 -0.1318 -0.4619</w:t>
        <w:br/>
        <w:t>vn 0.8813 -0.1087 -0.4598</w:t>
        <w:br/>
        <w:t>vn -0.9701 0.2426 0.0086</w:t>
        <w:br/>
        <w:t>vn -0.9581 0.2845 -0.0319</w:t>
        <w:br/>
        <w:t>vn -0.9364 0.3406 0.0840</w:t>
        <w:br/>
        <w:t>vn -0.9632 0.2680 0.0205</w:t>
        <w:br/>
        <w:t>vn -0.8512 0.5205 0.0674</w:t>
        <w:br/>
        <w:t>vn -0.9448 0.3018 -0.1277</w:t>
        <w:br/>
        <w:t>vn 0.9831 0.1819 0.0211</w:t>
        <w:br/>
        <w:t>vn 0.9169 0.2365 0.3215</w:t>
        <w:br/>
        <w:t>vn 0.9662 0.2444 0.0820</w:t>
        <w:br/>
        <w:t>vn 0.9814 0.1876 -0.0417</w:t>
        <w:br/>
        <w:t>vn 0.8980 0.4215 -0.1261</w:t>
        <w:br/>
        <w:t>vn 0.8426 0.5335 -0.0736</w:t>
        <w:br/>
        <w:t>vn -0.8154 0.5169 0.2607</w:t>
        <w:br/>
        <w:t>vn -0.9370 0.2611 0.2320</w:t>
        <w:br/>
        <w:t>vn -0.9460 0.2517 0.2043</w:t>
        <w:br/>
        <w:t>vn -0.8201 0.4683 0.3290</w:t>
        <w:br/>
        <w:t>vn -0.8914 0.4170 0.1777</w:t>
        <w:br/>
        <w:t>vn 0.7616 0.5840 0.2811</w:t>
        <w:br/>
        <w:t>vn 0.8196 0.4798 0.3131</w:t>
        <w:br/>
        <w:t>vn 0.5778 0.5141 0.6339</w:t>
        <w:br/>
        <w:t>vn 0.5394 0.6747 0.5038</w:t>
        <w:br/>
        <w:t>vn 0.7372 0.2933 0.6087</w:t>
        <w:br/>
        <w:t>vn 0.9278 0.2187 0.3022</w:t>
        <w:br/>
        <w:t>vn 0.7797 0.1326 0.6119</w:t>
        <w:br/>
        <w:t>vn 0.9486 0.1228 0.2916</w:t>
        <w:br/>
        <w:t>vn -0.7653 0.3416 0.5455</w:t>
        <w:br/>
        <w:t>vn -0.7958 0.2680 0.5430</w:t>
        <w:br/>
        <w:t>vn -0.8643 0.2811 0.4170</w:t>
        <w:br/>
        <w:t>vn -0.8565 0.3051 0.4164</w:t>
        <w:br/>
        <w:t>vn -0.7158 0.5370 0.4465</w:t>
        <w:br/>
        <w:t>vn -0.7775 0.5217 0.3512</w:t>
        <w:br/>
        <w:t>vn -0.7303 0.5163 0.4473</w:t>
        <w:br/>
        <w:t>vn -0.8022 0.4824 0.3518</w:t>
        <w:br/>
        <w:t>vn 0.4092 0.5230 0.7477</w:t>
        <w:br/>
        <w:t>vn 0.4157 0.7062 0.5731</w:t>
        <w:br/>
        <w:t>vn 0.5889 0.3337 0.7361</w:t>
        <w:br/>
        <w:t>vn 0.6292 0.1517 0.7623</w:t>
        <w:br/>
        <w:t>vn -0.6739 0.2406 0.6986</w:t>
        <w:br/>
        <w:t>vn -0.7110 0.2480 0.6580</w:t>
        <w:br/>
        <w:t>vn -0.6878 0.3066 0.6580</w:t>
        <w:br/>
        <w:t>vn -0.6636 0.2683 0.6983</w:t>
        <w:br/>
        <w:t>vn -0.5626 0.6132 0.5545</w:t>
        <w:br/>
        <w:t>vn -0.6151 0.5821 0.5318</w:t>
        <w:br/>
        <w:t>vn -0.5028 0.5702 0.6496</w:t>
        <w:br/>
        <w:t>vn -0.5936 0.5550 0.5827</w:t>
        <w:br/>
        <w:t>vn -0.4019 0.8204 0.4066</w:t>
        <w:br/>
        <w:t>vn -0.2384 0.8243 0.5135</w:t>
        <w:br/>
        <w:t>vn -0.5875 0.6294 0.5086</w:t>
        <w:br/>
        <w:t>vn 0.0798 0.9523 0.2944</w:t>
        <w:br/>
        <w:t>vn -0.0092 0.9921 0.1250</w:t>
        <w:br/>
        <w:t>vn -0.0520 0.4428 0.8951</w:t>
        <w:br/>
        <w:t>vn 0.1502 0.3629 0.9196</w:t>
        <w:br/>
        <w:t>vn -0.0457 0.4406 0.8965</w:t>
        <w:br/>
        <w:t>vn 0.8394 -0.5225 -0.1498</w:t>
        <w:br/>
        <w:t>vn 0.5517 -0.8259 -0.1161</w:t>
        <w:br/>
        <w:t>vn 0.5475 -0.8284 -0.1180</w:t>
        <w:br/>
        <w:t>vn 0.8981 -0.3486 -0.2683</w:t>
        <w:br/>
        <w:t>vn -0.4883 -0.0268 0.8723</w:t>
        <w:br/>
        <w:t>vn -0.3229 -0.0343 0.9458</w:t>
        <w:br/>
        <w:t>vn -0.0498 0.1207 0.9914</w:t>
        <w:br/>
        <w:t>vn -0.4498 -0.0770 0.8898</w:t>
        <w:br/>
        <w:t>vn -0.4584 0.1859 0.8691</w:t>
        <w:br/>
        <w:t>vn 0.4767 -0.0533 0.8774</w:t>
        <w:br/>
        <w:t>vn 0.4780 -0.5139 0.7124</w:t>
        <w:br/>
        <w:t>vn 0.5634 -0.2657 0.7823</w:t>
        <w:br/>
        <w:t>vn -0.1662 0.2909 0.9422</w:t>
        <w:br/>
        <w:t>vn -0.4736 0.2669 0.8393</w:t>
        <w:br/>
        <w:t>vn 0.5940 0.3179 0.7390</w:t>
        <w:br/>
        <w:t>vn -0.0111 0.5607 0.8280</w:t>
        <w:br/>
        <w:t>vn -0.0112 0.5607 0.8280</w:t>
        <w:br/>
        <w:t>vn -0.0251 0.4952 0.8684</w:t>
        <w:br/>
        <w:t>vn 0.3165 0.8076 0.4976</w:t>
        <w:br/>
        <w:t>vn 0.0268 0.7848 0.6192</w:t>
        <w:br/>
        <w:t>vn 0.2192 0.7960 0.5642</w:t>
        <w:br/>
        <w:t>vn 0.0129 0.6555 0.7551</w:t>
        <w:br/>
        <w:t>vn 0.0200 0.7014 0.7124</w:t>
        <w:br/>
        <w:t>vn 0.0011 0.7386 0.6742</w:t>
        <w:br/>
        <w:t>vn 0.0091 0.7181 0.6959</w:t>
        <w:br/>
        <w:t>vn -0.0074 0.8506 0.5257</w:t>
        <w:br/>
        <w:t>vn 0.0161 0.8285 0.5597</w:t>
        <w:br/>
        <w:t>vn 0.0056 0.7221 0.6917</w:t>
        <w:br/>
        <w:t>vn 0.0200 0.8610 0.5083</w:t>
        <w:br/>
        <w:t>vn -0.4420 -0.8840 -0.1521</w:t>
        <w:br/>
        <w:t>vn -0.2042 -0.9748 0.0894</w:t>
        <w:br/>
        <w:t>vn -0.6869 -0.7110 -0.1506</w:t>
        <w:br/>
        <w:t>vn 0.9460 -0.2291 0.2292</w:t>
        <w:br/>
        <w:t>vn 0.8852 -0.4432 0.1416</w:t>
        <w:br/>
        <w:t>vn 0.5485 -0.8314 -0.0888</w:t>
        <w:br/>
        <w:t>vn 0.7894 -0.6072 -0.0905</w:t>
        <w:br/>
        <w:t>vn -0.1087 -0.9681 0.2257</w:t>
        <w:br/>
        <w:t>vn -0.9524 -0.2079 0.2228</w:t>
        <w:br/>
        <w:t>vn -0.9131 -0.3295 0.2401</w:t>
        <w:br/>
        <w:t>vn 0.5591 -0.8275 -0.0516</w:t>
        <w:br/>
        <w:t>vn 0.5591 -0.8275 -0.0517</w:t>
        <w:br/>
        <w:t>vn -0.8375 -0.5374 0.0989</w:t>
        <w:br/>
        <w:t>vn 0.7260 -0.6835 0.0756</w:t>
        <w:br/>
        <w:t>vn 0.6071 -0.7946 -0.0078</w:t>
        <w:br/>
        <w:t>vn 0.7261 -0.6835 0.0756</w:t>
        <w:br/>
        <w:t>vn -0.9598 0.0297 0.2791</w:t>
        <w:br/>
        <w:t>vn -0.9858 0.0134 0.1672</w:t>
        <w:br/>
        <w:t>vn -0.0738 -0.6941 0.7161</w:t>
        <w:br/>
        <w:t>vn -0.6981 -0.4245 0.5765</w:t>
        <w:br/>
        <w:t>vn -0.0737 -0.6941 0.7160</w:t>
        <w:br/>
        <w:t>vn 0.5979 -0.4887 0.6354</w:t>
        <w:br/>
        <w:t>vn 0.5978 -0.4887 0.6354</w:t>
        <w:br/>
        <w:t>vn 0.9658 0.0420 0.2560</w:t>
        <w:br/>
        <w:t>vn 0.9317 0.0035 0.3631</w:t>
        <w:br/>
        <w:t>vn 0.9318 0.0035 0.3631</w:t>
        <w:br/>
        <w:t>vn 0.8605 0.3720 0.3480</w:t>
        <w:br/>
        <w:t>vn 0.9878 0.1505 0.0406</w:t>
        <w:br/>
        <w:t>vn 0.4798 0.8693 -0.1190</w:t>
        <w:br/>
        <w:t>vn 0.3794 0.8730 -0.3064</w:t>
        <w:br/>
        <w:t>vn 0.4798 0.8692 -0.1190</w:t>
        <w:br/>
        <w:t>vn -0.2862 0.9568 -0.0521</w:t>
        <w:br/>
        <w:t>vn -0.2251 0.9287 -0.2949</w:t>
        <w:br/>
        <w:t>vn -0.1929 0.9750 0.1101</w:t>
        <w:br/>
        <w:t>vn 0.1411 0.9818 0.1273</w:t>
        <w:br/>
        <w:t>vn 0.0431 0.9623 0.2685</w:t>
        <w:br/>
        <w:t>vn 0.0430 0.9623 0.2685</w:t>
        <w:br/>
        <w:t>vn 0.3698 0.9291 -0.0009</w:t>
        <w:br/>
        <w:t>vn 0.3699 0.9291 -0.0009</w:t>
        <w:br/>
        <w:t>vn -0.0699 0.9715 0.2266</w:t>
        <w:br/>
        <w:t>vn 0.9857 0.1202 -0.1177</w:t>
        <w:br/>
        <w:t>vn 0.9541 0.2742 0.1205</w:t>
        <w:br/>
        <w:t>vn 0.9871 0.1355 -0.0855</w:t>
        <w:br/>
        <w:t>vn -0.9754 0.0524 -0.2141</w:t>
        <w:br/>
        <w:t>vn -0.9636 0.0459 -0.2635</w:t>
        <w:br/>
        <w:t>vn -0.9860 0.0492 -0.1594</w:t>
        <w:br/>
        <w:t>vn 0.0549 0.9982 -0.0230</w:t>
        <w:br/>
        <w:t>vn 0.1683 0.8689 -0.4656</w:t>
        <w:br/>
        <w:t>vn 0.0372 0.9990 -0.0229</w:t>
        <w:br/>
        <w:t>vn -0.0443 0.8884 -0.4570</w:t>
        <w:br/>
        <w:t>vn -0.0572 0.9437 0.3259</w:t>
        <w:br/>
        <w:t>vn 0.8246 0.3618 0.4348</w:t>
        <w:br/>
        <w:t>vn -0.0150 0.8826 0.4698</w:t>
        <w:br/>
        <w:t>vn -0.9999 -0.0053 -0.0085</w:t>
        <w:br/>
        <w:t>vn -0.9902 0.1290 0.0532</w:t>
        <w:br/>
        <w:t>vn 0.9138 0.2319 0.3335</w:t>
        <w:br/>
        <w:t>vn 0.8813 0.2900 0.3731</w:t>
        <w:br/>
        <w:t>vn -0.2174 -0.3419 -0.9143</w:t>
        <w:br/>
        <w:t>vn 0.5014 -0.2744 -0.8206</w:t>
        <w:br/>
        <w:t>vn 0.1934 -0.3342 -0.9225</w:t>
        <w:br/>
        <w:t>vn -0.0497 -0.3763 -0.9252</w:t>
        <w:br/>
        <w:t>vn 0.9213 -0.0317 -0.3876</w:t>
        <w:br/>
        <w:t>vn 0.8055 -0.1466 -0.5741</w:t>
        <w:br/>
        <w:t>vn -0.3687 -0.3330 -0.8678</w:t>
        <w:br/>
        <w:t>vn -0.6877 -0.1811 -0.7031</w:t>
        <w:br/>
        <w:t>vn -0.6829 -0.1971 -0.7034</w:t>
        <w:br/>
        <w:t>vn -0.8674 -0.1675 -0.4685</w:t>
        <w:br/>
        <w:t>vn -0.8888 -0.1968 -0.4140</w:t>
        <w:br/>
        <w:t>vn -0.9837 -0.0928 -0.1541</w:t>
        <w:br/>
        <w:t>vn 0.1911 -0.0570 0.9799</w:t>
        <w:br/>
        <w:t>vn 0.9859 -0.1200 0.1169</w:t>
        <w:br/>
        <w:t>vn 0.9852 0.0244 -0.1694</w:t>
        <w:br/>
        <w:t>vn 0.8311 -0.0301 -0.5554</w:t>
        <w:br/>
        <w:t>vn 0.2428 -0.0878 -0.9661</w:t>
        <w:br/>
        <w:t>vn 0.4749 -0.0726 -0.8771</w:t>
        <w:br/>
        <w:t>vn -0.5460 0.1015 0.8316</w:t>
        <w:br/>
        <w:t>vn -0.6734 0.1158 0.7301</w:t>
        <w:br/>
        <w:t>vn -0.8351 0.1446 0.5307</w:t>
        <w:br/>
        <w:t>vn -0.8969 0.1686 0.4089</w:t>
        <w:br/>
        <w:t>vn -0.9100 0.1637 0.3808</w:t>
        <w:br/>
        <w:t>vn -0.9584 0.1645 0.2333</w:t>
        <w:br/>
        <w:t>vn 0.9428 -0.2957 0.1539</w:t>
        <w:br/>
        <w:t>vn 0.5847 0.7541 0.2991</w:t>
        <w:br/>
        <w:t>vn 0.5847 0.7541 0.2992</w:t>
        <w:br/>
        <w:t>vn -0.4561 -0.6259 -0.6327</w:t>
        <w:br/>
        <w:t>vn -0.7023 -0.5769 -0.4171</w:t>
        <w:br/>
        <w:t>vn 0.8889 0.2274 0.3978</w:t>
        <w:br/>
        <w:t>vn -0.9435 0.3203 0.0848</w:t>
        <w:br/>
        <w:t>vn -0.8551 0.3770 0.3558</w:t>
        <w:br/>
        <w:t>vn -0.9647 0.2125 -0.1556</w:t>
        <w:br/>
        <w:t>vn -0.9693 0.2400 -0.0536</w:t>
        <w:br/>
        <w:t>vn -0.8730 0.3320 0.3574</w:t>
        <w:br/>
        <w:t>vn 0.8813 -0.3549 -0.3120</w:t>
        <w:br/>
        <w:t>vn 0.9471 0.3206 -0.0112</w:t>
        <w:br/>
        <w:t>vn -0.8300 -0.2234 -0.5110</w:t>
        <w:br/>
        <w:t>vn 0.8130 -0.2115 0.5425</w:t>
        <w:br/>
        <w:t>vn 0.7473 -0.1989 0.6340</w:t>
        <w:br/>
        <w:t>vn -0.5069 -0.0917 0.8571</w:t>
        <w:br/>
        <w:t>vn 0.6309 -0.0547 0.7740</w:t>
        <w:br/>
        <w:t>vn 0.6308 -0.0547 0.7740</w:t>
        <w:br/>
        <w:t>vn -0.5696 -0.0546 0.8201</w:t>
        <w:br/>
        <w:t>vn -0.7866 0.0730 0.6132</w:t>
        <w:br/>
        <w:t>vn -0.9448 -0.0971 -0.3131</w:t>
        <w:br/>
        <w:t>vn 0.9396 0.0688 -0.3353</w:t>
        <w:br/>
        <w:t>vn 0.9985 -0.0224 -0.0502</w:t>
        <w:br/>
        <w:t>vn 0.9915 0.0579 0.1166</w:t>
        <w:br/>
        <w:t>vn -0.4525 -0.0411 0.8908</w:t>
        <w:br/>
        <w:t>vn -0.2213 -0.0713 0.9726</w:t>
        <w:br/>
        <w:t>vn -0.9583 -0.1162 -0.2611</w:t>
        <w:br/>
        <w:t>vn 0.9962 0.0659 0.0566</w:t>
        <w:br/>
        <w:t>vn -0.5077 0.8027 -0.3130</w:t>
        <w:br/>
        <w:t>vn 0.1224 -0.0313 0.9920</w:t>
        <w:br/>
        <w:t>vn -0.3748 0.2746 0.8855</w:t>
        <w:br/>
        <w:t>vn 0.4661 0.1127 0.8775</w:t>
        <w:br/>
        <w:t>vn 0.8089 0.2133 0.5478</w:t>
        <w:br/>
        <w:t>vn -0.9475 0.1629 0.2751</w:t>
        <w:br/>
        <w:t>vn -0.9259 0.1456 0.3487</w:t>
        <w:br/>
        <w:t>vn -0.9958 -0.0173 0.0895</w:t>
        <w:br/>
        <w:t>vn -0.9990 -0.0009 0.0449</w:t>
        <w:br/>
        <w:t>vn -0.7564 0.2619 0.5994</w:t>
        <w:br/>
        <w:t>vn -0.9551 -0.2069 -0.2121</w:t>
        <w:br/>
        <w:t>vn -0.9537 -0.2341 0.1890</w:t>
        <w:br/>
        <w:t>vn -0.8324 0.0377 0.5528</w:t>
        <w:br/>
        <w:t>vn 0.9699 0.1334 0.2035</w:t>
        <w:br/>
        <w:t>vn 0.7806 0.2601 0.5684</w:t>
        <w:br/>
        <w:t>vn -0.7754 -0.0726 -0.6273</w:t>
        <w:br/>
        <w:t>vn -0.9220 -0.0748 -0.3799</w:t>
        <w:br/>
        <w:t>vn 0.7100 -0.0750 -0.7002</w:t>
        <w:br/>
        <w:t>vn 0.9059 -0.0824 -0.4155</w:t>
        <w:br/>
        <w:t>vn -0.8743 -0.4842 -0.0345</w:t>
        <w:br/>
        <w:t>vn -0.8063 -0.0108 0.5914</w:t>
        <w:br/>
        <w:t>vn 0.9901 0.1336 0.0434</w:t>
        <w:br/>
        <w:t>vn 0.9898 0.1323 -0.0537</w:t>
        <w:br/>
        <w:t>vn 0.9866 0.1603 -0.0306</w:t>
        <w:br/>
        <w:t>vn 0.9819 0.1817 0.0527</w:t>
        <w:br/>
        <w:t>vn -0.1207 0.9852 -0.1219</w:t>
        <w:br/>
        <w:t>vn -0.1538 0.9870 0.0471</w:t>
        <w:br/>
        <w:t>vn -0.9872 -0.0868 0.1341</w:t>
        <w:br/>
        <w:t>vn -0.9923 -0.1089 0.0587</w:t>
        <w:br/>
        <w:t>vn -0.9900 -0.1055 -0.0934</w:t>
        <w:br/>
        <w:t>vn -0.9905 -0.0679 -0.1200</w:t>
        <w:br/>
        <w:t>vn -0.7922 -0.0528 0.6080</w:t>
        <w:br/>
        <w:t>vn -0.9967 -0.0357 0.0727</w:t>
        <w:br/>
        <w:t>vn -0.9047 0.1251 0.4074</w:t>
        <w:br/>
        <w:t>vn -0.5592 0.4793 0.6765</w:t>
        <w:br/>
        <w:t>vn -0.8649 0.1034 0.4911</w:t>
        <w:br/>
        <w:t>vn -0.7630 -0.0629 0.6433</w:t>
        <w:br/>
        <w:t>vn -0.9039 -0.3326 0.2690</w:t>
        <w:br/>
        <w:t>vn -0.8031 -0.0621 0.5927</w:t>
        <w:br/>
        <w:t>vn -0.7795 0.3129 0.5426</w:t>
        <w:br/>
        <w:t>vn -0.9066 0.1013 0.4096</w:t>
        <w:br/>
        <w:t>vn -0.9312 -0.0053 0.3645</w:t>
        <w:br/>
        <w:t>vn -0.8618 -0.5014 0.0762</w:t>
        <w:br/>
        <w:t>vn -0.8622 -0.4966 0.0998</w:t>
        <w:br/>
        <w:t>vn -0.9992 -0.0082 -0.0401</w:t>
        <w:br/>
        <w:t>vn -0.9626 0.0988 0.2523</w:t>
        <w:br/>
        <w:t>vn -0.9830 -0.1133 0.1441</w:t>
        <w:br/>
        <w:t>vn -0.9748 0.0337 0.2205</w:t>
        <w:br/>
        <w:t>vn 0.8550 0.5180 -0.0246</w:t>
        <w:br/>
        <w:t>vn 0.8609 0.5057 0.0565</w:t>
        <w:br/>
        <w:t>vn 0.8670 0.4981 -0.0144</w:t>
        <w:br/>
        <w:t>vn 0.8871 0.4589 0.0491</w:t>
        <w:br/>
        <w:t>vn -0.5499 0.0318 0.8346</w:t>
        <w:br/>
        <w:t>vn -0.7246 -0.3288 0.6057</w:t>
        <w:br/>
        <w:t>vn -0.9520 0.1941 0.2367</w:t>
        <w:br/>
        <w:t>vn -0.9686 -0.1800 0.1713</w:t>
        <w:br/>
        <w:t>vn -0.7333 0.1015 0.6723</w:t>
        <w:br/>
        <w:t>vn -0.8618 -0.4633 0.2066</w:t>
        <w:br/>
        <w:t>vn -0.9533 -0.0675 0.2945</w:t>
        <w:br/>
        <w:t>vn -0.9375 -0.2325 0.2590</w:t>
        <w:br/>
        <w:t>vn -0.7932 -0.1540 0.5892</w:t>
        <w:br/>
        <w:t>vn -0.8950 -0.2327 0.3806</w:t>
        <w:br/>
        <w:t>vn 0.8639 0.5019 -0.0421</w:t>
        <w:br/>
        <w:t>vn -0.6597 -0.4879 0.5716</w:t>
        <w:br/>
        <w:t>vn -0.9394 0.1679 0.2989</w:t>
        <w:br/>
        <w:t>vn -0.8923 0.3634 0.2678</w:t>
        <w:br/>
        <w:t>vn -0.4423 0.8552 0.2701</w:t>
        <w:br/>
        <w:t>vn -0.0480 0.9487 0.3124</w:t>
        <w:br/>
        <w:t>vn 0.7544 0.4318 0.4944</w:t>
        <w:br/>
        <w:t>vn 0.6098 0.3689 -0.7015</w:t>
        <w:br/>
        <w:t>vn 0.8591 0.1590 -0.4865</w:t>
        <w:br/>
        <w:t>vn 0.7566 -0.1235 -0.6421</w:t>
        <w:br/>
        <w:t>vn 0.5305 -0.3182 -0.7857</w:t>
        <w:br/>
        <w:t>vn 0.4194 -0.4252 -0.8021</w:t>
        <w:br/>
        <w:t>vn 0.5159 -0.6072 -0.6043</w:t>
        <w:br/>
        <w:t>vn 0.5776 0.4785 -0.6614</w:t>
        <w:br/>
        <w:t>vn 0.6130 0.4613 -0.6414</w:t>
        <w:br/>
        <w:t>vn 0.5659 -0.1177 -0.8161</w:t>
        <w:br/>
        <w:t>vn -0.9954 0.0907 0.0322</w:t>
        <w:br/>
        <w:t>vn -0.9309 0.2916 0.2199</w:t>
        <w:br/>
        <w:t>vn -0.9958 0.0834 -0.0388</w:t>
        <w:br/>
        <w:t>vn 0.9585 0.0302 0.2836</w:t>
        <w:br/>
        <w:t>vn 0.9975 0.0565 -0.0427</w:t>
        <w:br/>
        <w:t>vn 0.8219 -0.2730 -0.4999</w:t>
        <w:br/>
        <w:t>vn 0.7811 -0.1465 -0.6070</w:t>
        <w:br/>
        <w:t>vn -0.9988 -0.0069 -0.0485</w:t>
        <w:br/>
        <w:t>vn -0.9981 0.0172 -0.0597</w:t>
        <w:br/>
        <w:t>vn -0.8956 0.2741 0.3504</w:t>
        <w:br/>
        <w:t>vn -0.9015 0.3051 0.3070</w:t>
        <w:br/>
        <w:t>vn -0.9369 0.2207 0.2713</w:t>
        <w:br/>
        <w:t>vn -0.9695 0.1598 0.1859</w:t>
        <w:br/>
        <w:t>vn -0.9946 0.0397 -0.0962</w:t>
        <w:br/>
        <w:t>vn -0.9854 0.0435 -0.1644</w:t>
        <w:br/>
        <w:t>vn -0.8813 0.4724 -0.0151</w:t>
        <w:br/>
        <w:t>vn -0.9747 0.0691 -0.2125</w:t>
        <w:br/>
        <w:t>vn -0.9978 0.0363 -0.0562</w:t>
        <w:br/>
        <w:t>vn -0.8649 0.4996 -0.0479</w:t>
        <w:br/>
        <w:t>vn -0.9918 0.0458 0.1195</w:t>
        <w:br/>
        <w:t>vn -0.8705 0.4826 0.0968</w:t>
        <w:br/>
        <w:t>vn -0.9679 0.0335 0.2492</w:t>
        <w:br/>
        <w:t>vn -0.8681 0.4455 0.2191</w:t>
        <w:br/>
        <w:t>vn -0.9376 0.3083 0.1608</w:t>
        <w:br/>
        <w:t>vn -0.9652 0.1874 -0.1822</w:t>
        <w:br/>
        <w:t>vn -0.9952 -0.0305 -0.0926</w:t>
        <w:br/>
        <w:t>vn 0.6764 0.1021 0.7294</w:t>
        <w:br/>
        <w:t>vn 0.5787 0.5324 0.6178</w:t>
        <w:br/>
        <w:t>vn 0.3234 0.5207 0.7901</w:t>
        <w:br/>
        <w:t>vn 0.3794 0.1159 0.9179</w:t>
        <w:br/>
        <w:t>vn 0.8820 0.0430 0.4693</w:t>
        <w:br/>
        <w:t>vn 0.8150 0.3653 0.4498</w:t>
        <w:br/>
        <w:t>vn 0.9434 0.3085 0.1214</w:t>
        <w:br/>
        <w:t>vn 0.9909 -0.0455 -0.1267</w:t>
        <w:br/>
        <w:t>vn 0.9362 0.3086 -0.1681</w:t>
        <w:br/>
        <w:t>vn 0.9671 0.2275 0.1136</w:t>
        <w:br/>
        <w:t>vn 0.9563 -0.0388 -0.2899</w:t>
        <w:br/>
        <w:t>vn 0.9702 -0.0666 -0.2330</w:t>
        <w:br/>
        <w:t>vn 0.9616 0.2474 0.1192</w:t>
        <w:br/>
        <w:t>vn 0.6676 0.2403 -0.7047</w:t>
        <w:br/>
        <w:t>vn -0.9652 0.1874 -0.1823</w:t>
        <w:br/>
        <w:t>vn -0.7271 0.1512 -0.6696</w:t>
        <w:br/>
        <w:t>vn -0.7949 0.4275 0.4305</w:t>
        <w:br/>
        <w:t>vn -0.8789 0.0132 0.4769</w:t>
        <w:br/>
        <w:t>vn -0.6422 0.0301 0.7659</w:t>
        <w:br/>
        <w:t>vn -0.5827 0.4211 0.6951</w:t>
        <w:br/>
        <w:t>vn -0.1459 0.0743 0.9865</w:t>
        <w:br/>
        <w:t>vn -0.1368 0.4547 0.8801</w:t>
        <w:br/>
        <w:t>vn 0.9574 -0.0045 -0.2888</w:t>
        <w:br/>
        <w:t>vn 0.9537 -0.0101 -0.3005</w:t>
        <w:br/>
        <w:t>vn 0.9537 -0.0100 -0.3005</w:t>
        <w:br/>
        <w:t>vn -0.9756 0.0573 -0.2118</w:t>
        <w:br/>
        <w:t>vn -0.9498 0.2255 0.2169</w:t>
        <w:br/>
        <w:t>vn 0.7387 -0.2330 -0.6324</w:t>
        <w:br/>
        <w:t>vn 0.9546 -0.0373 -0.2956</w:t>
        <w:br/>
        <w:t>vn 0.9837 0.0650 -0.1679</w:t>
        <w:br/>
        <w:t>vn 0.7640 -0.1723 -0.6217</w:t>
        <w:br/>
        <w:t>vn 0.8724 -0.4041 0.2749</w:t>
        <w:br/>
        <w:t>vn 0.9216 -0.3880 -0.0085</w:t>
        <w:br/>
        <w:t>vn 0.8609 0.1109 0.4965</w:t>
        <w:br/>
        <w:t>vn 0.6382 -0.3221 0.6992</w:t>
        <w:br/>
        <w:t>vn 0.3658 -0.3030 0.8800</w:t>
        <w:br/>
        <w:t>vn -0.1121 -0.2804 0.9533</w:t>
        <w:br/>
        <w:t>vn -0.8124 -0.3807 0.4416</w:t>
        <w:br/>
        <w:t>vn -0.5794 -0.3390 0.7412</w:t>
        <w:br/>
        <w:t>vn -0.8550 -0.4607 0.2379</w:t>
        <w:br/>
        <w:t>vn -0.9537 -0.2771 0.1166</w:t>
        <w:br/>
        <w:t>vn -0.9256 0.3434 0.1591</w:t>
        <w:br/>
        <w:t>vn -0.9648 0.0959 -0.2449</w:t>
        <w:br/>
        <w:t>vn -0.9678 0.0631 -0.2437</w:t>
        <w:br/>
        <w:t>vn -0.8830 -0.0747 -0.4634</w:t>
        <w:br/>
        <w:t>vn -0.9619 0.0410 -0.2703</w:t>
        <w:br/>
        <w:t>vn 0.9597 0.0050 -0.2810</w:t>
        <w:br/>
        <w:t>vn 0.9589 0.2704 0.0862</w:t>
        <w:br/>
        <w:t>vn 0.9659 0.2337 -0.1112</w:t>
        <w:br/>
        <w:t>vn 0.9631 0.0502 -0.2646</w:t>
        <w:br/>
        <w:t>vn 0.8787 -0.3828 -0.2852</w:t>
        <w:br/>
        <w:t>vn 0.7614 -0.1716 0.6252</w:t>
        <w:br/>
        <w:t>vn 0.7885 0.0666 0.6114</w:t>
        <w:br/>
        <w:t>vn 0.6719 0.5334 0.5138</w:t>
        <w:br/>
        <w:t>vn -0.9370 0.0167 0.3490</w:t>
        <w:br/>
        <w:t>vn -0.8440 0.4330 0.3166</w:t>
        <w:br/>
        <w:t>vn -0.8531 -0.4095 0.3232</w:t>
        <w:br/>
        <w:t>vn -0.9535 -0.2462 -0.1739</w:t>
        <w:br/>
        <w:t>vn -0.9070 -0.4192 -0.0388</w:t>
        <w:br/>
        <w:t>vn -0.8698 -0.2219 -0.4407</w:t>
        <w:br/>
        <w:t>vn -0.9978 0.0288 -0.0604</w:t>
        <w:br/>
        <w:t>vn -0.9995 0.0059 -0.0319</w:t>
        <w:br/>
        <w:t>vn -0.8676 -0.3091 -0.3896</w:t>
        <w:br/>
        <w:t>vn -0.9960 -0.0785 -0.0419</w:t>
        <w:br/>
        <w:t>vn -0.7028 -0.6340 -0.3226</w:t>
        <w:br/>
        <w:t>vn -0.9220 -0.2888 -0.2577</w:t>
        <w:br/>
        <w:t>vn 0.3392 -0.6728 -0.6575</w:t>
        <w:br/>
        <w:t>vn 0.6937 -0.5567 -0.4570</w:t>
        <w:br/>
        <w:t>vn 0.7398 -0.5710 -0.3557</w:t>
        <w:br/>
        <w:t>vn 0.9700 -0.1463 -0.1940</w:t>
        <w:br/>
        <w:t>vn 0.7447 -0.5150 -0.4245</w:t>
        <w:br/>
        <w:t>vn 0.7398 -0.5711 -0.3557</w:t>
        <w:br/>
        <w:t>vn 0.9457 -0.0625 -0.3190</w:t>
        <w:br/>
        <w:t>vn 0.7338 -0.2903 -0.6142</w:t>
        <w:br/>
        <w:t>vn 0.7372 -0.3877 -0.5534</w:t>
        <w:br/>
        <w:t>vn 0.9560 -0.1071 -0.2732</w:t>
        <w:br/>
        <w:t>vn -0.8447 -0.1620 -0.5102</w:t>
        <w:br/>
        <w:t>vn -0.9903 0.0607 -0.1247</w:t>
        <w:br/>
        <w:t>vn 0.9490 -0.0221 -0.3146</w:t>
        <w:br/>
        <w:t>vn 0.9899 0.1358 -0.0400</w:t>
        <w:br/>
        <w:t>vn -0.2044 -0.3326 -0.9206</w:t>
        <w:br/>
        <w:t>vn -0.2528 -0.3242 -0.9116</w:t>
        <w:br/>
        <w:t>vn -0.3697 -0.3279 -0.8694</w:t>
        <w:br/>
        <w:t>vn -0.2044 -0.3327 -0.9206</w:t>
        <w:br/>
        <w:t>vn -0.7220 0.3457 0.5993</w:t>
        <w:br/>
        <w:t>vn -0.6782 0.3488 0.6469</w:t>
        <w:br/>
        <w:t>vn -0.5877 0.7857 0.1931</w:t>
        <w:br/>
        <w:t>vn -0.6708 0.5155 0.5332</w:t>
        <w:br/>
        <w:t>vn -0.2209 -0.4427 -0.8691</w:t>
        <w:br/>
        <w:t>vn -0.5189 -0.6973 -0.4945</w:t>
        <w:br/>
        <w:t>vn -0.2823 -0.5371 -0.7949</w:t>
        <w:br/>
        <w:t>vn -0.2209 -0.4427 -0.8690</w:t>
        <w:br/>
        <w:t>vn -0.5139 -0.3490 -0.7837</w:t>
        <w:br/>
        <w:t>vn -0.5819 0.4237 0.6941</w:t>
        <w:br/>
        <w:t>vn -0.6056 0.3881 0.6947</w:t>
        <w:br/>
        <w:t>vn -0.5737 0.4640 0.6750</w:t>
        <w:br/>
        <w:t>vn 0.4287 0.9035 -0.0026</w:t>
        <w:br/>
        <w:t>vn 0.3940 0.9138 -0.0989</w:t>
        <w:br/>
        <w:t>vn 0.6280 0.7758 0.0612</w:t>
        <w:br/>
        <w:t>vn 0.6586 -0.7524 -0.0152</w:t>
        <w:br/>
        <w:t>vn 0.6082 -0.7351 -0.2996</w:t>
        <w:br/>
        <w:t>vn 0.5845 -0.7946 0.1643</w:t>
        <w:br/>
        <w:t>vn 0.4449 0.8846 0.1396</w:t>
        <w:br/>
        <w:t>vn 0.5040 -0.8164 0.2820</w:t>
        <w:br/>
        <w:t>vn 0.4149 0.8828 0.2204</w:t>
        <w:br/>
        <w:t>vn 0.4300 0.8836 0.1853</w:t>
        <w:br/>
        <w:t>vn 0.4883 -0.8020 0.3440</w:t>
        <w:br/>
        <w:t>vn 0.4799 -0.7809 0.3998</w:t>
        <w:br/>
        <w:t>vn 0.3942 0.8711 0.2930</w:t>
        <w:br/>
        <w:t>vn 0.2765 -0.6835 0.6756</w:t>
        <w:br/>
        <w:t>vn 0.4519 -0.7377 0.5015</w:t>
        <w:br/>
        <w:t>vn 0.3617 0.8518 0.3789</w:t>
        <w:br/>
        <w:t>vn 0.2115 0.8240 0.5256</w:t>
        <w:br/>
        <w:t>vn -0.1058 -0.6146 0.7817</w:t>
        <w:br/>
        <w:t>vn -0.1070 0.7593 0.6418</w:t>
        <w:br/>
        <w:t>vn -0.4334 0.7380 0.5171</w:t>
        <w:br/>
        <w:t>vn -0.6171 -0.7164 0.3255</w:t>
        <w:br/>
        <w:t>vn -0.4607 -0.6686 0.5837</w:t>
        <w:br/>
        <w:t>vn -0.5680 0.7638 0.3067</w:t>
        <w:br/>
        <w:t>vn -0.5428 -0.8266 0.1482</w:t>
        <w:br/>
        <w:t>vn -0.6226 -0.7502 0.2225</w:t>
        <w:br/>
        <w:t>vn -0.5967 0.7698 0.2264</w:t>
        <w:br/>
        <w:t>vn -0.6114 0.7770 0.1495</w:t>
        <w:br/>
        <w:t>vn -0.4926 -0.8621 0.1192</w:t>
        <w:br/>
        <w:t>vn -0.5450 -0.8347 0.0793</w:t>
        <w:br/>
        <w:t>vn -0.5703 0.8197 0.0541</w:t>
        <w:br/>
        <w:t>vn -0.6329 -0.7734 -0.0353</w:t>
        <w:br/>
        <w:t>vn -0.5329 0.8457 -0.0286</w:t>
        <w:br/>
        <w:t>vn -0.5188 -0.6973 -0.4945</w:t>
        <w:br/>
        <w:t>vn 0.7073 0.3680 0.6036</w:t>
        <w:br/>
        <w:t>vn 0.7292 0.3881 0.5636</w:t>
        <w:br/>
        <w:t>vn 0.6975 0.3404 0.6306</w:t>
        <w:br/>
        <w:t>vn 0.3761 -0.3825 -0.8439</w:t>
        <w:br/>
        <w:t>vn 0.3865 -0.4649 -0.7966</w:t>
        <w:br/>
        <w:t>vn 0.4525 -0.2814 -0.8462</w:t>
        <w:br/>
        <w:t>vn 0.4124 -0.3003 -0.8601</w:t>
        <w:br/>
        <w:t>vn 0.6723 0.3469 0.6540</w:t>
        <w:br/>
        <w:t>vn 0.5176 -0.5290 -0.6725</w:t>
        <w:br/>
        <w:t>vn 0.7514 0.4858 0.4465</w:t>
        <w:br/>
        <w:t>vn -0.5217 -0.5493 -0.6528</w:t>
        <w:br/>
        <w:t>vn -0.5464 -0.4232 -0.7227</w:t>
        <w:br/>
        <w:t>vn -0.5925 0.5465 0.5918</w:t>
        <w:br/>
        <w:t>vn -0.3413 -0.8332 -0.4350</w:t>
        <w:br/>
        <w:t>vn -0.3182 -0.8838 -0.3429</w:t>
        <w:br/>
        <w:t>vn -0.4231 -0.7358 -0.5288</w:t>
        <w:br/>
        <w:t>vn -0.8875 0.4580 -0.0510</w:t>
        <w:br/>
        <w:t>vn -0.7052 0.5939 0.3874</w:t>
        <w:br/>
        <w:t>vn -0.3630 -0.8842 -0.2940</w:t>
        <w:br/>
        <w:t>vn -0.3182 -0.8838 -0.3430</w:t>
        <w:br/>
        <w:t>vn -0.7475 0.5018 -0.4353</w:t>
        <w:br/>
        <w:t>vn -0.3311 -0.8281 -0.4525</w:t>
        <w:br/>
        <w:t>vn -0.5171 0.4073 -0.7528</w:t>
        <w:br/>
        <w:t>vn 0.3344 -0.8924 -0.3031</w:t>
        <w:br/>
        <w:t>vn 0.2042 -0.8829 -0.4229</w:t>
        <w:br/>
        <w:t>vn 0.4693 0.4249 -0.7741</w:t>
        <w:br/>
        <w:t>vn 0.6760 0.6200 -0.3984</w:t>
        <w:br/>
        <w:t>vn 0.3531 -0.8674 -0.3505</w:t>
        <w:br/>
        <w:t>vn 0.7971 0.6030 -0.0323</w:t>
        <w:br/>
        <w:t>vn 0.3358 -0.7618 -0.5539</w:t>
        <w:br/>
        <w:t>vn 0.7167 0.6049 0.3471</w:t>
        <w:br/>
        <w:t>vn 0.3653 -0.5894 -0.7205</w:t>
        <w:br/>
        <w:t>vn 0.7388 0.5063 0.4449</w:t>
        <w:br/>
        <w:t>vn 0.7516 0.4406 0.4908</w:t>
        <w:br/>
        <w:t>vn -0.9685 0.0346 -0.2467</w:t>
        <w:br/>
        <w:t>vn 0.9921 0.1177 0.0434</w:t>
        <w:br/>
        <w:t>vn 0.9402 -0.0094 -0.3405</w:t>
        <w:br/>
        <w:t>vn 0.4554 -0.3111 -0.8342</w:t>
        <w:br/>
        <w:t>vn 0.7704 0.3313 0.5447</w:t>
        <w:br/>
        <w:t>vn 0.9465 0.2207 0.2353</w:t>
        <w:br/>
        <w:t>vn 0.9926 0.0997 0.0690</w:t>
        <w:br/>
        <w:t>vn 0.4799 -0.7810 0.3998</w:t>
        <w:br/>
        <w:t>vn 0.0761 0.8113 0.5797</w:t>
        <w:br/>
        <w:t>vn -0.0008 -1.0000 -0.0099</w:t>
        <w:br/>
        <w:t>vn -0.0008 -1.0000 -0.0098</w:t>
        <w:br/>
        <w:t>vn -0.0043 -1.0000 0.0007</w:t>
        <w:br/>
        <w:t>vn -0.0044 -1.0000 0.0007</w:t>
        <w:br/>
        <w:t>vn -0.0023 -1.0000 0.0086</w:t>
        <w:br/>
        <w:t>vn -0.0017 -0.9999 -0.0102</w:t>
        <w:br/>
        <w:t>vn 0.0052 -0.9266 -0.3761</w:t>
        <w:br/>
        <w:t>vn 0.0071 -0.5674 -0.8234</w:t>
        <w:br/>
        <w:t>vn -0.0021 -0.3671 -0.9302</w:t>
        <w:br/>
        <w:t>vn -0.0021 -0.3670 -0.9302</w:t>
        <w:br/>
        <w:t>vn -0.0059 -0.3691 -0.9294</w:t>
        <w:br/>
        <w:t>vn -0.0059 -0.3690 -0.9294</w:t>
        <w:br/>
        <w:t>vn -0.0056 -0.4272 -0.9041</w:t>
        <w:br/>
        <w:t>vn -0.0059 -0.5361 -0.8442</w:t>
        <w:br/>
        <w:t>vn -0.0059 -0.5360 -0.8442</w:t>
        <w:br/>
        <w:t>vn -0.0079 -0.6658 -0.7461</w:t>
        <w:br/>
        <w:t>vn -0.0079 -0.6659 -0.7460</w:t>
        <w:br/>
        <w:t>vn -0.0117 -0.8175 -0.5758</w:t>
        <w:br/>
        <w:t>vn -0.0145 -0.8870 -0.4616</w:t>
        <w:br/>
        <w:t>vn 0.0240 0.0021 0.9997</w:t>
        <w:br/>
        <w:t>vn 0.0240 0.0022 0.9997</w:t>
        <w:br/>
        <w:t>vn 0.0168 -0.0053 0.9998</w:t>
        <w:br/>
        <w:t>vn 0.0432 0.0211 0.9988</w:t>
        <w:br/>
        <w:t>vn 0.0000 -1.0000 -0.0000</w:t>
        <w:br/>
        <w:t>vn -0.7950 -0.0463 -0.6049</w:t>
        <w:br/>
        <w:t>vn -0.9332 -0.0585 -0.3545</w:t>
        <w:br/>
        <w:t>vn 0.0553 0.0326 0.9979</w:t>
        <w:br/>
        <w:t>vn 0.7365 -0.0421 -0.6751</w:t>
        <w:br/>
        <w:t>vn 0.9261 -0.0566 -0.3731</w:t>
        <w:br/>
        <w:t>vn -0.0778 -0.0709 -0.9944</w:t>
        <w:br/>
        <w:t>vn 0.4532 -0.0222 -0.8911</w:t>
        <w:br/>
        <w:t>vn -0.0695 -0.1283 -0.9893</w:t>
        <w:br/>
        <w:t>vn -0.0590 -0.1845 -0.9811</w:t>
        <w:br/>
        <w:t>vn -0.0510 -0.0789 -0.9956</w:t>
        <w:br/>
        <w:t>vn -0.0479 0.0603 -0.9970</w:t>
        <w:br/>
        <w:t>vn -0.0577 -0.8419 -0.5365</w:t>
        <w:br/>
        <w:t>vn -0.0640 -0.6539 -0.7539</w:t>
        <w:br/>
        <w:t>vn -0.0775 -0.2161 -0.9733</w:t>
        <w:br/>
        <w:t>vn -0.0919 0.1634 -0.9823</w:t>
        <w:br/>
        <w:t>vn -0.0850 0.3864 -0.9184</w:t>
        <w:br/>
        <w:t>vn -0.0771 0.4046 -0.9112</w:t>
        <w:br/>
        <w:t>vn -0.0678 0.1198 -0.9905</w:t>
        <w:br/>
        <w:t>vn 0.2640 0.1865 -0.9463</w:t>
        <w:br/>
        <w:t>vn 0.1771 -0.6149 -0.7685</w:t>
        <w:br/>
        <w:t>vn 0.2395 -0.4267 -0.8721</w:t>
        <w:br/>
        <w:t>vn -0.1895 -0.5807 -0.7918</w:t>
        <w:br/>
        <w:t>vn -0.3834 -0.3900 -0.8372</w:t>
        <w:br/>
        <w:t>vn -0.4399 0.1833 -0.8791</w:t>
        <w:br/>
        <w:t>vn -0.5917 -0.0303 -0.8056</w:t>
        <w:br/>
        <w:t>vn 0.2821 0.0352 -0.9587</w:t>
        <w:br/>
        <w:t>vn 0.0323 0.3496 -0.9364</w:t>
        <w:br/>
        <w:t>vn -0.2068 -0.1144 -0.9717</w:t>
        <w:br/>
        <w:t>vn -0.2141 0.0678 -0.9744</w:t>
        <w:br/>
        <w:t>vn 0.0808 0.0243 -0.9964</w:t>
        <w:br/>
        <w:t>vn 0.1756 -0.1167 -0.9775</w:t>
        <w:br/>
        <w:t>vn -0.4656 0.4757 -0.7463</w:t>
        <w:br/>
        <w:t>vn 0.1960 0.0877 -0.9767</w:t>
        <w:br/>
        <w:t>vn -0.4309 -0.0508 -0.9010</w:t>
        <w:br/>
        <w:t>vn 0.7851 -0.2208 0.5786</w:t>
        <w:br/>
        <w:t>vn 0.9905 0.0139 0.1366</w:t>
        <w:br/>
        <w:t>vn 0.9543 -0.2736 -0.1201</w:t>
        <w:br/>
        <w:t>vn 0.8598 -0.4805 -0.1728</w:t>
        <w:br/>
        <w:t>vn 0.3881 0.1739 -0.9050</w:t>
        <w:br/>
        <w:t>vn -0.0406 -0.0456 -0.9981</w:t>
        <w:br/>
        <w:t>vn -0.0467 0.2139 -0.9757</w:t>
        <w:br/>
        <w:t>vn -0.5333 0.1806 -0.8264</w:t>
        <w:br/>
        <w:t>vn -0.7670 0.0502 -0.6397</w:t>
        <w:br/>
        <w:t>vn 0.3305 0.3402 0.8804</w:t>
        <w:br/>
        <w:t>vn 0.8522 0.0047 -0.5231</w:t>
        <w:br/>
        <w:t>vn 0.9548 0.0644 -0.2903</w:t>
        <w:br/>
        <w:t>vn -0.1313 0.4567 -0.8799</w:t>
        <w:br/>
        <w:t>vn 0.2127 0.3815 -0.8996</w:t>
        <w:br/>
        <w:t>vn -0.4142 -0.5698 -0.7098</w:t>
        <w:br/>
        <w:t>vn -0.6320 -0.2825 -0.7216</w:t>
        <w:br/>
        <w:t>vn -0.8204 -0.1823 -0.5420</w:t>
        <w:br/>
        <w:t>vn -0.9900 0.0068 -0.1408</w:t>
        <w:br/>
        <w:t>vn -0.9519 0.2694 -0.1462</w:t>
        <w:br/>
        <w:t>vn -0.7542 -0.1920 0.6279</w:t>
        <w:br/>
        <w:t>vn -0.6085 -0.0273 0.7931</w:t>
        <w:br/>
        <w:t>vn -0.4215 -0.0087 0.9068</w:t>
        <w:br/>
        <w:t>vn -0.2552 0.1905 0.9479</w:t>
        <w:br/>
        <w:t>vn -0.2920 0.2054 -0.9341</w:t>
        <w:br/>
        <w:t>vn 0.6294 0.1964 -0.7518</w:t>
        <w:br/>
        <w:t>vn -0.1993 0.2344 0.9515</w:t>
        <w:br/>
        <w:t>vn -0.3691 0.2947 0.8814</w:t>
        <w:br/>
        <w:t>vn -0.7333 0.1014 0.6723</w:t>
        <w:br/>
        <w:t>vn -0.2228 0.4051 0.8867</w:t>
        <w:br/>
        <w:t>vn -0.2685 0.7347 0.6230</w:t>
        <w:br/>
        <w:t>vn -0.7425 -0.2665 -0.6145</w:t>
        <w:br/>
        <w:t>vn -0.6760 -0.4395 -0.5915</w:t>
        <w:br/>
        <w:t>vn -0.9519 0.2694 -0.1461</w:t>
        <w:br/>
        <w:t>vn -0.6673 -0.2193 -0.7118</w:t>
        <w:br/>
        <w:t>vn -0.8557 0.5137 0.0623</w:t>
        <w:br/>
        <w:t>vn -0.3939 0.0900 0.9148</w:t>
        <w:br/>
        <w:t>vn 0.0510 0.0651 0.9966</w:t>
        <w:br/>
        <w:t>vn 0.4567 0.0800 0.8860</w:t>
        <w:br/>
        <w:t>vn -0.9395 0.3318 -0.0848</w:t>
        <w:br/>
        <w:t>vn -0.9066 0.4103 0.0988</w:t>
        <w:br/>
        <w:t>vn -0.7450 -0.5270 -0.4091</w:t>
        <w:br/>
        <w:t>vn -0.7788 0.0287 -0.6266</w:t>
        <w:br/>
        <w:t>vn -0.3680 0.4954 -0.7869</w:t>
        <w:br/>
        <w:t>vn 0.5715 -0.1621 -0.8045</w:t>
        <w:br/>
        <w:t>vn 0.9500 -0.1710 -0.2611</w:t>
        <w:br/>
        <w:t>vn 0.8574 -0.3578 0.3699</w:t>
        <w:br/>
        <w:t>vn 0.8162 -0.5739 -0.0667</w:t>
        <w:br/>
        <w:t>vn 0.6431 -0.2928 -0.7076</w:t>
        <w:br/>
        <w:t>vn 0.9103 -0.1237 0.3950</w:t>
        <w:br/>
        <w:t>vn 0.9951 -0.0555 -0.0820</w:t>
        <w:br/>
        <w:t>vn 0.9693 -0.2231 0.1035</w:t>
        <w:br/>
        <w:t>vn 0.9467 -0.1812 -0.2662</w:t>
        <w:br/>
        <w:t>vn 0.8157 -0.1799 -0.5498</w:t>
        <w:br/>
        <w:t>vn 0.6632 0.0482 0.7469</w:t>
        <w:br/>
        <w:t>vn 0.4453 0.0599 0.8934</w:t>
        <w:br/>
        <w:t>vn 0.9366 0.0679 0.3436</w:t>
        <w:br/>
        <w:t>vn 0.9912 0.1242 0.0459</w:t>
        <w:br/>
        <w:t>vn 0.9898 0.1423 0.0119</w:t>
        <w:br/>
        <w:t>vn 0.9637 0.1829 -0.1944</w:t>
        <w:br/>
        <w:t>vn 0.0228 -0.9992 0.0313</w:t>
        <w:br/>
        <w:t>vn 0.0290 0.8719 0.4888</w:t>
        <w:br/>
        <w:t>vn 0.0289 0.8719 0.4888</w:t>
        <w:br/>
        <w:t>vn 0.0277 0.8287 0.5590</w:t>
        <w:br/>
        <w:t>vn 0.5763 0.7208 0.3853</w:t>
        <w:br/>
        <w:t>vn -0.0498 0.1208 0.9914</w:t>
        <w:br/>
        <w:t>vn -0.4683 -0.0363 -0.8828</w:t>
        <w:br/>
        <w:t>vn 0.9283 -0.2776 -0.2474</w:t>
        <w:br/>
        <w:t>vn 0.7787 0.5328 -0.3312</w:t>
        <w:br/>
        <w:t>vn -0.0205 0.4998 0.8659</w:t>
        <w:br/>
        <w:t>vn -0.0274 0.4442 0.8955</w:t>
        <w:br/>
        <w:t>vn -0.7449 -0.5270 -0.4091</w:t>
        <w:br/>
        <w:t>vn 0.0269 0.8049 0.5928</w:t>
        <w:br/>
        <w:t>vn 0.0198 0.6829 0.7302</w:t>
        <w:br/>
        <w:t>vn 0.0199 0.6831 0.7300</w:t>
        <w:br/>
        <w:t>vn 0.0130 0.6436 0.7652</w:t>
        <w:br/>
        <w:t>vn 0.0131 0.6436 0.7652</w:t>
        <w:br/>
        <w:t>vn 0.0094 0.7045 0.7097</w:t>
        <w:br/>
        <w:t>vn 0.0056 0.7222 0.6917</w:t>
        <w:br/>
        <w:t>vn -0.7881 -0.3317 0.5186</w:t>
        <w:br/>
        <w:t>vn -0.5696 -0.0547 0.8201</w:t>
        <w:br/>
        <w:t>vn 0.4015 -0.1649 0.9009</w:t>
        <w:br/>
        <w:t>vn -0.8796 -0.4286 0.2063</w:t>
        <w:br/>
        <w:t>vn 0.8998 0.3994 -0.1755</w:t>
        <w:br/>
        <w:t>vn 0.8980 0.4215 -0.1260</w:t>
        <w:br/>
        <w:t>vn 0.8639 0.5018 -0.0421</w:t>
        <w:br/>
        <w:t>vn 0.8754 -0.2562 0.4100</w:t>
        <w:br/>
        <w:t>vn 0.9190 -0.2608 0.2955</w:t>
        <w:br/>
        <w:t>vn 0.8732 -0.3211 0.3666</w:t>
        <w:br/>
        <w:t>vn 0.8065 -0.3215 0.4962</w:t>
        <w:br/>
        <w:t>vn -0.2960 -0.2988 0.9072</w:t>
        <w:br/>
        <w:t>vn -0.0968 -0.4210 0.9019</w:t>
        <w:br/>
        <w:t>vn 0.9128 -0.3100 0.2659</w:t>
        <w:br/>
        <w:t>vn -0.0144 -0.5580 0.8297</w:t>
        <w:br/>
        <w:t>vn 0.9258 -0.3151 0.2088</w:t>
        <w:br/>
        <w:t>vn -0.9020 0.3178 -0.2922</w:t>
        <w:br/>
        <w:t>vn -0.9379 0.2257 -0.2635</w:t>
        <w:br/>
        <w:t>vn -0.9501 0.2360 -0.2042</w:t>
        <w:br/>
        <w:t>vn -0.9797 0.1753 -0.0971</w:t>
        <w:br/>
        <w:t>vn 0.7207 -0.3163 -0.6169</w:t>
        <w:br/>
        <w:t>vn -0.7245 0.3144 0.6134</w:t>
        <w:br/>
        <w:t>vn -0.9647 0.2124 -0.1556</w:t>
        <w:br/>
        <w:t>vn -0.9693 0.2400 -0.0535</w:t>
        <w:br/>
        <w:t>vn -0.8913 0.4171 0.1777</w:t>
        <w:br/>
        <w:t>vn 0.8267 0.2303 0.5134</w:t>
        <w:br/>
        <w:t>vn 0.8886 0.3502 -0.2961</w:t>
        <w:br/>
        <w:t>vn 0.8426 0.5335 -0.0737</w:t>
        <w:br/>
        <w:t>vn -0.0197 -0.9996 0.0208</w:t>
        <w:br/>
        <w:t>vn -0.0095 -1.0000 0.0002</w:t>
        <w:br/>
        <w:t>vn -0.0195 -0.9996 0.0207</w:t>
        <w:br/>
        <w:t>vn 0.7461 -0.1162 -0.6557</w:t>
        <w:br/>
        <w:t>vn 0.7329 -0.1602 -0.6612</w:t>
        <w:br/>
        <w:t>vn 0.9363 -0.1004 -0.3365</w:t>
        <w:br/>
        <w:t>vn 0.9038 -0.1078 -0.4142</w:t>
        <w:br/>
        <w:t>vn 0.8594 0.1277 0.4950</w:t>
        <w:br/>
        <w:t>vn 0.7040 0.5554 0.4427</w:t>
        <w:br/>
        <w:t>vn 0.3012 0.6760 0.6725</w:t>
        <w:br/>
        <w:t>vn 0.5809 0.2092 0.7866</w:t>
        <w:br/>
        <w:t>vn 0.0366 0.3908 0.9198</w:t>
        <w:br/>
        <w:t>vn -0.4628 -0.2020 -0.8631</w:t>
        <w:br/>
        <w:t>vn -0.8091 -0.1797 -0.5596</w:t>
        <w:br/>
        <w:t>vn -0.8189 0.1018 -0.5648</w:t>
        <w:br/>
        <w:t>vn -0.4692 0.1470 -0.8708</w:t>
        <w:br/>
        <w:t>vn 0.9449 -0.1476 -0.2923</w:t>
        <w:br/>
        <w:t>vn 0.7685 -0.2733 -0.5785</w:t>
        <w:br/>
        <w:t>vn 0.7953 -0.1397 -0.5898</w:t>
        <w:br/>
        <w:t>vn 0.9519 -0.1342 -0.2756</w:t>
        <w:br/>
        <w:t>vn -0.9864 -0.1275 -0.1038</w:t>
        <w:br/>
        <w:t>vn -0.9786 -0.2055 0.0130</w:t>
        <w:br/>
        <w:t>vn -0.9743 -0.0717 -0.2134</w:t>
        <w:br/>
        <w:t>vn 0.9209 -0.2135 -0.3261</w:t>
        <w:br/>
        <w:t>vn 0.9778 -0.2035 0.0499</w:t>
        <w:br/>
        <w:t>vn 0.9744 -0.1861 -0.1264</w:t>
        <w:br/>
        <w:t>vn -0.9737 -0.0230 0.2267</w:t>
        <w:br/>
        <w:t>vn -0.9660 0.0995 -0.2388</w:t>
        <w:br/>
        <w:t>vn -0.9980 -0.0457 -0.0440</w:t>
        <w:br/>
        <w:t>vn -0.9570 0.0641 -0.2830</w:t>
        <w:br/>
        <w:t>vn -0.9763 -0.1053 -0.1891</w:t>
        <w:br/>
        <w:t>vn -0.8045 0.2180 -0.5524</w:t>
        <w:br/>
        <w:t>vn -0.8167 0.0189 -0.5767</w:t>
        <w:br/>
        <w:t>vn -0.3895 0.2833 -0.8764</w:t>
        <w:br/>
        <w:t>vn -0.4332 0.3375 -0.8357</w:t>
        <w:br/>
        <w:t>vn 0.9312 -0.0707 -0.3577</w:t>
        <w:br/>
        <w:t>vn 0.9168 -0.0013 -0.3994</w:t>
        <w:br/>
        <w:t>vn 0.9272 -0.3218 -0.1918</w:t>
        <w:br/>
        <w:t>vn -0.5261 0.0206 0.8502</w:t>
        <w:br/>
        <w:t>vn -0.9081 0.0942 0.4079</w:t>
        <w:br/>
        <w:t>vn -0.8996 0.0244 0.4360</w:t>
        <w:br/>
        <w:t>vn -0.9288 -0.0852 -0.3606</w:t>
        <w:br/>
        <w:t>vn -0.7044 0.0707 -0.7063</w:t>
        <w:br/>
        <w:t>vn 0.8968 0.0977 -0.4316</w:t>
        <w:br/>
        <w:t>vn 0.8324 0.3010 -0.4653</w:t>
        <w:br/>
        <w:t>vn 0.5889 0.2912 -0.7540</w:t>
        <w:br/>
        <w:t>vn -0.0094 0.3367 0.9416</w:t>
        <w:br/>
        <w:t>vn 0.0836 0.2331 0.9689</w:t>
        <w:br/>
        <w:t>vn -0.3701 0.1425 0.9180</w:t>
        <w:br/>
        <w:t>vn -0.5482 0.3208 0.7724</w:t>
        <w:br/>
        <w:t>vn -0.7300 -0.0642 0.6804</w:t>
        <w:br/>
        <w:t>vn -0.9309 -0.1953 0.3086</w:t>
        <w:br/>
        <w:t>vn -0.8670 0.0380 0.4969</w:t>
        <w:br/>
        <w:t>vn -0.9300 -0.1856 0.3174</w:t>
        <w:br/>
        <w:t>vn -0.8205 -0.0231 0.5711</w:t>
        <w:br/>
        <w:t>vn -0.7445 0.2318 0.6261</w:t>
        <w:br/>
        <w:t>vn -0.9038 0.3214 0.2826</w:t>
        <w:br/>
        <w:t>vn -0.8380 0.1631 0.5207</w:t>
        <w:br/>
        <w:t>vn -0.7830 0.1659 -0.5995</w:t>
        <w:br/>
        <w:t>vn -0.5675 0.0960 -0.8178</w:t>
        <w:br/>
        <w:t>vn -0.5549 0.1544 -0.8174</w:t>
        <w:br/>
        <w:t>vn 0.7080 0.3714 -0.6006</w:t>
        <w:br/>
        <w:t>vn 0.5223 0.1791 -0.8337</w:t>
        <w:br/>
        <w:t>vn 0.6724 0.1139 -0.7314</w:t>
        <w:br/>
        <w:t>vn 0.7845 0.1478 -0.6022</w:t>
        <w:br/>
        <w:t>vn -0.0513 0.2482 0.9673</w:t>
        <w:br/>
        <w:t>vn -0.5994 0.1381 0.7885</w:t>
        <w:br/>
        <w:t>vn -0.6746 0.1118 0.7296</w:t>
        <w:br/>
        <w:t>vn 0.0338 0.2705 0.9621</w:t>
        <w:br/>
        <w:t>vn 0.0048 -0.0170 0.9998</w:t>
        <w:br/>
        <w:t>vn -0.0553 -0.0144 0.9984</w:t>
        <w:br/>
        <w:t>vn -0.4888 -0.0508 0.8709</w:t>
        <w:br/>
        <w:t>vn -0.4656 0.2085 0.8601</w:t>
        <w:br/>
        <w:t>vn -0.9651 -0.0107 0.2617</w:t>
        <w:br/>
        <w:t>vn -0.7606 0.2149 0.6127</w:t>
        <w:br/>
        <w:t>vn -0.7349 -0.1433 0.6629</w:t>
        <w:br/>
        <w:t>vn -0.9752 0.0559 0.2142</w:t>
        <w:br/>
        <w:t>vn -0.9077 0.3473 -0.2354</w:t>
        <w:br/>
        <w:t>vn -0.9096 0.1546 -0.3855</w:t>
        <w:br/>
        <w:t>vn -0.9899 0.0390 -0.1364</w:t>
        <w:br/>
        <w:t>vn 0.6606 0.0811 -0.7464</w:t>
        <w:br/>
        <w:t>vn 0.8972 0.0546 -0.4382</w:t>
        <w:br/>
        <w:t>vn 0.8593 0.2927 -0.4194</w:t>
        <w:br/>
        <w:t>vn 0.6017 0.4373 -0.6684</w:t>
        <w:br/>
        <w:t>vn 0.8933 0.2363 -0.3823</w:t>
        <w:br/>
        <w:t>vn 0.9775 0.1187 -0.1741</w:t>
        <w:br/>
        <w:t>vn -0.3353 -0.5879 0.7362</w:t>
        <w:br/>
        <w:t>vn -0.5633 -0.2657 0.7823</w:t>
        <w:br/>
        <w:t>vn 0.9509 -0.2692 -0.1526</w:t>
        <w:br/>
        <w:t>vn 0.9395 0.3318 -0.0847</w:t>
        <w:br/>
        <w:t>vn 0.8231 0.1924 -0.5342</w:t>
        <w:br/>
        <w:t>vn 0.9161 0.1456 -0.3737</w:t>
        <w:br/>
        <w:t>vn 0.8456 0.1346 -0.5165</w:t>
        <w:br/>
        <w:t>vn 0.5708 0.2846 -0.7702</w:t>
        <w:br/>
        <w:t>vn 0.9049 0.0330 -0.4244</w:t>
        <w:br/>
        <w:t>vn 0.6159 0.1239 -0.7780</w:t>
        <w:br/>
        <w:t>vn -0.0244 0.2828 0.9589</w:t>
        <w:br/>
        <w:t>vn -0.5205 0.2966 0.8007</w:t>
        <w:br/>
        <w:t>vn -0.8913 -0.1165 -0.4381</w:t>
        <w:br/>
        <w:t>vn -0.7400 -0.1770 -0.6489</w:t>
        <w:br/>
        <w:t>vn -0.8811 -0.1436 -0.4506</w:t>
        <w:br/>
        <w:t>vn -0.9767 -0.0291 -0.2127</w:t>
        <w:br/>
        <w:t>vn -0.9441 -0.0981 -0.3147</w:t>
        <w:br/>
        <w:t>vn -0.9932 0.0168 0.1150</w:t>
        <w:br/>
        <w:t>vn 0.5400 0.2861 0.7915</w:t>
        <w:br/>
        <w:t>vn 0.4022 0.2695 0.8750</w:t>
        <w:br/>
        <w:t>vn 0.7177 0.2553 0.6479</w:t>
        <w:br/>
        <w:t>vn 0.6268 -0.3257 -0.7078</w:t>
        <w:br/>
        <w:t>vn 0.6560 -0.1441 -0.7409</w:t>
        <w:br/>
        <w:t>vn -0.7606 -0.1557 -0.6303</w:t>
        <w:br/>
        <w:t>vn -0.9468 -0.3077 0.0941</w:t>
        <w:br/>
        <w:t>vn -0.8881 -0.4052 -0.2168</w:t>
        <w:br/>
        <w:t>vn -0.8904 -0.4121 -0.1934</w:t>
        <w:br/>
        <w:t>vn -0.9322 -0.3600 0.0369</w:t>
        <w:br/>
        <w:t>vn -0.7256 -0.4753 -0.4975</w:t>
        <w:br/>
        <w:t>vn -0.7138 -0.4809 -0.5091</w:t>
        <w:br/>
        <w:t>vn 0.3873 -0.4500 -0.8046</w:t>
        <w:br/>
        <w:t>vn 0.4733 -0.6362 -0.6093</w:t>
        <w:br/>
        <w:t>vn 0.6193 -0.5940 -0.5135</w:t>
        <w:br/>
        <w:t>vn 0.6153 -0.4510 -0.6466</w:t>
        <w:br/>
        <w:t>vn 0.8681 -0.4245 -0.2571</w:t>
        <w:br/>
        <w:t>vn 0.8413 -0.4605 -0.2832</w:t>
        <w:br/>
        <w:t>vn -0.9730 -0.1657 0.1608</w:t>
        <w:br/>
        <w:t>vn -0.6453 -0.0375 0.7630</w:t>
        <w:br/>
        <w:t>vn -0.9574 -0.2886 0.0146</w:t>
        <w:br/>
        <w:t>vn -0.9399 -0.2684 0.2109</w:t>
        <w:br/>
        <w:t>vn 0.8879 -0.3946 0.2366</w:t>
        <w:br/>
        <w:t>vn 0.8790 -0.3992 0.2607</w:t>
        <w:br/>
        <w:t>vn -0.5700 0.6831 0.4566</w:t>
        <w:br/>
        <w:t>vn -0.1934 0.9201 0.3406</w:t>
        <w:br/>
        <w:t>vn -0.1485 0.9168 0.3707</w:t>
        <w:br/>
        <w:t>vn -0.4015 0.7790 0.4816</w:t>
        <w:br/>
        <w:t>vn -0.7968 0.2410 0.5541</w:t>
        <w:br/>
        <w:t>vn -0.7513 0.4991 0.4318</w:t>
        <w:br/>
        <w:t>vn -0.9085 0.2185 0.3563</w:t>
        <w:br/>
        <w:t>vn -0.2555 0.7225 0.6424</w:t>
        <w:br/>
        <w:t>vn -0.4606 0.7152 0.5258</w:t>
        <w:br/>
        <w:t>vn -0.6388 0.3229 0.6983</w:t>
        <w:br/>
        <w:t>vn -0.3681 0.3522 0.8605</w:t>
        <w:br/>
        <w:t>vn 0.8300 0.4751 0.2922</w:t>
        <w:br/>
        <w:t>vn 0.9471 0.0840 0.3097</w:t>
        <w:br/>
        <w:t>vn 0.9798 0.1164 0.1625</w:t>
        <w:br/>
        <w:t>vn 0.8238 0.4663 0.3223</w:t>
        <w:br/>
        <w:t>vn 0.8717 -0.1648 -0.4614</w:t>
        <w:br/>
        <w:t>vn 0.5873 -0.1928 -0.7861</w:t>
        <w:br/>
        <w:t>vn -0.6726 -0.1203 -0.7302</w:t>
        <w:br/>
        <w:t>vn -0.8717 -0.1160 -0.4761</w:t>
        <w:br/>
        <w:t>vn -0.9329 -0.0529 -0.3561</w:t>
        <w:br/>
        <w:t>vn -0.6689 -0.1169 -0.7341</w:t>
        <w:br/>
        <w:t>vn 0.4477 -0.1093 0.8875</w:t>
        <w:br/>
        <w:t>vn 0.3204 -0.0917 0.9428</w:t>
        <w:br/>
        <w:t>vn 0.5600 -0.0623 0.8262</w:t>
        <w:br/>
        <w:t>vn 0.6568 -0.0995 0.7475</w:t>
        <w:br/>
        <w:t>vn 0.7003 -0.0195 -0.7136</w:t>
        <w:br/>
        <w:t>vn 0.4735 -0.0084 -0.8808</w:t>
        <w:br/>
        <w:t>vn 0.5231 -0.0097 -0.8522</w:t>
        <w:br/>
        <w:t>vn -0.9428 -0.1211 0.3106</w:t>
        <w:br/>
        <w:t>vn -0.9746 -0.1445 -0.1708</w:t>
        <w:br/>
        <w:t>vn -0.9189 -0.3376 -0.2041</w:t>
        <w:br/>
        <w:t>vn -0.8508 -0.3662 -0.3770</w:t>
        <w:br/>
        <w:t>vn -0.9231 -0.2951 0.2465</w:t>
        <w:br/>
        <w:t>vn 0.9140 -0.2553 -0.3155</w:t>
        <w:br/>
        <w:t>vn 0.9227 -0.3548 0.1506</w:t>
        <w:br/>
        <w:t>vn -0.6487 -0.1689 -0.7420</w:t>
        <w:br/>
        <w:t>vn -0.5784 -0.1883 -0.7937</w:t>
        <w:br/>
        <w:t>vn -0.5438 -0.2463 -0.8023</w:t>
        <w:br/>
        <w:t>vn -0.6125 -0.2210 -0.7589</w:t>
        <w:br/>
        <w:t>vn -0.5344 -0.5478 -0.6437</w:t>
        <w:br/>
        <w:t>vn -0.4002 -0.6592 -0.6367</w:t>
        <w:br/>
        <w:t>vn -0.2269 -0.9050 -0.3598</w:t>
        <w:br/>
        <w:t>vn -0.2923 -0.8750 -0.3860</w:t>
        <w:br/>
        <w:t>vn 0.9837 -0.0725 -0.1646</w:t>
        <w:br/>
        <w:t>vn 0.9787 -0.0070 -0.2053</w:t>
        <w:br/>
        <w:t>vn 0.7397 -0.0390 -0.6719</w:t>
        <w:br/>
        <w:t>vn 0.4499 0.0910 -0.8884</w:t>
        <w:br/>
        <w:t>vn -0.8259 -0.1128 0.5524</w:t>
        <w:br/>
        <w:t>vn -0.6835 -0.0379 -0.7290</w:t>
        <w:br/>
        <w:t>vn -0.6178 -0.1019 -0.7797</w:t>
        <w:br/>
        <w:t>vn -0.4804 -0.0166 -0.8769</w:t>
        <w:br/>
        <w:t>vn -0.4392 -0.0030 -0.8984</w:t>
        <w:br/>
        <w:t>vn -0.4385 -0.0461 -0.8975</w:t>
        <w:br/>
        <w:t>vn -0.9943 0.0670 0.0832</w:t>
        <w:br/>
        <w:t>vn -0.8673 0.1852 -0.4620</w:t>
        <w:br/>
        <w:t>vn -0.9138 0.0460 -0.4035</w:t>
        <w:br/>
        <w:t>vn -0.6646 0.1678 -0.7281</w:t>
        <w:br/>
        <w:t>vn 0.5111 -0.0389 -0.8587</w:t>
        <w:br/>
        <w:t>vn 0.6565 -0.0444 -0.7530</w:t>
        <w:br/>
        <w:t>vn 0.7134 0.0498 -0.6990</w:t>
        <w:br/>
        <w:t>vn 0.9525 0.2352 -0.1936</w:t>
        <w:br/>
        <w:t>vn 0.8801 0.1614 -0.4465</w:t>
        <w:br/>
        <w:t>vn 0.4553 -0.1421 0.8789</w:t>
        <w:br/>
        <w:t>vn 0.5023 -0.1516 0.8513</w:t>
        <w:br/>
        <w:t>vn 0.6912 -0.1821 0.6993</w:t>
        <w:br/>
        <w:t>vn 0.6983 -0.0242 0.7154</w:t>
        <w:br/>
        <w:t>vn -0.8456 -0.1329 0.5170</w:t>
        <w:br/>
        <w:t>vn -0.7681 -0.2654 0.5827</w:t>
        <w:br/>
        <w:t>vn -0.8564 -0.3674 0.3627</w:t>
        <w:br/>
        <w:t>vn -0.5169 -0.0919 -0.8511</w:t>
        <w:br/>
        <w:t>vn -0.2290 -0.0819 -0.9700</w:t>
        <w:br/>
        <w:t>vn -0.2525 -0.1695 -0.9526</w:t>
        <w:br/>
        <w:t>vn -0.4556 -0.0556 -0.8885</w:t>
        <w:br/>
        <w:t>vn 0.6458 -0.1952 -0.7382</w:t>
        <w:br/>
        <w:t>vn 0.6686 -0.1800 -0.7215</w:t>
        <w:br/>
        <w:t>vn 0.3836 -0.1598 -0.9096</w:t>
        <w:br/>
        <w:t>vn -0.3682 -0.1923 -0.9097</w:t>
        <w:br/>
        <w:t>vn -0.3713 -0.0917 -0.9240</w:t>
        <w:br/>
        <w:t>vn 0.9273 -0.1626 -0.3370</w:t>
        <w:br/>
        <w:t>vn -0.7613 -0.4187 -0.4951</w:t>
        <w:br/>
        <w:t>vn 0.0654 0.9386 -0.3387</w:t>
        <w:br/>
        <w:t>vn 0.0759 0.9642 -0.2542</w:t>
        <w:br/>
        <w:t>vn 0.0758 0.9642 -0.2542</w:t>
        <w:br/>
        <w:t>vn -0.2023 0.9583 -0.2018</w:t>
        <w:br/>
        <w:t>vn -0.3543 0.9351 -0.0131</w:t>
        <w:br/>
        <w:t>vn 0.2797 0.8308 0.4812</w:t>
        <w:br/>
        <w:t>vn 0.2795 0.8308 0.4812</w:t>
        <w:br/>
        <w:t>vn 0.1987 0.9406 0.2752</w:t>
        <w:br/>
        <w:t>vn -0.1171 0.9457 -0.3034</w:t>
        <w:br/>
        <w:t>vn -0.1171 0.9456 -0.3034</w:t>
        <w:br/>
        <w:t>vn 0.0743 0.9261 -0.3699</w:t>
        <w:br/>
        <w:t>vn -0.8654 -0.2902 -0.4086</w:t>
        <w:br/>
        <w:t>vn -0.7915 -0.5052 -0.3439</w:t>
        <w:br/>
        <w:t>vn -0.1046 0.9145 -0.3909</w:t>
        <w:br/>
        <w:t>vn -0.8795 -0.0017 -0.4759</w:t>
        <w:br/>
        <w:t>vn -0.8721 -0.0248 -0.4887</w:t>
        <w:br/>
        <w:t>vn -0.4895 0.8389 0.2381</w:t>
        <w:br/>
        <w:t>vn 0.8546 0.2825 0.4357</w:t>
        <w:br/>
        <w:t>vn 0.8172 0.2664 0.5111</w:t>
        <w:br/>
        <w:t>vn -0.9241 0.0720 0.3754</w:t>
        <w:br/>
        <w:t>vn -0.9676 0.0670 0.2436</w:t>
        <w:br/>
        <w:t>vn -0.8555 -0.1311 -0.5010</w:t>
        <w:br/>
        <w:t>vn -0.8779 0.0449 -0.4767</w:t>
        <w:br/>
        <w:t>vn -0.5604 0.7600 0.3291</w:t>
        <w:br/>
        <w:t>vn -0.0176 -0.6838 0.7295</w:t>
        <w:br/>
        <w:t>vn -0.0177 -0.6838 0.7294</w:t>
        <w:br/>
        <w:t>vn -0.0364 -0.7217 0.6912</w:t>
        <w:br/>
        <w:t>vn 0.0144 -0.5579 0.8298</w:t>
        <w:br/>
        <w:t>vn -0.0630 -0.5952 0.8011</w:t>
        <w:br/>
        <w:t>vn -0.0491 -0.6390 0.7676</w:t>
        <w:br/>
        <w:t>vn -0.0629 -0.5952 0.8011</w:t>
        <w:br/>
        <w:t>vn 0.3243 0.7702 0.5493</w:t>
        <w:br/>
        <w:t>vn 0.3243 0.7702 0.5492</w:t>
        <w:br/>
        <w:t>vn -0.1656 -0.4084 0.8977</w:t>
        <w:br/>
        <w:t>vn 0.8180 -0.4079 -0.4056</w:t>
        <w:br/>
        <w:t>vn 0.8799 -0.2767 -0.3862</w:t>
        <w:br/>
        <w:t>vn -0.1434 0.8783 -0.4561</w:t>
        <w:br/>
        <w:t>vn -0.1762 0.8631 -0.4733</w:t>
        <w:br/>
        <w:t>vn -0.1434 0.8783 -0.4562</w:t>
        <w:br/>
        <w:t>vn 0.9377 -0.0011 -0.3474</w:t>
        <w:br/>
        <w:t>vn 0.9412 0.0768 -0.3291</w:t>
        <w:br/>
        <w:t>vn -0.8341 0.3893 -0.3908</w:t>
        <w:br/>
        <w:t>vn 0.6921 0.1347 0.7091</w:t>
        <w:br/>
        <w:t>vn 0.7482 0.1987 0.6330</w:t>
        <w:br/>
        <w:t>vn 0.7482 0.1987 0.6331</w:t>
        <w:br/>
        <w:t>vn 0.8891 0.0538 -0.4546</w:t>
        <w:br/>
        <w:t>vn 0.8167 0.4105 -0.4056</w:t>
        <w:br/>
        <w:t>vn 0.8167 0.4105 -0.4055</w:t>
        <w:br/>
        <w:t>vn 0.8935 -0.1248 -0.4314</w:t>
        <w:br/>
        <w:t>vn -0.0513 0.9606 -0.2733</w:t>
        <w:br/>
        <w:t>vn -0.5737 0.7606 -0.3037</w:t>
        <w:br/>
        <w:t>vn -0.0513 0.9605 -0.2735</w:t>
        <w:br/>
        <w:t>vn 0.9259 -0.1227 -0.3572</w:t>
        <w:br/>
        <w:t>vn 0.9074 -0.1624 -0.3876</w:t>
        <w:br/>
        <w:t>vn -0.8581 -0.1564 -0.4891</w:t>
        <w:br/>
        <w:t>vn -0.7712 -0.0171 0.6363</w:t>
        <w:br/>
        <w:t>vn -0.8626 0.0321 0.5049</w:t>
        <w:br/>
        <w:t>vn 0.6391 0.0966 0.7630</w:t>
        <w:br/>
        <w:t>vn 0.5972 0.0542 0.8003</w:t>
        <w:br/>
        <w:t>vn 0.9406 -0.0344 -0.3377</w:t>
        <w:br/>
        <w:t>vn -0.8771 -0.1318 -0.4619</w:t>
        <w:br/>
        <w:t>vn -0.8813 -0.1087 -0.4598</w:t>
        <w:br/>
        <w:t>vn 0.9364 0.3406 0.0840</w:t>
        <w:br/>
        <w:t>vn 0.9581 0.2845 -0.0319</w:t>
        <w:br/>
        <w:t>vn 0.9701 0.2426 0.0086</w:t>
        <w:br/>
        <w:t>vn 0.9632 0.2680 0.0205</w:t>
        <w:br/>
        <w:t>vn 0.9448 0.3018 -0.1277</w:t>
        <w:br/>
        <w:t>vn 0.8512 0.5205 0.0674</w:t>
        <w:br/>
        <w:t>vn -0.9831 0.1819 0.0211</w:t>
        <w:br/>
        <w:t>vn -0.9814 0.1876 -0.0417</w:t>
        <w:br/>
        <w:t>vn -0.9662 0.2444 0.0820</w:t>
        <w:br/>
        <w:t>vn -0.9169 0.2365 0.3215</w:t>
        <w:br/>
        <w:t>vn -0.8426 0.5335 -0.0736</w:t>
        <w:br/>
        <w:t>vn -0.8980 0.4215 -0.1261</w:t>
        <w:br/>
        <w:t>vn 0.8154 0.5169 0.2607</w:t>
        <w:br/>
        <w:t>vn 0.9370 0.2611 0.2320</w:t>
        <w:br/>
        <w:t>vn 0.9460 0.2517 0.2043</w:t>
        <w:br/>
        <w:t>vn 0.8914 0.4170 0.1777</w:t>
        <w:br/>
        <w:t>vn 0.8201 0.4683 0.3290</w:t>
        <w:br/>
        <w:t>vn -0.7616 0.5840 0.2811</w:t>
        <w:br/>
        <w:t>vn -0.5394 0.6747 0.5038</w:t>
        <w:br/>
        <w:t>vn -0.5778 0.5141 0.6339</w:t>
        <w:br/>
        <w:t>vn -0.8196 0.4798 0.3131</w:t>
        <w:br/>
        <w:t>vn -0.9278 0.2187 0.3022</w:t>
        <w:br/>
        <w:t>vn -0.7372 0.2933 0.6087</w:t>
        <w:br/>
        <w:t>vn -0.7797 0.1326 0.6119</w:t>
        <w:br/>
        <w:t>vn -0.9486 0.1228 0.2916</w:t>
        <w:br/>
        <w:t>vn 0.7653 0.3416 0.5455</w:t>
        <w:br/>
        <w:t>vn 0.8565 0.3051 0.4164</w:t>
        <w:br/>
        <w:t>vn 0.8643 0.2811 0.4170</w:t>
        <w:br/>
        <w:t>vn 0.7958 0.2680 0.5430</w:t>
        <w:br/>
        <w:t>vn 0.7775 0.5217 0.3512</w:t>
        <w:br/>
        <w:t>vn 0.7158 0.5370 0.4465</w:t>
        <w:br/>
        <w:t>vn 0.7303 0.5163 0.4473</w:t>
        <w:br/>
        <w:t>vn 0.8022 0.4824 0.3518</w:t>
        <w:br/>
        <w:t>vn -0.4092 0.5230 0.7477</w:t>
        <w:br/>
        <w:t>vn -0.4157 0.7062 0.5731</w:t>
        <w:br/>
        <w:t>vn -0.5889 0.3337 0.7361</w:t>
        <w:br/>
        <w:t>vn -0.6292 0.1517 0.7623</w:t>
        <w:br/>
        <w:t>vn 0.6739 0.2406 0.6986</w:t>
        <w:br/>
        <w:t>vn 0.6636 0.2683 0.6983</w:t>
        <w:br/>
        <w:t>vn 0.6878 0.3066 0.6580</w:t>
        <w:br/>
        <w:t>vn 0.7110 0.2480 0.6580</w:t>
        <w:br/>
        <w:t>vn 0.5626 0.6132 0.5545</w:t>
        <w:br/>
        <w:t>vn 0.6151 0.5821 0.5318</w:t>
        <w:br/>
        <w:t>vn 0.5028 0.5702 0.6496</w:t>
        <w:br/>
        <w:t>vn 0.5936 0.5550 0.5827</w:t>
        <w:br/>
        <w:t>vn 0.4019 0.8204 0.4066</w:t>
        <w:br/>
        <w:t>vn 0.5875 0.6294 0.5086</w:t>
        <w:br/>
        <w:t>vn 0.2384 0.8243 0.5135</w:t>
        <w:br/>
        <w:t>vn 0.0092 0.9921 0.1250</w:t>
        <w:br/>
        <w:t>vn -0.0798 0.9523 0.2944</w:t>
        <w:br/>
        <w:t>vn 0.0520 0.4428 0.8951</w:t>
        <w:br/>
        <w:t>vn 0.0457 0.4406 0.8965</w:t>
        <w:br/>
        <w:t>vn -0.1502 0.3629 0.9196</w:t>
        <w:br/>
        <w:t>vn -0.8394 -0.5225 -0.1498</w:t>
        <w:br/>
        <w:t>vn -0.8982 -0.3483 -0.2682</w:t>
        <w:br/>
        <w:t>vn -0.5475 -0.8284 -0.1180</w:t>
        <w:br/>
        <w:t>vn -0.5517 -0.8259 -0.1161</w:t>
        <w:br/>
        <w:t>vn 0.4883 -0.0268 0.8723</w:t>
        <w:br/>
        <w:t>vn 0.3223 -0.0344 0.9460</w:t>
        <w:br/>
        <w:t>vn 0.0498 0.1207 0.9914</w:t>
        <w:br/>
        <w:t>vn 0.4584 0.1859 0.8691</w:t>
        <w:br/>
        <w:t>vn 0.4498 -0.0770 0.8898</w:t>
        <w:br/>
        <w:t>vn -0.4767 -0.0533 0.8774</w:t>
        <w:br/>
        <w:t>vn -0.5634 -0.2657 0.7823</w:t>
        <w:br/>
        <w:t>vn -0.4780 -0.5139 0.7124</w:t>
        <w:br/>
        <w:t>vn 0.1662 0.2909 0.9422</w:t>
        <w:br/>
        <w:t>vn 0.4736 0.2669 0.8393</w:t>
        <w:br/>
        <w:t>vn -0.5940 0.3179 0.7390</w:t>
        <w:br/>
        <w:t>vn 0.0112 0.5607 0.8280</w:t>
        <w:br/>
        <w:t>vn 0.0251 0.4952 0.8684</w:t>
        <w:br/>
        <w:t>vn -0.3165 0.8076 0.4976</w:t>
        <w:br/>
        <w:t>vn -0.2192 0.7960 0.5642</w:t>
        <w:br/>
        <w:t>vn -0.0268 0.7848 0.6192</w:t>
        <w:br/>
        <w:t>vn -0.0130 0.6555 0.7551</w:t>
        <w:br/>
        <w:t>vn -0.0200 0.7014 0.7124</w:t>
        <w:br/>
        <w:t>vn -0.0011 0.7386 0.6742</w:t>
        <w:br/>
        <w:t>vn 0.0074 0.8506 0.5257</w:t>
        <w:br/>
        <w:t>vn -0.0091 0.7181 0.6959</w:t>
        <w:br/>
        <w:t>vn -0.0161 0.8285 0.5597</w:t>
        <w:br/>
        <w:t>vn -0.0200 0.8610 0.5083</w:t>
        <w:br/>
        <w:t>vn -0.0056 0.7221 0.6917</w:t>
        <w:br/>
        <w:t>vn 0.4420 -0.8840 -0.1521</w:t>
        <w:br/>
        <w:t>vn 0.2042 -0.9748 0.0894</w:t>
        <w:br/>
        <w:t>vn 0.6869 -0.7110 -0.1506</w:t>
        <w:br/>
        <w:t>vn -0.9460 -0.2291 0.2292</w:t>
        <w:br/>
        <w:t>vn -0.8852 -0.4432 0.1415</w:t>
        <w:br/>
        <w:t>vn -0.8852 -0.4432 0.1416</w:t>
        <w:br/>
        <w:t>vn -0.5485 -0.8314 -0.0888</w:t>
        <w:br/>
        <w:t>vn -0.7894 -0.6072 -0.0905</w:t>
        <w:br/>
        <w:t>vn 0.1087 -0.9681 0.2257</w:t>
        <w:br/>
        <w:t>vn 0.9524 -0.2079 0.2228</w:t>
        <w:br/>
        <w:t>vn 0.9131 -0.3295 0.2401</w:t>
        <w:br/>
        <w:t>vn -0.5591 -0.8275 -0.0516</w:t>
        <w:br/>
        <w:t>vn -0.5591 -0.8275 -0.0517</w:t>
        <w:br/>
        <w:t>vn 0.8375 -0.5374 0.0989</w:t>
        <w:br/>
        <w:t>vn -0.7260 -0.6835 0.0756</w:t>
        <w:br/>
        <w:t>vn -0.7261 -0.6835 0.0756</w:t>
        <w:br/>
        <w:t>vn -0.6071 -0.7946 -0.0077</w:t>
        <w:br/>
        <w:t>vn -0.6071 -0.7946 -0.0078</w:t>
        <w:br/>
        <w:t>vn 0.9598 0.0297 0.2791</w:t>
        <w:br/>
        <w:t>vn 0.9858 0.0134 0.1672</w:t>
        <w:br/>
        <w:t>vn 0.0738 -0.6941 0.7161</w:t>
        <w:br/>
        <w:t>vn 0.0737 -0.6941 0.7160</w:t>
        <w:br/>
        <w:t>vn 0.6981 -0.4245 0.5765</w:t>
        <w:br/>
        <w:t>vn -0.5979 -0.4887 0.6354</w:t>
        <w:br/>
        <w:t>vn -0.5978 -0.4887 0.6354</w:t>
        <w:br/>
        <w:t>vn -0.9318 0.0035 0.3631</w:t>
        <w:br/>
        <w:t>vn -0.9317 0.0035 0.3631</w:t>
        <w:br/>
        <w:t>vn -0.9658 0.0420 0.2560</w:t>
        <w:br/>
        <w:t>vn -0.8605 0.3720 0.3480</w:t>
        <w:br/>
        <w:t>vn -0.9878 0.1505 0.0406</w:t>
        <w:br/>
        <w:t>vn -0.4798 0.8693 -0.1190</w:t>
        <w:br/>
        <w:t>vn -0.4798 0.8692 -0.1190</w:t>
        <w:br/>
        <w:t>vn -0.3794 0.8730 -0.3064</w:t>
        <w:br/>
        <w:t>vn 0.2251 0.9287 -0.2949</w:t>
        <w:br/>
        <w:t>vn 0.2862 0.9568 -0.0521</w:t>
        <w:br/>
        <w:t>vn 0.1929 0.9750 0.1101</w:t>
        <w:br/>
        <w:t>vn -0.1411 0.9818 0.1274</w:t>
        <w:br/>
        <w:t>vn -0.0430 0.9623 0.2685</w:t>
        <w:br/>
        <w:t>vn -0.0431 0.9623 0.2685</w:t>
        <w:br/>
        <w:t>vn -0.3699 0.9291 -0.0009</w:t>
        <w:br/>
        <w:t>vn -0.3698 0.9291 -0.0009</w:t>
        <w:br/>
        <w:t>vn 0.0699 0.9715 0.2266</w:t>
        <w:br/>
        <w:t>vn -0.9857 0.1202 -0.1177</w:t>
        <w:br/>
        <w:t>vn -0.9871 0.1355 -0.0855</w:t>
        <w:br/>
        <w:t>vn -0.9541 0.2742 0.1205</w:t>
        <w:br/>
        <w:t>vn 0.9754 0.0524 -0.2141</w:t>
        <w:br/>
        <w:t>vn 0.9860 0.0492 -0.1594</w:t>
        <w:br/>
        <w:t>vn 0.9636 0.0459 -0.2635</w:t>
        <w:br/>
        <w:t>vn -0.1683 0.8689 -0.4656</w:t>
        <w:br/>
        <w:t>vn -0.0549 0.9982 -0.0230</w:t>
        <w:br/>
        <w:t>vn -0.0372 0.9990 -0.0229</w:t>
        <w:br/>
        <w:t>vn 0.0443 0.8884 -0.4570</w:t>
        <w:br/>
        <w:t>vn 0.0572 0.9437 0.3258</w:t>
        <w:br/>
        <w:t>vn -0.8248 0.3619 0.4345</w:t>
        <w:br/>
        <w:t>vn 0.0150 0.8826 0.4698</w:t>
        <w:br/>
        <w:t>vn 0.9999 -0.0053 -0.0085</w:t>
        <w:br/>
        <w:t>vn 0.9902 0.1290 0.0532</w:t>
        <w:br/>
        <w:t>vn -0.9138 0.2319 0.3335</w:t>
        <w:br/>
        <w:t>vn -0.8813 0.2900 0.3731</w:t>
        <w:br/>
        <w:t>vn 0.2174 -0.3419 -0.9143</w:t>
        <w:br/>
        <w:t>vn 0.0497 -0.3763 -0.9252</w:t>
        <w:br/>
        <w:t>vn -0.1934 -0.3342 -0.9225</w:t>
        <w:br/>
        <w:t>vn -0.5014 -0.2744 -0.8206</w:t>
        <w:br/>
        <w:t>vn -0.8055 -0.1466 -0.5741</w:t>
        <w:br/>
        <w:t>vn -0.9213 -0.0317 -0.3876</w:t>
        <w:br/>
        <w:t>vn 0.3687 -0.3330 -0.8678</w:t>
        <w:br/>
        <w:t>vn 0.6829 -0.1971 -0.7034</w:t>
        <w:br/>
        <w:t>vn 0.6877 -0.1811 -0.7031</w:t>
        <w:br/>
        <w:t>vn 0.8674 -0.1676 -0.4685</w:t>
        <w:br/>
        <w:t>vn 0.8888 -0.1968 -0.4140</w:t>
        <w:br/>
        <w:t>vn 0.9837 -0.0928 -0.1541</w:t>
        <w:br/>
        <w:t>vn -0.1911 -0.0570 0.9799</w:t>
        <w:br/>
        <w:t>vn -0.9859 -0.1200 0.1169</w:t>
        <w:br/>
        <w:t>vn -0.9852 0.0244 -0.1694</w:t>
        <w:br/>
        <w:t>vn -0.8311 -0.0301 -0.5554</w:t>
        <w:br/>
        <w:t>vn -0.2428 -0.0878 -0.9661</w:t>
        <w:br/>
        <w:t>vn -0.4749 -0.0726 -0.8771</w:t>
        <w:br/>
        <w:t>vn 0.6734 0.1158 0.7301</w:t>
        <w:br/>
        <w:t>vn 0.5460 0.1015 0.8316</w:t>
        <w:br/>
        <w:t>vn 0.8969 0.1686 0.4089</w:t>
        <w:br/>
        <w:t>vn 0.8351 0.1446 0.5307</w:t>
        <w:br/>
        <w:t>vn 0.9100 0.1637 0.3808</w:t>
        <w:br/>
        <w:t>vn 0.9584 0.1645 0.2333</w:t>
        <w:br/>
        <w:t>vn -0.9428 -0.2957 0.1539</w:t>
        <w:br/>
        <w:t>vn -0.5847 0.7541 0.2992</w:t>
        <w:br/>
        <w:t>vn -0.5847 0.7541 0.2991</w:t>
        <w:br/>
        <w:t>vn 0.4561 -0.6259 -0.6327</w:t>
        <w:br/>
        <w:t>vn 0.7023 -0.5769 -0.4171</w:t>
        <w:br/>
        <w:t>vn -0.8889 0.2274 0.3978</w:t>
        <w:br/>
        <w:t>vn 0.8551 0.3770 0.3558</w:t>
        <w:br/>
        <w:t>vn 0.9435 0.3203 0.0848</w:t>
        <w:br/>
        <w:t>vn 0.9647 0.2125 -0.1556</w:t>
        <w:br/>
        <w:t>vn 0.8730 0.3320 0.3574</w:t>
        <w:br/>
        <w:t>vn 0.9693 0.2400 -0.0536</w:t>
        <w:br/>
        <w:t>vn -0.8813 -0.3549 -0.3120</w:t>
        <w:br/>
        <w:t>vn -0.9471 0.3206 -0.0112</w:t>
        <w:br/>
        <w:t>vn 0.8300 -0.2234 -0.5110</w:t>
        <w:br/>
        <w:t>vn -0.8130 -0.2115 0.5425</w:t>
        <w:br/>
        <w:t>vn -0.7473 -0.1989 0.6340</w:t>
        <w:br/>
        <w:t>vn 0.5069 -0.0917 0.8571</w:t>
        <w:br/>
        <w:t>vn -0.6308 -0.0547 0.7740</w:t>
        <w:br/>
        <w:t>vn -0.6309 -0.0547 0.7740</w:t>
        <w:br/>
        <w:t>vn 0.7866 0.0730 0.6132</w:t>
        <w:br/>
        <w:t>vn 0.5696 -0.0546 0.8201</w:t>
        <w:br/>
        <w:t>vn 0.9448 -0.0971 -0.3131</w:t>
        <w:br/>
        <w:t>vn -0.9396 0.0688 -0.3353</w:t>
        <w:br/>
        <w:t>vn -0.9985 -0.0224 -0.0502</w:t>
        <w:br/>
        <w:t>vn -0.9915 0.0579 0.1166</w:t>
        <w:br/>
        <w:t>vn 0.4525 -0.0411 0.8908</w:t>
        <w:br/>
        <w:t>vn 0.2213 -0.0713 0.9726</w:t>
        <w:br/>
        <w:t>vn 0.9583 -0.1162 -0.2611</w:t>
        <w:br/>
        <w:t>vn -0.9962 0.0659 0.0566</w:t>
        <w:br/>
        <w:t>vn 0.5077 0.8027 -0.3130</w:t>
        <w:br/>
        <w:t>vn -0.1224 -0.0313 0.9920</w:t>
        <w:br/>
        <w:t>vn 0.3748 0.2746 0.8855</w:t>
        <w:br/>
        <w:t>vn -0.4661 0.1127 0.8775</w:t>
        <w:br/>
        <w:t>vn -0.8089 0.2133 0.5478</w:t>
        <w:br/>
        <w:t>vn 0.9475 0.1629 0.2751</w:t>
        <w:br/>
        <w:t>vn 0.9990 -0.0009 0.0449</w:t>
        <w:br/>
        <w:t>vn 0.9958 -0.0173 0.0895</w:t>
        <w:br/>
        <w:t>vn 0.9259 0.1456 0.3487</w:t>
        <w:br/>
        <w:t>vn 0.7564 0.2619 0.5994</w:t>
        <w:br/>
        <w:t>vn 0.9551 -0.2068 -0.2121</w:t>
        <w:br/>
        <w:t>vn 0.9551 -0.2069 -0.2121</w:t>
        <w:br/>
        <w:t>vn 0.9535 -0.2343 0.1897</w:t>
        <w:br/>
        <w:t>vn 0.8324 0.0377 0.5529</w:t>
        <w:br/>
        <w:t>vn -0.9699 0.1334 0.2035</w:t>
        <w:br/>
        <w:t>vn -0.7806 0.2601 0.5684</w:t>
        <w:br/>
        <w:t>vn 0.7754 -0.0726 -0.6273</w:t>
        <w:br/>
        <w:t>vn 0.9220 -0.0748 -0.3799</w:t>
        <w:br/>
        <w:t>vn -0.7100 -0.0750 -0.7002</w:t>
        <w:br/>
        <w:t>vn -0.9059 -0.0824 -0.4155</w:t>
        <w:br/>
        <w:t>vn 0.8743 -0.4842 -0.0345</w:t>
        <w:br/>
        <w:t>vn 0.8063 -0.0108 0.5914</w:t>
        <w:br/>
        <w:t>vn -0.9901 0.1336 0.0434</w:t>
        <w:br/>
        <w:t>vn -0.9819 0.1817 0.0527</w:t>
        <w:br/>
        <w:t>vn -0.9866 0.1603 -0.0306</w:t>
        <w:br/>
        <w:t>vn -0.9898 0.1323 -0.0537</w:t>
        <w:br/>
        <w:t>vn 0.1207 0.9852 -0.1219</w:t>
        <w:br/>
        <w:t>vn 0.1538 0.9870 0.0471</w:t>
        <w:br/>
        <w:t>vn 0.9872 -0.0868 0.1341</w:t>
        <w:br/>
        <w:t>vn 0.9905 -0.0679 -0.1200</w:t>
        <w:br/>
        <w:t>vn 0.9900 -0.1055 -0.0934</w:t>
        <w:br/>
        <w:t>vn 0.9923 -0.1089 0.0587</w:t>
        <w:br/>
        <w:t>vn 0.7922 -0.0528 0.6080</w:t>
        <w:br/>
        <w:t>vn 0.9047 0.1251 0.4074</w:t>
        <w:br/>
        <w:t>vn 0.9967 -0.0357 0.0727</w:t>
        <w:br/>
        <w:t>vn 0.5592 0.4793 0.6765</w:t>
        <w:br/>
        <w:t>vn 0.7630 -0.0629 0.6433</w:t>
        <w:br/>
        <w:t>vn 0.8649 0.1034 0.4911</w:t>
        <w:br/>
        <w:t>vn 0.8030 -0.0621 0.5927</w:t>
        <w:br/>
        <w:t>vn 0.9039 -0.3326 0.2690</w:t>
        <w:br/>
        <w:t>vn 0.7795 0.3129 0.5426</w:t>
        <w:br/>
        <w:t>vn 0.9066 0.1013 0.4096</w:t>
        <w:br/>
        <w:t>vn 0.9312 -0.0053 0.3645</w:t>
        <w:br/>
        <w:t>vn 0.8618 -0.5014 0.0762</w:t>
        <w:br/>
        <w:t>vn 0.8622 -0.4966 0.0998</w:t>
        <w:br/>
        <w:t>vn 0.9992 -0.0082 -0.0401</w:t>
        <w:br/>
        <w:t>vn 0.9626 0.0988 0.2523</w:t>
        <w:br/>
        <w:t>vn 0.9830 -0.1133 0.1441</w:t>
        <w:br/>
        <w:t>vn 0.9748 0.0337 0.2205</w:t>
        <w:br/>
        <w:t>vn -0.8609 0.5057 0.0565</w:t>
        <w:br/>
        <w:t>vn -0.8550 0.5180 -0.0246</w:t>
        <w:br/>
        <w:t>vn -0.8871 0.4589 0.0491</w:t>
        <w:br/>
        <w:t>vn -0.8670 0.4981 -0.0144</w:t>
        <w:br/>
        <w:t>vn 0.7246 -0.3288 0.6057</w:t>
        <w:br/>
        <w:t>vn 0.5499 0.0318 0.8346</w:t>
        <w:br/>
        <w:t>vn 0.9520 0.1941 0.2367</w:t>
        <w:br/>
        <w:t>vn 0.7333 0.1015 0.6723</w:t>
        <w:br/>
        <w:t>vn 0.9686 -0.1800 0.1713</w:t>
        <w:br/>
        <w:t>vn 0.8618 -0.4632 0.2066</w:t>
        <w:br/>
        <w:t>vn 0.9533 -0.0675 0.2945</w:t>
        <w:br/>
        <w:t>vn 0.9375 -0.2325 0.2590</w:t>
        <w:br/>
        <w:t>vn 0.7932 -0.1540 0.5892</w:t>
        <w:br/>
        <w:t>vn 0.8950 -0.2327 0.3806</w:t>
        <w:br/>
        <w:t>vn -0.8639 0.5019 -0.0421</w:t>
        <w:br/>
        <w:t>vn 0.6597 -0.4879 0.5716</w:t>
        <w:br/>
        <w:t>vn 0.9394 0.1679 0.2989</w:t>
        <w:br/>
        <w:t>vn 0.8923 0.3634 0.2678</w:t>
        <w:br/>
        <w:t>vn 0.4423 0.8552 0.2701</w:t>
        <w:br/>
        <w:t>vn 0.0480 0.9487 0.3124</w:t>
        <w:br/>
        <w:t>vn -0.7544 0.4318 0.4944</w:t>
        <w:br/>
        <w:t>vn -0.8591 0.1590 -0.4865</w:t>
        <w:br/>
        <w:t>vn -0.6098 0.3689 -0.7015</w:t>
        <w:br/>
        <w:t>vn -0.7566 -0.1235 -0.6421</w:t>
        <w:br/>
        <w:t>vn -0.5159 -0.6072 -0.6043</w:t>
        <w:br/>
        <w:t>vn -0.4194 -0.4252 -0.8021</w:t>
        <w:br/>
        <w:t>vn -0.5305 -0.3182 -0.7857</w:t>
        <w:br/>
        <w:t>vn -0.6130 0.4613 -0.6414</w:t>
        <w:br/>
        <w:t>vn -0.5776 0.4785 -0.6614</w:t>
        <w:br/>
        <w:t>vn -0.5659 -0.1177 -0.8161</w:t>
        <w:br/>
        <w:t>vn 0.9958 0.0834 -0.0388</w:t>
        <w:br/>
        <w:t>vn 0.9309 0.2916 0.2199</w:t>
        <w:br/>
        <w:t>vn 0.9954 0.0907 0.0322</w:t>
        <w:br/>
        <w:t>vn -0.9585 0.0302 0.2836</w:t>
        <w:br/>
        <w:t>vn -0.9975 0.0565 -0.0427</w:t>
        <w:br/>
        <w:t>vn -0.7811 -0.1465 -0.6070</w:t>
        <w:br/>
        <w:t>vn -0.8219 -0.2730 -0.4999</w:t>
        <w:br/>
        <w:t>vn 0.9988 -0.0069 -0.0485</w:t>
        <w:br/>
        <w:t>vn 0.9015 0.3051 0.3070</w:t>
        <w:br/>
        <w:t>vn 0.8956 0.2741 0.3504</w:t>
        <w:br/>
        <w:t>vn 0.9981 0.0172 -0.0597</w:t>
        <w:br/>
        <w:t>vn 0.9369 0.2207 0.2713</w:t>
        <w:br/>
        <w:t>vn 0.9854 0.0435 -0.1644</w:t>
        <w:br/>
        <w:t>vn 0.9946 0.0397 -0.0962</w:t>
        <w:br/>
        <w:t>vn 0.9695 0.1598 0.1859</w:t>
        <w:br/>
        <w:t>vn 0.8813 0.4724 -0.0151</w:t>
        <w:br/>
        <w:t>vn 0.8649 0.4996 -0.0479</w:t>
        <w:br/>
        <w:t>vn 0.9978 0.0362 -0.0562</w:t>
        <w:br/>
        <w:t>vn 0.9747 0.0691 -0.2125</w:t>
        <w:br/>
        <w:t>vn 0.9918 0.0458 0.1195</w:t>
        <w:br/>
        <w:t>vn 0.8705 0.4826 0.0967</w:t>
        <w:br/>
        <w:t>vn 0.9679 0.0335 0.2492</w:t>
        <w:br/>
        <w:t>vn 0.8681 0.4455 0.2191</w:t>
        <w:br/>
        <w:t>vn 0.9376 0.3083 0.1608</w:t>
        <w:br/>
        <w:t>vn 0.9952 -0.0305 -0.0926</w:t>
        <w:br/>
        <w:t>vn 0.9652 0.1874 -0.1822</w:t>
        <w:br/>
        <w:t>vn -0.6764 0.1021 0.7294</w:t>
        <w:br/>
        <w:t>vn -0.3794 0.1159 0.9179</w:t>
        <w:br/>
        <w:t>vn -0.3234 0.5207 0.7901</w:t>
        <w:br/>
        <w:t>vn -0.5787 0.5324 0.6178</w:t>
        <w:br/>
        <w:t>vn -0.8820 0.0430 0.4692</w:t>
        <w:br/>
        <w:t>vn -0.8150 0.3653 0.4498</w:t>
        <w:br/>
        <w:t>vn -0.9434 0.3085 0.1214</w:t>
        <w:br/>
        <w:t>vn -0.9362 0.3086 -0.1681</w:t>
        <w:br/>
        <w:t>vn -0.9909 -0.0455 -0.1267</w:t>
        <w:br/>
        <w:t>vn -0.9671 0.2275 0.1136</w:t>
        <w:br/>
        <w:t>vn -0.9616 0.2474 0.1192</w:t>
        <w:br/>
        <w:t>vn -0.9702 -0.0666 -0.2330</w:t>
        <w:br/>
        <w:t>vn -0.9562 -0.0388 -0.2900</w:t>
        <w:br/>
        <w:t>vn -0.6676 0.2403 -0.7047</w:t>
        <w:br/>
        <w:t>vn 0.9652 0.1874 -0.1823</w:t>
        <w:br/>
        <w:t>vn 0.7271 0.1512 -0.6697</w:t>
        <w:br/>
        <w:t>vn 0.7949 0.4275 0.4305</w:t>
        <w:br/>
        <w:t>vn 0.5827 0.4211 0.6951</w:t>
        <w:br/>
        <w:t>vn 0.6422 0.0301 0.7659</w:t>
        <w:br/>
        <w:t>vn 0.8789 0.0132 0.4769</w:t>
        <w:br/>
        <w:t>vn 0.1459 0.0743 0.9865</w:t>
        <w:br/>
        <w:t>vn 0.1368 0.4547 0.8801</w:t>
        <w:br/>
        <w:t>vn -0.9574 -0.0045 -0.2888</w:t>
        <w:br/>
        <w:t>vn -0.9537 -0.0100 -0.3005</w:t>
        <w:br/>
        <w:t>vn -0.9537 -0.0101 -0.3005</w:t>
        <w:br/>
        <w:t>vn 0.9498 0.2255 0.2169</w:t>
        <w:br/>
        <w:t>vn 0.9756 0.0573 -0.2118</w:t>
        <w:br/>
        <w:t>vn -0.7387 -0.2330 -0.6324</w:t>
        <w:br/>
        <w:t>vn -0.7640 -0.1723 -0.6217</w:t>
        <w:br/>
        <w:t>vn -0.9837 0.0650 -0.1679</w:t>
        <w:br/>
        <w:t>vn -0.9546 -0.0373 -0.2956</w:t>
        <w:br/>
        <w:t>vn -0.8724 -0.4041 0.2749</w:t>
        <w:br/>
        <w:t>vn -0.9216 -0.3880 -0.0086</w:t>
        <w:br/>
        <w:t>vn -0.8609 0.1109 0.4965</w:t>
        <w:br/>
        <w:t>vn -0.6382 -0.3221 0.6992</w:t>
        <w:br/>
        <w:t>vn -0.3658 -0.3030 0.8800</w:t>
        <w:br/>
        <w:t>vn 0.1121 -0.2804 0.9533</w:t>
        <w:br/>
        <w:t>vn 0.8124 -0.3807 0.4416</w:t>
        <w:br/>
        <w:t>vn 0.5794 -0.3390 0.7412</w:t>
        <w:br/>
        <w:t>vn 0.8550 -0.4608 0.2379</w:t>
        <w:br/>
        <w:t>vn 0.9537 -0.2771 0.1166</w:t>
        <w:br/>
        <w:t>vn 0.9256 0.3434 0.1591</w:t>
        <w:br/>
        <w:t>vn 0.9648 0.0959 -0.2449</w:t>
        <w:br/>
        <w:t>vn 0.9619 0.0410 -0.2703</w:t>
        <w:br/>
        <w:t>vn 0.8830 -0.0747 -0.4634</w:t>
        <w:br/>
        <w:t>vn 0.9678 0.0631 -0.2437</w:t>
        <w:br/>
        <w:t>vn -0.9597 0.0050 -0.2810</w:t>
        <w:br/>
        <w:t>vn -0.9631 0.0502 -0.2646</w:t>
        <w:br/>
        <w:t>vn -0.9658 0.2344 -0.1111</w:t>
        <w:br/>
        <w:t>vn -0.9589 0.2704 0.0862</w:t>
        <w:br/>
        <w:t>vn -0.8787 -0.3828 -0.2852</w:t>
        <w:br/>
        <w:t>vn -0.7614 -0.1716 0.6252</w:t>
        <w:br/>
        <w:t>vn -0.7885 0.0667 0.6114</w:t>
        <w:br/>
        <w:t>vn -0.6719 0.5334 0.5138</w:t>
        <w:br/>
        <w:t>vn 0.9370 0.0168 0.3489</w:t>
        <w:br/>
        <w:t>vn 0.8439 0.4330 0.3166</w:t>
        <w:br/>
        <w:t>vn 0.8531 -0.4095 0.3232</w:t>
        <w:br/>
        <w:t>vn 0.9070 -0.4192 -0.0388</w:t>
        <w:br/>
        <w:t>vn 0.9535 -0.2462 -0.1739</w:t>
        <w:br/>
        <w:t>vn 0.8698 -0.2219 -0.4407</w:t>
        <w:br/>
        <w:t>vn 0.8676 -0.3091 -0.3896</w:t>
        <w:br/>
        <w:t>vn 0.9995 0.0059 -0.0319</w:t>
        <w:br/>
        <w:t>vn 0.9978 0.0288 -0.0604</w:t>
        <w:br/>
        <w:t>vn 0.9960 -0.0785 -0.0419</w:t>
        <w:br/>
        <w:t>vn 0.9220 -0.2888 -0.2577</w:t>
        <w:br/>
        <w:t>vn 0.7028 -0.6340 -0.3226</w:t>
        <w:br/>
        <w:t>vn -0.3392 -0.6728 -0.6575</w:t>
        <w:br/>
        <w:t>vn -0.6937 -0.5567 -0.4570</w:t>
        <w:br/>
        <w:t>vn -0.7398 -0.5710 -0.3557</w:t>
        <w:br/>
        <w:t>vn -0.9700 -0.1463 -0.1940</w:t>
        <w:br/>
        <w:t>vn -0.8981 -0.3486 -0.2683</w:t>
        <w:br/>
        <w:t>vn -0.7398 -0.5711 -0.3557</w:t>
        <w:br/>
        <w:t>vn -0.7447 -0.5150 -0.4245</w:t>
        <w:br/>
        <w:t>vn -0.9457 -0.0625 -0.3191</w:t>
        <w:br/>
        <w:t>vn -0.9560 -0.1072 -0.2732</w:t>
        <w:br/>
        <w:t>vn -0.7372 -0.3877 -0.5534</w:t>
        <w:br/>
        <w:t>vn -0.7338 -0.2903 -0.6142</w:t>
        <w:br/>
        <w:t>vn 0.9903 0.0607 -0.1247</w:t>
        <w:br/>
        <w:t>vn 0.8447 -0.1619 -0.5102</w:t>
        <w:br/>
        <w:t>vn -0.9899 0.1358 -0.0400</w:t>
        <w:br/>
        <w:t>vn -0.9490 -0.0221 -0.3146</w:t>
        <w:br/>
        <w:t>vn 0.2044 -0.3326 -0.9206</w:t>
        <w:br/>
        <w:t>vn 0.2044 -0.3327 -0.9206</w:t>
        <w:br/>
        <w:t>vn 0.3697 -0.3279 -0.8694</w:t>
        <w:br/>
        <w:t>vn 0.2528 -0.3242 -0.9116</w:t>
        <w:br/>
        <w:t>vn 0.6782 0.3488 0.6469</w:t>
        <w:br/>
        <w:t>vn 0.7220 0.3457 0.5993</w:t>
        <w:br/>
        <w:t>vn 0.5877 0.7857 0.1931</w:t>
        <w:br/>
        <w:t>vn 0.6708 0.5155 0.5332</w:t>
        <w:br/>
        <w:t>vn 0.2209 -0.4427 -0.8691</w:t>
        <w:br/>
        <w:t>vn 0.2209 -0.4427 -0.8690</w:t>
        <w:br/>
        <w:t>vn 0.2823 -0.5371 -0.7949</w:t>
        <w:br/>
        <w:t>vn 0.5189 -0.6973 -0.4945</w:t>
        <w:br/>
        <w:t>vn 0.5139 -0.3490 -0.7837</w:t>
        <w:br/>
        <w:t>vn 0.5737 0.4640 0.6750</w:t>
        <w:br/>
        <w:t>vn 0.6056 0.3881 0.6947</w:t>
        <w:br/>
        <w:t>vn 0.5819 0.4237 0.6941</w:t>
        <w:br/>
        <w:t>vn -0.4287 0.9035 -0.0026</w:t>
        <w:br/>
        <w:t>vn -0.6280 0.7758 0.0612</w:t>
        <w:br/>
        <w:t>vn -0.3940 0.9138 -0.0989</w:t>
        <w:br/>
        <w:t>vn -0.6082 -0.7351 -0.2996</w:t>
        <w:br/>
        <w:t>vn -0.6586 -0.7524 -0.0152</w:t>
        <w:br/>
        <w:t>vn -0.5844 -0.7946 0.1643</w:t>
        <w:br/>
        <w:t>vn -0.4449 0.8846 0.1396</w:t>
        <w:br/>
        <w:t>vn -0.5040 -0.8164 0.2820</w:t>
        <w:br/>
        <w:t>vn -0.4300 0.8836 0.1853</w:t>
        <w:br/>
        <w:t>vn -0.4149 0.8828 0.2204</w:t>
        <w:br/>
        <w:t>vn -0.4798 -0.7810 0.3999</w:t>
        <w:br/>
        <w:t>vn -0.4883 -0.8020 0.3440</w:t>
        <w:br/>
        <w:t>vn -0.3942 0.8711 0.2930</w:t>
        <w:br/>
        <w:t>vn -0.4519 -0.7377 0.5015</w:t>
        <w:br/>
        <w:t>vn -0.2765 -0.6835 0.6756</w:t>
        <w:br/>
        <w:t>vn -0.3617 0.8518 0.3789</w:t>
        <w:br/>
        <w:t>vn -0.2115 0.8240 0.5256</w:t>
        <w:br/>
        <w:t>vn 0.1058 -0.6146 0.7817</w:t>
        <w:br/>
        <w:t>vn 0.1070 0.7593 0.6418</w:t>
        <w:br/>
        <w:t>vn 0.4334 0.7380 0.5171</w:t>
        <w:br/>
        <w:t>vn 0.4607 -0.6686 0.5837</w:t>
        <w:br/>
        <w:t>vn 0.6170 -0.7164 0.3255</w:t>
        <w:br/>
        <w:t>vn 0.5680 0.7638 0.3067</w:t>
        <w:br/>
        <w:t>vn 0.6226 -0.7502 0.2225</w:t>
        <w:br/>
        <w:t>vn 0.5428 -0.8266 0.1482</w:t>
        <w:br/>
        <w:t>vn 0.5967 0.7698 0.2264</w:t>
        <w:br/>
        <w:t>vn 0.6114 0.7770 0.1495</w:t>
        <w:br/>
        <w:t>vn 0.4926 -0.8621 0.1192</w:t>
        <w:br/>
        <w:t>vn 0.5450 -0.8347 0.0793</w:t>
        <w:br/>
        <w:t>vn 0.5703 0.8197 0.0541</w:t>
        <w:br/>
        <w:t>vn 0.6329 -0.7734 -0.0353</w:t>
        <w:br/>
        <w:t>vn 0.5329 0.8457 -0.0286</w:t>
        <w:br/>
        <w:t>vn 0.5188 -0.6973 -0.4945</w:t>
        <w:br/>
        <w:t>vn -0.7073 0.3680 0.6036</w:t>
        <w:br/>
        <w:t>vn -0.6975 0.3404 0.6306</w:t>
        <w:br/>
        <w:t>vn -0.6974 0.3404 0.6306</w:t>
        <w:br/>
        <w:t>vn -0.7292 0.3881 0.5636</w:t>
        <w:br/>
        <w:t>vn -0.3865 -0.4649 -0.7966</w:t>
        <w:br/>
        <w:t>vn -0.3761 -0.3825 -0.8439</w:t>
        <w:br/>
        <w:t>vn -0.4124 -0.3003 -0.8601</w:t>
        <w:br/>
        <w:t>vn -0.4525 -0.2814 -0.8462</w:t>
        <w:br/>
        <w:t>vn -0.6723 0.3469 0.6540</w:t>
        <w:br/>
        <w:t>vn -0.5176 -0.5290 -0.6725</w:t>
        <w:br/>
        <w:t>vn -0.7514 0.4858 0.4465</w:t>
        <w:br/>
        <w:t>vn 0.5464 -0.4232 -0.7227</w:t>
        <w:br/>
        <w:t>vn 0.5217 -0.5493 -0.6528</w:t>
        <w:br/>
        <w:t>vn 0.5925 0.5465 0.5918</w:t>
        <w:br/>
        <w:t>vn 0.3413 -0.8332 -0.4350</w:t>
        <w:br/>
        <w:t>vn 0.4231 -0.7358 -0.5288</w:t>
        <w:br/>
        <w:t>vn 0.3182 -0.8838 -0.3429</w:t>
        <w:br/>
        <w:t>vn 0.8875 0.4580 -0.0510</w:t>
        <w:br/>
        <w:t>vn 0.7052 0.5939 0.3874</w:t>
        <w:br/>
        <w:t>vn 0.3182 -0.8838 -0.3430</w:t>
        <w:br/>
        <w:t>vn 0.3630 -0.8842 -0.2940</w:t>
        <w:br/>
        <w:t>vn 0.7475 0.5018 -0.4353</w:t>
        <w:br/>
        <w:t>vn 0.3311 -0.8281 -0.4525</w:t>
        <w:br/>
        <w:t>vn 0.5171 0.4073 -0.7528</w:t>
        <w:br/>
        <w:t>vn -0.2042 -0.8829 -0.4229</w:t>
        <w:br/>
        <w:t>vn -0.3344 -0.8924 -0.3031</w:t>
        <w:br/>
        <w:t>vn -0.6760 0.6200 -0.3984</w:t>
        <w:br/>
        <w:t>vn -0.4693 0.4249 -0.7741</w:t>
        <w:br/>
        <w:t>vn -0.3531 -0.8675 -0.3505</w:t>
        <w:br/>
        <w:t>vn -0.7971 0.6030 -0.0323</w:t>
        <w:br/>
        <w:t>vn -0.3358 -0.7618 -0.5539</w:t>
        <w:br/>
        <w:t>vn -0.7167 0.6049 0.3471</w:t>
        <w:br/>
        <w:t>vn -0.3653 -0.5894 -0.7205</w:t>
        <w:br/>
        <w:t>vn -0.7516 0.4406 0.4908</w:t>
        <w:br/>
        <w:t>vn -0.7388 0.5063 0.4449</w:t>
        <w:br/>
        <w:t>vn 0.9685 0.0346 -0.2467</w:t>
        <w:br/>
        <w:t>vn -0.9921 0.1177 0.0434</w:t>
        <w:br/>
        <w:t>vn -0.9402 -0.0094 -0.3405</w:t>
        <w:br/>
        <w:t>vn -0.4554 -0.3111 -0.8342</w:t>
        <w:br/>
        <w:t>vn -0.7704 0.3313 0.5447</w:t>
        <w:br/>
        <w:t>vn -0.9465 0.2207 0.2353</w:t>
        <w:br/>
        <w:t>vn -0.9926 0.0997 0.0690</w:t>
        <w:br/>
        <w:t>vn -0.4799 -0.7810 0.3998</w:t>
        <w:br/>
        <w:t>vn -0.0761 0.8113 0.5797</w:t>
        <w:br/>
        <w:t>vn 0.0008 -1.0000 -0.0099</w:t>
        <w:br/>
        <w:t>vn 0.0009 -1.0000 -0.0099</w:t>
        <w:br/>
        <w:t>vn 0.0043 -1.0000 0.0007</w:t>
        <w:br/>
        <w:t>vn 0.0044 -1.0000 0.0007</w:t>
        <w:br/>
        <w:t>vn 0.0023 -1.0000 0.0086</w:t>
        <w:br/>
        <w:t>vn 0.0017 -0.9999 -0.0102</w:t>
        <w:br/>
        <w:t>vn -0.0052 -0.9266 -0.3761</w:t>
        <w:br/>
        <w:t>vn -0.0071 -0.5674 -0.8234</w:t>
        <w:br/>
        <w:t>vn 0.0021 -0.3671 -0.9302</w:t>
        <w:br/>
        <w:t>vn 0.0021 -0.3670 -0.9302</w:t>
        <w:br/>
        <w:t>vn 0.0058 -0.3691 -0.9294</w:t>
        <w:br/>
        <w:t>vn 0.0059 -0.3690 -0.9294</w:t>
        <w:br/>
        <w:t>vn 0.0056 -0.4272 -0.9041</w:t>
        <w:br/>
        <w:t>vn 0.0059 -0.5361 -0.8442</w:t>
        <w:br/>
        <w:t>vn 0.0059 -0.5360 -0.8442</w:t>
        <w:br/>
        <w:t>vn 0.0079 -0.6658 -0.7461</w:t>
        <w:br/>
        <w:t>vn 0.0079 -0.6659 -0.7460</w:t>
        <w:br/>
        <w:t>vn 0.0117 -0.8175 -0.5758</w:t>
        <w:br/>
        <w:t>vn 0.0145 -0.8869 -0.4617</w:t>
        <w:br/>
        <w:t>vn 0.0145 -0.8870 -0.4616</w:t>
        <w:br/>
        <w:t>vn -0.0240 0.0021 0.9997</w:t>
        <w:br/>
        <w:t>vn -0.0168 -0.0053 0.9998</w:t>
        <w:br/>
        <w:t>vn -0.0240 0.0022 0.9997</w:t>
        <w:br/>
        <w:t>vn -0.0432 0.0211 0.9988</w:t>
        <w:br/>
        <w:t>vn 0.7950 -0.0463 -0.6049</w:t>
        <w:br/>
        <w:t>vn 0.9332 -0.0585 -0.3545</w:t>
        <w:br/>
        <w:t>vn -0.0553 0.0326 0.9979</w:t>
        <w:br/>
        <w:t>vn -0.7365 -0.0421 -0.6751</w:t>
        <w:br/>
        <w:t>vn -0.9261 -0.0566 -0.3731</w:t>
        <w:br/>
        <w:t>vn 0.0778 -0.0709 -0.9944</w:t>
        <w:br/>
        <w:t>vn -0.4532 -0.0222 -0.8911</w:t>
        <w:br/>
        <w:t>vn 0.0695 -0.1282 -0.9893</w:t>
        <w:br/>
        <w:t>vn 0.0590 -0.1845 -0.9811</w:t>
        <w:br/>
        <w:t>vn 0.0493 -0.0789 -0.9957</w:t>
        <w:br/>
        <w:t>vn 0.0479 0.0603 -0.9970</w:t>
        <w:br/>
        <w:t>vn 0.0640 -0.6539 -0.7539</w:t>
        <w:br/>
        <w:t>vn 0.0577 -0.8419 -0.5365</w:t>
        <w:br/>
        <w:t>vn 0.0776 -0.2161 -0.9733</w:t>
        <w:br/>
        <w:t>vn 0.0919 0.1634 -0.9823</w:t>
        <w:br/>
        <w:t>vn 0.0850 0.3864 -0.9184</w:t>
        <w:br/>
        <w:t>vn 0.0771 0.4047 -0.9112</w:t>
        <w:br/>
        <w:t>vn 0.0678 0.1198 -0.9905</w:t>
        <w:br/>
        <w:t>vn -0.2640 0.1865 -0.9463</w:t>
        <w:br/>
        <w:t>vn -0.2395 -0.4267 -0.8721</w:t>
        <w:br/>
        <w:t>vn -0.1771 -0.6149 -0.7685</w:t>
        <w:br/>
        <w:t>vn 0.1895 -0.5807 -0.7918</w:t>
        <w:br/>
        <w:t>vn 0.3834 -0.3900 -0.8372</w:t>
        <w:br/>
        <w:t>vn 0.4399 0.1833 -0.8791</w:t>
        <w:br/>
        <w:t>vn 0.5917 -0.0303 -0.8056</w:t>
        <w:br/>
        <w:t>vn -0.2821 0.0352 -0.9587</w:t>
        <w:br/>
        <w:t>vn -0.0323 0.3496 -0.9364</w:t>
        <w:br/>
        <w:t>vn -0.0808 0.0243 -0.9964</w:t>
        <w:br/>
        <w:t>vn 0.2141 0.0678 -0.9744</w:t>
        <w:br/>
        <w:t>vn 0.2068 -0.1144 -0.9717</w:t>
        <w:br/>
        <w:t>vn -0.1756 -0.1167 -0.9775</w:t>
        <w:br/>
        <w:t>vn 0.4656 0.4757 -0.7463</w:t>
        <w:br/>
        <w:t>vn 0.4309 -0.0509 -0.9010</w:t>
        <w:br/>
        <w:t>vn -0.1960 0.0877 -0.9767</w:t>
        <w:br/>
        <w:t>vn -0.7851 -0.2208 0.5786</w:t>
        <w:br/>
        <w:t>vn -0.9905 0.0139 0.1366</w:t>
        <w:br/>
        <w:t>vn -0.8598 -0.4805 -0.1728</w:t>
        <w:br/>
        <w:t>vn -0.9543 -0.2736 -0.1201</w:t>
        <w:br/>
        <w:t>vn -0.3882 0.1739 -0.9050</w:t>
        <w:br/>
        <w:t>vn 0.0406 -0.0456 -0.9981</w:t>
        <w:br/>
        <w:t>vn 0.0467 0.2139 -0.9757</w:t>
        <w:br/>
        <w:t>vn 0.5333 0.1806 -0.8264</w:t>
        <w:br/>
        <w:t>vn 0.7670 0.0502 -0.6397</w:t>
        <w:br/>
        <w:t>vn -0.3305 0.3402 0.8804</w:t>
        <w:br/>
        <w:t>vn -0.8522 0.0047 -0.5231</w:t>
        <w:br/>
        <w:t>vn -0.9548 0.0644 -0.2903</w:t>
        <w:br/>
        <w:t>vn 0.1313 0.4567 -0.8799</w:t>
        <w:br/>
        <w:t>vn -0.2127 0.3815 -0.8996</w:t>
        <w:br/>
        <w:t>vn 0.4142 -0.5698 -0.7098</w:t>
        <w:br/>
        <w:t>vn 0.6320 -0.2825 -0.7216</w:t>
        <w:br/>
        <w:t>vn 0.9900 0.0068 -0.1407</w:t>
        <w:br/>
        <w:t>vn 0.8204 -0.1823 -0.5420</w:t>
        <w:br/>
        <w:t>vn 0.9519 0.2694 -0.1461</w:t>
        <w:br/>
        <w:t>vn 0.6085 -0.0273 0.7931</w:t>
        <w:br/>
        <w:t>vn 0.7542 -0.1920 0.6279</w:t>
        <w:br/>
        <w:t>vn 0.0047 -0.0170 0.9998</w:t>
        <w:br/>
        <w:t>vn 0.4215 -0.0087 0.9068</w:t>
        <w:br/>
        <w:t>vn 0.2552 0.1905 0.9479</w:t>
        <w:br/>
        <w:t>vn 0.2920 0.2054 -0.9341</w:t>
        <w:br/>
        <w:t>vn -0.6294 0.1964 -0.7518</w:t>
        <w:br/>
        <w:t>vn 0.1993 0.2345 0.9515</w:t>
        <w:br/>
        <w:t>vn 0.3691 0.2947 0.8814</w:t>
        <w:br/>
        <w:t>vn 0.7333 0.1014 0.6723</w:t>
        <w:br/>
        <w:t>vn 0.2228 0.4051 0.8867</w:t>
        <w:br/>
        <w:t>vn 0.2685 0.7347 0.6230</w:t>
        <w:br/>
        <w:t>vn 0.6760 -0.4396 -0.5915</w:t>
        <w:br/>
        <w:t>vn 0.7425 -0.2665 -0.6145</w:t>
        <w:br/>
        <w:t>vn 0.6673 -0.2193 -0.7118</w:t>
        <w:br/>
        <w:t>vn 0.8557 0.5137 0.0623</w:t>
        <w:br/>
        <w:t>vn 0.3939 0.0900 0.9148</w:t>
        <w:br/>
        <w:t>vn -0.0510 0.0651 0.9966</w:t>
        <w:br/>
        <w:t>vn -0.4567 0.0800 0.8860</w:t>
        <w:br/>
        <w:t>vn 0.9395 0.3318 -0.0848</w:t>
        <w:br/>
        <w:t>vn 0.9066 0.4103 0.0988</w:t>
        <w:br/>
        <w:t>vn 0.7450 -0.5270 -0.4091</w:t>
        <w:br/>
        <w:t>vn 0.7788 0.0287 -0.6266</w:t>
        <w:br/>
        <w:t>vn 0.3680 0.4954 -0.7869</w:t>
        <w:br/>
        <w:t>vn -0.5715 -0.1621 -0.8045</w:t>
        <w:br/>
        <w:t>vn -0.9500 -0.1710 -0.2611</w:t>
        <w:br/>
        <w:t>vn -0.8574 -0.3578 0.3699</w:t>
        <w:br/>
        <w:t>vn -0.8162 -0.5739 -0.0667</w:t>
        <w:br/>
        <w:t>vn -0.6431 -0.2928 -0.7076</w:t>
        <w:br/>
        <w:t>vn -0.9103 -0.1237 0.3950</w:t>
        <w:br/>
        <w:t>vn -0.9693 -0.2231 0.1035</w:t>
        <w:br/>
        <w:t>vn -0.9951 -0.0555 -0.0820</w:t>
        <w:br/>
        <w:t>vn -0.8157 -0.1799 -0.5498</w:t>
        <w:br/>
        <w:t>vn -0.9467 -0.1812 -0.2662</w:t>
        <w:br/>
        <w:t>vn -0.6632 0.0482 0.7469</w:t>
        <w:br/>
        <w:t>vn -0.4453 0.0599 0.8934</w:t>
        <w:br/>
        <w:t>vn -0.9366 0.0679 0.3436</w:t>
        <w:br/>
        <w:t>vn -0.9912 0.1242 0.0459</w:t>
        <w:br/>
        <w:t>vn -0.9898 0.1423 0.0119</w:t>
        <w:br/>
        <w:t>vn -0.9637 0.1829 -0.1944</w:t>
        <w:br/>
        <w:t>vn -0.0228 -0.9992 0.0313</w:t>
        <w:br/>
        <w:t>vn -0.0290 0.8719 0.4888</w:t>
        <w:br/>
        <w:t>vn -0.0277 0.8288 0.5589</w:t>
        <w:br/>
        <w:t>vn -0.0289 0.8719 0.4888</w:t>
        <w:br/>
        <w:t>vn -0.5763 0.7208 0.3853</w:t>
        <w:br/>
        <w:t>vn 0.0497 0.1208 0.9914</w:t>
        <w:br/>
        <w:t>vn 0.4683 -0.0363 -0.8828</w:t>
        <w:br/>
        <w:t>vn -0.9283 -0.2776 -0.2474</w:t>
        <w:br/>
        <w:t>vn -0.7787 0.5328 -0.3312</w:t>
        <w:br/>
        <w:t>vn 0.0205 0.4998 0.8659</w:t>
        <w:br/>
        <w:t>vn 0.0274 0.4442 0.8955</w:t>
        <w:br/>
        <w:t>vn 0.7449 -0.5270 -0.4091</w:t>
        <w:br/>
        <w:t>vn -0.0269 0.8049 0.5928</w:t>
        <w:br/>
        <w:t>vn -0.0199 0.6831 0.7300</w:t>
        <w:br/>
        <w:t>vn -0.0198 0.6829 0.7302</w:t>
        <w:br/>
        <w:t>vn -0.0130 0.6436 0.7652</w:t>
        <w:br/>
        <w:t>vn -0.0131 0.6436 0.7652</w:t>
        <w:br/>
        <w:t>vn -0.0094 0.7045 0.7097</w:t>
        <w:br/>
        <w:t>vn -0.0056 0.7222 0.6917</w:t>
        <w:br/>
        <w:t>vn 0.7881 -0.3317 0.5186</w:t>
        <w:br/>
        <w:t>vn 0.5696 -0.0547 0.8201</w:t>
        <w:br/>
        <w:t>vn -0.4015 -0.1649 0.9009</w:t>
        <w:br/>
        <w:t>vn 0.8796 -0.4286 0.2063</w:t>
        <w:br/>
        <w:t>vn -0.8980 0.4215 -0.1260</w:t>
        <w:br/>
        <w:t>vn -0.8998 0.3994 -0.1755</w:t>
        <w:br/>
        <w:t>vn -0.8732 -0.3211 0.3666</w:t>
        <w:br/>
        <w:t>vn -0.9190 -0.2608 0.2955</w:t>
        <w:br/>
        <w:t>vn -0.8754 -0.2562 0.4100</w:t>
        <w:br/>
        <w:t>vn -0.8065 -0.3215 0.4962</w:t>
        <w:br/>
        <w:t>vn 0.0968 -0.4210 0.9019</w:t>
        <w:br/>
        <w:t>vn 0.2960 -0.2988 0.9072</w:t>
        <w:br/>
        <w:t>vn -0.9128 -0.3100 0.2659</w:t>
        <w:br/>
        <w:t>vn 0.0144 -0.5580 0.8297</w:t>
        <w:br/>
        <w:t>vn -0.9258 -0.3151 0.2088</w:t>
        <w:br/>
        <w:t>vn 0.9020 0.3178 -0.2922</w:t>
        <w:br/>
        <w:t>vn 0.9501 0.2360 -0.2042</w:t>
        <w:br/>
        <w:t>vn 0.9380 0.2256 -0.2633</w:t>
        <w:br/>
        <w:t>vn 0.9797 0.1753 -0.0971</w:t>
        <w:br/>
        <w:t>vn -0.7207 -0.3163 -0.6169</w:t>
        <w:br/>
        <w:t>vn 0.7245 0.3144 0.6134</w:t>
        <w:br/>
        <w:t>vn 0.9647 0.2124 -0.1556</w:t>
        <w:br/>
        <w:t>vn 0.9693 0.2400 -0.0535</w:t>
        <w:br/>
        <w:t>vn 0.8913 0.4171 0.1777</w:t>
        <w:br/>
        <w:t>vn -0.8267 0.2303 0.5134</w:t>
        <w:br/>
        <w:t>vn -0.8886 0.3502 -0.2961</w:t>
        <w:br/>
        <w:t>vn 0.8618 -0.4633 0.2066</w:t>
        <w:br/>
        <w:t>vn -0.0949 -0.9941 0.0530</w:t>
        <w:br/>
        <w:t>vn 0.5058 -0.0032 0.8626</w:t>
        <w:br/>
        <w:t>vn 0.5057 -0.0033 0.8627</w:t>
        <w:br/>
        <w:t>vn 0.5056 -0.0033 0.8627</w:t>
        <w:br/>
        <w:t>vn -0.4885 0.0030 -0.8725</w:t>
        <w:br/>
        <w:t>vn -0.4886 0.0030 -0.8725</w:t>
        <w:br/>
        <w:t>vn -0.4888 0.0032 -0.8724</w:t>
        <w:br/>
        <w:t>vn -0.0734 0.9971 0.0224</w:t>
        <w:br/>
        <w:t>vn 0.9093 -0.0071 -0.4161</w:t>
        <w:br/>
        <w:t>vn 0.9093 -0.0072 -0.4161</w:t>
        <w:br/>
        <w:t>vn 0.9093 -0.0071 -0.4160</w:t>
        <w:br/>
        <w:t>vn -0.9167 0.0264 0.3987</w:t>
        <w:br/>
        <w:t>vn -0.9167 0.0263 0.3987</w:t>
        <w:br/>
        <w:t>vn -0.0949 -0.9941 0.0529</w:t>
        <w:br/>
        <w:t>vn 0.5056 -0.0034 0.8628</w:t>
        <w:br/>
        <w:t>vn -0.4885 0.0029 -0.8726</w:t>
        <w:br/>
        <w:t>vn 0.0945 -0.9940 0.0545</w:t>
        <w:br/>
        <w:t>vn -0.5057 -0.0047 0.8627</w:t>
        <w:br/>
        <w:t>vn -0.5056 -0.0049 0.8628</w:t>
        <w:br/>
        <w:t>vn 0.4885 0.0044 -0.8726</w:t>
        <w:br/>
        <w:t>vn 0.4886 0.0045 -0.8725</w:t>
        <w:br/>
        <w:t>vn 0.4886 0.0046 -0.8725</w:t>
        <w:br/>
        <w:t>vn 0.0739 0.9970 0.0210</w:t>
        <w:br/>
        <w:t>vn 0.0739 0.9970 0.0211</w:t>
        <w:br/>
        <w:t>vn -0.9090 -0.0129 -0.4166</w:t>
        <w:br/>
        <w:t>vn -0.9090 -0.0128 -0.4165</w:t>
        <w:br/>
        <w:t>vn 0.9167 0.0264 0.3987</w:t>
        <w:br/>
        <w:t>vn 0.9167 0.0263 0.3987</w:t>
        <w:br/>
        <w:t>vn 0.0945 -0.9940 0.0544</w:t>
        <w:br/>
        <w:t>vn 0.4887 0.0046 -0.8724</w:t>
        <w:br/>
        <w:t>vn -0.0146 -0.0596 0.9981</w:t>
        <w:br/>
        <w:t>vn -0.0147 -0.0596 0.9981</w:t>
        <w:br/>
        <w:t>vn 0.4125 0.9089 0.0603</w:t>
        <w:br/>
        <w:t>vn 0.4126 0.9089 0.0602</w:t>
        <w:br/>
        <w:t>vn 0.4125 0.9090 0.0603</w:t>
        <w:br/>
        <w:t>vn 0.4124 0.9090 0.0605</w:t>
        <w:br/>
        <w:t>vn 0.0146 0.0596 -0.9981</w:t>
        <w:br/>
        <w:t>vn 0.0147 0.0596 -0.9981</w:t>
        <w:br/>
        <w:t>vn -0.4126 -0.9089 -0.0604</w:t>
        <w:br/>
        <w:t>vn -0.4125 -0.9089 -0.0605</w:t>
        <w:br/>
        <w:t>vn 0.9108 -0.4127 -0.0113</w:t>
        <w:br/>
        <w:t>vn 0.9109 -0.4126 -0.0112</w:t>
        <w:br/>
        <w:t>vn 0.9108 -0.4127 -0.0112</w:t>
        <w:br/>
        <w:t>vn 0.9108 -0.4126 -0.0113</w:t>
        <w:br/>
        <w:t>vn 0.9108 -0.4127 -0.0111</w:t>
        <w:br/>
        <w:t>vn 0.9108 -0.4127 -0.0110</w:t>
        <w:br/>
        <w:t>vn 0.9108 -0.4127 -0.0114</w:t>
        <w:br/>
        <w:t>vn -0.9108 0.4127 0.0112</w:t>
        <w:br/>
        <w:t>vn -0.9108 0.4128 0.0117</w:t>
        <w:br/>
        <w:t>vn -0.9107 0.4128 0.0114</w:t>
        <w:br/>
        <w:t>vn -0.9108 0.4127 0.0113</w:t>
        <w:br/>
        <w:t>vn -0.9109 0.4126 0.0111</w:t>
        <w:br/>
        <w:t>vn -0.9108 0.4126 0.0109</w:t>
        <w:br/>
        <w:t>vn -0.9109 0.4126 0.0112</w:t>
        <w:br/>
        <w:t>vn -0.9108 0.4126 0.0114</w:t>
        <w:br/>
        <w:t>vn -0.0148 -0.0595 0.9981</w:t>
        <w:br/>
        <w:t>vn 0.0148 0.0595 -0.9981</w:t>
        <w:br/>
        <w:t>vn 0.0148 0.0596 -0.9981</w:t>
        <w:br/>
        <w:t>vn 0.4126 0.9089 0.0604</w:t>
        <w:br/>
        <w:t>vn -0.4126 -0.9089 -0.0605</w:t>
        <w:br/>
        <w:t>vn 0.8385 -0.2271 -0.4953</w:t>
        <w:br/>
        <w:t>vn 0.7020 -0.4933 -0.5137</w:t>
        <w:br/>
        <w:t>vn 0.7017 -0.4937 -0.5137</w:t>
        <w:br/>
        <w:t>vn -0.9010 -0.0769 0.4270</w:t>
        <w:br/>
        <w:t>vn -0.7816 0.3593 0.5099</w:t>
        <w:br/>
        <w:t>vn -0.7816 0.3592 0.5099</w:t>
        <w:br/>
        <w:t>vn -0.7817 0.3593 0.5098</w:t>
        <w:br/>
        <w:t>vn 0.7817 -0.3593 -0.5098</w:t>
        <w:br/>
        <w:t>vn 0.7816 -0.3592 -0.5099</w:t>
        <w:br/>
        <w:t>vn 0.7816 -0.3593 -0.5099</w:t>
        <w:br/>
        <w:t>vn 0.6135 0.7881 -0.0503</w:t>
        <w:br/>
        <w:t>vn 0.2328 0.9529 0.1947</w:t>
        <w:br/>
        <w:t>vn 0.2334 0.9528 0.1943</w:t>
        <w:br/>
        <w:t>vn -0.4512 -0.8901 -0.0645</w:t>
        <w:br/>
        <w:t>vn -0.4513 -0.8900 -0.0647</w:t>
        <w:br/>
        <w:t>vn 0.4513 0.8900 0.0647</w:t>
        <w:br/>
        <w:t>vn 0.4512 0.8901 0.0645</w:t>
        <w:br/>
        <w:t>vn -0.6751 -0.7309 0.0999</w:t>
        <w:br/>
        <w:t>vn -0.2849 -0.9441 -0.1656</w:t>
        <w:br/>
        <w:t>vn 0.4307 -0.2806 0.8578</w:t>
        <w:br/>
        <w:t>vn 0.4307 -0.2805 0.8578</w:t>
        <w:br/>
        <w:t>vn 0.4288 -0.2829 0.8580</w:t>
        <w:br/>
        <w:t>vn 0.4289 -0.2822 0.8581</w:t>
        <w:br/>
        <w:t>vn -0.6081 0.3979 -0.6870</w:t>
        <w:br/>
        <w:t>vn -0.4288 0.2828 -0.8580</w:t>
        <w:br/>
        <w:t>vn -0.4277 0.2840 -0.8582</w:t>
        <w:br/>
        <w:t>vn -0.5259 0.4594 -0.7158</w:t>
        <w:br/>
        <w:t>vn 0.6080 -0.3979 0.6870</w:t>
        <w:br/>
        <w:t>vn 0.5259 -0.4594 0.7158</w:t>
        <w:br/>
        <w:t>vn 0.4279 -0.2839 0.8581</w:t>
        <w:br/>
        <w:t>vn -0.6626 0.4560 -0.5941</w:t>
        <w:br/>
        <w:t>vn -0.6813 0.3338 -0.6515</w:t>
        <w:br/>
        <w:t>vn 0.6272 -0.2632 0.7330</w:t>
        <w:br/>
        <w:t>vn 0.6315 -0.3485 0.6927</w:t>
        <w:br/>
        <w:t>vn -0.4306 0.2804 -0.8579</w:t>
        <w:br/>
        <w:t>vn -0.4289 0.2820 -0.8582</w:t>
        <w:br/>
        <w:t>vn 0.6812 -0.3338 0.6516</w:t>
        <w:br/>
        <w:t>vn 0.6626 -0.4560 0.5942</w:t>
        <w:br/>
        <w:t>vn -0.6314 0.3486 -0.6927</w:t>
        <w:br/>
        <w:t>vn -0.6272 0.2633 -0.7330</w:t>
        <w:br/>
        <w:t>vn -0.0010 0.9504 0.3111</w:t>
        <w:br/>
        <w:t>vn -0.0010 0.9504 0.3112</w:t>
        <w:br/>
        <w:t>vn 0.8875 0.3045 -0.3458</w:t>
        <w:br/>
        <w:t>vn 0.8874 0.3045 -0.3461</w:t>
        <w:br/>
        <w:t>vn -0.6752 -0.7309 0.0998</w:t>
        <w:br/>
        <w:t>vn 0.2735 -0.8653 -0.4201</w:t>
        <w:br/>
        <w:t>vn 0.7085 -0.3597 0.6072</w:t>
        <w:br/>
        <w:t>vn -0.7087 0.3601 -0.6066</w:t>
        <w:br/>
        <w:t>vn -0.6302 0.4286 -0.6474</w:t>
        <w:br/>
        <w:t>vn 0.6302 -0.4287 0.6474</w:t>
        <w:br/>
        <w:t>vn 0.0146 -0.0596 0.9981</w:t>
        <w:br/>
        <w:t>vn 0.0147 -0.0596 0.9981</w:t>
        <w:br/>
        <w:t>vn -0.4125 0.9090 0.0603</w:t>
        <w:br/>
        <w:t>vn -0.4124 0.9090 0.0605</w:t>
        <w:br/>
        <w:t>vn -0.4125 0.9090 0.0604</w:t>
        <w:br/>
        <w:t>vn -0.0146 0.0596 -0.9981</w:t>
        <w:br/>
        <w:t>vn -0.0147 0.0596 -0.9981</w:t>
        <w:br/>
        <w:t>vn 0.4126 -0.9089 -0.0604</w:t>
        <w:br/>
        <w:t>vn 0.4125 -0.9089 -0.0605</w:t>
        <w:br/>
        <w:t>vn -0.9108 -0.4127 -0.0113</w:t>
        <w:br/>
        <w:t>vn -0.9109 -0.4125 -0.0114</w:t>
        <w:br/>
        <w:t>vn -0.9108 -0.4127 -0.0112</w:t>
        <w:br/>
        <w:t>vn -0.9109 -0.4125 -0.0112</w:t>
        <w:br/>
        <w:t>vn -0.9108 -0.4127 -0.0111</w:t>
        <w:br/>
        <w:t>vn -0.9108 -0.4127 -0.0110</w:t>
        <w:br/>
        <w:t>vn -0.9108 -0.4127 -0.0114</w:t>
        <w:br/>
        <w:t>vn 0.9107 0.4128 0.0114</w:t>
        <w:br/>
        <w:t>vn 0.9108 0.4128 0.0117</w:t>
        <w:br/>
        <w:t>vn 0.9108 0.4127 0.0111</w:t>
        <w:br/>
        <w:t>vn 0.9108 0.4127 0.0109</w:t>
        <w:br/>
        <w:t>vn 0.9108 0.4126 0.0110</w:t>
        <w:br/>
        <w:t>vn 0.9109 0.4126 0.0111</w:t>
        <w:br/>
        <w:t>vn 0.9108 0.4126 0.0114</w:t>
        <w:br/>
        <w:t>vn 0.9108 0.4126 0.0116</w:t>
        <w:br/>
        <w:t>vn 0.0148 -0.0595 0.9981</w:t>
        <w:br/>
        <w:t>vn -0.0148 0.0596 -0.9981</w:t>
        <w:br/>
        <w:t>vn -0.0148 0.0595 -0.9981</w:t>
        <w:br/>
        <w:t>vn -0.4126 0.9089 0.0604</w:t>
        <w:br/>
        <w:t>vn -0.4126 0.9089 0.0603</w:t>
        <w:br/>
        <w:t>vn 0.4126 -0.9089 -0.0605</w:t>
        <w:br/>
        <w:t>vn -0.8386 -0.2267 -0.4953</w:t>
        <w:br/>
        <w:t>vn -0.7017 -0.4937 -0.5137</w:t>
        <w:br/>
        <w:t>vn -0.7020 -0.4933 -0.5137</w:t>
        <w:br/>
        <w:t>vn -0.8385 -0.2271 -0.4953</w:t>
        <w:br/>
        <w:t>vn 0.9010 -0.0769 0.4270</w:t>
        <w:br/>
        <w:t>vn 0.7816 0.3593 0.5099</w:t>
        <w:br/>
        <w:t>vn 0.7817 0.3593 0.5098</w:t>
        <w:br/>
        <w:t>vn 0.7816 0.3592 0.5099</w:t>
        <w:br/>
        <w:t>vn -0.7816 -0.3593 -0.5099</w:t>
        <w:br/>
        <w:t>vn -0.7816 -0.3592 -0.5099</w:t>
        <w:br/>
        <w:t>vn -0.7817 -0.3593 -0.5098</w:t>
        <w:br/>
        <w:t>vn -0.2332 0.9528 0.1944</w:t>
        <w:br/>
        <w:t>vn -0.6135 0.7881 -0.0503</w:t>
        <w:br/>
        <w:t>vn -0.2329 0.9528 0.1946</w:t>
        <w:br/>
        <w:t>vn 0.4513 -0.8900 -0.0647</w:t>
        <w:br/>
        <w:t>vn 0.4512 -0.8901 -0.0645</w:t>
        <w:br/>
        <w:t>vn -0.4513 0.8900 0.0647</w:t>
        <w:br/>
        <w:t>vn -0.4512 0.8901 0.0645</w:t>
        <w:br/>
        <w:t>vn 0.6751 -0.7309 0.0999</w:t>
        <w:br/>
        <w:t>vn 0.2849 -0.9441 -0.1656</w:t>
        <w:br/>
        <w:t>vn -0.4288 -0.2829 0.8580</w:t>
        <w:br/>
        <w:t>vn -0.4307 -0.2805 0.8578</w:t>
        <w:br/>
        <w:t>vn -0.4307 -0.2806 0.8578</w:t>
        <w:br/>
        <w:t>vn -0.4289 -0.2822 0.8581</w:t>
        <w:br/>
        <w:t>vn 0.6081 0.3979 -0.6870</w:t>
        <w:br/>
        <w:t>vn 0.5259 0.4594 -0.7158</w:t>
        <w:br/>
        <w:t>vn 0.4276 0.2840 -0.8582</w:t>
        <w:br/>
        <w:t>vn 0.4287 0.2828 -0.8580</w:t>
        <w:br/>
        <w:t>vn -0.4279 -0.2840 0.8581</w:t>
        <w:br/>
        <w:t>vn -0.5259 -0.4594 0.7158</w:t>
        <w:br/>
        <w:t>vn -0.6081 -0.3979 0.6870</w:t>
        <w:br/>
        <w:t>vn 0.6626 0.4560 -0.5941</w:t>
        <w:br/>
        <w:t>vn 0.6813 0.3338 -0.6515</w:t>
        <w:br/>
        <w:t>vn -0.6272 -0.2632 0.7330</w:t>
        <w:br/>
        <w:t>vn -0.6315 -0.3485 0.6927</w:t>
        <w:br/>
        <w:t>vn 0.4289 0.2820 -0.8582</w:t>
        <w:br/>
        <w:t>vn 0.4306 0.2804 -0.8579</w:t>
        <w:br/>
        <w:t>vn -0.6626 -0.4560 0.5942</w:t>
        <w:br/>
        <w:t>vn -0.6812 -0.3338 0.6516</w:t>
        <w:br/>
        <w:t>vn 0.6272 0.2633 -0.7330</w:t>
        <w:br/>
        <w:t>vn 0.6314 0.3486 -0.6927</w:t>
        <w:br/>
        <w:t>vn 0.0010 0.9504 0.3112</w:t>
        <w:br/>
        <w:t>vn 0.0010 0.9504 0.3111</w:t>
        <w:br/>
        <w:t>vn -0.8874 0.3045 -0.3461</w:t>
        <w:br/>
        <w:t>vn -0.2736 -0.8654 -0.4199</w:t>
        <w:br/>
        <w:t>vn -0.2735 -0.8653 -0.4201</w:t>
        <w:br/>
        <w:t>vn -0.7088 -0.3601 0.6066</w:t>
        <w:br/>
        <w:t>vn 0.7087 0.3601 -0.6066</w:t>
        <w:br/>
        <w:t>vn 0.6302 0.4287 -0.6474</w:t>
        <w:br/>
        <w:t>vn -0.6302 -0.4287 0.6474</w:t>
        <w:br/>
        <w:t>vn 0.3490 0.1635 -0.9228</w:t>
        <w:br/>
        <w:t>vn -0.2657 -0.0124 0.9640</w:t>
        <w:br/>
        <w:t>vn 0.2663 0.0053 -0.9639</w:t>
        <w:br/>
        <w:t>vn -0.2545 -0.0462 0.9660</w:t>
        <w:br/>
        <w:t>vn -0.6650 -0.6271 -0.4056</w:t>
        <w:br/>
        <w:t>vn 0.0673 -0.9888 -0.1333</w:t>
        <w:br/>
        <w:t>vn 0.7860 0.4280 0.4462</w:t>
        <w:br/>
        <w:t>vn -0.7145 -0.6327 -0.2985</w:t>
        <w:br/>
        <w:t>vn -0.9923 -0.1241 0.0000</w:t>
        <w:br/>
        <w:t>vn 0.2312 -0.9729 0.0002</w:t>
        <w:br/>
        <w:t>vn 0.2313 -0.9729 -0.0002</w:t>
        <w:br/>
        <w:t>vn -0.9924 -0.1227 0.0118</w:t>
        <w:br/>
        <w:t>vn -0.9938 -0.1115 0.0017</w:t>
        <w:br/>
        <w:t>vn -0.0215 0.0123 0.9997</w:t>
        <w:br/>
        <w:t>vn 0.8928 0.4504 0.0006</w:t>
        <w:br/>
        <w:t>vn 0.8929 0.4503 0.0006</w:t>
        <w:br/>
        <w:t>vn 0.3369 -0.1396 0.9311</w:t>
        <w:br/>
        <w:t>vn -0.1826 0.1608 -0.9700</w:t>
        <w:br/>
        <w:t>vn 0.2199 -0.2568 0.9411</w:t>
        <w:br/>
        <w:t>vn -0.7438 0.5959 0.3028</w:t>
        <w:br/>
        <w:t>vn 0.7466 -0.5835 -0.3196</w:t>
        <w:br/>
        <w:t>vn -0.5855 -0.8088 -0.0552</w:t>
        <w:br/>
        <w:t>vn -0.7179 0.6354 0.2844</w:t>
        <w:br/>
        <w:t>vn 0.8457 -0.3052 -0.4379</w:t>
        <w:br/>
        <w:t>vn -0.0793 0.1069 0.9911</w:t>
        <w:br/>
        <w:t>vn -0.9950 0.0960 -0.0263</w:t>
        <w:br/>
        <w:t>vn 0.9942 -0.1080 -0.0000</w:t>
        <w:br/>
        <w:t>vn 0.0279 0.0131 0.9995</w:t>
        <w:br/>
        <w:t>vn -0.9006 0.4346 0.0095</w:t>
        <w:br/>
        <w:t>vn 0.9876 -0.1572 -0.0008</w:t>
        <w:br/>
        <w:t>vn 0.9875 -0.1573 -0.0008</w:t>
        <w:br/>
        <w:t>vn -0.0006 -0.0921 -0.9958</w:t>
        <w:br/>
        <w:t>vn -0.9866 0.1634 -0.0028</w:t>
        <w:br/>
        <w:t>vn -0.9650 0.2623 0.0062</w:t>
        <w:br/>
        <w:t>vn -0.1322 0.1645 -0.9775</w:t>
        <w:br/>
        <w:t>vn 0.3945 -0.0192 0.9187</w:t>
        <w:br/>
        <w:t>vn 0.4050 -0.0104 0.9142</w:t>
        <w:br/>
        <w:t>vn 0.4050 -0.0104 0.9143</w:t>
        <w:br/>
        <w:t>vn 0.3871 -0.0538 0.9205</w:t>
        <w:br/>
        <w:t>vn -0.3579 0.1499 -0.9217</w:t>
        <w:br/>
        <w:t>vn -0.3490 0.1635 -0.9228</w:t>
        <w:br/>
        <w:t>vn -0.3579 0.1500 -0.9216</w:t>
        <w:br/>
        <w:t>vn -0.3854 0.1235 -0.9145</w:t>
        <w:br/>
        <w:t>vn -0.3854 0.1234 -0.9145</w:t>
        <w:br/>
        <w:t>vn 0.2581 -0.0062 0.9661</w:t>
        <w:br/>
        <w:t>vn 0.2656 -0.0124 0.9640</w:t>
        <w:br/>
        <w:t>vn 0.2945 -0.0008 0.9556</w:t>
        <w:br/>
        <w:t>vn -0.2663 0.0053 -0.9639</w:t>
        <w:br/>
        <w:t>vn -0.2699 0.0190 -0.9627</w:t>
        <w:br/>
        <w:t>vn -0.2700 0.0190 -0.9627</w:t>
        <w:br/>
        <w:t>vn -0.2563 0.0555 -0.9650</w:t>
        <w:br/>
        <w:t>vn -0.2564 0.0555 -0.9650</w:t>
        <w:br/>
        <w:t>vn -0.2455 0.0802 -0.9661</w:t>
        <w:br/>
        <w:t>vn 0.3519 -0.1129 0.9292</w:t>
        <w:br/>
        <w:t>vn 0.2885 -0.1262 0.9491</w:t>
        <w:br/>
        <w:t>vn -0.2951 0.1190 -0.9480</w:t>
        <w:br/>
        <w:t>vn -0.3583 0.1267 -0.9250</w:t>
        <w:br/>
        <w:t>vn -0.2951 0.1191 -0.9480</w:t>
        <w:br/>
        <w:t>vn 0.2707 -0.0978 0.9577</w:t>
        <w:br/>
        <w:t>vn 0.2708 -0.0978 0.9577</w:t>
        <w:br/>
        <w:t>vn 0.2545 -0.0462 0.9660</w:t>
        <w:br/>
        <w:t>vn 0.2420 -0.0069 0.9703</w:t>
        <w:br/>
        <w:t>vn 0.2420 -0.0070 0.9703</w:t>
        <w:br/>
        <w:t>vn 0.2546 -0.0462 0.9659</w:t>
        <w:br/>
        <w:t>vn -0.2482 -0.0014 -0.9687</w:t>
        <w:br/>
        <w:t>vn -0.2549 0.0355 -0.9663</w:t>
        <w:br/>
        <w:t>vn -0.2753 0.0864 -0.9575</w:t>
        <w:br/>
        <w:t>vn 0.7944 -0.4226 -0.4362</w:t>
        <w:br/>
        <w:t>vn 0.6650 -0.6270 -0.4057</w:t>
        <w:br/>
        <w:t>vn 0.6651 -0.6270 -0.4056</w:t>
        <w:br/>
        <w:t>vn -0.7008 0.6431 0.3088</w:t>
        <w:br/>
        <w:t>vn -0.8037 0.4877 0.3409</w:t>
        <w:br/>
        <w:t>vn 0.7925 -0.5132 -0.3296</w:t>
        <w:br/>
        <w:t>vn 0.7089 -0.6380 -0.3006</w:t>
        <w:br/>
        <w:t>vn -0.7039 0.5723 0.4207</w:t>
        <w:br/>
        <w:t>vn -0.7038 0.5724 0.4207</w:t>
        <w:br/>
        <w:t>vn -0.7833 0.4344 0.4447</w:t>
        <w:br/>
        <w:t>vn -0.4568 0.8242 0.3348</w:t>
        <w:br/>
        <w:t>vn 0.3674 -0.8775 -0.3084</w:t>
        <w:br/>
        <w:t>vn 0.6051 0.7892 -0.1052</w:t>
        <w:br/>
        <w:t>vn 0.9199 0.2456 -0.3056</w:t>
        <w:br/>
        <w:t>vn -0.9259 -0.2045 0.3175</w:t>
        <w:br/>
        <w:t>vn -0.6504 -0.7461 0.1424</w:t>
        <w:br/>
        <w:t>vn 0.9172 -0.1829 -0.3540</w:t>
        <w:br/>
        <w:t>vn 0.9172 -0.1829 -0.3541</w:t>
        <w:br/>
        <w:t>vn -0.9173 0.1852 0.3526</w:t>
        <w:br/>
        <w:t>vn -0.0135 0.9859 0.1669</w:t>
        <w:br/>
        <w:t>vn -0.0136 0.9859 0.1670</w:t>
        <w:br/>
        <w:t>vn -0.0672 -0.9888 -0.1333</w:t>
        <w:br/>
        <w:t>vn 0.8117 -0.3743 -0.4484</w:t>
        <w:br/>
        <w:t>vn -0.7860 0.4280 0.4462</w:t>
        <w:br/>
        <w:t>vn -0.7859 0.4280 0.4462</w:t>
        <w:br/>
        <w:t>vn 0.7146 -0.6327 -0.2984</w:t>
        <w:br/>
        <w:t>vn 0.7145 -0.6327 -0.2985</w:t>
        <w:br/>
        <w:t>vn -0.6814 0.6695 0.2957</w:t>
        <w:br/>
        <w:t>vn 0.8117 -0.3655 -0.4556</w:t>
        <w:br/>
        <w:t>vn -0.7817 0.4355 0.4464</w:t>
        <w:br/>
        <w:t>vn 0.4123 0.9097 -0.0493</w:t>
        <w:br/>
        <w:t>vn 0.4124 0.9097 -0.0494</w:t>
        <w:br/>
        <w:t>vn -0.1136 0.2904 0.9501</w:t>
        <w:br/>
        <w:t>vn -0.1135 0.2904 0.9501</w:t>
        <w:br/>
        <w:t>vn -0.0897 0.2222 0.9709</w:t>
        <w:br/>
        <w:t>vn 0.9401 0.3410 0.0000</w:t>
        <w:br/>
        <w:t>vn 0.9923 -0.1240 -0.0000</w:t>
        <w:br/>
        <w:t>vn 0.1189 -0.3007 -0.9463</w:t>
        <w:br/>
        <w:t>vn 0.0975 -0.2321 -0.9678</w:t>
        <w:br/>
        <w:t>vn 0.1189 -0.3008 -0.9463</w:t>
        <w:br/>
        <w:t>vn -0.2312 -0.9729 0.0002</w:t>
        <w:br/>
        <w:t>vn -0.2311 -0.9729 0.0004</w:t>
        <w:br/>
        <w:t>vn -0.2313 -0.9729 -0.0002</w:t>
        <w:br/>
        <w:t>vn -0.2313 -0.9729 -0.0001</w:t>
        <w:br/>
        <w:t>vn -0.9950 0.1000 -0.0077</w:t>
        <w:br/>
        <w:t>vn -0.9921 0.1253 -0.0110</w:t>
        <w:br/>
        <w:t>vn 0.9924 -0.1227 0.0119</w:t>
        <w:br/>
        <w:t>vn 0.9938 -0.1115 0.0017</w:t>
        <w:br/>
        <w:t>vn 0.9938 -0.1115 0.0016</w:t>
        <w:br/>
        <w:t>vn 0.0216 0.0123 0.9997</w:t>
        <w:br/>
        <w:t>vn 0.0215 0.0123 0.9997</w:t>
        <w:br/>
        <w:t>vn 0.0396 0.0202 0.9990</w:t>
        <w:br/>
        <w:t>vn 0.8973 -0.4407 0.0233</w:t>
        <w:br/>
        <w:t>vn 0.8973 -0.4407 0.0232</w:t>
        <w:br/>
        <w:t>vn -0.0223 -0.0168 -0.9996</w:t>
        <w:br/>
        <w:t>vn -0.0396 -0.0202 -0.9990</w:t>
        <w:br/>
        <w:t>vn -0.0222 -0.0168 -0.9996</w:t>
        <w:br/>
        <w:t>vn -0.8928 0.4504 0.0006</w:t>
        <w:br/>
        <w:t>vn -0.8929 0.4503 0.0006</w:t>
        <w:br/>
        <w:t>vn -0.8011 0.5985 0.0000</w:t>
        <w:br/>
        <w:t>vn -0.0071 0.0109 0.9999</w:t>
        <w:br/>
        <w:t>vn -0.0416 0.0853 0.9955</w:t>
        <w:br/>
        <w:t>vn 0.9658 -0.2534 0.0557</w:t>
        <w:br/>
        <w:t>vn 0.9854 -0.1646 0.0437</w:t>
        <w:br/>
        <w:t>vn 0.9854 -0.1646 0.0436</w:t>
        <w:br/>
        <w:t>vn 0.0101 -0.0170 -0.9998</w:t>
        <w:br/>
        <w:t>vn 0.0504 -0.0916 -0.9945</w:t>
        <w:br/>
        <w:t>vn -0.9685 0.2490 -0.0022</w:t>
        <w:br/>
        <w:t>vn -0.9836 0.1799 -0.0101</w:t>
        <w:br/>
        <w:t>vn -0.9836 0.1799 -0.0100</w:t>
        <w:br/>
        <w:t>vn -0.3295 -0.1517 0.9319</w:t>
        <w:br/>
        <w:t>vn -0.3368 -0.1395 0.9312</w:t>
        <w:br/>
        <w:t>vn -0.3295 -0.1516 0.9319</w:t>
        <w:br/>
        <w:t>vn -0.3037 -0.1917 0.9333</w:t>
        <w:br/>
        <w:t>vn 0.2337 0.2592 -0.9371</w:t>
        <w:br/>
        <w:t>vn 0.2337 0.2593 -0.9371</w:t>
        <w:br/>
        <w:t>vn 0.2420 0.2727 -0.9312</w:t>
        <w:br/>
        <w:t>vn 0.2449 0.2385 -0.9397</w:t>
        <w:br/>
        <w:t>vn 0.2450 0.2385 -0.9397</w:t>
        <w:br/>
        <w:t>vn -0.1668 -0.1658 0.9720</w:t>
        <w:br/>
        <w:t>vn -0.1825 -0.1649 0.9693</w:t>
        <w:br/>
        <w:t>vn -0.1907 -0.1259 0.9735</w:t>
        <w:br/>
        <w:t>vn -0.1884 -0.0967 0.9773</w:t>
        <w:br/>
        <w:t>vn -0.1882 -0.0969 0.9773</w:t>
        <w:br/>
        <w:t>vn 0.1826 0.1608 -0.9699</w:t>
        <w:br/>
        <w:t>vn 0.1781 0.1644 -0.9702</w:t>
        <w:br/>
        <w:t>vn 0.1788 0.1980 -0.9638</w:t>
        <w:br/>
        <w:t>vn -0.2200 -0.2569 0.9411</w:t>
        <w:br/>
        <w:t>vn -0.2729 -0.2387 0.9320</w:t>
        <w:br/>
        <w:t>vn -0.2728 -0.2387 0.9320</w:t>
        <w:br/>
        <w:t>vn -0.2199 -0.2568 0.9411</w:t>
        <w:br/>
        <w:t>vn 0.2648 0.2439 -0.9329</w:t>
        <w:br/>
        <w:t>vn 0.2299 0.2605 -0.9377</w:t>
        <w:br/>
        <w:t>vn -0.1301 -0.2203 0.9667</w:t>
        <w:br/>
        <w:t>vn -0.1585 -0.1653 0.9734</w:t>
        <w:br/>
        <w:t>vn -0.1585 -0.1654 0.9734</w:t>
        <w:br/>
        <w:t>vn 0.1774 0.1510 -0.9725</w:t>
        <w:br/>
        <w:t>vn 0.1452 0.2201 -0.9646</w:t>
        <w:br/>
        <w:t>vn -0.8299 -0.3518 -0.4330</w:t>
        <w:br/>
        <w:t>vn -0.7065 -0.5632 -0.4286</w:t>
        <w:br/>
        <w:t>vn 0.8667 0.3967 0.3023</w:t>
        <w:br/>
        <w:t>vn 0.7439 0.5959 0.3027</w:t>
        <w:br/>
        <w:t>vn 0.7438 0.5958 0.3028</w:t>
        <w:br/>
        <w:t>vn -0.8488 -0.4251 -0.3143</w:t>
        <w:br/>
        <w:t>vn -0.7466 -0.5835 -0.3195</w:t>
        <w:br/>
        <w:t>vn -0.7466 -0.5835 -0.3196</w:t>
        <w:br/>
        <w:t>vn 0.8360 0.3752 0.4003</w:t>
        <w:br/>
        <w:t>vn 0.7447 0.5248 0.4123</w:t>
        <w:br/>
        <w:t>vn 0.4761 0.7851 0.3962</w:t>
        <w:br/>
        <w:t>vn -0.4134 -0.8242 -0.3869</w:t>
        <w:br/>
        <w:t>vn -0.4134 -0.8242 -0.3870</w:t>
        <w:br/>
        <w:t>vn -0.9259 0.3367 -0.1712</w:t>
        <w:br/>
        <w:t>vn -0.9578 -0.0807 -0.2760</w:t>
        <w:br/>
        <w:t>vn 0.9223 -0.3573 0.1474</w:t>
        <w:br/>
        <w:t>vn 0.9710 0.0321 0.2370</w:t>
        <w:br/>
        <w:t>vn 0.9223 -0.3574 0.1474</w:t>
        <w:br/>
        <w:t>vn 0.0647 0.9512 0.3017</w:t>
        <w:br/>
        <w:t>vn -0.5485 0.8328 0.0750</w:t>
        <w:br/>
        <w:t>vn 0.0017 -0.9597 -0.2809</w:t>
        <w:br/>
        <w:t>vn 0.5855 -0.8088 -0.0552</w:t>
        <w:br/>
        <w:t>vn -0.8457 -0.3051 -0.4379</w:t>
        <w:br/>
        <w:t>vn 0.8316 0.3715 0.4128</w:t>
        <w:br/>
        <w:t>vn -0.7426 -0.5878 -0.3210</w:t>
        <w:br/>
        <w:t>vn 0.7180 0.6353 0.2844</w:t>
        <w:br/>
        <w:t>vn 0.7179 0.6353 0.2844</w:t>
        <w:br/>
        <w:t>vn -0.8457 -0.3052 -0.4378</w:t>
        <w:br/>
        <w:t>vn 0.8235 0.3775 0.4236</w:t>
        <w:br/>
        <w:t>vn 0.8235 0.3775 0.4235</w:t>
        <w:br/>
        <w:t>vn -0.4074 0.9060 0.1146</w:t>
        <w:br/>
        <w:t>vn -0.4077 0.9059 0.1147</w:t>
        <w:br/>
        <w:t>vn -0.4071 0.9062 0.1145</w:t>
        <w:br/>
        <w:t>vn 0.0492 0.1438 0.9884</w:t>
        <w:br/>
        <w:t>vn 0.0792 0.1069 0.9911</w:t>
        <w:br/>
        <w:t>vn -0.9344 0.3563 0.0000</w:t>
        <w:br/>
        <w:t>vn -0.9938 -0.1108 -0.0010</w:t>
        <w:br/>
        <w:t>vn -0.0509 -0.0982 -0.9939</w:t>
        <w:br/>
        <w:t>vn -0.0240 -0.1410 -0.9897</w:t>
        <w:br/>
        <w:t>vn 0.1729 -0.9849 -0.0038</w:t>
        <w:br/>
        <w:t>vn 0.1729 -0.9849 -0.0037</w:t>
        <w:br/>
        <w:t>vn 0.9950 0.0960 -0.0264</w:t>
        <w:br/>
        <w:t>vn 0.9936 0.1115 -0.0168</w:t>
        <w:br/>
        <w:t>vn 0.9936 0.1115 -0.0169</w:t>
        <w:br/>
        <w:t>vn 0.9950 0.0960 -0.0263</w:t>
        <w:br/>
        <w:t>vn -0.9960 -0.0892 -0.0000</w:t>
        <w:br/>
        <w:t>vn -0.9942 -0.1079 -0.0000</w:t>
        <w:br/>
        <w:t>vn -0.9942 -0.1080 -0.0000</w:t>
        <w:br/>
        <w:t>vn -0.0279 0.0131 0.9995</w:t>
        <w:br/>
        <w:t>vn -0.0198 0.0114 0.9997</w:t>
        <w:br/>
        <w:t>vn -0.9037 -0.4281 0.0024</w:t>
        <w:br/>
        <w:t>vn -0.0191 -0.0543 -0.9983</w:t>
        <w:br/>
        <w:t>vn 0.0053 -0.1048 -0.9945</w:t>
        <w:br/>
        <w:t>vn 0.0053 -0.1049 -0.9945</w:t>
        <w:br/>
        <w:t>vn 0.8423 0.5390 0.0082</w:t>
        <w:br/>
        <w:t>vn 0.9006 0.4346 0.0096</w:t>
        <w:br/>
        <w:t>vn -0.0049 0.0054 1.0000</w:t>
        <w:br/>
        <w:t>vn 0.0104 0.0912 0.9958</w:t>
        <w:br/>
        <w:t>vn 0.0105 0.0912 0.9958</w:t>
        <w:br/>
        <w:t>vn -0.9876 -0.1573 -0.0008</w:t>
        <w:br/>
        <w:t>vn -0.9705 -0.2413 0.0024</w:t>
        <w:br/>
        <w:t>vn -0.9876 -0.1573 -0.0009</w:t>
        <w:br/>
        <w:t>vn 0.0006 -0.0921 -0.9958</w:t>
        <w:br/>
        <w:t>vn -0.0227 -0.0018 -0.9997</w:t>
        <w:br/>
        <w:t>vn 0.0005 -0.0921 -0.9958</w:t>
        <w:br/>
        <w:t>vn 0.9866 0.1634 -0.0028</w:t>
        <w:br/>
        <w:t>vn 0.9650 0.2623 0.0062</w:t>
        <w:br/>
        <w:t>vn 0.9650 0.2623 0.0063</w:t>
        <w:br/>
        <w:t>vn 0.9866 0.1633 -0.0028</w:t>
        <w:br/>
        <w:t>vn -0.1180 -0.1794 0.9767</w:t>
        <w:br/>
        <w:t>vn 0.1322 0.1645 -0.9775</w:t>
        <w:br/>
        <w:t>vn 0.1323 0.1645 -0.9775</w:t>
        <w:br/>
        <w:t>vn 0.1805 0.2400 -0.9538</w:t>
        <w:br/>
        <w:t>vn 0.3204 0.0215 0.9470</w:t>
        <w:br/>
        <w:t>vn 0.0437 -0.4451 -0.8944</w:t>
        <w:br/>
        <w:t>vn 0.1200 -0.4634 -0.8780</w:t>
        <w:br/>
        <w:t>vn 0.1044 -0.6903 -0.7160</w:t>
        <w:br/>
        <w:t>vn 0.0055 -0.8517 -0.5240</w:t>
        <w:br/>
        <w:t>vn -0.1201 -0.4634 -0.8780</w:t>
        <w:br/>
        <w:t>vn -0.0438 -0.4451 -0.8944</w:t>
        <w:br/>
        <w:t>vn -0.0437 -0.4451 -0.8944</w:t>
        <w:br/>
        <w:t>vn -0.1044 -0.6903 -0.7160</w:t>
        <w:br/>
        <w:t>vn -0.0055 -0.8517 -0.5240</w:t>
        <w:br/>
        <w:t>vn -0.9391 -0.1485 0.3099</w:t>
        <w:br/>
        <w:t>vn -0.9510 0.2532 0.1772</w:t>
        <w:br/>
        <w:t>vn -0.8767 -0.3595 0.3196</w:t>
        <w:br/>
        <w:t>vn -0.8823 0.4696 -0.0333</w:t>
        <w:br/>
        <w:t>vn -0.8074 0.5870 -0.0597</w:t>
        <w:br/>
        <w:t>vn -0.6069 0.3191 -0.7279</w:t>
        <w:br/>
        <w:t>vn -0.7024 0.1702 -0.6911</w:t>
        <w:br/>
        <w:t>vn -0.8207 0.4832 0.3049</w:t>
        <w:br/>
        <w:t>vn -0.7389 0.6139 0.2778</w:t>
        <w:br/>
        <w:t>vn -0.7591 -0.0070 -0.6510</w:t>
        <w:br/>
        <w:t>vn -0.8537 -0.5074 -0.1173</w:t>
        <w:br/>
        <w:t>vn -0.8721 0.1073 -0.4775</w:t>
        <w:br/>
        <w:t>vn -0.4238 -0.1010 -0.9001</w:t>
        <w:br/>
        <w:t>vn -0.3229 0.0741 -0.9435</w:t>
        <w:br/>
        <w:t>vn -0.6307 -0.0507 -0.7744</w:t>
        <w:br/>
        <w:t>vn -0.4163 -0.1484 -0.8970</w:t>
        <w:br/>
        <w:t>vn -0.5088 -0.5410 -0.6697</w:t>
        <w:br/>
        <w:t>vn -0.6542 -0.5965 -0.4649</w:t>
        <w:br/>
        <w:t>vn 0.4928 0.8518 -0.1774</w:t>
        <w:br/>
        <w:t>vn 0.5019 0.8481 -0.1697</w:t>
        <w:br/>
        <w:t>vn 0.5064 0.8456 -0.1688</w:t>
        <w:br/>
        <w:t>vn 0.4965 0.8500 -0.1761</w:t>
        <w:br/>
        <w:t>vn 0.4881 0.8529 -0.1853</w:t>
        <w:br/>
        <w:t>vn 0.4913 0.8515 -0.1832</w:t>
        <w:br/>
        <w:t>vn -0.1004 -0.9949 -0.0099</w:t>
        <w:br/>
        <w:t>vn -0.0264 -0.9989 -0.0378</w:t>
        <w:br/>
        <w:t>vn 0.5048 -0.8375 -0.2094</w:t>
        <w:br/>
        <w:t>vn 0.6858 -0.3898 -0.6146</w:t>
        <w:br/>
        <w:t>vn 0.5980 -0.5445 -0.5882</w:t>
        <w:br/>
        <w:t>vn -0.0306 -0.3115 -0.9498</w:t>
        <w:br/>
        <w:t>vn 0.0736 -0.1301 -0.9888</w:t>
        <w:br/>
        <w:t>vn 0.6858 -0.3899 -0.6146</w:t>
        <w:br/>
        <w:t>vn 0.8450 -0.4348 -0.3114</w:t>
        <w:br/>
        <w:t>vn 0.7696 -0.5702 -0.2874</w:t>
        <w:br/>
        <w:t>vn 0.5980 -0.5445 -0.5881</w:t>
        <w:br/>
        <w:t>vn 0.0734 -0.2368 -0.9688</w:t>
        <w:br/>
        <w:t>vn 0.4253 -0.5062 -0.7502</w:t>
        <w:br/>
        <w:t>vn -0.2527 -0.6365 -0.7287</w:t>
        <w:br/>
        <w:t>vn -0.4881 -0.8671 0.0994</w:t>
        <w:br/>
        <w:t>vn -0.5037 -0.8519 0.1437</w:t>
        <w:br/>
        <w:t>vn 0.5108 0.8432 -0.1678</w:t>
        <w:br/>
        <w:t>vn 0.5002 0.8481 -0.1748</w:t>
        <w:br/>
        <w:t>vn 0.4946 0.8500 -0.1811</w:t>
        <w:br/>
        <w:t>vn 0.3823 -0.1353 -0.9141</w:t>
        <w:br/>
        <w:t>vn 0.4769 -0.0740 -0.8758</w:t>
        <w:br/>
        <w:t>vn 0.8592 -0.4010 -0.3178</w:t>
        <w:br/>
        <w:t>vn 0.5048 -0.8374 -0.2094</w:t>
        <w:br/>
        <w:t>vn 0.6513 -0.7340 -0.1923</w:t>
        <w:br/>
        <w:t>vn 0.8019 -0.3828 -0.4588</w:t>
        <w:br/>
        <w:t>vn -0.7719 0.5785 0.2636</w:t>
        <w:br/>
        <w:t>vn -0.8147 0.5797 0.0131</w:t>
        <w:br/>
        <w:t>vn -0.6703 0.5821 -0.4603</w:t>
        <w:br/>
        <w:t>vn -0.7112 0.5520 -0.4354</w:t>
        <w:br/>
        <w:t>vn -0.7040 0.4947 -0.5096</w:t>
        <w:br/>
        <w:t>vn -0.6308 0.3481 -0.6935</w:t>
        <w:br/>
        <w:t>vn -0.0644 -0.0783 -0.9948</w:t>
        <w:br/>
        <w:t>vn -0.3052 0.1237 -0.9442</w:t>
        <w:br/>
        <w:t>vn 0.0675 -0.1466 -0.9869</w:t>
        <w:br/>
        <w:t>vn -0.3314 0.0531 -0.9420</w:t>
        <w:br/>
        <w:t>vn 0.1134 0.0334 -0.9930</w:t>
        <w:br/>
        <w:t>vn -0.2639 0.1770 -0.9482</w:t>
        <w:br/>
        <w:t>vn 0.6827 -0.3931 -0.6160</w:t>
        <w:br/>
        <w:t>vn 0.7465 -0.2205 -0.6278</w:t>
        <w:br/>
        <w:t>vn 0.6827 -0.3931 -0.6159</w:t>
        <w:br/>
        <w:t>vn 0.8457 -0.4331 -0.3119</w:t>
        <w:br/>
        <w:t>vn 0.9025 -0.2797 -0.3274</w:t>
        <w:br/>
        <w:t>vn -0.7994 0.5987 -0.0496</w:t>
        <w:br/>
        <w:t>vn -0.7093 0.6993 -0.0894</w:t>
        <w:br/>
        <w:t>vn -0.6693 0.6947 0.2636</w:t>
        <w:br/>
        <w:t>vn -0.7670 0.5722 0.2903</w:t>
        <w:br/>
        <w:t>vn -0.6155 0.3271 -0.7170</w:t>
        <w:br/>
        <w:t>vn -0.5027 0.4131 -0.7594</w:t>
        <w:br/>
        <w:t>vn -0.5548 0.1881 -0.8105</w:t>
        <w:br/>
        <w:t>vn -0.8046 0.5835 -0.1101</w:t>
        <w:br/>
        <w:t>vn -0.7298 0.6193 0.2896</w:t>
        <w:br/>
        <w:t>vn 0.8549 -0.4157 -0.3103</w:t>
        <w:br/>
        <w:t>vn 0.6797 -0.3730 -0.6315</w:t>
        <w:br/>
        <w:t>vn -0.0889 -0.1104 -0.9899</w:t>
        <w:br/>
        <w:t>vn -0.4091 -0.0142 -0.9124</w:t>
        <w:br/>
        <w:t>vn 0.4754 0.8796 -0.0188</w:t>
        <w:br/>
        <w:t>vn 0.0051 0.9398 0.3417</w:t>
        <w:br/>
        <w:t>vn -0.0427 0.7923 0.6086</w:t>
        <w:br/>
        <w:t>vn 0.8965 0.3905 -0.2092</w:t>
        <w:br/>
        <w:t>vn 0.8965 0.3905 -0.2093</w:t>
        <w:br/>
        <w:t>vn 0.5810 0.8010 -0.1446</w:t>
        <w:br/>
        <w:t>vn 0.5115 0.8401 -0.1805</w:t>
        <w:br/>
        <w:t>vn 0.5699 0.7779 -0.2646</w:t>
        <w:br/>
        <w:t>vn 0.7172 -0.2769 -0.6394</w:t>
        <w:br/>
        <w:t>vn 0.7420 -0.3167 -0.5909</w:t>
        <w:br/>
        <w:t>vn -0.2104 -0.9757 0.0606</w:t>
        <w:br/>
        <w:t>vn -0.1183 -0.9525 -0.2808</w:t>
        <w:br/>
        <w:t>vn 0.6244 -0.7343 -0.2662</w:t>
        <w:br/>
        <w:t>vn -0.5614 -0.8270 -0.0304</w:t>
        <w:br/>
        <w:t>vn -0.7997 -0.5465 0.2488</w:t>
        <w:br/>
        <w:t>vn -0.5917 -0.8025 -0.0759</w:t>
        <w:br/>
        <w:t>vn -0.5076 -0.8545 0.1101</w:t>
        <w:br/>
        <w:t>vn -0.9584 0.0875 0.2716</w:t>
        <w:br/>
        <w:t>vn -0.9681 0.0317 0.2487</w:t>
        <w:br/>
        <w:t>vn -0.4782 0.8564 -0.1947</w:t>
        <w:br/>
        <w:t>vn -0.7140 0.6574 -0.2408</w:t>
        <w:br/>
        <w:t>vn 0.5100 0.8346 -0.2083</w:t>
        <w:br/>
        <w:t>vn 0.4020 0.8787 -0.2573</w:t>
        <w:br/>
        <w:t>vn 0.7185 0.6399 -0.2725</w:t>
        <w:br/>
        <w:t>vn 0.4852 0.8535 -0.1898</w:t>
        <w:br/>
        <w:t>vn 0.5005 0.8239 -0.2659</w:t>
        <w:br/>
        <w:t>vn 0.5005 0.8239 -0.2660</w:t>
        <w:br/>
        <w:t>vn 0.4853 0.8535 -0.1898</w:t>
        <w:br/>
        <w:t>vn -0.2290 0.0874 -0.9695</w:t>
        <w:br/>
        <w:t>vn -0.3196 0.0614 -0.9455</w:t>
        <w:br/>
        <w:t>vn -0.5062 0.1823 -0.8429</w:t>
        <w:br/>
        <w:t>vn -0.4729 0.1728 -0.8640</w:t>
        <w:br/>
        <w:t>vn 0.6706 -0.3616 -0.6477</w:t>
        <w:br/>
        <w:t>vn 0.8018 -0.3828 -0.4588</w:t>
        <w:br/>
        <w:t>vn 0.0107 -0.0670 -0.9977</w:t>
        <w:br/>
        <w:t>vn 0.4047 -0.2598 -0.8768</w:t>
        <w:br/>
        <w:t>vn 0.8543 -0.4112 -0.3178</w:t>
        <w:br/>
        <w:t>vn -0.7462 0.6539 0.1247</w:t>
        <w:br/>
        <w:t>vn -0.5827 0.7505 0.3118</w:t>
        <w:br/>
        <w:t>vn -0.7032 0.6450 0.2991</w:t>
        <w:br/>
        <w:t>vn -0.8022 0.5870 -0.1091</w:t>
        <w:br/>
        <w:t>vn -0.4688 0.2240 -0.8544</w:t>
        <w:br/>
        <w:t>vn -0.8174 0.5653 -0.1112</w:t>
        <w:br/>
        <w:t>vn -0.3830 0.1438 -0.9125</w:t>
        <w:br/>
        <w:t>vn 0.0013 -0.0217 -0.9998</w:t>
        <w:br/>
        <w:t>vn -0.6188 0.1762 -0.7655</w:t>
        <w:br/>
        <w:t>vn -0.3895 0.0134 -0.9209</w:t>
        <w:br/>
        <w:t>vn 0.6706 -0.3725 -0.6415</w:t>
        <w:br/>
        <w:t>vn 0.3948 -0.2782 -0.8756</w:t>
        <w:br/>
        <w:t>vn 0.8566 -0.4107 -0.3124</w:t>
        <w:br/>
        <w:t>vn 0.6707 -0.3725 -0.6415</w:t>
        <w:br/>
        <w:t>vn -0.8151 0.5665 -0.1211</w:t>
        <w:br/>
        <w:t>vn -0.7487 0.5918 0.2987</w:t>
        <w:br/>
        <w:t>vn -0.4894 0.1649 -0.8563</w:t>
        <w:br/>
        <w:t>vn -0.0846 0.5807 0.8097</w:t>
        <w:br/>
        <w:t>vn 0.3666 0.2790 0.8875</w:t>
        <w:br/>
        <w:t>vn 0.2916 0.3535 0.8888</w:t>
        <w:br/>
        <w:t>vn -0.1845 0.0786 -0.9797</w:t>
        <w:br/>
        <w:t>vn 0.1677 -0.0201 -0.9856</w:t>
        <w:br/>
        <w:t>vn 0.7146 -0.0327 0.6987</w:t>
        <w:br/>
        <w:t>vn 0.8607 -0.2366 0.4509</w:t>
        <w:br/>
        <w:t>vn 0.9436 -0.2761 0.1829</w:t>
        <w:br/>
        <w:t>vn -0.9159 0.0072 0.4015</w:t>
        <w:br/>
        <w:t>vn -0.8089 0.4432 0.3864</w:t>
        <w:br/>
        <w:t>vn -0.5691 0.5858 0.5770</w:t>
        <w:br/>
        <w:t>vn -0.6632 0.4331 0.6104</w:t>
        <w:br/>
        <w:t>vn -0.0979 0.0996 0.9902</w:t>
        <w:br/>
        <w:t>vn 0.0080 0.2727 0.9621</w:t>
        <w:br/>
        <w:t>vn -0.2198 0.2486 0.9433</w:t>
        <w:br/>
        <w:t>vn -0.6832 0.3162 0.6582</w:t>
        <w:br/>
        <w:t>vn -0.6926 -0.3679 0.6205</w:t>
        <w:br/>
        <w:t>vn 0.2673 -0.1588 0.9504</w:t>
        <w:br/>
        <w:t>vn 0.3690 -0.0017 0.9294</w:t>
        <w:br/>
        <w:t>vn -0.2955 -0.3696 0.8810</w:t>
        <w:br/>
        <w:t>vn -0.4861 -0.8459 0.2197</w:t>
        <w:br/>
        <w:t>vn -0.5541 -0.8072 0.2034</w:t>
        <w:br/>
        <w:t>vn -0.6742 -0.7041 0.2230</w:t>
        <w:br/>
        <w:t>vn -0.4589 -0.8603 0.2220</w:t>
        <w:br/>
        <w:t>vn 0.5062 0.8452 -0.1713</w:t>
        <w:br/>
        <w:t>vn 0.5113 0.8418 -0.1733</w:t>
        <w:br/>
        <w:t>vn 0.5113 0.8417 -0.1733</w:t>
        <w:br/>
        <w:t>vn 0.5062 0.8450 -0.1726</w:t>
        <w:br/>
        <w:t>vn 0.5116 0.8406 -0.1781</w:t>
        <w:br/>
        <w:t>vn -0.0005 -0.9999 -0.0142</w:t>
        <w:br/>
        <w:t>vn 0.6055 -0.3415 0.7189</w:t>
        <w:br/>
        <w:t>vn 0.8397 -0.5418 0.0384</w:t>
        <w:br/>
        <w:t>vn 0.9092 -0.4162 0.0105</w:t>
        <w:br/>
        <w:t>vn 0.6952 -0.2001 0.6904</w:t>
        <w:br/>
        <w:t>vn 0.8396 -0.5418 0.0384</w:t>
        <w:br/>
        <w:t>vn 0.5799 -0.4474 0.6809</w:t>
        <w:br/>
        <w:t>vn 0.0905 -0.9265 0.3651</w:t>
        <w:br/>
        <w:t>vn 0.8238 -0.5362 0.1839</w:t>
        <w:br/>
        <w:t>vn -0.3909 -0.8109 0.4356</w:t>
        <w:br/>
        <w:t>vn -0.3281 -0.8653 0.3791</w:t>
        <w:br/>
        <w:t>vn 0.0892 -0.5733 0.8145</w:t>
        <w:br/>
        <w:t>vn -0.0338 -0.4891 0.8716</w:t>
        <w:br/>
        <w:t>vn -0.2121 -0.9697 0.1213</w:t>
        <w:br/>
        <w:t>vn -0.4599 -0.8542 0.2425</w:t>
        <w:br/>
        <w:t>vn 0.5164 0.8382 -0.1753</w:t>
        <w:br/>
        <w:t>vn 0.5169 0.8362 -0.1836</w:t>
        <w:br/>
        <w:t>vn 0.5121 -0.1845 0.8389</w:t>
        <w:br/>
        <w:t>vn 0.3178 -0.0251 0.9478</w:t>
        <w:br/>
        <w:t>vn 0.8815 -0.2327 0.4110</w:t>
        <w:br/>
        <w:t>vn 0.9375 -0.2156 0.2730</w:t>
        <w:br/>
        <w:t>vn 0.8984 -0.3374 0.2811</w:t>
        <w:br/>
        <w:t>vn 0.8753 -0.2660 0.4037</w:t>
        <w:br/>
        <w:t>vn 0.9352 -0.3507 -0.0488</w:t>
        <w:br/>
        <w:t>vn 0.9004 -0.3689 -0.2304</w:t>
        <w:br/>
        <w:t>vn -0.5886 0.7143 0.3786</w:t>
        <w:br/>
        <w:t>vn -0.3225 0.5523 0.7687</w:t>
        <w:br/>
        <w:t>vn -0.1190 0.4379 0.8911</w:t>
        <w:br/>
        <w:t>vn -0.2168 0.4374 0.8727</w:t>
        <w:br/>
        <w:t>vn -0.2841 0.5477 0.7869</w:t>
        <w:br/>
        <w:t>vn -0.0628 0.0991 0.9931</w:t>
        <w:br/>
        <w:t>vn 0.3703 0.0068 0.9289</w:t>
        <w:br/>
        <w:t>vn 0.7024 -0.1830 0.6879</w:t>
        <w:br/>
        <w:t>vn 0.4384 0.1149 0.8914</w:t>
        <w:br/>
        <w:t>vn 0.7415 -0.0398 0.6697</w:t>
        <w:br/>
        <w:t>vn 0.9142 -0.4051 0.0104</w:t>
        <w:br/>
        <w:t>vn 0.9652 -0.2611 -0.0119</w:t>
        <w:br/>
        <w:t>vn -0.6246 0.5096 0.5918</w:t>
        <w:br/>
        <w:t>vn -0.5107 0.6412 0.5728</w:t>
        <w:br/>
        <w:t>vn -0.0250 0.2477 0.9685</w:t>
        <w:br/>
        <w:t>vn 0.1101 0.3561 0.9279</w:t>
        <w:br/>
        <w:t>vn -0.5121 0.5510 0.6589</w:t>
        <w:br/>
        <w:t>vn 0.1572 0.1141 0.9809</w:t>
        <w:br/>
        <w:t>vn 0.9205 -0.3895 0.0318</w:t>
        <w:br/>
        <w:t>vn 0.6067 -0.1714 0.7763</w:t>
        <w:br/>
        <w:t>vn 0.9205 -0.3894 0.0319</w:t>
        <w:br/>
        <w:t>vn 0.3407 -0.0866 0.9362</w:t>
        <w:br/>
        <w:t>vn -0.7008 0.3744 0.6072</w:t>
        <w:br/>
        <w:t>vn -0.8113 -0.4304 0.3957</w:t>
        <w:br/>
        <w:t>vn -0.5002 -0.7691 0.3980</w:t>
        <w:br/>
        <w:t>vn 0.6189 -0.7609 -0.1948</w:t>
        <w:br/>
        <w:t>vn 0.0906 -0.9265 0.3651</w:t>
        <w:br/>
        <w:t>vn 0.4590 0.8824 -0.1037</w:t>
        <w:br/>
        <w:t>vn 0.4590 0.8824 -0.1038</w:t>
        <w:br/>
        <w:t>vn 0.4845 0.8660 -0.1234</w:t>
        <w:br/>
        <w:t>vn 0.6190 -0.7609 -0.1948</w:t>
        <w:br/>
        <w:t>vn 0.9741 -0.2207 0.0485</w:t>
        <w:br/>
        <w:t>vn 0.6171 0.7783 -0.1161</w:t>
        <w:br/>
        <w:t>vn 0.6206 0.7730 -0.1317</w:t>
        <w:br/>
        <w:t>vn 0.6245 0.7714 -0.1222</w:t>
        <w:br/>
        <w:t>vn 0.5137 0.8537 -0.0853</w:t>
        <w:br/>
        <w:t>vn 0.6760 0.6718 -0.3029</w:t>
        <w:br/>
        <w:t>vn 0.7137 0.6215 -0.3231</w:t>
        <w:br/>
        <w:t>vn 0.5828 0.8036 -0.1207</w:t>
        <w:br/>
        <w:t>vn -0.5240 0.5643 0.6379</w:t>
        <w:br/>
        <w:t>vn -0.4111 0.5531 0.7246</w:t>
        <w:br/>
        <w:t>vn 0.7262 0.5276 -0.4408</w:t>
        <w:br/>
        <w:t>vn 0.5094 0.8486 -0.1429</w:t>
        <w:br/>
        <w:t>vn 0.6019 0.7954 -0.0719</w:t>
        <w:br/>
        <w:t>vn 0.5392 0.8395 -0.0675</w:t>
        <w:br/>
        <w:t>vn 0.6019 0.7953 -0.0719</w:t>
        <w:br/>
        <w:t>vn 0.6288 0.7693 -0.1128</w:t>
        <w:br/>
        <w:t>vn 0.4552 0.8812 -0.1279</w:t>
        <w:br/>
        <w:t>vn 0.4750 0.8742 -0.1006</w:t>
        <w:br/>
        <w:t>vn 0.4751 0.8742 -0.1005</w:t>
        <w:br/>
        <w:t>vn 0.5439 -0.0412 0.8381</w:t>
        <w:br/>
        <w:t>vn 0.4209 -0.0083 0.9071</w:t>
        <w:br/>
        <w:t>vn 0.4901 0.1277 0.8623</w:t>
        <w:br/>
        <w:t>vn 0.4526 0.1707 0.8752</w:t>
        <w:br/>
        <w:t>vn 0.9296 -0.3530 0.1058</w:t>
        <w:br/>
        <w:t>vn -0.6697 0.6815 0.2950</w:t>
        <w:br/>
        <w:t>vn -0.5694 0.5956 0.5666</w:t>
        <w:br/>
        <w:t>vn 0.5146 0.0542 0.8557</w:t>
        <w:br/>
        <w:t>vn 0.3405 0.0861 0.9363</w:t>
        <w:br/>
        <w:t>vn -0.0321 0.3265 0.9447</w:t>
        <w:br/>
        <w:t>vn 0.3799 -0.0509 0.9236</w:t>
        <w:br/>
        <w:t>vn 0.4035 -0.0207 0.9147</w:t>
        <w:br/>
        <w:t>vn 0.8724 -0.3020 0.3843</w:t>
        <w:br/>
        <w:t>vn 0.9248 -0.3751 0.0628</w:t>
        <w:br/>
        <w:t>vn -0.4839 0.5278 0.6980</w:t>
        <w:br/>
        <w:t>vn 0.2797 0.0760 0.9571</w:t>
        <w:br/>
        <w:t>vn 0.2519 0.4686 0.8467</w:t>
        <w:br/>
        <w:t>vn 0.5270 0.2394 0.8155</w:t>
        <w:br/>
        <w:t>vn -0.5506 0.6442 -0.5308</w:t>
        <w:br/>
        <w:t>vn -0.4836 0.5727 -0.6620</w:t>
        <w:br/>
        <w:t>vn -0.3505 0.4555 -0.8183</w:t>
        <w:br/>
        <w:t>vn -0.6577 0.7183 -0.2270</w:t>
        <w:br/>
        <w:t>vn -0.6577 0.7183 -0.2269</w:t>
        <w:br/>
        <w:t>vn 0.7340 -0.0208 0.6788</w:t>
        <w:br/>
        <w:t>vn 0.7938 -0.0686 -0.6043</w:t>
        <w:br/>
        <w:t>vn 0.5194 -0.0636 -0.8521</w:t>
        <w:br/>
        <w:t>vn 0.3377 -0.0028 -0.9413</w:t>
        <w:br/>
        <w:t>vn 0.7938 -0.0687 -0.6043</w:t>
        <w:br/>
        <w:t>vn 0.0666 0.0308 -0.9973</w:t>
        <w:br/>
        <w:t>vn -0.1853 0.2584 -0.9481</w:t>
        <w:br/>
        <w:t>vn 0.3812 0.8968 -0.2246</w:t>
        <w:br/>
        <w:t>vn 0.3286 0.1271 0.9359</w:t>
        <w:br/>
        <w:t>vn 0.6401 -0.0599 0.7659</w:t>
        <w:br/>
        <w:t>vn -0.2141 0.3969 0.8925</w:t>
        <w:br/>
        <w:t>vn -0.1738 0.2821 0.9435</w:t>
        <w:br/>
        <w:t>vn -0.0877 0.3151 0.9450</w:t>
        <w:br/>
        <w:t>vn 0.5894 0.7808 -0.2074</w:t>
        <w:br/>
        <w:t>vn -0.6915 0.2666 0.6714</w:t>
        <w:br/>
        <w:t>vn -0.5585 0.6104 0.5617</w:t>
        <w:br/>
        <w:t>vn -0.5875 0.6169 0.5237</w:t>
        <w:br/>
        <w:t>vn -0.7722 0.6174 0.1499</w:t>
        <w:br/>
        <w:t>vn 0.1920 0.9650 -0.1784</w:t>
        <w:br/>
        <w:t>vn 0.3812 0.8968 -0.2247</w:t>
        <w:br/>
        <w:t>vn 0.8933 0.3851 -0.2316</w:t>
        <w:br/>
        <w:t>vn -0.4782 0.8564 -0.1946</w:t>
        <w:br/>
        <w:t>vn -0.2731 0.8071 0.5235</w:t>
        <w:br/>
        <w:t>vn -0.2643 0.7376 0.6213</w:t>
        <w:br/>
        <w:t>vn -0.5119 0.1668 -0.8427</w:t>
        <w:br/>
        <w:t>vn 0.4533 0.8767 -0.1609</w:t>
        <w:br/>
        <w:t>vn -0.5482 0.4498 -0.7052</w:t>
        <w:br/>
        <w:t>vn -0.5399 0.2864 -0.7915</w:t>
        <w:br/>
        <w:t>vn -0.5250 0.2666 -0.8083</w:t>
        <w:br/>
        <w:t>vn 0.2256 -0.0621 -0.9722</w:t>
        <w:br/>
        <w:t>vn -0.1684 -0.2486 -0.9539</w:t>
        <w:br/>
        <w:t>vn 0.4869 -0.1194 -0.8653</w:t>
        <w:br/>
        <w:t>vn 0.3121 -0.1249 -0.9418</w:t>
        <w:br/>
        <w:t>vn 0.5179 0.7916 -0.3243</w:t>
        <w:br/>
        <w:t>vn 0.6526 0.6513 -0.3872</w:t>
        <w:br/>
        <w:t>vn 0.6526 0.6513 -0.3871</w:t>
        <w:br/>
        <w:t>vn -0.2267 0.0376 -0.9732</w:t>
        <w:br/>
        <w:t>vn -0.6135 0.4988 -0.6122</w:t>
        <w:br/>
        <w:t>vn -0.7683 0.6326 -0.0979</w:t>
        <w:br/>
        <w:t>vn -0.8217 0.5325 0.2032</w:t>
        <w:br/>
        <w:t>vn -0.6008 -0.7764 0.1904</w:t>
        <w:br/>
        <w:t>vn -0.7132 -0.6403 0.2853</w:t>
        <w:br/>
        <w:t>vn 0.6180 0.7527 -0.2270</w:t>
        <w:br/>
        <w:t>vn 0.5899 0.7096 -0.3853</w:t>
        <w:br/>
        <w:t>vn -0.6495 0.7286 -0.2174</w:t>
        <w:br/>
        <w:t>vn 0.9559 -0.0797 0.2826</w:t>
        <w:br/>
        <w:t>vn 0.8835 -0.1335 0.4489</w:t>
        <w:br/>
        <w:t>vn 0.6010 -0.1116 0.7914</w:t>
        <w:br/>
        <w:t>vn 0.6077 -0.0935 0.7886</w:t>
        <w:br/>
        <w:t>vn 0.9516 -0.2691 0.1482</w:t>
        <w:br/>
        <w:t>vn 0.9163 -0.3528 0.1894</w:t>
        <w:br/>
        <w:t>vn -0.5311 0.6893 0.4927</w:t>
        <w:br/>
        <w:t>vn -0.5146 -0.8449 0.1458</w:t>
        <w:br/>
        <w:t>vn 0.3816 0.1158 0.9170</w:t>
        <w:br/>
        <w:t>vn 0.1378 0.3107 0.9405</w:t>
        <w:br/>
        <w:t>vn -0.2351 0.4707 0.8504</w:t>
        <w:br/>
        <w:t>vn -0.2396 0.4836 0.8419</w:t>
        <w:br/>
        <w:t>vn -0.2839 0.5767 0.7661</w:t>
        <w:br/>
        <w:t>vn -0.6262 0.6048 -0.4921</w:t>
        <w:br/>
        <w:t>vn -0.3032 0.0409 -0.9521</w:t>
        <w:br/>
        <w:t>vn -0.3059 0.0324 -0.9515</w:t>
        <w:br/>
        <w:t>vn -0.2886 0.0389 -0.9567</w:t>
        <w:br/>
        <w:t>vn 0.3601 0.0236 0.9326</w:t>
        <w:br/>
        <w:t>vn 0.3618 0.0255 0.9319</w:t>
        <w:br/>
        <w:t>vn 0.3574 0.0165 0.9338</w:t>
        <w:br/>
        <w:t>vn -0.3041 0.0722 -0.9499</w:t>
        <w:br/>
        <w:t>vn -0.3005 0.0678 -0.9514</w:t>
        <w:br/>
        <w:t>vn -0.2824 0.0834 -0.9557</w:t>
        <w:br/>
        <w:t>vn 0.4166 0.0097 0.9090</w:t>
        <w:br/>
        <w:t>vn 0.4293 0.0214 0.9029</w:t>
        <w:br/>
        <w:t>vn 0.4402 -0.0052 0.8979</w:t>
        <w:br/>
        <w:t>vn 0.3483 -0.0028 0.9374</w:t>
        <w:br/>
        <w:t>vn -0.3070 0.0601 -0.9498</w:t>
        <w:br/>
        <w:t>vn -0.3293 0.0642 -0.9421</w:t>
        <w:br/>
        <w:t>vn -0.3035 0.0693 -0.9503</w:t>
        <w:br/>
        <w:t>vn -0.3293 0.0642 -0.9420</w:t>
        <w:br/>
        <w:t>vn 0.3864 0.0066 0.9223</w:t>
        <w:br/>
        <w:t>vn 0.3947 0.0262 0.9184</w:t>
        <w:br/>
        <w:t>vn 0.3853 0.0147 0.9227</w:t>
        <w:br/>
        <w:t>vn 0.1872 -0.3306 0.9250</w:t>
        <w:br/>
        <w:t>vn -0.4573 -0.2920 -0.8400</w:t>
        <w:br/>
        <w:t>vn -0.3209 0.0585 -0.9453</w:t>
        <w:br/>
        <w:t>vn -0.3208 0.0584 -0.9453</w:t>
        <w:br/>
        <w:t>vn -0.7096 0.6595 0.2481</w:t>
        <w:br/>
        <w:t>vn -0.7043 0.6653 0.2478</w:t>
        <w:br/>
        <w:t>vn -0.6213 0.7497 0.2277</w:t>
        <w:br/>
        <w:t>vn -0.6565 0.7158 0.2380</w:t>
        <w:br/>
        <w:t>vn -0.5040 0.8376 0.2109</w:t>
        <w:br/>
        <w:t>vn -0.3218 0.9353 0.1471</w:t>
        <w:br/>
        <w:t>vn -0.2986 0.9438 0.1417</w:t>
        <w:br/>
        <w:t>vn -0.4981 0.8414 0.2095</w:t>
        <w:br/>
        <w:t>vn 0.9342 0.0929 -0.3444</w:t>
        <w:br/>
        <w:t>vn 0.9265 -0.1507 -0.3448</w:t>
        <w:br/>
        <w:t>vn 0.9265 -0.1540 -0.3433</w:t>
        <w:br/>
        <w:t>vn 0.9351 0.0849 -0.3440</w:t>
        <w:br/>
        <w:t>vn 0.8628 -0.3890 -0.3228</w:t>
        <w:br/>
        <w:t>vn 0.8633 -0.3899 -0.3205</w:t>
        <w:br/>
        <w:t>vn -0.5057 -0.8470 0.1638</w:t>
        <w:br/>
        <w:t>vn -0.6090 -0.7614 -0.2222</w:t>
        <w:br/>
        <w:t>vn -0.6090 -0.7614 -0.2223</w:t>
        <w:br/>
        <w:t>vn -0.8505 0.4157 0.3223</w:t>
        <w:br/>
        <w:t>vn -0.8518 0.4145 0.3203</w:t>
        <w:br/>
        <w:t>vn -0.8542 0.4104 0.3192</w:t>
        <w:br/>
        <w:t>vn -0.8533 0.4103 0.3216</w:t>
        <w:br/>
        <w:t>vn 0.6950 -0.6769 -0.2424</w:t>
        <w:br/>
        <w:t>vn 0.6621 -0.7124 -0.2327</w:t>
        <w:br/>
        <w:t>vn 0.7262 -0.6398 -0.2516</w:t>
        <w:br/>
        <w:t>vn 0.7215 -0.6463 -0.2484</w:t>
        <w:br/>
        <w:t>vn 0.7356 -0.5968 -0.3205</w:t>
        <w:br/>
        <w:t>vn 0.6958 -0.6662 -0.2683</w:t>
        <w:br/>
        <w:t>vn 0.7660 -0.5609 -0.3140</w:t>
        <w:br/>
        <w:t>vn 0.7379 -0.5952 -0.3181</w:t>
        <w:br/>
        <w:t>vn -0.3900 -0.9056 0.1670</w:t>
        <w:br/>
        <w:t>vn -0.3971 -0.9087 0.1289</w:t>
        <w:br/>
        <w:t>vn -0.3971 -0.9087 0.1288</w:t>
        <w:br/>
        <w:t>vn -0.7328 0.6036 0.3140</w:t>
        <w:br/>
        <w:t>vn -0.7364 0.6000 0.3126</w:t>
        <w:br/>
        <w:t>vn -0.7678 0.5624 0.3069</w:t>
        <w:br/>
        <w:t>vn -0.6823 0.6898 0.2423</w:t>
        <w:br/>
        <w:t>vn 0.3671 0.0294 0.9297</w:t>
        <w:br/>
        <w:t>vn 0.3611 0.0197 0.9323</w:t>
        <w:br/>
        <w:t>vn 0.3609 0.0198 0.9324</w:t>
        <w:br/>
        <w:t>vn 0.3976 0.9091 -0.1247</w:t>
        <w:br/>
        <w:t>vn 0.5771 0.7939 -0.1915</w:t>
        <w:br/>
        <w:t>vn 0.5744 0.7952 -0.1941</w:t>
        <w:br/>
        <w:t>vn 0.3920 0.9115 -0.1244</w:t>
        <w:br/>
        <w:t>vn -0.3169 0.0592 -0.9466</w:t>
        <w:br/>
        <w:t>vn -0.3273 0.0412 -0.9440</w:t>
        <w:br/>
        <w:t>vn -0.3170 0.0592 -0.9466</w:t>
        <w:br/>
        <w:t>vn -0.3507 -0.9302 0.1086</w:t>
        <w:br/>
        <w:t>vn -0.3483 -0.9311 0.1086</w:t>
        <w:br/>
        <w:t>vn -0.6141 -0.7611 0.2089</w:t>
        <w:br/>
        <w:t>vn -0.6181 -0.7581 0.2078</w:t>
        <w:br/>
        <w:t>vn 0.6645 0.7142 -0.2198</w:t>
        <w:br/>
        <w:t>vn 0.6621 0.7150 -0.2243</w:t>
        <w:br/>
        <w:t>vn 0.5798 0.7926 -0.1885</w:t>
        <w:br/>
        <w:t>vn 0.3073 0.9472 -0.0921</w:t>
        <w:br/>
        <w:t>vn 0.3155 0.9442 -0.0942</w:t>
        <w:br/>
        <w:t>vn 0.4032 0.9066 -0.1250</w:t>
        <w:br/>
        <w:t>vn -0.1907 -0.9804 0.0495</w:t>
        <w:br/>
        <w:t>vn -0.1911 -0.9803 0.0500</w:t>
        <w:br/>
        <w:t>vn -0.3460 -0.9319 0.1085</w:t>
        <w:br/>
        <w:t>vn -0.7147 -0.6529 0.2508</w:t>
        <w:br/>
        <w:t>vn -0.7180 -0.6501 0.2485</w:t>
        <w:br/>
        <w:t>vn -0.6103 -0.7639 0.2099</w:t>
        <w:br/>
        <w:t>vn -0.6590 0.7068 0.2571</w:t>
        <w:br/>
        <w:t>vn -0.6751 0.6901 0.2608</w:t>
        <w:br/>
        <w:t>vn -0.3093 0.0652 -0.9487</w:t>
        <w:br/>
        <w:t>vn -0.3093 0.0651 -0.9487</w:t>
        <w:br/>
        <w:t>vn 0.6773 -0.6895 -0.2566</w:t>
        <w:br/>
        <w:t>vn 0.6550 -0.7128 -0.2508</w:t>
        <w:br/>
        <w:t>vn 0.6276 -0.7461 -0.2224</w:t>
        <w:br/>
        <w:t>vn 0.3863 -0.0076 0.9223</w:t>
        <w:br/>
        <w:t>vn 0.3864 -0.0077 0.9223</w:t>
        <w:br/>
        <w:t>vn 0.3768 -0.0059 0.9263</w:t>
        <w:br/>
        <w:t>vn 0.3764 -0.0060 0.9264</w:t>
        <w:br/>
        <w:t>vn -0.7329 0.6181 0.2842</w:t>
        <w:br/>
        <w:t>vn -0.7042 0.6556 0.2725</w:t>
        <w:br/>
        <w:t>vn -0.7400 0.5963 0.3112</w:t>
        <w:br/>
        <w:t>vn -0.3223 0.0646 -0.9444</w:t>
        <w:br/>
        <w:t>vn 0.7454 -0.5995 -0.2915</w:t>
        <w:br/>
        <w:t>vn 0.7746 -0.5548 -0.3036</w:t>
        <w:br/>
        <w:t>vn 0.8620 -0.3917 -0.3217</w:t>
        <w:br/>
        <w:t>vn 0.8621 -0.3935 -0.3194</w:t>
        <w:br/>
        <w:t>vn -0.4982 -0.2673 -0.8249</w:t>
        <w:br/>
        <w:t>vn -0.8542 0.4097 0.3200</w:t>
        <w:br/>
        <w:t>vn -0.8550 0.4097 0.3179</w:t>
        <w:br/>
        <w:t>vn 0.1665 -0.2821 0.9448</w:t>
        <w:br/>
        <w:t>vn 0.8618 -0.3902 -0.3241</w:t>
        <w:br/>
        <w:t>vn 0.8622 -0.3906 -0.3225</w:t>
        <w:br/>
        <w:t>vn 0.8621 -0.3897 -0.3238</w:t>
        <w:br/>
        <w:t>vn -0.8535 0.4130 0.3176</w:t>
        <w:br/>
        <w:t>vn -0.8523 0.4146 0.3189</w:t>
        <w:br/>
        <w:t>vn -0.5046 -0.8183 -0.2753</w:t>
        <w:br/>
        <w:t>vn -0.2400 -0.8261 0.5098</w:t>
        <w:br/>
        <w:t>vn -0.7135 0.6242 0.3182</w:t>
        <w:br/>
        <w:t>vn -0.7420 0.5873 0.3233</w:t>
        <w:br/>
        <w:t>vn -0.6447 0.7051 0.2954</w:t>
        <w:br/>
        <w:t>vn 0.6770 -0.6957 -0.2402</w:t>
        <w:br/>
        <w:t>vn 0.5804 -0.7869 -0.2097</w:t>
        <w:br/>
        <w:t>vn -0.2868 -0.7620 0.5806</w:t>
        <w:br/>
        <w:t>vn -0.5604 0.7952 0.2314</w:t>
        <w:br/>
        <w:t>vn -0.0882 0.9936 0.0711</w:t>
        <w:br/>
        <w:t>vn -0.0883 0.9936 0.0711</w:t>
        <w:br/>
        <w:t>vn 0.6346 0.7464 -0.2003</w:t>
        <w:br/>
        <w:t>vn 0.4757 0.8687 -0.1379</w:t>
        <w:br/>
        <w:t>vn 0.4758 0.8687 -0.1379</w:t>
        <w:br/>
        <w:t>vn 0.6346 0.7465 -0.2003</w:t>
        <w:br/>
        <w:t>vn -0.2111 0.9726 0.0972</w:t>
        <w:br/>
        <w:t>vn -0.2112 0.9726 0.0972</w:t>
        <w:br/>
        <w:t>vn -0.4651 0.8676 0.1758</w:t>
        <w:br/>
        <w:t>vn 0.5900 0.7864 -0.1831</w:t>
        <w:br/>
        <w:t>vn -0.7054 0.6518 0.2785</w:t>
        <w:br/>
        <w:t>vn -0.7054 0.6518 0.2786</w:t>
        <w:br/>
        <w:t>vn -0.5057 0.8365 0.2113</w:t>
        <w:br/>
        <w:t>vn -0.5056 0.8365 0.2113</w:t>
        <w:br/>
        <w:t>vn 0.5407 -0.8103 -0.2257</w:t>
        <w:br/>
        <w:t>vn 0.5408 -0.8103 -0.2257</w:t>
        <w:br/>
        <w:t>vn -0.0007 -0.9997 -0.0257</w:t>
        <w:br/>
        <w:t>vn -0.5866 -0.7848 0.1999</w:t>
        <w:br/>
        <w:t>vn -0.6267 -0.7491 0.2148</w:t>
        <w:br/>
        <w:t>vn -0.6266 -0.7492 0.2147</w:t>
        <w:br/>
        <w:t>vn -0.5866 -0.7848 0.2000</w:t>
        <w:br/>
        <w:t>vn 0.2216 -0.9708 -0.0920</w:t>
        <w:br/>
        <w:t>vn 0.4727 -0.8631 -0.1777</w:t>
        <w:br/>
        <w:t>vn 0.4728 -0.8631 -0.1778</w:t>
        <w:br/>
        <w:t>vn 0.2217 -0.9708 -0.0920</w:t>
        <w:br/>
        <w:t>vn -0.4384 -0.8881 0.1382</w:t>
        <w:br/>
        <w:t>vn -0.4385 -0.8881 0.1382</w:t>
        <w:br/>
        <w:t>vn 0.5194 -0.8187 -0.2447</w:t>
        <w:br/>
        <w:t>vn 0.7205 -0.6230 -0.3046</w:t>
        <w:br/>
        <w:t>vn 0.5195 -0.8187 -0.2447</w:t>
        <w:br/>
        <w:t>vn -0.3365 0.0589 -0.9398</w:t>
        <w:br/>
        <w:t>vn -0.3331 0.0709 -0.9402</w:t>
        <w:br/>
        <w:t>vn -0.3365 0.0589 -0.9399</w:t>
        <w:br/>
        <w:t>vn 0.3336 -0.0044 0.9427</w:t>
        <w:br/>
        <w:t>vn 0.3436 -0.0147 0.9390</w:t>
        <w:br/>
        <w:t>vn -0.3311 0.0387 -0.9428</w:t>
        <w:br/>
        <w:t>vn -0.3310 0.0389 -0.9428</w:t>
        <w:br/>
        <w:t>vn -0.3332 0.0566 -0.9412</w:t>
        <w:br/>
        <w:t>vn -0.3331 0.0566 -0.9412</w:t>
        <w:br/>
        <w:t>vn 0.3305 -0.0630 0.9417</w:t>
        <w:br/>
        <w:t>vn 0.3366 -0.0293 0.9412</w:t>
        <w:br/>
        <w:t>vn 0.3367 -0.0292 0.9412</w:t>
        <w:br/>
        <w:t>vn 0.3306 -0.0629 0.9417</w:t>
        <w:br/>
        <w:t>vn -0.3324 0.0220 -0.9429</w:t>
        <w:br/>
        <w:t>vn -0.3463 0.0433 -0.9371</w:t>
        <w:br/>
        <w:t>vn -0.9249 0.1695 0.3403</w:t>
        <w:br/>
        <w:t>vn -0.9249 0.1693 0.3403</w:t>
        <w:br/>
        <w:t>vn -0.9249 0.1694 0.3403</w:t>
        <w:br/>
        <w:t>vn 0.3644 -0.0241 0.9309</w:t>
        <w:br/>
        <w:t>vn 0.3571 0.0044 0.9341</w:t>
        <w:br/>
        <w:t>vn 0.3408 -0.0921 0.9356</w:t>
        <w:br/>
        <w:t>vn 0.8227 -0.4565 -0.3388</w:t>
        <w:br/>
        <w:t>vn 0.8226 -0.4566 -0.3388</w:t>
        <w:br/>
        <w:t>vn -0.3261 0.0317 -0.9448</w:t>
        <w:br/>
        <w:t>vn 0.3594 -0.0097 0.9331</w:t>
        <w:br/>
        <w:t>vn 0.3452 -0.0055 0.9385</w:t>
        <w:br/>
        <w:t>vn 0.3452 -0.0056 0.9385</w:t>
        <w:br/>
        <w:t>vn -0.3485 0.0428 -0.9363</w:t>
        <w:br/>
        <w:t>vn -0.3326 0.0330 -0.9425</w:t>
        <w:br/>
        <w:t>vn -0.3328 0.0329 -0.9424</w:t>
        <w:br/>
        <w:t>vn 0.3881 -0.0225 0.9214</w:t>
        <w:br/>
        <w:t>vn 0.3930 -0.0355 0.9188</w:t>
        <w:br/>
        <w:t>vn 0.3881 -0.0225 0.9213</w:t>
        <w:br/>
        <w:t>vn 0.9272 -0.1767 -0.3304</w:t>
        <w:br/>
        <w:t>vn 0.7324 -0.6193 -0.2830</w:t>
        <w:br/>
        <w:t>vn -0.3490 0.0315 -0.9366</w:t>
        <w:br/>
        <w:t>vn -0.3569 0.0560 -0.9325</w:t>
        <w:br/>
        <w:t>vn -0.7412 0.6080 0.2844</w:t>
        <w:br/>
        <w:t>vn -0.9242 0.1706 0.3417</w:t>
        <w:br/>
        <w:t>vn -0.3903 0.9058 0.1646</w:t>
        <w:br/>
        <w:t>vn -0.3903 0.9059 0.1645</w:t>
        <w:br/>
        <w:t>vn -0.8728 0.3730 0.3149</w:t>
        <w:br/>
        <w:t>vn 0.4005 -0.8983 -0.1806</w:t>
        <w:br/>
        <w:t>vn 0.8869 -0.3565 -0.2938</w:t>
        <w:br/>
        <w:t>vn 0.3695 -0.0264 0.9289</w:t>
        <w:br/>
        <w:t>vn 0.3694 -0.0264 0.9289</w:t>
        <w:br/>
        <w:t>vn -0.3659 0.0713 -0.9279</w:t>
        <w:br/>
        <w:t>vn -0.3570 0.0421 -0.9332</w:t>
        <w:br/>
        <w:t>vn 0.3546 0.0045 0.9350</w:t>
        <w:br/>
        <w:t>vn -0.3629 0.0596 -0.9299</w:t>
        <w:br/>
        <w:t>vn 0.6351 -0.7404 -0.2201</w:t>
        <w:br/>
        <w:t>vn 0.6352 -0.7404 -0.2201</w:t>
        <w:br/>
        <w:t>vn 0.3435 0.0221 0.9389</w:t>
        <w:br/>
        <w:t>vn -0.6292 0.7440 0.2251</w:t>
        <w:br/>
        <w:t>vn 0.0722 -0.9965 -0.0420</w:t>
        <w:br/>
        <w:t>vn 0.3596 -0.0360 0.9324</w:t>
        <w:br/>
        <w:t>vn -0.0594 0.9972 0.0460</w:t>
        <w:br/>
        <w:t>vn -0.3323 0.0231 -0.9429</w:t>
        <w:br/>
        <w:t>vn -0.6726 0.3303 -0.6622</w:t>
        <w:br/>
        <w:t>vn -0.3004 0.0649 -0.9516</w:t>
        <w:br/>
        <w:t>vn -0.8130 0.5237 -0.2545</w:t>
        <w:br/>
        <w:t>vn -0.8130 0.5237 -0.2544</w:t>
        <w:br/>
        <w:t>vn -0.8065 0.5912 0.0014</w:t>
        <w:br/>
        <w:t>vn 0.3048 -0.0788 0.9491</w:t>
        <w:br/>
        <w:t>vn 0.6754 -0.3382 0.6554</w:t>
        <w:br/>
        <w:t>vn 0.3048 -0.0789 0.9492</w:t>
        <w:br/>
        <w:t>vn 0.8211 -0.5304 0.2108</w:t>
        <w:br/>
        <w:t>vn 0.8020 -0.5896 -0.0962</w:t>
        <w:br/>
        <w:t>vn -0.5226 -0.8448 0.1143</w:t>
        <w:br/>
        <w:t>vn -0.5434 -0.8275 0.1411</w:t>
        <w:br/>
        <w:t>vn -0.5226 -0.8449 0.1143</w:t>
        <w:br/>
        <w:t>vn 0.4792 0.8548 -0.1994</w:t>
        <w:br/>
        <w:t>vn 0.4981 0.8414 -0.2097</w:t>
        <w:br/>
        <w:t>vn -0.5616 -0.8125 0.1563</w:t>
        <w:br/>
        <w:t>vn -0.5615 -0.8125 0.1563</w:t>
        <w:br/>
        <w:t>vn 0.5046 0.8418 -0.1914</w:t>
        <w:br/>
        <w:t>vn 0.5047 0.8418 -0.1914</w:t>
        <w:br/>
        <w:t>vn 0.0564 0.1570 0.9860</w:t>
        <w:br/>
        <w:t>vn -0.5739 -0.8010 0.1706</w:t>
        <w:br/>
        <w:t>vn 0.5364 0.8234 -0.1854</w:t>
        <w:br/>
        <w:t>vn 0.5363 0.8234 -0.1854</w:t>
        <w:br/>
        <w:t>vn 0.1655 -0.1895 -0.9678</w:t>
        <w:br/>
        <w:t>vn 0.1655 -0.1894 -0.9678</w:t>
        <w:br/>
        <w:t>vn 0.5644 -0.3382 -0.7530</w:t>
        <w:br/>
        <w:t>vn 0.7457 -0.3826 -0.5454</w:t>
        <w:br/>
        <w:t>vn 0.7458 -0.3826 -0.5454</w:t>
        <w:br/>
        <w:t>vn -0.1756 0.1832 0.9673</w:t>
        <w:br/>
        <w:t>vn -0.5972 0.3471 0.7230</w:t>
        <w:br/>
        <w:t>vn -0.5972 0.3471 0.7231</w:t>
        <w:br/>
        <w:t>vn -0.7842 0.3974 0.4765</w:t>
        <w:br/>
        <w:t>vn -0.4978 -0.8626 0.0905</w:t>
        <w:br/>
        <w:t>vn 0.5167 0.8268 -0.2223</w:t>
        <w:br/>
        <w:t>vn 0.5167 0.8268 -0.2224</w:t>
        <w:br/>
        <w:t>vn -0.4797 -0.8706 0.1094</w:t>
        <w:br/>
        <w:t>vn 0.5050 0.8405 -0.1966</w:t>
        <w:br/>
        <w:t>vn 0.5050 0.8405 -0.1965</w:t>
        <w:br/>
        <w:t>vn 0.5920 -0.1833 0.7849</w:t>
        <w:br/>
        <w:t>vn 0.5920 -0.1833 0.7848</w:t>
        <w:br/>
        <w:t>vn -0.4707 -0.8733 0.1260</w:t>
        <w:br/>
        <w:t>vn -0.4707 -0.8732 0.1260</w:t>
        <w:br/>
        <w:t>vn 0.4858 0.8582 -0.1659</w:t>
        <w:br/>
        <w:t>vn 0.3855 0.0388 0.9219</w:t>
        <w:br/>
        <w:t>vn -0.0713 0.3033 0.9502</w:t>
        <w:br/>
        <w:t>vn -0.0713 0.3034 0.9502</w:t>
        <w:br/>
        <w:t>vn -0.4423 0.5142 0.7348</w:t>
        <w:br/>
        <w:t>vn -0.6128 0.5887 0.5272</w:t>
        <w:br/>
        <w:t>vn 0.0793 -0.3156 -0.9456</w:t>
        <w:br/>
        <w:t>vn -0.3881 -0.0392 -0.9208</w:t>
        <w:br/>
        <w:t>vn -0.3881 -0.0393 -0.9208</w:t>
        <w:br/>
        <w:t>vn 0.4775 -0.5251 -0.7045</w:t>
        <w:br/>
        <w:t>vn 0.4775 -0.5251 -0.7044</w:t>
        <w:br/>
        <w:t>vn 0.6643 -0.5899 -0.4590</w:t>
        <w:br/>
        <w:t>vn -0.5194 -0.8320 0.1949</w:t>
        <w:br/>
        <w:t>vn -0.5194 -0.8320 0.1948</w:t>
        <w:br/>
        <w:t>vn -0.5082 -0.8425 0.1787</w:t>
        <w:br/>
        <w:t>vn 0.5060 0.8483 -0.1564</w:t>
        <w:br/>
        <w:t>vn 0.5080 0.8430 -0.1769</w:t>
        <w:br/>
        <w:t>vn -0.5404 -0.8156 0.2066</w:t>
        <w:br/>
        <w:t>vn -0.5404 -0.8157 0.2065</w:t>
        <w:br/>
        <w:t>vn 0.5100 0.8477 -0.1457</w:t>
        <w:br/>
        <w:t>vn -0.6019 0.1858 -0.7766</w:t>
        <w:br/>
        <w:t>vn -0.6020 0.1858 -0.7766</w:t>
        <w:br/>
        <w:t>vn -0.5528 -0.8085 0.2016</w:t>
        <w:br/>
        <w:t>vn 0.5295 0.8350 -0.1494</w:t>
        <w:br/>
        <w:t>vn 0.7586 -0.2006 0.6199</w:t>
        <w:br/>
        <w:t>vn 0.9183 -0.3377 0.2068</w:t>
        <w:br/>
        <w:t>vn 0.9231 -0.3818 -0.0461</w:t>
        <w:br/>
        <w:t>vn 0.9231 -0.3818 -0.0462</w:t>
        <w:br/>
        <w:t>vn -0.7634 0.2139 -0.6094</w:t>
        <w:br/>
        <w:t>vn -0.9206 0.3546 -0.1637</w:t>
        <w:br/>
        <w:t>vn -0.9093 0.3972 0.1241</w:t>
        <w:br/>
        <w:t>vn -0.9093 0.3972 0.1242</w:t>
        <w:br/>
        <w:t>vn -0.4827 -0.8555 0.1874</w:t>
        <w:br/>
        <w:t>vn 0.4804 0.8566 -0.1882</w:t>
        <w:br/>
        <w:t>vn -0.4525 -0.8730 0.1819</w:t>
        <w:br/>
        <w:t>vn -0.4526 -0.8730 0.1819</w:t>
        <w:br/>
        <w:t>vn 0.4591 0.8715 -0.1727</w:t>
        <w:br/>
        <w:t>vn 0.4590 0.8715 -0.1727</w:t>
        <w:br/>
        <w:t>vn -0.0567 -0.1590 -0.9856</w:t>
        <w:br/>
        <w:t>vn -0.0568 -0.1590 -0.9856</w:t>
        <w:br/>
        <w:t>vn -0.4455 -0.8793 0.1682</w:t>
        <w:br/>
        <w:t>vn 0.4516 0.8792 -0.1519</w:t>
        <w:br/>
        <w:t>vn 0.4515 0.8792 -0.1519</w:t>
        <w:br/>
        <w:t>vn -0.7599 0.5791 0.2953</w:t>
        <w:br/>
        <w:t>vn 0.7140 -0.6423 -0.2787</w:t>
        <w:br/>
        <w:t>vn -0.6426 0.7231 0.2533</w:t>
        <w:br/>
        <w:t>vn 0.7008 -0.6592 -0.2726</w:t>
        <w:br/>
        <w:t>vn 0.6946 -0.6658 -0.2725</w:t>
        <w:br/>
        <w:t>vn -0.4111 -0.9076 0.0845</w:t>
        <w:br/>
        <w:t>vn -0.4112 -0.9076 0.0845</w:t>
        <w:br/>
        <w:t>vn -0.2339 0.9671 0.1003</w:t>
        <w:br/>
        <w:t>vn 0.0446 0.9990 0.0022</w:t>
        <w:br/>
        <w:t>vn -0.4829 0.8540 0.1938</w:t>
        <w:br/>
        <w:t>vn 0.7056 -0.6556 -0.2691</w:t>
        <w:br/>
        <w:t>vn 0.7052 -0.6556 -0.2700</w:t>
        <w:br/>
        <w:t>vn 0.7042 -0.6553 -0.2734</w:t>
        <w:br/>
        <w:t>vn 0.7042 -0.6552 -0.2736</w:t>
        <w:br/>
        <w:t>vn 0.7030 -0.6583 -0.2692</w:t>
        <w:br/>
        <w:t>vn 0.7037 -0.6575 -0.2694</w:t>
        <w:br/>
        <w:t>vn 0.7059 -0.6557 -0.2677</w:t>
        <w:br/>
        <w:t>vn 0.7017 -0.6605 -0.2672</w:t>
        <w:br/>
        <w:t>vn 0.7013 -0.6596 -0.2702</w:t>
        <w:br/>
        <w:t>vn 0.7026 -0.6585 -0.2697</w:t>
        <w:br/>
        <w:t>vn 0.3407 -0.0283 0.9397</w:t>
        <w:br/>
        <w:t>vn 0.3409 -0.0285 0.9397</w:t>
        <w:br/>
        <w:t>vn 0.3410 -0.0285 0.9396</w:t>
        <w:br/>
        <w:t>vn 0.3408 -0.0284 0.9397</w:t>
        <w:br/>
        <w:t>vn -0.3477 0.0357 -0.9369</w:t>
        <w:br/>
        <w:t>vn -0.3579 0.0371 -0.9330</w:t>
        <w:br/>
        <w:t>vn 0.0447 0.9990 0.0022</w:t>
        <w:br/>
        <w:t>vn 0.0449 0.9990 0.0074</w:t>
        <w:br/>
        <w:t>vn 0.5892 0.7843 -0.1943</w:t>
        <w:br/>
        <w:t>vn -0.6035 -0.7718 0.2003</w:t>
        <w:br/>
        <w:t>vn -0.6036 -0.7718 0.2003</w:t>
        <w:br/>
        <w:t>vn -0.6036 -0.7717 0.2003</w:t>
        <w:br/>
        <w:t>vn -0.6036 -0.7718 0.2002</w:t>
        <w:br/>
        <w:t>vn -0.3585 0.0048 -0.9335</w:t>
        <w:br/>
        <w:t>vn -0.3587 0.0049 -0.9334</w:t>
        <w:br/>
        <w:t>vn -0.3583 0.0047 -0.9336</w:t>
        <w:br/>
        <w:t>vn 0.3646 -0.0110 0.9311</w:t>
        <w:br/>
        <w:t>vn 0.3675 -0.0232 0.9297</w:t>
        <w:br/>
        <w:t>vn -0.5962 -0.7767 0.2031</w:t>
        <w:br/>
        <w:t>vn -0.9213 -0.1908 0.3390</w:t>
        <w:br/>
        <w:t>vn -0.9240 -0.1941 0.3295</w:t>
        <w:br/>
        <w:t>vn 0.6072 0.7669 -0.2078</w:t>
        <w:br/>
        <w:t>vn 0.6069 0.7671 -0.2076</w:t>
        <w:br/>
        <w:t>vn 0.6069 0.7672 -0.2076</w:t>
        <w:br/>
        <w:t>vn 0.6070 0.7670 -0.2077</w:t>
        <w:br/>
        <w:t>vn -0.8477 0.4204 0.3235</w:t>
        <w:br/>
        <w:t>vn -0.6924 0.6710 0.2650</w:t>
        <w:br/>
        <w:t>vn -0.6925 0.6710 0.2650</w:t>
        <w:br/>
        <w:t>vn -0.4818 0.8543 0.1949</w:t>
        <w:br/>
        <w:t>vn 0.3728 0.0002 0.9279</w:t>
        <w:br/>
        <w:t>vn -0.6953 0.6665 0.2691</w:t>
        <w:br/>
        <w:t>vn -0.8549 0.4135 0.3133</w:t>
        <w:br/>
        <w:t>vn -0.4844 0.8540 0.1901</w:t>
        <w:br/>
        <w:t>vn -0.3404 0.0453 -0.9392</w:t>
        <w:br/>
        <w:t>vn -0.3432 0.0564 -0.9376</w:t>
        <w:br/>
        <w:t>vn -0.9212 -0.1908 0.3390</w:t>
        <w:br/>
        <w:t>vn -0.9273 0.1347 0.3492</w:t>
        <w:br/>
        <w:t>vn -0.9323 0.1300 0.3374</w:t>
        <w:br/>
        <w:t>vn -0.9240 -0.1940 0.3296</w:t>
        <w:br/>
        <w:t>vn 0.7027 -0.6583 -0.2699</w:t>
        <w:br/>
        <w:t>vn 0.7039 -0.6551 -0.2745</w:t>
        <w:br/>
        <w:t>vn 0.3840 -0.0007 0.9233</w:t>
        <w:br/>
        <w:t>vn 0.0449 0.9990 0.0073</w:t>
        <w:br/>
        <w:t>vn -0.2334 0.9665 0.1071</w:t>
        <w:br/>
        <w:t>vn 0.6678 -0.7333 -0.1277</w:t>
        <w:br/>
        <w:t>vn 0.5342 -0.8272 -0.1745</w:t>
        <w:br/>
        <w:t>vn -0.6096 -0.3006 -0.7335</w:t>
        <w:br/>
        <w:t>vn -0.6097 -0.3006 -0.7335</w:t>
        <w:br/>
        <w:t>vn -0.6096 -0.3007 -0.7335</w:t>
        <w:br/>
        <w:t>vn 0.6122 0.3055 0.7293</w:t>
        <w:br/>
        <w:t>vn 0.6124 0.3053 0.7292</w:t>
        <w:br/>
        <w:t>vn 0.6123 0.3054 0.7292</w:t>
        <w:br/>
        <w:t>vn 0.6125 0.3052 0.7292</w:t>
        <w:br/>
        <w:t>vn -0.5340 0.8273 0.1744</w:t>
        <w:br/>
        <w:t>vn -0.6676 0.7334 0.1277</w:t>
        <w:br/>
        <w:t>vn -0.6677 0.7334 0.1277</w:t>
        <w:br/>
        <w:t>vn 0.4482 -0.8357 -0.3174</w:t>
        <w:br/>
        <w:t>vn 0.5169 -0.7363 -0.4367</w:t>
        <w:br/>
        <w:t>vn 0.0484 -0.3824 0.9227</w:t>
        <w:br/>
        <w:t>vn 0.0484 -0.3823 0.9228</w:t>
        <w:br/>
        <w:t>vn -0.0369 0.3797 -0.9244</w:t>
        <w:br/>
        <w:t>vn -0.0368 0.3796 -0.9244</w:t>
        <w:br/>
        <w:t>vn -0.0369 0.3796 -0.9244</w:t>
        <w:br/>
        <w:t>vn -0.5189 0.7333 0.4393</w:t>
        <w:br/>
        <w:t>vn -0.4466 0.8360 0.3187</w:t>
        <w:br/>
        <w:t>vn -0.4467 0.8360 0.3187</w:t>
        <w:br/>
        <w:t>vn 0.7089 0.6101 0.3540</w:t>
        <w:br/>
        <w:t>vn 0.7089 0.6100 0.3540</w:t>
        <w:br/>
        <w:t>vn 0.6216 -0.7268 -0.2923</w:t>
        <w:br/>
        <w:t>vn 0.6216 -0.7267 -0.2923</w:t>
        <w:br/>
        <w:t>vn -0.7146 -0.6023 -0.3557</w:t>
        <w:br/>
        <w:t>vn -0.7147 -0.6023 -0.3557</w:t>
        <w:br/>
        <w:t>vn -0.6232 0.7259 0.2909</w:t>
        <w:br/>
        <w:t>vn -0.6232 0.7259 0.2908</w:t>
        <w:br/>
        <w:t>vn -0.2776 -0.6386 0.7177</w:t>
        <w:br/>
        <w:t>vn -0.2777 -0.6385 0.7177</w:t>
        <w:br/>
        <w:t>vn -0.2778 -0.6385 0.7177</w:t>
        <w:br/>
        <w:t>vn 0.2784 0.6406 -0.7156</w:t>
        <w:br/>
        <w:t>vn 0.2784 0.6407 -0.7156</w:t>
        <w:br/>
        <w:t>vn -0.3999 0.8926 0.2083</w:t>
        <w:br/>
        <w:t>vn -0.6080 -0.7615 0.2246</w:t>
        <w:br/>
        <w:t>vn -0.6080 -0.7615 0.2245</w:t>
        <w:br/>
        <w:t>vn -0.7062 -0.6997 -0.1085</w:t>
        <w:br/>
        <w:t>vn 0.4022 -0.8908 -0.2114</w:t>
        <w:br/>
        <w:t>vn 0.4023 -0.8908 -0.2114</w:t>
        <w:br/>
        <w:t>vn 0.6072 0.7619 -0.2254</w:t>
        <w:br/>
        <w:t>vn 0.7047 0.7017 0.1049</w:t>
        <w:br/>
        <w:t>vn 0.7045 0.7019 0.1050</w:t>
        <w:br/>
        <w:t>vn 0.4354 0.7290 -0.5282</w:t>
        <w:br/>
        <w:t>vn -0.4339 -0.7289 0.5295</w:t>
        <w:br/>
        <w:t>vn -0.4338 -0.7289 0.5296</w:t>
        <w:br/>
        <w:t>vn -0.6542 0.7285 0.2033</w:t>
        <w:br/>
        <w:t>vn -0.5190 0.8397 0.1597</w:t>
        <w:br/>
        <w:t>vn 0.7715 -0.5617 -0.2988</w:t>
        <w:br/>
        <w:t>vn -0.7723 0.5656 0.2892</w:t>
        <w:br/>
        <w:t>vn 0.7689 -0.5548 -0.3178</w:t>
        <w:br/>
        <w:t>vn 0.7567 -0.5784 -0.3046</w:t>
        <w:br/>
        <w:t>vn 0.7760 -0.5415 -0.3236</w:t>
        <w:br/>
        <w:t>vn 0.6175 -0.0269 0.7861</w:t>
        <w:br/>
        <w:t>vn -0.8549 0.4135 0.3132</w:t>
        <w:br/>
        <w:t>vn 0.9027 -0.2577 -0.3445</w:t>
        <w:br/>
        <w:t>vn 0.9189 0.1958 -0.3424</w:t>
        <w:br/>
        <w:t>vn 0.9311 0.3049 0.2003</w:t>
        <w:br/>
        <w:t>vn 0.9193 -0.1205 0.3746</w:t>
        <w:br/>
        <w:t>vn 0.4486 -0.0974 -0.8884</w:t>
        <w:br/>
        <w:t>vn 0.5754 0.3164 -0.7542</w:t>
        <w:br/>
        <w:t>vn -0.1804 0.2660 -0.9469</w:t>
        <w:br/>
        <w:t>vn 0.1026 0.5958 -0.7965</w:t>
        <w:br/>
        <w:t>vn -0.6207 0.6219 -0.4775</w:t>
        <w:br/>
        <w:t>vn -0.2247 0.8687 -0.4415</w:t>
        <w:br/>
        <w:t>vn -0.6058 0.7574 0.2437</w:t>
        <w:br/>
        <w:t>vn -0.2111 0.9722 0.1013</w:t>
        <w:br/>
        <w:t>vn -0.1483 0.5981 0.7876</w:t>
        <w:br/>
        <w:t>vn 0.1324 0.8506 0.5088</w:t>
        <w:br/>
        <w:t>vn 0.6031 0.5770 0.5508</w:t>
        <w:br/>
        <w:t>vn 0.4823 0.2363 0.8435</w:t>
        <w:br/>
        <w:t>vn -0.3106 0.3682 0.8763</w:t>
        <w:br/>
        <w:t>vn 0.3497 -0.0110 0.9368</w:t>
        <w:br/>
        <w:t>vn -0.7867 0.5358 0.3065</w:t>
        <w:br/>
        <w:t>vn -0.8027 0.3947 -0.4470</w:t>
        <w:br/>
        <w:t>vn -0.3421 0.0244 -0.9394</w:t>
        <w:br/>
        <w:t>vn 0.3184 -0.3546 -0.8792</w:t>
        <w:br/>
        <w:t>vn 0.7941 -0.5233 -0.3089</w:t>
        <w:br/>
        <w:t>vn 0.8098 -0.3823 0.4451</w:t>
        <w:br/>
        <w:t>vn 0.7684 0.6399 0.0035</w:t>
        <w:br/>
        <w:t>vn 0.7685 0.6399 0.0039</w:t>
        <w:br/>
        <w:t>vn 0.7627 0.5859 -0.2737</w:t>
        <w:br/>
        <w:t>vn 0.7626 0.5860 -0.2739</w:t>
        <w:br/>
        <w:t>vn 0.5880 0.6472 -0.4851</w:t>
        <w:br/>
        <w:t>vn 0.5879 0.6473 -0.4852</w:t>
        <w:br/>
        <w:t>vn 0.3454 0.7892 -0.5078</w:t>
        <w:br/>
        <w:t>vn 0.3453 0.7893 -0.5078</w:t>
        <w:br/>
        <w:t>vn 0.1752 0.9289 -0.3262</w:t>
        <w:br/>
        <w:t>vn 0.1753 0.9289 -0.3262</w:t>
        <w:br/>
        <w:t>vn 0.1798 0.9826 -0.0460</w:t>
        <w:br/>
        <w:t>vn 0.3570 0.9192 0.1663</w:t>
        <w:br/>
        <w:t>vn 0.3570 0.9192 0.1662</w:t>
        <w:br/>
        <w:t>vn 0.6010 0.7773 0.1860</w:t>
        <w:br/>
        <w:t>vn 0.6007 0.7775 0.1863</w:t>
        <w:br/>
        <w:t>vn 0.3383 -0.0289 0.9406</w:t>
        <w:br/>
        <w:t>vn -0.3234 0.3485 0.8797</w:t>
        <w:br/>
        <w:t>vn -0.5154 -0.0716 0.8540</w:t>
        <w:br/>
        <w:t>vn 0.0670 -0.4087 0.9102</w:t>
        <w:br/>
        <w:t>vn -0.8001 0.5140 0.3094</w:t>
        <w:br/>
        <w:t>vn -0.9337 0.0751 0.3500</w:t>
        <w:br/>
        <w:t>vn -0.8156 0.3725 -0.4428</w:t>
        <w:br/>
        <w:t>vn -0.9485 -0.0516 -0.3124</w:t>
        <w:br/>
        <w:t>vn -0.3541 0.0038 -0.9352</w:t>
        <w:br/>
        <w:t>vn -0.5441 -0.3794 -0.7484</w:t>
        <w:br/>
        <w:t>vn 0.3081 -0.3732 -0.8751</w:t>
        <w:br/>
        <w:t>vn 0.0414 -0.7154 -0.6975</w:t>
        <w:br/>
        <w:t>vn 0.7844 -0.5404 -0.3044</w:t>
        <w:br/>
        <w:t>vn 0.4633 -0.8653 -0.1913</w:t>
        <w:br/>
        <w:t>vn 0.4749 -0.7395 0.4770</w:t>
        <w:br/>
        <w:t>vn 0.7993 -0.3990 0.4493</w:t>
        <w:br/>
        <w:t>vn 0.5895 0.7996 0.1148</w:t>
        <w:br/>
        <w:t>vn 0.3938 0.9141 0.0962</w:t>
        <w:br/>
        <w:t>vn 0.2521 0.9649 -0.0736</w:t>
        <w:br/>
        <w:t>vn 0.2453 0.9222 -0.2990</w:t>
        <w:br/>
        <w:t>vn 0.3802 0.8083 -0.4496</w:t>
        <w:br/>
        <w:t>vn 0.5792 0.6900 -0.4340</w:t>
        <w:br/>
        <w:t>vn 0.7242 0.6389 -0.2597</w:t>
        <w:br/>
        <w:t>vn 0.7277 0.6852 -0.0311</w:t>
        <w:br/>
        <w:t>vn 0.7276 0.6853 -0.0311</w:t>
        <w:br/>
        <w:t>vn 0.7241 0.6389 -0.2597</w:t>
        <w:br/>
        <w:t>vn 0.5089 0.8431 -0.1738</w:t>
        <w:br/>
        <w:t>vn 0.5792 0.6901 -0.4340</w:t>
        <w:br/>
        <w:t>vn 0.3802 0.8082 -0.4496</w:t>
        <w:br/>
        <w:t>vn 0.2454 0.9222 -0.2991</w:t>
        <w:br/>
        <w:t>vn 0.2521 0.9649 -0.0735</w:t>
        <w:br/>
        <w:t>vn 0.3938 0.9141 0.0961</w:t>
        <w:br/>
        <w:t>vn 0.0714 -0.4036 0.9121</w:t>
        <w:br/>
        <w:t>vn -0.5138 -0.0665 0.8553</w:t>
        <w:br/>
        <w:t>vn -0.1035 0.6511 0.7519</w:t>
        <w:br/>
        <w:t>vn 0.5124 0.3016 0.8040</w:t>
        <w:br/>
        <w:t>vn -0.9335 0.0797 0.3497</w:t>
        <w:br/>
        <w:t>vn -0.5492 0.8057 0.2218</w:t>
        <w:br/>
        <w:t>vn -0.9482 -0.0472 -0.3141</w:t>
        <w:br/>
        <w:t>vn -0.5622 0.6741 -0.4791</w:t>
        <w:br/>
        <w:t>vn -0.5426 -0.3751 -0.7516</w:t>
        <w:br/>
        <w:t>vn -0.1314 0.3307 -0.9345</w:t>
        <w:br/>
        <w:t>vn 0.0457 -0.7115 -0.7012</w:t>
        <w:br/>
        <w:t>vn 0.4824 -0.0186 -0.8757</w:t>
        <w:br/>
        <w:t>vn 0.4700 -0.8612 -0.1934</w:t>
        <w:br/>
        <w:t>vn 0.9220 -0.1707 -0.3475</w:t>
        <w:br/>
        <w:t>vn 0.9370 -0.0391 0.3471</w:t>
        <w:br/>
        <w:t>vn 0.4816 -0.7350 0.4773</w:t>
        <w:br/>
        <w:t>vn -0.1031 0.6523 0.7509</w:t>
        <w:br/>
        <w:t>vn 0.5134 0.3038 0.8025</w:t>
        <w:br/>
        <w:t>vn -0.5493 0.8059 0.2207</w:t>
        <w:br/>
        <w:t>vn -0.5620 0.6740 -0.4795</w:t>
        <w:br/>
        <w:t>vn -0.1307 0.3317 -0.9343</w:t>
        <w:br/>
        <w:t>vn 0.4840 -0.0161 -0.8749</w:t>
        <w:br/>
        <w:t>vn 0.9231 -0.1667 -0.3466</w:t>
        <w:br/>
        <w:t>vn 0.9375 -0.0354 0.3461</w:t>
        <w:br/>
        <w:t>vn 0.3196 -0.3567 -0.8779</w:t>
        <w:br/>
        <w:t>vn 0.7978 -0.5193 -0.3063</w:t>
        <w:br/>
        <w:t>vn 0.8117 -0.3778 0.4454</w:t>
        <w:br/>
        <w:t>vn 0.3490 -0.0120 0.9370</w:t>
        <w:br/>
        <w:t>vn -0.3173 0.3611 0.8769</w:t>
        <w:br/>
        <w:t>vn -0.7958 0.5228 0.3054</w:t>
        <w:br/>
        <w:t>vn -0.8103 0.3807 -0.4455</w:t>
        <w:br/>
        <w:t>vn -0.3473 0.0158 -0.9376</w:t>
        <w:br/>
        <w:t>vn 0.8959 0.2065 -0.3933</w:t>
        <w:br/>
        <w:t>vn 0.8807 -0.2460 -0.4048</w:t>
        <w:br/>
        <w:t>vn 0.3873 -0.0815 -0.9183</w:t>
        <w:br/>
        <w:t>vn 0.5266 0.3322 -0.7826</w:t>
        <w:br/>
        <w:t>vn 0.9417 0.3030 0.1462</w:t>
        <w:br/>
        <w:t>vn 0.9425 -0.1200 0.3118</w:t>
        <w:br/>
        <w:t>vn 0.6413 0.5635 0.5207</w:t>
        <w:br/>
        <w:t>vn 0.5406 0.2218 0.8115</w:t>
        <w:br/>
        <w:t>vn 0.1699 0.8404 0.5146</w:t>
        <w:br/>
        <w:t>vn -0.0927 0.5834 0.8069</w:t>
        <w:br/>
        <w:t>vn -0.2029 0.9707 0.1289</w:t>
        <w:br/>
        <w:t>vn -0.5914 0.7509 0.2940</w:t>
        <w:br/>
        <w:t>vn -0.2544 0.8742 -0.4135</w:t>
        <w:br/>
        <w:t>vn -0.6559 0.6232 -0.4259</w:t>
        <w:br/>
        <w:t>vn 0.0488 0.6087 -0.7919</w:t>
        <w:br/>
        <w:t>vn -0.2493 0.2781 -0.9276</w:t>
        <w:br/>
        <w:t>vn -0.4115 0.0348 -0.9107</w:t>
        <w:br/>
        <w:t>vn -0.8348 0.3928 -0.3858</w:t>
        <w:br/>
        <w:t>vn -0.7685 0.5260 0.3642</w:t>
        <w:br/>
        <w:t>vn -0.2484 0.3547 0.9014</w:t>
        <w:br/>
        <w:t>vn 0.4177 -0.0211 0.9083</w:t>
        <w:br/>
        <w:t>vn 0.8411 -0.3803 0.3845</w:t>
        <w:br/>
        <w:t>vn 0.7752 -0.5135 -0.3679</w:t>
        <w:br/>
        <w:t>vn 0.2551 -0.3406 -0.9049</w:t>
        <w:br/>
        <w:t>vn 0.5575 0.6561 -0.5086</w:t>
        <w:br/>
        <w:t>vn 0.5575 0.6562 -0.5086</w:t>
        <w:br/>
        <w:t>vn 0.7456 0.5906 -0.3087</w:t>
        <w:br/>
        <w:t>vn 0.7455 0.5907 -0.3087</w:t>
        <w:br/>
        <w:t>vn 0.7696 0.6378 -0.0318</w:t>
        <w:br/>
        <w:t>vn 0.7695 0.6378 -0.0318</w:t>
        <w:br/>
        <w:t>vn 0.6163 0.7708 0.1614</w:t>
        <w:br/>
        <w:t>vn 0.3740 0.9138 0.1587</w:t>
        <w:br/>
        <w:t>vn 0.1823 0.9824 -0.0406</w:t>
        <w:br/>
        <w:t>vn 0.1823 0.9824 -0.0407</w:t>
        <w:br/>
        <w:t>vn 0.1568 0.9341 -0.3208</w:t>
        <w:br/>
        <w:t>vn 0.1567 0.9341 -0.3209</w:t>
        <w:br/>
        <w:t>vn 0.3132 0.7983 -0.5145</w:t>
        <w:br/>
        <w:t>vn 0.3137 0.7979 -0.5147</w:t>
        <w:br/>
        <w:t>vn -0.4238 0.0154 -0.9056</w:t>
        <w:br/>
        <w:t>vn -0.5992 -0.3665 -0.7118</w:t>
        <w:br/>
        <w:t>vn -0.9672 -0.0504 -0.2490</w:t>
        <w:br/>
        <w:t>vn -0.8466 0.3722 -0.3804</w:t>
        <w:br/>
        <w:t>vn -0.7803 0.5053 0.3685</w:t>
        <w:br/>
        <w:t>vn -0.9106 0.0649 0.4083</w:t>
        <w:br/>
        <w:t>vn -0.2597 0.3348 0.9058</w:t>
        <w:br/>
        <w:t>vn -0.4570 -0.0883 0.8851</w:t>
        <w:br/>
        <w:t>vn 0.4077 -0.0399 0.9123</w:t>
        <w:br/>
        <w:t>vn 0.1325 -0.4230 0.8964</w:t>
        <w:br/>
        <w:t>vn 0.8311 -0.3981 0.3883</w:t>
        <w:br/>
        <w:t>vn 0.5085 -0.7444 0.4327</w:t>
        <w:br/>
        <w:t>vn 0.4485 -0.8620 -0.2361</w:t>
        <w:br/>
        <w:t>vn 0.7649 -0.5315 -0.3639</w:t>
        <w:br/>
        <w:t>vn -0.0134 -0.7033 -0.7108</w:t>
        <w:br/>
        <w:t>vn 0.2437 -0.3590 -0.9010</w:t>
        <w:br/>
        <w:t>vn 0.2289 0.9264 -0.2991</w:t>
        <w:br/>
        <w:t>vn 0.3536 0.8154 -0.4584</w:t>
        <w:br/>
        <w:t>vn 0.2513 0.9651 -0.0740</w:t>
        <w:br/>
        <w:t>vn 0.4045 0.9104 0.0865</w:t>
        <w:br/>
        <w:t>vn 0.5999 0.7948 0.0915</w:t>
        <w:br/>
        <w:t>vn 0.7262 0.6845 -0.0639</w:t>
        <w:br/>
        <w:t>vn 0.7081 0.6433 -0.2910</w:t>
        <w:br/>
        <w:t>vn 0.5533 0.6974 -0.4555</w:t>
        <w:br/>
        <w:t>vn 0.5011 0.8444 -0.1898</w:t>
        <w:br/>
        <w:t>vn 0.7082 0.6433 -0.2910</w:t>
        <w:br/>
        <w:t>vn 0.2290 0.9264 -0.2990</w:t>
        <w:br/>
        <w:t>vn 0.3537 0.8153 -0.4584</w:t>
        <w:br/>
        <w:t>vn -0.5979 -0.3620 -0.7152</w:t>
        <w:br/>
        <w:t>vn -0.1993 0.3439 -0.9176</w:t>
        <w:br/>
        <w:t>vn -0.5954 0.6784 -0.4304</w:t>
        <w:br/>
        <w:t>vn -0.9669 -0.0452 -0.2512</w:t>
        <w:br/>
        <w:t>vn -0.5326 0.8026 0.2686</w:t>
        <w:br/>
        <w:t>vn -0.9104 0.0706 0.4077</w:t>
        <w:br/>
        <w:t>vn -0.0456 0.6391 0.7678</w:t>
        <w:br/>
        <w:t>vn -0.4552 -0.0827 0.8865</w:t>
        <w:br/>
        <w:t>vn 0.5697 0.2841 0.7712</w:t>
        <w:br/>
        <w:t>vn 0.1363 -0.4192 0.8976</w:t>
        <w:br/>
        <w:t>vn 0.9557 -0.0477 0.2903</w:t>
        <w:br/>
        <w:t>vn 0.5126 -0.7411 0.4335</w:t>
        <w:br/>
        <w:t>vn 0.8999 -0.1678 -0.4026</w:t>
        <w:br/>
        <w:t>vn 0.4538 -0.8591 -0.2365</w:t>
        <w:br/>
        <w:t>vn 0.4216 -0.0062 -0.9068</w:t>
        <w:br/>
        <w:t>vn -0.0094 -0.7000 -0.7141</w:t>
        <w:br/>
        <w:t>vn -0.1975 0.3467 -0.9170</w:t>
        <w:br/>
        <w:t>vn -0.5919 0.6814 -0.4305</w:t>
        <w:br/>
        <w:t>vn -0.5298 0.8052 0.2665</w:t>
        <w:br/>
        <w:t>vn -0.0442 0.6411 0.7662</w:t>
        <w:br/>
        <w:t>vn 0.5710 0.2858 0.7696</w:t>
        <w:br/>
        <w:t>vn 0.9561 -0.0456 0.2894</w:t>
        <w:br/>
        <w:t>vn 0.9004 -0.1667 -0.4018</w:t>
        <w:br/>
        <w:t>vn 0.4226 -0.0050 -0.9063</w:t>
        <w:br/>
        <w:t>vn 0.2535 -0.3465 -0.9031</w:t>
        <w:br/>
        <w:t>vn -0.4151 0.0318 -0.9092</w:t>
        <w:br/>
        <w:t>vn 0.7741 -0.5192 -0.3621</w:t>
        <w:br/>
        <w:t>vn 0.8383 -0.3847 0.3863</w:t>
        <w:br/>
        <w:t>vn 0.4174 -0.0270 0.9083</w:t>
        <w:br/>
        <w:t>vn -0.2513 0.3506 0.9022</w:t>
        <w:br/>
        <w:t>vn -0.7713 0.5229 0.3628</w:t>
        <w:br/>
        <w:t>vn -0.8365 0.3901 -0.3848</w:t>
        <w:br/>
        <w:t>vn -0.6900 0.6802 0.2476</w:t>
        <w:br/>
        <w:t>vn -0.7148 0.6537 0.2484</w:t>
        <w:br/>
        <w:t>vn -0.5098 0.8337 0.2123</w:t>
        <w:br/>
        <w:t>vn -0.3447 0.9262 0.1527</w:t>
        <w:br/>
        <w:t>vn 0.9333 0.1007 -0.3447</w:t>
        <w:br/>
        <w:t>vn 0.9265 -0.1475 -0.3463</w:t>
        <w:br/>
        <w:t>vn 0.8624 -0.3881 -0.3251</w:t>
        <w:br/>
        <w:t>vn -0.8530 0.4133 0.3186</w:t>
        <w:br/>
        <w:t>vn -0.8549 0.4106 0.3170</w:t>
        <w:br/>
        <w:t>vn 0.7309 -0.6331 -0.2548</w:t>
        <w:br/>
        <w:t>vn 0.6598 0.7158 -0.2288</w:t>
        <w:br/>
        <w:t>vn 0.2992 0.9500 -0.0899</w:t>
        <w:br/>
        <w:t>vn -0.1907 -0.9804 0.0494</w:t>
        <w:br/>
        <w:t>vn -0.7214 -0.6473 0.2461</w:t>
        <w:br/>
        <w:t>vn 0.6988 -0.6655 -0.2622</w:t>
        <w:br/>
        <w:t>vn 0.7402 -0.5936 -0.3157</w:t>
        <w:br/>
        <w:t>vn -0.8558 0.4097 0.3158</w:t>
        <w:br/>
        <w:t>vn 0.8625 -0.3913 -0.3209</w:t>
        <w:br/>
        <w:t>vn -0.8548 0.4115 0.3163</w:t>
        <w:br/>
        <w:t>vn 0.7069 -0.6526 -0.2729</w:t>
        <w:br/>
        <w:t>vn 0.0355 0.9309 0.3635</w:t>
        <w:br/>
        <w:t>vn 0.1023 0.8127 0.5737</w:t>
        <w:br/>
        <w:t>vn 0.0877 0.7905 0.6062</w:t>
        <w:br/>
        <w:t>vn 0.0596 0.9293 0.3644</w:t>
        <w:br/>
        <w:t>vn 0.3691 0.4294 0.8243</w:t>
        <w:br/>
        <w:t>vn 0.7343 0.2694 0.6231</w:t>
        <w:br/>
        <w:t>vn 0.7564 0.2019 0.6221</w:t>
        <w:br/>
        <w:t>vn 0.0827 0.6751 -0.7331</w:t>
        <w:br/>
        <w:t>vn 0.1000 0.6716 -0.7341</w:t>
        <w:br/>
        <w:t>vn 0.1375 0.3719 -0.9180</w:t>
        <w:br/>
        <w:t>vn 0.1338 0.2223 0.8839</w:t>
        <w:br/>
        <w:t>vn 0.4674 0.4557 0.7575</w:t>
        <w:br/>
        <w:t>vn 0.4098 0.4484 0.7944</w:t>
        <w:br/>
        <w:t>vn 0.2673 0.6327 0.7268</w:t>
        <w:br/>
        <w:t>vn 0.2545 0.1758 0.9510</w:t>
        <w:br/>
        <w:t>vn 0.1719 0.0873 -0.9812</w:t>
        <w:br/>
        <w:t>vn 0.0933 0.9036 -0.4182</w:t>
        <w:br/>
        <w:t>vn 0.1166 0.9003 -0.4193</w:t>
        <w:br/>
        <w:t>vn 0.1192 0.9928 -0.0125</w:t>
        <w:br/>
        <w:t>vn 0.0934 0.9956 -0.0125</w:t>
        <w:br/>
        <w:t>vn 0.1492 -0.1072 -0.9830</w:t>
        <w:br/>
        <w:t>vn 0.1519 -0.1698 -0.9737</w:t>
        <w:br/>
        <w:t>vn 0.9829 -0.0074 0.1841</w:t>
        <w:br/>
        <w:t>vn 0.9876 0.0019 0.1569</w:t>
        <w:br/>
        <w:t>vn 0.9962 -0.0809 0.0327</w:t>
        <w:br/>
        <w:t>vn 0.9943 -0.0941 0.0496</w:t>
        <w:br/>
        <w:t>vn 0.9574 -0.1792 -0.2266</w:t>
        <w:br/>
        <w:t>vn 0.9252 -0.2425 -0.2919</w:t>
        <w:br/>
        <w:t>vn 0.9600 0.1587 0.2307</w:t>
        <w:br/>
        <w:t>vn 0.9837 0.0941 0.1530</w:t>
        <w:br/>
        <w:t>vn 0.9332 0.3326 -0.1360</w:t>
        <w:br/>
        <w:t>vn 0.9141 0.3218 -0.2466</w:t>
        <w:br/>
        <w:t>vn 0.8258 -0.3457 -0.4456</w:t>
        <w:br/>
        <w:t>vn 0.8265 -0.5050 -0.2489</w:t>
        <w:br/>
        <w:t>vn 0.8100 -0.5258 -0.2597</w:t>
        <w:br/>
        <w:t>vn 0.9543 -0.1901 -0.2306</w:t>
        <w:br/>
        <w:t>vn 0.9965 -0.0832 0.0027</w:t>
        <w:br/>
        <w:t>vn 0.9883 0.0453 0.1455</w:t>
        <w:br/>
        <w:t>vn 0.0643 -0.1696 -0.9834</w:t>
        <w:br/>
        <w:t>vn 0.2607 -0.2389 -0.9354</w:t>
        <w:br/>
        <w:t>vn 0.2745 -0.2543 -0.9273</w:t>
        <w:br/>
        <w:t>vn 0.0702 -0.1884 -0.9796</w:t>
        <w:br/>
        <w:t>vn 0.0120 -0.2113 -0.9773</w:t>
        <w:br/>
        <w:t>vn 0.0154 -0.1927 -0.9811</w:t>
        <w:br/>
        <w:t>vn 0.1370 0.8299 0.5409</w:t>
        <w:br/>
        <w:t>vn 0.8754 -0.2782 -0.3954</w:t>
        <w:br/>
        <w:t>vn 0.8821 -0.2388 -0.4060</w:t>
        <w:br/>
        <w:t>vn 0.8718 -0.2658 -0.4114</w:t>
        <w:br/>
        <w:t>vn 0.9913 -0.1104 -0.0716</w:t>
        <w:br/>
        <w:t>vn 0.9728 -0.1969 -0.1217</w:t>
        <w:br/>
        <w:t>vn 0.8835 -0.2841 -0.3725</w:t>
        <w:br/>
        <w:t>vn 0.9167 -0.2231 -0.3314</w:t>
        <w:br/>
        <w:t>vn 0.7406 -0.3175 -0.5922</w:t>
        <w:br/>
        <w:t>vn 0.7740 -0.3273 -0.5420</w:t>
        <w:br/>
        <w:t>vn 0.9852 -0.1705 0.0148</w:t>
        <w:br/>
        <w:t>vn 0.9879 -0.1538 0.0172</w:t>
        <w:br/>
        <w:t>vn 0.9254 -0.1603 0.3433</w:t>
        <w:br/>
        <w:t>vn 0.9285 -0.1572 0.3363</w:t>
        <w:br/>
        <w:t>vn 0.7823 -0.3612 0.5075</w:t>
        <w:br/>
        <w:t>vn 0.8207 -0.1677 0.5462</w:t>
        <w:br/>
        <w:t>vn 0.8901 -0.3763 0.2570</w:t>
        <w:br/>
        <w:t>vn 0.9596 0.0494 -0.2769</w:t>
        <w:br/>
        <w:t>vn 0.9527 -0.1087 -0.2837</w:t>
        <w:br/>
        <w:t>vn 0.9936 -0.1107 0.0210</w:t>
        <w:br/>
        <w:t>vn 0.9990 0.0164 0.0418</w:t>
        <w:br/>
        <w:t>vn 0.9396 -0.1042 0.3261</w:t>
        <w:br/>
        <w:t>vn 0.9464 -0.0028 0.3229</w:t>
        <w:br/>
        <w:t>vn 0.8486 -0.0835 0.5224</w:t>
        <w:br/>
        <w:t>vn 0.8621 -0.0010 0.5067</w:t>
        <w:br/>
        <w:t>vn 0.4842 -0.1433 0.8631</w:t>
        <w:br/>
        <w:t>vn 0.5018 -0.1799 0.8461</w:t>
        <w:br/>
        <w:t>vn 0.3341 -0.1857 0.9240</w:t>
        <w:br/>
        <w:t>vn 0.3069 -0.1499 0.9399</w:t>
        <w:br/>
        <w:t>vn 0.5258 -0.2137 0.8234</w:t>
        <w:br/>
        <w:t>vn 0.7286 -0.1681 0.6640</w:t>
        <w:br/>
        <w:t>vn 0.7056 -0.2661 0.6567</w:t>
        <w:br/>
        <w:t>vn 0.4630 -0.0260 0.8860</w:t>
        <w:br/>
        <w:t>vn 0.4599 -0.0024 0.8880</w:t>
        <w:br/>
        <w:t>vn 0.7153 0.0283 0.6982</w:t>
        <w:br/>
        <w:t>vn 0.7216 -0.0042 0.6923</w:t>
        <w:br/>
        <w:t>vn 0.4702 -0.0846 0.8785</w:t>
        <w:br/>
        <w:t>vn 0.7276 -0.0754 0.6818</w:t>
        <w:br/>
        <w:t>vn 0.9954 0.0777 0.0566</w:t>
        <w:br/>
        <w:t>vn 0.9571 0.1335 -0.2571</w:t>
        <w:br/>
        <w:t>vn 0.9452 0.0466 0.3231</w:t>
        <w:br/>
        <w:t>vn 0.8648 0.0417 0.5003</w:t>
        <w:br/>
        <w:t>vn 0.9602 -0.2247 -0.1662</w:t>
        <w:br/>
        <w:t>vn 0.9756 -0.2197 -0.0012</w:t>
        <w:br/>
        <w:t>vn 0.3006 -0.0894 0.9496</w:t>
        <w:br/>
        <w:t>vn 0.3138 -0.0379 0.9487</w:t>
        <w:br/>
        <w:t>vn 0.8158 0.1785 -0.5500</w:t>
        <w:br/>
        <w:t>vn 0.8208 0.0785 -0.5658</w:t>
        <w:br/>
        <w:t>vn 0.8168 -0.1043 -0.5674</w:t>
        <w:br/>
        <w:t>vn 0.5964 0.0786 -0.7988</w:t>
        <w:br/>
        <w:t>vn 0.6172 -0.1079 -0.7794</w:t>
        <w:br/>
        <w:t>vn 0.8505 -0.3145 -0.4216</w:t>
        <w:br/>
        <w:t>vn 0.9506 -0.1858 -0.2487</w:t>
        <w:br/>
        <w:t>vn 0.8193 -0.2235 -0.5279</w:t>
        <w:br/>
        <w:t>vn 0.6248 -0.2417 -0.7425</w:t>
        <w:br/>
        <w:t>vn 0.5767 0.1909 -0.7943</w:t>
        <w:br/>
        <w:t>vn 0.9777 -0.1997 -0.0653</w:t>
        <w:br/>
        <w:t>vn 0.9430 -0.2738 -0.1892</w:t>
        <w:br/>
        <w:t>vn 0.7282 -0.1290 0.6731</w:t>
        <w:br/>
        <w:t>vn 0.8301 -0.1338 0.5413</w:t>
        <w:br/>
        <w:t>vn 0.6425 -0.3849 -0.6626</w:t>
        <w:br/>
        <w:t>vn 0.8456 -0.3360 -0.4148</w:t>
        <w:br/>
        <w:t>vn 0.6294 -0.3454 -0.6960</w:t>
        <w:br/>
        <w:t>vn 0.6728 -0.3647 -0.6437</w:t>
        <w:br/>
        <w:t>vn 0.3540 -0.4120 0.8396</w:t>
        <w:br/>
        <w:t>vn 0.0952 -0.0783 0.6015</w:t>
        <w:br/>
        <w:t>vn 0.7626 -0.4856 0.4273</w:t>
        <w:br/>
        <w:t>vn 0.2033 -0.4581 0.8654</w:t>
        <w:br/>
        <w:t>vn 0.0856 -0.6917 0.7171</w:t>
        <w:br/>
        <w:t>vn 0.2988 -0.7070 0.6410</w:t>
        <w:br/>
        <w:t>vn 0.6124 0.2238 0.7582</w:t>
        <w:br/>
        <w:t>vn 0.6071 0.3251 0.7251</w:t>
        <w:br/>
        <w:t>vn 0.5053 0.4107 0.7589</w:t>
        <w:br/>
        <w:t>vn 0.5046 0.1448 0.8511</w:t>
        <w:br/>
        <w:t>vn 0.5742 0.4243 0.7002</w:t>
        <w:br/>
        <w:t>vn 0.4983 0.5085 0.7023</w:t>
        <w:br/>
        <w:t>vn 0.4178 -0.0365 0.9078</w:t>
        <w:br/>
        <w:t>vn 0.4928 0.0147 0.8700</w:t>
        <w:br/>
        <w:t>vn 0.5948 0.1100 0.7963</w:t>
        <w:br/>
        <w:t>vn -0.1278 -0.8525 0.5068</w:t>
        <w:br/>
        <w:t>vn -0.0055 -0.8896 0.4567</w:t>
        <w:br/>
        <w:t>vn -0.0492 -0.6608 0.7489</w:t>
        <w:br/>
        <w:t>vn 0.8810 0.4378 0.1793</w:t>
        <w:br/>
        <w:t>vn 0.9563 0.2590 0.1359</w:t>
        <w:br/>
        <w:t>vn 0.9777 0.1888 -0.0916</w:t>
        <w:br/>
        <w:t>vn 0.9265 0.3760 0.0133</w:t>
        <w:br/>
        <w:t>vn 0.7471 0.6091 0.2661</w:t>
        <w:br/>
        <w:t>vn 0.8001 0.5659 0.1990</w:t>
        <w:br/>
        <w:t>vn 0.3736 -0.8794 0.2951</w:t>
        <w:br/>
        <w:t>vn 0.6014 -0.7724 0.2044</w:t>
        <w:br/>
        <w:t>vn 0.6280 -0.6034 0.4915</w:t>
        <w:br/>
        <w:t>vn 0.4221 -0.6951 0.5820</w:t>
        <w:br/>
        <w:t>vn 0.9696 -0.1552 0.1893</w:t>
        <w:br/>
        <w:t>vn 0.9165 -0.3029 0.2614</w:t>
        <w:br/>
        <w:t>vn 0.9162 -0.4003 0.0173</w:t>
        <w:br/>
        <w:t>vn 0.9672 -0.2471 -0.0593</w:t>
        <w:br/>
        <w:t>vn 0.9302 -0.2295 -0.2864</w:t>
        <w:br/>
        <w:t>vn 0.9383 -0.0916 -0.3334</w:t>
        <w:br/>
        <w:t>vn 0.9473 -0.0900 -0.3074</w:t>
        <w:br/>
        <w:t>vn 0.9297 -0.2671 -0.2534</w:t>
        <w:br/>
        <w:t>vn 0.9383 0.0509 -0.3421</w:t>
        <w:br/>
        <w:t>vn 0.9549 0.1041 -0.2780</w:t>
        <w:br/>
        <w:t>vn 0.9931 -0.0378 -0.1111</w:t>
        <w:br/>
        <w:t>vn 0.9784 -0.1629 -0.1271</w:t>
        <w:br/>
        <w:t>vn 0.9895 -0.0558 -0.1336</w:t>
        <w:br/>
        <w:t>vn 0.6022 0.7123 0.3606</w:t>
        <w:br/>
        <w:t>vn 0.6666 0.6613 0.3440</w:t>
        <w:br/>
        <w:t>vn 0.6497 0.6576 0.3814</w:t>
        <w:br/>
        <w:t>vn 0.5548 0.7271 0.4044</w:t>
        <w:br/>
        <w:t>vn 0.2107 -0.9067 0.3654</w:t>
        <w:br/>
        <w:t>vn 0.9888 0.0446 0.1422</w:t>
        <w:br/>
        <w:t>vn 0.1141 -0.7888 0.6039</w:t>
        <w:br/>
        <w:t>vn 0.1895 -0.8098 0.5553</w:t>
        <w:br/>
        <w:t>vn 0.4231 -0.3968 0.8146</w:t>
        <w:br/>
        <w:t>vn 0.4790 -0.4146 0.7737</w:t>
        <w:br/>
        <w:t>vn 0.4489 0.5449 0.7082</w:t>
        <w:br/>
        <w:t>vn 0.9570 0.2493 -0.1486</w:t>
        <w:br/>
        <w:t>vn 0.8754 0.4594 0.1501</w:t>
        <w:br/>
        <w:t>vn 0.7058 0.5776 0.4103</w:t>
        <w:br/>
        <w:t>vn 0.6799 0.5740 0.4563</w:t>
        <w:br/>
        <w:t>vn 0.4782 0.7533 0.4515</w:t>
        <w:br/>
        <w:t>vn 0.5635 0.7067 0.4277</w:t>
        <w:br/>
        <w:t>vn 0.6936 0.6074 0.3871</w:t>
        <w:br/>
        <w:t>vn 0.5211 0.6196 0.5870</w:t>
        <w:br/>
        <w:t>vn 0.5965 0.5652 0.5698</w:t>
        <w:br/>
        <w:t>vn 0.9185 0.1124 0.3791</w:t>
        <w:br/>
        <w:t>vn 0.8946 -0.0362 0.4453</w:t>
        <w:br/>
        <w:t>vn 0.8922 0.2965 0.3408</w:t>
        <w:br/>
        <w:t>vn 0.7709 0.3146 0.5539</w:t>
        <w:br/>
        <w:t>vn 0.7847 0.1671 0.5970</w:t>
        <w:br/>
        <w:t>vn 0.7597 0.0665 0.6468</w:t>
        <w:br/>
        <w:t>vn 0.8348 -0.1484 0.5301</w:t>
        <w:br/>
        <w:t>vn 0.7023 -0.0111 0.7118</w:t>
        <w:br/>
        <w:t>vn 0.4285 -0.4072 0.8066</w:t>
        <w:br/>
        <w:t>vn 0.5735 -0.3432 0.7439</w:t>
        <w:br/>
        <w:t>vn 0.5104 -0.1844 0.8399</w:t>
        <w:br/>
        <w:t>vn 0.4178 -0.1826 0.8900</w:t>
        <w:br/>
        <w:t>vn 0.8195 0.4578 0.3447</w:t>
        <w:br/>
        <w:t>vn 0.7088 0.4487 0.5442</w:t>
        <w:br/>
        <w:t>vn 0.0000 0.0000 1.0000</w:t>
        <w:br/>
        <w:t>vn 0.8977 -0.4124 -0.1554</w:t>
        <w:br/>
        <w:t>vn 0.9195 -0.3434 -0.1912</w:t>
        <w:br/>
        <w:t>vn 0.8155 -0.5779 -0.0298</w:t>
        <w:br/>
        <w:t>vn 0.8204 -0.5631 0.0997</w:t>
        <w:br/>
        <w:t>vn 0.6248 -0.7693 0.1335</w:t>
        <w:br/>
        <w:t>vn 0.3328 -0.8372 0.4340</w:t>
        <w:br/>
        <w:t>vn 0.9981 -0.0587 0.0194</w:t>
        <w:br/>
        <w:t>vn 0.9889 -0.1454 -0.0317</w:t>
        <w:br/>
        <w:t>vn 0.9827 -0.1747 -0.0617</w:t>
        <w:br/>
        <w:t>vn 0.9672 -0.2307 -0.1064</w:t>
        <w:br/>
        <w:t>vn 0.7388 -0.6453 0.1942</w:t>
        <w:br/>
        <w:t>vn 0.8765 -0.4800 -0.0368</w:t>
        <w:br/>
        <w:t>vn 0.5851 -0.5112 0.6295</w:t>
        <w:br/>
        <w:t>vn 0.4096 -0.2066 0.8886</w:t>
        <w:br/>
        <w:t>vn 0.3242 -0.0161 0.9458</w:t>
        <w:br/>
        <w:t>vn 0.4054 -0.3436 -0.8471</w:t>
        <w:br/>
        <w:t>vn 0.4156 -0.2409 -0.8770</w:t>
        <w:br/>
        <w:t>vn 0.3462 0.0522 -0.9367</w:t>
        <w:br/>
        <w:t>vn 0.1391 0.0236 -0.9900</w:t>
        <w:br/>
        <w:t>vn 0.1748 -0.1375 -0.9750</w:t>
        <w:br/>
        <w:t>vn 0.3932 -0.1258 -0.9108</w:t>
        <w:br/>
        <w:t>vn 0.3103 0.1848 -0.9325</w:t>
        <w:br/>
        <w:t>vn 0.1061 0.1594 -0.9815</w:t>
        <w:br/>
        <w:t>vn 0.3779 -0.3854 -0.8418</w:t>
        <w:br/>
        <w:t>vn 0.6321 -0.6492 0.4231</w:t>
        <w:br/>
        <w:t>vn 0.7134 -0.3406 -0.6124</w:t>
        <w:br/>
        <w:t>vn 0.1580 -0.3112 -0.9371</w:t>
        <w:br/>
        <w:t>vn 0.1802 -0.2279 -0.9569</w:t>
        <w:br/>
        <w:t>vn 0.5337 -0.3269 -0.7799</w:t>
        <w:br/>
        <w:t>vn 0.3553 -0.3226 -0.8773</w:t>
        <w:br/>
        <w:t>vn -0.0282 -0.2801 -0.9595</w:t>
        <w:br/>
        <w:t>vn -0.0218 -0.2142 -0.9765</w:t>
        <w:br/>
        <w:t>vn -0.0598 -0.2989 -0.9524</w:t>
        <w:br/>
        <w:t>vn 0.1107 -0.3411 -0.9335</w:t>
        <w:br/>
        <w:t>vn 0.0188 -0.2757 -0.9610</w:t>
        <w:br/>
        <w:t>vn 0.3621 -0.3822 -0.8502</w:t>
        <w:br/>
        <w:t>vn 0.0594 -0.3357 -0.9401</w:t>
        <w:br/>
        <w:t>vn -0.1027 -0.2561 -0.9612</w:t>
        <w:br/>
        <w:t>vn -0.0889 -0.2933 -0.9519</w:t>
        <w:br/>
        <w:t>vn 0.0040 -0.2329 -0.9725</w:t>
        <w:br/>
        <w:t>vn 0.2326 -0.2426 -0.9418</w:t>
        <w:br/>
        <w:t>vn 0.6441 0.4404 0.6255</w:t>
        <w:br/>
        <w:t>vn 0.5393 0.4054 0.7381</w:t>
        <w:br/>
        <w:t>vn -0.0389 0.0090 -0.9992</w:t>
        <w:br/>
        <w:t>vn -0.0372 0.1295 -0.9909</w:t>
        <w:br/>
        <w:t>vn 0.0000 0.1217 -0.9926</w:t>
        <w:br/>
        <w:t>vn 0.0000 0.0085 -1.0000</w:t>
        <w:br/>
        <w:t>vn -0.0350 -0.1344 -0.9903</w:t>
        <w:br/>
        <w:t>vn 0.7064 0.4654 0.5334</w:t>
        <w:br/>
        <w:t>vn 0.0000 -0.1292 -0.9916</w:t>
        <w:br/>
        <w:t>vn -0.0000 -0.2089 -0.9779</w:t>
        <w:br/>
        <w:t>vn -0.0000 -0.2692 -0.9631</w:t>
        <w:br/>
        <w:t>vn 0.0000 -0.2845 -0.9587</w:t>
        <w:br/>
        <w:t>vn 0.7064 0.4654 0.5333</w:t>
        <w:br/>
        <w:t>vn -0.0717 -0.2111 -0.9748</w:t>
        <w:br/>
        <w:t>vn -0.0760 -0.2475 -0.9659</w:t>
        <w:br/>
        <w:t>vn -0.0000 -0.2203 -0.9754</w:t>
        <w:br/>
        <w:t>vn -0.0000 -0.2608 -0.9654</w:t>
        <w:br/>
        <w:t>vn -0.0000 -0.2823 -0.9593</w:t>
        <w:br/>
        <w:t>vn -0.0000 -0.2562 -0.9666</w:t>
        <w:br/>
        <w:t>vn 0.0000 -0.2424 -0.9702</w:t>
        <w:br/>
        <w:t>vn -0.1045 -0.2340 -0.9666</w:t>
        <w:br/>
        <w:t>vn -0.0000 -0.1712 -0.9852</w:t>
        <w:br/>
        <w:t>vn -0.0680 -0.1729 -0.9826</w:t>
        <w:br/>
        <w:t>vn 0.0023 -0.1764 -0.9843</w:t>
        <w:br/>
        <w:t>vn 0.9853 -0.1645 -0.0461</w:t>
        <w:br/>
        <w:t>vn 0.9884 -0.1385 -0.0630</w:t>
        <w:br/>
        <w:t>vn 0.8291 -0.0649 -0.5553</w:t>
        <w:br/>
        <w:t>vn 0.9367 -0.2967 -0.1859</w:t>
        <w:br/>
        <w:t>vn 0.9921 -0.0809 0.0957</w:t>
        <w:br/>
        <w:t>vn 0.9875 -0.1567 -0.0163</w:t>
        <w:br/>
        <w:t>vn 0.9987 0.0411 0.0291</w:t>
        <w:br/>
        <w:t>vn 0.9852 -0.1533 -0.0771</w:t>
        <w:br/>
        <w:t>vn 0.9841 -0.1633 -0.0699</w:t>
        <w:br/>
        <w:t>vn 0.9841 -0.1632 -0.0699</w:t>
        <w:br/>
        <w:t>vn 0.9832 0.1785 -0.0391</w:t>
        <w:br/>
        <w:t>vn 0.3083 0.8722 -0.3797</w:t>
        <w:br/>
        <w:t>vn 0.2431 0.9658 -0.0898</w:t>
        <w:br/>
        <w:t>vn 0.4139 0.8992 0.1419</w:t>
        <w:br/>
        <w:t>vn 0.5504 0.6199 -0.5594</w:t>
        <w:br/>
        <w:t>vn 0.6326 0.4024 -0.6617</w:t>
        <w:br/>
        <w:t>vn 0.6562 0.7078 0.2617</w:t>
        <w:br/>
        <w:t>vn 0.6512 0.2799 -0.7054</w:t>
        <w:br/>
        <w:t>vn 0.9841 -0.1633 -0.0698</w:t>
        <w:br/>
        <w:t>vn 0.8958 0.4129 0.1644</w:t>
        <w:br/>
        <w:t>vn 0.8959 0.4128 0.1644</w:t>
        <w:br/>
        <w:t>vn 0.7815 0.5454 0.3030</w:t>
        <w:br/>
        <w:t>vn 0.3627 0.3895 0.8466</w:t>
        <w:br/>
        <w:t>vn 0.4881 0.6882 0.5369</w:t>
        <w:br/>
        <w:t>vn 0.1271 0.8475 0.5153</w:t>
        <w:br/>
        <w:t>vn 0.0042 0.6067 0.7949</w:t>
        <w:br/>
        <w:t>vn 0.0454 -0.1808 -0.9825</w:t>
        <w:br/>
        <w:t>vn 0.3259 -0.3891 -0.8616</w:t>
        <w:br/>
        <w:t>vn 0.1662 -0.6559 -0.7363</w:t>
        <w:br/>
        <w:t>vn -0.1281 -0.4929 -0.8606</w:t>
        <w:br/>
        <w:t>vn 0.5395 0.4718 -0.6974</w:t>
        <w:br/>
        <w:t>vn 0.7023 0.6708 -0.2384</w:t>
        <w:br/>
        <w:t>vn 0.6622 0.7083 -0.2446</w:t>
        <w:br/>
        <w:t>vn 0.5048 0.5069 -0.6987</w:t>
        <w:br/>
        <w:t>vn -0.3652 -0.8205 0.4397</w:t>
        <w:br/>
        <w:t>vn -0.1043 -0.4728 0.8750</w:t>
        <w:br/>
        <w:t>vn -0.0848 -0.4923 0.8663</w:t>
        <w:br/>
        <w:t>vn -0.2919 -0.8421 0.4535</w:t>
        <w:br/>
        <w:t>vn -0.0871 0.2487 0.9647</w:t>
        <w:br/>
        <w:t>vn -0.3043 -0.0907 0.9483</w:t>
        <w:br/>
        <w:t>vn -0.2978 -0.1130 0.9479</w:t>
        <w:br/>
        <w:t>vn -0.0675 0.1954 0.9784</w:t>
        <w:br/>
        <w:t>vn 0.5161 0.7605 0.3941</w:t>
        <w:br/>
        <w:t>vn 0.8378 0.4418 0.3208</w:t>
        <w:br/>
        <w:t>vn 0.6084 0.2109 0.7651</w:t>
        <w:br/>
        <w:t>vn 0.4181 0.3750 0.8274</w:t>
        <w:br/>
        <w:t>vn 0.1796 0.5678 0.8033</w:t>
        <w:br/>
        <w:t>vn 0.2643 0.5274 0.8075</w:t>
        <w:br/>
        <w:t>vn 0.0164 0.2410 0.9704</w:t>
        <w:br/>
        <w:t>vn -0.0545 0.2680 0.9619</w:t>
        <w:br/>
        <w:t>vn 0.2096 -0.2336 -0.9495</w:t>
        <w:br/>
        <w:t>vn 0.4685 0.0671 -0.8809</w:t>
        <w:br/>
        <w:t>vn 0.3018 0.1725 -0.9376</w:t>
        <w:br/>
        <w:t>vn 0.1534 -0.2098 -0.9656</w:t>
        <w:br/>
        <w:t>vn -0.3073 -0.8187 -0.4851</w:t>
        <w:br/>
        <w:t>vn -0.3999 -0.9163 -0.0225</w:t>
        <w:br/>
        <w:t>vn -0.3018 -0.9530 -0.0275</w:t>
        <w:br/>
        <w:t>vn -0.2353 -0.8339 -0.4992</w:t>
        <w:br/>
        <w:t>vn -0.0546 -0.5369 -0.8419</w:t>
        <w:br/>
        <w:t>vn -0.0856 -0.5314 -0.8428</w:t>
        <w:br/>
        <w:t>vn 0.2472 -0.1134 0.9623</w:t>
        <w:br/>
        <w:t>vn 0.2034 -0.0466 0.9780</w:t>
        <w:br/>
        <w:t>vn 0.7520 0.3605 -0.5519</w:t>
        <w:br/>
        <w:t>vn 0.8715 0.4404 -0.2156</w:t>
        <w:br/>
        <w:t>vn 0.5811 0.7842 -0.2176</w:t>
        <w:br/>
        <w:t>vn 0.4533 0.6179 -0.6424</w:t>
        <w:br/>
        <w:t>vn -0.5709 -0.4610 0.6793</w:t>
        <w:br/>
        <w:t>vn -0.7260 -0.6814 -0.0931</w:t>
        <w:br/>
        <w:t>vn -0.6556 -0.7511 -0.0778</w:t>
        <w:br/>
        <w:t>vn -0.5130 -0.5272 0.6774</w:t>
        <w:br/>
        <w:t>vn -0.7218 -0.4286 0.5434</w:t>
        <w:br/>
        <w:t>vn -0.4273 -0.9041 -0.0043</w:t>
        <w:br/>
        <w:t>vn -0.0555 -0.9984 -0.0117</w:t>
        <w:br/>
        <w:t>vn 0.0480 -0.9185 0.3926</w:t>
        <w:br/>
        <w:t>vn 0.1482 0.0138 0.9889</w:t>
        <w:br/>
        <w:t>vn 0.1547 0.0086 0.9879</w:t>
        <w:br/>
        <w:t>vn -0.1786 -0.4182 0.8906</w:t>
        <w:br/>
        <w:t>vn -0.1882 -0.4358 0.8802</w:t>
        <w:br/>
        <w:t>vn 0.0174 -0.9001 -0.4353</w:t>
        <w:br/>
        <w:t>vn -0.3145 -0.7837 -0.5356</w:t>
        <w:br/>
        <w:t>vn 0.4043 0.3423 0.8482</w:t>
        <w:br/>
        <w:t>vn 0.4220 0.3331 0.8432</w:t>
        <w:br/>
        <w:t>vn -0.4433 -0.1155 0.8889</w:t>
        <w:br/>
        <w:t>vn 0.2792 -0.6502 0.7066</w:t>
        <w:br/>
        <w:t>vn -0.5535 -0.6234 0.5523</w:t>
        <w:br/>
        <w:t>vn -0.6111 -0.5650 0.5545</w:t>
        <w:br/>
        <w:t>vn -0.2286 -0.2336 0.9451</w:t>
        <w:br/>
        <w:t>vn -0.2037 -0.2773 0.9389</w:t>
        <w:br/>
        <w:t>vn 0.4408 0.4343 0.7855</w:t>
        <w:br/>
        <w:t>vn 0.1372 0.0807 0.9873</w:t>
        <w:br/>
        <w:t>vn 0.1237 0.1130 0.9859</w:t>
        <w:br/>
        <w:t>vn 0.4145 0.4564 0.7873</w:t>
        <w:br/>
        <w:t>vn -0.3399 -0.4563 -0.8224</w:t>
        <w:br/>
        <w:t>vn -0.3510 -0.4175 -0.8382</w:t>
        <w:br/>
        <w:t>vn -0.5800 -0.6574 -0.4811</w:t>
        <w:br/>
        <w:t>vn -0.5210 -0.6425 -0.5619</w:t>
        <w:br/>
        <w:t>vn 0.6244 0.7227 -0.2964</w:t>
        <w:br/>
        <w:t>vn 0.6503 0.7437 -0.1554</w:t>
        <w:br/>
        <w:t>vn 0.5985 0.7856 -0.1573</w:t>
        <w:br/>
        <w:t>vn 0.5749 0.7590 -0.3056</w:t>
        <w:br/>
        <w:t>vn -0.6418 -0.7656 -0.0444</w:t>
        <w:br/>
        <w:t>vn -0.6604 -0.7495 -0.0457</w:t>
        <w:br/>
        <w:t>vn -0.5769 -0.6932 0.4320</w:t>
        <w:br/>
        <w:t>vn -0.5207 -0.6878 0.5057</w:t>
        <w:br/>
        <w:t>vn -0.2883 -0.3432 -0.8939</w:t>
        <w:br/>
        <w:t>vn -0.0841 -0.0954 -0.9919</w:t>
        <w:br/>
        <w:t>vn -0.0850 -0.0987 -0.9915</w:t>
        <w:br/>
        <w:t>vn -0.2949 -0.3170 -0.9014</w:t>
        <w:br/>
        <w:t>vn -0.3216 -0.2520 -0.9127</w:t>
        <w:br/>
        <w:t>vn -0.3151 -0.2285 -0.9211</w:t>
        <w:br/>
        <w:t>vn -0.5603 -0.4876 -0.6696</w:t>
        <w:br/>
        <w:t>vn -0.5646 -0.5194 -0.6414</w:t>
        <w:br/>
        <w:t>vn 0.3850 0.6726 -0.6319</w:t>
        <w:br/>
        <w:t>vn 0.3714 0.6873 -0.6243</w:t>
        <w:br/>
        <w:t>vn 0.4527 0.8494 -0.2712</w:t>
        <w:br/>
        <w:t>vn 0.4621 0.8400 -0.2844</w:t>
        <w:br/>
        <w:t>vn -0.1571 -0.0238 -0.9873</w:t>
        <w:br/>
        <w:t>vn -0.1392 -0.0072 -0.9902</w:t>
        <w:br/>
        <w:t>vn 0.0940 0.3153 -0.9443</w:t>
        <w:br/>
        <w:t>vn 0.1179 0.3295 -0.9368</w:t>
        <w:br/>
        <w:t>vn -0.0894 -0.2224 -0.9708</w:t>
        <w:br/>
        <w:t>vn 0.0457 -0.0111 -0.9989</w:t>
        <w:br/>
        <w:t>vn -0.0894 -0.1514 -0.9844</w:t>
        <w:br/>
        <w:t>vn 0.0500 -0.0425 -0.9978</w:t>
        <w:br/>
        <w:t>vn 0.0550 -0.0933 -0.9941</w:t>
        <w:br/>
        <w:t>vn 0.6141 0.6717 0.4144</w:t>
        <w:br/>
        <w:t>vn 0.5946 0.6865 0.4186</w:t>
        <w:br/>
        <w:t>vn 0.1942 0.5472 0.8141</w:t>
        <w:br/>
        <w:t>vn 0.4183 0.8216 0.3872</w:t>
        <w:br/>
        <w:t>vn 0.3868 0.8283 0.4054</w:t>
        <w:br/>
        <w:t>vn 0.1578 0.5788 0.8000</w:t>
        <w:br/>
        <w:t>vn -0.5018 -0.4541 -0.7361</w:t>
        <w:br/>
        <w:t>vn -0.4582 -0.5012 -0.7340</w:t>
        <w:br/>
        <w:t>vn -0.2632 -0.4152 0.8708</w:t>
        <w:br/>
        <w:t>vn -0.2591 -0.4477 0.8558</w:t>
        <w:br/>
        <w:t>vn -0.3498 -0.4018 -0.8463</w:t>
        <w:br/>
        <w:t>vn -0.5928 -0.6427 -0.4853</w:t>
        <w:br/>
        <w:t>vn -0.6787 -0.7329 -0.0474</w:t>
        <w:br/>
        <w:t>vn -0.5811 -0.6767 0.4521</w:t>
        <w:br/>
        <w:t>vn 0.1402 0.1570 -0.9776</w:t>
        <w:br/>
        <w:t>vn 0.3175 0.3484 -0.8819</w:t>
        <w:br/>
        <w:t>vn 0.2170 0.2548 -0.9423</w:t>
        <w:br/>
        <w:t>vn 0.0542 0.0378 -0.9978</w:t>
        <w:br/>
        <w:t>vn -0.0798 -0.1154 -0.9901</w:t>
        <w:br/>
        <w:t>vn -0.0148 -0.1696 0.9854</w:t>
        <w:br/>
        <w:t>vn -0.0012 -0.1214 0.9926</w:t>
        <w:br/>
        <w:t>vn -0.5586 -0.6507 0.5144</w:t>
        <w:br/>
        <w:t>vn -0.2067 -0.3274 0.9220</w:t>
        <w:br/>
        <w:t>vn -0.2147 -0.3340 0.9178</w:t>
        <w:br/>
        <w:t>vn -0.5732 -0.6651 0.4786</w:t>
        <w:br/>
        <w:t>vn -0.3078 -0.3583 -0.8814</w:t>
        <w:br/>
        <w:t>vn -0.3339 -0.3808 -0.8623</w:t>
        <w:br/>
        <w:t>vn -0.0623 -0.0918 -0.9938</w:t>
        <w:br/>
        <w:t>vn -0.0640 -0.0739 -0.9952</w:t>
        <w:br/>
        <w:t>vn 0.1152 0.0413 0.9925</w:t>
        <w:br/>
        <w:t>vn 0.0928 -0.0014 0.9957</w:t>
        <w:br/>
        <w:t>vn -0.2922 -0.3472 -0.8911</w:t>
        <w:br/>
        <w:t>vn -0.5497 -0.6304 -0.5481</w:t>
        <w:br/>
        <w:t>vn -0.5814 -0.6225 -0.5239</w:t>
        <w:br/>
        <w:t>vn -0.6905 -0.7223 -0.0384</w:t>
        <w:br/>
        <w:t>vn -0.6679 -0.7432 -0.0390</w:t>
        <w:br/>
        <w:t>vn -0.5473 -0.6380 0.5416</w:t>
        <w:br/>
        <w:t>vn 0.3780 0.4137 -0.8282</w:t>
        <w:br/>
        <w:t>vn 0.4854 0.4659 -0.7398</w:t>
        <w:br/>
        <w:t>vn 0.1773 0.2558 -0.9503</w:t>
        <w:br/>
        <w:t>vn 0.7867 0.5152 -0.3402</w:t>
        <w:br/>
        <w:t>vn 0.5578 0.4380 -0.7050</w:t>
        <w:br/>
        <w:t>vn 0.8149 0.4471 -0.3688</w:t>
        <w:br/>
        <w:t>vn -0.0792 -0.0680 -0.9945</w:t>
        <w:br/>
        <w:t>vn 0.5774 0.5344 0.6173</w:t>
        <w:br/>
        <w:t>vn 0.5519 0.4231 0.7186</w:t>
        <w:br/>
        <w:t>vn 0.4385 0.3742 0.8171</w:t>
        <w:br/>
        <w:t>vn 0.3203 0.2234 0.9206</w:t>
        <w:br/>
        <w:t>vn 0.0651 -0.0643 0.9958</w:t>
        <w:br/>
        <w:t>vn -0.2725 -0.1579 0.9491</w:t>
        <w:br/>
        <w:t>vn -0.2982 -0.0927 0.9500</w:t>
        <w:br/>
        <w:t>vn 0.0840 0.1756 0.9809</w:t>
        <w:br/>
        <w:t>vn 0.3624 0.4842 0.7964</w:t>
        <w:br/>
        <w:t>vn 0.5921 0.7934 -0.1414</w:t>
        <w:br/>
        <w:t>vn 0.5397 0.8323 -0.1267</w:t>
        <w:br/>
        <w:t>vn 0.5146 0.8126 -0.2736</w:t>
        <w:br/>
        <w:t>vn 0.5599 0.7725 -0.2995</w:t>
        <w:br/>
        <w:t>vn 0.1358 0.2717 -0.9527</w:t>
        <w:br/>
        <w:t>vn 0.1858 0.2387 -0.9532</w:t>
        <w:br/>
        <w:t>vn 0.4545 0.5959 -0.6621</w:t>
        <w:br/>
        <w:t>vn 0.4161 0.6215 -0.6638</w:t>
        <w:br/>
        <w:t>vn -0.7409 -0.6648 -0.0951</w:t>
        <w:br/>
        <w:t>vn -0.6575 -0.5001 0.5635</w:t>
        <w:br/>
        <w:t>vn -0.6454 -0.5260 0.5539</w:t>
        <w:br/>
        <w:t>vn -0.7397 -0.6693 -0.0701</w:t>
        <w:br/>
        <w:t>vn -0.1211 -0.0660 -0.9904</w:t>
        <w:br/>
        <w:t>vn -0.3036 -0.2872 -0.9085</w:t>
        <w:br/>
        <w:t>vn -0.5835 -0.5596 -0.5885</w:t>
        <w:br/>
        <w:t>vn -0.5723 -0.5465 -0.6114</w:t>
        <w:br/>
        <w:t>vn 0.4630 0.7687 0.4413</w:t>
        <w:br/>
        <w:t>vn 0.5479 0.7211 0.4241</w:t>
        <w:br/>
        <w:t>vn -0.7371 -0.6739 -0.0516</w:t>
        <w:br/>
        <w:t>vn 0.3785 0.6656 -0.6432</w:t>
        <w:br/>
        <w:t>vn -0.2985 -0.0751 0.9514</w:t>
        <w:br/>
        <w:t>vn 0.3764 0.6814 -0.6277</w:t>
        <w:br/>
        <w:t>vn -0.7447 -0.6593 -0.1033</w:t>
        <w:br/>
        <w:t>vn -0.6356 -0.4981 0.5898</w:t>
        <w:br/>
        <w:t>vn -0.2909 -0.2163 -0.9320</w:t>
        <w:br/>
        <w:t>vn 0.4781 0.8382 -0.2626</w:t>
        <w:br/>
        <w:t>vn -0.1025 0.0147 -0.9946</w:t>
        <w:br/>
        <w:t>vn 0.1477 0.3416 -0.9282</w:t>
        <w:br/>
        <w:t>vn 0.4079 0.8014 0.4374</w:t>
        <w:br/>
        <w:t>vn -0.2584 -0.2190 -0.9409</w:t>
        <w:br/>
        <w:t>vn -0.0575 0.0201 -0.9981</w:t>
        <w:br/>
        <w:t>vn 0.6938 0.0586 0.7177</w:t>
        <w:br/>
        <w:t>vn 0.1723 0.8551 0.4890</w:t>
        <w:br/>
        <w:t>vn 0.3307 0.8323 0.4448</w:t>
        <w:br/>
        <w:t>vn 0.4414 0.3324 0.8335</w:t>
        <w:br/>
        <w:t>vn 0.0256 -0.5933 -0.8046</w:t>
        <w:br/>
        <w:t>vn 0.2174 -0.2752 -0.9365</w:t>
        <w:br/>
        <w:t>vn 0.3745 -0.3946 -0.8391</w:t>
        <w:br/>
        <w:t>vn 0.1869 -0.6699 -0.7185</w:t>
        <w:br/>
        <w:t>vn 0.2938 0.1304 -0.9469</w:t>
        <w:br/>
        <w:t>vn 0.4872 -0.0551 -0.8716</w:t>
        <w:br/>
        <w:t>vn 0.2630 0.9457 -0.1909</w:t>
        <w:br/>
        <w:t>vn 0.6983 0.5904 -0.4047</w:t>
        <w:br/>
        <w:t>vn 0.6583 0.3697 -0.6557</w:t>
        <w:br/>
        <w:t>vn 0.3883 0.6122 -0.6888</w:t>
        <w:br/>
        <w:t>vn -0.4418 -0.7678 0.4640</w:t>
        <w:br/>
        <w:t>vn 0.0019 -0.5222 0.8528</w:t>
        <w:br/>
        <w:t>vn -0.6232 -0.7819 -0.0178</w:t>
        <w:br/>
        <w:t>vn -0.3697 -0.7863 -0.4950</w:t>
        <w:br/>
        <w:t>vn 0.2934 -0.1025 0.9505</w:t>
        <w:br/>
        <w:t>vn 0.1488 -0.6013 0.7850</w:t>
        <w:br/>
        <w:t>vn -0.7810 -0.3669 0.5053</w:t>
        <w:br/>
        <w:t>vn -0.3683 -0.7845 -0.4989</w:t>
        <w:br/>
        <w:t>vn -0.9537 -0.3009 -0.0026</w:t>
        <w:br/>
        <w:t>vn 0.4757 -0.2628 0.8394</w:t>
        <w:br/>
        <w:t>vn -0.2119 -0.3042 0.9287</w:t>
        <w:br/>
        <w:t>vn -0.5314 -0.6446 0.5496</w:t>
        <w:br/>
        <w:t>vn -0.2064 -0.2889 0.9349</w:t>
        <w:br/>
        <w:t>vn 0.4161 0.4191 0.8070</w:t>
        <w:br/>
        <w:t>vn 0.1163 0.0674 0.9909</w:t>
        <w:br/>
        <w:t>vn 0.1255 0.0745 0.9893</w:t>
        <w:br/>
        <w:t>vn 0.4395 0.4268 0.7903</w:t>
        <w:br/>
        <w:t>vn 0.7114 0.6348 -0.3016</w:t>
        <w:br/>
        <w:t>vn 0.8598 0.5068 -0.0624</w:t>
        <w:br/>
        <w:t>vn 0.7697 0.6299 -0.1038</w:t>
        <w:br/>
        <w:t>vn -0.2860 -0.3502 -0.8919</w:t>
        <w:br/>
        <w:t>vn -0.0877 -0.0781 -0.9931</w:t>
        <w:br/>
        <w:t>vn 0.6517 0.6034 0.4595</w:t>
        <w:br/>
        <w:t>vn 0.6383 0.6443 0.4212</w:t>
        <w:br/>
        <w:t>vn -0.5495 -0.6069 -0.5743</w:t>
        <w:br/>
        <w:t>vn -0.5267 -0.6373 -0.5626</w:t>
        <w:br/>
        <w:t>vn -0.6787 -0.7328 -0.0481</w:t>
        <w:br/>
        <w:t>vn -0.6440 -0.7637 -0.0457</w:t>
        <w:br/>
        <w:t>vn 0.1868 0.2455 -0.9512</w:t>
        <w:br/>
        <w:t>vn 0.1736 0.2595 -0.9500</w:t>
        <w:br/>
        <w:t>vn 0.4890 0.5430 -0.6826</w:t>
        <w:br/>
        <w:t>vn 0.4822 0.5812 -0.6556</w:t>
        <w:br/>
        <w:t>vn 0.7498 0.6166 0.2400</w:t>
        <w:br/>
        <w:t>vn 0.6879 0.6966 0.2037</w:t>
        <w:br/>
        <w:t>vn 0.6468 0.7352 0.2029</w:t>
        <w:br/>
        <w:t>vn 0.6374 0.7429 0.2045</w:t>
        <w:br/>
        <w:t>vn 0.5978 0.7799 0.1855</w:t>
        <w:br/>
        <w:t>vn 0.5244 0.8299 0.1905</w:t>
        <w:br/>
        <w:t>vn 0.4840 0.8517 0.2008</w:t>
        <w:br/>
        <w:t>vn 0.4567 0.8742 0.1648</w:t>
        <w:br/>
        <w:t>vn 0.4770 0.8711 0.1172</w:t>
        <w:br/>
        <w:t>vn 0.8620 0.4984 0.0928</w:t>
        <w:br/>
        <w:t>vn 0.8706 0.4828 0.0946</w:t>
        <w:br/>
        <w:t>vn 0.1210 0.9869 0.1063</w:t>
        <w:br/>
        <w:t>vn -0.0032 0.9927 0.1204</w:t>
        <w:br/>
        <w:t>vn -0.0503 0.9844 0.1687</w:t>
        <w:br/>
        <w:t>vn 0.5552 0.8076 0.1989</w:t>
        <w:br/>
        <w:t>vn 0.1891 0.9615 0.1992</w:t>
        <w:br/>
        <w:t>vn 0.4895 0.8631 -0.1245</w:t>
        <w:br/>
        <w:t>vn 0.4602 0.8756 -0.1468</w:t>
        <w:br/>
        <w:t>vn 0.4681 0.8669 -0.1712</w:t>
        <w:br/>
        <w:t>vn 0.8909 0.4186 -0.1761</w:t>
        <w:br/>
        <w:t>vn 0.6340 0.7657 -0.1085</w:t>
        <w:br/>
        <w:t>vn 0.1211 0.9869 0.1063</w:t>
        <w:br/>
        <w:t>vn -0.1919 0.9776 -0.0868</w:t>
        <w:br/>
        <w:t>vn 0.5552 0.8076 0.1988</w:t>
        <w:br/>
        <w:t>vn 0.7875 0.5552 -0.2675</w:t>
        <w:br/>
        <w:t>vn 0.1678 0.9611 -0.2194</w:t>
        <w:br/>
        <w:t>vn -0.5970 -0.6287 -0.4983</w:t>
        <w:br/>
        <w:t>vn -0.6908 -0.7217 -0.0447</w:t>
        <w:br/>
        <w:t>vn -0.2333 -0.3493 0.9075</w:t>
        <w:br/>
        <w:t>vn 0.0558 -0.0407 0.9976</w:t>
        <w:br/>
        <w:t>vn 0.1292 0.0354 0.9910</w:t>
        <w:br/>
        <w:t>vn 0.7779 0.5701 0.2642</w:t>
        <w:br/>
        <w:t>vn 0.7090 0.6058 0.3611</w:t>
        <w:br/>
        <w:t>vn 0.1792 0.3384 -0.9238</w:t>
        <w:br/>
        <w:t>vn 0.2378 0.1506 -0.9596</w:t>
        <w:br/>
        <w:t>vn 0.5286 -0.0996 -0.8430</w:t>
        <w:br/>
        <w:t>vn 0.2013 0.7326 -0.6502</w:t>
        <w:br/>
        <w:t>vn 0.7572 0.2094 -0.6187</w:t>
        <w:br/>
        <w:t>vn -0.1125 -0.4477 0.8871</w:t>
        <w:br/>
        <w:t>vn -0.2961 -0.8129 0.5016</w:t>
        <w:br/>
        <w:t>vn 0.1457 -0.1007 0.9842</w:t>
        <w:br/>
        <w:t>vn 0.8146 0.4639 0.3482</w:t>
        <w:br/>
        <w:t>vn 0.4895 0.2300 0.8411</w:t>
        <w:br/>
        <w:t>vn 0.0664 0.0519 0.9964</w:t>
        <w:br/>
        <w:t>vn 0.3858 0.3937 0.8344</w:t>
        <w:br/>
        <w:t>vn 0.1337 -0.2214 -0.9660</w:t>
        <w:br/>
        <w:t>vn 0.3969 0.0718 -0.9151</w:t>
        <w:br/>
        <w:t>vn -0.3208 -0.9467 -0.0306</w:t>
        <w:br/>
        <w:t>vn -0.2507 -0.7971 -0.5494</w:t>
        <w:br/>
        <w:t>vn -0.0772 -0.4907 -0.8679</w:t>
        <w:br/>
        <w:t>vn 0.7364 0.3623 -0.5713</w:t>
        <w:br/>
        <w:t>vn 0.8752 0.4217 -0.2371</w:t>
        <w:br/>
        <w:t>vn -0.4845 -0.8733 -0.0506</w:t>
        <w:br/>
        <w:t>vn -0.3968 -0.7261 0.5615</w:t>
        <w:br/>
        <w:t>vn -0.3659 -0.6817 -0.6335</w:t>
        <w:br/>
        <w:t>vn -0.1583 -0.3582 -0.9201</w:t>
        <w:br/>
        <w:t>vn 0.8784 0.4659 0.1066</w:t>
        <w:br/>
        <w:t>vn 0.8958 0.4065 -0.1798</w:t>
        <w:br/>
        <w:t>vn -0.1915 -0.3064 0.9324</w:t>
        <w:br/>
        <w:t>vn 0.6569 0.6469 0.3873</w:t>
        <w:br/>
        <w:t>vn 0.3200 0.2104 -0.9238</w:t>
        <w:br/>
        <w:t>vn 0.0670 -0.0885 -0.9938</w:t>
        <w:br/>
        <w:t>vn 0.7129 0.6426 -0.2808</w:t>
        <w:br/>
        <w:t>vn 0.5866 0.5148 -0.6252</w:t>
        <w:br/>
        <w:t>vn 0.7233 0.6812 0.1130</w:t>
        <w:br/>
        <w:t>vn 0.7310 0.6560 -0.1880</w:t>
        <w:br/>
        <w:t>vn -0.2556 -0.3723 0.8922</w:t>
        <w:br/>
        <w:t>vn 0.0250 -0.0634 0.9977</w:t>
        <w:br/>
        <w:t>vn 0.0914 0.0074 0.9958</w:t>
        <w:br/>
        <w:t>vn -0.3324 -0.4849 -0.8089</w:t>
        <w:br/>
        <w:t>vn -0.0825 -0.2720 -0.9587</w:t>
        <w:br/>
        <w:t>vn 0.0820 -0.0055 0.9966</w:t>
        <w:br/>
        <w:t>vn 0.7421 -0.0141 0.6701</w:t>
        <w:br/>
        <w:t>vn 0.6219 0.5844 0.5213</w:t>
        <w:br/>
        <w:t>vn 0.8965 0.2099 0.3901</w:t>
        <w:br/>
        <w:t>vn 0.0182 -0.1307 -0.9913</w:t>
        <w:br/>
        <w:t>vn -0.2397 -0.4630 -0.8533</w:t>
        <w:br/>
        <w:t>vn 0.1164 -0.6454 -0.7550</w:t>
        <w:br/>
        <w:t>vn 0.3195 -0.3728 -0.8712</w:t>
        <w:br/>
        <w:t>vn -0.4980 -0.8662 0.0420</w:t>
        <w:br/>
        <w:t>vn -0.4299 -0.7604 0.4868</w:t>
        <w:br/>
        <w:t>vn -0.0084 -0.9157 0.4018</w:t>
        <w:br/>
        <w:t>vn -0.0958 -0.9954 0.0012</w:t>
        <w:br/>
        <w:t>vn -0.1788 0.2783 0.9437</w:t>
        <w:br/>
        <w:t>vn 0.5089 -0.3039 0.8054</w:t>
        <w:br/>
        <w:t>vn -0.4476 -0.7746 -0.4469</w:t>
        <w:br/>
        <w:t>vn -0.0475 -0.9036 -0.4258</w:t>
        <w:br/>
        <w:t>vn 0.2334 -0.6443 0.7283</w:t>
        <w:br/>
        <w:t>vn 0.7107 0.6876 0.1485</w:t>
        <w:br/>
        <w:t>vn 0.9490 0.2889 0.1267</w:t>
        <w:br/>
        <w:t>vn 0.9490 0.2889 0.1266</w:t>
        <w:br/>
        <w:t>vn 0.9418 0.2820 -0.1830</w:t>
        <w:br/>
        <w:t>vn 0.2564 0.1408 -0.9563</w:t>
        <w:br/>
        <w:t>vn 0.5482 -0.1155 -0.8284</w:t>
        <w:br/>
        <w:t>vn 0.8007 0.1428 -0.5818</w:t>
        <w:br/>
        <w:t>vn -0.3473 0.7146 0.6073</w:t>
        <w:br/>
        <w:t>vn -0.4870 0.4989 0.7169</w:t>
        <w:br/>
        <w:t>vn -0.7012 0.2313 0.6744</w:t>
        <w:br/>
        <w:t>vn -0.9956 0.0930 0.0102</w:t>
        <w:br/>
        <w:t>vn -0.9163 0.2093 -0.3414</w:t>
        <w:br/>
        <w:t>vn -0.9163 0.2094 -0.3414</w:t>
        <w:br/>
        <w:t>vn -0.8094 0.3607 -0.4635</w:t>
        <w:br/>
        <w:t>vn -0.7169 0.5045 -0.4811</w:t>
        <w:br/>
        <w:t>vn -0.7169 0.5046 -0.4811</w:t>
        <w:br/>
        <w:t>vn -0.6074 0.6242 -0.4914</w:t>
        <w:br/>
        <w:t>vn -0.4312 0.7952 -0.4262</w:t>
        <w:br/>
        <w:t>vn -0.5522 0.6732 -0.4918</w:t>
        <w:br/>
        <w:t>vn 0.9645 -0.1781 0.1949</w:t>
        <w:br/>
        <w:t>vn 0.8705 -0.3417 0.3543</w:t>
        <w:br/>
        <w:t>vn 0.9907 -0.1151 0.0720</w:t>
        <w:br/>
        <w:t>vn 0.9936 -0.1082 0.0310</w:t>
        <w:br/>
        <w:t>vn 0.9907 -0.1150 0.0720</w:t>
        <w:br/>
        <w:t>vn 0.5059 -0.3025 0.8079</w:t>
        <w:br/>
        <w:t>vn 0.5932 0.6053 0.5307</w:t>
        <w:br/>
        <w:t>vn 0.0068 -0.1155 -0.9933</w:t>
        <w:br/>
        <w:t>vn -0.2491 -0.4816 -0.8403</w:t>
        <w:br/>
        <w:t>vn -0.4982 -0.8647 0.0635</w:t>
        <w:br/>
        <w:t>vn -0.4336 -0.7728 0.4634</w:t>
        <w:br/>
        <w:t>vn -0.4584 -0.7968 -0.3938</w:t>
        <w:br/>
        <w:t>vn 0.6754 0.7248 0.1363</w:t>
        <w:br/>
        <w:t>vn 0.2261 0.1630 -0.9604</w:t>
        <w:br/>
        <w:t>vn -0.5577 -0.8101 0.1808</w:t>
        <w:br/>
        <w:t>vn -0.5629 -0.8265 0.0070</w:t>
        <w:br/>
        <w:t>vn -0.4565 -0.6308 0.6275</w:t>
        <w:br/>
        <w:t>vn 0.4750 0.3190 -0.8201</w:t>
        <w:br/>
        <w:t>vn -0.0216 -0.1015 -0.9946</w:t>
        <w:br/>
        <w:t>vn -0.4298 -0.5548 -0.7124</w:t>
        <w:br/>
        <w:t>vn -0.3506 -0.3969 -0.8483</w:t>
        <w:br/>
        <w:t>vn -0.5991 -0.7855 0.1551</w:t>
        <w:br/>
        <w:t>vn -0.6599 -0.7369 0.1467</w:t>
        <w:br/>
        <w:t>vn -0.5990 -0.7856 0.1551</w:t>
        <w:br/>
        <w:t>vn 0.0320 0.0257 0.9992</w:t>
        <w:br/>
        <w:t>vn 0.1094 -0.1460 0.9832</w:t>
        <w:br/>
        <w:t>vn -0.0619 -0.0791 0.9949</w:t>
        <w:br/>
        <w:t>vn 0.5094 0.7066 -0.4911</w:t>
        <w:br/>
        <w:t>vn 0.2418 0.4485 -0.8604</w:t>
        <w:br/>
        <w:t>vn 0.2437 0.4267 -0.8709</w:t>
        <w:br/>
        <w:t>vn 0.1800 0.1047 0.9781</w:t>
        <w:br/>
        <w:t>vn 0.4235 0.0500 0.9045</w:t>
        <w:br/>
        <w:t>vn 0.5248 -0.1388 0.8398</w:t>
        <w:br/>
        <w:t>vn -0.2415 -0.3045 0.9214</w:t>
        <w:br/>
        <w:t>vn -0.3214 -0.4320 0.8427</w:t>
        <w:br/>
        <w:t>vn -0.1737 -0.2420 0.9546</w:t>
        <w:br/>
        <w:t>vn -0.1085 -0.1442 0.9836</w:t>
        <w:br/>
        <w:t>vn 0.0449 0.2292 -0.9723</w:t>
        <w:br/>
        <w:t>vn 0.0346 0.1667 -0.9854</w:t>
        <w:br/>
        <w:t>vn -0.2881 -0.2995 0.9096</w:t>
        <w:br/>
        <w:t>vn -0.5028 -0.4547 0.7351</w:t>
        <w:br/>
        <w:t>vn -0.3808 -0.4486 0.8085</w:t>
        <w:br/>
        <w:t>vn -0.5530 -0.4532 0.6991</w:t>
        <w:br/>
        <w:t>vn -0.4278 -0.4441 -0.7872</w:t>
        <w:br/>
        <w:t>vn -0.5210 -0.5931 -0.6139</w:t>
        <w:br/>
        <w:t>vn -0.5534 -0.6267 -0.5486</w:t>
        <w:br/>
        <w:t>vn 0.0368 0.1745 -0.9840</w:t>
        <w:br/>
        <w:t>vn -0.5924 -0.7936 0.1388</w:t>
        <w:br/>
        <w:t>vn -0.5925 -0.7935 0.1389</w:t>
        <w:br/>
        <w:t>vn -0.5400 -0.8324 0.1247</w:t>
        <w:br/>
        <w:t>vn -0.5400 -0.8324 0.1246</w:t>
        <w:br/>
        <w:t>vn -0.8542 -0.5179 0.0463</w:t>
        <w:br/>
        <w:t>vn -0.7864 -0.5182 0.3362</w:t>
        <w:br/>
        <w:t>vn -0.7428 -0.6200 0.2527</w:t>
        <w:br/>
        <w:t>vn -0.7656 -0.6376 0.0850</w:t>
        <w:br/>
        <w:t>vn -0.6310 -0.6577 -0.4115</w:t>
        <w:br/>
        <w:t>vn -0.6357 -0.6486 -0.4186</w:t>
        <w:br/>
        <w:t>vn -0.7125 -0.6765 -0.1864</w:t>
        <w:br/>
        <w:t>vn -0.6585 -0.7350 -0.1620</w:t>
        <w:br/>
        <w:t>vn -0.4896 -0.8632 0.1229</w:t>
        <w:br/>
        <w:t>vn -0.4602 -0.8758 0.1456</w:t>
        <w:br/>
        <w:t>vn -0.4661 -0.8682 0.1702</w:t>
        <w:br/>
        <w:t>vn -0.6268 -0.7722 0.1040</w:t>
        <w:br/>
        <w:t>vn -0.8864 -0.4292 0.1736</w:t>
        <w:br/>
        <w:t>vn -0.6269 -0.7722 0.1040</w:t>
        <w:br/>
        <w:t>vn -0.2714 -0.9622 0.0233</w:t>
        <w:br/>
        <w:t>vn -0.0883 -0.1004 0.9910</w:t>
        <w:br/>
        <w:t>vn -0.1099 -0.1442 0.9834</w:t>
        <w:br/>
        <w:t>vn -0.1994 -0.1572 -0.9672</w:t>
        <w:br/>
        <w:t>vn -0.1543 -0.0941 -0.9835</w:t>
        <w:br/>
        <w:t>vn -0.3166 -0.3166 -0.8941</w:t>
        <w:br/>
        <w:t>vn -0.5201 -0.4682 0.7143</w:t>
        <w:br/>
        <w:t>vn -0.4644 -0.4459 -0.7652</w:t>
        <w:br/>
        <w:t>vn -0.6810 -0.6600 -0.3173</w:t>
        <w:br/>
        <w:t>vn -0.8189 -0.4512 0.3547</w:t>
        <w:br/>
        <w:t>vn -0.8992 -0.3994 0.1788</w:t>
        <w:br/>
        <w:t>vn -0.7348 -0.6520 0.1870</w:t>
        <w:br/>
        <w:t>vn -0.0910 -0.0483 -0.9947</w:t>
        <w:br/>
        <w:t>vn 0.4190 0.5695 0.7072</w:t>
        <w:br/>
        <w:t>vn 0.3067 0.4854 0.8187</w:t>
        <w:br/>
        <w:t>vn 0.6377 0.5308 0.5582</w:t>
        <w:br/>
        <w:t>vn 0.1446 0.3968 0.9065</w:t>
        <w:br/>
        <w:t>vn 0.1191 0.2418 0.9630</w:t>
        <w:br/>
        <w:t>vn 0.2454 0.4042 -0.8812</w:t>
        <w:br/>
        <w:t>vn 0.5501 0.7322 -0.4016</w:t>
        <w:br/>
        <w:t>vn -0.0129 0.0309 -0.9994</w:t>
        <w:br/>
        <w:t>vn -0.5037 -0.6592 -0.5583</w:t>
        <w:br/>
        <w:t>vn 0.4676 0.3466 0.8132</w:t>
        <w:br/>
        <w:t>vn 0.0734 0.0814 0.9940</w:t>
        <w:br/>
        <w:t>vn -0.0562 -0.0799 0.9952</w:t>
        <w:br/>
        <w:t>vn 0.7574 0.5273 -0.3850</w:t>
        <w:br/>
        <w:t>vn 0.8294 0.5541 -0.0707</w:t>
        <w:br/>
        <w:t>vn 0.7676 0.5349 0.3531</w:t>
        <w:br/>
        <w:t>vn -0.5519 -0.8221 -0.1396</w:t>
        <w:br/>
        <w:t>vn -0.5541 -0.8207 -0.1394</w:t>
        <w:br/>
        <w:t>vn -0.2073 -0.2104 0.9554</w:t>
        <w:br/>
        <w:t>vn 0.7496 -0.6610 0.0337</w:t>
        <w:br/>
        <w:t>vn 0.8110 -0.5680 0.1401</w:t>
        <w:br/>
        <w:t>vn 0.8425 -0.5240 -0.1251</w:t>
        <w:br/>
        <w:t>vn 0.7917 -0.5886 -0.1634</w:t>
        <w:br/>
        <w:t>vn 0.7917 -0.5886 -0.1633</w:t>
        <w:br/>
        <w:t>vn 0.8274 -0.5324 -0.1786</w:t>
        <w:br/>
        <w:t>vn 0.2664 -0.0601 0.9620</w:t>
        <w:br/>
        <w:t>vn 0.2629 -0.0262 0.9645</w:t>
        <w:br/>
        <w:t>vn -0.7761 0.6306 -0.0017</w:t>
        <w:br/>
        <w:t>vn -0.8307 0.5476 -0.1008</w:t>
        <w:br/>
        <w:t>vn -0.8306 0.5476 -0.1009</w:t>
        <w:br/>
        <w:t>vn -0.8178 0.5691 0.0859</w:t>
        <w:br/>
        <w:t>vn 0.4688 0.8801 0.0749</w:t>
        <w:br/>
        <w:t>vn 0.4410 0.8934 0.0854</w:t>
        <w:br/>
        <w:t>vn 0.4410 0.8935 0.0854</w:t>
        <w:br/>
        <w:t>vn 0.4687 0.8802 0.0750</w:t>
        <w:br/>
        <w:t>vn -0.8846 0.4608 -0.0724</w:t>
        <w:br/>
        <w:t>vn -0.3106 0.9053 0.2898</w:t>
        <w:br/>
        <w:t>vn 0.0280 0.9513 0.3071</w:t>
        <w:br/>
        <w:t>vn 0.0280 0.9512 0.3072</w:t>
        <w:br/>
        <w:t>vn 0.4197 0.9006 0.1128</w:t>
        <w:br/>
        <w:t>vn 0.4197 0.9006 0.1129</w:t>
        <w:br/>
        <w:t>vn -0.8893 0.4572 0.0099</w:t>
        <w:br/>
        <w:t>vn -0.4382 0.8655 0.2424</w:t>
        <w:br/>
        <w:t>vn -0.4383 0.8655 0.2425</w:t>
        <w:br/>
        <w:t>vn -0.2891 0.8043 0.5191</w:t>
        <w:br/>
        <w:t>vn -0.2890 0.8043 0.5191</w:t>
        <w:br/>
        <w:t>vn -0.1044 0.9254 -0.3644</w:t>
        <w:br/>
        <w:t>vn 0.1359 0.9551 -0.2633</w:t>
        <w:br/>
        <w:t>vn 0.4718 0.8640 -0.1757</w:t>
        <w:br/>
        <w:t>vn 0.5370 0.8408 -0.0684</w:t>
        <w:br/>
        <w:t>vn -0.0183 0.1692 0.9854</w:t>
        <w:br/>
        <w:t>vn 0.0891 0.1065 0.9903</w:t>
        <w:br/>
        <w:t>vn 0.0890 0.1067 0.9903</w:t>
        <w:br/>
        <w:t>vn -0.0689 0.2860 0.9557</w:t>
        <w:br/>
        <w:t>vn -0.2553 0.6186 0.7431</w:t>
        <w:br/>
        <w:t>vn -0.0689 0.2860 0.9558</w:t>
        <w:br/>
        <w:t>vn 0.1245 0.0489 -0.9910</w:t>
        <w:br/>
        <w:t>vn 0.1414 -0.0641 -0.9879</w:t>
        <w:br/>
        <w:t>vn 0.1245 0.0488 -0.9910</w:t>
        <w:br/>
        <w:t>vn 0.0215 0.1412 0.9897</w:t>
        <w:br/>
        <w:t>vn 0.0444 0.1495 0.9878</w:t>
        <w:br/>
        <w:t>vn 0.0638 0.1680 0.9837</w:t>
        <w:br/>
        <w:t>vn 0.2109 -0.0608 0.9756</w:t>
        <w:br/>
        <w:t>vn 0.1930 -0.0096 0.9812</w:t>
        <w:br/>
        <w:t>vn 0.2109 -0.0609 0.9756</w:t>
        <w:br/>
        <w:t>vn 0.2240 -0.0814 0.9712</w:t>
        <w:br/>
        <w:t>vn 0.3176 0.9174 -0.2399</w:t>
        <w:br/>
        <w:t>vn 0.1059 0.1612 -0.9812</w:t>
        <w:br/>
        <w:t>vn -0.3285 0.8590 -0.3928</w:t>
        <w:br/>
        <w:t>vn -0.4533 0.8247 -0.3383</w:t>
        <w:br/>
        <w:t>vn -0.3284 0.8590 -0.3928</w:t>
        <w:br/>
        <w:t>vn 0.1992 0.0223 0.9797</w:t>
        <w:br/>
        <w:t>vn 0.1471 0.0978 0.9843</w:t>
        <w:br/>
        <w:t>vn 0.1470 0.0978 0.9843</w:t>
        <w:br/>
        <w:t>vn 0.3078 0.9313 0.1948</w:t>
        <w:br/>
        <w:t>vn 0.3982 0.8724 -0.2835</w:t>
        <w:br/>
        <w:t>vn -0.8967 0.4280 0.1128</w:t>
        <w:br/>
        <w:t>vn -0.9398 0.3277 0.0969</w:t>
        <w:br/>
        <w:t>vn 0.5144 0.8569 -0.0351</w:t>
        <w:br/>
        <w:t>vn 0.5334 0.8341 -0.1404</w:t>
        <w:br/>
        <w:t>vn 0.4015 0.8682 -0.2915</w:t>
        <w:br/>
        <w:t>vn 0.7811 -0.6026 -0.1637</w:t>
        <w:br/>
        <w:t>vn 0.8462 -0.5269 0.0797</w:t>
        <w:br/>
        <w:t>vn 0.8050 -0.5809 0.1206</w:t>
        <w:br/>
        <w:t>vn 0.8539 -0.5150 -0.0756</w:t>
        <w:br/>
        <w:t>vn 0.7852 -0.5858 -0.2007</w:t>
        <w:br/>
        <w:t>vn 0.8297 -0.5496 0.0976</w:t>
        <w:br/>
        <w:t>vn 0.7400 -0.6674 -0.0839</w:t>
        <w:br/>
        <w:t>vn 0.7400 -0.6674 -0.0840</w:t>
        <w:br/>
        <w:t>vn 0.8602 -0.4938 0.1276</w:t>
        <w:br/>
        <w:t>vn 0.7357 0.4947 0.4626</w:t>
        <w:br/>
        <w:t>vn 0.6635 0.7477 0.0270</w:t>
        <w:br/>
        <w:t>vn -0.2348 -0.1752 -0.9561</w:t>
        <w:br/>
        <w:t>vn 0.1544 -0.1900 -0.9696</w:t>
        <w:br/>
        <w:t>vn 0.4286 -0.2591 -0.8656</w:t>
        <w:br/>
        <w:t>vn 0.3387 -0.2440 -0.9087</w:t>
        <w:br/>
        <w:t>vn 0.1676 -0.2087 -0.9635</w:t>
        <w:br/>
        <w:t>vn 0.6724 -0.2986 -0.6773</w:t>
        <w:br/>
        <w:t>vn 0.5038 -0.3205 -0.8022</w:t>
        <w:br/>
        <w:t>vn 0.2467 -0.2235 -0.9430</w:t>
        <w:br/>
        <w:t>vn 0.0542 -0.1780 -0.9825</w:t>
        <w:br/>
        <w:t>vn -0.0308 -0.1810 -0.9830</w:t>
        <w:br/>
        <w:t>vn -0.0687 -0.1716 -0.9828</w:t>
        <w:br/>
        <w:t>vn -0.0000 -0.1628 -0.9867</w:t>
        <w:br/>
        <w:t>vn -0.0491 0.0724 -0.9962</w:t>
        <w:br/>
        <w:t>vn -0.0129 0.0857 -0.9962</w:t>
        <w:br/>
        <w:t>vn -0.0163 -0.0311 -0.9994</w:t>
        <w:br/>
        <w:t>vn -0.0641 -0.0417 -0.9971</w:t>
        <w:br/>
        <w:t>vn 0.0817 -0.0118 -0.9966</w:t>
        <w:br/>
        <w:t>vn 0.0395 -0.0197 -0.9990</w:t>
        <w:br/>
        <w:t>vn 0.0351 0.0865 -0.9956</w:t>
        <w:br/>
        <w:t>vn 0.0758 0.0845 -0.9935</w:t>
        <w:br/>
        <w:t>vn 0.1506 0.0847 -0.9850</w:t>
        <w:br/>
        <w:t>vn 0.2079 0.0853 -0.9744</w:t>
        <w:br/>
        <w:t>vn 0.2247 -0.0120 -0.9744</w:t>
        <w:br/>
        <w:t>vn 0.1610 -0.0109 -0.9869</w:t>
        <w:br/>
        <w:t>vn 0.0146 0.2591 -0.9658</w:t>
        <w:br/>
        <w:t>vn 0.0585 0.2962 -0.9533</w:t>
        <w:br/>
        <w:t>vn 0.1270 0.3473 -0.9291</w:t>
        <w:br/>
        <w:t>vn 0.1439 0.3527 -0.9246</w:t>
        <w:br/>
        <w:t>vn -0.0031 0.2976 -0.9547</w:t>
        <w:br/>
        <w:t>vn 0.0426 0.3472 -0.9368</w:t>
        <w:br/>
        <w:t>vn -0.0210 0.2253 -0.9741</w:t>
        <w:br/>
        <w:t>vn 0.0927 0.3283 -0.9400</w:t>
        <w:br/>
        <w:t>vn 0.0888 -0.1074 -0.9903</w:t>
        <w:br/>
        <w:t>vn 0.0093 -0.1106 -0.9938</w:t>
        <w:br/>
        <w:t>vn 0.0335 -0.0599 -0.9976</w:t>
        <w:br/>
        <w:t>vn 0.0851 -0.0438 -0.9954</w:t>
        <w:br/>
        <w:t>vn -0.0685 -0.0927 -0.9933</w:t>
        <w:br/>
        <w:t>vn -0.0687 -0.0843 -0.9941</w:t>
        <w:br/>
        <w:t>vn -0.0215 -0.0864 -0.9960</w:t>
        <w:br/>
        <w:t>vn -0.0294 -0.1233 -0.9919</w:t>
        <w:br/>
        <w:t>vn 0.2856 -0.0675 -0.9560</w:t>
        <w:br/>
        <w:t>vn 0.2135 -0.0830 -0.9734</w:t>
        <w:br/>
        <w:t>vn 0.1772 -0.0367 -0.9835</w:t>
        <w:br/>
        <w:t>vn 0.2452 -0.0365 -0.9688</w:t>
        <w:br/>
        <w:t>vn 0.0702 0.9975 -0.0004</w:t>
        <w:br/>
        <w:t>vn 0.1391 0.9399 -0.3120</w:t>
        <w:br/>
        <w:t>vn 0.2296 0.9206 -0.3159</w:t>
        <w:br/>
        <w:t>vn 0.1194 0.9232 -0.3654</w:t>
        <w:br/>
        <w:t>vn 0.1236 0.6420 -0.7567</w:t>
        <w:br/>
        <w:t>vn 0.1465 0.6938 -0.7051</w:t>
        <w:br/>
        <w:t>vn 0.1000 0.5261 -0.8445</w:t>
        <w:br/>
        <w:t>vn 0.1740 0.7888 -0.5895</w:t>
        <w:br/>
        <w:t>vn 0.0000 0.0614 -0.9981</w:t>
        <w:br/>
        <w:t>vn 0.0000 0.2106 -0.9776</w:t>
        <w:br/>
        <w:t>vn 0.0000 -0.0471 -0.9989</w:t>
        <w:br/>
        <w:t>vn 0.0000 -0.0815 -0.9967</w:t>
        <w:br/>
        <w:t>vn 0.2876 -0.1241 -0.9497</w:t>
        <w:br/>
        <w:t>vn 0.4424 -0.1275 -0.8877</w:t>
        <w:br/>
        <w:t>vn 0.0390 -0.1506 -0.9878</w:t>
        <w:br/>
        <w:t>vn 0.0098 -0.1641 -0.9864</w:t>
        <w:br/>
        <w:t>vn -0.0000 0.2819 -0.9595</w:t>
        <w:br/>
        <w:t>vn 0.3053 -0.1211 -0.9445</w:t>
        <w:br/>
        <w:t>vn 0.1337 -0.1985 -0.9709</w:t>
        <w:br/>
        <w:t>vn 0.1208 -0.1758 -0.9770</w:t>
        <w:br/>
        <w:t>vn 0.1293 -0.1545 -0.9795</w:t>
        <w:br/>
        <w:t>vn 0.0962 -0.1730 -0.9802</w:t>
        <w:br/>
        <w:t>vn 0.0752 -0.1883 -0.9792</w:t>
        <w:br/>
        <w:t>vn 0.0908 -0.1911 -0.9774</w:t>
        <w:br/>
        <w:t>vn 0.6428 -0.1262 -0.7556</w:t>
        <w:br/>
        <w:t>vn 0.4702 -0.1229 -0.8740</w:t>
        <w:br/>
        <w:t>vn 0.0129 0.9991 0.0399</w:t>
        <w:br/>
        <w:t>vn 0.0373 0.9992 0.0139</w:t>
        <w:br/>
        <w:t>vn 0.9559 0.2727 0.1090</w:t>
        <w:br/>
        <w:t>vn 0.9802 0.1047 0.1678</w:t>
        <w:br/>
        <w:t>vn 0.9942 -0.0299 0.1032</w:t>
        <w:br/>
        <w:t>vn -0.2018 -0.9741 0.1017</w:t>
        <w:br/>
        <w:t>vn -0.3945 -0.9121 0.1116</w:t>
        <w:br/>
        <w:t>vn -0.2017 -0.9741 0.1018</w:t>
        <w:br/>
        <w:t>vn 0.8794 0.4755 -0.0218</w:t>
        <w:br/>
        <w:t>vn 0.9210 0.3895 -0.0090</w:t>
        <w:br/>
        <w:t>vn 0.8794 0.4755 -0.0217</w:t>
        <w:br/>
        <w:t>vn 0.9952 -0.0850 0.0475</w:t>
        <w:br/>
        <w:t>vn 0.9941 -0.1060 -0.0240</w:t>
        <w:br/>
        <w:t>vn 0.9941 -0.1060 -0.0241</w:t>
        <w:br/>
        <w:t>vn 0.0000 -0.9960 0.0899</w:t>
        <w:br/>
        <w:t>vn 0.8524 0.5156 0.0869</w:t>
        <w:br/>
        <w:t>vn -0.6093 -0.7881 0.0877</w:t>
        <w:br/>
        <w:t>vn 0.5856 -0.7901 0.1814</w:t>
        <w:br/>
        <w:t>vn 0.4770 -0.8659 0.1508</w:t>
        <w:br/>
        <w:t>vn -0.8009 -0.5988 0.0064</w:t>
        <w:br/>
        <w:t>vn -0.8009 -0.5988 0.0063</w:t>
        <w:br/>
        <w:t>vn -0.7413 -0.6701 0.0378</w:t>
        <w:br/>
        <w:t>vn 0.4290 -0.8929 0.1363</w:t>
        <w:br/>
        <w:t>vn 0.4291 -0.8929 0.1363</w:t>
        <w:br/>
        <w:t>vn 0.4234 -0.8965 0.1306</w:t>
        <w:br/>
        <w:t>vn 0.6452 -0.7155 0.2680</w:t>
        <w:br/>
        <w:t>vn 0.8100 -0.5257 -0.2597</w:t>
        <w:br/>
        <w:t>vn 0.8264 -0.5050 -0.2489</w:t>
        <w:br/>
        <w:t>vn 0.6473 -0.7251 0.2351</w:t>
        <w:br/>
        <w:t>vn 0.8332 0.5272 0.1667</w:t>
        <w:br/>
        <w:t>vn 0.8332 0.5273 0.1668</w:t>
        <w:br/>
        <w:t>vn 0.9996 -0.0270 -0.0100</w:t>
        <w:br/>
        <w:t>vn 0.9996 -0.0270 -0.0099</w:t>
        <w:br/>
        <w:t>vn -0.5843 -0.5762 -0.5715</w:t>
        <w:br/>
        <w:t>vn -0.6301 -0.5112 -0.5845</w:t>
        <w:br/>
        <w:t>vn -0.4149 -0.5981 -0.6857</w:t>
        <w:br/>
        <w:t>vn -0.3604 -0.6717 -0.6472</w:t>
        <w:br/>
        <w:t>vn -0.6597 -0.4833 -0.5755</w:t>
        <w:br/>
        <w:t>vn -0.6844 -0.5547 -0.4732</w:t>
        <w:br/>
        <w:t>vn -0.4331 -0.6720 -0.6008</w:t>
        <w:br/>
        <w:t>vn -0.4168 -0.5637 -0.7131</w:t>
        <w:br/>
        <w:t>vn -0.8650 -0.4690 -0.1787</w:t>
        <w:br/>
        <w:t>vn -0.8913 -0.4491 -0.0616</w:t>
        <w:br/>
        <w:t>vn -0.7625 -0.6057 -0.2275</w:t>
        <w:br/>
        <w:t>vn -0.7527 -0.5935 -0.2851</w:t>
        <w:br/>
        <w:t>vn -0.7784 -0.4094 0.4758</w:t>
        <w:br/>
        <w:t>vn -0.7013 -0.3345 0.6295</w:t>
        <w:br/>
        <w:t>vn -0.5975 -0.6388 0.4846</w:t>
        <w:br/>
        <w:t>vn -0.5946 -0.2621 0.7601</w:t>
        <w:br/>
        <w:t>vn -0.4367 -0.4361 0.7869</w:t>
        <w:br/>
        <w:t>vn -0.6007 -0.6905 -0.4030</w:t>
        <w:br/>
        <w:t>vn -0.7757 -0.5511 -0.3076</w:t>
        <w:br/>
        <w:t>vn -0.2350 -0.1507 0.9602</w:t>
        <w:br/>
        <w:t>vn -0.3081 -0.0735 0.9485</w:t>
        <w:br/>
        <w:t>vn -0.2124 0.0400 0.9764</w:t>
        <w:br/>
        <w:t>vn -0.0000 0.1650 0.9863</w:t>
        <w:br/>
        <w:t>vn -0.1496 0.1957 0.9692</w:t>
        <w:br/>
        <w:t>vn -0.0000 0.2464 0.9692</w:t>
        <w:br/>
        <w:t>vn -0.6305 -0.7683 0.1102</w:t>
        <w:br/>
        <w:t>vn -0.6924 -0.7059 -0.1495</w:t>
        <w:br/>
        <w:t>vn -0.8769 -0.4759 0.0678</w:t>
        <w:br/>
        <w:t>vn -0.8373 -0.4748 0.2710</w:t>
        <w:br/>
        <w:t>vn -0.5713 -0.6031 -0.5567</w:t>
        <w:br/>
        <w:t>vn -0.3363 -0.7013 -0.6286</w:t>
        <w:br/>
        <w:t>vn -0.7701 -0.4434 -0.4586</w:t>
        <w:br/>
        <w:t>vn -0.8049 -0.3916 -0.4459</w:t>
        <w:br/>
        <w:t>vn -0.8469 -0.3622 -0.3893</w:t>
        <w:br/>
        <w:t>vn -0.8702 -0.3879 -0.3038</w:t>
        <w:br/>
        <w:t>vn -0.9433 -0.3256 -0.0651</w:t>
        <w:br/>
        <w:t>vn -0.9592 -0.2609 0.1094</w:t>
        <w:br/>
        <w:t>vn -0.8550 -0.0786 0.5127</w:t>
        <w:br/>
        <w:t>vn -0.7645 -0.0689 0.6409</w:t>
        <w:br/>
        <w:t>vn -0.6613 -0.0013 0.7501</w:t>
        <w:br/>
        <w:t>vn -0.9036 -0.3812 -0.1954</w:t>
        <w:br/>
        <w:t>vn -0.3321 0.1283 0.9345</w:t>
        <w:br/>
        <w:t>vn -0.2343 0.1574 0.9593</w:t>
        <w:br/>
        <w:t>vn -0.1669 0.2277 0.9593</w:t>
        <w:br/>
        <w:t>vn 0.0000 0.2647 0.9643</w:t>
        <w:br/>
        <w:t>vn -0.9437 -0.1830 0.2755</w:t>
        <w:br/>
        <w:t>vn -0.9144 -0.1146 0.3883</w:t>
        <w:br/>
        <w:t>vn -0.7663 -0.4626 -0.4459</w:t>
        <w:br/>
        <w:t>vn -0.0892 0.9917 -0.0929</w:t>
        <w:br/>
        <w:t>vn -0.1160 0.9900 -0.0807</w:t>
        <w:br/>
        <w:t>vn -0.1159 0.9900 -0.0807</w:t>
        <w:br/>
        <w:t>vn 0.0000 0.9951 -0.0993</w:t>
        <w:br/>
        <w:t>vn 0.0000 0.9951 -0.0994</w:t>
        <w:br/>
        <w:t>vn -0.0677 0.9928 -0.0992</w:t>
        <w:br/>
        <w:t>vn -0.4519 -0.1524 0.8790</w:t>
        <w:br/>
        <w:t>vn -0.4977 0.1002 0.8615</w:t>
        <w:br/>
        <w:t>vn -0.1432 0.9864 -0.0807</w:t>
        <w:br/>
        <w:t>vn -0.1301 0.9887 -0.0745</w:t>
        <w:br/>
        <w:t>vn 0.1884 -0.3350 0.9232</w:t>
        <w:br/>
        <w:t>vn 0.2699 -0.2781 0.9219</w:t>
        <w:br/>
        <w:t>vn 0.3584 -0.3136 0.8793</w:t>
        <w:br/>
        <w:t>vn 0.2638 -0.3653 0.8927</w:t>
        <w:br/>
        <w:t>vn 0.3792 -0.2474 0.8916</w:t>
        <w:br/>
        <w:t>vn 0.4514 -0.0216 0.8920</w:t>
        <w:br/>
        <w:t>vn 0.3375 0.0254 0.9410</w:t>
        <w:br/>
        <w:t>vn 0.2633 -0.2137 0.9407</w:t>
        <w:br/>
        <w:t>vn 0.3854 0.5623 0.7317</w:t>
        <w:br/>
        <w:t>vn 0.3814 0.3794 0.8430</w:t>
        <w:br/>
        <w:t>vn 0.4714 0.3197 0.8219</w:t>
        <w:br/>
        <w:t>vn 0.4601 0.5193 0.7202</w:t>
        <w:br/>
        <w:t>vn 0.3932 0.7707 0.5013</w:t>
        <w:br/>
        <w:t>vn 0.3762 0.7702 0.5151</w:t>
        <w:br/>
        <w:t>vn 0.3924 0.7615 0.5159</w:t>
        <w:br/>
        <w:t>vn 0.1782 -0.6157 0.7676</w:t>
        <w:br/>
        <w:t>vn 0.0805 -0.5879 0.8049</w:t>
        <w:br/>
        <w:t>vn 0.0467 -0.6492 0.7592</w:t>
        <w:br/>
        <w:t>vn 0.1464 -0.6716 0.7263</w:t>
        <w:br/>
        <w:t>vn 0.1710 -0.1689 0.9707</w:t>
        <w:br/>
        <w:t>vn 0.1372 -0.2245 0.9648</w:t>
        <w:br/>
        <w:t>vn -0.1169 -0.1772 0.9772</w:t>
        <w:br/>
        <w:t>vn -0.1184 -0.1283 0.9846</w:t>
        <w:br/>
        <w:t>vn -0.2239 -0.0913 0.9703</w:t>
        <w:br/>
        <w:t>vn 0.0536 -0.1558 0.9863</w:t>
        <w:br/>
        <w:t>vn 0.1279 0.0964 0.9871</w:t>
        <w:br/>
        <w:t>vn -0.1518 0.1529 0.9765</w:t>
        <w:br/>
        <w:t>vn -0.0748 0.5135 0.8548</w:t>
        <w:br/>
        <w:t>vn 0.2044 0.4659 0.8609</w:t>
        <w:br/>
        <w:t>vn 0.2307 0.6265 0.7445</w:t>
        <w:br/>
        <w:t>vn -0.0471 0.6624 0.7476</w:t>
        <w:br/>
        <w:t>vn 0.2866 0.7983 0.5296</w:t>
        <w:br/>
        <w:t>vn 0.0657 0.8224 0.5650</w:t>
        <w:br/>
        <w:t>vn 0.0164 0.8107 0.5853</w:t>
        <w:br/>
        <w:t>vn 0.2710 0.7813 0.5622</w:t>
        <w:br/>
        <w:t>vn -0.1111 -0.5897 0.7999</w:t>
        <w:br/>
        <w:t>vn -0.3478 -0.4795 0.8057</w:t>
        <w:br/>
        <w:t>vn -0.2927 -0.4414 0.8482</w:t>
        <w:br/>
        <w:t>vn -0.0458 -0.5297 0.8469</w:t>
        <w:br/>
        <w:t>vn 0.4776 0.1682 0.8623</w:t>
        <w:br/>
        <w:t>vn 0.3747 0.2269 0.8989</w:t>
        <w:br/>
        <w:t>vn 0.1795 0.3098 0.9337</w:t>
        <w:br/>
        <w:t>vn -0.0990 0.3604 0.9275</w:t>
        <w:br/>
        <w:t>vn 0.1668 -0.4303 0.8871</w:t>
        <w:br/>
        <w:t>vn 0.2735 -0.4544 0.8477</w:t>
        <w:br/>
        <w:t>vn -0.3531 -0.4419 0.8247</w:t>
        <w:br/>
        <w:t>vn -0.0969 -0.5318 0.8413</w:t>
        <w:br/>
        <w:t>vn -0.0262 -0.3834 0.9232</w:t>
        <w:br/>
        <w:t>vn -0.2987 -0.3087 0.9030</w:t>
        <w:br/>
        <w:t>vn 0.1674 -0.5950 0.7861</w:t>
        <w:br/>
        <w:t>vn 0.0738 -0.5739 0.8156</w:t>
        <w:br/>
        <w:t>vn 0.3824 0.6938 0.6103</w:t>
        <w:br/>
        <w:t>vn 0.4391 0.6673 0.6016</w:t>
        <w:br/>
        <w:t>vn 0.2557 0.7346 0.6285</w:t>
        <w:br/>
        <w:t>vn -0.0135 0.7611 0.6485</w:t>
        <w:br/>
        <w:t>vn 0.3712 0.7451 0.5541</w:t>
        <w:br/>
        <w:t>vn 0.4149 0.7226 0.5529</w:t>
        <w:br/>
        <w:t>vn 0.2966 0.7951 0.5290</w:t>
        <w:br/>
        <w:t>vn 0.1003 0.8114 0.5758</w:t>
        <w:br/>
        <w:t>vn 0.0861 -0.2898 0.9532</w:t>
        <w:br/>
        <w:t>vn 0.3486 0.7855 0.5112</w:t>
        <w:br/>
        <w:t>vn 0.3818 -0.2216 0.8973</w:t>
        <w:br/>
        <w:t>vn 0.4782 -0.1088 0.8715</w:t>
        <w:br/>
        <w:t>vn 0.6733 -0.1251 0.7287</w:t>
        <w:br/>
        <w:t>vn 0.5256 -0.2572 0.8109</w:t>
        <w:br/>
        <w:t>vn 0.2070 -0.4673 0.8596</w:t>
        <w:br/>
        <w:t>vn 0.1272 -0.4398 0.8891</w:t>
        <w:br/>
        <w:t>vn 0.0314 -0.4034 0.9145</w:t>
        <w:br/>
        <w:t>vn -0.2094 -0.3510 0.9127</w:t>
        <w:br/>
        <w:t>vn -0.1295 -0.2443 0.9610</w:t>
        <w:br/>
        <w:t>vn -0.0682 -0.0590 0.9959</w:t>
        <w:br/>
        <w:t>vn 0.1954 -0.0802 0.9774</w:t>
        <w:br/>
        <w:t>vn 0.0723 0.1134 -0.9909</w:t>
        <w:br/>
        <w:t>vn 0.2606 0.0888 -0.9614</w:t>
        <w:br/>
        <w:t>vn 0.5434 -0.0266 -0.8390</w:t>
        <w:br/>
        <w:t>vn -0.4000 0.2850 -0.7256</w:t>
        <w:br/>
        <w:t>vn -0.2875 -0.0369 -0.9571</w:t>
        <w:br/>
        <w:t>vn -0.2481 0.1615 -0.9552</w:t>
        <w:br/>
        <w:t>vn -0.2874 -0.0369 -0.9571</w:t>
        <w:br/>
        <w:t>vn -0.8730 0.2143 -0.4381</w:t>
        <w:br/>
        <w:t>vn -0.3273 -0.5730 -0.7514</w:t>
        <w:br/>
        <w:t>vn -0.3475 -0.3942 -0.8508</w:t>
        <w:br/>
        <w:t>vn -0.3167 -0.7906 -0.5241</w:t>
        <w:br/>
        <w:t>vn -0.3036 -0.7890 -0.5342</w:t>
        <w:br/>
        <w:t>vn -0.3080 -0.7806 -0.5438</w:t>
        <w:br/>
        <w:t>vn -0.0516 0.6307 -0.7743</w:t>
        <w:br/>
        <w:t>vn -0.0517 0.6307 -0.7743</w:t>
        <w:br/>
        <w:t>vn 0.2520 0.6492 -0.7176</w:t>
        <w:br/>
        <w:t>vn -0.3439 -0.2119 -0.9148</w:t>
        <w:br/>
        <w:t>vn -0.2164 0.4257 -0.8786</w:t>
        <w:br/>
        <w:t>vn 0.6986 0.2015 -0.6865</w:t>
        <w:br/>
        <w:t>vn 0.5244 0.3866 -0.7587</w:t>
        <w:br/>
        <w:t>vn -0.3391 -0.6970 -0.6318</w:t>
        <w:br/>
        <w:t>vn -0.3356 -0.7511 -0.5685</w:t>
        <w:br/>
        <w:t>vn -0.3407 -0.7553 -0.5599</w:t>
        <w:br/>
        <w:t>vn -0.0915 0.0903 -0.9917</w:t>
        <w:br/>
        <w:t>vn 0.5571 0.1055 -0.8237</w:t>
        <w:br/>
        <w:t>vn 0.7725 -0.0491 -0.6332</w:t>
        <w:br/>
        <w:t>vn 0.7345 -0.0806 -0.6738</w:t>
        <w:br/>
        <w:t>vn 0.4217 0.0687 -0.9041</w:t>
        <w:br/>
        <w:t>vn 0.9205 -0.2403 -0.3082</w:t>
        <w:br/>
        <w:t>vn 0.9213 -0.2330 -0.3113</w:t>
        <w:br/>
        <w:t>vn 0.9196 -0.2154 -0.3285</w:t>
        <w:br/>
        <w:t>vn 0.8315 -0.4331 -0.3479</w:t>
        <w:br/>
        <w:t>vn 0.8218 -0.4223 -0.3826</w:t>
        <w:br/>
        <w:t>vn 0.8685 -0.3955 -0.2989</w:t>
        <w:br/>
        <w:t>vn 0.8685 -0.3955 -0.2990</w:t>
        <w:br/>
        <w:t>vn 0.8771 -0.4022 -0.2626</w:t>
        <w:br/>
        <w:t>vn 0.8771 -0.4023 -0.2625</w:t>
        <w:br/>
        <w:t>vn 0.1189 0.5229 -0.8441</w:t>
        <w:br/>
        <w:t>vn 0.1728 0.3943 -0.9026</w:t>
        <w:br/>
        <w:t>vn 0.8808 -0.4032 -0.2484</w:t>
        <w:br/>
        <w:t>vn 0.8247 -0.3834 -0.4157</w:t>
        <w:br/>
        <w:t>vn 0.8769 -0.3221 -0.3568</w:t>
        <w:br/>
        <w:t>vn 0.8671 -0.3045 -0.3942</w:t>
        <w:br/>
        <w:t>vn -0.7831 0.0050 0.6219</w:t>
        <w:br/>
        <w:t>vn -0.7277 -0.0266 0.6854</w:t>
        <w:br/>
        <w:t>vn -0.9580 0.0902 0.2722</w:t>
        <w:br/>
        <w:t>vn -0.9365 0.0661 0.3443</w:t>
        <w:br/>
        <w:t>vn -0.6724 0.2036 0.7116</w:t>
        <w:br/>
        <w:t>vn -0.9012 0.1947 0.3873</w:t>
        <w:br/>
        <w:t>vn -0.9254 0.1376 0.3532</w:t>
        <w:br/>
        <w:t>vn -0.7234 0.0505 0.6886</w:t>
        <w:br/>
        <w:t>vn -0.6001 0.5486 0.5822</w:t>
        <w:br/>
        <w:t>vn -0.8618 0.3619 0.3555</w:t>
        <w:br/>
        <w:t>vn -0.8543 0.3238 0.4066</w:t>
        <w:br/>
        <w:t>vn -0.6040 0.4506 0.6574</w:t>
        <w:br/>
        <w:t>vn -0.5809 0.6649 0.4696</w:t>
        <w:br/>
        <w:t>vn -0.8956 0.3624 0.2580</w:t>
        <w:br/>
        <w:t>vn -0.8892 0.3769 0.2594</w:t>
        <w:br/>
        <w:t>vn -0.6060 0.6435 0.4676</w:t>
        <w:br/>
        <w:t>vn -0.7648 -0.1923 0.6149</w:t>
        <w:br/>
        <w:t>vn -0.9220 0.0224 0.3865</w:t>
        <w:br/>
        <w:t>vn -0.6141 -0.2756 0.7395</w:t>
        <w:br/>
        <w:t>vn -0.7380 -0.1922 0.6468</w:t>
        <w:br/>
        <w:t>vn 0.8535 -0.4145 -0.3157</w:t>
        <w:br/>
        <w:t>vn 0.8535 -0.4145 -0.3158</w:t>
        <w:br/>
        <w:t>vn -0.6233 0.3449 0.7018</w:t>
        <w:br/>
        <w:t>vn -0.8685 0.2666 0.4180</w:t>
        <w:br/>
        <w:t>vn 0.8432 -0.3754 -0.3849</w:t>
        <w:br/>
        <w:t>vn 0.8432 -0.3753 -0.3849</w:t>
        <w:br/>
        <w:t>vn -0.7867 -0.1612 0.5959</w:t>
        <w:br/>
        <w:t>vn -0.7701 -0.0783 0.6331</w:t>
        <w:br/>
        <w:t>vn -0.9418 0.0968 0.3220</w:t>
        <w:br/>
        <w:t>vn -0.9418 0.0619 0.3305</w:t>
        <w:br/>
        <w:t>vn 0.8677 -0.2550 -0.4267</w:t>
        <w:br/>
        <w:t>vn 0.8394 -0.3105 -0.4461</w:t>
        <w:br/>
        <w:t>vn 0.8838 -0.4074 -0.2299</w:t>
        <w:br/>
        <w:t>vn 0.8838 -0.4075 -0.2299</w:t>
        <w:br/>
        <w:t>vn -0.5981 0.6150 0.5138</w:t>
        <w:br/>
        <w:t>vn -0.8762 0.3759 0.3017</w:t>
        <w:br/>
        <w:t>vn 0.8927 -0.3848 -0.2344</w:t>
        <w:br/>
        <w:t>vn -0.1677 0.6880 -0.7061</w:t>
        <w:br/>
        <w:t>vn 0.1310 0.5855 -0.8000</w:t>
        <w:br/>
        <w:t>vn -0.1676 0.6880 -0.7061</w:t>
        <w:br/>
        <w:t>vn -0.7703 0.6143 -0.1709</w:t>
        <w:br/>
        <w:t>vn -0.7247 0.5485 0.4171</w:t>
        <w:br/>
        <w:t>vn -0.8842 0.3834 0.2667</w:t>
        <w:br/>
        <w:t>vn 0.9212 -0.1758 -0.3470</w:t>
        <w:br/>
        <w:t>vn 0.8943 -0.0448 -0.4453</w:t>
        <w:br/>
        <w:t>vn 0.7725 -0.0491 -0.6331</w:t>
        <w:br/>
        <w:t>vn 0.9053 -0.1982 -0.3757</w:t>
        <w:br/>
        <w:t>vn -0.7207 -0.1539 0.6760</w:t>
        <w:br/>
        <w:t>vn -0.6338 -0.2371 0.7363</w:t>
        <w:br/>
        <w:t>vn -0.9542 0.0586 0.2933</w:t>
        <w:br/>
        <w:t>vn -0.7183 -0.0812 0.6910</w:t>
        <w:br/>
        <w:t>vn -0.9784 0.0513 0.2002</w:t>
        <w:br/>
        <w:t>vn -0.9646 0.0597 0.2569</w:t>
        <w:br/>
        <w:t>vn -0.9741 -0.1835 0.1323</w:t>
        <w:br/>
        <w:t>vn -0.0900 0.8031 0.5890</w:t>
        <w:br/>
        <w:t>vn -0.2680 -0.0418 0.9625</w:t>
        <w:br/>
        <w:t>vn 0.5596 -0.0113 -0.8287</w:t>
        <w:br/>
        <w:t>vn 0.4058 0.7581 0.5105</w:t>
        <w:br/>
        <w:t>vn 0.4126 0.7535 0.5118</w:t>
        <w:br/>
        <w:t>vn -0.3117 -0.7827 -0.5388</w:t>
        <w:br/>
        <w:t>vn -0.2826 -0.8143 -0.5070</w:t>
        <w:br/>
        <w:t>vn -0.2980 -0.7912 -0.5341</w:t>
        <w:br/>
        <w:t>vn -0.3296 -0.8148 -0.4770</w:t>
        <w:br/>
        <w:t>vn -0.2834 -0.8268 -0.4859</w:t>
        <w:br/>
        <w:t>vn -0.3506 -0.7634 -0.5425</w:t>
        <w:br/>
        <w:t>vn -0.3632 -0.7828 -0.5052</w:t>
        <w:br/>
        <w:t>vn 0.4864 -0.0256 0.8733</w:t>
        <w:br/>
        <w:t>vn 0.6783 -0.0232 0.7344</w:t>
        <w:br/>
        <w:t>vn -0.0130 -0.0124 0.9998</w:t>
        <w:br/>
        <w:t>vn 0.2189 -0.0234 0.9755</w:t>
        <w:br/>
        <w:t>vn -0.1068 0.0327 -0.9937</w:t>
        <w:br/>
        <w:t>vn 0.8659 0.0257 -0.4995</w:t>
        <w:br/>
        <w:t>vn -0.9633 0.0212 0.2676</w:t>
        <w:br/>
        <w:t>vn -0.1951 -0.0042 0.9808</w:t>
        <w:br/>
        <w:t>vn 0.4630 0.0026 0.8864</w:t>
        <w:br/>
        <w:t>vn 0.6385 0.0031 0.7696</w:t>
        <w:br/>
        <w:t>vn 0.0102 0.0086 0.9999</w:t>
        <w:br/>
        <w:t>vn 0.2277 0.0023 0.9737</w:t>
        <w:br/>
        <w:t>vn -0.0735 0.0093 -0.9973</w:t>
        <w:br/>
        <w:t>vn 0.8663 0.0378 -0.4982</w:t>
        <w:br/>
        <w:t>vn -0.9463 0.0230 0.3225</w:t>
        <w:br/>
        <w:t>vn -0.1681 0.0143 0.9857</w:t>
        <w:br/>
        <w:t>vn -0.4230 0.0470 0.9049</w:t>
        <w:br/>
        <w:t>vn -0.4650 0.2313 0.8545</w:t>
        <w:br/>
        <w:t>vn -0.4047 0.2293 0.8852</w:t>
        <w:br/>
        <w:t>vn -0.3831 0.0549 0.9221</w:t>
        <w:br/>
        <w:t>vn -0.3935 0.6558 0.6443</w:t>
        <w:br/>
        <w:t>vn -0.2991 0.7138 0.6332</w:t>
        <w:br/>
        <w:t>vn -0.2975 0.7072 0.6414</w:t>
        <w:br/>
        <w:t>vn -0.3558 0.6491 0.6724</w:t>
        <w:br/>
        <w:t>vn -0.3769 -0.1699 0.9105</w:t>
        <w:br/>
        <w:t>vn -0.3823 -0.1602 0.9101</w:t>
        <w:br/>
        <w:t>vn -0.3933 -0.3442 0.8526</w:t>
        <w:br/>
        <w:t>vn -0.3702 -0.3405 0.8643</w:t>
        <w:br/>
        <w:t>vn -0.1836 0.1308 0.9743</w:t>
        <w:br/>
        <w:t>vn -0.2264 -0.1045 0.9684</w:t>
        <w:br/>
        <w:t>vn -0.1423 -0.1202 0.9825</w:t>
        <w:br/>
        <w:t>vn -0.0777 0.1146 0.9904</w:t>
        <w:br/>
        <w:t>vn 0.1432 0.6752 0.7236</w:t>
        <w:br/>
        <w:t>vn 0.0851 0.6864 0.7222</w:t>
        <w:br/>
        <w:t>vn -0.0044 0.5370 0.8436</w:t>
        <w:br/>
        <w:t>vn 0.0985 0.5213 0.8477</w:t>
        <w:br/>
        <w:t>vn -0.1206 -0.5239 0.8432</w:t>
        <w:br/>
        <w:t>vn -0.0896 -0.5067 0.8574</w:t>
        <w:br/>
        <w:t>vn -0.1542 -0.4806 0.8633</w:t>
        <w:br/>
        <w:t>vn -0.1325 -0.5271 0.8394</w:t>
        <w:br/>
        <w:t>vn -0.0143 -0.2272 0.9738</w:t>
        <w:br/>
        <w:t>vn -0.0931 -0.2542 0.9627</w:t>
        <w:br/>
        <w:t>vn -0.0827 -0.2975 0.9511</w:t>
        <w:br/>
        <w:t>vn 0.0081 -0.2155 0.9765</w:t>
        <w:br/>
        <w:t>vn -0.4091 0.5256 0.7459</w:t>
        <w:br/>
        <w:t>vn -0.4629 0.5318 0.7092</w:t>
        <w:br/>
        <w:t>vn 0.1363 0.7700 0.6233</w:t>
        <w:br/>
        <w:t>vn 0.1308 0.7587 0.6382</w:t>
        <w:br/>
        <w:t>vn 0.1563 0.7533 0.6388</w:t>
        <w:br/>
        <w:t>vn 0.0929 -0.1506 0.9842</w:t>
        <w:br/>
        <w:t>vn 0.0139 -0.1500 0.9886</w:t>
        <w:br/>
        <w:t>vn 0.1196 -0.1438 0.9824</w:t>
        <w:br/>
        <w:t>vn 0.1670 -0.1425 0.9756</w:t>
        <w:br/>
        <w:t>vn -0.2287 -0.2111 0.9503</w:t>
        <w:br/>
        <w:t>vn -0.1086 -0.2091 0.9719</w:t>
        <w:br/>
        <w:t>vn -0.2254 -0.3819 0.8963</w:t>
        <w:br/>
        <w:t>vn -0.3492 -0.3370 0.8744</w:t>
        <w:br/>
        <w:t>vn -0.5403 0.2218 0.8117</w:t>
        <w:br/>
        <w:t>vn -0.4963 0.0238 0.8678</w:t>
        <w:br/>
        <w:t>vn -0.5020 -0.0132 0.8648</w:t>
        <w:br/>
        <w:t>vn -0.5050 0.1969 0.8404</w:t>
        <w:br/>
        <w:t>vn -0.3309 -0.4345 0.8377</w:t>
        <w:br/>
        <w:t>vn -0.3897 -0.3634 0.8462</w:t>
        <w:br/>
        <w:t>vn -0.0447 -0.1301 0.9905</w:t>
        <w:br/>
        <w:t>vn -0.0129 -0.1483 0.9889</w:t>
        <w:br/>
        <w:t>vn -0.0712 0.7019 0.7087</w:t>
        <w:br/>
        <w:t>vn -0.2035 0.5499 0.8100</w:t>
        <w:br/>
        <w:t>vn 0.1121 -0.1031 0.9883</w:t>
        <w:br/>
        <w:t>vn 0.1216 -0.1414 0.9825</w:t>
        <w:br/>
        <w:t>vn -0.0660 -0.2439 0.9675</w:t>
        <w:br/>
        <w:t>vn -0.1668 -0.4112 0.8962</w:t>
        <w:br/>
        <w:t>vn -0.3930 -0.0619 0.9175</w:t>
        <w:br/>
        <w:t>vn -0.3707 0.1643 0.9141</w:t>
        <w:br/>
        <w:t>vn -0.2570 0.6951 0.6714</w:t>
        <w:br/>
        <w:t>vn 0.0401 0.7672 0.6401</w:t>
        <w:br/>
        <w:t>vn -0.0988 0.7591 0.6434</w:t>
        <w:br/>
        <w:t>vn -0.2419 -0.4969 0.8334</w:t>
        <w:br/>
        <w:t>vn -0.3046 -0.4143 0.8576</w:t>
        <w:br/>
        <w:t>vn -0.3993 -0.3515 0.8467</w:t>
        <w:br/>
        <w:t>vn 0.0248 -0.1851 0.9824</w:t>
        <w:br/>
        <w:t>vn -0.4916 0.5396 0.6835</w:t>
        <w:br/>
        <w:t>vn -0.3846 0.5479 0.7429</w:t>
        <w:br/>
        <w:t>vn -0.3872 0.6726 0.6306</w:t>
        <w:br/>
        <w:t>vn -0.4807 0.3924 0.7842</w:t>
        <w:br/>
        <w:t>vn -0.4172 0.3873 0.8222</w:t>
        <w:br/>
        <w:t>vn -0.1014 0.3486 0.9318</w:t>
        <w:br/>
        <w:t>vn 0.0222 0.3288 0.9441</w:t>
        <w:br/>
        <w:t>vn -0.2100 -0.3268 0.9214</w:t>
        <w:br/>
        <w:t>vn -0.1289 -0.3567 0.9253</w:t>
        <w:br/>
        <w:t>vn -0.3048 0.3709 0.8772</w:t>
        <w:br/>
        <w:t>vn -0.3685 -0.2648 0.8911</w:t>
        <w:br/>
        <w:t>vn -0.4614 0.3823 0.8006</w:t>
        <w:br/>
        <w:t>vn -0.5385 0.3903 0.7468</w:t>
        <w:br/>
        <w:t>vn -0.4580 -0.2145 0.8627</w:t>
        <w:br/>
        <w:t>vn -0.4220 -0.1879 0.8869</w:t>
        <w:br/>
        <w:t>vn -0.2369 0.7350 0.6353</w:t>
        <w:br/>
        <w:t>vn -0.1539 0.7369 0.6583</w:t>
        <w:br/>
        <w:t>vn -0.2532 0.7182 0.6482</w:t>
        <w:br/>
        <w:t>vn -0.4433 -0.3285 0.8340</w:t>
        <w:br/>
        <w:t>vn -0.4079 -0.3833 0.8287</w:t>
        <w:br/>
        <w:t>vn 0.0573 -0.1808 0.9819</w:t>
        <w:br/>
        <w:t>vn 0.1128 -0.1614 0.9804</w:t>
        <w:br/>
        <w:t>vn -0.3881 -0.4030 0.8288</w:t>
        <w:br/>
        <w:t>vn -0.3787 -0.3334 0.8634</w:t>
        <w:br/>
        <w:t>vn -0.0500 -0.1100 0.9927</w:t>
        <w:br/>
        <w:t>vn 0.0281 -0.1405 0.9897</w:t>
        <w:br/>
        <w:t>vn -0.1545 -0.4205 0.8940</w:t>
        <w:br/>
        <w:t>vn 0.0773 0.7679 0.6359</w:t>
        <w:br/>
        <w:t>vn -0.0253 0.7564 0.6536</w:t>
        <w:br/>
        <w:t>vn -0.2260 -0.5168 0.8257</w:t>
        <w:br/>
        <w:t>vn -0.3995 0.0295 -0.9163</w:t>
        <w:br/>
        <w:t>vn -0.1174 -0.0624 -0.9911</w:t>
        <w:br/>
        <w:t>vn -0.2723 0.0681 -0.9598</w:t>
        <w:br/>
        <w:t>vn -0.6771 0.0997 -0.7291</w:t>
        <w:br/>
        <w:t>vn -0.7698 0.1121 -0.6283</w:t>
        <w:br/>
        <w:t>vn -0.7555 0.0895 -0.6490</w:t>
        <w:br/>
        <w:t>vn -0.4147 0.1567 -0.8964</w:t>
        <w:br/>
        <w:t>vn -0.5067 0.2368 -0.8289</w:t>
        <w:br/>
        <w:t>vn -0.0134 -0.3911 -0.9202</w:t>
        <w:br/>
        <w:t>vn -0.0167 -0.4570 -0.8893</w:t>
        <w:br/>
        <w:t>vn -0.0133 -0.3911 -0.9202</w:t>
        <w:br/>
        <w:t>vn -0.0296 -0.2353 -0.9715</w:t>
        <w:br/>
        <w:t>vn -0.4992 -0.0240 -0.8661</w:t>
        <w:br/>
        <w:t>vn -0.5838 0.2075 -0.7849</w:t>
        <w:br/>
        <w:t>vn -0.7910 0.0915 -0.6049</w:t>
        <w:br/>
        <w:t>vn -0.7641 0.1396 -0.6298</w:t>
        <w:br/>
        <w:t>vn -0.8740 0.1748 -0.4534</w:t>
        <w:br/>
        <w:t>vn -0.9018 0.1454 -0.4070</w:t>
        <w:br/>
        <w:t>vn -0.9339 0.1096 -0.3403</w:t>
        <w:br/>
        <w:t>vn -0.8309 0.1764 -0.5277</w:t>
        <w:br/>
        <w:t>vn -0.8211 0.1682 -0.5455</w:t>
        <w:br/>
        <w:t>vn -0.9367 -0.0267 -0.3491</w:t>
        <w:br/>
        <w:t>vn -0.9588 0.0061 -0.2840</w:t>
        <w:br/>
        <w:t>vn -0.8141 0.1798 -0.5522</w:t>
        <w:br/>
        <w:t>vn -0.9853 -0.1666 0.0382</w:t>
        <w:br/>
        <w:t>vn -0.9853 -0.1667 0.0383</w:t>
        <w:br/>
        <w:t>vn -0.9181 -0.3942 0.0407</w:t>
        <w:br/>
        <w:t>vn -0.9181 -0.3942 0.0406</w:t>
        <w:br/>
        <w:t>vn -0.9748 -0.0886 -0.2047</w:t>
        <w:br/>
        <w:t>vn -0.9064 -0.0148 -0.4221</w:t>
        <w:br/>
        <w:t>vn -0.9874 -0.1481 -0.0554</w:t>
        <w:br/>
        <w:t>vn -0.8299 0.1930 -0.5234</w:t>
        <w:br/>
        <w:t>vn 0.5121 0.6252 -0.5890</w:t>
        <w:br/>
        <w:t>vn 0.5121 0.6252 -0.5889</w:t>
        <w:br/>
        <w:t>vn 0.5081 0.6440 -0.5719</w:t>
        <w:br/>
        <w:t>vn 0.5081 0.6440 -0.5720</w:t>
        <w:br/>
        <w:t>vn -0.9219 0.0026 -0.3874</w:t>
        <w:br/>
        <w:t>vn -0.9867 -0.1626 -0.0013</w:t>
        <w:br/>
        <w:t>vn -0.9867 -0.1625 -0.0012</w:t>
        <w:br/>
        <w:t>vn -0.9036 0.0251 -0.4277</w:t>
        <w:br/>
        <w:t>vn -0.8740 0.1748 -0.4535</w:t>
        <w:br/>
        <w:t>vn -0.8316 0.1938 -0.5204</w:t>
        <w:br/>
        <w:t>vn -0.8317 0.1938 -0.5204</w:t>
        <w:br/>
        <w:t>vn 0.5125 0.5775 -0.6356</w:t>
        <w:br/>
        <w:t>vn 0.5125 0.5775 -0.6355</w:t>
        <w:br/>
        <w:t>vn 0.5174 0.5912 -0.6187</w:t>
        <w:br/>
        <w:t>vn 0.5062 0.5786 -0.6395</w:t>
        <w:br/>
        <w:t>vn 0.5061 0.5786 -0.6395</w:t>
        <w:br/>
        <w:t>vn -0.1615 -0.5000 0.8508</w:t>
        <w:br/>
        <w:t>vn 0.2251 -0.0723 0.9717</w:t>
        <w:br/>
        <w:t>vn -0.8672 0.4218 0.2646</w:t>
        <w:br/>
        <w:t>vn 0.8284 -0.4310 0.3578</w:t>
        <w:br/>
        <w:t>vn 0.7399 -0.2376 0.6294</w:t>
        <w:br/>
        <w:t>vn 0.6019 -0.0921 0.7932</w:t>
        <w:br/>
        <w:t>vn 0.4475 -0.8452 0.2921</w:t>
        <w:br/>
        <w:t>vn 0.9362 -0.3508 0.0199</w:t>
        <w:br/>
        <w:t>vn 0.5434 -0.0266 -0.8391</w:t>
        <w:br/>
        <w:t>vn 0.3578 -0.2350 0.9037</w:t>
        <w:br/>
        <w:t>vn 0.0054 -0.0903 0.9959</w:t>
        <w:br/>
        <w:t>vn 0.1122 -0.1031 0.9883</w:t>
        <w:br/>
        <w:t>vn 0.0864 -0.0487 0.9951</w:t>
        <w:br/>
        <w:t>vn -0.0500 -0.1101 0.9927</w:t>
        <w:br/>
        <w:t>vn -0.7996 -0.6001 0.0230</w:t>
        <w:br/>
        <w:t>vn -0.9739 -0.1835 0.1336</w:t>
        <w:br/>
        <w:t>vn -0.6119 0.1341 -0.7795</w:t>
        <w:br/>
        <w:t>vn 0.8628 0.4488 0.2327</w:t>
        <w:br/>
        <w:t>vn 0.9670 0.2100 -0.1445</w:t>
        <w:br/>
        <w:t>vn 0.9412 0.3377 -0.0107</w:t>
        <w:br/>
        <w:t>vn 0.9463 0.1148 -0.3022</w:t>
        <w:br/>
        <w:t>vn 0.9789 0.0331 -0.2018</w:t>
        <w:br/>
        <w:t>vn 0.9987 -0.0133 0.0489</w:t>
        <w:br/>
        <w:t>vn 0.9962 -0.0659 -0.0566</w:t>
        <w:br/>
        <w:t>vn 0.8376 -0.3021 -0.4551</w:t>
        <w:br/>
        <w:t>vn 0.9491 -0.2098 -0.2351</w:t>
        <w:br/>
        <w:t>vn 0.9951 -0.0987 -0.0105</w:t>
        <w:br/>
        <w:t>vn 0.9944 -0.0122 0.1050</w:t>
        <w:br/>
        <w:t>vn 0.9899 0.0521 0.1315</w:t>
        <w:br/>
        <w:t>vn 0.9931 0.0548 0.1037</w:t>
        <w:br/>
        <w:t>vn 0.9124 0.1931 0.3609</w:t>
        <w:br/>
        <w:t>vn 0.7565 0.2019 0.6221</w:t>
        <w:br/>
        <w:t>vn 0.9482 0.1840 0.2590</w:t>
        <w:br/>
        <w:t>vn 0.9932 -0.0420 0.1084</w:t>
        <w:br/>
        <w:t>vn 0.9931 -0.1111 -0.0373</w:t>
        <w:br/>
        <w:t>vn 0.9904 -0.0320 0.1343</w:t>
        <w:br/>
        <w:t>vn 0.9391 -0.2271 -0.2579</w:t>
        <w:br/>
        <w:t>vn 0.8486 -0.3043 -0.4328</w:t>
        <w:br/>
        <w:t>vn 0.8437 -0.3729 -0.3860</w:t>
        <w:br/>
        <w:t>vn 0.9817 0.1863 -0.0397</w:t>
        <w:br/>
        <w:t>vn 0.9607 0.2525 0.1155</w:t>
        <w:br/>
        <w:t>vn 0.9854 0.1544 -0.0714</w:t>
        <w:br/>
        <w:t>vn 0.9951 0.0022 0.0988</w:t>
        <w:br/>
        <w:t>vn -0.0181 0.9169 0.3987</w:t>
        <w:br/>
        <w:t>vn 0.8165 -0.5024 -0.2845</w:t>
        <w:br/>
        <w:t>vn 0.8297 -0.4115 -0.3771</w:t>
        <w:br/>
        <w:t>vn 0.9926 0.0617 -0.1050</w:t>
        <w:br/>
        <w:t>vn 0.9984 0.0109 0.0553</w:t>
        <w:br/>
        <w:t>vn 0.9899 0.0906 -0.1090</w:t>
        <w:br/>
        <w:t>vn 0.6676 0.3584 0.6526</w:t>
        <w:br/>
        <w:t>vn 0.8653 0.3311 0.3763</w:t>
        <w:br/>
        <w:t>vn 0.8759 0.3091 0.3705</w:t>
        <w:br/>
        <w:t>vn -0.1218 0.8221 0.5562</w:t>
        <w:br/>
        <w:t>vn -0.0758 0.9081 0.4118</w:t>
        <w:br/>
        <w:t>vn 0.4606 0.4084 0.7880</w:t>
        <w:br/>
        <w:t>vn 0.4099 0.4484 0.7944</w:t>
        <w:br/>
        <w:t>vn 0.0526 -0.7619 0.6456</w:t>
        <w:br/>
        <w:t>vn 0.0525 -0.7619 0.6456</w:t>
        <w:br/>
        <w:t>vn -0.0271 -0.9352 0.3532</w:t>
        <w:br/>
        <w:t>vn -0.0271 -0.9352 0.3531</w:t>
        <w:br/>
        <w:t>vn 0.0814 0.7524 -0.6536</w:t>
        <w:br/>
        <w:t>vn 0.1583 0.9208 -0.3565</w:t>
        <w:br/>
        <w:t>vn -0.2817 -0.9081 -0.3098</w:t>
        <w:br/>
        <w:t>vn -0.1461 -0.9891 -0.0185</w:t>
        <w:br/>
        <w:t>vn -0.2816 -0.9081 -0.3098</w:t>
        <w:br/>
        <w:t>vn 0.4865 0.8140 0.3174</w:t>
        <w:br/>
        <w:t>vn 0.2782 0.9588 0.0570</w:t>
        <w:br/>
        <w:t>vn 0.1859 0.2068 -0.9606</w:t>
        <w:br/>
        <w:t>vn 0.3056 0.1351 -0.9425</w:t>
        <w:br/>
        <w:t>vn 0.0632 -0.0872 0.9942</w:t>
        <w:br/>
        <w:t>vn 0.2203 -0.2874 0.9321</w:t>
        <w:br/>
        <w:t>vn 0.0806 -0.5879 0.8049</w:t>
        <w:br/>
        <w:t>vn 0.0555 0.5301 -0.8461</w:t>
        <w:br/>
        <w:t>vn 0.9964 0.0392 0.0746</w:t>
        <w:br/>
        <w:t>vn -0.1633 0.4127 -0.8961</w:t>
        <w:br/>
        <w:t>vn 0.6285 0.7025 0.3338</w:t>
        <w:br/>
        <w:t>vn -0.5144 -0.7406 -0.4323</w:t>
        <w:br/>
        <w:t>vn -0.6294 -0.6373 -0.4447</w:t>
        <w:br/>
        <w:t>vn 0.1797 -0.4656 0.8665</w:t>
        <w:br/>
        <w:t>vn 0.0897 0.3234 -0.9420</w:t>
        <w:br/>
        <w:t>vn 0.0896 0.3234 -0.9420</w:t>
        <w:br/>
        <w:t>vn -0.2254 -0.0031 0.9743</w:t>
        <w:br/>
        <w:t>vn -0.4917 0.0222 0.8705</w:t>
        <w:br/>
        <w:t>vn 0.4944 0.0578 -0.8673</w:t>
        <w:br/>
        <w:t>vn 0.6112 0.0296 -0.7909</w:t>
        <w:br/>
        <w:t>vn -0.6036 0.0305 0.7967</w:t>
        <w:br/>
        <w:t>vn 0.9724 0.1551 -0.1741</w:t>
        <w:br/>
        <w:t>vn 0.7344 0.2693 0.6230</w:t>
        <w:br/>
        <w:t>vn 0.9760 0.2176 -0.0060</w:t>
        <w:br/>
        <w:t>vn 0.9376 0.0875 -0.3366</w:t>
        <w:br/>
        <w:t>vn 0.8759 0.3091 0.3706</w:t>
        <w:br/>
        <w:t>vn 0.9481 0.1841 0.2591</w:t>
        <w:br/>
        <w:t>vn 0.2934 0.5481 0.7833</w:t>
        <w:br/>
        <w:t>vn -0.7524 -0.4939 0.4358</w:t>
        <w:br/>
        <w:t>vn 0.9957 0.0391 0.0839</w:t>
        <w:br/>
        <w:t>vn 0.7224 -0.2985 -0.6237</w:t>
        <w:br/>
        <w:t>vn 0.3971 -0.2019 -0.8953</w:t>
        <w:br/>
        <w:t>vn 0.2001 -0.2023 -0.9587</w:t>
        <w:br/>
        <w:t>vn 0.2499 -0.2036 -0.9466</w:t>
        <w:br/>
        <w:t>vn 0.0033 -0.2141 -0.9768</w:t>
        <w:br/>
        <w:t>vn 0.0984 -0.1992 -0.9750</w:t>
        <w:br/>
        <w:t>vn -0.1018 -0.2442 -0.9644</w:t>
        <w:br/>
        <w:t>vn -0.0000 -0.2617 -0.9651</w:t>
        <w:br/>
        <w:t>vn -0.0000 -0.2616 -0.9652</w:t>
        <w:br/>
        <w:t>vn 0.2728 -0.8135 0.5136</w:t>
        <w:br/>
        <w:t>vn -0.0253 -0.8794 0.4754</w:t>
        <w:br/>
        <w:t>vn 0.1529 0.8496 -0.5047</w:t>
        <w:br/>
        <w:t>vn 0.0532 0.8138 -0.5787</w:t>
        <w:br/>
        <w:t>vn 0.0532 0.8138 -0.5786</w:t>
        <w:br/>
        <w:t>vn 0.1529 0.8497 -0.5047</w:t>
        <w:br/>
        <w:t>vn 0.5871 -0.6345 0.5028</w:t>
        <w:br/>
        <w:t>vn 0.5871 -0.6345 0.5027</w:t>
        <w:br/>
        <w:t>vn 0.0532 -0.8607 0.5063</w:t>
        <w:br/>
        <w:t>vn -0.0369 0.8772 -0.4787</w:t>
        <w:br/>
        <w:t>vn -0.0277 0.8113 -0.5840</w:t>
        <w:br/>
        <w:t>vn -0.0277 0.8112 -0.5840</w:t>
        <w:br/>
        <w:t>vn 0.0784 -0.8856 0.4578</w:t>
        <w:br/>
        <w:t>vn -0.0695 0.8918 -0.4471</w:t>
        <w:br/>
        <w:t>vn -0.0000 -0.9188 0.3947</w:t>
        <w:br/>
        <w:t>vn -0.0000 0.8874 -0.4610</w:t>
        <w:br/>
        <w:t>vn -0.0356 0.9309 0.3635</w:t>
        <w:br/>
        <w:t>vn -0.0597 0.9293 0.3644</w:t>
        <w:br/>
        <w:t>vn -0.0877 0.7905 0.6062</w:t>
        <w:br/>
        <w:t>vn -0.1023 0.8127 0.5737</w:t>
        <w:br/>
        <w:t>vn -0.3691 0.4293 0.8243</w:t>
        <w:br/>
        <w:t>vn -0.7564 0.2019 0.6221</w:t>
        <w:br/>
        <w:t>vn -0.7343 0.2694 0.6231</w:t>
        <w:br/>
        <w:t>vn -0.1375 0.3719 -0.9180</w:t>
        <w:br/>
        <w:t>vn -0.1000 0.6716 -0.7342</w:t>
        <w:br/>
        <w:t>vn -0.0827 0.6751 -0.7331</w:t>
        <w:br/>
        <w:t>vn -0.4674 0.4558 0.7575</w:t>
        <w:br/>
        <w:t>vn -0.3133 0.4877 0.8148</w:t>
        <w:br/>
        <w:t>vn -0.4098 0.4484 0.7944</w:t>
        <w:br/>
        <w:t>vn -0.2673 0.6328 0.7267</w:t>
        <w:br/>
        <w:t>vn -0.2777 0.5541 0.7847</w:t>
        <w:br/>
        <w:t>vn -0.1719 0.0873 -0.9812</w:t>
        <w:br/>
        <w:t>vn -0.1166 0.9003 -0.4193</w:t>
        <w:br/>
        <w:t>vn -0.0932 0.9035 -0.4182</w:t>
        <w:br/>
        <w:t>vn -0.1192 0.9928 -0.0125</w:t>
        <w:br/>
        <w:t>vn -0.0934 0.9955 -0.0125</w:t>
        <w:br/>
        <w:t>vn -0.1492 -0.1072 -0.9830</w:t>
        <w:br/>
        <w:t>vn -0.1519 -0.1698 -0.9737</w:t>
        <w:br/>
        <w:t>vn -0.9829 -0.0074 0.1841</w:t>
        <w:br/>
        <w:t>vn -0.9943 -0.0941 0.0496</w:t>
        <w:br/>
        <w:t>vn -0.9962 -0.0809 0.0327</w:t>
        <w:br/>
        <w:t>vn -0.9876 0.0019 0.1569</w:t>
        <w:br/>
        <w:t>vn -0.9574 -0.1792 -0.2266</w:t>
        <w:br/>
        <w:t>vn -0.9252 -0.2425 -0.2919</w:t>
        <w:br/>
        <w:t>vn -0.9600 0.1587 0.2307</w:t>
        <w:br/>
        <w:t>vn -0.9141 0.3218 -0.2466</w:t>
        <w:br/>
        <w:t>vn -0.9332 0.3326 -0.1360</w:t>
        <w:br/>
        <w:t>vn -0.9837 0.0941 0.1530</w:t>
        <w:br/>
        <w:t>vn -0.8258 -0.3457 -0.4456</w:t>
        <w:br/>
        <w:t>vn -0.8100 -0.5258 -0.2597</w:t>
        <w:br/>
        <w:t>vn -0.8265 -0.5050 -0.2489</w:t>
        <w:br/>
        <w:t>vn -0.9543 -0.1901 -0.2306</w:t>
        <w:br/>
        <w:t>vn -0.9965 -0.0831 0.0027</w:t>
        <w:br/>
        <w:t>vn -0.9883 0.0453 0.1455</w:t>
        <w:br/>
        <w:t>vn -0.0643 -0.1696 -0.9834</w:t>
        <w:br/>
        <w:t>vn -0.0702 -0.1884 -0.9796</w:t>
        <w:br/>
        <w:t>vn -0.2745 -0.2543 -0.9273</w:t>
        <w:br/>
        <w:t>vn -0.2607 -0.2390 -0.9354</w:t>
        <w:br/>
        <w:t>vn -0.0120 -0.2113 -0.9773</w:t>
        <w:br/>
        <w:t>vn -0.0154 -0.1927 -0.9811</w:t>
        <w:br/>
        <w:t>vn -0.1371 0.8299 0.5409</w:t>
        <w:br/>
        <w:t>vn -0.8754 -0.2782 -0.3954</w:t>
        <w:br/>
        <w:t>vn -0.8821 -0.2388 -0.4060</w:t>
        <w:br/>
        <w:t>vn -0.8718 -0.2658 -0.4114</w:t>
        <w:br/>
        <w:t>vn -0.8835 -0.2841 -0.3724</w:t>
        <w:br/>
        <w:t>vn -0.9728 -0.1969 -0.1218</w:t>
        <w:br/>
        <w:t>vn -0.9913 -0.1104 -0.0716</w:t>
        <w:br/>
        <w:t>vn -0.9167 -0.2231 -0.3314</w:t>
        <w:br/>
        <w:t>vn -0.7406 -0.3175 -0.5922</w:t>
        <w:br/>
        <w:t>vn -0.7740 -0.3273 -0.5420</w:t>
        <w:br/>
        <w:t>vn -0.9850 -0.1713 0.0224</w:t>
        <w:br/>
        <w:t>vn -0.9428 -0.1600 0.2923</w:t>
        <w:br/>
        <w:t>vn -0.9302 -0.1825 0.3185</w:t>
        <w:br/>
        <w:t>vn -0.9805 -0.1954 0.0191</w:t>
        <w:br/>
        <w:t>vn -0.7823 -0.3612 0.5075</w:t>
        <w:br/>
        <w:t>vn -0.8901 -0.3763 0.2571</w:t>
        <w:br/>
        <w:t>vn -0.8208 -0.1679 0.5460</w:t>
        <w:br/>
        <w:t>vn -0.9712 0.0433 -0.2345</w:t>
        <w:br/>
        <w:t>vn -0.9990 0.0077 0.0449</w:t>
        <w:br/>
        <w:t>vn -0.9941 -0.1049 0.0260</w:t>
        <w:br/>
        <w:t>vn -0.9653 -0.1079 -0.2379</w:t>
        <w:br/>
        <w:t>vn -0.9528 -0.1018 0.2859</w:t>
        <w:br/>
        <w:t>vn -0.9588 -0.0049 0.2839</w:t>
        <w:br/>
        <w:t>vn -0.8486 -0.0835 0.5225</w:t>
        <w:br/>
        <w:t>vn -0.8621 -0.0010 0.5067</w:t>
        <w:br/>
        <w:t>vn -0.4842 -0.1433 0.8631</w:t>
        <w:br/>
        <w:t>vn -0.3069 -0.1499 0.9399</w:t>
        <w:br/>
        <w:t>vn -0.3342 -0.1857 0.9240</w:t>
        <w:br/>
        <w:t>vn -0.5018 -0.1799 0.8461</w:t>
        <w:br/>
        <w:t>vn -0.5257 -0.2137 0.8234</w:t>
        <w:br/>
        <w:t>vn -0.7056 -0.2661 0.6567</w:t>
        <w:br/>
        <w:t>vn -0.7286 -0.1681 0.6640</w:t>
        <w:br/>
        <w:t>vn -0.4630 -0.0260 0.8860</w:t>
        <w:br/>
        <w:t>vn -0.7216 -0.0043 0.6923</w:t>
        <w:br/>
        <w:t>vn -0.7153 0.0283 0.6983</w:t>
        <w:br/>
        <w:t>vn -0.4599 -0.0024 0.8879</w:t>
        <w:br/>
        <w:t>vn -0.4702 -0.0846 0.8785</w:t>
        <w:br/>
        <w:t>vn -0.7276 -0.0754 0.6818</w:t>
        <w:br/>
        <w:t>vn -0.9642 0.1593 -0.2119</w:t>
        <w:br/>
        <w:t>vn -0.9895 0.1303 0.0630</w:t>
        <w:br/>
        <w:t>vn -0.9554 0.0762 0.2852</w:t>
        <w:br/>
        <w:t>vn -0.8648 0.0417 0.5003</w:t>
        <w:br/>
        <w:t>vn -0.9597 -0.2392 -0.1473</w:t>
        <w:br/>
        <w:t>vn -0.9756 -0.2197 -0.0012</w:t>
        <w:br/>
        <w:t>vn -0.3138 -0.0378 0.9487</w:t>
        <w:br/>
        <w:t>vn -0.3006 -0.0894 0.9496</w:t>
        <w:br/>
        <w:t>vn -0.8208 0.0785 -0.5658</w:t>
        <w:br/>
        <w:t>vn -0.8159 0.1785 -0.5500</w:t>
        <w:br/>
        <w:t>vn -0.8168 -0.1043 -0.5675</w:t>
        <w:br/>
        <w:t>vn -0.6172 -0.1079 -0.7794</w:t>
        <w:br/>
        <w:t>vn -0.5964 0.0786 -0.7988</w:t>
        <w:br/>
        <w:t>vn -0.8505 -0.3145 -0.4216</w:t>
        <w:br/>
        <w:t>vn -0.8193 -0.2235 -0.5280</w:t>
        <w:br/>
        <w:t>vn -0.9623 -0.1886 -0.1961</w:t>
        <w:br/>
        <w:t>vn -0.6248 -0.2417 -0.7425</w:t>
        <w:br/>
        <w:t>vn -0.5768 0.1909 -0.7943</w:t>
        <w:br/>
        <w:t>vn -0.9777 -0.1997 -0.0653</w:t>
        <w:br/>
        <w:t>vn -0.9430 -0.2738 -0.1892</w:t>
        <w:br/>
        <w:t>vn -0.7282 -0.1289 0.6731</w:t>
        <w:br/>
        <w:t>vn -0.8301 -0.1338 0.5413</w:t>
        <w:br/>
        <w:t>vn -0.8456 -0.3360 -0.4148</w:t>
        <w:br/>
        <w:t>vn -0.6425 -0.3849 -0.6626</w:t>
        <w:br/>
        <w:t>vn -0.6294 -0.3454 -0.6960</w:t>
        <w:br/>
        <w:t>vn -0.6728 -0.3647 -0.6437</w:t>
        <w:br/>
        <w:t>vn -0.0459 -0.0387 0.5233</w:t>
        <w:br/>
        <w:t>vn -0.0472 -0.8604 0.5075</w:t>
        <w:br/>
        <w:t>vn -0.3540 -0.4119 0.8396</w:t>
        <w:br/>
        <w:t>vn -0.2033 -0.4580 0.8654</w:t>
        <w:br/>
        <w:t>vn -0.2988 -0.7070 0.6410</w:t>
        <w:br/>
        <w:t>vn -0.0856 -0.6917 0.7171</w:t>
        <w:br/>
        <w:t>vn -0.5053 0.4107 0.7589</w:t>
        <w:br/>
        <w:t>vn -0.6071 0.3251 0.7251</w:t>
        <w:br/>
        <w:t>vn -0.6124 0.2238 0.7582</w:t>
        <w:br/>
        <w:t>vn -0.5046 0.1448 0.8511</w:t>
        <w:br/>
        <w:t>vn -0.5742 0.4243 0.7002</w:t>
        <w:br/>
        <w:t>vn -0.4982 0.5085 0.7023</w:t>
        <w:br/>
        <w:t>vn -0.4178 -0.0366 0.9078</w:t>
        <w:br/>
        <w:t>vn -0.4929 0.0147 0.8700</w:t>
        <w:br/>
        <w:t>vn -0.5948 0.1100 0.7963</w:t>
        <w:br/>
        <w:t>vn 0.1278 -0.8525 0.5068</w:t>
        <w:br/>
        <w:t>vn 0.0492 -0.6608 0.7489</w:t>
        <w:br/>
        <w:t>vn 0.0055 -0.8896 0.4567</w:t>
        <w:br/>
        <w:t>vn -0.8810 0.4378 0.1793</w:t>
        <w:br/>
        <w:t>vn -0.9265 0.3760 0.0133</w:t>
        <w:br/>
        <w:t>vn -0.9777 0.1888 -0.0916</w:t>
        <w:br/>
        <w:t>vn -0.9563 0.2590 0.1359</w:t>
        <w:br/>
        <w:t>vn -0.7471 0.6091 0.2660</w:t>
        <w:br/>
        <w:t>vn -0.8001 0.5659 0.1990</w:t>
        <w:br/>
        <w:t>vn -0.3736 -0.8794 0.2951</w:t>
        <w:br/>
        <w:t>vn -0.4221 -0.6951 0.5820</w:t>
        <w:br/>
        <w:t>vn -0.6280 -0.6034 0.4915</w:t>
        <w:br/>
        <w:t>vn -0.6014 -0.7724 0.2044</w:t>
        <w:br/>
        <w:t>vn -0.9696 -0.1552 0.1893</w:t>
        <w:br/>
        <w:t>vn -0.9672 -0.2471 -0.0593</w:t>
        <w:br/>
        <w:t>vn -0.9162 -0.4003 0.0173</w:t>
        <w:br/>
        <w:t>vn -0.9165 -0.3029 0.2614</w:t>
        <w:br/>
        <w:t>vn -0.9302 -0.2295 -0.2864</w:t>
        <w:br/>
        <w:t>vn -0.9297 -0.2671 -0.2534</w:t>
        <w:br/>
        <w:t>vn -0.9473 -0.0900 -0.3074</w:t>
        <w:br/>
        <w:t>vn -0.9383 -0.0916 -0.3334</w:t>
        <w:br/>
        <w:t>vn -0.9549 0.1042 -0.2780</w:t>
        <w:br/>
        <w:t>vn -0.9383 0.0509 -0.3421</w:t>
        <w:br/>
        <w:t>vn -0.9931 -0.0378 -0.1111</w:t>
        <w:br/>
        <w:t>vn -0.9784 -0.1629 -0.1272</w:t>
        <w:br/>
        <w:t>vn -0.9895 -0.0558 -0.1336</w:t>
        <w:br/>
        <w:t>vn -0.6022 0.7123 0.3606</w:t>
        <w:br/>
        <w:t>vn -0.6666 0.6613 0.3440</w:t>
        <w:br/>
        <w:t>vn -0.6497 0.6576 0.3814</w:t>
        <w:br/>
        <w:t>vn -0.5548 0.7271 0.4044</w:t>
        <w:br/>
        <w:t>vn -0.2107 -0.9067 0.3654</w:t>
        <w:br/>
        <w:t>vn -0.9888 0.0446 0.1422</w:t>
        <w:br/>
        <w:t>vn -0.1141 -0.7888 0.6039</w:t>
        <w:br/>
        <w:t>vn -0.1895 -0.8098 0.5553</w:t>
        <w:br/>
        <w:t>vn -0.4790 -0.4146 0.7737</w:t>
        <w:br/>
        <w:t>vn -0.4231 -0.3968 0.8146</w:t>
        <w:br/>
        <w:t>vn -0.4489 0.5449 0.7082</w:t>
        <w:br/>
        <w:t>vn -0.8754 0.4594 0.1501</w:t>
        <w:br/>
        <w:t>vn -0.9570 0.2493 -0.1486</w:t>
        <w:br/>
        <w:t>vn -0.7058 0.5776 0.4103</w:t>
        <w:br/>
        <w:t>vn -0.6799 0.5740 0.4563</w:t>
        <w:br/>
        <w:t>vn -0.5635 0.7067 0.4277</w:t>
        <w:br/>
        <w:t>vn -0.4782 0.7533 0.4515</w:t>
        <w:br/>
        <w:t>vn -0.6936 0.6075 0.3871</w:t>
        <w:br/>
        <w:t>vn -0.5965 0.5652 0.5698</w:t>
        <w:br/>
        <w:t>vn -0.5211 0.6195 0.5870</w:t>
        <w:br/>
        <w:t>vn -0.9185 0.1124 0.3791</w:t>
        <w:br/>
        <w:t>vn -0.8946 -0.0362 0.4453</w:t>
        <w:br/>
        <w:t>vn -0.8922 0.2964 0.3408</w:t>
        <w:br/>
        <w:t>vn -0.7847 0.1670 0.5970</w:t>
        <w:br/>
        <w:t>vn -0.7709 0.3146 0.5539</w:t>
        <w:br/>
        <w:t>vn -0.7597 0.0665 0.6468</w:t>
        <w:br/>
        <w:t>vn -0.8349 -0.1484 0.5301</w:t>
        <w:br/>
        <w:t>vn -0.7023 -0.0111 0.7118</w:t>
        <w:br/>
        <w:t>vn -0.4285 -0.4071 0.8066</w:t>
        <w:br/>
        <w:t>vn -0.4178 -0.1826 0.8900</w:t>
        <w:br/>
        <w:t>vn -0.5104 -0.1844 0.8399</w:t>
        <w:br/>
        <w:t>vn -0.5735 -0.3432 0.7439</w:t>
        <w:br/>
        <w:t>vn -0.8195 0.4578 0.3447</w:t>
        <w:br/>
        <w:t>vn -0.7088 0.4487 0.5442</w:t>
        <w:br/>
        <w:t>vn -0.9195 -0.3434 -0.1912</w:t>
        <w:br/>
        <w:t>vn -0.8976 -0.4125 -0.1553</w:t>
        <w:br/>
        <w:t>vn -0.8155 -0.5779 -0.0298</w:t>
        <w:br/>
        <w:t>vn -0.8204 -0.5631 0.0997</w:t>
        <w:br/>
        <w:t>vn -0.6248 -0.7693 0.1335</w:t>
        <w:br/>
        <w:t>vn -0.3328 -0.8372 0.4340</w:t>
        <w:br/>
        <w:t>vn -0.9981 -0.0587 0.0194</w:t>
        <w:br/>
        <w:t>vn -0.9889 -0.1454 -0.0317</w:t>
        <w:br/>
        <w:t>vn -0.9827 -0.1747 -0.0617</w:t>
        <w:br/>
        <w:t>vn -0.9672 -0.2307 -0.1064</w:t>
        <w:br/>
        <w:t>vn -0.7388 -0.6453 0.1942</w:t>
        <w:br/>
        <w:t>vn -0.8765 -0.4800 -0.0368</w:t>
        <w:br/>
        <w:t>vn -0.5851 -0.5112 0.6295</w:t>
        <w:br/>
        <w:t>vn -0.4096 -0.2066 0.8886</w:t>
        <w:br/>
        <w:t>vn -0.3243 -0.0161 0.9458</w:t>
        <w:br/>
        <w:t>vn -0.4053 -0.3436 -0.8471</w:t>
        <w:br/>
        <w:t>vn -0.4156 -0.2409 -0.8771</w:t>
        <w:br/>
        <w:t>vn -0.3461 0.0522 -0.9367</w:t>
        <w:br/>
        <w:t>vn -0.3932 -0.1258 -0.9108</w:t>
        <w:br/>
        <w:t>vn -0.1748 -0.1375 -0.9750</w:t>
        <w:br/>
        <w:t>vn -0.1391 0.0236 -0.9900</w:t>
        <w:br/>
        <w:t>vn -0.3103 0.1848 -0.9325</w:t>
        <w:br/>
        <w:t>vn -0.1061 0.1594 -0.9815</w:t>
        <w:br/>
        <w:t>vn -0.3779 -0.3854 -0.8418</w:t>
        <w:br/>
        <w:t>vn -0.6321 -0.6492 0.4231</w:t>
        <w:br/>
        <w:t>vn -0.7134 -0.3406 -0.6124</w:t>
        <w:br/>
        <w:t>vn -0.1581 -0.3111 -0.9371</w:t>
        <w:br/>
        <w:t>vn -0.1802 -0.2279 -0.9569</w:t>
        <w:br/>
        <w:t>vn -0.5337 -0.3269 -0.7799</w:t>
        <w:br/>
        <w:t>vn -0.3553 -0.3226 -0.8773</w:t>
        <w:br/>
        <w:t>vn 0.0282 -0.2801 -0.9596</w:t>
        <w:br/>
        <w:t>vn 0.0218 -0.2142 -0.9765</w:t>
        <w:br/>
        <w:t>vn 0.0598 -0.2989 -0.9524</w:t>
        <w:br/>
        <w:t>vn -0.1107 -0.3411 -0.9335</w:t>
        <w:br/>
        <w:t>vn -0.0189 -0.2759 -0.9610</w:t>
        <w:br/>
        <w:t>vn -0.0593 -0.3358 -0.9401</w:t>
        <w:br/>
        <w:t>vn -0.3621 -0.3822 -0.8502</w:t>
        <w:br/>
        <w:t>vn 0.1027 -0.2561 -0.9612</w:t>
        <w:br/>
        <w:t>vn 0.0889 -0.2933 -0.9519</w:t>
        <w:br/>
        <w:t>vn -0.0040 -0.2329 -0.9725</w:t>
        <w:br/>
        <w:t>vn -0.2326 -0.2426 -0.9418</w:t>
        <w:br/>
        <w:t>vn -0.6447 0.4401 0.6250</w:t>
        <w:br/>
        <w:t>vn -0.5393 0.4054 0.7381</w:t>
        <w:br/>
        <w:t>vn 0.0388 0.0090 -0.9992</w:t>
        <w:br/>
        <w:t>vn 0.0372 0.1295 -0.9909</w:t>
        <w:br/>
        <w:t>vn 0.0350 -0.1344 -0.9903</w:t>
        <w:br/>
        <w:t>vn -0.7064 0.4654 0.5334</w:t>
        <w:br/>
        <w:t>vn -0.7064 0.4654 0.5333</w:t>
        <w:br/>
        <w:t>vn -0.6440 0.4404 0.6255</w:t>
        <w:br/>
        <w:t>vn 0.0717 -0.2111 -0.9748</w:t>
        <w:br/>
        <w:t>vn 0.0760 -0.2475 -0.9659</w:t>
        <w:br/>
        <w:t>vn 0.1045 -0.2340 -0.9666</w:t>
        <w:br/>
        <w:t>vn 0.0680 -0.1729 -0.9826</w:t>
        <w:br/>
        <w:t>vn -0.0023 -0.1764 -0.9843</w:t>
        <w:br/>
        <w:t>vn -0.9884 -0.1385 -0.0630</w:t>
        <w:br/>
        <w:t>vn -0.9853 -0.1645 -0.0461</w:t>
        <w:br/>
        <w:t>vn -0.9883 -0.1386 -0.0630</w:t>
        <w:br/>
        <w:t>vn -0.9367 -0.2967 -0.1859</w:t>
        <w:br/>
        <w:t>vn -0.8291 -0.0649 -0.5553</w:t>
        <w:br/>
        <w:t>vn -0.9922 -0.0807 0.0952</w:t>
        <w:br/>
        <w:t>vn -0.9875 -0.1566 -0.0165</w:t>
        <w:br/>
        <w:t>vn -0.9987 0.0412 0.0286</w:t>
        <w:br/>
        <w:t>vn -0.9987 0.0412 0.0287</w:t>
        <w:br/>
        <w:t>vn -0.9852 -0.1533 -0.0770</w:t>
        <w:br/>
        <w:t>vn -0.9841 -0.1633 -0.0699</w:t>
        <w:br/>
        <w:t>vn -0.9832 0.1785 -0.0395</w:t>
        <w:br/>
        <w:t>vn -0.3083 0.8722 -0.3797</w:t>
        <w:br/>
        <w:t>vn -0.2431 0.9658 -0.0898</w:t>
        <w:br/>
        <w:t>vn -0.4139 0.8992 0.1419</w:t>
        <w:br/>
        <w:t>vn -0.6326 0.4024 -0.6617</w:t>
        <w:br/>
        <w:t>vn -0.5504 0.6198 -0.5594</w:t>
        <w:br/>
        <w:t>vn -0.6562 0.7078 0.2617</w:t>
        <w:br/>
        <w:t>vn -0.6561 0.7078 0.2617</w:t>
        <w:br/>
        <w:t>vn -0.6512 0.2799 -0.7054</w:t>
        <w:br/>
        <w:t>vn -0.9841 -0.1633 -0.0698</w:t>
        <w:br/>
        <w:t>vn -0.8959 0.4128 0.1642</w:t>
        <w:br/>
        <w:t>vn -0.8380 -0.0680 -0.5415</w:t>
        <w:br/>
        <w:t>vn -0.6553 0.7083 0.2624</w:t>
        <w:br/>
        <w:t>vn -0.7815 0.5454 0.3030</w:t>
        <w:br/>
        <w:t>vn -0.3625 0.3895 0.8467</w:t>
        <w:br/>
        <w:t>vn -0.0041 0.6067 0.7949</w:t>
        <w:br/>
        <w:t>vn -0.1271 0.8475 0.5153</w:t>
        <w:br/>
        <w:t>vn -0.4880 0.6882 0.5369</w:t>
        <w:br/>
        <w:t>vn -0.0454 -0.1808 -0.9825</w:t>
        <w:br/>
        <w:t>vn 0.1281 -0.4929 -0.8606</w:t>
        <w:br/>
        <w:t>vn -0.1662 -0.6559 -0.7363</w:t>
        <w:br/>
        <w:t>vn -0.3259 -0.3891 -0.8616</w:t>
        <w:br/>
        <w:t>vn -0.5395 0.4718 -0.6974</w:t>
        <w:br/>
        <w:t>vn -0.5048 0.5069 -0.6987</w:t>
        <w:br/>
        <w:t>vn -0.6622 0.7083 -0.2446</w:t>
        <w:br/>
        <w:t>vn -0.7023 0.6708 -0.2384</w:t>
        <w:br/>
        <w:t>vn 0.3652 -0.8205 0.4397</w:t>
        <w:br/>
        <w:t>vn 0.2919 -0.8421 0.4535</w:t>
        <w:br/>
        <w:t>vn 0.0848 -0.4923 0.8663</w:t>
        <w:br/>
        <w:t>vn 0.1043 -0.4728 0.8750</w:t>
        <w:br/>
        <w:t>vn 0.0871 0.2487 0.9647</w:t>
        <w:br/>
        <w:t>vn 0.0675 0.1954 0.9784</w:t>
        <w:br/>
        <w:t>vn 0.2978 -0.1130 0.9479</w:t>
        <w:br/>
        <w:t>vn 0.3043 -0.0907 0.9482</w:t>
        <w:br/>
        <w:t>vn -0.5161 0.7605 0.3941</w:t>
        <w:br/>
        <w:t>vn -0.4181 0.3750 0.8274</w:t>
        <w:br/>
        <w:t>vn -0.6084 0.2109 0.7651</w:t>
        <w:br/>
        <w:t>vn -0.8378 0.4418 0.3208</w:t>
        <w:br/>
        <w:t>vn -0.0164 0.2410 0.9704</w:t>
        <w:br/>
        <w:t>vn -0.2643 0.5274 0.8075</w:t>
        <w:br/>
        <w:t>vn -0.1796 0.5678 0.8033</w:t>
        <w:br/>
        <w:t>vn 0.0545 0.2680 0.9619</w:t>
        <w:br/>
        <w:t>vn -0.3018 0.1725 -0.9376</w:t>
        <w:br/>
        <w:t>vn -0.4685 0.0671 -0.8809</w:t>
        <w:br/>
        <w:t>vn -0.2096 -0.2336 -0.9495</w:t>
        <w:br/>
        <w:t>vn -0.1534 -0.2098 -0.9656</w:t>
        <w:br/>
        <w:t>vn 0.3073 -0.8187 -0.4851</w:t>
        <w:br/>
        <w:t>vn 0.2353 -0.8339 -0.4992</w:t>
        <w:br/>
        <w:t>vn 0.3018 -0.9530 -0.0275</w:t>
        <w:br/>
        <w:t>vn 0.3999 -0.9163 -0.0225</w:t>
        <w:br/>
        <w:t>vn 0.0546 -0.5369 -0.8419</w:t>
        <w:br/>
        <w:t>vn 0.0856 -0.5314 -0.8428</w:t>
        <w:br/>
        <w:t>vn -0.2472 -0.1133 0.9623</w:t>
        <w:br/>
        <w:t>vn -0.2034 -0.0465 0.9780</w:t>
        <w:br/>
        <w:t>vn -0.5811 0.7842 -0.2176</w:t>
        <w:br/>
        <w:t>vn -0.8715 0.4404 -0.2156</w:t>
        <w:br/>
        <w:t>vn -0.7520 0.3605 -0.5519</w:t>
        <w:br/>
        <w:t>vn -0.4533 0.6179 -0.6424</w:t>
        <w:br/>
        <w:t>vn 0.5709 -0.4610 0.6793</w:t>
        <w:br/>
        <w:t>vn 0.5130 -0.5272 0.6774</w:t>
        <w:br/>
        <w:t>vn 0.6556 -0.7511 -0.0778</w:t>
        <w:br/>
        <w:t>vn 0.7260 -0.6814 -0.0929</w:t>
        <w:br/>
        <w:t>vn 0.7219 -0.4285 0.5434</w:t>
        <w:br/>
        <w:t>vn -0.0480 -0.9185 0.3926</w:t>
        <w:br/>
        <w:t>vn 0.0556 -0.9984 -0.0117</w:t>
        <w:br/>
        <w:t>vn 0.4273 -0.9041 -0.0043</w:t>
        <w:br/>
        <w:t>vn -0.1482 0.0138 0.9889</w:t>
        <w:br/>
        <w:t>vn 0.1882 -0.4358 0.8802</w:t>
        <w:br/>
        <w:t>vn 0.1786 -0.4182 0.8906</w:t>
        <w:br/>
        <w:t>vn -0.1547 0.0086 0.9879</w:t>
        <w:br/>
        <w:t>vn 0.3145 -0.7837 -0.5357</w:t>
        <w:br/>
        <w:t>vn -0.0174 -0.9001 -0.4353</w:t>
        <w:br/>
        <w:t>vn -0.4043 0.3423 0.8482</w:t>
        <w:br/>
        <w:t>vn -0.4220 0.3331 0.8432</w:t>
        <w:br/>
        <w:t>vn 0.4433 -0.1154 0.8889</w:t>
        <w:br/>
        <w:t>vn -0.2792 -0.6502 0.7066</w:t>
        <w:br/>
        <w:t>vn 0.2286 -0.2336 0.9451</w:t>
        <w:br/>
        <w:t>vn 0.6111 -0.5650 0.5544</w:t>
        <w:br/>
        <w:t>vn 0.5535 -0.6234 0.5523</w:t>
        <w:br/>
        <w:t>vn 0.2037 -0.2773 0.9389</w:t>
        <w:br/>
        <w:t>vn -0.4408 0.4343 0.7855</w:t>
        <w:br/>
        <w:t>vn -0.4145 0.4564 0.7873</w:t>
        <w:br/>
        <w:t>vn -0.1237 0.1130 0.9859</w:t>
        <w:br/>
        <w:t>vn -0.1372 0.0807 0.9873</w:t>
        <w:br/>
        <w:t>vn 0.3399 -0.4563 -0.8224</w:t>
        <w:br/>
        <w:t>vn 0.5210 -0.6425 -0.5619</w:t>
        <w:br/>
        <w:t>vn 0.5800 -0.6574 -0.4811</w:t>
        <w:br/>
        <w:t>vn 0.3510 -0.4175 -0.8382</w:t>
        <w:br/>
        <w:t>vn -0.6244 0.7227 -0.2964</w:t>
        <w:br/>
        <w:t>vn -0.5749 0.7590 -0.3056</w:t>
        <w:br/>
        <w:t>vn -0.5984 0.7856 -0.1573</w:t>
        <w:br/>
        <w:t>vn -0.6502 0.7437 -0.1554</w:t>
        <w:br/>
        <w:t>vn 0.5769 -0.6932 0.4321</w:t>
        <w:br/>
        <w:t>vn 0.6605 -0.7495 -0.0456</w:t>
        <w:br/>
        <w:t>vn 0.6418 -0.7656 -0.0444</w:t>
        <w:br/>
        <w:t>vn 0.5207 -0.6878 0.5057</w:t>
        <w:br/>
        <w:t>vn 0.2883 -0.3432 -0.8939</w:t>
        <w:br/>
        <w:t>vn 0.2949 -0.3170 -0.9014</w:t>
        <w:br/>
        <w:t>vn 0.0851 -0.0987 -0.9915</w:t>
        <w:br/>
        <w:t>vn 0.0841 -0.0954 -0.9919</w:t>
        <w:br/>
        <w:t>vn 0.3216 -0.2520 -0.9127</w:t>
        <w:br/>
        <w:t>vn 0.5646 -0.5194 -0.6414</w:t>
        <w:br/>
        <w:t>vn 0.5603 -0.4876 -0.6696</w:t>
        <w:br/>
        <w:t>vn 0.3151 -0.2285 -0.9211</w:t>
        <w:br/>
        <w:t>vn -0.3850 0.6726 -0.6319</w:t>
        <w:br/>
        <w:t>vn -0.4621 0.8400 -0.2844</w:t>
        <w:br/>
        <w:t>vn -0.4527 0.8494 -0.2712</w:t>
        <w:br/>
        <w:t>vn -0.3714 0.6873 -0.6243</w:t>
        <w:br/>
        <w:t>vn 0.1571 -0.0238 -0.9873</w:t>
        <w:br/>
        <w:t>vn 0.1392 -0.0072 -0.9902</w:t>
        <w:br/>
        <w:t>vn -0.1179 0.3295 -0.9368</w:t>
        <w:br/>
        <w:t>vn -0.0940 0.3153 -0.9443</w:t>
        <w:br/>
        <w:t>vn -0.0457 -0.0111 -0.9989</w:t>
        <w:br/>
        <w:t>vn 0.0894 -0.2224 -0.9708</w:t>
        <w:br/>
        <w:t>vn 0.0894 -0.1514 -0.9844</w:t>
        <w:br/>
        <w:t>vn -0.0500 -0.0425 -0.9978</w:t>
        <w:br/>
        <w:t>vn -0.0550 -0.0933 -0.9941</w:t>
        <w:br/>
        <w:t>vn -0.6141 0.6717 0.4144</w:t>
        <w:br/>
        <w:t>vn -0.5946 0.6865 0.4186</w:t>
        <w:br/>
        <w:t>vn -0.1942 0.5472 0.8141</w:t>
        <w:br/>
        <w:t>vn -0.1578 0.5788 0.8000</w:t>
        <w:br/>
        <w:t>vn -0.3868 0.8283 0.4054</w:t>
        <w:br/>
        <w:t>vn -0.4183 0.8216 0.3872</w:t>
        <w:br/>
        <w:t>vn 0.4582 -0.5012 -0.7340</w:t>
        <w:br/>
        <w:t>vn 0.5018 -0.4542 -0.7361</w:t>
        <w:br/>
        <w:t>vn 0.2632 -0.4152 0.8708</w:t>
        <w:br/>
        <w:t>vn 0.2591 -0.4477 0.8558</w:t>
        <w:br/>
        <w:t>vn 0.5928 -0.6427 -0.4853</w:t>
        <w:br/>
        <w:t>vn 0.3498 -0.4018 -0.8463</w:t>
        <w:br/>
        <w:t>vn 0.5811 -0.6767 0.4521</w:t>
        <w:br/>
        <w:t>vn 0.6787 -0.7329 -0.0474</w:t>
        <w:br/>
        <w:t>vn -0.1402 0.1570 -0.9776</w:t>
        <w:br/>
        <w:t>vn -0.2170 0.2548 -0.9423</w:t>
        <w:br/>
        <w:t>vn -0.3175 0.3484 -0.8819</w:t>
        <w:br/>
        <w:t>vn 0.0798 -0.1154 -0.9901</w:t>
        <w:br/>
        <w:t>vn -0.0542 0.0378 -0.9978</w:t>
        <w:br/>
        <w:t>vn 0.0148 -0.1696 0.9854</w:t>
        <w:br/>
        <w:t>vn 0.0012 -0.1214 0.9926</w:t>
        <w:br/>
        <w:t>vn 0.5586 -0.6507 0.5144</w:t>
        <w:br/>
        <w:t>vn 0.5732 -0.6651 0.4786</w:t>
        <w:br/>
        <w:t>vn 0.2147 -0.3340 0.9178</w:t>
        <w:br/>
        <w:t>vn 0.2067 -0.3274 0.9220</w:t>
        <w:br/>
        <w:t>vn 0.3078 -0.3583 -0.8814</w:t>
        <w:br/>
        <w:t>vn 0.0640 -0.0738 -0.9952</w:t>
        <w:br/>
        <w:t>vn 0.0623 -0.0918 -0.9938</w:t>
        <w:br/>
        <w:t>vn 0.3339 -0.3808 -0.8623</w:t>
        <w:br/>
        <w:t>vn -0.0928 -0.0014 0.9957</w:t>
        <w:br/>
        <w:t>vn -0.1152 0.0413 0.9925</w:t>
        <w:br/>
        <w:t>vn 0.5814 -0.6225 -0.5239</w:t>
        <w:br/>
        <w:t>vn 0.5497 -0.6304 -0.5481</w:t>
        <w:br/>
        <w:t>vn 0.2922 -0.3472 -0.8911</w:t>
        <w:br/>
        <w:t>vn 0.5473 -0.6380 0.5416</w:t>
        <w:br/>
        <w:t>vn 0.6679 -0.7433 -0.0390</w:t>
        <w:br/>
        <w:t>vn 0.6905 -0.7223 -0.0384</w:t>
        <w:br/>
        <w:t>vn -0.3780 0.4137 -0.8283</w:t>
        <w:br/>
        <w:t>vn -0.1773 0.2558 -0.9503</w:t>
        <w:br/>
        <w:t>vn -0.4854 0.4658 -0.7399</w:t>
        <w:br/>
        <w:t>vn -0.5578 0.4380 -0.7050</w:t>
        <w:br/>
        <w:t>vn -0.7867 0.5152 -0.3401</w:t>
        <w:br/>
        <w:t>vn -0.8150 0.4471 -0.3687</w:t>
        <w:br/>
        <w:t>vn 0.0792 -0.0680 -0.9945</w:t>
        <w:br/>
        <w:t>vn -0.5774 0.5344 0.6173</w:t>
        <w:br/>
        <w:t>vn -0.4385 0.3742 0.8171</w:t>
        <w:br/>
        <w:t>vn -0.5519 0.4231 0.7186</w:t>
        <w:br/>
        <w:t>vn -0.3203 0.2234 0.9206</w:t>
        <w:br/>
        <w:t>vn -0.0651 -0.0643 0.9958</w:t>
        <w:br/>
        <w:t>vn 0.2725 -0.1579 0.9491</w:t>
        <w:br/>
        <w:t>vn -0.0840 0.1756 0.9809</w:t>
        <w:br/>
        <w:t>vn 0.2982 -0.0927 0.9500</w:t>
        <w:br/>
        <w:t>vn -0.3624 0.4842 0.7964</w:t>
        <w:br/>
        <w:t>vn -0.5146 0.8126 -0.2736</w:t>
        <w:br/>
        <w:t>vn -0.5397 0.8323 -0.1266</w:t>
        <w:br/>
        <w:t>vn -0.5920 0.7935 -0.1412</w:t>
        <w:br/>
        <w:t>vn -0.5599 0.7725 -0.2995</w:t>
        <w:br/>
        <w:t>vn -0.1358 0.2717 -0.9527</w:t>
        <w:br/>
        <w:t>vn -0.4161 0.6215 -0.6638</w:t>
        <w:br/>
        <w:t>vn -0.4545 0.5959 -0.6621</w:t>
        <w:br/>
        <w:t>vn -0.1857 0.2388 -0.9531</w:t>
        <w:br/>
        <w:t>vn 0.6454 -0.5260 0.5539</w:t>
        <w:br/>
        <w:t>vn 0.6575 -0.5001 0.5635</w:t>
        <w:br/>
        <w:t>vn 0.7410 -0.6648 -0.0951</w:t>
        <w:br/>
        <w:t>vn 0.7397 -0.6693 -0.0701</w:t>
        <w:br/>
        <w:t>vn 0.1211 -0.0660 -0.9904</w:t>
        <w:br/>
        <w:t>vn 0.3036 -0.2872 -0.9085</w:t>
        <w:br/>
        <w:t>vn 0.5835 -0.5596 -0.5885</w:t>
        <w:br/>
        <w:t>vn 0.5723 -0.5465 -0.6114</w:t>
        <w:br/>
        <w:t>vn -0.5479 0.7211 0.4242</w:t>
        <w:br/>
        <w:t>vn -0.4630 0.7687 0.4413</w:t>
        <w:br/>
        <w:t>vn 0.7371 -0.6739 -0.0516</w:t>
        <w:br/>
        <w:t>vn -0.3785 0.6656 -0.6432</w:t>
        <w:br/>
        <w:t>vn 0.2985 -0.0751 0.9514</w:t>
        <w:br/>
        <w:t>vn -0.3764 0.6814 -0.6277</w:t>
        <w:br/>
        <w:t>vn 0.6357 -0.4981 0.5898</w:t>
        <w:br/>
        <w:t>vn 0.7447 -0.6593 -0.1033</w:t>
        <w:br/>
        <w:t>vn 0.2909 -0.2163 -0.9320</w:t>
        <w:br/>
        <w:t>vn -0.4781 0.8382 -0.2626</w:t>
        <w:br/>
        <w:t>vn 0.1025 0.0147 -0.9946</w:t>
        <w:br/>
        <w:t>vn -0.1477 0.3416 -0.9282</w:t>
        <w:br/>
        <w:t>vn -0.4079 0.8014 0.4374</w:t>
        <w:br/>
        <w:t>vn 0.2584 -0.2190 -0.9409</w:t>
        <w:br/>
        <w:t>vn 0.0575 0.0201 -0.9981</w:t>
        <w:br/>
        <w:t>vn -0.3307 0.8323 0.4448</w:t>
        <w:br/>
        <w:t>vn -0.1723 0.8551 0.4890</w:t>
        <w:br/>
        <w:t>vn -0.6938 0.0586 0.7177</w:t>
        <w:br/>
        <w:t>vn -0.4414 0.3324 0.8335</w:t>
        <w:br/>
        <w:t>vn -0.0256 -0.5933 -0.8046</w:t>
        <w:br/>
        <w:t>vn -0.1869 -0.6699 -0.7185</w:t>
        <w:br/>
        <w:t>vn -0.3745 -0.3946 -0.8391</w:t>
        <w:br/>
        <w:t>vn -0.2174 -0.2752 -0.9365</w:t>
        <w:br/>
        <w:t>vn -0.4871 -0.0551 -0.8716</w:t>
        <w:br/>
        <w:t>vn -0.2938 0.1304 -0.9469</w:t>
        <w:br/>
        <w:t>vn -0.6582 0.3698 -0.6558</w:t>
        <w:br/>
        <w:t>vn -0.6983 0.5904 -0.4047</w:t>
        <w:br/>
        <w:t>vn -0.2630 0.9457 -0.1909</w:t>
        <w:br/>
        <w:t>vn -0.3882 0.6122 -0.6888</w:t>
        <w:br/>
        <w:t>vn 0.4417 -0.7678 0.4640</w:t>
        <w:br/>
        <w:t>vn -0.0018 -0.5222 0.8528</w:t>
        <w:br/>
        <w:t>vn 0.6231 -0.7820 -0.0177</w:t>
        <w:br/>
        <w:t>vn 0.3697 -0.7863 -0.4950</w:t>
        <w:br/>
        <w:t>vn -0.2934 -0.1025 0.9505</w:t>
        <w:br/>
        <w:t>vn -0.1488 -0.6013 0.7850</w:t>
        <w:br/>
        <w:t>vn 0.7811 -0.3669 0.5053</w:t>
        <w:br/>
        <w:t>vn 0.3682 -0.7846 -0.4988</w:t>
        <w:br/>
        <w:t>vn 0.9536 -0.3009 -0.0026</w:t>
        <w:br/>
        <w:t>vn -0.4757 -0.2628 0.8395</w:t>
        <w:br/>
        <w:t>vn 0.2120 -0.3042 0.9287</w:t>
        <w:br/>
        <w:t>vn 0.2064 -0.2889 0.9349</w:t>
        <w:br/>
        <w:t>vn 0.5317 -0.6442 0.5498</w:t>
        <w:br/>
        <w:t>vn -0.4161 0.4191 0.8070</w:t>
        <w:br/>
        <w:t>vn -0.4396 0.4268 0.7903</w:t>
        <w:br/>
        <w:t>vn -0.1255 0.0745 0.9893</w:t>
        <w:br/>
        <w:t>vn -0.1163 0.0675 0.9909</w:t>
        <w:br/>
        <w:t>vn -0.7114 0.6348 -0.3016</w:t>
        <w:br/>
        <w:t>vn -0.7697 0.6299 -0.1038</w:t>
        <w:br/>
        <w:t>vn -0.8598 0.5068 -0.0623</w:t>
        <w:br/>
        <w:t>vn 0.2860 -0.3502 -0.8919</w:t>
        <w:br/>
        <w:t>vn 0.0877 -0.0781 -0.9931</w:t>
        <w:br/>
        <w:t>vn -0.6517 0.6034 0.4595</w:t>
        <w:br/>
        <w:t>vn -0.6384 0.6443 0.4212</w:t>
        <w:br/>
        <w:t>vn 0.5267 -0.6373 -0.5626</w:t>
        <w:br/>
        <w:t>vn 0.5495 -0.6069 -0.5743</w:t>
        <w:br/>
        <w:t>vn 0.6787 -0.7328 -0.0480</w:t>
        <w:br/>
        <w:t>vn 0.6440 -0.7637 -0.0457</w:t>
        <w:br/>
        <w:t>vn -0.4890 0.5430 -0.6826</w:t>
        <w:br/>
        <w:t>vn -0.1736 0.2595 -0.9500</w:t>
        <w:br/>
        <w:t>vn -0.1868 0.2455 -0.9512</w:t>
        <w:br/>
        <w:t>vn -0.4821 0.5812 -0.6556</w:t>
        <w:br/>
        <w:t>vn -0.7498 0.6166 0.2399</w:t>
        <w:br/>
        <w:t>vn -0.6879 0.6966 0.2037</w:t>
        <w:br/>
        <w:t>vn -0.6467 0.7352 0.2029</w:t>
        <w:br/>
        <w:t>vn -0.6373 0.7429 0.2045</w:t>
        <w:br/>
        <w:t>vn -0.5978 0.7799 0.1855</w:t>
        <w:br/>
        <w:t>vn -0.5244 0.8299 0.1907</w:t>
        <w:br/>
        <w:t>vn -0.4840 0.8517 0.2008</w:t>
        <w:br/>
        <w:t>vn -0.4567 0.8742 0.1648</w:t>
        <w:br/>
        <w:t>vn -0.4770 0.8711 0.1172</w:t>
        <w:br/>
        <w:t>vn -0.8619 0.4984 0.0928</w:t>
        <w:br/>
        <w:t>vn -0.8706 0.4828 0.0946</w:t>
        <w:br/>
        <w:t>vn -0.1210 0.9869 0.1063</w:t>
        <w:br/>
        <w:t>vn 0.0032 0.9927 0.1205</w:t>
        <w:br/>
        <w:t>vn 0.0503 0.9844 0.1687</w:t>
        <w:br/>
        <w:t>vn -0.1891 0.9615 0.1992</w:t>
        <w:br/>
        <w:t>vn -0.5552 0.8076 0.1989</w:t>
        <w:br/>
        <w:t>vn -0.4895 0.8631 -0.1245</w:t>
        <w:br/>
        <w:t>vn -0.4602 0.8756 -0.1468</w:t>
        <w:br/>
        <w:t>vn -0.4681 0.8669 -0.1713</w:t>
        <w:br/>
        <w:t>vn -0.6340 0.7657 -0.1085</w:t>
        <w:br/>
        <w:t>vn -0.8909 0.4186 -0.1761</w:t>
        <w:br/>
        <w:t>vn -0.1211 0.9869 0.1063</w:t>
        <w:br/>
        <w:t>vn 0.1920 0.9776 -0.0867</w:t>
        <w:br/>
        <w:t>vn 0.0503 0.9844 0.1686</w:t>
        <w:br/>
        <w:t>vn -0.1891 0.9616 0.1992</w:t>
        <w:br/>
        <w:t>vn -0.1677 0.9611 -0.2195</w:t>
        <w:br/>
        <w:t>vn -0.7875 0.5552 -0.2675</w:t>
        <w:br/>
        <w:t>vn -0.5552 0.8076 0.1988</w:t>
        <w:br/>
        <w:t>vn 0.5970 -0.6287 -0.4983</w:t>
        <w:br/>
        <w:t>vn 0.6911 -0.7214 -0.0446</w:t>
        <w:br/>
        <w:t>vn 0.2333 -0.3493 0.9075</w:t>
        <w:br/>
        <w:t>vn -0.0558 -0.0407 0.9976</w:t>
        <w:br/>
        <w:t>vn -0.1292 0.0354 0.9910</w:t>
        <w:br/>
        <w:t>vn -0.7089 0.6058 0.3611</w:t>
        <w:br/>
        <w:t>vn -0.7779 0.5702 0.2642</w:t>
        <w:br/>
        <w:t>vn -0.1792 0.3384 -0.9238</w:t>
        <w:br/>
        <w:t>vn -0.2378 0.1506 -0.9596</w:t>
        <w:br/>
        <w:t>vn -0.5286 -0.0996 -0.8430</w:t>
        <w:br/>
        <w:t>vn -0.2013 0.7326 -0.6502</w:t>
        <w:br/>
        <w:t>vn -0.7572 0.2093 -0.6188</w:t>
        <w:br/>
        <w:t>vn 0.1125 -0.4476 0.8871</w:t>
        <w:br/>
        <w:t>vn 0.2960 -0.8129 0.5016</w:t>
        <w:br/>
        <w:t>vn -0.1457 -0.1007 0.9842</w:t>
        <w:br/>
        <w:t>vn -0.4895 0.2299 0.8412</w:t>
        <w:br/>
        <w:t>vn -0.8146 0.4639 0.3482</w:t>
        <w:br/>
        <w:t>vn -0.0664 0.0519 0.9964</w:t>
        <w:br/>
        <w:t>vn -0.3858 0.3937 0.8344</w:t>
        <w:br/>
        <w:t>vn -0.3969 0.0718 -0.9151</w:t>
        <w:br/>
        <w:t>vn -0.1337 -0.2214 -0.9660</w:t>
        <w:br/>
        <w:t>vn 0.2507 -0.7971 -0.5493</w:t>
        <w:br/>
        <w:t>vn 0.3208 -0.9467 -0.0306</w:t>
        <w:br/>
        <w:t>vn 0.0772 -0.4907 -0.8679</w:t>
        <w:br/>
        <w:t>vn -0.7364 0.3623 -0.5713</w:t>
        <w:br/>
        <w:t>vn -0.8752 0.4217 -0.2372</w:t>
        <w:br/>
        <w:t>vn 0.4845 -0.8733 -0.0506</w:t>
        <w:br/>
        <w:t>vn 0.3968 -0.7261 0.5615</w:t>
        <w:br/>
        <w:t>vn 0.3659 -0.6817 -0.6335</w:t>
        <w:br/>
        <w:t>vn 0.1583 -0.3582 -0.9201</w:t>
        <w:br/>
        <w:t>vn -0.8784 0.4659 0.1066</w:t>
        <w:br/>
        <w:t>vn -0.8958 0.4065 -0.1798</w:t>
        <w:br/>
        <w:t>vn 0.1915 -0.3064 0.9324</w:t>
        <w:br/>
        <w:t>vn -0.6569 0.6469 0.3872</w:t>
        <w:br/>
        <w:t>vn -0.0670 -0.0885 -0.9938</w:t>
        <w:br/>
        <w:t>vn -0.3200 0.2104 -0.9238</w:t>
        <w:br/>
        <w:t>vn -0.5866 0.5148 -0.6252</w:t>
        <w:br/>
        <w:t>vn -0.7129 0.6426 -0.2808</w:t>
        <w:br/>
        <w:t>vn -0.7233 0.6812 0.1130</w:t>
        <w:br/>
        <w:t>vn -0.7310 0.6560 -0.1880</w:t>
        <w:br/>
        <w:t>vn 0.2556 -0.3724 0.8922</w:t>
        <w:br/>
        <w:t>vn -0.0250 -0.0634 0.9977</w:t>
        <w:br/>
        <w:t>vn -0.0914 0.0074 0.9958</w:t>
        <w:br/>
        <w:t>vn 0.3324 -0.4849 -0.8089</w:t>
        <w:br/>
        <w:t>vn 0.0825 -0.2720 -0.9587</w:t>
        <w:br/>
        <w:t>vn -0.0820 -0.0055 0.9966</w:t>
        <w:br/>
        <w:t>vn -0.7421 -0.0141 0.6701</w:t>
        <w:br/>
        <w:t>vn -0.8965 0.2100 0.3901</w:t>
        <w:br/>
        <w:t>vn -0.6219 0.5844 0.5213</w:t>
        <w:br/>
        <w:t>vn -0.0182 -0.1307 -0.9913</w:t>
        <w:br/>
        <w:t>vn -0.3195 -0.3728 -0.8712</w:t>
        <w:br/>
        <w:t>vn -0.1164 -0.6454 -0.7550</w:t>
        <w:br/>
        <w:t>vn 0.2397 -0.4630 -0.8533</w:t>
        <w:br/>
        <w:t>vn 0.4980 -0.8662 0.0420</w:t>
        <w:br/>
        <w:t>vn 0.0958 -0.9954 0.0013</w:t>
        <w:br/>
        <w:t>vn 0.0084 -0.9157 0.4018</w:t>
        <w:br/>
        <w:t>vn 0.4299 -0.7604 0.4867</w:t>
        <w:br/>
        <w:t>vn 0.1789 0.2784 0.9437</w:t>
        <w:br/>
        <w:t>vn -0.5089 -0.3039 0.8054</w:t>
        <w:br/>
        <w:t>vn 0.0475 -0.9036 -0.4258</w:t>
        <w:br/>
        <w:t>vn 0.4476 -0.7746 -0.4469</w:t>
        <w:br/>
        <w:t>vn -0.2334 -0.6442 0.7284</w:t>
        <w:br/>
        <w:t>vn -0.9489 0.2889 0.1267</w:t>
        <w:br/>
        <w:t>vn -0.7107 0.6876 0.1485</w:t>
        <w:br/>
        <w:t>vn -0.9418 0.2820 -0.1830</w:t>
        <w:br/>
        <w:t>vn -0.2564 0.1408 -0.9563</w:t>
        <w:br/>
        <w:t>vn -0.5482 -0.1155 -0.8284</w:t>
        <w:br/>
        <w:t>vn -0.8007 0.1428 -0.5818</w:t>
        <w:br/>
        <w:t>vn 0.3473 0.7146 0.6073</w:t>
        <w:br/>
        <w:t>vn 0.4870 0.4990 0.7168</w:t>
        <w:br/>
        <w:t>vn 0.7013 0.2314 0.6743</w:t>
        <w:br/>
        <w:t>vn 0.9956 0.0932 0.0102</w:t>
        <w:br/>
        <w:t>vn 0.9163 0.2095 -0.3414</w:t>
        <w:br/>
        <w:t>vn 0.8093 0.3607 -0.4635</w:t>
        <w:br/>
        <w:t>vn 0.7169 0.5045 -0.4812</w:t>
        <w:br/>
        <w:t>vn 0.6075 0.6242 -0.4913</w:t>
        <w:br/>
        <w:t>vn 0.6074 0.6242 -0.4913</w:t>
        <w:br/>
        <w:t>vn 0.5523 0.6732 -0.4917</w:t>
        <w:br/>
        <w:t>vn 0.4314 0.7952 -0.4261</w:t>
        <w:br/>
        <w:t>vn 0.4314 0.7952 -0.4260</w:t>
        <w:br/>
        <w:t>vn -0.8705 -0.3418 0.3542</w:t>
        <w:br/>
        <w:t>vn -0.9645 -0.1780 0.1949</w:t>
        <w:br/>
        <w:t>vn -0.9908 -0.1149 0.0721</w:t>
        <w:br/>
        <w:t>vn -0.9908 -0.1150 0.0721</w:t>
        <w:br/>
        <w:t>vn -0.9936 -0.1082 0.0310</w:t>
        <w:br/>
        <w:t>vn -0.5059 -0.3025 0.8078</w:t>
        <w:br/>
        <w:t>vn -0.5932 0.6053 0.5307</w:t>
        <w:br/>
        <w:t>vn -0.0068 -0.1155 -0.9933</w:t>
        <w:br/>
        <w:t>vn 0.2491 -0.4816 -0.8403</w:t>
        <w:br/>
        <w:t>vn 0.4982 -0.8647 0.0636</w:t>
        <w:br/>
        <w:t>vn 0.4336 -0.7728 0.4634</w:t>
        <w:br/>
        <w:t>vn 0.4584 -0.7968 -0.3938</w:t>
        <w:br/>
        <w:t>vn -0.6754 0.7248 0.1363</w:t>
        <w:br/>
        <w:t>vn -0.2261 0.1630 -0.9604</w:t>
        <w:br/>
        <w:t>vn 0.5577 -0.8101 0.1807</w:t>
        <w:br/>
        <w:t>vn 0.4565 -0.6308 0.6275</w:t>
        <w:br/>
        <w:t>vn 0.5629 -0.8265 0.0070</w:t>
        <w:br/>
        <w:t>vn -0.4750 0.3190 -0.8201</w:t>
        <w:br/>
        <w:t>vn 0.0216 -0.1015 -0.9946</w:t>
        <w:br/>
        <w:t>vn 0.3506 -0.3969 -0.8483</w:t>
        <w:br/>
        <w:t>vn 0.4298 -0.5548 -0.7124</w:t>
        <w:br/>
        <w:t>vn 0.5991 -0.7855 0.1551</w:t>
        <w:br/>
        <w:t>vn 0.5990 -0.7856 0.1551</w:t>
        <w:br/>
        <w:t>vn 0.6599 -0.7369 0.1466</w:t>
        <w:br/>
        <w:t>vn 0.0619 -0.0791 0.9949</w:t>
        <w:br/>
        <w:t>vn -0.1094 -0.1460 0.9832</w:t>
        <w:br/>
        <w:t>vn -0.0320 0.0257 0.9992</w:t>
        <w:br/>
        <w:t>vn -0.5094 0.7066 -0.4911</w:t>
        <w:br/>
        <w:t>vn -0.2436 0.4267 -0.8709</w:t>
        <w:br/>
        <w:t>vn -0.2418 0.4486 -0.8604</w:t>
        <w:br/>
        <w:t>vn -0.1800 0.1047 0.9781</w:t>
        <w:br/>
        <w:t>vn -0.5248 -0.1388 0.8399</w:t>
        <w:br/>
        <w:t>vn -0.4235 0.0500 0.9045</w:t>
        <w:br/>
        <w:t>vn 0.2415 -0.3045 0.9214</w:t>
        <w:br/>
        <w:t>vn 0.3215 -0.4320 0.8426</w:t>
        <w:br/>
        <w:t>vn 0.3808 -0.4486 0.8085</w:t>
        <w:br/>
        <w:t>vn 0.1085 -0.1442 0.9836</w:t>
        <w:br/>
        <w:t>vn -0.0346 0.1667 -0.9854</w:t>
        <w:br/>
        <w:t>vn -0.0448 0.2292 -0.9723</w:t>
        <w:br/>
        <w:t>vn 0.2881 -0.2995 0.9096</w:t>
        <w:br/>
        <w:t>vn 0.5029 -0.4547 0.7351</w:t>
        <w:br/>
        <w:t>vn 0.5530 -0.4532 0.6991</w:t>
        <w:br/>
        <w:t>vn 0.8189 -0.4512 0.3547</w:t>
        <w:br/>
        <w:t>vn 0.7864 -0.5182 0.3362</w:t>
        <w:br/>
        <w:t>vn 0.4278 -0.4441 -0.7872</w:t>
        <w:br/>
        <w:t>vn 0.5209 -0.5931 -0.6139</w:t>
        <w:br/>
        <w:t>vn 0.3166 -0.3166 -0.8942</w:t>
        <w:br/>
        <w:t>vn -0.0368 0.1745 -0.9840</w:t>
        <w:br/>
        <w:t>vn 0.5400 -0.8324 0.1247</w:t>
        <w:br/>
        <w:t>vn 0.5924 -0.7936 0.1388</w:t>
        <w:br/>
        <w:t>vn 0.5925 -0.7935 0.1389</w:t>
        <w:br/>
        <w:t>vn 0.8542 -0.5179 0.0463</w:t>
        <w:br/>
        <w:t>vn 0.7656 -0.6377 0.0850</w:t>
        <w:br/>
        <w:t>vn 0.7428 -0.6200 0.2527</w:t>
        <w:br/>
        <w:t>vn 0.6310 -0.6577 -0.4115</w:t>
        <w:br/>
        <w:t>vn 0.6585 -0.7350 -0.1620</w:t>
        <w:br/>
        <w:t>vn 0.6893 -0.6903 -0.2200</w:t>
        <w:br/>
        <w:t>vn 0.6333 -0.6409 -0.4338</w:t>
        <w:br/>
        <w:t>vn 0.4897 -0.8632 0.1229</w:t>
        <w:br/>
        <w:t>vn 0.4896 -0.8632 0.1229</w:t>
        <w:br/>
        <w:t>vn 0.4602 -0.8758 0.1456</w:t>
        <w:br/>
        <w:t>vn 0.4662 -0.8682 0.1702</w:t>
        <w:br/>
        <w:t>vn 0.4661 -0.8682 0.1700</w:t>
        <w:br/>
        <w:t>vn 0.6268 -0.7722 0.1040</w:t>
        <w:br/>
        <w:t>vn 0.6269 -0.7722 0.1040</w:t>
        <w:br/>
        <w:t>vn 0.8864 -0.4292 0.1736</w:t>
        <w:br/>
        <w:t>vn 0.2714 -0.9622 0.0233</w:t>
        <w:br/>
        <w:t>vn 0.0883 -0.1004 0.9910</w:t>
        <w:br/>
        <w:t>vn 0.1099 -0.1442 0.9834</w:t>
        <w:br/>
        <w:t>vn 0.1737 -0.2420 0.9546</w:t>
        <w:br/>
        <w:t>vn 0.1994 -0.1572 -0.9672</w:t>
        <w:br/>
        <w:t>vn 0.1543 -0.0941 -0.9835</w:t>
        <w:br/>
        <w:t>vn 0.5201 -0.4682 0.7143</w:t>
        <w:br/>
        <w:t>vn 0.4644 -0.4459 -0.7652</w:t>
        <w:br/>
        <w:t>vn 0.6032 -0.6161 -0.5066</w:t>
        <w:br/>
        <w:t>vn 0.7157 -0.6412 -0.2767</w:t>
        <w:br/>
        <w:t>vn 0.8992 -0.3994 0.1788</w:t>
        <w:br/>
        <w:t>vn 0.7348 -0.6520 0.1870</w:t>
        <w:br/>
        <w:t>vn 0.0910 -0.0483 -0.9947</w:t>
        <w:br/>
        <w:t>vn -0.4190 0.5695 0.7072</w:t>
        <w:br/>
        <w:t>vn -0.6377 0.5308 0.5582</w:t>
        <w:br/>
        <w:t>vn -0.3067 0.4854 0.8187</w:t>
        <w:br/>
        <w:t>vn -0.3066 0.4854 0.8187</w:t>
        <w:br/>
        <w:t>vn -0.1447 0.3968 0.9065</w:t>
        <w:br/>
        <w:t>vn -0.1191 0.2418 0.9630</w:t>
        <w:br/>
        <w:t>vn -0.5501 0.7322 -0.4016</w:t>
        <w:br/>
        <w:t>vn -0.2454 0.4042 -0.8812</w:t>
        <w:br/>
        <w:t>vn 0.0129 0.0309 -0.9994</w:t>
        <w:br/>
        <w:t>vn 0.5037 -0.6592 -0.5583</w:t>
        <w:br/>
        <w:t>vn -0.4676 0.3466 0.8132</w:t>
        <w:br/>
        <w:t>vn 0.0562 -0.0799 0.9952</w:t>
        <w:br/>
        <w:t>vn -0.0734 0.0814 0.9940</w:t>
        <w:br/>
        <w:t>vn -0.7574 0.5273 -0.3850</w:t>
        <w:br/>
        <w:t>vn -0.8294 0.5541 -0.0707</w:t>
        <w:br/>
        <w:t>vn -0.7676 0.5349 0.3531</w:t>
        <w:br/>
        <w:t>vn 0.5630 -0.8264 0.0070</w:t>
        <w:br/>
        <w:t>vn 0.5541 -0.8207 -0.1394</w:t>
        <w:br/>
        <w:t>vn 0.2073 -0.2104 0.9554</w:t>
        <w:br/>
        <w:t>vn -0.8110 -0.5680 0.1401</w:t>
        <w:br/>
        <w:t>vn -0.7496 -0.6610 0.0337</w:t>
        <w:br/>
        <w:t>vn -0.8425 -0.5240 -0.1251</w:t>
        <w:br/>
        <w:t>vn -0.7917 -0.5886 -0.1633</w:t>
        <w:br/>
        <w:t>vn -0.8274 -0.5324 -0.1787</w:t>
        <w:br/>
        <w:t>vn -0.2630 -0.0262 0.9645</w:t>
        <w:br/>
        <w:t>vn -0.2663 -0.0601 0.9620</w:t>
        <w:br/>
        <w:t>vn 0.7763 0.6304 -0.0017</w:t>
        <w:br/>
        <w:t>vn 0.8307 0.5475 -0.1008</w:t>
        <w:br/>
        <w:t>vn 0.8180 0.5688 0.0857</w:t>
        <w:br/>
        <w:t>vn -0.4688 0.8801 0.0749</w:t>
        <w:br/>
        <w:t>vn -0.4687 0.8802 0.0750</w:t>
        <w:br/>
        <w:t>vn -0.4410 0.8935 0.0853</w:t>
        <w:br/>
        <w:t>vn -0.4410 0.8934 0.0853</w:t>
        <w:br/>
        <w:t>vn 0.8845 0.4608 -0.0726</w:t>
        <w:br/>
        <w:t>vn 0.3106 0.9053 0.2899</w:t>
        <w:br/>
        <w:t>vn -0.0280 0.9512 0.3072</w:t>
        <w:br/>
        <w:t>vn -0.4197 0.9006 0.1129</w:t>
        <w:br/>
        <w:t>vn 0.8893 0.4572 0.0096</w:t>
        <w:br/>
        <w:t>vn 0.2890 0.8044 0.5190</w:t>
        <w:br/>
        <w:t>vn 0.4383 0.8655 0.2425</w:t>
        <w:br/>
        <w:t>vn -0.1359 0.9551 -0.2634</w:t>
        <w:br/>
        <w:t>vn 0.1044 0.9254 -0.3643</w:t>
        <w:br/>
        <w:t>vn -0.5370 0.8408 -0.0682</w:t>
        <w:br/>
        <w:t>vn -0.4718 0.8640 -0.1757</w:t>
        <w:br/>
        <w:t>vn 0.0183 0.1692 0.9854</w:t>
        <w:br/>
        <w:t>vn -0.0890 0.1066 0.9903</w:t>
        <w:br/>
        <w:t>vn -0.0891 0.1067 0.9903</w:t>
        <w:br/>
        <w:t>vn 0.0690 0.2860 0.9558</w:t>
        <w:br/>
        <w:t>vn 0.2554 0.6185 0.7431</w:t>
        <w:br/>
        <w:t>vn -0.1246 0.0490 -0.9910</w:t>
        <w:br/>
        <w:t>vn -0.1416 -0.0641 -0.9879</w:t>
        <w:br/>
        <w:t>vn -0.0215 0.1412 0.9897</w:t>
        <w:br/>
        <w:t>vn -0.0444 0.1495 0.9878</w:t>
        <w:br/>
        <w:t>vn -0.0638 0.1679 0.9837</w:t>
        <w:br/>
        <w:t>vn -0.0638 0.1680 0.9837</w:t>
        <w:br/>
        <w:t>vn -0.2109 -0.0608 0.9756</w:t>
        <w:br/>
        <w:t>vn -0.2109 -0.0609 0.9756</w:t>
        <w:br/>
        <w:t>vn -0.1930 -0.0096 0.9812</w:t>
        <w:br/>
        <w:t>vn -0.2240 -0.0814 0.9712</w:t>
        <w:br/>
        <w:t>vn -0.3176 0.9174 -0.2399</w:t>
        <w:br/>
        <w:t>vn -0.1060 0.1614 -0.9812</w:t>
        <w:br/>
        <w:t>vn 0.3284 0.8589 -0.3929</w:t>
        <w:br/>
        <w:t>vn 0.3284 0.8590 -0.3929</w:t>
        <w:br/>
        <w:t>vn 0.4534 0.8246 -0.3383</w:t>
        <w:br/>
        <w:t>vn -0.1992 0.0223 0.9797</w:t>
        <w:br/>
        <w:t>vn -0.1470 0.0978 0.9843</w:t>
        <w:br/>
        <w:t>vn -0.3078 0.9313 0.1949</w:t>
        <w:br/>
        <w:t>vn -0.3982 0.8724 -0.2835</w:t>
        <w:br/>
        <w:t>vn 0.8967 0.4280 0.1127</w:t>
        <w:br/>
        <w:t>vn 0.8967 0.4280 0.1128</w:t>
        <w:br/>
        <w:t>vn 0.9398 0.3277 0.0969</w:t>
        <w:br/>
        <w:t>vn -0.5144 0.8569 -0.0351</w:t>
        <w:br/>
        <w:t>vn -0.5334 0.8341 -0.1404</w:t>
        <w:br/>
        <w:t>vn -0.4015 0.8682 -0.2915</w:t>
        <w:br/>
        <w:t>vn -0.7810 -0.6026 -0.1637</w:t>
        <w:br/>
        <w:t>vn -0.7811 -0.6026 -0.1637</w:t>
        <w:br/>
        <w:t>vn -0.8050 -0.5809 0.1205</w:t>
        <w:br/>
        <w:t>vn -0.8462 -0.5269 0.0795</w:t>
        <w:br/>
        <w:t>vn -0.7852 -0.5858 -0.2007</w:t>
        <w:br/>
        <w:t>vn -0.8539 -0.5150 -0.0756</w:t>
        <w:br/>
        <w:t>vn -0.8297 -0.5496 0.0976</w:t>
        <w:br/>
        <w:t>vn -0.7400 -0.6674 -0.0839</w:t>
        <w:br/>
        <w:t>vn -0.8602 -0.4938 0.1275</w:t>
        <w:br/>
        <w:t>vn -0.7357 0.4947 0.4626</w:t>
        <w:br/>
        <w:t>vn -0.6377 0.5308 0.5583</w:t>
        <w:br/>
        <w:t>vn -0.6634 0.7477 0.0270</w:t>
        <w:br/>
        <w:t>vn -0.6635 0.7477 0.0270</w:t>
        <w:br/>
        <w:t>vn 0.2347 -0.1751 -0.9561</w:t>
        <w:br/>
        <w:t>vn -0.1544 -0.1900 -0.9696</w:t>
        <w:br/>
        <w:t>vn -0.3387 -0.2440 -0.9087</w:t>
        <w:br/>
        <w:t>vn -0.4286 -0.2591 -0.8656</w:t>
        <w:br/>
        <w:t>vn -0.1676 -0.2087 -0.9635</w:t>
        <w:br/>
        <w:t>vn -0.5038 -0.3205 -0.8022</w:t>
        <w:br/>
        <w:t>vn -0.6724 -0.2986 -0.6773</w:t>
        <w:br/>
        <w:t>vn -0.2468 -0.2235 -0.9429</w:t>
        <w:br/>
        <w:t>vn -0.0542 -0.1780 -0.9825</w:t>
        <w:br/>
        <w:t>vn 0.0308 -0.1810 -0.9830</w:t>
        <w:br/>
        <w:t>vn 0.0687 -0.1716 -0.9828</w:t>
        <w:br/>
        <w:t>vn 0.0492 0.0724 -0.9962</w:t>
        <w:br/>
        <w:t>vn 0.0641 -0.0417 -0.9971</w:t>
        <w:br/>
        <w:t>vn 0.0163 -0.0311 -0.9994</w:t>
        <w:br/>
        <w:t>vn 0.0129 0.0857 -0.9962</w:t>
        <w:br/>
        <w:t>vn -0.0351 0.0865 -0.9956</w:t>
        <w:br/>
        <w:t>vn -0.0395 -0.0197 -0.9990</w:t>
        <w:br/>
        <w:t>vn -0.0816 -0.0118 -0.9966</w:t>
        <w:br/>
        <w:t>vn -0.0758 0.0845 -0.9935</w:t>
        <w:br/>
        <w:t>vn -0.1506 0.0847 -0.9850</w:t>
        <w:br/>
        <w:t>vn -0.1610 -0.0109 -0.9869</w:t>
        <w:br/>
        <w:t>vn -0.2247 -0.0119 -0.9744</w:t>
        <w:br/>
        <w:t>vn -0.2079 0.0853 -0.9744</w:t>
        <w:br/>
        <w:t>vn -0.0585 0.2962 -0.9533</w:t>
        <w:br/>
        <w:t>vn -0.0146 0.2591 -0.9658</w:t>
        <w:br/>
        <w:t>vn -0.1324 0.3536 -0.9260</w:t>
        <w:br/>
        <w:t>vn -0.1420 0.3629 -0.9209</w:t>
        <w:br/>
        <w:t>vn 0.0031 0.2976 -0.9547</w:t>
        <w:br/>
        <w:t>vn 0.0210 0.2253 -0.9741</w:t>
        <w:br/>
        <w:t>vn -0.0426 0.3472 -0.9368</w:t>
        <w:br/>
        <w:t>vn -0.0990 0.3296 -0.9389</w:t>
        <w:br/>
        <w:t>vn -0.0888 -0.1074 -0.9903</w:t>
        <w:br/>
        <w:t>vn -0.0851 -0.0438 -0.9954</w:t>
        <w:br/>
        <w:t>vn -0.0335 -0.0600 -0.9976</w:t>
        <w:br/>
        <w:t>vn -0.0093 -0.1106 -0.9938</w:t>
        <w:br/>
        <w:t>vn 0.0685 -0.0927 -0.9933</w:t>
        <w:br/>
        <w:t>vn 0.0294 -0.1233 -0.9919</w:t>
        <w:br/>
        <w:t>vn 0.0215 -0.0864 -0.9960</w:t>
        <w:br/>
        <w:t>vn 0.0687 -0.0843 -0.9941</w:t>
        <w:br/>
        <w:t>vn -0.2856 -0.0675 -0.9560</w:t>
        <w:br/>
        <w:t>vn -0.2452 -0.0365 -0.9688</w:t>
        <w:br/>
        <w:t>vn -0.1772 -0.0367 -0.9835</w:t>
        <w:br/>
        <w:t>vn -0.2135 -0.0830 -0.9734</w:t>
        <w:br/>
        <w:t>vn -0.0703 0.9975 -0.0004</w:t>
        <w:br/>
        <w:t>vn -0.2296 0.9206 -0.3159</w:t>
        <w:br/>
        <w:t>vn -0.1457 0.9364 -0.3192</w:t>
        <w:br/>
        <w:t>vn -0.1577 0.6876 -0.7088</w:t>
        <w:br/>
        <w:t>vn -0.1405 0.6374 -0.7576</w:t>
        <w:br/>
        <w:t>vn -0.1358 0.9136 -0.3834</w:t>
        <w:br/>
        <w:t>vn -0.1000 0.5261 -0.8445</w:t>
        <w:br/>
        <w:t>vn -0.1740 0.7888 -0.5895</w:t>
        <w:br/>
        <w:t>vn -0.2876 -0.1241 -0.9497</w:t>
        <w:br/>
        <w:t>vn -0.4424 -0.1276 -0.8877</w:t>
        <w:br/>
        <w:t>vn -0.0390 -0.1506 -0.9878</w:t>
        <w:br/>
        <w:t>vn -0.0098 -0.1642 -0.9864</w:t>
        <w:br/>
        <w:t>vn -0.3053 -0.1211 -0.9445</w:t>
        <w:br/>
        <w:t>vn -0.1208 -0.1758 -0.9770</w:t>
        <w:br/>
        <w:t>vn -0.1337 -0.1985 -0.9709</w:t>
        <w:br/>
        <w:t>vn -0.1293 -0.1545 -0.9795</w:t>
        <w:br/>
        <w:t>vn -0.0908 -0.1911 -0.9774</w:t>
        <w:br/>
        <w:t>vn -0.0752 -0.1883 -0.9792</w:t>
        <w:br/>
        <w:t>vn -0.0962 -0.1730 -0.9802</w:t>
        <w:br/>
        <w:t>vn -0.6428 -0.1262 -0.7556</w:t>
        <w:br/>
        <w:t>vn -0.4702 -0.1229 -0.8740</w:t>
        <w:br/>
        <w:t>vn -0.0129 0.9991 0.0399</w:t>
        <w:br/>
        <w:t>vn -0.0372 0.9992 0.0139</w:t>
        <w:br/>
        <w:t>vn -0.9559 0.2727 0.1090</w:t>
        <w:br/>
        <w:t>vn -0.9802 0.1047 0.1678</w:t>
        <w:br/>
        <w:t>vn -0.9931 -0.0362 0.1119</w:t>
        <w:br/>
        <w:t>vn -0.9931 -0.0361 0.1118</w:t>
        <w:br/>
        <w:t>vn 0.2018 -0.9741 0.1017</w:t>
        <w:br/>
        <w:t>vn 0.2018 -0.9741 0.1016</w:t>
        <w:br/>
        <w:t>vn 0.3945 -0.9121 0.1116</w:t>
        <w:br/>
        <w:t>vn -0.8794 0.4755 -0.0218</w:t>
        <w:br/>
        <w:t>vn -0.9210 0.3895 -0.0090</w:t>
        <w:br/>
        <w:t>vn -0.9926 -0.1013 0.0665</w:t>
        <w:br/>
        <w:t>vn -0.9931 -0.1162 -0.0137</w:t>
        <w:br/>
        <w:t>vn -0.8524 0.5156 0.0869</w:t>
        <w:br/>
        <w:t>vn 0.6093 -0.7881 0.0876</w:t>
        <w:br/>
        <w:t>vn -0.4770 -0.8659 0.1508</w:t>
        <w:br/>
        <w:t>vn -0.5856 -0.7900 0.1813</w:t>
        <w:br/>
        <w:t>vn -0.5856 -0.7901 0.1813</w:t>
        <w:br/>
        <w:t>vn 0.7413 -0.6701 0.0377</w:t>
        <w:br/>
        <w:t>vn 0.8009 -0.5988 0.0064</w:t>
        <w:br/>
        <w:t>vn 0.7413 -0.6702 0.0377</w:t>
        <w:br/>
        <w:t>vn -0.4234 -0.8965 0.1306</w:t>
        <w:br/>
        <w:t>vn -0.4291 -0.8929 0.1362</w:t>
        <w:br/>
        <w:t>vn -0.4292 -0.8929 0.1362</w:t>
        <w:br/>
        <w:t>vn -0.8264 -0.5050 -0.2489</w:t>
        <w:br/>
        <w:t>vn -0.8100 -0.5257 -0.2597</w:t>
        <w:br/>
        <w:t>vn -0.6452 -0.7155 0.2680</w:t>
        <w:br/>
        <w:t>vn -0.6473 -0.7251 0.2351</w:t>
        <w:br/>
        <w:t>vn -0.8332 0.5272 0.1667</w:t>
        <w:br/>
        <w:t>vn -0.8332 0.5273 0.1668</w:t>
        <w:br/>
        <w:t>vn -0.9996 -0.0270 -0.0099</w:t>
        <w:br/>
        <w:t>vn -0.9996 -0.0270 -0.0100</w:t>
        <w:br/>
        <w:t>vn 0.4149 -0.5981 -0.6857</w:t>
        <w:br/>
        <w:t>vn 0.6301 -0.5112 -0.5845</w:t>
        <w:br/>
        <w:t>vn 0.5843 -0.5762 -0.5715</w:t>
        <w:br/>
        <w:t>vn 0.3604 -0.6717 -0.6472</w:t>
        <w:br/>
        <w:t>vn 0.6597 -0.4834 -0.5755</w:t>
        <w:br/>
        <w:t>vn 0.4168 -0.5637 -0.7131</w:t>
        <w:br/>
        <w:t>vn 0.4331 -0.6720 -0.6008</w:t>
        <w:br/>
        <w:t>vn 0.6844 -0.5547 -0.4732</w:t>
        <w:br/>
        <w:t>vn 0.8650 -0.4689 -0.1787</w:t>
        <w:br/>
        <w:t>vn 0.7527 -0.5935 -0.2851</w:t>
        <w:br/>
        <w:t>vn 0.7625 -0.6057 -0.2275</w:t>
        <w:br/>
        <w:t>vn 0.8913 -0.4492 -0.0616</w:t>
        <w:br/>
        <w:t>vn 0.7784 -0.4094 0.4758</w:t>
        <w:br/>
        <w:t>vn 0.5975 -0.6388 0.4847</w:t>
        <w:br/>
        <w:t>vn 0.7013 -0.3345 0.6295</w:t>
        <w:br/>
        <w:t>vn 0.4367 -0.4360 0.7869</w:t>
        <w:br/>
        <w:t>vn 0.5946 -0.2621 0.7601</w:t>
        <w:br/>
        <w:t>vn 0.6007 -0.6905 -0.4030</w:t>
        <w:br/>
        <w:t>vn 0.7757 -0.5511 -0.3076</w:t>
        <w:br/>
        <w:t>vn 0.2350 -0.1507 0.9602</w:t>
        <w:br/>
        <w:t>vn 0.2124 0.0400 0.9764</w:t>
        <w:br/>
        <w:t>vn 0.3081 -0.0735 0.9485</w:t>
        <w:br/>
        <w:t>vn 0.1496 0.1958 0.9692</w:t>
        <w:br/>
        <w:t>vn 0.8769 -0.4759 0.0678</w:t>
        <w:br/>
        <w:t>vn 0.6924 -0.7059 -0.1495</w:t>
        <w:br/>
        <w:t>vn 0.6305 -0.7683 0.1102</w:t>
        <w:br/>
        <w:t>vn 0.8373 -0.4748 0.2711</w:t>
        <w:br/>
        <w:t>vn 0.5713 -0.6031 -0.5567</w:t>
        <w:br/>
        <w:t>vn 0.3363 -0.7013 -0.6286</w:t>
        <w:br/>
        <w:t>vn 0.7701 -0.4434 -0.4586</w:t>
        <w:br/>
        <w:t>vn 0.8049 -0.3916 -0.4459</w:t>
        <w:br/>
        <w:t>vn 0.8469 -0.3622 -0.3893</w:t>
        <w:br/>
        <w:t>vn 0.8702 -0.3879 -0.3038</w:t>
        <w:br/>
        <w:t>vn 0.9433 -0.3256 -0.0651</w:t>
        <w:br/>
        <w:t>vn 0.9592 -0.2609 0.1094</w:t>
        <w:br/>
        <w:t>vn 0.8550 -0.0786 0.5127</w:t>
        <w:br/>
        <w:t>vn 0.7645 -0.0689 0.6409</w:t>
        <w:br/>
        <w:t>vn 0.6613 -0.0013 0.7501</w:t>
        <w:br/>
        <w:t>vn 0.9036 -0.3812 -0.1954</w:t>
        <w:br/>
        <w:t>vn 0.3321 0.1283 0.9345</w:t>
        <w:br/>
        <w:t>vn 0.2343 0.1574 0.9593</w:t>
        <w:br/>
        <w:t>vn 0.1669 0.2277 0.9593</w:t>
        <w:br/>
        <w:t>vn 0.9437 -0.1830 0.2755</w:t>
        <w:br/>
        <w:t>vn 0.9144 -0.1146 0.3883</w:t>
        <w:br/>
        <w:t>vn 0.7663 -0.4626 -0.4459</w:t>
        <w:br/>
        <w:t>vn 0.0892 0.9917 -0.0930</w:t>
        <w:br/>
        <w:t>vn 0.1160 0.9900 -0.0806</w:t>
        <w:br/>
        <w:t>vn 0.0677 0.9928 -0.0992</w:t>
        <w:br/>
        <w:t>vn 0.4519 -0.1524 0.8790</w:t>
        <w:br/>
        <w:t>vn 0.4978 0.1002 0.8615</w:t>
        <w:br/>
        <w:t>vn 0.1301 0.9887 -0.0746</w:t>
        <w:br/>
        <w:t>vn 0.1432 0.9864 -0.0808</w:t>
        <w:br/>
        <w:t>vn -0.1884 -0.3350 0.9232</w:t>
        <w:br/>
        <w:t>vn -0.2639 -0.3653 0.8927</w:t>
        <w:br/>
        <w:t>vn -0.3583 -0.3136 0.8793</w:t>
        <w:br/>
        <w:t>vn -0.2699 -0.2781 0.9219</w:t>
        <w:br/>
        <w:t>vn -0.3792 -0.2474 0.8916</w:t>
        <w:br/>
        <w:t>vn -0.2632 -0.2138 0.9407</w:t>
        <w:br/>
        <w:t>vn -0.3375 0.0254 0.9410</w:t>
        <w:br/>
        <w:t>vn -0.4514 -0.0216 0.8920</w:t>
        <w:br/>
        <w:t>vn -0.4714 0.3197 0.8219</w:t>
        <w:br/>
        <w:t>vn -0.3814 0.3794 0.8430</w:t>
        <w:br/>
        <w:t>vn -0.3853 0.5623 0.7317</w:t>
        <w:br/>
        <w:t>vn -0.4601 0.5193 0.7202</w:t>
        <w:br/>
        <w:t>vn -0.3932 0.7707 0.5013</w:t>
        <w:br/>
        <w:t>vn -0.3924 0.7615 0.5159</w:t>
        <w:br/>
        <w:t>vn -0.3762 0.7702 0.5151</w:t>
        <w:br/>
        <w:t>vn -0.1782 -0.6157 0.7676</w:t>
        <w:br/>
        <w:t>vn -0.1464 -0.6716 0.7263</w:t>
        <w:br/>
        <w:t>vn -0.0467 -0.6492 0.7592</w:t>
        <w:br/>
        <w:t>vn -0.0806 -0.5879 0.8049</w:t>
        <w:br/>
        <w:t>vn -0.1710 -0.1689 0.9707</w:t>
        <w:br/>
        <w:t>vn 0.1184 -0.1283 0.9846</w:t>
        <w:br/>
        <w:t>vn 0.1169 -0.1772 0.9772</w:t>
        <w:br/>
        <w:t>vn -0.1372 -0.2244 0.9648</w:t>
        <w:br/>
        <w:t>vn 0.2238 -0.0913 0.9704</w:t>
        <w:br/>
        <w:t>vn 0.1517 0.1529 0.9765</w:t>
        <w:br/>
        <w:t>vn -0.1279 0.0964 0.9871</w:t>
        <w:br/>
        <w:t>vn -0.0535 -0.1558 0.9863</w:t>
        <w:br/>
        <w:t>vn 0.0747 0.5135 0.8548</w:t>
        <w:br/>
        <w:t>vn 0.0470 0.6624 0.7476</w:t>
        <w:br/>
        <w:t>vn -0.2307 0.6265 0.7445</w:t>
        <w:br/>
        <w:t>vn -0.2044 0.4659 0.8609</w:t>
        <w:br/>
        <w:t>vn -0.2866 0.7983 0.5296</w:t>
        <w:br/>
        <w:t>vn -0.2710 0.7813 0.5622</w:t>
        <w:br/>
        <w:t>vn -0.0165 0.8107 0.5853</w:t>
        <w:br/>
        <w:t>vn -0.0658 0.8224 0.5650</w:t>
        <w:br/>
        <w:t>vn 0.2927 -0.4414 0.8482</w:t>
        <w:br/>
        <w:t>vn 0.3478 -0.4795 0.8057</w:t>
        <w:br/>
        <w:t>vn 0.1112 -0.5897 0.7999</w:t>
        <w:br/>
        <w:t>vn 0.0458 -0.5297 0.8469</w:t>
        <w:br/>
        <w:t>vn -0.3747 0.2269 0.8990</w:t>
        <w:br/>
        <w:t>vn -0.4777 0.1682 0.8623</w:t>
        <w:br/>
        <w:t>vn 0.0990 0.3604 0.9275</w:t>
        <w:br/>
        <w:t>vn -0.1795 0.3098 0.9337</w:t>
        <w:br/>
        <w:t>vn -0.1668 -0.4303 0.8872</w:t>
        <w:br/>
        <w:t>vn -0.2735 -0.4544 0.8477</w:t>
        <w:br/>
        <w:t>vn 0.0262 -0.3833 0.9232</w:t>
        <w:br/>
        <w:t>vn 0.0969 -0.5318 0.8413</w:t>
        <w:br/>
        <w:t>vn 0.3531 -0.4419 0.8247</w:t>
        <w:br/>
        <w:t>vn 0.2987 -0.3087 0.9030</w:t>
        <w:br/>
        <w:t>vn -0.1674 -0.5950 0.7861</w:t>
        <w:br/>
        <w:t>vn -0.0738 -0.5739 0.8156</w:t>
        <w:br/>
        <w:t>vn -0.3824 0.6938 0.6103</w:t>
        <w:br/>
        <w:t>vn -0.4391 0.6673 0.6015</w:t>
        <w:br/>
        <w:t>vn -0.2558 0.7346 0.6285</w:t>
        <w:br/>
        <w:t>vn 0.0136 0.7611 0.6485</w:t>
        <w:br/>
        <w:t>vn -0.3712 0.7451 0.5541</w:t>
        <w:br/>
        <w:t>vn -0.4149 0.7226 0.5529</w:t>
        <w:br/>
        <w:t>vn -0.2965 0.7951 0.5290</w:t>
        <w:br/>
        <w:t>vn -0.1003 0.8114 0.5758</w:t>
        <w:br/>
        <w:t>vn -0.0861 -0.2899 0.9532</w:t>
        <w:br/>
        <w:t>vn -0.3486 0.7855 0.5112</w:t>
        <w:br/>
        <w:t>vn -0.3818 -0.2216 0.8973</w:t>
        <w:br/>
        <w:t>vn -0.5256 -0.2572 0.8109</w:t>
        <w:br/>
        <w:t>vn -0.6733 -0.1251 0.7287</w:t>
        <w:br/>
        <w:t>vn -0.4782 -0.1088 0.8715</w:t>
        <w:br/>
        <w:t>vn -0.1272 -0.4398 0.8891</w:t>
        <w:br/>
        <w:t>vn -0.2070 -0.4673 0.8596</w:t>
        <w:br/>
        <w:t>vn -0.0314 -0.4034 0.9145</w:t>
        <w:br/>
        <w:t>vn 0.1295 -0.2443 0.9610</w:t>
        <w:br/>
        <w:t>vn 0.2093 -0.3509 0.9127</w:t>
        <w:br/>
        <w:t>vn -0.1955 -0.0802 0.9774</w:t>
        <w:br/>
        <w:t>vn 0.0682 -0.0590 0.9959</w:t>
        <w:br/>
        <w:t>vn -0.0723 0.1134 -0.9909</w:t>
        <w:br/>
        <w:t>vn -0.5434 -0.0266 -0.8391</w:t>
        <w:br/>
        <w:t>vn -0.2606 0.0888 -0.9614</w:t>
        <w:br/>
        <w:t>vn 0.2874 -0.0369 -0.9571</w:t>
        <w:br/>
        <w:t>vn 0.2501 0.1232 -0.9603</w:t>
        <w:br/>
        <w:t>vn 0.2480 0.1615 -0.9552</w:t>
        <w:br/>
        <w:t>vn 0.3475 -0.3942 -0.8508</w:t>
        <w:br/>
        <w:t>vn 0.3273 -0.5730 -0.7514</w:t>
        <w:br/>
        <w:t>vn 0.3167 -0.7906 -0.5241</w:t>
        <w:br/>
        <w:t>vn 0.3080 -0.7806 -0.5438</w:t>
        <w:br/>
        <w:t>vn 0.3036 -0.7889 -0.5342</w:t>
        <w:br/>
        <w:t>vn -0.2520 0.6492 -0.7176</w:t>
        <w:br/>
        <w:t>vn 0.0516 0.6307 -0.7743</w:t>
        <w:br/>
        <w:t>vn 0.0515 0.6307 -0.7743</w:t>
        <w:br/>
        <w:t>vn 0.3439 -0.2119 -0.9148</w:t>
        <w:br/>
        <w:t>vn 0.2164 0.4256 -0.8786</w:t>
        <w:br/>
        <w:t>vn 0.2164 0.4256 -0.8787</w:t>
        <w:br/>
        <w:t>vn -0.5244 0.3866 -0.7587</w:t>
        <w:br/>
        <w:t>vn -0.6986 0.2015 -0.6865</w:t>
        <w:br/>
        <w:t>vn 0.3391 -0.6970 -0.6318</w:t>
        <w:br/>
        <w:t>vn 0.3390 -0.6972 -0.6317</w:t>
        <w:br/>
        <w:t>vn 0.3407 -0.7553 -0.5599</w:t>
        <w:br/>
        <w:t>vn 0.3357 -0.7511 -0.5685</w:t>
        <w:br/>
        <w:t>vn 0.0915 0.0903 -0.9917</w:t>
        <w:br/>
        <w:t>vn -0.5571 0.1055 -0.8237</w:t>
        <w:br/>
        <w:t>vn -0.4217 0.0687 -0.9041</w:t>
        <w:br/>
        <w:t>vn -0.7346 -0.0806 -0.6737</w:t>
        <w:br/>
        <w:t>vn -0.7725 -0.0491 -0.6332</w:t>
        <w:br/>
        <w:t>vn -0.9214 -0.2330 -0.3110</w:t>
        <w:br/>
        <w:t>vn -0.9205 -0.2403 -0.3081</w:t>
        <w:br/>
        <w:t>vn -0.9197 -0.2154 -0.3284</w:t>
        <w:br/>
        <w:t>vn -0.8315 -0.4331 -0.3478</w:t>
        <w:br/>
        <w:t>vn -0.8218 -0.4222 -0.3826</w:t>
        <w:br/>
        <w:t>vn -0.8218 -0.4223 -0.3826</w:t>
        <w:br/>
        <w:t>vn -0.8771 -0.4022 -0.2625</w:t>
        <w:br/>
        <w:t>vn -0.8685 -0.3954 -0.2988</w:t>
        <w:br/>
        <w:t>vn -0.8686 -0.3954 -0.2988</w:t>
        <w:br/>
        <w:t>vn -0.1190 0.5229 -0.8441</w:t>
        <w:br/>
        <w:t>vn -0.1189 0.5229 -0.8441</w:t>
        <w:br/>
        <w:t>vn -0.1728 0.3944 -0.9026</w:t>
        <w:br/>
        <w:t>vn -0.1728 0.3944 -0.9025</w:t>
        <w:br/>
        <w:t>vn -0.8248 -0.3834 -0.4156</w:t>
        <w:br/>
        <w:t>vn -0.8808 -0.4032 -0.2484</w:t>
        <w:br/>
        <w:t>vn -0.8769 -0.3221 -0.3568</w:t>
        <w:br/>
        <w:t>vn -0.8671 -0.3045 -0.3943</w:t>
        <w:br/>
        <w:t>vn 0.7831 0.0050 0.6218</w:t>
        <w:br/>
        <w:t>vn 0.9366 0.0662 0.3442</w:t>
        <w:br/>
        <w:t>vn 0.9581 0.0903 0.2720</w:t>
        <w:br/>
        <w:t>vn 0.7278 -0.0266 0.6853</w:t>
        <w:br/>
        <w:t>vn 0.9254 0.1376 0.3532</w:t>
        <w:br/>
        <w:t>vn 0.9012 0.1947 0.3873</w:t>
        <w:br/>
        <w:t>vn 0.6724 0.2036 0.7116</w:t>
        <w:br/>
        <w:t>vn 0.7234 0.0504 0.6886</w:t>
        <w:br/>
        <w:t>vn 0.8543 0.3238 0.4065</w:t>
        <w:br/>
        <w:t>vn 0.8618 0.3619 0.3554</w:t>
        <w:br/>
        <w:t>vn 0.6001 0.5486 0.5822</w:t>
        <w:br/>
        <w:t>vn 0.6039 0.4506 0.6575</w:t>
        <w:br/>
        <w:t>vn 0.8892 0.3770 0.2594</w:t>
        <w:br/>
        <w:t>vn 0.8956 0.3624 0.2580</w:t>
        <w:br/>
        <w:t>vn 0.5809 0.6649 0.4696</w:t>
        <w:br/>
        <w:t>vn 0.6060 0.6435 0.4676</w:t>
        <w:br/>
        <w:t>vn 0.9371 0.0271 0.3480</w:t>
        <w:br/>
        <w:t>vn 0.9344 0.0342 0.3546</w:t>
        <w:br/>
        <w:t>vn 0.7765 -0.1872 0.6017</w:t>
        <w:br/>
        <w:t>vn 0.7707 -0.1719 0.6136</w:t>
        <w:br/>
        <w:t>vn -0.8536 -0.4144 -0.3157</w:t>
        <w:br/>
        <w:t>vn 0.8685 0.2666 0.4179</w:t>
        <w:br/>
        <w:t>vn 0.6233 0.3449 0.7018</w:t>
        <w:br/>
        <w:t>vn -0.8432 -0.3754 -0.3849</w:t>
        <w:br/>
        <w:t>vn 0.7867 -0.1612 0.5959</w:t>
        <w:br/>
        <w:t>vn 0.9417 0.0619 0.3306</w:t>
        <w:br/>
        <w:t>vn 0.9418 0.0968 0.3220</w:t>
        <w:br/>
        <w:t>vn 0.7701 -0.0783 0.6332</w:t>
        <w:br/>
        <w:t>vn -0.8394 -0.3105 -0.4461</w:t>
        <w:br/>
        <w:t>vn -0.8677 -0.2550 -0.4267</w:t>
        <w:br/>
        <w:t>vn -0.8838 -0.4074 -0.2299</w:t>
        <w:br/>
        <w:t>vn 0.8762 0.3759 0.3017</w:t>
        <w:br/>
        <w:t>vn 0.5981 0.6150 0.5138</w:t>
        <w:br/>
        <w:t>vn -0.8927 -0.3848 -0.2344</w:t>
        <w:br/>
        <w:t>vn 0.1677 0.6880 -0.7061</w:t>
        <w:br/>
        <w:t>vn 0.1676 0.6880 -0.7061</w:t>
        <w:br/>
        <w:t>vn -0.1310 0.5855 -0.8000</w:t>
        <w:br/>
        <w:t>vn 0.7703 0.6143 -0.1709</w:t>
        <w:br/>
        <w:t>vn 0.7704 0.6143 -0.1709</w:t>
        <w:br/>
        <w:t>vn 0.8842 0.3834 0.2667</w:t>
        <w:br/>
        <w:t>vn 0.7247 0.5485 0.4171</w:t>
        <w:br/>
        <w:t>vn -0.9212 -0.1758 -0.3472</w:t>
        <w:br/>
        <w:t>vn -0.8942 -0.0447 -0.4454</w:t>
        <w:br/>
        <w:t>vn -0.8942 -0.0448 -0.4454</w:t>
        <w:br/>
        <w:t>vn -0.7725 -0.0491 -0.6331</w:t>
        <w:br/>
        <w:t>vn -0.9053 -0.1982 -0.3757</w:t>
        <w:br/>
        <w:t>vn 0.9617 0.0745 0.2636</w:t>
        <w:br/>
        <w:t>vn 0.9471 0.0467 0.3176</w:t>
        <w:br/>
        <w:t>vn 0.7528 -0.1304 0.6452</w:t>
        <w:br/>
        <w:t>vn 0.7296 -0.0728 0.6800</w:t>
        <w:br/>
        <w:t>vn 0.9784 0.0513 0.2002</w:t>
        <w:br/>
        <w:t>vn 0.9739 -0.1835 0.1335</w:t>
        <w:br/>
        <w:t>vn 0.9646 0.0597 0.2569</w:t>
        <w:br/>
        <w:t>vn 0.0900 0.8031 0.5890</w:t>
        <w:br/>
        <w:t>vn 0.2680 -0.0418 0.9625</w:t>
        <w:br/>
        <w:t>vn -0.5597 -0.0112 -0.8286</w:t>
        <w:br/>
        <w:t>vn -0.4058 0.7581 0.5105</w:t>
        <w:br/>
        <w:t>vn -0.4126 0.7535 0.5118</w:t>
        <w:br/>
        <w:t>vn 0.3117 -0.7827 -0.5388</w:t>
        <w:br/>
        <w:t>vn 0.2980 -0.7912 -0.5340</w:t>
        <w:br/>
        <w:t>vn 0.2826 -0.8143 -0.5070</w:t>
        <w:br/>
        <w:t>vn 0.2834 -0.8268 -0.4858</w:t>
        <w:br/>
        <w:t>vn 0.3296 -0.8148 -0.4770</w:t>
        <w:br/>
        <w:t>vn 0.3632 -0.7828 -0.5052</w:t>
        <w:br/>
        <w:t>vn 0.3506 -0.7634 -0.5425</w:t>
        <w:br/>
        <w:t>vn -0.6783 -0.0233 0.7344</w:t>
        <w:br/>
        <w:t>vn -0.4864 -0.0256 0.8733</w:t>
        <w:br/>
        <w:t>vn -0.2189 -0.0234 0.9755</w:t>
        <w:br/>
        <w:t>vn 0.0130 -0.0124 0.9998</w:t>
        <w:br/>
        <w:t>vn 0.1068 0.0327 -0.9937</w:t>
        <w:br/>
        <w:t>vn 0.1067 0.0327 -0.9937</w:t>
        <w:br/>
        <w:t>vn -0.8660 0.0257 -0.4995</w:t>
        <w:br/>
        <w:t>vn -0.8659 0.0257 -0.4995</w:t>
        <w:br/>
        <w:t>vn 0.9633 0.0212 0.2676</w:t>
        <w:br/>
        <w:t>vn 0.1951 -0.0042 0.9808</w:t>
        <w:br/>
        <w:t>vn -0.6385 0.0031 0.7696</w:t>
        <w:br/>
        <w:t>vn -0.4630 0.0026 0.8864</w:t>
        <w:br/>
        <w:t>vn -0.2278 0.0023 0.9737</w:t>
        <w:br/>
        <w:t>vn -0.0102 0.0086 0.9999</w:t>
        <w:br/>
        <w:t>vn 0.0735 0.0093 -0.9973</w:t>
        <w:br/>
        <w:t>vn -0.8663 0.0378 -0.4982</w:t>
        <w:br/>
        <w:t>vn 0.9463 0.0230 0.3225</w:t>
        <w:br/>
        <w:t>vn 0.1681 0.0143 0.9857</w:t>
        <w:br/>
        <w:t>vn 0.4230 0.0470 0.9049</w:t>
        <w:br/>
        <w:t>vn 0.3831 0.0549 0.9221</w:t>
        <w:br/>
        <w:t>vn 0.4047 0.2293 0.8852</w:t>
        <w:br/>
        <w:t>vn 0.4651 0.2313 0.8545</w:t>
        <w:br/>
        <w:t>vn 0.3935 0.6558 0.6443</w:t>
        <w:br/>
        <w:t>vn 0.3558 0.6490 0.6724</w:t>
        <w:br/>
        <w:t>vn 0.2975 0.7072 0.6414</w:t>
        <w:br/>
        <w:t>vn 0.2991 0.7138 0.6332</w:t>
        <w:br/>
        <w:t>vn 0.3769 -0.1699 0.9105</w:t>
        <w:br/>
        <w:t>vn 0.3702 -0.3405 0.8643</w:t>
        <w:br/>
        <w:t>vn 0.3933 -0.3442 0.8526</w:t>
        <w:br/>
        <w:t>vn 0.3823 -0.1602 0.9101</w:t>
        <w:br/>
        <w:t>vn 0.1837 0.1308 0.9742</w:t>
        <w:br/>
        <w:t>vn 0.0778 0.1146 0.9904</w:t>
        <w:br/>
        <w:t>vn 0.1423 -0.1202 0.9825</w:t>
        <w:br/>
        <w:t>vn 0.2264 -0.1044 0.9684</w:t>
        <w:br/>
        <w:t>vn -0.1431 0.6752 0.7236</w:t>
        <w:br/>
        <w:t>vn -0.0985 0.5213 0.8477</w:t>
        <w:br/>
        <w:t>vn 0.0044 0.5370 0.8436</w:t>
        <w:br/>
        <w:t>vn -0.0851 0.6864 0.7222</w:t>
        <w:br/>
        <w:t>vn 0.0853 -0.5509 0.8302</w:t>
        <w:br/>
        <w:t>vn 0.1149 -0.5408 0.8333</w:t>
        <w:br/>
        <w:t>vn 0.1542 -0.4806 0.8633</w:t>
        <w:br/>
        <w:t>vn 0.0896 -0.5067 0.8574</w:t>
        <w:br/>
        <w:t>vn -0.0179 -0.2193 0.9755</w:t>
        <w:br/>
        <w:t>vn -0.0242 -0.2115 0.9771</w:t>
        <w:br/>
        <w:t>vn 0.0319 -0.2950 0.9550</w:t>
        <w:br/>
        <w:t>vn 0.0517 -0.3689 0.9280</w:t>
        <w:br/>
        <w:t>vn 0.4628 0.5318 0.7092</w:t>
        <w:br/>
        <w:t>vn 0.4091 0.5256 0.7459</w:t>
        <w:br/>
        <w:t>vn -0.1365 0.7700 0.6233</w:t>
        <w:br/>
        <w:t>vn -0.1565 0.7533 0.6388</w:t>
        <w:br/>
        <w:t>vn -0.1309 0.7587 0.6382</w:t>
        <w:br/>
        <w:t>vn -0.0929 -0.1506 0.9842</w:t>
        <w:br/>
        <w:t>vn -0.1670 -0.1426 0.9756</w:t>
        <w:br/>
        <w:t>vn -0.1196 -0.1438 0.9824</w:t>
        <w:br/>
        <w:t>vn -0.0139 -0.1500 0.9886</w:t>
        <w:br/>
        <w:t>vn 0.2286 -0.2111 0.9504</w:t>
        <w:br/>
        <w:t>vn 0.3492 -0.3369 0.8744</w:t>
        <w:br/>
        <w:t>vn 0.2254 -0.3819 0.8963</w:t>
        <w:br/>
        <w:t>vn 0.1086 -0.2091 0.9718</w:t>
        <w:br/>
        <w:t>vn 0.5020 -0.0132 0.8648</w:t>
        <w:br/>
        <w:t>vn 0.4963 0.0238 0.8678</w:t>
        <w:br/>
        <w:t>vn 0.5403 0.2218 0.8117</w:t>
        <w:br/>
        <w:t>vn 0.5050 0.1970 0.8404</w:t>
        <w:br/>
        <w:t>vn 0.3309 -0.4345 0.8377</w:t>
        <w:br/>
        <w:t>vn 0.3897 -0.3634 0.8462</w:t>
        <w:br/>
        <w:t>vn 0.0446 -0.1301 0.9905</w:t>
        <w:br/>
        <w:t>vn 0.0129 -0.1483 0.9889</w:t>
        <w:br/>
        <w:t>vn 0.2035 0.5499 0.8100</w:t>
        <w:br/>
        <w:t>vn 0.0712 0.7020 0.7086</w:t>
        <w:br/>
        <w:t>vn -0.1122 -0.1031 0.9883</w:t>
        <w:br/>
        <w:t>vn -0.1216 -0.1414 0.9825</w:t>
        <w:br/>
        <w:t>vn 0.1668 -0.4112 0.8962</w:t>
        <w:br/>
        <w:t>vn 0.0661 -0.2439 0.9675</w:t>
        <w:br/>
        <w:t>vn 0.3930 -0.0618 0.9175</w:t>
        <w:br/>
        <w:t>vn 0.3707 0.1643 0.9141</w:t>
        <w:br/>
        <w:t>vn 0.2570 0.6951 0.6714</w:t>
        <w:br/>
        <w:t>vn 0.0988 0.7591 0.6434</w:t>
        <w:br/>
        <w:t>vn -0.0401 0.7672 0.6401</w:t>
        <w:br/>
        <w:t>vn 0.2419 -0.4969 0.8334</w:t>
        <w:br/>
        <w:t>vn 0.3993 -0.3515 0.8468</w:t>
        <w:br/>
        <w:t>vn 0.3046 -0.4143 0.8576</w:t>
        <w:br/>
        <w:t>vn -0.0247 -0.1851 0.9824</w:t>
        <w:br/>
        <w:t>vn 0.4916 0.5396 0.6835</w:t>
        <w:br/>
        <w:t>vn 0.3872 0.6726 0.6306</w:t>
        <w:br/>
        <w:t>vn 0.3846 0.5479 0.7429</w:t>
        <w:br/>
        <w:t>vn 0.4808 0.3923 0.7842</w:t>
        <w:br/>
        <w:t>vn 0.4172 0.3873 0.8222</w:t>
        <w:br/>
        <w:t>vn 0.1014 0.3485 0.9318</w:t>
        <w:br/>
        <w:t>vn -0.0221 0.3288 0.9441</w:t>
        <w:br/>
        <w:t>vn 0.1289 -0.3567 0.9253</w:t>
        <w:br/>
        <w:t>vn 0.2100 -0.3268 0.9214</w:t>
        <w:br/>
        <w:t>vn 0.3048 0.3709 0.8772</w:t>
        <w:br/>
        <w:t>vn 0.3685 -0.2648 0.8911</w:t>
        <w:br/>
        <w:t>vn 0.4614 0.3823 0.8006</w:t>
        <w:br/>
        <w:t>vn 0.5385 0.3902 0.7468</w:t>
        <w:br/>
        <w:t>vn 0.4580 -0.2145 0.8627</w:t>
        <w:br/>
        <w:t>vn 0.4220 -0.1879 0.8869</w:t>
        <w:br/>
        <w:t>vn 0.2532 0.7182 0.6482</w:t>
        <w:br/>
        <w:t>vn 0.1538 0.7369 0.6583</w:t>
        <w:br/>
        <w:t>vn 0.2369 0.7350 0.6353</w:t>
        <w:br/>
        <w:t>vn 0.4434 -0.3285 0.8340</w:t>
        <w:br/>
        <w:t>vn 0.4079 -0.3833 0.8287</w:t>
        <w:br/>
        <w:t>vn -0.0573 -0.1808 0.9819</w:t>
        <w:br/>
        <w:t>vn -0.1128 -0.1614 0.9804</w:t>
        <w:br/>
        <w:t>vn 0.3881 -0.4030 0.8288</w:t>
        <w:br/>
        <w:t>vn 0.3787 -0.3334 0.8634</w:t>
        <w:br/>
        <w:t>vn -0.0282 -0.1405 0.9897</w:t>
        <w:br/>
        <w:t>vn 0.0500 -0.1100 0.9927</w:t>
        <w:br/>
        <w:t>vn 0.0886 -0.4293 0.8988</w:t>
        <w:br/>
        <w:t>vn -0.0773 0.7678 0.6360</w:t>
        <w:br/>
        <w:t>vn 0.0253 0.7564 0.6536</w:t>
        <w:br/>
        <w:t>vn 0.2260 -0.5168 0.8257</w:t>
        <w:br/>
        <w:t>vn 0.3995 0.0295 -0.9163</w:t>
        <w:br/>
        <w:t>vn 0.6771 0.0997 -0.7291</w:t>
        <w:br/>
        <w:t>vn 0.2723 0.0681 -0.9598</w:t>
        <w:br/>
        <w:t>vn 0.1174 -0.0624 -0.9911</w:t>
        <w:br/>
        <w:t>vn 0.7698 0.1121 -0.6283</w:t>
        <w:br/>
        <w:t>vn 0.5067 0.2368 -0.8290</w:t>
        <w:br/>
        <w:t>vn 0.4146 0.1567 -0.8964</w:t>
        <w:br/>
        <w:t>vn 0.7555 0.0895 -0.6490</w:t>
        <w:br/>
        <w:t>vn 0.0134 -0.3911 -0.9202</w:t>
        <w:br/>
        <w:t>vn 0.0133 -0.3911 -0.9202</w:t>
        <w:br/>
        <w:t>vn 0.0167 -0.4570 -0.8893</w:t>
        <w:br/>
        <w:t>vn 0.4992 -0.0241 -0.8662</w:t>
        <w:br/>
        <w:t>vn 0.0296 -0.2353 -0.9715</w:t>
        <w:br/>
        <w:t>vn 0.5838 0.2076 -0.7849</w:t>
        <w:br/>
        <w:t>vn 0.7640 0.1396 -0.6299</w:t>
        <w:br/>
        <w:t>vn 0.7909 0.0915 -0.6050</w:t>
        <w:br/>
        <w:t>vn 0.9018 0.1454 -0.4070</w:t>
        <w:br/>
        <w:t>vn 0.8740 0.1748 -0.4534</w:t>
        <w:br/>
        <w:t>vn 0.9339 0.1096 -0.3403</w:t>
        <w:br/>
        <w:t>vn 0.8211 0.1682 -0.5455</w:t>
        <w:br/>
        <w:t>vn 0.8309 0.1764 -0.5277</w:t>
        <w:br/>
        <w:t>vn 0.9367 -0.0267 -0.3491</w:t>
        <w:br/>
        <w:t>vn 0.9588 0.0061 -0.2840</w:t>
        <w:br/>
        <w:t>vn 0.8141 0.1798 -0.5522</w:t>
        <w:br/>
        <w:t>vn 0.8141 0.1798 -0.5521</w:t>
        <w:br/>
        <w:t>vn 0.9181 -0.3942 0.0408</w:t>
        <w:br/>
        <w:t>vn 0.9853 -0.1667 0.0383</w:t>
        <w:br/>
        <w:t>vn 0.9853 -0.1666 0.0382</w:t>
        <w:br/>
        <w:t>vn 0.9874 -0.1481 -0.0557</w:t>
        <w:br/>
        <w:t>vn 0.9063 -0.0148 -0.4223</w:t>
        <w:br/>
        <w:t>vn 0.9748 -0.0885 -0.2050</w:t>
        <w:br/>
        <w:t>vn 0.8299 0.1930 -0.5235</w:t>
        <w:br/>
        <w:t>vn -0.5081 0.6440 -0.5719</w:t>
        <w:br/>
        <w:t>vn -0.5122 0.6252 -0.5889</w:t>
        <w:br/>
        <w:t>vn -0.5121 0.6252 -0.5890</w:t>
        <w:br/>
        <w:t>vn -0.5081 0.6440 -0.5720</w:t>
        <w:br/>
        <w:t>vn 0.9219 0.0026 -0.3875</w:t>
        <w:br/>
        <w:t>vn 0.9867 -0.1626 -0.0016</w:t>
        <w:br/>
        <w:t>vn 0.9867 -0.1625 -0.0016</w:t>
        <w:br/>
        <w:t>vn 0.9036 0.0251 -0.4277</w:t>
        <w:br/>
        <w:t>vn 0.8316 0.1938 -0.5204</w:t>
        <w:br/>
        <w:t>vn -0.5175 0.5912 -0.6186</w:t>
        <w:br/>
        <w:t>vn -0.5125 0.5775 -0.6355</w:t>
        <w:br/>
        <w:t>vn -0.5125 0.5775 -0.6356</w:t>
        <w:br/>
        <w:t>vn -0.5174 0.5912 -0.6187</w:t>
        <w:br/>
        <w:t>vn -0.5062 0.5786 -0.6395</w:t>
        <w:br/>
        <w:t>vn 0.0789 -0.5087 0.8573</w:t>
        <w:br/>
        <w:t>vn 0.1127 -0.5210 0.8461</w:t>
        <w:br/>
        <w:t>vn -0.2251 -0.0723 0.9716</w:t>
        <w:br/>
        <w:t>vn 0.8672 0.4218 0.2646</w:t>
        <w:br/>
        <w:t>vn -0.8284 -0.4310 0.3578</w:t>
        <w:br/>
        <w:t>vn -0.6019 -0.0921 0.7932</w:t>
        <w:br/>
        <w:t>vn -0.7399 -0.2376 0.6294</w:t>
        <w:br/>
        <w:t>vn -0.4475 -0.8452 0.2921</w:t>
        <w:br/>
        <w:t>vn -0.9362 -0.3508 0.0199</w:t>
        <w:br/>
        <w:t>vn -0.5434 -0.0267 -0.8391</w:t>
        <w:br/>
        <w:t>vn -0.3578 -0.2350 0.9038</w:t>
        <w:br/>
        <w:t>vn -0.0054 -0.0903 0.9959</w:t>
        <w:br/>
        <w:t>vn -0.1122 -0.1030 0.9883</w:t>
        <w:br/>
        <w:t>vn -0.0864 -0.0487 0.9951</w:t>
        <w:br/>
        <w:t>vn 0.0500 -0.1101 0.9927</w:t>
        <w:br/>
        <w:t>vn 0.9739 -0.1834 0.1335</w:t>
        <w:br/>
        <w:t>vn 0.7996 -0.6001 0.0230</w:t>
        <w:br/>
        <w:t>vn 0.6119 0.1340 -0.7795</w:t>
        <w:br/>
        <w:t>vn -0.8628 0.4488 0.2327</w:t>
        <w:br/>
        <w:t>vn -0.9412 0.3377 -0.0107</w:t>
        <w:br/>
        <w:t>vn -0.9670 0.2100 -0.1445</w:t>
        <w:br/>
        <w:t>vn -0.9463 0.1148 -0.3022</w:t>
        <w:br/>
        <w:t>vn -0.9789 0.0331 -0.2017</w:t>
        <w:br/>
        <w:t>vn -0.9987 -0.0133 0.0489</w:t>
        <w:br/>
        <w:t>vn -0.9962 -0.0659 -0.0566</w:t>
        <w:br/>
        <w:t>vn -0.8377 -0.3022 -0.4549</w:t>
        <w:br/>
        <w:t>vn -0.9491 -0.2097 -0.2351</w:t>
        <w:br/>
        <w:t>vn -0.9951 -0.0986 -0.0105</w:t>
        <w:br/>
        <w:t>vn -0.9944 -0.0122 0.1050</w:t>
        <w:br/>
        <w:t>vn -0.9899 0.0521 0.1315</w:t>
        <w:br/>
        <w:t>vn -0.9931 0.0548 0.1037</w:t>
        <w:br/>
        <w:t>vn -0.9482 0.1841 0.2590</w:t>
        <w:br/>
        <w:t>vn -0.7565 0.2019 0.6221</w:t>
        <w:br/>
        <w:t>vn -0.9124 0.1931 0.3609</w:t>
        <w:br/>
        <w:t>vn -0.9482 0.1840 0.2590</w:t>
        <w:br/>
        <w:t>vn -0.9932 -0.0420 0.1084</w:t>
        <w:br/>
        <w:t>vn -0.9904 -0.0319 0.1343</w:t>
        <w:br/>
        <w:t>vn -0.9931 -0.1111 -0.0373</w:t>
        <w:br/>
        <w:t>vn -0.9931 -0.1110 -0.0373</w:t>
        <w:br/>
        <w:t>vn -0.9391 -0.2271 -0.2579</w:t>
        <w:br/>
        <w:t>vn -0.8437 -0.3729 -0.3860</w:t>
        <w:br/>
        <w:t>vn -0.8486 -0.3043 -0.4328</w:t>
        <w:br/>
        <w:t>vn -0.9607 0.2525 0.1156</w:t>
        <w:br/>
        <w:t>vn -0.9817 0.1863 -0.0397</w:t>
        <w:br/>
        <w:t>vn -0.9854 0.1544 -0.0714</w:t>
        <w:br/>
        <w:t>vn -0.9951 0.0022 0.0988</w:t>
        <w:br/>
        <w:t>vn 0.0181 0.9169 0.3987</w:t>
        <w:br/>
        <w:t>vn -0.8165 -0.5024 -0.2845</w:t>
        <w:br/>
        <w:t>vn -0.8297 -0.4115 -0.3771</w:t>
        <w:br/>
        <w:t>vn -0.9926 0.0617 -0.1050</w:t>
        <w:br/>
        <w:t>vn -0.9899 0.0906 -0.1090</w:t>
        <w:br/>
        <w:t>vn -0.9984 0.0109 0.0553</w:t>
        <w:br/>
        <w:t>vn -0.6676 0.3584 0.6526</w:t>
        <w:br/>
        <w:t>vn -0.8759 0.3091 0.3705</w:t>
        <w:br/>
        <w:t>vn -0.8653 0.3311 0.3763</w:t>
        <w:br/>
        <w:t>vn 0.1217 0.8220 0.5563</w:t>
        <w:br/>
        <w:t>vn 0.0758 0.9081 0.4118</w:t>
        <w:br/>
        <w:t>vn -0.4606 0.4085 0.7880</w:t>
        <w:br/>
        <w:t>vn 0.0271 -0.9352 0.3531</w:t>
        <w:br/>
        <w:t>vn -0.0525 -0.7619 0.6456</w:t>
        <w:br/>
        <w:t>vn -0.0814 0.7524 -0.6536</w:t>
        <w:br/>
        <w:t>vn -0.1584 0.9208 -0.3565</w:t>
        <w:br/>
        <w:t>vn 0.2817 -0.9081 -0.3098</w:t>
        <w:br/>
        <w:t>vn 0.2816 -0.9081 -0.3098</w:t>
        <w:br/>
        <w:t>vn 0.1461 -0.9891 -0.0184</w:t>
        <w:br/>
        <w:t>vn 0.1461 -0.9891 -0.0185</w:t>
        <w:br/>
        <w:t>vn -0.2782 0.9588 0.0570</w:t>
        <w:br/>
        <w:t>vn -0.4865 0.8140 0.3174</w:t>
        <w:br/>
        <w:t>vn -0.4865 0.8140 0.3173</w:t>
        <w:br/>
        <w:t>vn -0.3056 0.1351 -0.9425</w:t>
        <w:br/>
        <w:t>vn -0.1859 0.2068 -0.9606</w:t>
        <w:br/>
        <w:t>vn -0.2203 -0.2874 0.9321</w:t>
        <w:br/>
        <w:t>vn -0.0632 -0.0872 0.9942</w:t>
        <w:br/>
        <w:t>vn -0.0555 0.5301 -0.8461</w:t>
        <w:br/>
        <w:t>vn -0.9964 0.0392 0.0746</w:t>
        <w:br/>
        <w:t>vn 0.1632 0.4127 -0.8961</w:t>
        <w:br/>
        <w:t>vn 0.1633 0.4127 -0.8961</w:t>
        <w:br/>
        <w:t>vn -0.6285 0.7025 0.3338</w:t>
        <w:br/>
        <w:t>vn 0.6293 -0.6373 -0.4447</w:t>
        <w:br/>
        <w:t>vn 0.5144 -0.7406 -0.4323</w:t>
        <w:br/>
        <w:t>vn 0.6294 -0.6373 -0.4447</w:t>
        <w:br/>
        <w:t>vn -0.1797 -0.4656 0.8665</w:t>
        <w:br/>
        <w:t>vn -0.0897 0.3234 -0.9420</w:t>
        <w:br/>
        <w:t>vn 0.2254 -0.0031 0.9743</w:t>
        <w:br/>
        <w:t>vn 0.4916 0.0222 0.8705</w:t>
        <w:br/>
        <w:t>vn 0.4916 0.0222 0.8706</w:t>
        <w:br/>
        <w:t>vn -0.6111 0.0296 -0.7910</w:t>
        <w:br/>
        <w:t>vn -0.4944 0.0578 -0.8673</w:t>
        <w:br/>
        <w:t>vn 0.6036 0.0305 0.7967</w:t>
        <w:br/>
        <w:t>vn -0.9724 0.1550 -0.1741</w:t>
        <w:br/>
        <w:t>vn -0.9760 0.2176 -0.0061</w:t>
        <w:br/>
        <w:t>vn -0.7344 0.2695 0.6230</w:t>
        <w:br/>
        <w:t>vn -0.8758 0.3091 0.3706</w:t>
        <w:br/>
        <w:t>vn -0.9725 0.1550 -0.1741</w:t>
        <w:br/>
        <w:t>vn -0.9376 0.0875 -0.3365</w:t>
        <w:br/>
        <w:t>vn -0.9481 0.1841 0.2591</w:t>
        <w:br/>
        <w:t>vn -0.2818 0.5609 0.7785</w:t>
        <w:br/>
        <w:t>vn 0.7524 -0.4940 0.4358</w:t>
        <w:br/>
        <w:t>vn -0.9957 0.0391 0.0839</w:t>
        <w:br/>
        <w:t>vn -0.7224 -0.2985 -0.6237</w:t>
        <w:br/>
        <w:t>vn -0.3971 -0.2019 -0.8953</w:t>
        <w:br/>
        <w:t>vn -0.2499 -0.2036 -0.9466</w:t>
        <w:br/>
        <w:t>vn -0.2001 -0.2023 -0.9587</w:t>
        <w:br/>
        <w:t>vn -0.0986 -0.1993 -0.9750</w:t>
        <w:br/>
        <w:t>vn -0.0033 -0.2141 -0.9768</w:t>
        <w:br/>
        <w:t>vn 0.1018 -0.2442 -0.9644</w:t>
        <w:br/>
        <w:t>vn 0.0253 -0.8794 0.4754</w:t>
        <w:br/>
        <w:t>vn -0.2728 -0.8135 0.5136</w:t>
        <w:br/>
        <w:t>vn -0.2728 -0.8136 0.5136</w:t>
        <w:br/>
        <w:t>vn -0.1529 0.8497 -0.5047</w:t>
        <w:br/>
        <w:t>vn -0.1529 0.8496 -0.5047</w:t>
        <w:br/>
        <w:t>vn -0.0533 0.8138 -0.5787</w:t>
        <w:br/>
        <w:t>vn -0.0532 0.8138 -0.5787</w:t>
        <w:br/>
        <w:t>vn -0.5871 -0.6345 0.5027</w:t>
        <w:br/>
        <w:t>vn -0.0532 -0.8607 0.5063</w:t>
        <w:br/>
        <w:t>vn 0.0277 0.8113 -0.5840</w:t>
        <w:br/>
        <w:t>vn 0.0369 0.8772 -0.4787</w:t>
        <w:br/>
        <w:t>vn -0.0784 -0.8856 0.4578</w:t>
        <w:br/>
        <w:t>vn 0.0695 0.8918 -0.4472</w:t>
        <w:br/>
        <w:t>vn -0.4878 0.8178 -0.3053</w:t>
        <w:br/>
        <w:t>vn -0.4878 0.8178 -0.3052</w:t>
        <w:br/>
        <w:t>vn 0.4878 0.8179 -0.3053</w:t>
        <w:br/>
        <w:t>vn 0.4878 0.8178 -0.3053</w:t>
        <w:br/>
        <w:t>vn -0.7615 -0.6134 -0.2095</w:t>
        <w:br/>
        <w:t>vn -0.5729 -0.6451 -0.5057</w:t>
        <w:br/>
        <w:t>vn -0.5728 -0.6450 -0.5057</w:t>
        <w:br/>
        <w:t>vn -0.4281 -0.4837 -0.7634</w:t>
        <w:br/>
        <w:t>vn -0.6125 -0.6979 0.3712</w:t>
        <w:br/>
        <w:t>vn -0.6571 -0.7421 0.1322</w:t>
        <w:br/>
        <w:t>vn -0.6571 -0.7421 0.1323</w:t>
        <w:br/>
        <w:t>vn -0.6477 -0.7287 -0.2225</w:t>
        <w:br/>
        <w:t>vn -0.6477 -0.7287 -0.2224</w:t>
        <w:br/>
        <w:t>vn 0.5523 0.5366 -0.6379</w:t>
        <w:br/>
        <w:t>vn 0.4477 0.4564 -0.7689</w:t>
        <w:br/>
        <w:t>vn 0.4477 0.4564 -0.7690</w:t>
        <w:br/>
        <w:t>vn 0.7543 0.6337 -0.1716</w:t>
        <w:br/>
        <w:t>vn 0.6581 0.5967 -0.4591</w:t>
        <w:br/>
        <w:t>vn 0.6582 0.5967 -0.4591</w:t>
        <w:br/>
        <w:t>vn 0.2937 0.3345 -0.8955</w:t>
        <w:br/>
        <w:t>vn 0.2937 0.3346 -0.8954</w:t>
        <w:br/>
        <w:t>vn 0.1506 0.2218 -0.9634</w:t>
        <w:br/>
        <w:t>vn -0.5065 -0.5862 0.6323</w:t>
        <w:br/>
        <w:t>vn -0.5065 -0.5862 0.6324</w:t>
        <w:br/>
        <w:t>vn 0.0873 0.0581 0.9945</w:t>
        <w:br/>
        <w:t>vn 0.2188 0.2203 0.9506</w:t>
        <w:br/>
        <w:t>vn 0.0872 0.0580 0.9945</w:t>
        <w:br/>
        <w:t>vn 0.6996 0.5683 0.4331</w:t>
        <w:br/>
        <w:t>vn 0.7712 0.6168 0.1576</w:t>
        <w:br/>
        <w:t>vn 0.0133 0.0386 -0.9992</w:t>
        <w:br/>
        <w:t>vn -0.0597 -0.0562 -0.9966</w:t>
        <w:br/>
        <w:t>vn -0.0597 -0.0563 -0.9966</w:t>
        <w:br/>
        <w:t>vn -0.3083 -0.3790 0.8725</w:t>
        <w:br/>
        <w:t>vn -0.0722 -0.1249 0.9895</w:t>
        <w:br/>
        <w:t>vn -0.0723 -0.1249 0.9895</w:t>
        <w:br/>
        <w:t>vn 0.3850 0.3877 0.8376</w:t>
        <w:br/>
        <w:t>vn 0.5610 0.5003 0.6595</w:t>
        <w:br/>
        <w:t>vn 0.3850 0.3877 0.8375</w:t>
        <w:br/>
        <w:t>vn -0.0867 -0.1424 -0.9860</w:t>
        <w:br/>
        <w:t>vn -0.1541 0.0636 -0.9860</w:t>
        <w:br/>
        <w:t>vn -0.0055 0.1790 -0.9838</w:t>
        <w:br/>
        <w:t>vn 0.0619 0.0324 -0.9976</w:t>
        <w:br/>
        <w:t>vn -0.0514 -0.2635 -0.9633</w:t>
        <w:br/>
        <w:t>vn -0.1367 -0.1986 -0.9705</w:t>
        <w:br/>
        <w:t>vn -0.1557 -0.1564 -0.9753</w:t>
        <w:br/>
        <w:t>vn -0.1775 -0.0696 -0.9817</w:t>
        <w:br/>
        <w:t>vn -0.1157 -0.0774 -0.9903</w:t>
        <w:br/>
        <w:t>vn -0.1802 -0.0252 -0.9833</w:t>
        <w:br/>
        <w:t>vn -0.0960 -0.0758 -0.9925</w:t>
        <w:br/>
        <w:t>vn -0.1856 0.1434 -0.9721</w:t>
        <w:br/>
        <w:t>vn -0.0933 -0.0527 -0.9942</w:t>
        <w:br/>
        <w:t>vn -0.0847 -0.0634 -0.9944</w:t>
        <w:br/>
        <w:t>vn -0.3601 -0.3846 0.8500</w:t>
        <w:br/>
        <w:t>vn -0.4480 -0.4566 0.7686</w:t>
        <w:br/>
        <w:t>vn -0.5513 -0.5359 0.6394</w:t>
        <w:br/>
        <w:t>vn -0.6564 -0.5957 0.4629</w:t>
        <w:br/>
        <w:t>vn -0.6564 -0.5957 0.4628</w:t>
        <w:br/>
        <w:t>vn -0.3842 -0.3871 -0.8381</w:t>
        <w:br/>
        <w:t>vn -0.3843 -0.3871 -0.8381</w:t>
        <w:br/>
        <w:t>vn -0.2179 -0.2203 -0.9508</w:t>
        <w:br/>
        <w:t>vn -0.7542 -0.6334 0.1731</w:t>
        <w:br/>
        <w:t>vn -0.7711 -0.6165 -0.1593</w:t>
        <w:br/>
        <w:t>vn -0.6991 -0.5676 -0.4347</w:t>
        <w:br/>
        <w:t>vn -0.6992 -0.5676 -0.4347</w:t>
        <w:br/>
        <w:t>vn -0.5608 -0.5000 -0.6599</w:t>
        <w:br/>
        <w:t>vn -0.5608 -0.5000 -0.6600</w:t>
        <w:br/>
        <w:t>vn 0.0868 0.1471 0.9853</w:t>
        <w:br/>
        <w:t>vn -0.0550 0.0350 0.9979</w:t>
        <w:br/>
        <w:t>vn 0.0458 -0.1929 0.9802</w:t>
        <w:br/>
        <w:t>vn 0.1540 -0.0659 0.9859</w:t>
        <w:br/>
        <w:t>vn 0.1375 0.2047 0.9691</w:t>
        <w:br/>
        <w:t>vn 0.0520 0.2733 0.9605</w:t>
        <w:br/>
        <w:t>vn 0.1573 0.1604 0.9744</w:t>
        <w:br/>
        <w:t>vn 0.1777 0.0696 0.9816</w:t>
        <w:br/>
        <w:t>vn 0.1785 0.0232 0.9837</w:t>
        <w:br/>
        <w:t>vn 0.1159 0.0773 0.9902</w:t>
        <w:br/>
        <w:t>vn 0.0967 0.0760 0.9924</w:t>
        <w:br/>
        <w:t>vn 0.1859 -0.1469 0.9715</w:t>
        <w:br/>
        <w:t>vn 0.0878 0.0653 0.9940</w:t>
        <w:br/>
        <w:t>vn 0.0982 0.0561 0.9936</w:t>
        <w:br/>
        <w:t>vn -0.4827 0.8634 -0.1468</w:t>
        <w:br/>
        <w:t>vn -0.5997 0.7840 -0.1600</w:t>
        <w:br/>
        <w:t>vn -0.5997 0.7841 -0.1600</w:t>
        <w:br/>
        <w:t>vn 0.6877 -0.7180 0.1076</w:t>
        <w:br/>
        <w:t>vn 0.5890 -0.7966 0.1359</w:t>
        <w:br/>
        <w:t>vn -0.7497 0.6617 0.0058</w:t>
        <w:br/>
        <w:t>vn -0.7433 0.6678 0.0393</w:t>
        <w:br/>
        <w:t>vn -0.7434 0.6677 0.0393</w:t>
        <w:br/>
        <w:t>vn 0.7400 -0.6710 -0.0466</w:t>
        <w:br/>
        <w:t>vn 0.7145 -0.6928 -0.0979</w:t>
        <w:br/>
        <w:t>vn 0.7498 -0.6616 -0.0077</w:t>
        <w:br/>
        <w:t>vn 0.7362 -0.6755 0.0423</w:t>
        <w:br/>
        <w:t>vn 0.7362 -0.6754 0.0423</w:t>
        <w:br/>
        <w:t>vn 0.7498 -0.6617 -0.0077</w:t>
        <w:br/>
        <w:t>vn -0.7374 0.6744 -0.0388</w:t>
        <w:br/>
        <w:t>vn -0.6971 0.7091 -0.1056</w:t>
        <w:br/>
        <w:t>vn 0.5719 -0.8184 -0.0555</w:t>
        <w:br/>
        <w:t>vn 0.6260 -0.7741 -0.0944</w:t>
        <w:br/>
        <w:t>vn -0.6274 0.7721 0.1009</w:t>
        <w:br/>
        <w:t>vn -0.6177 0.7805 0.0966</w:t>
        <w:br/>
        <w:t>vn -0.6175 0.7806 0.0966</w:t>
        <w:br/>
        <w:t>vn 0.6382 -0.7651 -0.0858</w:t>
        <w:br/>
        <w:t>vn 0.6379 -0.7671 -0.0687</w:t>
        <w:br/>
        <w:t>vn 0.6379 -0.7670 -0.0687</w:t>
        <w:br/>
        <w:t>vn -0.6323 0.7694 0.0903</w:t>
        <w:br/>
        <w:t>vn -0.6323 0.7694 0.0905</w:t>
        <w:br/>
        <w:t>vn -0.6439 0.7637 0.0464</w:t>
        <w:br/>
        <w:t>vn -0.6438 0.7638 0.0464</w:t>
        <w:br/>
        <w:t>vn 0.4888 -0.8708 0.0523</w:t>
        <w:br/>
        <w:t>vn 0.5354 -0.8445 0.0103</w:t>
        <w:br/>
        <w:t>vn 0.5354 -0.8445 0.0104</w:t>
        <w:br/>
        <w:t>vn -0.5706 0.7919 0.2175</w:t>
        <w:br/>
        <w:t>vn -0.6065 0.7802 0.1530</w:t>
        <w:br/>
        <w:t>vn -0.6065 0.7803 0.1530</w:t>
        <w:br/>
        <w:t>vn 0.6590 -0.7410 -0.1293</w:t>
        <w:br/>
        <w:t>vn 0.5936 -0.7895 -0.1560</w:t>
        <w:br/>
        <w:t>vn -0.7222 0.6855 0.0924</w:t>
        <w:br/>
        <w:t>vn -0.6672 0.7327 0.1341</w:t>
        <w:br/>
        <w:t>vn 0.5421 -0.8379 0.0642</w:t>
        <w:br/>
        <w:t>vn 0.5421 -0.8379 0.0641</w:t>
        <w:br/>
        <w:t>vn 0.5719 -0.8162 0.0825</w:t>
        <w:br/>
        <w:t>vn 0.5719 -0.8162 0.0824</w:t>
        <w:br/>
        <w:t>vn -0.5278 0.8473 -0.0597</w:t>
        <w:br/>
        <w:t>vn -0.5081 0.8611 -0.0173</w:t>
        <w:br/>
        <w:t>vn 0.6366 -0.7704 -0.0356</w:t>
        <w:br/>
        <w:t>vn 0.6260 -0.7798 -0.0003</w:t>
        <w:br/>
        <w:t>vn 0.6367 -0.7703 -0.0356</w:t>
        <w:br/>
        <w:t>vn -0.6241 0.7777 -0.0752</w:t>
        <w:br/>
        <w:t>vn -0.6430 0.7657 -0.0150</w:t>
        <w:br/>
        <w:t>vn 0.2827 0.9536 -0.1036</w:t>
        <w:br/>
        <w:t>vn 0.6016 0.7922 -0.1026</w:t>
        <w:br/>
        <w:t>vn 0.3232 -0.9031 -0.2826</w:t>
        <w:br/>
        <w:t>vn 0.3232 -0.9032 -0.2825</w:t>
        <w:br/>
        <w:t>vn 0.4373 -0.8974 -0.0580</w:t>
        <w:br/>
        <w:t>vn 0.2826 0.9536 -0.1035</w:t>
        <w:br/>
        <w:t>vn -0.2606 0.9606 -0.0966</w:t>
        <w:br/>
        <w:t>vn 0.5312 -0.8374 -0.1286</w:t>
        <w:br/>
        <w:t>vn 0.5096 -0.8601 -0.0232</w:t>
        <w:br/>
        <w:t>vn -0.5025 0.8638 0.0365</w:t>
        <w:br/>
        <w:t>vn -0.5632 0.8175 0.1204</w:t>
        <w:br/>
        <w:t>vn 0.6138 -0.7888 0.0322</w:t>
        <w:br/>
        <w:t>vn 0.5967 -0.8000 0.0632</w:t>
        <w:br/>
        <w:t>vn 0.6139 -0.7888 0.0322</w:t>
        <w:br/>
        <w:t>vn -0.5547 0.8249 -0.1086</w:t>
        <w:br/>
        <w:t>vn -0.5873 0.8016 -0.1120</w:t>
        <w:br/>
        <w:t>vn -0.5873 0.8016 -0.1119</w:t>
        <w:br/>
        <w:t>vn 0.4793 -0.8679 0.1308</w:t>
        <w:br/>
        <w:t>vn 0.4825 -0.8666 0.1271</w:t>
        <w:br/>
        <w:t>vn -0.8726 0.4855 0.0534</w:t>
        <w:br/>
        <w:t>vn -0.5475 0.8352 0.0511</w:t>
        <w:br/>
        <w:t>vn -0.9524 -0.2839 0.1107</w:t>
        <w:br/>
        <w:t>vn -0.4872 0.8486 0.2062</w:t>
        <w:br/>
        <w:t>vn -0.4382 0.8882 0.1382</w:t>
        <w:br/>
        <w:t>vn 0.0971 -0.9914 0.0878</w:t>
        <w:br/>
        <w:t>vn 0.0971 -0.9914 0.0877</w:t>
        <w:br/>
        <w:t>vn -0.5161 -0.8509 0.0979</w:t>
        <w:br/>
        <w:t>vn -0.5162 -0.8509 0.0978</w:t>
        <w:br/>
        <w:t>vn 0.5729 -0.6450 -0.5057</w:t>
        <w:br/>
        <w:t>vn 0.4280 -0.4837 -0.7634</w:t>
        <w:br/>
        <w:t>vn 0.4281 -0.4837 -0.7634</w:t>
        <w:br/>
        <w:t>vn 0.5728 -0.6450 -0.5057</w:t>
        <w:br/>
        <w:t>vn 0.6125 -0.6979 0.3712</w:t>
        <w:br/>
        <w:t>vn 0.6572 -0.7421 0.1323</w:t>
        <w:br/>
        <w:t>vn 0.6477 -0.7287 -0.2224</w:t>
        <w:br/>
        <w:t>vn -0.4477 0.4564 -0.7690</w:t>
        <w:br/>
        <w:t>vn -0.4477 0.4564 -0.7689</w:t>
        <w:br/>
        <w:t>vn -0.5523 0.5366 -0.6379</w:t>
        <w:br/>
        <w:t>vn -0.5523 0.5367 -0.6379</w:t>
        <w:br/>
        <w:t>vn -0.6581 0.5967 -0.4591</w:t>
        <w:br/>
        <w:t>vn -0.7543 0.6337 -0.1717</w:t>
        <w:br/>
        <w:t>vn -0.7543 0.6337 -0.1716</w:t>
        <w:br/>
        <w:t>vn -0.2937 0.3346 -0.8954</w:t>
        <w:br/>
        <w:t>vn -0.1506 0.2218 -0.9634</w:t>
        <w:br/>
        <w:t>vn 0.5066 -0.5860 0.6324</w:t>
        <w:br/>
        <w:t>vn 0.5065 -0.5862 0.6324</w:t>
        <w:br/>
        <w:t>vn -0.0873 0.0581 0.9945</w:t>
        <w:br/>
        <w:t>vn -0.2188 0.2203 0.9506</w:t>
        <w:br/>
        <w:t>vn -0.6996 0.5683 0.4331</w:t>
        <w:br/>
        <w:t>vn -0.7712 0.6168 0.1576</w:t>
        <w:br/>
        <w:t>vn -0.0133 0.0386 -0.9992</w:t>
        <w:br/>
        <w:t>vn 0.0597 -0.0563 -0.9966</w:t>
        <w:br/>
        <w:t>vn 0.3083 -0.3790 0.8725</w:t>
        <w:br/>
        <w:t>vn 0.0723 -0.1249 0.9895</w:t>
        <w:br/>
        <w:t>vn 0.0722 -0.1249 0.9895</w:t>
        <w:br/>
        <w:t>vn -0.3850 0.3877 0.8376</w:t>
        <w:br/>
        <w:t>vn -0.5610 0.5003 0.6595</w:t>
        <w:br/>
        <w:t>vn 0.0055 0.1791 -0.9838</w:t>
        <w:br/>
        <w:t>vn 0.1541 0.0636 -0.9860</w:t>
        <w:br/>
        <w:t>vn 0.0867 -0.1424 -0.9860</w:t>
        <w:br/>
        <w:t>vn -0.0619 0.0324 -0.9976</w:t>
        <w:br/>
        <w:t>vn 0.1557 -0.1564 -0.9753</w:t>
        <w:br/>
        <w:t>vn 0.1367 -0.1986 -0.9705</w:t>
        <w:br/>
        <w:t>vn 0.0514 -0.2635 -0.9633</w:t>
        <w:br/>
        <w:t>vn 0.1775 -0.0696 -0.9817</w:t>
        <w:br/>
        <w:t>vn 0.1158 -0.0776 -0.9902</w:t>
        <w:br/>
        <w:t>vn 0.0960 -0.0758 -0.9925</w:t>
        <w:br/>
        <w:t>vn 0.1802 -0.0252 -0.9833</w:t>
        <w:br/>
        <w:t>vn 0.1856 0.1434 -0.9721</w:t>
        <w:br/>
        <w:t>vn 0.0932 -0.0527 -0.9943</w:t>
        <w:br/>
        <w:t>vn 0.0847 -0.0634 -0.9944</w:t>
        <w:br/>
        <w:t>vn 0.3601 -0.3846 0.8500</w:t>
        <w:br/>
        <w:t>vn 0.4480 -0.4566 0.7686</w:t>
        <w:br/>
        <w:t>vn 0.5513 -0.5359 0.6394</w:t>
        <w:br/>
        <w:t>vn 0.6564 -0.5957 0.4628</w:t>
        <w:br/>
        <w:t>vn 0.6564 -0.5957 0.4629</w:t>
        <w:br/>
        <w:t>vn 0.3842 -0.3871 -0.8382</w:t>
        <w:br/>
        <w:t>vn 0.2179 -0.2203 -0.9508</w:t>
        <w:br/>
        <w:t>vn 0.3843 -0.3871 -0.8381</w:t>
        <w:br/>
        <w:t>vn 0.7542 -0.6334 0.1731</w:t>
        <w:br/>
        <w:t>vn 0.7711 -0.6165 -0.1593</w:t>
        <w:br/>
        <w:t>vn 0.7542 -0.6334 0.1732</w:t>
        <w:br/>
        <w:t>vn 0.6991 -0.5677 -0.4347</w:t>
        <w:br/>
        <w:t>vn 0.5608 -0.5000 -0.6600</w:t>
        <w:br/>
        <w:t>vn 0.6992 -0.5676 -0.4347</w:t>
        <w:br/>
        <w:t>vn -0.0458 -0.1929 0.9802</w:t>
        <w:br/>
        <w:t>vn 0.0550 0.0349 0.9979</w:t>
        <w:br/>
        <w:t>vn -0.0868 0.1471 0.9853</w:t>
        <w:br/>
        <w:t>vn -0.1541 -0.0659 0.9859</w:t>
        <w:br/>
        <w:t>vn -0.1375 0.2047 0.9691</w:t>
        <w:br/>
        <w:t>vn -0.1573 0.1604 0.9744</w:t>
        <w:br/>
        <w:t>vn -0.0520 0.2733 0.9605</w:t>
        <w:br/>
        <w:t>vn -0.1777 0.0696 0.9816</w:t>
        <w:br/>
        <w:t>vn -0.0967 0.0760 0.9924</w:t>
        <w:br/>
        <w:t>vn -0.1160 0.0774 0.9902</w:t>
        <w:br/>
        <w:t>vn -0.1785 0.0232 0.9837</w:t>
        <w:br/>
        <w:t>vn -0.1859 -0.1469 0.9715</w:t>
        <w:br/>
        <w:t>vn -0.0982 0.0561 0.9936</w:t>
        <w:br/>
        <w:t>vn -0.0878 0.0653 0.9940</w:t>
        <w:br/>
        <w:t>vn 0.4827 0.8634 -0.1469</w:t>
        <w:br/>
        <w:t>vn 0.5997 0.7840 -0.1600</w:t>
        <w:br/>
        <w:t>vn -0.6877 -0.7180 0.1076</w:t>
        <w:br/>
        <w:t>vn -0.5890 -0.7966 0.1359</w:t>
        <w:br/>
        <w:t>vn 0.7497 0.6617 0.0058</w:t>
        <w:br/>
        <w:t>vn 0.7433 0.6678 0.0393</w:t>
        <w:br/>
        <w:t>vn -0.7146 -0.6927 -0.0980</w:t>
        <w:br/>
        <w:t>vn -0.7400 -0.6710 -0.0467</w:t>
        <w:br/>
        <w:t>vn -0.7145 -0.6927 -0.0981</w:t>
        <w:br/>
        <w:t>vn -0.7496 -0.6619 -0.0077</w:t>
        <w:br/>
        <w:t>vn -0.7360 -0.6756 0.0423</w:t>
        <w:br/>
        <w:t>vn 0.6971 0.7091 -0.1056</w:t>
        <w:br/>
        <w:t>vn 0.7374 0.6744 -0.0387</w:t>
        <w:br/>
        <w:t>vn 0.7374 0.6744 -0.0388</w:t>
        <w:br/>
        <w:t>vn 0.6971 0.7091 -0.1057</w:t>
        <w:br/>
        <w:t>vn -0.5719 -0.8184 -0.0554</w:t>
        <w:br/>
        <w:t>vn -0.6260 -0.7741 -0.0945</w:t>
        <w:br/>
        <w:t>vn 0.6274 0.7721 0.1009</w:t>
        <w:br/>
        <w:t>vn 0.6176 0.7805 0.0966</w:t>
        <w:br/>
        <w:t>vn 0.6177 0.7805 0.0966</w:t>
        <w:br/>
        <w:t>vn -0.6382 -0.7650 -0.0858</w:t>
        <w:br/>
        <w:t>vn -0.6383 -0.7650 -0.0858</w:t>
        <w:br/>
        <w:t>vn -0.6380 -0.7669 -0.0688</w:t>
        <w:br/>
        <w:t>vn 0.6438 0.7638 0.0465</w:t>
        <w:br/>
        <w:t>vn 0.6323 0.7694 0.0904</w:t>
        <w:br/>
        <w:t>vn 0.6323 0.7694 0.0903</w:t>
        <w:br/>
        <w:t>vn 0.6438 0.7638 0.0464</w:t>
        <w:br/>
        <w:t>vn -0.4888 -0.8708 0.0524</w:t>
        <w:br/>
        <w:t>vn -0.5354 -0.8445 0.0104</w:t>
        <w:br/>
        <w:t>vn 0.6065 0.7802 0.1530</w:t>
        <w:br/>
        <w:t>vn 0.5706 0.7920 0.2174</w:t>
        <w:br/>
        <w:t>vn 0.6065 0.7803 0.1530</w:t>
        <w:br/>
        <w:t>vn -0.5936 -0.7895 -0.1560</w:t>
        <w:br/>
        <w:t>vn -0.6590 -0.7409 -0.1294</w:t>
        <w:br/>
        <w:t>vn 0.7221 0.6857 0.0923</w:t>
        <w:br/>
        <w:t>vn 0.7221 0.6856 0.0923</w:t>
        <w:br/>
        <w:t>vn 0.6672 0.7327 0.1341</w:t>
        <w:br/>
        <w:t>vn -0.5719 -0.8161 0.0825</w:t>
        <w:br/>
        <w:t>vn -0.5422 -0.8378 0.0643</w:t>
        <w:br/>
        <w:t>vn 0.5081 0.8611 -0.0172</w:t>
        <w:br/>
        <w:t>vn 0.5278 0.8473 -0.0596</w:t>
        <w:br/>
        <w:t>vn 0.5277 0.8473 -0.0596</w:t>
        <w:br/>
        <w:t>vn -0.6368 -0.7702 -0.0357</w:t>
        <w:br/>
        <w:t>vn -0.6367 -0.7703 -0.0358</w:t>
        <w:br/>
        <w:t>vn -0.6260 -0.7798 -0.0003</w:t>
        <w:br/>
        <w:t>vn -0.6260 -0.7798 -0.0004</w:t>
        <w:br/>
        <w:t>vn 0.6242 0.7777 -0.0752</w:t>
        <w:br/>
        <w:t>vn 0.6430 0.7657 -0.0150</w:t>
        <w:br/>
        <w:t>vn -0.6015 0.7922 -0.1027</w:t>
        <w:br/>
        <w:t>vn -0.2827 0.9536 -0.1036</w:t>
        <w:br/>
        <w:t>vn -0.4373 -0.8974 -0.0579</w:t>
        <w:br/>
        <w:t>vn -0.3232 -0.9032 -0.2825</w:t>
        <w:br/>
        <w:t>vn -0.4373 -0.8974 -0.0580</w:t>
        <w:br/>
        <w:t>vn -0.2826 0.9536 -0.1035</w:t>
        <w:br/>
        <w:t>vn 0.2606 0.9606 -0.0967</w:t>
        <w:br/>
        <w:t>vn -0.5096 -0.8601 -0.0231</w:t>
        <w:br/>
        <w:t>vn -0.5312 -0.8374 -0.1286</w:t>
        <w:br/>
        <w:t>vn 0.5632 0.8175 0.1204</w:t>
        <w:br/>
        <w:t>vn 0.5025 0.8638 0.0365</w:t>
        <w:br/>
        <w:t>vn -0.6139 -0.7888 0.0322</w:t>
        <w:br/>
        <w:t>vn -0.5968 -0.7999 0.0632</w:t>
        <w:br/>
        <w:t>vn -0.5967 -0.8000 0.0632</w:t>
        <w:br/>
        <w:t>vn 0.5547 0.8249 -0.1086</w:t>
        <w:br/>
        <w:t>vn 0.5874 0.8015 -0.1120</w:t>
        <w:br/>
        <w:t>vn -0.4793 -0.8679 0.1308</w:t>
        <w:br/>
        <w:t>vn -0.4825 -0.8666 0.1271</w:t>
        <w:br/>
        <w:t>vn 0.5475 0.8352 0.0511</w:t>
        <w:br/>
        <w:t>vn 0.8726 0.4855 0.0534</w:t>
        <w:br/>
        <w:t>vn 0.9525 -0.2838 0.1107</w:t>
        <w:br/>
        <w:t>vn 0.9524 -0.2839 0.1107</w:t>
        <w:br/>
        <w:t>vn 0.4872 0.8486 0.2060</w:t>
        <w:br/>
        <w:t>vn 0.4383 0.8882 0.1381</w:t>
        <w:br/>
        <w:t>vn 0.5161 -0.8509 0.0978</w:t>
        <w:br/>
        <w:t>vn -0.0971 -0.9914 0.0877</w:t>
        <w:br/>
        <w:t>vn 0.5160 -0.8510 0.0979</w:t>
        <w:br/>
        <w:t>vn -0.2297 -0.2609 -0.9376</w:t>
        <w:br/>
        <w:t>vn -0.6643 -0.7464 -0.0398</w:t>
        <w:br/>
        <w:t>vn -0.1146 -0.0952 -0.9888</w:t>
        <w:br/>
        <w:t>vn 0.3133 -0.8994 -0.3047</w:t>
        <w:br/>
        <w:t>vn 0.3133 -0.8995 -0.3046</w:t>
        <w:br/>
        <w:t>vn 0.2297 -0.2609 -0.9376</w:t>
        <w:br/>
        <w:t>vn 0.6643 -0.7464 -0.0398</w:t>
        <w:br/>
        <w:t>vn 0.1146 -0.0952 -0.9888</w:t>
        <w:br/>
        <w:t>vn -0.3133 -0.8995 -0.3046</w:t>
        <w:br/>
        <w:t>vn -0.5702 0.2661 0.7772</w:t>
        <w:br/>
        <w:t>vn -0.6687 0.1489 0.7285</w:t>
        <w:br/>
        <w:t>vn -0.7445 -0.0377 0.6665</w:t>
        <w:br/>
        <w:t>vn -0.7087 0.1234 0.6946</w:t>
        <w:br/>
        <w:t>vn -0.4179 0.5036 0.7561</w:t>
        <w:br/>
        <w:t>vn -0.2351 0.2245 0.9457</w:t>
        <w:br/>
        <w:t>vn -0.4930 0.3023 0.8158</w:t>
        <w:br/>
        <w:t>vn -0.3301 0.6723 0.6626</w:t>
        <w:br/>
        <w:t>vn -0.4615 0.4506 0.7642</w:t>
        <w:br/>
        <w:t>vn -0.4997 -0.0694 0.8634</w:t>
        <w:br/>
        <w:t>vn -0.3853 0.1310 0.9135</w:t>
        <w:br/>
        <w:t>vn -0.4716 0.1856 0.8621</w:t>
        <w:br/>
        <w:t>vn -0.0000 0.0471 0.9989</w:t>
        <w:br/>
        <w:t>vn 0.0000 0.0782 0.9969</w:t>
        <w:br/>
        <w:t>vn -0.0000 -0.0168 0.9999</w:t>
        <w:br/>
        <w:t>vn -0.1449 -0.0879 0.9855</w:t>
        <w:br/>
        <w:t>vn 0.0627 -0.1178 0.9911</w:t>
        <w:br/>
        <w:t>vn 0.0191 -0.1221 0.9923</w:t>
        <w:br/>
        <w:t>vn 0.0449 -0.1088 0.9930</w:t>
        <w:br/>
        <w:t>vn 0.0982 -0.1231 0.9875</w:t>
        <w:br/>
        <w:t>vn 0.0909 -0.1217 0.9884</w:t>
        <w:br/>
        <w:t>vn 0.1008 -0.0531 0.9935</w:t>
        <w:br/>
        <w:t>vn 0.1445 -0.0510 0.9882</w:t>
        <w:br/>
        <w:t>vn -0.5392 0.2557 0.8024</w:t>
        <w:br/>
        <w:t>vn -0.5460 0.3873 0.7429</w:t>
        <w:br/>
        <w:t>vn -0.4108 -0.2438 0.8785</w:t>
        <w:br/>
        <w:t>vn -0.4539 0.3315 0.8271</w:t>
        <w:br/>
        <w:t>vn -0.4760 0.1890 0.8589</w:t>
        <w:br/>
        <w:t>vn -0.4535 0.2475 0.8562</w:t>
        <w:br/>
        <w:t>vn -0.2372 0.6038 0.7611</w:t>
        <w:br/>
        <w:t>vn -0.2035 0.0639 0.9770</w:t>
        <w:br/>
        <w:t>vn -0.0250 -0.0624 0.9977</w:t>
        <w:br/>
        <w:t>vn 0.0000 -0.0654 0.9979</w:t>
        <w:br/>
        <w:t>vn -0.5103 0.3663 0.7781</w:t>
        <w:br/>
        <w:t>vn -0.5054 0.2529 0.8250</w:t>
        <w:br/>
        <w:t>vn -0.6263 0.1751 0.7597</w:t>
        <w:br/>
        <w:t>vn -0.7077 0.1241 0.6956</w:t>
        <w:br/>
        <w:t>vn -0.6250 0.1756 0.7606</w:t>
        <w:br/>
        <w:t>vn -0.7440 -0.0357 0.6672</w:t>
        <w:br/>
        <w:t>vn -0.7478 -0.0612 0.6611</w:t>
        <w:br/>
        <w:t>vn -0.0492 -0.2117 0.9761</w:t>
        <w:br/>
        <w:t>vn 0.0000 -0.1134 0.9936</w:t>
        <w:br/>
        <w:t>vn 0.0000 -0.1138 0.9935</w:t>
        <w:br/>
        <w:t>vn 0.0000 -0.1207 0.9927</w:t>
        <w:br/>
        <w:t>vn -0.0000 -0.0552 0.9985</w:t>
        <w:br/>
        <w:t>vn 0.0978 0.0000 0.9952</w:t>
        <w:br/>
        <w:t>vn 0.1481 0.0000 0.9890</w:t>
        <w:br/>
        <w:t>vn 0.0977 0.0000 0.9952</w:t>
        <w:br/>
        <w:t>vn 0.1482 0.0000 0.9890</w:t>
        <w:br/>
        <w:t>vn 0.5702 0.2661 0.7772</w:t>
        <w:br/>
        <w:t>vn 0.7087 0.1234 0.6946</w:t>
        <w:br/>
        <w:t>vn 0.7445 -0.0377 0.6665</w:t>
        <w:br/>
        <w:t>vn 0.6687 0.1489 0.7285</w:t>
        <w:br/>
        <w:t>vn 0.4179 0.5036 0.7561</w:t>
        <w:br/>
        <w:t>vn 0.4930 0.3023 0.8158</w:t>
        <w:br/>
        <w:t>vn 0.2351 0.2245 0.9457</w:t>
        <w:br/>
        <w:t>vn 0.3301 0.6723 0.6626</w:t>
        <w:br/>
        <w:t>vn 0.4615 0.4505 0.7642</w:t>
        <w:br/>
        <w:t>vn 0.4997 -0.0694 0.8634</w:t>
        <w:br/>
        <w:t>vn 0.7032 0.0639 0.7081</w:t>
        <w:br/>
        <w:t>vn 0.4716 0.1856 0.8621</w:t>
        <w:br/>
        <w:t>vn 0.1449 -0.0879 0.9855</w:t>
        <w:br/>
        <w:t>vn -0.0627 -0.1178 0.9911</w:t>
        <w:br/>
        <w:t>vn -0.0449 -0.1088 0.9930</w:t>
        <w:br/>
        <w:t>vn -0.0191 -0.1221 0.9923</w:t>
        <w:br/>
        <w:t>vn -0.0982 -0.1231 0.9875</w:t>
        <w:br/>
        <w:t>vn -0.1445 -0.0510 0.9882</w:t>
        <w:br/>
        <w:t>vn -0.1008 -0.0531 0.9935</w:t>
        <w:br/>
        <w:t>vn -0.0909 -0.1217 0.9884</w:t>
        <w:br/>
        <w:t>vn 0.5460 0.3873 0.7429</w:t>
        <w:br/>
        <w:t>vn 0.5392 0.2557 0.8024</w:t>
        <w:br/>
        <w:t>vn 0.4108 -0.2438 0.8785</w:t>
        <w:br/>
        <w:t>vn 0.4542 0.3316 0.8269</w:t>
        <w:br/>
        <w:t>vn 0.4760 0.1890 0.8589</w:t>
        <w:br/>
        <w:t>vn 0.4535 0.2475 0.8562</w:t>
        <w:br/>
        <w:t>vn 0.2372 0.6038 0.7611</w:t>
        <w:br/>
        <w:t>vn 0.2035 0.0639 0.9770</w:t>
        <w:br/>
        <w:t>vn 0.0250 -0.0624 0.9977</w:t>
        <w:br/>
        <w:t>vn 0.5103 0.3662 0.7781</w:t>
        <w:br/>
        <w:t>vn 0.5054 0.2529 0.8250</w:t>
        <w:br/>
        <w:t>vn 0.6263 0.1751 0.7597</w:t>
        <w:br/>
        <w:t>vn 0.7478 -0.0612 0.6611</w:t>
        <w:br/>
        <w:t>vn 0.6251 0.1756 0.7605</w:t>
        <w:br/>
        <w:t>vn 0.7078 0.1241 0.6955</w:t>
        <w:br/>
        <w:t>vn 0.7441 -0.0359 0.6671</w:t>
        <w:br/>
        <w:t>vn 0.0492 -0.2117 0.9761</w:t>
        <w:br/>
        <w:t>vn -0.0978 0.0000 0.9952</w:t>
        <w:br/>
        <w:t>vn -0.1481 0.0000 0.9890</w:t>
        <w:br/>
        <w:t>vn -0.0977 0.0000 0.9952</w:t>
        <w:br/>
        <w:t>vn -0.1482 0.0000 0.9890</w:t>
        <w:br/>
        <w:t>vn -0.7010 -0.6834 0.2038</w:t>
        <w:br/>
        <w:t>vn -0.7010 -0.6835 0.2037</w:t>
        <w:br/>
        <w:t>vn -0.7009 -0.6835 0.2038</w:t>
        <w:br/>
        <w:t>vn -0.7010 -0.6835 0.2036</w:t>
        <w:br/>
        <w:t>vn -0.7009 -0.6835 0.2037</w:t>
        <w:br/>
        <w:t>vn -0.7011 -0.6833 0.2038</w:t>
        <w:br/>
        <w:t>vn -0.7011 -0.6833 0.2039</w:t>
        <w:br/>
        <w:t>vn -0.7010 -0.6834 0.2039</w:t>
        <w:br/>
        <w:t>vn -0.7010 -0.6835 0.2038</w:t>
        <w:br/>
        <w:t>vn 0.5632 -0.7060 -0.4293</w:t>
        <w:br/>
        <w:t>vn 0.5632 -0.7060 -0.4294</w:t>
        <w:br/>
        <w:t>vn 0.7065 -0.7045 0.0679</w:t>
        <w:br/>
        <w:t>vn 0.7065 -0.7045 0.0681</w:t>
        <w:br/>
        <w:t>vn 0.2690 -0.5184 -0.8117</w:t>
        <w:br/>
        <w:t>vn 0.2689 -0.5184 -0.8118</w:t>
        <w:br/>
        <w:t>vn -0.0973 -0.1918 -0.9766</w:t>
        <w:br/>
        <w:t>vn -0.0973 -0.1919 -0.9766</w:t>
        <w:br/>
        <w:t>vn -0.4374 0.1860 -0.8798</w:t>
        <w:br/>
        <w:t>vn -0.4374 0.1861 -0.8798</w:t>
        <w:br/>
        <w:t>vn -0.6602 0.5144 -0.5473</w:t>
        <w:br/>
        <w:t>vn -0.6604 0.5141 -0.5473</w:t>
        <w:br/>
        <w:t>vn -0.7065 0.7045 -0.0680</w:t>
        <w:br/>
        <w:t>vn -0.7065 0.7044 -0.0681</w:t>
        <w:br/>
        <w:t>vn -0.5633 0.7060 0.4293</w:t>
        <w:br/>
        <w:t>vn -0.5632 0.7060 0.4293</w:t>
        <w:br/>
        <w:t>vn -0.2690 0.5184 0.8117</w:t>
        <w:br/>
        <w:t>vn -0.2689 0.5184 0.8117</w:t>
        <w:br/>
        <w:t>vn -0.5633 0.7059 0.4293</w:t>
        <w:br/>
        <w:t>vn -0.5633 0.7059 0.4294</w:t>
        <w:br/>
        <w:t>vn 0.0973 0.1919 0.9766</w:t>
        <w:br/>
        <w:t>vn 0.4375 -0.1861 0.8797</w:t>
        <w:br/>
        <w:t>vn 0.6604 -0.5142 0.5472</w:t>
        <w:br/>
        <w:t>vn 0.6605 -0.5143 0.5471</w:t>
        <w:br/>
        <w:t>vn 0.7010 0.6835 -0.2037</w:t>
        <w:br/>
        <w:t>vn 0.7010 0.6834 -0.2038</w:t>
        <w:br/>
        <w:t>vn 0.7010 0.6834 -0.2036</w:t>
        <w:br/>
        <w:t>vn 0.7010 0.6835 -0.2036</w:t>
        <w:br/>
        <w:t>vn 0.7011 0.6833 -0.2039</w:t>
        <w:br/>
        <w:t>vn 0.7011 0.6833 -0.2038</w:t>
        <w:br/>
        <w:t>vn 0.7010 0.6834 -0.2039</w:t>
        <w:br/>
        <w:t>vn -0.5226 -0.8253 0.2139</w:t>
        <w:br/>
        <w:t>vn -0.5226 -0.8254 0.2138</w:t>
        <w:br/>
        <w:t>vn -0.5226 -0.8254 0.2137</w:t>
        <w:br/>
        <w:t>vn -0.5225 -0.8254 0.2138</w:t>
        <w:br/>
        <w:t>vn -0.5226 -0.8253 0.2138</w:t>
        <w:br/>
        <w:t>vn -0.5226 -0.8253 0.2140</w:t>
        <w:br/>
        <w:t>vn -0.5227 -0.8252 0.2140</w:t>
        <w:br/>
        <w:t>vn -0.5228 -0.8252 0.2138</w:t>
        <w:br/>
        <w:t>vn 0.6851 -0.5558 -0.4709</w:t>
        <w:br/>
        <w:t>vn 0.6850 -0.5558 -0.4710</w:t>
        <w:br/>
        <w:t>vn 0.8469 -0.5313 0.0202</w:t>
        <w:br/>
        <w:t>vn 0.3392 -0.4318 -0.8358</w:t>
        <w:br/>
        <w:t>vn 0.3393 -0.4319 -0.8357</w:t>
        <w:br/>
        <w:t>vn -0.0972 -0.1917 -0.9766</w:t>
        <w:br/>
        <w:t>vn -0.0971 -0.1918 -0.9766</w:t>
        <w:br/>
        <w:t>vn -0.5075 0.0997 -0.8559</w:t>
        <w:br/>
        <w:t>vn -0.5074 0.0996 -0.8560</w:t>
        <w:br/>
        <w:t>vn -0.7823 0.3639 -0.5056</w:t>
        <w:br/>
        <w:t>vn -0.7822 0.3639 -0.5056</w:t>
        <w:br/>
        <w:t>vn -0.8472 0.5309 -0.0200</w:t>
        <w:br/>
        <w:t>vn -0.8472 0.5308 -0.0200</w:t>
        <w:br/>
        <w:t>vn -0.6850 0.5558 0.4711</w:t>
        <w:br/>
        <w:t>vn -0.6850 0.5557 0.4711</w:t>
        <w:br/>
        <w:t>vn -0.3395 0.4317 0.8357</w:t>
        <w:br/>
        <w:t>vn -0.6849 0.5557 0.4712</w:t>
        <w:br/>
        <w:t>vn 0.0972 0.1916 0.9766</w:t>
        <w:br/>
        <w:t>vn 0.0970 0.1917 0.9766</w:t>
        <w:br/>
        <w:t>vn 0.5078 -0.0994 0.8557</w:t>
        <w:br/>
        <w:t>vn 0.5077 -0.0995 0.8558</w:t>
        <w:br/>
        <w:t>vn 0.7819 -0.3643 0.5058</w:t>
        <w:br/>
        <w:t>vn 0.7819 -0.3644 0.5058</w:t>
        <w:br/>
        <w:t>vn 0.5225 0.8253 -0.2140</w:t>
        <w:br/>
        <w:t>vn 0.5226 0.8253 -0.2140</w:t>
        <w:br/>
        <w:t>vn 0.5226 0.8253 -0.2139</w:t>
        <w:br/>
        <w:t>vn 0.5227 0.8253 -0.2139</w:t>
        <w:br/>
        <w:t>vn 0.5226 0.8253 -0.2138</w:t>
        <w:br/>
        <w:t>vn 0.5226 0.8254 -0.2137</w:t>
        <w:br/>
        <w:t>vn 0.5225 0.8254 -0.2138</w:t>
        <w:br/>
        <w:t>vn -0.5227 -0.8253 0.2139</w:t>
        <w:br/>
        <w:t>vn -0.5225 -0.8254 0.2137</w:t>
        <w:br/>
        <w:t>vn 0.6852 -0.5556 -0.4710</w:t>
        <w:br/>
        <w:t>vn 0.8471 -0.5310 0.0199</w:t>
        <w:br/>
        <w:t>vn 0.8472 -0.5310 0.0199</w:t>
        <w:br/>
        <w:t>vn 0.3397 -0.4314 -0.8358</w:t>
        <w:br/>
        <w:t>vn -0.0971 -0.1917 -0.9766</w:t>
        <w:br/>
        <w:t>vn -0.5076 0.0996 -0.8558</w:t>
        <w:br/>
        <w:t>vn -0.7820 0.3644 -0.5057</w:t>
        <w:br/>
        <w:t>vn -0.8469 0.5314 -0.0203</w:t>
        <w:br/>
        <w:t>vn -0.6849 0.5559 0.4710</w:t>
        <w:br/>
        <w:t>vn -0.6850 0.5559 0.4710</w:t>
        <w:br/>
        <w:t>vn -0.6849 0.5558 0.4710</w:t>
        <w:br/>
        <w:t>vn -0.3394 0.4316 0.8358</w:t>
        <w:br/>
        <w:t>vn -0.6849 0.5558 0.4711</w:t>
        <w:br/>
        <w:t>vn 0.0970 0.1917 0.9767</w:t>
        <w:br/>
        <w:t>vn 0.5075 -0.0996 0.8559</w:t>
        <w:br/>
        <w:t>vn 0.7821 -0.3640 0.5057</w:t>
        <w:br/>
        <w:t>vn 0.5226 0.8253 -0.2137</w:t>
        <w:br/>
        <w:t>vn 0.5227 0.8253 -0.2138</w:t>
        <w:br/>
        <w:t>vn -0.5227 -0.8252 0.2138</w:t>
        <w:br/>
        <w:t>vn -0.5225 -0.8254 0.2139</w:t>
        <w:br/>
        <w:t>vn -0.5225 -0.8254 0.2140</w:t>
        <w:br/>
        <w:t>vn 0.8471 -0.5310 0.0201</w:t>
        <w:br/>
        <w:t>vn 0.3397 -0.4312 -0.8359</w:t>
        <w:br/>
        <w:t>vn 0.3397 -0.4312 -0.8358</w:t>
        <w:br/>
        <w:t>vn -0.0968 -0.1911 -0.9768</w:t>
        <w:br/>
        <w:t>vn -0.5074 0.0999 -0.8559</w:t>
        <w:br/>
        <w:t>vn -0.7822 0.3640 -0.5056</w:t>
        <w:br/>
        <w:t>vn -0.7821 0.3640 -0.5057</w:t>
        <w:br/>
        <w:t>vn -0.8471 0.5310 -0.0200</w:t>
        <w:br/>
        <w:t>vn -0.8472 0.5310 -0.0200</w:t>
        <w:br/>
        <w:t>vn -0.6851 0.5557 0.4710</w:t>
        <w:br/>
        <w:t>vn -0.3396 0.4312 0.8359</w:t>
        <w:br/>
        <w:t>vn -0.6851 0.5557 0.4709</w:t>
        <w:br/>
        <w:t>vn 0.0968 0.1912 0.9768</w:t>
        <w:br/>
        <w:t>vn 0.5075 -0.0998 0.8559</w:t>
        <w:br/>
        <w:t>vn 0.7822 -0.3640 0.5057</w:t>
        <w:br/>
        <w:t>vn 0.5226 0.8254 -0.2138</w:t>
        <w:br/>
        <w:t>vn -0.8660 -0.4674 0.1778</w:t>
        <w:br/>
        <w:t>vn -0.8660 -0.4673 0.1778</w:t>
        <w:br/>
        <w:t>vn -0.8660 -0.4674 0.1779</w:t>
        <w:br/>
        <w:t>vn -0.8660 -0.4673 0.1777</w:t>
        <w:br/>
        <w:t>vn -0.8660 -0.4674 0.1777</w:t>
        <w:br/>
        <w:t>vn -0.8660 -0.4675 0.1777</w:t>
        <w:br/>
        <w:t>vn -0.8659 -0.4675 0.1778</w:t>
        <w:br/>
        <w:t>vn -0.8659 -0.4674 0.1779</w:t>
        <w:br/>
        <w:t>vn 0.4906 -0.8630 0.1206</w:t>
        <w:br/>
        <w:t>vn 0.3765 -0.8431 -0.3840</w:t>
        <w:br/>
        <w:t>vn 0.1613 -0.5974 -0.7855</w:t>
        <w:br/>
        <w:t>vn 0.1613 -0.5975 -0.7855</w:t>
        <w:br/>
        <w:t>vn -0.3293 0.2656 -0.9061</w:t>
        <w:br/>
        <w:t>vn -0.4732 0.6517 -0.5927</w:t>
        <w:br/>
        <w:t>vn -0.4905 0.8631 -0.1206</w:t>
        <w:br/>
        <w:t>vn -0.3764 0.8432 0.3839</w:t>
        <w:br/>
        <w:t>vn -0.1614 0.5975 0.7855</w:t>
        <w:br/>
        <w:t>vn -0.1614 0.5974 0.7855</w:t>
        <w:br/>
        <w:t>vn 0.0972 0.1917 0.9766</w:t>
        <w:br/>
        <w:t>vn 0.0973 0.1917 0.9766</w:t>
        <w:br/>
        <w:t>vn 0.3294 -0.2655 0.9061</w:t>
        <w:br/>
        <w:t>vn 0.4732 -0.6516 0.5929</w:t>
        <w:br/>
        <w:t>vn 0.8660 0.4674 -0.1777</w:t>
        <w:br/>
        <w:t>vn 0.8660 0.4675 -0.1776</w:t>
        <w:br/>
        <w:t>vn 0.8660 0.4674 -0.1778</w:t>
        <w:br/>
        <w:t>vn 0.8659 0.4676 -0.1777</w:t>
        <w:br/>
        <w:t>vn 0.8659 0.4675 -0.1777</w:t>
        <w:br/>
        <w:t>vn 0.8659 0.4675 -0.1778</w:t>
        <w:br/>
        <w:t>vn 0.8659 0.4675 -0.1779</w:t>
        <w:br/>
        <w:t>vn 0.8659 0.4674 -0.1779</w:t>
        <w:br/>
        <w:t>vn 0.8660 0.4674 -0.1779</w:t>
        <w:br/>
        <w:t>vn 0.7010 -0.6834 0.2038</w:t>
        <w:br/>
        <w:t>vn 0.7009 -0.6835 0.2037</w:t>
        <w:br/>
        <w:t>vn 0.7010 -0.6835 0.2037</w:t>
        <w:br/>
        <w:t>vn 0.7010 -0.6835 0.2036</w:t>
        <w:br/>
        <w:t>vn 0.7011 -0.6833 0.2038</w:t>
        <w:br/>
        <w:t>vn 0.7011 -0.6833 0.2037</w:t>
        <w:br/>
        <w:t>vn 0.7011 -0.6834 0.2038</w:t>
        <w:br/>
        <w:t>vn 0.7010 -0.6834 0.2039</w:t>
        <w:br/>
        <w:t>vn 0.7010 -0.6835 0.2038</w:t>
        <w:br/>
        <w:t>vn -0.7064 -0.7045 0.0679</w:t>
        <w:br/>
        <w:t>vn -0.5632 -0.7060 -0.4295</w:t>
        <w:br/>
        <w:t>vn -0.5632 -0.7060 -0.4294</w:t>
        <w:br/>
        <w:t>vn -0.7065 -0.7045 0.0680</w:t>
        <w:br/>
        <w:t>vn -0.2690 -0.5184 -0.8117</w:t>
        <w:br/>
        <w:t>vn 0.0973 -0.1919 -0.9766</w:t>
        <w:br/>
        <w:t>vn 0.0973 -0.1918 -0.9766</w:t>
        <w:br/>
        <w:t>vn 0.4374 0.1861 -0.8798</w:t>
        <w:br/>
        <w:t>vn 0.4375 0.1860 -0.8798</w:t>
        <w:br/>
        <w:t>vn 0.6602 0.5144 -0.5472</w:t>
        <w:br/>
        <w:t>vn 0.6602 0.5144 -0.5473</w:t>
        <w:br/>
        <w:t>vn 0.7066 0.7043 -0.0681</w:t>
        <w:br/>
        <w:t>vn 0.5634 0.7059 0.4294</w:t>
        <w:br/>
        <w:t>vn 0.5634 0.7059 0.4292</w:t>
        <w:br/>
        <w:t>vn 0.2689 0.5184 0.8118</w:t>
        <w:br/>
        <w:t>vn -0.0973 0.1919 0.9766</w:t>
        <w:br/>
        <w:t>vn -0.4375 -0.1861 0.8797</w:t>
        <w:br/>
        <w:t>vn -0.4375 -0.1861 0.8798</w:t>
        <w:br/>
        <w:t>vn -0.6605 -0.5142 0.5472</w:t>
        <w:br/>
        <w:t>vn -0.6605 -0.5142 0.5471</w:t>
        <w:br/>
        <w:t>vn -0.6604 -0.5142 0.5472</w:t>
        <w:br/>
        <w:t>vn -0.7009 0.6835 -0.2037</w:t>
        <w:br/>
        <w:t>vn -0.7010 0.6834 -0.2037</w:t>
        <w:br/>
        <w:t>vn -0.7010 0.6835 -0.2037</w:t>
        <w:br/>
        <w:t>vn -0.7010 0.6835 -0.2036</w:t>
        <w:br/>
        <w:t>vn -0.7010 0.6834 -0.2036</w:t>
        <w:br/>
        <w:t>vn -0.7010 0.6834 -0.2038</w:t>
        <w:br/>
        <w:t>vn -0.7010 0.6834 -0.2039</w:t>
        <w:br/>
        <w:t>vn 0.5226 -0.8253 0.2139</w:t>
        <w:br/>
        <w:t>vn 0.5226 -0.8253 0.2138</w:t>
        <w:br/>
        <w:t>vn 0.5226 -0.8254 0.2138</w:t>
        <w:br/>
        <w:t>vn 0.5225 -0.8254 0.2138</w:t>
        <w:br/>
        <w:t>vn 0.5226 -0.8253 0.2140</w:t>
        <w:br/>
        <w:t>vn -0.8469 -0.5313 0.0202</w:t>
        <w:br/>
        <w:t>vn -0.8469 -0.5314 0.0201</w:t>
        <w:br/>
        <w:t>vn -0.6853 -0.5555 -0.4709</w:t>
        <w:br/>
        <w:t>vn -0.6852 -0.5556 -0.4710</w:t>
        <w:br/>
        <w:t>vn -0.3393 -0.4318 -0.8357</w:t>
        <w:br/>
        <w:t>vn -0.3391 -0.4318 -0.8358</w:t>
        <w:br/>
        <w:t>vn 0.0970 -0.1919 -0.9766</w:t>
        <w:br/>
        <w:t>vn 0.0972 -0.1918 -0.9766</w:t>
        <w:br/>
        <w:t>vn 0.5077 0.0994 -0.8558</w:t>
        <w:br/>
        <w:t>vn 0.7823 0.3639 -0.5056</w:t>
        <w:br/>
        <w:t>vn 0.7822 0.3639 -0.5057</w:t>
        <w:br/>
        <w:t>vn 0.8472 0.5309 -0.0200</w:t>
        <w:br/>
        <w:t>vn 0.8473 0.5308 -0.0201</w:t>
        <w:br/>
        <w:t>vn 0.6850 0.5559 0.4709</w:t>
        <w:br/>
        <w:t>vn 0.6849 0.5561 0.4708</w:t>
        <w:br/>
        <w:t>vn 0.3394 0.4317 0.8357</w:t>
        <w:br/>
        <w:t>vn 0.3394 0.4316 0.8358</w:t>
        <w:br/>
        <w:t>vn -0.0971 0.1918 0.9766</w:t>
        <w:br/>
        <w:t>vn -0.0972 0.1917 0.9766</w:t>
        <w:br/>
        <w:t>vn -0.5076 -0.0994 0.8558</w:t>
        <w:br/>
        <w:t>vn -0.5076 -0.0995 0.8558</w:t>
        <w:br/>
        <w:t>vn -0.7819 -0.3644 0.5058</w:t>
        <w:br/>
        <w:t>vn -0.5226 0.8253 -0.2140</w:t>
        <w:br/>
        <w:t>vn -0.5226 0.8253 -0.2139</w:t>
        <w:br/>
        <w:t>vn -0.5227 0.8253 -0.2140</w:t>
        <w:br/>
        <w:t>vn -0.5226 0.8253 -0.2138</w:t>
        <w:br/>
        <w:t>vn -0.5226 0.8253 -0.2137</w:t>
        <w:br/>
        <w:t>vn -0.5226 0.8254 -0.2137</w:t>
        <w:br/>
        <w:t>vn -0.5226 0.8254 -0.2138</w:t>
        <w:br/>
        <w:t>vn 0.5227 -0.8253 0.2139</w:t>
        <w:br/>
        <w:t>vn 0.5226 -0.8254 0.2137</w:t>
        <w:br/>
        <w:t>vn 0.5225 -0.8254 0.2137</w:t>
        <w:br/>
        <w:t>vn -0.8471 -0.5311 0.0200</w:t>
        <w:br/>
        <w:t>vn -0.8470 -0.5312 0.0201</w:t>
        <w:br/>
        <w:t>vn -0.6851 -0.5558 -0.4709</w:t>
        <w:br/>
        <w:t>vn -0.3395 -0.4315 -0.8358</w:t>
        <w:br/>
        <w:t>vn 0.0971 -0.1917 -0.9766</w:t>
        <w:br/>
        <w:t>vn 0.5076 0.0996 -0.8558</w:t>
        <w:br/>
        <w:t>vn 0.7820 0.3644 -0.5057</w:t>
        <w:br/>
        <w:t>vn 0.8469 0.5314 -0.0203</w:t>
        <w:br/>
        <w:t>vn 0.8469 0.5314 -0.0202</w:t>
        <w:br/>
        <w:t>vn 0.6849 0.5559 0.4710</w:t>
        <w:br/>
        <w:t>vn -0.0971 0.1917 0.9766</w:t>
        <w:br/>
        <w:t>vn -0.5075 -0.0995 0.8559</w:t>
        <w:br/>
        <w:t>vn -0.7822 -0.3639 0.5058</w:t>
        <w:br/>
        <w:t>vn -0.7822 -0.3640 0.5057</w:t>
        <w:br/>
        <w:t>vn -0.7823 -0.3639 0.5056</w:t>
        <w:br/>
        <w:t>vn -0.5225 0.8253 -0.2140</w:t>
        <w:br/>
        <w:t>vn -0.5227 0.8253 -0.2138</w:t>
        <w:br/>
        <w:t>vn 0.5225 -0.8254 0.2139</w:t>
        <w:br/>
        <w:t>vn 0.5227 -0.8253 0.2138</w:t>
        <w:br/>
        <w:t>vn 0.5225 -0.8254 0.2140</w:t>
        <w:br/>
        <w:t>vn 0.5227 -0.8252 0.2140</w:t>
        <w:br/>
        <w:t>vn -0.6850 -0.5559 -0.4709</w:t>
        <w:br/>
        <w:t>vn 0.0969 -0.1913 -0.9767</w:t>
        <w:br/>
        <w:t>vn 0.0968 -0.1913 -0.9767</w:t>
        <w:br/>
        <w:t>vn 0.5074 0.0999 -0.8559</w:t>
        <w:br/>
        <w:t>vn 0.7822 0.3641 -0.5057</w:t>
        <w:br/>
        <w:t>vn 0.8471 0.5310 -0.0200</w:t>
        <w:br/>
        <w:t>vn 0.6851 0.5557 0.4710</w:t>
        <w:br/>
        <w:t>vn 0.3396 0.4313 0.8359</w:t>
        <w:br/>
        <w:t>vn 0.3396 0.4312 0.8359</w:t>
        <w:br/>
        <w:t>vn 0.3397 0.4312 0.8359</w:t>
        <w:br/>
        <w:t>vn -0.0968 0.1912 0.9768</w:t>
        <w:br/>
        <w:t>vn -0.5074 -0.0999 0.8559</w:t>
        <w:br/>
        <w:t>vn -0.5227 0.8253 -0.2139</w:t>
        <w:br/>
        <w:t>vn -0.5225 0.8254 -0.2138</w:t>
        <w:br/>
        <w:t>vn 0.8660 -0.4674 0.1778</w:t>
        <w:br/>
        <w:t>vn 0.8660 -0.4674 0.1777</w:t>
        <w:br/>
        <w:t>vn 0.8660 -0.4675 0.1778</w:t>
        <w:br/>
        <w:t>vn 0.8660 -0.4675 0.1777</w:t>
        <w:br/>
        <w:t>vn 0.8659 -0.4675 0.1778</w:t>
        <w:br/>
        <w:t>vn 0.8659 -0.4675 0.1779</w:t>
        <w:br/>
        <w:t>vn -0.4907 -0.8629 0.1206</w:t>
        <w:br/>
        <w:t>vn -0.3767 -0.8430 -0.3841</w:t>
        <w:br/>
        <w:t>vn -0.3766 -0.8430 -0.3841</w:t>
        <w:br/>
        <w:t>vn -0.1613 -0.5973 -0.7856</w:t>
        <w:br/>
        <w:t>vn -0.1613 -0.5974 -0.7855</w:t>
        <w:br/>
        <w:t>vn 0.3291 0.2657 -0.9061</w:t>
        <w:br/>
        <w:t>vn 0.4729 0.6518 -0.5928</w:t>
        <w:br/>
        <w:t>vn 0.4904 0.8631 -0.1206</w:t>
        <w:br/>
        <w:t>vn 0.3764 0.8431 0.3839</w:t>
        <w:br/>
        <w:t>vn 0.1614 0.5975 0.7855</w:t>
        <w:br/>
        <w:t>vn -0.0970 0.1917 0.9766</w:t>
        <w:br/>
        <w:t>vn -0.3291 -0.2657 0.9062</w:t>
        <w:br/>
        <w:t>vn -0.4731 -0.6517 0.5928</w:t>
        <w:br/>
        <w:t>vn -0.8660 0.4674 -0.1777</w:t>
        <w:br/>
        <w:t>vn -0.8660 0.4675 -0.1776</w:t>
        <w:br/>
        <w:t>vn -0.8659 0.4675 -0.1777</w:t>
        <w:br/>
        <w:t>vn -0.8660 0.4674 -0.1778</w:t>
        <w:br/>
        <w:t>vn -0.8660 0.4673 -0.1777</w:t>
        <w:br/>
        <w:t>vn -0.8660 0.4674 -0.1776</w:t>
        <w:br/>
        <w:t>vn -0.8659 0.4675 -0.1778</w:t>
        <w:br/>
        <w:t>vn -0.8659 0.4674 -0.1779</w:t>
        <w:br/>
        <w:t>vn -0.8660 0.4674 -0.1779</w:t>
        <w:br/>
        <w:t>vn 0.0819 0.5947 -0.7998</w:t>
        <w:br/>
        <w:t>vn 0.4411 0.8545 -0.2744</w:t>
        <w:br/>
        <w:t>vn 0.7404 0.5983 -0.3064</w:t>
        <w:br/>
        <w:t>vn 0.4737 0.2591 -0.8417</w:t>
        <w:br/>
        <w:t>vn 0.5918 0.7134 0.3753</w:t>
        <w:br/>
        <w:t>vn 0.6594 0.6556 0.3680</w:t>
        <w:br/>
        <w:t>vn 0.4682 0.2427 0.8496</w:t>
        <w:br/>
        <w:t>vn 0.2736 0.4095 0.8703</w:t>
        <w:br/>
        <w:t>vn 0.1251 -0.3447 0.9304</w:t>
        <w:br/>
        <w:t>vn -0.2429 -0.0296 0.9696</w:t>
        <w:br/>
        <w:t>vn -0.2788 -0.7718 0.5715</w:t>
        <w:br/>
        <w:t>vn -0.6468 -0.4569 0.6107</w:t>
        <w:br/>
        <w:t>vn -0.2788 -0.7717 0.5716</w:t>
        <w:br/>
        <w:t>vn -0.5496 -0.8336 -0.0548</w:t>
        <w:br/>
        <w:t>vn -0.7444 -0.6668 -0.0339</w:t>
        <w:br/>
        <w:t>vn -0.5636 -0.5085 -0.6509</w:t>
        <w:br/>
        <w:t>vn -0.4964 -0.5663 -0.6579</w:t>
        <w:br/>
        <w:t>vn -0.3164 0.0534 -0.9471</w:t>
        <w:br/>
        <w:t>vn -0.0171 -0.2028 -0.9791</w:t>
        <w:br/>
        <w:t>vn 0.4738 0.2592 -0.8416</w:t>
        <w:br/>
        <w:t>vn 0.9428 0.2892 -0.1659</w:t>
        <w:br/>
        <w:t>vn 0.7388 -0.1458 -0.6579</w:t>
        <w:br/>
        <w:t>vn 0.7050 0.5858 0.3998</w:t>
        <w:br/>
        <w:t>vn 0.1420 0.6108 0.7790</w:t>
        <w:br/>
        <w:t>vn -0.4917 0.3506 0.7971</w:t>
        <w:br/>
        <w:t>vn -0.8957 -0.0767 0.4381</w:t>
        <w:br/>
        <w:t>vn -0.8762 -0.4655 -0.1250</w:t>
        <w:br/>
        <w:t>vn -0.4508 -0.6360 -0.6264</w:t>
        <w:br/>
        <w:t>vn 0.1854 -0.5119 -0.8388</w:t>
        <w:br/>
        <w:t>vn 0.9940 0.0099 0.1090</w:t>
        <w:br/>
        <w:t>vn 0.8059 -0.5116 -0.2979</w:t>
        <w:br/>
        <w:t>vn 0.7165 0.5227 0.4619</w:t>
        <w:br/>
        <w:t>vn 0.1087 0.7924 0.6002</w:t>
        <w:br/>
        <w:t>vn -0.5544 0.6941 0.4592</w:t>
        <w:br/>
        <w:t>vn -0.9586 0.2667 0.1001</w:t>
        <w:br/>
        <w:t>vn -0.9094 -0.2839 -0.3041</w:t>
        <w:br/>
        <w:t>vn -0.9586 0.2667 0.1000</w:t>
        <w:br/>
        <w:t>vn -0.4389 -0.6990 -0.5645</w:t>
        <w:br/>
        <w:t>vn 0.2366 -0.7912 -0.5639</w:t>
        <w:br/>
        <w:t>vn 0.8059 -0.5117 -0.2979</w:t>
        <w:br/>
        <w:t>vn 0.8804 -0.1649 0.4447</w:t>
        <w:br/>
        <w:t>vn 0.6570 -0.7404 0.1418</w:t>
        <w:br/>
        <w:t>vn 0.6909 0.4834 0.5376</w:t>
        <w:br/>
        <w:t>vn 0.1827 0.9061 0.3817</w:t>
        <w:br/>
        <w:t>vn -0.4147 0.9088 0.0464</w:t>
        <w:br/>
        <w:t>vn -0.8189 0.4814 -0.3126</w:t>
        <w:br/>
        <w:t>vn -0.8354 -0.1703 -0.5226</w:t>
        <w:br/>
        <w:t>vn -0.8188 0.4815 -0.3126</w:t>
        <w:br/>
        <w:t>vn -0.4644 -0.7385 -0.4888</w:t>
        <w:br/>
        <w:t>vn 0.1230 -0.9658 -0.2282</w:t>
        <w:br/>
        <w:t>vn 0.6571 -0.7404 0.1419</w:t>
        <w:br/>
        <w:t>vn 0.6323 -0.1880 0.7516</w:t>
        <w:br/>
        <w:t>vn 0.3321 -0.7707 0.5438</w:t>
        <w:br/>
        <w:t>vn 0.6349 0.4783 0.6068</w:t>
        <w:br/>
        <w:t>vn 0.3439 0.9212 0.1819</w:t>
        <w:br/>
        <w:t>vn -0.1097 0.9373 -0.3309</w:t>
        <w:br/>
        <w:t>vn -0.5137 0.5100 -0.6899</w:t>
        <w:br/>
        <w:t>vn -0.6739 -0.1553 -0.7223</w:t>
        <w:br/>
        <w:t>vn -0.5138 0.5100 -0.6899</w:t>
        <w:br/>
        <w:t>vn -0.5204 -0.7439 -0.4193</w:t>
        <w:br/>
        <w:t>vn -0.1252 -0.9890 0.0787</w:t>
        <w:br/>
        <w:t>vn 0.3321 -0.7707 0.5437</w:t>
        <w:br/>
        <w:t>vn 0.3162 -0.0535 0.9472</w:t>
        <w:br/>
        <w:t>vn -0.0818 -0.5946 0.7999</w:t>
        <w:br/>
        <w:t>vn 0.5636 0.5085 0.6510</w:t>
        <w:br/>
        <w:t>vn 0.5496 0.8337 0.0544</w:t>
        <w:br/>
        <w:t>vn 0.2789 0.7717 -0.5715</w:t>
        <w:br/>
        <w:t>vn -0.1250 0.3446 -0.9304</w:t>
        <w:br/>
        <w:t>vn -0.4682 -0.2428 -0.8496</w:t>
        <w:br/>
        <w:t>vn -0.1251 0.3446 -0.9304</w:t>
        <w:br/>
        <w:t>vn -0.5918 -0.7135 -0.3751</w:t>
        <w:br/>
        <w:t>vn -0.4412 -0.8545 0.2742</w:t>
        <w:br/>
        <w:t>vn -0.0819 -0.5946 0.7998</w:t>
        <w:br/>
        <w:t>vn 0.0169 0.2027 0.9791</w:t>
        <w:br/>
        <w:t>vn -0.4738 -0.2591 0.8416</w:t>
        <w:br/>
        <w:t>vn 0.4961 0.5662 0.6583</w:t>
        <w:br/>
        <w:t>vn 0.7444 0.6669 0.0335</w:t>
        <w:br/>
        <w:t>vn 0.6466 0.4568 -0.6109</w:t>
        <w:br/>
        <w:t>vn 0.2427 0.0298 -0.9696</w:t>
        <w:br/>
        <w:t>vn -0.2735 -0.4094 -0.8704</w:t>
        <w:br/>
        <w:t>vn -0.6594 -0.6556 -0.3680</w:t>
        <w:br/>
        <w:t>vn -0.7405 -0.5983 0.3062</w:t>
        <w:br/>
        <w:t>vn -0.1853 0.5119 0.8388</w:t>
        <w:br/>
        <w:t>vn -0.7388 0.1458 0.6580</w:t>
        <w:br/>
        <w:t>vn 0.4504 0.6361 0.6265</w:t>
        <w:br/>
        <w:t>vn 0.8762 0.4656 0.1248</w:t>
        <w:br/>
        <w:t>vn 0.8955 0.0765 -0.4385</w:t>
        <w:br/>
        <w:t>vn 0.4916 -0.3504 -0.7972</w:t>
        <w:br/>
        <w:t>vn -0.1418 -0.6106 -0.7792</w:t>
        <w:br/>
        <w:t>vn 0.4916 -0.3505 -0.7972</w:t>
        <w:br/>
        <w:t>vn -0.7050 -0.5858 -0.3999</w:t>
        <w:br/>
        <w:t>vn -0.9428 -0.2892 0.1660</w:t>
        <w:br/>
        <w:t>vn -0.7387 0.1459 0.6581</w:t>
        <w:br/>
        <w:t>vn -0.2362 0.7913 0.5640</w:t>
        <w:br/>
        <w:t>vn -0.8057 0.5118 0.2981</w:t>
        <w:br/>
        <w:t>vn 0.4388 0.6991 0.5645</w:t>
        <w:br/>
        <w:t>vn 0.9094 0.2838 0.3039</w:t>
        <w:br/>
        <w:t>vn 0.9584 -0.2670 -0.1005</w:t>
        <w:br/>
        <w:t>vn 0.5546 -0.6940 -0.4591</w:t>
        <w:br/>
        <w:t>vn -0.1083 -0.7925 -0.6002</w:t>
        <w:br/>
        <w:t>vn 0.5547 -0.6940 -0.4591</w:t>
        <w:br/>
        <w:t>vn -0.7164 -0.5228 -0.4620</w:t>
        <w:br/>
        <w:t>vn -0.9940 -0.0099 -0.1091</w:t>
        <w:br/>
        <w:t>vn -0.8058 0.5118 0.2980</w:t>
        <w:br/>
        <w:t>vn -0.1228 0.9659 0.2281</w:t>
        <w:br/>
        <w:t>vn -0.6570 0.7404 -0.1420</w:t>
        <w:br/>
        <w:t>vn 0.4645 0.7385 0.4888</w:t>
        <w:br/>
        <w:t>vn 0.8354 0.1703 0.5226</w:t>
        <w:br/>
        <w:t>vn 0.8188 -0.4816 0.3126</w:t>
        <w:br/>
        <w:t>vn 0.4149 -0.9087 -0.0462</w:t>
        <w:br/>
        <w:t>vn -0.1823 -0.9062 -0.3814</w:t>
        <w:br/>
        <w:t>vn 0.4147 -0.9088 -0.0462</w:t>
        <w:br/>
        <w:t>vn -0.6909 -0.4834 -0.5376</w:t>
        <w:br/>
        <w:t>vn -0.8803 0.1648 -0.4448</w:t>
        <w:br/>
        <w:t>vn -0.6570 0.7405 -0.1419</w:t>
        <w:br/>
        <w:t>vn 0.1252 0.9890 -0.0788</w:t>
        <w:br/>
        <w:t>vn -0.3321 0.7707 -0.5438</w:t>
        <w:br/>
        <w:t>vn 0.5205 0.7438 0.4194</w:t>
        <w:br/>
        <w:t>vn 0.6739 0.1552 0.7223</w:t>
        <w:br/>
        <w:t>vn 0.5136 -0.5101 0.6900</w:t>
        <w:br/>
        <w:t>vn 0.1097 -0.9372 0.3312</w:t>
        <w:br/>
        <w:t>vn -0.3438 -0.9213 -0.1818</w:t>
        <w:br/>
        <w:t>vn 0.1096 -0.9372 0.3311</w:t>
        <w:br/>
        <w:t>vn -0.6348 -0.4782 -0.6069</w:t>
        <w:br/>
        <w:t>vn -0.6323 0.1880 -0.7516</w:t>
        <w:br/>
        <w:t>vn 0.0818 0.5946 -0.7998</w:t>
        <w:br/>
        <w:t>vn 0.1251 -0.3446 0.9304</w:t>
        <w:br/>
        <w:t>vn -0.5495 -0.8337 -0.0548</w:t>
        <w:br/>
        <w:t>vn -0.2789 -0.7718 0.5715</w:t>
        <w:br/>
        <w:t>vn -0.5636 -0.5086 -0.6509</w:t>
        <w:br/>
        <w:t>vn -0.3164 0.0533 -0.9471</w:t>
        <w:br/>
        <w:t>vn 0.0819 0.5946 -0.7998</w:t>
        <w:br/>
        <w:t>vn -0.0818 0.5946 -0.7998</w:t>
        <w:br/>
        <w:t>vn -0.4740 0.2592 -0.8415</w:t>
        <w:br/>
        <w:t>vn -0.7404 0.5983 -0.3062</w:t>
        <w:br/>
        <w:t>vn -0.4412 0.8544 -0.2744</w:t>
        <w:br/>
        <w:t>vn -0.6594 0.6555 0.3681</w:t>
        <w:br/>
        <w:t>vn -0.5918 0.7134 0.3754</w:t>
        <w:br/>
        <w:t>vn -0.2736 0.4095 0.8703</w:t>
        <w:br/>
        <w:t>vn -0.4682 0.2427 0.8496</w:t>
        <w:br/>
        <w:t>vn 0.2429 -0.0296 0.9696</w:t>
        <w:br/>
        <w:t>vn -0.1251 -0.3447 0.9304</w:t>
        <w:br/>
        <w:t>vn 0.6468 -0.4569 0.6107</w:t>
        <w:br/>
        <w:t>vn 0.2788 -0.7718 0.5714</w:t>
        <w:br/>
        <w:t>vn 0.2788 -0.7717 0.5716</w:t>
        <w:br/>
        <w:t>vn 0.6468 -0.4568 0.6107</w:t>
        <w:br/>
        <w:t>vn 0.7444 -0.6669 -0.0338</w:t>
        <w:br/>
        <w:t>vn 0.5496 -0.8336 -0.0548</w:t>
        <w:br/>
        <w:t>vn 0.4963 -0.5663 -0.6580</w:t>
        <w:br/>
        <w:t>vn 0.5636 -0.5085 -0.6510</w:t>
        <w:br/>
        <w:t>vn 0.0171 -0.2028 -0.9791</w:t>
        <w:br/>
        <w:t>vn 0.3163 0.0534 -0.9471</w:t>
        <w:br/>
        <w:t>vn -0.4739 0.2592 -0.8416</w:t>
        <w:br/>
        <w:t>vn -0.0819 0.5947 -0.7998</w:t>
        <w:br/>
        <w:t>vn -0.7389 -0.1458 -0.6579</w:t>
        <w:br/>
        <w:t>vn -0.9428 0.2892 -0.1660</w:t>
        <w:br/>
        <w:t>vn -0.7051 0.5858 0.3997</w:t>
        <w:br/>
        <w:t>vn -0.1420 0.6107 0.7790</w:t>
        <w:br/>
        <w:t>vn 0.4917 0.3506 0.7971</w:t>
        <w:br/>
        <w:t>vn 0.8957 -0.0767 0.4381</w:t>
        <w:br/>
        <w:t>vn 0.8956 -0.0768 0.4381</w:t>
        <w:br/>
        <w:t>vn 0.8761 -0.4656 -0.1250</w:t>
        <w:br/>
        <w:t>vn 0.4507 -0.6360 -0.6264</w:t>
        <w:br/>
        <w:t>vn -0.1854 -0.5119 -0.8388</w:t>
        <w:br/>
        <w:t>vn -0.7389 -0.1458 -0.6578</w:t>
        <w:br/>
        <w:t>vn -0.8059 -0.5116 -0.2979</w:t>
        <w:br/>
        <w:t>vn -0.9940 0.0098 0.1089</w:t>
        <w:br/>
        <w:t>vn -0.7166 0.5227 0.4618</w:t>
        <w:br/>
        <w:t>vn -0.1086 0.7925 0.6002</w:t>
        <w:br/>
        <w:t>vn 0.5544 0.6941 0.4593</w:t>
        <w:br/>
        <w:t>vn 0.9585 0.2668 0.1002</w:t>
        <w:br/>
        <w:t>vn 0.9093 -0.2840 -0.3042</w:t>
        <w:br/>
        <w:t>vn 0.4388 -0.6991 -0.5645</w:t>
        <w:br/>
        <w:t>vn -0.2367 -0.7912 -0.5639</w:t>
        <w:br/>
        <w:t>vn -0.8059 -0.5117 -0.2979</w:t>
        <w:br/>
        <w:t>vn -0.6570 -0.7404 0.1420</w:t>
        <w:br/>
        <w:t>vn -0.8804 -0.1649 0.4447</w:t>
        <w:br/>
        <w:t>vn -0.6909 0.4834 0.5376</w:t>
        <w:br/>
        <w:t>vn -0.1826 0.9061 0.3816</w:t>
        <w:br/>
        <w:t>vn 0.4147 0.9088 0.0465</w:t>
        <w:br/>
        <w:t>vn 0.8189 0.4814 -0.3125</w:t>
        <w:br/>
        <w:t>vn 0.8188 0.4816 -0.3126</w:t>
        <w:br/>
        <w:t>vn 0.8354 -0.1703 -0.5226</w:t>
        <w:br/>
        <w:t>vn 0.4644 -0.7385 -0.4888</w:t>
        <w:br/>
        <w:t>vn -0.1229 -0.9658 -0.2282</w:t>
        <w:br/>
        <w:t>vn -0.6570 -0.7404 0.1419</w:t>
        <w:br/>
        <w:t>vn -0.3322 -0.7707 0.5437</w:t>
        <w:br/>
        <w:t>vn -0.6323 -0.1881 0.7515</w:t>
        <w:br/>
        <w:t>vn -0.6349 0.4782 0.6068</w:t>
        <w:br/>
        <w:t>vn -0.3439 0.9212 0.1819</w:t>
        <w:br/>
        <w:t>vn 0.1097 0.9373 -0.3310</w:t>
        <w:br/>
        <w:t>vn 0.5137 0.5101 -0.6899</w:t>
        <w:br/>
        <w:t>vn 0.5137 0.5100 -0.6899</w:t>
        <w:br/>
        <w:t>vn 0.6740 -0.1553 -0.7223</w:t>
        <w:br/>
        <w:t>vn 0.5204 -0.7438 -0.4194</w:t>
        <w:br/>
        <w:t>vn 0.1252 -0.9890 0.0787</w:t>
        <w:br/>
        <w:t>vn -0.3321 -0.7708 0.5437</w:t>
        <w:br/>
        <w:t>vn 0.0819 -0.5946 0.7999</w:t>
        <w:br/>
        <w:t>vn -0.3162 -0.0535 0.9472</w:t>
        <w:br/>
        <w:t>vn -0.5636 0.5086 0.6510</w:t>
        <w:br/>
        <w:t>vn -0.5496 0.8337 0.0545</w:t>
        <w:br/>
        <w:t>vn -0.2788 0.7717 -0.5716</w:t>
        <w:br/>
        <w:t>vn 0.1252 0.3445 -0.9304</w:t>
        <w:br/>
        <w:t>vn 0.1252 0.3446 -0.9304</w:t>
        <w:br/>
        <w:t>vn 0.4683 -0.2428 -0.8495</w:t>
        <w:br/>
        <w:t>vn 0.5918 -0.7134 -0.3752</w:t>
        <w:br/>
        <w:t>vn 0.4413 -0.8545 0.2742</w:t>
        <w:br/>
        <w:t>vn 0.0819 -0.5946 0.7998</w:t>
        <w:br/>
        <w:t>vn 0.4738 -0.2590 0.8417</w:t>
        <w:br/>
        <w:t>vn -0.0170 0.2027 0.9791</w:t>
        <w:br/>
        <w:t>vn -0.4961 0.5663 0.6582</w:t>
        <w:br/>
        <w:t>vn -0.7444 0.6669 0.0336</w:t>
        <w:br/>
        <w:t>vn -0.6466 0.4568 -0.6110</w:t>
        <w:br/>
        <w:t>vn -0.2425 0.0296 -0.9697</w:t>
        <w:br/>
        <w:t>vn 0.2737 -0.4095 -0.8703</w:t>
        <w:br/>
        <w:t>vn 0.6593 -0.6555 -0.3682</w:t>
        <w:br/>
        <w:t>vn 0.7405 -0.5983 0.3061</w:t>
        <w:br/>
        <w:t>vn 0.4739 -0.2591 0.8416</w:t>
        <w:br/>
        <w:t>vn 0.7387 0.1458 0.6580</w:t>
        <w:br/>
        <w:t>vn 0.1854 0.5118 0.8388</w:t>
        <w:br/>
        <w:t>vn -0.4503 0.6361 0.6266</w:t>
        <w:br/>
        <w:t>vn -0.8762 0.4656 0.1248</w:t>
        <w:br/>
        <w:t>vn -0.8955 0.0765 -0.4385</w:t>
        <w:br/>
        <w:t>vn -0.4915 -0.3506 -0.7972</w:t>
        <w:br/>
        <w:t>vn 0.1419 -0.6107 -0.7790</w:t>
        <w:br/>
        <w:t>vn 0.7048 -0.5859 -0.4000</w:t>
        <w:br/>
        <w:t>vn 0.9428 -0.2893 0.1659</w:t>
        <w:br/>
        <w:t>vn 0.7387 0.1459 0.6581</w:t>
        <w:br/>
        <w:t>vn 0.8057 0.5119 0.2981</w:t>
        <w:br/>
        <w:t>vn 0.2364 0.7912 0.5640</w:t>
        <w:br/>
        <w:t>vn -0.4389 0.6991 0.5645</w:t>
        <w:br/>
        <w:t>vn -0.9095 0.2837 0.3039</w:t>
        <w:br/>
        <w:t>vn -0.9585 -0.2670 -0.1004</w:t>
        <w:br/>
        <w:t>vn -0.5546 -0.6940 -0.4591</w:t>
        <w:br/>
        <w:t>vn 0.1085 -0.7925 -0.6002</w:t>
        <w:br/>
        <w:t>vn 0.7164 -0.5228 -0.4620</w:t>
        <w:br/>
        <w:t>vn 0.9940 -0.0100 -0.1092</w:t>
        <w:br/>
        <w:t>vn 0.8058 0.5118 0.2980</w:t>
        <w:br/>
        <w:t>vn 0.6570 0.7404 -0.1420</w:t>
        <w:br/>
        <w:t>vn 0.1228 0.9659 0.2281</w:t>
        <w:br/>
        <w:t>vn -0.4645 0.7385 0.4887</w:t>
        <w:br/>
        <w:t>vn -0.8354 0.1703 0.5225</w:t>
        <w:br/>
        <w:t>vn -0.8188 -0.4816 0.3126</w:t>
        <w:br/>
        <w:t>vn -0.4149 -0.9087 -0.0462</w:t>
        <w:br/>
        <w:t>vn -0.4148 -0.9087 -0.0463</w:t>
        <w:br/>
        <w:t>vn 0.1825 -0.9062 -0.3816</w:t>
        <w:br/>
        <w:t>vn 0.6909 -0.4833 -0.5376</w:t>
        <w:br/>
        <w:t>vn 0.8803 0.1647 -0.4448</w:t>
        <w:br/>
        <w:t>vn 0.6569 0.7405 -0.1419</w:t>
        <w:br/>
        <w:t>vn 0.3321 0.7708 -0.5437</w:t>
        <w:br/>
        <w:t>vn -0.1252 0.9890 -0.0787</w:t>
        <w:br/>
        <w:t>vn -0.5205 0.7438 0.4194</w:t>
        <w:br/>
        <w:t>vn -0.6739 0.1553 0.7223</w:t>
        <w:br/>
        <w:t>vn -0.5136 -0.5101 0.6900</w:t>
        <w:br/>
        <w:t>vn -0.1097 -0.9372 0.3311</w:t>
        <w:br/>
        <w:t>vn 0.3439 -0.9212 -0.1818</w:t>
        <w:br/>
        <w:t>vn 0.6349 -0.4782 -0.6069</w:t>
        <w:br/>
        <w:t>vn 0.6323 0.1880 -0.7516</w:t>
        <w:br/>
        <w:t>vn -0.0818 0.5947 -0.7998</w:t>
        <w:br/>
        <w:t>vn -0.4411 0.8545 -0.2744</w:t>
        <w:br/>
        <w:t>vn -0.5918 0.7134 0.3753</w:t>
        <w:br/>
        <w:t>vn -0.1251 -0.3446 0.9304</w:t>
        <w:br/>
        <w:t>vn 0.2788 -0.7718 0.5715</w:t>
        <w:br/>
        <w:t>vn 0.2788 -0.7717 0.5717</w:t>
        <w:br/>
        <w:t>vn 0.5495 -0.8337 -0.0547</w:t>
        <w:br/>
        <w:t>vn 0.5636 -0.5086 -0.6509</w:t>
        <w:br/>
        <w:t>vn 0.3163 0.0534 -0.9472</w:t>
        <w:br/>
        <w:t>vn -0.0820 0.5947 -0.7998</w:t>
        <w:br/>
        <w:t>vn -0.0748 0.5952 -0.8000</w:t>
        <w:br/>
        <w:t>vn 0.2050 0.9395 -0.2744</w:t>
        <w:br/>
        <w:t>vn 0.5604 0.7696 -0.3062</w:t>
        <w:br/>
        <w:t>vn 0.3904 0.3726 -0.8419</w:t>
        <w:br/>
        <w:t>vn 0.3870 0.8422 0.3754</w:t>
        <w:br/>
        <w:t>vn 0.4672 0.8038 0.3682</w:t>
        <w:br/>
        <w:t>vn 0.3895 0.3557 0.8495</w:t>
        <w:br/>
        <w:t>vn 0.1583 0.4664 0.8703</w:t>
        <w:br/>
        <w:t>vn 0.2101 -0.3003 0.9304</w:t>
        <w:br/>
        <w:t>vn -0.2267 -0.0913 0.9697</w:t>
        <w:br/>
        <w:t>vn -0.0694 -0.8176 0.5715</w:t>
        <w:br/>
        <w:t>vn -0.5066 -0.6088 0.6105</w:t>
        <w:br/>
        <w:t>vn -0.2267 -0.0914 0.9697</w:t>
        <w:br/>
        <w:t>vn 0.2102 -0.3004 0.9304</w:t>
        <w:br/>
        <w:t>vn -0.3151 -0.9475 -0.0548</w:t>
        <w:br/>
        <w:t>vn -0.5463 -0.8369 -0.0343</w:t>
        <w:br/>
        <w:t>vn -0.4128 -0.6371 -0.6509</w:t>
        <w:br/>
        <w:t>vn -0.3326 -0.6755 -0.6581</w:t>
        <w:br/>
        <w:t>vn -0.3194 -0.0304 -0.9471</w:t>
        <w:br/>
        <w:t>vn 0.0359 -0.2005 -0.9790</w:t>
        <w:br/>
        <w:t>vn -0.0749 0.5953 -0.8000</w:t>
        <w:br/>
        <w:t>vn 0.3905 0.3726 -0.8418</w:t>
        <w:br/>
        <w:t>vn 0.8358 0.5234 -0.1658</w:t>
        <w:br/>
        <w:t>vn 0.7512 0.0501 -0.6581</w:t>
        <w:br/>
        <w:t>vn 0.5293 0.7483 0.3999</w:t>
        <w:br/>
        <w:t>vn -0.0208 0.6266 0.7790</w:t>
        <w:br/>
        <w:t>vn -0.5653 0.2115 0.7973</w:t>
        <w:br/>
        <w:t>vn -0.8452 -0.3060 0.4381</w:t>
        <w:br/>
        <w:t>vn -0.7256 -0.6766 -0.1254</w:t>
        <w:br/>
        <w:t>vn -0.2705 -0.7309 -0.6266</w:t>
        <w:br/>
        <w:t>vn 0.3112 -0.4467 -0.8388</w:t>
        <w:br/>
        <w:t>vn 0.7512 0.0501 -0.6582</w:t>
        <w:br/>
        <w:t>vn 0.9575 0.2670 0.1092</w:t>
        <w:br/>
        <w:t>vn 0.9107 -0.2859 -0.2980</w:t>
        <w:br/>
        <w:t>vn 0.5567 0.6905 0.4619</w:t>
        <w:br/>
        <w:t>vn -0.1001 0.7936 0.6002</w:t>
        <w:br/>
        <w:t>vn -0.7152 0.5269 0.4593</w:t>
        <w:br/>
        <w:t>vn -0.9949 0.0092 0.1005</w:t>
        <w:br/>
        <w:t>vn -0.7153 0.5268 0.4592</w:t>
        <w:br/>
        <w:t>vn -0.8049 -0.5096 -0.3039</w:t>
        <w:br/>
        <w:t>vn -0.2432 -0.7888 -0.5645</w:t>
        <w:br/>
        <w:t>vn 0.4331 -0.7031 -0.5640</w:t>
        <w:br/>
        <w:t>vn 0.9107 -0.2860 -0.2981</w:t>
        <w:br/>
        <w:t>vn 0.8929 0.0689 0.4449</w:t>
        <w:br/>
        <w:t>vn 0.8262 -0.5452 0.1419</w:t>
        <w:br/>
        <w:t>vn 0.5423 0.6456 0.5376</w:t>
        <w:br/>
        <w:t>vn -0.0580 0.9224 0.3817</w:t>
        <w:br/>
        <w:t>vn -0.6359 0.7704 0.0461</w:t>
        <w:br/>
        <w:t>vn -0.9155 0.2530 -0.3127</w:t>
        <w:br/>
        <w:t>vn -0.6359 0.7704 0.0462</w:t>
        <w:br/>
        <w:t>vn -0.7629 -0.3806 -0.5226</w:t>
        <w:br/>
        <w:t>vn -0.2578 -0.8335 -0.4888</w:t>
        <w:br/>
        <w:t>vn 0.3687 -0.9011 -0.2282</w:t>
        <w:br/>
        <w:t>vn 0.8262 -0.5452 0.1417</w:t>
        <w:br/>
        <w:t>vn 0.6595 -0.0177 0.7515</w:t>
        <w:br/>
        <w:t>vn 0.5203 -0.6586 0.5437</w:t>
        <w:br/>
        <w:t>vn 0.4897 0.6261 0.6069</w:t>
        <w:br/>
        <w:t>vn 0.0940 0.9788 0.1821</w:t>
        <w:br/>
        <w:t>vn -0.3485 0.8768 -0.3312</w:t>
        <w:br/>
        <w:t>vn -0.6281 0.3595 -0.6901</w:t>
        <w:br/>
        <w:t>vn -0.3485 0.8769 -0.3311</w:t>
        <w:br/>
        <w:t>vn -0.6107 -0.3242 -0.7224</w:t>
        <w:br/>
        <w:t>vn -0.3104 -0.8529 -0.4198</w:t>
        <w:br/>
        <w:t>vn 0.1350 -0.9877 0.0786</w:t>
        <w:br/>
        <w:t>vn 0.5202 -0.6586 0.5438</w:t>
        <w:br/>
        <w:t>vn 0.3193 0.0305 0.9472</w:t>
        <w:br/>
        <w:t>vn 0.0749 -0.5953 0.8000</w:t>
        <w:br/>
        <w:t>vn 0.4127 0.6370 0.6510</w:t>
        <w:br/>
        <w:t>vn 0.3151 0.9474 0.0551</w:t>
        <w:br/>
        <w:t>vn 0.0695 0.8178 -0.5712</w:t>
        <w:br/>
        <w:t>vn -0.2101 0.3004 -0.9304</w:t>
        <w:br/>
        <w:t>vn 0.0696 0.8176 -0.5715</w:t>
        <w:br/>
        <w:t>vn -0.3896 -0.3557 -0.8495</w:t>
        <w:br/>
        <w:t>vn -0.3871 -0.8422 -0.3753</w:t>
        <w:br/>
        <w:t>vn -0.2051 -0.9395 0.2744</w:t>
        <w:br/>
        <w:t>vn 0.0748 -0.5953 0.8000</w:t>
        <w:br/>
        <w:t>vn -0.0359 0.2005 0.9790</w:t>
        <w:br/>
        <w:t>vn -0.3905 -0.3726 0.8418</w:t>
        <w:br/>
        <w:t>vn 0.3327 0.6754 0.6582</w:t>
        <w:br/>
        <w:t>vn 0.5464 0.8369 0.0341</w:t>
        <w:br/>
        <w:t>vn 0.5065 0.6086 -0.6107</w:t>
        <w:br/>
        <w:t>vn 0.2268 0.0914 -0.9697</w:t>
        <w:br/>
        <w:t>vn 0.5066 0.6087 -0.6106</w:t>
        <w:br/>
        <w:t>vn -0.1583 -0.4663 -0.8703</w:t>
        <w:br/>
        <w:t>vn -0.4672 -0.8038 -0.3683</w:t>
        <w:br/>
        <w:t>vn -0.5605 -0.7695 0.3061</w:t>
        <w:br/>
        <w:t>vn -0.3905 -0.3725 0.8419</w:t>
        <w:br/>
        <w:t>vn -0.3904 -0.3726 0.8419</w:t>
        <w:br/>
        <w:t>vn -0.3112 0.4466 0.8389</w:t>
        <w:br/>
        <w:t>vn -0.7511 -0.0501 0.6583</w:t>
        <w:br/>
        <w:t>vn 0.3326 0.6754 0.6582</w:t>
        <w:br/>
        <w:t>vn 0.2706 0.7308 0.6266</w:t>
        <w:br/>
        <w:t>vn 0.5463 0.8369 0.0343</w:t>
        <w:br/>
        <w:t>vn 0.7256 0.6766 0.1255</w:t>
        <w:br/>
        <w:t>vn 0.5065 0.6087 -0.6107</w:t>
        <w:br/>
        <w:t>vn 0.8453 0.3059 -0.4381</w:t>
        <w:br/>
        <w:t>vn 0.5655 -0.2115 -0.7972</w:t>
        <w:br/>
        <w:t>vn 0.8452 0.3059 -0.4382</w:t>
        <w:br/>
        <w:t>vn 0.5067 0.6088 -0.6105</w:t>
        <w:br/>
        <w:t>vn -0.1582 -0.4663 -0.8703</w:t>
        <w:br/>
        <w:t>vn 0.0211 -0.6266 -0.7791</w:t>
        <w:br/>
        <w:t>vn -0.4672 -0.8039 -0.3681</w:t>
        <w:br/>
        <w:t>vn -0.5292 -0.7484 -0.3998</w:t>
        <w:br/>
        <w:t>vn -0.5604 -0.7695 0.3062</w:t>
        <w:br/>
        <w:t>vn -0.8358 -0.5233 0.1660</w:t>
        <w:br/>
        <w:t>vn -0.3906 -0.3727 0.8417</w:t>
        <w:br/>
        <w:t>vn -0.7512 -0.0501 0.6582</w:t>
        <w:br/>
        <w:t>vn -0.4333 0.7030 0.5639</w:t>
        <w:br/>
        <w:t>vn -0.9108 0.2857 0.2979</w:t>
        <w:br/>
        <w:t>vn 0.2432 0.7888 0.5645</w:t>
        <w:br/>
        <w:t>vn 0.8049 0.5096 0.3040</w:t>
        <w:br/>
        <w:t>vn 0.9949 -0.0095 -0.1004</w:t>
        <w:br/>
        <w:t>vn 0.7153 -0.5269 -0.4590</w:t>
        <w:br/>
        <w:t>vn 0.9949 -0.0095 -0.1003</w:t>
        <w:br/>
        <w:t>vn 0.1001 -0.7936 -0.6001</w:t>
        <w:br/>
        <w:t>vn -0.5569 -0.6904 -0.4618</w:t>
        <w:br/>
        <w:t>vn -0.9576 -0.2667 -0.1090</w:t>
        <w:br/>
        <w:t>vn -0.9108 0.2858 0.2979</w:t>
        <w:br/>
        <w:t>vn -0.3688 0.9011 0.2280</w:t>
        <w:br/>
        <w:t>vn -0.8262 0.5451 -0.1419</w:t>
        <w:br/>
        <w:t>vn 0.2576 0.8335 0.4887</w:t>
        <w:br/>
        <w:t>vn 0.7628 0.3807 0.5227</w:t>
        <w:br/>
        <w:t>vn 0.9155 -0.2531 0.3127</w:t>
        <w:br/>
        <w:t>vn 0.6360 -0.7703 -0.0462</w:t>
        <w:br/>
        <w:t>vn 0.9155 -0.2530 0.3127</w:t>
        <w:br/>
        <w:t>vn 0.0582 -0.9224 -0.3818</w:t>
        <w:br/>
        <w:t>vn -0.5424 -0.6456 -0.5376</w:t>
        <w:br/>
        <w:t>vn -0.8930 -0.0688 -0.4448</w:t>
        <w:br/>
        <w:t>vn -0.8262 0.5452 -0.1419</w:t>
        <w:br/>
        <w:t>vn -0.1351 0.9877 -0.0786</w:t>
        <w:br/>
        <w:t>vn -0.5205 0.6586 -0.5435</w:t>
        <w:br/>
        <w:t>vn 0.3103 0.8531 0.4194</w:t>
        <w:br/>
        <w:t>vn 0.6108 0.3244 0.7223</w:t>
        <w:br/>
        <w:t>vn 0.6282 -0.3596 0.6900</w:t>
        <w:br/>
        <w:t>vn 0.3486 -0.8768 0.3310</w:t>
        <w:br/>
        <w:t>vn 0.6282 -0.3596 0.6899</w:t>
        <w:br/>
        <w:t>vn -0.0940 -0.9788 -0.1820</w:t>
        <w:br/>
        <w:t>vn -0.4897 -0.6260 -0.6069</w:t>
        <w:br/>
        <w:t>vn -0.6595 0.0178 -0.7515</w:t>
        <w:br/>
        <w:t>vn -0.5203 0.6585 -0.5438</w:t>
        <w:br/>
        <w:t>vn 0.0748 0.5953 -0.8000</w:t>
        <w:br/>
        <w:t>vn -0.3904 0.3726 -0.8419</w:t>
        <w:br/>
        <w:t>vn -0.5604 0.7696 -0.3062</w:t>
        <w:br/>
        <w:t>vn -0.2051 0.9395 -0.2743</w:t>
        <w:br/>
        <w:t>vn -0.4672 0.8038 0.3683</w:t>
        <w:br/>
        <w:t>vn -0.3870 0.8422 0.3754</w:t>
        <w:br/>
        <w:t>vn -0.1584 0.4664 0.8703</w:t>
        <w:br/>
        <w:t>vn -0.3895 0.3557 0.8495</w:t>
        <w:br/>
        <w:t>vn 0.2267 -0.0913 0.9697</w:t>
        <w:br/>
        <w:t>vn -0.2102 -0.3003 0.9304</w:t>
        <w:br/>
        <w:t>vn 0.2267 -0.0914 0.9697</w:t>
        <w:br/>
        <w:t>vn 0.5066 -0.6088 0.6105</w:t>
        <w:br/>
        <w:t>vn 0.0694 -0.8176 0.5716</w:t>
        <w:br/>
        <w:t>vn -0.2103 -0.3004 0.9303</w:t>
        <w:br/>
        <w:t>vn 0.5463 -0.8369 -0.0342</w:t>
        <w:br/>
        <w:t>vn 0.3151 -0.9475 -0.0548</w:t>
        <w:br/>
        <w:t>vn 0.3326 -0.6755 -0.6581</w:t>
        <w:br/>
        <w:t>vn 0.4128 -0.6371 -0.6509</w:t>
        <w:br/>
        <w:t>vn -0.0359 -0.2005 -0.9790</w:t>
        <w:br/>
        <w:t>vn 0.3194 -0.0303 -0.9471</w:t>
        <w:br/>
        <w:t>vn 0.0749 0.5953 -0.8000</w:t>
        <w:br/>
        <w:t>vn -0.7512 0.0501 -0.6581</w:t>
        <w:br/>
        <w:t>vn -0.8358 0.5234 -0.1658</w:t>
        <w:br/>
        <w:t>vn -0.5293 0.7483 0.3999</w:t>
        <w:br/>
        <w:t>vn 0.0207 0.6266 0.7790</w:t>
        <w:br/>
        <w:t>vn 0.5653 0.2115 0.7973</w:t>
        <w:br/>
        <w:t>vn 0.5654 0.2115 0.7972</w:t>
        <w:br/>
        <w:t>vn 0.8452 -0.3060 0.4382</w:t>
        <w:br/>
        <w:t>vn 0.7256 -0.6766 -0.1255</w:t>
        <w:br/>
        <w:t>vn 0.2705 -0.7309 -0.6266</w:t>
        <w:br/>
        <w:t>vn -0.3112 -0.4467 -0.8388</w:t>
        <w:br/>
        <w:t>vn -0.7512 0.0501 -0.6582</w:t>
        <w:br/>
        <w:t>vn -0.9107 -0.2859 -0.2980</w:t>
        <w:br/>
        <w:t>vn -0.9575 0.2670 0.1092</w:t>
        <w:br/>
        <w:t>vn -0.5567 0.6905 0.4619</w:t>
        <w:br/>
        <w:t>vn 0.1001 0.7936 0.6002</w:t>
        <w:br/>
        <w:t>vn 0.7152 0.5268 0.4593</w:t>
        <w:br/>
        <w:t>vn 0.7153 0.5268 0.4592</w:t>
        <w:br/>
        <w:t>vn 0.9949 0.0094 0.1003</w:t>
        <w:br/>
        <w:t>vn 0.8049 -0.5096 -0.3040</w:t>
        <w:br/>
        <w:t>vn 0.2432 -0.7888 -0.5646</w:t>
        <w:br/>
        <w:t>vn -0.4331 -0.7031 -0.5640</w:t>
        <w:br/>
        <w:t>vn -0.9107 -0.2860 -0.2981</w:t>
        <w:br/>
        <w:t>vn -0.8262 -0.5452 0.1419</w:t>
        <w:br/>
        <w:t>vn -0.8930 0.0689 0.4449</w:t>
        <w:br/>
        <w:t>vn -0.5423 0.6456 0.5376</w:t>
        <w:br/>
        <w:t>vn 0.0581 0.9225 0.3817</w:t>
        <w:br/>
        <w:t>vn 0.6359 0.7704 0.0462</w:t>
        <w:br/>
        <w:t>vn 0.6359 0.7704 0.0461</w:t>
        <w:br/>
        <w:t>vn 0.9155 0.2530 -0.3128</w:t>
        <w:br/>
        <w:t>vn 0.7628 -0.3808 -0.5226</w:t>
        <w:br/>
        <w:t>vn 0.2576 -0.8335 -0.4888</w:t>
        <w:br/>
        <w:t>vn -0.3687 -0.9011 -0.2282</w:t>
        <w:br/>
        <w:t>vn -0.8262 -0.5452 0.1417</w:t>
        <w:br/>
        <w:t>vn -0.5203 -0.6584 0.5438</w:t>
        <w:br/>
        <w:t>vn -0.6594 -0.0177 0.7516</w:t>
        <w:br/>
        <w:t>vn -0.4897 0.6260 0.6069</w:t>
        <w:br/>
        <w:t>vn -0.0940 0.9788 0.1821</w:t>
        <w:br/>
        <w:t>vn 0.3485 0.8769 -0.3312</w:t>
        <w:br/>
        <w:t>vn 0.3486 0.8768 -0.3311</w:t>
        <w:br/>
        <w:t>vn 0.6282 0.3595 -0.6901</w:t>
        <w:br/>
        <w:t>vn 0.6107 -0.3244 -0.7224</w:t>
        <w:br/>
        <w:t>vn 0.3103 -0.8530 -0.4196</w:t>
        <w:br/>
        <w:t>vn -0.1349 -0.9877 0.0786</w:t>
        <w:br/>
        <w:t>vn -0.5202 -0.6585 0.5438</w:t>
        <w:br/>
        <w:t>vn -0.0749 -0.5953 0.8000</w:t>
        <w:br/>
        <w:t>vn -0.3193 0.0305 0.9472</w:t>
        <w:br/>
        <w:t>vn -0.4127 0.6370 0.6511</w:t>
        <w:br/>
        <w:t>vn -0.3151 0.9474 0.0551</w:t>
        <w:br/>
        <w:t>vn -0.0696 0.8178 -0.5712</w:t>
        <w:br/>
        <w:t>vn -0.0696 0.8177 -0.5714</w:t>
        <w:br/>
        <w:t>vn 0.2101 0.3004 -0.9304</w:t>
        <w:br/>
        <w:t>vn 0.3896 -0.3557 -0.8495</w:t>
        <w:br/>
        <w:t>vn 0.3871 -0.8422 -0.3754</w:t>
        <w:br/>
        <w:t>vn 0.2051 -0.9395 0.2743</w:t>
        <w:br/>
        <w:t>vn 0.3905 -0.3726 0.8418</w:t>
        <w:br/>
        <w:t>vn 0.0359 0.2004 0.9791</w:t>
        <w:br/>
        <w:t>vn -0.3327 0.6754 0.6581</w:t>
        <w:br/>
        <w:t>vn -0.5464 0.8369 0.0341</w:t>
        <w:br/>
        <w:t>vn -0.5065 0.6088 -0.6106</w:t>
        <w:br/>
        <w:t>vn -0.5066 0.6089 -0.6105</w:t>
        <w:br/>
        <w:t>vn -0.2268 0.0915 -0.9696</w:t>
        <w:br/>
        <w:t>vn 0.1583 -0.4663 -0.8703</w:t>
        <w:br/>
        <w:t>vn 0.4672 -0.8037 -0.3684</w:t>
        <w:br/>
        <w:t>vn 0.5605 -0.7695 0.3061</w:t>
        <w:br/>
        <w:t>vn 0.3905 -0.3724 0.8419</w:t>
        <w:br/>
        <w:t>vn 0.7511 -0.0500 0.6583</w:t>
        <w:br/>
        <w:t>vn 0.3111 0.4467 0.8388</w:t>
        <w:br/>
        <w:t>vn -0.2706 0.7309 0.6266</w:t>
        <w:br/>
        <w:t>vn -0.3326 0.6754 0.6582</w:t>
        <w:br/>
        <w:t>vn -0.7256 0.6766 0.1255</w:t>
        <w:br/>
        <w:t>vn -0.5463 0.8369 0.0343</w:t>
        <w:br/>
        <w:t>vn -0.8453 0.3061 -0.4380</w:t>
        <w:br/>
        <w:t>vn -0.5066 0.6089 -0.6104</w:t>
        <w:br/>
        <w:t>vn -0.8452 0.3060 -0.4382</w:t>
        <w:br/>
        <w:t>vn -0.5655 -0.2114 -0.7972</w:t>
        <w:br/>
        <w:t>vn -0.2269 0.0915 -0.9696</w:t>
        <w:br/>
        <w:t>vn -0.0210 -0.6266 -0.7791</w:t>
        <w:br/>
        <w:t>vn 0.1582 -0.4664 -0.8703</w:t>
        <w:br/>
        <w:t>vn 0.5293 -0.7483 -0.3999</w:t>
        <w:br/>
        <w:t>vn 0.4672 -0.8039 -0.3681</w:t>
        <w:br/>
        <w:t>vn 0.8358 -0.5233 0.1660</w:t>
        <w:br/>
        <w:t>vn 0.5604 -0.7695 0.3062</w:t>
        <w:br/>
        <w:t>vn 0.7512 -0.0501 0.6582</w:t>
        <w:br/>
        <w:t>vn 0.3906 -0.3727 0.8417</w:t>
        <w:br/>
        <w:t>vn 0.9108 0.2859 0.2980</w:t>
        <w:br/>
        <w:t>vn 0.4331 0.7031 0.5639</w:t>
        <w:br/>
        <w:t>vn -0.2432 0.7888 0.5645</w:t>
        <w:br/>
        <w:t>vn -0.8049 0.5096 0.3040</w:t>
        <w:br/>
        <w:t>vn -0.9949 -0.0094 -0.1004</w:t>
        <w:br/>
        <w:t>vn -0.7153 -0.5268 -0.4592</w:t>
        <w:br/>
        <w:t>vn -0.1001 -0.7936 -0.6001</w:t>
        <w:br/>
        <w:t>vn 0.5569 -0.6904 -0.4619</w:t>
        <w:br/>
        <w:t>vn 0.9576 -0.2668 -0.1090</w:t>
        <w:br/>
        <w:t>vn 0.9107 0.2859 0.2980</w:t>
        <w:br/>
        <w:t>vn 0.8262 0.5453 -0.1418</w:t>
        <w:br/>
        <w:t>vn 0.3687 0.9011 0.2281</w:t>
        <w:br/>
        <w:t>vn -0.2576 0.8335 0.4888</w:t>
        <w:br/>
        <w:t>vn -0.7628 0.3807 0.5227</w:t>
        <w:br/>
        <w:t>vn -0.9155 -0.2530 0.3128</w:t>
        <w:br/>
        <w:t>vn -0.6359 -0.7704 -0.0461</w:t>
        <w:br/>
        <w:t>vn -0.0580 -0.9224 -0.3818</w:t>
        <w:br/>
        <w:t>vn 0.5424 -0.6456 -0.5377</w:t>
        <w:br/>
        <w:t>vn 0.8930 -0.0687 -0.4448</w:t>
        <w:br/>
        <w:t>vn 0.5204 0.6586 -0.5435</w:t>
        <w:br/>
        <w:t>vn 0.1351 0.9877 -0.0785</w:t>
        <w:br/>
        <w:t>vn -0.3104 0.8530 0.4196</w:t>
        <w:br/>
        <w:t>vn -0.6108 0.3244 0.7223</w:t>
        <w:br/>
        <w:t>vn -0.6283 -0.3594 0.6900</w:t>
        <w:br/>
        <w:t>vn -0.3487 -0.8768 0.3312</w:t>
        <w:br/>
        <w:t>vn 0.0939 -0.9788 -0.1820</w:t>
        <w:br/>
        <w:t>vn 0.4897 -0.6260 -0.6069</w:t>
        <w:br/>
        <w:t>vn 0.6594 0.0178 -0.7516</w:t>
        <w:br/>
        <w:t>vn 0.5203 0.6585 -0.5438</w:t>
        <w:br/>
        <w:t>vn 0.3054 -0.6535 0.6926</w:t>
        <w:br/>
        <w:t>vn 0.4599 -0.4831 0.7450</w:t>
        <w:br/>
        <w:t>vn 0.7775 -0.6096 0.1547</w:t>
        <w:br/>
        <w:t>vn 0.6578 -0.7450 0.1106</w:t>
        <w:br/>
        <w:t>vn 0.6579 -0.7449 0.1108</w:t>
        <w:br/>
        <w:t>vn 0.7776 -0.6095 0.1545</w:t>
        <w:br/>
        <w:t>vn 0.7250 -0.4609 -0.5118</w:t>
        <w:br/>
        <w:t>vn 0.6992 -0.4902 -0.5204</w:t>
        <w:br/>
        <w:t>vn 0.3182 -0.1181 -0.9406</w:t>
        <w:br/>
        <w:t>vn 0.4138 -0.0099 -0.9103</w:t>
        <w:br/>
        <w:t>vn -0.2394 0.2781 -0.9302</w:t>
        <w:br/>
        <w:t>vn -0.0670 0.4771 -0.8763</w:t>
        <w:br/>
        <w:t>vn -0.6854 0.5446 -0.4833</w:t>
        <w:br/>
        <w:t>vn -0.5172 0.7408 -0.4287</w:t>
        <w:br/>
        <w:t>vn -0.6855 0.5446 -0.4833</w:t>
        <w:br/>
        <w:t>vn -0.8097 0.5556 0.1891</w:t>
        <w:br/>
        <w:t>vn -0.7225 0.6561 0.2180</w:t>
        <w:br/>
        <w:t>vn -0.5171 0.7408 -0.4287</w:t>
        <w:br/>
        <w:t>vn -0.5575 0.3047 0.7722</w:t>
        <w:br/>
        <w:t>vn -0.5932 0.2660 0.7598</w:t>
        <w:br/>
        <w:t>vn -0.0595 -0.1115 0.9920</w:t>
        <w:br/>
        <w:t>vn -0.1899 -0.2519 0.9489</w:t>
        <w:br/>
        <w:t>vn 0.6677 -0.1196 0.7347</w:t>
        <w:br/>
        <w:t>vn 0.9329 -0.3375 0.1258</w:t>
        <w:br/>
        <w:t>vn 0.9329 -0.3375 0.1254</w:t>
        <w:br/>
        <w:t>vn 0.7557 -0.3993 -0.5192</w:t>
        <w:br/>
        <w:t>vn 0.2304 -0.2943 -0.9275</w:t>
        <w:br/>
        <w:t>vn -0.4105 -0.0495 -0.9105</w:t>
        <w:br/>
        <w:t>vn -0.8609 0.2209 -0.4583</w:t>
        <w:br/>
        <w:t>vn -0.9001 0.3837 0.2062</w:t>
        <w:br/>
        <w:t>vn -0.5264 0.3691 0.7659</w:t>
        <w:br/>
        <w:t>vn 0.0790 0.1732 0.9817</w:t>
        <w:br/>
        <w:t>vn 0.9999 0.0103 0.0054</w:t>
        <w:br/>
        <w:t>vn 0.7597 0.3406 0.5539</w:t>
        <w:br/>
        <w:t>vn 0.9999 0.0103 0.0051</w:t>
        <w:br/>
        <w:t>vn 0.7719 -0.3232 -0.5474</w:t>
        <w:br/>
        <w:t>vn 0.1844 -0.4998 -0.8463</w:t>
        <w:br/>
        <w:t>vn -0.4910 -0.4424 -0.7505</w:t>
        <w:br/>
        <w:t>vn -0.9369 -0.1769 -0.3017</w:t>
        <w:br/>
        <w:t>vn -0.9369 -0.1768 -0.3016</w:t>
        <w:br/>
        <w:t>vn -0.9423 0.1713 0.2875</w:t>
        <w:br/>
        <w:t>vn -0.5080 0.4395 0.7408</w:t>
        <w:br/>
        <w:t>vn 0.1652 0.5076 0.8456</w:t>
        <w:br/>
        <w:t>vn 0.7068 0.6235 0.3343</w:t>
        <w:br/>
        <w:t>vn 0.9591 0.2253 -0.1712</w:t>
        <w:br/>
        <w:t>vn 0.7617 -0.2730 -0.5876</w:t>
        <w:br/>
        <w:t>vn 0.2173 -0.6480 -0.7300</w:t>
        <w:br/>
        <w:t>vn -0.4348 -0.7268 -0.5317</w:t>
        <w:br/>
        <w:t>vn -0.8847 -0.4595 -0.0787</w:t>
        <w:br/>
        <w:t>vn -0.9131 0.0225 0.4071</w:t>
        <w:br/>
        <w:t>vn -0.5200 0.4871 0.7017</w:t>
        <w:br/>
        <w:t>vn 0.1159 0.7258 0.6780</w:t>
        <w:br/>
        <w:t>vn 0.6001 0.7893 0.1303</w:t>
        <w:br/>
        <w:t>vn 0.8758 0.3587 -0.3230</w:t>
        <w:br/>
        <w:t>vn 0.8759 0.3584 -0.3230</w:t>
        <w:br/>
        <w:t>vn 0.7437 -0.2422 -0.6231</w:t>
        <w:br/>
        <w:t>vn 0.2679 -0.7335 -0.6247</w:t>
        <w:br/>
        <w:t>vn -0.3321 -0.8828 -0.3321</w:t>
        <w:br/>
        <w:t>vn -0.7771 -0.6186 0.1157</w:t>
        <w:br/>
        <w:t>vn -0.7771 -0.6187 0.1157</w:t>
        <w:br/>
        <w:t>vn -0.8584 -0.0649 0.5089</w:t>
        <w:br/>
        <w:t>vn -0.5371 0.5182 0.6656</w:t>
        <w:br/>
        <w:t>vn 0.0402 0.8546 0.5177</w:t>
        <w:br/>
        <w:t>vn 0.3857 0.9102 -0.1509</w:t>
        <w:br/>
        <w:t>vn 0.7116 0.4436 -0.5448</w:t>
        <w:br/>
        <w:t>vn 0.7118 0.4431 -0.5449</w:t>
        <w:br/>
        <w:t>vn 0.7036 -0.2230 -0.6747</w:t>
        <w:br/>
        <w:t>vn 0.3778 -0.7860 -0.4893</w:t>
        <w:br/>
        <w:t>vn -0.1275 -0.9891 -0.0738</w:t>
        <w:br/>
        <w:t>vn -0.5759 -0.7237 0.3802</w:t>
        <w:br/>
        <w:t>vn -0.5760 -0.7237 0.3803</w:t>
        <w:br/>
        <w:t>vn -0.7490 -0.1183 0.6520</w:t>
        <w:br/>
        <w:t>vn -0.5738 0.5348 0.6202</w:t>
        <w:br/>
        <w:t>vn -0.1294 0.9420 0.3096</w:t>
        <w:br/>
        <w:t>vn -0.0332 0.8479 -0.5291</w:t>
        <w:br/>
        <w:t>vn 0.4012 0.3994 -0.8243</w:t>
        <w:br/>
        <w:t>vn 0.4014 0.3992 -0.8243</w:t>
        <w:br/>
        <w:t>vn 0.6394 -0.2302 -0.7336</w:t>
        <w:br/>
        <w:t>vn 0.5769 -0.7551 -0.3113</w:t>
        <w:br/>
        <w:t>vn 0.2440 -0.9340 0.2610</w:t>
        <w:br/>
        <w:t>vn -0.2081 -0.6694 0.7131</w:t>
        <w:br/>
        <w:t>vn -0.2079 -0.6693 0.7133</w:t>
        <w:br/>
        <w:t>vn -0.5582 -0.0915 0.8246</w:t>
        <w:br/>
        <w:t>vn -0.6485 0.5212 0.5548</w:t>
        <w:br/>
        <w:t>vn -0.4471 0.8942 0.0237</w:t>
        <w:br/>
        <w:t>vn -0.3318 0.6307 -0.7015</w:t>
        <w:br/>
        <w:t>vn 0.1697 0.2389 -0.9561</w:t>
        <w:br/>
        <w:t>vn 0.1696 0.2387 -0.9562</w:t>
        <w:br/>
        <w:t>vn 0.5883 -0.2669 -0.7633</w:t>
        <w:br/>
        <w:t>vn 0.7274 -0.6510 -0.2171</w:t>
        <w:br/>
        <w:t>vn 0.5267 -0.7324 0.4314</w:t>
        <w:br/>
        <w:t>vn 0.0782 -0.4698 0.8793</w:t>
        <w:br/>
        <w:t>vn -0.4066 0.0126 0.9135</w:t>
        <w:br/>
        <w:t>vn -0.7020 0.4862 0.5204</w:t>
        <w:br/>
        <w:t>vn -0.6742 0.7292 -0.1172</w:t>
        <w:br/>
        <w:t>vn -0.4922 0.4414 -0.7503</w:t>
        <w:br/>
        <w:t>vn 0.0403 0.0859 -0.9955</w:t>
        <w:br/>
        <w:t>vn 0.0402 0.0859 -0.9955</w:t>
        <w:br/>
        <w:t>vn 0.5543 -0.3070 -0.7737</w:t>
        <w:br/>
        <w:t>vn 0.8131 -0.5498 -0.1911</w:t>
        <w:br/>
        <w:t>vn 0.6929 -0.5359 0.4824</w:t>
        <w:br/>
        <w:t>vn 0.2467 -0.2703 0.9306</w:t>
        <w:br/>
        <w:t>vn 0.2466 -0.2703 0.9307</w:t>
        <w:br/>
        <w:t>vn -0.3140 0.1215 0.9416</w:t>
        <w:br/>
        <w:t>vn -0.7268 0.4561 0.5136</w:t>
        <w:br/>
        <w:t>vn -0.7968 0.5842 -0.1542</w:t>
        <w:br/>
        <w:t>vn -0.6798 0.0897 -0.7279</w:t>
        <w:br/>
        <w:t>vn -0.0965 -0.1866 -0.9777</w:t>
        <w:br/>
        <w:t>vn -0.0966 -0.1866 -0.9777</w:t>
        <w:br/>
        <w:t>vn 0.5234 -0.3692 -0.7680</w:t>
        <w:br/>
        <w:t>vn 0.9031 -0.3757 -0.2079</w:t>
        <w:br/>
        <w:t>vn 0.8660 -0.2072 0.4552</w:t>
        <w:br/>
        <w:t>vn 0.4168 0.0612 0.9069</w:t>
        <w:br/>
        <w:t>vn 0.4167 0.0612 0.9070</w:t>
        <w:br/>
        <w:t>vn -0.2256 0.2989 0.9272</w:t>
        <w:br/>
        <w:t>vn -0.7570 0.3961 0.5197</w:t>
        <w:br/>
        <w:t>vn -0.9393 0.3175 -0.1299</w:t>
        <w:br/>
        <w:t>vn -0.7584 -0.3826 -0.5276</w:t>
        <w:br/>
        <w:t>vn -0.1585 -0.5405 -0.8263</w:t>
        <w:br/>
        <w:t>vn -0.6794 0.0896 -0.7283</w:t>
        <w:br/>
        <w:t>vn -0.0965 -0.1867 -0.9777</w:t>
        <w:br/>
        <w:t>vn -0.1587 -0.5407 -0.8261</w:t>
        <w:br/>
        <w:t>vn 0.5095 -0.4473 -0.7351</w:t>
        <w:br/>
        <w:t>vn 0.5235 -0.3691 -0.7680</w:t>
        <w:br/>
        <w:t>vn 0.9407 -0.1505 -0.3042</w:t>
        <w:br/>
        <w:t>vn 0.9032 -0.3756 -0.2077</w:t>
        <w:br/>
        <w:t>vn 0.9368 0.2196 0.2723</w:t>
        <w:br/>
        <w:t>vn 0.8660 -0.2071 0.4552</w:t>
        <w:br/>
        <w:t>vn 0.4881 0.4877 0.7238</w:t>
        <w:br/>
        <w:t>vn 0.4167 0.0613 0.9070</w:t>
        <w:br/>
        <w:t>vn 0.4880 0.4878 0.7238</w:t>
        <w:br/>
        <w:t>vn -0.1876 0.5237 0.8310</w:t>
        <w:br/>
        <w:t>vn -0.2256 0.2990 0.9272</w:t>
        <w:br/>
        <w:t>vn -0.7701 0.3176 0.5533</w:t>
        <w:br/>
        <w:t>vn -0.7570 0.3961 0.5196</w:t>
        <w:br/>
        <w:t>vn -0.9990 -0.0394 0.0205</w:t>
        <w:br/>
        <w:t>vn -0.9395 0.3170 -0.1296</w:t>
        <w:br/>
        <w:t>vn -0.6823 -0.6766 -0.2771</w:t>
        <w:br/>
        <w:t>vn -0.1043 -0.7661 -0.6343</w:t>
        <w:br/>
        <w:t>vn -0.1045 -0.7660 -0.6343</w:t>
        <w:br/>
        <w:t>vn 0.5215 -0.4990 -0.6921</w:t>
        <w:br/>
        <w:t>vn 0.9045 -0.0008 -0.4264</w:t>
        <w:br/>
        <w:t>vn 0.8655 0.4993 0.0389</w:t>
        <w:br/>
        <w:t>vn 0.4197 0.7658 0.4873</w:t>
        <w:br/>
        <w:t>vn 0.4195 0.7659 0.4874</w:t>
        <w:br/>
        <w:t>vn -0.2222 0.6722 0.7062</w:t>
        <w:br/>
        <w:t>vn -0.7584 0.2657 0.5952</w:t>
        <w:br/>
        <w:t>vn -0.9408 -0.2673 0.2083</w:t>
        <w:br/>
        <w:t>vn -0.5677 -0.8195 -0.0777</w:t>
        <w:br/>
        <w:t>vn -0.0157 -0.8779 -0.4785</w:t>
        <w:br/>
        <w:t>vn -0.0152 -0.8781 -0.4782</w:t>
        <w:br/>
        <w:t>vn 0.5417 -0.5242 -0.6571</w:t>
        <w:br/>
        <w:t>vn 0.8429 0.0756 -0.5327</w:t>
        <w:br/>
        <w:t>vn 0.7502 0.6417 -0.1594</w:t>
        <w:br/>
        <w:t>vn 0.3049 0.9074 0.2891</w:t>
        <w:br/>
        <w:t>vn 0.3048 0.9074 0.2892</w:t>
        <w:br/>
        <w:t>vn -0.2824 0.7475 0.6013</w:t>
        <w:br/>
        <w:t>vn -0.7373 0.2393 0.6318</w:t>
        <w:br/>
        <w:t>vn -0.8513 -0.3790 0.3629</w:t>
        <w:br/>
        <w:t>vn -0.3279 -0.9193 0.2177</w:t>
        <w:br/>
        <w:t>vn 0.1720 -0.9505 -0.2589</w:t>
        <w:br/>
        <w:t>vn 0.1724 -0.9505 -0.2587</w:t>
        <w:br/>
        <w:t>vn 0.5832 -0.5379 -0.6087</w:t>
        <w:br/>
        <w:t>vn 0.7231 0.1200 -0.6802</w:t>
        <w:br/>
        <w:t>vn 0.5275 0.7296 -0.4352</w:t>
        <w:br/>
        <w:t>vn 0.0791 0.9967 0.0183</w:t>
        <w:br/>
        <w:t>vn 0.0793 0.9967 0.0183</w:t>
        <w:br/>
        <w:t>vn -0.4030 0.7915 0.4594</w:t>
        <w:br/>
        <w:t>vn -0.6941 0.2236 0.6843</w:t>
        <w:br/>
        <w:t>vn -0.6690 -0.4487 0.5926</w:t>
        <w:br/>
        <w:t>vn 0.4459 -0.8949 -0.0158</w:t>
        <w:br/>
        <w:t>vn 0.0291 -0.8477 0.5297</w:t>
        <w:br/>
        <w:t>vn 0.4459 -0.8949 -0.0154</w:t>
        <w:br/>
        <w:t>vn 0.6500 -0.5232 -0.5511</w:t>
        <w:br/>
        <w:t>vn 0.5519 0.0882 -0.8292</w:t>
        <w:br/>
        <w:t>vn 0.1957 0.6628 -0.7227</w:t>
        <w:br/>
        <w:t>vn -0.2548 0.9275 -0.2734</w:t>
        <w:br/>
        <w:t>vn -0.2547 0.9275 -0.2734</w:t>
        <w:br/>
        <w:t>vn -0.5829 0.7541 0.3026</w:t>
        <w:br/>
        <w:t>vn -0.6393 0.2314 0.7333</w:t>
        <w:br/>
        <w:t>vn -0.3999 -0.4008 0.8243</w:t>
        <w:br/>
        <w:t>vn -0.3053 -0.6534 0.6927</w:t>
        <w:br/>
        <w:t>vn -0.6577 -0.7451 0.1105</w:t>
        <w:br/>
        <w:t>vn -0.7776 -0.6095 0.1546</w:t>
        <w:br/>
        <w:t>vn -0.4597 -0.4830 0.7452</w:t>
        <w:br/>
        <w:t>vn -0.6577 -0.7451 0.1107</w:t>
        <w:br/>
        <w:t>vn -0.6991 -0.4904 -0.5204</w:t>
        <w:br/>
        <w:t>vn -0.7251 -0.4609 -0.5117</w:t>
        <w:br/>
        <w:t>vn -0.7776 -0.6095 0.1544</w:t>
        <w:br/>
        <w:t>vn -0.4138 -0.0099 -0.9103</w:t>
        <w:br/>
        <w:t>vn -0.3183 -0.1182 -0.9406</w:t>
        <w:br/>
        <w:t>vn 0.0671 0.4772 -0.8762</w:t>
        <w:br/>
        <w:t>vn 0.2395 0.2781 -0.9302</w:t>
        <w:br/>
        <w:t>vn 0.5172 0.7408 -0.4286</w:t>
        <w:br/>
        <w:t>vn 0.6855 0.5446 -0.4833</w:t>
        <w:br/>
        <w:t>vn 0.7226 0.6559 0.2181</w:t>
        <w:br/>
        <w:t>vn 0.8097 0.5556 0.1892</w:t>
        <w:br/>
        <w:t>vn 0.6854 0.5446 -0.4833</w:t>
        <w:br/>
        <w:t>vn 0.5171 0.7408 -0.4287</w:t>
        <w:br/>
        <w:t>vn 0.5934 0.2658 0.7598</w:t>
        <w:br/>
        <w:t>vn 0.5575 0.3047 0.7723</w:t>
        <w:br/>
        <w:t>vn 0.1901 -0.2519 0.9489</w:t>
        <w:br/>
        <w:t>vn 0.0596 -0.1114 0.9920</w:t>
        <w:br/>
        <w:t>vn -0.9329 -0.3375 0.1256</w:t>
        <w:br/>
        <w:t>vn -0.6675 -0.1195 0.7349</w:t>
        <w:br/>
        <w:t>vn -0.7557 -0.3994 -0.5191</w:t>
        <w:br/>
        <w:t>vn -0.9329 -0.3375 0.1254</w:t>
        <w:br/>
        <w:t>vn -0.2304 -0.2944 -0.9275</w:t>
        <w:br/>
        <w:t>vn 0.4105 -0.0495 -0.9105</w:t>
        <w:br/>
        <w:t>vn 0.8609 0.2209 -0.4583</w:t>
        <w:br/>
        <w:t>vn 0.9001 0.3837 0.2062</w:t>
        <w:br/>
        <w:t>vn 0.8609 0.2209 -0.4584</w:t>
        <w:br/>
        <w:t>vn 0.5265 0.3691 0.7659</w:t>
        <w:br/>
        <w:t>vn -0.0790 0.1732 0.9817</w:t>
        <w:br/>
        <w:t>vn -0.9999 0.0104 0.0055</w:t>
        <w:br/>
        <w:t>vn -0.7597 0.3405 0.5540</w:t>
        <w:br/>
        <w:t>vn -0.7720 -0.3231 -0.5474</w:t>
        <w:br/>
        <w:t>vn -0.9999 0.0104 0.0052</w:t>
        <w:br/>
        <w:t>vn -0.1844 -0.4997 -0.8463</w:t>
        <w:br/>
        <w:t>vn 0.4910 -0.4424 -0.7505</w:t>
        <w:br/>
        <w:t>vn 0.9369 -0.1769 -0.3017</w:t>
        <w:br/>
        <w:t>vn 0.9423 0.1713 0.2875</w:t>
        <w:br/>
        <w:t>vn 0.9369 -0.1768 -0.3016</w:t>
        <w:br/>
        <w:t>vn 0.5080 0.4395 0.7408</w:t>
        <w:br/>
        <w:t>vn -0.1651 0.5076 0.8456</w:t>
        <w:br/>
        <w:t>vn -0.9591 0.2253 -0.1711</w:t>
        <w:br/>
        <w:t>vn -0.7068 0.6235 0.3343</w:t>
        <w:br/>
        <w:t>vn -0.7617 -0.2730 -0.5876</w:t>
        <w:br/>
        <w:t>vn -0.9591 0.2253 -0.1712</w:t>
        <w:br/>
        <w:t>vn -0.2173 -0.6480 -0.7300</w:t>
        <w:br/>
        <w:t>vn 0.4349 -0.7268 -0.5317</w:t>
        <w:br/>
        <w:t>vn 0.8847 -0.4595 -0.0787</w:t>
        <w:br/>
        <w:t>vn 0.9131 0.0225 0.4071</w:t>
        <w:br/>
        <w:t>vn 0.8847 -0.4595 -0.0788</w:t>
        <w:br/>
        <w:t>vn 0.5200 0.4871 0.7017</w:t>
        <w:br/>
        <w:t>vn -0.1159 0.7259 0.6780</w:t>
        <w:br/>
        <w:t>vn -0.8758 0.3587 -0.3230</w:t>
        <w:br/>
        <w:t>vn -0.6001 0.7893 0.1302</w:t>
        <w:br/>
        <w:t>vn -0.7437 -0.2421 -0.6231</w:t>
        <w:br/>
        <w:t>vn -0.8759 0.3584 -0.3230</w:t>
        <w:br/>
        <w:t>vn -0.2679 -0.7336 -0.6245</w:t>
        <w:br/>
        <w:t>vn 0.3323 -0.8828 -0.3320</w:t>
        <w:br/>
        <w:t>vn 0.7772 -0.6185 0.1158</w:t>
        <w:br/>
        <w:t>vn 0.8583 -0.0650 0.5091</w:t>
        <w:br/>
        <w:t>vn 0.7771 -0.6187 0.1158</w:t>
        <w:br/>
        <w:t>vn 0.5370 0.5181 0.6657</w:t>
        <w:br/>
        <w:t>vn -0.0404 0.8546 0.5177</w:t>
        <w:br/>
        <w:t>vn -0.7116 0.4437 -0.5447</w:t>
        <w:br/>
        <w:t>vn -0.3857 0.9102 -0.1510</w:t>
        <w:br/>
        <w:t>vn -0.7036 -0.2230 -0.6747</w:t>
        <w:br/>
        <w:t>vn -0.7118 0.4433 -0.5449</w:t>
        <w:br/>
        <w:t>vn -0.3780 -0.7861 -0.4891</w:t>
        <w:br/>
        <w:t>vn 0.1276 -0.9891 -0.0736</w:t>
        <w:br/>
        <w:t>vn 0.5761 -0.7236 0.3802</w:t>
        <w:br/>
        <w:t>vn 0.7489 -0.1184 0.6520</w:t>
        <w:br/>
        <w:t>vn 0.5761 -0.7235 0.3803</w:t>
        <w:br/>
        <w:t>vn 0.5739 0.5346 0.6204</w:t>
        <w:br/>
        <w:t>vn 0.1293 0.9420 0.3096</w:t>
        <w:br/>
        <w:t>vn -0.4012 0.3995 -0.8243</w:t>
        <w:br/>
        <w:t>vn 0.0332 0.8480 -0.5290</w:t>
        <w:br/>
        <w:t>vn -0.6394 -0.2302 -0.7336</w:t>
        <w:br/>
        <w:t>vn -0.4012 0.3994 -0.8243</w:t>
        <w:br/>
        <w:t>vn -0.5769 -0.7551 -0.3113</w:t>
        <w:br/>
        <w:t>vn -0.2440 -0.9340 0.2610</w:t>
        <w:br/>
        <w:t>vn 0.2081 -0.6694 0.7132</w:t>
        <w:br/>
        <w:t>vn 0.5584 -0.0915 0.8245</w:t>
        <w:br/>
        <w:t>vn 0.2080 -0.6693 0.7133</w:t>
        <w:br/>
        <w:t>vn 0.6486 0.5211 0.5547</w:t>
        <w:br/>
        <w:t>vn 0.4471 0.8942 0.0237</w:t>
        <w:br/>
        <w:t>vn -0.1697 0.2388 -0.9561</w:t>
        <w:br/>
        <w:t>vn 0.3318 0.6307 -0.7015</w:t>
        <w:br/>
        <w:t>vn -0.5883 -0.2669 -0.7633</w:t>
        <w:br/>
        <w:t>vn -0.1695 0.2387 -0.9562</w:t>
        <w:br/>
        <w:t>vn -0.7274 -0.6510 -0.2171</w:t>
        <w:br/>
        <w:t>vn -0.5267 -0.7325 0.4314</w:t>
        <w:br/>
        <w:t>vn -0.0783 -0.4698 0.8793</w:t>
        <w:br/>
        <w:t>vn 0.4065 0.0125 0.9136</w:t>
        <w:br/>
        <w:t>vn -0.0783 -0.4699 0.8792</w:t>
        <w:br/>
        <w:t>vn 0.7020 0.4862 0.5204</w:t>
        <w:br/>
        <w:t>vn 0.6742 0.7292 -0.1173</w:t>
        <w:br/>
        <w:t>vn -0.0404 0.0859 -0.9955</w:t>
        <w:br/>
        <w:t>vn 0.4923 0.4412 -0.7503</w:t>
        <w:br/>
        <w:t>vn -0.5541 -0.3070 -0.7738</w:t>
        <w:br/>
        <w:t>vn -0.0402 0.0859 -0.9955</w:t>
        <w:br/>
        <w:t>vn -0.8130 -0.5500 -0.1911</w:t>
        <w:br/>
        <w:t>vn -0.6929 -0.5360 0.4824</w:t>
        <w:br/>
        <w:t>vn -0.2469 -0.2703 0.9306</w:t>
        <w:br/>
        <w:t>vn 0.3139 0.1213 0.9417</w:t>
        <w:br/>
        <w:t>vn -0.2468 -0.2703 0.9306</w:t>
        <w:br/>
        <w:t>vn 0.7267 0.4560 0.5138</w:t>
        <w:br/>
        <w:t>vn 0.7968 0.5842 -0.1542</w:t>
        <w:br/>
        <w:t>vn 0.0964 -0.1867 -0.9777</w:t>
        <w:br/>
        <w:t>vn 0.6798 0.0894 -0.7279</w:t>
        <w:br/>
        <w:t>vn -0.5231 -0.3692 -0.7682</w:t>
        <w:br/>
        <w:t>vn 0.0966 -0.1866 -0.9777</w:t>
        <w:br/>
        <w:t>vn -0.9031 -0.3757 -0.2080</w:t>
        <w:br/>
        <w:t>vn -0.8659 -0.2071 0.4553</w:t>
        <w:br/>
        <w:t>vn -0.4169 0.0613 0.9069</w:t>
        <w:br/>
        <w:t>vn 0.2256 0.2988 0.9273</w:t>
        <w:br/>
        <w:t>vn -0.4168 0.0613 0.9069</w:t>
        <w:br/>
        <w:t>vn 0.7570 0.3960 0.5198</w:t>
        <w:br/>
        <w:t>vn 0.9393 0.3174 -0.1299</w:t>
        <w:br/>
        <w:t>vn 0.1584 -0.5404 -0.8263</w:t>
        <w:br/>
        <w:t>vn 0.7584 -0.3826 -0.5277</w:t>
        <w:br/>
        <w:t>vn 0.6794 0.0896 -0.7283</w:t>
        <w:br/>
        <w:t>vn 0.0965 -0.1867 -0.9777</w:t>
        <w:br/>
        <w:t>vn -0.5232 -0.3691 -0.7681</w:t>
        <w:br/>
        <w:t>vn -0.5093 -0.4472 -0.7352</w:t>
        <w:br/>
        <w:t>vn 0.1587 -0.5407 -0.8261</w:t>
        <w:br/>
        <w:t>vn -0.9032 -0.3757 -0.2078</w:t>
        <w:br/>
        <w:t>vn -0.9407 -0.1503 -0.3042</w:t>
        <w:br/>
        <w:t>vn -0.8659 -0.2070 0.4553</w:t>
        <w:br/>
        <w:t>vn -0.9368 0.2197 0.2724</w:t>
        <w:br/>
        <w:t>vn -0.4881 0.4877 0.7238</w:t>
        <w:br/>
        <w:t>vn 0.2256 0.2989 0.9272</w:t>
        <w:br/>
        <w:t>vn 0.1876 0.5237 0.8310</w:t>
        <w:br/>
        <w:t>vn -0.4880 0.4878 0.7238</w:t>
        <w:br/>
        <w:t>vn 0.7570 0.3960 0.5197</w:t>
        <w:br/>
        <w:t>vn 0.7701 0.3176 0.5533</w:t>
        <w:br/>
        <w:t>vn 0.9395 0.3171 -0.1296</w:t>
        <w:br/>
        <w:t>vn 0.9990 -0.0394 0.0205</w:t>
        <w:br/>
        <w:t>vn 0.1042 -0.7660 -0.6344</w:t>
        <w:br/>
        <w:t>vn 0.6821 -0.6766 -0.2774</w:t>
        <w:br/>
        <w:t>vn -0.5215 -0.4990 -0.6921</w:t>
        <w:br/>
        <w:t>vn 0.1046 -0.7660 -0.6343</w:t>
        <w:br/>
        <w:t>vn -0.9045 -0.0008 -0.4264</w:t>
        <w:br/>
        <w:t>vn -0.8655 0.4994 0.0390</w:t>
        <w:br/>
        <w:t>vn -0.4197 0.7658 0.4873</w:t>
        <w:br/>
        <w:t>vn 0.2222 0.6722 0.7063</w:t>
        <w:br/>
        <w:t>vn -0.4195 0.7658 0.4874</w:t>
        <w:br/>
        <w:t>vn 0.7584 0.2657 0.5952</w:t>
        <w:br/>
        <w:t>vn 0.9408 -0.2674 0.2083</w:t>
        <w:br/>
        <w:t>vn 0.0158 -0.8783 -0.4779</w:t>
        <w:br/>
        <w:t>vn 0.5669 -0.8203 -0.0757</w:t>
        <w:br/>
        <w:t>vn -0.5417 -0.5242 -0.6571</w:t>
        <w:br/>
        <w:t>vn 0.0151 -0.8783 -0.4779</w:t>
        <w:br/>
        <w:t>vn -0.8429 0.0756 -0.5327</w:t>
        <w:br/>
        <w:t>vn -0.7502 0.6417 -0.1594</w:t>
        <w:br/>
        <w:t>vn -0.3049 0.9074 0.2892</w:t>
        <w:br/>
        <w:t>vn 0.2825 0.7475 0.6012</w:t>
        <w:br/>
        <w:t>vn -0.3048 0.9075 0.2891</w:t>
        <w:br/>
        <w:t>vn 0.7373 0.2393 0.6317</w:t>
        <w:br/>
        <w:t>vn 0.8507 -0.3796 0.3636</w:t>
        <w:br/>
        <w:t>vn -0.1717 -0.9507 -0.2582</w:t>
        <w:br/>
        <w:t>vn 0.3268 -0.9193 0.2194</w:t>
        <w:br/>
        <w:t>vn -0.5834 -0.5379 -0.6086</w:t>
        <w:br/>
        <w:t>vn -0.1726 -0.9505 -0.2582</w:t>
        <w:br/>
        <w:t>vn -0.7232 0.1201 -0.6801</w:t>
        <w:br/>
        <w:t>vn -0.5275 0.7296 -0.4352</w:t>
        <w:br/>
        <w:t>vn -0.0792 0.9967 0.0183</w:t>
        <w:br/>
        <w:t>vn 0.4030 0.7916 0.4593</w:t>
        <w:br/>
        <w:t>vn -0.0793 0.9967 0.0182</w:t>
        <w:br/>
        <w:t>vn 0.6941 0.2236 0.6843</w:t>
        <w:br/>
        <w:t>vn 0.6680 -0.4493 0.5932</w:t>
        <w:br/>
        <w:t>vn -0.4457 -0.8950 -0.0157</w:t>
        <w:br/>
        <w:t>vn -0.0292 -0.8477 0.5296</w:t>
        <w:br/>
        <w:t>vn -0.6499 -0.5233 -0.5511</w:t>
        <w:br/>
        <w:t>vn -0.4458 -0.8950 -0.0154</w:t>
        <w:br/>
        <w:t>vn -0.5520 0.0884 -0.8292</w:t>
        <w:br/>
        <w:t>vn -0.1957 0.6629 -0.7227</w:t>
        <w:br/>
        <w:t>vn 0.2548 0.9275 -0.2736</w:t>
        <w:br/>
        <w:t>vn 0.5830 0.7540 0.3026</w:t>
        <w:br/>
        <w:t>vn 0.2547 0.9275 -0.2735</w:t>
        <w:br/>
        <w:t>vn 0.6395 0.2312 0.7332</w:t>
        <w:br/>
        <w:t>vn 0.3999 -0.4009 0.8242</w:t>
        <w:br/>
        <w:t>vn 0.2009 0.6218 0.7570</w:t>
        <w:br/>
        <w:t>vn 0.2463 0.6331 0.7338</w:t>
        <w:br/>
        <w:t>vn 0.2181 0.6442 0.7331</w:t>
        <w:br/>
        <w:t>vn 0.1826 0.6383 0.7478</w:t>
        <w:br/>
        <w:t>vn 0.0572 0.6159 0.7857</w:t>
        <w:br/>
        <w:t>vn 0.1065 0.6464 0.7556</w:t>
        <w:br/>
        <w:t>vn 0.1863 0.6200 0.7622</w:t>
        <w:br/>
        <w:t>vn 0.1655 0.5996 0.7830</w:t>
        <w:br/>
        <w:t>vn -0.2552 0.7269 0.6375</w:t>
        <w:br/>
        <w:t>vn -0.0984 0.7977 0.5949</w:t>
        <w:br/>
        <w:t>vn -0.0152 0.7114 0.7026</w:t>
        <w:br/>
        <w:t>vn -0.1238 0.6628 0.7385</w:t>
        <w:br/>
        <w:t>vn -0.2778 0.9199 -0.2767</w:t>
        <w:br/>
        <w:t>vn -0.0749 0.9293 -0.3618</w:t>
        <w:br/>
        <w:t>vn -0.1317 0.9897 -0.0563</w:t>
        <w:br/>
        <w:t>vn -0.3645 0.9310 0.0194</w:t>
        <w:br/>
        <w:t>vn -0.1738 0.8687 -0.4639</w:t>
        <w:br/>
        <w:t>vn -0.0144 0.8345 -0.5509</w:t>
        <w:br/>
        <w:t>vn 0.0096 0.6486 -0.7611</w:t>
        <w:br/>
        <w:t>vn 0.0397 0.5787 -0.8146</w:t>
        <w:br/>
        <w:t>vn 0.0421 0.6304 -0.7751</w:t>
        <w:br/>
        <w:t>vn -0.0144 0.7016 -0.7124</w:t>
        <w:br/>
        <w:t>vn -0.2043 0.6777 0.7064</w:t>
        <w:br/>
        <w:t>vn 0.1928 0.6631 0.7233</w:t>
        <w:br/>
        <w:t>vn 0.1897 0.6290 0.7539</w:t>
        <w:br/>
        <w:t>vn -0.1938 0.6150 0.7643</w:t>
        <w:br/>
        <w:t>vn -0.0616 0.6607 0.7481</w:t>
        <w:br/>
        <w:t>vn -0.1249 0.6121 0.7808</w:t>
        <w:br/>
        <w:t>vn 0.2370 0.6375 0.7331</w:t>
        <w:br/>
        <w:t>vn 0.3026 0.6868 0.6608</w:t>
        <w:br/>
        <w:t>vn 0.4123 0.8071 0.4227</w:t>
        <w:br/>
        <w:t>vn 0.0877 0.8159 0.5715</w:t>
        <w:br/>
        <w:t>vn 0.0129 0.7489 0.6625</w:t>
        <w:br/>
        <w:t>vn 0.3454 0.7464 0.5689</w:t>
        <w:br/>
        <w:t>vn 0.4678 0.7176 -0.5160</w:t>
        <w:br/>
        <w:t>vn 0.2051 0.9268 -0.3146</w:t>
        <w:br/>
        <w:t>vn 0.2445 0.9632 -0.1112</w:t>
        <w:br/>
        <w:t>vn 0.5278 0.7987 -0.2892</w:t>
        <w:br/>
        <w:t>vn 0.4091 0.6337 -0.6566</w:t>
        <w:br/>
        <w:t>vn 0.1595 0.8953 -0.4160</w:t>
        <w:br/>
        <w:t>vn -0.0271 0.7055 0.7082</w:t>
        <w:br/>
        <w:t>vn 0.0000 0.6395 -0.7688</w:t>
        <w:br/>
        <w:t>vn -0.0000 0.5646 -0.8253</w:t>
        <w:br/>
        <w:t>vn 0.0325 0.5653 -0.8242</w:t>
        <w:br/>
        <w:t>vn 0.0169 0.6380 -0.7698</w:t>
        <w:br/>
        <w:t>vn 0.2047 0.4306 -0.8790</w:t>
        <w:br/>
        <w:t>vn 0.1926 0.4596 -0.8670</w:t>
        <w:br/>
        <w:t>vn 0.1313 0.4332 -0.8917</w:t>
        <w:br/>
        <w:t>vn 0.1450 0.3993 -0.9053</w:t>
        <w:br/>
        <w:t>vn 0.0822 0.4161 -0.9056</w:t>
        <w:br/>
        <w:t>vn 0.0000 0.4104 -0.9119</w:t>
        <w:br/>
        <w:t>vn -0.0000 0.3673 -0.9301</w:t>
        <w:br/>
        <w:t>vn 0.0954 0.3759 -0.9217</w:t>
        <w:br/>
        <w:t>vn -0.3934 0.8707 0.2953</w:t>
        <w:br/>
        <w:t>vn -0.1708 0.9585 0.2282</w:t>
        <w:br/>
        <w:t>vn -0.1479 0.8869 0.4375</w:t>
        <w:br/>
        <w:t>vn -0.3414 0.7975 0.4974</w:t>
        <w:br/>
        <w:t>vn 0.5350 0.8445 -0.0243</w:t>
        <w:br/>
        <w:t>vn 0.2390 0.9610 0.1393</w:t>
        <w:br/>
        <w:t>vn 0.1810 0.9072 0.3797</w:t>
        <w:br/>
        <w:t>vn 0.4895 0.8474 0.2056</w:t>
        <w:br/>
        <w:t>vn 0.2623 0.6179 0.7412</w:t>
        <w:br/>
        <w:t>vn 0.2328 0.6419 0.7306</w:t>
        <w:br/>
        <w:t>vn 0.2785 0.6239 0.7302</w:t>
        <w:br/>
        <w:t>vn 0.2752 0.6530 0.7056</w:t>
        <w:br/>
        <w:t>vn 0.2623 0.6499 0.7134</w:t>
        <w:br/>
        <w:t>vn -0.1891 0.7150 0.6730</w:t>
        <w:br/>
        <w:t>vn 0.2081 0.6846 0.6986</w:t>
        <w:br/>
        <w:t>vn 0.1872 0.6852 0.7039</w:t>
        <w:br/>
        <w:t>vn 0.1279 0.8506 0.5101</w:t>
        <w:br/>
        <w:t>vn 0.1428 0.7580 0.6364</w:t>
        <w:br/>
        <w:t>vn 0.1942 0.8787 -0.4362</w:t>
        <w:br/>
        <w:t>vn 0.1966 0.9684 -0.1537</w:t>
        <w:br/>
        <w:t>vn 0.1859 0.7687 -0.6120</w:t>
        <w:br/>
        <w:t>vn 0.0782 0.5093 -0.8570</w:t>
        <w:br/>
        <w:t>vn 0.1093 0.5625 -0.8196</w:t>
        <w:br/>
        <w:t>vn -0.0000 0.4821 -0.8761</w:t>
        <w:br/>
        <w:t>vn 0.0512 0.4875 -0.8716</w:t>
        <w:br/>
        <w:t>vn 0.1668 0.9799 0.1093</w:t>
        <w:br/>
        <w:t>vn 0.1431 0.9359 0.3219</w:t>
        <w:br/>
        <w:t>vn 0.1714 0.6075 0.7756</w:t>
        <w:br/>
        <w:t>vn 0.2491 0.6244 0.7403</w:t>
        <w:br/>
        <w:t>vn 0.2592 0.6390 0.7242</w:t>
        <w:br/>
        <w:t>vn 0.2511 0.6478 0.7192</w:t>
        <w:br/>
        <w:t>vn 0.2496 0.6965 0.6727</w:t>
        <w:br/>
        <w:t>vn 0.2463 0.7626 0.5981</w:t>
        <w:br/>
        <w:t>vn 0.2731 0.8437 0.4621</w:t>
        <w:br/>
        <w:t>vn 0.3844 0.8957 -0.2235</w:t>
        <w:br/>
        <w:t>vn 0.3442 0.8093 -0.4760</w:t>
        <w:br/>
        <w:t>vn 0.3037 0.7114 -0.6338</w:t>
        <w:br/>
        <w:t>vn 0.1506 0.5315 -0.8336</w:t>
        <w:br/>
        <w:t>vn 0.1024 0.4908 -0.8653</w:t>
        <w:br/>
        <w:t>vn -0.0000 0.4659 -0.8848</w:t>
        <w:br/>
        <w:t>vn 0.0616 0.4712 -0.8799</w:t>
        <w:br/>
        <w:t>vn 0.3737 0.9270 0.0327</w:t>
        <w:br/>
        <w:t>vn 0.3281 0.9095 0.2551</w:t>
        <w:br/>
        <w:t>vn -0.1764 -0.6805 -0.7112</w:t>
        <w:br/>
        <w:t>vn -0.1447 -0.7057 -0.6935</w:t>
        <w:br/>
        <w:t>vn -0.1112 -0.6437 -0.7571</w:t>
        <w:br/>
        <w:t>vn -0.1214 -0.6737 -0.7290</w:t>
        <w:br/>
        <w:t>vn -0.1227 -0.5863 -0.8007</w:t>
        <w:br/>
        <w:t>vn -0.0748 -0.6339 -0.7698</w:t>
        <w:br/>
        <w:t>vn 0.0020 -0.5978 -0.8017</w:t>
        <w:br/>
        <w:t>vn -0.1144 -0.5836 -0.8039</w:t>
        <w:br/>
        <w:t>vn 0.3567 -0.7256 -0.5884</w:t>
        <w:br/>
        <w:t>vn 0.4589 -0.6231 -0.6334</w:t>
        <w:br/>
        <w:t>vn 0.2497 -0.6092 -0.7527</w:t>
        <w:br/>
        <w:t>vn 0.1322 -0.7093 -0.6924</w:t>
        <w:br/>
        <w:t>vn 0.4614 -0.8830 0.0862</w:t>
        <w:br/>
        <w:t>vn 0.4615 -0.8830 0.0862</w:t>
        <w:br/>
        <w:t>vn 0.5841 -0.7942 -0.1676</w:t>
        <w:br/>
        <w:t>vn 0.5858 -0.7806 -0.2181</w:t>
        <w:br/>
        <w:t>vn 0.2679 -0.9030 0.3359</w:t>
        <w:br/>
        <w:t>vn 0.2680 -0.9030 0.3360</w:t>
        <w:br/>
        <w:t>vn 0.0555 -0.7445 0.6653</w:t>
        <w:br/>
        <w:t>vn 0.0590 -0.8364 0.5450</w:t>
        <w:br/>
        <w:t>vn 0.0590 -0.7980 0.5997</w:t>
        <w:br/>
        <w:t>vn -0.0000 -0.9032 0.4293</w:t>
        <w:br/>
        <w:t>vn 0.0532 -0.8735 0.4839</w:t>
        <w:br/>
        <w:t>vn 0.5154 -0.7107 -0.4788</w:t>
        <w:br/>
        <w:t>vn 0.5970 -0.7336 -0.3247</w:t>
        <w:br/>
        <w:t>vn 0.5965 -0.7252 -0.3439</w:t>
        <w:br/>
        <w:t>vn 0.5621 -0.6569 -0.5025</w:t>
        <w:br/>
        <w:t>vn -0.1326 -0.6487 -0.7494</w:t>
        <w:br/>
        <w:t>vn -0.1726 -0.5756 -0.7993</w:t>
        <w:br/>
        <w:t>vn -0.1836 -0.7275 -0.6611</w:t>
        <w:br/>
        <w:t>vn -0.1431 -0.7326 -0.6655</w:t>
        <w:br/>
        <w:t>vn -0.1824 -0.6695 -0.7201</w:t>
        <w:br/>
        <w:t>vn -0.0600 -0.7869 -0.6142</w:t>
        <w:br/>
        <w:t>vn 0.3628 -0.7928 -0.4898</w:t>
        <w:br/>
        <w:t>vn -0.1178 -0.5991 -0.7919</w:t>
        <w:br/>
        <w:t>vn -0.2173 -0.6863 -0.6941</w:t>
        <w:br/>
        <w:t>vn -0.1646 -0.7376 -0.6549</w:t>
        <w:br/>
        <w:t>vn -0.1546 -0.6438 -0.7494</w:t>
        <w:br/>
        <w:t>vn -0.1990 -0.5658 -0.8002</w:t>
        <w:br/>
        <w:t>vn -0.2138 -0.6733 -0.7078</w:t>
        <w:br/>
        <w:t>vn -0.1947 -0.7588 -0.6215</w:t>
        <w:br/>
        <w:t>vn 0.8091 -0.4787 0.3408</w:t>
        <w:br/>
        <w:t>vn 0.8348 -0.4905 0.2501</w:t>
        <w:br/>
        <w:t>vn 0.8835 0.2604 -0.3894</w:t>
        <w:br/>
        <w:t>vn 0.8908 0.3278 -0.3148</w:t>
        <w:br/>
        <w:t>vn 0.9029 0.3936 -0.1727</w:t>
        <w:br/>
        <w:t>vn 0.9007 0.4239 -0.0951</w:t>
        <w:br/>
        <w:t>vn 0.8035 0.1135 -0.5844</w:t>
        <w:br/>
        <w:t>vn 0.8580 0.3500 -0.3760</w:t>
        <w:br/>
        <w:t>vn 0.7043 -0.1660 -0.6903</w:t>
        <w:br/>
        <w:t>vn 0.4053 -0.6218 -0.6701</w:t>
        <w:br/>
        <w:t>vn 0.2613 -0.7219 -0.6408</w:t>
        <w:br/>
        <w:t>vn 0.1483 -0.7598 -0.6330</w:t>
        <w:br/>
        <w:t>vn -0.0000 -0.7690 -0.6393</w:t>
        <w:br/>
        <w:t>vn 0.0000 -0.7690 -0.6392</w:t>
        <w:br/>
        <w:t>vn 0.8877 0.4462 -0.1131</w:t>
        <w:br/>
        <w:t>vn 0.8659 0.4488 -0.2207</w:t>
        <w:br/>
        <w:t>vn 0.9405 0.1341 -0.3123</w:t>
        <w:br/>
        <w:t>vn 0.9405 0.1342 -0.3123</w:t>
        <w:br/>
        <w:t>vn 0.8400 -0.4151 0.3494</w:t>
        <w:br/>
        <w:t>vn -0.5069 0.5311 0.6790</w:t>
        <w:br/>
        <w:t>vn -0.5257 0.5976 0.6054</w:t>
        <w:br/>
        <w:t>vn -0.4098 0.5713 0.7111</w:t>
        <w:br/>
        <w:t>vn -0.4497 0.5244 0.7231</w:t>
        <w:br/>
        <w:t>vn -0.3097 0.7070 0.6358</w:t>
        <w:br/>
        <w:t>vn -0.3659 0.6496 0.6664</w:t>
        <w:br/>
        <w:t>vn -0.1343 0.9900 -0.0433</w:t>
        <w:br/>
        <w:t>vn -0.1264 0.9861 0.1078</w:t>
        <w:br/>
        <w:t>vn -0.1528 0.9842 -0.0898</w:t>
        <w:br/>
        <w:t>vn -0.3906 0.6159 0.6842</w:t>
        <w:br/>
        <w:t>vn -0.1587 0.9420 0.2958</w:t>
        <w:br/>
        <w:t>vn -0.2293 0.8339 0.5020</w:t>
        <w:br/>
        <w:t>vn -0.5153 0.6402 0.5698</w:t>
        <w:br/>
        <w:t>vn 0.0350 0.7368 -0.6752</w:t>
        <w:br/>
        <w:t>vn -0.0753 0.7988 -0.5969</w:t>
        <w:br/>
        <w:t>vn 0.1830 0.7557 -0.6288</w:t>
        <w:br/>
        <w:t>vn 0.3076 0.5329 -0.7883</w:t>
        <w:br/>
        <w:t>vn 0.1646 0.6654 -0.7281</w:t>
        <w:br/>
        <w:t>vn 0.2392 0.6145 -0.7518</w:t>
        <w:br/>
        <w:t>vn 0.1039 -0.8157 0.5690</w:t>
        <w:br/>
        <w:t>vn 0.5885 -0.4213 -0.6901</w:t>
        <w:br/>
        <w:t>vn 0.5884 -0.4213 -0.6901</w:t>
        <w:br/>
        <w:t>vn 0.1539 0.6343 0.7576</w:t>
        <w:br/>
        <w:t>vn -0.0970 -0.6453 -0.7577</w:t>
        <w:br/>
        <w:t>vn 0.9799 -0.1964 -0.0353</w:t>
        <w:br/>
        <w:t>vn 0.9799 -0.1965 -0.0352</w:t>
        <w:br/>
        <w:t>vn -0.1430 0.9864 -0.0807</w:t>
        <w:br/>
        <w:t>vn -0.2009 0.6218 0.7570</w:t>
        <w:br/>
        <w:t>vn -0.1826 0.6383 0.7478</w:t>
        <w:br/>
        <w:t>vn -0.2181 0.6443 0.7331</w:t>
        <w:br/>
        <w:t>vn -0.2463 0.6331 0.7338</w:t>
        <w:br/>
        <w:t>vn -0.0571 0.6159 0.7857</w:t>
        <w:br/>
        <w:t>vn -0.1655 0.5997 0.7830</w:t>
        <w:br/>
        <w:t>vn -0.1863 0.6200 0.7621</w:t>
        <w:br/>
        <w:t>vn -0.1065 0.6464 0.7555</w:t>
        <w:br/>
        <w:t>vn 0.2552 0.7269 0.6375</w:t>
        <w:br/>
        <w:t>vn 0.1238 0.6628 0.7385</w:t>
        <w:br/>
        <w:t>vn 0.0152 0.7114 0.7026</w:t>
        <w:br/>
        <w:t>vn 0.0984 0.7977 0.5950</w:t>
        <w:br/>
        <w:t>vn 0.2778 0.9199 -0.2767</w:t>
        <w:br/>
        <w:t>vn 0.3646 0.9310 0.0194</w:t>
        <w:br/>
        <w:t>vn 0.1317 0.9897 -0.0563</w:t>
        <w:br/>
        <w:t>vn 0.0749 0.9293 -0.3618</w:t>
        <w:br/>
        <w:t>vn 0.1738 0.8687 -0.4639</w:t>
        <w:br/>
        <w:t>vn 0.0144 0.8345 -0.5509</w:t>
        <w:br/>
        <w:t>vn -0.0096 0.6486 -0.7611</w:t>
        <w:br/>
        <w:t>vn 0.0144 0.7016 -0.7124</w:t>
        <w:br/>
        <w:t>vn -0.0421 0.6304 -0.7751</w:t>
        <w:br/>
        <w:t>vn -0.0397 0.5787 -0.8146</w:t>
        <w:br/>
        <w:t>vn -0.1897 0.6290 0.7539</w:t>
        <w:br/>
        <w:t>vn -0.1928 0.6631 0.7233</w:t>
        <w:br/>
        <w:t>vn 0.2043 0.6777 0.7064</w:t>
        <w:br/>
        <w:t>vn 0.1938 0.6150 0.7643</w:t>
        <w:br/>
        <w:t>vn -0.2370 0.6375 0.7331</w:t>
        <w:br/>
        <w:t>vn 0.1249 0.6121 0.7808</w:t>
        <w:br/>
        <w:t>vn 0.0617 0.6607 0.7481</w:t>
        <w:br/>
        <w:t>vn -0.3026 0.6868 0.6608</w:t>
        <w:br/>
        <w:t>vn -0.4123 0.8071 0.4227</w:t>
        <w:br/>
        <w:t>vn -0.3454 0.7464 0.5689</w:t>
        <w:br/>
        <w:t>vn -0.0129 0.7489 0.6626</w:t>
        <w:br/>
        <w:t>vn -0.0877 0.8159 0.5714</w:t>
        <w:br/>
        <w:t>vn -0.4678 0.7176 -0.5160</w:t>
        <w:br/>
        <w:t>vn -0.5278 0.7987 -0.2892</w:t>
        <w:br/>
        <w:t>vn -0.2445 0.9632 -0.1112</w:t>
        <w:br/>
        <w:t>vn -0.2051 0.9268 -0.3146</w:t>
        <w:br/>
        <w:t>vn -0.4091 0.6337 -0.6565</w:t>
        <w:br/>
        <w:t>vn -0.1594 0.8953 -0.4160</w:t>
        <w:br/>
        <w:t>vn 0.0271 0.7055 0.7082</w:t>
        <w:br/>
        <w:t>vn -0.0169 0.6380 -0.7699</w:t>
        <w:br/>
        <w:t>vn -0.0325 0.5653 -0.8242</w:t>
        <w:br/>
        <w:t>vn -0.2047 0.4306 -0.8790</w:t>
        <w:br/>
        <w:t>vn -0.1450 0.3993 -0.9053</w:t>
        <w:br/>
        <w:t>vn -0.1314 0.4332 -0.8917</w:t>
        <w:br/>
        <w:t>vn -0.1926 0.4596 -0.8670</w:t>
        <w:br/>
        <w:t>vn -0.0822 0.4161 -0.9056</w:t>
        <w:br/>
        <w:t>vn -0.0954 0.3759 -0.9217</w:t>
        <w:br/>
        <w:t>vn 0.3934 0.8707 0.2953</w:t>
        <w:br/>
        <w:t>vn 0.3414 0.7975 0.4974</w:t>
        <w:br/>
        <w:t>vn 0.1480 0.8869 0.4376</w:t>
        <w:br/>
        <w:t>vn 0.1708 0.9585 0.2282</w:t>
        <w:br/>
        <w:t>vn -0.1808 0.9072 0.3798</w:t>
        <w:br/>
        <w:t>vn -0.2390 0.9610 0.1393</w:t>
        <w:br/>
        <w:t>vn -0.5349 0.8446 -0.0243</w:t>
        <w:br/>
        <w:t>vn -0.4895 0.8474 0.2056</w:t>
        <w:br/>
        <w:t>vn -0.2623 0.6179 0.7412</w:t>
        <w:br/>
        <w:t>vn -0.2328 0.6419 0.7306</w:t>
        <w:br/>
        <w:t>vn -0.2785 0.6239 0.7302</w:t>
        <w:br/>
        <w:t>vn -0.2623 0.6499 0.7134</w:t>
        <w:br/>
        <w:t>vn -0.2752 0.6530 0.7056</w:t>
        <w:br/>
        <w:t>vn -0.2081 0.6846 0.6986</w:t>
        <w:br/>
        <w:t>vn 0.1891 0.7150 0.6730</w:t>
        <w:br/>
        <w:t>vn -0.1872 0.6852 0.7039</w:t>
        <w:br/>
        <w:t>vn -0.1428 0.7580 0.6364</w:t>
        <w:br/>
        <w:t>vn -0.1279 0.8505 0.5101</w:t>
        <w:br/>
        <w:t>vn -0.1966 0.9684 -0.1537</w:t>
        <w:br/>
        <w:t>vn -0.1942 0.8787 -0.4362</w:t>
        <w:br/>
        <w:t>vn -0.1858 0.7687 -0.6120</w:t>
        <w:br/>
        <w:t>vn -0.1093 0.5625 -0.8196</w:t>
        <w:br/>
        <w:t>vn -0.0782 0.5093 -0.8570</w:t>
        <w:br/>
        <w:t>vn -0.0512 0.4875 -0.8716</w:t>
        <w:br/>
        <w:t>vn -0.1430 0.9359 0.3219</w:t>
        <w:br/>
        <w:t>vn -0.1668 0.9799 0.1093</w:t>
        <w:br/>
        <w:t>vn -0.1714 0.6075 0.7756</w:t>
        <w:br/>
        <w:t>vn -0.2491 0.6244 0.7403</w:t>
        <w:br/>
        <w:t>vn -0.2592 0.6390 0.7242</w:t>
        <w:br/>
        <w:t>vn -0.2511 0.6478 0.7192</w:t>
        <w:br/>
        <w:t>vn -0.2496 0.6965 0.6727</w:t>
        <w:br/>
        <w:t>vn -0.2463 0.7626 0.5981</w:t>
        <w:br/>
        <w:t>vn -0.2731 0.8437 0.4621</w:t>
        <w:br/>
        <w:t>vn -0.3844 0.8957 -0.2235</w:t>
        <w:br/>
        <w:t>vn -0.3442 0.8093 -0.4760</w:t>
        <w:br/>
        <w:t>vn -0.3037 0.7114 -0.6338</w:t>
        <w:br/>
        <w:t>vn -0.1505 0.5315 -0.8336</w:t>
        <w:br/>
        <w:t>vn -0.1024 0.4908 -0.8653</w:t>
        <w:br/>
        <w:t>vn -0.0616 0.4712 -0.8799</w:t>
        <w:br/>
        <w:t>vn -0.3737 0.9270 0.0327</w:t>
        <w:br/>
        <w:t>vn -0.3281 0.9095 0.2552</w:t>
        <w:br/>
        <w:t>vn 0.1764 -0.6804 -0.7112</w:t>
        <w:br/>
        <w:t>vn 0.1214 -0.6737 -0.7290</w:t>
        <w:br/>
        <w:t>vn 0.1112 -0.6437 -0.7571</w:t>
        <w:br/>
        <w:t>vn 0.1447 -0.7057 -0.6935</w:t>
        <w:br/>
        <w:t>vn 0.1227 -0.5863 -0.8007</w:t>
        <w:br/>
        <w:t>vn 0.1144 -0.5836 -0.8040</w:t>
        <w:br/>
        <w:t>vn -0.0020 -0.5978 -0.8017</w:t>
        <w:br/>
        <w:t>vn 0.0748 -0.6340 -0.7697</w:t>
        <w:br/>
        <w:t>vn -0.2497 -0.6092 -0.7527</w:t>
        <w:br/>
        <w:t>vn -0.4589 -0.6231 -0.6334</w:t>
        <w:br/>
        <w:t>vn -0.3566 -0.7257 -0.5884</w:t>
        <w:br/>
        <w:t>vn -0.1321 -0.7093 -0.6924</w:t>
        <w:br/>
        <w:t>vn -0.5842 -0.7941 -0.1677</w:t>
        <w:br/>
        <w:t>vn -0.4614 -0.8830 0.0863</w:t>
        <w:br/>
        <w:t>vn -0.4614 -0.8830 0.0862</w:t>
        <w:br/>
        <w:t>vn -0.5858 -0.7806 -0.2182</w:t>
        <w:br/>
        <w:t>vn -0.2679 -0.9030 0.3360</w:t>
        <w:br/>
        <w:t>vn -0.2679 -0.9030 0.3359</w:t>
        <w:br/>
        <w:t>vn -0.0555 -0.7445 0.6653</w:t>
        <w:br/>
        <w:t>vn -0.0590 -0.7980 0.5997</w:t>
        <w:br/>
        <w:t>vn -0.0590 -0.8364 0.5450</w:t>
        <w:br/>
        <w:t>vn -0.0532 -0.8735 0.4839</w:t>
        <w:br/>
        <w:t>vn -0.5154 -0.7107 -0.4788</w:t>
        <w:br/>
        <w:t>vn -0.5621 -0.6569 -0.5025</w:t>
        <w:br/>
        <w:t>vn -0.5966 -0.7251 -0.3439</w:t>
        <w:br/>
        <w:t>vn -0.5970 -0.7336 -0.3247</w:t>
        <w:br/>
        <w:t>vn 0.1726 -0.5755 -0.7994</w:t>
        <w:br/>
        <w:t>vn 0.1326 -0.6487 -0.7494</w:t>
        <w:br/>
        <w:t>vn 0.1836 -0.7275 -0.6611</w:t>
        <w:br/>
        <w:t>vn 0.1431 -0.7326 -0.6654</w:t>
        <w:br/>
        <w:t>vn 0.1824 -0.6694 -0.7201</w:t>
        <w:br/>
        <w:t>vn 0.0600 -0.7869 -0.6142</w:t>
        <w:br/>
        <w:t>vn -0.3627 -0.7928 -0.4898</w:t>
        <w:br/>
        <w:t>vn 0.1177 -0.5991 -0.7920</w:t>
        <w:br/>
        <w:t>vn 0.2173 -0.6863 -0.6941</w:t>
        <w:br/>
        <w:t>vn 0.1546 -0.6438 -0.7494</w:t>
        <w:br/>
        <w:t>vn 0.1645 -0.7376 -0.6549</w:t>
        <w:br/>
        <w:t>vn 0.2138 -0.6733 -0.7078</w:t>
        <w:br/>
        <w:t>vn 0.1990 -0.5658 -0.8002</w:t>
        <w:br/>
        <w:t>vn 0.1947 -0.7588 -0.6215</w:t>
        <w:br/>
        <w:t>vn -0.8348 -0.4905 0.2501</w:t>
        <w:br/>
        <w:t>vn -0.8091 -0.4787 0.3408</w:t>
        <w:br/>
        <w:t>vn -0.8348 -0.4905 0.2502</w:t>
        <w:br/>
        <w:t>vn -0.8908 0.3278 -0.3148</w:t>
        <w:br/>
        <w:t>vn -0.8835 0.2604 -0.3893</w:t>
        <w:br/>
        <w:t>vn -0.9007 0.4239 -0.0951</w:t>
        <w:br/>
        <w:t>vn -0.9029 0.3936 -0.1727</w:t>
        <w:br/>
        <w:t>vn -0.8035 0.1135 -0.5844</w:t>
        <w:br/>
        <w:t>vn -0.8580 0.3500 -0.3760</w:t>
        <w:br/>
        <w:t>vn -0.7043 -0.1660 -0.6903</w:t>
        <w:br/>
        <w:t>vn -0.4053 -0.6219 -0.6701</w:t>
        <w:br/>
        <w:t>vn -0.2613 -0.7219 -0.6408</w:t>
        <w:br/>
        <w:t>vn -0.1483 -0.7598 -0.6330</w:t>
        <w:br/>
        <w:t>vn -0.8877 0.4462 -0.1131</w:t>
        <w:br/>
        <w:t>vn -0.8659 0.4488 -0.2208</w:t>
        <w:br/>
        <w:t>vn -0.9405 0.1341 -0.3123</w:t>
        <w:br/>
        <w:t>vn -0.8400 -0.4151 0.3494</w:t>
        <w:br/>
        <w:t>vn 0.5257 0.5976 0.6054</w:t>
        <w:br/>
        <w:t>vn 0.5069 0.5311 0.6790</w:t>
        <w:br/>
        <w:t>vn 0.4497 0.5243 0.7230</w:t>
        <w:br/>
        <w:t>vn 0.4100 0.5712 0.7111</w:t>
        <w:br/>
        <w:t>vn 0.3659 0.6496 0.6664</w:t>
        <w:br/>
        <w:t>vn 0.3097 0.7070 0.6358</w:t>
        <w:br/>
        <w:t>vn 0.1264 0.9861 0.1078</w:t>
        <w:br/>
        <w:t>vn 0.1344 0.9900 -0.0433</w:t>
        <w:br/>
        <w:t>vn 0.1528 0.9842 -0.0898</w:t>
        <w:br/>
        <w:t>vn 0.3906 0.6159 0.6842</w:t>
        <w:br/>
        <w:t>vn 0.2294 0.8339 0.5020</w:t>
        <w:br/>
        <w:t>vn 0.1588 0.9419 0.2959</w:t>
        <w:br/>
        <w:t>vn 0.5153 0.6402 0.5698</w:t>
        <w:br/>
        <w:t>vn -0.0350 0.7368 -0.6752</w:t>
        <w:br/>
        <w:t>vn 0.0753 0.7988 -0.5969</w:t>
        <w:br/>
        <w:t>vn -0.1830 0.7557 -0.6288</w:t>
        <w:br/>
        <w:t>vn -0.3076 0.5329 -0.7883</w:t>
        <w:br/>
        <w:t>vn -0.1646 0.6654 -0.7281</w:t>
        <w:br/>
        <w:t>vn -0.2392 0.6145 -0.7518</w:t>
        <w:br/>
        <w:t>vn -0.1039 -0.8157 0.5690</w:t>
        <w:br/>
        <w:t>vn -0.5885 -0.4213 -0.6900</w:t>
        <w:br/>
        <w:t>vn -0.5884 -0.4213 -0.6901</w:t>
        <w:br/>
        <w:t>vn -0.1539 0.6343 0.7576</w:t>
        <w:br/>
        <w:t>vn 0.0970 -0.6453 -0.7577</w:t>
        <w:br/>
        <w:t>vn -0.9799 -0.1965 -0.0352</w:t>
        <w:br/>
        <w:t>vn 0.1430 0.9864 -0.0807</w:t>
        <w:br/>
        <w:t>vn -0.7998 0.1419 -0.5833</w:t>
        <w:br/>
        <w:t>vn -0.6118 0.0993 -0.7848</w:t>
        <w:br/>
        <w:t>vn -0.9409 0.1946 -0.2773</w:t>
        <w:br/>
        <w:t>vn 0.0494 -0.0588 -0.9970</w:t>
        <w:br/>
        <w:t>vn 0.0732 -0.0506 -0.9960</w:t>
        <w:br/>
        <w:t>vn 0.0911 -0.0431 -0.9949</w:t>
        <w:br/>
        <w:t>vn 0.0910 -0.0431 -0.9949</w:t>
        <w:br/>
        <w:t>vn -0.6219 0.1474 0.7691</w:t>
        <w:br/>
        <w:t>vn -0.6395 0.1934 0.7440</w:t>
        <w:br/>
        <w:t>vn -0.3354 0.1179 0.9347</w:t>
        <w:br/>
        <w:t>vn -0.4376 0.1088 0.8925</w:t>
        <w:br/>
        <w:t>vn 0.9918 -0.0995 -0.0805</w:t>
        <w:br/>
        <w:t>vn 0.9377 -0.3057 -0.1651</w:t>
        <w:br/>
        <w:t>vn 0.9572 -0.2482 -0.1491</w:t>
        <w:br/>
        <w:t>vn 0.1006 -0.0171 0.9948</w:t>
        <w:br/>
        <w:t>vn 0.0523 -0.0129 0.9985</w:t>
        <w:br/>
        <w:t>vn -0.5050 -0.2792 -0.8167</w:t>
        <w:br/>
        <w:t>vn -0.3863 -0.2766 -0.8799</w:t>
        <w:br/>
        <w:t>vn -0.5608 -0.2337 -0.7943</w:t>
        <w:br/>
        <w:t>vn -0.6615 -0.2145 -0.7186</w:t>
        <w:br/>
        <w:t>vn -0.1238 -0.3190 -0.9396</w:t>
        <w:br/>
        <w:t>vn -0.7357 -0.1410 -0.6625</w:t>
        <w:br/>
        <w:t>vn -0.8046 -0.0255 -0.5933</w:t>
        <w:br/>
        <w:t>vn 0.1232 -0.0299 -0.9919</w:t>
        <w:br/>
        <w:t>vn 0.2755 0.0685 -0.9588</w:t>
        <w:br/>
        <w:t>vn -0.9127 -0.0098 0.4085</w:t>
        <w:br/>
        <w:t>vn -0.7094 0.1409 0.6906</w:t>
        <w:br/>
        <w:t>vn -0.5705 0.0829 0.8171</w:t>
        <w:br/>
        <w:t>vn -0.6083 0.1422 0.7809</w:t>
        <w:br/>
        <w:t>vn 0.9814 -0.1919 -0.0031</w:t>
        <w:br/>
        <w:t>vn 0.9709 -0.2383 -0.0225</w:t>
        <w:br/>
        <w:t>vn 0.9921 -0.0139 -0.1243</w:t>
        <w:br/>
        <w:t>vn -0.8892 -0.0142 0.4574</w:t>
        <w:br/>
        <w:t>vn -0.5257 -0.1714 -0.8332</w:t>
        <w:br/>
        <w:t>vn -0.6327 -0.2059 -0.7465</w:t>
        <w:br/>
        <w:t>vn -0.5256 -0.1714 -0.8333</w:t>
        <w:br/>
        <w:t>vn -0.7357 -0.1409 -0.6625</w:t>
        <w:br/>
        <w:t>vn -0.6513 -0.2516 -0.7159</w:t>
        <w:br/>
        <w:t>vn 0.2946 0.0913 0.9513</w:t>
        <w:br/>
        <w:t>vn 0.2946 0.0912 0.9513</w:t>
        <w:br/>
        <w:t>vn -0.0023 0.1756 0.9845</w:t>
        <w:br/>
        <w:t>vn -0.1132 0.0942 0.9891</w:t>
        <w:br/>
        <w:t>vn 0.2756 0.0685 -0.9588</w:t>
        <w:br/>
        <w:t>vn 0.6101 0.1166 -0.7837</w:t>
        <w:br/>
        <w:t>vn 0.7890 0.1446 -0.5971</w:t>
        <w:br/>
        <w:t>vn 1.0000 -0.0052 -0.0065</w:t>
        <w:br/>
        <w:t>vn 0.9826 0.1388 -0.1233</w:t>
        <w:br/>
        <w:t>vn 0.5950 0.1627 0.7871</w:t>
        <w:br/>
        <w:t>vn 0.9733 0.1643 -0.1602</w:t>
        <w:br/>
        <w:t>vn 0.9816 0.0816 -0.1724</w:t>
        <w:br/>
        <w:t>vn 0.9818 0.0940 -0.1648</w:t>
        <w:br/>
        <w:t>vn -0.2401 0.1575 0.9579</w:t>
        <w:br/>
        <w:t>vn -0.5914 0.0762 0.8028</w:t>
        <w:br/>
        <w:t>vn -0.3062 0.1113 0.9454</w:t>
        <w:br/>
        <w:t>vn -0.2998 -0.1901 0.9349</w:t>
        <w:br/>
        <w:t>vn 0.5010 -0.4097 -0.7624</w:t>
        <w:br/>
        <w:t>vn 0.6442 -0.1037 -0.7578</w:t>
        <w:br/>
        <w:t>vn 0.6288 -0.1540 -0.7622</w:t>
        <w:br/>
        <w:t>vn 0.7139 0.2140 -0.6667</w:t>
        <w:br/>
        <w:t>vn -0.2258 -0.9700 -0.0901</w:t>
        <w:br/>
        <w:t>vn -0.2258 -0.9700 -0.0900</w:t>
        <w:br/>
        <w:t>vn -0.0890 -0.9955 0.0338</w:t>
        <w:br/>
        <w:t>vn 0.2048 0.9674 0.1489</w:t>
        <w:br/>
        <w:t>vn 0.3181 0.8879 0.3322</w:t>
        <w:br/>
        <w:t>vn -0.5670 -0.3537 0.7439</w:t>
        <w:br/>
        <w:t>vn -0.4615 0.0018 0.8871</w:t>
        <w:br/>
        <w:t>vn -0.5046 -0.0561 0.8615</w:t>
        <w:br/>
        <w:t>vn -0.3889 0.2466 0.8877</w:t>
        <w:br/>
        <w:t>vn 0.7205 0.0596 -0.6908</w:t>
        <w:br/>
        <w:t>vn -0.5178 0.0697 -0.8527</w:t>
        <w:br/>
        <w:t>vn -0.4899 -0.1610 -0.8568</w:t>
        <w:br/>
        <w:t>vn 0.9890 0.1211 0.0850</w:t>
        <w:br/>
        <w:t>vn 0.7415 0.1591 0.6518</w:t>
        <w:br/>
        <w:t>vn 0.8668 0.0194 -0.4983</w:t>
        <w:br/>
        <w:t>vn 0.8895 -0.0590 -0.4530</w:t>
        <w:br/>
        <w:t>vn 0.9401 0.0305 -0.3395</w:t>
        <w:br/>
        <w:t>vn 0.9825 0.0479 -0.1802</w:t>
        <w:br/>
        <w:t>vn 0.3201 -0.7849 -0.5306</w:t>
        <w:br/>
        <w:t>vn 0.1010 -0.7637 -0.6376</w:t>
        <w:br/>
        <w:t>vn 0.5764 0.5415 -0.6120</w:t>
        <w:br/>
        <w:t>vn 0.5724 0.6885 -0.4453</w:t>
        <w:br/>
        <w:t>vn -0.3186 -0.8406 0.4380</w:t>
        <w:br/>
        <w:t>vn -0.3755 -0.7999 0.4682</w:t>
        <w:br/>
        <w:t>vn 0.9890 0.1212 0.0850</w:t>
        <w:br/>
        <w:t>vn 0.0604 0.7579 0.6495</w:t>
        <w:br/>
        <w:t>vn -0.1308 0.7486 0.6500</w:t>
        <w:br/>
        <w:t>vn 0.8220 0.2155 -0.5272</w:t>
        <w:br/>
        <w:t>vn -0.0201 -0.2725 0.9619</w:t>
        <w:br/>
        <w:t>vn -0.6156 -0.2149 -0.7582</w:t>
        <w:br/>
        <w:t>vn -0.6156 -0.2148 -0.7582</w:t>
        <w:br/>
        <w:t>vn -0.5131 -0.3965 -0.7613</w:t>
        <w:br/>
        <w:t>vn 0.8555 0.1328 -0.5005</w:t>
        <w:br/>
        <w:t>vn 0.7648 0.2390 -0.5983</w:t>
        <w:br/>
        <w:t>vn 0.8555 0.1329 -0.5005</w:t>
        <w:br/>
        <w:t>vn -0.4921 0.2412 -0.8364</w:t>
        <w:br/>
        <w:t>vn -0.5178 0.0697 -0.8526</w:t>
        <w:br/>
        <w:t>vn -0.3983 0.3403 -0.8518</w:t>
        <w:br/>
        <w:t>vn -0.8116 -0.2539 0.5261</w:t>
        <w:br/>
        <w:t>vn -0.8199 -0.1774 0.5444</w:t>
        <w:br/>
        <w:t>vn -0.8134 -0.2917 0.5033</w:t>
        <w:br/>
        <w:t>vn 0.2934 0.1199 0.9484</w:t>
        <w:br/>
        <w:t>vn 0.1858 0.1260 0.9745</w:t>
        <w:br/>
        <w:t>vn 0.3540 0.2320 0.9060</w:t>
        <w:br/>
        <w:t>vn -0.5112 -0.8019 0.3091</w:t>
        <w:br/>
        <w:t>vn -0.6850 -0.7192 0.1162</w:t>
        <w:br/>
        <w:t>vn -0.5480 -0.8279 -0.1195</w:t>
        <w:br/>
        <w:t>vn -0.4297 -0.8905 0.1493</w:t>
        <w:br/>
        <w:t>vn 0.8772 -0.0191 -0.4797</w:t>
        <w:br/>
        <w:t>vn 0.9525 0.2578 0.1620</w:t>
        <w:br/>
        <w:t>vn 0.7601 0.3362 0.5561</w:t>
        <w:br/>
        <w:t>vn -0.7836 -0.1147 -0.6106</w:t>
        <w:br/>
        <w:t>vn -0.4834 -0.2492 0.8392</w:t>
        <w:br/>
        <w:t>vn -0.3765 -0.3505 0.8575</w:t>
        <w:br/>
        <w:t>vn -0.0201 -0.2726 0.9619</w:t>
        <w:br/>
        <w:t>vn -0.6199 -0.0672 -0.7818</w:t>
        <w:br/>
        <w:t>vn -0.3743 -0.8576 0.3527</w:t>
        <w:br/>
        <w:t>vn 0.7799 0.3313 -0.5310</w:t>
        <w:br/>
        <w:t>vn 0.8486 0.2795 -0.4491</w:t>
        <w:br/>
        <w:t>vn 0.7799 0.3314 -0.5310</w:t>
        <w:br/>
        <w:t>vn -0.6406 -0.6866 -0.3438</w:t>
        <w:br/>
        <w:t>vn -0.8101 -0.5853 -0.0339</w:t>
        <w:br/>
        <w:t>vn -0.9080 -0.4011 -0.1211</w:t>
        <w:br/>
        <w:t>vn -0.6334 -0.3134 -0.7075</w:t>
        <w:br/>
        <w:t>vn 0.7274 0.3756 -0.5743</w:t>
        <w:br/>
        <w:t>vn 0.7274 0.3757 -0.5743</w:t>
        <w:br/>
        <w:t>vn 0.2159 -0.0281 0.9760</w:t>
        <w:br/>
        <w:t>vn 0.2159 -0.0282 0.9760</w:t>
        <w:br/>
        <w:t>vn -0.8139 -0.1438 0.5629</w:t>
        <w:br/>
        <w:t>vn -0.8222 -0.1120 0.5581</w:t>
        <w:br/>
        <w:t>vn -0.8469 -0.0860 0.5247</w:t>
        <w:br/>
        <w:t>vn -0.5581 -0.4601 0.6906</w:t>
        <w:br/>
        <w:t>vn -0.3480 -0.8377 0.4209</w:t>
        <w:br/>
        <w:t>vn 0.7100 0.3996 -0.5798</w:t>
        <w:br/>
        <w:t>vn 0.8960 -0.3428 -0.2822</w:t>
        <w:br/>
        <w:t>vn 0.8419 -0.0313 -0.5387</w:t>
        <w:br/>
        <w:t>vn 0.8807 0.2012 -0.4289</w:t>
        <w:br/>
        <w:t>vn 0.8598 0.0702 -0.5058</w:t>
        <w:br/>
        <w:t>vn -0.5732 0.5991 0.5591</w:t>
        <w:br/>
        <w:t>vn -0.4179 0.6029 0.6797</w:t>
        <w:br/>
        <w:t>vn -0.7586 0.1362 -0.6371</w:t>
        <w:br/>
        <w:t>vn -0.4425 0.1832 -0.8779</w:t>
        <w:br/>
        <w:t>vn -0.8817 -0.0028 0.4718</w:t>
        <w:br/>
        <w:t>vn -0.9324 0.0446 0.3588</w:t>
        <w:br/>
        <w:t>vn -0.9866 0.1056 0.1242</w:t>
        <w:br/>
        <w:t>vn -0.9736 0.1754 0.1462</w:t>
        <w:br/>
        <w:t>vn -0.5112 -0.8019 0.3092</w:t>
        <w:br/>
        <w:t>vn -0.6795 -0.3208 0.6599</w:t>
        <w:br/>
        <w:t>vn -0.7604 -0.2684 0.5914</w:t>
        <w:br/>
        <w:t>vn -0.4179 0.6029 0.6796</w:t>
        <w:br/>
        <w:t>vn -0.1787 0.7331 0.6562</w:t>
        <w:br/>
        <w:t>vn -0.4366 0.4299 0.7903</w:t>
        <w:br/>
        <w:t>vn -0.9594 -0.2329 0.1590</w:t>
        <w:br/>
        <w:t>vn 0.9791 -0.1974 -0.0487</w:t>
        <w:br/>
        <w:t>vn 0.9349 -0.2439 -0.2579</w:t>
        <w:br/>
        <w:t>vn 0.7920 0.0462 -0.6088</w:t>
        <w:br/>
        <w:t>vn 0.2284 -0.1153 0.9667</w:t>
        <w:br/>
        <w:t>vn -0.8660 -0.0891 0.4921</w:t>
        <w:br/>
        <w:t>vn -0.8240 -0.1908 0.5335</w:t>
        <w:br/>
        <w:t>vn -0.8208 -0.1138 0.5598</w:t>
        <w:br/>
        <w:t>vn 0.9648 0.2330 -0.1221</w:t>
        <w:br/>
        <w:t>vn -0.3995 0.3814 0.8336</w:t>
        <w:br/>
        <w:t>vn -0.5421 0.1642 -0.8241</w:t>
        <w:br/>
        <w:t>vn -0.6259 0.0749 -0.7763</w:t>
        <w:br/>
        <w:t>vn -0.2991 0.1088 -0.9480</w:t>
        <w:br/>
        <w:t>vn -0.2528 0.0299 -0.9671</w:t>
        <w:br/>
        <w:t>vn 0.0219 0.5104 0.8596</w:t>
        <w:br/>
        <w:t>vn 0.0670 0.4254 0.9025</w:t>
        <w:br/>
        <w:t>vn -0.3664 0.2779 0.8880</w:t>
        <w:br/>
        <w:t>vn -0.3678 0.3069 0.8778</w:t>
        <w:br/>
        <w:t>vn 0.1706 -0.3465 0.9224</w:t>
        <w:br/>
        <w:t>vn -0.8505 -0.1585 0.5015</w:t>
        <w:br/>
        <w:t>vn -0.2198 -0.0482 0.9743</w:t>
        <w:br/>
        <w:t>vn -0.5796 0.1671 -0.7976</w:t>
        <w:br/>
        <w:t>vn 0.1729 0.0798 0.9817</w:t>
        <w:br/>
        <w:t>vn -0.9682 0.0359 0.2475</w:t>
        <w:br/>
        <w:t>vn -0.9900 -0.1191 -0.0759</w:t>
        <w:br/>
        <w:t>vn -0.6355 0.1391 -0.7594</w:t>
        <w:br/>
        <w:t>vn -0.6355 0.1392 -0.7594</w:t>
        <w:br/>
        <w:t>vn -0.9647 -0.0071 0.2633</w:t>
        <w:br/>
        <w:t>vn -0.9363 0.0195 0.3506</w:t>
        <w:br/>
        <w:t>vn -0.6742 0.1483 -0.7235</w:t>
        <w:br/>
        <w:t>vn -0.3630 0.1755 -0.9151</w:t>
        <w:br/>
        <w:t>vn -0.9706 -0.1888 0.1492</w:t>
        <w:br/>
        <w:t>vn -0.9418 -0.1834 0.2817</w:t>
        <w:br/>
        <w:t>vn -0.9521 -0.1288 0.2773</w:t>
        <w:br/>
        <w:t>vn -0.5246 -0.3947 0.7543</w:t>
        <w:br/>
        <w:t>vn -0.6895 -0.4235 0.5876</w:t>
        <w:br/>
        <w:t>vn -0.9971 0.0237 -0.0726</w:t>
        <w:br/>
        <w:t>vn -0.9325 -0.0524 0.3574</w:t>
        <w:br/>
        <w:t>vn -0.9525 -0.0571 0.2992</w:t>
        <w:br/>
        <w:t>vn -0.0733 -0.7648 0.6401</w:t>
        <w:br/>
        <w:t>vn 0.1397 -0.8818 0.4504</w:t>
        <w:br/>
        <w:t>vn 0.1891 -0.4790 0.8572</w:t>
        <w:br/>
        <w:t>vn -0.9795 0.0171 0.2005</w:t>
        <w:br/>
        <w:t>vn -0.9177 -0.0377 0.3955</w:t>
        <w:br/>
        <w:t>vn -0.6722 0.2105 -0.7098</w:t>
        <w:br/>
        <w:t>vn -0.6723 0.2105 -0.7098</w:t>
        <w:br/>
        <w:t>vn -0.3604 0.3063 -0.8811</w:t>
        <w:br/>
        <w:t>vn -0.6968 0.3098 -0.6469</w:t>
        <w:br/>
        <w:t>vn -0.9777 0.2101 -0.0076</w:t>
        <w:br/>
        <w:t>vn -0.9010 0.0137 0.4335</w:t>
        <w:br/>
        <w:t>vn -0.9081 0.0080 0.4188</w:t>
        <w:br/>
        <w:t>vn -0.9474 0.1395 0.2882</w:t>
        <w:br/>
        <w:t>vn -0.9749 0.0685 0.2120</w:t>
        <w:br/>
        <w:t>vn -0.2223 0.4358 -0.8722</w:t>
        <w:br/>
        <w:t>vn -0.6382 0.5021 -0.5836</w:t>
        <w:br/>
        <w:t>vn -0.6682 0.3225 -0.6705</w:t>
        <w:br/>
        <w:t>vn -0.9143 0.4013 0.0552</w:t>
        <w:br/>
        <w:t>vn -0.0138 0.4625 -0.8865</w:t>
        <w:br/>
        <w:t>vn -0.8778 0.1351 0.4596</w:t>
        <w:br/>
        <w:t>vn -0.8798 0.1416 0.4538</w:t>
        <w:br/>
        <w:t>vn -0.8551 0.4560 -0.2465</w:t>
        <w:br/>
        <w:t>vn -0.8203 0.5583 0.1243</w:t>
        <w:br/>
        <w:t>vn -0.8080 0.5892 -0.0031</w:t>
        <w:br/>
        <w:t>vn 0.1461 0.4222 -0.8947</w:t>
        <w:br/>
        <w:t>vn -0.8551 0.4561 -0.2466</w:t>
        <w:br/>
        <w:t>vn -0.5851 0.4445 -0.6783</w:t>
        <w:br/>
        <w:t>vn -0.9620 0.1706 0.2132</w:t>
        <w:br/>
        <w:t>vn -0.7348 0.6233 -0.2676</w:t>
        <w:br/>
        <w:t>vn 0.0804 0.6371 -0.7666</w:t>
        <w:br/>
        <w:t>vn 0.2319 0.4007 -0.8864</w:t>
        <w:br/>
        <w:t>vn -0.7190 0.6741 0.1692</w:t>
        <w:br/>
        <w:t>vn -0.6938 0.7190 0.0418</w:t>
        <w:br/>
        <w:t>vn 0.0216 0.7685 -0.6395</w:t>
        <w:br/>
        <w:t>vn 0.1634 0.3979 -0.9027</w:t>
        <w:br/>
        <w:t>vn -0.4414 0.5510 -0.7082</w:t>
        <w:br/>
        <w:t>vn -0.7348 0.6233 -0.2675</w:t>
        <w:br/>
        <w:t>vn -0.8401 0.2856 0.4612</w:t>
        <w:br/>
        <w:t>vn -0.8384 0.2950 0.4583</w:t>
        <w:br/>
        <w:t>vn -0.7307 0.6166 0.2931</w:t>
        <w:br/>
        <w:t>vn -0.3056 0.6086 -0.7323</w:t>
        <w:br/>
        <w:t>vn -0.9251 0.3201 0.2042</w:t>
        <w:br/>
        <w:t>vn -0.7533 0.4315 0.4963</w:t>
        <w:br/>
        <w:t>vn -0.7827 0.4214 0.4580</w:t>
        <w:br/>
        <w:t>vn -0.6494 0.7399 0.1756</w:t>
        <w:br/>
        <w:t>vn -0.5950 0.8033 0.0261</w:t>
        <w:br/>
        <w:t>vn -0.6848 0.6548 0.3199</w:t>
        <w:br/>
        <w:t>vn -0.4604 0.8877 -0.0068</w:t>
        <w:br/>
        <w:t>vn -0.2210 0.6003 -0.7686</w:t>
        <w:br/>
        <w:t>vn -0.3468 0.7749 -0.5284</w:t>
        <w:br/>
        <w:t>vn -0.1977 0.5798 -0.7904</w:t>
        <w:br/>
        <w:t>vn -0.8487 0.5112 0.1354</w:t>
        <w:br/>
        <w:t>vn -0.6658 0.4859 0.5662</w:t>
        <w:br/>
        <w:t>vn -0.7796 0.5986 0.1843</w:t>
        <w:br/>
        <w:t>vn -0.7536 0.6302 0.1871</w:t>
        <w:br/>
        <w:t>vn -0.6176 0.5250 0.5856</w:t>
        <w:br/>
        <w:t>vn -0.9914 -0.0958 0.0889</w:t>
        <w:br/>
        <w:t>vn -0.1752 0.3236 -0.9299</w:t>
        <w:br/>
        <w:t>vn -0.4425 0.1833 -0.8779</w:t>
        <w:br/>
        <w:t>vn -0.3553 0.2758 -0.8931</w:t>
        <w:br/>
        <w:t>vn -0.0751 0.6458 0.7598</w:t>
        <w:br/>
        <w:t>vn -0.1846 -0.6566 -0.7313</w:t>
        <w:br/>
        <w:t>vn 0.5365 0.2608 -0.8026</w:t>
        <w:br/>
        <w:t>vn 0.4321 0.6657 0.6084</w:t>
        <w:br/>
        <w:t>vn 0.4278 0.6852 0.5895</w:t>
        <w:br/>
        <w:t>vn -0.5504 -0.6594 0.5121</w:t>
        <w:br/>
        <w:t>vn -0.3430 -0.5532 -0.7592</w:t>
        <w:br/>
        <w:t>vn 0.6089 0.2050 -0.7663</w:t>
        <w:br/>
        <w:t>vn 0.6090 0.2050 -0.7663</w:t>
        <w:br/>
        <w:t>vn 0.5057 0.4534 0.7339</w:t>
        <w:br/>
        <w:t>vn 0.5761 0.5254 0.6261</w:t>
        <w:br/>
        <w:t>vn 0.5242 0.2749 0.8060</w:t>
        <w:br/>
        <w:t>vn -0.7330 -0.4473 0.5124</w:t>
        <w:br/>
        <w:t>vn -0.2624 0.1326 -0.9558</w:t>
        <w:br/>
        <w:t>vn -0.6333 -0.3134 -0.7076</w:t>
        <w:br/>
        <w:t>vn 0.9349 -0.2440 -0.2579</w:t>
        <w:br/>
        <w:t>vn -0.9002 -0.1589 0.4054</w:t>
        <w:br/>
        <w:t>vn 0.1892 -0.4791 0.8572</w:t>
        <w:br/>
        <w:t>vn -0.9803 -0.0953 0.1729</w:t>
        <w:br/>
        <w:t>vn -0.6042 0.4945 0.6249</w:t>
        <w:br/>
        <w:t>vn -0.6931 0.4659 0.5501</w:t>
        <w:br/>
        <w:t>vn -0.5652 0.7897 0.2386</w:t>
        <w:br/>
        <w:t>vn 0.9853 0.0239 -0.1694</w:t>
        <w:br/>
        <w:t>vn 0.9680 -0.0198 -0.2502</w:t>
        <w:br/>
        <w:t>vn 0.9467 -0.0419 -0.3195</w:t>
        <w:br/>
        <w:t>vn 0.9350 -0.1143 -0.3357</w:t>
        <w:br/>
        <w:t>vn -0.9370 -0.0830 0.3394</w:t>
        <w:br/>
        <w:t>vn -0.5808 -0.3403 0.7395</w:t>
        <w:br/>
        <w:t>vn 0.9936 -0.0930 -0.0646</w:t>
        <w:br/>
        <w:t>vn 0.9656 -0.0974 -0.2410</w:t>
        <w:br/>
        <w:t>vn -0.2251 -0.5153 0.8269</w:t>
        <w:br/>
        <w:t>vn 0.8967 -0.1940 -0.3979</w:t>
        <w:br/>
        <w:t>vn 0.8697 -0.2589 -0.4202</w:t>
        <w:br/>
        <w:t>vn -0.8008 0.0062 0.5989</w:t>
        <w:br/>
        <w:t>vn -0.8219 0.1346 0.5535</w:t>
        <w:br/>
        <w:t>vn -0.9579 0.1811 0.2227</w:t>
        <w:br/>
        <w:t>vn -0.9679 0.0777 0.2392</w:t>
        <w:br/>
        <w:t>vn 0.8984 -0.2223 -0.3788</w:t>
        <w:br/>
        <w:t>vn -0.8706 -0.4435 0.2130</w:t>
        <w:br/>
        <w:t>vn -0.8825 -0.3967 0.2525</w:t>
        <w:br/>
        <w:t>vn -0.2975 0.1474 -0.9433</w:t>
        <w:br/>
        <w:t>vn -0.2974 0.1474 -0.9433</w:t>
        <w:br/>
        <w:t>vn -0.2917 0.0942 -0.9519</w:t>
        <w:br/>
        <w:t>vn 0.8309 -0.0160 0.5562</w:t>
        <w:br/>
        <w:t>vn 0.8398 -0.0617 0.5393</w:t>
        <w:br/>
        <w:t>vn 0.4941 -0.2349 0.8371</w:t>
        <w:br/>
        <w:t>vn 0.9856 0.1264 0.1123</w:t>
        <w:br/>
        <w:t>vn 0.8399 -0.0618 0.5393</w:t>
        <w:br/>
        <w:t>vn -0.4567 -0.2305 0.8593</w:t>
        <w:br/>
        <w:t>vn -0.2104 -0.3208 0.9235</w:t>
        <w:br/>
        <w:t>vn 0.8308 -0.3140 -0.4595</w:t>
        <w:br/>
        <w:t>vn 0.7675 -0.3985 -0.5021</w:t>
        <w:br/>
        <w:t>vn -0.5665 -0.0906 0.8191</w:t>
        <w:br/>
        <w:t>vn -0.7711 0.1936 0.6066</w:t>
        <w:br/>
        <w:t>vn -0.9032 -0.2693 0.3342</w:t>
        <w:br/>
        <w:t>vn -0.2874 0.2153 -0.9333</w:t>
        <w:br/>
        <w:t>vn -0.2874 0.2154 -0.9333</w:t>
        <w:br/>
        <w:t>vn 0.9994 0.0223 0.0268</w:t>
        <w:br/>
        <w:t>vn 0.8432 -0.1461 0.5174</w:t>
        <w:br/>
        <w:t>vn 0.4404 -0.2716 0.8557</w:t>
        <w:br/>
        <w:t>vn -0.9205 0.0048 0.3907</w:t>
        <w:br/>
        <w:t>vn -0.9139 -0.1272 0.3855</w:t>
        <w:br/>
        <w:t>vn -0.2426 0.2021 -0.9488</w:t>
        <w:br/>
        <w:t>vn -0.2427 0.2020 -0.9488</w:t>
        <w:br/>
        <w:t>vn -0.1746 0.1216 -0.9771</w:t>
        <w:br/>
        <w:t>vn -0.1747 0.1216 -0.9771</w:t>
        <w:br/>
        <w:t>vn 0.9967 -0.0725 -0.0364</w:t>
        <w:br/>
        <w:t>vn 0.9826 -0.1694 -0.0759</w:t>
        <w:br/>
        <w:t>vn 0.7719 -0.3836 -0.5070</w:t>
        <w:br/>
        <w:t>vn 0.6551 -0.5216 -0.5466</w:t>
        <w:br/>
        <w:t>vn -0.9178 0.3332 0.2157</w:t>
        <w:br/>
        <w:t>vn -0.7507 0.3461 0.5628</w:t>
        <w:br/>
        <w:t>vn -0.2662 -0.2227 0.9378</w:t>
        <w:br/>
        <w:t>vn -0.1022 -0.2589 0.9605</w:t>
        <w:br/>
        <w:t>vn 0.3696 -0.2429 0.8969</w:t>
        <w:br/>
        <w:t>vn 0.3024 -0.1521 0.9410</w:t>
        <w:br/>
        <w:t>vn -0.2836 -0.2207 0.9332</w:t>
        <w:br/>
        <w:t>vn 0.8966 -0.3802 -0.2270</w:t>
        <w:br/>
        <w:t>vn -0.1324 -0.0576 -0.9895</w:t>
        <w:br/>
        <w:t>vn -0.8309 0.4779 0.2851</w:t>
        <w:br/>
        <w:t>vn -0.9172 0.1547 0.3672</w:t>
        <w:br/>
        <w:t>vn 0.9655 -0.2261 -0.1288</w:t>
        <w:br/>
        <w:t>vn 0.9656 -0.2261 -0.1288</w:t>
        <w:br/>
        <w:t>vn 0.8792 -0.4621 -0.1163</w:t>
        <w:br/>
        <w:t>vn 0.2002 0.0098 0.9797</w:t>
        <w:br/>
        <w:t>vn 0.2458 -0.0456 0.9683</w:t>
        <w:br/>
        <w:t>vn 0.6840 -0.4926 -0.5381</w:t>
        <w:br/>
        <w:t>vn -0.1264 -0.1835 -0.9748</w:t>
        <w:br/>
        <w:t>vn -0.1264 -0.1835 -0.9749</w:t>
        <w:br/>
        <w:t>vn -0.7746 0.5997 0.2008</w:t>
        <w:br/>
        <w:t>vn -0.7711 0.1936 0.6065</w:t>
        <w:br/>
        <w:t>vn -0.8119 0.4067 0.4188</w:t>
        <w:br/>
        <w:t>vn -0.3733 -0.1968 -0.9066</w:t>
        <w:br/>
        <w:t>vn -0.2598 -0.1413 -0.9553</w:t>
        <w:br/>
        <w:t>vn -0.7963 -0.5035 -0.3352</w:t>
        <w:br/>
        <w:t>vn -0.8494 -0.4157 -0.3252</w:t>
        <w:br/>
        <w:t>vn -0.8713 -0.4811 0.0973</w:t>
        <w:br/>
        <w:t>vn -0.7939 -0.5968 0.1165</w:t>
        <w:br/>
        <w:t>vn 0.0265 -0.0081 0.9996</w:t>
        <w:br/>
        <w:t>vn -0.0125 -0.0326 -0.9994</w:t>
        <w:br/>
        <w:t>vn 0.1790 0.0573 -0.9822</w:t>
        <w:br/>
        <w:t>vn -0.8933 -0.3002 -0.3346</w:t>
        <w:br/>
        <w:t>vn -0.3714 -0.1562 -0.9152</w:t>
        <w:br/>
        <w:t>vn -0.5670 -0.8041 -0.1786</w:t>
        <w:br/>
        <w:t>vn -0.4811 -0.8584 -0.1779</w:t>
        <w:br/>
        <w:t>vn -0.4468 -0.8713 -0.2030</w:t>
        <w:br/>
        <w:t>vn -0.4839 -0.8678 0.1130</w:t>
        <w:br/>
        <w:t>vn 0.5807 -0.6044 -0.5454</w:t>
        <w:br/>
        <w:t>vn 0.4480 -0.7124 -0.5402</w:t>
        <w:br/>
        <w:t>vn -0.0044 -0.0679 -0.9977</w:t>
        <w:br/>
        <w:t>vn 0.3340 -0.2717 0.9026</w:t>
        <w:br/>
        <w:t>vn 0.1501 -0.3312 0.9316</w:t>
        <w:br/>
        <w:t>vn -0.0540 -0.2963 0.9536</w:t>
        <w:br/>
        <w:t>vn 0.9658 0.1726 0.1935</w:t>
        <w:br/>
        <w:t>vn 0.7662 0.0132 0.6424</w:t>
        <w:br/>
        <w:t>vn 0.9074 0.2551 0.3339</w:t>
        <w:br/>
        <w:t>vn -0.9361 -0.3364 0.1022</w:t>
        <w:br/>
        <w:t>vn -0.7588 -0.6338 -0.1502</w:t>
        <w:br/>
        <w:t>vn -0.6732 -0.6964 0.2485</w:t>
        <w:br/>
        <w:t>vn 0.0372 0.2067 0.9777</w:t>
        <w:br/>
        <w:t>vn -0.6293 0.4935 0.6004</w:t>
        <w:br/>
        <w:t>vn -0.4468 -0.8713 -0.2029</w:t>
        <w:br/>
        <w:t>vn -0.2953 -0.9469 0.1276</w:t>
        <w:br/>
        <w:t>vn -0.4839 -0.8678 0.1131</w:t>
        <w:br/>
        <w:t>vn 0.9612 -0.2234 -0.1620</w:t>
        <w:br/>
        <w:t>vn -0.2761 -0.1558 -0.9484</w:t>
        <w:br/>
        <w:t>vn -0.9229 -0.1912 -0.3342</w:t>
        <w:br/>
        <w:t>vn -0.9446 -0.1047 -0.3112</w:t>
        <w:br/>
        <w:t>vn -0.3875 -0.1811 -0.9039</w:t>
        <w:br/>
        <w:t>vn -0.6601 0.4716 0.5847</w:t>
        <w:br/>
        <w:t>vn -0.3416 0.5299 0.7762</w:t>
        <w:br/>
        <w:t>vn -0.0939 -0.2611 0.9607</w:t>
        <w:br/>
        <w:t>vn -0.1698 -0.2086 0.9632</w:t>
        <w:br/>
        <w:t>vn -0.6115 0.7361 0.2902</w:t>
        <w:br/>
        <w:t>vn 0.9835 0.1585 0.0866</w:t>
        <w:br/>
        <w:t>vn -0.9229 -0.1911 -0.3343</w:t>
        <w:br/>
        <w:t>vn -0.9755 -0.1799 0.1264</w:t>
        <w:br/>
        <w:t>vn -0.9889 -0.0294 0.1460</w:t>
        <w:br/>
        <w:t>vn -0.9673 -0.2536 -0.0051</w:t>
        <w:br/>
        <w:t>vn -0.9139 -0.3990 -0.0742</w:t>
        <w:br/>
        <w:t>vn -0.8109 -0.4566 0.3660</w:t>
        <w:br/>
        <w:t>vn -0.9139 -0.2809 0.2932</w:t>
        <w:br/>
        <w:t>vn 0.8445 -0.4463 0.2961</w:t>
        <w:br/>
        <w:t>vn -0.1054 -0.7031 0.7033</w:t>
        <w:br/>
        <w:t>vn 0.1228 -0.7928 0.5970</w:t>
        <w:br/>
        <w:t>vn 0.6818 -0.5428 -0.4904</w:t>
        <w:br/>
        <w:t>vn -0.2545 -0.5758 0.7769</w:t>
        <w:br/>
        <w:t>vn -0.6733 -0.6964 0.2485</w:t>
        <w:br/>
        <w:t>vn 0.3567 -0.6256 -0.6938</w:t>
        <w:br/>
        <w:t>vn -0.0823 0.3191 0.9441</w:t>
        <w:br/>
        <w:t>vn -0.3574 0.5019 0.7876</w:t>
        <w:br/>
        <w:t>vn 0.4137 -0.7325 -0.5406</w:t>
        <w:br/>
        <w:t>vn -0.2512 -0.0743 0.9651</w:t>
        <w:br/>
        <w:t>vn -0.6138 -0.1806 0.7685</w:t>
        <w:br/>
        <w:t>vn -0.5794 0.0406 0.8141</w:t>
        <w:br/>
        <w:t>vn -0.2976 0.1100 0.9484</w:t>
        <w:br/>
        <w:t>vn -0.4749 0.6037 0.6403</w:t>
        <w:br/>
        <w:t>vn -0.2410 0.7255 0.6446</w:t>
        <w:br/>
        <w:t>vn -0.5104 -0.3000 0.8059</w:t>
        <w:br/>
        <w:t>vn -0.9542 -0.0475 -0.2954</w:t>
        <w:br/>
        <w:t>vn -0.6391 -0.1786 -0.7481</w:t>
        <w:br/>
        <w:t>vn -0.7327 0.2283 0.6411</w:t>
        <w:br/>
        <w:t>vn -0.9542 -0.0476 -0.2954</w:t>
        <w:br/>
        <w:t>vn -0.1401 0.6090 0.7807</w:t>
        <w:br/>
        <w:t>vn 0.0547 -0.1110 0.9923</w:t>
        <w:br/>
        <w:t>vn -0.0951 0.2193 0.9710</w:t>
        <w:br/>
        <w:t>vn -0.5653 0.7896 0.2386</w:t>
        <w:br/>
        <w:t>vn -0.2877 0.8391 0.4616</w:t>
        <w:br/>
        <w:t>vn -0.1163 -0.1542 -0.9812</w:t>
        <w:br/>
        <w:t>vn -0.3417 0.5299 0.7762</w:t>
        <w:br/>
        <w:t>vn 0.1660 0.7719 -0.6137</w:t>
        <w:br/>
        <w:t>vn -0.9862 0.0869 -0.1406</w:t>
        <w:br/>
        <w:t>vn -0.5110 -0.0936 0.8545</w:t>
        <w:br/>
        <w:t>vn -0.5384 0.1179 0.8344</w:t>
        <w:br/>
        <w:t>vn 0.1715 0.8300 -0.5307</w:t>
        <w:br/>
        <w:t>vn -0.1586 0.9608 -0.2273</w:t>
        <w:br/>
        <w:t>vn -0.9862 0.0870 -0.1406</w:t>
        <w:br/>
        <w:t>vn -0.7747 0.3887 0.4987</w:t>
        <w:br/>
        <w:t>vn -0.4752 0.3882 0.7896</w:t>
        <w:br/>
        <w:t>vn -0.1094 0.4898 0.8649</w:t>
        <w:br/>
        <w:t>vn 0.0904 0.6824 0.7253</w:t>
        <w:br/>
        <w:t>vn 0.1714 0.8300 -0.5307</w:t>
        <w:br/>
        <w:t>vn -0.1586 0.9608 -0.2272</w:t>
        <w:br/>
        <w:t>vn 0.1185 0.9562 0.2676</w:t>
        <w:br/>
        <w:t>vn 0.3704 0.8988 -0.2343</w:t>
        <w:br/>
        <w:t>vn 0.2226 -0.8224 -0.5235</w:t>
        <w:br/>
        <w:t>vn 0.0684 0.5529 0.8304</w:t>
        <w:br/>
        <w:t>vn -0.9365 0.3331 0.1099</w:t>
        <w:br/>
        <w:t>vn -0.8019 0.4701 0.3686</w:t>
        <w:br/>
        <w:t>vn 0.2356 -0.8435 -0.4826</w:t>
        <w:br/>
        <w:t>vn -0.3398 -0.4478 0.8271</w:t>
        <w:br/>
        <w:t>vn 0.3978 -0.2076 0.8937</w:t>
        <w:br/>
        <w:t>vn 0.1966 -0.2247 0.9544</w:t>
        <w:br/>
        <w:t>vn 0.2223 0.9244 0.3099</w:t>
        <w:br/>
        <w:t>vn 0.3148 0.9170 -0.2450</w:t>
        <w:br/>
        <w:t>vn 0.2545 0.6702 0.6972</w:t>
        <w:br/>
        <w:t>vn 0.0548 0.7688 0.6371</w:t>
        <w:br/>
        <w:t>vn 0.3243 0.5494 0.7701</w:t>
        <w:br/>
        <w:t>vn -0.0743 0.6832 -0.7265</w:t>
        <w:br/>
        <w:t>vn -0.7875 0.5411 0.2952</w:t>
        <w:br/>
        <w:t>vn -0.9162 0.3986 0.0405</w:t>
        <w:br/>
        <w:t>vn -0.0261 0.2217 0.9748</w:t>
        <w:br/>
        <w:t>vn 0.0608 0.0239 0.9979</w:t>
        <w:br/>
        <w:t>vn 0.8073 0.0105 0.5901</w:t>
        <w:br/>
        <w:t>vn -0.5380 0.1919 0.8208</w:t>
        <w:br/>
        <w:t>vn -0.4819 0.3136 0.8182</w:t>
        <w:br/>
        <w:t>vn -0.3791 0.6524 -0.6563</w:t>
        <w:br/>
        <w:t>vn -0.4520 0.5485 0.7035</w:t>
        <w:br/>
        <w:t>vn -0.7892 0.5724 0.2225</w:t>
        <w:br/>
        <w:t>vn -0.9138 0.4042 -0.0401</w:t>
        <w:br/>
        <w:t>vn -0.3791 0.6524 -0.6562</w:t>
        <w:br/>
        <w:t>vn -0.6234 0.5862 -0.5174</w:t>
        <w:br/>
        <w:t>vn -0.7870 0.5985 0.1497</w:t>
        <w:br/>
        <w:t>vn -0.9150 0.3915 -0.0978</w:t>
        <w:br/>
        <w:t>vn -0.8571 0.3668 -0.3617</w:t>
        <w:br/>
        <w:t>vn -0.7308 0.6484 -0.2136</w:t>
        <w:br/>
        <w:t>vn -0.4259 0.6468 0.6327</w:t>
        <w:br/>
        <w:t>vn 0.1660 0.7718 -0.6138</w:t>
        <w:br/>
        <w:t>vn -0.0741 0.6940 -0.7161</w:t>
        <w:br/>
        <w:t>vn 0.1943 0.5685 -0.7994</w:t>
        <w:br/>
        <w:t>vn 0.0854 -0.8888 -0.4503</w:t>
        <w:br/>
        <w:t>vn -0.1694 -0.8544 -0.4913</w:t>
        <w:br/>
        <w:t>vn -0.1592 0.4493 0.8791</w:t>
        <w:br/>
        <w:t>vn -0.2486 0.9670 0.0567</w:t>
        <w:br/>
        <w:t>vn -0.1497 0.5497 0.8219</w:t>
        <w:br/>
        <w:t>vn -0.4309 0.7006 0.5687</w:t>
        <w:br/>
        <w:t>vn -0.3796 0.7610 0.5262</w:t>
        <w:br/>
        <w:t>vn 0.5299 0.6950 -0.4860</w:t>
        <w:br/>
        <w:t>vn 0.3627 0.7492 -0.5543</w:t>
        <w:br/>
        <w:t>vn -0.0903 0.6738 0.7334</w:t>
        <w:br/>
        <w:t>vn 0.0400 0.6834 0.7290</w:t>
        <w:br/>
        <w:t>vn 0.4831 0.8712 0.0868</w:t>
        <w:br/>
        <w:t>vn 0.6144 0.7241 0.3134</w:t>
        <w:br/>
        <w:t>vn 0.4654 0.7799 -0.4185</w:t>
        <w:br/>
        <w:t>vn -0.0348 0.8842 -0.4658</w:t>
        <w:br/>
        <w:t>vn -0.0408 0.9683 -0.2465</w:t>
        <w:br/>
        <w:t>vn 0.0795 0.7155 0.6941</w:t>
        <w:br/>
        <w:t>vn 0.3089 0.7309 0.6086</w:t>
        <w:br/>
        <w:t>vn 0.3419 0.8436 0.4141</w:t>
        <w:br/>
        <w:t>vn 0.7865 0.2703 0.5553</w:t>
        <w:br/>
        <w:t>vn 0.7814 0.2323 0.5792</w:t>
        <w:br/>
        <w:t>vn 0.0051 0.7287 0.6848</w:t>
        <w:br/>
        <w:t>vn -0.3241 0.8277 0.4582</w:t>
        <w:br/>
        <w:t>vn 0.1361 0.6119 0.7792</w:t>
        <w:br/>
        <w:t>vn 0.4767 0.4859 0.7326</w:t>
        <w:br/>
        <w:t>vn -0.0202 0.7351 0.6776</w:t>
        <w:br/>
        <w:t>vn 0.5329 0.6494 0.5425</w:t>
        <w:br/>
        <w:t>vn -0.1307 0.8672 0.4805</w:t>
        <w:br/>
        <w:t>vn -0.3827 0.8580 0.3428</w:t>
        <w:br/>
        <w:t>vn -0.1206 0.9815 0.1485</w:t>
        <w:br/>
        <w:t>vn 0.1956 0.9803 -0.0268</w:t>
        <w:br/>
        <w:t>vn 0.2757 0.9570 0.0905</w:t>
        <w:br/>
        <w:t>vn 0.0290 0.4459 -0.8946</w:t>
        <w:br/>
        <w:t>vn 0.0138 0.4461 -0.8949</w:t>
        <w:br/>
        <w:t>vn -0.0037 0.4470 -0.8945</w:t>
        <w:br/>
        <w:t>vn 0.1241 -0.5729 0.8102</w:t>
        <w:br/>
        <w:t>vn 0.2699 -0.3272 0.9056</w:t>
        <w:br/>
        <w:t>vn 0.8724 0.0709 0.4837</w:t>
        <w:br/>
        <w:t>vn 0.9860 0.1585 0.0511</w:t>
        <w:br/>
        <w:t>vn 0.0989 0.7713 0.6287</w:t>
        <w:br/>
        <w:t>vn -0.7764 0.6278 0.0554</w:t>
        <w:br/>
        <w:t>vn -0.9083 0.3838 -0.1661</w:t>
        <w:br/>
        <w:t>vn 0.1342 0.9151 0.3802</w:t>
        <w:br/>
        <w:t>vn -0.1585 0.9609 -0.2272</w:t>
        <w:br/>
        <w:t>vn -0.5652 0.7897 0.2387</w:t>
        <w:br/>
        <w:t>vn 0.0116 0.9965 0.0829</w:t>
        <w:br/>
        <w:t>vn -0.0998 0.3552 0.9294</w:t>
        <w:br/>
        <w:t>vn 0.3523 -0.7617 -0.5437</w:t>
        <w:br/>
        <w:t>vn 0.2466 -0.5921 -0.7672</w:t>
        <w:br/>
        <w:t>vn 0.6376 -0.6147 -0.4643</w:t>
        <w:br/>
        <w:t>vn 0.9432 0.3288 -0.0481</w:t>
        <w:br/>
        <w:t>vn 0.9646 0.2624 -0.0242</w:t>
        <w:br/>
        <w:t>vn 0.9610 -0.0410 -0.2737</w:t>
        <w:br/>
        <w:t>vn 0.9399 0.0594 -0.3362</w:t>
        <w:br/>
        <w:t>vn 0.8013 -0.5647 -0.1974</w:t>
        <w:br/>
        <w:t>vn 0.4225 -0.8671 -0.2638</w:t>
        <w:br/>
        <w:t>vn 0.9697 0.2443 0.0008</w:t>
        <w:br/>
        <w:t>vn -0.9056 -0.4128 -0.0972</w:t>
        <w:br/>
        <w:t>vn -0.8721 -0.4704 -0.1348</w:t>
        <w:br/>
        <w:t>vn 0.1476 -0.4093 -0.9004</w:t>
        <w:br/>
        <w:t>vn -0.9198 -0.3896 -0.0467</w:t>
        <w:br/>
        <w:t>vn 0.8091 0.5634 0.1672</w:t>
        <w:br/>
        <w:t>vn 0.8013 0.5456 0.2454</w:t>
        <w:br/>
        <w:t>vn 0.8975 0.2041 -0.3910</w:t>
        <w:br/>
        <w:t>vn 0.9211 0.3862 -0.0490</w:t>
        <w:br/>
        <w:t>vn 0.8083 0.5824 0.0860</w:t>
        <w:br/>
        <w:t>vn -0.5202 0.4319 0.7368</w:t>
        <w:br/>
        <w:t>vn -0.5202 0.4320 0.7367</w:t>
        <w:br/>
        <w:t>vn -0.6198 0.6395 0.4549</w:t>
        <w:br/>
        <w:t>vn 0.7924 -0.6093 -0.0308</w:t>
        <w:br/>
        <w:t>vn 0.4098 -0.9068 -0.0985</w:t>
        <w:br/>
        <w:t>vn -0.6660 0.7233 0.1826</w:t>
        <w:br/>
        <w:t>vn -0.8543 -0.4984 -0.1478</w:t>
        <w:br/>
        <w:t>vn 0.8057 0.5103 0.3007</w:t>
        <w:br/>
        <w:t>vn 0.9709 0.2150 0.1052</w:t>
        <w:br/>
        <w:t>vn -0.4106 0.1868 0.8925</w:t>
        <w:br/>
        <w:t>vn -0.9253 -0.3662 -0.0986</w:t>
        <w:br/>
        <w:t>vn 0.7828 -0.1472 -0.6046</w:t>
        <w:br/>
        <w:t>vn 0.5872 0.3149 -0.7457</w:t>
        <w:br/>
        <w:t>vn 0.9415 0.2586 -0.2159</w:t>
        <w:br/>
        <w:t>vn 0.0849 -0.9508 -0.2980</w:t>
        <w:br/>
        <w:t>vn -0.2889 -0.8665 -0.4072</w:t>
        <w:br/>
        <w:t>vn -0.1381 -0.9086 -0.3942</w:t>
        <w:br/>
        <w:t>vn -0.0191 -0.8556 -0.5174</w:t>
        <w:br/>
        <w:t>vn -0.3905 -0.8712 -0.2975</w:t>
        <w:br/>
        <w:t>vn -0.3574 -0.8765 -0.3224</w:t>
        <w:br/>
        <w:t>vn 0.1021 -0.4039 -0.9091</w:t>
        <w:br/>
        <w:t>vn 0.8124 0.5634 0.1505</w:t>
        <w:br/>
        <w:t>vn 0.0336 -0.1912 -0.9810</w:t>
        <w:br/>
        <w:t>vn -0.3319 0.4448 0.8319</w:t>
        <w:br/>
        <w:t>vn 0.0612 0.3825 0.9219</w:t>
        <w:br/>
        <w:t>vn -0.3173 -0.0025 0.9483</w:t>
        <w:br/>
        <w:t>vn 0.6070 -0.7156 -0.3457</w:t>
        <w:br/>
        <w:t>vn 0.6069 -0.7157 -0.3457</w:t>
        <w:br/>
        <w:t>vn 0.5345 -0.7897 -0.3011</w:t>
        <w:br/>
        <w:t>vn 0.3449 -0.9316 -0.1150</w:t>
        <w:br/>
        <w:t>vn 0.6010 0.7671 0.2245</w:t>
        <w:br/>
        <w:t>vn 0.5552 0.6872 0.4685</w:t>
        <w:br/>
        <w:t>vn 0.8820 0.2190 -0.4173</w:t>
        <w:br/>
        <w:t>vn 0.9474 0.3189 0.0286</w:t>
        <w:br/>
        <w:t>vn -0.3766 -0.9262 0.0191</w:t>
        <w:br/>
        <w:t>vn -0.3143 -0.5704 -0.7588</w:t>
        <w:br/>
        <w:t>vn 0.4865 0.7181 0.4976</w:t>
        <w:br/>
        <w:t>vn -0.8362 0.2960 0.4617</w:t>
        <w:br/>
        <w:t>vn -0.7114 0.1292 0.6908</w:t>
        <w:br/>
        <w:t>vn -0.5482 -0.7454 -0.3794</w:t>
        <w:br/>
        <w:t>vn -0.6587 0.7507 0.0504</w:t>
        <w:br/>
        <w:t>vn -0.6588 0.7507 0.0504</w:t>
        <w:br/>
        <w:t>vn 0.5685 0.8027 -0.1801</w:t>
        <w:br/>
        <w:t>vn 0.8495 0.5231 -0.0690</w:t>
        <w:br/>
        <w:t>vn 0.9537 -0.0887 -0.2874</w:t>
        <w:br/>
        <w:t>vn 0.7588 0.1797 -0.6261</w:t>
        <w:br/>
        <w:t>vn 0.0879 0.3658 -0.9265</w:t>
        <w:br/>
        <w:t>vn 0.1877 -0.0028 0.9822</w:t>
        <w:br/>
        <w:t>vn 0.4728 0.8730 -0.1197</w:t>
        <w:br/>
        <w:t>vn 0.9100 0.0062 0.4145</w:t>
        <w:br/>
        <w:t>vn 0.9059 -0.3551 0.2309</w:t>
        <w:br/>
        <w:t>vn 0.7745 -0.6325 0.0036</w:t>
        <w:br/>
        <w:t>vn 0.3076 -0.9327 -0.1882</w:t>
        <w:br/>
        <w:t>vn 0.8073 0.3508 0.4746</w:t>
        <w:br/>
        <w:t>vn -0.9013 -0.3988 -0.1692</w:t>
        <w:br/>
        <w:t>vn 0.6453 0.7579 -0.0956</w:t>
        <w:br/>
        <w:t>vn 0.5045 0.2143 -0.8364</w:t>
        <w:br/>
        <w:t>vn 0.6075 -0.7939 0.0259</w:t>
        <w:br/>
        <w:t>vn 0.4499 -0.8881 0.0941</w:t>
        <w:br/>
        <w:t>vn 0.9485 0.1515 0.2781</w:t>
        <w:br/>
        <w:t>vn -0.9087 0.0468 0.4148</w:t>
        <w:br/>
        <w:t>vn -0.7985 0.3213 0.5091</w:t>
        <w:br/>
        <w:t>vn -0.7296 -0.0828 0.6788</w:t>
        <w:br/>
        <w:t>vn -0.8658 0.4991 0.0367</w:t>
        <w:br/>
        <w:t>vn -0.2168 0.0038 0.9762</w:t>
        <w:br/>
        <w:t>vn -0.3162 -0.0162 0.9485</w:t>
        <w:br/>
        <w:t>vn -0.9050 -0.3284 -0.2703</w:t>
        <w:br/>
        <w:t>vn -0.3882 -0.8223 0.4161</w:t>
        <w:br/>
        <w:t>vn -0.7249 -0.6710 -0.1558</w:t>
        <w:br/>
        <w:t>vn 0.4237 0.4406 0.7914</w:t>
        <w:br/>
        <w:t>vn 0.4775 -0.1692 0.8622</w:t>
        <w:br/>
        <w:t>vn 0.3482 0.7792 -0.5211</w:t>
        <w:br/>
        <w:t>vn 0.7375 -0.2255 0.6365</w:t>
        <w:br/>
        <w:t>vn -0.2672 0.2981 -0.9164</w:t>
        <w:br/>
        <w:t>vn 0.7906 0.4947 0.3610</w:t>
        <w:br/>
        <w:t>vn -0.8105 0.1474 -0.5669</w:t>
        <w:br/>
        <w:t>vn -0.7050 0.5095 -0.4934</w:t>
        <w:br/>
        <w:t>vn -0.9688 0.2123 -0.1281</w:t>
        <w:br/>
        <w:t>vn -0.6476 -0.6052 -0.4630</w:t>
        <w:br/>
        <w:t>vn 0.9148 0.3529 -0.1966</w:t>
        <w:br/>
        <w:t>vn 0.8997 0.3998 0.1754</w:t>
        <w:br/>
        <w:t>vn 0.3473 0.9223 0.1697</w:t>
        <w:br/>
        <w:t>vn 0.2996 0.9426 0.1475</w:t>
        <w:br/>
        <w:t>vn 0.2829 0.9517 0.1195</w:t>
        <w:br/>
        <w:t>vn -0.6095 0.2100 0.7645</w:t>
        <w:br/>
        <w:t>vn -0.5585 -0.1195 0.8208</w:t>
        <w:br/>
        <w:t>vn 0.7272 -0.6437 0.2382</w:t>
        <w:br/>
        <w:t>vn 0.5900 -0.5551 0.5864</w:t>
        <w:br/>
        <w:t>vn 0.5057 -0.6711 0.5422</w:t>
        <w:br/>
        <w:t>vn 0.6629 -0.7203 0.2042</w:t>
        <w:br/>
        <w:t>vn 0.4450 -0.2620 -0.8563</w:t>
        <w:br/>
        <w:t>vn 0.4264 -0.2143 -0.8788</w:t>
        <w:br/>
        <w:t>vn 0.4263 -0.2143 -0.8788</w:t>
        <w:br/>
        <w:t>vn 0.6493 -0.6891 0.3218</w:t>
        <w:br/>
        <w:t>vn 0.6129 -0.6640 0.4283</w:t>
        <w:br/>
        <w:t>vn 0.5913 -0.7993 0.1071</w:t>
        <w:br/>
        <w:t>vn -0.6465 0.7608 0.0563</w:t>
        <w:br/>
        <w:t>vn -0.6102 0.7824 0.1248</w:t>
        <w:br/>
        <w:t>vn 0.4828 0.8328 0.2709</w:t>
        <w:br/>
        <w:t>vn 0.2431 -0.8224 -0.5144</w:t>
        <w:br/>
        <w:t>vn 0.3058 -0.8534 -0.4221</w:t>
        <w:br/>
        <w:t>vn 0.8494 0.5231 -0.0690</w:t>
        <w:br/>
        <w:t>vn 0.3474 0.9222 0.1697</w:t>
        <w:br/>
        <w:t>vn 0.3861 0.8481 0.3629</w:t>
        <w:br/>
        <w:t>vn 0.3861 0.8481 0.3630</w:t>
        <w:br/>
        <w:t>vn -0.4123 0.5401 -0.7337</w:t>
        <w:br/>
        <w:t>vn -0.4399 0.4746 -0.7624</w:t>
        <w:br/>
        <w:t>vn 0.3963 -0.4653 -0.7915</w:t>
        <w:br/>
        <w:t>vn 0.3963 -0.4652 -0.7915</w:t>
        <w:br/>
        <w:t>vn 0.7994 -0.5254 0.2913</w:t>
        <w:br/>
        <w:t>vn 0.7027 -0.3500 0.6195</w:t>
        <w:br/>
        <w:t>vn 0.7580 0.0157 0.6521</w:t>
        <w:br/>
        <w:t>vn 0.7773 -0.3077 0.5487</w:t>
        <w:br/>
        <w:t>vn 0.3642 -0.3832 0.8488</w:t>
        <w:br/>
        <w:t>vn 0.2766 -0.5267 0.8038</w:t>
        <w:br/>
        <w:t>vn 0.8606 -0.0572 0.5061</w:t>
        <w:br/>
        <w:t>vn 0.9014 -0.3465 0.2597</w:t>
        <w:br/>
        <w:t>vn -0.0904 0.7022 -0.7062</w:t>
        <w:br/>
        <w:t>vn 0.2193 0.5935 -0.7744</w:t>
        <w:br/>
        <w:t>vn -0.7735 -0.0961 -0.6264</w:t>
        <w:br/>
        <w:t>vn -0.7428 -0.0195 -0.6692</w:t>
        <w:br/>
        <w:t>vn -0.2564 -0.6383 0.7258</w:t>
        <w:br/>
        <w:t>vn -0.7424 -0.4681 0.4793</w:t>
        <w:br/>
        <w:t>vn -0.5774 0.2727 -0.7696</w:t>
        <w:br/>
        <w:t>vn -0.5810 0.2212 -0.7833</w:t>
        <w:br/>
        <w:t>vn -0.4978 0.1496 -0.8543</w:t>
        <w:br/>
        <w:t>vn -0.4823 0.4644 -0.7428</w:t>
        <w:br/>
        <w:t>vn 0.6578 -0.5507 0.5139</w:t>
        <w:br/>
        <w:t>vn 0.8072 -0.5777 0.1214</w:t>
        <w:br/>
        <w:t>vn -0.6618 0.3719 0.6510</w:t>
        <w:br/>
        <w:t>vn -0.6382 0.4803 0.6017</w:t>
        <w:br/>
        <w:t>vn 0.4548 0.3398 0.8232</w:t>
        <w:br/>
        <w:t>vn 0.4461 -0.1995 0.8725</w:t>
        <w:br/>
        <w:t>vn 0.2079 0.7282 0.6530</w:t>
        <w:br/>
        <w:t>vn 0.4987 -0.1196 0.8585</w:t>
        <w:br/>
        <w:t>vn 0.9102 -0.2241 0.3482</w:t>
        <w:br/>
        <w:t>vn 0.0717 0.0829 0.9940</w:t>
        <w:br/>
        <w:t>vn -0.4489 -0.2505 0.8577</w:t>
        <w:br/>
        <w:t>vn -0.4260 0.1198 0.8968</w:t>
        <w:br/>
        <w:t>vn 0.6869 0.2496 0.6825</w:t>
        <w:br/>
        <w:t>vn 0.6538 0.6264 0.4245</w:t>
        <w:br/>
        <w:t>vn -0.5981 0.6227 0.5045</w:t>
        <w:br/>
        <w:t>vn -0.0591 -0.0603 -0.9964</w:t>
        <w:br/>
        <w:t>vn 0.2621 0.0081 -0.9650</w:t>
        <w:br/>
        <w:t>vn -0.9756 -0.2128 0.0534</w:t>
        <w:br/>
        <w:t>vn -0.9445 -0.2536 -0.2089</w:t>
        <w:br/>
        <w:t>vn 0.8747 0.1888 -0.4464</w:t>
        <w:br/>
        <w:t>vn 0.8458 0.1659 -0.5070</w:t>
        <w:br/>
        <w:t>vn -0.5896 0.7638 0.2626</w:t>
        <w:br/>
        <w:t>vn -0.5524 0.7581 0.3466</w:t>
        <w:br/>
        <w:t>vn -0.2488 0.5496 -0.7975</w:t>
        <w:br/>
        <w:t>vn -0.1223 0.2947 -0.9477</w:t>
        <w:br/>
        <w:t>vn -0.4657 -0.2891 -0.8364</w:t>
        <w:br/>
        <w:t>vn -0.1379 -0.1811 -0.9737</w:t>
        <w:br/>
        <w:t>vn 0.9768 0.0563 0.2068</w:t>
        <w:br/>
        <w:t>vn 0.7797 -0.0115 0.6261</w:t>
        <w:br/>
        <w:t>vn 0.0255 0.2276 0.9734</w:t>
        <w:br/>
        <w:t>vn 0.0922 -0.3942 0.9144</w:t>
        <w:br/>
        <w:t>vn -0.4232 -0.3430 0.8386</w:t>
        <w:br/>
        <w:t>vn 0.7143 0.1894 0.6738</w:t>
        <w:br/>
        <w:t>vn 0.3906 0.1198 0.9127</w:t>
        <w:br/>
        <w:t>vn 0.3871 -0.6932 -0.6080</w:t>
        <w:br/>
        <w:t>vn 0.4347 -0.4340 -0.7891</w:t>
        <w:br/>
        <w:t>vn -0.1651 0.5770 0.7999</w:t>
        <w:br/>
        <w:t>vn 0.3629 -0.8204 -0.4419</w:t>
        <w:br/>
        <w:t>vn 0.3629 -0.8204 -0.4418</w:t>
        <w:br/>
        <w:t>vn -0.9372 -0.3067 -0.1661</w:t>
        <w:br/>
        <w:t>vn -0.7732 0.1402 0.6184</w:t>
        <w:br/>
        <w:t>vn -0.0880 -0.0156 0.9960</w:t>
        <w:br/>
        <w:t>vn 0.4713 -0.2122 -0.8561</w:t>
        <w:br/>
        <w:t>vn 0.3765 -0.8184 -0.4341</w:t>
        <w:br/>
        <w:t>vn 0.3765 -0.8184 -0.4342</w:t>
        <w:br/>
        <w:t>vn 0.2757 0.3177 0.9072</w:t>
        <w:br/>
        <w:t>vn 0.0696 0.0046 0.9976</w:t>
        <w:br/>
        <w:t>vn -0.3628 0.4701 0.8046</w:t>
        <w:br/>
        <w:t>vn -0.7732 0.1402 0.6185</w:t>
        <w:br/>
        <w:t>vn -0.4699 -0.1807 0.8640</w:t>
        <w:br/>
        <w:t>vn 0.9359 0.3222 0.1423</w:t>
        <w:br/>
        <w:t>vn 0.9146 0.3861 0.1203</w:t>
        <w:br/>
        <w:t>vn 0.9130 0.3929 0.1101</w:t>
        <w:br/>
        <w:t>vn 0.7280 -0.2740 0.6284</w:t>
        <w:br/>
        <w:t>vn 0.3559 -0.2332 0.9049</w:t>
        <w:br/>
        <w:t>vn -0.3174 0.2322 -0.9194</w:t>
        <w:br/>
        <w:t>vn 0.0023 -0.0932 -0.9956</w:t>
        <w:br/>
        <w:t>vn 0.3749 -0.7292 -0.5724</w:t>
        <w:br/>
        <w:t>vn -0.9539 -0.2985 -0.0310</w:t>
        <w:br/>
        <w:t>vn -0.9631 -0.2635 -0.0544</w:t>
        <w:br/>
        <w:t>vn 0.9564 0.2372 0.1705</w:t>
        <w:br/>
        <w:t>vn 0.3146 -0.5993 -0.7361</w:t>
        <w:br/>
        <w:t>vn 0.9422 0.2953 0.1585</w:t>
        <w:br/>
        <w:t>vn -0.9590 -0.2814 -0.0327</w:t>
        <w:br/>
        <w:t>vn 0.1085 -0.2497 -0.9622</w:t>
        <w:br/>
        <w:t>vn 0.2652 -0.3649 -0.8925</w:t>
        <w:br/>
        <w:t>vn 0.2380 -0.1402 -0.9611</w:t>
        <w:br/>
        <w:t>vn -0.9772 -0.1760 -0.1191</w:t>
        <w:br/>
        <w:t>vn -0.9801 -0.1615 -0.1154</w:t>
        <w:br/>
        <w:t>vn -0.1277 -0.1558 0.9795</w:t>
        <w:br/>
        <w:t>vn 0.9367 0.0557 0.3458</w:t>
        <w:br/>
        <w:t>vn 0.9550 0.1221 0.2703</w:t>
        <w:br/>
        <w:t>vn -0.9689 -0.2448 -0.0373</w:t>
        <w:br/>
        <w:t>vn -0.9688 -0.2449 -0.0373</w:t>
        <w:br/>
        <w:t>vn 0.3784 -0.2801 -0.8822</w:t>
        <w:br/>
        <w:t>vn 0.5860 -0.2090 -0.7829</w:t>
        <w:br/>
        <w:t>vn 0.8962 -0.0550 0.4402</w:t>
        <w:br/>
        <w:t>vn 0.7801 -0.2215 0.5851</w:t>
        <w:br/>
        <w:t>vn -0.9742 -0.0585 -0.2182</w:t>
        <w:br/>
        <w:t>vn -0.9033 0.3244 -0.2807</w:t>
        <w:br/>
        <w:t>vn -0.9582 -0.0121 -0.2860</w:t>
        <w:br/>
        <w:t>vn -0.2233 -0.1333 0.9656</w:t>
        <w:br/>
        <w:t>vn -0.5180 -0.1314 0.8452</w:t>
        <w:br/>
        <w:t>vn -0.6742 0.6985 -0.2399</w:t>
        <w:br/>
        <w:t>vn -0.7093 0.4718 -0.5238</w:t>
        <w:br/>
        <w:t>vn 0.8006 0.1415 -0.5822</w:t>
        <w:br/>
        <w:t>vn 0.2621 0.0082 -0.9650</w:t>
        <w:br/>
        <w:t>vn -0.1032 -0.0459 -0.9936</w:t>
        <w:br/>
        <w:t>vn -0.1032 -0.0461 -0.9936</w:t>
        <w:br/>
        <w:t>vn -0.1405 0.6201 0.7719</w:t>
        <w:br/>
        <w:t>vn -0.0654 0.8645 0.4983</w:t>
        <w:br/>
        <w:t>vn -0.0654 0.8646 0.4983</w:t>
        <w:br/>
        <w:t>vn 0.9653 0.1454 0.2171</w:t>
        <w:br/>
        <w:t>vn 0.1988 -0.3638 0.9100</w:t>
        <w:br/>
        <w:t>vn 0.6274 0.1462 0.7649</w:t>
        <w:br/>
        <w:t>vn 0.4475 0.1091 0.8876</w:t>
        <w:br/>
        <w:t>vn -0.0063 0.9384 0.3456</w:t>
        <w:br/>
        <w:t>vn -0.0062 0.9384 0.3456</w:t>
        <w:br/>
        <w:t>vn -0.0974 0.3223 0.9416</w:t>
        <w:br/>
        <w:t>vn -0.9877 -0.1419 -0.0651</w:t>
        <w:br/>
        <w:t>vn -0.9569 -0.2486 -0.1501</w:t>
        <w:br/>
        <w:t>vn -0.9832 -0.1826 0.0018</w:t>
        <w:br/>
        <w:t>vn -0.9715 -0.2363 -0.0189</w:t>
        <w:br/>
        <w:t>vn -0.0872 0.9007 0.4257</w:t>
        <w:br/>
        <w:t>vn -0.0872 0.9006 0.4257</w:t>
        <w:br/>
        <w:t>vn -0.3033 0.1079 0.9468</w:t>
        <w:br/>
        <w:t>vn -0.0480 -0.0102 0.9988</w:t>
        <w:br/>
        <w:t>vn 0.5567 -0.2563 -0.7902</w:t>
        <w:br/>
        <w:t>vn -0.2824 0.6429 0.7120</w:t>
        <w:br/>
        <w:t>vn -0.2823 0.6429 0.7120</w:t>
        <w:br/>
        <w:t>vn -0.3944 0.2787 0.8757</w:t>
        <w:br/>
        <w:t>vn 0.9759 -0.0663 -0.2081</w:t>
        <w:br/>
        <w:t>vn 0.1142 -0.3223 -0.9397</w:t>
        <w:br/>
        <w:t>vn 0.8043 -0.0254 -0.5937</w:t>
        <w:br/>
        <w:t>vn 0.7578 -0.1803 -0.6271</w:t>
        <w:br/>
        <w:t>vn -0.2810 0.0666 -0.9574</w:t>
        <w:br/>
        <w:t>vn -0.1308 -0.0315 -0.9909</w:t>
        <w:br/>
        <w:t>vn 0.9600 0.0428 0.2767</w:t>
        <w:br/>
        <w:t>vn 0.6118 0.1405 0.7784</w:t>
        <w:br/>
        <w:t>vn 0.0472 0.1400 0.9890</w:t>
        <w:br/>
        <w:t>vn -0.0036 0.1429 0.9897</w:t>
        <w:br/>
        <w:t>vn 0.9697 -0.2307 -0.0804</w:t>
        <w:br/>
        <w:t>vn -0.9997 0.0218 -0.0090</w:t>
        <w:br/>
        <w:t>vn -0.9922 -0.0142 -0.1238</w:t>
        <w:br/>
        <w:t>vn 0.6870 0.0172 0.7264</w:t>
        <w:br/>
        <w:t>vn 0.6881 -0.1979 -0.6981</w:t>
        <w:br/>
        <w:t>vn 0.8140 -0.2586 -0.5202</w:t>
        <w:br/>
        <w:t>vn -0.3042 0.1024 0.9471</w:t>
        <w:br/>
        <w:t>vn 0.1361 0.1043 0.9852</w:t>
        <w:br/>
        <w:t>vn -0.4682 0.0711 -0.8808</w:t>
        <w:br/>
        <w:t>vn -0.9845 0.1533 -0.0856</w:t>
        <w:br/>
        <w:t>vn -0.7896 0.1435 -0.5966</w:t>
        <w:br/>
        <w:t>vn -0.5832 0.1805 0.7920</w:t>
        <w:br/>
        <w:t>vn -0.9837 0.1339 -0.1204</w:t>
        <w:br/>
        <w:t>vn -0.9825 0.1290 -0.1345</w:t>
        <w:br/>
        <w:t>vn 0.2718 0.1742 0.9464</w:t>
        <w:br/>
        <w:t>vn 0.1875 0.1219 0.9747</w:t>
        <w:br/>
        <w:t>vn 0.3233 0.1000 0.9410</w:t>
        <w:br/>
        <w:t>vn 0.4955 -0.2408 0.8346</w:t>
        <w:br/>
        <w:t>vn -0.7896 0.1435 -0.5965</w:t>
        <w:br/>
        <w:t>vn -0.7402 0.1107 -0.6632</w:t>
        <w:br/>
        <w:t>vn -0.3853 -0.0039 -0.9228</w:t>
        <w:br/>
        <w:t>vn -0.4682 0.0712 -0.8808</w:t>
        <w:br/>
        <w:t>vn 0.6021 -0.2148 -0.7690</w:t>
        <w:br/>
        <w:t>vn 0.5186 0.0748 -0.8517</w:t>
        <w:br/>
        <w:t>vn 0.8140 -0.2586 -0.5201</w:t>
        <w:br/>
        <w:t>vn -0.7054 0.1830 0.6848</w:t>
        <w:br/>
        <w:t>vn -0.9869 0.1141 0.1143</w:t>
        <w:br/>
        <w:t>vn -0.8667 0.0192 -0.4984</w:t>
        <w:br/>
        <w:t>vn -0.9395 0.0309 -0.3410</w:t>
        <w:br/>
        <w:t>vn -0.8872 -0.0681 -0.4564</w:t>
        <w:br/>
        <w:t>vn -0.9825 0.0914 -0.1623</w:t>
        <w:br/>
        <w:t>vn -0.3217 -0.7848 -0.5297</w:t>
        <w:br/>
        <w:t>vn -0.1018 -0.7639 -0.6373</w:t>
        <w:br/>
        <w:t>vn -0.5758 0.5421 -0.6121</w:t>
        <w:br/>
        <w:t>vn -0.5709 0.6896 -0.4455</w:t>
        <w:br/>
        <w:t>vn 0.3165 -0.8415 0.4379</w:t>
        <w:br/>
        <w:t>vn 0.3745 -0.8004 0.4681</w:t>
        <w:br/>
        <w:t>vn -0.9869 0.1142 0.1143</w:t>
        <w:br/>
        <w:t>vn -0.0595 0.7582 0.6493</w:t>
        <w:br/>
        <w:t>vn 0.1328 0.7489 0.6493</w:t>
        <w:br/>
        <w:t>vn -0.8069 0.2162 -0.5497</w:t>
        <w:br/>
        <w:t>vn 0.0294 -0.2740 0.9613</w:t>
        <w:br/>
        <w:t>vn 0.5429 -0.1696 -0.8225</w:t>
        <w:br/>
        <w:t>vn 0.5012 -0.3790 -0.7779</w:t>
        <w:br/>
        <w:t>vn 0.5430 -0.1696 -0.8225</w:t>
        <w:br/>
        <w:t>vn -0.7930 0.2191 -0.5685</w:t>
        <w:br/>
        <w:t>vn -0.9286 0.0755 -0.3634</w:t>
        <w:br/>
        <w:t>vn 0.3983 0.3416 -0.8513</w:t>
        <w:br/>
        <w:t>vn 0.3684 0.3369 -0.8665</w:t>
        <w:br/>
        <w:t>vn 0.8125 -0.2558 0.5238</w:t>
        <w:br/>
        <w:t>vn 0.8135 -0.2911 0.5034</w:t>
        <w:br/>
        <w:t>vn 0.8223 -0.1810 0.5395</w:t>
        <w:br/>
        <w:t>vn -0.2951 0.1211 0.9478</w:t>
        <w:br/>
        <w:t>vn -0.3567 0.2336 0.9046</w:t>
        <w:br/>
        <w:t>vn -0.1861 0.1263 0.9744</w:t>
        <w:br/>
        <w:t>vn 0.5473 -0.8286 -0.1179</w:t>
        <w:br/>
        <w:t>vn 0.6834 -0.7206 0.1168</w:t>
        <w:br/>
        <w:t>vn 0.5110 -0.8022 0.3086</w:t>
        <w:br/>
        <w:t>vn 0.4296 -0.8905 0.1495</w:t>
        <w:br/>
        <w:t>vn -0.9531 -0.2017 -0.2255</w:t>
        <w:br/>
        <w:t>vn -0.7174 0.3641 0.5939</w:t>
        <w:br/>
        <w:t>vn -0.9104 0.2596 0.3221</w:t>
        <w:br/>
        <w:t>vn 0.7903 -0.1149 -0.6018</w:t>
        <w:br/>
        <w:t>vn 0.0294 -0.2741 0.9613</w:t>
        <w:br/>
        <w:t>vn 0.4500 -0.3377 0.8267</w:t>
        <w:br/>
        <w:t>vn 0.1850 -0.3654 0.9123</w:t>
        <w:br/>
        <w:t>vn 0.4608 -0.0226 -0.8872</w:t>
        <w:br/>
        <w:t>vn 0.3745 -0.8581 0.3513</w:t>
        <w:br/>
        <w:t>vn -0.7808 0.3307 -0.5300</w:t>
        <w:br/>
        <w:t>vn -0.7808 0.3307 -0.5301</w:t>
        <w:br/>
        <w:t>vn -0.8483 0.2782 -0.4505</w:t>
        <w:br/>
        <w:t>vn 0.6602 -0.6615 -0.3557</w:t>
        <w:br/>
        <w:t>vn 0.6046 -0.3188 -0.7299</w:t>
        <w:br/>
        <w:t>vn 0.9072 -0.4046 -0.1155</w:t>
        <w:br/>
        <w:t>vn 0.8242 -0.5652 -0.0357</w:t>
        <w:br/>
        <w:t>vn -0.7274 0.3764 -0.5738</w:t>
        <w:br/>
        <w:t>vn -0.1991 -0.0414 0.9791</w:t>
        <w:br/>
        <w:t>vn 0.8178 -0.1496 0.5557</w:t>
        <w:br/>
        <w:t>vn 0.8523 -0.0842 0.5162</w:t>
        <w:br/>
        <w:t>vn 0.8280 -0.1116 0.5494</w:t>
        <w:br/>
        <w:t>vn 0.5582 -0.4612 0.6897</w:t>
        <w:br/>
        <w:t>vn 0.3481 -0.8384 0.4195</w:t>
        <w:br/>
        <w:t>vn -0.7102 0.4001 -0.5792</w:t>
        <w:br/>
        <w:t>vn -0.9267 -0.1899 -0.3244</w:t>
        <w:br/>
        <w:t>vn -0.9091 -0.4027 -0.1068</w:t>
        <w:br/>
        <w:t>vn -0.8917 0.1873 -0.4120</w:t>
        <w:br/>
        <w:t>vn -0.9027 0.0272 -0.4295</w:t>
        <w:br/>
        <w:t>vn 0.5726 0.5992 0.5595</w:t>
        <w:br/>
        <w:t>vn 0.4171 0.6025 0.6805</w:t>
        <w:br/>
        <w:t>vn 0.3209 0.1136 -0.9403</w:t>
        <w:br/>
        <w:t>vn 0.9063 0.0169 0.4224</w:t>
        <w:br/>
        <w:t>vn 0.9733 0.1767 0.1465</w:t>
        <w:br/>
        <w:t>vn 0.9871 0.1086 0.1177</w:t>
        <w:br/>
        <w:t>vn 0.9602 0.0546 0.2740</w:t>
        <w:br/>
        <w:t>vn 0.5110 -0.8022 0.3087</w:t>
        <w:br/>
        <w:t>vn 0.6792 -0.3225 0.6594</w:t>
        <w:br/>
        <w:t>vn 0.5582 -0.4611 0.6898</w:t>
        <w:br/>
        <w:t>vn 0.6834 -0.7207 0.1168</w:t>
        <w:br/>
        <w:t>vn 0.7594 -0.2704 0.5917</w:t>
        <w:br/>
        <w:t>vn 0.4365 0.4288 0.7909</w:t>
        <w:br/>
        <w:t>vn 0.1781 0.7331 0.6564</w:t>
        <w:br/>
        <w:t>vn 0.9609 -0.2037 0.1874</w:t>
        <w:br/>
        <w:t>vn -0.9904 -0.1013 -0.0945</w:t>
        <w:br/>
        <w:t>vn -0.9748 -0.1342 -0.1781</w:t>
        <w:br/>
        <w:t>vn -0.8573 0.0421 -0.5130</w:t>
        <w:br/>
        <w:t>vn -0.1944 -0.1415 0.9707</w:t>
        <w:br/>
        <w:t>vn 0.8250 -0.1855 0.5339</w:t>
        <w:br/>
        <w:t>vn 0.9072 -0.4046 -0.1154</w:t>
        <w:br/>
        <w:t>vn 0.8623 -0.0786 0.5002</w:t>
        <w:br/>
        <w:t>vn 0.8279 -0.1082 0.5504</w:t>
        <w:br/>
        <w:t>vn -0.8536 0.2965 -0.4283</w:t>
        <w:br/>
        <w:t>vn -0.9443 0.1927 -0.2667</w:t>
        <w:br/>
        <w:t>vn 0.3992 0.3815 0.8337</w:t>
        <w:br/>
        <w:t>vn 0.9372 -0.0822 0.3390</w:t>
        <w:br/>
        <w:t>vn 0.4906 0.2416 -0.8372</w:t>
        <w:br/>
        <w:t>vn 0.5388 0.1649 -0.8261</w:t>
        <w:br/>
        <w:t>vn 0.7904 -0.1149 -0.6018</w:t>
        <w:br/>
        <w:t>vn 0.2902 0.0224 -0.9567</w:t>
        <w:br/>
        <w:t>vn 0.3331 0.0995 -0.9376</w:t>
        <w:br/>
        <w:t>vn 0.6327 0.0685 -0.7714</w:t>
        <w:br/>
        <w:t>vn -0.6789 0.4465 0.5829</w:t>
        <w:br/>
        <w:t>vn -0.0426 0.5048 0.8622</w:t>
        <w:br/>
        <w:t>vn 0.3608 0.3024 0.8823</w:t>
        <w:br/>
        <w:t>vn 0.3534 0.2860 0.8907</w:t>
        <w:br/>
        <w:t>vn -0.1001 0.4292 0.8977</w:t>
        <w:br/>
        <w:t>vn -0.1585 -0.3435 0.9257</w:t>
        <w:br/>
        <w:t>vn 0.8355 -0.1367 0.5322</w:t>
        <w:br/>
        <w:t>vn -0.0083 0.3321 -0.9432</w:t>
        <w:br/>
        <w:t>vn -0.9771 -0.0817 -0.1963</w:t>
        <w:br/>
        <w:t>vn -0.9104 0.2595 0.3221</w:t>
        <w:br/>
        <w:t>vn 0.2723 -0.0199 0.9620</w:t>
        <w:br/>
        <w:t>vn 0.5758 0.1684 -0.8001</w:t>
        <w:br/>
        <w:t>vn -0.1917 -0.0126 0.9814</w:t>
        <w:br/>
        <w:t>vn 0.9815 0.0351 0.1881</w:t>
        <w:br/>
        <w:t>vn 0.9655 0.0298 0.2586</w:t>
        <w:br/>
        <w:t>vn 0.9896 -0.1219 -0.0769</w:t>
        <w:br/>
        <w:t>vn -0.0023 0.1316 -0.9913</w:t>
        <w:br/>
        <w:t>vn 0.8935 -0.1987 0.4027</w:t>
        <w:br/>
        <w:t>vn -0.0527 -0.8916 0.4497</w:t>
        <w:br/>
        <w:t>vn 0.0067 -0.5492 0.8357</w:t>
        <w:br/>
        <w:t>vn 0.0245 -0.8631 0.5044</w:t>
        <w:br/>
        <w:t>vn -0.9312 -0.3132 -0.1865</w:t>
        <w:br/>
        <w:t>vn -0.8580 -0.4554 -0.2376</w:t>
        <w:br/>
        <w:t>vn -0.9528 0.0594 -0.2979</w:t>
        <w:br/>
        <w:t>vn -0.0048 0.0254 -0.9997</w:t>
        <w:br/>
        <w:t>vn 0.0039 -0.0511 -0.9987</w:t>
        <w:br/>
        <w:t>vn 0.6286 0.1392 -0.7651</w:t>
        <w:br/>
        <w:t>vn 0.6287 0.1392 -0.7651</w:t>
        <w:br/>
        <w:t>vn 0.9670 -0.0153 0.2544</w:t>
        <w:br/>
        <w:t>vn 0.3854 0.1691 -0.9071</w:t>
        <w:br/>
        <w:t>vn 0.6622 0.1364 -0.7368</w:t>
        <w:br/>
        <w:t>vn 0.7244 -0.6890 -0.0229</w:t>
        <w:br/>
        <w:t>vn 0.8270 -0.3712 -0.4222</w:t>
        <w:br/>
        <w:t>vn 0.8723 -0.4733 -0.1230</w:t>
        <w:br/>
        <w:t>vn 0.0209 -0.1916 -0.9812</w:t>
        <w:br/>
        <w:t>vn 0.0075 -0.1522 -0.9883</w:t>
        <w:br/>
        <w:t>vn 0.9690 -0.1901 0.1576</w:t>
        <w:br/>
        <w:t>vn 0.9377 -0.1865 0.2933</w:t>
        <w:br/>
        <w:t>vn 0.7175 -0.3355 0.6104</w:t>
        <w:br/>
        <w:t>vn 0.5307 -0.3470 0.7733</w:t>
        <w:br/>
        <w:t>vn 0.9068 0.1299 0.4010</w:t>
        <w:br/>
        <w:t>vn 0.8767 -0.0205 0.4806</w:t>
        <w:br/>
        <w:t>vn 0.6961 -0.5829 0.4191</w:t>
        <w:br/>
        <w:t>vn 0.6961 -0.5830 0.4191</w:t>
        <w:br/>
        <w:t>vn 0.9952 0.0679 -0.0704</w:t>
        <w:br/>
        <w:t>vn 0.9712 -0.0430 0.2342</w:t>
        <w:br/>
        <w:t>vn 0.9584 -0.0450 0.2817</w:t>
        <w:br/>
        <w:t>vn -0.9785 0.0321 -0.2036</w:t>
        <w:br/>
        <w:t>vn -0.9273 -0.1105 -0.3577</w:t>
        <w:br/>
        <w:t>vn 0.1394 -0.6208 0.7715</w:t>
        <w:br/>
        <w:t>vn 0.4617 -0.6044 0.6492</w:t>
        <w:br/>
        <w:t>vn 0.8111 -0.2774 -0.5150</w:t>
        <w:br/>
        <w:t>vn 0.8332 -0.2769 -0.4786</w:t>
        <w:br/>
        <w:t>vn -0.3668 -0.8877 0.2783</w:t>
        <w:br/>
        <w:t>vn -0.4095 -0.8471 0.3388</w:t>
        <w:br/>
        <w:t>vn -0.4095 -0.8471 0.3387</w:t>
        <w:br/>
        <w:t>vn -0.9380 -0.1061 -0.3300</w:t>
        <w:br/>
        <w:t>vn -0.3187 0.3447 -0.8829</w:t>
        <w:br/>
        <w:t>vn -0.3281 0.3368 -0.8825</w:t>
        <w:br/>
        <w:t>vn 0.5260 -0.4373 0.7294</w:t>
        <w:br/>
        <w:t>vn 0.4924 -0.4170 0.7639</w:t>
        <w:br/>
        <w:t>vn 0.4924 -0.4170 0.7640</w:t>
        <w:br/>
        <w:t>vn 0.9485 -0.0648 0.3102</w:t>
        <w:br/>
        <w:t>vn 0.6268 -0.4104 0.6624</w:t>
        <w:br/>
        <w:t>vn 0.7901 0.5945 -0.1494</w:t>
        <w:br/>
        <w:t>vn 0.7651 0.6295 -0.1355</w:t>
        <w:br/>
        <w:t>vn 0.7900 0.5946 -0.1494</w:t>
        <w:br/>
        <w:t>vn 0.9686 -0.0032 0.2485</w:t>
        <w:br/>
        <w:t>vn 0.0638 -0.1483 -0.9869</w:t>
        <w:br/>
        <w:t>vn 0.6687 0.2095 -0.7134</w:t>
        <w:br/>
        <w:t>vn 0.8632 0.2066 -0.4607</w:t>
        <w:br/>
        <w:t>vn 0.9759 -0.0567 0.2107</w:t>
        <w:br/>
        <w:t>vn 0.9842 -0.0041 0.1771</w:t>
        <w:br/>
        <w:t>vn 0.3618 0.3003 -0.8826</w:t>
        <w:br/>
        <w:t>vn 0.7733 0.2754 -0.5710</w:t>
        <w:br/>
        <w:t>vn 0.9566 -0.2800 0.0806</w:t>
        <w:br/>
        <w:t>vn 0.8851 -0.2166 -0.4120</w:t>
        <w:br/>
        <w:t>vn 0.9067 -0.1741 -0.3842</w:t>
        <w:br/>
        <w:t>vn 0.9749 -0.1742 0.1383</w:t>
        <w:br/>
        <w:t>vn -0.1898 -0.3268 -0.9258</w:t>
        <w:br/>
        <w:t>vn -0.9339 -0.1955 -0.2994</w:t>
        <w:br/>
        <w:t>vn 0.9757 0.2185 -0.0131</w:t>
        <w:br/>
        <w:t>vn 0.9691 0.0077 0.2464</w:t>
        <w:br/>
        <w:t>vn 0.9362 -0.0162 0.3512</w:t>
        <w:br/>
        <w:t>vn -0.0252 -0.8222 0.5686</w:t>
        <w:br/>
        <w:t>vn 0.5294 -0.5619 0.6356</w:t>
        <w:br/>
        <w:t>vn 0.3052 -0.5936 0.7447</w:t>
        <w:br/>
        <w:t>vn -0.0624 -0.7632 0.6432</w:t>
        <w:br/>
        <w:t>vn 0.4824 -0.3568 0.8000</w:t>
        <w:br/>
        <w:t>vn 0.5844 -0.1062 0.8045</w:t>
        <w:br/>
        <w:t>vn -0.8927 -0.0698 -0.4452</w:t>
        <w:br/>
        <w:t>vn -0.6274 -0.0059 -0.7786</w:t>
        <w:br/>
        <w:t>vn -0.6204 -0.6205 0.4796</w:t>
        <w:br/>
        <w:t>vn -0.6725 -0.5533 0.4915</w:t>
        <w:br/>
        <w:t>vn -0.6965 -0.5519 0.4586</w:t>
        <w:br/>
        <w:t>vn -0.0396 0.3224 -0.9458</w:t>
        <w:br/>
        <w:t>vn -0.3400 0.2224 -0.9137</w:t>
        <w:br/>
        <w:t>vn -0.3186 0.2026 -0.9260</w:t>
        <w:br/>
        <w:t>vn 0.9785 0.2064 0.0024</w:t>
        <w:br/>
        <w:t>vn 0.9514 0.0481 0.3043</w:t>
        <w:br/>
        <w:t>vn 0.9936 -0.1120 -0.0128</w:t>
        <w:br/>
        <w:t>vn 0.9496 -0.1745 -0.2606</w:t>
        <w:br/>
        <w:t>vn 0.7517 -0.2856 -0.5945</w:t>
        <w:br/>
        <w:t>vn 0.2176 0.4415 -0.8705</w:t>
        <w:br/>
        <w:t>vn 0.6854 0.4618 -0.5630</w:t>
        <w:br/>
        <w:t>vn -0.3583 -0.6620 -0.6583</w:t>
        <w:br/>
        <w:t>vn 0.8954 0.3850 -0.2239</w:t>
        <w:br/>
        <w:t>vn -0.0395 0.3224 -0.9458</w:t>
        <w:br/>
        <w:t>vn 0.5301 0.4672 -0.7076</w:t>
        <w:br/>
        <w:t>vn -0.8910 -0.2705 -0.3646</w:t>
        <w:br/>
        <w:t>vn -0.8576 -0.2717 -0.4366</w:t>
        <w:br/>
        <w:t>vn -0.8073 -0.3641 -0.4644</w:t>
        <w:br/>
        <w:t>vn 0.6814 0.2613 -0.6837</w:t>
        <w:br/>
        <w:t>vn 0.9432 0.2893 -0.1635</w:t>
        <w:br/>
        <w:t>vn 0.7363 -0.2273 0.6374</w:t>
        <w:br/>
        <w:t>vn -0.1587 -0.6125 0.7744</w:t>
        <w:br/>
        <w:t>vn -0.1392 -0.6558 0.7420</w:t>
        <w:br/>
        <w:t>vn 0.2321 -0.2867 0.9295</w:t>
        <w:br/>
        <w:t>vn 0.9323 0.3608 0.0246</w:t>
        <w:br/>
        <w:t>vn 0.2886 -0.3487 0.8917</w:t>
        <w:br/>
        <w:t>vn 0.5090 -0.1199 0.8524</w:t>
        <w:br/>
        <w:t>vn 0.2354 -0.2409 0.9416</w:t>
        <w:br/>
        <w:t>vn -0.5671 -0.1573 -0.8085</w:t>
        <w:br/>
        <w:t>vn 0.7994 -0.1851 0.5716</w:t>
        <w:br/>
        <w:t>vn 0.9782 0.0478 0.2022</w:t>
        <w:br/>
        <w:t>vn 0.8274 -0.0648 0.5578</w:t>
        <w:br/>
        <w:t>vn 0.1422 0.4716 -0.8703</w:t>
        <w:br/>
        <w:t>vn -0.8378 -0.3525 -0.4169</w:t>
        <w:br/>
        <w:t>vn -0.3032 0.1150 -0.9460</w:t>
        <w:br/>
        <w:t>vn -0.2530 -0.0318 -0.9669</w:t>
        <w:br/>
        <w:t>vn 0.9240 0.0909 0.3714</w:t>
        <w:br/>
        <w:t>vn -0.6780 -0.3505 0.6461</w:t>
        <w:br/>
        <w:t>vn -0.3826 -0.2959 0.8752</w:t>
        <w:br/>
        <w:t>vn -0.1143 -0.0476 0.9923</w:t>
        <w:br/>
        <w:t>vn 0.8736 0.4223 -0.2416</w:t>
        <w:br/>
        <w:t>vn 0.9804 0.1581 0.1175</w:t>
        <w:br/>
        <w:t>vn 0.9703 0.2173 -0.1065</w:t>
        <w:br/>
        <w:t>vn 0.9503 0.1514 0.2720</w:t>
        <w:br/>
        <w:t>vn 0.8475 0.5304 -0.0230</w:t>
        <w:br/>
        <w:t>vn 0.8555 0.5084 0.0981</w:t>
        <w:br/>
        <w:t>vn 0.3210 0.3091 0.8952</w:t>
        <w:br/>
        <w:t>vn 0.2675 0.4405 0.8570</w:t>
        <w:br/>
        <w:t>vn 0.0449 0.4860 -0.8728</w:t>
        <w:br/>
        <w:t>vn 0.0100 0.4732 -0.8809</w:t>
        <w:br/>
        <w:t>vn 0.3286 -0.4349 0.8384</w:t>
        <w:br/>
        <w:t>vn 0.6517 -0.0565 0.7564</w:t>
        <w:br/>
        <w:t>vn 0.9785 0.2063 0.0024</w:t>
        <w:br/>
        <w:t>vn 0.8588 0.4510 -0.2431</w:t>
        <w:br/>
        <w:t>vn 0.9518 0.1247 0.2801</w:t>
        <w:br/>
        <w:t>vn 0.9519 0.1247 0.2801</w:t>
        <w:br/>
        <w:t>vn 0.9588 0.1203 0.2572</w:t>
        <w:br/>
        <w:t>vn 0.9802 -0.1894 -0.0575</w:t>
        <w:br/>
        <w:t>vn 0.9799 -0.1479 -0.1337</w:t>
        <w:br/>
        <w:t>vn -0.7232 -0.5184 -0.4564</w:t>
        <w:br/>
        <w:t>vn -0.7607 -0.4693 -0.4484</w:t>
        <w:br/>
        <w:t>vn -0.7330 -0.4990 -0.4623</w:t>
        <w:br/>
        <w:t>vn -0.6142 -0.2860 -0.7355</w:t>
        <w:br/>
        <w:t>vn 0.7850 0.5677 -0.2479</w:t>
        <w:br/>
        <w:t>vn -0.6083 -0.6715 -0.4232</w:t>
        <w:br/>
        <w:t>vn -0.5623 -0.7038 -0.4342</w:t>
        <w:br/>
        <w:t>vn -0.0956 0.4544 -0.8857</w:t>
        <w:br/>
        <w:t>vn -0.1469 0.4207 -0.8952</w:t>
        <w:br/>
        <w:t>vn -0.4714 -0.7883 -0.3953</w:t>
        <w:br/>
        <w:t>vn -0.2330 0.4134 -0.8802</w:t>
        <w:br/>
        <w:t>vn -0.2136 0.4083 -0.8875</w:t>
        <w:br/>
        <w:t>vn 0.7777 0.6273 0.0404</w:t>
        <w:br/>
        <w:t>vn 0.7888 0.5951 0.1540</w:t>
        <w:br/>
        <w:t>vn -0.5330 -0.7300 -0.4279</w:t>
        <w:br/>
        <w:t>vn -0.3442 0.4174 -0.8410</w:t>
        <w:br/>
        <w:t>vn -0.3429 0.3670 -0.8647</w:t>
        <w:br/>
        <w:t>vn -0.2585 0.7156 -0.6489</w:t>
        <w:br/>
        <w:t>vn 0.2274 0.5197 0.8235</w:t>
        <w:br/>
        <w:t>vn 0.7836 0.5679 -0.2521</w:t>
        <w:br/>
        <w:t>vn -0.3522 0.3135 -0.8819</w:t>
        <w:br/>
        <w:t>vn 0.4566 0.2462 0.8549</w:t>
        <w:br/>
        <w:t>vn 0.5108 0.2096 0.8338</w:t>
        <w:br/>
        <w:t>vn 0.6511 0.2236 0.7253</w:t>
        <w:br/>
        <w:t>vn -0.7388 -0.4494 -0.5022</w:t>
        <w:br/>
        <w:t>vn 0.0060 0.9009 -0.4341</w:t>
        <w:br/>
        <w:t>vn 0.8977 0.2832 0.3375</w:t>
        <w:br/>
        <w:t>vn 0.7887 0.5545 0.2654</w:t>
        <w:br/>
        <w:t>vn 0.9784 -0.0995 -0.1811</w:t>
        <w:br/>
        <w:t>vn 0.6899 0.7227 0.0409</w:t>
        <w:br/>
        <w:t>vn 0.7171 0.6751 0.1732</w:t>
        <w:br/>
        <w:t>vn 0.5752 0.1675 0.8007</w:t>
        <w:br/>
        <w:t>vn 0.3433 0.2957 0.8915</w:t>
        <w:br/>
        <w:t>vn 0.6940 0.2593 0.6717</w:t>
        <w:br/>
        <w:t>vn 0.7922 0.1194 0.5985</w:t>
        <w:br/>
        <w:t>vn -0.0689 0.9967 -0.0435</w:t>
        <w:br/>
        <w:t>vn -0.0069 0.9951 0.0983</w:t>
        <w:br/>
        <w:t>vn 0.4032 0.5719 -0.7144</w:t>
        <w:br/>
        <w:t>vn 0.2591 0.5363 -0.8033</w:t>
        <w:br/>
        <w:t>vn 0.1437 0.9242 0.3540</w:t>
        <w:br/>
        <w:t>vn 0.5462 0.1239 0.8284</w:t>
        <w:br/>
        <w:t>vn 0.4734 0.2669 0.8394</w:t>
        <w:br/>
        <w:t>vn 0.9225 0.2693 0.2766</w:t>
        <w:br/>
        <w:t>vn 0.7295 0.2819 0.6232</w:t>
        <w:br/>
        <w:t>vn 0.8154 0.4296 0.3879</w:t>
        <w:br/>
        <w:t>vn 0.9075 0.2659 0.3251</w:t>
        <w:br/>
        <w:t>vn 0.5016 0.8644 0.0334</w:t>
        <w:br/>
        <w:t>vn 0.5635 0.8060 0.1811</w:t>
        <w:br/>
        <w:t>vn 0.2134 0.9727 0.0911</w:t>
        <w:br/>
        <w:t>vn 0.2804 0.9406 0.1914</w:t>
        <w:br/>
        <w:t>vn 0.2940 0.9517 0.0881</w:t>
        <w:br/>
        <w:t>vn 0.4941 0.8568 -0.1476</w:t>
        <w:br/>
        <w:t>vn 0.7296 0.6137 0.3016</w:t>
        <w:br/>
        <w:t>vn 0.2736 0.5148 -0.8125</w:t>
        <w:br/>
        <w:t>vn 0.0425 0.9385 0.3425</w:t>
        <w:br/>
        <w:t>vn -0.2008 0.9347 0.2935</w:t>
        <w:br/>
        <w:t>vn -0.1256 0.9890 0.0782</w:t>
        <w:br/>
        <w:t>vn 0.1437 0.9241 0.3540</w:t>
        <w:br/>
        <w:t>vn 0.2951 0.8975 0.3276</w:t>
        <w:br/>
        <w:t>vn 0.6854 0.3997 0.6086</w:t>
        <w:br/>
        <w:t>vn 0.4941 0.8568 -0.1477</w:t>
        <w:br/>
        <w:t>vn 0.2998 0.8876 -0.3498</w:t>
        <w:br/>
        <w:t>vn 0.8664 0.4288 0.2558</w:t>
        <w:br/>
        <w:t>vn 0.3212 0.7657 0.5573</w:t>
        <w:br/>
        <w:t>vn 0.3110 0.6938 0.6496</w:t>
        <w:br/>
        <w:t>vn 0.3667 0.5278 -0.7661</w:t>
        <w:br/>
        <w:t>vn 0.5329 0.6494 0.5424</w:t>
        <w:br/>
        <w:t>vn 0.3479 0.8345 0.4274</w:t>
        <w:br/>
        <w:t>vn 0.8335 0.4323 0.3441</w:t>
        <w:br/>
        <w:t>vn 0.3393 0.6591 -0.6712</w:t>
        <w:br/>
        <w:t>vn 0.6824 0.2919 0.6702</w:t>
        <w:br/>
        <w:t>vn 0.4933 0.5990 0.6307</w:t>
        <w:br/>
        <w:t>vn 0.5183 0.6593 0.5447</w:t>
        <w:br/>
        <w:t>vn 0.7500 0.5224 0.4058</w:t>
        <w:br/>
        <w:t>vn 0.8163 0.5625 0.1313</w:t>
        <w:br/>
        <w:t>vn 0.1413 0.8456 0.5148</w:t>
        <w:br/>
        <w:t>vn 0.4707 0.3422 0.8133</w:t>
        <w:br/>
        <w:t>vn 0.7583 0.6508 0.0374</w:t>
        <w:br/>
        <w:t>vn 0.6557 0.5658 0.4999</w:t>
        <w:br/>
        <w:t>vn 0.2935 0.9507 0.1004</w:t>
        <w:br/>
        <w:t>vn 0.0045 0.8449 0.5349</w:t>
        <w:br/>
        <w:t>vn 0.7948 0.5273 0.3004</w:t>
        <w:br/>
        <w:t>vn 0.4314 0.5509 -0.7144</w:t>
        <w:br/>
        <w:t>vn 0.5876 0.5915 -0.5521</w:t>
        <w:br/>
        <w:t>vn 0.3437 0.6473 0.6804</w:t>
        <w:br/>
        <w:t>vn 0.4636 0.4876 0.7398</w:t>
        <w:br/>
        <w:t>vn 0.7799 0.6228 0.0622</w:t>
        <w:br/>
        <w:t>vn 0.7583 0.6508 0.0375</w:t>
        <w:br/>
        <w:t>vn 0.7013 0.7104 -0.0600</w:t>
        <w:br/>
        <w:t>vn 0.4084 0.4143 0.8134</w:t>
        <w:br/>
        <w:t>vn 0.3312 0.3734 0.8665</w:t>
        <w:br/>
        <w:t>vn 0.7030 0.3379 0.6258</w:t>
        <w:br/>
        <w:t>vn 0.2552 0.6855 0.6818</w:t>
        <w:br/>
        <w:t>vn 0.3015 0.6566 0.6914</w:t>
        <w:br/>
        <w:t>vn 0.3051 0.5231 0.7958</w:t>
        <w:br/>
        <w:t>vn 0.6257 0.3769 0.6829</w:t>
        <w:br/>
        <w:t>vn 0.5893 0.4003 0.7018</w:t>
        <w:br/>
        <w:t>vn 0.5472 0.5046 0.6678</w:t>
        <w:br/>
        <w:t>vn 0.9604 -0.1142 -0.2543</w:t>
        <w:br/>
        <w:t>vn 0.4808 -0.8459 0.2308</w:t>
        <w:br/>
        <w:t>vn 0.6482 -0.7598 0.0505</w:t>
        <w:br/>
        <w:t>vn 0.9286 -0.3633 -0.0752</w:t>
        <w:br/>
        <w:t>vn 0.4420 -0.5207 0.7304</w:t>
        <w:br/>
        <w:t>vn 0.0522 -0.5241 0.8500</w:t>
        <w:br/>
        <w:t>vn 0.0007 -0.5241 0.8516</w:t>
        <w:br/>
        <w:t>vn 0.2198 -0.6223 0.7513</w:t>
        <w:br/>
        <w:t>vn -0.3853 -0.0038 -0.9228</w:t>
        <w:br/>
        <w:t>vn 0.9905 -0.0994 0.0948</w:t>
        <w:br/>
        <w:t>vn 0.6056 0.1002 0.7894</w:t>
        <w:br/>
        <w:t>vn -0.7048 -0.4762 0.5258</w:t>
        <w:br/>
        <w:t>vn 0.9620 0.2670 -0.0564</w:t>
        <w:br/>
        <w:t>vn 0.9293 0.3145 -0.1937</w:t>
        <w:br/>
        <w:t>vn 0.9122 0.2816 -0.2975</w:t>
        <w:br/>
        <w:t>vn 0.7078 -0.2969 0.6410</w:t>
        <w:br/>
        <w:t>vn 0.2431 0.1988 -0.9494</w:t>
        <w:br/>
        <w:t>vn 0.0752 0.6466 0.7591</w:t>
        <w:br/>
        <w:t>vn 0.5063 -0.0107 0.8623</w:t>
        <w:br/>
        <w:t>vn 0.7436 -0.0043 0.6686</w:t>
        <w:br/>
        <w:t>vn 0.1847 -0.6565 -0.7314</w:t>
        <w:br/>
        <w:t>vn 0.1847 -0.6565 -0.7313</w:t>
        <w:br/>
        <w:t>vn -0.5368 0.2605 -0.8025</w:t>
        <w:br/>
        <w:t>vn -0.4324 0.6655 0.6084</w:t>
        <w:br/>
        <w:t>vn -0.4281 0.6851 0.5894</w:t>
        <w:br/>
        <w:t>vn 0.5507 -0.6591 0.5122</w:t>
        <w:br/>
        <w:t>vn 0.5507 -0.6591 0.5121</w:t>
        <w:br/>
        <w:t>vn 0.3431 -0.5531 -0.7592</w:t>
        <w:br/>
        <w:t>vn 0.3432 -0.5531 -0.7592</w:t>
        <w:br/>
        <w:t>vn -0.6099 0.2069 -0.7650</w:t>
        <w:br/>
        <w:t>vn -0.5059 0.4547 0.7330</w:t>
        <w:br/>
        <w:t>vn -0.5256 0.2773 0.8042</w:t>
        <w:br/>
        <w:t>vn -0.5754 0.5263 0.6261</w:t>
        <w:br/>
        <w:t>vn 0.7333 -0.4468 0.5124</w:t>
        <w:br/>
        <w:t>vn 0.1892 0.1561 -0.9695</w:t>
        <w:br/>
        <w:t>vn 0.7851 0.1492 0.6011</w:t>
        <w:br/>
        <w:t>vn 0.8968 -0.0681 0.4371</w:t>
        <w:br/>
        <w:t>vn 0.5876 0.5916 -0.5521</w:t>
        <w:br/>
        <w:t>vn 0.4410 0.1313 0.8878</w:t>
        <w:br/>
        <w:t>vn 0.8178 0.0529 0.5730</w:t>
        <w:br/>
        <w:t>vn 0.8849 0.0449 0.4637</w:t>
        <w:br/>
        <w:t>vn 0.8953 0.3850 -0.2239</w:t>
        <w:br/>
        <w:t>vn -0.2344 -0.6560 0.7174</w:t>
        <w:br/>
        <w:t>vn 0.8637 -0.2810 0.4185</w:t>
        <w:br/>
        <w:t>vn 0.8693 -0.3148 0.3811</w:t>
        <w:br/>
        <w:t>vn -0.4675 0.6770 -0.5684</w:t>
        <w:br/>
        <w:t>vn -0.8503 -0.1973 0.4879</w:t>
        <w:br/>
        <w:t>vn -0.8170 -0.2880 0.4996</w:t>
        <w:br/>
        <w:t>vn -0.6577 -0.3890 0.6451</w:t>
        <w:br/>
        <w:t>vn -0.5585 -0.1196 0.8208</w:t>
        <w:br/>
        <w:t>vn -0.6425 -0.4190 0.6416</w:t>
        <w:br/>
        <w:t>vn -0.7297 -0.0828 0.6788</w:t>
        <w:br/>
        <w:t>vn -0.7254 -0.4327 0.5353</w:t>
        <w:br/>
        <w:t>vn -0.8690 -0.3493 0.3503</w:t>
        <w:br/>
        <w:t>vn -0.9734 -0.1838 -0.1372</w:t>
        <w:br/>
        <w:t>vn -0.7988 -0.2370 -0.5529</w:t>
        <w:br/>
        <w:t>vn -0.1222 0.2947 -0.9477</w:t>
        <w:br/>
        <w:t>vn -0.4310 -0.2295 -0.8727</w:t>
        <w:br/>
        <w:t>vn 0.1158 0.1179 -0.9863</w:t>
        <w:br/>
        <w:t>vn 0.2192 0.5935 -0.7744</w:t>
        <w:br/>
        <w:t>vn 0.5314 0.4322 -0.7286</w:t>
        <w:br/>
        <w:t>vn 0.4727 0.8730 -0.1196</w:t>
        <w:br/>
        <w:t>vn 0.3482 0.7793 -0.5211</w:t>
        <w:br/>
        <w:t>vn 0.5520 0.7911 0.2637</w:t>
        <w:br/>
        <w:t>vn 0.2676 0.7924 0.5482</w:t>
        <w:br/>
        <w:t>vn 0.6010 0.7671 0.2246</w:t>
        <w:br/>
        <w:t>vn -0.8135 0.5650 0.1380</w:t>
        <w:br/>
        <w:t>vn -0.6723 0.7379 0.0596</w:t>
        <w:br/>
        <w:t>vn -0.6631 0.7418 0.1004</w:t>
        <w:br/>
        <w:t>vn -0.6843 -0.7287 -0.0277</w:t>
        <w:br/>
        <w:t>vn -0.4782 -0.8617 0.1699</w:t>
        <w:br/>
        <w:t>vn -0.3456 -0.8588 0.3782</w:t>
        <w:br/>
        <w:t>vn -0.3324 -0.7836 0.5249</w:t>
        <w:br/>
        <w:t>vn -0.0696 -0.5708 0.8182</w:t>
        <w:br/>
        <w:t>vn 0.6577 -0.5507 0.5139</w:t>
        <w:br/>
        <w:t>vn 0.6130 -0.6639 0.4283</w:t>
        <w:br/>
        <w:t>vn 0.6493 -0.6891 0.3219</w:t>
        <w:br/>
        <w:t>vn 0.6074 -0.7940 0.0259</w:t>
        <w:br/>
        <w:t>vn 0.5276 -0.1619 -0.8339</w:t>
        <w:br/>
        <w:t>vn 0.1289 -0.0245 -0.9914</w:t>
        <w:br/>
        <w:t>vn 0.1483 -0.0838 -0.9854</w:t>
        <w:br/>
        <w:t>vn 0.1911 -0.0554 -0.9800</w:t>
        <w:br/>
        <w:t>vn 0.6725 -0.3355 0.6596</w:t>
        <w:br/>
        <w:t>vn 0.5373 0.7121 0.4518</w:t>
        <w:br/>
        <w:t>vn 0.7216 0.5904 0.3615</w:t>
        <w:br/>
        <w:t>vn 0.8026 0.5395 0.2544</w:t>
        <w:br/>
        <w:t>vn -0.3553 0.2757 -0.8931</w:t>
        <w:br/>
        <w:t>vn -0.9748 -0.1342 -0.1782</w:t>
        <w:br/>
        <w:t>vn 0.8961 -0.3427 -0.2822</w:t>
        <w:br/>
        <w:t>vn 0.9158 0.3552 0.1875</w:t>
        <w:br/>
        <w:t>vn -0.3469 0.7749 -0.5285</w:t>
        <w:br/>
        <w:t>vn -0.6544 -0.7461 -0.1230</w:t>
        <w:br/>
        <w:t>vn 0.4774 -0.1692 0.8622</w:t>
        <w:br/>
        <w:t>vn 0.4236 0.4407 0.7914</w:t>
        <w:br/>
        <w:t>vn 0.6463 0.3969 -0.6517</w:t>
        <w:br/>
        <w:t>vn 0.7773 -0.3078 0.5487</w:t>
        <w:br/>
        <w:t>vn 0.0717 0.0830 0.9940</w:t>
        <w:br/>
        <w:t>vn 0.4222 -0.4550 0.7840</w:t>
        <w:br/>
        <w:t>vn 0.6319 -0.2779 0.7235</w:t>
        <w:br/>
        <w:t>vn 0.6846 -0.5419 0.4875</w:t>
        <w:br/>
        <w:t>vn 0.5696 -0.6391 0.5169</w:t>
        <w:br/>
        <w:t>vn -0.5631 0.4825 0.6709</w:t>
        <w:br/>
        <w:t>vn -0.4043 0.6662 0.6267</w:t>
        <w:br/>
        <w:t>vn -0.8054 0.1710 -0.5675</w:t>
        <w:br/>
        <w:t>vn -0.8054 0.1711 -0.5675</w:t>
        <w:br/>
        <w:t>vn -0.5978 0.4050 -0.6918</w:t>
        <w:br/>
        <w:t>vn -0.0720 -0.7432 -0.6652</w:t>
        <w:br/>
        <w:t>vn -0.0721 -0.7432 -0.6651</w:t>
        <w:br/>
        <w:t>vn 0.2156 -0.4585 -0.8621</w:t>
        <w:br/>
        <w:t>vn 0.2156 -0.4585 -0.8622</w:t>
        <w:br/>
        <w:t>vn 0.6498 -0.7361 0.1897</w:t>
        <w:br/>
        <w:t>vn 0.6437 -0.7407 0.1925</w:t>
        <w:br/>
        <w:t>vn -0.1549 -0.8134 -0.5607</w:t>
        <w:br/>
        <w:t>vn 0.7067 -0.5233 0.4761</w:t>
        <w:br/>
        <w:t>vn -0.8548 0.0969 -0.5098</w:t>
        <w:br/>
        <w:t>vn -0.3657 0.7069 0.6055</w:t>
        <w:br/>
        <w:t>vn -0.9924 0.0689 -0.1020</w:t>
        <w:br/>
        <w:t>vn -0.9749 0.0686 0.2120</w:t>
        <w:br/>
        <w:t>vn -0.9620 0.1707 0.2132</w:t>
        <w:br/>
        <w:t>vn 0.9936 -0.1121 -0.0128</w:t>
        <w:br/>
        <w:t>vn -0.7672 -0.1184 0.6304</w:t>
        <w:br/>
        <w:t>vn -0.3523 -0.7617 -0.5437</w:t>
        <w:br/>
        <w:t>vn -0.6377 -0.6147 -0.4643</w:t>
        <w:br/>
        <w:t>vn -0.2466 -0.5921 -0.7672</w:t>
        <w:br/>
        <w:t>vn -0.9432 0.3288 -0.0481</w:t>
        <w:br/>
        <w:t>vn -0.9399 0.0594 -0.3362</w:t>
        <w:br/>
        <w:t>vn -0.9610 -0.0410 -0.2737</w:t>
        <w:br/>
        <w:t>vn -0.9647 0.2624 -0.0242</w:t>
        <w:br/>
        <w:t>vn -0.4225 -0.8671 -0.2638</w:t>
        <w:br/>
        <w:t>vn -0.8013 -0.5647 -0.1974</w:t>
        <w:br/>
        <w:t>vn -0.6376 -0.6147 -0.4642</w:t>
        <w:br/>
        <w:t>vn -0.9697 0.2443 0.0008</w:t>
        <w:br/>
        <w:t>vn 0.9056 -0.4128 -0.0972</w:t>
        <w:br/>
        <w:t>vn 0.8721 -0.4704 -0.1348</w:t>
        <w:br/>
        <w:t>vn -0.1476 -0.4093 -0.9004</w:t>
        <w:br/>
        <w:t>vn 0.9198 -0.3896 -0.0467</w:t>
        <w:br/>
        <w:t>vn -0.8091 0.5634 0.1672</w:t>
        <w:br/>
        <w:t>vn -0.8013 0.5456 0.2454</w:t>
        <w:br/>
        <w:t>vn -0.9211 0.3862 -0.0490</w:t>
        <w:br/>
        <w:t>vn -0.8975 0.2041 -0.3910</w:t>
        <w:br/>
        <w:t>vn -0.8083 0.5824 0.0860</w:t>
        <w:br/>
        <w:t>vn 0.5202 0.4320 0.7367</w:t>
        <w:br/>
        <w:t>vn 0.6198 0.6395 0.4549</w:t>
        <w:br/>
        <w:t>vn -0.4097 -0.9069 -0.0985</w:t>
        <w:br/>
        <w:t>vn -0.7923 -0.6093 -0.0308</w:t>
        <w:br/>
        <w:t>vn 0.6660 0.7233 0.1826</w:t>
        <w:br/>
        <w:t>vn 0.8543 -0.4984 -0.1478</w:t>
        <w:br/>
        <w:t>vn -0.8057 0.5103 0.3007</w:t>
        <w:br/>
        <w:t>vn -0.9709 0.2149 0.1052</w:t>
        <w:br/>
        <w:t>vn 0.4106 0.1867 0.8925</w:t>
        <w:br/>
        <w:t>vn 0.9253 -0.3662 -0.0986</w:t>
        <w:br/>
        <w:t>vn -0.7828 -0.1472 -0.6046</w:t>
        <w:br/>
        <w:t>vn -0.9415 0.2586 -0.2159</w:t>
        <w:br/>
        <w:t>vn -0.5872 0.3148 -0.7457</w:t>
        <w:br/>
        <w:t>vn -0.0849 -0.9508 -0.2980</w:t>
        <w:br/>
        <w:t>vn 0.0922 -0.8987 -0.4287</w:t>
        <w:br/>
        <w:t>vn 0.3434 -0.8296 -0.4402</w:t>
        <w:br/>
        <w:t>vn 0.0191 -0.8555 -0.5174</w:t>
        <w:br/>
        <w:t>vn -0.1021 -0.4039 -0.9091</w:t>
        <w:br/>
        <w:t>vn 0.3574 -0.8766 -0.3224</w:t>
        <w:br/>
        <w:t>vn 0.3905 -0.8712 -0.2975</w:t>
        <w:br/>
        <w:t>vn -0.8124 0.5634 0.1505</w:t>
        <w:br/>
        <w:t>vn -0.0364 -0.1907 -0.9810</w:t>
        <w:br/>
        <w:t>vn 0.3319 0.4448 0.8319</w:t>
        <w:br/>
        <w:t>vn 0.3173 -0.0025 0.9483</w:t>
        <w:br/>
        <w:t>vn -0.0612 0.3825 0.9219</w:t>
        <w:br/>
        <w:t>vn -0.6070 -0.7156 -0.3457</w:t>
        <w:br/>
        <w:t>vn -0.6069 -0.7157 -0.3457</w:t>
        <w:br/>
        <w:t>vn -0.5940 -0.7185 -0.3619</w:t>
        <w:br/>
        <w:t>vn -0.3449 -0.9316 -0.1150</w:t>
        <w:br/>
        <w:t>vn -0.6010 0.7671 0.2246</w:t>
        <w:br/>
        <w:t>vn -0.5552 0.6872 0.4685</w:t>
        <w:br/>
        <w:t>vn -0.9540 0.2997 0.0084</w:t>
        <w:br/>
        <w:t>vn -0.8809 0.2060 -0.4262</w:t>
        <w:br/>
        <w:t>vn 0.3766 -0.9262 0.0191</w:t>
        <w:br/>
        <w:t>vn 0.3143 -0.5704 -0.7588</w:t>
        <w:br/>
        <w:t>vn -0.4865 0.7181 0.4976</w:t>
        <w:br/>
        <w:t>vn 0.8362 0.2960 0.4617</w:t>
        <w:br/>
        <w:t>vn 0.7114 0.1292 0.6908</w:t>
        <w:br/>
        <w:t>vn 0.4938 -0.7423 -0.4530</w:t>
        <w:br/>
        <w:t>vn 0.7211 -0.6917 0.0387</w:t>
        <w:br/>
        <w:t>vn 0.6587 0.7507 0.0504</w:t>
        <w:br/>
        <w:t>vn 0.6588 0.7507 0.0504</w:t>
        <w:br/>
        <w:t>vn -0.5492 0.8182 -0.1700</w:t>
        <w:br/>
        <w:t>vn -0.7721 0.0884 -0.6293</w:t>
        <w:br/>
        <w:t>vn -0.9536 -0.1678 -0.2500</w:t>
        <w:br/>
        <w:t>vn -0.8422 0.5356 -0.0624</w:t>
        <w:br/>
        <w:t>vn -0.0879 0.3658 -0.9265</w:t>
        <w:br/>
        <w:t>vn -0.1877 -0.0028 0.9822</w:t>
        <w:br/>
        <w:t>vn -0.4728 0.8730 -0.1196</w:t>
        <w:br/>
        <w:t>vn -0.9085 -0.3440 0.2371</w:t>
        <w:br/>
        <w:t>vn -0.9089 0.0090 0.4170</w:t>
        <w:br/>
        <w:t>vn -0.3076 -0.9327 -0.1882</w:t>
        <w:br/>
        <w:t>vn -0.7745 -0.6325 0.0036</w:t>
        <w:br/>
        <w:t>vn -0.6506 0.2657 0.7114</w:t>
        <w:br/>
        <w:t>vn 0.9015 -0.3984 -0.1689</w:t>
        <w:br/>
        <w:t>vn -0.6344 0.7674 -0.0935</w:t>
        <w:br/>
        <w:t>vn -0.4977 0.2206 -0.8388</w:t>
        <w:br/>
        <w:t>vn -0.6611 -0.7503 -0.0018</w:t>
        <w:br/>
        <w:t>vn -0.4499 -0.8881 0.0942</w:t>
        <w:br/>
        <w:t>vn -0.9485 0.1515 0.2781</w:t>
        <w:br/>
        <w:t>vn 0.9087 0.0468 0.4148</w:t>
        <w:br/>
        <w:t>vn 0.7278 -0.1457 0.6701</w:t>
        <w:br/>
        <w:t>vn 0.7985 0.3213 0.5092</w:t>
        <w:br/>
        <w:t>vn 0.9688 0.2123 -0.1281</w:t>
        <w:br/>
        <w:t>vn 0.8658 0.4991 0.0367</w:t>
        <w:br/>
        <w:t>vn 0.3169 -0.0141 0.9483</w:t>
        <w:br/>
        <w:t>vn 0.3170 -0.0141 0.9483</w:t>
        <w:br/>
        <w:t>vn 0.9050 -0.3284 -0.2703</w:t>
        <w:br/>
        <w:t>vn 0.3882 -0.8223 0.4160</w:t>
        <w:br/>
        <w:t>vn 0.7249 -0.6710 -0.1558</w:t>
        <w:br/>
        <w:t>vn -0.4237 0.4406 0.7914</w:t>
        <w:br/>
        <w:t>vn -0.4775 -0.1692 0.8622</w:t>
        <w:br/>
        <w:t>vn -0.3482 0.7792 -0.5211</w:t>
        <w:br/>
        <w:t>vn -0.7265 -0.2580 0.6369</w:t>
        <w:br/>
        <w:t>vn 0.2672 0.2980 -0.9164</w:t>
        <w:br/>
        <w:t>vn -0.7905 0.4947 0.3610</w:t>
        <w:br/>
        <w:t>vn 0.8105 0.1474 -0.5669</w:t>
        <w:br/>
        <w:t>vn 0.7050 0.5095 -0.4934</w:t>
        <w:br/>
        <w:t>vn 0.6163 -0.6058 -0.5031</w:t>
        <w:br/>
        <w:t>vn 0.7951 -0.6054 -0.0368</w:t>
        <w:br/>
        <w:t>vn -0.9148 0.3529 -0.1966</w:t>
        <w:br/>
        <w:t>vn -0.8997 0.3998 0.1754</w:t>
        <w:br/>
        <w:t>vn -0.3219 0.9292 0.1814</w:t>
        <w:br/>
        <w:t>vn -0.2630 0.9557 0.1324</w:t>
        <w:br/>
        <w:t>vn -0.2744 0.9472 0.1656</w:t>
        <w:br/>
        <w:t>vn 0.6095 0.2101 0.7645</w:t>
        <w:br/>
        <w:t>vn 0.5604 -0.1039 0.8217</w:t>
        <w:br/>
        <w:t>vn 0.4260 0.1198 0.8968</w:t>
        <w:br/>
        <w:t>vn -0.7272 -0.6437 0.2382</w:t>
        <w:br/>
        <w:t>vn -0.6629 -0.7203 0.2041</w:t>
        <w:br/>
        <w:t>vn -0.5057 -0.6711 0.5422</w:t>
        <w:br/>
        <w:t>vn -0.5900 -0.5551 0.5863</w:t>
        <w:br/>
        <w:t>vn -0.4450 -0.2620 -0.8563</w:t>
        <w:br/>
        <w:t>vn -0.4263 -0.2143 -0.8788</w:t>
        <w:br/>
        <w:t>vn -0.6577 -0.6900 0.3023</w:t>
        <w:br/>
        <w:t>vn -0.5914 -0.7993 0.1071</w:t>
        <w:br/>
        <w:t>vn -0.6501 -0.6106 0.4523</w:t>
        <w:br/>
        <w:t>vn 0.6465 0.7608 0.0564</w:t>
        <w:br/>
        <w:t>vn 0.6102 0.7824 0.1247</w:t>
        <w:br/>
        <w:t>vn -0.4756 0.8355 0.2753</w:t>
        <w:br/>
        <w:t>vn -0.4920 -0.8317 -0.2573</w:t>
        <w:br/>
        <w:t>vn -0.8421 0.5356 -0.0625</w:t>
        <w:br/>
        <w:t>vn -0.3672 0.8567 0.3623</w:t>
        <w:br/>
        <w:t>vn -0.3218 0.9293 0.1813</w:t>
        <w:br/>
        <w:t>vn 0.4123 0.5401 -0.7337</w:t>
        <w:br/>
        <w:t>vn 0.4399 0.4746 -0.7624</w:t>
        <w:br/>
        <w:t>vn -0.3963 -0.4653 -0.7915</w:t>
        <w:br/>
        <w:t>vn -0.3963 -0.4652 -0.7915</w:t>
        <w:br/>
        <w:t>vn -0.7994 -0.5254 0.2913</w:t>
        <w:br/>
        <w:t>vn -0.7027 -0.3500 0.6195</w:t>
        <w:br/>
        <w:t>vn -0.7580 0.0157 0.6521</w:t>
        <w:br/>
        <w:t>vn -0.7773 -0.3077 0.5487</w:t>
        <w:br/>
        <w:t>vn -0.2766 -0.5267 0.8038</w:t>
        <w:br/>
        <w:t>vn -0.3642 -0.3833 0.8488</w:t>
        <w:br/>
        <w:t>vn -0.2430 -0.8224 -0.5144</w:t>
        <w:br/>
        <w:t>vn -0.9504 -0.2370 0.2013</w:t>
        <w:br/>
        <w:t>vn -0.8606 -0.0572 0.5061</w:t>
        <w:br/>
        <w:t>vn 0.2672 0.2981 -0.9164</w:t>
        <w:br/>
        <w:t>vn -0.2193 0.5935 -0.7744</w:t>
        <w:br/>
        <w:t>vn 0.0904 0.7022 -0.7062</w:t>
        <w:br/>
        <w:t>vn 0.7911 -0.0933 -0.6046</w:t>
        <w:br/>
        <w:t>vn 0.2564 -0.6383 0.7258</w:t>
        <w:br/>
        <w:t>vn 0.7424 -0.4681 0.4793</w:t>
        <w:br/>
        <w:t>vn 0.5555 0.2703 -0.7864</w:t>
        <w:br/>
        <w:t>vn 0.4978 0.1496 -0.8543</w:t>
        <w:br/>
        <w:t>vn 0.4823 0.4644 -0.7428</w:t>
        <w:br/>
        <w:t>vn -0.8072 -0.5777 0.1214</w:t>
        <w:br/>
        <w:t>vn -0.6226 -0.5275 0.5780</w:t>
        <w:br/>
        <w:t>vn 0.6618 0.3719 0.6509</w:t>
        <w:br/>
        <w:t>vn 0.6382 0.4803 0.6017</w:t>
        <w:br/>
        <w:t>vn -0.4548 0.3426 0.8221</w:t>
        <w:br/>
        <w:t>vn -0.4392 -0.2237 0.8701</w:t>
        <w:br/>
        <w:t>vn -0.2009 0.7335 0.6493</w:t>
        <w:br/>
        <w:t>vn -0.4987 -0.1196 0.8585</w:t>
        <w:br/>
        <w:t>vn -0.9102 -0.2242 0.3483</w:t>
        <w:br/>
        <w:t>vn 0.4489 -0.2505 0.8577</w:t>
        <w:br/>
        <w:t>vn -0.0717 0.0829 0.9940</w:t>
        <w:br/>
        <w:t>vn -0.6869 0.2496 0.6825</w:t>
        <w:br/>
        <w:t>vn -0.6538 0.6264 0.4245</w:t>
        <w:br/>
        <w:t>vn 0.5939 0.6500 0.4741</w:t>
        <w:br/>
        <w:t>vn 0.5883 0.6094 0.5316</w:t>
        <w:br/>
        <w:t>vn -0.6118 0.0994 -0.7848</w:t>
        <w:br/>
        <w:t>vn 0.9445 -0.2536 -0.2090</w:t>
        <w:br/>
        <w:t>vn 0.9756 -0.2128 0.0534</w:t>
        <w:br/>
        <w:t>vn 0.5949 0.7686 0.2354</w:t>
        <w:br/>
        <w:t>vn 0.2488 0.5496 -0.7975</w:t>
        <w:br/>
        <w:t>vn 0.1223 0.2947 -0.9477</w:t>
        <w:br/>
        <w:t>vn 0.4883 -0.3410 -0.8033</w:t>
        <w:br/>
        <w:t>vn -0.9768 0.0563 0.2068</w:t>
        <w:br/>
        <w:t>vn -0.7797 -0.0115 0.6261</w:t>
        <w:br/>
        <w:t>vn 0.5629 0.7398 0.3684</w:t>
        <w:br/>
        <w:t>vn -0.0691 -0.3921 0.9173</w:t>
        <w:br/>
        <w:t>vn -0.0279 0.2273 0.9734</w:t>
        <w:br/>
        <w:t>vn 0.4232 -0.3430 0.8386</w:t>
        <w:br/>
        <w:t>vn -0.6506 0.2656 0.7114</w:t>
        <w:br/>
        <w:t>vn -0.3635 -0.7036 -0.6106</w:t>
        <w:br/>
        <w:t>vn -0.4335 -0.4354 -0.7890</w:t>
        <w:br/>
        <w:t>vn 0.1665 0.5776 0.7991</w:t>
        <w:br/>
        <w:t>vn -0.3234 -0.8346 -0.4460</w:t>
        <w:br/>
        <w:t>vn 0.7732 0.1402 0.6184</w:t>
        <w:br/>
        <w:t>vn -0.4814 -0.2080 -0.8515</w:t>
        <w:br/>
        <w:t>vn -0.3371 -0.8316 -0.4413</w:t>
        <w:br/>
        <w:t>vn -0.2757 0.3177 0.9072</w:t>
        <w:br/>
        <w:t>vn -0.0717 0.0830 0.9940</w:t>
        <w:br/>
        <w:t>vn -0.0696 0.0046 0.9976</w:t>
        <w:br/>
        <w:t>vn 0.3628 0.4701 0.8046</w:t>
        <w:br/>
        <w:t>vn 0.7732 0.1402 0.6185</w:t>
        <w:br/>
        <w:t>vn 0.4699 -0.1807 0.8640</w:t>
        <w:br/>
        <w:t>vn -0.9359 0.3222 0.1423</w:t>
        <w:br/>
        <w:t>vn -0.9146 0.3862 0.1203</w:t>
        <w:br/>
        <w:t>vn -0.9146 0.3861 0.1203</w:t>
        <w:br/>
        <w:t>vn -0.9130 0.3929 0.1101</w:t>
        <w:br/>
        <w:t>vn -0.7280 -0.2740 0.6284</w:t>
        <w:br/>
        <w:t>vn -0.3559 -0.2332 0.9049</w:t>
        <w:br/>
        <w:t>vn 0.0083 -0.1049 -0.9945</w:t>
        <w:br/>
        <w:t>vn 0.0020 -0.0940 -0.9956</w:t>
        <w:br/>
        <w:t>vn 0.3397 0.2396 -0.9095</w:t>
        <w:br/>
        <w:t>vn -0.3414 -0.7172 -0.6076</w:t>
        <w:br/>
        <w:t>vn -0.3913 -0.7095 -0.5861</w:t>
        <w:br/>
        <w:t>vn 0.9612 -0.2697 -0.0572</w:t>
        <w:br/>
        <w:t>vn 0.9516 -0.3052 -0.0354</w:t>
        <w:br/>
        <w:t>vn -0.9564 0.2372 0.1705</w:t>
        <w:br/>
        <w:t>vn -0.3266 -0.6150 -0.7177</w:t>
        <w:br/>
        <w:t>vn -0.9422 0.2953 0.1585</w:t>
        <w:br/>
        <w:t>vn 0.9575 -0.2859 -0.0380</w:t>
        <w:br/>
        <w:t>vn -0.0894 -0.2594 -0.9616</w:t>
        <w:br/>
        <w:t>vn -0.2459 -0.1429 -0.9587</w:t>
        <w:br/>
        <w:t>vn -0.2684 -0.4155 -0.8691</w:t>
        <w:br/>
        <w:t>vn 0.9752 -0.1924 -0.1092</w:t>
        <w:br/>
        <w:t>vn 0.1277 -0.1558 0.9795</w:t>
        <w:br/>
        <w:t>vn 0.1276 -0.1558 0.9795</w:t>
        <w:br/>
        <w:t>vn -0.9550 0.1221 0.2703</w:t>
        <w:br/>
        <w:t>vn -0.9367 0.0557 0.3458</w:t>
        <w:br/>
        <w:t>vn 0.9681 -0.2471 -0.0419</w:t>
        <w:br/>
        <w:t>vn 0.9681 -0.2470 -0.0419</w:t>
        <w:br/>
        <w:t>vn -0.2616 -0.5888 -0.7648</w:t>
        <w:br/>
        <w:t>vn -0.8963 -0.0550 0.4401</w:t>
        <w:br/>
        <w:t>vn -0.7801 -0.2215 0.5851</w:t>
        <w:br/>
        <w:t>vn 0.9675 -0.0260 -0.2514</w:t>
        <w:br/>
        <w:t>vn 0.9675 -0.0259 -0.2514</w:t>
        <w:br/>
        <w:t>vn 0.7202 0.4869 -0.4942</w:t>
        <w:br/>
        <w:t>vn 0.8822 0.4099 -0.2316</w:t>
        <w:br/>
        <w:t>vn 0.5180 -0.1314 0.8452</w:t>
        <w:br/>
        <w:t>vn 0.2233 -0.1332 0.9656</w:t>
        <w:br/>
        <w:t>vn 0.6833 0.6959 -0.2207</w:t>
        <w:br/>
        <w:t>vn 0.1405 0.6201 0.7719</w:t>
        <w:br/>
        <w:t>vn 0.0653 0.8645 0.4983</w:t>
        <w:br/>
        <w:t>vn 0.0654 0.8645 0.4983</w:t>
        <w:br/>
        <w:t>vn -0.9731 0.0372 0.2273</w:t>
        <w:br/>
        <w:t>vn -0.1988 -0.3638 0.9100</w:t>
        <w:br/>
        <w:t>vn 0.0063 0.9383 0.3456</w:t>
        <w:br/>
        <w:t>vn 0.0062 0.9384 0.3456</w:t>
        <w:br/>
        <w:t>vn 0.0787 0.2849 0.9553</w:t>
        <w:br/>
        <w:t>vn 0.1371 0.2977 0.9448</w:t>
        <w:br/>
        <w:t>vn 0.0872 0.9007 0.4257</w:t>
        <w:br/>
        <w:t>vn 0.0872 0.9006 0.4257</w:t>
        <w:br/>
        <w:t>vn 0.3033 0.1079 0.9468</w:t>
        <w:br/>
        <w:t>vn 0.2824 0.6429 0.7120</w:t>
        <w:br/>
        <w:t>vn 0.3944 0.2788 0.8756</w:t>
        <w:br/>
        <w:t>vn 0.4932 0.6859 -0.5351</w:t>
        <w:br/>
        <w:t>vn 0.8170 -0.2880 0.4996</w:t>
        <w:br/>
        <w:t>vn 0.8503 -0.1973 0.4879</w:t>
        <w:br/>
        <w:t>vn 0.5903 -0.3906 0.7064</w:t>
        <w:br/>
        <w:t>vn 0.6036 -0.4009 0.6891</w:t>
        <w:br/>
        <w:t>vn 0.7212 -0.6917 0.0388</w:t>
        <w:br/>
        <w:t>vn 0.7131 -0.4677 0.5223</w:t>
        <w:br/>
        <w:t>vn 0.8691 -0.3493 0.3503</w:t>
        <w:br/>
        <w:t>vn 0.9734 -0.1838 -0.1372</w:t>
        <w:br/>
        <w:t>vn 0.7989 -0.2370 -0.5529</w:t>
        <w:br/>
        <w:t>vn 0.4311 -0.2295 -0.8727</w:t>
        <w:br/>
        <w:t>vn -0.1158 0.1179 -0.9863</w:t>
        <w:br/>
        <w:t>vn -0.5314 0.4322 -0.7286</w:t>
        <w:br/>
        <w:t>vn -0.5520 0.7911 0.2636</w:t>
        <w:br/>
        <w:t>vn -0.2676 0.7924 0.5482</w:t>
        <w:br/>
        <w:t>vn 0.8135 0.5650 0.1380</w:t>
        <w:br/>
        <w:t>vn 0.6723 0.7379 0.0596</w:t>
        <w:br/>
        <w:t>vn 0.6631 0.7418 0.1004</w:t>
        <w:br/>
        <w:t>vn 0.4782 -0.8617 0.1699</w:t>
        <w:br/>
        <w:t>vn 0.6843 -0.7287 -0.0277</w:t>
        <w:br/>
        <w:t>vn 0.3456 -0.8588 0.3782</w:t>
        <w:br/>
        <w:t>vn 0.3324 -0.7836 0.5249</w:t>
        <w:br/>
        <w:t>vn 0.0697 -0.5707 0.8182</w:t>
        <w:br/>
        <w:t>vn -0.6226 -0.5275 0.5781</w:t>
        <w:br/>
        <w:t>vn -0.6501 -0.6105 0.4524</w:t>
        <w:br/>
        <w:t>vn -0.6578 -0.6899 0.3023</w:t>
        <w:br/>
        <w:t>vn -0.5107 -0.1703 -0.8427</w:t>
        <w:br/>
        <w:t>vn -0.1594 -0.0779 -0.9841</w:t>
        <w:br/>
        <w:t>vn -0.1504 -0.0227 -0.9884</w:t>
        <w:br/>
        <w:t>vn -0.1336 -0.0384 -0.9903</w:t>
        <w:br/>
        <w:t>vn 0.0083 -0.1048 -0.9945</w:t>
        <w:br/>
        <w:t>vn -0.2093 -0.0352 -0.9772</w:t>
        <w:br/>
        <w:t>vn -0.6725 -0.3355 0.6596</w:t>
        <w:br/>
        <w:t>vn 0.6544 -0.7461 -0.1230</w:t>
        <w:br/>
        <w:t>vn -0.4774 -0.1692 0.8622</w:t>
        <w:br/>
        <w:t>vn -0.4236 0.4407 0.7914</w:t>
        <w:br/>
        <w:t>vn -0.6463 0.3969 -0.6517</w:t>
        <w:br/>
        <w:t>vn -0.7773 -0.3078 0.5487</w:t>
        <w:br/>
        <w:t>vn -0.6846 -0.5419 0.4875</w:t>
        <w:br/>
        <w:t>vn -0.6319 -0.2779 0.7235</w:t>
        <w:br/>
        <w:t>vn -0.4222 -0.4550 0.7840</w:t>
        <w:br/>
        <w:t>vn -0.5696 -0.6391 0.5169</w:t>
        <w:br/>
        <w:t>vn 0.4044 0.6662 0.6267</w:t>
        <w:br/>
        <w:t>vn 0.4043 0.6662 0.6267</w:t>
        <w:br/>
        <w:t>vn 0.5631 0.4825 0.6709</w:t>
        <w:br/>
        <w:t>vn 0.8054 0.1711 -0.5675</w:t>
        <w:br/>
        <w:t>vn 0.5978 0.4050 -0.6918</w:t>
        <w:br/>
        <w:t>vn 0.0719 -0.7433 -0.6651</w:t>
        <w:br/>
        <w:t>vn -0.2156 -0.4584 -0.8622</w:t>
        <w:br/>
        <w:t>vn -0.2156 -0.4585 -0.8622</w:t>
        <w:br/>
        <w:t>vn 0.0719 -0.7432 -0.6652</w:t>
        <w:br/>
        <w:t>vn -0.6498 -0.7361 0.1897</w:t>
        <w:br/>
        <w:t>vn -0.6437 -0.7407 0.1925</w:t>
        <w:br/>
        <w:t>vn 0.1549 -0.8134 -0.5607</w:t>
        <w:br/>
        <w:t>vn -0.7067 -0.5234 0.4761</w:t>
        <w:br/>
        <w:t>vn 0.8548 0.0969 -0.5098</w:t>
        <w:br/>
        <w:t>vn 0.3657 0.7069 0.6055</w:t>
        <w:br/>
        <w:t>vn -0.9822 0.1030 0.1573</w:t>
        <w:br/>
        <w:t>vn -0.5010 -0.4096 -0.7624</w:t>
        <w:br/>
        <w:t>vn -0.6287 -0.1540 -0.7622</w:t>
        <w:br/>
        <w:t>vn -0.6442 -0.1037 -0.7578</w:t>
        <w:br/>
        <w:t>vn -0.7316 -0.0315 -0.6810</w:t>
        <w:br/>
        <w:t>vn -0.5321 -0.2732 -0.8014</w:t>
        <w:br/>
        <w:t>vn -0.7139 0.2140 -0.6667</w:t>
        <w:br/>
        <w:t>vn 0.2258 -0.9700 -0.0900</w:t>
        <w:br/>
        <w:t>vn 0.0891 -0.9954 0.0338</w:t>
        <w:br/>
        <w:t>vn 0.2259 -0.9700 -0.0900</w:t>
        <w:br/>
        <w:t>vn -0.8492 0.2158 -0.4819</w:t>
        <w:br/>
        <w:t>vn 0.4811 -0.8100 -0.3353</w:t>
        <w:br/>
        <w:t>vn 0.6730 -0.7330 -0.0989</w:t>
        <w:br/>
        <w:t>vn -0.2051 0.9674 0.1485</w:t>
        <w:br/>
        <w:t>vn -0.3525 0.8505 0.3903</w:t>
        <w:br/>
        <w:t>vn -0.3651 0.8851 0.2886</w:t>
        <w:br/>
        <w:t>vn 0.5671 -0.3537 0.7438</w:t>
        <w:br/>
        <w:t>vn 0.5046 -0.0561 0.8615</w:t>
        <w:br/>
        <w:t>vn 0.4615 0.0018 0.8871</w:t>
        <w:br/>
        <w:t>vn 0.3888 0.2467 0.8877</w:t>
        <w:br/>
        <w:t>vn -0.6678 -0.1997 -0.7170</w:t>
        <w:br/>
        <w:t>vn -0.6209 -0.1911 -0.7603</w:t>
        <w:br/>
        <w:t>vn -0.8411 -0.0634 -0.5371</w:t>
        <w:br/>
        <w:t>vn -0.8803 -0.2006 -0.4300</w:t>
        <w:br/>
        <w:t>vn 0.6405 -0.1639 0.7503</w:t>
        <w:br/>
        <w:t>vn 0.6454 -0.3763 0.6647</w:t>
        <w:br/>
        <w:t>vn -0.0492 0.3578 0.9325</w:t>
        <w:br/>
        <w:t>vn -0.4590 0.6355 0.6208</w:t>
        <w:br/>
        <w:t>vn -0.9658 0.0731 -0.2488</w:t>
        <w:br/>
        <w:t>vn -0.9809 -0.1755 -0.0841</w:t>
        <w:br/>
        <w:t>vn 0.9389 -0.1438 -0.3127</w:t>
        <w:br/>
        <w:t>vn 0.8804 -0.4528 -0.1409</w:t>
        <w:br/>
        <w:t>vn 0.6491 -0.5276 -0.5480</w:t>
        <w:br/>
        <w:t>vn 0.6794 -0.1810 -0.7111</w:t>
        <w:br/>
        <w:t>vn 0.7968 -0.1758 0.5781</w:t>
        <w:br/>
        <w:t>vn 0.8805 -0.0639 0.4697</w:t>
        <w:br/>
        <w:t>vn -0.2386 -0.1198 0.9637</w:t>
        <w:br/>
        <w:t>vn 0.0785 0.0359 0.9963</w:t>
        <w:br/>
        <w:t>vn 0.2123 -0.1217 0.9696</w:t>
        <w:br/>
        <w:t>vn -0.6713 -0.2137 -0.7097</w:t>
        <w:br/>
        <w:t>vn -0.8541 -0.3453 -0.3889</w:t>
        <w:br/>
        <w:t>vn -0.9056 -0.4241 -0.0050</w:t>
        <w:br/>
        <w:t>vn 0.9081 0.1458 -0.3925</w:t>
        <w:br/>
        <w:t>vn 0.5754 0.1406 -0.8057</w:t>
        <w:br/>
        <w:t>vn 0.8815 0.0367 0.4707</w:t>
        <w:br/>
        <w:t>vn -0.0629 -0.2690 0.9611</w:t>
        <w:br/>
        <w:t>vn 0.3498 -0.1628 0.9226</w:t>
        <w:br/>
        <w:t>vn -0.6875 -0.1630 -0.7077</w:t>
        <w:br/>
        <w:t>vn -0.8414 -0.3775 -0.3867</w:t>
        <w:br/>
        <w:t>vn -0.8501 -0.5266 0.0005</w:t>
        <w:br/>
        <w:t>vn 0.4320 0.3380 -0.8361</w:t>
        <w:br/>
        <w:t>vn 0.4320 0.3381 -0.8361</w:t>
        <w:br/>
        <w:t>vn 0.9655 0.2054 0.1600</w:t>
        <w:br/>
        <w:t>vn 0.8560 0.0546 0.5141</w:t>
        <w:br/>
        <w:t>vn -0.9349 -0.1195 -0.3343</w:t>
        <w:br/>
        <w:t>vn -0.7421 -0.0502 -0.6684</w:t>
        <w:br/>
        <w:t>vn 0.3420 -0.2677 0.9008</w:t>
        <w:br/>
        <w:t>vn 0.0362 -0.4007 0.9155</w:t>
        <w:br/>
        <w:t>vn -0.9296 -0.3683 0.0123</w:t>
        <w:br/>
        <w:t>vn 0.3619 0.3962 -0.8438</w:t>
        <w:br/>
        <w:t>vn 0.9622 0.2105 0.1725</w:t>
        <w:br/>
        <w:t>vn 0.8390 -0.0197 0.5438</w:t>
        <w:br/>
        <w:t>vn 0.3429 -0.3755 0.8611</w:t>
        <w:br/>
        <w:t>vn 0.0389 -0.4927 0.8693</w:t>
        <w:br/>
        <w:t>vn -0.3944 0.2028 0.8963</w:t>
        <w:br/>
        <w:t>vn -0.9947 -0.0782 -0.0660</w:t>
        <w:br/>
        <w:t>vn 0.5321 -0.2732 -0.8014</w:t>
        <w:br/>
        <w:t>vn 0.7316 -0.0315 -0.6810</w:t>
        <w:br/>
        <w:t>vn 0.8492 0.2158 -0.4819</w:t>
        <w:br/>
        <w:t>vn -0.4811 -0.8100 -0.3353</w:t>
        <w:br/>
        <w:t>vn -0.6730 -0.7330 -0.0989</w:t>
        <w:br/>
        <w:t>vn 0.6678 -0.1997 -0.7171</w:t>
        <w:br/>
        <w:t>vn 0.8803 -0.2005 -0.4300</w:t>
        <w:br/>
        <w:t>vn 0.8411 -0.0634 -0.5371</w:t>
        <w:br/>
        <w:t>vn 0.6208 -0.1911 -0.7603</w:t>
        <w:br/>
        <w:t>vn -0.6405 -0.1638 0.7503</w:t>
        <w:br/>
        <w:t>vn -0.6454 -0.3763 0.6647</w:t>
        <w:br/>
        <w:t>vn 0.4273 0.5707 0.7012</w:t>
        <w:br/>
        <w:t>vn 0.4273 0.5706 0.7013</w:t>
        <w:br/>
        <w:t>vn 0.9809 -0.1754 -0.0841</w:t>
        <w:br/>
        <w:t>vn 0.9658 0.0731 -0.2488</w:t>
        <w:br/>
        <w:t>vn -0.4601 0.0615 0.8857</w:t>
        <w:br/>
        <w:t>vn -0.9438 -0.1483 -0.2954</w:t>
        <w:br/>
        <w:t>vn -0.6707 -0.1187 -0.7321</w:t>
        <w:br/>
        <w:t>vn -0.6491 -0.5276 -0.5480</w:t>
        <w:br/>
        <w:t>vn -0.8804 -0.4528 -0.1409</w:t>
        <w:br/>
        <w:t>vn -0.7968 -0.1758 0.5781</w:t>
        <w:br/>
        <w:t>vn -0.8805 -0.0640 0.4697</w:t>
        <w:br/>
        <w:t>vn 0.1861 -0.1290 0.9740</w:t>
        <w:br/>
        <w:t>vn -0.2770 -0.0978 0.9559</w:t>
        <w:br/>
        <w:t>vn -0.1491 0.0540 0.9873</w:t>
        <w:br/>
        <w:t>vn 0.3457 0.1524 0.9259</w:t>
        <w:br/>
        <w:t>vn 0.6714 -0.2135 -0.7097</w:t>
        <w:br/>
        <w:t>vn 0.8542 -0.3450 -0.3889</w:t>
        <w:br/>
        <w:t>vn 0.9057 -0.4239 -0.0050</w:t>
        <w:br/>
        <w:t>vn -0.6189 0.0878 -0.7805</w:t>
        <w:br/>
        <w:t>vn -0.5278 0.1916 -0.8275</w:t>
        <w:br/>
        <w:t>vn -0.8816 0.0365 0.4707</w:t>
        <w:br/>
        <w:t>vn -0.9859 0.1104 0.1254</w:t>
        <w:br/>
        <w:t>vn -0.3347 -0.1762 0.9257</w:t>
        <w:br/>
        <w:t>vn 0.0409 -0.2835 0.9581</w:t>
        <w:br/>
        <w:t>vn 0.6875 -0.1627 -0.7077</w:t>
        <w:br/>
        <w:t>vn 0.8415 -0.3771 -0.3868</w:t>
        <w:br/>
        <w:t>vn 0.8503 -0.5262 0.0005</w:t>
        <w:br/>
        <w:t>vn -0.4524 0.3162 -0.8339</w:t>
        <w:br/>
        <w:t>vn -0.3995 0.3478 -0.8482</w:t>
        <w:br/>
        <w:t>vn -0.8561 0.0543 0.5140</w:t>
        <w:br/>
        <w:t>vn -0.9656 0.2051 0.1600</w:t>
        <w:br/>
        <w:t>vn -0.0362 -0.4007 0.9155</w:t>
        <w:br/>
        <w:t>vn -0.3419 -0.2677 0.9008</w:t>
        <w:br/>
        <w:t>vn 0.9345 -0.1221 -0.3344</w:t>
        <w:br/>
        <w:t>vn 0.9294 -0.3688 0.0120</w:t>
        <w:br/>
        <w:t>vn -0.3615 0.3964 -0.8439</w:t>
        <w:br/>
        <w:t>vn -0.3615 0.3965 -0.8439</w:t>
        <w:br/>
        <w:t>vn -0.8655 0.0257 0.5002</w:t>
        <w:br/>
        <w:t>vn -0.9624 0.2098 0.1724</w:t>
        <w:br/>
        <w:t>vn -0.3605 -0.3494 0.8648</w:t>
        <w:br/>
        <w:t>vn -0.0387 -0.4927 0.8693</w:t>
        <w:br/>
        <w:t>vn 0.7414 -0.0520 -0.6691</w:t>
        <w:br/>
        <w:t>vn -0.3672 0.3355 -0.8675</w:t>
        <w:br/>
        <w:t>vn 0.9945 -0.0819 -0.0649</w:t>
        <w:br/>
        <w:t>vn -0.2771 0.6909 -0.6678</w:t>
        <w:br/>
        <w:t>vn -0.2771 0.6908 -0.6678</w:t>
        <w:br/>
        <w:t>vn -0.3386 0.6266 -0.7020</w:t>
        <w:br/>
        <w:t>vn -0.3386 0.6266 -0.7019</w:t>
        <w:br/>
        <w:t>vn -0.3039 -0.9260 -0.2238</w:t>
        <w:br/>
        <w:t>vn -0.0984 -0.9756 -0.1962</w:t>
        <w:br/>
        <w:t>vn 0.0724 -0.9960 0.0526</w:t>
        <w:br/>
        <w:t>vn -0.1151 -0.9903 0.0773</w:t>
        <w:br/>
        <w:t>vn 0.4580 -0.7528 0.4728</w:t>
        <w:br/>
        <w:t>vn 0.3343 -0.7947 0.5066</w:t>
        <w:br/>
        <w:t>vn 0.8007 -0.0696 0.5950</w:t>
        <w:br/>
        <w:t>vn 0.8144 -0.1251 0.5666</w:t>
        <w:br/>
        <w:t>vn 0.8022 0.3730 0.4662</w:t>
        <w:br/>
        <w:t>vn 0.8488 0.3717 0.3760</w:t>
        <w:br/>
        <w:t>vn 0.3614 -0.8944 0.2636</w:t>
        <w:br/>
        <w:t>vn 0.8593 0.3923 0.3284</w:t>
        <w:br/>
        <w:t>vn 0.7656 0.3946 0.5081</w:t>
        <w:br/>
        <w:t>vn -0.2355 0.7285 -0.6433</w:t>
        <w:br/>
        <w:t>vn -0.3592 0.6018 -0.7133</w:t>
        <w:br/>
        <w:t>vn -0.8225 0.4651 0.3272</w:t>
        <w:br/>
        <w:t>vn -0.8166 0.5116 0.2674</w:t>
        <w:br/>
        <w:t>vn -0.8165 0.5116 0.2675</w:t>
        <w:br/>
        <w:t>vn -0.8225 0.4651 0.3273</w:t>
        <w:br/>
        <w:t>vn 0.2989 0.4530 -0.8399</w:t>
        <w:br/>
        <w:t>vn 0.1492 0.4497 -0.8806</w:t>
        <w:br/>
        <w:t>vn 0.1491 0.4497 -0.8806</w:t>
        <w:br/>
        <w:t>vn 0.4174 -0.8831 0.2144</w:t>
        <w:br/>
        <w:t>vn 0.3311 -0.9274 0.1743</w:t>
        <w:br/>
        <w:t>vn 0.3491 0.4536 -0.8200</w:t>
        <w:br/>
        <w:t>vn 0.2852 -0.9449 0.1609</w:t>
        <w:br/>
        <w:t>vn -0.8251 0.4301 0.3662</w:t>
        <w:br/>
        <w:t>vn -0.8252 0.4301 0.3662</w:t>
        <w:br/>
        <w:t>vn -0.8150 0.5241 0.2474</w:t>
        <w:br/>
        <w:t>vn -0.7463 -0.6000 -0.2881</w:t>
        <w:br/>
        <w:t>vn -0.7628 -0.5607 -0.3219</w:t>
        <w:br/>
        <w:t>vn -0.6309 -0.2945 -0.7178</w:t>
        <w:br/>
        <w:t>vn -0.6932 -0.2473 -0.6770</w:t>
        <w:br/>
        <w:t>vn -0.7628 -0.5607 -0.3220</w:t>
        <w:br/>
        <w:t>vn -0.7463 -0.5999 -0.2882</w:t>
        <w:br/>
        <w:t>vn -0.5912 -0.7858 0.1818</w:t>
        <w:br/>
        <w:t>vn -0.7076 -0.6897 0.1537</w:t>
        <w:br/>
        <w:t>vn 0.5158 -0.2945 0.8045</w:t>
        <w:br/>
        <w:t>vn 0.7080 -0.0557 0.7040</w:t>
        <w:br/>
        <w:t>vn 0.7189 0.0840 0.6900</w:t>
        <w:br/>
        <w:t>vn 0.5196 -0.1427 0.8424</w:t>
        <w:br/>
        <w:t>vn 0.4237 0.5825 -0.6936</w:t>
        <w:br/>
        <w:t>vn 0.3801 0.3442 -0.8585</w:t>
        <w:br/>
        <w:t>vn 0.3800 0.3442 -0.8585</w:t>
        <w:br/>
        <w:t>vn 0.4237 0.5826 -0.6936</w:t>
        <w:br/>
        <w:t>vn 0.7080 -0.0558 0.7040</w:t>
        <w:br/>
        <w:t>vn 0.8263 0.1877 0.5310</w:t>
        <w:br/>
        <w:t>vn 0.8361 0.3015 0.4583</w:t>
        <w:br/>
        <w:t>vn 0.7188 0.0840 0.6901</w:t>
        <w:br/>
        <w:t>vn -0.5219 -0.8320 0.1882</w:t>
        <w:br/>
        <w:t>vn -0.7281 -0.2039 -0.6544</w:t>
        <w:br/>
        <w:t>vn 0.7021 -0.1718 0.6910</w:t>
        <w:br/>
        <w:t>vn 0.4042 0.6932 -0.5968</w:t>
        <w:br/>
        <w:t>vn 0.7663 0.0132 0.6424</w:t>
        <w:br/>
        <w:t>vn -0.2837 -0.6709 0.6851</w:t>
        <w:br/>
        <w:t>vn -0.5344 -0.7023 0.4704</w:t>
        <w:br/>
        <w:t>vn -0.4759 -0.7693 0.4261</w:t>
        <w:br/>
        <w:t>vn -0.4759 -0.7693 0.4262</w:t>
        <w:br/>
        <w:t>vn 0.4100 -0.3823 0.8281</w:t>
        <w:br/>
        <w:t>vn 0.4339 -0.3891 0.8126</w:t>
        <w:br/>
        <w:t>vn 0.3640 -0.3776 0.8514</w:t>
        <w:br/>
        <w:t>vn -0.3424 0.3052 -0.8886</w:t>
        <w:br/>
        <w:t>vn -0.3468 0.2564 -0.9022</w:t>
        <w:br/>
        <w:t>vn 0.8840 0.4463 -0.1391</w:t>
        <w:br/>
        <w:t>vn 0.8840 0.4463 -0.1390</w:t>
        <w:br/>
        <w:t>vn 0.8435 0.5116 -0.1636</w:t>
        <w:br/>
        <w:t>vn 0.8435 0.5116 -0.1637</w:t>
        <w:br/>
        <w:t>vn -0.2837 -0.6710 0.6851</w:t>
        <w:br/>
        <w:t>vn -0.5875 -0.6412 0.4936</w:t>
        <w:br/>
        <w:t>vn 0.0771 -0.8900 -0.4493</w:t>
        <w:br/>
        <w:t>vn -0.2968 -0.8238 -0.4829</w:t>
        <w:br/>
        <w:t>vn -0.2968 -0.8239 -0.4829</w:t>
        <w:br/>
        <w:t>vn 0.9158 0.3553 0.1875</w:t>
        <w:br/>
        <w:t>vn -0.6233 0.5863 -0.5174</w:t>
        <w:br/>
        <w:t>vn -0.9517 0.2185 -0.2156</w:t>
        <w:br/>
        <w:t>vn 0.7951 -0.6054 -0.0367</w:t>
        <w:br/>
        <w:t>vn 0.6880 -0.1979 -0.6981</w:t>
        <w:br/>
        <w:t>vn 0.1697 0.9659 0.1955</w:t>
        <w:br/>
        <w:t>vn 0.9603 -0.1142 -0.2544</w:t>
        <w:br/>
        <w:t>vn 0.2356 -0.8436 -0.4826</w:t>
        <w:br/>
        <w:t>vn -0.6777 -0.4751 -0.5613</w:t>
        <w:br/>
        <w:t>vn -0.4805 -0.5327 -0.6966</w:t>
        <w:br/>
        <w:t>vn -0.4409 -0.6806 -0.5851</w:t>
        <w:br/>
        <w:t>vn -0.6363 -0.6231 -0.4547</w:t>
        <w:br/>
        <w:t>vn -0.6845 -0.2342 -0.6903</w:t>
        <w:br/>
        <w:t>vn -0.5363 -0.2345 -0.8108</w:t>
        <w:br/>
        <w:t>vn -0.8206 -0.5013 -0.2745</w:t>
        <w:br/>
        <w:t>vn -0.8112 -0.3605 -0.4603</w:t>
        <w:br/>
        <w:t>vn -0.1957 -0.7077 -0.6788</w:t>
        <w:br/>
        <w:t>vn -0.1955 -0.5661 -0.8008</w:t>
        <w:br/>
        <w:t>vn -0.4344 -0.7206 -0.5405</w:t>
        <w:br/>
        <w:t>vn -0.5874 -0.6933 -0.4176</w:t>
        <w:br/>
        <w:t>vn -0.7719 -0.2227 -0.5954</w:t>
        <w:br/>
        <w:t>vn -0.2124 -0.3070 -0.9277</w:t>
        <w:br/>
        <w:t>vn -0.6990 -0.6349 -0.3290</w:t>
        <w:br/>
        <w:t>vn -0.2113 -0.7449 -0.6329</w:t>
        <w:br/>
        <w:t>vn -0.6214 -0.0542 -0.7816</w:t>
        <w:br/>
        <w:t>vn -0.5115 0.0079 -0.8592</w:t>
        <w:br/>
        <w:t>vn -0.6733 -0.0655 -0.7364</w:t>
        <w:br/>
        <w:t>vn -0.8520 -0.1504 -0.5015</w:t>
        <w:br/>
        <w:t>vn -0.9083 -0.2933 -0.2984</w:t>
        <w:br/>
        <w:t>vn -0.6020 -0.6236 -0.4987</w:t>
        <w:br/>
        <w:t>vn -0.4572 -0.6543 -0.6024</w:t>
        <w:br/>
        <w:t>vn -0.6055 -0.7040 -0.3712</w:t>
        <w:br/>
        <w:t>vn -0.8290 -0.4771 -0.2918</w:t>
        <w:br/>
        <w:t>vn -0.0000 -0.7093 -0.7049</w:t>
        <w:br/>
        <w:t>vn 0.0000 -0.5686 -0.8226</w:t>
        <w:br/>
        <w:t>vn -0.2294 -0.0464 -0.9722</w:t>
        <w:br/>
        <w:t>vn -0.2443 -0.6133 -0.7511</w:t>
        <w:br/>
        <w:t>vn -0.7562 0.0740 -0.6501</w:t>
        <w:br/>
        <w:t>vn -0.6639 -0.5528 -0.5037</w:t>
        <w:br/>
        <w:t>vn -0.4710 -0.5670 -0.6757</w:t>
        <w:br/>
        <w:t>vn -0.5411 -0.6377 -0.5482</w:t>
        <w:br/>
        <w:t>vn -0.5292 -0.5356 -0.6580</w:t>
        <w:br/>
        <w:t>vn -0.6762 -0.5713 -0.4652</w:t>
        <w:br/>
        <w:t>vn -0.0000 -0.3179 -0.9481</w:t>
        <w:br/>
        <w:t>vn -0.7076 -0.6820 -0.1846</w:t>
        <w:br/>
        <w:t>vn -0.2621 -0.4428 -0.8575</w:t>
        <w:br/>
        <w:t>vn 0.0000 -0.7531 -0.6579</w:t>
        <w:br/>
        <w:t>vn -0.6206 -0.7744 -0.1234</w:t>
        <w:br/>
        <w:t>vn -0.9296 -0.3647 -0.0531</w:t>
        <w:br/>
        <w:t>vn -0.9078 -0.4087 0.0945</w:t>
        <w:br/>
        <w:t>vn -0.8748 0.0171 -0.4842</w:t>
        <w:br/>
        <w:t>vn -0.9481 -0.2361 -0.2129</w:t>
        <w:br/>
        <w:t>vn 0.0000 -0.5757 -0.8177</w:t>
        <w:br/>
        <w:t>vn -0.8059 0.2203 -0.5496</w:t>
        <w:br/>
        <w:t>vn -0.0000 -0.3412 -0.9400</w:t>
        <w:br/>
        <w:t>vn -0.5878 0.0956 -0.8033</w:t>
        <w:br/>
        <w:t>vn -0.6873 -0.3998 -0.6064</w:t>
        <w:br/>
        <w:t>vn -0.4347 0.1831 -0.8817</w:t>
        <w:br/>
        <w:t>vn 0.4614 -0.8758 0.1415</w:t>
        <w:br/>
        <w:t>vn 0.4613 -0.8759 0.1415</w:t>
        <w:br/>
        <w:t>vn 0.1359 -0.9063 0.4002</w:t>
        <w:br/>
        <w:t>vn -0.1246 -0.8753 0.4673</w:t>
        <w:br/>
        <w:t>vn 0.1065 -0.8554 0.5068</w:t>
        <w:br/>
        <w:t>vn -0.0723 -0.9175 0.3911</w:t>
        <w:br/>
        <w:t>vn -0.6680 -0.6035 0.4354</w:t>
        <w:br/>
        <w:t>vn -0.5014 -0.7448 0.4403</w:t>
        <w:br/>
        <w:t>vn -0.6687 -0.3606 0.6502</w:t>
        <w:br/>
        <w:t>vn -0.6688 -0.3606 0.6502</w:t>
        <w:br/>
        <w:t>vn -0.4805 0.0597 0.8750</w:t>
        <w:br/>
        <w:t>vn -0.6687 -0.3606 0.6503</w:t>
        <w:br/>
        <w:t>vn -0.1674 -0.9196 0.3554</w:t>
        <w:br/>
        <w:t>vn -0.3948 -0.8462 0.3577</w:t>
        <w:br/>
        <w:t>vn -0.0000 -0.0576 -0.9983</w:t>
        <w:br/>
        <w:t>vn -0.9506 -0.3090 0.0302</w:t>
        <w:br/>
        <w:t>vn -0.7404 -0.1836 0.6466</w:t>
        <w:br/>
        <w:t>vn -0.6173 -0.0416 -0.7857</w:t>
        <w:br/>
        <w:t>vn 0.4397 -0.8941 -0.0851</w:t>
        <w:br/>
        <w:t>vn 0.1955 -0.5661 -0.8008</w:t>
        <w:br/>
        <w:t>vn 0.1957 -0.7077 -0.6788</w:t>
        <w:br/>
        <w:t>vn -0.4253 0.8973 0.1179</w:t>
        <w:br/>
        <w:t>vn -0.4254 0.8973 0.1179</w:t>
        <w:br/>
        <w:t>vn -0.4035 0.9061 0.1275</w:t>
        <w:br/>
        <w:t>vn -0.4034 0.9061 0.1276</w:t>
        <w:br/>
        <w:t>vn 0.2113 -0.7449 -0.6329</w:t>
        <w:br/>
        <w:t>vn 0.0376 -0.9356 0.3511</w:t>
        <w:br/>
        <w:t>vn -0.0000 -0.9526 0.3044</w:t>
        <w:br/>
        <w:t>vn -0.4190 0.8817 0.2169</w:t>
        <w:br/>
        <w:t>vn -0.2292 0.1853 -0.9556</w:t>
        <w:br/>
        <w:t>vn 0.2443 -0.6133 -0.7511</w:t>
        <w:br/>
        <w:t>vn 0.2622 -0.4428 -0.8574</w:t>
        <w:br/>
        <w:t>vn -0.4471 0.8846 0.1329</w:t>
        <w:br/>
        <w:t>vn 0.0801 0.3313 0.9401</w:t>
        <w:br/>
        <w:t>vn -0.0110 0.2529 0.9674</w:t>
        <w:br/>
        <w:t>vn -0.6202 -0.5725 -0.5363</w:t>
        <w:br/>
        <w:t>vn -0.7718 -0.3587 -0.5250</w:t>
        <w:br/>
        <w:t>vn -0.6435 -0.3396 -0.6860</w:t>
        <w:br/>
        <w:t>vn -0.5624 -0.5685 -0.6004</w:t>
        <w:br/>
        <w:t>vn 0.2124 -0.3070 -0.9277</w:t>
        <w:br/>
        <w:t>vn -0.5019 -0.1011 -0.8590</w:t>
        <w:br/>
        <w:t>vn -0.7318 -0.1636 -0.6616</w:t>
        <w:br/>
        <w:t>vn -0.7400 -0.5635 -0.3671</w:t>
        <w:br/>
        <w:t>vn 0.1810 0.4413 0.8789</w:t>
        <w:br/>
        <w:t>vn 0.4231 0.4796 0.7687</w:t>
        <w:br/>
        <w:t>vn -0.4482 -0.0768 -0.8906</w:t>
        <w:br/>
        <w:t>vn -0.4453 0.8132 0.3748</w:t>
        <w:br/>
        <w:t>vn -0.8618 0.3002 -0.4089</w:t>
        <w:br/>
        <w:t>vn -0.9183 -0.3196 -0.2337</w:t>
        <w:br/>
        <w:t>vn -0.9714 0.2286 -0.0636</w:t>
        <w:br/>
        <w:t>vn 0.5774 -0.7343 0.3569</w:t>
        <w:br/>
        <w:t>vn 0.5773 -0.7344 0.3569</w:t>
        <w:br/>
        <w:t>vn 0.5503 -0.7796 0.2990</w:t>
        <w:br/>
        <w:t>vn -0.9077 -0.3105 0.2822</w:t>
        <w:br/>
        <w:t>vn 0.6581 0.5627 0.5003</w:t>
        <w:br/>
        <w:t>vn 0.4859 0.5200 0.7025</w:t>
        <w:br/>
        <w:t>vn 0.6848 0.4470 0.5755</w:t>
        <w:br/>
        <w:t>vn -0.4242 0.0897 -0.9011</w:t>
        <w:br/>
        <w:t>vn 0.6080 0.6303 0.4828</w:t>
        <w:br/>
        <w:t>vn 0.1674 -0.9196 0.3554</w:t>
        <w:br/>
        <w:t>vn -0.0376 -0.9356 0.3511</w:t>
        <w:br/>
        <w:t>vn -0.0006 0.1877 -0.9822</w:t>
        <w:br/>
        <w:t>vn 0.8904 0.4520 -0.0531</w:t>
        <w:br/>
        <w:t>vn -0.7586 0.4282 -0.4911</w:t>
        <w:br/>
        <w:t>vn -0.5320 0.8138 -0.2339</w:t>
        <w:br/>
        <w:t>vn -0.8296 0.4268 -0.3601</w:t>
        <w:br/>
        <w:t>vn -0.4805 0.0596 0.8750</w:t>
        <w:br/>
        <w:t>vn 0.2806 0.4853 0.8281</w:t>
        <w:br/>
        <w:t>vn -0.1662 0.4642 0.8700</w:t>
        <w:br/>
        <w:t>vn -0.3310 0.2639 -0.9060</w:t>
        <w:br/>
        <w:t>vn -0.2199 0.2895 -0.9316</w:t>
        <w:br/>
        <w:t>vn 0.1190 0.6129 0.7812</w:t>
        <w:br/>
        <w:t>vn 0.2489 0.4276 0.8691</w:t>
        <w:br/>
        <w:t>vn -0.6240 0.7652 -0.1583</w:t>
        <w:br/>
        <w:t>vn -0.8576 -0.5024 0.1100</w:t>
        <w:br/>
        <w:t>vn -0.8262 -0.5405 0.1590</w:t>
        <w:br/>
        <w:t>vn 0.2294 -0.0464 -0.9722</w:t>
        <w:br/>
        <w:t>vn 0.4710 -0.5670 -0.6757</w:t>
        <w:br/>
        <w:t>vn 0.4572 -0.6543 -0.6024</w:t>
        <w:br/>
        <w:t>vn 0.3376 0.3260 0.8830</w:t>
        <w:br/>
        <w:t>vn 0.5758 0.3777 0.7251</w:t>
        <w:br/>
        <w:t>vn 0.2806 0.4854 0.8281</w:t>
        <w:br/>
        <w:t>vn 0.0125 0.2270 0.9738</w:t>
        <w:br/>
        <w:t>vn -0.4498 0.7159 0.5341</w:t>
        <w:br/>
        <w:t>vn -0.4497 0.7159 0.5341</w:t>
        <w:br/>
        <w:t>vn 0.6008 -0.6846 0.4127</w:t>
        <w:br/>
        <w:t>vn 0.4409 -0.6806 -0.5851</w:t>
        <w:br/>
        <w:t>vn 0.4343 -0.7206 -0.5405</w:t>
        <w:br/>
        <w:t>vn 0.4805 -0.5327 -0.6966</w:t>
        <w:br/>
        <w:t>vn -0.9466 -0.2517 0.2013</w:t>
        <w:br/>
        <w:t>vn -0.9352 0.3487 -0.0625</w:t>
        <w:br/>
        <w:t>vn -0.6310 -0.5447 -0.5524</w:t>
        <w:br/>
        <w:t>vn -0.8394 0.1312 -0.5275</w:t>
        <w:br/>
        <w:t>vn -0.7406 0.3034 -0.5995</w:t>
        <w:br/>
        <w:t>vn -0.5449 -0.3588 -0.7579</w:t>
        <w:br/>
        <w:t>vn -0.5833 -0.0235 -0.8119</w:t>
        <w:br/>
        <w:t>vn -0.8257 0.4116 -0.3857</w:t>
        <w:br/>
        <w:t>vn -0.7562 -0.0641 -0.6512</w:t>
        <w:br/>
        <w:t>vn -0.8412 -0.2102 0.4982</w:t>
        <w:br/>
        <w:t>vn -0.3614 -0.9149 0.1800</w:t>
        <w:br/>
        <w:t>vn -0.3152 -0.8899 -0.3298</w:t>
        <w:br/>
        <w:t>vn -0.2355 -0.9676 0.0908</w:t>
        <w:br/>
        <w:t>vn -0.2816 -0.9508 0.1293</w:t>
        <w:br/>
        <w:t>vn 0.3949 -0.8462 0.3577</w:t>
        <w:br/>
        <w:t>vn 0.0723 -0.9175 0.3911</w:t>
        <w:br/>
        <w:t>vn 0.1246 -0.8753 0.4673</w:t>
        <w:br/>
        <w:t>vn 0.5081 -0.2670 -0.8189</w:t>
        <w:br/>
        <w:t>vn -0.0000 0.4159 0.9094</w:t>
        <w:br/>
        <w:t>vn 0.0000 0.1404 0.9901</w:t>
        <w:br/>
        <w:t>vn -0.5095 -0.8150 0.2759</w:t>
        <w:br/>
        <w:t>vn -0.4188 -0.8814 0.2185</w:t>
        <w:br/>
        <w:t>vn -0.8409 -0.5402 0.0323</w:t>
        <w:br/>
        <w:t>vn 0.0000 0.6537 0.7567</w:t>
        <w:br/>
        <w:t>vn -0.7555 0.5328 -0.3814</w:t>
        <w:br/>
        <w:t>vn -0.8163 -0.1766 0.5500</w:t>
        <w:br/>
        <w:t>vn -0.8900 -0.3324 0.3121</w:t>
        <w:br/>
        <w:t>vn -0.4958 0.5227 -0.6936</w:t>
        <w:br/>
        <w:t>vn -0.4877 0.3782 -0.7868</w:t>
        <w:br/>
        <w:t>vn 0.6639 -0.5528 -0.5037</w:t>
        <w:br/>
        <w:t>vn 0.6020 -0.6236 -0.4987</w:t>
        <w:br/>
        <w:t>vn -0.4435 0.6661 0.5996</w:t>
        <w:br/>
        <w:t>vn 0.2193 0.1903 -0.9569</w:t>
        <w:br/>
        <w:t>vn -0.0005 0.1877 -0.9822</w:t>
        <w:br/>
        <w:t>vn -0.0125 0.2270 0.9738</w:t>
        <w:br/>
        <w:t>vn -0.2489 0.4276 0.8691</w:t>
        <w:br/>
        <w:t>vn 0.4985 -0.0210 -0.8667</w:t>
        <w:br/>
        <w:t>vn -0.5842 0.8115 -0.0125</w:t>
        <w:br/>
        <w:t>vn -0.5842 0.8115 -0.0124</w:t>
        <w:br/>
        <w:t>vn -0.3017 -0.0261 -0.9530</w:t>
        <w:br/>
        <w:t>vn -0.0929 0.4930 -0.8651</w:t>
        <w:br/>
        <w:t>vn -0.9162 0.1635 0.3658</w:t>
        <w:br/>
        <w:t>vn -0.9255 0.2527 0.2820</w:t>
        <w:br/>
        <w:t>vn -0.7442 0.6110 -0.2697</w:t>
        <w:br/>
        <w:t>vn -0.7491 0.6385 -0.1765</w:t>
        <w:br/>
        <w:t>vn -0.7084 0.4967 -0.5015</w:t>
        <w:br/>
        <w:t>vn -0.6330 0.6852 -0.3602</w:t>
        <w:br/>
        <w:t>vn 0.5874 -0.6933 -0.4176</w:t>
        <w:br/>
        <w:t>vn -0.7304 -0.6186 -0.2897</w:t>
        <w:br/>
        <w:t>vn -0.8093 -0.5018 -0.3053</w:t>
        <w:br/>
        <w:t>vn -0.6103 -0.1351 -0.7806</w:t>
        <w:br/>
        <w:t>vn -0.6781 -0.4718 -0.5635</w:t>
        <w:br/>
        <w:t>vn -0.0350 -0.0167 -0.9992</w:t>
        <w:br/>
        <w:t>vn -0.2262 -0.1306 -0.9653</w:t>
        <w:br/>
        <w:t>vn -0.2416 -0.4397 -0.8650</w:t>
        <w:br/>
        <w:t>vn -0.8086 -0.0398 0.5870</w:t>
        <w:br/>
        <w:t>vn -0.2559 0.8597 -0.4422</w:t>
        <w:br/>
        <w:t>vn -0.7084 0.4967 -0.5014</w:t>
        <w:br/>
        <w:t>vn -0.8508 -0.0001 -0.5254</w:t>
        <w:br/>
        <w:t>vn -0.1065 -0.8554 0.5069</w:t>
        <w:br/>
        <w:t>vn -0.3376 0.3260 0.8830</w:t>
        <w:br/>
        <w:t>vn -0.9431 0.2619 -0.2049</w:t>
        <w:br/>
        <w:t>vn -0.8413 0.3377 -0.4221</w:t>
        <w:br/>
        <w:t>vn -0.8051 0.0167 -0.5930</w:t>
        <w:br/>
        <w:t>vn 0.5411 -0.6377 -0.5482</w:t>
        <w:br/>
        <w:t>vn -0.8412 -0.2102 0.4983</w:t>
        <w:br/>
        <w:t>vn -0.1190 0.6129 0.7812</w:t>
        <w:br/>
        <w:t>vn -0.1544 0.2386 -0.9588</w:t>
        <w:br/>
        <w:t>vn 0.0917 0.7795 -0.6197</w:t>
        <w:br/>
        <w:t>vn 0.3132 0.4269 -0.8483</w:t>
        <w:br/>
        <w:t>vn -0.1359 -0.9063 0.4002</w:t>
        <w:br/>
        <w:t>vn -0.1002 0.3046 -0.9472</w:t>
        <w:br/>
        <w:t>vn -0.2306 0.4473 -0.8641</w:t>
        <w:br/>
        <w:t>vn -0.1837 -0.1145 -0.9763</w:t>
        <w:br/>
        <w:t>vn -0.5729 -0.7712 0.2776</w:t>
        <w:br/>
        <w:t>vn -0.6125 -0.7297 0.3040</w:t>
        <w:br/>
        <w:t>vn 0.6363 -0.6231 -0.4547</w:t>
        <w:br/>
        <w:t>vn 0.5293 -0.5356 -0.6580</w:t>
        <w:br/>
        <w:t>vn -0.5758 0.3777 0.7251</w:t>
        <w:br/>
        <w:t>vn 0.4379 0.1805 -0.8807</w:t>
        <w:br/>
        <w:t>vn 0.1609 0.4021 -0.9014</w:t>
        <w:br/>
        <w:t>vn -0.0266 0.6589 -0.7517</w:t>
        <w:br/>
        <w:t>vn 0.6777 -0.4750 -0.5613</w:t>
        <w:br/>
        <w:t>vn 0.1830 -0.3362 -0.9238</w:t>
        <w:br/>
        <w:t>vn 0.1850 0.0905 -0.9786</w:t>
        <w:br/>
        <w:t>vn -0.0787 0.8830 -0.4626</w:t>
        <w:br/>
        <w:t>vn 0.0685 0.9672 -0.2447</w:t>
        <w:br/>
        <w:t>vn 0.6762 -0.5713 -0.4652</w:t>
        <w:br/>
        <w:t>vn -0.4613 -0.8759 0.1415</w:t>
        <w:br/>
        <w:t>vn -0.4614 -0.8758 0.1415</w:t>
        <w:br/>
        <w:t>vn 0.1155 -0.9919 -0.0521</w:t>
        <w:br/>
        <w:t>vn -0.0100 -0.9994 -0.0328</w:t>
        <w:br/>
        <w:t>vn 0.0227 -0.7951 -0.6061</w:t>
        <w:br/>
        <w:t>vn 0.2451 -0.8454 -0.4746</w:t>
        <w:br/>
        <w:t>vn -0.2806 0.4854 0.8281</w:t>
        <w:br/>
        <w:t>vn -0.4315 0.5671 0.7016</w:t>
        <w:br/>
        <w:t>vn -0.3724 -0.6598 0.6527</w:t>
        <w:br/>
        <w:t>vn -0.9699 -0.2217 -0.1011</w:t>
        <w:br/>
        <w:t>vn -0.7076 0.5634 -0.4266</w:t>
        <w:br/>
        <w:t>vn -0.8391 0.1096 0.5329</w:t>
        <w:br/>
        <w:t>vn 0.6810 -0.2451 -0.6901</w:t>
        <w:br/>
        <w:t>vn -0.9627 0.1798 0.2020</w:t>
        <w:br/>
        <w:t>vn 0.4805 0.0597 0.8750</w:t>
        <w:br/>
        <w:t>vn 0.6687 -0.3606 0.6502</w:t>
        <w:br/>
        <w:t>vn 0.6687 -0.3606 0.6503</w:t>
        <w:br/>
        <w:t>vn -0.7446 -0.1311 0.6545</w:t>
        <w:br/>
        <w:t>vn -0.7681 -0.0709 0.6363</w:t>
        <w:br/>
        <w:t>vn 0.6055 -0.7040 -0.3712</w:t>
        <w:br/>
        <w:t>vn 0.6990 -0.6349 -0.3290</w:t>
        <w:br/>
        <w:t>vn -0.4052 0.7016 -0.5862</w:t>
        <w:br/>
        <w:t>vn -0.4857 0.5187 0.7036</w:t>
        <w:br/>
        <w:t>vn -0.2185 0.7314 -0.6460</w:t>
        <w:br/>
        <w:t>vn 0.0760 0.9694 -0.2334</w:t>
        <w:br/>
        <w:t>vn -0.5166 0.7825 -0.3475</w:t>
        <w:br/>
        <w:t>vn 0.6252 -0.0340 -0.7797</w:t>
        <w:br/>
        <w:t>vn -0.7877 0.6080 -0.0993</w:t>
        <w:br/>
        <w:t>vn -0.6717 0.6465 -0.3618</w:t>
        <w:br/>
        <w:t>vn -0.1784 0.9564 -0.2312</w:t>
        <w:br/>
        <w:t>vn -0.2642 0.9632 -0.0501</w:t>
        <w:br/>
        <w:t>vn -0.1318 0.9036 -0.4076</w:t>
        <w:br/>
        <w:t>vn -0.4397 -0.8941 -0.0851</w:t>
        <w:br/>
        <w:t>vn 0.6206 -0.7744 -0.1234</w:t>
        <w:br/>
        <w:t>vn -0.7573 0.6287 0.1767</w:t>
        <w:br/>
        <w:t>vn -0.8905 0.4520 -0.0531</w:t>
        <w:br/>
        <w:t>vn 0.0131 0.5561 -0.8310</w:t>
        <w:br/>
        <w:t>vn 0.4131 0.3891 -0.8234</w:t>
        <w:br/>
        <w:t>vn 0.4125 0.1809 -0.8928</w:t>
        <w:br/>
        <w:t>vn 0.4037 -0.3646 -0.8391</w:t>
        <w:br/>
        <w:t>vn 0.0495 0.8516 -0.5218</w:t>
        <w:br/>
        <w:t>vn -0.0458 0.8971 -0.4395</w:t>
        <w:br/>
        <w:t>vn 0.2256 0.7619 -0.6071</w:t>
        <w:br/>
        <w:t>vn 0.3695 0.5401 -0.7562</w:t>
        <w:br/>
        <w:t>vn -0.0283 0.9720 -0.2334</w:t>
        <w:br/>
        <w:t>vn 0.8206 -0.5014 -0.2745</w:t>
        <w:br/>
        <w:t>vn -0.6658 0.7461 0.0045</w:t>
        <w:br/>
        <w:t>vn -0.5026 0.4355 -0.7468</w:t>
        <w:br/>
        <w:t>vn 0.0035 0.2598 -0.9657</w:t>
        <w:br/>
        <w:t>vn -0.0102 0.1812 -0.9834</w:t>
        <w:br/>
        <w:t>vn 0.5970 0.1108 -0.7946</w:t>
        <w:br/>
        <w:t>vn -0.8226 0.5009 0.2692</w:t>
        <w:br/>
        <w:t>vn -0.8496 0.1152 0.5147</w:t>
        <w:br/>
        <w:t>vn -0.0457 0.9830 -0.1778</w:t>
        <w:br/>
        <w:t>vn 0.2608 0.7258 -0.6366</w:t>
        <w:br/>
        <w:t>vn 0.3137 0.7942 -0.5203</w:t>
        <w:br/>
        <w:t>vn -0.1810 0.4413 0.8789</w:t>
        <w:br/>
        <w:t>vn -0.4231 0.4796 0.7687</w:t>
        <w:br/>
        <w:t>vn -0.1180 0.4192 0.9002</w:t>
        <w:br/>
        <w:t>vn -0.7574 0.6286 0.1767</w:t>
        <w:br/>
        <w:t>vn -0.7870 0.0340 0.6160</w:t>
        <w:br/>
        <w:t>vn 0.7076 -0.6820 -0.1846</w:t>
        <w:br/>
        <w:t>vn 0.6680 -0.6035 0.4354</w:t>
        <w:br/>
        <w:t>vn 0.5014 -0.7448 0.4403</w:t>
        <w:br/>
        <w:t>vn -0.2560 0.3498 0.9012</w:t>
        <w:br/>
        <w:t>vn 0.8003 -0.3877 -0.4574</w:t>
        <w:br/>
        <w:t>vn 0.1704 0.8064 -0.5662</w:t>
        <w:br/>
        <w:t>vn 0.2225 0.1771 -0.9587</w:t>
        <w:br/>
        <w:t>vn 0.2212 0.0776 -0.9721</w:t>
        <w:br/>
        <w:t>vn 0.8290 -0.4771 -0.2918</w:t>
        <w:br/>
        <w:t>vn -0.8775 0.4446 -0.1799</w:t>
        <w:br/>
        <w:t>vn -0.8588 0.3204 -0.3998</w:t>
        <w:br/>
        <w:t>vn 0.3933 0.1724 -0.9031</w:t>
        <w:br/>
        <w:t>vn -0.0801 0.3313 0.9401</w:t>
        <w:br/>
        <w:t>vn 0.7658 -0.2228 -0.6032</w:t>
        <w:br/>
        <w:t>vn -0.8589 0.4873 -0.1575</w:t>
        <w:br/>
        <w:t>vn -0.7123 0.6571 0.2466</w:t>
        <w:br/>
        <w:t>vn 0.0930 0.5749 -0.8129</w:t>
        <w:br/>
        <w:t>vn 0.6714 -0.0423 -0.7399</w:t>
        <w:br/>
        <w:t>vn -0.7998 0.0864 0.5940</w:t>
        <w:br/>
        <w:t>vn -0.6788 0.4446 -0.5844</w:t>
        <w:br/>
        <w:t>vn -0.5949 0.5289 -0.6053</w:t>
        <w:br/>
        <w:t>vn -0.5612 0.6747 -0.4795</w:t>
        <w:br/>
        <w:t>vn -0.6949 0.5485 -0.4650</w:t>
        <w:br/>
        <w:t>vn -0.5498 0.7959 0.2537</w:t>
        <w:br/>
        <w:t>vn -0.3032 0.9255 0.2268</w:t>
        <w:br/>
        <w:t>vn -0.9274 0.3431 0.1489</w:t>
        <w:br/>
        <w:t>vn 0.1758 -0.8035 -0.5688</w:t>
        <w:br/>
        <w:t>vn 0.2429 -0.9119 -0.3309</w:t>
        <w:br/>
        <w:t>vn 0.0708 -0.9895 -0.1261</w:t>
        <w:br/>
        <w:t>vn 0.1011 -0.9693 -0.2242</w:t>
        <w:br/>
        <w:t>vn -0.7600 0.3732 0.5321</w:t>
        <w:br/>
        <w:t>vn 0.3180 0.5993 -0.7346</w:t>
        <w:br/>
        <w:t>vn -0.4304 0.6917 -0.5799</w:t>
        <w:br/>
        <w:t>vn -0.8896 0.4342 -0.1416</w:t>
        <w:br/>
        <w:t>vn -0.7603 0.5407 -0.3598</w:t>
        <w:br/>
        <w:t>vn -0.1829 0.8011 -0.5699</w:t>
        <w:br/>
        <w:t>vn -0.3045 0.7835 -0.5417</w:t>
        <w:br/>
        <w:t>vn 0.7463 0.0476 -0.6639</w:t>
        <w:br/>
        <w:t>vn -0.8865 0.2112 0.4118</w:t>
        <w:br/>
        <w:t>vn 0.5296 -0.8239 -0.2019</w:t>
        <w:br/>
        <w:t>vn 0.3313 -0.9160 0.2262</w:t>
        <w:br/>
        <w:t>vn -0.9388 0.2788 0.2024</w:t>
        <w:br/>
        <w:t>vn 0.1347 0.2416 -0.9610</w:t>
        <w:br/>
        <w:t>vn 0.2977 0.6135 -0.7315</w:t>
        <w:br/>
        <w:t>vn -0.8211 0.1857 0.5398</w:t>
        <w:br/>
        <w:t>vn 0.5824 -0.0918 -0.8077</w:t>
        <w:br/>
        <w:t>vn 0.7798 0.1181 -0.6148</w:t>
        <w:br/>
        <w:t>vn 0.8555 -0.1088 -0.5062</w:t>
        <w:br/>
        <w:t>vn 0.7404 -0.1836 0.6466</w:t>
        <w:br/>
        <w:t>vn -0.1977 -0.4246 0.8835</w:t>
        <w:br/>
        <w:t>vn -0.3526 -0.3113 0.8825</w:t>
        <w:br/>
        <w:t>vn -0.8319 0.3344 0.4429</w:t>
        <w:br/>
        <w:t>vn 0.4097 0.8264 -0.3862</w:t>
        <w:br/>
        <w:t>vn 0.3940 0.7272 -0.5621</w:t>
        <w:br/>
        <w:t>vn -0.7541 0.6557 -0.0384</w:t>
        <w:br/>
        <w:t>vn 0.0922 0.7759 -0.6241</w:t>
        <w:br/>
        <w:t>vn -0.9159 0.0713 0.3950</w:t>
        <w:br/>
        <w:t>vn 0.6873 -0.3998 -0.6064</w:t>
        <w:br/>
        <w:t>vn 0.9074 -0.2926 -0.3017</w:t>
        <w:br/>
        <w:t>vn 0.1730 0.8774 -0.4474</w:t>
        <w:br/>
        <w:t>vn 0.0910 0.9491 -0.3015</w:t>
        <w:br/>
        <w:t>vn -0.7036 0.6684 0.2412</w:t>
        <w:br/>
        <w:t>vn -0.5900 0.8018 -0.0949</w:t>
        <w:br/>
        <w:t>vn -0.0569 0.1643 -0.9848</w:t>
        <w:br/>
        <w:t>vn -0.6786 0.1175 -0.7251</w:t>
        <w:br/>
        <w:t>vn -0.5023 0.2444 -0.8294</w:t>
        <w:br/>
        <w:t>vn 0.4254 0.8973 0.1179</w:t>
        <w:br/>
        <w:t>vn 0.4471 0.8846 0.1328</w:t>
        <w:br/>
        <w:t>vn 0.9238 -0.3808 -0.0400</w:t>
        <w:br/>
        <w:t>vn 0.6334 -0.3766 -0.6760</w:t>
        <w:br/>
        <w:t>vn 0.5484 -0.5782 -0.6041</w:t>
        <w:br/>
        <w:t>vn 0.5179 0.7418 -0.4260</w:t>
        <w:br/>
        <w:t>vn 0.4350 0.8730 -0.2205</w:t>
        <w:br/>
        <w:t>vn 0.8878 -0.0260 -0.4594</w:t>
        <w:br/>
        <w:t>vn -0.3413 0.9160 -0.2107</w:t>
        <w:br/>
        <w:t>vn 0.4132 0.3892 -0.8233</w:t>
        <w:br/>
        <w:t>vn 0.0519 0.6389 -0.7676</w:t>
        <w:br/>
        <w:t>vn -0.5774 -0.7343 0.3569</w:t>
        <w:br/>
        <w:t>vn -0.5503 -0.7796 0.2990</w:t>
        <w:br/>
        <w:t>vn -0.5773 -0.7344 0.3570</w:t>
        <w:br/>
        <w:t>vn 0.8261 -0.5406 0.1590</w:t>
        <w:br/>
        <w:t>vn 0.9082 -0.4134 0.0652</w:t>
        <w:br/>
        <w:t>vn 0.0316 0.7656 -0.6425</w:t>
        <w:br/>
        <w:t>vn 0.3893 0.2247 -0.8933</w:t>
        <w:br/>
        <w:t>vn -0.1732 0.4023 -0.8990</w:t>
        <w:br/>
        <w:t>vn 0.4389 0.7555 -0.4864</w:t>
        <w:br/>
        <w:t>vn -0.7145 0.4407 0.5435</w:t>
        <w:br/>
        <w:t>vn -0.1761 -0.0138 -0.9843</w:t>
        <w:br/>
        <w:t>vn -0.2561 0.2106 -0.9434</w:t>
        <w:br/>
        <w:t>vn -0.1784 0.2769 -0.9442</w:t>
        <w:br/>
        <w:t>vn -0.0956 0.0852 -0.9918</w:t>
        <w:br/>
        <w:t>vn 0.7486 0.5637 -0.3490</w:t>
        <w:br/>
        <w:t>vn 0.6571 0.7469 -0.1017</w:t>
        <w:br/>
        <w:t>vn 0.7389 0.6729 -0.0349</w:t>
        <w:br/>
        <w:t>vn 0.1683 0.9656 -0.1982</w:t>
        <w:br/>
        <w:t>vn 0.2387 0.9086 -0.3427</w:t>
        <w:br/>
        <w:t>vn 0.4758 -0.0940 -0.8745</w:t>
        <w:br/>
        <w:t>vn 0.4452 -0.1260 -0.8865</w:t>
        <w:br/>
        <w:t>vn 0.7319 -0.1615 -0.6620</w:t>
        <w:br/>
        <w:t>vn 0.2950 0.3298 -0.8968</w:t>
        <w:br/>
        <w:t>vn 0.4035 0.9061 0.1275</w:t>
        <w:br/>
        <w:t>vn 0.4034 0.9061 0.1276</w:t>
        <w:br/>
        <w:t>vn -0.6784 0.3595 0.6407</w:t>
        <w:br/>
        <w:t>vn -0.6008 -0.6846 0.4127</w:t>
        <w:br/>
        <w:t>vn -0.3733 0.7016 -0.6069</w:t>
        <w:br/>
        <w:t>vn 0.6686 0.3333 -0.6647</w:t>
        <w:br/>
        <w:t>vn 0.8978 -0.0916 -0.4307</w:t>
        <w:br/>
        <w:t>vn 0.6703 -0.2773 -0.6883</w:t>
        <w:br/>
        <w:t>vn 0.6670 0.4466 -0.5964</w:t>
        <w:br/>
        <w:t>vn -0.4327 0.8714 -0.2312</w:t>
        <w:br/>
        <w:t>vn -0.4356 0.8636 -0.2540</w:t>
        <w:br/>
        <w:t>vn -0.3393 0.8447 -0.4141</w:t>
        <w:br/>
        <w:t>vn -0.3846 0.8487 -0.3630</w:t>
        <w:br/>
        <w:t>vn -0.4753 -0.1038 -0.8737</w:t>
        <w:br/>
        <w:t>vn -0.4670 -0.4524 -0.7597</w:t>
        <w:br/>
        <w:t>vn -0.7201 -0.3899 -0.5739</w:t>
        <w:br/>
        <w:t>vn 0.7520 0.4404 -0.4904</w:t>
        <w:br/>
        <w:t>vn 0.5297 0.8148 -0.2356</w:t>
        <w:br/>
        <w:t>vn -0.4119 0.5004 -0.7616</w:t>
        <w:br/>
        <w:t>vn 0.1831 0.3699 -0.9109</w:t>
        <w:br/>
        <w:t>vn 0.7962 0.4293 -0.4264</w:t>
        <w:br/>
        <w:t>vn 0.6033 -0.5668 -0.5610</w:t>
        <w:br/>
        <w:t>vn -0.7001 0.2533 -0.6676</w:t>
        <w:br/>
        <w:t>vn -0.0531 0.1714 -0.9838</w:t>
        <w:br/>
        <w:t>vn -0.3197 0.7639 -0.5605</w:t>
        <w:br/>
        <w:t>vn -0.9809 -0.0932 -0.1706</w:t>
        <w:br/>
        <w:t>vn -0.9520 -0.2381 -0.1925</w:t>
        <w:br/>
        <w:t>vn -0.7201 -0.3900 -0.5738</w:t>
        <w:br/>
        <w:t>vn -0.6732 0.5762 0.4635</w:t>
        <w:br/>
        <w:t>vn -0.6100 0.1548 -0.7771</w:t>
        <w:br/>
        <w:t>vn -0.7235 -0.2249 -0.6526</w:t>
        <w:br/>
        <w:t>vn -0.0162 0.7511 0.6600</w:t>
        <w:br/>
        <w:t>vn -0.1411 0.7046 0.6954</w:t>
        <w:br/>
        <w:t>vn -0.2346 0.4950 -0.8366</w:t>
        <w:br/>
        <w:t>vn -0.1223 0.0900 -0.9884</w:t>
        <w:br/>
        <w:t>vn -0.0677 -0.1801 -0.9813</w:t>
        <w:br/>
        <w:t>vn 0.4123 -0.0214 -0.9108</w:t>
        <w:br/>
        <w:t>vn -0.3892 0.7012 -0.5973</w:t>
        <w:br/>
        <w:t>vn 0.9421 -0.2115 -0.2602</w:t>
        <w:br/>
        <w:t>vn 0.1559 0.6506 -0.7433</w:t>
        <w:br/>
        <w:t>vn 0.4293 -0.0341 -0.9025</w:t>
        <w:br/>
        <w:t>vn -0.4719 0.7582 -0.4499</w:t>
        <w:br/>
        <w:t>vn -0.4873 0.8728 -0.0289</w:t>
        <w:br/>
        <w:t>vn -0.5644 0.7758 0.2823</w:t>
        <w:br/>
        <w:t>vn 0.9942 -0.1052 -0.0221</w:t>
        <w:br/>
        <w:t>vn 0.8284 0.5366 -0.1607</w:t>
        <w:br/>
        <w:t>vn 0.6692 0.2499 -0.6997</w:t>
        <w:br/>
        <w:t>vn 0.4399 0.0727 -0.8951</w:t>
        <w:br/>
        <w:t>vn -0.3608 0.5844 -0.7269</w:t>
        <w:br/>
        <w:t>vn -0.1006 0.8062 -0.5831</w:t>
        <w:br/>
        <w:t>vn 0.6692 0.2499 -0.6998</w:t>
        <w:br/>
        <w:t>vn 0.8151 0.4407 -0.3759</w:t>
        <w:br/>
        <w:t>vn 0.8863 -0.4168 0.2020</w:t>
        <w:br/>
        <w:t>vn 0.6703 0.6485 -0.3608</w:t>
        <w:br/>
        <w:t>vn 0.7924 0.4821 -0.3737</w:t>
        <w:br/>
        <w:t>vn 0.6198 0.1651 -0.7672</w:t>
        <w:br/>
        <w:t>vn 0.1385 -0.5018 -0.8538</w:t>
        <w:br/>
        <w:t>vn 0.3972 -0.4460 -0.8020</w:t>
        <w:br/>
        <w:t>vn 0.1598 -0.6301 -0.7599</w:t>
        <w:br/>
        <w:t>vn 0.1599 -0.6302 -0.7598</w:t>
        <w:br/>
        <w:t>vn 0.0506 -0.5387 0.8409</w:t>
        <w:br/>
        <w:t>vn 0.0126 -0.5924 0.8056</w:t>
        <w:br/>
        <w:t>vn 0.7753 -0.3546 -0.5227</w:t>
        <w:br/>
        <w:t>vn 0.4189 0.8817 0.2169</w:t>
        <w:br/>
        <w:t>vn 0.4190 0.8817 0.2169</w:t>
        <w:br/>
        <w:t>vn 0.9495 -0.3130 0.0211</w:t>
        <w:br/>
        <w:t>vn 0.5483 -0.1007 -0.8302</w:t>
        <w:br/>
        <w:t>vn 0.0762 -0.2278 -0.9707</w:t>
        <w:br/>
        <w:t>vn -0.0592 -0.0179 -0.9981</w:t>
        <w:br/>
        <w:t>vn 0.1942 0.2291 -0.9538</w:t>
        <w:br/>
        <w:t>vn 0.7070 0.1747 0.6853</w:t>
        <w:br/>
        <w:t>vn 0.7267 0.2944 0.6207</w:t>
        <w:br/>
        <w:t>vn 0.7015 0.4323 0.5665</w:t>
        <w:br/>
        <w:t>vn -0.5889 0.5745 0.5685</w:t>
        <w:br/>
        <w:t>vn 0.3302 0.7805 -0.5308</w:t>
        <w:br/>
        <w:t>vn -0.1345 0.8238 -0.5508</w:t>
        <w:br/>
        <w:t>vn 0.3752 0.3783 -0.8462</w:t>
        <w:br/>
        <w:t>vn -0.0213 0.9506 -0.3097</w:t>
        <w:br/>
        <w:t>vn -0.0228 0.9981 0.0579</w:t>
        <w:br/>
        <w:t>vn 0.8618 0.3002 -0.4089</w:t>
        <w:br/>
        <w:t>vn 0.7929 0.5151 -0.3255</w:t>
        <w:br/>
        <w:t>vn 0.7961 0.0385 0.6039</w:t>
        <w:br/>
        <w:t>vn 0.9064 -0.2855 0.3112</w:t>
        <w:br/>
        <w:t>vn 0.2798 0.7803 0.5594</w:t>
        <w:br/>
        <w:t>vn 0.7891 -0.0272 -0.6136</w:t>
        <w:br/>
        <w:t>vn -0.5771 0.4606 0.6744</w:t>
        <w:br/>
        <w:t>vn 0.9183 -0.3196 -0.2338</w:t>
        <w:br/>
        <w:t>vn 0.7400 -0.5635 -0.3671</w:t>
        <w:br/>
        <w:t>vn 0.5570 0.6635 0.4995</w:t>
        <w:br/>
        <w:t>vn 0.5571 0.6635 0.4995</w:t>
        <w:br/>
        <w:t>vn 0.8576 -0.1190 -0.5003</w:t>
        <w:br/>
        <w:t>vn -0.3173 0.0870 -0.9443</w:t>
        <w:br/>
        <w:t>vn -0.3213 -0.1598 -0.9334</w:t>
        <w:br/>
        <w:t>vn -0.3799 0.3838 -0.8417</w:t>
        <w:br/>
        <w:t>vn -0.1063 0.3762 -0.9204</w:t>
        <w:br/>
        <w:t>vn -0.9334 0.3529 -0.0650</w:t>
        <w:br/>
        <w:t>vn 0.4453 0.8132 0.3748</w:t>
        <w:br/>
        <w:t>vn 0.4453 0.8131 0.3748</w:t>
        <w:br/>
        <w:t>vn -0.3210 0.9467 -0.0265</w:t>
        <w:br/>
        <w:t>vn -0.4087 0.8680 0.2820</w:t>
        <w:br/>
        <w:t>vn -0.1703 0.2894 -0.9419</w:t>
        <w:br/>
        <w:t>vn -0.2901 -0.0147 -0.9569</w:t>
        <w:br/>
        <w:t>vn -0.4434 0.8955 0.0373</w:t>
        <w:br/>
        <w:t>vn -0.5451 0.5430 0.6387</w:t>
        <w:br/>
        <w:t>vn -0.3886 0.6003 0.6991</w:t>
        <w:br/>
        <w:t>vn -0.2460 0.5082 -0.8253</w:t>
        <w:br/>
        <w:t>vn 0.1679 -0.2849 -0.9437</w:t>
        <w:br/>
        <w:t>vn 0.0277 -0.4997 0.8657</w:t>
        <w:br/>
        <w:t>vn -0.3347 0.0227 0.9420</w:t>
        <w:br/>
        <w:t>vn 0.0148 -0.5453 0.8381</w:t>
        <w:br/>
        <w:t>vn 0.0277 -0.4997 0.8658</w:t>
        <w:br/>
        <w:t>vn 0.5753 -0.0691 -0.8150</w:t>
        <w:br/>
        <w:t>vn 0.4498 0.7159 0.5340</w:t>
        <w:br/>
        <w:t>vn 0.9579 0.2851 -0.0332</w:t>
        <w:br/>
        <w:t>vn 0.0856 0.6682 -0.7390</w:t>
        <w:br/>
        <w:t>vn -0.6314 0.7277 0.2680</w:t>
        <w:br/>
        <w:t>vn -0.4687 0.8829 0.0284</w:t>
        <w:br/>
        <w:t>vn -0.2259 0.6201 -0.7513</w:t>
        <w:br/>
        <w:t>vn 0.0645 0.6452 -0.7613</w:t>
        <w:br/>
        <w:t>vn 0.8607 -0.5011 -0.0899</w:t>
        <w:br/>
        <w:t>vn 0.5455 0.6095 -0.5752</w:t>
        <w:br/>
        <w:t>vn 0.9157 0.2322 -0.3280</w:t>
        <w:br/>
        <w:t>vn -0.2509 0.8079 -0.5333</w:t>
        <w:br/>
        <w:t>vn -0.4589 0.6724 0.5807</w:t>
        <w:br/>
        <w:t>vn 0.8143 0.3131 -0.4888</w:t>
        <w:br/>
        <w:t>vn 0.8245 0.3301 -0.4596</w:t>
        <w:br/>
        <w:t>vn 0.1018 -0.2161 -0.9710</w:t>
        <w:br/>
        <w:t>vn -0.2587 0.9094 -0.3255</w:t>
        <w:br/>
        <w:t>vn 0.8163 -0.1766 0.5500</w:t>
        <w:br/>
        <w:t>vn 0.8900 -0.3324 0.3121</w:t>
        <w:br/>
        <w:t>vn 0.9466 -0.2517 0.2013</w:t>
        <w:br/>
        <w:t>vn 0.7446 -0.1311 0.6545</w:t>
        <w:br/>
        <w:t>vn 0.0211 -0.6358 -0.7716</w:t>
        <w:br/>
        <w:t>vn 0.0215 -0.0726 -0.9971</w:t>
        <w:br/>
        <w:t>vn 0.9295 0.3621 -0.0696</w:t>
        <w:br/>
        <w:t>vn -0.4688 0.5434 0.6964</w:t>
        <w:br/>
        <w:t>vn 0.0787 0.8816 -0.4653</w:t>
        <w:br/>
        <w:t>vn -0.1617 0.9842 0.0717</w:t>
        <w:br/>
        <w:t>vn -0.1198 0.9927 0.0139</w:t>
        <w:br/>
        <w:t>vn -0.1730 0.9432 0.2835</w:t>
        <w:br/>
        <w:t>vn 0.1953 0.9609 0.1965</w:t>
        <w:br/>
        <w:t>vn -0.0294 -0.0550 -0.9981</w:t>
        <w:br/>
        <w:t>vn 0.5349 0.7339 -0.4187</w:t>
        <w:br/>
        <w:t>vn 0.8429 0.4968 -0.2069</w:t>
        <w:br/>
        <w:t>vn 0.9434 0.2599 -0.2062</w:t>
        <w:br/>
        <w:t>vn 0.9167 0.1521 0.3696</w:t>
        <w:br/>
        <w:t>vn 0.8086 -0.0398 0.5870</w:t>
        <w:br/>
        <w:t>vn 0.9171 0.3116 0.2486</w:t>
        <w:br/>
        <w:t>vn -0.2393 0.7687 0.5931</w:t>
        <w:br/>
        <w:t>vn 0.1401 0.9445 -0.2971</w:t>
        <w:br/>
        <w:t>vn -0.0361 0.7764 0.6292</w:t>
        <w:br/>
        <w:t>vn 0.7681 -0.0709 0.6363</w:t>
        <w:br/>
        <w:t>vn -0.2843 -0.1183 0.9514</w:t>
        <w:br/>
        <w:t>vn -0.3403 -0.3048 0.8895</w:t>
        <w:br/>
        <w:t>vn -0.2436 -0.5477 0.8004</w:t>
        <w:br/>
        <w:t>vn -0.1569 -0.5216 0.8386</w:t>
        <w:br/>
        <w:t>vn -0.0432 0.9883 0.1461</w:t>
        <w:br/>
        <w:t>vn -0.3153 0.6777 0.6644</w:t>
        <w:br/>
        <w:t>vn -0.1830 0.3345 0.9245</w:t>
        <w:br/>
        <w:t>vn 0.2198 0.7674 0.6022</w:t>
        <w:br/>
        <w:t>vn 0.4908 0.3309 -0.8060</w:t>
        <w:br/>
        <w:t>vn 0.5638 0.5965 -0.5713</w:t>
        <w:br/>
        <w:t>vn 0.5596 0.8148 -0.1514</w:t>
        <w:br/>
        <w:t>vn 0.7005 0.6186 -0.3559</w:t>
        <w:br/>
        <w:t>vn -0.0710 0.4528 0.8888</w:t>
        <w:br/>
        <w:t>vn 0.0392 0.1559 0.9870</w:t>
        <w:br/>
        <w:t>vn -0.0362 0.7764 0.6292</w:t>
        <w:br/>
        <w:t>vn 0.0015 1.0000 0.0077</w:t>
        <w:br/>
        <w:t>vn 0.0005 0.9617 0.2740</w:t>
        <w:br/>
        <w:t>vn -0.2674 0.6414 0.7191</w:t>
        <w:br/>
        <w:t>vn 0.4302 -0.7078 0.5603</w:t>
        <w:br/>
        <w:t>vn 0.1943 -0.5231 0.8299</w:t>
        <w:br/>
        <w:t>vn 0.1943 -0.5231 0.8298</w:t>
        <w:br/>
        <w:t>vn 0.3193 -0.6219 0.7150</w:t>
        <w:br/>
        <w:t>vn 0.8391 0.1095 0.5329</w:t>
        <w:br/>
        <w:t>vn 0.9629 0.1793 0.2019</w:t>
        <w:br/>
        <w:t>vn 0.7175 0.6140 -0.3289</w:t>
        <w:br/>
        <w:t>vn 0.8746 0.2995 -0.3814</w:t>
        <w:br/>
        <w:t>vn 0.8779 0.4438 -0.1799</w:t>
        <w:br/>
        <w:t>vn 0.7896 0.6053 -0.1011</w:t>
        <w:br/>
        <w:t>vn 0.3784 0.9012 -0.2113</w:t>
        <w:br/>
        <w:t>vn 0.7871 0.0340 0.6159</w:t>
        <w:br/>
        <w:t>vn -0.0617 -0.5012 0.8631</w:t>
        <w:br/>
        <w:t>vn 0.0445 -0.5314 0.8460</w:t>
        <w:br/>
        <w:t>vn -0.0049 -0.4572 0.8893</w:t>
        <w:br/>
        <w:t>vn -0.0038 -0.6240 0.7814</w:t>
        <w:br/>
        <w:t>vn 0.0909 0.0227 0.9956</w:t>
        <w:br/>
        <w:t>vn 0.7888 0.5006 -0.3566</w:t>
        <w:br/>
        <w:t>vn 0.8877 0.4387 -0.1400</w:t>
        <w:br/>
        <w:t>vn 0.0394 -0.5625 0.8258</w:t>
        <w:br/>
        <w:t>vn 0.5451 0.7920 -0.2751</w:t>
        <w:br/>
        <w:t>vn 0.5782 0.8150 -0.0384</w:t>
        <w:br/>
        <w:t>vn 0.8234 0.4995 0.2692</w:t>
        <w:br/>
        <w:t>vn -0.0001 0.8026 0.5966</w:t>
        <w:br/>
        <w:t>vn 0.8496 0.1149 0.5147</w:t>
        <w:br/>
        <w:t>vn 0.7998 0.0861 0.5940</w:t>
        <w:br/>
        <w:t>vn 0.9276 0.3425 0.1490</w:t>
        <w:br/>
        <w:t>vn 0.1733 0.9435 0.2824</w:t>
        <w:br/>
        <w:t>vn 0.1229 0.9924 0.0103</w:t>
        <w:br/>
        <w:t>vn -0.0003 0.6792 0.7340</w:t>
        <w:br/>
        <w:t>vn 0.9388 0.2789 0.2023</w:t>
        <w:br/>
        <w:t>vn 0.7605 0.3720 0.5322</w:t>
        <w:br/>
        <w:t>vn 0.3871 0.8774 0.2835</w:t>
        <w:br/>
        <w:t>vn 0.3403 0.9403 -0.0089</w:t>
        <w:br/>
        <w:t>vn 0.8212 0.1852 0.5398</w:t>
        <w:br/>
        <w:t>vn 0.8866 0.2107 0.4118</w:t>
        <w:br/>
        <w:t>vn 0.7231 0.6452 0.2468</w:t>
        <w:br/>
        <w:t>vn 0.5550 0.7971 0.2381</w:t>
        <w:br/>
        <w:t>vn 0.4152 0.9095 -0.0186</w:t>
        <w:br/>
        <w:t>vn 0.9159 0.0717 0.3949</w:t>
        <w:br/>
        <w:t>vn 0.2387 0.7695 0.5924</w:t>
        <w:br/>
        <w:t>vn 0.2666 0.6420 0.7189</w:t>
        <w:br/>
        <w:t>vn 0.7173 0.4310 0.5474</w:t>
        <w:br/>
        <w:t>vn 0.6784 0.3592 0.6408</w:t>
        <w:br/>
        <w:t>vn 0.4475 0.6712 0.5909</w:t>
        <w:br/>
        <w:t>vn 0.5835 0.5624 0.5858</w:t>
        <w:br/>
        <w:t>vn 0.5764 0.4611 0.6746</w:t>
        <w:br/>
        <w:t>vn 0.4676 0.5442 0.6965</w:t>
        <w:br/>
        <w:t>vn -0.4645 -0.0159 -0.8855</w:t>
        <w:br/>
        <w:t>vn -0.2179 -0.8757 -0.4308</w:t>
        <w:br/>
        <w:t>vn -0.1743 -0.9193 -0.3530</w:t>
        <w:br/>
        <w:t>vn -0.1828 -0.9812 -0.0615</w:t>
        <w:br/>
        <w:t>vn -0.2189 -0.9756 -0.0197</w:t>
        <w:br/>
        <w:t>vn -0.7591 0.4521 -0.4684</w:t>
        <w:br/>
        <w:t>vn -0.5696 0.6717 -0.4738</w:t>
        <w:br/>
        <w:t>vn 0.4760 0.1819 -0.8604</w:t>
        <w:br/>
        <w:t>vn -0.8854 -0.1033 -0.4532</w:t>
        <w:br/>
        <w:t>vn 0.3703 0.0086 -0.9289</w:t>
        <w:br/>
        <w:t>vn -0.1133 -0.5932 0.7970</w:t>
        <w:br/>
        <w:t>vn 0.0343 -0.5548 0.8313</w:t>
        <w:br/>
        <w:t>vn -0.0445 -0.6588 0.7510</w:t>
        <w:br/>
        <w:t>vn 0.2396 -0.0632 -0.9688</w:t>
        <w:br/>
        <w:t>vn -0.5087 0.7794 -0.3659</w:t>
        <w:br/>
        <w:t>vn -0.5226 0.8011 -0.2917</w:t>
        <w:br/>
        <w:t>vn 0.5864 -0.7881 0.1871</w:t>
        <w:br/>
        <w:t>vn 0.9037 -0.4177 0.0936</w:t>
        <w:br/>
        <w:t>vn 0.5934 -0.6926 0.4101</w:t>
        <w:br/>
        <w:t>vn 0.5863 -0.7882 0.1871</w:t>
        <w:br/>
        <w:t>vn 0.8312 -0.0472 0.5540</w:t>
        <w:br/>
        <w:t>vn 0.5500 -0.3660 0.7507</w:t>
        <w:br/>
        <w:t>vn 0.7174 -0.6772 0.1636</w:t>
        <w:br/>
        <w:t>vn 0.6126 -0.0784 0.7865</w:t>
        <w:br/>
        <w:t>vn 0.5653 0.6707 0.4802</w:t>
        <w:br/>
        <w:t>vn 0.2803 0.7795 0.5602</w:t>
        <w:br/>
        <w:t>vn 0.6019 0.3565 0.7146</w:t>
        <w:br/>
        <w:t>vn 0.6020 0.3564 0.7146</w:t>
        <w:br/>
        <w:t>vn 0.1149 0.9503 -0.2895</w:t>
        <w:br/>
        <w:t>vn 0.0150 0.9763 -0.2157</w:t>
        <w:br/>
        <w:t>vn 0.3070 0.9091 -0.2816</w:t>
        <w:br/>
        <w:t>vn -0.0011 0.3007 -0.9537</w:t>
        <w:br/>
        <w:t>vn -0.5499 0.7547 -0.3578</w:t>
        <w:br/>
        <w:t>vn 0.3260 -0.8716 0.3661</w:t>
        <w:br/>
        <w:t>vn -0.3213 -0.9337 0.1577</w:t>
        <w:br/>
        <w:t>vn 0.3198 0.2673 -0.9090</w:t>
        <w:br/>
        <w:t>vn 0.2001 0.2990 -0.9330</w:t>
        <w:br/>
        <w:t>vn 0.2439 -0.9654 -0.0922</w:t>
        <w:br/>
        <w:t>vn 0.3740 -0.8291 -0.4155</w:t>
        <w:br/>
        <w:t>vn 0.3371 0.2373 -0.9111</w:t>
        <w:br/>
        <w:t>vn 0.7512 -0.6495 0.1174</w:t>
        <w:br/>
        <w:t>vn 0.3387 -0.7709 0.5394</w:t>
        <w:br/>
        <w:t>vn 0.6106 -0.1399 0.7795</w:t>
        <w:br/>
        <w:t>vn 0.5212 -0.3254 0.7890</w:t>
        <w:br/>
        <w:t>vn 0.4644 -0.5163 0.7196</w:t>
        <w:br/>
        <w:t>vn 0.6766 -0.3267 0.6599</w:t>
        <w:br/>
        <w:t>vn 0.8049 0.3057 -0.5087</w:t>
        <w:br/>
        <w:t>vn 0.7556 0.4686 -0.4576</w:t>
        <w:br/>
        <w:t>vn 0.5936 0.7239 -0.3515</w:t>
        <w:br/>
        <w:t>vn 0.3418 0.9225 -0.1794</w:t>
        <w:br/>
        <w:t>vn -0.2103 0.8714 -0.4433</w:t>
        <w:br/>
        <w:t>vn -0.2882 0.8952 -0.3399</w:t>
        <w:br/>
        <w:t>vn -0.1508 0.9572 -0.2472</w:t>
        <w:br/>
        <w:t>vn 0.3080 0.9259 -0.2188</w:t>
        <w:br/>
        <w:t>vn 0.0176 -0.5193 0.8544</w:t>
        <w:br/>
        <w:t>vn 0.1018 0.9113 -0.3989</w:t>
        <w:br/>
        <w:t>vn 0.1309 0.8903 -0.4361</w:t>
        <w:br/>
        <w:t>vn -0.0763 0.9204 -0.3835</w:t>
        <w:br/>
        <w:t>vn -0.3822 -0.7664 0.5163</w:t>
        <w:br/>
        <w:t>vn -0.3196 -0.7538 0.5742</w:t>
        <w:br/>
        <w:t>vn -0.6331 0.6852 -0.3601</w:t>
        <w:br/>
        <w:t>vn -0.2553 -0.5997 0.7584</w:t>
        <w:br/>
        <w:t>vn -0.6765 0.7205 -0.1525</w:t>
        <w:br/>
        <w:t>vn 0.2829 0.8985 -0.3358</w:t>
        <w:br/>
        <w:t>vn 0.2699 0.8848 -0.3798</w:t>
        <w:br/>
        <w:t>vn 0.5531 0.5810 0.5971</w:t>
        <w:br/>
        <w:t>vn 0.7690 0.5348 0.3503</w:t>
        <w:br/>
        <w:t>vn 0.6272 0.7225 0.2910</w:t>
        <w:br/>
        <w:t>vn 0.5134 0.7873 -0.3415</w:t>
        <w:br/>
        <w:t>vn 0.8114 0.4537 -0.3685</w:t>
        <w:br/>
        <w:t>vn 0.7174 -0.6772 0.1635</w:t>
        <w:br/>
        <w:t>vn 0.8725 -0.2470 -0.4215</w:t>
        <w:br/>
        <w:t>vn 0.6126 -0.0785 0.7865</w:t>
        <w:br/>
        <w:t>vn 0.5035 -0.1550 0.8500</w:t>
        <w:br/>
        <w:t>vn -0.4359 -0.0239 -0.8997</w:t>
        <w:br/>
        <w:t>vn -0.4360 -0.0239 -0.8996</w:t>
        <w:br/>
        <w:t>vn 0.1346 -0.2091 -0.9686</w:t>
        <w:br/>
        <w:t>vn 0.3241 -0.3197 -0.8903</w:t>
        <w:br/>
        <w:t>vn -0.8508 -0.0001 -0.5255</w:t>
        <w:br/>
        <w:t>vn -0.9991 0.0031 0.0430</w:t>
        <w:br/>
        <w:t>vn -0.9698 -0.2217 -0.1011</w:t>
        <w:br/>
        <w:t>vn -0.9364 0.2869 0.2022</w:t>
        <w:br/>
        <w:t>vn -0.3746 0.4272 -0.8229</w:t>
        <w:br/>
        <w:t>vn -0.4958 0.5227 -0.6935</w:t>
        <w:br/>
        <w:t>vn 0.0825 0.1627 -0.9832</w:t>
        <w:br/>
        <w:t>vn 0.4709 0.5793 -0.6653</w:t>
        <w:br/>
        <w:t>vn 0.7974 0.5983 0.0779</w:t>
        <w:br/>
        <w:t>vn 0.1598 0.0956 -0.9825</w:t>
        <w:br/>
        <w:t>vn 0.1241 0.1227 -0.9847</w:t>
        <w:br/>
        <w:t>vn 0.5190 0.0012 -0.8548</w:t>
        <w:br/>
        <w:t>vn 0.4186 0.6436 0.6407</w:t>
        <w:br/>
        <w:t>vn 0.4186 0.6436 0.6408</w:t>
        <w:br/>
        <w:t>vn 0.4309 0.4445 0.7854</w:t>
        <w:br/>
        <w:t>vn 0.4664 0.3918 0.7931</w:t>
        <w:br/>
        <w:t>vn -0.2474 0.9484 -0.1986</w:t>
        <w:br/>
        <w:t>vn 0.3478 0.7112 -0.6109</w:t>
        <w:br/>
        <w:t>vn 0.8198 -0.2368 -0.5214</w:t>
        <w:br/>
        <w:t>vn -0.0474 -0.3486 -0.9361</w:t>
        <w:br/>
        <w:t>vn -0.6786 0.6174 -0.3978</w:t>
        <w:br/>
        <w:t>vn -0.7442 0.6110 -0.2698</w:t>
        <w:br/>
        <w:t>vn -0.4040 0.5069 0.7615</w:t>
        <w:br/>
        <w:t>vn 0.2803 0.7795 0.5603</w:t>
        <w:br/>
        <w:t>vn 0.2777 0.9577 0.0759</w:t>
        <w:br/>
        <w:t>vn -0.4723 0.1982 0.8589</w:t>
        <w:br/>
        <w:t>vn 0.1803 0.6048 0.7757</w:t>
        <w:br/>
        <w:t>vn 0.2404 0.5779 0.7799</w:t>
        <w:br/>
        <w:t>vn 0.7912 0.6002 -0.1171</w:t>
        <w:br/>
        <w:t>vn 0.5190 0.0012 -0.8547</w:t>
        <w:br/>
        <w:t>vn 0.5539 0.0423 -0.8315</w:t>
        <w:br/>
        <w:t>vn 0.6608 -0.1135 -0.7419</w:t>
        <w:br/>
        <w:t>vn 0.3886 0.7713 0.5042</w:t>
        <w:br/>
        <w:t>vn -0.9364 0.2869 0.2023</w:t>
        <w:br/>
        <w:t>vn 0.2687 0.8524 -0.4486</w:t>
        <w:br/>
        <w:t>vn -0.2140 0.8547 -0.4729</w:t>
        <w:br/>
        <w:t>vn 0.5596 0.8149 -0.1513</w:t>
        <w:br/>
        <w:t>vn -0.1319 0.9036 -0.4076</w:t>
        <w:br/>
        <w:t>vn 0.6450 -0.1690 -0.7453</w:t>
        <w:br/>
        <w:t>vn -0.3657 0.0443 -0.9297</w:t>
        <w:br/>
        <w:t>vn 0.8633 0.4583 0.2113</w:t>
        <w:br/>
        <w:t>vn 0.3692 0.8780 -0.3046</w:t>
        <w:br/>
        <w:t>vn -0.8607 -0.5011 -0.0899</w:t>
        <w:br/>
        <w:t>vn -0.4155 -0.8239 0.3854</w:t>
        <w:br/>
        <w:t>vn -0.3217 -0.6898 0.6486</w:t>
        <w:br/>
        <w:t>vn -0.5316 -0.7978 0.2845</w:t>
        <w:br/>
        <w:t>vn -0.5193 -0.6723 0.5276</w:t>
        <w:br/>
        <w:t>vn -0.4598 -0.7235 0.5150</w:t>
        <w:br/>
        <w:t>vn -0.5669 -0.7041 0.4276</w:t>
        <w:br/>
        <w:t>vn -0.6901 -0.5550 0.4645</w:t>
        <w:br/>
        <w:t>vn -0.4612 -0.6750 0.5760</w:t>
        <w:br/>
        <w:t>vn -0.4611 -0.6750 0.5760</w:t>
        <w:br/>
        <w:t>vn -0.3730 -0.6057 0.7029</w:t>
        <w:br/>
        <w:t>vn -0.3731 -0.6056 0.7029</w:t>
        <w:br/>
        <w:t>vn -0.1551 0.1050 0.9823</w:t>
        <w:br/>
        <w:t>vn -0.1646 0.1420 0.9761</w:t>
        <w:br/>
        <w:t>vn 0.4937 0.6710 -0.5532</w:t>
        <w:br/>
        <w:t>vn 0.4059 0.6933 -0.5955</w:t>
        <w:br/>
        <w:t>vn 0.3527 0.7098 -0.6097</w:t>
        <w:br/>
        <w:t>vn 0.3862 0.7202 -0.5764</w:t>
        <w:br/>
        <w:t>vn 0.3222 0.5945 -0.7368</w:t>
        <w:br/>
        <w:t>vn 0.0125 0.7155 -0.6985</w:t>
        <w:br/>
        <w:t>vn 0.0244 0.8152 -0.5786</w:t>
        <w:br/>
        <w:t>vn 0.3267 0.6883 -0.6477</w:t>
        <w:br/>
        <w:t>vn 0.3558 0.6977 -0.6218</w:t>
        <w:br/>
        <w:t>vn 0.3559 0.6977 -0.6217</w:t>
        <w:br/>
        <w:t>vn 0.3077 0.6608 -0.6846</w:t>
        <w:br/>
        <w:t>vn 0.3078 0.6608 -0.6846</w:t>
        <w:br/>
        <w:t>vn 0.2905 0.2337 -0.9279</w:t>
        <w:br/>
        <w:t>vn -0.1384 -0.0218 -0.9901</w:t>
        <w:br/>
        <w:t>vn -0.0829 0.3592 -0.9296</w:t>
        <w:br/>
        <w:t>vn 0.2334 0.4273 -0.8735</w:t>
        <w:br/>
        <w:t>vn -0.0186 0.8412 -0.5404</w:t>
        <w:br/>
        <w:t>vn -0.0564 0.8696 -0.4905</w:t>
        <w:br/>
        <w:t>vn -0.0728 0.9109 -0.4063</w:t>
        <w:br/>
        <w:t>vn -0.0793 0.9264 -0.3682</w:t>
        <w:br/>
        <w:t>vn 0.4535 0.7521 -0.4782</w:t>
        <w:br/>
        <w:t>vn 0.4323 0.7417 -0.5129</w:t>
        <w:br/>
        <w:t>vn -0.5120 -0.3923 0.7642</w:t>
        <w:br/>
        <w:t>vn -0.5292 -0.3752 0.7611</w:t>
        <w:br/>
        <w:t>vn -0.3465 -0.4847 0.8032</w:t>
        <w:br/>
        <w:t>vn -0.5126 -0.3248 0.7948</w:t>
        <w:br/>
        <w:t>vn -0.3297 -0.4266 0.8422</w:t>
        <w:br/>
        <w:t>vn -0.6749 0.6272 -0.3888</w:t>
        <w:br/>
        <w:t>vn -0.6583 0.6617 -0.3588</w:t>
        <w:br/>
        <w:t>vn 0.9091 -0.4128 0.0559</w:t>
        <w:br/>
        <w:t>vn 0.9091 -0.4127 0.0558</w:t>
        <w:br/>
        <w:t>vn 0.9161 -0.4004 0.0203</w:t>
        <w:br/>
        <w:t>vn -0.7137 0.5598 -0.4210</w:t>
        <w:br/>
        <w:t>vn -0.4898 -0.7579 0.4310</w:t>
        <w:br/>
        <w:t>vn -0.1555 -0.0721 0.9852</w:t>
        <w:br/>
        <w:t>vn -0.2865 0.0137 -0.9580</w:t>
        <w:br/>
        <w:t>vn 0.1093 0.0185 -0.9938</w:t>
        <w:br/>
        <w:t>vn 0.0730 -0.3084 -0.9485</w:t>
        <w:br/>
        <w:t>vn -0.3208 -0.3590 -0.8765</w:t>
        <w:br/>
        <w:t>vn 0.5825 0.6520 -0.4853</w:t>
        <w:br/>
        <w:t>vn -0.7181 -0.3936 0.5739</w:t>
        <w:br/>
        <w:t>vn -0.5007 -0.4177 0.7582</w:t>
        <w:br/>
        <w:t>vn -0.6498 -0.3316 0.6839</w:t>
        <w:br/>
        <w:t>vn -0.2657 -0.5617 0.7835</w:t>
        <w:br/>
        <w:t>vn 0.2537 0.5710 -0.7808</w:t>
        <w:br/>
        <w:t>vn 0.2536 0.5710 -0.7808</w:t>
        <w:br/>
        <w:t>vn -0.6175 -0.3355 0.7114</w:t>
        <w:br/>
        <w:t>vn -0.3212 -0.3723 0.8708</w:t>
        <w:br/>
        <w:t>vn -0.5875 -0.3010 0.7512</w:t>
        <w:br/>
        <w:t>vn 0.9683 -0.2387 0.0740</w:t>
        <w:br/>
        <w:t>vn 0.9598 -0.2752 0.0549</w:t>
        <w:br/>
        <w:t>vn 0.9598 -0.2753 0.0549</w:t>
        <w:br/>
        <w:t>vn -0.8272 0.0308 -0.5611</w:t>
        <w:br/>
        <w:t>vn -0.8262 0.1651 -0.5387</w:t>
        <w:br/>
        <w:t>vn -0.2458 -0.3881 0.8882</w:t>
        <w:br/>
        <w:t>vn -0.2458 -0.3881 0.8883</w:t>
        <w:br/>
        <w:t>vn -0.1252 0.4414 -0.8885</w:t>
        <w:br/>
        <w:t>vn 0.2300 0.3736 -0.8986</w:t>
        <w:br/>
        <w:t>vn -0.3019 -0.5102 -0.8053</w:t>
        <w:br/>
        <w:t>vn 0.3192 0.0982 -0.9426</w:t>
        <w:br/>
        <w:t>vn 0.3376 0.1899 -0.9219</w:t>
        <w:br/>
        <w:t>vn 0.3807 0.4982 -0.7790</w:t>
        <w:br/>
        <w:t>vn 0.3453 0.4053 -0.8465</w:t>
        <w:br/>
        <w:t>vn 0.3453 0.4053 -0.8464</w:t>
        <w:br/>
        <w:t>vn 0.4267 0.5639 -0.7070</w:t>
        <w:br/>
        <w:t>vn 0.4268 0.5639 -0.7070</w:t>
        <w:br/>
        <w:t>vn -0.3856 -0.7493 0.5384</w:t>
        <w:br/>
        <w:t>vn -0.3744 -0.6822 0.6280</w:t>
        <w:br/>
        <w:t>vn -0.3745 -0.6822 0.6280</w:t>
        <w:br/>
        <w:t>vn -0.3427 -0.6134 0.7115</w:t>
        <w:br/>
        <w:t>vn -0.3428 -0.6134 0.7115</w:t>
        <w:br/>
        <w:t>vn -0.3063 -0.5153 0.8004</w:t>
        <w:br/>
        <w:t>vn -0.3063 -0.5154 0.8004</w:t>
        <w:br/>
        <w:t>vn -0.3106 -0.3982 0.8631</w:t>
        <w:br/>
        <w:t>vn -0.6869 -0.2480 0.6831</w:t>
        <w:br/>
        <w:t>vn -0.6717 -0.2081 0.7109</w:t>
        <w:br/>
        <w:t>vn -0.8017 -0.2019 0.5625</w:t>
        <w:br/>
        <w:t>vn 0.9452 -0.2894 0.1513</w:t>
        <w:br/>
        <w:t>vn 0.9348 -0.2725 0.2276</w:t>
        <w:br/>
        <w:t>vn 0.9710 -0.2298 0.0653</w:t>
        <w:br/>
        <w:t>vn 0.9711 -0.2298 0.0653</w:t>
        <w:br/>
        <w:t>vn 0.9895 -0.1439 0.0114</w:t>
        <w:br/>
        <w:t>vn 0.9895 -0.1438 0.0114</w:t>
        <w:br/>
        <w:t>vn 0.9996 -0.0276 -0.0004</w:t>
        <w:br/>
        <w:t>vn 0.9913 0.1305 0.0180</w:t>
        <w:br/>
        <w:t>vn 0.9640 0.2635 0.0347</w:t>
        <w:br/>
        <w:t>vn 0.9351 0.3529 0.0334</w:t>
        <w:br/>
        <w:t>vn 0.9350 0.3529 0.0334</w:t>
        <w:br/>
        <w:t>vn -0.5344 -0.2733 -0.7998</w:t>
        <w:br/>
        <w:t>vn -0.6560 -0.0187 -0.7545</w:t>
        <w:br/>
        <w:t>vn -0.6173 -0.1375 -0.7747</w:t>
        <w:br/>
        <w:t>vn -0.7114 0.2367 -0.6617</w:t>
        <w:br/>
        <w:t>vn -0.7417 0.4327 -0.5124</w:t>
        <w:br/>
        <w:t>vn -0.7417 0.4327 -0.5125</w:t>
        <w:br/>
        <w:t>vn -0.7830 0.4957 -0.3756</w:t>
        <w:br/>
        <w:t>vn -0.7830 0.4958 -0.3756</w:t>
        <w:br/>
        <w:t>vn -0.8089 0.4960 -0.3157</w:t>
        <w:br/>
        <w:t>vn 0.8617 -0.5071 0.0183</w:t>
        <w:br/>
        <w:t>vn 0.8406 -0.5374 0.0685</w:t>
        <w:br/>
        <w:t>vn 0.8406 -0.5373 0.0685</w:t>
        <w:br/>
        <w:t>vn 0.9191 -0.3832 -0.0914</w:t>
        <w:br/>
        <w:t>vn 0.9579 -0.2310 -0.1705</w:t>
        <w:br/>
        <w:t>vn 0.9724 -0.1568 -0.1728</w:t>
        <w:br/>
        <w:t>vn 0.9817 -0.1025 -0.1608</w:t>
        <w:br/>
        <w:t>vn 0.9817 -0.1024 -0.1608</w:t>
        <w:br/>
        <w:t>vn 0.9838 -0.0663 -0.1666</w:t>
        <w:br/>
        <w:t>vn -0.6639 -0.3510 -0.6604</w:t>
        <w:br/>
        <w:t>vn -0.6377 0.0068 -0.7703</w:t>
        <w:br/>
        <w:t>vn -0.4700 0.4511 -0.7587</w:t>
        <w:br/>
        <w:t>vn -0.2999 0.7564 -0.5814</w:t>
        <w:br/>
        <w:t>vn -0.2809 0.8507 -0.4444</w:t>
        <w:br/>
        <w:t>vn -0.3334 0.8567 -0.3935</w:t>
        <w:br/>
        <w:t>vn -0.3790 0.8663 -0.3254</w:t>
        <w:br/>
        <w:t>vn -0.4038 0.8852 -0.2310</w:t>
        <w:br/>
        <w:t>vn 0.9361 -0.2387 0.2584</w:t>
        <w:br/>
        <w:t>vn 0.6172 0.6442 -0.4518</w:t>
        <w:br/>
        <w:t>vn -0.4192 0.8864 -0.1964</w:t>
        <w:br/>
        <w:t>vn -0.5824 -0.4048 0.7049</w:t>
        <w:br/>
        <w:t>vn -0.5146 -0.4571 0.7255</w:t>
        <w:br/>
        <w:t>vn -0.5309 -0.2869 0.7974</w:t>
        <w:br/>
        <w:t>vn -0.7131 -0.1718 0.6797</w:t>
        <w:br/>
        <w:t>vn -0.3171 -0.3846 0.8669</w:t>
        <w:br/>
        <w:t>vn 0.9452 -0.3262 0.0154</w:t>
        <w:br/>
        <w:t>vn 0.3571 0.3323 -0.8730</w:t>
        <w:br/>
        <w:t>vn 0.3570 0.3323 -0.8730</w:t>
        <w:br/>
        <w:t>vn -0.7796 0.4154 -0.4687</w:t>
        <w:br/>
        <w:t>vn -0.7796 0.4154 -0.4688</w:t>
        <w:br/>
        <w:t>vn 0.9312 -0.3644 -0.0101</w:t>
        <w:br/>
        <w:t>vn -0.0543 -0.1588 -0.9858</w:t>
        <w:br/>
        <w:t>vn -0.3284 -0.3445 0.8795</w:t>
        <w:br/>
        <w:t>vn 0.9189 0.3931 0.0323</w:t>
        <w:br/>
        <w:t>vn -0.4426 -0.5059 0.7403</w:t>
        <w:br/>
        <w:t>vn 0.4636 -0.5970 0.6547</w:t>
        <w:br/>
        <w:t>vn 0.4710 -0.6144 0.6330</w:t>
        <w:br/>
        <w:t>vn 0.4037 -0.5498 0.7313</w:t>
        <w:br/>
        <w:t>vn 0.3975 -0.5357 0.7450</w:t>
        <w:br/>
        <w:t>vn 0.3899 -0.5127 0.7649</w:t>
        <w:br/>
        <w:t>vn 0.4119 -0.4806 0.7742</w:t>
        <w:br/>
        <w:t>vn 0.4695 -0.5368 0.7011</w:t>
        <w:br/>
        <w:t>vn 0.4517 -0.5704 0.6860</w:t>
        <w:br/>
        <w:t>vn 0.4997 -0.5022 0.7057</w:t>
        <w:br/>
        <w:t>vn 0.4427 -0.4487 0.7763</w:t>
        <w:br/>
        <w:t>vn 0.5185 -0.4706 0.7139</w:t>
        <w:br/>
        <w:t>vn 0.4555 -0.4214 0.7842</w:t>
        <w:br/>
        <w:t>vn 0.4438 0.0113 0.8960</w:t>
        <w:br/>
        <w:t>vn 0.4576 -0.0263 0.8888</w:t>
        <w:br/>
        <w:t>vn 0.2591 -0.0725 0.9631</w:t>
        <w:br/>
        <w:t>vn 0.2479 0.0519 -0.9674</w:t>
        <w:br/>
        <w:t>vn 0.3184 0.0634 -0.9458</w:t>
        <w:br/>
        <w:t>vn 0.3185 0.0634 -0.9458</w:t>
        <w:br/>
        <w:t>vn 0.2145 -0.0882 -0.9727</w:t>
        <w:br/>
        <w:t>vn 0.2285 -0.0256 -0.9732</w:t>
        <w:br/>
        <w:t>vn 0.1191 0.0337 -0.9923</w:t>
        <w:br/>
        <w:t>vn 0.1192 0.0337 -0.9923</w:t>
        <w:br/>
        <w:t>vn 0.0378 0.0375 -0.9986</w:t>
        <w:br/>
        <w:t>vn 0.0379 0.0375 -0.9986</w:t>
        <w:br/>
        <w:t>vn -0.6545 0.7124 -0.2533</w:t>
        <w:br/>
        <w:t>vn -0.5703 0.7944 -0.2090</w:t>
        <w:br/>
        <w:t>vn -0.0028 0.0385 -0.9993</w:t>
        <w:br/>
        <w:t>vn -0.0029 0.0386 -0.9993</w:t>
        <w:br/>
        <w:t>vn -0.6837 0.6788 -0.2679</w:t>
        <w:br/>
        <w:t>vn -0.6838 0.6788 -0.2679</w:t>
        <w:br/>
        <w:t>vn -0.0169 0.0041 -0.9998</w:t>
        <w:br/>
        <w:t>vn -0.0168 0.0041 -0.9998</w:t>
        <w:br/>
        <w:t>vn -0.7120 0.6451 -0.2773</w:t>
        <w:br/>
        <w:t>vn 0.1541 -0.1728 -0.9728</w:t>
        <w:br/>
        <w:t>vn 0.6348 0.0213 0.7724</w:t>
        <w:br/>
        <w:t>vn 0.6331 -0.1306 0.7630</w:t>
        <w:br/>
        <w:t>vn 0.4885 -0.1184 0.8645</w:t>
        <w:br/>
        <w:t>vn -0.9633 0.0840 -0.2550</w:t>
        <w:br/>
        <w:t>vn -0.9347 -0.3243 -0.1456</w:t>
        <w:br/>
        <w:t>vn -0.9347 -0.3242 -0.1456</w:t>
        <w:br/>
        <w:t>vn -0.9633 0.0839 -0.2549</w:t>
        <w:br/>
        <w:t>vn -0.4647 0.8748 -0.1373</w:t>
        <w:br/>
        <w:t>vn -0.4647 0.8748 -0.1372</w:t>
        <w:br/>
        <w:t>vn -0.4231 0.9008 -0.0976</w:t>
        <w:br/>
        <w:t>vn -0.4231 0.9008 -0.0975</w:t>
        <w:br/>
        <w:t>vn -0.8355 -0.5449 -0.0704</w:t>
        <w:br/>
        <w:t>vn 0.0057 -0.0687 -0.9976</w:t>
        <w:br/>
        <w:t>vn 0.5574 -0.3874 0.7343</w:t>
        <w:br/>
        <w:t>vn 0.4797 -0.3440 0.8072</w:t>
        <w:br/>
        <w:t>vn -0.7834 0.5457 -0.2976</w:t>
        <w:br/>
        <w:t>vn 0.0670 -0.1557 -0.9855</w:t>
        <w:br/>
        <w:t>vn 0.6057 -0.2690 0.7489</w:t>
        <w:br/>
        <w:t>vn 0.5018 -0.2289 0.8342</w:t>
        <w:br/>
        <w:t>vn -0.8825 0.3610 -0.3015</w:t>
        <w:br/>
        <w:t>vn -0.8825 0.3609 -0.3015</w:t>
        <w:br/>
        <w:t>vn 0.3289 -0.1025 0.9388</w:t>
        <w:br/>
        <w:t>vn 0.3957 -0.2962 0.8693</w:t>
        <w:br/>
        <w:t>vn 0.3880 -0.1842 0.9030</w:t>
        <w:br/>
        <w:t>vn 0.3873 -0.3673 0.8456</w:t>
        <w:br/>
        <w:t>vn 0.3807 -0.3902 0.8383</w:t>
        <w:br/>
        <w:t>vn 0.3495 -0.4188 0.8381</w:t>
        <w:br/>
        <w:t>vn 0.3228 -0.4481 0.8337</w:t>
        <w:br/>
        <w:t>vn 0.3250 -0.4658 0.8230</w:t>
        <w:br/>
        <w:t>vn 0.3291 -0.4751 0.8161</w:t>
        <w:br/>
        <w:t>vn -0.0899 -0.4977 0.8627</w:t>
        <w:br/>
        <w:t>vn 0.0120 -0.4213 0.9068</w:t>
        <w:br/>
        <w:t>vn -0.0284 -0.4093 0.9120</w:t>
        <w:br/>
        <w:t>vn -0.1355 -0.4890 0.8617</w:t>
        <w:br/>
        <w:t>vn -0.0499 -0.4843 0.8735</w:t>
        <w:br/>
        <w:t>vn 0.0423 -0.4133 0.9096</w:t>
        <w:br/>
        <w:t>vn -0.0441 0.2299 0.9722</w:t>
        <w:br/>
        <w:t>vn 0.1657 0.1496 0.9748</w:t>
        <w:br/>
        <w:t>vn -0.0543 0.2106 0.9761</w:t>
        <w:br/>
        <w:t>vn -0.2701 0.1216 0.9551</w:t>
        <w:br/>
        <w:t>vn -0.0815 0.1271 0.9885</w:t>
        <w:br/>
        <w:t>vn -0.1014 -0.0126 0.9948</w:t>
        <w:br/>
        <w:t>vn -0.2494 -0.0627 0.9664</w:t>
        <w:br/>
        <w:t>vn -0.6607 -0.1112 -0.7423</w:t>
        <w:br/>
        <w:t>vn -0.6100 -0.0953 -0.7866</w:t>
        <w:br/>
        <w:t>vn -0.5819 -0.2535 -0.7727</w:t>
        <w:br/>
        <w:t>vn -0.5887 -0.2108 -0.7804</w:t>
        <w:br/>
        <w:t>vn -0.5294 -0.0657 -0.8458</w:t>
        <w:br/>
        <w:t>vn -0.5295 -0.0657 -0.8458</w:t>
        <w:br/>
        <w:t>vn 0.4093 0.7292 -0.5484</w:t>
        <w:br/>
        <w:t>vn 0.3590 0.8089 -0.4656</w:t>
        <w:br/>
        <w:t>vn 0.3591 0.8089 -0.4656</w:t>
        <w:br/>
        <w:t>vn -0.5439 -0.3345 -0.7696</w:t>
        <w:br/>
        <w:t>vn -0.4853 -0.3309 -0.8093</w:t>
        <w:br/>
        <w:t>vn -0.4854 -0.3309 -0.8093</w:t>
        <w:br/>
        <w:t>vn 0.7250 0.1868 -0.6630</w:t>
        <w:br/>
        <w:t>vn 0.8071 -0.1437 -0.5727</w:t>
        <w:br/>
        <w:t>vn -0.0936 -0.4075 0.9084</w:t>
        <w:br/>
        <w:t>vn 0.0001 -0.3438 0.9390</w:t>
        <w:br/>
        <w:t>vn 0.4913 0.6253 -0.6063</w:t>
        <w:br/>
        <w:t>vn -0.4841 -0.0923 -0.8701</w:t>
        <w:br/>
        <w:t>vn -0.4841 -0.0923 -0.8702</w:t>
        <w:br/>
        <w:t>vn -0.2717 0.2606 0.9264</w:t>
        <w:br/>
        <w:t>vn 0.7911 -0.4800 -0.3791</w:t>
        <w:br/>
        <w:t>vn 0.3441 0.8428 -0.4138</w:t>
        <w:br/>
        <w:t>vn 0.7413 -0.6151 -0.2685</w:t>
        <w:br/>
        <w:t>vn -0.4623 -0.2108 -0.8613</w:t>
        <w:br/>
        <w:t>vn -0.4624 -0.2108 -0.8613</w:t>
        <w:br/>
        <w:t>vn -0.1831 -0.2482 0.9512</w:t>
        <w:br/>
        <w:t>vn -0.0685 -0.1914 0.9791</w:t>
        <w:br/>
        <w:t>vn 0.6088 0.4467 -0.6556</w:t>
        <w:br/>
        <w:t>vn 0.1091 0.1280 0.9858</w:t>
        <w:br/>
        <w:t>vn 0.0490 0.0377 0.9981</w:t>
        <w:br/>
        <w:t>vn 0.0471 -0.1313 0.9902</w:t>
        <w:br/>
        <w:t>vn 0.0937 -0.2755 0.9567</w:t>
        <w:br/>
        <w:t>vn 0.1339 -0.3362 0.9322</w:t>
        <w:br/>
        <w:t>vn 0.1136 -0.3372 0.9345</w:t>
        <w:br/>
        <w:t>vn 0.0794 -0.3213 0.9437</w:t>
        <w:br/>
        <w:t>vn 0.0845 0.7067 0.7025</w:t>
        <w:br/>
        <w:t>vn 0.0301 0.6276 0.7779</w:t>
        <w:br/>
        <w:t>vn 0.7862 0.3716 0.4937</w:t>
        <w:br/>
        <w:t>vn 0.7825 0.3785 0.4944</w:t>
        <w:br/>
        <w:t>vn -0.5340 0.6014 0.5942</w:t>
        <w:br/>
        <w:t>vn -0.8360 0.2850 0.4689</w:t>
        <w:br/>
        <w:t>vn -0.7334 0.3561 0.5790</w:t>
        <w:br/>
        <w:t>vn -0.9190 0.0365 0.3926</w:t>
        <w:br/>
        <w:t>vn -0.9221 0.0714 0.3804</w:t>
        <w:br/>
        <w:t>vn -0.2616 -0.9467 -0.1881</w:t>
        <w:br/>
        <w:t>vn 0.0623 -0.8826 -0.4660</w:t>
        <w:br/>
        <w:t>vn -0.3574 -0.9110 -0.2058</w:t>
        <w:br/>
        <w:t>vn 0.7314 -0.5356 -0.4221</w:t>
        <w:br/>
        <w:t>vn 0.3923 -0.7298 -0.5599</w:t>
        <w:br/>
        <w:t>vn 0.4668 -0.6382 -0.6122</w:t>
        <w:br/>
        <w:t>vn 0.0624 -0.8826 -0.4660</w:t>
        <w:br/>
        <w:t>vn 0.9429 0.1316 0.3059</w:t>
        <w:br/>
        <w:t>vn 0.9665 0.1193 0.2273</w:t>
        <w:br/>
        <w:t>vn -0.0242 0.8533 0.5209</w:t>
        <w:br/>
        <w:t>vn -0.4874 0.8014 0.3465</w:t>
        <w:br/>
        <w:t>vn 0.9457 0.1457 0.2907</w:t>
        <w:br/>
        <w:t>vn 0.8355 0.3864 0.3906</w:t>
        <w:br/>
        <w:t>vn 0.9437 -0.2522 -0.2139</w:t>
        <w:br/>
        <w:t>vn 0.9464 -0.2457 -0.2098</w:t>
        <w:br/>
        <w:t>vn 0.7042 -0.6655 -0.2472</w:t>
        <w:br/>
        <w:t>vn 0.3163 -0.9093 -0.2706</w:t>
        <w:br/>
        <w:t>vn -0.6788 0.6143 0.4023</w:t>
        <w:br/>
        <w:t>vn -0.4874 0.8015 0.3466</w:t>
        <w:br/>
        <w:t>vn -0.8926 0.1961 0.4060</w:t>
        <w:br/>
        <w:t>vn -0.9047 0.0321 0.4248</w:t>
        <w:br/>
        <w:t>vn 0.9235 -0.3498 -0.1577</w:t>
        <w:br/>
        <w:t>vn 0.7131 -0.6913 0.1164</w:t>
        <w:br/>
        <w:t>vn 0.4969 -0.7966 0.3444</w:t>
        <w:br/>
        <w:t>vn 0.8948 -0.4464 -0.0029</w:t>
        <w:br/>
        <w:t>vn 0.2022 -0.5919 0.7803</w:t>
        <w:br/>
        <w:t>vn 0.5530 -0.5437 0.6313</w:t>
        <w:br/>
        <w:t>vn 0.5145 -0.4891 0.7044</w:t>
        <w:br/>
        <w:t>vn 0.4393 -0.4396 0.7835</w:t>
        <w:br/>
        <w:t>vn 0.4417 -0.3909 0.8076</w:t>
        <w:br/>
        <w:t>vn 0.4959 -0.4136 0.7635</w:t>
        <w:br/>
        <w:t>vn 0.5447 -0.3926 0.7411</w:t>
        <w:br/>
        <w:t>vn 0.4819 -0.3159 0.8173</w:t>
        <w:br/>
        <w:t>vn 0.5391 -0.1693 0.8251</w:t>
        <w:br/>
        <w:t>vn 0.8556 -0.1790 0.4857</w:t>
        <w:br/>
        <w:t>vn 0.7715 -0.2867 0.5679</w:t>
        <w:br/>
        <w:t>vn 0.7332 -0.3825 0.5623</w:t>
        <w:br/>
        <w:t>vn 0.4994 -0.4189 0.7583</w:t>
        <w:br/>
        <w:t>vn 0.9931 -0.0179 -0.1163</w:t>
        <w:br/>
        <w:t>vn 0.8880 0.4277 -0.1690</w:t>
        <w:br/>
        <w:t>vn 0.9843 0.0813 0.1568</w:t>
        <w:br/>
        <w:t>vn 0.7721 -0.3433 0.5348</w:t>
        <w:br/>
        <w:t>vn 0.7407 -0.3390 0.5801</w:t>
        <w:br/>
        <w:t>vn -0.0872 0.6100 0.7876</w:t>
        <w:br/>
        <w:t>vn 0.3765 0.5940 0.7110</w:t>
        <w:br/>
        <w:t>vn 0.3893 0.3297 0.8601</w:t>
        <w:br/>
        <w:t>vn -0.0806 0.2568 0.9631</w:t>
        <w:br/>
        <w:t>vn -0.2092 -0.3306 0.9203</w:t>
        <w:br/>
        <w:t>vn -0.2208 -0.2317 0.9474</w:t>
        <w:br/>
        <w:t>vn -0.2091 -0.3306 0.9203</w:t>
        <w:br/>
        <w:t>vn 0.6996 -0.3971 0.5940</w:t>
        <w:br/>
        <w:t>vn 0.3773 -0.4334 0.8184</w:t>
        <w:br/>
        <w:t>vn 0.3515 -0.4277 0.8328</w:t>
        <w:br/>
        <w:t>vn 0.7015 -0.4101 0.5829</w:t>
        <w:br/>
        <w:t>vn 0.3659 -0.4435 0.8182</w:t>
        <w:br/>
        <w:t>vn 0.3631 -0.4153 0.8340</w:t>
        <w:br/>
        <w:t>vn 0.8880 0.4276 -0.1689</w:t>
        <w:br/>
        <w:t>vn 0.4862 0.8512 -0.1975</w:t>
        <w:br/>
        <w:t>vn 0.9140 0.3674 0.1720</w:t>
        <w:br/>
        <w:t>vn -0.3093 0.9027 0.2990</w:t>
        <w:br/>
        <w:t>vn -0.4944 0.8617 -0.1137</w:t>
        <w:br/>
        <w:t>vn -0.4654 0.8813 -0.0815</w:t>
        <w:br/>
        <w:t>vn -0.5749 0.8075 0.1322</w:t>
        <w:br/>
        <w:t>vn -0.0561 -0.9784 0.1992</w:t>
        <w:br/>
        <w:t>vn 0.8627 -0.5023 0.0579</w:t>
        <w:br/>
        <w:t>vn 0.7441 -0.0510 0.6661</w:t>
        <w:br/>
        <w:t>vn 0.7359 -0.1804 0.6526</w:t>
        <w:br/>
        <w:t>vn 0.7709 0.2094 0.6015</w:t>
        <w:br/>
        <w:t>vn -0.2266 0.4448 0.8665</w:t>
        <w:br/>
        <w:t>vn -0.0847 0.7149 0.6941</w:t>
        <w:br/>
        <w:t>vn -0.3879 0.7525 0.5322</w:t>
        <w:br/>
        <w:t>vn -0.5465 0.5198 0.6566</w:t>
        <w:br/>
        <w:t>vn 0.7282 0.3970 0.5586</w:t>
        <w:br/>
        <w:t>vn 0.5749 0.3215 -0.7524</w:t>
        <w:br/>
        <w:t>vn 0.5246 0.3872 -0.7582</w:t>
        <w:br/>
        <w:t>vn 0.6929 0.2785 -0.6650</w:t>
        <w:br/>
        <w:t>vn 0.7342 0.2337 -0.6375</w:t>
        <w:br/>
        <w:t>vn 0.4288 0.4442 -0.7867</w:t>
        <w:br/>
        <w:t>vn 0.4017 0.6776 -0.6160</w:t>
        <w:br/>
        <w:t>vn 0.9931 -0.0178 -0.1163</w:t>
        <w:br/>
        <w:t>vn -0.0101 0.5500 -0.8351</w:t>
        <w:br/>
        <w:t>vn -0.1074 0.7787 -0.6181</w:t>
        <w:br/>
        <w:t>vn -0.7700 0.4199 -0.4805</w:t>
        <w:br/>
        <w:t>vn -0.7405 0.4139 -0.5295</w:t>
        <w:br/>
        <w:t>vn -0.5740 0.4619 -0.6761</w:t>
        <w:br/>
        <w:t>vn 0.5253 0.2988 -0.7967</w:t>
        <w:br/>
        <w:t>vn 0.7189 0.2041 -0.6645</w:t>
        <w:br/>
        <w:t>vn 0.7214 0.1827 -0.6679</w:t>
        <w:br/>
        <w:t>vn 0.5197 0.2926 -0.8027</w:t>
        <w:br/>
        <w:t>vn -0.8111 0.1782 -0.5571</w:t>
        <w:br/>
        <w:t>vn -0.7137 0.3761 -0.5909</w:t>
        <w:br/>
        <w:t>vn -0.6442 0.4568 -0.6134</w:t>
        <w:br/>
        <w:t>vn -0.6803 0.2880 -0.6740</w:t>
        <w:br/>
        <w:t>vn -0.0680 0.4649 -0.8828</w:t>
        <w:br/>
        <w:t>vn 0.5559 0.2853 -0.7807</w:t>
        <w:br/>
        <w:t>vn -0.0299 0.4676 -0.8834</w:t>
        <w:br/>
        <w:t>vn 0.8683 0.0057 -0.4959</w:t>
        <w:br/>
        <w:t>vn 0.8988 -0.0452 -0.4360</w:t>
        <w:br/>
        <w:t>vn 0.6872 -0.0874 -0.7212</w:t>
        <w:br/>
        <w:t>vn 0.6696 0.0422 -0.7415</w:t>
        <w:br/>
        <w:t>vn -0.1150 0.0835 0.9899</w:t>
        <w:br/>
        <w:t>vn -0.1149 0.0834 0.9899</w:t>
        <w:br/>
        <w:t>vn -0.1973 -0.0672 0.9780</w:t>
        <w:br/>
        <w:t>vn -0.1973 -0.0671 0.9780</w:t>
        <w:br/>
        <w:t>vn 0.8153 0.0807 -0.5734</w:t>
        <w:br/>
        <w:t>vn 0.6212 0.2015 -0.7573</w:t>
        <w:br/>
        <w:t>vn 0.7507 0.1535 -0.6426</w:t>
        <w:br/>
        <w:t>vn -0.5708 -0.6386 -0.5161</w:t>
        <w:br/>
        <w:t>vn -0.4089 -0.7470 -0.5242</w:t>
        <w:br/>
        <w:t>vn -0.7729 -0.5978 -0.2128</w:t>
        <w:br/>
        <w:t>vn -0.6149 -0.6267 -0.4786</w:t>
        <w:br/>
        <w:t>vn -0.0456 -0.8269 -0.5605</w:t>
        <w:br/>
        <w:t>vn -0.7370 -0.3561 -0.5745</w:t>
        <w:br/>
        <w:t>vn 0.3881 -0.8084 -0.4426</w:t>
        <w:br/>
        <w:t>vn 0.2891 -0.8343 -0.4694</w:t>
        <w:br/>
        <w:t>vn -0.0581 -0.8317 -0.5521</w:t>
        <w:br/>
        <w:t>vn -0.3189 -0.6468 -0.6927</w:t>
        <w:br/>
        <w:t>vn -0.6232 -0.6166 -0.4811</w:t>
        <w:br/>
        <w:t>vn -0.6643 -0.5214 -0.5356</w:t>
        <w:br/>
        <w:t>vn -0.0348 0.4887 -0.8718</w:t>
        <w:br/>
        <w:t>vn -0.0035 0.5376 -0.8432</w:t>
        <w:br/>
        <w:t>vn -0.2360 0.5660 -0.7899</w:t>
        <w:br/>
        <w:t>vn -0.2692 0.7848 -0.5583</w:t>
        <w:br/>
        <w:t>vn -0.4654 0.8814 -0.0815</w:t>
        <w:br/>
        <w:t>vn 0.7285 0.5905 0.3472</w:t>
        <w:br/>
        <w:t>vn 0.8356 0.3864 0.3905</w:t>
        <w:br/>
        <w:t>vn -0.7332 -0.0553 -0.6778</w:t>
        <w:br/>
        <w:t>vn -0.5082 0.2185 -0.8331</w:t>
        <w:br/>
        <w:t>vn -0.7370 -0.3561 -0.5744</w:t>
        <w:br/>
        <w:t>vn 0.3781 -0.3789 0.8447</w:t>
        <w:br/>
        <w:t>vn -0.2756 -0.1206 0.9537</w:t>
        <w:br/>
        <w:t>vn 0.1428 -0.4677 0.8722</w:t>
        <w:br/>
        <w:t>vn -0.2663 -0.6573 0.7050</w:t>
        <w:br/>
        <w:t>vn -0.6452 -0.2847 0.7090</w:t>
        <w:br/>
        <w:t>vn -0.4890 -0.6928 0.5299</w:t>
        <w:br/>
        <w:t>vn -0.1463 -0.3210 0.9357</w:t>
        <w:br/>
        <w:t>vn 0.0742 -0.2602 0.9627</w:t>
        <w:br/>
        <w:t>vn -0.0273 -0.4525 0.8913</w:t>
        <w:br/>
        <w:t>vn 0.8930 -0.4061 -0.1941</w:t>
        <w:br/>
        <w:t>vn 0.4855 -0.7872 -0.3802</w:t>
        <w:br/>
        <w:t>vn 0.9978 0.0350 0.0564</w:t>
        <w:br/>
        <w:t>vn 0.9892 -0.1162 0.0893</w:t>
        <w:br/>
        <w:t>vn 0.9947 -0.0209 0.1004</w:t>
        <w:br/>
        <w:t>vn 0.6538 -0.7366 -0.1733</w:t>
        <w:br/>
        <w:t>vn 0.5188 -0.8181 -0.2481</w:t>
        <w:br/>
        <w:t>vn 0.9023 -0.4293 -0.0406</w:t>
        <w:br/>
        <w:t>vn -0.4900 -0.4493 -0.7470</w:t>
        <w:br/>
        <w:t>vn -0.6356 -0.5998 -0.4861</w:t>
        <w:br/>
        <w:t>vn -0.1209 0.4807 -0.8685</w:t>
        <w:br/>
        <w:t>vn -0.2417 0.4818 -0.8423</w:t>
        <w:br/>
        <w:t>vn -0.7683 0.4296 0.4745</w:t>
        <w:br/>
        <w:t>vn -0.5465 0.5197 0.6566</w:t>
        <w:br/>
        <w:t>vn -0.7584 0.6029 0.2478</w:t>
        <w:br/>
        <w:t>vn -0.8997 0.4126 0.1428</w:t>
        <w:br/>
        <w:t>vn -0.2681 -0.3954 0.8785</w:t>
        <w:br/>
        <w:t>vn -0.5144 -0.2006 0.8338</w:t>
        <w:br/>
        <w:t>vn -0.9695 0.1716 -0.1752</w:t>
        <w:br/>
        <w:t>vn -0.9427 0.0544 -0.3292</w:t>
        <w:br/>
        <w:t>vn -0.9695 0.1715 -0.1752</w:t>
        <w:br/>
        <w:t>vn 0.0314 0.6405 -0.7673</w:t>
        <w:br/>
        <w:t>vn -0.3679 0.2760 -0.8880</w:t>
        <w:br/>
        <w:t>vn 0.0748 0.5659 -0.8211</w:t>
        <w:br/>
        <w:t>vn 0.0748 0.5658 -0.8211</w:t>
        <w:br/>
        <w:t>vn 0.1068 0.4614 -0.8807</w:t>
        <w:br/>
        <w:t>vn 0.0292 0.2240 -0.9742</w:t>
        <w:br/>
        <w:t>vn -0.4964 0.2100 -0.8423</w:t>
        <w:br/>
        <w:t>vn -0.1546 -0.0455 -0.9869</w:t>
        <w:br/>
        <w:t>vn -0.8597 0.0889 -0.5029</w:t>
        <w:br/>
        <w:t>vn -0.7427 0.4285 -0.5146</w:t>
        <w:br/>
        <w:t>vn -0.5190 -0.5746 -0.6329</w:t>
        <w:br/>
        <w:t>vn -0.4510 -0.3726 -0.8111</w:t>
        <w:br/>
        <w:t>vn -0.5189 -0.5746 -0.6329</w:t>
        <w:br/>
        <w:t>vn -0.3192 -0.2106 -0.9240</w:t>
        <w:br/>
        <w:t>vn 0.7617 -0.4990 -0.4132</w:t>
        <w:br/>
        <w:t>vn 0.7287 -0.5644 -0.3879</w:t>
        <w:br/>
        <w:t>vn -0.1226 0.5350 0.8359</w:t>
        <w:br/>
        <w:t>vn 0.3813 0.4129 0.8271</w:t>
        <w:br/>
        <w:t>vn 0.2809 0.2427 0.9285</w:t>
        <w:br/>
        <w:t>vn -0.1334 0.5112 0.8491</w:t>
        <w:br/>
        <w:t>vn 0.3711 -0.8928 -0.2554</w:t>
        <w:br/>
        <w:t>vn -0.6161 0.7844 0.0719</w:t>
        <w:br/>
        <w:t>vn -0.6289 0.3701 0.6838</w:t>
        <w:br/>
        <w:t>vn -0.6358 0.3035 0.7097</w:t>
        <w:br/>
        <w:t>vn -0.6289 0.3701 0.6837</w:t>
        <w:br/>
        <w:t>vn 0.6434 -0.6859 -0.3399</w:t>
        <w:br/>
        <w:t>vn 0.5032 -0.8114 -0.2974</w:t>
        <w:br/>
        <w:t>vn -0.6083 0.7445 -0.2750</w:t>
        <w:br/>
        <w:t>vn -0.6536 0.5489 -0.5210</w:t>
        <w:br/>
        <w:t>vn -0.5741 0.4619 -0.6761</w:t>
        <w:br/>
        <w:t>vn -0.6749 0.4628 -0.5747</w:t>
        <w:br/>
        <w:t>vn -0.6705 0.4837 -0.5626</w:t>
        <w:br/>
        <w:t>vn -0.3447 0.5033 -0.7924</w:t>
        <w:br/>
        <w:t>vn -0.6551 0.4357 -0.6172</w:t>
        <w:br/>
        <w:t>vn -0.6126 0.4074 -0.6772</w:t>
        <w:br/>
        <w:t>vn -0.6226 0.4531 -0.6381</w:t>
        <w:br/>
        <w:t>vn -0.6702 0.4416 -0.5965</w:t>
        <w:br/>
        <w:t>vn -0.6909 0.1479 -0.7077</w:t>
        <w:br/>
        <w:t>vn -0.6398 0.3199 -0.6988</w:t>
        <w:br/>
        <w:t>vn -0.9392 0.1003 -0.3284</w:t>
        <w:br/>
        <w:t>vn -0.9678 0.2363 -0.0869</w:t>
        <w:br/>
        <w:t>vn -0.9502 0.3091 -0.0399</w:t>
        <w:br/>
        <w:t>vn -0.9425 0.3262 0.0725</w:t>
        <w:br/>
        <w:t>vn -0.9495 0.2783 0.1446</w:t>
        <w:br/>
        <w:t>vn -0.9515 0.2700 0.1473</w:t>
        <w:br/>
        <w:t>vn -0.9512 0.2625 0.1619</w:t>
        <w:br/>
        <w:t>vn -0.9160 0.3058 0.2598</w:t>
        <w:br/>
        <w:t>vn -0.8921 0.0808 0.4445</w:t>
        <w:br/>
        <w:t>vn -0.8397 0.0828 0.5367</w:t>
        <w:br/>
        <w:t>vn -0.8658 0.0772 0.4944</w:t>
        <w:br/>
        <w:t>vn -0.8993 0.1616 0.4063</w:t>
        <w:br/>
        <w:t>vn -0.8561 0.1533 0.4936</w:t>
        <w:br/>
        <w:t>vn -0.0849 0.3563 0.9305</w:t>
        <w:br/>
        <w:t>vn -0.3264 0.2582 0.9093</w:t>
        <w:br/>
        <w:t>vn -0.3555 0.3675 0.8594</w:t>
        <w:br/>
        <w:t>vn -0.1493 0.4856 0.8614</w:t>
        <w:br/>
        <w:t>vn -0.8546 -0.0032 0.5192</w:t>
        <w:br/>
        <w:t>vn -0.5463 0.1420 0.8254</w:t>
        <w:br/>
        <w:t>vn -0.4924 0.2741 0.8261</w:t>
        <w:br/>
        <w:t>vn -0.7523 -0.4674 -0.4643</w:t>
        <w:br/>
        <w:t>vn -0.6999 -0.2325 -0.6753</w:t>
        <w:br/>
        <w:t>vn -0.8652 -0.1546 -0.4770</w:t>
        <w:br/>
        <w:t>vn -0.9324 -0.1395 -0.3334</w:t>
        <w:br/>
        <w:t>vn -0.8168 -0.3014 -0.4920</w:t>
        <w:br/>
        <w:t>vn -0.9559 -0.2879 -0.0585</w:t>
        <w:br/>
        <w:t>vn -0.3696 -0.5914 -0.7167</w:t>
        <w:br/>
        <w:t>vn 0.0581 -0.4331 -0.8995</w:t>
        <w:br/>
        <w:t>vn -0.6858 -0.0781 -0.7236</w:t>
        <w:br/>
        <w:t>vn -0.5988 -0.2823 -0.7495</w:t>
        <w:br/>
        <w:t>vn 0.0042 -0.7891 -0.6143</w:t>
        <w:br/>
        <w:t>vn -0.6327 -0.1822 0.7527</w:t>
        <w:br/>
        <w:t>vn -0.5169 -0.1191 0.8477</w:t>
        <w:br/>
        <w:t>vn -0.2970 -0.0260 0.9545</w:t>
        <w:br/>
        <w:t>vn 0.5363 -0.5438 0.6456</w:t>
        <w:br/>
        <w:t>vn 0.4987 -0.4671 0.7302</w:t>
        <w:br/>
        <w:t>vn 0.4259 -0.4160 0.8035</w:t>
        <w:br/>
        <w:t>vn 0.4394 -0.3673 0.8197</w:t>
        <w:br/>
        <w:t>vn 0.6965 -0.2026 -0.6884</w:t>
        <w:br/>
        <w:t>vn 0.7663 -0.3332 -0.5493</w:t>
        <w:br/>
        <w:t>vn 0.0773 -0.6922 -0.7176</w:t>
        <w:br/>
        <w:t>vn -0.0177 -0.4892 -0.8720</w:t>
        <w:br/>
        <w:t>vn 0.8036 -0.1462 0.5770</w:t>
        <w:br/>
        <w:t>vn 0.8165 0.0629 0.5739</w:t>
        <w:br/>
        <w:t>vn 0.8927 0.2211 0.3927</w:t>
        <w:br/>
        <w:t>vn 0.8912 0.0487 0.4511</w:t>
        <w:br/>
        <w:t>vn 0.7064 0.0192 0.7076</w:t>
        <w:br/>
        <w:t>vn 0.1507 -0.7978 -0.5838</w:t>
        <w:br/>
        <w:t>vn 0.6747 -0.6649 -0.3203</w:t>
        <w:br/>
        <w:t>vn 0.5055 -0.7283 0.4627</w:t>
        <w:br/>
        <w:t>vn 0.5395 -0.7892 0.2934</w:t>
        <w:br/>
        <w:t>vn 0.3531 -0.8021 0.4817</w:t>
        <w:br/>
        <w:t>vn -0.8328 -0.4244 -0.3554</w:t>
        <w:br/>
        <w:t>vn -0.8405 -0.4800 -0.2511</w:t>
        <w:br/>
        <w:t>vn -0.8331 0.0705 0.5486</w:t>
        <w:br/>
        <w:t>vn -0.1767 -0.0953 0.9796</w:t>
        <w:br/>
        <w:t>vn 0.1245 -0.3683 0.9213</w:t>
        <w:br/>
        <w:t>vn 0.0989 -0.3001 0.9488</w:t>
        <w:br/>
        <w:t>vn 0.2135 -0.5493 0.8079</w:t>
        <w:br/>
        <w:t>vn 0.2156 -0.4628 0.8598</w:t>
        <w:br/>
        <w:t>vn 0.4813 -0.1877 -0.8562</w:t>
        <w:br/>
        <w:t>vn 0.1077 0.3113 -0.9442</w:t>
        <w:br/>
        <w:t>vn -0.9074 0.1385 -0.3968</w:t>
        <w:br/>
        <w:t>vn -0.8957 0.2369 -0.3762</w:t>
        <w:br/>
        <w:t>vn -0.8324 0.4316 -0.3477</w:t>
        <w:br/>
        <w:t>vn -0.8219 -0.5345 -0.1969</w:t>
        <w:br/>
        <w:t>vn -0.9260 -0.1057 -0.3623</w:t>
        <w:br/>
        <w:t>vn -0.9226 -0.1844 -0.3390</w:t>
        <w:br/>
        <w:t>vn -0.7333 -0.6717 -0.1052</w:t>
        <w:br/>
        <w:t>vn 0.7490 -0.3738 -0.5470</w:t>
        <w:br/>
        <w:t>vn 0.7432 -0.2678 -0.6132</w:t>
        <w:br/>
        <w:t>vn 0.7148 -0.2934 -0.6348</w:t>
        <w:br/>
        <w:t>vn 0.7534 -0.4322 -0.4956</w:t>
        <w:br/>
        <w:t>vn 0.7533 -0.4321 -0.4957</w:t>
        <w:br/>
        <w:t>vn 0.6280 -0.1551 -0.7626</w:t>
        <w:br/>
        <w:t>vn 0.8117 -0.5798 -0.0699</w:t>
        <w:br/>
        <w:t>vn 0.9970 -0.0008 0.0777</w:t>
        <w:br/>
        <w:t>vn 0.9388 -0.0277 0.3433</w:t>
        <w:br/>
        <w:t>vn -0.5213 0.1949 0.8309</w:t>
        <w:br/>
        <w:t>vn -0.5814 -0.0396 0.8127</w:t>
        <w:br/>
        <w:t>vn -0.4774 -0.1186 0.8707</w:t>
        <w:br/>
        <w:t>vn -0.4219 0.1254 0.8979</w:t>
        <w:br/>
        <w:t>vn -0.5300 -0.0620 0.8457</w:t>
        <w:br/>
        <w:t>vn 0.4541 -0.5857 -0.6714</w:t>
        <w:br/>
        <w:t>vn 0.9970 -0.0007 0.0777</w:t>
        <w:br/>
        <w:t>vn 0.8117 -0.5798 -0.0700</w:t>
        <w:br/>
        <w:t>vn 0.5746 -0.4026 -0.7126</w:t>
        <w:br/>
        <w:t>vn 0.4134 -0.7063 -0.5747</w:t>
        <w:br/>
        <w:t>vn 0.6333 -0.6943 -0.3418</w:t>
        <w:br/>
        <w:t>vn -0.3547 -0.0475 0.9338</w:t>
        <w:br/>
        <w:t>vn -0.2635 0.3283 0.9071</w:t>
        <w:br/>
        <w:t>vn -0.3951 0.1437 0.9073</w:t>
        <w:br/>
        <w:t>vn -0.3444 -0.1771 0.9220</w:t>
        <w:br/>
        <w:t>vn 0.7367 -0.5724 0.3600</w:t>
        <w:br/>
        <w:t>vn 0.8052 -0.4486 0.3878</w:t>
        <w:br/>
        <w:t>vn 0.6334 -0.6943 -0.3418</w:t>
        <w:br/>
        <w:t>vn 0.7368 -0.5724 0.3600</w:t>
        <w:br/>
        <w:t>vn 0.8690 -0.2994 0.3940</w:t>
        <w:br/>
        <w:t>vn 0.6553 -0.6674 0.3538</w:t>
        <w:br/>
        <w:t>vn 0.8803 0.4512 0.1466</w:t>
        <w:br/>
        <w:t>vn 0.8686 0.4768 0.1345</w:t>
        <w:br/>
        <w:t>vn -0.3472 0.3327 0.8768</w:t>
        <w:br/>
        <w:t>vn -0.3351 0.3551 0.8727</w:t>
        <w:br/>
        <w:t>vn -0.2832 0.4402 0.8521</w:t>
        <w:br/>
        <w:t>vn -0.2833 0.4402 0.8520</w:t>
        <w:br/>
        <w:t>vn 0.8985 -0.2038 0.3889</w:t>
        <w:br/>
        <w:t>vn 0.7553 -0.4400 -0.4857</w:t>
        <w:br/>
        <w:t>vn 0.7558 -0.4446 -0.4807</w:t>
        <w:br/>
        <w:t>vn 0.7553 -0.4401 -0.4857</w:t>
        <w:br/>
        <w:t>vn -0.6595 -0.7493 -0.0602</w:t>
        <w:br/>
        <w:t>vn -0.6594 -0.7494 -0.0602</w:t>
        <w:br/>
        <w:t>vn -0.6200 -0.7838 -0.0354</w:t>
        <w:br/>
        <w:t>vn 0.0958 -0.2374 0.9667</w:t>
        <w:br/>
        <w:t>vn -0.6568 0.4791 -0.5823</w:t>
        <w:br/>
        <w:t>vn -0.7052 0.4565 -0.5424</w:t>
        <w:br/>
        <w:t>vn -0.6532 0.4572 -0.6035</w:t>
        <w:br/>
        <w:t>vn -0.9437 0.3050 0.1279</w:t>
        <w:br/>
        <w:t>vn -0.8346 0.1181 0.5380</w:t>
        <w:br/>
        <w:t>vn 0.4529 -0.4510 0.7691</w:t>
        <w:br/>
        <w:t>vn 0.1632 -0.4208 0.8924</w:t>
        <w:br/>
        <w:t>vn 0.3859 -0.4560 0.8020</w:t>
        <w:br/>
        <w:t>vn 0.4052 -0.4145 0.8148</w:t>
        <w:br/>
        <w:t>vn 0.7293 -0.3553 0.5847</w:t>
        <w:br/>
        <w:t>vn 0.5553 0.2940 -0.7780</w:t>
        <w:br/>
        <w:t>vn 0.7305 0.2158 -0.6480</w:t>
        <w:br/>
        <w:t>vn 0.1235 -0.7342 0.6676</w:t>
        <w:br/>
        <w:t>vn 0.0188 0.0698 -0.9974</w:t>
        <w:br/>
        <w:t>vn 0.0001 0.3495 -0.9369</w:t>
        <w:br/>
        <w:t>vn -0.2448 0.5061 0.8270</w:t>
        <w:br/>
        <w:t>vn -0.2501 0.4935 0.8330</w:t>
        <w:br/>
        <w:t>vn -0.2501 0.4934 0.8331</w:t>
        <w:br/>
        <w:t>vn -0.2642 0.0987 0.9594</w:t>
        <w:br/>
        <w:t>vn 0.9120 -0.4092 0.0269</w:t>
        <w:br/>
        <w:t>vn -0.6321 0.1760 0.7547</w:t>
        <w:br/>
        <w:t>vn -0.5233 0.5497 0.6511</w:t>
        <w:br/>
        <w:t>vn -0.1822 0.3784 0.9075</w:t>
        <w:br/>
        <w:t>vn 0.4478 0.5593 0.6976</w:t>
        <w:br/>
        <w:t>vn 0.4280 0.5144 0.7431</w:t>
        <w:br/>
        <w:t>vn -0.5809 -0.5018 0.6409</w:t>
        <w:br/>
        <w:t>vn -0.6320 0.1759 0.7547</w:t>
        <w:br/>
        <w:t>vn -0.2656 -0.5840 0.7671</w:t>
        <w:br/>
        <w:t>vn -0.0130 -0.6350 0.7724</w:t>
        <w:br/>
        <w:t>vn -0.0804 -0.5496 0.8316</w:t>
        <w:br/>
        <w:t>vn -0.5943 0.5131 0.6193</w:t>
        <w:br/>
        <w:t>vn -0.5115 0.6514 0.5604</w:t>
        <w:br/>
        <w:t>vn -0.0778 0.4571 -0.8860</w:t>
        <w:br/>
        <w:t>vn -0.0621 0.4489 -0.8914</w:t>
        <w:br/>
        <w:t>vn -0.9763 -0.2147 0.0277</w:t>
        <w:br/>
        <w:t>vn -0.1855 -0.1363 0.9732</w:t>
        <w:br/>
        <w:t>vn -0.8330 0.0705 0.5487</w:t>
        <w:br/>
        <w:t>vn 0.0574 0.0213 0.9981</w:t>
        <w:br/>
        <w:t>vn 0.0084 0.1567 0.9876</w:t>
        <w:br/>
        <w:t>vn -0.3960 -0.1765 0.9011</w:t>
        <w:br/>
        <w:t>vn 0.9846 0.1693 -0.0432</w:t>
        <w:br/>
        <w:t>vn 0.9458 0.2165 0.2420</w:t>
        <w:br/>
        <w:t>vn -0.4998 0.6770 -0.5402</w:t>
        <w:br/>
        <w:t>vn -0.7922 0.4368 -0.4263</w:t>
        <w:br/>
        <w:t>vn -0.4998 0.6771 -0.5401</w:t>
        <w:br/>
        <w:t>vn -0.2302 0.6628 -0.7126</w:t>
        <w:br/>
        <w:t>vn 0.6387 -0.3191 -0.7002</w:t>
        <w:br/>
        <w:t>vn -0.6550 -0.3282 -0.6806</w:t>
        <w:br/>
        <w:t>vn -0.7733 -0.3574 -0.5237</w:t>
        <w:br/>
        <w:t>vn -0.8379 -0.1217 -0.5321</w:t>
        <w:br/>
        <w:t>vn -0.6971 -0.0385 -0.7160</w:t>
        <w:br/>
        <w:t>vn 0.5920 -0.3004 0.7478</w:t>
        <w:br/>
        <w:t>vn -0.8997 0.4125 0.1428</w:t>
        <w:br/>
        <w:t>vn -0.7682 0.4297 0.4746</w:t>
        <w:br/>
        <w:t>vn -0.9491 -0.2952 0.1101</w:t>
        <w:br/>
        <w:t>vn -0.7922 0.4368 -0.4262</w:t>
        <w:br/>
        <w:t>vn -0.8378 -0.1217 -0.5322</w:t>
        <w:br/>
        <w:t>vn -0.7733 -0.3574 -0.5236</w:t>
        <w:br/>
        <w:t>vn -0.6327 -0.1821 0.7527</w:t>
        <w:br/>
        <w:t>vn 0.9215 0.2391 0.3061</w:t>
        <w:br/>
        <w:t>vn 0.9215 0.2392 0.3061</w:t>
        <w:br/>
        <w:t>vn 0.8374 -0.4179 -0.3522</w:t>
        <w:br/>
        <w:t>vn 0.5070 -0.6980 -0.5057</w:t>
        <w:br/>
        <w:t>vn -0.2912 0.5945 -0.7495</w:t>
        <w:br/>
        <w:t>vn 0.0415 -0.2053 -0.9778</w:t>
        <w:br/>
        <w:t>vn 0.8946 -0.1874 -0.4057</w:t>
        <w:br/>
        <w:t>vn -0.9890 -0.1262 -0.0772</w:t>
        <w:br/>
        <w:t>vn 0.7685 0.3244 0.5516</w:t>
        <w:br/>
        <w:t>vn 0.1738 0.0261 0.9844</w:t>
        <w:br/>
        <w:t>vn -0.1821 0.3784 0.9075</w:t>
        <w:br/>
        <w:t>vn -0.5269 -0.7042 -0.4759</w:t>
        <w:br/>
        <w:t>vn -0.5268 -0.7043 -0.4759</w:t>
        <w:br/>
        <w:t>vn -0.5265 -0.7427 -0.4137</w:t>
        <w:br/>
        <w:t>vn 0.9447 0.2360 0.2276</w:t>
        <w:br/>
        <w:t>vn -0.9383 -0.0872 0.3346</w:t>
        <w:br/>
        <w:t>vn -0.9890 -0.1263 -0.0772</w:t>
        <w:br/>
        <w:t>vn 0.9133 0.3734 0.1626</w:t>
        <w:br/>
        <w:t>vn 0.9133 0.3734 0.1627</w:t>
        <w:br/>
        <w:t>vn 0.9512 0.0567 -0.3033</w:t>
        <w:br/>
        <w:t>vn 0.8881 0.2719 -0.3707</w:t>
        <w:br/>
        <w:t>vn -0.0593 0.0941 0.9938</w:t>
        <w:br/>
        <w:t>vn 0.5664 0.2093 0.7972</w:t>
        <w:br/>
        <w:t>vn 0.7405 0.0655 0.6689</w:t>
        <w:br/>
        <w:t>vn 0.7552 -0.1974 0.6251</w:t>
        <w:br/>
        <w:t>vn 0.4832 -0.3944 0.7816</w:t>
        <w:br/>
        <w:t>vn 0.4832 -0.3945 0.7816</w:t>
        <w:br/>
        <w:t>vn 0.5900 -0.4405 0.6767</w:t>
        <w:br/>
        <w:t>vn 0.8620 0.2158 0.4588</w:t>
        <w:br/>
        <w:t>vn 0.8631 0.4216 0.2781</w:t>
        <w:br/>
        <w:t>vn 0.9901 -0.1272 -0.0596</w:t>
        <w:br/>
        <w:t>vn -0.6504 0.5290 -0.5451</w:t>
        <w:br/>
        <w:t>vn -0.5044 0.4524 -0.7354</w:t>
        <w:br/>
        <w:t>vn -0.8709 0.3268 -0.3672</w:t>
        <w:br/>
        <w:t>vn -0.3885 0.2544 -0.8856</w:t>
        <w:br/>
        <w:t>vn 0.2980 -0.1907 -0.9353</w:t>
        <w:br/>
        <w:t>vn -0.2136 -0.3107 -0.9262</w:t>
        <w:br/>
        <w:t>vn -0.4854 0.0460 -0.8731</w:t>
        <w:br/>
        <w:t>vn -0.6915 -0.3564 -0.6284</w:t>
        <w:br/>
        <w:t>vn -0.6942 -0.3407 -0.6340</w:t>
        <w:br/>
        <w:t>vn -0.6942 -0.3408 -0.6340</w:t>
        <w:br/>
        <w:t>vn 0.9164 -0.3998 0.0173</w:t>
        <w:br/>
        <w:t>vn 0.2418 -0.4973 -0.8332</w:t>
        <w:br/>
        <w:t>vn 0.1519 -0.4590 -0.8754</w:t>
        <w:br/>
        <w:t>vn 0.0226 -0.3978 -0.9172</w:t>
        <w:br/>
        <w:t>vn 0.7260 -0.6877 -0.0057</w:t>
        <w:br/>
        <w:t>vn 0.6616 -0.7496 0.0162</w:t>
        <w:br/>
        <w:t>vn 0.6652 -0.7046 0.2473</w:t>
        <w:br/>
        <w:t>vn -0.7171 0.5400 -0.4407</w:t>
        <w:br/>
        <w:t>vn -0.8965 0.4430 0.0013</w:t>
        <w:br/>
        <w:t>vn -0.9164 0.3197 0.2409</w:t>
        <w:br/>
        <w:t>vn -0.8727 0.2464 0.4215</w:t>
        <w:br/>
        <w:t>vn -0.7179 -0.2751 -0.6395</w:t>
        <w:br/>
        <w:t>vn -0.7238 -0.2565 -0.6406</w:t>
        <w:br/>
        <w:t>vn -0.7179 -0.2751 -0.6394</w:t>
        <w:br/>
        <w:t>vn -0.9494 0.2265 -0.2177</w:t>
        <w:br/>
        <w:t>vn -0.9216 0.2430 -0.3028</w:t>
        <w:br/>
        <w:t>vn -0.8110 0.0887 -0.5783</w:t>
        <w:br/>
        <w:t>vn -0.8403 -0.0017 -0.5421</w:t>
        <w:br/>
        <w:t>vn -0.9620 -0.1851 0.2009</w:t>
        <w:br/>
        <w:t>vn -0.9304 -0.2376 0.2791</w:t>
        <w:br/>
        <w:t>vn -0.9998 0.0214 -0.0032</w:t>
        <w:br/>
        <w:t>vn -0.7945 -0.3552 -0.4926</w:t>
        <w:br/>
        <w:t>vn -0.2741 -0.3196 0.9071</w:t>
        <w:br/>
        <w:t>vn 0.7701 -0.2724 0.5768</w:t>
        <w:br/>
        <w:t>vn -0.1135 -0.4828 0.8683</w:t>
        <w:br/>
        <w:t>vn 0.8229 -0.5682 -0.0014</w:t>
        <w:br/>
        <w:t>vn 0.7204 -0.6797 -0.1379</w:t>
        <w:br/>
        <w:t>vn 0.7415 -0.6639 -0.0971</w:t>
        <w:br/>
        <w:t>vn 0.3834 0.3934 0.8356</w:t>
        <w:br/>
        <w:t>vn 0.3835 0.3934 0.8356</w:t>
        <w:br/>
        <w:t>vn 0.4615 0.1360 0.8766</w:t>
        <w:br/>
        <w:t>vn 0.4616 0.1360 0.8766</w:t>
        <w:br/>
        <w:t>vn 0.2981 -0.1907 -0.9353</w:t>
        <w:br/>
        <w:t>vn 0.5561 -0.0562 -0.8292</w:t>
        <w:br/>
        <w:t>vn 0.6302 -0.2081 -0.7480</w:t>
        <w:br/>
        <w:t>vn 0.7969 -0.5504 -0.2491</w:t>
        <w:br/>
        <w:t>vn 0.7364 -0.5884 -0.3338</w:t>
        <w:br/>
        <w:t>vn 0.1911 0.4892 0.8510</w:t>
        <w:br/>
        <w:t>vn 0.4288 0.4158 0.8020</w:t>
        <w:br/>
        <w:t>vn -0.6857 -0.2561 0.6813</w:t>
        <w:br/>
        <w:t>vn -0.7440 -0.0488 0.6664</w:t>
        <w:br/>
        <w:t>vn -0.6951 -0.1724 0.6979</w:t>
        <w:br/>
        <w:t>vn 0.5323 0.4689 0.7048</w:t>
        <w:br/>
        <w:t>vn 0.4908 0.4969 0.7157</w:t>
        <w:br/>
        <w:t>vn -0.3861 -0.6057 -0.6957</w:t>
        <w:br/>
        <w:t>vn -0.3878 -0.5911 -0.7073</w:t>
        <w:br/>
        <w:t>vn -0.4385 -0.6469 -0.6239</w:t>
        <w:br/>
        <w:t>vn 0.5854 0.2357 -0.7758</w:t>
        <w:br/>
        <w:t>vn -0.0986 0.5132 -0.8526</w:t>
        <w:br/>
        <w:t>vn -0.9972 -0.0093 0.0743</w:t>
        <w:br/>
        <w:t>vn -0.8708 0.3268 -0.3672</w:t>
        <w:br/>
        <w:t>vn 0.7999 -0.5840 0.1386</w:t>
        <w:br/>
        <w:t>vn 0.7849 -0.6167 -0.0602</w:t>
        <w:br/>
        <w:t>vn 0.0747 0.5077 0.8583</w:t>
        <w:br/>
        <w:t>vn -0.1591 0.4562 0.8756</w:t>
        <w:br/>
        <w:t>vn 0.3014 0.5932 0.7465</w:t>
        <w:br/>
        <w:t>vn 0.6776 -0.1474 0.7205</w:t>
        <w:br/>
        <w:t>vn 0.6776 -0.1473 0.7205</w:t>
        <w:br/>
        <w:t>vn 0.5699 -0.0976 0.8159</w:t>
        <w:br/>
        <w:t>vn 0.5698 -0.0975 0.8159</w:t>
        <w:br/>
        <w:t>vn -0.9510 0.2467 0.1864</w:t>
        <w:br/>
        <w:t>vn -0.6092 0.1930 0.7691</w:t>
        <w:br/>
        <w:t>vn -0.9955 -0.0005 0.0943</w:t>
        <w:br/>
        <w:t>vn 0.9264 0.1123 0.3594</w:t>
        <w:br/>
        <w:t>vn 0.9954 0.0364 -0.0882</w:t>
        <w:br/>
        <w:t>vn 0.9952 0.0921 -0.0327</w:t>
        <w:br/>
        <w:t>vn 0.8723 0.1980 0.4471</w:t>
        <w:br/>
        <w:t>vn -0.6198 -0.4650 0.6321</w:t>
        <w:br/>
        <w:t>vn -0.0291 0.8311 -0.5553</w:t>
        <w:br/>
        <w:t>vn 0.3551 0.6647 -0.6573</w:t>
        <w:br/>
        <w:t>vn 0.2089 0.4629 -0.8614</w:t>
        <w:br/>
        <w:t>vn -0.1296 0.6052 -0.7855</w:t>
        <w:br/>
        <w:t>vn -0.8042 0.0265 -0.5937</w:t>
        <w:br/>
        <w:t>vn -0.7637 0.4172 -0.4927</w:t>
        <w:br/>
        <w:t>vn -0.1591 0.4560 0.8757</w:t>
        <w:br/>
        <w:t>vn -0.3529 0.4276 0.8322</w:t>
        <w:br/>
        <w:t>vn -0.6005 -0.0139 0.7995</w:t>
        <w:br/>
        <w:t>vn -0.4698 -0.5716 -0.6727</w:t>
        <w:br/>
        <w:t>vn -0.5406 -0.5375 -0.6472</w:t>
        <w:br/>
        <w:t>vn -0.8043 0.0265 -0.5937</w:t>
        <w:br/>
        <w:t>vn 0.3298 0.5202 0.7878</w:t>
        <w:br/>
        <w:t>vn 0.4887 0.7884 -0.3737</w:t>
        <w:br/>
        <w:t>vn 0.6527 0.5444 -0.5269</w:t>
        <w:br/>
        <w:t>vn 0.6527 0.5443 -0.5269</w:t>
        <w:br/>
        <w:t>vn 0.4887 0.7884 -0.3736</w:t>
        <w:br/>
        <w:t>vn 0.0836 0.2643 0.9608</w:t>
        <w:br/>
        <w:t>vn 0.0330 0.3882 0.9210</w:t>
        <w:br/>
        <w:t>vn -0.7475 0.6437 0.1642</w:t>
        <w:br/>
        <w:t>vn -0.5068 0.8398 -0.1947</w:t>
        <w:br/>
        <w:t>vn -0.5275 0.6811 -0.5078</w:t>
        <w:br/>
        <w:t>vn -0.6218 0.7060 -0.3389</w:t>
        <w:br/>
        <w:t>vn 0.8469 -0.0114 -0.5316</w:t>
        <w:br/>
        <w:t>vn -0.5241 0.3286 0.7857</w:t>
        <w:br/>
        <w:t>vn -0.7731 0.0816 0.6290</w:t>
        <w:br/>
        <w:t>vn 0.4253 -0.5843 -0.6911</w:t>
        <w:br/>
        <w:t>vn 0.3779 -0.5622 -0.7356</w:t>
        <w:br/>
        <w:t>vn 0.9780 0.1988 0.0632</w:t>
        <w:br/>
        <w:t>vn 0.7715 0.4842 0.4127</w:t>
        <w:br/>
        <w:t>vn 0.0290 0.6477 0.7613</w:t>
        <w:br/>
        <w:t>vn -0.8025 -0.2980 0.5168</w:t>
        <w:br/>
        <w:t>vn -0.8205 0.4790 0.3120</w:t>
        <w:br/>
        <w:t>vn -0.8025 -0.2980 0.5169</w:t>
        <w:br/>
        <w:t>vn -0.6887 -0.4439 0.5733</w:t>
        <w:br/>
        <w:t>vn 0.0455 0.9854 -0.1640</w:t>
        <w:br/>
        <w:t>vn 0.6426 0.7437 -0.1842</w:t>
        <w:br/>
        <w:t>vn -0.5311 0.8410 0.1028</w:t>
        <w:br/>
        <w:t>vn -0.1617 -0.9479 0.2744</w:t>
        <w:br/>
        <w:t>vn -0.1980 -0.9181 0.3434</w:t>
        <w:br/>
        <w:t>vn -0.1981 -0.9180 0.3435</w:t>
        <w:br/>
        <w:t>vn 0.4714 0.8414 -0.2641</w:t>
        <w:br/>
        <w:t>vn 0.4524 0.8675 -0.2067</w:t>
        <w:br/>
        <w:t>vn -0.2993 -0.8582 0.4171</w:t>
        <w:br/>
        <w:t>vn -0.5436 -0.6315 0.5529</w:t>
        <w:br/>
        <w:t>vn 0.7783 -0.1118 0.6179</w:t>
        <w:br/>
        <w:t>vn 0.7534 -0.1263 0.6454</w:t>
        <w:br/>
        <w:t>vn 0.7702 -0.2724 0.5768</w:t>
        <w:br/>
        <w:t>vn 0.8235 0.0712 0.5628</w:t>
        <w:br/>
        <w:t>vn 0.4089 -0.0978 0.9073</w:t>
        <w:br/>
        <w:t>vn 0.3409 0.4829 -0.8066</w:t>
        <w:br/>
        <w:t>vn -0.0986 0.5133 -0.8525</w:t>
        <w:br/>
        <w:t>vn -0.4529 0.3331 -0.8270</w:t>
        <w:br/>
        <w:t>vn -0.8585 -0.4002 -0.3207</w:t>
        <w:br/>
        <w:t>vn -0.4529 0.3330 -0.8270</w:t>
        <w:br/>
        <w:t>vn -0.3130 -0.3563 0.8804</w:t>
        <w:br/>
        <w:t>vn -0.4611 -0.3440 0.8180</w:t>
        <w:br/>
        <w:t>vn 0.4856 0.0854 -0.8700</w:t>
        <w:br/>
        <w:t>vn 0.3075 0.1533 -0.9391</w:t>
        <w:br/>
        <w:t>vn 0.4039 0.1721 -0.8985</w:t>
        <w:br/>
        <w:t>vn -0.7107 0.4651 -0.5279</w:t>
        <w:br/>
        <w:t>vn -0.9218 0.2257 0.3152</w:t>
        <w:br/>
        <w:t>vn -0.6942 0.4916 -0.5257</w:t>
        <w:br/>
        <w:t>vn 0.5090 -0.5841 -0.6323</w:t>
        <w:br/>
        <w:t>vn 0.5664 -0.5547 -0.6095</w:t>
        <w:br/>
        <w:t>vn 0.5189 -0.5437 -0.6597</w:t>
        <w:br/>
        <w:t>vn -0.6011 -0.0959 -0.7934</w:t>
        <w:br/>
        <w:t>vn -0.5322 -0.3519 -0.7701</w:t>
        <w:br/>
        <w:t>vn 0.6434 -0.5228 -0.5592</w:t>
        <w:br/>
        <w:t>vn -0.5017 0.5245 -0.6879</w:t>
        <w:br/>
        <w:t>vn -0.4759 0.5167 -0.7117</w:t>
        <w:br/>
        <w:t>vn 0.7002 0.1288 0.7022</w:t>
        <w:br/>
        <w:t>vn -0.4768 0.5228 -0.7066</w:t>
        <w:br/>
        <w:t>vn -0.7760 0.0186 0.6305</w:t>
        <w:br/>
        <w:t>vn -0.7760 0.0187 0.6305</w:t>
        <w:br/>
        <w:t>vn 0.6605 -0.4831 0.5748</w:t>
        <w:br/>
        <w:t>vn 0.6736 -0.5530 0.4903</w:t>
        <w:br/>
        <w:t>vn 0.1976 0.3553 -0.9136</w:t>
        <w:br/>
        <w:t>vn 0.3209 0.2190 -0.9215</w:t>
        <w:br/>
        <w:t>vn -0.0972 0.4514 -0.8870</w:t>
        <w:br/>
        <w:t>vn -0.1275 0.5077 -0.8520</w:t>
        <w:br/>
        <w:t>vn -0.5114 0.6337 -0.5805</w:t>
        <w:br/>
        <w:t>vn -0.4537 0.5970 -0.6616</w:t>
        <w:br/>
        <w:t>vn -0.4756 0.5481 -0.6881</w:t>
        <w:br/>
        <w:t>vn -0.5088 0.5451 -0.6664</w:t>
        <w:br/>
        <w:t>vn 0.6068 -0.7513 0.2595</w:t>
        <w:br/>
        <w:t>vn -0.7631 0.0248 0.6458</w:t>
        <w:br/>
        <w:t>vn -0.6887 0.0239 0.7246</w:t>
        <w:br/>
        <w:t>vn 0.3707 0.4106 0.8331</w:t>
        <w:br/>
        <w:t>vn 0.1360 0.0588 0.9890</w:t>
        <w:br/>
        <w:t>vn 0.4399 0.2513 0.8622</w:t>
        <w:br/>
        <w:t>vn 0.3707 0.4106 0.8330</w:t>
        <w:br/>
        <w:t>vn 0.8796 0.3601 -0.3109</w:t>
        <w:br/>
        <w:t>vn 0.6994 0.4687 -0.5396</w:t>
        <w:br/>
        <w:t>vn 0.9073 0.1890 -0.3757</w:t>
        <w:br/>
        <w:t>vn -0.4889 -0.6483 -0.5837</w:t>
        <w:br/>
        <w:t>vn -0.5042 -0.6751 -0.5385</w:t>
        <w:br/>
        <w:t>vn -0.4606 -0.6904 -0.5579</w:t>
        <w:br/>
        <w:t>vn -0.4625 -0.6805 -0.5683</w:t>
        <w:br/>
        <w:t>vn -0.7728 -0.3912 0.4998</w:t>
        <w:br/>
        <w:t>vn -0.7460 -0.3581 0.5615</w:t>
        <w:br/>
        <w:t>vn -0.6804 -0.3799 0.6267</w:t>
        <w:br/>
        <w:t>vn 0.9813 0.1447 -0.1266</w:t>
        <w:br/>
        <w:t>vn 0.3409 0.4828 -0.8066</w:t>
        <w:br/>
        <w:t>vn 0.7418 0.2420 -0.6254</w:t>
        <w:br/>
        <w:t>vn -0.8838 -0.2898 0.3673</w:t>
        <w:br/>
        <w:t>vn -0.4650 -0.6733 -0.5748</w:t>
        <w:br/>
        <w:t>vn -0.5296 -0.6660 -0.5253</w:t>
        <w:br/>
        <w:t>vn -0.9015 0.3179 -0.2937</w:t>
        <w:br/>
        <w:t>vn -0.7732 0.2053 -0.6000</w:t>
        <w:br/>
        <w:t>vn -0.8148 0.1514 -0.5597</w:t>
        <w:br/>
        <w:t>vn -0.9077 0.2370 -0.3462</w:t>
        <w:br/>
        <w:t>vn 0.6266 -0.3291 -0.7064</w:t>
        <w:br/>
        <w:t>vn 0.5899 -0.1326 -0.7966</w:t>
        <w:br/>
        <w:t>vn 0.6210 -0.2491 -0.7431</w:t>
        <w:br/>
        <w:t>vn -0.9132 0.3679 -0.1753</w:t>
        <w:br/>
        <w:t>vn -0.7791 0.3376 -0.5281</w:t>
        <w:br/>
        <w:t>vn -0.5308 0.2580 -0.8073</w:t>
        <w:br/>
        <w:t>vn 0.3074 0.1533 -0.9392</w:t>
        <w:br/>
        <w:t>vn -0.5631 -0.0084 -0.8263</w:t>
        <w:br/>
        <w:t>vn -0.5505 0.0678 -0.8321</w:t>
        <w:br/>
        <w:t>vn 0.6725 -0.1214 0.7301</w:t>
        <w:br/>
        <w:t>vn -0.2814 0.3878 0.8778</w:t>
        <w:br/>
        <w:t>vn -0.0687 0.5178 0.8527</w:t>
        <w:br/>
        <w:t>vn 0.1319 0.1597 0.9783</w:t>
        <w:br/>
        <w:t>vn 0.5795 -0.0488 -0.8135</w:t>
        <w:br/>
        <w:t>vn 0.5954 -0.5120 -0.6191</w:t>
        <w:br/>
        <w:t>vn 0.5821 -0.1383 0.8012</w:t>
        <w:br/>
        <w:t>vn 0.5123 -0.1041 0.8525</w:t>
        <w:br/>
        <w:t>vn 0.1318 0.1597 0.9783</w:t>
        <w:br/>
        <w:t>vn -0.6559 -0.7197 0.2277</w:t>
        <w:br/>
        <w:t>vn -0.7521 -0.6589 -0.0156</w:t>
        <w:br/>
        <w:t>vn -0.7518 0.2804 0.5968</w:t>
        <w:br/>
        <w:t>vn -0.6408 0.4805 0.5988</w:t>
        <w:br/>
        <w:t>vn -0.7532 0.5473 0.3648</w:t>
        <w:br/>
        <w:t>vn -0.8757 0.3344 0.3484</w:t>
        <w:br/>
        <w:t>vn 0.9050 0.4172 0.0828</w:t>
        <w:br/>
        <w:t>vn 0.8128 0.5812 0.0388</w:t>
        <w:br/>
        <w:t>vn 0.6325 0.7129 0.3029</w:t>
        <w:br/>
        <w:t>vn -0.2179 0.7986 0.5611</w:t>
        <w:br/>
        <w:t>vn -0.3808 0.8760 0.2958</w:t>
        <w:br/>
        <w:t>vn -0.0261 0.9253 0.3782</w:t>
        <w:br/>
        <w:t>vn 0.4464 0.8901 0.0920</w:t>
        <w:br/>
        <w:t>vn -0.8589 -0.4072 -0.3107</w:t>
        <w:br/>
        <w:t>vn -0.5181 -0.7063 0.4824</w:t>
        <w:br/>
        <w:t>vn -0.9611 0.2187 0.1689</w:t>
        <w:br/>
        <w:t>vn 0.6549 -0.3898 -0.6474</w:t>
        <w:br/>
        <w:t>vn 0.6338 -0.4703 -0.6141</w:t>
        <w:br/>
        <w:t>vn 0.7286 -0.0385 -0.6838</w:t>
        <w:br/>
        <w:t>vn 0.0138 0.1566 -0.9876</w:t>
        <w:br/>
        <w:t>vn 0.6593 -0.6800 -0.3209</w:t>
        <w:br/>
        <w:t>vn -0.6006 -0.0139 0.7994</w:t>
        <w:br/>
        <w:t>vn -0.1135 0.3560 0.9276</w:t>
        <w:br/>
        <w:t>vn 0.0836 0.2644 0.9608</w:t>
        <w:br/>
        <w:t>vn 0.9517 0.0235 0.3063</w:t>
        <w:br/>
        <w:t>vn 0.9105 -0.2017 0.3611</w:t>
        <w:br/>
        <w:t>vn 0.7951 -0.5252 0.3032</w:t>
        <w:br/>
        <w:t>vn -0.3190 -0.6279 -0.7100</w:t>
        <w:br/>
        <w:t>vn -0.2897 -0.5413 -0.7893</w:t>
        <w:br/>
        <w:t>vn 0.7968 -0.4960 0.3452</w:t>
        <w:br/>
        <w:t>vn 0.7702 -0.2723 0.5768</w:t>
        <w:br/>
        <w:t>vn 0.6311 -0.7130 -0.3055</w:t>
        <w:br/>
        <w:t>vn 0.5391 -0.6835 -0.4921</w:t>
        <w:br/>
        <w:t>vn 0.5392 -0.6835 -0.4921</w:t>
        <w:br/>
        <w:t>vn 0.6438 -0.7163 -0.2691</w:t>
        <w:br/>
        <w:t>vn -0.9955 -0.0004 0.0943</w:t>
        <w:br/>
        <w:t>vn -0.5032 0.1729 0.8467</w:t>
        <w:br/>
        <w:t>vn -0.5033 0.1729 0.8467</w:t>
        <w:br/>
        <w:t>vn 0.7967 -0.4960 0.3452</w:t>
        <w:br/>
        <w:t>vn -0.6450 -0.3978 -0.6525</w:t>
        <w:br/>
        <w:t>vn -0.6449 -0.3978 -0.6525</w:t>
        <w:br/>
        <w:t>vn -0.7781 -0.1804 0.6016</w:t>
        <w:br/>
        <w:t>vn 0.6677 -0.6393 -0.3815</w:t>
        <w:br/>
        <w:t>vn 0.7849 -0.6167 -0.0601</w:t>
        <w:br/>
        <w:t>vn 0.7415 -0.6639 -0.0972</w:t>
        <w:br/>
        <w:t>vn -0.2896 -0.5414 -0.7893</w:t>
        <w:br/>
        <w:t>vn 0.4383 -0.2472 0.8641</w:t>
        <w:br/>
        <w:t>vn 0.4384 -0.2472 0.8641</w:t>
        <w:br/>
        <w:t>vn 0.7998 -0.4322 0.4165</w:t>
        <w:br/>
        <w:t>vn 0.7213 -0.3785 0.5801</w:t>
        <w:br/>
        <w:t>vn 0.7252 -0.5187 0.4528</w:t>
        <w:br/>
        <w:t>vn 0.7769 -0.4547 0.4355</w:t>
        <w:br/>
        <w:t>vn 0.7214 -0.4625 0.5155</w:t>
        <w:br/>
        <w:t>vn 0.7770 -0.2961 0.5555</w:t>
        <w:br/>
        <w:t>vn 0.7492 -0.4354 0.4992</w:t>
        <w:br/>
        <w:t>vn 0.7371 0.0897 0.6699</w:t>
        <w:br/>
        <w:t>vn 0.6242 0.4484 0.6398</w:t>
        <w:br/>
        <w:t>vn 0.8147 0.3440 0.4668</w:t>
        <w:br/>
        <w:t>vn 0.8182 -0.0200 0.5745</w:t>
        <w:br/>
        <w:t>vn 0.9767 -0.1647 -0.1377</w:t>
        <w:br/>
        <w:t>vn 0.7953 -0.2982 -0.5277</w:t>
        <w:br/>
        <w:t>vn 0.8546 -0.1103 -0.5074</w:t>
        <w:br/>
        <w:t>vn 0.3751 -0.2758 -0.8850</w:t>
        <w:br/>
        <w:t>vn 0.5012 -0.1985 -0.8422</w:t>
        <w:br/>
        <w:t>vn 0.6792 -0.2935 0.6727</w:t>
        <w:br/>
        <w:t>vn 0.8656 -0.3274 0.3788</w:t>
        <w:br/>
        <w:t>vn 0.8843 -0.3230 0.3371</w:t>
        <w:br/>
        <w:t>vn 0.6824 -0.2485 0.6874</w:t>
        <w:br/>
        <w:t>vn 0.9750 -0.2192 -0.0361</w:t>
        <w:br/>
        <w:t>vn -0.8698 -0.2482 0.4265</w:t>
        <w:br/>
        <w:t>vn -0.9060 -0.2411 0.3480</w:t>
        <w:br/>
        <w:t>vn -0.7929 -0.5714 0.2116</w:t>
        <w:br/>
        <w:t>vn -0.7901 0.5984 -0.1326</w:t>
        <w:br/>
        <w:t>vn -0.7947 0.5737 0.1983</w:t>
        <w:br/>
        <w:t>vn -0.9501 -0.1172 0.2889</w:t>
        <w:br/>
        <w:t>vn -0.6033 0.6902 0.3995</w:t>
        <w:br/>
        <w:t>vn -0.8916 0.0252 0.4522</w:t>
        <w:br/>
        <w:t>vn -0.8379 0.3492 -0.4196</w:t>
        <w:br/>
        <w:t>vn -0.8025 0.3451 -0.4867</w:t>
        <w:br/>
        <w:t>vn -0.5527 0.3103 -0.7734</w:t>
        <w:br/>
        <w:t>vn -0.4953 0.3263 -0.8051</w:t>
        <w:br/>
        <w:t>vn -0.5342 0.3781 -0.7561</w:t>
        <w:br/>
        <w:t>vn -0.7675 0.3910 -0.5080</w:t>
        <w:br/>
        <w:t>vn -0.4925 -0.0941 0.8652</w:t>
        <w:br/>
        <w:t>vn -0.8330 0.3003 0.4648</w:t>
        <w:br/>
        <w:t>vn -0.6853 0.1163 0.7189</w:t>
        <w:br/>
        <w:t>vn -0.0884 -0.0442 -0.9951</w:t>
        <w:br/>
        <w:t>vn 0.3914 -0.1013 -0.9146</w:t>
        <w:br/>
        <w:t>vn 0.2930 -0.2035 -0.9342</w:t>
        <w:br/>
        <w:t>vn -0.1220 -0.1513 -0.9809</w:t>
        <w:br/>
        <w:t>vn 0.2476 -0.2910 -0.9241</w:t>
        <w:br/>
        <w:t>vn 0.2037 -0.3768 -0.9036</w:t>
        <w:br/>
        <w:t>vn -0.1912 -0.3701 -0.9091</w:t>
        <w:br/>
        <w:t>vn -0.2105 -0.2403 -0.9476</w:t>
        <w:br/>
        <w:t>vn -0.9641 0.0992 -0.2462</w:t>
        <w:br/>
        <w:t>vn -0.9387 -0.1642 -0.3032</w:t>
        <w:br/>
        <w:t>vn -0.9989 -0.0397 -0.0231</w:t>
        <w:br/>
        <w:t>vn -0.4453 0.8422 -0.3041</w:t>
        <w:br/>
        <w:t>vn 0.7301 -0.6755 0.1030</w:t>
        <w:br/>
        <w:t>vn 0.7657 -0.5208 0.3775</w:t>
        <w:br/>
        <w:t>vn 0.3360 -0.8406 0.4249</w:t>
        <w:br/>
        <w:t>vn -0.5900 0.8036 -0.0782</w:t>
        <w:br/>
        <w:t>vn 0.1243 -0.8545 0.5044</w:t>
        <w:br/>
        <w:t>vn 0.2135 -0.9287 0.3031</w:t>
        <w:br/>
        <w:t>vn 0.5373 0.0890 -0.8387</w:t>
        <w:br/>
        <w:t>vn 0.6398 0.1077 -0.7610</w:t>
        <w:br/>
        <w:t>vn 0.5175 0.1519 -0.8421</w:t>
        <w:br/>
        <w:t>vn 0.1467 0.2425 -0.9590</w:t>
        <w:br/>
        <w:t>vn -0.8802 0.3898 0.2708</w:t>
        <w:br/>
        <w:t>vn -0.8841 0.4443 0.1446</w:t>
        <w:br/>
        <w:t>vn 0.9691 0.1403 -0.2027</w:t>
        <w:br/>
        <w:t>vn 0.9541 0.1549 -0.2564</w:t>
        <w:br/>
        <w:t>vn 0.4966 0.0371 -0.8672</w:t>
        <w:br/>
        <w:t>vn 0.1043 0.0647 -0.9924</w:t>
        <w:br/>
        <w:t>vn 0.1793 0.1945 -0.9644</w:t>
        <w:br/>
        <w:t>vn -0.9108 0.3382 0.2368</w:t>
        <w:br/>
        <w:t>vn -0.8738 0.3791 0.3046</w:t>
        <w:br/>
        <w:t>vn -0.8018 0.2268 0.5528</w:t>
        <w:br/>
        <w:t>vn 0.5029 0.1070 -0.8577</w:t>
        <w:br/>
        <w:t>vn -0.4332 -0.0422 0.9003</w:t>
        <w:br/>
        <w:t>vn -0.9256 0.2652 0.2701</w:t>
        <w:br/>
        <w:t>vn -0.9199 0.2629 0.2909</w:t>
        <w:br/>
        <w:t>vn -0.9065 -0.1968 0.3735</w:t>
        <w:br/>
        <w:t>vn 0.7302 -0.6755 0.1030</w:t>
        <w:br/>
        <w:t>vn 0.6528 -0.4350 -0.6201</w:t>
        <w:br/>
        <w:t>vn 0.7657 -0.5209 0.3775</w:t>
        <w:br/>
        <w:t>vn 0.7438 -0.2155 0.6328</w:t>
        <w:br/>
        <w:t>vn 0.7669 -0.2599 0.5867</w:t>
        <w:br/>
        <w:t>vn 0.6899 -0.5713 0.4446</w:t>
        <w:br/>
        <w:t>vn 0.5306 -0.4924 0.6899</w:t>
        <w:br/>
        <w:t>vn 0.5541 -0.2080 0.8061</w:t>
        <w:br/>
        <w:t>vn 0.7081 -0.3998 0.5820</w:t>
        <w:br/>
        <w:t>vn 0.4185 -0.0975 0.9030</w:t>
        <w:br/>
        <w:t>vn 0.2037 -0.0573 0.9774</w:t>
        <w:br/>
        <w:t>vn 0.0900 -0.1445 0.9854</w:t>
        <w:br/>
        <w:t>vn -0.0076 -0.0922 0.9957</w:t>
        <w:br/>
        <w:t>vn -0.0526 -0.5928 -0.8037</w:t>
        <w:br/>
        <w:t>vn -0.1128 -0.5197 -0.8469</w:t>
        <w:br/>
        <w:t>vn -0.2230 -0.5921 -0.7744</w:t>
        <w:br/>
        <w:t>vn 0.2768 0.8314 0.4818</w:t>
        <w:br/>
        <w:t>vn -0.0280 0.8794 0.4753</w:t>
        <w:br/>
        <w:t>vn 0.1805 0.8510 0.4932</w:t>
        <w:br/>
        <w:t>vn -0.1573 0.6044 0.7810</w:t>
        <w:br/>
        <w:t>vn -0.1463 0.5452 0.8254</w:t>
        <w:br/>
        <w:t>vn -0.3218 0.3009 0.8977</w:t>
        <w:br/>
        <w:t>vn -0.3656 0.4086 0.8363</w:t>
        <w:br/>
        <w:t>vn -0.6379 -0.7195 -0.2746</w:t>
        <w:br/>
        <w:t>vn -0.4518 -0.8013 -0.3922</w:t>
        <w:br/>
        <w:t>vn 0.9662 0.2436 -0.0847</w:t>
        <w:br/>
        <w:t>vn 0.9957 0.0924 -0.0032</w:t>
        <w:br/>
        <w:t>vn 0.9496 0.1735 -0.2611</w:t>
        <w:br/>
        <w:t>vn -0.2820 -0.2027 -0.9378</w:t>
        <w:br/>
        <w:t>vn -0.5971 -0.2658 -0.7569</w:t>
        <w:br/>
        <w:t>vn -0.3311 -0.1813 0.9260</w:t>
        <w:br/>
        <w:t>vn 0.8951 0.3515 0.2742</w:t>
        <w:br/>
        <w:t>vn 0.9325 0.2142 0.2908</w:t>
        <w:br/>
        <w:t>vn -0.8370 -0.4189 -0.3519</w:t>
        <w:br/>
        <w:t>vn -0.8581 -0.4848 -0.1692</w:t>
        <w:br/>
        <w:t>vn -0.9510 -0.2824 -0.1255</w:t>
        <w:br/>
        <w:t>vn -0.1192 0.9031 0.4125</w:t>
        <w:br/>
        <w:t>vn -0.1193 0.8774 0.4647</w:t>
        <w:br/>
        <w:t>vn -0.9663 -0.2060 0.1541</w:t>
        <w:br/>
        <w:t>vn -0.9568 -0.1883 -0.2214</w:t>
        <w:br/>
        <w:t>vn -0.8157 -0.4321 -0.3846</w:t>
        <w:br/>
        <w:t>vn -0.8588 -0.5124 0.0015</w:t>
        <w:br/>
        <w:t>vn 0.1130 -0.9600 -0.2563</w:t>
        <w:br/>
        <w:t>vn 0.2288 -0.8883 -0.3981</w:t>
        <w:br/>
        <w:t>vn 0.1129 -0.9600 -0.2562</w:t>
        <w:br/>
        <w:t>vn 0.9900 0.1087 -0.0904</w:t>
        <w:br/>
        <w:t>vn 0.9672 0.1031 0.2319</w:t>
        <w:br/>
        <w:t>vn 0.9673 0.1031 0.2319</w:t>
        <w:br/>
        <w:t>vn -0.2335 0.7603 0.6061</w:t>
        <w:br/>
        <w:t>vn -0.1314 0.8141 0.5657</w:t>
        <w:br/>
        <w:t>vn -0.1313 0.8140 0.5657</w:t>
        <w:br/>
        <w:t>vn 0.1650 -0.2086 -0.9640</w:t>
        <w:br/>
        <w:t>vn -0.2115 -0.3197 -0.9236</w:t>
        <w:br/>
        <w:t>vn -0.3866 -0.2252 -0.8943</w:t>
        <w:br/>
        <w:t>vn 0.2456 -0.6652 -0.7051</w:t>
        <w:br/>
        <w:t>vn 0.2136 -0.9286 0.3034</w:t>
        <w:br/>
        <w:t>vn 0.3446 -0.9376 0.0471</w:t>
        <w:br/>
        <w:t>vn -0.4289 0.0738 0.9003</w:t>
        <w:br/>
        <w:t>vn -0.2614 0.3445 0.9017</w:t>
        <w:br/>
        <w:t>vn -0.6247 0.7481 0.2236</w:t>
        <w:br/>
        <w:t>vn -0.6870 0.7264 0.0214</w:t>
        <w:br/>
        <w:t>vn 0.0910 -0.9901 -0.1069</w:t>
        <w:br/>
        <w:t>vn 0.0909 -0.9901 -0.1069</w:t>
        <w:br/>
        <w:t>vn 0.0926 -0.9951 -0.0344</w:t>
        <w:br/>
        <w:t>vn 0.4997 0.2617 0.8257</w:t>
        <w:br/>
        <w:t>vn 0.4308 0.4546 0.7796</w:t>
        <w:br/>
        <w:t>vn 0.7108 0.1913 0.6769</w:t>
        <w:br/>
        <w:t>vn 0.3732 -0.8277 -0.4191</w:t>
        <w:br/>
        <w:t>vn 0.1722 -0.7660 -0.6193</w:t>
        <w:br/>
        <w:t>vn -0.4322 0.7442 0.5093</w:t>
        <w:br/>
        <w:t>vn -0.5343 0.7361 0.4156</w:t>
        <w:br/>
        <w:t>vn -0.2613 0.3445 0.9017</w:t>
        <w:br/>
        <w:t>vn -0.6248 0.7481 0.2236</w:t>
        <w:br/>
        <w:t>vn -0.2700 -0.4667 0.8422</w:t>
        <w:br/>
        <w:t>vn -0.3718 -0.2871 0.8828</w:t>
        <w:br/>
        <w:t>vn -0.2345 -0.4418 0.8659</w:t>
        <w:br/>
        <w:t>vn -0.8519 0.3967 -0.3419</w:t>
        <w:br/>
        <w:t>vn -0.9159 0.3811 0.1260</w:t>
        <w:br/>
        <w:t>vn 0.7424 0.0227 -0.6696</w:t>
        <w:br/>
        <w:t>vn -0.0714 -0.1888 0.9794</w:t>
        <w:br/>
        <w:t>vn 0.8851 -0.3330 0.3252</w:t>
        <w:br/>
        <w:t>vn 0.9645 -0.2415 -0.1071</w:t>
        <w:br/>
        <w:t>vn 0.8655 -0.3293 0.3775</w:t>
        <w:br/>
        <w:t>vn 0.8203 -0.0928 -0.5644</w:t>
        <w:br/>
        <w:t>vn 0.9750 -0.2192 -0.0360</w:t>
        <w:br/>
        <w:t>vn -0.9262 0.2954 0.2342</w:t>
        <w:br/>
        <w:t>vn -0.6917 0.4481 -0.5664</w:t>
        <w:br/>
        <w:t>vn 0.8221 -0.3884 0.4162</w:t>
        <w:br/>
        <w:t>vn 0.8221 -0.3885 0.4162</w:t>
        <w:br/>
        <w:t>vn 0.8153 -0.0968 -0.5709</w:t>
        <w:br/>
        <w:t>vn -0.4542 -0.0609 0.8888</w:t>
        <w:br/>
        <w:t>vn -0.4111 0.4344 -0.8015</w:t>
        <w:br/>
        <w:t>vn -0.0978 -0.2253 0.9694</w:t>
        <w:br/>
        <w:t>vn 0.1405 -0.5056 -0.8512</w:t>
        <w:br/>
        <w:t>vn -0.1357 -0.5163 -0.8456</w:t>
        <w:br/>
        <w:t>vn 0.6098 0.5753 0.5451</w:t>
        <w:br/>
        <w:t>vn 0.2154 0.2184 0.9518</w:t>
        <w:br/>
        <w:t>vn 0.0272 0.4396 0.8978</w:t>
        <w:br/>
        <w:t>vn -0.3702 -0.0631 0.9268</w:t>
        <w:br/>
        <w:t>vn -0.3575 -0.1382 0.9236</w:t>
        <w:br/>
        <w:t>vn -0.3516 0.1198 0.9285</w:t>
        <w:br/>
        <w:t>vn -0.5679 -0.0447 0.8219</w:t>
        <w:br/>
        <w:t>vn -0.8713 0.3691 0.3233</w:t>
        <w:br/>
        <w:t>vn -0.9055 0.3570 0.2294</w:t>
        <w:br/>
        <w:t>vn -0.5652 0.5769 -0.5897</w:t>
        <w:br/>
        <w:t>vn -0.3483 0.8073 -0.4763</w:t>
        <w:br/>
        <w:t>vn 0.5245 0.4900 -0.6963</w:t>
        <w:br/>
        <w:t>vn 0.4893 0.2172 -0.8446</w:t>
        <w:br/>
        <w:t>vn 0.7765 0.1158 -0.6194</w:t>
        <w:br/>
        <w:t>vn 0.3611 -0.8843 0.2959</w:t>
        <w:br/>
        <w:t>vn 0.0492 -0.7585 0.6498</w:t>
        <w:br/>
        <w:t>vn 0.3181 -0.4858 0.8142</w:t>
        <w:br/>
        <w:t>vn 0.6894 -0.5603 0.4590</w:t>
        <w:br/>
        <w:t>vn -0.6436 -0.1545 0.7496</w:t>
        <w:br/>
        <w:t>vn -0.7118 -0.3938 0.5816</w:t>
        <w:br/>
        <w:t>vn -0.8103 -0.4710 0.3488</w:t>
        <w:br/>
        <w:t>vn -0.8409 -0.0728 0.5363</w:t>
        <w:br/>
        <w:t>vn -0.8250 0.0114 0.5650</w:t>
        <w:br/>
        <w:t>vn -0.5180 0.8407 0.1576</w:t>
        <w:br/>
        <w:t>vn -0.5181 0.8407 0.1576</w:t>
        <w:br/>
        <w:t>vn -0.2384 0.7984 0.5529</w:t>
        <w:br/>
        <w:t>vn 0.6774 0.5195 -0.5208</w:t>
        <w:br/>
        <w:t>vn 0.4864 0.7982 -0.3553</w:t>
        <w:br/>
        <w:t>vn 0.6177 0.7853 -0.0415</w:t>
        <w:br/>
        <w:t>vn 0.7214 0.6174 -0.3136</w:t>
        <w:br/>
        <w:t>vn 0.7141 0.3351 -0.6147</w:t>
        <w:br/>
        <w:t>vn 0.7438 0.3826 -0.5481</w:t>
        <w:br/>
        <w:t>vn 0.1234 -0.9748 -0.1859</w:t>
        <w:br/>
        <w:t>vn 0.1238 -0.8099 -0.5734</w:t>
        <w:br/>
        <w:t>vn -0.2861 -0.9169 -0.2781</w:t>
        <w:br/>
        <w:t>vn -0.2092 -0.9623 0.1736</w:t>
        <w:br/>
        <w:t>vn -0.7118 -0.3939 0.5816</w:t>
        <w:br/>
        <w:t>vn 0.3253 0.8287 0.4555</w:t>
        <w:br/>
        <w:t>vn -0.0724 0.7088 0.7017</w:t>
        <w:br/>
        <w:t>vn -0.0221 0.6993 0.7145</w:t>
        <w:br/>
        <w:t>vn 0.3718 0.8055 0.4614</w:t>
        <w:br/>
        <w:t>vn -0.8415 -0.3508 0.4110</w:t>
        <w:br/>
        <w:t>vn -0.8046 -0.0753 0.5891</w:t>
        <w:br/>
        <w:t>vn -0.8114 -0.0817 0.5787</w:t>
        <w:br/>
        <w:t>vn -0.2775 -0.7718 -0.5721</w:t>
        <w:br/>
        <w:t>vn -0.2582 -0.6800 -0.6863</w:t>
        <w:br/>
        <w:t>vn -0.5378 -0.6880 -0.4873</w:t>
        <w:br/>
        <w:t>vn 0.0874 -0.6512 -0.7538</w:t>
        <w:br/>
        <w:t>vn 0.0518 -0.5918 -0.8044</w:t>
        <w:br/>
        <w:t>vn 0.7753 0.4133 -0.4777</w:t>
        <w:br/>
        <w:t>vn 0.7571 0.6223 -0.1991</w:t>
        <w:br/>
        <w:t>vn 0.7808 0.6020 -0.1671</w:t>
        <w:br/>
        <w:t>vn 0.8051 0.4190 -0.4199</w:t>
        <w:br/>
        <w:t>vn -0.8414 -0.3508 0.4110</w:t>
        <w:br/>
        <w:t>vn 0.7960 -0.1479 -0.5869</w:t>
        <w:br/>
        <w:t>vn 0.9514 0.1073 -0.2887</w:t>
        <w:br/>
        <w:t>vn -0.3799 0.0502 -0.9236</w:t>
        <w:br/>
        <w:t>vn -0.7410 -0.3193 -0.5908</w:t>
        <w:br/>
        <w:t>vn -0.8720 -0.4891 -0.0202</w:t>
        <w:br/>
        <w:t>vn 0.1621 -0.3032 0.9391</w:t>
        <w:br/>
        <w:t>vn 0.3154 -0.5736 0.7560</w:t>
        <w:br/>
        <w:t>vn 0.9552 0.2958 -0.0050</w:t>
        <w:br/>
        <w:t>vn 0.7823 0.4853 0.3904</w:t>
        <w:br/>
        <w:t>vn 0.8860 0.3906 0.2498</w:t>
        <w:br/>
        <w:t>vn 0.0769 -0.5259 -0.8471</w:t>
        <w:br/>
        <w:t>vn 0.0272 0.4395 0.8978</w:t>
        <w:br/>
        <w:t>vn -0.5146 0.3602 -0.7781</w:t>
        <w:br/>
        <w:t>vn -0.8578 0.4105 -0.3093</w:t>
        <w:br/>
        <w:t>vn -0.6596 0.3766 -0.6505</w:t>
        <w:br/>
        <w:t>vn -0.6321 0.2644 -0.7284</w:t>
        <w:br/>
        <w:t>vn -0.6726 0.0199 -0.7397</w:t>
        <w:br/>
        <w:t>vn -0.6675 0.1391 -0.7315</w:t>
        <w:br/>
        <w:t>vn -0.5622 -0.3596 -0.7448</w:t>
        <w:br/>
        <w:t>vn -0.6196 -0.1788 -0.7642</w:t>
        <w:br/>
        <w:t>vn -0.4898 -0.5553 -0.6721</w:t>
        <w:br/>
        <w:t>vn -0.2852 -0.7013 -0.6534</w:t>
        <w:br/>
        <w:t>vn -0.6889 -0.6387 -0.3428</w:t>
        <w:br/>
        <w:t>vn -0.7105 -0.6994 -0.0771</w:t>
        <w:br/>
        <w:t>vn -0.8609 0.4488 -0.2395</w:t>
        <w:br/>
        <w:t>vn -0.8912 0.4523 0.0359</w:t>
        <w:br/>
        <w:t>vn -0.9023 0.2646 -0.3404</w:t>
        <w:br/>
        <w:t>vn -0.9851 0.1663 0.0437</w:t>
        <w:br/>
        <w:t>vn -0.9499 0.3093 0.0452</w:t>
        <w:br/>
        <w:t>vn -0.2300 -0.3550 0.9061</w:t>
        <w:br/>
        <w:t>vn -0.2299 -0.3550 0.9061</w:t>
        <w:br/>
        <w:t>vn 0.5306 -0.4925 0.6899</w:t>
        <w:br/>
        <w:t>vn -0.7362 -0.6047 0.3039</w:t>
        <w:br/>
        <w:t>vn -0.6521 -0.7243 0.2240</w:t>
        <w:br/>
        <w:t>vn -0.7043 -0.6571 0.2688</w:t>
        <w:br/>
        <w:t>vn -0.8720 -0.4891 -0.0201</w:t>
        <w:br/>
        <w:t>vn -0.7645 -0.5492 0.3376</w:t>
        <w:br/>
        <w:t>vn -0.3311 -0.1814 0.9260</w:t>
        <w:br/>
        <w:t>vn 0.7824 0.4853 0.3904</w:t>
        <w:br/>
        <w:t>vn -0.7902 0.5984 -0.1325</w:t>
        <w:br/>
        <w:t>vn -0.2765 0.8660 -0.4166</w:t>
        <w:br/>
        <w:t>vn -0.8513 -0.3958 0.3444</w:t>
        <w:br/>
        <w:t>vn -0.5487 -0.1332 0.8254</w:t>
        <w:br/>
        <w:t>vn 0.3445 -0.9376 0.0469</w:t>
        <w:br/>
        <w:t>vn 0.2154 0.2183 0.9518</w:t>
        <w:br/>
        <w:t>vn 0.9325 0.2142 0.2907</w:t>
        <w:br/>
        <w:t>vn 0.2768 0.8314 0.4819</w:t>
        <w:br/>
        <w:t>vn -0.7226 -0.2636 -0.6390</w:t>
        <w:br/>
        <w:t>vn -0.8863 -0.0833 -0.4555</w:t>
        <w:br/>
        <w:t>vn -0.9498 0.1258 0.2865</w:t>
        <w:br/>
        <w:t>vn -0.9967 0.0717 -0.0375</w:t>
        <w:br/>
        <w:t>vn 0.4307 0.4546 0.7796</w:t>
        <w:br/>
        <w:t>vn -0.4322 0.7442 0.5092</w:t>
        <w:br/>
        <w:t>vn -0.6813 -0.3750 -0.6287</w:t>
        <w:br/>
        <w:t>vn -0.8921 0.1217 0.4352</w:t>
        <w:br/>
        <w:t>vn 0.7378 0.0034 0.6750</w:t>
        <w:br/>
        <w:t>vn -0.3020 -0.2528 0.9192</w:t>
        <w:br/>
        <w:t>vn -0.8334 -0.4758 0.2811</w:t>
        <w:br/>
        <w:t>vn -0.7298 -0.4710 0.4955</w:t>
        <w:br/>
        <w:t>vn -0.7128 -0.0616 0.6987</w:t>
        <w:br/>
        <w:t>vn -0.8951 -0.2695 0.3553</w:t>
        <w:br/>
        <w:t>vn -0.6668 -0.7151 0.2098</w:t>
        <w:br/>
        <w:t>vn -0.6331 -0.7724 0.0508</w:t>
        <w:br/>
        <w:t>vn -0.6067 -0.7391 0.2927</w:t>
        <w:br/>
        <w:t>vn -0.9240 -0.2818 0.2584</w:t>
        <w:br/>
        <w:t>vn -0.7009 -0.5786 0.4171</w:t>
        <w:br/>
        <w:t>vn -0.5930 -0.7194 0.3617</w:t>
        <w:br/>
        <w:t>vn -0.6322 -0.7626 0.1369</w:t>
        <w:br/>
        <w:t>vn -0.4150 -0.2421 -0.8770</w:t>
        <w:br/>
        <w:t>vn -0.7318 0.1591 -0.6627</w:t>
        <w:br/>
        <w:t>vn -0.7616 -0.0830 -0.6427</w:t>
        <w:br/>
        <w:t>vn -0.5992 0.1960 -0.7762</w:t>
        <w:br/>
        <w:t>vn -0.5096 0.2612 -0.8198</w:t>
        <w:br/>
        <w:t>vn -0.6678 -0.1186 0.7348</w:t>
        <w:br/>
        <w:t>vn -0.9872 -0.1376 0.0804</w:t>
        <w:br/>
        <w:t>vn -0.9060 -0.1914 0.3776</w:t>
        <w:br/>
        <w:t>vn -0.6562 0.0159 0.7544</w:t>
        <w:br/>
        <w:t>vn -0.9883 -0.1386 -0.0631</w:t>
        <w:br/>
        <w:t>vn -0.7270 -0.1916 0.6593</w:t>
        <w:br/>
        <w:t>vn 0.9956 -0.0789 -0.0516</w:t>
        <w:br/>
        <w:t>vn 0.8956 -0.2814 -0.3444</w:t>
        <w:br/>
        <w:t>vn 0.2340 -0.0386 -0.9715</w:t>
        <w:br/>
        <w:t>vn 0.9494 0.2971 -0.1017</w:t>
        <w:br/>
        <w:t>vn 0.8685 -0.1806 0.4615</w:t>
        <w:br/>
        <w:t>vn 0.7367 -0.0487 0.6744</w:t>
        <w:br/>
        <w:t>vn 0.8530 0.2232 0.4717</w:t>
        <w:br/>
        <w:t>vn 0.7614 -0.2725 0.5883</w:t>
        <w:br/>
        <w:t>vn 0.5904 -0.2556 0.7656</w:t>
        <w:br/>
        <w:t>vn 0.1071 -0.0191 -0.9941</w:t>
        <w:br/>
        <w:t>vn 0.4675 0.1552 -0.8703</w:t>
        <w:br/>
        <w:t>vn 0.7887 0.2282 -0.5708</w:t>
        <w:br/>
        <w:t>vn 0.8055 0.2088 -0.5546</w:t>
        <w:br/>
        <w:t>vn -0.6206 0.1576 0.7681</w:t>
        <w:br/>
        <w:t>vn -0.6108 0.0320 0.7911</w:t>
        <w:br/>
        <w:t>vn -0.7826 0.1375 0.6072</w:t>
        <w:br/>
        <w:t>vn 0.7294 0.2878 -0.6206</w:t>
        <w:br/>
        <w:t>vn 0.3694 0.2555 -0.8935</w:t>
        <w:br/>
        <w:t>vn 0.7092 0.3683 0.6012</w:t>
        <w:br/>
        <w:t>vn 0.6337 0.4214 0.6487</w:t>
        <w:br/>
        <w:t>vn -0.0191 0.1394 0.9901</w:t>
        <w:br/>
        <w:t>vn 0.0332 0.5101 -0.8595</w:t>
        <w:br/>
        <w:t>vn -0.0277 0.7365 -0.6758</w:t>
        <w:br/>
        <w:t>vn -0.2136 0.5994 -0.7714</w:t>
        <w:br/>
        <w:t>vn -0.1954 0.2951 -0.9353</w:t>
        <w:br/>
        <w:t>vn -0.0237 0.7669 -0.6413</w:t>
        <w:br/>
        <w:t>vn -0.0166 0.5434 -0.8393</w:t>
        <w:br/>
        <w:t>vn -0.2344 0.4486 -0.8625</w:t>
        <w:br/>
        <w:t>vn -0.1998 0.6629 -0.7216</w:t>
        <w:br/>
        <w:t>vn 0.0030 -0.4568 0.8896</w:t>
        <w:br/>
        <w:t>vn 0.2675 -0.6777 0.6850</w:t>
        <w:br/>
        <w:t>vn -0.2028 -0.8015 0.5626</w:t>
        <w:br/>
        <w:t>vn 0.3590 0.8519 -0.3814</w:t>
        <w:br/>
        <w:t>vn 0.4032 0.8899 -0.2131</w:t>
        <w:br/>
        <w:t>vn 0.3132 0.8982 -0.3086</w:t>
        <w:br/>
        <w:t>vn -0.1634 -0.9369 0.3089</w:t>
        <w:br/>
        <w:t>vn -0.2904 -0.8445 0.4500</w:t>
        <w:br/>
        <w:t>vn -0.1342 -0.9524 0.2738</w:t>
        <w:br/>
        <w:t>vn 0.4671 0.8734 -0.1381</w:t>
        <w:br/>
        <w:t>vn 0.4670 0.8734 -0.1381</w:t>
        <w:br/>
        <w:t>vn 0.1153 -0.8820 0.4570</w:t>
        <w:br/>
        <w:t>vn -0.0857 -0.9303 0.3568</w:t>
        <w:br/>
        <w:t>vn 0.1071 -0.0190 -0.9941</w:t>
        <w:br/>
        <w:t>vn -0.0672 -0.4529 -0.8890</w:t>
        <w:br/>
        <w:t>vn -0.3599 -0.3932 -0.8461</w:t>
        <w:br/>
        <w:t>vn -0.5097 -0.1959 -0.8377</w:t>
        <w:br/>
        <w:t>vn 0.7957 0.4492 0.4062</w:t>
        <w:br/>
        <w:t>vn 0.7520 0.4788 0.4530</w:t>
        <w:br/>
        <w:t>vn 0.6705 -0.0809 0.7374</w:t>
        <w:br/>
        <w:t>vn 0.5868 0.2883 0.7567</w:t>
        <w:br/>
        <w:t>vn -0.6133 -0.5914 -0.5236</w:t>
        <w:br/>
        <w:t>vn -0.4851 -0.2320 -0.8431</w:t>
        <w:br/>
        <w:t>vn -0.3282 -0.5527 -0.7661</w:t>
        <w:br/>
        <w:t>vn 0.1469 -0.4599 -0.8757</w:t>
        <w:br/>
        <w:t>vn 0.1304 -0.0778 -0.9884</w:t>
        <w:br/>
        <w:t>vn -0.2048 -0.2299 -0.9514</w:t>
        <w:br/>
        <w:t>vn -0.2534 -0.4811 -0.8393</w:t>
        <w:br/>
        <w:t>vn 0.8626 0.3978 0.3126</w:t>
        <w:br/>
        <w:t>vn 0.9020 0.3866 0.1923</w:t>
        <w:br/>
        <w:t>vn 0.8152 0.2531 0.5210</w:t>
        <w:br/>
        <w:t>vn 0.9365 0.2509 0.2449</w:t>
        <w:br/>
        <w:t>vn 0.9424 0.2280 0.2445</w:t>
        <w:br/>
        <w:t>vn 0.4284 0.0393 0.9027</w:t>
        <w:br/>
        <w:t>vn 0.9424 0.2280 0.2446</w:t>
        <w:br/>
        <w:t>vn 0.9365 0.2509 0.2448</w:t>
        <w:br/>
        <w:t>vn 0.6452 -0.4216 0.6371</w:t>
        <w:br/>
        <w:t>vn -0.6197 0.2501 -0.7440</w:t>
        <w:br/>
        <w:t>vn -0.7963 0.1957 -0.5724</w:t>
        <w:br/>
        <w:t>vn -0.8847 0.0423 -0.4642</w:t>
        <w:br/>
        <w:t>vn 0.0261 -0.8167 0.5764</w:t>
        <w:br/>
        <w:t>vn -0.1674 -0.5828 0.7952</w:t>
        <w:br/>
        <w:t>vn -0.5102 -0.8434 0.1682</w:t>
        <w:br/>
        <w:t>vn -0.4159 0.2122 0.8843</w:t>
        <w:br/>
        <w:t>vn -0.3220 0.2004 0.9253</w:t>
        <w:br/>
        <w:t>vn -0.0056 0.0459 0.9989</w:t>
        <w:br/>
        <w:t>vn -0.1593 0.1048 0.9816</w:t>
        <w:br/>
        <w:t>vn 0.4032 -0.7609 -0.5084</w:t>
        <w:br/>
        <w:t>vn -0.0511 -0.7157 -0.6966</w:t>
        <w:br/>
        <w:t>vn 0.1305 -0.7067 -0.6954</w:t>
        <w:br/>
        <w:t>vn -0.5760 0.7445 0.3375</w:t>
        <w:br/>
        <w:t>vn -0.8325 0.5525 -0.0406</w:t>
        <w:br/>
        <w:t>vn -0.8307 0.5112 0.2205</w:t>
        <w:br/>
        <w:t>vn -0.1409 0.2993 0.9437</w:t>
        <w:br/>
        <w:t>vn 0.0075 0.5105 0.8599</w:t>
        <w:br/>
        <w:t>vn 0.1464 0.0228 0.9890</w:t>
        <w:br/>
        <w:t>vn 0.1840 0.3590 0.9150</w:t>
        <w:br/>
        <w:t>vn 0.3168 -0.8768 -0.3618</w:t>
        <w:br/>
        <w:t>vn 0.7592 -0.6286 -0.1689</w:t>
        <w:br/>
        <w:t>vn -0.9283 0.3114 -0.2030</w:t>
        <w:br/>
        <w:t>vn -0.8654 -0.1527 -0.4772</w:t>
        <w:br/>
        <w:t>vn -0.0332 -0.6243 -0.7805</w:t>
        <w:br/>
        <w:t>vn 0.6367 -0.4672 -0.6135</w:t>
        <w:br/>
        <w:t>vn 0.2832 -0.3531 0.8917</w:t>
        <w:br/>
        <w:t>vn -0.8307 0.5111 0.2205</w:t>
        <w:br/>
        <w:t>vn -0.9187 0.2561 0.3009</w:t>
        <w:br/>
        <w:t>vn -0.8985 0.2907 0.3288</w:t>
        <w:br/>
        <w:t>vn 0.7604 -0.5207 0.3881</w:t>
        <w:br/>
        <w:t>vn 0.8716 -0.4621 0.1639</w:t>
        <w:br/>
        <w:t>vn 0.8997 -0.3738 0.2253</w:t>
        <w:br/>
        <w:t>vn 0.8323 -0.5452 0.1000</w:t>
        <w:br/>
        <w:t>vn -0.3728 -0.8669 -0.3308</w:t>
        <w:br/>
        <w:t>vn -0.3922 -0.7960 -0.4611</w:t>
        <w:br/>
        <w:t>vn -0.8115 0.4846 -0.3266</w:t>
        <w:br/>
        <w:t>vn -0.9039 0.4119 -0.1153</w:t>
        <w:br/>
        <w:t>vn 0.4895 0.4534 0.7449</w:t>
        <w:br/>
        <w:t>vn 0.4895 0.4533 0.7449</w:t>
        <w:br/>
        <w:t>vn 0.4550 0.5232 0.7206</w:t>
        <w:br/>
        <w:t>vn -0.2495 0.3577 -0.8999</w:t>
        <w:br/>
        <w:t>vn -0.3493 0.3713 -0.8603</w:t>
        <w:br/>
        <w:t>vn 0.0912 -0.8029 0.5891</w:t>
        <w:br/>
        <w:t>vn -0.0513 -0.8052 0.5908</w:t>
        <w:br/>
        <w:t>vn 0.5785 -0.3212 0.7498</w:t>
        <w:br/>
        <w:t>vn 0.6847 0.7210 -0.1069</w:t>
        <w:br/>
        <w:t>vn 0.9494 0.2971 -0.1016</w:t>
        <w:br/>
        <w:t>vn -0.8551 0.1231 0.5037</w:t>
        <w:br/>
        <w:t>vn 0.8312 -0.3496 -0.4323</w:t>
        <w:br/>
        <w:t>vn 0.5610 -0.4363 0.7035</w:t>
        <w:br/>
        <w:t>vn 0.6351 -0.0545 0.7705</w:t>
        <w:br/>
        <w:t>vn 0.9438 0.2471 -0.2194</w:t>
        <w:br/>
        <w:t>vn -0.2105 0.2683 0.9401</w:t>
        <w:br/>
        <w:t>vn -0.7707 -0.0399 -0.6360</w:t>
        <w:br/>
        <w:t>vn 0.0472 -0.0722 0.9963</w:t>
        <w:br/>
        <w:t>vn -0.9863 -0.1504 -0.0683</w:t>
        <w:br/>
        <w:t>vn -0.8798 -0.2286 0.4167</w:t>
        <w:br/>
        <w:t>vn -0.8429 -0.0339 -0.5369</w:t>
        <w:br/>
        <w:t>vn -0.7706 -0.0399 -0.6360</w:t>
        <w:br/>
        <w:t>vn 0.5606 0.3763 -0.7377</w:t>
        <w:br/>
        <w:t>vn 0.9411 0.2699 0.2038</w:t>
        <w:br/>
        <w:t>vn -0.8634 -0.3376 0.3748</w:t>
        <w:br/>
        <w:t>vn -0.8634 -0.3376 0.3749</w:t>
        <w:br/>
        <w:t>vn -0.6108 0.0830 -0.7874</w:t>
        <w:br/>
        <w:t>vn -0.7958 -0.0150 -0.6054</w:t>
        <w:br/>
        <w:t>vn 0.4532 -0.0447 0.8903</w:t>
        <w:br/>
        <w:t>vn 0.2406 0.3152 -0.9180</w:t>
        <w:br/>
        <w:t>vn 0.0924 -0.1957 0.9763</w:t>
        <w:br/>
        <w:t>vn 0.0570 -0.1664 -0.9844</w:t>
        <w:br/>
        <w:t>vn -0.2028 -0.0566 -0.9776</w:t>
        <w:br/>
        <w:t>vn -0.4912 0.6223 0.6094</w:t>
        <w:br/>
        <w:t>vn -0.5890 0.6076 0.5329</w:t>
        <w:br/>
        <w:t>vn -0.5850 0.6479 0.4879</w:t>
        <w:br/>
        <w:t>vn -0.3857 0.6274 0.6765</w:t>
        <w:br/>
        <w:t>vn -0.3266 0.7213 0.6108</w:t>
        <w:br/>
        <w:t>vn 0.3604 0.0827 0.9291</w:t>
        <w:br/>
        <w:t>vn 0.6760 -0.3393 0.6541</w:t>
        <w:br/>
        <w:t>vn 0.7457 0.1421 0.6509</w:t>
        <w:br/>
        <w:t>vn 0.7805 0.1555 0.6055</w:t>
        <w:br/>
        <w:t>vn 0.5659 -0.0279 0.8240</w:t>
        <w:br/>
        <w:t>vn 0.7814 0.5462 -0.3018</w:t>
        <w:br/>
        <w:t>vn 0.6206 0.7694 -0.1513</w:t>
        <w:br/>
        <w:t>vn 0.6205 0.7694 -0.1513</w:t>
        <w:br/>
        <w:t>vn -0.2417 0.3661 -0.8986</w:t>
        <w:br/>
        <w:t>vn -0.5738 0.1454 -0.8060</w:t>
        <w:br/>
        <w:t>vn -0.6084 0.3860 -0.6935</w:t>
        <w:br/>
        <w:t>vn -0.4739 0.5359 -0.6988</w:t>
        <w:br/>
        <w:t>vn -0.7164 0.1452 -0.6824</w:t>
        <w:br/>
        <w:t>vn -0.3067 -0.5310 0.7899</w:t>
        <w:br/>
        <w:t>vn 0.0068 -0.7959 0.6054</w:t>
        <w:br/>
        <w:t>vn -0.2940 -0.9306 0.2179</w:t>
        <w:br/>
        <w:t>vn -0.6871 -0.6161 0.3852</w:t>
        <w:br/>
        <w:t>vn 0.6359 -0.1205 0.7623</w:t>
        <w:br/>
        <w:t>vn 0.7001 -0.3727 0.6090</w:t>
        <w:br/>
        <w:t>vn 0.7893 0.0607 0.6110</w:t>
        <w:br/>
        <w:t>vn 0.8099 -0.0500 0.5845</w:t>
        <w:br/>
        <w:t>vn 0.7818 -0.4680 0.4119</w:t>
        <w:br/>
        <w:t>vn 0.4075 0.8883 0.2116</w:t>
        <w:br/>
        <w:t>vn -0.0705 0.9012 0.4276</w:t>
        <w:br/>
        <w:t>vn 0.2057 0.8010 0.5623</w:t>
        <w:br/>
        <w:t>vn -0.6794 0.4749 -0.5594</w:t>
        <w:br/>
        <w:t>vn -0.7006 0.6217 -0.3501</w:t>
        <w:br/>
        <w:t>vn -0.6099 0.7701 -0.1869</w:t>
        <w:br/>
        <w:t>vn -0.5969 0.7005 -0.3911</w:t>
        <w:br/>
        <w:t>vn -0.6869 0.3333 -0.6458</w:t>
        <w:br/>
        <w:t>vn -0.7196 0.3856 -0.5775</w:t>
        <w:br/>
        <w:t>vn -0.0658 -0.9735 -0.2188</w:t>
        <w:br/>
        <w:t>vn 0.2467 -0.9572 0.1512</w:t>
        <w:br/>
        <w:t>vn 0.2870 -0.9368 -0.2002</w:t>
        <w:br/>
        <w:t>vn -0.0866 -0.8583 -0.5058</w:t>
        <w:br/>
        <w:t>vn -0.3246 0.8807 0.3451</w:t>
        <w:br/>
        <w:t>vn -0.3788 0.8762 0.2981</w:t>
        <w:br/>
        <w:t>vn -0.0578 0.8568 0.5124</w:t>
        <w:br/>
        <w:t>vn 0.0366 0.8032 0.5946</w:t>
        <w:br/>
        <w:t>vn 0.8135 -0.3528 0.4623</w:t>
        <w:br/>
        <w:t>vn 0.8018 -0.0734 0.5930</w:t>
        <w:br/>
        <w:t>vn 0.8117 -0.0709 0.5798</w:t>
        <w:br/>
        <w:t>vn 0.3172 -0.8547 -0.4109</w:t>
        <w:br/>
        <w:t>vn 0.5410 -0.7747 -0.3272</w:t>
        <w:br/>
        <w:t>vn 0.3467 -0.7827 -0.5169</w:t>
        <w:br/>
        <w:t>vn 0.0149 -0.7811 -0.6242</w:t>
        <w:br/>
        <w:t>vn 0.1269 -0.7328 -0.6685</w:t>
        <w:br/>
        <w:t>vn -0.7534 0.3834 -0.5342</w:t>
        <w:br/>
        <w:t>vn -0.7882 0.3556 -0.5023</w:t>
        <w:br/>
        <w:t>vn -0.7631 0.5972 -0.2468</w:t>
        <w:br/>
        <w:t>vn -0.7333 0.6244 -0.2692</w:t>
        <w:br/>
        <w:t>vn -0.7477 -0.1188 -0.6533</w:t>
        <w:br/>
        <w:t>vn 0.5144 -0.2942 -0.8055</w:t>
        <w:br/>
        <w:t>vn 0.9586 -0.1667 0.2308</w:t>
        <w:br/>
        <w:t>vn -0.2969 -0.8083 0.5085</w:t>
        <w:br/>
        <w:t>vn -0.1241 -0.5096 0.8514</w:t>
        <w:br/>
        <w:t>vn -0.8608 0.4880 0.1447</w:t>
        <w:br/>
        <w:t>vn -0.0670 -0.4795 -0.8750</w:t>
        <w:br/>
        <w:t>vn 0.4046 -0.0447 0.9134</w:t>
        <w:br/>
        <w:t>vn 0.7210 0.0025 -0.6929</w:t>
        <w:br/>
        <w:t>vn 0.6286 0.2279 -0.7436</w:t>
        <w:br/>
        <w:t>vn 0.8118 -0.0158 -0.5837</w:t>
        <w:br/>
        <w:t>vn 0.8773 0.4426 -0.1857</w:t>
        <w:br/>
        <w:t>vn 0.4026 0.7276 -0.5554</w:t>
        <w:br/>
        <w:t>vn 0.2833 0.8625 -0.4194</w:t>
        <w:br/>
        <w:t>vn 0.3081 0.7897 -0.5306</w:t>
        <w:br/>
        <w:t>vn 0.5161 0.3399 -0.7862</w:t>
        <w:br/>
        <w:t>vn 0.5681 0.1525 -0.8087</w:t>
        <w:br/>
        <w:t>vn 0.8069 0.5843 0.0869</w:t>
        <w:br/>
        <w:t>vn 0.8443 0.5038 -0.1827</w:t>
        <w:br/>
        <w:t>vn 0.3281 -0.2463 -0.9120</w:t>
        <w:br/>
        <w:t>vn 0.3983 -0.6518 -0.6454</w:t>
        <w:br/>
        <w:t>vn 0.8976 -0.3832 -0.2178</w:t>
        <w:br/>
        <w:t>vn 0.4915 -0.8280 -0.2699</w:t>
        <w:br/>
        <w:t>vn 0.6820 -0.7245 -0.0999</w:t>
        <w:br/>
        <w:t>vn 0.5235 -0.8396 -0.1449</w:t>
        <w:br/>
        <w:t>vn 0.9335 0.3449 -0.0985</w:t>
        <w:br/>
        <w:t>vn 0.7063 0.7050 -0.0639</w:t>
        <w:br/>
        <w:t>vn 0.8303 0.3440 0.4385</w:t>
        <w:br/>
        <w:t>vn 0.7063 0.7051 -0.0639</w:t>
        <w:br/>
        <w:t>vn 0.9814 0.1187 0.1511</w:t>
        <w:br/>
        <w:t>vn 0.7339 0.5488 -0.4004</w:t>
        <w:br/>
        <w:t>vn 0.8569 0.4462 0.2583</w:t>
        <w:br/>
        <w:t>vn 0.4405 -0.8763 -0.1949</w:t>
        <w:br/>
        <w:t>vn 0.7699 -0.6378 0.0198</w:t>
        <w:br/>
        <w:t>vn 0.8998 -0.3643 0.2402</w:t>
        <w:br/>
        <w:t>vn -0.5528 -0.4641 0.6922</w:t>
        <w:br/>
        <w:t>vn -0.9240 -0.2818 0.2583</w:t>
        <w:br/>
        <w:t>vn 0.7013 0.5777 0.4176</w:t>
        <w:br/>
        <w:t>vn 0.1211 0.8690 -0.4798</w:t>
        <w:br/>
        <w:t>vn -0.4149 -0.2420 -0.8771</w:t>
        <w:br/>
        <w:t>vn 0.6706 -0.0809 0.7374</w:t>
        <w:br/>
        <w:t>vn 0.0911 -0.8028 0.5893</w:t>
        <w:br/>
        <w:t>vn -0.7854 -0.4946 -0.3722</w:t>
        <w:br/>
        <w:t>vn 0.6451 -0.4217 0.6372</w:t>
        <w:br/>
        <w:t>vn -0.1243 -0.5097 0.8514</w:t>
        <w:br/>
        <w:t>vn -0.8394 -0.2130 -0.5000</w:t>
        <w:br/>
        <w:t>vn -0.0510 -0.7157 -0.6966</w:t>
        <w:br/>
        <w:t>vn -0.8654 -0.1527 -0.4773</w:t>
        <w:br/>
        <w:t>vn 0.9334 0.3450 -0.0985</w:t>
        <w:br/>
        <w:t>vn 0.9955 -0.0789 -0.0516</w:t>
        <w:br/>
        <w:t>vn -0.1593 0.1048 0.9817</w:t>
        <w:br/>
        <w:t>vn -0.6382 0.4318 0.6374</w:t>
        <w:br/>
        <w:t>vn -0.9186 0.2561 0.3009</w:t>
        <w:br/>
        <w:t>vn -0.6081 0.1356 0.7822</w:t>
        <w:br/>
        <w:t>vn -0.5254 0.1922 0.8289</w:t>
        <w:br/>
        <w:t>vn -0.3701 0.0344 0.9283</w:t>
        <w:br/>
        <w:t>vn -0.8226 0.3878 0.4158</w:t>
        <w:br/>
        <w:t>vn -0.7854 0.4318 0.4435</w:t>
        <w:br/>
        <w:t>vn -0.7499 0.3884 0.5355</w:t>
        <w:br/>
        <w:t>vn -0.6902 0.4202 0.5891</w:t>
        <w:br/>
        <w:t>vn -0.3182 -0.1169 0.9408</w:t>
        <w:br/>
        <w:t>vn -0.3574 -0.1436 0.9229</w:t>
        <w:br/>
        <w:t>vn -0.2749 -0.3209 -0.9063</w:t>
        <w:br/>
        <w:t>vn -0.2934 -0.2320 -0.9274</w:t>
        <w:br/>
        <w:t>vn -0.3064 -0.3179 -0.8972</w:t>
        <w:br/>
        <w:t>vn 0.1131 0.2757 0.9546</w:t>
        <w:br/>
        <w:t>vn 0.3309 0.1972 0.9228</w:t>
        <w:br/>
        <w:t>vn -0.0985 0.3721 0.9229</w:t>
        <w:br/>
        <w:t>vn -0.1582 0.3412 0.9266</w:t>
        <w:br/>
        <w:t>vn 0.2395 -0.3675 -0.8987</w:t>
        <w:br/>
        <w:t>vn 0.0962 -0.1155 -0.9886</w:t>
        <w:br/>
        <w:t>vn 0.2178 -0.3225 -0.9212</w:t>
        <w:br/>
        <w:t>vn 0.2938 -0.4839 -0.8243</w:t>
        <w:br/>
        <w:t>vn 0.1884 -0.5096 -0.8396</w:t>
        <w:br/>
        <w:t>vn 0.2739 -0.5407 -0.7953</w:t>
        <w:br/>
        <w:t>vn -0.1693 -0.0525 -0.9842</w:t>
        <w:br/>
        <w:t>vn 0.1518 0.1276 -0.9801</w:t>
        <w:br/>
        <w:t>vn 0.5452 0.8356 -0.0668</w:t>
        <w:br/>
        <w:t>vn 0.3883 0.8509 0.3537</w:t>
        <w:br/>
        <w:t>vn 0.6892 0.7039 0.1719</w:t>
        <w:br/>
        <w:t>vn 0.7689 -0.6389 -0.0232</w:t>
        <w:br/>
        <w:t>vn 0.7079 -0.7053 -0.0366</w:t>
        <w:br/>
        <w:t>vn 0.8864 0.4618 0.0323</w:t>
        <w:br/>
        <w:t>vn 0.8908 0.4534 -0.0301</w:t>
        <w:br/>
        <w:t>vn 0.8137 0.4901 0.3126</w:t>
        <w:br/>
        <w:t>vn 0.7943 0.5274 0.3016</w:t>
        <w:br/>
        <w:t>vn -0.7386 -0.5626 -0.3713</w:t>
        <w:br/>
        <w:t>vn -0.7403 -0.5410 -0.3992</w:t>
        <w:br/>
        <w:t>vn -0.7169 -0.5694 -0.4024</w:t>
        <w:br/>
        <w:t>vn 0.7330 0.4421 0.5170</w:t>
        <w:br/>
        <w:t>vn 0.7986 0.1400 0.5854</w:t>
        <w:br/>
        <w:t>vn 0.9043 0.3793 0.1960</w:t>
        <w:br/>
        <w:t>vn -0.6984 -0.5133 -0.4987</w:t>
        <w:br/>
        <w:t>vn -0.3413 -0.4460 -0.8274</w:t>
        <w:br/>
        <w:t>vn -0.7325 -0.3122 -0.6050</w:t>
        <w:br/>
        <w:t>vn 0.9128 0.4084 -0.0073</w:t>
        <w:br/>
        <w:t>vn 0.8700 0.3764 0.3184</w:t>
        <w:br/>
        <w:t>vn -0.6653 -0.3570 -0.6557</w:t>
        <w:br/>
        <w:t>vn -0.7209 -0.4752 -0.5044</w:t>
        <w:br/>
        <w:t>vn -0.7543 -0.5140 -0.4083</w:t>
        <w:br/>
        <w:t>vn -0.3862 0.5680 0.7268</w:t>
        <w:br/>
        <w:t>vn -0.3354 0.3584 0.8712</w:t>
        <w:br/>
        <w:t>vn 0.8359 0.0499 0.5466</w:t>
        <w:br/>
        <w:t>vn 0.7905 0.0105 0.6124</w:t>
        <w:br/>
        <w:t>vn 0.6528 -0.3315 0.6812</w:t>
        <w:br/>
        <w:t>vn -0.6060 0.5644 -0.5606</w:t>
        <w:br/>
        <w:t>vn -0.6677 0.5656 -0.4841</w:t>
        <w:br/>
        <w:t>vn -0.6962 0.5264 -0.4881</w:t>
        <w:br/>
        <w:t>vn 0.4331 0.1323 0.8916</w:t>
        <w:br/>
        <w:t>vn 0.6061 0.0309 0.7948</w:t>
        <w:br/>
        <w:t>vn 0.7427 0.6695 0.0055</w:t>
        <w:br/>
        <w:t>vn 0.8165 0.5667 0.1102</w:t>
        <w:br/>
        <w:t>vn 0.8569 0.3604 -0.3685</w:t>
        <w:br/>
        <w:t>vn 0.8562 0.3959 -0.3319</w:t>
        <w:br/>
        <w:t>vn 0.9027 0.3561 -0.2414</w:t>
        <w:br/>
        <w:t>vn 0.9474 0.3154 -0.0548</w:t>
        <w:br/>
        <w:t>vn 0.9533 0.1087 0.2819</w:t>
        <w:br/>
        <w:t>vn -0.7482 0.5177 -0.4151</w:t>
        <w:br/>
        <w:t>vn -0.7967 0.5692 -0.2034</w:t>
        <w:br/>
        <w:t>vn -0.4793 -0.8726 -0.0942</w:t>
        <w:br/>
        <w:t>vn -0.3964 -0.8770 -0.2715</w:t>
        <w:br/>
        <w:t>vn -0.3861 -0.8601 -0.3333</w:t>
        <w:br/>
        <w:t>vn 0.6699 -0.2328 0.7050</w:t>
        <w:br/>
        <w:t>vn 0.6850 -0.3005 0.6637</w:t>
        <w:br/>
        <w:t>vn 0.6082 0.1019 0.7872</w:t>
        <w:br/>
        <w:t>vn -0.5317 0.4528 -0.7157</w:t>
        <w:br/>
        <w:t>vn -0.5257 0.3963 -0.7527</w:t>
        <w:br/>
        <w:t>vn -0.5805 0.5509 -0.5996</w:t>
        <w:br/>
        <w:t>vn -0.5832 -0.8060 0.1012</w:t>
        <w:br/>
        <w:t>vn -0.6255 -0.7488 0.2193</w:t>
        <w:br/>
        <w:t>vn -0.6373 -0.7244 0.2629</w:t>
        <w:br/>
        <w:t>vn 0.6856 -0.2282 0.6913</w:t>
        <w:br/>
        <w:t>vn 0.8930 0.2092 0.3985</w:t>
        <w:br/>
        <w:t>vn 0.7853 0.6165 -0.0564</w:t>
        <w:br/>
        <w:t>vn 0.7157 0.6784 -0.1656</w:t>
        <w:br/>
        <w:t>vn 0.6459 0.7584 -0.0873</w:t>
        <w:br/>
        <w:t>vn 0.4272 0.2423 0.8711</w:t>
        <w:br/>
        <w:t>vn -0.0780 0.5140 0.8542</w:t>
        <w:br/>
        <w:t>vn -0.5293 0.7884 0.3133</w:t>
        <w:br/>
        <w:t>vn -0.6252 0.7031 0.3388</w:t>
        <w:br/>
        <w:t>vn -0.3282 -0.4772 -0.8152</w:t>
        <w:br/>
        <w:t>vn -0.2659 -0.5049 -0.8212</w:t>
        <w:br/>
        <w:t>vn 0.7032 -0.6868 0.1839</w:t>
        <w:br/>
        <w:t>vn 0.7829 -0.3549 0.5110</w:t>
        <w:br/>
        <w:t>vn 0.5753 0.0428 0.8168</w:t>
        <w:br/>
        <w:t>vn -0.4888 -0.8696 -0.0700</w:t>
        <w:br/>
        <w:t>vn -0.5717 -0.8162 0.0835</w:t>
        <w:br/>
        <w:t>vn 0.4588 0.6276 0.6290</w:t>
        <w:br/>
        <w:t>vn 0.1957 0.9350 0.2956</w:t>
        <w:br/>
        <w:t>vn -0.0949 0.8590 0.5030</w:t>
        <w:br/>
        <w:t>vn -0.2615 0.8454 0.4657</w:t>
        <w:br/>
        <w:t>vn -0.3743 0.6673 0.6439</w:t>
        <w:br/>
        <w:t>vn 0.2180 -0.8587 -0.4638</w:t>
        <w:br/>
        <w:t>vn 0.5189 -0.6482 -0.5573</w:t>
        <w:br/>
        <w:t>vn 0.6528 -0.6208 -0.4342</w:t>
        <w:br/>
        <w:t>vn -0.6828 -0.5956 0.4231</w:t>
        <w:br/>
        <w:t>vn -0.6829 -0.5955 0.4231</w:t>
        <w:br/>
        <w:t>vn -0.7080 -0.5420 0.4528</w:t>
        <w:br/>
        <w:t>vn 0.7411 -0.3525 -0.5714</w:t>
        <w:br/>
        <w:t>vn -0.3345 -0.7552 -0.5637</w:t>
        <w:br/>
        <w:t>vn 0.3211 -0.5593 -0.7643</w:t>
        <w:br/>
        <w:t>vn -0.7422 -0.4538 0.4931</w:t>
        <w:br/>
        <w:t>vn -0.7422 -0.4539 0.4931</w:t>
        <w:br/>
        <w:t>vn 0.3687 0.7850 0.4979</w:t>
        <w:br/>
        <w:t>vn 0.0612 0.6864 0.7246</w:t>
        <w:br/>
        <w:t>vn 0.6229 0.7596 0.1872</w:t>
        <w:br/>
        <w:t>vn 0.4624 -0.3638 -0.8086</w:t>
        <w:br/>
        <w:t>vn 0.6302 0.0140 0.7763</w:t>
        <w:br/>
        <w:t>vn 0.2994 0.4145 0.8594</w:t>
        <w:br/>
        <w:t>vn 0.7297 -0.3395 0.5935</w:t>
        <w:br/>
        <w:t>vn -0.3356 0.6801 0.6518</w:t>
        <w:br/>
        <w:t>vn -0.7238 0.6680 0.1727</w:t>
        <w:br/>
        <w:t>vn -0.7846 0.6192 0.0307</w:t>
        <w:br/>
        <w:t>vn -0.6252 0.7030 0.3389</w:t>
        <w:br/>
        <w:t>vn -0.3302 -0.6898 -0.6444</w:t>
        <w:br/>
        <w:t>vn -0.3106 -0.7622 -0.5680</w:t>
        <w:br/>
        <w:t>vn -0.7846 0.6192 0.0306</w:t>
        <w:br/>
        <w:t>vn -0.3357 0.6801 0.6518</w:t>
        <w:br/>
        <w:t>vn -0.7798 -0.2891 -0.5553</w:t>
        <w:br/>
        <w:t>vn -0.9210 0.1192 -0.3710</w:t>
        <w:br/>
        <w:t>vn -0.5766 -0.2810 -0.7671</w:t>
        <w:br/>
        <w:t>vn -0.7705 -0.3878 0.5059</w:t>
        <w:br/>
        <w:t>vn -0.7373 -0.5255 0.4245</w:t>
        <w:br/>
        <w:t>vn -0.7373 -0.5255 0.4246</w:t>
        <w:br/>
        <w:t>vn -0.5766 -0.2811 -0.7672</w:t>
        <w:br/>
        <w:t>vn -0.2487 0.3640 -0.8976</w:t>
        <w:br/>
        <w:t>vn -0.2486 0.3640 -0.8976</w:t>
        <w:br/>
        <w:t>vn 0.0089 -0.1805 -0.9835</w:t>
        <w:br/>
        <w:t>vn 0.5763 0.3570 0.7352</w:t>
        <w:br/>
        <w:t>vn 0.8433 0.3860 0.3738</w:t>
        <w:br/>
        <w:t>vn 0.9075 -0.1907 0.3742</w:t>
        <w:br/>
        <w:t>vn 0.7331 -0.3009 0.6099</w:t>
        <w:br/>
        <w:t>vn 0.9842 0.0817 0.1574</w:t>
        <w:br/>
        <w:t>vn 0.9174 0.3924 0.0667</w:t>
        <w:br/>
        <w:t>vn -0.6214 -0.5855 -0.5205</w:t>
        <w:br/>
        <w:t>vn 0.7781 -0.4627 0.4249</w:t>
        <w:br/>
        <w:t>vn 0.8936 -0.3771 0.2434</w:t>
        <w:br/>
        <w:t>vn 0.8272 -0.3902 0.4043</w:t>
        <w:br/>
        <w:t>vn 0.7341 -0.3112 0.6035</w:t>
        <w:br/>
        <w:t>vn 0.6596 -0.2856 0.6952</w:t>
        <w:br/>
        <w:t>vn 0.6527 -0.4957 0.5730</w:t>
        <w:br/>
        <w:t>vn -0.2686 0.5989 -0.7545</w:t>
        <w:br/>
        <w:t>vn -0.6867 0.4762 -0.5493</w:t>
        <w:br/>
        <w:t>vn -0.4972 0.1608 -0.8526</w:t>
        <w:br/>
        <w:t>vn -0.1536 0.1071 -0.9823</w:t>
        <w:br/>
        <w:t>vn -0.9358 0.2674 0.2299</w:t>
        <w:br/>
        <w:t>vn -0.8137 -0.2840 0.5072</w:t>
        <w:br/>
        <w:t>vn -0.8137 -0.2839 0.5072</w:t>
        <w:br/>
        <w:t>vn -0.8354 0.2224 0.5026</w:t>
        <w:br/>
        <w:t>vn -0.7569 0.1910 -0.6250</w:t>
        <w:br/>
        <w:t>vn 0.6224 0.0167 0.7825</w:t>
        <w:br/>
        <w:t>vn -0.6867 0.4763 -0.5493</w:t>
        <w:br/>
        <w:t>vn -0.9587 0.0396 -0.2816</w:t>
        <w:br/>
        <w:t>vn -0.3958 0.2059 -0.8950</w:t>
        <w:br/>
        <w:t>vn 0.1041 0.3965 -0.9121</w:t>
        <w:br/>
        <w:t>vn -0.0806 0.1609 -0.9837</w:t>
        <w:br/>
        <w:t>vn -0.5236 -0.0488 -0.8506</w:t>
        <w:br/>
        <w:t>vn -0.3455 0.2788 -0.8960</w:t>
        <w:br/>
        <w:t>vn 0.1694 0.4474 -0.8781</w:t>
        <w:br/>
        <w:t>vn -0.4040 -0.3083 0.8612</w:t>
        <w:br/>
        <w:t>vn -0.4040 -0.3083 0.8613</w:t>
        <w:br/>
        <w:t>vn 0.6159 0.4384 -0.6546</w:t>
        <w:br/>
        <w:t>vn 0.9012 0.2206 0.3732</w:t>
        <w:br/>
        <w:t>vn 0.9374 0.3483 0.0068</w:t>
        <w:br/>
        <w:t>vn -0.6653 -0.3570 -0.6558</w:t>
        <w:br/>
        <w:t>vn -0.4626 0.3113 -0.8301</w:t>
        <w:br/>
        <w:t>vn 0.8192 0.5493 -0.1648</w:t>
        <w:br/>
        <w:t>vn 0.8386 0.4814 -0.2547</w:t>
        <w:br/>
        <w:t>vn 0.7196 0.5359 -0.4416</w:t>
        <w:br/>
        <w:t>vn 0.7344 0.6029 -0.3119</w:t>
        <w:br/>
        <w:t>vn 0.8989 0.1579 0.4087</w:t>
        <w:br/>
        <w:t>vn 0.9139 0.4022 -0.0552</w:t>
        <w:br/>
        <w:t>vn 0.6677 -0.2066 0.7152</w:t>
        <w:br/>
        <w:t>vn -0.6359 -0.5727 0.5174</w:t>
        <w:br/>
        <w:t>vn -0.6359 -0.5727 0.5173</w:t>
        <w:br/>
        <w:t>vn -0.6582 -0.6192 0.4282</w:t>
        <w:br/>
        <w:t>vn 0.8169 0.4454 -0.3664</w:t>
        <w:br/>
        <w:t>vn 0.7508 0.4588 -0.4753</w:t>
        <w:br/>
        <w:t>vn 0.9443 0.2132 0.2509</w:t>
        <w:br/>
        <w:t>vn 0.9293 0.1105 0.3525</w:t>
        <w:br/>
        <w:t>vn 0.7683 -0.0066 0.6401</w:t>
        <w:br/>
        <w:t>vn 0.6781 -0.1786 0.7129</w:t>
        <w:br/>
        <w:t>vn -0.4861 -0.4478 0.7504</w:t>
        <w:br/>
        <w:t>vn -0.5688 -0.5388 0.6214</w:t>
        <w:br/>
        <w:t>vn -0.3626 -0.3081 -0.8795</w:t>
        <w:br/>
        <w:t>vn -0.8784 0.3141 -0.3602</w:t>
        <w:br/>
        <w:t>vn -0.9357 0.2675 0.2299</w:t>
        <w:br/>
        <w:t>vn -0.2971 0.1188 0.9474</w:t>
        <w:br/>
        <w:t>vn -0.3956 0.2926 -0.8706</w:t>
        <w:br/>
        <w:t>vn 0.6185 -0.2325 0.7506</w:t>
        <w:br/>
        <w:t>vn -0.4561 0.6138 -0.6444</w:t>
        <w:br/>
        <w:t>vn -0.3214 0.7879 -0.5252</w:t>
        <w:br/>
        <w:t>vn -0.6646 0.7444 -0.0644</w:t>
        <w:br/>
        <w:t>vn -0.7258 0.6780 -0.1161</w:t>
        <w:br/>
        <w:t>vn -0.2467 0.8569 -0.4526</w:t>
        <w:br/>
        <w:t>vn -0.2099 0.9039 -0.3726</w:t>
        <w:br/>
        <w:t>vn -0.1749 0.8914 -0.4181</w:t>
        <w:br/>
        <w:t>vn -0.2611 0.8519 -0.4539</w:t>
        <w:br/>
        <w:t>vn -0.1186 0.9043 -0.4100</w:t>
        <w:br/>
        <w:t>vn -0.1391 0.8757 -0.4624</w:t>
        <w:br/>
        <w:t>vn -0.8067 0.2270 0.5457</w:t>
        <w:br/>
        <w:t>vn -0.8283 0.2502 0.5013</w:t>
        <w:br/>
        <w:t>vn 0.3889 -0.8832 -0.2622</w:t>
        <w:br/>
        <w:t>vn 0.1622 -0.9660 0.2012</w:t>
        <w:br/>
        <w:t>vn 0.3363 -0.9076 -0.2512</w:t>
        <w:br/>
        <w:t>vn 0.3362 -0.9077 -0.2511</w:t>
        <w:br/>
        <w:t>vn 0.4928 -0.6519 -0.5764</w:t>
        <w:br/>
        <w:t>vn 0.3888 -0.8833 -0.2621</w:t>
        <w:br/>
        <w:t>vn -0.7258 0.6780 -0.1162</w:t>
        <w:br/>
        <w:t>vn -0.6647 0.7444 -0.0644</w:t>
        <w:br/>
        <w:t>vn -0.7774 0.5010 0.3803</w:t>
        <w:br/>
        <w:t>vn -0.7567 0.5386 0.3707</w:t>
        <w:br/>
        <w:t>vn 0.5553 -0.5658 -0.6095</w:t>
        <w:br/>
        <w:t>vn 0.4654 -0.8472 -0.2561</w:t>
        <w:br/>
        <w:t>vn -0.4005 0.5965 -0.6955</w:t>
        <w:br/>
        <w:t>vn -0.2689 0.7860 -0.5567</w:t>
        <w:br/>
        <w:t>vn -0.8329 0.3607 0.4198</w:t>
        <w:br/>
        <w:t>vn 0.1873 -0.9318 0.3110</w:t>
        <w:br/>
        <w:t>vn 0.0917 -0.8834 0.4596</w:t>
        <w:br/>
        <w:t>vn 0.3267 -0.8628 0.3858</w:t>
        <w:br/>
        <w:t>vn 0.4438 -0.6641 0.6017</w:t>
        <w:br/>
        <w:t>vn 0.4728 -0.4641 0.7490</w:t>
        <w:br/>
        <w:t>vn 0.1840 -0.8018 0.5685</w:t>
        <w:br/>
        <w:t>vn 0.5504 -0.5724 -0.6078</w:t>
        <w:br/>
        <w:t>vn 0.5718 -0.7992 -0.1852</w:t>
        <w:br/>
        <w:t>vn 0.5500 -0.8066 -0.2165</w:t>
        <w:br/>
        <w:t>vn 0.5784 -0.5274 -0.6223</w:t>
        <w:br/>
        <w:t>vn -0.1177 0.0148 0.9929</w:t>
        <w:br/>
        <w:t>vn -0.1403 0.0809 0.9868</w:t>
        <w:br/>
        <w:t>vn -0.6236 -0.0293 0.7812</w:t>
        <w:br/>
        <w:t>vn -0.6806 -0.1499 0.7171</w:t>
        <w:br/>
        <w:t>vn 0.6262 0.0404 0.7786</w:t>
        <w:br/>
        <w:t>vn 0.4809 0.0764 0.8734</w:t>
        <w:br/>
        <w:t>vn 0.4948 0.0271 0.8686</w:t>
        <w:br/>
        <w:t>vn 0.6773 -0.0042 0.7357</w:t>
        <w:br/>
        <w:t>vn -0.7426 -0.1596 0.6504</w:t>
        <w:br/>
        <w:t>vn -0.7736 -0.2964 0.5600</w:t>
        <w:br/>
        <w:t>vn 0.3523 0.2933 0.8887</w:t>
        <w:br/>
        <w:t>vn 0.6270 0.1474 0.7649</w:t>
        <w:br/>
        <w:t>vn 0.4720 0.4034 0.7839</w:t>
        <w:br/>
        <w:t>vn -0.7770 -0.6280 0.0439</w:t>
        <w:br/>
        <w:t>vn -0.9487 -0.3142 0.0346</w:t>
        <w:br/>
        <w:t>vn -0.7595 -0.6495 0.0356</w:t>
        <w:br/>
        <w:t>vn -0.0683 0.5457 -0.8352</w:t>
        <w:br/>
        <w:t>vn -0.4612 0.2923 -0.8378</w:t>
        <w:br/>
        <w:t>vn -0.4681 0.4670 -0.7502</w:t>
        <w:br/>
        <w:t>vn -0.0539 0.6063 -0.7934</w:t>
        <w:br/>
        <w:t>vn -0.2016 0.2784 0.9391</w:t>
        <w:br/>
        <w:t>vn -0.7378 -0.0120 0.6749</w:t>
        <w:br/>
        <w:t>vn -0.6388 0.0776 0.7655</w:t>
        <w:br/>
        <w:t>vn 0.9817 -0.0163 -0.1899</w:t>
        <w:br/>
        <w:t>vn 0.8538 -0.3977 0.3359</w:t>
        <w:br/>
        <w:t>vn 0.9774 -0.1840 0.1039</w:t>
        <w:br/>
        <w:t>vn 0.8255 0.2891 -0.4848</w:t>
        <w:br/>
        <w:t>vn -0.9601 0.1958 -0.1999</w:t>
        <w:br/>
        <w:t>vn -0.7890 0.4054 -0.4616</w:t>
        <w:br/>
        <w:t>vn -0.8575 0.3089 -0.4115</w:t>
        <w:br/>
        <w:t>vn -0.9961 0.0492 -0.0735</w:t>
        <w:br/>
        <w:t>vn -0.7470 0.6156 -0.2509</w:t>
        <w:br/>
        <w:t>vn -0.2822 0.7040 -0.6517</w:t>
        <w:br/>
        <w:t>vn -0.7088 0.5194 -0.4774</w:t>
        <w:br/>
        <w:t>vn -0.9546 0.2975 0.0162</w:t>
        <w:br/>
        <w:t>vn -0.9596 0.2709 -0.0759</w:t>
        <w:br/>
        <w:t>vn -0.3116 0.8770 -0.3658</w:t>
        <w:br/>
        <w:t>vn 0.2661 0.8290 -0.4918</w:t>
        <w:br/>
        <w:t>vn 0.1931 0.6952 -0.6924</w:t>
        <w:br/>
        <w:t>vn -0.4166 0.5606 -0.7157</w:t>
        <w:br/>
        <w:t>vn -0.5956 0.3748 -0.7104</w:t>
        <w:br/>
        <w:t>vn -0.0046 0.6211 -0.7837</w:t>
        <w:br/>
        <w:t>vn -0.3498 0.0496 -0.9355</w:t>
        <w:br/>
        <w:t>vn 0.0530 0.3268 -0.9436</w:t>
        <w:br/>
        <w:t>vn 0.1851 -0.6063 -0.7734</w:t>
        <w:br/>
        <w:t>vn 0.4796 -0.4280 -0.7660</w:t>
        <w:br/>
        <w:t>vn 0.2934 -0.5543 -0.7789</w:t>
        <w:br/>
        <w:t>vn -0.9611 -0.2454 -0.1266</w:t>
        <w:br/>
        <w:t>vn -0.9058 -0.3643 -0.2162</w:t>
        <w:br/>
        <w:t>vn -0.8754 -0.3082 -0.3724</w:t>
        <w:br/>
        <w:t>vn 0.6470 -0.3394 -0.6828</w:t>
        <w:br/>
        <w:t>vn 0.8950 -0.1326 -0.4260</w:t>
        <w:br/>
        <w:t>vn 0.6878 -0.1431 -0.7117</w:t>
        <w:br/>
        <w:t>vn 0.6797 -0.1999 -0.7057</w:t>
        <w:br/>
        <w:t>vn 0.8769 -0.1777 -0.4465</w:t>
        <w:br/>
        <w:t>vn 0.6696 -0.2953 -0.6815</w:t>
        <w:br/>
        <w:t>vn 0.8232 -0.3216 -0.4679</w:t>
        <w:br/>
        <w:t>vn 0.6716 -0.5253 -0.5225</w:t>
        <w:br/>
        <w:t>vn 0.7450 -0.5750 -0.3382</w:t>
        <w:br/>
        <w:t>vn 0.8538 -0.5206 0.0103</w:t>
        <w:br/>
        <w:t>vn 0.5875 -0.7153 0.3785</w:t>
        <w:br/>
        <w:t>vn 0.8068 -0.5119 0.2949</w:t>
        <w:br/>
        <w:t>vn 0.9746 -0.2071 -0.0853</w:t>
        <w:br/>
        <w:t>vn 0.9848 0.0532 0.1655</w:t>
        <w:br/>
        <w:t>vn 0.6328 0.5350 -0.5597</w:t>
        <w:br/>
        <w:t>vn 0.8051 0.4434 -0.3940</w:t>
        <w:br/>
        <w:t>vn 0.5841 0.6301 -0.5117</w:t>
        <w:br/>
        <w:t>vn 0.9411 0.3155 0.1217</w:t>
        <w:br/>
        <w:t>vn 0.8789 0.4673 -0.0954</w:t>
        <w:br/>
        <w:t>vn 0.8962 0.3760 0.2353</w:t>
        <w:br/>
        <w:t>vn 0.8691 0.3852 0.3103</w:t>
        <w:br/>
        <w:t>vn 0.8691 0.3853 0.3103</w:t>
        <w:br/>
        <w:t>vn 0.6801 0.5419 0.4938</w:t>
        <w:br/>
        <w:t>vn 0.1871 -0.4623 0.8668</w:t>
        <w:br/>
        <w:t>vn 0.5835 -0.2650 0.7676</w:t>
        <w:br/>
        <w:t>vn 0.5932 -0.4034 0.6967</w:t>
        <w:br/>
        <w:t>vn 0.2106 -0.5612 0.8005</w:t>
        <w:br/>
        <w:t>vn 0.4961 -0.5336 0.6850</w:t>
        <w:br/>
        <w:t>vn 0.0427 -0.5788 0.8143</w:t>
        <w:br/>
        <w:t>vn 0.0248 -0.5882 0.8083</w:t>
        <w:br/>
        <w:t>vn -0.0205 -0.6014 0.7987</w:t>
        <w:br/>
        <w:t>vn -0.1982 -0.5669 0.7996</w:t>
        <w:br/>
        <w:t>vn -0.2133 -0.5546 0.8043</w:t>
        <w:br/>
        <w:t>vn 0.0535 -0.8862 0.4602</w:t>
        <w:br/>
        <w:t>vn -0.0635 -0.6705 0.7392</w:t>
        <w:br/>
        <w:t>vn 0.1501 -0.7639 0.6277</w:t>
        <w:br/>
        <w:t>vn 0.2222 -0.9196 0.3241</w:t>
        <w:br/>
        <w:t>vn -0.2889 -0.5410 -0.7898</w:t>
        <w:br/>
        <w:t>vn -0.0861 -0.7112 -0.6977</w:t>
        <w:br/>
        <w:t>vn -0.2031 -0.4193 -0.8848</w:t>
        <w:br/>
        <w:t>vn -0.2564 -0.2091 -0.9437</w:t>
        <w:br/>
        <w:t>vn -0.1376 -0.1108 -0.9843</w:t>
        <w:br/>
        <w:t>vn 0.0376 -0.2142 -0.9761</w:t>
        <w:br/>
        <w:t>vn 0.1762 -0.1555 -0.9720</w:t>
        <w:br/>
        <w:t>vn -0.7379 0.3556 0.5737</w:t>
        <w:br/>
        <w:t>vn -0.8335 0.4266 0.3511</w:t>
        <w:br/>
        <w:t>vn -0.7873 0.3618 0.4993</w:t>
        <w:br/>
        <w:t>vn 0.4147 -0.0268 0.9096</w:t>
        <w:br/>
        <w:t>vn 0.6927 -0.1580 0.7038</w:t>
        <w:br/>
        <w:t>vn 0.4158 0.0251 0.9091</w:t>
        <w:br/>
        <w:t>vn 0.4961 -0.5336 0.6849</w:t>
        <w:br/>
        <w:t>vn 0.5932 -0.4035 0.6967</w:t>
        <w:br/>
        <w:t>vn 0.5354 -0.8186 0.2080</w:t>
        <w:br/>
        <w:t>vn 0.3163 -0.6537 -0.6875</w:t>
        <w:br/>
        <w:t>vn 0.1647 -0.3732 -0.9130</w:t>
        <w:br/>
        <w:t>vn 0.0375 -0.2142 -0.9761</w:t>
        <w:br/>
        <w:t>vn 0.1763 -0.1555 -0.9720</w:t>
        <w:br/>
        <w:t>vn 0.7030 -0.5940 0.3911</w:t>
        <w:br/>
        <w:t>vn 0.5636 -0.7809 0.2694</w:t>
        <w:br/>
        <w:t>vn 0.7128 -0.6935 0.1048</w:t>
        <w:br/>
        <w:t>vn 0.1916 -0.3166 0.9290</w:t>
        <w:br/>
        <w:t>vn 0.0737 -0.5974 0.7986</w:t>
        <w:br/>
        <w:t>vn 0.4479 0.5438 -0.7097</w:t>
        <w:br/>
        <w:t>vn 0.5766 0.3484 -0.7390</w:t>
        <w:br/>
        <w:t>vn 0.8271 -0.2531 -0.5018</w:t>
        <w:br/>
        <w:t>vn 0.5070 0.2782 -0.8158</w:t>
        <w:br/>
        <w:t>vn 0.6115 -0.7895 0.0526</w:t>
        <w:br/>
        <w:t>vn 0.8160 -0.5777 0.0207</w:t>
        <w:br/>
        <w:t>vn -0.0342 -0.7295 0.6831</w:t>
        <w:br/>
        <w:t>vn -0.0057 -0.7930 0.6092</w:t>
        <w:br/>
        <w:t>vn -0.3368 -0.6449 0.6860</w:t>
        <w:br/>
        <w:t>vn -0.3909 -0.5764 0.7176</w:t>
        <w:br/>
        <w:t>vn 0.4181 -0.2708 -0.8671</w:t>
        <w:br/>
        <w:t>vn 0.4674 -0.1088 -0.8773</w:t>
        <w:br/>
        <w:t>vn 0.8164 -0.2280 -0.5305</w:t>
        <w:br/>
        <w:t>vn 0.7712 -0.0959 -0.6293</w:t>
        <w:br/>
        <w:t>vn 0.7506 -0.4784 0.4557</w:t>
        <w:br/>
        <w:t>vn 0.2282 -0.3154 0.9211</w:t>
        <w:br/>
        <w:t>vn 0.4991 0.1283 0.8570</w:t>
        <w:br/>
        <w:t>vn 0.4156 -0.8729 -0.2556</w:t>
        <w:br/>
        <w:t>vn 0.7873 -0.5205 0.3306</w:t>
        <w:br/>
        <w:t>vn 0.3681 -0.9139 -0.1712</w:t>
        <w:br/>
        <w:t>vn -0.7140 0.7001 -0.0044</w:t>
        <w:br/>
        <w:t>vn -0.8487 0.4990 -0.1750</w:t>
        <w:br/>
        <w:t>vn -0.7556 0.6543 -0.0297</w:t>
        <w:br/>
        <w:t>vn -0.7556 0.6544 -0.0297</w:t>
        <w:br/>
        <w:t>vn -0.9470 0.3143 -0.0662</w:t>
        <w:br/>
        <w:t>vn -0.9487 0.3119 -0.0517</w:t>
        <w:br/>
        <w:t>vn -0.8772 -0.0520 -0.4773</w:t>
        <w:br/>
        <w:t>vn -0.9829 -0.0933 -0.1588</w:t>
        <w:br/>
        <w:t>vn -0.9470 0.3143 -0.0661</w:t>
        <w:br/>
        <w:t>vn -0.9929 -0.0930 0.0743</w:t>
        <w:br/>
        <w:t>vn -0.3760 -0.5506 0.7453</w:t>
        <w:br/>
        <w:t>vn 0.6360 -0.5278 0.5630</w:t>
        <w:br/>
        <w:t>vn -0.7383 -0.6744 0.0106</w:t>
        <w:br/>
        <w:t>vn -0.6500 -0.2953 0.7002</w:t>
        <w:br/>
        <w:t>vn -0.6406 -0.5048 0.5786</w:t>
        <w:br/>
        <w:t>vn -0.8282 -0.5365 -0.1619</w:t>
        <w:br/>
        <w:t>vn -0.8592 -0.2018 -0.4702</w:t>
        <w:br/>
        <w:t>vn -0.2450 -0.7913 -0.5602</w:t>
        <w:br/>
        <w:t>vn -0.7792 -0.1683 -0.6037</w:t>
        <w:br/>
        <w:t>vn -0.7792 -0.1682 -0.6038</w:t>
        <w:br/>
        <w:t>vn -0.9455 0.1607 -0.2833</w:t>
        <w:br/>
        <w:t>vn -0.8592 -0.2017 -0.4702</w:t>
        <w:br/>
        <w:t>vn 0.2845 0.3820 0.8793</w:t>
        <w:br/>
        <w:t>vn 0.1083 0.5908 0.7996</w:t>
        <w:br/>
        <w:t>vn -0.3988 0.7377 0.5448</w:t>
        <w:br/>
        <w:t>vn 0.5441 0.4304 0.7202</w:t>
        <w:br/>
        <w:t>vn 0.5044 0.4695 0.7247</w:t>
        <w:br/>
        <w:t>vn -0.0352 0.5908 0.8061</w:t>
        <w:br/>
        <w:t>vn 0.8108 -0.0300 -0.5846</w:t>
        <w:br/>
        <w:t>vn 0.9280 0.0284 -0.3715</w:t>
        <w:br/>
        <w:t>vn 0.8985 0.1116 -0.4246</w:t>
        <w:br/>
        <w:t>vn -0.0484 0.6254 0.7788</w:t>
        <w:br/>
        <w:t>vn 0.3654 0.6105 0.7026</w:t>
        <w:br/>
        <w:t>vn 0.3838 0.5360 0.7519</w:t>
        <w:br/>
        <w:t>vn -0.6892 -0.4767 -0.5457</w:t>
        <w:br/>
        <w:t>vn -0.1993 -0.6907 -0.6951</w:t>
        <w:br/>
        <w:t>vn -0.7382 -0.6745 0.0106</w:t>
        <w:br/>
        <w:t>vn -0.8282 -0.5365 -0.1620</w:t>
        <w:br/>
        <w:t>vn 0.8048 -0.3559 -0.4750</w:t>
        <w:br/>
        <w:t>vn 0.6716 -0.6676 -0.3215</w:t>
        <w:br/>
        <w:t>vn 0.4716 -0.7694 -0.4307</w:t>
        <w:br/>
        <w:t>vn 0.4554 -0.6104 -0.6480</w:t>
        <w:br/>
        <w:t>vn 0.9397 -0.1051 -0.3254</w:t>
        <w:br/>
        <w:t>vn -0.3676 -0.5581 0.7439</w:t>
        <w:br/>
        <w:t>vn -0.7225 -0.6913 0.0075</w:t>
        <w:br/>
        <w:t>vn -0.4633 -0.1262 -0.8772</w:t>
        <w:br/>
        <w:t>vn -0.5996 0.1347 -0.7889</w:t>
        <w:br/>
        <w:t>vn -0.2404 0.3745 0.8955</w:t>
        <w:br/>
        <w:t>vn -0.1711 0.5312 0.8298</w:t>
        <w:br/>
        <w:t>vn -0.2721 0.4529 0.8490</w:t>
        <w:br/>
        <w:t>vn -0.1050 0.3630 0.9259</w:t>
        <w:br/>
        <w:t>vn -0.6177 0.1778 -0.7660</w:t>
        <w:br/>
        <w:t>vn -0.5702 0.2432 -0.7847</w:t>
        <w:br/>
        <w:t>vn -0.6774 0.2664 -0.6857</w:t>
        <w:br/>
        <w:t>vn 0.5914 -0.2236 0.7748</w:t>
        <w:br/>
        <w:t>vn 0.6071 -0.1452 0.7813</w:t>
        <w:br/>
        <w:t>vn -0.0920 0.2394 0.9666</w:t>
        <w:br/>
        <w:t>vn 0.1672 0.2112 0.9630</w:t>
        <w:br/>
        <w:t>vn -0.2189 0.5001 0.8379</w:t>
        <w:br/>
        <w:t>vn 0.8998 -0.0107 -0.4362</w:t>
        <w:br/>
        <w:t>vn 0.9000 0.1688 -0.4018</w:t>
        <w:br/>
        <w:t>vn 0.9388 0.3388 -0.0625</w:t>
        <w:br/>
        <w:t>vn 0.9397 0.3171 0.1279</w:t>
        <w:br/>
        <w:t>vn 0.6901 -0.2683 -0.6721</w:t>
        <w:br/>
        <w:t>vn 0.3979 -0.4841 -0.7793</w:t>
        <w:br/>
        <w:t>vn 0.2597 -0.4269 -0.8662</w:t>
        <w:br/>
        <w:t>vn 0.6565 -0.1528 -0.7387</w:t>
        <w:br/>
        <w:t>vn 0.0452 -0.4817 -0.8752</w:t>
        <w:br/>
        <w:t>vn 0.1480 -0.6022 -0.7845</w:t>
        <w:br/>
        <w:t>vn -0.8877 -0.4596 -0.0272</w:t>
        <w:br/>
        <w:t>vn -0.9175 -0.3911 -0.0719</w:t>
        <w:br/>
        <w:t>vn -0.9175 -0.3911 -0.0720</w:t>
        <w:br/>
        <w:t>vn -0.5489 0.2891 0.7843</w:t>
        <w:br/>
        <w:t>vn -0.3385 0.2475 0.9078</w:t>
        <w:br/>
        <w:t>vn 0.1378 -0.1977 0.9705</w:t>
        <w:br/>
        <w:t>vn -0.8090 0.3986 0.4320</w:t>
        <w:br/>
        <w:t>vn 0.8071 0.4021 0.4322</w:t>
        <w:br/>
        <w:t>vn 0.7177 -0.3168 -0.6201</w:t>
        <w:br/>
        <w:t>vn 0.6656 -0.4516 -0.5942</w:t>
        <w:br/>
        <w:t>vn -0.9271 -0.3606 -0.1025</w:t>
        <w:br/>
        <w:t>vn -0.6229 -0.2317 -0.7472</w:t>
        <w:br/>
        <w:t>vn -0.7759 -0.0640 -0.6277</w:t>
        <w:br/>
        <w:t>vn -0.5735 -0.4987 -0.6499</w:t>
        <w:br/>
        <w:t>vn 0.6166 0.1403 0.7747</w:t>
        <w:br/>
        <w:t>vn 0.6216 0.0662 0.7805</w:t>
        <w:br/>
        <w:t>vn -0.4299 0.5919 0.6818</w:t>
        <w:br/>
        <w:t>vn -0.4509 0.5545 0.6994</w:t>
        <w:br/>
        <w:t>vn 0.3149 0.5286 0.7883</w:t>
        <w:br/>
        <w:t>vn 0.4013 0.3598 0.8423</w:t>
        <w:br/>
        <w:t>vn 0.9082 -0.3033 -0.2885</w:t>
        <w:br/>
        <w:t>vn 0.9634 -0.1019 -0.2479</w:t>
        <w:br/>
        <w:t>vn 0.9848 -0.0668 0.1605</w:t>
        <w:br/>
        <w:t>vn -0.2996 0.5885 -0.7509</w:t>
        <w:br/>
        <w:t>vn -0.7477 0.4469 -0.4911</w:t>
        <w:br/>
        <w:t>vn -0.9417 0.2677 -0.2040</w:t>
        <w:br/>
        <w:t>vn 0.2953 -0.6703 0.6808</w:t>
        <w:br/>
        <w:t>vn 0.0994 -0.6695 -0.7362</w:t>
        <w:br/>
        <w:t>vn 0.0507 -0.6950 -0.7172</w:t>
        <w:br/>
        <w:t>vn 0.3858 0.5623 0.7314</w:t>
        <w:br/>
        <w:t>vn -0.6880 0.3311 0.6458</w:t>
        <w:br/>
        <w:t>vn 0.3744 -0.5546 -0.7431</w:t>
        <w:br/>
        <w:t>vn 0.6035 0.0311 0.7967</w:t>
        <w:br/>
        <w:t>vn 0.8279 -0.2151 0.5180</w:t>
        <w:br/>
        <w:t>vn 0.8340 -0.0901 0.5443</w:t>
        <w:br/>
        <w:t>vn 0.9487 -0.3073 -0.0741</w:t>
        <w:br/>
        <w:t>vn -0.1848 -0.5670 -0.8027</w:t>
        <w:br/>
        <w:t>vn -0.5823 -0.1347 -0.8018</w:t>
        <w:br/>
        <w:t>vn -0.0828 -0.6726 -0.7353</w:t>
        <w:br/>
        <w:t>vn 0.0432 -0.6931 -0.7195</w:t>
        <w:br/>
        <w:t>vn 0.3781 -0.4379 -0.8157</w:t>
        <w:br/>
        <w:t>vn 0.5582 -0.5535 -0.6181</w:t>
        <w:br/>
        <w:t>vn 0.4226 -0.5557 -0.7160</w:t>
        <w:br/>
        <w:t>vn 0.3506 -0.2976 -0.8880</w:t>
        <w:br/>
        <w:t>vn 0.0852 -0.0622 -0.9944</w:t>
        <w:br/>
        <w:t>vn 0.1400 -0.0091 -0.9901</w:t>
        <w:br/>
        <w:t>vn 0.6328 0.5351 -0.5597</w:t>
        <w:br/>
        <w:t>vn 0.2601 0.6157 -0.7438</w:t>
        <w:br/>
        <w:t>vn 0.0492 0.6326 -0.7729</w:t>
        <w:br/>
        <w:t>vn 0.2902 0.5938 -0.7504</w:t>
        <w:br/>
        <w:t>vn 0.1571 0.5743 -0.8034</w:t>
        <w:br/>
        <w:t>vn 0.7313 -0.2689 -0.6268</w:t>
        <w:br/>
        <w:t>vn 0.7982 -0.2415 -0.5518</w:t>
        <w:br/>
        <w:t>vn 0.5299 -0.6039 -0.5954</w:t>
        <w:br/>
        <w:t>vn 0.2402 -0.3639 -0.8999</w:t>
        <w:br/>
        <w:t>vn 0.5283 -0.6123 -0.5882</w:t>
        <w:br/>
        <w:t>vn 0.5583 -0.5535 -0.6181</w:t>
        <w:br/>
        <w:t>vn 0.5012 -0.5770 -0.6449</w:t>
        <w:br/>
        <w:t>vn -0.2455 0.6514 0.7179</w:t>
        <w:br/>
        <w:t>vn -0.2267 0.4547 0.8613</w:t>
        <w:br/>
        <w:t>vn 0.5261 0.5470 0.6511</w:t>
        <w:br/>
        <w:t>vn -0.7543 0.3114 0.5780</w:t>
        <w:br/>
        <w:t>vn -0.9177 0.1897 0.3491</w:t>
        <w:br/>
        <w:t>vn -0.8187 0.0580 0.5713</w:t>
        <w:br/>
        <w:t>vn -0.6827 0.1312 0.7188</w:t>
        <w:br/>
        <w:t>vn 0.7132 0.3623 0.6000</w:t>
        <w:br/>
        <w:t>vn 0.0730 -0.8360 -0.5438</w:t>
        <w:br/>
        <w:t>vn -0.2262 -0.7466 -0.6256</w:t>
        <w:br/>
        <w:t>vn -0.2173 -0.8332 -0.5084</w:t>
        <w:br/>
        <w:t>vn -0.6881 0.1724 0.7049</w:t>
        <w:br/>
        <w:t>vn -0.8560 -0.5140 0.0544</w:t>
        <w:br/>
        <w:t>vn -0.9843 -0.1673 -0.0559</w:t>
        <w:br/>
        <w:t>vn -0.7489 0.5116 0.4213</w:t>
        <w:br/>
        <w:t>vn -0.0652 0.6924 0.7185</w:t>
        <w:br/>
        <w:t>vn 0.6744 0.3279 0.6616</w:t>
        <w:br/>
        <w:t>vn 0.6316 0.1074 0.7678</w:t>
        <w:br/>
        <w:t>vn 0.7872 -0.5206 0.3307</w:t>
        <w:br/>
        <w:t>vn 0.9371 0.0015 0.3491</w:t>
        <w:br/>
        <w:t>vn -0.6833 -0.5742 -0.4509</w:t>
        <w:br/>
        <w:t>vn -0.2523 -0.8295 -0.4984</w:t>
        <w:br/>
        <w:t>vn 0.9675 0.1657 0.1909</w:t>
        <w:br/>
        <w:t>vn -0.0196 0.1934 -0.9809</w:t>
        <w:br/>
        <w:t>vn 0.0025 0.1995 -0.9799</w:t>
        <w:br/>
        <w:t>vn 0.0816 0.3990 -0.9133</w:t>
        <w:br/>
        <w:t>vn 0.0876 0.4689 -0.8789</w:t>
        <w:br/>
        <w:t>vn 0.8038 -0.5857 0.1045</w:t>
        <w:br/>
        <w:t>vn 0.8105 -0.4191 0.4093</w:t>
        <w:br/>
        <w:t>vn 0.8108 -0.0299 -0.5846</w:t>
        <w:br/>
        <w:t>vn 0.4090 -0.3968 -0.8218</w:t>
        <w:br/>
        <w:t>vn -0.0043 0.2866 0.9581</w:t>
        <w:br/>
        <w:t>vn -0.8561 -0.5140 0.0544</w:t>
        <w:br/>
        <w:t>vn -0.2184 -0.8205 -0.5284</w:t>
        <w:br/>
        <w:t>vn -0.9843 -0.1673 -0.0558</w:t>
        <w:br/>
        <w:t>vn 0.9253 -0.1062 -0.3642</w:t>
        <w:br/>
        <w:t>vn 0.8047 -0.3559 -0.4751</w:t>
        <w:br/>
        <w:t>vn -0.6859 0.6561 -0.3148</w:t>
        <w:br/>
        <w:t>vn -0.8081 0.5358 -0.2447</w:t>
        <w:br/>
        <w:t>vn -0.8423 0.4988 -0.2044</w:t>
        <w:br/>
        <w:t>vn -0.9339 0.2852 -0.2158</w:t>
        <w:br/>
        <w:t>vn 0.3360 0.4153 -0.8453</w:t>
        <w:br/>
        <w:t>vn 0.3051 0.5752 -0.7590</w:t>
        <w:br/>
        <w:t>vn -0.5548 0.8252 -0.1061</w:t>
        <w:br/>
        <w:t>vn -0.6378 0.7428 -0.2034</w:t>
        <w:br/>
        <w:t>vn -0.5793 0.7685 -0.2716</w:t>
        <w:br/>
        <w:t>vn -0.5549 0.8251 -0.1061</w:t>
        <w:br/>
        <w:t>vn -0.5793 0.7685 -0.2717</w:t>
        <w:br/>
        <w:t>vn -0.2476 0.7796 -0.5752</w:t>
        <w:br/>
        <w:t>vn -0.1550 0.9073 -0.3910</w:t>
        <w:br/>
        <w:t>vn 0.2925 -0.3275 -0.8984</w:t>
        <w:br/>
        <w:t>vn 0.3623 -0.0712 -0.9293</w:t>
        <w:br/>
        <w:t>vn 0.3576 0.4626 -0.8112</w:t>
        <w:br/>
        <w:t>vn 0.3715 0.6605 -0.6525</w:t>
        <w:br/>
        <w:t>vn -0.3643 0.5485 -0.7526</w:t>
        <w:br/>
        <w:t>vn 0.8704 -0.4886 0.0600</w:t>
        <w:br/>
        <w:t>vn -0.0088 -0.1265 0.9919</w:t>
        <w:br/>
        <w:t>vn 0.2339 -0.0544 0.9707</w:t>
        <w:br/>
        <w:t>vn -0.6903 0.6557 -0.3060</w:t>
        <w:br/>
        <w:t>vn -0.1409 -0.4323 0.8907</w:t>
        <w:br/>
        <w:t>vn 0.6035 -0.7964 -0.0398</w:t>
        <w:br/>
        <w:t>vn 0.6602 -0.7298 -0.1774</w:t>
        <w:br/>
        <w:t>vn -0.6698 0.7401 -0.0596</w:t>
        <w:br/>
        <w:t>vn -0.1190 -0.8353 0.5367</w:t>
        <w:br/>
        <w:t>vn -0.0928 -0.6819 0.7255</w:t>
        <w:br/>
        <w:t>vn 0.3595 -0.5804 0.7307</w:t>
        <w:br/>
        <w:t>vn -0.0032 -0.5685 0.8227</w:t>
        <w:br/>
        <w:t>vn -0.1946 -0.5434 0.8166</w:t>
        <w:br/>
        <w:t>vn 0.0706 -0.5298 0.8452</w:t>
        <w:br/>
        <w:t>vn -0.0390 -0.3274 0.9441</w:t>
        <w:br/>
        <w:t>vn -0.5165 0.4301 0.7404</w:t>
        <w:br/>
        <w:t>vn -0.4817 0.3647 0.7969</w:t>
        <w:br/>
        <w:t>vn -0.4738 0.4614 0.7501</w:t>
        <w:br/>
        <w:t>vn -0.5850 0.5831 0.5636</w:t>
        <w:br/>
        <w:t>vn -0.4962 0.5193 0.6958</w:t>
        <w:br/>
        <w:t>vn -0.5851 0.5831 0.5636</w:t>
        <w:br/>
        <w:t>vn -0.6551 0.6087 0.4476</w:t>
        <w:br/>
        <w:t>vn -0.6551 0.6087 0.4475</w:t>
        <w:br/>
        <w:t>vn -0.7418 0.5543 0.3775</w:t>
        <w:br/>
        <w:t>vn -0.7377 0.5622 0.3738</w:t>
        <w:br/>
        <w:t>vn -0.3559 0.6038 -0.7133</w:t>
        <w:br/>
        <w:t>vn 0.8254 0.2891 -0.4848</w:t>
        <w:br/>
        <w:t>vn 0.3647 0.6260 -0.6893</w:t>
        <w:br/>
        <w:t>vn 0.4786 0.7333 -0.4829</w:t>
        <w:br/>
        <w:t>vn 0.1557 0.5982 -0.7861</w:t>
        <w:br/>
        <w:t>vn -0.1065 -0.2415 -0.9645</w:t>
        <w:br/>
        <w:t>vn -0.7905 -0.6124 -0.0105</w:t>
        <w:br/>
        <w:t>vn -0.0560 0.1700 0.9839</w:t>
        <w:br/>
        <w:t>vn 0.0629 0.2224 0.9729</w:t>
        <w:br/>
        <w:t>vn -0.0694 0.1637 0.9841</w:t>
        <w:br/>
        <w:t>vn 0.8087 0.3041 -0.5035</w:t>
        <w:br/>
        <w:t>vn 0.9055 0.4100 -0.1091</w:t>
        <w:br/>
        <w:t>vn 0.3660 0.0350 -0.9299</w:t>
        <w:br/>
        <w:t>vn -0.7224 -0.6915 0.0008</w:t>
        <w:br/>
        <w:t>vn -0.2289 -0.3072 -0.9237</w:t>
        <w:br/>
        <w:t>vn 0.8051 0.4433 -0.3940</w:t>
        <w:br/>
        <w:t>vn -0.3479 0.0547 0.9359</w:t>
        <w:br/>
        <w:t>vn -0.7880 0.6156 -0.0103</w:t>
        <w:br/>
        <w:t>vn -0.7596 0.6478 -0.0580</w:t>
        <w:br/>
        <w:t>vn -0.9068 0.4180 0.0541</w:t>
        <w:br/>
        <w:t>vn -0.3120 0.9197 -0.2384</w:t>
        <w:br/>
        <w:t>vn -0.2444 0.9400 -0.2379</w:t>
        <w:br/>
        <w:t>vn 0.3216 0.8853 -0.3358</w:t>
        <w:br/>
        <w:t>vn 0.3169 0.8667 -0.3853</w:t>
        <w:br/>
        <w:t>vn 0.0330 -0.9614 0.2733</w:t>
        <w:br/>
        <w:t>vn -0.0014 -0.9892 0.1469</w:t>
        <w:br/>
        <w:t>vn -0.3136 -0.9341 0.1709</w:t>
        <w:br/>
        <w:t>vn -0.2150 -0.9167 0.3369</w:t>
        <w:br/>
        <w:t>vn 0.5688 0.7140 -0.4083</w:t>
        <w:br/>
        <w:t>vn 0.6387 0.6909 -0.3387</w:t>
        <w:br/>
        <w:t>vn 0.6848 -0.7286 0.0124</w:t>
        <w:br/>
        <w:t>vn 0.4531 -0.8852 0.1055</w:t>
        <w:br/>
        <w:t>vn 0.5176 -0.8465 0.1243</w:t>
        <w:br/>
        <w:t>vn 0.7282 -0.6844 0.0357</w:t>
        <w:br/>
        <w:t>vn 0.2678 -0.9417 0.2036</w:t>
        <w:br/>
        <w:t>vn 0.3091 -0.9465 0.0931</w:t>
        <w:br/>
        <w:t>vn 0.7568 -0.6536 0.0069</w:t>
        <w:br/>
        <w:t>vn -0.9240 0.3807 0.0353</w:t>
        <w:br/>
        <w:t>vn 0.0473 -0.8974 -0.4387</w:t>
        <w:br/>
        <w:t>vn 0.3656 -0.9102 -0.1945</w:t>
        <w:br/>
        <w:t>vn 0.4020 -0.8164 -0.4146</w:t>
        <w:br/>
        <w:t>vn 0.0812 -0.9861 -0.1450</w:t>
        <w:br/>
        <w:t>vn -0.3318 -0.9086 -0.2536</w:t>
        <w:br/>
        <w:t>vn 0.3655 -0.9102 -0.1945</w:t>
        <w:br/>
        <w:t>vn 0.5337 -0.8389 -0.1062</w:t>
        <w:br/>
        <w:t>vn 0.5578 -0.7837 -0.2732</w:t>
        <w:br/>
        <w:t>vn 0.6594 -0.7410 -0.1266</w:t>
        <w:br/>
        <w:t>vn 0.4856 0.8681 -0.1028</w:t>
        <w:br/>
        <w:t>vn 0.5318 0.7579 0.3780</w:t>
        <w:br/>
        <w:t>vn 0.7847 0.4822 0.3896</w:t>
        <w:br/>
        <w:t>vn 0.7581 0.6466 -0.0854</w:t>
        <w:br/>
        <w:t>vn -0.1839 0.9726 -0.1426</w:t>
        <w:br/>
        <w:t>vn -0.2818 0.8817 0.3784</w:t>
        <w:br/>
        <w:t>vn -0.7507 0.6605 0.0136</w:t>
        <w:br/>
        <w:t>vn -0.8183 0.5100 0.2650</w:t>
        <w:br/>
        <w:t>vn -0.9179 0.3858 0.0925</w:t>
        <w:br/>
        <w:t>vn -0.9287 0.3159 0.1942</w:t>
        <w:br/>
        <w:t>vn -0.2589 -0.8533 -0.4526</w:t>
        <w:br/>
        <w:t>vn 0.6465 -0.7582 -0.0851</w:t>
        <w:br/>
        <w:t>vn 0.8016 -0.5576 -0.2156</w:t>
        <w:br/>
        <w:t>vn -0.4509 0.5545 0.6995</w:t>
        <w:br/>
        <w:t>vn -0.8274 0.5601 -0.0420</w:t>
        <w:br/>
        <w:t>vn 0.9193 -0.3480 0.1835</w:t>
        <w:br/>
        <w:t>vn 0.3222 0.5657 -0.7590</w:t>
        <w:br/>
        <w:t>vn -0.0197 0.1934 -0.9809</w:t>
        <w:br/>
        <w:t>vn -0.3643 0.5486 -0.7526</w:t>
        <w:br/>
        <w:t>vn 0.4013 0.3599 0.8423</w:t>
        <w:br/>
        <w:t>vn 0.5500 -0.8066 -0.2164</w:t>
        <w:br/>
        <w:t>vn 0.9487 -0.3073 -0.0740</w:t>
        <w:br/>
        <w:t>vn -0.2753 0.8468 -0.4552</w:t>
        <w:br/>
        <w:t>vn 0.6542 0.3368 -0.6772</w:t>
        <w:br/>
        <w:t>vn 0.6984 0.1179 -0.7060</w:t>
        <w:br/>
        <w:t>vn -0.1782 -0.0902 -0.9799</w:t>
        <w:br/>
        <w:t>vn -0.1970 0.2392 -0.9508</w:t>
        <w:br/>
        <w:t>vn 0.7998 0.2379 -0.5511</w:t>
        <w:br/>
        <w:t>vn 0.8570 0.1441 -0.4947</w:t>
        <w:br/>
        <w:t>vn -0.2653 0.7961 -0.5439</w:t>
        <w:br/>
        <w:t>vn 0.2763 0.8403 -0.4665</w:t>
        <w:br/>
        <w:t>vn 0.3588 0.6480 -0.6719</w:t>
        <w:br/>
        <w:t>vn -0.1261 0.6490 -0.7502</w:t>
        <w:br/>
        <w:t>vn -0.2261 0.4837 -0.8455</w:t>
        <w:br/>
        <w:t>vn 0.5718 0.5006 -0.6499</w:t>
        <w:br/>
        <w:t>vn -0.4671 0.8797 -0.0888</w:t>
        <w:br/>
        <w:t>vn 0.1366 0.9885 0.0642</w:t>
        <w:br/>
        <w:t>vn -0.7529 0.6048 0.2595</w:t>
        <w:br/>
        <w:t>vn -0.8128 0.5165 0.2695</w:t>
        <w:br/>
        <w:t>vn -0.5597 0.7051 0.4354</w:t>
        <w:br/>
        <w:t>vn -0.2106 0.8198 0.5325</w:t>
        <w:br/>
        <w:t>vn -0.9816 0.1874 -0.0378</w:t>
        <w:br/>
        <w:t>vn -0.9910 0.1303 -0.0319</w:t>
        <w:br/>
        <w:t>vn 0.4003 0.6184 -0.6763</w:t>
        <w:br/>
        <w:t>vn 0.5256 0.6146 -0.5882</w:t>
        <w:br/>
        <w:t>vn 0.5745 0.5336 -0.6207</w:t>
        <w:br/>
        <w:t>vn 0.4807 0.5481 -0.6845</w:t>
        <w:br/>
        <w:t>vn 0.7038 0.3711 -0.6058</w:t>
        <w:br/>
        <w:t>vn -0.1482 -0.4879 -0.8602</w:t>
        <w:br/>
        <w:t>vn -0.3571 -0.5122 -0.7812</w:t>
        <w:br/>
        <w:t>vn -0.4148 -0.3348 -0.8461</w:t>
        <w:br/>
        <w:t>vn -0.1642 -0.3345 -0.9280</w:t>
        <w:br/>
        <w:t>vn 0.2174 -0.2556 -0.9420</w:t>
        <w:br/>
        <w:t>vn 0.1982 -0.4332 -0.8792</w:t>
        <w:br/>
        <w:t>vn -0.4947 -0.1435 -0.8571</w:t>
        <w:br/>
        <w:t>vn -0.5412 0.1239 -0.8317</w:t>
        <w:br/>
        <w:t>vn 0.8091 0.1772 -0.5604</w:t>
        <w:br/>
        <w:t>vn 0.8437 0.1286 -0.5212</w:t>
        <w:br/>
        <w:t>vn 0.7998 0.2379 -0.5510</w:t>
        <w:br/>
        <w:t>vn -0.5269 0.3359 -0.7808</w:t>
        <w:br/>
        <w:t>vn -0.9459 0.0525 -0.3201</w:t>
        <w:br/>
        <w:t>vn -0.7607 0.1079 -0.6401</w:t>
        <w:br/>
        <w:t>vn -0.7391 -0.1015 -0.6659</w:t>
        <w:br/>
        <w:t>vn -0.9447 -0.0735 -0.3196</w:t>
        <w:br/>
        <w:t>vn -0.5896 -0.3352 -0.7349</w:t>
        <w:br/>
        <w:t>vn -0.9796 -0.1936 -0.0539</w:t>
        <w:br/>
        <w:t>vn -0.6977 -0.6025 -0.3875</w:t>
        <w:br/>
        <w:t>vn -0.1582 -0.4240 -0.8917</w:t>
        <w:br/>
        <w:t>vn -0.4698 0.2753 -0.8388</w:t>
        <w:br/>
        <w:t>vn -0.7395 0.2029 -0.6418</w:t>
        <w:br/>
        <w:t>vn -0.7367 0.2769 -0.6169</w:t>
        <w:br/>
        <w:t>vn 0.4210 0.5868 -0.6916</w:t>
        <w:br/>
        <w:t>vn -0.1890 0.5527 -0.8117</w:t>
        <w:br/>
        <w:t>vn -0.2471 0.5474 -0.7995</w:t>
        <w:br/>
        <w:t>vn 0.5020 0.5607 -0.6585</w:t>
        <w:br/>
        <w:t>vn -0.6832 0.4091 -0.6048</w:t>
        <w:br/>
        <w:t>vn -0.7263 0.4219 -0.5427</w:t>
        <w:br/>
        <w:t>vn -0.6948 0.3503 -0.6281</w:t>
        <w:br/>
        <w:t>vn -0.9439 0.1531 -0.2927</w:t>
        <w:br/>
        <w:t>vn -0.9422 0.1866 -0.2783</w:t>
        <w:br/>
        <w:t>vn -0.8124 0.4284 -0.3957</w:t>
        <w:br/>
        <w:t>vn -0.9000 0.3953 -0.1834</w:t>
        <w:br/>
        <w:t>vn -0.6221 0.7542 0.2101</w:t>
        <w:br/>
        <w:t>vn 0.0218 0.8842 0.4667</w:t>
        <w:br/>
        <w:t>vn 0.0430 0.8959 0.4423</w:t>
        <w:br/>
        <w:t>vn 0.1307 0.9900 0.0536</w:t>
        <w:br/>
        <w:t>vn 0.2789 0.8368 -0.4711</w:t>
        <w:br/>
        <w:t>vn 0.5084 0.5336 0.6759</w:t>
        <w:br/>
        <w:t>vn 0.5704 0.4060 0.7140</w:t>
        <w:br/>
        <w:t>vn -0.9521 0.2980 -0.0677</w:t>
        <w:br/>
        <w:t>vn -0.9156 -0.3327 -0.2260</w:t>
        <w:br/>
        <w:t>vn -0.8731 -0.3041 -0.3812</w:t>
        <w:br/>
        <w:t>vn -0.1885 0.7872 0.5872</w:t>
        <w:br/>
        <w:t>vn -0.1414 0.8355 0.5309</w:t>
        <w:br/>
        <w:t>vn -0.4485 0.7975 0.4037</w:t>
        <w:br/>
        <w:t>vn -0.4991 0.7344 0.4600</w:t>
        <w:br/>
        <w:t>vn 0.1038 0.9903 0.0925</w:t>
        <w:br/>
        <w:t>vn 0.4513 0.8473 -0.2799</w:t>
        <w:br/>
        <w:t>vn 0.2789 0.8369 -0.4711</w:t>
        <w:br/>
        <w:t>vn 0.6105 0.4711 -0.6367</w:t>
        <w:br/>
        <w:t>vn 0.7471 0.3121 -0.5869</w:t>
        <w:br/>
        <w:t>vn 0.8874 -0.0018 -0.4609</w:t>
        <w:br/>
        <w:t>vn 0.8365 -0.0124 -0.5479</w:t>
        <w:br/>
        <w:t>vn 0.8559 -0.0985 -0.5077</w:t>
        <w:br/>
        <w:t>vn 0.8398 0.0064 -0.5428</w:t>
        <w:br/>
        <w:t>vn 0.9655 0.2588 -0.0291</w:t>
        <w:br/>
        <w:t>vn 0.9696 0.2417 -0.0383</w:t>
        <w:br/>
        <w:t>vn 0.8559 -0.0985 -0.5076</w:t>
        <w:br/>
        <w:t>vn 0.9597 -0.0173 0.2804</w:t>
        <w:br/>
        <w:t>vn 0.9599 -0.1864 -0.2094</w:t>
        <w:br/>
        <w:t>vn -0.6649 -0.4836 -0.5692</w:t>
        <w:br/>
        <w:t>vn -0.3982 -0.5511 -0.7333</w:t>
        <w:br/>
        <w:t>vn -0.6504 -0.6181 -0.4415</w:t>
        <w:br/>
        <w:t>vn 0.4345 -0.5092 -0.7429</w:t>
        <w:br/>
        <w:t>vn 0.5965 -0.2701 -0.7558</w:t>
        <w:br/>
        <w:t>vn 0.4264 -0.4093 -0.8066</w:t>
        <w:br/>
        <w:t>vn -0.5036 -0.0907 0.8592</w:t>
        <w:br/>
        <w:t>vn -0.6796 -0.1715 0.7132</w:t>
        <w:br/>
        <w:t>vn -0.7416 -0.0632 0.6679</w:t>
        <w:br/>
        <w:t>vn -0.5508 0.0785 0.8309</w:t>
        <w:br/>
        <w:t>vn 0.9774 0.2110 0.0158</w:t>
        <w:br/>
        <w:t>vn 0.9778 0.2096 -0.0067</w:t>
        <w:br/>
        <w:t>vn 0.8788 0.0446 0.4752</w:t>
        <w:br/>
        <w:t>vn 0.9126 0.1339 0.3864</w:t>
        <w:br/>
        <w:t>vn 0.9718 0.2297 0.0526</w:t>
        <w:br/>
        <w:t>vn 0.6755 0.4340 -0.5961</w:t>
        <w:br/>
        <w:t>vn 0.8144 0.5726 0.0942</w:t>
        <w:br/>
        <w:t>vn 0.7898 0.5210 -0.3237</w:t>
        <w:br/>
        <w:t>vn 0.6579 0.6870 0.3084</w:t>
        <w:br/>
        <w:t>vn 0.9153 0.0628 0.3979</w:t>
        <w:br/>
        <w:t>vn 0.7448 -0.6638 -0.0680</w:t>
        <w:br/>
        <w:t>vn 0.7457 -0.6592 -0.0971</w:t>
        <w:br/>
        <w:t>vn 0.9177 0.0544 0.3936</w:t>
        <w:br/>
        <w:t>vn 0.5477 0.6576 0.5173</w:t>
        <w:br/>
        <w:t>vn 0.9230 0.0359 0.3831</w:t>
        <w:br/>
        <w:t>vn 0.8849 0.0114 0.4657</w:t>
        <w:br/>
        <w:t>vn 0.8296 -0.5584 0.0049</w:t>
        <w:br/>
        <w:t>vn 0.8429 -0.3696 0.3910</w:t>
        <w:br/>
        <w:t>vn 0.8848 0.0114 0.4658</w:t>
        <w:br/>
        <w:t>vn 0.3944 -0.8659 -0.3075</w:t>
        <w:br/>
        <w:t>vn 0.1357 -0.8644 -0.4841</w:t>
        <w:br/>
        <w:t>vn 0.6730 -0.3363 0.6588</w:t>
        <w:br/>
        <w:t>vn 0.1883 -0.4458 0.8751</w:t>
        <w:br/>
        <w:t>vn 0.6215 -0.2489 0.7429</w:t>
        <w:br/>
        <w:t>vn 0.2896 -0.3348 0.8967</w:t>
        <w:br/>
        <w:t>vn -0.4775 -0.5155 0.7116</w:t>
        <w:br/>
        <w:t>vn -0.5128 -0.4331 0.7412</w:t>
        <w:br/>
        <w:t>vn 0.7179 -0.1493 0.6800</w:t>
        <w:br/>
        <w:t>vn 0.9175 0.2347 0.3210</w:t>
        <w:br/>
        <w:t>vn -0.4701 -0.0229 0.8823</w:t>
        <w:br/>
        <w:t>vn -0.7544 -0.0324 0.6556</w:t>
        <w:br/>
        <w:t>vn -0.7424 0.1288 0.6575</w:t>
        <w:br/>
        <w:t>vn -0.4611 0.1839 0.8681</w:t>
        <w:br/>
        <w:t>vn 0.9056 0.3353 0.2598</w:t>
        <w:br/>
        <w:t>vn 0.9054 0.3365 0.2588</w:t>
        <w:br/>
        <w:t>vn 0.9696 0.2416 -0.0383</w:t>
        <w:br/>
        <w:t>vn 0.9963 0.0671 0.0543</w:t>
        <w:br/>
        <w:t>vn 0.8326 -0.0284 -0.5531</w:t>
        <w:br/>
        <w:t>vn -0.9318 -0.3132 -0.1834</w:t>
        <w:br/>
        <w:t>vn -0.8880 -0.4574 -0.0476</w:t>
        <w:br/>
        <w:t>vn -0.6366 0.4989 -0.5881</w:t>
        <w:br/>
        <w:t>vn -0.3920 -0.0972 -0.9148</w:t>
        <w:br/>
        <w:t>vn -0.5665 -0.3751 -0.7337</w:t>
        <w:br/>
        <w:t>vn -0.6525 -0.1220 -0.7479</w:t>
        <w:br/>
        <w:t>vn -0.1314 -0.2858 -0.9492</w:t>
        <w:br/>
        <w:t>vn -0.5961 -0.3371 -0.7287</w:t>
        <w:br/>
        <w:t>vn -0.6497 -0.2978 -0.6994</w:t>
        <w:br/>
        <w:t>vn -0.6848 -0.4752 -0.5525</w:t>
        <w:br/>
        <w:t>vn -0.6589 -0.3249 -0.6785</w:t>
        <w:br/>
        <w:t>vn -0.6026 -0.7066 -0.3710</w:t>
        <w:br/>
        <w:t>vn 0.0235 -0.0348 -0.9991</w:t>
        <w:br/>
        <w:t>vn -0.2889 0.3577 -0.8881</w:t>
        <w:br/>
        <w:t>vn 0.8728 0.1769 -0.4549</w:t>
        <w:br/>
        <w:t>vn 0.8399 0.2890 -0.4594</w:t>
        <w:br/>
        <w:t>vn 0.7131 -0.0929 -0.6948</w:t>
        <w:br/>
        <w:t>vn 0.9594 -0.2796 -0.0373</w:t>
        <w:br/>
        <w:t>vn 0.6738 -0.4739 -0.5670</w:t>
        <w:br/>
        <w:t>vn 0.5760 -0.1986 -0.7929</w:t>
        <w:br/>
        <w:t>vn 0.8453 0.1995 -0.4957</w:t>
        <w:br/>
        <w:t>vn 0.7176 -0.1824 0.6722</w:t>
        <w:br/>
        <w:t>vn 0.5717 -0.3027 0.7626</w:t>
        <w:br/>
        <w:t>vn 0.8146 -0.0704 0.5757</w:t>
        <w:br/>
        <w:t>vn 0.7449 0.0239 -0.6667</w:t>
        <w:br/>
        <w:t>vn 0.8474 0.3619 -0.3884</w:t>
        <w:br/>
        <w:t>vn 0.7330 -0.4805 -0.4814</w:t>
        <w:br/>
        <w:t>vn 0.9681 -0.2342 -0.0894</w:t>
        <w:br/>
        <w:t>vn 0.6350 -0.6650 -0.3932</w:t>
        <w:br/>
        <w:t>vn 0.9664 0.1602 -0.2009</w:t>
        <w:br/>
        <w:t>vn 0.4194 -0.5594 -0.7149</w:t>
        <w:br/>
        <w:t>vn 0.4881 -0.7004 -0.5208</w:t>
        <w:br/>
        <w:t>vn 0.4917 -0.6206 -0.6108</w:t>
        <w:br/>
        <w:t>vn 0.4917 -0.6207 -0.6108</w:t>
        <w:br/>
        <w:t>vn -0.3104 -0.9360 -0.1660</w:t>
        <w:br/>
        <w:t>vn -0.0042 -0.8768 -0.4809</w:t>
        <w:br/>
        <w:t>vn 0.0102 -0.8917 -0.4526</w:t>
        <w:br/>
        <w:t>vn 0.6140 0.6985 0.3675</w:t>
        <w:br/>
        <w:t>vn 0.5814 0.7679 0.2691</w:t>
        <w:br/>
        <w:t>vn -0.0390 0.9179 0.3949</w:t>
        <w:br/>
        <w:t>vn 0.0430 0.8958 0.4423</w:t>
        <w:br/>
        <w:t>vn -0.9079 -0.2215 -0.3560</w:t>
        <w:br/>
        <w:t>vn -0.9284 -0.1677 -0.3316</w:t>
        <w:br/>
        <w:t>vn -0.9622 -0.2721 0.0097</w:t>
        <w:br/>
        <w:t>vn -0.9964 -0.0761 -0.0369</w:t>
        <w:br/>
        <w:t>vn 0.8038 0.4515 -0.3873</w:t>
        <w:br/>
        <w:t>vn -0.9470 0.1943 -0.2558</w:t>
        <w:br/>
        <w:t>vn -0.9469 -0.1553 -0.2816</w:t>
        <w:br/>
        <w:t>vn -0.7018 -0.2561 -0.6647</w:t>
        <w:br/>
        <w:t>vn 0.9691 0.2460 -0.0189</w:t>
        <w:br/>
        <w:t>vn -0.8905 -0.4195 0.1761</w:t>
        <w:br/>
        <w:t>vn -0.8652 -0.4916 0.0984</w:t>
        <w:br/>
        <w:t>vn 0.2283 -0.1836 0.9561</w:t>
        <w:br/>
        <w:t>vn 0.4048 -0.1366 0.9041</w:t>
        <w:br/>
        <w:t>vn 0.3183 0.0852 0.9442</w:t>
        <w:br/>
        <w:t>vn 0.1568 0.0789 0.9845</w:t>
        <w:br/>
        <w:t>vn 0.0036 0.2040 0.9790</w:t>
        <w:br/>
        <w:t>vn 0.1775 0.1280 0.9758</w:t>
        <w:br/>
        <w:t>vn 0.1454 0.2306 0.9621</w:t>
        <w:br/>
        <w:t>vn -0.1801 0.3012 0.9364</w:t>
        <w:br/>
        <w:t>vn -0.4641 -0.6038 0.6481</w:t>
        <w:br/>
        <w:t>vn -0.7517 -0.1540 0.6413</w:t>
        <w:br/>
        <w:t>vn -0.4959 -0.5229 0.6933</w:t>
        <w:br/>
        <w:t>vn -0.4415 -0.5554 0.7047</w:t>
        <w:br/>
        <w:t>vn -0.5245 -0.5127 0.6797</w:t>
        <w:br/>
        <w:t>vn -0.4749 -0.5705 0.6701</w:t>
        <w:br/>
        <w:t>vn -0.5780 -0.4819 0.6586</w:t>
        <w:br/>
        <w:t>vn -0.5850 -0.3977 0.7068</w:t>
        <w:br/>
        <w:t>vn -0.5780 -0.4818 0.6586</w:t>
        <w:br/>
        <w:t>vn -0.8025 -0.4353 0.4080</w:t>
        <w:br/>
        <w:t>vn 0.2026 -0.4595 0.8648</w:t>
        <w:br/>
        <w:t>vn -0.1048 -0.2843 0.9530</w:t>
        <w:br/>
        <w:t>vn -0.1093 -0.4754 0.8730</w:t>
        <w:br/>
        <w:t>vn 0.4693 -0.3689 0.8023</w:t>
        <w:br/>
        <w:t>vn 0.1365 -0.5674 0.8120</w:t>
        <w:br/>
        <w:t>vn 0.0519 -0.5405 0.8397</w:t>
        <w:br/>
        <w:t>vn -0.5626 0.2396 -0.7912</w:t>
        <w:br/>
        <w:t>vn -0.7607 -0.0179 0.6488</w:t>
        <w:br/>
        <w:t>vn -0.6736 0.3280 0.6623</w:t>
        <w:br/>
        <w:t>vn 0.1511 -0.0419 0.9876</w:t>
        <w:br/>
        <w:t>vn 0.0972 0.1117 0.9890</w:t>
        <w:br/>
        <w:t>vn 0.2805 0.1052 0.9541</w:t>
        <w:br/>
        <w:t>vn 0.3364 -0.0615 0.9397</w:t>
        <w:br/>
        <w:t>vn 0.5810 -0.4846 0.6540</w:t>
        <w:br/>
        <w:t>vn -0.1282 -0.3986 0.9081</w:t>
        <w:br/>
        <w:t>vn 0.4803 0.0313 0.8766</w:t>
        <w:br/>
        <w:t>vn 0.5079 -0.0786 0.8578</w:t>
        <w:br/>
        <w:t>vn -0.7495 0.3018 -0.5892</w:t>
        <w:br/>
        <w:t>vn 0.6540 -0.5829 0.4823</w:t>
        <w:br/>
        <w:t>vn 0.5557 -0.6089 0.5661</w:t>
        <w:br/>
        <w:t>vn 0.5068 -0.5562 0.6586</w:t>
        <w:br/>
        <w:t>vn 0.3519 -0.2853 0.8915</w:t>
        <w:br/>
        <w:t>vn 0.1617 -0.0978 0.9820</w:t>
        <w:br/>
        <w:t>vn 0.5678 -0.1201 0.8144</w:t>
        <w:br/>
        <w:t>vn 0.4241 0.0317 0.9050</w:t>
        <w:br/>
        <w:t>vn -0.1765 0.0019 0.9843</w:t>
        <w:br/>
        <w:t>vn 0.0420 0.1504 0.9877</w:t>
        <w:br/>
        <w:t>vn -0.0940 -0.0895 0.9915</w:t>
        <w:br/>
        <w:t>vn -0.7114 0.0746 0.6989</w:t>
        <w:br/>
        <w:t>vn -0.6933 0.1917 0.6946</w:t>
        <w:br/>
        <w:t>vn -0.5019 -0.2318 0.8333</w:t>
        <w:br/>
        <w:t>vn -0.7356 -0.1697 0.6558</w:t>
        <w:br/>
        <w:t>vn -0.7195 -0.3464 0.6020</w:t>
        <w:br/>
        <w:t>vn -0.5302 -0.4289 0.7313</w:t>
        <w:br/>
        <w:t>vn -0.5428 -0.5587 0.6270</w:t>
        <w:br/>
        <w:t>vn -0.7223 -0.4078 0.5585</w:t>
        <w:br/>
        <w:t>vn -0.1799 -0.2997 0.9369</w:t>
        <w:br/>
        <w:t>vn -0.2182 -0.3653 0.9050</w:t>
        <w:br/>
        <w:t>vn -0.5140 -0.2966 0.8049</w:t>
        <w:br/>
        <w:t>vn -0.5531 -0.7420 0.3790</w:t>
        <w:br/>
        <w:t>vn -0.4621 -0.8759 -0.1391</w:t>
        <w:br/>
        <w:t>vn -0.9155 -0.3327 -0.2261</w:t>
        <w:br/>
        <w:t>vn 0.0812 -0.9940 0.0737</w:t>
        <w:br/>
        <w:t>vn 0.3005 -0.9056 -0.2993</w:t>
        <w:br/>
        <w:t>vn -0.3270 -0.7976 -0.5068</w:t>
        <w:br/>
        <w:t>vn -0.8731 -0.3041 -0.3811</w:t>
        <w:br/>
        <w:t>vn -0.9436 -0.2908 -0.1584</w:t>
        <w:br/>
        <w:t>vn -0.8519 0.0150 0.5235</w:t>
        <w:br/>
        <w:t>vn -0.7845 0.0240 0.6196</w:t>
        <w:br/>
        <w:t>vn -0.9219 -0.1742 0.3461</w:t>
        <w:br/>
        <w:t>vn -0.2036 -0.6202 0.7576</w:t>
        <w:br/>
        <w:t>vn -0.2256 -0.4895 0.8423</w:t>
        <w:br/>
        <w:t>vn -0.3895 -0.5706 0.7229</w:t>
        <w:br/>
        <w:t>vn -0.4796 -0.4691 0.7416</w:t>
        <w:br/>
        <w:t>vn -0.1358 -0.8213 0.5540</w:t>
        <w:br/>
        <w:t>vn 0.4763 -0.7992 -0.3666</w:t>
        <w:br/>
        <w:t>vn 0.1828 -0.7807 -0.5976</w:t>
        <w:br/>
        <w:t>vn -0.1370 -0.7916 -0.5954</w:t>
        <w:br/>
        <w:t>vn 0.4231 -0.8304 -0.3625</w:t>
        <w:br/>
        <w:t>vn 0.6449 -0.7519 -0.1369</w:t>
        <w:br/>
        <w:t>vn 0.7031 -0.7060 -0.0844</w:t>
        <w:br/>
        <w:t>vn -0.0011 -0.9967 0.0815</w:t>
        <w:br/>
        <w:t>vn 0.1283 -0.9219 -0.3656</w:t>
        <w:br/>
        <w:t>vn -0.5121 -0.5839 -0.6300</w:t>
        <w:br/>
        <w:t>vn -0.5121 -0.5839 -0.6299</w:t>
        <w:br/>
        <w:t>vn -0.4558 -0.6354 -0.6233</w:t>
        <w:br/>
        <w:t>vn -0.2387 -0.7806 0.5777</w:t>
        <w:br/>
        <w:t>vn -0.4925 -0.3355 0.8030</w:t>
        <w:br/>
        <w:t>vn -0.4964 -0.3762 0.7823</w:t>
        <w:br/>
        <w:t>vn -0.4797 -0.4690 0.7416</w:t>
        <w:br/>
        <w:t>vn -0.4947 -0.2278 0.8387</w:t>
        <w:br/>
        <w:t>vn 0.0532 0.1679 0.9844</w:t>
        <w:br/>
        <w:t>vn 0.0306 0.0472 0.9984</w:t>
        <w:br/>
        <w:t>vn -0.3546 0.3707 0.8584</w:t>
        <w:br/>
        <w:t>vn 0.2678 0.3311 0.9048</w:t>
        <w:br/>
        <w:t>vn 0.5294 0.2068 0.8228</w:t>
        <w:br/>
        <w:t>vn -0.8288 0.3144 0.4629</w:t>
        <w:br/>
        <w:t>vn -0.7305 0.4074 0.5481</w:t>
        <w:br/>
        <w:t>vn -0.5878 0.1474 0.7955</w:t>
        <w:br/>
        <w:t>vn -0.2549 0.3387 0.9057</w:t>
        <w:br/>
        <w:t>vn -0.4444 -0.0219 0.8956</w:t>
        <w:br/>
        <w:t>vn -0.4448 -0.0551 0.8939</w:t>
        <w:br/>
        <w:t>vn 0.1074 0.3572 0.9278</w:t>
        <w:br/>
        <w:t>vn 0.6185 0.5026 0.6040</w:t>
        <w:br/>
        <w:t>vn 0.9502 0.1073 0.2924</w:t>
        <w:br/>
        <w:t>vn 0.1283 -0.9219 -0.3657</w:t>
        <w:br/>
        <w:t>vn -0.1937 -0.9787 -0.0677</w:t>
        <w:br/>
        <w:t>vn -0.0101 -0.8779 -0.4787</w:t>
        <w:br/>
        <w:t>vn -0.4179 -0.7568 0.5027</w:t>
        <w:br/>
        <w:t>vn -0.4965 -0.3762 0.7823</w:t>
        <w:br/>
        <w:t>vn -0.6101 -0.2714 0.7444</w:t>
        <w:br/>
        <w:t>vn -0.5603 -0.3334 0.7582</w:t>
        <w:br/>
        <w:t>vn -0.4828 0.4138 -0.7718</w:t>
        <w:br/>
        <w:t>vn 0.9110 0.3042 0.2785</w:t>
        <w:br/>
        <w:t>vn 0.9691 0.2460 -0.0190</w:t>
        <w:br/>
        <w:t>vn 0.7822 -0.0837 -0.6174</w:t>
        <w:br/>
        <w:t>vn 0.7968 0.0030 -0.6042</w:t>
        <w:br/>
        <w:t>vn 0.6186 -0.0059 -0.7857</w:t>
        <w:br/>
        <w:t>vn 0.6379 -0.0262 -0.7697</w:t>
        <w:br/>
        <w:t>vn 0.3545 0.3754 -0.8564</w:t>
        <w:br/>
        <w:t>vn 0.2000 0.5396 -0.8178</w:t>
        <w:br/>
        <w:t>vn 0.7047 0.0662 -0.7064</w:t>
        <w:br/>
        <w:t>vn 0.8115 -0.4946 -0.3112</w:t>
        <w:br/>
        <w:t>vn 0.7542 -0.5055 -0.4190</w:t>
        <w:br/>
        <w:t>vn 0.8665 -0.4972 0.0444</w:t>
        <w:br/>
        <w:t>vn 0.9873 -0.1510 -0.0497</w:t>
        <w:br/>
        <w:t>vn 0.6208 -0.7714 0.1399</w:t>
        <w:br/>
        <w:t>vn 0.6930 -0.7195 -0.0445</w:t>
        <w:br/>
        <w:t>vn 0.8665 -0.4972 0.0443</w:t>
        <w:br/>
        <w:t>vn 0.7660 -0.5052 0.3974</w:t>
        <w:br/>
        <w:t>vn 0.9138 -0.1726 0.3676</w:t>
        <w:br/>
        <w:t>vn -0.2475 -0.7483 0.6154</w:t>
        <w:br/>
        <w:t>vn -0.3553 -0.7025 0.6167</w:t>
        <w:br/>
        <w:t>vn -0.6373 -0.4822 0.6011</w:t>
        <w:br/>
        <w:t>vn -0.7245 -0.4872 0.4876</w:t>
        <w:br/>
        <w:t>vn -0.4000 -0.5905 0.7009</w:t>
        <w:br/>
        <w:t>vn -0.6311 -0.3807 0.6759</w:t>
        <w:br/>
        <w:t>vn -0.4184 -0.3779 0.8259</w:t>
        <w:br/>
        <w:t>vn -0.6289 -0.2195 0.7459</w:t>
        <w:br/>
        <w:t>vn -0.4102 -0.1032 0.9061</w:t>
        <w:br/>
        <w:t>vn -0.5851 -0.0022 0.8110</w:t>
        <w:br/>
        <w:t>vn -0.4300 0.1397 0.8920</w:t>
        <w:br/>
        <w:t>vn -0.4999 0.2612 0.8258</w:t>
        <w:br/>
        <w:t>vn -0.7080 0.6634 -0.2420</w:t>
        <w:br/>
        <w:t>vn -0.5541 0.7123 -0.4309</w:t>
        <w:br/>
        <w:t>vn -0.9310 0.3609 -0.0550</w:t>
        <w:br/>
        <w:t>vn -0.7998 -0.1345 0.5851</w:t>
        <w:br/>
        <w:t>vn -0.8378 -0.1996 0.5082</w:t>
        <w:br/>
        <w:t>vn -0.9172 -0.0015 0.3983</w:t>
        <w:br/>
        <w:t>vn -0.9680 -0.0946 -0.2324</w:t>
        <w:br/>
        <w:t>vn -0.7781 0.4562 -0.4319</w:t>
        <w:br/>
        <w:t>vn -0.7542 0.6238 -0.2051</w:t>
        <w:br/>
        <w:t>vn -0.8190 0.5415 -0.1898</w:t>
        <w:br/>
        <w:t>vn -0.4844 0.7447 -0.4590</w:t>
        <w:br/>
        <w:t>vn -0.7756 0.5123 -0.3688</w:t>
        <w:br/>
        <w:t>vn -0.9078 -0.3845 0.1672</w:t>
        <w:br/>
        <w:t>vn -0.6704 -0.5545 0.4931</w:t>
        <w:br/>
        <w:t>vn -0.9838 -0.0964 0.1512</w:t>
        <w:br/>
        <w:t>vn -0.1781 -0.5313 0.8283</w:t>
        <w:br/>
        <w:t>vn 0.9671 -0.1923 0.1666</w:t>
        <w:br/>
        <w:t>vn 0.8970 -0.2589 -0.3584</w:t>
        <w:br/>
        <w:t>vn 0.8970 -0.2589 -0.3583</w:t>
        <w:br/>
        <w:t>vn 0.7289 0.2768 -0.6261</w:t>
        <w:br/>
        <w:t>vn 0.6669 0.2445 -0.7039</w:t>
        <w:br/>
        <w:t>vn 0.6492 -0.7441 0.1580</w:t>
        <w:br/>
        <w:t>vn 0.6248 -0.7741 0.1017</w:t>
        <w:br/>
        <w:t>vn 0.6249 -0.7741 0.1017</w:t>
        <w:br/>
        <w:t>vn 0.5834 -0.8118 0.0241</w:t>
        <w:br/>
        <w:t>vn 0.5860 -0.8090 -0.0460</w:t>
        <w:br/>
        <w:t>vn 0.5860 -0.8090 -0.0461</w:t>
        <w:br/>
        <w:t>vn 0.5664 -0.6724 -0.4765</w:t>
        <w:br/>
        <w:t>vn 0.6344 -0.7604 -0.1389</w:t>
        <w:br/>
        <w:t>vn 0.5801 -0.6722 -0.4600</w:t>
        <w:br/>
        <w:t>vn 0.9203 -0.3612 -0.1502</w:t>
        <w:br/>
        <w:t>vn 0.7254 -0.6651 -0.1770</w:t>
        <w:br/>
        <w:t>vn 0.2250 -0.4343 -0.8722</w:t>
        <w:br/>
        <w:t>vn 0.2080 -0.7325 -0.6482</w:t>
        <w:br/>
        <w:t>vn 0.2724 0.0485 -0.9610</w:t>
        <w:br/>
        <w:t>vn 0.4482 0.1745 -0.8767</w:t>
        <w:br/>
        <w:t>vn 0.4482 0.1746 -0.8767</w:t>
        <w:br/>
        <w:t>vn 0.7603 0.1429 -0.6336</w:t>
        <w:br/>
        <w:t>vn 0.8991 0.1084 -0.4241</w:t>
        <w:br/>
        <w:t>vn 0.2777 -0.6865 -0.6721</w:t>
        <w:br/>
        <w:t>vn 0.2777 -0.6864 -0.6721</w:t>
        <w:br/>
        <w:t>vn 0.6992 -0.5357 -0.4735</w:t>
        <w:br/>
        <w:t>vn 0.9437 0.3094 -0.1175</w:t>
        <w:br/>
        <w:t>vn 0.6884 0.6500 0.3219</w:t>
        <w:br/>
        <w:t>vn 0.8231 0.4614 0.3311</w:t>
        <w:br/>
        <w:t>vn 0.7368 0.6551 -0.1674</w:t>
        <w:br/>
        <w:t>vn 0.6846 0.7099 0.1653</w:t>
        <w:br/>
        <w:t>vn 0.6999 0.6463 -0.3041</w:t>
        <w:br/>
        <w:t>vn 0.6370 0.5440 -0.5461</w:t>
        <w:br/>
        <w:t>vn 0.2177 -0.5241 -0.8234</w:t>
        <w:br/>
        <w:t>vn 0.0166 -0.2316 -0.9727</w:t>
        <w:br/>
        <w:t>vn -0.2200 0.0944 -0.9709</w:t>
        <w:br/>
        <w:t>vn -0.2199 0.0944 -0.9709</w:t>
        <w:br/>
        <w:t>vn -0.3858 0.3489 -0.8541</w:t>
        <w:br/>
        <w:t>vn -0.3496 0.4788 -0.8053</w:t>
        <w:br/>
        <w:t>vn -0.2564 0.7070 -0.6591</w:t>
        <w:br/>
        <w:t>vn -0.7781 0.4562 -0.4318</w:t>
        <w:br/>
        <w:t>vn -0.7161 0.2037 -0.6676</w:t>
        <w:br/>
        <w:t>vn -0.6458 0.4626 -0.6075</w:t>
        <w:br/>
        <w:t>vn -0.7714 -0.2102 -0.6006</w:t>
        <w:br/>
        <w:t>vn -0.7011 -0.6908 0.1769</w:t>
        <w:br/>
        <w:t>vn -0.4929 -0.6204 0.6100</w:t>
        <w:br/>
        <w:t>vn 0.6206 0.5247 0.5827</w:t>
        <w:br/>
        <w:t>vn 0.6846 0.7099 0.1654</w:t>
        <w:br/>
        <w:t>vn 0.9151 0.4023 0.0274</w:t>
        <w:br/>
        <w:t>vn 0.3048 0.7150 0.6293</w:t>
        <w:br/>
        <w:t>vn 0.1243 0.4798 0.8685</w:t>
        <w:br/>
        <w:t>vn 0.3776 0.4386 0.8155</w:t>
        <w:br/>
        <w:t>vn 0.8231 0.4614 0.3312</w:t>
        <w:br/>
        <w:t>vn -0.3529 0.4608 0.8144</w:t>
        <w:br/>
        <w:t>vn 0.0721 0.2818 0.9568</w:t>
        <w:br/>
        <w:t>vn -0.4861 0.0214 0.8737</w:t>
        <w:br/>
        <w:t>vn -0.2833 0.1366 0.9493</w:t>
        <w:br/>
        <w:t>vn -0.6283 0.2909 0.7215</w:t>
        <w:br/>
        <w:t>vn -0.6697 -0.1244 0.7321</w:t>
        <w:br/>
        <w:t>vn -0.6698 -0.1245 0.7321</w:t>
        <w:br/>
        <w:t>vn -0.9700 0.2064 0.1282</w:t>
        <w:br/>
        <w:t>vn -0.9153 -0.1565 0.3712</w:t>
        <w:br/>
        <w:t>vn -0.9812 0.1898 -0.0340</w:t>
        <w:br/>
        <w:t>vn -0.5223 -0.5651 0.6387</w:t>
        <w:br/>
        <w:t>vn -0.2765 -0.2190 0.9357</w:t>
        <w:br/>
        <w:t>vn -0.4878 0.0594 0.8710</w:t>
        <w:br/>
        <w:t>vn -0.4878 0.0594 0.8709</w:t>
        <w:br/>
        <w:t>vn -0.8413 0.3598 0.4036</w:t>
        <w:br/>
        <w:t>vn -0.6493 0.5464 0.5289</w:t>
        <w:br/>
        <w:t>vn -0.7557 0.6525 -0.0560</w:t>
        <w:br/>
        <w:t>vn -0.6565 0.7543 -0.0058</w:t>
        <w:br/>
        <w:t>vn -0.8460 0.5175 -0.1286</w:t>
        <w:br/>
        <w:t>vn -0.9235 0.3834 0.0113</w:t>
        <w:br/>
        <w:t>vn -0.6205 0.7841 0.0069</w:t>
        <w:br/>
        <w:t>vn -0.9972 0.0171 0.0727</w:t>
        <w:br/>
        <w:t>vn -0.7193 -0.6791 0.1463</w:t>
        <w:br/>
        <w:t>vn -0.9751 -0.2216 0.0126</w:t>
        <w:br/>
        <w:t>vn -0.8079 -0.5794 0.1077</w:t>
        <w:br/>
        <w:t>vn -0.9751 -0.2215 0.0126</w:t>
        <w:br/>
        <w:t>vn -0.9235 0.3834 0.0053</w:t>
        <w:br/>
        <w:t>vn -0.6275 -0.7577 0.1792</w:t>
        <w:br/>
        <w:t>vn -0.0732 -0.5249 -0.8480</w:t>
        <w:br/>
        <w:t>vn 0.2066 -0.5310 -0.8218</w:t>
        <w:br/>
        <w:t>vn 0.4320 -0.3587 0.8275</w:t>
        <w:br/>
        <w:t>vn -0.4034 -0.2279 0.8862</w:t>
        <w:br/>
        <w:t>vn -0.7206 -0.2189 0.6579</w:t>
        <w:br/>
        <w:t>vn -0.3079 -0.3101 0.8994</w:t>
        <w:br/>
        <w:t>vn -0.3520 -0.7961 0.4923</w:t>
        <w:br/>
        <w:t>vn -0.0683 -0.9934 -0.0926</w:t>
        <w:br/>
        <w:t>vn -0.8006 -0.3183 -0.5076</w:t>
        <w:br/>
        <w:t>vn -0.8006 -0.3182 -0.5076</w:t>
        <w:br/>
        <w:t>vn 0.1731 -0.9086 -0.3800</w:t>
        <w:br/>
        <w:t>vn -0.4844 0.7447 -0.4591</w:t>
        <w:br/>
        <w:t>vn 0.9866 -0.1247 -0.1054</w:t>
        <w:br/>
        <w:t>vn 0.8230 0.4615 0.3312</w:t>
        <w:br/>
        <w:t>vn -0.8413 0.3598 0.4035</w:t>
        <w:br/>
        <w:t>vn 0.3030 -0.6452 -0.7013</w:t>
        <w:br/>
        <w:t>vn -0.9436 -0.2908 -0.1583</w:t>
        <w:br/>
        <w:t>vn -0.7959 -0.3879 -0.4648</w:t>
        <w:br/>
        <w:t>vn 0.9594 -0.2797 -0.0373</w:t>
        <w:br/>
        <w:t>vn 0.8634 0.2337 0.4470</w:t>
        <w:br/>
        <w:t>vn -0.8724 -0.2254 0.4338</w:t>
        <w:br/>
        <w:t>vn 0.4609 0.5675 -0.6823</w:t>
        <w:br/>
        <w:t>vn 0.5418 0.5094 -0.6685</w:t>
        <w:br/>
        <w:t>vn -0.2694 0.5322 -0.8026</w:t>
        <w:br/>
        <w:t>vn -0.4633 0.4228 -0.7788</w:t>
        <w:br/>
        <w:t>vn 0.6236 0.4800 -0.6170</w:t>
        <w:br/>
        <w:t>vn 0.6105 0.4711 -0.6366</w:t>
        <w:br/>
        <w:t>vn 0.8270 0.4015 -0.3936</w:t>
        <w:br/>
        <w:t>vn 0.8113 -0.0376 0.5834</w:t>
        <w:br/>
        <w:t>vn -0.6688 0.3813 -0.6383</w:t>
        <w:br/>
        <w:t>vn -0.9413 0.2020 -0.2705</w:t>
        <w:br/>
        <w:t>vn -0.5220 -0.3386 0.7828</w:t>
        <w:br/>
        <w:t>vn -0.7152 -0.2600 0.6488</w:t>
        <w:br/>
        <w:t>vn -0.2334 -0.4014 0.8856</w:t>
        <w:br/>
        <w:t>vn -0.5010 -0.4024 0.7662</w:t>
        <w:br/>
        <w:t>vn -0.2424 -0.3583 0.9016</w:t>
        <w:br/>
        <w:t>vn -0.5339 -0.3732 0.7587</w:t>
        <w:br/>
        <w:t>vn -0.8705 -0.1993 0.4500</w:t>
        <w:br/>
        <w:t>vn 0.5537 -0.5332 -0.6396</w:t>
        <w:br/>
        <w:t>vn 0.3988 -0.2584 0.8799</w:t>
        <w:br/>
        <w:t>vn 0.3865 -0.5752 -0.7209</w:t>
        <w:br/>
        <w:t>vn -0.0259 -0.8333 -0.5523</w:t>
        <w:br/>
        <w:t>vn -0.4312 -0.0067 0.9022</w:t>
        <w:br/>
        <w:t>vn -0.4330 -0.8700 -0.2357</w:t>
        <w:br/>
        <w:t>vn 0.4632 0.6258 0.6275</w:t>
        <w:br/>
        <w:t>vn 0.4898 0.6340 0.5985</w:t>
        <w:br/>
        <w:t>vn -0.5654 0.2596 0.7829</w:t>
        <w:br/>
        <w:t>vn -0.3802 0.1451 0.9135</w:t>
        <w:br/>
        <w:t>vn 0.6482 -0.6783 0.3461</w:t>
        <w:br/>
        <w:t>vn -0.7606 0.5318 -0.3724</w:t>
        <w:br/>
        <w:t>vn 0.6609 -0.1091 -0.7425</w:t>
        <w:br/>
        <w:t>vn 0.9768 0.0072 -0.2142</w:t>
        <w:br/>
        <w:t>vn 0.9661 0.1067 -0.2352</w:t>
        <w:br/>
        <w:t>vn 0.8875 -0.0018 -0.4609</w:t>
        <w:br/>
        <w:t>vn -0.6934 0.1917 0.6946</w:t>
        <w:br/>
        <w:t>vn -0.5429 0.2190 0.8107</w:t>
        <w:br/>
        <w:t>vn 0.9153 0.0628 0.3980</w:t>
        <w:br/>
        <w:t>vn -0.3412 0.2860 -0.8954</w:t>
        <w:br/>
        <w:t>vn -0.3994 0.2654 -0.8775</w:t>
        <w:br/>
        <w:t>vn -0.3881 0.2563 -0.8853</w:t>
        <w:br/>
        <w:t>vn -0.4744 0.1711 -0.8635</w:t>
        <w:br/>
        <w:t>vn -0.4857 0.1498 -0.8612</w:t>
        <w:br/>
        <w:t>vn -0.4204 0.1765 -0.8900</w:t>
        <w:br/>
        <w:t>vn -0.6479 0.0674 -0.7587</w:t>
        <w:br/>
        <w:t>vn -0.6281 0.0693 -0.7751</w:t>
        <w:br/>
        <w:t>vn -0.6313 0.0762 -0.7718</w:t>
        <w:br/>
        <w:t>vn -0.6312 0.0762 -0.7718</w:t>
        <w:br/>
        <w:t>vn -0.5054 -0.1962 -0.8403</w:t>
        <w:br/>
        <w:t>vn -0.4512 -0.1705 -0.8760</w:t>
        <w:br/>
        <w:t>vn -0.5414 -0.1440 -0.8284</w:t>
        <w:br/>
        <w:t>vn -0.5715 0.1030 -0.8141</w:t>
        <w:br/>
        <w:t>vn -0.5446 0.0912 -0.8337</w:t>
        <w:br/>
        <w:t>vn -0.3843 0.2271 -0.8949</w:t>
        <w:br/>
        <w:t>vn -0.4066 0.2015 -0.8911</w:t>
        <w:br/>
        <w:t>vn -0.5698 0.0465 -0.8205</w:t>
        <w:br/>
        <w:t>vn -0.5889 0.0273 -0.8078</w:t>
        <w:br/>
        <w:t>vn -0.5588 -0.0440 -0.8281</w:t>
        <w:br/>
        <w:t>vn -0.5616 -0.0760 -0.8239</w:t>
        <w:br/>
        <w:t>vn -0.3651 -0.1072 -0.9248</w:t>
        <w:br/>
        <w:t>vn -0.4072 -0.1778 -0.8959</w:t>
        <w:br/>
        <w:t>vn -0.4983 0.0869 -0.8626</w:t>
        <w:br/>
        <w:t>vn -0.5127 0.1246 -0.8495</w:t>
        <w:br/>
        <w:t>vn -0.5261 0.1621 -0.8349</w:t>
        <w:br/>
        <w:t>vn -0.6075 0.0081 -0.7942</w:t>
        <w:br/>
        <w:t>vn -0.4464 -0.2469 -0.8601</w:t>
        <w:br/>
        <w:t>vn -0.4539 0.2351 -0.8595</w:t>
        <w:br/>
        <w:t>vn -0.4337 0.2257 -0.8723</w:t>
        <w:br/>
        <w:t>vn -0.3807 -0.2231 -0.8974</w:t>
        <w:br/>
        <w:t>vn -0.3722 -0.2845 -0.8835</w:t>
        <w:br/>
        <w:t>vn -0.2949 -0.3035 -0.9060</w:t>
        <w:br/>
        <w:t>vn -0.1820 -0.3043 -0.9350</w:t>
        <w:br/>
        <w:t>vn -0.1515 -0.2569 -0.9545</w:t>
        <w:br/>
        <w:t>vn -0.0043 -0.3060 -0.9520</w:t>
        <w:br/>
        <w:t>vn -0.0035 -0.2328 -0.9725</w:t>
        <w:br/>
        <w:t>vn -0.0026 -0.1583 -0.9874</w:t>
        <w:br/>
        <w:t>vn 0.9064 -0.1521 0.3940</w:t>
        <w:br/>
        <w:t>vn 0.7675 -0.2116 0.6051</w:t>
        <w:br/>
        <w:t>vn 0.7706 -0.2044 0.6037</w:t>
        <w:br/>
        <w:t>vn 0.4881 -0.1638 0.8573</w:t>
        <w:br/>
        <w:t>vn 0.6350 -0.0396 0.7715</w:t>
        <w:br/>
        <w:t>vn 0.5298 -0.0996 0.8423</w:t>
        <w:br/>
        <w:t>vn 0.6473 -0.0490 0.7606</w:t>
        <w:br/>
        <w:t>vn 0.6876 0.0927 0.7202</w:t>
        <w:br/>
        <w:t>vn 0.6401 0.0374 0.7674</w:t>
        <w:br/>
        <w:t>vn 0.6474 -0.0490 0.7606</w:t>
        <w:br/>
        <w:t>vn 0.5678 0.1707 0.8053</w:t>
        <w:br/>
        <w:t>vn 0.4948 0.3534 0.7939</w:t>
        <w:br/>
        <w:t>vn 0.4937 0.2596 0.8300</w:t>
        <w:br/>
        <w:t>vn 0.6426 -0.1119 0.7580</w:t>
        <w:br/>
        <w:t>vn 0.7125 -0.0660 0.6985</w:t>
        <w:br/>
        <w:t>vn 0.5342 -0.2586 0.8048</w:t>
        <w:br/>
        <w:t>vn 0.6830 -0.2278 0.6940</w:t>
        <w:br/>
        <w:t>vn 0.7175 0.2695 0.6424</w:t>
        <w:br/>
        <w:t>vn 0.6383 0.1914 0.7456</w:t>
        <w:br/>
        <w:t>vn 0.6796 0.1817 0.7107</w:t>
        <w:br/>
        <w:t>vn 0.6199 0.1173 0.7759</w:t>
        <w:br/>
        <w:t>vn 0.4554 0.5381 0.7092</w:t>
        <w:br/>
        <w:t>vn 0.4578 0.4306 0.7778</w:t>
        <w:br/>
        <w:t>vn 0.7229 -0.0291 0.6903</w:t>
        <w:br/>
        <w:t>vn 0.8190 0.0551 0.5711</w:t>
        <w:br/>
        <w:t>vn 0.6048 -0.1124 0.7884</w:t>
        <w:br/>
        <w:t>vn 0.6325 0.0917 0.7691</w:t>
        <w:br/>
        <w:t>vn 0.4526 0.3161 0.8338</w:t>
        <w:br/>
        <w:t>vn 0.5767 -0.2567 0.7756</w:t>
        <w:br/>
        <w:t>vn 0.5836 -0.2322 0.7782</w:t>
        <w:br/>
        <w:t>vn 0.4330 0.4007 0.8075</w:t>
        <w:br/>
        <w:t>vn 0.4306 0.3238 0.8424</w:t>
        <w:br/>
        <w:t>vn 0.3336 0.3291 0.8834</w:t>
        <w:br/>
        <w:t>vn 0.1643 0.3704 0.9142</w:t>
        <w:br/>
        <w:t>vn 0.1717 0.3455 0.9226</w:t>
        <w:br/>
        <w:t>vn -0.0042 0.3862 0.9224</w:t>
        <w:br/>
        <w:t>vn -0.0028 0.3495 0.9369</w:t>
        <w:br/>
        <w:t>vn -0.0056 0.4226 0.9063</w:t>
        <w:br/>
        <w:t>vn 0.5826 -0.5179 -0.6264</w:t>
        <w:br/>
        <w:t>vn 0.5990 -0.4828 -0.6388</w:t>
        <w:br/>
        <w:t>vn 0.7245 -0.3608 -0.5873</w:t>
        <w:br/>
        <w:t>vn 0.8127 0.0536 -0.5802</w:t>
        <w:br/>
        <w:t>vn 0.6052 0.5516 -0.5740</w:t>
        <w:br/>
        <w:t>vn 0.7096 0.0561 -0.7024</w:t>
        <w:br/>
        <w:t>vn 0.6143 0.3975 -0.6817</w:t>
        <w:br/>
        <w:t>vn 0.3710 0.7314 -0.5722</w:t>
        <w:br/>
        <w:t>vn 0.3663 0.8812 -0.2988</w:t>
        <w:br/>
        <w:t>vn 0.6683 0.6427 -0.3745</w:t>
        <w:br/>
        <w:t>vn 0.6684 0.6427 -0.3745</w:t>
        <w:br/>
        <w:t>vn -0.2014 0.9700 -0.1364</w:t>
        <w:br/>
        <w:t>vn -0.0045 0.9526 -0.3041</w:t>
        <w:br/>
        <w:t>vn -0.0045 0.9527 -0.3040</w:t>
        <w:br/>
        <w:t>vn 0.6854 0.2399 -0.6875</w:t>
        <w:br/>
        <w:t>vn 0.2447 0.9549 -0.1682</w:t>
        <w:br/>
        <w:t>vn 0.4568 0.8713 -0.1793</w:t>
        <w:br/>
        <w:t>vn 0.5652 -0.5521 -0.6130</w:t>
        <w:br/>
        <w:t>vn -0.6336 0.7737 -0.0061</w:t>
        <w:br/>
        <w:t>vn -0.4152 0.8922 -0.1778</w:t>
        <w:br/>
        <w:t>vn 0.2815 0.8300 -0.4815</w:t>
        <w:br/>
        <w:t>vn 0.7621 0.4235 -0.4897</w:t>
        <w:br/>
        <w:t>vn 0.8460 0.2927 -0.4457</w:t>
        <w:br/>
        <w:t>vn 0.7022 -0.1687 -0.6917</w:t>
        <w:br/>
        <w:t>vn 0.6623 -0.4897 -0.5670</w:t>
        <w:br/>
        <w:t>vn 0.3358 0.2865 -0.8973</w:t>
        <w:br/>
        <w:t>vn 0.3849 0.2561 -0.8867</w:t>
        <w:br/>
        <w:t>vn 0.3958 0.2623 -0.8801</w:t>
        <w:br/>
        <w:t>vn 0.4233 0.1786 -0.8882</w:t>
        <w:br/>
        <w:t>vn 0.4847 0.1491 -0.8619</w:t>
        <w:br/>
        <w:t>vn 0.4750 0.1753 -0.8623</w:t>
        <w:br/>
        <w:t>vn 0.6174 0.0886 -0.7816</w:t>
        <w:br/>
        <w:t>vn 0.6149 0.0609 -0.7862</w:t>
        <w:br/>
        <w:t>vn 0.6320 0.0605 -0.7726</w:t>
        <w:br/>
        <w:t>vn 0.5410 -0.1453 -0.8284</w:t>
        <w:br/>
        <w:t>vn 0.4601 -0.1708 -0.8713</w:t>
        <w:br/>
        <w:t>vn 0.5081 -0.1958 -0.8387</w:t>
        <w:br/>
        <w:t>vn 0.5706 0.1222 -0.8121</w:t>
        <w:br/>
        <w:t>vn 0.5453 0.1066 -0.8314</w:t>
        <w:br/>
        <w:t>vn 0.4050 0.1970 -0.8928</w:t>
        <w:br/>
        <w:t>vn 0.3823 0.2263 -0.8959</w:t>
        <w:br/>
        <w:t>vn 0.5659 0.0408 -0.8235</w:t>
        <w:br/>
        <w:t>vn 0.5587 -0.0442 -0.8282</w:t>
        <w:br/>
        <w:t>vn 0.5854 0.0234 -0.8104</w:t>
        <w:br/>
        <w:t>vn 0.5616 -0.0763 -0.8239</w:t>
        <w:br/>
        <w:t>vn 0.3699 -0.1147 -0.9220</w:t>
        <w:br/>
        <w:t>vn 0.4099 -0.1814 -0.8939</w:t>
        <w:br/>
        <w:t>vn 0.5112 0.1240 -0.8504</w:t>
        <w:br/>
        <w:t>vn 0.4978 0.0857 -0.8631</w:t>
        <w:br/>
        <w:t>vn 0.5238 0.1621 -0.8363</w:t>
        <w:br/>
        <w:t>vn 0.6044 0.0059 -0.7967</w:t>
        <w:br/>
        <w:t>vn 0.4468 -0.2471 -0.8598</w:t>
        <w:br/>
        <w:t>vn 0.4327 0.2251 -0.8730</w:t>
        <w:br/>
        <w:t>vn 0.4537 0.2347 -0.8597</w:t>
        <w:br/>
        <w:t>vn 0.3760 -0.2279 -0.8982</w:t>
        <w:br/>
        <w:t>vn 0.3712 -0.2856 -0.8836</w:t>
        <w:br/>
        <w:t>vn 0.2966 -0.3034 -0.9055</w:t>
        <w:br/>
        <w:t>vn 0.1468 -0.2559 -0.9555</w:t>
        <w:br/>
        <w:t>vn 0.1777 -0.3049 -0.9357</w:t>
        <w:br/>
        <w:t>vn -0.9180 -0.1532 0.3659</w:t>
        <w:br/>
        <w:t>vn -0.7835 -0.2166 0.5824</w:t>
        <w:br/>
        <w:t>vn -0.7814 -0.2146 0.5860</w:t>
        <w:br/>
        <w:t>vn -0.5358 -0.1190 0.8359</w:t>
        <w:br/>
        <w:t>vn -0.6572 -0.0748 0.7500</w:t>
        <w:br/>
        <w:t>vn -0.4901 -0.1608 0.8567</w:t>
        <w:br/>
        <w:t>vn -0.4902 -0.1608 0.8567</w:t>
        <w:br/>
        <w:t>vn -0.6381 0.0416 0.7688</w:t>
        <w:br/>
        <w:t>vn -0.6844 0.0946 0.7230</w:t>
        <w:br/>
        <w:t>vn -0.6415 -0.0458 0.7658</w:t>
        <w:br/>
        <w:t>vn -0.4913 0.2600 0.8313</w:t>
        <w:br/>
        <w:t>vn -0.4929 0.3535 0.7951</w:t>
        <w:br/>
        <w:t>vn -0.5646 0.1715 0.8074</w:t>
        <w:br/>
        <w:t>vn -0.6316 -0.1108 0.7674</w:t>
        <w:br/>
        <w:t>vn -0.7121 -0.0613 0.6993</w:t>
        <w:br/>
        <w:t>vn -0.6942 -0.2222 0.6846</w:t>
        <w:br/>
        <w:t>vn -0.5449 -0.2664 0.7951</w:t>
        <w:br/>
        <w:t>vn -0.7194 0.2579 0.6449</w:t>
        <w:br/>
        <w:t>vn -0.6817 0.1748 0.7104</w:t>
        <w:br/>
        <w:t>vn -0.6419 0.1827 0.7447</w:t>
        <w:br/>
        <w:t>vn -0.6211 0.1145 0.7753</w:t>
        <w:br/>
        <w:t>vn -0.4610 0.5356 0.7075</w:t>
        <w:br/>
        <w:t>vn -0.4616 0.4286 0.7767</w:t>
        <w:br/>
        <w:t>vn -0.8479 0.0294 0.5294</w:t>
        <w:br/>
        <w:t>vn -0.7386 -0.0519 0.6722</w:t>
        <w:br/>
        <w:t>vn -0.6005 -0.1311 0.7888</w:t>
        <w:br/>
        <w:t>vn -0.6356 0.0898 0.7668</w:t>
        <w:br/>
        <w:t>vn -0.4546 0.3145 0.8333</w:t>
        <w:br/>
        <w:t>vn -0.5886 -0.2198 0.7779</w:t>
        <w:br/>
        <w:t>vn -0.5895 -0.2608 0.7645</w:t>
        <w:br/>
        <w:t>vn -0.4347 0.4003 0.8067</w:t>
        <w:br/>
        <w:t>vn -0.4271 0.3255 0.8436</w:t>
        <w:br/>
        <w:t>vn -0.3276 0.3347 0.8836</w:t>
        <w:br/>
        <w:t>vn -0.1748 0.3488 0.9207</w:t>
        <w:br/>
        <w:t>vn -0.1700 0.3714 0.9128</w:t>
        <w:br/>
        <w:t>vn -0.5715 -0.5111 -0.6420</w:t>
        <w:br/>
        <w:t>vn -0.5846 -0.4706 -0.6609</w:t>
        <w:br/>
        <w:t>vn -0.8066 0.0686 -0.5871</w:t>
        <w:br/>
        <w:t>vn -0.7287 -0.3532 -0.5867</w:t>
        <w:br/>
        <w:t>vn -0.7287 -0.3533 -0.5867</w:t>
        <w:br/>
        <w:t>vn -0.5932 0.5571 -0.5812</w:t>
        <w:br/>
        <w:t>vn -0.7238 0.0563 -0.6877</w:t>
        <w:br/>
        <w:t>vn -0.7239 0.0563 -0.6877</w:t>
        <w:br/>
        <w:t>vn -0.5932 0.5572 -0.5811</w:t>
        <w:br/>
        <w:t>vn -0.3731 0.7216 -0.5831</w:t>
        <w:br/>
        <w:t>vn -0.6116 0.3938 -0.6862</w:t>
        <w:br/>
        <w:t>vn -0.6116 0.3938 -0.6861</w:t>
        <w:br/>
        <w:t>vn -0.3731 0.7216 -0.5832</w:t>
        <w:br/>
        <w:t>vn -0.3215 0.8841 -0.3391</w:t>
        <w:br/>
        <w:t>vn -0.6591 0.6492 -0.3796</w:t>
        <w:br/>
        <w:t>vn 0.1973 0.9711 -0.1344</w:t>
        <w:br/>
        <w:t>vn 0.0022 0.9507 -0.3100</w:t>
        <w:br/>
        <w:t>vn -0.6792 0.2468 -0.6912</w:t>
        <w:br/>
        <w:t>vn -0.2059 0.9524 -0.2250</w:t>
        <w:br/>
        <w:t>vn -0.4553 0.8724 -0.1777</w:t>
        <w:br/>
        <w:t>vn -0.5572 -0.5504 -0.6217</w:t>
        <w:br/>
        <w:t>vn 0.6519 0.7579 -0.0266</w:t>
        <w:br/>
        <w:t>vn 0.4277 0.8826 -0.1950</w:t>
        <w:br/>
        <w:t>vn -0.2944 0.8388 -0.4581</w:t>
        <w:br/>
        <w:t>vn -0.2944 0.8387 -0.4581</w:t>
        <w:br/>
        <w:t>vn -0.7899 0.4467 -0.4201</w:t>
        <w:br/>
        <w:t>vn -0.7899 0.4468 -0.4201</w:t>
        <w:br/>
        <w:t>vn -0.8746 0.3211 -0.3634</w:t>
        <w:br/>
        <w:t>vn -0.7139 -0.1601 -0.6817</w:t>
        <w:br/>
        <w:t>vn -0.6659 -0.4899 -0.5626</w:t>
        <w:br/>
        <w:t>usemtl MI_Audrey_Eyesin</w:t>
        <w:br/>
        <w:t>s 1</w:t>
        <w:br/>
        <w:t>f 36964/1/1 36963/2/2 36962/3/3</w:t>
        <w:br/>
        <w:t>f 36965/4/3 36964/1/1 36962/3/3</w:t>
        <w:br/>
        <w:t>f 36967/5/4 36966/6/5 36965/4/3</w:t>
        <w:br/>
        <w:t>f 36962/3/3 36967/5/4 36965/4/3</w:t>
        <w:br/>
        <w:t>f 36969/7/6 36968/8/7 36963/2/2</w:t>
        <w:br/>
        <w:t>f 36964/1/1 36969/7/6 36963/2/2</w:t>
        <w:br/>
        <w:t>f 36971/9/8 36970/10/8 36966/6/5</w:t>
        <w:br/>
        <w:t>f 36967/5/4 36971/9/8 36966/6/5</w:t>
        <w:br/>
        <w:t>f 36973/11/9 36972/12/9 36968/8/7</w:t>
        <w:br/>
        <w:t>f 36969/7/6 36973/11/9 36968/8/7</w:t>
        <w:br/>
        <w:t>f 36970/10/8 36971/9/8 36974/13/10</w:t>
        <w:br/>
        <w:t>f 36975/14/10 36970/10/8 36974/13/10</w:t>
        <w:br/>
        <w:t>f 36976/15/11 36972/12/9 36973/11/9</w:t>
        <w:br/>
        <w:t>f 36977/16/11 36976/15/11 36973/11/9</w:t>
        <w:br/>
        <w:t>f 36981/17/12 36980/18/13 36979/19/14</w:t>
        <w:br/>
        <w:t>f 36978/20/15 36981/17/12 36979/19/14</w:t>
        <w:br/>
        <w:t>f 36983/21/16 36981/17/12 36978/20/15</w:t>
        <w:br/>
        <w:t>f 36982/22/17 36983/21/16 36978/20/15</w:t>
        <w:br/>
        <w:t>f 36982/22/17 36985/23/18 36984/24/19</w:t>
        <w:br/>
        <w:t>f 36983/21/16 36982/22/17 36984/24/19</w:t>
        <w:br/>
        <w:t>f 36989/25/20 36988/26/21 36987/27/22</w:t>
        <w:br/>
        <w:t>f 36986/28/23 36989/25/20 36987/27/22</w:t>
        <w:br/>
        <w:t>f 36986/28/23 36991/29/24 36990/30/24</w:t>
        <w:br/>
        <w:t>f 36989/25/20 36986/28/23 36990/30/24</w:t>
        <w:br/>
        <w:t>f 36991/29/24 36979/19/14 36980/18/13</w:t>
        <w:br/>
        <w:t>f 36990/30/24 36991/29/24 36980/18/13</w:t>
        <w:br/>
        <w:t>f 36995/31/25 36994/32/26 36993/33/27</w:t>
        <w:br/>
        <w:t>f 36992/34/25 36995/31/25 36993/33/27</w:t>
        <w:br/>
        <w:t>f 36994/32/26 36997/35/28 36996/36/28</w:t>
        <w:br/>
        <w:t>f 36993/33/27 36994/32/26 36996/36/28</w:t>
        <w:br/>
        <w:t>f 36992/34/25 36999/37/29 36998/38/30</w:t>
        <w:br/>
        <w:t>f 36995/31/25 36992/34/25 36998/38/30</w:t>
        <w:br/>
        <w:t>f 36997/35/28 37001/39/31 37000/40/31</w:t>
        <w:br/>
        <w:t>f 36996/36/28 36997/35/28 37000/40/31</w:t>
        <w:br/>
        <w:t>f 36999/37/29 37003/41/32 37002/42/32</w:t>
        <w:br/>
        <w:t>f 36998/38/30 36999/37/29 37002/42/32</w:t>
        <w:br/>
        <w:t>f 37003/41/32 37005/43/33 37004/44/34</w:t>
        <w:br/>
        <w:t>f 37002/42/32 37003/41/32 37004/44/34</w:t>
        <w:br/>
        <w:t>f 37007/45/35 36987/27/22 36988/26/21</w:t>
        <w:br/>
        <w:t>f 37006/46/36 37007/45/35 36988/26/21</w:t>
        <w:br/>
        <w:t>f 37005/43/33 37009/47/37 37008/48/38</w:t>
        <w:br/>
        <w:t>f 37004/44/34 37005/43/33 37008/48/38</w:t>
        <w:br/>
        <w:t>f 37013/49/39 37012/50/39 37011/51/40</w:t>
        <w:br/>
        <w:t>f 37010/52/40 37013/49/39 37011/51/40</w:t>
        <w:br/>
        <w:t>f 37010/52/40 37011/51/40 37015/53/41</w:t>
        <w:br/>
        <w:t>f 37014/54/42 37010/52/40 37015/53/41</w:t>
        <w:br/>
        <w:t>f 37015/53/41 37018/55/43 37017/56/44</w:t>
        <w:br/>
        <w:t>f 37016/57/45 37015/53/41 37017/56/44</w:t>
        <w:br/>
        <w:t>f 37016/57/45 37017/56/44 37020/58/46</w:t>
        <w:br/>
        <w:t>f 37019/59/47 37016/57/45 37020/58/46</w:t>
        <w:br/>
        <w:t>f 37022/60/48 37021/61/49 37019/59/47</w:t>
        <w:br/>
        <w:t>f 37020/58/46 37022/60/48 37019/59/47</w:t>
        <w:br/>
        <w:t>f 37024/62/50 37020/58/46 37017/56/44</w:t>
        <w:br/>
        <w:t>f 37023/63/51 37024/62/50 37017/56/44</w:t>
        <w:br/>
        <w:t>f 37023/63/51 37017/56/44 37018/55/43</w:t>
        <w:br/>
        <w:t>f 37025/64/52 37023/63/51 37018/55/43</w:t>
        <w:br/>
        <w:t>f 37023/63/51 37025/64/52 37026/65/53</w:t>
        <w:br/>
        <w:t>f 37027/66/54 37023/63/51 37026/65/53</w:t>
        <w:br/>
        <w:t>f 37029/67/55 37012/50/39 37013/49/39</w:t>
        <w:br/>
        <w:t>f 37028/68/55 37029/67/55 37013/49/39</w:t>
        <w:br/>
        <w:t>f 37031/69/56 37030/70/57 37014/54/42</w:t>
        <w:br/>
        <w:t>f 37015/53/41 37031/69/56 37014/54/42</w:t>
        <w:br/>
        <w:t>f 37031/69/56 37015/53/41 37016/57/45</w:t>
        <w:br/>
        <w:t>f 37032/71/58 37031/69/56 37016/57/45</w:t>
        <w:br/>
        <w:t>f 37032/71/58 37016/57/45 37019/59/47</w:t>
        <w:br/>
        <w:t>f 37033/72/59 37032/71/58 37019/59/47</w:t>
        <w:br/>
        <w:t>f 37034/73/60 37022/60/48 37020/58/46</w:t>
        <w:br/>
        <w:t>f 37024/62/50 37034/73/60 37020/58/46</w:t>
        <w:br/>
        <w:t>f 37036/74/61 37035/75/62 37034/73/60</w:t>
        <w:br/>
        <w:t>f 37024/62/50 37036/74/61 37034/73/60</w:t>
        <w:br/>
        <w:t>f 37036/74/61 37024/62/50 37023/63/51</w:t>
        <w:br/>
        <w:t>f 37027/66/54 37036/74/61 37023/63/51</w:t>
        <w:br/>
        <w:t>f 37036/74/61 37027/66/54 37038/76/63</w:t>
        <w:br/>
        <w:t>f 37037/77/64 37036/74/61 37038/76/63</w:t>
        <w:br/>
        <w:t>f 37035/75/62 37036/74/61 37037/77/64</w:t>
        <w:br/>
        <w:t>f 37039/78/65 37035/75/62 37037/77/64</w:t>
        <w:br/>
        <w:t>f 37040/79/66 37038/76/63 37027/66/54</w:t>
        <w:br/>
        <w:t>f 37026/65/53 37040/79/66 37027/66/54</w:t>
        <w:br/>
        <w:t>f 37042/80/67 37029/67/55 37028/68/55</w:t>
        <w:br/>
        <w:t>f 37041/81/68 37042/80/67 37028/68/55</w:t>
        <w:br/>
        <w:t>f 37044/82/69 37042/80/67 37041/81/68</w:t>
        <w:br/>
        <w:t>f 37043/83/69 37044/82/69 37041/81/68</w:t>
        <w:br/>
        <w:t>f 37038/76/63 37040/79/66 37046/84/70</w:t>
        <w:br/>
        <w:t>f 37045/85/71 37038/76/63 37046/84/70</w:t>
        <w:br/>
        <w:t>f 37039/78/65 37037/77/64 37048/86/72</w:t>
        <w:br/>
        <w:t>f 37047/87/73 37039/78/65 37048/86/72</w:t>
        <w:br/>
        <w:t>f 37037/77/64 37038/76/63 37045/85/71</w:t>
        <w:br/>
        <w:t>f 37048/86/72 37037/77/64 37045/85/71</w:t>
        <w:br/>
        <w:t>f 37045/85/71 37046/84/70 37050/88/74</w:t>
        <w:br/>
        <w:t>f 37049/89/75 37045/85/71 37050/88/74</w:t>
        <w:br/>
        <w:t>f 37043/83/69 37052/90/76 37051/91/77</w:t>
        <w:br/>
        <w:t>f 37044/82/69 37043/83/69 37051/91/77</w:t>
        <w:br/>
        <w:t>f 37048/86/72 37045/85/71 37049/89/75</w:t>
        <w:br/>
        <w:t>f 37053/92/78 37048/86/72 37049/89/75</w:t>
        <w:br/>
        <w:t>f 37047/87/73 37048/86/72 37053/92/78</w:t>
        <w:br/>
        <w:t>f 37054/93/79 37047/87/73 37053/92/78</w:t>
        <w:br/>
        <w:t>f 37054/93/79 37053/92/78 37056/94/80</w:t>
        <w:br/>
        <w:t>f 37055/95/81 37054/93/79 37056/94/80</w:t>
        <w:br/>
        <w:t>f 37051/91/77 37052/90/76 37057/96/82</w:t>
        <w:br/>
        <w:t>f 37059/97/83 37058/98/84 37049/89/75</w:t>
        <w:br/>
        <w:t>f 37050/88/74 37059/97/83 37049/89/75</w:t>
        <w:br/>
        <w:t>f 37058/98/84 37056/94/80 37053/92/78</w:t>
        <w:br/>
        <w:t>f 37049/89/75 37058/98/84 37053/92/78</w:t>
        <w:br/>
        <w:t>f 37056/94/80 37058/98/84 37061/99/85</w:t>
        <w:br/>
        <w:t>f 37060/100/86 37056/94/80 37061/99/85</w:t>
        <w:br/>
        <w:t>f 37055/95/81 37056/94/80 37060/100/86</w:t>
        <w:br/>
        <w:t>f 37062/101/87 37055/95/81 37060/100/86</w:t>
        <w:br/>
        <w:t>f 37058/98/84 37059/97/83 37063/102/88</w:t>
        <w:br/>
        <w:t>f 37061/99/85 37058/98/84 37063/102/88</w:t>
        <w:br/>
        <w:t>f 37057/96/82 37065/103/89 37064/104/90</w:t>
        <w:br/>
        <w:t>f 37067/105/91 37061/99/85 37063/102/88</w:t>
        <w:br/>
        <w:t>f 37066/106/92 37067/105/91 37063/102/88</w:t>
        <w:br/>
        <w:t>f 37067/105/91 37060/100/86 37061/99/85</w:t>
        <w:br/>
        <w:t>f 37069/107/93 37066/106/94 37068/108/95</w:t>
        <w:br/>
        <w:t>f 37068/108/96 37070/109/97 37060/100/86</w:t>
        <w:br/>
        <w:t>f 37067/105/91 37068/108/96 37060/100/86</w:t>
        <w:br/>
        <w:t>f 37062/101/87 37060/100/86 37070/109/97</w:t>
        <w:br/>
        <w:t>f 37071/110/98 37062/101/87 37070/109/97</w:t>
        <w:br/>
        <w:t>f 37068/108/99 37073/111/100 37072/112/101</w:t>
        <w:br/>
        <w:t>f 37077/113/102 37076/114/103 37075/115/104</w:t>
        <w:br/>
        <w:t>f 37074/116/105 37077/113/102 37075/115/104</w:t>
        <w:br/>
        <w:t>f 37081/117/106 37080/118/107 37079/119/108</w:t>
        <w:br/>
        <w:t>f 37078/120/109 37081/117/106 37079/119/108</w:t>
        <w:br/>
        <w:t>f 37085/121/110 37084/122/111 37083/123/112</w:t>
        <w:br/>
        <w:t>f 37082/124/113 37085/121/110 37083/123/112</w:t>
        <w:br/>
        <w:t>f 37082/124/113 37087/125/114 37086/126/115</w:t>
        <w:br/>
        <w:t>f 37085/121/110 37082/124/113 37086/126/115</w:t>
        <w:br/>
        <w:t>f 37087/125/114 37089/127/116 37088/128/117</w:t>
        <w:br/>
        <w:t>f 37086/126/115 37087/125/114 37088/128/117</w:t>
        <w:br/>
        <w:t>f 37088/128/117 37089/127/116 37090/129/118</w:t>
        <w:br/>
        <w:t>f 37074/116/105 37088/128/117 37090/129/118</w:t>
        <w:br/>
        <w:t>f 37091/130/119 37074/116/105 37090/129/118</w:t>
        <w:br/>
        <w:t>f 37091/130/119 37092/131/120 37077/113/102</w:t>
        <w:br/>
        <w:t>f 37074/116/105 37091/130/119 37077/113/102</w:t>
        <w:br/>
        <w:t>f 37077/113/102 37092/131/120 37093/132/121</w:t>
        <w:br/>
        <w:t>f 37097/133/122 37096/134/123 37095/135/124</w:t>
        <w:br/>
        <w:t>f 37094/136/125 37097/133/122 37095/135/124</w:t>
        <w:br/>
        <w:t>f 37098/137/126 37096/134/123 37097/133/122</w:t>
        <w:br/>
        <w:t>f 37080/118/107 37098/137/126 37097/133/122</w:t>
        <w:br/>
        <w:t>f 37099/138/127 37088/128/117 37074/116/105</w:t>
        <w:br/>
        <w:t>f 37075/115/104 37099/138/127 37074/116/105</w:t>
        <w:br/>
        <w:t>f 37101/139/128 37100/140/129 37085/121/110</w:t>
        <w:br/>
        <w:t>f 37086/126/115 37101/139/128 37085/121/110</w:t>
        <w:br/>
        <w:t>f 37080/118/107 37097/133/122 37102/141/130</w:t>
        <w:br/>
        <w:t>f 37079/119/108 37080/118/107 37102/141/130</w:t>
        <w:br/>
        <w:t>f 37078/120/109 37083/123/112 37084/122/111</w:t>
        <w:br/>
        <w:t>f 37081/117/106 37078/120/109 37084/122/111</w:t>
        <w:br/>
        <w:t>f 37094/136/125 37102/141/130 37097/133/122</w:t>
        <w:br/>
        <w:t>f 37064/104/90 37065/103/89 37066/106/131</w:t>
        <w:br/>
        <w:t>f 37057/96/82 37052/90/76 37065/103/89</w:t>
        <w:br/>
        <w:t>f 37033/72/59 37019/59/47 37021/61/49</w:t>
        <w:br/>
        <w:t>f 37103/142/132 37033/72/59 37021/61/49</w:t>
        <w:br/>
        <w:t>f 37105/143/133 37070/109/134 37073/111/100</w:t>
        <w:br/>
        <w:t>f 37104/144/135 37105/143/133 37073/111/100</w:t>
        <w:br/>
        <w:t>f 37076/114/103 37077/113/102 37093/132/121</w:t>
        <w:br/>
        <w:t>f 37106/145/136 37076/114/103 37093/132/121</w:t>
        <w:br/>
        <w:t>f 37101/139/128 37086/126/115 37088/128/117</w:t>
        <w:br/>
        <w:t>f 37099/138/127 37101/139/128 37088/128/117</w:t>
        <w:br/>
        <w:t>f 37084/122/111 37085/121/110 37100/140/129</w:t>
        <w:br/>
        <w:t>f 37107/146/137 37084/122/111 37100/140/129</w:t>
        <w:br/>
        <w:t>f 37081/117/106 37084/122/111 37107/146/137</w:t>
        <w:br/>
        <w:t>f 37108/147/138 37081/117/106 37107/146/137</w:t>
        <w:br/>
        <w:t>f 37080/118/107 37081/117/106 37108/147/138</w:t>
        <w:br/>
        <w:t>f 37098/137/126 37080/118/107 37108/147/138</w:t>
        <w:br/>
        <w:t>f 37096/134/123 37109/148/139 37095/135/124</w:t>
        <w:br/>
        <w:t>f 37113/149/140 37112/150/141 37111/151/142</w:t>
        <w:br/>
        <w:t>f 37110/152/143 37113/149/140 37111/151/142</w:t>
        <w:br/>
        <w:t>f 37115/153/144 37113/149/140 37110/152/143</w:t>
        <w:br/>
        <w:t>f 37114/154/144 37115/153/144 37110/152/143</w:t>
        <w:br/>
        <w:t>f 37117/155/145 37115/153/144 37114/154/144</w:t>
        <w:br/>
        <w:t>f 37116/156/145 37117/155/145 37114/154/144</w:t>
        <w:br/>
        <w:t>f 37121/157/146 37120/158/147 37119/159/148</w:t>
        <w:br/>
        <w:t>f 37118/160/149 37121/157/146 37119/159/148</w:t>
        <w:br/>
        <w:t>f 37118/160/149 37119/159/148 37123/161/150</w:t>
        <w:br/>
        <w:t>f 37122/162/151 37118/160/149 37123/161/150</w:t>
        <w:br/>
        <w:t>f 37125/163/152 37124/164/152 37120/158/147</w:t>
        <w:br/>
        <w:t>f 37121/157/146 37125/163/152 37120/158/147</w:t>
        <w:br/>
        <w:t>f 37112/150/141 37127/165/153 37126/166/153</w:t>
        <w:br/>
        <w:t>f 37111/151/142 37112/150/141 37126/166/153</w:t>
        <w:br/>
        <w:t>f 37129/167/154 37128/168/154 37124/164/152</w:t>
        <w:br/>
        <w:t>f 37125/163/152 37129/167/154 37124/164/152</w:t>
        <w:br/>
        <w:t>f 37131/169/155 37126/166/153 37127/165/153</w:t>
        <w:br/>
        <w:t>f 37130/170/156 37131/169/155 37127/165/153</w:t>
        <w:br/>
        <w:t>f 37130/170/156 37133/171/157 37132/172/158</w:t>
        <w:br/>
        <w:t>f 37131/169/155 37130/170/156 37132/172/158</w:t>
        <w:br/>
        <w:t>f 37133/171/157 37135/173/159 37134/174/159</w:t>
        <w:br/>
        <w:t>f 37132/172/158 37133/171/157 37134/174/159</w:t>
        <w:br/>
        <w:t>f 37128/168/154 37129/167/154 37137/175/160</w:t>
        <w:br/>
        <w:t>f 37136/176/161 37128/168/154 37137/175/160</w:t>
        <w:br/>
        <w:t>f 37139/177/162 37138/178/163 37136/176/161</w:t>
        <w:br/>
        <w:t>f 37137/175/160 37139/177/162 37136/176/161</w:t>
        <w:br/>
        <w:t>f 37143/179/164 37142/180/164 37141/181/165</w:t>
        <w:br/>
        <w:t>f 37140/182/166 37143/179/164 37141/181/165</w:t>
        <w:br/>
        <w:t>f 37145/183/167 37144/184/167 37140/182/166</w:t>
        <w:br/>
        <w:t>f 37141/181/165 37145/183/167 37140/182/166</w:t>
        <w:br/>
        <w:t>f 37142/180/164 37143/179/164 37147/185/168</w:t>
        <w:br/>
        <w:t>f 37146/186/169 37142/180/164 37147/185/168</w:t>
        <w:br/>
        <w:t>f 37149/187/170 37148/188/170 37144/184/167</w:t>
        <w:br/>
        <w:t>f 37145/183/167 37149/187/170 37144/184/167</w:t>
        <w:br/>
        <w:t>f 37146/186/169 37147/185/168 37151/189/171</w:t>
        <w:br/>
        <w:t>f 37150/190/171 37146/186/169 37151/189/171</w:t>
        <w:br/>
        <w:t>f 37150/190/171 37151/189/171 37153/191/172</w:t>
        <w:br/>
        <w:t>f 37152/192/173 37150/190/171 37153/191/172</w:t>
        <w:br/>
        <w:t>f 37122/162/151 37123/161/150 37155/193/174</w:t>
        <w:br/>
        <w:t>f 37154/194/175 37122/162/151 37155/193/174</w:t>
        <w:br/>
        <w:t>f 37152/192/173 37153/191/172 37157/195/176</w:t>
        <w:br/>
        <w:t>f 37156/196/176 37152/192/173 37157/195/176</w:t>
        <w:br/>
        <w:t>f 37160/197/177 37159/198/178 37158/199/178</w:t>
        <w:br/>
        <w:t>f 37161/200/177 37160/197/177 37158/199/178</w:t>
        <w:br/>
        <w:t>f 37163/201/179 37160/197/177 37161/200/177</w:t>
        <w:br/>
        <w:t>f 37162/202/179 37163/201/179 37161/200/177</w:t>
        <w:br/>
        <w:t>f 37159/198/178 37165/203/180 37164/204/181</w:t>
        <w:br/>
        <w:t>f 37158/199/178 37159/198/178 37164/204/181</w:t>
        <w:br/>
        <w:t>f 37167/205/182 37163/201/179 37162/202/179</w:t>
        <w:br/>
        <w:t>f 37166/206/182 37167/205/182 37162/202/179</w:t>
        <w:br/>
        <w:t>f 37165/203/180 37169/207/183 37168/208/183</w:t>
        <w:br/>
        <w:t>f 37164/204/181 37165/203/180 37168/208/183</w:t>
        <w:br/>
        <w:t>f 37170/209/10 37167/205/182 37166/206/182</w:t>
        <w:br/>
        <w:t>f 37171/210/10 37170/209/10 37166/206/182</w:t>
        <w:br/>
        <w:t>f 37168/208/183 37169/207/183 37172/211/184</w:t>
        <w:br/>
        <w:t>f 37173/212/184 37168/208/183 37172/211/184</w:t>
        <w:br/>
        <w:t>f 37177/213/185 37176/214/186 37175/215/187</w:t>
        <w:br/>
        <w:t>f 37174/216/188 37177/213/185 37175/215/187</w:t>
        <w:br/>
        <w:t>f 37179/217/189 37178/218/190 37176/214/186</w:t>
        <w:br/>
        <w:t>f 37177/213/185 37179/217/189 37176/214/186</w:t>
        <w:br/>
        <w:t>f 37178/218/190 37179/217/189 37181/219/191</w:t>
        <w:br/>
        <w:t>f 37180/220/192 37178/218/190 37181/219/191</w:t>
        <w:br/>
        <w:t>f 37185/221/193 37184/222/194 37183/223/195</w:t>
        <w:br/>
        <w:t>f 37182/224/196 37185/221/193 37183/223/195</w:t>
        <w:br/>
        <w:t>f 37184/222/194 37185/221/193 37187/225/197</w:t>
        <w:br/>
        <w:t>f 37186/226/197 37184/222/194 37187/225/197</w:t>
        <w:br/>
        <w:t>f 37186/226/197 37187/225/197 37174/216/188</w:t>
        <w:br/>
        <w:t>f 37175/215/187 37186/226/197 37174/216/188</w:t>
        <w:br/>
        <w:t>f 37191/227/198 37190/228/198 37189/229/199</w:t>
        <w:br/>
        <w:t>f 37188/230/199 37191/227/198 37189/229/199</w:t>
        <w:br/>
        <w:t>f 37188/230/199 37189/229/199 37193/231/200</w:t>
        <w:br/>
        <w:t>f 37192/232/200 37188/230/199 37193/231/200</w:t>
        <w:br/>
        <w:t>f 37195/233/201 37194/234/201 37190/228/198</w:t>
        <w:br/>
        <w:t>f 37191/227/198 37195/233/201 37190/228/198</w:t>
        <w:br/>
        <w:t>f 37192/232/200 37193/231/200 37197/235/202</w:t>
        <w:br/>
        <w:t>f 37196/236/202 37192/232/200 37197/235/202</w:t>
        <w:br/>
        <w:t>f 37199/237/203 37198/238/204 37194/234/201</w:t>
        <w:br/>
        <w:t>f 37195/233/201 37199/237/203 37194/234/201</w:t>
        <w:br/>
        <w:t>f 37201/239/205 37200/240/205 37198/238/204</w:t>
        <w:br/>
        <w:t>f 37199/237/203 37201/239/205 37198/238/204</w:t>
        <w:br/>
        <w:t>f 37203/241/35 37202/242/206 37182/224/196</w:t>
        <w:br/>
        <w:t>f 37183/223/195 37203/241/35 37182/224/196</w:t>
        <w:br/>
        <w:t>f 37205/243/37 37204/244/37 37200/240/205</w:t>
        <w:br/>
        <w:t>f 37201/239/205 37205/243/37 37200/240/205</w:t>
        <w:br/>
        <w:t>f 37209/245/207 37208/246/208 37207/247/208</w:t>
        <w:br/>
        <w:t>f 37206/248/207 37209/245/207 37207/247/208</w:t>
        <w:br/>
        <w:t>f 37208/246/208 37211/249/209 37210/250/210</w:t>
        <w:br/>
        <w:t>f 37207/247/208 37208/246/208 37210/250/210</w:t>
        <w:br/>
        <w:t>f 37210/250/210 37214/251/211 37213/252/212</w:t>
        <w:br/>
        <w:t>f 37212/253/213 37210/250/210 37213/252/212</w:t>
        <w:br/>
        <w:t>f 37214/251/211 37216/254/214 37215/255/215</w:t>
        <w:br/>
        <w:t>f 37213/252/212 37214/251/211 37215/255/215</w:t>
        <w:br/>
        <w:t>f 37022/60/48 37215/255/215 37216/254/214</w:t>
        <w:br/>
        <w:t>f 37021/61/49 37022/60/48 37216/254/214</w:t>
        <w:br/>
        <w:t>f 37218/256/216 37217/257/217 37213/252/212</w:t>
        <w:br/>
        <w:t>f 37215/255/215 37218/256/216 37213/252/212</w:t>
        <w:br/>
        <w:t>f 37217/257/217 37219/258/218 37212/253/213</w:t>
        <w:br/>
        <w:t>f 37213/252/212 37217/257/217 37212/253/213</w:t>
        <w:br/>
        <w:t>f 37220/259/219 37219/258/218 37217/257/217</w:t>
        <w:br/>
        <w:t>f 37221/260/220 37220/259/219 37217/257/217</w:t>
        <w:br/>
        <w:t>f 37223/261/221 37222/262/222 37209/245/207</w:t>
        <w:br/>
        <w:t>f 37206/248/207 37223/261/221 37209/245/207</w:t>
        <w:br/>
        <w:t>f 37225/263/223 37210/250/210 37211/249/209</w:t>
        <w:br/>
        <w:t>f 37224/264/224 37225/263/223 37211/249/209</w:t>
        <w:br/>
        <w:t>f 37225/263/223 37226/265/225 37214/251/211</w:t>
        <w:br/>
        <w:t>f 37210/250/210 37225/263/223 37214/251/211</w:t>
        <w:br/>
        <w:t>f 37226/265/225 37227/266/226 37216/254/214</w:t>
        <w:br/>
        <w:t>f 37214/251/211 37226/265/225 37216/254/214</w:t>
        <w:br/>
        <w:t>f 37034/73/60 37218/256/216 37215/255/215</w:t>
        <w:br/>
        <w:t>f 37022/60/48 37034/73/60 37215/255/215</w:t>
        <w:br/>
        <w:t>f 37228/267/227 37218/256/216 37034/73/60</w:t>
        <w:br/>
        <w:t>f 37035/75/62 37228/267/227 37034/73/60</w:t>
        <w:br/>
        <w:t>f 37228/267/227 37221/260/220 37217/257/217</w:t>
        <w:br/>
        <w:t>f 37218/256/216 37228/267/227 37217/257/217</w:t>
        <w:br/>
        <w:t>f 37228/267/227 37230/268/228 37229/269/229</w:t>
        <w:br/>
        <w:t>f 37221/260/220 37228/267/227 37229/269/229</w:t>
        <w:br/>
        <w:t>f 37035/75/62 37039/78/65 37230/268/228</w:t>
        <w:br/>
        <w:t>f 37228/267/227 37035/75/62 37230/268/228</w:t>
        <w:br/>
        <w:t>f 37231/270/230 37220/259/219 37221/260/220</w:t>
        <w:br/>
        <w:t>f 37229/269/229 37231/270/230 37221/260/220</w:t>
        <w:br/>
        <w:t>f 37233/271/231 37232/272/231 37222/262/222</w:t>
        <w:br/>
        <w:t>f 37223/261/221 37233/271/231 37222/262/222</w:t>
        <w:br/>
        <w:t>f 37235/273/232 37234/274/232 37232/272/231</w:t>
        <w:br/>
        <w:t>f 37233/271/231 37235/273/232 37232/272/231</w:t>
        <w:br/>
        <w:t>f 37229/269/229 37237/275/233 37236/276/234</w:t>
        <w:br/>
        <w:t>f 37231/270/230 37229/269/229 37236/276/234</w:t>
        <w:br/>
        <w:t>f 37039/78/65 37047/87/73 37238/277/235</w:t>
        <w:br/>
        <w:t>f 37230/268/228 37039/78/65 37238/277/235</w:t>
        <w:br/>
        <w:t>f 37237/275/233 37229/269/229 37230/268/228</w:t>
        <w:br/>
        <w:t>f 37238/277/235 37237/275/233 37230/268/228</w:t>
        <w:br/>
        <w:t>f 37237/275/233 37240/278/236 37239/279/237</w:t>
        <w:br/>
        <w:t>f 37236/276/234 37237/275/233 37239/279/237</w:t>
        <w:br/>
        <w:t>f 37234/274/232 37235/273/232 37242/280/238</w:t>
        <w:br/>
        <w:t>f 37241/281/239 37234/274/232 37242/280/238</w:t>
        <w:br/>
        <w:t>f 37240/278/236 37237/275/233 37238/277/235</w:t>
        <w:br/>
        <w:t>f 37243/282/240 37240/278/236 37238/277/235</w:t>
        <w:br/>
        <w:t>f 37047/87/73 37054/93/79 37243/282/240</w:t>
        <w:br/>
        <w:t>f 37238/277/235 37047/87/73 37243/282/240</w:t>
        <w:br/>
        <w:t>f 37054/93/79 37055/95/81 37244/283/241</w:t>
        <w:br/>
        <w:t>f 37243/282/240 37054/93/79 37244/283/241</w:t>
        <w:br/>
        <w:t>f 37242/280/238 37245/284/242 37241/281/239</w:t>
        <w:br/>
        <w:t>f 37247/285/243 37239/279/237 37240/278/236</w:t>
        <w:br/>
        <w:t>f 37246/286/244 37247/285/243 37240/278/236</w:t>
        <w:br/>
        <w:t>f 37246/286/244 37240/278/236 37243/282/240</w:t>
        <w:br/>
        <w:t>f 37244/283/241 37246/286/244 37243/282/240</w:t>
        <w:br/>
        <w:t>f 37244/283/241 37249/287/245 37248/288/246</w:t>
        <w:br/>
        <w:t>f 37246/286/244 37244/283/241 37248/288/246</w:t>
        <w:br/>
        <w:t>f 37055/95/81 37062/101/87 37249/287/245</w:t>
        <w:br/>
        <w:t>f 37244/283/241 37055/95/81 37249/287/245</w:t>
        <w:br/>
        <w:t>f 37246/286/244 37248/288/246 37250/289/247</w:t>
        <w:br/>
        <w:t>f 37247/285/243 37246/286/244 37250/289/247</w:t>
        <w:br/>
        <w:t>f 37245/284/242 37252/290/248 37251/291/249</w:t>
        <w:br/>
        <w:t>f 37254/292/250 37253/293/251 37250/289/247</w:t>
        <w:br/>
        <w:t>f 37248/288/246 37254/292/250 37250/289/247</w:t>
        <w:br/>
        <w:t>f 37254/292/250 37248/288/246 37249/287/245</w:t>
        <w:br/>
        <w:t>f 37256/294/252 37255/295/253 37253/293/254</w:t>
        <w:br/>
        <w:t>f 37249/287/245 37257/296/255 37255/295/256</w:t>
        <w:br/>
        <w:t>f 37254/292/250 37249/287/245 37255/295/256</w:t>
        <w:br/>
        <w:t>f 37062/101/87 37071/110/98 37257/296/255</w:t>
        <w:br/>
        <w:t>f 37249/287/245 37062/101/87 37257/296/255</w:t>
        <w:br/>
        <w:t>f 37255/295/257 37259/297/258 37258/298/259</w:t>
        <w:br/>
        <w:t>f 37261/299/260 37260/300/261 37075/115/104</w:t>
        <w:br/>
        <w:t>f 37076/114/103 37261/299/260 37075/115/104</w:t>
        <w:br/>
        <w:t>f 37265/301/262 37264/302/263 37263/303/264</w:t>
        <w:br/>
        <w:t>f 37262/304/265 37265/301/262 37263/303/264</w:t>
        <w:br/>
        <w:t>f 37269/305/266 37268/306/267 37267/307/268</w:t>
        <w:br/>
        <w:t>f 37266/308/269 37269/305/266 37267/307/268</w:t>
        <w:br/>
        <w:t>f 37268/306/267 37269/305/266 37271/309/270</w:t>
        <w:br/>
        <w:t>f 37270/310/271 37268/306/267 37271/309/270</w:t>
        <w:br/>
        <w:t>f 37270/310/271 37271/309/270 37273/311/272</w:t>
        <w:br/>
        <w:t>f 37272/312/273 37270/310/271 37273/311/272</w:t>
        <w:br/>
        <w:t>f 37273/311/272 37260/300/261 37274/313/274</w:t>
        <w:br/>
        <w:t>f 37272/312/273 37273/311/272 37274/313/274</w:t>
        <w:br/>
        <w:t>f 37275/314/275 37274/313/274 37260/300/261</w:t>
        <w:br/>
        <w:t>f 37275/314/275 37260/300/261 37261/299/260</w:t>
        <w:br/>
        <w:t>f 37276/315/276 37275/314/275 37261/299/260</w:t>
        <w:br/>
        <w:t>f 37261/299/260 37277/316/277 37276/315/276</w:t>
        <w:br/>
        <w:t>f 37280/317/278 37279/318/279 37278/319/280</w:t>
        <w:br/>
        <w:t>f 37096/134/123 37280/317/278 37278/319/280</w:t>
        <w:br/>
        <w:t>f 37098/137/126 37262/304/265 37280/317/278</w:t>
        <w:br/>
        <w:t>f 37096/134/123 37098/137/126 37280/317/278</w:t>
        <w:br/>
        <w:t>f 37099/138/127 37075/115/104 37260/300/261</w:t>
        <w:br/>
        <w:t>f 37273/311/272 37099/138/127 37260/300/261</w:t>
        <w:br/>
        <w:t>f 37101/139/128 37271/309/270 37269/305/266</w:t>
        <w:br/>
        <w:t>f 37100/140/129 37101/139/128 37269/305/266</w:t>
        <w:br/>
        <w:t>f 37262/304/265 37263/303/264 37281/320/281</w:t>
        <w:br/>
        <w:t>f 37280/317/278 37262/304/265 37281/320/281</w:t>
        <w:br/>
        <w:t>f 37264/302/263 37265/301/262 37266/308/269</w:t>
        <w:br/>
        <w:t>f 37267/307/268 37264/302/263 37266/308/269</w:t>
        <w:br/>
        <w:t>f 37279/318/279 37280/317/278 37281/320/281</w:t>
        <w:br/>
        <w:t>f 37252/290/248 37253/293/282 37251/291/249</w:t>
        <w:br/>
        <w:t>f 37245/284/242 37251/291/249 37241/281/239</w:t>
        <w:br/>
        <w:t>f 37227/266/226 37103/142/132 37021/61/49</w:t>
        <w:br/>
        <w:t>f 37216/254/214 37227/266/226 37021/61/49</w:t>
        <w:br/>
        <w:t>f 37105/143/133 37104/144/135 37258/298/259</w:t>
        <w:br/>
        <w:t>f 37257/296/283 37105/143/133 37258/298/259</w:t>
        <w:br/>
        <w:t>f 37076/114/103 37106/145/136 37277/316/277</w:t>
        <w:br/>
        <w:t>f 37261/299/260 37076/114/103 37277/316/277</w:t>
        <w:br/>
        <w:t>f 37101/139/128 37099/138/127 37273/311/272</w:t>
        <w:br/>
        <w:t>f 37271/309/270 37101/139/128 37273/311/272</w:t>
        <w:br/>
        <w:t>f 37266/308/269 37107/146/137 37100/140/129</w:t>
        <w:br/>
        <w:t>f 37269/305/266 37266/308/269 37100/140/129</w:t>
        <w:br/>
        <w:t>f 37265/301/262 37108/147/138 37107/146/137</w:t>
        <w:br/>
        <w:t>f 37266/308/269 37265/301/262 37107/146/137</w:t>
        <w:br/>
        <w:t>f 37262/304/265 37098/137/126 37108/147/138</w:t>
        <w:br/>
        <w:t>f 37265/301/262 37262/304/265 37108/147/138</w:t>
        <w:br/>
        <w:t>f 37096/134/123 37278/319/280 37109/148/139</w:t>
        <w:br/>
        <w:t>f 37285/321/284 37284/322/284 37283/323/285</w:t>
        <w:br/>
        <w:t>f 37282/324/285 37285/321/284 37283/323/285</w:t>
        <w:br/>
        <w:t>f 37287/325/286 37286/326/286 37284/322/284</w:t>
        <w:br/>
        <w:t>f 37285/321/284 37287/325/286 37284/322/284</w:t>
        <w:br/>
        <w:t>f 37289/327/145 37288/328/145 37286/326/286</w:t>
        <w:br/>
        <w:t>f 37287/325/286 37289/327/145 37286/326/286</w:t>
        <w:br/>
        <w:t>f 37293/329/287 37292/330/288 37291/331/289</w:t>
        <w:br/>
        <w:t>f 37290/332/287 37293/329/287 37291/331/289</w:t>
        <w:br/>
        <w:t>f 37292/330/288 37295/333/290 37294/334/291</w:t>
        <w:br/>
        <w:t>f 37291/331/289 37292/330/288 37294/334/291</w:t>
        <w:br/>
        <w:t>f 37297/335/292 37293/329/287 37290/332/287</w:t>
        <w:br/>
        <w:t>f 37296/336/292 37297/335/292 37290/332/287</w:t>
        <w:br/>
        <w:t>f 37282/324/285 37283/323/285 37299/337/293</w:t>
        <w:br/>
        <w:t>f 37298/338/294 37282/324/285 37299/337/293</w:t>
        <w:br/>
        <w:t>f 37301/339/295 37297/335/292 37296/336/292</w:t>
        <w:br/>
        <w:t>f 37300/340/296 37301/339/295 37296/336/292</w:t>
        <w:br/>
        <w:t>f 37303/341/297 37302/342/298 37298/338/294</w:t>
        <w:br/>
        <w:t>f 37299/337/293 37303/341/297 37298/338/294</w:t>
        <w:br/>
        <w:t>f 37302/342/298 37303/341/297 37305/343/299</w:t>
        <w:br/>
        <w:t>f 37304/344/300 37302/342/298 37305/343/299</w:t>
        <w:br/>
        <w:t>f 37304/344/300 37305/343/299 37307/345/301</w:t>
        <w:br/>
        <w:t>f 37306/346/302 37304/344/300 37307/345/301</w:t>
        <w:br/>
        <w:t>f 37300/340/296 37309/347/303 37308/348/304</w:t>
        <w:br/>
        <w:t>f 37301/339/295 37300/340/296 37308/348/304</w:t>
        <w:br/>
        <w:t>f 37311/349/305 37308/348/304 37309/347/303</w:t>
        <w:br/>
        <w:t>f 37310/350/306 37311/349/305 37309/347/303</w:t>
        <w:br/>
        <w:t>f 37315/351/307 37314/352/308 37313/353/308</w:t>
        <w:br/>
        <w:t>f 37312/354/307 37315/351/307 37313/353/308</w:t>
        <w:br/>
        <w:t>f 37317/355/309 37313/353/308 37314/352/308</w:t>
        <w:br/>
        <w:t>f 37316/356/309 37317/355/309 37314/352/308</w:t>
        <w:br/>
        <w:t>f 37312/354/307 37319/357/310 37318/358/310</w:t>
        <w:br/>
        <w:t>f 37315/351/307 37312/354/307 37318/358/310</w:t>
        <w:br/>
        <w:t>f 37321/359/311 37317/355/309 37316/356/309</w:t>
        <w:br/>
        <w:t>f 37320/360/311 37321/359/311 37316/356/309</w:t>
        <w:br/>
        <w:t>f 37319/357/310 37323/361/312 37322/362/313</w:t>
        <w:br/>
        <w:t>f 37318/358/310 37319/357/310 37322/362/313</w:t>
        <w:br/>
        <w:t>f 37323/361/312 37325/363/314 37324/364/315</w:t>
        <w:br/>
        <w:t>f 37322/362/313 37323/361/312 37324/364/315</w:t>
        <w:br/>
        <w:t>f 37295/333/290 37327/365/316 37326/366/317</w:t>
        <w:br/>
        <w:t>f 37294/334/291 37295/333/290 37326/366/317</w:t>
        <w:br/>
        <w:t>f 37325/363/314 37329/367/176 37328/368/176</w:t>
        <w:br/>
        <w:t>f 37324/364/315 37325/363/314 37328/368/176</w:t>
        <w:br/>
        <w:t>f 38310/369/318 38309/370/319 38308/371/320</w:t>
        <w:br/>
        <w:t>f 38307/372/321 38310/369/318 38308/371/320</w:t>
        <w:br/>
        <w:t>f 38312/373/322 38308/371/320 38309/370/319</w:t>
        <w:br/>
        <w:t>f 38311/374/323 38312/373/322 38309/370/319</w:t>
        <w:br/>
        <w:t>f 38316/375/324 38315/376/325 38314/377/326</w:t>
        <w:br/>
        <w:t>f 38313/378/327 38316/375/324 38314/377/326</w:t>
        <w:br/>
        <w:t>f 38320/379/328 38319/380/329 38318/381/330</w:t>
        <w:br/>
        <w:t>f 38317/382/331 38320/379/328 38318/381/330</w:t>
        <w:br/>
        <w:t>f 38322/383/332 38320/379/328 38317/382/331</w:t>
        <w:br/>
        <w:t>f 38321/384/333 38322/383/332 38317/382/331</w:t>
        <w:br/>
        <w:t>f 38325/385/334 38324/386/335 38323/387/336</w:t>
        <w:br/>
        <w:t>f 38329/388/337 38328/389/338 38327/390/339</w:t>
        <w:br/>
        <w:t>f 38326/391/340 38329/388/337 38327/390/339</w:t>
        <w:br/>
        <w:t>f 38331/392/341 38330/393/342 38326/391/340</w:t>
        <w:br/>
        <w:t>f 38327/390/339 38331/392/341 38326/391/340</w:t>
        <w:br/>
        <w:t>f 38335/394/343 38334/395/344 38333/396/345</w:t>
        <w:br/>
        <w:t>f 38332/397/346 38335/394/343 38333/396/345</w:t>
        <w:br/>
        <w:t>f 38339/398/347 38338/399/348 38337/400/349</w:t>
        <w:br/>
        <w:t>f 38336/401/350 38339/398/347 38337/400/349</w:t>
        <w:br/>
        <w:t>f 38343/402/351 38342/403/352 38341/404/353</w:t>
        <w:br/>
        <w:t>f 38340/405/354 38343/402/351 38341/404/353</w:t>
        <w:br/>
        <w:t>f 38347/406/355 38346/407/356 38345/408/357</w:t>
        <w:br/>
        <w:t>f 38344/409/358 38347/406/355 38345/408/357</w:t>
        <w:br/>
        <w:t>f 38351/410/359 38350/411/360 38349/412/361</w:t>
        <w:br/>
        <w:t>f 38348/413/362 38351/410/359 38349/412/361</w:t>
        <w:br/>
        <w:t>f 38353/414/363 38352/415/364 38320/379/328</w:t>
        <w:br/>
        <w:t>f 38357/416/365 38356/417/366 38355/418/367</w:t>
        <w:br/>
        <w:t>f 38354/419/368 38357/416/365 38355/418/367</w:t>
        <w:br/>
        <w:t>f 38319/380/329 38320/379/328 38352/415/364</w:t>
        <w:br/>
        <w:t>f 38358/420/369 38319/380/329 38352/415/364</w:t>
        <w:br/>
        <w:t>f 38361/421/370 38360/422/371 38355/418/367</w:t>
        <w:br/>
        <w:t>f 38359/423/372 38361/421/370 38355/418/367</w:t>
        <w:br/>
        <w:t>f 38357/416/365 38347/406/355 38344/409/358</w:t>
        <w:br/>
        <w:t>f 38362/424/373 38357/416/365 38344/409/358</w:t>
        <w:br/>
        <w:t>f 38365/425/374 38364/426/375 38363/427/376</w:t>
        <w:br/>
        <w:t>f 38362/424/373 38365/425/374 38363/427/376</w:t>
        <w:br/>
        <w:t>f 38367/428/377 38362/424/373 38363/427/376</w:t>
        <w:br/>
        <w:t>f 38366/429/378 38367/428/377 38363/427/376</w:t>
        <w:br/>
        <w:t>f 38370/430/379 38369/431/380 38366/429/378</w:t>
        <w:br/>
        <w:t>f 38368/432/381 38370/430/379 38366/429/378</w:t>
        <w:br/>
        <w:t>f 38374/433/382 38373/434/383 38372/435/384</w:t>
        <w:br/>
        <w:t>f 38371/436/385 38374/433/382 38372/435/384</w:t>
        <w:br/>
        <w:t>f 38378/437/386 38377/438/387 38376/439/388</w:t>
        <w:br/>
        <w:t>f 38375/440/389 38378/437/386 38376/439/388</w:t>
        <w:br/>
        <w:t>f 38373/434/383 38380/441/390 38379/442/391</w:t>
        <w:br/>
        <w:t>f 38372/435/384 38373/434/383 38379/442/391</w:t>
        <w:br/>
        <w:t>f 38382/443/392 38376/439/388 38377/438/387</w:t>
        <w:br/>
        <w:t>f 38381/444/393 38382/443/392 38377/438/387</w:t>
        <w:br/>
        <w:t>f 38386/445/394 38385/446/395 38384/447/396</w:t>
        <w:br/>
        <w:t>f 38383/448/397 38386/445/394 38384/447/396</w:t>
        <w:br/>
        <w:t>f 38390/449/398 38389/450/399 38388/451/400</w:t>
        <w:br/>
        <w:t>f 38387/452/401 38390/449/398 38388/451/400</w:t>
        <w:br/>
        <w:t>f 38394/453/402 38393/454/403 38392/455/404</w:t>
        <w:br/>
        <w:t>f 38391/456/405 38394/453/402 38392/455/404</w:t>
        <w:br/>
        <w:t>f 38398/457/406 38397/458/407 38396/459/408</w:t>
        <w:br/>
        <w:t>f 38395/460/409 38398/457/406 38396/459/408</w:t>
        <w:br/>
        <w:t>f 38400/461/410 38399/462/411 38391/456/405</w:t>
        <w:br/>
        <w:t>f 38392/455/404 38400/461/410 38391/456/405</w:t>
        <w:br/>
        <w:t>f 38402/463/412 38401/464/413 38388/451/400</w:t>
        <w:br/>
        <w:t>f 38389/450/399 38402/463/412 38388/451/400</w:t>
        <w:br/>
        <w:t>f 38406/465/414 38405/466/415 38404/467/416</w:t>
        <w:br/>
        <w:t>f 38403/468/417 38406/465/414 38404/467/416</w:t>
        <w:br/>
        <w:t>f 38410/469/418 38409/470/419 38408/471/420</w:t>
        <w:br/>
        <w:t>f 38407/472/421 38410/469/418 38408/471/420</w:t>
        <w:br/>
        <w:t>f 38413/473/422 38412/474/423 38370/430/379</w:t>
        <w:br/>
        <w:t>f 38411/475/424 38413/473/422 38370/430/379</w:t>
        <w:br/>
        <w:t>f 38396/459/408 38415/476/425 38414/477/426</w:t>
        <w:br/>
        <w:t>f 38395/460/409 38396/459/408 38414/477/426</w:t>
        <w:br/>
        <w:t>f 38418/478/427 38417/479/428 38332/397/346</w:t>
        <w:br/>
        <w:t>f 38416/480/429 38418/478/427 38332/397/346</w:t>
        <w:br/>
        <w:t>f 38422/481/430 38421/482/431 38420/483/432</w:t>
        <w:br/>
        <w:t>f 38419/484/433 38422/481/430 38420/483/432</w:t>
        <w:br/>
        <w:t>f 38426/485/434 38425/486/435 38424/487/436</w:t>
        <w:br/>
        <w:t>f 38423/488/437 38426/485/434 38424/487/436</w:t>
        <w:br/>
        <w:t>f 38386/445/394 38383/448/397 38428/489/438</w:t>
        <w:br/>
        <w:t>f 38427/490/439 38386/445/394 38428/489/438</w:t>
        <w:br/>
        <w:t>f 38432/491/440 38431/492/441 38430/493/442</w:t>
        <w:br/>
        <w:t>f 38429/494/443 38432/491/440 38430/493/442</w:t>
        <w:br/>
        <w:t>f 38436/495/444 38435/496/445 38434/497/446</w:t>
        <w:br/>
        <w:t>f 38433/498/447 38436/495/444 38434/497/446</w:t>
        <w:br/>
        <w:t>f 38436/495/444 38439/499/448 38438/500/449</w:t>
        <w:br/>
        <w:t>f 38437/501/450 38436/495/444 38438/500/449</w:t>
        <w:br/>
        <w:t>f 38441/502/451 38430/493/442 38431/492/441</w:t>
        <w:br/>
        <w:t>f 38440/503/452 38441/502/451 38431/492/441</w:t>
        <w:br/>
        <w:t>f 38443/504/453 38434/497/446 38435/496/445</w:t>
        <w:br/>
        <w:t>f 38442/505/454 38443/504/453 38435/496/445</w:t>
        <w:br/>
        <w:t>f 38447/506/455 38446/507/456 38445/508/457</w:t>
        <w:br/>
        <w:t>f 38444/509/458 38447/506/455 38445/508/457</w:t>
        <w:br/>
        <w:t>f 38451/510/459 38450/511/460 38449/512/461</w:t>
        <w:br/>
        <w:t>f 38448/513/462 38451/510/459 38449/512/461</w:t>
        <w:br/>
        <w:t>f 38455/514/463 38454/515/464 38453/516/465</w:t>
        <w:br/>
        <w:t>f 38452/517/466 38455/514/463 38453/516/465</w:t>
        <w:br/>
        <w:t>f 38459/518/467 38458/519/468 38457/520/469</w:t>
        <w:br/>
        <w:t>f 38456/521/470 38459/518/467 38457/520/469</w:t>
        <w:br/>
        <w:t>f 38463/522/471 38462/523/472 38461/524/473</w:t>
        <w:br/>
        <w:t>f 38460/525/474 38463/522/471 38461/524/473</w:t>
        <w:br/>
        <w:t>f 38467/526/475 38466/527/476 38465/528/477</w:t>
        <w:br/>
        <w:t>f 38464/529/478 38467/526/475 38465/528/477</w:t>
        <w:br/>
        <w:t>f 38470/530/479 38469/531/480 38468/532/481</w:t>
        <w:br/>
        <w:t>f 38472/533/482 38471/534/483 38458/519/468</w:t>
        <w:br/>
        <w:t>f 38459/518/467 38472/533/482 38458/519/468</w:t>
        <w:br/>
        <w:t>f 38476/535/484 38475/536/485 38474/537/486</w:t>
        <w:br/>
        <w:t>f 38473/538/487 38476/535/484 38474/537/486</w:t>
        <w:br/>
        <w:t>f 38480/539/488 38479/540/489 38478/541/490</w:t>
        <w:br/>
        <w:t>f 38477/542/491 38480/539/488 38478/541/490</w:t>
        <w:br/>
        <w:t>f 38484/543/492 38483/544/493 38482/545/494</w:t>
        <w:br/>
        <w:t>f 38481/546/495 38484/543/492 38482/545/494</w:t>
        <w:br/>
        <w:t>f 38483/544/493 38484/543/492 38486/547/496</w:t>
        <w:br/>
        <w:t>f 38485/548/497 38483/544/493 38486/547/496</w:t>
        <w:br/>
        <w:t>f 38468/532/481 38488/549/498 38487/550/499</w:t>
        <w:br/>
        <w:t>f 38470/530/479 38468/532/481 38487/550/499</w:t>
        <w:br/>
        <w:t>f 38492/551/500 38491/552/501 38490/553/502</w:t>
        <w:br/>
        <w:t>f 38489/554/503 38492/551/500 38490/553/502</w:t>
        <w:br/>
        <w:t>f 38495/555/504 38494/556/505 38493/557/506</w:t>
        <w:br/>
        <w:t>f 38348/413/362 38497/558/507 38496/559/508</w:t>
        <w:br/>
        <w:t>f 38351/410/359 38348/413/362 38496/559/508</w:t>
        <w:br/>
        <w:t>f 38337/400/349 38335/394/343 38499/560/509</w:t>
        <w:br/>
        <w:t>f 38498/561/510 38337/400/349 38499/560/509</w:t>
        <w:br/>
        <w:t>f 38502/562/511 38501/563/512 38500/564/513</w:t>
        <w:br/>
        <w:t>f 38506/565/514 38505/566/515 38504/567/515</w:t>
        <w:br/>
        <w:t>f 38503/568/516 38506/565/514 38504/567/515</w:t>
        <w:br/>
        <w:t>f 38506/565/514 38503/568/516 38507/569/517</w:t>
        <w:br/>
        <w:t>f 38507/569/517 38509/570/518 38508/571/519</w:t>
        <w:br/>
        <w:t>f 38509/570/518 38503/568/516 38501/563/512</w:t>
        <w:br/>
        <w:t>f 38510/572/520 38509/570/518 38501/563/512</w:t>
        <w:br/>
        <w:t>f 38510/572/520 38508/571/519 38509/570/518</w:t>
        <w:br/>
        <w:t>f 38510/572/520 38512/573/521 38511/574/522</w:t>
        <w:br/>
        <w:t>f 38508/571/519 38510/572/520 38511/574/522</w:t>
        <w:br/>
        <w:t>f 38514/575/523 38510/572/520 38513/576/524</w:t>
        <w:br/>
        <w:t>f 38501/563/512 38516/577/525 38515/578/526</w:t>
        <w:br/>
        <w:t>f 38516/577/525 38517/579/527 38515/578/526</w:t>
        <w:br/>
        <w:t>f 38514/575/523 38513/576/524 38518/580/528</w:t>
        <w:br/>
        <w:t>f 38521/581/529 38520/582/530 38519/583/531</w:t>
        <w:br/>
        <w:t>f 38521/581/529 38511/574/522 38512/573/521</w:t>
        <w:br/>
        <w:t>f 38520/582/530 38521/581/529 38512/573/521</w:t>
        <w:br/>
        <w:t>f 38524/584/522 38523/585/532 38522/586/533</w:t>
        <w:br/>
        <w:t>f 38526/587/534 38525/588/535 38516/577/525</w:t>
        <w:br/>
        <w:t>f 38526/587/534 38527/589/536 38525/588/535</w:t>
        <w:br/>
        <w:t>f 38531/590/537 38530/591/537 38529/592/538</w:t>
        <w:br/>
        <w:t>f 38528/593/538 38531/590/537 38529/592/538</w:t>
        <w:br/>
        <w:t>f 38533/594/539 38532/595/539 38528/593/538</w:t>
        <w:br/>
        <w:t>f 38529/592/538 38533/594/539 38528/593/538</w:t>
        <w:br/>
        <w:t>f 38535/596/540 38534/597/541 38532/595/539</w:t>
        <w:br/>
        <w:t>f 38533/594/539 38535/596/540 38532/595/539</w:t>
        <w:br/>
        <w:t>f 38537/598/542 38536/599/543 38534/597/541</w:t>
        <w:br/>
        <w:t>f 38535/596/540 38537/598/542 38534/597/541</w:t>
        <w:br/>
        <w:t>f 38539/600/544 38525/588/535 38538/601/545</w:t>
        <w:br/>
        <w:t>f 38493/557/506 38494/556/505 38536/599/543</w:t>
        <w:br/>
        <w:t>f 38537/598/542 38493/557/506 38536/599/543</w:t>
        <w:br/>
        <w:t>f 38543/602/546 38542/603/547 38541/604/548</w:t>
        <w:br/>
        <w:t>f 38540/605/549 38543/602/546 38541/604/548</w:t>
        <w:br/>
        <w:t>f 38543/602/546 38546/606/550 38545/607/551</w:t>
        <w:br/>
        <w:t>f 38544/608/552 38543/602/546 38545/607/551</w:t>
        <w:br/>
        <w:t>f 38544/608/552 38545/607/551 38548/609/553</w:t>
        <w:br/>
        <w:t>f 38547/610/554 38544/608/552 38548/609/553</w:t>
        <w:br/>
        <w:t>f 38325/385/555 38542/603/547 38543/602/546</w:t>
        <w:br/>
        <w:t>f 38544/608/552 38547/610/554 38325/385/555</w:t>
        <w:br/>
        <w:t>f 38547/610/554 38524/584/522 38325/385/555</w:t>
        <w:br/>
        <w:t>f 38547/610/554 38548/609/553 38524/584/522</w:t>
        <w:br/>
        <w:t>f 38542/603/547 38550/611/556 38549/612/557</w:t>
        <w:br/>
        <w:t>f 38553/613/558 38552/614/559 38551/615/560</w:t>
        <w:br/>
        <w:t>f 38553/613/558 38542/603/547 38325/385/555</w:t>
        <w:br/>
        <w:t>f 38555/616/561 38554/617/562 38552/614/559</w:t>
        <w:br/>
        <w:t>f 38558/618/563 38557/619/564 38556/620/563</w:t>
        <w:br/>
        <w:t>f 38448/513/462 38449/512/461 38473/538/487</w:t>
        <w:br/>
        <w:t>f 38474/537/486 38448/513/462 38473/538/487</w:t>
        <w:br/>
        <w:t>f 38562/621/565 38561/622/566 38560/623/567</w:t>
        <w:br/>
        <w:t>f 38559/624/568 38562/621/565 38560/623/567</w:t>
        <w:br/>
        <w:t>f 38501/563/512 38526/587/534 38516/577/525</w:t>
        <w:br/>
        <w:t>f 38564/625/569 38323/387/336 38563/626/570</w:t>
        <w:br/>
        <w:t>f 38542/603/547 38551/615/560 38550/611/556</w:t>
        <w:br/>
        <w:t>f 38565/627/571 38550/611/556 38551/615/560</w:t>
        <w:br/>
        <w:t>f 38567/628/540 38554/617/562 38566/629/572</w:t>
        <w:br/>
        <w:t>f 38544/608/552 38325/385/555 38543/602/546</w:t>
        <w:br/>
        <w:t>f 38523/585/532 38568/630/573 38522/586/533</w:t>
        <w:br/>
        <w:t>f 38325/385/555 38524/584/522 38522/586/533</w:t>
        <w:br/>
        <w:t>f 38569/631/574 38518/580/528 38513/576/524</w:t>
        <w:br/>
        <w:t>f 38527/589/536 38526/587/534 38570/632/575</w:t>
        <w:br/>
        <w:t>f 38503/568/516 38500/564/513 38501/563/512</w:t>
        <w:br/>
        <w:t>f 38527/589/536 38538/601/545 38525/588/535</w:t>
        <w:br/>
        <w:t>f 38571/633/576 38525/588/535 38494/556/505</w:t>
        <w:br/>
        <w:t>f 38575/634/577 38574/635/578 38573/636/579</w:t>
        <w:br/>
        <w:t>f 38572/637/580 38575/634/577 38573/636/579</w:t>
        <w:br/>
        <w:t>f 38577/638/581 38361/421/370 38359/423/372</w:t>
        <w:br/>
        <w:t>f 38576/639/582 38577/638/581 38359/423/372</w:t>
        <w:br/>
        <w:t>f 38580/640/583 38346/407/356 38579/641/584</w:t>
        <w:br/>
        <w:t>f 38578/642/585 38580/640/583 38579/641/584</w:t>
        <w:br/>
        <w:t>f 38582/643/586 38581/644/587 38417/479/428</w:t>
        <w:br/>
        <w:t>f 38418/478/427 38582/643/586 38417/479/428</w:t>
        <w:br/>
        <w:t>f 38368/432/381 38366/429/378 38363/427/376</w:t>
        <w:br/>
        <w:t>f 38583/645/588 38368/432/381 38363/427/376</w:t>
        <w:br/>
        <w:t>f 38367/428/377 38356/417/366 38357/416/365</w:t>
        <w:br/>
        <w:t>f 38362/424/373 38367/428/377 38357/416/365</w:t>
        <w:br/>
        <w:t>f 38584/646/589 38345/408/357 38346/407/356</w:t>
        <w:br/>
        <w:t>f 38580/640/583 38584/646/589 38346/407/356</w:t>
        <w:br/>
        <w:t>f 38586/647/590 38585/648/591 38345/408/357</w:t>
        <w:br/>
        <w:t>f 38584/646/589 38586/647/590 38345/408/357</w:t>
        <w:br/>
        <w:t>f 38383/448/397 38384/447/396 38588/649/592</w:t>
        <w:br/>
        <w:t>f 38587/650/593 38383/448/397 38588/649/592</w:t>
        <w:br/>
        <w:t>f 38591/651/594 38583/645/588 38590/652/595</w:t>
        <w:br/>
        <w:t>f 38589/653/596 38591/651/594 38590/652/595</w:t>
        <w:br/>
        <w:t>f 38593/654/597 38586/647/590 38584/646/589</w:t>
        <w:br/>
        <w:t>f 38592/655/598 38593/654/597 38584/646/589</w:t>
        <w:br/>
        <w:t>f 38572/637/580 38573/636/579 38369/431/380</w:t>
        <w:br/>
        <w:t>f 38594/656/599 38572/637/580 38369/431/380</w:t>
        <w:br/>
        <w:t>f 38573/636/579 38367/428/377 38366/429/378</w:t>
        <w:br/>
        <w:t>f 38369/431/380 38573/636/579 38366/429/378</w:t>
        <w:br/>
        <w:t>f 38595/657/600 38368/432/381 38583/645/588</w:t>
        <w:br/>
        <w:t>f 38591/651/594 38595/657/600 38583/645/588</w:t>
        <w:br/>
        <w:t>f 38589/653/596 38597/658/601 38596/659/602</w:t>
        <w:br/>
        <w:t>f 38380/441/390 38373/434/383 38597/658/601</w:t>
        <w:br/>
        <w:t>f 38598/660/603 38380/441/390 38597/658/601</w:t>
        <w:br/>
        <w:t>f 38600/661/604 38599/662/605 38377/438/387</w:t>
        <w:br/>
        <w:t>f 38378/437/386 38600/661/604 38377/438/387</w:t>
        <w:br/>
        <w:t>f 38602/663/606 38593/654/597 38592/655/598</w:t>
        <w:br/>
        <w:t>f 38601/664/607 38602/663/606 38592/655/598</w:t>
        <w:br/>
        <w:t>f 38364/426/375 38590/652/595 38583/645/588</w:t>
        <w:br/>
        <w:t>f 38363/427/376 38364/426/375 38583/645/588</w:t>
        <w:br/>
        <w:t>f 38591/651/594 38596/659/602 38408/471/420</w:t>
        <w:br/>
        <w:t>f 38595/657/600 38591/651/594 38408/471/420</w:t>
        <w:br/>
        <w:t>f 38374/433/382 38371/436/385 38603/665/608</w:t>
        <w:br/>
        <w:t>f 38407/472/421 38374/433/382 38603/665/608</w:t>
        <w:br/>
        <w:t>f 38405/466/415 38406/465/414 38401/464/413</w:t>
        <w:br/>
        <w:t>f 38402/463/412 38405/466/415 38401/464/413</w:t>
        <w:br/>
        <w:t>f 38561/622/566 38562/621/565 38399/462/411</w:t>
        <w:br/>
        <w:t>f 38400/461/410 38561/622/566 38399/462/411</w:t>
        <w:br/>
        <w:t>f 38606/666/609 38560/623/567 38605/667/610</w:t>
        <w:br/>
        <w:t>f 38604/668/611 38606/666/609 38605/667/610</w:t>
        <w:br/>
        <w:t>f 38333/396/345 38607/669/612 38416/480/429</w:t>
        <w:br/>
        <w:t>f 38332/397/346 38333/396/345 38416/480/429</w:t>
        <w:br/>
        <w:t>f 38609/670/613 38608/671/614 38311/374/323</w:t>
        <w:br/>
        <w:t>f 38309/370/319 38609/670/613 38311/374/323</w:t>
        <w:br/>
        <w:t>f 38611/672/615 38310/369/318 38307/372/321</w:t>
        <w:br/>
        <w:t>f 38610/673/616 38611/672/615 38307/372/321</w:t>
        <w:br/>
        <w:t>f 38612/674/617 38497/558/507 38608/671/614</w:t>
        <w:br/>
        <w:t>f 38609/670/613 38612/674/617 38608/671/614</w:t>
        <w:br/>
        <w:t>f 38613/675/618 38496/559/508 38497/558/507</w:t>
        <w:br/>
        <w:t>f 38612/674/617 38613/675/618 38497/558/507</w:t>
        <w:br/>
        <w:t>f 38617/676/619 38616/677/620 38615/678/621</w:t>
        <w:br/>
        <w:t>f 38614/679/622 38617/676/619 38615/678/621</w:t>
        <w:br/>
        <w:t>f 38311/374/323 38314/377/326 38315/376/325</w:t>
        <w:br/>
        <w:t>f 38312/373/322 38311/374/323 38315/376/325</w:t>
        <w:br/>
        <w:t>f 38621/680/623 38620/681/624 38619/682/625</w:t>
        <w:br/>
        <w:t>f 38618/683/626 38621/680/623 38619/682/625</w:t>
        <w:br/>
        <w:t>f 38625/684/627 38624/685/628 38623/686/629</w:t>
        <w:br/>
        <w:t>f 38622/687/630 38625/684/627 38623/686/629</w:t>
        <w:br/>
        <w:t>f 38328/389/338 38329/388/337 38627/688/631</w:t>
        <w:br/>
        <w:t>f 38626/689/632 38328/389/338 38627/688/631</w:t>
        <w:br/>
        <w:t>f 38629/690/633 38628/691/634 38620/681/624</w:t>
        <w:br/>
        <w:t>f 38621/680/623 38629/690/633 38620/681/624</w:t>
        <w:br/>
        <w:t>f 38338/399/348 38334/395/344 38335/394/343</w:t>
        <w:br/>
        <w:t>f 38337/400/349 38338/399/348 38335/394/343</w:t>
        <w:br/>
        <w:t>f 38422/481/430 38631/692/635 38630/693/636</w:t>
        <w:br/>
        <w:t>f 38421/482/431 38422/481/430 38630/693/636</w:t>
        <w:br/>
        <w:t>f 38620/681/624 38490/553/502 38619/682/625</w:t>
        <w:br/>
        <w:t>f 38487/550/499 38491/552/501 38632/694/637</w:t>
        <w:br/>
        <w:t>f 38470/530/479 38487/550/499 38632/694/637</w:t>
        <w:br/>
        <w:t>f 38636/695/638 38635/696/639 38634/697/640</w:t>
        <w:br/>
        <w:t>f 38633/698/641 38636/695/638 38634/697/640</w:t>
        <w:br/>
        <w:t>f 38639/699/642 38638/700/643 38637/701/644</w:t>
        <w:br/>
        <w:t>f 38640/702/645 38639/699/642 38637/701/644</w:t>
        <w:br/>
        <w:t>f 38642/703/646 38639/699/642 38640/702/645</w:t>
        <w:br/>
        <w:t>f 38641/704/647 38642/703/646 38640/702/645</w:t>
        <w:br/>
        <w:t>f 38596/659/602 38591/651/594 38589/653/596</w:t>
        <w:br/>
        <w:t>f 38386/445/394 38381/444/393 38643/705/648</w:t>
        <w:br/>
        <w:t>f 38385/446/395 38386/445/394 38643/705/648</w:t>
        <w:br/>
        <w:t>f 38645/706/649 38438/500/449 38644/707/650</w:t>
        <w:br/>
        <w:t>f 38647/708/651 38646/709/652 38624/685/628</w:t>
        <w:br/>
        <w:t>f 38625/684/627 38647/708/651 38624/685/628</w:t>
        <w:br/>
        <w:t>f 38650/710/653 38649/711/654 38467/526/475</w:t>
        <w:br/>
        <w:t>f 38648/712/655 38650/710/653 38467/526/475</w:t>
        <w:br/>
        <w:t>f 38491/552/501 38487/550/499 38490/553/502</w:t>
        <w:br/>
        <w:t>f 38489/554/503 38495/555/504 38651/713/656</w:t>
        <w:br/>
        <w:t>f 38492/551/500 38489/554/503 38651/713/656</w:t>
        <w:br/>
        <w:t>f 38493/557/506 38651/713/656 38495/555/504</w:t>
        <w:br/>
        <w:t>f 38655/714/657 38654/715/658 38653/716/659</w:t>
        <w:br/>
        <w:t>f 38652/717/660 38655/714/657 38653/716/659</w:t>
        <w:br/>
        <w:t>f 38656/718/661 38445/508/457 38446/507/456</w:t>
        <w:br/>
        <w:t>f 38657/719/662 38656/718/661 38446/507/456</w:t>
        <w:br/>
        <w:t>f 38659/720/663 38658/721/664 38450/511/460</w:t>
        <w:br/>
        <w:t>f 38451/510/459 38659/720/663 38450/511/460</w:t>
        <w:br/>
        <w:t>f 38456/521/470 38457/520/469 38453/516/465</w:t>
        <w:br/>
        <w:t>f 38454/515/464 38456/521/470 38453/516/465</w:t>
        <w:br/>
        <w:t>f 38661/722/665 38660/723/666 38462/523/472</w:t>
        <w:br/>
        <w:t>f 38463/522/471 38661/722/665 38462/523/472</w:t>
        <w:br/>
        <w:t>f 38646/709/652 38647/708/651 38649/711/654</w:t>
        <w:br/>
        <w:t>f 38650/710/653 38646/709/652 38649/711/654</w:t>
        <w:br/>
        <w:t>f 38380/441/390 38378/437/386 38375/440/389</w:t>
        <w:br/>
        <w:t>f 38379/442/391 38380/441/390 38375/440/389</w:t>
        <w:br/>
        <w:t>f 38387/452/401 38441/502/451 38440/503/452</w:t>
        <w:br/>
        <w:t>f 38390/449/398 38387/452/401 38440/503/452</w:t>
        <w:br/>
        <w:t>f 38442/505/454 38393/454/403 38394/453/402</w:t>
        <w:br/>
        <w:t>f 38443/504/453 38442/505/454 38394/453/402</w:t>
        <w:br/>
        <w:t>f 38464/529/478 38662/724/667 38648/712/655</w:t>
        <w:br/>
        <w:t>f 38467/526/475 38464/529/478 38648/712/655</w:t>
        <w:br/>
        <w:t>f 38664/725/668 38452/517/466 38460/525/474</w:t>
        <w:br/>
        <w:t>f 38663/726/669 38664/725/668 38460/525/474</w:t>
        <w:br/>
        <w:t>f 38452/517/466 38664/725/668 38665/727/670</w:t>
        <w:br/>
        <w:t>f 38455/514/463 38452/517/466 38665/727/670</w:t>
        <w:br/>
        <w:t>f 38658/721/664 38659/720/663 38447/506/455</w:t>
        <w:br/>
        <w:t>f 38444/509/458 38658/721/664 38447/506/455</w:t>
        <w:br/>
        <w:t>f 38427/490/439 38382/443/392 38381/444/393</w:t>
        <w:br/>
        <w:t>f 38386/445/394 38427/490/439 38381/444/393</w:t>
        <w:br/>
        <w:t>f 38425/486/435 38432/491/440 38429/494/443</w:t>
        <w:br/>
        <w:t>f 38424/487/436 38425/486/435 38429/494/443</w:t>
        <w:br/>
        <w:t>f 38433/498/447 38666/728/671 38439/499/448</w:t>
        <w:br/>
        <w:t>f 38436/495/444 38433/498/447 38439/499/448</w:t>
        <w:br/>
        <w:t>f 38437/501/450 38667/729/672 38435/496/445</w:t>
        <w:br/>
        <w:t>f 38436/495/444 38437/501/450 38435/496/445</w:t>
        <w:br/>
        <w:t>f 38442/505/454 38435/496/445 38667/729/672</w:t>
        <w:br/>
        <w:t>f 38668/730/673 38442/505/454 38667/729/672</w:t>
        <w:br/>
        <w:t>f 38631/692/635 38669/731/674 38617/676/619</w:t>
        <w:br/>
        <w:t>f 38630/693/636 38631/692/635 38617/676/619</w:t>
        <w:br/>
        <w:t>f 38630/693/636 38617/676/619 38671/732/675</w:t>
        <w:br/>
        <w:t>f 38670/733/676 38630/693/636 38671/732/675</w:t>
        <w:br/>
        <w:t>f 38515/578/526 38517/579/527 38569/631/574</w:t>
        <w:br/>
        <w:t>f 38513/576/524 38515/578/526 38569/631/574</w:t>
        <w:br/>
        <w:t>f 38501/563/512 38515/578/526 38513/576/524</w:t>
        <w:br/>
        <w:t>f 38428/489/438 38673/734/677 38672/735/678</w:t>
        <w:br/>
        <w:t>f 38423/488/437 38428/489/438 38672/735/678</w:t>
        <w:br/>
        <w:t>f 38424/487/436 38429/494/443 38382/443/392</w:t>
        <w:br/>
        <w:t>f 38427/490/439 38424/487/436 38382/443/392</w:t>
        <w:br/>
        <w:t>f 38376/439/388 38382/443/392 38429/494/443</w:t>
        <w:br/>
        <w:t>f 38430/493/442 38376/439/388 38429/494/443</w:t>
        <w:br/>
        <w:t>f 38430/493/442 38441/502/451 38375/440/389</w:t>
        <w:br/>
        <w:t>f 38376/439/388 38430/493/442 38375/440/389</w:t>
        <w:br/>
        <w:t>f 38379/442/391 38375/440/389 38441/502/451</w:t>
        <w:br/>
        <w:t>f 38387/452/401 38379/442/391 38441/502/451</w:t>
        <w:br/>
        <w:t>f 38387/452/401 38388/451/400 38372/435/384</w:t>
        <w:br/>
        <w:t>f 38379/442/391 38387/452/401 38372/435/384</w:t>
        <w:br/>
        <w:t>f 38401/464/413 38371/436/385 38372/435/384</w:t>
        <w:br/>
        <w:t>f 38388/451/400 38401/464/413 38372/435/384</w:t>
        <w:br/>
        <w:t>f 38371/436/385 38401/464/413 38406/465/414</w:t>
        <w:br/>
        <w:t>f 38603/665/608 38371/436/385 38406/465/414</w:t>
        <w:br/>
        <w:t>f 38676/736/679 38675/737/680 38410/469/418</w:t>
        <w:br/>
        <w:t>f 38674/738/681 38676/736/679 38410/469/418</w:t>
        <w:br/>
        <w:t>f 38516/577/525 38525/588/535 38571/633/576</w:t>
        <w:br/>
        <w:t>f 38677/739/682 38525/588/535 38539/600/544</w:t>
        <w:br/>
        <w:t>f 38679/740/683 38601/664/607 38592/655/598</w:t>
        <w:br/>
        <w:t>f 38678/741/684 38679/740/683 38592/655/598</w:t>
        <w:br/>
        <w:t>f 38681/742/685 38679/740/683 38678/741/684</w:t>
        <w:br/>
        <w:t>f 38680/743/686 38681/742/685 38678/741/684</w:t>
        <w:br/>
        <w:t>f 38584/646/589 38580/640/583 38678/741/684</w:t>
        <w:br/>
        <w:t>f 38592/655/598 38584/646/589 38678/741/684</w:t>
        <w:br/>
        <w:t>f 38578/642/585 38680/743/686 38678/741/684</w:t>
        <w:br/>
        <w:t>f 38580/640/583 38578/642/585 38678/741/684</w:t>
        <w:br/>
        <w:t>f 38569/631/574 38614/679/622 38639/699/642</w:t>
        <w:br/>
        <w:t>f 38642/703/646 38569/631/574 38639/699/642</w:t>
        <w:br/>
        <w:t>f 38340/405/354 38341/404/353 38683/744/687</w:t>
        <w:br/>
        <w:t>f 38682/745/688 38340/405/354 38683/744/687</w:t>
        <w:br/>
        <w:t>f 38669/731/674 38684/746/689 38616/677/620</w:t>
        <w:br/>
        <w:t>f 38617/676/619 38669/731/674 38616/677/620</w:t>
        <w:br/>
        <w:t>f 38687/747/690 38358/420/369 38686/748/691</w:t>
        <w:br/>
        <w:t>f 38685/749/692 38687/747/690 38686/748/691</w:t>
        <w:br/>
        <w:t>f 38688/750/693 38686/748/691 38358/420/369</w:t>
        <w:br/>
        <w:t>f 38352/415/364 38688/750/693 38358/420/369</w:t>
        <w:br/>
        <w:t>f 38689/751/694 38688/750/693 38352/415/364</w:t>
        <w:br/>
        <w:t>f 38353/414/363 38689/751/694 38352/415/364</w:t>
        <w:br/>
        <w:t>f 38691/752/695 38690/753/696 38348/413/362</w:t>
        <w:br/>
        <w:t>f 38349/412/361 38691/752/695 38348/413/362</w:t>
        <w:br/>
        <w:t>f 38690/753/696 38608/671/614 38497/558/507</w:t>
        <w:br/>
        <w:t>f 38348/413/362 38690/753/696 38497/558/507</w:t>
        <w:br/>
        <w:t>f 38313/378/327 38314/377/326 38690/753/696</w:t>
        <w:br/>
        <w:t>f 38691/752/695 38313/378/327 38690/753/696</w:t>
        <w:br/>
        <w:t>f 38314/377/326 38311/374/323 38608/671/614</w:t>
        <w:br/>
        <w:t>f 38690/753/696 38314/377/326 38608/671/614</w:t>
        <w:br/>
        <w:t>f 38342/403/352 38343/402/351 38310/369/318</w:t>
        <w:br/>
        <w:t>f 38611/672/615 38342/403/352 38310/369/318</w:t>
        <w:br/>
        <w:t>f 38607/669/612 38331/392/341 38327/390/339</w:t>
        <w:br/>
        <w:t>f 38416/480/429 38607/669/612 38327/390/339</w:t>
        <w:br/>
        <w:t>f 38416/480/429 38327/390/339 38328/389/338</w:t>
        <w:br/>
        <w:t>f 38418/478/427 38416/480/429 38328/389/338</w:t>
        <w:br/>
        <w:t>f 38614/679/622 38615/678/621 38638/700/643</w:t>
        <w:br/>
        <w:t>f 38639/699/642 38614/679/622 38638/700/643</w:t>
        <w:br/>
        <w:t>f 38693/754/697 38691/752/695 38349/412/361</w:t>
        <w:br/>
        <w:t>f 38692/755/698 38693/754/697 38349/412/361</w:t>
        <w:br/>
        <w:t>f 38322/383/332 38313/378/327 38691/752/695</w:t>
        <w:br/>
        <w:t>f 38693/754/697 38322/383/332 38691/752/695</w:t>
        <w:br/>
        <w:t>f 38321/384/333 38316/375/324 38313/378/327</w:t>
        <w:br/>
        <w:t>f 38322/383/332 38321/384/333 38313/378/327</w:t>
        <w:br/>
        <w:t>f 38625/684/627 38468/532/481 38469/531/480</w:t>
        <w:br/>
        <w:t>f 38647/708/651 38625/684/627 38469/531/480</w:t>
        <w:br/>
        <w:t>f 38468/532/481 38625/684/627 38622/687/630</w:t>
        <w:br/>
        <w:t>f 38488/549/498 38468/532/481 38622/687/630</w:t>
        <w:br/>
        <w:t>f 38466/527/476 38634/697/640 38465/528/477</w:t>
        <w:br/>
        <w:t>f 38466/527/476 38467/526/475 38649/711/654</w:t>
        <w:br/>
        <w:t>f 38694/756/699 38466/527/476 38649/711/654</w:t>
        <w:br/>
        <w:t>f 38694/756/699 38695/757/700 38634/697/640</w:t>
        <w:br/>
        <w:t>f 38466/527/476 38694/756/699 38634/697/640</w:t>
        <w:br/>
        <w:t>f 38695/757/700 38633/698/641 38634/697/640</w:t>
        <w:br/>
        <w:t>f 38694/756/699 38649/711/654 38647/708/651</w:t>
        <w:br/>
        <w:t>f 38469/531/480 38694/756/699 38647/708/651</w:t>
        <w:br/>
        <w:t>f 38469/531/480 38470/530/479 38695/757/700</w:t>
        <w:br/>
        <w:t>f 38694/756/699 38469/531/480 38695/757/700</w:t>
        <w:br/>
        <w:t>f 38470/530/479 38632/694/637 38633/698/641</w:t>
        <w:br/>
        <w:t>f 38695/757/700 38470/530/479 38633/698/641</w:t>
        <w:br/>
        <w:t>f 38697/758/701 38696/759/702 38397/458/407</w:t>
        <w:br/>
        <w:t>f 38398/457/406 38697/758/701 38397/458/407</w:t>
        <w:br/>
        <w:t>f 38564/625/569 38698/760/703 38324/386/335</w:t>
        <w:br/>
        <w:t>f 38480/539/488 38701/761/704 38700/762/705</w:t>
        <w:br/>
        <w:t>f 38699/763/706 38480/539/488 38700/762/705</w:t>
        <w:br/>
        <w:t>f 38621/680/623 38703/764/707 38702/765/708</w:t>
        <w:br/>
        <w:t>f 38629/690/633 38621/680/623 38702/765/708</w:t>
        <w:br/>
        <w:t>f 38707/766/709 38706/767/710 38705/768/711</w:t>
        <w:br/>
        <w:t>f 38704/769/712 38707/766/709 38705/768/711</w:t>
        <w:br/>
        <w:t>f 38475/536/485 38476/535/484 38645/706/649</w:t>
        <w:br/>
        <w:t>f 38708/770/713 38475/536/485 38645/706/649</w:t>
        <w:br/>
        <w:t>f 38703/764/707 38621/680/623 38618/683/626</w:t>
        <w:br/>
        <w:t>f 38709/771/714 38703/764/707 38618/683/626</w:t>
        <w:br/>
        <w:t>f 38711/772/715 38710/773/716 38404/467/416</w:t>
        <w:br/>
        <w:t>f 38559/624/568 38711/772/715 38404/467/416</w:t>
        <w:br/>
        <w:t>f 38559/624/568 38404/467/416 38405/466/415</w:t>
        <w:br/>
        <w:t>f 38562/621/565 38559/624/568 38405/466/415</w:t>
        <w:br/>
        <w:t>f 38562/621/565 38405/466/415 38402/463/412</w:t>
        <w:br/>
        <w:t>f 38399/462/411 38562/621/565 38402/463/412</w:t>
        <w:br/>
        <w:t>f 38399/462/411 38402/463/412 38389/450/399</w:t>
        <w:br/>
        <w:t>f 38391/456/405 38399/462/411 38389/450/399</w:t>
        <w:br/>
        <w:t>f 38390/449/398 38394/453/402 38391/456/405</w:t>
        <w:br/>
        <w:t>f 38389/450/399 38390/449/398 38391/456/405</w:t>
        <w:br/>
        <w:t>f 38440/503/452 38443/504/453 38394/453/402</w:t>
        <w:br/>
        <w:t>f 38390/449/398 38440/503/452 38394/453/402</w:t>
        <w:br/>
        <w:t>f 38440/503/452 38431/492/441 38434/497/446</w:t>
        <w:br/>
        <w:t>f 38443/504/453 38440/503/452 38434/497/446</w:t>
        <w:br/>
        <w:t>f 38433/498/447 38434/497/446 38431/492/441</w:t>
        <w:br/>
        <w:t>f 38432/491/440 38433/498/447 38431/492/441</w:t>
        <w:br/>
        <w:t>f 38666/728/671 38433/498/447 38432/491/440</w:t>
        <w:br/>
        <w:t>f 38425/486/435 38666/728/671 38432/491/440</w:t>
        <w:br/>
        <w:t>f 38425/486/435 38426/485/434 38700/762/705</w:t>
        <w:br/>
        <w:t>f 38666/728/671 38425/486/435 38700/762/705</w:t>
        <w:br/>
        <w:t>f 38475/536/485 38477/542/491 38472/533/482</w:t>
        <w:br/>
        <w:t>f 38474/537/486 38475/536/485 38472/533/482</w:t>
        <w:br/>
        <w:t>f 38474/537/486 38472/533/482 38459/518/467</w:t>
        <w:br/>
        <w:t>f 38448/513/462 38474/537/486 38459/518/467</w:t>
        <w:br/>
        <w:t>f 38448/513/462 38459/518/467 38456/521/470</w:t>
        <w:br/>
        <w:t>f 38451/510/459 38448/513/462 38456/521/470</w:t>
        <w:br/>
        <w:t>f 38456/521/470 38454/515/464 38659/720/663</w:t>
        <w:br/>
        <w:t>f 38451/510/459 38456/521/470 38659/720/663</w:t>
        <w:br/>
        <w:t>f 38454/515/464 38455/514/463 38447/506/455</w:t>
        <w:br/>
        <w:t>f 38659/720/663 38454/515/464 38447/506/455</w:t>
        <w:br/>
        <w:t>f 38446/507/456 38447/506/455 38455/514/463</w:t>
        <w:br/>
        <w:t>f 38665/727/670 38446/507/456 38455/514/463</w:t>
        <w:br/>
        <w:t>f 38628/691/634 38489/554/503 38490/553/502</w:t>
        <w:br/>
        <w:t>f 38620/681/624 38628/691/634 38490/553/502</w:t>
        <w:br/>
        <w:t>f 38563/626/570 38323/387/336 38712/774/717</w:t>
        <w:br/>
        <w:t>f 38611/672/615 38610/673/616 38637/701/644</w:t>
        <w:br/>
        <w:t>f 38638/700/643 38611/672/615 38637/701/644</w:t>
        <w:br/>
        <w:t>f 38611/672/615 38638/700/643 38615/678/621</w:t>
        <w:br/>
        <w:t>f 38342/403/352 38611/672/615 38615/678/621</w:t>
        <w:br/>
        <w:t>f 38616/677/620 38341/404/353 38342/403/352</w:t>
        <w:br/>
        <w:t>f 38615/678/621 38616/677/620 38342/403/352</w:t>
        <w:br/>
        <w:t>f 38684/746/689 38683/744/687 38341/404/353</w:t>
        <w:br/>
        <w:t>f 38616/677/620 38684/746/689 38341/404/353</w:t>
        <w:br/>
        <w:t>f 38626/689/632 38582/643/586 38418/478/427</w:t>
        <w:br/>
        <w:t>f 38328/389/338 38626/689/632 38418/478/427</w:t>
        <w:br/>
        <w:t>f 38330/393/342 38602/663/606 38601/664/607</w:t>
        <w:br/>
        <w:t>f 38326/391/340 38330/393/342 38601/664/607</w:t>
        <w:br/>
        <w:t>f 38679/740/683 38329/388/337 38326/391/340</w:t>
        <w:br/>
        <w:t>f 38601/664/607 38679/740/683 38326/391/340</w:t>
        <w:br/>
        <w:t>f 38681/742/685 38627/688/631 38329/388/337</w:t>
        <w:br/>
        <w:t>f 38679/740/683 38681/742/685 38329/388/337</w:t>
        <w:br/>
        <w:t>f 38682/745/688 38613/675/618 38612/674/617</w:t>
        <w:br/>
        <w:t>f 38340/405/354 38682/745/688 38612/674/617</w:t>
        <w:br/>
        <w:t>f 38609/670/613 38343/402/351 38340/405/354</w:t>
        <w:br/>
        <w:t>f 38612/674/617 38609/670/613 38340/405/354</w:t>
        <w:br/>
        <w:t>f 38309/370/319 38310/369/318 38343/402/351</w:t>
        <w:br/>
        <w:t>f 38609/670/613 38309/370/319 38343/402/351</w:t>
        <w:br/>
        <w:t>f 38507/569/517 38503/568/516 38509/570/518</w:t>
        <w:br/>
        <w:t>f 38787/775/718 38494/556/505 38495/555/504</w:t>
        <w:br/>
        <w:t>f 38786/776/719 38787/775/718 38495/555/504</w:t>
        <w:br/>
        <w:t>f 38513/576/524 38510/572/520 38501/563/512</w:t>
        <w:br/>
        <w:t>f 38588/649/592 38339/398/347 38336/401/350</w:t>
        <w:br/>
        <w:t>f 38587/650/593 38588/649/592 38336/401/350</w:t>
        <w:br/>
        <w:t>f 38673/734/677 38428/489/438 38383/448/397</w:t>
        <w:br/>
        <w:t>f 38587/650/593 38673/734/677 38383/448/397</w:t>
        <w:br/>
        <w:t>f 38790/777/720 38789/778/721 38688/750/693</w:t>
        <w:br/>
        <w:t>f 38689/751/694 38790/777/720 38688/750/693</w:t>
        <w:br/>
        <w:t>f 38686/748/691 38688/750/693 38789/778/721</w:t>
        <w:br/>
        <w:t>f 38791/779/722 38686/748/691 38789/778/721</w:t>
        <w:br/>
        <w:t>f 38346/407/356 38347/406/355 38792/780/723</w:t>
        <w:br/>
        <w:t>f 38579/641/584 38346/407/356 38792/780/723</w:t>
        <w:br/>
        <w:t>f 38692/755/698 38349/412/361 38350/411/360</w:t>
        <w:br/>
        <w:t>f 38793/781/724 38692/755/698 38350/411/360</w:t>
        <w:br/>
        <w:t>f 38354/419/368 38792/780/723 38347/406/355</w:t>
        <w:br/>
        <w:t>f 38357/416/365 38354/419/368 38347/406/355</w:t>
        <w:br/>
        <w:t>f 38689/751/694 38692/755/698 38793/781/724</w:t>
        <w:br/>
        <w:t>f 38790/777/720 38689/751/694 38793/781/724</w:t>
        <w:br/>
        <w:t>f 38692/755/698 38689/751/694 38353/414/363</w:t>
        <w:br/>
        <w:t>f 38693/754/697 38692/755/698 38353/414/363</w:t>
        <w:br/>
        <w:t>f 38322/383/332 38353/414/363 38320/379/328</w:t>
        <w:br/>
        <w:t>f 38322/383/332 38693/754/697 38353/414/363</w:t>
        <w:br/>
        <w:t>f 38651/713/656 38493/557/506 38794/782/561</w:t>
        <w:br/>
        <w:t>f 38797/783/725 38796/784/726 38420/483/432</w:t>
        <w:br/>
        <w:t>f 38795/785/727 38797/783/725 38420/483/432</w:t>
        <w:br/>
        <w:t>f 38795/785/727 38420/483/432 38421/482/431</w:t>
        <w:br/>
        <w:t>f 38798/786/728 38795/785/727 38421/482/431</w:t>
        <w:br/>
        <w:t>f 38670/733/676 38798/786/728 38421/482/431</w:t>
        <w:br/>
        <w:t>f 38630/693/636 38670/733/676 38421/482/431</w:t>
        <w:br/>
        <w:t>f 38801/787/729 38800/788/730 38799/789/731</w:t>
        <w:br/>
        <w:t>f 38805/790/732 38804/791/733 38803/792/734</w:t>
        <w:br/>
        <w:t>f 38802/793/735 38805/790/732 38803/792/734</w:t>
        <w:br/>
        <w:t>f 38809/794/736 38808/795/737 38807/796/738</w:t>
        <w:br/>
        <w:t>f 38806/797/739 38809/794/736 38807/796/738</w:t>
        <w:br/>
        <w:t>f 38813/798/740 38812/799/741 38811/800/742</w:t>
        <w:br/>
        <w:t>f 38810/801/743 38813/798/740 38811/800/742</w:t>
        <w:br/>
        <w:t>f 38805/790/732 38654/715/658 38815/802/744</w:t>
        <w:br/>
        <w:t>f 38814/803/745 38805/790/732 38815/802/744</w:t>
        <w:br/>
        <w:t>f 38817/804/746 38816/805/747 38800/788/730</w:t>
        <w:br/>
        <w:t>f 38801/787/729 38817/804/746 38800/788/730</w:t>
        <w:br/>
        <w:t>f 38821/806/748 38820/807/749 38819/808/750</w:t>
        <w:br/>
        <w:t>f 38818/809/751 38821/806/748 38819/808/750</w:t>
        <w:br/>
        <w:t>f 38825/810/752 38824/811/753 38823/812/754</w:t>
        <w:br/>
        <w:t>f 38822/813/755 38825/810/752 38823/812/754</w:t>
        <w:br/>
        <w:t>f 38827/814/756 38826/815/757 38816/805/747</w:t>
        <w:br/>
        <w:t>f 38817/804/746 38827/814/756 38816/805/747</w:t>
        <w:br/>
        <w:t>f 38831/816/758 38830/817/759 38829/818/760</w:t>
        <w:br/>
        <w:t>f 38828/819/761 38831/816/758 38829/818/760</w:t>
        <w:br/>
        <w:t>f 38799/789/731 38834/820/762 38833/821/763</w:t>
        <w:br/>
        <w:t>f 38832/822/764 38799/789/731 38833/821/763</w:t>
        <w:br/>
        <w:t>f 38836/823/765 38835/824/766 38832/822/764</w:t>
        <w:br/>
        <w:t>f 38833/821/763 38836/823/765 38832/822/764</w:t>
        <w:br/>
        <w:t>f 38835/824/766 38836/823/765 38837/825/767</w:t>
        <w:br/>
        <w:t>f 38838/826/768 38835/824/766 38837/825/767</w:t>
        <w:br/>
        <w:t>f 38841/827/769 38840/828/770 38839/829/771</w:t>
        <w:br/>
        <w:t>f 38842/830/772 38841/827/769 38839/829/771</w:t>
        <w:br/>
        <w:t>f 38845/831/773 38844/832/774 38830/817/759</w:t>
        <w:br/>
        <w:t>f 38843/833/775 38845/831/773 38830/817/759</w:t>
        <w:br/>
        <w:t>f 38799/789/731 38847/834/776 38846/835/777</w:t>
        <w:br/>
        <w:t>f 38834/820/762 38799/789/731 38846/835/777</w:t>
        <w:br/>
        <w:t>f 38850/836/778 38849/837/779 38848/838/780</w:t>
        <w:br/>
        <w:t>f 38849/837/779 38852/839/781 38851/840/782</w:t>
        <w:br/>
        <w:t>f 38853/841/783 38849/837/779 38851/840/782</w:t>
        <w:br/>
        <w:t>f 38853/841/783 38854/842/784 38849/837/779</w:t>
        <w:br/>
        <w:t>f 38857/843/785 38856/844/786 38855/845/787</w:t>
        <w:br/>
        <w:t>f 38860/846/788 38859/847/789 38858/848/790</w:t>
        <w:br/>
        <w:t>f 38859/847/789 38860/846/788 38861/849/791</w:t>
        <w:br/>
        <w:t>f 38863/850/792 38862/851/793 38860/846/788</w:t>
        <w:br/>
        <w:t>f 38864/852/794 38862/851/793 38863/850/792</w:t>
        <w:br/>
        <w:t>f 38867/853/795 38866/854/796 38865/855/797</w:t>
        <w:br/>
        <w:t>f 38848/838/780 38867/853/795 38865/855/797</w:t>
        <w:br/>
        <w:t>f 38848/838/780 38849/837/779 38867/853/795</w:t>
        <w:br/>
        <w:t>f 38868/856/798 38867/853/795 38849/837/779</w:t>
        <w:br/>
        <w:t>f 38849/837/779 38854/842/784 38868/856/798</w:t>
        <w:br/>
        <w:t>f 38866/854/796 38870/857/799 38869/858/800</w:t>
        <w:br/>
        <w:t>f 38865/855/797 38866/854/796 38869/858/800</w:t>
        <w:br/>
        <w:t>f 38872/859/801 38855/845/787 38871/860/802</w:t>
        <w:br/>
        <w:t>f 38872/859/801 38873/861/803 38855/845/787</w:t>
        <w:br/>
        <w:t>f 38858/848/790 38855/845/787 38873/861/803</w:t>
        <w:br/>
        <w:t>f 38873/861/803 38874/862/804 38858/848/790</w:t>
        <w:br/>
        <w:t>f 38860/846/788 38873/861/803 38875/863/805</w:t>
        <w:br/>
        <w:t>f 38863/850/792 38860/846/788 38875/863/805</w:t>
        <w:br/>
        <w:t>f 38875/863/805 38876/864/806 38863/850/792</w:t>
        <w:br/>
        <w:t>f 38868/856/798 38878/865/807 38877/866/808</w:t>
        <w:br/>
        <w:t>f 38877/866/808 38867/853/795 38868/856/798</w:t>
        <w:br/>
        <w:t>f 38867/853/795 38877/866/808 38879/867/809</w:t>
        <w:br/>
        <w:t>f 38879/867/809 38866/854/796 38867/853/795</w:t>
        <w:br/>
        <w:t>f 38866/854/796 38879/867/809 38880/868/810</w:t>
        <w:br/>
        <w:t>f 38880/868/810 38870/857/799 38866/854/796</w:t>
        <w:br/>
        <w:t>f 38870/857/799 38880/868/810 38881/869/811</w:t>
        <w:br/>
        <w:t>f 38876/864/806 38875/863/805 38882/870/812</w:t>
        <w:br/>
        <w:t>f 38875/863/805 38873/861/803 38883/871/813</w:t>
        <w:br/>
        <w:t>f 38884/872/814 38883/871/813 38873/861/803</w:t>
        <w:br/>
        <w:t>f 38884/872/814 38873/861/803 38872/859/801</w:t>
        <w:br/>
        <w:t>f 38885/873/811 38872/859/801 38871/860/802</w:t>
        <w:br/>
        <w:t>f 38886/874/815 38884/872/814 38872/859/801</w:t>
        <w:br/>
        <w:t>f 38872/859/801 38885/873/811 38886/874/815</w:t>
        <w:br/>
        <w:t>f 38877/866/808 38878/865/807 38887/875/816</w:t>
        <w:br/>
        <w:t>f 38887/875/816 38879/867/809 38877/866/808</w:t>
        <w:br/>
        <w:t>f 38887/875/816 38878/865/807 38888/876/817</w:t>
        <w:br/>
        <w:t>f 38887/875/816 38890/877/818 38889/878/819</w:t>
        <w:br/>
        <w:t>f 38889/878/819 38891/879/820 38887/875/816</w:t>
        <w:br/>
        <w:t>f 38879/867/809 38887/875/816 38891/879/820</w:t>
        <w:br/>
        <w:t>f 38891/879/820 38880/868/810 38879/867/809</w:t>
        <w:br/>
        <w:t>f 38891/879/820 38889/878/819 38892/880/821</w:t>
        <w:br/>
        <w:t>f 38892/880/821 38893/881/822 38891/879/820</w:t>
        <w:br/>
        <w:t>f 38880/868/810 38891/879/820 38893/881/822</w:t>
        <w:br/>
        <w:t>f 38893/881/822 38892/880/821 38894/882/823</w:t>
        <w:br/>
        <w:t>f 38894/882/823 38895/883/824 38893/881/822</w:t>
        <w:br/>
        <w:t>f 38895/883/824 38896/884/825 38893/881/822</w:t>
        <w:br/>
        <w:t>f 38899/885/826 38898/886/825 38897/887/827</w:t>
        <w:br/>
        <w:t>f 38900/888/828 38898/886/825 38899/885/826</w:t>
        <w:br/>
        <w:t>f 38886/874/815 38898/886/825 38900/888/828</w:t>
        <w:br/>
        <w:t>f 38899/885/826 38901/889/829 38900/888/828</w:t>
        <w:br/>
        <w:t>f 38902/890/830 38900/888/828 38901/889/829</w:t>
        <w:br/>
        <w:t>f 38900/888/828 38902/890/830 38886/874/815</w:t>
        <w:br/>
        <w:t>f 38903/891/831 38902/890/830 38901/889/829</w:t>
        <w:br/>
        <w:t>f 38904/892/832 38902/890/830 38903/891/831</w:t>
        <w:br/>
        <w:t>f 38893/881/822 38896/884/825 38880/868/810</w:t>
        <w:br/>
        <w:t>f 38881/869/811 38880/868/810 38896/884/825</w:t>
        <w:br/>
        <w:t>f 38898/886/825 38886/874/815 38885/873/811</w:t>
        <w:br/>
        <w:t>f 38884/872/814 38886/874/815 38902/890/830</w:t>
        <w:br/>
        <w:t>f 38904/892/832 38884/872/814 38902/890/830</w:t>
        <w:br/>
        <w:t>f 38884/872/814 38904/892/832 38883/871/813</w:t>
        <w:br/>
        <w:t>f 38905/893/833 38899/885/826 38897/887/827</w:t>
        <w:br/>
        <w:t>f 38899/885/826 38905/893/833 38906/894/834</w:t>
        <w:br/>
        <w:t>f 38906/894/834 38901/889/829 38899/885/826</w:t>
        <w:br/>
        <w:t>f 38906/894/834 38905/893/833 38907/895/835</w:t>
        <w:br/>
        <w:t>f 38907/895/835 38908/896/836 38906/894/834</w:t>
        <w:br/>
        <w:t>f 38901/889/829 38906/894/834 38908/896/836</w:t>
        <w:br/>
        <w:t>f 38908/896/836 38907/895/835 38909/897/837</w:t>
        <w:br/>
        <w:t>f 38909/897/837 38910/898/838 38908/896/836</w:t>
        <w:br/>
        <w:t>f 38910/898/838 38909/897/837 38911/899/839</w:t>
        <w:br/>
        <w:t>f 38910/898/838 38911/899/839 38912/900/840</w:t>
        <w:br/>
        <w:t>f 38907/895/835 38905/893/833 38913/901/841</w:t>
        <w:br/>
        <w:t>f 38916/902/833 38915/903/842 38914/904/841</w:t>
        <w:br/>
        <w:t>f 38915/903/842 38916/902/833 38917/905/843</w:t>
        <w:br/>
        <w:t>f 38918/906/844 38915/903/842 38917/905/843</w:t>
        <w:br/>
        <w:t>f 38918/906/844 38919/907/845 38915/903/842</w:t>
        <w:br/>
        <w:t>f 38918/906/844 38920/908/846 38919/907/845</w:t>
        <w:br/>
        <w:t>f 38919/907/845 38920/908/846 38921/909/847</w:t>
        <w:br/>
        <w:t>f 38921/909/847 38923/910/848 38922/911/849</w:t>
        <w:br/>
        <w:t>f 38925/912/850 38921/909/847 38924/913/851</w:t>
        <w:br/>
        <w:t>f 38921/909/847 38925/912/850 38919/907/845</w:t>
        <w:br/>
        <w:t>f 38926/914/852 38911/899/839 38909/897/837</w:t>
        <w:br/>
        <w:t>f 38919/907/845 38927/915/853 38915/903/842</w:t>
        <w:br/>
        <w:t>f 38915/903/842 38927/915/853 38914/904/841</w:t>
        <w:br/>
        <w:t>f 38925/912/850 38927/915/853 38919/907/845</w:t>
        <w:br/>
        <w:t>f 38913/901/841 38928/916/854 38907/895/835</w:t>
        <w:br/>
        <w:t>f 38909/897/837 38907/895/835 38928/916/854</w:t>
        <w:br/>
        <w:t>f 38926/914/852 38909/897/837 38928/916/854</w:t>
        <w:br/>
        <w:t>f 38920/908/846 38892/880/821 38889/878/819</w:t>
        <w:br/>
        <w:t>f 38892/880/821 38920/908/846 38918/906/844</w:t>
        <w:br/>
        <w:t>f 38917/905/843 38892/880/821 38918/906/844</w:t>
        <w:br/>
        <w:t>f 38894/882/823 38892/880/821 38917/905/843</w:t>
        <w:br/>
        <w:t>f 38916/902/833 38894/882/823 38917/905/843</w:t>
        <w:br/>
        <w:t>f 38895/883/824 38894/882/823 38916/902/833</w:t>
        <w:br/>
        <w:t>f 38903/891/831 38901/889/829 38910/898/838</w:t>
        <w:br/>
        <w:t>f 38910/898/838 38901/889/829 38908/896/836</w:t>
        <w:br/>
        <w:t>f 38860/846/788 38862/851/793 38861/849/791</w:t>
        <w:br/>
        <w:t>f 38849/837/779 38850/836/778 38852/839/781</w:t>
        <w:br/>
        <w:t>f 38848/838/780 38929/917/855 38850/836/778</w:t>
        <w:br/>
        <w:t>f 38859/847/789 38930/918/856 38858/848/790</w:t>
        <w:br/>
        <w:t>f 38930/918/856 38857/843/785 38858/848/790</w:t>
        <w:br/>
        <w:t>f 38566/629/572 38554/617/562 38557/619/564</w:t>
        <w:br/>
        <w:t>f 38567/628/540 38551/615/560 38554/617/562</w:t>
        <w:br/>
        <w:t>f 38552/614/559 38554/617/562 38551/615/560</w:t>
        <w:br/>
        <w:t>f 38553/613/558 38551/615/560 38542/603/547</w:t>
        <w:br/>
        <w:t>f 38543/602/546 38540/605/549 38546/606/550</w:t>
        <w:br/>
        <w:t>f 38934/919/857 38933/920/858 38932/921/859</w:t>
        <w:br/>
        <w:t>f 38931/922/860 38934/919/857 38932/921/859</w:t>
        <w:br/>
        <w:t>f 38938/923/861 38937/924/862 38936/925/863</w:t>
        <w:br/>
        <w:t>f 38935/926/864 38938/923/861 38936/925/863</w:t>
        <w:br/>
        <w:t>f 38940/927/865 38854/842/784 38853/841/783</w:t>
        <w:br/>
        <w:t>f 38939/928/866 38940/927/865 38853/841/783</w:t>
        <w:br/>
        <w:t>f 38910/898/838 38912/900/840 38903/891/831</w:t>
        <w:br/>
        <w:t>f 38415/476/425 38931/922/860 38932/921/859</w:t>
        <w:br/>
        <w:t>f 38414/477/426 38415/476/425 38932/921/859</w:t>
        <w:br/>
        <w:t>f 38374/433/382 38596/659/602 38597/658/601</w:t>
        <w:br/>
        <w:t>f 38373/434/383 38374/433/382 38597/658/601</w:t>
        <w:br/>
        <w:t>f 38596/659/602 38374/433/382 38407/472/421</w:t>
        <w:br/>
        <w:t>f 38408/471/420 38596/659/602 38407/472/421</w:t>
        <w:br/>
        <w:t>f 38799/789/731 38832/822/764 38801/787/729</w:t>
        <w:br/>
        <w:t>f 38654/715/658 38805/790/732 38802/793/735</w:t>
        <w:br/>
        <w:t>f 38653/716/659 38654/715/658 38802/793/735</w:t>
        <w:br/>
        <w:t>f 38938/923/861 38812/799/741 38806/797/739</w:t>
        <w:br/>
        <w:t>f 38807/796/738 38938/923/861 38806/797/739</w:t>
        <w:br/>
        <w:t>f 38942/929/867 38941/930/868 38809/794/736</w:t>
        <w:br/>
        <w:t>f 38806/797/739 38942/929/867 38809/794/736</w:t>
        <w:br/>
        <w:t>f 38944/931/869 38943/932/870 38842/830/772</w:t>
        <w:br/>
        <w:t>f 38839/829/771 38944/931/869 38842/830/772</w:t>
        <w:br/>
        <w:t>f 38835/824/766 38817/804/746 38801/787/729</w:t>
        <w:br/>
        <w:t>f 38832/822/764 38835/824/766 38801/787/729</w:t>
        <w:br/>
        <w:t>f 38946/933/871 38945/934/872 38653/716/659</w:t>
        <w:br/>
        <w:t>f 38802/793/735 38946/933/871 38653/716/659</w:t>
        <w:br/>
        <w:t>f 38941/930/868 38942/929/867 38838/826/768</w:t>
        <w:br/>
        <w:t>f 38837/825/767 38941/930/868 38838/826/768</w:t>
        <w:br/>
        <w:t>f 38830/817/759 38844/832/774 38947/935/873</w:t>
        <w:br/>
        <w:t>f 38829/818/760 38830/817/759 38947/935/873</w:t>
        <w:br/>
        <w:t>f 38814/803/745 38815/802/744 38828/819/761</w:t>
        <w:br/>
        <w:t>f 38829/818/760 38814/803/745 38828/819/761</w:t>
        <w:br/>
        <w:t>f 38830/817/759 38831/816/758 38843/833/775</w:t>
        <w:br/>
        <w:t>f 38948/936/874 38847/834/776 38799/789/731</w:t>
        <w:br/>
        <w:t>f 38949/937/875 38948/936/874 38799/789/731</w:t>
        <w:br/>
        <w:t>f 38808/795/737 38951/938/876 38950/939/877</w:t>
        <w:br/>
        <w:t>f 38807/796/738 38808/795/737 38950/939/877</w:t>
        <w:br/>
        <w:t>f 38796/784/726 38952/940/878 38419/484/433</w:t>
        <w:br/>
        <w:t>f 38420/483/432 38796/784/726 38419/484/433</w:t>
        <w:br/>
        <w:t>f 38479/540/489 38480/539/488 38699/763/706</w:t>
        <w:br/>
        <w:t>f 38953/941/879 38479/540/489 38699/763/706</w:t>
        <w:br/>
        <w:t>f 38475/536/485 38708/770/713 38480/539/488</w:t>
        <w:br/>
        <w:t>f 38953/941/879 38699/763/706 38955/942/880</w:t>
        <w:br/>
        <w:t>f 38954/943/881 38953/941/879 38955/942/880</w:t>
        <w:br/>
        <w:t>f 38426/485/434 38955/942/880 38699/763/706</w:t>
        <w:br/>
        <w:t>f 38700/762/705 38426/485/434 38699/763/706</w:t>
        <w:br/>
        <w:t>f 38666/728/671 38700/762/705 38701/761/704</w:t>
        <w:br/>
        <w:t>f 38439/499/448 38666/728/671 38701/761/704</w:t>
        <w:br/>
        <w:t>f 38598/660/603 38597/658/601 38957/944/882</w:t>
        <w:br/>
        <w:t>f 38956/945/883 38598/660/603 38957/944/882</w:t>
        <w:br/>
        <w:t>f 38409/470/419 38410/469/418 38675/737/680</w:t>
        <w:br/>
        <w:t>f 38958/946/884 38409/470/419 38675/737/680</w:t>
        <w:br/>
        <w:t>f 38369/431/380 38370/430/379 38412/474/423</w:t>
        <w:br/>
        <w:t>f 38594/656/599 38369/431/380 38412/474/423</w:t>
        <w:br/>
        <w:t>f 38403/468/417 38404/467/416 38710/773/716</w:t>
        <w:br/>
        <w:t>f 38959/947/885 38403/468/417 38710/773/716</w:t>
        <w:br/>
        <w:t>f 38711/772/715 38559/624/568 38560/623/567</w:t>
        <w:br/>
        <w:t>f 38606/666/609 38711/772/715 38560/623/567</w:t>
        <w:br/>
        <w:t>f 38664/725/668 38961/948/886 38960/949/887</w:t>
        <w:br/>
        <w:t>f 38665/727/670 38664/725/668 38960/949/887</w:t>
        <w:br/>
        <w:t>f 38961/948/886 38664/725/668 38663/726/669</w:t>
        <w:br/>
        <w:t>f 38962/950/888 38961/948/886 38663/726/669</w:t>
        <w:br/>
        <w:t>f 38464/529/478 38465/528/477 38964/951/889</w:t>
        <w:br/>
        <w:t>f 38963/952/890 38464/529/478 38964/951/889</w:t>
        <w:br/>
        <w:t>f 38358/420/369 38687/747/690 38965/953/891</w:t>
        <w:br/>
        <w:t>f 38319/380/329 38358/420/369 38965/953/891</w:t>
        <w:br/>
        <w:t>f 38411/475/424 38409/470/419 38958/946/884</w:t>
        <w:br/>
        <w:t>f 38413/473/422 38411/475/424 38958/946/884</w:t>
        <w:br/>
        <w:t>f 38662/724/667 38464/529/478 38963/952/890</w:t>
        <w:br/>
        <w:t>f 38966/954/892 38662/724/667 38963/952/890</w:t>
        <w:br/>
        <w:t>f 38319/380/329 38965/953/891 38967/955/893</w:t>
        <w:br/>
        <w:t>f 38318/381/330 38319/380/329 38967/955/893</w:t>
        <w:br/>
        <w:t>f 38465/528/477 38634/697/640 38635/696/639</w:t>
        <w:br/>
        <w:t>f 38964/951/889 38465/528/477 38635/696/639</w:t>
        <w:br/>
        <w:t>f 38657/719/662 38446/507/456 38665/727/670</w:t>
        <w:br/>
        <w:t>f 38960/949/887 38657/719/662 38665/727/670</w:t>
        <w:br/>
        <w:t>f 38791/779/722 38968/956/894 38685/749/692</w:t>
        <w:br/>
        <w:t>f 38686/748/691 38791/779/722 38685/749/692</w:t>
        <w:br/>
        <w:t>f 38946/933/871 38971/957/895 38970/958/896</w:t>
        <w:br/>
        <w:t>f 38969/959/897 38946/933/871 38970/958/896</w:t>
        <w:br/>
        <w:t>f 38972/960/898 38868/856/798 38854/842/784</w:t>
        <w:br/>
        <w:t>f 38940/927/865 38972/960/898 38854/842/784</w:t>
        <w:br/>
        <w:t>f 38882/870/812 38875/863/805 38883/871/813</w:t>
        <w:br/>
        <w:t>f 38882/870/812 38883/871/813 38904/892/832</w:t>
        <w:br/>
        <w:t>f 38923/910/848 38921/909/847 38920/908/846</w:t>
        <w:br/>
        <w:t>f 38973/961/899 38911/899/839 38926/914/852</w:t>
        <w:br/>
        <w:t>f 38923/910/848 38920/908/846 38889/878/819</w:t>
        <w:br/>
        <w:t>f 38974/962/900 38864/852/794 38863/850/792</w:t>
        <w:br/>
        <w:t>f 38975/963/901 38864/852/794 38974/962/900</w:t>
        <w:br/>
        <w:t>f 38876/864/806 38974/962/900 38863/850/792</w:t>
        <w:br/>
        <w:t>f 38878/865/807 38868/856/798 38972/960/898</w:t>
        <w:br/>
        <w:t>f 38890/877/818 38887/875/816 38888/876/817</w:t>
        <w:br/>
        <w:t>f 38976/964/902 38904/892/832 38903/891/831</w:t>
        <w:br/>
        <w:t>f 38977/965/903 38904/892/832 38976/964/902</w:t>
        <w:br/>
        <w:t>f 38882/870/812 38904/892/832 38977/965/903</w:t>
        <w:br/>
        <w:t>f 38912/900/840 38911/899/839 38973/961/899</w:t>
        <w:br/>
        <w:t>f 38924/913/851 38921/909/847 38922/911/849</w:t>
        <w:br/>
        <w:t>f 38973/961/899 38926/914/852 38978/966/851</w:t>
        <w:br/>
        <w:t>f 38923/910/848 38889/878/819 38890/877/818</w:t>
        <w:br/>
        <w:t>f 38976/964/902 38903/891/831 38912/900/840</w:t>
        <w:br/>
        <w:t>f 38945/934/872 38946/933/871 38969/959/897</w:t>
        <w:br/>
        <w:t>f 38979/967/904 38945/934/872 38969/959/897</w:t>
        <w:br/>
        <w:t>f 38587/650/593 38981/968/905 38980/969/906</w:t>
        <w:br/>
        <w:t>f 38858/848/790 38857/843/785 38855/845/787</w:t>
        <w:br/>
        <w:t>f 38869/858/800 38984/970/907 38983/971/908</w:t>
        <w:br/>
        <w:t>f 38982/972/909 38869/858/800 38983/971/908</w:t>
        <w:br/>
        <w:t>f 38982/972/909 38985/973/910 38865/855/797</w:t>
        <w:br/>
        <w:t>f 38869/858/800 38982/972/909 38865/855/797</w:t>
        <w:br/>
        <w:t>f 38929/917/855 38848/838/780 38865/855/797</w:t>
        <w:br/>
        <w:t>f 38985/973/910 38929/917/855 38865/855/797</w:t>
        <w:br/>
        <w:t>f 38987/974/911 38986/975/912 38870/857/913</w:t>
        <w:br/>
        <w:t>f 38955/942/880 38426/485/434 38423/488/437</w:t>
        <w:br/>
        <w:t>f 38672/735/678 38955/942/880 38423/488/437</w:t>
        <w:br/>
        <w:t>f 38423/488/437 38424/487/436 38427/490/439</w:t>
        <w:br/>
        <w:t>f 38428/489/438 38423/488/437 38427/490/439</w:t>
        <w:br/>
        <w:t>f 39016/976/914 39015/977/915 38604/668/611</w:t>
        <w:br/>
        <w:t>f 38589/653/596 39017/978/916 38957/944/882</w:t>
        <w:br/>
        <w:t>f 38398/457/406 39019/979/917 39018/980/918</w:t>
        <w:br/>
        <w:t>f 38697/758/701 38398/457/406 39018/980/918</w:t>
        <w:br/>
        <w:t>f 39018/980/918 39019/979/917 39020/981/919</w:t>
        <w:br/>
        <w:t>f 38668/730/673 39018/980/918 39020/981/919</w:t>
        <w:br/>
        <w:t>f 38812/799/741 38813/798/740 38942/929/867</w:t>
        <w:br/>
        <w:t>f 38806/797/739 38812/799/741 38942/929/867</w:t>
        <w:br/>
        <w:t>f 38813/798/740 38827/814/756 38838/826/768</w:t>
        <w:br/>
        <w:t>f 38942/929/867 38813/798/740 38838/826/768</w:t>
        <w:br/>
        <w:t>f 38937/924/862 38938/923/861 38807/796/738</w:t>
        <w:br/>
        <w:t>f 38950/939/877 38937/924/862 38807/796/738</w:t>
        <w:br/>
        <w:t>f 38812/799/741 38938/923/861 38935/926/864</w:t>
        <w:br/>
        <w:t>f 38811/800/742 38812/799/741 38935/926/864</w:t>
        <w:br/>
        <w:t>f 38838/826/768 38827/814/756 38817/804/746</w:t>
        <w:br/>
        <w:t>f 38835/824/766 38838/826/768 38817/804/746</w:t>
        <w:br/>
        <w:t>f 38463/522/471 38460/525/474 38452/517/466</w:t>
        <w:br/>
        <w:t>f 38453/516/465 38463/522/471 38452/517/466</w:t>
        <w:br/>
        <w:t>f 38457/520/469 38661/722/665 38463/522/471</w:t>
        <w:br/>
        <w:t>f 38453/516/465 38457/520/469 38463/522/471</w:t>
        <w:br/>
        <w:t>f 39021/982/920 38663/726/669 38460/525/474</w:t>
        <w:br/>
        <w:t>f 38461/524/473 39021/982/920 38460/525/474</w:t>
        <w:br/>
        <w:t>f 39022/983/921 38962/950/888 38663/726/669</w:t>
        <w:br/>
        <w:t>f 39021/982/920 39022/983/921 38663/726/669</w:t>
        <w:br/>
        <w:t>f 38481/546/495 38482/545/494 38660/723/666</w:t>
        <w:br/>
        <w:t>f 38661/722/665 38481/546/495 38660/723/666</w:t>
        <w:br/>
        <w:t>f 38654/715/658 38655/714/657 39023/984/922</w:t>
        <w:br/>
        <w:t>f 38815/802/744 38654/715/658 39023/984/922</w:t>
        <w:br/>
        <w:t>f 38828/819/761 39025/985/923 39024/986/924</w:t>
        <w:br/>
        <w:t>f 38831/816/758 38828/819/761 39024/986/924</w:t>
        <w:br/>
        <w:t>f 38945/934/872 39026/987/925 38652/717/660</w:t>
        <w:br/>
        <w:t>f 38653/716/659 38945/934/872 38652/717/660</w:t>
        <w:br/>
        <w:t>f 38815/802/744 39023/984/922 39025/985/923</w:t>
        <w:br/>
        <w:t>f 38828/819/761 38815/802/744 39025/985/923</w:t>
        <w:br/>
        <w:t>f 38979/967/904 39027/988/926 39026/987/925</w:t>
        <w:br/>
        <w:t>f 38945/934/872 38979/967/904 39026/987/925</w:t>
        <w:br/>
        <w:t>f 38831/816/758 39024/986/924 39028/989/927</w:t>
        <w:br/>
        <w:t>f 38843/833/775 38831/816/758 39028/989/927</w:t>
        <w:br/>
        <w:t>f 38957/944/882 38597/658/601 38589/653/596</w:t>
        <w:br/>
        <w:t>f 38407/472/421 38603/665/608 38674/738/681</w:t>
        <w:br/>
        <w:t>f 38410/469/418 38407/472/421 38674/738/681</w:t>
        <w:br/>
        <w:t>f 38603/665/608 38406/465/414 38403/468/417</w:t>
        <w:br/>
        <w:t>f 38674/738/681 38603/665/608 38403/468/417</w:t>
        <w:br/>
        <w:t>f 38959/947/885 38676/736/679 38674/738/681</w:t>
        <w:br/>
        <w:t>f 38403/468/417 38959/947/885 38674/738/681</w:t>
        <w:br/>
        <w:t>f 38595/657/600 38408/471/420 38409/470/419</w:t>
        <w:br/>
        <w:t>f 38411/475/424 38595/657/600 38409/470/419</w:t>
        <w:br/>
        <w:t>f 38368/432/381 38595/657/600 38411/475/424</w:t>
        <w:br/>
        <w:t>f 38370/430/379 38368/432/381 38411/475/424</w:t>
        <w:br/>
        <w:t>f 38367/428/377 38573/636/579 38574/635/578</w:t>
        <w:br/>
        <w:t>f 38356/417/366 38367/428/377 38574/635/578</w:t>
        <w:br/>
        <w:t>f 38598/660/603 38600/661/604 38378/437/386</w:t>
        <w:br/>
        <w:t>f 38380/441/390 38598/660/603 38378/437/386</w:t>
        <w:br/>
        <w:t>f 38381/444/393 38377/438/387 38599/662/605</w:t>
        <w:br/>
        <w:t>f 38643/705/648 38381/444/393 38599/662/605</w:t>
        <w:br/>
        <w:t>f 38336/401/350 38337/400/349 38498/561/510</w:t>
        <w:br/>
        <w:t>f 38981/968/905 38336/401/350 38498/561/510</w:t>
        <w:br/>
        <w:t>f 38498/561/510 38499/560/509 39030/990/928</w:t>
        <w:br/>
        <w:t>f 39029/991/929 38498/561/510 39030/990/928</w:t>
        <w:br/>
        <w:t>f 38417/479/428 38581/644/587 39030/990/928</w:t>
        <w:br/>
        <w:t>f 38499/560/509 38417/479/428 39030/990/928</w:t>
        <w:br/>
        <w:t>f 38332/397/346 38417/479/428 38499/560/509</w:t>
        <w:br/>
        <w:t>f 38335/394/343 38332/397/346 38499/560/509</w:t>
        <w:br/>
        <w:t>f 39021/982/920 38662/724/667 38966/954/892</w:t>
        <w:br/>
        <w:t>f 39022/983/921 39021/982/920 38966/954/892</w:t>
        <w:br/>
        <w:t>f 38662/724/667 39021/982/920 38461/524/473</w:t>
        <w:br/>
        <w:t>f 38648/712/655 38662/724/667 38461/524/473</w:t>
        <w:br/>
        <w:t>f 38648/712/655 38461/524/473 38462/523/472</w:t>
        <w:br/>
        <w:t>f 38650/710/653 38648/712/655 38462/523/472</w:t>
        <w:br/>
        <w:t>f 38650/710/653 38462/523/472 38660/723/666</w:t>
        <w:br/>
        <w:t>f 38646/709/652 38650/710/653 38660/723/666</w:t>
        <w:br/>
        <w:t>f 38646/709/652 38660/723/666 38482/545/494</w:t>
        <w:br/>
        <w:t>f 38624/685/628 38646/709/652 38482/545/494</w:t>
        <w:br/>
        <w:t>f 38624/685/628 38482/545/494 38483/544/493</w:t>
        <w:br/>
        <w:t>f 38623/686/629 38624/685/628 38483/544/493</w:t>
        <w:br/>
        <w:t>f 38705/768/711 38703/764/707 38709/771/714</w:t>
        <w:br/>
        <w:t>f 38485/548/497 38705/768/711 38709/771/714</w:t>
        <w:br/>
        <w:t>f 38703/764/707 38705/768/711 38706/767/710</w:t>
        <w:br/>
        <w:t>f 38702/765/708 38703/764/707 38706/767/710</w:t>
        <w:br/>
        <w:t>f 39032/992/930 38980/969/906 38981/968/905</w:t>
        <w:br/>
        <w:t>f 39031/993/931 39032/992/930 38981/968/905</w:t>
        <w:br/>
        <w:t>f 39034/994/932 39031/993/931 39029/991/929</w:t>
        <w:br/>
        <w:t>f 39033/995/933 39034/994/932 39029/991/929</w:t>
        <w:br/>
        <w:t>f 38631/692/635 38422/481/430 39033/995/933</w:t>
        <w:br/>
        <w:t>f 39035/996/934 38631/692/635 39033/995/933</w:t>
        <w:br/>
        <w:t>f 39035/996/934 39036/997/935 38669/731/674</w:t>
        <w:br/>
        <w:t>f 38631/692/635 39035/996/934 38669/731/674</w:t>
        <w:br/>
        <w:t>f 38684/746/689 38669/731/674 39036/997/935</w:t>
        <w:br/>
        <w:t>f 39037/998/936 38684/746/689 39036/997/935</w:t>
        <w:br/>
        <w:t>f 39037/998/936 39038/999/937 38683/744/687</w:t>
        <w:br/>
        <w:t>f 38684/746/689 39037/998/936 38683/744/687</w:t>
        <w:br/>
        <w:t>f 38682/745/688 38683/744/687 39038/999/937</w:t>
        <w:br/>
        <w:t>f 39039/1000/938 38682/745/688 39038/999/937</w:t>
        <w:br/>
        <w:t>f 39039/1000/938 39040/1001/939 38613/675/618</w:t>
        <w:br/>
        <w:t>f 38682/745/688 39039/1000/938 38613/675/618</w:t>
        <w:br/>
        <w:t>f 39040/1001/939 39041/1002/940 38496/559/508</w:t>
        <w:br/>
        <w:t>f 38613/675/618 39040/1001/939 38496/559/508</w:t>
        <w:br/>
        <w:t>f 38351/410/359 38496/559/508 39041/1002/940</w:t>
        <w:br/>
        <w:t>f 39042/1003/941 38351/410/359 39041/1002/940</w:t>
        <w:br/>
        <w:t>f 39042/1003/941 39043/1004/942 38350/411/360</w:t>
        <w:br/>
        <w:t>f 38351/410/359 39042/1003/941 38350/411/360</w:t>
        <w:br/>
        <w:t>f 38793/781/724 38350/411/360 39043/1004/942</w:t>
        <w:br/>
        <w:t>f 39044/1005/943 38793/781/724 39043/1004/942</w:t>
        <w:br/>
        <w:t>f 38790/777/720 38793/781/724 39044/1005/943</w:t>
        <w:br/>
        <w:t>f 39045/1006/944 38790/777/720 39044/1005/943</w:t>
        <w:br/>
        <w:t>f 39045/1006/944 38360/422/371 38789/778/721</w:t>
        <w:br/>
        <w:t>f 38790/777/720 39045/1006/944 38789/778/721</w:t>
        <w:br/>
        <w:t>f 38791/779/722 38789/778/721 38360/422/371</w:t>
        <w:br/>
        <w:t>f 38361/421/370 38791/779/722 38360/422/371</w:t>
        <w:br/>
        <w:t>f 38361/421/370 38577/638/581 38968/956/894</w:t>
        <w:br/>
        <w:t>f 38791/779/722 38361/421/370 38968/956/894</w:t>
        <w:br/>
        <w:t>f 38419/484/433 39034/994/932 39033/995/933</w:t>
        <w:br/>
        <w:t>f 38422/481/430 38419/484/433 39033/995/933</w:t>
        <w:br/>
        <w:t>f 39034/994/932 38419/484/433 38952/940/878</w:t>
        <w:br/>
        <w:t>f 39046/1007/945 39034/994/932 38952/940/878</w:t>
        <w:br/>
        <w:t>f 38354/419/368 38355/418/367 38360/422/371</w:t>
        <w:br/>
        <w:t>f 39045/1006/944 38354/419/368 38360/422/371</w:t>
        <w:br/>
        <w:t>f 39045/1006/944 39044/1005/943 38792/780/723</w:t>
        <w:br/>
        <w:t>f 38354/419/368 39045/1006/944 38792/780/723</w:t>
        <w:br/>
        <w:t>f 38579/641/584 38792/780/723 39044/1005/943</w:t>
        <w:br/>
        <w:t>f 39043/1004/942 38579/641/584 39044/1005/943</w:t>
        <w:br/>
        <w:t>f 38578/642/585 38579/641/584 39043/1004/942</w:t>
        <w:br/>
        <w:t>f 39042/1003/941 38578/642/585 39043/1004/942</w:t>
        <w:br/>
        <w:t>f 39042/1003/941 39041/1002/940 38680/743/686</w:t>
        <w:br/>
        <w:t>f 38578/642/585 39042/1003/941 38680/743/686</w:t>
        <w:br/>
        <w:t>f 38681/742/685 38680/743/686 39041/1002/940</w:t>
        <w:br/>
        <w:t>f 39040/1001/939 38681/742/685 39041/1002/940</w:t>
        <w:br/>
        <w:t>f 39040/1001/939 39039/1000/938 38627/688/631</w:t>
        <w:br/>
        <w:t>f 38681/742/685 39040/1001/939 38627/688/631</w:t>
        <w:br/>
        <w:t>f 38626/689/632 38627/688/631 39039/1000/938</w:t>
        <w:br/>
        <w:t>f 39038/999/937 38626/689/632 39039/1000/938</w:t>
        <w:br/>
        <w:t>f 39038/999/937 39037/998/936 38582/643/586</w:t>
        <w:br/>
        <w:t>f 38626/689/632 39038/999/937 38582/643/586</w:t>
        <w:br/>
        <w:t>f 38582/643/586 39037/998/936 39036/997/935</w:t>
        <w:br/>
        <w:t>f 38581/644/587 38582/643/586 39036/997/935</w:t>
        <w:br/>
        <w:t>f 38581/644/587 39036/997/935 39035/996/934</w:t>
        <w:br/>
        <w:t>f 39030/990/928 38581/644/587 39035/996/934</w:t>
        <w:br/>
        <w:t>f 39035/996/934 39033/995/933 39029/991/929</w:t>
        <w:br/>
        <w:t>f 39030/990/928 39035/996/934 39029/991/929</w:t>
        <w:br/>
        <w:t>f 38355/418/367 38356/417/366 38574/635/578</w:t>
        <w:br/>
        <w:t>f 38359/423/372 38355/418/367 38574/635/578</w:t>
        <w:br/>
        <w:t>f 38576/639/582 38359/423/372 38574/635/578</w:t>
        <w:br/>
        <w:t>f 38575/634/577 38576/639/582 38574/635/578</w:t>
        <w:br/>
        <w:t>f 39031/993/931 38981/968/905 38498/561/510</w:t>
        <w:br/>
        <w:t>f 39029/991/929 39031/993/931 38498/561/510</w:t>
        <w:br/>
        <w:t>f 38471/534/483 38484/543/492 38481/546/495</w:t>
        <w:br/>
        <w:t>f 38458/519/468 38471/534/483 38481/546/495</w:t>
        <w:br/>
        <w:t>f 38484/543/492 38471/534/483 38478/541/490</w:t>
        <w:br/>
        <w:t>f 38486/547/496 38484/543/492 38478/541/490</w:t>
        <w:br/>
        <w:t>f 38704/769/712 38479/540/489 38953/941/879</w:t>
        <w:br/>
        <w:t>f 38707/766/709 38704/769/712 38953/941/879</w:t>
        <w:br/>
        <w:t>f 39046/1007/945 39032/992/930 39031/993/931</w:t>
        <w:br/>
        <w:t>f 39034/994/932 39046/1007/945 39031/993/931</w:t>
        <w:br/>
        <w:t>f 38458/519/468 38481/546/495 38661/722/665</w:t>
        <w:br/>
        <w:t>f 38457/520/469 38458/519/468 38661/722/665</w:t>
        <w:br/>
        <w:t>f 38671/732/675 38614/679/622 38569/631/574</w:t>
        <w:br/>
        <w:t>f 38671/732/675 38569/631/574 38517/579/527</w:t>
        <w:br/>
        <w:t>f 38670/733/676 38671/732/675 38517/579/527</w:t>
        <w:br/>
        <w:t>f 38670/733/676 38517/579/527 38516/577/525</w:t>
        <w:br/>
        <w:t>f 38798/786/728 38670/733/676 38516/577/525</w:t>
        <w:br/>
        <w:t>f 38798/786/728 38516/577/525 38571/633/576</w:t>
        <w:br/>
        <w:t>f 38795/785/727 38798/786/728 38571/633/576</w:t>
        <w:br/>
        <w:t>f 38795/785/727 38571/633/576 38494/556/505</w:t>
        <w:br/>
        <w:t>f 38797/783/725 38795/785/727 38494/556/505</w:t>
        <w:br/>
        <w:t>f 38956/945/883 39047/1008/946 38600/661/604</w:t>
        <w:br/>
        <w:t>f 38598/660/603 38956/945/883 38600/661/604</w:t>
        <w:br/>
        <w:t>f 39047/1008/946 39048/1009/947 38599/662/605</w:t>
        <w:br/>
        <w:t>f 38600/661/604 39047/1008/946 38599/662/605</w:t>
        <w:br/>
        <w:t>f 38643/705/648 38599/662/605 39048/1009/947</w:t>
        <w:br/>
        <w:t>f 39049/1010/948 38643/705/648 39048/1009/947</w:t>
        <w:br/>
        <w:t>f 38385/446/395 38643/705/648 39049/1010/948</w:t>
        <w:br/>
        <w:t>f 39050/1011/949 38385/446/395 39049/1010/948</w:t>
        <w:br/>
        <w:t>f 38385/446/395 39050/1011/949 39051/1012/950</w:t>
        <w:br/>
        <w:t>f 38384/447/396 38385/446/395 39051/1012/950</w:t>
        <w:br/>
        <w:t>f 39051/1012/950 39052/1013/951 38588/649/592</w:t>
        <w:br/>
        <w:t>f 38384/447/396 39051/1012/950 38588/649/592</w:t>
        <w:br/>
        <w:t>f 39052/1013/951 39053/1014/952 38339/398/347</w:t>
        <w:br/>
        <w:t>f 38588/649/592 39052/1013/951 38339/398/347</w:t>
        <w:br/>
        <w:t>f 39053/1014/952 39054/1015/953 38338/399/348</w:t>
        <w:br/>
        <w:t>f 38339/398/347 39053/1014/952 38338/399/348</w:t>
        <w:br/>
        <w:t>f 38334/395/344 38338/399/348 39054/1015/953</w:t>
        <w:br/>
        <w:t>f 39055/1016/954 38334/395/344 39054/1015/953</w:t>
        <w:br/>
        <w:t>f 38334/395/344 39055/1016/954 39056/1017/955</w:t>
        <w:br/>
        <w:t>f 38333/396/345 38334/395/344 39056/1017/955</w:t>
        <w:br/>
        <w:t>f 39056/1017/955 39057/1018/956 38607/669/612</w:t>
        <w:br/>
        <w:t>f 38333/396/345 39056/1017/955 38607/669/612</w:t>
        <w:br/>
        <w:t>f 39057/1018/956 39058/1019/957 38331/392/341</w:t>
        <w:br/>
        <w:t>f 38607/669/612 39057/1018/956 38331/392/341</w:t>
        <w:br/>
        <w:t>f 39058/1019/957 39059/1020/958 38330/393/342</w:t>
        <w:br/>
        <w:t>f 38331/392/341 39058/1019/957 38330/393/342</w:t>
        <w:br/>
        <w:t>f 39059/1020/958 39060/1021/959 38602/663/606</w:t>
        <w:br/>
        <w:t>f 38330/393/342 39059/1020/958 38602/663/606</w:t>
        <w:br/>
        <w:t>f 39060/1021/959 39061/1022/960 38593/654/597</w:t>
        <w:br/>
        <w:t>f 38602/663/606 39060/1021/959 38593/654/597</w:t>
        <w:br/>
        <w:t>f 39061/1022/960 39062/1023/961 38586/647/590</w:t>
        <w:br/>
        <w:t>f 38593/654/597 39061/1022/960 38586/647/590</w:t>
        <w:br/>
        <w:t>f 39062/1023/961 39063/1024/962 38585/648/591</w:t>
        <w:br/>
        <w:t>f 38586/647/590 39062/1023/961 38585/648/591</w:t>
        <w:br/>
        <w:t>f 39066/1025/963 39065/1026/964 39064/1027/965</w:t>
        <w:br/>
        <w:t>f 38585/648/591 39066/1025/963 39064/1027/965</w:t>
        <w:br/>
        <w:t>f 39065/1026/964 39067/1028/966 38365/425/374</w:t>
        <w:br/>
        <w:t>f 39064/1027/965 39065/1026/964 38365/425/374</w:t>
        <w:br/>
        <w:t>f 39067/1028/966 39068/1029/967 38364/426/375</w:t>
        <w:br/>
        <w:t>f 38365/425/374 39067/1028/966 38364/426/375</w:t>
        <w:br/>
        <w:t>f 39017/978/916 38590/652/595 38364/426/375</w:t>
        <w:br/>
        <w:t>f 39068/1029/967 39017/978/916 38364/426/375</w:t>
        <w:br/>
        <w:t>f 38589/653/596 38590/652/595 39017/978/916</w:t>
        <w:br/>
        <w:t>f 38980/969/906 38673/734/677 38587/650/593</w:t>
        <w:br/>
        <w:t>f 38336/401/350 38981/968/905 38587/650/593</w:t>
        <w:br/>
        <w:t>f 38585/648/591 39064/1027/965 38344/409/358</w:t>
        <w:br/>
        <w:t>f 38345/408/357 38585/648/591 38344/409/358</w:t>
        <w:br/>
        <w:t>f 39064/1027/965 38365/425/374 38362/424/373</w:t>
        <w:br/>
        <w:t>f 38344/409/358 39064/1027/965 38362/424/373</w:t>
        <w:br/>
        <w:t>f 39072/1030/968 39071/1031/969 39070/1032/970</w:t>
        <w:br/>
        <w:t>f 39069/1033/971 39072/1030/968 39070/1032/970</w:t>
        <w:br/>
        <w:t>f 39074/1034/972 39073/1035/973 39069/1033/971</w:t>
        <w:br/>
        <w:t>f 39070/1032/970 39074/1034/972 39069/1033/971</w:t>
        <w:br/>
        <w:t>f 39076/1036/974 39075/1037/975 39071/1031/969</w:t>
        <w:br/>
        <w:t>f 39072/1030/968 39076/1036/974 39071/1031/969</w:t>
        <w:br/>
        <w:t>f 39080/1038/976 39079/1039/977 39078/1040/978</w:t>
        <w:br/>
        <w:t>f 39077/1041/979 39080/1038/976 39078/1040/978</w:t>
        <w:br/>
        <w:t>f 39082/1042/980 39078/1040/978 39079/1039/977</w:t>
        <w:br/>
        <w:t>f 39081/1043/981 39082/1042/980 39079/1039/977</w:t>
        <w:br/>
        <w:t>f 39084/1044/982 39080/1038/976 39077/1041/979</w:t>
        <w:br/>
        <w:t>f 39083/1045/983 39084/1044/982 39077/1041/979</w:t>
        <w:br/>
        <w:t>f 39086/1046/984 39082/1042/980 39081/1043/981</w:t>
        <w:br/>
        <w:t>f 39085/1047/985 39086/1046/984 39081/1043/981</w:t>
        <w:br/>
        <w:t>f 39088/1048/986 39086/1046/984 39085/1047/985</w:t>
        <w:br/>
        <w:t>f 39087/1049/987 39088/1048/986 39085/1047/985</w:t>
        <w:br/>
        <w:t>f 39092/1050/988 39091/1051/989 39090/1052/990</w:t>
        <w:br/>
        <w:t>f 39089/1053/991 39092/1050/988 39090/1052/990</w:t>
        <w:br/>
        <w:t>f 39093/1054/992 39089/1053/991 39090/1052/990</w:t>
        <w:br/>
        <w:t>f 39094/1055/993 39093/1054/992 39090/1052/990</w:t>
        <w:br/>
        <w:t>f 39095/1056/994 39093/1054/992 39094/1055/993</w:t>
        <w:br/>
        <w:t>f 39096/1057/995 39095/1056/994 39094/1055/993</w:t>
        <w:br/>
        <w:t>f 39074/1034/972 39095/1056/994 39096/1057/995</w:t>
        <w:br/>
        <w:t>f 39073/1035/973 39074/1034/972 39096/1057/995</w:t>
        <w:br/>
        <w:t>f 39100/1058/996 39099/1059/997 39098/1060/998</w:t>
        <w:br/>
        <w:t>f 39097/1061/999 39100/1058/996 39098/1060/998</w:t>
        <w:br/>
        <w:t>f 39083/1045/983 39098/1060/998 39099/1059/997</w:t>
        <w:br/>
        <w:t>f 39084/1044/982 39083/1045/983 39099/1059/997</w:t>
        <w:br/>
        <w:t>f 39087/1049/987 39075/1037/975 39076/1036/974</w:t>
        <w:br/>
        <w:t>f 39088/1048/986 39087/1049/987 39076/1036/974</w:t>
        <w:br/>
        <w:t>f 39069/1033/971 38836/823/765 38833/821/763</w:t>
        <w:br/>
        <w:t>f 39072/1030/968 39069/1033/971 38833/821/763</w:t>
        <w:br/>
        <w:t>f 39077/1041/979 39078/1040/978 39023/984/922</w:t>
        <w:br/>
        <w:t>f 38655/714/657 39077/1041/979 39023/984/922</w:t>
        <w:br/>
        <w:t>f 39024/986/924 39025/985/923 39082/1042/980</w:t>
        <w:br/>
        <w:t>f 39086/1046/984 39024/986/924 39082/1042/980</w:t>
        <w:br/>
        <w:t>f 38809/794/736 39094/1055/993 39090/1052/990</w:t>
        <w:br/>
        <w:t>f 38808/795/737 38809/794/736 39090/1052/990</w:t>
        <w:br/>
        <w:t>f 38836/823/765 39069/1033/971 39073/1035/973</w:t>
        <w:br/>
        <w:t>f 38837/825/767 38836/823/765 39073/1035/973</w:t>
        <w:br/>
        <w:t>f 38652/717/660 39026/987/925 39098/1060/998</w:t>
        <w:br/>
        <w:t>f 39083/1045/983 38652/717/660 39098/1060/998</w:t>
        <w:br/>
        <w:t>f 39025/985/923 39023/984/922 39078/1040/978</w:t>
        <w:br/>
        <w:t>f 39082/1042/980 39025/985/923 39078/1040/978</w:t>
        <w:br/>
        <w:t>f 39094/1055/993 38809/794/736 38941/930/868</w:t>
        <w:br/>
        <w:t>f 39096/1057/995 39094/1055/993 38941/930/868</w:t>
        <w:br/>
        <w:t>f 39096/1057/995 38941/930/868 38837/825/767</w:t>
        <w:br/>
        <w:t>f 39073/1035/973 39096/1057/995 38837/825/767</w:t>
        <w:br/>
        <w:t>f 38697/758/701 39018/980/918 39084/1044/982</w:t>
        <w:br/>
        <w:t>f 39099/1059/997 38697/758/701 39084/1044/982</w:t>
        <w:br/>
        <w:t>f 39080/1038/976 39084/1044/982 39018/980/918</w:t>
        <w:br/>
        <w:t>f 38668/730/673 39080/1038/976 39018/980/918</w:t>
        <w:br/>
        <w:t>f 39079/1039/977 39080/1038/976 38668/730/673</w:t>
        <w:br/>
        <w:t>f 38667/729/672 39079/1039/977 38668/730/673</w:t>
        <w:br/>
        <w:t>f 38667/729/672 38437/501/450 39081/1043/981</w:t>
        <w:br/>
        <w:t>f 39079/1039/977 38667/729/672 39081/1043/981</w:t>
        <w:br/>
        <w:t>f 39085/1047/985 39081/1043/981 38437/501/450</w:t>
        <w:br/>
        <w:t>f 38438/500/449 39085/1047/985 38437/501/450</w:t>
        <w:br/>
        <w:t>f 39087/1049/987 39085/1047/985 38438/500/449</w:t>
        <w:br/>
        <w:t>f 38645/706/649 39087/1049/987 38438/500/449</w:t>
        <w:br/>
        <w:t>f 38473/538/487 39071/1031/969 39075/1037/975</w:t>
        <w:br/>
        <w:t>f 38476/535/484 38473/538/487 39075/1037/975</w:t>
        <w:br/>
        <w:t>f 38449/512/461 39070/1032/970 39071/1031/969</w:t>
        <w:br/>
        <w:t>f 38473/538/487 38449/512/461 39071/1031/969</w:t>
        <w:br/>
        <w:t>f 38450/511/460 39074/1034/972 39070/1032/970</w:t>
        <w:br/>
        <w:t>f 38449/512/461 38450/511/460 39070/1032/970</w:t>
        <w:br/>
        <w:t>f 39074/1034/972 38450/511/460 38658/721/664</w:t>
        <w:br/>
        <w:t>f 39095/1056/994 39074/1034/972 38658/721/664</w:t>
        <w:br/>
        <w:t>f 38658/721/664 38444/509/458 39093/1054/992</w:t>
        <w:br/>
        <w:t>f 39095/1056/994 38658/721/664 39093/1054/992</w:t>
        <w:br/>
        <w:t>f 38444/509/458 38445/508/457 39089/1053/991</w:t>
        <w:br/>
        <w:t>f 39093/1054/992 38444/509/458 39089/1053/991</w:t>
        <w:br/>
        <w:t>f 39087/1049/987 38645/706/649 38476/535/484</w:t>
        <w:br/>
        <w:t>f 39075/1037/975 39087/1049/987 38476/535/484</w:t>
        <w:br/>
        <w:t>f 38846/835/777 39028/989/927 39088/1048/986</w:t>
        <w:br/>
        <w:t>f 38834/820/762 39076/1036/974 39072/1030/968</w:t>
        <w:br/>
        <w:t>f 38833/821/763 38834/820/762 39072/1030/968</w:t>
        <w:br/>
        <w:t>f 39028/989/927 39024/986/924 39086/1046/984</w:t>
        <w:br/>
        <w:t>f 39088/1048/986 39028/989/927 39086/1046/984</w:t>
        <w:br/>
        <w:t>f 38808/795/737 39090/1052/990 39091/1051/989</w:t>
        <w:br/>
        <w:t>f 38951/938/876 38808/795/737 39091/1051/989</w:t>
        <w:br/>
        <w:t>f 38445/508/457 38656/718/661 39092/1050/988</w:t>
        <w:br/>
        <w:t>f 39089/1053/991 38445/508/457 39092/1050/988</w:t>
        <w:br/>
        <w:t>f 39026/987/925 39027/988/926 39097/1061/999</w:t>
        <w:br/>
        <w:t>f 39098/1060/998 39026/987/925 39097/1061/999</w:t>
        <w:br/>
        <w:t>f 39099/1059/997 39100/1058/996 38696/759/702</w:t>
        <w:br/>
        <w:t>f 38697/758/701 39099/1059/997 38696/759/702</w:t>
        <w:br/>
        <w:t>f 38655/714/657 38652/717/660 39083/1045/983</w:t>
        <w:br/>
        <w:t>f 39077/1041/979 38655/714/657 39083/1045/983</w:t>
        <w:br/>
        <w:t>f 38787/775/718 38797/783/725 38494/556/505</w:t>
        <w:br/>
        <w:t>f 38489/554/503 38628/691/634 38786/776/719</w:t>
        <w:br/>
        <w:t>f 38495/555/504 38489/554/503 38786/776/719</w:t>
        <w:br/>
        <w:t>f 38673/734/677 38980/969/906 39101/1062/1000</w:t>
        <w:br/>
        <w:t>f 38672/735/678 38673/734/677 39101/1062/1000</w:t>
        <w:br/>
        <w:t>f 38786/776/719 39103/1063/1001 39102/1064/1002</w:t>
        <w:br/>
        <w:t>f 38787/775/718 38786/776/719 39102/1064/1002</w:t>
        <w:br/>
        <w:t>f 39105/1065/1003 39102/1064/1002 39103/1063/1001</w:t>
        <w:br/>
        <w:t>f 39104/1066/1004 39105/1065/1003 39103/1063/1001</w:t>
        <w:br/>
        <w:t>f 39107/1067/1005 39105/1065/1003 39104/1066/1004</w:t>
        <w:br/>
        <w:t>f 39106/1068/1006 39107/1067/1005 39104/1066/1004</w:t>
        <w:br/>
        <w:t>f 39101/1062/1000 39109/1069/1007 39108/1070/1008</w:t>
        <w:br/>
        <w:t>f 38954/943/881 39101/1062/1000 39108/1070/1008</w:t>
        <w:br/>
        <w:t>f 39106/1068/1006 39108/1070/1008 39109/1069/1007</w:t>
        <w:br/>
        <w:t>f 39107/1067/1005 39106/1068/1006 39109/1069/1007</w:t>
        <w:br/>
        <w:t>f 39104/1066/1004 39103/1063/1001 38629/690/633</w:t>
        <w:br/>
        <w:t>f 38702/765/708 39104/1066/1004 38629/690/633</w:t>
        <w:br/>
        <w:t>f 38706/767/710 38707/766/709 39108/1070/1008</w:t>
        <w:br/>
        <w:t>f 39106/1068/1006 38706/767/710 39108/1070/1008</w:t>
        <w:br/>
        <w:t>f 38796/784/726 38797/783/725 38787/775/718</w:t>
        <w:br/>
        <w:t>f 39102/1064/1002 38796/784/726 38787/775/718</w:t>
        <w:br/>
        <w:t>f 39107/1067/1005 39109/1069/1007 39032/992/930</w:t>
        <w:br/>
        <w:t>f 39046/1007/945 39107/1067/1005 39032/992/930</w:t>
        <w:br/>
        <w:t>f 39103/1063/1001 38786/776/719 38628/691/634</w:t>
        <w:br/>
        <w:t>f 38629/690/633 39103/1063/1001 38628/691/634</w:t>
        <w:br/>
        <w:t>f 38952/940/878 38796/784/726 39102/1064/1002</w:t>
        <w:br/>
        <w:t>f 39105/1065/1003 38952/940/878 39102/1064/1002</w:t>
        <w:br/>
        <w:t>f 38702/765/708 38706/767/710 39106/1068/1006</w:t>
        <w:br/>
        <w:t>f 39104/1066/1004 38702/765/708 39106/1068/1006</w:t>
        <w:br/>
        <w:t>f 39046/1007/945 38952/940/878 39105/1065/1003</w:t>
        <w:br/>
        <w:t>f 39107/1067/1005 39046/1007/945 39105/1065/1003</w:t>
        <w:br/>
        <w:t>f 38707/766/709 38953/941/879 38954/943/881</w:t>
        <w:br/>
        <w:t>f 39108/1070/1008 38707/766/709 38954/943/881</w:t>
        <w:br/>
        <w:t>f 39109/1069/1007 39101/1062/1000 38980/969/906</w:t>
        <w:br/>
        <w:t>f 39032/992/930 39109/1069/1007 38980/969/906</w:t>
        <w:br/>
        <w:t>f 38672/735/678 39101/1062/1000 38954/943/881</w:t>
        <w:br/>
        <w:t>f 38955/942/880 38672/735/678 38954/943/881</w:t>
        <w:br/>
        <w:t>f 38614/679/622 38671/732/675 38617/676/619</w:t>
        <w:br/>
        <w:t>f 39110/1071/1009 38933/920/858 38934/919/857</w:t>
        <w:br/>
        <w:t>f 39111/1072/1010 39110/1071/1009 38934/919/857</w:t>
        <w:br/>
        <w:t>f 38442/505/454 38668/730/673 39020/981/919</w:t>
        <w:br/>
        <w:t>f 38393/454/403 38442/505/454 39020/981/919</w:t>
        <w:br/>
        <w:t>f 39115/1073/1011 39114/1074/1012 39113/1075/1013</w:t>
        <w:br/>
        <w:t>f 39112/1076/1014 39115/1073/1011 39113/1075/1013</w:t>
        <w:br/>
        <w:t>f 39117/1077/1015 39113/1075/1013 39114/1074/1012</w:t>
        <w:br/>
        <w:t>f 39116/1078/1016 39117/1077/1015 39114/1074/1012</w:t>
        <w:br/>
        <w:t>f 39019/979/917 39115/1073/1011 39112/1076/1014</w:t>
        <w:br/>
        <w:t>f 39020/981/919 39019/979/917 39112/1076/1014</w:t>
        <w:br/>
        <w:t>f 39116/1078/1016 39119/1079/1017 39118/1080/1018</w:t>
        <w:br/>
        <w:t>f 39117/1077/1015 39116/1078/1016 39118/1080/1018</w:t>
        <w:br/>
        <w:t>f 39119/1079/1017 39016/976/914 38605/667/610</w:t>
        <w:br/>
        <w:t>f 39118/1080/1018 39119/1079/1017 38605/667/610</w:t>
        <w:br/>
        <w:t>f 39112/1076/1014 39113/1075/1013 38400/461/410</w:t>
        <w:br/>
        <w:t>f 38392/455/404 39112/1076/1014 38400/461/410</w:t>
        <w:br/>
        <w:t>f 39118/1080/1018 38605/667/610 38560/623/567</w:t>
        <w:br/>
        <w:t>f 38932/921/859 38933/920/858 39119/1079/1017</w:t>
        <w:br/>
        <w:t>f 39116/1078/1016 38932/921/859 39119/1079/1017</w:t>
        <w:br/>
        <w:t>f 38561/622/566 38400/461/410 39113/1075/1013</w:t>
        <w:br/>
        <w:t>f 39117/1077/1015 38561/622/566 39113/1075/1013</w:t>
        <w:br/>
        <w:t>f 39116/1078/1016 39114/1074/1012 38414/477/426</w:t>
        <w:br/>
        <w:t>f 38932/921/859 39116/1078/1016 38414/477/426</w:t>
        <w:br/>
        <w:t>f 39114/1074/1012 39115/1073/1011 38395/460/409</w:t>
        <w:br/>
        <w:t>f 38414/477/426 39114/1074/1012 38395/460/409</w:t>
        <w:br/>
        <w:t>f 38398/457/406 38395/460/409 39115/1073/1011</w:t>
        <w:br/>
        <w:t>f 39019/979/917 38398/457/406 39115/1073/1011</w:t>
        <w:br/>
        <w:t>f 38393/454/403 39020/981/919 39112/1076/1014</w:t>
        <w:br/>
        <w:t>f 38392/455/404 38393/454/403 39112/1076/1014</w:t>
        <w:br/>
        <w:t>f 39119/1079/1017 38933/920/858 39016/976/914</w:t>
        <w:br/>
        <w:t>f 39118/1080/1018 38560/623/567 38561/622/566</w:t>
        <w:br/>
        <w:t>f 39117/1077/1015 39118/1080/1018 38561/622/566</w:t>
        <w:br/>
        <w:t>f 39016/976/914 38604/668/611 38605/667/610</w:t>
        <w:br/>
        <w:t>f 38712/774/717 39120/1081/1019 38563/626/570</w:t>
        <w:br/>
        <w:t>f 38541/604/548 38542/603/547 38549/612/557</w:t>
        <w:br/>
        <w:t>f 38504/567/515 38505/566/515 38530/591/537</w:t>
        <w:br/>
        <w:t>f 38531/590/537 38504/567/515 38530/591/537</w:t>
        <w:br/>
        <w:t>f 38570/632/575 38526/587/534 38501/563/512</w:t>
        <w:br/>
        <w:t>f 38502/562/511 38570/632/575 38501/563/512</w:t>
        <w:br/>
        <w:t>f 38471/534/483 38472/533/482 38477/542/491</w:t>
        <w:br/>
        <w:t>f 38478/541/490 38471/534/483 38477/542/491</w:t>
        <w:br/>
        <w:t>f 38704/769/712 38705/768/711 38485/548/497</w:t>
        <w:br/>
        <w:t>f 38486/547/496 38704/769/712 38485/548/497</w:t>
        <w:br/>
        <w:t>f 38488/549/498 38622/687/630 38618/683/626</w:t>
        <w:br/>
        <w:t>f 38619/682/625 38488/549/498 38618/683/626</w:t>
        <w:br/>
        <w:t>f 38622/687/630 38623/686/629 38709/771/714</w:t>
        <w:br/>
        <w:t>f 38618/683/626 38622/687/630 38709/771/714</w:t>
        <w:br/>
        <w:t>f 38623/686/629 38483/544/493 38485/548/497</w:t>
        <w:br/>
        <w:t>f 38709/771/714 38623/686/629 38485/548/497</w:t>
        <w:br/>
        <w:t>f 38479/540/489 38704/769/712 38486/547/496</w:t>
        <w:br/>
        <w:t>f 38478/541/490 38479/540/489 38486/547/496</w:t>
        <w:br/>
        <w:t>f 38475/536/485 38480/539/488 38477/542/491</w:t>
        <w:br/>
        <w:t>f 38487/550/499 38488/549/498 38619/682/625</w:t>
        <w:br/>
        <w:t>f 38490/553/502 38487/550/499 38619/682/625</w:t>
        <w:br/>
        <w:t>f 39124/1082/1020 39123/1083/1021 39122/1084/1022</w:t>
        <w:br/>
        <w:t>f 39121/1085/1023 39124/1082/1020 39122/1084/1022</w:t>
        <w:br/>
        <w:t>f 38943/932/1024 39125/1086/1025 38818/809/751</w:t>
        <w:br/>
        <w:t>f 38819/808/750 38943/932/1024 38818/809/751</w:t>
        <w:br/>
        <w:t>f 39127/1087/1026 38825/810/752 38822/813/755</w:t>
        <w:br/>
        <w:t>f 39126/1088/1027 39127/1087/1026 38822/813/755</w:t>
        <w:br/>
        <w:t>f 39129/1089/1028 39128/1090/1029 39123/1083/1021</w:t>
        <w:br/>
        <w:t>f 39124/1082/1020 39129/1089/1028 39123/1083/1021</w:t>
        <w:br/>
        <w:t>f 38971/957/895 38946/933/871 38802/793/735</w:t>
        <w:br/>
        <w:t>f 38803/792/734 38971/957/895 38802/793/735</w:t>
        <w:br/>
        <w:t>f 38827/814/756 38813/798/740 38810/801/743</w:t>
        <w:br/>
        <w:t>f 38826/815/757 38827/814/756 38810/801/743</w:t>
        <w:br/>
        <w:t>f 38824/811/753 39128/1090/1029 39129/1089/1028</w:t>
        <w:br/>
        <w:t>f 38823/812/754 38824/811/753 39129/1089/1028</w:t>
        <w:br/>
        <w:t>f 39130/1091/1030 38814/803/745 38829/818/760</w:t>
        <w:br/>
        <w:t>f 38947/935/873 39130/1091/1030 38829/818/760</w:t>
        <w:br/>
        <w:t>f 39133/1092/1031 39132/1093/1032 39131/1094/1033</w:t>
        <w:br/>
        <w:t>f 39134/1095/1034 39133/1092/1031 39131/1094/1033</w:t>
        <w:br/>
        <w:t>f 39138/1096/1035 39137/1097/1036 39136/1098/1037</w:t>
        <w:br/>
        <w:t>f 39135/1099/1038 39138/1096/1035 39136/1098/1037</w:t>
        <w:br/>
        <w:t>f 38804/791/733 38805/790/732 38814/803/745</w:t>
        <w:br/>
        <w:t>f 39130/1091/1030 38804/791/733 38814/803/745</w:t>
        <w:br/>
        <w:t>f 39131/1094/1033 39132/1093/1032 38840/828/770</w:t>
        <w:br/>
        <w:t>f 38841/827/769 39131/1094/1033 38840/828/770</w:t>
        <w:br/>
        <w:t>f 39140/1100/1039 39134/1095/1034 39139/1101/1040</w:t>
        <w:br/>
        <w:t>f 38820/807/749 38821/806/748 39142/1102/1041</w:t>
        <w:br/>
        <w:t>f 39141/1103/1042 38820/807/749 39142/1102/1041</w:t>
        <w:br/>
        <w:t>f 39137/1097/1036 39127/1087/1026 39126/1088/1027</w:t>
        <w:br/>
        <w:t>f 39136/1098/1037 39137/1097/1036 39126/1088/1027</w:t>
        <w:br/>
        <w:t>f 38800/788/730 38949/937/875 38799/789/731</w:t>
        <w:br/>
        <w:t>f 39028/989/927 38846/835/777 38847/834/776</w:t>
        <w:br/>
        <w:t>f 38843/833/775 39028/989/927 38847/834/776</w:t>
        <w:br/>
        <w:t>f 38843/833/775 38847/834/776 38948/936/874</w:t>
        <w:br/>
        <w:t>f 38845/831/773 38843/833/775 38948/936/874</w:t>
        <w:br/>
        <w:t>f 39139/1101/1040 39121/1085/1023 39140/1100/1039</w:t>
        <w:br/>
        <w:t>f 39088/1048/986 39076/1036/974 38846/835/777</w:t>
        <w:br/>
        <w:t>f 39076/1036/974 38834/820/762 38846/835/777</w:t>
        <w:br/>
        <w:t>f 38984/970/907 38987/974/1043 39143/1104/1044</w:t>
        <w:br/>
        <w:t>f 38983/971/908 38984/970/907 39143/1104/1044</w:t>
        <w:br/>
        <w:t>f 38984/970/1045 39144/1105/1046 38870/857/1047</w:t>
        <w:br/>
        <w:t>f 39140/1100/1039 39133/1092/1031 39134/1095/1034</w:t>
        <w:br/>
        <w:t>f 39121/1085/1023 39122/1084/1022 39140/1100/1039</w:t>
        <w:br/>
        <w:t>f 38708/770/713 38701/761/704 38480/539/488</w:t>
        <w:br/>
        <w:t>f 38645/706/649 38644/707/650 38708/770/713</w:t>
        <w:br/>
        <w:t>f 38438/500/449 38439/499/448 38644/707/650</w:t>
        <w:br/>
        <w:t>f 38439/499/448 38701/761/704 38644/707/650</w:t>
        <w:br/>
        <w:t>f 38644/707/650 38701/761/704 38708/770/713</w:t>
        <w:br/>
        <w:t>f 39147/1106/1048 39146/1107/1049 39145/1108/1050</w:t>
        <w:br/>
        <w:t>f 39148/1109/1051 39147/1106/1048 39145/1108/1050</w:t>
        <w:br/>
        <w:t>f 39146/1107/1049 39147/1106/1048 39149/1110/1052</w:t>
        <w:br/>
        <w:t>f 39150/1111/1053 39146/1107/1049 39149/1110/1052</w:t>
        <w:br/>
        <w:t>f 39153/1112/1054 39152/1113/1055 39151/1114/1056</w:t>
        <w:br/>
        <w:t>f 39154/1115/1057 39153/1112/1054 39151/1114/1056</w:t>
        <w:br/>
        <w:t>f 39157/1116/1058 39156/1117/1059 39155/1118/1060</w:t>
        <w:br/>
        <w:t>f 39158/1119/1061 39157/1116/1058 39155/1118/1060</w:t>
        <w:br/>
        <w:t>f 39158/1119/1061 39155/1118/1060 39159/1120/1062</w:t>
        <w:br/>
        <w:t>f 39160/1121/1063 39158/1119/1061 39159/1120/1062</w:t>
        <w:br/>
        <w:t>f 39163/1122/1064 39162/1123/1065 39161/1124/1066</w:t>
        <w:br/>
        <w:t>f 39166/1125/1067 39165/1126/1068 39164/1127/1069</w:t>
        <w:br/>
        <w:t>f 39167/1128/1070 39166/1125/1067 39164/1127/1069</w:t>
        <w:br/>
        <w:t>f 39167/1128/1070 39169/1129/1071 39168/1130/1072</w:t>
        <w:br/>
        <w:t>f 39166/1125/1067 39167/1128/1070 39168/1130/1072</w:t>
        <w:br/>
        <w:t>f 39172/1131/1073 39171/1132/1074 39170/1133/1075</w:t>
        <w:br/>
        <w:t>f 39173/1134/1076 39172/1131/1073 39170/1133/1075</w:t>
        <w:br/>
        <w:t>f 39176/1135/1077 39175/1136/1078 39174/1137/1079</w:t>
        <w:br/>
        <w:t>f 39177/1138/1080 39176/1135/1077 39174/1137/1079</w:t>
        <w:br/>
        <w:t>f 39180/1139/1081 39179/1140/1082 39178/1141/1083</w:t>
        <w:br/>
        <w:t>f 39181/1142/1084 39180/1139/1081 39178/1141/1083</w:t>
        <w:br/>
        <w:t>f 39184/1143/1085 39183/1144/1086 39182/1145/1087</w:t>
        <w:br/>
        <w:t>f 39185/1146/1088 39184/1143/1085 39182/1145/1087</w:t>
        <w:br/>
        <w:t>f 39188/1147/1089 39187/1148/1090 39186/1149/1091</w:t>
        <w:br/>
        <w:t>f 39189/1150/1092 39188/1147/1089 39186/1149/1091</w:t>
        <w:br/>
        <w:t>f 39155/1118/1060 39191/1151/1093 39190/1152/1094</w:t>
        <w:br/>
        <w:t>f 39194/1153/1095 39193/1154/1096 39192/1155/1097</w:t>
        <w:br/>
        <w:t>f 39195/1156/1098 39194/1153/1095 39192/1155/1097</w:t>
        <w:br/>
        <w:t>f 39191/1151/1093 39155/1118/1060 39156/1117/1059</w:t>
        <w:br/>
        <w:t>f 39196/1157/1099 39191/1151/1093 39156/1117/1059</w:t>
        <w:br/>
        <w:t>f 39194/1153/1095 39198/1158/1100 39197/1159/1101</w:t>
        <w:br/>
        <w:t>f 39199/1160/1102 39194/1153/1095 39197/1159/1101</w:t>
        <w:br/>
        <w:t>f 39185/1146/1088 39182/1145/1087 39192/1155/1097</w:t>
        <w:br/>
        <w:t>f 39200/1161/1103 39185/1146/1088 39192/1155/1097</w:t>
        <w:br/>
        <w:t>f 39203/1162/1104 39202/1163/1105 39201/1164/1106</w:t>
        <w:br/>
        <w:t>f 39200/1161/1103 39203/1162/1104 39201/1164/1106</w:t>
        <w:br/>
        <w:t>f 39203/1162/1104 39200/1161/1103 39204/1165/1107</w:t>
        <w:br/>
        <w:t>f 39205/1166/1108 39203/1162/1104 39204/1165/1107</w:t>
        <w:br/>
        <w:t>f 39205/1166/1108 39207/1167/1109 39206/1168/1110</w:t>
        <w:br/>
        <w:t>f 39208/1169/1111 39205/1166/1108 39206/1168/1110</w:t>
        <w:br/>
        <w:t>f 39211/1170/1112 39210/1171/1113 39209/1172/1114</w:t>
        <w:br/>
        <w:t>f 39212/1173/1115 39211/1170/1112 39209/1172/1114</w:t>
        <w:br/>
        <w:t>f 39215/1174/1116 39214/1175/1117 39213/1176/1118</w:t>
        <w:br/>
        <w:t>f 39216/1177/1119 39215/1174/1116 39213/1176/1118</w:t>
        <w:br/>
        <w:t>f 39218/1178/1120 39217/1179/1121 39210/1171/1113</w:t>
        <w:br/>
        <w:t>f 39211/1170/1112 39218/1178/1120 39210/1171/1113</w:t>
        <w:br/>
        <w:t>f 39214/1175/1117 39215/1174/1116 39219/1180/1122</w:t>
        <w:br/>
        <w:t>f 39220/1181/1123 39214/1175/1117 39219/1180/1122</w:t>
        <w:br/>
        <w:t>f 39223/1182/1124 39222/1183/1125 39221/1184/1126</w:t>
        <w:br/>
        <w:t>f 39224/1185/1127 39223/1182/1124 39221/1184/1126</w:t>
        <w:br/>
        <w:t>f 39227/1186/1128 39226/1187/1129 39225/1188/1130</w:t>
        <w:br/>
        <w:t>f 39228/1189/1131 39227/1186/1128 39225/1188/1130</w:t>
        <w:br/>
        <w:t>f 39231/1190/1132 39230/1191/1133 39229/1192/1134</w:t>
        <w:br/>
        <w:t>f 39232/1193/1135 39231/1190/1132 39229/1192/1134</w:t>
        <w:br/>
        <w:t>f 38396/459/408 38397/458/407 39233/1194/1136</w:t>
        <w:br/>
        <w:t>f 39234/1195/1137 38396/459/408 39233/1194/1136</w:t>
        <w:br/>
        <w:t>f 39232/1193/1135 39236/1196/1138 39235/1197/1139</w:t>
        <w:br/>
        <w:t>f 39231/1190/1132 39232/1193/1135 39235/1197/1139</w:t>
        <w:br/>
        <w:t>f 39227/1186/1128 39238/1198/1140 39237/1199/1141</w:t>
        <w:br/>
        <w:t>f 39226/1187/1129 39227/1186/1128 39237/1199/1141</w:t>
        <w:br/>
        <w:t>f 39241/1200/1142 39240/1201/1143 39239/1202/1144</w:t>
        <w:br/>
        <w:t>f 39242/1203/1145 39241/1200/1142 39239/1202/1144</w:t>
        <w:br/>
        <w:t>f 39245/1204/1146 39244/1205/1147 39243/1206/1148</w:t>
        <w:br/>
        <w:t>f 39246/1207/1149 39245/1204/1146 39243/1206/1148</w:t>
        <w:br/>
        <w:t>f 39206/1168/1110 38412/474/423 38413/473/422</w:t>
        <w:br/>
        <w:t>f 39247/1208/1150 39206/1168/1110 38413/473/422</w:t>
        <w:br/>
        <w:t>f 39248/1209/1151 38415/476/425 38396/459/408</w:t>
        <w:br/>
        <w:t>f 39234/1195/1137 39248/1209/1151 38396/459/408</w:t>
        <w:br/>
        <w:t>f 39173/1134/1076 39250/1210/1152 39249/1211/1153</w:t>
        <w:br/>
        <w:t>f 39251/1212/1154 39173/1134/1076 39249/1211/1153</w:t>
        <w:br/>
        <w:t>f 39254/1213/1155 39253/1214/1156 39252/1215/1157</w:t>
        <w:br/>
        <w:t>f 39255/1216/1158 39254/1213/1155 39252/1215/1157</w:t>
        <w:br/>
        <w:t>f 39258/1217/1159 39257/1218/1160 39256/1219/1161</w:t>
        <w:br/>
        <w:t>f 39259/1220/1162 39258/1217/1159 39256/1219/1161</w:t>
        <w:br/>
        <w:t>f 39260/1221/1163 39224/1185/1127 39221/1184/1126</w:t>
        <w:br/>
        <w:t>f 39261/1222/1164 39260/1221/1163 39221/1184/1126</w:t>
        <w:br/>
        <w:t>f 39264/1223/1165 39263/1224/1166 39262/1225/1167</w:t>
        <w:br/>
        <w:t>f 39265/1226/1168 39264/1223/1165 39262/1225/1167</w:t>
        <w:br/>
        <w:t>f 39268/1227/1169 39267/1228/1170 39266/1229/1171</w:t>
        <w:br/>
        <w:t>f 39269/1230/1172 39268/1227/1169 39266/1229/1171</w:t>
        <w:br/>
        <w:t>f 39271/1231/1173 39270/1232/1174 39266/1229/1171</w:t>
        <w:br/>
        <w:t>f 39272/1233/1175 39271/1231/1173 39266/1229/1171</w:t>
        <w:br/>
        <w:t>f 39263/1224/1166 39264/1223/1165 39273/1234/1176</w:t>
        <w:br/>
        <w:t>f 39274/1235/1177 39263/1224/1166 39273/1234/1176</w:t>
        <w:br/>
        <w:t>f 39267/1228/1170 39268/1227/1169 39275/1236/1178</w:t>
        <w:br/>
        <w:t>f 39276/1237/1179 39267/1228/1170 39275/1236/1178</w:t>
        <w:br/>
        <w:t>f 39279/1238/1180 39278/1239/1181 39277/1240/1182</w:t>
        <w:br/>
        <w:t>f 39280/1241/1183 39279/1238/1180 39277/1240/1182</w:t>
        <w:br/>
        <w:t>f 39283/1242/1184 39282/1243/1185 39281/1244/1186</w:t>
        <w:br/>
        <w:t>f 39284/1245/1187 39283/1242/1184 39281/1244/1186</w:t>
        <w:br/>
        <w:t>f 39287/1246/1188 39286/1247/1189 39285/1248/1190</w:t>
        <w:br/>
        <w:t>f 39288/1249/1191 39287/1246/1188 39285/1248/1190</w:t>
        <w:br/>
        <w:t>f 39291/1250/1192 39290/1251/1193 39289/1252/1194</w:t>
        <w:br/>
        <w:t>f 39292/1253/1195 39291/1250/1192 39289/1252/1194</w:t>
        <w:br/>
        <w:t>f 39295/1254/1196 39294/1255/1197 39293/1256/1198</w:t>
        <w:br/>
        <w:t>f 39296/1257/1199 39295/1254/1196 39293/1256/1198</w:t>
        <w:br/>
        <w:t>f 39299/1258/1200 39298/1259/1201 39297/1260/1202</w:t>
        <w:br/>
        <w:t>f 39300/1261/1203 39299/1258/1200 39297/1260/1202</w:t>
        <w:br/>
        <w:t>f 39303/1262/1204 39302/1263/1205 39301/1264/1206</w:t>
        <w:br/>
        <w:t>f 39290/1251/1193 39305/1265/1207 39304/1266/1208</w:t>
        <w:br/>
        <w:t>f 39289/1252/1194 39290/1251/1193 39304/1266/1208</w:t>
        <w:br/>
        <w:t>f 39308/1267/1209 39307/1268/1210 39306/1269/1211</w:t>
        <w:br/>
        <w:t>f 39309/1270/1212 39308/1267/1209 39306/1269/1211</w:t>
        <w:br/>
        <w:t>f 39312/1271/1213 39311/1272/1214 39310/1273/1215</w:t>
        <w:br/>
        <w:t>f 39313/1274/1216 39312/1271/1213 39310/1273/1215</w:t>
        <w:br/>
        <w:t>f 39316/1275/1217 39315/1276/1218 39314/1277/1219</w:t>
        <w:br/>
        <w:t>f 39317/1278/1220 39316/1275/1217 39314/1277/1219</w:t>
        <w:br/>
        <w:t>f 39318/1279/1221 39314/1277/1219 39315/1276/1218</w:t>
        <w:br/>
        <w:t>f 39319/1280/1222 39318/1279/1221 39315/1276/1218</w:t>
        <w:br/>
        <w:t>f 39321/1281/1223 39320/1282/1224 39303/1262/1204</w:t>
        <w:br/>
        <w:t>f 39301/1264/1206 39321/1281/1223 39303/1262/1204</w:t>
        <w:br/>
        <w:t>f 39324/1283/1225 39323/1284/1226 39322/1285/1227</w:t>
        <w:br/>
        <w:t>f 39325/1286/1228 39324/1283/1225 39322/1285/1227</w:t>
        <w:br/>
        <w:t>f 39328/1287/1229 39327/1288/1230 39326/1289/1231</w:t>
        <w:br/>
        <w:t>f 39330/1290/1232 39329/1291/1233 39189/1150/1092</w:t>
        <w:br/>
        <w:t>f 39186/1149/1091 39330/1290/1232 39189/1150/1092</w:t>
        <w:br/>
        <w:t>f 39331/1292/1234 39170/1133/1075 39176/1135/1077</w:t>
        <w:br/>
        <w:t>f 39332/1293/1235 39331/1292/1234 39176/1135/1077</w:t>
        <w:br/>
        <w:t>f 39335/1294/1236 39334/1295/1237 39333/1296/1238</w:t>
        <w:br/>
        <w:t>f 39338/1297/1239 39337/1298/1239 39336/1299/1240</w:t>
        <w:br/>
        <w:t>f 39339/1300/1241 39338/1297/1239 39336/1299/1240</w:t>
        <w:br/>
        <w:t>f 39340/1301/1242 39339/1300/1241 39336/1299/1240</w:t>
        <w:br/>
        <w:t>f 39342/1302/1243 39341/1303/1244 39340/1301/1242</w:t>
        <w:br/>
        <w:t>f 39334/1295/1237 39339/1300/1241 39341/1303/1244</w:t>
        <w:br/>
        <w:t>f 39343/1304/1245 39334/1295/1237 39341/1303/1244</w:t>
        <w:br/>
        <w:t>f 39341/1303/1244 39342/1302/1243 39343/1304/1245</w:t>
        <w:br/>
        <w:t>f 39345/1305/1246 39344/1306/1247 39343/1304/1245</w:t>
        <w:br/>
        <w:t>f 39342/1302/1243 39345/1305/1246 39343/1304/1245</w:t>
        <w:br/>
        <w:t>f 39347/1307/1248 39343/1304/1245 39346/1308/1249</w:t>
        <w:br/>
        <w:t>f 39349/1309/1250 39348/1310/1251 39334/1295/1237</w:t>
        <w:br/>
        <w:t>f 39349/1309/1250 39350/1311/1252 39348/1310/1251</w:t>
        <w:br/>
        <w:t>f 39351/1312/1253 39347/1307/1248 39346/1308/1249</w:t>
        <w:br/>
        <w:t>f 39354/1313/1254 39353/1314/1255 39352/1315/1256</w:t>
        <w:br/>
        <w:t>f 39344/1306/1247 39345/1305/1246 39352/1315/1256</w:t>
        <w:br/>
        <w:t>f 39353/1314/1255 39344/1306/1247 39352/1315/1256</w:t>
        <w:br/>
        <w:t>f 39357/1316/1257 39356/1317/1258 39355/1318/1259</w:t>
        <w:br/>
        <w:t>f 39348/1310/1251 39359/1319/1260 39358/1320/1261</w:t>
        <w:br/>
        <w:t>f 39359/1319/1260 39360/1321/1262 39358/1320/1261</w:t>
        <w:br/>
        <w:t>f 39363/1322/1263 39362/1323/1264 39361/1324/1264</w:t>
        <w:br/>
        <w:t>f 39364/1325/1263 39363/1322/1263 39361/1324/1264</w:t>
        <w:br/>
        <w:t>f 39364/1325/1263 39366/1326/1265 39365/1327/1265</w:t>
        <w:br/>
        <w:t>f 39363/1322/1263 39364/1325/1263 39365/1327/1265</w:t>
        <w:br/>
        <w:t>f 39366/1326/1265 39368/1328/1266 39367/1329/1267</w:t>
        <w:br/>
        <w:t>f 39365/1327/1265 39366/1326/1265 39367/1329/1267</w:t>
        <w:br/>
        <w:t>f 39368/1328/1266 39370/1330/1268 39369/1331/1269</w:t>
        <w:br/>
        <w:t>f 39367/1329/1267 39368/1328/1266 39369/1331/1269</w:t>
        <w:br/>
        <w:t>f 39372/1332/1270 39359/1319/1260 39371/1333/1271</w:t>
        <w:br/>
        <w:t>f 39370/1330/1268 39327/1288/1230 39328/1287/1229</w:t>
        <w:br/>
        <w:t>f 39369/1331/1269 39370/1330/1268 39328/1287/1229</w:t>
        <w:br/>
        <w:t>f 39375/1334/1272 39374/1335/1273 39373/1336/1274</w:t>
        <w:br/>
        <w:t>f 39376/1337/1275 39375/1334/1272 39373/1336/1274</w:t>
        <w:br/>
        <w:t>f 39378/1338/1276 39377/1339/1277 39373/1336/1274</w:t>
        <w:br/>
        <w:t>f 39379/1340/1278 39378/1338/1276 39373/1336/1274</w:t>
        <w:br/>
        <w:t>f 39380/1341/1279 39378/1338/1276 39379/1340/1278</w:t>
        <w:br/>
        <w:t>f 39381/1342/1280 39380/1341/1279 39379/1340/1278</w:t>
        <w:br/>
        <w:t>f 39373/1336/1274 39374/1335/1273 39161/1124/1281</w:t>
        <w:br/>
        <w:t>f 39161/1124/1281 39381/1342/1280 39379/1340/1278</w:t>
        <w:br/>
        <w:t>f 39161/1124/1281 39355/1318/1259 39381/1342/1280</w:t>
        <w:br/>
        <w:t>f 39355/1318/1259 39380/1341/1279 39381/1342/1280</w:t>
        <w:br/>
        <w:t>f 39383/1343/1282 39382/1344/1283 39374/1335/1273</w:t>
        <w:br/>
        <w:t>f 39386/1345/1284 39385/1346/1285 39384/1347/1286</w:t>
        <w:br/>
        <w:t>f 39161/1124/1281 39374/1335/1273 39384/1347/1286</w:t>
        <w:br/>
        <w:t>f 39385/1346/1285 39388/1348/1287 39387/1349/1288</w:t>
        <w:br/>
        <w:t>f 39391/1350/1289 39390/1351/1290 39389/1352/1289</w:t>
        <w:br/>
        <w:t>f 39309/1270/1212 39283/1242/1184 39284/1245/1187</w:t>
        <w:br/>
        <w:t>f 39308/1267/1209 39309/1270/1212 39284/1245/1187</w:t>
        <w:br/>
        <w:t>f 39394/1353/1291 39393/1354/1292 39392/1355/1293</w:t>
        <w:br/>
        <w:t>f 39395/1356/1294 39394/1353/1291 39392/1355/1293</w:t>
        <w:br/>
        <w:t>f 39348/1310/1251 39358/1320/1261 39334/1295/1237</w:t>
        <w:br/>
        <w:t>f 39397/1357/1295 39163/1122/1064 39396/1358/1296</w:t>
        <w:br/>
        <w:t>f 39382/1344/1283 39386/1345/1284 39374/1335/1273</w:t>
        <w:br/>
        <w:t>f 39386/1345/1284 39382/1344/1283 39398/1359/1297</w:t>
        <w:br/>
        <w:t>f 39400/1360/1298 39388/1348/1287 39399/1361/1267</w:t>
        <w:br/>
        <w:t>f 39373/1336/1274 39161/1124/1281 39379/1340/1278</w:t>
        <w:br/>
        <w:t>f 39357/1316/1257 39401/1362/1299 39356/1317/1258</w:t>
        <w:br/>
        <w:t>f 39357/1316/1257 39355/1318/1259 39161/1124/1281</w:t>
        <w:br/>
        <w:t>f 39347/1307/1248 39351/1312/1253 39402/1363/1300</w:t>
        <w:br/>
        <w:t>f 39403/1364/1301 39358/1320/1261 39360/1321/1262</w:t>
        <w:br/>
        <w:t>f 39334/1295/1237 39335/1294/1236 39339/1300/1241</w:t>
        <w:br/>
        <w:t>f 39359/1319/1260 39372/1332/1270 39360/1321/1262</w:t>
        <w:br/>
        <w:t>f 39327/1288/1230 39359/1319/1260 39404/1365/1302</w:t>
        <w:br/>
        <w:t>f 39406/1366/1303 39405/1367/1304 38575/634/577</w:t>
        <w:br/>
        <w:t>f 38572/637/580 39406/1366/1303 38575/634/577</w:t>
        <w:br/>
        <w:t>f 39199/1160/1102 39197/1159/1101 38577/638/581</w:t>
        <w:br/>
        <w:t>f 38576/639/582 39199/1160/1102 38577/638/581</w:t>
        <w:br/>
        <w:t>f 39408/1368/1305 39183/1144/1086 39407/1369/1306</w:t>
        <w:br/>
        <w:t>f 39409/1370/1307 39408/1368/1305 39407/1369/1306</w:t>
        <w:br/>
        <w:t>f 39250/1210/1152 39411/1371/1308 39410/1372/1309</w:t>
        <w:br/>
        <w:t>f 39249/1211/1153 39250/1210/1152 39410/1372/1309</w:t>
        <w:br/>
        <w:t>f 39203/1162/1104 39205/1166/1108 39208/1169/1111</w:t>
        <w:br/>
        <w:t>f 39412/1373/1310 39203/1162/1104 39208/1169/1111</w:t>
        <w:br/>
        <w:t>f 39192/1155/1097 39193/1154/1096 39204/1165/1107</w:t>
        <w:br/>
        <w:t>f 39200/1161/1103 39192/1155/1097 39204/1165/1107</w:t>
        <w:br/>
        <w:t>f 39183/1144/1086 39184/1143/1085 39413/1374/1311</w:t>
        <w:br/>
        <w:t>f 39407/1369/1306 39183/1144/1086 39413/1374/1311</w:t>
        <w:br/>
        <w:t>f 39184/1143/1085 39415/1375/1312 39414/1376/1313</w:t>
        <w:br/>
        <w:t>f 39413/1374/1311 39184/1143/1085 39414/1376/1313</w:t>
        <w:br/>
        <w:t>f 39416/1377/1314 39223/1182/1124 39224/1185/1127</w:t>
        <w:br/>
        <w:t>f 39417/1378/1315 39416/1377/1314 39224/1185/1127</w:t>
        <w:br/>
        <w:t>f 39419/1379/1316 39412/1373/1310 39418/1380/1317</w:t>
        <w:br/>
        <w:t>f 39420/1381/1318 39419/1379/1316 39418/1380/1317</w:t>
        <w:br/>
        <w:t>f 39413/1374/1311 39414/1376/1313 39421/1382/1319</w:t>
        <w:br/>
        <w:t>f 39422/1383/1320 39413/1374/1311 39421/1382/1319</w:t>
        <w:br/>
        <w:t>f 39207/1167/1109 39406/1366/1303 38572/637/580</w:t>
        <w:br/>
        <w:t>f 38594/656/599 39207/1167/1109 38572/637/580</w:t>
        <w:br/>
        <w:t>f 39205/1166/1108 39204/1165/1107 39406/1366/1303</w:t>
        <w:br/>
        <w:t>f 39207/1167/1109 39205/1166/1108 39406/1366/1303</w:t>
        <w:br/>
        <w:t>f 39412/1373/1310 39208/1169/1111 39423/1384/1321</w:t>
        <w:br/>
        <w:t>f 39418/1380/1317 39412/1373/1310 39423/1384/1321</w:t>
        <w:br/>
        <w:t>f 39425/1385/1322 39424/1386/1323 39420/1381/1318</w:t>
        <w:br/>
        <w:t>f 39424/1386/1323 39210/1171/1113 39217/1179/1121</w:t>
        <w:br/>
        <w:t>f 39426/1387/1324 39424/1386/1323 39217/1179/1121</w:t>
        <w:br/>
        <w:t>f 39214/1175/1117 39428/1388/1325 39427/1389/1326</w:t>
        <w:br/>
        <w:t>f 39213/1176/1118 39214/1175/1117 39427/1389/1326</w:t>
        <w:br/>
        <w:t>f 39422/1383/1320 39421/1382/1319 39429/1390/1327</w:t>
        <w:br/>
        <w:t>f 39430/1391/1328 39422/1383/1320 39429/1390/1327</w:t>
        <w:br/>
        <w:t>f 39412/1373/1310 39419/1379/1316 39202/1163/1105</w:t>
        <w:br/>
        <w:t>f 39203/1162/1104 39412/1373/1310 39202/1163/1105</w:t>
        <w:br/>
        <w:t>f 39245/1204/1146 39425/1385/1322 39418/1380/1317</w:t>
        <w:br/>
        <w:t>f 39423/1384/1321 39245/1204/1146 39418/1380/1317</w:t>
        <w:br/>
        <w:t>f 39431/1392/1329 39212/1173/1115 39209/1172/1114</w:t>
        <w:br/>
        <w:t>f 39246/1207/1149 39431/1392/1329 39209/1172/1114</w:t>
        <w:br/>
        <w:t>f 39238/1198/1140 39239/1202/1144 39240/1201/1143</w:t>
        <w:br/>
        <w:t>f 39237/1199/1141 39238/1198/1140 39240/1201/1143</w:t>
        <w:br/>
        <w:t>f 39236/1196/1138 39392/1355/1293 39393/1354/1292</w:t>
        <w:br/>
        <w:t>f 39235/1197/1139 39236/1196/1138 39393/1354/1292</w:t>
        <w:br/>
        <w:t>f 39433/1393/1330 39394/1353/1291 39432/1394/1331</w:t>
        <w:br/>
        <w:t>f 38604/668/611 39433/1393/1330 39432/1394/1331</w:t>
        <w:br/>
        <w:t>f 39251/1212/1154 39434/1395/1332 39172/1131/1073</w:t>
        <w:br/>
        <w:t>f 39173/1134/1076 39251/1212/1154 39172/1131/1073</w:t>
        <w:br/>
        <w:t>f 39150/1111/1053 39436/1396/1333 39435/1397/1334</w:t>
        <w:br/>
        <w:t>f 39146/1107/1049 39150/1111/1053 39435/1397/1334</w:t>
        <w:br/>
        <w:t>f 39148/1109/1051 39145/1108/1050 39437/1398/1335</w:t>
        <w:br/>
        <w:t>f 39438/1399/1336 39148/1109/1051 39437/1398/1335</w:t>
        <w:br/>
        <w:t>f 39436/1396/1333 39329/1291/1233 39439/1400/1337</w:t>
        <w:br/>
        <w:t>f 39435/1397/1334 39436/1396/1333 39439/1400/1337</w:t>
        <w:br/>
        <w:t>f 39329/1291/1233 39330/1290/1232 39440/1401/1338</w:t>
        <w:br/>
        <w:t>f 39439/1400/1337 39329/1291/1233 39440/1401/1338</w:t>
        <w:br/>
        <w:t>f 39443/1402/1339 39442/1403/1340 39441/1404/1341</w:t>
        <w:br/>
        <w:t>f 39444/1405/1342 39443/1402/1339 39441/1404/1341</w:t>
        <w:br/>
        <w:t>f 39152/1113/1055 39153/1112/1054 39150/1111/1053</w:t>
        <w:br/>
        <w:t>f 39149/1110/1052 39152/1113/1055 39150/1111/1053</w:t>
        <w:br/>
        <w:t>f 39447/1406/1343 39446/1407/1344 39445/1408/1345</w:t>
        <w:br/>
        <w:t>f 39448/1409/1346 39447/1406/1343 39445/1408/1345</w:t>
        <w:br/>
        <w:t>f 39451/1410/1347 39450/1411/1348 39449/1412/1349</w:t>
        <w:br/>
        <w:t>f 39452/1413/1350 39451/1410/1347 39449/1412/1349</w:t>
        <w:br/>
        <w:t>f 39453/1414/1351 39164/1127/1069 39165/1126/1068</w:t>
        <w:br/>
        <w:t>f 39454/1415/1352 39453/1414/1351 39165/1126/1068</w:t>
        <w:br/>
        <w:t>f 39446/1407/1344 39456/1416/1353 39455/1417/1354</w:t>
        <w:br/>
        <w:t>f 39445/1408/1345 39446/1407/1344 39455/1417/1354</w:t>
        <w:br/>
        <w:t>f 39170/1133/1075 39171/1132/1074 39175/1136/1078</w:t>
        <w:br/>
        <w:t>f 39176/1135/1077 39170/1133/1075 39175/1136/1078</w:t>
        <w:br/>
        <w:t>f 39458/1418/1355 39457/1419/1356 39252/1215/1157</w:t>
        <w:br/>
        <w:t>f 39253/1214/1156 39458/1418/1355 39252/1215/1157</w:t>
        <w:br/>
        <w:t>f 39447/1406/1343 39324/1283/1225 39446/1407/1344</w:t>
        <w:br/>
        <w:t>f 39459/1420/1357 39323/1284/1226 39321/1281/1223</w:t>
        <w:br/>
        <w:t>f 39301/1264/1206 39459/1420/1357 39321/1281/1223</w:t>
        <w:br/>
        <w:t>f 39460/1421/1358 38635/696/639 38636/695/638</w:t>
        <w:br/>
        <w:t>f 39461/1422/1359 39460/1421/1358 38636/695/638</w:t>
        <w:br/>
        <w:t>f 39465/1423/1360 39464/1424/1361 39463/1425/1362</w:t>
        <w:br/>
        <w:t>f 39462/1426/1363 39465/1423/1360 39463/1425/1362</w:t>
        <w:br/>
        <w:t>f 39462/1426/1363 39463/1425/1362 39466/1427/1364</w:t>
        <w:br/>
        <w:t>f 39467/1428/1365 39462/1426/1363 39466/1427/1364</w:t>
        <w:br/>
        <w:t>f 39420/1381/1318 39418/1380/1317 39425/1385/1322</w:t>
        <w:br/>
        <w:t>f 39468/1429/1366 39220/1181/1123 39221/1184/1126</w:t>
        <w:br/>
        <w:t>f 39222/1183/1125 39468/1429/1366 39221/1184/1126</w:t>
        <w:br/>
        <w:t>f 39470/1430/1367 39271/1231/1173 39469/1431/1368</w:t>
        <w:br/>
        <w:t>f 39450/1411/1348 39472/1432/1369 39471/1433/1370</w:t>
        <w:br/>
        <w:t>f 39449/1412/1349 39450/1411/1348 39471/1433/1370</w:t>
        <w:br/>
        <w:t>f 39297/1260/1202 39474/1434/1371 39473/1435/1372</w:t>
        <w:br/>
        <w:t>f 39475/1436/1373 39297/1260/1202 39473/1435/1372</w:t>
        <w:br/>
        <w:t>f 39324/1283/1225 39321/1281/1223 39323/1284/1226</w:t>
        <w:br/>
        <w:t>f 39476/1437/1374 39326/1289/1231 39325/1286/1228</w:t>
        <w:br/>
        <w:t>f 39322/1285/1227 39476/1437/1374 39325/1286/1228</w:t>
        <w:br/>
        <w:t>f 39326/1289/1231 39476/1437/1374 39328/1287/1229</w:t>
        <w:br/>
        <w:t>f 39479/1438/1375 39478/1439/1376 39477/1440/1377</w:t>
        <w:br/>
        <w:t>f 39480/1441/1378 39479/1438/1375 39477/1440/1377</w:t>
        <w:br/>
        <w:t>f 39278/1239/1181 39279/1238/1180 38656/718/661</w:t>
        <w:br/>
        <w:t>f 38657/719/662 39278/1239/1181 38656/718/661</w:t>
        <w:br/>
        <w:t>f 39282/1243/1185 39482/1442/1379 39481/1443/1380</w:t>
        <w:br/>
        <w:t>f 39281/1244/1186 39282/1243/1185 39481/1443/1380</w:t>
        <w:br/>
        <w:t>f 39287/1246/1188 39291/1250/1192 39292/1253/1195</w:t>
        <w:br/>
        <w:t>f 39286/1247/1189 39287/1246/1188 39292/1253/1195</w:t>
        <w:br/>
        <w:t>f 39294/1255/1197 39484/1444/1381 39483/1445/1382</w:t>
        <w:br/>
        <w:t>f 39293/1256/1198 39294/1255/1197 39483/1445/1382</w:t>
        <w:br/>
        <w:t>f 39474/1434/1371 39471/1433/1370 39472/1432/1369</w:t>
        <w:br/>
        <w:t>f 39473/1435/1372 39474/1434/1371 39472/1432/1369</w:t>
        <w:br/>
        <w:t>f 39216/1177/1119 39213/1176/1118 39217/1179/1121</w:t>
        <w:br/>
        <w:t>f 39218/1178/1120 39216/1177/1119 39217/1179/1121</w:t>
        <w:br/>
        <w:t>f 39274/1235/1177 39273/1234/1176 39228/1189/1131</w:t>
        <w:br/>
        <w:t>f 39225/1188/1130 39274/1235/1177 39228/1189/1131</w:t>
        <w:br/>
        <w:t>f 39229/1192/1134 39230/1191/1133 39276/1237/1179</w:t>
        <w:br/>
        <w:t>f 39275/1236/1178 39229/1192/1134 39276/1237/1179</w:t>
        <w:br/>
        <w:t>f 39475/1436/1373 39485/1446/1383 39300/1261/1203</w:t>
        <w:br/>
        <w:t>f 39297/1260/1202 39475/1436/1373 39300/1261/1203</w:t>
        <w:br/>
        <w:t>f 39296/1257/1199 39288/1249/1191 39486/1447/1384</w:t>
        <w:br/>
        <w:t>f 39487/1448/1385 39296/1257/1199 39486/1447/1384</w:t>
        <w:br/>
        <w:t>f 39488/1449/1386 39486/1447/1384 39288/1249/1191</w:t>
        <w:br/>
        <w:t>f 39285/1248/1190 39488/1449/1386 39288/1249/1191</w:t>
        <w:br/>
        <w:t>f 39277/1240/1182 39481/1443/1380 39482/1442/1379</w:t>
        <w:br/>
        <w:t>f 39280/1241/1183 39277/1240/1182 39482/1442/1379</w:t>
        <w:br/>
        <w:t>f 39220/1181/1123 39219/1180/1122 39261/1222/1164</w:t>
        <w:br/>
        <w:t>f 39221/1184/1126 39220/1181/1123 39261/1222/1164</w:t>
        <w:br/>
        <w:t>f 39265/1226/1168 39262/1225/1167 39257/1218/1160</w:t>
        <w:br/>
        <w:t>f 39258/1217/1159 39265/1226/1168 39257/1218/1160</w:t>
        <w:br/>
        <w:t>f 39270/1232/1174 39489/1450/1387 39269/1230/1172</w:t>
        <w:br/>
        <w:t>f 39266/1229/1171 39270/1232/1174 39269/1230/1172</w:t>
        <w:br/>
        <w:t>f 39267/1228/1170 39490/1451/1388 39272/1233/1175</w:t>
        <w:br/>
        <w:t>f 39266/1229/1171 39267/1228/1170 39272/1233/1175</w:t>
        <w:br/>
        <w:t>f 39490/1451/1388 39267/1228/1170 39276/1237/1179</w:t>
        <w:br/>
        <w:t>f 39491/1452/1389 39490/1451/1388 39276/1237/1179</w:t>
        <w:br/>
        <w:t>f 39441/1404/1341 39492/1453/1390 39457/1419/1356</w:t>
        <w:br/>
        <w:t>f 39458/1418/1355 39441/1404/1341 39457/1419/1356</w:t>
        <w:br/>
        <w:t>f 39493/1454/1391 39441/1404/1341 39458/1418/1355</w:t>
        <w:br/>
        <w:t>f 39494/1455/1392 39493/1454/1391 39458/1418/1355</w:t>
        <w:br/>
        <w:t>f 39402/1363/1300 39350/1311/1252 39349/1309/1250</w:t>
        <w:br/>
        <w:t>f 39347/1307/1248 39402/1363/1300 39349/1309/1250</w:t>
        <w:br/>
        <w:t>f 39347/1307/1248 39349/1309/1250 39334/1295/1237</w:t>
        <w:br/>
        <w:t>f 39496/1456/1393 39495/1457/1394 39260/1221/1163</w:t>
        <w:br/>
        <w:t>f 39259/1220/1162 39496/1456/1393 39260/1221/1163</w:t>
        <w:br/>
        <w:t>f 39219/1180/1122 39265/1226/1168 39258/1217/1159</w:t>
        <w:br/>
        <w:t>f 39261/1222/1164 39219/1180/1122 39258/1217/1159</w:t>
        <w:br/>
        <w:t>f 39265/1226/1168 39219/1180/1122 39215/1174/1116</w:t>
        <w:br/>
        <w:t>f 39264/1223/1165 39265/1226/1168 39215/1174/1116</w:t>
        <w:br/>
        <w:t>f 39216/1177/1119 39273/1234/1176 39264/1223/1165</w:t>
        <w:br/>
        <w:t>f 39215/1174/1116 39216/1177/1119 39264/1223/1165</w:t>
        <w:br/>
        <w:t>f 39273/1234/1176 39216/1177/1119 39218/1178/1120</w:t>
        <w:br/>
        <w:t>f 39228/1189/1131 39273/1234/1176 39218/1178/1120</w:t>
        <w:br/>
        <w:t>f 39211/1170/1112 39227/1186/1128 39228/1189/1131</w:t>
        <w:br/>
        <w:t>f 39218/1178/1120 39211/1170/1112 39228/1189/1131</w:t>
        <w:br/>
        <w:t>f 39211/1170/1112 39212/1173/1115 39238/1198/1140</w:t>
        <w:br/>
        <w:t>f 39227/1186/1128 39211/1170/1112 39238/1198/1140</w:t>
        <w:br/>
        <w:t>f 39239/1202/1144 39238/1198/1140 39212/1173/1115</w:t>
        <w:br/>
        <w:t>f 39431/1392/1329 39239/1202/1144 39212/1173/1115</w:t>
        <w:br/>
        <w:t>f 39243/1206/1148 38675/737/680 38676/736/679</w:t>
        <w:br/>
        <w:t>f 39497/1458/1395 39243/1206/1148 38676/736/679</w:t>
        <w:br/>
        <w:t>f 39404/1365/1302 39359/1319/1260 39348/1310/1251</w:t>
        <w:br/>
        <w:t>f 39371/1333/1271 39359/1319/1260 39498/1459/1396</w:t>
        <w:br/>
        <w:t>f 39422/1383/1320 39430/1391/1328 39499/1460/1397</w:t>
        <w:br/>
        <w:t>f 39500/1461/1398 39422/1383/1320 39499/1460/1397</w:t>
        <w:br/>
        <w:t>f 39500/1461/1398 39499/1460/1397 39501/1462/1399</w:t>
        <w:br/>
        <w:t>f 39502/1463/1400 39500/1461/1398 39501/1462/1399</w:t>
        <w:br/>
        <w:t>f 39500/1461/1398 39407/1369/1306 39413/1374/1311</w:t>
        <w:br/>
        <w:t>f 39422/1383/1320 39500/1461/1398 39413/1374/1311</w:t>
        <w:br/>
        <w:t>f 39500/1461/1398 39502/1463/1400 39409/1370/1307</w:t>
        <w:br/>
        <w:t>f 39407/1369/1306 39500/1461/1398 39409/1370/1307</w:t>
        <w:br/>
        <w:t>f 39463/1425/1362 39444/1405/1342 39402/1363/1300</w:t>
        <w:br/>
        <w:t>f 39466/1427/1364 39463/1425/1362 39402/1363/1300</w:t>
        <w:br/>
        <w:t>f 39503/1464/1401 39180/1139/1081 39181/1142/1084</w:t>
        <w:br/>
        <w:t>f 39504/1465/1402 39503/1464/1401 39181/1142/1084</w:t>
        <w:br/>
        <w:t>f 39442/1403/1340 39505/1466/1403 39492/1453/1390</w:t>
        <w:br/>
        <w:t>f 39441/1404/1341 39442/1403/1340 39492/1453/1390</w:t>
        <w:br/>
        <w:t>f 39506/1467/1404 39196/1157/1099 38687/747/690</w:t>
        <w:br/>
        <w:t>f 38685/749/692 39506/1467/1404 38687/747/690</w:t>
        <w:br/>
        <w:t>f 39196/1157/1099 39506/1467/1404 39507/1468/1405</w:t>
        <w:br/>
        <w:t>f 39191/1151/1093 39196/1157/1099 39507/1468/1405</w:t>
        <w:br/>
        <w:t>f 39191/1151/1093 39507/1468/1405 39508/1469/1406</w:t>
        <w:br/>
        <w:t>f 39190/1152/1094 39191/1151/1093 39508/1469/1406</w:t>
        <w:br/>
        <w:t>f 39189/1150/1092 39510/1470/1407 39509/1471/1408</w:t>
        <w:br/>
        <w:t>f 39188/1147/1089 39189/1150/1092 39509/1471/1408</w:t>
        <w:br/>
        <w:t>f 39329/1291/1233 39436/1396/1333 39510/1470/1407</w:t>
        <w:br/>
        <w:t>f 39189/1150/1092 39329/1291/1233 39510/1470/1407</w:t>
        <w:br/>
        <w:t>f 39510/1470/1407 39153/1112/1054 39154/1115/1057</w:t>
        <w:br/>
        <w:t>f 39509/1471/1408 39510/1470/1407 39154/1115/1057</w:t>
        <w:br/>
        <w:t>f 39436/1396/1333 39150/1111/1053 39153/1112/1054</w:t>
        <w:br/>
        <w:t>f 39510/1470/1407 39436/1396/1333 39153/1112/1054</w:t>
        <w:br/>
        <w:t>f 39145/1108/1050 39178/1141/1083 39179/1140/1082</w:t>
        <w:br/>
        <w:t>f 39437/1398/1335 39145/1108/1050 39179/1140/1082</w:t>
        <w:br/>
        <w:t>f 39166/1125/1067 39168/1130/1072 39434/1395/1332</w:t>
        <w:br/>
        <w:t>f 39251/1212/1154 39166/1125/1067 39434/1395/1332</w:t>
        <w:br/>
        <w:t>f 39165/1126/1068 39166/1125/1067 39251/1212/1154</w:t>
        <w:br/>
        <w:t>f 39249/1211/1153 39165/1126/1068 39251/1212/1154</w:t>
        <w:br/>
        <w:t>f 39464/1424/1361 39443/1402/1339 39444/1405/1342</w:t>
        <w:br/>
        <w:t>f 39463/1425/1362 39464/1424/1361 39444/1405/1342</w:t>
        <w:br/>
        <w:t>f 39188/1147/1089 39509/1471/1408 39511/1472/1409</w:t>
        <w:br/>
        <w:t>f 39512/1473/1410 39188/1147/1089 39511/1472/1409</w:t>
        <w:br/>
        <w:t>f 39509/1471/1408 39154/1115/1057 39159/1120/1062</w:t>
        <w:br/>
        <w:t>f 39511/1472/1409 39509/1471/1408 39159/1120/1062</w:t>
        <w:br/>
        <w:t>f 39154/1115/1057 39151/1114/1056 39160/1121/1063</w:t>
        <w:br/>
        <w:t>f 39159/1120/1062 39154/1115/1057 39160/1121/1063</w:t>
        <w:br/>
        <w:t>f 39302/1263/1205 39303/1262/1204 39449/1412/1349</w:t>
        <w:br/>
        <w:t>f 39471/1433/1370 39302/1263/1205 39449/1412/1349</w:t>
        <w:br/>
        <w:t>f 39452/1413/1350 39449/1412/1349 39303/1262/1204</w:t>
        <w:br/>
        <w:t>f 39320/1282/1224 39452/1413/1350 39303/1262/1204</w:t>
        <w:br/>
        <w:t>f 39299/1258/1200 39460/1421/1358 39298/1259/1201</w:t>
        <w:br/>
        <w:t>f 39474/1434/1371 39297/1260/1202 39298/1259/1201</w:t>
        <w:br/>
        <w:t>f 39513/1474/1411 39474/1434/1371 39298/1259/1201</w:t>
        <w:br/>
        <w:t>f 39460/1421/1358 39514/1475/1412 39513/1474/1411</w:t>
        <w:br/>
        <w:t>f 39298/1259/1201 39460/1421/1358 39513/1474/1411</w:t>
        <w:br/>
        <w:t>f 39460/1421/1358 39461/1422/1359 39514/1475/1412</w:t>
        <w:br/>
        <w:t>f 39471/1433/1370 39474/1434/1371 39513/1474/1411</w:t>
        <w:br/>
        <w:t>f 39302/1263/1205 39471/1433/1370 39513/1474/1411</w:t>
        <w:br/>
        <w:t>f 39514/1475/1412 39301/1264/1206 39302/1263/1205</w:t>
        <w:br/>
        <w:t>f 39513/1474/1411 39514/1475/1412 39302/1263/1205</w:t>
        <w:br/>
        <w:t>f 39461/1422/1359 39459/1420/1357 39301/1264/1206</w:t>
        <w:br/>
        <w:t>f 39514/1475/1412 39461/1422/1359 39301/1264/1206</w:t>
        <w:br/>
        <w:t>f 38397/458/407 38696/759/702 39515/1476/1413</w:t>
        <w:br/>
        <w:t>f 39233/1194/1136 38397/458/407 39515/1476/1413</w:t>
        <w:br/>
        <w:t>f 39162/1123/1414 39516/1477/1415 39396/1358/1416</w:t>
        <w:br/>
        <w:t>f 39518/1478/1417 39517/1479/1418 39310/1273/1215</w:t>
        <w:br/>
        <w:t>f 39519/1480/1419 39518/1478/1417 39310/1273/1215</w:t>
        <w:br/>
        <w:t>f 39521/1481/1420 39520/1482/1421 39445/1408/1345</w:t>
        <w:br/>
        <w:t>f 39455/1417/1354 39521/1481/1420 39445/1408/1345</w:t>
        <w:br/>
        <w:t>f 39524/1483/1422 39523/1484/1423 39522/1485/1424</w:t>
        <w:br/>
        <w:t>f 39525/1486/1425 39524/1483/1422 39522/1485/1424</w:t>
        <w:br/>
        <w:t>f 39469/1431/1368 39306/1269/1211 39307/1268/1210</w:t>
        <w:br/>
        <w:t>f 39526/1487/1426 39469/1431/1368 39307/1268/1210</w:t>
        <w:br/>
        <w:t>f 39448/1409/1346 39445/1408/1345 39520/1482/1421</w:t>
        <w:br/>
        <w:t>f 39527/1488/1427 39448/1409/1346 39520/1482/1421</w:t>
        <w:br/>
        <w:t>f 39241/1200/1142 39529/1489/1428 39528/1490/1429</w:t>
        <w:br/>
        <w:t>f 39395/1356/1294 39241/1200/1142 39528/1490/1429</w:t>
        <w:br/>
        <w:t>f 39240/1201/1143 39241/1200/1142 39395/1356/1294</w:t>
        <w:br/>
        <w:t>f 39392/1355/1293 39240/1201/1143 39395/1356/1294</w:t>
        <w:br/>
        <w:t>f 39237/1199/1141 39240/1201/1143 39392/1355/1293</w:t>
        <w:br/>
        <w:t>f 39236/1196/1138 39237/1199/1141 39392/1355/1293</w:t>
        <w:br/>
        <w:t>f 39226/1187/1129 39237/1199/1141 39236/1196/1138</w:t>
        <w:br/>
        <w:t>f 39232/1193/1135 39226/1187/1129 39236/1196/1138</w:t>
        <w:br/>
        <w:t>f 39232/1193/1135 39229/1192/1134 39225/1188/1130</w:t>
        <w:br/>
        <w:t>f 39226/1187/1129 39232/1193/1135 39225/1188/1130</w:t>
        <w:br/>
        <w:t>f 39229/1192/1134 39275/1236/1178 39274/1235/1177</w:t>
        <w:br/>
        <w:t>f 39225/1188/1130 39229/1192/1134 39274/1235/1177</w:t>
        <w:br/>
        <w:t>f 39268/1227/1169 39263/1224/1166 39274/1235/1177</w:t>
        <w:br/>
        <w:t>f 39275/1236/1178 39268/1227/1169 39274/1235/1177</w:t>
        <w:br/>
        <w:t>f 39263/1224/1166 39268/1227/1169 39269/1230/1172</w:t>
        <w:br/>
        <w:t>f 39262/1225/1167 39263/1224/1166 39269/1230/1172</w:t>
        <w:br/>
        <w:t>f 39262/1225/1167 39269/1230/1172 39489/1450/1387</w:t>
        <w:br/>
        <w:t>f 39257/1218/1160 39262/1225/1167 39489/1450/1387</w:t>
        <w:br/>
        <w:t>f 39518/1478/1417 39256/1219/1161 39257/1218/1160</w:t>
        <w:br/>
        <w:t>f 39489/1450/1387 39518/1478/1417 39257/1218/1160</w:t>
        <w:br/>
        <w:t>f 39304/1266/1208 39313/1274/1216 39307/1268/1210</w:t>
        <w:br/>
        <w:t>f 39308/1267/1209 39304/1266/1208 39307/1268/1210</w:t>
        <w:br/>
        <w:t>f 39289/1252/1194 39304/1266/1208 39308/1267/1209</w:t>
        <w:br/>
        <w:t>f 39284/1245/1187 39289/1252/1194 39308/1267/1209</w:t>
        <w:br/>
        <w:t>f 39292/1253/1195 39289/1252/1194 39284/1245/1187</w:t>
        <w:br/>
        <w:t>f 39281/1244/1186 39292/1253/1195 39284/1245/1187</w:t>
        <w:br/>
        <w:t>f 39481/1443/1380 39286/1247/1189 39292/1253/1195</w:t>
        <w:br/>
        <w:t>f 39281/1244/1186 39481/1443/1380 39292/1253/1195</w:t>
        <w:br/>
        <w:t>f 39277/1240/1182 39285/1248/1190 39286/1247/1189</w:t>
        <w:br/>
        <w:t>f 39481/1443/1380 39277/1240/1182 39286/1247/1189</w:t>
        <w:br/>
        <w:t>f 39285/1248/1190 39277/1240/1182 39278/1239/1181</w:t>
        <w:br/>
        <w:t>f 39488/1449/1386 39285/1248/1190 39278/1239/1181</w:t>
        <w:br/>
        <w:t>f 39324/1283/1225 39325/1286/1228 39456/1416/1353</w:t>
        <w:br/>
        <w:t>f 39446/1407/1344 39324/1283/1225 39456/1416/1353</w:t>
        <w:br/>
        <w:t>f 39530/1491/1430 39163/1122/1064 39397/1357/1295</w:t>
        <w:br/>
        <w:t>f 39465/1423/1360 39438/1399/1336 39437/1398/1335</w:t>
        <w:br/>
        <w:t>f 39464/1424/1361 39465/1423/1360 39437/1398/1335</w:t>
        <w:br/>
        <w:t>f 39443/1402/1339 39464/1424/1361 39437/1398/1335</w:t>
        <w:br/>
        <w:t>f 39179/1140/1082 39443/1402/1339 39437/1398/1335</w:t>
        <w:br/>
        <w:t>f 39179/1140/1082 39180/1139/1081 39442/1403/1340</w:t>
        <w:br/>
        <w:t>f 39443/1402/1339 39179/1140/1082 39442/1403/1340</w:t>
        <w:br/>
        <w:t>f 39180/1139/1081 39503/1464/1401 39505/1466/1403</w:t>
        <w:br/>
        <w:t>f 39442/1403/1340 39180/1139/1081 39505/1466/1403</w:t>
        <w:br/>
        <w:t>f 39249/1211/1153 39410/1372/1309 39454/1415/1352</w:t>
        <w:br/>
        <w:t>f 39165/1126/1068 39249/1211/1153 39454/1415/1352</w:t>
        <w:br/>
        <w:t>f 39430/1391/1328 39429/1390/1327 39169/1129/1071</w:t>
        <w:br/>
        <w:t>f 39167/1128/1070 39430/1391/1328 39169/1129/1071</w:t>
        <w:br/>
        <w:t>f 39167/1128/1070 39164/1127/1069 39499/1460/1397</w:t>
        <w:br/>
        <w:t>f 39430/1391/1328 39167/1128/1070 39499/1460/1397</w:t>
        <w:br/>
        <w:t>f 39164/1127/1069 39453/1414/1351 39501/1462/1399</w:t>
        <w:br/>
        <w:t>f 39499/1460/1397 39164/1127/1069 39501/1462/1399</w:t>
        <w:br/>
        <w:t>f 39439/1400/1337 39440/1401/1338 39504/1465/1402</w:t>
        <w:br/>
        <w:t>f 39181/1142/1084 39439/1400/1337 39504/1465/1402</w:t>
        <w:br/>
        <w:t>f 39181/1142/1084 39178/1141/1083 39435/1397/1334</w:t>
        <w:br/>
        <w:t>f 39439/1400/1337 39181/1142/1084 39435/1397/1334</w:t>
        <w:br/>
        <w:t>f 39178/1141/1083 39145/1108/1050 39146/1107/1049</w:t>
        <w:br/>
        <w:t>f 39435/1397/1334 39178/1141/1083 39146/1107/1049</w:t>
        <w:br/>
        <w:t>f 39341/1303/1244 39339/1300/1241 39340/1301/1242</w:t>
        <w:br/>
        <w:t>f 39326/1289/1231 39327/1288/1230 39604/1492/1431</w:t>
        <w:br/>
        <w:t>f 39605/1493/1432 39326/1289/1231 39604/1492/1431</w:t>
        <w:br/>
        <w:t>f 39334/1295/1237 39343/1304/1245 39347/1307/1248</w:t>
        <w:br/>
        <w:t>f 39177/1138/1080 39174/1137/1079 39416/1377/1314</w:t>
        <w:br/>
        <w:t>f 39417/1378/1315 39177/1138/1080 39416/1377/1314</w:t>
        <w:br/>
        <w:t>f 39224/1185/1127 39260/1221/1163 39495/1457/1394</w:t>
        <w:br/>
        <w:t>f 39417/1378/1315 39224/1185/1127 39495/1457/1394</w:t>
        <w:br/>
        <w:t>f 39507/1468/1405 39608/1494/1433 39607/1495/1434</w:t>
        <w:br/>
        <w:t>f 39508/1469/1406 39507/1468/1405 39607/1495/1434</w:t>
        <w:br/>
        <w:t>f 39608/1494/1433 39507/1468/1405 39506/1467/1404</w:t>
        <w:br/>
        <w:t>f 39609/1496/1435 39608/1494/1433 39506/1467/1404</w:t>
        <w:br/>
        <w:t>f 39610/1497/1436 39182/1145/1087 39183/1144/1086</w:t>
        <w:br/>
        <w:t>f 39408/1368/1305 39610/1497/1436 39183/1144/1086</w:t>
        <w:br/>
        <w:t>f 39187/1148/1090 39188/1147/1089 39512/1473/1410</w:t>
        <w:br/>
        <w:t>f 39611/1498/1437 39187/1148/1090 39512/1473/1410</w:t>
        <w:br/>
        <w:t>f 39182/1145/1087 39610/1497/1436 39195/1156/1098</w:t>
        <w:br/>
        <w:t>f 39192/1155/1097 39182/1145/1087 39195/1156/1098</w:t>
        <w:br/>
        <w:t>f 39611/1498/1437 39512/1473/1410 39508/1469/1406</w:t>
        <w:br/>
        <w:t>f 39607/1495/1434 39611/1498/1437 39508/1469/1406</w:t>
        <w:br/>
        <w:t>f 39190/1152/1094 39508/1469/1406 39512/1473/1410</w:t>
        <w:br/>
        <w:t>f 39511/1472/1409 39190/1152/1094 39512/1473/1410</w:t>
        <w:br/>
        <w:t>f 39155/1118/1060 39190/1152/1094 39159/1120/1062</w:t>
        <w:br/>
        <w:t>f 39190/1152/1094 39511/1472/1409 39159/1120/1062</w:t>
        <w:br/>
        <w:t>f 39612/1499/1438 39328/1287/1229 39476/1437/1374</w:t>
        <w:br/>
        <w:t>f 39254/1213/1155 39614/1500/1439 39613/1501/1440</w:t>
        <w:br/>
        <w:t>f 39615/1502/1441 39254/1213/1155 39613/1501/1440</w:t>
        <w:br/>
        <w:t>f 39253/1214/1156 39254/1213/1155 39615/1502/1441</w:t>
        <w:br/>
        <w:t>f 39616/1503/1442 39253/1214/1156 39615/1502/1441</w:t>
        <w:br/>
        <w:t>f 39253/1214/1156 39616/1503/1442 39494/1455/1392</w:t>
        <w:br/>
        <w:t>f 39458/1418/1355 39253/1214/1156 39494/1455/1392</w:t>
        <w:br/>
        <w:t>f 39619/1504/1443 39618/1505/1444 39617/1506/1445</w:t>
        <w:br/>
        <w:t>f 39622/1507/1446 39621/1508/1447 39620/1509/1448</w:t>
        <w:br/>
        <w:t>f 39623/1510/1449 39622/1507/1446 39620/1509/1448</w:t>
        <w:br/>
        <w:t>f 39626/1511/1450 39625/1512/1451 39624/1513/1452</w:t>
        <w:br/>
        <w:t>f 39627/1514/1453 39626/1511/1450 39624/1513/1452</w:t>
        <w:br/>
        <w:t>f 39630/1515/1454 39629/1516/1455 39628/1517/1456</w:t>
        <w:br/>
        <w:t>f 39631/1518/1457 39630/1515/1454 39628/1517/1456</w:t>
        <w:br/>
        <w:t>f 39632/1519/1458 39478/1439/1376 39620/1509/1448</w:t>
        <w:br/>
        <w:t>f 39633/1520/1459 39632/1519/1458 39620/1509/1448</w:t>
        <w:br/>
        <w:t>f 39618/1505/1444 39635/1521/1460 39634/1522/1461</w:t>
        <w:br/>
        <w:t>f 39617/1506/1445 39618/1505/1444 39634/1522/1461</w:t>
        <w:br/>
        <w:t>f 39638/1523/1462 39637/1524/1463 39636/1525/1464</w:t>
        <w:br/>
        <w:t>f 39639/1526/1465 39638/1523/1462 39636/1525/1464</w:t>
        <w:br/>
        <w:t>f 39642/1527/1466 39641/1528/1467 39640/1529/1468</w:t>
        <w:br/>
        <w:t>f 39643/1530/1469 39642/1527/1466 39640/1529/1468</w:t>
        <w:br/>
        <w:t>f 39635/1521/1460 39645/1531/1470 39644/1532/1471</w:t>
        <w:br/>
        <w:t>f 39634/1522/1461 39635/1521/1460 39644/1532/1471</w:t>
        <w:br/>
        <w:t>f 39648/1533/1472 39647/1534/1473 39646/1535/1474</w:t>
        <w:br/>
        <w:t>f 39649/1536/1475 39648/1533/1472 39646/1535/1474</w:t>
        <w:br/>
        <w:t>f 39651/1537/1476 39650/1538/1477 39619/1504/1443</w:t>
        <w:br/>
        <w:t>f 39652/1539/1478 39651/1537/1476 39619/1504/1443</w:t>
        <w:br/>
        <w:t>f 39652/1539/1478 39654/1540/1479 39653/1541/1480</w:t>
        <w:br/>
        <w:t>f 39651/1537/1476 39652/1539/1478 39653/1541/1480</w:t>
        <w:br/>
        <w:t>f 39656/1542/1481 39653/1541/1480 39654/1540/1479</w:t>
        <w:br/>
        <w:t>f 39655/1543/1482 39656/1542/1481 39654/1540/1479</w:t>
        <w:br/>
        <w:t>f 39660/1544/1483 39659/1545/1484 39658/1546/1485</w:t>
        <w:br/>
        <w:t>f 39657/1547/1486 39660/1544/1483 39658/1546/1485</w:t>
        <w:br/>
        <w:t>f 39647/1534/1473 39662/1548/1487 39661/1549/1488</w:t>
        <w:br/>
        <w:t>f 39663/1550/1489 39647/1534/1473 39661/1549/1488</w:t>
        <w:br/>
        <w:t>f 39665/1551/1490 39664/1552/1491 39619/1504/1443</w:t>
        <w:br/>
        <w:t>f 39650/1538/1477 39665/1551/1490 39619/1504/1443</w:t>
        <w:br/>
        <w:t>f 39668/1553/1492 39667/1554/1493 39666/1555/1494</w:t>
        <w:br/>
        <w:t>f 39670/1556/1495 39669/1557/1496 39667/1554/1493</w:t>
        <w:br/>
        <w:t>f 39670/1556/1495 39667/1554/1493 39671/1558/1497</w:t>
        <w:br/>
        <w:t>f 39667/1554/1493 39672/1559/1498 39671/1558/1497</w:t>
        <w:br/>
        <w:t>f 39675/1560/1499 39674/1561/1500 39673/1562/1501</w:t>
        <w:br/>
        <w:t>f 39678/1563/1502 39677/1564/1503 39676/1565/1504</w:t>
        <w:br/>
        <w:t>f 39679/1566/1505 39676/1565/1504 39677/1564/1503</w:t>
        <w:br/>
        <w:t>f 39676/1565/1504 39681/1567/1506 39680/1568/1507</w:t>
        <w:br/>
        <w:t>f 39680/1568/1507 39681/1567/1506 39682/1569/1508</w:t>
        <w:br/>
        <w:t>f 39685/1570/1509 39684/1571/1510 39683/1572/1511</w:t>
        <w:br/>
        <w:t>f 39668/1553/1492 39685/1570/1509 39683/1572/1511</w:t>
        <w:br/>
        <w:t>f 39683/1572/1511 39667/1554/1493 39668/1553/1492</w:t>
        <w:br/>
        <w:t>f 39667/1554/1493 39683/1572/1511 39686/1573/1512</w:t>
        <w:br/>
        <w:t>f 39686/1573/1512 39672/1559/1498 39667/1554/1493</w:t>
        <w:br/>
        <w:t>f 39688/1574/1513 39687/1575/1514 39684/1571/1510</w:t>
        <w:br/>
        <w:t>f 39685/1570/1509 39688/1574/1513 39684/1571/1510</w:t>
        <w:br/>
        <w:t>f 39690/1576/1514 39675/1560/1499 39689/1577/1515</w:t>
        <w:br/>
        <w:t>f 39675/1560/1499 39691/1578/1516 39689/1577/1515</w:t>
        <w:br/>
        <w:t>f 39691/1578/1516 39675/1560/1499 39678/1563/1502</w:t>
        <w:br/>
        <w:t>f 39678/1563/1502 39692/1579/1517 39691/1578/1516</w:t>
        <w:br/>
        <w:t>f 39693/1580/1518 39691/1578/1516 39676/1565/1504</w:t>
        <w:br/>
        <w:t>f 39693/1580/1518 39676/1565/1504 39680/1568/1507</w:t>
        <w:br/>
        <w:t>f 39680/1568/1507 38876/864/806 39693/1580/1518</w:t>
        <w:br/>
        <w:t>f 39694/1581/1519 38878/865/807 39686/1573/1512</w:t>
        <w:br/>
        <w:t>f 39686/1573/1512 39683/1572/1511 39694/1581/1519</w:t>
        <w:br/>
        <w:t>f 39695/1582/1520 39694/1581/1519 39683/1572/1511</w:t>
        <w:br/>
        <w:t>f 39683/1572/1511 39684/1571/1510 39695/1582/1520</w:t>
        <w:br/>
        <w:t>f 39696/1583/1521 39695/1582/1520 39684/1571/1510</w:t>
        <w:br/>
        <w:t>f 39684/1571/1510 39687/1575/1514 39696/1583/1521</w:t>
        <w:br/>
        <w:t>f 39697/1584/1522 39696/1583/1521 39687/1575/1514</w:t>
        <w:br/>
        <w:t>f 38882/870/812 39693/1580/1518 38876/864/806</w:t>
        <w:br/>
        <w:t>f 39698/1585/1523 39691/1578/1516 39693/1580/1518</w:t>
        <w:br/>
        <w:t>f 39691/1578/1516 39698/1585/1523 39699/1586/1524</w:t>
        <w:br/>
        <w:t>f 39689/1577/1515 39691/1578/1516 39699/1586/1524</w:t>
        <w:br/>
        <w:t>f 39690/1576/1514 39689/1577/1515 39700/1587/1522</w:t>
        <w:br/>
        <w:t>f 39689/1577/1515 39699/1586/1524 39701/1588/1525</w:t>
        <w:br/>
        <w:t>f 39701/1588/1525 39700/1587/1522 39689/1577/1515</w:t>
        <w:br/>
        <w:t>f 39702/1589/1526 38878/865/807 39694/1581/1519</w:t>
        <w:br/>
        <w:t>f 39694/1581/1519 39695/1582/1520 39702/1589/1526</w:t>
        <w:br/>
        <w:t>f 38888/876/817 38878/865/807 39702/1589/1526</w:t>
        <w:br/>
        <w:t>f 39703/1590/1527 38890/877/818 39702/1589/1526</w:t>
        <w:br/>
        <w:t>f 39702/1589/1526 39704/1591/1528 39703/1590/1527</w:t>
        <w:br/>
        <w:t>f 39704/1591/1528 39702/1589/1526 39695/1582/1520</w:t>
        <w:br/>
        <w:t>f 39695/1582/1520 39696/1583/1521 39704/1591/1528</w:t>
        <w:br/>
        <w:t>f 39705/1592/1529 39703/1590/1527 39704/1591/1528</w:t>
        <w:br/>
        <w:t>f 39704/1591/1528 39706/1593/1530 39705/1592/1529</w:t>
        <w:br/>
        <w:t>f 39706/1593/1530 39704/1591/1528 39696/1583/1521</w:t>
        <w:br/>
        <w:t>f 39707/1594/1531 39705/1592/1529 39706/1593/1530</w:t>
        <w:br/>
        <w:t>f 39706/1593/1530 39708/1595/1532 39707/1594/1531</w:t>
        <w:br/>
        <w:t>f 39706/1593/1530 39709/1596/1533 39708/1595/1532</w:t>
        <w:br/>
        <w:t>f 39712/1597/1534 39711/1598/1533 39710/1599/1535</w:t>
        <w:br/>
        <w:t>f 39710/1599/1535 39711/1598/1533 39713/1600/1536</w:t>
        <w:br/>
        <w:t>f 39713/1600/1536 39711/1598/1533 39701/1588/1525</w:t>
        <w:br/>
        <w:t>f 39713/1600/1536 39714/1601/1537 39710/1599/1535</w:t>
        <w:br/>
        <w:t>f 39714/1601/1537 39713/1600/1536 39715/1602/1538</w:t>
        <w:br/>
        <w:t>f 39701/1588/1525 39715/1602/1538 39713/1600/1536</w:t>
        <w:br/>
        <w:t>f 39714/1601/1537 39715/1602/1538 39716/1603/1539</w:t>
        <w:br/>
        <w:t>f 39716/1603/1539 39715/1602/1538 39717/1604/1540</w:t>
        <w:br/>
        <w:t>f 39696/1583/1521 39709/1596/1533 39706/1593/1530</w:t>
        <w:br/>
        <w:t>f 39709/1596/1533 39696/1583/1521 39697/1584/1522</w:t>
        <w:br/>
        <w:t>f 39700/1587/1522 39701/1588/1525 39711/1598/1533</w:t>
        <w:br/>
        <w:t>f 39715/1602/1538 39701/1588/1525 39699/1586/1524</w:t>
        <w:br/>
        <w:t>f 39715/1602/1538 39699/1586/1524 39717/1604/1540</w:t>
        <w:br/>
        <w:t>f 39698/1585/1523 39717/1604/1540 39699/1586/1524</w:t>
        <w:br/>
        <w:t>f 39712/1597/1534 39710/1599/1535 39718/1605/1541</w:t>
        <w:br/>
        <w:t>f 39719/1606/1542 39718/1605/1541 39710/1599/1535</w:t>
        <w:br/>
        <w:t>f 39710/1599/1535 39714/1601/1537 39719/1606/1542</w:t>
        <w:br/>
        <w:t>f 39720/1607/1543 39718/1605/1541 39719/1606/1542</w:t>
        <w:br/>
        <w:t>f 39719/1606/1542 39721/1608/1544 39720/1607/1543</w:t>
        <w:br/>
        <w:t>f 39721/1608/1544 39719/1606/1542 39714/1601/1537</w:t>
        <w:br/>
        <w:t>f 39722/1609/1545 39720/1607/1543 39721/1608/1544</w:t>
        <w:br/>
        <w:t>f 39721/1608/1544 39723/1610/1546 39722/1609/1545</w:t>
        <w:br/>
        <w:t>f 39724/1611/1547 39722/1609/1545 39723/1610/1546</w:t>
        <w:br/>
        <w:t>f 38912/900/840 39724/1611/1547 39723/1610/1546</w:t>
        <w:br/>
        <w:t>f 39725/1612/1548 39718/1605/1541 39720/1607/1543</w:t>
        <w:br/>
        <w:t>f 39728/1613/1548 39727/1614/1549 39726/1615/1541</w:t>
        <w:br/>
        <w:t>f 39729/1616/1550 39726/1615/1541 39727/1614/1549</w:t>
        <w:br/>
        <w:t>f 39729/1616/1550 39727/1614/1549 39730/1617/1551</w:t>
        <w:br/>
        <w:t>f 39727/1614/1549 39731/1618/1552 39730/1617/1551</w:t>
        <w:br/>
        <w:t>f 39731/1618/1552 39732/1619/1553 39730/1617/1551</w:t>
        <w:br/>
        <w:t>f 39733/1620/1554 39732/1619/1553 39731/1618/1552</w:t>
        <w:br/>
        <w:t>f 38922/911/849 38923/910/848 39733/1620/1554</w:t>
        <w:br/>
        <w:t>f 38924/913/851 39733/1620/1554 39734/1621/1555</w:t>
        <w:br/>
        <w:t>f 39731/1618/1552 39734/1621/1555 39733/1620/1554</w:t>
        <w:br/>
        <w:t>f 39722/1609/1545 39724/1611/1547 39735/1622/1555</w:t>
        <w:br/>
        <w:t>f 39727/1614/1549 39736/1623/1556 39731/1618/1552</w:t>
        <w:br/>
        <w:t>f 39728/1613/1548 39736/1623/1556 39727/1614/1549</w:t>
        <w:br/>
        <w:t>f 39731/1618/1552 39736/1623/1556 39734/1621/1555</w:t>
        <w:br/>
        <w:t>f 39720/1607/1543 39737/1624/1557 39725/1612/1548</w:t>
        <w:br/>
        <w:t>f 39737/1624/1557 39720/1607/1543 39722/1609/1545</w:t>
        <w:br/>
        <w:t>f 39737/1624/1557 39722/1609/1545 39735/1622/1555</w:t>
        <w:br/>
        <w:t>f 39703/1590/1527 39705/1592/1529 39732/1619/1553</w:t>
        <w:br/>
        <w:t>f 39730/1617/1551 39732/1619/1553 39705/1592/1529</w:t>
        <w:br/>
        <w:t>f 39730/1617/1551 39705/1592/1529 39729/1616/1550</w:t>
        <w:br/>
        <w:t>f 39729/1616/1550 39705/1592/1529 39707/1594/1531</w:t>
        <w:br/>
        <w:t>f 39729/1616/1550 39707/1594/1531 39726/1615/1541</w:t>
        <w:br/>
        <w:t>f 39726/1615/1541 39707/1594/1531 39708/1595/1532</w:t>
        <w:br/>
        <w:t>f 39723/1610/1546 39714/1601/1537 39716/1603/1539</w:t>
        <w:br/>
        <w:t>f 39721/1608/1544 39714/1601/1537 39723/1610/1546</w:t>
        <w:br/>
        <w:t>f 39679/1566/1505 39681/1567/1506 39676/1565/1504</w:t>
        <w:br/>
        <w:t>f 39669/1557/1496 39666/1555/1494 39667/1554/1493</w:t>
        <w:br/>
        <w:t>f 39666/1555/1494 39738/1625/1558 39668/1553/1492</w:t>
        <w:br/>
        <w:t>f 39678/1563/1502 39739/1626/1559 39677/1564/1503</w:t>
        <w:br/>
        <w:t>f 39678/1563/1502 39673/1562/1501 39739/1626/1559</w:t>
        <w:br/>
        <w:t>f 39390/1351/1290 39388/1348/1287 39400/1360/1298</w:t>
        <w:br/>
        <w:t>f 39388/1348/1287 39386/1345/1284 39399/1361/1267</w:t>
        <w:br/>
        <w:t>f 39386/1345/1284 39388/1348/1287 39385/1346/1285</w:t>
        <w:br/>
        <w:t>f 39374/1335/1273 39386/1345/1284 39384/1347/1286</w:t>
        <w:br/>
        <w:t>f 39377/1339/1277 39376/1337/1275 39373/1336/1274</w:t>
        <w:br/>
        <w:t>f 39741/1627/1560 39740/1628/1561 38934/919/857</w:t>
        <w:br/>
        <w:t>f 38931/922/860 39741/1627/1560 38934/919/857</w:t>
        <w:br/>
        <w:t>f 38936/925/863 38937/924/862 39742/1629/1562</w:t>
        <w:br/>
        <w:t>f 39743/1630/1563 38936/925/863 39742/1629/1562</w:t>
        <w:br/>
        <w:t>f 39671/1558/1497 39672/1559/1498 38940/927/865</w:t>
        <w:br/>
        <w:t>f 38939/928/866 39671/1558/1497 38940/927/865</w:t>
        <w:br/>
        <w:t>f 39716/1603/1539 38912/900/840 39723/1610/1546</w:t>
        <w:br/>
        <w:t>f 39741/1627/1560 38931/922/860 38415/476/425</w:t>
        <w:br/>
        <w:t>f 39248/1209/1151 39741/1627/1560 38415/476/425</w:t>
        <w:br/>
        <w:t>f 39424/1386/1323 39425/1385/1322 39209/1172/1114</w:t>
        <w:br/>
        <w:t>f 39210/1171/1113 39424/1386/1323 39209/1172/1114</w:t>
        <w:br/>
        <w:t>f 39246/1207/1149 39209/1172/1114 39425/1385/1322</w:t>
        <w:br/>
        <w:t>f 39245/1204/1146 39246/1207/1149 39425/1385/1322</w:t>
        <w:br/>
        <w:t>f 39617/1506/1445 39652/1539/1478 39619/1504/1443</w:t>
        <w:br/>
        <w:t>f 39623/1510/1449 39620/1509/1448 39478/1439/1376</w:t>
        <w:br/>
        <w:t>f 39479/1438/1375 39623/1510/1449 39478/1439/1376</w:t>
        <w:br/>
        <w:t>f 39627/1514/1453 39629/1516/1455 39742/1629/1562</w:t>
        <w:br/>
        <w:t>f 39626/1511/1450 39627/1514/1453 39742/1629/1562</w:t>
        <w:br/>
        <w:t>f 39624/1513/1452 39745/1631/1564 39744/1632/1565</w:t>
        <w:br/>
        <w:t>f 39627/1514/1453 39624/1513/1452 39744/1632/1565</w:t>
        <w:br/>
        <w:t>f 39657/1547/1486 39747/1633/1566 39746/1634/1567</w:t>
        <w:br/>
        <w:t>f 39660/1544/1483 39657/1547/1486 39746/1634/1567</w:t>
        <w:br/>
        <w:t>f 39617/1506/1445 39634/1522/1461 39654/1540/1479</w:t>
        <w:br/>
        <w:t>f 39652/1539/1478 39617/1506/1445 39654/1540/1479</w:t>
        <w:br/>
        <w:t>f 39479/1438/1375 39749/1635/1568 39748/1636/1569</w:t>
        <w:br/>
        <w:t>f 39623/1510/1449 39479/1438/1375 39748/1636/1569</w:t>
        <w:br/>
        <w:t>f 39655/1543/1482 39744/1632/1565 39745/1631/1564</w:t>
        <w:br/>
        <w:t>f 39656/1542/1481 39655/1543/1482 39745/1631/1564</w:t>
        <w:br/>
        <w:t>f 39750/1637/1570 39662/1548/1487 39647/1534/1473</w:t>
        <w:br/>
        <w:t>f 39648/1533/1472 39750/1637/1570 39647/1534/1473</w:t>
        <w:br/>
        <w:t>f 39649/1536/1475 39632/1519/1458 39633/1520/1459</w:t>
        <w:br/>
        <w:t>f 39648/1533/1472 39649/1536/1475 39633/1520/1459</w:t>
        <w:br/>
        <w:t>f 39663/1550/1489 39646/1535/1474 39647/1534/1473</w:t>
        <w:br/>
        <w:t>f 39619/1504/1443 39664/1552/1491 39752/1638/1571</w:t>
        <w:br/>
        <w:t>f 39751/1639/1572 39619/1504/1443 39752/1638/1571</w:t>
        <w:br/>
        <w:t>f 38950/939/877 38951/938/876 39625/1512/1451</w:t>
        <w:br/>
        <w:t>f 39626/1511/1450 38950/939/877 39625/1512/1451</w:t>
        <w:br/>
        <w:t>f 39255/1216/1158 39753/1640/1573 39614/1500/1439</w:t>
        <w:br/>
        <w:t>f 39254/1213/1155 39255/1216/1158 39614/1500/1439</w:t>
        <w:br/>
        <w:t>f 39519/1480/1419 39310/1273/1215 39311/1272/1214</w:t>
        <w:br/>
        <w:t>f 39754/1641/1574 39519/1480/1419 39311/1272/1214</w:t>
        <w:br/>
        <w:t>f 39310/1273/1215 39526/1487/1426 39307/1268/1210</w:t>
        <w:br/>
        <w:t>f 39755/1642/1575 39519/1480/1419 39754/1641/1574</w:t>
        <w:br/>
        <w:t>f 39756/1643/1576 39755/1642/1575 39754/1641/1574</w:t>
        <w:br/>
        <w:t>f 39519/1480/1419 39755/1642/1575 39256/1219/1161</w:t>
        <w:br/>
        <w:t>f 39518/1478/1417 39519/1480/1419 39256/1219/1161</w:t>
        <w:br/>
        <w:t>f 39517/1479/1418 39518/1478/1417 39489/1450/1387</w:t>
        <w:br/>
        <w:t>f 39270/1232/1174 39517/1479/1418 39489/1450/1387</w:t>
        <w:br/>
        <w:t>f 39757/1644/1577 39424/1386/1323 39426/1387/1324</w:t>
        <w:br/>
        <w:t>f 39758/1645/1578 39757/1644/1577 39426/1387/1324</w:t>
        <w:br/>
        <w:t>f 38675/737/680 39243/1206/1148 39244/1205/1147</w:t>
        <w:br/>
        <w:t>f 38958/946/884 38675/737/680 39244/1205/1147</w:t>
        <w:br/>
        <w:t>f 38412/474/423 39206/1168/1110 39207/1167/1109</w:t>
        <w:br/>
        <w:t>f 38594/656/599 38412/474/423 39207/1167/1109</w:t>
        <w:br/>
        <w:t>f 38710/773/716 39241/1200/1142 39242/1203/1145</w:t>
        <w:br/>
        <w:t>f 38959/947/885 38710/773/716 39242/1203/1145</w:t>
        <w:br/>
        <w:t>f 39394/1353/1291 39395/1356/1294 39528/1490/1429</w:t>
        <w:br/>
        <w:t>f 39432/1394/1331 39394/1353/1291 39528/1490/1429</w:t>
        <w:br/>
        <w:t>f 38960/949/887 38961/948/886 39486/1447/1384</w:t>
        <w:br/>
        <w:t>f 39488/1449/1386 38960/949/887 39486/1447/1384</w:t>
        <w:br/>
        <w:t>f 39487/1448/1385 39486/1447/1384 38961/948/886</w:t>
        <w:br/>
        <w:t>f 38962/950/888 39487/1448/1385 38961/948/886</w:t>
        <w:br/>
        <w:t>f 38964/951/889 39299/1258/1200 39300/1261/1203</w:t>
        <w:br/>
        <w:t>f 38963/952/890 38964/951/889 39300/1261/1203</w:t>
        <w:br/>
        <w:t>f 38965/953/891 38687/747/690 39196/1157/1099</w:t>
        <w:br/>
        <w:t>f 39156/1117/1059 38965/953/891 39196/1157/1099</w:t>
        <w:br/>
        <w:t>f 38958/946/884 39244/1205/1147 39247/1208/1150</w:t>
        <w:br/>
        <w:t>f 38413/473/422 38958/946/884 39247/1208/1150</w:t>
        <w:br/>
        <w:t>f 38963/952/890 39300/1261/1203 39485/1446/1383</w:t>
        <w:br/>
        <w:t>f 38966/954/892 38963/952/890 39485/1446/1383</w:t>
        <w:br/>
        <w:t>f 38967/955/893 38965/953/891 39156/1117/1059</w:t>
        <w:br/>
        <w:t>f 39157/1116/1058 38967/955/893 39156/1117/1059</w:t>
        <w:br/>
        <w:t>f 38635/696/639 39460/1421/1358 39299/1258/1200</w:t>
        <w:br/>
        <w:t>f 38964/951/889 38635/696/639 39299/1258/1200</w:t>
        <w:br/>
        <w:t>f 39488/1449/1386 39278/1239/1181 38657/719/662</w:t>
        <w:br/>
        <w:t>f 38960/949/887 39488/1449/1386 38657/719/662</w:t>
        <w:br/>
        <w:t>f 38685/749/692 38968/956/894 39609/1496/1435</w:t>
        <w:br/>
        <w:t>f 39506/1467/1404 38685/749/692 39609/1496/1435</w:t>
        <w:br/>
        <w:t>f 38970/958/896 39759/1646/1579 39748/1636/1569</w:t>
        <w:br/>
        <w:t>f 38969/959/897 38970/958/896 39748/1636/1569</w:t>
        <w:br/>
        <w:t>f 39672/1559/1498 39686/1573/1512 38972/960/898</w:t>
        <w:br/>
        <w:t>f 38940/927/865 39672/1559/1498 38972/960/898</w:t>
        <w:br/>
        <w:t>f 39698/1585/1523 39693/1580/1518 38882/870/812</w:t>
        <w:br/>
        <w:t>f 39717/1604/1540 39698/1585/1523 38882/870/812</w:t>
        <w:br/>
        <w:t>f 39732/1619/1553 39733/1620/1554 38923/910/848</w:t>
        <w:br/>
        <w:t>f 39735/1622/1555 39724/1611/1547 38973/961/899</w:t>
        <w:br/>
        <w:t>f 39703/1590/1527 39732/1619/1553 38923/910/848</w:t>
        <w:br/>
        <w:t>f 39680/1568/1507 39682/1569/1508 38974/962/900</w:t>
        <w:br/>
        <w:t>f 38974/962/900 39682/1569/1508 38975/963/901</w:t>
        <w:br/>
        <w:t>f 39680/1568/1507 38974/962/900 38876/864/806</w:t>
        <w:br/>
        <w:t>f 38972/960/898 39686/1573/1512 38878/865/807</w:t>
        <w:br/>
        <w:t>f 38888/876/817 39702/1589/1526 38890/877/818</w:t>
        <w:br/>
        <w:t>f 39716/1603/1539 39717/1604/1540 38976/964/902</w:t>
        <w:br/>
        <w:t>f 38976/964/902 39717/1604/1540 38977/965/903</w:t>
        <w:br/>
        <w:t>f 38977/965/903 39717/1604/1540 38882/870/812</w:t>
        <w:br/>
        <w:t>f 38973/961/899 39724/1611/1547 38912/900/840</w:t>
        <w:br/>
        <w:t>f 38922/911/849 39733/1620/1554 38924/913/851</w:t>
        <w:br/>
        <w:t>f 38978/966/851 39735/1622/1555 38973/961/899</w:t>
        <w:br/>
        <w:t>f 38890/877/818 39703/1590/1527 38923/910/848</w:t>
        <w:br/>
        <w:t>f 38912/900/840 39716/1603/1539 38976/964/902</w:t>
        <w:br/>
        <w:t>f 38969/959/897 39748/1636/1569 39749/1635/1568</w:t>
        <w:br/>
        <w:t>f 38979/967/904 38969/959/897 39749/1635/1568</w:t>
        <w:br/>
        <w:t>f 39761/1647/1580 39760/1648/1581 39417/1378/1315</w:t>
        <w:br/>
        <w:t>f 39675/1560/1499 39673/1562/1501 39678/1563/1502</w:t>
        <w:br/>
        <w:t>f 39763/1649/1582 39762/1650/1583 39688/1574/1513</w:t>
        <w:br/>
        <w:t>f 39764/1651/1584 39763/1649/1582 39688/1574/1513</w:t>
        <w:br/>
        <w:t>f 39685/1570/1509 39765/1652/1585 39764/1651/1584</w:t>
        <w:br/>
        <w:t>f 39688/1574/1513 39685/1570/1509 39764/1651/1584</w:t>
        <w:br/>
        <w:t>f 39685/1570/1509 39668/1553/1492 39738/1625/1558</w:t>
        <w:br/>
        <w:t>f 39765/1652/1585 39685/1570/1509 39738/1625/1558</w:t>
        <w:br/>
        <w:t>f 39687/1575/1586 39767/1653/1587 39766/1654/1588</w:t>
        <w:br/>
        <w:t>f 39259/1220/1162 39256/1219/1161 39755/1642/1575</w:t>
        <w:br/>
        <w:t>f 39496/1456/1393 39259/1220/1162 39755/1642/1575</w:t>
        <w:br/>
        <w:t>f 39261/1222/1164 39258/1217/1159 39259/1220/1162</w:t>
        <w:br/>
        <w:t>f 39260/1221/1163 39261/1222/1164 39259/1220/1162</w:t>
        <w:br/>
        <w:t>f 38604/668/611 39015/977/915 39795/1655/1589</w:t>
        <w:br/>
        <w:t>f 39757/1644/1577 39796/1656/1590 39420/1381/1318</w:t>
        <w:br/>
        <w:t>f 39798/1657/1591 39797/1658/1592 39233/1194/1136</w:t>
        <w:br/>
        <w:t>f 39515/1476/1413 39798/1657/1591 39233/1194/1136</w:t>
        <w:br/>
        <w:t>f 39799/1659/1593 39797/1658/1592 39798/1657/1591</w:t>
        <w:br/>
        <w:t>f 39491/1452/1389 39799/1659/1593 39798/1657/1591</w:t>
        <w:br/>
        <w:t>f 39744/1632/1565 39628/1517/1456 39629/1516/1455</w:t>
        <w:br/>
        <w:t>f 39627/1514/1453 39744/1632/1565 39629/1516/1455</w:t>
        <w:br/>
        <w:t>f 39655/1543/1482 39644/1532/1471 39628/1517/1456</w:t>
        <w:br/>
        <w:t>f 39744/1632/1565 39655/1543/1482 39628/1517/1456</w:t>
        <w:br/>
        <w:t>f 39626/1511/1450 39742/1629/1562 38937/924/862</w:t>
        <w:br/>
        <w:t>f 38950/939/877 39626/1511/1450 38937/924/862</w:t>
        <w:br/>
        <w:t>f 39743/1630/1563 39742/1629/1562 39629/1516/1455</w:t>
        <w:br/>
        <w:t>f 39630/1515/1454 39743/1630/1563 39629/1516/1455</w:t>
        <w:br/>
        <w:t>f 39634/1522/1461 39644/1532/1471 39655/1543/1482</w:t>
        <w:br/>
        <w:t>f 39654/1540/1479 39634/1522/1461 39655/1543/1482</w:t>
        <w:br/>
        <w:t>f 39288/1249/1191 39296/1257/1199 39293/1256/1198</w:t>
        <w:br/>
        <w:t>f 39287/1246/1188 39288/1249/1191 39293/1256/1198</w:t>
        <w:br/>
        <w:t>f 39293/1256/1198 39483/1445/1382 39291/1250/1192</w:t>
        <w:br/>
        <w:t>f 39287/1246/1188 39293/1256/1198 39291/1250/1192</w:t>
        <w:br/>
        <w:t>f 39296/1257/1199 39487/1448/1385 39800/1660/1594</w:t>
        <w:br/>
        <w:t>f 39295/1254/1196 39296/1257/1199 39800/1660/1594</w:t>
        <w:br/>
        <w:t>f 39487/1448/1385 38962/950/888 39022/983/921</w:t>
        <w:br/>
        <w:t>f 39800/1660/1594 39487/1448/1385 39022/983/921</w:t>
        <w:br/>
        <w:t>f 39484/1444/1381 39316/1275/1217 39317/1278/1220</w:t>
        <w:br/>
        <w:t>f 39483/1445/1382 39484/1444/1381 39317/1278/1220</w:t>
        <w:br/>
        <w:t>f 39801/1661/1595 39477/1440/1377 39478/1439/1376</w:t>
        <w:br/>
        <w:t>f 39632/1519/1458 39801/1661/1595 39478/1439/1376</w:t>
        <w:br/>
        <w:t>f 39803/1662/1596 39802/1663/1597 39649/1536/1475</w:t>
        <w:br/>
        <w:t>f 39646/1535/1474 39803/1662/1596 39649/1536/1475</w:t>
        <w:br/>
        <w:t>f 39480/1441/1378 39804/1664/1598 39749/1635/1568</w:t>
        <w:br/>
        <w:t>f 39479/1438/1375 39480/1441/1378 39749/1635/1568</w:t>
        <w:br/>
        <w:t>f 39802/1663/1597 39801/1661/1595 39632/1519/1458</w:t>
        <w:br/>
        <w:t>f 39649/1536/1475 39802/1663/1597 39632/1519/1458</w:t>
        <w:br/>
        <w:t>f 39804/1664/1598 39027/988/926 38979/967/904</w:t>
        <w:br/>
        <w:t>f 39749/1635/1568 39804/1664/1598 38979/967/904</w:t>
        <w:br/>
        <w:t>f 39805/1665/1599 39803/1662/1596 39646/1535/1474</w:t>
        <w:br/>
        <w:t>f 39663/1550/1489 39805/1665/1599 39646/1535/1474</w:t>
        <w:br/>
        <w:t>f 39420/1381/1318 39424/1386/1323 39757/1644/1577</w:t>
        <w:br/>
        <w:t>f 39497/1458/1395 39431/1392/1329 39246/1207/1149</w:t>
        <w:br/>
        <w:t>f 39243/1206/1148 39497/1458/1395 39246/1207/1149</w:t>
        <w:br/>
        <w:t>f 39242/1203/1145 39239/1202/1144 39431/1392/1329</w:t>
        <w:br/>
        <w:t>f 39497/1458/1395 39242/1203/1145 39431/1392/1329</w:t>
        <w:br/>
        <w:t>f 39497/1458/1395 38676/736/679 38959/947/885</w:t>
        <w:br/>
        <w:t>f 39242/1203/1145 39497/1458/1395 38959/947/885</w:t>
        <w:br/>
        <w:t>f 39244/1205/1147 39245/1204/1146 39423/1384/1321</w:t>
        <w:br/>
        <w:t>f 39247/1208/1150 39244/1205/1147 39423/1384/1321</w:t>
        <w:br/>
        <w:t>f 39247/1208/1150 39423/1384/1321 39208/1169/1111</w:t>
        <w:br/>
        <w:t>f 39206/1168/1110 39247/1208/1150 39208/1169/1111</w:t>
        <w:br/>
        <w:t>f 39405/1367/1304 39406/1366/1303 39204/1165/1107</w:t>
        <w:br/>
        <w:t>f 39193/1154/1096 39405/1367/1304 39204/1165/1107</w:t>
        <w:br/>
        <w:t>f 39213/1176/1118 39427/1389/1326 39426/1387/1324</w:t>
        <w:br/>
        <w:t>f 39217/1179/1121 39213/1176/1118 39426/1387/1324</w:t>
        <w:br/>
        <w:t>f 39428/1388/1325 39214/1175/1117 39220/1181/1123</w:t>
        <w:br/>
        <w:t>f 39468/1429/1366 39428/1388/1325 39220/1181/1123</w:t>
        <w:br/>
        <w:t>f 39332/1293/1235 39176/1135/1077 39177/1138/1080</w:t>
        <w:br/>
        <w:t>f 39760/1648/1581 39332/1293/1235 39177/1138/1080</w:t>
        <w:br/>
        <w:t>f 39806/1666/1600 39331/1292/1234 39332/1293/1235</w:t>
        <w:br/>
        <w:t>f 39807/1667/1601 39806/1666/1600 39332/1293/1235</w:t>
        <w:br/>
        <w:t>f 39806/1666/1600 39411/1371/1308 39250/1210/1152</w:t>
        <w:br/>
        <w:t>f 39331/1292/1234 39806/1666/1600 39250/1210/1152</w:t>
        <w:br/>
        <w:t>f 39331/1292/1234 39250/1210/1152 39173/1134/1076</w:t>
        <w:br/>
        <w:t>f 39170/1133/1075 39331/1292/1234 39173/1134/1076</w:t>
        <w:br/>
        <w:t>f 38966/954/892 39485/1446/1383 39800/1660/1594</w:t>
        <w:br/>
        <w:t>f 39022/983/921 38966/954/892 39800/1660/1594</w:t>
        <w:br/>
        <w:t>f 39295/1254/1196 39800/1660/1594 39485/1446/1383</w:t>
        <w:br/>
        <w:t>f 39475/1436/1373 39295/1254/1196 39485/1446/1383</w:t>
        <w:br/>
        <w:t>f 39294/1255/1197 39295/1254/1196 39475/1436/1373</w:t>
        <w:br/>
        <w:t>f 39473/1435/1372 39294/1255/1197 39475/1436/1373</w:t>
        <w:br/>
        <w:t>f 39484/1444/1381 39294/1255/1197 39473/1435/1372</w:t>
        <w:br/>
        <w:t>f 39472/1432/1369 39484/1444/1381 39473/1435/1372</w:t>
        <w:br/>
        <w:t>f 39316/1275/1217 39484/1444/1381 39472/1432/1369</w:t>
        <w:br/>
        <w:t>f 39450/1411/1348 39316/1275/1217 39472/1432/1369</w:t>
        <w:br/>
        <w:t>f 39315/1276/1218 39316/1275/1217 39450/1411/1348</w:t>
        <w:br/>
        <w:t>f 39451/1410/1347 39315/1276/1218 39450/1411/1348</w:t>
        <w:br/>
        <w:t>f 39527/1488/1427 39520/1482/1421 39524/1483/1422</w:t>
        <w:br/>
        <w:t>f 39319/1280/1222 39527/1488/1427 39524/1483/1422</w:t>
        <w:br/>
        <w:t>f 39523/1484/1423 39524/1483/1422 39520/1482/1421</w:t>
        <w:br/>
        <w:t>f 39521/1481/1420 39523/1484/1423 39520/1482/1421</w:t>
        <w:br/>
        <w:t>f 39760/1648/1581 39761/1647/1580 39808/1668/1602</w:t>
        <w:br/>
        <w:t>f 39809/1669/1603 39760/1648/1581 39808/1668/1602</w:t>
        <w:br/>
        <w:t>f 39807/1667/1601 39809/1669/1603 39810/1670/1604</w:t>
        <w:br/>
        <w:t>f 39811/1671/1605 39807/1667/1601 39810/1670/1604</w:t>
        <w:br/>
        <w:t>f 39811/1671/1605 39252/1215/1157 39457/1419/1356</w:t>
        <w:br/>
        <w:t>f 39812/1672/1606 39811/1671/1605 39457/1419/1356</w:t>
        <w:br/>
        <w:t>f 39492/1453/1390 39813/1673/1607 39812/1672/1606</w:t>
        <w:br/>
        <w:t>f 39457/1419/1356 39492/1453/1390 39812/1672/1606</w:t>
        <w:br/>
        <w:t>f 39813/1673/1607 39492/1453/1390 39505/1466/1403</w:t>
        <w:br/>
        <w:t>f 39814/1674/1608 39813/1673/1607 39505/1466/1403</w:t>
        <w:br/>
        <w:t>f 39503/1464/1401 39815/1675/1609 39814/1674/1608</w:t>
        <w:br/>
        <w:t>f 39505/1466/1403 39503/1464/1401 39814/1674/1608</w:t>
        <w:br/>
        <w:t>f 39815/1675/1609 39503/1464/1401 39504/1465/1402</w:t>
        <w:br/>
        <w:t>f 39816/1676/1610 39815/1675/1609 39504/1465/1402</w:t>
        <w:br/>
        <w:t>f 39440/1401/1338 39817/1677/1611 39816/1676/1610</w:t>
        <w:br/>
        <w:t>f 39504/1465/1402 39440/1401/1338 39816/1676/1610</w:t>
        <w:br/>
        <w:t>f 39330/1290/1232 39818/1678/1612 39817/1677/1611</w:t>
        <w:br/>
        <w:t>f 39440/1401/1338 39330/1290/1232 39817/1677/1611</w:t>
        <w:br/>
        <w:t>f 39818/1678/1612 39330/1290/1232 39186/1149/1091</w:t>
        <w:br/>
        <w:t>f 39819/1679/1613 39818/1678/1612 39186/1149/1091</w:t>
        <w:br/>
        <w:t>f 39187/1148/1090 39820/1680/1614 39819/1679/1613</w:t>
        <w:br/>
        <w:t>f 39186/1149/1091 39187/1148/1090 39819/1679/1613</w:t>
        <w:br/>
        <w:t>f 39820/1680/1614 39187/1148/1090 39611/1498/1437</w:t>
        <w:br/>
        <w:t>f 39821/1681/1615 39820/1680/1614 39611/1498/1437</w:t>
        <w:br/>
        <w:t>f 39821/1681/1615 39611/1498/1437 39607/1495/1434</w:t>
        <w:br/>
        <w:t>f 39822/1682/1616 39821/1681/1615 39607/1495/1434</w:t>
        <w:br/>
        <w:t>f 39608/1494/1433 39198/1158/1100 39822/1682/1616</w:t>
        <w:br/>
        <w:t>f 39607/1495/1434 39608/1494/1433 39822/1682/1616</w:t>
        <w:br/>
        <w:t>f 39198/1158/1100 39608/1494/1433 39609/1496/1435</w:t>
        <w:br/>
        <w:t>f 39197/1159/1101 39198/1158/1100 39609/1496/1435</w:t>
        <w:br/>
        <w:t>f 38968/956/894 38577/638/581 39197/1159/1101</w:t>
        <w:br/>
        <w:t>f 39609/1496/1435 38968/956/894 39197/1159/1101</w:t>
        <w:br/>
        <w:t>f 39811/1671/1605 39810/1670/1604 39255/1216/1158</w:t>
        <w:br/>
        <w:t>f 39252/1215/1157 39811/1671/1605 39255/1216/1158</w:t>
        <w:br/>
        <w:t>f 39753/1640/1573 39255/1216/1158 39810/1670/1604</w:t>
        <w:br/>
        <w:t>f 39823/1683/1617 39753/1640/1573 39810/1670/1604</w:t>
        <w:br/>
        <w:t>f 39198/1158/1100 39194/1153/1095 39195/1156/1098</w:t>
        <w:br/>
        <w:t>f 39822/1682/1616 39198/1158/1100 39195/1156/1098</w:t>
        <w:br/>
        <w:t>f 39610/1497/1436 39821/1681/1615 39822/1682/1616</w:t>
        <w:br/>
        <w:t>f 39195/1156/1098 39610/1497/1436 39822/1682/1616</w:t>
        <w:br/>
        <w:t>f 39821/1681/1615 39610/1497/1436 39408/1368/1305</w:t>
        <w:br/>
        <w:t>f 39820/1680/1614 39821/1681/1615 39408/1368/1305</w:t>
        <w:br/>
        <w:t>f 39820/1680/1614 39408/1368/1305 39409/1370/1307</w:t>
        <w:br/>
        <w:t>f 39819/1679/1613 39820/1680/1614 39409/1370/1307</w:t>
        <w:br/>
        <w:t>f 39502/1463/1400 39818/1678/1612 39819/1679/1613</w:t>
        <w:br/>
        <w:t>f 39409/1370/1307 39502/1463/1400 39819/1679/1613</w:t>
        <w:br/>
        <w:t>f 39818/1678/1612 39502/1463/1400 39501/1462/1399</w:t>
        <w:br/>
        <w:t>f 39817/1677/1611 39818/1678/1612 39501/1462/1399</w:t>
        <w:br/>
        <w:t>f 39453/1414/1351 39816/1676/1610 39817/1677/1611</w:t>
        <w:br/>
        <w:t>f 39501/1462/1399 39453/1414/1351 39817/1677/1611</w:t>
        <w:br/>
        <w:t>f 39816/1676/1610 39453/1414/1351 39454/1415/1352</w:t>
        <w:br/>
        <w:t>f 39815/1675/1609 39816/1676/1610 39454/1415/1352</w:t>
        <w:br/>
        <w:t>f 39410/1372/1309 39814/1674/1608 39815/1675/1609</w:t>
        <w:br/>
        <w:t>f 39454/1415/1352 39410/1372/1309 39815/1675/1609</w:t>
        <w:br/>
        <w:t>f 39813/1673/1607 39814/1674/1608 39410/1372/1309</w:t>
        <w:br/>
        <w:t>f 39411/1371/1308 39813/1673/1607 39410/1372/1309</w:t>
        <w:br/>
        <w:t>f 39812/1672/1606 39813/1673/1607 39411/1371/1308</w:t>
        <w:br/>
        <w:t>f 39806/1666/1600 39812/1672/1606 39411/1371/1308</w:t>
        <w:br/>
        <w:t>f 39807/1667/1601 39811/1671/1605 39812/1672/1606</w:t>
        <w:br/>
        <w:t>f 39806/1666/1600 39807/1667/1601 39812/1672/1606</w:t>
        <w:br/>
        <w:t>f 39405/1367/1304 39193/1154/1096 39194/1153/1095</w:t>
        <w:br/>
        <w:t>f 39199/1160/1102 39405/1367/1304 39194/1153/1095</w:t>
        <w:br/>
        <w:t>f 39405/1367/1304 39199/1160/1102 38576/639/582</w:t>
        <w:br/>
        <w:t>f 38575/634/577 39405/1367/1304 38576/639/582</w:t>
        <w:br/>
        <w:t>f 39332/1293/1235 39760/1648/1581 39809/1669/1603</w:t>
        <w:br/>
        <w:t>f 39807/1667/1601 39332/1293/1235 39809/1669/1603</w:t>
        <w:br/>
        <w:t>f 39317/1278/1220 39314/1277/1219 39305/1265/1207</w:t>
        <w:br/>
        <w:t>f 39290/1251/1193 39317/1278/1220 39305/1265/1207</w:t>
        <w:br/>
        <w:t>f 39312/1271/1213 39305/1265/1207 39314/1277/1219</w:t>
        <w:br/>
        <w:t>f 39318/1279/1221 39312/1271/1213 39314/1277/1219</w:t>
        <w:br/>
        <w:t>f 39754/1641/1574 39311/1272/1214 39525/1486/1425</w:t>
        <w:br/>
        <w:t>f 39522/1485/1424 39754/1641/1574 39525/1486/1425</w:t>
        <w:br/>
        <w:t>f 39809/1669/1603 39808/1668/1602 39823/1683/1617</w:t>
        <w:br/>
        <w:t>f 39810/1670/1604 39809/1669/1603 39823/1683/1617</w:t>
        <w:br/>
        <w:t>f 39483/1445/1382 39317/1278/1220 39290/1251/1193</w:t>
        <w:br/>
        <w:t>f 39291/1250/1192 39483/1445/1382 39290/1251/1193</w:t>
        <w:br/>
        <w:t>f 39402/1363/1300 39444/1405/1342 39493/1454/1391</w:t>
        <w:br/>
        <w:t>f 39350/1311/1252 39402/1363/1300 39493/1454/1391</w:t>
        <w:br/>
        <w:t>f 39494/1455/1392 39350/1311/1252 39493/1454/1391</w:t>
        <w:br/>
        <w:t>f 39348/1310/1251 39350/1311/1252 39494/1455/1392</w:t>
        <w:br/>
        <w:t>f 39616/1503/1442 39348/1310/1251 39494/1455/1392</w:t>
        <w:br/>
        <w:t>f 39404/1365/1302 39348/1310/1251 39616/1503/1442</w:t>
        <w:br/>
        <w:t>f 39615/1502/1441 39404/1365/1302 39616/1503/1442</w:t>
        <w:br/>
        <w:t>f 39327/1288/1230 39404/1365/1302 39615/1502/1441</w:t>
        <w:br/>
        <w:t>f 39613/1501/1440 39327/1288/1230 39615/1502/1441</w:t>
        <w:br/>
        <w:t>f 39427/1389/1326 39824/1684/1618 39758/1645/1578</w:t>
        <w:br/>
        <w:t>f 39426/1387/1324 39427/1389/1326 39758/1645/1578</w:t>
        <w:br/>
        <w:t>f 39428/1388/1325 39825/1685/1619 39824/1684/1618</w:t>
        <w:br/>
        <w:t>f 39427/1389/1326 39428/1388/1325 39824/1684/1618</w:t>
        <w:br/>
        <w:t>f 39825/1685/1619 39428/1388/1325 39468/1429/1366</w:t>
        <w:br/>
        <w:t>f 39826/1686/1620 39825/1685/1619 39468/1429/1366</w:t>
        <w:br/>
        <w:t>f 39826/1686/1620 39468/1429/1366 39222/1183/1125</w:t>
        <w:br/>
        <w:t>f 39827/1687/1621 39826/1686/1620 39222/1183/1125</w:t>
        <w:br/>
        <w:t>f 39828/1688/1622 39827/1687/1621 39222/1183/1125</w:t>
        <w:br/>
        <w:t>f 39223/1182/1124 39828/1688/1622 39222/1183/1125</w:t>
        <w:br/>
        <w:t>f 39416/1377/1314 39829/1689/1623 39828/1688/1622</w:t>
        <w:br/>
        <w:t>f 39223/1182/1124 39416/1377/1314 39828/1688/1622</w:t>
        <w:br/>
        <w:t>f 39174/1137/1079 39830/1690/1624 39829/1689/1623</w:t>
        <w:br/>
        <w:t>f 39416/1377/1314 39174/1137/1079 39829/1689/1623</w:t>
        <w:br/>
        <w:t>f 39175/1136/1078 39831/1691/1625 39830/1690/1624</w:t>
        <w:br/>
        <w:t>f 39174/1137/1079 39175/1136/1078 39830/1690/1624</w:t>
        <w:br/>
        <w:t>f 39831/1691/1625 39175/1136/1078 39171/1132/1074</w:t>
        <w:br/>
        <w:t>f 39832/1692/1626 39831/1691/1625 39171/1132/1074</w:t>
        <w:br/>
        <w:t>f 39833/1693/1627 39832/1692/1626 39171/1132/1074</w:t>
        <w:br/>
        <w:t>f 39172/1131/1073 39833/1693/1627 39171/1132/1074</w:t>
        <w:br/>
        <w:t>f 39434/1395/1332 39834/1694/1628 39833/1693/1627</w:t>
        <w:br/>
        <w:t>f 39172/1131/1073 39434/1395/1332 39833/1693/1627</w:t>
        <w:br/>
        <w:t>f 39168/1130/1072 39835/1695/1629 39834/1694/1628</w:t>
        <w:br/>
        <w:t>f 39434/1395/1332 39168/1130/1072 39834/1694/1628</w:t>
        <w:br/>
        <w:t>f 39169/1129/1071 39836/1696/1630 39835/1695/1629</w:t>
        <w:br/>
        <w:t>f 39168/1130/1072 39169/1129/1071 39835/1695/1629</w:t>
        <w:br/>
        <w:t>f 39429/1390/1327 39837/1697/1631 39836/1696/1630</w:t>
        <w:br/>
        <w:t>f 39169/1129/1071 39429/1390/1327 39836/1696/1630</w:t>
        <w:br/>
        <w:t>f 39421/1382/1319 39838/1698/1632 39837/1697/1631</w:t>
        <w:br/>
        <w:t>f 39429/1390/1327 39421/1382/1319 39837/1697/1631</w:t>
        <w:br/>
        <w:t>f 39414/1376/1313 39839/1699/1633 39838/1698/1632</w:t>
        <w:br/>
        <w:t>f 39421/1382/1319 39414/1376/1313 39838/1698/1632</w:t>
        <w:br/>
        <w:t>f 39415/1375/1312 39840/1700/1634 39839/1699/1633</w:t>
        <w:br/>
        <w:t>f 39414/1376/1313 39415/1375/1312 39839/1699/1633</w:t>
        <w:br/>
        <w:t>f 39843/1701/1635 39842/1702/1636 39841/1703/1637</w:t>
        <w:br/>
        <w:t>f 39415/1375/1312 39843/1701/1635 39841/1703/1637</w:t>
        <w:br/>
        <w:t>f 39201/1164/1106 39844/1704/1638 39842/1702/1636</w:t>
        <w:br/>
        <w:t>f 39843/1701/1635 39201/1164/1106 39842/1702/1636</w:t>
        <w:br/>
        <w:t>f 39202/1163/1105 39845/1705/1639 39844/1704/1638</w:t>
        <w:br/>
        <w:t>f 39201/1164/1106 39202/1163/1105 39844/1704/1638</w:t>
        <w:br/>
        <w:t>f 39202/1163/1105 39419/1379/1316 39796/1656/1590</w:t>
        <w:br/>
        <w:t>f 39845/1705/1639 39202/1163/1105 39796/1656/1590</w:t>
        <w:br/>
        <w:t>f 39796/1656/1590 39419/1379/1316 39420/1381/1318</w:t>
        <w:br/>
        <w:t>f 39417/1378/1315 39495/1457/1394 39761/1647/1580</w:t>
        <w:br/>
        <w:t>f 39417/1378/1315 39760/1648/1581 39177/1138/1080</w:t>
        <w:br/>
        <w:t>f 39185/1146/1088 39843/1701/1635 39415/1375/1312</w:t>
        <w:br/>
        <w:t>f 39184/1143/1085 39185/1146/1088 39415/1375/1312</w:t>
        <w:br/>
        <w:t>f 39200/1161/1103 39201/1164/1106 39843/1701/1635</w:t>
        <w:br/>
        <w:t>f 39185/1146/1088 39200/1161/1103 39843/1701/1635</w:t>
        <w:br/>
        <w:t>f 39848/1706/1640 39847/1707/1641 39846/1708/1642</w:t>
        <w:br/>
        <w:t>f 39849/1709/1643 39848/1706/1640 39846/1708/1642</w:t>
        <w:br/>
        <w:t>f 39849/1709/1643 39851/1710/1644 39850/1711/1645</w:t>
        <w:br/>
        <w:t>f 39848/1706/1640 39849/1709/1643 39850/1711/1645</w:t>
        <w:br/>
        <w:t>f 39847/1707/1641 39853/1712/1646 39852/1713/1647</w:t>
        <w:br/>
        <w:t>f 39846/1708/1642 39847/1707/1641 39852/1713/1647</w:t>
        <w:br/>
        <w:t>f 39856/1714/1648 39855/1715/1649 39854/1716/1650</w:t>
        <w:br/>
        <w:t>f 39857/1717/1651 39856/1714/1648 39854/1716/1650</w:t>
        <w:br/>
        <w:t>f 39855/1715/1649 39856/1714/1648 39858/1718/1652</w:t>
        <w:br/>
        <w:t>f 39859/1719/1653 39855/1715/1649 39858/1718/1652</w:t>
        <w:br/>
        <w:t>f 39857/1717/1651 39854/1716/1650 39860/1720/1654</w:t>
        <w:br/>
        <w:t>f 39861/1721/1655 39857/1717/1651 39860/1720/1654</w:t>
        <w:br/>
        <w:t>f 39859/1719/1653 39858/1718/1652 39862/1722/1656</w:t>
        <w:br/>
        <w:t>f 39863/1723/1657 39859/1719/1653 39862/1722/1656</w:t>
        <w:br/>
        <w:t>f 39863/1723/1657 39862/1722/1656 39864/1724/1658</w:t>
        <w:br/>
        <w:t>f 39865/1725/1659 39863/1723/1657 39864/1724/1658</w:t>
        <w:br/>
        <w:t>f 39866/1726/1660 39091/1051/989 39092/1050/988</w:t>
        <w:br/>
        <w:t>f 39867/1727/1661 39866/1726/1660 39092/1050/988</w:t>
        <w:br/>
        <w:t>f 39866/1726/1660 39867/1727/1661 39869/1728/1662</w:t>
        <w:br/>
        <w:t>f 39868/1729/1663 39866/1726/1660 39869/1728/1662</w:t>
        <w:br/>
        <w:t>f 39868/1729/1663 39869/1728/1662 39871/1730/1664</w:t>
        <w:br/>
        <w:t>f 39870/1731/1665 39868/1729/1663 39871/1730/1664</w:t>
        <w:br/>
        <w:t>f 39870/1731/1665 39871/1730/1664 39850/1711/1645</w:t>
        <w:br/>
        <w:t>f 39851/1710/1644 39870/1731/1665 39850/1711/1645</w:t>
        <w:br/>
        <w:t>f 39873/1732/1666 39872/1733/1667 39100/1058/996</w:t>
        <w:br/>
        <w:t>f 39097/1061/999 39873/1732/1666 39100/1058/996</w:t>
        <w:br/>
        <w:t>f 39872/1733/1667 39873/1732/1666 39861/1721/1655</w:t>
        <w:br/>
        <w:t>f 39860/1720/1654 39872/1733/1667 39861/1721/1655</w:t>
        <w:br/>
        <w:t>f 39852/1713/1647 39853/1712/1646 39865/1725/1659</w:t>
        <w:br/>
        <w:t>f 39864/1724/1658 39852/1713/1647 39865/1725/1659</w:t>
        <w:br/>
        <w:t>f 39651/1537/1476 39653/1541/1480 39849/1709/1643</w:t>
        <w:br/>
        <w:t>f 39846/1708/1642 39651/1537/1476 39849/1709/1643</w:t>
        <w:br/>
        <w:t>f 39801/1661/1595 39856/1714/1648 39857/1717/1651</w:t>
        <w:br/>
        <w:t>f 39477/1440/1377 39801/1661/1595 39857/1717/1651</w:t>
        <w:br/>
        <w:t>f 39858/1718/1652 39802/1663/1597 39803/1662/1596</w:t>
        <w:br/>
        <w:t>f 39862/1722/1656 39858/1718/1652 39803/1662/1596</w:t>
        <w:br/>
        <w:t>f 39866/1726/1660 39868/1729/1663 39624/1513/1452</w:t>
        <w:br/>
        <w:t>f 39625/1512/1451 39866/1726/1660 39624/1513/1452</w:t>
        <w:br/>
        <w:t>f 39851/1710/1644 39849/1709/1643 39653/1541/1480</w:t>
        <w:br/>
        <w:t>f 39656/1542/1481 39851/1710/1644 39653/1541/1480</w:t>
        <w:br/>
        <w:t>f 39873/1732/1666 39804/1664/1598 39480/1441/1378</w:t>
        <w:br/>
        <w:t>f 39861/1721/1655 39873/1732/1666 39480/1441/1378</w:t>
        <w:br/>
        <w:t>f 39856/1714/1648 39801/1661/1595 39802/1663/1597</w:t>
        <w:br/>
        <w:t>f 39858/1718/1652 39856/1714/1648 39802/1663/1597</w:t>
        <w:br/>
        <w:t>f 39745/1631/1564 39624/1513/1452 39868/1729/1663</w:t>
        <w:br/>
        <w:t>f 39870/1731/1665 39745/1631/1564 39868/1729/1663</w:t>
        <w:br/>
        <w:t>f 39656/1542/1481 39745/1631/1564 39870/1731/1665</w:t>
        <w:br/>
        <w:t>f 39851/1710/1644 39656/1542/1481 39870/1731/1665</w:t>
        <w:br/>
        <w:t>f 39860/1720/1654 39798/1657/1591 39515/1476/1413</w:t>
        <w:br/>
        <w:t>f 39872/1733/1667 39860/1720/1654 39515/1476/1413</w:t>
        <w:br/>
        <w:t>f 39798/1657/1591 39860/1720/1654 39854/1716/1650</w:t>
        <w:br/>
        <w:t>f 39491/1452/1389 39798/1657/1591 39854/1716/1650</w:t>
        <w:br/>
        <w:t>f 39491/1452/1389 39854/1716/1650 39855/1715/1649</w:t>
        <w:br/>
        <w:t>f 39490/1451/1388 39491/1452/1389 39855/1715/1649</w:t>
        <w:br/>
        <w:t>f 39859/1719/1653 39272/1233/1175 39490/1451/1388</w:t>
        <w:br/>
        <w:t>f 39855/1715/1649 39859/1719/1653 39490/1451/1388</w:t>
        <w:br/>
        <w:t>f 39272/1233/1175 39859/1719/1653 39863/1723/1657</w:t>
        <w:br/>
        <w:t>f 39271/1231/1173 39272/1233/1175 39863/1723/1657</w:t>
        <w:br/>
        <w:t>f 39271/1231/1173 39863/1723/1657 39865/1725/1659</w:t>
        <w:br/>
        <w:t>f 39469/1431/1368 39271/1231/1173 39865/1725/1659</w:t>
        <w:br/>
        <w:t>f 39853/1712/1646 39847/1707/1641 39309/1270/1212</w:t>
        <w:br/>
        <w:t>f 39306/1269/1211 39853/1712/1646 39309/1270/1212</w:t>
        <w:br/>
        <w:t>f 39847/1707/1641 39848/1706/1640 39283/1242/1184</w:t>
        <w:br/>
        <w:t>f 39309/1270/1212 39847/1707/1641 39283/1242/1184</w:t>
        <w:br/>
        <w:t>f 39848/1706/1640 39850/1711/1645 39282/1243/1185</w:t>
        <w:br/>
        <w:t>f 39283/1242/1184 39848/1706/1640 39282/1243/1185</w:t>
        <w:br/>
        <w:t>f 39482/1442/1379 39282/1243/1185 39850/1711/1645</w:t>
        <w:br/>
        <w:t>f 39871/1730/1664 39482/1442/1379 39850/1711/1645</w:t>
        <w:br/>
        <w:t>f 39869/1728/1662 39280/1241/1183 39482/1442/1379</w:t>
        <w:br/>
        <w:t>f 39871/1730/1664 39869/1728/1662 39482/1442/1379</w:t>
        <w:br/>
        <w:t>f 39867/1727/1661 39279/1238/1180 39280/1241/1183</w:t>
        <w:br/>
        <w:t>f 39869/1728/1662 39867/1727/1661 39280/1241/1183</w:t>
        <w:br/>
        <w:t>f 39306/1269/1211 39469/1431/1368 39865/1725/1659</w:t>
        <w:br/>
        <w:t>f 39853/1712/1646 39306/1269/1211 39865/1725/1659</w:t>
        <w:br/>
        <w:t>f 39864/1724/1658 39805/1665/1599 39665/1551/1490</w:t>
        <w:br/>
        <w:t>f 39846/1708/1642 39852/1713/1647 39650/1538/1477</w:t>
        <w:br/>
        <w:t>f 39651/1537/1476 39846/1708/1642 39650/1538/1477</w:t>
        <w:br/>
        <w:t>f 39862/1722/1656 39803/1662/1596 39805/1665/1599</w:t>
        <w:br/>
        <w:t>f 39864/1724/1658 39862/1722/1656 39805/1665/1599</w:t>
        <w:br/>
        <w:t>f 39091/1051/989 39866/1726/1660 39625/1512/1451</w:t>
        <w:br/>
        <w:t>f 38951/938/876 39091/1051/989 39625/1512/1451</w:t>
        <w:br/>
        <w:t>f 39092/1050/988 38656/718/661 39279/1238/1180</w:t>
        <w:br/>
        <w:t>f 39867/1727/1661 39092/1050/988 39279/1238/1180</w:t>
        <w:br/>
        <w:t>f 39097/1061/999 39027/988/926 39804/1664/1598</w:t>
        <w:br/>
        <w:t>f 39873/1732/1666 39097/1061/999 39804/1664/1598</w:t>
        <w:br/>
        <w:t>f 38696/759/702 39100/1058/996 39872/1733/1667</w:t>
        <w:br/>
        <w:t>f 39515/1476/1413 38696/759/702 39872/1733/1667</w:t>
        <w:br/>
        <w:t>f 39861/1721/1655 39480/1441/1378 39477/1440/1377</w:t>
        <w:br/>
        <w:t>f 39857/1717/1651 39861/1721/1655 39477/1440/1377</w:t>
        <w:br/>
        <w:t>f 39327/1288/1230 39613/1501/1440 39604/1492/1431</w:t>
        <w:br/>
        <w:t>f 39605/1493/1432 39456/1416/1353 39325/1286/1228</w:t>
        <w:br/>
        <w:t>f 39326/1289/1231 39605/1493/1432 39325/1286/1228</w:t>
        <w:br/>
        <w:t>f 39874/1734/1668 39761/1647/1580 39495/1457/1394</w:t>
        <w:br/>
        <w:t>f 39496/1456/1393 39874/1734/1668 39495/1457/1394</w:t>
        <w:br/>
        <w:t>f 39876/1735/1669 39875/1736/1670 39605/1493/1432</w:t>
        <w:br/>
        <w:t>f 39604/1492/1431 39876/1735/1669 39605/1493/1432</w:t>
        <w:br/>
        <w:t>f 39875/1736/1670 39876/1735/1669 39877/1737/1671</w:t>
        <w:br/>
        <w:t>f 39878/1738/1672 39875/1736/1670 39877/1737/1671</w:t>
        <w:br/>
        <w:t>f 39878/1738/1672 39877/1737/1671 39879/1739/1673</w:t>
        <w:br/>
        <w:t>f 39880/1740/1674 39878/1738/1672 39879/1739/1673</w:t>
        <w:br/>
        <w:t>f 39882/1741/1675 39881/1742/1676 39874/1734/1668</w:t>
        <w:br/>
        <w:t>f 39756/1643/1576 39882/1741/1675 39874/1734/1668</w:t>
        <w:br/>
        <w:t>f 39881/1742/1676 39882/1741/1675 39880/1740/1674</w:t>
        <w:br/>
        <w:t>f 39879/1739/1673 39881/1742/1676 39880/1740/1674</w:t>
        <w:br/>
        <w:t>f 39455/1417/1354 39875/1736/1670 39878/1738/1672</w:t>
        <w:br/>
        <w:t>f 39521/1481/1420 39455/1417/1354 39878/1738/1672</w:t>
        <w:br/>
        <w:t>f 39882/1741/1675 39522/1485/1424 39523/1484/1423</w:t>
        <w:br/>
        <w:t>f 39880/1740/1674 39882/1741/1675 39523/1484/1423</w:t>
        <w:br/>
        <w:t>f 39604/1492/1431 39613/1501/1440 39614/1500/1439</w:t>
        <w:br/>
        <w:t>f 39876/1735/1669 39604/1492/1431 39614/1500/1439</w:t>
        <w:br/>
        <w:t>f 39808/1668/1602 39881/1742/1676 39879/1739/1673</w:t>
        <w:br/>
        <w:t>f 39823/1683/1617 39808/1668/1602 39879/1739/1673</w:t>
        <w:br/>
        <w:t>f 39456/1416/1353 39605/1493/1432 39875/1736/1670</w:t>
        <w:br/>
        <w:t>f 39455/1417/1354 39456/1416/1353 39875/1736/1670</w:t>
        <w:br/>
        <w:t>f 39876/1735/1669 39614/1500/1439 39753/1640/1573</w:t>
        <w:br/>
        <w:t>f 39877/1737/1671 39876/1735/1669 39753/1640/1573</w:t>
        <w:br/>
        <w:t>f 39880/1740/1674 39523/1484/1423 39521/1481/1420</w:t>
        <w:br/>
        <w:t>f 39878/1738/1672 39880/1740/1674 39521/1481/1420</w:t>
        <w:br/>
        <w:t>f 39877/1737/1671 39753/1640/1573 39823/1683/1617</w:t>
        <w:br/>
        <w:t>f 39879/1739/1673 39877/1737/1671 39823/1683/1617</w:t>
        <w:br/>
        <w:t>f 39756/1643/1576 39754/1641/1574 39522/1485/1424</w:t>
        <w:br/>
        <w:t>f 39882/1741/1675 39756/1643/1576 39522/1485/1424</w:t>
        <w:br/>
        <w:t>f 39761/1647/1580 39874/1734/1668 39881/1742/1676</w:t>
        <w:br/>
        <w:t>f 39808/1668/1602 39761/1647/1580 39881/1742/1676</w:t>
        <w:br/>
        <w:t>f 39756/1643/1576 39874/1734/1668 39496/1456/1393</w:t>
        <w:br/>
        <w:t>f 39755/1642/1575 39756/1643/1576 39496/1456/1393</w:t>
        <w:br/>
        <w:t>f 39441/1404/1341 39493/1454/1391 39444/1405/1342</w:t>
        <w:br/>
        <w:t>f 38934/919/857 39740/1628/1561 39883/1743/1677</w:t>
        <w:br/>
        <w:t>f 39111/1072/1010 38934/919/857 39883/1743/1677</w:t>
        <w:br/>
        <w:t>f 39799/1659/1593 39491/1452/1389 39276/1237/1179</w:t>
        <w:br/>
        <w:t>f 39230/1191/1133 39799/1659/1593 39276/1237/1179</w:t>
        <w:br/>
        <w:t>f 39886/1744/1678 39885/1745/1679 39884/1746/1680</w:t>
        <w:br/>
        <w:t>f 39887/1747/1681 39886/1744/1678 39884/1746/1680</w:t>
        <w:br/>
        <w:t>f 39885/1745/1679 39886/1744/1678 39888/1748/1682</w:t>
        <w:br/>
        <w:t>f 39889/1749/1683 39885/1745/1679 39888/1748/1682</w:t>
        <w:br/>
        <w:t>f 39887/1747/1681 39884/1746/1680 39797/1658/1592</w:t>
        <w:br/>
        <w:t>f 39799/1659/1593 39887/1747/1681 39797/1658/1592</w:t>
        <w:br/>
        <w:t>f 39891/1750/1684 39890/1751/1685 39889/1749/1683</w:t>
        <w:br/>
        <w:t>f 39888/1748/1682 39891/1750/1684 39889/1749/1683</w:t>
        <w:br/>
        <w:t>f 39433/1393/1330 39795/1655/1589 39890/1751/1685</w:t>
        <w:br/>
        <w:t>f 39891/1750/1684 39433/1393/1330 39890/1751/1685</w:t>
        <w:br/>
        <w:t>f 39235/1197/1139 39886/1744/1678 39887/1747/1681</w:t>
        <w:br/>
        <w:t>f 39231/1190/1132 39235/1197/1139 39887/1747/1681</w:t>
        <w:br/>
        <w:t>f 39394/1353/1291 39433/1393/1330 39891/1750/1684</w:t>
        <w:br/>
        <w:t>f 39890/1751/1685 39740/1628/1561 39741/1627/1560</w:t>
        <w:br/>
        <w:t>f 39889/1749/1683 39890/1751/1685 39741/1627/1560</w:t>
        <w:br/>
        <w:t>f 39886/1744/1678 39235/1197/1139 39393/1354/1292</w:t>
        <w:br/>
        <w:t>f 39888/1748/1682 39886/1744/1678 39393/1354/1292</w:t>
        <w:br/>
        <w:t>f 39248/1209/1151 39885/1745/1679 39889/1749/1683</w:t>
        <w:br/>
        <w:t>f 39741/1627/1560 39248/1209/1151 39889/1749/1683</w:t>
        <w:br/>
        <w:t>f 39234/1195/1137 39884/1746/1680 39885/1745/1679</w:t>
        <w:br/>
        <w:t>f 39248/1209/1151 39234/1195/1137 39885/1745/1679</w:t>
        <w:br/>
        <w:t>f 39884/1746/1680 39234/1195/1137 39233/1194/1136</w:t>
        <w:br/>
        <w:t>f 39797/1658/1592 39884/1746/1680 39233/1194/1136</w:t>
        <w:br/>
        <w:t>f 39887/1747/1681 39799/1659/1593 39230/1191/1133</w:t>
        <w:br/>
        <w:t>f 39231/1190/1132 39887/1747/1681 39230/1191/1133</w:t>
        <w:br/>
        <w:t>f 39795/1655/1589 39740/1628/1561 39890/1751/1685</w:t>
        <w:br/>
        <w:t>f 39393/1354/1292 39394/1353/1291 39891/1750/1684</w:t>
        <w:br/>
        <w:t>f 39888/1748/1682 39393/1354/1292 39891/1750/1684</w:t>
        <w:br/>
        <w:t>f 39433/1393/1330 38604/668/611 39795/1655/1589</w:t>
        <w:br/>
        <w:t>f 39397/1357/1295 39892/1752/1686 39530/1491/1430</w:t>
        <w:br/>
        <w:t>f 39383/1343/1282 39374/1335/1273 39375/1334/1272</w:t>
        <w:br/>
        <w:t>f 39362/1323/1264 39337/1298/1239 39338/1297/1239</w:t>
        <w:br/>
        <w:t>f 39361/1324/1264 39362/1323/1264 39338/1297/1239</w:t>
        <w:br/>
        <w:t>f 39334/1295/1237 39358/1320/1261 39403/1364/1301</w:t>
        <w:br/>
        <w:t>f 39333/1296/1238 39334/1295/1237 39403/1364/1301</w:t>
        <w:br/>
        <w:t>f 39313/1274/1216 39304/1266/1208 39305/1265/1207</w:t>
        <w:br/>
        <w:t>f 39312/1271/1213 39313/1274/1216 39305/1265/1207</w:t>
        <w:br/>
        <w:t>f 39319/1280/1222 39524/1483/1422 39525/1486/1425</w:t>
        <w:br/>
        <w:t>f 39318/1279/1221 39319/1280/1222 39525/1486/1425</w:t>
        <w:br/>
        <w:t>f 39448/1409/1346 39452/1413/1350 39320/1282/1224</w:t>
        <w:br/>
        <w:t>f 39447/1406/1343 39448/1409/1346 39320/1282/1224</w:t>
        <w:br/>
        <w:t>f 39527/1488/1427 39451/1410/1347 39452/1413/1350</w:t>
        <w:br/>
        <w:t>f 39448/1409/1346 39527/1488/1427 39452/1413/1350</w:t>
        <w:br/>
        <w:t>f 39319/1280/1222 39315/1276/1218 39451/1410/1347</w:t>
        <w:br/>
        <w:t>f 39527/1488/1427 39319/1280/1222 39451/1410/1347</w:t>
        <w:br/>
        <w:t>f 39318/1279/1221 39525/1486/1425 39311/1272/1214</w:t>
        <w:br/>
        <w:t>f 39312/1271/1213 39318/1279/1221 39311/1272/1214</w:t>
        <w:br/>
        <w:t>f 39313/1274/1216 39310/1273/1215 39307/1268/1210</w:t>
        <w:br/>
        <w:t>f 39447/1406/1343 39320/1282/1224 39321/1281/1223</w:t>
        <w:br/>
        <w:t>f 39447/1406/1343 39321/1281/1223 39324/1283/1225</w:t>
        <w:br/>
        <w:t>f 39895/1753/1687 39894/1754/1688 39893/1755/1689</w:t>
        <w:br/>
        <w:t>f 39896/1756/1690 39895/1753/1687 39893/1755/1689</w:t>
        <w:br/>
        <w:t>f 39639/1526/1465 39897/1757/1691 39747/1633/1692</w:t>
        <w:br/>
        <w:t>f 39638/1523/1462 39639/1526/1465 39747/1633/1692</w:t>
        <w:br/>
        <w:t>f 39643/1530/1469 39640/1529/1468 39898/1758/1693</w:t>
        <w:br/>
        <w:t>f 39899/1759/1694 39643/1530/1469 39898/1758/1693</w:t>
        <w:br/>
        <w:t>f 39894/1754/1688 39901/1760/1695 39900/1761/1696</w:t>
        <w:br/>
        <w:t>f 39893/1755/1689 39894/1754/1688 39900/1761/1696</w:t>
        <w:br/>
        <w:t>f 39623/1510/1449 39748/1636/1569 39759/1646/1579</w:t>
        <w:br/>
        <w:t>f 39622/1507/1446 39623/1510/1449 39759/1646/1579</w:t>
        <w:br/>
        <w:t>f 39631/1518/1457 39628/1517/1456 39644/1532/1471</w:t>
        <w:br/>
        <w:t>f 39645/1531/1470 39631/1518/1457 39644/1532/1471</w:t>
        <w:br/>
        <w:t>f 39900/1761/1696 39901/1760/1695 39641/1528/1467</w:t>
        <w:br/>
        <w:t>f 39642/1527/1466 39900/1761/1696 39641/1528/1467</w:t>
        <w:br/>
        <w:t>f 39648/1533/1472 39633/1520/1459 39902/1762/1697</w:t>
        <w:br/>
        <w:t>f 39750/1637/1570 39648/1533/1472 39902/1762/1697</w:t>
        <w:br/>
        <w:t>f 39906/1763/1698 39905/1764/1699 39904/1765/1700</w:t>
        <w:br/>
        <w:t>f 39903/1766/1701 39906/1763/1698 39904/1765/1700</w:t>
        <w:br/>
        <w:t>f 39908/1767/1702 39907/1768/1703 39138/1096/1035</w:t>
        <w:br/>
        <w:t>f 39135/1099/1038 39908/1767/1702 39138/1096/1035</w:t>
        <w:br/>
        <w:t>f 39633/1520/1459 39620/1509/1448 39621/1508/1447</w:t>
        <w:br/>
        <w:t>f 39902/1762/1697 39633/1520/1459 39621/1508/1447</w:t>
        <w:br/>
        <w:t>f 39659/1545/1484 39905/1764/1699 39906/1763/1698</w:t>
        <w:br/>
        <w:t>f 39658/1546/1485 39659/1545/1484 39906/1763/1698</w:t>
        <w:br/>
        <w:t>f 39910/1769/1704 39903/1766/1701 39909/1770/1705</w:t>
        <w:br/>
        <w:t>f 39142/1102/1041 39636/1525/1464 39637/1524/1463</w:t>
        <w:br/>
        <w:t>f 39141/1103/1042 39142/1102/1041 39637/1524/1463</w:t>
        <w:br/>
        <w:t>f 39899/1759/1694 39898/1758/1693 39907/1768/1703</w:t>
        <w:br/>
        <w:t>f 39908/1767/1702 39899/1759/1694 39907/1768/1703</w:t>
        <w:br/>
        <w:t>f 39619/1504/1443 39751/1639/1572 39618/1505/1444</w:t>
        <w:br/>
        <w:t>f 39664/1552/1491 39665/1551/1490 39805/1665/1599</w:t>
        <w:br/>
        <w:t>f 39663/1550/1489 39664/1552/1491 39805/1665/1599</w:t>
        <w:br/>
        <w:t>f 39752/1638/1571 39664/1552/1491 39663/1550/1489</w:t>
        <w:br/>
        <w:t>f 39661/1549/1488 39752/1638/1571 39663/1550/1489</w:t>
        <w:br/>
        <w:t>f 39909/1770/1705 39896/1756/1690 39910/1769/1704</w:t>
        <w:br/>
        <w:t>f 39665/1551/1490 39852/1713/1647 39864/1724/1658</w:t>
        <w:br/>
        <w:t>f 39665/1551/1490 39650/1538/1477 39852/1713/1647</w:t>
        <w:br/>
        <w:t>f 39911/1771/1706 39766/1654/1707 39762/1650/1583</w:t>
        <w:br/>
        <w:t>f 39763/1649/1582 39911/1771/1706 39762/1650/1583</w:t>
        <w:br/>
        <w:t>f 39687/1575/1514 39912/1772/1708 39762/1650/1583</w:t>
        <w:br/>
        <w:t>f 39903/1766/1701 39904/1765/1700 39909/1770/1705</w:t>
        <w:br/>
        <w:t>f 39909/1770/1705 39895/1753/1687 39896/1756/1690</w:t>
        <w:br/>
        <w:t>f 39310/1273/1215 39517/1479/1418 39526/1487/1426</w:t>
        <w:br/>
        <w:t>f 39526/1487/1426 39470/1430/1367 39469/1431/1368</w:t>
        <w:br/>
        <w:t>f 39470/1430/1367 39270/1232/1174 39271/1231/1173</w:t>
        <w:br/>
        <w:t>f 39470/1430/1367 39517/1479/1418 39270/1232/1174</w:t>
        <w:br/>
        <w:t>f 39526/1487/1426 39517/1479/1418 39470/1430/1367</w:t>
        <w:br/>
        <w:t>f 38716/1773/1709 38715/1774/1710 38714/1775/1711</w:t>
        <w:br/>
        <w:t>f 38713/1776/1712 38716/1773/1709 38714/1775/1711</w:t>
        <w:br/>
        <w:t>f 38720/1777/1713 38719/1778/1714 38718/1779/1715</w:t>
        <w:br/>
        <w:t>f 38717/1780/1716 38720/1777/1713 38718/1779/1715</w:t>
        <w:br/>
        <w:t>f 38722/1781/1717 38718/1779/1715 38719/1778/1714</w:t>
        <w:br/>
        <w:t>f 38721/1782/1718 38722/1781/1717 38719/1778/1714</w:t>
        <w:br/>
        <w:t>f 38725/1783/1719 38724/1784/1720 38723/1785/1721</w:t>
        <w:br/>
        <w:t>f 38726/1786/1722 38725/1783/1719 38723/1785/1721</w:t>
        <w:br/>
        <w:t>f 38724/1784/1720 38728/1787/1723 38727/1788/1724</w:t>
        <w:br/>
        <w:t>f 38723/1785/1721 38724/1784/1720 38727/1788/1724</w:t>
        <w:br/>
        <w:t>f 38732/1789/1725 38731/1790/1726 38730/1791/1727</w:t>
        <w:br/>
        <w:t>f 38729/1792/1728 38732/1789/1725 38730/1791/1727</w:t>
        <w:br/>
        <w:t>f 38736/1793/1729 38735/1794/1730 38734/1795/1731</w:t>
        <w:br/>
        <w:t>f 38733/1796/1732 38736/1793/1729 38734/1795/1731</w:t>
        <w:br/>
        <w:t>f 38740/1797/1733 38739/1798/1733 38738/1799/1734</w:t>
        <w:br/>
        <w:t>f 38737/1800/1734 38740/1797/1733 38738/1799/1734</w:t>
        <w:br/>
        <w:t>f 38742/1801/1735 38741/1802/1736 38739/1798/1733</w:t>
        <w:br/>
        <w:t>f 38740/1797/1733 38742/1801/1735 38739/1798/1733</w:t>
        <w:br/>
        <w:t>f 38742/1801/1735 38744/1803/1737 38743/1804/963</w:t>
        <w:br/>
        <w:t>f 38741/1802/1736 38742/1801/1735 38743/1804/963</w:t>
        <w:br/>
        <w:t>f 38744/1803/1737 38746/1805/1738 38745/1806/1739</w:t>
        <w:br/>
        <w:t>f 38743/1804/963 38744/1803/1737 38745/1806/1739</w:t>
        <w:br/>
        <w:t>f 38748/1807/1740 38745/1806/1739 38746/1805/1738</w:t>
        <w:br/>
        <w:t>f 38747/1808/1741 38748/1807/1740 38746/1805/1738</w:t>
        <w:br/>
        <w:t>f 38747/1808/1741 38750/1809/1742 38749/1810/967</w:t>
        <w:br/>
        <w:t>f 38748/1807/1740 38747/1808/1741 38749/1810/967</w:t>
        <w:br/>
        <w:t>f 38750/1809/1742 38752/1811/1743 38751/1812/1744</w:t>
        <w:br/>
        <w:t>f 38749/1810/967 38750/1809/1742 38751/1812/1744</w:t>
        <w:br/>
        <w:t>f 38756/1813/1745 38755/1814/1746 38754/1815/1747</w:t>
        <w:br/>
        <w:t>f 38753/1816/1747 38756/1813/1745 38754/1815/1747</w:t>
        <w:br/>
        <w:t>f 38733/1796/1732 38734/1795/1731 38729/1792/1728</w:t>
        <w:br/>
        <w:t>f 38730/1791/1727 38733/1796/1732 38729/1792/1728</w:t>
        <w:br/>
        <w:t>f 38726/1786/1722 38722/1781/1717 38721/1782/1718</w:t>
        <w:br/>
        <w:t>f 38725/1783/1719 38726/1786/1722 38721/1782/1718</w:t>
        <w:br/>
        <w:t>f 38717/1780/1716 38714/1775/1711 38715/1774/1710</w:t>
        <w:br/>
        <w:t>f 38720/1777/1713 38717/1780/1716 38715/1774/1710</w:t>
        <w:br/>
        <w:t>f 38760/1817/1748 38759/1818/1748 38758/1819/1749</w:t>
        <w:br/>
        <w:t>f 38757/1820/1749 38760/1817/1748 38758/1819/1749</w:t>
        <w:br/>
        <w:t>f 38757/1820/1749 38758/1819/1749 38753/1816/1747</w:t>
        <w:br/>
        <w:t>f 38754/1815/1747 38757/1820/1749 38753/1816/1747</w:t>
        <w:br/>
        <w:t>f 38737/1800/1734 38738/1799/1734 38759/1818/1748</w:t>
        <w:br/>
        <w:t>f 38760/1817/1748 38737/1800/1734 38759/1818/1748</w:t>
        <w:br/>
        <w:t>f 38762/1821/1750 38761/1822/1751 38715/1774/1710</w:t>
        <w:br/>
        <w:t>f 38716/1773/1709 38762/1821/1750 38715/1774/1710</w:t>
        <w:br/>
        <w:t>f 38763/1823/1752 38719/1778/1714 38720/1777/1713</w:t>
        <w:br/>
        <w:t>f 38763/1823/1752 38721/1782/1718 38719/1778/1714</w:t>
        <w:br/>
        <w:t>f 38765/1824/1753 38764/1825/1754 38724/1784/1720</w:t>
        <w:br/>
        <w:t>f 38725/1783/1719 38765/1824/1753 38724/1784/1720</w:t>
        <w:br/>
        <w:t>f 38724/1784/1720 38764/1825/1754 38728/1787/1723</w:t>
        <w:br/>
        <w:t>f 38767/1826/1755 38730/1791/1727 38766/1827/1756</w:t>
        <w:br/>
        <w:t>f 38767/1826/1755 38768/1828/1757 38736/1793/1729</w:t>
        <w:br/>
        <w:t>f 38733/1796/1732 38767/1826/1755 38736/1793/1729</w:t>
        <w:br/>
        <w:t>f 38771/1829/1758 38770/1830/1759 38769/1831/1760</w:t>
        <w:br/>
        <w:t>f 38770/1830/1759 38771/1829/1758 38773/1832/1761</w:t>
        <w:br/>
        <w:t>f 38772/1833/1761 38770/1830/1759 38773/1832/1761</w:t>
        <w:br/>
        <w:t>f 38775/1834/1762 38774/1835/1762 38772/1833/1761</w:t>
        <w:br/>
        <w:t>f 38773/1832/1761 38775/1834/1762 38772/1833/1761</w:t>
        <w:br/>
        <w:t>f 38777/1836/1763 38774/1835/1762 38775/1834/1762</w:t>
        <w:br/>
        <w:t>f 38776/1837/1764 38777/1836/1763 38775/1834/1762</w:t>
        <w:br/>
        <w:t>f 38777/1836/1763 38776/1837/1764 38779/1838/1765</w:t>
        <w:br/>
        <w:t>f 38778/1839/1765 38777/1836/1763 38779/1838/1765</w:t>
        <w:br/>
        <w:t>f 38779/1838/1765 38780/1840/1766 38750/1809/1742</w:t>
        <w:br/>
        <w:t>f 38778/1839/1765 38779/1838/1765 38750/1809/1742</w:t>
        <w:br/>
        <w:t>f 38780/1840/1766 38781/1841/1767 38752/1811/1743</w:t>
        <w:br/>
        <w:t>f 38750/1809/1742 38780/1840/1766 38752/1811/1743</w:t>
        <w:br/>
        <w:t>f 38767/1826/1755 38733/1796/1732 38730/1791/1727</w:t>
        <w:br/>
        <w:t>f 38721/1782/1718 38763/1823/1752 38765/1824/1753</w:t>
        <w:br/>
        <w:t>f 38725/1783/1719 38721/1782/1718 38765/1824/1753</w:t>
        <w:br/>
        <w:t>f 38761/1822/1751 38763/1823/1752 38720/1777/1713</w:t>
        <w:br/>
        <w:t>f 38715/1774/1710 38761/1822/1751 38720/1777/1713</w:t>
        <w:br/>
        <w:t>f 38771/1829/1758 38783/1842/1768 38782/1843/1769</w:t>
        <w:br/>
        <w:t>f 38769/1831/1760 38783/1842/1768 38771/1829/1758</w:t>
        <w:br/>
        <w:t>f 38785/1844/1770 38780/1840/1766 38784/1845/1771</w:t>
        <w:br/>
        <w:t>f 38731/1790/1726 38732/1789/1725 38727/1788/1724</w:t>
        <w:br/>
        <w:t>f 38728/1787/1723 38731/1790/1726 38727/1788/1724</w:t>
        <w:br/>
        <w:t>f 38764/1825/1754 38766/1827/1756 38788/1846/1772</w:t>
        <w:br/>
        <w:t>f 38728/1787/1723 38764/1825/1754 38788/1846/1772</w:t>
        <w:br/>
        <w:t>f 38713/1776/1712 38751/1812/1744 38752/1811/1743</w:t>
        <w:br/>
        <w:t>f 38716/1773/1709 38713/1776/1712 38752/1811/1743</w:t>
        <w:br/>
        <w:t>f 38716/1773/1709 38752/1811/1743 38781/1841/1767</w:t>
        <w:br/>
        <w:t>f 38762/1821/1750 38716/1773/1709 38781/1841/1767</w:t>
        <w:br/>
        <w:t>f 38781/1841/1767 38989/1847/1773 38988/1848/1774</w:t>
        <w:br/>
        <w:t>f 38762/1821/1750 38781/1841/1767 38988/1848/1774</w:t>
        <w:br/>
        <w:t>f 38780/1840/1766 38785/1844/1770 38989/1847/1773</w:t>
        <w:br/>
        <w:t>f 38781/1841/1767 38780/1840/1766 38989/1847/1773</w:t>
        <w:br/>
        <w:t>f 38785/1844/1770 38784/1845/1771 38990/1849/1775</w:t>
        <w:br/>
        <w:t>f 38994/1850/1776 38993/1851/1777 38992/1852/1778</w:t>
        <w:br/>
        <w:t>f 38991/1853/1779 38994/1850/1776 38992/1852/1778</w:t>
        <w:br/>
        <w:t>f 38992/1852/1778 38993/1851/1777 38996/1854/1780</w:t>
        <w:br/>
        <w:t>f 38995/1855/1781 38992/1852/1778 38996/1854/1780</w:t>
        <w:br/>
        <w:t>f 39000/1856/1782 38999/1857/1782 38998/1858/1783</w:t>
        <w:br/>
        <w:t>f 38997/1859/1784 39000/1856/1782 38998/1858/1783</w:t>
        <w:br/>
        <w:t>f 38990/1849/1775 39002/1860/1785 39001/1861/1786</w:t>
        <w:br/>
        <w:t>f 38785/1844/1770 38990/1849/1775 39001/1861/1786</w:t>
        <w:br/>
        <w:t>f 39006/1862/1787 39005/1863/1788 39004/1864/1789</w:t>
        <w:br/>
        <w:t>f 39003/1865/1790 39006/1862/1787 39004/1864/1789</w:t>
        <w:br/>
        <w:t>f 39004/1864/1789 39008/1866/1791 39007/1867/1792</w:t>
        <w:br/>
        <w:t>f 39003/1865/1790 39004/1864/1789 39007/1867/1792</w:t>
        <w:br/>
        <w:t>f 39009/1868/1793 38762/1821/1750 38988/1848/1774</w:t>
        <w:br/>
        <w:t>f 39009/1868/1793 38988/1848/1774 39008/1866/1791</w:t>
        <w:br/>
        <w:t>f 39010/1869/1794 39009/1868/1793 39008/1866/1791</w:t>
        <w:br/>
        <w:t>f 39012/1870/1795 39011/1871/1796 38994/1850/1776</w:t>
        <w:br/>
        <w:t>f 38991/1853/1779 39012/1870/1795 38994/1850/1776</w:t>
        <w:br/>
        <w:t>f 39001/1861/1786 39002/1860/1785 38999/1857/1782</w:t>
        <w:br/>
        <w:t>f 39000/1856/1782 39001/1861/1786 38999/1857/1782</w:t>
        <w:br/>
        <w:t>f 39005/1863/1788 38996/1854/1780 38993/1851/1777</w:t>
        <w:br/>
        <w:t>f 39004/1864/1789 39005/1863/1788 38993/1851/1777</w:t>
        <w:br/>
        <w:t>f 39004/1864/1789 38993/1851/1777 38994/1850/1776</w:t>
        <w:br/>
        <w:t>f 39008/1866/1791 39004/1864/1789 38994/1850/1776</w:t>
        <w:br/>
        <w:t>f 39008/1866/1791 38994/1850/1776 39011/1871/1796</w:t>
        <w:br/>
        <w:t>f 39010/1869/1794 39008/1866/1791 39011/1871/1796</w:t>
        <w:br/>
        <w:t>f 39014/1872/1797 39013/1873/1798 38768/1828/1799</w:t>
        <w:br/>
        <w:t>f 38782/1843/1769 39014/1872/1797 38768/1828/1799</w:t>
        <w:br/>
        <w:t>f 38766/1827/1756 38730/1791/1727 38731/1790/1726</w:t>
        <w:br/>
        <w:t>f 38771/1829/1758 38782/1843/1769 38768/1828/1799</w:t>
        <w:br/>
        <w:t>f 39533/1874/1800 39532/1875/1801 39531/1876/1802</w:t>
        <w:br/>
        <w:t>f 39534/1877/1803 39533/1874/1800 39531/1876/1802</w:t>
        <w:br/>
        <w:t>f 39537/1878/1804 39536/1879/1805 39535/1880/1806</w:t>
        <w:br/>
        <w:t>f 39538/1881/1807 39537/1878/1804 39535/1880/1806</w:t>
        <w:br/>
        <w:t>f 39536/1879/1805 39537/1878/1804 39539/1882/1808</w:t>
        <w:br/>
        <w:t>f 39540/1883/1809 39536/1879/1805 39539/1882/1808</w:t>
        <w:br/>
        <w:t>f 39544/1884/1810 39543/1885/1811 39542/1886/1812</w:t>
        <w:br/>
        <w:t>f 39541/1887/1813 39544/1884/1810 39542/1886/1812</w:t>
        <w:br/>
        <w:t>f 39546/1888/1814 39545/1889/1815 39543/1885/1811</w:t>
        <w:br/>
        <w:t>f 39544/1884/1810 39546/1888/1814 39543/1885/1811</w:t>
        <w:br/>
        <w:t>f 39549/1890/1816 39548/1891/1817 39547/1892/1818</w:t>
        <w:br/>
        <w:t>f 39550/1893/1819 39549/1890/1816 39547/1892/1818</w:t>
        <w:br/>
        <w:t>f 39553/1894/1820 39552/1895/1821 39551/1896/1822</w:t>
        <w:br/>
        <w:t>f 39554/1897/1823 39553/1894/1820 39551/1896/1822</w:t>
        <w:br/>
        <w:t>f 39557/1898/1824 39556/1899/1825 39555/1900/1826</w:t>
        <w:br/>
        <w:t>f 39558/1901/1824 39557/1898/1824 39555/1900/1826</w:t>
        <w:br/>
        <w:t>f 39556/1899/1825 39560/1902/1827 39559/1903/1828</w:t>
        <w:br/>
        <w:t>f 39555/1900/1826 39556/1899/1825 39559/1903/1828</w:t>
        <w:br/>
        <w:t>f 39562/1904/1829 39561/1905/1830 39559/1903/1828</w:t>
        <w:br/>
        <w:t>f 39560/1902/1827 39562/1904/1829 39559/1903/1828</w:t>
        <w:br/>
        <w:t>f 39564/1906/1636 39563/1907/1831 39561/1905/1830</w:t>
        <w:br/>
        <w:t>f 39562/1904/1829 39564/1906/1636 39561/1905/1830</w:t>
        <w:br/>
        <w:t>f 39563/1907/1831 39564/1906/1636 39565/1908/1832</w:t>
        <w:br/>
        <w:t>f 39566/1909/1833 39563/1907/1831 39565/1908/1832</w:t>
        <w:br/>
        <w:t>f 39568/1910/1639 39567/1911/1834 39566/1909/1833</w:t>
        <w:br/>
        <w:t>f 39565/1908/1832 39568/1910/1639 39566/1909/1833</w:t>
        <w:br/>
        <w:t>f 39570/1912/1835 39569/1913/1836 39567/1911/1834</w:t>
        <w:br/>
        <w:t>f 39568/1910/1639 39570/1912/1835 39567/1911/1834</w:t>
        <w:br/>
        <w:t>f 39573/1914/1837 39572/1915/1838 39571/1916/1838</w:t>
        <w:br/>
        <w:t>f 39574/1917/1837 39573/1914/1837 39571/1916/1838</w:t>
        <w:br/>
        <w:t>f 39550/1893/1819 39553/1894/1820 39554/1897/1823</w:t>
        <w:br/>
        <w:t>f 39549/1890/1816 39550/1893/1819 39554/1897/1823</w:t>
        <w:br/>
        <w:t>f 39540/1883/1809 39539/1882/1808 39541/1887/1813</w:t>
        <w:br/>
        <w:t>f 39542/1886/1812 39540/1883/1809 39541/1887/1813</w:t>
        <w:br/>
        <w:t>f 39532/1875/1801 39533/1874/1800 39538/1881/1807</w:t>
        <w:br/>
        <w:t>f 39535/1880/1806 39532/1875/1801 39538/1881/1807</w:t>
        <w:br/>
        <w:t>f 39577/1918/1839 39576/1919/1840 39575/1920/1840</w:t>
        <w:br/>
        <w:t>f 39578/1921/1841 39577/1918/1839 39575/1920/1840</w:t>
        <w:br/>
        <w:t>f 39574/1917/1837 39577/1918/1839 39578/1921/1841</w:t>
        <w:br/>
        <w:t>f 39573/1914/1837 39574/1917/1837 39578/1921/1841</w:t>
        <w:br/>
        <w:t>f 39576/1919/1840 39557/1898/1824 39558/1901/1824</w:t>
        <w:br/>
        <w:t>f 39575/1920/1840 39576/1919/1840 39558/1901/1824</w:t>
        <w:br/>
        <w:t>f 39532/1875/1801 39580/1922/1842 39579/1923/1843</w:t>
        <w:br/>
        <w:t>f 39531/1876/1802 39532/1875/1801 39579/1923/1843</w:t>
        <w:br/>
        <w:t>f 39535/1880/1806 39536/1879/1805 39581/1924/1844</w:t>
        <w:br/>
        <w:t>f 39536/1879/1805 39540/1883/1809 39581/1924/1844</w:t>
        <w:br/>
        <w:t>f 39543/1885/1811 39583/1925/1845 39582/1926/1846</w:t>
        <w:br/>
        <w:t>f 39542/1886/1812 39543/1885/1811 39582/1926/1846</w:t>
        <w:br/>
        <w:t>f 39545/1889/1815 39583/1925/1845 39543/1885/1811</w:t>
        <w:br/>
        <w:t>f 39585/1927/1847 39549/1890/1816 39584/1928/1848</w:t>
        <w:br/>
        <w:t>f 39551/1896/1822 39586/1929/1849 39584/1928/1848</w:t>
        <w:br/>
        <w:t>f 39554/1897/1823 39551/1896/1822 39584/1928/1848</w:t>
        <w:br/>
        <w:t>f 39589/1930/1850 39588/1931/1851 39587/1932/1852</w:t>
        <w:br/>
        <w:t>f 39590/1933/1853 39587/1932/1852 39588/1931/1851</w:t>
        <w:br/>
        <w:t>f 39591/1934/1853 39590/1933/1853 39588/1931/1851</w:t>
        <w:br/>
        <w:t>f 39591/1934/1853 39593/1935/1854 39592/1936/1854</w:t>
        <w:br/>
        <w:t>f 39590/1933/1853 39591/1934/1853 39592/1936/1854</w:t>
        <w:br/>
        <w:t>f 39592/1936/1854 39593/1935/1854 39594/1937/1855</w:t>
        <w:br/>
        <w:t>f 39595/1938/1856 39592/1936/1854 39594/1937/1855</w:t>
        <w:br/>
        <w:t>f 39596/1939/1857 39595/1938/1856 39594/1937/1855</w:t>
        <w:br/>
        <w:t>f 39597/1940/1857 39596/1939/1857 39594/1937/1855</w:t>
        <w:br/>
        <w:t>f 39567/1911/1834 39598/1941/1858 39596/1939/1857</w:t>
        <w:br/>
        <w:t>f 39597/1940/1857 39567/1911/1834 39596/1939/1857</w:t>
        <w:br/>
        <w:t>f 39569/1913/1836 39599/1942/1859 39598/1941/1858</w:t>
        <w:br/>
        <w:t>f 39567/1911/1834 39569/1913/1836 39598/1941/1858</w:t>
        <w:br/>
        <w:t>f 39549/1890/1816 39554/1897/1823 39584/1928/1848</w:t>
        <w:br/>
        <w:t>f 39582/1926/1846 39581/1924/1844 39540/1883/1809</w:t>
        <w:br/>
        <w:t>f 39542/1886/1812 39582/1926/1846 39540/1883/1809</w:t>
        <w:br/>
        <w:t>f 39535/1880/1806 39581/1924/1844 39580/1922/1842</w:t>
        <w:br/>
        <w:t>f 39532/1875/1801 39535/1880/1806 39580/1922/1842</w:t>
        <w:br/>
        <w:t>f 39601/1943/1860 39600/1944/1861 39587/1932/1852</w:t>
        <w:br/>
        <w:t>f 39587/1932/1852 39600/1944/1861 39589/1930/1850</w:t>
        <w:br/>
        <w:t>f 39603/1945/1862 39598/1941/1858 39602/1946/1863</w:t>
        <w:br/>
        <w:t>f 39546/1888/1814 39547/1892/1818 39548/1891/1817</w:t>
        <w:br/>
        <w:t>f 39545/1889/1815 39546/1888/1814 39548/1891/1817</w:t>
        <w:br/>
        <w:t>f 39606/1947/1864 39585/1927/1847 39583/1925/1845</w:t>
        <w:br/>
        <w:t>f 39545/1889/1815 39606/1947/1864 39583/1925/1845</w:t>
        <w:br/>
        <w:t>f 39569/1913/1836 39570/1912/1835 39534/1877/1803</w:t>
        <w:br/>
        <w:t>f 39531/1876/1802 39569/1913/1836 39534/1877/1803</w:t>
        <w:br/>
        <w:t>f 39599/1942/1859 39569/1913/1836 39531/1876/1802</w:t>
        <w:br/>
        <w:t>f 39579/1923/1843 39599/1942/1859 39531/1876/1802</w:t>
        <w:br/>
        <w:t>f 39769/1948/1865 39768/1949/1866 39599/1942/1859</w:t>
        <w:br/>
        <w:t>f 39579/1923/1843 39769/1948/1865 39599/1942/1859</w:t>
        <w:br/>
        <w:t>f 39768/1949/1866 39602/1946/1863 39598/1941/1858</w:t>
        <w:br/>
        <w:t>f 39599/1942/1859 39768/1949/1866 39598/1941/1858</w:t>
        <w:br/>
        <w:t>f 39770/1950/1867 39603/1945/1862 39602/1946/1863</w:t>
        <w:br/>
        <w:t>f 39773/1951/1868 39772/1952/1869 39771/1953/1870</w:t>
        <w:br/>
        <w:t>f 39774/1954/1871 39773/1951/1868 39771/1953/1870</w:t>
        <w:br/>
        <w:t>f 39775/1955/1872 39772/1952/1869 39773/1951/1868</w:t>
        <w:br/>
        <w:t>f 39776/1956/1873 39775/1955/1872 39773/1951/1868</w:t>
        <w:br/>
        <w:t>f 39779/1957/1874 39778/1958/1875 39777/1959/1875</w:t>
        <w:br/>
        <w:t>f 39780/1960/1876 39779/1957/1874 39777/1959/1875</w:t>
        <w:br/>
        <w:t>f 39782/1961/1877 39781/1962/1877 39770/1950/1867</w:t>
        <w:br/>
        <w:t>f 39602/1946/1863 39782/1961/1877 39770/1950/1867</w:t>
        <w:br/>
        <w:t>f 39785/1963/1878 39784/1964/1879 39783/1965/1880</w:t>
        <w:br/>
        <w:t>f 39786/1966/1881 39785/1963/1878 39783/1965/1880</w:t>
        <w:br/>
        <w:t>f 39788/1967/1882 39787/1968/1883 39785/1963/1878</w:t>
        <w:br/>
        <w:t>f 39786/1966/1881 39788/1967/1882 39785/1963/1878</w:t>
        <w:br/>
        <w:t>f 39769/1948/1865 39579/1923/1843 39789/1969/1884</w:t>
        <w:br/>
        <w:t>f 39787/1968/1883 39769/1948/1865 39789/1969/1884</w:t>
        <w:br/>
        <w:t>f 39790/1970/1885 39787/1968/1883 39789/1969/1884</w:t>
        <w:br/>
        <w:t>f 39771/1953/1870 39792/1971/1886 39791/1972/1887</w:t>
        <w:br/>
        <w:t>f 39774/1954/1871 39771/1953/1870 39791/1972/1887</w:t>
        <w:br/>
        <w:t>f 39778/1958/1875 39781/1962/1877 39782/1961/1877</w:t>
        <w:br/>
        <w:t>f 39777/1959/1875 39778/1958/1875 39782/1961/1877</w:t>
        <w:br/>
        <w:t>f 39772/1952/1869 39775/1955/1872 39784/1964/1879</w:t>
        <w:br/>
        <w:t>f 39785/1963/1878 39772/1952/1869 39784/1964/1879</w:t>
        <w:br/>
        <w:t>f 39771/1953/1870 39772/1952/1869 39785/1963/1878</w:t>
        <w:br/>
        <w:t>f 39787/1968/1883 39771/1953/1870 39785/1963/1878</w:t>
        <w:br/>
        <w:t>f 39792/1971/1886 39771/1953/1870 39787/1968/1883</w:t>
        <w:br/>
        <w:t>f 39790/1970/1885 39792/1971/1886 39787/1968/1883</w:t>
        <w:br/>
        <w:t>f 39586/1929/1888 39794/1973/1889 39793/1974/1890</w:t>
        <w:br/>
        <w:t>f 39586/1929/1888 39793/1974/1890 39601/1943/1860</w:t>
        <w:br/>
        <w:t>f 39548/1891/1817 39549/1890/1816 39585/1927/1847</w:t>
        <w:br/>
        <w:t>f 39586/1929/1888 39601/1943/1860 39587/1932/1852</w:t>
        <w:br/>
        <w:t>f 37333/1975/1891 37332/1976/1892 37331/1977/1893</w:t>
        <w:br/>
        <w:t>f 37330/1978/1894 37333/1975/1891 37331/1977/1893</w:t>
        <w:br/>
        <w:t>f 37341/1979/1895 37340/1980/1896 37339/1981/1897</w:t>
        <w:br/>
        <w:t>f 37338/1982/1895 37341/1979/1895 37339/1981/1897</w:t>
        <w:br/>
        <w:t>f 37332/1976/1892 37333/1975/1891 37342/1983/1898</w:t>
        <w:br/>
        <w:t>f 37343/1984/1899 37332/1976/1892 37342/1983/1898</w:t>
        <w:br/>
        <w:t>f 37347/1985/1900 37341/1979/1895 37338/1982/1895</w:t>
        <w:br/>
        <w:t>f 37346/1986/1901 37347/1985/1900 37338/1982/1895</w:t>
        <w:br/>
        <w:t>f 37349/1987/1902 37339/1981/1897 37340/1980/1896</w:t>
        <w:br/>
        <w:t>f 37330/1978/1894 37331/1977/1893 37350/1988/1903</w:t>
        <w:br/>
        <w:t>f 37343/1984/1899 37342/1983/1898 37351/1989/1904</w:t>
        <w:br/>
        <w:t>f 37352/1990/1905 37343/1984/1899 37351/1989/1904</w:t>
        <w:br/>
        <w:t>f 37347/1985/1900 37346/1986/1901 37355/1991/1906</w:t>
        <w:br/>
        <w:t>f 37358/1992/1907 37357/1993/1908 37356/1994/1909</w:t>
        <w:br/>
        <w:t>f 37360/1995/1910 37359/1996/1910 37358/1992/1907</w:t>
        <w:br/>
        <w:t>f 37356/1994/1909 37360/1995/1910 37358/1992/1907</w:t>
        <w:br/>
        <w:t>f 37367/1997/1911 37366/1998/1911 37365/1999/1912</w:t>
        <w:br/>
        <w:t>f 37368/2000/1912 37367/1997/1911 37365/1999/1912</w:t>
        <w:br/>
        <w:t>f 37370/2001/1913 37369/2002/1914 37359/1996/1910</w:t>
        <w:br/>
        <w:t>f 37360/1995/1910 37370/2001/1913 37359/1996/1910</w:t>
        <w:br/>
        <w:t>f 37367/1997/1911 37374/2003/1915 37373/2004/1915</w:t>
        <w:br/>
        <w:t>f 37366/1998/1911 37367/1997/1911 37373/2004/1915</w:t>
        <w:br/>
        <w:t>f 37376/2005/1916 37375/2006/1917 37369/2002/1914</w:t>
        <w:br/>
        <w:t>f 37370/2001/1913 37376/2005/1916 37369/2002/1914</w:t>
        <w:br/>
        <w:t>f 37373/2004/1915 37374/2003/1915 37379/2007/1918</w:t>
        <w:br/>
        <w:t>f 37380/2008/1918 37373/2004/1915 37379/2007/1918</w:t>
        <w:br/>
        <w:t>f 37368/2000/1912 37365/1999/1912 37382/2009/1919</w:t>
        <w:br/>
        <w:t>f 37460/2010/1920 37459/2011/1921 37458/2012/1921</w:t>
        <w:br/>
        <w:t>f 37457/2013/1920 37460/2010/1920 37458/2012/1921</w:t>
        <w:br/>
        <w:t>f 37468/2014/1922 37467/2015/1923 37466/2016/1924</w:t>
        <w:br/>
        <w:t>f 37465/2017/1925 37468/2014/1922 37466/2016/1924</w:t>
        <w:br/>
        <w:t>f 37469/2018/1926 37460/2010/1920 37457/2013/1920</w:t>
        <w:br/>
        <w:t>f 37470/2019/1927 37469/2018/1926 37457/2013/1920</w:t>
        <w:br/>
        <w:t>f 37474/2020/1928 37473/2021/1928 37467/2015/1923</w:t>
        <w:br/>
        <w:t>f 37468/2014/1922 37474/2020/1928 37467/2015/1923</w:t>
        <w:br/>
        <w:t>f 37476/2022/1929 37465/2017/1925 37466/2016/1924</w:t>
        <w:br/>
        <w:t>f 37459/2011/1921 37477/2023/1930 37458/2012/1921</w:t>
        <w:br/>
        <w:t>f 37478/2024/1931 37469/2018/1926 37470/2019/1927</w:t>
        <w:br/>
        <w:t>f 37479/2025/1932 37478/2024/1931 37470/2019/1927</w:t>
        <w:br/>
        <w:t>f 37474/2020/1928 37482/2026/1933 37473/2021/1928</w:t>
        <w:br/>
        <w:t>f 37485/2027/1934 37484/2028/1934 37483/2029/1935</w:t>
        <w:br/>
        <w:t>f 37487/2030/1936 37484/2028/1934 37485/2027/1934</w:t>
        <w:br/>
        <w:t>f 37486/2031/1937 37487/2030/1936 37485/2027/1934</w:t>
        <w:br/>
        <w:t>f 37494/2032/1938 37493/2033/1939 37492/2034/1940</w:t>
        <w:br/>
        <w:t>f 37495/2035/1938 37494/2032/1938 37492/2034/1940</w:t>
        <w:br/>
        <w:t>f 37497/2036/1941 37487/2030/1936 37486/2031/1937</w:t>
        <w:br/>
        <w:t>f 37496/2037/1942 37497/2036/1941 37486/2031/1937</w:t>
        <w:br/>
        <w:t>f 37492/2034/1940 37493/2033/1939 37501/2038/1943</w:t>
        <w:br/>
        <w:t>f 37500/2039/1944 37492/2034/1940 37501/2038/1943</w:t>
        <w:br/>
        <w:t>f 37503/2040/1945 37497/2036/1941 37496/2037/1942</w:t>
        <w:br/>
        <w:t>f 37502/2041/1946 37503/2040/1945 37496/2037/1942</w:t>
        <w:br/>
        <w:t>f 37506/2042/1947 37500/2039/1944 37501/2038/1943</w:t>
        <w:br/>
        <w:t>f 37507/2043/1947 37506/2042/1947 37501/2038/1943</w:t>
        <w:br/>
        <w:t>f 37495/2035/1938 37509/2044/1948 37494/2032/1938</w:t>
        <w:br/>
        <w:t>f 37573/2045/1949 37572/2046/1950 37571/2047/1951</w:t>
        <w:br/>
        <w:t>f 37570/2048/1952 37573/2045/1949 37571/2047/1951</w:t>
        <w:br/>
        <w:t>f 37572/2046/1950 37575/2049/1953 37574/2050/1954</w:t>
        <w:br/>
        <w:t>f 37571/2047/1951 37572/2046/1950 37574/2050/1954</w:t>
        <w:br/>
        <w:t>f 37575/2049/1953 37577/2051/1955 37576/2052/1956</w:t>
        <w:br/>
        <w:t>f 37574/2050/1954 37575/2049/1953 37576/2052/1956</w:t>
        <w:br/>
        <w:t>f 37579/2053/1957 37578/2054/1958 37576/2052/1956</w:t>
        <w:br/>
        <w:t>f 37577/2051/1955 37579/2053/1957 37576/2052/1956</w:t>
        <w:br/>
        <w:t>f 37578/2054/1958 37579/2053/1957 37584/2055/1959</w:t>
        <w:br/>
        <w:t>f 37583/2056/1960 37578/2054/1958 37584/2055/1959</w:t>
        <w:br/>
        <w:t>f 37588/2057/1961 37587/2058/1962 37586/2059/1963</w:t>
        <w:br/>
        <w:t>f 37585/2060/1964 37588/2057/1961 37586/2059/1963</w:t>
        <w:br/>
        <w:t>f 37587/2058/1962 37588/2057/1961 37594/2061/1965</w:t>
        <w:br/>
        <w:t>f 37593/2062/1966 37587/2058/1962 37594/2061/1965</w:t>
        <w:br/>
        <w:t>f 37600/2063/1967 37599/2064/1968 37598/2065/1969</w:t>
        <w:br/>
        <w:t>f 37597/2066/1970 37600/2063/1967 37598/2065/1969</w:t>
        <w:br/>
        <w:t>f 37604/2067/1971 37603/2068/1972 37602/2069/1973</w:t>
        <w:br/>
        <w:t>f 37601/2070/1974 37604/2067/1971 37602/2069/1973</w:t>
        <w:br/>
        <w:t>f 37607/2071/1975 37606/2072/1976 37605/2073/1977</w:t>
        <w:br/>
        <w:t>f 37611/2074/1978 37610/2075/1979 37609/2076/1980</w:t>
        <w:br/>
        <w:t>f 37608/2077/1981 37611/2074/1978 37609/2076/1980</w:t>
        <w:br/>
        <w:t>f 37619/2078/1982 37618/2079/1982 37617/2080/1983</w:t>
        <w:br/>
        <w:t>f 37616/2081/1984 37619/2078/1982 37617/2080/1983</w:t>
        <w:br/>
        <w:t>f 37627/2082/1985 37626/2083/1986 37625/2084/1986</w:t>
        <w:br/>
        <w:t>f 37624/2085/1985 37627/2082/1985 37625/2084/1986</w:t>
        <w:br/>
        <w:t>f 37626/2083/1986 37607/2071/1975 37605/2073/1977</w:t>
        <w:br/>
        <w:t>f 37625/2084/1986 37626/2083/1986 37605/2073/1977</w:t>
        <w:br/>
        <w:t>f 37617/2080/1983 37611/2074/1978 37608/2077/1981</w:t>
        <w:br/>
        <w:t>f 37616/2081/1984 37617/2080/1983 37608/2077/1981</w:t>
        <w:br/>
        <w:t>f 37593/2062/1966 37594/2061/1965 37630/2086/1987</w:t>
        <w:br/>
        <w:t>f 37633/2087/1988 37632/2088/1989 37631/2089/1989</w:t>
        <w:br/>
        <w:t>f 37636/2090/1990 37635/2091/1991 37634/2092/1992</w:t>
        <w:br/>
        <w:t>f 37637/2093/1993 37636/2090/1990 37634/2092/1992</w:t>
        <w:br/>
        <w:t>f 37639/2094/1994 37634/2092/1992 37635/2091/1991</w:t>
        <w:br/>
        <w:t>f 37638/2095/1995 37639/2094/1994 37635/2091/1991</w:t>
        <w:br/>
        <w:t>f 37605/2073/1977 37606/2072/1976 37634/2092/1992</w:t>
        <w:br/>
        <w:t>f 37639/2094/1994 37605/2073/1977 37634/2092/1992</w:t>
        <w:br/>
        <w:t>f 37643/2096/1996 37642/2097/1997 37641/2098/1998</w:t>
        <w:br/>
        <w:t>f 37640/2099/1999 37643/2096/1996 37641/2098/1998</w:t>
        <w:br/>
        <w:t>f 37649/2100/2000 37648/2101/2000 37647/2102/2001</w:t>
        <w:br/>
        <w:t>f 37646/2103/2002 37649/2100/2000 37647/2102/2001</w:t>
        <w:br/>
        <w:t>f 37653/2104/2003 37652/2105/2004 37651/2106/2005</w:t>
        <w:br/>
        <w:t>f 37650/2107/2006 37653/2104/2003 37651/2106/2005</w:t>
        <w:br/>
        <w:t>f 37655/2108/2007 37643/2096/1996 37640/2099/1999</w:t>
        <w:br/>
        <w:t>f 37654/2109/2008 37655/2108/2007 37640/2099/1999</w:t>
        <w:br/>
        <w:t>f 37646/2103/2002 37647/2102/2001 37659/2110/2009</w:t>
        <w:br/>
        <w:t>f 37658/2111/2009 37646/2103/2002 37659/2110/2009</w:t>
        <w:br/>
        <w:t>f 37652/2105/2004 37661/2112/2010 37660/2113/2011</w:t>
        <w:br/>
        <w:t>f 37651/2106/2005 37652/2105/2004 37660/2113/2011</w:t>
        <w:br/>
        <w:t>f 37664/2114/2012 37663/2115/2013 37662/2116/2014</w:t>
        <w:br/>
        <w:t>f 37670/2117/2015 37669/2118/2016 37668/2119/2017</w:t>
        <w:br/>
        <w:t>f 37668/2119/2017 37669/2118/2016 37671/2120/2018</w:t>
        <w:br/>
        <w:t>f 37668/2119/2017 37671/2120/2018 37660/2113/2011</w:t>
        <w:br/>
        <w:t>f 37661/2112/2010 37668/2119/2017 37660/2113/2011</w:t>
        <w:br/>
        <w:t>f 37670/2117/2015 37668/2119/2017 37658/2111/2009</w:t>
        <w:br/>
        <w:t>f 37659/2110/2009 37670/2117/2015 37658/2111/2009</w:t>
        <w:br/>
        <w:t>f 37654/2109/2008 37664/2114/2012 37662/2116/2014</w:t>
        <w:br/>
        <w:t>f 37655/2108/2007 37654/2109/2008 37662/2116/2014</w:t>
        <w:br/>
        <w:t>f 37675/2121/2019 37674/2122/2020 37673/2123/2021</w:t>
        <w:br/>
        <w:t>f 37672/2124/2022 37675/2121/2019 37673/2123/2021</w:t>
        <w:br/>
        <w:t>f 37635/2091/1991 37677/2125/2023 37676/2126/2024</w:t>
        <w:br/>
        <w:t>f 37638/2095/1995 37635/2091/1991 37676/2126/2024</w:t>
        <w:br/>
        <w:t>f 37635/2091/1991 37636/2090/1990 37678/2127/2025</w:t>
        <w:br/>
        <w:t>f 37677/2125/2023 37635/2091/1991 37678/2127/2025</w:t>
        <w:br/>
        <w:t>f 37682/2128/2026 37681/2129/2027 37680/2130/2028</w:t>
        <w:br/>
        <w:t>f 37679/2131/2029 37682/2128/2026 37680/2130/2028</w:t>
        <w:br/>
        <w:t>f 37680/2130/2028 37684/2132/2030 37683/2133/2031</w:t>
        <w:br/>
        <w:t>f 37679/2131/2029 37680/2130/2028 37683/2133/2031</w:t>
        <w:br/>
        <w:t>f 37685/2134/2032 37679/2131/2029 37683/2133/2031</w:t>
        <w:br/>
        <w:t>f 37682/2128/2026 37679/2131/2029 37685/2134/2032</w:t>
        <w:br/>
        <w:t>f 37699/2135/2033 37698/2136/2034 37697/2137/2035</w:t>
        <w:br/>
        <w:t>f 37696/2138/2036 37699/2135/2033 37697/2137/2035</w:t>
        <w:br/>
        <w:t>f 37703/2139/2037 37674/2122/2020 37675/2121/2019</w:t>
        <w:br/>
        <w:t>f 37702/2140/2038 37703/2139/2037 37675/2121/2019</w:t>
        <w:br/>
        <w:t>f 37674/2122/2020 37703/2139/2037 37704/2141/2039</w:t>
        <w:br/>
        <w:t>f 37703/2139/2037 37702/2140/2038 37707/2142/2040</w:t>
        <w:br/>
        <w:t>f 37708/2143/2040 37703/2139/2037 37707/2142/2040</w:t>
        <w:br/>
        <w:t>f 37703/2139/2037 37698/2136/2034 37699/2135/2033</w:t>
        <w:br/>
        <w:t>f 37704/2141/2039 37703/2139/2037 37699/2135/2033</w:t>
        <w:br/>
        <w:t>f 37708/2143/2040 37707/2142/2040 37712/2144/2041</w:t>
        <w:br/>
        <w:t>f 37713/2145/2041 37708/2143/2040 37712/2144/2041</w:t>
        <w:br/>
        <w:t>f 37717/2146/2042 37716/2147/2043 37715/2148/2044</w:t>
        <w:br/>
        <w:t>f 37714/2149/2045 37717/2146/2042 37715/2148/2044</w:t>
        <w:br/>
        <w:t>f 37716/2147/2043 37717/2146/2042 37696/2138/2036</w:t>
        <w:br/>
        <w:t>f 37697/2137/2035 37716/2147/2043 37696/2138/2036</w:t>
        <w:br/>
        <w:t>f 37719/2150/2046 37713/2145/2041 37712/2144/2041</w:t>
        <w:br/>
        <w:t>f 37718/2151/2046 37719/2150/2046 37712/2144/2041</w:t>
        <w:br/>
        <w:t>f 37721/2152/2047 37696/2138/2036 37717/2146/2042</w:t>
        <w:br/>
        <w:t>f 37720/2153/2048 37721/2152/2047 37717/2146/2042</w:t>
        <w:br/>
        <w:t>f 37720/2153/2048 37717/2146/2042 37714/2149/2045</w:t>
        <w:br/>
        <w:t>f 37722/2154/2049 37720/2153/2048 37714/2149/2045</w:t>
        <w:br/>
        <w:t>f 37718/2151/2046 37724/2155/2050 37723/2156/2050</w:t>
        <w:br/>
        <w:t>f 37719/2150/2046 37718/2151/2046 37723/2156/2050</w:t>
        <w:br/>
        <w:t>f 37730/2157/2051 37729/2158/2052 37728/2159/2053</w:t>
        <w:br/>
        <w:t>f 37731/2160/2054 37729/2158/2052 37730/2157/2051</w:t>
        <w:br/>
        <w:t>f 37619/2078/1982 37732/2161/2055 37618/2079/1982</w:t>
        <w:br/>
        <w:t>f 37624/2085/1985 37734/2162/2056 37627/2082/1985</w:t>
        <w:br/>
        <w:t>f 37588/2057/1961 37736/2163/2057 37735/2164/2058</w:t>
        <w:br/>
        <w:t>f 37594/2061/1965 37588/2057/1961 37735/2164/2058</w:t>
        <w:br/>
        <w:t>f 37585/2060/1964 37737/2165/2059 37736/2163/2057</w:t>
        <w:br/>
        <w:t>f 37588/2057/1961 37585/2060/1964 37736/2163/2057</w:t>
        <w:br/>
        <w:t>f 37579/2053/1957 37699/2135/2033 37738/2166/2060</w:t>
        <w:br/>
        <w:t>f 37584/2055/1959 37579/2053/1957 37738/2166/2060</w:t>
        <w:br/>
        <w:t>f 37577/2051/1955 37704/2141/2039 37699/2135/2033</w:t>
        <w:br/>
        <w:t>f 37579/2053/1957 37577/2051/1955 37699/2135/2033</w:t>
        <w:br/>
        <w:t>f 37575/2049/1953 37674/2122/2020 37704/2141/2039</w:t>
        <w:br/>
        <w:t>f 37577/2051/1955 37575/2049/1953 37704/2141/2039</w:t>
        <w:br/>
        <w:t>f 37739/2167/2061 37674/2122/2020 37575/2049/1953</w:t>
        <w:br/>
        <w:t>f 37572/2046/1950 37739/2167/2061 37575/2049/1953</w:t>
        <w:br/>
        <w:t>f 37740/2168/2062 37739/2167/2061 37572/2046/1950</w:t>
        <w:br/>
        <w:t>f 37573/2045/1949 37740/2168/2062 37572/2046/1950</w:t>
        <w:br/>
        <w:t>f 37597/2066/1970 37598/2065/1969 37742/2169/2063</w:t>
        <w:br/>
        <w:t>f 37741/2170/2064 37597/2066/1970 37742/2169/2063</w:t>
        <w:br/>
        <w:t>f 37746/2171/2065 37745/2172/2065 37744/2173/2066</w:t>
        <w:br/>
        <w:t>f 37743/2174/2066 37746/2171/2065 37744/2173/2066</w:t>
        <w:br/>
        <w:t>f 37750/2175/2067 37749/2176/2068 37748/2177/2068</w:t>
        <w:br/>
        <w:t>f 37747/2178/2067 37750/2175/2067 37748/2177/2068</w:t>
        <w:br/>
        <w:t>f 37632/2088/1989 37748/2177/2068 37749/2176/2068</w:t>
        <w:br/>
        <w:t>f 37631/2089/1989 37632/2088/1989 37749/2176/2068</w:t>
        <w:br/>
        <w:t>f 37751/2179/2069 37637/2093/1993 37634/2092/1992</w:t>
        <w:br/>
        <w:t>f 37606/2072/1976 37751/2179/2069 37634/2092/1992</w:t>
        <w:br/>
        <w:t>f 37752/2180/2070 37743/2174/2066 37744/2173/2066</w:t>
        <w:br/>
        <w:t>f 37594/2061/1965 37735/2164/2058 37630/2086/1987</w:t>
        <w:br/>
        <w:t>f 37730/2157/2051 37714/2149/2045 37715/2148/2044</w:t>
        <w:br/>
        <w:t>f 37724/2155/2050 37731/2160/2054 37730/2157/2051</w:t>
        <w:br/>
        <w:t>f 37723/2156/2050 37724/2155/2050 37730/2157/2051</w:t>
        <w:br/>
        <w:t>f 37722/2154/2049 37714/2149/2045 37730/2157/2051</w:t>
        <w:br/>
        <w:t>f 37728/2159/2053 37722/2154/2049 37730/2157/2051</w:t>
        <w:br/>
        <w:t>f 37585/2060/1964 37586/2059/1963 37754/2181/2071</w:t>
        <w:br/>
        <w:t>f 37753/2182/2072 37585/2060/1964 37754/2181/2071</w:t>
        <w:br/>
        <w:t>f 37742/2169/2063 37598/2065/1969 37751/2179/2069</w:t>
        <w:br/>
        <w:t>f 37606/2072/1976 37742/2169/2063 37751/2179/2069</w:t>
        <w:br/>
        <w:t>f 37751/2179/2069 37598/2065/1969 37599/2064/1968</w:t>
        <w:br/>
        <w:t>f 37757/2183/2073 37751/2179/2069 37599/2064/1968</w:t>
        <w:br/>
        <w:t>f 37761/2184/2074 37760/2185/2074 37759/2186/2075</w:t>
        <w:br/>
        <w:t>f 37758/2187/2076 37761/2184/2074 37759/2186/2075</w:t>
        <w:br/>
        <w:t>f 37672/2124/2022 37673/2123/2021 37758/2187/2076</w:t>
        <w:br/>
        <w:t>f 37769/2188/2077 37768/2189/2078 37767/2190/2079</w:t>
        <w:br/>
        <w:t>f 37766/2191/2080 37769/2188/2077 37767/2190/2079</w:t>
        <w:br/>
        <w:t>f 37772/2192/2081 37771/2193/2082 37770/2194/2083</w:t>
        <w:br/>
        <w:t>f 37773/2195/2084 37772/2192/2081 37770/2194/2083</w:t>
        <w:br/>
        <w:t>f 37602/2069/1973 37609/2076/1980 37610/2075/1979</w:t>
        <w:br/>
        <w:t>f 37777/2196/2085 37776/2197/1979 37775/2198/1974</w:t>
        <w:br/>
        <w:t>f 37774/2199/2085 37777/2196/2085 37775/2198/1974</w:t>
        <w:br/>
        <w:t>f 37781/2200/2086 37780/2201/2087 37779/2202/2088</w:t>
        <w:br/>
        <w:t>f 37778/2203/2086 37781/2200/2086 37779/2202/2088</w:t>
        <w:br/>
        <w:t>f 37785/2204/2089 37784/2205/2090 37783/2206/2091</w:t>
        <w:br/>
        <w:t>f 37782/2207/2092 37785/2204/2089 37783/2206/2091</w:t>
        <w:br/>
        <w:t>f 37788/2208/2093 37787/2209/2094 37786/2210/2093</w:t>
        <w:br/>
        <w:t>f 37790/2211/2095 37789/2212/2096 37782/2207/2092</w:t>
        <w:br/>
        <w:t>f 37783/2206/2091 37790/2211/2095 37782/2207/2092</w:t>
        <w:br/>
        <w:t>f 37786/2210/2093 37777/2196/2085 37774/2199/2085</w:t>
        <w:br/>
        <w:t>f 37788/2208/2093 37786/2210/2093 37774/2199/2085</w:t>
        <w:br/>
        <w:t>f 37792/2213/2097 37781/2200/2086 37778/2203/2086</w:t>
        <w:br/>
        <w:t>f 37791/2214/2098 37792/2213/2097 37778/2203/2086</w:t>
        <w:br/>
        <w:t>f 37793/2215/2099 37792/2213/2097 37791/2214/2098</w:t>
        <w:br/>
        <w:t>f 37790/2211/2095 37794/2216/2100 37789/2212/2096</w:t>
        <w:br/>
        <w:t>f 37796/2217/2101 37740/2168/2062 37573/2045/1949</w:t>
        <w:br/>
        <w:t>f 37795/2218/2102 37796/2217/2101 37573/2045/1949</w:t>
        <w:br/>
        <w:t>f 37795/2218/2102 37573/2045/1949 37570/2048/1952</w:t>
        <w:br/>
        <w:t>f 37797/2219/2103 37795/2218/2102 37570/2048/1952</w:t>
        <w:br/>
        <w:t>f 37795/2218/2102 37597/2066/1970 37741/2170/2064</w:t>
        <w:br/>
        <w:t>f 37796/2217/2101 37795/2218/2102 37741/2170/2064</w:t>
        <w:br/>
        <w:t>f 37597/2066/1970 37795/2218/2102 37797/2219/2103</w:t>
        <w:br/>
        <w:t>f 37600/2063/1967 37597/2066/1970 37797/2219/2103</w:t>
        <w:br/>
        <w:t>f 37799/2220/2104 37766/2191/2080 37767/2190/2079</w:t>
        <w:br/>
        <w:t>f 37800/2221/2105 37772/2192/2081 37773/2195/2084</w:t>
        <w:br/>
        <w:t>f 37804/2222/2106 37770/2194/2083 37771/2193/2082</w:t>
        <w:br/>
        <w:t>f 37803/2223/2107 37804/2222/2106 37771/2193/2082</w:t>
        <w:br/>
        <w:t>f 37806/2224/2108 37805/2225/2109 37768/2189/2078</w:t>
        <w:br/>
        <w:t>f 37806/2224/2108 37768/2189/2078 37769/2188/2077</w:t>
        <w:br/>
        <w:t>f 37681/2129/2027 37676/2126/2024 37677/2125/2023</w:t>
        <w:br/>
        <w:t>f 37680/2130/2028 37681/2129/2027 37677/2125/2023</w:t>
        <w:br/>
        <w:t>f 37745/2172/2065 37746/2171/2065 37750/2175/2067</w:t>
        <w:br/>
        <w:t>f 37747/2178/2067 37745/2172/2065 37750/2175/2067</w:t>
        <w:br/>
        <w:t>f 37677/2125/2023 37678/2127/2025 37684/2132/2030</w:t>
        <w:br/>
        <w:t>f 37680/2130/2028 37677/2125/2023 37684/2132/2030</w:t>
        <w:br/>
        <w:t>f 37807/2226/2110 37753/2182/2072 37584/2055/1959</w:t>
        <w:br/>
        <w:t>f 37738/2166/2060 37807/2226/2110 37584/2055/1959</w:t>
        <w:br/>
        <w:t>f 37753/2182/2072 37754/2181/2071 37583/2056/1960</w:t>
        <w:br/>
        <w:t>f 37584/2055/1959 37753/2182/2072 37583/2056/1960</w:t>
        <w:br/>
        <w:t>f 37737/2165/2059 37585/2060/1964 37753/2182/2072</w:t>
        <w:br/>
        <w:t>f 37807/2226/2110 37737/2165/2059 37753/2182/2072</w:t>
        <w:br/>
        <w:t>f 37699/2135/2033 37696/2138/2036 37721/2152/2047</w:t>
        <w:br/>
        <w:t>f 37837/2227/2111 37836/2228/2112 37835/2229/2113</w:t>
        <w:br/>
        <w:t>f 37834/2230/2114 37837/2227/2111 37835/2229/2113</w:t>
        <w:br/>
        <w:t>f 37834/2230/2114 37835/2229/2113 37839/2231/2115</w:t>
        <w:br/>
        <w:t>f 37838/2232/2116 37834/2230/2114 37839/2231/2115</w:t>
        <w:br/>
        <w:t>f 37838/2232/2116 37839/2231/2115 37841/2233/2117</w:t>
        <w:br/>
        <w:t>f 37840/2234/2118 37838/2232/2116 37841/2233/2117</w:t>
        <w:br/>
        <w:t>f 37843/2235/2119 37840/2234/2118 37841/2233/2117</w:t>
        <w:br/>
        <w:t>f 37842/2236/2120 37843/2235/2119 37841/2233/2117</w:t>
        <w:br/>
        <w:t>f 37846/2237/2121 37845/2238/2121 37844/2239/2122</w:t>
        <w:br/>
        <w:t>f 37842/2236/2120 37848/2240/2123 37847/2241/2124</w:t>
        <w:br/>
        <w:t>f 37843/2235/2119 37842/2236/2120 37847/2241/2124</w:t>
        <w:br/>
        <w:t>f 37852/2242/2125 37851/2243/2126 37850/2244/2127</w:t>
        <w:br/>
        <w:t>f 37849/2245/2128 37852/2242/2125 37850/2244/2127</w:t>
        <w:br/>
        <w:t>f 37856/2246/2129 37855/2247/2130 37854/2248/2131</w:t>
        <w:br/>
        <w:t>f 37853/2249/2131 37856/2246/2129 37854/2248/2131</w:t>
        <w:br/>
        <w:t>f 37849/2245/2128 37858/2250/2132 37857/2251/2133</w:t>
        <w:br/>
        <w:t>f 37852/2242/2125 37849/2245/2128 37857/2251/2133</w:t>
        <w:br/>
        <w:t>f 37860/2252/2134 37859/2253/2135 37855/2247/2130</w:t>
        <w:br/>
        <w:t>f 37856/2246/2129 37860/2252/2134 37855/2247/2130</w:t>
        <w:br/>
        <w:t>f 37864/2254/2136 37863/2255/2137 37862/2256/2138</w:t>
        <w:br/>
        <w:t>f 37861/2257/2139 37864/2254/2136 37862/2256/2138</w:t>
        <w:br/>
        <w:t>f 37868/2258/2140 37867/2259/2141 37866/2260/2142</w:t>
        <w:br/>
        <w:t>f 37865/2261/2140 37868/2258/2140 37866/2260/2142</w:t>
        <w:br/>
        <w:t>f 37871/2262/2143 37870/2263/2144 37869/2264/2145</w:t>
        <w:br/>
        <w:t>f 37875/2265/2146 37874/2266/2147 37873/2267/2148</w:t>
        <w:br/>
        <w:t>f 37872/2268/2149 37875/2265/2146 37873/2267/2148</w:t>
        <w:br/>
        <w:t>f 37883/2269/2150 37882/2270/2151 37881/2271/2152</w:t>
        <w:br/>
        <w:t>f 37880/2272/2150 37883/2269/2150 37881/2271/2152</w:t>
        <w:br/>
        <w:t>f 37891/2273/2153 37890/2274/2153 37889/2275/2154</w:t>
        <w:br/>
        <w:t>f 37888/2276/2154 37891/2273/2153 37889/2275/2154</w:t>
        <w:br/>
        <w:t>f 37888/2276/2154 37889/2275/2154 37870/2263/2144</w:t>
        <w:br/>
        <w:t>f 37871/2262/2143 37888/2276/2154 37870/2263/2144</w:t>
        <w:br/>
        <w:t>f 37881/2271/2152 37882/2270/2151 37874/2266/2147</w:t>
        <w:br/>
        <w:t>f 37875/2265/2146 37881/2271/2152 37874/2266/2147</w:t>
        <w:br/>
        <w:t>f 37860/2252/2134 37893/2277/2155 37859/2253/2135</w:t>
        <w:br/>
        <w:t>f 37858/2250/2132 37894/2278/2156 37857/2251/2133</w:t>
        <w:br/>
        <w:t>f 37897/2279/2157 37896/2280/2158 37895/2281/2159</w:t>
        <w:br/>
        <w:t>f 37900/2282/2160 37899/2283/2161 37898/2284/2162</w:t>
        <w:br/>
        <w:t>f 37901/2285/2163 37900/2282/2160 37898/2284/2162</w:t>
        <w:br/>
        <w:t>f 37903/2286/2164 37902/2287/2165 37899/2283/2161</w:t>
        <w:br/>
        <w:t>f 37900/2282/2160 37903/2286/2164 37899/2283/2161</w:t>
        <w:br/>
        <w:t>f 37870/2263/2144 37903/2286/2164 37900/2282/2160</w:t>
        <w:br/>
        <w:t>f 37869/2264/2145 37870/2263/2144 37900/2282/2160</w:t>
        <w:br/>
        <w:t>f 37907/2288/2166 37906/2289/2166 37905/2290/2167</w:t>
        <w:br/>
        <w:t>f 37904/2291/2168 37907/2288/2166 37905/2290/2167</w:t>
        <w:br/>
        <w:t>f 37913/2292/2169 37912/2293/2170 37911/2294/2170</w:t>
        <w:br/>
        <w:t>f 37910/2295/2171 37913/2292/2169 37911/2294/2170</w:t>
        <w:br/>
        <w:t>f 37917/2296/2172 37916/2297/2173 37915/2298/2174</w:t>
        <w:br/>
        <w:t>f 37914/2299/2174 37917/2296/2172 37915/2298/2174</w:t>
        <w:br/>
        <w:t>f 37919/2300/2175 37918/2301/2175 37906/2289/2166</w:t>
        <w:br/>
        <w:t>f 37907/2288/2166 37919/2300/2175 37906/2289/2166</w:t>
        <w:br/>
        <w:t>f 37912/2293/2170 37923/2302/2176 37922/2303/2177</w:t>
        <w:br/>
        <w:t>f 37911/2294/2170 37912/2293/2170 37922/2303/2177</w:t>
        <w:br/>
        <w:t>f 37914/2299/2174 37915/2298/2174 37925/2304/2178</w:t>
        <w:br/>
        <w:t>f 37924/2305/2178 37914/2299/2174 37925/2304/2178</w:t>
        <w:br/>
        <w:t>f 37928/2306/2179 37927/2307/2180 37926/2308/2181</w:t>
        <w:br/>
        <w:t>f 37934/2309/2182 37933/2310/2183 37932/2311/2184</w:t>
        <w:br/>
        <w:t>f 37933/2310/2183 37935/2312/2185 37932/2311/2184</w:t>
        <w:br/>
        <w:t>f 37925/2304/2178 37935/2312/2185 37933/2310/2183</w:t>
        <w:br/>
        <w:t>f 37924/2305/2178 37925/2304/2178 37933/2310/2183</w:t>
        <w:br/>
        <w:t>f 37923/2302/2176 37933/2310/2183 37934/2309/2182</w:t>
        <w:br/>
        <w:t>f 37922/2303/2177 37923/2302/2176 37934/2309/2182</w:t>
        <w:br/>
        <w:t>f 37927/2307/2180 37928/2306/2179 37918/2301/2175</w:t>
        <w:br/>
        <w:t>f 37919/2300/2175 37927/2307/2180 37918/2301/2175</w:t>
        <w:br/>
        <w:t>f 37939/2313/2186 37938/2314/2187 37937/2315/2188</w:t>
        <w:br/>
        <w:t>f 37936/2316/2189 37939/2313/2186 37937/2315/2188</w:t>
        <w:br/>
        <w:t>f 37941/2317/2190 37940/2318/2191 37899/2283/2161</w:t>
        <w:br/>
        <w:t>f 37902/2287/2165 37941/2317/2190 37899/2283/2161</w:t>
        <w:br/>
        <w:t>f 37942/2319/2192 37898/2284/2162 37899/2283/2161</w:t>
        <w:br/>
        <w:t>f 37940/2318/2191 37942/2319/2192 37899/2283/2161</w:t>
        <w:br/>
        <w:t>f 37946/2320/2193 37945/2321/2194 37944/2322/2195</w:t>
        <w:br/>
        <w:t>f 37943/2323/2196 37946/2320/2193 37944/2322/2195</w:t>
        <w:br/>
        <w:t>f 37948/2324/2197 37947/2325/2198 37944/2322/2195</w:t>
        <w:br/>
        <w:t>f 37945/2321/2194 37948/2324/2197 37944/2322/2195</w:t>
        <w:br/>
        <w:t>f 37949/2326/2199 37948/2324/2197 37945/2321/2194</w:t>
        <w:br/>
        <w:t>f 37946/2320/2193 37949/2326/2199 37945/2321/2194</w:t>
        <w:br/>
        <w:t>f 37963/2327/2200 37962/2328/2201 37961/2329/2202</w:t>
        <w:br/>
        <w:t>f 37960/2330/2203 37963/2327/2200 37961/2329/2202</w:t>
        <w:br/>
        <w:t>f 37967/2331/2204 37966/2332/2205 37939/2313/2186</w:t>
        <w:br/>
        <w:t>f 37936/2316/2189 37967/2331/2204 37939/2313/2186</w:t>
        <w:br/>
        <w:t>f 37936/2316/2189 37968/2333/2206 37967/2331/2204</w:t>
        <w:br/>
        <w:t>f 37971/2334/2207 37966/2332/2205 37967/2331/2204</w:t>
        <w:br/>
        <w:t>f 37972/2335/2207 37971/2334/2207 37967/2331/2204</w:t>
        <w:br/>
        <w:t>f 37963/2327/2200 37960/2330/2203 37967/2331/2204</w:t>
        <w:br/>
        <w:t>f 37968/2333/2206 37963/2327/2200 37967/2331/2204</w:t>
        <w:br/>
        <w:t>f 37976/2336/2208 37971/2334/2207 37972/2335/2207</w:t>
        <w:br/>
        <w:t>f 37977/2337/2208 37976/2336/2208 37972/2335/2207</w:t>
        <w:br/>
        <w:t>f 37981/2338/2209 37980/2339/2210 37979/2340/2211</w:t>
        <w:br/>
        <w:t>f 37978/2341/2212 37981/2338/2209 37979/2340/2211</w:t>
        <w:br/>
        <w:t>f 37978/2341/2212 37961/2329/2202 37962/2328/2201</w:t>
        <w:br/>
        <w:t>f 37981/2338/2209 37978/2341/2212 37962/2328/2201</w:t>
        <w:br/>
        <w:t>f 37983/2342/2213 37982/2343/2213 37976/2336/2208</w:t>
        <w:br/>
        <w:t>f 37977/2337/2208 37983/2342/2213 37976/2336/2208</w:t>
        <w:br/>
        <w:t>f 37985/2344/2214 37984/2345/2215 37981/2338/2209</w:t>
        <w:br/>
        <w:t>f 37962/2328/2201 37985/2344/2214 37981/2338/2209</w:t>
        <w:br/>
        <w:t>f 37984/2345/2215 37986/2346/2216 37980/2339/2210</w:t>
        <w:br/>
        <w:t>f 37981/2338/2209 37984/2345/2215 37980/2339/2210</w:t>
        <w:br/>
        <w:t>f 37982/2343/2213 37983/2342/2213 37988/2347/2217</w:t>
        <w:br/>
        <w:t>f 37987/2348/2218 37982/2343/2213 37988/2347/2217</w:t>
        <w:br/>
        <w:t>f 37994/2349/2219 37993/2350/2220 37992/2351/2221</w:t>
        <w:br/>
        <w:t>f 37995/2352/2222 37994/2349/2219 37992/2351/2221</w:t>
        <w:br/>
        <w:t>f 37883/2269/2150 37880/2272/2150 37996/2353/2223</w:t>
        <w:br/>
        <w:t>f 37890/2274/2153 37891/2273/2153 37998/2354/2224</w:t>
        <w:br/>
        <w:t>f 37852/2242/2125 37857/2251/2133 38000/2355/2225</w:t>
        <w:br/>
        <w:t>f 37999/2356/2226 37852/2242/2125 38000/2355/2225</w:t>
        <w:br/>
        <w:t>f 37851/2243/2126 37852/2242/2125 37999/2356/2226</w:t>
        <w:br/>
        <w:t>f 38001/2357/2227 37851/2243/2126 37999/2356/2226</w:t>
        <w:br/>
        <w:t>f 37843/2235/2119 37847/2241/2124 38002/2358/2228</w:t>
        <w:br/>
        <w:t>f 37963/2327/2200 37843/2235/2119 38002/2358/2228</w:t>
        <w:br/>
        <w:t>f 37840/2234/2118 37843/2235/2119 37963/2327/2200</w:t>
        <w:br/>
        <w:t>f 37968/2333/2206 37840/2234/2118 37963/2327/2200</w:t>
        <w:br/>
        <w:t>f 37838/2232/2116 37840/2234/2118 37968/2333/2206</w:t>
        <w:br/>
        <w:t>f 37936/2316/2189 37838/2232/2116 37968/2333/2206</w:t>
        <w:br/>
        <w:t>f 38003/2359/2229 37834/2230/2114 37838/2232/2116</w:t>
        <w:br/>
        <w:t>f 37936/2316/2189 38003/2359/2229 37838/2232/2116</w:t>
        <w:br/>
        <w:t>f 38004/2360/2230 37837/2227/2111 37834/2230/2114</w:t>
        <w:br/>
        <w:t>f 38003/2359/2229 38004/2360/2230 37834/2230/2114</w:t>
        <w:br/>
        <w:t>f 37863/2255/2137 38006/2361/2172 38005/2362/2231</w:t>
        <w:br/>
        <w:t>f 37862/2256/2138 37863/2255/2137 38005/2362/2231</w:t>
        <w:br/>
        <w:t>f 38010/2363/2232 38009/2364/2233 38008/2365/2233</w:t>
        <w:br/>
        <w:t>f 38007/2366/2234 38010/2363/2232 38008/2365/2233</w:t>
        <w:br/>
        <w:t>f 38014/2367/2235 38013/2368/2236 38012/2369/2237</w:t>
        <w:br/>
        <w:t>f 38011/2370/2237 38014/2367/2235 38012/2369/2237</w:t>
        <w:br/>
        <w:t>f 37895/2281/2159 37896/2280/2158 38011/2370/2237</w:t>
        <w:br/>
        <w:t>f 38012/2369/2237 37895/2281/2159 38011/2370/2237</w:t>
        <w:br/>
        <w:t>f 38015/2371/2238 37869/2264/2145 37900/2282/2160</w:t>
        <w:br/>
        <w:t>f 37901/2285/2163 38015/2371/2238 37900/2282/2160</w:t>
        <w:br/>
        <w:t>f 38016/2372/2239 38008/2365/2233 38009/2364/2233</w:t>
        <w:br/>
        <w:t>f 37857/2251/2133 37894/2278/2156 38000/2355/2225</w:t>
        <w:br/>
        <w:t>f 37994/2349/2219 37979/2340/2211 37980/2339/2210</w:t>
        <w:br/>
        <w:t>f 37987/2348/2218 37988/2347/2217 37994/2349/2219</w:t>
        <w:br/>
        <w:t>f 37995/2352/2222 37987/2348/2218 37994/2349/2219</w:t>
        <w:br/>
        <w:t>f 37986/2346/2216 37993/2350/2220 37994/2349/2219</w:t>
        <w:br/>
        <w:t>f 37980/2339/2210 37986/2346/2216 37994/2349/2219</w:t>
        <w:br/>
        <w:t>f 37851/2243/2126 38018/2373/2240 38017/2374/2241</w:t>
        <w:br/>
        <w:t>f 37850/2244/2127 37851/2243/2126 38017/2374/2241</w:t>
        <w:br/>
        <w:t>f 37853/2249/2131 37854/2248/2131 38020/2375/2242</w:t>
        <w:br/>
        <w:t>f 38019/2376/2242 37853/2249/2131 38020/2375/2242</w:t>
        <w:br/>
        <w:t>f 38005/2362/2231 37869/2264/2145 38015/2371/2238</w:t>
        <w:br/>
        <w:t>f 37862/2256/2138 38005/2362/2231 38015/2371/2238</w:t>
        <w:br/>
        <w:t>f 38015/2371/2238 38021/2377/2243 37861/2257/2139</w:t>
        <w:br/>
        <w:t>f 37862/2256/2138 38015/2371/2238 37861/2257/2139</w:t>
        <w:br/>
        <w:t>f 38025/2378/2244 38024/2379/2245 38023/2380/2246</w:t>
        <w:br/>
        <w:t>f 38022/2381/2247 38025/2378/2244 38023/2380/2246</w:t>
        <w:br/>
        <w:t>f 37938/2314/2187 38024/2379/2248 37937/2315/2188</w:t>
        <w:br/>
        <w:t>f 38029/2382/2249 38028/2383/2250 38027/2384/2251</w:t>
        <w:br/>
        <w:t>f 38026/2385/2251 38029/2382/2249 38027/2384/2251</w:t>
        <w:br/>
        <w:t>f 37866/2260/2142 37872/2268/2149 37873/2267/2148</w:t>
        <w:br/>
        <w:t>f 38045/2386/2252 38044/2387/2253 38043/2388/2254</w:t>
        <w:br/>
        <w:t>f 38042/2389/2255 38045/2386/2252 38043/2388/2254</w:t>
        <w:br/>
        <w:t>f 38056/2390/2256 38055/2391/2257 38044/2387/2253</w:t>
        <w:br/>
        <w:t>f 38045/2386/2252 38056/2390/2256 38044/2387/2253</w:t>
        <w:br/>
        <w:t>f 38057/2392/2258 38055/2391/2257 38056/2390/2256</w:t>
        <w:br/>
        <w:t>f 38060/2393/2259 38059/2394/2260 37837/2227/2111</w:t>
        <w:br/>
        <w:t>f 38004/2360/2230 38060/2393/2259 37837/2227/2111</w:t>
        <w:br/>
        <w:t>f 38059/2394/2260 38061/2395/2261 37836/2228/2112</w:t>
        <w:br/>
        <w:t>f 37837/2227/2111 38059/2394/2260 37836/2228/2112</w:t>
        <w:br/>
        <w:t>f 38059/2394/2260 38060/2393/2259 38006/2361/2172</w:t>
        <w:br/>
        <w:t>f 37863/2255/2137 38059/2394/2260 38006/2361/2172</w:t>
        <w:br/>
        <w:t>f 37863/2255/2137 37864/2254/2136 38061/2395/2261</w:t>
        <w:br/>
        <w:t>f 38059/2394/2260 37863/2255/2137 38061/2395/2261</w:t>
        <w:br/>
        <w:t>f 38062/2396/2262 38028/2383/2250 38029/2382/2249</w:t>
        <w:br/>
        <w:t>f 38026/2385/2251 38027/2384/2251 38066/2397/2263</w:t>
        <w:br/>
        <w:t>f 38065/2398/2263 38026/2385/2251 38066/2397/2263</w:t>
        <w:br/>
        <w:t>f 37943/2323/2196 37944/2322/2195 37940/2318/2191</w:t>
        <w:br/>
        <w:t>f 37941/2317/2190 37943/2323/2196 37940/2318/2191</w:t>
        <w:br/>
        <w:t>f 38007/2366/2234 38013/2368/2236 38014/2367/2235</w:t>
        <w:br/>
        <w:t>f 38010/2363/2232 38007/2366/2234 38014/2367/2235</w:t>
        <w:br/>
        <w:t>f 37947/2325/2198 37942/2319/2192 37940/2318/2191</w:t>
        <w:br/>
        <w:t>f 37944/2322/2195 37947/2325/2198 37940/2318/2191</w:t>
        <w:br/>
        <w:t>f 38019/2376/2242 38020/2375/2242 37845/2238/2121</w:t>
        <w:br/>
        <w:t>f 37846/2237/2121 38019/2376/2242 37845/2238/2121</w:t>
        <w:br/>
        <w:t>f 37847/2241/2124 38018/2373/2240 38071/2399/2264</w:t>
        <w:br/>
        <w:t>f 38002/2358/2228 37847/2241/2124 38071/2399/2264</w:t>
        <w:br/>
        <w:t>f 37848/2240/2123 38017/2374/2241 38018/2373/2240</w:t>
        <w:br/>
        <w:t>f 37847/2241/2124 37848/2240/2123 38018/2373/2240</w:t>
        <w:br/>
        <w:t>f 38018/2373/2240 37851/2243/2126 38001/2357/2227</w:t>
        <w:br/>
        <w:t>f 38071/2399/2264 38018/2373/2240 38001/2357/2227</w:t>
        <w:br/>
        <w:t>f 37963/2327/2200 37985/2344/2214 37962/2328/2201</w:t>
        <w:br/>
        <w:t>f 38205/2400/2265 38204/2401/2266 38203/2402/2266</w:t>
        <w:br/>
        <w:t>f 38202/2403/2265 38205/2400/2265 38203/2402/2266</w:t>
        <w:br/>
        <w:t>f 38208/2404/2267 38207/2405/2267 38206/2406/2268</w:t>
        <w:br/>
        <w:t>f 38211/2407/2269 38210/2408/2270 38209/2409/2270</w:t>
        <w:br/>
        <w:t>f 38218/2410/2271 38217/2411/2272 38209/2409/2270</w:t>
        <w:br/>
        <w:t>f 38210/2408/2270 38218/2410/2271 38209/2409/2270</w:t>
        <w:br/>
        <w:t>f 38202/2403/2265 38219/2412/2273 38205/2400/2265</w:t>
        <w:br/>
        <w:t>f 38208/2404/2267 38221/2413/2274 38220/2414/2274</w:t>
        <w:br/>
        <w:t>f 38207/2405/2267 38208/2404/2267 38220/2414/2274</w:t>
        <w:br/>
        <w:t>f 38229/2415/2275 38228/2416/2276 38227/2417/2276</w:t>
        <w:br/>
        <w:t>f 38221/2413/2274 38203/2402/2266 38204/2401/2266</w:t>
        <w:br/>
        <w:t>f 38220/2414/2274 38221/2413/2274 38204/2401/2266</w:t>
        <w:br/>
        <w:t>f 38231/2418/2277 38230/2419/2278 38217/2411/2272</w:t>
        <w:br/>
        <w:t>f 38218/2410/2271 38231/2418/2277 38217/2411/2272</w:t>
        <w:br/>
        <w:t>f 38230/2419/2278 38231/2418/2277 38227/2417/2276</w:t>
        <w:br/>
        <w:t>f 38228/2416/2276 38230/2419/2278 38227/2417/2276</w:t>
        <w:br/>
        <w:t>f 38235/2420/2279 38234/2421/2280 38233/2422/2281</w:t>
        <w:br/>
        <w:t>f 38232/2423/2282 38235/2420/2279 38233/2422/2281</w:t>
        <w:br/>
        <w:t>f 38238/2424/2283 38237/2425/2284 38236/2426/2285</w:t>
        <w:br/>
        <w:t>f 38241/2427/2286 38240/2428/2287 38239/2429/2288</w:t>
        <w:br/>
        <w:t>f 38247/2430/2289 38239/2429/2288 38240/2428/2287</w:t>
        <w:br/>
        <w:t>f 38248/2431/2290 38247/2430/2289 38240/2428/2287</w:t>
        <w:br/>
        <w:t>f 38234/2421/2280 38235/2420/2279 38249/2432/2291</w:t>
        <w:br/>
        <w:t>f 38251/2433/2292 38250/2434/2293 38238/2424/2283</w:t>
        <w:br/>
        <w:t>f 38236/2426/2285 38251/2433/2292 38238/2424/2283</w:t>
        <w:br/>
        <w:t>f 38259/2435/2294 38258/2436/2295 38257/2437/2295</w:t>
        <w:br/>
        <w:t>f 38250/2434/2293 38251/2433/2292 38232/2423/2282</w:t>
        <w:br/>
        <w:t>f 38233/2422/2281 38250/2434/2293 38232/2423/2282</w:t>
        <w:br/>
        <w:t>f 38261/2438/2296 38247/2430/2289 38248/2431/2290</w:t>
        <w:br/>
        <w:t>f 38260/2439/2297 38261/2438/2296 38248/2431/2290</w:t>
        <w:br/>
        <w:t>f 38260/2439/2297 38257/2437/2295 38258/2436/2295</w:t>
        <w:br/>
        <w:t>f 38261/2438/2296 38260/2439/2297 38258/2436/2295</w:t>
        <w:br/>
        <w:t>f 38293/2440/2298 38292/2441/2299 38291/2442/2300</w:t>
        <w:br/>
        <w:t>f 38295/2443/2301 38294/2444/2301 38293/2440/2298</w:t>
        <w:br/>
        <w:t>f 38291/2442/2300 38295/2443/2301 38293/2440/2298</w:t>
        <w:br/>
        <w:t>f 38299/2445/2302 38298/2446/2303 38297/2447/2303</w:t>
        <w:br/>
        <w:t>f 38296/2448/2302 38299/2445/2302 38297/2447/2303</w:t>
        <w:br/>
        <w:t>f 38302/2449/2304 38301/2450/2305 38300/2451/2305</w:t>
        <w:br/>
        <w:t>f 38297/2447/2303 38298/2446/2303 38294/2444/2301</w:t>
        <w:br/>
        <w:t>f 38295/2443/2301 38297/2447/2303 38294/2444/2301</w:t>
        <w:br/>
        <w:t>f 38301/2450/2305 38299/2445/2302 38296/2448/2302</w:t>
        <w:br/>
        <w:t>f 38300/2451/2305 38301/2450/2305 38296/2448/2302</w:t>
        <w:br/>
        <w:t>f 38304/2452/2306 38303/2453/2306 37355/1991/2307</w:t>
        <w:br/>
        <w:t>f 37482/2026/2308 38306/2454/2309 38305/2455/2309</w:t>
        <w:br/>
        <w:t>f 37463/2456/2310 37462/2457/2311 37461/2458/2312</w:t>
        <w:br/>
        <w:t>f 37464/2459/2313 37463/2456/2310 37461/2458/2312</w:t>
        <w:br/>
        <w:t>f 37472/2460/2314 37471/2461/2314 37462/2457/2311</w:t>
        <w:br/>
        <w:t>f 37463/2456/2310 37472/2460/2314 37462/2457/2311</w:t>
        <w:br/>
        <w:t>f 37464/2459/2313 37461/2458/2312 37475/2462/2315</w:t>
        <w:br/>
        <w:t>f 37481/2463/2316 37480/2464/2317 37471/2461/2314</w:t>
        <w:br/>
        <w:t>f 37472/2460/2314 37481/2463/2316 37471/2461/2314</w:t>
        <w:br/>
        <w:t>f 37491/2465/2318 37490/2466/2319 37489/2467/2320</w:t>
        <w:br/>
        <w:t>f 37488/2468/2321 37491/2465/2318 37489/2467/2320</w:t>
        <w:br/>
        <w:t>f 37488/2468/2321 37489/2467/2320 37499/2469/2322</w:t>
        <w:br/>
        <w:t>f 37498/2470/2322 37488/2468/2321 37499/2469/2322</w:t>
        <w:br/>
        <w:t>f 37498/2470/2322 37499/2469/2322 37505/2471/2323</w:t>
        <w:br/>
        <w:t>f 37504/2472/2323 37498/2470/2322 37505/2471/2323</w:t>
        <w:br/>
        <w:t>f 37491/2465/2318 37508/2473/2324 37490/2466/2319</w:t>
        <w:br/>
        <w:t>f 37549/2474/2325 37548/2475/2325 37547/2476/2326</w:t>
        <w:br/>
        <w:t>f 37546/2477/2326 37549/2474/2325 37547/2476/2326</w:t>
        <w:br/>
        <w:t>f 37550/2478/2327 37548/2475/2325 37549/2474/2325</w:t>
        <w:br/>
        <w:t>f 37551/2479/2328 37550/2478/2327 37549/2474/2325</w:t>
        <w:br/>
        <w:t>f 37551/2479/2328 37553/2480/2329 37552/2481/2330</w:t>
        <w:br/>
        <w:t>f 37550/2478/2327 37551/2479/2328 37552/2481/2330</w:t>
        <w:br/>
        <w:t>f 37557/2482/2331 37556/2483/2332 37555/2484/2333</w:t>
        <w:br/>
        <w:t>f 37554/2485/2334 37557/2482/2331 37555/2484/2333</w:t>
        <w:br/>
        <w:t>f 37561/2486/2335 37560/2487/2336 37559/2488/2336</w:t>
        <w:br/>
        <w:t>f 37558/2489/2335 37561/2486/2335 37559/2488/2336</w:t>
        <w:br/>
        <w:t>f 37560/2487/2336 37563/2490/2337 37562/2491/2337</w:t>
        <w:br/>
        <w:t>f 37559/2488/2336 37560/2487/2336 37562/2491/2337</w:t>
        <w:br/>
        <w:t>f 37567/2492/2338 37566/2493/2339 37565/2494/2340</w:t>
        <w:br/>
        <w:t>f 37564/2495/2341 37567/2492/2338 37565/2494/2340</w:t>
        <w:br/>
        <w:t>f 37566/2493/2339 37567/2492/2338 37569/2496/2342</w:t>
        <w:br/>
        <w:t>f 37568/2497/2343 37566/2493/2339 37569/2496/2342</w:t>
        <w:br/>
        <w:t>f 37615/2498/2344 37614/2499/2345 37613/2500/2346</w:t>
        <w:br/>
        <w:t>f 37612/2501/2347 37615/2498/2344 37613/2500/2346</w:t>
        <w:br/>
        <w:t>f 37614/2499/2345 37615/2498/2344 37564/2495/2341</w:t>
        <w:br/>
        <w:t>f 37565/2494/2340 37614/2499/2345 37564/2495/2341</w:t>
        <w:br/>
        <w:t>f 37623/2502/2348 37622/2503/2349 37621/2504/2350</w:t>
        <w:br/>
        <w:t>f 37620/2505/2351 37623/2502/2348 37621/2504/2350</w:t>
        <w:br/>
        <w:t>f 37622/2503/2349 37623/2502/2348 37612/2501/2347</w:t>
        <w:br/>
        <w:t>f 37613/2500/2346 37622/2503/2349 37612/2501/2347</w:t>
        <w:br/>
        <w:t>f 37628/2506/2352 37562/2491/2337 37563/2490/2337</w:t>
        <w:br/>
        <w:t>f 37566/2493/2339 37568/2497/2343 37645/2507/2353</w:t>
        <w:br/>
        <w:t>f 37644/2508/2354 37566/2493/2339 37645/2507/2353</w:t>
        <w:br/>
        <w:t>f 37644/2508/2354 37645/2507/2353 37657/2509/2355</w:t>
        <w:br/>
        <w:t>f 37656/2510/2356 37644/2508/2354 37657/2509/2355</w:t>
        <w:br/>
        <w:t>f 37667/2511/2357 37666/2512/2358 37665/2513/2359</w:t>
        <w:br/>
        <w:t>f 37656/2510/2356 37657/2509/2355 37667/2511/2357</w:t>
        <w:br/>
        <w:t>f 37665/2513/2359 37656/2510/2356 37667/2511/2357</w:t>
        <w:br/>
        <w:t>f 37688/2514/2360 37687/2515/2361 37686/2516/2362</w:t>
        <w:br/>
        <w:t>f 37615/2498/2344 37612/2501/2347 37688/2514/2360</w:t>
        <w:br/>
        <w:t>f 37686/2516/2362 37615/2498/2344 37688/2514/2360</w:t>
        <w:br/>
        <w:t>f 37692/2517/2363 37691/2518/2364 37690/2519/2365</w:t>
        <w:br/>
        <w:t>f 37689/2520/2366 37692/2517/2363 37690/2519/2365</w:t>
        <w:br/>
        <w:t>f 37687/2515/2361 37694/2521/2367 37693/2522/2367</w:t>
        <w:br/>
        <w:t>f 37686/2516/2362 37687/2515/2361 37693/2522/2367</w:t>
        <w:br/>
        <w:t>f 37690/2519/2365 37695/2523/2368 37689/2520/2366</w:t>
        <w:br/>
        <w:t>f 37701/2524/2369 37700/2525/2370 37554/2485/2334</w:t>
        <w:br/>
        <w:t>f 37555/2484/2333 37701/2524/2369 37554/2485/2334</w:t>
        <w:br/>
        <w:t>f 37706/2526/2371 37701/2524/2369 37555/2484/2333</w:t>
        <w:br/>
        <w:t>f 37705/2527/2372 37706/2526/2371 37555/2484/2333</w:t>
        <w:br/>
        <w:t>f 37552/2481/2330 37709/2528/2373 37550/2478/2327</w:t>
        <w:br/>
        <w:t>f 37711/2529/2374 37706/2526/2371 37705/2527/2372</w:t>
        <w:br/>
        <w:t>f 37710/2530/2375 37711/2529/2374 37705/2527/2372</w:t>
        <w:br/>
        <w:t>f 37727/2531/2376 37726/2532/2376 37725/2533/2377</w:t>
        <w:br/>
        <w:t>f 37621/2504/2350 37733/2534/2378 37620/2505/2351</w:t>
        <w:br/>
        <w:t>f 37727/2531/2376 37711/2529/2374 37710/2530/2375</w:t>
        <w:br/>
        <w:t>f 37726/2532/2376 37727/2531/2376 37710/2530/2375</w:t>
        <w:br/>
        <w:t>f 37568/2497/2343 37569/2496/2342 37546/2477/2326</w:t>
        <w:br/>
        <w:t>f 37547/2476/2326 37568/2497/2343 37546/2477/2326</w:t>
        <w:br/>
        <w:t>f 37694/2521/2367 37691/2518/2364 37692/2517/2363</w:t>
        <w:br/>
        <w:t>f 37693/2522/2367 37694/2521/2367 37692/2517/2363</w:t>
        <w:br/>
        <w:t>f 37556/2483/2332 37809/2535/2379 37808/2536/2379</w:t>
        <w:br/>
        <w:t>f 37555/2484/2333 37556/2483/2332 37808/2536/2379</w:t>
        <w:br/>
        <w:t>f 37700/2525/2370 37709/2528/2373 37552/2481/2330</w:t>
        <w:br/>
        <w:t>f 37554/2485/2334 37700/2525/2370 37552/2481/2330</w:t>
        <w:br/>
        <w:t>f 37554/2485/2334 37552/2481/2330 37553/2480/2329</w:t>
        <w:br/>
        <w:t>f 37557/2482/2331 37554/2485/2334 37553/2480/2329</w:t>
        <w:br/>
        <w:t>f 37809/2535/2379 37561/2486/2335 37558/2489/2335</w:t>
        <w:br/>
        <w:t>f 37808/2536/2379 37809/2535/2379 37558/2489/2335</w:t>
        <w:br/>
        <w:t>f 37813/2537/2380 37812/2538/2381 37811/2539/2381</w:t>
        <w:br/>
        <w:t>f 37810/2540/2380 37813/2537/2380 37811/2539/2381</w:t>
        <w:br/>
        <w:t>f 37813/2537/2380 37810/2540/2380 37814/2541/2382</w:t>
        <w:br/>
        <w:t>f 37815/2542/2383 37813/2537/2380 37814/2541/2382</w:t>
        <w:br/>
        <w:t>f 37815/2542/2383 37814/2541/2382 37817/2543/2384</w:t>
        <w:br/>
        <w:t>f 37816/2544/2385 37815/2542/2383 37817/2543/2384</w:t>
        <w:br/>
        <w:t>f 37821/2545/2386 37820/2546/2387 37819/2547/2388</w:t>
        <w:br/>
        <w:t>f 37818/2548/2389 37821/2545/2386 37819/2547/2388</w:t>
        <w:br/>
        <w:t>f 37825/2549/2390 37824/2550/2390 37823/2551/2391</w:t>
        <w:br/>
        <w:t>f 37822/2552/2391 37825/2549/2390 37823/2551/2391</w:t>
        <w:br/>
        <w:t>f 37822/2552/2391 37823/2551/2391 37827/2553/2392</w:t>
        <w:br/>
        <w:t>f 37826/2554/2392 37822/2552/2391 37827/2553/2392</w:t>
        <w:br/>
        <w:t>f 37831/2555/2393 37830/2556/2394 37829/2557/2395</w:t>
        <w:br/>
        <w:t>f 37828/2558/2396 37831/2555/2393 37829/2557/2395</w:t>
        <w:br/>
        <w:t>f 37828/2558/2396 37833/2559/2397 37832/2560/2398</w:t>
        <w:br/>
        <w:t>f 37831/2555/2393 37828/2558/2396 37832/2560/2398</w:t>
        <w:br/>
        <w:t>f 37879/2561/2399 37878/2562/2400 37877/2563/2401</w:t>
        <w:br/>
        <w:t>f 37876/2564/2402 37879/2561/2399 37877/2563/2401</w:t>
        <w:br/>
        <w:t>f 37876/2564/2402 37829/2557/2395 37830/2556/2394</w:t>
        <w:br/>
        <w:t>f 37879/2561/2399 37876/2564/2402 37830/2556/2394</w:t>
        <w:br/>
        <w:t>f 37887/2565/2403 37886/2566/2404 37885/2567/2404</w:t>
        <w:br/>
        <w:t>f 37884/2568/2403 37887/2565/2403 37885/2567/2404</w:t>
        <w:br/>
        <w:t>f 37884/2568/2403 37877/2563/2401 37878/2562/2400</w:t>
        <w:br/>
        <w:t>f 37887/2565/2403 37884/2568/2403 37878/2562/2400</w:t>
        <w:br/>
        <w:t>f 37892/2569/2405 37826/2554/2392 37827/2553/2392</w:t>
        <w:br/>
        <w:t>f 37828/2558/2396 37909/2570/2406 37908/2571/2407</w:t>
        <w:br/>
        <w:t>f 37833/2559/2397 37828/2558/2396 37908/2571/2407</w:t>
        <w:br/>
        <w:t>f 37909/2570/2406 37921/2572/2408 37920/2573/2409</w:t>
        <w:br/>
        <w:t>f 37908/2571/2407 37909/2570/2406 37920/2573/2409</w:t>
        <w:br/>
        <w:t>f 37931/2574/2410 37930/2575/2411 37929/2576/2412</w:t>
        <w:br/>
        <w:t>f 37921/2572/2408 37930/2575/2411 37931/2574/2410</w:t>
        <w:br/>
        <w:t>f 37920/2573/2409 37921/2572/2408 37931/2574/2410</w:t>
        <w:br/>
        <w:t>f 37952/2577/2413 37951/2578/2414 37950/2579/2415</w:t>
        <w:br/>
        <w:t>f 37879/2561/2399 37951/2578/2414 37952/2577/2413</w:t>
        <w:br/>
        <w:t>f 37878/2562/2400 37879/2561/2399 37952/2577/2413</w:t>
        <w:br/>
        <w:t>f 37956/2580/2416 37955/2581/2417 37954/2582/2418</w:t>
        <w:br/>
        <w:t>f 37953/2583/2416 37956/2580/2416 37954/2582/2418</w:t>
        <w:br/>
        <w:t>f 37958/2584/2419 37957/2585/2420 37950/2579/2415</w:t>
        <w:br/>
        <w:t>f 37951/2578/2414 37958/2584/2419 37950/2579/2415</w:t>
        <w:br/>
        <w:t>f 37954/2582/2418 37955/2581/2417 37959/2586/2421</w:t>
        <w:br/>
        <w:t>f 37964/2587/2422 37819/2547/2388 37820/2546/2387</w:t>
        <w:br/>
        <w:t>f 37965/2588/2423 37964/2587/2422 37820/2546/2387</w:t>
        <w:br/>
        <w:t>f 37970/2589/2424 37969/2590/2424 37819/2547/2388</w:t>
        <w:br/>
        <w:t>f 37964/2587/2422 37970/2589/2424 37819/2547/2388</w:t>
        <w:br/>
        <w:t>f 37817/2543/2384 37814/2541/2382 37973/2591/2425</w:t>
        <w:br/>
        <w:t>f 37975/2592/2426 37974/2593/2427 37969/2590/2424</w:t>
        <w:br/>
        <w:t>f 37970/2589/2424 37975/2592/2426 37969/2590/2424</w:t>
        <w:br/>
        <w:t>f 37991/2594/2428 37990/2595/2429 37989/2596/2430</w:t>
        <w:br/>
        <w:t>f 37885/2567/2404 37886/2566/2404 37997/2597/2431</w:t>
        <w:br/>
        <w:t>f 37991/2594/2428 37989/2596/2430 37974/2593/2427</w:t>
        <w:br/>
        <w:t>f 37975/2592/2426 37991/2594/2428 37974/2593/2427</w:t>
        <w:br/>
        <w:t>f 38033/2598/2432 38032/2599/2433 38031/2600/2434</w:t>
        <w:br/>
        <w:t>f 38030/2601/2435 38033/2598/2432 38031/2600/2434</w:t>
        <w:br/>
        <w:t>f 38036/2602/2436 38035/2603/2437 38034/2604/2438</w:t>
        <w:br/>
        <w:t>f 38037/2605/2439 38036/2602/2436 38034/2604/2438</w:t>
        <w:br/>
        <w:t>f 38041/2606/2440 38040/2607/2441 38039/2608/2442</w:t>
        <w:br/>
        <w:t>f 38038/2609/2149 38041/2606/2440 38039/2608/2442</w:t>
        <w:br/>
        <w:t>f 38049/2610/2231 38048/2611/2443 38047/2612/2443</w:t>
        <w:br/>
        <w:t>f 38046/2613/2444 38049/2610/2231 38047/2612/2443</w:t>
        <w:br/>
        <w:t>f 38052/2614/2445 38051/2615/2446 38050/2616/2447</w:t>
        <w:br/>
        <w:t>f 38054/2617/2448 38047/2612/2443 38048/2611/2443</w:t>
        <w:br/>
        <w:t>f 38053/2618/2449 38054/2617/2448 38048/2611/2443</w:t>
        <w:br/>
        <w:t>f 38051/2615/2446 38052/2614/2445 38040/2607/2441</w:t>
        <w:br/>
        <w:t>f 38041/2606/2440 38051/2615/2446 38040/2607/2441</w:t>
        <w:br/>
        <w:t>f 38054/2617/2448 38053/2618/2449 38058/2619/2450</w:t>
        <w:br/>
        <w:t>f 37833/2559/2397 37811/2539/2381 37812/2538/2381</w:t>
        <w:br/>
        <w:t>f 37832/2560/2398 37833/2559/2397 37812/2538/2381</w:t>
        <w:br/>
        <w:t>f 38063/2620/2451 38031/2600/2434 38032/2599/2433</w:t>
        <w:br/>
        <w:t>f 38064/2621/2452 38037/2605/2439 38034/2604/2438</w:t>
        <w:br/>
        <w:t>f 38068/2622/2453 38067/2623/2454 38035/2603/2437</w:t>
        <w:br/>
        <w:t>f 38036/2602/2436 38068/2622/2453 38035/2603/2437</w:t>
        <w:br/>
        <w:t>f 38070/2624/2455 38030/2601/2435 38069/2625/2456</w:t>
        <w:br/>
        <w:t>f 38070/2624/2455 38033/2598/2432 38030/2601/2435</w:t>
        <w:br/>
        <w:t>f 37956/2580/2416 37953/2583/2416 37957/2585/2420</w:t>
        <w:br/>
        <w:t>f 37958/2584/2419 37956/2580/2416 37957/2585/2420</w:t>
        <w:br/>
        <w:t>f 37818/2548/2389 37819/2547/2388 38073/2626/2457</w:t>
        <w:br/>
        <w:t>f 38072/2627/2457 37818/2548/2389 38073/2626/2457</w:t>
        <w:br/>
        <w:t>f 37965/2588/2423 37820/2546/2387 37817/2543/2384</w:t>
        <w:br/>
        <w:t>f 37973/2591/2425 37965/2588/2423 37817/2543/2384</w:t>
        <w:br/>
        <w:t>f 37820/2546/2387 37821/2545/2386 37816/2544/2385</w:t>
        <w:br/>
        <w:t>f 37817/2543/2384 37820/2546/2387 37816/2544/2385</w:t>
        <w:br/>
        <w:t>f 38072/2627/2457 38073/2626/2457 37824/2550/2390</w:t>
        <w:br/>
        <w:t>f 37825/2549/2390 38072/2627/2457 37824/2550/2390</w:t>
        <w:br/>
        <w:t>f 38244/2628/2458 38243/2629/2459 38242/2630/2459</w:t>
        <w:br/>
        <w:t>f 38242/2630/2459 38243/2629/2459 38245/2631/2460</w:t>
        <w:br/>
        <w:t>f 38246/2632/2460 38242/2630/2459 38245/2631/2460</w:t>
        <w:br/>
        <w:t>f 38255/2633/2461 38254/2634/2462 38253/2635/2462</w:t>
        <w:br/>
        <w:t>f 38252/2636/2463 38255/2633/2461 38253/2635/2462</w:t>
        <w:br/>
        <w:t>f 38253/2635/2462 38254/2634/2462 38256/2637/2464</w:t>
        <w:br/>
        <w:t>f 38255/2633/2461 38252/2636/2463 38246/2632/2460</w:t>
        <w:br/>
        <w:t>f 38245/2631/2460 38255/2633/2461 38246/2632/2460</w:t>
        <w:br/>
        <w:t>f 37336/2638/2465 37335/2639/2466 37334/2640/2466</w:t>
        <w:br/>
        <w:t>f 37337/2641/2467 37336/2638/2465 37334/2640/2466</w:t>
        <w:br/>
        <w:t>f 37335/2639/2466 37345/2642/2468 37344/2643/2469</w:t>
        <w:br/>
        <w:t>f 37334/2640/2466 37335/2639/2466 37344/2643/2469</w:t>
        <w:br/>
        <w:t>f 37337/2641/2467 37348/2644/2470 37336/2638/2465</w:t>
        <w:br/>
        <w:t>f 37345/2642/2468 37354/2645/2471 37353/2646/2472</w:t>
        <w:br/>
        <w:t>f 37344/2643/2469 37345/2642/2468 37353/2646/2472</w:t>
        <w:br/>
        <w:t>f 37364/2647/2473 37363/2648/2474 37362/2649/2475</w:t>
        <w:br/>
        <w:t>f 37361/2650/2473 37364/2647/2473 37362/2649/2475</w:t>
        <w:br/>
        <w:t>f 37363/2648/2474 37372/2651/2476 37371/2652/2477</w:t>
        <w:br/>
        <w:t>f 37362/2649/2475 37363/2648/2474 37371/2652/2477</w:t>
        <w:br/>
        <w:t>f 37372/2651/2476 37378/2653/2478 37377/2654/2478</w:t>
        <w:br/>
        <w:t>f 37371/2652/2477 37372/2651/2476 37377/2654/2478</w:t>
        <w:br/>
        <w:t>f 37364/2647/2473 37361/2650/2473 37381/2655/2479</w:t>
        <w:br/>
        <w:t>f 37582/2656/2480 37581/2657/2481 37580/2658/2480</w:t>
        <w:br/>
        <w:t>f 37592/2659/2482 37591/2660/2483 37590/2661/2483</w:t>
        <w:br/>
        <w:t>f 37589/2662/2484 37592/2659/2482 37590/2661/2483</w:t>
        <w:br/>
        <w:t>f 37596/2663/2485 37592/2659/2482 37589/2662/2484</w:t>
        <w:br/>
        <w:t>f 37595/2664/2485 37596/2663/2485 37589/2662/2484</w:t>
        <w:br/>
        <w:t>f 37596/2663/2485 37595/2664/2485 37629/2665/2486</w:t>
        <w:br/>
        <w:t>f 37591/2660/2483 37756/2666/2487 37755/2667/2488</w:t>
        <w:br/>
        <w:t>f 37590/2661/2483 37591/2660/2483 37755/2667/2488</w:t>
        <w:br/>
        <w:t>f 37765/2668/2489 37764/2669/2490 37763/2670/2490</w:t>
        <w:br/>
        <w:t>f 37762/2671/2491 37765/2668/2489 37763/2670/2490</w:t>
        <w:br/>
        <w:t>f 37798/2672/2492 37765/2668/2489 37762/2671/2491</w:t>
        <w:br/>
        <w:t>f 37764/2669/2490 37802/2673/2493 37801/2674/2493</w:t>
        <w:br/>
        <w:t>f 37763/2670/2490 37764/2669/2490 37801/2674/2493</w:t>
        <w:br/>
        <w:t>f 37756/2666/2487 37582/2656/2480 37580/2658/2480</w:t>
        <w:br/>
        <w:t>f 37755/2667/2488 37756/2666/2487 37580/2658/2480</w:t>
        <w:br/>
        <w:t>f 38214/2675/2494 38213/2676/2495 38212/2677/2495</w:t>
        <w:br/>
        <w:t>f 38215/2678/2496 38212/2677/2495 38213/2676/2495</w:t>
        <w:br/>
        <w:t>f 38216/2679/2497 38215/2678/2496 38213/2676/2495</w:t>
        <w:br/>
        <w:t>f 38225/2680/2498 38224/2681/2499 38223/2682/2500</w:t>
        <w:br/>
        <w:t>f 38222/2683/2500 38225/2680/2498 38223/2682/2500</w:t>
        <w:br/>
        <w:t>f 38223/2682/2500 38226/2684/2501 38222/2683/2500</w:t>
        <w:br/>
        <w:t>f 38225/2680/2498 38215/2678/2496 38216/2679/2497</w:t>
        <w:br/>
        <w:t>f 38224/2681/2499 38225/2680/2498 38216/2679/2497</w:t>
        <w:br/>
        <w:t>f 38281/2685/2502 38280/2686/2502 38279/2687/2503</w:t>
        <w:br/>
        <w:t>f 38281/2685/2502 38283/2688/2504 38282/2689/2504</w:t>
        <w:br/>
        <w:t>f 38280/2686/2502 38281/2685/2502 38282/2689/2504</w:t>
        <w:br/>
        <w:t>f 38287/2690/2505 38286/2691/2505 38285/2692/2506</w:t>
        <w:br/>
        <w:t>f 38284/2693/2507 38287/2690/2505 38285/2692/2506</w:t>
        <w:br/>
        <w:t>f 38290/2694/2508 38289/2695/2509 38288/2696/2509</w:t>
        <w:br/>
        <w:t>f 38285/2692/2506 38282/2689/2504 38283/2688/2504</w:t>
        <w:br/>
        <w:t>f 38284/2693/2507 38285/2692/2506 38283/2688/2504</w:t>
        <w:br/>
        <w:t>f 38286/2691/2505 38287/2690/2505 38288/2696/2509</w:t>
        <w:br/>
        <w:t>f 38289/2695/2509 38286/2691/2505 38288/2696/2509</w:t>
        <w:br/>
        <w:t>f 37386/2697/2510 37385/2698/2511 37384/2699/2512</w:t>
        <w:br/>
        <w:t>f 37383/2700/2513 37386/2697/2510 37384/2699/2512</w:t>
        <w:br/>
        <w:t>f 37388/2701/2514 37383/2700/2513 37384/2699/2512</w:t>
        <w:br/>
        <w:t>f 37387/2702/2515 37388/2701/2514 37384/2699/2512</w:t>
        <w:br/>
        <w:t>f 37391/2703/2516 37390/2704/2517 37389/2705/2518</w:t>
        <w:br/>
        <w:t>f 37393/2706/2519 37388/2701/2514 37387/2702/2515</w:t>
        <w:br/>
        <w:t>f 37392/2707/2520 37393/2706/2519 37387/2702/2515</w:t>
        <w:br/>
        <w:t>f 37392/2707/2520 37390/2704/2517 37391/2703/2516</w:t>
        <w:br/>
        <w:t>f 37393/2706/2519 37392/2707/2520 37391/2703/2516</w:t>
        <w:br/>
        <w:t>f 37396/2708/2521 37395/2709/2522 37394/2710/2522</w:t>
        <w:br/>
        <w:t>f 37398/2711/2523 37397/2712/2524 37389/2705/2518</w:t>
        <w:br/>
        <w:t>f 37401/2713/2525 37400/2714/2526 37399/2715/2527</w:t>
        <w:br/>
        <w:t>f 37405/2716/2528 37404/2717/2528 37403/2718/2529</w:t>
        <w:br/>
        <w:t>f 37402/2719/2530 37405/2716/2528 37403/2718/2529</w:t>
        <w:br/>
        <w:t>f 37407/2720/2531 37406/2721/2531 37402/2719/2530</w:t>
        <w:br/>
        <w:t>f 37403/2718/2529 37407/2720/2531 37402/2719/2530</w:t>
        <w:br/>
        <w:t>f 37406/2721/2531 37407/2720/2531 37409/2722/2532</w:t>
        <w:br/>
        <w:t>f 37408/2723/2532 37406/2721/2531 37409/2722/2532</w:t>
        <w:br/>
        <w:t>f 37411/2724/2533 37410/2725/2533 37408/2723/2532</w:t>
        <w:br/>
        <w:t>f 37409/2722/2532 37411/2724/2533 37408/2723/2532</w:t>
        <w:br/>
        <w:t>f 37410/2725/2533 37411/2724/2533 37413/2726/2534</w:t>
        <w:br/>
        <w:t>f 37412/2727/2535 37410/2725/2533 37413/2726/2534</w:t>
        <w:br/>
        <w:t>f 37414/2728/2536 37412/2727/2535 37413/2726/2534</w:t>
        <w:br/>
        <w:t>f 37415/2729/2537 37414/2728/2536 37413/2726/2534</w:t>
        <w:br/>
        <w:t>f 37416/2730/2538 37414/2728/2536 37415/2729/2537</w:t>
        <w:br/>
        <w:t>f 37390/2704/2517 37398/2711/2523 37389/2705/2518</w:t>
        <w:br/>
        <w:t>f 37385/2698/2511 37386/2697/2510 37418/2731/2539</w:t>
        <w:br/>
        <w:t>f 37417/2732/2539 37385/2698/2511 37418/2731/2539</w:t>
        <w:br/>
        <w:t>f 37399/2715/2527 37404/2717/2528 37405/2716/2528</w:t>
        <w:br/>
        <w:t>f 37401/2713/2525 37399/2715/2527 37405/2716/2528</w:t>
        <w:br/>
        <w:t>f 37417/2732/2539 37418/2731/2539 37394/2710/2522</w:t>
        <w:br/>
        <w:t>f 37395/2709/2522 37417/2732/2539 37394/2710/2522</w:t>
        <w:br/>
        <w:t>f 37513/2733/2540 37512/2734/2541 37511/2735/2541</w:t>
        <w:br/>
        <w:t>f 37510/2736/2542 37513/2733/2540 37511/2735/2541</w:t>
        <w:br/>
        <w:t>f 37515/2737/2543 37514/2738/2543 37511/2735/2541</w:t>
        <w:br/>
        <w:t>f 37512/2734/2541 37515/2737/2543 37511/2735/2541</w:t>
        <w:br/>
        <w:t>f 37518/2739/2544 37517/2740/2545 37516/2741/2546</w:t>
        <w:br/>
        <w:t>f 37520/2742/2547 37519/2743/2547 37514/2738/2543</w:t>
        <w:br/>
        <w:t>f 37515/2737/2543 37520/2742/2547 37514/2738/2543</w:t>
        <w:br/>
        <w:t>f 37519/2743/2547 37520/2742/2547 37518/2739/2544</w:t>
        <w:br/>
        <w:t>f 37516/2741/2546 37519/2743/2547 37518/2739/2544</w:t>
        <w:br/>
        <w:t>f 37523/2744/2548 37522/2745/2549 37521/2746/2549</w:t>
        <w:br/>
        <w:t>f 37525/2747/2550 37517/2740/2545 37524/2748/2551</w:t>
        <w:br/>
        <w:t>f 37528/2749/2552 37527/2750/2553 37526/2751/2554</w:t>
        <w:br/>
        <w:t>f 37532/2752/2555 37531/2753/2556 37530/2754/2556</w:t>
        <w:br/>
        <w:t>f 37529/2755/2557 37532/2752/2555 37530/2754/2556</w:t>
        <w:br/>
        <w:t>f 37531/2753/2556 37534/2756/2558 37533/2757/2558</w:t>
        <w:br/>
        <w:t>f 37530/2754/2556 37531/2753/2556 37533/2757/2558</w:t>
        <w:br/>
        <w:t>f 37534/2756/2558 37536/2758/2559 37535/2759/2559</w:t>
        <w:br/>
        <w:t>f 37533/2757/2558 37534/2756/2558 37535/2759/2559</w:t>
        <w:br/>
        <w:t>f 37538/2760/2560 37535/2759/2559 37536/2758/2559</w:t>
        <w:br/>
        <w:t>f 37537/2761/2560 37538/2760/2560 37536/2758/2559</w:t>
        <w:br/>
        <w:t>f 37537/2761/2560 37540/2762/2561 37539/2763/2562</w:t>
        <w:br/>
        <w:t>f 37538/2760/2560 37537/2761/2560 37539/2763/2562</w:t>
        <w:br/>
        <w:t>f 37539/2763/2562 37540/2762/2561 37541/2764/2563</w:t>
        <w:br/>
        <w:t>f 37542/2765/2564 37539/2763/2562 37541/2764/2563</w:t>
        <w:br/>
        <w:t>f 37543/2766/2565 37542/2765/2564 37541/2764/2563</w:t>
        <w:br/>
        <w:t>f 37516/2741/2546 37517/2740/2545 37525/2747/2550</w:t>
        <w:br/>
        <w:t>f 37510/2736/2542 37545/2767/2566 37544/2768/2567</w:t>
        <w:br/>
        <w:t>f 37513/2733/2540 37510/2736/2542 37544/2768/2567</w:t>
        <w:br/>
        <w:t>f 37527/2750/2553 37528/2749/2552 37532/2752/2555</w:t>
        <w:br/>
        <w:t>f 37529/2755/2557 37527/2750/2553 37532/2752/2555</w:t>
        <w:br/>
        <w:t>f 37545/2767/2566 37521/2746/2549 37522/2745/2549</w:t>
        <w:br/>
        <w:t>f 37544/2768/2567 37545/2767/2566 37522/2745/2549</w:t>
        <w:br/>
        <w:t>f 38076/2769/2568 38075/2770/2569 38074/2771/2570</w:t>
        <w:br/>
        <w:t>f 38077/2772/2571 38076/2769/2568 38074/2771/2570</w:t>
        <w:br/>
        <w:t>f 38080/2773/2572 38079/2774/2573 38078/2775/2574</w:t>
        <w:br/>
        <w:t>f 38080/2773/2572 38082/2776/2575 38081/2777/2576</w:t>
        <w:br/>
        <w:t>f 38080/2773/2572 38084/2778/2577 38083/2779/2578</w:t>
        <w:br/>
        <w:t>f 38080/2773/2572 38086/2780/2579 38085/2781/2580</w:t>
        <w:br/>
        <w:t>f 38080/2773/2572 38088/2782/2581 38087/2783/2582</w:t>
        <w:br/>
        <w:t>f 38080/2773/2572 38089/2784/2583 38074/2771/2570</w:t>
        <w:br/>
        <w:t>f 38080/2773/2572 38090/2785/2584 38088/2782/2581</w:t>
        <w:br/>
        <w:t>f 38080/2773/2572 38081/2777/2576 38090/2785/2584</w:t>
        <w:br/>
        <w:t>f 38094/2786/2585 38093/2787/2586 38092/2788/2587</w:t>
        <w:br/>
        <w:t>f 38091/2789/2585 38094/2786/2585 38092/2788/2587</w:t>
        <w:br/>
        <w:t>f 38098/2790/2588 38097/2791/2589 38096/2792/2589</w:t>
        <w:br/>
        <w:t>f 38095/2793/2588 38098/2790/2588 38096/2792/2589</w:t>
        <w:br/>
        <w:t>f 38100/2794/2590 38099/2795/2591 38098/2790/2588</w:t>
        <w:br/>
        <w:t>f 38095/2793/2588 38100/2794/2590 38098/2790/2588</w:t>
        <w:br/>
        <w:t>f 38102/2796/2592 38101/2797/2592 38099/2795/2591</w:t>
        <w:br/>
        <w:t>f 38100/2794/2590 38102/2796/2592 38099/2795/2591</w:t>
        <w:br/>
        <w:t>f 38104/2798/2593 38103/2799/2593 38101/2797/2592</w:t>
        <w:br/>
        <w:t>f 38102/2796/2592 38104/2798/2593 38101/2797/2592</w:t>
        <w:br/>
        <w:t>f 38108/2800/2594 38107/2801/2594 38106/2802/2595</w:t>
        <w:br/>
        <w:t>f 38105/2803/2595 38108/2800/2594 38106/2802/2595</w:t>
        <w:br/>
        <w:t>f 38110/2804/2596 38109/2805/2596 38105/2803/2595</w:t>
        <w:br/>
        <w:t>f 38106/2802/2595 38110/2804/2596 38105/2803/2595</w:t>
        <w:br/>
        <w:t>f 38112/2806/2597 38111/2807/2597 38109/2805/2596</w:t>
        <w:br/>
        <w:t>f 38110/2804/2596 38112/2806/2597 38109/2805/2596</w:t>
        <w:br/>
        <w:t>f 38111/2807/2597 38112/2806/2597 38114/2808/2598</w:t>
        <w:br/>
        <w:t>f 38113/2809/2599 38111/2807/2597 38114/2808/2598</w:t>
        <w:br/>
        <w:t>f 38116/2810/2600 38115/2811/2601 38113/2809/2599</w:t>
        <w:br/>
        <w:t>f 38114/2808/2598 38116/2810/2600 38113/2809/2599</w:t>
        <w:br/>
        <w:t>f 38120/2812/2602 38119/2813/2603 38118/2814/2604</w:t>
        <w:br/>
        <w:t>f 38117/2815/2605 38120/2812/2602 38118/2814/2604</w:t>
        <w:br/>
        <w:t>f 38093/2787/2606 38120/2812/2602 38117/2815/2605</w:t>
        <w:br/>
        <w:t>f 38076/2769/2568 38093/2787/2606 38117/2815/2605</w:t>
        <w:br/>
        <w:t>f 38097/2791/2589 38094/2786/2585 38091/2789/2585</w:t>
        <w:br/>
        <w:t>f 38096/2792/2589 38097/2791/2589 38091/2789/2585</w:t>
        <w:br/>
        <w:t>f 38124/2816/2607 38123/2817/2608 38122/2818/2609</w:t>
        <w:br/>
        <w:t>f 38121/2819/2610 38124/2816/2607 38122/2818/2609</w:t>
        <w:br/>
        <w:t>f 38127/2820/2611 38126/2821/2611 38125/2822/2612</w:t>
        <w:br/>
        <w:t>f 38128/2823/2612 38127/2820/2611 38125/2822/2612</w:t>
        <w:br/>
        <w:t>f 38132/2824/2613 38131/2825/2614 38130/2826/2614</w:t>
        <w:br/>
        <w:t>f 38129/2827/2613 38132/2824/2613 38130/2826/2614</w:t>
        <w:br/>
        <w:t>f 38124/2816/2607 38134/2828/2615 38133/2829/2616</w:t>
        <w:br/>
        <w:t>f 38123/2817/2608 38124/2816/2607 38133/2829/2616</w:t>
        <w:br/>
        <w:t>f 38121/2819/2610 38078/2775/2574 38118/2814/2604</w:t>
        <w:br/>
        <w:t>f 38124/2816/2607 38121/2819/2610 38118/2814/2604</w:t>
        <w:br/>
        <w:t>f 38080/2773/2572 38122/2818/2609 38135/2830/2617</w:t>
        <w:br/>
        <w:t>f 38086/2780/2579 38126/2821/2611 38127/2820/2611</w:t>
        <w:br/>
        <w:t>f 38136/2831/2579 38086/2780/2579 38127/2820/2611</w:t>
        <w:br/>
        <w:t>f 38128/2823/2612 38125/2822/2612 38087/2783/2582</w:t>
        <w:br/>
        <w:t>f 38137/2832/2618 38128/2823/2612 38087/2783/2582</w:t>
        <w:br/>
        <w:t>f 38132/2824/2613 38129/2827/2613 38103/2799/2593</w:t>
        <w:br/>
        <w:t>f 38104/2798/2593 38132/2824/2613 38103/2799/2593</w:t>
        <w:br/>
        <w:t>f 38108/2800/2594 38130/2826/2614 38131/2825/2614</w:t>
        <w:br/>
        <w:t>f 38107/2801/2594 38108/2800/2594 38131/2825/2614</w:t>
        <w:br/>
        <w:t>f 38123/2817/2608 38133/2829/2616 38115/2811/2601</w:t>
        <w:br/>
        <w:t>f 38116/2810/2600 38123/2817/2608 38115/2811/2601</w:t>
        <w:br/>
        <w:t>f 38119/2813/2603 38134/2828/2615 38124/2816/2607</w:t>
        <w:br/>
        <w:t>f 38118/2814/2604 38119/2813/2603 38124/2816/2607</w:t>
        <w:br/>
        <w:t>f 38117/2815/2605 38079/2774/2573 38075/2770/2569</w:t>
        <w:br/>
        <w:t>f 38076/2769/2568 38117/2815/2605 38075/2770/2569</w:t>
        <w:br/>
        <w:t>f 38080/2773/2572 38135/2830/2617 38082/2776/2575</w:t>
        <w:br/>
        <w:t>f 38080/2773/2572 38085/2781/2580 38084/2778/2577</w:t>
        <w:br/>
        <w:t>f 38080/2773/2572 38083/2779/2578 38089/2784/2583</w:t>
        <w:br/>
        <w:t>f 38140/2833/2619 38139/2834/2620 38138/2835/2621</w:t>
        <w:br/>
        <w:t>f 38141/2836/2622 38140/2833/2619 38138/2835/2621</w:t>
        <w:br/>
        <w:t>f 38144/2837/2623 38143/2838/2624 38142/2839/2625</w:t>
        <w:br/>
        <w:t>f 38144/2837/2623 38146/2840/2626 38145/2841/2627</w:t>
        <w:br/>
        <w:t>f 38144/2837/2623 38148/2842/2628 38147/2843/2629</w:t>
        <w:br/>
        <w:t>f 38144/2837/2623 38150/2844/2630 38149/2845/2631</w:t>
        <w:br/>
        <w:t>f 38144/2837/2623 38152/2846/2632 38151/2847/2633</w:t>
        <w:br/>
        <w:t>f 38144/2837/2623 38140/2833/2619 38153/2848/2634</w:t>
        <w:br/>
        <w:t>f 38144/2837/2623 38151/2847/2633 38154/2849/2635</w:t>
        <w:br/>
        <w:t>f 38144/2837/2623 38154/2849/2635 38146/2840/2626</w:t>
        <w:br/>
        <w:t>f 38158/2850/2636 38157/2851/2636 38156/2852/2637</w:t>
        <w:br/>
        <w:t>f 38155/2853/2638 38158/2850/2636 38156/2852/2637</w:t>
        <w:br/>
        <w:t>f 38162/2854/2639 38161/2855/2639 38160/2856/2640</w:t>
        <w:br/>
        <w:t>f 38159/2857/2641 38162/2854/2639 38160/2856/2640</w:t>
        <w:br/>
        <w:t>f 38164/2858/2642 38161/2855/2639 38162/2854/2639</w:t>
        <w:br/>
        <w:t>f 38163/2859/2643 38164/2858/2642 38162/2854/2639</w:t>
        <w:br/>
        <w:t>f 38166/2860/2644 38164/2858/2642 38163/2859/2643</w:t>
        <w:br/>
        <w:t>f 38165/2861/2644 38166/2860/2644 38163/2859/2643</w:t>
        <w:br/>
        <w:t>f 38168/2862/2645 38166/2860/2644 38165/2861/2644</w:t>
        <w:br/>
        <w:t>f 38167/2863/2645 38168/2862/2645 38165/2861/2644</w:t>
        <w:br/>
        <w:t>f 38172/2864/2646 38171/2865/2647 38170/2866/2647</w:t>
        <w:br/>
        <w:t>f 38169/2867/2646 38172/2864/2646 38170/2866/2647</w:t>
        <w:br/>
        <w:t>f 38174/2868/2648 38170/2866/2647 38171/2865/2647</w:t>
        <w:br/>
        <w:t>f 38173/2869/2648 38174/2868/2648 38171/2865/2647</w:t>
        <w:br/>
        <w:t>f 38176/2870/2649 38174/2868/2648 38173/2869/2648</w:t>
        <w:br/>
        <w:t>f 38175/2871/2649 38176/2870/2649 38173/2869/2648</w:t>
        <w:br/>
        <w:t>f 38175/2871/2649 38178/2872/2650 38177/2873/2651</w:t>
        <w:br/>
        <w:t>f 38176/2870/2649 38175/2871/2649 38177/2873/2651</w:t>
        <w:br/>
        <w:t>f 38180/2874/2652 38177/2873/2651 38178/2872/2650</w:t>
        <w:br/>
        <w:t>f 38179/2875/2653 38180/2874/2652 38178/2872/2650</w:t>
        <w:br/>
        <w:t>f 38184/2876/2654 38183/2877/2655 38182/2878/2656</w:t>
        <w:br/>
        <w:t>f 38181/2879/2657 38184/2876/2654 38182/2878/2656</w:t>
        <w:br/>
        <w:t>f 38155/2853/2658 38138/2835/2621 38183/2877/2655</w:t>
        <w:br/>
        <w:t>f 38184/2876/2654 38155/2853/2658 38183/2877/2655</w:t>
        <w:br/>
        <w:t>f 38159/2857/2641 38160/2856/2640 38157/2851/2636</w:t>
        <w:br/>
        <w:t>f 38158/2850/2636 38159/2857/2641 38157/2851/2636</w:t>
        <w:br/>
        <w:t>f 38188/2880/2659 38187/2881/2660 38186/2882/2661</w:t>
        <w:br/>
        <w:t>f 38185/2883/2662 38188/2880/2659 38186/2882/2661</w:t>
        <w:br/>
        <w:t>f 38191/2884/2663 38190/2885/2664 38189/2886/2665</w:t>
        <w:br/>
        <w:t>f 38192/2887/2663 38191/2884/2663 38189/2886/2665</w:t>
        <w:br/>
        <w:t>f 38196/2888/2666 38195/2889/2666 38194/2890/2667</w:t>
        <w:br/>
        <w:t>f 38193/2891/2668 38196/2888/2666 38194/2890/2667</w:t>
        <w:br/>
        <w:t>f 38188/2880/2659 38185/2883/2662 38198/2892/2669</w:t>
        <w:br/>
        <w:t>f 38197/2893/2670 38188/2880/2659 38198/2892/2669</w:t>
        <w:br/>
        <w:t>f 38182/2878/2656 38143/2838/2624 38187/2881/2660</w:t>
        <w:br/>
        <w:t>f 38188/2880/2659 38182/2878/2656 38187/2881/2660</w:t>
        <w:br/>
        <w:t>f 38144/2837/2623 38199/2894/2671 38186/2882/2661</w:t>
        <w:br/>
        <w:t>f 38189/2886/2665 38190/2885/2664 38149/2845/2631</w:t>
        <w:br/>
        <w:t>f 38200/2895/2672 38189/2886/2665 38149/2845/2631</w:t>
        <w:br/>
        <w:t>f 38192/2887/2663 38201/2896/2673 38152/2846/2632</w:t>
        <w:br/>
        <w:t>f 38191/2884/2663 38192/2887/2663 38152/2846/2632</w:t>
        <w:br/>
        <w:t>f 38196/2888/2666 38168/2862/2645 38167/2863/2645</w:t>
        <w:br/>
        <w:t>f 38195/2889/2666 38196/2888/2666 38167/2863/2645</w:t>
        <w:br/>
        <w:t>f 38172/2864/2646 38169/2867/2646 38193/2891/2668</w:t>
        <w:br/>
        <w:t>f 38194/2890/2667 38172/2864/2646 38193/2891/2668</w:t>
        <w:br/>
        <w:t>f 38185/2883/2662 38180/2874/2652 38179/2875/2653</w:t>
        <w:br/>
        <w:t>f 38198/2892/2669 38185/2883/2662 38179/2875/2653</w:t>
        <w:br/>
        <w:t>f 38181/2879/2657 38182/2878/2656 38188/2880/2659</w:t>
        <w:br/>
        <w:t>f 38197/2893/2670 38181/2879/2657 38188/2880/2659</w:t>
        <w:br/>
        <w:t>f 38139/2834/2620 38142/2839/2625 38183/2877/2655</w:t>
        <w:br/>
        <w:t>f 38138/2835/2621 38139/2834/2620 38183/2877/2655</w:t>
        <w:br/>
        <w:t>f 38144/2837/2623 38145/2841/2627 38199/2894/2671</w:t>
        <w:br/>
        <w:t>f 38144/2837/2623 38147/2843/2629 38150/2844/2630</w:t>
        <w:br/>
        <w:t>f 38144/2837/2623 38153/2848/2634 38148/2842/2628</w:t>
        <w:br/>
        <w:t>f 38075/2770/2569 38080/2773/2572 38074/2771/2570</w:t>
        <w:br/>
        <w:t>f 38079/2774/2573 38117/2815/2605 38118/2814/2604</w:t>
        <w:br/>
        <w:t>f 38078/2775/2574 38079/2774/2573 38118/2814/2604</w:t>
        <w:br/>
        <w:t>f 38082/2776/2575 38263/2897/2674 38262/2898/2675</w:t>
        <w:br/>
        <w:t>f 38081/2777/2576 38082/2776/2575 38262/2898/2675</w:t>
        <w:br/>
        <w:t>f 38265/2899/2577 38264/2900/2676 38083/2779/2578</w:t>
        <w:br/>
        <w:t>f 38084/2778/2577 38265/2899/2577 38083/2779/2578</w:t>
        <w:br/>
        <w:t>f 38136/2831/2579 38266/2901/2580 38085/2781/2580</w:t>
        <w:br/>
        <w:t>f 38086/2780/2579 38136/2831/2579 38085/2781/2580</w:t>
        <w:br/>
        <w:t>f 38088/2782/2581 38267/2902/2677 38137/2832/2618</w:t>
        <w:br/>
        <w:t>f 38087/2783/2582 38088/2782/2581 38137/2832/2618</w:t>
        <w:br/>
        <w:t>f 38077/2772/2571 38074/2771/2570 38089/2784/2583</w:t>
        <w:br/>
        <w:t>f 38268/2903/2678 38077/2772/2571 38089/2784/2583</w:t>
        <w:br/>
        <w:t>f 38267/2902/2677 38088/2782/2581 38090/2785/2584</w:t>
        <w:br/>
        <w:t>f 38269/2904/2679 38267/2902/2677 38090/2785/2584</w:t>
        <w:br/>
        <w:t>f 38081/2777/2576 38262/2898/2675 38269/2904/2679</w:t>
        <w:br/>
        <w:t>f 38090/2785/2584 38081/2777/2576 38269/2904/2679</w:t>
        <w:br/>
        <w:t>f 38122/2818/2609 38080/2773/2572 38121/2819/2610</w:t>
        <w:br/>
        <w:t>f 38126/2821/2611 38080/2773/2572 38125/2822/2612</w:t>
        <w:br/>
        <w:t>f 38121/2819/2610 38080/2773/2572 38078/2775/2574</w:t>
        <w:br/>
        <w:t>f 38123/2817/2608 38116/2810/2600 38135/2830/2617</w:t>
        <w:br/>
        <w:t>f 38122/2818/2609 38123/2817/2608 38135/2830/2617</w:t>
        <w:br/>
        <w:t>f 38086/2780/2579 38080/2773/2572 38126/2821/2611</w:t>
        <w:br/>
        <w:t>f 38125/2822/2612 38080/2773/2572 38087/2783/2582</w:t>
        <w:br/>
        <w:t>f 38079/2774/2573 38080/2773/2572 38075/2770/2569</w:t>
        <w:br/>
        <w:t>f 38116/2810/2600 38263/2897/2674 38082/2776/2575</w:t>
        <w:br/>
        <w:t>f 38135/2830/2617 38116/2810/2600 38082/2776/2575</w:t>
        <w:br/>
        <w:t>f 38266/2901/2580 38265/2899/2577 38084/2778/2577</w:t>
        <w:br/>
        <w:t>f 38085/2781/2580 38266/2901/2580 38084/2778/2577</w:t>
        <w:br/>
        <w:t>f 38264/2900/2676 38268/2903/2678 38089/2784/2583</w:t>
        <w:br/>
        <w:t>f 38083/2779/2578 38264/2900/2676 38089/2784/2583</w:t>
        <w:br/>
        <w:t>f 38140/2833/2619 38144/2837/2623 38139/2834/2620</w:t>
        <w:br/>
        <w:t>f 38182/2878/2656 38183/2877/2655 38142/2839/2625</w:t>
        <w:br/>
        <w:t>f 38143/2838/2624 38182/2878/2656 38142/2839/2625</w:t>
        <w:br/>
        <w:t>f 38270/2905/2680 38145/2841/2627 38146/2840/2626</w:t>
        <w:br/>
        <w:t>f 38271/2906/2681 38270/2905/2680 38146/2840/2626</w:t>
        <w:br/>
        <w:t>f 38272/2907/2682 38147/2843/2629 38148/2842/2628</w:t>
        <w:br/>
        <w:t>f 38273/2908/2683 38272/2907/2682 38148/2842/2628</w:t>
        <w:br/>
        <w:t>f 38200/2895/2672 38149/2845/2631 38150/2844/2630</w:t>
        <w:br/>
        <w:t>f 38274/2909/2630 38200/2895/2672 38150/2844/2630</w:t>
        <w:br/>
        <w:t>f 38201/2896/2673 38275/2910/2633 38151/2847/2633</w:t>
        <w:br/>
        <w:t>f 38152/2846/2632 38201/2896/2673 38151/2847/2633</w:t>
        <w:br/>
        <w:t>f 38140/2833/2619 38141/2836/2622 38276/2911/2684</w:t>
        <w:br/>
        <w:t>f 38153/2848/2634 38140/2833/2619 38276/2911/2684</w:t>
        <w:br/>
        <w:t>f 38275/2910/2633 38277/2912/2685 38154/2849/2635</w:t>
        <w:br/>
        <w:t>f 38151/2847/2633 38275/2910/2633 38154/2849/2635</w:t>
        <w:br/>
        <w:t>f 38277/2912/2685 38271/2906/2681 38146/2840/2626</w:t>
        <w:br/>
        <w:t>f 38154/2849/2635 38277/2912/2685 38146/2840/2626</w:t>
        <w:br/>
        <w:t>f 38187/2881/2660 38144/2837/2623 38186/2882/2661</w:t>
        <w:br/>
        <w:t>f 38191/2884/2663 38144/2837/2623 38190/2885/2664</w:t>
        <w:br/>
        <w:t>f 38143/2838/2624 38144/2837/2623 38187/2881/2660</w:t>
        <w:br/>
        <w:t>f 38185/2883/2662 38186/2882/2661 38199/2894/2671</w:t>
        <w:br/>
        <w:t>f 38278/2913/2686 38185/2883/2662 38199/2894/2671</w:t>
        <w:br/>
        <w:t>f 38190/2885/2664 38144/2837/2623 38149/2845/2631</w:t>
        <w:br/>
        <w:t>f 38152/2846/2632 38144/2837/2623 38191/2884/2663</w:t>
        <w:br/>
        <w:t>f 38139/2834/2620 38144/2837/2623 38142/2839/2625</w:t>
        <w:br/>
        <w:t>f 38145/2841/2627 38270/2905/2680 38180/2874/2687</w:t>
        <w:br/>
        <w:t>f 38199/2894/2671 38145/2841/2627 38180/2874/2687</w:t>
        <w:br/>
        <w:t>f 38147/2843/2629 38272/2907/2682 38274/2909/2630</w:t>
        <w:br/>
        <w:t>f 38150/2844/2630 38147/2843/2629 38274/2909/2630</w:t>
        <w:br/>
        <w:t>f 38273/2908/2683 38148/2842/2628 38153/2848/2634</w:t>
        <w:br/>
        <w:t>f 38276/2911/2684 38273/2908/2683 38153/2848/2634</w:t>
        <w:br/>
        <w:t>f 37421/2914/2688 37420/2915/2689 37419/2916/2690</w:t>
        <w:br/>
        <w:t>f 37422/2917/2691 37420/2915/2689 37421/2914/2688</w:t>
        <w:br/>
        <w:t>f 37423/2918/2692 37420/2915/2689 37422/2917/2691</w:t>
        <w:br/>
        <w:t>f 37424/2919/2693 37420/2915/2689 37423/2918/2692</w:t>
        <w:br/>
        <w:t>f 37425/2920/2694 37420/2915/2689 37424/2919/2693</w:t>
        <w:br/>
        <w:t>f 37426/2921/2695 37420/2915/2689 37425/2920/2694</w:t>
        <w:br/>
        <w:t>f 37427/2922/2696 37420/2915/2689 37426/2921/2695</w:t>
        <w:br/>
        <w:t>f 37428/2923/2697 37420/2915/2689 37427/2922/2696</w:t>
        <w:br/>
        <w:t>f 37429/2924/2698 37420/2915/2689 37428/2923/2697</w:t>
        <w:br/>
        <w:t>f 37430/2925/2699 37420/2915/2689 37429/2924/2698</w:t>
        <w:br/>
        <w:t>f 37431/2926/2700 37420/2915/2689 37430/2925/2699</w:t>
        <w:br/>
        <w:t>f 37432/2927/2701 37420/2915/2689 37431/2926/2700</w:t>
        <w:br/>
        <w:t>f 37433/2928/2702 37420/2915/2689 37432/2927/2701</w:t>
        <w:br/>
        <w:t>f 37434/2929/2703 37420/2915/2689 37433/2928/2702</w:t>
        <w:br/>
        <w:t>f 37435/2930/2704 37420/2915/2689 37434/2929/2703</w:t>
        <w:br/>
        <w:t>f 37436/2931/2705 37420/2915/2689 37435/2930/2704</w:t>
        <w:br/>
        <w:t>f 37437/2932/2706 37420/2915/2689 37436/2931/2705</w:t>
        <w:br/>
        <w:t>f 37419/2916/2690 37420/2915/2689 37437/2932/2706</w:t>
        <w:br/>
        <w:t>f 37440/2933/2707 37439/2934/2708 37438/2935/2709</w:t>
        <w:br/>
        <w:t>f 37441/2936/2710 37440/2933/2707 37438/2935/2709</w:t>
        <w:br/>
        <w:t>f 37442/2937/2711 37441/2936/2710 37438/2935/2709</w:t>
        <w:br/>
        <w:t>f 37443/2938/2712 37442/2937/2711 37438/2935/2709</w:t>
        <w:br/>
        <w:t>f 37444/2939/2713 37443/2938/2712 37438/2935/2709</w:t>
        <w:br/>
        <w:t>f 37445/2940/2714 37444/2939/2713 37438/2935/2709</w:t>
        <w:br/>
        <w:t>f 37446/2941/2715 37445/2940/2714 37438/2935/2709</w:t>
        <w:br/>
        <w:t>f 37447/2942/2716 37446/2941/2715 37438/2935/2709</w:t>
        <w:br/>
        <w:t>f 37448/2943/2717 37447/2942/2716 37438/2935/2709</w:t>
        <w:br/>
        <w:t>f 37449/2944/2718 37448/2943/2717 37438/2935/2709</w:t>
        <w:br/>
        <w:t>f 37450/2945/2719 37449/2944/2718 37438/2935/2709</w:t>
        <w:br/>
        <w:t>f 37451/2946/2720 37450/2945/2719 37438/2935/2709</w:t>
        <w:br/>
        <w:t>f 37452/2947/2721 37451/2946/2720 37438/2935/2709</w:t>
        <w:br/>
        <w:t>f 37453/2948/2722 37452/2947/2721 37438/2935/2709</w:t>
        <w:br/>
        <w:t>f 37454/2949/2723 37453/2948/2722 37438/2935/2709</w:t>
        <w:br/>
        <w:t>f 37455/2950/2724 37454/2949/2723 37438/2935/2709</w:t>
        <w:br/>
        <w:t>f 37456/2951/2725 37455/2950/2724 37438/2935/2709</w:t>
        <w:br/>
        <w:t>f 37439/2934/2708 37456/2951/2725 37438/2935/2709</w:t>
        <w:br/>
        <w:t>usemtl ？MI_Audrey_Body25</w:t>
        <w:br/>
        <w:t>f 30251/2952/2726 30250/2953/2727 30249/2954/2728</w:t>
        <w:br/>
        <w:t>f 30252/2955/2729 30251/2952/2726 30249/2954/2728</w:t>
        <w:br/>
        <w:t>f 30255/2956/2730 30254/2957/2731 30253/2958/2732</w:t>
        <w:br/>
        <w:t>f 30256/2959/2733 30255/2956/2730 30253/2958/2732</w:t>
        <w:br/>
        <w:t>f 30259/2960/2734 30258/2961/2735 30257/2962/2736</w:t>
        <w:br/>
        <w:t>f 30260/2963/2737 30259/2960/2734 30257/2962/2736</w:t>
        <w:br/>
        <w:t>f 30255/2956/2730 30262/2964/2738 30261/2965/2739</w:t>
        <w:br/>
        <w:t>f 30254/2957/2731 30255/2956/2730 30261/2965/2739</w:t>
        <w:br/>
        <w:t>f 30250/2953/2727 30264/2966/2740 30263/2967/2741</w:t>
        <w:br/>
        <w:t>f 30249/2954/2728 30250/2953/2727 30263/2967/2741</w:t>
        <w:br/>
        <w:t>f 30249/2954/2728 30263/2967/2741 30265/2968/2742</w:t>
        <w:br/>
        <w:t>f 30269/2969/2743 30268/2970/2744 30267/2971/2745</w:t>
        <w:br/>
        <w:t>f 30266/2972/2746 30269/2969/2743 30267/2971/2745</w:t>
        <w:br/>
        <w:t>f 30272/2973/2747 30271/2974/2748 30270/2975/2749</w:t>
        <w:br/>
        <w:t>f 30273/2976/2750 30272/2973/2747 30270/2975/2749</w:t>
        <w:br/>
        <w:t>f 30275/2977/2751 30270/2975/2749 30274/2978/2752</w:t>
        <w:br/>
        <w:t>f 30268/2970/2744 30275/2977/2751 30274/2978/2752</w:t>
        <w:br/>
        <w:t>f 30277/2979/2753 30272/2973/2747 30273/2976/2750</w:t>
        <w:br/>
        <w:t>f 30276/2980/2754 30277/2979/2753 30273/2976/2750</w:t>
        <w:br/>
        <w:t>f 30272/2973/2747 30277/2979/2753 30279/2981/2755</w:t>
        <w:br/>
        <w:t>f 30278/2982/2756 30272/2973/2747 30279/2981/2755</w:t>
        <w:br/>
        <w:t>f 30265/2968/2742 30263/2967/2741 30281/2983/2757</w:t>
        <w:br/>
        <w:t>f 30280/2984/2758 30265/2968/2742 30281/2983/2757</w:t>
        <w:br/>
        <w:t>f 30281/2983/2757 30263/2967/2741 30264/2966/2740</w:t>
        <w:br/>
        <w:t>f 30282/2985/2759 30281/2983/2757 30264/2966/2740</w:t>
        <w:br/>
        <w:t>f 30284/2986/2760 30283/2987/2761 30278/2982/2756</w:t>
        <w:br/>
        <w:t>f 30279/2981/2755 30284/2986/2760 30278/2982/2756</w:t>
        <w:br/>
        <w:t>f 30271/2974/2748 30278/2982/2756 30283/2987/2761</w:t>
        <w:br/>
        <w:t>f 30285/2988/2762 30271/2974/2748 30283/2987/2761</w:t>
        <w:br/>
        <w:t>f 30279/2981/2755 30287/2989/2763 30286/2990/2764</w:t>
        <w:br/>
        <w:t>f 30284/2986/2760 30279/2981/2755 30286/2990/2764</w:t>
        <w:br/>
        <w:t>f 30271/2974/2748 30272/2973/2747 30278/2982/2756</w:t>
        <w:br/>
        <w:t>f 30289/2991/2765 30276/2980/2754 30288/2992/2766</w:t>
        <w:br/>
        <w:t>f 30290/2993/2767 30289/2991/2765 30288/2992/2766</w:t>
        <w:br/>
        <w:t>f 30268/2970/2744 30274/2978/2752 30267/2971/2745</w:t>
        <w:br/>
        <w:t>f 30288/2992/2766 30275/2977/2751 30268/2970/2744</w:t>
        <w:br/>
        <w:t>f 30269/2969/2743 30288/2992/2766 30268/2970/2744</w:t>
        <w:br/>
        <w:t>f 30275/2977/2751 30273/2976/2750 30270/2975/2749</w:t>
        <w:br/>
        <w:t>f 30276/2980/2754 30273/2976/2750 30275/2977/2751</w:t>
        <w:br/>
        <w:t>f 30288/2992/2766 30276/2980/2754 30275/2977/2751</w:t>
        <w:br/>
        <w:t>f 30289/2991/2765 30290/2993/2767 30291/2994/2768</w:t>
        <w:br/>
        <w:t>f 30292/2995/2769 30291/2994/2768 30290/2993/2767</w:t>
        <w:br/>
        <w:t>f 30269/2969/2743 30292/2995/2769 30290/2993/2767</w:t>
        <w:br/>
        <w:t>f 30287/2989/2763 30277/2979/2753 30276/2980/2754</w:t>
        <w:br/>
        <w:t>f 30289/2991/2765 30287/2989/2763 30276/2980/2754</w:t>
        <w:br/>
        <w:t>f 30277/2979/2753 30287/2989/2763 30279/2981/2755</w:t>
        <w:br/>
        <w:t>f 30294/2996/2770 30280/2984/2758 30281/2983/2757</w:t>
        <w:br/>
        <w:t>f 30293/2997/2771 30294/2996/2770 30281/2983/2757</w:t>
        <w:br/>
        <w:t>f 30293/2997/2771 30281/2983/2757 30282/2985/2759</w:t>
        <w:br/>
        <w:t>f 30295/2998/2772 30293/2997/2771 30282/2985/2759</w:t>
        <w:br/>
        <w:t>f 30299/2999/2773 30298/3000/2774 30297/3001/2775</w:t>
        <w:br/>
        <w:t>f 30296/3002/2776 30299/2999/2773 30297/3001/2775</w:t>
        <w:br/>
        <w:t>f 30303/3003/2777 30302/3004/2778 30301/3005/2779</w:t>
        <w:br/>
        <w:t>f 30300/3006/2780 30303/3003/2777 30301/3005/2779</w:t>
        <w:br/>
        <w:t>f 30257/2962/2736 30258/2961/2735 30304/3007/2781</w:t>
        <w:br/>
        <w:t>f 30258/2961/2735 30306/3008/2782 30305/3009/2783</w:t>
        <w:br/>
        <w:t>f 30304/3007/2781 30258/2961/2735 30305/3009/2783</w:t>
        <w:br/>
        <w:t>f 30309/3010/2784 30308/3011/2785 30307/3012/2786</w:t>
        <w:br/>
        <w:t>f 30311/3013/2787 30299/2999/2773 30296/3002/2776</w:t>
        <w:br/>
        <w:t>f 30310/3014/2788 30311/3013/2787 30296/3002/2776</w:t>
        <w:br/>
        <w:t>f 30312/3015/2789 30308/3011/2785 30309/3010/2784</w:t>
        <w:br/>
        <w:t>f 30302/3004/2778 30314/3016/2790 30313/3017/2788</w:t>
        <w:br/>
        <w:t>f 30301/3005/2779 30302/3004/2778 30313/3017/2788</w:t>
        <w:br/>
        <w:t>f 30314/3016/2790 30316/3018/2791 30315/3019/2792</w:t>
        <w:br/>
        <w:t>f 30293/2997/2771 30314/3016/2790 30315/3019/2792</w:t>
        <w:br/>
        <w:t>f 30299/2999/2773 30308/3011/2785 30312/3015/2789</w:t>
        <w:br/>
        <w:t>f 30298/3000/2774 30299/2999/2773 30312/3015/2789</w:t>
        <w:br/>
        <w:t>f 30307/3012/2786 30308/3011/2785 30299/2999/2773</w:t>
        <w:br/>
        <w:t>f 30294/2996/2770 30293/2997/2771 30315/3019/2792</w:t>
        <w:br/>
        <w:t>f 30262/2964/2738 30259/2960/2734 30260/2963/2737</w:t>
        <w:br/>
        <w:t>f 30261/2965/2739 30262/2964/2738 30260/2963/2737</w:t>
        <w:br/>
        <w:t>f 30319/3020/2793 30318/3021/2794 30317/3022/2795</w:t>
        <w:br/>
        <w:t>f 30320/3023/2796 30319/3020/2793 30317/3022/2795</w:t>
        <w:br/>
        <w:t>f 30323/3024/2797 30322/3025/2798 30321/3026/2799</w:t>
        <w:br/>
        <w:t>f 30324/3027/2800 30323/3024/2797 30321/3026/2799</w:t>
        <w:br/>
        <w:t>f 30325/3028/2801 30311/3013/2787 30322/3025/2798</w:t>
        <w:br/>
        <w:t>f 30317/3022/2795 30318/3021/2794 30327/3029/2802</w:t>
        <w:br/>
        <w:t>f 30326/3030/2803 30317/3022/2795 30327/3029/2802</w:t>
        <w:br/>
        <w:t>f 30331/3031/2804 30330/3032/2805 30329/3033/2806</w:t>
        <w:br/>
        <w:t>f 30328/3034/2807 30331/3031/2804 30329/3033/2806</w:t>
        <w:br/>
        <w:t>f 30333/3035/2808 30332/3036/2809 30328/3034/2807</w:t>
        <w:br/>
        <w:t>f 30333/3035/2808 30328/3034/2807 30329/3033/2806</w:t>
        <w:br/>
        <w:t>f 30295/2998/2772 30333/3035/2808 30329/3033/2806</w:t>
        <w:br/>
        <w:t>f 30334/3037/2810 30328/3034/2807 30332/3036/2809</w:t>
        <w:br/>
        <w:t>f 30335/3038/2811 30334/3037/2810 30332/3036/2809</w:t>
        <w:br/>
        <w:t>f 30336/3039/2812 30331/3031/2804 30328/3034/2807</w:t>
        <w:br/>
        <w:t>f 30334/3037/2810 30336/3039/2812 30328/3034/2807</w:t>
        <w:br/>
        <w:t>f 30338/3040/2813 30323/3024/2797 30324/3027/2800</w:t>
        <w:br/>
        <w:t>f 30337/3041/2812 30338/3040/2813 30324/3027/2800</w:t>
        <w:br/>
        <w:t>f 30340/3042/2814 30317/3022/2795 30326/3030/2803</w:t>
        <w:br/>
        <w:t>f 30339/3043/2815 30340/3042/2814 30326/3030/2803</w:t>
        <w:br/>
        <w:t>f 30326/3030/2803 30327/3029/2802 30325/3028/2801</w:t>
        <w:br/>
        <w:t>f 30325/3028/2801 30323/3024/2797 30326/3030/2803</w:t>
        <w:br/>
        <w:t>f 30338/3040/2813 30342/3044/2816 30341/3045/2817</w:t>
        <w:br/>
        <w:t>f 30339/3043/2815 30338/3040/2813 30341/3045/2817</w:t>
        <w:br/>
        <w:t>f 30325/3028/2801 30307/3012/2786 30311/3013/2787</w:t>
        <w:br/>
        <w:t>f 30322/3025/2798 30311/3013/2787 30310/3014/2788</w:t>
        <w:br/>
        <w:t>f 30321/3026/2799 30322/3025/2798 30310/3014/2788</w:t>
        <w:br/>
        <w:t>f 30330/3032/2805 30313/3017/2788 30314/3016/2790</w:t>
        <w:br/>
        <w:t>f 30329/3033/2806 30330/3032/2805 30314/3016/2790</w:t>
        <w:br/>
        <w:t>f 30329/3033/2806 30314/3016/2790 30293/2997/2771</w:t>
        <w:br/>
        <w:t>f 30295/2998/2772 30329/3033/2806 30293/2997/2771</w:t>
        <w:br/>
        <w:t>f 30264/2966/2740 30250/2953/2727 30344/3046/2818</w:t>
        <w:br/>
        <w:t>f 30343/3047/2819 30264/2966/2740 30344/3046/2818</w:t>
        <w:br/>
        <w:t>f 30260/2963/2737 30257/2962/2736 30318/3021/2794</w:t>
        <w:br/>
        <w:t>f 30319/3020/2793 30260/2963/2737 30318/3021/2794</w:t>
        <w:br/>
        <w:t>f 30327/3029/2802 30318/3021/2794 30257/2962/2736</w:t>
        <w:br/>
        <w:t>f 30304/3007/2781 30327/3029/2802 30257/2962/2736</w:t>
        <w:br/>
        <w:t>f 30307/3012/2786 30327/3029/2802 30304/3007/2781</w:t>
        <w:br/>
        <w:t>f 30282/2985/2759 30264/2966/2740 30343/3047/2819</w:t>
        <w:br/>
        <w:t>f 30345/3048/2820 30282/2985/2759 30343/3047/2819</w:t>
        <w:br/>
        <w:t>f 30345/3048/2820 30343/3047/2819 30347/3049/2821</w:t>
        <w:br/>
        <w:t>f 30346/3050/2822 30345/3048/2820 30347/3049/2821</w:t>
        <w:br/>
        <w:t>f 30348/3051/2823 30335/3038/2811 30332/3036/2809</w:t>
        <w:br/>
        <w:t>f 30346/3050/2822 30348/3051/2823 30332/3036/2809</w:t>
        <w:br/>
        <w:t>f 30346/3050/2822 30332/3036/2809 30333/3035/2808</w:t>
        <w:br/>
        <w:t>f 30345/3048/2820 30346/3050/2822 30333/3035/2808</w:t>
        <w:br/>
        <w:t>f 30295/2998/2772 30282/2985/2759 30345/3048/2820</w:t>
        <w:br/>
        <w:t>f 30333/3035/2808 30295/2998/2772 30345/3048/2820</w:t>
        <w:br/>
        <w:t>f 30349/3052/2824 30334/3037/2810 30335/3038/2811</w:t>
        <w:br/>
        <w:t>f 30350/3053/2825 30349/3052/2824 30335/3038/2811</w:t>
        <w:br/>
        <w:t>f 30339/3043/2815 30326/3030/2803 30323/3024/2797</w:t>
        <w:br/>
        <w:t>f 30338/3040/2813 30339/3043/2815 30323/3024/2797</w:t>
        <w:br/>
        <w:t>f 30346/3050/2822 30347/3049/2821 30351/3054/2826</w:t>
        <w:br/>
        <w:t>f 30348/3051/2823 30346/3050/2822 30351/3054/2826</w:t>
        <w:br/>
        <w:t>f 30350/3053/2825 30335/3038/2811 30348/3051/2823</w:t>
        <w:br/>
        <w:t>f 30352/3055/2827 30350/3053/2825 30348/3051/2823</w:t>
        <w:br/>
        <w:t>f 30353/3056/2828 30347/3049/2821 30343/3047/2819</w:t>
        <w:br/>
        <w:t>f 30344/3046/2818 30353/3056/2828 30343/3047/2819</w:t>
        <w:br/>
        <w:t>f 30338/3040/2813 30337/3041/2812 30354/3057/2829</w:t>
        <w:br/>
        <w:t>f 30342/3044/2816 30338/3040/2813 30354/3057/2829</w:t>
        <w:br/>
        <w:t>f 30356/3058/2830 30355/3059/2831 30320/3023/2796</w:t>
        <w:br/>
        <w:t>f 30357/3060/2832 30356/3058/2830 30320/3023/2796</w:t>
        <w:br/>
        <w:t>f 30320/3023/2796 30355/3059/2831 30358/3061/2833</w:t>
        <w:br/>
        <w:t>f 30319/3020/2793 30320/3023/2796 30358/3061/2833</w:t>
        <w:br/>
        <w:t>f 30359/3062/2834 30344/3046/2818 30250/2953/2727</w:t>
        <w:br/>
        <w:t>f 30251/2952/2726 30359/3062/2834 30250/2953/2727</w:t>
        <w:br/>
        <w:t>f 30261/2965/2739 30260/2963/2737 30319/3020/2793</w:t>
        <w:br/>
        <w:t>f 30358/3061/2833 30261/2965/2739 30319/3020/2793</w:t>
        <w:br/>
        <w:t>f 30362/3063/2835 30361/3064/2836 30359/3062/2834</w:t>
        <w:br/>
        <w:t>f 30360/3065/2837 30362/3063/2835 30359/3062/2834</w:t>
        <w:br/>
        <w:t>f 30351/3054/2826 30363/3066/2838 30352/3055/2827</w:t>
        <w:br/>
        <w:t>f 30348/3051/2823 30351/3054/2826 30352/3055/2827</w:t>
        <w:br/>
        <w:t>f 30367/3067/2839 30366/3068/2840 30365/3069/2841</w:t>
        <w:br/>
        <w:t>f 30364/3070/2842 30367/3067/2839 30365/3069/2841</w:t>
        <w:br/>
        <w:t>f 30317/3022/2795 30340/3042/2814 30357/3060/2832</w:t>
        <w:br/>
        <w:t>f 30320/3023/2796 30317/3022/2795 30357/3060/2832</w:t>
        <w:br/>
        <w:t>f 30369/3071/2843 30339/3043/2815 30341/3045/2817</w:t>
        <w:br/>
        <w:t>f 30368/3072/2844 30339/3043/2815 30369/3071/2843</w:t>
        <w:br/>
        <w:t>f 30368/3072/2844 30340/3042/2814 30339/3043/2815</w:t>
        <w:br/>
        <w:t>f 30377/3073/2845 30376/3074/2846 30375/3075/2847</w:t>
        <w:br/>
        <w:t>f 30378/3076/2848 30377/3073/2845 30375/3075/2847</w:t>
        <w:br/>
        <w:t>f 30389/3077/2849 30388/3078/2850 30387/3079/2851</w:t>
        <w:br/>
        <w:t>f 30390/3080/2852 30389/3077/2849 30387/3079/2851</w:t>
        <w:br/>
        <w:t>f 30376/3074/2846 30377/3073/2845 30393/3081/2853</w:t>
        <w:br/>
        <w:t>f 30394/3082/2854 30376/3074/2846 30393/3081/2853</w:t>
        <w:br/>
        <w:t>f 30396/3083/2855 30395/3084/2856 30390/3080/2852</w:t>
        <w:br/>
        <w:t>f 30387/3079/2851 30396/3083/2855 30390/3080/2852</w:t>
        <w:br/>
        <w:t>f 30398/3085/2857 30397/3086/2858 30395/3084/2856</w:t>
        <w:br/>
        <w:t>f 30394/3082/2854 30388/3078/2850 30389/3077/2849</w:t>
        <w:br/>
        <w:t>f 30403/3087/2859 30402/3088/2860 30291/2994/2768</w:t>
        <w:br/>
        <w:t>f 30401/3089/2861 30403/3087/2859 30291/2994/2768</w:t>
        <w:br/>
        <w:t>f 30411/3090/2862 30410/3091/2863 30409/3092/2864</w:t>
        <w:br/>
        <w:t>f 30408/3093/2865 30411/3090/2862 30409/3092/2864</w:t>
        <w:br/>
        <w:t>f 30403/3087/2859 30428/3094/2866 30427/3095/2867</w:t>
        <w:br/>
        <w:t>f 30402/3088/2860 30403/3087/2859 30427/3095/2867</w:t>
        <w:br/>
        <w:t>f 30402/3088/2860 30427/3095/2867 30430/3096/2868</w:t>
        <w:br/>
        <w:t>f 30429/3097/2869 30402/3088/2860 30430/3096/2868</w:t>
        <w:br/>
        <w:t>f 30429/3097/2869 30430/3096/2868 30431/3098/2870</w:t>
        <w:br/>
        <w:t>f 30432/3099/2871 30429/3097/2869 30431/3098/2870</w:t>
        <w:br/>
        <w:t>f 30432/3099/2871 30431/3098/2870 30434/3100/2872</w:t>
        <w:br/>
        <w:t>f 30433/3101/2873 30432/3099/2871 30434/3100/2872</w:t>
        <w:br/>
        <w:t>f 30440/3102/2874 30439/3103/2875 30438/3104/2876</w:t>
        <w:br/>
        <w:t>f 30437/3105/2877 30440/3102/2874 30438/3104/2876</w:t>
        <w:br/>
        <w:t>f 30444/3106/2878 30393/3081/2853 30377/3073/2845</w:t>
        <w:br/>
        <w:t>f 30443/3107/2879 30444/3106/2878 30377/3073/2845</w:t>
        <w:br/>
        <w:t>f 30437/3105/2877 30438/3104/2876 30446/3108/2880</w:t>
        <w:br/>
        <w:t>f 30445/3109/2881 30437/3105/2877 30446/3108/2880</w:t>
        <w:br/>
        <w:t>f 30431/3098/2870 30443/3107/2879 30447/3110/2882</w:t>
        <w:br/>
        <w:t>f 30434/3100/2872 30431/3098/2870 30447/3110/2882</w:t>
        <w:br/>
        <w:t>f 30428/3094/2866 30437/3105/2877 30445/3109/2881</w:t>
        <w:br/>
        <w:t>f 30427/3095/2867 30428/3094/2866 30445/3109/2881</w:t>
        <w:br/>
        <w:t>f 30428/3094/2866 30448/3111/2883 30437/3105/2877</w:t>
        <w:br/>
        <w:t>f 30430/3096/2868 30444/3106/2878 30443/3107/2879</w:t>
        <w:br/>
        <w:t>f 30431/3098/2870 30430/3096/2868 30443/3107/2879</w:t>
        <w:br/>
        <w:t>f 30445/3109/2881 30446/3108/2880 30393/3081/2853</w:t>
        <w:br/>
        <w:t>f 30444/3106/2878 30445/3109/2881 30393/3081/2853</w:t>
        <w:br/>
        <w:t>f 30444/3106/2878 30430/3096/2868 30427/3095/2867</w:t>
        <w:br/>
        <w:t>f 30445/3109/2881 30444/3106/2878 30427/3095/2867</w:t>
        <w:br/>
        <w:t>f 30291/2994/2768 30449/3112/2884 30401/3089/2861</w:t>
        <w:br/>
        <w:t>f 30287/2989/2763 30432/3099/2871 30433/3101/2873</w:t>
        <w:br/>
        <w:t>f 30286/2990/2764 30287/2989/2763 30433/3101/2873</w:t>
        <w:br/>
        <w:t>f 30289/2991/2765 30291/2994/2768 30402/3088/2860</w:t>
        <w:br/>
        <w:t>f 30429/3097/2869 30289/2991/2765 30402/3088/2860</w:t>
        <w:br/>
        <w:t>f 30451/3113/2885 30401/3089/2861 30449/3112/2884</w:t>
        <w:br/>
        <w:t>f 30450/3114/2886 30451/3113/2885 30449/3112/2884</w:t>
        <w:br/>
        <w:t>f 30448/3111/2883 30409/3092/2864 30410/3091/2863</w:t>
        <w:br/>
        <w:t>f 30453/3115/2887 30448/3111/2883 30410/3091/2863</w:t>
        <w:br/>
        <w:t>f 30432/3099/2871 30287/2989/2763 30289/2991/2765</w:t>
        <w:br/>
        <w:t>f 30429/3097/2869 30432/3099/2871 30289/2991/2765</w:t>
        <w:br/>
        <w:t>f 30443/3107/2879 30377/3073/2845 30378/3076/2848</w:t>
        <w:br/>
        <w:t>f 30447/3110/2882 30443/3107/2879 30378/3076/2848</w:t>
        <w:br/>
        <w:t>f 30253/2958/2732 30254/2957/2731 30358/3061/2833</w:t>
        <w:br/>
        <w:t>f 30360/3065/2837 30253/2958/2732 30358/3061/2833</w:t>
        <w:br/>
        <w:t>f 30261/2965/2739 30358/3061/2833 30254/2957/2731</w:t>
        <w:br/>
        <w:t>f 30360/3065/2837 30358/3061/2833 30355/3059/2831</w:t>
        <w:br/>
        <w:t>f 30362/3063/2835 30360/3065/2837 30355/3059/2831</w:t>
        <w:br/>
        <w:t>f 30456/3116/2888 30356/3058/2830 30455/3117/2889</w:t>
        <w:br/>
        <w:t>f 30454/3118/2890 30456/3116/2888 30455/3117/2889</w:t>
        <w:br/>
        <w:t>f 30458/3119/2891 30457/3120/2892 30363/3066/2838</w:t>
        <w:br/>
        <w:t>f 30351/3054/2826 30458/3119/2891 30363/3066/2838</w:t>
        <w:br/>
        <w:t>f 30462/3121/2893 30461/3122/2894 30460/3123/2894</w:t>
        <w:br/>
        <w:t>f 30459/3124/2895 30462/3121/2893 30460/3123/2894</w:t>
        <w:br/>
        <w:t>f 30466/3125/2896 30465/3126/2897 30464/3127/2898</w:t>
        <w:br/>
        <w:t>f 30463/3128/2899 30466/3125/2896 30464/3127/2898</w:t>
        <w:br/>
        <w:t>f 30463/3128/2899 30464/3127/2898 30460/3123/2894</w:t>
        <w:br/>
        <w:t>f 30461/3122/2894 30463/3128/2899 30460/3123/2894</w:t>
        <w:br/>
        <w:t>f 30470/3129/2900 30469/3130/2901 30468/3131/2902</w:t>
        <w:br/>
        <w:t>f 30467/3132/2903 30470/3129/2900 30468/3131/2902</w:t>
        <w:br/>
        <w:t>f 30470/3129/2900 30472/3133/2904 30471/3134/2905</w:t>
        <w:br/>
        <w:t>f 30469/3130/2901 30470/3129/2900 30471/3134/2905</w:t>
        <w:br/>
        <w:t>f 30334/3037/2810 30349/3052/2824 30473/3135/2906</w:t>
        <w:br/>
        <w:t>f 30336/3039/2812 30334/3037/2810 30473/3135/2906</w:t>
        <w:br/>
        <w:t>f 30457/3120/2892 30458/3119/2891 30456/3116/2888</w:t>
        <w:br/>
        <w:t>f 30454/3118/2890 30457/3120/2892 30456/3116/2888</w:t>
        <w:br/>
        <w:t>f 30474/3136/2907 30465/3126/2897 30466/3125/2896</w:t>
        <w:br/>
        <w:t>f 30357/3060/2832 30340/3042/2814 30368/3072/2844</w:t>
        <w:br/>
        <w:t>f 30475/3137/2908 30357/3060/2832 30368/3072/2844</w:t>
        <w:br/>
        <w:t>f 30347/3049/2821 30353/3056/2828 30458/3119/2891</w:t>
        <w:br/>
        <w:t>f 30351/3054/2826 30347/3049/2821 30458/3119/2891</w:t>
        <w:br/>
        <w:t>f 30459/3124/2895 30477/3138/2909 30476/3139/2910</w:t>
        <w:br/>
        <w:t>f 30462/3121/2893 30459/3124/2895 30476/3139/2910</w:t>
        <w:br/>
        <w:t>f 30356/3058/2830 30357/3060/2832 30475/3137/2908</w:t>
        <w:br/>
        <w:t>f 30455/3117/2889 30356/3058/2830 30475/3137/2908</w:t>
        <w:br/>
        <w:t>f 30362/3063/2835 30355/3059/2831 30356/3058/2830</w:t>
        <w:br/>
        <w:t>f 30456/3116/2888 30362/3063/2835 30356/3058/2830</w:t>
        <w:br/>
        <w:t>f 30472/3133/2904 30367/3067/2839 30364/3070/2842</w:t>
        <w:br/>
        <w:t>f 30471/3134/2905 30472/3133/2904 30364/3070/2842</w:t>
        <w:br/>
        <w:t>f 30456/3116/2888 30458/3119/2891 30361/3064/2836</w:t>
        <w:br/>
        <w:t>f 30362/3063/2835 30456/3116/2888 30361/3064/2836</w:t>
        <w:br/>
        <w:t>f 30467/3132/2903 30468/3131/2902 30479/3140/2911</w:t>
        <w:br/>
        <w:t>f 30478/3141/2912 30467/3132/2903 30479/3140/2911</w:t>
        <w:br/>
        <w:t>f 30478/3141/2912 30479/3140/2911 30481/3142/2913</w:t>
        <w:br/>
        <w:t>f 30480/3143/2914 30478/3141/2912 30481/3142/2913</w:t>
        <w:br/>
        <w:t>f 30482/3144/2915 30480/3143/2914 30481/3142/2913</w:t>
        <w:br/>
        <w:t>f 30365/3069/2841 30366/3068/2840 30483/3145/2916</w:t>
        <w:br/>
        <w:t>f 30311/3013/2787 30307/3012/2786 30299/2999/2773</w:t>
        <w:br/>
        <w:t>f 30269/2969/2743 30266/2972/2746 30292/2995/2769</w:t>
        <w:br/>
        <w:t>f 30288/2992/2766 30269/2969/2743 30290/2993/2767</w:t>
        <w:br/>
        <w:t>f 30314/3016/2790 30302/3004/2778 30316/3018/2791</w:t>
        <w:br/>
        <w:t>f 30302/3004/2778 30303/3003/2777 30316/3018/2791</w:t>
        <w:br/>
        <w:t>f 30325/3028/2801 30322/3025/2798 30323/3024/2797</w:t>
        <w:br/>
        <w:t>f 30325/3028/2801 30327/3029/2802 30307/3012/2786</w:t>
        <w:br/>
        <w:t>f 30487/3146/2917 30486/3147/2918 30485/3148/2919</w:t>
        <w:br/>
        <w:t>f 30484/3149/2920 30487/3146/2917 30485/3148/2919</w:t>
        <w:br/>
        <w:t>f 30491/3150/2921 30490/3151/2922 30489/3152/2923</w:t>
        <w:br/>
        <w:t>f 30488/3153/2924 30491/3150/2921 30489/3152/2923</w:t>
        <w:br/>
        <w:t>f 30490/3151/2922 30491/3150/2921 30493/3154/2925</w:t>
        <w:br/>
        <w:t>f 30492/3155/2926 30490/3151/2922 30493/3154/2925</w:t>
        <w:br/>
        <w:t>f 30490/3151/2922 30495/3156/2927 30494/3157/2928</w:t>
        <w:br/>
        <w:t>f 30489/3152/2923 30490/3151/2922 30494/3157/2928</w:t>
        <w:br/>
        <w:t>f 30492/3155/2926 30496/3158/2929 30495/3156/2927</w:t>
        <w:br/>
        <w:t>f 30490/3151/2922 30492/3155/2926 30495/3156/2927</w:t>
        <w:br/>
        <w:t>f 30491/3150/2921 30498/3159/2930 30497/3160/2931</w:t>
        <w:br/>
        <w:t>f 30493/3154/2925 30491/3150/2921 30497/3160/2931</w:t>
        <w:br/>
        <w:t>f 30498/3159/2930 30491/3150/2921 30488/3153/2924</w:t>
        <w:br/>
        <w:t>f 30499/3161/2932 30498/3159/2930 30488/3153/2924</w:t>
        <w:br/>
        <w:t>f 30484/3149/2920 30485/3148/2919 30501/3162/2933</w:t>
        <w:br/>
        <w:t>f 30500/3163/2934 30484/3149/2920 30501/3162/2933</w:t>
        <w:br/>
        <w:t>f 30489/3152/2923 30494/3157/2928 30500/3163/2934</w:t>
        <w:br/>
        <w:t>f 30501/3162/2933 30489/3152/2923 30500/3163/2934</w:t>
        <w:br/>
        <w:t>f 30503/3164/2935 30485/3148/2919 30486/3147/2918</w:t>
        <w:br/>
        <w:t>f 30502/3165/2936 30503/3164/2935 30486/3147/2918</w:t>
        <w:br/>
        <w:t>f 30485/3148/2919 30503/3164/2935 30504/3166/2937</w:t>
        <w:br/>
        <w:t>f 30501/3162/2933 30485/3148/2919 30504/3166/2937</w:t>
        <w:br/>
        <w:t>f 30488/3153/2924 30489/3152/2923 30501/3162/2933</w:t>
        <w:br/>
        <w:t>f 30504/3166/2937 30488/3153/2924 30501/3162/2933</w:t>
        <w:br/>
        <w:t>f 30508/3167/2938 30507/3168/2939 30506/3169/2940</w:t>
        <w:br/>
        <w:t>f 30505/3170/2941 30508/3167/2938 30506/3169/2940</w:t>
        <w:br/>
        <w:t>f 30507/3168/2939 30503/3164/2935 30502/3165/2936</w:t>
        <w:br/>
        <w:t>f 30506/3169/2940 30507/3168/2939 30502/3165/2936</w:t>
        <w:br/>
        <w:t>f 30510/3171/2942 30509/3172/2943 30507/3168/2939</w:t>
        <w:br/>
        <w:t>f 30508/3167/2938 30510/3171/2942 30507/3168/2939</w:t>
        <w:br/>
        <w:t>f 30509/3172/2943 30510/3171/2942 30511/3173/2944</w:t>
        <w:br/>
        <w:t>f 30499/3161/2932 30509/3172/2943 30511/3173/2944</w:t>
        <w:br/>
        <w:t>f 30499/3161/2932 30488/3153/2924 30504/3166/2937</w:t>
        <w:br/>
        <w:t>f 30509/3172/2943 30499/3161/2932 30504/3166/2937</w:t>
        <w:br/>
        <w:t>f 30503/3164/2935 30507/3168/2939 30509/3172/2943</w:t>
        <w:br/>
        <w:t>f 30504/3166/2937 30503/3164/2935 30509/3172/2943</w:t>
        <w:br/>
        <w:t>f 30505/3170/2941 30274/2978/2752 30270/2975/2749</w:t>
        <w:br/>
        <w:t>f 30508/3167/2938 30505/3170/2941 30270/2975/2749</w:t>
        <w:br/>
        <w:t>f 30271/2974/2748 30510/3171/2942 30508/3167/2938</w:t>
        <w:br/>
        <w:t>f 30270/2975/2749 30271/2974/2748 30508/3167/2938</w:t>
        <w:br/>
        <w:t>f 30510/3171/2942 30271/2974/2748 30285/2988/2762</w:t>
        <w:br/>
        <w:t>f 30511/3173/2944 30510/3171/2942 30285/2988/2762</w:t>
        <w:br/>
        <w:t>f 30512/3174/2945 30274/2978/2752 30505/3170/2941</w:t>
        <w:br/>
        <w:t>f 30387/3079/2851 30438/3104/2876 30439/3103/2875</w:t>
        <w:br/>
        <w:t>f 30396/3083/2855 30387/3079/2851 30439/3103/2875</w:t>
        <w:br/>
        <w:t>f 30438/3104/2876 30387/3079/2851 30388/3078/2850</w:t>
        <w:br/>
        <w:t>f 30446/3108/2880 30438/3104/2876 30388/3078/2850</w:t>
        <w:br/>
        <w:t>f 30446/3108/2880 30388/3078/2850 30394/3082/2854</w:t>
        <w:br/>
        <w:t>f 30393/3081/2853 30446/3108/2880 30394/3082/2854</w:t>
        <w:br/>
        <w:t>f 30390/3080/2852 30395/3084/2856 30397/3086/2858</w:t>
        <w:br/>
        <w:t>f 30514/3175/2946 30411/3090/2862 30408/3093/2865</w:t>
        <w:br/>
        <w:t>f 30513/3176/2947 30514/3175/2946 30408/3093/2865</w:t>
        <w:br/>
        <w:t>f 30451/3113/2885 30450/3114/2886 30515/3177/2948</w:t>
        <w:br/>
        <w:t>f 30266/2972/2746 30267/2971/2745 30517/3178/2949</w:t>
        <w:br/>
        <w:t>f 30516/3179/2950 30266/2972/2746 30517/3178/2949</w:t>
        <w:br/>
        <w:t>f 30267/2971/2745 30274/2978/2752 30512/3174/2945</w:t>
        <w:br/>
        <w:t>f 30517/3178/2949 30267/2971/2745 30512/3174/2945</w:t>
        <w:br/>
        <w:t>f 30512/3174/2945 30505/3170/2941 30518/3180/2951</w:t>
        <w:br/>
        <w:t>f 30505/3170/2941 30506/3169/2940 30519/3181/2952</w:t>
        <w:br/>
        <w:t>f 30518/3180/2951 30505/3170/2941 30519/3181/2952</w:t>
        <w:br/>
        <w:t>f 30256/2959/2733 30253/2958/2732 30251/2952/2726</w:t>
        <w:br/>
        <w:t>f 30252/2955/2729 30256/2959/2733 30251/2952/2726</w:t>
        <w:br/>
        <w:t>f 30251/2952/2726 30253/2958/2732 30360/3065/2837</w:t>
        <w:br/>
        <w:t>f 30359/3062/2834 30251/2952/2726 30360/3065/2837</w:t>
        <w:br/>
        <w:t>f 30361/3064/2836 30353/3056/2828 30344/3046/2818</w:t>
        <w:br/>
        <w:t>f 30359/3062/2834 30361/3064/2836 30344/3046/2818</w:t>
        <w:br/>
        <w:t>f 30458/3119/2891 30353/3056/2828 30361/3064/2836</w:t>
        <w:br/>
        <w:t>f 30475/3137/2908 30368/3072/2844 30366/3068/2840</w:t>
        <w:br/>
        <w:t>f 30367/3067/2839 30475/3137/2908 30366/3068/2840</w:t>
        <w:br/>
        <w:t>f 30818/3182/2953 30817/3183/2954 30364/3070/2842</w:t>
        <w:br/>
        <w:t>f 30365/3069/2841 30818/3182/2953 30364/3070/2842</w:t>
        <w:br/>
        <w:t>f 30469/3130/2901 30820/3184/2955 30819/3185/2956</w:t>
        <w:br/>
        <w:t>f 30468/3131/2902 30469/3130/2901 30819/3185/2956</w:t>
        <w:br/>
        <w:t>f 30467/3132/2903 30457/3120/2892 30454/3118/2890</w:t>
        <w:br/>
        <w:t>f 30470/3129/2900 30467/3132/2903 30454/3118/2890</w:t>
        <w:br/>
        <w:t>f 30454/3118/2890 30455/3117/2889 30472/3133/2904</w:t>
        <w:br/>
        <w:t>f 30470/3129/2900 30454/3118/2890 30472/3133/2904</w:t>
        <w:br/>
        <w:t>f 30821/3186/2957 30820/3184/2955 30469/3130/2901</w:t>
        <w:br/>
        <w:t>f 30471/3134/2905 30821/3186/2957 30469/3130/2901</w:t>
        <w:br/>
        <w:t>f 30455/3117/2889 30475/3137/2908 30367/3067/2839</w:t>
        <w:br/>
        <w:t>f 30472/3133/2904 30455/3117/2889 30367/3067/2839</w:t>
        <w:br/>
        <w:t>f 30817/3183/2954 30821/3186/2957 30471/3134/2905</w:t>
        <w:br/>
        <w:t>f 30364/3070/2842 30817/3183/2954 30471/3134/2905</w:t>
        <w:br/>
        <w:t>f 30468/3131/2902 30819/3185/2956 30822/3187/2958</w:t>
        <w:br/>
        <w:t>f 30479/3140/2911 30468/3131/2902 30822/3187/2958</w:t>
        <w:br/>
        <w:t>f 30478/3141/2912 30363/3066/2838 30457/3120/2892</w:t>
        <w:br/>
        <w:t>f 30467/3132/2903 30478/3141/2912 30457/3120/2892</w:t>
        <w:br/>
        <w:t>f 30479/3140/2911 30822/3187/2958 30823/3188/2959</w:t>
        <w:br/>
        <w:t>f 30481/3142/2913 30479/3140/2911 30823/3188/2959</w:t>
        <w:br/>
        <w:t>f 30480/3143/2914 30352/3055/2827 30363/3066/2838</w:t>
        <w:br/>
        <w:t>f 30478/3141/2912 30480/3143/2914 30363/3066/2838</w:t>
        <w:br/>
        <w:t>f 30352/3055/2827 30480/3143/2914 30482/3144/2915</w:t>
        <w:br/>
        <w:t>f 30350/3053/2825 30352/3055/2827 30482/3144/2915</w:t>
        <w:br/>
        <w:t>f 30368/3072/2844 30369/3071/2843 30483/3145/2916</w:t>
        <w:br/>
        <w:t>f 30366/3068/2840 30368/3072/2844 30483/3145/2916</w:t>
        <w:br/>
        <w:t>f 30817/3183/2954 30818/3182/2953 30824/3189/2960</w:t>
        <w:br/>
        <w:t>f 30477/3138/2909 30817/3183/2954 30824/3189/2960</w:t>
        <w:br/>
        <w:t>f 30826/3190/2961 30825/3191/2962 30461/3122/2894</w:t>
        <w:br/>
        <w:t>f 30462/3121/2893 30826/3190/2961 30461/3122/2894</w:t>
        <w:br/>
        <w:t>f 30820/3184/2955 30821/3186/2957 30459/3124/2895</w:t>
        <w:br/>
        <w:t>f 30460/3123/2894 30820/3184/2955 30459/3124/2895</w:t>
        <w:br/>
        <w:t>f 30465/3126/2897 30822/3187/2958 30819/3185/2956</w:t>
        <w:br/>
        <w:t>f 30464/3127/2898 30465/3126/2897 30819/3185/2956</w:t>
        <w:br/>
        <w:t>f 30463/3128/2899 30827/3192/2963 30466/3125/2896</w:t>
        <w:br/>
        <w:t>f 30464/3127/2898 30819/3185/2956 30820/3184/2955</w:t>
        <w:br/>
        <w:t>f 30460/3123/2894 30464/3127/2898 30820/3184/2955</w:t>
        <w:br/>
        <w:t>f 30461/3122/2894 30825/3191/2962 30827/3192/2963</w:t>
        <w:br/>
        <w:t>f 30463/3128/2899 30461/3122/2894 30827/3192/2963</w:t>
        <w:br/>
        <w:t>f 30474/3136/2907 30823/3188/2959 30822/3187/2958</w:t>
        <w:br/>
        <w:t>f 30465/3126/2897 30474/3136/2907 30822/3187/2958</w:t>
        <w:br/>
        <w:t>f 30821/3186/2957 30817/3183/2954 30477/3138/2909</w:t>
        <w:br/>
        <w:t>f 30459/3124/2895 30821/3186/2957 30477/3138/2909</w:t>
        <w:br/>
        <w:t>f 30826/3190/2961 30462/3121/2893 30476/3139/2910</w:t>
        <w:br/>
        <w:t>f 30476/3139/2910 30477/3138/2909 30824/3189/2960</w:t>
        <w:br/>
        <w:t>f 30292/2995/2769 30266/2972/2746 30450/3114/2886</w:t>
        <w:br/>
        <w:t>f 30449/3112/2884 30292/2995/2769 30450/3114/2886</w:t>
        <w:br/>
        <w:t>f 30450/3114/2886 30266/2972/2746 30516/3179/2950</w:t>
        <w:br/>
        <w:t>f 30515/3177/2948 30450/3114/2886 30516/3179/2950</w:t>
        <w:br/>
        <w:t>f 30291/2994/2768 30292/2995/2769 30449/3112/2884</w:t>
        <w:br/>
        <w:t>f 30403/3087/2859 30401/3089/2861 30408/3093/2865</w:t>
        <w:br/>
        <w:t>f 30409/3092/2864 30403/3087/2859 30408/3093/2865</w:t>
        <w:br/>
        <w:t>f 30428/3094/2866 30403/3087/2859 30409/3092/2864</w:t>
        <w:br/>
        <w:t>f 30448/3111/2883 30428/3094/2866 30409/3092/2864</w:t>
        <w:br/>
        <w:t>f 30401/3089/2861 30451/3113/2885 30513/3176/2947</w:t>
        <w:br/>
        <w:t>f 30408/3093/2865 30401/3089/2861 30513/3176/2947</w:t>
        <w:br/>
        <w:t>f 30448/3111/2883 30453/3115/2887 30440/3102/2874</w:t>
        <w:br/>
        <w:t>f 30448/3111/2883 30440/3102/2874 30437/3105/2877</w:t>
        <w:br/>
        <w:t>f 30519/3181/2952 30506/3169/2940 30502/3165/2936</w:t>
        <w:br/>
        <w:t>f 30306/3008/2782 30309/3010/2784 30305/3009/2783</w:t>
        <w:br/>
        <w:t>f 30304/3007/2781 30305/3009/2783 30309/3010/2784</w:t>
        <w:br/>
        <w:t>f 30307/3012/2786 30304/3007/2781 30309/3010/2784</w:t>
        <w:br/>
        <w:t>f 32421/3193/2964 32420/3194/2965 32419/3195/2966</w:t>
        <w:br/>
        <w:t>f 32422/3196/2967 32421/3193/2964 32419/3195/2966</w:t>
        <w:br/>
        <w:t>f 32425/3197/2968 32424/3198/2969 32423/3199/2970</w:t>
        <w:br/>
        <w:t>f 32426/3200/2971 32425/3197/2968 32423/3199/2970</w:t>
        <w:br/>
        <w:t>f 32429/3201/2972 32428/3202/2973 32427/3203/2974</w:t>
        <w:br/>
        <w:t>f 32430/3204/2975 32429/3201/2972 32427/3203/2974</w:t>
        <w:br/>
        <w:t>f 32432/3205/2976 32431/3206/2977 32423/3199/2970</w:t>
        <w:br/>
        <w:t>f 32424/3198/2969 32432/3205/2976 32423/3199/2970</w:t>
        <w:br/>
        <w:t>f 32422/3196/2967 32419/3195/2966 32434/3207/2978</w:t>
        <w:br/>
        <w:t>f 32433/3208/2979 32422/3196/2967 32434/3207/2978</w:t>
        <w:br/>
        <w:t>f 32419/3195/2966 32435/3209/2980 32434/3207/2978</w:t>
        <w:br/>
        <w:t>f 32439/3210/2981 32438/3211/2982 32437/3212/2983</w:t>
        <w:br/>
        <w:t>f 32436/3213/2984 32439/3210/2981 32437/3212/2983</w:t>
        <w:br/>
        <w:t>f 32442/3214/2985 32441/3215/2986 32440/3216/2987</w:t>
        <w:br/>
        <w:t>f 32443/3217/2988 32442/3214/2985 32440/3216/2987</w:t>
        <w:br/>
        <w:t>f 32445/3218/2989 32436/3213/2984 32444/3219/2990</w:t>
        <w:br/>
        <w:t>f 32442/3214/2985 32445/3218/2989 32444/3219/2990</w:t>
        <w:br/>
        <w:t>f 32447/3220/2991 32446/3221/2992 32443/3217/2988</w:t>
        <w:br/>
        <w:t>f 32440/3216/2987 32447/3220/2991 32443/3217/2988</w:t>
        <w:br/>
        <w:t>f 32440/3216/2987 32449/3222/2993 32448/3223/2994</w:t>
        <w:br/>
        <w:t>f 32447/3220/2991 32440/3216/2987 32448/3223/2994</w:t>
        <w:br/>
        <w:t>f 32435/3209/2980 32451/3224/2995 32450/3225/2996</w:t>
        <w:br/>
        <w:t>f 32434/3207/2978 32435/3209/2980 32450/3225/2996</w:t>
        <w:br/>
        <w:t>f 32450/3225/2996 32452/3226/2997 32433/3208/2979</w:t>
        <w:br/>
        <w:t>f 32434/3207/2978 32450/3225/2996 32433/3208/2979</w:t>
        <w:br/>
        <w:t>f 32449/3222/2993 32454/3227/2761 32453/3228/2760</w:t>
        <w:br/>
        <w:t>f 32448/3223/2994 32449/3222/2993 32453/3228/2760</w:t>
        <w:br/>
        <w:t>f 32454/3227/2761 32449/3222/2993 32441/3215/2986</w:t>
        <w:br/>
        <w:t>f 30285/2988/2762 32454/3227/2761 32441/3215/2986</w:t>
        <w:br/>
        <w:t>f 32448/3223/2994 32453/3228/2760 32456/3229/2764</w:t>
        <w:br/>
        <w:t>f 32455/3230/2998 32448/3223/2994 32456/3229/2764</w:t>
        <w:br/>
        <w:t>f 32441/3215/2986 32449/3222/2993 32440/3216/2987</w:t>
        <w:br/>
        <w:t>f 32458/3231/2999 32446/3221/2992 32457/3232/3000</w:t>
        <w:br/>
        <w:t>f 32459/3233/3001 32458/3231/2999 32457/3232/3000</w:t>
        <w:br/>
        <w:t>f 32436/3213/2984 32437/3212/2983 32444/3219/2990</w:t>
        <w:br/>
        <w:t>f 32458/3231/2999 32439/3210/2981 32436/3213/2984</w:t>
        <w:br/>
        <w:t>f 32445/3218/2989 32458/3231/2999 32436/3213/2984</w:t>
        <w:br/>
        <w:t>f 32445/3218/2989 32442/3214/2985 32443/3217/2988</w:t>
        <w:br/>
        <w:t>f 32446/3221/2992 32458/3231/2999 32445/3218/2989</w:t>
        <w:br/>
        <w:t>f 32443/3217/2988 32446/3221/2992 32445/3218/2989</w:t>
        <w:br/>
        <w:t>f 32457/3232/3000 32460/3234/3002 32459/3233/3001</w:t>
        <w:br/>
        <w:t>f 32459/3233/3001 32460/3234/3002 32461/3235/3003</w:t>
        <w:br/>
        <w:t>f 32439/3210/2981 32459/3233/3001 32461/3235/3003</w:t>
        <w:br/>
        <w:t>f 32446/3221/2992 32447/3220/2991 32455/3230/2998</w:t>
        <w:br/>
        <w:t>f 32457/3232/3000 32446/3221/2992 32455/3230/2998</w:t>
        <w:br/>
        <w:t>f 32447/3220/2991 32448/3223/2994 32455/3230/2998</w:t>
        <w:br/>
        <w:t>f 32450/3225/2996 32451/3224/2995 32463/3236/3004</w:t>
        <w:br/>
        <w:t>f 32462/3237/3005 32450/3225/2996 32463/3236/3004</w:t>
        <w:br/>
        <w:t>f 32462/3237/3005 32464/3238/3006 32452/3226/2997</w:t>
        <w:br/>
        <w:t>f 32450/3225/2996 32462/3237/3005 32452/3226/2997</w:t>
        <w:br/>
        <w:t>f 32468/3239/3007 32467/3240/3008 32466/3241/3009</w:t>
        <w:br/>
        <w:t>f 32465/3242/3010 32468/3239/3007 32466/3241/3009</w:t>
        <w:br/>
        <w:t>f 32472/3243/3011 32471/3244/3012 32470/3245/3008</w:t>
        <w:br/>
        <w:t>f 32469/3246/3013 32472/3243/3011 32470/3245/3008</w:t>
        <w:br/>
        <w:t>f 32429/3201/2972 32473/3247/3014 32428/3202/2973</w:t>
        <w:br/>
        <w:t>f 32475/3248/3015 32474/3249/3016 32428/3202/2973</w:t>
        <w:br/>
        <w:t>f 32473/3247/3014 32475/3248/3015 32428/3202/2973</w:t>
        <w:br/>
        <w:t>f 32478/3250/3017 32477/3251/3018 32476/3252/3019</w:t>
        <w:br/>
        <w:t>f 32480/3253/3020 32479/3254/3021 32467/3240/3008</w:t>
        <w:br/>
        <w:t>f 32468/3239/3007 32480/3253/3020 32467/3240/3008</w:t>
        <w:br/>
        <w:t>f 32481/3255/3022 32478/3250/3017 32476/3252/3019</w:t>
        <w:br/>
        <w:t>f 32469/3246/3013 32470/3245/3008 32483/3256/3021</w:t>
        <w:br/>
        <w:t>f 32482/3257/3023 32469/3246/3013 32483/3256/3021</w:t>
        <w:br/>
        <w:t>f 32485/3258/3024 32484/3259/3025 32482/3257/3023</w:t>
        <w:br/>
        <w:t>f 32462/3237/3005 32485/3258/3024 32482/3257/3023</w:t>
        <w:br/>
        <w:t>f 32481/3255/3022 32476/3252/3019 32468/3239/3007</w:t>
        <w:br/>
        <w:t>f 32465/3242/3010 32481/3255/3022 32468/3239/3007</w:t>
        <w:br/>
        <w:t>f 32477/3251/3018 32468/3239/3007 32476/3252/3019</w:t>
        <w:br/>
        <w:t>f 32463/3236/3004 32485/3258/3024 32462/3237/3005</w:t>
        <w:br/>
        <w:t>f 32430/3204/2975 32427/3203/2974 32431/3206/2977</w:t>
        <w:br/>
        <w:t>f 32432/3205/2976 32430/3204/2975 32431/3206/2977</w:t>
        <w:br/>
        <w:t>f 32488/3260/3026 32487/3261/3027 32486/3262/3028</w:t>
        <w:br/>
        <w:t>f 32489/3263/3029 32488/3260/3026 32486/3262/3028</w:t>
        <w:br/>
        <w:t>f 32492/3264/3030 32491/3265/3031 32490/3266/3032</w:t>
        <w:br/>
        <w:t>f 32493/3267/3033 32492/3264/3030 32490/3266/3032</w:t>
        <w:br/>
        <w:t>f 32494/3268/3034 32491/3265/3031 32480/3253/3020</w:t>
        <w:br/>
        <w:t>f 32488/3260/3026 32496/3269/3035 32495/3270/3036</w:t>
        <w:br/>
        <w:t>f 32487/3261/3027 32488/3260/3026 32495/3270/3036</w:t>
        <w:br/>
        <w:t>f 32500/3271/3037 32499/3272/3038 32498/3273/3039</w:t>
        <w:br/>
        <w:t>f 32497/3274/3040 32500/3271/3037 32498/3273/3039</w:t>
        <w:br/>
        <w:t>f 32502/3275/3041 32499/3272/3038 32501/3276/3042</w:t>
        <w:br/>
        <w:t>f 32502/3275/3041 32464/3238/3006 32498/3273/3039</w:t>
        <w:br/>
        <w:t>f 32499/3272/3038 32502/3275/3041 32498/3273/3039</w:t>
        <w:br/>
        <w:t>f 32501/3276/3042 32499/3272/3038 32503/3277/3043</w:t>
        <w:br/>
        <w:t>f 32504/3278/3044 32501/3276/3042 32503/3277/3043</w:t>
        <w:br/>
        <w:t>f 32505/3279/3045 32503/3277/3043 32499/3272/3038</w:t>
        <w:br/>
        <w:t>f 32500/3271/3037 32505/3279/3045 32499/3272/3038</w:t>
        <w:br/>
        <w:t>f 32507/3280/3046 32506/3281/3045 32493/3267/3033</w:t>
        <w:br/>
        <w:t>f 32490/3266/3032 32507/3280/3046 32493/3267/3033</w:t>
        <w:br/>
        <w:t>f 32509/3282/3047 32508/3283/3048 32496/3269/3035</w:t>
        <w:br/>
        <w:t>f 32488/3260/3026 32509/3282/3047 32496/3269/3035</w:t>
        <w:br/>
        <w:t>f 32496/3269/3035 32494/3268/3034 32495/3270/3036</w:t>
        <w:br/>
        <w:t>f 32494/3268/3034 32496/3269/3035 32490/3266/3032</w:t>
        <w:br/>
        <w:t>f 32511/3284/3049 32510/3285/3050 32507/3280/3046</w:t>
        <w:br/>
        <w:t>f 32508/3283/3048 32511/3284/3049 32507/3280/3046</w:t>
        <w:br/>
        <w:t>f 32494/3268/3034 32480/3253/3020 32477/3251/3018</w:t>
        <w:br/>
        <w:t>f 32491/3265/3031 32492/3264/3030 32479/3254/3021</w:t>
        <w:br/>
        <w:t>f 32480/3253/3020 32491/3265/3031 32479/3254/3021</w:t>
        <w:br/>
        <w:t>f 32497/3274/3040 32498/3273/3039 32482/3257/3023</w:t>
        <w:br/>
        <w:t>f 32483/3256/3021 32497/3274/3040 32482/3257/3023</w:t>
        <w:br/>
        <w:t>f 32462/3237/3005 32482/3257/3023 32498/3273/3039</w:t>
        <w:br/>
        <w:t>f 32464/3238/3006 32462/3237/3005 32498/3273/3039</w:t>
        <w:br/>
        <w:t>f 32433/3208/2979 32513/3286/3051 32512/3287/3052</w:t>
        <w:br/>
        <w:t>f 32422/3196/2967 32433/3208/2979 32512/3287/3052</w:t>
        <w:br/>
        <w:t>f 32487/3261/3027 32429/3201/2972 32430/3204/2975</w:t>
        <w:br/>
        <w:t>f 32486/3262/3028 32487/3261/3027 32430/3204/2975</w:t>
        <w:br/>
        <w:t>f 32495/3270/3036 32473/3247/3014 32429/3201/2972</w:t>
        <w:br/>
        <w:t>f 32487/3261/3027 32495/3270/3036 32429/3201/2972</w:t>
        <w:br/>
        <w:t>f 32477/3251/3018 32473/3247/3014 32495/3270/3036</w:t>
        <w:br/>
        <w:t>f 32452/3226/2997 32514/3288/3053 32513/3286/3051</w:t>
        <w:br/>
        <w:t>f 32433/3208/2979 32452/3226/2997 32513/3286/3051</w:t>
        <w:br/>
        <w:t>f 32514/3288/3053 32516/3289/3054 32515/3290/3055</w:t>
        <w:br/>
        <w:t>f 32513/3286/3051 32514/3288/3053 32515/3290/3055</w:t>
        <w:br/>
        <w:t>f 32517/3291/3056 32516/3289/3054 32501/3276/3042</w:t>
        <w:br/>
        <w:t>f 32504/3278/3044 32517/3291/3056 32501/3276/3042</w:t>
        <w:br/>
        <w:t>f 32516/3289/3054 32514/3288/3053 32502/3275/3041</w:t>
        <w:br/>
        <w:t>f 32501/3276/3042 32516/3289/3054 32502/3275/3041</w:t>
        <w:br/>
        <w:t>f 32464/3238/3006 32502/3275/3041 32514/3288/3053</w:t>
        <w:br/>
        <w:t>f 32452/3226/2997 32464/3238/3006 32514/3288/3053</w:t>
        <w:br/>
        <w:t>f 32504/3278/3044 32503/3277/3043 32518/3292/3057</w:t>
        <w:br/>
        <w:t>f 32519/3293/3058 32504/3278/3044 32518/3292/3057</w:t>
        <w:br/>
        <w:t>f 32508/3283/3048 32507/3280/3046 32490/3266/3032</w:t>
        <w:br/>
        <w:t>f 32496/3269/3035 32508/3283/3048 32490/3266/3032</w:t>
        <w:br/>
        <w:t>f 32516/3289/3054 32517/3291/3056 32520/3294/3059</w:t>
        <w:br/>
        <w:t>f 32515/3290/3055 32516/3289/3054 32520/3294/3059</w:t>
        <w:br/>
        <w:t>f 32517/3291/3056 32504/3278/3044 32519/3293/3058</w:t>
        <w:br/>
        <w:t>f 32521/3295/3060 32517/3291/3056 32519/3293/3058</w:t>
        <w:br/>
        <w:t>f 32513/3286/3051 32515/3290/3055 32522/3296/3061</w:t>
        <w:br/>
        <w:t>f 32512/3287/3052 32513/3286/3051 32522/3296/3061</w:t>
        <w:br/>
        <w:t>f 32507/3280/3046 32510/3285/3050 32523/3297/3062</w:t>
        <w:br/>
        <w:t>f 32506/3281/3045 32507/3280/3046 32523/3297/3062</w:t>
        <w:br/>
        <w:t>f 32489/3263/3029 32525/3298/3063 32524/3299/3064</w:t>
        <w:br/>
        <w:t>f 32526/3300/3065 32489/3263/3029 32524/3299/3064</w:t>
        <w:br/>
        <w:t>f 32527/3301/3066 32525/3298/3063 32489/3263/3029</w:t>
        <w:br/>
        <w:t>f 32486/3262/3028 32527/3301/3066 32489/3263/3029</w:t>
        <w:br/>
        <w:t>f 32528/3302/3067 32421/3193/2964 32422/3196/2967</w:t>
        <w:br/>
        <w:t>f 32512/3287/3052 32528/3302/3067 32422/3196/2967</w:t>
        <w:br/>
        <w:t>f 32486/3262/3028 32430/3204/2975 32432/3205/2976</w:t>
        <w:br/>
        <w:t>f 32527/3301/3066 32486/3262/3028 32432/3205/2976</w:t>
        <w:br/>
        <w:t>f 32531/3303/3068 32530/3304/3069 32528/3302/3067</w:t>
        <w:br/>
        <w:t>f 32529/3305/3070 32531/3303/3068 32528/3302/3067</w:t>
        <w:br/>
        <w:t>f 32521/3295/3060 32532/3306/3071 32520/3294/3059</w:t>
        <w:br/>
        <w:t>f 32517/3291/3056 32521/3295/3060 32520/3294/3059</w:t>
        <w:br/>
        <w:t>f 32536/3307/3072 32535/3308/3073 32534/3309/3074</w:t>
        <w:br/>
        <w:t>f 32533/3310/3075 32536/3307/3072 32534/3309/3074</w:t>
        <w:br/>
        <w:t>f 32526/3300/3065 32509/3282/3047 32488/3260/3026</w:t>
        <w:br/>
        <w:t>f 32489/3263/3029 32526/3300/3065 32488/3260/3026</w:t>
        <w:br/>
        <w:t>f 32508/3283/3048 32537/3311/3076 32511/3284/3049</w:t>
        <w:br/>
        <w:t>f 32508/3283/3048 32538/3312/3077 32537/3311/3076</w:t>
        <w:br/>
        <w:t>f 32508/3283/3048 32509/3282/3047 32538/3312/3077</w:t>
        <w:br/>
        <w:t>f 32546/3313/2847 32545/3314/3078 32544/3315/3079</w:t>
        <w:br/>
        <w:t>f 30378/3076/2848 32546/3313/2847 32544/3315/3079</w:t>
        <w:br/>
        <w:t>f 32555/3316/3080 32554/3317/3081 32553/3318/3082</w:t>
        <w:br/>
        <w:t>f 32556/3319/3083 32555/3316/3080 32553/3318/3082</w:t>
        <w:br/>
        <w:t>f 32559/3320/3084 32544/3315/3079 32545/3314/3078</w:t>
        <w:br/>
        <w:t>f 32560/3321/3085 32559/3320/3084 32545/3314/3078</w:t>
        <w:br/>
        <w:t>f 32562/3322/3086 32555/3316/3080 32556/3319/3083</w:t>
        <w:br/>
        <w:t>f 32561/3323/3087 32562/3322/3086 32556/3319/3083</w:t>
        <w:br/>
        <w:t>f 32564/3324/3088 32561/3323/3087 32563/3325/3089</w:t>
        <w:br/>
        <w:t>f 32560/3321/3085 32553/3318/3082 32554/3317/3081</w:t>
        <w:br/>
        <w:t>f 32568/3326/3090 32567/3327/3091 32460/3234/3002</w:t>
        <w:br/>
        <w:t>f 32566/3328/3092 32568/3326/3090 32460/3234/3002</w:t>
        <w:br/>
        <w:t>f 32574/3329/3093 32573/3330/3094 32572/3331/3095</w:t>
        <w:br/>
        <w:t>f 32571/3332/3096 32574/3329/3093 32572/3331/3095</w:t>
        <w:br/>
        <w:t>f 32568/3326/3090 32566/3328/3092 32589/3333/3097</w:t>
        <w:br/>
        <w:t>f 32588/3334/3098 32568/3326/3090 32589/3333/3097</w:t>
        <w:br/>
        <w:t>f 32566/3328/3092 32591/3335/3099 32590/3336/3100</w:t>
        <w:br/>
        <w:t>f 32589/3333/3097 32566/3328/3092 32590/3336/3100</w:t>
        <w:br/>
        <w:t>f 32592/3337/3101 32590/3336/3100 32591/3335/3099</w:t>
        <w:br/>
        <w:t>f 32593/3338/3102 32592/3337/3101 32591/3335/3099</w:t>
        <w:br/>
        <w:t>f 32593/3338/3102 30433/3101/2873 30434/3100/2872</w:t>
        <w:br/>
        <w:t>f 32592/3337/3101 32593/3338/3102 30434/3100/2872</w:t>
        <w:br/>
        <w:t>f 32598/3339/3103 32597/3340/3104 32596/3341/3105</w:t>
        <w:br/>
        <w:t>f 32595/3342/3106 32598/3339/3103 32596/3341/3105</w:t>
        <w:br/>
        <w:t>f 32602/3343/3107 32601/3344/3108 32544/3315/3079</w:t>
        <w:br/>
        <w:t>f 32559/3320/3084 32602/3343/3107 32544/3315/3079</w:t>
        <w:br/>
        <w:t>f 32597/3340/3104 32604/3345/3109 32603/3346/3110</w:t>
        <w:br/>
        <w:t>f 32596/3341/3105 32597/3340/3104 32603/3346/3110</w:t>
        <w:br/>
        <w:t>f 32592/3337/3101 30434/3100/2872 30447/3110/2882</w:t>
        <w:br/>
        <w:t>f 32601/3344/3108 32592/3337/3101 30447/3110/2882</w:t>
        <w:br/>
        <w:t>f 32604/3345/3109 32597/3340/3104 32588/3334/3098</w:t>
        <w:br/>
        <w:t>f 32589/3333/3097 32604/3345/3109 32588/3334/3098</w:t>
        <w:br/>
        <w:t>f 32588/3334/3098 32597/3340/3104 32605/3347/3111</w:t>
        <w:br/>
        <w:t>f 32590/3336/3100 32592/3337/3101 32601/3344/3108</w:t>
        <w:br/>
        <w:t>f 32602/3343/3107 32590/3336/3100 32601/3344/3108</w:t>
        <w:br/>
        <w:t>f 32559/3320/3084 32603/3346/3110 32604/3345/3109</w:t>
        <w:br/>
        <w:t>f 32602/3343/3107 32559/3320/3084 32604/3345/3109</w:t>
        <w:br/>
        <w:t>f 32602/3343/3107 32604/3345/3109 32589/3333/3097</w:t>
        <w:br/>
        <w:t>f 32590/3336/3100 32602/3343/3107 32589/3333/3097</w:t>
        <w:br/>
        <w:t>f 32460/3234/3002 32567/3327/3091 32606/3348/3112</w:t>
        <w:br/>
        <w:t>f 30433/3101/2873 32593/3338/3102 32455/3230/2998</w:t>
        <w:br/>
        <w:t>f 32456/3229/2764 30433/3101/2873 32455/3230/2998</w:t>
        <w:br/>
        <w:t>f 32566/3328/3092 32460/3234/3002 32457/3232/3000</w:t>
        <w:br/>
        <w:t>f 32591/3335/3099 32566/3328/3092 32457/3232/3000</w:t>
        <w:br/>
        <w:t>f 32608/3349/3113 32607/3350/3114 32606/3348/3112</w:t>
        <w:br/>
        <w:t>f 32567/3327/3091 32608/3349/3113 32606/3348/3112</w:t>
        <w:br/>
        <w:t>f 32571/3332/3096 32572/3331/3095 32605/3347/3111</w:t>
        <w:br/>
        <w:t>f 32610/3351/3115 32571/3332/3096 32605/3347/3111</w:t>
        <w:br/>
        <w:t>f 32593/3338/3102 32591/3335/3099 32457/3232/3000</w:t>
        <w:br/>
        <w:t>f 32455/3230/2998 32593/3338/3102 32457/3232/3000</w:t>
        <w:br/>
        <w:t>f 32601/3344/3108 30447/3110/2882 30378/3076/2848</w:t>
        <w:br/>
        <w:t>f 32544/3315/3079 32601/3344/3108 30378/3076/2848</w:t>
        <w:br/>
        <w:t>f 32527/3301/3066 32424/3198/2969 32425/3197/2968</w:t>
        <w:br/>
        <w:t>f 32530/3304/3069 32527/3301/3066 32425/3197/2968</w:t>
        <w:br/>
        <w:t>f 32432/3205/2976 32424/3198/2969 32527/3301/3066</w:t>
        <w:br/>
        <w:t>f 32530/3304/3069 32531/3303/3068 32525/3298/3063</w:t>
        <w:br/>
        <w:t>f 32527/3301/3066 32530/3304/3069 32525/3298/3063</w:t>
        <w:br/>
        <w:t>f 32613/3352/3116 32612/3353/3117 32611/3354/3118</w:t>
        <w:br/>
        <w:t>f 32524/3299/3064 32613/3352/3116 32611/3354/3118</w:t>
        <w:br/>
        <w:t>f 32532/3306/3071 32615/3355/3119 32614/3356/3120</w:t>
        <w:br/>
        <w:t>f 32520/3294/3059 32532/3306/3071 32614/3356/3120</w:t>
        <w:br/>
        <w:t>f 32619/3357/3121 32618/3358/3121 32617/3359/3122</w:t>
        <w:br/>
        <w:t>f 32616/3360/3123 32619/3357/3121 32617/3359/3122</w:t>
        <w:br/>
        <w:t>f 32623/3361/3124 32622/3362/3125 32621/3363/3126</w:t>
        <w:br/>
        <w:t>f 32620/3364/3127 32623/3361/3124 32621/3363/3126</w:t>
        <w:br/>
        <w:t>f 32622/3362/3125 32618/3358/3121 32619/3357/3121</w:t>
        <w:br/>
        <w:t>f 32621/3363/3126 32622/3362/3125 32619/3357/3121</w:t>
        <w:br/>
        <w:t>f 32627/3365/3128 32626/3366/3129 32625/3367/3130</w:t>
        <w:br/>
        <w:t>f 32624/3368/3131 32627/3365/3128 32625/3367/3130</w:t>
        <w:br/>
        <w:t>f 32629/3369/3132 32628/3370/3133 32627/3365/3128</w:t>
        <w:br/>
        <w:t>f 32624/3368/3131 32629/3369/3132 32627/3365/3128</w:t>
        <w:br/>
        <w:t>f 32630/3371/3062 32518/3292/3057 32503/3277/3043</w:t>
        <w:br/>
        <w:t>f 32505/3279/3045 32630/3371/3062 32503/3277/3043</w:t>
        <w:br/>
        <w:t>f 32613/3352/3116 32614/3356/3120 32615/3355/3119</w:t>
        <w:br/>
        <w:t>f 32612/3353/3117 32613/3352/3116 32615/3355/3119</w:t>
        <w:br/>
        <w:t>f 32631/3372/3134 32623/3361/3124 32620/3364/3127</w:t>
        <w:br/>
        <w:t>f 32538/3312/3077 32509/3282/3047 32526/3300/3065</w:t>
        <w:br/>
        <w:t>f 32632/3373/3135 32538/3312/3077 32526/3300/3065</w:t>
        <w:br/>
        <w:t>f 32515/3290/3055 32520/3294/3059 32614/3356/3120</w:t>
        <w:br/>
        <w:t>f 32522/3296/3061 32515/3290/3055 32614/3356/3120</w:t>
        <w:br/>
        <w:t>f 32634/3374/3136 32633/3375/3137 32616/3360/3123</w:t>
        <w:br/>
        <w:t>f 32617/3359/3122 32634/3374/3136 32616/3360/3123</w:t>
        <w:br/>
        <w:t>f 32524/3299/3064 32611/3354/3118 32632/3373/3135</w:t>
        <w:br/>
        <w:t>f 32526/3300/3065 32524/3299/3064 32632/3373/3135</w:t>
        <w:br/>
        <w:t>f 32531/3303/3068 32613/3352/3116 32524/3299/3064</w:t>
        <w:br/>
        <w:t>f 32525/3298/3063 32531/3303/3068 32524/3299/3064</w:t>
        <w:br/>
        <w:t>f 32533/3310/3075 32534/3309/3074 32628/3370/3133</w:t>
        <w:br/>
        <w:t>f 32629/3369/3132 32533/3310/3075 32628/3370/3133</w:t>
        <w:br/>
        <w:t>f 32613/3352/3116 32531/3303/3068 32529/3305/3070</w:t>
        <w:br/>
        <w:t>f 32614/3356/3120 32613/3352/3116 32529/3305/3070</w:t>
        <w:br/>
        <w:t>f 32626/3366/3129 32636/3376/3138 32635/3377/3139</w:t>
        <w:br/>
        <w:t>f 32625/3367/3130 32626/3366/3129 32635/3377/3139</w:t>
        <w:br/>
        <w:t>f 32636/3376/3138 32638/3378/3140 32637/3379/3141</w:t>
        <w:br/>
        <w:t>f 32635/3377/3139 32636/3376/3138 32637/3379/3141</w:t>
        <w:br/>
        <w:t>f 32639/3380/3142 32637/3379/3141 32638/3378/3140</w:t>
        <w:br/>
        <w:t>f 32536/3307/3072 32640/3381/3143 32535/3308/3073</w:t>
        <w:br/>
        <w:t>f 32480/3253/3020 32468/3239/3007 32477/3251/3018</w:t>
        <w:br/>
        <w:t>f 32439/3210/2981 32461/3235/3003 32438/3211/2982</w:t>
        <w:br/>
        <w:t>f 32458/3231/2999 32459/3233/3001 32439/3210/2981</w:t>
        <w:br/>
        <w:t>f 32482/3257/3023 32484/3259/3025 32469/3246/3013</w:t>
        <w:br/>
        <w:t>f 32469/3246/3013 32484/3259/3025 32472/3243/3011</w:t>
        <w:br/>
        <w:t>f 32494/3268/3034 32490/3266/3032 32491/3265/3031</w:t>
        <w:br/>
        <w:t>f 32494/3268/3034 32477/3251/3018 32495/3270/3036</w:t>
        <w:br/>
        <w:t>f 32644/3382/3144 32643/3383/3145 32642/3384/3146</w:t>
        <w:br/>
        <w:t>f 32641/3385/3147 32644/3382/3144 32642/3384/3146</w:t>
        <w:br/>
        <w:t>f 32648/3386/3148 32647/3387/3149 32646/3388/3150</w:t>
        <w:br/>
        <w:t>f 32645/3389/3151 32648/3386/3148 32646/3388/3150</w:t>
        <w:br/>
        <w:t>f 32645/3389/3151 32650/3390/3152 32649/3391/3153</w:t>
        <w:br/>
        <w:t>f 32648/3386/3148 32645/3389/3151 32649/3391/3153</w:t>
        <w:br/>
        <w:t>f 32645/3389/3151 32646/3388/3150 32652/3392/3154</w:t>
        <w:br/>
        <w:t>f 32651/3393/3155 32645/3389/3151 32652/3392/3154</w:t>
        <w:br/>
        <w:t>f 32650/3390/3152 32645/3389/3151 32651/3393/3155</w:t>
        <w:br/>
        <w:t>f 32653/3394/3156 32650/3390/3152 32651/3393/3155</w:t>
        <w:br/>
        <w:t>f 32655/3395/3157 32654/3396/3158 32648/3386/3148</w:t>
        <w:br/>
        <w:t>f 32649/3391/3153 32655/3395/3157 32648/3386/3148</w:t>
        <w:br/>
        <w:t>f 32654/3396/3158 32656/3397/3159 32647/3387/3149</w:t>
        <w:br/>
        <w:t>f 32648/3386/3148 32654/3396/3158 32647/3387/3149</w:t>
        <w:br/>
        <w:t>f 32643/3383/3145 32658/3398/3160 32657/3399/3161</w:t>
        <w:br/>
        <w:t>f 32642/3384/3146 32643/3383/3145 32657/3399/3161</w:t>
        <w:br/>
        <w:t>f 32646/3388/3150 32657/3399/3161 32658/3398/3160</w:t>
        <w:br/>
        <w:t>f 32652/3392/3154 32646/3388/3150 32658/3398/3160</w:t>
        <w:br/>
        <w:t>f 32660/3400/3162 32659/3401/3163 32641/3385/3147</w:t>
        <w:br/>
        <w:t>f 32642/3384/3146 32660/3400/3162 32641/3385/3147</w:t>
        <w:br/>
        <w:t>f 32642/3384/3146 32657/3399/3161 32661/3402/3164</w:t>
        <w:br/>
        <w:t>f 32660/3400/3162 32642/3384/3146 32661/3402/3164</w:t>
        <w:br/>
        <w:t>f 32647/3387/3149 32661/3402/3164 32657/3399/3161</w:t>
        <w:br/>
        <w:t>f 32646/3388/3150 32647/3387/3149 32657/3399/3161</w:t>
        <w:br/>
        <w:t>f 32665/3403/3165 32664/3404/3166 32663/3405/3167</w:t>
        <w:br/>
        <w:t>f 32662/3406/3168 32665/3403/3165 32663/3405/3167</w:t>
        <w:br/>
        <w:t>f 32662/3406/3168 32663/3405/3167 32659/3401/3163</w:t>
        <w:br/>
        <w:t>f 32660/3400/3162 32662/3406/3168 32659/3401/3163</w:t>
        <w:br/>
        <w:t>f 32667/3407/3169 32665/3403/3165 32662/3406/3168</w:t>
        <w:br/>
        <w:t>f 32666/3408/3170 32667/3407/3169 32662/3406/3168</w:t>
        <w:br/>
        <w:t>f 30511/3173/2944 32667/3407/3169 32666/3408/3170</w:t>
        <w:br/>
        <w:t>f 30499/3161/2932 30511/3173/2944 32666/3408/3170</w:t>
        <w:br/>
        <w:t>f 30499/3161/2932 32666/3408/3170 32661/3402/3164</w:t>
        <w:br/>
        <w:t>f 32647/3387/3149 30499/3161/2932 32661/3402/3164</w:t>
        <w:br/>
        <w:t>f 32660/3400/3162 32661/3402/3164 32666/3408/3170</w:t>
        <w:br/>
        <w:t>f 32662/3406/3168 32660/3400/3162 32666/3408/3170</w:t>
        <w:br/>
        <w:t>f 32664/3404/3166 32665/3403/3165 32442/3214/2985</w:t>
        <w:br/>
        <w:t>f 32444/3219/2990 32664/3404/3166 32442/3214/2985</w:t>
        <w:br/>
        <w:t>f 32441/3215/2986 32442/3214/2985 32665/3403/3165</w:t>
        <w:br/>
        <w:t>f 32667/3407/3169 32441/3215/2986 32665/3403/3165</w:t>
        <w:br/>
        <w:t>f 32667/3407/3169 30511/3173/2944 30285/2988/2762</w:t>
        <w:br/>
        <w:t>f 32441/3215/2986 32667/3407/3169 30285/2988/2762</w:t>
        <w:br/>
        <w:t>f 32668/3409/3171 32664/3404/3166 32444/3219/2990</w:t>
        <w:br/>
        <w:t>f 32595/3342/3106 32596/3341/3105 32555/3316/3080</w:t>
        <w:br/>
        <w:t>f 32562/3322/3086 32595/3342/3106 32555/3316/3080</w:t>
        <w:br/>
        <w:t>f 32596/3341/3105 32603/3346/3110 32554/3317/3081</w:t>
        <w:br/>
        <w:t>f 32555/3316/3080 32596/3341/3105 32554/3317/3081</w:t>
        <w:br/>
        <w:t>f 32603/3346/3110 32559/3320/3084 32560/3321/3085</w:t>
        <w:br/>
        <w:t>f 32554/3317/3081 32603/3346/3110 32560/3321/3085</w:t>
        <w:br/>
        <w:t>f 32556/3319/3083 32563/3325/3089 32561/3323/3087</w:t>
        <w:br/>
        <w:t>f 32670/3410/3172 32669/3411/3173 32573/3330/3094</w:t>
        <w:br/>
        <w:t>f 32574/3329/3093 32670/3410/3172 32573/3330/3094</w:t>
        <w:br/>
        <w:t>f 32608/3349/3113 32671/3412/3174 32607/3350/3114</w:t>
        <w:br/>
        <w:t>f 32673/3413/3175 32437/3212/2983 32438/3211/2982</w:t>
        <w:br/>
        <w:t>f 32672/3414/3176 32673/3413/3175 32438/3211/2982</w:t>
        <w:br/>
        <w:t>f 32668/3409/3171 32444/3219/2990 32437/3212/2983</w:t>
        <w:br/>
        <w:t>f 32673/3413/3175 32668/3409/3171 32437/3212/2983</w:t>
        <w:br/>
        <w:t>f 32668/3409/3171 32674/3415/3177 32664/3404/3166</w:t>
        <w:br/>
        <w:t>f 32675/3416/3178 32663/3405/3167 32664/3404/3166</w:t>
        <w:br/>
        <w:t>f 32674/3415/3177 32675/3416/3178 32664/3404/3166</w:t>
        <w:br/>
        <w:t>f 32421/3193/2964 32425/3197/2968 32426/3200/2971</w:t>
        <w:br/>
        <w:t>f 32420/3194/2965 32421/3193/2964 32426/3200/2971</w:t>
        <w:br/>
        <w:t>f 32421/3193/2964 32528/3302/3067 32530/3304/3069</w:t>
        <w:br/>
        <w:t>f 32425/3197/2968 32421/3193/2964 32530/3304/3069</w:t>
        <w:br/>
        <w:t>f 32529/3305/3070 32528/3302/3067 32512/3287/3052</w:t>
        <w:br/>
        <w:t>f 32522/3296/3061 32529/3305/3070 32512/3287/3052</w:t>
        <w:br/>
        <w:t>f 32614/3356/3120 32529/3305/3070 32522/3296/3061</w:t>
        <w:br/>
        <w:t>f 32535/3308/3073 32538/3312/3077 32632/3373/3135</w:t>
        <w:br/>
        <w:t>f 32534/3309/3074 32535/3308/3073 32632/3373/3135</w:t>
        <w:br/>
        <w:t>f 32533/3310/3075 32963/3417/3179 32962/3418/3180</w:t>
        <w:br/>
        <w:t>f 32536/3307/3072 32533/3310/3075 32962/3418/3180</w:t>
        <w:br/>
        <w:t>f 32624/3368/3131 32625/3367/3130 32965/3419/3181</w:t>
        <w:br/>
        <w:t>f 32964/3420/3182 32624/3368/3131 32965/3419/3181</w:t>
        <w:br/>
        <w:t>f 32626/3366/3129 32627/3365/3128 32612/3353/3117</w:t>
        <w:br/>
        <w:t>f 32615/3355/3119 32626/3366/3129 32612/3353/3117</w:t>
        <w:br/>
        <w:t>f 32628/3370/3133 32611/3354/3118 32612/3353/3117</w:t>
        <w:br/>
        <w:t>f 32627/3365/3128 32628/3370/3133 32612/3353/3117</w:t>
        <w:br/>
        <w:t>f 32624/3368/3131 32964/3420/3182 32966/3421/3183</w:t>
        <w:br/>
        <w:t>f 32629/3369/3132 32624/3368/3131 32966/3421/3183</w:t>
        <w:br/>
        <w:t>f 32534/3309/3074 32632/3373/3135 32611/3354/3118</w:t>
        <w:br/>
        <w:t>f 32628/3370/3133 32534/3309/3074 32611/3354/3118</w:t>
        <w:br/>
        <w:t>f 32629/3369/3132 32966/3421/3183 32963/3417/3179</w:t>
        <w:br/>
        <w:t>f 32533/3310/3075 32629/3369/3132 32963/3417/3179</w:t>
        <w:br/>
        <w:t>f 32625/3367/3130 32635/3377/3139 32967/3422/3184</w:t>
        <w:br/>
        <w:t>f 32965/3419/3181 32625/3367/3130 32967/3422/3184</w:t>
        <w:br/>
        <w:t>f 32636/3376/3138 32626/3366/3129 32615/3355/3119</w:t>
        <w:br/>
        <w:t>f 32532/3306/3071 32636/3376/3138 32615/3355/3119</w:t>
        <w:br/>
        <w:t>f 32635/3377/3139 32637/3379/3141 32968/3423/3185</w:t>
        <w:br/>
        <w:t>f 32967/3422/3184 32635/3377/3139 32968/3423/3185</w:t>
        <w:br/>
        <w:t>f 32638/3378/3140 32636/3376/3138 32532/3306/3071</w:t>
        <w:br/>
        <w:t>f 32521/3295/3060 32638/3378/3140 32532/3306/3071</w:t>
        <w:br/>
        <w:t>f 32639/3380/3142 32638/3378/3140 32521/3295/3060</w:t>
        <w:br/>
        <w:t>f 32519/3293/3058 32639/3380/3142 32521/3295/3060</w:t>
        <w:br/>
        <w:t>f 32640/3381/3143 32537/3311/3076 32538/3312/3077</w:t>
        <w:br/>
        <w:t>f 32535/3308/3073 32640/3381/3143 32538/3312/3077</w:t>
        <w:br/>
        <w:t>f 32969/3424/3186 32962/3418/3180 32963/3417/3179</w:t>
        <w:br/>
        <w:t>f 32633/3375/3137 32969/3424/3186 32963/3417/3179</w:t>
        <w:br/>
        <w:t>f 32618/3358/3121 32971/3425/3187 32970/3426/3188</w:t>
        <w:br/>
        <w:t>f 32617/3359/3122 32618/3358/3121 32970/3426/3188</w:t>
        <w:br/>
        <w:t>f 32616/3360/3123 32966/3421/3183 32964/3420/3182</w:t>
        <w:br/>
        <w:t>f 32619/3357/3121 32616/3360/3123 32964/3420/3182</w:t>
        <w:br/>
        <w:t>f 32620/3364/3127 32621/3363/3126 32965/3419/3181</w:t>
        <w:br/>
        <w:t>f 32967/3422/3184 32620/3364/3127 32965/3419/3181</w:t>
        <w:br/>
        <w:t>f 32622/3362/3125 32623/3361/3124 32972/3427/3189</w:t>
        <w:br/>
        <w:t>f 32621/3363/3126 32619/3357/3121 32964/3420/3182</w:t>
        <w:br/>
        <w:t>f 32965/3419/3181 32621/3363/3126 32964/3420/3182</w:t>
        <w:br/>
        <w:t>f 32618/3358/3121 32622/3362/3125 32972/3427/3189</w:t>
        <w:br/>
        <w:t>f 32971/3425/3187 32618/3358/3121 32972/3427/3189</w:t>
        <w:br/>
        <w:t>f 32631/3372/3134 32620/3364/3127 32967/3422/3184</w:t>
        <w:br/>
        <w:t>f 32968/3423/3185 32631/3372/3134 32967/3422/3184</w:t>
        <w:br/>
        <w:t>f 32633/3375/3137 32963/3417/3179 32966/3421/3183</w:t>
        <w:br/>
        <w:t>f 32616/3360/3123 32633/3375/3137 32966/3421/3183</w:t>
        <w:br/>
        <w:t>f 32970/3426/3188 32634/3374/3136 32617/3359/3122</w:t>
        <w:br/>
        <w:t>f 32634/3374/3136 32969/3424/3186 32633/3375/3137</w:t>
        <w:br/>
        <w:t>f 32607/3350/3114 32438/3211/2982 32461/3235/3003</w:t>
        <w:br/>
        <w:t>f 32606/3348/3112 32607/3350/3114 32461/3235/3003</w:t>
        <w:br/>
        <w:t>f 32607/3350/3114 32671/3412/3174 32672/3414/3176</w:t>
        <w:br/>
        <w:t>f 32438/3211/2982 32607/3350/3114 32672/3414/3176</w:t>
        <w:br/>
        <w:t>f 32460/3234/3002 32606/3348/3112 32461/3235/3003</w:t>
        <w:br/>
        <w:t>f 32573/3330/3094 32567/3327/3091 32568/3326/3090</w:t>
        <w:br/>
        <w:t>f 32572/3331/3095 32573/3330/3094 32568/3326/3090</w:t>
        <w:br/>
        <w:t>f 32572/3331/3095 32568/3326/3090 32588/3334/3098</w:t>
        <w:br/>
        <w:t>f 32605/3347/3111 32572/3331/3095 32588/3334/3098</w:t>
        <w:br/>
        <w:t>f 32669/3411/3173 32608/3349/3113 32567/3327/3091</w:t>
        <w:br/>
        <w:t>f 32573/3330/3094 32669/3411/3173 32567/3327/3091</w:t>
        <w:br/>
        <w:t>f 32605/3347/3111 32598/3339/3103 32610/3351/3115</w:t>
        <w:br/>
        <w:t>f 32605/3347/3111 32597/3340/3104 32598/3339/3103</w:t>
        <w:br/>
        <w:t>f 32675/3416/3178 32659/3401/3163 32663/3405/3167</w:t>
        <w:br/>
        <w:t>f 32474/3249/3016 32475/3248/3015 32478/3250/3017</w:t>
        <w:br/>
        <w:t>f 32478/3250/3017 32475/3248/3015 32473/3247/3014</w:t>
        <w:br/>
        <w:t>f 32477/3251/3018 32478/3250/3017 32473/3247/3014</w:t>
        <w:br/>
        <w:t>f 30372/3428/3190 30371/3429/2857 30370/3430/3191</w:t>
        <w:br/>
        <w:t>f 30373/3431/3192 30372/3428/3190 30370/3430/3191</w:t>
        <w:br/>
        <w:t>f 30374/3432/3193 30372/3428/3190 30373/3431/3192</w:t>
        <w:br/>
        <w:t>f 30382/3433/2856 30381/3434/3194 30380/3435/3195</w:t>
        <w:br/>
        <w:t>f 30379/3436/3196 30382/3433/2856 30380/3435/3195</w:t>
        <w:br/>
        <w:t>f 30385/3437/3197 30384/3438/3198 30383/3439/3199</w:t>
        <w:br/>
        <w:t>f 30386/3440/3200 30385/3437/3197 30383/3439/3199</w:t>
        <w:br/>
        <w:t>f 30385/3437/3197 30379/3436/3196 30380/3435/3195</w:t>
        <w:br/>
        <w:t>f 30384/3438/3198 30385/3437/3197 30380/3435/3195</w:t>
        <w:br/>
        <w:t>f 30381/3434/3194 30392/3441/3201 30391/3442/3202</w:t>
        <w:br/>
        <w:t>f 30380/3435/3195 30381/3434/3194 30391/3442/3202</w:t>
        <w:br/>
        <w:t>f 30370/3430/3191 30371/3429/2857 30382/3433/2856</w:t>
        <w:br/>
        <w:t>f 30379/3436/3196 30370/3430/3191 30382/3433/2856</w:t>
        <w:br/>
        <w:t>f 30399/3443/3203 30384/3438/3198 30380/3435/3195</w:t>
        <w:br/>
        <w:t>f 30391/3442/3202 30399/3443/3203 30380/3435/3195</w:t>
        <w:br/>
        <w:t>f 30384/3438/3198 30399/3443/3203 30400/3444/3204</w:t>
        <w:br/>
        <w:t>f 30383/3439/3199 30384/3438/3198 30400/3444/3204</w:t>
        <w:br/>
        <w:t>f 30406/3445/3205 30405/3446/3206 30404/3447/3207</w:t>
        <w:br/>
        <w:t>f 30407/3448/3208 30406/3445/3205 30404/3447/3207</w:t>
        <w:br/>
        <w:t>f 30415/3449/3209 30414/3450/3210 30413/3451/3211</w:t>
        <w:br/>
        <w:t>f 30412/3452/3212 30415/3449/3209 30413/3451/3211</w:t>
        <w:br/>
        <w:t>f 30412/3452/3212 30417/3453/3213 30416/3454/2863</w:t>
        <w:br/>
        <w:t>f 30415/3449/3209 30412/3452/3212 30416/3454/2863</w:t>
        <w:br/>
        <w:t>f 30407/3448/3208 30404/3447/3207 30419/3455/3214</w:t>
        <w:br/>
        <w:t>f 30418/3456/3215 30407/3448/3208 30419/3455/3214</w:t>
        <w:br/>
        <w:t>f 30404/3447/3207 30405/3446/3206 30420/3457/3216</w:t>
        <w:br/>
        <w:t>f 30421/3458/3217 30404/3447/3207 30420/3457/3216</w:t>
        <w:br/>
        <w:t>f 30406/3445/3205 30423/3459/3218 30422/3460/3219</w:t>
        <w:br/>
        <w:t>f 30405/3446/3206 30406/3445/3205 30422/3460/3219</w:t>
        <w:br/>
        <w:t>f 30405/3446/3206 30422/3460/3219 30424/3461/3220</w:t>
        <w:br/>
        <w:t>f 30420/3457/3216 30405/3446/3206 30424/3461/3220</w:t>
        <w:br/>
        <w:t>f 30417/3453/3213 30426/3462/3221 30425/3463/2887</w:t>
        <w:br/>
        <w:t>f 30416/3454/2863 30417/3453/3213 30425/3463/2887</w:t>
        <w:br/>
        <w:t>f 30435/3464/3222 30400/3444/3204 30399/3443/3203</w:t>
        <w:br/>
        <w:t>f 30436/3465/3223 30435/3464/3222 30399/3443/3203</w:t>
        <w:br/>
        <w:t>f 30392/3441/3201 30442/3466/2874 30441/3467/3224</w:t>
        <w:br/>
        <w:t>f 30391/3442/3202 30392/3441/3201 30441/3467/3224</w:t>
        <w:br/>
        <w:t>f 30441/3467/3224 30426/3462/3221 30424/3461/3220</w:t>
        <w:br/>
        <w:t>f 30436/3465/3223 30422/3460/3219 30423/3459/3218</w:t>
        <w:br/>
        <w:t>f 30435/3464/3222 30436/3465/3223 30423/3459/3218</w:t>
        <w:br/>
        <w:t>f 30424/3461/3220 30422/3460/3219 30436/3465/3223</w:t>
        <w:br/>
        <w:t>f 30441/3467/3224 30424/3461/3220 30436/3465/3223</w:t>
        <w:br/>
        <w:t>f 30412/3452/3212 30413/3451/3211 30452/3468/3225</w:t>
        <w:br/>
        <w:t>f 30421/3458/3217 30412/3452/3212 30452/3468/3225</w:t>
        <w:br/>
        <w:t>f 30436/3465/3223 30399/3443/3203 30391/3442/3202</w:t>
        <w:br/>
        <w:t>f 30441/3467/3224 30436/3465/3223 30391/3442/3202</w:t>
        <w:br/>
        <w:t>f 30404/3447/3207 30421/3458/3217 30452/3468/3225</w:t>
        <w:br/>
        <w:t>f 30419/3455/3214 30404/3447/3207 30452/3468/3225</w:t>
        <w:br/>
        <w:t>f 30420/3457/3216 30424/3461/3220 30426/3462/3221</w:t>
        <w:br/>
        <w:t>f 30417/3453/3213 30420/3457/3216 30426/3462/3221</w:t>
        <w:br/>
        <w:t>f 30421/3458/3217 30420/3457/3216 30417/3453/3213</w:t>
        <w:br/>
        <w:t>f 30412/3452/3212 30421/3458/3217 30417/3453/3213</w:t>
        <w:br/>
        <w:t>f 30441/3467/3224 30442/3466/2874 30426/3462/3221</w:t>
        <w:br/>
        <w:t>f 30442/3466/2874 30425/3463/2887 30426/3462/3221</w:t>
        <w:br/>
        <w:t>f 32541/3469/3226 32540/3470/3088 32539/3471/3227</w:t>
        <w:br/>
        <w:t>f 32542/3472/3228 32541/3469/3226 32539/3471/3227</w:t>
        <w:br/>
        <w:t>f 32543/3473/3229 32542/3472/3228 32539/3471/3227</w:t>
        <w:br/>
        <w:t>f 32550/3474/3230 32549/3475/3231 32548/3476/3232</w:t>
        <w:br/>
        <w:t>f 32547/3477/3086 32550/3474/3230 32548/3476/3232</w:t>
        <w:br/>
        <w:t>f 30383/3439/3199 32552/3478/3233 32551/3479/3234</w:t>
        <w:br/>
        <w:t>f 30386/3440/3200 30383/3439/3199 32551/3479/3234</w:t>
        <w:br/>
        <w:t>f 32551/3479/3234 32552/3478/3233 32548/3476/3232</w:t>
        <w:br/>
        <w:t>f 32549/3475/3231 32551/3479/3234 32548/3476/3232</w:t>
        <w:br/>
        <w:t>f 32558/3480/3235 32557/3481/3106 32547/3477/3086</w:t>
        <w:br/>
        <w:t>f 32548/3476/3232 32558/3480/3235 32547/3477/3086</w:t>
        <w:br/>
        <w:t>f 32541/3469/3226 32549/3475/3231 32550/3474/3230</w:t>
        <w:br/>
        <w:t>f 32540/3470/3088 32541/3469/3226 32550/3474/3230</w:t>
        <w:br/>
        <w:t>f 32548/3476/3232 32552/3478/3233 32565/3482/3236</w:t>
        <w:br/>
        <w:t>f 32558/3480/3235 32548/3476/3232 32565/3482/3236</w:t>
        <w:br/>
        <w:t>f 32552/3478/3233 30383/3439/3199 30400/3444/3204</w:t>
        <w:br/>
        <w:t>f 32565/3482/3236 32552/3478/3233 30400/3444/3204</w:t>
        <w:br/>
        <w:t>f 32570/3483/3237 32569/3484/3238 30406/3445/3205</w:t>
        <w:br/>
        <w:t>f 30407/3448/3208 32570/3483/3237 30406/3445/3205</w:t>
        <w:br/>
        <w:t>f 32578/3485/3239 32577/3486/3240 32576/3487/3093</w:t>
        <w:br/>
        <w:t>f 32575/3488/3241 32578/3485/3239 32576/3487/3093</w:t>
        <w:br/>
        <w:t>f 32575/3488/3241 32576/3487/3093 32580/3489/3096</w:t>
        <w:br/>
        <w:t>f 32579/3490/3242 32575/3488/3241 32580/3489/3096</w:t>
        <w:br/>
        <w:t>f 30407/3448/3208 30418/3456/3215 32581/3491/3243</w:t>
        <w:br/>
        <w:t>f 32570/3483/3237 30407/3448/3208 32581/3491/3243</w:t>
        <w:br/>
        <w:t>f 32582/3492/3244 32569/3484/3238 32570/3483/3237</w:t>
        <w:br/>
        <w:t>f 32583/3493/3245 32582/3492/3244 32570/3483/3237</w:t>
        <w:br/>
        <w:t>f 30406/3445/3205 32569/3484/3238 32584/3494/3246</w:t>
        <w:br/>
        <w:t>f 30423/3459/3218 30406/3445/3205 32584/3494/3246</w:t>
        <w:br/>
        <w:t>f 32569/3484/3238 32582/3492/3244 32585/3495/3247</w:t>
        <w:br/>
        <w:t>f 32584/3494/3246 32569/3484/3238 32585/3495/3247</w:t>
        <w:br/>
        <w:t>f 32587/3496/3115 32586/3497/3248 32579/3490/3242</w:t>
        <w:br/>
        <w:t>f 32580/3489/3096 32587/3496/3115 32579/3490/3242</w:t>
        <w:br/>
        <w:t>f 32565/3482/3236 30400/3444/3204 30435/3464/3222</w:t>
        <w:br/>
        <w:t>f 32594/3498/3249 32565/3482/3236 30435/3464/3222</w:t>
        <w:br/>
        <w:t>f 32600/3499/3250 32599/3500/3251 32557/3481/3106</w:t>
        <w:br/>
        <w:t>f 32558/3480/3235 32600/3499/3250 32557/3481/3106</w:t>
        <w:br/>
        <w:t>f 32600/3499/3250 32585/3495/3247 32586/3497/3248</w:t>
        <w:br/>
        <w:t>f 30423/3459/3218 32584/3494/3246 32594/3498/3249</w:t>
        <w:br/>
        <w:t>f 30435/3464/3222 30423/3459/3218 32594/3498/3249</w:t>
        <w:br/>
        <w:t>f 32594/3498/3249 32584/3494/3246 32585/3495/3247</w:t>
        <w:br/>
        <w:t>f 32600/3499/3250 32594/3498/3249 32585/3495/3247</w:t>
        <w:br/>
        <w:t>f 32575/3488/3241 32583/3493/3245 32609/3501/3252</w:t>
        <w:br/>
        <w:t>f 32578/3485/3239 32575/3488/3241 32609/3501/3252</w:t>
        <w:br/>
        <w:t>f 32594/3498/3249 32600/3499/3250 32558/3480/3235</w:t>
        <w:br/>
        <w:t>f 32565/3482/3236 32594/3498/3249 32558/3480/3235</w:t>
        <w:br/>
        <w:t>f 32609/3501/3252 32583/3493/3245 32570/3483/3237</w:t>
        <w:br/>
        <w:t>f 32581/3491/3243 32609/3501/3252 32570/3483/3237</w:t>
        <w:br/>
        <w:t>f 32586/3497/3248 32585/3495/3247 32582/3492/3244</w:t>
        <w:br/>
        <w:t>f 32579/3490/3242 32586/3497/3248 32582/3492/3244</w:t>
        <w:br/>
        <w:t>f 32579/3490/3242 32582/3492/3244 32583/3493/3245</w:t>
        <w:br/>
        <w:t>f 32575/3488/3241 32579/3490/3242 32583/3493/3245</w:t>
        <w:br/>
        <w:t>f 32600/3499/3250 32586/3497/3248 32599/3500/3251</w:t>
        <w:br/>
        <w:t>f 32599/3500/3251 32586/3497/3248 32587/3496/3115</w:t>
        <w:br/>
        <w:t>f 30202/3502/3253 30201/3503/3254 30200/3504/3255</w:t>
        <w:br/>
        <w:t>f 30199/3505/3256 30202/3502/3253 30200/3504/3255</w:t>
        <w:br/>
        <w:t>f 30206/3506/3257 30205/3507/3258 30204/3508/3259</w:t>
        <w:br/>
        <w:t>f 30203/3509/3260 30206/3506/3257 30204/3508/3259</w:t>
        <w:br/>
        <w:t>f 30206/3506/3257 30203/3509/3260 30208/3510/3261</w:t>
        <w:br/>
        <w:t>f 30207/3511/3262 30206/3506/3257 30208/3510/3261</w:t>
        <w:br/>
        <w:t>f 30212/3512/3263 30211/3513/3264 30210/3514/3265</w:t>
        <w:br/>
        <w:t>f 30209/3515/3266 30212/3512/3263 30210/3514/3265</w:t>
        <w:br/>
        <w:t>f 30216/3516/3267 30215/3517/3268 30214/3518/3269</w:t>
        <w:br/>
        <w:t>f 30213/3519/3270 30216/3516/3267 30214/3518/3269</w:t>
        <w:br/>
        <w:t>f 30220/3520/3271 30219/3521/3272 30218/3522/3273</w:t>
        <w:br/>
        <w:t>f 30217/3523/3274 30220/3520/3271 30218/3522/3273</w:t>
        <w:br/>
        <w:t>f 30222/3524/3275 30221/3525/3276 30211/3513/3264</w:t>
        <w:br/>
        <w:t>f 30212/3512/3263 30222/3524/3275 30211/3513/3264</w:t>
        <w:br/>
        <w:t>f 30217/3523/3274 30224/3526/3277 30223/3527/3278</w:t>
        <w:br/>
        <w:t>f 30220/3520/3271 30217/3523/3274 30223/3527/3278</w:t>
        <w:br/>
        <w:t>f 30227/3528/3279 30226/3529/3280 30225/3530/3281</w:t>
        <w:br/>
        <w:t>f 30228/3531/3282 30227/3528/3279 30225/3530/3281</w:t>
        <w:br/>
        <w:t>f 30229/3532/3283 30199/3505/3256 30200/3504/3255</w:t>
        <w:br/>
        <w:t>f 30230/3533/3284 30229/3532/3283 30200/3504/3255</w:t>
        <w:br/>
        <w:t>f 30234/3534/3277 30233/3535/3285 30232/3536/3286</w:t>
        <w:br/>
        <w:t>f 30231/3537/3278 30234/3534/3277 30232/3536/3286</w:t>
        <w:br/>
        <w:t>f 30233/3535/3285 30236/3538/3287 30235/3539/3288</w:t>
        <w:br/>
        <w:t>f 30232/3536/3286 30233/3535/3285 30235/3539/3288</w:t>
        <w:br/>
        <w:t>f 30240/3540/3289 30239/3541/3290 30238/3542/3291</w:t>
        <w:br/>
        <w:t>f 30237/3543/3292 30240/3540/3289 30238/3542/3291</w:t>
        <w:br/>
        <w:t>f 30242/3544/3293 30241/3545/3294 30218/3522/3273</w:t>
        <w:br/>
        <w:t>f 30219/3521/3272 30242/3544/3293 30218/3522/3273</w:t>
        <w:br/>
        <w:t>f 30244/3546/3295 30243/3547/3296 30227/3528/3279</w:t>
        <w:br/>
        <w:t>f 30228/3531/3282 30244/3546/3295 30227/3528/3279</w:t>
        <w:br/>
        <w:t>f 30235/3539/3288 30236/3538/3287 30238/3542/3291</w:t>
        <w:br/>
        <w:t>f 30239/3541/3290 30235/3539/3288 30238/3542/3291</w:t>
        <w:br/>
        <w:t>f 30242/3544/3293 30215/3517/3268 30216/3516/3267</w:t>
        <w:br/>
        <w:t>f 30241/3545/3294 30242/3544/3293 30216/3516/3267</w:t>
        <w:br/>
        <w:t>f 30246/3548/3297 30245/3549/3298 30213/3519/3270</w:t>
        <w:br/>
        <w:t>f 30214/3518/3269 30246/3548/3297 30213/3519/3270</w:t>
        <w:br/>
        <w:t>f 30245/3549/3298 30246/3548/3297 30201/3503/3254</w:t>
        <w:br/>
        <w:t>f 30202/3502/3253 30245/3549/3298 30201/3503/3254</w:t>
        <w:br/>
        <w:t>f 30248/3550/3299 30247/3551/3300 30229/3532/3283</w:t>
        <w:br/>
        <w:t>f 30230/3533/3284 30248/3550/3299 30229/3532/3283</w:t>
        <w:br/>
        <w:t>f 30225/3530/3281 30226/3529/3280 30247/3551/3300</w:t>
        <w:br/>
        <w:t>f 30248/3550/3299 30225/3530/3281 30247/3551/3300</w:t>
        <w:br/>
        <w:t>f 30237/3543/3292 30243/3547/3296 30244/3546/3295</w:t>
        <w:br/>
        <w:t>f 30240/3540/3289 30237/3543/3292 30244/3546/3295</w:t>
        <w:br/>
        <w:t>f 30221/3525/3276 30222/3524/3275 30207/3511/3262</w:t>
        <w:br/>
        <w:t>f 30208/3510/3261 30221/3525/3276 30207/3511/3262</w:t>
        <w:br/>
        <w:t>f 30205/3507/3258 30829/3552/3301 30828/3553/3302</w:t>
        <w:br/>
        <w:t>f 30204/3508/3259 30205/3507/3258 30828/3553/3302</w:t>
        <w:br/>
        <w:t>f 30833/3554/3303 30832/3555/3304 30831/3556/3305</w:t>
        <w:br/>
        <w:t>f 30830/3557/3306 30833/3554/3303 30831/3556/3305</w:t>
        <w:br/>
        <w:t>f 30829/3552/3301 30835/3558/3307 30834/3559/3308</w:t>
        <w:br/>
        <w:t>f 30828/3553/3302 30829/3552/3301 30834/3559/3308</w:t>
        <w:br/>
        <w:t>f 30835/3558/3307 30837/3560/3303 30836/3561/3309</w:t>
        <w:br/>
        <w:t>f 30834/3559/3308 30835/3558/3307 30836/3561/3309</w:t>
        <w:br/>
        <w:t>f 30209/3515/3266 30210/3514/3265 30831/3556/3305</w:t>
        <w:br/>
        <w:t>f 30832/3555/3304 30209/3515/3266 30831/3556/3305</w:t>
        <w:br/>
        <w:t>f 30208/3510/3261 30839/3562/3310 30838/3563/3311</w:t>
        <w:br/>
        <w:t>f 30221/3525/3276 30208/3510/3261 30838/3563/3311</w:t>
        <w:br/>
        <w:t>f 30204/3508/3259 30828/3553/3302 30841/3564/3312</w:t>
        <w:br/>
        <w:t>f 30840/3565/3313 30204/3508/3259 30841/3564/3312</w:t>
        <w:br/>
        <w:t>f 30203/3509/3260 30204/3508/3259 30840/3565/3313</w:t>
        <w:br/>
        <w:t>f 30842/3566/3314 30203/3509/3260 30840/3565/3313</w:t>
        <w:br/>
        <w:t>f 30203/3509/3260 30842/3566/3314 30839/3562/3310</w:t>
        <w:br/>
        <w:t>f 30208/3510/3261 30203/3509/3260 30839/3562/3310</w:t>
        <w:br/>
        <w:t>f 30830/3557/3306 30831/3556/3305 30844/3567/3315</w:t>
        <w:br/>
        <w:t>f 30843/3568/3316 30830/3557/3306 30844/3567/3315</w:t>
        <w:br/>
        <w:t>f 30211/3513/3264 30846/3569/3317 30845/3570/3318</w:t>
        <w:br/>
        <w:t>f 30210/3514/3265 30211/3513/3264 30845/3570/3318</w:t>
        <w:br/>
        <w:t>f 30828/3553/3302 30834/3559/3308 30847/3571/3319</w:t>
        <w:br/>
        <w:t>f 30841/3564/3312 30828/3553/3302 30847/3571/3319</w:t>
        <w:br/>
        <w:t>f 30834/3559/3308 30836/3561/3309 30848/3572/3320</w:t>
        <w:br/>
        <w:t>f 30847/3571/3319 30834/3559/3308 30848/3572/3320</w:t>
        <w:br/>
        <w:t>f 30221/3525/3276 30838/3563/3311 30846/3569/3317</w:t>
        <w:br/>
        <w:t>f 30211/3513/3264 30221/3525/3276 30846/3569/3317</w:t>
        <w:br/>
        <w:t>f 30210/3514/3265 30845/3570/3318 30844/3567/3315</w:t>
        <w:br/>
        <w:t>f 30831/3556/3305 30210/3514/3265 30844/3567/3315</w:t>
        <w:br/>
        <w:t>f 30201/3503/3254 30206/3506/3257 30207/3511/3262</w:t>
        <w:br/>
        <w:t>f 30200/3504/3255 30201/3503/3254 30207/3511/3262</w:t>
        <w:br/>
        <w:t>f 30199/3505/3256 32351/3573/3321 30202/3502/3253</w:t>
        <w:br/>
        <w:t>f 30215/3517/3268 30205/3507/3258 30214/3518/3269</w:t>
        <w:br/>
        <w:t>f 30213/3519/3270 32353/3574/3322 32352/3575/3323</w:t>
        <w:br/>
        <w:t>f 30216/3516/3267 30213/3519/3270 32352/3575/3323</w:t>
        <w:br/>
        <w:t>f 30835/3558/3307 30829/3552/3301 30219/3521/3272</w:t>
        <w:br/>
        <w:t>f 30220/3520/3271 30835/3558/3307 30219/3521/3272</w:t>
        <w:br/>
        <w:t>f 32355/3576/3324 32354/3577/3325 30217/3523/3274</w:t>
        <w:br/>
        <w:t>f 30218/3522/3273 32355/3576/3324 30217/3523/3274</w:t>
        <w:br/>
        <w:t>f 32354/3577/3325 32356/3578/3326 30224/3526/3277</w:t>
        <w:br/>
        <w:t>f 30217/3523/3274 32354/3577/3325 30224/3526/3277</w:t>
        <w:br/>
        <w:t>f 30837/3560/3303 30835/3558/3307 30220/3520/3271</w:t>
        <w:br/>
        <w:t>f 30223/3527/3278 30837/3560/3303 30220/3520/3271</w:t>
        <w:br/>
        <w:t>f 32358/3579/3327 32357/3580/3328 30226/3529/3280</w:t>
        <w:br/>
        <w:t>f 30227/3528/3279 32358/3579/3327 30226/3529/3280</w:t>
        <w:br/>
        <w:t>f 30225/3530/3281 30222/3524/3275 30228/3531/3282</w:t>
        <w:br/>
        <w:t>f 32359/3581/3329 32351/3573/3321 30199/3505/3256</w:t>
        <w:br/>
        <w:t>f 30229/3532/3283 32359/3581/3329 30199/3505/3256</w:t>
        <w:br/>
        <w:t>f 30200/3504/3255 30207/3511/3262 30230/3533/3284</w:t>
        <w:br/>
        <w:t>f 32361/3582/3330 32360/3583/3331 30233/3535/3285</w:t>
        <w:br/>
        <w:t>f 30234/3534/3277 32361/3582/3330 30233/3535/3285</w:t>
        <w:br/>
        <w:t>f 30832/3555/3304 30833/3554/3303 30231/3537/3278</w:t>
        <w:br/>
        <w:t>f 30232/3536/3286 30832/3555/3304 30231/3537/3278</w:t>
        <w:br/>
        <w:t>f 32360/3583/3331 32362/3584/3332 30236/3538/3287</w:t>
        <w:br/>
        <w:t>f 30233/3535/3285 32360/3583/3331 30236/3538/3287</w:t>
        <w:br/>
        <w:t>f 30235/3539/3288 30209/3515/3266 30832/3555/3304</w:t>
        <w:br/>
        <w:t>f 30232/3536/3286 30235/3539/3288 30832/3555/3304</w:t>
        <w:br/>
        <w:t>f 30240/3540/3289 30212/3512/3263 30239/3541/3290</w:t>
        <w:br/>
        <w:t>f 32364/3585/3333 32363/3586/3334 30237/3543/3292</w:t>
        <w:br/>
        <w:t>f 30238/3542/3291 32364/3585/3333 30237/3543/3292</w:t>
        <w:br/>
        <w:t>f 30241/3545/3294 32365/3587/3335 32355/3576/3324</w:t>
        <w:br/>
        <w:t>f 30218/3522/3273 30241/3545/3294 32355/3576/3324</w:t>
        <w:br/>
        <w:t>f 30219/3521/3272 30829/3552/3301 30242/3544/3293</w:t>
        <w:br/>
        <w:t>f 30228/3531/3282 30222/3524/3275 30212/3512/3263</w:t>
        <w:br/>
        <w:t>f 30244/3546/3295 30228/3531/3282 30212/3512/3263</w:t>
        <w:br/>
        <w:t>f 32366/3588/3336 32358/3579/3327 30227/3528/3279</w:t>
        <w:br/>
        <w:t>f 30243/3547/3296 32366/3588/3336 30227/3528/3279</w:t>
        <w:br/>
        <w:t>f 30236/3538/3287 32362/3584/3332 32364/3585/3333</w:t>
        <w:br/>
        <w:t>f 30238/3542/3291 30236/3538/3287 32364/3585/3333</w:t>
        <w:br/>
        <w:t>f 30239/3541/3290 30212/3512/3263 30209/3515/3266</w:t>
        <w:br/>
        <w:t>f 30235/3539/3288 30239/3541/3290 30209/3515/3266</w:t>
        <w:br/>
        <w:t>f 30829/3552/3301 30205/3507/3258 30215/3517/3268</w:t>
        <w:br/>
        <w:t>f 30242/3544/3293 30829/3552/3301 30215/3517/3268</w:t>
        <w:br/>
        <w:t>f 30216/3516/3267 32352/3575/3323 32365/3587/3335</w:t>
        <w:br/>
        <w:t>f 30241/3545/3294 30216/3516/3267 32365/3587/3335</w:t>
        <w:br/>
        <w:t>f 30245/3549/3298 32367/3589/3337 32353/3574/3322</w:t>
        <w:br/>
        <w:t>f 30213/3519/3270 30245/3549/3298 32353/3574/3322</w:t>
        <w:br/>
        <w:t>f 30206/3506/3257 30246/3548/3297 30214/3518/3269</w:t>
        <w:br/>
        <w:t>f 30205/3507/3258 30206/3506/3257 30214/3518/3269</w:t>
        <w:br/>
        <w:t>f 30246/3548/3297 30206/3506/3257 30201/3503/3254</w:t>
        <w:br/>
        <w:t>f 30202/3502/3253 32351/3573/3321 32367/3589/3337</w:t>
        <w:br/>
        <w:t>f 30245/3549/3298 30202/3502/3253 32367/3589/3337</w:t>
        <w:br/>
        <w:t>f 30247/3551/3300 32368/3590/3338 32359/3581/3329</w:t>
        <w:br/>
        <w:t>f 30229/3532/3283 30247/3551/3300 32359/3581/3329</w:t>
        <w:br/>
        <w:t>f 30230/3533/3284 30207/3511/3262 30248/3550/3299</w:t>
        <w:br/>
        <w:t>f 30226/3529/3280 32357/3580/3328 32368/3590/3338</w:t>
        <w:br/>
        <w:t>f 30247/3551/3300 30226/3529/3280 32368/3590/3338</w:t>
        <w:br/>
        <w:t>f 30248/3550/3299 30207/3511/3262 30222/3524/3275</w:t>
        <w:br/>
        <w:t>f 30225/3530/3281 30248/3550/3299 30222/3524/3275</w:t>
        <w:br/>
        <w:t>f 32363/3586/3334 32366/3588/3336 30243/3547/3296</w:t>
        <w:br/>
        <w:t>f 30237/3543/3292 32363/3586/3334 30243/3547/3296</w:t>
        <w:br/>
        <w:t>f 30244/3546/3295 30212/3512/3263 30240/3540/3289</w:t>
        <w:br/>
        <w:t>f 32372/3591/3339 32371/3592/3340 32370/3593/3341</w:t>
        <w:br/>
        <w:t>f 32369/3594/3342 32372/3591/3339 32370/3593/3341</w:t>
        <w:br/>
        <w:t>f 32376/3595/3343 32375/3596/3344 32374/3597/3345</w:t>
        <w:br/>
        <w:t>f 32373/3598/3346 32376/3595/3343 32374/3597/3345</w:t>
        <w:br/>
        <w:t>f 32376/3595/3343 32378/3599/3347 32377/3600/3348</w:t>
        <w:br/>
        <w:t>f 32375/3596/3344 32376/3595/3343 32377/3600/3348</w:t>
        <w:br/>
        <w:t>f 32382/3601/3349 32381/3602/3350 32380/3603/3351</w:t>
        <w:br/>
        <w:t>f 32379/3604/3352 32382/3601/3349 32380/3603/3351</w:t>
        <w:br/>
        <w:t>f 32386/3605/3353 32385/3606/3354 32384/3607/3355</w:t>
        <w:br/>
        <w:t>f 32383/3608/3356 32386/3605/3353 32384/3607/3355</w:t>
        <w:br/>
        <w:t>f 32390/3609/3357 32389/3610/3358 32388/3611/3359</w:t>
        <w:br/>
        <w:t>f 32387/3612/3360 32390/3609/3357 32388/3611/3359</w:t>
        <w:br/>
        <w:t>f 32392/3613/3361 32382/3601/3349 32379/3604/3352</w:t>
        <w:br/>
        <w:t>f 32391/3614/3362 32392/3613/3361 32379/3604/3352</w:t>
        <w:br/>
        <w:t>f 32394/3615/3363 32393/3616/3364 32387/3612/3360</w:t>
        <w:br/>
        <w:t>f 32388/3611/3359 32394/3615/3363 32387/3612/3360</w:t>
        <w:br/>
        <w:t>f 32397/3617/3365 32396/3618/3366 32395/3619/3367</w:t>
        <w:br/>
        <w:t>f 32398/3620/3368 32397/3617/3365 32395/3619/3367</w:t>
        <w:br/>
        <w:t>f 32370/3593/3341 32371/3592/3340 32399/3621/3369</w:t>
        <w:br/>
        <w:t>f 32400/3622/3370 32370/3593/3341 32399/3621/3369</w:t>
        <w:br/>
        <w:t>f 32404/3623/3371 32403/3624/3372 32402/3625/3364</w:t>
        <w:br/>
        <w:t>f 32401/3626/3363 32404/3623/3371 32402/3625/3364</w:t>
        <w:br/>
        <w:t>f 32406/3627/3373 32405/3628/3374 32403/3624/3372</w:t>
        <w:br/>
        <w:t>f 32404/3623/3371 32406/3627/3373 32403/3624/3372</w:t>
        <w:br/>
        <w:t>f 32410/3629/3375 32409/3630/3376 32408/3631/3377</w:t>
        <w:br/>
        <w:t>f 32407/3632/3378 32410/3629/3375 32408/3631/3377</w:t>
        <w:br/>
        <w:t>f 32412/3633/3379 32389/3610/3358 32390/3609/3357</w:t>
        <w:br/>
        <w:t>f 32411/3634/3380 32412/3633/3379 32390/3609/3357</w:t>
        <w:br/>
        <w:t>f 32413/3635/3381 32398/3620/3368 32395/3619/3367</w:t>
        <w:br/>
        <w:t>f 32414/3636/3382 32413/3635/3381 32395/3619/3367</w:t>
        <w:br/>
        <w:t>f 32406/3627/3373 32409/3630/3376 32410/3629/3375</w:t>
        <w:br/>
        <w:t>f 32405/3628/3374 32406/3627/3373 32410/3629/3375</w:t>
        <w:br/>
        <w:t>f 32386/3605/3353 32383/3608/3356 32412/3633/3379</w:t>
        <w:br/>
        <w:t>f 32411/3634/3380 32386/3605/3353 32412/3633/3379</w:t>
        <w:br/>
        <w:t>f 32416/3637/3383 32384/3607/3355 32385/3606/3354</w:t>
        <w:br/>
        <w:t>f 32415/3638/3384 32416/3637/3383 32385/3606/3354</w:t>
        <w:br/>
        <w:t>f 32415/3638/3384 32372/3591/3339 32369/3594/3342</w:t>
        <w:br/>
        <w:t>f 32416/3637/3383 32415/3638/3384 32369/3594/3342</w:t>
        <w:br/>
        <w:t>f 32418/3639/3385 32400/3622/3370 32399/3621/3369</w:t>
        <w:br/>
        <w:t>f 32417/3640/3386 32418/3639/3385 32399/3621/3369</w:t>
        <w:br/>
        <w:t>f 32397/3617/3365 32418/3639/3385 32417/3640/3386</w:t>
        <w:br/>
        <w:t>f 32396/3618/3366 32397/3617/3365 32417/3640/3386</w:t>
        <w:br/>
        <w:t>f 32413/3635/3381 32414/3636/3382 32407/3632/3378</w:t>
        <w:br/>
        <w:t>f 32408/3631/3377 32413/3635/3381 32407/3632/3378</w:t>
        <w:br/>
        <w:t>f 32391/3614/3362 32377/3600/3348 32378/3599/3347</w:t>
        <w:br/>
        <w:t>f 32392/3613/3361 32391/3614/3362 32378/3599/3347</w:t>
        <w:br/>
        <w:t>f 32974/3641/3387 32973/3642/3388 32373/3598/3346</w:t>
        <w:br/>
        <w:t>f 32374/3597/3345 32974/3641/3387 32373/3598/3346</w:t>
        <w:br/>
        <w:t>f 32978/3643/3389 32977/3644/3390 32976/3645/3391</w:t>
        <w:br/>
        <w:t>f 32975/3646/3392 32978/3643/3389 32976/3645/3391</w:t>
        <w:br/>
        <w:t>f 32980/3647/3393 32979/3648/3394 32973/3642/3388</w:t>
        <w:br/>
        <w:t>f 32974/3641/3387 32980/3647/3393 32973/3642/3388</w:t>
        <w:br/>
        <w:t>f 32982/3649/3392 32981/3650/3391 32979/3648/3394</w:t>
        <w:br/>
        <w:t>f 32980/3647/3393 32982/3649/3392 32979/3648/3394</w:t>
        <w:br/>
        <w:t>f 32381/3602/3350 32977/3644/3390 32978/3643/3389</w:t>
        <w:br/>
        <w:t>f 32380/3603/3351 32381/3602/3350 32978/3643/3389</w:t>
        <w:br/>
        <w:t>f 32984/3651/3395 32983/3652/3396 32377/3600/3348</w:t>
        <w:br/>
        <w:t>f 32391/3614/3362 32984/3651/3395 32377/3600/3348</w:t>
        <w:br/>
        <w:t>f 32374/3597/3345 32986/3653/3397 32985/3654/3398</w:t>
        <w:br/>
        <w:t>f 32974/3641/3387 32374/3597/3345 32985/3654/3398</w:t>
        <w:br/>
        <w:t>f 32375/3596/3344 32987/3655/3399 32986/3653/3397</w:t>
        <w:br/>
        <w:t>f 32374/3597/3345 32375/3596/3344 32986/3653/3397</w:t>
        <w:br/>
        <w:t>f 32983/3652/3396 32987/3655/3399 32375/3596/3344</w:t>
        <w:br/>
        <w:t>f 32377/3600/3348 32983/3652/3396 32375/3596/3344</w:t>
        <w:br/>
        <w:t>f 32975/3646/3392 32989/3656/3400 32988/3657/3401</w:t>
        <w:br/>
        <w:t>f 32978/3643/3389 32975/3646/3392 32988/3657/3401</w:t>
        <w:br/>
        <w:t>f 32991/3658/3402 32990/3659/3403 32379/3604/3352</w:t>
        <w:br/>
        <w:t>f 32380/3603/3351 32991/3658/3402 32379/3604/3352</w:t>
        <w:br/>
        <w:t>f 32974/3641/3387 32985/3654/3398 32992/3660/3404</w:t>
        <w:br/>
        <w:t>f 32980/3647/3393 32974/3641/3387 32992/3660/3404</w:t>
        <w:br/>
        <w:t>f 32980/3647/3393 32992/3660/3404 32993/3661/3400</w:t>
        <w:br/>
        <w:t>f 32982/3649/3392 32980/3647/3393 32993/3661/3400</w:t>
        <w:br/>
        <w:t>f 32990/3659/3403 32984/3651/3395 32391/3614/3362</w:t>
        <w:br/>
        <w:t>f 32379/3604/3352 32990/3659/3403 32391/3614/3362</w:t>
        <w:br/>
        <w:t>f 32988/3657/3401 32991/3658/3402 32380/3603/3351</w:t>
        <w:br/>
        <w:t>f 32978/3643/3389 32988/3657/3401 32380/3603/3351</w:t>
        <w:br/>
        <w:t>f 32369/3594/3342 32370/3593/3341 32378/3599/3347</w:t>
        <w:br/>
        <w:t>f 32376/3595/3343 32369/3594/3342 32378/3599/3347</w:t>
        <w:br/>
        <w:t>f 32371/3592/3340 32372/3591/3339 34466/3662/3405</w:t>
        <w:br/>
        <w:t>f 32383/3608/3356 32384/3607/3355 32373/3598/3346</w:t>
        <w:br/>
        <w:t>f 32385/3606/3354 32386/3605/3353 34468/3663/3406</w:t>
        <w:br/>
        <w:t>f 34467/3664/3407 32385/3606/3354 34468/3663/3406</w:t>
        <w:br/>
        <w:t>f 32389/3610/3358 32973/3642/3388 32979/3648/3394</w:t>
        <w:br/>
        <w:t>f 32388/3611/3359 32389/3610/3358 32979/3648/3394</w:t>
        <w:br/>
        <w:t>f 32387/3612/3360 34470/3665/3408 34469/3666/3409</w:t>
        <w:br/>
        <w:t>f 32390/3609/3357 32387/3612/3360 34469/3666/3409</w:t>
        <w:br/>
        <w:t>f 32393/3616/3364 34471/3667/3410 34470/3665/3408</w:t>
        <w:br/>
        <w:t>f 32387/3612/3360 32393/3616/3364 34470/3665/3408</w:t>
        <w:br/>
        <w:t>f 32388/3611/3359 32979/3648/3394 32981/3650/3391</w:t>
        <w:br/>
        <w:t>f 32394/3615/3363 32388/3611/3359 32981/3650/3391</w:t>
        <w:br/>
        <w:t>f 32396/3618/3366 34473/3668/3411 34472/3669/3412</w:t>
        <w:br/>
        <w:t>f 32395/3619/3367 32396/3618/3366 34472/3669/3412</w:t>
        <w:br/>
        <w:t>f 32397/3617/3365 32398/3620/3368 32392/3613/3361</w:t>
        <w:br/>
        <w:t>f 32371/3592/3340 34466/3662/3405 34474/3670/3413</w:t>
        <w:br/>
        <w:t>f 32399/3621/3369 32371/3592/3340 34474/3670/3413</w:t>
        <w:br/>
        <w:t>f 32370/3593/3341 32400/3622/3370 32378/3599/3347</w:t>
        <w:br/>
        <w:t>f 32403/3624/3372 34476/3671/3414 34475/3672/3415</w:t>
        <w:br/>
        <w:t>f 32402/3625/3364 32403/3624/3372 34475/3672/3415</w:t>
        <w:br/>
        <w:t>f 32401/3626/3363 32976/3645/3391 32977/3644/3390</w:t>
        <w:br/>
        <w:t>f 32404/3623/3371 32401/3626/3363 32977/3644/3390</w:t>
        <w:br/>
        <w:t>f 32405/3628/3374 34477/3673/3416 34476/3671/3414</w:t>
        <w:br/>
        <w:t>f 32403/3624/3372 32405/3628/3374 34476/3671/3414</w:t>
        <w:br/>
        <w:t>f 32406/3627/3373 32404/3623/3371 32977/3644/3390</w:t>
        <w:br/>
        <w:t>f 32381/3602/3350 32406/3627/3373 32977/3644/3390</w:t>
        <w:br/>
        <w:t>f 32408/3631/3377 32409/3630/3376 32382/3601/3349</w:t>
        <w:br/>
        <w:t>f 32407/3632/3378 34479/3674/3417 34478/3675/3418</w:t>
        <w:br/>
        <w:t>f 32410/3629/3375 32407/3632/3378 34478/3675/3418</w:t>
        <w:br/>
        <w:t>f 32411/3634/3380 32390/3609/3357 34469/3666/3409</w:t>
        <w:br/>
        <w:t>f 34480/3676/3419 32411/3634/3380 34469/3666/3409</w:t>
        <w:br/>
        <w:t>f 32389/3610/3358 32412/3633/3379 32973/3642/3388</w:t>
        <w:br/>
        <w:t>f 32398/3620/3368 32413/3635/3381 32382/3601/3349</w:t>
        <w:br/>
        <w:t>f 32392/3613/3361 32398/3620/3368 32382/3601/3349</w:t>
        <w:br/>
        <w:t>f 32395/3619/3367 34472/3669/3412 34481/3677/3420</w:t>
        <w:br/>
        <w:t>f 32414/3636/3382 32395/3619/3367 34481/3677/3420</w:t>
        <w:br/>
        <w:t>f 32405/3628/3374 32410/3629/3375 34478/3675/3418</w:t>
        <w:br/>
        <w:t>f 34477/3673/3416 32405/3628/3374 34478/3675/3418</w:t>
        <w:br/>
        <w:t>f 32409/3630/3376 32406/3627/3373 32381/3602/3350</w:t>
        <w:br/>
        <w:t>f 32382/3601/3349 32409/3630/3376 32381/3602/3350</w:t>
        <w:br/>
        <w:t>f 32383/3608/3356 32373/3598/3346 32973/3642/3388</w:t>
        <w:br/>
        <w:t>f 32412/3633/3379 32383/3608/3356 32973/3642/3388</w:t>
        <w:br/>
        <w:t>f 32386/3605/3353 32411/3634/3380 34480/3676/3419</w:t>
        <w:br/>
        <w:t>f 34468/3663/3406 32386/3605/3353 34480/3676/3419</w:t>
        <w:br/>
        <w:t>f 32415/3638/3384 32385/3606/3354 34467/3664/3407</w:t>
        <w:br/>
        <w:t>f 34482/3678/3421 32415/3638/3384 34467/3664/3407</w:t>
        <w:br/>
        <w:t>f 32376/3595/3343 32373/3598/3346 32384/3607/3355</w:t>
        <w:br/>
        <w:t>f 32416/3637/3383 32376/3595/3343 32384/3607/3355</w:t>
        <w:br/>
        <w:t>f 32416/3637/3383 32369/3594/3342 32376/3595/3343</w:t>
        <w:br/>
        <w:t>f 32372/3591/3339 32415/3638/3384 34482/3678/3421</w:t>
        <w:br/>
        <w:t>f 34466/3662/3405 32372/3591/3339 34482/3678/3421</w:t>
        <w:br/>
        <w:t>f 32417/3640/3386 32399/3621/3369 34474/3670/3413</w:t>
        <w:br/>
        <w:t>f 34483/3679/3422 32417/3640/3386 34474/3670/3413</w:t>
        <w:br/>
        <w:t>f 32400/3622/3370 32418/3639/3385 32378/3599/3347</w:t>
        <w:br/>
        <w:t>f 32396/3618/3366 32417/3640/3386 34483/3679/3422</w:t>
        <w:br/>
        <w:t>f 34473/3668/3411 32396/3618/3366 34483/3679/3422</w:t>
        <w:br/>
        <w:t>f 32418/3639/3385 32397/3617/3365 32392/3613/3361</w:t>
        <w:br/>
        <w:t>f 32378/3599/3347 32418/3639/3385 32392/3613/3361</w:t>
        <w:br/>
        <w:t>f 32414/3636/3382 34481/3677/3420 34479/3674/3417</w:t>
        <w:br/>
        <w:t>f 32407/3632/3378 32414/3636/3382 34479/3674/3417</w:t>
        <w:br/>
        <w:t>f 32413/3635/3381 32408/3631/3377 32382/3601/3349</w:t>
        <w:br/>
        <w:t>f 10143/3680/3423 10142/3681/3424 10141/3682/3425</w:t>
        <w:br/>
        <w:t>f 10140/3683/3426 10143/3680/3423 10141/3682/3425</w:t>
        <w:br/>
        <w:t>f 10145/3684/3427 10143/3680/3423 10144/3685/3428</w:t>
        <w:br/>
        <w:t>f 10149/3686/3429 10148/3687/3430 10147/3688/3431</w:t>
        <w:br/>
        <w:t>f 10146/3689/3432 10149/3686/3429 10147/3688/3431</w:t>
        <w:br/>
        <w:t>f 10151/3690/3433 10150/3691/3434 10146/3689/3432</w:t>
        <w:br/>
        <w:t>f 10147/3688/3431 10151/3690/3433 10146/3689/3432</w:t>
        <w:br/>
        <w:t>f 10153/3692/3435 10152/3693/3436 10150/3691/3434</w:t>
        <w:br/>
        <w:t>f 10142/3681/3424 10148/3687/3430 10149/3686/3429</w:t>
        <w:br/>
        <w:t>f 10141/3682/3425 10142/3681/3424 10149/3686/3429</w:t>
        <w:br/>
        <w:t>f 10142/3681/3424 10154/3694/3437 10148/3687/3430</w:t>
        <w:br/>
        <w:t>f 10225/3695/3438 10143/3680/3423 10140/3683/3426</w:t>
        <w:br/>
        <w:t>f 10224/3696/3439 10225/3695/3438 10140/3683/3426</w:t>
        <w:br/>
        <w:t>f 10227/3697/3440 10225/3695/3438 10226/3698/3441</w:t>
        <w:br/>
        <w:t>f 10146/3689/3432 10234/3699/3442 10233/3700/3443</w:t>
        <w:br/>
        <w:t>f 10149/3686/3429 10146/3689/3432 10233/3700/3443</w:t>
        <w:br/>
        <w:t>f 10141/3682/3425 10149/3686/3429 10233/3700/3443</w:t>
        <w:br/>
        <w:t>f 10235/3701/3444 10141/3682/3425 10233/3700/3443</w:t>
        <w:br/>
        <w:t>f 10146/3689/3432 10150/3691/3434 10236/3702/3445</w:t>
        <w:br/>
        <w:t>f 10234/3699/3442 10146/3689/3432 10236/3702/3445</w:t>
        <w:br/>
        <w:t>f 10238/3703/3446 10237/3704/3447 10224/3696/3439</w:t>
        <w:br/>
        <w:t>f 10140/3683/3426 10238/3703/3446 10224/3696/3439</w:t>
        <w:br/>
        <w:t>f 10140/3683/3426 10141/3682/3425 10235/3701/3444</w:t>
        <w:br/>
        <w:t>f 10238/3703/3446 10140/3683/3426 10235/3701/3444</w:t>
        <w:br/>
        <w:t>f 10245/3705/3448 10244/3706/3449 10233/3700/3443</w:t>
        <w:br/>
        <w:t>f 10234/3699/3442 10245/3705/3448 10233/3700/3443</w:t>
        <w:br/>
        <w:t>f 10235/3701/3444 10233/3700/3443 10244/3706/3449</w:t>
        <w:br/>
        <w:t>f 10246/3707/3450 10235/3701/3444 10244/3706/3449</w:t>
        <w:br/>
        <w:t>f 10247/3708/3451 10245/3705/3448 10234/3699/3442</w:t>
        <w:br/>
        <w:t>f 10236/3702/3445 10247/3708/3451 10234/3699/3442</w:t>
        <w:br/>
        <w:t>f 10246/3707/3450 10248/3709/3452 10238/3703/3446</w:t>
        <w:br/>
        <w:t>f 10235/3701/3444 10246/3707/3450 10238/3703/3446</w:t>
        <w:br/>
        <w:t>f 10248/3709/3452 10256/3710/3453 10238/3703/3446</w:t>
        <w:br/>
        <w:t>f 10237/3704/3447 10257/3711/3454 10224/3696/3439</w:t>
        <w:br/>
        <w:t>f 10257/3711/3454 10258/3712/3455 10225/3695/3438</w:t>
        <w:br/>
        <w:t>f 10224/3696/3439 10257/3711/3454 10225/3695/3438</w:t>
        <w:br/>
        <w:t>f 10258/3712/3455 10259/3713/3456 10225/3695/3438</w:t>
        <w:br/>
        <w:t>f 10143/3680/3423 10225/3695/3438 10227/3697/3440</w:t>
        <w:br/>
        <w:t>f 10144/3685/3428 10143/3680/3423 10227/3697/3440</w:t>
        <w:br/>
        <w:t>f 10225/3695/3438 10259/3713/3456 10226/3698/3441</w:t>
        <w:br/>
        <w:t>f 10143/3680/3423 10145/3684/3427 10154/3694/3437</w:t>
        <w:br/>
        <w:t>f 10142/3681/3424 10143/3680/3423 10154/3694/3437</w:t>
        <w:br/>
        <w:t>f 10150/3691/3434 10151/3690/3433 10153/3692/3435</w:t>
        <w:br/>
        <w:t>f 10152/3693/3436 10260/3714/3457 10150/3691/3434</w:t>
        <w:br/>
        <w:t>f 10262/3715/3458 10261/3716/3459 10236/3702/3445</w:t>
        <w:br/>
        <w:t>f 10262/3715/3458 10236/3702/3445 10150/3691/3434</w:t>
        <w:br/>
        <w:t>f 10260/3714/3457 10262/3715/3458 10150/3691/3434</w:t>
        <w:br/>
        <w:t>f 10236/3702/3445 10261/3716/3459 10247/3708/3451</w:t>
        <w:br/>
        <w:t>f 10238/3703/3446 10256/3710/3453 10237/3704/3447</w:t>
        <w:br/>
        <w:t>f 10270/3717/3460 10269/3718/3461 10268/3719/3462</w:t>
        <w:br/>
        <w:t>f 10267/3720/3463 10270/3717/3460 10268/3719/3462</w:t>
        <w:br/>
        <w:t>f 10272/3721/3464 10271/3722/3465 10270/3717/3460</w:t>
        <w:br/>
        <w:t>f 10276/3723/3466 10275/3724/3467 10274/3725/3468</w:t>
        <w:br/>
        <w:t>f 10273/3726/3469 10276/3723/3466 10274/3725/3468</w:t>
        <w:br/>
        <w:t>f 10275/3724/3467 10278/3727/3470 10277/3728/3471</w:t>
        <w:br/>
        <w:t>f 10274/3725/3468 10275/3724/3467 10277/3728/3471</w:t>
        <w:br/>
        <w:t>f 10280/3729/3472 10278/3727/3470 10279/3730/3473</w:t>
        <w:br/>
        <w:t>f 10267/3720/3463 10268/3719/3462 10276/3723/3466</w:t>
        <w:br/>
        <w:t>f 10273/3726/3469 10267/3720/3463 10276/3723/3466</w:t>
        <w:br/>
        <w:t>f 10267/3720/3463 10273/3726/3469 10281/3731/3474</w:t>
        <w:br/>
        <w:t>f 10352/3732/3475 10351/3733/3476 10269/3718/3461</w:t>
        <w:br/>
        <w:t>f 10270/3717/3460 10352/3732/3475 10269/3718/3461</w:t>
        <w:br/>
        <w:t>f 10354/3734/3477 10353/3735/3478 10352/3732/3475</w:t>
        <w:br/>
        <w:t>f 10275/3724/3467 10276/3723/3466 10361/3736/3479</w:t>
        <w:br/>
        <w:t>f 10360/3737/3480 10275/3724/3467 10361/3736/3479</w:t>
        <w:br/>
        <w:t>f 10268/3719/3462 10362/3738/3481 10361/3736/3479</w:t>
        <w:br/>
        <w:t>f 10276/3723/3466 10268/3719/3462 10361/3736/3479</w:t>
        <w:br/>
        <w:t>f 10275/3724/3467 10360/3737/3480 10363/3739/3482</w:t>
        <w:br/>
        <w:t>f 10278/3727/3470 10275/3724/3467 10363/3739/3482</w:t>
        <w:br/>
        <w:t>f 10365/3740/3483 10269/3718/3461 10351/3733/3476</w:t>
        <w:br/>
        <w:t>f 10364/3741/3484 10365/3740/3483 10351/3733/3476</w:t>
        <w:br/>
        <w:t>f 10269/3718/3461 10365/3740/3483 10362/3738/3481</w:t>
        <w:br/>
        <w:t>f 10268/3719/3462 10269/3718/3461 10362/3738/3481</w:t>
        <w:br/>
        <w:t>f 10361/3736/3479 10372/3742/3485 10371/3743/3486</w:t>
        <w:br/>
        <w:t>f 10360/3737/3480 10361/3736/3479 10371/3743/3486</w:t>
        <w:br/>
        <w:t>f 10372/3742/3485 10361/3736/3479 10362/3738/3481</w:t>
        <w:br/>
        <w:t>f 10373/3744/3487 10372/3742/3485 10362/3738/3481</w:t>
        <w:br/>
        <w:t>f 10360/3737/3480 10371/3743/3486 10374/3745/3488</w:t>
        <w:br/>
        <w:t>f 10363/3739/3482 10360/3737/3480 10374/3745/3488</w:t>
        <w:br/>
        <w:t>f 10373/3744/3487 10362/3738/3481 10365/3740/3483</w:t>
        <w:br/>
        <w:t>f 10375/3746/3489 10373/3744/3487 10365/3740/3483</w:t>
        <w:br/>
        <w:t>f 10375/3746/3489 10365/3740/3483 10383/3747/3490</w:t>
        <w:br/>
        <w:t>f 10364/3741/3484 10351/3733/3476 10384/3748/3491</w:t>
        <w:br/>
        <w:t>f 10384/3748/3491 10351/3733/3476 10352/3732/3475</w:t>
        <w:br/>
        <w:t>f 10385/3749/3492 10384/3748/3491 10352/3732/3475</w:t>
        <w:br/>
        <w:t>f 10385/3749/3492 10352/3732/3475 10386/3750/3493</w:t>
        <w:br/>
        <w:t>f 10270/3717/3460 10271/3722/3465 10354/3734/3477</w:t>
        <w:br/>
        <w:t>f 10352/3732/3475 10270/3717/3460 10354/3734/3477</w:t>
        <w:br/>
        <w:t>f 10352/3732/3475 10353/3735/3478 10386/3750/3493</w:t>
        <w:br/>
        <w:t>f 10281/3731/3474 10272/3721/3464 10270/3717/3460</w:t>
        <w:br/>
        <w:t>f 10267/3720/3463 10281/3731/3474 10270/3717/3460</w:t>
        <w:br/>
        <w:t>f 10278/3727/3470 10280/3729/3472 10277/3728/3471</w:t>
        <w:br/>
        <w:t>f 10279/3730/3473 10278/3727/3470 10387/3751/3494</w:t>
        <w:br/>
        <w:t>f 10389/3752/3495 10363/3739/3482 10388/3753/3496</w:t>
        <w:br/>
        <w:t>f 10389/3752/3495 10387/3751/3494 10278/3727/3470</w:t>
        <w:br/>
        <w:t>f 10363/3739/3482 10389/3752/3495 10278/3727/3470</w:t>
        <w:br/>
        <w:t>f 10363/3739/3482 10374/3745/3488 10388/3753/3496</w:t>
        <w:br/>
        <w:t>f 10365/3740/3483 10364/3741/3484 10383/3747/3490</w:t>
        <w:br/>
        <w:t>f 10158/3754/3497 10157/3755/3498 10156/3756/3499</w:t>
        <w:br/>
        <w:t>f 10155/3757/3500 10158/3754/3497 10156/3756/3499</w:t>
        <w:br/>
        <w:t>f 10162/3758/3501 10161/3759/3502 10160/3760/3503</w:t>
        <w:br/>
        <w:t>f 10159/3761/3504 10162/3758/3501 10160/3760/3503</w:t>
        <w:br/>
        <w:t>f 10165/3762/3505 10164/3763/3506 10163/3764/3507</w:t>
        <w:br/>
        <w:t>f 10167/3765/3508 10166/3766/3509 10156/3756/3499</w:t>
        <w:br/>
        <w:t>f 10157/3755/3498 10167/3765/3508 10156/3756/3499</w:t>
        <w:br/>
        <w:t>f 10169/3767/3510 10168/3768/3511 10160/3760/3503</w:t>
        <w:br/>
        <w:t>f 10161/3759/3502 10169/3767/3510 10160/3760/3503</w:t>
        <w:br/>
        <w:t>f 10173/3769/3512 10172/3770/3513 10171/3771/3514</w:t>
        <w:br/>
        <w:t>f 10170/3772/3515 10173/3769/3512 10171/3771/3514</w:t>
        <w:br/>
        <w:t>f 10177/3773/3516 10176/3774/3517 10175/3775/3518</w:t>
        <w:br/>
        <w:t>f 10174/3776/3519 10177/3773/3516 10175/3775/3518</w:t>
        <w:br/>
        <w:t>f 10180/3777/3520 10179/3778/3521 10178/3779/3522</w:t>
        <w:br/>
        <w:t>f 10181/3780/3523 10180/3777/3520 10178/3779/3522</w:t>
        <w:br/>
        <w:t>f 10185/3781/3524 10184/3782/3525 10183/3783/3526</w:t>
        <w:br/>
        <w:t>f 10182/3784/3527 10185/3781/3524 10183/3783/3526</w:t>
        <w:br/>
        <w:t>f 10187/3785/3528 10185/3781/3524 10182/3784/3527</w:t>
        <w:br/>
        <w:t>f 10186/3786/3529 10187/3785/3528 10182/3784/3527</w:t>
        <w:br/>
        <w:t>f 10189/3787/3530 10187/3785/3528 10188/3788/3531</w:t>
        <w:br/>
        <w:t>f 10167/3765/3508 10191/3789/3529 10190/3790/3527</w:t>
        <w:br/>
        <w:t>f 10166/3766/3509 10167/3765/3508 10190/3790/3527</w:t>
        <w:br/>
        <w:t>f 10193/3791/3532 10192/3792/3533 10171/3771/3514</w:t>
        <w:br/>
        <w:t>f 10172/3770/3513 10193/3791/3532 10171/3771/3514</w:t>
        <w:br/>
        <w:t>f 10175/3775/3518 10195/3793/3534 10194/3794/3535</w:t>
        <w:br/>
        <w:t>f 10174/3776/3519 10175/3775/3518 10194/3794/3535</w:t>
        <w:br/>
        <w:t>f 10197/3795/3536 10196/3796/3537 10178/3779/3522</w:t>
        <w:br/>
        <w:t>f 10169/3767/3510 10199/3797/3538 10198/3798/3539</w:t>
        <w:br/>
        <w:t>f 10168/3768/3511 10169/3767/3510 10198/3798/3539</w:t>
        <w:br/>
        <w:t>f 10185/3781/3524 10194/3794/3535 10195/3793/3534</w:t>
        <w:br/>
        <w:t>f 10184/3782/3525 10185/3781/3524 10195/3793/3534</w:t>
        <w:br/>
        <w:t>f 10156/3756/3499 10166/3766/3509 10201/3799/3540</w:t>
        <w:br/>
        <w:t>f 10200/3800/3541 10156/3756/3499 10201/3799/3540</w:t>
        <w:br/>
        <w:t>f 10203/3801/3542 10176/3774/3517 10177/3773/3516</w:t>
        <w:br/>
        <w:t>f 10202/3802/3543 10203/3801/3542 10177/3773/3516</w:t>
        <w:br/>
        <w:t>f 10170/3772/3515 10161/3759/3502 10162/3758/3501</w:t>
        <w:br/>
        <w:t>f 10204/3803/3544 10170/3772/3515 10162/3758/3501</w:t>
        <w:br/>
        <w:t>f 10166/3766/3509 10190/3790/3527 10205/3804/3526</w:t>
        <w:br/>
        <w:t>f 10201/3799/3540 10166/3766/3509 10205/3804/3526</w:t>
        <w:br/>
        <w:t>f 10208/3805/3539 10207/3806/3538 10206/3807/3545</w:t>
        <w:br/>
        <w:t>f 10209/3808/3546 10208/3805/3539 10206/3807/3545</w:t>
        <w:br/>
        <w:t>f 10211/3809/3547 10189/3787/3530 10188/3788/3531</w:t>
        <w:br/>
        <w:t>f 10210/3810/3548 10211/3809/3547 10188/3788/3531</w:t>
        <w:br/>
        <w:t>f 10212/3811/3549 10165/3762/3505 10211/3809/3547</w:t>
        <w:br/>
        <w:t>f 10210/3810/3548 10212/3811/3549 10211/3809/3547</w:t>
        <w:br/>
        <w:t>f 10214/3812/3550 10206/3807/3545 10207/3806/3538</w:t>
        <w:br/>
        <w:t>f 10213/3813/3533 10214/3812/3550 10207/3806/3538</w:t>
        <w:br/>
        <w:t>f 10217/3814/3551 10216/3815/3552 10215/3816/3553</w:t>
        <w:br/>
        <w:t>f 10206/3807/3545 10217/3814/3551 10215/3816/3553</w:t>
        <w:br/>
        <w:t>f 10220/3817/3554 10219/3818/3555 10218/3819/3556</w:t>
        <w:br/>
        <w:t>f 10179/3778/3521 10204/3803/3544 10162/3758/3501</w:t>
        <w:br/>
        <w:t>f 10221/3820/3557 10179/3778/3521 10162/3758/3501</w:t>
        <w:br/>
        <w:t>f 10173/3769/3512 10170/3772/3515 10204/3803/3544</w:t>
        <w:br/>
        <w:t>f 10222/3821/3532 10214/3812/3550 10213/3813/3533</w:t>
        <w:br/>
        <w:t>f 10216/3815/3552 10214/3812/3550 10222/3821/3532</w:t>
        <w:br/>
        <w:t>f 10223/3822/3558 10216/3815/3552 10222/3821/3532</w:t>
        <w:br/>
        <w:t>f 10173/3769/3512 10204/3803/3544 10179/3778/3521</w:t>
        <w:br/>
        <w:t>f 10180/3777/3520 10173/3769/3512 10179/3778/3521</w:t>
        <w:br/>
        <w:t>f 10170/3772/3515 10171/3771/3514 10169/3767/3510</w:t>
        <w:br/>
        <w:t>f 10161/3759/3502 10170/3772/3515 10169/3767/3510</w:t>
        <w:br/>
        <w:t>f 10171/3771/3514 10192/3792/3533 10199/3797/3538</w:t>
        <w:br/>
        <w:t>f 10169/3767/3510 10171/3771/3514 10199/3797/3538</w:t>
        <w:br/>
        <w:t>f 10155/3757/3500 10156/3756/3499 10200/3800/3541</w:t>
        <w:br/>
        <w:t>f 10203/3801/3542 10155/3757/3500 10200/3800/3541</w:t>
        <w:br/>
        <w:t>f 10175/3775/3518 10176/3774/3517 10229/3823/3559</w:t>
        <w:br/>
        <w:t>f 10228/3824/3560 10175/3775/3518 10229/3823/3559</w:t>
        <w:br/>
        <w:t>f 10195/3793/3534 10230/3825/3561 10184/3782/3525</w:t>
        <w:br/>
        <w:t>f 10195/3793/3534 10175/3775/3518 10228/3824/3560</w:t>
        <w:br/>
        <w:t>f 10230/3825/3561 10195/3793/3534 10228/3824/3560</w:t>
        <w:br/>
        <w:t>f 10232/3826/3562 10231/3827/3563 10189/3787/3530</w:t>
        <w:br/>
        <w:t>f 10211/3809/3547 10232/3826/3562 10189/3787/3530</w:t>
        <w:br/>
        <w:t>f 10232/3826/3562 10211/3809/3547 10165/3762/3505</w:t>
        <w:br/>
        <w:t>f 10163/3764/3507 10232/3826/3562 10165/3762/3505</w:t>
        <w:br/>
        <w:t>f 10231/3827/3563 10194/3794/3535 10185/3781/3524</w:t>
        <w:br/>
        <w:t>f 10187/3785/3528 10231/3827/3563 10185/3781/3524</w:t>
        <w:br/>
        <w:t>f 10174/3776/3519 10194/3794/3535 10231/3827/3563</w:t>
        <w:br/>
        <w:t>f 10232/3826/3562 10174/3776/3519 10231/3827/3563</w:t>
        <w:br/>
        <w:t>f 10163/3764/3507 10177/3773/3516 10174/3776/3519</w:t>
        <w:br/>
        <w:t>f 10232/3826/3562 10163/3764/3507 10174/3776/3519</w:t>
        <w:br/>
        <w:t>f 10163/3764/3507 10164/3763/3506 10155/3757/3500</w:t>
        <w:br/>
        <w:t>f 10177/3773/3516 10163/3764/3507 10155/3757/3500</w:t>
        <w:br/>
        <w:t>f 10159/3761/3504 10239/3828/3564 10221/3820/3557</w:t>
        <w:br/>
        <w:t>f 10162/3758/3501 10159/3761/3504 10221/3820/3557</w:t>
        <w:br/>
        <w:t>f 10241/3829/3565 10221/3820/3557 10239/3828/3564</w:t>
        <w:br/>
        <w:t>f 10240/3830/3566 10241/3829/3565 10239/3828/3564</w:t>
        <w:br/>
        <w:t>f 10241/3829/3565 10240/3830/3566 10242/3831/3567</w:t>
        <w:br/>
        <w:t>f 10215/3816/3553 10241/3829/3565 10242/3831/3567</w:t>
        <w:br/>
        <w:t>f 10242/3831/3567 10209/3808/3546 10206/3807/3545</w:t>
        <w:br/>
        <w:t>f 10215/3816/3553 10242/3831/3567 10206/3807/3545</w:t>
        <w:br/>
        <w:t>f 10243/3832/3568 10229/3823/3559 10176/3774/3517</w:t>
        <w:br/>
        <w:t>f 10203/3801/3542 10243/3832/3568 10176/3774/3517</w:t>
        <w:br/>
        <w:t>f 10242/3831/3567 10240/3830/3566 10210/3810/3548</w:t>
        <w:br/>
        <w:t>f 10188/3788/3531 10242/3831/3567 10210/3810/3548</w:t>
        <w:br/>
        <w:t>f 10239/3828/3564 10212/3811/3549 10210/3810/3548</w:t>
        <w:br/>
        <w:t>f 10240/3830/3566 10239/3828/3564 10210/3810/3548</w:t>
        <w:br/>
        <w:t>f 10212/3811/3549 10239/3828/3564 10159/3761/3504</w:t>
        <w:br/>
        <w:t>f 10164/3763/3506 10212/3811/3549 10159/3761/3504</w:t>
        <w:br/>
        <w:t>f 10158/3754/3497 10159/3761/3504 10160/3760/3503</w:t>
        <w:br/>
        <w:t>f 10157/3755/3498 10158/3754/3497 10160/3760/3503</w:t>
        <w:br/>
        <w:t>f 10160/3760/3503 10168/3768/3511 10167/3765/3508</w:t>
        <w:br/>
        <w:t>f 10157/3755/3498 10160/3760/3503 10167/3765/3508</w:t>
        <w:br/>
        <w:t>f 10168/3768/3511 10198/3798/3539 10191/3789/3529</w:t>
        <w:br/>
        <w:t>f 10167/3765/3508 10168/3768/3511 10191/3789/3529</w:t>
        <w:br/>
        <w:t>f 10186/3786/3529 10208/3805/3539 10209/3808/3546</w:t>
        <w:br/>
        <w:t>f 10187/3785/3528 10186/3786/3529 10209/3808/3546</w:t>
        <w:br/>
        <w:t>f 10188/3788/3531 10187/3785/3528 10209/3808/3546</w:t>
        <w:br/>
        <w:t>f 10242/3831/3567 10188/3788/3531 10209/3808/3546</w:t>
        <w:br/>
        <w:t>f 10249/3833/3569 10243/3832/3568 10203/3801/3542</w:t>
        <w:br/>
        <w:t>f 10200/3800/3541 10249/3833/3569 10203/3801/3542</w:t>
        <w:br/>
        <w:t>f 10200/3800/3541 10201/3799/3540 10250/3834/3570</w:t>
        <w:br/>
        <w:t>f 10249/3833/3569 10200/3800/3541 10250/3834/3570</w:t>
        <w:br/>
        <w:t>f 10165/3762/3505 10212/3811/3549 10164/3763/3506</w:t>
        <w:br/>
        <w:t>f 10189/3787/3530 10231/3827/3563 10187/3785/3528</w:t>
        <w:br/>
        <w:t>f 10216/3815/3552 10178/3779/3522 10251/3835/3571</w:t>
        <w:br/>
        <w:t>f 10215/3816/3553 10216/3815/3552 10251/3835/3571</w:t>
        <w:br/>
        <w:t>f 10251/3835/3571 10241/3829/3565 10215/3816/3553</w:t>
        <w:br/>
        <w:t>f 10251/3835/3571 10178/3779/3522 10252/3836/3572</w:t>
        <w:br/>
        <w:t>f 10179/3778/3521 10221/3820/3557 10253/3837/3573</w:t>
        <w:br/>
        <w:t>f 10221/3820/3557 10241/3829/3565 10253/3837/3573</w:t>
        <w:br/>
        <w:t>f 10253/3837/3573 10252/3836/3572 10178/3779/3522</w:t>
        <w:br/>
        <w:t>f 10253/3837/3573 10178/3779/3522 10179/3778/3521</w:t>
        <w:br/>
        <w:t>f 10253/3837/3573 10241/3829/3565 10252/3836/3572</w:t>
        <w:br/>
        <w:t>f 10252/3836/3572 10241/3829/3565 10251/3835/3571</w:t>
        <w:br/>
        <w:t>f 10223/3822/3558 10197/3795/3536 10178/3779/3522</w:t>
        <w:br/>
        <w:t>f 10216/3815/3552 10223/3822/3558 10178/3779/3522</w:t>
        <w:br/>
        <w:t>f 10178/3779/3522 10196/3796/3537 10181/3780/3523</w:t>
        <w:br/>
        <w:t>f 10219/3818/3555 10193/3791/3532 10172/3770/3513</w:t>
        <w:br/>
        <w:t>f 10218/3819/3556 10219/3818/3555 10172/3770/3513</w:t>
        <w:br/>
        <w:t>f 10254/3838/3574 10218/3819/3556 10172/3770/3513</w:t>
        <w:br/>
        <w:t>f 10173/3769/3512 10254/3838/3574 10172/3770/3513</w:t>
        <w:br/>
        <w:t>f 10218/3819/3556 10254/3838/3574 10255/3839/3575</w:t>
        <w:br/>
        <w:t>f 10230/3825/3561 10263/3840/3576 10184/3782/3525</w:t>
        <w:br/>
        <w:t>f 10263/3840/3576 10264/3841/3577 10184/3782/3525</w:t>
        <w:br/>
        <w:t>f 10183/3783/3526 10184/3782/3525 10264/3841/3577</w:t>
        <w:br/>
        <w:t>f 10265/3842/3578 10183/3783/3526 10264/3841/3577</w:t>
        <w:br/>
        <w:t>f 10266/3843/3579 10250/3834/3570 10201/3799/3540</w:t>
        <w:br/>
        <w:t>f 10205/3804/3526 10266/3843/3579 10201/3799/3540</w:t>
        <w:br/>
        <w:t>f 10285/3844/3580 10284/3845/3581 10283/3846/3582</w:t>
        <w:br/>
        <w:t>f 10282/3847/3583 10285/3844/3580 10283/3846/3582</w:t>
        <w:br/>
        <w:t>f 10289/3848/3584 10288/3849/3585 10287/3850/3586</w:t>
        <w:br/>
        <w:t>f 10286/3851/3587 10289/3848/3584 10287/3850/3586</w:t>
        <w:br/>
        <w:t>f 10292/3852/3588 10291/3853/3589 10290/3854/3590</w:t>
        <w:br/>
        <w:t>f 10294/3855/3591 10282/3847/3583 10283/3846/3582</w:t>
        <w:br/>
        <w:t>f 10293/3856/3592 10294/3855/3591 10283/3846/3582</w:t>
        <w:br/>
        <w:t>f 10296/3857/3593 10286/3851/3587 10287/3850/3586</w:t>
        <w:br/>
        <w:t>f 10295/3858/3594 10296/3857/3593 10287/3850/3586</w:t>
        <w:br/>
        <w:t>f 10300/3859/3595 10299/3860/3596 10298/3861/3597</w:t>
        <w:br/>
        <w:t>f 10297/3862/3598 10300/3859/3595 10298/3861/3597</w:t>
        <w:br/>
        <w:t>f 10304/3863/3599 10303/3864/3600 10302/3865/3601</w:t>
        <w:br/>
        <w:t>f 10301/3866/3602 10304/3863/3599 10302/3865/3601</w:t>
        <w:br/>
        <w:t>f 10307/3867/3603 10306/3868/3604 10305/3869/3605</w:t>
        <w:br/>
        <w:t>f 10308/3870/3606 10307/3867/3603 10305/3869/3605</w:t>
        <w:br/>
        <w:t>f 10312/3871/3607 10311/3872/3608 10310/3873/3609</w:t>
        <w:br/>
        <w:t>f 10309/3874/3610 10312/3871/3607 10310/3873/3609</w:t>
        <w:br/>
        <w:t>f 10314/3875/3611 10313/3876/3612 10311/3872/3608</w:t>
        <w:br/>
        <w:t>f 10312/3871/3607 10314/3875/3611 10311/3872/3608</w:t>
        <w:br/>
        <w:t>f 10316/3877/3613 10315/3878/3614 10314/3875/3611</w:t>
        <w:br/>
        <w:t>f 10294/3855/3591 10293/3856/3592 10318/3879/3608</w:t>
        <w:br/>
        <w:t>f 10317/3880/3612 10294/3855/3591 10318/3879/3608</w:t>
        <w:br/>
        <w:t>f 10320/3881/3615 10297/3862/3598 10298/3861/3597</w:t>
        <w:br/>
        <w:t>f 10319/3882/3616 10320/3881/3615 10298/3861/3597</w:t>
        <w:br/>
        <w:t>f 10322/3883/3617 10321/3884/3618 10302/3865/3601</w:t>
        <w:br/>
        <w:t>f 10303/3864/3600 10322/3883/3617 10302/3865/3601</w:t>
        <w:br/>
        <w:t>f 10324/3885/3619 10307/3867/3603 10323/3886/3620</w:t>
        <w:br/>
        <w:t>f 10296/3857/3593 10295/3858/3594 10326/3887/3621</w:t>
        <w:br/>
        <w:t>f 10325/3888/3622 10296/3857/3593 10326/3887/3621</w:t>
        <w:br/>
        <w:t>f 10312/3871/3607 10309/3874/3610 10321/3884/3618</w:t>
        <w:br/>
        <w:t>f 10322/3883/3617 10312/3871/3607 10321/3884/3618</w:t>
        <w:br/>
        <w:t>f 10283/3846/3582 10328/3889/3623 10327/3890/3624</w:t>
        <w:br/>
        <w:t>f 10293/3856/3592 10283/3846/3582 10327/3890/3624</w:t>
        <w:br/>
        <w:t>f 10330/3891/3625 10329/3892/3626 10304/3863/3599</w:t>
        <w:br/>
        <w:t>f 10301/3866/3602 10330/3891/3625 10304/3863/3599</w:t>
        <w:br/>
        <w:t>f 10299/3860/3596 10331/3893/3627 10289/3848/3584</w:t>
        <w:br/>
        <w:t>f 10286/3851/3587 10299/3860/3596 10289/3848/3584</w:t>
        <w:br/>
        <w:t>f 10332/3894/3628 10318/3879/3608 10293/3856/3592</w:t>
        <w:br/>
        <w:t>f 10327/3890/3624 10332/3894/3628 10293/3856/3592</w:t>
        <w:br/>
        <w:t>f 10335/3895/3629 10334/3896/3630 10333/3897/3631</w:t>
        <w:br/>
        <w:t>f 10336/3898/3632 10335/3895/3629 10333/3897/3631</w:t>
        <w:br/>
        <w:t>f 10338/3899/3633 10337/3900/3634 10315/3878/3614</w:t>
        <w:br/>
        <w:t>f 10316/3877/3613 10338/3899/3633 10315/3878/3614</w:t>
        <w:br/>
        <w:t>f 10339/3901/3635 10337/3900/3634 10338/3899/3633</w:t>
        <w:br/>
        <w:t>f 10292/3852/3588 10339/3901/3635 10338/3899/3633</w:t>
        <w:br/>
        <w:t>f 10341/3902/3636 10340/3903/3637 10334/3896/3630</w:t>
        <w:br/>
        <w:t>f 10335/3895/3629 10341/3902/3636 10334/3896/3630</w:t>
        <w:br/>
        <w:t>f 10344/3904/3638 10335/3895/3629 10343/3905/3639</w:t>
        <w:br/>
        <w:t>f 10342/3906/3640 10344/3904/3638 10343/3905/3639</w:t>
        <w:br/>
        <w:t>f 10347/3907/3641 10346/3908/3642 10345/3909/3643</w:t>
        <w:br/>
        <w:t>f 10306/3868/3604 10348/3910/3644 10289/3848/3584</w:t>
        <w:br/>
        <w:t>f 10331/3893/3627 10306/3868/3604 10289/3848/3584</w:t>
        <w:br/>
        <w:t>f 10300/3859/3595 10331/3893/3627 10299/3860/3596</w:t>
        <w:br/>
        <w:t>f 10349/3911/3615 10340/3903/3637 10341/3902/3636</w:t>
        <w:br/>
        <w:t>f 10342/3906/3640 10350/3912/3645 10349/3911/3615</w:t>
        <w:br/>
        <w:t>f 10341/3902/3636 10342/3906/3640 10349/3911/3615</w:t>
        <w:br/>
        <w:t>f 10300/3859/3595 10305/3869/3605 10306/3868/3604</w:t>
        <w:br/>
        <w:t>f 10331/3893/3627 10300/3859/3595 10306/3868/3604</w:t>
        <w:br/>
        <w:t>f 10299/3860/3596 10286/3851/3587 10296/3857/3593</w:t>
        <w:br/>
        <w:t>f 10298/3861/3597 10299/3860/3596 10296/3857/3593</w:t>
        <w:br/>
        <w:t>f 10298/3861/3597 10296/3857/3593 10325/3888/3622</w:t>
        <w:br/>
        <w:t>f 10319/3882/3616 10298/3861/3597 10325/3888/3622</w:t>
        <w:br/>
        <w:t>f 10284/3845/3581 10330/3891/3625 10328/3889/3623</w:t>
        <w:br/>
        <w:t>f 10283/3846/3582 10284/3845/3581 10328/3889/3623</w:t>
        <w:br/>
        <w:t>f 10302/3865/3601 10356/3913/3646 10355/3914/3647</w:t>
        <w:br/>
        <w:t>f 10301/3866/3602 10302/3865/3601 10355/3914/3647</w:t>
        <w:br/>
        <w:t>f 10321/3884/3618 10309/3874/3610 10357/3915/3648</w:t>
        <w:br/>
        <w:t>f 10321/3884/3618 10357/3915/3648 10356/3913/3646</w:t>
        <w:br/>
        <w:t>f 10302/3865/3601 10321/3884/3618 10356/3913/3646</w:t>
        <w:br/>
        <w:t>f 10359/3916/3649 10338/3899/3633 10316/3877/3613</w:t>
        <w:br/>
        <w:t>f 10358/3917/3650 10359/3916/3649 10316/3877/3613</w:t>
        <w:br/>
        <w:t>f 10359/3916/3649 10291/3853/3589 10292/3852/3588</w:t>
        <w:br/>
        <w:t>f 10338/3899/3633 10359/3916/3649 10292/3852/3588</w:t>
        <w:br/>
        <w:t>f 10358/3917/3650 10314/3875/3611 10312/3871/3607</w:t>
        <w:br/>
        <w:t>f 10322/3883/3617 10358/3917/3650 10312/3871/3607</w:t>
        <w:br/>
        <w:t>f 10303/3864/3600 10359/3916/3649 10358/3917/3650</w:t>
        <w:br/>
        <w:t>f 10322/3883/3617 10303/3864/3600 10358/3917/3650</w:t>
        <w:br/>
        <w:t>f 10291/3853/3589 10359/3916/3649 10303/3864/3600</w:t>
        <w:br/>
        <w:t>f 10304/3863/3599 10291/3853/3589 10303/3864/3600</w:t>
        <w:br/>
        <w:t>f 10291/3853/3589 10304/3863/3599 10284/3845/3651</w:t>
        <w:br/>
        <w:t>f 10290/3854/3590 10291/3853/3589 10284/3845/3651</w:t>
        <w:br/>
        <w:t>f 10288/3849/3585 10289/3848/3584 10348/3910/3644</w:t>
        <w:br/>
        <w:t>f 10366/3918/3652 10288/3849/3585 10348/3910/3644</w:t>
        <w:br/>
        <w:t>f 10368/3919/3653 10367/3920/3654 10366/3918/3652</w:t>
        <w:br/>
        <w:t>f 10348/3910/3644 10368/3919/3653 10366/3918/3652</w:t>
        <w:br/>
        <w:t>f 10368/3919/3653 10343/3905/3639 10369/3921/3655</w:t>
        <w:br/>
        <w:t>f 10367/3920/3654 10368/3919/3653 10369/3921/3655</w:t>
        <w:br/>
        <w:t>f 10369/3921/3655 10343/3905/3639 10335/3895/3629</w:t>
        <w:br/>
        <w:t>f 10336/3898/3632 10369/3921/3655 10335/3895/3629</w:t>
        <w:br/>
        <w:t>f 10370/3922/3656 10330/3891/3625 10301/3866/3602</w:t>
        <w:br/>
        <w:t>f 10355/3914/3647 10370/3922/3656 10301/3866/3602</w:t>
        <w:br/>
        <w:t>f 10369/3921/3655 10315/3878/3614 10337/3900/3634</w:t>
        <w:br/>
        <w:t>f 10367/3920/3654 10369/3921/3655 10337/3900/3634</w:t>
        <w:br/>
        <w:t>f 10366/3918/3652 10367/3920/3654 10337/3900/3634</w:t>
        <w:br/>
        <w:t>f 10339/3901/3635 10366/3918/3652 10337/3900/3634</w:t>
        <w:br/>
        <w:t>f 10339/3901/3635 10290/3854/3590 10288/3849/3585</w:t>
        <w:br/>
        <w:t>f 10366/3918/3652 10339/3901/3635 10288/3849/3585</w:t>
        <w:br/>
        <w:t>f 10285/3844/3580 10282/3847/3583 10287/3850/3586</w:t>
        <w:br/>
        <w:t>f 10288/3849/3585 10285/3844/3580 10287/3850/3586</w:t>
        <w:br/>
        <w:t>f 10287/3850/3586 10282/3847/3583 10294/3855/3591</w:t>
        <w:br/>
        <w:t>f 10295/3858/3594 10287/3850/3586 10294/3855/3591</w:t>
        <w:br/>
        <w:t>f 10295/3858/3594 10294/3855/3591 10317/3880/3612</w:t>
        <w:br/>
        <w:t>f 10326/3887/3621 10295/3858/3594 10317/3880/3612</w:t>
        <w:br/>
        <w:t>f 10313/3876/3612 10314/3875/3611 10336/3898/3632</w:t>
        <w:br/>
        <w:t>f 10333/3897/3631 10313/3876/3612 10336/3898/3632</w:t>
        <w:br/>
        <w:t>f 10315/3878/3614 10369/3921/3655 10336/3898/3632</w:t>
        <w:br/>
        <w:t>f 10314/3875/3611 10315/3878/3614 10336/3898/3632</w:t>
        <w:br/>
        <w:t>f 10376/3923/3657 10328/3889/3623 10330/3891/3625</w:t>
        <w:br/>
        <w:t>f 10370/3922/3656 10376/3923/3657 10330/3891/3625</w:t>
        <w:br/>
        <w:t>f 10328/3889/3623 10376/3923/3657 10377/3924/3658</w:t>
        <w:br/>
        <w:t>f 10327/3890/3624 10328/3889/3623 10377/3924/3658</w:t>
        <w:br/>
        <w:t>f 10292/3852/3588 10290/3854/3590 10339/3901/3635</w:t>
        <w:br/>
        <w:t>f 10316/3877/3613 10314/3875/3611 10358/3917/3650</w:t>
        <w:br/>
        <w:t>f 10342/3906/3640 10378/3925/3659 10307/3867/3603</w:t>
        <w:br/>
        <w:t>f 10343/3905/3639 10378/3925/3659 10342/3906/3640</w:t>
        <w:br/>
        <w:t>f 10378/3925/3659 10343/3905/3639 10368/3919/3653</w:t>
        <w:br/>
        <w:t>f 10378/3925/3659 10379/3926/3660 10307/3867/3603</w:t>
        <w:br/>
        <w:t>f 10306/3868/3604 10380/3927/3661 10348/3910/3644</w:t>
        <w:br/>
        <w:t>f 10348/3910/3644 10380/3927/3661 10368/3919/3653</w:t>
        <w:br/>
        <w:t>f 10380/3927/3661 10307/3867/3603 10379/3926/3660</w:t>
        <w:br/>
        <w:t>f 10380/3927/3661 10306/3868/3604 10307/3867/3603</w:t>
        <w:br/>
        <w:t>f 10380/3927/3661 10379/3926/3660 10368/3919/3653</w:t>
        <w:br/>
        <w:t>f 10379/3926/3660 10378/3925/3659 10368/3919/3653</w:t>
        <w:br/>
        <w:t>f 10350/3912/3645 10342/3906/3640 10307/3867/3603</w:t>
        <w:br/>
        <w:t>f 10324/3885/3619 10350/3912/3645 10307/3867/3603</w:t>
        <w:br/>
        <w:t>f 10307/3867/3603 10308/3870/3606 10323/3886/3620</w:t>
        <w:br/>
        <w:t>f 10345/3909/3643 10346/3908/3642 10297/3862/3598</w:t>
        <w:br/>
        <w:t>f 10320/3881/3615 10345/3909/3643 10297/3862/3598</w:t>
        <w:br/>
        <w:t>f 10381/3928/3662 10300/3859/3595 10297/3862/3598</w:t>
        <w:br/>
        <w:t>f 10346/3908/3642 10381/3928/3662 10297/3862/3598</w:t>
        <w:br/>
        <w:t>f 10346/3908/3642 10382/3929/3663 10381/3928/3662</w:t>
        <w:br/>
        <w:t>f 10357/3915/3648 10309/3874/3610 10390/3930/3664</w:t>
        <w:br/>
        <w:t>f 10390/3930/3664 10309/3874/3610 10391/3931/3665</w:t>
        <w:br/>
        <w:t>f 10310/3873/3609 10392/3932/3666 10391/3931/3665</w:t>
        <w:br/>
        <w:t>f 10309/3874/3610 10310/3873/3609 10391/3931/3665</w:t>
        <w:br/>
        <w:t>f 10393/3933/3667 10332/3894/3628 10327/3890/3624</w:t>
        <w:br/>
        <w:t>f 10377/3924/3658 10393/3933/3667 10327/3890/3624</w:t>
        <w:br/>
        <w:t>f 9853/3934/3668 9852/3935/3669 9851/3936/3670</w:t>
        <w:br/>
        <w:t>f 9850/3937/3668 9853/3934/3668 9851/3936/3670</w:t>
        <w:br/>
        <w:t>f 9855/3938/3671 9853/3934/3668 9850/3937/3668</w:t>
        <w:br/>
        <w:t>f 9854/3939/3671 9855/3938/3671 9850/3937/3668</w:t>
        <w:br/>
        <w:t>f 9856/3940/3672 9855/3938/3671 9854/3939/3671</w:t>
        <w:br/>
        <w:t>f 9857/3941/3673 9856/3940/3672 9854/3939/3671</w:t>
        <w:br/>
        <w:t>f 9861/3942/3674 9860/3943/3675 9859/3944/3675</w:t>
        <w:br/>
        <w:t>f 9858/3945/3674 9861/3942/3674 9859/3944/3675</w:t>
        <w:br/>
        <w:t>f 9863/3946/3676 9859/3944/3675 9860/3943/3675</w:t>
        <w:br/>
        <w:t>f 9862/3947/3676 9863/3946/3676 9860/3943/3675</w:t>
        <w:br/>
        <w:t>f 9867/3948/3677 9866/3949/3678 9865/3950/3678</w:t>
        <w:br/>
        <w:t>f 9864/3951/3677 9867/3948/3677 9865/3950/3678</w:t>
        <w:br/>
        <w:t>f 9871/3952/3679 9870/3953/3679 9869/3954/3680</w:t>
        <w:br/>
        <w:t>f 9868/3955/3680 9871/3952/3679 9869/3954/3680</w:t>
        <w:br/>
        <w:t>f 9868/3955/3680 9869/3954/3680 9873/3956/3681</w:t>
        <w:br/>
        <w:t>f 9872/3957/3682 9868/3955/3680 9873/3956/3681</w:t>
        <w:br/>
        <w:t>f 9872/3957/3682 9873/3956/3681 9874/3958/3683</w:t>
        <w:br/>
        <w:t>f 9875/3959/3684 9872/3957/3682 9874/3958/3683</w:t>
        <w:br/>
        <w:t>f 9879/3960/3685 9878/3961/3686 9877/3962/3687</w:t>
        <w:br/>
        <w:t>f 9876/3963/3687 9879/3960/3685 9877/3962/3687</w:t>
        <w:br/>
        <w:t>f 9882/3964/3688 9881/3965/3689 9880/3966/3689</w:t>
        <w:br/>
        <w:t>f 9883/3967/3690 9882/3964/3688 9880/3966/3689</w:t>
        <w:br/>
        <w:t>f 9887/3968/3691 9886/3969/3692 9885/3970/3693</w:t>
        <w:br/>
        <w:t>f 9884/3971/3691 9887/3968/3691 9885/3970/3693</w:t>
        <w:br/>
        <w:t>f 9887/3968/3691 9884/3971/3691 9888/3972/3694</w:t>
        <w:br/>
        <w:t>f 9889/3973/3694 9887/3968/3691 9888/3972/3694</w:t>
        <w:br/>
        <w:t>f 9892/3974/3695 9891/3975/3695 9890/3976/3696</w:t>
        <w:br/>
        <w:t>f 9893/3977/3696 9892/3974/3695 9890/3976/3696</w:t>
        <w:br/>
        <w:t>f 9896/3978/3697 9895/3979/3698 9894/3980/3699</w:t>
        <w:br/>
        <w:t>f 9897/3981/3699 9896/3978/3697 9894/3980/3699</w:t>
        <w:br/>
        <w:t>f 9901/3982/3700 9900/3983/3700 9899/3984/3701</w:t>
        <w:br/>
        <w:t>f 9898/3985/3701 9901/3982/3700 9899/3984/3701</w:t>
        <w:br/>
        <w:t>f 9901/3982/3700 9903/3986/3702 9902/3987/3702</w:t>
        <w:br/>
        <w:t>f 9900/3983/3700 9901/3982/3700 9902/3987/3702</w:t>
        <w:br/>
        <w:t>f 9907/3988/3703 9906/3989/3704 9905/3990/3705</w:t>
        <w:br/>
        <w:t>f 9904/3991/3706 9907/3988/3703 9905/3990/3705</w:t>
        <w:br/>
        <w:t>f 9908/3992/3707 9906/3989/3704 9907/3988/3703</w:t>
        <w:br/>
        <w:t>f 9909/3993/3707 9908/3992/3707 9907/3988/3703</w:t>
        <w:br/>
        <w:t>f 9912/3994/3708 9911/3995/3709 9910/3996/3710</w:t>
        <w:br/>
        <w:t>f 9913/3997/3708 9912/3994/3708 9910/3996/3710</w:t>
        <w:br/>
        <w:t>f 9913/3997/3708 9915/3998/3711 9914/3999/3712</w:t>
        <w:br/>
        <w:t>f 9912/3994/3708 9913/3997/3708 9914/3999/3712</w:t>
        <w:br/>
        <w:t>f 9918/4000/3713 9917/4001/3714 9916/4002/3715</w:t>
        <w:br/>
        <w:t>f 9919/4003/3716 9918/4000/3713 9916/4002/3715</w:t>
        <w:br/>
        <w:t>f 9923/4004/3717 9922/4005/3718 9921/4006/3718</w:t>
        <w:br/>
        <w:t>f 9920/4007/3717 9923/4004/3717 9921/4006/3718</w:t>
        <w:br/>
        <w:t>f 9926/4008/3719 9925/4009/3719 9924/4010/3720</w:t>
        <w:br/>
        <w:t>f 9927/4011/3720 9926/4008/3719 9924/4010/3720</w:t>
        <w:br/>
        <w:t>f 9930/4012/3721 9929/4013/3722 9928/4014/3723</w:t>
        <w:br/>
        <w:t>f 9931/4015/3721 9930/4012/3721 9928/4014/3723</w:t>
        <w:br/>
        <w:t>f 9935/4016/3724 9934/4017/3724 9933/4018/3725</w:t>
        <w:br/>
        <w:t>f 9932/4019/3725 9935/4016/3724 9933/4018/3725</w:t>
        <w:br/>
        <w:t>f 9939/4020/3726 9938/4021/3726 9937/4022/3727</w:t>
        <w:br/>
        <w:t>f 9936/4023/3727 9939/4020/3726 9937/4022/3727</w:t>
        <w:br/>
        <w:t>f 9941/4024/3728 9940/4025/3728 9880/3966/3689</w:t>
        <w:br/>
        <w:t>f 9881/3965/3689 9941/4024/3728 9880/3966/3689</w:t>
        <w:br/>
        <w:t>f 9945/4026/3729 9944/4027/3730 9943/4028/3730</w:t>
        <w:br/>
        <w:t>f 9942/4029/3731 9945/4026/3729 9943/4028/3730</w:t>
        <w:br/>
        <w:t>f 9949/4030/3732 9948/4031/3733 9947/4032/3734</w:t>
        <w:br/>
        <w:t>f 9946/4033/3735 9949/4030/3732 9947/4032/3734</w:t>
        <w:br/>
        <w:t>f 9953/4034/3736 9952/4035/3737 9951/4036/3738</w:t>
        <w:br/>
        <w:t>f 9950/4037/3739 9953/4034/3736 9951/4036/3738</w:t>
        <w:br/>
        <w:t>f 9957/4038/3740 9956/4039/3741 9955/4040/3741</w:t>
        <w:br/>
        <w:t>f 9954/4041/3740 9957/4038/3740 9955/4040/3741</w:t>
        <w:br/>
        <w:t>f 9959/4042/3742 9945/4026/3729 9942/4029/3731</w:t>
        <w:br/>
        <w:t>f 9958/4043/3743 9959/4042/3742 9942/4029/3731</w:t>
        <w:br/>
        <w:t>f 9961/4044/3744 9960/4045/3745 9948/4031/3733</w:t>
        <w:br/>
        <w:t>f 9949/4030/3732 9961/4044/3744 9948/4031/3733</w:t>
        <w:br/>
        <w:t>f 9952/4035/3737 9953/4034/3736 9963/4046/3746</w:t>
        <w:br/>
        <w:t>f 9962/4047/3747 9952/4035/3737 9963/4046/3746</w:t>
        <w:br/>
        <w:t>f 9965/4048/3748 9957/4038/3740 9954/4041/3740</w:t>
        <w:br/>
        <w:t>f 9964/4049/3749 9965/4048/3748 9954/4041/3740</w:t>
        <w:br/>
        <w:t>f 9969/4050/3750 9968/4051/3751 9967/4052/3752</w:t>
        <w:br/>
        <w:t>f 9966/4053/3750 9969/4050/3750 9967/4052/3752</w:t>
        <w:br/>
        <w:t>f 9973/4054/3753 9972/4055/3754 9971/4056/3755</w:t>
        <w:br/>
        <w:t>f 9970/4057/3756 9973/4054/3753 9971/4056/3755</w:t>
        <w:br/>
        <w:t>f 9977/4058/3757 9976/4059/3758 9975/4060/3759</w:t>
        <w:br/>
        <w:t>f 9974/4061/3760 9977/4058/3757 9975/4060/3759</w:t>
        <w:br/>
        <w:t>f 9981/4062/3761 9980/4063/3762 9979/4064/3763</w:t>
        <w:br/>
        <w:t>f 9978/4065/3764 9981/4062/3761 9979/4064/3763</w:t>
        <w:br/>
        <w:t>f 9964/4049/3749 9969/4050/3750 9966/4053/3750</w:t>
        <w:br/>
        <w:t>f 9965/4048/3748 9964/4049/3749 9966/4053/3750</w:t>
        <w:br/>
        <w:t>f 9963/4046/3746 9973/4054/3753 9970/4057/3756</w:t>
        <w:br/>
        <w:t>f 9962/4047/3747 9963/4046/3746 9970/4057/3756</w:t>
        <w:br/>
        <w:t>f 9960/4045/3745 9961/4044/3744 9976/4059/3758</w:t>
        <w:br/>
        <w:t>f 9977/4058/3757 9960/4045/3745 9976/4059/3758</w:t>
        <w:br/>
        <w:t>f 9980/4063/3762 9981/4062/3761 9959/4042/3742</w:t>
        <w:br/>
        <w:t>f 9958/4043/3743 9980/4063/3762 9959/4042/3742</w:t>
        <w:br/>
        <w:t>f 9926/4008/3719 9943/4028/3730 9944/4027/3730</w:t>
        <w:br/>
        <w:t>f 9925/4009/3719 9926/4008/3719 9944/4027/3730</w:t>
        <w:br/>
        <w:t>f 9946/4033/3735 9947/4032/3734 9921/4006/3718</w:t>
        <w:br/>
        <w:t>f 9922/4005/3718 9946/4033/3735 9921/4006/3718</w:t>
        <w:br/>
        <w:t>f 9950/4037/3739 9951/4036/3738 9983/4066/3765</w:t>
        <w:br/>
        <w:t>f 9982/4067/3765 9950/4037/3739 9983/4066/3765</w:t>
        <w:br/>
        <w:t>f 9985/4068/3766 9955/4040/3741 9956/4039/3741</w:t>
        <w:br/>
        <w:t>f 9984/4069/3767 9985/4068/3766 9956/4039/3741</w:t>
        <w:br/>
        <w:t>f 9974/4061/3760 9975/4060/3759 9987/4070/3768</w:t>
        <w:br/>
        <w:t>f 9986/4071/3769 9974/4061/3760 9987/4070/3768</w:t>
        <w:br/>
        <w:t>f 9979/4064/3763 9989/4072/3770 9988/4073/3770</w:t>
        <w:br/>
        <w:t>f 9978/4065/3764 9979/4064/3763 9988/4073/3770</w:t>
        <w:br/>
        <w:t>f 9967/4052/3752 9968/4051/3751 9990/4074/3771</w:t>
        <w:br/>
        <w:t>f 9991/4075/3771 9967/4052/3752 9990/4074/3771</w:t>
        <w:br/>
        <w:t>f 9993/4076/3772 9992/4077/3773 9971/4056/3755</w:t>
        <w:br/>
        <w:t>f 9972/4055/3754 9993/4076/3772 9971/4056/3755</w:t>
        <w:br/>
        <w:t>f 9986/4071/3769 9987/4070/3768 9940/4025/3728</w:t>
        <w:br/>
        <w:t>f 9941/4024/3728 9986/4071/3769 9940/4025/3728</w:t>
        <w:br/>
        <w:t>f 9903/3986/3702 9988/4073/3770 9989/4072/3770</w:t>
        <w:br/>
        <w:t>f 9902/3987/3702 9903/3986/3702 9989/4072/3770</w:t>
        <w:br/>
        <w:t>f 9990/4074/3771 9867/3948/3677 9864/3951/3677</w:t>
        <w:br/>
        <w:t>f 9991/4075/3771 9990/4074/3771 9864/3951/3677</w:t>
        <w:br/>
        <w:t>f 9938/4021/3726 9939/4020/3726 9992/4077/3773</w:t>
        <w:br/>
        <w:t>f 9993/4076/3772 9938/4021/3726 9992/4077/3773</w:t>
        <w:br/>
        <w:t>f 9997/4078/3774 9996/4079/3775 9995/4080/3776</w:t>
        <w:br/>
        <w:t>f 9994/4081/3774 9997/4078/3774 9995/4080/3776</w:t>
        <w:br/>
        <w:t>f 9904/3991/3706 9905/3990/3705 9998/4082/3777</w:t>
        <w:br/>
        <w:t>f 9999/4083/3777 9904/3991/3706 9998/4082/3777</w:t>
        <w:br/>
        <w:t>f 10000/4084/3778 9885/3970/3693 9886/3969/3692</w:t>
        <w:br/>
        <w:t>f 10001/4085/3778 10000/4084/3778 9886/3969/3692</w:t>
        <w:br/>
        <w:t>f 10002/4086/3779 9851/3936/3670 9852/3935/3669</w:t>
        <w:br/>
        <w:t>f 10003/4087/3780 10002/4086/3779 9852/3935/3669</w:t>
        <w:br/>
        <w:t>f 10005/4088/3781 10004/4089/3781 9932/4019/3725</w:t>
        <w:br/>
        <w:t>f 9933/4018/3725 10005/4088/3781 9932/4019/3725</w:t>
        <w:br/>
        <w:t>f 10009/4090/3782 10008/4091/3782 10007/4092/3783</w:t>
        <w:br/>
        <w:t>f 10006/4093/3783 10009/4090/3782 10007/4092/3783</w:t>
        <w:br/>
        <w:t>f 10013/4094/3784 10012/4095/3785 10011/4096/3785</w:t>
        <w:br/>
        <w:t>f 10010/4097/3784 10013/4094/3784 10011/4096/3785</w:t>
        <w:br/>
        <w:t>f 9929/4013/3722 10015/4098/3786 10014/4099/3786</w:t>
        <w:br/>
        <w:t>f 9928/4014/3723 9929/4013/3722 10014/4099/3786</w:t>
        <w:br/>
        <w:t>f 10004/4089/3781 10005/4088/3781 10017/4100/3787</w:t>
        <w:br/>
        <w:t>f 10016/4101/3787 10004/4089/3781 10017/4100/3787</w:t>
        <w:br/>
        <w:t>f 10008/4091/3782 10009/4090/3782 10019/4102/3788</w:t>
        <w:br/>
        <w:t>f 10018/4103/3789 10008/4091/3782 10019/4102/3788</w:t>
        <w:br/>
        <w:t>f 9996/4079/3775 10013/4094/3784 10010/4097/3784</w:t>
        <w:br/>
        <w:t>f 9995/4080/3776 9996/4079/3775 10010/4097/3784</w:t>
        <w:br/>
        <w:t>f 10015/4098/3786 10021/4104/3790 10020/4105/3790</w:t>
        <w:br/>
        <w:t>f 10014/4099/3786 10015/4098/3786 10020/4105/3790</w:t>
        <w:br/>
        <w:t>f 9858/3945/3674 10023/4106/3791 10022/4107/3791</w:t>
        <w:br/>
        <w:t>f 9861/3942/3674 9858/3945/3674 10022/4107/3791</w:t>
        <w:br/>
        <w:t>f 9876/3963/3687 9877/3962/3687 10024/4108/3792</w:t>
        <w:br/>
        <w:t>f 10025/4109/3792 9876/3963/3687 10024/4108/3792</w:t>
        <w:br/>
        <w:t>f 9897/3981/3699 9894/3980/3699 9891/3975/3695</w:t>
        <w:br/>
        <w:t>f 9892/3974/3695 9897/3981/3699 9891/3975/3695</w:t>
        <w:br/>
        <w:t>f 9915/3998/3711 9918/4000/3713 9919/4003/3716</w:t>
        <w:br/>
        <w:t>f 9914/3999/3712 9915/3998/3711 9919/4003/3716</w:t>
        <w:br/>
        <w:t>f 10027/4110/3793 10026/4111/3676 9865/3950/3678</w:t>
        <w:br/>
        <w:t>f 9866/3949/3678 10027/4110/3793 9865/3950/3678</w:t>
        <w:br/>
        <w:t>f 10029/4112/3690 10028/4113/3690 9878/3961/3686</w:t>
        <w:br/>
        <w:t>f 9879/3960/3685 10029/4112/3690 9878/3961/3686</w:t>
        <w:br/>
        <w:t>f 10031/4114/3794 10030/4115/3795 9895/3979/3698</w:t>
        <w:br/>
        <w:t>f 9896/3978/3697 10031/4114/3794 9895/3979/3698</w:t>
        <w:br/>
        <w:t>f 9937/4022/3727 10033/4116/3796 10032/4117/3797</w:t>
        <w:br/>
        <w:t>f 9936/4023/3727 9937/4022/3727 10032/4117/3797</w:t>
        <w:br/>
        <w:t>f 10023/4106/3791 10035/4118/3798 10034/4119/3799</w:t>
        <w:br/>
        <w:t>f 10022/4107/3791 10023/4106/3791 10034/4119/3799</w:t>
        <w:br/>
        <w:t>f 10037/4120/3800 10036/4121/3800 10025/4109/3792</w:t>
        <w:br/>
        <w:t>f 10024/4108/3792 10037/4120/3800 10025/4109/3792</w:t>
        <w:br/>
        <w:t>f 9893/3977/3696 9890/3976/3696 10039/4122/3801</w:t>
        <w:br/>
        <w:t>f 10038/4123/3802 9893/3977/3696 10039/4122/3801</w:t>
        <w:br/>
        <w:t>f 10041/4124/3803 9910/3996/3710 9911/3995/3709</w:t>
        <w:br/>
        <w:t>f 10040/4125/3803 10041/4124/3803 9911/3995/3709</w:t>
        <w:br/>
        <w:t>f 9997/4078/3774 9994/4081/3774 9870/3953/3679</w:t>
        <w:br/>
        <w:t>f 9871/3952/3679 9997/4078/3774 9870/3953/3679</w:t>
        <w:br/>
        <w:t>f 10021/4104/3790 9999/4083/3777 9998/4082/3777</w:t>
        <w:br/>
        <w:t>f 10020/4105/3790 10021/4104/3790 9998/4082/3777</w:t>
        <w:br/>
        <w:t>f 10000/4084/3778 10001/4085/3778 10018/4103/3789</w:t>
        <w:br/>
        <w:t>f 10019/4102/3788 10000/4084/3778 10018/4103/3789</w:t>
        <w:br/>
        <w:t>f 10002/4086/3779 10003/4087/3780 10016/4101/3787</w:t>
        <w:br/>
        <w:t>f 10017/4100/3787 10002/4086/3779 10016/4101/3787</w:t>
        <w:br/>
        <w:t>f 10035/4118/3798 9856/3940/3672 9857/3941/3673</w:t>
        <w:br/>
        <w:t>f 10034/4119/3799 10035/4118/3798 9857/3941/3673</w:t>
        <w:br/>
        <w:t>f 9875/3959/3684 9874/3958/3683 10036/4121/3800</w:t>
        <w:br/>
        <w:t>f 10037/4120/3800 9875/3959/3684 10036/4121/3800</w:t>
        <w:br/>
        <w:t>f 10038/4123/3802 10039/4122/3801 9889/3973/3694</w:t>
        <w:br/>
        <w:t>f 9888/3972/3694 10038/4123/3802 9889/3973/3694</w:t>
        <w:br/>
        <w:t>f 10040/4125/3803 9908/3992/3707 9909/3993/3707</w:t>
        <w:br/>
        <w:t>f 10041/4124/3803 10040/4125/3803 9909/3993/3707</w:t>
        <w:br/>
        <w:t>f 10012/4095/3785 9923/4004/3717 9920/4007/3717</w:t>
        <w:br/>
        <w:t>f 10011/4096/3785 10012/4095/3785 9920/4007/3717</w:t>
        <w:br/>
        <w:t>f 9927/4011/3720 9924/4010/3720 10006/4093/3783</w:t>
        <w:br/>
        <w:t>f 10007/4092/3783 9927/4011/3720 10006/4093/3783</w:t>
        <w:br/>
        <w:t>f 9931/4015/3721 9982/4067/3765 9983/4066/3765</w:t>
        <w:br/>
        <w:t>f 9930/4012/3721 9931/4015/3721 9983/4066/3765</w:t>
        <w:br/>
        <w:t>f 9934/4017/3724 9935/4016/3724 9985/4068/3766</w:t>
        <w:br/>
        <w:t>f 9984/4069/3767 9934/4017/3724 9985/4068/3766</w:t>
        <w:br/>
        <w:t>f 34696/4126/3804 34695/4127/3804 34694/4128/3805</w:t>
        <w:br/>
        <w:t>f 34693/4129/3806 34696/4126/3804 34694/4128/3805</w:t>
        <w:br/>
        <w:t>f 34700/4130/3807 34699/4131/3808 34698/4132/3809</w:t>
        <w:br/>
        <w:t>f 34697/4133/3810 34700/4130/3807 34698/4132/3809</w:t>
        <w:br/>
        <w:t>f 34703/4134/3811 34702/4135/3812 34701/4136/3812</w:t>
        <w:br/>
        <w:t>f 34704/4137/3813 34703/4134/3811 34701/4136/3812</w:t>
        <w:br/>
        <w:t>f 34708/4138/3814 34707/4139/3815 34706/4140/3816</w:t>
        <w:br/>
        <w:t>f 34705/4141/3814 34708/4138/3814 34706/4140/3816</w:t>
        <w:br/>
        <w:t>f 34712/4142/3817 34711/4143/3818 34710/4144/3819</w:t>
        <w:br/>
        <w:t>f 34709/4145/3820 34712/4142/3817 34710/4144/3819</w:t>
        <w:br/>
        <w:t>f 34716/4146/3821 34715/4147/3822 34714/4148/3823</w:t>
        <w:br/>
        <w:t>f 34713/4149/3823 34716/4146/3821 34714/4148/3823</w:t>
        <w:br/>
        <w:t>f 34713/4149/3823 34714/4148/3823 34695/4127/3804</w:t>
        <w:br/>
        <w:t>f 34696/4126/3804 34713/4149/3823 34695/4127/3804</w:t>
        <w:br/>
        <w:t>f 34717/4150/3824 34693/4129/3806 34694/4128/3805</w:t>
        <w:br/>
        <w:t>f 34718/4151/3824 34717/4150/3824 34694/4128/3805</w:t>
        <w:br/>
        <w:t>f 34721/4152/3812 34720/4153/3825 34719/4154/3826</w:t>
        <w:br/>
        <w:t>f 34722/4155/3827 34721/4152/3812 34719/4154/3826</w:t>
        <w:br/>
        <w:t>f 34720/4153/3825 34703/4134/3811 34704/4137/3813</w:t>
        <w:br/>
        <w:t>f 34719/4154/3826 34720/4153/3825 34704/4137/3813</w:t>
        <w:br/>
        <w:t>f 34723/4156/3828 34701/4136/3812 34702/4135/3812</w:t>
        <w:br/>
        <w:t>f 34724/4157/3829 34723/4156/3828 34702/4135/3812</w:t>
        <w:br/>
        <w:t>f 34728/4158/3830 34727/4159/3831 34726/4160/3832</w:t>
        <w:br/>
        <w:t>f 34725/4161/3832 34728/4158/3830 34726/4160/3832</w:t>
        <w:br/>
        <w:t>f 34725/4161/3832 34726/4160/3832 34711/4143/3818</w:t>
        <w:br/>
        <w:t>f 34712/4142/3817 34725/4161/3832 34711/4143/3818</w:t>
        <w:br/>
        <w:t>f 34730/4162/3833 34729/4163/3834 34709/4145/3820</w:t>
        <w:br/>
        <w:t>f 34710/4144/3819 34730/4162/3833 34709/4145/3820</w:t>
        <w:br/>
        <w:t>f 34733/4164/3835 34732/4165/3835 34731/4166/3836</w:t>
        <w:br/>
        <w:t>f 34734/4167/3837 34733/4164/3835 34731/4166/3836</w:t>
        <w:br/>
        <w:t>f 34737/4168/3838 34736/4169/3839 34735/4170/3840</w:t>
        <w:br/>
        <w:t>f 34738/4171/3841 34737/4168/3838 34735/4170/3840</w:t>
        <w:br/>
        <w:t>f 34742/4172/3842 34741/4173/3843 34740/4174/3843</w:t>
        <w:br/>
        <w:t>f 34739/4175/3844 34742/4172/3842 34740/4174/3843</w:t>
        <w:br/>
        <w:t>f 34746/4176/3845 34745/4177/3846 34744/4178/3846</w:t>
        <w:br/>
        <w:t>f 34743/4179/3847 34746/4176/3845 34744/4178/3846</w:t>
        <w:br/>
        <w:t>f 34749/4180/3848 34748/4181/3849 34747/4182/3850</w:t>
        <w:br/>
        <w:t>f 34750/4183/3851 34749/4180/3848 34747/4182/3850</w:t>
        <w:br/>
        <w:t>f 34754/4184/3852 34753/4185/3853 34752/4186/3854</w:t>
        <w:br/>
        <w:t>f 34751/4187/3855 34754/4184/3852 34752/4186/3854</w:t>
        <w:br/>
        <w:t>f 34757/4188/3856 34756/4189/3856 34755/4190/3857</w:t>
        <w:br/>
        <w:t>f 34758/4191/3858 34757/4188/3856 34755/4190/3857</w:t>
        <w:br/>
        <w:t>f 34761/4192/3859 34760/4193/3859 34759/4194/3860</w:t>
        <w:br/>
        <w:t>f 34762/4195/3860 34761/4192/3859 34759/4194/3860</w:t>
        <w:br/>
        <w:t>f 34766/4196/3861 34765/4197/3862 34764/4198/3863</w:t>
        <w:br/>
        <w:t>f 34763/4199/3864 34766/4196/3861 34764/4198/3863</w:t>
        <w:br/>
        <w:t>f 34768/4200/3865 34767/4201/3865 34756/4189/3856</w:t>
        <w:br/>
        <w:t>f 34757/4188/3856 34768/4200/3865 34756/4189/3856</w:t>
        <w:br/>
        <w:t>f 34770/4202/3866 34769/4203/3867 34760/4193/3859</w:t>
        <w:br/>
        <w:t>f 34761/4192/3859 34770/4202/3866 34760/4193/3859</w:t>
        <w:br/>
        <w:t>f 34765/4197/3862 34772/4204/3868 34771/4205/3868</w:t>
        <w:br/>
        <w:t>f 34764/4198/3863 34765/4197/3862 34771/4205/3868</w:t>
        <w:br/>
        <w:t>f 34774/4206/3869 34773/4207/3869 34767/4201/3865</w:t>
        <w:br/>
        <w:t>f 34768/4200/3865 34774/4206/3869 34767/4201/3865</w:t>
        <w:br/>
        <w:t>f 34776/4208/3870 34775/4209/3870 34769/4203/3867</w:t>
        <w:br/>
        <w:t>f 34770/4202/3866 34776/4208/3870 34769/4203/3867</w:t>
        <w:br/>
        <w:t>f 34772/4204/3868 34778/4210/3871 34777/4211/3872</w:t>
        <w:br/>
        <w:t>f 34771/4205/3868 34772/4204/3868 34777/4211/3872</w:t>
        <w:br/>
        <w:t>f 34780/4212/3873 34779/4213/3874 34773/4207/3869</w:t>
        <w:br/>
        <w:t>f 34774/4206/3869 34780/4212/3873 34773/4207/3869</w:t>
        <w:br/>
        <w:t>f 34782/4214/3875 34781/4215/3876 34775/4209/3870</w:t>
        <w:br/>
        <w:t>f 34776/4208/3870 34782/4214/3875 34775/4209/3870</w:t>
        <w:br/>
        <w:t>f 34778/4210/3871 34784/4216/3877 34783/4217/3877</w:t>
        <w:br/>
        <w:t>f 34777/4211/3872 34778/4210/3871 34783/4217/3877</w:t>
        <w:br/>
        <w:t>f 34780/4212/3873 34786/4218/3878 34785/4219/3879</w:t>
        <w:br/>
        <w:t>f 34779/4213/3874 34780/4212/3873 34785/4219/3879</w:t>
        <w:br/>
        <w:t>f 34782/4214/3875 34788/4220/3880 34787/4221/3881</w:t>
        <w:br/>
        <w:t>f 34781/4215/3876 34782/4214/3875 34787/4221/3881</w:t>
        <w:br/>
        <w:t>f 34790/4222/3882 34789/4223/3883 34783/4217/3877</w:t>
        <w:br/>
        <w:t>f 34784/4216/3877 34790/4222/3882 34783/4217/3877</w:t>
        <w:br/>
        <w:t>f 34786/4218/3878 34792/4224/3884 34791/4225/3884</w:t>
        <w:br/>
        <w:t>f 34785/4219/3879 34786/4218/3878 34791/4225/3884</w:t>
        <w:br/>
        <w:t>f 34788/4220/3880 34794/4226/3885 34793/4227/3885</w:t>
        <w:br/>
        <w:t>f 34787/4221/3881 34788/4220/3880 34793/4227/3885</w:t>
        <w:br/>
        <w:t>f 34796/4228/3886 34795/4229/3886 34789/4223/3883</w:t>
        <w:br/>
        <w:t>f 34790/4222/3882 34796/4228/3886 34789/4223/3883</w:t>
        <w:br/>
        <w:t>f 34792/4224/3884 34798/4230/3887 34797/4231/3887</w:t>
        <w:br/>
        <w:t>f 34791/4225/3884 34792/4224/3884 34797/4231/3887</w:t>
        <w:br/>
        <w:t>f 34794/4226/3885 34800/4232/3888 34799/4233/3889</w:t>
        <w:br/>
        <w:t>f 34793/4227/3885 34794/4226/3885 34799/4233/3889</w:t>
        <w:br/>
        <w:t>f 34802/4234/3890 34801/4235/3890 34795/4229/3886</w:t>
        <w:br/>
        <w:t>f 34796/4228/3886 34802/4234/3890 34795/4229/3886</w:t>
        <w:br/>
        <w:t>f 34798/4230/3887 34804/4236/3891 34803/4237/3891</w:t>
        <w:br/>
        <w:t>f 34797/4231/3887 34798/4230/3887 34803/4237/3891</w:t>
        <w:br/>
        <w:t>f 34800/4232/3888 34806/4238/3892 34805/4239/3893</w:t>
        <w:br/>
        <w:t>f 34799/4233/3889 34800/4232/3888 34805/4239/3893</w:t>
        <w:br/>
        <w:t>f 34808/4240/3894 34807/4241/3895 34801/4235/3890</w:t>
        <w:br/>
        <w:t>f 34802/4234/3890 34808/4240/3894 34801/4235/3890</w:t>
        <w:br/>
        <w:t>f 34804/4236/3891 34810/4242/3896 34809/4243/3897</w:t>
        <w:br/>
        <w:t>f 34803/4237/3891 34804/4236/3891 34809/4243/3897</w:t>
        <w:br/>
        <w:t>f 34806/4238/3892 34812/4244/3898 34811/4245/3899</w:t>
        <w:br/>
        <w:t>f 34805/4239/3893 34806/4238/3892 34811/4245/3899</w:t>
        <w:br/>
        <w:t>f 34814/4246/3900 34813/4247/3901 34807/4241/3895</w:t>
        <w:br/>
        <w:t>f 34808/4240/3894 34814/4246/3900 34807/4241/3895</w:t>
        <w:br/>
        <w:t>f 34818/4248/3902 34817/4249/3902 34816/4250/3903</w:t>
        <w:br/>
        <w:t>f 34815/4251/3903 34818/4248/3902 34816/4250/3903</w:t>
        <w:br/>
        <w:t>f 34822/4252/3904 34821/4253/3905 34820/4254/3906</w:t>
        <w:br/>
        <w:t>f 34819/4255/3907 34822/4252/3904 34820/4254/3906</w:t>
        <w:br/>
        <w:t>f 34825/4256/3908 34824/4257/3909 34823/4258/3910</w:t>
        <w:br/>
        <w:t>f 34826/4259/3911 34825/4256/3908 34823/4258/3910</w:t>
        <w:br/>
        <w:t>f 34758/4191/3858 34755/4190/3857 34827/4260/3912</w:t>
        <w:br/>
        <w:t>f 34828/4261/3912 34758/4191/3858 34827/4260/3912</w:t>
        <w:br/>
        <w:t>f 34745/4177/3846 34828/4261/3912 34827/4260/3912</w:t>
        <w:br/>
        <w:t>f 34744/4178/3846 34745/4177/3846 34827/4260/3912</w:t>
        <w:br/>
        <w:t>f 34743/4179/3847 34830/4262/3913 34829/4263/3913</w:t>
        <w:br/>
        <w:t>f 34746/4176/3845 34743/4179/3847 34829/4263/3913</w:t>
        <w:br/>
        <w:t>f 34762/4195/3860 34759/4194/3860 34832/4264/3914</w:t>
        <w:br/>
        <w:t>f 34831/4265/3915 34762/4195/3860 34832/4264/3914</w:t>
        <w:br/>
        <w:t>f 34832/4264/3914 34749/4180/3848 34750/4183/3851</w:t>
        <w:br/>
        <w:t>f 34831/4265/3915 34832/4264/3914 34750/4183/3851</w:t>
        <w:br/>
        <w:t>f 34833/4266/3916 34747/4182/3850 34748/4181/3849</w:t>
        <w:br/>
        <w:t>f 34834/4267/3917 34833/4266/3916 34748/4181/3849</w:t>
        <w:br/>
        <w:t>f 34763/4199/3864 34836/4268/3918 34835/4269/3919</w:t>
        <w:br/>
        <w:t>f 34766/4196/3861 34763/4199/3864 34835/4269/3919</w:t>
        <w:br/>
        <w:t>f 34835/4269/3919 34836/4268/3918 34753/4185/3853</w:t>
        <w:br/>
        <w:t>f 34754/4184/3852 34835/4269/3919 34753/4185/3853</w:t>
        <w:br/>
        <w:t>f 34838/4270/3920 34837/4271/3921 34751/4187/3855</w:t>
        <w:br/>
        <w:t>f 34752/4186/3854 34838/4270/3920 34751/4187/3855</w:t>
        <w:br/>
        <w:t>f 34842/4272/3922 34841/4273/3923 34840/4274/3924</w:t>
        <w:br/>
        <w:t>f 34839/4275/3924 34842/4272/3922 34840/4274/3924</w:t>
        <w:br/>
        <w:t>f 34839/4275/3924 34840/4274/3924 34817/4249/3902</w:t>
        <w:br/>
        <w:t>f 34818/4248/3902 34839/4275/3924 34817/4249/3902</w:t>
        <w:br/>
        <w:t>f 34816/4250/3903 34809/4243/3897 34810/4242/3896</w:t>
        <w:br/>
        <w:t>f 34815/4251/3903 34816/4250/3903 34810/4242/3896</w:t>
        <w:br/>
        <w:t>f 34846/4276/3925 34845/4277/3926 34844/4278/3927</w:t>
        <w:br/>
        <w:t>f 34843/4279/3928 34846/4276/3925 34844/4278/3927</w:t>
        <w:br/>
        <w:t>f 34843/4279/3928 34844/4278/3927 34821/4253/3905</w:t>
        <w:br/>
        <w:t>f 34822/4252/3904 34843/4279/3928 34821/4253/3905</w:t>
        <w:br/>
        <w:t>f 34812/4244/3898 34819/4255/3907 34820/4254/3906</w:t>
        <w:br/>
        <w:t>f 34811/4245/3899 34812/4244/3898 34820/4254/3906</w:t>
        <w:br/>
        <w:t>f 34849/4280/3929 34848/4281/3930 34847/4282/3931</w:t>
        <w:br/>
        <w:t>f 34850/4283/3932 34849/4280/3929 34847/4282/3931</w:t>
        <w:br/>
        <w:t>f 34848/4281/3930 34825/4256/3908 34826/4259/3911</w:t>
        <w:br/>
        <w:t>f 34847/4282/3931 34848/4281/3930 34826/4259/3911</w:t>
        <w:br/>
        <w:t>f 34813/4247/3901 34814/4246/3900 34823/4258/3910</w:t>
        <w:br/>
        <w:t>f 34824/4257/3909 34813/4247/3901 34823/4258/3910</w:t>
        <w:br/>
        <w:t>f 34852/4284/3933 34851/4285/3933 34732/4165/3835</w:t>
        <w:br/>
        <w:t>f 34733/4164/3835 34852/4284/3933 34732/4165/3835</w:t>
        <w:br/>
        <w:t>f 34731/4166/3836 34854/4286/3934 34853/4287/3935</w:t>
        <w:br/>
        <w:t>f 34734/4167/3837 34731/4166/3836 34853/4287/3935</w:t>
        <w:br/>
        <w:t>f 34856/4288/3936 34855/4289/3937 34736/4169/3839</w:t>
        <w:br/>
        <w:t>f 34737/4168/3838 34856/4288/3936 34736/4169/3839</w:t>
        <w:br/>
        <w:t>f 34735/4170/3840 34858/4290/3938 34857/4291/3939</w:t>
        <w:br/>
        <w:t>f 34738/4171/3841 34735/4170/3840 34857/4291/3939</w:t>
        <w:br/>
        <w:t>f 34860/4292/3940 34859/4293/3941 34740/4174/3843</w:t>
        <w:br/>
        <w:t>f 34741/4173/3843 34860/4292/3940 34740/4174/3843</w:t>
        <w:br/>
        <w:t>f 34739/4175/3844 34862/4294/3942 34861/4295/3943</w:t>
        <w:br/>
        <w:t>f 34742/4172/3842 34739/4175/3844 34861/4295/3943</w:t>
        <w:br/>
        <w:t>f 34852/4284/3933 34829/4263/3913 34830/4262/3913</w:t>
        <w:br/>
        <w:t>f 34851/4285/3933 34852/4284/3933 34830/4262/3913</w:t>
        <w:br/>
        <w:t>f 34841/4273/3923 34842/4272/3922 34853/4287/3935</w:t>
        <w:br/>
        <w:t>f 34854/4286/3934 34841/4273/3923 34853/4287/3935</w:t>
        <w:br/>
        <w:t>f 34856/4288/3936 34833/4266/3916 34834/4267/3917</w:t>
        <w:br/>
        <w:t>f 34855/4289/3937 34856/4288/3936 34834/4267/3917</w:t>
        <w:br/>
        <w:t>f 34845/4277/3926 34846/4276/3925 34857/4291/3939</w:t>
        <w:br/>
        <w:t>f 34858/4290/3938 34845/4277/3926 34857/4291/3939</w:t>
        <w:br/>
        <w:t>f 34837/4271/3921 34838/4270/3920 34859/4293/3941</w:t>
        <w:br/>
        <w:t>f 34860/4292/3940 34837/4271/3921 34859/4293/3941</w:t>
        <w:br/>
        <w:t>f 34862/4294/3942 34849/4280/3929 34850/4283/3932</w:t>
        <w:br/>
        <w:t>f 34861/4295/3943 34862/4294/3942 34850/4283/3932</w:t>
        <w:br/>
        <w:t>f 35074/4296/3944 35073/4297/3945 35072/4298/3946</w:t>
        <w:br/>
        <w:t>f 35075/4299/3947 35074/4296/3944 35072/4298/3946</w:t>
        <w:br/>
        <w:t>f 35079/4300/3948 35078/4301/3949 35077/4302/3950</w:t>
        <w:br/>
        <w:t>f 35076/4303/3951 35079/4300/3948 35077/4302/3950</w:t>
        <w:br/>
        <w:t>f 35082/4304/3952 35081/4305/3953 35080/4306/3954</w:t>
        <w:br/>
        <w:t>f 35083/4307/3955 35082/4304/3952 35080/4306/3954</w:t>
        <w:br/>
        <w:t>f 35087/4308/3956 35086/4309/3957 35085/4310/3958</w:t>
        <w:br/>
        <w:t>f 35084/4311/3959 35087/4308/3956 35085/4310/3958</w:t>
        <w:br/>
        <w:t>f 35091/4312/3960 35090/4313/3961 35089/4314/3962</w:t>
        <w:br/>
        <w:t>f 35088/4315/3963 35091/4312/3960 35089/4314/3962</w:t>
        <w:br/>
        <w:t>f 35095/4316/3964 35094/4317/3965 35093/4318/3966</w:t>
        <w:br/>
        <w:t>f 35092/4319/3964 35095/4316/3964 35093/4318/3966</w:t>
        <w:br/>
        <w:t>f 35074/4296/3944 35095/4316/3964 35092/4319/3964</w:t>
        <w:br/>
        <w:t>f 35073/4297/3945 35074/4296/3944 35092/4319/3964</w:t>
        <w:br/>
        <w:t>f 35097/4320/3967 35096/4321/3967 35075/4299/3947</w:t>
        <w:br/>
        <w:t>f 35072/4298/3946 35097/4320/3967 35075/4299/3947</w:t>
        <w:br/>
        <w:t>f 35100/4322/3968 35099/4323/3969 35098/4324/3970</w:t>
        <w:br/>
        <w:t>f 35101/4325/3971 35100/4322/3968 35098/4324/3970</w:t>
        <w:br/>
        <w:t>f 35101/4325/3971 35098/4324/3970 35081/4305/3953</w:t>
        <w:br/>
        <w:t>f 35082/4304/3952 35101/4325/3971 35081/4305/3953</w:t>
        <w:br/>
        <w:t>f 35103/4326/3972 35102/4327/3973 35083/4307/3955</w:t>
        <w:br/>
        <w:t>f 35080/4306/3954 35103/4326/3972 35083/4307/3955</w:t>
        <w:br/>
        <w:t>f 35107/4328/3974 35106/4329/3975 35105/4330/3976</w:t>
        <w:br/>
        <w:t>f 35104/4331/3977 35107/4328/3974 35105/4330/3976</w:t>
        <w:br/>
        <w:t>f 35090/4313/3961 35107/4328/3974 35104/4331/3977</w:t>
        <w:br/>
        <w:t>f 35089/4314/3962 35090/4313/3961 35104/4331/3977</w:t>
        <w:br/>
        <w:t>f 35088/4315/3963 35109/4332/3978 35108/4333/3978</w:t>
        <w:br/>
        <w:t>f 35091/4312/3960 35088/4315/3963 35108/4333/3978</w:t>
        <w:br/>
        <w:t>f 35112/4334/3979 35111/4335/3980 35110/4336/3981</w:t>
        <w:br/>
        <w:t>f 35113/4337/3979 35112/4334/3979 35110/4336/3981</w:t>
        <w:br/>
        <w:t>f 35116/4338/3982 35115/4339/3983 35114/4340/3984</w:t>
        <w:br/>
        <w:t>f 35117/4341/3985 35116/4338/3982 35114/4340/3984</w:t>
        <w:br/>
        <w:t>f 35121/4342/3986 35120/4343/3987 35119/4344/3988</w:t>
        <w:br/>
        <w:t>f 35118/4345/3989 35121/4342/3986 35119/4344/3988</w:t>
        <w:br/>
        <w:t>f 35125/4346/3990 35124/4347/3990 35123/4348/3991</w:t>
        <w:br/>
        <w:t>f 35122/4349/3991 35125/4346/3990 35123/4348/3991</w:t>
        <w:br/>
        <w:t>f 35128/4350/3992 35127/4351/3993 35126/4352/3994</w:t>
        <w:br/>
        <w:t>f 35129/4353/3995 35128/4350/3992 35126/4352/3994</w:t>
        <w:br/>
        <w:t>f 35133/4354/3996 35132/4355/3997 35131/4356/3998</w:t>
        <w:br/>
        <w:t>f 35130/4357/3999 35133/4354/3996 35131/4356/3998</w:t>
        <w:br/>
        <w:t>f 35136/4358/4000 35135/4359/4001 35134/4360/4001</w:t>
        <w:br/>
        <w:t>f 35137/4361/4002 35136/4358/4000 35134/4360/4001</w:t>
        <w:br/>
        <w:t>f 35140/4362/4003 35139/4363/4004 35138/4364/4004</w:t>
        <w:br/>
        <w:t>f 35141/4365/4003 35140/4362/4003 35138/4364/4004</w:t>
        <w:br/>
        <w:t>f 35145/4366/4005 35144/4367/4006 35143/4368/4007</w:t>
        <w:br/>
        <w:t>f 35142/4369/4008 35145/4366/4005 35143/4368/4007</w:t>
        <w:br/>
        <w:t>f 35135/4359/4001 35147/4370/4009 35146/4371/4009</w:t>
        <w:br/>
        <w:t>f 35134/4360/4001 35135/4359/4001 35146/4371/4009</w:t>
        <w:br/>
        <w:t>f 35139/4363/4004 35149/4372/4010 35148/4373/4010</w:t>
        <w:br/>
        <w:t>f 35138/4364/4004 35139/4363/4004 35148/4373/4010</w:t>
        <w:br/>
        <w:t>f 35142/4369/4008 35143/4368/4007 35151/4374/4011</w:t>
        <w:br/>
        <w:t>f 35150/4375/4011 35142/4369/4008 35151/4374/4011</w:t>
        <w:br/>
        <w:t>f 35147/4370/4009 35153/4376/4012 35152/4377/4012</w:t>
        <w:br/>
        <w:t>f 35146/4371/4009 35147/4370/4009 35152/4377/4012</w:t>
        <w:br/>
        <w:t>f 35149/4372/4010 35155/4378/4013 35154/4379/4013</w:t>
        <w:br/>
        <w:t>f 35148/4373/4010 35149/4372/4010 35154/4379/4013</w:t>
        <w:br/>
        <w:t>f 35150/4375/4011 35151/4374/4011 35157/4380/4014</w:t>
        <w:br/>
        <w:t>f 35156/4381/4014 35150/4375/4011 35157/4380/4014</w:t>
        <w:br/>
        <w:t>f 35153/4376/4012 35159/4382/4015 35158/4383/4015</w:t>
        <w:br/>
        <w:t>f 35152/4377/4012 35153/4376/4012 35158/4383/4015</w:t>
        <w:br/>
        <w:t>f 35155/4378/4013 35161/4384/4016 35160/4385/4016</w:t>
        <w:br/>
        <w:t>f 35154/4379/4013 35155/4378/4013 35160/4385/4016</w:t>
        <w:br/>
        <w:t>f 35156/4381/4014 35157/4380/4014 35163/4386/4017</w:t>
        <w:br/>
        <w:t>f 35162/4387/4018 35156/4381/4014 35163/4386/4017</w:t>
        <w:br/>
        <w:t>f 35158/4383/4015 35159/4382/4015 35165/4388/4019</w:t>
        <w:br/>
        <w:t>f 35164/4389/4020 35158/4383/4015 35165/4388/4019</w:t>
        <w:br/>
        <w:t>f 35160/4385/4016 35161/4384/4016 35167/4390/4021</w:t>
        <w:br/>
        <w:t>f 35166/4391/4021 35160/4385/4016 35167/4390/4021</w:t>
        <w:br/>
        <w:t>f 35163/4386/4017 35169/4392/4022 35168/4393/4023</w:t>
        <w:br/>
        <w:t>f 35162/4387/4018 35163/4386/4017 35168/4393/4023</w:t>
        <w:br/>
        <w:t>f 35164/4389/4020 35165/4388/4019 35171/4394/4024</w:t>
        <w:br/>
        <w:t>f 35170/4395/4024 35164/4389/4020 35171/4394/4024</w:t>
        <w:br/>
        <w:t>f 35166/4391/4021 35167/4390/4021 35173/4396/4025</w:t>
        <w:br/>
        <w:t>f 35172/4397/4025 35166/4391/4021 35173/4396/4025</w:t>
        <w:br/>
        <w:t>f 35169/4392/4022 35175/4398/4026 35174/4399/4026</w:t>
        <w:br/>
        <w:t>f 35168/4393/4023 35169/4392/4022 35174/4399/4026</w:t>
        <w:br/>
        <w:t>f 35170/4395/4024 35171/4394/4024 35177/4400/4027</w:t>
        <w:br/>
        <w:t>f 35176/4401/4027 35170/4395/4024 35177/4400/4027</w:t>
        <w:br/>
        <w:t>f 35172/4397/4025 35173/4396/4025 35179/4402/4028</w:t>
        <w:br/>
        <w:t>f 35178/4403/4029 35172/4397/4025 35179/4402/4028</w:t>
        <w:br/>
        <w:t>f 35175/4398/4026 35181/4404/4030 35180/4405/4030</w:t>
        <w:br/>
        <w:t>f 35174/4399/4026 35175/4398/4026 35180/4405/4030</w:t>
        <w:br/>
        <w:t>f 35176/4401/4027 35177/4400/4027 35183/4406/4031</w:t>
        <w:br/>
        <w:t>f 35182/4407/4031 35176/4401/4027 35183/4406/4031</w:t>
        <w:br/>
        <w:t>f 35178/4403/4029 35179/4402/4028 35185/4408/4032</w:t>
        <w:br/>
        <w:t>f 35184/4409/4033 35178/4403/4029 35185/4408/4032</w:t>
        <w:br/>
        <w:t>f 35181/4404/4030 35187/4410/4034 35186/4411/4035</w:t>
        <w:br/>
        <w:t>f 35180/4405/4030 35181/4404/4030 35186/4411/4035</w:t>
        <w:br/>
        <w:t>f 35182/4407/4031 35183/4406/4031 35189/4412/4036</w:t>
        <w:br/>
        <w:t>f 35188/4413/4037 35182/4407/4031 35189/4412/4036</w:t>
        <w:br/>
        <w:t>f 35184/4409/4033 35185/4408/4032 35191/4414/4038</w:t>
        <w:br/>
        <w:t>f 35190/4415/4038 35184/4409/4033 35191/4414/4038</w:t>
        <w:br/>
        <w:t>f 35187/4410/4034 35193/4416/4039 35192/4417/4040</w:t>
        <w:br/>
        <w:t>f 35186/4411/4035 35187/4410/4034 35192/4417/4040</w:t>
        <w:br/>
        <w:t>f 35197/4418/4041 35196/4419/4042 35195/4420/4043</w:t>
        <w:br/>
        <w:t>f 35194/4421/4041 35197/4418/4041 35195/4420/4043</w:t>
        <w:br/>
        <w:t>f 35201/4422/4044 35200/4423/4045 35199/4424/4046</w:t>
        <w:br/>
        <w:t>f 35198/4425/4047 35201/4422/4044 35199/4424/4046</w:t>
        <w:br/>
        <w:t>f 35204/4426/4048 35203/4427/4049 35202/4428/4050</w:t>
        <w:br/>
        <w:t>f 35205/4429/4051 35204/4426/4048 35202/4428/4050</w:t>
        <w:br/>
        <w:t>f 35206/4430/4052 35136/4358/4000 35137/4361/4002</w:t>
        <w:br/>
        <w:t>f 35207/4431/4052 35206/4430/4052 35137/4361/4002</w:t>
        <w:br/>
        <w:t>f 35122/4349/3991 35123/4348/3991 35206/4430/4052</w:t>
        <w:br/>
        <w:t>f 35207/4431/4052 35122/4349/3991 35206/4430/4052</w:t>
        <w:br/>
        <w:t>f 35124/4347/3990 35125/4346/3990 35209/4432/4053</w:t>
        <w:br/>
        <w:t>f 35208/4433/4053 35124/4347/3990 35209/4432/4053</w:t>
        <w:br/>
        <w:t>f 35211/4434/4054 35140/4362/4003 35141/4365/4003</w:t>
        <w:br/>
        <w:t>f 35210/4435/4055 35211/4434/4054 35141/4365/4003</w:t>
        <w:br/>
        <w:t>f 35211/4434/4054 35210/4435/4055 35127/4351/3993</w:t>
        <w:br/>
        <w:t>f 35128/4350/3992 35211/4434/4054 35127/4351/3993</w:t>
        <w:br/>
        <w:t>f 35213/4436/4056 35212/4437/4057 35129/4353/3995</w:t>
        <w:br/>
        <w:t>f 35126/4352/3994 35213/4436/4056 35129/4353/3995</w:t>
        <w:br/>
        <w:t>f 35144/4367/4006 35145/4366/4005 35214/4438/4058</w:t>
        <w:br/>
        <w:t>f 35215/4439/4058 35144/4367/4006 35214/4438/4058</w:t>
        <w:br/>
        <w:t>f 35132/4355/3997 35215/4439/4058 35214/4438/4058</w:t>
        <w:br/>
        <w:t>f 35131/4356/3998 35132/4355/3997 35214/4438/4058</w:t>
        <w:br/>
        <w:t>f 35130/4357/3999 35217/4440/4059 35216/4441/4060</w:t>
        <w:br/>
        <w:t>f 35133/4354/3996 35130/4357/3999 35216/4441/4060</w:t>
        <w:br/>
        <w:t>f 35221/4442/4061 35220/4443/4062 35219/4444/4063</w:t>
        <w:br/>
        <w:t>f 35218/4445/4061 35221/4442/4061 35219/4444/4063</w:t>
        <w:br/>
        <w:t>f 35196/4419/4042 35221/4442/4061 35218/4445/4061</w:t>
        <w:br/>
        <w:t>f 35195/4420/4043 35196/4419/4042 35218/4445/4061</w:t>
        <w:br/>
        <w:t>f 35197/4418/4041 35194/4421/4041 35188/4413/4037</w:t>
        <w:br/>
        <w:t>f 35189/4412/4036 35197/4418/4041 35188/4413/4037</w:t>
        <w:br/>
        <w:t>f 35225/4446/4064 35224/4447/4065 35223/4448/4066</w:t>
        <w:br/>
        <w:t>f 35222/4449/4067 35225/4446/4064 35223/4448/4066</w:t>
        <w:br/>
        <w:t>f 35200/4423/4045 35225/4446/4064 35222/4449/4067</w:t>
        <w:br/>
        <w:t>f 35199/4424/4046 35200/4423/4045 35222/4449/4067</w:t>
        <w:br/>
        <w:t>f 35190/4415/4038 35191/4414/4038 35201/4422/4044</w:t>
        <w:br/>
        <w:t>f 35198/4425/4047 35190/4415/4038 35201/4422/4044</w:t>
        <w:br/>
        <w:t>f 35228/4450/4068 35227/4451/4069 35226/4452/4070</w:t>
        <w:br/>
        <w:t>f 35229/4453/4071 35228/4450/4068 35226/4452/4070</w:t>
        <w:br/>
        <w:t>f 35229/4453/4071 35226/4452/4070 35203/4427/4049</w:t>
        <w:br/>
        <w:t>f 35204/4426/4048 35229/4453/4071 35203/4427/4049</w:t>
        <w:br/>
        <w:t>f 35202/4428/4050 35192/4417/4040 35193/4416/4039</w:t>
        <w:br/>
        <w:t>f 35205/4429/4051 35202/4428/4050 35193/4416/4039</w:t>
        <w:br/>
        <w:t>f 35111/4335/3980 35231/4454/4072 35230/4455/4073</w:t>
        <w:br/>
        <w:t>f 35110/4336/3981 35111/4335/3980 35230/4455/4073</w:t>
        <w:br/>
        <w:t>f 35112/4334/3979 35113/4337/3979 35233/4456/4074</w:t>
        <w:br/>
        <w:t>f 35232/4457/4075 35112/4334/3979 35233/4456/4074</w:t>
        <w:br/>
        <w:t>f 35115/4339/3983 35235/4458/4076 35234/4459/4077</w:t>
        <w:br/>
        <w:t>f 35114/4340/3984 35115/4339/3983 35234/4459/4077</w:t>
        <w:br/>
        <w:t>f 35116/4338/3982 35117/4341/3985 35237/4460/4078</w:t>
        <w:br/>
        <w:t>f 35236/4461/4079 35116/4338/3982 35237/4460/4078</w:t>
        <w:br/>
        <w:t>f 35119/4344/3988 35239/4462/4080 35238/4463/4081</w:t>
        <w:br/>
        <w:t>f 35118/4345/3989 35119/4344/3988 35238/4463/4081</w:t>
        <w:br/>
        <w:t>f 35120/4343/3987 35121/4342/3986 35241/4464/4082</w:t>
        <w:br/>
        <w:t>f 35240/4465/4083 35120/4343/3987 35241/4464/4082</w:t>
        <w:br/>
        <w:t>f 35230/4455/4073 35231/4454/4072 35208/4433/4053</w:t>
        <w:br/>
        <w:t>f 35209/4432/4053 35230/4455/4073 35208/4433/4053</w:t>
        <w:br/>
        <w:t>f 35233/4456/4074 35219/4444/4063 35220/4443/4062</w:t>
        <w:br/>
        <w:t>f 35232/4457/4075 35233/4456/4074 35220/4443/4062</w:t>
        <w:br/>
        <w:t>f 35234/4459/4077 35235/4458/4076 35212/4437/4057</w:t>
        <w:br/>
        <w:t>f 35213/4436/4056 35234/4459/4077 35212/4437/4057</w:t>
        <w:br/>
        <w:t>f 35237/4460/4078 35223/4448/4066 35224/4447/4065</w:t>
        <w:br/>
        <w:t>f 35236/4461/4079 35237/4460/4078 35224/4447/4065</w:t>
        <w:br/>
        <w:t>f 35239/4462/4080 35216/4441/4060 35217/4440/4059</w:t>
        <w:br/>
        <w:t>f 35238/4463/4081 35239/4462/4080 35217/4440/4059</w:t>
        <w:br/>
        <w:t>f 35240/4465/4083 35241/4464/4082 35227/4451/4069</w:t>
        <w:br/>
        <w:t>f 35228/4450/4068 35240/4465/4083 35227/4451/4069</w:t>
        <w:br/>
        <w:t>f 35245/4466/4084 35244/4467/4084 35243/4468/4085</w:t>
        <w:br/>
        <w:t>f 35242/4469/4085 35245/4466/4084 35243/4468/4085</w:t>
        <w:br/>
        <w:t>f 35249/4470/4086 35248/4471/4086 35247/4472/4087</w:t>
        <w:br/>
        <w:t>f 35246/4473/4087 35249/4470/4086 35247/4472/4087</w:t>
        <w:br/>
        <w:t>f 35251/4474/4088 35250/4475/4088 35246/4473/4087</w:t>
        <w:br/>
        <w:t>f 35247/4472/4087 35251/4474/4088 35246/4473/4087</w:t>
        <w:br/>
        <w:t>f 35248/4471/4086 35249/4470/4086 35242/4469/4085</w:t>
        <w:br/>
        <w:t>f 35243/4468/4085 35248/4471/4086 35242/4469/4085</w:t>
        <w:br/>
        <w:t>f 35255/4476/4089 35254/4477/4090 35253/4478/4091</w:t>
        <w:br/>
        <w:t>f 35252/4479/4092 35255/4476/4089 35253/4478/4091</w:t>
        <w:br/>
        <w:t>f 35259/4480/4093 35258/4481/4094 35257/4482/4094</w:t>
        <w:br/>
        <w:t>f 35256/4483/4093 35259/4480/4093 35257/4482/4094</w:t>
        <w:br/>
        <w:t>f 35256/4483/4093 35261/4484/4095 35260/4485/4095</w:t>
        <w:br/>
        <w:t>f 35259/4480/4093 35256/4483/4093 35260/4485/4095</w:t>
        <w:br/>
        <w:t>f 35252/4479/4092 35257/4482/4094 35258/4481/4094</w:t>
        <w:br/>
        <w:t>f 35255/4476/4089 35252/4479/4092 35258/4481/4094</w:t>
        <w:br/>
        <w:t>f 35264/4486/4096 35263/4487/4096 35262/4488/4097</w:t>
        <w:br/>
        <w:t>f 35265/4489/4097 35264/4486/4096 35262/4488/4097</w:t>
        <w:br/>
        <w:t>f 35268/4490/4098 35267/4491/4098 35266/4492/4099</w:t>
        <w:br/>
        <w:t>f 35269/4493/4099 35268/4490/4098 35266/4492/4099</w:t>
        <w:br/>
        <w:t>f 35273/4494/4100 35272/4495/4101 35271/4496/4102</w:t>
        <w:br/>
        <w:t>f 35270/4497/4100 35273/4494/4100 35271/4496/4102</w:t>
        <w:br/>
        <w:t>f 35277/4498/4103 35276/4499/4104 35275/4500/4104</w:t>
        <w:br/>
        <w:t>f 35274/4501/4103 35277/4498/4103 35275/4500/4104</w:t>
        <w:br/>
        <w:t>f 35281/4502/4105 35280/4503/4106 35279/4504/4106</w:t>
        <w:br/>
        <w:t>f 35278/4505/4107 35281/4502/4105 35279/4504/4106</w:t>
        <w:br/>
        <w:t>f 35284/4506/4108 35283/4507/4108 35282/4508/4109</w:t>
        <w:br/>
        <w:t>f 35285/4509/4110 35284/4506/4108 35282/4508/4109</w:t>
        <w:br/>
        <w:t>f 35280/4503/4106 35287/4510/4111 35286/4511/4111</w:t>
        <w:br/>
        <w:t>f 35279/4504/4106 35280/4503/4106 35286/4511/4111</w:t>
        <w:br/>
        <w:t>f 35289/4512/4112 35277/4498/4103 35274/4501/4103</w:t>
        <w:br/>
        <w:t>f 35288/4513/4112 35289/4512/4112 35274/4501/4103</w:t>
        <w:br/>
        <w:t>f 35281/4502/4105 35278/4505/4107 35271/4496/4102</w:t>
        <w:br/>
        <w:t>f 35272/4495/4101 35281/4502/4105 35271/4496/4102</w:t>
        <w:br/>
        <w:t>f 35276/4499/4104 35269/4493/4099 35266/4492/4099</w:t>
        <w:br/>
        <w:t>f 35275/4500/4104 35276/4499/4104 35266/4492/4099</w:t>
        <w:br/>
        <w:t>f 35293/4514/4113 35292/4515/4114 35291/4516/4115</w:t>
        <w:br/>
        <w:t>f 35290/4517/4113 35293/4514/4113 35291/4516/4115</w:t>
        <w:br/>
        <w:t>f 35297/4518/4116 35296/4519/4117 35295/4520/4117</w:t>
        <w:br/>
        <w:t>f 35294/4521/4116 35297/4518/4116 35295/4520/4117</w:t>
        <w:br/>
        <w:t>f 35299/4522/4118 35295/4520/4117 35296/4519/4117</w:t>
        <w:br/>
        <w:t>f 35298/4523/4118 35299/4522/4118 35296/4519/4117</w:t>
        <w:br/>
        <w:t>f 35294/4521/4116 35291/4516/4115 35292/4515/4114</w:t>
        <w:br/>
        <w:t>f 35297/4518/4116 35294/4521/4116 35292/4515/4114</w:t>
        <w:br/>
        <w:t>f 35303/4524/4119 35302/4525/4119 35301/4526/4120</w:t>
        <w:br/>
        <w:t>f 35300/4527/4120 35303/4524/4119 35301/4526/4120</w:t>
        <w:br/>
        <w:t>f 35307/4528/4121 35306/4529/4121 35305/4530/4122</w:t>
        <w:br/>
        <w:t>f 35304/4531/4122 35307/4528/4121 35305/4530/4122</w:t>
        <w:br/>
        <w:t>f 35306/4529/4121 35307/4528/4121 35309/4532/4123</w:t>
        <w:br/>
        <w:t>f 35308/4533/4123 35306/4529/4121 35309/4532/4123</w:t>
        <w:br/>
        <w:t>f 35302/4525/4119 35303/4524/4119 35304/4531/4122</w:t>
        <w:br/>
        <w:t>f 35305/4530/4122 35302/4525/4119 35304/4531/4122</w:t>
        <w:br/>
        <w:t>f 35312/4534/4124 35311/4535/4125 35310/4536/4125</w:t>
        <w:br/>
        <w:t>f 35313/4537/4124 35312/4534/4124 35310/4536/4125</w:t>
        <w:br/>
        <w:t>f 35316/4538/4126 35315/4539/4127 35314/4540/4127</w:t>
        <w:br/>
        <w:t>f 35317/4541/4126 35316/4538/4126 35314/4540/4127</w:t>
        <w:br/>
        <w:t>f 35321/4542/4128 35320/4543/4128 35319/4544/4129</w:t>
        <w:br/>
        <w:t>f 35318/4545/4129 35321/4542/4128 35319/4544/4129</w:t>
        <w:br/>
        <w:t>f 35325/4546/4130 35324/4547/4130 35323/4548/4131</w:t>
        <w:br/>
        <w:t>f 35322/4549/4131 35325/4546/4130 35323/4548/4131</w:t>
        <w:br/>
        <w:t>f 35329/4550/4132 35328/4551/4133 35327/4552/4134</w:t>
        <w:br/>
        <w:t>f 35326/4553/4135 35329/4550/4132 35327/4552/4134</w:t>
        <w:br/>
        <w:t>f 35332/4554/4136 35331/4555/4137 35330/4556/4138</w:t>
        <w:br/>
        <w:t>f 35333/4557/4139 35332/4554/4136 35330/4556/4138</w:t>
        <w:br/>
        <w:t>f 35326/4553/4135 35327/4552/4134 35335/4558/4140</w:t>
        <w:br/>
        <w:t>f 35334/4559/4140 35326/4553/4135 35335/4558/4140</w:t>
        <w:br/>
        <w:t>f 35337/4560/4141 35336/4561/4141 35324/4547/4130</w:t>
        <w:br/>
        <w:t>f 35325/4546/4130 35337/4560/4141 35324/4547/4130</w:t>
        <w:br/>
        <w:t>f 35319/4544/4129 35328/4551/4133 35329/4550/4132</w:t>
        <w:br/>
        <w:t>f 35318/4545/4129 35319/4544/4129 35329/4550/4132</w:t>
        <w:br/>
        <w:t>f 35322/4549/4131 35323/4548/4131 35316/4538/4126</w:t>
        <w:br/>
        <w:t>f 35317/4541/4126 35322/4549/4131 35316/4538/4126</w:t>
        <w:br/>
        <w:t>f 36895/4562/4142 36894/4563/4143 36893/4564/4144</w:t>
        <w:br/>
        <w:t>f 36899/4565/4145 36898/4566/4146 36897/4567/4147</w:t>
        <w:br/>
        <w:t>f 36896/4568/4148 36899/4565/4145 36897/4567/4147</w:t>
        <w:br/>
        <w:t>f 36903/4569/4149 36902/4570/4150 36901/4571/4151</w:t>
        <w:br/>
        <w:t>f 36900/4572/4152 36903/4569/4149 36901/4571/4151</w:t>
        <w:br/>
        <w:t>f 36907/4573/4153 36906/4574/4154 36905/4575/4154</w:t>
        <w:br/>
        <w:t>f 36904/4576/4153 36907/4573/4153 36905/4575/4154</w:t>
        <w:br/>
        <w:t>f 36902/4570/4150 36903/4569/4149 36908/4577/4155</w:t>
        <w:br/>
        <w:t>f 36909/4578/4156 36902/4570/4150 36908/4577/4155</w:t>
        <w:br/>
        <w:t>f 36898/4566/4146 36899/4565/4145 36911/4579/4157</w:t>
        <w:br/>
        <w:t>f 36910/4580/4158 36898/4566/4146 36911/4579/4157</w:t>
        <w:br/>
        <w:t>f 36913/4581/4159 36912/4582/4160 36900/4572/4152</w:t>
        <w:br/>
        <w:t>f 36901/4571/4151 36913/4581/4159 36900/4572/4152</w:t>
        <w:br/>
        <w:t>f 36914/4583/4161 36894/4563/4143 36900/4572/4152</w:t>
        <w:br/>
        <w:t>f 36912/4582/4160 36914/4583/4161 36900/4572/4152</w:t>
        <w:br/>
        <w:t>f 36906/4574/4154 36914/4583/4162 36915/4584/4163</w:t>
        <w:br/>
        <w:t>f 36905/4575/4154 36906/4574/4154 36915/4584/4163</w:t>
        <w:br/>
        <w:t>f 36895/4562/4142 36893/4564/4144 36916/4585/4164</w:t>
        <w:br/>
        <w:t>f 36909/4578/4156 36895/4562/4142 36916/4585/4164</w:t>
        <w:br/>
        <w:t>f 36894/4563/4143 36895/4562/4142 36903/4569/4149</w:t>
        <w:br/>
        <w:t>f 36900/4572/4152 36894/4563/4143 36903/4569/4149</w:t>
        <w:br/>
        <w:t>f 36896/4568/4148 36917/4586/4165 36899/4565/4145</w:t>
        <w:br/>
        <w:t>f 36920/4587/4166 36919/4588/4167 36918/4589/4168</w:t>
        <w:br/>
        <w:t>f 36924/4590/4169 36923/4591/4170 36922/4592/4171</w:t>
        <w:br/>
        <w:t>f 36921/4593/4172 36924/4590/4169 36922/4592/4171</w:t>
        <w:br/>
        <w:t>f 36928/4594/4173 36927/4595/4174 36926/4596/4175</w:t>
        <w:br/>
        <w:t>f 36925/4597/4176 36928/4594/4173 36926/4596/4175</w:t>
        <w:br/>
        <w:t>f 36932/4598/4177 36931/4599/4177 36930/4600/4178</w:t>
        <w:br/>
        <w:t>f 36929/4601/4179 36932/4598/4177 36930/4600/4178</w:t>
        <w:br/>
        <w:t>f 36933/4602/4180 36928/4594/4173 36925/4597/4176</w:t>
        <w:br/>
        <w:t>f 36934/4603/4181 36933/4602/4180 36925/4597/4176</w:t>
        <w:br/>
        <w:t>f 36921/4593/4172 36910/4580/4158 36911/4579/4157</w:t>
        <w:br/>
        <w:t>f 36924/4590/4169 36921/4593/4172 36911/4579/4157</w:t>
        <w:br/>
        <w:t>f 36913/4581/4159 36926/4596/4175 36927/4595/4174</w:t>
        <w:br/>
        <w:t>f 36912/4582/4160 36913/4581/4159 36927/4595/4174</w:t>
        <w:br/>
        <w:t>f 36914/4583/4161 36912/4582/4160 36927/4595/4174</w:t>
        <w:br/>
        <w:t>f 36918/4589/4168 36914/4583/4161 36927/4595/4174</w:t>
        <w:br/>
        <w:t>f 36929/4601/4179 36930/4600/4178 36915/4584/4163</w:t>
        <w:br/>
        <w:t>f 36914/4583/4162 36929/4601/4179 36915/4584/4163</w:t>
        <w:br/>
        <w:t>f 36935/4604/4182 36919/4588/4167 36920/4587/4166</w:t>
        <w:br/>
        <w:t>f 36934/4603/4181 36935/4604/4182 36920/4587/4166</w:t>
        <w:br/>
        <w:t>f 36918/4589/4168 36927/4595/4174 36928/4594/4173</w:t>
        <w:br/>
        <w:t>f 36920/4587/4166 36918/4589/4168 36928/4594/4173</w:t>
        <w:br/>
        <w:t>f 36923/4591/4170 36924/4590/4169 36936/4605/4183</w:t>
        <w:br/>
        <w:t>f 5819/4606/4184 5818/4607/4184 5817/4608/4184</w:t>
        <w:br/>
        <w:t>f 5822/4609/4185 5821/4610/4185 5820/4611/4185</w:t>
        <w:br/>
        <w:t>f 5825/4612/4186 5824/4613/4186 5823/4614/4186</w:t>
        <w:br/>
        <w:t>f 5828/4615/4187 5827/4616/4187 5826/4617/4187</w:t>
        <w:br/>
        <w:t>f 5831/4618/4188 5830/4619/4188 5829/4620/4188</w:t>
        <w:br/>
        <w:t>f 5834/4621/4189 5833/4622/4189 5832/4623/4189</w:t>
        <w:br/>
        <w:t>f 5837/4624/4190 5836/4625/4190 5835/4626/4190</w:t>
        <w:br/>
        <w:t>f 5840/4627/4191 5839/4628/4191 5838/4629/4191</w:t>
        <w:br/>
        <w:t>f 6155/4630/4192 6154/4631/4193 6153/4632/4193</w:t>
        <w:br/>
        <w:t>f 6152/4633/4194 6155/4630/4192 6153/4632/4193</w:t>
        <w:br/>
        <w:t>f 6159/4634/4195 6158/4635/4196 6157/4636/4196</w:t>
        <w:br/>
        <w:t>f 6156/4637/4195 6159/4634/4195 6157/4636/4196</w:t>
        <w:br/>
        <w:t>f 6163/4638/4197 6162/4639/4198 6161/4640/4199</w:t>
        <w:br/>
        <w:t>f 6160/4641/4197 6163/4638/4197 6161/4640/4199</w:t>
        <w:br/>
        <w:t>f 6167/4642/4200 6166/4643/4201 6165/4644/4202</w:t>
        <w:br/>
        <w:t>f 6164/4645/4200 6167/4642/4200 6165/4644/4202</w:t>
        <w:br/>
        <w:t>f 6171/4646/4203 6170/4647/4204 6169/4648/4205</w:t>
        <w:br/>
        <w:t>f 6168/4649/4205 6171/4646/4203 6169/4648/4205</w:t>
        <w:br/>
        <w:t>f 6152/4633/4194 6173/4650/4206 6172/4651/4206</w:t>
        <w:br/>
        <w:t>f 6155/4630/4192 6152/4633/4194 6172/4651/4206</w:t>
        <w:br/>
        <w:t>f 6169/4648/4205 6172/4651/4206 6173/4650/4206</w:t>
        <w:br/>
        <w:t>f 6168/4649/4205 6169/4648/4205 6173/4650/4206</w:t>
        <w:br/>
        <w:t>f 6154/4631/4193 6175/4652/4207 6174/4653/4208</w:t>
        <w:br/>
        <w:t>f 6153/4632/4193 6154/4631/4193 6174/4653/4208</w:t>
        <w:br/>
        <w:t>f 6178/4654/4209 6177/4655/4209 6176/4656/4210</w:t>
        <w:br/>
        <w:t>f 6179/4657/4210 6178/4654/4209 6176/4656/4210</w:t>
        <w:br/>
        <w:t>f 6178/4654/4209 6181/4658/4211 6180/4659/4211</w:t>
        <w:br/>
        <w:t>f 6177/4655/4209 6178/4654/4209 6180/4659/4211</w:t>
        <w:br/>
        <w:t>f 6185/4660/4212 6184/4661/4213 6183/4662/4214</w:t>
        <w:br/>
        <w:t>f 6182/4663/4215 6185/4660/4212 6183/4662/4214</w:t>
        <w:br/>
        <w:t>f 6189/4664/4216 6188/4665/4217 6187/4666/4217</w:t>
        <w:br/>
        <w:t>f 6186/4667/4218 6189/4664/4216 6187/4666/4217</w:t>
        <w:br/>
        <w:t>f 6192/4668/4219 6191/4669/4220 6190/4670/4220</w:t>
        <w:br/>
        <w:t>f 6193/4671/4221 6192/4668/4219 6190/4670/4220</w:t>
        <w:br/>
        <w:t>f 6194/4672/4222 6190/4670/4220 6191/4669/4220</w:t>
        <w:br/>
        <w:t>f 6195/4673/4222 6194/4672/4222 6191/4669/4220</w:t>
        <w:br/>
        <w:t>f 6195/4673/4222 6197/4674/4223 6196/4675/4223</w:t>
        <w:br/>
        <w:t>f 6194/4672/4222 6195/4673/4222 6196/4675/4223</w:t>
        <w:br/>
        <w:t>f 6179/4657/4210 6176/4656/4210 6196/4675/4223</w:t>
        <w:br/>
        <w:t>f 6197/4674/4223 6179/4657/4210 6196/4675/4223</w:t>
        <w:br/>
        <w:t>f 6200/4676/4224 6199/4677/4224 6198/4678/4225</w:t>
        <w:br/>
        <w:t>f 6201/4679/4225 6200/4676/4224 6198/4678/4225</w:t>
        <w:br/>
        <w:t>f 6203/4680/4226 6202/4681/4226 6201/4679/4225</w:t>
        <w:br/>
        <w:t>f 6198/4678/4225 6203/4680/4226 6201/4679/4225</w:t>
        <w:br/>
        <w:t>f 6203/4680/4226 6205/4682/4227 6204/4683/4227</w:t>
        <w:br/>
        <w:t>f 6202/4681/4226 6203/4680/4226 6204/4683/4227</w:t>
        <w:br/>
        <w:t>f 6205/4682/4227 6207/4684/4228 6206/4685/4228</w:t>
        <w:br/>
        <w:t>f 6204/4683/4227 6205/4682/4227 6206/4685/4228</w:t>
        <w:br/>
        <w:t>f 6206/4685/4228 6207/4684/4228 6209/4686/4229</w:t>
        <w:br/>
        <w:t>f 6208/4687/4229 6206/4685/4228 6209/4686/4229</w:t>
        <w:br/>
        <w:t>f 6213/4688/4230 6212/4689/4230 6211/4690/4231</w:t>
        <w:br/>
        <w:t>f 6210/4691/4232 6213/4688/4230 6211/4690/4231</w:t>
        <w:br/>
        <w:t>f 6210/4691/4232 6211/4690/4231 6215/4692/4233</w:t>
        <w:br/>
        <w:t>f 6214/4693/4233 6210/4691/4232 6215/4692/4233</w:t>
        <w:br/>
        <w:t>f 6219/4694/4234 6218/4695/4235 6217/4696/4236</w:t>
        <w:br/>
        <w:t>f 6216/4697/4236 6219/4694/4234 6217/4696/4236</w:t>
        <w:br/>
        <w:t>f 6221/4698/4237 6220/4699/4238 6199/4677/4224</w:t>
        <w:br/>
        <w:t>f 6200/4676/4224 6221/4698/4237 6199/4677/4224</w:t>
        <w:br/>
        <w:t>f 6225/4700/4239 6224/4701/4240 6223/4702/4241</w:t>
        <w:br/>
        <w:t>f 6222/4703/4241 6225/4700/4239 6223/4702/4241</w:t>
        <w:br/>
        <w:t>f 6229/4704/4242 6228/4705/4242 6227/4706/4243</w:t>
        <w:br/>
        <w:t>f 6226/4707/4244 6229/4704/4242 6227/4706/4243</w:t>
        <w:br/>
        <w:t>f 6233/4708/4245 6232/4709/4246 6231/4710/4246</w:t>
        <w:br/>
        <w:t>f 6230/4711/4245 6233/4708/4245 6231/4710/4246</w:t>
        <w:br/>
        <w:t>f 6235/4712/4247 6234/4713/4247 6233/4708/4245</w:t>
        <w:br/>
        <w:t>f 6230/4711/4245 6235/4712/4247 6233/4708/4245</w:t>
        <w:br/>
        <w:t>f 6237/4714/4248 6236/4715/4248 6234/4713/4247</w:t>
        <w:br/>
        <w:t>f 6235/4712/4247 6237/4714/4248 6234/4713/4247</w:t>
        <w:br/>
        <w:t>f 6236/4715/4248 6237/4714/4248 6239/4716/4249</w:t>
        <w:br/>
        <w:t>f 6238/4717/4250 6236/4715/4248 6239/4716/4249</w:t>
        <w:br/>
        <w:t>f 6238/4717/4250 6239/4716/4249 6241/4718/4251</w:t>
        <w:br/>
        <w:t>f 6240/4719/4251 6238/4717/4250 6241/4718/4251</w:t>
        <w:br/>
        <w:t>f 6240/4719/4251 6241/4718/4251 6243/4720/4252</w:t>
        <w:br/>
        <w:t>f 6242/4721/4253 6240/4719/4251 6243/4720/4252</w:t>
        <w:br/>
        <w:t>f 6245/4722/4254 6157/4636/4196 6158/4635/4196</w:t>
        <w:br/>
        <w:t>f 6244/4723/4255 6245/4722/4254 6158/4635/4196</w:t>
        <w:br/>
        <w:t>f 6247/4724/4256 6183/4662/4214 6184/4661/4213</w:t>
        <w:br/>
        <w:t>f 6246/4725/4256 6247/4724/4256 6184/4661/4213</w:t>
        <w:br/>
        <w:t>f 6222/4703/4241 6223/4702/4241 6249/4726/4257</w:t>
        <w:br/>
        <w:t>f 6248/4727/4258 6222/4703/4241 6249/4726/4257</w:t>
        <w:br/>
        <w:t>f 6253/4728/4259 6252/4729/4260 6251/4730/4261</w:t>
        <w:br/>
        <w:t>f 6250/4731/4261 6253/4728/4259 6251/4730/4261</w:t>
        <w:br/>
        <w:t>f 6257/4732/4262 6256/4733/4263 6255/4734/4263</w:t>
        <w:br/>
        <w:t>f 6254/4735/4262 6257/4732/4262 6255/4734/4263</w:t>
        <w:br/>
        <w:t>f 6261/4736/4264 6260/4737/4265 6259/4738/4266</w:t>
        <w:br/>
        <w:t>f 6258/4739/4264 6261/4736/4264 6259/4738/4266</w:t>
        <w:br/>
        <w:t>f 6265/4740/4267 6264/4741/4268 6263/4742/4268</w:t>
        <w:br/>
        <w:t>f 6262/4743/4267 6265/4740/4267 6263/4742/4268</w:t>
        <w:br/>
        <w:t>f 6269/4744/4269 6268/4745/4269 6267/4746/4270</w:t>
        <w:br/>
        <w:t>f 6266/4747/4270 6269/4744/4269 6267/4746/4270</w:t>
        <w:br/>
        <w:t>f 6273/4748/4271 6272/4749/4272 6271/4750/4273</w:t>
        <w:br/>
        <w:t>f 6270/4751/4274 6273/4748/4271 6271/4750/4273</w:t>
        <w:br/>
        <w:t>f 6277/4752/4275 6276/4753/4276 6275/4754/4277</w:t>
        <w:br/>
        <w:t>f 6274/4755/4277 6277/4752/4275 6275/4754/4277</w:t>
        <w:br/>
        <w:t>f 6281/4756/4278 6280/4757/4279 6279/4758/4279</w:t>
        <w:br/>
        <w:t>f 6278/4759/4280 6281/4756/4278 6279/4758/4279</w:t>
        <w:br/>
        <w:t>f 6282/4760/4281 6252/4729/4260 6253/4728/4259</w:t>
        <w:br/>
        <w:t>f 6283/4761/4281 6282/4760/4281 6253/4728/4259</w:t>
        <w:br/>
        <w:t>f 6287/4762/4282 6286/4763/4283 6285/4764/4284</w:t>
        <w:br/>
        <w:t>f 6284/4765/4285 6287/4762/4282 6285/4764/4284</w:t>
        <w:br/>
        <w:t>f 6291/4766/4285 6290/4767/4286 6289/4768/4287</w:t>
        <w:br/>
        <w:t>f 6288/4769/4288 6291/4766/4285 6289/4768/4287</w:t>
        <w:br/>
        <w:t>f 6275/4754/4277 6293/4770/4289 6292/4771/4290</w:t>
        <w:br/>
        <w:t>f 6274/4755/4277 6275/4754/4277 6292/4771/4290</w:t>
        <w:br/>
        <w:t>f 6276/4753/4276 6277/4752/4275 6294/4772/4291</w:t>
        <w:br/>
        <w:t>f 6295/4773/4292 6281/4756/4278 6278/4759/4280</w:t>
        <w:br/>
        <w:t>f 6297/4774/4293 6259/4738/4266 6260/4737/4265</w:t>
        <w:br/>
        <w:t>f 6296/4775/4294 6297/4774/4293 6260/4737/4265</w:t>
        <w:br/>
        <w:t>f 6267/4746/4270 6299/4776/4295 6298/4777/4296</w:t>
        <w:br/>
        <w:t>f 6266/4747/4270 6267/4746/4270 6298/4777/4296</w:t>
        <w:br/>
        <w:t>f 6268/4745/4269 6269/4744/4269 6218/4695/4235</w:t>
        <w:br/>
        <w:t>f 6219/4694/4234 6268/4745/4269 6218/4695/4235</w:t>
        <w:br/>
        <w:t>f 6301/4778/4297 6300/4779/4297 6263/4742/4268</w:t>
        <w:br/>
        <w:t>f 6264/4741/4268 6301/4778/4297 6263/4742/4268</w:t>
        <w:br/>
        <w:t>f 6304/4780/4298 6303/4781/4299 6302/4782/4300</w:t>
        <w:br/>
        <w:t>f 6307/4783/4301 6306/4784/4302 6305/4785/4301</w:t>
        <w:br/>
        <w:t>f 6270/4751/4274 6271/4750/4273 6228/4705/4242</w:t>
        <w:br/>
        <w:t>f 6229/4704/4242 6270/4751/4274 6228/4705/4242</w:t>
        <w:br/>
        <w:t>f 6254/4735/4262 6163/4638/4197 6160/4641/4197</w:t>
        <w:br/>
        <w:t>f 6257/4732/4262 6254/4735/4262 6160/4641/4197</w:t>
        <w:br/>
        <w:t>f 6280/4757/4279 6187/4666/4217 6188/4665/4217</w:t>
        <w:br/>
        <w:t>f 6279/4758/4279 6280/4757/4279 6188/4665/4217</w:t>
        <w:br/>
        <w:t>f 6261/4736/4264 6258/4739/4264 6309/4786/4303</w:t>
        <w:br/>
        <w:t>f 6308/4787/4303 6261/4736/4264 6309/4786/4303</w:t>
        <w:br/>
        <w:t>f 6313/4788/4304 6312/4789/4304 6311/4790/4305</w:t>
        <w:br/>
        <w:t>f 6310/4791/4305 6313/4788/4304 6311/4790/4305</w:t>
        <w:br/>
        <w:t>f 6317/4792/4306 6316/4793/4307 6315/4794/4308</w:t>
        <w:br/>
        <w:t>f 6314/4795/4309 6317/4792/4306 6315/4794/4308</w:t>
        <w:br/>
        <w:t>f 6321/4796/4310 6320/4797/4311 6319/4798/4311</w:t>
        <w:br/>
        <w:t>f 6318/4799/4310 6321/4796/4310 6319/4798/4311</w:t>
        <w:br/>
        <w:t>f 6325/4800/4312 6324/4801/4313 6323/4802/4313</w:t>
        <w:br/>
        <w:t>f 6322/4803/4312 6325/4800/4312 6323/4802/4313</w:t>
        <w:br/>
        <w:t>f 6329/4804/4314 6328/4805/4315 6327/4806/4315</w:t>
        <w:br/>
        <w:t>f 6326/4807/4316 6329/4804/4314 6327/4806/4315</w:t>
        <w:br/>
        <w:t>f 6332/4808/4317 6331/4809/4317 6330/4810/4318</w:t>
        <w:br/>
        <w:t>f 6333/4811/4318 6332/4808/4317 6330/4810/4318</w:t>
        <w:br/>
        <w:t>f 6337/4812/4319 6336/4813/4319 6335/4814/4320</w:t>
        <w:br/>
        <w:t>f 6334/4815/4320 6337/4812/4319 6335/4814/4320</w:t>
        <w:br/>
        <w:t>f 6340/4816/4321 6339/4817/4322 6338/4818/4322</w:t>
        <w:br/>
        <w:t>f 6341/4819/4323 6340/4816/4321 6338/4818/4322</w:t>
        <w:br/>
        <w:t>f 6328/4805/4315 6245/4722/4254 6244/4723/4255</w:t>
        <w:br/>
        <w:t>f 6327/4806/4315 6328/4805/4315 6244/4723/4255</w:t>
        <w:br/>
        <w:t>f 6331/4809/4317 6332/4808/4317 6214/4693/4233</w:t>
        <w:br/>
        <w:t>f 6215/4692/4233 6331/4809/4317 6214/4693/4233</w:t>
        <w:br/>
        <w:t>f 6334/4815/4320 6335/4814/4320 6248/4727/4258</w:t>
        <w:br/>
        <w:t>f 6249/4726/4257 6334/4815/4320 6248/4727/4258</w:t>
        <w:br/>
        <w:t>f 6339/4817/4322 6247/4724/4256 6246/4725/4256</w:t>
        <w:br/>
        <w:t>f 6338/4818/4322 6339/4817/4322 6246/4725/4256</w:t>
        <w:br/>
        <w:t>f 6312/4789/4304 6313/4788/4304 6343/4820/4324</w:t>
        <w:br/>
        <w:t>f 6342/4821/4325 6312/4789/4304 6343/4820/4324</w:t>
        <w:br/>
        <w:t>f 6345/4822/4326 6344/4823/4326 6316/4793/4307</w:t>
        <w:br/>
        <w:t>f 6317/4792/4306 6345/4822/4326 6316/4793/4307</w:t>
        <w:br/>
        <w:t>f 6347/4824/4327 6319/4798/4311 6320/4797/4311</w:t>
        <w:br/>
        <w:t>f 6346/4825/4328 6347/4824/4327 6320/4797/4311</w:t>
        <w:br/>
        <w:t>f 6349/4826/4329 6325/4800/4312 6322/4803/4312</w:t>
        <w:br/>
        <w:t>f 6348/4827/4329 6349/4826/4329 6322/4803/4312</w:t>
        <w:br/>
        <w:t>f 6283/4761/4281 6329/4804/4314 6326/4807/4316</w:t>
        <w:br/>
        <w:t>f 6282/4760/4281 6283/4761/4281 6326/4807/4316</w:t>
        <w:br/>
        <w:t>f 6333/4811/4318 6330/4810/4318 6308/4787/4303</w:t>
        <w:br/>
        <w:t>f 6309/4786/4303 6333/4811/4318 6308/4787/4303</w:t>
        <w:br/>
        <w:t>f 6300/4779/4297 6301/4778/4297 6336/4813/4319</w:t>
        <w:br/>
        <w:t>f 6337/4812/4319 6300/4779/4297 6336/4813/4319</w:t>
        <w:br/>
        <w:t>f 6293/4770/4289 6340/4816/4321 6341/4819/4323</w:t>
        <w:br/>
        <w:t>f 6292/4771/4290 6293/4770/4289 6341/4819/4323</w:t>
        <w:br/>
        <w:t>f 6162/4639/4198 6310/4791/4305 6311/4790/4305</w:t>
        <w:br/>
        <w:t>f 6161/4640/4199 6162/4639/4198 6311/4790/4305</w:t>
        <w:br/>
        <w:t>f 6314/4795/4309 6315/4794/4308 6216/4697/4236</w:t>
        <w:br/>
        <w:t>f 6217/4696/4236 6314/4795/4309 6216/4697/4236</w:t>
        <w:br/>
        <w:t>f 6321/4796/4310 6318/4799/4310 6226/4707/4244</w:t>
        <w:br/>
        <w:t>f 6227/4706/4243 6321/4796/4310 6226/4707/4244</w:t>
        <w:br/>
        <w:t>f 6324/4801/4313 6189/4664/4216 6186/4667/4218</w:t>
        <w:br/>
        <w:t>f 6323/4802/4313 6324/4801/4313 6186/4667/4218</w:t>
        <w:br/>
        <w:t>f 6348/4827/4329 6192/4668/4219 6193/4671/4221</w:t>
        <w:br/>
        <w:t>f 6349/4826/4329 6348/4827/4329 6193/4671/4221</w:t>
        <w:br/>
        <w:t>f 6232/4709/4246 6347/4824/4327 6346/4825/4328</w:t>
        <w:br/>
        <w:t>f 6231/4710/4246 6232/4709/4246 6346/4825/4328</w:t>
        <w:br/>
        <w:t>f 6344/4823/4326 6345/4822/4326 6220/4699/4238</w:t>
        <w:br/>
        <w:t>f 6221/4698/4237 6344/4823/4326 6220/4699/4238</w:t>
        <w:br/>
        <w:t>f 6342/4821/4325 6343/4820/4324 6170/4647/4204</w:t>
        <w:br/>
        <w:t>f 6171/4646/4203 6342/4821/4325 6170/4647/4204</w:t>
        <w:br/>
        <w:t>f 6208/4687/4229 6209/4686/4229 6212/4689/4230</w:t>
        <w:br/>
        <w:t>f 6213/4688/4230 6208/4687/4229 6212/4689/4230</w:t>
        <w:br/>
        <w:t>f 6166/4643/4201 6159/4634/4195 6156/4637/4195</w:t>
        <w:br/>
        <w:t>f 6165/4644/4202 6166/4643/4201 6156/4637/4195</w:t>
        <w:br/>
        <w:t>f 6181/4658/4211 6185/4660/4212 6182/4663/4215</w:t>
        <w:br/>
        <w:t>f 6180/4659/4211 6181/4658/4211 6182/4663/4215</w:t>
        <w:br/>
        <w:t>f 6242/4721/4253 6243/4720/4252 6224/4701/4240</w:t>
        <w:br/>
        <w:t>f 6225/4700/4239 6242/4721/4253 6224/4701/4240</w:t>
        <w:br/>
        <w:t>f 7362/4828/4330 7361/4829/4331 7360/4830/4332</w:t>
        <w:br/>
        <w:t>f 7359/4831/4332 7362/4828/4330 7360/4830/4332</w:t>
        <w:br/>
        <w:t>f 7366/4832/4333 7365/4833/4334 7364/4834/4334</w:t>
        <w:br/>
        <w:t>f 7363/4835/4335 7366/4832/4333 7364/4834/4334</w:t>
        <w:br/>
        <w:t>f 7368/4836/4336 7367/4837/4337 7366/4832/4333</w:t>
        <w:br/>
        <w:t>f 7363/4835/4335 7368/4836/4336 7366/4832/4333</w:t>
        <w:br/>
        <w:t>f 7360/4830/4332 7370/4838/4338 7369/4839/4339</w:t>
        <w:br/>
        <w:t>f 7359/4831/4332 7360/4830/4332 7369/4839/4339</w:t>
        <w:br/>
        <w:t>f 7372/4840/4340 7371/4841/4341 7370/4838/4338</w:t>
        <w:br/>
        <w:t>f 7367/4837/4337 7372/4840/4340 7370/4838/4338</w:t>
        <w:br/>
        <w:t>f 7373/4842/4342 7361/4829/4331 7362/4828/4330</w:t>
        <w:br/>
        <w:t>f 7374/4843/4343 7364/4834/4334 7365/4833/4334</w:t>
        <w:br/>
        <w:t>f 7367/4837/4337 7368/4836/4336 7375/4844/4344</w:t>
        <w:br/>
        <w:t>f 7372/4840/4340 7367/4837/4337 7375/4844/4344</w:t>
        <w:br/>
        <w:t>f 7379/4845/4345 7378/4846/4345 7377/4847/4346</w:t>
        <w:br/>
        <w:t>f 7376/4848/4347 7379/4845/4345 7377/4847/4346</w:t>
        <w:br/>
        <w:t>f 7383/4849/4348 7382/4850/4349 7381/4851/4349</w:t>
        <w:br/>
        <w:t>f 7380/4852/4348 7383/4849/4348 7381/4851/4349</w:t>
        <w:br/>
        <w:t>f 7384/4853/4350 7378/4846/4345 7379/4845/4345</w:t>
        <w:br/>
        <w:t>f 7375/4844/4344 7376/4848/4347 7377/4847/4346</w:t>
        <w:br/>
        <w:t>f 7372/4840/4340 7375/4844/4344 7377/4847/4346</w:t>
        <w:br/>
        <w:t>f 7385/4854/4351 7371/4841/4341 7381/4851/4349</w:t>
        <w:br/>
        <w:t>f 7382/4850/4349 7385/4854/4351 7381/4851/4349</w:t>
        <w:br/>
        <w:t>f 7385/4854/4351 7369/4839/4339 7370/4838/4338</w:t>
        <w:br/>
        <w:t>f 7371/4841/4341 7385/4854/4351 7370/4838/4338</w:t>
        <w:br/>
        <w:t>f 27602/4855/4352 27601/4856/4352 27600/4857/4353</w:t>
        <w:br/>
        <w:t>f 27599/4858/4353 27602/4855/4352 27600/4857/4353</w:t>
        <w:br/>
        <w:t>f 27606/4859/4354 27605/4860/4355 27604/4861/4355</w:t>
        <w:br/>
        <w:t>f 27603/4862/4354 27606/4859/4354 27604/4861/4355</w:t>
        <w:br/>
        <w:t>f 27608/4863/4356 27607/4864/4357 27606/4859/4354</w:t>
        <w:br/>
        <w:t>f 27603/4862/4354 27608/4863/4356 27606/4859/4354</w:t>
        <w:br/>
        <w:t>f 27600/4857/4353 27610/4865/4358 27609/4866/4359</w:t>
        <w:br/>
        <w:t>f 27599/4858/4353 27600/4857/4353 27609/4866/4359</w:t>
        <w:br/>
        <w:t>f 27607/4864/4357 27612/4867/4360 27611/4868/4361</w:t>
        <w:br/>
        <w:t>f 27610/4865/4358 27607/4864/4357 27611/4868/4361</w:t>
        <w:br/>
        <w:t>f 27613/4869/4362 27601/4856/4352 27602/4855/4352</w:t>
        <w:br/>
        <w:t>f 27614/4870/4363 27604/4861/4355 27605/4860/4355</w:t>
        <w:br/>
        <w:t>f 27612/4867/4360 27607/4864/4357 27608/4863/4356</w:t>
        <w:br/>
        <w:t>f 27615/4871/4364 27612/4867/4360 27608/4863/4356</w:t>
        <w:br/>
        <w:t>f 27619/4872/4365 27618/4873/4365 27617/4874/4366</w:t>
        <w:br/>
        <w:t>f 27616/4875/4367 27619/4872/4365 27617/4874/4366</w:t>
        <w:br/>
        <w:t>f 27623/4876/4368 27622/4877/4369 27621/4878/4369</w:t>
        <w:br/>
        <w:t>f 27620/4879/4370 27623/4876/4368 27621/4878/4369</w:t>
        <w:br/>
        <w:t>f 27624/4880/4371 27618/4873/4365 27619/4872/4365</w:t>
        <w:br/>
        <w:t>f 27615/4871/4364 27616/4875/4367 27617/4874/4366</w:t>
        <w:br/>
        <w:t>f 27612/4867/4360 27615/4871/4364 27617/4874/4366</w:t>
        <w:br/>
        <w:t>f 27625/4881/4372 27611/4868/4361 27621/4878/4369</w:t>
        <w:br/>
        <w:t>f 27622/4877/4369 27625/4881/4372 27621/4878/4369</w:t>
        <w:br/>
        <w:t>f 27609/4866/4359 27610/4865/4358 27611/4868/4361</w:t>
        <w:br/>
        <w:t>f 27625/4881/4372 27609/4866/4359 27611/4868/4361</w:t>
        <w:br/>
        <w:t>f 7383/4849/4348 7380/4852/4348 29799/4882/4373</w:t>
        <w:br/>
        <w:t>f 27623/4876/4368 27620/4879/4370 29800/4883/4374</w:t>
        <w:br/>
        <w:t>f 9080/4884/4375 9079/4885/4376 9078/4886/4377</w:t>
        <w:br/>
        <w:t>f 9077/4887/4375 9080/4884/4375 9078/4886/4377</w:t>
        <w:br/>
        <w:t>f 9082/4888/4378 9080/4884/4375 9077/4887/4375</w:t>
        <w:br/>
        <w:t>f 9081/4889/4378 9082/4888/4378 9077/4887/4375</w:t>
        <w:br/>
        <w:t>f 9086/4890/4379 9085/4891/4379 9084/4892/4380</w:t>
        <w:br/>
        <w:t>f 9083/4893/4381 9086/4890/4379 9084/4892/4380</w:t>
        <w:br/>
        <w:t>f 9090/4894/4382 9089/4895/4383 9088/4896/4384</w:t>
        <w:br/>
        <w:t>f 9087/4897/4382 9090/4894/4382 9088/4896/4384</w:t>
        <w:br/>
        <w:t>f 9094/4898/4385 9093/4899/4386 9092/4900/4386</w:t>
        <w:br/>
        <w:t>f 9091/4901/4387 9094/4898/4385 9092/4900/4386</w:t>
        <w:br/>
        <w:t>f 9088/4896/4384 9089/4895/4383 9095/4902/4388</w:t>
        <w:br/>
        <w:t>f 9096/4903/4389 9088/4896/4384 9095/4902/4388</w:t>
        <w:br/>
        <w:t>f 9084/4892/4380 9092/4900/4386 9093/4899/4386</w:t>
        <w:br/>
        <w:t>f 9083/4893/4381 9084/4892/4380 9093/4899/4386</w:t>
        <w:br/>
        <w:t>f 9091/4901/4387 9090/4894/4382 9087/4897/4382</w:t>
        <w:br/>
        <w:t>f 9094/4898/4385 9091/4901/4387 9087/4897/4382</w:t>
        <w:br/>
        <w:t>f 9082/4888/4378 9081/4889/4378 9085/4891/4379</w:t>
        <w:br/>
        <w:t>f 9086/4890/4379 9082/4888/4378 9085/4891/4379</w:t>
        <w:br/>
        <w:t>f 9100/4904/4390 9099/4905/4391 9098/4906/4392</w:t>
        <w:br/>
        <w:t>f 9097/4907/4393 9100/4904/4390 9098/4906/4392</w:t>
        <w:br/>
        <w:t>f 9100/4904/4390 9097/4907/4393 9102/4908/4394</w:t>
        <w:br/>
        <w:t>f 9101/4909/4394 9100/4904/4390 9102/4908/4394</w:t>
        <w:br/>
        <w:t>f 9101/4909/4394 9102/4908/4394 9096/4903/4389</w:t>
        <w:br/>
        <w:t>f 9095/4902/4388 9101/4909/4394 9096/4903/4389</w:t>
        <w:br/>
        <w:t>f 9106/4910/4395 9105/4911/4396 9104/4912/4397</w:t>
        <w:br/>
        <w:t>f 9103/4913/4398 9106/4910/4395 9104/4912/4397</w:t>
        <w:br/>
        <w:t>f 9110/4914/4399 9109/4915/4400 9108/4916/4401</w:t>
        <w:br/>
        <w:t>f 9107/4917/4402 9110/4914/4399 9108/4916/4401</w:t>
        <w:br/>
        <w:t>f 9112/4918/4403 9103/4913/4398 9104/4912/4397</w:t>
        <w:br/>
        <w:t>f 9111/4919/4404 9112/4918/4403 9104/4912/4397</w:t>
        <w:br/>
        <w:t>f 9114/4920/4405 9113/4921/4406 9108/4916/4401</w:t>
        <w:br/>
        <w:t>f 9109/4915/4400 9114/4920/4405 9108/4916/4401</w:t>
        <w:br/>
        <w:t>f 9117/4922/4407 9116/4923/4408 9115/4924/4409</w:t>
        <w:br/>
        <w:t>f 9118/4925/4410 9117/4922/4407 9115/4924/4409</w:t>
        <w:br/>
        <w:t>f 9121/4926/4411 9120/4927/4412 9119/4928/4413</w:t>
        <w:br/>
        <w:t>f 9122/4929/4414 9121/4926/4411 9119/4928/4413</w:t>
        <w:br/>
        <w:t>f 9125/4930/4415 9124/4931/4416 9123/4932/4417</w:t>
        <w:br/>
        <w:t>f 9126/4933/4415 9125/4930/4415 9123/4932/4417</w:t>
        <w:br/>
        <w:t>f 9130/4934/4418 9129/4935/4419 9128/4936/4420</w:t>
        <w:br/>
        <w:t>f 9127/4937/4420 9130/4934/4418 9128/4936/4420</w:t>
        <w:br/>
        <w:t>f 9134/4938/4421 9133/4939/4422 9132/4940/4423</w:t>
        <w:br/>
        <w:t>f 9131/4941/4424 9134/4938/4421 9132/4940/4423</w:t>
        <w:br/>
        <w:t>f 9138/4942/4425 9137/4943/4425 9136/4944/4426</w:t>
        <w:br/>
        <w:t>f 9135/4945/4426 9138/4942/4425 9136/4944/4426</w:t>
        <w:br/>
        <w:t>f 9123/4932/4417 9124/4931/4416 9140/4946/4427</w:t>
        <w:br/>
        <w:t>f 9139/4947/4428 9123/4932/4417 9140/4946/4427</w:t>
        <w:br/>
        <w:t>f 9130/4934/4418 9142/4948/4429 9141/4949/4429</w:t>
        <w:br/>
        <w:t>f 9129/4935/4419 9130/4934/4418 9141/4949/4429</w:t>
        <w:br/>
        <w:t>f 9118/4925/4410 9132/4940/4423 9133/4939/4422</w:t>
        <w:br/>
        <w:t>f 9117/4922/4407 9118/4925/4410 9133/4939/4422</w:t>
        <w:br/>
        <w:t>f 9122/4929/4414 9119/4928/4413 9137/4943/4425</w:t>
        <w:br/>
        <w:t>f 9138/4942/4425 9122/4929/4414 9137/4943/4425</w:t>
        <w:br/>
        <w:t>f 9127/4937/4420 9128/4936/4420 9134/4938/4421</w:t>
        <w:br/>
        <w:t>f 9131/4941/4424 9127/4937/4420 9134/4938/4421</w:t>
        <w:br/>
        <w:t>f 9136/4944/4426 9125/4930/4415 9126/4933/4415</w:t>
        <w:br/>
        <w:t>f 9135/4945/4426 9136/4944/4426 9126/4933/4415</w:t>
        <w:br/>
        <w:t>f 9112/4918/4403 9111/4919/4404 9120/4927/4412</w:t>
        <w:br/>
        <w:t>f 9121/4926/4411 9112/4918/4403 9120/4927/4412</w:t>
        <w:br/>
        <w:t>f 9115/4924/4409 9116/4923/4408 9113/4921/4406</w:t>
        <w:br/>
        <w:t>f 9114/4920/4405 9115/4924/4409 9113/4921/4406</w:t>
        <w:br/>
        <w:t>f 9146/4950/4430 9145/4951/4431 9144/4952/4432</w:t>
        <w:br/>
        <w:t>f 9143/4953/4433 9146/4950/4430 9144/4952/4432</w:t>
        <w:br/>
        <w:t>f 9150/4954/4434 9149/4955/4435 9148/4956/4436</w:t>
        <w:br/>
        <w:t>f 9147/4957/4437 9150/4954/4434 9148/4956/4436</w:t>
        <w:br/>
        <w:t>f 9152/4958/4438 9151/4959/4438 9144/4952/4432</w:t>
        <w:br/>
        <w:t>f 9145/4951/4431 9152/4958/4438 9144/4952/4432</w:t>
        <w:br/>
        <w:t>f 9154/4960/4439 9147/4957/4437 9148/4956/4436</w:t>
        <w:br/>
        <w:t>f 9153/4961/4439 9154/4960/4439 9148/4956/4436</w:t>
        <w:br/>
        <w:t>f 9139/4947/4428 9140/4946/4427 9151/4959/4438</w:t>
        <w:br/>
        <w:t>f 9152/4958/4438 9139/4947/4428 9151/4959/4438</w:t>
        <w:br/>
        <w:t>f 9142/4948/4429 9154/4960/4439 9153/4961/4439</w:t>
        <w:br/>
        <w:t>f 9141/4949/4429 9142/4948/4429 9153/4961/4439</w:t>
        <w:br/>
        <w:t>f 9156/4962/4440 9155/4963/4441 9107/4917/4402</w:t>
        <w:br/>
        <w:t>f 9108/4916/4401 9156/4962/4440 9107/4917/4402</w:t>
        <w:br/>
        <w:t>f 9158/4964/4442 9104/4912/4397 9105/4911/4396</w:t>
        <w:br/>
        <w:t>f 9157/4965/4443 9158/4964/4442 9105/4911/4396</w:t>
        <w:br/>
        <w:t>f 9156/4962/4440 9108/4916/4401 9160/4966/4444</w:t>
        <w:br/>
        <w:t>f 9159/4967/4445 9156/4962/4440 9160/4966/4444</w:t>
        <w:br/>
        <w:t>f 9158/4964/4442 9159/4967/4445 9111/4919/4404</w:t>
        <w:br/>
        <w:t>f 9104/4912/4397 9158/4964/4442 9111/4919/4404</w:t>
        <w:br/>
        <w:t>f 9164/4968/4446 9163/4969/4447 9162/4970/4448</w:t>
        <w:br/>
        <w:t>f 9161/4971/4449 9164/4968/4446 9162/4970/4448</w:t>
        <w:br/>
        <w:t>f 9164/4968/4446 9161/4971/4449 9166/4972/4450</w:t>
        <w:br/>
        <w:t>f 9165/4973/4451 9164/4968/4446 9166/4972/4450</w:t>
        <w:br/>
        <w:t>f 9170/4974/4452 9169/4975/4453 9168/4976/4454</w:t>
        <w:br/>
        <w:t>f 9167/4977/4455 9170/4974/4452 9168/4976/4454</w:t>
        <w:br/>
        <w:t>f 9170/4974/4452 9167/4977/4455 9172/4978/4456</w:t>
        <w:br/>
        <w:t>f 9171/4979/4457 9170/4974/4452 9172/4978/4456</w:t>
        <w:br/>
        <w:t>f 9175/4980/4458 9174/4981/4459 9173/4982/4460</w:t>
        <w:br/>
        <w:t>f 9176/4983/4461 9175/4980/4458 9173/4982/4460</w:t>
        <w:br/>
        <w:t>f 9176/4983/4461 9178/4984/4462 9177/4985/4463</w:t>
        <w:br/>
        <w:t>f 9175/4980/4458 9176/4983/4461 9177/4985/4463</w:t>
        <w:br/>
        <w:t>f 9167/4977/4455 9129/4935/4419 9180/4986/4464</w:t>
        <w:br/>
        <w:t>f 9179/4987/4465 9167/4977/4455 9180/4986/4464</w:t>
        <w:br/>
        <w:t>f 9181/4988/4466 9124/4931/4467 9167/4977/4455</w:t>
        <w:br/>
        <w:t>f 9179/4987/4465 9181/4988/4466 9167/4977/4455</w:t>
        <w:br/>
        <w:t>f 9176/4983/4461 9173/4982/4460 9163/4969/4447</w:t>
        <w:br/>
        <w:t>f 9164/4968/4446 9176/4983/4461 9163/4969/4447</w:t>
        <w:br/>
        <w:t>f 9176/4983/4461 9164/4968/4446 9165/4973/4451</w:t>
        <w:br/>
        <w:t>f 9178/4984/4462 9176/4983/4461 9165/4973/4451</w:t>
        <w:br/>
        <w:t>f 9170/4974/4452 9171/4979/4457 9174/4981/4459</w:t>
        <w:br/>
        <w:t>f 9175/4980/4458 9170/4974/4452 9174/4981/4459</w:t>
        <w:br/>
        <w:t>f 9175/4980/4458 9177/4985/4463 9169/4975/4453</w:t>
        <w:br/>
        <w:t>f 9170/4974/4452 9175/4980/4458 9169/4975/4453</w:t>
        <w:br/>
        <w:t>f 9161/4971/4449 9159/4967/4445 9160/4966/4444</w:t>
        <w:br/>
        <w:t>f 9166/4972/4450 9161/4971/4449 9160/4966/4444</w:t>
        <w:br/>
        <w:t>f 9161/4971/4449 9162/4970/4448 9111/4919/4404</w:t>
        <w:br/>
        <w:t>f 9159/4967/4445 9161/4971/4449 9111/4919/4404</w:t>
        <w:br/>
        <w:t>f 9185/4989/4468 9184/4990/4469 9183/4991/4470</w:t>
        <w:br/>
        <w:t>f 9182/4992/4471 9185/4989/4468 9183/4991/4470</w:t>
        <w:br/>
        <w:t>f 9185/4989/4468 9182/4992/4471 9187/4993/4472</w:t>
        <w:br/>
        <w:t>f 9186/4994/4473 9185/4989/4468 9187/4993/4472</w:t>
        <w:br/>
        <w:t>f 9189/4995/4474 9188/4996/4475 9184/4990/4469</w:t>
        <w:br/>
        <w:t>f 9185/4989/4468 9189/4995/4474 9184/4990/4469</w:t>
        <w:br/>
        <w:t>f 9189/4995/4474 9185/4989/4468 9186/4994/4473</w:t>
        <w:br/>
        <w:t>f 9190/4997/4476 9189/4995/4474 9186/4994/4473</w:t>
        <w:br/>
        <w:t>f 9179/4987/4465 9180/4986/4464 9188/4996/4475</w:t>
        <w:br/>
        <w:t>f 9189/4995/4474 9179/4987/4465 9188/4996/4475</w:t>
        <w:br/>
        <w:t>f 9179/4987/4465 9189/4995/4474 9190/4997/4476</w:t>
        <w:br/>
        <w:t>f 9140/4946/4477 9179/4987/4465 9190/4997/4476</w:t>
        <w:br/>
        <w:t>f 9422/4998/4478 9421/4999/4479 9420/5000/4480</w:t>
        <w:br/>
        <w:t>f 9423/5001/4481 9422/4998/4478 9420/5000/4480</w:t>
        <w:br/>
        <w:t>f 9423/5001/4481 9420/5000/4480 9424/5002/4482</w:t>
        <w:br/>
        <w:t>f 9425/5003/4482 9423/5001/4481 9424/5002/4482</w:t>
        <w:br/>
        <w:t>f 9429/5004/4483 9428/5005/4483 9427/5006/4484</w:t>
        <w:br/>
        <w:t>f 9426/5007/4484 9429/5004/4483 9427/5006/4484</w:t>
        <w:br/>
        <w:t>f 9432/5008/4485 9431/5009/4486 9430/5010/4486</w:t>
        <w:br/>
        <w:t>f 9433/5011/4485 9432/5008/4485 9430/5010/4486</w:t>
        <w:br/>
        <w:t>f 9436/5012/4487 9435/5013/4487 9434/5014/4488</w:t>
        <w:br/>
        <w:t>f 9437/5015/4489 9436/5012/4487 9434/5014/4488</w:t>
        <w:br/>
        <w:t>f 9439/5016/4490 9430/5010/4486 9431/5009/4486</w:t>
        <w:br/>
        <w:t>f 9438/5017/4491 9439/5016/4490 9431/5009/4486</w:t>
        <w:br/>
        <w:t>f 9426/5007/4484 9427/5006/4484 9437/5015/4489</w:t>
        <w:br/>
        <w:t>f 9434/5014/4488 9426/5007/4484 9437/5015/4489</w:t>
        <w:br/>
        <w:t>f 9435/5013/4487 9436/5012/4487 9432/5008/4485</w:t>
        <w:br/>
        <w:t>f 9433/5011/4485 9435/5013/4487 9432/5008/4485</w:t>
        <w:br/>
        <w:t>f 9425/5003/4482 9424/5002/4482 9428/5005/4483</w:t>
        <w:br/>
        <w:t>f 9429/5004/4483 9425/5003/4482 9428/5005/4483</w:t>
        <w:br/>
        <w:t>f 9443/5018/4492 9442/5019/4493 9441/5020/4493</w:t>
        <w:br/>
        <w:t>f 9440/5021/4494 9443/5018/4492 9441/5020/4493</w:t>
        <w:br/>
        <w:t>f 9442/5019/4493 9445/5022/4495 9444/5023/4495</w:t>
        <w:br/>
        <w:t>f 9441/5020/4493 9442/5019/4493 9444/5023/4495</w:t>
        <w:br/>
        <w:t>f 9445/5022/4495 9439/5016/4490 9438/5017/4491</w:t>
        <w:br/>
        <w:t>f 9444/5023/4495 9445/5022/4495 9438/5017/4491</w:t>
        <w:br/>
        <w:t>f 9449/5024/4496 9448/5025/4497 9447/5026/4498</w:t>
        <w:br/>
        <w:t>f 9446/5027/4499 9449/5024/4496 9447/5026/4498</w:t>
        <w:br/>
        <w:t>f 9453/5028/4500 9452/5029/4501 9451/5030/4502</w:t>
        <w:br/>
        <w:t>f 9450/5031/4503 9453/5028/4500 9451/5030/4502</w:t>
        <w:br/>
        <w:t>f 9455/5032/4504 9446/5027/4499 9447/5026/4498</w:t>
        <w:br/>
        <w:t>f 9454/5033/4505 9455/5032/4504 9447/5026/4498</w:t>
        <w:br/>
        <w:t>f 9457/5034/4506 9456/5035/4506 9451/5030/4502</w:t>
        <w:br/>
        <w:t>f 9452/5029/4501 9457/5034/4506 9451/5030/4502</w:t>
        <w:br/>
        <w:t>f 9461/5036/4507 9460/5037/4508 9459/5038/4509</w:t>
        <w:br/>
        <w:t>f 9458/5039/4509 9461/5036/4507 9459/5038/4509</w:t>
        <w:br/>
        <w:t>f 9465/5040/4510 9464/5041/4511 9463/5042/4512</w:t>
        <w:br/>
        <w:t>f 9462/5043/4513 9465/5040/4510 9463/5042/4512</w:t>
        <w:br/>
        <w:t>f 9469/5044/4514 9468/5045/4515 9467/5046/4516</w:t>
        <w:br/>
        <w:t>f 9466/5047/4517 9469/5044/4514 9467/5046/4516</w:t>
        <w:br/>
        <w:t>f 9472/5048/4518 9471/5049/4519 9470/5050/4519</w:t>
        <w:br/>
        <w:t>f 9473/5051/4520 9472/5048/4518 9470/5050/4519</w:t>
        <w:br/>
        <w:t>f 9477/5052/4521 9476/5053/4522 9475/5054/4522</w:t>
        <w:br/>
        <w:t>f 9474/5055/4521 9477/5052/4521 9475/5054/4522</w:t>
        <w:br/>
        <w:t>f 9481/5056/4523 9480/5057/4523 9479/5058/4524</w:t>
        <w:br/>
        <w:t>f 9478/5059/4524 9481/5056/4523 9479/5058/4524</w:t>
        <w:br/>
        <w:t>f 9467/5046/4516 9468/5045/4515 9483/5060/4525</w:t>
        <w:br/>
        <w:t>f 9482/5061/4526 9467/5046/4516 9483/5060/4525</w:t>
        <w:br/>
        <w:t>f 9473/5051/4520 9485/5062/4527 9484/5063/4528</w:t>
        <w:br/>
        <w:t>f 9472/5048/4518 9473/5051/4520 9484/5063/4528</w:t>
        <w:br/>
        <w:t>f 9461/5036/4507 9475/5054/4522 9476/5053/4522</w:t>
        <w:br/>
        <w:t>f 9460/5037/4508 9461/5036/4507 9476/5053/4522</w:t>
        <w:br/>
        <w:t>f 9465/5040/4510 9462/5043/4513 9480/5057/4523</w:t>
        <w:br/>
        <w:t>f 9481/5056/4523 9465/5040/4510 9480/5057/4523</w:t>
        <w:br/>
        <w:t>f 9474/5055/4521 9470/5050/4519 9471/5049/4519</w:t>
        <w:br/>
        <w:t>f 9477/5052/4521 9474/5055/4521 9471/5049/4519</w:t>
        <w:br/>
        <w:t>f 9466/5047/4517 9478/5059/4524 9479/5058/4524</w:t>
        <w:br/>
        <w:t>f 9469/5044/4514 9466/5047/4517 9479/5058/4524</w:t>
        <w:br/>
        <w:t>f 9464/5041/4511 9455/5032/4504 9454/5033/4505</w:t>
        <w:br/>
        <w:t>f 9463/5042/4512 9464/5041/4511 9454/5033/4505</w:t>
        <w:br/>
        <w:t>f 9458/5039/4509 9459/5038/4509 9456/5035/4506</w:t>
        <w:br/>
        <w:t>f 9457/5034/4506 9458/5039/4509 9456/5035/4506</w:t>
        <w:br/>
        <w:t>f 9489/5064/4529 9488/5065/4530 9487/5066/4531</w:t>
        <w:br/>
        <w:t>f 9486/5067/4532 9489/5064/4529 9487/5066/4531</w:t>
        <w:br/>
        <w:t>f 9493/5068/4533 9492/5069/4534 9491/5070/4535</w:t>
        <w:br/>
        <w:t>f 9490/5071/4535 9493/5068/4533 9491/5070/4535</w:t>
        <w:br/>
        <w:t>f 9495/5072/4536 9494/5073/4536 9487/5066/4531</w:t>
        <w:br/>
        <w:t>f 9488/5065/4530 9495/5072/4536 9487/5066/4531</w:t>
        <w:br/>
        <w:t>f 9497/5074/4537 9490/5071/4535 9491/5070/4535</w:t>
        <w:br/>
        <w:t>f 9496/5075/4537 9497/5074/4537 9491/5070/4535</w:t>
        <w:br/>
        <w:t>f 9482/5061/4526 9483/5060/4525 9494/5073/4536</w:t>
        <w:br/>
        <w:t>f 9495/5072/4536 9482/5061/4526 9494/5073/4536</w:t>
        <w:br/>
        <w:t>f 9485/5062/4527 9497/5074/4537 9496/5075/4537</w:t>
        <w:br/>
        <w:t>f 9484/5063/4528 9485/5062/4527 9496/5075/4537</w:t>
        <w:br/>
        <w:t>f 9499/5076/4538 9498/5077/4539 9450/5031/4503</w:t>
        <w:br/>
        <w:t>f 9451/5030/4502 9499/5076/4538 9450/5031/4503</w:t>
        <w:br/>
        <w:t>f 9501/5078/4540 9447/5026/4498 9448/5025/4497</w:t>
        <w:br/>
        <w:t>f 9500/5079/4541 9501/5078/4540 9448/5025/4497</w:t>
        <w:br/>
        <w:t>f 9499/5076/4538 9451/5030/4502 9503/5080/4542</w:t>
        <w:br/>
        <w:t>f 9502/5081/4543 9499/5076/4538 9503/5080/4542</w:t>
        <w:br/>
        <w:t>f 9501/5078/4540 9502/5081/4543 9454/5033/4505</w:t>
        <w:br/>
        <w:t>f 9447/5026/4498 9501/5078/4540 9454/5033/4505</w:t>
        <w:br/>
        <w:t>f 9507/5082/4544 9506/5083/4545 9505/5084/4546</w:t>
        <w:br/>
        <w:t>f 9504/5085/4547 9507/5082/4544 9505/5084/4546</w:t>
        <w:br/>
        <w:t>f 9507/5082/4544 9504/5085/4547 9509/5086/4548</w:t>
        <w:br/>
        <w:t>f 9508/5087/4549 9507/5082/4544 9509/5086/4548</w:t>
        <w:br/>
        <w:t>f 9513/5088/4550 9512/5089/4551 9511/5090/4552</w:t>
        <w:br/>
        <w:t>f 9510/5091/4553 9513/5088/4550 9511/5090/4552</w:t>
        <w:br/>
        <w:t>f 9513/5088/4550 9510/5091/4553 9515/5092/4554</w:t>
        <w:br/>
        <w:t>f 9514/5093/4555 9513/5088/4550 9515/5092/4554</w:t>
        <w:br/>
        <w:t>f 9519/5094/4556 9518/5095/4557 9517/5096/4558</w:t>
        <w:br/>
        <w:t>f 9516/5097/4559 9519/5094/4556 9517/5096/4558</w:t>
        <w:br/>
        <w:t>f 9521/5098/4560 9520/5099/4561 9516/5097/4559</w:t>
        <w:br/>
        <w:t>f 9517/5096/4558 9521/5098/4560 9516/5097/4559</w:t>
        <w:br/>
        <w:t>f 9510/5091/4562 9472/5048/4563 9523/5100/4564</w:t>
        <w:br/>
        <w:t>f 9522/5101/4565 9510/5091/4562 9523/5100/4564</w:t>
        <w:br/>
        <w:t>f 9468/5045/4566 9510/5091/4562 9522/5101/4565</w:t>
        <w:br/>
        <w:t>f 9524/5102/4567 9468/5045/4566 9522/5101/4565</w:t>
        <w:br/>
        <w:t>f 9518/5095/4557 9506/5083/4545 9507/5082/4544</w:t>
        <w:br/>
        <w:t>f 9517/5096/4558 9518/5095/4557 9507/5082/4544</w:t>
        <w:br/>
        <w:t>f 9517/5096/4558 9507/5082/4544 9508/5087/4549</w:t>
        <w:br/>
        <w:t>f 9521/5098/4560 9517/5096/4558 9508/5087/4549</w:t>
        <w:br/>
        <w:t>f 9514/5093/4555 9519/5094/4556 9516/5097/4559</w:t>
        <w:br/>
        <w:t>f 9513/5088/4550 9514/5093/4555 9516/5097/4559</w:t>
        <w:br/>
        <w:t>f 9520/5099/4561 9512/5089/4551 9513/5088/4550</w:t>
        <w:br/>
        <w:t>f 9516/5097/4559 9520/5099/4561 9513/5088/4550</w:t>
        <w:br/>
        <w:t>f 9504/5085/4547 9502/5081/4543 9503/5080/4542</w:t>
        <w:br/>
        <w:t>f 9509/5086/4548 9504/5085/4547 9503/5080/4542</w:t>
        <w:br/>
        <w:t>f 9505/5084/4546 9454/5033/4505 9502/5081/4543</w:t>
        <w:br/>
        <w:t>f 9504/5085/4547 9505/5084/4546 9502/5081/4543</w:t>
        <w:br/>
        <w:t>f 9528/5103/4568 9527/5104/4569 9526/5105/4570</w:t>
        <w:br/>
        <w:t>f 9525/5106/4568 9528/5103/4568 9526/5105/4570</w:t>
        <w:br/>
        <w:t>f 9528/5103/4568 9525/5106/4568 9530/5107/4571</w:t>
        <w:br/>
        <w:t>f 9529/5108/4572 9528/5103/4568 9530/5107/4571</w:t>
        <w:br/>
        <w:t>f 9533/5109/4573 9532/5110/4574 9527/5104/4575</w:t>
        <w:br/>
        <w:t>f 9531/5111/4576 9533/5109/4573 9527/5104/4575</w:t>
        <w:br/>
        <w:t>f 9533/5109/4573 9531/5111/4576 9529/5108/4577</w:t>
        <w:br/>
        <w:t>f 9534/5112/4578 9533/5109/4573 9529/5108/4577</w:t>
        <w:br/>
        <w:t>f 9522/5101/4565 9523/5100/4564 9532/5110/4574</w:t>
        <w:br/>
        <w:t>f 9533/5109/4573 9522/5101/4565 9532/5110/4574</w:t>
        <w:br/>
        <w:t>f 9522/5101/4565 9533/5109/4573 9534/5112/4578</w:t>
        <w:br/>
        <w:t>f 9483/5060/4579 9522/5101/4565 9534/5112/4578</w:t>
        <w:br/>
        <w:t>f 14653/5113/4580 14652/5114/4581 14651/5115/4582</w:t>
        <w:br/>
        <w:t>f 14650/5116/4583 14653/5113/4580 14651/5115/4582</w:t>
        <w:br/>
        <w:t>f 14650/5116/4583 14655/5117/4584 14654/5118/4585</w:t>
        <w:br/>
        <w:t>f 14653/5113/4580 14650/5116/4583 14654/5118/4585</w:t>
        <w:br/>
        <w:t>f 14657/5119/4586 14654/5118/4585 14655/5117/4584</w:t>
        <w:br/>
        <w:t>f 14656/5120/4587 14657/5119/4586 14655/5117/4584</w:t>
        <w:br/>
        <w:t>f 14661/5121/4588 14660/5122/4589 14659/5123/4590</w:t>
        <w:br/>
        <w:t>f 14658/5124/4591 14661/5121/4588 14659/5123/4590</w:t>
        <w:br/>
        <w:t>f 14664/5125/4592 14663/5126/4593 14661/5121/4588</w:t>
        <w:br/>
        <w:t>f 14662/5127/4594 14664/5125/4592 14661/5121/4588</w:t>
        <w:br/>
        <w:t>f 14668/5128/4595 14667/5129/4596 14666/5130/4597</w:t>
        <w:br/>
        <w:t>f 14665/5131/4598 14668/5128/4595 14666/5130/4597</w:t>
        <w:br/>
        <w:t>f 14667/5129/4596 14669/5132/4599 14663/5126/4593</w:t>
        <w:br/>
        <w:t>f 14666/5130/4597 14667/5129/4596 14663/5126/4593</w:t>
        <w:br/>
        <w:t>f 14673/5133/4600 14672/5134/4601 14671/5135/4601</w:t>
        <w:br/>
        <w:t>f 14670/5136/4600 14673/5133/4600 14671/5135/4601</w:t>
        <w:br/>
        <w:t>f 14677/5137/4602 14676/5138/4603 14675/5139/4603</w:t>
        <w:br/>
        <w:t>f 14674/5140/4604 14677/5137/4602 14675/5139/4603</w:t>
        <w:br/>
        <w:t>f 14681/5141/4605 14680/5142/4606 14679/5143/4606</w:t>
        <w:br/>
        <w:t>f 14678/5144/4605 14681/5141/4605 14679/5143/4606</w:t>
        <w:br/>
        <w:t>f 14655/5117/4584 14675/5139/4603 14676/5138/4603</w:t>
        <w:br/>
        <w:t>f 14682/5145/4607 14655/5117/4584 14676/5138/4603</w:t>
        <w:br/>
        <w:t>f 14684/5146/4608 14683/5147/4609 14679/5143/4606</w:t>
        <w:br/>
        <w:t>f 14680/5142/4606 14684/5146/4608 14679/5143/4606</w:t>
        <w:br/>
        <w:t>f 14688/5148/4610 14687/5149/4611 14686/5150/4612</w:t>
        <w:br/>
        <w:t>f 14685/5151/4613 14688/5148/4610 14686/5150/4612</w:t>
        <w:br/>
        <w:t>f 14692/5152/4614 14691/5153/4615 14690/5154/4616</w:t>
        <w:br/>
        <w:t>f 14689/5155/4616 14692/5152/4614 14690/5154/4616</w:t>
        <w:br/>
        <w:t>f 14696/5156/4617 14695/5157/4618 14694/5158/4619</w:t>
        <w:br/>
        <w:t>f 14693/5159/4619 14696/5156/4617 14694/5158/4619</w:t>
        <w:br/>
        <w:t>f 14656/5120/4587 14655/5117/4584 14682/5145/4607</w:t>
        <w:br/>
        <w:t>f 14697/5160/4620 14656/5120/4587 14682/5145/4607</w:t>
        <w:br/>
        <w:t>f 14694/5158/4619 14683/5147/4609 14684/5146/4608</w:t>
        <w:br/>
        <w:t>f 14693/5159/4619 14694/5158/4619 14684/5146/4608</w:t>
        <w:br/>
        <w:t>f 14663/5126/4593 14664/5125/4592 14698/5161/4621</w:t>
        <w:br/>
        <w:t>f 14666/5130/4597 14663/5126/4593 14698/5161/4621</w:t>
        <w:br/>
        <w:t>f 14666/5130/4597 14698/5161/4621 14699/5162/4622</w:t>
        <w:br/>
        <w:t>f 14665/5131/4598 14666/5130/4597 14699/5162/4622</w:t>
        <w:br/>
        <w:t>f 14701/5163/4623 14689/5155/4616 14690/5154/4616</w:t>
        <w:br/>
        <w:t>f 14700/5164/4624 14701/5163/4623 14690/5154/4616</w:t>
        <w:br/>
        <w:t>f 14704/5165/4625 14703/5166/4626 14657/5119/4586</w:t>
        <w:br/>
        <w:t>f 14702/5167/4627 14704/5165/4625 14657/5119/4586</w:t>
        <w:br/>
        <w:t>f 14703/5166/4626 14705/5168/4628 14654/5118/4585</w:t>
        <w:br/>
        <w:t>f 14657/5119/4586 14703/5166/4626 14654/5118/4585</w:t>
        <w:br/>
        <w:t>f 14708/5169/4629 14707/5170/4630 14706/5171/4631</w:t>
        <w:br/>
        <w:t>f 14653/5113/4580 14708/5169/4629 14706/5171/4631</w:t>
        <w:br/>
        <w:t>f 14712/5172/4632 14711/5173/4633 14710/5174/4634</w:t>
        <w:br/>
        <w:t>f 14709/5175/4635 14712/5172/4632 14710/5174/4634</w:t>
        <w:br/>
        <w:t>f 14662/5127/4594 14661/5121/4588 14714/5176/4636</w:t>
        <w:br/>
        <w:t>f 14713/5177/4637 14662/5127/4594 14714/5176/4636</w:t>
        <w:br/>
        <w:t>f 14705/5168/4628 14708/5169/4629 14653/5113/4580</w:t>
        <w:br/>
        <w:t>f 14654/5118/4585 14705/5168/4628 14653/5113/4580</w:t>
        <w:br/>
        <w:t>f 14660/5122/4589 14661/5121/4588 14663/5126/4593</w:t>
        <w:br/>
        <w:t>f 14669/5132/4599 14660/5122/4589 14663/5126/4593</w:t>
        <w:br/>
        <w:t>f 14673/5133/4600 14670/5136/4600 14709/5175/4635</w:t>
        <w:br/>
        <w:t>f 14710/5174/4634 14673/5133/4600 14709/5175/4635</w:t>
        <w:br/>
        <w:t>f 14653/5113/4580 14706/5171/4631 14652/5114/4581</w:t>
        <w:br/>
        <w:t>f 14658/5124/4591 14714/5176/4636 14661/5121/4588</w:t>
        <w:br/>
        <w:t>f 14691/5153/4615 14692/5152/4614 15130/5178/4638</w:t>
        <w:br/>
        <w:t>f 15129/5179/4638 14691/5153/4615 15130/5178/4638</w:t>
        <w:br/>
        <w:t>f 14688/5148/4610 14702/5167/4627 14657/5119/4586</w:t>
        <w:br/>
        <w:t>f 14656/5120/4587 14688/5148/4610 14657/5119/4586</w:t>
        <w:br/>
        <w:t>f 14702/5167/4627 15132/5180/4639 15131/5181/4640</w:t>
        <w:br/>
        <w:t>f 14665/5131/4598 15134/5182/4641 15133/5183/4642</w:t>
        <w:br/>
        <w:t>f 14668/5128/4595 14665/5131/4598 15133/5183/4642</w:t>
        <w:br/>
        <w:t>f 14687/5149/4611 14688/5148/4610 14656/5120/4587</w:t>
        <w:br/>
        <w:t>f 14697/5160/4620 14687/5149/4611 14656/5120/4587</w:t>
        <w:br/>
        <w:t>f 15136/5184/4643 14695/5157/4618 14696/5156/4617</w:t>
        <w:br/>
        <w:t>f 15135/5185/4643 15136/5184/4643 14696/5156/4617</w:t>
        <w:br/>
        <w:t>f 15138/5186/4644 14665/5131/4598 14699/5162/4622</w:t>
        <w:br/>
        <w:t>f 15137/5187/4645 15138/5186/4644 14699/5162/4622</w:t>
        <w:br/>
        <w:t>f 14704/5165/4625 14702/5167/4627 15131/5181/4640</w:t>
        <w:br/>
        <w:t>f 15139/5188/4646 14704/5165/4625 15131/5181/4640</w:t>
        <w:br/>
        <w:t>f 14665/5131/4598 15138/5186/4644 15134/5182/4641</w:t>
        <w:br/>
        <w:t>f 14702/5167/4627 14688/5148/4610 14685/5151/4613</w:t>
        <w:br/>
        <w:t>f 15132/5180/4639 14702/5167/4627 14685/5151/4613</w:t>
        <w:br/>
        <w:t>f 15455/5189/4647 15454/5190/4648 15453/5191/4649</w:t>
        <w:br/>
        <w:t>f 15452/5192/4650 15455/5189/4647 15453/5191/4649</w:t>
        <w:br/>
        <w:t>f 15452/5192/4650 15453/5191/4649 15457/5193/4651</w:t>
        <w:br/>
        <w:t>f 15456/5194/4652 15452/5192/4650 15457/5193/4651</w:t>
        <w:br/>
        <w:t>f 15461/5195/4653 15460/5196/4654 15459/5197/4655</w:t>
        <w:br/>
        <w:t>f 15458/5198/4656 15461/5195/4653 15459/5197/4655</w:t>
        <w:br/>
        <w:t>f 15463/5199/4657 15462/5200/4658 15460/5196/4654</w:t>
        <w:br/>
        <w:t>f 15461/5195/4653 15463/5199/4657 15460/5196/4654</w:t>
        <w:br/>
        <w:t>f 15466/5201/4659 15465/5202/4660 15464/5203/4661</w:t>
        <w:br/>
        <w:t>f 15469/5204/4662 15468/5205/4663 15467/5206/4664</w:t>
        <w:br/>
        <w:t>f 15468/5205/4663 15472/5207/4665 15471/5208/4666</w:t>
        <w:br/>
        <w:t>f 15470/5209/4667 15468/5205/4663 15471/5208/4666</w:t>
        <w:br/>
        <w:t>f 15476/5210/4668 15475/5211/4669 15474/5212/4670</w:t>
        <w:br/>
        <w:t>f 15473/5213/4671 15476/5210/4668 15474/5212/4670</w:t>
        <w:br/>
        <w:t>f 15480/5214/4672 15479/5215/4673 15478/5216/4674</w:t>
        <w:br/>
        <w:t>f 15477/5217/4675 15480/5214/4672 15478/5216/4674</w:t>
        <w:br/>
        <w:t>f 15484/5218/4676 15483/5219/4677 15482/5220/4678</w:t>
        <w:br/>
        <w:t>f 15481/5221/4679 15484/5218/4676 15482/5220/4678</w:t>
        <w:br/>
        <w:t>f 15486/5222/4680 15479/5215/4673 15480/5214/4672</w:t>
        <w:br/>
        <w:t>f 15485/5223/4681 15486/5222/4680 15480/5214/4672</w:t>
        <w:br/>
        <w:t>f 15488/5224/4682 15487/5225/4683 15482/5220/4678</w:t>
        <w:br/>
        <w:t>f 15483/5219/4677 15488/5224/4682 15482/5220/4678</w:t>
        <w:br/>
        <w:t>f 15492/5226/4684 15491/5227/4685 15490/5228/4686</w:t>
        <w:br/>
        <w:t>f 15489/5229/4686 15492/5226/4684 15490/5228/4686</w:t>
        <w:br/>
        <w:t>f 15495/5230/4687 15494/5231/4688 15493/5232/4689</w:t>
        <w:br/>
        <w:t>f 15496/5233/4690 15495/5230/4687 15493/5232/4689</w:t>
        <w:br/>
        <w:t>f 15491/5227/4685 15492/5226/4684 15498/5234/4691</w:t>
        <w:br/>
        <w:t>f 15497/5235/4692 15491/5227/4685 15498/5234/4691</w:t>
        <w:br/>
        <w:t>f 15500/5236/4693 15499/5237/4694 15493/5232/4689</w:t>
        <w:br/>
        <w:t>f 15494/5231/4688 15500/5236/4693 15493/5232/4689</w:t>
        <w:br/>
        <w:t>f 15504/5238/4695 15503/5239/4696 15502/5240/4697</w:t>
        <w:br/>
        <w:t>f 15501/5241/4698 15504/5238/4695 15502/5240/4697</w:t>
        <w:br/>
        <w:t>f 15464/5203/4661 15465/5202/4660 15505/5242/4699</w:t>
        <w:br/>
        <w:t>f 15506/5243/4700 15464/5203/4661 15505/5242/4699</w:t>
        <w:br/>
        <w:t>f 15509/5244/4701 15508/5245/4702 15507/5246/4703</w:t>
        <w:br/>
        <w:t>f 15510/5247/4701 15509/5244/4701 15507/5246/4703</w:t>
        <w:br/>
        <w:t>f 15512/5248/4704 15489/5229/4686 15490/5228/4686</w:t>
        <w:br/>
        <w:t>f 15511/5249/4704 15512/5248/4704 15490/5228/4686</w:t>
        <w:br/>
        <w:t>f 15495/5230/4687 15496/5233/4690 15514/5250/4705</w:t>
        <w:br/>
        <w:t>f 15513/5251/4706 15495/5230/4687 15514/5250/4705</w:t>
        <w:br/>
        <w:t>f 15518/5252/4707 15517/5253/4708 15516/5254/4709</w:t>
        <w:br/>
        <w:t>f 15515/5255/4710 15518/5252/4707 15516/5254/4709</w:t>
        <w:br/>
        <w:t>f 15520/5256/4711 15515/5255/4710 15516/5254/4709</w:t>
        <w:br/>
        <w:t>f 15519/5257/4712 15520/5256/4711 15516/5254/4709</w:t>
        <w:br/>
        <w:t>f 15523/5258/4713 15522/5259/4714 15521/5260/4715</w:t>
        <w:br/>
        <w:t>f 15524/5261/4716 15523/5258/4713 15521/5260/4715</w:t>
        <w:br/>
        <w:t>f 15528/5262/4717 15527/5263/4718 15526/5264/4719</w:t>
        <w:br/>
        <w:t>f 15525/5265/4720 15528/5262/4717 15526/5264/4719</w:t>
        <w:br/>
        <w:t>f 15530/5266/4721 15528/5262/4717 15525/5265/4720</w:t>
        <w:br/>
        <w:t>f 15529/5267/4722 15530/5266/4721 15525/5265/4720</w:t>
        <w:br/>
        <w:t>f 15532/5268/4723 15531/5269/4724 15523/5258/4713</w:t>
        <w:br/>
        <w:t>f 15524/5261/4716 15532/5268/4723 15523/5258/4713</w:t>
        <w:br/>
        <w:t>f 15536/5270/4725 15535/5271/4726 15534/5272/4727</w:t>
        <w:br/>
        <w:t>f 15533/5273/4728 15536/5270/4725 15534/5272/4727</w:t>
        <w:br/>
        <w:t>f 15540/5274/4729 15539/5275/4730 15538/5276/4730</w:t>
        <w:br/>
        <w:t>f 15537/5277/4729 15540/5274/4729 15538/5276/4730</w:t>
        <w:br/>
        <w:t>f 15521/5260/4715 15522/5259/4714 15542/5278/4731</w:t>
        <w:br/>
        <w:t>f 15541/5279/4731 15521/5260/4715 15542/5278/4731</w:t>
        <w:br/>
        <w:t>f 15542/5278/4731 15540/5274/4729 15537/5277/4729</w:t>
        <w:br/>
        <w:t>f 15541/5279/4731 15542/5278/4731 15537/5277/4729</w:t>
        <w:br/>
        <w:t>f 15544/5280/4732 15543/5281/4733 15535/5271/4726</w:t>
        <w:br/>
        <w:t>f 15536/5270/4725 15544/5280/4732 15535/5271/4726</w:t>
        <w:br/>
        <w:t>f 15539/5275/4730 15546/5282/4734 15545/5283/4735</w:t>
        <w:br/>
        <w:t>f 15538/5276/4730 15539/5275/4730 15545/5283/4735</w:t>
        <w:br/>
        <w:t>f 15549/5284/4736 15548/5285/4737 15547/5286/4738</w:t>
        <w:br/>
        <w:t>f 15550/5287/4739 15549/5284/4736 15547/5286/4738</w:t>
        <w:br/>
        <w:t>f 15552/5288/4740 15551/5289/4741 15550/5287/4739</w:t>
        <w:br/>
        <w:t>f 15547/5286/4738 15552/5288/4740 15550/5287/4739</w:t>
        <w:br/>
        <w:t>f 15555/5290/4742 15554/5291/4743 15553/5292/4744</w:t>
        <w:br/>
        <w:t>f 15559/5293/4745 15558/5294/4746 15557/5295/4747</w:t>
        <w:br/>
        <w:t>f 15556/5296/4748 15559/5293/4745 15557/5295/4747</w:t>
        <w:br/>
        <w:t>f 15558/5294/4746 15561/5297/4749 15560/5298/4750</w:t>
        <w:br/>
        <w:t>f 15557/5295/4747 15558/5294/4746 15560/5298/4750</w:t>
        <w:br/>
        <w:t>f 15553/5292/4744 15563/5299/4751 15562/5300/4752</w:t>
        <w:br/>
        <w:t>f 15555/5290/4742 15553/5292/4744 15562/5300/4752</w:t>
        <w:br/>
        <w:t>f 15554/5291/4743 15565/5301/4753 15564/5302/4754</w:t>
        <w:br/>
        <w:t>f 15564/5302/4754 15565/5301/4753 15533/5273/4728</w:t>
        <w:br/>
        <w:t>f 15534/5272/4727 15564/5302/4754 15533/5273/4728</w:t>
        <w:br/>
        <w:t>f 15568/5303/4755 15567/5304/4756 15566/5305/4757</w:t>
        <w:br/>
        <w:t>f 15458/5198/4656 15568/5303/4755 15566/5305/4757</w:t>
        <w:br/>
        <w:t>f 15536/5270/4725 15468/5205/4663 15470/5209/4667</w:t>
        <w:br/>
        <w:t>f 15544/5280/4732 15536/5270/4725 15470/5209/4667</w:t>
        <w:br/>
        <w:t>f 15572/5306/4758 15571/5307/4759 15570/5308/4760</w:t>
        <w:br/>
        <w:t>f 15569/5309/4761 15572/5306/4758 15570/5308/4760</w:t>
        <w:br/>
        <w:t>f 15571/5307/4759 15574/5310/4762 15573/5311/4763</w:t>
        <w:br/>
        <w:t>f 15570/5308/4760 15571/5307/4759 15573/5311/4763</w:t>
        <w:br/>
        <w:t>f 15574/5310/4762 15576/5312/4764 15575/5313/4765</w:t>
        <w:br/>
        <w:t>f 15573/5311/4763 15574/5310/4762 15575/5313/4765</w:t>
        <w:br/>
        <w:t>f 15576/5312/4764 15578/5314/4766 15577/5315/4767</w:t>
        <w:br/>
        <w:t>f 15575/5313/4765 15576/5312/4764 15577/5315/4767</w:t>
        <w:br/>
        <w:t>f 15578/5314/4766 15580/5316/4768 15579/5317/4769</w:t>
        <w:br/>
        <w:t>f 15577/5315/4767 15578/5314/4766 15579/5317/4769</w:t>
        <w:br/>
        <w:t>f 15580/5316/4768 15582/5318/4770 15581/5319/4771</w:t>
        <w:br/>
        <w:t>f 15579/5317/4769 15580/5316/4768 15581/5319/4771</w:t>
        <w:br/>
        <w:t>f 15586/5320/4772 15585/5321/4773 15584/5322/4774</w:t>
        <w:br/>
        <w:t>f 15583/5323/4775 15586/5320/4772 15584/5322/4774</w:t>
        <w:br/>
        <w:t>f 15585/5321/4773 15588/5324/4776 15587/5325/4777</w:t>
        <w:br/>
        <w:t>f 15584/5322/4774 15585/5321/4773 15587/5325/4777</w:t>
        <w:br/>
        <w:t>f 15591/5326/4778 15590/5327/4779 15589/5328/4780</w:t>
        <w:br/>
        <w:t>f 15592/5329/4781 15591/5326/4778 15589/5328/4780</w:t>
        <w:br/>
        <w:t>f 15590/5327/4779 15591/5326/4778 15594/5330/4782</w:t>
        <w:br/>
        <w:t>f 15593/5331/4783 15590/5327/4779 15594/5330/4782</w:t>
        <w:br/>
        <w:t>f 15598/5332/4784 15597/5333/4785 15596/5334/4786</w:t>
        <w:br/>
        <w:t>f 15595/5335/4787 15598/5332/4784 15596/5334/4786</w:t>
        <w:br/>
        <w:t>f 15600/5336/4788 15599/5337/4789 15597/5333/4785</w:t>
        <w:br/>
        <w:t>f 15598/5332/4784 15600/5336/4788 15597/5333/4785</w:t>
        <w:br/>
        <w:t>f 15600/5336/4788 15602/5338/4790 15601/5339/4791</w:t>
        <w:br/>
        <w:t>f 15599/5337/4789 15600/5336/4788 15601/5339/4791</w:t>
        <w:br/>
        <w:t>f 15606/5340/4792 15605/5341/4793 15604/5342/4794</w:t>
        <w:br/>
        <w:t>f 15603/5343/4795 15606/5340/4792 15604/5342/4794</w:t>
        <w:br/>
        <w:t>f 15605/5341/4793 15608/5344/4796 15607/5345/4797</w:t>
        <w:br/>
        <w:t>f 15604/5342/4794 15605/5341/4793 15607/5345/4797</w:t>
        <w:br/>
        <w:t>f 15611/5346/4798 15610/5347/4799 15609/5348/4800</w:t>
        <w:br/>
        <w:t>f 15510/5247/4701 15613/5349/4801 15612/5350/4801</w:t>
        <w:br/>
        <w:t>f 15509/5244/4701 15510/5247/4701 15612/5350/4801</w:t>
        <w:br/>
        <w:t>f 15616/5351/4802 15615/5352/4803 15614/5353/4804</w:t>
        <w:br/>
        <w:t>f 15477/5217/4675 15455/5189/4647 15452/5192/4650</w:t>
        <w:br/>
        <w:t>f 15480/5214/4672 15477/5217/4675 15452/5192/4650</w:t>
        <w:br/>
        <w:t>f 15480/5214/4672 15452/5192/4650 15456/5194/4652</w:t>
        <w:br/>
        <w:t>f 15485/5223/4681 15480/5214/4672 15456/5194/4652</w:t>
        <w:br/>
        <w:t>f 15497/5235/4692 15463/5199/4657 15461/5195/4653</w:t>
        <w:br/>
        <w:t>f 15491/5227/4685 15497/5235/4692 15461/5195/4653</w:t>
        <w:br/>
        <w:t>f 15458/5198/4656 15566/5305/4757 15491/5227/4685</w:t>
        <w:br/>
        <w:t>f 15461/5195/4653 15458/5198/4656 15491/5227/4685</w:t>
        <w:br/>
        <w:t>f 15459/5197/4655 15617/5354/4805 15568/5303/4755</w:t>
        <w:br/>
        <w:t>f 15458/5198/4656 15459/5197/4655 15568/5303/4755</w:t>
        <w:br/>
        <w:t>f 15469/5204/4662 15619/5355/4806 15618/5356/4807</w:t>
        <w:br/>
        <w:t>f 15620/5357/4808 15469/5204/4662 15618/5356/4807</w:t>
        <w:br/>
        <w:t>f 15622/5358/4809 15621/5359/4810 15620/5357/4808</w:t>
        <w:br/>
        <w:t>f 15618/5356/4807 15622/5358/4809 15620/5357/4808</w:t>
        <w:br/>
        <w:t>f 15626/5360/4811 15625/5361/4812 15624/5362/4813</w:t>
        <w:br/>
        <w:t>f 15623/5363/4814 15626/5360/4811 15624/5362/4813</w:t>
        <w:br/>
        <w:t>f 15625/5361/4812 15628/5364/4815 15627/5365/4816</w:t>
        <w:br/>
        <w:t>f 15624/5362/4813 15625/5361/4812 15627/5365/4816</w:t>
        <w:br/>
        <w:t>f 15625/5361/4812 15626/5360/4811 15630/5366/4817</w:t>
        <w:br/>
        <w:t>f 15629/5367/4818 15625/5361/4812 15630/5366/4817</w:t>
        <w:br/>
        <w:t>f 15629/5367/4818 15631/5368/4819 15628/5364/4815</w:t>
        <w:br/>
        <w:t>f 15625/5361/4812 15629/5367/4818 15628/5364/4815</w:t>
        <w:br/>
        <w:t>f 15635/5369/4820 15634/5370/4821 15633/5371/4822</w:t>
        <w:br/>
        <w:t>f 15632/5372/4823 15635/5369/4820 15633/5371/4822</w:t>
        <w:br/>
        <w:t>f 15632/5372/4823 15638/5373/4824 15637/5374/4825</w:t>
        <w:br/>
        <w:t>f 15636/5375/4826 15632/5372/4823 15637/5374/4825</w:t>
        <w:br/>
        <w:t>f 15642/5376/4827 15641/5377/4828 15640/5378/4829</w:t>
        <w:br/>
        <w:t>f 15639/5379/4830 15642/5376/4827 15640/5378/4829</w:t>
        <w:br/>
        <w:t>f 15645/5380/4831 15644/5381/4832 15643/5382/4833</w:t>
        <w:br/>
        <w:t>f 15641/5377/4828 15642/5376/4827 15646/5383/4834</w:t>
        <w:br/>
        <w:t>f 15649/5384/4835 15645/5380/4831 15648/5385/4836</w:t>
        <w:br/>
        <w:t>f 15647/5386/4837 15649/5384/4835 15648/5385/4836</w:t>
        <w:br/>
        <w:t>f 15651/5387/4838 15650/5388/4839 15634/5370/4821</w:t>
        <w:br/>
        <w:t>f 15635/5369/4820 15651/5387/4838 15634/5370/4821</w:t>
        <w:br/>
        <w:t>f 15652/5389/4840 15636/5375/4826 15637/5374/4825</w:t>
        <w:br/>
        <w:t>f 15622/5358/4809 15618/5356/4807 15632/5372/4823</w:t>
        <w:br/>
        <w:t>f 15633/5371/4822 15622/5358/4809 15632/5372/4823</w:t>
        <w:br/>
        <w:t>f 15619/5355/4806 15638/5373/4824 15632/5372/4823</w:t>
        <w:br/>
        <w:t>f 15618/5356/4807 15619/5355/4806 15632/5372/4823</w:t>
        <w:br/>
        <w:t>f 15654/5390/4841 15653/5391/4842 15627/5365/4816</w:t>
        <w:br/>
        <w:t>f 15628/5364/4815 15654/5390/4841 15627/5365/4816</w:t>
        <w:br/>
        <w:t>f 15653/5391/4842 15654/5390/4841 15655/5392/4843</w:t>
        <w:br/>
        <w:t>f 15548/5285/4844 15653/5391/4842 15655/5392/4843</w:t>
        <w:br/>
        <w:t>f 15628/5364/4815 15631/5368/4819 15656/5393/4845</w:t>
        <w:br/>
        <w:t>f 15654/5390/4841 15628/5364/4815 15656/5393/4845</w:t>
        <w:br/>
        <w:t>f 15552/5288/4740 15547/5286/4738 15654/5390/4841</w:t>
        <w:br/>
        <w:t>f 15656/5393/4845 15552/5288/4740 15654/5390/4841</w:t>
        <w:br/>
        <w:t>f 15658/5394/4846 15637/5374/4825 15638/5373/4824</w:t>
        <w:br/>
        <w:t>f 15657/5395/4847 15658/5394/4846 15638/5373/4824</w:t>
        <w:br/>
        <w:t>f 15554/5291/4743 15555/5290/4742 15658/5394/4846</w:t>
        <w:br/>
        <w:t>f 15657/5395/4847 15554/5291/4743 15658/5394/4846</w:t>
        <w:br/>
        <w:t>f 15660/5396/4848 15645/5380/4831 15643/5382/4833</w:t>
        <w:br/>
        <w:t>f 15659/5397/4849 15660/5396/4848 15643/5382/4833</w:t>
        <w:br/>
        <w:t>f 15556/5296/4748 15557/5295/4747 15660/5396/4848</w:t>
        <w:br/>
        <w:t>f 15659/5397/4849 15556/5296/4748 15660/5396/4848</w:t>
        <w:br/>
        <w:t>f 15661/5398/4850 15648/5385/4836 15645/5380/4831</w:t>
        <w:br/>
        <w:t>f 15660/5396/4848 15661/5398/4850 15645/5380/4831</w:t>
        <w:br/>
        <w:t>f 15660/5396/4848 15557/5295/4747 15560/5298/4750</w:t>
        <w:br/>
        <w:t>f 15661/5398/4850 15660/5396/4848 15560/5298/4750</w:t>
        <w:br/>
        <w:t>f 15662/5399/4851 15652/5389/4840 15637/5374/4825</w:t>
        <w:br/>
        <w:t>f 15658/5394/4846 15662/5399/4851 15637/5374/4825</w:t>
        <w:br/>
        <w:t>f 15555/5290/4742 15562/5300/4752 15662/5399/4851</w:t>
        <w:br/>
        <w:t>f 15658/5394/4846 15555/5290/4742 15662/5399/4851</w:t>
        <w:br/>
        <w:t>f 15657/5395/4847 15638/5373/4824 15619/5355/4806</w:t>
        <w:br/>
        <w:t>f 15663/5400/4852 15657/5395/4847 15619/5355/4806</w:t>
        <w:br/>
        <w:t>f 15565/5301/4753 15554/5291/4743 15657/5395/4847</w:t>
        <w:br/>
        <w:t>f 15663/5400/4852 15565/5301/4753 15657/5395/4847</w:t>
        <w:br/>
        <w:t>f 15663/5400/4852 15619/5355/4806 15469/5204/4662</w:t>
        <w:br/>
        <w:t>f 15467/5206/4664 15663/5400/4852 15469/5204/4662</w:t>
        <w:br/>
        <w:t>f 15468/5205/4663 15536/5270/4725 15533/5273/4728</w:t>
        <w:br/>
        <w:t>f 15467/5206/4664 15468/5205/4663 15533/5273/4728</w:t>
        <w:br/>
        <w:t>f 15533/5273/4728 15565/5301/4753 15663/5400/4852</w:t>
        <w:br/>
        <w:t>f 15467/5206/4664 15533/5273/4728 15663/5400/4852</w:t>
        <w:br/>
        <w:t>f 15613/5349/4801 15505/5242/4699 15465/5202/4660</w:t>
        <w:br/>
        <w:t>f 15612/5350/4801 15613/5349/4801 15465/5202/4660</w:t>
        <w:br/>
        <w:t>f 15472/5207/4665 15665/5401/4853 15664/5402/4854</w:t>
        <w:br/>
        <w:t>f 15471/5208/4666 15472/5207/4665 15664/5402/4854</w:t>
        <w:br/>
        <w:t>f 15669/5403/4855 15668/5404/4856 15667/5405/4759</w:t>
        <w:br/>
        <w:t>f 15666/5406/4758 15669/5403/4855 15667/5405/4759</w:t>
        <w:br/>
        <w:t>f 15667/5405/4759 15668/5404/4856 15670/5407/4857</w:t>
        <w:br/>
        <w:t>f 15671/5408/4762 15667/5405/4759 15670/5407/4857</w:t>
        <w:br/>
        <w:t>f 15673/5409/4858 15672/5410/4764 15671/5408/4762</w:t>
        <w:br/>
        <w:t>f 15670/5407/4857 15673/5409/4858 15671/5408/4762</w:t>
        <w:br/>
        <w:t>f 15672/5410/4764 15673/5409/4858 15674/5411/4859</w:t>
        <w:br/>
        <w:t>f 15675/5412/4766 15672/5410/4764 15674/5411/4859</w:t>
        <w:br/>
        <w:t>f 15674/5411/4859 15523/5258/4713 15676/5413/4860</w:t>
        <w:br/>
        <w:t>f 15675/5412/4766 15674/5411/4859 15676/5413/4860</w:t>
        <w:br/>
        <w:t>f 15523/5258/4713 15531/5269/4724 15677/5414/4770</w:t>
        <w:br/>
        <w:t>f 15676/5413/4860 15523/5258/4713 15677/5414/4770</w:t>
        <w:br/>
        <w:t>f 15527/5263/4718 15528/5262/4717 15679/5415/4773</w:t>
        <w:br/>
        <w:t>f 15678/5416/4772 15527/5263/4718 15679/5415/4773</w:t>
        <w:br/>
        <w:t>f 15528/5262/4717 15530/5266/4721 15680/5417/4776</w:t>
        <w:br/>
        <w:t>f 15679/5415/4773 15528/5262/4717 15680/5417/4776</w:t>
        <w:br/>
        <w:t>f 15683/5418/4861 15682/5419/4862 15681/5420/4781</w:t>
        <w:br/>
        <w:t>f 15684/5421/4863 15683/5418/4861 15681/5420/4781</w:t>
        <w:br/>
        <w:t>f 15686/5422/4864 15685/5423/4782 15682/5419/4862</w:t>
        <w:br/>
        <w:t>f 15683/5418/4861 15686/5422/4864 15682/5419/4862</w:t>
        <w:br/>
        <w:t>f 15690/5424/4865 15689/5425/4866 15688/5426/4787</w:t>
        <w:br/>
        <w:t>f 15687/5427/4867 15690/5424/4865 15688/5426/4787</w:t>
        <w:br/>
        <w:t>f 15692/5428/4868 15691/5429/4788 15689/5425/4866</w:t>
        <w:br/>
        <w:t>f 15690/5424/4865 15692/5428/4868 15689/5425/4866</w:t>
        <w:br/>
        <w:t>f 15693/5430/4790 15691/5429/4788 15692/5428/4868</w:t>
        <w:br/>
        <w:t>f 15694/5431/4869 15693/5430/4790 15692/5428/4868</w:t>
        <w:br/>
        <w:t>f 15698/5432/4870 15697/5433/4871 15696/5434/4872</w:t>
        <w:br/>
        <w:t>f 15695/5435/4792 15698/5432/4870 15696/5434/4872</w:t>
        <w:br/>
        <w:t>f 15697/5433/4871 15700/5436/4873 15699/5437/4796</w:t>
        <w:br/>
        <w:t>f 15696/5434/4872 15697/5433/4871 15699/5437/4796</w:t>
        <w:br/>
        <w:t>f 15475/5211/4669 15476/5210/4668 15701/5438/4874</w:t>
        <w:br/>
        <w:t>f 15705/5439/4875 15704/5440/4876 15703/5441/4876</w:t>
        <w:br/>
        <w:t>f 15702/5442/4877 15705/5439/4875 15703/5441/4876</w:t>
        <w:br/>
        <w:t>f 15501/5241/4698 15706/5443/4878 15504/5238/4695</w:t>
        <w:br/>
        <w:t>f 15454/5190/4648 15481/5221/4679 15482/5220/4678</w:t>
        <w:br/>
        <w:t>f 15453/5191/4649 15454/5190/4648 15482/5220/4678</w:t>
        <w:br/>
        <w:t>f 15453/5191/4649 15482/5220/4678 15487/5225/4683</w:t>
        <w:br/>
        <w:t>f 15457/5193/4651 15453/5191/4649 15487/5225/4683</w:t>
        <w:br/>
        <w:t>f 15500/5236/4693 15494/5231/4688 15460/5196/4654</w:t>
        <w:br/>
        <w:t>f 15462/5200/4658 15500/5236/4693 15460/5196/4654</w:t>
        <w:br/>
        <w:t>f 15707/5444/4879 15460/5196/4654 15494/5231/4688</w:t>
        <w:br/>
        <w:t>f 15495/5230/4687 15707/5444/4879 15494/5231/4688</w:t>
        <w:br/>
        <w:t>f 15710/5445/4880 15709/5446/4881 15708/5447/4882</w:t>
        <w:br/>
        <w:t>f 15495/5230/4687 15710/5445/4880 15708/5447/4882</w:t>
        <w:br/>
        <w:t>f 15472/5207/4665 15620/5357/4808 15621/5359/4810</w:t>
        <w:br/>
        <w:t>f 15665/5401/4853 15472/5207/4665 15621/5359/4810</w:t>
        <w:br/>
        <w:t>f 15652/5389/4840 15643/5382/4833 15644/5381/4832</w:t>
        <w:br/>
        <w:t>f 15711/5448/4883 15652/5389/4840 15644/5381/4832</w:t>
        <w:br/>
        <w:t>f 15659/5397/4849 15643/5382/4833 15652/5389/4840</w:t>
        <w:br/>
        <w:t>f 15662/5399/4851 15562/5300/4752 15556/5296/4748</w:t>
        <w:br/>
        <w:t>f 15659/5397/4849 15662/5399/4851 15556/5296/4748</w:t>
        <w:br/>
        <w:t>f 15556/5296/4748 15562/5300/4752 15563/5299/4751</w:t>
        <w:br/>
        <w:t>f 15559/5293/4745 15556/5296/4748 15563/5299/4751</w:t>
        <w:br/>
        <w:t>f 15582/5318/4770 15586/5320/4772 15583/5323/4775</w:t>
        <w:br/>
        <w:t>f 15581/5319/4771 15582/5318/4770 15583/5323/4775</w:t>
        <w:br/>
        <w:t>f 15531/5269/4724 15527/5263/4718 15678/5416/4772</w:t>
        <w:br/>
        <w:t>f 15677/5414/4770 15531/5269/4724 15678/5416/4772</w:t>
        <w:br/>
        <w:t>f 15527/5263/4718 15531/5269/4724 15532/5268/4723</w:t>
        <w:br/>
        <w:t>f 15526/5264/4719 15527/5263/4718 15532/5268/4723</w:t>
        <w:br/>
        <w:t>f 15639/5379/4830 15640/5378/4829 15650/5388/4839</w:t>
        <w:br/>
        <w:t>f 15651/5387/4838 15639/5379/4830 15650/5388/4839</w:t>
        <w:br/>
        <w:t>f 15631/5368/4819 15647/5386/4837 15648/5385/4836</w:t>
        <w:br/>
        <w:t>f 15661/5398/4850 15656/5393/4845 15631/5368/4819</w:t>
        <w:br/>
        <w:t>f 15648/5385/4836 15661/5398/4850 15631/5368/4819</w:t>
        <w:br/>
        <w:t>f 15661/5398/4850 15560/5298/4750 15552/5288/4740</w:t>
        <w:br/>
        <w:t>f 15656/5393/4845 15661/5398/4850 15552/5288/4740</w:t>
        <w:br/>
        <w:t>f 15560/5298/4750 15561/5297/4749 15551/5289/4741</w:t>
        <w:br/>
        <w:t>f 15552/5288/4740 15560/5298/4750 15551/5289/4741</w:t>
        <w:br/>
        <w:t>f 15588/5324/4776 15592/5329/4781 15589/5328/4780</w:t>
        <w:br/>
        <w:t>f 15587/5325/4777 15588/5324/4776 15589/5328/4780</w:t>
        <w:br/>
        <w:t>f 15530/5266/4721 15684/5421/4863 15681/5420/4781</w:t>
        <w:br/>
        <w:t>f 15680/5417/4776 15530/5266/4721 15681/5420/4781</w:t>
        <w:br/>
        <w:t>f 15712/5449/4884 15520/5256/4711 15519/5257/4712</w:t>
        <w:br/>
        <w:t>f 15630/5366/4817 15714/5450/4885 15713/5451/4886</w:t>
        <w:br/>
        <w:t>f 15629/5367/4818 15630/5366/4817 15713/5451/4886</w:t>
        <w:br/>
        <w:t>f 15456/5194/4652 15457/5193/4651 15462/5200/4658</w:t>
        <w:br/>
        <w:t>f 15463/5199/4657 15456/5194/4652 15462/5200/4658</w:t>
        <w:br/>
        <w:t>f 15485/5223/4681 15456/5194/4652 15463/5199/4657</w:t>
        <w:br/>
        <w:t>f 15497/5235/4692 15485/5223/4681 15463/5199/4657</w:t>
        <w:br/>
        <w:t>f 15498/5234/4691 15486/5222/4680 15485/5223/4681</w:t>
        <w:br/>
        <w:t>f 15497/5235/4692 15498/5234/4691 15485/5223/4681</w:t>
        <w:br/>
        <w:t>f 15602/5338/4790 15606/5340/4792 15603/5343/4795</w:t>
        <w:br/>
        <w:t>f 15601/5339/4791 15602/5338/4790 15603/5343/4795</w:t>
        <w:br/>
        <w:t>f 15695/5435/4792 15693/5430/4790 15694/5431/4869</w:t>
        <w:br/>
        <w:t>f 15698/5432/4870 15695/5435/4792 15694/5431/4869</w:t>
        <w:br/>
        <w:t>f 15499/5237/4694 15500/5236/4693 15487/5225/4683</w:t>
        <w:br/>
        <w:t>f 15488/5224/4682 15499/5237/4694 15487/5225/4683</w:t>
        <w:br/>
        <w:t>f 15487/5225/4683 15500/5236/4693 15462/5200/4658</w:t>
        <w:br/>
        <w:t>f 15457/5193/4651 15487/5225/4683 15462/5200/4658</w:t>
        <w:br/>
        <w:t>f 15616/5351/4887 15466/5201/4659 15454/5190/4648</w:t>
        <w:br/>
        <w:t>f 15455/5189/4647 15616/5351/4887 15454/5190/4648</w:t>
        <w:br/>
        <w:t>f 15508/5245/4702 15616/5351/4887 15455/5189/4647</w:t>
        <w:br/>
        <w:t>f 15477/5217/4675 15508/5245/4702 15455/5189/4647</w:t>
        <w:br/>
        <w:t>f 15478/5216/4674 15507/5246/4703 15508/5245/4702</w:t>
        <w:br/>
        <w:t>f 15477/5217/4675 15478/5216/4674 15508/5245/4702</w:t>
        <w:br/>
        <w:t>f 15608/5344/4796 15715/5452/4671 15610/5347/4799</w:t>
        <w:br/>
        <w:t>f 15607/5345/4797 15608/5344/4796 15610/5347/4799</w:t>
        <w:br/>
        <w:t>f 15700/5436/4873 15476/5210/4668 15473/5213/4671</w:t>
        <w:br/>
        <w:t>f 15699/5437/4796 15700/5436/4873 15473/5213/4671</w:t>
        <w:br/>
        <w:t>f 15484/5218/4676 15481/5221/4679 15501/5241/4698</w:t>
        <w:br/>
        <w:t>f 15502/5240/4697 15484/5218/4676 15501/5241/4698</w:t>
        <w:br/>
        <w:t>f 15466/5201/4659 15501/5241/4698 15481/5221/4679</w:t>
        <w:br/>
        <w:t>f 15454/5190/4648 15466/5201/4659 15481/5221/4679</w:t>
        <w:br/>
        <w:t>f 15719/5453/4888 15718/5454/4889 15717/5455/4890</w:t>
        <w:br/>
        <w:t>f 15716/5456/4891 15719/5453/4888 15717/5455/4890</w:t>
        <w:br/>
        <w:t>f 15721/5457/4892 15719/5453/4888 15716/5456/4891</w:t>
        <w:br/>
        <w:t>f 15720/5458/4893 15721/5457/4892 15716/5456/4891</w:t>
        <w:br/>
        <w:t>f 15723/5459/4894 15721/5457/4892 15720/5458/4893</w:t>
        <w:br/>
        <w:t>f 15722/5460/4895 15723/5459/4894 15720/5458/4893</w:t>
        <w:br/>
        <w:t>f 15727/5461/4896 15726/5462/4897 15725/5463/4898</w:t>
        <w:br/>
        <w:t>f 15724/5464/4899 15727/5461/4896 15725/5463/4898</w:t>
        <w:br/>
        <w:t>f 15731/5465/4900 15730/5466/4896 15729/5467/4901</w:t>
        <w:br/>
        <w:t>f 15728/5468/4902 15731/5465/4900 15729/5467/4901</w:t>
        <w:br/>
        <w:t>f 15735/5469/4903 15734/5470/4904 15733/5471/4905</w:t>
        <w:br/>
        <w:t>f 15732/5472/4906 15735/5469/4903 15733/5471/4905</w:t>
        <w:br/>
        <w:t>f 15718/5454/4889 15737/5473/4907 15736/5474/4908</w:t>
        <w:br/>
        <w:t>f 15717/5455/4890 15718/5454/4889 15736/5474/4908</w:t>
        <w:br/>
        <w:t>f 15738/5475/4909 15709/5446/4881 15710/5445/4880</w:t>
        <w:br/>
        <w:t>f 15627/5365/4816 15740/5476/4910 15739/5477/4911</w:t>
        <w:br/>
        <w:t>f 15617/5354/4805 15627/5365/4816 15568/5303/4755</w:t>
        <w:br/>
        <w:t>f 15653/5391/4842 15548/5285/4844 15567/5304/4756</w:t>
        <w:br/>
        <w:t>f 15568/5303/4755 15653/5391/4842 15567/5304/4756</w:t>
        <w:br/>
        <w:t>f 15549/5284/4736 15512/5248/4704 15511/5249/4704</w:t>
        <w:br/>
        <w:t>f 15741/5478/4912 15549/5284/4736 15511/5249/4704</w:t>
        <w:br/>
        <w:t>f 15596/5334/4786 15593/5331/4783 15594/5330/4782</w:t>
        <w:br/>
        <w:t>f 15595/5335/4787 15596/5334/4786 15594/5330/4782</w:t>
        <w:br/>
        <w:t>f 15742/5479/4913 15685/5423/4782 15686/5422/4864</w:t>
        <w:br/>
        <w:t>f 15517/5253/4708 15518/5252/4707 15744/5480/4914</w:t>
        <w:br/>
        <w:t>f 15743/5481/4915 15517/5253/4708 15744/5480/4914</w:t>
        <w:br/>
        <w:t>f 15718/5454/4889 15719/5453/4888 15470/5209/4667</w:t>
        <w:br/>
        <w:t>f 15471/5208/4666 15718/5454/4889 15470/5209/4667</w:t>
        <w:br/>
        <w:t>f 15544/5280/4732 15470/5209/4667 15719/5453/4888</w:t>
        <w:br/>
        <w:t>f 15721/5457/4892 15544/5280/4732 15719/5453/4888</w:t>
        <w:br/>
        <w:t>f 15543/5281/4733 15544/5280/4732 15721/5457/4892</w:t>
        <w:br/>
        <w:t>f 15723/5459/4894 15543/5281/4733 15721/5457/4892</w:t>
        <w:br/>
        <w:t>f 15726/5462/4897 15572/5306/4758 15569/5309/4761</w:t>
        <w:br/>
        <w:t>f 15725/5463/4898 15726/5462/4897 15569/5309/4761</w:t>
        <w:br/>
        <w:t>f 15728/5468/4902 15669/5403/4855 15666/5406/4758</w:t>
        <w:br/>
        <w:t>f 15731/5465/4900 15728/5468/4902 15666/5406/4758</w:t>
        <w:br/>
        <w:t>f 15546/5282/4734 15735/5469/4903 15732/5472/4906</w:t>
        <w:br/>
        <w:t>f 15545/5283/4735 15546/5282/4734 15732/5472/4906</w:t>
        <w:br/>
        <w:t>f 15471/5208/4666 15545/5283/4916 15737/5473/4907</w:t>
        <w:br/>
        <w:t>f 15718/5454/4889 15471/5208/4666 15737/5473/4907</w:t>
        <w:br/>
        <w:t>f 15748/5482/4917 15747/5483/4918 15746/5484/4919</w:t>
        <w:br/>
        <w:t>f 15745/5485/4920 15748/5482/4917 15746/5484/4919</w:t>
        <w:br/>
        <w:t>f 15750/5486/4921 15745/5485/4920 15749/5487/4922</w:t>
        <w:br/>
        <w:t>f 15736/5474/4923 15750/5486/4921 15749/5487/4922</w:t>
        <w:br/>
        <w:t>f 15749/5487/4922 15745/5485/4920 15746/5484/4919</w:t>
        <w:br/>
        <w:t>f 15702/5442/4877 15464/5203/4661 15506/5243/4700</w:t>
        <w:br/>
        <w:t>f 15705/5439/4875 15702/5442/4877 15506/5243/4700</w:t>
        <w:br/>
        <w:t>f 15466/5201/4659 15464/5203/4661 15706/5443/4878</w:t>
        <w:br/>
        <w:t>f 15623/5363/4814 15624/5362/4813 15739/5477/4911</w:t>
        <w:br/>
        <w:t>f 15738/5475/4909 15623/5363/4814 15739/5477/4911</w:t>
        <w:br/>
        <w:t>f 15627/5365/4816 15739/5477/4911 15624/5362/4813</w:t>
        <w:br/>
        <w:t>f 15752/5488/4924 15751/5489/4924 15623/5363/4814</w:t>
        <w:br/>
        <w:t>f 15738/5475/4909 15752/5488/4924 15623/5363/4814</w:t>
        <w:br/>
        <w:t>f 15626/5360/4811 15623/5363/4814 15518/5252/4707</w:t>
        <w:br/>
        <w:t>f 15515/5255/4710 15626/5360/4811 15518/5252/4707</w:t>
        <w:br/>
        <w:t>f 15630/5366/4817 15626/5360/4811 15515/5255/4710</w:t>
        <w:br/>
        <w:t>f 15520/5256/4711 15630/5366/4817 15515/5255/4710</w:t>
        <w:br/>
        <w:t>f 15630/5366/4817 15520/5256/4711 15712/5449/4884</w:t>
        <w:br/>
        <w:t>f 15714/5450/4885 15630/5366/4817 15712/5449/4884</w:t>
        <w:br/>
        <w:t>f 15754/5490/4925 15641/5377/4828 15753/5491/4926</w:t>
        <w:br/>
        <w:t>f 15641/5377/4828 15754/5490/4925 15755/5492/4927</w:t>
        <w:br/>
        <w:t>f 15640/5378/4829 15641/5377/4828 15755/5492/4927</w:t>
        <w:br/>
        <w:t>f 15640/5378/4829 15755/5492/4927 15756/5493/4928</w:t>
        <w:br/>
        <w:t>f 15650/5388/4839 15640/5378/4829 15756/5493/4928</w:t>
        <w:br/>
        <w:t>f 15634/5370/4821 15650/5388/4839 15756/5493/4928</w:t>
        <w:br/>
        <w:t>f 15742/5479/4913 15686/5422/4864 15517/5253/4708</w:t>
        <w:br/>
        <w:t>f 15743/5481/4915 15742/5479/4913 15517/5253/4708</w:t>
        <w:br/>
        <w:t>f 15686/5422/4864 15683/5418/4861 15516/5254/4709</w:t>
        <w:br/>
        <w:t>f 15517/5253/4708 15686/5422/4864 15516/5254/4709</w:t>
        <w:br/>
        <w:t>f 15516/5254/4709 15683/5418/4861 15684/5421/4863</w:t>
        <w:br/>
        <w:t>f 15519/5257/4712 15516/5254/4709 15684/5421/4863</w:t>
        <w:br/>
        <w:t>f 15530/5266/4721 15529/5267/4722 15519/5257/4712</w:t>
        <w:br/>
        <w:t>f 15684/5421/4863 15530/5266/4721 15519/5257/4712</w:t>
        <w:br/>
        <w:t>f 15742/5479/4913 15513/5251/4706 15514/5250/4705</w:t>
        <w:br/>
        <w:t>f 15742/5479/4913 15687/5427/4867 15688/5426/4787</w:t>
        <w:br/>
        <w:t>f 15685/5423/4782 15742/5479/4913 15688/5426/4787</w:t>
        <w:br/>
        <w:t>f 15744/5480/4914 15738/5475/4909 15710/5445/4880</w:t>
        <w:br/>
        <w:t>f 15513/5251/4706 15743/5481/4915 15744/5480/4914</w:t>
        <w:br/>
        <w:t>f 15742/5479/4913 15743/5481/4915 15513/5251/4706</w:t>
        <w:br/>
        <w:t>f 15739/5477/4911 15709/5446/4881 15738/5475/4909</w:t>
        <w:br/>
        <w:t>f 15617/5354/4805 15708/5447/4882 15709/5446/4881</w:t>
        <w:br/>
        <w:t>f 15460/5196/4654 15707/5444/4879 15459/5197/4655</w:t>
        <w:br/>
        <w:t>f 15708/5447/4882 15617/5354/4805 15459/5197/4655</w:t>
        <w:br/>
        <w:t>f 15707/5444/4879 15708/5447/4882 15459/5197/4655</w:t>
        <w:br/>
        <w:t>f 15495/5230/4687 15708/5447/4882 15707/5444/4879</w:t>
        <w:br/>
        <w:t>f 15739/5477/4911 15617/5354/4805 15709/5446/4881</w:t>
        <w:br/>
        <w:t>f 15647/5386/4837 15631/5368/4819 15629/5367/4818</w:t>
        <w:br/>
        <w:t>f 15713/5451/4886 15647/5386/4837 15629/5367/4818</w:t>
        <w:br/>
        <w:t>f 15649/5384/4835 15647/5386/4837 15757/5494/4929</w:t>
        <w:br/>
        <w:t>f 15757/5494/4929 15647/5386/4837 15713/5451/4886</w:t>
        <w:br/>
        <w:t>f 15758/5495/4930 15757/5494/4929 15713/5451/4886</w:t>
        <w:br/>
        <w:t>f 15714/5450/4885 15758/5495/4930 15713/5451/4886</w:t>
        <w:br/>
        <w:t>f 15529/5267/4722 15525/5265/4720 15753/5491/4931</w:t>
        <w:br/>
        <w:t>f 15714/5450/4885 15529/5267/4722 15753/5491/4931</w:t>
        <w:br/>
        <w:t>f 15714/5450/4885 15753/5491/4931 15758/5495/4930</w:t>
        <w:br/>
        <w:t>f 15759/5496/4932 15641/5377/4933 15757/5494/4929</w:t>
        <w:br/>
        <w:t>f 15758/5495/4930 15759/5496/4932 15757/5494/4929</w:t>
        <w:br/>
        <w:t>f 15652/5389/4840 15711/5448/4883 15760/5497/4934</w:t>
        <w:br/>
        <w:t>f 15652/5389/4840 15635/5369/4820 15636/5375/4826</w:t>
        <w:br/>
        <w:t>f 15632/5372/4823 15636/5375/4826 15635/5369/4820</w:t>
        <w:br/>
        <w:t>f 15659/5397/4849 15652/5389/4840 15662/5399/4851</w:t>
        <w:br/>
        <w:t>f 15761/5498/4935 15644/5381/4832 15645/5380/4831</w:t>
        <w:br/>
        <w:t>f 15649/5384/4835 15761/5498/4935 15645/5380/4831</w:t>
        <w:br/>
        <w:t>f 15651/5387/4838 15711/5448/4883 15644/5381/4832</w:t>
        <w:br/>
        <w:t>f 15639/5379/4830 15651/5387/4838 15644/5381/4832</w:t>
        <w:br/>
        <w:t>f 15635/5369/4820 15711/5448/4883 15651/5387/4838</w:t>
        <w:br/>
        <w:t>f 15616/5351/4802 15614/5353/4804 16096/5499/4936</w:t>
        <w:br/>
        <w:t>f 15466/5201/4659 15616/5351/4887 15465/5202/4660</w:t>
        <w:br/>
        <w:t>f 16097/5500/4670 15609/5348/4800 15715/5452/4671</w:t>
        <w:br/>
        <w:t>f 15627/5365/4816 15653/5391/4842 15568/5303/4755</w:t>
        <w:br/>
        <w:t>f 15469/5204/4662 15620/5357/4808 15472/5207/4665</w:t>
        <w:br/>
        <w:t>f 15469/5204/4662 15472/5207/4665 15468/5205/4663</w:t>
        <w:br/>
        <w:t>f 15501/5241/4698 15466/5201/4659 15706/5443/4878</w:t>
        <w:br/>
        <w:t>f 15476/5210/4668 16098/5501/4937 15701/5438/4874</w:t>
        <w:br/>
        <w:t>f 15610/5347/4799 15715/5452/4671 15609/5348/4800</w:t>
        <w:br/>
        <w:t>f 15508/5245/4938 16099/5502/4939 15614/5353/4804</w:t>
        <w:br/>
        <w:t>f 15765/5503/4940 15764/5504/4941 15763/5505/4942</w:t>
        <w:br/>
        <w:t>f 15762/5506/4943 15765/5503/4940 15763/5505/4942</w:t>
        <w:br/>
        <w:t>f 15769/5507/4944 15768/5508/4945 15767/5509/4946</w:t>
        <w:br/>
        <w:t>f 15766/5510/4947 15769/5507/4944 15767/5509/4946</w:t>
        <w:br/>
        <w:t>f 15773/5511/4948 15772/5512/4949 15771/5513/4950</w:t>
        <w:br/>
        <w:t>f 15770/5514/4951 15773/5511/4948 15771/5513/4950</w:t>
        <w:br/>
        <w:t>f 15777/5515/4952 15776/5516/4953 15775/5517/4954</w:t>
        <w:br/>
        <w:t>f 15774/5518/4955 15777/5515/4952 15775/5517/4954</w:t>
        <w:br/>
        <w:t>f 15764/5504/4941 15779/5519/4956 15778/5520/4957</w:t>
        <w:br/>
        <w:t>f 15763/5505/4942 15764/5504/4941 15778/5520/4957</w:t>
        <w:br/>
        <w:t>f 15781/5521/4958 15780/5522/4959 15764/5504/4941</w:t>
        <w:br/>
        <w:t>f 15765/5503/4940 15781/5521/4958 15764/5504/4941</w:t>
        <w:br/>
        <w:t>f 15768/5508/4945 15783/5523/4960 15782/5524/4961</w:t>
        <w:br/>
        <w:t>f 15767/5509/4946 15768/5508/4945 15782/5524/4961</w:t>
        <w:br/>
        <w:t>f 15785/5525/4962 15770/5514/4951 15771/5513/4950</w:t>
        <w:br/>
        <w:t>f 15784/5526/4963 15785/5525/4962 15771/5513/4950</w:t>
        <w:br/>
        <w:t>f 15774/5518/4955 15787/5527/4964 15786/5528/4965</w:t>
        <w:br/>
        <w:t>f 15777/5515/4952 15774/5518/4955 15786/5528/4965</w:t>
        <w:br/>
        <w:t>f 15779/5519/4956 15764/5504/4941 15780/5522/4959</w:t>
        <w:br/>
        <w:t>f 15788/5529/4966 15779/5519/4956 15780/5522/4959</w:t>
        <w:br/>
        <w:t>f 15790/5530/4967 15781/5521/4958 15765/5503/4940</w:t>
        <w:br/>
        <w:t>f 15789/5531/4968 15790/5530/4967 15765/5503/4940</w:t>
        <w:br/>
        <w:t>f 15765/5503/4940 15762/5506/4943 15791/5532/4969</w:t>
        <w:br/>
        <w:t>f 15789/5531/4968 15765/5503/4940 15791/5532/4969</w:t>
        <w:br/>
        <w:t>f 15795/5533/4970 15794/5534/4971 15793/5535/4972</w:t>
        <w:br/>
        <w:t>f 15792/5536/4973 15795/5533/4970 15793/5535/4972</w:t>
        <w:br/>
        <w:t>f 15794/5534/4971 15797/5537/4974 15796/5538/4975</w:t>
        <w:br/>
        <w:t>f 15793/5535/4972 15794/5534/4971 15796/5538/4975</w:t>
        <w:br/>
        <w:t>f 15801/5539/4976 15800/5540/4977 15799/5541/4978</w:t>
        <w:br/>
        <w:t>f 15798/5542/4979 15801/5539/4976 15799/5541/4978</w:t>
        <w:br/>
        <w:t>f 15805/5543/4980 15804/5544/4981 15803/5545/4982</w:t>
        <w:br/>
        <w:t>f 15802/5546/4983 15805/5543/4980 15803/5545/4982</w:t>
        <w:br/>
        <w:t>f 15809/5547/4984 15808/5548/4985 15807/5549/4986</w:t>
        <w:br/>
        <w:t>f 15806/5550/4987 15809/5547/4984 15807/5549/4986</w:t>
        <w:br/>
        <w:t>f 15813/5551/4988 15812/5552/4989 15811/5553/4990</w:t>
        <w:br/>
        <w:t>f 15810/5554/4991 15813/5551/4988 15811/5553/4990</w:t>
        <w:br/>
        <w:t>f 15799/5541/4978 15800/5540/4977 15815/5555/4992</w:t>
        <w:br/>
        <w:t>f 15814/5556/4993 15799/5541/4978 15815/5555/4992</w:t>
        <w:br/>
        <w:t>f 15817/5557/4994 15816/5558/4995 15798/5542/4979</w:t>
        <w:br/>
        <w:t>f 15805/5543/4980 15819/5559/4996 15818/5560/4997</w:t>
        <w:br/>
        <w:t>f 15804/5544/4981 15805/5543/4980 15818/5560/4997</w:t>
        <w:br/>
        <w:t>f 15822/5561/4998 15821/5562/4999 15820/5563/5000</w:t>
        <w:br/>
        <w:t>f 15807/5549/4986 15822/5561/4998 15820/5563/5000</w:t>
        <w:br/>
        <w:t>f 15810/5554/4991 15811/5553/4990 15824/5564/5001</w:t>
        <w:br/>
        <w:t>f 15823/5565/5002 15810/5554/4991 15824/5564/5001</w:t>
        <w:br/>
        <w:t>f 15816/5558/4995 15817/5557/4994 15826/5566/5003</w:t>
        <w:br/>
        <w:t>f 15825/5567/5004 15816/5558/4995 15826/5566/5003</w:t>
        <w:br/>
        <w:t>f 15829/5568/5005 15828/5569/5006 15798/5542/4979</w:t>
        <w:br/>
        <w:t>f 15827/5570/5007 15829/5568/5005 15798/5542/4979</w:t>
        <w:br/>
        <w:t>f 15801/5539/4976 15798/5542/4979 15830/5571/5008</w:t>
        <w:br/>
        <w:t>f 15832/5572/5009 15824/5564/5001 15811/5553/4990</w:t>
        <w:br/>
        <w:t>f 15831/5573/5010 15832/5572/5009 15811/5553/4990</w:t>
        <w:br/>
        <w:t>f 15835/5574/5011 15820/5563/5000 15834/5575/5012</w:t>
        <w:br/>
        <w:t>f 15833/5576/5013 15835/5574/5011 15834/5575/5012</w:t>
        <w:br/>
        <w:t>f 15838/5577/5014 15837/5578/5014 15836/5579/5015</w:t>
        <w:br/>
        <w:t>f 15839/5580/5015 15838/5577/5014 15836/5579/5015</w:t>
        <w:br/>
        <w:t>f 15843/5581/5016 15842/5582/5017 15841/5583/5018</w:t>
        <w:br/>
        <w:t>f 15840/5584/5016 15843/5581/5016 15841/5583/5018</w:t>
        <w:br/>
        <w:t>f 15847/5585/5019 15846/5586/5019 15845/5587/5020</w:t>
        <w:br/>
        <w:t>f 15844/5588/5020 15847/5585/5019 15845/5587/5020</w:t>
        <w:br/>
        <w:t>f 15851/5589/5021 15850/5590/5022 15849/5591/5022</w:t>
        <w:br/>
        <w:t>f 15848/5592/5021 15851/5589/5021 15849/5591/5022</w:t>
        <w:br/>
        <w:t>f 15853/5593/5023 15852/5594/5023 15839/5580/5015</w:t>
        <w:br/>
        <w:t>f 15836/5579/5015 15853/5593/5023 15839/5580/5015</w:t>
        <w:br/>
        <w:t>f 15857/5595/5024 15856/5596/5025 15855/5597/5025</w:t>
        <w:br/>
        <w:t>f 15854/5598/5024 15857/5595/5024 15855/5597/5025</w:t>
        <w:br/>
        <w:t>f 15861/5599/5026 15860/5600/5027 15859/5601/5028</w:t>
        <w:br/>
        <w:t>f 15858/5602/5029 15861/5599/5026 15859/5601/5028</w:t>
        <w:br/>
        <w:t>f 15865/5603/5030 15864/5604/5031 15863/5605/5032</w:t>
        <w:br/>
        <w:t>f 15862/5606/5033 15865/5603/5030 15863/5605/5032</w:t>
        <w:br/>
        <w:t>f 15869/5607/5034 15868/5608/5035 15867/5609/5036</w:t>
        <w:br/>
        <w:t>f 15866/5610/5036 15869/5607/5034 15867/5609/5036</w:t>
        <w:br/>
        <w:t>f 15854/5598/5024 15871/5611/5037 15870/5612/5037</w:t>
        <w:br/>
        <w:t>f 15857/5595/5024 15854/5598/5024 15870/5612/5037</w:t>
        <w:br/>
        <w:t>f 15872/5613/5038 15855/5597/5025 15856/5596/5025</w:t>
        <w:br/>
        <w:t>f 15873/5614/5039 15872/5613/5038 15856/5596/5025</w:t>
        <w:br/>
        <w:t>f 15875/5615/5040 15837/5578/5014 15838/5577/5014</w:t>
        <w:br/>
        <w:t>f 15874/5616/5041 15875/5615/5040 15838/5577/5014</w:t>
        <w:br/>
        <w:t>f 15877/5617/5042 15863/5605/5032 15864/5604/5031</w:t>
        <w:br/>
        <w:t>f 15876/5618/5042 15877/5617/5042 15864/5604/5031</w:t>
        <w:br/>
        <w:t>f 15879/5619/5043 15844/5588/5020 15845/5587/5020</w:t>
        <w:br/>
        <w:t>f 15878/5620/5044 15879/5619/5043 15845/5587/5020</w:t>
        <w:br/>
        <w:t>f 15883/5621/5026 15882/5622/5045 15881/5623/5045</w:t>
        <w:br/>
        <w:t>f 15880/5624/5046 15883/5621/5026 15881/5623/5045</w:t>
        <w:br/>
        <w:t>f 15887/5625/5047 15886/5626/5048 15885/5627/5049</w:t>
        <w:br/>
        <w:t>f 15884/5628/5050 15887/5625/5047 15885/5627/5049</w:t>
        <w:br/>
        <w:t>f 15889/5629/5051 15884/5628/5050 15885/5627/5049</w:t>
        <w:br/>
        <w:t>f 15888/5630/5052 15889/5629/5051 15885/5627/5049</w:t>
        <w:br/>
        <w:t>f 15893/5631/5053 15892/5632/5053 15891/5633/5054</w:t>
        <w:br/>
        <w:t>f 15890/5634/5055 15893/5631/5053 15891/5633/5054</w:t>
        <w:br/>
        <w:t>f 15897/5635/5056 15896/5636/5057 15895/5637/5058</w:t>
        <w:br/>
        <w:t>f 15894/5638/5059 15897/5635/5056 15895/5637/5058</w:t>
        <w:br/>
        <w:t>f 15899/5639/5060 15898/5640/5061 15894/5638/5059</w:t>
        <w:br/>
        <w:t>f 15895/5637/5058 15899/5639/5060 15894/5638/5059</w:t>
        <w:br/>
        <w:t>f 15767/5509/4946 15789/5531/4968 15791/5532/4969</w:t>
        <w:br/>
        <w:t>f 15766/5510/4947 15767/5509/4946 15791/5532/4969</w:t>
        <w:br/>
        <w:t>f 15767/5509/4946 15782/5524/4961 15900/5641/5062</w:t>
        <w:br/>
        <w:t>f 15789/5531/4968 15767/5509/4946 15900/5641/5062</w:t>
        <w:br/>
        <w:t>f 15830/5571/5008 15828/5569/5006 15805/5543/4980</w:t>
        <w:br/>
        <w:t>f 15802/5546/4983 15830/5571/5008 15805/5543/4980</w:t>
        <w:br/>
        <w:t>f 15805/5543/4980 15828/5569/5006 15901/5642/5063</w:t>
        <w:br/>
        <w:t>f 15819/5559/4996 15805/5543/4980 15901/5642/5063</w:t>
        <w:br/>
        <w:t>f 15842/5582/5017 15875/5615/5040 15874/5616/5041</w:t>
        <w:br/>
        <w:t>f 15841/5583/5018 15842/5582/5017 15874/5616/5041</w:t>
        <w:br/>
        <w:t>f 15858/5602/5029 15859/5601/5028 15903/5643/5064</w:t>
        <w:br/>
        <w:t>f 15902/5644/5065 15858/5602/5029 15903/5643/5064</w:t>
        <w:br/>
        <w:t>f 15882/5622/5045 15905/5645/5066 15904/5646/5067</w:t>
        <w:br/>
        <w:t>f 15881/5623/5045 15882/5622/5045 15904/5646/5067</w:t>
        <w:br/>
        <w:t>f 15886/5626/5048 15906/5647/5068 15808/5548/4985</w:t>
        <w:br/>
        <w:t>f 15885/5627/5049 15886/5626/5048 15808/5548/4985</w:t>
        <w:br/>
        <w:t>f 15888/5630/5052 15885/5627/5049 15808/5548/4985</w:t>
        <w:br/>
        <w:t>f 15809/5547/4984 15888/5630/5052 15808/5548/4985</w:t>
        <w:br/>
        <w:t>f 15892/5632/5053 15893/5631/5053 15908/5648/5069</w:t>
        <w:br/>
        <w:t>f 15907/5649/5070 15892/5632/5053 15908/5648/5069</w:t>
        <w:br/>
        <w:t>f 15896/5636/5057 15910/5650/5071 15909/5651/5072</w:t>
        <w:br/>
        <w:t>f 15895/5637/5058 15896/5636/5057 15909/5651/5072</w:t>
        <w:br/>
        <w:t>f 15895/5637/5058 15909/5651/5072 15911/5652/5073</w:t>
        <w:br/>
        <w:t>f 15899/5639/5060 15895/5637/5058 15911/5652/5073</w:t>
        <w:br/>
        <w:t>f 15779/5519/4956 15774/5518/4955 15775/5517/4954</w:t>
        <w:br/>
        <w:t>f 15778/5520/4957 15779/5519/4956 15775/5517/4954</w:t>
        <w:br/>
        <w:t>f 15787/5527/4964 15774/5518/4955 15779/5519/4956</w:t>
        <w:br/>
        <w:t>f 15788/5529/4966 15787/5527/4964 15779/5519/4956</w:t>
        <w:br/>
        <w:t>f 15814/5556/4993 15913/5653/5074 15912/5654/5075</w:t>
        <w:br/>
        <w:t>f 15826/5566/5003 15814/5556/4993 15912/5654/5075</w:t>
        <w:br/>
        <w:t>f 15825/5567/5004 15916/5655/5076 15915/5656/5077</w:t>
        <w:br/>
        <w:t>f 15914/5657/5078 15825/5567/5004 15915/5656/5077</w:t>
        <w:br/>
        <w:t>f 15853/5593/5023 15849/5591/5022 15850/5590/5022</w:t>
        <w:br/>
        <w:t>f 15852/5594/5023 15853/5593/5023 15850/5590/5022</w:t>
        <w:br/>
        <w:t>f 15871/5611/5037 15868/5608/5035 15869/5607/5034</w:t>
        <w:br/>
        <w:t>f 15870/5612/5037 15871/5611/5037 15869/5607/5034</w:t>
        <w:br/>
        <w:t>f 15872/5613/5038 15873/5614/5039 15902/5644/5065</w:t>
        <w:br/>
        <w:t>f 15903/5643/5064 15872/5613/5038 15902/5644/5065</w:t>
        <w:br/>
        <w:t>f 15789/5531/4968 15900/5641/5062 15790/5530/4967</w:t>
        <w:br/>
        <w:t>f 15829/5568/5005 15901/5642/5063 15828/5569/5006</w:t>
        <w:br/>
        <w:t>f 15776/5516/4953 15777/5515/4952 15793/5535/4972</w:t>
        <w:br/>
        <w:t>f 15796/5538/4975 15776/5516/4953 15793/5535/4972</w:t>
        <w:br/>
        <w:t>f 15777/5515/4952 15786/5528/4965 15792/5536/4973</w:t>
        <w:br/>
        <w:t>f 15793/5535/4972 15777/5515/4952 15792/5536/4973</w:t>
        <w:br/>
        <w:t>f 15913/5653/5074 15813/5551/4988 15810/5554/4991</w:t>
        <w:br/>
        <w:t>f 15912/5654/5075 15913/5653/5074 15810/5554/4991</w:t>
        <w:br/>
        <w:t>f 15916/5655/5076 15823/5565/5002 15917/5658/5079</w:t>
        <w:br/>
        <w:t>f 15915/5656/5077 15916/5655/5076 15917/5658/5079</w:t>
        <w:br/>
        <w:t>f 15919/5659/5080 15851/5589/5021 15848/5592/5021</w:t>
        <w:br/>
        <w:t>f 15918/5660/5080 15919/5659/5080 15848/5592/5021</w:t>
        <w:br/>
        <w:t>f 15866/5610/5036 15867/5609/5036 15921/5661/5081</w:t>
        <w:br/>
        <w:t>f 15920/5662/5081 15866/5610/5036 15921/5661/5081</w:t>
        <w:br/>
        <w:t>f 15794/5534/4971 15795/5533/4970 15784/5526/4963</w:t>
        <w:br/>
        <w:t>f 15771/5513/4950 15794/5534/4971 15784/5526/4963</w:t>
        <w:br/>
        <w:t>f 15794/5534/4971 15771/5513/4950 15772/5512/4949</w:t>
        <w:br/>
        <w:t>f 15797/5537/4974 15794/5534/4971 15772/5512/4949</w:t>
        <w:br/>
        <w:t>f 15831/5573/5010 15820/5563/5000 15832/5572/5009</w:t>
        <w:br/>
        <w:t>f 15812/5552/4989 15834/5575/5012 15831/5573/5010</w:t>
        <w:br/>
        <w:t>f 15811/5553/4990 15812/5552/4989 15831/5573/5010</w:t>
        <w:br/>
        <w:t>f 15877/5617/5042 15876/5618/5042 15920/5662/5081</w:t>
        <w:br/>
        <w:t>f 15921/5661/5081 15877/5617/5042 15920/5662/5081</w:t>
        <w:br/>
        <w:t>f 15918/5660/5080 15879/5619/5043 15878/5620/5044</w:t>
        <w:br/>
        <w:t>f 15919/5659/5080 15918/5660/5080 15878/5620/5044</w:t>
        <w:br/>
        <w:t>f 15773/5511/4948 15770/5514/4951 15909/5651/5072</w:t>
        <w:br/>
        <w:t>f 15910/5650/5071 15773/5511/4948 15909/5651/5072</w:t>
        <w:br/>
        <w:t>f 15770/5514/4951 15785/5525/4962 15911/5652/5073</w:t>
        <w:br/>
        <w:t>f 15909/5651/5072 15770/5514/4951 15911/5652/5073</w:t>
        <w:br/>
        <w:t>f 15835/5574/5011 15806/5550/4987 15807/5549/4986</w:t>
        <w:br/>
        <w:t>f 15820/5563/5000 15835/5574/5011 15807/5549/4986</w:t>
        <w:br/>
        <w:t>f 15906/5647/5068 15822/5561/4998 15807/5549/4986</w:t>
        <w:br/>
        <w:t>f 15808/5548/4985 15906/5647/5068 15807/5549/4986</w:t>
        <w:br/>
        <w:t>f 15846/5586/5019 15847/5585/5019 15907/5649/5070</w:t>
        <w:br/>
        <w:t>f 15908/5648/5069 15846/5586/5019 15907/5649/5070</w:t>
        <w:br/>
        <w:t>f 15865/5603/5030 15862/5606/5033 15904/5646/5067</w:t>
        <w:br/>
        <w:t>f 15905/5645/5066 15865/5603/5030 15904/5646/5067</w:t>
        <w:br/>
        <w:t>f 15812/5552/4989 15813/5551/4988 15923/5663/5082</w:t>
        <w:br/>
        <w:t>f 15922/5664/5083 15812/5552/4989 15923/5663/5082</w:t>
        <w:br/>
        <w:t>f 15817/5557/4994 15799/5541/4978 15814/5556/4993</w:t>
        <w:br/>
        <w:t>f 15826/5566/5003 15817/5557/4994 15814/5556/4993</w:t>
        <w:br/>
        <w:t>f 15823/5565/5002 15824/5564/5001 15924/5665/5084</w:t>
        <w:br/>
        <w:t>f 15917/5658/5079 15823/5565/5002 15924/5665/5084</w:t>
        <w:br/>
        <w:t>f 15816/5558/4995 15825/5567/5004 15914/5657/5078</w:t>
        <w:br/>
        <w:t>f 15925/5666/5085 15816/5558/4995 15914/5657/5078</w:t>
        <w:br/>
        <w:t>f 15824/5564/5001 15832/5572/5009 15926/5667/5086</w:t>
        <w:br/>
        <w:t>f 15924/5665/5084 15824/5564/5001 15926/5667/5086</w:t>
        <w:br/>
        <w:t>f 15927/5668/5087 15913/5653/5074 15814/5556/4993</w:t>
        <w:br/>
        <w:t>f 15815/5555/4992 15927/5668/5087 15814/5556/4993</w:t>
        <w:br/>
        <w:t>f 15916/5655/5076 15825/5567/5004 15826/5566/5003</w:t>
        <w:br/>
        <w:t>f 15912/5654/5075 15916/5655/5076 15826/5566/5003</w:t>
        <w:br/>
        <w:t>f 15813/5551/4988 15913/5653/5074 15927/5668/5087</w:t>
        <w:br/>
        <w:t>f 15923/5663/5082 15813/5551/4988 15927/5668/5087</w:t>
        <w:br/>
        <w:t>f 15823/5565/5002 15916/5655/5076 15912/5654/5075</w:t>
        <w:br/>
        <w:t>f 15810/5554/4991 15823/5565/5002 15912/5654/5075</w:t>
        <w:br/>
        <w:t>f 15834/5575/5012 15812/5552/4989 15922/5664/5083</w:t>
        <w:br/>
        <w:t>f 15833/5576/5013 15834/5575/5012 15922/5664/5083</w:t>
        <w:br/>
        <w:t>f 15799/5541/4978 15817/5557/4994 15798/5542/4979</w:t>
        <w:br/>
        <w:t>f 15827/5570/5007 15798/5542/4979 15816/5558/4995</w:t>
        <w:br/>
        <w:t>f 15925/5666/5085 15827/5570/5007 15816/5558/4995</w:t>
        <w:br/>
        <w:t>f 15820/5563/5000 15831/5573/5010 15834/5575/5012</w:t>
        <w:br/>
        <w:t>f 15832/5572/5009 15820/5563/5000 15821/5562/4999</w:t>
        <w:br/>
        <w:t>f 15926/5667/5086 15832/5572/5009 15821/5562/4999</w:t>
        <w:br/>
        <w:t>f 15931/5669/5088 15930/5670/5089 15929/5671/5090</w:t>
        <w:br/>
        <w:t>f 15928/5672/5091 15931/5669/5088 15929/5671/5090</w:t>
        <w:br/>
        <w:t>f 15935/5673/5092 15934/5674/5093 15933/5675/5094</w:t>
        <w:br/>
        <w:t>f 15932/5676/5095 15935/5673/5092 15933/5675/5094</w:t>
        <w:br/>
        <w:t>f 15939/5677/5096 15938/5678/5097 15937/5679/5098</w:t>
        <w:br/>
        <w:t>f 15936/5680/5099 15939/5677/5096 15937/5679/5098</w:t>
        <w:br/>
        <w:t>f 15934/5674/5093 15941/5681/5100 15940/5682/5101</w:t>
        <w:br/>
        <w:t>f 15933/5675/5094 15934/5674/5093 15940/5682/5101</w:t>
        <w:br/>
        <w:t>f 15928/5672/5091 15929/5671/5090 15943/5683/5102</w:t>
        <w:br/>
        <w:t>f 15942/5684/5103 15928/5672/5091 15943/5683/5102</w:t>
        <w:br/>
        <w:t>f 15945/5685/5104 15944/5686/5105 15930/5670/5089</w:t>
        <w:br/>
        <w:t>f 15931/5669/5088 15945/5685/5104 15930/5670/5089</w:t>
        <w:br/>
        <w:t>f 15947/5687/5106 15946/5688/5107 15931/5669/5088</w:t>
        <w:br/>
        <w:t>f 15928/5672/5091 15947/5687/5106 15931/5669/5088</w:t>
        <w:br/>
        <w:t>f 15928/5672/5091 15942/5684/5103 15948/5689/5108</w:t>
        <w:br/>
        <w:t>f 15947/5687/5106 15928/5672/5091 15948/5689/5108</w:t>
        <w:br/>
        <w:t>f 15950/5690/5109 15941/5681/5100 15934/5674/5093</w:t>
        <w:br/>
        <w:t>f 15949/5691/5110 15950/5690/5109 15934/5674/5093</w:t>
        <w:br/>
        <w:t>f 15949/5691/5110 15934/5674/5093 15935/5673/5092</w:t>
        <w:br/>
        <w:t>f 15951/5692/5111 15949/5691/5110 15935/5673/5092</w:t>
        <w:br/>
        <w:t>f 15954/5693/5112 15939/5677/5096 15953/5694/5113</w:t>
        <w:br/>
        <w:t>f 15952/5695/5114 15954/5693/5112 15953/5694/5113</w:t>
        <w:br/>
        <w:t>f 15945/5685/5104 15931/5669/5088 15946/5688/5107</w:t>
        <w:br/>
        <w:t>f 15955/5696/5115 15945/5685/5104 15946/5688/5107</w:t>
        <w:br/>
        <w:t>f 15959/5697/5116 15958/5698/5117 15957/5699/5118</w:t>
        <w:br/>
        <w:t>f 15956/5700/5119 15959/5697/5116 15957/5699/5118</w:t>
        <w:br/>
        <w:t>f 15961/5701/5120 15957/5699/5118 15958/5698/5117</w:t>
        <w:br/>
        <w:t>f 15960/5702/5121 15961/5701/5120 15958/5698/5117</w:t>
        <w:br/>
        <w:t>f 15942/5684/5103 15957/5699/5118 15961/5701/5120</w:t>
        <w:br/>
        <w:t>f 15948/5689/5108 15942/5684/5103 15961/5701/5120</w:t>
        <w:br/>
        <w:t>f 15942/5684/5103 15943/5683/5102 15956/5700/5119</w:t>
        <w:br/>
        <w:t>f 15957/5699/5118 15942/5684/5103 15956/5700/5119</w:t>
        <w:br/>
        <w:t>f 15965/5703/5122 15964/5704/5123 15963/5705/5124</w:t>
        <w:br/>
        <w:t>f 15962/5706/5125 15965/5703/5122 15963/5705/5124</w:t>
        <w:br/>
        <w:t>f 15969/5707/5126 15968/5708/5126 15967/5709/5127</w:t>
        <w:br/>
        <w:t>f 15966/5710/5127 15969/5707/5126 15967/5709/5127</w:t>
        <w:br/>
        <w:t>f 15973/5711/5128 15972/5712/5129 15971/5713/5130</w:t>
        <w:br/>
        <w:t>f 15970/5714/5131 15973/5711/5128 15971/5713/5130</w:t>
        <w:br/>
        <w:t>f 15977/5715/5132 15976/5716/5133 15975/5717/5134</w:t>
        <w:br/>
        <w:t>f 15974/5718/5135 15977/5715/5132 15975/5717/5134</w:t>
        <w:br/>
        <w:t>f 15970/5714/5131 15971/5713/5130 15979/5719/5136</w:t>
        <w:br/>
        <w:t>f 15978/5720/5137 15970/5714/5131 15979/5719/5136</w:t>
        <w:br/>
        <w:t>f 15981/5721/5138 15965/5703/5122 15962/5706/5125</w:t>
        <w:br/>
        <w:t>f 15980/5722/5139 15981/5721/5138 15962/5706/5125</w:t>
        <w:br/>
        <w:t>f 15985/5723/5140 15984/5724/5141 15983/5725/5142</w:t>
        <w:br/>
        <w:t>f 15982/5726/5143 15985/5723/5140 15983/5725/5142</w:t>
        <w:br/>
        <w:t>f 15987/5727/5144 15962/5706/5125 15963/5705/5124</w:t>
        <w:br/>
        <w:t>f 15986/5728/5145 15987/5727/5144 15963/5705/5124</w:t>
        <w:br/>
        <w:t>f 15988/5729/5146 15980/5722/5139 15962/5706/5125</w:t>
        <w:br/>
        <w:t>f 15987/5727/5144 15988/5729/5146 15962/5706/5125</w:t>
        <w:br/>
        <w:t>f 15968/5708/5126 15969/5707/5126 15989/5730/5147</w:t>
        <w:br/>
        <w:t>f 15991/5731/5148 15990/5732/5149 15970/5714/5131</w:t>
        <w:br/>
        <w:t>f 15978/5720/5137 15991/5731/5148 15970/5714/5131</w:t>
        <w:br/>
        <w:t>f 15990/5732/5149 15992/5733/5150 15973/5711/5128</w:t>
        <w:br/>
        <w:t>f 15970/5714/5131 15990/5732/5149 15973/5711/5128</w:t>
        <w:br/>
        <w:t>f 15994/5734/5151 15993/5735/5152 15983/5725/5142</w:t>
        <w:br/>
        <w:t>f 15977/5715/5132 15994/5734/5151 15983/5725/5142</w:t>
        <w:br/>
        <w:t>f 15995/5736/5153 15982/5726/5143 15983/5725/5142</w:t>
        <w:br/>
        <w:t>f 15993/5735/5152 15995/5736/5153 15983/5725/5142</w:t>
        <w:br/>
        <w:t>f 15999/5737/5154 15998/5738/5155 15997/5739/5156</w:t>
        <w:br/>
        <w:t>f 15996/5740/5157 15999/5737/5154 15997/5739/5156</w:t>
        <w:br/>
        <w:t>f 16001/5741/5158 16000/5742/5159 15998/5738/5155</w:t>
        <w:br/>
        <w:t>f 15999/5737/5154 16001/5741/5158 15998/5738/5155</w:t>
        <w:br/>
        <w:t>f 16001/5741/5158 15999/5737/5154 15980/5722/5139</w:t>
        <w:br/>
        <w:t>f 15988/5729/5146 16001/5741/5158 15980/5722/5139</w:t>
        <w:br/>
        <w:t>f 15996/5740/5157 15981/5721/5138 15980/5722/5139</w:t>
        <w:br/>
        <w:t>f 15999/5737/5154 15996/5740/5157 15980/5722/5139</w:t>
        <w:br/>
        <w:t>f 16005/5743/5160 16004/5744/5160 16003/5745/5161</w:t>
        <w:br/>
        <w:t>f 16002/5746/5162 16005/5743/5160 16003/5745/5161</w:t>
        <w:br/>
        <w:t>f 16009/5747/5163 16008/5748/5164 16007/5749/5164</w:t>
        <w:br/>
        <w:t>f 16006/5750/5163 16009/5747/5163 16007/5749/5164</w:t>
        <w:br/>
        <w:t>f 16013/5751/5165 16012/5752/5166 16011/5753/5167</w:t>
        <w:br/>
        <w:t>f 16010/5754/5167 16013/5751/5165 16011/5753/5167</w:t>
        <w:br/>
        <w:t>f 16015/5755/5168 16014/5756/5168 16007/5749/5164</w:t>
        <w:br/>
        <w:t>f 16008/5748/5164 16015/5755/5168 16007/5749/5164</w:t>
        <w:br/>
        <w:t>f 16003/5745/5161 16017/5757/5169 16016/5758/5169</w:t>
        <w:br/>
        <w:t>f 16002/5746/5162 16003/5745/5161 16016/5758/5169</w:t>
        <w:br/>
        <w:t>f 16010/5754/5167 16011/5753/5167 16019/5759/5170</w:t>
        <w:br/>
        <w:t>f 16018/5760/5170 16010/5754/5167 16019/5759/5170</w:t>
        <w:br/>
        <w:t>f 16023/5761/5171 16022/5762/5172 16021/5763/5173</w:t>
        <w:br/>
        <w:t>f 16020/5764/5171 16023/5761/5171 16021/5763/5173</w:t>
        <w:br/>
        <w:t>f 16022/5762/5172 16025/5765/5174 16024/5766/5174</w:t>
        <w:br/>
        <w:t>f 16021/5763/5173 16022/5762/5172 16024/5766/5174</w:t>
        <w:br/>
        <w:t>f 16029/5767/5175 16028/5768/5176 16027/5769/5177</w:t>
        <w:br/>
        <w:t>f 16026/5770/5175 16029/5767/5175 16027/5769/5177</w:t>
        <w:br/>
        <w:t>f 16031/5771/5178 16030/5772/5179 16029/5767/5175</w:t>
        <w:br/>
        <w:t>f 16026/5770/5175 16031/5771/5178 16029/5767/5175</w:t>
        <w:br/>
        <w:t>f 16035/5773/5180 16034/5774/5180 16033/5775/5181</w:t>
        <w:br/>
        <w:t>f 16032/5776/5181 16035/5773/5180 16033/5775/5181</w:t>
        <w:br/>
        <w:t>f 16037/5777/5182 16036/5778/5182 16034/5774/5180</w:t>
        <w:br/>
        <w:t>f 16035/5773/5180 16037/5777/5182 16034/5774/5180</w:t>
        <w:br/>
        <w:t>f 16041/5779/5183 16040/5780/5184 16039/5781/5184</w:t>
        <w:br/>
        <w:t>f 16038/5782/5183 16041/5779/5183 16039/5781/5184</w:t>
        <w:br/>
        <w:t>f 16045/5783/5185 16044/5784/5185 16043/5785/5186</w:t>
        <w:br/>
        <w:t>f 16042/5786/5186 16045/5783/5185 16043/5785/5186</w:t>
        <w:br/>
        <w:t>f 16043/5785/5186 16024/5766/5174 16025/5765/5174</w:t>
        <w:br/>
        <w:t>f 16042/5786/5186 16043/5785/5186 16025/5765/5174</w:t>
        <w:br/>
        <w:t>f 16016/5758/5169 16017/5757/5169 16039/5781/5184</w:t>
        <w:br/>
        <w:t>f 16040/5780/5184 16016/5758/5169 16039/5781/5184</w:t>
        <w:br/>
        <w:t>f 16048/5787/5187 16047/5788/5188 16046/5789/5189</w:t>
        <w:br/>
        <w:t>f 16050/5790/5190 15940/5682/5101 15941/5681/5100</w:t>
        <w:br/>
        <w:t>f 16049/5791/5191 16050/5790/5190 15941/5681/5100</w:t>
        <w:br/>
        <w:t>f 16049/5791/5191 15941/5681/5100 15950/5690/5109</w:t>
        <w:br/>
        <w:t>f 16051/5792/5192 16049/5791/5191 15950/5690/5109</w:t>
        <w:br/>
        <w:t>f 16053/5793/5193 16027/5769/5177 16028/5768/5176</w:t>
        <w:br/>
        <w:t>f 16052/5794/5193 16053/5793/5193 16028/5768/5176</w:t>
        <w:br/>
        <w:t>f 16055/5795/5194 16054/5796/5195 15991/5731/5148</w:t>
        <w:br/>
        <w:t>f 15978/5720/5137 16055/5795/5194 15991/5731/5148</w:t>
        <w:br/>
        <w:t>f 16056/5797/5196 16055/5795/5194 15978/5720/5137</w:t>
        <w:br/>
        <w:t>f 15979/5719/5136 16056/5797/5196 15978/5720/5137</w:t>
        <w:br/>
        <w:t>f 16058/5798/5197 16057/5799/5198 16048/5787/5187</w:t>
        <w:br/>
        <w:t>f 16046/5789/5189 16058/5798/5197 16048/5787/5187</w:t>
        <w:br/>
        <w:t>f 15951/5692/5111 15935/5673/5092 15938/5678/5097</w:t>
        <w:br/>
        <w:t>f 16059/5800/5199 15951/5692/5111 15938/5678/5097</w:t>
        <w:br/>
        <w:t>f 16061/5801/5200 16060/5802/5201 16030/5772/5179</w:t>
        <w:br/>
        <w:t>f 16031/5771/5178 16061/5801/5200 16030/5772/5179</w:t>
        <w:br/>
        <w:t>f 15992/5733/5150 16062/5803/5202 15974/5718/5135</w:t>
        <w:br/>
        <w:t>f 15973/5711/5128 15992/5733/5150 15974/5718/5135</w:t>
        <w:br/>
        <w:t>f 15974/5718/5135 15975/5717/5134 15972/5712/5129</w:t>
        <w:br/>
        <w:t>f 15973/5711/5128 15974/5718/5135 15972/5712/5129</w:t>
        <w:br/>
        <w:t>f 16064/5804/5203 16009/5747/5163 16006/5750/5163</w:t>
        <w:br/>
        <w:t>f 16063/5805/5203 16064/5804/5203 16006/5750/5163</w:t>
        <w:br/>
        <w:t>f 15938/5678/5097 15935/5673/5092 15932/5676/5095</w:t>
        <w:br/>
        <w:t>f 15937/5679/5098 15938/5678/5097 15932/5676/5095</w:t>
        <w:br/>
        <w:t>f 15998/5738/5155 16066/5806/5204 16065/5807/5205</w:t>
        <w:br/>
        <w:t>f 15997/5739/5156 15998/5738/5155 16065/5807/5205</w:t>
        <w:br/>
        <w:t>f 16068/5808/5206 16041/5779/5183 16038/5782/5183</w:t>
        <w:br/>
        <w:t>f 16067/5809/5207 16068/5808/5206 16038/5782/5183</w:t>
        <w:br/>
        <w:t>f 16070/5810/5208 16069/5811/5209 15958/5698/5117</w:t>
        <w:br/>
        <w:t>f 15959/5697/5116 16070/5810/5208 15958/5698/5117</w:t>
        <w:br/>
        <w:t>f 16069/5811/5209 16071/5812/5210 15960/5702/5121</w:t>
        <w:br/>
        <w:t>f 15958/5698/5117 16069/5811/5209 15960/5702/5121</w:t>
        <w:br/>
        <w:t>f 16074/5813/5211 16073/5814/5212 16072/5815/5121</w:t>
        <w:br/>
        <w:t>f 16075/5816/5213 16074/5813/5211 16072/5815/5121</w:t>
        <w:br/>
        <w:t>f 16000/5742/5159 16076/5817/5214 16066/5806/5204</w:t>
        <w:br/>
        <w:t>f 15998/5738/5155 16000/5742/5159 16066/5806/5204</w:t>
        <w:br/>
        <w:t>f 15944/5686/5105 15945/5685/5104 15953/5694/5113</w:t>
        <w:br/>
        <w:t>f 16077/5818/5215 15944/5686/5105 15953/5694/5113</w:t>
        <w:br/>
        <w:t>f 15953/5694/5113 15945/5685/5104 15955/5696/5115</w:t>
        <w:br/>
        <w:t>f 15952/5695/5114 15953/5694/5113 15955/5696/5115</w:t>
        <w:br/>
        <w:t>f 15964/5704/5123 15985/5723/5140 15982/5726/5143</w:t>
        <w:br/>
        <w:t>f 15963/5705/5124 15964/5704/5123 15982/5726/5143</w:t>
        <w:br/>
        <w:t>f 15982/5726/5143 15995/5736/5153 15986/5728/5145</w:t>
        <w:br/>
        <w:t>f 15963/5705/5124 15982/5726/5143 15986/5728/5145</w:t>
        <w:br/>
        <w:t>f 16018/5760/5170 16019/5759/5170 16004/5744/5160</w:t>
        <w:br/>
        <w:t>f 16005/5743/5160 16018/5760/5170 16004/5744/5160</w:t>
        <w:br/>
        <w:t>f 16020/5764/5171 16036/5778/5182 16037/5777/5182</w:t>
        <w:br/>
        <w:t>f 16023/5761/5171 16020/5764/5171 16037/5777/5182</w:t>
        <w:br/>
        <w:t>f 15953/5694/5113 15939/5677/5096 15936/5680/5099</w:t>
        <w:br/>
        <w:t>f 16077/5818/5215 15953/5694/5113 15936/5680/5099</w:t>
        <w:br/>
        <w:t>f 15939/5677/5096 15954/5693/5112 16059/5800/5199</w:t>
        <w:br/>
        <w:t>f 15938/5678/5097 15939/5677/5096 16059/5800/5199</w:t>
        <w:br/>
        <w:t>f 15976/5716/5133 15977/5715/5132 15983/5725/5142</w:t>
        <w:br/>
        <w:t>f 15984/5724/5141 15976/5716/5133 15983/5725/5142</w:t>
        <w:br/>
        <w:t>f 16062/5803/5202 15994/5734/5151 15977/5715/5132</w:t>
        <w:br/>
        <w:t>f 15974/5718/5135 16062/5803/5202 15977/5715/5132</w:t>
        <w:br/>
        <w:t>f 16012/5752/5166 16013/5751/5165 16064/5804/5203</w:t>
        <w:br/>
        <w:t>f 16063/5805/5203 16012/5752/5166 16064/5804/5203</w:t>
        <w:br/>
        <w:t>f 16032/5776/5181 16033/5775/5181 16060/5802/5201</w:t>
        <w:br/>
        <w:t>f 16061/5801/5200 16032/5776/5181 16060/5802/5201</w:t>
        <w:br/>
        <w:t>f 16081/5819/5216 16080/5820/5217 16079/5821/5218</w:t>
        <w:br/>
        <w:t>f 16078/5822/5219 16081/5819/5216 16079/5821/5218</w:t>
        <w:br/>
        <w:t>f 16079/5821/5218 16080/5820/5217 16083/5823/5220</w:t>
        <w:br/>
        <w:t>f 16082/5824/5221 16079/5821/5218 16083/5823/5220</w:t>
        <w:br/>
        <w:t>f 16087/5825/5222 16086/5826/5223 16085/5827/5223</w:t>
        <w:br/>
        <w:t>f 16084/5828/5222 16087/5825/5222 16085/5827/5223</w:t>
        <w:br/>
        <w:t>f 16091/5829/5224 16090/5830/5225 16089/5831/5226</w:t>
        <w:br/>
        <w:t>f 16088/5832/5227 16091/5829/5224 16089/5831/5226</w:t>
        <w:br/>
        <w:t>f 16090/5830/5225 16093/5833/5228 16092/5834/5229</w:t>
        <w:br/>
        <w:t>f 16089/5831/5226 16090/5830/5225 16092/5834/5229</w:t>
        <w:br/>
        <w:t>f 16057/5799/5198 16058/5798/5197 16095/5835/5230</w:t>
        <w:br/>
        <w:t>f 16094/5836/5230 16057/5799/5198 16095/5835/5230</w:t>
        <w:br/>
        <w:t>f 16050/5790/5190 16049/5791/5191 16080/5820/5217</w:t>
        <w:br/>
        <w:t>f 16081/5819/5216 16050/5790/5190 16080/5820/5217</w:t>
        <w:br/>
        <w:t>f 16080/5820/5217 16049/5791/5191 16051/5792/5192</w:t>
        <w:br/>
        <w:t>f 16083/5823/5220 16080/5820/5217 16051/5792/5192</w:t>
        <w:br/>
        <w:t>f 16052/5794/5193 16085/5827/5223 16086/5826/5223</w:t>
        <w:br/>
        <w:t>f 16053/5793/5193 16052/5794/5193 16086/5826/5223</w:t>
        <w:br/>
        <w:t>f 16091/5829/5224 16054/5796/5195 16055/5795/5194</w:t>
        <w:br/>
        <w:t>f 16090/5830/5225 16091/5829/5224 16055/5795/5194</w:t>
        <w:br/>
        <w:t>f 16055/5795/5194 16056/5797/5196 16093/5833/5228</w:t>
        <w:br/>
        <w:t>f 16090/5830/5225 16055/5795/5194 16093/5833/5228</w:t>
        <w:br/>
        <w:t>f 16094/5836/5230 16095/5835/5230 16014/5756/5168</w:t>
        <w:br/>
        <w:t>f 16015/5755/5168 16094/5836/5230 16014/5756/5168</w:t>
        <w:br/>
        <w:t>f 15798/5542/4979 15828/5569/5006 15830/5571/5008</w:t>
        <w:br/>
        <w:t>f 15143/5837/5231 15142/5838/5232 15141/5839/5233</w:t>
        <w:br/>
        <w:t>f 15140/5840/5234 15143/5837/5231 15141/5839/5233</w:t>
        <w:br/>
        <w:t>f 15147/5841/5235 15146/5842/5236 15145/5843/5237</w:t>
        <w:br/>
        <w:t>f 15144/5844/5238 15147/5841/5235 15145/5843/5237</w:t>
        <w:br/>
        <w:t>f 15151/5845/5239 15150/5846/5240 15149/5847/5241</w:t>
        <w:br/>
        <w:t>f 15148/5848/5242 15151/5845/5239 15149/5847/5241</w:t>
        <w:br/>
        <w:t>f 15153/5849/5243 15149/5847/5241 15150/5846/5240</w:t>
        <w:br/>
        <w:t>f 15152/5850/5244 15153/5849/5243 15150/5846/5240</w:t>
        <w:br/>
        <w:t>f 15157/5851/5245 15156/5852/5246 15155/5853/5247</w:t>
        <w:br/>
        <w:t>f 15154/5854/5248 15157/5851/5245 15155/5853/5247</w:t>
        <w:br/>
        <w:t>f 15161/5855/5249 15160/5856/5250 15159/5857/5251</w:t>
        <w:br/>
        <w:t>f 15158/5858/5252 15161/5855/5249 15159/5857/5251</w:t>
        <w:br/>
        <w:t>f 15165/5859/5253 15164/5860/5254 15163/5861/5255</w:t>
        <w:br/>
        <w:t>f 15162/5862/5256 15165/5859/5253 15163/5861/5255</w:t>
        <w:br/>
        <w:t>f 15169/5863/5257 15168/5864/5258 15167/5865/5259</w:t>
        <w:br/>
        <w:t>f 15166/5866/5260 15169/5863/5257 15167/5865/5259</w:t>
        <w:br/>
        <w:t>f 15173/5867/5261 15172/5868/5262 15171/5869/5263</w:t>
        <w:br/>
        <w:t>f 15170/5870/5264 15173/5867/5261 15171/5869/5263</w:t>
        <w:br/>
        <w:t>f 15177/5871/5265 15176/5872/5266 15175/5873/5267</w:t>
        <w:br/>
        <w:t>f 15174/5874/5267 15177/5871/5265 15175/5873/5267</w:t>
        <w:br/>
        <w:t>f 15168/5864/5258 15179/5875/5268 15178/5876/5269</w:t>
        <w:br/>
        <w:t>f 15167/5865/5259 15168/5864/5258 15178/5876/5269</w:t>
        <w:br/>
        <w:t>f 15182/5877/5270 15159/5857/5271 15181/5878/5272</w:t>
        <w:br/>
        <w:t>f 15180/5879/5273 15182/5877/5270 15181/5878/5272</w:t>
        <w:br/>
        <w:t>f 15186/5880/5274 15185/5881/5275 15184/5882/5276</w:t>
        <w:br/>
        <w:t>f 15183/5883/5277 15186/5880/5274 15184/5882/5276</w:t>
        <w:br/>
        <w:t>f 15190/5884/5278 15189/5885/5279 15188/5886/5280</w:t>
        <w:br/>
        <w:t>f 15187/5887/5281 15190/5884/5278 15188/5886/5280</w:t>
        <w:br/>
        <w:t>f 15142/5838/5232 15192/5888/5282 15191/5889/5283</w:t>
        <w:br/>
        <w:t>f 15141/5839/5233 15142/5838/5232 15191/5889/5283</w:t>
        <w:br/>
        <w:t>f 15194/5890/5284 15147/5841/5235 15144/5844/5238</w:t>
        <w:br/>
        <w:t>f 15193/5891/5285 15194/5890/5284 15144/5844/5238</w:t>
        <w:br/>
        <w:t>f 15185/5881/5275 15182/5877/5270 15180/5879/5273</w:t>
        <w:br/>
        <w:t>f 15184/5882/5276 15185/5881/5275 15180/5879/5273</w:t>
        <w:br/>
        <w:t>f 15185/5881/5275 15186/5880/5274 15196/5892/5249</w:t>
        <w:br/>
        <w:t>f 15195/5893/5286 15185/5881/5275 15196/5892/5249</w:t>
        <w:br/>
        <w:t>f 15172/5868/5262 15198/5894/5240 15197/5895/5239</w:t>
        <w:br/>
        <w:t>f 15202/5896/5287 15201/5897/5288 15200/5898/5289</w:t>
        <w:br/>
        <w:t>f 15199/5899/5290 15202/5896/5287 15200/5898/5289</w:t>
        <w:br/>
        <w:t>f 15204/5900/5291 15143/5837/5231 15140/5840/5234</w:t>
        <w:br/>
        <w:t>f 15203/5901/5292 15204/5900/5291 15140/5840/5234</w:t>
        <w:br/>
        <w:t>f 15188/5886/5280 15189/5885/5279 15145/5843/5237</w:t>
        <w:br/>
        <w:t>f 15146/5842/5236 15188/5886/5280 15145/5843/5237</w:t>
        <w:br/>
        <w:t>f 15146/5842/5236 15147/5841/5235 15180/5879/5273</w:t>
        <w:br/>
        <w:t>f 15181/5878/5272 15146/5842/5236 15180/5879/5273</w:t>
        <w:br/>
        <w:t>f 15194/5890/5284 15184/5882/5276 15180/5879/5273</w:t>
        <w:br/>
        <w:t>f 15147/5841/5235 15194/5890/5284 15180/5879/5273</w:t>
        <w:br/>
        <w:t>f 15183/5883/5277 15184/5882/5276 15194/5890/5284</w:t>
        <w:br/>
        <w:t>f 15193/5891/5285 15183/5883/5277 15194/5890/5284</w:t>
        <w:br/>
        <w:t>f 15202/5896/5287 15199/5899/5290 15205/5902/5293</w:t>
        <w:br/>
        <w:t>f 15209/5903/5294 15208/5904/5295 15207/5905/5296</w:t>
        <w:br/>
        <w:t>f 15206/5906/5297 15209/5903/5294 15207/5905/5296</w:t>
        <w:br/>
        <w:t>f 15211/5907/5298 15210/5908/5299 15167/5865/5259</w:t>
        <w:br/>
        <w:t>f 15178/5876/5269 15211/5907/5298 15167/5865/5259</w:t>
        <w:br/>
        <w:t>f 15166/5866/5260 15167/5865/5259 15210/5908/5299</w:t>
        <w:br/>
        <w:t>f 15212/5909/5300 15166/5866/5260 15210/5908/5299</w:t>
        <w:br/>
        <w:t>f 15214/5910/5301 15165/5859/5253 15162/5862/5256</w:t>
        <w:br/>
        <w:t>f 15213/5911/5302 15214/5910/5301 15162/5862/5256</w:t>
        <w:br/>
        <w:t>f 15216/5912/5303 15215/5913/5304 15163/5861/5255</w:t>
        <w:br/>
        <w:t>f 15164/5860/5254 15216/5912/5303 15163/5861/5255</w:t>
        <w:br/>
        <w:t>f 15218/5914/5305 15217/5915/5306 15162/5862/5256</w:t>
        <w:br/>
        <w:t>f 15163/5861/5255 15218/5914/5305 15162/5862/5256</w:t>
        <w:br/>
        <w:t>f 15222/5916/5307 15221/5917/5308 15220/5918/5309</w:t>
        <w:br/>
        <w:t>f 15219/5919/5310 15222/5916/5307 15220/5918/5309</w:t>
        <w:br/>
        <w:t>f 15225/5920/5311 15224/5921/5312 15223/5922/5313</w:t>
        <w:br/>
        <w:t>f 15227/5923/5314 15156/5852/5246 15157/5851/5245</w:t>
        <w:br/>
        <w:t>f 15226/5924/5315 15227/5923/5314 15157/5851/5245</w:t>
        <w:br/>
        <w:t>f 15231/5925/5316 15230/5926/5317 15229/5927/5318</w:t>
        <w:br/>
        <w:t>f 15228/5928/5319 15231/5925/5316 15229/5927/5318</w:t>
        <w:br/>
        <w:t>f 15233/5929/5320 15232/5930/5321 15230/5926/5317</w:t>
        <w:br/>
        <w:t>f 15231/5925/5316 15233/5929/5320 15230/5926/5317</w:t>
        <w:br/>
        <w:t>f 15191/5889/5283 15192/5888/5282 15235/5931/5322</w:t>
        <w:br/>
        <w:t>f 15234/5932/5323 15191/5889/5283 15235/5931/5322</w:t>
        <w:br/>
        <w:t>f 15239/5933/5324 15238/5934/5325 15237/5935/5326</w:t>
        <w:br/>
        <w:t>f 15236/5936/5327 15239/5933/5324 15237/5935/5326</w:t>
        <w:br/>
        <w:t>f 15238/5934/5325 15241/5937/5328 15240/5938/5329</w:t>
        <w:br/>
        <w:t>f 15237/5935/5326 15238/5934/5325 15240/5938/5329</w:t>
        <w:br/>
        <w:t>f 15243/5939/5330 15242/5940/5331 15240/5938/5329</w:t>
        <w:br/>
        <w:t>f 15241/5937/5328 15243/5939/5330 15240/5938/5329</w:t>
        <w:br/>
        <w:t>f 15247/5941/5332 15246/5942/5333 15245/5943/5334</w:t>
        <w:br/>
        <w:t>f 15244/5944/5335 15247/5941/5332 15245/5943/5334</w:t>
        <w:br/>
        <w:t>f 15246/5942/5333 15247/5941/5332 15249/5945/5336</w:t>
        <w:br/>
        <w:t>f 15248/5946/5337 15246/5942/5333 15249/5945/5336</w:t>
        <w:br/>
        <w:t>f 15253/5947/5337 15252/5948/5338 15251/5949/5339</w:t>
        <w:br/>
        <w:t>f 15250/5950/5340 15253/5947/5337 15251/5949/5339</w:t>
        <w:br/>
        <w:t>f 15251/5949/5339 15255/5951/5341 15254/5952/5342</w:t>
        <w:br/>
        <w:t>f 15250/5950/5340 15251/5949/5339 15254/5952/5342</w:t>
        <w:br/>
        <w:t>f 15257/5953/5343 15239/5933/5324 15236/5936/5327</w:t>
        <w:br/>
        <w:t>f 15256/5954/5344 15257/5953/5343 15236/5936/5327</w:t>
        <w:br/>
        <w:t>f 15140/5840/5234 15141/5839/5233 15144/5844/5238</w:t>
        <w:br/>
        <w:t>f 15145/5843/5237 15140/5840/5234 15144/5844/5238</w:t>
        <w:br/>
        <w:t>f 15145/5843/5237 15189/5885/5279 15203/5901/5292</w:t>
        <w:br/>
        <w:t>f 15140/5840/5234 15145/5843/5237 15203/5901/5292</w:t>
        <w:br/>
        <w:t>f 15189/5885/5279 15190/5884/5278 15156/5852/5246</w:t>
        <w:br/>
        <w:t>f 15227/5923/5314 15189/5885/5279 15156/5852/5246</w:t>
        <w:br/>
        <w:t>f 15156/5852/5246 15160/5856/5250 15161/5855/5249</w:t>
        <w:br/>
        <w:t>f 15155/5853/5247 15156/5852/5246 15161/5855/5249</w:t>
        <w:br/>
        <w:t>f 15232/5930/5321 15196/5892/5249 15186/5880/5274</w:t>
        <w:br/>
        <w:t>f 15230/5926/5317 15232/5930/5321 15186/5880/5274</w:t>
        <w:br/>
        <w:t>f 15230/5926/5317 15186/5880/5274 15183/5883/5277</w:t>
        <w:br/>
        <w:t>f 15229/5927/5318 15230/5926/5317 15183/5883/5277</w:t>
        <w:br/>
        <w:t>f 15193/5891/5285 15191/5889/5283 15229/5927/5318</w:t>
        <w:br/>
        <w:t>f 15183/5883/5277 15193/5891/5285 15229/5927/5318</w:t>
        <w:br/>
        <w:t>f 15193/5891/5285 15144/5844/5238 15141/5839/5233</w:t>
        <w:br/>
        <w:t>f 15191/5889/5283 15193/5891/5285 15141/5839/5233</w:t>
        <w:br/>
        <w:t>f 15217/5915/5306 15258/5955/5345 15213/5911/5302</w:t>
        <w:br/>
        <w:t>f 15162/5862/5256 15217/5915/5306 15213/5911/5302</w:t>
        <w:br/>
        <w:t>f 15259/5956/5346 15225/5920/5311 15219/5919/5310</w:t>
        <w:br/>
        <w:t>f 15220/5918/5309 15259/5956/5346 15219/5919/5310</w:t>
        <w:br/>
        <w:t>f 15221/5917/5308 15222/5916/5307 15261/5957/5347</w:t>
        <w:br/>
        <w:t>f 15260/5958/5348 15221/5917/5308 15261/5957/5347</w:t>
        <w:br/>
        <w:t>f 15265/5959/5349 15264/5960/5350 15263/5961/5351</w:t>
        <w:br/>
        <w:t>f 15262/5962/5352 15265/5959/5349 15263/5961/5351</w:t>
        <w:br/>
        <w:t>f 15267/5963/5353 15148/5848/5242 15166/5866/5260</w:t>
        <w:br/>
        <w:t>f 15266/5964/5354 15267/5963/5353 15166/5866/5260</w:t>
        <w:br/>
        <w:t>f 15268/5965/5355 15151/5845/5239 15148/5848/5242</w:t>
        <w:br/>
        <w:t>f 15267/5963/5353 15268/5965/5355 15148/5848/5242</w:t>
        <w:br/>
        <w:t>f 15197/5895/5239 15269/5966/5355 15215/5913/5304</w:t>
        <w:br/>
        <w:t>f 15172/5868/5262 15197/5895/5239 15215/5913/5304</w:t>
        <w:br/>
        <w:t>f 15171/5869/5263 15172/5868/5262 15215/5913/5304</w:t>
        <w:br/>
        <w:t>f 15216/5912/5303 15171/5869/5263 15215/5913/5304</w:t>
        <w:br/>
        <w:t>f 15272/5967/5356 15271/5968/5357 15270/5969/5358</w:t>
        <w:br/>
        <w:t>f 15274/5970/5359 15273/5971/5359 15173/5867/5261</w:t>
        <w:br/>
        <w:t>f 15170/5870/5264 15274/5970/5359 15173/5867/5261</w:t>
        <w:br/>
        <w:t>f 15173/5867/5261 15277/5972/5360 15276/5973/5361</w:t>
        <w:br/>
        <w:t>f 15275/5974/5362 15173/5867/5261 15276/5973/5361</w:t>
        <w:br/>
        <w:t>f 15279/5975/5363 15153/5849/5243 15152/5850/5244</w:t>
        <w:br/>
        <w:t>f 15278/5976/5364 15279/5975/5363 15152/5850/5244</w:t>
        <w:br/>
        <w:t>f 15281/5977/5365 15280/5978/5365 15178/5876/5366</w:t>
        <w:br/>
        <w:t>f 15153/5849/5243 15281/5977/5365 15178/5876/5366</w:t>
        <w:br/>
        <w:t>f 15209/5903/5294 15211/5907/5298 15178/5876/5269</w:t>
        <w:br/>
        <w:t>f 15208/5904/5295 15209/5903/5294 15178/5876/5269</w:t>
        <w:br/>
        <w:t>f 15285/5979/5367 15284/5980/5368 15283/5981/5369</w:t>
        <w:br/>
        <w:t>f 15282/5982/5370 15285/5979/5367 15283/5981/5369</w:t>
        <w:br/>
        <w:t>f 15289/5983/5371 15288/5984/5372 15287/5985/5373</w:t>
        <w:br/>
        <w:t>f 15286/5986/5374 15289/5983/5371 15287/5985/5373</w:t>
        <w:br/>
        <w:t>f 15291/5987/5375 15247/5941/5332 15244/5944/5335</w:t>
        <w:br/>
        <w:t>f 15290/5988/5376 15291/5987/5375 15244/5944/5335</w:t>
        <w:br/>
        <w:t>f 15295/5989/5377 15294/5990/5378 15293/5991/5379</w:t>
        <w:br/>
        <w:t>f 15292/5992/5380 15295/5989/5377 15293/5991/5379</w:t>
        <w:br/>
        <w:t>f 15286/5986/5374 15287/5985/5373 15297/5993/5381</w:t>
        <w:br/>
        <w:t>f 15296/5994/5382 15286/5986/5374 15297/5993/5381</w:t>
        <w:br/>
        <w:t>f 15299/5995/5383 15285/5979/5367 15282/5982/5370</w:t>
        <w:br/>
        <w:t>f 15298/5996/5384 15299/5995/5383 15282/5982/5370</w:t>
        <w:br/>
        <w:t>f 15301/5997/5385 15249/5945/5336 15247/5941/5332</w:t>
        <w:br/>
        <w:t>f 15300/5998/5386 15301/5997/5385 15247/5941/5332</w:t>
        <w:br/>
        <w:t>f 15295/5989/5377 15292/5992/5380 15302/5999/5371</w:t>
        <w:br/>
        <w:t>f 15306/6000/5387 15305/6001/5388 15304/6002/5389</w:t>
        <w:br/>
        <w:t>f 15303/6003/5390 15306/6000/5387 15304/6002/5389</w:t>
        <w:br/>
        <w:t>f 15284/5980/5368 15308/6004/5391 15307/6005/5392</w:t>
        <w:br/>
        <w:t>f 15283/5981/5369 15284/5980/5368 15307/6005/5392</w:t>
        <w:br/>
        <w:t>f 15239/5933/5324 15257/5953/5343 15310/6006/5393</w:t>
        <w:br/>
        <w:t>f 15309/6007/5394 15239/5933/5324 15310/6006/5393</w:t>
        <w:br/>
        <w:t>f 15313/6008/5395 15312/6009/5396 15311/6010/5397</w:t>
        <w:br/>
        <w:t>f 15272/5967/5398 15313/6008/5395 15311/6010/5397</w:t>
        <w:br/>
        <w:t>f 15224/5921/5312 15314/6011/5399 15303/6003/5390</w:t>
        <w:br/>
        <w:t>f 15238/5934/5325 15239/5933/5324 15309/6007/5394</w:t>
        <w:br/>
        <w:t>f 15315/6012/5400 15238/5934/5325 15309/6007/5394</w:t>
        <w:br/>
        <w:t>f 15252/5948/5338 15317/6013/5385 15316/6014/5401</w:t>
        <w:br/>
        <w:t>f 15251/5949/5339 15252/5948/5338 15316/6014/5401</w:t>
        <w:br/>
        <w:t>f 15241/5937/5328 15238/5934/5325 15315/6012/5400</w:t>
        <w:br/>
        <w:t>f 15318/6015/5402 15241/5937/5328 15315/6012/5400</w:t>
        <w:br/>
        <w:t>f 15243/5939/5330 15241/5937/5328 15318/6015/5402</w:t>
        <w:br/>
        <w:t>f 15319/6016/5403 15243/5939/5330 15318/6015/5402</w:t>
        <w:br/>
        <w:t>f 15255/5951/5341 15251/5949/5339 15316/6014/5401</w:t>
        <w:br/>
        <w:t>f 15320/6017/5404 15255/5951/5341 15316/6014/5401</w:t>
        <w:br/>
        <w:t>f 15323/6018/5405 15322/6019/5406 15321/6020/5407</w:t>
        <w:br/>
        <w:t>f 15327/6021/5408 15326/6022/5409 15325/6023/5410</w:t>
        <w:br/>
        <w:t>f 15324/6024/5411 15327/6021/5408 15325/6023/5410</w:t>
        <w:br/>
        <w:t>f 15323/6018/5405 15321/6020/5407 15329/6025/5345</w:t>
        <w:br/>
        <w:t>f 15328/6026/5306 15323/6018/5405 15329/6025/5345</w:t>
        <w:br/>
        <w:t>f 15330/6027/5412 15270/5969/5358 15305/6001/5388</w:t>
        <w:br/>
        <w:t>f 15306/6000/5387 15330/6027/5412 15305/6001/5388</w:t>
        <w:br/>
        <w:t>f 15330/6027/5412 15331/6028/5413 15270/5969/5358</w:t>
        <w:br/>
        <w:t>f 15312/6009/5396 15313/6008/5395 15199/5899/5290</w:t>
        <w:br/>
        <w:t>f 15335/6029/5414 15334/6030/5415 15333/6031/5416</w:t>
        <w:br/>
        <w:t>f 15332/6032/5417 15335/6029/5414 15333/6031/5416</w:t>
        <w:br/>
        <w:t>f 15337/6033/5418 15335/6029/5414 15336/6034/5419</w:t>
        <w:br/>
        <w:t>f 15341/6035/5420 15340/6036/5421 15339/6037/5422</w:t>
        <w:br/>
        <w:t>f 15338/6038/5423 15341/6035/5420 15339/6037/5422</w:t>
        <w:br/>
        <w:t>f 15343/6039/5424 15342/6040/5425 15338/6038/5423</w:t>
        <w:br/>
        <w:t>f 15339/6037/5422 15343/6039/5424 15338/6038/5423</w:t>
        <w:br/>
        <w:t>f 15347/6041/5425 15346/6042/5426 15345/6043/5427</w:t>
        <w:br/>
        <w:t>f 15344/6044/5428 15347/6041/5425 15345/6043/5427</w:t>
        <w:br/>
        <w:t>f 15344/6044/5428 15345/6043/5427 15348/6045/5429</w:t>
        <w:br/>
        <w:t>f 15349/6046/5430 15344/6044/5428 15348/6045/5429</w:t>
        <w:br/>
        <w:t>f 15352/6047/5431 15351/6048/5432 15350/6049/5433</w:t>
        <w:br/>
        <w:t>f 15350/6049/5433 15333/6031/5416 15352/6047/5431</w:t>
        <w:br/>
        <w:t>f 15326/6022/5409 15327/6021/5408 15354/6050/5434</w:t>
        <w:br/>
        <w:t>f 15353/6051/5435 15326/6022/5409 15354/6050/5434</w:t>
        <w:br/>
        <w:t>f 15353/6051/5435 15354/6050/5434 15335/6029/5414</w:t>
        <w:br/>
        <w:t>f 15337/6033/5418 15353/6051/5435 15335/6029/5414</w:t>
        <w:br/>
        <w:t>f 15354/6050/5434 15355/6052/5436 15334/6030/5415</w:t>
        <w:br/>
        <w:t>f 15335/6029/5414 15354/6050/5434 15334/6030/5415</w:t>
        <w:br/>
        <w:t>f 15224/5921/5312 15225/5920/5311 15356/6053/5437</w:t>
        <w:br/>
        <w:t>f 15355/6052/5436 15224/5921/5312 15356/6053/5437</w:t>
        <w:br/>
        <w:t>f 15355/6052/5436 15356/6053/5437 15352/6047/5431</w:t>
        <w:br/>
        <w:t>f 15334/6030/5415 15355/6052/5436 15352/6047/5431</w:t>
        <w:br/>
        <w:t>f 15321/6020/5407 15322/6019/5406 15358/6054/5438</w:t>
        <w:br/>
        <w:t>f 15357/6055/5439 15321/6020/5407 15358/6054/5438</w:t>
        <w:br/>
        <w:t>f 15358/6054/5438 15341/6035/5420 15338/6038/5423</w:t>
        <w:br/>
        <w:t>f 15357/6055/5439 15358/6054/5438 15338/6038/5423</w:t>
        <w:br/>
        <w:t>f 15359/6056/5440 15329/6025/5345 15321/6020/5407</w:t>
        <w:br/>
        <w:t>f 15357/6055/5439 15359/6056/5440 15321/6020/5407</w:t>
        <w:br/>
        <w:t>f 15357/6055/5439 15338/6038/5423 15342/6040/5425</w:t>
        <w:br/>
        <w:t>f 15359/6056/5440 15357/6055/5439 15342/6040/5425</w:t>
        <w:br/>
        <w:t>f 15258/5955/5345 15360/6057/5440 15213/5911/5302</w:t>
        <w:br/>
        <w:t>f 15360/6057/5440 15347/6041/5425 15344/6044/5428</w:t>
        <w:br/>
        <w:t>f 15213/5911/5302 15360/6057/5440 15344/6044/5428</w:t>
        <w:br/>
        <w:t>f 15213/5911/5302 15361/6058/5441 15349/6046/5442</w:t>
        <w:br/>
        <w:t>f 15214/5910/5301 15213/5911/5302 15349/6046/5442</w:t>
        <w:br/>
        <w:t>f 15259/5956/5346 15356/6053/5437 15225/5920/5311</w:t>
        <w:br/>
        <w:t>f 15356/6053/5437 15259/5956/5346 15351/6048/5432</w:t>
        <w:br/>
        <w:t>f 15352/6047/5431 15356/6053/5437 15351/6048/5432</w:t>
        <w:br/>
        <w:t>f 15363/6059/5443 15313/6008/5395 15272/5967/5398</w:t>
        <w:br/>
        <w:t>f 15362/6060/5444 15363/6059/5443 15272/5967/5398</w:t>
        <w:br/>
        <w:t>f 15366/6061/5445 15365/6062/5446 15364/6063/5447</w:t>
        <w:br/>
        <w:t>f 15365/6062/5446 15366/6061/5445 15324/6024/5411</w:t>
        <w:br/>
        <w:t>f 15325/6023/5410 15365/6062/5446 15324/6024/5411</w:t>
        <w:br/>
        <w:t>f 15369/6064/5448 15368/6065/5449 15367/6066/5450</w:t>
        <w:br/>
        <w:t>f 15323/6018/5405 15369/6064/5448 15367/6066/5450</w:t>
        <w:br/>
        <w:t>f 15371/6067/5451 15368/6065/5449 15369/6064/5448</w:t>
        <w:br/>
        <w:t>f 15370/6068/5452 15371/6067/5451 15369/6064/5448</w:t>
        <w:br/>
        <w:t>f 15323/6018/5405 15328/6026/5306 15369/6064/5448</w:t>
        <w:br/>
        <w:t>f 15328/6026/5306 15372/6069/5453 15370/6068/5452</w:t>
        <w:br/>
        <w:t>f 15369/6064/5448 15328/6026/5306 15370/6068/5452</w:t>
        <w:br/>
        <w:t>f 15374/6070/5454 15373/6071/5455 15364/6063/5447</w:t>
        <w:br/>
        <w:t>f 15366/6061/5445 15373/6071/5455 15303/6003/5390</w:t>
        <w:br/>
        <w:t>f 15324/6024/5411 15366/6061/5445 15303/6003/5390</w:t>
        <w:br/>
        <w:t>f 15378/6072/5456 15377/6073/5457 15376/6074/5458</w:t>
        <w:br/>
        <w:t>f 15375/6075/5459 15378/6072/5456 15376/6074/5458</w:t>
        <w:br/>
        <w:t>f 15375/6075/5459 15376/6074/5458 15379/6076/5460</w:t>
        <w:br/>
        <w:t>f 15362/6060/5444 15375/6075/5459 15379/6076/5460</w:t>
        <w:br/>
        <w:t>f 15362/6060/5444 15272/5967/5398 15330/6027/5461</w:t>
        <w:br/>
        <w:t>f 15375/6075/5459 15362/6060/5444 15330/6027/5461</w:t>
        <w:br/>
        <w:t>f 15374/6070/5454 15380/6077/5462 15373/6071/5455</w:t>
        <w:br/>
        <w:t>f 15380/6077/5462 15306/6000/5387 15303/6003/5390</w:t>
        <w:br/>
        <w:t>f 15373/6071/5455 15380/6077/5462 15303/6003/5390</w:t>
        <w:br/>
        <w:t>f 15381/6078/5463 15206/5906/5297 15205/5902/5293</w:t>
        <w:br/>
        <w:t>f 15363/6059/5443 15381/6078/5463 15205/5902/5293</w:t>
        <w:br/>
        <w:t>f 15211/5907/5298 15209/5903/5294 15206/5906/5297</w:t>
        <w:br/>
        <w:t>f 15381/6078/5463 15211/5907/5298 15206/5906/5297</w:t>
        <w:br/>
        <w:t>f 15363/6059/5443 15362/6060/5444 15382/6079/5464</w:t>
        <w:br/>
        <w:t>f 15381/6078/5463 15363/6059/5443 15382/6079/5464</w:t>
        <w:br/>
        <w:t>f 15210/5908/5299 15211/5907/5298 15381/6078/5463</w:t>
        <w:br/>
        <w:t>f 15382/6079/5464 15210/5908/5299 15381/6078/5463</w:t>
        <w:br/>
        <w:t>f 15370/6068/5452 15372/6069/5453 15383/6080/5465</w:t>
        <w:br/>
        <w:t>f 15387/6081/5466 15386/6082/5467 15385/6083/5468</w:t>
        <w:br/>
        <w:t>f 15384/6084/5469 15387/6081/5466 15385/6083/5468</w:t>
        <w:br/>
        <w:t>f 15384/6084/5469 15385/6083/5468 15389/6085/5470</w:t>
        <w:br/>
        <w:t>f 15388/6086/5471 15384/6084/5469 15389/6085/5470</w:t>
        <w:br/>
        <w:t>f 15390/6087/5472 15371/6067/5451 15370/6068/5452</w:t>
        <w:br/>
        <w:t>f 15383/6080/5465 15390/6087/5472 15370/6068/5452</w:t>
        <w:br/>
        <w:t>f 15262/5962/5352 15263/5961/5351 15391/6088/5473</w:t>
        <w:br/>
        <w:t>f 15393/6089/5474 15392/6090/5475 15371/6067/5451</w:t>
        <w:br/>
        <w:t>f 15390/6087/5472 15393/6089/5474 15371/6067/5451</w:t>
        <w:br/>
        <w:t>f 15263/5961/5351 15394/6091/5476 15391/6088/5473</w:t>
        <w:br/>
        <w:t>f 15395/6092/5477 15376/6074/5458 15377/6073/5457</w:t>
        <w:br/>
        <w:t>f 15391/6088/5473 15395/6092/5477 15377/6073/5457</w:t>
        <w:br/>
        <w:t>f 15379/6076/5460 15396/6093/5478 15382/6079/5464</w:t>
        <w:br/>
        <w:t>f 15362/6060/5444 15379/6076/5460 15382/6079/5464</w:t>
        <w:br/>
        <w:t>f 15210/5908/5299 15397/6094/5479 15212/5909/5300</w:t>
        <w:br/>
        <w:t>f 15212/5909/5300 15397/6094/5479 15264/5960/5350</w:t>
        <w:br/>
        <w:t>f 15376/6074/5458 15395/6092/5477 15396/6093/5478</w:t>
        <w:br/>
        <w:t>f 15379/6076/5460 15376/6074/5458 15396/6093/5478</w:t>
        <w:br/>
        <w:t>f 15163/5861/5255 15215/5913/5304 15269/5966/5355</w:t>
        <w:br/>
        <w:t>f 15398/6095/5480 15163/5861/5255 15269/5966/5355</w:t>
        <w:br/>
        <w:t>f 15253/5947/5337 15250/5950/5340 15400/6096/5481</w:t>
        <w:br/>
        <w:t>f 15399/6097/5482 15253/5947/5337 15400/6096/5481</w:t>
        <w:br/>
        <w:t>f 15400/6096/5481 15157/5851/5245 15154/5854/5248</w:t>
        <w:br/>
        <w:t>f 15399/6097/5482 15400/6096/5481 15154/5854/5248</w:t>
        <w:br/>
        <w:t>f 15400/6096/5481 15401/6098/5483 15226/5924/5315</w:t>
        <w:br/>
        <w:t>f 15157/5851/5245 15400/6096/5481 15226/5924/5315</w:t>
        <w:br/>
        <w:t>f 15401/6098/5484 15402/6099/5485 15250/5950/5340</w:t>
        <w:br/>
        <w:t>f 15254/5952/5342 15401/6098/5484 15250/5950/5340</w:t>
        <w:br/>
        <w:t>f 15404/6100/5486 15231/5925/5316 15228/5928/5319</w:t>
        <w:br/>
        <w:t>f 15403/6101/5487 15404/6100/5486 15228/5928/5319</w:t>
        <w:br/>
        <w:t>f 15403/6101/5487 15242/5940/5331 15246/5942/5333</w:t>
        <w:br/>
        <w:t>f 15404/6100/5486 15403/6101/5487 15246/5942/5333</w:t>
        <w:br/>
        <w:t>f 15404/6100/5486 15246/5942/5333 15248/5946/5337</w:t>
        <w:br/>
        <w:t>f 15405/6102/5482 15404/6100/5486 15248/5946/5337</w:t>
        <w:br/>
        <w:t>f 15405/6102/5482 15233/5929/5320 15231/5925/5316</w:t>
        <w:br/>
        <w:t>f 15404/6100/5486 15405/6102/5482 15231/5925/5316</w:t>
        <w:br/>
        <w:t>f 15403/6101/5487 15235/5931/5322 15192/5888/5282</w:t>
        <w:br/>
        <w:t>f 15406/6103/5488 15403/6101/5487 15192/5888/5282</w:t>
        <w:br/>
        <w:t>f 15406/6103/5488 15240/5938/5329 15242/5940/5331</w:t>
        <w:br/>
        <w:t>f 15403/6101/5487 15406/6103/5488 15242/5940/5331</w:t>
        <w:br/>
        <w:t>f 15408/6104/5489 15407/6105/5490 15142/5838/5232</w:t>
        <w:br/>
        <w:t>f 15143/5837/5231 15408/6104/5489 15142/5838/5232</w:t>
        <w:br/>
        <w:t>f 15407/6105/5490 15408/6104/5489 15236/5936/5327</w:t>
        <w:br/>
        <w:t>f 15237/5935/5326 15407/6105/5490 15236/5936/5327</w:t>
        <w:br/>
        <w:t>f 15407/6105/5490 15406/6103/5488 15192/5888/5282</w:t>
        <w:br/>
        <w:t>f 15142/5838/5232 15407/6105/5490 15192/5888/5282</w:t>
        <w:br/>
        <w:t>f 15406/6103/5488 15407/6105/5490 15237/5935/5326</w:t>
        <w:br/>
        <w:t>f 15240/5938/5329 15406/6103/5488 15237/5935/5326</w:t>
        <w:br/>
        <w:t>f 15408/6104/5489 15409/6106/5491 15256/5954/5344</w:t>
        <w:br/>
        <w:t>f 15236/5936/5327 15408/6104/5489 15256/5954/5344</w:t>
        <w:br/>
        <w:t>f 15143/5837/5231 15204/5900/5291 15401/6098/5483</w:t>
        <w:br/>
        <w:t>f 15408/6104/5489 15143/5837/5231 15401/6098/5483</w:t>
        <w:br/>
        <w:t>f 15340/6036/5421 15410/6107/5492 15287/5985/5373</w:t>
        <w:br/>
        <w:t>f 15339/6037/5422 15340/6036/5421 15287/5985/5373</w:t>
        <w:br/>
        <w:t>f 15297/5993/5381 15287/5985/5373 15410/6107/5492</w:t>
        <w:br/>
        <w:t>f 15288/5984/5372 15343/6039/5424 15339/6037/5422</w:t>
        <w:br/>
        <w:t>f 15287/5985/5373 15288/5984/5372 15339/6037/5422</w:t>
        <w:br/>
        <w:t>f 15292/5992/5380 15345/6043/5427 15346/6042/5426</w:t>
        <w:br/>
        <w:t>f 15411/6108/5372 15292/5992/5380 15346/6042/5426</w:t>
        <w:br/>
        <w:t>f 15336/6034/5419 15332/6032/5417 15413/6109/5493</w:t>
        <w:br/>
        <w:t>f 15412/6110/5494 15336/6034/5419 15413/6109/5493</w:t>
        <w:br/>
        <w:t>f 15412/6110/5494 15413/6109/5493 15283/5981/5369</w:t>
        <w:br/>
        <w:t>f 15307/6005/5392 15412/6110/5494 15283/5981/5369</w:t>
        <w:br/>
        <w:t>f 15293/5991/5379 15414/6111/5495 15292/5992/5380</w:t>
        <w:br/>
        <w:t>f 15345/6043/5427 15292/5992/5380 15414/6111/5495</w:t>
        <w:br/>
        <w:t>f 15348/6045/5429 15345/6043/5427 15414/6111/5495</w:t>
        <w:br/>
        <w:t>f 15417/6112/5496 15416/6113/5497 15415/6114/5498</w:t>
        <w:br/>
        <w:t>f 15298/5996/5384 15417/6112/5496 15415/6114/5498</w:t>
        <w:br/>
        <w:t>f 15421/6115/5499 15418/6116/5500 15416/6113/5497</w:t>
        <w:br/>
        <w:t>f 15332/6032/5417 15333/6031/5416 15420/6117/5501</w:t>
        <w:br/>
        <w:t>f 15419/6118/5502 15332/6032/5417 15420/6117/5501</w:t>
        <w:br/>
        <w:t>f 15419/6118/5502 15420/6117/5501 15282/5982/5370</w:t>
        <w:br/>
        <w:t>f 15283/5981/5369 15419/6118/5502 15282/5982/5370</w:t>
        <w:br/>
        <w:t>f 15417/6112/5496 15420/6117/5501 15421/6115/5499</w:t>
        <w:br/>
        <w:t>f 15298/5996/5384 15282/5982/5370 15417/6112/5496</w:t>
        <w:br/>
        <w:t>f 15423/6119/5503 15422/6120/5504 15309/6007/5394</w:t>
        <w:br/>
        <w:t>f 15310/6006/5393 15423/6119/5503 15309/6007/5394</w:t>
        <w:br/>
        <w:t>f 15308/6004/5391 15284/5980/5368 15422/6120/5504</w:t>
        <w:br/>
        <w:t>f 15423/6119/5503 15308/6004/5391 15422/6120/5504</w:t>
        <w:br/>
        <w:t>f 15284/5980/5368 15285/5979/5367 15424/6121/5505</w:t>
        <w:br/>
        <w:t>f 15422/6120/5504 15284/5980/5368 15424/6121/5505</w:t>
        <w:br/>
        <w:t>f 15422/6120/5504 15424/6121/5505 15315/6012/5400</w:t>
        <w:br/>
        <w:t>f 15309/6007/5394 15422/6120/5504 15315/6012/5400</w:t>
        <w:br/>
        <w:t>f 15285/5979/5367 15299/5995/5383 15425/6122/5506</w:t>
        <w:br/>
        <w:t>f 15424/6121/5505 15285/5979/5367 15425/6122/5506</w:t>
        <w:br/>
        <w:t>f 15424/6121/5505 15425/6122/5506 15318/6015/5402</w:t>
        <w:br/>
        <w:t>f 15315/6012/5400 15424/6121/5505 15318/6015/5402</w:t>
        <w:br/>
        <w:t>f 15296/5994/5382 15427/6123/5507 15426/6124/5508</w:t>
        <w:br/>
        <w:t>f 15286/5986/5374 15296/5994/5382 15426/6124/5508</w:t>
        <w:br/>
        <w:t>f 15426/6124/5508 15427/6123/5507 15320/6017/5404</w:t>
        <w:br/>
        <w:t>f 15316/6014/5401 15426/6124/5508 15320/6017/5404</w:t>
        <w:br/>
        <w:t>f 15426/6124/5508 15316/6014/5401 15317/6013/5385</w:t>
        <w:br/>
        <w:t>f 15428/6125/5509 15426/6124/5508 15317/6013/5385</w:t>
        <w:br/>
        <w:t>f 15428/6125/5509 15289/5983/5371 15286/5986/5374</w:t>
        <w:br/>
        <w:t>f 15426/6124/5508 15428/6125/5509 15286/5986/5374</w:t>
        <w:br/>
        <w:t>f 15430/6126/5509 15301/5997/5385 15291/5987/5375</w:t>
        <w:br/>
        <w:t>f 15429/6127/5510 15430/6126/5509 15291/5987/5375</w:t>
        <w:br/>
        <w:t>f 15429/6127/5510 15295/5989/5377 15302/5999/5371</w:t>
        <w:br/>
        <w:t>f 15430/6126/5509 15429/6127/5510 15302/5999/5371</w:t>
        <w:br/>
        <w:t>f 15291/5987/5375 15290/5988/5376 15431/6128/5511</w:t>
        <w:br/>
        <w:t>f 15429/6127/5510 15291/5987/5375 15431/6128/5511</w:t>
        <w:br/>
        <w:t>f 15431/6128/5511 15294/5990/5378 15295/5989/5377</w:t>
        <w:br/>
        <w:t>f 15429/6127/5510 15431/6128/5511 15295/5989/5377</w:t>
        <w:br/>
        <w:t>f 15425/6122/5506 15432/6129/5512 15319/6016/5403</w:t>
        <w:br/>
        <w:t>f 15318/6015/5402 15425/6122/5506 15319/6016/5403</w:t>
        <w:br/>
        <w:t>f 15207/5905/5296 15202/5896/5287 15205/5902/5293</w:t>
        <w:br/>
        <w:t>f 15206/5906/5297 15207/5905/5296 15205/5902/5293</w:t>
        <w:br/>
        <w:t>f 15201/5897/5288 15202/5896/5287 15176/5872/5266</w:t>
        <w:br/>
        <w:t>f 15177/5871/5265 15201/5897/5288 15176/5872/5266</w:t>
        <w:br/>
        <w:t>f 15433/6130/5513 15275/5974/5362 15276/5973/5361</w:t>
        <w:br/>
        <w:t>f 15314/6011/5399 15224/5921/5312 15355/6052/5436</w:t>
        <w:br/>
        <w:t>f 15432/6129/5512 15425/6122/5506 15299/5995/5383</w:t>
        <w:br/>
        <w:t>f 15434/6131/5514 15432/6129/5512 15299/5995/5383</w:t>
        <w:br/>
        <w:t>f 15434/6131/5514 15299/5995/5383 15298/5996/5384</w:t>
        <w:br/>
        <w:t>f 15415/6114/5498 15434/6131/5514 15298/5996/5384</w:t>
        <w:br/>
        <w:t>f 15333/6031/5416 15334/6030/5415 15352/6047/5431</w:t>
        <w:br/>
        <w:t>f 15335/6029/5414 15332/6032/5417 15336/6034/5419</w:t>
        <w:br/>
        <w:t>f 15421/6115/5499 15420/6117/5501 15333/6031/5416</w:t>
        <w:br/>
        <w:t>f 15350/6049/5433 15421/6115/5499 15333/6031/5416</w:t>
        <w:br/>
        <w:t>f 15421/6115/5499 15435/6132/5515 15418/6116/5500</w:t>
        <w:br/>
        <w:t>f 15282/5982/5370 15420/6117/5501 15417/6112/5496</w:t>
        <w:br/>
        <w:t>f 15416/6113/5497 15417/6112/5496 15421/6115/5499</w:t>
        <w:br/>
        <w:t>f 15351/6048/5432 15435/6132/5515 15350/6049/5433</w:t>
        <w:br/>
        <w:t>f 15421/6115/5499 15350/6049/5433 15435/6132/5515</w:t>
        <w:br/>
        <w:t>f 15351/6048/5432 15418/6116/5500 15435/6132/5515</w:t>
        <w:br/>
        <w:t>f 15292/5992/5380 15411/6108/5372 15302/5999/5371</w:t>
        <w:br/>
        <w:t>f 15323/6018/5405 15367/6066/5450 15322/6019/5406</w:t>
        <w:br/>
        <w:t>f 15224/5921/5312 15303/6003/5390 15223/5922/5313</w:t>
        <w:br/>
        <w:t>f 15225/5920/5311 15223/5922/5313 15219/5919/5310</w:t>
        <w:br/>
        <w:t>f 15219/5919/5310 15223/5922/5313 15436/6133/5516</w:t>
        <w:br/>
        <w:t>f 15275/5974/5362 15198/5894/5240 15172/5868/5262</w:t>
        <w:br/>
        <w:t>f 15173/5867/5261 15275/5974/5362 15172/5868/5262</w:t>
        <w:br/>
        <w:t>f 15395/6092/5477 15394/6091/5476 15397/6094/5479</w:t>
        <w:br/>
        <w:t>f 15396/6093/5478 15395/6092/5477 15397/6094/5479</w:t>
        <w:br/>
        <w:t>f 15397/6094/5479 15210/5908/5299 15382/6079/5464</w:t>
        <w:br/>
        <w:t>f 15396/6093/5478 15397/6094/5479 15382/6079/5464</w:t>
        <w:br/>
        <w:t>f 15394/6091/5476 15395/6092/5477 15391/6088/5473</w:t>
        <w:br/>
        <w:t>f 15391/6088/5473 15438/6134/5517 15437/6135/5518</w:t>
        <w:br/>
        <w:t>f 15262/5962/5352 15391/6088/5473 15437/6135/5518</w:t>
        <w:br/>
        <w:t>f 15439/6136/5519 15265/5959/5349 15262/5962/5352</w:t>
        <w:br/>
        <w:t>f 15437/6135/5518 15439/6136/5519 15262/5962/5352</w:t>
        <w:br/>
        <w:t>f 15266/5964/5354 15440/6137/5520 15267/5963/5353</w:t>
        <w:br/>
        <w:t>f 15267/5963/5353 15386/6082/5467 15268/5965/5355</w:t>
        <w:br/>
        <w:t>f 15440/6137/5520 15266/5964/5354 15441/6138/5521</w:t>
        <w:br/>
        <w:t>f 15212/5909/5300 15264/5960/5350 15265/5959/5349</w:t>
        <w:br/>
        <w:t>f 15266/5964/5354 15212/5909/5300 15265/5959/5349</w:t>
        <w:br/>
        <w:t>f 15264/5960/5350 15397/6094/5479 15394/6091/5476</w:t>
        <w:br/>
        <w:t>f 15263/5961/5351 15264/5960/5350 15394/6091/5476</w:t>
        <w:br/>
        <w:t>f 15266/5964/5354 15166/5866/5260 15212/5909/5300</w:t>
        <w:br/>
        <w:t>f 15385/6083/5468 15440/6137/5520 15441/6138/5521</w:t>
        <w:br/>
        <w:t>f 15389/6085/5470 15385/6083/5468 15441/6138/5521</w:t>
        <w:br/>
        <w:t>f 15442/6139/5522 15265/5959/5349 15439/6136/5519</w:t>
        <w:br/>
        <w:t>f 15386/6082/5467 15267/5963/5353 15440/6137/5520</w:t>
        <w:br/>
        <w:t>f 15385/6083/5468 15386/6082/5467 15440/6137/5520</w:t>
        <w:br/>
        <w:t>f 15386/6082/5467 15387/6081/5466 15372/6069/5453</w:t>
        <w:br/>
        <w:t>f 15268/5965/5355 15386/6082/5467 15372/6069/5453</w:t>
        <w:br/>
        <w:t>f 15446/6140/5523 15445/6141/5524 15444/6142/5525</w:t>
        <w:br/>
        <w:t>f 15443/6143/5525 15446/6140/5523 15444/6142/5525</w:t>
        <w:br/>
        <w:t>f 15437/6135/5518 15389/6085/5526 15439/6136/5519</w:t>
        <w:br/>
        <w:t>f 15375/6075/5459 15447/6144/5527 15306/6000/5387</w:t>
        <w:br/>
        <w:t>f 15380/6077/5462 15375/6075/5459 15306/6000/5387</w:t>
        <w:br/>
        <w:t>f 15380/6077/5462 15374/6070/5454 15378/6072/5456</w:t>
        <w:br/>
        <w:t>f 15393/6089/5474 15391/6088/5473 15377/6073/5457</w:t>
        <w:br/>
        <w:t>f 15374/6070/5454 15393/6089/5474 15377/6073/5457</w:t>
        <w:br/>
        <w:t>f 15438/6134/5517 15391/6088/5473 15393/6089/5474</w:t>
        <w:br/>
        <w:t>f 15448/6145/5528 15438/6134/5517 15393/6089/5474</w:t>
        <w:br/>
        <w:t>f 15438/6134/5517 15448/6145/5528 15445/6141/5529</w:t>
        <w:br/>
        <w:t>f 15384/6084/5469 15388/6086/5471 15449/6146/5530</w:t>
        <w:br/>
        <w:t>f 15383/6080/5465 15384/6084/5469 15449/6146/5530</w:t>
        <w:br/>
        <w:t>f 15384/6084/5469 15383/6080/5465 15387/6081/5466</w:t>
        <w:br/>
        <w:t>f 15387/6081/5466 15383/6080/5465 15372/6069/5453</w:t>
        <w:br/>
        <w:t>f 15374/6070/5454 15377/6073/5457 15378/6072/5456</w:t>
        <w:br/>
        <w:t>f 15375/6075/5459 15380/6077/5462 15378/6072/5456</w:t>
        <w:br/>
        <w:t>f 15205/5902/5293 15199/5899/5290 15313/6008/5395</w:t>
        <w:br/>
        <w:t>f 15363/6059/5443 15205/5902/5293 15313/6008/5395</w:t>
        <w:br/>
        <w:t>f 15219/5919/5310 15305/6001/5388 15222/5916/5307</w:t>
        <w:br/>
        <w:t>f 15270/5969/5358 15261/5957/5347 15222/5916/5307</w:t>
        <w:br/>
        <w:t>f 15305/6001/5388 15270/5969/5358 15222/5916/5307</w:t>
        <w:br/>
        <w:t>f 15260/5958/5348 15261/5957/5347 15272/5967/5398</w:t>
        <w:br/>
        <w:t>f 15311/6010/5397 15260/5958/5348 15272/5967/5398</w:t>
        <w:br/>
        <w:t>f 15365/6062/5446 15450/6147/5531 15364/6063/5447</w:t>
        <w:br/>
        <w:t>f 15373/6071/5455 15366/6061/5445 15364/6063/5447</w:t>
        <w:br/>
        <w:t>f 15450/6147/5531 15374/6070/5454 15364/6063/5447</w:t>
        <w:br/>
        <w:t>f 15451/6148/5532 15314/6011/5399 15355/6052/5436</w:t>
        <w:br/>
        <w:t>f 15354/6050/5434 15451/6148/5532 15355/6052/5436</w:t>
        <w:br/>
        <w:t>f 15324/6024/5411 15303/6003/5390 15314/6011/5399</w:t>
        <w:br/>
        <w:t>f 15327/6021/5408 15324/6024/5411 15314/6011/5399</w:t>
        <w:br/>
        <w:t>f 14718/6149/5533 14717/6150/5534 14716/6151/5535</w:t>
        <w:br/>
        <w:t>f 14715/6152/5533 14718/6149/5533 14716/6151/5535</w:t>
        <w:br/>
        <w:t>f 14717/6150/5534 14720/6153/5536 14719/6154/5537</w:t>
        <w:br/>
        <w:t>f 14716/6151/5535 14717/6150/5534 14719/6154/5537</w:t>
        <w:br/>
        <w:t>f 14719/6154/5537 14720/6153/5536 14722/6155/5538</w:t>
        <w:br/>
        <w:t>f 14721/6156/5539 14719/6154/5537 14722/6155/5538</w:t>
        <w:br/>
        <w:t>f 14724/6157/5540 14723/6158/5541 14721/6156/5539</w:t>
        <w:br/>
        <w:t>f 14722/6155/5538 14724/6157/5540 14721/6156/5539</w:t>
        <w:br/>
        <w:t>f 14726/6159/5542 14725/6160/5543 14723/6158/5541</w:t>
        <w:br/>
        <w:t>f 14724/6157/5540 14726/6159/5542 14723/6158/5541</w:t>
        <w:br/>
        <w:t>f 14725/6160/5543 14726/6159/5542 14727/6161/5544</w:t>
        <w:br/>
        <w:t>f 14728/6162/5545 14725/6160/5543 14727/6161/5544</w:t>
        <w:br/>
        <w:t>f 14727/6161/5544 14730/6163/5546 14729/6164/5547</w:t>
        <w:br/>
        <w:t>f 14728/6162/5545 14727/6161/5544 14729/6164/5547</w:t>
        <w:br/>
        <w:t>f 14730/6163/5546 14732/6165/5548 14731/6166/5549</w:t>
        <w:br/>
        <w:t>f 14729/6164/5547 14730/6163/5546 14731/6166/5549</w:t>
        <w:br/>
        <w:t>f 14732/6165/5548 14734/6167/5550 14733/6168/5551</w:t>
        <w:br/>
        <w:t>f 14731/6166/5549 14732/6165/5548 14733/6168/5551</w:t>
        <w:br/>
        <w:t>f 14736/6169/5552 14735/6170/5553 14733/6168/5551</w:t>
        <w:br/>
        <w:t>f 14734/6167/5550 14736/6169/5552 14733/6168/5551</w:t>
        <w:br/>
        <w:t>f 14738/6171/5554 14735/6170/5553 14736/6169/5552</w:t>
        <w:br/>
        <w:t>f 14737/6172/5555 14738/6171/5554 14736/6169/5552</w:t>
        <w:br/>
        <w:t>f 14740/6173/5556 14738/6171/5554 14737/6172/5555</w:t>
        <w:br/>
        <w:t>f 14739/6174/5557 14740/6173/5556 14737/6172/5555</w:t>
        <w:br/>
        <w:t>f 14742/6175/5558 14741/6176/5558 14740/6173/5556</w:t>
        <w:br/>
        <w:t>f 14739/6174/5557 14742/6175/5558 14740/6173/5556</w:t>
        <w:br/>
        <w:t>f 14746/6177/5559 14745/6178/5560 14744/6179/5561</w:t>
        <w:br/>
        <w:t>f 14743/6180/5558 14746/6177/5559 14744/6179/5561</w:t>
        <w:br/>
        <w:t>f 14748/6181/5562 14747/6182/5563 14745/6178/5560</w:t>
        <w:br/>
        <w:t>f 14746/6177/5559 14748/6181/5562 14745/6178/5560</w:t>
        <w:br/>
        <w:t>f 14748/6181/5562 14718/6149/5533 14715/6152/5533</w:t>
        <w:br/>
        <w:t>f 14747/6182/5563 14748/6181/5562 14715/6152/5533</w:t>
        <w:br/>
        <w:t>f 14752/6183/5564 14751/6184/5565 14750/6185/5565</w:t>
        <w:br/>
        <w:t>f 14749/6186/5566 14752/6183/5564 14750/6185/5565</w:t>
        <w:br/>
        <w:t>f 14751/6184/5565 14754/6187/5567 14753/6188/5568</w:t>
        <w:br/>
        <w:t>f 14750/6185/5565 14751/6184/5565 14753/6188/5568</w:t>
        <w:br/>
        <w:t>f 14754/6187/5567 14756/6189/5569 14755/6190/5569</w:t>
        <w:br/>
        <w:t>f 14720/6153/5570 14754/6187/5567 14755/6190/5569</w:t>
        <w:br/>
        <w:t>f 14758/6191/5571 14757/6192/5571 14755/6190/5569</w:t>
        <w:br/>
        <w:t>f 14756/6189/5569 14758/6191/5571 14755/6190/5569</w:t>
        <w:br/>
        <w:t>f 14760/6193/5572 14759/6194/5573 14757/6192/5571</w:t>
        <w:br/>
        <w:t>f 14758/6191/5571 14760/6193/5572 14757/6192/5571</w:t>
        <w:br/>
        <w:t>f 14761/6195/5574 14727/6161/5544 14726/6159/5542</w:t>
        <w:br/>
        <w:t>f 14760/6193/5575 14761/6195/5574 14726/6159/5542</w:t>
        <w:br/>
        <w:t>f 14727/6161/5544 14761/6195/5574 14762/6196/5576</w:t>
        <w:br/>
        <w:t>f 14730/6163/5546 14727/6161/5544 14762/6196/5576</w:t>
        <w:br/>
        <w:t>f 14762/6196/5576 14763/6197/5577 14732/6165/5548</w:t>
        <w:br/>
        <w:t>f 14730/6163/5546 14762/6196/5576 14732/6165/5548</w:t>
        <w:br/>
        <w:t>f 14765/6198/5578 14764/6199/5579 14732/6165/5548</w:t>
        <w:br/>
        <w:t>f 14763/6197/5577 14765/6198/5578 14732/6165/5548</w:t>
        <w:br/>
        <w:t>f 14767/6200/5580 14766/6201/5581 14734/6167/5550</w:t>
        <w:br/>
        <w:t>f 14765/6198/5578 14767/6200/5580 14734/6167/5550</w:t>
        <w:br/>
        <w:t>f 14769/6202/5582 14736/6169/5583 14767/6200/5580</w:t>
        <w:br/>
        <w:t>f 14768/6203/5582 14769/6202/5582 14767/6200/5580</w:t>
        <w:br/>
        <w:t>f 14739/6174/5584 14769/6202/5582 14768/6203/5582</w:t>
        <w:br/>
        <w:t>f 14770/6204/5585 14739/6174/5584 14768/6203/5582</w:t>
        <w:br/>
        <w:t>f 14772/6205/5586 14771/6206/5587 14739/6174/5584</w:t>
        <w:br/>
        <w:t>f 14770/6204/5585 14772/6205/5586 14739/6174/5584</w:t>
        <w:br/>
        <w:t>f 14776/6207/5588 14775/6208/5588 14774/6209/5589</w:t>
        <w:br/>
        <w:t>f 14773/6210/5589 14776/6207/5588 14774/6209/5589</w:t>
        <w:br/>
        <w:t>f 14778/6211/5590 14775/6208/5588 14776/6207/5588</w:t>
        <w:br/>
        <w:t>f 14777/6212/5590 14778/6211/5590 14776/6207/5588</w:t>
        <w:br/>
        <w:t>f 14777/6212/5590 14752/6183/5564 14749/6186/5566</w:t>
        <w:br/>
        <w:t>f 14778/6211/5590 14777/6212/5590 14749/6186/5566</w:t>
        <w:br/>
        <w:t>f 14782/6213/5591 14781/6214/5592 14780/6215/5593</w:t>
        <w:br/>
        <w:t>f 14779/6216/5594 14782/6213/5591 14780/6215/5593</w:t>
        <w:br/>
        <w:t>f 14782/6213/5591 14784/6217/5595 14783/6218/5596</w:t>
        <w:br/>
        <w:t>f 14781/6214/5592 14782/6213/5591 14783/6218/5596</w:t>
        <w:br/>
        <w:t>f 14784/6217/5595 14786/6219/5597 14785/6220/5598</w:t>
        <w:br/>
        <w:t>f 14783/6218/5596 14784/6217/5595 14785/6220/5598</w:t>
        <w:br/>
        <w:t>f 14788/6221/5599 14787/6222/5600 14785/6220/5598</w:t>
        <w:br/>
        <w:t>f 14786/6219/5597 14788/6221/5599 14785/6220/5598</w:t>
        <w:br/>
        <w:t>f 14790/6223/5601 14789/6224/5602 14787/6222/5600</w:t>
        <w:br/>
        <w:t>f 14788/6221/5599 14790/6223/5601 14787/6222/5600</w:t>
        <w:br/>
        <w:t>f 14792/6225/5603 14791/6226/5604 14789/6224/5602</w:t>
        <w:br/>
        <w:t>f 14790/6223/5601 14792/6225/5603 14789/6224/5602</w:t>
        <w:br/>
        <w:t>f 14794/6227/5605 14793/6228/5606 14791/6226/5604</w:t>
        <w:br/>
        <w:t>f 14792/6225/5603 14794/6227/5605 14791/6226/5604</w:t>
        <w:br/>
        <w:t>f 14796/6229/5607 14795/6230/5608 14793/6228/5606</w:t>
        <w:br/>
        <w:t>f 14794/6227/5605 14796/6229/5607 14793/6228/5606</w:t>
        <w:br/>
        <w:t>f 14798/6231/5609 14797/6232/5610 14795/6230/5608</w:t>
        <w:br/>
        <w:t>f 14796/6229/5607 14798/6231/5609 14795/6230/5608</w:t>
        <w:br/>
        <w:t>f 14800/6233/5611 14797/6232/5610 14798/6231/5609</w:t>
        <w:br/>
        <w:t>f 14799/6234/5612 14800/6233/5611 14798/6231/5609</w:t>
        <w:br/>
        <w:t>f 14799/6234/5612 14802/6235/5613 14801/6236/5614</w:t>
        <w:br/>
        <w:t>f 14800/6233/5611 14799/6234/5612 14801/6236/5614</w:t>
        <w:br/>
        <w:t>f 14802/6235/5613 14804/6237/5615 14803/6238/5616</w:t>
        <w:br/>
        <w:t>f 14801/6236/5614 14802/6235/5613 14803/6238/5616</w:t>
        <w:br/>
        <w:t>f 14803/6238/5616 14804/6237/5615 14806/6239/5617</w:t>
        <w:br/>
        <w:t>f 14805/6240/5617 14803/6238/5616 14806/6239/5617</w:t>
        <w:br/>
        <w:t>f 14810/6241/5618 14809/6242/5617 14808/6243/5619</w:t>
        <w:br/>
        <w:t>f 14807/6244/5620 14810/6241/5618 14808/6243/5619</w:t>
        <w:br/>
        <w:t>f 14812/6245/5621 14807/6244/5620 14808/6243/5619</w:t>
        <w:br/>
        <w:t>f 14811/6246/5621 14812/6245/5621 14808/6243/5619</w:t>
        <w:br/>
        <w:t>f 14811/6246/5621 14779/6216/5594 14780/6215/5593</w:t>
        <w:br/>
        <w:t>f 14812/6245/5621 14811/6246/5621 14780/6215/5593</w:t>
        <w:br/>
        <w:t>f 14815/6247/5622 14782/6213/5591 14814/6248/5623</w:t>
        <w:br/>
        <w:t>f 14813/6249/5624 14815/6247/5622 14814/6248/5623</w:t>
        <w:br/>
        <w:t>f 14817/6250/5625 14816/6251/5626 14782/6213/5591</w:t>
        <w:br/>
        <w:t>f 14815/6247/5622 14817/6250/5625 14782/6213/5591</w:t>
        <w:br/>
        <w:t>f 14819/6252/5627 14784/6217/5628 14817/6250/5625</w:t>
        <w:br/>
        <w:t>f 14818/6253/5629 14819/6252/5627 14817/6250/5625</w:t>
        <w:br/>
        <w:t>f 14788/6221/5599 14786/6219/5597 14818/6253/5629</w:t>
        <w:br/>
        <w:t>f 14820/6254/5630 14788/6221/5599 14818/6253/5629</w:t>
        <w:br/>
        <w:t>f 14820/6254/5630 14822/6255/5631 14821/6256/5632</w:t>
        <w:br/>
        <w:t>f 14788/6221/5599 14820/6254/5630 14821/6256/5632</w:t>
        <w:br/>
        <w:t>f 14822/6255/5631 14823/6257/5633 14792/6225/5603</w:t>
        <w:br/>
        <w:t>f 14790/6223/5601 14822/6255/5631 14792/6225/5603</w:t>
        <w:br/>
        <w:t>f 14824/6258/5634 14794/6227/5605 14792/6225/5603</w:t>
        <w:br/>
        <w:t>f 14823/6257/5633 14824/6258/5634 14792/6225/5603</w:t>
        <w:br/>
        <w:t>f 14825/6259/5635 14796/6229/5607 14794/6227/5605</w:t>
        <w:br/>
        <w:t>f 14824/6258/5634 14825/6259/5635 14794/6227/5605</w:t>
        <w:br/>
        <w:t>f 14826/6260/5636 14798/6231/5609 14796/6229/5607</w:t>
        <w:br/>
        <w:t>f 14825/6259/5635 14826/6260/5636 14796/6229/5607</w:t>
        <w:br/>
        <w:t>f 14799/6234/5612 14798/6231/5609 14826/6260/5636</w:t>
        <w:br/>
        <w:t>f 14827/6261/5637 14799/6234/5612 14826/6260/5636</w:t>
        <w:br/>
        <w:t>f 14828/6262/5638 14802/6235/5613 14799/6234/5612</w:t>
        <w:br/>
        <w:t>f 14827/6261/5637 14828/6262/5638 14799/6234/5612</w:t>
        <w:br/>
        <w:t>f 14830/6263/5639 14829/6264/5639 14802/6235/5613</w:t>
        <w:br/>
        <w:t>f 14828/6262/5638 14830/6263/5639 14802/6235/5613</w:t>
        <w:br/>
        <w:t>f 14830/6263/5639 14832/6265/5640 14831/6266/5641</w:t>
        <w:br/>
        <w:t>f 14829/6264/5639 14830/6263/5639 14831/6266/5641</w:t>
        <w:br/>
        <w:t>f 14835/6267/5642 14834/6268/5643 14808/6243/5619</w:t>
        <w:br/>
        <w:t>f 14833/6269/5642 14835/6267/5642 14808/6243/5619</w:t>
        <w:br/>
        <w:t>f 14834/6268/5643 14837/6270/5644 14836/6271/5645</w:t>
        <w:br/>
        <w:t>f 14808/6243/5619 14834/6268/5643 14836/6271/5645</w:t>
        <w:br/>
        <w:t>f 14813/6249/5646 14779/6216/5647 14836/6271/5645</w:t>
        <w:br/>
        <w:t>f 14837/6270/5644 14813/6249/5646 14836/6271/5645</w:t>
        <w:br/>
        <w:t>f 14841/6272/5648 14840/6273/5649 14839/6274/5650</w:t>
        <w:br/>
        <w:t>f 14838/6275/5651 14841/6272/5648 14839/6274/5650</w:t>
        <w:br/>
        <w:t>f 14843/6276/5652 14842/6277/5653 14815/6247/5654</w:t>
        <w:br/>
        <w:t>f 14841/6272/5655 14843/6276/5652 14815/6247/5654</w:t>
        <w:br/>
        <w:t>f 14845/6278/5656 14844/6279/5657 14817/6250/5658</w:t>
        <w:br/>
        <w:t>f 14843/6276/5659 14845/6278/5656 14817/6250/5658</w:t>
        <w:br/>
        <w:t>f 14820/6254/5630 14844/6279/5657 14845/6278/5656</w:t>
        <w:br/>
        <w:t>f 14846/6280/5660 14820/6254/5630 14845/6278/5656</w:t>
        <w:br/>
        <w:t>f 14846/6280/5660 14847/6281/5661 14822/6255/5631</w:t>
        <w:br/>
        <w:t>f 14820/6254/5630 14846/6280/5660 14822/6255/5631</w:t>
        <w:br/>
        <w:t>f 14847/6281/5661 14848/6282/5662 14823/6257/5633</w:t>
        <w:br/>
        <w:t>f 14822/6255/5631 14847/6281/5661 14823/6257/5633</w:t>
        <w:br/>
        <w:t>f 14849/6283/5663 14823/6257/5633 14848/6282/5662</w:t>
        <w:br/>
        <w:t>f 14850/6284/5664 14849/6283/5663 14848/6282/5662</w:t>
        <w:br/>
        <w:t>f 14851/6285/5665 14825/6259/5635 14849/6283/5663</w:t>
        <w:br/>
        <w:t>f 14850/6284/5664 14851/6285/5665 14849/6283/5663</w:t>
        <w:br/>
        <w:t>f 14826/6260/5636 14825/6259/5635 14851/6285/5665</w:t>
        <w:br/>
        <w:t>f 14852/6286/5666 14826/6260/5636 14851/6285/5665</w:t>
        <w:br/>
        <w:t>f 14854/6287/5667 14826/6260/5636 14852/6286/5666</w:t>
        <w:br/>
        <w:t>f 14853/6288/5668 14854/6287/5667 14852/6286/5666</w:t>
        <w:br/>
        <w:t>f 14856/6289/5669 14855/6290/5669 14827/6261/5670</w:t>
        <w:br/>
        <w:t>f 14853/6288/5671 14856/6289/5669 14827/6261/5670</w:t>
        <w:br/>
        <w:t>f 14858/6291/5672 14857/6292/5673 14855/6290/5669</w:t>
        <w:br/>
        <w:t>f 14856/6289/5669 14858/6291/5672 14855/6290/5669</w:t>
        <w:br/>
        <w:t>f 14858/6291/5672 14860/6293/5674 14859/6294/5674</w:t>
        <w:br/>
        <w:t>f 14857/6292/5673 14858/6291/5672 14859/6294/5674</w:t>
        <w:br/>
        <w:t>f 14864/6295/5674 14863/6296/5675 14862/6297/5675</w:t>
        <w:br/>
        <w:t>f 14861/6298/5674 14864/6295/5674 14862/6297/5675</w:t>
        <w:br/>
        <w:t>f 14866/6299/5676 14865/6300/5677 14862/6297/5675</w:t>
        <w:br/>
        <w:t>f 14863/6296/5675 14866/6299/5676 14862/6297/5675</w:t>
        <w:br/>
        <w:t>f 14838/6275/5651 14839/6274/5650 14865/6300/5677</w:t>
        <w:br/>
        <w:t>f 14866/6299/5676 14838/6275/5651 14865/6300/5677</w:t>
        <w:br/>
        <w:t>f 14870/6301/5678 14869/6302/5679 14868/6303/5680</w:t>
        <w:br/>
        <w:t>f 14867/6304/5681 14870/6301/5678 14868/6303/5680</w:t>
        <w:br/>
        <w:t>f 14873/6305/5537 14872/6306/5682 14869/6302/5683</w:t>
        <w:br/>
        <w:t>f 14871/6307/5535 14873/6305/5537 14869/6302/5683</w:t>
        <w:br/>
        <w:t>f 14875/6308/5539 14874/6309/5684 14872/6306/5682</w:t>
        <w:br/>
        <w:t>f 14873/6305/5537 14875/6308/5539 14872/6306/5682</w:t>
        <w:br/>
        <w:t>f 14877/6310/5685 14874/6309/5684 14875/6308/5539</w:t>
        <w:br/>
        <w:t>f 14876/6311/5541 14877/6310/5685 14875/6308/5539</w:t>
        <w:br/>
        <w:t>f 14876/6311/5541 14879/6312/5686 14878/6313/5686</w:t>
        <w:br/>
        <w:t>f 14877/6310/5685 14876/6311/5541 14878/6313/5686</w:t>
        <w:br/>
        <w:t>f 14879/6312/5686 14881/6314/5687 14880/6315/5688</w:t>
        <w:br/>
        <w:t>f 14878/6313/5686 14879/6312/5686 14880/6315/5688</w:t>
        <w:br/>
        <w:t>f 14881/6314/5687 14882/6316/5689 14850/6284/5690</w:t>
        <w:br/>
        <w:t>f 14880/6315/5688 14881/6314/5687 14850/6284/5690</w:t>
        <w:br/>
        <w:t>f 14885/6317/5547 14884/6318/5691 14883/6319/5692</w:t>
        <w:br/>
        <w:t>f 14850/6284/5690 14885/6317/5547 14883/6319/5692</w:t>
        <w:br/>
        <w:t>f 14888/6320/5693 14887/6321/5694 14886/6322/5695</w:t>
        <w:br/>
        <w:t>f 14883/6319/5696 14888/6320/5693 14886/6322/5695</w:t>
        <w:br/>
        <w:t>f 14886/6322/5695 14887/6321/5694 14890/6323/5697</w:t>
        <w:br/>
        <w:t>f 14889/6324/5698 14886/6322/5695 14890/6323/5697</w:t>
        <w:br/>
        <w:t>f 14892/6325/5554 14891/6326/5699 14889/6324/5698</w:t>
        <w:br/>
        <w:t>f 14890/6323/5697 14892/6325/5554 14889/6324/5698</w:t>
        <w:br/>
        <w:t>f 14894/6327/5700 14893/6328/5700 14891/6326/5699</w:t>
        <w:br/>
        <w:t>f 14892/6325/5554 14894/6327/5700 14891/6326/5699</w:t>
        <w:br/>
        <w:t>f 14896/6329/5701 14893/6328/5700 14894/6327/5700</w:t>
        <w:br/>
        <w:t>f 14895/6330/5702 14896/6329/5701 14894/6327/5700</w:t>
        <w:br/>
        <w:t>f 14900/6331/5703 14899/6332/5702 14898/6333/5702</w:t>
        <w:br/>
        <w:t>f 14897/6334/5704 14900/6331/5703 14898/6333/5702</w:t>
        <w:br/>
        <w:t>f 14900/6331/5703 14897/6334/5704 14902/6335/5705</w:t>
        <w:br/>
        <w:t>f 14901/6336/5705 14900/6331/5703 14902/6335/5705</w:t>
        <w:br/>
        <w:t>f 14867/6304/5681 14868/6303/5680 14901/6336/5705</w:t>
        <w:br/>
        <w:t>f 14902/6335/5705 14867/6304/5681 14901/6336/5705</w:t>
        <w:br/>
        <w:t>f 14906/6337/5706 14905/6338/5707 14904/6339/5708</w:t>
        <w:br/>
        <w:t>f 14903/6340/5709 14906/6337/5706 14904/6339/5708</w:t>
        <w:br/>
        <w:t>f 14905/6338/5707 14908/6341/5710 14907/6342/5711</w:t>
        <w:br/>
        <w:t>f 14904/6339/5708 14905/6338/5707 14907/6342/5711</w:t>
        <w:br/>
        <w:t>f 14912/6343/5712 14911/6344/5713 14910/6345/5714</w:t>
        <w:br/>
        <w:t>f 14909/6346/5715 14912/6343/5712 14910/6345/5714</w:t>
        <w:br/>
        <w:t>f 14916/6347/5716 14915/6348/5717 14914/6349/5718</w:t>
        <w:br/>
        <w:t>f 14913/6350/5719 14916/6347/5716 14914/6349/5718</w:t>
        <w:br/>
        <w:t>f 14918/6351/5720 14915/6348/5717 14916/6347/5716</w:t>
        <w:br/>
        <w:t>f 14917/6352/5721 14918/6351/5720 14916/6347/5716</w:t>
        <w:br/>
        <w:t>f 14922/6353/5722 14921/6354/5723 14920/6355/5724</w:t>
        <w:br/>
        <w:t>f 14919/6356/5725 14922/6353/5722 14920/6355/5724</w:t>
        <w:br/>
        <w:t>f 14926/6357/5726 14925/6358/5727 14924/6359/5728</w:t>
        <w:br/>
        <w:t>f 14923/6360/5729 14926/6357/5726 14924/6359/5728</w:t>
        <w:br/>
        <w:t>f 14930/6361/5730 14929/6362/5730 14928/6363/5731</w:t>
        <w:br/>
        <w:t>f 14927/6364/5732 14930/6361/5730 14928/6363/5731</w:t>
        <w:br/>
        <w:t>f 14931/6365/5733 14908/6341/5710 14905/6338/5707</w:t>
        <w:br/>
        <w:t>f 14928/6363/5734 14931/6365/5733 14905/6338/5707</w:t>
        <w:br/>
        <w:t>f 14933/6366/5735 14932/6367/5736 14912/6343/5712</w:t>
        <w:br/>
        <w:t>f 14909/6346/5715 14933/6366/5735 14912/6343/5712</w:t>
        <w:br/>
        <w:t>f 14935/6368/5737 14916/6347/5716 14913/6350/5719</w:t>
        <w:br/>
        <w:t>f 14934/6369/5738 14935/6368/5737 14913/6350/5719</w:t>
        <w:br/>
        <w:t>f 14917/6352/5721 14916/6347/5716 14935/6368/5737</w:t>
        <w:br/>
        <w:t>f 14936/6370/5739 14917/6352/5721 14935/6368/5737</w:t>
        <w:br/>
        <w:t>f 14940/6371/5740 14939/6372/5740 14938/6373/5741</w:t>
        <w:br/>
        <w:t>f 14937/6374/5742 14940/6371/5740 14938/6373/5741</w:t>
        <w:br/>
        <w:t>f 14944/6375/5743 14943/6376/5744 14942/6377/5745</w:t>
        <w:br/>
        <w:t>f 14941/6378/5745 14944/6375/5743 14942/6377/5745</w:t>
        <w:br/>
        <w:t>f 14948/6379/5746 14947/6380/5746 14946/6381/5747</w:t>
        <w:br/>
        <w:t>f 14945/6382/5747 14948/6379/5746 14946/6381/5747</w:t>
        <w:br/>
        <w:t>f 14947/6380/5746 14948/6379/5746 14950/6383/5748</w:t>
        <w:br/>
        <w:t>f 14949/6384/5749 14947/6380/5746 14950/6383/5748</w:t>
        <w:br/>
        <w:t>f 14954/6385/5750 14953/6386/5751 14952/6387/5752</w:t>
        <w:br/>
        <w:t>f 14951/6388/5750 14954/6385/5750 14952/6387/5752</w:t>
        <w:br/>
        <w:t>f 14958/6389/5753 14957/6390/5754 14956/6391/5754</w:t>
        <w:br/>
        <w:t>f 14955/6392/5753 14958/6389/5753 14956/6391/5754</w:t>
        <w:br/>
        <w:t>f 14957/6390/5754 14960/6393/5755 14959/6394/5756</w:t>
        <w:br/>
        <w:t>f 14956/6391/5754 14957/6390/5754 14959/6394/5756</w:t>
        <w:br/>
        <w:t>f 14964/6395/5757 14963/6396/5757 14962/6397/5758</w:t>
        <w:br/>
        <w:t>f 14961/6398/5759 14964/6395/5757 14962/6397/5758</w:t>
        <w:br/>
        <w:t>f 14968/6399/5760 14967/6400/5761 14966/6401/5762</w:t>
        <w:br/>
        <w:t>f 14965/6402/5763 14968/6399/5760 14966/6401/5762</w:t>
        <w:br/>
        <w:t>f 14972/6403/5764 14971/6404/5765 14970/6405/5766</w:t>
        <w:br/>
        <w:t>f 14969/6406/5766 14972/6403/5764 14970/6405/5766</w:t>
        <w:br/>
        <w:t>f 14974/6407/5767 14973/6408/5768 14971/6404/5765</w:t>
        <w:br/>
        <w:t>f 14972/6403/5764 14974/6407/5767 14971/6404/5765</w:t>
        <w:br/>
        <w:t>f 14978/6409/5769 14977/6410/5770 14976/6411/5771</w:t>
        <w:br/>
        <w:t>f 14975/6412/5772 14978/6409/5769 14976/6411/5771</w:t>
        <w:br/>
        <w:t>f 14982/6413/5773 14981/6414/5774 14980/6415/5775</w:t>
        <w:br/>
        <w:t>f 14979/6416/5773 14982/6413/5773 14980/6415/5775</w:t>
        <w:br/>
        <w:t>f 14984/6417/5776 14983/6418/5776 14980/6415/5775</w:t>
        <w:br/>
        <w:t>f 14981/6414/5774 14984/6417/5776 14980/6415/5775</w:t>
        <w:br/>
        <w:t>f 14988/6419/5777 14987/6420/5778 14986/6421/5779</w:t>
        <w:br/>
        <w:t>f 14985/6422/5780 14988/6419/5777 14986/6421/5779</w:t>
        <w:br/>
        <w:t>f 14992/6423/5781 14991/6424/5782 14990/6425/5783</w:t>
        <w:br/>
        <w:t>f 14989/6426/5784 14992/6423/5781 14990/6425/5783</w:t>
        <w:br/>
        <w:t>f 14995/6427/5785 14994/6428/5786 14993/6429/5787</w:t>
        <w:br/>
        <w:t>f 14996/6430/5788 14995/6427/5785 14993/6429/5787</w:t>
        <w:br/>
        <w:t>f 14994/6428/5789 14997/6431/5790 14974/6407/5767</w:t>
        <w:br/>
        <w:t>f 14972/6403/5764 14994/6428/5789 14974/6407/5767</w:t>
        <w:br/>
        <w:t>f 15001/6432/5791 15000/6433/5792 14999/6434/5793</w:t>
        <w:br/>
        <w:t>f 14998/6435/5794 15001/6432/5791 14999/6434/5793</w:t>
        <w:br/>
        <w:t>f 15005/6436/5795 15004/6437/5796 15003/6438/5797</w:t>
        <w:br/>
        <w:t>f 15002/6439/5798 15005/6436/5795 15003/6438/5797</w:t>
        <w:br/>
        <w:t>f 15007/6440/5799 15006/6441/5800 15003/6438/5797</w:t>
        <w:br/>
        <w:t>f 15004/6437/5796 15007/6440/5799 15003/6438/5797</w:t>
        <w:br/>
        <w:t>f 15011/6442/5801 15010/6443/5802 15009/6444/5803</w:t>
        <w:br/>
        <w:t>f 15008/6445/5804 15011/6442/5801 15009/6444/5803</w:t>
        <w:br/>
        <w:t>f 15015/6446/5805 15014/6447/5806 15013/6448/5807</w:t>
        <w:br/>
        <w:t>f 15012/6449/5808 15015/6446/5805 15013/6448/5807</w:t>
        <w:br/>
        <w:t>f 15018/6450/5809 15017/6451/5810 15016/6452/5811</w:t>
        <w:br/>
        <w:t>f 14995/6427/5785 15018/6450/5809 15016/6452/5811</w:t>
        <w:br/>
        <w:t>f 15017/6451/5810 15020/6453/5812 15019/6454/5813</w:t>
        <w:br/>
        <w:t>f 15016/6452/5811 15017/6451/5810 15019/6454/5813</w:t>
        <w:br/>
        <w:t>f 15022/6455/5814 15001/6432/5791 14998/6435/5794</w:t>
        <w:br/>
        <w:t>f 15021/6456/5815 15022/6455/5814 14998/6435/5794</w:t>
        <w:br/>
        <w:t>f 15005/6436/5795 15024/6457/5816 15023/6458/5817</w:t>
        <w:br/>
        <w:t>f 15004/6437/5796 15005/6436/5795 15023/6458/5817</w:t>
        <w:br/>
        <w:t>f 15023/6458/5817 15025/6459/5818 15007/6440/5799</w:t>
        <w:br/>
        <w:t>f 15004/6437/5796 15023/6458/5817 15007/6440/5799</w:t>
        <w:br/>
        <w:t>f 15029/6460/5819 15028/6461/5820 15027/6462/5821</w:t>
        <w:br/>
        <w:t>f 15026/6463/5822 15029/6460/5819 15027/6462/5821</w:t>
        <w:br/>
        <w:t>f 15031/6464/5727 15012/6449/5808 15013/6448/5807</w:t>
        <w:br/>
        <w:t>f 15030/6465/5823 15031/6464/5727 15013/6448/5807</w:t>
        <w:br/>
        <w:t>f 14931/6365/5733 14933/6366/5735 14909/6346/5715</w:t>
        <w:br/>
        <w:t>f 14908/6341/5710 14931/6365/5733 14909/6346/5715</w:t>
        <w:br/>
        <w:t>f 14907/6342/5711 14908/6341/5710 14909/6346/5715</w:t>
        <w:br/>
        <w:t>f 14910/6345/5714 14907/6342/5711 14909/6346/5715</w:t>
        <w:br/>
        <w:t>f 15021/6456/5815 14998/6435/5794 14997/6431/5790</w:t>
        <w:br/>
        <w:t>f 15020/6453/5711 15021/6456/5815 14997/6431/5790</w:t>
        <w:br/>
        <w:t>f 14998/6435/5794 14999/6434/5793 14974/6407/5767</w:t>
        <w:br/>
        <w:t>f 14997/6431/5790 14998/6435/5794 14974/6407/5767</w:t>
        <w:br/>
        <w:t>f 14950/6383/5824 14974/6407/5825 14978/6409/5769</w:t>
        <w:br/>
        <w:t>f 14975/6412/5772 14950/6383/5824 14978/6409/5769</w:t>
        <w:br/>
        <w:t>f 14950/6383/5748 14954/6385/5750 14951/6388/5750</w:t>
        <w:br/>
        <w:t>f 14949/6384/5749 14950/6383/5748 14951/6388/5750</w:t>
        <w:br/>
        <w:t>f 14917/6352/5721 14936/6370/5739 15032/6466/5826</w:t>
        <w:br/>
        <w:t>f 15033/6467/5827 14917/6352/5721 15032/6466/5826</w:t>
        <w:br/>
        <w:t>f 15034/6468/5828 14918/6351/5720 14917/6352/5721</w:t>
        <w:br/>
        <w:t>f 15033/6467/5827 15034/6468/5828 14917/6352/5721</w:t>
        <w:br/>
        <w:t>f 15025/6459/5818 15036/6469/5829 15035/6470/5830</w:t>
        <w:br/>
        <w:t>f 15007/6440/5799 15025/6459/5818 15035/6470/5830</w:t>
        <w:br/>
        <w:t>f 15007/6440/5799 15035/6470/5830 15037/6471/5831</w:t>
        <w:br/>
        <w:t>f 15006/6441/5800 15007/6440/5799 15037/6471/5831</w:t>
        <w:br/>
        <w:t>f 15037/6471/5831 15038/6472/5832 14983/6418/5776</w:t>
        <w:br/>
        <w:t>f 14984/6417/5776 15037/6471/5831 14983/6418/5776</w:t>
        <w:br/>
        <w:t>f 14959/6394/5756 14960/6393/5755 15040/6473/5833</w:t>
        <w:br/>
        <w:t>f 15039/6474/5833 14959/6394/5756 15040/6473/5833</w:t>
        <w:br/>
        <w:t>f 14937/6374/5834 14919/6356/5725 15033/6467/5827</w:t>
        <w:br/>
        <w:t>f 15032/6466/5826 14937/6374/5834 15033/6467/5827</w:t>
        <w:br/>
        <w:t>f 15033/6467/5827 14919/6356/5725 14920/6355/5724</w:t>
        <w:br/>
        <w:t>f 15034/6468/5828 15033/6467/5827 14920/6355/5724</w:t>
        <w:br/>
        <w:t>f 15036/6469/5829 15029/6460/5724 15011/6442/5835</w:t>
        <w:br/>
        <w:t>f 15035/6470/5830 15036/6469/5829 15011/6442/5835</w:t>
        <w:br/>
        <w:t>f 15035/6470/5830 15011/6442/5835 14986/6421/5779</w:t>
        <w:br/>
        <w:t>f 15037/6471/5831 15035/6470/5830 14986/6421/5779</w:t>
        <w:br/>
        <w:t>f 14986/6421/5779 14987/6420/5778 15038/6472/5832</w:t>
        <w:br/>
        <w:t>f 15037/6471/5831 14986/6421/5779 15038/6472/5832</w:t>
        <w:br/>
        <w:t>f 14961/6398/5759 14962/6397/5758 15039/6474/5833</w:t>
        <w:br/>
        <w:t>f 15040/6473/5833 14961/6398/5759 15039/6474/5833</w:t>
        <w:br/>
        <w:t>f 15044/6475/5836 15043/6476/5836 15042/6477/5837</w:t>
        <w:br/>
        <w:t>f 15041/6478/5837 15044/6475/5836 15042/6477/5837</w:t>
        <w:br/>
        <w:t>f 15048/6479/5838 15047/6480/5839 15046/6481/5840</w:t>
        <w:br/>
        <w:t>f 15045/6482/5841 15048/6479/5838 15046/6481/5840</w:t>
        <w:br/>
        <w:t>f 15051/6483/5842 15050/6484/5843 15049/6485/5844</w:t>
        <w:br/>
        <w:t>f 15052/6486/5845 15051/6483/5842 15049/6485/5844</w:t>
        <w:br/>
        <w:t>f 15054/6487/5846 15053/6488/5847 15049/6485/5844</w:t>
        <w:br/>
        <w:t>f 15050/6484/5843 15054/6487/5846 15049/6485/5844</w:t>
        <w:br/>
        <w:t>f 15058/6489/5848 15057/6490/5849 15056/6491/5849</w:t>
        <w:br/>
        <w:t>f 15055/6492/5848 15058/6489/5848 15056/6491/5849</w:t>
        <w:br/>
        <w:t>f 15062/6493/5850 15061/6494/5851 15060/6495/5852</w:t>
        <w:br/>
        <w:t>f 15059/6496/5850 15062/6493/5850 15060/6495/5852</w:t>
        <w:br/>
        <w:t>f 15064/6497/5853 15063/6498/5854 15062/6493/5850</w:t>
        <w:br/>
        <w:t>f 15059/6496/5850 15064/6497/5853 15062/6493/5850</w:t>
        <w:br/>
        <w:t>f 15042/6477/5837 15066/6499/5855 15065/6500/5855</w:t>
        <w:br/>
        <w:t>f 15041/6478/5837 15042/6477/5837 15065/6500/5855</w:t>
        <w:br/>
        <w:t>f 15048/6479/5838 15068/6501/5856 15067/6502/5857</w:t>
        <w:br/>
        <w:t>f 15047/6480/5839 15048/6479/5838 15067/6502/5857</w:t>
        <w:br/>
        <w:t>f 15049/6485/5844 15070/6503/5858 15069/6504/5856</w:t>
        <w:br/>
        <w:t>f 15052/6486/5845 15049/6485/5844 15069/6504/5856</w:t>
        <w:br/>
        <w:t>f 15049/6485/5844 15053/6488/5847 15071/6505/5859</w:t>
        <w:br/>
        <w:t>f 15070/6503/5858 15049/6485/5844 15071/6505/5859</w:t>
        <w:br/>
        <w:t>f 15058/6489/5848 15055/6492/5848 15073/6506/5860</w:t>
        <w:br/>
        <w:t>f 15072/6507/5861 15058/6489/5848 15073/6506/5860</w:t>
        <w:br/>
        <w:t>f 15063/6498/5854 15064/6497/5853 15075/6508/5862</w:t>
        <w:br/>
        <w:t>f 15074/6509/5863 15063/6498/5854 15075/6508/5862</w:t>
        <w:br/>
        <w:t>f 15077/6510/5864 15065/6500/5855 15066/6499/5855</w:t>
        <w:br/>
        <w:t>f 15076/6511/5864 15077/6510/5864 15066/6499/5855</w:t>
        <w:br/>
        <w:t>f 15079/6512/5865 15067/6502/5857 15068/6501/5856</w:t>
        <w:br/>
        <w:t>f 15078/6513/5866 15079/6512/5865 15068/6501/5856</w:t>
        <w:br/>
        <w:t>f 15081/6514/5867 15069/6504/5856 15070/6503/5858</w:t>
        <w:br/>
        <w:t>f 15080/6515/5868 15081/6514/5867 15070/6503/5858</w:t>
        <w:br/>
        <w:t>f 15070/6503/5858 15071/6505/5859 15082/6516/5869</w:t>
        <w:br/>
        <w:t>f 15080/6515/5868 15070/6503/5858 15082/6516/5869</w:t>
        <w:br/>
        <w:t>f 15072/6507/5861 15073/6506/5860 15084/6517/5870</w:t>
        <w:br/>
        <w:t>f 15083/6518/5871 15072/6507/5861 15084/6517/5870</w:t>
        <w:br/>
        <w:t>f 15086/6519/5872 15081/6514/5867 15080/6515/5868</w:t>
        <w:br/>
        <w:t>f 15085/6520/5873 15086/6519/5872 15080/6515/5868</w:t>
        <w:br/>
        <w:t>f 15080/6515/5868 15082/6516/5869 15087/6521/5874</w:t>
        <w:br/>
        <w:t>f 15085/6520/5873 15080/6515/5868 15087/6521/5874</w:t>
        <w:br/>
        <w:t>f 15083/6518/5871 15074/6509/5875 15089/6522/5876</w:t>
        <w:br/>
        <w:t>f 15088/6523/5876 15083/6518/5871 15089/6522/5876</w:t>
        <w:br/>
        <w:t>f 15074/6509/5863 15075/6508/5862 15091/6524/5877</w:t>
        <w:br/>
        <w:t>f 15090/6525/5877 15074/6509/5863 15091/6524/5877</w:t>
        <w:br/>
        <w:t>f 15093/6526/5878 15077/6510/5864 15076/6511/5864</w:t>
        <w:br/>
        <w:t>f 15092/6527/5878 15093/6526/5878 15076/6511/5864</w:t>
        <w:br/>
        <w:t>f 15095/6528/5879 15079/6512/5865 15078/6513/5866</w:t>
        <w:br/>
        <w:t>f 15094/6529/5880 15095/6528/5879 15078/6513/5866</w:t>
        <w:br/>
        <w:t>f 14926/6357/5881 14944/6375/5882 15093/6526/5878</w:t>
        <w:br/>
        <w:t>f 15092/6527/5878 14926/6357/5881 15093/6526/5878</w:t>
        <w:br/>
        <w:t>f 14925/6358/5727 14926/6357/5726 15095/6528/5879</w:t>
        <w:br/>
        <w:t>f 15094/6529/5880 14925/6358/5727 15095/6528/5879</w:t>
        <w:br/>
        <w:t>f 15086/6519/5872 15085/6520/5873 15012/6449/5808</w:t>
        <w:br/>
        <w:t>f 15031/6464/5727 15086/6519/5872 15012/6449/5808</w:t>
        <w:br/>
        <w:t>f 15085/6520/5873 15087/6521/5874 14989/6426/5883</w:t>
        <w:br/>
        <w:t>f 15012/6449/5808 15085/6520/5873 14989/6426/5883</w:t>
        <w:br/>
        <w:t>f 15089/6522/5876 14965/6402/5884 14989/6426/5885</w:t>
        <w:br/>
        <w:t>f 15088/6523/5876 15089/6522/5876 14989/6426/5885</w:t>
        <w:br/>
        <w:t>f 15091/6524/5877 14968/6399/5760 14965/6402/5763</w:t>
        <w:br/>
        <w:t>f 15090/6525/5877 15091/6524/5877 14965/6402/5763</w:t>
        <w:br/>
        <w:t>f 15043/6476/5836 15044/6475/5836 15097/6530/5886</w:t>
        <w:br/>
        <w:t>f 15096/6531/5887 15043/6476/5836 15097/6530/5886</w:t>
        <w:br/>
        <w:t>f 15045/6482/5841 15046/6481/5840 15099/6532/5888</w:t>
        <w:br/>
        <w:t>f 15098/6533/5889 15045/6482/5841 15099/6532/5888</w:t>
        <w:br/>
        <w:t>f 15101/6534/5890 15100/6535/5891 15050/6484/5843</w:t>
        <w:br/>
        <w:t>f 15051/6483/5842 15101/6534/5890 15050/6484/5843</w:t>
        <w:br/>
        <w:t>f 15102/6536/5892 15054/6487/5846 15050/6484/5843</w:t>
        <w:br/>
        <w:t>f 15100/6535/5891 15102/6536/5892 15050/6484/5843</w:t>
        <w:br/>
        <w:t>f 15104/6537/5893 15056/6491/5849 15057/6490/5849</w:t>
        <w:br/>
        <w:t>f 15103/6538/5893 15104/6537/5893 15057/6490/5849</w:t>
        <w:br/>
        <w:t>f 15106/6539/5894 15060/6495/5852 15061/6494/5851</w:t>
        <w:br/>
        <w:t>f 15105/6540/5894 15106/6539/5894 15061/6494/5851</w:t>
        <w:br/>
        <w:t>f 15108/6541/5895 15107/6542/5895 15096/6531/5887</w:t>
        <w:br/>
        <w:t>f 15097/6530/5886 15108/6541/5895 15096/6531/5887</w:t>
        <w:br/>
        <w:t>f 15110/6543/5896 15109/6544/5897 15098/6533/5889</w:t>
        <w:br/>
        <w:t>f 15099/6532/5888 15110/6543/5896 15098/6533/5889</w:t>
        <w:br/>
        <w:t>f 15112/6545/5898 15100/6535/5891 15101/6534/5890</w:t>
        <w:br/>
        <w:t>f 15111/6546/5899 15112/6545/5898 15101/6534/5890</w:t>
        <w:br/>
        <w:t>f 15113/6547/5900 15102/6536/5892 15100/6535/5891</w:t>
        <w:br/>
        <w:t>f 15112/6545/5898 15113/6547/5900 15100/6535/5891</w:t>
        <w:br/>
        <w:t>f 15115/6548/5901 15104/6537/5893 15103/6538/5893</w:t>
        <w:br/>
        <w:t>f 15114/6549/5901 15115/6548/5901 15103/6538/5893</w:t>
        <w:br/>
        <w:t>f 15106/6539/5894 15105/6540/5894 15117/6550/5902</w:t>
        <w:br/>
        <w:t>f 15116/6551/5902 15106/6539/5894 15117/6550/5902</w:t>
        <w:br/>
        <w:t>f 15119/6552/5903 15118/6553/5903 15107/6542/5895</w:t>
        <w:br/>
        <w:t>f 15108/6541/5895 15119/6552/5903 15107/6542/5895</w:t>
        <w:br/>
        <w:t>f 15121/6554/5904 15120/6555/5905 15109/6544/5897</w:t>
        <w:br/>
        <w:t>f 15110/6543/5896 15121/6554/5904 15109/6544/5897</w:t>
        <w:br/>
        <w:t>f 15123/6556/5906 15112/6545/5898 15111/6546/5899</w:t>
        <w:br/>
        <w:t>f 15122/6557/5907 15123/6556/5906 15111/6546/5899</w:t>
        <w:br/>
        <w:t>f 15125/6558/5908 15113/6547/5900 15112/6545/5898</w:t>
        <w:br/>
        <w:t>f 15124/6559/5909 15125/6558/5908 15112/6545/5898</w:t>
        <w:br/>
        <w:t>f 15127/6560/5910 15115/6548/5901 15114/6549/5901</w:t>
        <w:br/>
        <w:t>f 15126/6561/5911 15127/6560/5910 15114/6549/5901</w:t>
        <w:br/>
        <w:t>f 15127/6560/5910 15128/6562/5912 15116/6551/5902</w:t>
        <w:br/>
        <w:t>f 15117/6550/5902 15127/6560/5910 15116/6551/5902</w:t>
        <w:br/>
        <w:t>f 15118/6553/5903 15119/6552/5903 14929/6362/5730</w:t>
        <w:br/>
        <w:t>f 14930/6361/5730 15118/6553/5903 14929/6362/5730</w:t>
        <w:br/>
        <w:t>f 15121/6554/5904 14906/6337/5706 14903/6340/5709</w:t>
        <w:br/>
        <w:t>f 15120/6555/5905 15121/6554/5904 14903/6340/5709</w:t>
        <w:br/>
        <w:t>f 14995/6427/5785 15123/6556/5906 15122/6557/5907</w:t>
        <w:br/>
        <w:t>f 15018/6450/5809 14995/6427/5785 15122/6557/5907</w:t>
        <w:br/>
        <w:t>f 14996/6430/5788 15125/6558/5913 15123/6556/5906</w:t>
        <w:br/>
        <w:t>f 14995/6427/5785 14996/6430/5788 15123/6556/5906</w:t>
        <w:br/>
        <w:t>f 15127/6560/5910 15126/6561/5911 14969/6406/5766</w:t>
        <w:br/>
        <w:t>f 14970/6405/5766 15127/6560/5910 14969/6406/5766</w:t>
        <w:br/>
        <w:t>f 14945/6382/5747 14946/6381/5747 15128/6562/5912</w:t>
        <w:br/>
        <w:t>f 15127/6560/5910 14945/6382/5747 15128/6562/5912</w:t>
        <w:br/>
        <w:t>f 14913/6350/5719 14914/6349/5718 14911/6344/5713</w:t>
        <w:br/>
        <w:t>f 14912/6343/5712 14913/6350/5719 14911/6344/5713</w:t>
        <w:br/>
        <w:t>f 15024/6457/5816 15005/6436/5795 15001/6432/5791</w:t>
        <w:br/>
        <w:t>f 15022/6455/5814 15024/6457/5816 15001/6432/5791</w:t>
        <w:br/>
        <w:t>f 15001/6432/5791 15005/6436/5795 15002/6439/5798</w:t>
        <w:br/>
        <w:t>f 15000/6433/5792 15001/6432/5791 15002/6439/5798</w:t>
        <w:br/>
        <w:t>f 14977/6410/5770 14982/6413/5773 14979/6416/5773</w:t>
        <w:br/>
        <w:t>f 14976/6411/5771 14977/6410/5770 14979/6416/5773</w:t>
        <w:br/>
        <w:t>f 14953/6386/5751 14958/6389/5753 14955/6392/5753</w:t>
        <w:br/>
        <w:t>f 14932/6367/5914 14953/6386/5751 14955/6392/5753</w:t>
        <w:br/>
        <w:t>f 14934/6369/5738 14913/6350/5719 14912/6343/5712</w:t>
        <w:br/>
        <w:t>f 14932/6367/5736 14934/6369/5738 14912/6343/5712</w:t>
        <w:br/>
        <w:t>f 16103/6563/5915 16102/6564/5916 16101/6565/5917</w:t>
        <w:br/>
        <w:t>f 16100/6566/5918 16103/6563/5915 16101/6565/5917</w:t>
        <w:br/>
        <w:t>f 16104/6567/5919 16102/6564/5916 16103/6563/5915</w:t>
        <w:br/>
        <w:t>f 16105/6568/5920 16104/6567/5919 16103/6563/5915</w:t>
        <w:br/>
        <w:t>f 16109/6569/5921 16108/6570/5922 16107/6571/5923</w:t>
        <w:br/>
        <w:t>f 16106/6572/5924 16109/6569/5921 16107/6571/5923</w:t>
        <w:br/>
        <w:t>f 16110/6573/5925 16108/6570/5922 16109/6569/5921</w:t>
        <w:br/>
        <w:t>f 16111/6574/5926 16110/6573/5925 16109/6569/5921</w:t>
        <w:br/>
        <w:t>f 16113/6575/5927 16112/6576/5928 16110/6573/5925</w:t>
        <w:br/>
        <w:t>f 16111/6574/5926 16113/6575/5927 16110/6573/5925</w:t>
        <w:br/>
        <w:t>f 16115/6577/5929 16114/6578/5930 16112/6576/5928</w:t>
        <w:br/>
        <w:t>f 16113/6575/5927 16115/6577/5929 16112/6576/5928</w:t>
        <w:br/>
        <w:t>f 16116/6579/5931 16114/6578/5930 16115/6577/5929</w:t>
        <w:br/>
        <w:t>f 16117/6580/5932 16116/6579/5931 16115/6577/5929</w:t>
        <w:br/>
        <w:t>f 16119/6581/5933 16118/6582/5934 16116/6579/5931</w:t>
        <w:br/>
        <w:t>f 16117/6580/5932 16119/6581/5933 16116/6579/5931</w:t>
        <w:br/>
        <w:t>f 16121/6583/5935 16120/6584/5936 16118/6582/5934</w:t>
        <w:br/>
        <w:t>f 16119/6581/5933 16121/6583/5935 16118/6582/5934</w:t>
        <w:br/>
        <w:t>f 16122/6585/5937 16120/6584/5936 16121/6583/5935</w:t>
        <w:br/>
        <w:t>f 16123/6586/5938 16122/6585/5937 16121/6583/5935</w:t>
        <w:br/>
        <w:t>f 16124/6587/5939 16122/6585/5937 16123/6586/5938</w:t>
        <w:br/>
        <w:t>f 16125/6588/5940 16124/6587/5939 16123/6586/5938</w:t>
        <w:br/>
        <w:t>f 16100/6566/5918 16101/6565/5917 16124/6587/5939</w:t>
        <w:br/>
        <w:t>f 16125/6588/5940 16100/6566/5918 16124/6587/5939</w:t>
        <w:br/>
        <w:t>f 16127/6589/5941 16126/6590/5942 16101/6565/5917</w:t>
        <w:br/>
        <w:t>f 16102/6564/5916 16127/6589/5941 16101/6565/5917</w:t>
        <w:br/>
        <w:t>f 16128/6591/5943 16127/6589/5941 16102/6564/5916</w:t>
        <w:br/>
        <w:t>f 16104/6567/5919 16128/6591/5943 16102/6564/5916</w:t>
        <w:br/>
        <w:t>f 16108/6570/5922 16130/6592/5944 16129/6593/5945</w:t>
        <w:br/>
        <w:t>f 16107/6571/5923 16108/6570/5922 16129/6593/5945</w:t>
        <w:br/>
        <w:t>f 16131/6594/5946 16130/6592/5944 16108/6570/5922</w:t>
        <w:br/>
        <w:t>f 16110/6573/5925 16131/6594/5946 16108/6570/5922</w:t>
        <w:br/>
        <w:t>f 16112/6576/5928 16132/6595/5947 16131/6594/5946</w:t>
        <w:br/>
        <w:t>f 16110/6573/5925 16112/6576/5928 16131/6594/5946</w:t>
        <w:br/>
        <w:t>f 16133/6596/5948 16132/6595/5947 16112/6576/5928</w:t>
        <w:br/>
        <w:t>f 16114/6578/5930 16133/6596/5948 16112/6576/5928</w:t>
        <w:br/>
        <w:t>f 16134/6597/5949 16133/6596/5948 16114/6578/5930</w:t>
        <w:br/>
        <w:t>f 16116/6579/5931 16134/6597/5949 16114/6578/5930</w:t>
        <w:br/>
        <w:t>f 16118/6582/5934 16135/6598/5950 16134/6597/5949</w:t>
        <w:br/>
        <w:t>f 16116/6579/5931 16118/6582/5934 16134/6597/5949</w:t>
        <w:br/>
        <w:t>f 16136/6599/5951 16135/6598/5950 16118/6582/5934</w:t>
        <w:br/>
        <w:t>f 16120/6584/5936 16136/6599/5951 16118/6582/5934</w:t>
        <w:br/>
        <w:t>f 16137/6600/5952 16136/6599/5951 16120/6584/5936</w:t>
        <w:br/>
        <w:t>f 16122/6585/5937 16137/6600/5952 16120/6584/5936</w:t>
        <w:br/>
        <w:t>f 16138/6601/5953 16137/6600/5952 16122/6585/5937</w:t>
        <w:br/>
        <w:t>f 16124/6587/5939 16138/6601/5953 16122/6585/5937</w:t>
        <w:br/>
        <w:t>f 16101/6565/5917 16126/6590/5942 16138/6601/5953</w:t>
        <w:br/>
        <w:t>f 16124/6587/5939 16101/6565/5917 16138/6601/5953</w:t>
        <w:br/>
        <w:t>f 16127/6589/5941 16140/6602/5954 16139/6603/5955</w:t>
        <w:br/>
        <w:t>f 16126/6590/5942 16127/6589/5941 16139/6603/5955</w:t>
        <w:br/>
        <w:t>f 16128/6591/5943 16141/6604/5956 16140/6602/5954</w:t>
        <w:br/>
        <w:t>f 16127/6589/5941 16128/6591/5943 16140/6602/5954</w:t>
        <w:br/>
        <w:t>f 16130/6592/5944 16143/6605/5957 16142/6606/5956</w:t>
        <w:br/>
        <w:t>f 16129/6593/5945 16130/6592/5944 16142/6606/5956</w:t>
        <w:br/>
        <w:t>f 16131/6594/5946 16144/6607/5958 16143/6605/5957</w:t>
        <w:br/>
        <w:t>f 16130/6592/5944 16131/6594/5946 16143/6605/5957</w:t>
        <w:br/>
        <w:t>f 16132/6595/5947 16145/6608/5959 16144/6607/5958</w:t>
        <w:br/>
        <w:t>f 16131/6594/5946 16132/6595/5947 16144/6607/5958</w:t>
        <w:br/>
        <w:t>f 16146/6609/5960 16145/6608/5959 16132/6595/5947</w:t>
        <w:br/>
        <w:t>f 16133/6596/5948 16146/6609/5960 16132/6595/5947</w:t>
        <w:br/>
        <w:t>f 16147/6610/5961 16146/6609/5960 16133/6596/5948</w:t>
        <w:br/>
        <w:t>f 16134/6597/5949 16147/6610/5961 16133/6596/5948</w:t>
        <w:br/>
        <w:t>f 16135/6598/5950 16148/6611/5962 16147/6610/5961</w:t>
        <w:br/>
        <w:t>f 16134/6597/5949 16135/6598/5950 16147/6610/5961</w:t>
        <w:br/>
        <w:t>f 16136/6599/5951 16149/6612/5963 16148/6611/5962</w:t>
        <w:br/>
        <w:t>f 16135/6598/5950 16136/6599/5951 16148/6611/5962</w:t>
        <w:br/>
        <w:t>f 16137/6600/5952 16150/6613/5964 16149/6612/5963</w:t>
        <w:br/>
        <w:t>f 16136/6599/5951 16137/6600/5952 16149/6612/5963</w:t>
        <w:br/>
        <w:t>f 16151/6614/5965 16150/6613/5964 16137/6600/5952</w:t>
        <w:br/>
        <w:t>f 16138/6601/5953 16151/6614/5965 16137/6600/5952</w:t>
        <w:br/>
        <w:t>f 16126/6590/5942 16139/6603/5955 16151/6614/5965</w:t>
        <w:br/>
        <w:t>f 16138/6601/5953 16126/6590/5942 16151/6614/5965</w:t>
        <w:br/>
        <w:t>f 16140/6602/5954 16153/6615/5966 16152/6616/5967</w:t>
        <w:br/>
        <w:t>f 16139/6603/5955 16140/6602/5954 16152/6616/5967</w:t>
        <w:br/>
        <w:t>f 16141/6604/5956 16154/6617/5968 16153/6615/5966</w:t>
        <w:br/>
        <w:t>f 16140/6602/5954 16141/6604/5956 16153/6615/5966</w:t>
        <w:br/>
        <w:t>f 16156/6618/5969 16155/6619/5968 16142/6606/5956</w:t>
        <w:br/>
        <w:t>f 16143/6605/5957 16156/6618/5969 16142/6606/5956</w:t>
        <w:br/>
        <w:t>f 16157/6620/5970 16156/6618/5969 16143/6605/5957</w:t>
        <w:br/>
        <w:t>f 16144/6607/5958 16157/6620/5970 16143/6605/5957</w:t>
        <w:br/>
        <w:t>f 16145/6608/5959 16158/6621/5971 16157/6620/5970</w:t>
        <w:br/>
        <w:t>f 16144/6607/5958 16145/6608/5959 16157/6620/5970</w:t>
        <w:br/>
        <w:t>f 16159/6622/5972 16158/6621/5971 16145/6608/5959</w:t>
        <w:br/>
        <w:t>f 16146/6609/5960 16159/6622/5972 16145/6608/5959</w:t>
        <w:br/>
        <w:t>f 16147/6610/5961 16160/6623/5973 16159/6622/5972</w:t>
        <w:br/>
        <w:t>f 16146/6609/5960 16147/6610/5961 16159/6622/5972</w:t>
        <w:br/>
        <w:t>f 16148/6611/5962 16161/6624/5974 16160/6623/5973</w:t>
        <w:br/>
        <w:t>f 16147/6610/5961 16148/6611/5962 16160/6623/5973</w:t>
        <w:br/>
        <w:t>f 16149/6612/5963 16162/6625/5975 16161/6624/5974</w:t>
        <w:br/>
        <w:t>f 16148/6611/5962 16149/6612/5963 16161/6624/5974</w:t>
        <w:br/>
        <w:t>f 16163/6626/5976 16162/6625/5975 16149/6612/5963</w:t>
        <w:br/>
        <w:t>f 16150/6613/5964 16163/6626/5976 16149/6612/5963</w:t>
        <w:br/>
        <w:t>f 16151/6614/5965 16164/6627/5977 16163/6626/5976</w:t>
        <w:br/>
        <w:t>f 16150/6613/5964 16151/6614/5965 16163/6626/5976</w:t>
        <w:br/>
        <w:t>f 16139/6603/5955 16152/6616/5967 16164/6627/5977</w:t>
        <w:br/>
        <w:t>f 16151/6614/5965 16139/6603/5955 16164/6627/5977</w:t>
        <w:br/>
        <w:t>f 16103/6563/5915 16100/6566/5918 16165/6628/5978</w:t>
        <w:br/>
        <w:t>f 16105/6568/5920 16103/6563/5915 16165/6628/5978</w:t>
        <w:br/>
        <w:t>f 16109/6569/5921 16106/6572/5924 16165/6628/5978</w:t>
        <w:br/>
        <w:t>f 16111/6574/5926 16109/6569/5921 16165/6628/5978</w:t>
        <w:br/>
        <w:t>f 16113/6575/5927 16111/6574/5926 16165/6628/5978</w:t>
        <w:br/>
        <w:t>f 16115/6577/5929 16113/6575/5927 16165/6628/5978</w:t>
        <w:br/>
        <w:t>f 16117/6580/5932 16115/6577/5929 16165/6628/5978</w:t>
        <w:br/>
        <w:t>f 16119/6581/5933 16117/6580/5932 16165/6628/5978</w:t>
        <w:br/>
        <w:t>f 16121/6583/5935 16119/6581/5933 16165/6628/5978</w:t>
        <w:br/>
        <w:t>f 16123/6586/5938 16121/6583/5935 16165/6628/5978</w:t>
        <w:br/>
        <w:t>f 16125/6588/5940 16123/6586/5938 16165/6628/5978</w:t>
        <w:br/>
        <w:t>f 16100/6566/5918 16125/6588/5940 16165/6628/5978</w:t>
        <w:br/>
        <w:t>f 16152/6616/5967 16153/6615/5966 16166/6629/5979</w:t>
        <w:br/>
        <w:t>f 16153/6615/5966 16154/6617/5968 16166/6629/5979</w:t>
        <w:br/>
        <w:t>f 16155/6619/5968 16156/6618/5969 16166/6629/5979</w:t>
        <w:br/>
        <w:t>f 16156/6618/5969 16157/6620/5970 16166/6629/5979</w:t>
        <w:br/>
        <w:t>f 16157/6620/5970 16158/6621/5971 16166/6629/5979</w:t>
        <w:br/>
        <w:t>f 16158/6621/5971 16159/6622/5972 16166/6629/5979</w:t>
        <w:br/>
        <w:t>f 16159/6622/5972 16160/6623/5973 16166/6629/5979</w:t>
        <w:br/>
        <w:t>f 16160/6623/5973 16161/6624/5974 16166/6629/5979</w:t>
        <w:br/>
        <w:t>f 16161/6624/5974 16162/6625/5975 16166/6629/5979</w:t>
        <w:br/>
        <w:t>f 16162/6625/5975 16163/6626/5976 16166/6629/5979</w:t>
        <w:br/>
        <w:t>f 16163/6626/5976 16164/6627/5977 16166/6629/5979</w:t>
        <w:br/>
        <w:t>f 16164/6627/5977 16152/6616/5967 16166/6629/5979</w:t>
        <w:br/>
        <w:t>f 16170/6630/5915 16169/6631/5916 16168/6632/5980</w:t>
        <w:br/>
        <w:t>f 16167/6633/5918 16170/6630/5915 16168/6632/5980</w:t>
        <w:br/>
        <w:t>f 16171/6634/5919 16169/6631/5916 16170/6630/5915</w:t>
        <w:br/>
        <w:t>f 16172/6635/5924 16171/6634/5919 16170/6630/5915</w:t>
        <w:br/>
        <w:t>f 16176/6636/5981 16175/6637/5982 16174/6638/5923</w:t>
        <w:br/>
        <w:t>f 16173/6639/5920 16176/6636/5981 16174/6638/5923</w:t>
        <w:br/>
        <w:t>f 16177/6640/5983 16175/6637/5982 16176/6636/5981</w:t>
        <w:br/>
        <w:t>f 16178/6641/5984 16177/6640/5983 16176/6636/5981</w:t>
        <w:br/>
        <w:t>f 16180/6642/5985 16179/6643/5928 16177/6640/5983</w:t>
        <w:br/>
        <w:t>f 16178/6641/5984 16180/6642/5985 16177/6640/5983</w:t>
        <w:br/>
        <w:t>f 16182/6644/5929 16181/6645/5986 16179/6643/5928</w:t>
        <w:br/>
        <w:t>f 16180/6642/5985 16182/6644/5929 16179/6643/5928</w:t>
        <w:br/>
        <w:t>f 16183/6646/5931 16181/6645/5986 16182/6644/5929</w:t>
        <w:br/>
        <w:t>f 16184/6647/5987 16183/6646/5931 16182/6644/5929</w:t>
        <w:br/>
        <w:t>f 16185/6648/5988 16183/6646/5931 16184/6647/5987</w:t>
        <w:br/>
        <w:t>f 16186/6649/5989 16185/6648/5988 16184/6647/5987</w:t>
        <w:br/>
        <w:t>f 16188/6650/5935 16187/6651/5990 16185/6648/5988</w:t>
        <w:br/>
        <w:t>f 16186/6649/5989 16188/6650/5935 16185/6648/5988</w:t>
        <w:br/>
        <w:t>f 16189/6652/5991 16187/6651/5990 16188/6650/5935</w:t>
        <w:br/>
        <w:t>f 16190/6653/5992 16189/6652/5991 16188/6650/5935</w:t>
        <w:br/>
        <w:t>f 16191/6654/5993 16189/6652/5991 16190/6653/5992</w:t>
        <w:br/>
        <w:t>f 16192/6655/5940 16191/6654/5993 16190/6653/5992</w:t>
        <w:br/>
        <w:t>f 16167/6633/5918 16168/6632/5980 16191/6654/5993</w:t>
        <w:br/>
        <w:t>f 16192/6655/5940 16167/6633/5918 16191/6654/5993</w:t>
        <w:br/>
        <w:t>f 16194/6656/5941 16193/6657/5942 16168/6632/5980</w:t>
        <w:br/>
        <w:t>f 16169/6631/5916 16194/6656/5941 16168/6632/5980</w:t>
        <w:br/>
        <w:t>f 16195/6658/5945 16194/6656/5941 16169/6631/5916</w:t>
        <w:br/>
        <w:t>f 16171/6634/5919 16195/6658/5945 16169/6631/5916</w:t>
        <w:br/>
        <w:t>f 16175/6637/5982 16197/6659/5994 16196/6660/5945</w:t>
        <w:br/>
        <w:t>f 16174/6638/5923 16175/6637/5982 16196/6660/5945</w:t>
        <w:br/>
        <w:t>f 16198/6661/5946 16197/6659/5994 16175/6637/5982</w:t>
        <w:br/>
        <w:t>f 16177/6640/5983 16198/6661/5946 16175/6637/5982</w:t>
        <w:br/>
        <w:t>f 16179/6643/5928 16199/6662/5995 16198/6661/5946</w:t>
        <w:br/>
        <w:t>f 16177/6640/5983 16179/6643/5928 16198/6661/5946</w:t>
        <w:br/>
        <w:t>f 16200/6663/5996 16199/6662/5995 16179/6643/5928</w:t>
        <w:br/>
        <w:t>f 16181/6645/5986 16200/6663/5996 16179/6643/5928</w:t>
        <w:br/>
        <w:t>f 16201/6664/5949 16200/6663/5996 16181/6645/5986</w:t>
        <w:br/>
        <w:t>f 16183/6646/5931 16201/6664/5949 16181/6645/5986</w:t>
        <w:br/>
        <w:t>f 16185/6648/5988 16202/6665/5950 16201/6664/5949</w:t>
        <w:br/>
        <w:t>f 16183/6646/5931 16185/6648/5988 16201/6664/5949</w:t>
        <w:br/>
        <w:t>f 16203/6666/5951 16202/6665/5950 16185/6648/5988</w:t>
        <w:br/>
        <w:t>f 16187/6651/5990 16203/6666/5951 16185/6648/5988</w:t>
        <w:br/>
        <w:t>f 16204/6667/5952 16203/6666/5951 16187/6651/5990</w:t>
        <w:br/>
        <w:t>f 16189/6652/5991 16204/6667/5952 16187/6651/5990</w:t>
        <w:br/>
        <w:t>f 16205/6668/5997 16204/6667/5952 16189/6652/5991</w:t>
        <w:br/>
        <w:t>f 16191/6654/5993 16205/6668/5997 16189/6652/5991</w:t>
        <w:br/>
        <w:t>f 16168/6632/5980 16193/6657/5942 16205/6668/5997</w:t>
        <w:br/>
        <w:t>f 16191/6654/5993 16168/6632/5980 16205/6668/5997</w:t>
        <w:br/>
        <w:t>f 16194/6656/5941 16207/6669/5954 16206/6670/5998</w:t>
        <w:br/>
        <w:t>f 16193/6657/5942 16194/6656/5941 16206/6670/5998</w:t>
        <w:br/>
        <w:t>f 16195/6658/5945 16208/6671/5956 16207/6669/5954</w:t>
        <w:br/>
        <w:t>f 16194/6656/5941 16195/6658/5945 16207/6669/5954</w:t>
        <w:br/>
        <w:t>f 16197/6659/5994 16210/6672/5957 16209/6673/5956</w:t>
        <w:br/>
        <w:t>f 16196/6660/5945 16197/6659/5994 16209/6673/5956</w:t>
        <w:br/>
        <w:t>f 16198/6661/5946 16211/6674/5999 16210/6672/5957</w:t>
        <w:br/>
        <w:t>f 16197/6659/5994 16198/6661/5946 16210/6672/5957</w:t>
        <w:br/>
        <w:t>f 16199/6662/5995 16212/6675/5959 16211/6674/5999</w:t>
        <w:br/>
        <w:t>f 16198/6661/5946 16199/6662/5995 16211/6674/5999</w:t>
        <w:br/>
        <w:t>f 16213/6676/5960 16212/6675/5959 16199/6662/5995</w:t>
        <w:br/>
        <w:t>f 16200/6663/5996 16213/6676/5960 16199/6662/5995</w:t>
        <w:br/>
        <w:t>f 16214/6677/5961 16213/6676/5960 16200/6663/5996</w:t>
        <w:br/>
        <w:t>f 16201/6664/5949 16214/6677/5961 16200/6663/5996</w:t>
        <w:br/>
        <w:t>f 16202/6665/5950 16215/6678/5962 16214/6677/5961</w:t>
        <w:br/>
        <w:t>f 16201/6664/5949 16202/6665/5950 16214/6677/5961</w:t>
        <w:br/>
        <w:t>f 16203/6666/5951 16216/6679/5963 16215/6678/5962</w:t>
        <w:br/>
        <w:t>f 16202/6665/5950 16203/6666/5951 16215/6678/5962</w:t>
        <w:br/>
        <w:t>f 16204/6667/5952 16217/6680/6000 16216/6679/5963</w:t>
        <w:br/>
        <w:t>f 16203/6666/5951 16204/6667/5952 16216/6679/5963</w:t>
        <w:br/>
        <w:t>f 16218/6681/6001 16217/6680/6000 16204/6667/5952</w:t>
        <w:br/>
        <w:t>f 16205/6668/5997 16218/6681/6001 16204/6667/5952</w:t>
        <w:br/>
        <w:t>f 16193/6657/5942 16206/6670/5998 16218/6681/6001</w:t>
        <w:br/>
        <w:t>f 16205/6668/5997 16193/6657/5942 16218/6681/6001</w:t>
        <w:br/>
        <w:t>f 16207/6669/5954 16220/6682/5966 16219/6683/6002</w:t>
        <w:br/>
        <w:t>f 16206/6670/5998 16207/6669/5954 16219/6683/6002</w:t>
        <w:br/>
        <w:t>f 16208/6671/5956 16221/6684/6003 16220/6682/5966</w:t>
        <w:br/>
        <w:t>f 16207/6669/5954 16208/6671/5956 16220/6682/5966</w:t>
        <w:br/>
        <w:t>f 16223/6685/6004 16222/6686/6005 16209/6673/5956</w:t>
        <w:br/>
        <w:t>f 16210/6672/5957 16223/6685/6004 16209/6673/5956</w:t>
        <w:br/>
        <w:t>f 16211/6674/5999 16224/6687/5970 16223/6685/6004</w:t>
        <w:br/>
        <w:t>f 16210/6672/5957 16211/6674/5999 16223/6685/6004</w:t>
        <w:br/>
        <w:t>f 16212/6675/5959 16225/6688/6006 16224/6687/5970</w:t>
        <w:br/>
        <w:t>f 16211/6674/5999 16212/6675/5959 16224/6687/5970</w:t>
        <w:br/>
        <w:t>f 16226/6689/5972 16225/6688/6006 16212/6675/5959</w:t>
        <w:br/>
        <w:t>f 16213/6676/5960 16226/6689/5972 16212/6675/5959</w:t>
        <w:br/>
        <w:t>f 16214/6677/5961 16227/6690/5973 16226/6689/5972</w:t>
        <w:br/>
        <w:t>f 16213/6676/5960 16214/6677/5961 16226/6689/5972</w:t>
        <w:br/>
        <w:t>f 16215/6678/5962 16228/6691/6007 16227/6690/5973</w:t>
        <w:br/>
        <w:t>f 16214/6677/5961 16215/6678/5962 16227/6690/5973</w:t>
        <w:br/>
        <w:t>f 16216/6679/5963 16229/6692/6008 16228/6691/6007</w:t>
        <w:br/>
        <w:t>f 16215/6678/5962 16216/6679/5963 16228/6691/6007</w:t>
        <w:br/>
        <w:t>f 16230/6693/6009 16229/6692/6008 16216/6679/5963</w:t>
        <w:br/>
        <w:t>f 16217/6680/6000 16230/6693/6009 16216/6679/5963</w:t>
        <w:br/>
        <w:t>f 16218/6681/6001 16231/6694/6010 16230/6693/6009</w:t>
        <w:br/>
        <w:t>f 16217/6680/6000 16218/6681/6001 16230/6693/6009</w:t>
        <w:br/>
        <w:t>f 16206/6670/5998 16219/6683/6002 16231/6694/6010</w:t>
        <w:br/>
        <w:t>f 16218/6681/6001 16206/6670/5998 16231/6694/6010</w:t>
        <w:br/>
        <w:t>f 16170/6630/5915 16167/6633/5918 16232/6695/5978</w:t>
        <w:br/>
        <w:t>f 16172/6635/5924 16170/6630/5915 16232/6695/5978</w:t>
        <w:br/>
        <w:t>f 16176/6636/5981 16173/6639/5920 16232/6695/5978</w:t>
        <w:br/>
        <w:t>f 16178/6641/5984 16176/6636/5981 16232/6695/5978</w:t>
        <w:br/>
        <w:t>f 16180/6642/5985 16178/6641/5984 16232/6695/5978</w:t>
        <w:br/>
        <w:t>f 16182/6644/5929 16180/6642/5985 16232/6695/5978</w:t>
        <w:br/>
        <w:t>f 16184/6647/5987 16182/6644/5929 16232/6695/5978</w:t>
        <w:br/>
        <w:t>f 16186/6649/5989 16184/6647/5987 16232/6695/5978</w:t>
        <w:br/>
        <w:t>f 16188/6650/5935 16186/6649/5989 16232/6695/5978</w:t>
        <w:br/>
        <w:t>f 16190/6653/5992 16188/6650/5935 16232/6695/5978</w:t>
        <w:br/>
        <w:t>f 16192/6655/5940 16190/6653/5992 16232/6695/5978</w:t>
        <w:br/>
        <w:t>f 16167/6633/5918 16192/6655/5940 16232/6695/5978</w:t>
        <w:br/>
        <w:t>f 16219/6683/6002 16220/6682/5966 16233/6696/5979</w:t>
        <w:br/>
        <w:t>f 16220/6682/5966 16221/6684/6003 16233/6696/5979</w:t>
        <w:br/>
        <w:t>f 16222/6686/6005 16223/6685/6004 16233/6696/5979</w:t>
        <w:br/>
        <w:t>f 16223/6685/6004 16224/6687/5970 16233/6696/5979</w:t>
        <w:br/>
        <w:t>f 16224/6687/5970 16225/6688/6006 16233/6696/5979</w:t>
        <w:br/>
        <w:t>f 16225/6688/6006 16226/6689/5972 16233/6696/5979</w:t>
        <w:br/>
        <w:t>f 16226/6689/5972 16227/6690/5973 16233/6696/5979</w:t>
        <w:br/>
        <w:t>f 16227/6690/5973 16228/6691/6007 16233/6696/5979</w:t>
        <w:br/>
        <w:t>f 16228/6691/6007 16229/6692/6008 16233/6696/5979</w:t>
        <w:br/>
        <w:t>f 16229/6692/6008 16230/6693/6009 16233/6696/5979</w:t>
        <w:br/>
        <w:t>f 16230/6693/6009 16231/6694/6010 16233/6696/5979</w:t>
        <w:br/>
        <w:t>f 16231/6694/6010 16219/6683/6002 16233/6696/5979</w:t>
        <w:br/>
        <w:t>f 16237/6697/6011 16236/6698/6012 16235/6699/6013</w:t>
        <w:br/>
        <w:t>f 16234/6700/6014 16237/6697/6011 16235/6699/6013</w:t>
        <w:br/>
        <w:t>f 16238/6701/6015 16236/6698/6012 16237/6697/6011</w:t>
        <w:br/>
        <w:t>f 16239/6702/6016 16238/6701/6015 16237/6697/6011</w:t>
        <w:br/>
        <w:t>f 16243/6703/6017 16242/6704/6018 16241/6705/6015</w:t>
        <w:br/>
        <w:t>f 16240/6706/6019 16243/6703/6017 16241/6705/6015</w:t>
        <w:br/>
        <w:t>f 16245/6707/6020 16244/6708/6021 16242/6704/6018</w:t>
        <w:br/>
        <w:t>f 16243/6703/6017 16245/6707/6020 16242/6704/6018</w:t>
        <w:br/>
        <w:t>f 16247/6709/6022 16246/6710/6023 16244/6708/6021</w:t>
        <w:br/>
        <w:t>f 16245/6707/6020 16247/6709/6022 16244/6708/6021</w:t>
        <w:br/>
        <w:t>f 16249/6711/6024 16248/6712/6025 16246/6710/6023</w:t>
        <w:br/>
        <w:t>f 16247/6709/6022 16249/6711/6024 16246/6710/6023</w:t>
        <w:br/>
        <w:t>f 16250/6713/6026 16248/6712/6025 16249/6711/6024</w:t>
        <w:br/>
        <w:t>f 16251/6714/6027 16250/6713/6026 16249/6711/6024</w:t>
        <w:br/>
        <w:t>f 16252/6715/6028 16250/6713/6026 16251/6714/6027</w:t>
        <w:br/>
        <w:t>f 16253/6716/6029 16252/6715/6028 16251/6714/6027</w:t>
        <w:br/>
        <w:t>f 16255/6717/6030 16254/6718/6031 16252/6715/6028</w:t>
        <w:br/>
        <w:t>f 16253/6716/6029 16255/6717/6030 16252/6715/6028</w:t>
        <w:br/>
        <w:t>f 16256/6719/6032 16254/6718/6031 16255/6717/6030</w:t>
        <w:br/>
        <w:t>f 16257/6720/6033 16256/6719/6032 16255/6717/6030</w:t>
        <w:br/>
        <w:t>f 16258/6721/6034 16256/6719/6032 16257/6720/6033</w:t>
        <w:br/>
        <w:t>f 16259/6722/6035 16258/6721/6034 16257/6720/6033</w:t>
        <w:br/>
        <w:t>f 16235/6699/6013 16258/6721/6034 16259/6722/6035</w:t>
        <w:br/>
        <w:t>f 16234/6700/6014 16235/6699/6013 16259/6722/6035</w:t>
        <w:br/>
        <w:t>f 16261/6723/6036 16260/6724/6037 16235/6699/6013</w:t>
        <w:br/>
        <w:t>f 16236/6698/6012 16261/6723/6036 16235/6699/6013</w:t>
        <w:br/>
        <w:t>f 16262/6725/6038 16261/6723/6036 16236/6698/6012</w:t>
        <w:br/>
        <w:t>f 16238/6701/6015 16262/6725/6038 16236/6698/6012</w:t>
        <w:br/>
        <w:t>f 16242/6704/6018 16264/6726/6039 16263/6727/6040</w:t>
        <w:br/>
        <w:t>f 16241/6705/6015 16242/6704/6018 16263/6727/6040</w:t>
        <w:br/>
        <w:t>f 16265/6728/6041 16264/6726/6039 16242/6704/6018</w:t>
        <w:br/>
        <w:t>f 16244/6708/6021 16265/6728/6041 16242/6704/6018</w:t>
        <w:br/>
        <w:t>f 16246/6710/6023 16266/6729/6042 16265/6728/6041</w:t>
        <w:br/>
        <w:t>f 16244/6708/6021 16246/6710/6023 16265/6728/6041</w:t>
        <w:br/>
        <w:t>f 16267/6730/6043 16266/6729/6042 16246/6710/6023</w:t>
        <w:br/>
        <w:t>f 16248/6712/6025 16267/6730/6043 16246/6710/6023</w:t>
        <w:br/>
        <w:t>f 16268/6731/6044 16267/6730/6043 16248/6712/6025</w:t>
        <w:br/>
        <w:t>f 16250/6713/6026 16268/6731/6044 16248/6712/6025</w:t>
        <w:br/>
        <w:t>f 16269/6732/6045 16268/6731/6044 16250/6713/6026</w:t>
        <w:br/>
        <w:t>f 16252/6715/6028 16269/6732/6045 16250/6713/6026</w:t>
        <w:br/>
        <w:t>f 16270/6733/6046 16269/6732/6045 16252/6715/6028</w:t>
        <w:br/>
        <w:t>f 16254/6718/6031 16270/6733/6046 16252/6715/6028</w:t>
        <w:br/>
        <w:t>f 16271/6734/6047 16270/6733/6046 16254/6718/6031</w:t>
        <w:br/>
        <w:t>f 16256/6719/6032 16271/6734/6047 16254/6718/6031</w:t>
        <w:br/>
        <w:t>f 16272/6735/6048 16271/6734/6047 16256/6719/6032</w:t>
        <w:br/>
        <w:t>f 16258/6721/6034 16272/6735/6048 16256/6719/6032</w:t>
        <w:br/>
        <w:t>f 16235/6699/6013 16260/6724/6037 16272/6735/6048</w:t>
        <w:br/>
        <w:t>f 16258/6721/6034 16235/6699/6013 16272/6735/6048</w:t>
        <w:br/>
        <w:t>f 16261/6723/6036 16274/6736/6049 16273/6737/6050</w:t>
        <w:br/>
        <w:t>f 16260/6724/6037 16261/6723/6036 16273/6737/6050</w:t>
        <w:br/>
        <w:t>f 16262/6725/6038 16275/6738/6051 16274/6736/6049</w:t>
        <w:br/>
        <w:t>f 16261/6723/6036 16262/6725/6038 16274/6736/6049</w:t>
        <w:br/>
        <w:t>f 16264/6726/6039 16277/6739/6052 16276/6740/6053</w:t>
        <w:br/>
        <w:t>f 16263/6727/6040 16264/6726/6039 16276/6740/6053</w:t>
        <w:br/>
        <w:t>f 16265/6728/6041 16278/6741/6054 16277/6739/6052</w:t>
        <w:br/>
        <w:t>f 16264/6726/6039 16265/6728/6041 16277/6739/6052</w:t>
        <w:br/>
        <w:t>f 16266/6729/6042 16279/6742/6055 16278/6741/6054</w:t>
        <w:br/>
        <w:t>f 16265/6728/6041 16266/6729/6042 16278/6741/6054</w:t>
        <w:br/>
        <w:t>f 16280/6743/6056 16279/6742/6055 16266/6729/6042</w:t>
        <w:br/>
        <w:t>f 16267/6730/6043 16280/6743/6056 16266/6729/6042</w:t>
        <w:br/>
        <w:t>f 16281/6744/6057 16280/6743/6056 16267/6730/6043</w:t>
        <w:br/>
        <w:t>f 16268/6731/6044 16281/6744/6057 16267/6730/6043</w:t>
        <w:br/>
        <w:t>f 16269/6732/6045 16282/6745/6058 16281/6744/6057</w:t>
        <w:br/>
        <w:t>f 16268/6731/6044 16269/6732/6045 16281/6744/6057</w:t>
        <w:br/>
        <w:t>f 16270/6733/6046 16283/6746/6059 16282/6745/6058</w:t>
        <w:br/>
        <w:t>f 16269/6732/6045 16270/6733/6046 16282/6745/6058</w:t>
        <w:br/>
        <w:t>f 16271/6734/6047 16284/6747/6060 16283/6746/6059</w:t>
        <w:br/>
        <w:t>f 16270/6733/6046 16271/6734/6047 16283/6746/6059</w:t>
        <w:br/>
        <w:t>f 16285/6748/6061 16284/6747/6060 16271/6734/6047</w:t>
        <w:br/>
        <w:t>f 16272/6735/6048 16285/6748/6061 16271/6734/6047</w:t>
        <w:br/>
        <w:t>f 16273/6737/6050 16285/6748/6061 16272/6735/6048</w:t>
        <w:br/>
        <w:t>f 16260/6724/6037 16273/6737/6050 16272/6735/6048</w:t>
        <w:br/>
        <w:t>f 16274/6736/6049 16287/6749/6062 16286/6750/6063</w:t>
        <w:br/>
        <w:t>f 16273/6737/6050 16274/6736/6049 16286/6750/6063</w:t>
        <w:br/>
        <w:t>f 16275/6738/6051 16288/6751/6064 16287/6749/6062</w:t>
        <w:br/>
        <w:t>f 16274/6736/6049 16275/6738/6051 16287/6749/6062</w:t>
        <w:br/>
        <w:t>f 16290/6752/6065 16289/6753/6066 16276/6740/6053</w:t>
        <w:br/>
        <w:t>f 16277/6739/6052 16290/6752/6065 16276/6740/6053</w:t>
        <w:br/>
        <w:t>f 16278/6741/6054 16291/6754/6067 16290/6752/6065</w:t>
        <w:br/>
        <w:t>f 16277/6739/6052 16278/6741/6054 16290/6752/6065</w:t>
        <w:br/>
        <w:t>f 16279/6742/6055 16292/6755/6068 16291/6754/6067</w:t>
        <w:br/>
        <w:t>f 16278/6741/6054 16279/6742/6055 16291/6754/6067</w:t>
        <w:br/>
        <w:t>f 16293/6756/6069 16292/6755/6068 16279/6742/6055</w:t>
        <w:br/>
        <w:t>f 16280/6743/6056 16293/6756/6069 16279/6742/6055</w:t>
        <w:br/>
        <w:t>f 16281/6744/6057 16294/6757/6070 16293/6756/6069</w:t>
        <w:br/>
        <w:t>f 16280/6743/6056 16281/6744/6057 16293/6756/6069</w:t>
        <w:br/>
        <w:t>f 16282/6745/6058 16295/6758/6071 16294/6757/6070</w:t>
        <w:br/>
        <w:t>f 16281/6744/6057 16282/6745/6058 16294/6757/6070</w:t>
        <w:br/>
        <w:t>f 16283/6746/6059 16296/6759/6072 16295/6758/6071</w:t>
        <w:br/>
        <w:t>f 16282/6745/6058 16283/6746/6059 16295/6758/6071</w:t>
        <w:br/>
        <w:t>f 16297/6760/6073 16296/6759/6072 16283/6746/6059</w:t>
        <w:br/>
        <w:t>f 16284/6747/6060 16297/6760/6073 16283/6746/6059</w:t>
        <w:br/>
        <w:t>f 16285/6748/6061 16298/6761/6074 16297/6760/6073</w:t>
        <w:br/>
        <w:t>f 16284/6747/6060 16285/6748/6061 16297/6760/6073</w:t>
        <w:br/>
        <w:t>f 16273/6737/6050 16286/6750/6063 16298/6761/6074</w:t>
        <w:br/>
        <w:t>f 16285/6748/6061 16273/6737/6050 16298/6761/6074</w:t>
        <w:br/>
        <w:t>f 16237/6697/6011 16234/6700/6014 16299/6762/6075</w:t>
        <w:br/>
        <w:t>f 16239/6702/6016 16237/6697/6011 16299/6762/6075</w:t>
        <w:br/>
        <w:t>f 16243/6703/6017 16240/6706/6019 16299/6762/6075</w:t>
        <w:br/>
        <w:t>f 16245/6707/6020 16243/6703/6017 16299/6762/6075</w:t>
        <w:br/>
        <w:t>f 16247/6709/6022 16245/6707/6020 16299/6762/6075</w:t>
        <w:br/>
        <w:t>f 16249/6711/6024 16247/6709/6022 16299/6762/6075</w:t>
        <w:br/>
        <w:t>f 16251/6714/6027 16249/6711/6024 16299/6762/6075</w:t>
        <w:br/>
        <w:t>f 16253/6716/6029 16251/6714/6027 16299/6762/6075</w:t>
        <w:br/>
        <w:t>f 16255/6717/6030 16253/6716/6029 16299/6762/6075</w:t>
        <w:br/>
        <w:t>f 16257/6720/6033 16255/6717/6030 16299/6762/6075</w:t>
        <w:br/>
        <w:t>f 16259/6722/6035 16257/6720/6033 16299/6762/6075</w:t>
        <w:br/>
        <w:t>f 16234/6700/6014 16259/6722/6035 16299/6762/6075</w:t>
        <w:br/>
        <w:t>f 16286/6750/6063 16287/6749/6062 16300/6763/6076</w:t>
        <w:br/>
        <w:t>f 16287/6749/6062 16288/6751/6064 16300/6763/6076</w:t>
        <w:br/>
        <w:t>f 16289/6753/6066 16290/6752/6065 16300/6763/6076</w:t>
        <w:br/>
        <w:t>f 16290/6752/6065 16291/6754/6067 16300/6763/6076</w:t>
        <w:br/>
        <w:t>f 16291/6754/6067 16292/6755/6068 16300/6763/6076</w:t>
        <w:br/>
        <w:t>f 16292/6755/6068 16293/6756/6069 16300/6763/6076</w:t>
        <w:br/>
        <w:t>f 16293/6756/6069 16294/6757/6070 16300/6763/6076</w:t>
        <w:br/>
        <w:t>f 16294/6757/6070 16295/6758/6071 16300/6763/6076</w:t>
        <w:br/>
        <w:t>f 16295/6758/6071 16296/6759/6072 16300/6763/6076</w:t>
        <w:br/>
        <w:t>f 16296/6759/6072 16297/6760/6073 16300/6763/6076</w:t>
        <w:br/>
        <w:t>f 16297/6760/6073 16298/6761/6074 16300/6763/6076</w:t>
        <w:br/>
        <w:t>f 16298/6761/6074 16286/6750/6063 16300/6763/6076</w:t>
        <w:br/>
        <w:t>f 16304/6764/6077 16303/6765/6078 16302/6766/6079</w:t>
        <w:br/>
        <w:t>f 16301/6767/6080 16304/6764/6077 16302/6766/6079</w:t>
        <w:br/>
        <w:t>f 16302/6766/6079 16303/6765/6078 16306/6768/6081</w:t>
        <w:br/>
        <w:t>f 16305/6769/6082 16302/6766/6079 16306/6768/6081</w:t>
        <w:br/>
        <w:t>f 16310/6770/6083 16309/6771/6084 16308/6772/6085</w:t>
        <w:br/>
        <w:t>f 16307/6773/6086 16310/6770/6083 16308/6772/6085</w:t>
        <w:br/>
        <w:t>f 16314/6774/6087 16313/6775/6088 16312/6776/6089</w:t>
        <w:br/>
        <w:t>f 16311/6777/6090 16314/6774/6087 16312/6776/6089</w:t>
        <w:br/>
        <w:t>f 16316/6778/6091 16311/6777/6090 16312/6776/6089</w:t>
        <w:br/>
        <w:t>f 16315/6779/6092 16316/6778/6091 16312/6776/6089</w:t>
        <w:br/>
        <w:t>f 16315/6779/6092 16318/6780/6093 16317/6781/6094</w:t>
        <w:br/>
        <w:t>f 16316/6778/6091 16315/6779/6092 16317/6781/6094</w:t>
        <w:br/>
        <w:t>f 16304/6764/6077 16320/6782/6095 16319/6783/6096</w:t>
        <w:br/>
        <w:t>f 16303/6765/6078 16304/6764/6077 16319/6783/6096</w:t>
        <w:br/>
        <w:t>f 16319/6783/6096 16321/6784/6097 16306/6768/6081</w:t>
        <w:br/>
        <w:t>f 16303/6765/6078 16319/6783/6096 16306/6768/6081</w:t>
        <w:br/>
        <w:t>f 16323/6785/6098 16310/6770/6083 16307/6773/6086</w:t>
        <w:br/>
        <w:t>f 16322/6786/6097 16323/6785/6098 16307/6773/6086</w:t>
        <w:br/>
        <w:t>f 16325/6787/6099 16324/6788/6100 16312/6776/6089</w:t>
        <w:br/>
        <w:t>f 16313/6775/6088 16325/6787/6099 16312/6776/6089</w:t>
        <w:br/>
        <w:t>f 16324/6788/6100 16326/6789/6101 16315/6779/6092</w:t>
        <w:br/>
        <w:t>f 16312/6776/6089 16324/6788/6100 16315/6779/6092</w:t>
        <w:br/>
        <w:t>f 16326/6789/6101 16327/6790/6102 16318/6780/6093</w:t>
        <w:br/>
        <w:t>f 16315/6779/6092 16326/6789/6101 16318/6780/6093</w:t>
        <w:br/>
        <w:t>f 16329/6791/6103 16319/6783/6096 16320/6782/6095</w:t>
        <w:br/>
        <w:t>f 16328/6792/6104 16329/6791/6103 16320/6782/6095</w:t>
        <w:br/>
        <w:t>f 16330/6793/6105 16321/6784/6097 16319/6783/6096</w:t>
        <w:br/>
        <w:t>f 16329/6791/6103 16330/6793/6105 16319/6783/6096</w:t>
        <w:br/>
        <w:t>f 16322/6786/6097 16332/6794/6106 16331/6795/6107</w:t>
        <w:br/>
        <w:t>f 16323/6785/6098 16322/6786/6097 16331/6795/6107</w:t>
        <w:br/>
        <w:t>f 16324/6788/6100 16325/6787/6099 16334/6796/6108</w:t>
        <w:br/>
        <w:t>f 16333/6797/6109 16324/6788/6100 16334/6796/6108</w:t>
        <w:br/>
        <w:t>f 16333/6797/6109 16335/6798/6110 16326/6789/6101</w:t>
        <w:br/>
        <w:t>f 16324/6788/6100 16333/6797/6109 16326/6789/6101</w:t>
        <w:br/>
        <w:t>f 16335/6798/6110 16336/6799/6111 16327/6790/6102</w:t>
        <w:br/>
        <w:t>f 16326/6789/6101 16335/6798/6110 16327/6790/6102</w:t>
        <w:br/>
        <w:t>f 16339/6800/6104 16338/6801/6112 16337/6802/6113</w:t>
        <w:br/>
        <w:t>f 16337/6802/6113 16338/6801/6112 16340/6803/6105</w:t>
        <w:br/>
        <w:t>f 16341/6804/6114 16340/6803/6105 16338/6801/6112</w:t>
        <w:br/>
        <w:t>f 16343/6805/6115 16338/6801/6112 16342/6806/6116</w:t>
        <w:br/>
        <w:t>f 16344/6807/6117 16342/6806/6116 16338/6801/6112</w:t>
        <w:br/>
        <w:t>f 16345/6808/6118 16344/6807/6117 16338/6801/6112</w:t>
        <w:br/>
        <w:t>f 16339/6800/6104 16345/6808/6118 16338/6801/6112</w:t>
        <w:br/>
        <w:t>f 16328/6792/6104 16320/6782/6095 16327/6790/6102</w:t>
        <w:br/>
        <w:t>f 16336/6799/6111 16328/6792/6104 16327/6790/6102</w:t>
        <w:br/>
        <w:t>f 16320/6782/6095 16304/6764/6077 16318/6780/6093</w:t>
        <w:br/>
        <w:t>f 16327/6790/6102 16320/6782/6095 16318/6780/6093</w:t>
        <w:br/>
        <w:t>f 16318/6780/6093 16304/6764/6077 16301/6767/6080</w:t>
        <w:br/>
        <w:t>f 16317/6781/6094 16318/6780/6093 16301/6767/6080</w:t>
        <w:br/>
        <w:t>f 16313/6775/6088 16314/6774/6087 16347/6809/6119</w:t>
        <w:br/>
        <w:t>f 16346/6810/6120 16313/6775/6088 16347/6809/6119</w:t>
        <w:br/>
        <w:t>f 16338/6801/6112 16343/6805/6115 16348/6811/6121</w:t>
        <w:br/>
        <w:t>f 16341/6804/6114 16338/6801/6112 16348/6811/6121</w:t>
        <w:br/>
        <w:t>f 16350/6812/6122 16349/6813/6121 16334/6796/6108</w:t>
        <w:br/>
        <w:t>f 16325/6787/6099 16350/6812/6122 16334/6796/6108</w:t>
        <w:br/>
        <w:t>f 16346/6810/6120 16350/6812/6122 16325/6787/6099</w:t>
        <w:br/>
        <w:t>f 16313/6775/6088 16346/6810/6120 16325/6787/6099</w:t>
        <w:br/>
        <w:t>f 16353/6814/6123 16352/6815/6124 16351/6816/6125</w:t>
        <w:br/>
        <w:t>f 16353/6814/6123 16351/6816/6125 16354/6817/6126</w:t>
        <w:br/>
        <w:t>f 16353/6814/6123 16354/6817/6126 16355/6818/6127</w:t>
        <w:br/>
        <w:t>f 16357/6819/6128 16356/6820/6129 16353/6814/6123</w:t>
        <w:br/>
        <w:t>f 16356/6820/6129 16358/6821/6130 16353/6814/6123</w:t>
        <w:br/>
        <w:t>f 16359/6822/6131 16353/6814/6123 16358/6821/6130</w:t>
        <w:br/>
        <w:t>f 16363/6823/6132 16362/6824/6133 16361/6825/6134</w:t>
        <w:br/>
        <w:t>f 16360/6826/6124 16363/6823/6132 16361/6825/6134</w:t>
        <w:br/>
        <w:t>f 16365/6827/6135 16364/6828/6136 16361/6825/6134</w:t>
        <w:br/>
        <w:t>f 16362/6824/6133 16365/6827/6135 16361/6825/6134</w:t>
        <w:br/>
        <w:t>f 16369/6829/6127 16368/6830/6137 16367/6831/6135</w:t>
        <w:br/>
        <w:t>f 16366/6832/6138 16369/6829/6127 16367/6831/6135</w:t>
        <w:br/>
        <w:t>f 16373/6833/6129 16372/6834/6128 16371/6835/6139</w:t>
        <w:br/>
        <w:t>f 16370/6836/6140 16373/6833/6129 16371/6835/6139</w:t>
        <w:br/>
        <w:t>f 16375/6837/6141 16374/6838/6142 16373/6833/6129</w:t>
        <w:br/>
        <w:t>f 16370/6836/6140 16375/6837/6141 16373/6833/6129</w:t>
        <w:br/>
        <w:t>f 16377/6839/6143 16376/6840/6131 16374/6838/6142</w:t>
        <w:br/>
        <w:t>f 16375/6837/6141 16377/6839/6143 16374/6838/6142</w:t>
        <w:br/>
        <w:t>f 16379/6841/6144 16378/6842/6145 16362/6824/6133</w:t>
        <w:br/>
        <w:t>f 16363/6823/6132 16379/6841/6144 16362/6824/6133</w:t>
        <w:br/>
        <w:t>f 16365/6827/6135 16362/6824/6133 16378/6842/6145</w:t>
        <w:br/>
        <w:t>f 16380/6843/6146 16365/6827/6135 16378/6842/6145</w:t>
        <w:br/>
        <w:t>f 16382/6844/6147 16381/6845/6148 16366/6832/6138</w:t>
        <w:br/>
        <w:t>f 16367/6831/6135 16382/6844/6147 16366/6832/6138</w:t>
        <w:br/>
        <w:t>f 16370/6836/6140 16371/6835/6139 16384/6846/6149</w:t>
        <w:br/>
        <w:t>f 16383/6847/6150 16370/6836/6140 16384/6846/6149</w:t>
        <w:br/>
        <w:t>f 16385/6848/6151 16375/6837/6141 16370/6836/6140</w:t>
        <w:br/>
        <w:t>f 16383/6847/6150 16385/6848/6151 16370/6836/6140</w:t>
        <w:br/>
        <w:t>f 16385/6848/6151 16386/6849/6152 16377/6839/6143</w:t>
        <w:br/>
        <w:t>f 16375/6837/6141 16385/6848/6151 16377/6839/6143</w:t>
        <w:br/>
        <w:t>f 16302/6766/6079 16378/6842/6145 16379/6841/6144</w:t>
        <w:br/>
        <w:t>f 16301/6767/6080 16302/6766/6079 16379/6841/6144</w:t>
        <w:br/>
        <w:t>f 16305/6769/6082 16380/6843/6146 16378/6842/6145</w:t>
        <w:br/>
        <w:t>f 16302/6766/6079 16305/6769/6082 16378/6842/6145</w:t>
        <w:br/>
        <w:t>f 16382/6844/6147 16308/6772/6085 16309/6771/6084</w:t>
        <w:br/>
        <w:t>f 16381/6845/6148 16382/6844/6147 16309/6771/6084</w:t>
        <w:br/>
        <w:t>f 16384/6846/6149 16314/6774/6087 16311/6777/6090</w:t>
        <w:br/>
        <w:t>f 16383/6847/6150 16384/6846/6149 16311/6777/6090</w:t>
        <w:br/>
        <w:t>f 16311/6777/6090 16316/6778/6091 16385/6848/6151</w:t>
        <w:br/>
        <w:t>f 16383/6847/6150 16311/6777/6090 16385/6848/6151</w:t>
        <w:br/>
        <w:t>f 16385/6848/6151 16316/6778/6091 16317/6781/6094</w:t>
        <w:br/>
        <w:t>f 16386/6849/6152 16385/6848/6151 16317/6781/6094</w:t>
        <w:br/>
        <w:t>f 16363/6823/6132 16360/6826/6124 16376/6840/6131</w:t>
        <w:br/>
        <w:t>f 16377/6839/6143 16363/6823/6132 16376/6840/6131</w:t>
        <w:br/>
        <w:t>f 16352/6815/6124 16353/6814/6123 16359/6822/6131</w:t>
        <w:br/>
        <w:t>f 16301/6767/6080 16379/6841/6144 16386/6849/6152</w:t>
        <w:br/>
        <w:t>f 16317/6781/6094 16301/6767/6080 16386/6849/6152</w:t>
        <w:br/>
        <w:t>f 16386/6849/6152 16379/6841/6144 16363/6823/6132</w:t>
        <w:br/>
        <w:t>f 16377/6839/6143 16386/6849/6152 16363/6823/6132</w:t>
        <w:br/>
        <w:t>f 16388/6850/6153 16371/6835/6139 16372/6834/6128</w:t>
        <w:br/>
        <w:t>f 16387/6851/6154 16388/6850/6153 16372/6834/6128</w:t>
        <w:br/>
        <w:t>f 16389/6852/6155 16357/6819/6128 16353/6814/6123</w:t>
        <w:br/>
        <w:t>f 16355/6818/6127 16389/6852/6155 16353/6814/6123</w:t>
        <w:br/>
        <w:t>f 16390/6853/6156 16347/6809/6119 16314/6774/6087</w:t>
        <w:br/>
        <w:t>f 16384/6846/6149 16390/6853/6156 16314/6774/6087</w:t>
        <w:br/>
        <w:t>f 16390/6853/6156 16384/6846/6149 16371/6835/6139</w:t>
        <w:br/>
        <w:t>f 16388/6850/6153 16390/6853/6156 16371/6835/6139</w:t>
        <w:br/>
        <w:t>f 16346/6810/6120 16347/6809/6119 16309/6771/6084</w:t>
        <w:br/>
        <w:t>f 16310/6770/6083 16346/6810/6120 16309/6771/6084</w:t>
        <w:br/>
        <w:t>f 16349/6813/6121 16350/6812/6122 16323/6785/6098</w:t>
        <w:br/>
        <w:t>f 16331/6795/6107 16349/6813/6121 16323/6785/6098</w:t>
        <w:br/>
        <w:t>f 16323/6785/6098 16350/6812/6122 16346/6810/6120</w:t>
        <w:br/>
        <w:t>f 16310/6770/6083 16323/6785/6098 16346/6810/6120</w:t>
        <w:br/>
        <w:t>f 16366/6832/6138 16388/6850/6153 16387/6851/6154</w:t>
        <w:br/>
        <w:t>f 16369/6829/6127 16366/6832/6138 16387/6851/6154</w:t>
        <w:br/>
        <w:t>f 16347/6809/6119 16390/6853/6156 16381/6845/6148</w:t>
        <w:br/>
        <w:t>f 16309/6771/6084 16347/6809/6119 16381/6845/6148</w:t>
        <w:br/>
        <w:t>f 16381/6845/6148 16390/6853/6156 16388/6850/6153</w:t>
        <w:br/>
        <w:t>f 16366/6832/6138 16381/6845/6148 16388/6850/6153</w:t>
        <w:br/>
        <w:t>f 11800/6854/6157 11799/6855/6157 11798/6856/6158</w:t>
        <w:br/>
        <w:t>f 11801/6857/6158 11800/6854/6157 11798/6856/6158</w:t>
        <w:br/>
        <w:t>f 11803/6858/6159 11801/6857/6158 11798/6856/6158</w:t>
        <w:br/>
        <w:t>f 11802/6859/6159 11803/6858/6159 11798/6856/6158</w:t>
        <w:br/>
        <w:t>f 11803/6858/6159 11802/6859/6159 11804/6860/6160</w:t>
        <w:br/>
        <w:t>f 11805/6861/6160 11803/6858/6159 11804/6860/6160</w:t>
        <w:br/>
        <w:t>f 11807/6862/6161 11805/6861/6160 11804/6860/6160</w:t>
        <w:br/>
        <w:t>f 11806/6863/6161 11807/6862/6161 11804/6860/6160</w:t>
        <w:br/>
        <w:t>f 11807/6862/6161 11806/6863/6161 11808/6864/6162</w:t>
        <w:br/>
        <w:t>f 11809/6865/6162 11807/6862/6161 11808/6864/6162</w:t>
        <w:br/>
        <w:t>f 11811/6866/6163 11809/6865/6162 11808/6864/6162</w:t>
        <w:br/>
        <w:t>f 11810/6867/6163 11811/6866/6163 11808/6864/6162</w:t>
        <w:br/>
        <w:t>f 11811/6866/6163 11810/6867/6163 11812/6868/6164</w:t>
        <w:br/>
        <w:t>f 11813/6869/6165 11811/6866/6163 11812/6868/6164</w:t>
        <w:br/>
        <w:t>f 11813/6869/6165 11812/6868/6164 11799/6855/6157</w:t>
        <w:br/>
        <w:t>f 11800/6854/6157 11813/6869/6165 11799/6855/6157</w:t>
        <w:br/>
        <w:t>f 11816/6870/6166 11815/6871/6166 11814/6872/6167</w:t>
        <w:br/>
        <w:t>f 11814/6872/6167 11815/6871/6166 11817/6873/6168</w:t>
        <w:br/>
        <w:t>f 11817/6873/6168 11815/6871/6166 11818/6874/6169</w:t>
        <w:br/>
        <w:t>f 11818/6874/6169 11815/6871/6166 11819/6875/6166</w:t>
        <w:br/>
        <w:t>f 11819/6875/6166 11815/6871/6166 11820/6876/6169</w:t>
        <w:br/>
        <w:t>f 11820/6876/6169 11815/6871/6166 11821/6877/6169</w:t>
        <w:br/>
        <w:t>f 11821/6877/6169 11815/6871/6166 11822/6878/6169</w:t>
        <w:br/>
        <w:t>f 11822/6878/6169 11815/6871/6166 11816/6870/6166</w:t>
        <w:br/>
        <w:t>f 11825/6879/6170 11824/6880/6171 11823/6881/6172</w:t>
        <w:br/>
        <w:t>f 11826/6882/6173 11825/6879/6170 11823/6881/6172</w:t>
        <w:br/>
        <w:t>f 11828/6883/6174 11827/6884/6174 11825/6879/6170</w:t>
        <w:br/>
        <w:t>f 11826/6882/6173 11828/6883/6174 11825/6879/6170</w:t>
        <w:br/>
        <w:t>f 11829/6885/6175 11827/6884/6174 11828/6883/6174</w:t>
        <w:br/>
        <w:t>f 11830/6886/6176 11829/6885/6175 11828/6883/6174</w:t>
        <w:br/>
        <w:t>f 11832/6887/6177 11831/6888/6177 11829/6885/6175</w:t>
        <w:br/>
        <w:t>f 11830/6886/6176 11832/6887/6177 11829/6885/6175</w:t>
        <w:br/>
        <w:t>f 11833/6889/6178 11831/6888/6177 11832/6887/6177</w:t>
        <w:br/>
        <w:t>f 11834/6890/6179 11833/6889/6178 11832/6887/6177</w:t>
        <w:br/>
        <w:t>f 11836/6891/6180 11835/6892/6181 11833/6889/6178</w:t>
        <w:br/>
        <w:t>f 11834/6890/6179 11836/6891/6180 11833/6889/6178</w:t>
        <w:br/>
        <w:t>f 11837/6893/6182 11835/6892/6181 11836/6891/6180</w:t>
        <w:br/>
        <w:t>f 11838/6894/6182 11837/6893/6182 11836/6891/6180</w:t>
        <w:br/>
        <w:t>f 11824/6880/6171 11837/6893/6182 11838/6894/6182</w:t>
        <w:br/>
        <w:t>f 11823/6881/6172 11824/6880/6171 11838/6894/6182</w:t>
        <w:br/>
        <w:t>f 11841/6895/6183 11840/6896/6184 11839/6897/6185</w:t>
        <w:br/>
        <w:t>f 11840/6896/6184 11842/6898/6186 11839/6897/6185</w:t>
        <w:br/>
        <w:t>f 11842/6898/6186 11843/6899/6187 11839/6897/6185</w:t>
        <w:br/>
        <w:t>f 11843/6899/6187 11844/6900/6187 11839/6897/6185</w:t>
        <w:br/>
        <w:t>f 11844/6900/6187 11845/6901/6187 11839/6897/6185</w:t>
        <w:br/>
        <w:t>f 11845/6901/6187 11846/6902/6187 11839/6897/6185</w:t>
        <w:br/>
        <w:t>f 11846/6902/6187 11847/6903/6187 11839/6897/6185</w:t>
        <w:br/>
        <w:t>f 11847/6903/6187 11841/6895/6183 11839/6897/6185</w:t>
        <w:br/>
        <w:t>f 11851/6904/6188 11850/6905/6189 11849/6906/6190</w:t>
        <w:br/>
        <w:t>f 11848/6907/6191 11851/6904/6188 11849/6906/6190</w:t>
        <w:br/>
        <w:t>f 11853/6908/6192 11852/6909/6193 11851/6904/6188</w:t>
        <w:br/>
        <w:t>f 11848/6907/6191 11853/6908/6192 11851/6904/6188</w:t>
        <w:br/>
        <w:t>f 11853/6908/6192 11854/6910/6194 11852/6909/6193</w:t>
        <w:br/>
        <w:t>f 11857/6911/6195 11856/6912/6196 11855/6913/6197</w:t>
        <w:br/>
        <w:t>f 11861/6914/6198 11860/6915/6199 11859/6916/6200</w:t>
        <w:br/>
        <w:t>f 11858/6917/6201 11861/6914/6198 11859/6916/6200</w:t>
        <w:br/>
        <w:t>f 11864/6918/6202 11863/6919/6203 11862/6920/6204</w:t>
        <w:br/>
        <w:t>f 11858/6917/6201 11864/6918/6202 11862/6920/6204</w:t>
        <w:br/>
        <w:t>f 11867/6921/6205 11866/6922/6206 11865/6923/6207</w:t>
        <w:br/>
        <w:t>f 11870/6924/6208 11869/6925/6209 11855/6913/6197</w:t>
        <w:br/>
        <w:t>f 11868/6926/6210 11870/6924/6208 11855/6913/6197</w:t>
        <w:br/>
        <w:t>f 11872/6927/6211 11871/6928/6212 11868/6926/6210</w:t>
        <w:br/>
        <w:t>f 11855/6913/6197 11872/6927/6211 11868/6926/6210</w:t>
        <w:br/>
        <w:t>f 11868/6926/6210 11874/6929/6213 11873/6930/6214</w:t>
        <w:br/>
        <w:t>f 11870/6924/6208 11868/6926/6210 11873/6930/6214</w:t>
        <w:br/>
        <w:t>f 11876/6931/6215 11870/6924/6208 11873/6930/6214</w:t>
        <w:br/>
        <w:t>f 11875/6932/6216 11876/6931/6215 11873/6930/6214</w:t>
        <w:br/>
        <w:t>f 11880/6933/6217 11879/6934/6218 11878/6935/6219</w:t>
        <w:br/>
        <w:t>f 11877/6936/6220 11880/6933/6217 11878/6935/6219</w:t>
        <w:br/>
        <w:t>f 11868/6926/6210 11871/6928/6212 11874/6929/6213</w:t>
        <w:br/>
        <w:t>f 11882/6937/6221 11876/6931/6215 11875/6932/6216</w:t>
        <w:br/>
        <w:t>f 11881/6938/6222 11882/6937/6221 11875/6932/6216</w:t>
        <w:br/>
        <w:t>f 11886/6939/6223 11885/6940/6224 11884/6941/6225</w:t>
        <w:br/>
        <w:t>f 11883/6942/6226 11886/6939/6223 11884/6941/6225</w:t>
        <w:br/>
        <w:t>f 11890/6943/6227 11889/6944/6228 11888/6945/6229</w:t>
        <w:br/>
        <w:t>f 11887/6946/6230 11890/6943/6227 11888/6945/6229</w:t>
        <w:br/>
        <w:t>f 11892/6947/6231 11890/6943/6227 11887/6946/6230</w:t>
        <w:br/>
        <w:t>f 11891/6948/6226 11892/6947/6231 11887/6946/6230</w:t>
        <w:br/>
        <w:t>f 11894/6949/6232 11884/6941/6225 11885/6940/6224</w:t>
        <w:br/>
        <w:t>f 11893/6950/6233 11894/6949/6232 11885/6940/6224</w:t>
        <w:br/>
        <w:t>f 11897/6951/6234 11896/6952/6235 11895/6953/6236</w:t>
        <w:br/>
        <w:t>f 11900/6954/6237 11899/6955/6238 11898/6956/6239</w:t>
        <w:br/>
        <w:t>f 11901/6957/6240 11900/6954/6237 11898/6956/6239</w:t>
        <w:br/>
        <w:t>f 11904/6958/6241 11901/6957/6240 11903/6959/6242</w:t>
        <w:br/>
        <w:t>f 11902/6960/6243 11904/6958/6241 11903/6959/6242</w:t>
        <w:br/>
        <w:t>f 11907/6961/6244 11906/6962/6245 11905/6963/6246</w:t>
        <w:br/>
        <w:t>f 11909/6964/6247 11908/6965/6248 11895/6953/6236</w:t>
        <w:br/>
        <w:t>f 11913/6966/6249 11912/6967/6250 11911/6968/6251</w:t>
        <w:br/>
        <w:t>f 11910/6969/6252 11913/6966/6249 11911/6968/6251</w:t>
        <w:br/>
        <w:t>f 11912/6967/6250 11915/6970/6253 11914/6971/6254</w:t>
        <w:br/>
        <w:t>f 11911/6968/6251 11912/6967/6250 11914/6971/6254</w:t>
        <w:br/>
        <w:t>f 11919/6972/6255 11918/6973/6256 11917/6974/6257</w:t>
        <w:br/>
        <w:t>f 11916/6975/6258 11919/6972/6255 11917/6974/6257</w:t>
        <w:br/>
        <w:t>f 11922/6976/6259 11921/6977/6257 11920/6978/6260</w:t>
        <w:br/>
        <w:t>f 11924/6979/6261 11923/6980/6262 11922/6976/6263</w:t>
        <w:br/>
        <w:t>f 11926/6981/6264 11925/6982/6265 11897/6951/6234</w:t>
        <w:br/>
        <w:t>f 11930/6983/6266 11929/6984/6267 11928/6985/6268</w:t>
        <w:br/>
        <w:t>f 11927/6986/6269 11930/6983/6266 11928/6985/6268</w:t>
        <w:br/>
        <w:t>f 11934/6987/6270 11933/6988/6271 11932/6989/6272</w:t>
        <w:br/>
        <w:t>f 11931/6990/6273 11934/6987/6270 11932/6989/6272</w:t>
        <w:br/>
        <w:t>f 11938/6991/6274 11937/6992/6275 11936/6993/6270</w:t>
        <w:br/>
        <w:t>f 11935/6994/6273 11938/6991/6274 11936/6993/6270</w:t>
        <w:br/>
        <w:t>f 11933/6988/6271 11940/6995/6276 11939/6996/6277</w:t>
        <w:br/>
        <w:t>f 11932/6989/6272 11933/6988/6271 11939/6996/6277</w:t>
        <w:br/>
        <w:t>f 11942/6997/6278 11941/6998/6279 11937/6992/6275</w:t>
        <w:br/>
        <w:t>f 11938/6991/6274 11942/6997/6278 11937/6992/6275</w:t>
        <w:br/>
        <w:t>f 11945/6999/6280 11944/7000/6281 11943/7001/6282</w:t>
        <w:br/>
        <w:t>f 11944/7000/6281 11946/7002/6283 11933/6988/6271</w:t>
        <w:br/>
        <w:t>f 11943/7001/6282 11944/7000/6281 11933/6988/6271</w:t>
        <w:br/>
        <w:t>f 11950/7003/6284 11949/7004/6285 11948/7005/6280</w:t>
        <w:br/>
        <w:t>f 11947/7006/6286 11950/7003/6284 11948/7005/6280</w:t>
        <w:br/>
        <w:t>f 11909/6964/6247 11951/7007/6287 11908/6965/6248</w:t>
        <w:br/>
        <w:t>f 11955/7008/6288 11954/7009/6289 11953/7010/6290</w:t>
        <w:br/>
        <w:t>f 11952/7011/6291 11955/7008/6288 11953/7010/6290</w:t>
        <w:br/>
        <w:t>f 11959/7012/6289 11958/7013/6288 11957/7014/6292</w:t>
        <w:br/>
        <w:t>f 11956/7015/6293 11959/7012/6289 11957/7014/6292</w:t>
        <w:br/>
        <w:t>f 11952/7011/6291 11953/7010/6290 11939/6996/6277</w:t>
        <w:br/>
        <w:t>f 11940/6995/6276 11952/7011/6291 11939/6996/6277</w:t>
        <w:br/>
        <w:t>f 11942/6997/6278 11956/7015/6293 11957/7014/6292</w:t>
        <w:br/>
        <w:t>f 11941/6998/6279 11942/6997/6278 11957/7014/6292</w:t>
        <w:br/>
        <w:t>f 11963/7016/6294 11962/7017/6295 11961/7018/6296</w:t>
        <w:br/>
        <w:t>f 11960/7019/6297 11963/7016/6294 11961/7018/6296</w:t>
        <w:br/>
        <w:t>f 11966/7020/6298 11965/7021/6299 11964/7022/6300</w:t>
        <w:br/>
        <w:t>f 11951/7007/6287 11967/7023/6301 11908/6965/6248</w:t>
        <w:br/>
        <w:t>f 11971/7024/6302 11970/7025/6303 11969/7026/6304</w:t>
        <w:br/>
        <w:t>f 11968/7027/6305 11971/7024/6302 11969/7026/6304</w:t>
        <w:br/>
        <w:t>f 11975/7028/6304 11974/7029/6306 11973/7030/6307</w:t>
        <w:br/>
        <w:t>f 11972/7031/6308 11975/7028/6304 11973/7030/6307</w:t>
        <w:br/>
        <w:t>f 11974/7029/6306 11977/7032/6309 11976/7033/6310</w:t>
        <w:br/>
        <w:t>f 11973/7030/6307 11974/7029/6306 11976/7033/6310</w:t>
        <w:br/>
        <w:t>f 11979/7034/6311 11970/7025/6303 11971/7024/6302</w:t>
        <w:br/>
        <w:t>f 11978/7035/6312 11979/7034/6311 11971/7024/6302</w:t>
        <w:br/>
        <w:t>f 11982/7036/6313 11981/7037/6314 11980/7038/6315</w:t>
        <w:br/>
        <w:t>f 11986/7039/6316 11985/7040/6317 11984/7041/6318</w:t>
        <w:br/>
        <w:t>f 11983/7042/6319 11986/7039/6316 11984/7041/6318</w:t>
        <w:br/>
        <w:t>f 11964/7022/6300 11988/7043/6320 11987/7044/6321</w:t>
        <w:br/>
        <w:t>f 11991/7045/6322 11967/7023/6301 11990/7046/6323</w:t>
        <w:br/>
        <w:t>f 11989/7047/6324 11991/7045/6322 11990/7046/6323</w:t>
        <w:br/>
        <w:t>f 11995/7048/6325 11994/7049/6326 11993/7050/6327</w:t>
        <w:br/>
        <w:t>f 11992/7051/6328 11995/7048/6325 11993/7050/6327</w:t>
        <w:br/>
        <w:t>f 11998/7052/6326 11997/7053/6329 11996/7054/6330</w:t>
        <w:br/>
        <w:t>f 11999/7055/6331 11998/7052/6326 11996/7054/6330</w:t>
        <w:br/>
        <w:t>f 11977/7032/6309 11996/7054/6330 11997/7053/6329</w:t>
        <w:br/>
        <w:t>f 11976/7033/6310 11977/7032/6309 11997/7053/6329</w:t>
        <w:br/>
        <w:t>f 11978/7035/6312 11995/7048/6325 11992/7051/6328</w:t>
        <w:br/>
        <w:t>f 11979/7034/6311 11978/7035/6312 11992/7051/6328</w:t>
        <w:br/>
        <w:t>f 11996/7054/6330 11977/7032/6309 12001/7056/6332</w:t>
        <w:br/>
        <w:t>f 12000/7057/6333 11996/7054/6330 12001/7056/6332</w:t>
        <w:br/>
        <w:t>f 12005/7058/6334 12004/7059/6335 12003/7060/6336</w:t>
        <w:br/>
        <w:t>f 12002/7061/6337 12005/7058/6334 12003/7060/6336</w:t>
        <w:br/>
        <w:t>f 12009/7062/6338 12008/7063/6339 12007/7064/6340</w:t>
        <w:br/>
        <w:t>f 12006/7065/6341 12009/7062/6338 12007/7064/6340</w:t>
        <w:br/>
        <w:t>f 12011/7066/6342 11880/6933/6217 11877/6936/6220</w:t>
        <w:br/>
        <w:t>f 12010/7067/6343 12011/7066/6342 11877/6936/6220</w:t>
        <w:br/>
        <w:t>f 12015/7068/6343 12014/7069/6220 12013/7070/6344</w:t>
        <w:br/>
        <w:t>f 12012/7071/6345 12015/7068/6343 12013/7070/6344</w:t>
        <w:br/>
        <w:t>f 12019/7072/6346 12018/7073/6347 12017/7074/6348</w:t>
        <w:br/>
        <w:t>f 12016/7075/6349 12019/7072/6346 12017/7074/6348</w:t>
        <w:br/>
        <w:t>f 12020/7076/6350 12012/7071/6345 12013/7070/6344</w:t>
        <w:br/>
        <w:t>f 12023/7077/6351 12022/7078/6352 12021/7079/6353</w:t>
        <w:br/>
        <w:t>f 12006/7065/6341 12025/7080/6354 12024/7081/6355</w:t>
        <w:br/>
        <w:t>f 11908/6965/6248 12006/7065/6341 12024/7081/6355</w:t>
        <w:br/>
        <w:t>f 12028/7082/6356 12027/7083/6357 12026/7084/6358</w:t>
        <w:br/>
        <w:t>f 12032/7085/6359 12031/7086/6360 12030/7087/6361</w:t>
        <w:br/>
        <w:t>f 12029/7088/6362 12032/7085/6359 12030/7087/6361</w:t>
        <w:br/>
        <w:t>f 12029/7088/6362 12034/7089/6363 12033/7090/6364</w:t>
        <w:br/>
        <w:t>f 12032/7085/6359 12029/7088/6362 12033/7090/6364</w:t>
        <w:br/>
        <w:t>f 12038/7091/6365 12037/7092/6364 12036/7093/6363</w:t>
        <w:br/>
        <w:t>f 12035/7094/6366 12038/7091/6365 12036/7093/6363</w:t>
        <w:br/>
        <w:t>f 12004/7059/6335 11988/7043/6320 12039/7095/6367</w:t>
        <w:br/>
        <w:t>f 12042/7096/6368 12041/7097/6369 12040/7098/6370</w:t>
        <w:br/>
        <w:t>f 12044/7099/6371 12042/7096/6368 12040/7098/6370</w:t>
        <w:br/>
        <w:t>f 12043/7100/6372 12044/7099/6371 12040/7098/6370</w:t>
        <w:br/>
        <w:t>f 12047/7101/6373 12046/7102/6374 12025/7080/6354</w:t>
        <w:br/>
        <w:t>f 12045/7103/6372 12047/7101/6373 12025/7080/6354</w:t>
        <w:br/>
        <w:t>f 12044/7099/6371 12048/7104/6375 12042/7096/6368</w:t>
        <w:br/>
        <w:t>f 12050/7105/6376 12013/7070/6344 12014/7069/6220</w:t>
        <w:br/>
        <w:t>f 12049/7106/6377 12050/7105/6376 12014/7069/6220</w:t>
        <w:br/>
        <w:t>f 12051/7107/6378 12020/7076/6350 12013/7070/6344</w:t>
        <w:br/>
        <w:t>f 12050/7105/6376 12051/7107/6378 12013/7070/6344</w:t>
        <w:br/>
        <w:t>f 12053/7108/6379 12052/7109/6380 12019/7072/6346</w:t>
        <w:br/>
        <w:t>f 12016/7075/6349 12053/7108/6379 12019/7072/6346</w:t>
        <w:br/>
        <w:t>f 12057/7110/6381 12056/7111/6382 12055/7112/6383</w:t>
        <w:br/>
        <w:t>f 12054/7113/6384 12057/7110/6381 12055/7112/6383</w:t>
        <w:br/>
        <w:t>f 12026/7084/6358 11913/6966/6249 11910/6969/6252</w:t>
        <w:br/>
        <w:t>f 12038/7091/6365 12026/7084/6358 11910/6969/6252</w:t>
        <w:br/>
        <w:t>f 12027/7083/6357 12028/7082/6356 12058/7114/6385</w:t>
        <w:br/>
        <w:t>f 11916/6975/6258 11930/6983/6266 11919/6972/6255</w:t>
        <w:br/>
        <w:t>f 11885/6940/6224 12059/7115/6386 11893/6950/6233</w:t>
        <w:br/>
        <w:t>f 11909/6964/6247 11896/6952/6235 12060/7116/6387</w:t>
        <w:br/>
        <w:t>f 11949/7004/6388 12061/7117/6389 11909/6964/6247</w:t>
        <w:br/>
        <w:t>f 11962/7017/6295 12062/7118/6390 11961/7018/6296</w:t>
        <w:br/>
        <w:t>f 12029/7088/6362 12022/7078/6352 12063/7119/6391</w:t>
        <w:br/>
        <w:t>f 12034/7089/6363 12029/7088/6362 12063/7119/6391</w:t>
        <w:br/>
        <w:t>f 12050/7105/6376 12049/7106/6377 12065/7120/6392</w:t>
        <w:br/>
        <w:t>f 12064/7121/6393 12050/7105/6376 12065/7120/6392</w:t>
        <w:br/>
        <w:t>f 12066/7122/6394 12032/7085/6359 12033/7090/6364</w:t>
        <w:br/>
        <w:t>f 11910/6969/6252 12067/7123/6394 12037/7092/6364</w:t>
        <w:br/>
        <w:t>f 12038/7091/6365 11910/6969/6252 12037/7092/6364</w:t>
        <w:br/>
        <w:t>f 12070/7124/6395 12069/7125/6396 12068/7126/6397</w:t>
        <w:br/>
        <w:t>f 12073/7127/6398 12072/7128/6399 12068/7126/6397</w:t>
        <w:br/>
        <w:t>f 12071/7129/6400 12073/7127/6398 12068/7126/6397</w:t>
        <w:br/>
        <w:t>f 12053/7108/6379 12074/7130/6401 12052/7109/6380</w:t>
        <w:br/>
        <w:t>f 12078/7131/6402 12077/7132/6403 12076/7133/6404</w:t>
        <w:br/>
        <w:t>f 12075/7134/6405 12078/7131/6402 12076/7133/6404</w:t>
        <w:br/>
        <w:t>f 12066/7122/6394 12079/7135/6406 12031/7086/6360</w:t>
        <w:br/>
        <w:t>f 12032/7085/6359 12066/7122/6394 12031/7086/6360</w:t>
        <w:br/>
        <w:t>f 12083/7136/6407 12082/7137/6408 12081/7138/6409</w:t>
        <w:br/>
        <w:t>f 12080/7139/6410 12083/7136/6407 12081/7138/6409</w:t>
        <w:br/>
        <w:t>f 12084/7140/6408 11999/7055/6331 11996/7054/6330</w:t>
        <w:br/>
        <w:t>f 12000/7057/6333 12084/7140/6408 11996/7054/6330</w:t>
        <w:br/>
        <w:t>f 12085/7141/6409 12084/7140/6408 12000/7057/6333</w:t>
        <w:br/>
        <w:t>f 12003/7060/6336 12087/7142/6411 12086/7143/6412</w:t>
        <w:br/>
        <w:t>f 12002/7061/6337 12003/7060/6336 12086/7143/6412</w:t>
        <w:br/>
        <w:t>f 11914/6971/6254 12088/7144/6404 11911/6968/6251</w:t>
        <w:br/>
        <w:t>f 11880/6933/6217 12011/7066/6342 12018/7073/6347</w:t>
        <w:br/>
        <w:t>f 12019/7072/6346 11880/6933/6217 12018/7073/6347</w:t>
        <w:br/>
        <w:t>f 12075/7134/6405 12076/7133/6404 12090/7145/6413</w:t>
        <w:br/>
        <w:t>f 12089/7146/6414 12075/7134/6405 12090/7145/6413</w:t>
        <w:br/>
        <w:t>f 11914/6971/6254 12091/7147/6413 12088/7144/6404</w:t>
        <w:br/>
        <w:t>f 12095/7148/6415 12094/7149/6416 12093/7150/6417</w:t>
        <w:br/>
        <w:t>f 12092/7151/6418 12095/7148/6415 12093/7150/6417</w:t>
        <w:br/>
        <w:t>f 12099/7152/6419 12098/7153/6415 12097/7154/6420</w:t>
        <w:br/>
        <w:t>f 12096/7155/6421 12099/7152/6419 12097/7154/6420</w:t>
        <w:br/>
        <w:t>f 12103/7156/6422 12102/7157/6423 12101/7158/6424</w:t>
        <w:br/>
        <w:t>f 12100/7159/6425 12103/7156/6422 12101/7158/6424</w:t>
        <w:br/>
        <w:t>f 12105/7160/6426 12104/7161/6427 12100/7159/6425</w:t>
        <w:br/>
        <w:t>f 12101/7158/6424 12105/7160/6426 12100/7159/6425</w:t>
        <w:br/>
        <w:t>f 12109/7162/6428 12108/7163/6422 12107/7164/6425</w:t>
        <w:br/>
        <w:t>f 12106/7165/6429 12109/7162/6428 12107/7164/6425</w:t>
        <w:br/>
        <w:t>f 12096/7155/6421 11914/6971/6254 11915/6970/6253</w:t>
        <w:br/>
        <w:t>f 12110/7166/6430 12096/7155/6421 11915/6970/6253</w:t>
        <w:br/>
        <w:t>f 12110/7166/6430 12111/7167/6431 12099/7152/6419</w:t>
        <w:br/>
        <w:t>f 12096/7155/6421 12110/7166/6430 12099/7152/6419</w:t>
        <w:br/>
        <w:t>f 12102/7157/6423 12113/7168/6432 12112/7169/6433</w:t>
        <w:br/>
        <w:t>f 12101/7158/6424 12102/7157/6423 12112/7169/6433</w:t>
        <w:br/>
        <w:t>f 12101/7158/6424 12112/7169/6433 12114/7170/6434</w:t>
        <w:br/>
        <w:t>f 12105/7160/6426 12101/7158/6424 12114/7170/6434</w:t>
        <w:br/>
        <w:t>f 12118/7171/6435 12117/7172/6436 12116/7173/6437</w:t>
        <w:br/>
        <w:t>f 12115/7174/6438 12118/7171/6435 12116/7173/6437</w:t>
        <w:br/>
        <w:t>f 12121/7175/6439 12120/7176/6440 12119/7177/6441</w:t>
        <w:br/>
        <w:t>f 12123/7178/6442 12109/7162/6428 12106/7165/6429</w:t>
        <w:br/>
        <w:t>f 12122/7179/6443 12123/7178/6442 12106/7165/6429</w:t>
        <w:br/>
        <w:t>f 11928/6985/6268 12075/7134/6405 12089/7146/6414</w:t>
        <w:br/>
        <w:t>f 12124/7180/6444 11928/6985/6268 12089/7146/6414</w:t>
        <w:br/>
        <w:t>f 12128/7181/6445 12127/7182/6446 12126/7183/6447</w:t>
        <w:br/>
        <w:t>f 12125/7184/6448 12128/7181/6445 12126/7183/6447</w:t>
        <w:br/>
        <w:t>f 11918/6973/6256 11919/6972/6255 12130/7185/6449</w:t>
        <w:br/>
        <w:t>f 12129/7186/6450 11918/6973/6256 12130/7185/6449</w:t>
        <w:br/>
        <w:t>f 12134/7187/6451 12133/7188/6452 12132/7189/6453</w:t>
        <w:br/>
        <w:t>f 12131/7190/6454 12134/7187/6451 12132/7189/6453</w:t>
        <w:br/>
        <w:t>f 12138/7191/6454 12137/7192/6455 12136/7193/6456</w:t>
        <w:br/>
        <w:t>f 12135/7194/6457 12138/7191/6454 12136/7193/6456</w:t>
        <w:br/>
        <w:t>f 12140/7195/6458 12135/7194/6457 12136/7193/6456</w:t>
        <w:br/>
        <w:t>f 12139/7196/6459 12140/7195/6458 12136/7193/6456</w:t>
        <w:br/>
        <w:t>f 12142/7197/6460 12133/7188/6452 12134/7187/6451</w:t>
        <w:br/>
        <w:t>f 12141/7198/6458 12142/7197/6460 12134/7187/6451</w:t>
        <w:br/>
        <w:t>f 12146/7199/6461 12145/7200/6462 12144/7201/6463</w:t>
        <w:br/>
        <w:t>f 12143/7202/6464 12146/7199/6461 12144/7201/6463</w:t>
        <w:br/>
        <w:t>f 12150/7203/6465 12149/7204/6466 12148/7205/6467</w:t>
        <w:br/>
        <w:t>f 12147/7206/6468 12150/7203/6465 12148/7205/6467</w:t>
        <w:br/>
        <w:t>f 12110/7166/6430 11915/6970/6253 12151/7207/6469</w:t>
        <w:br/>
        <w:t>f 12139/7196/6459 12110/7166/6430 12151/7207/6469</w:t>
        <w:br/>
        <w:t>f 12152/7208/6470 12111/7167/6431 12136/7193/6456</w:t>
        <w:br/>
        <w:t>f 12137/7192/6455 12152/7208/6470 12136/7193/6456</w:t>
        <w:br/>
        <w:t>f 12144/7201/6463 12153/7209/6471 12114/7170/6434</w:t>
        <w:br/>
        <w:t>f 12112/7169/6433 12144/7201/6463 12114/7170/6434</w:t>
        <w:br/>
        <w:t>f 12144/7201/6463 12112/7169/6433 12113/7168/6432</w:t>
        <w:br/>
        <w:t>f 12143/7202/6464 12144/7201/6463 12113/7168/6432</w:t>
        <w:br/>
        <w:t>f 12155/7210/6472 12154/7211/6473 12118/7171/6435</w:t>
        <w:br/>
        <w:t>f 12115/7174/6438 12155/7210/6472 12118/7171/6435</w:t>
        <w:br/>
        <w:t>f 12123/7178/6442 12122/7179/6443 12149/7204/6466</w:t>
        <w:br/>
        <w:t>f 12150/7203/6465 12123/7178/6442 12149/7204/6466</w:t>
        <w:br/>
        <w:t>f 11919/6972/6255 11928/6985/6268 12124/7180/6444</w:t>
        <w:br/>
        <w:t>f 12156/7212/6474 11919/6972/6255 12124/7180/6444</w:t>
        <w:br/>
        <w:t>f 12158/7213/6475 12157/7214/6476 12126/7183/6447</w:t>
        <w:br/>
        <w:t>f 12127/7182/6446 12158/7213/6475 12126/7183/6447</w:t>
        <w:br/>
        <w:t>f 12160/7215/6477 12159/7216/6478 12104/7161/6427</w:t>
        <w:br/>
        <w:t>f 12105/7160/6426 12160/7215/6477 12104/7161/6427</w:t>
        <w:br/>
        <w:t>f 12161/7217/6479 12160/7215/6477 12105/7160/6426</w:t>
        <w:br/>
        <w:t>f 12114/7170/6434 12161/7217/6479 12105/7160/6426</w:t>
        <w:br/>
        <w:t>f 12153/7209/6471 12162/7218/6480 12161/7217/6479</w:t>
        <w:br/>
        <w:t>f 12114/7170/6434 12153/7209/6471 12161/7217/6479</w:t>
        <w:br/>
        <w:t>f 12159/7216/6478 12160/7215/6477 12116/7173/6437</w:t>
        <w:br/>
        <w:t>f 12163/7219/6481 12159/7216/6478 12116/7173/6437</w:t>
        <w:br/>
        <w:t>f 12154/7211/6473 12155/7210/6472 12164/7220/6482</w:t>
        <w:br/>
        <w:t>f 12166/7221/6483 12165/7222/6484 12162/7218/6480</w:t>
        <w:br/>
        <w:t>f 12153/7209/6471 12166/7221/6483 12162/7218/6480</w:t>
        <w:br/>
        <w:t>f 12098/7153/6415 12099/7152/6419 12168/7223/6485</w:t>
        <w:br/>
        <w:t>f 12167/7224/6416 12098/7153/6415 12168/7223/6485</w:t>
        <w:br/>
        <w:t>f 12168/7223/6485 12099/7152/6419 12111/7167/6431</w:t>
        <w:br/>
        <w:t>f 12152/7208/6470 12168/7223/6485 12111/7167/6431</w:t>
        <w:br/>
        <w:t>f 12111/7167/6431 12110/7166/6430 12139/7196/6459</w:t>
        <w:br/>
        <w:t>f 12136/7193/6456 12111/7167/6431 12139/7196/6459</w:t>
        <w:br/>
        <w:t>f 12170/7225/6483 12169/7226/6486 12157/7214/6476</w:t>
        <w:br/>
        <w:t>f 12107/7164/6425 12172/7227/6427 12171/7228/6487</w:t>
        <w:br/>
        <w:t>f 12106/7165/6429 12107/7164/6425 12171/7228/6487</w:t>
        <w:br/>
        <w:t>f 12171/7228/6487 12173/7229/6488 12122/7179/6443</w:t>
        <w:br/>
        <w:t>f 12106/7165/6429 12171/7228/6487 12122/7179/6443</w:t>
        <w:br/>
        <w:t>f 12148/7205/6467 12149/7204/6466 12174/7230/6489</w:t>
        <w:br/>
        <w:t>f 12170/7225/6483 12148/7205/6467 12174/7230/6489</w:t>
        <w:br/>
        <w:t>f 12153/7209/6471 12144/7201/6463 12145/7200/6462</w:t>
        <w:br/>
        <w:t>f 12166/7221/6483 12153/7209/6471 12145/7200/6462</w:t>
        <w:br/>
        <w:t>f 12174/7230/6489 12149/7204/6466 12122/7179/6443</w:t>
        <w:br/>
        <w:t>f 12173/7229/6488 12174/7230/6489 12122/7179/6443</w:t>
        <w:br/>
        <w:t>f 12175/7231/6490 12128/7181/6445 12125/7184/6448</w:t>
        <w:br/>
        <w:t>f 12172/7227/6427 12175/7231/6490 12125/7184/6448</w:t>
        <w:br/>
        <w:t>f 12116/7173/6437 12117/7172/6436 12163/7219/6481</w:t>
        <w:br/>
        <w:t>f 12155/7210/6472 12162/7218/6480 12165/7222/6484</w:t>
        <w:br/>
        <w:t>f 12164/7220/6482 12155/7210/6472 12165/7222/6484</w:t>
        <w:br/>
        <w:t>f 12120/7176/6491 12178/7232/6492 12177/7233/6493</w:t>
        <w:br/>
        <w:t>f 12176/7234/6481 12120/7176/6491 12177/7233/6493</w:t>
        <w:br/>
        <w:t>f 12158/7213/6475 12181/7235/6494 12180/7236/6482</w:t>
        <w:br/>
        <w:t>f 12179/7237/6495 12158/7213/6475 12180/7236/6482</w:t>
        <w:br/>
        <w:t>f 12177/7233/6493 12178/7232/6492 12182/7238/6496</w:t>
        <w:br/>
        <w:t>f 12181/7235/6494 12183/7239/6497 12182/7238/6496</w:t>
        <w:br/>
        <w:t>f 12128/7181/6445 12175/7231/6490 12176/7234/6481</w:t>
        <w:br/>
        <w:t>f 12177/7233/6493 12128/7181/6445 12176/7234/6481</w:t>
        <w:br/>
        <w:t>f 12185/7240/6498 12180/7236/6482 12181/7235/6494</w:t>
        <w:br/>
        <w:t>f 12184/7241/6499 12185/7240/6498 12181/7235/6494</w:t>
        <w:br/>
        <w:t>f 12115/7174/6438 12116/7173/6437 12160/7215/6477</w:t>
        <w:br/>
        <w:t>f 12161/7217/6479 12115/7174/6438 12160/7215/6477</w:t>
        <w:br/>
        <w:t>f 12162/7218/6480 12155/7210/6472 12115/7174/6438</w:t>
        <w:br/>
        <w:t>f 12161/7217/6479 12162/7218/6480 12115/7174/6438</w:t>
        <w:br/>
        <w:t>f 12189/7242/6500 12188/7243/6501 12187/7244/6502</w:t>
        <w:br/>
        <w:t>f 12186/7245/6503 12189/7242/6500 12187/7244/6502</w:t>
        <w:br/>
        <w:t>f 12193/7246/6504 12192/7247/6505 12191/7248/6506</w:t>
        <w:br/>
        <w:t>f 12190/7249/6507 12193/7246/6504 12191/7248/6506</w:t>
        <w:br/>
        <w:t>f 12197/7250/6508 12196/7251/6509 12195/7252/6510</w:t>
        <w:br/>
        <w:t>f 12194/7253/6511 12197/7250/6508 12195/7252/6510</w:t>
        <w:br/>
        <w:t>f 12201/7254/6512 12200/7255/6513 12199/7256/6514</w:t>
        <w:br/>
        <w:t>f 12198/7257/6515 12201/7254/6512 12199/7256/6514</w:t>
        <w:br/>
        <w:t>f 12204/7258/6510 12198/7257/6515 12203/7259/6516</w:t>
        <w:br/>
        <w:t>f 12202/7260/6517 12204/7258/6510 12203/7259/6516</w:t>
        <w:br/>
        <w:t>f 12206/7261/6518 12205/7262/6519 12193/7246/6504</w:t>
        <w:br/>
        <w:t>f 12190/7249/6507 12206/7261/6518 12193/7246/6504</w:t>
        <w:br/>
        <w:t>f 12194/7253/6511 12208/7263/6520 12207/7264/6521</w:t>
        <w:br/>
        <w:t>f 12197/7250/6508 12194/7253/6511 12207/7264/6521</w:t>
        <w:br/>
        <w:t>f 12211/7265/6522 12210/7266/6523 12209/7267/6524</w:t>
        <w:br/>
        <w:t>f 12212/7268/6525 12211/7265/6522 12209/7267/6524</w:t>
        <w:br/>
        <w:t>f 12199/7256/6514 12200/7255/6513 12214/7269/6526</w:t>
        <w:br/>
        <w:t>f 12213/7270/6527 12199/7256/6514 12214/7269/6526</w:t>
        <w:br/>
        <w:t>f 12203/7259/6516 12216/7271/6528 12215/7272/6529</w:t>
        <w:br/>
        <w:t>f 12202/7260/6517 12203/7259/6516 12215/7272/6529</w:t>
        <w:br/>
        <w:t>f 12186/7245/6503 12219/7273/6530 12218/7274/6531</w:t>
        <w:br/>
        <w:t>f 12217/7275/6532 12186/7245/6503 12218/7274/6531</w:t>
        <w:br/>
        <w:t>f 12223/7276/6533 12222/7277/6534 12221/7278/6535</w:t>
        <w:br/>
        <w:t>f 12220/7279/6536 12223/7276/6533 12221/7278/6535</w:t>
        <w:br/>
        <w:t>f 12227/7280/6537 12226/7281/6538 12225/7282/6539</w:t>
        <w:br/>
        <w:t>f 12224/7283/6540 12227/7280/6537 12225/7282/6539</w:t>
        <w:br/>
        <w:t>f 12226/7281/6538 12229/7284/6541 12228/7285/6542</w:t>
        <w:br/>
        <w:t>f 12225/7282/6539 12226/7281/6538 12228/7285/6542</w:t>
        <w:br/>
        <w:t>f 12220/7279/6536 12221/7278/6535 12231/7286/6543</w:t>
        <w:br/>
        <w:t>f 12230/7287/6544 12220/7279/6536 12231/7286/6543</w:t>
        <w:br/>
        <w:t>f 12235/7288/6545 12234/7289/6546 12233/7290/6547</w:t>
        <w:br/>
        <w:t>f 12232/7291/6548 12235/7288/6545 12233/7290/6547</w:t>
        <w:br/>
        <w:t>f 12239/7292/6546 12238/7293/6545 12237/7294/6549</w:t>
        <w:br/>
        <w:t>f 12236/7295/6550 12239/7292/6546 12237/7294/6549</w:t>
        <w:br/>
        <w:t>f 12236/7295/6550 12241/7296/6551 12240/7297/6552</w:t>
        <w:br/>
        <w:t>f 12239/7292/6546 12236/7295/6550 12240/7297/6552</w:t>
        <w:br/>
        <w:t>f 12244/7298/6553 12234/7289/6546 12243/7299/6552</w:t>
        <w:br/>
        <w:t>f 12242/7300/6554 12244/7298/6553 12243/7299/6552</w:t>
        <w:br/>
        <w:t>f 12226/7281/6538 12227/7280/6537 12245/7301/6555</w:t>
        <w:br/>
        <w:t>f 12205/7262/6519 12226/7281/6538 12245/7301/6555</w:t>
        <w:br/>
        <w:t>f 12207/7264/6521 12208/7263/6520 12247/7302/6556</w:t>
        <w:br/>
        <w:t>f 12246/7303/6557 12207/7264/6521 12247/7302/6556</w:t>
        <w:br/>
        <w:t>f 12211/7265/6522 12249/7304/6558 12248/7305/6559</w:t>
        <w:br/>
        <w:t>f 12210/7266/6523 12211/7265/6522 12248/7305/6559</w:t>
        <w:br/>
        <w:t>f 12233/7290/6547 12213/7270/6527 12214/7269/6526</w:t>
        <w:br/>
        <w:t>f 12232/7291/6548 12233/7290/6547 12214/7269/6526</w:t>
        <w:br/>
        <w:t>f 12244/7298/6553 12242/7300/6554 12215/7272/6529</w:t>
        <w:br/>
        <w:t>f 12216/7271/6528 12244/7298/6553 12215/7272/6529</w:t>
        <w:br/>
        <w:t>f 12220/7279/6536 12230/7287/6544 12218/7274/6531</w:t>
        <w:br/>
        <w:t>f 12219/7273/6530 12220/7279/6536 12218/7274/6531</w:t>
        <w:br/>
        <w:t>f 12252/7306/6560 12222/7277/6534 12251/7307/6561</w:t>
        <w:br/>
        <w:t>f 12250/7308/6562 12252/7306/6560 12251/7307/6561</w:t>
        <w:br/>
        <w:t>f 12254/7309/6563 12227/7280/6537 12224/7283/6540</w:t>
        <w:br/>
        <w:t>f 12253/7310/6564 12254/7309/6563 12224/7283/6540</w:t>
        <w:br/>
        <w:t>f 12256/7311/6565 12255/7312/6566 12250/7308/6562</w:t>
        <w:br/>
        <w:t>f 12251/7307/6561 12256/7311/6565 12250/7308/6562</w:t>
        <w:br/>
        <w:t>f 12245/7301/6555 12259/7313/6567 12258/7314/6568</w:t>
        <w:br/>
        <w:t>f 12257/7315/6569 12245/7301/6555 12258/7314/6568</w:t>
        <w:br/>
        <w:t>f 12197/7250/6508 12207/7264/6521 12261/7316/6570</w:t>
        <w:br/>
        <w:t>f 12260/7317/6571 12197/7250/6508 12261/7316/6570</w:t>
        <w:br/>
        <w:t>f 12207/7264/6521 12246/7303/6557 12237/7294/6549</w:t>
        <w:br/>
        <w:t>f 12261/7316/6570 12207/7264/6521 12237/7294/6549</w:t>
        <w:br/>
        <w:t>f 12196/7251/6509 12197/7250/6508 12260/7317/6571</w:t>
        <w:br/>
        <w:t>f 12262/7318/6512 12196/7251/6509 12260/7317/6571</w:t>
        <w:br/>
        <w:t>f 12212/7268/6525 12263/7319/6572 12262/7318/6512</w:t>
        <w:br/>
        <w:t>f 12260/7317/6571 12212/7268/6525 12262/7318/6512</w:t>
        <w:br/>
        <w:t>f 12248/7305/6559 12249/7304/6558 12264/7320/6573</w:t>
        <w:br/>
        <w:t>f 12192/7247/6505 12193/7246/6504 12257/7315/6569</w:t>
        <w:br/>
        <w:t>f 12265/7321/6501 12192/7247/6505 12257/7315/6569</w:t>
        <w:br/>
        <w:t>f 12205/7262/6519 12245/7301/6555 12257/7315/6569</w:t>
        <w:br/>
        <w:t>f 12193/7246/6504 12205/7262/6519 12257/7315/6569</w:t>
        <w:br/>
        <w:t>f 12187/7244/6502 12266/7322/6574 12219/7273/6530</w:t>
        <w:br/>
        <w:t>f 12186/7245/6503 12187/7244/6502 12219/7273/6530</w:t>
        <w:br/>
        <w:t>f 12220/7279/6536 12219/7273/6530 12266/7322/6574</w:t>
        <w:br/>
        <w:t>f 12223/7276/6533 12220/7279/6536 12266/7322/6574</w:t>
        <w:br/>
        <w:t>f 12263/7319/6572 12212/7268/6525 12209/7267/6524</w:t>
        <w:br/>
        <w:t>f 12249/7304/6558 12237/7294/6549 12238/7293/6545</w:t>
        <w:br/>
        <w:t>f 12264/7320/6573 12249/7304/6558 12238/7293/6545</w:t>
        <w:br/>
        <w:t>f 12270/7323/6575 12269/7324/6576 12268/7325/6572</w:t>
        <w:br/>
        <w:t>f 12267/7326/6577 12270/7323/6575 12268/7325/6572</w:t>
        <w:br/>
        <w:t>f 12232/7291/6548 12272/7327/6578 12271/7328/6573</w:t>
        <w:br/>
        <w:t>f 12235/7288/6545 12232/7291/6548 12271/7328/6573</w:t>
        <w:br/>
        <w:t>f 12258/7314/6568 12273/7329/6579 12265/7321/6501</w:t>
        <w:br/>
        <w:t>f 12257/7315/6569 12258/7314/6568 12265/7321/6501</w:t>
        <w:br/>
        <w:t>f 12201/7254/6512 12268/7325/6572 12269/7324/6576</w:t>
        <w:br/>
        <w:t>f 12200/7255/6513 12201/7254/6512 12269/7324/6576</w:t>
        <w:br/>
        <w:t>f 12272/7327/6578 12275/7330/6580 12274/7331/6581</w:t>
        <w:br/>
        <w:t>f 12271/7328/6573 12272/7327/6578 12274/7331/6581</w:t>
        <w:br/>
        <w:t>f 12260/7317/6571 12261/7316/6570 12211/7265/6522</w:t>
        <w:br/>
        <w:t>f 12212/7268/6525 12260/7317/6571 12211/7265/6522</w:t>
        <w:br/>
        <w:t>f 12211/7265/6522 12261/7316/6570 12237/7294/6549</w:t>
        <w:br/>
        <w:t>f 12249/7304/6558 12211/7265/6522 12237/7294/6549</w:t>
        <w:br/>
        <w:t>f 12279/7332/6582 12278/7333/6583 12277/7334/6584</w:t>
        <w:br/>
        <w:t>f 12276/7335/6585 12279/7332/6582 12277/7334/6584</w:t>
        <w:br/>
        <w:t>f 11931/6990/6273 11932/6989/6272 12281/7336/6586</w:t>
        <w:br/>
        <w:t>f 12280/7337/6582 11931/6990/6273 12281/7336/6586</w:t>
        <w:br/>
        <w:t>f 12285/7338/6587 12284/7339/6588 12283/7340/6589</w:t>
        <w:br/>
        <w:t>f 12282/7341/6590 12285/7338/6587 12283/7340/6589</w:t>
        <w:br/>
        <w:t>f 12289/7342/6591 12288/7343/6592 12287/7344/6593</w:t>
        <w:br/>
        <w:t>f 12286/7345/6594 12289/7342/6591 12287/7344/6593</w:t>
        <w:br/>
        <w:t>f 12293/7346/6595 12292/7347/6596 12291/7348/6593</w:t>
        <w:br/>
        <w:t>f 12290/7349/6597 12293/7346/6595 12291/7348/6593</w:t>
        <w:br/>
        <w:t>f 12296/7350/6588 12295/7351/6598 12294/7352/6599</w:t>
        <w:br/>
        <w:t>f 12278/7333/6583 12296/7350/6588 12294/7352/6599</w:t>
        <w:br/>
        <w:t>f 11932/6989/6272 11939/6996/6277 12297/7353/6600</w:t>
        <w:br/>
        <w:t>f 12281/7336/6586 11932/6989/6272 12297/7353/6600</w:t>
        <w:br/>
        <w:t>f 12285/7338/6587 12282/7341/6590 12299/7354/6601</w:t>
        <w:br/>
        <w:t>f 12298/7355/6602 12285/7338/6587 12299/7354/6601</w:t>
        <w:br/>
        <w:t>f 12289/7342/6591 12286/7345/6594 12301/7356/6603</w:t>
        <w:br/>
        <w:t>f 12300/7357/6604 12289/7342/6591 12301/7356/6603</w:t>
        <w:br/>
        <w:t>f 12305/7358/6605 12304/7359/6606 12303/7360/6607</w:t>
        <w:br/>
        <w:t>f 12302/7361/6608 12305/7358/6605 12303/7360/6607</w:t>
        <w:br/>
        <w:t>f 12293/7346/6595 12307/7362/6609 12306/7363/6610</w:t>
        <w:br/>
        <w:t>f 12292/7347/6596 12293/7346/6595 12306/7363/6610</w:t>
        <w:br/>
        <w:t>f 12309/7364/6611 12294/7352/6599 12295/7351/6598</w:t>
        <w:br/>
        <w:t>f 12308/7365/6612 12309/7364/6611 12295/7351/6598</w:t>
        <w:br/>
        <w:t>f 11938/6991/6274 12276/7335/6585 12310/7366/6613</w:t>
        <w:br/>
        <w:t>f 11942/6997/6278 11938/6991/6274 12310/7366/6613</w:t>
        <w:br/>
        <w:t>f 12277/7334/6584 12311/7367/6614 12310/7366/6613</w:t>
        <w:br/>
        <w:t>f 12276/7335/6585 12277/7334/6584 12310/7366/6613</w:t>
        <w:br/>
        <w:t>f 12315/7368/6615 12314/7369/6616 12313/7370/6617</w:t>
        <w:br/>
        <w:t>f 12312/7371/6618 12315/7368/6615 12313/7370/6617</w:t>
        <w:br/>
        <w:t>f 12319/7372/6619 12318/7373/6620 12317/7374/6621</w:t>
        <w:br/>
        <w:t>f 12316/7375/6622 12319/7372/6619 12317/7374/6621</w:t>
        <w:br/>
        <w:t>f 12323/7376/6623 12322/7377/6624 12321/7378/6621</w:t>
        <w:br/>
        <w:t>f 12320/7379/6620 12323/7376/6623 12321/7378/6621</w:t>
        <w:br/>
        <w:t>f 11954/7009/6289 12321/7378/6621 12322/7377/6624</w:t>
        <w:br/>
        <w:t>f 11953/7010/6290 11954/7009/6289 12322/7377/6624</w:t>
        <w:br/>
        <w:t>f 11956/7015/6293 12316/7375/6622 12317/7374/6621</w:t>
        <w:br/>
        <w:t>f 11959/7012/6289 11956/7015/6293 12317/7374/6621</w:t>
        <w:br/>
        <w:t>f 12327/7380/6625 12326/7381/6626 12325/7382/6627</w:t>
        <w:br/>
        <w:t>f 12324/7383/6628 12327/7380/6625 12325/7382/6627</w:t>
        <w:br/>
        <w:t>f 12331/7384/6626 12330/7385/6629 12329/7386/6630</w:t>
        <w:br/>
        <w:t>f 12328/7387/6631 12331/7384/6626 12329/7386/6630</w:t>
        <w:br/>
        <w:t>f 12333/7388/6632 12323/7376/6623 12320/7379/6620</w:t>
        <w:br/>
        <w:t>f 12332/7389/6633 12333/7388/6632 12320/7379/6620</w:t>
        <w:br/>
        <w:t>f 12336/7390/6633 12318/7373/6620 12335/7391/6634</w:t>
        <w:br/>
        <w:t>f 12334/7392/6635 12336/7390/6633 12335/7391/6634</w:t>
        <w:br/>
        <w:t>f 12297/7353/6600 12322/7377/6624 12323/7376/6623</w:t>
        <w:br/>
        <w:t>f 12299/7354/6601 12297/7353/6600 12323/7376/6623</w:t>
        <w:br/>
        <w:t>f 12329/7386/6630 12330/7385/6629 12300/7357/6604</w:t>
        <w:br/>
        <w:t>f 12301/7356/6603 12329/7386/6630 12300/7357/6604</w:t>
        <w:br/>
        <w:t>f 12299/7354/6601 12323/7376/6623 12333/7388/6632</w:t>
        <w:br/>
        <w:t>f 12298/7355/6602 12299/7354/6601 12333/7388/6632</w:t>
        <w:br/>
        <w:t>f 12338/7393/6636 12302/7361/6608 12303/7360/6607</w:t>
        <w:br/>
        <w:t>f 12337/7394/6637 12338/7393/6636 12303/7360/6607</w:t>
        <w:br/>
        <w:t>f 12324/7383/6628 12306/7363/6610 12307/7362/6609</w:t>
        <w:br/>
        <w:t>f 12327/7380/6625 12324/7383/6628 12307/7362/6609</w:t>
        <w:br/>
        <w:t>f 12334/7392/6635 12335/7391/6634 12309/7364/6611</w:t>
        <w:br/>
        <w:t>f 12308/7365/6612 12334/7392/6635 12309/7364/6611</w:t>
        <w:br/>
        <w:t>f 12311/7367/6614 12319/7372/6619 12316/7375/6622</w:t>
        <w:br/>
        <w:t>f 12310/7366/6613 12311/7367/6614 12316/7375/6622</w:t>
        <w:br/>
        <w:t>f 12310/7366/6613 12316/7375/6622 11956/7015/6293</w:t>
        <w:br/>
        <w:t>f 11942/6997/6278 12310/7366/6613 11956/7015/6293</w:t>
        <w:br/>
        <w:t>f 12340/7395/6638 12339/7396/6639 12315/7368/6615</w:t>
        <w:br/>
        <w:t>f 12312/7371/6618 12340/7395/6638 12315/7368/6615</w:t>
        <w:br/>
        <w:t>f 12288/7343/6592 12289/7342/6591 12342/7397/6640</w:t>
        <w:br/>
        <w:t>f 12341/7398/6641 12288/7343/6592 12342/7397/6640</w:t>
        <w:br/>
        <w:t>f 12343/7399/6642 12342/7397/6640 12289/7342/6591</w:t>
        <w:br/>
        <w:t>f 12300/7357/6604 12343/7399/6642 12289/7342/6591</w:t>
        <w:br/>
        <w:t>f 12343/7399/6642 12300/7357/6604 12330/7385/6629</w:t>
        <w:br/>
        <w:t>f 12344/7400/6643 12343/7399/6642 12330/7385/6629</w:t>
        <w:br/>
        <w:t>f 12341/7398/6641 12342/7397/6640 12304/7359/6606</w:t>
        <w:br/>
        <w:t>f 12345/7401/6644 12341/7398/6641 12304/7359/6606</w:t>
        <w:br/>
        <w:t>f 12338/7393/6636 12337/7394/6637 12346/7402/6645</w:t>
        <w:br/>
        <w:t>f 12347/7403/6646 12344/7400/6643 12330/7385/6629</w:t>
        <w:br/>
        <w:t>f 12331/7384/6626 12347/7403/6646 12330/7385/6629</w:t>
        <w:br/>
        <w:t>f 12276/7335/6585 11938/6991/6274 11935/6994/6273</w:t>
        <w:br/>
        <w:t>f 12279/7332/6582 12276/7335/6585 11935/6994/6273</w:t>
        <w:br/>
        <w:t>f 12280/7337/6582 12281/7336/6586 12282/7341/6590</w:t>
        <w:br/>
        <w:t>f 12283/7340/6589 12280/7337/6582 12282/7341/6590</w:t>
        <w:br/>
        <w:t>f 12299/7354/6601 12282/7341/6590 12281/7336/6586</w:t>
        <w:br/>
        <w:t>f 12297/7353/6600 12299/7354/6601 12281/7336/6586</w:t>
        <w:br/>
        <w:t>f 12297/7353/6600 11939/6996/6277 11953/7010/6290</w:t>
        <w:br/>
        <w:t>f 12322/7377/6624 12297/7353/6600 11953/7010/6290</w:t>
        <w:br/>
        <w:t>f 12339/7396/6639 12340/7395/6638 12348/7404/6646</w:t>
        <w:br/>
        <w:t>f 12326/7381/6626 12339/7396/6639 12348/7404/6646</w:t>
        <w:br/>
        <w:t>f 12349/7405/6647 12313/7370/6617 12314/7369/6616</w:t>
        <w:br/>
        <w:t>f 12290/7349/6597 12349/7405/6647 12314/7369/6616</w:t>
        <w:br/>
        <w:t>f 12304/7359/6606 12305/7358/6605 12345/7401/6644</w:t>
        <w:br/>
        <w:t>f 12337/7394/6637 12344/7400/6643 12347/7403/6646</w:t>
        <w:br/>
        <w:t>f 12346/7402/6645 12337/7394/6637 12347/7403/6646</w:t>
        <w:br/>
        <w:t>f 12351/7406/6644 12350/7407/6648 12313/7370/6617</w:t>
        <w:br/>
        <w:t>f 12349/7405/6647 12351/7406/6644 12313/7370/6617</w:t>
        <w:br/>
        <w:t>f 12353/7408/6649 12352/7409/6645 12348/7404/6646</w:t>
        <w:br/>
        <w:t>f 12340/7395/6638 12353/7408/6649 12348/7404/6646</w:t>
        <w:br/>
        <w:t>f 12355/7410/6650 12352/7409/6645 12353/7408/6649</w:t>
        <w:br/>
        <w:t>f 12354/7411/6651 12355/7410/6650 12353/7408/6649</w:t>
        <w:br/>
        <w:t>f 12303/7360/6607 12304/7359/6606 12342/7397/6640</w:t>
        <w:br/>
        <w:t>f 12343/7399/6642 12303/7360/6607 12342/7397/6640</w:t>
        <w:br/>
        <w:t>f 12337/7394/6637 12303/7360/6607 12343/7399/6642</w:t>
        <w:br/>
        <w:t>f 12344/7400/6643 12337/7394/6637 12343/7399/6642</w:t>
        <w:br/>
        <w:t>f 11968/7027/6305 12357/7412/6652 12356/7413/6653</w:t>
        <w:br/>
        <w:t>f 11971/7024/6302 11968/7027/6305 12356/7413/6653</w:t>
        <w:br/>
        <w:t>f 12361/7414/6654 12360/7415/6655 12359/7416/6656</w:t>
        <w:br/>
        <w:t>f 12358/7417/6657 12361/7414/6654 12359/7416/6656</w:t>
        <w:br/>
        <w:t>f 12365/7418/6658 12364/7419/6659 12363/7420/6660</w:t>
        <w:br/>
        <w:t>f 12362/7421/6661 12365/7418/6658 12363/7420/6660</w:t>
        <w:br/>
        <w:t>f 12369/7422/6662 12368/7423/6663 12367/7424/6664</w:t>
        <w:br/>
        <w:t>f 12366/7425/6665 12369/7422/6662 12367/7424/6664</w:t>
        <w:br/>
        <w:t>f 12371/7426/6666 12370/7427/6667 12361/7414/6654</w:t>
        <w:br/>
        <w:t>f 12358/7417/6657 12371/7426/6666 12361/7414/6654</w:t>
        <w:br/>
        <w:t>f 12375/7428/6668 12374/7429/6669 12373/7430/6670</w:t>
        <w:br/>
        <w:t>f 12372/7431/6671 12375/7428/6668 12373/7430/6670</w:t>
        <w:br/>
        <w:t>f 12363/7420/6660 12377/7432/6672 12376/7433/6673</w:t>
        <w:br/>
        <w:t>f 12362/7421/6661 12363/7420/6660 12376/7433/6673</w:t>
        <w:br/>
        <w:t>f 12381/7434/6674 12380/7435/6675 12379/7436/6676</w:t>
        <w:br/>
        <w:t>f 12378/7437/6677 12381/7434/6674 12379/7436/6676</w:t>
        <w:br/>
        <w:t>f 12383/7438/6678 12382/7439/6679 11994/7049/6326</w:t>
        <w:br/>
        <w:t>f 11995/7048/6325 12383/7438/6678 11994/7049/6326</w:t>
        <w:br/>
        <w:t>f 12385/7440/6680 11997/7053/6329 11998/7052/6326</w:t>
        <w:br/>
        <w:t>f 12384/7441/6681 12385/7440/6680 11998/7052/6326</w:t>
        <w:br/>
        <w:t>f 12389/7442/6682 12388/7443/6683 12387/7444/6684</w:t>
        <w:br/>
        <w:t>f 12386/7445/6685 12389/7442/6682 12387/7444/6684</w:t>
        <w:br/>
        <w:t>f 12393/7446/6686 12392/7447/6687 12391/7448/6688</w:t>
        <w:br/>
        <w:t>f 12390/7449/6689 12393/7446/6686 12391/7448/6688</w:t>
        <w:br/>
        <w:t>f 12395/7450/6690 12385/7440/6680 12384/7441/6681</w:t>
        <w:br/>
        <w:t>f 12394/7451/6691 12395/7450/6690 12384/7441/6681</w:t>
        <w:br/>
        <w:t>f 12398/7452/6692 12382/7439/6679 12397/7453/6693</w:t>
        <w:br/>
        <w:t>f 12396/7454/6694 12398/7452/6692 12397/7453/6693</w:t>
        <w:br/>
        <w:t>f 11976/7033/6310 11997/7053/6329 12385/7440/6680</w:t>
        <w:br/>
        <w:t>f 12369/7422/6662 11976/7033/6310 12385/7440/6680</w:t>
        <w:br/>
        <w:t>f 12393/7446/6686 12370/7427/6667 12371/7426/6666</w:t>
        <w:br/>
        <w:t>f 12392/7447/6687 12393/7446/6686 12371/7426/6666</w:t>
        <w:br/>
        <w:t>f 12375/7428/6668 12400/7455/6695 12399/7456/6696</w:t>
        <w:br/>
        <w:t>f 12374/7429/6669 12375/7428/6668 12399/7456/6696</w:t>
        <w:br/>
        <w:t>f 12387/7444/6684 12388/7443/6683 12376/7433/6673</w:t>
        <w:br/>
        <w:t>f 12377/7432/6672 12387/7444/6684 12376/7433/6673</w:t>
        <w:br/>
        <w:t>f 12396/7454/6694 12397/7453/6693 12402/7457/6697</w:t>
        <w:br/>
        <w:t>f 12401/7458/6698 12396/7454/6694 12402/7457/6697</w:t>
        <w:br/>
        <w:t>f 12381/7434/6674 12378/7437/6677 12404/7459/6699</w:t>
        <w:br/>
        <w:t>f 12403/7460/6700 12381/7434/6674 12404/7459/6699</w:t>
        <w:br/>
        <w:t>f 12406/7461/6701 12405/7462/6702 12360/7415/6655</w:t>
        <w:br/>
        <w:t>f 12361/7414/6654 12406/7461/6701 12360/7415/6655</w:t>
        <w:br/>
        <w:t>f 12407/7463/6703 12406/7461/6701 12361/7414/6654</w:t>
        <w:br/>
        <w:t>f 12370/7427/6667 12407/7463/6703 12361/7414/6654</w:t>
        <w:br/>
        <w:t>f 12408/7464/6704 12407/7463/6703 12370/7427/6667</w:t>
        <w:br/>
        <w:t>f 12393/7446/6686 12408/7464/6704 12370/7427/6667</w:t>
        <w:br/>
        <w:t>f 12385/7440/6680 12395/7450/6690 12368/7423/6663</w:t>
        <w:br/>
        <w:t>f 12369/7422/6662 12385/7440/6680 12368/7423/6663</w:t>
        <w:br/>
        <w:t>f 12402/7457/6697 12410/7465/6705 12409/7466/6706</w:t>
        <w:br/>
        <w:t>f 12401/7458/6698 12402/7457/6697 12409/7466/6706</w:t>
        <w:br/>
        <w:t>f 12411/7467/6707 12409/7466/6706 12410/7465/6705</w:t>
        <w:br/>
        <w:t>f 12357/7412/6652 12411/7467/6707 12410/7465/6705</w:t>
        <w:br/>
        <w:t>f 12413/7468/6652 12366/7425/6665 12367/7424/6664</w:t>
        <w:br/>
        <w:t>f 12412/7469/6707 12413/7468/6652 12367/7424/6664</w:t>
        <w:br/>
        <w:t>f 12405/7462/6702 12406/7461/6701 12372/7431/6671</w:t>
        <w:br/>
        <w:t>f 12414/7470/6708 12405/7462/6702 12372/7431/6671</w:t>
        <w:br/>
        <w:t>f 12399/7456/6696 12400/7455/6695 12415/7471/6709</w:t>
        <w:br/>
        <w:t>f 12417/7472/6710 12393/7446/6686 12390/7449/6689</w:t>
        <w:br/>
        <w:t>f 12416/7473/6711 12417/7472/6710 12390/7449/6689</w:t>
        <w:br/>
        <w:t>f 11972/7031/6308 11973/7030/6307 12366/7425/6665</w:t>
        <w:br/>
        <w:t>f 12413/7468/6652 11972/7031/6308 12366/7425/6665</w:t>
        <w:br/>
        <w:t>f 12369/7422/6662 12366/7425/6665 11973/7030/6307</w:t>
        <w:br/>
        <w:t>f 11976/7033/6310 12369/7422/6662 11973/7030/6307</w:t>
        <w:br/>
        <w:t>f 12403/7460/6700 12404/7459/6699 12418/7474/6711</w:t>
        <w:br/>
        <w:t>f 12386/7445/6685 12403/7460/6700 12418/7474/6711</w:t>
        <w:br/>
        <w:t>f 12419/7475/6702 12379/7436/6676 12380/7435/6675</w:t>
        <w:br/>
        <w:t>f 12364/7419/6659 12419/7475/6702 12380/7435/6675</w:t>
        <w:br/>
        <w:t>f 12372/7431/6671 12373/7430/6670 12414/7470/6708</w:t>
        <w:br/>
        <w:t>f 12416/7473/6711 12415/7471/6709 12400/7455/6695</w:t>
        <w:br/>
        <w:t>f 12408/7464/6704 12416/7473/6711 12400/7455/6695</w:t>
        <w:br/>
        <w:t>f 12423/7476/6712 12422/7477/6713 12421/7478/6714</w:t>
        <w:br/>
        <w:t>f 12420/7479/6715 12423/7476/6712 12421/7478/6714</w:t>
        <w:br/>
        <w:t>f 12425/7480/6709 12418/7474/6711 12404/7459/6699</w:t>
        <w:br/>
        <w:t>f 12424/7481/6716 12425/7480/6709 12404/7459/6699</w:t>
        <w:br/>
        <w:t>f 12419/7475/6702 12422/7477/6713 12423/7476/6712</w:t>
        <w:br/>
        <w:t>f 12379/7436/6676 12419/7475/6702 12423/7476/6712</w:t>
        <w:br/>
        <w:t>f 12427/7482/6717 12425/7480/6709 12424/7481/6716</w:t>
        <w:br/>
        <w:t>f 12426/7483/6718 12427/7482/6717 12424/7481/6716</w:t>
        <w:br/>
        <w:t>f 12372/7431/6671 12406/7461/6701 12407/7463/6703</w:t>
        <w:br/>
        <w:t>f 12375/7428/6668 12372/7431/6671 12407/7463/6703</w:t>
        <w:br/>
        <w:t>f 12400/7455/6695 12375/7428/6668 12407/7463/6703</w:t>
        <w:br/>
        <w:t>f 12408/7464/6704 12400/7455/6695 12407/7463/6703</w:t>
        <w:br/>
        <w:t>f 11910/6969/6252 11911/6968/6251 12428/7484/6719</w:t>
        <w:br/>
        <w:t>f 12067/7123/6394 11910/6969/6252 12428/7484/6719</w:t>
        <w:br/>
        <w:t>f 12019/7072/6346 12052/7109/6380 12429/7485/3465</w:t>
        <w:br/>
        <w:t>f 11880/6933/6217 12019/7072/6346 12429/7485/3465</w:t>
        <w:br/>
        <w:t>f 12028/7082/6356 12431/7486/6720 12430/7487/6721</w:t>
        <w:br/>
        <w:t>f 12004/7059/6335 12028/7082/6356 12430/7487/6721</w:t>
        <w:br/>
        <w:t>f 12431/7486/6720 12064/7121/6393 12432/7488/6722</w:t>
        <w:br/>
        <w:t>f 12430/7487/6721 12431/7486/6720 12432/7488/6722</w:t>
        <w:br/>
        <w:t>f 11875/6932/6216 11873/6930/6214 12434/7489/6723</w:t>
        <w:br/>
        <w:t>f 12433/7490/6724 11875/6932/6216 12434/7489/6723</w:t>
        <w:br/>
        <w:t>f 11873/6930/6214 11874/6929/6213 12435/7491/6725</w:t>
        <w:br/>
        <w:t>f 12434/7489/6723 11873/6930/6214 12435/7491/6725</w:t>
        <w:br/>
        <w:t>f 12069/7125/6396 12435/7491/6725 11874/6929/6213</w:t>
        <w:br/>
        <w:t>f 12068/7126/6397 12069/7125/6396 11874/6929/6213</w:t>
        <w:br/>
        <w:t>f 12438/7492/6726 12437/7493/6727 12436/7494/6728</w:t>
        <w:br/>
        <w:t>f 11895/6953/6236 12438/7492/6726 12436/7494/6728</w:t>
        <w:br/>
        <w:t>f 11908/6965/6248 12024/7081/6355 12438/7492/6726</w:t>
        <w:br/>
        <w:t>f 11895/6953/6236 11908/6965/6248 12438/7492/6726</w:t>
        <w:br/>
        <w:t>f 11925/6982/6265 12079/7135/6406 12078/7131/6402</w:t>
        <w:br/>
        <w:t>f 11929/6984/6267 11925/6982/6265 12078/7131/6402</w:t>
        <w:br/>
        <w:t>f 11897/6951/6234 11925/6982/6265 11929/6984/6267</w:t>
        <w:br/>
        <w:t>f 11930/6983/6266 11897/6951/6234 11929/6984/6267</w:t>
        <w:br/>
        <w:t>f 11951/7007/6287 12439/7495/6729 12062/7118/6390</w:t>
        <w:br/>
        <w:t>f 11967/7023/6301 11951/7007/6287 12062/7118/6390</w:t>
        <w:br/>
        <w:t>f 12085/7141/6409 12000/7057/6333 12002/7061/6337</w:t>
        <w:br/>
        <w:t>f 12086/7143/6412 12085/7141/6409 12002/7061/6337</w:t>
        <w:br/>
        <w:t>f 12000/7057/6333 12001/7056/6332 12005/7058/6334</w:t>
        <w:br/>
        <w:t>f 12002/7061/6337 12000/7057/6333 12005/7058/6334</w:t>
        <w:br/>
        <w:t>f 12442/7496/6730 12441/7497/6731 12092/7151/6418</w:t>
        <w:br/>
        <w:t>f 12440/7498/6732 12442/7496/6730 12092/7151/6418</w:t>
        <w:br/>
        <w:t>f 12133/7188/6452 12142/7197/6460 12442/7496/6730</w:t>
        <w:br/>
        <w:t>f 12440/7498/6732 12133/7188/6452 12442/7496/6730</w:t>
        <w:br/>
        <w:t>f 12441/7497/6731 12443/7499/6420 12095/7148/6415</w:t>
        <w:br/>
        <w:t>f 12092/7151/6418 12441/7497/6731 12095/7148/6415</w:t>
        <w:br/>
        <w:t>f 12186/7245/6503 12217/7275/6532 12444/7500/6506</w:t>
        <w:br/>
        <w:t>f 12189/7242/6500 12186/7245/6503 12444/7500/6506</w:t>
        <w:br/>
        <w:t>f 12229/7284/6541 12226/7281/6538 12205/7262/6519</w:t>
        <w:br/>
        <w:t>f 12206/7261/6518 12229/7284/6541 12205/7262/6519</w:t>
        <w:br/>
        <w:t>f 12256/7311/6565 12446/7501/6733 12445/7502/6734</w:t>
        <w:br/>
        <w:t>f 12255/7312/6566 12256/7311/6565 12445/7502/6734</w:t>
        <w:br/>
        <w:t>f 12447/7503/6579 12445/7502/6734 12446/7501/6733</w:t>
        <w:br/>
        <w:t>f 12188/7243/6501 12447/7503/6579 12446/7501/6733</w:t>
        <w:br/>
        <w:t>f 12254/7309/6563 12259/7313/6567 12245/7301/6555</w:t>
        <w:br/>
        <w:t>f 12227/7280/6537 12254/7309/6563 12245/7301/6555</w:t>
        <w:br/>
        <w:t>f 12008/7063/6339 12009/7062/6338 12080/7139/6410</w:t>
        <w:br/>
        <w:t>f 12081/7138/6409 12008/7063/6339 12080/7139/6410</w:t>
        <w:br/>
        <w:t>f 12058/7114/6385 11905/6963/6246 11906/6962/6245</w:t>
        <w:br/>
        <w:t>f 12440/7498/6732 12448/7504/6735 12132/7189/6453</w:t>
        <w:br/>
        <w:t>f 12133/7188/6452 12440/7498/6732 12132/7189/6453</w:t>
        <w:br/>
        <w:t>f 12448/7504/6735 12440/7498/6732 12092/7151/6418</w:t>
        <w:br/>
        <w:t>f 12093/7150/6417 12448/7504/6735 12092/7151/6418</w:t>
        <w:br/>
        <w:t>f 12449/7505/6736 12383/7438/6678 11995/7048/6325</w:t>
        <w:br/>
        <w:t>f 11978/7035/6312 12449/7505/6736 11995/7048/6325</w:t>
        <w:br/>
        <w:t>f 12449/7505/6736 11978/7035/6312 11971/7024/6302</w:t>
        <w:br/>
        <w:t>f 12356/7413/6653 12449/7505/6736 11971/7024/6302</w:t>
        <w:br/>
        <w:t>f 12450/7506/6737 12060/7116/6387 11896/6952/6235</w:t>
        <w:br/>
        <w:t>f 12450/7506/6737 11896/6952/6235 12059/7115/6386</w:t>
        <w:br/>
        <w:t>f 12059/7115/6386 11885/6940/6224 11900/6954/6237</w:t>
        <w:br/>
        <w:t>f 12450/7506/6737 12059/7115/6386 11900/6954/6237</w:t>
        <w:br/>
        <w:t>f 11900/6954/6237 11901/6957/6240 12060/7116/6387</w:t>
        <w:br/>
        <w:t>f 12450/7506/6737 11900/6954/6237 12060/7116/6387</w:t>
        <w:br/>
        <w:t>f 12075/7134/6405 11928/6985/6268 11929/6984/6267</w:t>
        <w:br/>
        <w:t>f 12078/7131/6402 12075/7134/6405 11929/6984/6267</w:t>
        <w:br/>
        <w:t>f 12062/7118/6390 12439/7495/6729 12451/7507/6738</w:t>
        <w:br/>
        <w:t>f 11961/7018/6296 12062/7118/6390 12451/7507/6738</w:t>
        <w:br/>
        <w:t>f 12451/7507/6738 12439/7495/6729 12061/7117/6389</w:t>
        <w:br/>
        <w:t>f 11950/7003/6284 12451/7507/6738 12061/7117/6389</w:t>
        <w:br/>
        <w:t>f 11989/7047/6324 12080/7139/6410 12009/7062/6338</w:t>
        <w:br/>
        <w:t>f 11991/7045/6322 11989/7047/6324 12009/7062/6338</w:t>
        <w:br/>
        <w:t>f 12080/7139/6410 11989/7047/6324 12452/7508/6739</w:t>
        <w:br/>
        <w:t>f 12083/7136/6407 12080/7139/6410 12452/7508/6739</w:t>
        <w:br/>
        <w:t>f 12051/7107/6378 12026/7084/6358 12038/7091/6365</w:t>
        <w:br/>
        <w:t>f 12035/7094/6366 12051/7107/6378 12038/7091/6365</w:t>
        <w:br/>
        <w:t>f 12026/7084/6358 12051/7107/6378 12431/7486/6720</w:t>
        <w:br/>
        <w:t>f 12028/7082/6356 12026/7084/6358 12431/7486/6720</w:t>
        <w:br/>
        <w:t>f 11951/7007/6287 11909/6964/6247 12061/7117/6389</w:t>
        <w:br/>
        <w:t>f 12439/7495/6729 11951/7007/6287 12061/7117/6389</w:t>
        <w:br/>
        <w:t>f 12035/7094/6366 12036/7093/6363 12454/7509/6740</w:t>
        <w:br/>
        <w:t>f 12453/7510/6741 12035/7094/6366 12454/7509/6740</w:t>
        <w:br/>
        <w:t>f 12431/7486/6720 12051/7107/6378 12050/7105/6376</w:t>
        <w:br/>
        <w:t>f 12064/7121/6393 12431/7486/6720 12050/7105/6376</w:t>
        <w:br/>
        <w:t>f 11885/6940/6224 11886/6939/6223 11899/6955/6238</w:t>
        <w:br/>
        <w:t>f 11900/6954/6237 11885/6940/6224 11899/6955/6238</w:t>
        <w:br/>
        <w:t>f 11903/6959/6242 11901/6957/6240 11898/6956/6239</w:t>
        <w:br/>
        <w:t>f 12455/7511/6742 11903/6959/6242 11898/6956/6239</w:t>
        <w:br/>
        <w:t>f 11990/7046/6323 11967/7023/6301 11962/7017/6295</w:t>
        <w:br/>
        <w:t>f 12028/7082/6356 12004/7059/6335 12039/7095/6367</w:t>
        <w:br/>
        <w:t>f 11925/6982/6265 11926/6981/6264 12079/7135/6406</w:t>
        <w:br/>
        <w:t>f 12031/7086/6360 11926/6981/6264 12456/7512/6743</w:t>
        <w:br/>
        <w:t>f 12030/7087/6361 12031/7086/6360 12456/7512/6743</w:t>
        <w:br/>
        <w:t>f 12055/7112/6383 12056/7111/6382 12030/7087/6361</w:t>
        <w:br/>
        <w:t>f 12456/7512/6743 12055/7112/6383 12030/7087/6361</w:t>
        <w:br/>
        <w:t>f 12022/7078/6352 12056/7111/6382 12057/7110/6381</w:t>
        <w:br/>
        <w:t>f 12021/7079/6353 12022/7078/6352 12057/7110/6381</w:t>
        <w:br/>
        <w:t>f 12029/7088/6362 12030/7087/6361 12056/7111/6382</w:t>
        <w:br/>
        <w:t>f 12022/7078/6352 12029/7088/6362 12056/7111/6382</w:t>
        <w:br/>
        <w:t>f 12078/7131/6402 12079/7135/6406 12066/7122/6394</w:t>
        <w:br/>
        <w:t>f 12077/7132/6403 12078/7131/6402 12066/7122/6394</w:t>
        <w:br/>
        <w:t>f 12054/7113/6384 12457/7513/6744 12053/7108/6379</w:t>
        <w:br/>
        <w:t>f 12057/7110/6381 12054/7113/6384 12053/7108/6379</w:t>
        <w:br/>
        <w:t>f 12016/7075/6349 12021/7079/6353 12057/7110/6381</w:t>
        <w:br/>
        <w:t>f 12053/7108/6379 12016/7075/6349 12057/7110/6381</w:t>
        <w:br/>
        <w:t>f 12017/7074/6348 12023/7077/6351 12021/7079/6353</w:t>
        <w:br/>
        <w:t>f 12016/7075/6349 12017/7074/6348 12021/7079/6353</w:t>
        <w:br/>
        <w:t>f 12003/7060/6336 12044/7099/6371 12043/7100/6372</w:t>
        <w:br/>
        <w:t>f 12458/7514/6745 12003/7060/6336 12043/7100/6372</w:t>
        <w:br/>
        <w:t>f 12430/7487/6721 12044/7099/6371 12003/7060/6336</w:t>
        <w:br/>
        <w:t>f 12004/7059/6335 12430/7487/6721 12003/7060/6336</w:t>
        <w:br/>
        <w:t>f 12433/7490/6724 12459/7515/6746 11881/6938/6222</w:t>
        <w:br/>
        <w:t>f 11875/6932/6216 12433/7490/6724 11881/6938/6222</w:t>
        <w:br/>
        <w:t>f 12025/7080/6354 12006/7065/6341 12007/7064/6340</w:t>
        <w:br/>
        <w:t>f 12045/7103/6372 12025/7080/6354 12007/7064/6340</w:t>
        <w:br/>
        <w:t>f 12026/7084/6358 11923/6980/6262 11913/6966/6249</w:t>
        <w:br/>
        <w:t>f 12461/7516/6747 12460/7517/6748 12350/7407/6648</w:t>
        <w:br/>
        <w:t>f 12351/7406/6644 12461/7516/6747 12350/7407/6648</w:t>
        <w:br/>
        <w:t>f 12035/7094/6366 12020/7076/6350 12051/7107/6378</w:t>
        <w:br/>
        <w:t>f 12463/7518/6749 12462/7519/6750 12457/7513/6744</w:t>
        <w:br/>
        <w:t>f 12070/7124/6395 12463/7518/6749 12457/7513/6744</w:t>
        <w:br/>
        <w:t>f 12465/7520/6669 12420/7479/6715 12464/7521/6670</w:t>
        <w:br/>
        <w:t>f 12427/7482/6717 12426/7483/6718 12465/7520/6669</w:t>
        <w:br/>
        <w:t>f 12467/7522/6751 12460/7517/6748 12466/7523/6752</w:t>
        <w:br/>
        <w:t>f 12468/7524/6636 12354/7411/6753 12467/7522/6751</w:t>
        <w:br/>
        <w:t>f 12093/7150/6417 12094/7149/6416 12469/7525/6754</w:t>
        <w:br/>
        <w:t>f 12470/7526/6755 12448/7504/6735 12093/7150/6417</w:t>
        <w:br/>
        <w:t>f 12469/7525/6754 12470/7526/6755 12093/7150/6417</w:t>
        <w:br/>
        <w:t>f 12471/7527/6756 12132/7189/6453 12448/7504/6735</w:t>
        <w:br/>
        <w:t>f 12470/7526/6755 12471/7527/6756 12448/7504/6735</w:t>
        <w:br/>
        <w:t>f 12132/7189/6453 12471/7527/6756 12131/7190/6454</w:t>
        <w:br/>
        <w:t>f 12473/7528/6757 12471/7527/6756 12470/7526/6755</w:t>
        <w:br/>
        <w:t>f 12472/7529/6758 12473/7528/6757 12470/7526/6755</w:t>
        <w:br/>
        <w:t>f 12469/7525/6754 12474/7530/6759 12472/7529/6758</w:t>
        <w:br/>
        <w:t>f 12470/7526/6755 12469/7525/6754 12472/7529/6758</w:t>
        <w:br/>
        <w:t>f 12475/7531/6760 12171/7228/6487 12172/7227/6427</w:t>
        <w:br/>
        <w:t>f 12476/7532/6761 12173/7229/6488 12171/7228/6487</w:t>
        <w:br/>
        <w:t>f 12475/7531/6760 12476/7532/6761 12171/7228/6487</w:t>
        <w:br/>
        <w:t>f 12173/7229/6488 12476/7532/6761 12169/7226/6486</w:t>
        <w:br/>
        <w:t>f 12174/7230/6489 12173/7229/6488 12169/7226/6486</w:t>
        <w:br/>
        <w:t>f 12169/7226/6486 12170/7225/6483 12174/7230/6489</w:t>
        <w:br/>
        <w:t>f 12476/7532/6761 12126/7183/6447 12157/7214/6476</w:t>
        <w:br/>
        <w:t>f 12169/7226/6486 12476/7532/6761 12157/7214/6476</w:t>
        <w:br/>
        <w:t>f 12125/7184/6448 12126/7183/6447 12476/7532/6761</w:t>
        <w:br/>
        <w:t>f 12475/7531/6760 12125/7184/6448 12476/7532/6761</w:t>
        <w:br/>
        <w:t>f 12187/7244/6502 12188/7243/6501 12477/7533/6762</w:t>
        <w:br/>
        <w:t>f 12187/7244/6502 12477/7533/6762 12478/7534/6763</w:t>
        <w:br/>
        <w:t>f 12266/7322/6574 12187/7244/6502 12478/7534/6763</w:t>
        <w:br/>
        <w:t>f 12479/7535/6764 12223/7276/6533 12266/7322/6574</w:t>
        <w:br/>
        <w:t>f 12478/7534/6763 12479/7535/6764 12266/7322/6574</w:t>
        <w:br/>
        <w:t>f 12223/7276/6533 12479/7535/6764 12222/7277/6534</w:t>
        <w:br/>
        <w:t>f 12251/7307/6561 12479/7535/6764 12478/7534/6763</w:t>
        <w:br/>
        <w:t>f 12256/7311/6565 12251/7307/6561 12478/7534/6763</w:t>
        <w:br/>
        <w:t>f 12446/7501/6733 12256/7311/6565 12478/7534/6763</w:t>
        <w:br/>
        <w:t>f 12477/7533/6762 12446/7501/6733 12478/7534/6763</w:t>
        <w:br/>
        <w:t>f 12480/7536/6765 12203/7259/6516 12198/7257/6515</w:t>
        <w:br/>
        <w:t>f 12481/7537/6766 12216/7271/6528 12203/7259/6516</w:t>
        <w:br/>
        <w:t>f 12480/7536/6765 12481/7537/6766 12203/7259/6516</w:t>
        <w:br/>
        <w:t>f 12244/7298/6553 12216/7271/6528 12481/7537/6766</w:t>
        <w:br/>
        <w:t>f 12482/7538/6767 12244/7298/6553 12481/7537/6766</w:t>
        <w:br/>
        <w:t>f 12482/7538/6767 12233/7290/6547 12234/7289/6546</w:t>
        <w:br/>
        <w:t>f 12481/7537/6766 12213/7270/6527 12233/7290/6547</w:t>
        <w:br/>
        <w:t>f 12482/7538/6767 12481/7537/6766 12233/7290/6547</w:t>
        <w:br/>
        <w:t>f 12199/7256/6514 12213/7270/6527 12481/7537/6766</w:t>
        <w:br/>
        <w:t>f 12480/7536/6765 12199/7256/6514 12481/7537/6766</w:t>
        <w:br/>
        <w:t>f 12277/7334/6584 12278/7333/6583 12483/7539/6768</w:t>
        <w:br/>
        <w:t>f 12483/7539/6768 12484/7540/6769 12311/7367/6614</w:t>
        <w:br/>
        <w:t>f 12277/7334/6584 12483/7539/6768 12311/7367/6614</w:t>
        <w:br/>
        <w:t>f 12319/7372/6619 12311/7367/6614 12484/7540/6769</w:t>
        <w:br/>
        <w:t>f 12485/7541/6770 12319/7372/6619 12484/7540/6769</w:t>
        <w:br/>
        <w:t>f 12319/7372/6619 12485/7541/6770 12318/7373/6620</w:t>
        <w:br/>
        <w:t>f 12335/7391/6634 12485/7541/6770 12484/7540/6769</w:t>
        <w:br/>
        <w:t>f 12309/7364/6611 12335/7391/6634 12484/7540/6769</w:t>
        <w:br/>
        <w:t>f 12483/7539/6768 12294/7352/6599 12309/7364/6611</w:t>
        <w:br/>
        <w:t>f 12484/7540/6769 12483/7539/6768 12309/7364/6611</w:t>
        <w:br/>
        <w:t>f 12486/7542/6771 12293/7346/6595 12290/7349/6597</w:t>
        <w:br/>
        <w:t>f 12486/7542/6771 12487/7543/6772 12307/7362/6609</w:t>
        <w:br/>
        <w:t>f 12293/7346/6595 12486/7542/6771 12307/7362/6609</w:t>
        <w:br/>
        <w:t>f 12487/7543/6772 12488/7544/6773 12327/7380/6625</w:t>
        <w:br/>
        <w:t>f 12307/7362/6609 12487/7543/6772 12327/7380/6625</w:t>
        <w:br/>
        <w:t>f 12327/7380/6625 12488/7544/6773 12326/7381/6626</w:t>
        <w:br/>
        <w:t>f 12339/7396/6639 12488/7544/6773 12487/7543/6772</w:t>
        <w:br/>
        <w:t>f 12315/7368/6615 12339/7396/6639 12487/7543/6772</w:t>
        <w:br/>
        <w:t>f 12314/7369/6616 12315/7368/6615 12487/7543/6772</w:t>
        <w:br/>
        <w:t>f 12486/7542/6771 12314/7369/6616 12487/7543/6772</w:t>
        <w:br/>
        <w:t>f 12356/7413/6653 12357/7412/6652 12489/7545/6774</w:t>
        <w:br/>
        <w:t>f 12489/7545/6774 12490/7546/6775 12449/7505/6736</w:t>
        <w:br/>
        <w:t>f 12356/7413/6653 12489/7545/6774 12449/7505/6736</w:t>
        <w:br/>
        <w:t>f 12383/7438/6678 12449/7505/6736 12490/7546/6775</w:t>
        <w:br/>
        <w:t>f 12491/7547/6776 12383/7438/6678 12490/7546/6775</w:t>
        <w:br/>
        <w:t>f 12383/7438/6678 12491/7547/6776 12382/7439/6679</w:t>
        <w:br/>
        <w:t>f 12490/7546/6775 12402/7457/6697 12397/7453/6693</w:t>
        <w:br/>
        <w:t>f 12491/7547/6776 12490/7546/6775 12397/7453/6693</w:t>
        <w:br/>
        <w:t>f 12410/7465/6705 12402/7457/6697 12490/7546/6775</w:t>
        <w:br/>
        <w:t>f 12489/7545/6774 12410/7465/6705 12490/7546/6775</w:t>
        <w:br/>
        <w:t>f 12492/7548/6777 12363/7420/6660 12364/7419/6659</w:t>
        <w:br/>
        <w:t>f 12492/7548/6777 12493/7549/6778 12377/7432/6672</w:t>
        <w:br/>
        <w:t>f 12363/7420/6660 12492/7548/6777 12377/7432/6672</w:t>
        <w:br/>
        <w:t>f 12494/7550/6779 12387/7444/6684 12377/7432/6672</w:t>
        <w:br/>
        <w:t>f 12493/7549/6778 12494/7550/6779 12377/7432/6672</w:t>
        <w:br/>
        <w:t>f 12387/7444/6684 12494/7550/6779 12386/7445/6685</w:t>
        <w:br/>
        <w:t>f 12403/7460/6700 12494/7550/6779 12493/7549/6778</w:t>
        <w:br/>
        <w:t>f 12381/7434/6674 12403/7460/6700 12493/7549/6778</w:t>
        <w:br/>
        <w:t>f 12380/7435/6675 12381/7434/6674 12493/7549/6778</w:t>
        <w:br/>
        <w:t>f 12492/7548/6777 12380/7435/6675 12493/7549/6778</w:t>
        <w:br/>
        <w:t>f 12108/7163/6422 12109/7162/6428 12474/7530/6759</w:t>
        <w:br/>
        <w:t>f 12094/7149/6416 12108/7163/6422 12474/7530/6759</w:t>
        <w:br/>
        <w:t>f 12167/7224/6416 12168/7223/6485 12102/7157/6423</w:t>
        <w:br/>
        <w:t>f 12103/7156/6422 12167/7224/6416 12102/7157/6423</w:t>
        <w:br/>
        <w:t>f 12168/7223/6485 12152/7208/6470 12113/7168/6432</w:t>
        <w:br/>
        <w:t>f 12102/7157/6423 12168/7223/6485 12113/7168/6432</w:t>
        <w:br/>
        <w:t>f 12113/7168/6432 12152/7208/6470 12137/7192/6455</w:t>
        <w:br/>
        <w:t>f 12143/7202/6464 12113/7168/6432 12137/7192/6455</w:t>
        <w:br/>
        <w:t>f 12143/7202/6464 12137/7192/6455 12138/7191/6454</w:t>
        <w:br/>
        <w:t>f 12146/7199/6461 12143/7202/6464 12138/7191/6454</w:t>
        <w:br/>
        <w:t>f 12147/7206/6468 12131/7190/6454 12473/7528/6757</w:t>
        <w:br/>
        <w:t>f 12150/7203/6465 12147/7206/6468 12473/7528/6757</w:t>
        <w:br/>
        <w:t>f 12150/7203/6465 12473/7528/6757 12472/7529/6758</w:t>
        <w:br/>
        <w:t>f 12123/7178/6442 12150/7203/6465 12472/7529/6758</w:t>
        <w:br/>
        <w:t>f 12472/7529/6758 12474/7530/6759 12109/7162/6428</w:t>
        <w:br/>
        <w:t>f 12123/7178/6442 12472/7529/6758 12109/7162/6428</w:t>
        <w:br/>
        <w:t>f 12255/7312/6566 12445/7502/6734 12202/7260/6517</w:t>
        <w:br/>
        <w:t>f 12215/7272/6529 12255/7312/6566 12202/7260/6517</w:t>
        <w:br/>
        <w:t>f 12255/7312/6566 12215/7272/6529 12242/7300/6554</w:t>
        <w:br/>
        <w:t>f 12250/7308/6562 12255/7312/6566 12242/7300/6554</w:t>
        <w:br/>
        <w:t>f 12250/7308/6562 12242/7300/6554 12243/7299/6552</w:t>
        <w:br/>
        <w:t>f 12252/7306/6560 12250/7308/6562 12243/7299/6552</w:t>
        <w:br/>
        <w:t>f 12253/7310/6564 12240/7297/6552 12241/7296/6551</w:t>
        <w:br/>
        <w:t>f 12254/7309/6563 12253/7310/6564 12241/7296/6551</w:t>
        <w:br/>
        <w:t>f 12254/7309/6563 12241/7296/6551 12208/7263/6520</w:t>
        <w:br/>
        <w:t>f 12259/7313/6567 12254/7309/6563 12208/7263/6520</w:t>
        <w:br/>
        <w:t>f 12259/7313/6567 12208/7263/6520 12194/7253/6511</w:t>
        <w:br/>
        <w:t>f 12258/7314/6568 12259/7313/6567 12194/7253/6511</w:t>
        <w:br/>
        <w:t>f 12194/7253/6511 12195/7252/6510 12273/7329/6579</w:t>
        <w:br/>
        <w:t>f 12258/7314/6568 12194/7253/6511 12273/7329/6579</w:t>
        <w:br/>
        <w:t>f 12445/7502/6734 12447/7503/6579 12204/7258/6510</w:t>
        <w:br/>
        <w:t>f 12202/7260/6517 12445/7502/6734 12204/7258/6510</w:t>
        <w:br/>
        <w:t>f 12334/7392/6635 12324/7383/6628 12325/7382/6627</w:t>
        <w:br/>
        <w:t>f 12336/7390/6633 12334/7392/6635 12325/7382/6627</w:t>
        <w:br/>
        <w:t>f 12329/7386/6630 12333/7388/6632 12332/7389/6633</w:t>
        <w:br/>
        <w:t>f 12328/7387/6631 12329/7386/6630 12332/7389/6633</w:t>
        <w:br/>
        <w:t>f 12329/7386/6630 12301/7356/6603 12298/7355/6602</w:t>
        <w:br/>
        <w:t>f 12333/7388/6632 12329/7386/6630 12298/7355/6602</w:t>
        <w:br/>
        <w:t>f 12298/7355/6602 12301/7356/6603 12286/7345/6594</w:t>
        <w:br/>
        <w:t>f 12285/7338/6587 12298/7355/6602 12286/7345/6594</w:t>
        <w:br/>
        <w:t>f 12286/7345/6594 12287/7344/6593 12284/7339/6588</w:t>
        <w:br/>
        <w:t>f 12285/7338/6587 12286/7345/6594 12284/7339/6588</w:t>
        <w:br/>
        <w:t>f 12295/7351/6598 12296/7350/6588 12291/7348/6593</w:t>
        <w:br/>
        <w:t>f 12292/7347/6596 12295/7351/6598 12291/7348/6593</w:t>
        <w:br/>
        <w:t>f 12308/7365/6612 12295/7351/6598 12292/7347/6596</w:t>
        <w:br/>
        <w:t>f 12306/7363/6610 12308/7365/6612 12292/7347/6596</w:t>
        <w:br/>
        <w:t>f 12308/7365/6612 12306/7363/6610 12324/7383/6628</w:t>
        <w:br/>
        <w:t>f 12334/7392/6635 12308/7365/6612 12324/7383/6628</w:t>
        <w:br/>
        <w:t>f 12362/7421/6661 12376/7433/6673 12401/7458/6698</w:t>
        <w:br/>
        <w:t>f 12409/7466/6706 12362/7421/6661 12401/7458/6698</w:t>
        <w:br/>
        <w:t>f 12376/7433/6673 12388/7443/6683 12396/7454/6694</w:t>
        <w:br/>
        <w:t>f 12401/7458/6698 12376/7433/6673 12396/7454/6694</w:t>
        <w:br/>
        <w:t>f 12396/7454/6694 12388/7443/6683 12389/7442/6682</w:t>
        <w:br/>
        <w:t>f 12398/7452/6692 12396/7454/6694 12389/7442/6682</w:t>
        <w:br/>
        <w:t>f 12394/7451/6691 12391/7448/6688 12392/7447/6687</w:t>
        <w:br/>
        <w:t>f 12395/7450/6690 12394/7451/6691 12392/7447/6687</w:t>
        <w:br/>
        <w:t>f 12368/7423/6663 12395/7450/6690 12392/7447/6687</w:t>
        <w:br/>
        <w:t>f 12371/7426/6666 12368/7423/6663 12392/7447/6687</w:t>
        <w:br/>
        <w:t>f 12358/7417/6657 12367/7424/6664 12368/7423/6663</w:t>
        <w:br/>
        <w:t>f 12371/7426/6666 12358/7417/6657 12368/7423/6663</w:t>
        <w:br/>
        <w:t>f 12358/7417/6657 12359/7416/6656 12412/7469/6707</w:t>
        <w:br/>
        <w:t>f 12367/7424/6664 12358/7417/6657 12412/7469/6707</w:t>
        <w:br/>
        <w:t>f 12365/7418/6658 12362/7421/6661 12409/7466/6706</w:t>
        <w:br/>
        <w:t>f 12411/7467/6707 12365/7418/6658 12409/7466/6706</w:t>
        <w:br/>
        <w:t>f 11893/6950/6233 11897/6951/6234 11930/6983/6266</w:t>
        <w:br/>
        <w:t>f 11904/6958/6241 12060/7116/6387 11901/6957/6240</w:t>
        <w:br/>
        <w:t>f 11984/7041/6318 11990/7046/6323 11962/7017/6295</w:t>
        <w:br/>
        <w:t>f 12452/7508/6739 11989/7047/6324 11990/7046/6323</w:t>
        <w:br/>
        <w:t>f 11984/7041/6318 12452/7508/6739 11990/7046/6323</w:t>
        <w:br/>
        <w:t>f 12009/7062/6338 12006/7065/6341 11991/7045/6322</w:t>
        <w:br/>
        <w:t>f 11915/6970/6253 11912/6967/6250 11924/6979/6261</w:t>
        <w:br/>
        <w:t>f 12151/7207/6469 11915/6970/6253 11924/6979/6261</w:t>
        <w:br/>
        <w:t>f 11912/6967/6250 11913/6966/6249 11923/6980/6262</w:t>
        <w:br/>
        <w:t>f 11924/6979/6261 11912/6967/6250 11923/6980/6262</w:t>
        <w:br/>
        <w:t>f 11923/6980/6262 12027/7083/6357 11889/6944/6228</w:t>
        <w:br/>
        <w:t>f 11890/6943/6227 11923/6980/6262 11889/6944/6228</w:t>
        <w:br/>
        <w:t>f 12496/7551/6232 12495/7552/6780 11892/6947/6231</w:t>
        <w:br/>
        <w:t>f 11906/6962/6245 12497/7553/6781 11888/6945/6229</w:t>
        <w:br/>
        <w:t>f 11889/6944/6228 11906/6962/6245 11888/6945/6229</w:t>
        <w:br/>
        <w:t>f 12058/7114/6385 11906/6962/6245 11889/6944/6228</w:t>
        <w:br/>
        <w:t>f 12027/7083/6357 12058/7114/6385 11889/6944/6228</w:t>
        <w:br/>
        <w:t>f 12498/7554/6782 11946/7002/6283 12058/7114/6385</w:t>
        <w:br/>
        <w:t>f 12039/7095/6367 12498/7554/6782 12058/7114/6385</w:t>
        <w:br/>
        <w:t>f 11940/6995/6276 11933/6988/6271 11946/7002/6283</w:t>
        <w:br/>
        <w:t>f 12498/7554/6782 11940/6995/6276 11946/7002/6283</w:t>
        <w:br/>
        <w:t>f 12497/7553/6781 11906/6962/6245 11907/6961/6244</w:t>
        <w:br/>
        <w:t>f 12499/7555/6783 12497/7553/6781 11907/6961/6244</w:t>
        <w:br/>
        <w:t>f 12039/7095/6367 11988/7043/6320 11965/7021/6299</w:t>
        <w:br/>
        <w:t>f 12498/7554/6782 12039/7095/6367 11965/7021/6299</w:t>
        <w:br/>
        <w:t>f 12001/7056/6332 11987/7044/6321 11988/7043/6320</w:t>
        <w:br/>
        <w:t>f 12005/7058/6334 12001/7056/6332 11988/7043/6320</w:t>
        <w:br/>
        <w:t>f 11940/6995/6276 12498/7554/6782 11965/7021/6299</w:t>
        <w:br/>
        <w:t>f 11952/7011/6291 11940/6995/6276 11965/7021/6299</w:t>
        <w:br/>
        <w:t>f 11977/7032/6309 11974/7029/6306 11987/7044/6321</w:t>
        <w:br/>
        <w:t>f 12001/7056/6332 11977/7032/6309 11987/7044/6321</w:t>
        <w:br/>
        <w:t>f 12139/7196/6459 12151/7207/6469 12500/7556/6450</w:t>
        <w:br/>
        <w:t>f 12140/7195/6458 12139/7196/6459 12500/7556/6450</w:t>
        <w:br/>
        <w:t>f 12217/7275/6532 11886/6939/6223 11883/6942/6226</w:t>
        <w:br/>
        <w:t>f 12444/7500/6506 12217/7275/6532 11883/6942/6226</w:t>
        <w:br/>
        <w:t>f 11886/6939/6223 12217/7275/6532 12218/7274/6531</w:t>
        <w:br/>
        <w:t>f 11899/6955/6238 11886/6939/6223 12218/7274/6531</w:t>
        <w:br/>
        <w:t>f 12230/7287/6544 11898/6956/6239 11899/6955/6238</w:t>
        <w:br/>
        <w:t>f 12218/7274/6531 12230/7287/6544 11899/6955/6238</w:t>
        <w:br/>
        <w:t>f 12455/7511/6742 11898/6956/6239 12230/7287/6544</w:t>
        <w:br/>
        <w:t>f 12231/7286/6543 12455/7511/6742 12230/7287/6544</w:t>
        <w:br/>
        <w:t>f 12499/7555/6783 12228/7285/6542 12229/7284/6541</w:t>
        <w:br/>
        <w:t>f 12497/7553/6781 12499/7555/6783 12229/7284/6541</w:t>
        <w:br/>
        <w:t>f 12497/7553/6781 12229/7284/6541 12206/7261/6518</w:t>
        <w:br/>
        <w:t>f 11888/6945/6229 12497/7553/6781 12206/7261/6518</w:t>
        <w:br/>
        <w:t>f 11888/6945/6229 12206/7261/6518 12190/7249/6507</w:t>
        <w:br/>
        <w:t>f 11887/6946/6230 11888/6945/6229 12190/7249/6507</w:t>
        <w:br/>
        <w:t>f 12190/7249/6507 12191/7248/6506 11891/6948/6226</w:t>
        <w:br/>
        <w:t>f 11887/6946/6230 12190/7249/6507 11891/6948/6226</w:t>
        <w:br/>
        <w:t>f 11937/6992/6275 11950/7003/6284 11947/7006/6286</w:t>
        <w:br/>
        <w:t>f 11936/6993/6270 11937/6992/6275 11947/7006/6286</w:t>
        <w:br/>
        <w:t>f 11934/6987/6270 11943/7001/6282 11933/6988/6271</w:t>
        <w:br/>
        <w:t>f 11957/7014/6292 11958/7013/6288 11960/7019/6297</w:t>
        <w:br/>
        <w:t>f 11961/7018/6296 11957/7014/6292 11960/7019/6297</w:t>
        <w:br/>
        <w:t>f 11957/7014/6292 11961/7018/6296 12451/7507/6738</w:t>
        <w:br/>
        <w:t>f 11941/6998/6279 11957/7014/6292 12451/7507/6738</w:t>
        <w:br/>
        <w:t>f 11941/6998/6279 12451/7507/6738 11950/7003/6284</w:t>
        <w:br/>
        <w:t>f 11937/6992/6275 11941/6998/6279 11950/7003/6284</w:t>
        <w:br/>
        <w:t>f 11970/7025/6303 11984/7041/6318 11985/7040/6317</w:t>
        <w:br/>
        <w:t>f 11969/7026/6304 11970/7025/6303 11985/7040/6317</w:t>
        <w:br/>
        <w:t>f 11980/7038/6317 12501/7557/6784 11974/7029/6306</w:t>
        <w:br/>
        <w:t>f 11975/7028/6304 11980/7038/6317 11974/7029/6306</w:t>
        <w:br/>
        <w:t>f 12083/7136/6407 11992/7051/6328 11993/7050/6327</w:t>
        <w:br/>
        <w:t>f 12082/7137/6408 12083/7136/6407 11993/7050/6327</w:t>
        <w:br/>
        <w:t>f 11979/7034/6311 11992/7051/6328 12083/7136/6407</w:t>
        <w:br/>
        <w:t>f 12452/7508/6739 11979/7034/6311 12083/7136/6407</w:t>
        <w:br/>
        <w:t>f 12452/7508/6739 11984/7041/6318 11970/7025/6303</w:t>
        <w:br/>
        <w:t>f 11979/7034/6311 12452/7508/6739 11970/7025/6303</w:t>
        <w:br/>
        <w:t>f 12142/7197/6460 12141/7198/6458 12129/7186/6450</w:t>
        <w:br/>
        <w:t>f 12130/7185/6449 12142/7197/6460 12129/7186/6450</w:t>
        <w:br/>
        <w:t>f 12089/7146/6414 12090/7145/6413 12443/7499/6420</w:t>
        <w:br/>
        <w:t>f 12441/7497/6731 12089/7146/6414 12443/7499/6420</w:t>
        <w:br/>
        <w:t>f 12124/7180/6444 12089/7146/6414 12441/7497/6731</w:t>
        <w:br/>
        <w:t>f 12442/7496/6730 12124/7180/6444 12441/7497/6731</w:t>
        <w:br/>
        <w:t>f 12142/7197/6460 12130/7185/6449 12124/7180/6444</w:t>
        <w:br/>
        <w:t>f 12442/7496/6730 12142/7197/6460 12124/7180/6444</w:t>
        <w:br/>
        <w:t>f 12091/7147/6413 11914/6971/6254 12096/7155/6421</w:t>
        <w:br/>
        <w:t>f 12097/7154/6420 12091/7147/6413 12096/7155/6421</w:t>
        <w:br/>
        <w:t>f 11952/7011/6291 11965/7021/6299 11966/7020/6298</w:t>
        <w:br/>
        <w:t>f 11955/7008/6288 11952/7011/6291 11966/7020/6298</w:t>
        <w:br/>
        <w:t>f 12502/7558/6785 11869/6925/6209 11870/6924/6208</w:t>
        <w:br/>
        <w:t>f 11876/6931/6215 12502/7558/6785 11870/6924/6208</w:t>
        <w:br/>
        <w:t>f 12054/7113/6384 12055/7112/6383 12503/7559/6786</w:t>
        <w:br/>
        <w:t>f 12069/7125/6396 12054/7113/6384 12503/7559/6786</w:t>
        <w:br/>
        <w:t>f 12437/7493/6727 12456/7512/6743 11926/6981/6264</w:t>
        <w:br/>
        <w:t>f 12436/7494/6728 12437/7493/6727 11926/6981/6264</w:t>
        <w:br/>
        <w:t>f 12071/7129/6400 12504/7560/6787 11867/6921/6205</w:t>
        <w:br/>
        <w:t>f 12073/7127/6398 12071/7129/6400 11867/6921/6205</w:t>
        <w:br/>
        <w:t>f 11876/6931/6215 11882/6937/6221 12505/7561/6200</w:t>
        <w:br/>
        <w:t>f 12502/7558/6785 11876/6931/6215 12505/7561/6200</w:t>
        <w:br/>
        <w:t>f 11849/6906/6190 11864/6918/6202 12507/7562/6788</w:t>
        <w:br/>
        <w:t>f 12506/7563/6789 11849/6906/6190 12507/7562/6788</w:t>
        <w:br/>
        <w:t>f 11848/6907/6191 12509/7564/6790 12508/7565/6791</w:t>
        <w:br/>
        <w:t>f 11853/6908/6192 11848/6907/6191 12508/7565/6791</w:t>
        <w:br/>
        <w:t>f 12509/7564/6790 11848/6907/6191 11849/6906/6190</w:t>
        <w:br/>
        <w:t>f 12506/7563/6789 12509/7564/6790 11849/6906/6190</w:t>
        <w:br/>
        <w:t>f 11858/6917/6201 11859/6916/6200 12511/7566/6792</w:t>
        <w:br/>
        <w:t>f 12510/7567/6793 11858/6917/6201 12511/7566/6792</w:t>
        <w:br/>
        <w:t>f 12514/7568/6794 12513/7569/6795 12512/7570/6795</w:t>
        <w:br/>
        <w:t>f 12508/7565/6796 12514/7568/6794 12512/7570/6795</w:t>
        <w:br/>
        <w:t>f 12510/7567/6793 12507/7562/6788 11864/6918/6202</w:t>
        <w:br/>
        <w:t>f 11858/6917/6201 12510/7567/6793 11864/6918/6202</w:t>
        <w:br/>
        <w:t>f 12071/7129/6400 12068/7126/6397 11871/6928/6212</w:t>
        <w:br/>
        <w:t>f 12459/7515/6746 12433/7490/6724 12046/7102/6374</w:t>
        <w:br/>
        <w:t>f 12047/7101/6373 12459/7515/6746 12046/7102/6374</w:t>
        <w:br/>
        <w:t>f 12046/7102/6374 12515/7571/6797 12024/7081/6355</w:t>
        <w:br/>
        <w:t>f 12025/7080/6354 12046/7102/6374 12024/7081/6355</w:t>
        <w:br/>
        <w:t>f 12515/7571/6797 12046/7102/6374 12433/7490/6724</w:t>
        <w:br/>
        <w:t>f 12434/7489/6723 12515/7571/6797 12433/7490/6724</w:t>
        <w:br/>
        <w:t>f 12434/7489/6723 12435/7491/6725 12516/7572/6798</w:t>
        <w:br/>
        <w:t>f 12515/7571/6797 12434/7489/6723 12516/7572/6798</w:t>
        <w:br/>
        <w:t>f 12435/7491/6725 12069/7125/6396 12503/7559/6786</w:t>
        <w:br/>
        <w:t>f 12516/7572/6798 12435/7491/6725 12503/7559/6786</w:t>
        <w:br/>
        <w:t>f 12515/7571/6797 12516/7572/6798 12438/7492/6726</w:t>
        <w:br/>
        <w:t>f 12024/7081/6355 12515/7571/6797 12438/7492/6726</w:t>
        <w:br/>
        <w:t>f 12516/7572/6798 12503/7559/6786 12437/7493/6727</w:t>
        <w:br/>
        <w:t>f 12438/7492/6726 12516/7572/6798 12437/7493/6727</w:t>
        <w:br/>
        <w:t>f 12437/7493/6727 12503/7559/6786 12055/7112/6383</w:t>
        <w:br/>
        <w:t>f 12456/7512/6743 12437/7493/6727 12055/7112/6383</w:t>
        <w:br/>
        <w:t>f 12054/7113/6384 12069/7125/6396 12070/7124/6395</w:t>
        <w:br/>
        <w:t>f 12457/7513/6744 12054/7113/6384 12070/7124/6395</w:t>
        <w:br/>
        <w:t>f 12068/7126/6397 11874/6929/6213 11871/6928/6212</w:t>
        <w:br/>
        <w:t>f 12072/7128/6399 12463/7518/6749 12070/7124/6395</w:t>
        <w:br/>
        <w:t>f 12068/7126/6397 12072/7128/6399 12070/7124/6395</w:t>
        <w:br/>
        <w:t>f 12504/7560/6787 12071/7129/6400 11871/6928/6212</w:t>
        <w:br/>
        <w:t>f 11872/6927/6211 12504/7560/6787 11871/6928/6212</w:t>
        <w:br/>
        <w:t>f 12188/7243/6501 12446/7501/6733 12477/7533/6762</w:t>
        <w:br/>
        <w:t>f 12479/7535/6764 12251/7307/6561 12222/7277/6534</w:t>
        <w:br/>
        <w:t>f 12094/7149/6416 12474/7530/6759 12469/7525/6754</w:t>
        <w:br/>
        <w:t>f 11904/6958/6241 11950/7003/6284 12061/7117/6389</w:t>
        <w:br/>
        <w:t>f 11893/6950/6233 12059/7115/6386 11897/6951/6234</w:t>
        <w:br/>
        <w:t>f 12060/7116/6387 11904/6958/6241 11909/6964/6247</w:t>
        <w:br/>
        <w:t>f 11896/6952/6235 11897/6951/6234 12059/7115/6386</w:t>
        <w:br/>
        <w:t>f 11967/7023/6301 12062/7118/6390 11962/7017/6295</w:t>
        <w:br/>
        <w:t>f 12004/7059/6335 12005/7058/6334 11988/7043/6320</w:t>
        <w:br/>
        <w:t>f 11964/7022/6300 11965/7021/6299 11988/7043/6320</w:t>
        <w:br/>
        <w:t>f 12058/7114/6385 11946/7002/6283 11944/7000/6281</w:t>
        <w:br/>
        <w:t>f 11923/6980/6262 11890/6943/6227 12495/7552/6780</w:t>
        <w:br/>
        <w:t>f 12131/7190/6454 12471/7527/6756 12473/7528/6757</w:t>
        <w:br/>
        <w:t>f 12480/7536/6765 12198/7257/6515 12199/7256/6514</w:t>
        <w:br/>
        <w:t>f 12482/7538/6767 12234/7289/6546 12244/7298/6553</w:t>
        <w:br/>
        <w:t>f 12475/7531/6760 12172/7227/6427 12125/7184/6448</w:t>
        <w:br/>
        <w:t>f 12157/7214/6476 12158/7213/6475 12179/7237/6495</w:t>
        <w:br/>
        <w:t>f 12170/7225/6483 12157/7214/6476 12179/7237/6495</w:t>
        <w:br/>
        <w:t>f 12486/7542/6771 12290/7349/6597 12314/7369/6616</w:t>
        <w:br/>
        <w:t>f 12326/7381/6626 12488/7544/6773 12339/7396/6639</w:t>
        <w:br/>
        <w:t>f 12483/7539/6768 12278/7333/6583 12294/7352/6599</w:t>
        <w:br/>
        <w:t>f 12318/7373/6620 12485/7541/6770 12335/7391/6634</w:t>
        <w:br/>
        <w:t>f 12489/7545/6774 12357/7412/6652 12410/7465/6705</w:t>
        <w:br/>
        <w:t>f 12382/7439/6679 12491/7547/6776 12397/7453/6693</w:t>
        <w:br/>
        <w:t>f 12492/7548/6777 12364/7419/6659 12380/7435/6675</w:t>
        <w:br/>
        <w:t>f 12386/7445/6685 12494/7550/6779 12403/7460/6700</w:t>
        <w:br/>
        <w:t>f 11909/6964/6247 11895/6953/6236 11896/6952/6235</w:t>
        <w:br/>
        <w:t>f 11908/6965/6248 11967/7023/6301 12006/7065/6341</w:t>
        <w:br/>
        <w:t>f 12006/7065/6341 11967/7023/6301 11991/7045/6322</w:t>
        <w:br/>
        <w:t>f 11907/6961/6244 11905/6963/6246 12517/7573/6799</w:t>
        <w:br/>
        <w:t>f 12518/7574/6800 11964/7022/6300 11987/7044/6321</w:t>
        <w:br/>
        <w:t>f 11966/7020/6298 11964/7022/6300 12519/7575/6294</w:t>
        <w:br/>
        <w:t>f 11892/6947/6231 12495/7552/6780 11890/6943/6227</w:t>
        <w:br/>
        <w:t>f 11922/6976/6263 12520/7576/6801 11924/6979/6261</w:t>
        <w:br/>
        <w:t>f 11920/6978/6260 12500/7556/6450 12151/7207/6469</w:t>
        <w:br/>
        <w:t>f 12521/7577/6802 11920/6978/6260 12151/7207/6469</w:t>
        <w:br/>
        <w:t>f 11911/6968/6251 12088/7144/6404 12428/7484/6719</w:t>
        <w:br/>
        <w:t>f 12026/7084/6358 12027/7083/6357 11923/6980/6262</w:t>
        <w:br/>
        <w:t>f 12028/7082/6356 12039/7095/6367 12058/7114/6385</w:t>
        <w:br/>
        <w:t>f 11897/6951/6234 11895/6953/6236 12436/7494/6728</w:t>
        <w:br/>
        <w:t>f 11926/6981/6264 11897/6951/6234 12436/7494/6728</w:t>
        <w:br/>
        <w:t>f 12079/7135/6406 11926/6981/6264 12031/7086/6360</w:t>
        <w:br/>
        <w:t>f 12184/7241/6803 12119/7177/6441 12522/7578/6473</w:t>
        <w:br/>
        <w:t>f 12182/7238/6496 12178/7232/6492 12523/7579/6804</w:t>
        <w:br/>
        <w:t>f 12523/7579/6804 12184/7241/6499 12182/7238/6496</w:t>
        <w:br/>
        <w:t>f 12524/7580/6805 12119/7177/6441 12184/7241/6803</w:t>
        <w:br/>
        <w:t>f 12121/7175/6439 12119/7177/6441 12524/7580/6805</w:t>
        <w:br/>
        <w:t>f 12177/7233/6493 12182/7238/6496 12183/7239/6497</w:t>
        <w:br/>
        <w:t>f 12181/7235/6494 12182/7238/6496 12184/7241/6499</w:t>
        <w:br/>
        <w:t>f 12181/7235/6494 12158/7213/6475 12183/7239/6497</w:t>
        <w:br/>
        <w:t>f 12177/7233/6493 12183/7239/6497 12128/7181/6445</w:t>
        <w:br/>
        <w:t>f 12158/7213/6475 12127/7182/6446 12183/7239/6497</w:t>
        <w:br/>
        <w:t>f 12127/7182/6446 12128/7181/6445 12183/7239/6497</w:t>
        <w:br/>
        <w:t>f 12525/7581/6806 12117/7172/6436 12118/7171/6435</w:t>
        <w:br/>
        <w:t>f 12154/7211/6473 12525/7581/6806 12118/7171/6435</w:t>
        <w:br/>
        <w:t>f 12272/7327/6578 12232/7291/6548 12526/7582/6807</w:t>
        <w:br/>
        <w:t>f 12200/7255/6513 12526/7582/6807 12214/7269/6526</w:t>
        <w:br/>
        <w:t>f 12269/7324/6576 12526/7582/6807 12200/7255/6513</w:t>
        <w:br/>
        <w:t>f 12214/7269/6526 12526/7582/6807 12232/7291/6548</w:t>
        <w:br/>
        <w:t>f 12275/7330/6808 12528/7583/6809 12527/7584/6810</w:t>
        <w:br/>
        <w:t>f 12528/7583/6809 12270/7323/6811 12529/7585/6812</w:t>
        <w:br/>
        <w:t>f 12527/7584/6810 12528/7583/6809 12530/7586/6813</w:t>
        <w:br/>
        <w:t>f 12528/7583/6809 12529/7585/6812 12531/7587/6814</w:t>
        <w:br/>
        <w:t>f 12275/7330/6580 12272/7327/6578 12526/7582/6807</w:t>
        <w:br/>
        <w:t>f 12532/7588/6815 12275/7330/6580 12526/7582/6807</w:t>
        <w:br/>
        <w:t>f 12270/7323/6575 12532/7588/6815 12526/7582/6807</w:t>
        <w:br/>
        <w:t>f 12269/7324/6576 12270/7323/6575 12526/7582/6807</w:t>
        <w:br/>
        <w:t>f 12528/7583/6809 12533/7589/6816 12270/7323/6811</w:t>
        <w:br/>
        <w:t>f 12533/7589/6816 12528/7583/6809 12275/7330/6808</w:t>
        <w:br/>
        <w:t>f 12534/7590/6817 12353/7408/6649 12340/7395/6638</w:t>
        <w:br/>
        <w:t>f 12312/7371/6618 12534/7590/6817 12340/7395/6638</w:t>
        <w:br/>
        <w:t>f 12313/7370/6617 12350/7407/6648 12534/7590/6817</w:t>
        <w:br/>
        <w:t>f 12312/7371/6618 12313/7370/6617 12534/7590/6817</w:t>
        <w:br/>
        <w:t>f 12354/7411/6651 12353/7408/6649 12534/7590/6817</w:t>
        <w:br/>
        <w:t>f 12535/7591/6818 12354/7411/6651 12534/7590/6817</w:t>
        <w:br/>
        <w:t>f 12536/7592/6819 12535/7591/6818 12534/7590/6817</w:t>
        <w:br/>
        <w:t>f 12350/7407/6648 12536/7592/6819 12534/7590/6817</w:t>
        <w:br/>
        <w:t>f 12467/7522/6751 12354/7411/6753 12537/7593/6820</w:t>
        <w:br/>
        <w:t>f 12460/7517/6748 12467/7522/6751 12537/7593/6820</w:t>
        <w:br/>
        <w:t>f 12404/7459/6699 12378/7437/6677 12538/7594/6821</w:t>
        <w:br/>
        <w:t>f 12424/7481/6716 12404/7459/6699 12538/7594/6821</w:t>
        <w:br/>
        <w:t>f 12539/7595/6822 12538/7594/6821 12423/7476/6712</w:t>
        <w:br/>
        <w:t>f 12420/7479/6715 12539/7595/6822 12423/7476/6712</w:t>
        <w:br/>
        <w:t>f 12424/7481/6716 12538/7594/6821 12539/7595/6822</w:t>
        <w:br/>
        <w:t>f 12540/7596/6823 12424/7481/6716 12539/7595/6822</w:t>
        <w:br/>
        <w:t>f 12426/7483/6718 12539/7595/6822 12465/7520/6669</w:t>
        <w:br/>
        <w:t>f 12420/7479/6715 12465/7520/6669 12539/7595/6822</w:t>
        <w:br/>
        <w:t>f 12538/7594/6821 12378/7437/6677 12379/7436/6676</w:t>
        <w:br/>
        <w:t>f 12423/7476/6712 12538/7594/6821 12379/7436/6676</w:t>
        <w:br/>
        <w:t>f 12542/7597/6824 12502/7558/6785 12541/7598/6825</w:t>
        <w:br/>
        <w:t>f 11864/6918/6202 11849/6906/6190 11850/6905/6189</w:t>
        <w:br/>
        <w:t>f 11863/6919/6203 11864/6918/6202 11850/6905/6189</w:t>
        <w:br/>
        <w:t>f 12502/7558/6785 12542/7597/6824 12543/7599/6826</w:t>
        <w:br/>
        <w:t>f 11869/6925/6209 12502/7558/6785 12543/7599/6826</w:t>
        <w:br/>
        <w:t>f 12504/7560/6787 11872/6927/6211 12545/7600/6827</w:t>
        <w:br/>
        <w:t>f 12544/7601/6828 12504/7560/6787 12545/7600/6827</w:t>
        <w:br/>
        <w:t>f 12543/7599/6826 11857/6911/6195 11869/6925/6209</w:t>
        <w:br/>
        <w:t>f 12547/7602/6829 12022/7078/6352 12546/7603/6830</w:t>
        <w:br/>
        <w:t>f 12023/7077/6351 12546/7603/6830 12022/7078/6352</w:t>
        <w:br/>
        <w:t>f 12511/7566/6792 12548/7604/6831 12510/7567/6793</w:t>
        <w:br/>
        <w:t>f 12552/7605/6832 12551/7606/6833 12550/7607/6834</w:t>
        <w:br/>
        <w:t>f 12549/7608/6835 12552/7605/6832 12550/7607/6834</w:t>
        <w:br/>
        <w:t>f 12554/7609/6836 12553/7610/6837 12550/7607/6834</w:t>
        <w:br/>
        <w:t>f 12551/7606/6833 12554/7609/6836 12550/7607/6834</w:t>
        <w:br/>
        <w:t>f 12556/7611/6838 12555/7612/6839 12553/7610/6837</w:t>
        <w:br/>
        <w:t>f 12554/7609/6836 12556/7611/6838 12553/7610/6837</w:t>
        <w:br/>
        <w:t>f 12560/7613/6840 12559/7614/6841 12558/7615/6842</w:t>
        <w:br/>
        <w:t>f 12557/7616/6843 12560/7613/6840 12558/7615/6842</w:t>
        <w:br/>
        <w:t>f 12564/7617/6844 12563/7618/6845 12562/7619/6846</w:t>
        <w:br/>
        <w:t>f 12561/7620/6847 12564/7617/6844 12562/7619/6846</w:t>
        <w:br/>
        <w:t>f 12568/7621/6848 12567/7622/6849 12566/7623/6850</w:t>
        <w:br/>
        <w:t>f 12565/7624/6851 12568/7621/6848 12566/7623/6850</w:t>
        <w:br/>
        <w:t>f 12572/7625/6852 12571/7626/6853 12570/7627/6854</w:t>
        <w:br/>
        <w:t>f 12569/7628/6855 12572/7625/6852 12570/7627/6854</w:t>
        <w:br/>
        <w:t>f 12574/7629/6856 12573/7630/6856 12429/7485/3465</w:t>
        <w:br/>
        <w:t>f 12578/7631/6857 12577/7632/6858 12576/7633/6859</w:t>
        <w:br/>
        <w:t>f 12575/7634/6860 12578/7631/6857 12576/7633/6859</w:t>
        <w:br/>
        <w:t>f 12582/7635/6861 12581/7636/6862 12580/7637/6863</w:t>
        <w:br/>
        <w:t>f 12579/7638/6857 12582/7635/6861 12580/7637/6863</w:t>
        <w:br/>
        <w:t>f 12586/7639/6864 12585/7640/6865 12584/7641/6866</w:t>
        <w:br/>
        <w:t>f 12583/7642/6867 12586/7639/6864 12584/7641/6866</w:t>
        <w:br/>
        <w:t>f 12453/7510/6741 12587/7643/6868 12581/7636/6862</w:t>
        <w:br/>
        <w:t>f 12582/7635/6861 12453/7510/6741 12581/7636/6862</w:t>
        <w:br/>
        <w:t>f 12591/7644/3494 12590/7645/6869 12589/7646/6870</w:t>
        <w:br/>
        <w:t>f 12588/7647/6871 12591/7644/3494 12589/7646/6870</w:t>
        <w:br/>
        <w:t>f 12595/7648/6872 12594/7649/6872 12593/7650/6873</w:t>
        <w:br/>
        <w:t>f 12592/7651/6873 12595/7648/6872 12593/7650/6873</w:t>
        <w:br/>
        <w:t>f 12599/7652/6874 12598/7653/6875 12597/7654/6875</w:t>
        <w:br/>
        <w:t>f 12596/7655/6876 12599/7652/6874 12597/7654/6875</w:t>
        <w:br/>
        <w:t>f 12603/7656/6877 12602/7657/6878 12601/7658/6879</w:t>
        <w:br/>
        <w:t>f 12600/7659/6880 12603/7656/6877 12601/7658/6879</w:t>
        <w:br/>
        <w:t>f 12584/7641/6866 12585/7640/6865 12575/7634/6860</w:t>
        <w:br/>
        <w:t>f 12576/7633/6859 12584/7641/6866 12575/7634/6860</w:t>
        <w:br/>
        <w:t>f 12601/7658/6879 12602/7657/6878 12429/7485/6881</w:t>
        <w:br/>
        <w:t>f 12596/7655/6876 12605/7660/6882 12604/7661/6882</w:t>
        <w:br/>
        <w:t>f 12599/7652/6874 12596/7655/6876 12604/7661/6882</w:t>
        <w:br/>
        <w:t>f 12587/7643/6868 12453/7510/6741 12454/7509/6740</w:t>
        <w:br/>
        <w:t>f 12606/7662/6883 12587/7643/6868 12454/7509/6740</w:t>
        <w:br/>
        <w:t>f 12608/7663/6884 12586/7639/6864 12583/7642/6867</w:t>
        <w:br/>
        <w:t>f 12607/7664/6885 12608/7663/6884 12583/7642/6867</w:t>
        <w:br/>
        <w:t>f 12610/7665/3495 12609/7666/6886 12590/7645/6869</w:t>
        <w:br/>
        <w:t>f 12591/7644/3494 12610/7665/3495 12590/7645/6869</w:t>
        <w:br/>
        <w:t>f 12614/7667/6887 12613/7668/6887 12612/7669/6888</w:t>
        <w:br/>
        <w:t>f 12611/7670/6888 12614/7667/6887 12612/7669/6888</w:t>
        <w:br/>
        <w:t>f 12618/7671/6889 12617/7672/6889 12616/7673/6890</w:t>
        <w:br/>
        <w:t>f 12615/7674/6890 12618/7671/6889 12616/7673/6890</w:t>
        <w:br/>
        <w:t>f 12616/7673/6890 12620/7675/6891 12619/7676/6891</w:t>
        <w:br/>
        <w:t>f 12615/7674/6890 12616/7673/6890 12619/7676/6891</w:t>
        <w:br/>
        <w:t>f 12512/7570/6795 12513/7569/6795 12622/7677/6892</w:t>
        <w:br/>
        <w:t>f 12621/7678/6893 12512/7570/6795 12622/7677/6892</w:t>
        <w:br/>
        <w:t>f 12624/7679/6894 12623/7680/6895 12617/7672/6889</w:t>
        <w:br/>
        <w:t>f 12618/7671/6889 12624/7679/6894 12617/7672/6889</w:t>
        <w:br/>
        <w:t>f 12625/7681/6896 12613/7668/6887 12614/7667/6887</w:t>
        <w:br/>
        <w:t>f 12621/7678/6897 12625/7681/6896 12614/7667/6887</w:t>
        <w:br/>
        <w:t>f 12629/7682/6898 12628/7683/6899 12627/7684/6900</w:t>
        <w:br/>
        <w:t>f 12626/7685/6901 12629/7682/6898 12627/7684/6900</w:t>
        <w:br/>
        <w:t>f 12552/7605/6832 12549/7608/6835 12566/7623/6850</w:t>
        <w:br/>
        <w:t>f 12567/7622/6849 12552/7605/6832 12566/7623/6850</w:t>
        <w:br/>
        <w:t>f 12626/7685/6901 12627/7684/6900 12631/7686/6902</w:t>
        <w:br/>
        <w:t>f 12630/7687/6903 12626/7685/6901 12631/7686/6902</w:t>
        <w:br/>
        <w:t>f 12635/7688/6904 12634/7689/6905 12633/7690/6906</w:t>
        <w:br/>
        <w:t>f 12632/7691/6907 12635/7688/6904 12633/7690/6906</w:t>
        <w:br/>
        <w:t>f 12630/7687/6903 12631/7686/6902 12559/7614/6841</w:t>
        <w:br/>
        <w:t>f 12560/7613/6840 12630/7687/6903 12559/7614/6841</w:t>
        <w:br/>
        <w:t>f 12063/7119/6908 12638/7692/6909 12637/7693/6910</w:t>
        <w:br/>
        <w:t>f 12636/7694/6911 12063/7119/6908 12637/7693/6910</w:t>
        <w:br/>
        <w:t>f 12607/7664/6885 12637/7693/6910 12638/7692/6909</w:t>
        <w:br/>
        <w:t>f 12608/7663/6884 12607/7664/6885 12638/7692/6909</w:t>
        <w:br/>
        <w:t>f 12548/7604/6831 12609/7666/6886 12610/7665/3495</w:t>
        <w:br/>
        <w:t>f 12639/7695/6912 12548/7604/6831 12610/7665/3495</w:t>
        <w:br/>
        <w:t>f 12640/7696/6913 12589/7646/6870 12592/7651/6873</w:t>
        <w:br/>
        <w:t>f 12593/7650/6873 12640/7696/6913 12592/7651/6873</w:t>
        <w:br/>
        <w:t>f 12041/7097/6369 12590/7645/6869 12040/7098/6370</w:t>
        <w:br/>
        <w:t>f 12548/7604/6831 12639/7695/6912 12623/7680/6895</w:t>
        <w:br/>
        <w:t>f 12624/7679/6894 12548/7604/6831 12623/7680/6895</w:t>
        <w:br/>
        <w:t>f 12642/7697/6914 12641/7698/6915 12611/7670/6888</w:t>
        <w:br/>
        <w:t>f 12612/7669/6888 12642/7697/6914 12611/7670/6888</w:t>
        <w:br/>
        <w:t>f 12643/7699/6916 12053/7108/6379 12457/7513/6744</w:t>
        <w:br/>
        <w:t>f 12462/7519/6750 12643/7699/6916 12457/7513/6744</w:t>
        <w:br/>
        <w:t>f 12644/7700/6917 12072/7128/6399 12073/7127/6398</w:t>
        <w:br/>
        <w:t>f 12040/7098/6370 12590/7645/6869 12645/7701/6918</w:t>
        <w:br/>
        <w:t>f 12647/7702/6919 12646/7703/6920 12645/7701/6918</w:t>
        <w:br/>
        <w:t>f 12590/7645/6869 12647/7702/6919 12645/7701/6918</w:t>
        <w:br/>
        <w:t>f 12648/7704/6921 12511/7566/6221 12646/7703/6920</w:t>
        <w:br/>
        <w:t>f 12647/7702/6919 12648/7704/6921 12646/7703/6920</w:t>
        <w:br/>
        <w:t>f 12628/7683/6899 12629/7682/6898 12650/7705/6922</w:t>
        <w:br/>
        <w:t>f 12649/7706/6923 12628/7683/6899 12650/7705/6922</w:t>
        <w:br/>
        <w:t>f 12541/7598/6825 12502/7558/6785 12505/7561/6200</w:t>
        <w:br/>
        <w:t>f 12651/7707/6199 12541/7598/6825 12505/7561/6200</w:t>
        <w:br/>
        <w:t>f 12555/7612/6839 12556/7611/6838 12569/7628/6855</w:t>
        <w:br/>
        <w:t>f 12570/7627/6854 12555/7612/6839 12569/7628/6855</w:t>
        <w:br/>
        <w:t>f 11867/6921/6205 11865/6923/6207 11854/6910/6194</w:t>
        <w:br/>
        <w:t>f 11853/6908/6192 11867/6921/6205 11854/6910/6194</w:t>
        <w:br/>
        <w:t>f 12571/7626/6853 12572/7625/6852 12632/7691/6907</w:t>
        <w:br/>
        <w:t>f 12633/7690/6906 12571/7626/6853 12632/7691/6907</w:t>
        <w:br/>
        <w:t>f 12504/7560/6787 12544/7601/6828 11866/6922/6206</w:t>
        <w:br/>
        <w:t>f 11867/6921/6205 12504/7560/6787 11866/6922/6206</w:t>
        <w:br/>
        <w:t>f 12635/7688/6904 12557/7616/6843 12558/7615/6842</w:t>
        <w:br/>
        <w:t>f 12634/7689/6905 12635/7688/6904 12558/7615/6842</w:t>
        <w:br/>
        <w:t>f 11872/6927/6211 11855/6913/6197 11856/6912/6196</w:t>
        <w:br/>
        <w:t>f 12545/7600/6827 11872/6927/6211 11856/6912/6196</w:t>
        <w:br/>
        <w:t>f 12561/7620/6847 12568/7621/6848 12565/7624/6851</w:t>
        <w:br/>
        <w:t>f 12564/7617/6844 12561/7620/6847 12565/7624/6851</w:t>
        <w:br/>
        <w:t>f 11862/6920/6204 11861/6914/6198 11858/6917/6201</w:t>
        <w:br/>
        <w:t>f 11857/6911/6195 11855/6913/6197 11869/6925/6209</w:t>
        <w:br/>
        <w:t>f 12594/7649/6872 12595/7648/6872 12604/7661/6882</w:t>
        <w:br/>
        <w:t>f 12605/7660/6882 12594/7649/6872 12604/7661/6882</w:t>
        <w:br/>
        <w:t>f 12048/7104/6375 12044/7099/6371 12430/7487/6721</w:t>
        <w:br/>
        <w:t>f 12432/7488/6722 12048/7104/6375 12430/7487/6721</w:t>
        <w:br/>
        <w:t>f 12654/7708/6875 11879/6934/6924 12653/7709/6925</w:t>
        <w:br/>
        <w:t>f 12652/7710/6875 12654/7708/6875 12653/7709/6925</w:t>
        <w:br/>
        <w:t>f 11880/6933/6217 12429/7485/3465 11879/6934/6218</w:t>
        <w:br/>
        <w:t>f 11879/6934/6218 12655/7711/6392 11878/6935/6219</w:t>
        <w:br/>
        <w:t>f 12642/7697/6914 12603/7656/6877 12600/7659/6880</w:t>
        <w:br/>
        <w:t>f 12641/7698/6915 12642/7697/6914 12600/7659/6880</w:t>
        <w:br/>
        <w:t>f 12053/7108/6379 12643/7699/6916 12074/7130/6401</w:t>
        <w:br/>
        <w:t>f 12658/7712/6926 12657/7713/6927 12656/7714/6928</w:t>
        <w:br/>
        <w:t>f 12660/7715/6854 12659/7716/6929 12656/7714/6928</w:t>
        <w:br/>
        <w:t>f 12662/7717/6930 12661/7718/6931 12656/7714/6928</w:t>
        <w:br/>
        <w:t>f 12664/7719/6841 12663/7720/6932 12656/7714/6928</w:t>
        <w:br/>
        <w:t>f 12666/7721/6933 12665/7722/6934 12656/7714/6928</w:t>
        <w:br/>
        <w:t>f 12668/7723/6844 12667/7724/6851 12656/7714/6928</w:t>
        <w:br/>
        <w:t>f 12670/7725/6935 12669/7726/6834 12656/7714/6928</w:t>
        <w:br/>
        <w:t>f 12669/7726/6834 12658/7712/6926 12656/7714/6928</w:t>
        <w:br/>
        <w:t>f 12657/7713/6927 12660/7715/6854 12656/7714/6928</w:t>
        <w:br/>
        <w:t>f 12665/7722/6934 12664/7719/6841 12656/7714/6928</w:t>
        <w:br/>
        <w:t>f 12671/7727/6936 12668/7723/6844 12656/7714/6928</w:t>
        <w:br/>
        <w:t>f 12667/7724/6851 12672/7728/6937 12656/7714/6928</w:t>
        <w:br/>
        <w:t>f 12659/7716/6929 12673/7729/6938 12656/7714/6928</w:t>
        <w:br/>
        <w:t>f 12661/7718/6931 12671/7727/6936 12656/7714/6928</w:t>
        <w:br/>
        <w:t>f 12672/7728/6937 12670/7725/6935 12656/7714/6928</w:t>
        <w:br/>
        <w:t>f 12663/7720/6932 12662/7717/6930 12656/7714/6928</w:t>
        <w:br/>
        <w:t>f 12673/7729/6938 12666/7721/6933 12656/7714/6928</w:t>
        <w:br/>
        <w:t>f 12676/7730/6939 12675/7731/6858 12674/7732/6940</w:t>
        <w:br/>
        <w:t>f 12675/7731/6858 12677/7733/6862 12674/7732/6940</w:t>
        <w:br/>
        <w:t>f 12677/7733/6862 12678/7734/6941 12674/7732/6940</w:t>
        <w:br/>
        <w:t>f 12678/7734/6941 12679/7735/6883 12674/7732/6940</w:t>
        <w:br/>
        <w:t>f 12679/7735/6883 12680/7736/6942 12674/7732/6940</w:t>
        <w:br/>
        <w:t>f 12680/7736/6942 12681/7737/6885 12674/7732/6940</w:t>
        <w:br/>
        <w:t>f 12681/7737/6885 12682/7738/6867 12674/7732/6940</w:t>
        <w:br/>
        <w:t>f 12682/7738/6867 12683/7739/6866 12674/7732/6940</w:t>
        <w:br/>
        <w:t>f 12683/7739/6866 12676/7730/6939 12674/7732/6940</w:t>
        <w:br/>
        <w:t>f 12644/7700/6917 12073/7127/6398 12684/7740/6943</w:t>
        <w:br/>
        <w:t>f 11867/6921/6205 11853/6908/6192 12508/7565/6791</w:t>
        <w:br/>
        <w:t>f 12073/7127/6398 11867/6921/6205 12508/7565/6791</w:t>
        <w:br/>
        <w:t>f 12620/7675/6891 12514/7568/6794 12508/7565/6796</w:t>
        <w:br/>
        <w:t>f 12619/7676/6891 12620/7675/6891 12508/7565/6796</w:t>
        <w:br/>
        <w:t>f 12688/7741/6944 12687/7742/6945 12686/7743/6946</w:t>
        <w:br/>
        <w:t>f 12685/7744/6947 12688/7741/6944 12686/7743/6946</w:t>
        <w:br/>
        <w:t>f 12690/7745/6948 12687/7742/6945 12688/7741/6944</w:t>
        <w:br/>
        <w:t>f 12689/7746/6949 12690/7745/6948 12688/7741/6944</w:t>
        <w:br/>
        <w:t>f 12690/7745/6948 12689/7746/6949 12691/7747/6950</w:t>
        <w:br/>
        <w:t>f 12694/7748/6951 12693/7749/6952 12692/7750/6953</w:t>
        <w:br/>
        <w:t>f 12698/7751/6954 12697/7752/6955 12696/7753/6956</w:t>
        <w:br/>
        <w:t>f 12695/7754/6957 12698/7751/6954 12696/7753/6956</w:t>
        <w:br/>
        <w:t>f 12701/7755/6958 12697/7752/6955 12700/7756/6959</w:t>
        <w:br/>
        <w:t>f 12699/7757/6960 12701/7755/6958 12700/7756/6959</w:t>
        <w:br/>
        <w:t>f 12704/7758/6961 12703/7759/6962 12702/7760/6963</w:t>
        <w:br/>
        <w:t>f 12707/7761/6964 12706/7762/6965 12693/7749/6952</w:t>
        <w:br/>
        <w:t>f 12705/7763/6966 12707/7761/6964 12693/7749/6952</w:t>
        <w:br/>
        <w:t>f 12709/7764/6967 12693/7749/6952 12706/7762/6965</w:t>
        <w:br/>
        <w:t>f 12708/7765/6968 12709/7764/6967 12706/7762/6965</w:t>
        <w:br/>
        <w:t>f 12706/7762/6965 12707/7761/6964 12711/7766/6969</w:t>
        <w:br/>
        <w:t>f 12710/7767/6970 12706/7762/6965 12711/7766/6969</w:t>
        <w:br/>
        <w:t>f 12713/7768/6971 12712/7769/6972 12711/7766/6969</w:t>
        <w:br/>
        <w:t>f 12707/7761/6964 12713/7768/6971 12711/7766/6969</w:t>
        <w:br/>
        <w:t>f 12717/7770/6973 12716/7771/6974 12715/7772/6975</w:t>
        <w:br/>
        <w:t>f 12714/7773/6976 12717/7770/6973 12715/7772/6975</w:t>
        <w:br/>
        <w:t>f 12706/7762/6965 12710/7767/6970 12708/7765/6968</w:t>
        <w:br/>
        <w:t>f 12719/7774/6977 12718/7775/6978 12712/7769/6972</w:t>
        <w:br/>
        <w:t>f 12713/7768/6971 12719/7774/6977 12712/7769/6972</w:t>
        <w:br/>
        <w:t>f 12723/7776/6979 12722/7777/6980 12721/7778/6981</w:t>
        <w:br/>
        <w:t>f 12720/7779/6982 12723/7776/6979 12721/7778/6981</w:t>
        <w:br/>
        <w:t>f 12727/7780/6983 12726/7781/6984 12725/7782/6985</w:t>
        <w:br/>
        <w:t>f 12724/7783/6986 12727/7780/6983 12725/7782/6985</w:t>
        <w:br/>
        <w:t>f 12729/7784/6981 12728/7785/6980 12726/7781/6984</w:t>
        <w:br/>
        <w:t>f 12727/7780/6983 12729/7784/6981 12726/7781/6984</w:t>
        <w:br/>
        <w:t>f 12731/7786/6987 12730/7787/6988 12720/7779/6982</w:t>
        <w:br/>
        <w:t>f 12721/7778/6981 12731/7786/6987 12720/7779/6982</w:t>
        <w:br/>
        <w:t>f 12734/7788/6989 12733/7789/6990 12732/7790/6991</w:t>
        <w:br/>
        <w:t>f 12737/7791/6992 12736/7792/6993 12735/7793/6994</w:t>
        <w:br/>
        <w:t>f 12738/7794/6995 12737/7791/6992 12735/7793/6994</w:t>
        <w:br/>
        <w:t>f 12741/7795/6996 12740/7796/6997 12739/7797/6998</w:t>
        <w:br/>
        <w:t>f 12738/7794/6995 12741/7795/6996 12739/7797/6998</w:t>
        <w:br/>
        <w:t>f 12744/7798/6998 12743/7799/6999 12742/7800/7000</w:t>
        <w:br/>
        <w:t>f 12746/7801/7001 12733/7789/6990 12745/7802/7002</w:t>
        <w:br/>
        <w:t>f 12750/7803/7003 12749/7804/7004 12748/7805/7005</w:t>
        <w:br/>
        <w:t>f 12747/7806/7006 12750/7803/7003 12748/7805/7005</w:t>
        <w:br/>
        <w:t>f 12747/7806/7006 12748/7805/7005 12752/7807/7007</w:t>
        <w:br/>
        <w:t>f 12751/7808/7008 12747/7806/7006 12752/7807/7007</w:t>
        <w:br/>
        <w:t>f 12756/7809/7009 12755/7810/7010 12754/7811/7011</w:t>
        <w:br/>
        <w:t>f 12753/7812/7012 12756/7809/7009 12754/7811/7011</w:t>
        <w:br/>
        <w:t>f 12759/7813/7013 12758/7814/7014 12757/7815/7015</w:t>
        <w:br/>
        <w:t>f 12761/7816/7016 12759/7813/7017 12760/7817/7018</w:t>
        <w:br/>
        <w:t>f 12763/7818/7019 12734/7788/6989 12762/7819/7020</w:t>
        <w:br/>
        <w:t>f 12767/7820/7021 12766/7821/7022 12765/7822/7023</w:t>
        <w:br/>
        <w:t>f 12764/7823/7024 12767/7820/7021 12765/7822/7023</w:t>
        <w:br/>
        <w:t>f 12771/7824/7025 12770/7825/7026 12769/7826/7027</w:t>
        <w:br/>
        <w:t>f 12768/7827/7028 12771/7824/7025 12769/7826/7027</w:t>
        <w:br/>
        <w:t>f 12775/7828/7029 12774/7829/7026 12773/7830/7025</w:t>
        <w:br/>
        <w:t>f 12772/7831/7030 12775/7828/7029 12773/7830/7025</w:t>
        <w:br/>
        <w:t>f 12768/7827/7028 12769/7826/7027 12777/7832/7031</w:t>
        <w:br/>
        <w:t>f 12776/7833/7032 12768/7827/7028 12777/7832/7031</w:t>
        <w:br/>
        <w:t>f 12779/7834/7033 12775/7828/7029 12772/7831/7030</w:t>
        <w:br/>
        <w:t>f 12778/7835/7034 12779/7834/7033 12772/7831/7030</w:t>
        <w:br/>
        <w:t>f 12782/7836/7035 12781/7837/7036 12780/7838/7037</w:t>
        <w:br/>
        <w:t>f 12780/7838/7037 12781/7837/7036 12768/7827/7028</w:t>
        <w:br/>
        <w:t>f 12783/7839/7038 12780/7838/7037 12768/7827/7028</w:t>
        <w:br/>
        <w:t>f 12787/7840/7039 12786/7841/7036 12785/7842/7040</w:t>
        <w:br/>
        <w:t>f 12784/7843/7041 12787/7840/7039 12785/7842/7040</w:t>
        <w:br/>
        <w:t>f 12746/7801/7001 12745/7802/7002 12788/7844/7042</w:t>
        <w:br/>
        <w:t>f 12792/7845/7043 12791/7846/7044 12790/7847/7045</w:t>
        <w:br/>
        <w:t>f 12789/7848/7046 12792/7845/7043 12790/7847/7045</w:t>
        <w:br/>
        <w:t>f 12796/7849/7046 12795/7850/7047 12794/7851/7048</w:t>
        <w:br/>
        <w:t>f 12793/7852/7043 12796/7849/7046 12794/7851/7048</w:t>
        <w:br/>
        <w:t>f 12791/7846/7044 12776/7833/7032 12777/7832/7031</w:t>
        <w:br/>
        <w:t>f 12790/7847/7045 12791/7846/7044 12777/7832/7031</w:t>
        <w:br/>
        <w:t>f 12779/7834/7033 12778/7835/7034 12794/7851/7048</w:t>
        <w:br/>
        <w:t>f 12795/7850/7047 12779/7834/7033 12794/7851/7048</w:t>
        <w:br/>
        <w:t>f 12800/7853/7049 12799/7854/7050 12798/7855/7051</w:t>
        <w:br/>
        <w:t>f 12797/7856/7052 12800/7853/7049 12798/7855/7051</w:t>
        <w:br/>
        <w:t>f 12803/7857/7050 12802/7858/7053 12801/7859/7054</w:t>
        <w:br/>
        <w:t>f 12788/7844/7042 12745/7802/7002 12804/7860/7055</w:t>
        <w:br/>
        <w:t>f 12808/7861/7056 12807/7862/7057 12806/7863/7058</w:t>
        <w:br/>
        <w:t>f 12805/7864/7059 12808/7861/7056 12806/7863/7058</w:t>
        <w:br/>
        <w:t>f 12812/7865/7060 12811/7866/7061 12810/7867/7062</w:t>
        <w:br/>
        <w:t>f 12809/7868/7063 12812/7865/7060 12810/7867/7062</w:t>
        <w:br/>
        <w:t>f 12809/7868/7063 12810/7867/7062 12814/7869/7064</w:t>
        <w:br/>
        <w:t>f 12813/7870/7065 12809/7868/7063 12814/7869/7064</w:t>
        <w:br/>
        <w:t>f 12816/7871/7066 12815/7872/7067 12808/7861/7056</w:t>
        <w:br/>
        <w:t>f 12805/7864/7059 12816/7871/7066 12808/7861/7056</w:t>
        <w:br/>
        <w:t>f 12819/7873/7068 12818/7874/7069 12817/7875/7070</w:t>
        <w:br/>
        <w:t>f 12823/7876/7071 12822/7877/7072 12821/7878/7073</w:t>
        <w:br/>
        <w:t>f 12820/7879/7069 12823/7876/7071 12821/7878/7073</w:t>
        <w:br/>
        <w:t>f 12802/7858/7053 12825/7880/7074 12824/7881/7075</w:t>
        <w:br/>
        <w:t>f 12828/7882/7076 12827/7883/7077 12826/7884/7078</w:t>
        <w:br/>
        <w:t>f 12804/7860/7055 12828/7882/7076 12826/7884/7078</w:t>
        <w:br/>
        <w:t>f 12832/7885/7079 12831/7886/7080 12830/7887/7081</w:t>
        <w:br/>
        <w:t>f 12829/7888/7082 12832/7885/7079 12830/7887/7081</w:t>
        <w:br/>
        <w:t>f 12835/7889/7083 12834/7890/7084 12833/7891/7085</w:t>
        <w:br/>
        <w:t>f 12836/7892/7086 12835/7889/7083 12833/7891/7085</w:t>
        <w:br/>
        <w:t>f 12813/7870/7065 12814/7869/7064 12834/7890/7084</w:t>
        <w:br/>
        <w:t>f 12835/7889/7083 12813/7870/7065 12834/7890/7084</w:t>
        <w:br/>
        <w:t>f 12815/7872/7067 12816/7871/7066 12831/7886/7080</w:t>
        <w:br/>
        <w:t>f 12832/7885/7079 12815/7872/7067 12831/7886/7080</w:t>
        <w:br/>
        <w:t>f 12835/7889/7083 12838/7893/7087 12837/7894/7088</w:t>
        <w:br/>
        <w:t>f 12813/7870/7065 12835/7889/7083 12837/7894/7088</w:t>
        <w:br/>
        <w:t>f 12842/7895/7089 12841/7896/7090 12840/7897/7091</w:t>
        <w:br/>
        <w:t>f 12839/7898/7092 12842/7895/7089 12840/7897/7091</w:t>
        <w:br/>
        <w:t>f 12846/7899/7093 12845/7900/7094 12844/7901/7095</w:t>
        <w:br/>
        <w:t>f 12843/7902/7096 12846/7899/7093 12844/7901/7095</w:t>
        <w:br/>
        <w:t>f 12848/7903/7097 12847/7904/7098 12716/7771/6974</w:t>
        <w:br/>
        <w:t>f 12717/7770/6973 12848/7903/7097 12716/7771/6974</w:t>
        <w:br/>
        <w:t>f 12852/7905/7098 12851/7906/7099 12850/7907/7100</w:t>
        <w:br/>
        <w:t>f 12849/7908/6974 12852/7905/7098 12850/7907/7100</w:t>
        <w:br/>
        <w:t>f 12856/7909/7101 12855/7910/7102 12854/7911/7103</w:t>
        <w:br/>
        <w:t>f 12853/7912/7104 12856/7909/7101 12854/7911/7103</w:t>
        <w:br/>
        <w:t>f 12857/7913/7105 12850/7907/7100 12851/7906/7099</w:t>
        <w:br/>
        <w:t>f 12860/7914/7106 12859/7915/7107 12858/7916/7108</w:t>
        <w:br/>
        <w:t>f 12845/7900/7094 12745/7802/7002 12862/7917/7109</w:t>
        <w:br/>
        <w:t>f 12861/7918/7110 12845/7900/7094 12862/7917/7109</w:t>
        <w:br/>
        <w:t>f 12865/7919/7111 12864/7920/7112 12863/7921/7113</w:t>
        <w:br/>
        <w:t>f 12869/7922/7114 12868/7923/7115 12867/7924/7116</w:t>
        <w:br/>
        <w:t>f 12866/7925/7117 12869/7922/7114 12867/7924/7116</w:t>
        <w:br/>
        <w:t>f 12868/7923/7115 12869/7922/7114 12871/7926/7118</w:t>
        <w:br/>
        <w:t>f 12870/7927/7119 12868/7923/7115 12871/7926/7118</w:t>
        <w:br/>
        <w:t>f 12875/7928/7120 12874/7929/7121 12873/7930/7119</w:t>
        <w:br/>
        <w:t>f 12872/7931/7118 12875/7928/7120 12873/7930/7119</w:t>
        <w:br/>
        <w:t>f 12839/7898/7092 12876/7932/7122 12824/7881/7075</w:t>
        <w:br/>
        <w:t>f 12879/7933/7123 12878/7934/7124 12877/7935/7125</w:t>
        <w:br/>
        <w:t>f 12881/7936/7126 12880/7937/7127 12878/7934/7124</w:t>
        <w:br/>
        <w:t>f 12879/7933/7123 12881/7936/7126 12878/7934/7124</w:t>
        <w:br/>
        <w:t>f 12884/7938/7128 12883/7939/7127 12861/7918/7110</w:t>
        <w:br/>
        <w:t>f 12882/7940/7129 12884/7938/7128 12861/7918/7110</w:t>
        <w:br/>
        <w:t>f 12881/7936/7126 12879/7933/7123 12885/7941/7130</w:t>
        <w:br/>
        <w:t>f 12887/7942/7131 12886/7943/7132 12849/7908/6974</w:t>
        <w:br/>
        <w:t>f 12850/7907/7100 12887/7942/7131 12849/7908/6974</w:t>
        <w:br/>
        <w:t>f 12888/7944/7133 12887/7942/7131 12850/7907/7100</w:t>
        <w:br/>
        <w:t>f 12857/7913/7105 12888/7944/7133 12850/7907/7100</w:t>
        <w:br/>
        <w:t>f 12890/7945/7134 12855/7910/7102 12856/7909/7101</w:t>
        <w:br/>
        <w:t>f 12889/7946/7135 12890/7945/7134 12856/7909/7101</w:t>
        <w:br/>
        <w:t>f 12894/7947/7136 12893/7948/7137 12892/7949/7138</w:t>
        <w:br/>
        <w:t>f 12891/7950/7139 12894/7947/7136 12892/7949/7138</w:t>
        <w:br/>
        <w:t>f 12864/7920/7112 12875/7928/7120 12749/7804/7004</w:t>
        <w:br/>
        <w:t>f 12750/7803/7003 12864/7920/7112 12749/7804/7004</w:t>
        <w:br/>
        <w:t>f 12863/7921/7113 12895/7951/7140 12865/7919/7111</w:t>
        <w:br/>
        <w:t>f 12755/7810/7010 12756/7809/7009 12767/7820/7141</w:t>
        <w:br/>
        <w:t>f 12720/7779/6982 12730/7787/6988 12896/7952/7142</w:t>
        <w:br/>
        <w:t>f 12746/7801/7001 12897/7953/7143 12732/7790/6991</w:t>
        <w:br/>
        <w:t>f 12784/7843/7041 12746/7801/7001 12898/7954/7144</w:t>
        <w:br/>
        <w:t>f 12797/7856/7052 12798/7855/7051 12899/7955/7145</w:t>
        <w:br/>
        <w:t>f 12868/7923/7115 12870/7927/7119 12900/7956/7146</w:t>
        <w:br/>
        <w:t>f 12858/7916/7108 12868/7923/7115 12900/7956/7146</w:t>
        <w:br/>
        <w:t>f 12887/7942/7131 12902/7957/7147 12901/7958/7148</w:t>
        <w:br/>
        <w:t>f 12886/7943/7132 12887/7942/7131 12901/7958/7148</w:t>
        <w:br/>
        <w:t>f 12903/7959/7149 12871/7926/7118 12869/7922/7114</w:t>
        <w:br/>
        <w:t>f 12749/7804/7004 12875/7928/7120 12872/7931/7118</w:t>
        <w:br/>
        <w:t>f 12904/7960/7149 12749/7804/7004 12872/7931/7118</w:t>
        <w:br/>
        <w:t>f 12907/7961/7150 12906/7962/7151 12905/7963/7152</w:t>
        <w:br/>
        <w:t>f 12910/7964/7153 12909/7965/7154 12906/7962/7151</w:t>
        <w:br/>
        <w:t>f 12908/7966/7155 12910/7964/7153 12906/7962/7151</w:t>
        <w:br/>
        <w:t>f 12890/7945/7134 12889/7946/7135 12911/7967/7156</w:t>
        <w:br/>
        <w:t>f 12915/7968/7157 12914/7969/7158 12913/7970/7159</w:t>
        <w:br/>
        <w:t>f 12912/7971/7160 12915/7968/7157 12913/7970/7159</w:t>
        <w:br/>
        <w:t>f 12903/7959/7149 12869/7922/7114 12866/7925/7117</w:t>
        <w:br/>
        <w:t>f 12916/7972/7161 12903/7959/7149 12866/7925/7117</w:t>
        <w:br/>
        <w:t>f 12920/7973/7162 12919/7974/7163 12918/7975/7164</w:t>
        <w:br/>
        <w:t>f 12917/7976/7165 12920/7973/7162 12918/7975/7164</w:t>
        <w:br/>
        <w:t>f 12921/7977/7166 12838/7893/7087 12835/7889/7083</w:t>
        <w:br/>
        <w:t>f 12836/7892/7086 12921/7977/7166 12835/7889/7083</w:t>
        <w:br/>
        <w:t>f 12922/7978/7164 12838/7893/7087 12921/7977/7166</w:t>
        <w:br/>
        <w:t>f 12840/7897/7091 12841/7896/7090 12924/7979/7167</w:t>
        <w:br/>
        <w:t>f 12923/7980/7168 12840/7897/7091 12924/7979/7167</w:t>
        <w:br/>
        <w:t>f 12752/7807/7007 12748/7805/7005 12925/7981/7159</w:t>
        <w:br/>
        <w:t>f 12717/7770/6973 12856/7909/7101 12853/7912/7104</w:t>
        <w:br/>
        <w:t>f 12848/7903/7097 12717/7770/6973 12853/7912/7104</w:t>
        <w:br/>
        <w:t>f 12914/7969/7158 12927/7982/7169 12926/7983/7170</w:t>
        <w:br/>
        <w:t>f 12913/7970/7159 12914/7969/7158 12926/7983/7170</w:t>
        <w:br/>
        <w:t>f 12752/7807/7007 12925/7981/7159 12928/7984/7170</w:t>
        <w:br/>
        <w:t>f 12932/7985/7171 12931/7986/7172 12930/7987/7173</w:t>
        <w:br/>
        <w:t>f 12929/7988/7174 12932/7985/7171 12930/7987/7173</w:t>
        <w:br/>
        <w:t>f 12936/7989/7175 12935/7990/7176 12934/7991/7177</w:t>
        <w:br/>
        <w:t>f 12933/7992/7171 12936/7989/7175 12934/7991/7177</w:t>
        <w:br/>
        <w:t>f 12940/7993/7178 12939/7994/7179 12938/7995/7180</w:t>
        <w:br/>
        <w:t>f 12937/7996/7181 12940/7993/7178 12938/7995/7180</w:t>
        <w:br/>
        <w:t>f 12942/7997/7182 12938/7995/7180 12939/7994/7179</w:t>
        <w:br/>
        <w:t>f 12941/7998/7183 12942/7997/7182 12939/7994/7179</w:t>
        <w:br/>
        <w:t>f 12946/7999/7184 12945/8000/7185 12944/8001/7179</w:t>
        <w:br/>
        <w:t>f 12943/8002/7178 12946/7999/7184 12944/8001/7179</w:t>
        <w:br/>
        <w:t>f 12935/7990/7176 12947/8003/7186 12751/7808/7008</w:t>
        <w:br/>
        <w:t>f 12752/7807/7007 12935/7990/7176 12751/7808/7008</w:t>
        <w:br/>
        <w:t>f 12947/8003/7186 12935/7990/7176 12936/7989/7175</w:t>
        <w:br/>
        <w:t>f 12948/8004/7187 12947/8003/7186 12936/7989/7175</w:t>
        <w:br/>
        <w:t>f 12937/7996/7181 12938/7995/7180 12950/8005/7188</w:t>
        <w:br/>
        <w:t>f 12949/8006/7189 12937/7996/7181 12950/8005/7188</w:t>
        <w:br/>
        <w:t>f 12938/7995/7180 12942/7997/7182 12951/8007/7190</w:t>
        <w:br/>
        <w:t>f 12950/8005/7188 12938/7995/7180 12951/8007/7190</w:t>
        <w:br/>
        <w:t>f 12955/8008/7191 12954/8009/7192 12953/8010/7193</w:t>
        <w:br/>
        <w:t>f 12952/8011/7194 12955/8008/7191 12953/8010/7193</w:t>
        <w:br/>
        <w:t>f 12958/8012/7195 12957/8013/7196 12956/8014/7197</w:t>
        <w:br/>
        <w:t>f 12960/8015/7198 12959/8016/7199 12945/8000/7185</w:t>
        <w:br/>
        <w:t>f 12946/7999/7184 12960/8015/7198 12945/8000/7185</w:t>
        <w:br/>
        <w:t>f 12765/7822/7023 12961/8017/7200 12927/7982/7169</w:t>
        <w:br/>
        <w:t>f 12914/7969/7158 12765/7822/7023 12927/7982/7169</w:t>
        <w:br/>
        <w:t>f 12965/8018/7201 12964/8019/7202 12963/8020/7203</w:t>
        <w:br/>
        <w:t>f 12962/8021/7204 12965/8018/7201 12963/8020/7203</w:t>
        <w:br/>
        <w:t>f 12753/7812/7012 12967/8022/7205 12966/8023/7206</w:t>
        <w:br/>
        <w:t>f 12756/7809/7009 12753/7812/7012 12966/8023/7206</w:t>
        <w:br/>
        <w:t>f 12971/8024/7207 12970/8025/7208 12969/8026/7209</w:t>
        <w:br/>
        <w:t>f 12968/8027/7210 12971/8024/7207 12969/8026/7209</w:t>
        <w:br/>
        <w:t>f 12975/8028/7208 12974/8029/7211 12973/8030/7212</w:t>
        <w:br/>
        <w:t>f 12972/8031/7213 12975/8028/7208 12973/8030/7212</w:t>
        <w:br/>
        <w:t>f 12977/8032/7214 12976/8033/7215 12973/8030/7212</w:t>
        <w:br/>
        <w:t>f 12974/8029/7211 12977/8032/7214 12973/8030/7212</w:t>
        <w:br/>
        <w:t>f 12979/8034/7216 12978/8035/7214 12971/8024/7207</w:t>
        <w:br/>
        <w:t>f 12968/8027/7210 12979/8034/7216 12971/8024/7207</w:t>
        <w:br/>
        <w:t>f 12983/8036/7217 12982/8037/7218 12981/8038/7219</w:t>
        <w:br/>
        <w:t>f 12980/8039/7220 12983/8036/7217 12981/8038/7219</w:t>
        <w:br/>
        <w:t>f 12987/8040/7221 12986/8041/7222 12985/8042/7220</w:t>
        <w:br/>
        <w:t>f 12984/8043/7223 12987/8040/7221 12985/8042/7220</w:t>
        <w:br/>
        <w:t>f 12947/8003/7186 12976/8033/7215 12988/8044/7224</w:t>
        <w:br/>
        <w:t>f 12751/7808/7008 12947/8003/7186 12988/8044/7224</w:t>
        <w:br/>
        <w:t>f 12989/8045/7225 12972/8031/7213 12973/8030/7212</w:t>
        <w:br/>
        <w:t>f 12948/8004/7187 12989/8045/7225 12973/8030/7212</w:t>
        <w:br/>
        <w:t>f 12981/8038/7219 12950/8005/7188 12951/8007/7190</w:t>
        <w:br/>
        <w:t>f 12990/8046/7226 12981/8038/7219 12951/8007/7190</w:t>
        <w:br/>
        <w:t>f 12981/8038/7219 12982/8037/7218 12949/8006/7189</w:t>
        <w:br/>
        <w:t>f 12950/8005/7188 12981/8038/7219 12949/8006/7189</w:t>
        <w:br/>
        <w:t>f 12992/8047/7227 12954/8009/7192 12955/8008/7191</w:t>
        <w:br/>
        <w:t>f 12991/8048/7228 12992/8047/7227 12955/8008/7191</w:t>
        <w:br/>
        <w:t>f 12960/8015/7198 12987/8040/7221 12984/8043/7223</w:t>
        <w:br/>
        <w:t>f 12959/8016/7199 12960/8015/7198 12984/8043/7223</w:t>
        <w:br/>
        <w:t>f 12756/7809/7009 12993/8049/7229 12961/8017/7200</w:t>
        <w:br/>
        <w:t>f 12765/7822/7023 12756/7809/7009 12961/8017/7200</w:t>
        <w:br/>
        <w:t>f 12995/8050/7230 12962/8021/7204 12963/8020/7203</w:t>
        <w:br/>
        <w:t>f 12994/8051/7231 12995/8050/7230 12963/8020/7203</w:t>
        <w:br/>
        <w:t>f 12997/8052/7232 12942/7997/7182 12941/7998/7183</w:t>
        <w:br/>
        <w:t>f 12996/8053/7233 12997/8052/7232 12941/7998/7183</w:t>
        <w:br/>
        <w:t>f 12998/8054/7234 12951/8007/7190 12942/7997/7182</w:t>
        <w:br/>
        <w:t>f 12997/8052/7232 12998/8054/7234 12942/7997/7182</w:t>
        <w:br/>
        <w:t>f 12990/8046/7226 12951/8007/7190 12998/8054/7234</w:t>
        <w:br/>
        <w:t>f 12999/8055/7235 12990/8046/7226 12998/8054/7234</w:t>
        <w:br/>
        <w:t>f 12996/8053/7233 13000/8056/7236 12953/8010/7193</w:t>
        <w:br/>
        <w:t>f 12997/8052/7232 12996/8053/7233 12953/8010/7193</w:t>
        <w:br/>
        <w:t>f 12991/8048/7228 13001/8057/7237 12992/8047/7227</w:t>
        <w:br/>
        <w:t>f 13003/8058/7238 12990/8046/7226 12999/8055/7235</w:t>
        <w:br/>
        <w:t>f 13002/8059/7239 13003/8058/7238 12999/8055/7235</w:t>
        <w:br/>
        <w:t>f 12933/7992/7171 13005/8060/7174 13004/8061/7240</w:t>
        <w:br/>
        <w:t>f 12936/7989/7175 12933/7992/7171 13004/8061/7240</w:t>
        <w:br/>
        <w:t>f 13004/8061/7240 12989/8045/7225 12948/8004/7187</w:t>
        <w:br/>
        <w:t>f 12936/7989/7175 13004/8061/7240 12948/8004/7187</w:t>
        <w:br/>
        <w:t>f 12948/8004/7187 12973/8030/7212 12976/8033/7215</w:t>
        <w:br/>
        <w:t>f 12947/8003/7186 12948/8004/7187 12976/8033/7215</w:t>
        <w:br/>
        <w:t>f 13007/8062/7238 12994/8051/7231 13006/8063/7241</w:t>
        <w:br/>
        <w:t>f 12944/8001/7179 12945/8000/7185 13009/8064/7242</w:t>
        <w:br/>
        <w:t>f 13008/8065/7183 12944/8001/7179 13009/8064/7242</w:t>
        <w:br/>
        <w:t>f 13009/8064/7242 12945/8000/7185 12959/8016/7199</w:t>
        <w:br/>
        <w:t>f 13010/8066/7243 13009/8064/7242 12959/8016/7199</w:t>
        <w:br/>
        <w:t>f 12985/8042/7220 13007/8062/7238 13011/8067/7244</w:t>
        <w:br/>
        <w:t>f 12984/8043/7223 12985/8042/7220 13011/8067/7244</w:t>
        <w:br/>
        <w:t>f 12990/8046/7226 13003/8058/7238 12980/8039/7220</w:t>
        <w:br/>
        <w:t>f 12981/8038/7219 12990/8046/7226 12980/8039/7220</w:t>
        <w:br/>
        <w:t>f 13011/8067/7244 13010/8066/7243 12959/8016/7199</w:t>
        <w:br/>
        <w:t>f 12984/8043/7223 13011/8067/7244 12959/8016/7199</w:t>
        <w:br/>
        <w:t>f 13012/8068/7245 13008/8065/7183 12964/8019/7202</w:t>
        <w:br/>
        <w:t>f 12965/8018/7201 13012/8068/7245 12964/8019/7202</w:t>
        <w:br/>
        <w:t>f 12953/8010/7193 13000/8056/7236 12952/8011/7194</w:t>
        <w:br/>
        <w:t>f 12992/8047/7227 13001/8057/7237 13002/8059/7239</w:t>
        <w:br/>
        <w:t>f 12999/8055/7235 12992/8047/7227 13002/8059/7239</w:t>
        <w:br/>
        <w:t>f 12956/8014/7246 13015/8069/7247 13014/8070/7248</w:t>
        <w:br/>
        <w:t>f 13013/8071/7249 12956/8014/7246 13014/8070/7248</w:t>
        <w:br/>
        <w:t>f 12995/8050/7230 13018/8072/7239 13017/8073/7237</w:t>
        <w:br/>
        <w:t>f 13016/8074/7250 12995/8050/7230 13017/8073/7237</w:t>
        <w:br/>
        <w:t>f 13014/8070/7248 13019/8075/7251 13013/8071/7249</w:t>
        <w:br/>
        <w:t>f 13016/8074/7250 13019/8075/7251 13020/8076/7252</w:t>
        <w:br/>
        <w:t>f 12965/8018/7201 13014/8070/7248 13015/8069/7247</w:t>
        <w:br/>
        <w:t>f 13012/8068/7245 12965/8018/7201 13015/8069/7247</w:t>
        <w:br/>
        <w:t>f 13022/8077/7253 13021/8078/7254 13016/8074/7250</w:t>
        <w:br/>
        <w:t>f 13017/8073/7237 13022/8077/7253 13016/8074/7250</w:t>
        <w:br/>
        <w:t>f 12954/8009/7192 12998/8054/7234 12997/8052/7232</w:t>
        <w:br/>
        <w:t>f 12953/8010/7193 12954/8009/7192 12997/8052/7232</w:t>
        <w:br/>
        <w:t>f 12999/8055/7235 12998/8054/7234 12954/8009/7192</w:t>
        <w:br/>
        <w:t>f 12992/8047/7227 12999/8055/7235 12954/8009/7192</w:t>
        <w:br/>
        <w:t>f 13026/8079/7255 13025/8080/7256 13024/8081/7257</w:t>
        <w:br/>
        <w:t>f 13023/8082/7258 13026/8079/7255 13024/8081/7257</w:t>
        <w:br/>
        <w:t>f 13030/8083/7259 13029/8084/7260 13028/8085/7261</w:t>
        <w:br/>
        <w:t>f 13027/8086/7262 13030/8083/7259 13028/8085/7261</w:t>
        <w:br/>
        <w:t>f 13034/8087/7263 13033/8088/7264 13032/8089/7265</w:t>
        <w:br/>
        <w:t>f 13031/8090/7266 13034/8087/7263 13032/8089/7265</w:t>
        <w:br/>
        <w:t>f 13038/8091/7267 13037/8092/7268 13036/8093/7269</w:t>
        <w:br/>
        <w:t>f 13035/8094/7270 13038/8091/7267 13036/8093/7269</w:t>
        <w:br/>
        <w:t>f 13041/8095/7265 13040/8096/7271 13039/8097/7272</w:t>
        <w:br/>
        <w:t>f 13037/8092/7268 13041/8095/7265 13039/8097/7272</w:t>
        <w:br/>
        <w:t>f 13043/8098/7273 13029/8084/7260 13030/8083/7259</w:t>
        <w:br/>
        <w:t>f 13042/8099/7274 13043/8098/7273 13030/8083/7259</w:t>
        <w:br/>
        <w:t>f 13033/8088/7264 13034/8087/7263 13045/8100/7275</w:t>
        <w:br/>
        <w:t>f 13044/8101/7276 13033/8088/7264 13045/8100/7275</w:t>
        <w:br/>
        <w:t>f 13048/8102/7277 13047/8103/7278 13046/8104/7279</w:t>
        <w:br/>
        <w:t>f 13049/8105/7280 13048/8102/7277 13046/8104/7279</w:t>
        <w:br/>
        <w:t>f 13036/8093/7269 13051/8106/7281 13050/8107/7282</w:t>
        <w:br/>
        <w:t>f 13035/8094/7270 13036/8093/7269 13050/8107/7282</w:t>
        <w:br/>
        <w:t>f 13039/8097/7272 13040/8096/7271 13053/8108/7283</w:t>
        <w:br/>
        <w:t>f 13052/8109/7284 13039/8097/7272 13053/8108/7283</w:t>
        <w:br/>
        <w:t>f 13025/8080/7256 13056/8110/7285 13055/8111/7286</w:t>
        <w:br/>
        <w:t>f 13054/8112/7287 13025/8080/7256 13055/8111/7286</w:t>
        <w:br/>
        <w:t>f 13060/8113/7288 13059/8114/7289 13058/8115/7290</w:t>
        <w:br/>
        <w:t>f 13057/8116/7291 13060/8113/7288 13058/8115/7290</w:t>
        <w:br/>
        <w:t>f 13064/8117/7292 13063/8118/7293 13062/8119/7294</w:t>
        <w:br/>
        <w:t>f 13061/8120/7295 13064/8117/7292 13062/8119/7294</w:t>
        <w:br/>
        <w:t>f 13061/8120/7295 13062/8119/7294 13066/8121/7296</w:t>
        <w:br/>
        <w:t>f 13065/8122/7297 13061/8120/7295 13066/8121/7296</w:t>
        <w:br/>
        <w:t>f 13059/8114/7289 13068/8123/7298 13067/8124/7299</w:t>
        <w:br/>
        <w:t>f 13058/8115/7290 13059/8114/7289 13067/8124/7299</w:t>
        <w:br/>
        <w:t>f 13072/8125/7300 13071/8126/7301 13070/8127/7302</w:t>
        <w:br/>
        <w:t>f 13069/8128/7303 13072/8125/7300 13070/8127/7302</w:t>
        <w:br/>
        <w:t>f 13076/8129/7304 13075/8130/7305 13074/8131/7306</w:t>
        <w:br/>
        <w:t>f 13073/8132/7300 13076/8129/7304 13074/8131/7306</w:t>
        <w:br/>
        <w:t>f 13075/8130/7305 13076/8129/7304 13078/8133/7307</w:t>
        <w:br/>
        <w:t>f 13077/8134/7308 13075/8130/7305 13078/8133/7307</w:t>
        <w:br/>
        <w:t>f 13081/8135/7309 13080/8136/7310 13079/8137/7307</w:t>
        <w:br/>
        <w:t>f 13069/8128/7303 13081/8135/7309 13079/8137/7307</w:t>
        <w:br/>
        <w:t>f 13061/8120/7295 13042/8099/7274 13082/8138/7311</w:t>
        <w:br/>
        <w:t>f 13064/8117/7292 13061/8120/7295 13082/8138/7311</w:t>
        <w:br/>
        <w:t>f 13045/8100/7275 13084/8139/7312 13083/8140/7313</w:t>
        <w:br/>
        <w:t>f 13044/8101/7276 13045/8100/7275 13083/8140/7313</w:t>
        <w:br/>
        <w:t>f 13046/8104/7279 13047/8103/7278 13086/8141/7314</w:t>
        <w:br/>
        <w:t>f 13085/8142/7315 13046/8104/7279 13086/8141/7314</w:t>
        <w:br/>
        <w:t>f 13070/8127/7302 13071/8126/7301 13050/8107/7282</w:t>
        <w:br/>
        <w:t>f 13051/8106/7281 13070/8127/7302 13050/8107/7282</w:t>
        <w:br/>
        <w:t>f 13081/8135/7309 13052/8109/7284 13053/8108/7283</w:t>
        <w:br/>
        <w:t>f 13080/8136/7310 13081/8135/7309 13053/8108/7283</w:t>
        <w:br/>
        <w:t>f 13059/8114/7289 13054/8112/7287 13055/8111/7286</w:t>
        <w:br/>
        <w:t>f 13068/8123/7298 13059/8114/7289 13055/8111/7286</w:t>
        <w:br/>
        <w:t>f 13089/8143/7316 13088/8144/7317 13087/8145/7318</w:t>
        <w:br/>
        <w:t>f 13057/8116/7291 13089/8143/7316 13087/8145/7318</w:t>
        <w:br/>
        <w:t>f 13091/8146/7319 13090/8147/7320 13063/8118/7293</w:t>
        <w:br/>
        <w:t>f 13064/8117/7292 13091/8146/7319 13063/8118/7293</w:t>
        <w:br/>
        <w:t>f 13093/8148/7321 13087/8145/7318 13088/8144/7317</w:t>
        <w:br/>
        <w:t>f 13092/8149/7322 13093/8148/7321 13088/8144/7317</w:t>
        <w:br/>
        <w:t>f 13082/8138/7311 13096/8150/7323 13095/8151/7324</w:t>
        <w:br/>
        <w:t>f 13094/8152/7325 13082/8138/7311 13095/8151/7324</w:t>
        <w:br/>
        <w:t>f 13034/8087/7263 13098/8153/7326 13097/8154/7327</w:t>
        <w:br/>
        <w:t>f 13045/8100/7275 13034/8087/7263 13097/8154/7327</w:t>
        <w:br/>
        <w:t>f 13045/8100/7275 13097/8154/7327 13074/8131/7306</w:t>
        <w:br/>
        <w:t>f 13084/8139/7312 13045/8100/7275 13074/8131/7306</w:t>
        <w:br/>
        <w:t>f 13031/8090/7266 13099/8155/7267 13098/8153/7326</w:t>
        <w:br/>
        <w:t>f 13034/8087/7263 13031/8090/7266 13098/8153/7326</w:t>
        <w:br/>
        <w:t>f 13049/8105/7280 13098/8153/7326 13099/8155/7267</w:t>
        <w:br/>
        <w:t>f 13100/8156/7328 13049/8105/7280 13099/8155/7267</w:t>
        <w:br/>
        <w:t>f 13086/8141/7314 13101/8157/7329 13085/8142/7315</w:t>
        <w:br/>
        <w:t>f 13027/8086/7262 13102/8158/7258 13096/8150/7323</w:t>
        <w:br/>
        <w:t>f 13030/8083/7259 13027/8086/7262 13096/8150/7323</w:t>
        <w:br/>
        <w:t>f 13042/8099/7274 13030/8083/7259 13096/8150/7323</w:t>
        <w:br/>
        <w:t>f 13082/8138/7311 13042/8099/7274 13096/8150/7323</w:t>
        <w:br/>
        <w:t>f 13024/8081/7257 13025/8080/7256 13054/8112/7287</w:t>
        <w:br/>
        <w:t>f 13103/8159/7330 13024/8081/7257 13054/8112/7287</w:t>
        <w:br/>
        <w:t>f 13059/8114/7289 13060/8113/7288 13103/8159/7330</w:t>
        <w:br/>
        <w:t>f 13054/8112/7287 13059/8114/7289 13103/8159/7330</w:t>
        <w:br/>
        <w:t>f 13100/8156/7328 13048/8102/7277 13049/8105/7280</w:t>
        <w:br/>
        <w:t>f 13085/8142/7315 13101/8157/7329 13073/8132/7300</w:t>
        <w:br/>
        <w:t>f 13074/8131/7306 13085/8142/7315 13073/8132/7300</w:t>
        <w:br/>
        <w:t>f 13107/8160/7331 13106/8161/7332 13105/8162/7333</w:t>
        <w:br/>
        <w:t>f 13104/8163/7334 13107/8160/7331 13105/8162/7333</w:t>
        <w:br/>
        <w:t>f 13071/8126/7301 13072/8125/7300 13109/8164/7335</w:t>
        <w:br/>
        <w:t>f 13108/8165/7336 13071/8126/7301 13109/8164/7335</w:t>
        <w:br/>
        <w:t>f 13095/8151/7324 13096/8150/7323 13102/8158/7258</w:t>
        <w:br/>
        <w:t>f 13110/8166/7337 13095/8151/7324 13102/8158/7258</w:t>
        <w:br/>
        <w:t>f 13038/8091/7267 13035/8094/7270 13104/8163/7334</w:t>
        <w:br/>
        <w:t>f 13105/8162/7333 13038/8091/7267 13104/8163/7334</w:t>
        <w:br/>
        <w:t>f 13108/8165/7336 13109/8164/7335 13112/8167/7338</w:t>
        <w:br/>
        <w:t>f 13111/8168/7339 13108/8165/7336 13112/8167/7338</w:t>
        <w:br/>
        <w:t>f 13098/8153/7326 13049/8105/7280 13046/8104/7279</w:t>
        <w:br/>
        <w:t>f 13097/8154/7327 13098/8153/7326 13046/8104/7279</w:t>
        <w:br/>
        <w:t>f 13046/8104/7279 13085/8142/7315 13074/8131/7306</w:t>
        <w:br/>
        <w:t>f 13097/8154/7327 13046/8104/7279 13074/8131/7306</w:t>
        <w:br/>
        <w:t>f 13116/8169/7340 13115/8170/7341 13114/8171/7342</w:t>
        <w:br/>
        <w:t>f 13113/8172/7343 13116/8169/7340 13114/8171/7342</w:t>
        <w:br/>
        <w:t>f 12770/7825/7026 13118/8173/7340 13117/8174/7344</w:t>
        <w:br/>
        <w:t>f 12769/7826/7027 12770/7825/7026 13117/8174/7344</w:t>
        <w:br/>
        <w:t>f 13122/8175/7345 13121/8176/7346 13120/8177/7347</w:t>
        <w:br/>
        <w:t>f 13119/8178/7348 13122/8175/7345 13120/8177/7347</w:t>
        <w:br/>
        <w:t>f 13126/8179/7349 13125/8180/7350 13124/8181/7351</w:t>
        <w:br/>
        <w:t>f 13123/8182/7352 13126/8179/7349 13124/8181/7351</w:t>
        <w:br/>
        <w:t>f 13130/8183/7353 13129/8184/7352 13128/8185/7351</w:t>
        <w:br/>
        <w:t>f 13127/8186/7354 13130/8183/7353 13128/8185/7351</w:t>
        <w:br/>
        <w:t>f 13133/8187/7348 13113/8172/7343 13132/8188/7355</w:t>
        <w:br/>
        <w:t>f 13131/8189/7356 13133/8187/7348 13132/8188/7355</w:t>
        <w:br/>
        <w:t>f 12769/7826/7027 13117/8174/7344 13134/8190/7357</w:t>
        <w:br/>
        <w:t>f 12777/7832/7031 12769/7826/7027 13134/8190/7357</w:t>
        <w:br/>
        <w:t>f 13122/8175/7345 13136/8191/7358 13135/8192/7359</w:t>
        <w:br/>
        <w:t>f 13121/8176/7346 13122/8175/7345 13135/8192/7359</w:t>
        <w:br/>
        <w:t>f 13126/8179/7349 13138/8193/7360 13137/8194/7361</w:t>
        <w:br/>
        <w:t>f 13125/8180/7350 13126/8179/7349 13137/8194/7361</w:t>
        <w:br/>
        <w:t>f 13142/8195/7362 13141/8196/7363 13140/8197/7364</w:t>
        <w:br/>
        <w:t>f 13139/8198/7365 13142/8195/7362 13140/8197/7364</w:t>
        <w:br/>
        <w:t>f 13130/8183/7353 13127/8186/7354 13144/8199/7366</w:t>
        <w:br/>
        <w:t>f 13143/8200/7367 13130/8183/7353 13144/8199/7366</w:t>
        <w:br/>
        <w:t>f 13146/8201/7368 13145/8202/7369 13131/8189/7356</w:t>
        <w:br/>
        <w:t>f 13132/8188/7355 13146/8201/7368 13131/8189/7356</w:t>
        <w:br/>
        <w:t>f 12775/7828/7029 12779/7834/7033 13147/8203/7370</w:t>
        <w:br/>
        <w:t>f 13115/8170/7341 12775/7828/7029 13147/8203/7370</w:t>
        <w:br/>
        <w:t>f 13114/8171/7342 13115/8170/7341 13147/8203/7370</w:t>
        <w:br/>
        <w:t>f 13148/8204/7371 13114/8171/7342 13147/8203/7370</w:t>
        <w:br/>
        <w:t>f 13152/8205/7372 13151/8206/7373 13150/8207/7374</w:t>
        <w:br/>
        <w:t>f 13149/8208/7375 13152/8205/7372 13150/8207/7374</w:t>
        <w:br/>
        <w:t>f 13156/8209/7376 13155/8210/7377 13154/8211/7378</w:t>
        <w:br/>
        <w:t>f 13153/8212/7379 13156/8209/7376 13154/8211/7378</w:t>
        <w:br/>
        <w:t>f 13160/8213/7380 13159/8214/7379 13158/8215/7381</w:t>
        <w:br/>
        <w:t>f 13157/8216/7382 13160/8213/7380 13158/8215/7381</w:t>
        <w:br/>
        <w:t>f 12789/7848/7046 12790/7847/7045 13157/8216/7382</w:t>
        <w:br/>
        <w:t>f 13158/8215/7381 12789/7848/7046 13157/8216/7382</w:t>
        <w:br/>
        <w:t>f 12795/7850/7047 12796/7849/7046 13154/8211/7378</w:t>
        <w:br/>
        <w:t>f 13155/8210/7377 12795/7850/7047 13154/8211/7378</w:t>
        <w:br/>
        <w:t>f 13164/8217/7383 13163/8218/7384 13162/8219/7385</w:t>
        <w:br/>
        <w:t>f 13161/8220/7386 13164/8217/7383 13162/8219/7385</w:t>
        <w:br/>
        <w:t>f 13168/8221/7386 13167/8222/7385 13166/8223/7387</w:t>
        <w:br/>
        <w:t>f 13165/8224/7388 13168/8221/7386 13166/8223/7387</w:t>
        <w:br/>
        <w:t>f 13170/8225/7389 13169/8226/7390 13159/8214/7379</w:t>
        <w:br/>
        <w:t>f 13160/8213/7380 13170/8225/7389 13159/8214/7379</w:t>
        <w:br/>
        <w:t>f 13173/8227/7390 13172/8228/7391 13171/8229/7392</w:t>
        <w:br/>
        <w:t>f 13153/8212/7379 13173/8227/7390 13171/8229/7392</w:t>
        <w:br/>
        <w:t>f 13134/8190/7357 13135/8192/7359 13160/8213/7380</w:t>
        <w:br/>
        <w:t>f 13157/8216/7382 13134/8190/7357 13160/8213/7380</w:t>
        <w:br/>
        <w:t>f 13166/8223/7387 13137/8194/7361 13138/8193/7360</w:t>
        <w:br/>
        <w:t>f 13165/8224/7388 13166/8223/7387 13138/8193/7360</w:t>
        <w:br/>
        <w:t>f 13135/8192/7359 13136/8191/7358 13170/8225/7389</w:t>
        <w:br/>
        <w:t>f 13160/8213/7380 13135/8192/7359 13170/8225/7389</w:t>
        <w:br/>
        <w:t>f 13175/8230/7393 13174/8231/7394 13140/8197/7364</w:t>
        <w:br/>
        <w:t>f 13141/8196/7363 13175/8230/7393 13140/8197/7364</w:t>
        <w:br/>
        <w:t>f 13163/8218/7384 13164/8217/7383 13143/8200/7367</w:t>
        <w:br/>
        <w:t>f 13144/8199/7366 13163/8218/7384 13143/8200/7367</w:t>
        <w:br/>
        <w:t>f 13172/8228/7391 13145/8202/7369 13146/8201/7368</w:t>
        <w:br/>
        <w:t>f 13171/8229/7392 13172/8228/7391 13146/8201/7368</w:t>
        <w:br/>
        <w:t>f 13148/8204/7371 13147/8203/7370 13155/8210/7377</w:t>
        <w:br/>
        <w:t>f 13156/8209/7376 13148/8204/7371 13155/8210/7377</w:t>
        <w:br/>
        <w:t>f 13147/8203/7370 12779/7834/7033 12795/7850/7047</w:t>
        <w:br/>
        <w:t>f 13155/8210/7377 13147/8203/7370 12795/7850/7047</w:t>
        <w:br/>
        <w:t>f 13177/8232/7395 13151/8206/7373 13152/8205/7372</w:t>
        <w:br/>
        <w:t>f 13176/8233/7396 13177/8232/7395 13152/8205/7372</w:t>
        <w:br/>
        <w:t>f 13123/8182/7352 13179/8234/7397 13178/8235/7398</w:t>
        <w:br/>
        <w:t>f 13126/8179/7349 13123/8182/7352 13178/8235/7398</w:t>
        <w:br/>
        <w:t>f 13180/8236/7399 13138/8193/7360 13126/8179/7349</w:t>
        <w:br/>
        <w:t>f 13178/8235/7398 13180/8236/7399 13126/8179/7349</w:t>
        <w:br/>
        <w:t>f 13180/8236/7399 13181/8237/7400 13165/8224/7388</w:t>
        <w:br/>
        <w:t>f 13138/8193/7360 13180/8236/7399 13165/8224/7388</w:t>
        <w:br/>
        <w:t>f 13179/8234/7397 13182/8238/7401 13139/8198/7365</w:t>
        <w:br/>
        <w:t>f 13178/8235/7398 13179/8234/7397 13139/8198/7365</w:t>
        <w:br/>
        <w:t>f 13175/8230/7393 13183/8239/7402 13174/8231/7394</w:t>
        <w:br/>
        <w:t>f 13184/8240/7403 13168/8221/7386 13165/8224/7388</w:t>
        <w:br/>
        <w:t>f 13181/8237/7400 13184/8240/7403 13165/8224/7388</w:t>
        <w:br/>
        <w:t>f 13115/8170/7341 13116/8169/7340 12774/7829/7026</w:t>
        <w:br/>
        <w:t>f 12775/7828/7029 13115/8170/7341 12774/7829/7026</w:t>
        <w:br/>
        <w:t>f 13118/8173/7340 13120/8177/7347 13121/8176/7346</w:t>
        <w:br/>
        <w:t>f 13117/8174/7344 13118/8173/7340 13121/8176/7346</w:t>
        <w:br/>
        <w:t>f 13135/8192/7359 13134/8190/7357 13117/8174/7344</w:t>
        <w:br/>
        <w:t>f 13121/8176/7346 13135/8192/7359 13117/8174/7344</w:t>
        <w:br/>
        <w:t>f 13134/8190/7357 13157/8216/7382 12790/7847/7045</w:t>
        <w:br/>
        <w:t>f 12777/7832/7031 13134/8190/7357 12790/7847/7045</w:t>
        <w:br/>
        <w:t>f 13176/8233/7396 13161/8220/7386 13185/8241/7403</w:t>
        <w:br/>
        <w:t>f 13177/8232/7395 13176/8233/7396 13185/8241/7403</w:t>
        <w:br/>
        <w:t>f 13186/8242/7404 13129/8184/7352 13149/8208/7375</w:t>
        <w:br/>
        <w:t>f 13150/8207/7374 13186/8242/7404 13149/8208/7375</w:t>
        <w:br/>
        <w:t>f 13139/8198/7365 13182/8238/7401 13142/8195/7362</w:t>
        <w:br/>
        <w:t>f 13174/8231/7394 13183/8239/7402 13184/8240/7403</w:t>
        <w:br/>
        <w:t>f 13181/8237/7400 13174/8231/7394 13184/8240/7403</w:t>
        <w:br/>
        <w:t>f 13188/8243/7401 13186/8242/7404 13150/8207/7374</w:t>
        <w:br/>
        <w:t>f 13187/8244/7405 13188/8243/7401 13150/8207/7374</w:t>
        <w:br/>
        <w:t>f 13185/8241/7403 13190/8245/7402 13189/8246/7406</w:t>
        <w:br/>
        <w:t>f 13177/8232/7395 13185/8241/7403 13189/8246/7406</w:t>
        <w:br/>
        <w:t>f 13192/8247/7407 13191/8248/7408 13189/8246/7406</w:t>
        <w:br/>
        <w:t>f 13190/8245/7402 13192/8247/7407 13189/8246/7406</w:t>
        <w:br/>
        <w:t>f 13140/8197/7364 13180/8236/7399 13178/8235/7398</w:t>
        <w:br/>
        <w:t>f 13139/8198/7365 13140/8197/7364 13178/8235/7398</w:t>
        <w:br/>
        <w:t>f 13174/8231/7394 13181/8237/7400 13180/8236/7399</w:t>
        <w:br/>
        <w:t>f 13140/8197/7364 13174/8231/7394 13180/8236/7399</w:t>
        <w:br/>
        <w:t>f 12807/7862/7057 12808/7861/7056 13194/8249/7409</w:t>
        <w:br/>
        <w:t>f 13193/8250/7410 12807/7862/7057 13194/8249/7409</w:t>
        <w:br/>
        <w:t>f 13198/8251/7411 13197/8252/7412 13196/8253/7413</w:t>
        <w:br/>
        <w:t>f 13195/8254/7414 13198/8251/7411 13196/8253/7413</w:t>
        <w:br/>
        <w:t>f 13202/8255/7415 13201/8256/7416 13200/8257/7417</w:t>
        <w:br/>
        <w:t>f 13199/8258/7414 13202/8255/7415 13200/8257/7417</w:t>
        <w:br/>
        <w:t>f 13206/8259/7418 13205/8260/7419 13204/8261/7420</w:t>
        <w:br/>
        <w:t>f 13203/8262/7421 13206/8259/7418 13204/8261/7420</w:t>
        <w:br/>
        <w:t>f 13208/8263/7422 13197/8252/7412 13198/8251/7411</w:t>
        <w:br/>
        <w:t>f 13207/8264/7423 13208/8263/7422 13198/8251/7411</w:t>
        <w:br/>
        <w:t>f 13212/8265/7424 13211/8266/7425 13210/8267/7426</w:t>
        <w:br/>
        <w:t>f 13209/8268/7427 13212/8265/7424 13210/8267/7426</w:t>
        <w:br/>
        <w:t>f 13200/8257/7417 13201/8256/7416 13214/8269/7428</w:t>
        <w:br/>
        <w:t>f 13213/8270/7429 13200/8257/7417 13214/8269/7428</w:t>
        <w:br/>
        <w:t>f 13218/8271/7430 13217/8272/7431 13216/8273/7432</w:t>
        <w:br/>
        <w:t>f 13215/8274/7433 13218/8271/7430 13216/8273/7432</w:t>
        <w:br/>
        <w:t>f 13220/8275/7434 12832/7885/7079 12829/7888/7082</w:t>
        <w:br/>
        <w:t>f 13219/8276/7435 13220/8275/7434 12829/7888/7082</w:t>
        <w:br/>
        <w:t>f 13222/8277/7436 13221/8278/7437 12833/7891/7085</w:t>
        <w:br/>
        <w:t>f 12834/7890/7084 13222/8277/7436 12833/7891/7085</w:t>
        <w:br/>
        <w:t>f 13226/8279/7438 13225/8280/7439 13224/8281/7440</w:t>
        <w:br/>
        <w:t>f 13223/8282/7441 13226/8279/7438 13224/8281/7440</w:t>
        <w:br/>
        <w:t>f 13230/8283/7442 13229/8284/7439 13228/8285/7443</w:t>
        <w:br/>
        <w:t>f 13227/8286/7444 13230/8283/7442 13228/8285/7443</w:t>
        <w:br/>
        <w:t>f 13232/8287/7445 13231/8288/7446 13221/8278/7437</w:t>
        <w:br/>
        <w:t>f 13222/8277/7436 13232/8287/7445 13221/8278/7437</w:t>
        <w:br/>
        <w:t>f 13235/8289/7447 13234/8290/7448 13233/8291/7449</w:t>
        <w:br/>
        <w:t>f 13219/8276/7435 13235/8289/7447 13233/8291/7449</w:t>
        <w:br/>
        <w:t>f 12814/7869/7064 13206/8259/7418 13222/8277/7436</w:t>
        <w:br/>
        <w:t>f 12834/7890/7084 12814/7869/7064 13222/8277/7436</w:t>
        <w:br/>
        <w:t>f 13230/8283/7442 13227/8286/7444 13208/8263/7422</w:t>
        <w:br/>
        <w:t>f 13207/8264/7423 13230/8283/7442 13208/8263/7422</w:t>
        <w:br/>
        <w:t>f 13212/8265/7424 13209/8268/7427 13237/8292/7450</w:t>
        <w:br/>
        <w:t>f 13236/8293/7451 13212/8265/7424 13237/8292/7450</w:t>
        <w:br/>
        <w:t>f 13224/8281/7440 13213/8270/7429 13214/8269/7428</w:t>
        <w:br/>
        <w:t>f 13223/8282/7441 13224/8281/7440 13214/8269/7428</w:t>
        <w:br/>
        <w:t>f 13234/8290/7448 13239/8294/7452 13238/8295/7453</w:t>
        <w:br/>
        <w:t>f 13233/8291/7449 13234/8290/7448 13238/8295/7453</w:t>
        <w:br/>
        <w:t>f 13218/8271/7430 13241/8296/7454 13240/8297/7455</w:t>
        <w:br/>
        <w:t>f 13217/8272/7431 13218/8271/7430 13240/8297/7455</w:t>
        <w:br/>
        <w:t>f 13243/8298/7456 13198/8251/7411 13195/8254/7414</w:t>
        <w:br/>
        <w:t>f 13242/8299/7457 13243/8298/7456 13195/8254/7414</w:t>
        <w:br/>
        <w:t>f 13244/8300/7458 13207/8264/7423 13198/8251/7411</w:t>
        <w:br/>
        <w:t>f 13243/8298/7456 13244/8300/7458 13198/8251/7411</w:t>
        <w:br/>
        <w:t>f 13245/8301/7459 13230/8283/7442 13207/8264/7423</w:t>
        <w:br/>
        <w:t>f 13244/8300/7458 13245/8301/7459 13207/8264/7423</w:t>
        <w:br/>
        <w:t>f 13222/8277/7436 13206/8259/7418 13203/8262/7421</w:t>
        <w:br/>
        <w:t>f 13232/8287/7445 13222/8277/7436 13203/8262/7421</w:t>
        <w:br/>
        <w:t>f 13238/8295/7453 13239/8294/7452 13247/8302/7460</w:t>
        <w:br/>
        <w:t>f 13246/8303/7461 13238/8295/7453 13247/8302/7460</w:t>
        <w:br/>
        <w:t>f 13248/8304/7462 13193/8250/7410 13246/8303/7461</w:t>
        <w:br/>
        <w:t>f 13247/8302/7460 13248/8304/7462 13246/8303/7461</w:t>
        <w:br/>
        <w:t>f 13250/8305/7410 13249/8306/7462 13204/8261/7420</w:t>
        <w:br/>
        <w:t>f 13205/8260/7419 13250/8305/7410 13204/8261/7420</w:t>
        <w:br/>
        <w:t>f 13242/8299/7457 13251/8307/7463 13211/8266/7425</w:t>
        <w:br/>
        <w:t>f 13243/8298/7456 13242/8299/7457 13211/8266/7425</w:t>
        <w:br/>
        <w:t>f 13237/8292/7450 13252/8308/7464 13236/8293/7451</w:t>
        <w:br/>
        <w:t>f 13254/8309/7465 13253/8310/7466 13229/8284/7439</w:t>
        <w:br/>
        <w:t>f 13230/8283/7442 13254/8309/7465 13229/8284/7439</w:t>
        <w:br/>
        <w:t>f 12811/7866/7061 13250/8305/7410 13205/8260/7419</w:t>
        <w:br/>
        <w:t>f 12810/7867/7062 12811/7866/7061 13205/8260/7419</w:t>
        <w:br/>
        <w:t>f 13206/8259/7418 12814/7869/7064 12810/7867/7062</w:t>
        <w:br/>
        <w:t>f 13205/8260/7419 13206/8259/7418 12810/7867/7062</w:t>
        <w:br/>
        <w:t>f 13241/8296/7454 13225/8280/7439 13255/8311/7466</w:t>
        <w:br/>
        <w:t>f 13240/8297/7455 13241/8296/7454 13255/8311/7466</w:t>
        <w:br/>
        <w:t>f 13256/8312/7457 13199/8258/7414 13215/8274/7433</w:t>
        <w:br/>
        <w:t>f 13216/8273/7432 13256/8312/7457 13215/8274/7433</w:t>
        <w:br/>
        <w:t>f 13211/8266/7425 13251/8307/7463 13210/8267/7426</w:t>
        <w:br/>
        <w:t>f 13253/8310/7466 13245/8301/7459 13236/8293/7451</w:t>
        <w:br/>
        <w:t>f 13252/8308/7464 13253/8310/7466 13236/8293/7451</w:t>
        <w:br/>
        <w:t>f 13260/8313/7467 13259/8314/7468 13258/8315/7469</w:t>
        <w:br/>
        <w:t>f 13257/8316/7470 13260/8313/7467 13258/8315/7469</w:t>
        <w:br/>
        <w:t>f 13262/8317/7464 13261/8318/7471 13240/8297/7455</w:t>
        <w:br/>
        <w:t>f 13255/8311/7466 13262/8317/7464 13240/8297/7455</w:t>
        <w:br/>
        <w:t>f 13256/8312/7457 13216/8273/7432 13260/8313/7467</w:t>
        <w:br/>
        <w:t>f 13257/8316/7470 13256/8312/7457 13260/8313/7467</w:t>
        <w:br/>
        <w:t>f 13264/8319/7472 13263/8320/7473 13261/8318/7471</w:t>
        <w:br/>
        <w:t>f 13262/8317/7464 13264/8319/7472 13261/8318/7471</w:t>
        <w:br/>
        <w:t>f 13211/8266/7425 13212/8265/7424 13244/8300/7458</w:t>
        <w:br/>
        <w:t>f 13243/8298/7456 13211/8266/7425 13244/8300/7458</w:t>
        <w:br/>
        <w:t>f 13236/8293/7451 13245/8301/7459 13244/8300/7458</w:t>
        <w:br/>
        <w:t>f 13212/8265/7424 13236/8293/7451 13244/8300/7458</w:t>
        <w:br/>
        <w:t>f 12749/7804/7004 12904/7960/7149 13265/8321/7160</w:t>
        <w:br/>
        <w:t>f 12748/7805/7005 12749/7804/7004 13265/8321/7160</w:t>
        <w:br/>
        <w:t>f 12856/7909/7101 12717/7770/6973 13266/8322/3428</w:t>
        <w:br/>
        <w:t>f 12889/7946/7135 12856/7909/7101 13266/8322/3428</w:t>
        <w:br/>
        <w:t>f 12865/7919/7111 12839/7898/7092 13268/8323/7474</w:t>
        <w:br/>
        <w:t>f 13267/8324/7475 12865/7919/7111 13268/8323/7474</w:t>
        <w:br/>
        <w:t>f 13267/8324/7475 13268/8323/7474 13269/8325/7476</w:t>
        <w:br/>
        <w:t>f 12902/7957/7147 13267/8324/7475 13269/8325/7476</w:t>
        <w:br/>
        <w:t>f 12712/7769/6972 13271/8326/7477 13270/8327/7478</w:t>
        <w:br/>
        <w:t>f 12711/7766/6969 12712/7769/6972 13270/8327/7478</w:t>
        <w:br/>
        <w:t>f 12711/7766/6969 13270/8327/7478 13272/8328/7479</w:t>
        <w:br/>
        <w:t>f 12710/7767/6970 12711/7766/6969 13272/8328/7479</w:t>
        <w:br/>
        <w:t>f 12905/7963/7152 12906/7962/7151 12710/7767/6970</w:t>
        <w:br/>
        <w:t>f 13272/8328/7479 12905/7963/7152 12710/7767/6970</w:t>
        <w:br/>
        <w:t>f 13275/8329/7480 12733/7789/6990 13274/8330/7481</w:t>
        <w:br/>
        <w:t>f 13273/8331/7482 13275/8329/7480 13274/8330/7481</w:t>
        <w:br/>
        <w:t>f 12745/7802/7002 12733/7789/6990 13275/8329/7480</w:t>
        <w:br/>
        <w:t>f 12862/7917/7109 12745/7802/7002 13275/8329/7480</w:t>
        <w:br/>
        <w:t>f 12762/7819/7020 12764/7823/7024 12915/7968/7157</w:t>
        <w:br/>
        <w:t>f 12916/7972/7161 12762/7819/7020 12915/7968/7157</w:t>
        <w:br/>
        <w:t>f 12734/7788/6989 12767/7820/7021 12764/7823/7024</w:t>
        <w:br/>
        <w:t>f 12762/7819/7020 12734/7788/6989 12764/7823/7024</w:t>
        <w:br/>
        <w:t>f 12788/7844/7042 12804/7860/7055 12899/7955/7145</w:t>
        <w:br/>
        <w:t>f 13276/8332/7483 12788/7844/7042 12899/7955/7145</w:t>
        <w:br/>
        <w:t>f 12922/7978/7164 12924/7979/7167 12841/7896/7090</w:t>
        <w:br/>
        <w:t>f 12838/7893/7087 12922/7978/7164 12841/7896/7090</w:t>
        <w:br/>
        <w:t>f 12838/7893/7087 12841/7896/7090 12842/7895/7089</w:t>
        <w:br/>
        <w:t>f 12837/7894/7088 12838/7893/7087 12842/7895/7089</w:t>
        <w:br/>
        <w:t>f 13279/8333/7484 13278/8334/7485 12931/7986/7172</w:t>
        <w:br/>
        <w:t>f 13277/8335/7486 13279/8333/7484 12931/7986/7172</w:t>
        <w:br/>
        <w:t>f 12968/8027/7210 13278/8334/7485 13279/8333/7484</w:t>
        <w:br/>
        <w:t>f 12979/8034/7216 12968/8027/7210 13279/8333/7484</w:t>
        <w:br/>
        <w:t>f 13277/8335/7486 12931/7986/7172 12932/7985/7171</w:t>
        <w:br/>
        <w:t>f 13280/8336/7487 13277/8335/7486 12932/7985/7171</w:t>
        <w:br/>
        <w:t>f 13281/8337/7488 13056/8110/7285 13025/8080/7256</w:t>
        <w:br/>
        <w:t>f 13026/8079/7255 13281/8337/7488 13025/8080/7256</w:t>
        <w:br/>
        <w:t>f 13065/8122/7297 13043/8098/7273 13042/8099/7274</w:t>
        <w:br/>
        <w:t>f 13061/8120/7295 13065/8122/7297 13042/8099/7274</w:t>
        <w:br/>
        <w:t>f 13093/8148/7321 13092/8149/7322 13283/8338/7489</w:t>
        <w:br/>
        <w:t>f 13282/8339/7490 13093/8148/7321 13283/8338/7489</w:t>
        <w:br/>
        <w:t>f 13284/8340/7337 13023/8082/7258 13282/8339/7490</w:t>
        <w:br/>
        <w:t>f 13283/8338/7489 13284/8340/7337 13282/8339/7490</w:t>
        <w:br/>
        <w:t>f 13091/8146/7319 13064/8117/7292 13082/8138/7311</w:t>
        <w:br/>
        <w:t>f 13094/8152/7325 13091/8146/7319 13082/8138/7311</w:t>
        <w:br/>
        <w:t>f 12843/7902/7096 12918/7975/7164 12919/7974/7163</w:t>
        <w:br/>
        <w:t>f 12846/7899/7093 12843/7902/7096 12919/7974/7163</w:t>
        <w:br/>
        <w:t>f 12895/7951/7140 12742/7800/7000 12743/7799/6999</w:t>
        <w:br/>
        <w:t>f 13278/8334/7485 12968/8027/7210 12969/8026/7209</w:t>
        <w:br/>
        <w:t>f 13285/8341/7491 13278/8334/7485 12969/8026/7209</w:t>
        <w:br/>
        <w:t>f 13285/8341/7491 12930/7987/7173 12931/7986/7172</w:t>
        <w:br/>
        <w:t>f 13278/8334/7485 13285/8341/7491 12931/7986/7172</w:t>
        <w:br/>
        <w:t>f 13286/8342/7492 12815/7872/7067 12832/7885/7079</w:t>
        <w:br/>
        <w:t>f 13220/8275/7434 13286/8342/7492 12832/7885/7079</w:t>
        <w:br/>
        <w:t>f 13286/8342/7492 13194/8249/7409 12808/7861/7056</w:t>
        <w:br/>
        <w:t>f 12815/7872/7067 13286/8342/7492 12808/7861/7056</w:t>
        <w:br/>
        <w:t>f 13287/8343/7493 12732/7790/6991 12897/7953/7143</w:t>
        <w:br/>
        <w:t>f 13287/8343/7493 12896/7952/7142 12732/7790/6991</w:t>
        <w:br/>
        <w:t>f 12896/7952/7142 13287/8343/7493 12735/7793/6994</w:t>
        <w:br/>
        <w:t>f 12720/7779/6982 12896/7952/7142 12735/7793/6994</w:t>
        <w:br/>
        <w:t>f 12735/7793/6994 13287/8343/7493 12897/7953/7143</w:t>
        <w:br/>
        <w:t>f 12738/7794/6995 12735/7793/6994 12897/7953/7143</w:t>
        <w:br/>
        <w:t>f 12914/7969/7158 12915/7968/7157 12764/7823/7024</w:t>
        <w:br/>
        <w:t>f 12765/7822/7023 12914/7969/7158 12764/7823/7024</w:t>
        <w:br/>
        <w:t>f 12899/7955/7145 12798/7855/7051 13288/8344/7494</w:t>
        <w:br/>
        <w:t>f 13276/8332/7483 12899/7955/7145 13288/8344/7494</w:t>
        <w:br/>
        <w:t>f 13288/8344/7494 12787/7840/7039 12898/7954/7144</w:t>
        <w:br/>
        <w:t>f 13276/8332/7483 13288/8344/7494 12898/7954/7144</w:t>
        <w:br/>
        <w:t>f 12827/7883/7077 12828/7882/7076 12846/7899/7093</w:t>
        <w:br/>
        <w:t>f 12919/7974/7163 12827/7883/7077 12846/7899/7093</w:t>
        <w:br/>
        <w:t>f 12919/7974/7163 12920/7973/7162 13289/8345/7495</w:t>
        <w:br/>
        <w:t>f 12827/7883/7077 12919/7974/7163 13289/8345/7495</w:t>
        <w:br/>
        <w:t>f 12888/7944/7133 12874/7929/7121 12875/7928/7120</w:t>
        <w:br/>
        <w:t>f 12864/7920/7112 12888/7944/7133 12875/7928/7120</w:t>
        <w:br/>
        <w:t>f 12864/7920/7112 12865/7919/7111 13267/8324/7475</w:t>
        <w:br/>
        <w:t>f 12888/7944/7133 12864/7920/7112 13267/8324/7475</w:t>
        <w:br/>
        <w:t>f 12788/7844/7042 13276/8332/7483 12898/7954/7144</w:t>
        <w:br/>
        <w:t>f 12746/7801/7001 12788/7844/7042 12898/7954/7144</w:t>
        <w:br/>
        <w:t>f 12874/7929/7121 13291/8346/7496 13290/8347/7497</w:t>
        <w:br/>
        <w:t>f 12873/7930/7119 12874/7929/7121 13290/8347/7497</w:t>
        <w:br/>
        <w:t>f 13267/8324/7475 12902/7957/7147 12887/7942/7131</w:t>
        <w:br/>
        <w:t>f 12888/7944/7133 13267/8324/7475 12887/7942/7131</w:t>
        <w:br/>
        <w:t>f 12720/7779/6982 12735/7793/6994 12736/7792/6993</w:t>
        <w:br/>
        <w:t>f 12723/7776/6979 12720/7779/6982 12736/7792/6993</w:t>
        <w:br/>
        <w:t>f 12739/7797/6998 13292/8348/7498 12737/7791/6992</w:t>
        <w:br/>
        <w:t>f 12738/7794/6995 12739/7797/6998 12737/7791/6992</w:t>
        <w:br/>
        <w:t>f 12826/7884/7078 12797/7856/7052 12804/7860/7055</w:t>
        <w:br/>
        <w:t>f 12865/7919/7111 12876/7932/7122 12839/7898/7092</w:t>
        <w:br/>
        <w:t>f 12762/7819/7020 12916/7972/7161 12763/7818/7019</w:t>
        <w:br/>
        <w:t>f 12866/7925/7117 12867/7924/7116 13293/8349/7499</w:t>
        <w:br/>
        <w:t>f 12763/7818/7019 12866/7925/7117 13293/8349/7499</w:t>
        <w:br/>
        <w:t>f 12892/7949/7138 13293/8349/7499 12867/7924/7116</w:t>
        <w:br/>
        <w:t>f 12891/7950/7139 12892/7949/7138 12867/7924/7116</w:t>
        <w:br/>
        <w:t>f 12858/7916/7108 12859/7915/7107 12894/7947/7136</w:t>
        <w:br/>
        <w:t>f 12891/7950/7139 12858/7916/7108 12894/7947/7136</w:t>
        <w:br/>
        <w:t>f 12868/7923/7115 12858/7916/7108 12891/7950/7139</w:t>
        <w:br/>
        <w:t>f 12867/7924/7116 12868/7923/7115 12891/7950/7139</w:t>
        <w:br/>
        <w:t>f 12915/7968/7157 12912/7971/7160 12903/7959/7149</w:t>
        <w:br/>
        <w:t>f 12916/7972/7161 12915/7968/7157 12903/7959/7149</w:t>
        <w:br/>
        <w:t>f 12893/7948/7137 12894/7947/7136 12890/7945/7134</w:t>
        <w:br/>
        <w:t>f 13294/8350/7500 12893/7948/7137 12890/7945/7134</w:t>
        <w:br/>
        <w:t>f 12855/7910/7102 12890/7945/7134 12894/7947/7136</w:t>
        <w:br/>
        <w:t>f 12859/7915/7107 12855/7910/7102 12894/7947/7136</w:t>
        <w:br/>
        <w:t>f 12854/7911/7103 12855/7910/7102 12859/7915/7107</w:t>
        <w:br/>
        <w:t>f 12860/7914/7106 12854/7911/7103 12859/7915/7107</w:t>
        <w:br/>
        <w:t>f 12840/7897/7091 13295/8351/7501 12880/7937/7127</w:t>
        <w:br/>
        <w:t>f 12881/7936/7126 12840/7897/7091 12880/7937/7127</w:t>
        <w:br/>
        <w:t>f 13268/8323/7474 12839/7898/7092 12840/7897/7091</w:t>
        <w:br/>
        <w:t>f 12881/7936/7126 13268/8323/7474 12840/7897/7091</w:t>
        <w:br/>
        <w:t>f 13271/8326/7477 12712/7769/6972 12718/7775/6978</w:t>
        <w:br/>
        <w:t>f 13296/8352/7502 13271/8326/7477 12718/7775/6978</w:t>
        <w:br/>
        <w:t>f 12861/7918/7110 12883/7939/7127 12844/7901/7095</w:t>
        <w:br/>
        <w:t>f 12845/7900/7094 12861/7918/7110 12844/7901/7095</w:t>
        <w:br/>
        <w:t>f 12864/7920/7112 12750/7803/7003 12760/7817/7018</w:t>
        <w:br/>
        <w:t>f 13298/8353/7503 13188/8243/7401 13187/8244/7405</w:t>
        <w:br/>
        <w:t>f 13297/8354/7504 13298/8353/7503 13187/8244/7405</w:t>
        <w:br/>
        <w:t>f 12874/7929/7121 12888/7944/7133 12857/7913/7105</w:t>
        <w:br/>
        <w:t>f 13300/8355/7505 12907/7961/7150 13294/8350/7500</w:t>
        <w:br/>
        <w:t>f 13299/8356/7506 13300/8355/7505 13294/8350/7500</w:t>
        <w:br/>
        <w:t>f 13302/8357/7507 13301/8358/7508 13259/8314/7468</w:t>
        <w:br/>
        <w:t>f 13264/8319/7472 13302/8357/7507 13263/8320/7473</w:t>
        <w:br/>
        <w:t>f 13304/8359/7509 13303/8360/7510 13297/8354/7504</w:t>
        <w:br/>
        <w:t>f 13305/8361/7511 13304/8359/7509 13191/8248/7512</w:t>
        <w:br/>
        <w:t>f 12930/7987/7173 13306/8362/7513 12929/7988/7174</w:t>
        <w:br/>
        <w:t>f 13307/8363/7514 13306/8362/7513 12930/7987/7173</w:t>
        <w:br/>
        <w:t>f 13285/8341/7491 13307/8363/7514 12930/7987/7173</w:t>
        <w:br/>
        <w:t>f 13308/8364/7515 13307/8363/7514 13285/8341/7491</w:t>
        <w:br/>
        <w:t>f 12969/8026/7209 13308/8364/7515 13285/8341/7491</w:t>
        <w:br/>
        <w:t>f 12969/8026/7209 12970/8025/7208 13308/8364/7515</w:t>
        <w:br/>
        <w:t>f 13310/8365/7516 13309/8366/7517 13307/8363/7514</w:t>
        <w:br/>
        <w:t>f 13308/8364/7515 13310/8365/7516 13307/8363/7514</w:t>
        <w:br/>
        <w:t>f 13309/8366/7517 13311/8367/7518 13306/8362/7513</w:t>
        <w:br/>
        <w:t>f 13307/8363/7514 13309/8366/7517 13306/8362/7513</w:t>
        <w:br/>
        <w:t>f 13312/8368/7519 13008/8065/7183 13009/8064/7242</w:t>
        <w:br/>
        <w:t>f 13313/8369/7520 13312/8368/7519 13009/8064/7242</w:t>
        <w:br/>
        <w:t>f 13010/8066/7243 13313/8369/7520 13009/8064/7242</w:t>
        <w:br/>
        <w:t>f 13010/8066/7243 13011/8067/7244 13006/8063/7241</w:t>
        <w:br/>
        <w:t>f 13313/8369/7520 13010/8066/7243 13006/8063/7241</w:t>
        <w:br/>
        <w:t>f 13006/8063/7241 13011/8067/7244 13007/8062/7238</w:t>
        <w:br/>
        <w:t>f 13313/8369/7520 13006/8063/7241 12994/8051/7231</w:t>
        <w:br/>
        <w:t>f 12963/8020/7203 13313/8369/7520 12994/8051/7231</w:t>
        <w:br/>
        <w:t>f 12964/8019/7202 13312/8368/7519 13313/8369/7520</w:t>
        <w:br/>
        <w:t>f 12963/8020/7203 12964/8019/7202 13313/8369/7520</w:t>
        <w:br/>
        <w:t>f 13024/8081/7257 13314/8370/7521 13023/8082/7258</w:t>
        <w:br/>
        <w:t>f 13315/8371/7522 13314/8370/7521 13024/8081/7257</w:t>
        <w:br/>
        <w:t>f 13103/8159/7330 13315/8371/7522 13024/8081/7257</w:t>
        <w:br/>
        <w:t>f 13316/8372/7523 13315/8371/7522 13103/8159/7330</w:t>
        <w:br/>
        <w:t>f 13060/8113/7288 13316/8372/7523 13103/8159/7330</w:t>
        <w:br/>
        <w:t>f 13060/8113/7288 13057/8116/7291 13316/8372/7523</w:t>
        <w:br/>
        <w:t>f 13087/8145/7318 13093/8148/7321 13315/8371/7522</w:t>
        <w:br/>
        <w:t>f 13316/8372/7523 13087/8145/7318 13315/8371/7522</w:t>
        <w:br/>
        <w:t>f 13315/8371/7522 13093/8148/7321 13282/8339/7490</w:t>
        <w:br/>
        <w:t>f 13314/8370/7521 13315/8371/7522 13282/8339/7490</w:t>
        <w:br/>
        <w:t>f 13317/8373/7524 13037/8092/7268 13039/8097/7272</w:t>
        <w:br/>
        <w:t>f 13318/8374/7525 13317/8373/7524 13039/8097/7272</w:t>
        <w:br/>
        <w:t>f 13052/8109/7284 13318/8374/7525 13039/8097/7272</w:t>
        <w:br/>
        <w:t>f 13081/8135/7309 13319/8375/7526 13318/8374/7525</w:t>
        <w:br/>
        <w:t>f 13052/8109/7284 13081/8135/7309 13318/8374/7525</w:t>
        <w:br/>
        <w:t>f 13319/8375/7526 13069/8128/7303 13070/8127/7302</w:t>
        <w:br/>
        <w:t>f 13318/8374/7525 13319/8375/7526 13070/8127/7302</w:t>
        <w:br/>
        <w:t>f 13051/8106/7281 13318/8374/7525 13070/8127/7302</w:t>
        <w:br/>
        <w:t>f 13036/8093/7269 13317/8373/7524 13318/8374/7525</w:t>
        <w:br/>
        <w:t>f 13051/8106/7281 13036/8093/7269 13318/8374/7525</w:t>
        <w:br/>
        <w:t>f 13114/8171/7342 13320/8376/7527 13113/8172/7343</w:t>
        <w:br/>
        <w:t>f 13320/8376/7527 13114/8171/7342 13148/8204/7371</w:t>
        <w:br/>
        <w:t>f 13321/8377/7528 13320/8376/7527 13148/8204/7371</w:t>
        <w:br/>
        <w:t>f 13156/8209/7376 13322/8378/7529 13321/8377/7528</w:t>
        <w:br/>
        <w:t>f 13148/8204/7371 13156/8209/7376 13321/8377/7528</w:t>
        <w:br/>
        <w:t>f 13156/8209/7376 13153/8212/7379 13322/8378/7529</w:t>
        <w:br/>
        <w:t>f 13171/8229/7392 13146/8201/7368 13321/8377/7528</w:t>
        <w:br/>
        <w:t>f 13322/8378/7529 13171/8229/7392 13321/8377/7528</w:t>
        <w:br/>
        <w:t>f 13320/8376/7527 13321/8377/7528 13146/8201/7368</w:t>
        <w:br/>
        <w:t>f 13132/8188/7355 13320/8376/7527 13146/8201/7368</w:t>
        <w:br/>
        <w:t>f 13323/8379/7530 13129/8184/7352 13130/8183/7353</w:t>
        <w:br/>
        <w:t>f 13323/8379/7530 13130/8183/7353 13143/8200/7367</w:t>
        <w:br/>
        <w:t>f 13324/8380/7531 13323/8379/7530 13143/8200/7367</w:t>
        <w:br/>
        <w:t>f 13324/8380/7531 13143/8200/7367 13164/8217/7383</w:t>
        <w:br/>
        <w:t>f 13325/8381/7532 13324/8380/7531 13164/8217/7383</w:t>
        <w:br/>
        <w:t>f 13164/8217/7383 13161/8220/7386 13325/8381/7532</w:t>
        <w:br/>
        <w:t>f 13176/8233/7396 13152/8205/7372 13324/8380/7531</w:t>
        <w:br/>
        <w:t>f 13325/8381/7532 13176/8233/7396 13324/8380/7531</w:t>
        <w:br/>
        <w:t>f 13149/8208/7375 13323/8379/7530 13324/8380/7531</w:t>
        <w:br/>
        <w:t>f 13152/8205/7372 13149/8208/7375 13324/8380/7531</w:t>
        <w:br/>
        <w:t>f 13194/8249/7409 13326/8382/7533 13193/8250/7410</w:t>
        <w:br/>
        <w:t>f 13326/8382/7533 13194/8249/7409 13286/8342/7492</w:t>
        <w:br/>
        <w:t>f 13327/8383/7534 13326/8382/7533 13286/8342/7492</w:t>
        <w:br/>
        <w:t>f 13220/8275/7434 13328/8384/7535 13327/8383/7534</w:t>
        <w:br/>
        <w:t>f 13286/8342/7492 13220/8275/7434 13327/8383/7534</w:t>
        <w:br/>
        <w:t>f 13220/8275/7434 13219/8276/7435 13328/8384/7535</w:t>
        <w:br/>
        <w:t>f 13327/8383/7534 13328/8384/7535 13233/8291/7449</w:t>
        <w:br/>
        <w:t>f 13238/8295/7453 13327/8383/7534 13233/8291/7449</w:t>
        <w:br/>
        <w:t>f 13246/8303/7461 13326/8382/7533 13327/8383/7534</w:t>
        <w:br/>
        <w:t>f 13238/8295/7453 13246/8303/7461 13327/8383/7534</w:t>
        <w:br/>
        <w:t>f 13329/8385/7536 13199/8258/7414 13200/8257/7417</w:t>
        <w:br/>
        <w:t>f 13329/8385/7536 13200/8257/7417 13213/8270/7429</w:t>
        <w:br/>
        <w:t>f 13330/8386/7537 13329/8385/7536 13213/8270/7429</w:t>
        <w:br/>
        <w:t>f 13331/8387/7538 13330/8386/7537 13213/8270/7429</w:t>
        <w:br/>
        <w:t>f 13224/8281/7440 13331/8387/7538 13213/8270/7429</w:t>
        <w:br/>
        <w:t>f 13224/8281/7440 13225/8280/7439 13331/8387/7538</w:t>
        <w:br/>
        <w:t>f 13241/8296/7454 13218/8271/7430 13330/8386/7537</w:t>
        <w:br/>
        <w:t>f 13331/8387/7538 13241/8296/7454 13330/8386/7537</w:t>
        <w:br/>
        <w:t>f 13215/8274/7433 13329/8385/7536 13330/8386/7537</w:t>
        <w:br/>
        <w:t>f 13218/8271/7430 13215/8274/7433 13330/8386/7537</w:t>
        <w:br/>
        <w:t>f 12943/8002/7178 12929/7988/7174 13311/8367/7518</w:t>
        <w:br/>
        <w:t>f 12946/7999/7184 12943/8002/7178 13311/8367/7518</w:t>
        <w:br/>
        <w:t>f 13005/8060/7174 12940/7993/7178 12937/7996/7181</w:t>
        <w:br/>
        <w:t>f 13004/8061/7240 13005/8060/7174 12937/7996/7181</w:t>
        <w:br/>
        <w:t>f 13004/8061/7240 12937/7996/7181 12949/8006/7189</w:t>
        <w:br/>
        <w:t>f 12989/8045/7225 13004/8061/7240 12949/8006/7189</w:t>
        <w:br/>
        <w:t>f 12949/8006/7189 12982/8037/7218 12972/8031/7213</w:t>
        <w:br/>
        <w:t>f 12989/8045/7225 12949/8006/7189 12972/8031/7213</w:t>
        <w:br/>
        <w:t>f 12982/8037/7218 12983/8036/7217 12975/8028/7208</w:t>
        <w:br/>
        <w:t>f 12972/8031/7213 12982/8037/7218 12975/8028/7208</w:t>
        <w:br/>
        <w:t>f 12986/8041/7222 12987/8040/7221 13310/8365/7516</w:t>
        <w:br/>
        <w:t>f 12970/8025/7208 12986/8041/7222 13310/8365/7516</w:t>
        <w:br/>
        <w:t>f 12987/8040/7221 12960/8015/7198 13309/8366/7517</w:t>
        <w:br/>
        <w:t>f 13310/8365/7516 12987/8040/7221 13309/8366/7517</w:t>
        <w:br/>
        <w:t>f 13309/8366/7517 12960/8015/7198 12946/7999/7184</w:t>
        <w:br/>
        <w:t>f 13311/8367/7518 13309/8366/7517 12946/7999/7184</w:t>
        <w:br/>
        <w:t>f 13092/8149/7322 13053/8108/7283 13040/8096/7271</w:t>
        <w:br/>
        <w:t>f 13283/8338/7489 13092/8149/7322 13040/8096/7271</w:t>
        <w:br/>
        <w:t>f 13092/8149/7322 13088/8144/7317 13080/8136/7310</w:t>
        <w:br/>
        <w:t>f 13053/8108/7283 13092/8149/7322 13080/8136/7310</w:t>
        <w:br/>
        <w:t>f 13088/8144/7317 13089/8143/7316 13079/8137/7307</w:t>
        <w:br/>
        <w:t>f 13080/8136/7310 13088/8144/7317 13079/8137/7307</w:t>
        <w:br/>
        <w:t>f 13090/8147/7320 13091/8146/7319 13077/8134/7308</w:t>
        <w:br/>
        <w:t>f 13078/8133/7307 13090/8147/7320 13077/8134/7308</w:t>
        <w:br/>
        <w:t>f 13091/8146/7319 13094/8152/7325 13044/8101/7276</w:t>
        <w:br/>
        <w:t>f 13077/8134/7308 13091/8146/7319 13044/8101/7276</w:t>
        <w:br/>
        <w:t>f 13094/8152/7325 13095/8151/7324 13033/8088/7264</w:t>
        <w:br/>
        <w:t>f 13044/8101/7276 13094/8152/7325 13033/8088/7264</w:t>
        <w:br/>
        <w:t>f 13033/8088/7264 13095/8151/7324 13110/8166/7337</w:t>
        <w:br/>
        <w:t>f 13032/8089/7265 13033/8088/7264 13110/8166/7337</w:t>
        <w:br/>
        <w:t>f 13283/8338/7489 13040/8096/7271 13041/8095/7265</w:t>
        <w:br/>
        <w:t>f 13284/8340/7337 13283/8338/7489 13041/8095/7265</w:t>
        <w:br/>
        <w:t>f 13172/8228/7391 13173/8227/7390 13162/8219/7385</w:t>
        <w:br/>
        <w:t>f 13163/8218/7384 13172/8228/7391 13162/8219/7385</w:t>
        <w:br/>
        <w:t>f 13166/8223/7387 13167/8222/7385 13169/8226/7390</w:t>
        <w:br/>
        <w:t>f 13170/8225/7389 13166/8223/7387 13169/8226/7390</w:t>
        <w:br/>
        <w:t>f 13166/8223/7387 13170/8225/7389 13136/8191/7358</w:t>
        <w:br/>
        <w:t>f 13137/8194/7361 13166/8223/7387 13136/8191/7358</w:t>
        <w:br/>
        <w:t>f 13136/8191/7358 13122/8175/7345 13125/8180/7350</w:t>
        <w:br/>
        <w:t>f 13137/8194/7361 13136/8191/7358 13125/8180/7350</w:t>
        <w:br/>
        <w:t>f 13125/8180/7350 13122/8175/7345 13119/8178/7348</w:t>
        <w:br/>
        <w:t>f 13124/8181/7351 13125/8180/7350 13119/8178/7348</w:t>
        <w:br/>
        <w:t>f 13131/8189/7356 13127/8186/7354 13128/8185/7351</w:t>
        <w:br/>
        <w:t>f 13133/8187/7348 13131/8189/7356 13128/8185/7351</w:t>
        <w:br/>
        <w:t>f 13145/8202/7369 13144/8199/7366 13127/8186/7354</w:t>
        <w:br/>
        <w:t>f 13131/8189/7356 13145/8202/7369 13127/8186/7354</w:t>
        <w:br/>
        <w:t>f 13145/8202/7369 13172/8228/7391 13163/8218/7384</w:t>
        <w:br/>
        <w:t>f 13144/8199/7366 13145/8202/7369 13163/8218/7384</w:t>
        <w:br/>
        <w:t>f 13201/8256/7416 13247/8302/7460 13239/8294/7452</w:t>
        <w:br/>
        <w:t>f 13214/8269/7428 13201/8256/7416 13239/8294/7452</w:t>
        <w:br/>
        <w:t>f 13214/8269/7428 13239/8294/7452 13234/8290/7448</w:t>
        <w:br/>
        <w:t>f 13223/8282/7441 13214/8269/7428 13234/8290/7448</w:t>
        <w:br/>
        <w:t>f 13234/8290/7448 13235/8289/7447 13226/8279/7438</w:t>
        <w:br/>
        <w:t>f 13223/8282/7441 13234/8290/7448 13226/8279/7438</w:t>
        <w:br/>
        <w:t>f 13231/8288/7446 13232/8287/7445 13227/8286/7444</w:t>
        <w:br/>
        <w:t>f 13228/8285/7443 13231/8288/7446 13227/8286/7444</w:t>
        <w:br/>
        <w:t>f 13203/8262/7421 13208/8263/7422 13227/8286/7444</w:t>
        <w:br/>
        <w:t>f 13232/8287/7445 13203/8262/7421 13227/8286/7444</w:t>
        <w:br/>
        <w:t>f 13197/8252/7412 13208/8263/7422 13203/8262/7421</w:t>
        <w:br/>
        <w:t>f 13204/8261/7420 13197/8252/7412 13203/8262/7421</w:t>
        <w:br/>
        <w:t>f 13197/8252/7412 13204/8261/7420 13249/8306/7462</w:t>
        <w:br/>
        <w:t>f 13196/8253/7413 13197/8252/7412 13249/8306/7462</w:t>
        <w:br/>
        <w:t>f 13202/8255/7415 13248/8304/7462 13247/8302/7460</w:t>
        <w:br/>
        <w:t>f 13201/8256/7416 13202/8255/7415 13247/8302/7460</w:t>
        <w:br/>
        <w:t>f 12730/7787/6988 12767/7820/7021 12734/7788/6989</w:t>
        <w:br/>
        <w:t>f 12741/7795/6996 12738/7794/6995 12897/7953/7143</w:t>
        <w:br/>
        <w:t>f 12821/7878/7073 12797/7856/7052 12826/7884/7078</w:t>
        <w:br/>
        <w:t>f 13289/8345/7495 12821/7878/7073 12826/7884/7078</w:t>
        <w:br/>
        <w:t>f 12827/7883/7077 13289/8345/7495 12826/7884/7078</w:t>
        <w:br/>
        <w:t>f 12846/7899/7093 12828/7882/7076 12845/7900/7094</w:t>
        <w:br/>
        <w:t>f 12751/7808/7008 12988/8044/7224 12761/7816/7016</w:t>
        <w:br/>
        <w:t>f 12747/7806/7006 12751/7808/7008 12761/7816/7016</w:t>
        <w:br/>
        <w:t>f 12747/7806/7006 12761/7816/7016 12760/7817/7018</w:t>
        <w:br/>
        <w:t>f 12750/7803/7003 12747/7806/7006 12760/7817/7018</w:t>
        <w:br/>
        <w:t>f 12760/7817/7018 12727/7780/6983 12724/7783/6986</w:t>
        <w:br/>
        <w:t>f 12863/7921/7113 12760/7817/7018 12724/7783/6986</w:t>
        <w:br/>
        <w:t>f 13333/8388/6987 12729/7784/6981 13332/8389/7539</w:t>
        <w:br/>
        <w:t>f 12742/7800/7000 12724/7783/6986 12725/7782/6985</w:t>
        <w:br/>
        <w:t>f 13334/8390/7540 12742/7800/7000 12725/7782/6985</w:t>
        <w:br/>
        <w:t>f 12895/7951/7140 12863/7921/7113 12724/7783/6986</w:t>
        <w:br/>
        <w:t>f 12742/7800/7000 12895/7951/7140 12724/7783/6986</w:t>
        <w:br/>
        <w:t>f 13335/8391/7541 12876/7932/7122 12895/7951/7140</w:t>
        <w:br/>
        <w:t>f 12783/7839/7038 13335/8391/7541 12895/7951/7140</w:t>
        <w:br/>
        <w:t>f 12776/7833/7032 13335/8391/7541 12783/7839/7038</w:t>
        <w:br/>
        <w:t>f 12768/7827/7028 12776/7833/7032 12783/7839/7038</w:t>
        <w:br/>
        <w:t>f 13334/8390/7540 13336/8392/7498 12744/7798/6998</w:t>
        <w:br/>
        <w:t>f 12742/7800/7000 13334/8390/7540 12744/7798/6998</w:t>
        <w:br/>
        <w:t>f 12876/7932/7122 13335/8391/7541 12801/7859/7054</w:t>
        <w:br/>
        <w:t>f 12824/7881/7075 12876/7932/7122 12801/7859/7054</w:t>
        <w:br/>
        <w:t>f 12837/7894/7088 12842/7895/7089 12824/7881/7075</w:t>
        <w:br/>
        <w:t>f 12825/7880/7074 12837/7894/7088 12824/7881/7075</w:t>
        <w:br/>
        <w:t>f 12776/7833/7032 12791/7846/7044 12801/7859/7054</w:t>
        <w:br/>
        <w:t>f 13335/8391/7541 12776/7833/7032 12801/7859/7054</w:t>
        <w:br/>
        <w:t>f 12813/7870/7065 12837/7894/7088 12825/7880/7074</w:t>
        <w:br/>
        <w:t>f 12809/7868/7063 12813/7870/7065 12825/7880/7074</w:t>
        <w:br/>
        <w:t>f 12976/8033/7215 12977/8032/7214 13337/8393/7205</w:t>
        <w:br/>
        <w:t>f 12988/8044/7224 12976/8033/7215 13337/8393/7205</w:t>
        <w:br/>
        <w:t>f 13056/8110/7285 13281/8337/7488 12722/7777/6980</w:t>
        <w:br/>
        <w:t>f 12723/7776/6979 13056/8110/7285 12722/7777/6980</w:t>
        <w:br/>
        <w:t>f 12723/7776/6979 12736/7792/6993 13055/8111/7286</w:t>
        <w:br/>
        <w:t>f 13056/8110/7285 12723/7776/6979 13055/8111/7286</w:t>
        <w:br/>
        <w:t>f 13068/8123/7298 13055/8111/7286 12736/7792/6993</w:t>
        <w:br/>
        <w:t>f 12737/7791/6992 13068/8123/7298 12736/7792/6993</w:t>
        <w:br/>
        <w:t>f 13292/8348/7498 13067/8124/7299 13068/8123/7298</w:t>
        <w:br/>
        <w:t>f 12737/7791/6992 13292/8348/7498 13068/8123/7298</w:t>
        <w:br/>
        <w:t>f 13336/8392/7498 13334/8390/7540 13065/8122/7297</w:t>
        <w:br/>
        <w:t>f 13066/8121/7296 13336/8392/7498 13065/8122/7297</w:t>
        <w:br/>
        <w:t>f 13334/8390/7540 12725/7782/6985 13043/8098/7273</w:t>
        <w:br/>
        <w:t>f 13065/8122/7297 13334/8390/7540 13043/8098/7273</w:t>
        <w:br/>
        <w:t>f 12725/7782/6985 12726/7781/6984 13029/8084/7260</w:t>
        <w:br/>
        <w:t>f 13043/8098/7273 12725/7782/6985 13029/8084/7260</w:t>
        <w:br/>
        <w:t>f 13029/8084/7260 12726/7781/6984 12728/7785/6980</w:t>
        <w:br/>
        <w:t>f 13028/8085/7261 13029/8084/7260 12728/7785/6980</w:t>
        <w:br/>
        <w:t>f 12772/7831/7030 12773/7830/7025 12786/7841/7036</w:t>
        <w:br/>
        <w:t>f 12787/7840/7039 12772/7831/7030 12786/7841/7036</w:t>
        <w:br/>
        <w:t>f 12771/7824/7025 12768/7827/7028 12781/7837/7036</w:t>
        <w:br/>
        <w:t>f 12794/7851/7048 12798/7855/7051 12799/7854/7050</w:t>
        <w:br/>
        <w:t>f 12793/7852/7043 12794/7851/7048 12799/7854/7050</w:t>
        <w:br/>
        <w:t>f 12794/7851/7048 12778/7835/7034 13288/8344/7494</w:t>
        <w:br/>
        <w:t>f 12798/7855/7051 12794/7851/7048 13288/8344/7494</w:t>
        <w:br/>
        <w:t>f 12778/7835/7034 12772/7831/7030 12787/7840/7039</w:t>
        <w:br/>
        <w:t>f 13288/8344/7494 12778/7835/7034 12787/7840/7039</w:t>
        <w:br/>
        <w:t>f 12805/7864/7059 12806/7863/7058 12820/7879/7069</w:t>
        <w:br/>
        <w:t>f 12821/7878/7073 12805/7864/7059 12820/7879/7069</w:t>
        <w:br/>
        <w:t>f 12818/7874/7542 12812/7865/7060 12809/7868/7063</w:t>
        <w:br/>
        <w:t>f 13338/8394/7543 12818/7874/7542 12809/7868/7063</w:t>
        <w:br/>
        <w:t>f 12920/7973/7162 12917/7976/7165 12830/7887/7081</w:t>
        <w:br/>
        <w:t>f 12831/7886/7080 12920/7973/7162 12830/7887/7081</w:t>
        <w:br/>
        <w:t>f 12816/7871/7066 13289/8345/7495 12920/7973/7162</w:t>
        <w:br/>
        <w:t>f 12831/7886/7080 12816/7871/7066 12920/7973/7162</w:t>
        <w:br/>
        <w:t>f 13289/8345/7495 12816/7871/7066 12805/7864/7059</w:t>
        <w:br/>
        <w:t>f 12821/7878/7073 13289/8345/7495 12805/7864/7059</w:t>
        <w:br/>
        <w:t>f 12979/8034/7216 12966/8023/7206 12967/8022/7205</w:t>
        <w:br/>
        <w:t>f 12978/8035/7214 12979/8034/7216 12967/8022/7205</w:t>
        <w:br/>
        <w:t>f 12927/7982/7169 13277/8335/7486 13280/8336/7487</w:t>
        <w:br/>
        <w:t>f 12926/7983/7170 12927/7982/7169 13280/8336/7487</w:t>
        <w:br/>
        <w:t>f 12961/8017/7200 13279/8333/7484 13277/8335/7486</w:t>
        <w:br/>
        <w:t>f 12927/7982/7169 12961/8017/7200 13277/8335/7486</w:t>
        <w:br/>
        <w:t>f 12979/8034/7216 13279/8333/7484 12961/8017/7200</w:t>
        <w:br/>
        <w:t>f 12966/8023/7206 12979/8034/7216 12961/8017/7200</w:t>
        <w:br/>
        <w:t>f 12928/7984/7170 12934/7991/7177 12935/7990/7176</w:t>
        <w:br/>
        <w:t>f 12752/7807/7007 12928/7984/7170 12935/7990/7176</w:t>
        <w:br/>
        <w:t>f 12791/7846/7044 12792/7845/7043 12803/7857/7050</w:t>
        <w:br/>
        <w:t>f 12801/7859/7054 12791/7846/7044 12803/7857/7050</w:t>
        <w:br/>
        <w:t>f 13339/8395/7544 12713/7768/6971 12707/7761/6964</w:t>
        <w:br/>
        <w:t>f 12705/7763/6966 13339/8395/7544 12707/7761/6964</w:t>
        <w:br/>
        <w:t>f 12893/7948/7137 12905/7963/7152 13340/8396/7545</w:t>
        <w:br/>
        <w:t>f 12892/7949/7138 12893/7948/7137 13340/8396/7545</w:t>
        <w:br/>
        <w:t>f 13273/8331/7482 13274/8330/7481 12763/7818/7019</w:t>
        <w:br/>
        <w:t>f 13293/8349/7499 13273/8331/7482 12763/7818/7019</w:t>
        <w:br/>
        <w:t>f 12909/7965/7154 12910/7964/7153 12704/7758/6961</w:t>
        <w:br/>
        <w:t>f 13341/8397/7546 12909/7965/7154 12704/7758/6961</w:t>
        <w:br/>
        <w:t>f 12713/7768/6971 13339/8395/7544 13342/8398/6956</w:t>
        <w:br/>
        <w:t>f 12719/7774/6977 12713/7768/6971 13342/8398/6956</w:t>
        <w:br/>
        <w:t>f 12686/7743/6946 13344/8399/7547 13343/8400/7548</w:t>
        <w:br/>
        <w:t>f 12701/7755/6958 12686/7743/6946 13343/8400/7548</w:t>
        <w:br/>
        <w:t>f 13346/8401/7549 13345/8402/7550 12687/7742/6945</w:t>
        <w:br/>
        <w:t>f 12690/7745/6948 13346/8401/7549 12687/7742/6945</w:t>
        <w:br/>
        <w:t>f 13345/8402/7550 13344/8399/7547 12686/7743/6946</w:t>
        <w:br/>
        <w:t>f 12687/7742/6945 13345/8402/7550 12686/7743/6946</w:t>
        <w:br/>
        <w:t>f 12697/7752/6955 13348/8403/7551 13347/8404/7552</w:t>
        <w:br/>
        <w:t>f 12696/7753/6956 12697/7752/6955 13347/8404/7552</w:t>
        <w:br/>
        <w:t>f 13351/8405/7553 13346/8401/7554 13350/8406/7555</w:t>
        <w:br/>
        <w:t>f 13349/8407/7555 13351/8405/7553 13350/8406/7555</w:t>
        <w:br/>
        <w:t>f 13348/8403/7551 12697/7752/6955 12701/7755/6958</w:t>
        <w:br/>
        <w:t>f 13343/8400/7548 13348/8403/7551 12701/7755/6958</w:t>
        <w:br/>
        <w:t>f 12909/7965/7154 12708/7765/6968 12906/7962/7151</w:t>
        <w:br/>
        <w:t>f 13296/8352/7502 12884/7938/7128 12882/7940/7129</w:t>
        <w:br/>
        <w:t>f 13271/8326/7477 13296/8352/7502 12882/7940/7129</w:t>
        <w:br/>
        <w:t>f 12862/7917/7109 13352/8408/7556 12882/7940/7129</w:t>
        <w:br/>
        <w:t>f 12861/7918/7110 12862/7917/7109 12882/7940/7129</w:t>
        <w:br/>
        <w:t>f 13352/8408/7556 13270/8327/7478 13271/8326/7477</w:t>
        <w:br/>
        <w:t>f 12882/7940/7129 13352/8408/7556 13271/8326/7477</w:t>
        <w:br/>
        <w:t>f 13270/8327/7478 13352/8408/7556 13353/8409/7557</w:t>
        <w:br/>
        <w:t>f 13272/8328/7479 13270/8327/7478 13353/8409/7557</w:t>
        <w:br/>
        <w:t>f 13272/8328/7479 13353/8409/7557 13340/8396/7545</w:t>
        <w:br/>
        <w:t>f 12905/7963/7152 13272/8328/7479 13340/8396/7545</w:t>
        <w:br/>
        <w:t>f 13352/8408/7556 12862/7917/7109 13275/8329/7480</w:t>
        <w:br/>
        <w:t>f 13353/8409/7557 13352/8408/7556 13275/8329/7480</w:t>
        <w:br/>
        <w:t>f 13353/8409/7557 13275/8329/7480 13273/8331/7482</w:t>
        <w:br/>
        <w:t>f 13340/8396/7545 13353/8409/7557 13273/8331/7482</w:t>
        <w:br/>
        <w:t>f 13273/8331/7482 13293/8349/7499 12892/7949/7138</w:t>
        <w:br/>
        <w:t>f 13340/8396/7545 13273/8331/7482 12892/7949/7138</w:t>
        <w:br/>
        <w:t>f 12893/7948/7137 13294/8350/7500 12907/7961/7150</w:t>
        <w:br/>
        <w:t>f 12905/7963/7152 12893/7948/7137 12907/7961/7150</w:t>
        <w:br/>
        <w:t>f 12906/7962/7151 12708/7765/6968 12710/7767/6970</w:t>
        <w:br/>
        <w:t>f 12908/7966/7155 12906/7962/7151 12907/7961/7150</w:t>
        <w:br/>
        <w:t>f 13300/8355/7505 12908/7966/7155 12907/7961/7150</w:t>
        <w:br/>
        <w:t>f 13341/8397/7546 12709/7764/6967 12708/7765/6968</w:t>
        <w:br/>
        <w:t>f 12909/7965/7154 13341/8397/7546 12708/7765/6968</w:t>
        <w:br/>
        <w:t>f 13023/8082/7258 13314/8370/7521 13282/8339/7490</w:t>
        <w:br/>
        <w:t>f 13316/8372/7523 13057/8116/7291 13087/8145/7318</w:t>
        <w:br/>
        <w:t>f 12929/7988/7174 13306/8362/7513 13311/8367/7518</w:t>
        <w:br/>
        <w:t>f 12741/7795/6996 12898/7954/7144 12787/7840/7039</w:t>
        <w:br/>
        <w:t>f 12730/7787/6988 12734/7788/6989 12896/7952/7142</w:t>
        <w:br/>
        <w:t>f 12897/7953/7143 12746/7801/7001 12741/7795/6996</w:t>
        <w:br/>
        <w:t>f 12732/7790/6991 12896/7952/7142 12734/7788/6989</w:t>
        <w:br/>
        <w:t>f 12804/7860/7055 12797/7856/7052 12899/7955/7145</w:t>
        <w:br/>
        <w:t>f 12839/7898/7092 12824/7881/7075 12842/7895/7089</w:t>
        <w:br/>
        <w:t>f 12802/7858/7053 12824/7881/7075 12801/7859/7054</w:t>
        <w:br/>
        <w:t>f 12895/7951/7140 12780/7838/7037 12783/7839/7038</w:t>
        <w:br/>
        <w:t>f 12760/7817/7018 13332/8389/7539 12727/7780/6983</w:t>
        <w:br/>
        <w:t>f 12970/8025/7208 13310/8365/7516 13308/8364/7515</w:t>
        <w:br/>
        <w:t>f 13317/8373/7524 13036/8093/7269 13037/8092/7268</w:t>
        <w:br/>
        <w:t>f 13319/8375/7526 13081/8135/7309 13069/8128/7303</w:t>
        <w:br/>
        <w:t>f 13312/8368/7519 12964/8019/7202 13008/8065/7183</w:t>
        <w:br/>
        <w:t>f 12994/8051/7231 13007/8062/7238 13018/8072/7239</w:t>
        <w:br/>
        <w:t>f 12995/8050/7230 12994/8051/7231 13018/8072/7239</w:t>
        <w:br/>
        <w:t>f 13323/8379/7530 13149/8208/7375 13129/8184/7352</w:t>
        <w:br/>
        <w:t>f 13161/8220/7386 13176/8233/7396 13325/8381/7532</w:t>
        <w:br/>
        <w:t>f 13320/8376/7527 13132/8188/7355 13113/8172/7343</w:t>
        <w:br/>
        <w:t>f 13153/8212/7379 13171/8229/7392 13322/8378/7529</w:t>
        <w:br/>
        <w:t>f 13326/8382/7533 13246/8303/7461 13193/8250/7410</w:t>
        <w:br/>
        <w:t>f 13219/8276/7435 13233/8291/7449 13328/8384/7535</w:t>
        <w:br/>
        <w:t>f 13329/8385/7536 13215/8274/7433 13199/8258/7414</w:t>
        <w:br/>
        <w:t>f 13225/8280/7439 13241/8296/7454 13331/8387/7538</w:t>
        <w:br/>
        <w:t>f 12746/7801/7001 12732/7790/6991 12733/7789/6990</w:t>
        <w:br/>
        <w:t>f 12745/7802/7002 12845/7900/7094 12804/7860/7055</w:t>
        <w:br/>
        <w:t>f 12845/7900/7094 12828/7882/7076 12804/7860/7055</w:t>
        <w:br/>
        <w:t>f 12744/7798/6998 13354/8410/6997 12743/7799/6999</w:t>
        <w:br/>
        <w:t>f 13355/8411/7558 12825/7880/7074 12802/7858/7053</w:t>
        <w:br/>
        <w:t>f 12803/7857/7050 13356/8412/7559 12802/7858/7053</w:t>
        <w:br/>
        <w:t>f 12729/7784/6981 12727/7780/6983 13332/8389/7539</w:t>
        <w:br/>
        <w:t>f 12759/7813/7017 12761/7816/7016 13357/8413/7560</w:t>
        <w:br/>
        <w:t>f 12758/7814/7014 13358/8414/7561 12988/8044/7224</w:t>
        <w:br/>
        <w:t>f 13337/8393/7205 12758/7814/7014 12988/8044/7224</w:t>
        <w:br/>
        <w:t>f 12748/7805/7005 13265/8321/7160 12925/7981/7159</w:t>
        <w:br/>
        <w:t>f 12864/7920/7112 12760/7817/7018 12863/7921/7113</w:t>
        <w:br/>
        <w:t>f 12865/7919/7111 12895/7951/7140 12876/7932/7122</w:t>
        <w:br/>
        <w:t>f 12734/7788/6989 13274/8330/7481 12733/7789/6990</w:t>
        <w:br/>
        <w:t>f 12763/7818/7019 13274/8330/7481 12734/7788/6989</w:t>
        <w:br/>
        <w:t>f 12916/7972/7161 12866/7925/7117 12763/7818/7019</w:t>
        <w:br/>
        <w:t>f 13021/8078/7254 13359/8415/7228 12957/8013/7196</w:t>
        <w:br/>
        <w:t>f 13019/8075/7251 13360/8416/7562 13013/8071/7249</w:t>
        <w:br/>
        <w:t>f 13360/8416/7562 13019/8075/7251 13021/8078/7254</w:t>
        <w:br/>
        <w:t>f 13361/8417/7563 13021/8078/7254 12957/8013/7196</w:t>
        <w:br/>
        <w:t>f 12958/8012/7195 13361/8417/7563 12957/8013/7196</w:t>
        <w:br/>
        <w:t>f 13014/8070/7248 13020/8076/7252 13019/8075/7251</w:t>
        <w:br/>
        <w:t>f 13016/8074/7250 13021/8078/7254 13019/8075/7251</w:t>
        <w:br/>
        <w:t>f 13016/8074/7250 13020/8076/7252 12995/8050/7230</w:t>
        <w:br/>
        <w:t>f 13014/8070/7248 12965/8018/7201 13020/8076/7252</w:t>
        <w:br/>
        <w:t>f 12995/8050/7230 13020/8076/7252 12962/8021/7204</w:t>
        <w:br/>
        <w:t>f 12962/8021/7204 13020/8076/7252 12965/8018/7201</w:t>
        <w:br/>
        <w:t>f 13362/8418/7564 12955/8008/7191 12952/8011/7194</w:t>
        <w:br/>
        <w:t>f 12991/8048/7228 12955/8008/7191 13362/8418/7564</w:t>
        <w:br/>
        <w:t>f 13108/8165/7336 13363/8419/7565 13071/8126/7301</w:t>
        <w:br/>
        <w:t>f 13035/8094/7270 13050/8107/7282 13363/8419/7565</w:t>
        <w:br/>
        <w:t>f 13104/8163/7334 13035/8094/7270 13363/8419/7565</w:t>
        <w:br/>
        <w:t>f 13050/8107/7282 13071/8126/7301 13363/8419/7565</w:t>
        <w:br/>
        <w:t>f 13111/8168/7566 13365/8420/7567 13364/8421/7568</w:t>
        <w:br/>
        <w:t>f 13364/8421/7568 13366/8422/7569 13107/8160/7570</w:t>
        <w:br/>
        <w:t>f 13365/8420/7567 13367/8423/7571 13364/8421/7568</w:t>
        <w:br/>
        <w:t>f 13364/8421/7568 13368/8424/7572 13366/8422/7569</w:t>
        <w:br/>
        <w:t>f 13111/8168/7339 13369/8425/7573 13363/8419/7565</w:t>
        <w:br/>
        <w:t>f 13108/8165/7336 13111/8168/7339 13363/8419/7565</w:t>
        <w:br/>
        <w:t>f 13107/8160/7331 13104/8163/7334 13363/8419/7565</w:t>
        <w:br/>
        <w:t>f 13369/8425/7573 13107/8160/7331 13363/8419/7565</w:t>
        <w:br/>
        <w:t>f 13364/8421/7568 13107/8160/7570 13370/8426/7574</w:t>
        <w:br/>
        <w:t>f 13370/8426/7574 13111/8168/7566 13364/8421/7568</w:t>
        <w:br/>
        <w:t>f 13371/8427/7575 13151/8206/7373 13177/8232/7395</w:t>
        <w:br/>
        <w:t>f 13189/8246/7406 13371/8427/7575 13177/8232/7395</w:t>
        <w:br/>
        <w:t>f 13150/8207/7374 13151/8206/7373 13371/8427/7575</w:t>
        <w:br/>
        <w:t>f 13187/8244/7405 13150/8207/7374 13371/8427/7575</w:t>
        <w:br/>
        <w:t>f 13191/8248/7408 13372/8428/7576 13371/8427/7575</w:t>
        <w:br/>
        <w:t>f 13189/8246/7406 13191/8248/7408 13371/8427/7575</w:t>
        <w:br/>
        <w:t>f 13373/8429/7577 13187/8244/7405 13371/8427/7575</w:t>
        <w:br/>
        <w:t>f 13372/8428/7576 13373/8429/7577 13371/8427/7575</w:t>
        <w:br/>
        <w:t>f 13304/8359/7509 13374/8430/7578 13191/8248/7512</w:t>
        <w:br/>
        <w:t>f 13297/8354/7504 13374/8430/7578 13304/8359/7509</w:t>
        <w:br/>
        <w:t>f 13240/8297/7455 13261/8318/7471 13375/8431/7579</w:t>
        <w:br/>
        <w:t>f 13217/8272/7431 13240/8297/7455 13375/8431/7579</w:t>
        <w:br/>
        <w:t>f 13376/8432/7580 13259/8314/7468 13260/8313/7467</w:t>
        <w:br/>
        <w:t>f 13375/8431/7579 13376/8432/7580 13260/8313/7467</w:t>
        <w:br/>
        <w:t>f 13261/8318/7471 13377/8433/7581 13376/8432/7580</w:t>
        <w:br/>
        <w:t>f 13375/8431/7579 13261/8318/7471 13376/8432/7580</w:t>
        <w:br/>
        <w:t>f 13263/8320/7473 13302/8357/7507 13376/8432/7580</w:t>
        <w:br/>
        <w:t>f 13259/8314/7468 13376/8432/7580 13302/8357/7507</w:t>
        <w:br/>
        <w:t>f 13375/8431/7579 13260/8313/7467 13216/8273/7432</w:t>
        <w:br/>
        <w:t>f 13217/8272/7431 13375/8431/7579 13216/8273/7432</w:t>
        <w:br/>
        <w:t>f 13379/8434/7582 13378/8435/7583 13339/8395/7544</w:t>
        <w:br/>
        <w:t>f 12701/7755/6958 12699/7757/6960 12685/7744/6947</w:t>
        <w:br/>
        <w:t>f 12686/7743/6946 12701/7755/6958 12685/7744/6947</w:t>
        <w:br/>
        <w:t>f 13339/8395/7544 12705/7763/6966 13380/8436/7584</w:t>
        <w:br/>
        <w:t>f 13379/8434/7582 13339/8395/7544 13380/8436/7584</w:t>
        <w:br/>
        <w:t>f 13341/8397/7546 13382/8437/7585 13381/8438/7586</w:t>
        <w:br/>
        <w:t>f 12709/7764/6967 13341/8397/7546 13381/8438/7586</w:t>
        <w:br/>
        <w:t>f 13380/8436/7584 12705/7763/6966 12694/7748/6951</w:t>
        <w:br/>
        <w:t>f 13384/8439/7587 13383/8440/7588 12858/7916/7108</w:t>
        <w:br/>
        <w:t>f 12860/7914/7106 12858/7916/7108 13383/8440/7588</w:t>
        <w:br/>
        <w:t>f 13347/8404/7552 13348/8403/7551 13385/8441/7589</w:t>
        <w:br/>
        <w:t>f 13389/8442/7590 13388/8443/7591 13387/8444/7592</w:t>
        <w:br/>
        <w:t>f 13386/8445/7593 13389/8442/7590 13387/8444/7592</w:t>
        <w:br/>
        <w:t>f 13391/8446/7594 13386/8445/7593 13387/8444/7592</w:t>
        <w:br/>
        <w:t>f 13390/8447/7595 13391/8446/7594 13387/8444/7592</w:t>
        <w:br/>
        <w:t>f 13393/8448/7596 13391/8446/7594 13390/8447/7595</w:t>
        <w:br/>
        <w:t>f 13392/8449/7597 13393/8448/7596 13390/8447/7595</w:t>
        <w:br/>
        <w:t>f 13397/8450/7598 13396/8451/7599 13395/8452/7600</w:t>
        <w:br/>
        <w:t>f 13394/8453/7601 13397/8450/7598 13395/8452/7600</w:t>
        <w:br/>
        <w:t>f 13401/8454/7602 13400/8455/7603 13399/8456/7604</w:t>
        <w:br/>
        <w:t>f 13398/8457/7605 13401/8454/7602 13399/8456/7604</w:t>
        <w:br/>
        <w:t>f 13405/8458/7606 13404/8459/7607 13403/8460/7608</w:t>
        <w:br/>
        <w:t>f 13402/8461/7609 13405/8458/7606 13403/8460/7608</w:t>
        <w:br/>
        <w:t>f 13409/8462/7610 13408/8463/7611 13407/8464/7612</w:t>
        <w:br/>
        <w:t>f 13406/8465/7613 13409/8462/7610 13407/8464/7612</w:t>
        <w:br/>
        <w:t>f 13411/8466/7614 13266/8322/7615 13410/8467/7614</w:t>
        <w:br/>
        <w:t>f 13415/8468/7616 13414/8469/7617 13413/8470/7618</w:t>
        <w:br/>
        <w:t>f 13412/8471/7619 13415/8468/7616 13413/8470/7618</w:t>
        <w:br/>
        <w:t>f 13419/8472/7620 13418/8473/7621 13417/8474/7619</w:t>
        <w:br/>
        <w:t>f 13416/8475/7622 13419/8472/7620 13417/8474/7619</w:t>
        <w:br/>
        <w:t>f 13423/8476/7623 13422/8477/7624 13421/8478/7625</w:t>
        <w:br/>
        <w:t>f 13420/8479/7626 13423/8476/7623 13421/8478/7625</w:t>
        <w:br/>
        <w:t>f 13291/8346/7496 13419/8472/7620 13416/8475/7622</w:t>
        <w:br/>
        <w:t>f 13424/8480/7627 13291/8346/7496 13416/8475/7622</w:t>
        <w:br/>
        <w:t>f 13428/8481/7628 13427/8482/3436 13426/8483/7629</w:t>
        <w:br/>
        <w:t>f 13425/8484/7630 13428/8481/7628 13426/8483/7629</w:t>
        <w:br/>
        <w:t>f 13432/8485/7631 13431/8486/7632 13430/8487/7632</w:t>
        <w:br/>
        <w:t>f 13429/8488/7633 13432/8485/7631 13430/8487/7632</w:t>
        <w:br/>
        <w:t>f 13436/8489/7634 13435/8490/7635 13434/8491/7636</w:t>
        <w:br/>
        <w:t>f 13433/8492/7637 13436/8489/7634 13434/8491/7636</w:t>
        <w:br/>
        <w:t>f 13440/8493/7638 13439/8494/7638 13438/8495/7639</w:t>
        <w:br/>
        <w:t>f 13437/8496/7640 13440/8493/7638 13438/8495/7639</w:t>
        <w:br/>
        <w:t>f 13421/8478/7625 13413/8470/7618 13414/8469/7617</w:t>
        <w:br/>
        <w:t>f 13420/8479/7626 13421/8478/7625 13414/8469/7617</w:t>
        <w:br/>
        <w:t>f 13438/8495/7639 13266/8322/7641 13437/8496/7640</w:t>
        <w:br/>
        <w:t>f 13435/8490/7635 13436/8489/7634 13442/8497/7642</w:t>
        <w:br/>
        <w:t>f 13441/8498/7642 13435/8490/7635 13442/8497/7642</w:t>
        <w:br/>
        <w:t>f 13424/8480/7627 13443/8499/7643 13290/8347/7497</w:t>
        <w:br/>
        <w:t>f 13291/8346/7496 13424/8480/7627 13290/8347/7497</w:t>
        <w:br/>
        <w:t>f 13445/8500/7644 13444/8501/7645 13422/8477/7624</w:t>
        <w:br/>
        <w:t>f 13423/8476/7623 13445/8500/7644 13422/8477/7624</w:t>
        <w:br/>
        <w:t>f 13447/8502/3458 13428/8481/7628 13425/8484/7630</w:t>
        <w:br/>
        <w:t>f 13446/8503/7646 13447/8502/3458 13425/8484/7630</w:t>
        <w:br/>
        <w:t>f 13451/8504/7647 13450/8505/7648 13449/8506/7649</w:t>
        <w:br/>
        <w:t>f 13448/8507/7647 13451/8504/7647 13449/8506/7649</w:t>
        <w:br/>
        <w:t>f 13455/8508/7650 13454/8509/7651 13453/8510/7651</w:t>
        <w:br/>
        <w:t>f 13452/8511/7650 13455/8508/7650 13453/8510/7651</w:t>
        <w:br/>
        <w:t>f 13453/8510/7651 13454/8509/7651 13457/8512/7652</w:t>
        <w:br/>
        <w:t>f 13456/8513/7652 13453/8510/7651 13457/8512/7652</w:t>
        <w:br/>
        <w:t>f 13350/8406/7555 13459/8514/7653 13458/8515/7654</w:t>
        <w:br/>
        <w:t>f 13349/8407/7555 13350/8406/7555 13458/8515/7654</w:t>
        <w:br/>
        <w:t>f 13461/8516/7655 13455/8508/7650 13452/8511/7650</w:t>
        <w:br/>
        <w:t>f 13460/8517/7655 13461/8516/7655 13452/8511/7650</w:t>
        <w:br/>
        <w:t>f 13462/8518/7656 13459/8514/7657 13451/8504/7647</w:t>
        <w:br/>
        <w:t>f 13448/8507/7647 13462/8518/7656 13451/8504/7647</w:t>
        <w:br/>
        <w:t>f 13466/8519/7658 13465/8520/7659 13464/8521/7660</w:t>
        <w:br/>
        <w:t>f 13463/8522/7661 13466/8519/7658 13464/8521/7660</w:t>
        <w:br/>
        <w:t>f 13389/8442/7590 13402/8461/7609 13403/8460/7608</w:t>
        <w:br/>
        <w:t>f 13388/8443/7591 13389/8442/7590 13403/8460/7608</w:t>
        <w:br/>
        <w:t>f 13465/8520/7659 13468/8523/7662 13467/8524/7663</w:t>
        <w:br/>
        <w:t>f 13464/8521/7660 13465/8520/7659 13467/8524/7663</w:t>
        <w:br/>
        <w:t>f 13472/8525/7664 13471/8526/7665 13470/8527/7666</w:t>
        <w:br/>
        <w:t>f 13469/8528/7667 13472/8525/7664 13470/8527/7666</w:t>
        <w:br/>
        <w:t>f 13468/8523/7662 13397/8450/7598 13394/8453/7601</w:t>
        <w:br/>
        <w:t>f 13467/8524/7663 13468/8523/7662 13394/8453/7601</w:t>
        <w:br/>
        <w:t>f 12900/7956/7497 13475/8529/7668 13474/8530/7669</w:t>
        <w:br/>
        <w:t>f 13473/8531/7670 12900/7956/7497 13474/8530/7669</w:t>
        <w:br/>
        <w:t>f 13444/8501/7645 13445/8500/7644 13473/8531/7670</w:t>
        <w:br/>
        <w:t>f 13474/8530/7669 13444/8501/7645 13473/8531/7670</w:t>
        <w:br/>
        <w:t>f 13385/8441/7671 13476/8532/7672 13447/8502/3458</w:t>
        <w:br/>
        <w:t>f 13446/8503/7646 13385/8441/7671 13447/8502/3458</w:t>
        <w:br/>
        <w:t>f 13477/8533/7673 13430/8487/7632 13431/8486/7632</w:t>
        <w:br/>
        <w:t>f 13426/8483/7674 13477/8533/7673 13431/8486/7632</w:t>
        <w:br/>
        <w:t>f 12877/7935/7125 12878/7934/7124 13425/8484/7675</w:t>
        <w:br/>
        <w:t>f 13385/8441/7671 13461/8516/7655 13460/8517/7655</w:t>
        <w:br/>
        <w:t>f 13476/8532/7672 13385/8441/7671 13460/8517/7655</w:t>
        <w:br/>
        <w:t>f 13479/8534/7676 13449/8506/7649 13450/8505/7648</w:t>
        <w:br/>
        <w:t>f 13478/8535/7677 13479/8534/7676 13450/8505/7648</w:t>
        <w:br/>
        <w:t>f 13480/8536/7678 13299/8356/7506 13294/8350/7500</w:t>
        <w:br/>
        <w:t>f 12890/7945/7134 13480/8536/7678 13294/8350/7500</w:t>
        <w:br/>
        <w:t>f 13481/8537/7679 12910/7964/7153 12908/7966/7155</w:t>
        <w:br/>
        <w:t>f 12878/7934/7124 13482/8538/7680 13425/8484/7675</w:t>
        <w:br/>
        <w:t>f 13484/8539/7681 13425/8484/7675 13482/8538/7680</w:t>
        <w:br/>
        <w:t>f 13483/8540/6978 13484/8539/7681 13482/8538/7680</w:t>
        <w:br/>
        <w:t>f 13485/8541/7682 13484/8539/7681 13483/8540/6978</w:t>
        <w:br/>
        <w:t>f 13347/8404/7683 13485/8541/7682 13483/8540/6978</w:t>
        <w:br/>
        <w:t>f 13463/8522/7661 13487/8542/7605 13486/8543/7604</w:t>
        <w:br/>
        <w:t>f 13466/8519/7658 13463/8522/7661 13486/8543/7604</w:t>
        <w:br/>
        <w:t>f 13378/8435/7583 13488/8544/6957 13342/8398/6956</w:t>
        <w:br/>
        <w:t>f 13339/8395/7544 13378/8435/7583 13342/8398/6956</w:t>
        <w:br/>
        <w:t>f 13392/8449/7597 13407/8464/7612 13408/8463/7611</w:t>
        <w:br/>
        <w:t>f 13393/8448/7596 13392/8449/7597 13408/8463/7611</w:t>
        <w:br/>
        <w:t>f 12704/7758/6961 12691/7747/6950 12703/7759/6962</w:t>
        <w:br/>
        <w:t>f 12690/7745/6948 12691/7747/6950 12704/7758/6961</w:t>
        <w:br/>
        <w:t>f 13406/8465/7613 13470/8527/7666 13471/8526/7665</w:t>
        <w:br/>
        <w:t>f 13409/8462/7610 13406/8465/7613 13471/8526/7665</w:t>
        <w:br/>
        <w:t>f 13341/8397/7546 12702/7760/6963 13382/8437/7585</w:t>
        <w:br/>
        <w:t>f 12704/7758/6961 12702/7760/6963 13341/8397/7546</w:t>
        <w:br/>
        <w:t>f 13472/8525/7664 13469/8528/7667 13395/8452/7600</w:t>
        <w:br/>
        <w:t>f 13396/8451/7599 13472/8525/7664 13395/8452/7600</w:t>
        <w:br/>
        <w:t>f 12709/7764/6967 13381/8438/7586 12692/7750/6953</w:t>
        <w:br/>
        <w:t>f 12693/7749/6952 12709/7764/6967 12692/7750/6953</w:t>
        <w:br/>
        <w:t>f 13400/8455/7603 13401/8454/7602 13404/8459/7607</w:t>
        <w:br/>
        <w:t>f 13405/8458/7606 13400/8455/7603 13404/8459/7607</w:t>
        <w:br/>
        <w:t>f 12700/7756/6959 12697/7752/6955 12698/7751/6954</w:t>
        <w:br/>
        <w:t>f 12694/7748/6951 12705/7763/6966 12693/7749/6952</w:t>
        <w:br/>
        <w:t>f 13429/8488/7633 13441/8498/7642 13442/8497/7642</w:t>
        <w:br/>
        <w:t>f 13432/8485/7631 13429/8488/7633 13442/8497/7642</w:t>
        <w:br/>
        <w:t>f 12885/7941/7130 13269/8325/7476 13268/8323/7474</w:t>
        <w:br/>
        <w:t>f 12881/7936/7126 12885/7941/7130 13268/8323/7474</w:t>
        <w:br/>
        <w:t>f 13491/8545/7684 13490/8546/7684 13489/8547/3427</w:t>
        <w:br/>
        <w:t>f 12714/7773/7685 13491/8545/7684 13489/8547/3427</w:t>
        <w:br/>
        <w:t>f 12717/7770/6973 12714/7773/6976 13266/8322/3428</w:t>
        <w:br/>
        <w:t>f 12714/7773/6976 12715/7772/6975 13492/8548/7148</w:t>
        <w:br/>
        <w:t>f 13479/8534/7676 13478/8535/7677 13439/8494/7638</w:t>
        <w:br/>
        <w:t>f 13440/8493/7638 13479/8534/7676 13439/8494/7638</w:t>
        <w:br/>
        <w:t>f 12890/7945/7134 12911/7967/7156 13480/8536/7678</w:t>
        <w:br/>
        <w:t>f 13495/8549/7686 13494/8550/7687 13493/8551/7688</w:t>
        <w:br/>
        <w:t>f 13497/8552/7612 13494/8550/7687 13496/8553/7613</w:t>
        <w:br/>
        <w:t>f 13499/8554/7660 13494/8550/7687 13498/8555/7689</w:t>
        <w:br/>
        <w:t>f 13501/8556/7690 13494/8550/7687 13500/8557/7691</w:t>
        <w:br/>
        <w:t>f 13503/8558/7692 13494/8550/7687 13502/8559/7693</w:t>
        <w:br/>
        <w:t>f 13505/8560/7602 13494/8550/7687 13504/8561/7607</w:t>
        <w:br/>
        <w:t>f 13507/8562/7591 13494/8550/7687 13506/8563/7694</w:t>
        <w:br/>
        <w:t>f 13506/8563/7694 13494/8550/7687 13495/8549/7686</w:t>
        <w:br/>
        <w:t>f 13493/8551/7688 13494/8550/7687 13497/8552/7612</w:t>
        <w:br/>
        <w:t>f 13502/8559/7693 13494/8550/7687 13501/8556/7690</w:t>
        <w:br/>
        <w:t>f 13508/8564/7605 13494/8550/7687 13505/8560/7602</w:t>
        <w:br/>
        <w:t>f 13504/8561/7607 13494/8550/7687 13509/8565/7695</w:t>
        <w:br/>
        <w:t>f 13496/8553/7613 13494/8550/7687 13510/8566/7696</w:t>
        <w:br/>
        <w:t>f 13498/8555/7689 13494/8550/7687 13508/8564/7605</w:t>
        <w:br/>
        <w:t>f 13509/8565/7695 13494/8550/7687 13507/8562/7591</w:t>
        <w:br/>
        <w:t>f 13500/8557/7691 13494/8550/7687 13499/8554/7660</w:t>
        <w:br/>
        <w:t>f 13510/8566/7696 13494/8550/7687 13503/8558/7692</w:t>
        <w:br/>
        <w:t>f 13513/8567/7697 13512/8568/7698 13511/8569/7619</w:t>
        <w:br/>
        <w:t>f 13511/8569/7619 13512/8568/7698 13514/8570/7622</w:t>
        <w:br/>
        <w:t>f 13514/8570/7622 13512/8568/7698 13515/8571/7699</w:t>
        <w:br/>
        <w:t>f 13515/8571/7699 13512/8568/7698 13516/8572/7668</w:t>
        <w:br/>
        <w:t>f 13516/8572/7668 13512/8568/7698 13517/8573/7700</w:t>
        <w:br/>
        <w:t>f 13517/8573/7700 13512/8568/7698 13518/8574/7645</w:t>
        <w:br/>
        <w:t>f 13518/8574/7645 13512/8568/7698 13519/8575/7701</w:t>
        <w:br/>
        <w:t>f 13519/8575/7701 13512/8568/7698 13520/8576/7702</w:t>
        <w:br/>
        <w:t>f 13520/8576/7702 13512/8568/7698 13513/8567/7697</w:t>
        <w:br/>
        <w:t>f 13481/8537/7679 13521/8577/7703 12910/7964/7153</w:t>
        <w:br/>
        <w:t>f 13346/8401/7549 12690/7745/6948 12704/7758/6961</w:t>
        <w:br/>
        <w:t>f 12910/7964/7153 13346/8401/7549 12704/7758/6961</w:t>
        <w:br/>
        <w:t>f 13346/8401/7554 13351/8405/7553 13456/8513/7652</w:t>
        <w:br/>
        <w:t>f 13457/8512/7652 13346/8401/7554 13456/8513/7652</w:t>
        <w:br/>
        <w:t>f 7389/8578/7704 7388/8579/7705 7387/8580/7706</w:t>
        <w:br/>
        <w:t>f 7386/8581/7707 7389/8578/7704 7387/8580/7706</w:t>
        <w:br/>
        <w:t>f 7393/8582/7708 7392/8583/7709 7391/8584/7710</w:t>
        <w:br/>
        <w:t>f 7390/8585/7711 7393/8582/7708 7391/8584/7710</w:t>
        <w:br/>
        <w:t>f 7397/8586/7712 7396/8587/7713 7395/8588/7714</w:t>
        <w:br/>
        <w:t>f 7394/8589/7712 7397/8586/7712 7395/8588/7714</w:t>
        <w:br/>
        <w:t>f 7401/8590/7715 7400/8591/7716 7399/8592/7717</w:t>
        <w:br/>
        <w:t>f 7398/8593/7715 7401/8590/7715 7399/8592/7717</w:t>
        <w:br/>
        <w:t>f 7405/8594/7718 7404/8595/7718 7403/8596/7719</w:t>
        <w:br/>
        <w:t>f 7402/8597/7719 7405/8594/7718 7403/8596/7719</w:t>
        <w:br/>
        <w:t>f 7409/8598/7720 7408/8599/7721 7407/8600/7722</w:t>
        <w:br/>
        <w:t>f 7406/8601/7723 7409/8598/7720 7407/8600/7722</w:t>
        <w:br/>
        <w:t>f 7413/8602/7724 7412/8603/7725 7411/8604/7725</w:t>
        <w:br/>
        <w:t>f 7410/8605/7726 7413/8602/7724 7411/8604/7725</w:t>
        <w:br/>
        <w:t>f 7396/8587/7713 7415/8606/7727 7414/8607/7728</w:t>
        <w:br/>
        <w:t>f 7395/8588/7714 7396/8587/7713 7414/8607/7728</w:t>
        <w:br/>
        <w:t>f 7417/8608/7729 7413/8602/7724 7410/8605/7726</w:t>
        <w:br/>
        <w:t>f 7416/8609/7729 7417/8608/7729 7410/8605/7726</w:t>
        <w:br/>
        <w:t>f 7420/8610/7730 7419/8611/7731 7418/8612/7731</w:t>
        <w:br/>
        <w:t>f 7421/8613/7730 7420/8610/7730 7418/8612/7731</w:t>
        <w:br/>
        <w:t>f 7421/8613/7730 7417/8608/7729 7416/8609/7729</w:t>
        <w:br/>
        <w:t>f 7420/8610/7730 7421/8613/7730 7416/8609/7729</w:t>
        <w:br/>
        <w:t>f 7425/8614/7732 7424/8615/7733 7423/8616/7733</w:t>
        <w:br/>
        <w:t>f 7422/8617/7732 7425/8614/7732 7423/8616/7733</w:t>
        <w:br/>
        <w:t>f 7429/8618/7734 7428/8619/7735 7427/8620/7736</w:t>
        <w:br/>
        <w:t>f 7426/8621/7737 7429/8618/7734 7427/8620/7736</w:t>
        <w:br/>
        <w:t>f 7433/8622/7735 7432/8623/7734 7431/8624/7738</w:t>
        <w:br/>
        <w:t>f 7430/8625/7739 7433/8622/7735 7431/8624/7738</w:t>
        <w:br/>
        <w:t>f 7415/8606/7727 7435/8626/7740 7434/8627/7741</w:t>
        <w:br/>
        <w:t>f 7414/8607/7728 7415/8606/7727 7434/8627/7741</w:t>
        <w:br/>
        <w:t>f 7406/8601/7723 7407/8600/7722 7437/8628/7742</w:t>
        <w:br/>
        <w:t>f 7436/8629/7743 7406/8601/7723 7437/8628/7742</w:t>
        <w:br/>
        <w:t>f 7400/8591/7716 7439/8630/7744 7438/8631/7744</w:t>
        <w:br/>
        <w:t>f 7399/8592/7717 7400/8591/7716 7438/8631/7744</w:t>
        <w:br/>
        <w:t>f 7436/8629/7743 7437/8628/7742 7430/8625/7739</w:t>
        <w:br/>
        <w:t>f 7431/8624/7738 7436/8629/7743 7430/8625/7739</w:t>
        <w:br/>
        <w:t>f 7443/8632/7745 7442/8633/7746 7441/8634/7746</w:t>
        <w:br/>
        <w:t>f 7440/8635/7745 7443/8632/7745 7441/8634/7746</w:t>
        <w:br/>
        <w:t>f 7447/8636/7747 7446/8637/7748 7445/8638/7748</w:t>
        <w:br/>
        <w:t>f 7444/8639/7749 7447/8636/7747 7445/8638/7748</w:t>
        <w:br/>
        <w:t>f 7451/8640/7750 7450/8641/7751 7449/8642/7751</w:t>
        <w:br/>
        <w:t>f 7448/8643/7752 7451/8640/7750 7449/8642/7751</w:t>
        <w:br/>
        <w:t>f 7455/8644/7753 7454/8645/7753 7453/8646/7754</w:t>
        <w:br/>
        <w:t>f 7452/8647/7754 7455/8644/7753 7453/8646/7754</w:t>
        <w:br/>
        <w:t>f 7459/8648/7755 7458/8649/7756 7457/8650/7757</w:t>
        <w:br/>
        <w:t>f 7456/8651/7757 7459/8648/7755 7457/8650/7757</w:t>
        <w:br/>
        <w:t>f 7463/8652/7758 7462/8653/7759 7461/8654/7759</w:t>
        <w:br/>
        <w:t>f 7460/8655/7760 7463/8652/7758 7461/8654/7759</w:t>
        <w:br/>
        <w:t>f 7465/8656/7761 7464/8657/7761 7454/8645/7753</w:t>
        <w:br/>
        <w:t>f 7455/8644/7753 7465/8656/7761 7454/8645/7753</w:t>
        <w:br/>
        <w:t>f 7468/8658/7762 7467/8659/7762 7466/8660/7763</w:t>
        <w:br/>
        <w:t>f 7469/8661/7763 7468/8658/7762 7466/8660/7763</w:t>
        <w:br/>
        <w:t>f 7469/8661/7763 7466/8660/7763 7464/8657/7761</w:t>
        <w:br/>
        <w:t>f 7465/8656/7761 7469/8661/7763 7464/8657/7761</w:t>
        <w:br/>
        <w:t>f 7473/8662/7764 7472/8663/7765 7471/8664/7765</w:t>
        <w:br/>
        <w:t>f 7470/8665/7764 7473/8662/7764 7471/8664/7765</w:t>
        <w:br/>
        <w:t>f 7477/8666/7766 7476/8667/7765 7475/8668/7765</w:t>
        <w:br/>
        <w:t>f 7474/8669/7767 7477/8666/7766 7475/8668/7765</w:t>
        <w:br/>
        <w:t>f 7479/8670/7768 7478/8671/7768 7458/8649/7756</w:t>
        <w:br/>
        <w:t>f 7459/8648/7755 7479/8670/7768 7458/8649/7756</w:t>
        <w:br/>
        <w:t>f 7450/8641/7751 7481/8672/7769 7480/8673/7770</w:t>
        <w:br/>
        <w:t>f 7449/8642/7751 7450/8641/7751 7480/8673/7770</w:t>
        <w:br/>
        <w:t>f 7485/8674/7771 7484/8675/7771 7483/8676/7772</w:t>
        <w:br/>
        <w:t>f 7482/8677/7772 7485/8674/7771 7483/8676/7772</w:t>
        <w:br/>
        <w:t>f 7484/8675/7771 7485/8674/7771 7486/8678/7773</w:t>
        <w:br/>
        <w:t>f 7487/8679/7773 7484/8675/7771 7486/8678/7773</w:t>
        <w:br/>
        <w:t>f 7491/8680/7774 7490/8681/7774 7489/8682/7775</w:t>
        <w:br/>
        <w:t>f 7488/8683/7776 7491/8680/7774 7489/8682/7775</w:t>
        <w:br/>
        <w:t>f 7470/8665/7764 7480/8673/7770 7481/8672/7769</w:t>
        <w:br/>
        <w:t>f 7473/8662/7764 7470/8665/7764 7481/8672/7769</w:t>
        <w:br/>
        <w:t>f 7495/8684/7777 7494/8685/7777 7493/8686/7778</w:t>
        <w:br/>
        <w:t>f 7492/8687/7778 7495/8684/7777 7493/8686/7778</w:t>
        <w:br/>
        <w:t>f 7388/8579/7705 7497/8688/7779 7496/8689/7780</w:t>
        <w:br/>
        <w:t>f 7387/8580/7706 7388/8579/7705 7496/8689/7780</w:t>
        <w:br/>
        <w:t>f 7500/8690/7781 7499/8691/7782 7498/8692/7782</w:t>
        <w:br/>
        <w:t>f 7501/8693/7781 7500/8690/7781 7498/8692/7782</w:t>
        <w:br/>
        <w:t>f 7505/8694/7783 7504/8695/7784 7503/8696/7784</w:t>
        <w:br/>
        <w:t>f 7502/8697/7783 7505/8694/7783 7503/8696/7784</w:t>
        <w:br/>
        <w:t>f 7509/8698/7785 7508/8699/7785 7507/8700/7786</w:t>
        <w:br/>
        <w:t>f 7506/8701/7786 7509/8698/7785 7507/8700/7786</w:t>
        <w:br/>
        <w:t>f 7512/8702/7787 7511/8703/7788 7510/8704/7789</w:t>
        <w:br/>
        <w:t>f 7513/8705/7789 7512/8702/7787 7510/8704/7789</w:t>
        <w:br/>
        <w:t>f 7515/8706/7790 7514/8707/7791 7407/8600/7722</w:t>
        <w:br/>
        <w:t>f 7408/8599/7721 7515/8706/7790 7407/8600/7722</w:t>
        <w:br/>
        <w:t>f 7519/8708/7792 7518/8709/7792 7517/8710/7793</w:t>
        <w:br/>
        <w:t>f 7516/8711/7793 7519/8708/7792 7517/8710/7793</w:t>
        <w:br/>
        <w:t>f 7522/8712/7794 7521/8713/7795 7520/8714/7795</w:t>
        <w:br/>
        <w:t>f 7523/8715/7794 7522/8712/7794 7520/8714/7795</w:t>
        <w:br/>
        <w:t>f 7525/8716/7796 7524/8717/7796 7498/8692/7782</w:t>
        <w:br/>
        <w:t>f 7499/8691/7782 7525/8716/7796 7498/8692/7782</w:t>
        <w:br/>
        <w:t>f 7529/8718/7797 7528/8719/7798 7527/8720/7799</w:t>
        <w:br/>
        <w:t>f 7526/8721/7800 7529/8718/7797 7527/8720/7799</w:t>
        <w:br/>
        <w:t>f 7533/8722/7801 7532/8723/7802 7531/8724/7802</w:t>
        <w:br/>
        <w:t>f 7530/8725/7803 7533/8722/7801 7531/8724/7802</w:t>
        <w:br/>
        <w:t>f 7535/8726/7804 7534/8727/7805 7516/8711/7793</w:t>
        <w:br/>
        <w:t>f 7517/8710/7793 7535/8726/7804 7516/8711/7793</w:t>
        <w:br/>
        <w:t>f 7521/8713/7795 7537/8728/7806 7536/8729/7806</w:t>
        <w:br/>
        <w:t>f 7520/8714/7795 7521/8713/7795 7536/8729/7806</w:t>
        <w:br/>
        <w:t>f 7541/8730/7807 7540/8731/7807 7539/8732/7808</w:t>
        <w:br/>
        <w:t>f 7538/8733/7808 7541/8730/7807 7539/8732/7808</w:t>
        <w:br/>
        <w:t>f 7544/8734/7809 7543/8735/7810 7542/8736/7810</w:t>
        <w:br/>
        <w:t>f 7545/8737/7809 7544/8734/7809 7542/8736/7810</w:t>
        <w:br/>
        <w:t>f 7540/8731/7807 7541/8730/7807 7534/8727/7805</w:t>
        <w:br/>
        <w:t>f 7535/8726/7804 7540/8731/7807 7534/8727/7805</w:t>
        <w:br/>
        <w:t>f 7536/8729/7806 7537/8728/7806 7542/8736/7810</w:t>
        <w:br/>
        <w:t>f 7543/8735/7810 7536/8729/7806 7542/8736/7810</w:t>
        <w:br/>
        <w:t>f 7549/8738/7811 7548/8739/7812 7547/8740/7813</w:t>
        <w:br/>
        <w:t>f 7546/8741/7814 7549/8738/7811 7547/8740/7813</w:t>
        <w:br/>
        <w:t>f 7553/8742/7815 7552/8743/7816 7551/8744/7816</w:t>
        <w:br/>
        <w:t>f 7550/8745/7815 7553/8742/7815 7551/8744/7816</w:t>
        <w:br/>
        <w:t>f 7557/8746/7817 7556/8747/7815 7555/8748/7815</w:t>
        <w:br/>
        <w:t>f 7554/8749/7818 7557/8746/7817 7555/8748/7815</w:t>
        <w:br/>
        <w:t>f 7430/8625/7739 7559/8750/7819 7558/8751/7820</w:t>
        <w:br/>
        <w:t>f 7433/8622/7735 7430/8625/7739 7558/8751/7820</w:t>
        <w:br/>
        <w:t>f 7561/8752/7821 7427/8620/7736 7428/8619/7735</w:t>
        <w:br/>
        <w:t>f 7560/8753/7820 7561/8752/7821 7428/8619/7735</w:t>
        <w:br/>
        <w:t>f 7563/8754/7822 7562/8755/7822 7524/8717/7796</w:t>
        <w:br/>
        <w:t>f 7525/8716/7796 7563/8754/7822 7524/8717/7796</w:t>
        <w:br/>
        <w:t>f 7435/8626/7740 7415/8606/7727 7526/8721/7823</w:t>
        <w:br/>
        <w:t>f 7564/8756/7824 7435/8626/7740 7526/8721/7823</w:t>
        <w:br/>
        <w:t>f 7566/8757/7825 7565/8758/7825 7511/8703/7788</w:t>
        <w:br/>
        <w:t>f 7512/8702/7787 7566/8757/7825 7511/8703/7788</w:t>
        <w:br/>
        <w:t>f 7437/8628/7742 7407/8600/7722 7514/8707/7791</w:t>
        <w:br/>
        <w:t>f 7567/8759/7826 7437/8628/7742 7514/8707/7791</w:t>
        <w:br/>
        <w:t>f 7518/8709/7792 7519/8708/7792 7569/8760/7827</w:t>
        <w:br/>
        <w:t>f 7568/8761/7828 7518/8709/7792 7569/8760/7827</w:t>
        <w:br/>
        <w:t>f 7548/8739/7812 7571/8762/7829 7570/8763/7830</w:t>
        <w:br/>
        <w:t>f 7547/8740/7813 7548/8739/7812 7570/8763/7830</w:t>
        <w:br/>
        <w:t>f 7575/8764/7831 7574/8765/7832 7573/8766/7832</w:t>
        <w:br/>
        <w:t>f 7572/8767/7831 7575/8764/7831 7573/8766/7832</w:t>
        <w:br/>
        <w:t>f 7577/8768/7833 7575/8764/7831 7572/8767/7831</w:t>
        <w:br/>
        <w:t>f 7576/8769/7833 7577/8768/7833 7572/8767/7831</w:t>
        <w:br/>
        <w:t>f 7430/8625/7739 7437/8628/7742 7567/8759/7826</w:t>
        <w:br/>
        <w:t>f 7559/8750/7819 7430/8625/7739 7567/8759/7826</w:t>
        <w:br/>
        <w:t>f 7557/8746/7817 7554/8749/7818 7565/8758/7825</w:t>
        <w:br/>
        <w:t>f 7566/8757/7825 7557/8746/7817 7565/8758/7825</w:t>
        <w:br/>
        <w:t>f 7581/8770/7834 7580/8771/7834 7579/8772/7835</w:t>
        <w:br/>
        <w:t>f 7578/8773/7835 7581/8770/7834 7579/8772/7835</w:t>
        <w:br/>
        <w:t>f 7585/8774/7836 7584/8775/7837 7583/8776/7838</w:t>
        <w:br/>
        <w:t>f 7582/8777/7836 7585/8774/7836 7583/8776/7838</w:t>
        <w:br/>
        <w:t>f 7587/8778/7839 7397/8586/7712 7394/8589/7712</w:t>
        <w:br/>
        <w:t>f 7586/8779/7839 7587/8778/7839 7394/8589/7712</w:t>
        <w:br/>
        <w:t>f 7501/8693/7781 7589/8780/7840 7588/8781/7840</w:t>
        <w:br/>
        <w:t>f 7500/8690/7781 7501/8693/7781 7588/8781/7840</w:t>
        <w:br/>
        <w:t>f 7513/8705/7789 7510/8704/7789 7533/8722/7801</w:t>
        <w:br/>
        <w:t>f 7530/8725/7803 7513/8705/7789 7533/8722/7801</w:t>
        <w:br/>
        <w:t>f 7462/8653/7759 7451/8640/7750 7448/8643/7752</w:t>
        <w:br/>
        <w:t>f 7461/8654/7759 7462/8653/7759 7448/8643/7752</w:t>
        <w:br/>
        <w:t>f 7408/8599/7721 7508/8699/7785 7509/8698/7785</w:t>
        <w:br/>
        <w:t>f 7515/8706/7790 7408/8599/7721 7509/8698/7785</w:t>
        <w:br/>
        <w:t>f 7404/8595/7718 7405/8594/7718 7408/8599/7721</w:t>
        <w:br/>
        <w:t>f 7409/8598/7720 7404/8595/7718 7408/8599/7721</w:t>
        <w:br/>
        <w:t>f 7446/8637/7748 7463/8652/7758 7460/8655/7760</w:t>
        <w:br/>
        <w:t>f 7445/8638/7748 7446/8637/7748 7460/8655/7760</w:t>
        <w:br/>
        <w:t>f 7531/8724/7802 7532/8723/7802 7590/8782/7841</w:t>
        <w:br/>
        <w:t>f 7591/8783/7841 7531/8724/7802 7590/8782/7841</w:t>
        <w:br/>
        <w:t>f 7402/8597/7719 7403/8596/7719 7392/8583/7709</w:t>
        <w:br/>
        <w:t>f 7393/8582/7708 7402/8597/7719 7392/8583/7709</w:t>
        <w:br/>
        <w:t>f 7506/8701/7786 7507/8700/7786 7593/8784/7842</w:t>
        <w:br/>
        <w:t>f 7592/8785/7843 7506/8701/7786 7593/8784/7842</w:t>
        <w:br/>
        <w:t>f 7590/8782/7841 7595/8786/7844 7594/8787/7844</w:t>
        <w:br/>
        <w:t>f 7591/8783/7841 7590/8782/7841 7594/8787/7844</w:t>
        <w:br/>
        <w:t>f 7435/8626/7740 7390/8585/7711 7391/8584/7710</w:t>
        <w:br/>
        <w:t>f 7434/8627/7741 7435/8626/7740 7391/8584/7710</w:t>
        <w:br/>
        <w:t>f 7563/8754/7822 7594/8787/7844 7595/8786/7844</w:t>
        <w:br/>
        <w:t>f 7562/8755/7822 7563/8754/7822 7595/8786/7844</w:t>
        <w:br/>
        <w:t>f 7592/8785/7843 7393/8582/7708 7597/8788/7845</w:t>
        <w:br/>
        <w:t>f 7596/8789/7846 7592/8785/7843 7597/8788/7845</w:t>
        <w:br/>
        <w:t>f 7447/8636/7747 7444/8639/7749 7478/8671/7768</w:t>
        <w:br/>
        <w:t>f 7479/8670/7768 7447/8636/7747 7478/8671/7768</w:t>
        <w:br/>
        <w:t>f 7596/8789/7846 7390/8585/7711 7435/8626/7740</w:t>
        <w:br/>
        <w:t>f 7564/8756/7824 7596/8789/7846 7435/8626/7740</w:t>
        <w:br/>
        <w:t>f 7456/8651/7757 7457/8650/7757 7580/8771/7834</w:t>
        <w:br/>
        <w:t>f 7581/8770/7834 7456/8651/7757 7580/8771/7834</w:t>
        <w:br/>
        <w:t>f 7582/8777/7836 7527/8720/7799 7528/8719/7798</w:t>
        <w:br/>
        <w:t>f 7585/8774/7836 7582/8777/7836 7528/8719/7798</w:t>
        <w:br/>
        <w:t>f 7599/8790/7847 7598/8791/7847 7538/8733/7808</w:t>
        <w:br/>
        <w:t>f 7539/8732/7808 7599/8790/7847 7538/8733/7808</w:t>
        <w:br/>
        <w:t>f 7467/8659/7762 7468/8658/7762 7601/8792/7848</w:t>
        <w:br/>
        <w:t>f 7600/8793/7849 7467/8659/7762 7601/8792/7848</w:t>
        <w:br/>
        <w:t>f 7574/8765/7832 7544/8734/7809 7545/8737/7809</w:t>
        <w:br/>
        <w:t>f 7573/8766/7832 7574/8765/7832 7545/8737/7809</w:t>
        <w:br/>
        <w:t>f 7419/8611/7731 7438/8631/7744 7439/8630/7744</w:t>
        <w:br/>
        <w:t>f 7418/8612/7731 7419/8611/7731 7439/8630/7744</w:t>
        <w:br/>
        <w:t>f 7504/8695/7784 7588/8781/7840 7589/8780/7840</w:t>
        <w:br/>
        <w:t>f 7503/8696/7784 7504/8695/7784 7589/8780/7840</w:t>
        <w:br/>
        <w:t>f 7578/8773/7835 7579/8772/7835 7490/8681/7774</w:t>
        <w:br/>
        <w:t>f 7491/8680/7774 7578/8773/7835 7490/8681/7774</w:t>
        <w:br/>
        <w:t>f 7576/8769/7833 7583/8776/7838 7584/8775/7837</w:t>
        <w:br/>
        <w:t>f 7577/8768/7833 7576/8769/7833 7584/8775/7837</w:t>
        <w:br/>
        <w:t>f 7398/8593/7715 7587/8778/7839 7586/8779/7839</w:t>
        <w:br/>
        <w:t>f 7401/8590/7715 7398/8593/7715 7586/8779/7839</w:t>
        <w:br/>
        <w:t>f 7412/8603/7725 7425/8614/7732 7422/8617/7732</w:t>
        <w:br/>
        <w:t>f 7411/8604/7725 7412/8603/7725 7422/8617/7732</w:t>
        <w:br/>
        <w:t>f 7452/8647/7754 7453/8646/7754 7482/8677/7772</w:t>
        <w:br/>
        <w:t>f 7483/8676/7772 7452/8647/7754 7482/8677/7772</w:t>
        <w:br/>
        <w:t>f 7523/8715/7794 7549/8738/7811 7546/8741/7814</w:t>
        <w:br/>
        <w:t>f 7522/8712/7794 7523/8715/7794 7546/8741/7814</w:t>
        <w:br/>
        <w:t>f 7568/8761/7828 7569/8760/7827 7603/8794/7850</w:t>
        <w:br/>
        <w:t>f 7602/8795/7850 7568/8761/7828 7603/8794/7850</w:t>
        <w:br/>
        <w:t>f 7424/8615/7733 7604/8796/7851 7571/8762/7829</w:t>
        <w:br/>
        <w:t>f 7423/8616/7733 7424/8615/7733 7571/8762/7829</w:t>
        <w:br/>
        <w:t>f 7606/8797/7852 7605/8798/7852 7602/8795/7850</w:t>
        <w:br/>
        <w:t>f 7603/8794/7850 7606/8797/7852 7602/8795/7850</w:t>
        <w:br/>
        <w:t>f 7387/8580/7706 7496/8689/7780 7570/8763/7830</w:t>
        <w:br/>
        <w:t>f 7571/8762/7829 7387/8580/7706 7570/8763/7830</w:t>
        <w:br/>
        <w:t>f 7486/8678/7773 7441/8634/7746 7442/8633/7746</w:t>
        <w:br/>
        <w:t>f 7487/8679/7773 7486/8678/7773 7442/8633/7746</w:t>
        <w:br/>
        <w:t>f 7494/8685/7777 7495/8684/7777 7605/8798/7852</w:t>
        <w:br/>
        <w:t>f 7606/8797/7852 7494/8685/7777 7605/8798/7852</w:t>
        <w:br/>
        <w:t>f 7386/8581/7707 7387/8580/7706 7571/8762/7829</w:t>
        <w:br/>
        <w:t>f 7604/8796/7851 7386/8581/7707 7571/8762/7829</w:t>
        <w:br/>
        <w:t>f 7600/8793/7849 7601/8792/7848 7488/8683/7776</w:t>
        <w:br/>
        <w:t>f 7489/8682/7775 7600/8793/7849 7488/8683/7776</w:t>
        <w:br/>
        <w:t>f 7598/8791/7847 7599/8790/7847 7505/8694/7783</w:t>
        <w:br/>
        <w:t>f 7502/8697/7783 7598/8791/7847 7505/8694/7783</w:t>
        <w:br/>
        <w:t>f 7493/8686/7778 7551/8744/7816 7552/8743/7816</w:t>
        <w:br/>
        <w:t>f 7492/8687/7778 7493/8686/7778 7552/8743/7816</w:t>
        <w:br/>
        <w:t>f 7474/8669/7767 7443/8632/7745 7440/8635/7745</w:t>
        <w:br/>
        <w:t>f 7477/8666/7766 7474/8669/7767 7440/8635/7745</w:t>
        <w:br/>
        <w:t>f 7497/8688/7779 7388/8579/7705 7427/8620/7736</w:t>
        <w:br/>
        <w:t>f 7561/8752/7821 7497/8688/7779 7427/8620/7736</w:t>
        <w:br/>
        <w:t>f 7388/8579/7705 7389/8578/7704 7426/8621/7737</w:t>
        <w:br/>
        <w:t>f 7427/8620/7736 7388/8579/7705 7426/8621/7737</w:t>
        <w:br/>
        <w:t>f 7610/8799/7853 7609/8800/7854 7608/8801/7854</w:t>
        <w:br/>
        <w:t>f 7607/8802/7855 7610/8799/7853 7608/8801/7854</w:t>
        <w:br/>
        <w:t>f 7613/8803/7856 7612/8804/7857 7611/8805/7858</w:t>
        <w:br/>
        <w:t>f 7614/8806/7859 7613/8803/7856 7611/8805/7858</w:t>
        <w:br/>
        <w:t>f 7617/8807/7860 7616/8808/7861 7615/8809/7862</w:t>
        <w:br/>
        <w:t>f 7618/8810/7863 7617/8807/7860 7615/8809/7862</w:t>
        <w:br/>
        <w:t>f 7614/8806/7859 7620/8811/7864 7619/8812/7865</w:t>
        <w:br/>
        <w:t>f 7613/8803/7856 7614/8806/7859 7619/8812/7865</w:t>
        <w:br/>
        <w:t>f 7624/8813/7866 7623/8814/7867 7622/8815/7868</w:t>
        <w:br/>
        <w:t>f 7621/8816/7869 7624/8813/7866 7622/8815/7868</w:t>
        <w:br/>
        <w:t>f 7628/8817/7870 7627/8818/7871 7626/8819/7872</w:t>
        <w:br/>
        <w:t>f 7625/8820/7873 7628/8817/7870 7626/8819/7872</w:t>
        <w:br/>
        <w:t>f 7623/8814/7867 7624/8813/7866 7625/8820/7873</w:t>
        <w:br/>
        <w:t>f 7626/8819/7872 7623/8814/7867 7625/8820/7873</w:t>
        <w:br/>
        <w:t>f 7632/8821/7874 7631/8822/7875 7630/8823/7876</w:t>
        <w:br/>
        <w:t>f 7629/8824/7876 7632/8821/7874 7630/8823/7876</w:t>
        <w:br/>
        <w:t>f 7636/8825/7877 7635/8826/7878 7634/8827/7879</w:t>
        <w:br/>
        <w:t>f 7633/8828/7879 7636/8825/7877 7634/8827/7879</w:t>
        <w:br/>
        <w:t>f 7638/8829/7880 7637/8830/7881 7627/8818/7871</w:t>
        <w:br/>
        <w:t>f 7628/8817/7870 7638/8829/7880 7627/8818/7871</w:t>
        <w:br/>
        <w:t>f 7637/8830/7881 7638/8829/7880 7640/8831/7882</w:t>
        <w:br/>
        <w:t>f 7639/8832/7883 7637/8830/7881 7640/8831/7882</w:t>
        <w:br/>
        <w:t>f 7644/8833/7884 7643/8834/7885 7642/8835/7885</w:t>
        <w:br/>
        <w:t>f 7641/8836/7886 7644/8833/7884 7642/8835/7885</w:t>
        <w:br/>
        <w:t>f 7648/8837/7887 7647/8838/7888 7646/8839/7888</w:t>
        <w:br/>
        <w:t>f 7645/8840/7887 7648/8837/7887 7646/8839/7888</w:t>
        <w:br/>
        <w:t>f 7650/8841/7889 7619/8812/7865 7620/8811/7864</w:t>
        <w:br/>
        <w:t>f 7649/8842/7890 7650/8841/7889 7620/8811/7864</w:t>
        <w:br/>
        <w:t>f 7654/8843/7891 7653/8844/7891 7652/8845/7892</w:t>
        <w:br/>
        <w:t>f 7651/8846/7892 7654/8843/7891 7652/8845/7892</w:t>
        <w:br/>
        <w:t>f 7635/8826/7878 7636/8825/7877 7656/8847/7883</w:t>
        <w:br/>
        <w:t>f 7655/8848/7893 7635/8826/7878 7656/8847/7883</w:t>
        <w:br/>
        <w:t>f 7657/8849/7894 7608/8801/7854 7609/8800/7854</w:t>
        <w:br/>
        <w:t>f 7658/8850/7894 7657/8849/7894 7609/8800/7854</w:t>
        <w:br/>
        <w:t>f 7658/8850/7894 7642/8835/7885 7643/8834/7885</w:t>
        <w:br/>
        <w:t>f 7657/8849/7894 7658/8850/7894 7643/8834/7885</w:t>
        <w:br/>
        <w:t>f 7660/8851/7895 7659/8852/7896 7618/8810/7863</w:t>
        <w:br/>
        <w:t>f 7615/8809/7862 7660/8851/7895 7618/8810/7863</w:t>
        <w:br/>
        <w:t>f 7633/8828/7879 7634/8827/7879 7653/8844/7891</w:t>
        <w:br/>
        <w:t>f 7654/8843/7891 7633/8828/7879 7653/8844/7891</w:t>
        <w:br/>
        <w:t>f 7663/8853/7897 7662/8854/7897 7661/8855/7898</w:t>
        <w:br/>
        <w:t>f 7664/8856/7898 7663/8853/7897 7661/8855/7898</w:t>
        <w:br/>
        <w:t>f 7667/8857/7899 7666/8858/7900 7665/8859/7900</w:t>
        <w:br/>
        <w:t>f 7668/8860/7899 7667/8857/7899 7665/8859/7900</w:t>
        <w:br/>
        <w:t>f 7664/8856/7898 7661/8855/7898 7670/8861/7901</w:t>
        <w:br/>
        <w:t>f 7669/8862/7901 7664/8856/7898 7670/8861/7901</w:t>
        <w:br/>
        <w:t>f 7674/8863/7902 7673/8864/7903 7672/8865/7904</w:t>
        <w:br/>
        <w:t>f 7671/8866/7902 7674/8863/7902 7672/8865/7904</w:t>
        <w:br/>
        <w:t>f 7678/8867/7905 7677/8868/7906 7676/8869/7906</w:t>
        <w:br/>
        <w:t>f 7675/8870/7905 7678/8867/7905 7676/8869/7906</w:t>
        <w:br/>
        <w:t>f 7673/8864/7903 7678/8867/7905 7675/8870/7905</w:t>
        <w:br/>
        <w:t>f 7672/8865/7904 7673/8864/7903 7675/8870/7905</w:t>
        <w:br/>
        <w:t>f 7680/8871/7907 7679/8872/7907 7669/8862/7901</w:t>
        <w:br/>
        <w:t>f 7670/8861/7901 7680/8871/7907 7669/8862/7901</w:t>
        <w:br/>
        <w:t>f 7684/8873/7908 7683/8874/7909 7682/8875/7909</w:t>
        <w:br/>
        <w:t>f 7681/8876/7908 7684/8873/7908 7682/8875/7909</w:t>
        <w:br/>
        <w:t>f 7677/8868/7906 7686/8877/7910 7685/8878/7911</w:t>
        <w:br/>
        <w:t>f 7676/8869/7906 7677/8868/7906 7685/8878/7911</w:t>
        <w:br/>
        <w:t>f 7687/8879/7912 7685/8878/7911 7686/8877/7910</w:t>
        <w:br/>
        <w:t>f 7688/8880/7913 7687/8879/7912 7686/8877/7910</w:t>
        <w:br/>
        <w:t>f 7692/8881/7914 7691/8882/7915 7690/8883/7916</w:t>
        <w:br/>
        <w:t>f 7689/8884/7917 7692/8881/7914 7690/8883/7916</w:t>
        <w:br/>
        <w:t>f 7696/8885/7918 7695/8886/7919 7694/8887/7920</w:t>
        <w:br/>
        <w:t>f 7693/8888/7920 7696/8885/7918 7694/8887/7920</w:t>
        <w:br/>
        <w:t>f 7700/8889/7921 7699/8890/7922 7698/8891/7923</w:t>
        <w:br/>
        <w:t>f 7697/8892/7924 7700/8889/7921 7698/8891/7923</w:t>
        <w:br/>
        <w:t>f 7704/8893/7925 7703/8894/7926 7702/8895/7926</w:t>
        <w:br/>
        <w:t>f 7701/8896/7927 7704/8893/7925 7702/8895/7926</w:t>
        <w:br/>
        <w:t>f 7706/8897/7913 7682/8875/7909 7683/8874/7909</w:t>
        <w:br/>
        <w:t>f 7705/8898/7928 7706/8897/7913 7683/8874/7909</w:t>
        <w:br/>
        <w:t>f 7710/8899/7929 7709/8900/7929 7708/8901/7930</w:t>
        <w:br/>
        <w:t>f 7707/8902/7930 7710/8899/7929 7708/8901/7930</w:t>
        <w:br/>
        <w:t>f 7691/8882/7915 7692/8881/7914 7709/8900/7929</w:t>
        <w:br/>
        <w:t>f 7710/8899/7929 7691/8882/7915 7709/8900/7929</w:t>
        <w:br/>
        <w:t>f 7668/8860/7899 7712/8903/7931 7711/8904/7931</w:t>
        <w:br/>
        <w:t>f 7667/8857/7899 7668/8860/7899 7711/8904/7931</w:t>
        <w:br/>
        <w:t>f 7716/8905/7932 7715/8906/7933 7714/8907/7933</w:t>
        <w:br/>
        <w:t>f 7713/8908/7932 7716/8905/7932 7714/8907/7933</w:t>
        <w:br/>
        <w:t>f 7681/8876/7908 7702/8895/7926 7703/8894/7926</w:t>
        <w:br/>
        <w:t>f 7684/8873/7908 7681/8876/7908 7703/8894/7926</w:t>
        <w:br/>
        <w:t>f 7719/8909/7934 7718/8910/7935 7717/8911/7935</w:t>
        <w:br/>
        <w:t>f 7720/8912/7936 7719/8909/7934 7717/8911/7935</w:t>
        <w:br/>
        <w:t>f 7724/8913/7937 7723/8914/7937 7722/8915/7938</w:t>
        <w:br/>
        <w:t>f 7721/8916/7938 7724/8913/7937 7722/8915/7938</w:t>
        <w:br/>
        <w:t>f 7728/8917/7939 7727/8918/7940 7726/8919/7941</w:t>
        <w:br/>
        <w:t>f 7725/8920/7941 7728/8917/7939 7726/8919/7941</w:t>
        <w:br/>
        <w:t>f 7732/8921/7942 7731/8922/7942 7730/8923/7943</w:t>
        <w:br/>
        <w:t>f 7729/8924/7943 7732/8921/7942 7730/8923/7943</w:t>
        <w:br/>
        <w:t>f 7618/8810/7863 7734/8925/7944 7733/8926/7945</w:t>
        <w:br/>
        <w:t>f 7617/8807/7860 7618/8810/7863 7733/8926/7945</w:t>
        <w:br/>
        <w:t>f 7735/8927/7946 7721/8916/7938 7722/8915/7938</w:t>
        <w:br/>
        <w:t>f 7736/8928/7946 7735/8927/7946 7722/8915/7938</w:t>
        <w:br/>
        <w:t>f 7738/8929/7947 7614/8806/7948 7727/8918/7949</w:t>
        <w:br/>
        <w:t>f 7737/8930/7950 7738/8929/7947 7727/8918/7949</w:t>
        <w:br/>
        <w:t>f 7623/8814/7867 7740/8931/7951 7739/8932/7952</w:t>
        <w:br/>
        <w:t>f 7622/8815/7868 7623/8814/7867 7739/8932/7952</w:t>
        <w:br/>
        <w:t>f 7744/8933/7953 7743/8934/7954 7742/8935/7955</w:t>
        <w:br/>
        <w:t>f 7741/8936/7953 7744/8933/7953 7742/8935/7955</w:t>
        <w:br/>
        <w:t>f 7627/8818/7871 7746/8937/7956 7745/8938/7957</w:t>
        <w:br/>
        <w:t>f 7626/8819/7872 7627/8818/7871 7745/8938/7957</w:t>
        <w:br/>
        <w:t>f 7750/8939/7958 7749/8940/7959 7748/8941/7960</w:t>
        <w:br/>
        <w:t>f 7747/8942/7961 7750/8939/7958 7748/8941/7960</w:t>
        <w:br/>
        <w:t>f 7626/8819/7872 7745/8938/7957 7740/8931/7951</w:t>
        <w:br/>
        <w:t>f 7623/8814/7867 7626/8819/7872 7740/8931/7951</w:t>
        <w:br/>
        <w:t>f 7749/8940/7959 7744/8933/7953 7741/8936/7953</w:t>
        <w:br/>
        <w:t>f 7748/8941/7960 7749/8940/7959 7741/8936/7953</w:t>
        <w:br/>
        <w:t>f 7754/8943/7962 7753/8944/7962 7752/8945/7963</w:t>
        <w:br/>
        <w:t>f 7751/8946/7963 7754/8943/7962 7752/8945/7963</w:t>
        <w:br/>
        <w:t>f 7649/8842/7890 7620/8811/7864 7737/8930/7964</w:t>
        <w:br/>
        <w:t>f 7755/8947/7965 7649/8842/7890 7737/8930/7964</w:t>
        <w:br/>
        <w:t>f 7759/8948/7966 7758/8949/7967 7757/8950/7967</w:t>
        <w:br/>
        <w:t>f 7756/8951/7966 7759/8948/7966 7757/8950/7967</w:t>
        <w:br/>
        <w:t>f 7761/8952/7968 7760/8953/7969 7636/8825/7877</w:t>
        <w:br/>
        <w:t>f 7762/8954/7970 7761/8952/7968 7636/8825/7877</w:t>
        <w:br/>
        <w:t>f 7746/8937/7956 7627/8818/7871 7637/8830/7881</w:t>
        <w:br/>
        <w:t>f 7763/8955/7971 7746/8937/7956 7637/8830/7881</w:t>
        <w:br/>
        <w:t>f 7765/8956/7972 7764/8957/7972 7750/8939/7958</w:t>
        <w:br/>
        <w:t>f 7747/8942/7961 7765/8956/7972 7750/8939/7958</w:t>
        <w:br/>
        <w:t>f 7637/8830/7881 7639/8832/7883 7766/8958/7973</w:t>
        <w:br/>
        <w:t>f 7763/8955/7971 7637/8830/7881 7766/8958/7973</w:t>
        <w:br/>
        <w:t>f 7764/8957/7972 7765/8956/7972 7768/8959/7974</w:t>
        <w:br/>
        <w:t>f 7767/8960/7974 7764/8957/7972 7768/8959/7974</w:t>
        <w:br/>
        <w:t>f 7772/8961/7975 7771/8962/7975 7770/8963/7976</w:t>
        <w:br/>
        <w:t>f 7769/8964/7976 7772/8961/7975 7770/8963/7976</w:t>
        <w:br/>
        <w:t>f 7776/8965/7977 7775/8966/7978 7774/8967/7979</w:t>
        <w:br/>
        <w:t>f 7773/8968/7980 7776/8965/7977 7774/8967/7979</w:t>
        <w:br/>
        <w:t>f 7780/8969/7981 7779/8970/7981 7778/8971/7982</w:t>
        <w:br/>
        <w:t>f 7777/8972/7983 7780/8969/7981 7778/8971/7982</w:t>
        <w:br/>
        <w:t>f 7783/8973/7984 7782/8974/7985 7781/8975/7986</w:t>
        <w:br/>
        <w:t>f 7784/8976/7987 7783/8973/7984 7781/8975/7986</w:t>
        <w:br/>
        <w:t>f 7786/8977/7988 7735/8927/7946 7736/8928/7946</w:t>
        <w:br/>
        <w:t>f 7785/8978/7988 7786/8977/7988 7736/8928/7946</w:t>
        <w:br/>
        <w:t>f 7790/8979/7989 7789/8980/7990 7788/8981/7990</w:t>
        <w:br/>
        <w:t>f 7787/8982/7989 7790/8979/7989 7788/8981/7990</w:t>
        <w:br/>
        <w:t>f 7794/8983/7991 7793/8984/7992 7792/8985/7993</w:t>
        <w:br/>
        <w:t>f 7791/8986/7994 7794/8983/7991 7792/8985/7993</w:t>
        <w:br/>
        <w:t>f 7797/8987/7995 7796/8988/7996 7795/8989/7996</w:t>
        <w:br/>
        <w:t>f 7798/8990/7995 7797/8987/7995 7795/8989/7996</w:t>
        <w:br/>
        <w:t>f 7757/8950/7967 7758/8949/7967 7799/8991/7997</w:t>
        <w:br/>
        <w:t>f 7800/8992/7998 7757/8950/7967 7799/8991/7997</w:t>
        <w:br/>
        <w:t>f 7656/8847/7883 7636/8825/7877 7760/8953/7969</w:t>
        <w:br/>
        <w:t>f 7801/8993/7973 7656/8847/7883 7760/8953/7969</w:t>
        <w:br/>
        <w:t>f 7718/8910/7935 7803/8994/7999 7802/8995/7999</w:t>
        <w:br/>
        <w:t>f 7717/8911/7935 7718/8910/7935 7802/8995/7999</w:t>
        <w:br/>
        <w:t>f 7807/8996/8000 7806/8997/8000 7805/8998/8001</w:t>
        <w:br/>
        <w:t>f 7804/8999/8001 7807/8996/8000 7805/8998/8001</w:t>
        <w:br/>
        <w:t>f 7803/8994/7999 7776/8965/7977 7773/8968/7980</w:t>
        <w:br/>
        <w:t>f 7802/8995/7999 7803/8994/7999 7773/8968/7980</w:t>
        <w:br/>
        <w:t>f 7806/8997/8000 7807/8996/8000 7771/8962/7975</w:t>
        <w:br/>
        <w:t>f 7772/8961/7975 7806/8997/8000 7771/8962/7975</w:t>
        <w:br/>
        <w:t>f 7659/8852/7896 7808/9000/8002 7734/8925/7944</w:t>
        <w:br/>
        <w:t>f 7618/8810/7863 7659/8852/7896 7734/8925/7944</w:t>
        <w:br/>
        <w:t>f 7729/8924/7943 7730/8923/7943 7810/9001/8003</w:t>
        <w:br/>
        <w:t>f 7809/9002/8003 7729/8924/7943 7810/9001/8003</w:t>
        <w:br/>
        <w:t>f 7813/9003/8004 7812/9004/8005 7811/9005/8006</w:t>
        <w:br/>
        <w:t>f 7814/9006/8006 7813/9003/8004 7811/9005/8006</w:t>
        <w:br/>
        <w:t>f 7796/8988/7996 7761/8952/7968 7762/8954/7970</w:t>
        <w:br/>
        <w:t>f 7795/8989/7996 7796/8988/7996 7762/8954/7970</w:t>
        <w:br/>
        <w:t>f 7759/8948/7966 7756/8951/7966 7792/8985/7993</w:t>
        <w:br/>
        <w:t>f 7793/8984/7992 7759/8948/7966 7792/8985/7993</w:t>
        <w:br/>
        <w:t>f 7707/8902/7930 7708/8901/7930 7816/9007/8007</w:t>
        <w:br/>
        <w:t>f 7815/9008/8007 7707/8902/7930 7816/9007/8007</w:t>
        <w:br/>
        <w:t>f 7818/9009/8008 7817/9010/8009 7804/8999/8001</w:t>
        <w:br/>
        <w:t>f 7805/8998/8001 7818/9009/8008 7804/8999/8001</w:t>
        <w:br/>
        <w:t>f 7821/9011/8010 7820/9012/8011 7819/9013/8012</w:t>
        <w:br/>
        <w:t>f 7822/9014/8013 7821/9011/8010 7819/9013/8012</w:t>
        <w:br/>
        <w:t>f 7819/9013/8012 7820/9012/8011 7824/9015/8014</w:t>
        <w:br/>
        <w:t>f 7823/9016/8015 7819/9013/8012 7824/9015/8014</w:t>
        <w:br/>
        <w:t>f 7782/8974/7985 7790/8979/7989 7787/8982/7989</w:t>
        <w:br/>
        <w:t>f 7781/8975/7986 7782/8974/7985 7787/8982/7989</w:t>
        <w:br/>
        <w:t>f 7697/8892/7924 7698/8891/7923 7695/8886/7919</w:t>
        <w:br/>
        <w:t>f 7696/8885/7918 7697/8892/7924 7695/8886/7919</w:t>
        <w:br/>
        <w:t>f 7820/9012/8011 7821/9011/8010 7777/8972/7983</w:t>
        <w:br/>
        <w:t>f 7778/8971/7982 7820/9012/8011 7777/8972/7983</w:t>
        <w:br/>
        <w:t>f 7820/9012/8011 7646/8839/7888 7647/8838/7888</w:t>
        <w:br/>
        <w:t>f 7824/9015/8014 7820/9012/8011 7647/8838/7888</w:t>
        <w:br/>
        <w:t>f 7651/8846/7892 7652/8845/7892 7631/8822/7875</w:t>
        <w:br/>
        <w:t>f 7632/8821/7874 7651/8846/7892 7631/8822/7875</w:t>
        <w:br/>
        <w:t>f 7753/8944/7962 7754/8943/7962 7797/8987/7995</w:t>
        <w:br/>
        <w:t>f 7798/8990/7995 7753/8944/7962 7797/8987/7995</w:t>
        <w:br/>
        <w:t>f 7715/8906/7933 7704/8893/7925 7701/8896/7927</w:t>
        <w:br/>
        <w:t>f 7714/8907/7933 7715/8906/7933 7701/8896/7927</w:t>
        <w:br/>
        <w:t>f 7811/9005/8006 7794/8983/7991 7791/8986/7994</w:t>
        <w:br/>
        <w:t>f 7814/9006/8006 7811/9005/8006 7791/8986/7994</w:t>
        <w:br/>
        <w:t>f 7648/8837/7887 7645/8840/7887 7629/8824/7876</w:t>
        <w:br/>
        <w:t>f 7630/8823/7876 7648/8837/7887 7629/8824/7876</w:t>
        <w:br/>
        <w:t>f 7779/8970/7981 7780/8969/7981 7751/8946/7963</w:t>
        <w:br/>
        <w:t>f 7752/8945/7963 7779/8970/7981 7751/8946/7963</w:t>
        <w:br/>
        <w:t>f 7713/8908/7932 7693/8888/7920 7694/8887/7920</w:t>
        <w:br/>
        <w:t>f 7716/8905/7932 7713/8908/7932 7694/8887/7920</w:t>
        <w:br/>
        <w:t>f 7812/9004/8005 7813/9003/8004 7783/8973/7984</w:t>
        <w:br/>
        <w:t>f 7784/8976/7987 7812/9004/8005 7783/8973/7984</w:t>
        <w:br/>
        <w:t>f 7809/9002/8003 7810/9001/8003 7742/8935/7955</w:t>
        <w:br/>
        <w:t>f 7743/8934/7954 7809/9002/8003 7742/8935/7955</w:t>
        <w:br/>
        <w:t>f 7712/8903/7931 7674/8863/7902 7671/8866/7902</w:t>
        <w:br/>
        <w:t>f 7711/8904/7931 7712/8903/7931 7671/8866/7902</w:t>
        <w:br/>
        <w:t>f 7622/8815/7868 7739/8932/7952 7808/9000/8002</w:t>
        <w:br/>
        <w:t>f 7659/8852/7896 7622/8815/7868 7808/9000/8002</w:t>
        <w:br/>
        <w:t>f 7659/8852/7896 7660/8851/7895 7621/8816/7869</w:t>
        <w:br/>
        <w:t>f 7622/8815/7868 7659/8852/7896 7621/8816/7869</w:t>
        <w:br/>
        <w:t>f 7617/8807/7860 7644/8833/7884 7641/8836/7886</w:t>
        <w:br/>
        <w:t>f 7616/8808/7861 7617/8807/7860 7641/8836/7886</w:t>
        <w:br/>
        <w:t>f 7769/8964/7976 7770/8963/7976 7731/8922/7942</w:t>
        <w:br/>
        <w:t>f 7732/8921/7942 7769/8964/7976 7731/8922/7942</w:t>
        <w:br/>
        <w:t>f 7665/8859/7900 7666/8858/7900 7689/8884/7917</w:t>
        <w:br/>
        <w:t>f 7690/8883/7916 7665/8859/7900 7689/8884/7917</w:t>
        <w:br/>
        <w:t>f 7644/8833/7884 7617/8807/7860 7733/8926/7945</w:t>
        <w:br/>
        <w:t>f 7774/8967/7979 7644/8833/7884 7733/8926/7945</w:t>
        <w:br/>
        <w:t>f 7826/9017/8016 7610/8799/7853 7607/8802/7855</w:t>
        <w:br/>
        <w:t>f 7825/9018/8017 7826/9017/8016 7607/8802/7855</w:t>
        <w:br/>
        <w:t>f 7720/8912/8018 7827/9019/8019 7825/9018/8017</w:t>
        <w:br/>
        <w:t>f 7607/8802/7855 7720/8912/8018 7825/9018/8017</w:t>
        <w:br/>
        <w:t>f 7815/9008/8007 7816/9007/8007 7829/9020/8020</w:t>
        <w:br/>
        <w:t>f 7828/9021/8020 7815/9008/8007 7829/9020/8020</w:t>
        <w:br/>
        <w:t>f 7818/9009/8008 7831/9022/8021 7830/9023/8022</w:t>
        <w:br/>
        <w:t>f 7817/9010/8009 7818/9009/8008 7830/9023/8022</w:t>
        <w:br/>
        <w:t>f 7612/8804/7857 7826/9017/8016 7825/9018/8017</w:t>
        <w:br/>
        <w:t>f 7611/8805/7858 7612/8804/7857 7825/9018/8017</w:t>
        <w:br/>
        <w:t>f 7827/9019/8019 7728/8917/7939 7611/8805/7858</w:t>
        <w:br/>
        <w:t>f 7825/9018/8017 7827/9019/8019 7611/8805/7858</w:t>
        <w:br/>
        <w:t>f 7662/8854/7897 7663/8853/7897 7828/9021/8020</w:t>
        <w:br/>
        <w:t>f 7829/9020/8020 7662/8854/7897 7828/9021/8020</w:t>
        <w:br/>
        <w:t>f 7723/8914/7937 7724/8913/7937 7830/9023/8022</w:t>
        <w:br/>
        <w:t>f 7831/9022/8021 7723/8914/7937 7830/9023/8022</w:t>
        <w:br/>
        <w:t>f 7789/8980/7990 7786/8977/7988 7785/8978/7988</w:t>
        <w:br/>
        <w:t>f 7788/8981/7990 7789/8980/7990 7785/8978/7988</w:t>
        <w:br/>
        <w:t>f 7699/8890/7922 7700/8889/7921 7679/8872/7907</w:t>
        <w:br/>
        <w:t>f 7680/8871/7907 7699/8890/7922 7679/8872/7907</w:t>
        <w:br/>
        <w:t>f 7822/9014/8013 7819/9013/8012 7649/8842/7890</w:t>
        <w:br/>
        <w:t>f 7755/8947/7965 7822/9014/8013 7649/8842/7890</w:t>
        <w:br/>
        <w:t>f 7823/9016/8015 7650/8841/7889 7649/8842/7890</w:t>
        <w:br/>
        <w:t>f 7819/9013/8012 7823/9016/8015 7649/8842/7890</w:t>
        <w:br/>
        <w:t>f 7835/9024/8023 7834/9025/8024 7833/9026/8025</w:t>
        <w:br/>
        <w:t>f 7832/9027/8025 7835/9024/8023 7833/9026/8025</w:t>
        <w:br/>
        <w:t>f 7837/9028/8026 7836/9029/8027 7832/9027/8025</w:t>
        <w:br/>
        <w:t>f 7833/9026/8025 7837/9028/8026 7832/9027/8025</w:t>
        <w:br/>
        <w:t>f 7841/9030/8028 7840/9031/8028 7839/9032/8029</w:t>
        <w:br/>
        <w:t>f 7838/9033/8030 7841/9030/8028 7839/9032/8029</w:t>
        <w:br/>
        <w:t>f 7844/9034/8031 7843/9035/8031 7842/9036/8032</w:t>
        <w:br/>
        <w:t>f 7848/9037/8033 7847/9038/8034 7846/9039/8034</w:t>
        <w:br/>
        <w:t>f 7845/9040/8033 7848/9037/8033 7846/9039/8034</w:t>
        <w:br/>
        <w:t>f 7852/9041/8035 7851/9042/8036 7850/9043/8036</w:t>
        <w:br/>
        <w:t>f 7849/9044/8035 7852/9041/8035 7850/9043/8036</w:t>
        <w:br/>
        <w:t>f 7854/9045/8037 7853/9046/8037 7840/9031/8028</w:t>
        <w:br/>
        <w:t>f 7841/9030/8028 7854/9045/8037 7840/9031/8028</w:t>
        <w:br/>
        <w:t>f 7847/9038/8034 7856/9047/8038 7855/9048/8038</w:t>
        <w:br/>
        <w:t>f 7846/9039/8034 7847/9038/8034 7855/9048/8038</w:t>
        <w:br/>
        <w:t>f 7859/9049/8039 7858/9050/8040 7857/9051/8040</w:t>
        <w:br/>
        <w:t>f 7860/9052/8039 7859/9049/8039 7857/9051/8040</w:t>
        <w:br/>
        <w:t>f 7862/9053/8041 7852/9041/8035 7849/9044/8035</w:t>
        <w:br/>
        <w:t>f 7861/9054/8041 7862/9053/8041 7849/9044/8035</w:t>
        <w:br/>
        <w:t>f 7863/9055/8042 7853/9046/8037 7854/9045/8037</w:t>
        <w:br/>
        <w:t>f 7864/9056/8043 7863/9055/8042 7854/9045/8037</w:t>
        <w:br/>
        <w:t>f 7838/9033/8030 7839/9032/8029 7836/9029/8027</w:t>
        <w:br/>
        <w:t>f 7837/9028/8026 7838/9033/8030 7836/9029/8027</w:t>
        <w:br/>
        <w:t>f 7866/9057/8044 7862/9053/8041 7861/9054/8041</w:t>
        <w:br/>
        <w:t>f 7865/9058/8044 7866/9057/8044 7861/9054/8041</w:t>
        <w:br/>
        <w:t>f 7868/9059/8045 7866/9057/8044 7865/9058/8044</w:t>
        <w:br/>
        <w:t>f 7867/9060/8045 7868/9059/8045 7865/9058/8044</w:t>
        <w:br/>
        <w:t>f 7872/9061/8046 7871/9062/8047 7870/9063/8047</w:t>
        <w:br/>
        <w:t>f 7869/9064/8046 7872/9061/8046 7870/9063/8047</w:t>
        <w:br/>
        <w:t>f 7874/9065/8048 7872/9061/8046 7869/9064/8046</w:t>
        <w:br/>
        <w:t>f 7873/9066/8048 7874/9065/8048 7869/9064/8046</w:t>
        <w:br/>
        <w:t>f 7878/9067/8049 7877/9068/8050 7876/9069/8051</w:t>
        <w:br/>
        <w:t>f 7875/9070/8049 7878/9067/8049 7876/9069/8051</w:t>
        <w:br/>
        <w:t>f 7881/9071/8052 7880/9072/8053 7879/9073/8053</w:t>
        <w:br/>
        <w:t>f 7882/9074/8052 7881/9071/8052 7879/9073/8053</w:t>
        <w:br/>
        <w:t>f 7885/9075/8054 7884/9076/8055 7883/9077/8056</w:t>
        <w:br/>
        <w:t>f 7889/9078/8057 7888/9079/8057 7887/9080/8058</w:t>
        <w:br/>
        <w:t>f 7886/9081/8058 7889/9078/8057 7887/9080/8058</w:t>
        <w:br/>
        <w:t>f 7893/9082/8059 7892/9083/8059 7891/9084/8060</w:t>
        <w:br/>
        <w:t>f 7890/9085/8061 7893/9082/8059 7891/9084/8060</w:t>
        <w:br/>
        <w:t>f 7895/9086/8062 7878/9067/8049 7875/9070/8049</w:t>
        <w:br/>
        <w:t>f 7894/9087/8062 7895/9086/8062 7875/9070/8049</w:t>
        <w:br/>
        <w:t>f 7898/9088/8063 7897/9089/8063 7896/9090/8064</w:t>
        <w:br/>
        <w:t>f 7900/9091/8065 7899/9092/8066 7890/9085/8061</w:t>
        <w:br/>
        <w:t>f 7891/9084/8060 7900/9091/8065 7890/9085/8061</w:t>
        <w:br/>
        <w:t>f 7895/9086/8062 7894/9087/8062 7901/9093/8067</w:t>
        <w:br/>
        <w:t>f 7902/9094/8068 7895/9086/8062 7901/9093/8067</w:t>
        <w:br/>
        <w:t>f 7877/9068/8050 7874/9065/8048 7873/9066/8048</w:t>
        <w:br/>
        <w:t>f 7876/9069/8051 7877/9068/8050 7873/9066/8048</w:t>
        <w:br/>
        <w:t>f 7904/9095/8069 7903/9096/8069 7899/9092/8066</w:t>
        <w:br/>
        <w:t>f 7900/9091/8065 7904/9095/8069 7899/9092/8066</w:t>
        <w:br/>
        <w:t>f 7906/9097/8070 7905/9098/8070 7903/9096/8069</w:t>
        <w:br/>
        <w:t>f 7904/9095/8069 7906/9097/8070 7903/9096/8069</w:t>
        <w:br/>
        <w:t>f 7910/9099/8071 7909/9100/8072 7908/9101/8072</w:t>
        <w:br/>
        <w:t>f 7907/9102/8071 7910/9099/8071 7908/9101/8072</w:t>
        <w:br/>
        <w:t>f 7913/9103/8073 7912/9104/8073 7911/9105/8074</w:t>
        <w:br/>
        <w:t>f 7914/9106/8075 7913/9103/8073 7911/9105/8074</w:t>
        <w:br/>
        <w:t>f 7909/9100/8072 7916/9107/8076 7915/9108/8076</w:t>
        <w:br/>
        <w:t>f 7908/9101/8072 7909/9100/8072 7915/9108/8076</w:t>
        <w:br/>
        <w:t>f 7912/9104/8073 7913/9103/8073 7917/9109/8077</w:t>
        <w:br/>
        <w:t>f 7918/9110/8077 7912/9104/8073 7917/9109/8077</w:t>
        <w:br/>
        <w:t>f 7922/9111/8078 7921/9112/8078 7920/9113/8079</w:t>
        <w:br/>
        <w:t>f 7919/9114/8079 7922/9111/8078 7920/9113/8079</w:t>
        <w:br/>
        <w:t>f 7926/9115/8080 7925/9116/8081 7924/9117/8081</w:t>
        <w:br/>
        <w:t>f 7923/9118/8080 7926/9115/8080 7924/9117/8081</w:t>
        <w:br/>
        <w:t>f 7930/9119/8082 7929/9120/8083 7928/9121/8084</w:t>
        <w:br/>
        <w:t>f 7927/9122/8084 7930/9119/8082 7928/9121/8084</w:t>
        <w:br/>
        <w:t>f 7934/9123/8085 7933/9124/8085 7932/9125/8086</w:t>
        <w:br/>
        <w:t>f 7931/9126/8087 7934/9123/8085 7932/9125/8086</w:t>
        <w:br/>
        <w:t>f 7930/9119/8082 7936/9127/8088 7935/9128/8088</w:t>
        <w:br/>
        <w:t>f 7929/9120/8083 7930/9119/8082 7935/9128/8088</w:t>
        <w:br/>
        <w:t>f 7940/9129/8089 7939/9130/8090 7938/9131/8090</w:t>
        <w:br/>
        <w:t>f 7937/9132/8089 7940/9129/8089 7938/9131/8090</w:t>
        <w:br/>
        <w:t>f 7944/9133/8091 7943/9134/8092 7942/9135/8093</w:t>
        <w:br/>
        <w:t>f 7941/9136/8093 7944/9133/8091 7942/9135/8093</w:t>
        <w:br/>
        <w:t>f 7947/9137/8094 7946/9138/8095 7945/9139/8095</w:t>
        <w:br/>
        <w:t>f 7948/9140/8094 7947/9137/8094 7945/9139/8095</w:t>
        <w:br/>
        <w:t>f 7951/9141/8096 7950/9142/8096 7949/9143/8097</w:t>
        <w:br/>
        <w:t>f 7952/9144/8098 7951/9141/8096 7949/9143/8097</w:t>
        <w:br/>
        <w:t>f 7954/9145/8099 7926/9115/8080 7923/9118/8080</w:t>
        <w:br/>
        <w:t>f 7953/9146/8099 7954/9145/8099 7923/9118/8080</w:t>
        <w:br/>
        <w:t>f 7955/9147/8100 7919/9114/8079 7920/9113/8079</w:t>
        <w:br/>
        <w:t>f 7956/9148/8100 7955/9147/8100 7920/9113/8079</w:t>
        <w:br/>
        <w:t>f 7958/9149/8101 7957/9150/8101 7943/9134/8092</w:t>
        <w:br/>
        <w:t>f 7944/9133/8091 7958/9149/8101 7943/9134/8092</w:t>
        <w:br/>
        <w:t>f 7962/9151/8102 7961/9152/8102 7960/9153/8103</w:t>
        <w:br/>
        <w:t>f 7959/9154/8103 7962/9151/8102 7960/9153/8103</w:t>
        <w:br/>
        <w:t>f 7966/9155/8104 7965/9156/8105 7964/9157/8105</w:t>
        <w:br/>
        <w:t>f 7963/9158/8104 7966/9155/8104 7964/9157/8105</w:t>
        <w:br/>
        <w:t>f 7968/9159/8106 7967/9160/8107 7947/9137/8094</w:t>
        <w:br/>
        <w:t>f 7948/9140/8094 7968/9159/8106 7947/9137/8094</w:t>
        <w:br/>
        <w:t>f 7952/9144/8098 7949/9143/8097 7969/9161/8108</w:t>
        <w:br/>
        <w:t>f 7970/9162/8109 7952/9144/8098 7969/9161/8108</w:t>
        <w:br/>
        <w:t>f 7954/9145/8099 7953/9146/8099 7971/9163/8110</w:t>
        <w:br/>
        <w:t>f 7972/9164/8110 7954/9145/8099 7971/9163/8110</w:t>
        <w:br/>
        <w:t>f 7973/9165/8111 7955/9147/8100 7956/9148/8100</w:t>
        <w:br/>
        <w:t>f 7974/9166/8111 7973/9165/8111 7956/9148/8100</w:t>
        <w:br/>
        <w:t>f 7916/9107/8076 7921/9112/8078 7922/9111/8078</w:t>
        <w:br/>
        <w:t>f 7915/9108/8076 7916/9107/8076 7922/9111/8078</w:t>
        <w:br/>
        <w:t>f 7918/9110/8077 7917/9109/8077 7924/9117/8081</w:t>
        <w:br/>
        <w:t>f 7925/9116/8081 7918/9110/8077 7924/9117/8081</w:t>
        <w:br/>
        <w:t>f 7976/9167/8112 7975/9168/8113 7967/9160/8107</w:t>
        <w:br/>
        <w:t>f 7968/9159/8106 7976/9167/8112 7967/9160/8107</w:t>
        <w:br/>
        <w:t>f 7978/9169/8114 7970/9162/8109 7969/9161/8108</w:t>
        <w:br/>
        <w:t>f 7977/9170/8114 7978/9169/8114 7969/9161/8108</w:t>
        <w:br/>
        <w:t>f 7980/9171/8115 7979/9172/8115 7975/9168/8113</w:t>
        <w:br/>
        <w:t>f 7976/9167/8112 7980/9171/8115 7975/9168/8113</w:t>
        <w:br/>
        <w:t>f 7982/9173/8116 7978/9169/8114 7977/9170/8114</w:t>
        <w:br/>
        <w:t>f 7981/9174/8116 7982/9173/8116 7977/9170/8114</w:t>
        <w:br/>
        <w:t>f 7983/9175/8117 7935/9128/8088 7936/9127/8088</w:t>
        <w:br/>
        <w:t>f 7984/9176/8117 7983/9175/8117 7936/9127/8088</w:t>
        <w:br/>
        <w:t>f 7983/9175/8117 7984/9176/8117 7931/9126/8087</w:t>
        <w:br/>
        <w:t>f 7932/9125/8086 7983/9175/8117 7931/9126/8087</w:t>
        <w:br/>
        <w:t>f 7959/9154/8103 7960/9153/8103 7986/9177/8118</w:t>
        <w:br/>
        <w:t>f 7985/9178/8118 7959/9154/8103 7986/9177/8118</w:t>
        <w:br/>
        <w:t>f 7965/9156/8105 7985/9178/8118 7986/9177/8118</w:t>
        <w:br/>
        <w:t>f 7964/9157/8105 7965/9156/8105 7986/9177/8118</w:t>
        <w:br/>
        <w:t>f 7933/9124/8085 7934/9123/8085 7988/9179/8119</w:t>
        <w:br/>
        <w:t>f 7987/9180/8119 7933/9124/8085 7988/9179/8119</w:t>
        <w:br/>
        <w:t>f 7991/9181/8120 7990/9182/8120 7989/9183/8121</w:t>
        <w:br/>
        <w:t>f 7992/9184/8121 7991/9181/8120 7989/9183/8121</w:t>
        <w:br/>
        <w:t>f 7994/9185/8122 7993/9186/8123 7990/9182/8120</w:t>
        <w:br/>
        <w:t>f 7991/9181/8120 7994/9185/8122 7990/9182/8120</w:t>
        <w:br/>
        <w:t>f 7996/9187/8124 7995/9188/8124 7987/9180/8119</w:t>
        <w:br/>
        <w:t>f 7988/9179/8119 7996/9187/8124 7987/9180/8119</w:t>
        <w:br/>
        <w:t>f 7882/9074/8052 7998/9189/8125 7997/9190/8125</w:t>
        <w:br/>
        <w:t>f 7881/9071/8052 7882/9074/8052 7997/9190/8125</w:t>
        <w:br/>
        <w:t>f 7927/9122/8084 7928/9121/8084 8000/9191/8126</w:t>
        <w:br/>
        <w:t>f 7999/9192/8127 7927/9122/8084 8000/9191/8126</w:t>
        <w:br/>
        <w:t>f 8002/9193/8128 7848/9037/8033 7845/9040/8033</w:t>
        <w:br/>
        <w:t>f 8001/9194/8128 8002/9193/8128 7845/9040/8033</w:t>
        <w:br/>
        <w:t>f 7941/9136/8093 7942/9135/8093 8004/9195/8129</w:t>
        <w:br/>
        <w:t>f 8003/9196/8129 7941/9136/8093 8004/9195/8129</w:t>
        <w:br/>
        <w:t>f 8006/9197/8130 8005/9198/8131 7888/9079/8057</w:t>
        <w:br/>
        <w:t>f 7889/9078/8057 8006/9197/8130 7888/9079/8057</w:t>
        <w:br/>
        <w:t>f 7939/9130/8090 8008/9199/8132 8007/9200/8132</w:t>
        <w:br/>
        <w:t>f 7938/9131/8090 7939/9130/8090 8007/9200/8132</w:t>
        <w:br/>
        <w:t>f 7992/9184/8121 7989/9183/8121 7843/9035/8031</w:t>
        <w:br/>
        <w:t>f 7844/9034/8031 7992/9184/8121 7843/9035/8031</w:t>
        <w:br/>
        <w:t>f 7885/9075/8054 7879/9073/8053 7880/9072/8053</w:t>
        <w:br/>
        <w:t>f 7884/9076/8055 7885/9075/8054 7880/9072/8053</w:t>
        <w:br/>
        <w:t>f 7860/9052/8039 8009/9201/8133 7859/9049/8039</w:t>
        <w:br/>
        <w:t>f 8011/9202/8134 8010/9203/8134 7897/9089/8063</w:t>
        <w:br/>
        <w:t>f 7898/9088/8063 8011/9202/8134 7897/9089/8063</w:t>
        <w:br/>
        <w:t>f 8013/9204/8135 8012/9205/8136 7886/9081/8058</w:t>
        <w:br/>
        <w:t>f 7887/9080/8058 8013/9204/8135 7886/9081/8058</w:t>
        <w:br/>
        <w:t>f 7940/9129/8089 7937/9132/8089 8015/9206/8137</w:t>
        <w:br/>
        <w:t>f 8014/9207/8137 7940/9129/8089 8015/9206/8137</w:t>
        <w:br/>
        <w:t>f 7856/9047/8038 7857/9051/8040 7858/9050/8040</w:t>
        <w:br/>
        <w:t>f 7855/9048/8038 7856/9047/8038 7858/9050/8040</w:t>
        <w:br/>
        <w:t>f 7958/9149/8101 7966/9155/8104 7963/9158/8104</w:t>
        <w:br/>
        <w:t>f 7957/9150/8101 7958/9149/8101 7963/9158/8104</w:t>
        <w:br/>
        <w:t>f 8010/9203/8134 8011/9202/8134 8012/9205/8136</w:t>
        <w:br/>
        <w:t>f 8013/9204/8135 8010/9203/8134 8012/9205/8136</w:t>
        <w:br/>
        <w:t>f 7961/9152/8102 7962/9151/8102 8014/9207/8137</w:t>
        <w:br/>
        <w:t>f 8015/9206/8137 7961/9152/8102 8014/9207/8137</w:t>
        <w:br/>
        <w:t>f 7851/9042/8036 8002/9193/8128 8001/9194/8128</w:t>
        <w:br/>
        <w:t>f 7850/9043/8036 7851/9042/8036 8001/9194/8128</w:t>
        <w:br/>
        <w:t>f 8003/9196/8129 8004/9195/8129 7950/9142/8096</w:t>
        <w:br/>
        <w:t>f 7951/9141/8096 8003/9196/8129 7950/9142/8096</w:t>
        <w:br/>
        <w:t>f 8005/9198/8131 8006/9197/8130 7892/9083/8059</w:t>
        <w:br/>
        <w:t>f 7893/9082/8059 8005/9198/8131 7892/9083/8059</w:t>
        <w:br/>
        <w:t>f 8008/9199/8132 7945/9139/8095 7946/9138/8095</w:t>
        <w:br/>
        <w:t>f 8007/9200/8132 8008/9199/8132 7946/9138/8095</w:t>
        <w:br/>
        <w:t>f 7867/9060/8045 7863/9055/8042 7864/9056/8043</w:t>
        <w:br/>
        <w:t>f 7868/9059/8045 7867/9060/8045 7864/9056/8043</w:t>
        <w:br/>
        <w:t>f 7974/9166/8111 7982/9173/8116 7981/9174/8116</w:t>
        <w:br/>
        <w:t>f 7973/9165/8111 7974/9166/8111 7981/9174/8116</w:t>
        <w:br/>
        <w:t>f 7902/9094/8068 7901/9093/8067 7905/9098/8070</w:t>
        <w:br/>
        <w:t>f 7906/9097/8070 7902/9094/8068 7905/9098/8070</w:t>
        <w:br/>
        <w:t>f 7979/9172/8115 7980/9171/8115 7972/9164/8110</w:t>
        <w:br/>
        <w:t>f 7971/9163/8110 7979/9172/8115 7972/9164/8110</w:t>
        <w:br/>
        <w:t>f 7914/9106/8075 7911/9105/8074 7999/9192/8127</w:t>
        <w:br/>
        <w:t>f 8000/9191/8126 7914/9106/8075 7999/9192/8127</w:t>
        <w:br/>
        <w:t>f 7998/9189/8125 7870/9063/8047 7871/9062/8047</w:t>
        <w:br/>
        <w:t>f 7997/9190/8125 7998/9189/8125 7871/9062/8047</w:t>
        <w:br/>
        <w:t>f 7907/9102/8071 7995/9188/8124 7996/9187/8124</w:t>
        <w:br/>
        <w:t>f 7910/9099/8071 7907/9102/8071 7996/9187/8124</w:t>
        <w:br/>
        <w:t>f 7834/9025/8024 7835/9024/8023 7993/9186/8123</w:t>
        <w:br/>
        <w:t>f 7994/9185/8122 7834/9025/8024 7993/9186/8123</w:t>
        <w:br/>
        <w:t>f 8019/9208/8138 8018/9209/8139 8017/9210/8139</w:t>
        <w:br/>
        <w:t>f 8016/9211/8138 8019/9208/8138 8017/9210/8139</w:t>
        <w:br/>
        <w:t>f 8023/9212/8140 8022/9213/8141 8021/9214/8141</w:t>
        <w:br/>
        <w:t>f 8020/9215/8142 8023/9212/8140 8021/9214/8141</w:t>
        <w:br/>
        <w:t>f 8027/9216/8143 8026/9217/8144 8025/9218/8145</w:t>
        <w:br/>
        <w:t>f 8024/9219/8145 8027/9216/8143 8025/9218/8145</w:t>
        <w:br/>
        <w:t>f 8030/9220/8146 8029/9221/8147 8028/9222/8148</w:t>
        <w:br/>
        <w:t>f 8024/9219/8145 8025/9218/8145 8017/9210/8139</w:t>
        <w:br/>
        <w:t>f 8018/9209/8139 8024/9219/8145 8017/9210/8139</w:t>
        <w:br/>
        <w:t>f 8034/9223/8149 8033/9224/8149 8032/9225/8150</w:t>
        <w:br/>
        <w:t>f 8031/9226/8150 8034/9223/8149 8032/9225/8150</w:t>
        <w:br/>
        <w:t>f 8038/9227/8151 8037/9228/8152 8036/9229/8153</w:t>
        <w:br/>
        <w:t>f 8035/9230/8153 8038/9227/8151 8036/9229/8153</w:t>
        <w:br/>
        <w:t>f 8042/9231/8154 8041/9232/8155 8040/9233/8156</w:t>
        <w:br/>
        <w:t>f 8039/9234/8154 8042/9231/8154 8040/9233/8156</w:t>
        <w:br/>
        <w:t>f 8034/9223/8149 8044/9235/8157 8043/9236/8158</w:t>
        <w:br/>
        <w:t>f 8033/9224/8149 8034/9223/8149 8043/9236/8158</w:t>
        <w:br/>
        <w:t>f 8032/9225/8150 8042/9231/8154 8039/9234/8154</w:t>
        <w:br/>
        <w:t>f 8031/9226/8150 8032/9225/8150 8039/9234/8154</w:t>
        <w:br/>
        <w:t>f 8048/9237/8159 8047/9238/8160 8046/9239/8161</w:t>
        <w:br/>
        <w:t>f 8045/9240/8161 8048/9237/8159 8046/9239/8161</w:t>
        <w:br/>
        <w:t>f 8052/9241/8162 8051/9242/8163 8050/9243/8163</w:t>
        <w:br/>
        <w:t>f 8049/9244/8162 8052/9241/8162 8050/9243/8163</w:t>
        <w:br/>
        <w:t>f 8022/9213/8141 8054/9245/8164 8053/9246/8164</w:t>
        <w:br/>
        <w:t>f 8021/9214/8141 8022/9213/8141 8053/9246/8164</w:t>
        <w:br/>
        <w:t>f 8057/9247/8165 8056/9248/8166 8055/9249/8166</w:t>
        <w:br/>
        <w:t>f 8058/9250/8167 8057/9247/8165 8055/9249/8166</w:t>
        <w:br/>
        <w:t>f 8062/9251/8168 8061/9252/8169 8060/9253/8169</w:t>
        <w:br/>
        <w:t>f 8059/9254/8170 8062/9251/8168 8060/9253/8169</w:t>
        <w:br/>
        <w:t>f 8045/9240/8161 8046/9239/8161 8064/9255/8171</w:t>
        <w:br/>
        <w:t>f 8063/9256/8172 8045/9240/8161 8064/9255/8171</w:t>
        <w:br/>
        <w:t>f 8066/9257/8173 8050/9243/8163 8051/9242/8163</w:t>
        <w:br/>
        <w:t>f 8065/9258/8173 8066/9257/8173 8051/9242/8163</w:t>
        <w:br/>
        <w:t>f 8055/9249/8166 8056/9248/8166 8047/9238/8160</w:t>
        <w:br/>
        <w:t>f 8048/9237/8159 8055/9249/8166 8047/9238/8160</w:t>
        <w:br/>
        <w:t>f 8061/9252/8169 8052/9241/8162 8049/9244/8162</w:t>
        <w:br/>
        <w:t>f 8060/9253/8169 8061/9252/8169 8049/9244/8162</w:t>
        <w:br/>
        <w:t>f 8070/9259/8153 8069/9260/8153 8068/9261/8174</w:t>
        <w:br/>
        <w:t>f 8067/9262/8174 8070/9259/8153 8068/9261/8174</w:t>
        <w:br/>
        <w:t>f 8074/9263/8175 8073/9264/8176 8072/9265/8176</w:t>
        <w:br/>
        <w:t>f 8071/9266/8177 8074/9263/8175 8072/9265/8176</w:t>
        <w:br/>
        <w:t>f 8076/9267/8178 8074/9263/8175 8071/9266/8177</w:t>
        <w:br/>
        <w:t>f 8075/9268/8178 8076/9267/8178 8071/9266/8177</w:t>
        <w:br/>
        <w:t>f 8057/9247/8165 8058/9250/8167 8077/9269/8179</w:t>
        <w:br/>
        <w:t>f 8076/9267/8178 8075/9268/8178 8079/9270/8180</w:t>
        <w:br/>
        <w:t>f 8078/9271/8180 8076/9267/8178 8079/9270/8180</w:t>
        <w:br/>
        <w:t>f 8081/9272/8181 8080/9273/8181 8078/9271/8180</w:t>
        <w:br/>
        <w:t>f 8079/9270/8180 8081/9272/8181 8078/9271/8180</w:t>
        <w:br/>
        <w:t>f 8085/9274/8182 8084/9275/8183 8083/9276/8184</w:t>
        <w:br/>
        <w:t>f 8082/9277/8184 8085/9274/8182 8083/9276/8184</w:t>
        <w:br/>
        <w:t>f 8087/9278/8185 8086/9279/8185 8082/9277/8184</w:t>
        <w:br/>
        <w:t>f 8083/9276/8184 8087/9278/8185 8082/9277/8184</w:t>
        <w:br/>
        <w:t>f 8062/9251/8168 8059/9254/8170 8088/9280/8186</w:t>
        <w:br/>
        <w:t>f 8092/9281/8187 8091/9282/8188 8090/9283/8189</w:t>
        <w:br/>
        <w:t>f 8089/9284/8187 8092/9281/8187 8090/9283/8189</w:t>
        <w:br/>
        <w:t>f 8085/9274/8182 8090/9283/8189 8091/9282/8188</w:t>
        <w:br/>
        <w:t>f 8084/9275/8183 8085/9274/8182 8091/9282/8188</w:t>
        <w:br/>
        <w:t>f 8096/9285/8190 8095/9286/8190 8094/9287/8191</w:t>
        <w:br/>
        <w:t>f 8093/9288/8191 8096/9285/8190 8094/9287/8191</w:t>
        <w:br/>
        <w:t>f 8100/9289/8192 8099/9290/8193 8098/9291/8194</w:t>
        <w:br/>
        <w:t>f 8097/9292/8195 8100/9289/8192 8098/9291/8194</w:t>
        <w:br/>
        <w:t>f 8093/9288/8191 8094/9287/8191 8101/9293/8196</w:t>
        <w:br/>
        <w:t>f 8102/9294/8196 8093/9288/8191 8101/9293/8196</w:t>
        <w:br/>
        <w:t>f 8106/9295/8197 8105/9296/8197 8104/9297/8197</w:t>
        <w:br/>
        <w:t>f 8103/9298/8197 8106/9295/8197 8104/9297/8197</w:t>
        <w:br/>
        <w:t>f 8065/9258/8173 8108/9299/8198 8107/9300/8198</w:t>
        <w:br/>
        <w:t>f 8066/9257/8173 8065/9258/8173 8107/9300/8198</w:t>
        <w:br/>
        <w:t>f 8108/9299/8198 8063/9256/8172 8109/9301/8158</w:t>
        <w:br/>
        <w:t>f 8107/9300/8198 8108/9299/8198 8109/9301/8158</w:t>
        <w:br/>
        <w:t>f 8029/9221/8147 8030/9220/8146 8019/9208/8138</w:t>
        <w:br/>
        <w:t>f 8016/9211/8138 8029/9221/8147 8019/9208/8138</w:t>
        <w:br/>
        <w:t>f 8043/9236/8158 8044/9235/8157 8110/9302/8199</w:t>
        <w:br/>
        <w:t>f 8088/9280/8186 8112/9303/8200 8111/9304/8200</w:t>
        <w:br/>
        <w:t>f 8062/9251/8168 8088/9280/8186 8111/9304/8200</w:t>
        <w:br/>
        <w:t>f 8116/9305/8201 8115/9306/8201 8114/9307/8202</w:t>
        <w:br/>
        <w:t>f 8113/9308/8202 8116/9305/8201 8114/9307/8202</w:t>
        <w:br/>
        <w:t>f 8077/9269/8179 8058/9250/8167 8118/9309/8203</w:t>
        <w:br/>
        <w:t>f 8117/9310/8204 8077/9269/8179 8118/9309/8203</w:t>
        <w:br/>
        <w:t>f 8026/9217/8144 8027/9216/8143 8119/9311/8205</w:t>
        <w:br/>
        <w:t>f 8120/9312/8205 8026/9217/8144 8119/9311/8205</w:t>
        <w:br/>
        <w:t>f 8081/9272/8181 8122/9313/8206 8121/9314/8207</w:t>
        <w:br/>
        <w:t>f 8080/9273/8181 8081/9272/8181 8121/9314/8207</w:t>
        <w:br/>
        <w:t>f 8100/9289/8192 8097/9292/8195 8123/9315/8208</w:t>
        <w:br/>
        <w:t>f 8124/9316/8208 8100/9289/8192 8123/9315/8208</w:t>
        <w:br/>
        <w:t>f 8125/9317/8209 8092/9281/8187 8089/9284/8187</w:t>
        <w:br/>
        <w:t>f 8126/9318/8210 8125/9317/8209 8089/9284/8187</w:t>
        <w:br/>
        <w:t>f 8128/9319/8211 8127/9320/8211 8037/9228/8152</w:t>
        <w:br/>
        <w:t>f 8038/9227/8151 8128/9319/8211 8037/9228/8152</w:t>
        <w:br/>
        <w:t>f 8130/9321/8212 8129/9322/8213 8124/9316/8208</w:t>
        <w:br/>
        <w:t>f 8123/9315/8208 8130/9321/8212 8124/9316/8208</w:t>
        <w:br/>
        <w:t>f 8088/9280/8186 8059/9254/8170 8125/9317/8209</w:t>
        <w:br/>
        <w:t>f 8126/9318/8210 8088/9280/8186 8125/9317/8209</w:t>
        <w:br/>
        <w:t>f 8040/9233/8156 8041/9232/8155 8127/9320/8211</w:t>
        <w:br/>
        <w:t>f 8128/9319/8211 8040/9233/8156 8127/9320/8211</w:t>
        <w:br/>
        <w:t>f 8122/9313/8206 8057/9247/8165 8077/9269/8179</w:t>
        <w:br/>
        <w:t>f 8121/9314/8207 8122/9313/8206 8077/9269/8179</w:t>
        <w:br/>
        <w:t>f 8023/9212/8140 8020/9215/8142 8120/9312/8205</w:t>
        <w:br/>
        <w:t>f 8119/9311/8205 8023/9212/8140 8120/9312/8205</w:t>
        <w:br/>
        <w:t>f 8112/9303/8200 8086/9279/8185 8087/9278/8185</w:t>
        <w:br/>
        <w:t>f 8111/9304/8200 8112/9303/8200 8087/9278/8185</w:t>
        <w:br/>
        <w:t>f 8114/9307/8202 8095/9286/8190 8096/9285/8190</w:t>
        <w:br/>
        <w:t>f 8113/9308/8202 8114/9307/8202 8096/9285/8190</w:t>
        <w:br/>
        <w:t>f 8117/9310/8204 8118/9309/8203 8072/9265/8176</w:t>
        <w:br/>
        <w:t>f 8073/9264/8176 8117/9310/8204 8072/9265/8176</w:t>
        <w:br/>
        <w:t>f 8133/9323/8214 8132/9324/8215 8131/9325/8215</w:t>
        <w:br/>
        <w:t>f 8134/9326/8214 8133/9323/8214 8131/9325/8215</w:t>
        <w:br/>
        <w:t>f 8137/9327/8216 8136/9328/8217 8135/9329/8217</w:t>
        <w:br/>
        <w:t>f 8138/9330/8216 8137/9327/8216 8135/9329/8217</w:t>
        <w:br/>
        <w:t>f 8141/9331/8218 8140/9332/8219 8139/9333/8219</w:t>
        <w:br/>
        <w:t>f 8142/9334/8218 8141/9331/8218 8139/9333/8219</w:t>
        <w:br/>
        <w:t>f 8145/9335/8220 8144/9336/8220 8143/9337/8221</w:t>
        <w:br/>
        <w:t>f 8146/9338/8221 8145/9335/8220 8143/9337/8221</w:t>
        <w:br/>
        <w:t>f 8149/9339/8222 8148/9340/8222 8147/9341/8223</w:t>
        <w:br/>
        <w:t>f 8150/9342/8223 8149/9339/8222 8147/9341/8223</w:t>
        <w:br/>
        <w:t>f 8153/9343/8224 8152/9344/8225 8151/9345/8226</w:t>
        <w:br/>
        <w:t>f 8155/9346/8227 8154/9347/8227 8144/9336/8220</w:t>
        <w:br/>
        <w:t>f 8145/9335/8220 8155/9346/8227 8144/9336/8220</w:t>
        <w:br/>
        <w:t>f 8159/9348/8228 8158/9349/8229 8157/9350/8229</w:t>
        <w:br/>
        <w:t>f 8156/9351/8228 8159/9348/8228 8157/9350/8229</w:t>
        <w:br/>
        <w:t>f 8163/9352/8230 8162/9353/8230 8161/9354/8231</w:t>
        <w:br/>
        <w:t>f 8160/9355/8231 8163/9352/8230 8161/9354/8231</w:t>
        <w:br/>
        <w:t>f 8167/9356/8232 8166/9357/8233 8165/9358/8234</w:t>
        <w:br/>
        <w:t>f 8164/9359/8235 8167/9356/8232 8165/9358/8234</w:t>
        <w:br/>
        <w:t>f 8171/9360/8236 8170/9361/8237 8169/9362/8238</w:t>
        <w:br/>
        <w:t>f 8168/9363/8239 8171/9360/8236 8169/9362/8238</w:t>
        <w:br/>
        <w:t>f 8175/9364/8240 8174/9365/8241 8173/9366/8242</w:t>
        <w:br/>
        <w:t>f 8172/9367/8242 8175/9364/8240 8173/9366/8242</w:t>
        <w:br/>
        <w:t>f 8179/9368/8243 8178/9369/8243 8177/9370/8244</w:t>
        <w:br/>
        <w:t>f 8176/9371/8244 8179/9368/8243 8177/9370/8244</w:t>
        <w:br/>
        <w:t>f 8158/9349/8229 8181/9372/8245 8180/9373/8245</w:t>
        <w:br/>
        <w:t>f 8157/9350/8229 8158/9349/8229 8180/9373/8245</w:t>
        <w:br/>
        <w:t>f 8185/9374/8246 8184/9375/8246 8183/9376/8247</w:t>
        <w:br/>
        <w:t>f 8182/9377/8247 8185/9374/8246 8183/9376/8247</w:t>
        <w:br/>
        <w:t>f 8188/9378/8248 8187/9379/8248 8186/9380/8249</w:t>
        <w:br/>
        <w:t>f 8189/9381/8250 8188/9378/8248 8186/9380/8249</w:t>
        <w:br/>
        <w:t>f 8193/9382/8251 8192/9383/8251 8191/9384/8252</w:t>
        <w:br/>
        <w:t>f 8190/9385/8253 8193/9382/8251 8191/9384/8252</w:t>
        <w:br/>
        <w:t>f 8166/9357/8233 8194/9386/8254 8165/9358/8234</w:t>
        <w:br/>
        <w:t>f 8192/9383/8251 8193/9382/8251 8195/9387/8255</w:t>
        <w:br/>
        <w:t>f 8196/9388/8255 8192/9383/8251 8195/9387/8255</w:t>
        <w:br/>
        <w:t>f 8200/9389/8256 8199/9390/8257 8198/9391/8258</w:t>
        <w:br/>
        <w:t>f 8197/9392/8256 8200/9389/8256 8198/9391/8258</w:t>
        <w:br/>
        <w:t>f 8171/9360/8236 8201/9393/8259 8170/9361/8237</w:t>
        <w:br/>
        <w:t>f 8199/9390/8257 8203/9394/8260 8202/9395/8261</w:t>
        <w:br/>
        <w:t>f 8198/9391/8258 8199/9390/8257 8202/9395/8261</w:t>
        <w:br/>
        <w:t>f 8207/9396/8262 8206/9397/8263 8205/9398/8263</w:t>
        <w:br/>
        <w:t>f 8204/9399/8264 8207/9396/8262 8205/9398/8263</w:t>
        <w:br/>
        <w:t>f 8204/9399/8264 8209/9400/8265 8208/9401/8266</w:t>
        <w:br/>
        <w:t>f 8207/9396/8262 8204/9399/8264 8208/9401/8266</w:t>
        <w:br/>
        <w:t>f 8211/9402/8267 8200/9389/8256 8197/9392/8256</w:t>
        <w:br/>
        <w:t>f 8210/9403/8267 8211/9402/8267 8197/9392/8256</w:t>
        <w:br/>
        <w:t>f 8213/9404/8268 8205/9398/8263 8206/9397/8263</w:t>
        <w:br/>
        <w:t>f 8212/9405/8268 8213/9404/8268 8206/9397/8263</w:t>
        <w:br/>
        <w:t>f 8190/9385/8253 8191/9384/8252 8215/9406/8269</w:t>
        <w:br/>
        <w:t>f 8214/9407/8269 8190/9385/8253 8215/9406/8269</w:t>
        <w:br/>
        <w:t>f 8160/9355/8231 8161/9354/8231 8217/9408/8270</w:t>
        <w:br/>
        <w:t>f 8216/9409/8270 8160/9355/8231 8217/9408/8270</w:t>
        <w:br/>
        <w:t>f 8220/9410/8271 8219/9411/8272 8218/9412/8273</w:t>
        <w:br/>
        <w:t>f 8221/9413/8271 8220/9410/8271 8218/9412/8273</w:t>
        <w:br/>
        <w:t>f 8194/9386/8254 8166/9357/8233 8223/9414/8274</w:t>
        <w:br/>
        <w:t>f 8222/9415/8274 8194/9386/8254 8223/9414/8274</w:t>
        <w:br/>
        <w:t>f 8148/9340/8222 8149/9339/8222 8224/9416/8275</w:t>
        <w:br/>
        <w:t>f 8225/9417/8276 8148/9340/8222 8224/9416/8275</w:t>
        <w:br/>
        <w:t>f 8227/9418/8277 8170/9361/8237 8201/9393/8259</w:t>
        <w:br/>
        <w:t>f 8226/9419/8278 8227/9418/8277 8201/9393/8259</w:t>
        <w:br/>
        <w:t>f 8178/9369/8243 8179/9368/8243 8229/9420/8279</w:t>
        <w:br/>
        <w:t>f 8228/9421/8279 8178/9369/8243 8229/9420/8279</w:t>
        <w:br/>
        <w:t>f 8228/9421/8279 8229/9420/8279 8174/9365/8241</w:t>
        <w:br/>
        <w:t>f 8175/9364/8240 8228/9421/8279 8174/9365/8241</w:t>
        <w:br/>
        <w:t>f 8137/9327/8216 8138/9330/8216 8230/9422/8280</w:t>
        <w:br/>
        <w:t>f 8232/9423/8281 8231/9424/8281 8152/9344/8225</w:t>
        <w:br/>
        <w:t>f 8153/9343/8224 8232/9423/8281 8152/9344/8225</w:t>
        <w:br/>
        <w:t>f 8234/9425/8282 8233/9426/8282 8182/9377/8247</w:t>
        <w:br/>
        <w:t>f 8183/9376/8247 8234/9425/8282 8182/9377/8247</w:t>
        <w:br/>
        <w:t>f 8235/9427/8283 8141/9331/8218 8142/9334/8218</w:t>
        <w:br/>
        <w:t>f 8236/9428/8283 8235/9427/8283 8142/9334/8218</w:t>
        <w:br/>
        <w:t>f 8181/9372/8245 8167/9356/8232 8164/9359/8235</w:t>
        <w:br/>
        <w:t>f 8180/9373/8245 8181/9372/8245 8164/9359/8235</w:t>
        <w:br/>
        <w:t>f 8150/9342/8223 8147/9341/8223 8154/9347/8227</w:t>
        <w:br/>
        <w:t>f 8155/9346/8227 8150/9342/8223 8154/9347/8227</w:t>
        <w:br/>
        <w:t>f 8168/9363/8239 8169/9362/8238 8184/9375/8246</w:t>
        <w:br/>
        <w:t>f 8185/9374/8246 8168/9363/8239 8184/9375/8246</w:t>
        <w:br/>
        <w:t>f 8140/9332/8219 8133/9323/8214 8134/9326/8214</w:t>
        <w:br/>
        <w:t>f 8139/9333/8219 8140/9332/8219 8134/9326/8214</w:t>
        <w:br/>
        <w:t>f 8135/9329/8217 8136/9328/8217 8238/9429/8284</w:t>
        <w:br/>
        <w:t>f 8237/9430/8284 8135/9329/8217 8238/9429/8284</w:t>
        <w:br/>
        <w:t>f 8172/9367/8242 8173/9366/8242 8240/9431/8285</w:t>
        <w:br/>
        <w:t>f 8239/9432/8285 8172/9367/8242 8240/9431/8285</w:t>
        <w:br/>
        <w:t>f 8232/9423/8281 8242/9433/8286 8241/9434/8287</w:t>
        <w:br/>
        <w:t>f 8231/9424/8281 8232/9423/8281 8241/9434/8287</w:t>
        <w:br/>
        <w:t>f 8177/9370/8244 8244/9435/8288 8243/9436/8288</w:t>
        <w:br/>
        <w:t>f 8176/9371/8244 8177/9370/8244 8243/9436/8288</w:t>
        <w:br/>
        <w:t>f 8238/9429/8284 8235/9427/8283 8236/9428/8283</w:t>
        <w:br/>
        <w:t>f 8237/9430/8284 8238/9429/8284 8236/9428/8283</w:t>
        <w:br/>
        <w:t>f 8239/9432/8285 8240/9431/8285 8159/9348/8228</w:t>
        <w:br/>
        <w:t>f 8156/9351/8228 8239/9432/8285 8159/9348/8228</w:t>
        <w:br/>
        <w:t>f 8146/9338/8221 8143/9337/8221 8241/9434/8287</w:t>
        <w:br/>
        <w:t>f 8242/9433/8286 8146/9338/8221 8241/9434/8287</w:t>
        <w:br/>
        <w:t>f 8244/9435/8288 8233/9426/8282 8234/9425/8282</w:t>
        <w:br/>
        <w:t>f 8243/9436/8288 8244/9435/8288 8234/9425/8282</w:t>
        <w:br/>
        <w:t>f 8246/9437/8289 8245/9438/8290 8131/9325/8215</w:t>
        <w:br/>
        <w:t>f 8132/9324/8215 8246/9437/8289 8131/9325/8215</w:t>
        <w:br/>
        <w:t>f 8194/9386/8254 8248/9439/8291 8247/9440/8291</w:t>
        <w:br/>
        <w:t>f 8165/9358/8234 8194/9386/8254 8247/9440/8291</w:t>
        <w:br/>
        <w:t>f 8252/9441/8292 8251/9442/8293 8250/9443/8293</w:t>
        <w:br/>
        <w:t>f 8249/9444/8294 8252/9441/8292 8250/9443/8293</w:t>
        <w:br/>
        <w:t>f 8201/9393/8259 8171/9360/8236 8254/9445/8295</w:t>
        <w:br/>
        <w:t>f 8253/9446/8296 8201/9393/8259 8254/9445/8295</w:t>
        <w:br/>
        <w:t>f 8224/9416/8275 8256/9447/8297 8255/9448/8298</w:t>
        <w:br/>
        <w:t>f 8225/9417/8276 8224/9416/8275 8255/9448/8298</w:t>
        <w:br/>
        <w:t>f 8258/9449/8299 8257/9450/8299 8222/9415/8274</w:t>
        <w:br/>
        <w:t>f 8223/9414/8274 8258/9449/8299 8222/9415/8274</w:t>
        <w:br/>
        <w:t>f 8218/9412/8273 8219/9411/8272 8260/9451/8300</w:t>
        <w:br/>
        <w:t>f 8259/9452/8300 8218/9412/8273 8260/9451/8300</w:t>
        <w:br/>
        <w:t>f 8226/9419/8278 8262/9453/8301 8261/9454/8301</w:t>
        <w:br/>
        <w:t>f 8227/9418/8277 8226/9419/8278 8261/9454/8301</w:t>
        <w:br/>
        <w:t>f 8203/9394/8260 8261/9454/8301 8262/9453/8301</w:t>
        <w:br/>
        <w:t>f 8202/9395/8261 8203/9394/8260 8262/9453/8301</w:t>
        <w:br/>
        <w:t>f 8256/9447/8297 8264/9455/8249 8263/9456/8249</w:t>
        <w:br/>
        <w:t>f 8255/9448/8298 8256/9447/8297 8263/9456/8249</w:t>
        <w:br/>
        <w:t>f 8196/9388/8255 8195/9387/8255 8257/9450/8299</w:t>
        <w:br/>
        <w:t>f 8258/9449/8299 8196/9388/8255 8257/9450/8299</w:t>
        <w:br/>
        <w:t>f 8266/9457/8302 8265/9458/8303 8259/9452/8300</w:t>
        <w:br/>
        <w:t>f 8260/9451/8300 8266/9457/8302 8259/9452/8300</w:t>
        <w:br/>
        <w:t>f 8216/9409/8270 8217/9408/8270 8245/9438/8290</w:t>
        <w:br/>
        <w:t>f 8246/9437/8289 8216/9409/8270 8245/9438/8290</w:t>
        <w:br/>
        <w:t>f 8248/9439/8291 8214/9407/8269 8215/9406/8269</w:t>
        <w:br/>
        <w:t>f 8247/9440/8291 8248/9439/8291 8215/9406/8269</w:t>
        <w:br/>
        <w:t>f 8251/9442/8293 8213/9404/8268 8212/9405/8268</w:t>
        <w:br/>
        <w:t>f 8250/9443/8293 8251/9442/8293 8212/9405/8268</w:t>
        <w:br/>
        <w:t>f 8253/9446/8296 8254/9445/8295 8211/9402/8267</w:t>
        <w:br/>
        <w:t>f 8210/9403/8267 8253/9446/8296 8211/9402/8267</w:t>
        <w:br/>
        <w:t>f 6744/9459/8304 6743/9460/8305 6742/9461/8306</w:t>
        <w:br/>
        <w:t>f 6741/9462/8304 6744/9459/8304 6742/9461/8306</w:t>
        <w:br/>
        <w:t>f 6748/9463/8307 6747/9464/8308 6746/9465/8309</w:t>
        <w:br/>
        <w:t>f 6745/9466/8310 6748/9463/8307 6746/9465/8309</w:t>
        <w:br/>
        <w:t>f 6752/9467/8311 6751/9468/8312 6750/9469/8313</w:t>
        <w:br/>
        <w:t>f 6749/9470/8314 6752/9467/8311 6750/9469/8313</w:t>
        <w:br/>
        <w:t>f 6756/9471/8315 6755/9472/8316 6754/9473/8317</w:t>
        <w:br/>
        <w:t>f 6753/9474/8317 6756/9471/8315 6754/9473/8317</w:t>
        <w:br/>
        <w:t>f 6759/9475/8318 6758/9476/8319 6757/9477/8320</w:t>
        <w:br/>
        <w:t>f 6756/9471/8315 6759/9475/8318 6757/9477/8320</w:t>
        <w:br/>
        <w:t>f 6762/9478/8321 6761/9479/8321 6760/9480/8322</w:t>
        <w:br/>
        <w:t>f 6763/9481/8322 6762/9478/8321 6760/9480/8322</w:t>
        <w:br/>
        <w:t>f 6767/9482/8323 6766/9483/8324 6765/9484/8324</w:t>
        <w:br/>
        <w:t>f 6764/9485/8323 6767/9482/8323 6765/9484/8324</w:t>
        <w:br/>
        <w:t>f 6771/9486/8325 6770/9487/8325 6769/9488/8326</w:t>
        <w:br/>
        <w:t>f 6768/9489/8327 6771/9486/8325 6769/9488/8326</w:t>
        <w:br/>
        <w:t>f 6773/9490/8328 6765/9484/8324 6766/9483/8324</w:t>
        <w:br/>
        <w:t>f 6772/9491/8329 6773/9490/8328 6766/9483/8324</w:t>
        <w:br/>
        <w:t>f 6751/9468/8312 6752/9467/8311 6768/9489/8327</w:t>
        <w:br/>
        <w:t>f 6769/9488/8326 6751/9468/8312 6768/9489/8327</w:t>
        <w:br/>
        <w:t>f 6755/9472/8316 6756/9471/8315 6757/9477/8320</w:t>
        <w:br/>
        <w:t>f 6775/9492/8330 6774/9493/8330 6763/9481/8322</w:t>
        <w:br/>
        <w:t>f 6760/9480/8322 6775/9492/8330 6763/9481/8322</w:t>
        <w:br/>
        <w:t>f 6761/9479/8321 6762/9478/8321 6777/9494/8331</w:t>
        <w:br/>
        <w:t>f 6776/9495/8331 6761/9479/8321 6777/9494/8331</w:t>
        <w:br/>
        <w:t>f 6759/9475/8318 6779/9496/8332 6778/9497/8333</w:t>
        <w:br/>
        <w:t>f 6758/9476/8319 6759/9475/8318 6778/9497/8333</w:t>
        <w:br/>
        <w:t>f 6767/9482/8323 6764/9485/8323 6747/9464/8308</w:t>
        <w:br/>
        <w:t>f 6748/9463/8307 6767/9482/8323 6747/9464/8308</w:t>
        <w:br/>
        <w:t>f 6771/9486/8325 6744/9459/8304 6741/9462/8304</w:t>
        <w:br/>
        <w:t>f 6770/9487/8325 6771/9486/8325 6741/9462/8304</w:t>
        <w:br/>
        <w:t>f 6779/9496/8332 6745/9466/8310 6746/9465/8309</w:t>
        <w:br/>
        <w:t>f 6778/9497/8333 6779/9496/8332 6746/9465/8309</w:t>
        <w:br/>
        <w:t>f 6777/9494/8331 6742/9461/8306 6743/9460/8305</w:t>
        <w:br/>
        <w:t>f 6776/9495/8331 6777/9494/8331 6743/9460/8305</w:t>
        <w:br/>
        <w:t>f 6782/9498/8334 6781/9499/8335 6780/9500/8336</w:t>
        <w:br/>
        <w:t>f 6783/9501/8334 6782/9498/8334 6780/9500/8336</w:t>
        <w:br/>
        <w:t>f 6781/9499/8335 6785/9502/8337 6784/9503/8337</w:t>
        <w:br/>
        <w:t>f 6780/9500/8336 6781/9499/8335 6784/9503/8337</w:t>
        <w:br/>
        <w:t>f 6785/9502/8337 6787/9504/8338 6786/9505/8338</w:t>
        <w:br/>
        <w:t>f 6784/9503/8337 6785/9502/8337 6786/9505/8338</w:t>
        <w:br/>
        <w:t>f 6789/9506/8339 6786/9505/8338 6787/9504/8338</w:t>
        <w:br/>
        <w:t>f 6788/9507/8340 6789/9506/8339 6787/9504/8338</w:t>
        <w:br/>
        <w:t>f 6791/9508/8341 6789/9506/8339 6788/9507/8340</w:t>
        <w:br/>
        <w:t>f 6790/9509/8341 6791/9508/8341 6788/9507/8340</w:t>
        <w:br/>
        <w:t>f 6793/9510/8342 6791/9508/8341 6790/9509/8341</w:t>
        <w:br/>
        <w:t>f 6792/9511/8343 6793/9510/8342 6790/9509/8341</w:t>
        <w:br/>
        <w:t>f 6797/9512/8344 6796/9513/8344 6795/9514/8345</w:t>
        <w:br/>
        <w:t>f 6794/9515/8345 6797/9512/8344 6795/9514/8345</w:t>
        <w:br/>
        <w:t>f 6794/9515/8345 6795/9514/8345 6782/9498/8334</w:t>
        <w:br/>
        <w:t>f 6783/9501/8334 6794/9515/8345 6782/9498/8334</w:t>
        <w:br/>
        <w:t>f 6800/9516/8346 6799/9517/8346 6798/9518/8347</w:t>
        <w:br/>
        <w:t>f 6801/9519/8347 6800/9516/8346 6798/9518/8347</w:t>
        <w:br/>
        <w:t>f 6804/9520/8348 6803/9521/8349 6802/9522/8350</w:t>
        <w:br/>
        <w:t>f 6805/9523/8351 6804/9520/8348 6802/9522/8350</w:t>
        <w:br/>
        <w:t>f 6803/9521/8349 6807/9524/8352 6806/9525/8352</w:t>
        <w:br/>
        <w:t>f 6802/9522/8350 6803/9521/8349 6806/9525/8352</w:t>
        <w:br/>
        <w:t>f 6810/9526/8352 6809/9527/8353 6808/9528/8353</w:t>
        <w:br/>
        <w:t>f 6811/9529/8352 6810/9526/8352 6808/9528/8353</w:t>
        <w:br/>
        <w:t>f 6814/9530/8354 6813/9531/8355 6812/9532/8354</w:t>
        <w:br/>
        <w:t>f 6814/9530/8354 6812/9532/8354 6816/9533/8356</w:t>
        <w:br/>
        <w:t>f 6815/9534/8357 6814/9530/8354 6816/9533/8356</w:t>
        <w:br/>
        <w:t>f 6818/9535/8358 6817/9536/8358 6815/9534/8357</w:t>
        <w:br/>
        <w:t>f 6816/9533/8356 6818/9535/8358 6815/9534/8357</w:t>
        <w:br/>
        <w:t>f 6775/9492/8330 6749/9470/8314 6750/9469/8313</w:t>
        <w:br/>
        <w:t>f 6774/9493/8330 6775/9492/8330 6750/9469/8313</w:t>
        <w:br/>
        <w:t>f 6772/9491/8329 6753/9474/8317 6754/9473/8317</w:t>
        <w:br/>
        <w:t>f 6773/9490/8328 6772/9491/8329 6754/9473/8317</w:t>
        <w:br/>
        <w:t>f 6820/9537/8359 6808/9528/8353 6809/9527/8353</w:t>
        <w:br/>
        <w:t>f 6819/9538/8359 6820/9537/8359 6809/9527/8353</w:t>
        <w:br/>
        <w:t>f 6793/9510/8342 6792/9511/8343 6822/9539/8360</w:t>
        <w:br/>
        <w:t>f 6821/9540/8360 6793/9510/8342 6822/9539/8360</w:t>
        <w:br/>
        <w:t>f 6825/9541/8361 6824/9542/8362 6823/9543/8363</w:t>
        <w:br/>
        <w:t>f 6826/9544/8364 6825/9541/8361 6823/9543/8363</w:t>
        <w:br/>
        <w:t>f 6829/9545/8365 6828/9546/8366 6827/9547/8367</w:t>
        <w:br/>
        <w:t>f 6830/9548/8368 6829/9545/8365 6827/9547/8367</w:t>
        <w:br/>
        <w:t>f 6824/9542/8362 6825/9541/8361 6828/9546/8366</w:t>
        <w:br/>
        <w:t>f 6829/9545/8365 6824/9542/8362 6828/9546/8366</w:t>
        <w:br/>
        <w:t>f 6834/9549/8369 6833/9550/8369 6832/9551/8370</w:t>
        <w:br/>
        <w:t>f 6831/9552/8371 6834/9549/8369 6832/9551/8370</w:t>
        <w:br/>
        <w:t>f 6837/9553/8372 6836/9554/8372 6835/9555/8373</w:t>
        <w:br/>
        <w:t>f 6838/9556/8373 6837/9553/8372 6835/9555/8373</w:t>
        <w:br/>
        <w:t>f 6842/9557/8374 6841/9558/8375 6840/9559/8375</w:t>
        <w:br/>
        <w:t>f 6839/9560/8374 6842/9557/8374 6840/9559/8375</w:t>
        <w:br/>
        <w:t>f 6846/9561/8376 6845/9562/8377 6844/9563/8377</w:t>
        <w:br/>
        <w:t>f 6843/9564/8376 6846/9561/8376 6844/9563/8377</w:t>
        <w:br/>
        <w:t>f 6845/9562/8377 6842/9557/8374 6839/9560/8374</w:t>
        <w:br/>
        <w:t>f 6844/9563/8377 6845/9562/8377 6839/9560/8374</w:t>
        <w:br/>
        <w:t>f 6850/9565/8378 6849/9566/8379 6848/9567/8379</w:t>
        <w:br/>
        <w:t>f 6847/9568/8380 6850/9565/8378 6848/9567/8379</w:t>
        <w:br/>
        <w:t>f 6854/9569/8381 6853/9570/8382 6852/9571/8382</w:t>
        <w:br/>
        <w:t>f 6851/9572/8383 6854/9569/8381 6852/9571/8382</w:t>
        <w:br/>
        <w:t>f 6856/9573/8384 6855/9574/8385 6825/9541/8361</w:t>
        <w:br/>
        <w:t>f 6826/9544/8364 6856/9573/8384 6825/9541/8361</w:t>
        <w:br/>
        <w:t>f 6859/9575/8386 6858/9576/8387 6857/9577/8387</w:t>
        <w:br/>
        <w:t>f 6860/9578/8388 6859/9575/8386 6857/9577/8387</w:t>
        <w:br/>
        <w:t>f 6828/9546/8366 6862/9579/8389 6861/9580/8390</w:t>
        <w:br/>
        <w:t>f 6827/9547/8367 6828/9546/8366 6861/9580/8390</w:t>
        <w:br/>
        <w:t>f 6825/9541/8361 6855/9574/8385 6862/9579/8389</w:t>
        <w:br/>
        <w:t>f 6828/9546/8366 6825/9541/8361 6862/9579/8389</w:t>
        <w:br/>
        <w:t>f 6853/9570/8382 6859/9575/8386 6860/9578/8388</w:t>
        <w:br/>
        <w:t>f 6852/9571/8382 6853/9570/8382 6860/9578/8388</w:t>
        <w:br/>
        <w:t>f 6865/9581/8391 6864/9582/8392 6863/9583/8393</w:t>
        <w:br/>
        <w:t>f 6847/9568/8380 6867/9584/8394 6866/9585/8394</w:t>
        <w:br/>
        <w:t>f 6850/9565/8378 6847/9568/8380 6866/9585/8394</w:t>
        <w:br/>
        <w:t>f 6871/9586/8395 6870/9587/8395 6869/9588/8396</w:t>
        <w:br/>
        <w:t>f 6868/9589/8397 6871/9586/8395 6869/9588/8396</w:t>
        <w:br/>
        <w:t>f 6874/9590/8398 6873/9591/8399 6872/9592/8400</w:t>
        <w:br/>
        <w:t>f 6878/9593/8401 6877/9594/8402 6876/9595/8403</w:t>
        <w:br/>
        <w:t>f 6875/9596/8404 6878/9593/8401 6876/9595/8403</w:t>
        <w:br/>
        <w:t>f 6880/9597/8405 6879/9598/8405 6868/9589/8397</w:t>
        <w:br/>
        <w:t>f 6869/9588/8396 6880/9597/8405 6868/9589/8397</w:t>
        <w:br/>
        <w:t>f 6884/9599/8406 6883/9600/8407 6882/9601/8407</w:t>
        <w:br/>
        <w:t>f 6881/9602/8406 6884/9599/8406 6882/9601/8407</w:t>
        <w:br/>
        <w:t>f 6886/9603/8408 6882/9601/8407 6883/9600/8407</w:t>
        <w:br/>
        <w:t>f 6885/9604/8408 6886/9603/8408 6883/9600/8407</w:t>
        <w:br/>
        <w:t>f 6890/9605/8409 6889/9606/8409 6888/9607/8410</w:t>
        <w:br/>
        <w:t>f 6887/9608/8410 6890/9605/8409 6888/9607/8410</w:t>
        <w:br/>
        <w:t>f 6893/9609/8411 6892/9610/8412 6891/9611/8413</w:t>
        <w:br/>
        <w:t>f 6897/9612/8414 6896/9613/8415 6895/9614/8416</w:t>
        <w:br/>
        <w:t>f 6894/9615/8416 6897/9612/8414 6895/9614/8416</w:t>
        <w:br/>
        <w:t>f 6899/9616/8417 6898/9617/8417 6894/9615/8416</w:t>
        <w:br/>
        <w:t>f 6895/9614/8416 6899/9616/8417 6894/9615/8416</w:t>
        <w:br/>
        <w:t>f 6903/9618/8418 6902/9619/8419 6901/9620/8419</w:t>
        <w:br/>
        <w:t>f 6900/9621/8418 6903/9618/8418 6901/9620/8419</w:t>
        <w:br/>
        <w:t>f 6905/9622/8420 6904/9623/8420 6889/9606/8409</w:t>
        <w:br/>
        <w:t>f 6890/9605/8409 6905/9622/8420 6889/9606/8409</w:t>
        <w:br/>
        <w:t>f 6907/9624/8421 6903/9618/8418 6900/9621/8418</w:t>
        <w:br/>
        <w:t>f 6906/9625/8422 6907/9624/8421 6900/9621/8418</w:t>
        <w:br/>
        <w:t>f 6909/9626/8423 6878/9593/8401 6875/9596/8404</w:t>
        <w:br/>
        <w:t>f 6908/9627/8424 6909/9626/8423 6875/9596/8404</w:t>
        <w:br/>
        <w:t>f 6836/9554/8372 6837/9553/8372 6910/9628/8425</w:t>
        <w:br/>
        <w:t>f 6911/9629/8425 6836/9554/8372 6910/9628/8425</w:t>
        <w:br/>
        <w:t>f 6887/9608/8410 6888/9607/8410 6912/9630/8426</w:t>
        <w:br/>
        <w:t>f 6913/9631/8426 6887/9608/8410 6912/9630/8426</w:t>
        <w:br/>
        <w:t>f 6901/9620/8419 6902/9619/8419 6914/9632/8427</w:t>
        <w:br/>
        <w:t>f 6915/9633/8427 6901/9620/8419 6914/9632/8427</w:t>
        <w:br/>
        <w:t>f 6917/9634/8428 6876/9595/8403 6877/9594/8402</w:t>
        <w:br/>
        <w:t>f 6916/9635/8429 6917/9634/8428 6877/9594/8402</w:t>
        <w:br/>
        <w:t>f 6918/9636/8430 6838/9556/8373 6835/9555/8373</w:t>
        <w:br/>
        <w:t>f 6917/9634/8431 6918/9636/8430 6835/9555/8373</w:t>
        <w:br/>
        <w:t>f 6920/9637/8432 6919/9638/8433 6856/9573/8384</w:t>
        <w:br/>
        <w:t>f 6826/9544/8364 6920/9637/8432 6856/9573/8384</w:t>
        <w:br/>
        <w:t>f 6922/9639/8434 6921/9640/8434 6840/9559/8375</w:t>
        <w:br/>
        <w:t>f 6841/9558/8375 6922/9639/8434 6840/9559/8375</w:t>
        <w:br/>
        <w:t>f 6923/9641/8435 6854/9569/8381 6851/9572/8383</w:t>
        <w:br/>
        <w:t>f 6924/9642/8435 6923/9641/8435 6851/9572/8383</w:t>
        <w:br/>
        <w:t>f 6920/9637/8432 6826/9544/8364 6823/9543/8363</w:t>
        <w:br/>
        <w:t>f 6925/9643/8436 6920/9637/8432 6823/9543/8363</w:t>
        <w:br/>
        <w:t>f 6929/9644/8437 6928/9645/8438 6927/9646/8439</w:t>
        <w:br/>
        <w:t>f 6926/9647/8440 6929/9644/8437 6927/9646/8439</w:t>
        <w:br/>
        <w:t>f 6933/9648/8441 6932/9649/8442 6931/9650/8443</w:t>
        <w:br/>
        <w:t>f 6930/9651/8444 6933/9648/8441 6931/9650/8443</w:t>
        <w:br/>
        <w:t>f 6937/9652/8445 6936/9653/8446 6935/9654/8447</w:t>
        <w:br/>
        <w:t>f 6934/9655/8445 6937/9652/8445 6935/9654/8447</w:t>
        <w:br/>
        <w:t>f 6939/9656/8448 6927/9646/8439 6938/9657/8449</w:t>
        <w:br/>
        <w:t>f 6940/9658/8450 6939/9656/8448 6938/9657/8449</w:t>
        <w:br/>
        <w:t>f 6924/9642/8435 6892/9610/8412 6893/9609/8411</w:t>
        <w:br/>
        <w:t>f 6923/9641/8435 6924/9642/8435 6893/9609/8411</w:t>
        <w:br/>
        <w:t>f 6936/9653/8446 6942/9659/8451 6941/9660/8451</w:t>
        <w:br/>
        <w:t>f 6935/9654/8447 6936/9653/8446 6941/9660/8451</w:t>
        <w:br/>
        <w:t>f 6920/9637/8432 6873/9591/8399 6874/9590/8398</w:t>
        <w:br/>
        <w:t>f 6919/9638/8433 6920/9637/8432 6874/9590/8398</w:t>
        <w:br/>
        <w:t>f 6946/9661/8452 6945/9662/8452 6944/9663/8453</w:t>
        <w:br/>
        <w:t>f 6943/9664/8453 6946/9661/8452 6944/9663/8453</w:t>
        <w:br/>
        <w:t>f 6927/9646/8439 6939/9656/8448 6830/9548/8368</w:t>
        <w:br/>
        <w:t>f 6827/9547/8367 6927/9646/8439 6830/9548/8368</w:t>
        <w:br/>
        <w:t>f 6858/9576/8387 6937/9652/8445 6934/9655/8445</w:t>
        <w:br/>
        <w:t>f 6857/9577/8387 6858/9576/8387 6934/9655/8445</w:t>
        <w:br/>
        <w:t>f 6932/9649/8442 6846/9561/8376 6843/9564/8376</w:t>
        <w:br/>
        <w:t>f 6931/9650/8443 6932/9649/8442 6843/9564/8376</w:t>
        <w:br/>
        <w:t>f 6926/9647/8440 6927/9646/8439 6827/9547/8367</w:t>
        <w:br/>
        <w:t>f 6861/9580/8390 6926/9647/8440 6827/9547/8367</w:t>
        <w:br/>
        <w:t>f 6950/9665/8454 6949/9666/8455 6948/9667/8455</w:t>
        <w:br/>
        <w:t>f 6947/9668/8454 6950/9665/8454 6948/9667/8455</w:t>
        <w:br/>
        <w:t>f 6952/9669/8456 6951/9670/8456 6933/9648/8441</w:t>
        <w:br/>
        <w:t>f 6930/9651/8444 6952/9669/8456 6933/9648/8441</w:t>
        <w:br/>
        <w:t>f 6941/9660/8451 6942/9659/8451 6831/9552/8371</w:t>
        <w:br/>
        <w:t>f 6832/9551/8370 6941/9660/8451 6831/9552/8371</w:t>
        <w:br/>
        <w:t>f 6954/9671/8457 6940/9658/8450 6938/9657/8449</w:t>
        <w:br/>
        <w:t>f 6953/9672/8458 6954/9671/8457 6938/9657/8449</w:t>
        <w:br/>
        <w:t>f 6954/9671/8457 6953/9672/8458 6955/9673/8459</w:t>
        <w:br/>
        <w:t>f 6956/9674/8459 6954/9671/8457 6955/9673/8459</w:t>
        <w:br/>
        <w:t>f 6958/9675/8460 6956/9674/8459 6955/9673/8459</w:t>
        <w:br/>
        <w:t>f 6957/9676/8460 6958/9675/8460 6955/9673/8459</w:t>
        <w:br/>
        <w:t>f 6960/9677/8461 6958/9675/8460 6957/9676/8460</w:t>
        <w:br/>
        <w:t>f 6959/9678/8461 6960/9677/8461 6957/9676/8460</w:t>
        <w:br/>
        <w:t>f 6961/9679/8461 6951/9670/8456 6952/9669/8456</w:t>
        <w:br/>
        <w:t>f 6962/9680/8461 6961/9679/8461 6952/9669/8456</w:t>
        <w:br/>
        <w:t>f 6833/9550/8369 6834/9549/8369 6963/9681/8462</w:t>
        <w:br/>
        <w:t>f 6865/9581/8391 6950/9665/8454 6947/9668/8454</w:t>
        <w:br/>
        <w:t>f 6864/9582/8392 6865/9581/8391 6947/9668/8454</w:t>
        <w:br/>
        <w:t>f 6966/9682/8463 6965/9683/8463 6964/9684/8464</w:t>
        <w:br/>
        <w:t>f 6967/9685/8464 6966/9682/8463 6964/9684/8464</w:t>
        <w:br/>
        <w:t>f 6872/9592/8400 6969/9686/8465 6968/9687/8465</w:t>
        <w:br/>
        <w:t>f 6874/9590/8398 6872/9592/8400 6968/9687/8465</w:t>
        <w:br/>
        <w:t>f 6972/9688/8466 6971/9689/8467 6970/9690/8467</w:t>
        <w:br/>
        <w:t>f 6973/9691/8468 6972/9688/8466 6970/9690/8467</w:t>
        <w:br/>
        <w:t>f 6891/9611/8413 6892/9610/8412 6974/9692/8469</w:t>
        <w:br/>
        <w:t>f 6975/9693/8469 6891/9611/8413 6974/9692/8469</w:t>
        <w:br/>
        <w:t>f 6891/9611/8413 6913/9631/8426 6912/9630/8426</w:t>
        <w:br/>
        <w:t>f 6893/9609/8411 6891/9611/8413 6912/9630/8426</w:t>
        <w:br/>
        <w:t>f 6915/9633/8427 6914/9632/8427 6977/9694/8470</w:t>
        <w:br/>
        <w:t>f 6976/9695/8471 6915/9633/8427 6977/9694/8470</w:t>
        <w:br/>
        <w:t>f 6873/9591/8399 6917/9634/8428 6916/9635/8429</w:t>
        <w:br/>
        <w:t>f 6872/9592/8400 6873/9591/8399 6916/9635/8429</w:t>
        <w:br/>
        <w:t>f 6917/9634/8431 6979/9696/8472 6978/9697/8473</w:t>
        <w:br/>
        <w:t>f 6918/9636/8430 6917/9634/8431 6978/9697/8473</w:t>
        <w:br/>
        <w:t>f 6969/9686/8465 6870/9587/8395 6871/9586/8395</w:t>
        <w:br/>
        <w:t>f 6968/9687/8465 6969/9686/8465 6871/9586/8395</w:t>
        <w:br/>
        <w:t>f 6848/9567/8379 6849/9566/8379 6967/9685/8464</w:t>
        <w:br/>
        <w:t>f 6964/9684/8464 6848/9567/8379 6967/9685/8464</w:t>
        <w:br/>
        <w:t>f 6975/9693/8469 6974/9692/8469 6884/9599/8406</w:t>
        <w:br/>
        <w:t>f 6881/9602/8406 6975/9693/8469 6884/9599/8406</w:t>
        <w:br/>
        <w:t>f 6971/9689/8467 6898/9617/8417 6899/9616/8417</w:t>
        <w:br/>
        <w:t>f 6970/9690/8467 6971/9689/8467 6899/9616/8417</w:t>
        <w:br/>
        <w:t>f 6927/9646/8439 6928/9645/8438 6938/9657/8449</w:t>
        <w:br/>
        <w:t>f 6940/9658/8450 6980/9698/8474 6939/9656/8448</w:t>
        <w:br/>
        <w:t>f 6933/9648/8441 6981/9699/8475 6932/9649/8442</w:t>
        <w:br/>
        <w:t>f 6931/9650/8443 6982/9700/8476 6930/9651/8444</w:t>
        <w:br/>
        <w:t>f 6911/9629/8425 6910/9628/8425 6984/9701/8394</w:t>
        <w:br/>
        <w:t>f 6983/9702/8394 6911/9629/8425 6984/9701/8394</w:t>
        <w:br/>
        <w:t>f 6879/9598/8405 6880/9597/8405 6909/9626/8423</w:t>
        <w:br/>
        <w:t>f 6908/9627/8424 6879/9598/8405 6909/9626/8423</w:t>
        <w:br/>
        <w:t>f 6885/9604/8408 6904/9623/8420 6905/9622/8420</w:t>
        <w:br/>
        <w:t>f 6886/9603/8408 6885/9604/8408 6905/9622/8420</w:t>
        <w:br/>
        <w:t>f 6897/9612/8414 6907/9624/8421 6906/9625/8422</w:t>
        <w:br/>
        <w:t>f 6896/9613/8415 6897/9612/8414 6906/9625/8422</w:t>
        <w:br/>
        <w:t>f 6978/9697/8473 6873/9591/8399 6920/9637/8432</w:t>
        <w:br/>
        <w:t>f 6925/9643/8436 6978/9697/8473 6920/9637/8432</w:t>
        <w:br/>
        <w:t>f 6966/9682/8463 6921/9640/8434 6922/9639/8434</w:t>
        <w:br/>
        <w:t>f 6965/9683/8463 6966/9682/8463 6922/9639/8434</w:t>
        <w:br/>
        <w:t>f 6986/9703/8344 6985/9704/8344 6821/9540/8360</w:t>
        <w:br/>
        <w:t>f 6822/9539/8360 6986/9703/8344 6821/9540/8360</w:t>
        <w:br/>
        <w:t>f 6989/9705/8477 6988/9706/8478 6987/9707/8358</w:t>
        <w:br/>
        <w:t>f 6990/9708/8358 6989/9705/8477 6987/9707/8358</w:t>
        <w:br/>
        <w:t>f 6994/9709/8479 6993/9710/8480 6992/9711/8481</w:t>
        <w:br/>
        <w:t>f 6991/9712/8479 6994/9709/8479 6992/9711/8481</w:t>
        <w:br/>
        <w:t>f 6997/9713/8482 6996/9714/8482 6995/9715/8483</w:t>
        <w:br/>
        <w:t>f 6998/9716/8484 6997/9713/8482 6995/9715/8483</w:t>
        <w:br/>
        <w:t>f 7001/9717/8485 7000/9718/8486 6999/9719/8487</w:t>
        <w:br/>
        <w:t>f 7002/9720/8487 7001/9717/8485 6999/9719/8487</w:t>
        <w:br/>
        <w:t>f 7006/9721/8488 7005/9722/8489 7004/9723/8489</w:t>
        <w:br/>
        <w:t>f 7003/9724/8490 7006/9721/8488 7004/9723/8489</w:t>
        <w:br/>
        <w:t>f 7010/9725/8491 7009/9726/8492 7008/9727/8493</w:t>
        <w:br/>
        <w:t>f 7007/9728/8494 7010/9725/8491 7008/9727/8493</w:t>
        <w:br/>
        <w:t>f 7014/9729/8495 7013/9730/8496 7012/9731/8497</w:t>
        <w:br/>
        <w:t>f 7011/9732/8498 7014/9729/8495 7012/9731/8497</w:t>
        <w:br/>
        <w:t>f 7017/9733/8499 7016/9734/8499 7015/9735/8500</w:t>
        <w:br/>
        <w:t>f 7018/9736/8501 7017/9733/8499 7015/9735/8500</w:t>
        <w:br/>
        <w:t>f 7021/9737/8502 7020/9738/8503 7019/9739/8504</w:t>
        <w:br/>
        <w:t>f 7022/9740/8505 7021/9737/8502 7019/9739/8504</w:t>
        <w:br/>
        <w:t>f 7026/9741/8506 7025/9742/8507 7024/9743/8508</w:t>
        <w:br/>
        <w:t>f 7023/9744/8509 7026/9741/8506 7024/9743/8508</w:t>
        <w:br/>
        <w:t>f 7029/9745/8510 7028/9746/8511 7027/9747/8512</w:t>
        <w:br/>
        <w:t>f 7030/9748/8513 7029/9745/8510 7027/9747/8512</w:t>
        <w:br/>
        <w:t>f 7033/9749/8514 7032/9750/8515 7031/9751/8516</w:t>
        <w:br/>
        <w:t>f 7034/9752/8517 7033/9749/8514 7031/9751/8516</w:t>
        <w:br/>
        <w:t>f 7035/9753/8518 7007/9728/8494 7012/9731/8497</w:t>
        <w:br/>
        <w:t>f 7036/9754/8519 7035/9753/8518 7012/9731/8497</w:t>
        <w:br/>
        <w:t>f 7038/9755/8520 7037/9756/8521 7032/9750/8515</w:t>
        <w:br/>
        <w:t>f 7039/9757/8522 7038/9755/8520 7032/9750/8515</w:t>
        <w:br/>
        <w:t>f 7041/9758/8523 7040/9759/8524 7037/9756/8521</w:t>
        <w:br/>
        <w:t>f 7042/9760/8525 7041/9758/8523 7037/9756/8521</w:t>
        <w:br/>
        <w:t>f 7044/9761/8526 7043/9762/8527 7011/9732/8498</w:t>
        <w:br/>
        <w:t>f 7008/9727/8493 7044/9761/8526 7011/9732/8498</w:t>
        <w:br/>
        <w:t>f 7046/9763/8528 7045/9764/8529 7031/9751/8516</w:t>
        <w:br/>
        <w:t>f 7040/9759/8524 7046/9763/8528 7031/9751/8516</w:t>
        <w:br/>
        <w:t>f 7047/9765/8530 6992/9711/8481 6993/9710/8480</w:t>
        <w:br/>
        <w:t>f 7048/9766/8530 7047/9765/8530 6993/9710/8480</w:t>
        <w:br/>
        <w:t>f 7051/9767/8479 7050/9768/8531 7049/9769/8531</w:t>
        <w:br/>
        <w:t>f 7052/9770/8532 7051/9767/8479 7049/9769/8531</w:t>
        <w:br/>
        <w:t>f 6996/9714/8482 6997/9713/8482 7054/9771/8533</w:t>
        <w:br/>
        <w:t>f 7053/9772/8533 6996/9714/8482 7054/9771/8533</w:t>
        <w:br/>
        <w:t>f 7056/9773/8534 7055/9774/8534 7006/9721/8488</w:t>
        <w:br/>
        <w:t>f 7003/9724/8490 7056/9773/8534 7006/9721/8488</w:t>
        <w:br/>
        <w:t>f 7031/9751/8516 7057/9775/8535 7034/9752/8517</w:t>
        <w:br/>
        <w:t>f 7012/9731/8497 7058/9776/8536 7036/9754/8519</w:t>
        <w:br/>
        <w:t>f 7032/9750/8515 7059/9777/8537 7039/9757/8522</w:t>
        <w:br/>
        <w:t>f 7014/9729/8495 7011/9732/8498 7060/9778/8538</w:t>
        <w:br/>
        <w:t>f 7037/9756/8521 7061/9779/8539 7042/9760/8525</w:t>
        <w:br/>
        <w:t>f 7008/9727/8493 7062/9780/8540 7044/9761/8526</w:t>
        <w:br/>
        <w:t>f 7041/9758/8523 7063/9781/8541 7040/9759/8524</w:t>
        <w:br/>
        <w:t>f 7064/9782/8542 7007/9728/8494 7035/9753/8518</w:t>
        <w:br/>
        <w:t>f 7002/9720/8487 6999/9719/8487 7055/9774/8534</w:t>
        <w:br/>
        <w:t>f 7056/9773/8534 7002/9720/8487 7055/9774/8534</w:t>
        <w:br/>
        <w:t>f 7005/9722/8489 7047/9765/8530 7048/9766/8530</w:t>
        <w:br/>
        <w:t>f 7004/9723/8489 7005/9722/8489 7048/9766/8530</w:t>
        <w:br/>
        <w:t>f 7049/9769/8531 7050/9768/8531 6998/9716/8484</w:t>
        <w:br/>
        <w:t>f 6995/9715/8483 7049/9769/8531 6998/9716/8484</w:t>
        <w:br/>
        <w:t>f 7053/9772/8533 7054/9771/8533 7000/9718/8486</w:t>
        <w:br/>
        <w:t>f 7001/9717/8485 7053/9772/8533 7000/9718/8486</w:t>
        <w:br/>
        <w:t>f 7040/9759/8524 7063/9781/8541 7046/9763/8528</w:t>
        <w:br/>
        <w:t>f 7012/9731/8497 7013/9730/8496 7058/9776/8536</w:t>
        <w:br/>
        <w:t>f 7010/9725/8491 7007/9728/8494 7064/9782/8542</w:t>
        <w:br/>
        <w:t>f 7031/9751/8516 7045/9764/8529 7057/9775/8535</w:t>
        <w:br/>
        <w:t>f 7033/9749/8514 7059/9777/8537 7032/9750/8515</w:t>
        <w:br/>
        <w:t>f 7037/9756/8521 7038/9755/8520 7061/9779/8539</w:t>
        <w:br/>
        <w:t>f 7008/9727/8493 7009/9726/8492 7062/9780/8540</w:t>
        <w:br/>
        <w:t>f 7060/9778/8538 7011/9732/8498 7043/9762/8527</w:t>
        <w:br/>
        <w:t>f 8269/9783/8543 8268/9784/8544 8267/9785/8545</w:t>
        <w:br/>
        <w:t>f 8270/9786/8546 8269/9783/8543 8267/9785/8545</w:t>
        <w:br/>
        <w:t>f 8274/9787/8547 8273/9788/8548 8272/9789/8549</w:t>
        <w:br/>
        <w:t>f 8271/9790/8550 8274/9787/8547 8272/9789/8549</w:t>
        <w:br/>
        <w:t>f 8277/9791/8551 8276/9792/8552 8275/9793/8553</w:t>
        <w:br/>
        <w:t>f 8278/9794/8553 8277/9791/8551 8275/9793/8553</w:t>
        <w:br/>
        <w:t>f 8282/9795/8554 8281/9796/8555 8280/9797/8555</w:t>
        <w:br/>
        <w:t>f 8279/9798/8554 8282/9795/8554 8280/9797/8555</w:t>
        <w:br/>
        <w:t>f 8286/9799/8556 8285/9800/8557 8284/9801/8558</w:t>
        <w:br/>
        <w:t>f 8283/9802/8559 8286/9799/8556 8284/9801/8558</w:t>
        <w:br/>
        <w:t>f 8290/9803/8560 8289/9804/8561 8288/9805/8562</w:t>
        <w:br/>
        <w:t>f 8287/9806/8563 8290/9803/8560 8288/9805/8562</w:t>
        <w:br/>
        <w:t>f 8293/9807/8564 8292/9808/8565 8291/9809/8565</w:t>
        <w:br/>
        <w:t>f 8294/9810/8566 8293/9807/8564 8291/9809/8565</w:t>
        <w:br/>
        <w:t>f 8297/9811/8567 8296/9812/8568 8295/9813/8569</w:t>
        <w:br/>
        <w:t>f 8298/9814/8567 8297/9811/8567 8295/9813/8569</w:t>
        <w:br/>
        <w:t>f 8301/9815/8570 8300/9816/8571 8299/9817/8572</w:t>
        <w:br/>
        <w:t>f 8302/9818/8573 8301/9815/8570 8299/9817/8572</w:t>
        <w:br/>
        <w:t>f 8269/9783/8543 8304/9819/8574 8303/9820/8575</w:t>
        <w:br/>
        <w:t>f 8268/9784/8544 8269/9783/8543 8303/9820/8575</w:t>
        <w:br/>
        <w:t>f 8307/9821/8576 8306/9822/8577 8305/9823/8577</w:t>
        <w:br/>
        <w:t>f 8308/9824/8576 8307/9821/8576 8305/9823/8577</w:t>
        <w:br/>
        <w:t>f 8306/9822/8577 8310/9825/8578 8309/9826/8579</w:t>
        <w:br/>
        <w:t>f 8305/9823/8577 8306/9822/8577 8309/9826/8579</w:t>
        <w:br/>
        <w:t>f 8304/9819/8574 8312/9827/8580 8311/9828/8581</w:t>
        <w:br/>
        <w:t>f 8303/9820/8575 8304/9819/8574 8311/9828/8581</w:t>
        <w:br/>
        <w:t>f 8316/9829/8582 8315/9830/8583 8314/9831/8583</w:t>
        <w:br/>
        <w:t>f 8313/9832/8584 8316/9829/8582 8314/9831/8583</w:t>
        <w:br/>
        <w:t>f 8310/9825/8578 8295/9813/8569 8296/9812/8568</w:t>
        <w:br/>
        <w:t>f 8309/9826/8579 8310/9825/8578 8296/9812/8568</w:t>
        <w:br/>
        <w:t>f 8312/9827/8580 8302/9818/8573 8299/9817/8572</w:t>
        <w:br/>
        <w:t>f 8311/9828/8581 8312/9827/8580 8299/9817/8572</w:t>
        <w:br/>
        <w:t>f 8320/9833/8585 8319/9834/8586 8318/9835/8586</w:t>
        <w:br/>
        <w:t>f 8317/9836/8587 8320/9833/8585 8318/9835/8586</w:t>
        <w:br/>
        <w:t>f 8270/9786/8546 8267/9785/8545 8271/9790/8550</w:t>
        <w:br/>
        <w:t>f 8272/9789/8549 8270/9786/8546 8271/9790/8550</w:t>
        <w:br/>
        <w:t>f 8322/9837/8588 8318/9835/8586 8319/9834/8586</w:t>
        <w:br/>
        <w:t>f 8321/9838/8588 8322/9837/8588 8319/9834/8586</w:t>
        <w:br/>
        <w:t>f 8297/9811/8567 8298/9814/8567 8314/9831/8583</w:t>
        <w:br/>
        <w:t>f 8315/9830/8583 8297/9811/8567 8314/9831/8583</w:t>
        <w:br/>
        <w:t>f 8301/9815/8570 8324/9839/8589 8323/9840/8589</w:t>
        <w:br/>
        <w:t>f 8300/9816/8571 8301/9815/8570 8323/9840/8589</w:t>
        <w:br/>
        <w:t>f 8285/9800/8557 8290/9803/8560 8287/9806/8563</w:t>
        <w:br/>
        <w:t>f 8284/9801/8558 8285/9800/8557 8287/9806/8563</w:t>
        <w:br/>
        <w:t>f 8292/9808/8565 8326/9841/8590 8325/9842/8591</w:t>
        <w:br/>
        <w:t>f 8291/9809/8565 8292/9808/8565 8325/9842/8591</w:t>
        <w:br/>
        <w:t>f 8328/9843/8592 8327/9844/8592 8323/9840/8589</w:t>
        <w:br/>
        <w:t>f 8324/9839/8589 8328/9843/8592 8323/9840/8589</w:t>
        <w:br/>
        <w:t>f 8313/9832/8584 8330/9845/8593 8329/9846/8593</w:t>
        <w:br/>
        <w:t>f 8316/9829/8582 8313/9832/8584 8329/9846/8593</w:t>
        <w:br/>
        <w:t>f 8327/9844/8592 8328/9843/8592 8278/9794/8553</w:t>
        <w:br/>
        <w:t>f 8275/9793/8553 8327/9844/8592 8278/9794/8553</w:t>
        <w:br/>
        <w:t>f 8281/9796/8555 8329/9846/8593 8330/9845/8593</w:t>
        <w:br/>
        <w:t>f 8280/9797/8555 8281/9796/8555 8330/9845/8593</w:t>
        <w:br/>
        <w:t>f 8332/9847/8594 8331/9848/8595 8276/9792/8552</w:t>
        <w:br/>
        <w:t>f 8277/9791/8551 8332/9847/8594 8276/9792/8552</w:t>
        <w:br/>
        <w:t>f 8334/9849/8596 8325/9842/8591 8326/9841/8590</w:t>
        <w:br/>
        <w:t>f 8333/9850/8597 8334/9849/8596 8326/9841/8590</w:t>
        <w:br/>
        <w:t>f 8279/9798/8554 8334/9849/8596 8333/9850/8597</w:t>
        <w:br/>
        <w:t>f 8282/9795/8554 8279/9798/8554 8333/9850/8597</w:t>
        <w:br/>
        <w:t>f 8332/9847/8594 8286/9799/8556 8283/9802/8559</w:t>
        <w:br/>
        <w:t>f 8331/9848/8595 8332/9847/8594 8283/9802/8559</w:t>
        <w:br/>
        <w:t>f 8321/9838/8588 8307/9821/8576 8308/9824/8576</w:t>
        <w:br/>
        <w:t>f 8322/9837/8588 8321/9838/8588 8308/9824/8576</w:t>
        <w:br/>
        <w:t>f 8294/9810/8566 8336/9851/8598 8335/9852/8599</w:t>
        <w:br/>
        <w:t>f 8293/9807/8564 8294/9810/8566 8335/9852/8599</w:t>
        <w:br/>
        <w:t>f 8338/9853/8600 8288/9805/8562 8289/9804/8561</w:t>
        <w:br/>
        <w:t>f 8337/9854/8601 8338/9853/8600 8289/9804/8561</w:t>
        <w:br/>
        <w:t>f 8340/9855/8602 8339/9856/8603 8270/9786/8546</w:t>
        <w:br/>
        <w:t>f 8272/9789/8549 8340/9855/8602 8270/9786/8546</w:t>
        <w:br/>
        <w:t>f 8272/9789/8549 8342/9857/8604 8341/9858/8604</w:t>
        <w:br/>
        <w:t>f 8340/9855/8602 8272/9789/8549 8341/9858/8604</w:t>
        <w:br/>
        <w:t>f 8342/9857/8604 8344/9859/8605 8343/9860/8605</w:t>
        <w:br/>
        <w:t>f 8341/9858/8604 8342/9857/8604 8343/9860/8605</w:t>
        <w:br/>
        <w:t>f 8348/9861/8606 8347/9862/8607 8346/9863/8607</w:t>
        <w:br/>
        <w:t>f 8345/9864/8606 8348/9861/8606 8346/9863/8607</w:t>
        <w:br/>
        <w:t>f 8347/9862/8607 8350/9865/8608 8349/9866/8609</w:t>
        <w:br/>
        <w:t>f 8346/9863/8607 8347/9862/8607 8349/9866/8609</w:t>
        <w:br/>
        <w:t>f 8349/9866/8609 8350/9865/8608 8352/9867/8610</w:t>
        <w:br/>
        <w:t>f 8351/9868/8610 8349/9866/8609 8352/9867/8610</w:t>
        <w:br/>
        <w:t>f 8356/9869/8611 8355/9870/8611 8354/9871/8612</w:t>
        <w:br/>
        <w:t>f 8353/9872/8612 8356/9869/8611 8354/9871/8612</w:t>
        <w:br/>
        <w:t>f 8353/9872/8612 8354/9871/8612 8358/9873/8613</w:t>
        <w:br/>
        <w:t>f 8357/9874/8613 8353/9872/8612 8358/9873/8613</w:t>
        <w:br/>
        <w:t>f 8357/9874/8613 8358/9873/8613 8360/9875/8614</w:t>
        <w:br/>
        <w:t>f 8359/9876/8614 8357/9874/8613 8360/9875/8614</w:t>
        <w:br/>
        <w:t>f 8359/9876/8614 8360/9875/8614 8362/9877/8615</w:t>
        <w:br/>
        <w:t>f 8361/9878/8615 8359/9876/8614 8362/9877/8615</w:t>
        <w:br/>
        <w:t>f 8364/9879/8616 8363/9880/8616 8361/9878/8615</w:t>
        <w:br/>
        <w:t>f 8362/9877/8615 8364/9879/8616 8361/9878/8615</w:t>
        <w:br/>
        <w:t>f 8363/9880/8616 8364/9879/8616 8366/9881/8617</w:t>
        <w:br/>
        <w:t>f 8365/9882/8617 8363/9880/8616 8366/9881/8617</w:t>
        <w:br/>
        <w:t>f 8368/9883/8618 8367/9884/8618 8365/9882/8617</w:t>
        <w:br/>
        <w:t>f 8366/9881/8617 8368/9883/8618 8365/9882/8617</w:t>
        <w:br/>
        <w:t>f 8370/9885/8619 8369/9886/8619 8367/9884/8618</w:t>
        <w:br/>
        <w:t>f 8368/9883/8618 8370/9885/8619 8367/9884/8618</w:t>
        <w:br/>
        <w:t>f 8371/9887/8620 8369/9886/8619 8370/9885/8619</w:t>
        <w:br/>
        <w:t>f 8372/9888/8620 8371/9887/8620 8370/9885/8619</w:t>
        <w:br/>
        <w:t>f 8373/9889/8621 8371/9887/8620 8372/9888/8620</w:t>
        <w:br/>
        <w:t>f 8374/9890/8622 8373/9889/8621 8372/9888/8620</w:t>
        <w:br/>
        <w:t>f 8373/9889/8621 8374/9890/8622 8376/9891/8623</w:t>
        <w:br/>
        <w:t>f 8375/9892/8623 8373/9889/8621 8376/9891/8623</w:t>
        <w:br/>
        <w:t>f 8378/9893/8624 8377/9894/8625 8375/9892/8623</w:t>
        <w:br/>
        <w:t>f 8376/9891/8623 8378/9893/8624 8375/9892/8623</w:t>
        <w:br/>
        <w:t>f 8377/9894/8625 8378/9893/8624 8380/9895/8626</w:t>
        <w:br/>
        <w:t>f 8379/9896/8626 8377/9894/8625 8380/9895/8626</w:t>
        <w:br/>
        <w:t>f 8380/9895/8626 8382/9897/8627 8381/9898/8627</w:t>
        <w:br/>
        <w:t>f 8379/9896/8626 8380/9895/8626 8381/9898/8627</w:t>
        <w:br/>
        <w:t>f 8381/9898/8627 8382/9897/8627 8384/9899/8628</w:t>
        <w:br/>
        <w:t>f 8383/9900/8629 8381/9898/8627 8384/9899/8628</w:t>
        <w:br/>
        <w:t>f 8386/9901/8630 8385/9902/8631 8383/9900/8629</w:t>
        <w:br/>
        <w:t>f 8384/9899/8628 8386/9901/8630 8383/9900/8629</w:t>
        <w:br/>
        <w:t>f 8388/9903/8632 8387/9904/8633 8385/9902/8631</w:t>
        <w:br/>
        <w:t>f 8386/9901/8630 8388/9903/8632 8385/9902/8631</w:t>
        <w:br/>
        <w:t>f 8390/9905/8634 8389/9906/8634 8387/9904/8633</w:t>
        <w:br/>
        <w:t>f 8388/9903/8632 8390/9905/8634 8387/9904/8633</w:t>
        <w:br/>
        <w:t>f 8390/9905/8634 8392/9907/8635 8391/9908/8635</w:t>
        <w:br/>
        <w:t>f 8389/9906/8634 8390/9905/8634 8391/9908/8635</w:t>
        <w:br/>
        <w:t>f 8396/9909/8636 8395/9910/8637 8394/9911/8637</w:t>
        <w:br/>
        <w:t>f 8393/9912/8636 8396/9909/8636 8394/9911/8637</w:t>
        <w:br/>
        <w:t>f 8398/9913/8638 8397/9914/8638 8394/9911/8637</w:t>
        <w:br/>
        <w:t>f 8395/9910/8637 8398/9913/8638 8394/9911/8637</w:t>
        <w:br/>
        <w:t>f 8402/9915/8639 8401/9916/8640 8400/9917/8641</w:t>
        <w:br/>
        <w:t>f 8399/9918/8639 8402/9915/8639 8400/9917/8641</w:t>
        <w:br/>
        <w:t>f 8401/9916/8640 8404/9919/8642 8403/9920/8642</w:t>
        <w:br/>
        <w:t>f 8400/9917/8641 8401/9916/8640 8403/9920/8642</w:t>
        <w:br/>
        <w:t>f 8407/9921/8643 8406/9922/8644 8405/9923/8644</w:t>
        <w:br/>
        <w:t>f 8408/9924/8645 8407/9921/8643 8405/9923/8644</w:t>
        <w:br/>
        <w:t>f 8410/9925/8646 8409/9926/8647 8405/9923/8644</w:t>
        <w:br/>
        <w:t>f 8406/9922/8644 8410/9925/8646 8405/9923/8644</w:t>
        <w:br/>
        <w:t>f 8410/9925/8646 8290/9803/8560 8411/9927/8648</w:t>
        <w:br/>
        <w:t>f 8409/9926/8647 8410/9925/8646 8411/9927/8648</w:t>
        <w:br/>
        <w:t>f 8412/9928/8649 8411/9927/8648 8290/9803/8560</w:t>
        <w:br/>
        <w:t>f 8285/9800/8557 8412/9928/8649 8290/9803/8560</w:t>
        <w:br/>
        <w:t>f 8286/9799/8556 8413/9929/8650 8412/9928/8649</w:t>
        <w:br/>
        <w:t>f 8285/9800/8557 8286/9799/8556 8412/9928/8649</w:t>
        <w:br/>
        <w:t>f 8332/9847/8594 8414/9930/8651 8413/9929/8650</w:t>
        <w:br/>
        <w:t>f 8286/9799/8556 8332/9847/8594 8413/9929/8650</w:t>
        <w:br/>
        <w:t>f 8414/9930/8651 8332/9847/8594 8277/9791/8551</w:t>
        <w:br/>
        <w:t>f 8415/9931/8652 8414/9930/8651 8277/9791/8551</w:t>
        <w:br/>
        <w:t>f 8417/9932/8653 8415/9931/8652 8277/9791/8551</w:t>
        <w:br/>
        <w:t>f 8416/9933/8653 8417/9932/8653 8277/9791/8551</w:t>
        <w:br/>
        <w:t>f 8416/9933/8653 8419/9934/8654 8418/9935/8654</w:t>
        <w:br/>
        <w:t>f 8417/9932/8653 8416/9933/8653 8418/9935/8654</w:t>
        <w:br/>
        <w:t>f 8419/9934/8654 8421/9936/8655 8420/9937/8655</w:t>
        <w:br/>
        <w:t>f 8418/9935/8654 8419/9934/8654 8420/9937/8655</w:t>
        <w:br/>
        <w:t>f 8423/9938/8656 8422/9939/8657 8420/9937/8655</w:t>
        <w:br/>
        <w:t>f 8421/9936/8655 8423/9938/8656 8420/9937/8655</w:t>
        <w:br/>
        <w:t>f 8302/9818/8573 8424/9940/8658 8422/9939/8657</w:t>
        <w:br/>
        <w:t>f 8301/9815/8570 8302/9818/8573 8422/9939/8657</w:t>
        <w:br/>
        <w:t>f 8302/9818/8573 8312/9827/8580 8425/9941/8659</w:t>
        <w:br/>
        <w:t>f 8424/9940/8658 8302/9818/8573 8425/9941/8659</w:t>
        <w:br/>
        <w:t>f 8312/9827/8580 8304/9819/8574 8426/9942/8660</w:t>
        <w:br/>
        <w:t>f 8425/9941/8659 8312/9827/8580 8426/9942/8660</w:t>
        <w:br/>
        <w:t>f 8304/9819/8574 8269/9783/8543 8427/9943/8661</w:t>
        <w:br/>
        <w:t>f 8426/9942/8660 8304/9819/8574 8427/9943/8661</w:t>
        <w:br/>
        <w:t>f 8269/9783/8543 8270/9786/8546 8339/9856/8603</w:t>
        <w:br/>
        <w:t>f 8427/9943/8661 8269/9783/8543 8339/9856/8603</w:t>
        <w:br/>
        <w:t>f 8431/9944/8662 8430/9945/8663 8429/9946/8664</w:t>
        <w:br/>
        <w:t>f 8428/9947/8664 8431/9944/8662 8429/9946/8664</w:t>
        <w:br/>
        <w:t>f 8434/9948/8665 8433/9949/8665 8432/9950/8666</w:t>
        <w:br/>
        <w:t>f 8431/9944/8662 8434/9948/8665 8432/9950/8666</w:t>
        <w:br/>
        <w:t>f 8432/9950/8666 8430/9945/8663 8431/9944/8662</w:t>
        <w:br/>
        <w:t>f 8436/9951/8667 8435/9952/8668 8433/9949/8665</w:t>
        <w:br/>
        <w:t>f 8434/9948/8665 8436/9951/8667 8433/9949/8665</w:t>
        <w:br/>
        <w:t>f 8438/9953/8669 8428/9947/8664 8429/9946/8664</w:t>
        <w:br/>
        <w:t>f 8437/9954/8669 8438/9953/8669 8429/9946/8664</w:t>
        <w:br/>
        <w:t>f 8338/9853/8600 8337/9854/8601 8440/9955/8670</w:t>
        <w:br/>
        <w:t>f 8439/9956/8671 8338/9853/8600 8440/9955/8670</w:t>
        <w:br/>
        <w:t>f 8444/9957/8672 8443/9958/8673 8442/9959/8673</w:t>
        <w:br/>
        <w:t>f 8441/9960/8674 8444/9957/8672 8442/9959/8673</w:t>
        <w:br/>
        <w:t>f 8445/9961/8675 8444/9957/8672 8441/9960/8674</w:t>
        <w:br/>
        <w:t>f 8447/9962/8676 8444/9957/8672 8445/9961/8675</w:t>
        <w:br/>
        <w:t>f 8446/9963/8676 8447/9962/8676 8445/9961/8675</w:t>
        <w:br/>
        <w:t>f 8449/9964/8677 8448/9965/8677 8442/9959/8673</w:t>
        <w:br/>
        <w:t>f 8443/9958/8673 8449/9964/8677 8442/9959/8673</w:t>
        <w:br/>
        <w:t>f 8451/9966/8678 8447/9962/8676 8446/9963/8676</w:t>
        <w:br/>
        <w:t>f 8450/9967/8679 8451/9966/8678 8446/9963/8676</w:t>
        <w:br/>
        <w:t>f 8335/9852/8599 8336/9851/8598 8453/9968/8680</w:t>
        <w:br/>
        <w:t>f 8452/9969/8681 8335/9852/8599 8453/9968/8680</w:t>
        <w:br/>
        <w:t>f 8457/9970/8682 8456/9971/8682 8455/9972/8683</w:t>
        <w:br/>
        <w:t>f 8454/9973/8683 8457/9970/8682 8455/9972/8683</w:t>
        <w:br/>
        <w:t>f 8461/9974/8684 8460/9975/8685 8459/9976/8685</w:t>
        <w:br/>
        <w:t>f 8458/9977/8686 8461/9974/8684 8459/9976/8685</w:t>
        <w:br/>
        <w:t>f 8462/9978/8687 8454/9973/8683 8455/9972/8683</w:t>
        <w:br/>
        <w:t>f 8463/9979/8687 8462/9978/8687 8455/9972/8683</w:t>
        <w:br/>
        <w:t>f 8467/9980/8688 8466/9981/8689 8465/9982/8690</w:t>
        <w:br/>
        <w:t>f 8464/9983/8691 8467/9980/8688 8465/9982/8690</w:t>
        <w:br/>
        <w:t>f 8470/9984/8692 8469/9985/8692 8468/9986/8692</w:t>
        <w:br/>
        <w:t>f 8471/9987/8692 8470/9984/8692 8468/9986/8692</w:t>
        <w:br/>
        <w:t>f 8475/9988/8693 8474/9989/8693 8473/9990/8694</w:t>
        <w:br/>
        <w:t>f 8472/9991/8694 8475/9988/8693 8473/9990/8694</w:t>
        <w:br/>
        <w:t>f 8478/9992/8695 8477/9993/8696 8476/9994/8697</w:t>
        <w:br/>
        <w:t>f 8274/9787/8547 8478/9992/8695 8476/9994/8697</w:t>
        <w:br/>
        <w:t>f 8480/9995/8698 8479/9996/8699 8273/9788/8548</w:t>
        <w:br/>
        <w:t>f 8481/9997/8700 8480/9995/8698 8273/9788/8548</w:t>
        <w:br/>
        <w:t>f 8273/9788/8548 8274/9787/8547 8476/9994/8697</w:t>
        <w:br/>
        <w:t>f 8475/9988/8693 8477/9993/8696 8478/9992/8695</w:t>
        <w:br/>
        <w:t>f 8474/9989/8693 8475/9988/8693 8478/9992/8695</w:t>
        <w:br/>
        <w:t>f 8483/9998/8701 8472/9991/8694 8473/9990/8694</w:t>
        <w:br/>
        <w:t>f 8482/9999/8701 8483/9998/8701 8473/9990/8694</w:t>
        <w:br/>
        <w:t>f 8479/9996/8699 8480/9995/8698 8485/10000/8702</w:t>
        <w:br/>
        <w:t>f 8484/10001/8702 8479/9996/8699 8485/10000/8702</w:t>
        <w:br/>
        <w:t>f 8489/10002/8703 8488/10003/8704 8487/10004/8705</w:t>
        <w:br/>
        <w:t>f 8486/10005/8706 8489/10002/8703 8487/10004/8705</w:t>
        <w:br/>
        <w:t>f 8492/10006/8707 8491/10007/8707 8490/10008/8708</w:t>
        <w:br/>
        <w:t>f 8494/10009/8709 8320/9833/8585 8317/9836/8587</w:t>
        <w:br/>
        <w:t>f 8493/10010/8710 8494/10009/8709 8317/9836/8587</w:t>
        <w:br/>
        <w:t>f 8493/10010/8710 8317/9836/8587 8496/10011/8711</w:t>
        <w:br/>
        <w:t>f 8495/10012/8711 8493/10010/8710 8496/10011/8711</w:t>
        <w:br/>
        <w:t>f 8489/10002/8703 8491/10007/8707 8492/10006/8707</w:t>
        <w:br/>
        <w:t>f 8488/10003/8704 8489/10002/8703 8492/10006/8707</w:t>
        <w:br/>
        <w:t>f 8486/10005/8706 8487/10004/8705 8320/9833/8585</w:t>
        <w:br/>
        <w:t>f 8494/10009/8709 8486/10005/8706 8320/9833/8585</w:t>
        <w:br/>
        <w:t>f 8490/10008/8712 8498/10013/8713 8497/10014/8714</w:t>
        <w:br/>
        <w:t>f 8501/10015/8715 8500/10016/8716 8499/10017/8716</w:t>
        <w:br/>
        <w:t>f 8502/10018/8717 8501/10015/8715 8499/10017/8716</w:t>
        <w:br/>
        <w:t>f 8506/10019/8718 8505/10020/8719 8504/10021/8720</w:t>
        <w:br/>
        <w:t>f 8503/10022/8720 8506/10019/8718 8504/10021/8720</w:t>
        <w:br/>
        <w:t>f 8510/10023/8721 8509/10024/8722 8508/10025/8723</w:t>
        <w:br/>
        <w:t>f 8507/10026/8721 8510/10023/8721 8508/10025/8723</w:t>
        <w:br/>
        <w:t>f 8512/10027/8724 8508/10025/8723 8509/10024/8722</w:t>
        <w:br/>
        <w:t>f 8511/10028/8725 8512/10027/8724 8509/10024/8722</w:t>
        <w:br/>
        <w:t>f 8500/10016/8716 8512/10027/8724 8511/10028/8725</w:t>
        <w:br/>
        <w:t>f 8499/10017/8716 8500/10016/8716 8511/10028/8725</w:t>
        <w:br/>
        <w:t>f 8514/10029/8726 8513/10030/8727 8505/10020/8719</w:t>
        <w:br/>
        <w:t>f 8506/10019/8718 8514/10029/8726 8505/10020/8719</w:t>
        <w:br/>
        <w:t>f 8344/9859/8605 8348/9861/8606 8345/9864/8606</w:t>
        <w:br/>
        <w:t>f 8343/9860/8605 8344/9859/8605 8345/9864/8606</w:t>
        <w:br/>
        <w:t>f 8485/10000/8702 8483/9998/8701 8482/9999/8701</w:t>
        <w:br/>
        <w:t>f 8484/10001/8702 8485/10000/8702 8482/9999/8701</w:t>
        <w:br/>
        <w:t>f 8497/10014/8714 8498/10013/8713 8495/10012/8711</w:t>
        <w:br/>
        <w:t>f 8496/10011/8711 8497/10014/8714 8495/10012/8711</w:t>
        <w:br/>
        <w:t>f 8513/10030/8727 8514/10029/8726 8678/10031/8728</w:t>
        <w:br/>
        <w:t>f 8677/10032/8728 8513/10030/8727 8678/10031/8728</w:t>
        <w:br/>
        <w:t>f 8408/9924/8645 8403/9920/8642 8404/9919/8642</w:t>
        <w:br/>
        <w:t>f 8407/9921/8643 8408/9924/8645 8404/9919/8642</w:t>
        <w:br/>
        <w:t>f 8435/9952/8668 8436/9951/8667 8440/9955/8670</w:t>
        <w:br/>
        <w:t>f 8337/9854/8601 8435/9952/8668 8440/9955/8670</w:t>
        <w:br/>
        <w:t>f 8452/9969/8681 8451/9966/8729 8408/9924/8730</w:t>
        <w:br/>
        <w:t>f 8335/9852/8599 8452/9969/8681 8408/9924/8730</w:t>
        <w:br/>
        <w:t>f 8467/9980/8688 8461/9974/8684 8458/9977/8686</w:t>
        <w:br/>
        <w:t>f 8466/9981/8689 8467/9980/8688 8458/9977/8686</w:t>
        <w:br/>
        <w:t>f 8396/9909/8636 8393/9912/8636 8391/9908/8635</w:t>
        <w:br/>
        <w:t>f 8392/9907/8635 8396/9909/8636 8391/9908/8635</w:t>
        <w:br/>
        <w:t>f 8439/9956/8671 8438/9953/8669 8437/9954/8669</w:t>
        <w:br/>
        <w:t>f 8338/9853/8600 8439/9956/8671 8437/9954/8669</w:t>
        <w:br/>
        <w:t>f 8448/9965/8677 8449/9964/8677 8453/9968/8680</w:t>
        <w:br/>
        <w:t>f 8336/9851/8598 8448/9965/8677 8453/9968/8680</w:t>
        <w:br/>
        <w:t>f 8457/9970/8682 8680/10033/8731 8679/10034/8731</w:t>
        <w:br/>
        <w:t>f 8456/9971/8682 8457/9970/8682 8679/10034/8731</w:t>
        <w:br/>
        <w:t>f 6988/9706/8478 6989/9705/8477 6799/9517/8346</w:t>
        <w:br/>
        <w:t>f 6800/9516/8346 6988/9706/8478 6799/9517/8346</w:t>
        <w:br/>
        <w:t>f 8273/9788/8548 8476/9994/8697 8481/9997/8700</w:t>
        <w:br/>
        <w:t>f 10138/10035/8732 8503/10022/8720 8504/10021/8720</w:t>
        <w:br/>
        <w:t>f 10139/10036/8733 10138/10035/8732 8504/10021/8720</w:t>
        <w:br/>
        <w:t>f 10748/10037/8734 10747/10038/8735 10746/10039/8736</w:t>
        <w:br/>
        <w:t>f 10745/10040/8734 10748/10037/8734 10746/10039/8736</w:t>
        <w:br/>
        <w:t>f 10752/10041/8737 10751/10042/8737 10750/10043/8738</w:t>
        <w:br/>
        <w:t>f 10749/10044/8738 10752/10041/8737 10750/10043/8738</w:t>
        <w:br/>
        <w:t>f 10755/10045/8739 10754/10046/8739 10753/10047/8740</w:t>
        <w:br/>
        <w:t>f 10756/10048/8740 10755/10045/8739 10753/10047/8740</w:t>
        <w:br/>
        <w:t>f 10760/10049/8741 10759/10050/8742 10758/10051/8743</w:t>
        <w:br/>
        <w:t>f 10757/10052/8741 10760/10049/8741 10758/10051/8743</w:t>
        <w:br/>
        <w:t>f 10764/10053/8744 10763/10054/8745 10762/10055/8745</w:t>
        <w:br/>
        <w:t>f 10761/10056/8745 10764/10053/8744 10762/10055/8745</w:t>
        <w:br/>
        <w:t>f 10767/10057/8746 10766/10058/8747 10765/10059/8746</w:t>
        <w:br/>
        <w:t>f 10768/10060/8746 10767/10057/8746 10765/10059/8746</w:t>
        <w:br/>
        <w:t>f 10772/10061/8748 10771/10062/8749 10770/10063/8749</w:t>
        <w:br/>
        <w:t>f 10769/10064/8749 10772/10061/8748 10770/10063/8749</w:t>
        <w:br/>
        <w:t>f 10776/10065/8750 10775/10066/8751 10774/10067/8752</w:t>
        <w:br/>
        <w:t>f 10773/10068/8753 10776/10065/8750 10774/10067/8752</w:t>
        <w:br/>
        <w:t>f 10779/10069/8754 10778/10070/8755 10777/10071/8756</w:t>
        <w:br/>
        <w:t>f 10780/10072/8757 10779/10069/8754 10777/10071/8756</w:t>
        <w:br/>
        <w:t>f 10783/10073/8758 10782/10074/8759 10781/10075/8760</w:t>
        <w:br/>
        <w:t>f 10784/10076/8761 10783/10073/8758 10781/10075/8760</w:t>
        <w:br/>
        <w:t>f 10777/10071/8756 10787/10077/8762 10786/10078/8763</w:t>
        <w:br/>
        <w:t>f 10785/10079/8764 10777/10071/8756 10786/10078/8763</w:t>
        <w:br/>
        <w:t>f 10790/10080/8765 10789/10081/8766 10788/10082/8767</w:t>
        <w:br/>
        <w:t>f 10782/10074/8759 10790/10080/8765 10788/10082/8767</w:t>
        <w:br/>
        <w:t>f 10793/10083/8768 10792/10084/8769 10791/10085/8770</w:t>
        <w:br/>
        <w:t>f 10778/10070/8755 10793/10083/8768 10791/10085/8770</w:t>
        <w:br/>
        <w:t>f 10781/10075/8760 10796/10086/8771 10795/10087/8772</w:t>
        <w:br/>
        <w:t>f 10794/10088/8773 10781/10075/8760 10795/10087/8772</w:t>
        <w:br/>
        <w:t>f 10791/10085/8770 10798/10089/8774 10797/10090/8775</w:t>
        <w:br/>
        <w:t>f 10787/10077/8762 10791/10085/8770 10797/10090/8775</w:t>
        <w:br/>
        <w:t>f 10788/10082/8767 10800/10091/8776 10799/10092/8777</w:t>
        <w:br/>
        <w:t>f 10796/10086/8771 10788/10082/8767 10799/10092/8777</w:t>
        <w:br/>
        <w:t>f 10759/10050/8742 10802/10093/8778 10801/10094/8779</w:t>
        <w:br/>
        <w:t>f 10758/10051/8743 10759/10050/8742 10801/10094/8779</w:t>
        <w:br/>
        <w:t>f 10748/10037/8734 10745/10040/8734 10803/10095/8780</w:t>
        <w:br/>
        <w:t>f 10804/10096/8780 10748/10037/8734 10803/10095/8780</w:t>
        <w:br/>
        <w:t>f 10757/10052/8741 10806/10097/8781 10805/10098/8738</w:t>
        <w:br/>
        <w:t>f 10760/10049/8741 10757/10052/8741 10805/10098/8738</w:t>
        <w:br/>
        <w:t>f 10751/10042/8737 10752/10041/8737 10756/10048/8740</w:t>
        <w:br/>
        <w:t>f 10753/10047/8740 10751/10042/8737 10756/10048/8740</w:t>
        <w:br/>
        <w:t>f 10777/10071/8756 10785/10079/8764 10807/10099/8782</w:t>
        <w:br/>
        <w:t>f 10780/10072/8757 10777/10071/8756 10807/10099/8782</w:t>
        <w:br/>
        <w:t>f 10781/10075/8760 10794/10088/8773 10808/10100/8783</w:t>
        <w:br/>
        <w:t>f 10784/10076/8761 10781/10075/8760 10808/10100/8783</w:t>
        <w:br/>
        <w:t>f 10787/10077/8762 10797/10090/8775 10809/10101/8784</w:t>
        <w:br/>
        <w:t>f 10786/10078/8763 10787/10077/8762 10809/10101/8784</w:t>
        <w:br/>
        <w:t>f 10782/10074/8759 10783/10073/8758 10810/10102/8785</w:t>
        <w:br/>
        <w:t>f 10790/10080/8765 10782/10074/8759 10810/10102/8785</w:t>
        <w:br/>
        <w:t>f 10778/10070/8755 10779/10069/8754 10793/10083/8768</w:t>
        <w:br/>
        <w:t>f 10796/10086/8771 10799/10092/8777 10795/10087/8772</w:t>
        <w:br/>
        <w:t>f 10791/10085/8770 10792/10084/8769 10798/10089/8774</w:t>
        <w:br/>
        <w:t>f 10788/10082/8767 10789/10081/8766 10800/10091/8776</w:t>
        <w:br/>
        <w:t>f 10747/10038/8735 10801/10094/8779 10802/10093/8778</w:t>
        <w:br/>
        <w:t>f 10746/10039/8736 10747/10038/8735 10802/10093/8778</w:t>
        <w:br/>
        <w:t>f 10804/10096/8780 10803/10095/8780 10754/10046/8739</w:t>
        <w:br/>
        <w:t>f 10755/10045/8739 10804/10096/8780 10754/10046/8739</w:t>
        <w:br/>
        <w:t>f 10813/10103/8786 10812/10104/8787 10811/10105/8788</w:t>
        <w:br/>
        <w:t>f 10814/10106/8789 10813/10103/8786 10811/10105/8788</w:t>
        <w:br/>
        <w:t>f 10816/10107/8790 10815/10108/8791 10813/10103/8786</w:t>
        <w:br/>
        <w:t>f 10817/10109/8792 10816/10107/8790 10813/10103/8786</w:t>
        <w:br/>
        <w:t>f 10819/10110/8793 10815/10108/8791 10818/10111/8794</w:t>
        <w:br/>
        <w:t>f 10820/10112/8795 10819/10110/8793 10818/10111/8794</w:t>
        <w:br/>
        <w:t>f 10822/10113/8796 10812/10104/8787 10819/10110/8793</w:t>
        <w:br/>
        <w:t>f 10821/10114/8797 10822/10113/8796 10819/10110/8793</w:t>
        <w:br/>
        <w:t>f 10812/10104/8787 10822/10113/8796 10823/10115/8798</w:t>
        <w:br/>
        <w:t>f 10811/10105/8788 10812/10104/8787 10823/10115/8798</w:t>
        <w:br/>
        <w:t>f 10813/10103/8786 10814/10106/8789 10824/10116/8799</w:t>
        <w:br/>
        <w:t>f 10817/10109/8792 10813/10103/8786 10824/10116/8799</w:t>
        <w:br/>
        <w:t>f 10815/10108/8791 10816/10107/8790 10825/10117/8800</w:t>
        <w:br/>
        <w:t>f 10818/10111/8794 10815/10108/8791 10825/10117/8800</w:t>
        <w:br/>
        <w:t>f 10819/10110/8793 10820/10112/8795 10826/10118/8801</w:t>
        <w:br/>
        <w:t>f 10821/10114/8797 10819/10110/8793 10826/10118/8801</w:t>
        <w:br/>
        <w:t>f 10829/10119/8802 10828/10120/8803 10827/10121/8804</w:t>
        <w:br/>
        <w:t>f 10830/10122/8805 10829/10119/8802 10827/10121/8804</w:t>
        <w:br/>
        <w:t>f 10829/10119/8802 10832/10123/8806 10831/10124/8807</w:t>
        <w:br/>
        <w:t>f 10833/10125/8808 10829/10119/8802 10831/10124/8807</w:t>
        <w:br/>
        <w:t>f 10836/10126/8809 10835/10127/8810 10834/10128/8811</w:t>
        <w:br/>
        <w:t>f 10832/10123/8806 10836/10126/8809 10834/10128/8811</w:t>
        <w:br/>
        <w:t>f 10836/10126/8809 10830/10122/8805 10838/10129/8812</w:t>
        <w:br/>
        <w:t>f 10837/10130/8813 10836/10126/8809 10838/10129/8812</w:t>
        <w:br/>
        <w:t>f 10830/10122/8805 10827/10121/8804 10839/10131/8814</w:t>
        <w:br/>
        <w:t>f 10838/10129/8812 10830/10122/8805 10839/10131/8814</w:t>
        <w:br/>
        <w:t>f 10829/10119/8802 10833/10125/8808 10840/10132/8815</w:t>
        <w:br/>
        <w:t>f 10828/10120/8803 10829/10119/8802 10840/10132/8815</w:t>
        <w:br/>
        <w:t>f 10832/10123/8806 10834/10128/8811 10841/10133/8816</w:t>
        <w:br/>
        <w:t>f 10831/10124/8807 10832/10123/8806 10841/10133/8816</w:t>
        <w:br/>
        <w:t>f 10835/10127/8810 10836/10126/8809 10837/10130/8813</w:t>
        <w:br/>
        <w:t>f 10842/10134/8817 10835/10127/8810 10837/10130/8813</w:t>
        <w:br/>
        <w:t>f 10845/10135/8818 10844/10136/8818 10843/10137/8819</w:t>
        <w:br/>
        <w:t>f 10846/10138/8819 10845/10135/8818 10843/10137/8819</w:t>
        <w:br/>
        <w:t>f 10849/10139/8820 10848/10140/8821 10847/10141/8821</w:t>
        <w:br/>
        <w:t>f 10850/10142/8820 10849/10139/8820 10847/10141/8821</w:t>
        <w:br/>
        <w:t>f 10853/10143/8822 10852/10144/8823 10851/10145/8824</w:t>
        <w:br/>
        <w:t>f 10854/10146/8825 10853/10143/8822 10851/10145/8824</w:t>
        <w:br/>
        <w:t>f 10857/10147/8826 10856/10148/8827 10855/10149/8827</w:t>
        <w:br/>
        <w:t>f 10858/10150/8827 10857/10147/8826 10855/10149/8827</w:t>
        <w:br/>
        <w:t>f 10862/10151/8828 10861/10152/8828 10860/10153/8828</w:t>
        <w:br/>
        <w:t>f 10859/10154/8828 10862/10151/8828 10860/10153/8828</w:t>
        <w:br/>
        <w:t>f 10865/10155/8829 10864/10156/8830 10863/10157/8830</w:t>
        <w:br/>
        <w:t>f 10866/10158/8829 10865/10155/8829 10863/10157/8830</w:t>
        <w:br/>
        <w:t>f 10869/10159/8831 10868/10160/8832 10867/10161/8833</w:t>
        <w:br/>
        <w:t>f 10870/10162/8831 10869/10159/8831 10867/10161/8833</w:t>
        <w:br/>
        <w:t>f 10873/10163/8834 10872/10164/8835 10871/10165/8835</w:t>
        <w:br/>
        <w:t>f 10874/10166/8834 10873/10163/8834 10871/10165/8835</w:t>
        <w:br/>
        <w:t>f 10875/10167/8836 10873/10163/8834 10874/10166/8834</w:t>
        <w:br/>
        <w:t>f 10876/10168/8837 10875/10167/8836 10874/10166/8834</w:t>
        <w:br/>
        <w:t>f 10877/10169/8838 10849/10139/8820 10850/10142/8820</w:t>
        <w:br/>
        <w:t>f 10878/10170/8839 10877/10169/8838 10850/10142/8820</w:t>
        <w:br/>
        <w:t>f 10880/10171/8840 10879/10172/8841 10854/10146/8825</w:t>
        <w:br/>
        <w:t>f 10851/10145/8824 10880/10171/8840 10854/10146/8825</w:t>
        <w:br/>
        <w:t>f 10881/10173/8842 10865/10155/8829 10866/10158/8829</w:t>
        <w:br/>
        <w:t>f 10882/10174/8842 10881/10173/8842 10866/10158/8829</w:t>
        <w:br/>
        <w:t>f 10872/10164/8835 10881/10173/8842 10882/10174/8842</w:t>
        <w:br/>
        <w:t>f 10871/10165/8835 10872/10164/8835 10882/10174/8842</w:t>
        <w:br/>
        <w:t>f 10863/10157/8830 10864/10156/8830 10879/10172/8841</w:t>
        <w:br/>
        <w:t>f 10880/10171/8840 10863/10157/8830 10879/10172/8841</w:t>
        <w:br/>
        <w:t>f 10852/10144/8823 10853/10143/8822 10877/10169/8838</w:t>
        <w:br/>
        <w:t>f 10878/10170/8839 10852/10144/8823 10877/10169/8838</w:t>
        <w:br/>
        <w:t>f 10883/10175/8843 10875/10167/8836 10876/10168/8837</w:t>
        <w:br/>
        <w:t>f 10884/10176/8821 10883/10175/8843 10876/10168/8837</w:t>
        <w:br/>
        <w:t>f 10987/10177/8844 10986/10178/8845 10985/10179/8846</w:t>
        <w:br/>
        <w:t>f 10984/10180/8847 10987/10177/8844 10985/10179/8846</w:t>
        <w:br/>
        <w:t>f 10989/10181/8848 10988/10182/8849 10985/10179/8846</w:t>
        <w:br/>
        <w:t>f 10986/10178/8845 10989/10181/8848 10985/10179/8846</w:t>
        <w:br/>
        <w:t>f 10991/10183/8850 10988/10182/8849 10989/10181/8848</w:t>
        <w:br/>
        <w:t>f 10990/10184/8851 10991/10183/8850 10989/10181/8848</w:t>
        <w:br/>
        <w:t>f 10995/10185/8852 10994/10186/8853 10993/10187/8854</w:t>
        <w:br/>
        <w:t>f 10992/10188/8855 10995/10185/8852 10993/10187/8854</w:t>
        <w:br/>
        <w:t>f 10994/10186/8853 10987/10177/8844 10984/10180/8847</w:t>
        <w:br/>
        <w:t>f 10993/10187/8854 10994/10186/8853 10984/10180/8847</w:t>
        <w:br/>
        <w:t>f 10999/10189/8856 10998/10190/8857 10997/10191/8858</w:t>
        <w:br/>
        <w:t>f 10996/10192/8859 10999/10189/8856 10997/10191/8858</w:t>
        <w:br/>
        <w:t>f 11001/10193/8860 10995/10185/8852 10992/10188/8855</w:t>
        <w:br/>
        <w:t>f 11000/10194/8861 11001/10193/8860 10992/10188/8855</w:t>
        <w:br/>
        <w:t>f 11005/10195/8862 11004/10196/8863 11003/10197/8864</w:t>
        <w:br/>
        <w:t>f 11002/10198/8865 11005/10195/8862 11003/10197/8864</w:t>
        <w:br/>
        <w:t>f 11008/10199/8866 11007/10200/8866 11006/10201/8867</w:t>
        <w:br/>
        <w:t>f 11009/10202/8868 11008/10199/8866 11006/10201/8867</w:t>
        <w:br/>
        <w:t>f 11008/10199/8866 11011/10203/8869 11010/10204/8870</w:t>
        <w:br/>
        <w:t>f 11007/10200/8866 11008/10199/8866 11010/10204/8870</w:t>
        <w:br/>
        <w:t>f 11010/10204/8870 11011/10203/8869 11013/10205/8871</w:t>
        <w:br/>
        <w:t>f 11012/10206/8872 11010/10204/8870 11013/10205/8871</w:t>
        <w:br/>
        <w:t>f 11017/10207/8873 11016/10208/8873 11015/10209/8874</w:t>
        <w:br/>
        <w:t>f 11014/10210/8874 11017/10207/8873 11015/10209/8874</w:t>
        <w:br/>
        <w:t>f 11009/10202/8868 11006/10201/8867 11014/10210/8874</w:t>
        <w:br/>
        <w:t>f 11015/10209/8874 11009/10202/8868 11014/10210/8874</w:t>
        <w:br/>
        <w:t>f 11021/10211/8875 11020/10212/8875 11019/10213/8876</w:t>
        <w:br/>
        <w:t>f 11018/10214/8877 11021/10211/8875 11019/10213/8876</w:t>
        <w:br/>
        <w:t>f 11023/10215/8878 11022/10216/8878 11016/10208/8873</w:t>
        <w:br/>
        <w:t>f 11017/10207/8873 11023/10215/8878 11016/10208/8873</w:t>
        <w:br/>
        <w:t>f 11026/10217/8879 11025/10218/8879 11024/10219/8880</w:t>
        <w:br/>
        <w:t>f 11027/10220/8880 11026/10217/8879 11024/10219/8880</w:t>
        <w:br/>
        <w:t>f 10984/10180/8847 10985/10179/8846 11029/10221/8881</w:t>
        <w:br/>
        <w:t>f 11028/10222/8882 10984/10180/8847 11029/10221/8881</w:t>
        <w:br/>
        <w:t>f 10988/10182/8849 11030/10223/8883 11029/10221/8881</w:t>
        <w:br/>
        <w:t>f 10985/10179/8846 10988/10182/8849 11029/10221/8881</w:t>
        <w:br/>
        <w:t>f 10991/10183/8850 11031/10224/8884 11030/10223/8883</w:t>
        <w:br/>
        <w:t>f 10988/10182/8849 10991/10183/8850 11030/10223/8883</w:t>
        <w:br/>
        <w:t>f 10992/10188/8855 10993/10187/8854 11033/10225/8885</w:t>
        <w:br/>
        <w:t>f 11032/10226/8886 10992/10188/8855 11033/10225/8885</w:t>
        <w:br/>
        <w:t>f 10993/10187/8854 10984/10180/8847 11028/10222/8882</w:t>
        <w:br/>
        <w:t>f 11033/10225/8885 10993/10187/8854 11028/10222/8882</w:t>
        <w:br/>
        <w:t>f 11037/10227/8887 11036/10228/8888 11035/10229/8888</w:t>
        <w:br/>
        <w:t>f 11034/10230/8889 11037/10227/8887 11035/10229/8888</w:t>
        <w:br/>
        <w:t>f 11039/10231/8890 11038/10232/8891 10998/10190/8857</w:t>
        <w:br/>
        <w:t>f 10999/10189/8856 11039/10231/8890 10998/10190/8857</w:t>
        <w:br/>
        <w:t>f 11000/10194/8861 10992/10188/8855 11032/10226/8886</w:t>
        <w:br/>
        <w:t>f 11040/10233/8892 11000/10194/8861 11032/10226/8886</w:t>
        <w:br/>
        <w:t>f 11005/10195/8862 11040/10233/8893 11041/10234/8894</w:t>
        <w:br/>
        <w:t>f 11004/10196/8863 11005/10195/8862 11041/10234/8894</w:t>
        <w:br/>
        <w:t>f 11044/10235/8895 11043/10236/8896 11042/10237/8897</w:t>
        <w:br/>
        <w:t>f 11045/10238/8898 11044/10235/8895 11042/10237/8897</w:t>
        <w:br/>
        <w:t>f 11047/10239/8899 11046/10240/8900 11042/10237/8897</w:t>
        <w:br/>
        <w:t>f 11043/10236/8896 11047/10239/8899 11042/10237/8897</w:t>
        <w:br/>
        <w:t>f 11002/10198/8865 11003/10197/8864 11049/10241/8901</w:t>
        <w:br/>
        <w:t>f 11048/10242/8902 11002/10198/8865 11049/10241/8901</w:t>
        <w:br/>
        <w:t>f 11001/10193/8860 11051/10243/8903 11050/10244/8904</w:t>
        <w:br/>
        <w:t>f 10995/10185/8852 11001/10193/8860 11050/10244/8904</w:t>
        <w:br/>
        <w:t>f 10995/10185/8852 11050/10244/8904 11052/10245/8905</w:t>
        <w:br/>
        <w:t>f 10994/10186/8853 10995/10185/8852 11052/10245/8905</w:t>
        <w:br/>
        <w:t>f 10987/10177/8844 10994/10186/8853 11052/10245/8905</w:t>
        <w:br/>
        <w:t>f 11053/10246/8906 10987/10177/8844 11052/10245/8905</w:t>
        <w:br/>
        <w:t>f 10987/10177/8844 11053/10246/8906 11054/10247/8907</w:t>
        <w:br/>
        <w:t>f 10986/10178/8845 10987/10177/8844 11054/10247/8907</w:t>
        <w:br/>
        <w:t>f 10989/10181/8848 10986/10178/8845 11054/10247/8907</w:t>
        <w:br/>
        <w:t>f 11055/10248/8908 10989/10181/8848 11054/10247/8907</w:t>
        <w:br/>
        <w:t>f 10990/10184/8851 10989/10181/8848 11055/10248/8908</w:t>
        <w:br/>
        <w:t>f 11056/10249/8909 10990/10184/8851 11055/10248/8908</w:t>
        <w:br/>
        <w:t>f 10997/10191/8858 11058/10250/8910 11057/10251/8911</w:t>
        <w:br/>
        <w:t>f 10996/10192/8859 10997/10191/8858 11057/10251/8911</w:t>
        <w:br/>
        <w:t>f 11060/10252/8912 11059/10253/8913 11035/10229/8888</w:t>
        <w:br/>
        <w:t>f 11036/10228/8888 11060/10252/8912 11035/10229/8888</w:t>
        <w:br/>
        <w:t>f 11003/10197/8864 11046/10240/8900 11047/10239/8899</w:t>
        <w:br/>
        <w:t>f 11049/10241/8901 11003/10197/8864 11047/10239/8899</w:t>
        <w:br/>
        <w:t>f 11062/10254/8914 11025/10218/8879 11026/10217/8879</w:t>
        <w:br/>
        <w:t>f 11061/10255/8915 11062/10254/8914 11026/10217/8879</w:t>
        <w:br/>
        <w:t>f 11044/10235/8895 11045/10238/8898 11004/10196/8863</w:t>
        <w:br/>
        <w:t>f 11041/10234/8894 11044/10235/8895 11004/10196/8863</w:t>
        <w:br/>
        <w:t>f 11003/10197/8864 11004/10196/8863 11045/10238/8898</w:t>
        <w:br/>
        <w:t>f 11046/10240/8900 11003/10197/8864 11045/10238/8898</w:t>
        <w:br/>
        <w:t>f 11037/10227/8887 10999/10189/8856 10996/10192/8859</w:t>
        <w:br/>
        <w:t>f 11060/10252/8912 11037/10227/8887 10996/10192/8859</w:t>
        <w:br/>
        <w:t>f 11034/10230/8889 11039/10231/8890 10999/10189/8856</w:t>
        <w:br/>
        <w:t>f 11037/10227/8887 11034/10230/8889 10999/10189/8856</w:t>
        <w:br/>
        <w:t>f 11018/10214/8877 11019/10213/8876 11064/10256/8916</w:t>
        <w:br/>
        <w:t>f 11063/10257/8916 11018/10214/8877 11064/10256/8916</w:t>
        <w:br/>
        <w:t>f 11059/10253/8913 11060/10252/8912 10996/10192/8859</w:t>
        <w:br/>
        <w:t>f 11057/10251/8911 11059/10253/8913 10996/10192/8859</w:t>
        <w:br/>
        <w:t>f 11060/10252/8912 11065/10258/8917 11037/10227/8887</w:t>
        <w:br/>
        <w:t>f 11045/10238/8898 11042/10237/8897 11046/10240/8900</w:t>
        <w:br/>
        <w:t>f 11061/10255/8915 11066/10259/8918 11062/10254/8914</w:t>
        <w:br/>
        <w:t>f 11064/10256/8916 11067/10260/8919 11063/10257/8916</w:t>
        <w:br/>
        <w:t>f 11070/10261/8920 11069/10262/8921 11068/10263/8922</w:t>
        <w:br/>
        <w:t>f 11071/10264/8923 11070/10261/8920 11068/10263/8922</w:t>
        <w:br/>
        <w:t>f 11072/10265/8924 11071/10264/8923 11068/10263/8922</w:t>
        <w:br/>
        <w:t>f 11073/10266/8925 11072/10265/8924 11068/10263/8922</w:t>
        <w:br/>
        <w:t>f 11074/10267/8926 11073/10266/8925 11068/10263/8922</w:t>
        <w:br/>
        <w:t>f 11075/10268/8927 11074/10267/8926 11068/10263/8922</w:t>
        <w:br/>
        <w:t>f 11076/10269/8928 11075/10268/8927 11068/10263/8922</w:t>
        <w:br/>
        <w:t>f 11069/10262/8921 11076/10269/8928 11068/10263/8922</w:t>
        <w:br/>
        <w:t>f 11079/10270/8929 11078/10271/8930 11077/10272/8931</w:t>
        <w:br/>
        <w:t>f 11078/10271/8930 11080/10273/8932 11077/10272/8931</w:t>
        <w:br/>
        <w:t>f 11080/10273/8932 11081/10274/8933 11077/10272/8931</w:t>
        <w:br/>
        <w:t>f 11081/10274/8933 11082/10275/8934 11077/10272/8931</w:t>
        <w:br/>
        <w:t>f 11082/10275/8934 11083/10276/8935 11077/10272/8931</w:t>
        <w:br/>
        <w:t>f 11083/10276/8935 11084/10277/8936 11077/10272/8931</w:t>
        <w:br/>
        <w:t>f 11084/10277/8936 11085/10278/8937 11077/10272/8931</w:t>
        <w:br/>
        <w:t>f 11085/10278/8937 11079/10270/8929 11077/10272/8931</w:t>
        <w:br/>
        <w:t>f 11089/10279/8938 11088/10280/8939 11087/10281/8940</w:t>
        <w:br/>
        <w:t>f 11086/10282/8941 11089/10279/8938 11087/10281/8940</w:t>
        <w:br/>
        <w:t>f 11088/10280/8939 11091/10283/8942 11090/10284/8943</w:t>
        <w:br/>
        <w:t>f 11087/10281/8940 11088/10280/8939 11090/10284/8943</w:t>
        <w:br/>
        <w:t>f 11091/10283/8942 11093/10285/8944 11092/10286/8945</w:t>
        <w:br/>
        <w:t>f 11090/10284/8943 11091/10283/8942 11092/10286/8945</w:t>
        <w:br/>
        <w:t>f 11095/10287/8946 11094/10288/8947 11092/10286/8945</w:t>
        <w:br/>
        <w:t>f 11093/10285/8944 11095/10287/8946 11092/10286/8945</w:t>
        <w:br/>
        <w:t>f 11094/10288/8947 11095/10287/8946 11097/10289/8948</w:t>
        <w:br/>
        <w:t>f 11096/10290/8949 11094/10288/8947 11097/10289/8948</w:t>
        <w:br/>
        <w:t>f 11096/10290/8949 11097/10289/8948 11098/10291/8950</w:t>
        <w:br/>
        <w:t>f 11099/10292/8951 11096/10290/8949 11098/10291/8950</w:t>
        <w:br/>
        <w:t>f 11101/10293/8952 11100/10294/8953 11099/10292/8951</w:t>
        <w:br/>
        <w:t>f 11098/10291/8950 11101/10293/8952 11099/10292/8951</w:t>
        <w:br/>
        <w:t>f 11089/10279/8938 11086/10282/8941 11100/10294/8953</w:t>
        <w:br/>
        <w:t>f 11101/10293/8952 11089/10279/8938 11100/10294/8953</w:t>
        <w:br/>
        <w:t>f 11105/10295/8954 11104/10296/8955 11103/10297/8956</w:t>
        <w:br/>
        <w:t>f 11102/10298/8954 11105/10295/8954 11103/10297/8956</w:t>
        <w:br/>
        <w:t>f 11104/10296/8955 11107/10299/8957 11106/10300/8957</w:t>
        <w:br/>
        <w:t>f 11103/10297/8956 11104/10296/8955 11106/10300/8957</w:t>
        <w:br/>
        <w:t>f 11107/10299/8957 11108/10301/8958 11093/10285/8944</w:t>
        <w:br/>
        <w:t>f 11106/10300/8957 11107/10299/8957 11093/10285/8944</w:t>
        <w:br/>
        <w:t>f 11108/10301/8958 11110/10302/8959 11109/10303/8960</w:t>
        <w:br/>
        <w:t>f 11093/10285/8944 11108/10301/8958 11109/10303/8960</w:t>
        <w:br/>
        <w:t>f 11109/10303/8960 11110/10302/8959 11112/10304/8961</w:t>
        <w:br/>
        <w:t>f 11111/10305/8961 11109/10303/8960 11112/10304/8961</w:t>
        <w:br/>
        <w:t>f 11111/10305/8961 11112/10304/8961 11113/10306/8962</w:t>
        <w:br/>
        <w:t>f 11114/10307/8962 11111/10305/8961 11113/10306/8962</w:t>
        <w:br/>
        <w:t>f 11116/10308/8963 11115/10309/8963 11114/10307/8962</w:t>
        <w:br/>
        <w:t>f 11113/10306/8962 11116/10308/8963 11114/10307/8962</w:t>
        <w:br/>
        <w:t>f 11116/10308/8963 11105/10295/8954 11102/10298/8954</w:t>
        <w:br/>
        <w:t>f 11115/10309/8963 11116/10308/8963 11102/10298/8954</w:t>
        <w:br/>
        <w:t>f 11120/10310/8964 11119/10311/8965 11118/10312/8966</w:t>
        <w:br/>
        <w:t>f 11117/10313/8967 11120/10310/8964 11118/10312/8966</w:t>
        <w:br/>
        <w:t>f 11117/10313/8967 11122/10314/8968 11121/10315/8969</w:t>
        <w:br/>
        <w:t>f 11120/10310/8964 11117/10313/8967 11121/10315/8969</w:t>
        <w:br/>
        <w:t>f 11122/10314/8968 11124/10316/8970 11123/10317/8971</w:t>
        <w:br/>
        <w:t>f 11121/10315/8969 11122/10314/8968 11123/10317/8971</w:t>
        <w:br/>
        <w:t>f 11124/10316/8970 11126/10318/8972 11125/10319/8973</w:t>
        <w:br/>
        <w:t>f 11123/10317/8971 11124/10316/8970 11125/10319/8973</w:t>
        <w:br/>
        <w:t>f 11128/10320/8974 11127/10321/8975 11125/10319/8973</w:t>
        <w:br/>
        <w:t>f 11126/10318/8972 11128/10320/8974 11125/10319/8973</w:t>
        <w:br/>
        <w:t>f 11130/10322/8976 11129/10323/8977 11127/10321/8975</w:t>
        <w:br/>
        <w:t>f 11128/10320/8974 11130/10322/8976 11127/10321/8975</w:t>
        <w:br/>
        <w:t>f 11130/10322/8976 11132/10324/8978 11131/10325/8979</w:t>
        <w:br/>
        <w:t>f 11129/10323/8977 11130/10322/8976 11131/10325/8979</w:t>
        <w:br/>
        <w:t>f 11131/10325/8979 11132/10324/8978 11118/10312/8966</w:t>
        <w:br/>
        <w:t>f 11119/10311/8965 11131/10325/8979 11118/10312/8966</w:t>
        <w:br/>
        <w:t>f 11117/10313/8967 11118/10312/8966 11134/10326/8980</w:t>
        <w:br/>
        <w:t>f 11133/10327/8981 11117/10313/8967 11134/10326/8980</w:t>
        <w:br/>
        <w:t>f 11133/10327/8981 11135/10328/8982 11122/10314/8968</w:t>
        <w:br/>
        <w:t>f 11117/10313/8967 11133/10327/8981 11122/10314/8968</w:t>
        <w:br/>
        <w:t>f 11136/10329/8983 11124/10316/8970 11122/10314/8968</w:t>
        <w:br/>
        <w:t>f 11135/10328/8982 11136/10329/8983 11122/10314/8968</w:t>
        <w:br/>
        <w:t>f 11137/10330/8984 11126/10318/8972 11124/10316/8970</w:t>
        <w:br/>
        <w:t>f 11136/10329/8983 11137/10330/8984 11124/10316/8970</w:t>
        <w:br/>
        <w:t>f 11137/10330/8984 11138/10331/8985 11128/10320/8974</w:t>
        <w:br/>
        <w:t>f 11126/10318/8972 11137/10330/8984 11128/10320/8974</w:t>
        <w:br/>
        <w:t>f 11138/10331/8985 11139/10332/8986 11130/10322/8976</w:t>
        <w:br/>
        <w:t>f 11128/10320/8974 11138/10331/8985 11130/10322/8976</w:t>
        <w:br/>
        <w:t>f 11140/10333/8987 11132/10324/8978 11130/10322/8976</w:t>
        <w:br/>
        <w:t>f 11139/10332/8986 11140/10333/8987 11130/10322/8976</w:t>
        <w:br/>
        <w:t>f 11132/10324/8978 11140/10333/8987 11134/10326/8980</w:t>
        <w:br/>
        <w:t>f 11118/10312/8966 11132/10324/8978 11134/10326/8980</w:t>
        <w:br/>
        <w:t>f 11090/10284/8943 11092/10286/8945 11121/10315/8969</w:t>
        <w:br/>
        <w:t>f 11123/10317/8971 11090/10284/8943 11121/10315/8969</w:t>
        <w:br/>
        <w:t>f 11092/10286/8945 11094/10288/8947 11120/10310/8964</w:t>
        <w:br/>
        <w:t>f 11121/10315/8969 11092/10286/8945 11120/10310/8964</w:t>
        <w:br/>
        <w:t>f 11096/10290/8949 11119/10311/8965 11120/10310/8964</w:t>
        <w:br/>
        <w:t>f 11094/10288/8947 11096/10290/8949 11120/10310/8964</w:t>
        <w:br/>
        <w:t>f 11099/10292/8951 11131/10325/8979 11119/10311/8965</w:t>
        <w:br/>
        <w:t>f 11096/10290/8949 11099/10292/8951 11119/10311/8965</w:t>
        <w:br/>
        <w:t>f 11100/10294/8953 11129/10323/8977 11131/10325/8979</w:t>
        <w:br/>
        <w:t>f 11099/10292/8951 11100/10294/8953 11131/10325/8979</w:t>
        <w:br/>
        <w:t>f 11100/10294/8953 11086/10282/8941 11127/10321/8975</w:t>
        <w:br/>
        <w:t>f 11129/10323/8977 11100/10294/8953 11127/10321/8975</w:t>
        <w:br/>
        <w:t>f 11086/10282/8941 11087/10281/8940 11125/10319/8973</w:t>
        <w:br/>
        <w:t>f 11127/10321/8975 11086/10282/8941 11125/10319/8973</w:t>
        <w:br/>
        <w:t>f 11087/10281/8940 11090/10284/8943 11123/10317/8971</w:t>
        <w:br/>
        <w:t>f 11125/10319/8973 11087/10281/8940 11123/10317/8971</w:t>
        <w:br/>
        <w:t>f 11144/10334/8988 11143/10335/8989 11142/10336/8990</w:t>
        <w:br/>
        <w:t>f 11141/10337/8991 11144/10334/8988 11142/10336/8990</w:t>
        <w:br/>
        <w:t>f 11141/10337/8991 11142/10336/8990 11146/10338/8992</w:t>
        <w:br/>
        <w:t>f 11145/10339/8993 11141/10337/8991 11146/10338/8992</w:t>
        <w:br/>
        <w:t>f 11145/10339/8993 11146/10338/8992 11148/10340/8994</w:t>
        <w:br/>
        <w:t>f 11147/10341/8995 11145/10339/8993 11148/10340/8994</w:t>
        <w:br/>
        <w:t>f 11148/10340/8994 11150/10342/8996 11149/10343/8997</w:t>
        <w:br/>
        <w:t>f 11147/10341/8995 11148/10340/8994 11149/10343/8997</w:t>
        <w:br/>
        <w:t>f 11151/10344/8998 11134/10326/8980 11140/10333/8987</w:t>
        <w:br/>
        <w:t>f 11149/10343/8997 11151/10344/8998 11140/10333/8987</w:t>
        <w:br/>
        <w:t>f 11151/10344/8998 11152/10345/8999 11133/10327/8981</w:t>
        <w:br/>
        <w:t>f 11134/10326/8980 11151/10344/8998 11133/10327/8981</w:t>
        <w:br/>
        <w:t>f 11152/10345/8999 11155/10346/9000 11154/10347/9001</w:t>
        <w:br/>
        <w:t>f 11153/10348/9002 11152/10345/8999 11154/10347/9001</w:t>
        <w:br/>
        <w:t>f 11154/10347/9001 11143/10335/8989 11144/10334/8988</w:t>
        <w:br/>
        <w:t>f 11153/10348/9002 11154/10347/9001 11144/10334/8988</w:t>
        <w:br/>
        <w:t>f 11159/10349/9003 11158/10350/9004 11157/10351/9005</w:t>
        <w:br/>
        <w:t>f 11156/10352/9006 11159/10349/9003 11157/10351/9005</w:t>
        <w:br/>
        <w:t>f 11158/10350/9004 11161/10353/9007 11160/10354/9008</w:t>
        <w:br/>
        <w:t>f 11157/10351/9005 11158/10350/9004 11160/10354/9008</w:t>
        <w:br/>
        <w:t>f 11160/10354/9008 11161/10353/9007 11162/10355/9009</w:t>
        <w:br/>
        <w:t>f 11163/10356/9010 11160/10354/9008 11162/10355/9009</w:t>
        <w:br/>
        <w:t>f 11167/10357/9011 11166/10358/9012 11165/10359/9013</w:t>
        <w:br/>
        <w:t>f 11164/10360/9014 11167/10357/9011 11165/10359/9013</w:t>
        <w:br/>
        <w:t>f 11166/10358/9012 11159/10349/9003 11156/10352/9006</w:t>
        <w:br/>
        <w:t>f 11165/10359/9013 11166/10358/9012 11156/10352/9006</w:t>
        <w:br/>
        <w:t>f 11171/10361/9015 11170/10362/9016 11169/10363/9017</w:t>
        <w:br/>
        <w:t>f 11168/10364/9018 11171/10361/9015 11169/10363/9017</w:t>
        <w:br/>
        <w:t>f 11173/10365/9019 11167/10357/9011 11164/10360/9014</w:t>
        <w:br/>
        <w:t>f 11172/10366/9020 11173/10365/9019 11164/10360/9014</w:t>
        <w:br/>
        <w:t>f 11177/10367/9021 11176/10368/9022 11175/10369/9023</w:t>
        <w:br/>
        <w:t>f 11174/10370/9024 11177/10367/9021 11175/10369/9023</w:t>
        <w:br/>
        <w:t>f 11180/10371/9025 11179/10372/9025 11178/10373/9026</w:t>
        <w:br/>
        <w:t>f 11181/10374/9026 11180/10371/9025 11178/10373/9026</w:t>
        <w:br/>
        <w:t>f 11180/10371/9025 11183/10375/9027 11182/10376/9027</w:t>
        <w:br/>
        <w:t>f 11179/10372/9025 11180/10371/9025 11182/10376/9027</w:t>
        <w:br/>
        <w:t>f 11183/10375/9027 11185/10377/9028 11184/10378/9028</w:t>
        <w:br/>
        <w:t>f 11182/10376/9027 11183/10375/9027 11184/10378/9028</w:t>
        <w:br/>
        <w:t>f 11189/10379/9029 11188/10380/9029 11187/10381/9030</w:t>
        <w:br/>
        <w:t>f 11186/10382/9031 11189/10379/9029 11187/10381/9030</w:t>
        <w:br/>
        <w:t>f 11181/10374/9026 11178/10373/9026 11186/10382/9031</w:t>
        <w:br/>
        <w:t>f 11187/10381/9030 11181/10374/9026 11186/10382/9031</w:t>
        <w:br/>
        <w:t>f 11193/10383/9032 11192/10384/9033 11191/10385/9034</w:t>
        <w:br/>
        <w:t>f 11190/10386/9035 11193/10383/9032 11191/10385/9034</w:t>
        <w:br/>
        <w:t>f 11195/10387/9036 11194/10388/9037 11188/10380/9029</w:t>
        <w:br/>
        <w:t>f 11189/10379/9029 11195/10387/9036 11188/10380/9029</w:t>
        <w:br/>
        <w:t>f 11198/10389/9038 11197/10390/9039 11196/10391/9040</w:t>
        <w:br/>
        <w:t>f 11199/10392/9040 11198/10389/9038 11196/10391/9040</w:t>
        <w:br/>
        <w:t>f 11156/10352/9006 11157/10351/9005 11201/10393/9041</w:t>
        <w:br/>
        <w:t>f 11200/10394/9042 11156/10352/9006 11201/10393/9041</w:t>
        <w:br/>
        <w:t>f 11160/10354/9008 11202/10395/9043 11201/10393/9041</w:t>
        <w:br/>
        <w:t>f 11157/10351/9005 11160/10354/9008 11201/10393/9041</w:t>
        <w:br/>
        <w:t>f 11163/10356/9010 11203/10396/9044 11202/10395/9043</w:t>
        <w:br/>
        <w:t>f 11160/10354/9008 11163/10356/9010 11202/10395/9043</w:t>
        <w:br/>
        <w:t>f 11164/10360/9014 11165/10359/9013 11205/10397/9045</w:t>
        <w:br/>
        <w:t>f 11204/10398/9046 11164/10360/9014 11205/10397/9045</w:t>
        <w:br/>
        <w:t>f 11165/10359/9013 11156/10352/9006 11200/10394/9042</w:t>
        <w:br/>
        <w:t>f 11205/10397/9045 11165/10359/9013 11200/10394/9042</w:t>
        <w:br/>
        <w:t>f 11209/10399/9047 11208/10400/9048 11207/10401/9049</w:t>
        <w:br/>
        <w:t>f 11206/10402/9050 11209/10399/9047 11207/10401/9049</w:t>
        <w:br/>
        <w:t>f 11211/10403/9051 11210/10404/9052 11170/10362/9016</w:t>
        <w:br/>
        <w:t>f 11171/10361/9015 11211/10403/9051 11170/10362/9016</w:t>
        <w:br/>
        <w:t>f 11172/10366/9020 11164/10360/9014 11204/10398/9046</w:t>
        <w:br/>
        <w:t>f 11212/10405/9053 11172/10366/9020 11204/10398/9046</w:t>
        <w:br/>
        <w:t>f 11177/10367/9021 11212/10405/9054 11213/10406/9055</w:t>
        <w:br/>
        <w:t>f 11176/10368/9022 11177/10367/9021 11213/10406/9055</w:t>
        <w:br/>
        <w:t>f 11217/10407/9056 11216/10408/9057 11215/10409/9058</w:t>
        <w:br/>
        <w:t>f 11214/10410/9059 11217/10407/9056 11215/10409/9058</w:t>
        <w:br/>
        <w:t>f 11219/10411/9060 11218/10412/9061 11214/10410/9059</w:t>
        <w:br/>
        <w:t>f 11215/10409/9058 11219/10411/9060 11214/10410/9059</w:t>
        <w:br/>
        <w:t>f 11174/10370/9024 11175/10369/9023 11221/10413/9062</w:t>
        <w:br/>
        <w:t>f 11220/10414/9063 11174/10370/9024 11221/10413/9062</w:t>
        <w:br/>
        <w:t>f 11173/10365/9019 11223/10415/9064 11222/10416/9065</w:t>
        <w:br/>
        <w:t>f 11167/10357/9011 11173/10365/9019 11222/10416/9065</w:t>
        <w:br/>
        <w:t>f 11167/10357/9011 11222/10416/9065 11224/10417/9066</w:t>
        <w:br/>
        <w:t>f 11166/10358/9012 11167/10357/9011 11224/10417/9066</w:t>
        <w:br/>
        <w:t>f 11159/10349/9003 11166/10358/9012 11224/10417/9066</w:t>
        <w:br/>
        <w:t>f 11225/10418/9067 11159/10349/9003 11224/10417/9066</w:t>
        <w:br/>
        <w:t>f 11158/10350/9004 11159/10349/9003 11225/10418/9067</w:t>
        <w:br/>
        <w:t>f 11226/10419/9068 11158/10350/9004 11225/10418/9067</w:t>
        <w:br/>
        <w:t>f 11158/10350/9004 11226/10419/9068 11227/10420/9069</w:t>
        <w:br/>
        <w:t>f 11161/10353/9007 11158/10350/9004 11227/10420/9069</w:t>
        <w:br/>
        <w:t>f 11162/10355/9009 11161/10353/9007 11227/10420/9069</w:t>
        <w:br/>
        <w:t>f 11228/10421/9070 11162/10355/9009 11227/10420/9069</w:t>
        <w:br/>
        <w:t>f 11169/10363/9017 11230/10422/9071 11229/10423/9072</w:t>
        <w:br/>
        <w:t>f 11168/10364/9018 11169/10363/9017 11229/10423/9072</w:t>
        <w:br/>
        <w:t>f 11232/10424/9073 11231/10425/9074 11207/10401/9049</w:t>
        <w:br/>
        <w:t>f 11208/10400/9048 11232/10424/9073 11207/10401/9049</w:t>
        <w:br/>
        <w:t>f 11175/10369/9023 11218/10412/9061 11219/10411/9060</w:t>
        <w:br/>
        <w:t>f 11221/10413/9062 11175/10369/9023 11219/10411/9060</w:t>
        <w:br/>
        <w:t>f 11234/10426/9075 11197/10390/9039 11198/10389/9038</w:t>
        <w:br/>
        <w:t>f 11233/10427/9075 11234/10426/9075 11198/10389/9038</w:t>
        <w:br/>
        <w:t>f 11216/10408/9057 11217/10407/9056 11176/10368/9022</w:t>
        <w:br/>
        <w:t>f 11213/10406/9055 11216/10408/9057 11176/10368/9022</w:t>
        <w:br/>
        <w:t>f 11175/10369/9023 11176/10368/9022 11217/10407/9056</w:t>
        <w:br/>
        <w:t>f 11218/10412/9061 11175/10369/9023 11217/10407/9056</w:t>
        <w:br/>
        <w:t>f 11209/10399/9047 11171/10361/9015 11168/10364/9018</w:t>
        <w:br/>
        <w:t>f 11232/10424/9073 11209/10399/9047 11168/10364/9018</w:t>
        <w:br/>
        <w:t>f 11206/10402/9050 11211/10403/9051 11171/10361/9015</w:t>
        <w:br/>
        <w:t>f 11209/10399/9047 11206/10402/9050 11171/10361/9015</w:t>
        <w:br/>
        <w:t>f 11190/10386/9035 11191/10385/9034 11236/10428/9076</w:t>
        <w:br/>
        <w:t>f 11235/10429/9076 11190/10386/9035 11236/10428/9076</w:t>
        <w:br/>
        <w:t>f 11231/10425/9074 11232/10424/9073 11168/10364/9018</w:t>
        <w:br/>
        <w:t>f 11229/10423/9072 11231/10425/9074 11168/10364/9018</w:t>
        <w:br/>
        <w:t>f 11232/10424/9073 11237/10430/9077 11209/10399/9047</w:t>
        <w:br/>
        <w:t>f 11217/10407/9056 11214/10410/9059 11218/10412/9061</w:t>
        <w:br/>
        <w:t>f 11233/10427/9075 11238/10431/9078 11234/10426/9075</w:t>
        <w:br/>
        <w:t>f 11236/10428/9076 11239/10432/9079 11235/10429/9076</w:t>
        <w:br/>
        <w:t>f 11243/10433/9080 11242/10434/9081 11241/10435/9082</w:t>
        <w:br/>
        <w:t>f 11240/10436/9083 11243/10433/9080 11241/10435/9082</w:t>
        <w:br/>
        <w:t>f 11242/10434/9081 11245/10437/9084 11244/10438/9085</w:t>
        <w:br/>
        <w:t>f 11241/10435/9082 11242/10434/9081 11244/10438/9085</w:t>
        <w:br/>
        <w:t>f 11247/10439/9086 11244/10438/9085 11245/10437/9084</w:t>
        <w:br/>
        <w:t>f 11246/10440/9087 11247/10439/9086 11245/10437/9084</w:t>
        <w:br/>
        <w:t>f 11250/10441/9088 11249/10442/9089 11248/10443/9090</w:t>
        <w:br/>
        <w:t>f 11251/10444/9091 11250/10441/9088 11248/10443/9090</w:t>
        <w:br/>
        <w:t>f 11243/10433/9080 11240/10436/9083 11249/10442/9089</w:t>
        <w:br/>
        <w:t>f 11250/10441/9088 11243/10433/9080 11249/10442/9089</w:t>
        <w:br/>
        <w:t>f 11255/10445/9092 11254/10446/9093 11253/10447/9094</w:t>
        <w:br/>
        <w:t>f 11252/10448/9095 11255/10445/9092 11253/10447/9094</w:t>
        <w:br/>
        <w:t>f 11257/10449/9096 11251/10444/9091 11248/10443/9090</w:t>
        <w:br/>
        <w:t>f 11256/10450/9097 11257/10449/9096 11248/10443/9090</w:t>
        <w:br/>
        <w:t>f 11261/10451/9098 11260/10452/9099 11259/10453/9100</w:t>
        <w:br/>
        <w:t>f 11258/10454/9101 11261/10451/9098 11259/10453/9100</w:t>
        <w:br/>
        <w:t>f 11264/10455/9102 11263/10456/9103 11262/10457/9104</w:t>
        <w:br/>
        <w:t>f 11265/10458/9105 11264/10455/9102 11262/10457/9104</w:t>
        <w:br/>
        <w:t>f 11267/10459/9106 11266/10460/9106 11263/10456/9103</w:t>
        <w:br/>
        <w:t>f 11264/10455/9102 11267/10459/9106 11263/10456/9103</w:t>
        <w:br/>
        <w:t>f 11266/10460/9106 11267/10459/9106 11269/10461/9107</w:t>
        <w:br/>
        <w:t>f 11268/10462/9107 11266/10460/9106 11269/10461/9107</w:t>
        <w:br/>
        <w:t>f 11272/10463/9108 11271/10464/9109 11270/10465/9110</w:t>
        <w:br/>
        <w:t>f 11273/10466/9111 11272/10463/9108 11270/10465/9110</w:t>
        <w:br/>
        <w:t>f 11271/10464/9109 11265/10458/9105 11262/10457/9104</w:t>
        <w:br/>
        <w:t>f 11270/10465/9110 11271/10464/9109 11262/10457/9104</w:t>
        <w:br/>
        <w:t>f 11277/10467/9112 11276/10468/9113 11275/10469/9114</w:t>
        <w:br/>
        <w:t>f 11274/10470/9114 11277/10467/9112 11275/10469/9114</w:t>
        <w:br/>
        <w:t>f 11279/10471/9115 11278/10472/9116 11272/10463/9108</w:t>
        <w:br/>
        <w:t>f 11273/10466/9111 11279/10471/9115 11272/10463/9108</w:t>
        <w:br/>
        <w:t>f 11282/10473/9117 11281/10474/9117 11280/10475/9118</w:t>
        <w:br/>
        <w:t>f 11283/10476/9119 11282/10473/9117 11280/10475/9118</w:t>
        <w:br/>
        <w:t>f 11240/10436/9083 11241/10435/9082 11285/10477/9120</w:t>
        <w:br/>
        <w:t>f 11284/10478/9121 11240/10436/9083 11285/10477/9120</w:t>
        <w:br/>
        <w:t>f 11241/10435/9082 11244/10438/9085 11286/10479/9122</w:t>
        <w:br/>
        <w:t>f 11285/10477/9120 11241/10435/9082 11286/10479/9122</w:t>
        <w:br/>
        <w:t>f 11247/10439/9086 11287/10480/9123 11286/10479/9122</w:t>
        <w:br/>
        <w:t>f 11244/10438/9085 11247/10439/9086 11286/10479/9122</w:t>
        <w:br/>
        <w:t>f 11248/10443/9090 11249/10442/9089 11289/10481/9124</w:t>
        <w:br/>
        <w:t>f 11288/10482/9125 11248/10443/9090 11289/10481/9124</w:t>
        <w:br/>
        <w:t>f 11240/10436/9083 11284/10478/9121 11289/10481/9124</w:t>
        <w:br/>
        <w:t>f 11249/10442/9089 11240/10436/9083 11289/10481/9124</w:t>
        <w:br/>
        <w:t>f 11293/10483/9126 11292/10484/9127 11291/10485/9127</w:t>
        <w:br/>
        <w:t>f 11290/10486/9128 11293/10483/9126 11291/10485/9127</w:t>
        <w:br/>
        <w:t>f 11295/10487/9129 11294/10488/9130 11254/10446/9093</w:t>
        <w:br/>
        <w:t>f 11255/10445/9092 11295/10487/9129 11254/10446/9093</w:t>
        <w:br/>
        <w:t>f 11256/10450/9097 11248/10443/9090 11288/10482/9125</w:t>
        <w:br/>
        <w:t>f 11296/10489/9131 11256/10450/9097 11288/10482/9125</w:t>
        <w:br/>
        <w:t>f 11261/10451/9098 11298/10490/9132 11297/10491/9133</w:t>
        <w:br/>
        <w:t>f 11260/10452/9099 11261/10451/9098 11297/10491/9133</w:t>
        <w:br/>
        <w:t>f 11301/10492/9134 11300/10493/9135 11299/10494/9136</w:t>
        <w:br/>
        <w:t>f 11302/10495/9137 11301/10492/9134 11299/10494/9136</w:t>
        <w:br/>
        <w:t>f 11300/10493/9135 11304/10496/9138 11303/10497/9139</w:t>
        <w:br/>
        <w:t>f 11299/10494/9136 11300/10493/9135 11303/10497/9139</w:t>
        <w:br/>
        <w:t>f 11258/10454/9101 11259/10453/9100 11306/10498/9140</w:t>
        <w:br/>
        <w:t>f 11305/10499/9141 11258/10454/9101 11306/10498/9140</w:t>
        <w:br/>
        <w:t>f 11257/10449/9096 11308/10500/9142 11307/10501/9143</w:t>
        <w:br/>
        <w:t>f 11251/10444/9091 11257/10449/9096 11307/10501/9143</w:t>
        <w:br/>
        <w:t>f 11251/10444/9091 11307/10501/9143 11309/10502/9144</w:t>
        <w:br/>
        <w:t>f 11250/10441/9088 11251/10444/9091 11309/10502/9144</w:t>
        <w:br/>
        <w:t>f 11250/10441/9088 11309/10502/9144 11310/10503/9145</w:t>
        <w:br/>
        <w:t>f 11243/10433/9080 11250/10441/9088 11310/10503/9145</w:t>
        <w:br/>
        <w:t>f 11242/10434/9081 11243/10433/9080 11310/10503/9145</w:t>
        <w:br/>
        <w:t>f 11311/10504/9146 11242/10434/9081 11310/10503/9145</w:t>
        <w:br/>
        <w:t>f 11245/10437/9084 11242/10434/9081 11311/10504/9146</w:t>
        <w:br/>
        <w:t>f 11312/10505/9147 11245/10437/9084 11311/10504/9146</w:t>
        <w:br/>
        <w:t>f 11246/10440/9087 11245/10437/9084 11312/10505/9147</w:t>
        <w:br/>
        <w:t>f 11313/10506/9148 11246/10440/9087 11312/10505/9147</w:t>
        <w:br/>
        <w:t>f 11253/10447/9094 11315/10507/9149 11314/10508/9150</w:t>
        <w:br/>
        <w:t>f 11252/10448/9095 11253/10447/9094 11314/10508/9150</w:t>
        <w:br/>
        <w:t>f 11317/10509/9151 11316/10510/9152 11291/10485/9127</w:t>
        <w:br/>
        <w:t>f 11292/10484/9127 11317/10509/9151 11291/10485/9127</w:t>
        <w:br/>
        <w:t>f 11259/10453/9100 11303/10497/9139 11304/10496/9138</w:t>
        <w:br/>
        <w:t>f 11306/10498/9140 11259/10453/9100 11304/10496/9138</w:t>
        <w:br/>
        <w:t>f 11319/10511/9153 11281/10474/9117 11282/10473/9117</w:t>
        <w:br/>
        <w:t>f 11318/10512/9154 11319/10511/9153 11282/10473/9117</w:t>
        <w:br/>
        <w:t>f 11301/10492/9134 11302/10495/9137 11260/10452/9099</w:t>
        <w:br/>
        <w:t>f 11297/10491/9133 11301/10492/9134 11260/10452/9099</w:t>
        <w:br/>
        <w:t>f 11259/10453/9100 11260/10452/9099 11302/10495/9137</w:t>
        <w:br/>
        <w:t>f 11303/10497/9139 11259/10453/9100 11302/10495/9137</w:t>
        <w:br/>
        <w:t>f 11293/10483/9126 11255/10445/9092 11252/10448/9095</w:t>
        <w:br/>
        <w:t>f 11317/10509/9151 11293/10483/9126 11252/10448/9095</w:t>
        <w:br/>
        <w:t>f 11290/10486/9128 11295/10487/9129 11255/10445/9092</w:t>
        <w:br/>
        <w:t>f 11293/10483/9126 11290/10486/9128 11255/10445/9092</w:t>
        <w:br/>
        <w:t>f 11274/10470/9114 11275/10469/9114 11321/10513/9155</w:t>
        <w:br/>
        <w:t>f 11320/10514/9156 11274/10470/9114 11321/10513/9155</w:t>
        <w:br/>
        <w:t>f 11316/10510/9152 11317/10509/9151 11252/10448/9095</w:t>
        <w:br/>
        <w:t>f 11314/10508/9150 11316/10510/9152 11252/10448/9095</w:t>
        <w:br/>
        <w:t>f 11317/10509/9151 11322/10515/9157 11293/10483/9126</w:t>
        <w:br/>
        <w:t>f 11302/10495/9137 11299/10494/9136 11303/10497/9139</w:t>
        <w:br/>
        <w:t>f 11318/10512/9154 11323/10516/9158 11319/10511/9153</w:t>
        <w:br/>
        <w:t>f 11321/10513/9155 11324/10517/9159 11320/10514/9156</w:t>
        <w:br/>
        <w:t>f 11327/10518/9160 11326/10519/9161 11325/10520/9162</w:t>
        <w:br/>
        <w:t>f 11328/10521/9163 11327/10518/9160 11325/10520/9162</w:t>
        <w:br/>
        <w:t>f 11329/10522/9164 11328/10521/9163 11325/10520/9162</w:t>
        <w:br/>
        <w:t>f 11330/10523/9165 11329/10522/9164 11325/10520/9162</w:t>
        <w:br/>
        <w:t>f 11331/10524/9166 11330/10523/9165 11325/10520/9162</w:t>
        <w:br/>
        <w:t>f 11332/10525/9167 11331/10524/9166 11325/10520/9162</w:t>
        <w:br/>
        <w:t>f 11333/10526/9168 11332/10525/9167 11325/10520/9162</w:t>
        <w:br/>
        <w:t>f 11326/10519/9161 11333/10526/9168 11325/10520/9162</w:t>
        <w:br/>
        <w:t>f 11336/10527/9169 11335/10528/9170 11334/10529/9171</w:t>
        <w:br/>
        <w:t>f 11335/10528/9170 11337/10530/9172 11334/10529/9171</w:t>
        <w:br/>
        <w:t>f 11337/10530/9172 11338/10531/9173 11334/10529/9171</w:t>
        <w:br/>
        <w:t>f 11338/10531/9173 11339/10532/9174 11334/10529/9171</w:t>
        <w:br/>
        <w:t>f 11339/10532/9174 11340/10533/9175 11334/10529/9171</w:t>
        <w:br/>
        <w:t>f 11340/10533/9175 11341/10534/9176 11334/10529/9171</w:t>
        <w:br/>
        <w:t>f 11341/10534/9176 11342/10535/9177 11334/10529/9171</w:t>
        <w:br/>
        <w:t>f 11342/10535/9177 11336/10527/9169 11334/10529/9171</w:t>
        <w:br/>
        <w:t>f 11345/10536/9178 11344/10537/9179 11343/10538/9180</w:t>
        <w:br/>
        <w:t>f 11346/10539/9181 11345/10536/9178 11343/10538/9180</w:t>
        <w:br/>
        <w:t>f 11345/10536/9178 11348/10540/9182 11347/10541/9183</w:t>
        <w:br/>
        <w:t>f 11344/10537/9179 11345/10536/9178 11347/10541/9183</w:t>
        <w:br/>
        <w:t>f 11348/10540/9182 11350/10542/9184 11349/10543/9185</w:t>
        <w:br/>
        <w:t>f 11347/10541/9183 11348/10540/9182 11349/10543/9185</w:t>
        <w:br/>
        <w:t>f 11350/10542/9184 11352/10544/9186 11351/10545/9187</w:t>
        <w:br/>
        <w:t>f 11349/10543/9185 11350/10542/9184 11351/10545/9187</w:t>
        <w:br/>
        <w:t>f 11351/10545/9187 11352/10544/9186 11354/10546/9188</w:t>
        <w:br/>
        <w:t>f 11353/10547/9189 11351/10545/9187 11354/10546/9188</w:t>
        <w:br/>
        <w:t>f 11356/10548/9190 11353/10547/9189 11354/10546/9188</w:t>
        <w:br/>
        <w:t>f 11355/10549/9191 11356/10548/9190 11354/10546/9188</w:t>
        <w:br/>
        <w:t>f 11358/10550/9192 11357/10551/9193 11356/10548/9190</w:t>
        <w:br/>
        <w:t>f 11355/10549/9191 11358/10550/9192 11356/10548/9190</w:t>
        <w:br/>
        <w:t>f 11346/10539/9181 11343/10538/9180 11357/10551/9193</w:t>
        <w:br/>
        <w:t>f 11358/10550/9192 11346/10539/9181 11357/10551/9193</w:t>
        <w:br/>
        <w:t>f 11359/10552/9194 11345/10536/9178 11346/10539/9181</w:t>
        <w:br/>
        <w:t>f 11360/10553/9195 11359/10552/9194 11346/10539/9181</w:t>
        <w:br/>
        <w:t>f 11361/10554/9196 11348/10540/9182 11345/10536/9178</w:t>
        <w:br/>
        <w:t>f 11359/10552/9194 11361/10554/9196 11345/10536/9178</w:t>
        <w:br/>
        <w:t>f 11361/10554/9196 11362/10555/9197 11350/10542/9184</w:t>
        <w:br/>
        <w:t>f 11348/10540/9182 11361/10554/9196 11350/10542/9184</w:t>
        <w:br/>
        <w:t>f 11362/10555/9197 11363/10556/9198 11352/10544/9186</w:t>
        <w:br/>
        <w:t>f 11350/10542/9184 11362/10555/9197 11352/10544/9186</w:t>
        <w:br/>
        <w:t>f 11352/10544/9186 11363/10556/9198 11364/10557/9199</w:t>
        <w:br/>
        <w:t>f 11354/10546/9188 11352/10544/9186 11364/10557/9199</w:t>
        <w:br/>
        <w:t>f 11355/10549/9191 11354/10546/9188 11364/10557/9199</w:t>
        <w:br/>
        <w:t>f 11365/10558/9200 11355/10549/9191 11364/10557/9199</w:t>
        <w:br/>
        <w:t>f 11366/10559/9201 11358/10550/9192 11355/10549/9191</w:t>
        <w:br/>
        <w:t>f 11365/10558/9200 11366/10559/9201 11355/10549/9191</w:t>
        <w:br/>
        <w:t>f 11360/10553/9195 11346/10539/9181 11358/10550/9192</w:t>
        <w:br/>
        <w:t>f 11366/10559/9201 11360/10553/9195 11358/10550/9192</w:t>
        <w:br/>
        <w:t>f 11370/10560/9202 11369/10561/9203 11368/10562/9204</w:t>
        <w:br/>
        <w:t>f 11367/10563/9205 11370/10560/9202 11368/10562/9204</w:t>
        <w:br/>
        <w:t>f 11367/10563/9205 11372/10564/9206 11371/10565/9207</w:t>
        <w:br/>
        <w:t>f 11370/10560/9202 11367/10563/9205 11371/10565/9207</w:t>
        <w:br/>
        <w:t>f 11372/10564/9206 11374/10566/9208 11373/10567/9209</w:t>
        <w:br/>
        <w:t>f 11371/10565/9207 11372/10564/9206 11373/10567/9209</w:t>
        <w:br/>
        <w:t>f 11376/10568/9210 11375/10569/9211 11373/10567/9209</w:t>
        <w:br/>
        <w:t>f 11374/10566/9208 11376/10568/9210 11373/10567/9209</w:t>
        <w:br/>
        <w:t>f 11378/10570/9212 11377/10571/9213 11375/10569/9211</w:t>
        <w:br/>
        <w:t>f 11376/10568/9210 11378/10570/9212 11375/10569/9211</w:t>
        <w:br/>
        <w:t>f 11380/10572/9214 11379/10573/9215 11377/10571/9213</w:t>
        <w:br/>
        <w:t>f 11378/10570/9212 11380/10572/9214 11377/10571/9213</w:t>
        <w:br/>
        <w:t>f 11382/10574/9216 11381/10575/9217 11379/10573/9215</w:t>
        <w:br/>
        <w:t>f 11380/10572/9214 11382/10574/9216 11379/10573/9215</w:t>
        <w:br/>
        <w:t>f 11381/10575/9217 11382/10574/9216 11368/10562/9204</w:t>
        <w:br/>
        <w:t>f 11369/10561/9203 11381/10575/9217 11368/10562/9204</w:t>
        <w:br/>
        <w:t>f 11367/10563/9205 11368/10562/9204 11384/10576/9218</w:t>
        <w:br/>
        <w:t>f 11383/10577/9219 11367/10563/9205 11384/10576/9218</w:t>
        <w:br/>
        <w:t>f 11383/10577/9219 11385/10578/9220 11372/10564/9206</w:t>
        <w:br/>
        <w:t>f 11367/10563/9205 11383/10577/9219 11372/10564/9206</w:t>
        <w:br/>
        <w:t>f 11385/10578/9220 11386/10579/9221 11374/10566/9208</w:t>
        <w:br/>
        <w:t>f 11372/10564/9206 11385/10578/9220 11374/10566/9208</w:t>
        <w:br/>
        <w:t>f 11387/10580/9222 11376/10568/9210 11374/10566/9208</w:t>
        <w:br/>
        <w:t>f 11386/10579/9221 11387/10580/9222 11374/10566/9208</w:t>
        <w:br/>
        <w:t>f 11388/10581/9223 11378/10570/9212 11376/10568/9210</w:t>
        <w:br/>
        <w:t>f 11387/10580/9222 11388/10581/9223 11376/10568/9210</w:t>
        <w:br/>
        <w:t>f 11388/10581/9223 11389/10582/9224 11380/10572/9214</w:t>
        <w:br/>
        <w:t>f 11378/10570/9212 11388/10581/9223 11380/10572/9214</w:t>
        <w:br/>
        <w:t>f 11389/10582/9224 11390/10583/9225 11382/10574/9216</w:t>
        <w:br/>
        <w:t>f 11380/10572/9214 11389/10582/9224 11382/10574/9216</w:t>
        <w:br/>
        <w:t>f 11382/10574/9216 11390/10583/9225 11384/10576/9218</w:t>
        <w:br/>
        <w:t>f 11368/10562/9204 11382/10574/9216 11384/10576/9218</w:t>
        <w:br/>
        <w:t>f 11347/10541/9183 11349/10543/9185 11371/10565/9207</w:t>
        <w:br/>
        <w:t>f 11373/10567/9209 11347/10541/9183 11371/10565/9207</w:t>
        <w:br/>
        <w:t>f 11349/10543/9185 11351/10545/9187 11370/10560/9202</w:t>
        <w:br/>
        <w:t>f 11371/10565/9207 11349/10543/9185 11370/10560/9202</w:t>
        <w:br/>
        <w:t>f 11351/10545/9187 11353/10547/9189 11369/10561/9203</w:t>
        <w:br/>
        <w:t>f 11370/10560/9202 11351/10545/9187 11369/10561/9203</w:t>
        <w:br/>
        <w:t>f 11353/10547/9189 11356/10548/9190 11381/10575/9217</w:t>
        <w:br/>
        <w:t>f 11369/10561/9203 11353/10547/9189 11381/10575/9217</w:t>
        <w:br/>
        <w:t>f 11357/10551/9193 11379/10573/9215 11381/10575/9217</w:t>
        <w:br/>
        <w:t>f 11356/10548/9190 11357/10551/9193 11381/10575/9217</w:t>
        <w:br/>
        <w:t>f 11343/10538/9180 11377/10571/9213 11379/10573/9215</w:t>
        <w:br/>
        <w:t>f 11357/10551/9193 11343/10538/9180 11379/10573/9215</w:t>
        <w:br/>
        <w:t>f 11344/10537/9179 11375/10569/9211 11377/10571/9213</w:t>
        <w:br/>
        <w:t>f 11343/10538/9180 11344/10537/9179 11377/10571/9213</w:t>
        <w:br/>
        <w:t>f 11347/10541/9183 11373/10567/9209 11375/10569/9211</w:t>
        <w:br/>
        <w:t>f 11344/10537/9179 11347/10541/9183 11375/10569/9211</w:t>
        <w:br/>
        <w:t>f 11393/10584/9226 11392/10585/9227 11391/10586/9228</w:t>
        <w:br/>
        <w:t>f 11394/10587/9229 11393/10584/9226 11391/10586/9228</w:t>
        <w:br/>
        <w:t>f 11391/10586/9228 11392/10585/9227 11396/10588/9230</w:t>
        <w:br/>
        <w:t>f 11395/10589/9231 11391/10586/9228 11396/10588/9230</w:t>
        <w:br/>
        <w:t>f 11395/10589/9231 11396/10588/9230 11398/10590/9232</w:t>
        <w:br/>
        <w:t>f 11397/10591/9233 11395/10589/9231 11398/10590/9232</w:t>
        <w:br/>
        <w:t>f 11397/10591/9233 11398/10590/9232 11400/10592/9234</w:t>
        <w:br/>
        <w:t>f 11399/10593/9235 11397/10591/9233 11400/10592/9234</w:t>
        <w:br/>
        <w:t>f 11401/10594/9236 11384/10576/9218 11390/10583/9225</w:t>
        <w:br/>
        <w:t>f 11399/10593/9235 11401/10594/9236 11390/10583/9225</w:t>
        <w:br/>
        <w:t>f 11401/10594/9236 11402/10595/9237 11383/10577/9219</w:t>
        <w:br/>
        <w:t>f 11384/10576/9218 11401/10594/9236 11383/10577/9219</w:t>
        <w:br/>
        <w:t>f 11402/10595/9237 11405/10596/9238 11404/10597/9239</w:t>
        <w:br/>
        <w:t>f 11403/10598/9240 11402/10595/9237 11404/10597/9239</w:t>
        <w:br/>
        <w:t>f 11403/10598/9240 11404/10597/9239 11393/10584/9226</w:t>
        <w:br/>
        <w:t>f 11394/10587/9229 11403/10598/9240 11393/10584/9226</w:t>
        <w:br/>
        <w:t>f 11409/10599/9241 11408/10600/9242 11407/10601/9243</w:t>
        <w:br/>
        <w:t>f 11406/10602/9244 11409/10599/9241 11407/10601/9243</w:t>
        <w:br/>
        <w:t>f 11408/10600/9242 11411/10603/9245 11410/10604/9246</w:t>
        <w:br/>
        <w:t>f 11407/10601/9243 11408/10600/9242 11410/10604/9246</w:t>
        <w:br/>
        <w:t>f 11413/10605/9247 11410/10604/9246 11411/10603/9245</w:t>
        <w:br/>
        <w:t>f 11412/10606/9248 11413/10605/9247 11411/10603/9245</w:t>
        <w:br/>
        <w:t>f 11416/10607/9249 11415/10608/9250 11414/10609/9251</w:t>
        <w:br/>
        <w:t>f 11417/10610/9252 11416/10607/9249 11414/10609/9251</w:t>
        <w:br/>
        <w:t>f 11409/10599/9241 11406/10602/9244 11415/10608/9250</w:t>
        <w:br/>
        <w:t>f 11416/10607/9249 11409/10599/9241 11415/10608/9250</w:t>
        <w:br/>
        <w:t>f 11421/10611/9253 11420/10612/9254 11419/10613/9255</w:t>
        <w:br/>
        <w:t>f 11418/10614/9256 11421/10611/9253 11419/10613/9255</w:t>
        <w:br/>
        <w:t>f 11423/10615/9257 11417/10610/9252 11414/10609/9251</w:t>
        <w:br/>
        <w:t>f 11422/10616/9258 11423/10615/9257 11414/10609/9251</w:t>
        <w:br/>
        <w:t>f 11427/10617/9259 11426/10618/9260 11425/10619/9261</w:t>
        <w:br/>
        <w:t>f 11424/10620/9262 11427/10617/9259 11425/10619/9261</w:t>
        <w:br/>
        <w:t>f 11430/10621/9263 11429/10622/9263 11428/10623/9264</w:t>
        <w:br/>
        <w:t>f 11431/10624/9264 11430/10621/9263 11428/10623/9264</w:t>
        <w:br/>
        <w:t>f 11433/10625/9265 11432/10626/9265 11429/10622/9263</w:t>
        <w:br/>
        <w:t>f 11430/10621/9263 11433/10625/9265 11429/10622/9263</w:t>
        <w:br/>
        <w:t>f 11432/10626/9265 11433/10625/9265 11435/10627/9266</w:t>
        <w:br/>
        <w:t>f 11434/10628/9267 11432/10626/9265 11435/10627/9266</w:t>
        <w:br/>
        <w:t>f 11438/10629/9268 11437/10630/9269 11436/10631/9269</w:t>
        <w:br/>
        <w:t>f 11439/10632/9270 11438/10629/9268 11436/10631/9269</w:t>
        <w:br/>
        <w:t>f 11437/10630/9269 11431/10624/9264 11428/10623/9264</w:t>
        <w:br/>
        <w:t>f 11436/10631/9269 11437/10630/9269 11428/10623/9264</w:t>
        <w:br/>
        <w:t>f 11443/10633/9271 11442/10634/9272 11441/10635/9273</w:t>
        <w:br/>
        <w:t>f 11440/10636/9274 11443/10633/9271 11441/10635/9273</w:t>
        <w:br/>
        <w:t>f 11445/10637/9275 11444/10638/9276 11438/10629/9268</w:t>
        <w:br/>
        <w:t>f 11439/10632/9270 11445/10637/9275 11438/10629/9268</w:t>
        <w:br/>
        <w:t>f 11448/10639/9277 11447/10640/9278 11446/10641/9279</w:t>
        <w:br/>
        <w:t>f 11449/10642/9280 11448/10639/9277 11446/10641/9279</w:t>
        <w:br/>
        <w:t>f 11406/10602/9244 11407/10601/9243 11451/10643/9281</w:t>
        <w:br/>
        <w:t>f 11450/10644/9282 11406/10602/9244 11451/10643/9281</w:t>
        <w:br/>
        <w:t>f 11407/10601/9243 11410/10604/9246 11452/10645/9283</w:t>
        <w:br/>
        <w:t>f 11451/10643/9281 11407/10601/9243 11452/10645/9283</w:t>
        <w:br/>
        <w:t>f 11413/10605/9247 11453/10646/9284 11452/10645/9283</w:t>
        <w:br/>
        <w:t>f 11410/10604/9246 11413/10605/9247 11452/10645/9283</w:t>
        <w:br/>
        <w:t>f 11414/10609/9251 11415/10608/9250 11455/10647/9285</w:t>
        <w:br/>
        <w:t>f 11454/10648/9286 11414/10609/9251 11455/10647/9285</w:t>
        <w:br/>
        <w:t>f 11406/10602/9244 11450/10644/9282 11455/10647/9285</w:t>
        <w:br/>
        <w:t>f 11415/10608/9250 11406/10602/9244 11455/10647/9285</w:t>
        <w:br/>
        <w:t>f 11459/10649/9287 11458/10650/9288 11457/10651/9289</w:t>
        <w:br/>
        <w:t>f 11456/10652/9290 11459/10649/9287 11457/10651/9289</w:t>
        <w:br/>
        <w:t>f 11461/10653/9291 11460/10654/9292 11420/10612/9254</w:t>
        <w:br/>
        <w:t>f 11421/10611/9253 11461/10653/9291 11420/10612/9254</w:t>
        <w:br/>
        <w:t>f 11422/10616/9258 11414/10609/9251 11454/10648/9286</w:t>
        <w:br/>
        <w:t>f 11462/10655/9293 11422/10616/9258 11454/10648/9286</w:t>
        <w:br/>
        <w:t>f 11427/10617/9259 11464/10656/9294 11463/10657/9295</w:t>
        <w:br/>
        <w:t>f 11426/10618/9260 11427/10617/9259 11463/10657/9295</w:t>
        <w:br/>
        <w:t>f 11467/10658/9296 11466/10659/9297 11465/10660/9298</w:t>
        <w:br/>
        <w:t>f 11468/10661/9299 11467/10658/9296 11465/10660/9298</w:t>
        <w:br/>
        <w:t>f 11466/10659/9297 11470/10662/9300 11469/10663/9301</w:t>
        <w:br/>
        <w:t>f 11465/10660/9298 11466/10659/9297 11469/10663/9301</w:t>
        <w:br/>
        <w:t>f 11424/10620/9262 11425/10619/9261 11472/10664/9302</w:t>
        <w:br/>
        <w:t>f 11471/10665/9303 11424/10620/9262 11472/10664/9302</w:t>
        <w:br/>
        <w:t>f 11423/10615/9257 11474/10666/9304 11473/10667/9305</w:t>
        <w:br/>
        <w:t>f 11417/10610/9252 11423/10615/9257 11473/10667/9305</w:t>
        <w:br/>
        <w:t>f 11417/10610/9252 11473/10667/9305 11475/10668/9306</w:t>
        <w:br/>
        <w:t>f 11416/10607/9249 11417/10610/9252 11475/10668/9306</w:t>
        <w:br/>
        <w:t>f 11409/10599/9241 11416/10607/9249 11475/10668/9306</w:t>
        <w:br/>
        <w:t>f 11476/10669/9307 11409/10599/9241 11475/10668/9306</w:t>
        <w:br/>
        <w:t>f 11408/10600/9242 11409/10599/9241 11476/10669/9307</w:t>
        <w:br/>
        <w:t>f 11477/10670/9308 11408/10600/9242 11476/10669/9307</w:t>
        <w:br/>
        <w:t>f 11411/10603/9245 11408/10600/9242 11477/10670/9308</w:t>
        <w:br/>
        <w:t>f 11478/10671/9309 11411/10603/9245 11477/10670/9308</w:t>
        <w:br/>
        <w:t>f 11412/10606/9248 11411/10603/9245 11478/10671/9309</w:t>
        <w:br/>
        <w:t>f 11479/10672/9310 11412/10606/9248 11478/10671/9309</w:t>
        <w:br/>
        <w:t>f 11419/10613/9255 11481/10673/9311 11480/10674/9312</w:t>
        <w:br/>
        <w:t>f 11418/10614/9256 11419/10613/9255 11480/10674/9312</w:t>
        <w:br/>
        <w:t>f 11483/10675/9313 11482/10676/9314 11457/10651/9289</w:t>
        <w:br/>
        <w:t>f 11458/10650/9288 11483/10675/9313 11457/10651/9289</w:t>
        <w:br/>
        <w:t>f 11425/10619/9261 11469/10663/9301 11470/10662/9300</w:t>
        <w:br/>
        <w:t>f 11472/10664/9302 11425/10619/9261 11470/10662/9300</w:t>
        <w:br/>
        <w:t>f 11485/10677/9315 11447/10640/9278 11448/10639/9277</w:t>
        <w:br/>
        <w:t>f 11484/10678/9315 11485/10677/9315 11448/10639/9277</w:t>
        <w:br/>
        <w:t>f 11467/10658/9296 11468/10661/9299 11426/10618/9260</w:t>
        <w:br/>
        <w:t>f 11463/10657/9295 11467/10658/9296 11426/10618/9260</w:t>
        <w:br/>
        <w:t>f 11425/10619/9261 11426/10618/9260 11468/10661/9299</w:t>
        <w:br/>
        <w:t>f 11469/10663/9301 11425/10619/9261 11468/10661/9299</w:t>
        <w:br/>
        <w:t>f 11459/10649/9287 11421/10611/9253 11418/10614/9256</w:t>
        <w:br/>
        <w:t>f 11483/10675/9313 11459/10649/9287 11418/10614/9256</w:t>
        <w:br/>
        <w:t>f 11456/10652/9290 11461/10653/9291 11421/10611/9253</w:t>
        <w:br/>
        <w:t>f 11459/10649/9287 11456/10652/9290 11421/10611/9253</w:t>
        <w:br/>
        <w:t>f 11440/10636/9274 11441/10635/9273 11487/10679/9316</w:t>
        <w:br/>
        <w:t>f 11486/10680/9317 11440/10636/9274 11487/10679/9316</w:t>
        <w:br/>
        <w:t>f 11482/10676/9314 11483/10675/9313 11418/10614/9256</w:t>
        <w:br/>
        <w:t>f 11480/10674/9312 11482/10676/9314 11418/10614/9256</w:t>
        <w:br/>
        <w:t>f 11483/10675/9313 11488/10681/9318 11459/10649/9287</w:t>
        <w:br/>
        <w:t>f 11468/10661/9299 11465/10660/9298 11469/10663/9301</w:t>
        <w:br/>
        <w:t>f 11484/10678/9315 11489/10682/9319 11485/10677/9315</w:t>
        <w:br/>
        <w:t>f 11487/10679/9316 11490/10683/9320 11486/10680/9317</w:t>
        <w:br/>
        <w:t>f 11494/10684/9321 11493/10685/9322 11492/10686/9323</w:t>
        <w:br/>
        <w:t>f 11491/10687/9324 11494/10684/9321 11492/10686/9323</w:t>
        <w:br/>
        <w:t>f 11493/10685/9322 11496/10688/9325 11495/10689/9326</w:t>
        <w:br/>
        <w:t>f 11492/10686/9323 11493/10685/9322 11495/10689/9326</w:t>
        <w:br/>
        <w:t>f 11496/10688/9325 11498/10690/9327 11497/10691/9328</w:t>
        <w:br/>
        <w:t>f 11495/10689/9326 11496/10688/9325 11497/10691/9328</w:t>
        <w:br/>
        <w:t>f 11498/10690/9327 11500/10692/9329 11499/10693/9330</w:t>
        <w:br/>
        <w:t>f 11497/10691/9328 11498/10690/9327 11499/10693/9330</w:t>
        <w:br/>
        <w:t>f 11504/10694/9331 11503/10695/9329 11502/10696/9332</w:t>
        <w:br/>
        <w:t>f 11501/10697/9333 11504/10694/9331 11502/10696/9332</w:t>
        <w:br/>
        <w:t>f 11501/10697/9333 11502/10696/9332 11506/10698/9334</w:t>
        <w:br/>
        <w:t>f 11505/10699/9335 11501/10697/9333 11506/10698/9334</w:t>
        <w:br/>
        <w:t>f 11505/10699/9335 11506/10698/9334 11508/10700/9336</w:t>
        <w:br/>
        <w:t>f 11507/10701/9337 11505/10699/9335 11508/10700/9336</w:t>
        <w:br/>
        <w:t>f 11494/10684/9321 11491/10687/9324 11507/10701/9337</w:t>
        <w:br/>
        <w:t>f 11508/10700/9336 11494/10684/9321 11507/10701/9337</w:t>
        <w:br/>
        <w:t>f 11512/10702/9338 11511/10703/9339 11510/10704/9340</w:t>
        <w:br/>
        <w:t>f 11509/10705/9340 11512/10702/9338 11510/10704/9340</w:t>
        <w:br/>
        <w:t>f 11509/10705/9340 11510/10704/9340 11514/10706/9341</w:t>
        <w:br/>
        <w:t>f 11513/10707/9341 11509/10705/9340 11514/10706/9341</w:t>
        <w:br/>
        <w:t>f 11513/10707/9341 11514/10706/9341 11516/10708/9342</w:t>
        <w:br/>
        <w:t>f 11515/10709/9342 11513/10707/9341 11516/10708/9342</w:t>
        <w:br/>
        <w:t>f 11515/10709/9342 11516/10708/9342 11518/10710/9343</w:t>
        <w:br/>
        <w:t>f 11517/10711/9344 11515/10709/9342 11518/10710/9343</w:t>
        <w:br/>
        <w:t>f 11521/10712/9345 11520/10713/9346 11519/10714/9347</w:t>
        <w:br/>
        <w:t>f 11522/10715/9345 11521/10712/9345 11519/10714/9347</w:t>
        <w:br/>
        <w:t>f 11520/10713/9346 11524/10716/9348 11523/10717/9348</w:t>
        <w:br/>
        <w:t>f 11519/10714/9347 11520/10713/9346 11523/10717/9348</w:t>
        <w:br/>
        <w:t>f 11524/10716/9348 11526/10718/9349 11525/10719/9350</w:t>
        <w:br/>
        <w:t>f 11523/10717/9348 11524/10716/9348 11525/10719/9350</w:t>
        <w:br/>
        <w:t>f 11512/10702/9338 11525/10719/9350 11526/10718/9349</w:t>
        <w:br/>
        <w:t>f 11511/10703/9339 11512/10702/9338 11526/10718/9349</w:t>
        <w:br/>
        <w:t>f 11493/10685/9322 11494/10684/9321 11528/10720/9351</w:t>
        <w:br/>
        <w:t>f 11527/10721/9352 11493/10685/9322 11528/10720/9351</w:t>
        <w:br/>
        <w:t>f 11491/10687/9324 11492/10686/9323 11530/10722/9353</w:t>
        <w:br/>
        <w:t>f 11529/10723/9354 11491/10687/9324 11530/10722/9353</w:t>
        <w:br/>
        <w:t>f 11496/10688/9325 11493/10685/9322 11527/10721/9352</w:t>
        <w:br/>
        <w:t>f 11531/10724/9355 11496/10688/9325 11527/10721/9352</w:t>
        <w:br/>
        <w:t>f 11492/10686/9323 11495/10689/9326 11532/10725/9356</w:t>
        <w:br/>
        <w:t>f 11530/10722/9353 11492/10686/9323 11532/10725/9356</w:t>
        <w:br/>
        <w:t>f 11498/10690/9327 11496/10688/9325 11531/10724/9355</w:t>
        <w:br/>
        <w:t>f 11533/10726/9357 11498/10690/9327 11531/10724/9355</w:t>
        <w:br/>
        <w:t>f 11495/10689/9326 11497/10691/9328 11534/10727/9358</w:t>
        <w:br/>
        <w:t>f 11532/10725/9356 11495/10689/9326 11534/10727/9358</w:t>
        <w:br/>
        <w:t>f 11500/10692/9329 11498/10690/9327 11533/10726/9357</w:t>
        <w:br/>
        <w:t>f 11535/10728/9359 11500/10692/9329 11533/10726/9357</w:t>
        <w:br/>
        <w:t>f 11497/10691/9328 11499/10693/9330 11536/10729/9360</w:t>
        <w:br/>
        <w:t>f 11534/10727/9358 11497/10691/9328 11536/10729/9360</w:t>
        <w:br/>
        <w:t>f 11538/10730/9361 11502/10696/9332 11503/10695/9329</w:t>
        <w:br/>
        <w:t>f 11537/10731/9362 11538/10730/9361 11503/10695/9329</w:t>
        <w:br/>
        <w:t>f 11540/10732/9363 11504/10694/9331 11501/10697/9333</w:t>
        <w:br/>
        <w:t>f 11539/10733/9364 11540/10732/9363 11501/10697/9333</w:t>
        <w:br/>
        <w:t>f 11541/10734/9365 11506/10698/9334 11502/10696/9332</w:t>
        <w:br/>
        <w:t>f 11538/10730/9361 11541/10734/9365 11502/10696/9332</w:t>
        <w:br/>
        <w:t>f 11539/10733/9364 11501/10697/9333 11505/10699/9335</w:t>
        <w:br/>
        <w:t>f 11542/10735/9366 11539/10733/9364 11505/10699/9335</w:t>
        <w:br/>
        <w:t>f 11543/10736/9367 11508/10700/9336 11506/10698/9334</w:t>
        <w:br/>
        <w:t>f 11541/10734/9365 11543/10736/9367 11506/10698/9334</w:t>
        <w:br/>
        <w:t>f 11542/10735/9366 11505/10699/9335 11507/10701/9337</w:t>
        <w:br/>
        <w:t>f 11544/10737/9368 11542/10735/9366 11507/10701/9337</w:t>
        <w:br/>
        <w:t>f 11494/10684/9321 11508/10700/9336 11543/10736/9367</w:t>
        <w:br/>
        <w:t>f 11528/10720/9351 11494/10684/9321 11543/10736/9367</w:t>
        <w:br/>
        <w:t>f 11544/10737/9368 11507/10701/9337 11491/10687/9324</w:t>
        <w:br/>
        <w:t>f 11529/10723/9354 11544/10737/9368 11491/10687/9324</w:t>
        <w:br/>
        <w:t>f 11548/10738/9369 11547/10739/9370 11546/10740/9371</w:t>
        <w:br/>
        <w:t>f 11545/10741/9372 11548/10738/9369 11546/10740/9371</w:t>
        <w:br/>
        <w:t>f 11547/10739/9370 11550/10742/9373 11549/10743/9374</w:t>
        <w:br/>
        <w:t>f 11546/10740/9371 11547/10739/9370 11549/10743/9374</w:t>
        <w:br/>
        <w:t>f 11552/10744/9375 11549/10743/9374 11550/10742/9373</w:t>
        <w:br/>
        <w:t>f 11551/10745/9376 11552/10744/9375 11550/10742/9373</w:t>
        <w:br/>
        <w:t>f 11556/10746/9377 11555/10747/9378 11554/10748/9379</w:t>
        <w:br/>
        <w:t>f 11553/10749/9380 11556/10746/9377 11554/10748/9379</w:t>
        <w:br/>
        <w:t>f 11548/10738/9369 11545/10741/9372 11554/10748/9379</w:t>
        <w:br/>
        <w:t>f 11555/10747/9378 11548/10738/9369 11554/10748/9379</w:t>
        <w:br/>
        <w:t>f 11560/10750/9381 11559/10751/9382 11558/10752/9383</w:t>
        <w:br/>
        <w:t>f 11557/10753/9384 11560/10750/9381 11558/10752/9383</w:t>
        <w:br/>
        <w:t>f 11562/10754/9385 11556/10746/9377 11553/10749/9380</w:t>
        <w:br/>
        <w:t>f 11561/10755/9386 11562/10754/9385 11553/10749/9380</w:t>
        <w:br/>
        <w:t>f 11566/10756/9387 11565/10757/9388 11564/10758/9389</w:t>
        <w:br/>
        <w:t>f 11563/10759/9390 11566/10756/9387 11564/10758/9389</w:t>
        <w:br/>
        <w:t>f 11569/10760/9391 11568/10761/9391 11567/10762/9392</w:t>
        <w:br/>
        <w:t>f 11570/10763/9392 11569/10760/9391 11567/10762/9392</w:t>
        <w:br/>
        <w:t>f 11572/10764/9393 11571/10765/9393 11568/10761/9391</w:t>
        <w:br/>
        <w:t>f 11569/10760/9391 11572/10764/9393 11568/10761/9391</w:t>
        <w:br/>
        <w:t>f 11571/10765/9393 11572/10764/9393 11574/10766/9394</w:t>
        <w:br/>
        <w:t>f 11573/10767/9394 11571/10765/9393 11574/10766/9394</w:t>
        <w:br/>
        <w:t>f 11578/10768/9395 11577/10769/9396 11576/10770/9397</w:t>
        <w:br/>
        <w:t>f 11575/10771/9398 11578/10768/9395 11576/10770/9397</w:t>
        <w:br/>
        <w:t>f 11576/10770/9397 11570/10763/9392 11567/10762/9392</w:t>
        <w:br/>
        <w:t>f 11575/10771/9398 11576/10770/9397 11567/10762/9392</w:t>
        <w:br/>
        <w:t>f 11582/10772/9399 11581/10773/9400 11580/10774/9401</w:t>
        <w:br/>
        <w:t>f 11579/10775/9402 11582/10772/9399 11580/10774/9401</w:t>
        <w:br/>
        <w:t>f 11584/10776/9403 11583/10777/9404 11577/10769/9396</w:t>
        <w:br/>
        <w:t>f 11578/10768/9395 11584/10776/9403 11577/10769/9396</w:t>
        <w:br/>
        <w:t>f 11587/10778/9405 11586/10779/9405 11585/10780/9406</w:t>
        <w:br/>
        <w:t>f 11588/10781/9407 11587/10778/9405 11585/10780/9406</w:t>
        <w:br/>
        <w:t>f 11546/10740/9371 11590/10782/9408 11589/10783/9409</w:t>
        <w:br/>
        <w:t>f 11545/10741/9372 11546/10740/9371 11589/10783/9409</w:t>
        <w:br/>
        <w:t>f 11546/10740/9371 11549/10743/9374 11591/10784/9410</w:t>
        <w:br/>
        <w:t>f 11590/10782/9408 11546/10740/9371 11591/10784/9410</w:t>
        <w:br/>
        <w:t>f 11552/10744/9375 11592/10785/9411 11591/10784/9410</w:t>
        <w:br/>
        <w:t>f 11549/10743/9374 11552/10744/9375 11591/10784/9410</w:t>
        <w:br/>
        <w:t>f 11553/10749/9380 11554/10748/9379 11594/10786/9412</w:t>
        <w:br/>
        <w:t>f 11593/10787/9413 11553/10749/9380 11594/10786/9412</w:t>
        <w:br/>
        <w:t>f 11545/10741/9372 11589/10783/9409 11594/10786/9412</w:t>
        <w:br/>
        <w:t>f 11554/10748/9379 11545/10741/9372 11594/10786/9412</w:t>
        <w:br/>
        <w:t>f 11598/10788/9414 11597/10789/9415 11596/10790/9415</w:t>
        <w:br/>
        <w:t>f 11595/10791/9416 11598/10788/9414 11596/10790/9415</w:t>
        <w:br/>
        <w:t>f 11600/10792/9417 11599/10793/9418 11559/10751/9382</w:t>
        <w:br/>
        <w:t>f 11560/10750/9381 11600/10792/9417 11559/10751/9382</w:t>
        <w:br/>
        <w:t>f 11561/10755/9386 11553/10749/9380 11593/10787/9413</w:t>
        <w:br/>
        <w:t>f 11601/10794/9419 11561/10755/9386 11593/10787/9413</w:t>
        <w:br/>
        <w:t>f 11566/10756/9387 11603/10795/9420 11602/10796/9421</w:t>
        <w:br/>
        <w:t>f 11565/10757/9388 11566/10756/9387 11602/10796/9421</w:t>
        <w:br/>
        <w:t>f 11607/10797/9422 11606/10798/9423 11605/10799/9424</w:t>
        <w:br/>
        <w:t>f 11604/10800/9425 11607/10797/9422 11605/10799/9424</w:t>
        <w:br/>
        <w:t>f 11605/10799/9424 11609/10801/9426 11608/10802/9427</w:t>
        <w:br/>
        <w:t>f 11604/10800/9425 11605/10799/9424 11608/10802/9427</w:t>
        <w:br/>
        <w:t>f 11563/10759/9390 11564/10758/9389 11611/10803/9428</w:t>
        <w:br/>
        <w:t>f 11610/10804/9429 11563/10759/9390 11611/10803/9428</w:t>
        <w:br/>
        <w:t>f 11562/10754/9385 11613/10805/9430 11612/10806/9431</w:t>
        <w:br/>
        <w:t>f 11556/10746/9377 11562/10754/9385 11612/10806/9431</w:t>
        <w:br/>
        <w:t>f 11556/10746/9377 11612/10806/9431 11614/10807/9432</w:t>
        <w:br/>
        <w:t>f 11555/10747/9378 11556/10746/9377 11614/10807/9432</w:t>
        <w:br/>
        <w:t>f 11555/10747/9378 11614/10807/9432 11615/10808/9433</w:t>
        <w:br/>
        <w:t>f 11548/10738/9369 11555/10747/9378 11615/10808/9433</w:t>
        <w:br/>
        <w:t>f 11547/10739/9370 11548/10738/9369 11615/10808/9433</w:t>
        <w:br/>
        <w:t>f 11616/10809/9434 11547/10739/9370 11615/10808/9433</w:t>
        <w:br/>
        <w:t>f 11550/10742/9373 11547/10739/9370 11616/10809/9434</w:t>
        <w:br/>
        <w:t>f 11617/10810/9435 11550/10742/9373 11616/10809/9434</w:t>
        <w:br/>
        <w:t>f 11551/10745/9376 11550/10742/9373 11617/10810/9435</w:t>
        <w:br/>
        <w:t>f 11618/10811/9436 11551/10745/9376 11617/10810/9435</w:t>
        <w:br/>
        <w:t>f 11558/10752/9383 11620/10812/9437 11619/10813/9438</w:t>
        <w:br/>
        <w:t>f 11557/10753/9384 11558/10752/9383 11619/10813/9438</w:t>
        <w:br/>
        <w:t>f 11622/10814/9439 11621/10815/9440 11596/10790/9415</w:t>
        <w:br/>
        <w:t>f 11597/10789/9415 11622/10814/9439 11596/10790/9415</w:t>
        <w:br/>
        <w:t>f 11564/10758/9389 11608/10802/9427 11609/10801/9426</w:t>
        <w:br/>
        <w:t>f 11611/10803/9428 11564/10758/9389 11609/10801/9426</w:t>
        <w:br/>
        <w:t>f 11624/10816/9441 11586/10779/9405 11587/10778/9405</w:t>
        <w:br/>
        <w:t>f 11623/10817/9442 11624/10816/9441 11587/10778/9405</w:t>
        <w:br/>
        <w:t>f 11606/10798/9423 11607/10797/9422 11565/10757/9388</w:t>
        <w:br/>
        <w:t>f 11602/10796/9421 11606/10798/9423 11565/10757/9388</w:t>
        <w:br/>
        <w:t>f 11564/10758/9389 11565/10757/9388 11607/10797/9422</w:t>
        <w:br/>
        <w:t>f 11608/10802/9427 11564/10758/9389 11607/10797/9422</w:t>
        <w:br/>
        <w:t>f 11598/10788/9414 11560/10750/9381 11557/10753/9384</w:t>
        <w:br/>
        <w:t>f 11622/10814/9439 11598/10788/9414 11557/10753/9384</w:t>
        <w:br/>
        <w:t>f 11595/10791/9416 11600/10792/9417 11560/10750/9381</w:t>
        <w:br/>
        <w:t>f 11598/10788/9414 11595/10791/9416 11560/10750/9381</w:t>
        <w:br/>
        <w:t>f 11579/10775/9402 11580/10774/9401 11626/10818/9443</w:t>
        <w:br/>
        <w:t>f 11625/10819/9444 11579/10775/9402 11626/10818/9443</w:t>
        <w:br/>
        <w:t>f 11621/10815/9440 11622/10814/9439 11557/10753/9384</w:t>
        <w:br/>
        <w:t>f 11619/10813/9438 11621/10815/9440 11557/10753/9384</w:t>
        <w:br/>
        <w:t>f 11622/10814/9439 11627/10820/9445 11598/10788/9414</w:t>
        <w:br/>
        <w:t>f 11607/10797/9422 11604/10800/9425 11608/10802/9427</w:t>
        <w:br/>
        <w:t>f 11623/10817/9442 11628/10821/9446 11624/10816/9441</w:t>
        <w:br/>
        <w:t>f 11626/10818/9443 11629/10822/9447 11625/10819/9444</w:t>
        <w:br/>
        <w:t>f 11632/10823/9448 11631/10824/9449 11630/10825/9450</w:t>
        <w:br/>
        <w:t>f 11633/10826/9451 11632/10823/9448 11630/10825/9450</w:t>
        <w:br/>
        <w:t>f 11634/10827/9452 11633/10826/9451 11630/10825/9450</w:t>
        <w:br/>
        <w:t>f 11635/10828/9453 11634/10827/9452 11630/10825/9450</w:t>
        <w:br/>
        <w:t>f 11636/10829/9454 11635/10828/9453 11630/10825/9450</w:t>
        <w:br/>
        <w:t>f 11637/10830/9455 11636/10829/9454 11630/10825/9450</w:t>
        <w:br/>
        <w:t>f 11638/10831/9456 11637/10830/9455 11630/10825/9450</w:t>
        <w:br/>
        <w:t>f 11631/10824/9449 11638/10831/9456 11630/10825/9450</w:t>
        <w:br/>
        <w:t>f 11641/10832/9457 11640/10833/9458 11639/10834/9459</w:t>
        <w:br/>
        <w:t>f 11640/10833/9458 11642/10835/9460 11639/10834/9459</w:t>
        <w:br/>
        <w:t>f 11642/10835/9460 11643/10836/9461 11639/10834/9459</w:t>
        <w:br/>
        <w:t>f 11643/10836/9461 11644/10837/9462 11639/10834/9459</w:t>
        <w:br/>
        <w:t>f 11644/10837/9462 11645/10838/9463 11639/10834/9459</w:t>
        <w:br/>
        <w:t>f 11645/10838/9463 11646/10839/9464 11639/10834/9459</w:t>
        <w:br/>
        <w:t>f 11646/10839/9464 11647/10840/9465 11639/10834/9459</w:t>
        <w:br/>
        <w:t>f 11647/10840/9465 11641/10832/9457 11639/10834/9459</w:t>
        <w:br/>
        <w:t>f 11651/10841/9466 11650/10842/9467 11649/10843/9468</w:t>
        <w:br/>
        <w:t>f 11648/10844/9469 11651/10841/9466 11649/10843/9468</w:t>
        <w:br/>
        <w:t>f 11650/10842/9467 11653/10845/9470 11652/10846/9471</w:t>
        <w:br/>
        <w:t>f 11649/10843/9468 11650/10842/9467 11652/10846/9471</w:t>
        <w:br/>
        <w:t>f 11653/10845/9470 11655/10847/9472 11654/10848/9473</w:t>
        <w:br/>
        <w:t>f 11652/10846/9471 11653/10845/9470 11654/10848/9473</w:t>
        <w:br/>
        <w:t>f 11657/10849/9474 11656/10850/9475 11654/10848/9473</w:t>
        <w:br/>
        <w:t>f 11655/10847/9472 11657/10849/9474 11654/10848/9473</w:t>
        <w:br/>
        <w:t>f 11656/10850/9475 11657/10849/9474 11659/10851/9476</w:t>
        <w:br/>
        <w:t>f 11658/10852/9477 11656/10850/9475 11659/10851/9476</w:t>
        <w:br/>
        <w:t>f 11661/10853/9478 11658/10852/9477 11659/10851/9476</w:t>
        <w:br/>
        <w:t>f 11660/10854/9479 11661/10853/9478 11659/10851/9476</w:t>
        <w:br/>
        <w:t>f 11660/10854/9479 11663/10855/9480 11662/10856/9481</w:t>
        <w:br/>
        <w:t>f 11661/10853/9478 11660/10854/9479 11662/10856/9481</w:t>
        <w:br/>
        <w:t>f 11663/10855/9480 11651/10841/9466 11648/10844/9469</w:t>
        <w:br/>
        <w:t>f 11662/10856/9481 11663/10855/9480 11648/10844/9469</w:t>
        <w:br/>
        <w:t>f 11665/10857/9482 11664/10858/9483 11650/10842/9467</w:t>
        <w:br/>
        <w:t>f 11651/10841/9466 11665/10857/9482 11650/10842/9467</w:t>
        <w:br/>
        <w:t>f 11664/10858/9483 11666/10859/9484 11653/10845/9470</w:t>
        <w:br/>
        <w:t>f 11650/10842/9467 11664/10858/9483 11653/10845/9470</w:t>
        <w:br/>
        <w:t>f 11666/10859/9484 11667/10860/9485 11655/10847/9472</w:t>
        <w:br/>
        <w:t>f 11653/10845/9470 11666/10859/9484 11655/10847/9472</w:t>
        <w:br/>
        <w:t>f 11669/10861/9486 11668/10862/9487 11655/10847/9472</w:t>
        <w:br/>
        <w:t>f 11667/10860/9485 11669/10861/9486 11655/10847/9472</w:t>
        <w:br/>
        <w:t>f 11657/10849/9488 11669/10861/9486 11671/10863/9489</w:t>
        <w:br/>
        <w:t>f 11670/10864/9490 11657/10849/9488 11671/10863/9489</w:t>
        <w:br/>
        <w:t>f 11660/10854/9479 11659/10851/9476 11671/10863/9491</w:t>
        <w:br/>
        <w:t>f 11672/10865/9492 11660/10854/9479 11671/10863/9491</w:t>
        <w:br/>
        <w:t>f 11672/10865/9492 11673/10866/9493 11663/10855/9480</w:t>
        <w:br/>
        <w:t>f 11660/10854/9479 11672/10865/9492 11663/10855/9480</w:t>
        <w:br/>
        <w:t>f 11673/10866/9493 11665/10857/9482 11651/10841/9466</w:t>
        <w:br/>
        <w:t>f 11663/10855/9480 11673/10866/9493 11651/10841/9466</w:t>
        <w:br/>
        <w:t>f 11677/10867/9494 11676/10868/9495 11675/10869/9496</w:t>
        <w:br/>
        <w:t>f 11674/10870/9497 11677/10867/9494 11675/10869/9496</w:t>
        <w:br/>
        <w:t>f 11674/10870/9497 11679/10871/9498 11678/10872/9499</w:t>
        <w:br/>
        <w:t>f 11677/10867/9494 11674/10870/9497 11678/10872/9499</w:t>
        <w:br/>
        <w:t>f 11679/10871/9498 11681/10873/9500 11680/10874/9501</w:t>
        <w:br/>
        <w:t>f 11678/10872/9499 11679/10871/9498 11680/10874/9501</w:t>
        <w:br/>
        <w:t>f 11683/10875/9502 11682/10876/9503 11680/10874/9501</w:t>
        <w:br/>
        <w:t>f 11681/10873/9500 11683/10875/9502 11680/10874/9501</w:t>
        <w:br/>
        <w:t>f 11685/10877/9504 11684/10878/9505 11682/10876/9503</w:t>
        <w:br/>
        <w:t>f 11683/10875/9502 11685/10877/9504 11682/10876/9503</w:t>
        <w:br/>
        <w:t>f 11687/10879/9506 11686/10880/9507 11684/10878/9505</w:t>
        <w:br/>
        <w:t>f 11685/10877/9504 11687/10879/9506 11684/10878/9505</w:t>
        <w:br/>
        <w:t>f 11689/10881/9508 11688/10882/9509 11686/10880/9507</w:t>
        <w:br/>
        <w:t>f 11687/10879/9506 11689/10881/9508 11686/10880/9507</w:t>
        <w:br/>
        <w:t>f 11688/10882/9509 11689/10881/9508 11675/10869/9496</w:t>
        <w:br/>
        <w:t>f 11676/10868/9495 11688/10882/9509 11675/10869/9496</w:t>
        <w:br/>
        <w:t>f 11674/10870/9497 11675/10869/9496 11691/10883/9510</w:t>
        <w:br/>
        <w:t>f 11690/10884/9511 11674/10870/9497 11691/10883/9510</w:t>
        <w:br/>
        <w:t>f 11690/10884/9511 11692/10885/9512 11679/10871/9498</w:t>
        <w:br/>
        <w:t>f 11674/10870/9497 11690/10884/9511 11679/10871/9498</w:t>
        <w:br/>
        <w:t>f 11692/10885/9512 11693/10886/9513 11681/10873/9500</w:t>
        <w:br/>
        <w:t>f 11679/10871/9498 11692/10885/9512 11681/10873/9500</w:t>
        <w:br/>
        <w:t>f 11694/10887/9514 11683/10875/9502 11681/10873/9500</w:t>
        <w:br/>
        <w:t>f 11693/10886/9513 11694/10887/9514 11681/10873/9500</w:t>
        <w:br/>
        <w:t>f 11695/10888/9515 11685/10877/9504 11683/10875/9502</w:t>
        <w:br/>
        <w:t>f 11694/10887/9514 11695/10888/9515 11683/10875/9502</w:t>
        <w:br/>
        <w:t>f 11696/10889/9516 11687/10879/9506 11685/10877/9504</w:t>
        <w:br/>
        <w:t>f 11695/10888/9515 11696/10889/9516 11685/10877/9504</w:t>
        <w:br/>
        <w:t>f 11697/10890/9517 11689/10881/9508 11687/10879/9506</w:t>
        <w:br/>
        <w:t>f 11696/10889/9516 11697/10890/9517 11687/10879/9506</w:t>
        <w:br/>
        <w:t>f 11689/10881/9508 11697/10890/9517 11691/10883/9510</w:t>
        <w:br/>
        <w:t>f 11675/10869/9496 11689/10881/9508 11691/10883/9510</w:t>
        <w:br/>
        <w:t>f 11652/10846/9471 11654/10848/9473 11678/10872/9499</w:t>
        <w:br/>
        <w:t>f 11680/10874/9501 11652/10846/9471 11678/10872/9499</w:t>
        <w:br/>
        <w:t>f 11654/10848/9473 11656/10850/9475 11677/10867/9494</w:t>
        <w:br/>
        <w:t>f 11678/10872/9499 11654/10848/9473 11677/10867/9494</w:t>
        <w:br/>
        <w:t>f 11656/10850/9475 11658/10852/9477 11676/10868/9495</w:t>
        <w:br/>
        <w:t>f 11677/10867/9494 11656/10850/9475 11676/10868/9495</w:t>
        <w:br/>
        <w:t>f 11661/10853/9478 11688/10882/9509 11676/10868/9495</w:t>
        <w:br/>
        <w:t>f 11658/10852/9477 11661/10853/9478 11676/10868/9495</w:t>
        <w:br/>
        <w:t>f 11662/10856/9481 11686/10880/9507 11688/10882/9509</w:t>
        <w:br/>
        <w:t>f 11661/10853/9478 11662/10856/9481 11688/10882/9509</w:t>
        <w:br/>
        <w:t>f 11648/10844/9469 11684/10878/9505 11686/10880/9507</w:t>
        <w:br/>
        <w:t>f 11662/10856/9481 11648/10844/9469 11686/10880/9507</w:t>
        <w:br/>
        <w:t>f 11649/10843/9468 11682/10876/9503 11684/10878/9505</w:t>
        <w:br/>
        <w:t>f 11648/10844/9469 11649/10843/9468 11684/10878/9505</w:t>
        <w:br/>
        <w:t>f 11652/10846/9471 11680/10874/9501 11682/10876/9503</w:t>
        <w:br/>
        <w:t>f 11649/10843/9468 11652/10846/9471 11682/10876/9503</w:t>
        <w:br/>
        <w:t>f 11701/10891/9518 11700/10892/9519 11699/10893/9520</w:t>
        <w:br/>
        <w:t>f 11698/10894/9521 11701/10891/9518 11699/10893/9520</w:t>
        <w:br/>
        <w:t>f 11698/10894/9521 11699/10893/9520 11703/10895/9522</w:t>
        <w:br/>
        <w:t>f 11702/10896/9523 11698/10894/9521 11703/10895/9522</w:t>
        <w:br/>
        <w:t>f 11702/10896/9523 11703/10895/9522 11705/10897/9524</w:t>
        <w:br/>
        <w:t>f 11704/10898/9525 11702/10896/9523 11705/10897/9524</w:t>
        <w:br/>
        <w:t>f 11704/10898/9525 11705/10897/9524 11707/10899/9526</w:t>
        <w:br/>
        <w:t>f 11706/10900/9527 11704/10898/9525 11707/10899/9526</w:t>
        <w:br/>
        <w:t>f 11708/10901/9528 11691/10883/9510 11697/10890/9517</w:t>
        <w:br/>
        <w:t>f 11706/10900/9527 11708/10901/9528 11697/10890/9517</w:t>
        <w:br/>
        <w:t>f 11708/10901/9528 11709/10902/9529 11690/10884/9511</w:t>
        <w:br/>
        <w:t>f 11691/10883/9510 11708/10901/9528 11690/10884/9511</w:t>
        <w:br/>
        <w:t>f 11712/10903/9530 11711/10904/9531 11710/10905/9532</w:t>
        <w:br/>
        <w:t>f 11709/10902/9529 11712/10903/9530 11710/10905/9532</w:t>
        <w:br/>
        <w:t>f 11711/10904/9531 11700/10892/9519 11701/10891/9518</w:t>
        <w:br/>
        <w:t>f 11710/10905/9532 11711/10904/9531 11701/10891/9518</w:t>
        <w:br/>
        <w:t>f 11716/10906/9533 11715/10907/9534 11714/10908/9535</w:t>
        <w:br/>
        <w:t>f 11713/10909/9536 11716/10906/9533 11714/10908/9535</w:t>
        <w:br/>
        <w:t>f 11715/10907/9534 11718/10910/9537 11717/10911/9538</w:t>
        <w:br/>
        <w:t>f 11714/10908/9535 11715/10907/9534 11717/10911/9538</w:t>
        <w:br/>
        <w:t>f 11720/10912/9539 11717/10911/9538 11718/10910/9537</w:t>
        <w:br/>
        <w:t>f 11719/10913/9540 11720/10912/9539 11718/10910/9537</w:t>
        <w:br/>
        <w:t>f 11724/10914/9541 11723/10915/9542 11722/10916/9543</w:t>
        <w:br/>
        <w:t>f 11721/10917/9544 11724/10914/9541 11722/10916/9543</w:t>
        <w:br/>
        <w:t>f 11716/10906/9533 11713/10909/9536 11722/10916/9543</w:t>
        <w:br/>
        <w:t>f 11723/10915/9542 11716/10906/9533 11722/10916/9543</w:t>
        <w:br/>
        <w:t>f 11728/10918/9545 11727/10919/9546 11726/10920/9547</w:t>
        <w:br/>
        <w:t>f 11725/10921/9548 11728/10918/9545 11726/10920/9547</w:t>
        <w:br/>
        <w:t>f 11730/10922/9549 11724/10914/9541 11721/10917/9544</w:t>
        <w:br/>
        <w:t>f 11729/10923/9550 11730/10922/9549 11721/10917/9544</w:t>
        <w:br/>
        <w:t>f 11734/10924/9551 11733/10925/9552 11732/10926/9553</w:t>
        <w:br/>
        <w:t>f 11731/10927/9554 11734/10924/9551 11732/10926/9553</w:t>
        <w:br/>
        <w:t>f 11737/10928/9555 11736/10929/9555 11735/10930/9556</w:t>
        <w:br/>
        <w:t>f 11738/10931/9556 11737/10928/9555 11735/10930/9556</w:t>
        <w:br/>
        <w:t>f 11740/10932/9557 11739/10933/9558 11736/10929/9555</w:t>
        <w:br/>
        <w:t>f 11737/10928/9555 11740/10932/9557 11736/10929/9555</w:t>
        <w:br/>
        <w:t>f 11739/10933/9558 11740/10932/9557 11742/10934/9559</w:t>
        <w:br/>
        <w:t>f 11741/10935/9560 11739/10933/9558 11742/10934/9559</w:t>
        <w:br/>
        <w:t>f 11745/10936/9561 11744/10937/9562 11743/10938/9563</w:t>
        <w:br/>
        <w:t>f 11746/10939/9561 11745/10936/9561 11743/10938/9563</w:t>
        <w:br/>
        <w:t>f 11744/10937/9562 11738/10931/9556 11735/10930/9556</w:t>
        <w:br/>
        <w:t>f 11743/10938/9563 11744/10937/9562 11735/10930/9556</w:t>
        <w:br/>
        <w:t>f 11750/10940/9564 11749/10941/9565 11748/10942/9566</w:t>
        <w:br/>
        <w:t>f 11747/10943/9566 11750/10940/9564 11748/10942/9566</w:t>
        <w:br/>
        <w:t>f 11752/10944/9567 11751/10945/9568 11745/10936/9561</w:t>
        <w:br/>
        <w:t>f 11746/10939/9561 11752/10944/9567 11745/10936/9561</w:t>
        <w:br/>
        <w:t>f 11755/10946/9569 11754/10947/9570 11753/10948/9571</w:t>
        <w:br/>
        <w:t>f 11756/10949/9572 11755/10946/9569 11753/10948/9571</w:t>
        <w:br/>
        <w:t>f 11713/10909/9536 11714/10908/9535 11758/10950/9573</w:t>
        <w:br/>
        <w:t>f 11757/10951/9574 11713/10909/9536 11758/10950/9573</w:t>
        <w:br/>
        <w:t>f 11714/10908/9535 11717/10911/9538 11759/10952/9575</w:t>
        <w:br/>
        <w:t>f 11758/10950/9573 11714/10908/9535 11759/10952/9575</w:t>
        <w:br/>
        <w:t>f 11720/10912/9539 11760/10953/9576 11759/10952/9575</w:t>
        <w:br/>
        <w:t>f 11717/10911/9538 11720/10912/9539 11759/10952/9575</w:t>
        <w:br/>
        <w:t>f 11721/10917/9544 11722/10916/9543 11762/10954/9577</w:t>
        <w:br/>
        <w:t>f 11761/10955/9578 11721/10917/9544 11762/10954/9577</w:t>
        <w:br/>
        <w:t>f 11713/10909/9536 11757/10951/9574 11762/10954/9577</w:t>
        <w:br/>
        <w:t>f 11722/10916/9543 11713/10909/9536 11762/10954/9577</w:t>
        <w:br/>
        <w:t>f 11766/10956/9579 11765/10957/9580 11764/10958/9580</w:t>
        <w:br/>
        <w:t>f 11763/10959/9581 11766/10956/9579 11764/10958/9580</w:t>
        <w:br/>
        <w:t>f 11768/10960/9582 11767/10961/9583 11727/10919/9546</w:t>
        <w:br/>
        <w:t>f 11728/10918/9545 11768/10960/9582 11727/10919/9546</w:t>
        <w:br/>
        <w:t>f 11729/10923/9550 11721/10917/9544 11761/10955/9578</w:t>
        <w:br/>
        <w:t>f 11769/10962/9584 11729/10923/9550 11761/10955/9578</w:t>
        <w:br/>
        <w:t>f 11734/10924/9551 11771/10963/9585 11770/10964/9586</w:t>
        <w:br/>
        <w:t>f 11733/10925/9552 11734/10924/9551 11770/10964/9586</w:t>
        <w:br/>
        <w:t>f 11775/10965/9587 11774/10966/9588 11773/10967/9589</w:t>
        <w:br/>
        <w:t>f 11772/10968/9590 11775/10965/9587 11773/10967/9589</w:t>
        <w:br/>
        <w:t>f 11773/10967/9589 11777/10969/9591 11776/10970/9592</w:t>
        <w:br/>
        <w:t>f 11772/10968/9590 11773/10967/9589 11776/10970/9592</w:t>
        <w:br/>
        <w:t>f 11731/10927/9554 11732/10926/9553 11779/10971/9593</w:t>
        <w:br/>
        <w:t>f 11778/10972/9594 11731/10927/9554 11779/10971/9593</w:t>
        <w:br/>
        <w:t>f 11730/10922/9549 11781/10973/9595 11780/10974/9596</w:t>
        <w:br/>
        <w:t>f 11724/10914/9541 11730/10922/9549 11780/10974/9596</w:t>
        <w:br/>
        <w:t>f 11724/10914/9541 11780/10974/9596 11782/10975/9597</w:t>
        <w:br/>
        <w:t>f 11723/10915/9542 11724/10914/9541 11782/10975/9597</w:t>
        <w:br/>
        <w:t>f 11716/10906/9533 11723/10915/9542 11782/10975/9597</w:t>
        <w:br/>
        <w:t>f 11783/10976/9598 11716/10906/9533 11782/10975/9597</w:t>
        <w:br/>
        <w:t>f 11715/10907/9534 11716/10906/9533 11783/10976/9598</w:t>
        <w:br/>
        <w:t>f 11784/10977/9599 11715/10907/9534 11783/10976/9598</w:t>
        <w:br/>
        <w:t>f 11718/10910/9537 11715/10907/9534 11784/10977/9599</w:t>
        <w:br/>
        <w:t>f 11785/10978/9600 11718/10910/9537 11784/10977/9599</w:t>
        <w:br/>
        <w:t>f 11719/10913/9540 11718/10910/9537 11785/10978/9600</w:t>
        <w:br/>
        <w:t>f 11786/10979/9601 11719/10913/9540 11785/10978/9600</w:t>
        <w:br/>
        <w:t>f 11726/10920/9547 11788/10980/9602 11787/10981/9603</w:t>
        <w:br/>
        <w:t>f 11725/10921/9548 11726/10920/9547 11787/10981/9603</w:t>
        <w:br/>
        <w:t>f 11790/10982/9604 11789/10983/9605 11764/10958/9580</w:t>
        <w:br/>
        <w:t>f 11765/10957/9580 11790/10982/9604 11764/10958/9580</w:t>
        <w:br/>
        <w:t>f 11732/10926/9553 11776/10970/9592 11777/10969/9591</w:t>
        <w:br/>
        <w:t>f 11779/10971/9593 11732/10926/9553 11777/10969/9591</w:t>
        <w:br/>
        <w:t>f 11792/10984/9606 11754/10947/9570 11755/10946/9569</w:t>
        <w:br/>
        <w:t>f 11791/10985/9607 11792/10984/9606 11755/10946/9569</w:t>
        <w:br/>
        <w:t>f 11774/10966/9588 11775/10965/9587 11733/10925/9552</w:t>
        <w:br/>
        <w:t>f 11770/10964/9586 11774/10966/9588 11733/10925/9552</w:t>
        <w:br/>
        <w:t>f 11732/10926/9553 11733/10925/9552 11775/10965/9587</w:t>
        <w:br/>
        <w:t>f 11776/10970/9592 11732/10926/9553 11775/10965/9587</w:t>
        <w:br/>
        <w:t>f 11766/10956/9579 11728/10918/9545 11725/10921/9548</w:t>
        <w:br/>
        <w:t>f 11790/10982/9604 11766/10956/9579 11725/10921/9548</w:t>
        <w:br/>
        <w:t>f 11763/10959/9581 11768/10960/9582 11728/10918/9545</w:t>
        <w:br/>
        <w:t>f 11766/10956/9579 11763/10959/9581 11728/10918/9545</w:t>
        <w:br/>
        <w:t>f 11747/10943/9566 11748/10942/9566 11794/10986/9608</w:t>
        <w:br/>
        <w:t>f 11793/10987/9609 11747/10943/9566 11794/10986/9608</w:t>
        <w:br/>
        <w:t>f 11789/10983/9605 11790/10982/9604 11725/10921/9548</w:t>
        <w:br/>
        <w:t>f 11787/10981/9603 11789/10983/9605 11725/10921/9548</w:t>
        <w:br/>
        <w:t>f 11790/10982/9604 11795/10988/9610 11766/10956/9579</w:t>
        <w:br/>
        <w:t>f 11775/10965/9587 11772/10968/9590 11776/10970/9592</w:t>
        <w:br/>
        <w:t>f 11791/10985/9607 11796/10989/9611 11792/10984/9606</w:t>
        <w:br/>
        <w:t>f 11794/10986/9608 11797/10990/9612 11793/10987/9609</w:t>
        <w:br/>
        <w:t>f 11141/10337/8991 11137/10330/8984 11136/10329/8983</w:t>
        <w:br/>
        <w:t>f 11144/10334/8988 11141/10337/8991 11136/10329/8983</w:t>
        <w:br/>
        <w:t>f 11145/10339/8993 11138/10331/8985 11137/10330/8984</w:t>
        <w:br/>
        <w:t>f 11141/10337/8991 11145/10339/8993 11137/10330/8984</w:t>
        <w:br/>
        <w:t>f 11145/10339/8993 11147/10341/8995 11139/10332/8986</w:t>
        <w:br/>
        <w:t>f 11138/10331/8985 11145/10339/8993 11139/10332/8986</w:t>
        <w:br/>
        <w:t>f 11147/10341/8995 11149/10343/8997 11140/10333/8987</w:t>
        <w:br/>
        <w:t>f 11139/10332/8986 11147/10341/8995 11140/10333/8987</w:t>
        <w:br/>
        <w:t>f 16534/10991/9613 11151/10344/8998 11149/10343/8997</w:t>
        <w:br/>
        <w:t>f 11150/10342/8996 16534/10991/9613 11149/10343/8997</w:t>
        <w:br/>
        <w:t>f 11152/10345/8999 11151/10344/8998 16534/10991/9613</w:t>
        <w:br/>
        <w:t>f 11155/10346/9000 11152/10345/8999 16534/10991/9613</w:t>
        <w:br/>
        <w:t>f 11153/10348/9002 11135/10328/8982 11133/10327/8981</w:t>
        <w:br/>
        <w:t>f 11152/10345/8999 11153/10348/9002 11133/10327/8981</w:t>
        <w:br/>
        <w:t>f 11144/10334/8988 11136/10329/8983 11135/10328/8982</w:t>
        <w:br/>
        <w:t>f 11153/10348/9002 11144/10334/8988 11135/10328/8982</w:t>
        <w:br/>
        <w:t>f 11394/10587/9229 11391/10586/9228 11387/10580/9222</w:t>
        <w:br/>
        <w:t>f 11386/10579/9221 11394/10587/9229 11387/10580/9222</w:t>
        <w:br/>
        <w:t>f 11395/10589/9231 11388/10581/9223 11387/10580/9222</w:t>
        <w:br/>
        <w:t>f 11391/10586/9228 11395/10589/9231 11387/10580/9222</w:t>
        <w:br/>
        <w:t>f 11397/10591/9233 11389/10582/9224 11388/10581/9223</w:t>
        <w:br/>
        <w:t>f 11395/10589/9231 11397/10591/9233 11388/10581/9223</w:t>
        <w:br/>
        <w:t>f 11397/10591/9233 11399/10593/9235 11390/10583/9225</w:t>
        <w:br/>
        <w:t>f 11389/10582/9224 11397/10591/9233 11390/10583/9225</w:t>
        <w:br/>
        <w:t>f 16535/10992/9614 11401/10594/9236 11399/10593/9235</w:t>
        <w:br/>
        <w:t>f 11400/10592/9234 16535/10992/9614 11399/10593/9235</w:t>
        <w:br/>
        <w:t>f 11402/10595/9237 11401/10594/9236 16535/10992/9614</w:t>
        <w:br/>
        <w:t>f 11405/10596/9238 11402/10595/9237 16535/10992/9614</w:t>
        <w:br/>
        <w:t>f 11402/10595/9237 11403/10598/9240 11385/10578/9220</w:t>
        <w:br/>
        <w:t>f 11383/10577/9219 11402/10595/9237 11385/10578/9220</w:t>
        <w:br/>
        <w:t>f 11403/10598/9240 11394/10587/9229 11386/10579/9221</w:t>
        <w:br/>
        <w:t>f 11385/10578/9220 11403/10598/9240 11386/10579/9221</w:t>
        <w:br/>
        <w:t>f 11698/10894/9521 11694/10887/9514 11693/10886/9513</w:t>
        <w:br/>
        <w:t>f 11701/10891/9518 11698/10894/9521 11693/10886/9513</w:t>
        <w:br/>
        <w:t>f 11702/10896/9523 11695/10888/9515 11694/10887/9514</w:t>
        <w:br/>
        <w:t>f 11698/10894/9521 11702/10896/9523 11694/10887/9514</w:t>
        <w:br/>
        <w:t>f 11704/10898/9525 11696/10889/9516 11695/10888/9515</w:t>
        <w:br/>
        <w:t>f 11702/10896/9523 11704/10898/9525 11695/10888/9515</w:t>
        <w:br/>
        <w:t>f 11706/10900/9527 11697/10890/9517 11696/10889/9516</w:t>
        <w:br/>
        <w:t>f 11704/10898/9525 11706/10900/9527 11696/10889/9516</w:t>
        <w:br/>
        <w:t>f 16536/10993/9615 11708/10901/9528 11706/10900/9527</w:t>
        <w:br/>
        <w:t>f 11707/10899/9526 16536/10993/9615 11706/10900/9527</w:t>
        <w:br/>
        <w:t>f 11709/10902/9529 11708/10901/9528 16536/10993/9615</w:t>
        <w:br/>
        <w:t>f 11712/10903/9530 11709/10902/9529 16536/10993/9615</w:t>
        <w:br/>
        <w:t>f 11709/10902/9529 11710/10905/9532 11692/10885/9512</w:t>
        <w:br/>
        <w:t>f 11690/10884/9511 11709/10902/9529 11692/10885/9512</w:t>
        <w:br/>
        <w:t>f 11710/10905/9532 11701/10891/9518 11693/10886/9513</w:t>
        <w:br/>
        <w:t>f 11692/10885/9512 11710/10905/9532 11693/10886/9513</w:t>
        <w:br/>
        <w:t>f 26071/10994/9616 26070/10995/9617 26069/10996/9618</w:t>
        <w:br/>
        <w:t>f 26068/10997/9619 26071/10994/9616 26069/10996/9618</w:t>
        <w:br/>
        <w:t>f 26070/10995/9617 26073/10998/9620 26072/10999/9621</w:t>
        <w:br/>
        <w:t>f 26069/10996/9618 26070/10995/9617 26072/10999/9621</w:t>
        <w:br/>
        <w:t>f 26075/11000/9622 26072/10999/9621 26073/10998/9620</w:t>
        <w:br/>
        <w:t>f 26074/11001/9623 26075/11000/9622 26073/10998/9620</w:t>
        <w:br/>
        <w:t>f 26078/11002/9624 26077/11003/9625 26076/11004/9626</w:t>
        <w:br/>
        <w:t>f 26079/11005/9627 26078/11002/9624 26076/11004/9626</w:t>
        <w:br/>
        <w:t>f 26071/10994/9616 26068/10997/9619 26077/11003/9625</w:t>
        <w:br/>
        <w:t>f 26078/11002/9624 26071/10994/9616 26077/11003/9625</w:t>
        <w:br/>
        <w:t>f 26083/11006/9628 26082/11007/9629 26081/11008/9630</w:t>
        <w:br/>
        <w:t>f 26080/11009/9631 26083/11006/9628 26081/11008/9630</w:t>
        <w:br/>
        <w:t>f 26085/11010/9632 26079/11005/9627 26076/11004/9626</w:t>
        <w:br/>
        <w:t>f 26084/11011/9633 26085/11010/9632 26076/11004/9626</w:t>
        <w:br/>
        <w:t>f 26089/11012/9634 26088/11013/9635 26087/11014/9636</w:t>
        <w:br/>
        <w:t>f 26086/11015/9637 26089/11012/9634 26087/11014/9636</w:t>
        <w:br/>
        <w:t>f 26092/11016/9638 26091/11017/9639 26090/11018/9640</w:t>
        <w:br/>
        <w:t>f 26093/11019/9641 26092/11016/9638 26090/11018/9640</w:t>
        <w:br/>
        <w:t>f 26095/11020/9642 26094/11021/9642 26091/11017/9639</w:t>
        <w:br/>
        <w:t>f 26092/11016/9638 26095/11020/9642 26091/11017/9639</w:t>
        <w:br/>
        <w:t>f 26094/11021/9642 26095/11020/9642 26097/11022/9643</w:t>
        <w:br/>
        <w:t>f 26096/11023/9643 26094/11021/9642 26097/11022/9643</w:t>
        <w:br/>
        <w:t>f 26100/11024/9644 26099/11025/9645 26098/11026/9646</w:t>
        <w:br/>
        <w:t>f 26101/11027/9647 26100/11024/9644 26098/11026/9646</w:t>
        <w:br/>
        <w:t>f 26099/11025/9645 26093/11019/9641 26090/11018/9640</w:t>
        <w:br/>
        <w:t>f 26098/11026/9646 26099/11025/9645 26090/11018/9640</w:t>
        <w:br/>
        <w:t>f 26105/11028/9648 26104/11029/9648 26103/11030/9649</w:t>
        <w:br/>
        <w:t>f 26102/11031/9650 26105/11028/9648 26103/11030/9649</w:t>
        <w:br/>
        <w:t>f 26107/11032/9651 26106/11033/9651 26100/11024/9644</w:t>
        <w:br/>
        <w:t>f 26101/11027/9647 26107/11032/9651 26100/11024/9644</w:t>
        <w:br/>
        <w:t>f 26110/11034/9652 26109/11035/9653 26108/11036/9654</w:t>
        <w:br/>
        <w:t>f 26111/11037/9655 26110/11034/9652 26108/11036/9654</w:t>
        <w:br/>
        <w:t>f 26068/10997/9619 26069/10996/9618 26113/11038/9656</w:t>
        <w:br/>
        <w:t>f 26112/11039/9657 26068/10997/9619 26113/11038/9656</w:t>
        <w:br/>
        <w:t>f 26069/10996/9618 26072/10999/9621 26114/11040/9658</w:t>
        <w:br/>
        <w:t>f 26113/11038/9656 26069/10996/9618 26114/11040/9658</w:t>
        <w:br/>
        <w:t>f 26075/11000/9622 26115/11041/9659 26114/11040/9658</w:t>
        <w:br/>
        <w:t>f 26072/10999/9621 26075/11000/9622 26114/11040/9658</w:t>
        <w:br/>
        <w:t>f 26076/11004/9626 26077/11003/9625 26117/11042/9660</w:t>
        <w:br/>
        <w:t>f 26116/11043/9661 26076/11004/9626 26117/11042/9660</w:t>
        <w:br/>
        <w:t>f 26068/10997/9619 26112/11039/9657 26117/11042/9660</w:t>
        <w:br/>
        <w:t>f 26077/11003/9625 26068/10997/9619 26117/11042/9660</w:t>
        <w:br/>
        <w:t>f 26121/11044/9662 26120/11045/9663 26119/11046/9664</w:t>
        <w:br/>
        <w:t>f 26118/11047/9665 26121/11044/9662 26119/11046/9664</w:t>
        <w:br/>
        <w:t>f 26123/11048/9666 26122/11049/9667 26082/11007/9629</w:t>
        <w:br/>
        <w:t>f 26083/11006/9628 26123/11048/9666 26082/11007/9629</w:t>
        <w:br/>
        <w:t>f 26084/11011/9633 26076/11004/9626 26116/11043/9661</w:t>
        <w:br/>
        <w:t>f 26124/11050/9668 26084/11011/9633 26116/11043/9661</w:t>
        <w:br/>
        <w:t>f 26089/11012/9634 26126/11051/9669 26125/11052/9670</w:t>
        <w:br/>
        <w:t>f 26088/11013/9635 26089/11012/9634 26125/11052/9670</w:t>
        <w:br/>
        <w:t>f 26129/11053/9671 26128/11054/9672 26127/11055/9673</w:t>
        <w:br/>
        <w:t>f 26130/11056/9674 26129/11053/9671 26127/11055/9673</w:t>
        <w:br/>
        <w:t>f 26128/11054/9672 26132/11057/9675 26131/11058/9676</w:t>
        <w:br/>
        <w:t>f 26127/11055/9673 26128/11054/9672 26131/11058/9676</w:t>
        <w:br/>
        <w:t>f 26086/11015/9637 26087/11014/9636 26134/11059/9677</w:t>
        <w:br/>
        <w:t>f 26133/11060/9678 26086/11015/9637 26134/11059/9677</w:t>
        <w:br/>
        <w:t>f 26085/11010/9632 26136/11061/9679 26135/11062/9680</w:t>
        <w:br/>
        <w:t>f 26079/11005/9627 26085/11010/9632 26135/11062/9680</w:t>
        <w:br/>
        <w:t>f 26079/11005/9627 26135/11062/9680 26137/11063/9681</w:t>
        <w:br/>
        <w:t>f 26078/11002/9624 26079/11005/9627 26137/11063/9681</w:t>
        <w:br/>
        <w:t>f 26078/11002/9624 26137/11063/9681 26138/11064/9682</w:t>
        <w:br/>
        <w:t>f 26071/10994/9616 26078/11002/9624 26138/11064/9682</w:t>
        <w:br/>
        <w:t>f 26070/10995/9617 26071/10994/9616 26138/11064/9682</w:t>
        <w:br/>
        <w:t>f 26139/11065/9683 26070/10995/9617 26138/11064/9682</w:t>
        <w:br/>
        <w:t>f 26073/10998/9620 26070/10995/9617 26139/11065/9683</w:t>
        <w:br/>
        <w:t>f 26140/11066/9684 26073/10998/9620 26139/11065/9683</w:t>
        <w:br/>
        <w:t>f 26074/11001/9623 26073/10998/9620 26140/11066/9684</w:t>
        <w:br/>
        <w:t>f 26141/11067/9685 26074/11001/9623 26140/11066/9684</w:t>
        <w:br/>
        <w:t>f 26081/11008/9630 26143/11068/9686 26142/11069/9687</w:t>
        <w:br/>
        <w:t>f 26080/11009/9631 26081/11008/9630 26142/11069/9687</w:t>
        <w:br/>
        <w:t>f 26145/11070/9688 26144/11071/9689 26119/11046/9664</w:t>
        <w:br/>
        <w:t>f 26120/11045/9663 26145/11070/9688 26119/11046/9664</w:t>
        <w:br/>
        <w:t>f 26087/11014/9636 26131/11058/9676 26132/11057/9675</w:t>
        <w:br/>
        <w:t>f 26134/11059/9677 26087/11014/9636 26132/11057/9675</w:t>
        <w:br/>
        <w:t>f 26147/11072/9690 26109/11035/9653 26110/11034/9652</w:t>
        <w:br/>
        <w:t>f 26146/11073/9691 26147/11072/9690 26110/11034/9652</w:t>
        <w:br/>
        <w:t>f 26129/11053/9671 26130/11056/9674 26088/11013/9635</w:t>
        <w:br/>
        <w:t>f 26125/11052/9670 26129/11053/9671 26088/11013/9635</w:t>
        <w:br/>
        <w:t>f 26087/11014/9636 26088/11013/9635 26130/11056/9674</w:t>
        <w:br/>
        <w:t>f 26131/11058/9676 26087/11014/9636 26130/11056/9674</w:t>
        <w:br/>
        <w:t>f 26121/11044/9662 26083/11006/9628 26080/11009/9631</w:t>
        <w:br/>
        <w:t>f 26145/11070/9688 26121/11044/9662 26080/11009/9631</w:t>
        <w:br/>
        <w:t>f 26118/11047/9665 26123/11048/9666 26083/11006/9628</w:t>
        <w:br/>
        <w:t>f 26121/11044/9662 26118/11047/9665 26083/11006/9628</w:t>
        <w:br/>
        <w:t>f 26102/11031/9650 26103/11030/9649 26149/11074/9692</w:t>
        <w:br/>
        <w:t>f 26148/11075/9692 26102/11031/9650 26149/11074/9692</w:t>
        <w:br/>
        <w:t>f 26144/11071/9689 26145/11070/9688 26080/11009/9631</w:t>
        <w:br/>
        <w:t>f 26142/11069/9687 26144/11071/9689 26080/11009/9631</w:t>
        <w:br/>
        <w:t>f 26145/11070/9688 26150/11076/9693 26121/11044/9662</w:t>
        <w:br/>
        <w:t>f 26130/11056/9674 26127/11055/9673 26131/11058/9676</w:t>
        <w:br/>
        <w:t>f 26146/11073/9691 26151/11077/9694 26147/11072/9690</w:t>
        <w:br/>
        <w:t>f 26149/11074/9692 26152/11078/9695 26148/11075/9692</w:t>
        <w:br/>
        <w:t>f 26155/11079/9696 26154/11080/9697 26153/11081/9698</w:t>
        <w:br/>
        <w:t>f 26156/11082/9699 26155/11079/9696 26153/11081/9698</w:t>
        <w:br/>
        <w:t>f 26157/11083/9700 26156/11082/9699 26153/11081/9698</w:t>
        <w:br/>
        <w:t>f 26158/11084/9701 26157/11083/9700 26153/11081/9698</w:t>
        <w:br/>
        <w:t>f 26159/11085/9702 26158/11084/9701 26153/11081/9698</w:t>
        <w:br/>
        <w:t>f 26160/11086/9703 26159/11085/9702 26153/11081/9698</w:t>
        <w:br/>
        <w:t>f 26161/11087/9704 26160/11086/9703 26153/11081/9698</w:t>
        <w:br/>
        <w:t>f 26154/11080/9697 26161/11087/9704 26153/11081/9698</w:t>
        <w:br/>
        <w:t>f 26164/11088/9705 26163/11089/9706 26162/11090/9707</w:t>
        <w:br/>
        <w:t>f 26163/11089/9706 26165/11091/9708 26162/11090/9707</w:t>
        <w:br/>
        <w:t>f 26165/11091/9708 26166/11092/9709 26162/11090/9707</w:t>
        <w:br/>
        <w:t>f 26166/11092/9709 26167/11093/9710 26162/11090/9707</w:t>
        <w:br/>
        <w:t>f 26167/11093/9710 26168/11094/9711 26162/11090/9707</w:t>
        <w:br/>
        <w:t>f 26168/11094/9711 26169/11095/9712 26162/11090/9707</w:t>
        <w:br/>
        <w:t>f 26169/11095/9712 26170/11096/9713 26162/11090/9707</w:t>
        <w:br/>
        <w:t>f 26170/11096/9713 26164/11088/9705 26162/11090/9707</w:t>
        <w:br/>
        <w:t>f 26173/11097/9714 26172/11098/9715 26171/11099/9716</w:t>
        <w:br/>
        <w:t>f 26174/11100/9717 26173/11097/9714 26171/11099/9716</w:t>
        <w:br/>
        <w:t>f 26173/11097/9714 26176/11101/9718 26175/11102/9719</w:t>
        <w:br/>
        <w:t>f 26172/11098/9715 26173/11097/9714 26175/11102/9719</w:t>
        <w:br/>
        <w:t>f 26176/11101/9718 26178/11103/9720 26177/11104/9721</w:t>
        <w:br/>
        <w:t>f 26175/11102/9719 26176/11101/9718 26177/11104/9721</w:t>
        <w:br/>
        <w:t>f 26178/11103/9720 26180/11105/9722 26179/11106/9723</w:t>
        <w:br/>
        <w:t>f 26177/11104/9721 26178/11103/9720 26179/11106/9723</w:t>
        <w:br/>
        <w:t>f 26179/11106/9723 26180/11105/9722 26182/11107/9724</w:t>
        <w:br/>
        <w:t>f 26181/11108/9725 26179/11106/9723 26182/11107/9724</w:t>
        <w:br/>
        <w:t>f 26184/11109/9726 26181/11108/9725 26182/11107/9724</w:t>
        <w:br/>
        <w:t>f 26183/11110/9727 26184/11109/9726 26182/11107/9724</w:t>
        <w:br/>
        <w:t>f 26186/11111/9728 26185/11112/9729 26184/11109/9726</w:t>
        <w:br/>
        <w:t>f 26183/11110/9727 26186/11111/9728 26184/11109/9726</w:t>
        <w:br/>
        <w:t>f 26174/11100/9717 26171/11099/9716 26185/11112/9729</w:t>
        <w:br/>
        <w:t>f 26186/11111/9728 26174/11100/9717 26185/11112/9729</w:t>
        <w:br/>
        <w:t>f 26187/11113/9730 26173/11097/9714 26174/11100/9717</w:t>
        <w:br/>
        <w:t>f 26188/11114/9731 26187/11113/9730 26174/11100/9717</w:t>
        <w:br/>
        <w:t>f 26189/11115/9732 26176/11101/9718 26173/11097/9714</w:t>
        <w:br/>
        <w:t>f 26187/11113/9730 26189/11115/9732 26173/11097/9714</w:t>
        <w:br/>
        <w:t>f 26189/11115/9732 26190/11116/9733 26178/11103/9720</w:t>
        <w:br/>
        <w:t>f 26176/11101/9718 26189/11115/9732 26178/11103/9720</w:t>
        <w:br/>
        <w:t>f 26190/11116/9733 26191/11117/9734 26180/11105/9722</w:t>
        <w:br/>
        <w:t>f 26178/11103/9720 26190/11116/9733 26180/11105/9722</w:t>
        <w:br/>
        <w:t>f 26180/11105/9722 26191/11117/9734 26192/11118/9735</w:t>
        <w:br/>
        <w:t>f 26182/11107/9724 26180/11105/9722 26192/11118/9735</w:t>
        <w:br/>
        <w:t>f 26183/11110/9727 26182/11107/9724 26192/11118/9735</w:t>
        <w:br/>
        <w:t>f 26193/11119/9736 26183/11110/9727 26192/11118/9735</w:t>
        <w:br/>
        <w:t>f 26194/11120/9737 26186/11111/9728 26183/11110/9727</w:t>
        <w:br/>
        <w:t>f 26193/11119/9736 26194/11120/9737 26183/11110/9727</w:t>
        <w:br/>
        <w:t>f 26188/11114/9731 26174/11100/9717 26186/11111/9728</w:t>
        <w:br/>
        <w:t>f 26194/11120/9737 26188/11114/9731 26186/11111/9728</w:t>
        <w:br/>
        <w:t>f 26198/11121/9738 26197/11122/9739 26196/11123/9740</w:t>
        <w:br/>
        <w:t>f 26195/11124/9741 26198/11121/9738 26196/11123/9740</w:t>
        <w:br/>
        <w:t>f 26195/11124/9741 26200/11125/9742 26199/11126/9743</w:t>
        <w:br/>
        <w:t>f 26198/11121/9738 26195/11124/9741 26199/11126/9743</w:t>
        <w:br/>
        <w:t>f 26200/11125/9742 26202/11127/9744 26201/11128/9745</w:t>
        <w:br/>
        <w:t>f 26199/11126/9743 26200/11125/9742 26201/11128/9745</w:t>
        <w:br/>
        <w:t>f 26204/11129/9746 26203/11130/9747 26201/11128/9745</w:t>
        <w:br/>
        <w:t>f 26202/11127/9744 26204/11129/9746 26201/11128/9745</w:t>
        <w:br/>
        <w:t>f 26206/11131/9748 26205/11132/9749 26203/11130/9747</w:t>
        <w:br/>
        <w:t>f 26204/11129/9746 26206/11131/9748 26203/11130/9747</w:t>
        <w:br/>
        <w:t>f 26208/11133/9750 26207/11134/9751 26205/11132/9749</w:t>
        <w:br/>
        <w:t>f 26206/11131/9748 26208/11133/9750 26205/11132/9749</w:t>
        <w:br/>
        <w:t>f 26210/11135/9752 26209/11136/9753 26207/11134/9751</w:t>
        <w:br/>
        <w:t>f 26208/11133/9750 26210/11135/9752 26207/11134/9751</w:t>
        <w:br/>
        <w:t>f 26209/11136/9753 26210/11135/9752 26196/11123/9740</w:t>
        <w:br/>
        <w:t>f 26197/11122/9739 26209/11136/9753 26196/11123/9740</w:t>
        <w:br/>
        <w:t>f 26195/11124/9741 26196/11123/9740 26212/11137/9754</w:t>
        <w:br/>
        <w:t>f 26211/11138/9755 26195/11124/9741 26212/11137/9754</w:t>
        <w:br/>
        <w:t>f 26211/11138/9755 26213/11139/9756 26200/11125/9742</w:t>
        <w:br/>
        <w:t>f 26195/11124/9741 26211/11138/9755 26200/11125/9742</w:t>
        <w:br/>
        <w:t>f 26213/11139/9756 26214/11140/9757 26202/11127/9744</w:t>
        <w:br/>
        <w:t>f 26200/11125/9742 26213/11139/9756 26202/11127/9744</w:t>
        <w:br/>
        <w:t>f 26215/11141/9758 26204/11129/9746 26202/11127/9744</w:t>
        <w:br/>
        <w:t>f 26214/11140/9757 26215/11141/9758 26202/11127/9744</w:t>
        <w:br/>
        <w:t>f 26216/11142/9759 26206/11131/9748 26204/11129/9746</w:t>
        <w:br/>
        <w:t>f 26215/11141/9758 26216/11142/9759 26204/11129/9746</w:t>
        <w:br/>
        <w:t>f 26216/11142/9759 26217/11143/9760 26208/11133/9750</w:t>
        <w:br/>
        <w:t>f 26206/11131/9748 26216/11142/9759 26208/11133/9750</w:t>
        <w:br/>
        <w:t>f 26217/11143/9760 26218/11144/9761 26210/11135/9752</w:t>
        <w:br/>
        <w:t>f 26208/11133/9750 26217/11143/9760 26210/11135/9752</w:t>
        <w:br/>
        <w:t>f 26210/11135/9752 26218/11144/9761 26212/11137/9754</w:t>
        <w:br/>
        <w:t>f 26196/11123/9740 26210/11135/9752 26212/11137/9754</w:t>
        <w:br/>
        <w:t>f 26175/11102/9719 26177/11104/9721 26199/11126/9743</w:t>
        <w:br/>
        <w:t>f 26201/11128/9745 26175/11102/9719 26199/11126/9743</w:t>
        <w:br/>
        <w:t>f 26177/11104/9721 26179/11106/9723 26198/11121/9738</w:t>
        <w:br/>
        <w:t>f 26199/11126/9743 26177/11104/9721 26198/11121/9738</w:t>
        <w:br/>
        <w:t>f 26179/11106/9723 26181/11108/9725 26197/11122/9739</w:t>
        <w:br/>
        <w:t>f 26198/11121/9738 26179/11106/9723 26197/11122/9739</w:t>
        <w:br/>
        <w:t>f 26181/11108/9725 26184/11109/9726 26209/11136/9753</w:t>
        <w:br/>
        <w:t>f 26197/11122/9739 26181/11108/9725 26209/11136/9753</w:t>
        <w:br/>
        <w:t>f 26185/11112/9729 26207/11134/9751 26209/11136/9753</w:t>
        <w:br/>
        <w:t>f 26184/11109/9726 26185/11112/9729 26209/11136/9753</w:t>
        <w:br/>
        <w:t>f 26171/11099/9716 26205/11132/9749 26207/11134/9751</w:t>
        <w:br/>
        <w:t>f 26185/11112/9729 26171/11099/9716 26207/11134/9751</w:t>
        <w:br/>
        <w:t>f 26172/11098/9715 26203/11130/9747 26205/11132/9749</w:t>
        <w:br/>
        <w:t>f 26171/11099/9716 26172/11098/9715 26205/11132/9749</w:t>
        <w:br/>
        <w:t>f 26175/11102/9719 26201/11128/9745 26203/11130/9747</w:t>
        <w:br/>
        <w:t>f 26172/11098/9715 26175/11102/9719 26203/11130/9747</w:t>
        <w:br/>
        <w:t>f 26221/11145/9762 26220/11146/9763 26219/11147/9764</w:t>
        <w:br/>
        <w:t>f 26222/11148/9765 26221/11145/9762 26219/11147/9764</w:t>
        <w:br/>
        <w:t>f 26219/11147/9764 26220/11146/9763 26224/11149/9766</w:t>
        <w:br/>
        <w:t>f 26223/11150/9767 26219/11147/9764 26224/11149/9766</w:t>
        <w:br/>
        <w:t>f 26223/11150/9767 26224/11149/9766 26226/11151/9768</w:t>
        <w:br/>
        <w:t>f 26225/11152/9769 26223/11150/9767 26226/11151/9768</w:t>
        <w:br/>
        <w:t>f 26225/11152/9769 26226/11151/9768 26228/11153/9770</w:t>
        <w:br/>
        <w:t>f 26227/11154/9771 26225/11152/9769 26228/11153/9770</w:t>
        <w:br/>
        <w:t>f 26229/11155/9772 26212/11137/9754 26218/11144/9761</w:t>
        <w:br/>
        <w:t>f 26227/11154/9771 26229/11155/9772 26218/11144/9761</w:t>
        <w:br/>
        <w:t>f 26229/11155/9772 26230/11156/9773 26211/11138/9755</w:t>
        <w:br/>
        <w:t>f 26212/11137/9754 26229/11155/9772 26211/11138/9755</w:t>
        <w:br/>
        <w:t>f 26230/11156/9773 26233/11157/9774 26232/11158/9775</w:t>
        <w:br/>
        <w:t>f 26231/11159/9776 26230/11156/9773 26232/11158/9775</w:t>
        <w:br/>
        <w:t>f 26231/11159/9776 26232/11158/9775 26221/11145/9762</w:t>
        <w:br/>
        <w:t>f 26222/11148/9765 26231/11159/9776 26221/11145/9762</w:t>
        <w:br/>
        <w:t>f 26237/11160/9777 26236/11161/9778 26235/11162/9779</w:t>
        <w:br/>
        <w:t>f 26234/11163/9780 26237/11160/9777 26235/11162/9779</w:t>
        <w:br/>
        <w:t>f 26236/11161/9778 26239/11164/9781 26238/11165/9782</w:t>
        <w:br/>
        <w:t>f 26235/11162/9779 26236/11161/9778 26238/11165/9782</w:t>
        <w:br/>
        <w:t>f 26241/11166/9783 26238/11165/9782 26239/11164/9781</w:t>
        <w:br/>
        <w:t>f 26240/11167/9784 26241/11166/9783 26239/11164/9781</w:t>
        <w:br/>
        <w:t>f 26244/11168/9785 26243/11169/9786 26242/11170/9787</w:t>
        <w:br/>
        <w:t>f 26245/11171/9788 26244/11168/9785 26242/11170/9787</w:t>
        <w:br/>
        <w:t>f 26237/11160/9777 26234/11163/9780 26243/11169/9786</w:t>
        <w:br/>
        <w:t>f 26244/11168/9785 26237/11160/9777 26243/11169/9786</w:t>
        <w:br/>
        <w:t>f 26249/11172/9789 26248/11173/9790 26247/11174/9791</w:t>
        <w:br/>
        <w:t>f 26246/11175/9792 26249/11172/9789 26247/11174/9791</w:t>
        <w:br/>
        <w:t>f 26251/11176/9793 26245/11171/9788 26242/11170/9787</w:t>
        <w:br/>
        <w:t>f 26250/11177/9794 26251/11176/9793 26242/11170/9787</w:t>
        <w:br/>
        <w:t>f 26255/11178/9795 26254/11179/9796 26253/11180/9797</w:t>
        <w:br/>
        <w:t>f 26252/11181/9798 26255/11178/9795 26253/11180/9797</w:t>
        <w:br/>
        <w:t>f 26258/11182/9799 26257/11183/9799 26256/11184/9800</w:t>
        <w:br/>
        <w:t>f 26259/11185/9800 26258/11182/9799 26256/11184/9800</w:t>
        <w:br/>
        <w:t>f 26261/11186/9801 26260/11187/9801 26257/11183/9799</w:t>
        <w:br/>
        <w:t>f 26258/11182/9799 26261/11186/9801 26257/11183/9799</w:t>
        <w:br/>
        <w:t>f 26260/11187/9801 26261/11186/9801 26263/11188/9802</w:t>
        <w:br/>
        <w:t>f 26262/11189/9803 26260/11187/9801 26263/11188/9802</w:t>
        <w:br/>
        <w:t>f 26266/11190/9804 26265/11191/9805 26264/11192/9805</w:t>
        <w:br/>
        <w:t>f 26267/11193/9804 26266/11190/9804 26264/11192/9805</w:t>
        <w:br/>
        <w:t>f 26265/11191/9805 26259/11185/9800 26256/11184/9800</w:t>
        <w:br/>
        <w:t>f 26264/11192/9805 26265/11191/9805 26256/11184/9800</w:t>
        <w:br/>
        <w:t>f 26271/11194/9806 26270/11195/9806 26269/11196/9807</w:t>
        <w:br/>
        <w:t>f 26268/11197/9807 26271/11194/9806 26269/11196/9807</w:t>
        <w:br/>
        <w:t>f 26273/11198/9808 26272/11199/9809 26266/11190/9804</w:t>
        <w:br/>
        <w:t>f 26267/11193/9804 26273/11198/9808 26266/11190/9804</w:t>
        <w:br/>
        <w:t>f 26276/11200/9810 26275/11201/9810 26274/11202/9811</w:t>
        <w:br/>
        <w:t>f 26277/11203/9812 26276/11200/9810 26274/11202/9811</w:t>
        <w:br/>
        <w:t>f 26234/11163/9780 26235/11162/9779 26279/11204/9813</w:t>
        <w:br/>
        <w:t>f 26278/11205/9814 26234/11163/9780 26279/11204/9813</w:t>
        <w:br/>
        <w:t>f 26235/11162/9779 26238/11165/9782 26280/11206/9815</w:t>
        <w:br/>
        <w:t>f 26279/11204/9813 26235/11162/9779 26280/11206/9815</w:t>
        <w:br/>
        <w:t>f 26241/11166/9783 26281/11207/9816 26280/11206/9815</w:t>
        <w:br/>
        <w:t>f 26238/11165/9782 26241/11166/9783 26280/11206/9815</w:t>
        <w:br/>
        <w:t>f 26242/11170/9787 26243/11169/9786 26283/11208/9817</w:t>
        <w:br/>
        <w:t>f 26282/11209/9818 26242/11170/9787 26283/11208/9817</w:t>
        <w:br/>
        <w:t>f 26234/11163/9780 26278/11205/9814 26283/11208/9817</w:t>
        <w:br/>
        <w:t>f 26243/11169/9786 26234/11163/9780 26283/11208/9817</w:t>
        <w:br/>
        <w:t>f 26287/11210/9819 26286/11211/9820 26285/11212/9820</w:t>
        <w:br/>
        <w:t>f 26284/11213/9821 26287/11210/9819 26285/11212/9820</w:t>
        <w:br/>
        <w:t>f 26289/11214/9822 26288/11215/9823 26248/11173/9790</w:t>
        <w:br/>
        <w:t>f 26249/11172/9789 26289/11214/9822 26248/11173/9790</w:t>
        <w:br/>
        <w:t>f 26250/11177/9794 26242/11170/9787 26282/11209/9818</w:t>
        <w:br/>
        <w:t>f 26290/11216/9824 26250/11177/9794 26282/11209/9818</w:t>
        <w:br/>
        <w:t>f 26255/11178/9795 26292/11217/9825 26291/11218/9826</w:t>
        <w:br/>
        <w:t>f 26254/11179/9796 26255/11178/9795 26291/11218/9826</w:t>
        <w:br/>
        <w:t>f 26295/11219/9827 26294/11220/9828 26293/11221/9829</w:t>
        <w:br/>
        <w:t>f 26296/11222/9830 26295/11219/9827 26293/11221/9829</w:t>
        <w:br/>
        <w:t>f 26294/11220/9828 26298/11223/9831 26297/11224/9832</w:t>
        <w:br/>
        <w:t>f 26293/11221/9829 26294/11220/9828 26297/11224/9832</w:t>
        <w:br/>
        <w:t>f 26252/11181/9798 26253/11180/9797 26300/11225/9833</w:t>
        <w:br/>
        <w:t>f 26299/11226/9834 26252/11181/9798 26300/11225/9833</w:t>
        <w:br/>
        <w:t>f 26251/11176/9793 26302/11227/9835 26301/11228/9836</w:t>
        <w:br/>
        <w:t>f 26245/11171/9788 26251/11176/9793 26301/11228/9836</w:t>
        <w:br/>
        <w:t>f 26245/11171/9788 26301/11228/9836 26303/11229/9837</w:t>
        <w:br/>
        <w:t>f 26244/11168/9785 26245/11171/9788 26303/11229/9837</w:t>
        <w:br/>
        <w:t>f 26237/11160/9777 26244/11168/9785 26303/11229/9837</w:t>
        <w:br/>
        <w:t>f 26304/11230/9838 26237/11160/9777 26303/11229/9837</w:t>
        <w:br/>
        <w:t>f 26236/11161/9778 26237/11160/9777 26304/11230/9838</w:t>
        <w:br/>
        <w:t>f 26305/11231/9839 26236/11161/9778 26304/11230/9838</w:t>
        <w:br/>
        <w:t>f 26239/11164/9781 26236/11161/9778 26305/11231/9839</w:t>
        <w:br/>
        <w:t>f 26306/11232/9840 26239/11164/9781 26305/11231/9839</w:t>
        <w:br/>
        <w:t>f 26240/11167/9784 26239/11164/9781 26306/11232/9840</w:t>
        <w:br/>
        <w:t>f 26307/11233/9841 26240/11167/9784 26306/11232/9840</w:t>
        <w:br/>
        <w:t>f 26247/11174/9791 26309/11234/9842 26308/11235/9843</w:t>
        <w:br/>
        <w:t>f 26246/11175/9792 26247/11174/9791 26308/11235/9843</w:t>
        <w:br/>
        <w:t>f 26311/11236/9844 26310/11237/9845 26285/11212/9820</w:t>
        <w:br/>
        <w:t>f 26286/11211/9820 26311/11236/9844 26285/11212/9820</w:t>
        <w:br/>
        <w:t>f 26253/11180/9797 26297/11224/9832 26298/11223/9831</w:t>
        <w:br/>
        <w:t>f 26300/11225/9833 26253/11180/9797 26298/11223/9831</w:t>
        <w:br/>
        <w:t>f 26313/11238/9846 26275/11201/9810 26276/11200/9810</w:t>
        <w:br/>
        <w:t>f 26312/11239/9846 26313/11238/9846 26276/11200/9810</w:t>
        <w:br/>
        <w:t>f 26295/11219/9827 26296/11222/9830 26254/11179/9796</w:t>
        <w:br/>
        <w:t>f 26291/11218/9826 26295/11219/9827 26254/11179/9796</w:t>
        <w:br/>
        <w:t>f 26253/11180/9797 26254/11179/9796 26296/11222/9830</w:t>
        <w:br/>
        <w:t>f 26297/11224/9832 26253/11180/9797 26296/11222/9830</w:t>
        <w:br/>
        <w:t>f 26287/11210/9819 26249/11172/9789 26246/11175/9792</w:t>
        <w:br/>
        <w:t>f 26311/11236/9844 26287/11210/9819 26246/11175/9792</w:t>
        <w:br/>
        <w:t>f 26284/11213/9821 26289/11214/9822 26249/11172/9789</w:t>
        <w:br/>
        <w:t>f 26287/11210/9819 26284/11213/9821 26249/11172/9789</w:t>
        <w:br/>
        <w:t>f 26268/11197/9807 26269/11196/9807 26315/11240/9847</w:t>
        <w:br/>
        <w:t>f 26314/11241/9848 26268/11197/9807 26315/11240/9847</w:t>
        <w:br/>
        <w:t>f 26310/11237/9845 26311/11236/9844 26246/11175/9792</w:t>
        <w:br/>
        <w:t>f 26308/11235/9843 26310/11237/9845 26246/11175/9792</w:t>
        <w:br/>
        <w:t>f 26311/11236/9844 26316/11242/9849 26287/11210/9819</w:t>
        <w:br/>
        <w:t>f 26296/11222/9830 26293/11221/9829 26297/11224/9832</w:t>
        <w:br/>
        <w:t>f 26312/11239/9846 26317/11243/9850 26313/11238/9846</w:t>
        <w:br/>
        <w:t>f 26315/11240/9847 26318/11244/9851 26314/11241/9848</w:t>
        <w:br/>
        <w:t>f 26322/11245/9852 26321/11246/9853 26320/11247/9854</w:t>
        <w:br/>
        <w:t>f 26319/11248/9855 26322/11245/9852 26320/11247/9854</w:t>
        <w:br/>
        <w:t>f 26321/11246/9853 26324/11249/9856 26323/11250/9857</w:t>
        <w:br/>
        <w:t>f 26320/11247/9854 26321/11246/9853 26323/11250/9857</w:t>
        <w:br/>
        <w:t>f 26324/11249/9856 26326/11251/9858 26325/11252/9859</w:t>
        <w:br/>
        <w:t>f 26323/11250/9857 26324/11249/9856 26325/11252/9859</w:t>
        <w:br/>
        <w:t>f 26326/11251/9858 26328/11253/9860 26327/11254/9861</w:t>
        <w:br/>
        <w:t>f 26325/11252/9859 26326/11251/9858 26327/11254/9861</w:t>
        <w:br/>
        <w:t>f 26332/11255/9862 26331/11256/9860 26330/11257/9863</w:t>
        <w:br/>
        <w:t>f 26329/11258/9864 26332/11255/9862 26330/11257/9863</w:t>
        <w:br/>
        <w:t>f 26329/11258/9864 26330/11257/9863 26334/11259/9865</w:t>
        <w:br/>
        <w:t>f 26333/11260/9866 26329/11258/9864 26334/11259/9865</w:t>
        <w:br/>
        <w:t>f 26333/11260/9866 26334/11259/9865 26336/11261/9867</w:t>
        <w:br/>
        <w:t>f 26335/11262/9868 26333/11260/9866 26336/11261/9867</w:t>
        <w:br/>
        <w:t>f 26322/11245/9852 26319/11248/9855 26335/11262/9868</w:t>
        <w:br/>
        <w:t>f 26336/11261/9867 26322/11245/9852 26335/11262/9868</w:t>
        <w:br/>
        <w:t>f 26340/11263/9869 26339/11264/9870 26338/11265/9871</w:t>
        <w:br/>
        <w:t>f 26337/11266/9872 26340/11263/9869 26338/11265/9871</w:t>
        <w:br/>
        <w:t>f 26337/11266/9872 26338/11265/9871 26342/11267/9873</w:t>
        <w:br/>
        <w:t>f 26341/11268/9873 26337/11266/9872 26342/11267/9873</w:t>
        <w:br/>
        <w:t>f 26341/11268/9873 26342/11267/9873 26344/11269/9874</w:t>
        <w:br/>
        <w:t>f 26343/11270/9874 26341/11268/9873 26344/11269/9874</w:t>
        <w:br/>
        <w:t>f 26343/11270/9874 26344/11269/9874 26346/11271/9875</w:t>
        <w:br/>
        <w:t>f 26345/11272/9876 26343/11270/9874 26346/11271/9875</w:t>
        <w:br/>
        <w:t>f 26349/11273/9875 26348/11274/9877 26347/11275/9877</w:t>
        <w:br/>
        <w:t>f 26350/11276/9875 26349/11273/9875 26347/11275/9877</w:t>
        <w:br/>
        <w:t>f 26348/11274/9877 26352/11277/9878 26351/11278/9878</w:t>
        <w:br/>
        <w:t>f 26347/11275/9877 26348/11274/9877 26351/11278/9878</w:t>
        <w:br/>
        <w:t>f 26352/11277/9878 26354/11279/9879 26353/11280/9879</w:t>
        <w:br/>
        <w:t>f 26351/11278/9878 26352/11277/9878 26353/11280/9879</w:t>
        <w:br/>
        <w:t>f 26340/11263/9869 26353/11280/9879 26354/11279/9879</w:t>
        <w:br/>
        <w:t>f 26339/11264/9870 26340/11263/9869 26354/11279/9879</w:t>
        <w:br/>
        <w:t>f 26321/11246/9853 26322/11245/9852 26356/11281/9880</w:t>
        <w:br/>
        <w:t>f 26355/11282/9881 26321/11246/9853 26356/11281/9880</w:t>
        <w:br/>
        <w:t>f 26319/11248/9855 26320/11247/9854 26358/11283/9882</w:t>
        <w:br/>
        <w:t>f 26357/11284/9883 26319/11248/9855 26358/11283/9882</w:t>
        <w:br/>
        <w:t>f 26324/11249/9856 26321/11246/9853 26355/11282/9881</w:t>
        <w:br/>
        <w:t>f 26359/11285/9884 26324/11249/9856 26355/11282/9881</w:t>
        <w:br/>
        <w:t>f 26320/11247/9854 26323/11250/9857 26360/11286/9885</w:t>
        <w:br/>
        <w:t>f 26358/11283/9882 26320/11247/9854 26360/11286/9885</w:t>
        <w:br/>
        <w:t>f 26326/11251/9858 26324/11249/9856 26359/11285/9884</w:t>
        <w:br/>
        <w:t>f 26361/11287/9886 26326/11251/9858 26359/11285/9884</w:t>
        <w:br/>
        <w:t>f 26323/11250/9857 26325/11252/9859 26362/11288/9887</w:t>
        <w:br/>
        <w:t>f 26360/11286/9885 26323/11250/9857 26362/11288/9887</w:t>
        <w:br/>
        <w:t>f 26328/11253/9860 26326/11251/9858 26361/11287/9886</w:t>
        <w:br/>
        <w:t>f 26363/11289/9888 26328/11253/9860 26361/11287/9886</w:t>
        <w:br/>
        <w:t>f 26325/11252/9859 26327/11254/9861 26364/11290/9889</w:t>
        <w:br/>
        <w:t>f 26362/11288/9887 26325/11252/9859 26364/11290/9889</w:t>
        <w:br/>
        <w:t>f 26366/11291/9890 26330/11257/9863 26331/11256/9860</w:t>
        <w:br/>
        <w:t>f 26365/11292/9891 26366/11291/9890 26331/11256/9860</w:t>
        <w:br/>
        <w:t>f 26368/11293/9892 26332/11255/9862 26329/11258/9864</w:t>
        <w:br/>
        <w:t>f 26367/11294/9893 26368/11293/9892 26329/11258/9864</w:t>
        <w:br/>
        <w:t>f 26369/11295/9894 26334/11259/9865 26330/11257/9863</w:t>
        <w:br/>
        <w:t>f 26366/11291/9890 26369/11295/9894 26330/11257/9863</w:t>
        <w:br/>
        <w:t>f 26367/11294/9893 26329/11258/9864 26333/11260/9866</w:t>
        <w:br/>
        <w:t>f 26370/11296/9895 26367/11294/9893 26333/11260/9866</w:t>
        <w:br/>
        <w:t>f 26371/11297/9896 26336/11261/9867 26334/11259/9865</w:t>
        <w:br/>
        <w:t>f 26369/11295/9894 26371/11297/9896 26334/11259/9865</w:t>
        <w:br/>
        <w:t>f 26370/11296/9895 26333/11260/9866 26335/11262/9868</w:t>
        <w:br/>
        <w:t>f 26372/11298/9897 26370/11296/9895 26335/11262/9868</w:t>
        <w:br/>
        <w:t>f 26322/11245/9852 26336/11261/9867 26371/11297/9896</w:t>
        <w:br/>
        <w:t>f 26356/11281/9880 26322/11245/9852 26371/11297/9896</w:t>
        <w:br/>
        <w:t>f 26372/11298/9897 26335/11262/9868 26319/11248/9855</w:t>
        <w:br/>
        <w:t>f 26357/11284/9883 26372/11298/9897 26319/11248/9855</w:t>
        <w:br/>
        <w:t>f 26222/11148/9765 26219/11147/9764 26215/11141/9758</w:t>
        <w:br/>
        <w:t>f 26214/11140/9757 26222/11148/9765 26215/11141/9758</w:t>
        <w:br/>
        <w:t>f 26223/11150/9767 26216/11142/9759 26215/11141/9758</w:t>
        <w:br/>
        <w:t>f 26219/11147/9764 26223/11150/9767 26215/11141/9758</w:t>
        <w:br/>
        <w:t>f 26225/11152/9769 26217/11143/9760 26216/11142/9759</w:t>
        <w:br/>
        <w:t>f 26223/11150/9767 26225/11152/9769 26216/11142/9759</w:t>
        <w:br/>
        <w:t>f 26225/11152/9769 26227/11154/9771 26218/11144/9761</w:t>
        <w:br/>
        <w:t>f 26217/11143/9760 26225/11152/9769 26218/11144/9761</w:t>
        <w:br/>
        <w:t>f 26373/11299/9898 26229/11155/9772 26227/11154/9771</w:t>
        <w:br/>
        <w:t>f 26228/11153/9770 26373/11299/9898 26227/11154/9771</w:t>
        <w:br/>
        <w:t>f 26230/11156/9773 26229/11155/9772 26373/11299/9898</w:t>
        <w:br/>
        <w:t>f 26233/11157/9774 26230/11156/9773 26373/11299/9898</w:t>
        <w:br/>
        <w:t>f 26230/11156/9773 26231/11159/9776 26213/11139/9756</w:t>
        <w:br/>
        <w:t>f 26211/11138/9755 26230/11156/9773 26213/11139/9756</w:t>
        <w:br/>
        <w:t>f 26231/11159/9776 26222/11148/9765 26214/11140/9757</w:t>
        <w:br/>
        <w:t>f 26213/11139/9756 26231/11159/9776 26214/11140/9757</w:t>
        <w:br/>
        <w:t>f 26377/11300/9899 26376/11301/9900 26375/11302/9901</w:t>
        <w:br/>
        <w:t>f 26374/11303/9902 26377/11300/9899 26375/11302/9901</w:t>
        <w:br/>
        <w:t>f 26376/11301/9900 26379/11304/9903 26378/11305/9904</w:t>
        <w:br/>
        <w:t>f 26375/11302/9901 26376/11301/9900 26378/11305/9904</w:t>
        <w:br/>
        <w:t>f 26381/11306/9905 26378/11305/9904 26379/11304/9903</w:t>
        <w:br/>
        <w:t>f 26380/11307/9906 26381/11306/9905 26379/11304/9903</w:t>
        <w:br/>
        <w:t>f 26384/11308/9907 26383/11309/9908 26382/11310/9909</w:t>
        <w:br/>
        <w:t>f 26385/11311/9910 26384/11308/9907 26382/11310/9909</w:t>
        <w:br/>
        <w:t>f 26377/11300/9899 26374/11303/9902 26383/11309/9908</w:t>
        <w:br/>
        <w:t>f 26384/11308/9907 26377/11300/9899 26383/11309/9908</w:t>
        <w:br/>
        <w:t>f 26389/11312/9911 26388/11313/9912 26387/11314/9913</w:t>
        <w:br/>
        <w:t>f 26386/11315/9914 26389/11312/9911 26387/11314/9913</w:t>
        <w:br/>
        <w:t>f 26391/11316/9915 26385/11311/9910 26382/11310/9909</w:t>
        <w:br/>
        <w:t>f 26390/11317/9916 26391/11316/9915 26382/11310/9909</w:t>
        <w:br/>
        <w:t>f 26395/11318/9917 26394/11319/9918 26393/11320/9919</w:t>
        <w:br/>
        <w:t>f 26392/11321/9920 26395/11318/9917 26393/11320/9919</w:t>
        <w:br/>
        <w:t>f 26398/11322/9921 26397/11323/9921 26396/11324/9922</w:t>
        <w:br/>
        <w:t>f 26399/11325/9922 26398/11322/9921 26396/11324/9922</w:t>
        <w:br/>
        <w:t>f 26401/11326/9923 26400/11327/9924 26397/11323/9921</w:t>
        <w:br/>
        <w:t>f 26398/11322/9921 26401/11326/9923 26397/11323/9921</w:t>
        <w:br/>
        <w:t>f 26400/11327/9924 26401/11326/9923 26403/11328/9925</w:t>
        <w:br/>
        <w:t>f 26402/11329/9926 26400/11327/9924 26403/11328/9925</w:t>
        <w:br/>
        <w:t>f 26406/11330/9927 26405/11331/9928 26404/11332/9928</w:t>
        <w:br/>
        <w:t>f 26407/11333/9927 26406/11330/9927 26404/11332/9928</w:t>
        <w:br/>
        <w:t>f 26405/11331/9928 26399/11325/9922 26396/11324/9922</w:t>
        <w:br/>
        <w:t>f 26404/11332/9928 26405/11331/9928 26396/11324/9922</w:t>
        <w:br/>
        <w:t>f 26411/11334/9929 26410/11335/9930 26409/11336/9931</w:t>
        <w:br/>
        <w:t>f 26408/11337/9932 26411/11334/9929 26409/11336/9931</w:t>
        <w:br/>
        <w:t>f 26413/11338/9933 26412/11339/9934 26406/11330/9927</w:t>
        <w:br/>
        <w:t>f 26407/11333/9927 26413/11338/9933 26406/11330/9927</w:t>
        <w:br/>
        <w:t>f 26416/11340/9935 26415/11341/9935 26414/11342/9936</w:t>
        <w:br/>
        <w:t>f 26417/11343/9937 26416/11340/9935 26414/11342/9936</w:t>
        <w:br/>
        <w:t>f 26374/11303/9902 26375/11302/9901 26419/11344/9938</w:t>
        <w:br/>
        <w:t>f 26418/11345/9939 26374/11303/9902 26419/11344/9938</w:t>
        <w:br/>
        <w:t>f 26375/11302/9901 26378/11305/9904 26420/11346/9940</w:t>
        <w:br/>
        <w:t>f 26419/11344/9938 26375/11302/9901 26420/11346/9940</w:t>
        <w:br/>
        <w:t>f 26381/11306/9905 26421/11347/9941 26420/11346/9940</w:t>
        <w:br/>
        <w:t>f 26378/11305/9904 26381/11306/9905 26420/11346/9940</w:t>
        <w:br/>
        <w:t>f 26382/11310/9909 26383/11309/9908 26423/11348/9942</w:t>
        <w:br/>
        <w:t>f 26422/11349/9943 26382/11310/9909 26423/11348/9942</w:t>
        <w:br/>
        <w:t>f 26374/11303/9902 26418/11345/9939 26423/11348/9942</w:t>
        <w:br/>
        <w:t>f 26383/11309/9908 26374/11303/9902 26423/11348/9942</w:t>
        <w:br/>
        <w:t>f 26427/11350/9944 26426/11351/9945 26425/11352/9946</w:t>
        <w:br/>
        <w:t>f 26424/11353/9947 26427/11350/9944 26425/11352/9946</w:t>
        <w:br/>
        <w:t>f 26429/11354/9948 26428/11355/9949 26388/11313/9912</w:t>
        <w:br/>
        <w:t>f 26389/11312/9911 26429/11354/9948 26388/11313/9912</w:t>
        <w:br/>
        <w:t>f 26390/11317/9916 26382/11310/9909 26422/11349/9943</w:t>
        <w:br/>
        <w:t>f 26430/11356/9950 26390/11317/9916 26422/11349/9943</w:t>
        <w:br/>
        <w:t>f 26395/11318/9917 26432/11357/9951 26431/11358/9952</w:t>
        <w:br/>
        <w:t>f 26394/11319/9918 26395/11318/9917 26431/11358/9952</w:t>
        <w:br/>
        <w:t>f 26435/11359/9953 26434/11360/9954 26433/11361/9955</w:t>
        <w:br/>
        <w:t>f 26436/11362/9956 26435/11359/9953 26433/11361/9955</w:t>
        <w:br/>
        <w:t>f 26434/11360/9954 26438/11363/9957 26437/11364/9958</w:t>
        <w:br/>
        <w:t>f 26433/11361/9955 26434/11360/9954 26437/11364/9958</w:t>
        <w:br/>
        <w:t>f 26392/11321/9920 26393/11320/9919 26440/11365/9959</w:t>
        <w:br/>
        <w:t>f 26439/11366/9960 26392/11321/9920 26440/11365/9959</w:t>
        <w:br/>
        <w:t>f 26391/11316/9915 26442/11367/9961 26441/11368/9962</w:t>
        <w:br/>
        <w:t>f 26385/11311/9910 26391/11316/9915 26441/11368/9962</w:t>
        <w:br/>
        <w:t>f 26385/11311/9910 26441/11368/9962 26443/11369/9963</w:t>
        <w:br/>
        <w:t>f 26384/11308/9907 26385/11311/9910 26443/11369/9963</w:t>
        <w:br/>
        <w:t>f 26384/11308/9907 26443/11369/9963 26444/11370/9964</w:t>
        <w:br/>
        <w:t>f 26377/11300/9899 26384/11308/9907 26444/11370/9964</w:t>
        <w:br/>
        <w:t>f 26376/11301/9900 26377/11300/9899 26444/11370/9964</w:t>
        <w:br/>
        <w:t>f 26445/11371/9965 26376/11301/9900 26444/11370/9964</w:t>
        <w:br/>
        <w:t>f 26379/11304/9903 26376/11301/9900 26445/11371/9965</w:t>
        <w:br/>
        <w:t>f 26446/11372/9966 26379/11304/9903 26445/11371/9965</w:t>
        <w:br/>
        <w:t>f 26380/11307/9906 26379/11304/9903 26446/11372/9966</w:t>
        <w:br/>
        <w:t>f 26447/11373/9967 26380/11307/9906 26446/11372/9966</w:t>
        <w:br/>
        <w:t>f 26387/11314/9913 26449/11374/9968 26448/11375/9969</w:t>
        <w:br/>
        <w:t>f 26386/11315/9914 26387/11314/9913 26448/11375/9969</w:t>
        <w:br/>
        <w:t>f 26451/11376/9970 26450/11377/9971 26425/11352/9946</w:t>
        <w:br/>
        <w:t>f 26426/11351/9945 26451/11376/9970 26425/11352/9946</w:t>
        <w:br/>
        <w:t>f 26393/11320/9919 26437/11364/9958 26438/11363/9957</w:t>
        <w:br/>
        <w:t>f 26440/11365/9959 26393/11320/9919 26438/11363/9957</w:t>
        <w:br/>
        <w:t>f 26453/11378/9972 26415/11341/9935 26416/11340/9935</w:t>
        <w:br/>
        <w:t>f 26452/11379/9973 26453/11378/9972 26416/11340/9935</w:t>
        <w:br/>
        <w:t>f 26435/11359/9953 26436/11362/9956 26394/11319/9918</w:t>
        <w:br/>
        <w:t>f 26431/11358/9952 26435/11359/9953 26394/11319/9918</w:t>
        <w:br/>
        <w:t>f 26393/11320/9919 26394/11319/9918 26436/11362/9956</w:t>
        <w:br/>
        <w:t>f 26437/11364/9958 26393/11320/9919 26436/11362/9956</w:t>
        <w:br/>
        <w:t>f 26427/11350/9944 26389/11312/9911 26386/11315/9914</w:t>
        <w:br/>
        <w:t>f 26451/11376/9970 26427/11350/9944 26386/11315/9914</w:t>
        <w:br/>
        <w:t>f 26424/11353/9947 26429/11354/9948 26389/11312/9911</w:t>
        <w:br/>
        <w:t>f 26427/11350/9944 26424/11353/9947 26389/11312/9911</w:t>
        <w:br/>
        <w:t>f 26408/11337/9932 26409/11336/9931 26455/11380/9974</w:t>
        <w:br/>
        <w:t>f 26454/11381/9975 26408/11337/9932 26455/11380/9974</w:t>
        <w:br/>
        <w:t>f 26450/11377/9971 26451/11376/9970 26386/11315/9914</w:t>
        <w:br/>
        <w:t>f 26448/11375/9969 26450/11377/9971 26386/11315/9914</w:t>
        <w:br/>
        <w:t>f 26451/11376/9970 26456/11382/9976 26427/11350/9944</w:t>
        <w:br/>
        <w:t>f 26436/11362/9956 26433/11361/9955 26437/11364/9958</w:t>
        <w:br/>
        <w:t>f 26452/11379/9973 26457/11383/9977 26453/11378/9972</w:t>
        <w:br/>
        <w:t>f 26455/11380/9974 26458/11384/9978 26454/11381/9975</w:t>
        <w:br/>
        <w:t>f 26461/11385/9979 26460/11386/9980 26459/11387/9981</w:t>
        <w:br/>
        <w:t>f 26462/11388/9982 26461/11385/9979 26459/11387/9981</w:t>
        <w:br/>
        <w:t>f 26463/11389/9983 26462/11388/9982 26459/11387/9981</w:t>
        <w:br/>
        <w:t>f 26464/11390/9984 26463/11389/9983 26459/11387/9981</w:t>
        <w:br/>
        <w:t>f 26465/11391/9985 26464/11390/9984 26459/11387/9981</w:t>
        <w:br/>
        <w:t>f 26466/11392/9986 26465/11391/9985 26459/11387/9981</w:t>
        <w:br/>
        <w:t>f 26467/11393/9987 26466/11392/9986 26459/11387/9981</w:t>
        <w:br/>
        <w:t>f 26460/11386/9980 26467/11393/9987 26459/11387/9981</w:t>
        <w:br/>
        <w:t>f 26470/11394/9988 26469/11395/9989 26468/11396/9990</w:t>
        <w:br/>
        <w:t>f 26469/11395/9989 26471/11397/9991 26468/11396/9990</w:t>
        <w:br/>
        <w:t>f 26471/11397/9991 26472/11398/9992 26468/11396/9990</w:t>
        <w:br/>
        <w:t>f 26472/11398/9992 26473/11399/9993 26468/11396/9990</w:t>
        <w:br/>
        <w:t>f 26473/11399/9993 26474/11400/9994 26468/11396/9990</w:t>
        <w:br/>
        <w:t>f 26474/11400/9994 26475/11401/9995 26468/11396/9990</w:t>
        <w:br/>
        <w:t>f 26475/11401/9995 26476/11402/9996 26468/11396/9990</w:t>
        <w:br/>
        <w:t>f 26476/11402/9996 26470/11394/9988 26468/11396/9990</w:t>
        <w:br/>
        <w:t>f 26479/11403/9997 26478/11404/9998 26477/11405/9999</w:t>
        <w:br/>
        <w:t>f 26480/11406/10000 26479/11403/9997 26477/11405/9999</w:t>
        <w:br/>
        <w:t>f 26479/11403/9997 26482/11407/10001 26481/11408/10002</w:t>
        <w:br/>
        <w:t>f 26478/11404/9998 26479/11403/9997 26481/11408/10002</w:t>
        <w:br/>
        <w:t>f 26482/11407/10001 26484/11409/10003 26483/11410/10004</w:t>
        <w:br/>
        <w:t>f 26481/11408/10002 26482/11407/10001 26483/11410/10004</w:t>
        <w:br/>
        <w:t>f 26484/11409/10003 26486/11411/10005 26485/11412/10006</w:t>
        <w:br/>
        <w:t>f 26483/11410/10004 26484/11409/10003 26485/11412/10006</w:t>
        <w:br/>
        <w:t>f 26485/11412/10006 26486/11411/10005 26488/11413/10007</w:t>
        <w:br/>
        <w:t>f 26487/11414/10008 26485/11412/10006 26488/11413/10007</w:t>
        <w:br/>
        <w:t>f 26490/11415/10009 26487/11414/10008 26488/11413/10007</w:t>
        <w:br/>
        <w:t>f 26489/11416/10010 26490/11415/10009 26488/11413/10007</w:t>
        <w:br/>
        <w:t>f 26492/11417/10011 26491/11418/10012 26490/11415/10009</w:t>
        <w:br/>
        <w:t>f 26489/11416/10010 26492/11417/10011 26490/11415/10009</w:t>
        <w:br/>
        <w:t>f 26480/11406/10000 26477/11405/9999 26491/11418/10012</w:t>
        <w:br/>
        <w:t>f 26492/11417/10011 26480/11406/10000 26491/11418/10012</w:t>
        <w:br/>
        <w:t>f 26493/11419/10013 26479/11403/9997 26480/11406/10000</w:t>
        <w:br/>
        <w:t>f 26494/11420/10014 26493/11419/10013 26480/11406/10000</w:t>
        <w:br/>
        <w:t>f 26495/11421/10015 26482/11407/10001 26479/11403/9997</w:t>
        <w:br/>
        <w:t>f 26493/11419/10013 26495/11421/10015 26479/11403/9997</w:t>
        <w:br/>
        <w:t>f 26495/11421/10015 26496/11422/10016 26484/11409/10003</w:t>
        <w:br/>
        <w:t>f 26482/11407/10001 26495/11421/10015 26484/11409/10003</w:t>
        <w:br/>
        <w:t>f 26496/11422/10016 26497/11423/10017 26486/11411/10005</w:t>
        <w:br/>
        <w:t>f 26484/11409/10003 26496/11422/10016 26486/11411/10005</w:t>
        <w:br/>
        <w:t>f 26486/11411/10005 26497/11423/10017 26498/11424/10018</w:t>
        <w:br/>
        <w:t>f 26488/11413/10007 26486/11411/10005 26498/11424/10018</w:t>
        <w:br/>
        <w:t>f 26489/11416/10010 26488/11413/10007 26498/11424/10018</w:t>
        <w:br/>
        <w:t>f 26499/11425/10019 26489/11416/10010 26498/11424/10018</w:t>
        <w:br/>
        <w:t>f 26500/11426/10020 26492/11417/10011 26489/11416/10010</w:t>
        <w:br/>
        <w:t>f 26499/11425/10019 26500/11426/10020 26489/11416/10010</w:t>
        <w:br/>
        <w:t>f 26494/11420/10014 26480/11406/10000 26492/11417/10011</w:t>
        <w:br/>
        <w:t>f 26500/11426/10020 26494/11420/10014 26492/11417/10011</w:t>
        <w:br/>
        <w:t>f 26504/11427/10021 26503/11428/10022 26502/11429/10023</w:t>
        <w:br/>
        <w:t>f 26501/11430/10024 26504/11427/10021 26502/11429/10023</w:t>
        <w:br/>
        <w:t>f 26501/11430/10024 26506/11431/10025 26505/11432/10026</w:t>
        <w:br/>
        <w:t>f 26504/11427/10021 26501/11430/10024 26505/11432/10026</w:t>
        <w:br/>
        <w:t>f 26506/11431/10025 26508/11433/10027 26507/11434/10028</w:t>
        <w:br/>
        <w:t>f 26505/11432/10026 26506/11431/10025 26507/11434/10028</w:t>
        <w:br/>
        <w:t>f 26510/11435/10029 26509/11436/10030 26507/11434/10028</w:t>
        <w:br/>
        <w:t>f 26508/11433/10027 26510/11435/10029 26507/11434/10028</w:t>
        <w:br/>
        <w:t>f 26512/11437/10031 26511/11438/10032 26509/11436/10030</w:t>
        <w:br/>
        <w:t>f 26510/11435/10029 26512/11437/10031 26509/11436/10030</w:t>
        <w:br/>
        <w:t>f 26514/11439/10033 26513/11440/10034 26511/11438/10032</w:t>
        <w:br/>
        <w:t>f 26512/11437/10031 26514/11439/10033 26511/11438/10032</w:t>
        <w:br/>
        <w:t>f 26516/11441/10035 26515/11442/10036 26513/11440/10034</w:t>
        <w:br/>
        <w:t>f 26514/11439/10033 26516/11441/10035 26513/11440/10034</w:t>
        <w:br/>
        <w:t>f 26515/11442/10036 26516/11441/10035 26502/11429/10023</w:t>
        <w:br/>
        <w:t>f 26503/11428/10022 26515/11442/10036 26502/11429/10023</w:t>
        <w:br/>
        <w:t>f 26501/11430/10024 26502/11429/10023 26518/11443/10037</w:t>
        <w:br/>
        <w:t>f 26517/11444/10038 26501/11430/10024 26518/11443/10037</w:t>
        <w:br/>
        <w:t>f 26517/11444/10038 26519/11445/10039 26506/11431/10025</w:t>
        <w:br/>
        <w:t>f 26501/11430/10024 26517/11444/10038 26506/11431/10025</w:t>
        <w:br/>
        <w:t>f 26519/11445/10039 26520/11446/10040 26508/11433/10027</w:t>
        <w:br/>
        <w:t>f 26506/11431/10025 26519/11445/10039 26508/11433/10027</w:t>
        <w:br/>
        <w:t>f 26521/11447/10041 26510/11435/10029 26508/11433/10027</w:t>
        <w:br/>
        <w:t>f 26520/11446/10040 26521/11447/10041 26508/11433/10027</w:t>
        <w:br/>
        <w:t>f 26522/11448/10042 26512/11437/10031 26510/11435/10029</w:t>
        <w:br/>
        <w:t>f 26521/11447/10041 26522/11448/10042 26510/11435/10029</w:t>
        <w:br/>
        <w:t>f 26522/11448/10042 26523/11449/10043 26514/11439/10033</w:t>
        <w:br/>
        <w:t>f 26512/11437/10031 26522/11448/10042 26514/11439/10033</w:t>
        <w:br/>
        <w:t>f 26523/11449/10043 26524/11450/10044 26516/11441/10035</w:t>
        <w:br/>
        <w:t>f 26514/11439/10033 26523/11449/10043 26516/11441/10035</w:t>
        <w:br/>
        <w:t>f 26516/11441/10035 26524/11450/10044 26518/11443/10037</w:t>
        <w:br/>
        <w:t>f 26502/11429/10023 26516/11441/10035 26518/11443/10037</w:t>
        <w:br/>
        <w:t>f 26481/11408/10002 26483/11410/10004 26505/11432/10026</w:t>
        <w:br/>
        <w:t>f 26507/11434/10028 26481/11408/10002 26505/11432/10026</w:t>
        <w:br/>
        <w:t>f 26483/11410/10004 26485/11412/10006 26504/11427/10021</w:t>
        <w:br/>
        <w:t>f 26505/11432/10026 26483/11410/10004 26504/11427/10021</w:t>
        <w:br/>
        <w:t>f 26485/11412/10006 26487/11414/10008 26503/11428/10022</w:t>
        <w:br/>
        <w:t>f 26504/11427/10021 26485/11412/10006 26503/11428/10022</w:t>
        <w:br/>
        <w:t>f 26487/11414/10008 26490/11415/10009 26515/11442/10036</w:t>
        <w:br/>
        <w:t>f 26503/11428/10022 26487/11414/10008 26515/11442/10036</w:t>
        <w:br/>
        <w:t>f 26491/11418/10012 26513/11440/10034 26515/11442/10036</w:t>
        <w:br/>
        <w:t>f 26490/11415/10009 26491/11418/10012 26515/11442/10036</w:t>
        <w:br/>
        <w:t>f 26477/11405/9999 26511/11438/10032 26513/11440/10034</w:t>
        <w:br/>
        <w:t>f 26491/11418/10012 26477/11405/9999 26513/11440/10034</w:t>
        <w:br/>
        <w:t>f 26478/11404/9998 26509/11436/10030 26511/11438/10032</w:t>
        <w:br/>
        <w:t>f 26477/11405/9999 26478/11404/9998 26511/11438/10032</w:t>
        <w:br/>
        <w:t>f 26481/11408/10002 26507/11434/10028 26509/11436/10030</w:t>
        <w:br/>
        <w:t>f 26478/11404/9998 26481/11408/10002 26509/11436/10030</w:t>
        <w:br/>
        <w:t>f 26527/11451/10045 26526/11452/10046 26525/11453/10047</w:t>
        <w:br/>
        <w:t>f 26528/11454/10048 26527/11451/10045 26525/11453/10047</w:t>
        <w:br/>
        <w:t>f 26525/11453/10047 26526/11452/10046 26530/11455/10049</w:t>
        <w:br/>
        <w:t>f 26529/11456/10050 26525/11453/10047 26530/11455/10049</w:t>
        <w:br/>
        <w:t>f 26529/11456/10050 26530/11455/10049 26532/11457/10051</w:t>
        <w:br/>
        <w:t>f 26531/11458/10052 26529/11456/10050 26532/11457/10051</w:t>
        <w:br/>
        <w:t>f 26531/11458/10052 26532/11457/10051 26534/11459/10053</w:t>
        <w:br/>
        <w:t>f 26533/11460/10054 26531/11458/10052 26534/11459/10053</w:t>
        <w:br/>
        <w:t>f 26535/11461/10055 26518/11443/10037 26524/11450/10044</w:t>
        <w:br/>
        <w:t>f 26533/11460/10054 26535/11461/10055 26524/11450/10044</w:t>
        <w:br/>
        <w:t>f 26535/11461/10055 26536/11462/10056 26517/11444/10038</w:t>
        <w:br/>
        <w:t>f 26518/11443/10037 26535/11461/10055 26517/11444/10038</w:t>
        <w:br/>
        <w:t>f 26536/11462/10056 26539/11463/10057 26538/11464/10058</w:t>
        <w:br/>
        <w:t>f 26537/11465/10059 26536/11462/10056 26538/11464/10058</w:t>
        <w:br/>
        <w:t>f 26537/11465/10059 26538/11464/10058 26527/11451/10045</w:t>
        <w:br/>
        <w:t>f 26528/11454/10048 26537/11465/10059 26527/11451/10045</w:t>
        <w:br/>
        <w:t>f 26543/11466/10060 26542/11467/10061 26541/11468/10062</w:t>
        <w:br/>
        <w:t>f 26540/11469/10063 26543/11466/10060 26541/11468/10062</w:t>
        <w:br/>
        <w:t>f 26542/11467/10061 26545/11470/10064 26544/11471/10065</w:t>
        <w:br/>
        <w:t>f 26541/11468/10062 26542/11467/10061 26544/11471/10065</w:t>
        <w:br/>
        <w:t>f 26547/11472/10066 26544/11471/10065 26545/11470/10064</w:t>
        <w:br/>
        <w:t>f 26546/11473/10067 26547/11472/10066 26545/11470/10064</w:t>
        <w:br/>
        <w:t>f 26550/11474/10068 26549/11475/10069 26548/11476/10070</w:t>
        <w:br/>
        <w:t>f 26551/11477/10071 26550/11474/10068 26548/11476/10070</w:t>
        <w:br/>
        <w:t>f 26543/11466/10060 26540/11469/10063 26549/11475/10069</w:t>
        <w:br/>
        <w:t>f 26550/11474/10068 26543/11466/10060 26549/11475/10069</w:t>
        <w:br/>
        <w:t>f 26555/11478/10072 26554/11479/10073 26553/11480/10074</w:t>
        <w:br/>
        <w:t>f 26552/11481/10075 26555/11478/10072 26553/11480/10074</w:t>
        <w:br/>
        <w:t>f 26557/11482/10076 26551/11477/10071 26548/11476/10070</w:t>
        <w:br/>
        <w:t>f 26556/11483/10077 26557/11482/10076 26548/11476/10070</w:t>
        <w:br/>
        <w:t>f 26561/11484/10078 26560/11485/10079 26559/11486/10080</w:t>
        <w:br/>
        <w:t>f 26558/11487/10081 26561/11484/10078 26559/11486/10080</w:t>
        <w:br/>
        <w:t>f 26564/11488/10082 26563/11489/10083 26562/11490/10084</w:t>
        <w:br/>
        <w:t>f 26565/11491/10084 26564/11488/10082 26562/11490/10084</w:t>
        <w:br/>
        <w:t>f 26567/11492/10085 26566/11493/10086 26563/11489/10083</w:t>
        <w:br/>
        <w:t>f 26564/11488/10082 26567/11492/10085 26563/11489/10083</w:t>
        <w:br/>
        <w:t>f 26566/11493/10086 26567/11492/10085 26569/11494/10087</w:t>
        <w:br/>
        <w:t>f 26568/11495/10087 26566/11493/10086 26569/11494/10087</w:t>
        <w:br/>
        <w:t>f 26572/11496/10088 26571/11497/10089 26570/11498/10089</w:t>
        <w:br/>
        <w:t>f 26573/11499/10090 26572/11496/10088 26570/11498/10089</w:t>
        <w:br/>
        <w:t>f 26571/11497/10089 26565/11491/10084 26562/11490/10084</w:t>
        <w:br/>
        <w:t>f 26570/11498/10089 26571/11497/10089 26562/11490/10084</w:t>
        <w:br/>
        <w:t>f 26577/11500/10091 26576/11501/10092 26575/11502/10093</w:t>
        <w:br/>
        <w:t>f 26574/11503/10094 26577/11500/10091 26575/11502/10093</w:t>
        <w:br/>
        <w:t>f 26579/11504/10095 26578/11505/10096 26572/11496/10088</w:t>
        <w:br/>
        <w:t>f 26573/11499/10090 26579/11504/10095 26572/11496/10088</w:t>
        <w:br/>
        <w:t>f 26582/11506/10097 26581/11507/10097 26580/11508/10098</w:t>
        <w:br/>
        <w:t>f 26583/11509/10099 26582/11506/10097 26580/11508/10098</w:t>
        <w:br/>
        <w:t>f 26540/11469/10063 26541/11468/10062 26585/11510/10100</w:t>
        <w:br/>
        <w:t>f 26584/11511/10101 26540/11469/10063 26585/11510/10100</w:t>
        <w:br/>
        <w:t>f 26541/11468/10062 26544/11471/10065 26586/11512/10102</w:t>
        <w:br/>
        <w:t>f 26585/11510/10100 26541/11468/10062 26586/11512/10102</w:t>
        <w:br/>
        <w:t>f 26547/11472/10066 26587/11513/10103 26586/11512/10102</w:t>
        <w:br/>
        <w:t>f 26544/11471/10065 26547/11472/10066 26586/11512/10102</w:t>
        <w:br/>
        <w:t>f 26548/11476/10070 26549/11475/10069 26589/11514/10104</w:t>
        <w:br/>
        <w:t>f 26588/11515/10105 26548/11476/10070 26589/11514/10104</w:t>
        <w:br/>
        <w:t>f 26540/11469/10063 26584/11511/10101 26589/11514/10104</w:t>
        <w:br/>
        <w:t>f 26549/11475/10069 26540/11469/10063 26589/11514/10104</w:t>
        <w:br/>
        <w:t>f 26593/11516/10106 26592/11517/10107 26591/11518/10108</w:t>
        <w:br/>
        <w:t>f 26590/11519/10109 26593/11516/10106 26591/11518/10108</w:t>
        <w:br/>
        <w:t>f 26595/11520/10110 26594/11521/10111 26554/11479/10073</w:t>
        <w:br/>
        <w:t>f 26555/11478/10072 26595/11520/10110 26554/11479/10073</w:t>
        <w:br/>
        <w:t>f 26556/11483/10077 26548/11476/10070 26588/11515/10105</w:t>
        <w:br/>
        <w:t>f 26596/11522/10112 26556/11483/10077 26588/11515/10105</w:t>
        <w:br/>
        <w:t>f 26561/11484/10078 26598/11523/10113 26597/11524/10114</w:t>
        <w:br/>
        <w:t>f 26560/11485/10079 26561/11484/10078 26597/11524/10114</w:t>
        <w:br/>
        <w:t>f 26601/11525/10115 26600/11526/10116 26599/11527/10117</w:t>
        <w:br/>
        <w:t>f 26602/11528/10118 26601/11525/10115 26599/11527/10117</w:t>
        <w:br/>
        <w:t>f 26600/11526/10116 26604/11529/10119 26603/11530/10120</w:t>
        <w:br/>
        <w:t>f 26599/11527/10117 26600/11526/10116 26603/11530/10120</w:t>
        <w:br/>
        <w:t>f 26558/11487/10081 26559/11486/10080 26606/11531/10121</w:t>
        <w:br/>
        <w:t>f 26605/11532/10122 26558/11487/10081 26606/11531/10121</w:t>
        <w:br/>
        <w:t>f 26557/11482/10076 26608/11533/10123 26607/11534/10124</w:t>
        <w:br/>
        <w:t>f 26551/11477/10071 26557/11482/10076 26607/11534/10124</w:t>
        <w:br/>
        <w:t>f 26551/11477/10071 26607/11534/10124 26609/11535/10125</w:t>
        <w:br/>
        <w:t>f 26550/11474/10068 26551/11477/10071 26609/11535/10125</w:t>
        <w:br/>
        <w:t>f 26543/11466/10060 26550/11474/10068 26609/11535/10125</w:t>
        <w:br/>
        <w:t>f 26610/11536/10126 26543/11466/10060 26609/11535/10125</w:t>
        <w:br/>
        <w:t>f 26542/11467/10061 26543/11466/10060 26610/11536/10126</w:t>
        <w:br/>
        <w:t>f 26611/11537/10127 26542/11467/10061 26610/11536/10126</w:t>
        <w:br/>
        <w:t>f 26545/11470/10064 26542/11467/10061 26611/11537/10127</w:t>
        <w:br/>
        <w:t>f 26612/11538/10128 26545/11470/10064 26611/11537/10127</w:t>
        <w:br/>
        <w:t>f 26546/11473/10067 26545/11470/10064 26612/11538/10128</w:t>
        <w:br/>
        <w:t>f 26613/11539/10129 26546/11473/10067 26612/11538/10128</w:t>
        <w:br/>
        <w:t>f 26553/11480/10074 26615/11540/10130 26614/11541/10131</w:t>
        <w:br/>
        <w:t>f 26552/11481/10075 26553/11480/10074 26614/11541/10131</w:t>
        <w:br/>
        <w:t>f 26617/11542/10132 26616/11543/10133 26591/11518/10108</w:t>
        <w:br/>
        <w:t>f 26592/11517/10107 26617/11542/10132 26591/11518/10108</w:t>
        <w:br/>
        <w:t>f 26559/11486/10080 26603/11530/10120 26604/11529/10119</w:t>
        <w:br/>
        <w:t>f 26606/11531/10121 26559/11486/10080 26604/11529/10119</w:t>
        <w:br/>
        <w:t>f 26619/11544/10134 26581/11507/10097 26582/11506/10097</w:t>
        <w:br/>
        <w:t>f 26618/11545/10134 26619/11544/10134 26582/11506/10097</w:t>
        <w:br/>
        <w:t>f 26601/11525/10115 26602/11528/10118 26560/11485/10079</w:t>
        <w:br/>
        <w:t>f 26597/11524/10114 26601/11525/10115 26560/11485/10079</w:t>
        <w:br/>
        <w:t>f 26559/11486/10080 26560/11485/10079 26602/11528/10118</w:t>
        <w:br/>
        <w:t>f 26603/11530/10120 26559/11486/10080 26602/11528/10118</w:t>
        <w:br/>
        <w:t>f 26593/11516/10106 26555/11478/10072 26552/11481/10075</w:t>
        <w:br/>
        <w:t>f 26617/11542/10132 26593/11516/10106 26552/11481/10075</w:t>
        <w:br/>
        <w:t>f 26590/11519/10109 26595/11520/10110 26555/11478/10072</w:t>
        <w:br/>
        <w:t>f 26593/11516/10106 26590/11519/10109 26555/11478/10072</w:t>
        <w:br/>
        <w:t>f 26574/11503/10094 26575/11502/10093 26621/11546/10135</w:t>
        <w:br/>
        <w:t>f 26620/11547/10136 26574/11503/10094 26621/11546/10135</w:t>
        <w:br/>
        <w:t>f 26616/11543/10133 26617/11542/10132 26552/11481/10075</w:t>
        <w:br/>
        <w:t>f 26614/11541/10131 26616/11543/10133 26552/11481/10075</w:t>
        <w:br/>
        <w:t>f 26617/11542/10132 26622/11548/10137 26593/11516/10106</w:t>
        <w:br/>
        <w:t>f 26602/11528/10118 26599/11527/10117 26603/11530/10120</w:t>
        <w:br/>
        <w:t>f 26618/11545/10134 26623/11549/10138 26619/11544/10134</w:t>
        <w:br/>
        <w:t>f 26621/11546/10135 26624/11550/10139 26620/11547/10136</w:t>
        <w:br/>
        <w:t>f 26628/11551/10140 26627/11552/10141 26626/11553/10142</w:t>
        <w:br/>
        <w:t>f 26625/11554/10143 26628/11551/10140 26626/11553/10142</w:t>
        <w:br/>
        <w:t>f 26627/11552/10141 26630/11555/10144 26629/11556/10145</w:t>
        <w:br/>
        <w:t>f 26626/11553/10142 26627/11552/10141 26629/11556/10145</w:t>
        <w:br/>
        <w:t>f 26630/11555/10144 26632/11557/10146 26631/11558/10147</w:t>
        <w:br/>
        <w:t>f 26629/11556/10145 26630/11555/10144 26631/11558/10147</w:t>
        <w:br/>
        <w:t>f 26632/11557/10146 26634/11559/10148 26633/11560/10149</w:t>
        <w:br/>
        <w:t>f 26631/11558/10147 26632/11557/10146 26633/11560/10149</w:t>
        <w:br/>
        <w:t>f 26638/11561/10150 26637/11562/10151 26636/11563/10152</w:t>
        <w:br/>
        <w:t>f 26635/11564/10153 26638/11561/10150 26636/11563/10152</w:t>
        <w:br/>
        <w:t>f 26635/11564/10153 26636/11563/10152 26640/11565/10154</w:t>
        <w:br/>
        <w:t>f 26639/11566/10155 26635/11564/10153 26640/11565/10154</w:t>
        <w:br/>
        <w:t>f 26639/11566/10155 26640/11565/10154 26642/11567/10156</w:t>
        <w:br/>
        <w:t>f 26641/11568/10157 26639/11566/10155 26642/11567/10156</w:t>
        <w:br/>
        <w:t>f 26628/11551/10140 26625/11554/10143 26641/11568/10157</w:t>
        <w:br/>
        <w:t>f 26642/11567/10156 26628/11551/10140 26641/11568/10157</w:t>
        <w:br/>
        <w:t>f 26646/11569/10158 26645/11570/10159 26644/11571/10160</w:t>
        <w:br/>
        <w:t>f 26643/11572/10160 26646/11569/10158 26644/11571/10160</w:t>
        <w:br/>
        <w:t>f 26643/11572/10160 26644/11571/10160 26648/11573/10161</w:t>
        <w:br/>
        <w:t>f 26647/11574/10162 26643/11572/10160 26648/11573/10161</w:t>
        <w:br/>
        <w:t>f 26647/11574/10162 26648/11573/10161 26650/11575/10163</w:t>
        <w:br/>
        <w:t>f 26649/11576/10164 26647/11574/10162 26650/11575/10163</w:t>
        <w:br/>
        <w:t>f 26649/11576/10164 26650/11575/10163 26652/11577/10165</w:t>
        <w:br/>
        <w:t>f 26651/11578/10166 26649/11576/10164 26652/11577/10165</w:t>
        <w:br/>
        <w:t>f 26655/11579/10165 26654/11580/10167 26653/11581/10168</w:t>
        <w:br/>
        <w:t>f 26656/11582/10165 26655/11579/10165 26653/11581/10168</w:t>
        <w:br/>
        <w:t>f 26654/11580/10167 26658/11583/10169 26657/11584/10170</w:t>
        <w:br/>
        <w:t>f 26653/11581/10168 26654/11580/10167 26657/11584/10170</w:t>
        <w:br/>
        <w:t>f 26658/11583/10169 26660/11585/10171 26659/11586/10171</w:t>
        <w:br/>
        <w:t>f 26657/11584/10170 26658/11583/10169 26659/11586/10171</w:t>
        <w:br/>
        <w:t>f 26646/11569/10158 26659/11586/10171 26660/11585/10171</w:t>
        <w:br/>
        <w:t>f 26645/11570/10159 26646/11569/10158 26660/11585/10171</w:t>
        <w:br/>
        <w:t>f 26627/11552/10141 26628/11551/10140 26662/11587/10172</w:t>
        <w:br/>
        <w:t>f 26661/11588/10173 26627/11552/10141 26662/11587/10172</w:t>
        <w:br/>
        <w:t>f 26625/11554/10143 26626/11553/10142 26664/11589/10174</w:t>
        <w:br/>
        <w:t>f 26663/11590/10175 26625/11554/10143 26664/11589/10174</w:t>
        <w:br/>
        <w:t>f 26630/11555/10144 26627/11552/10141 26661/11588/10173</w:t>
        <w:br/>
        <w:t>f 26665/11591/10176 26630/11555/10144 26661/11588/10173</w:t>
        <w:br/>
        <w:t>f 26626/11553/10142 26629/11556/10145 26666/11592/10177</w:t>
        <w:br/>
        <w:t>f 26664/11589/10174 26626/11553/10142 26666/11592/10177</w:t>
        <w:br/>
        <w:t>f 26632/11557/10146 26630/11555/10144 26665/11591/10176</w:t>
        <w:br/>
        <w:t>f 26667/11593/10178 26632/11557/10146 26665/11591/10176</w:t>
        <w:br/>
        <w:t>f 26629/11556/10145 26631/11558/10147 26668/11594/10179</w:t>
        <w:br/>
        <w:t>f 26666/11592/10177 26629/11556/10145 26668/11594/10179</w:t>
        <w:br/>
        <w:t>f 26634/11559/10148 26632/11557/10146 26667/11593/10178</w:t>
        <w:br/>
        <w:t>f 26669/11595/10180 26634/11559/10148 26667/11593/10178</w:t>
        <w:br/>
        <w:t>f 26631/11558/10147 26633/11560/10149 26670/11596/10181</w:t>
        <w:br/>
        <w:t>f 26668/11594/10179 26631/11558/10147 26670/11596/10181</w:t>
        <w:br/>
        <w:t>f 26672/11597/10182 26636/11563/10152 26637/11562/10151</w:t>
        <w:br/>
        <w:t>f 26671/11598/10183 26672/11597/10182 26637/11562/10151</w:t>
        <w:br/>
        <w:t>f 26674/11599/10184 26638/11561/10150 26635/11564/10153</w:t>
        <w:br/>
        <w:t>f 26673/11600/10185 26674/11599/10184 26635/11564/10153</w:t>
        <w:br/>
        <w:t>f 26675/11601/10186 26640/11565/10154 26636/11563/10152</w:t>
        <w:br/>
        <w:t>f 26672/11597/10182 26675/11601/10186 26636/11563/10152</w:t>
        <w:br/>
        <w:t>f 26673/11600/10185 26635/11564/10153 26639/11566/10155</w:t>
        <w:br/>
        <w:t>f 26676/11602/10187 26673/11600/10185 26639/11566/10155</w:t>
        <w:br/>
        <w:t>f 26677/11603/10188 26642/11567/10156 26640/11565/10154</w:t>
        <w:br/>
        <w:t>f 26675/11601/10186 26677/11603/10188 26640/11565/10154</w:t>
        <w:br/>
        <w:t>f 26676/11602/10187 26639/11566/10155 26641/11568/10157</w:t>
        <w:br/>
        <w:t>f 26678/11604/10189 26676/11602/10187 26641/11568/10157</w:t>
        <w:br/>
        <w:t>f 26628/11551/10140 26642/11567/10156 26677/11603/10188</w:t>
        <w:br/>
        <w:t>f 26662/11587/10172 26628/11551/10140 26677/11603/10188</w:t>
        <w:br/>
        <w:t>f 26678/11604/10189 26641/11568/10157 26625/11554/10143</w:t>
        <w:br/>
        <w:t>f 26663/11590/10175 26678/11604/10189 26625/11554/10143</w:t>
        <w:br/>
        <w:t>f 26528/11454/10048 26525/11453/10047 26521/11447/10041</w:t>
        <w:br/>
        <w:t>f 26520/11446/10040 26528/11454/10048 26521/11447/10041</w:t>
        <w:br/>
        <w:t>f 26529/11456/10050 26522/11448/10042 26521/11447/10041</w:t>
        <w:br/>
        <w:t>f 26525/11453/10047 26529/11456/10050 26521/11447/10041</w:t>
        <w:br/>
        <w:t>f 26531/11458/10052 26523/11449/10043 26522/11448/10042</w:t>
        <w:br/>
        <w:t>f 26529/11456/10050 26531/11458/10052 26522/11448/10042</w:t>
        <w:br/>
        <w:t>f 26531/11458/10052 26533/11460/10054 26524/11450/10044</w:t>
        <w:br/>
        <w:t>f 26523/11449/10043 26531/11458/10052 26524/11450/10044</w:t>
        <w:br/>
        <w:t>f 26679/11605/10190 26535/11461/10055 26533/11460/10054</w:t>
        <w:br/>
        <w:t>f 26534/11459/10053 26679/11605/10190 26533/11460/10054</w:t>
        <w:br/>
        <w:t>f 26536/11462/10056 26535/11461/10055 26679/11605/10190</w:t>
        <w:br/>
        <w:t>f 26539/11463/10057 26536/11462/10056 26679/11605/10190</w:t>
        <w:br/>
        <w:t>f 26536/11462/10056 26537/11465/10059 26519/11445/10039</w:t>
        <w:br/>
        <w:t>f 26517/11444/10038 26536/11462/10056 26519/11445/10039</w:t>
        <w:br/>
        <w:t>f 26537/11465/10059 26528/11454/10048 26520/11446/10040</w:t>
        <w:br/>
        <w:t>f 26519/11445/10039 26537/11465/10059 26520/11446/10040</w:t>
        <w:br/>
        <w:t>f 26683/11606/10191 26682/11607/10192 26681/11608/10193</w:t>
        <w:br/>
        <w:t>f 26680/11609/10194 26683/11606/10191 26681/11608/10193</w:t>
        <w:br/>
        <w:t>f 26682/11607/10192 26685/11610/10195 26684/11611/10196</w:t>
        <w:br/>
        <w:t>f 26681/11608/10193 26682/11607/10192 26684/11611/10196</w:t>
        <w:br/>
        <w:t>f 26687/11612/10197 26684/11611/10196 26685/11610/10195</w:t>
        <w:br/>
        <w:t>f 26686/11613/10198 26687/11612/10197 26685/11610/10195</w:t>
        <w:br/>
        <w:t>f 26690/11614/10199 26689/11615/10200 26688/11616/10201</w:t>
        <w:br/>
        <w:t>f 26691/11617/10202 26690/11614/10199 26688/11616/10201</w:t>
        <w:br/>
        <w:t>f 26683/11606/10191 26680/11609/10194 26689/11615/10200</w:t>
        <w:br/>
        <w:t>f 26690/11614/10199 26683/11606/10191 26689/11615/10200</w:t>
        <w:br/>
        <w:t>f 26695/11618/10203 26694/11619/10204 26693/11620/10205</w:t>
        <w:br/>
        <w:t>f 26692/11621/10206 26695/11618/10203 26693/11620/10205</w:t>
        <w:br/>
        <w:t>f 26697/11622/10207 26691/11617/10202 26688/11616/10201</w:t>
        <w:br/>
        <w:t>f 26696/11623/10208 26697/11622/10207 26688/11616/10201</w:t>
        <w:br/>
        <w:t>f 26701/11624/10209 26700/11625/10210 26699/11626/10211</w:t>
        <w:br/>
        <w:t>f 26698/11627/10212 26701/11624/10209 26699/11626/10211</w:t>
        <w:br/>
        <w:t>f 26704/11628/10213 26703/11629/10213 26702/11630/10214</w:t>
        <w:br/>
        <w:t>f 26705/11631/10214 26704/11628/10213 26702/11630/10214</w:t>
        <w:br/>
        <w:t>f 26707/11632/10215 26706/11633/10215 26703/11629/10213</w:t>
        <w:br/>
        <w:t>f 26704/11628/10213 26707/11632/10215 26703/11629/10213</w:t>
        <w:br/>
        <w:t>f 26706/11633/10215 26707/11632/10215 26709/11634/10216</w:t>
        <w:br/>
        <w:t>f 26708/11635/10216 26706/11633/10215 26709/11634/10216</w:t>
        <w:br/>
        <w:t>f 26712/11636/10217 26711/11637/10218 26710/11638/10218</w:t>
        <w:br/>
        <w:t>f 26713/11639/10217 26712/11636/10217 26710/11638/10218</w:t>
        <w:br/>
        <w:t>f 26711/11637/10218 26705/11631/10214 26702/11630/10214</w:t>
        <w:br/>
        <w:t>f 26710/11638/10218 26711/11637/10218 26702/11630/10214</w:t>
        <w:br/>
        <w:t>f 26717/11640/10219 26716/11641/10219 26715/11642/10220</w:t>
        <w:br/>
        <w:t>f 26714/11643/10221 26717/11640/10219 26715/11642/10220</w:t>
        <w:br/>
        <w:t>f 26719/11644/10222 26718/11645/10223 26712/11636/10217</w:t>
        <w:br/>
        <w:t>f 26713/11639/10217 26719/11644/10222 26712/11636/10217</w:t>
        <w:br/>
        <w:t>f 26722/11646/10224 26721/11647/10225 26720/11648/10226</w:t>
        <w:br/>
        <w:t>f 26723/11649/10227 26722/11646/10224 26720/11648/10226</w:t>
        <w:br/>
        <w:t>f 26680/11609/10194 26681/11608/10193 26725/11650/10228</w:t>
        <w:br/>
        <w:t>f 26724/11651/10229 26680/11609/10194 26725/11650/10228</w:t>
        <w:br/>
        <w:t>f 26681/11608/10193 26684/11611/10196 26726/11652/10230</w:t>
        <w:br/>
        <w:t>f 26725/11650/10228 26681/11608/10193 26726/11652/10230</w:t>
        <w:br/>
        <w:t>f 26687/11612/10197 26727/11653/10231 26726/11652/10230</w:t>
        <w:br/>
        <w:t>f 26684/11611/10196 26687/11612/10197 26726/11652/10230</w:t>
        <w:br/>
        <w:t>f 26688/11616/10201 26689/11615/10200 26729/11654/10232</w:t>
        <w:br/>
        <w:t>f 26728/11655/10233 26688/11616/10201 26729/11654/10232</w:t>
        <w:br/>
        <w:t>f 26680/11609/10194 26724/11651/10229 26729/11654/10232</w:t>
        <w:br/>
        <w:t>f 26689/11615/10200 26680/11609/10194 26729/11654/10232</w:t>
        <w:br/>
        <w:t>f 26733/11656/10234 26732/11657/10235 26731/11658/10235</w:t>
        <w:br/>
        <w:t>f 26730/11659/10236 26733/11656/10234 26731/11658/10235</w:t>
        <w:br/>
        <w:t>f 26735/11660/10237 26734/11661/10238 26694/11619/10204</w:t>
        <w:br/>
        <w:t>f 26695/11618/10203 26735/11660/10237 26694/11619/10204</w:t>
        <w:br/>
        <w:t>f 26696/11623/10208 26688/11616/10201 26728/11655/10233</w:t>
        <w:br/>
        <w:t>f 26736/11662/10239 26696/11623/10208 26728/11655/10233</w:t>
        <w:br/>
        <w:t>f 26701/11624/10209 26738/11663/10240 26737/11664/10241</w:t>
        <w:br/>
        <w:t>f 26700/11625/10210 26701/11624/10209 26737/11664/10241</w:t>
        <w:br/>
        <w:t>f 26741/11665/10242 26740/11666/10243 26739/11667/10244</w:t>
        <w:br/>
        <w:t>f 26742/11668/10245 26741/11665/10242 26739/11667/10244</w:t>
        <w:br/>
        <w:t>f 26740/11666/10243 26744/11669/10246 26743/11670/10247</w:t>
        <w:br/>
        <w:t>f 26739/11667/10244 26740/11666/10243 26743/11670/10247</w:t>
        <w:br/>
        <w:t>f 26698/11627/10212 26699/11626/10211 26746/11671/10248</w:t>
        <w:br/>
        <w:t>f 26745/11672/10249 26698/11627/10212 26746/11671/10248</w:t>
        <w:br/>
        <w:t>f 26697/11622/10207 26748/11673/10250 26747/11674/10251</w:t>
        <w:br/>
        <w:t>f 26691/11617/10202 26697/11622/10207 26747/11674/10251</w:t>
        <w:br/>
        <w:t>f 26691/11617/10202 26747/11674/10251 26749/11675/10252</w:t>
        <w:br/>
        <w:t>f 26690/11614/10199 26691/11617/10202 26749/11675/10252</w:t>
        <w:br/>
        <w:t>f 26690/11614/10199 26749/11675/10252 26750/11676/10253</w:t>
        <w:br/>
        <w:t>f 26683/11606/10191 26690/11614/10199 26750/11676/10253</w:t>
        <w:br/>
        <w:t>f 26682/11607/10192 26683/11606/10191 26750/11676/10253</w:t>
        <w:br/>
        <w:t>f 26751/11677/10254 26682/11607/10192 26750/11676/10253</w:t>
        <w:br/>
        <w:t>f 26685/11610/10195 26682/11607/10192 26751/11677/10254</w:t>
        <w:br/>
        <w:t>f 26752/11678/10255 26685/11610/10195 26751/11677/10254</w:t>
        <w:br/>
        <w:t>f 26686/11613/10198 26685/11610/10195 26752/11678/10255</w:t>
        <w:br/>
        <w:t>f 26753/11679/10256 26686/11613/10198 26752/11678/10255</w:t>
        <w:br/>
        <w:t>f 26693/11620/10205 26755/11680/10257 26754/11681/10258</w:t>
        <w:br/>
        <w:t>f 26692/11621/10206 26693/11620/10205 26754/11681/10258</w:t>
        <w:br/>
        <w:t>f 26757/11682/10259 26756/11683/10260 26731/11658/10235</w:t>
        <w:br/>
        <w:t>f 26732/11657/10235 26757/11682/10259 26731/11658/10235</w:t>
        <w:br/>
        <w:t>f 26699/11626/10211 26743/11670/10247 26744/11669/10246</w:t>
        <w:br/>
        <w:t>f 26746/11671/10248 26699/11626/10211 26744/11669/10246</w:t>
        <w:br/>
        <w:t>f 26759/11684/10261 26721/11647/10225 26722/11646/10224</w:t>
        <w:br/>
        <w:t>f 26758/11685/10262 26759/11684/10261 26722/11646/10224</w:t>
        <w:br/>
        <w:t>f 26741/11665/10242 26742/11668/10245 26700/11625/10210</w:t>
        <w:br/>
        <w:t>f 26737/11664/10241 26741/11665/10242 26700/11625/10210</w:t>
        <w:br/>
        <w:t>f 26699/11626/10211 26700/11625/10210 26742/11668/10245</w:t>
        <w:br/>
        <w:t>f 26743/11670/10247 26699/11626/10211 26742/11668/10245</w:t>
        <w:br/>
        <w:t>f 26733/11656/10234 26695/11618/10203 26692/11621/10206</w:t>
        <w:br/>
        <w:t>f 26757/11682/10259 26733/11656/10234 26692/11621/10206</w:t>
        <w:br/>
        <w:t>f 26730/11659/10236 26735/11660/10237 26695/11618/10203</w:t>
        <w:br/>
        <w:t>f 26733/11656/10234 26730/11659/10236 26695/11618/10203</w:t>
        <w:br/>
        <w:t>f 26714/11643/10221 26715/11642/10220 26761/11686/10263</w:t>
        <w:br/>
        <w:t>f 26760/11687/10263 26714/11643/10221 26761/11686/10263</w:t>
        <w:br/>
        <w:t>f 26756/11683/10260 26757/11682/10259 26692/11621/10206</w:t>
        <w:br/>
        <w:t>f 26754/11681/10258 26756/11683/10260 26692/11621/10206</w:t>
        <w:br/>
        <w:t>f 26757/11682/10259 26762/11688/10264 26733/11656/10234</w:t>
        <w:br/>
        <w:t>f 26742/11668/10245 26739/11667/10244 26743/11670/10247</w:t>
        <w:br/>
        <w:t>f 26758/11685/10262 26763/11689/10265 26759/11684/10261</w:t>
        <w:br/>
        <w:t>f 26761/11686/10263 26764/11690/10266 26760/11687/10263</w:t>
        <w:br/>
        <w:t>f 26767/11691/10267 26766/11692/10268 26765/11693/10269</w:t>
        <w:br/>
        <w:t>f 26768/11694/10270 26767/11691/10267 26765/11693/10269</w:t>
        <w:br/>
        <w:t>f 26769/11695/10271 26768/11694/10270 26765/11693/10269</w:t>
        <w:br/>
        <w:t>f 26770/11696/10272 26769/11695/10271 26765/11693/10269</w:t>
        <w:br/>
        <w:t>f 26771/11697/10273 26770/11696/10272 26765/11693/10269</w:t>
        <w:br/>
        <w:t>f 26772/11698/10274 26771/11697/10273 26765/11693/10269</w:t>
        <w:br/>
        <w:t>f 26773/11699/10275 26772/11698/10274 26765/11693/10269</w:t>
        <w:br/>
        <w:t>f 26766/11692/10268 26773/11699/10275 26765/11693/10269</w:t>
        <w:br/>
        <w:t>f 26776/11700/10276 26775/11701/10277 26774/11702/10278</w:t>
        <w:br/>
        <w:t>f 26775/11701/10277 26777/11703/10279 26774/11702/10278</w:t>
        <w:br/>
        <w:t>f 26777/11703/10279 26778/11704/10280 26774/11702/10278</w:t>
        <w:br/>
        <w:t>f 26778/11704/10280 26779/11705/10281 26774/11702/10278</w:t>
        <w:br/>
        <w:t>f 26779/11705/10281 26780/11706/10282 26774/11702/10278</w:t>
        <w:br/>
        <w:t>f 26780/11706/10282 26781/11707/10283 26774/11702/10278</w:t>
        <w:br/>
        <w:t>f 26781/11707/10283 26782/11708/10284 26774/11702/10278</w:t>
        <w:br/>
        <w:t>f 26782/11708/10284 26776/11700/10276 26774/11702/10278</w:t>
        <w:br/>
        <w:t>f 26785/11709/10285 26784/11710/10286 26783/11711/10287</w:t>
        <w:br/>
        <w:t>f 26786/11712/10288 26785/11709/10285 26783/11711/10287</w:t>
        <w:br/>
        <w:t>f 26785/11709/10285 26788/11713/10289 26787/11714/10290</w:t>
        <w:br/>
        <w:t>f 26784/11710/10286 26785/11709/10285 26787/11714/10290</w:t>
        <w:br/>
        <w:t>f 26788/11713/10289 26790/11715/10291 26789/11716/10292</w:t>
        <w:br/>
        <w:t>f 26787/11714/10290 26788/11713/10289 26789/11716/10292</w:t>
        <w:br/>
        <w:t>f 26790/11715/10291 26792/11717/10293 26791/11718/10294</w:t>
        <w:br/>
        <w:t>f 26789/11716/10292 26790/11715/10291 26791/11718/10294</w:t>
        <w:br/>
        <w:t>f 26791/11718/10294 26792/11717/10293 26794/11719/10295</w:t>
        <w:br/>
        <w:t>f 26793/11720/10296 26791/11718/10294 26794/11719/10295</w:t>
        <w:br/>
        <w:t>f 26796/11721/10297 26793/11720/10296 26794/11719/10295</w:t>
        <w:br/>
        <w:t>f 26795/11722/10298 26796/11721/10297 26794/11719/10295</w:t>
        <w:br/>
        <w:t>f 26798/11723/10299 26797/11724/10300 26796/11721/10297</w:t>
        <w:br/>
        <w:t>f 26795/11722/10298 26798/11723/10299 26796/11721/10297</w:t>
        <w:br/>
        <w:t>f 26786/11712/10288 26783/11711/10287 26797/11724/10300</w:t>
        <w:br/>
        <w:t>f 26798/11723/10299 26786/11712/10288 26797/11724/10300</w:t>
        <w:br/>
        <w:t>f 26799/11725/10301 26785/11709/10285 26786/11712/10288</w:t>
        <w:br/>
        <w:t>f 26800/11726/10302 26799/11725/10301 26786/11712/10288</w:t>
        <w:br/>
        <w:t>f 26801/11727/10303 26788/11713/10289 26785/11709/10285</w:t>
        <w:br/>
        <w:t>f 26799/11725/10301 26801/11727/10303 26785/11709/10285</w:t>
        <w:br/>
        <w:t>f 26801/11727/10303 26802/11728/10304 26790/11715/10291</w:t>
        <w:br/>
        <w:t>f 26788/11713/10289 26801/11727/10303 26790/11715/10291</w:t>
        <w:br/>
        <w:t>f 26802/11728/10304 26803/11729/10305 26792/11717/10293</w:t>
        <w:br/>
        <w:t>f 26790/11715/10291 26802/11728/10304 26792/11717/10293</w:t>
        <w:br/>
        <w:t>f 26792/11717/10293 26803/11729/10305 26804/11730/10306</w:t>
        <w:br/>
        <w:t>f 26794/11719/10295 26792/11717/10293 26804/11730/10306</w:t>
        <w:br/>
        <w:t>f 26795/11722/10298 26794/11719/10295 26804/11730/10306</w:t>
        <w:br/>
        <w:t>f 26805/11731/10307 26795/11722/10298 26804/11730/10306</w:t>
        <w:br/>
        <w:t>f 26806/11732/10308 26798/11723/10299 26795/11722/10298</w:t>
        <w:br/>
        <w:t>f 26805/11731/10307 26806/11732/10308 26795/11722/10298</w:t>
        <w:br/>
        <w:t>f 26800/11726/10302 26786/11712/10288 26798/11723/10299</w:t>
        <w:br/>
        <w:t>f 26806/11732/10308 26800/11726/10302 26798/11723/10299</w:t>
        <w:br/>
        <w:t>f 26810/11733/10309 26809/11734/10310 26808/11735/10311</w:t>
        <w:br/>
        <w:t>f 26807/11736/10312 26810/11733/10309 26808/11735/10311</w:t>
        <w:br/>
        <w:t>f 26807/11736/10312 26812/11737/10313 26811/11738/10314</w:t>
        <w:br/>
        <w:t>f 26810/11733/10309 26807/11736/10312 26811/11738/10314</w:t>
        <w:br/>
        <w:t>f 26812/11737/10313 26814/11739/10315 26813/11740/10316</w:t>
        <w:br/>
        <w:t>f 26811/11738/10314 26812/11737/10313 26813/11740/10316</w:t>
        <w:br/>
        <w:t>f 26816/11741/10317 26815/11742/10318 26813/11740/10316</w:t>
        <w:br/>
        <w:t>f 26814/11739/10315 26816/11741/10317 26813/11740/10316</w:t>
        <w:br/>
        <w:t>f 26818/11743/10319 26817/11744/10320 26815/11742/10318</w:t>
        <w:br/>
        <w:t>f 26816/11741/10317 26818/11743/10319 26815/11742/10318</w:t>
        <w:br/>
        <w:t>f 26820/11745/10321 26819/11746/10322 26817/11744/10320</w:t>
        <w:br/>
        <w:t>f 26818/11743/10319 26820/11745/10321 26817/11744/10320</w:t>
        <w:br/>
        <w:t>f 26822/11747/10323 26821/11748/10324 26819/11746/10322</w:t>
        <w:br/>
        <w:t>f 26820/11745/10321 26822/11747/10323 26819/11746/10322</w:t>
        <w:br/>
        <w:t>f 26821/11748/10324 26822/11747/10323 26808/11735/10311</w:t>
        <w:br/>
        <w:t>f 26809/11734/10310 26821/11748/10324 26808/11735/10311</w:t>
        <w:br/>
        <w:t>f 26807/11736/10312 26808/11735/10311 26824/11749/10325</w:t>
        <w:br/>
        <w:t>f 26823/11750/10326 26807/11736/10312 26824/11749/10325</w:t>
        <w:br/>
        <w:t>f 26823/11750/10326 26825/11751/10327 26812/11737/10313</w:t>
        <w:br/>
        <w:t>f 26807/11736/10312 26823/11750/10326 26812/11737/10313</w:t>
        <w:br/>
        <w:t>f 26825/11751/10327 26826/11752/10328 26814/11739/10315</w:t>
        <w:br/>
        <w:t>f 26812/11737/10313 26825/11751/10327 26814/11739/10315</w:t>
        <w:br/>
        <w:t>f 26827/11753/10329 26816/11741/10317 26814/11739/10315</w:t>
        <w:br/>
        <w:t>f 26826/11752/10328 26827/11753/10329 26814/11739/10315</w:t>
        <w:br/>
        <w:t>f 26828/11754/10330 26818/11743/10319 26816/11741/10317</w:t>
        <w:br/>
        <w:t>f 26827/11753/10329 26828/11754/10330 26816/11741/10317</w:t>
        <w:br/>
        <w:t>f 26828/11754/10330 26829/11755/10331 26820/11745/10321</w:t>
        <w:br/>
        <w:t>f 26818/11743/10319 26828/11754/10330 26820/11745/10321</w:t>
        <w:br/>
        <w:t>f 26829/11755/10331 26830/11756/10332 26822/11747/10323</w:t>
        <w:br/>
        <w:t>f 26820/11745/10321 26829/11755/10331 26822/11747/10323</w:t>
        <w:br/>
        <w:t>f 26822/11747/10323 26830/11756/10332 26824/11749/10325</w:t>
        <w:br/>
        <w:t>f 26808/11735/10311 26822/11747/10323 26824/11749/10325</w:t>
        <w:br/>
        <w:t>f 26787/11714/10290 26789/11716/10292 26811/11738/10314</w:t>
        <w:br/>
        <w:t>f 26813/11740/10316 26787/11714/10290 26811/11738/10314</w:t>
        <w:br/>
        <w:t>f 26789/11716/10292 26791/11718/10294 26810/11733/10309</w:t>
        <w:br/>
        <w:t>f 26811/11738/10314 26789/11716/10292 26810/11733/10309</w:t>
        <w:br/>
        <w:t>f 26791/11718/10294 26793/11720/10296 26809/11734/10310</w:t>
        <w:br/>
        <w:t>f 26810/11733/10309 26791/11718/10294 26809/11734/10310</w:t>
        <w:br/>
        <w:t>f 26793/11720/10296 26796/11721/10297 26821/11748/10324</w:t>
        <w:br/>
        <w:t>f 26809/11734/10310 26793/11720/10296 26821/11748/10324</w:t>
        <w:br/>
        <w:t>f 26797/11724/10300 26819/11746/10322 26821/11748/10324</w:t>
        <w:br/>
        <w:t>f 26796/11721/10297 26797/11724/10300 26821/11748/10324</w:t>
        <w:br/>
        <w:t>f 26783/11711/10287 26817/11744/10320 26819/11746/10322</w:t>
        <w:br/>
        <w:t>f 26797/11724/10300 26783/11711/10287 26819/11746/10322</w:t>
        <w:br/>
        <w:t>f 26784/11710/10286 26815/11742/10318 26817/11744/10320</w:t>
        <w:br/>
        <w:t>f 26783/11711/10287 26784/11710/10286 26817/11744/10320</w:t>
        <w:br/>
        <w:t>f 26787/11714/10290 26813/11740/10316 26815/11742/10318</w:t>
        <w:br/>
        <w:t>f 26784/11710/10286 26787/11714/10290 26815/11742/10318</w:t>
        <w:br/>
        <w:t>f 26833/11757/10333 26832/11758/10334 26831/11759/10335</w:t>
        <w:br/>
        <w:t>f 26834/11760/10336 26833/11757/10333 26831/11759/10335</w:t>
        <w:br/>
        <w:t>f 26831/11759/10335 26832/11758/10334 26836/11761/10337</w:t>
        <w:br/>
        <w:t>f 26835/11762/10338 26831/11759/10335 26836/11761/10337</w:t>
        <w:br/>
        <w:t>f 26835/11762/10338 26836/11761/10337 26838/11763/10339</w:t>
        <w:br/>
        <w:t>f 26837/11764/10340 26835/11762/10338 26838/11763/10339</w:t>
        <w:br/>
        <w:t>f 26837/11764/10340 26838/11763/10339 26840/11765/10341</w:t>
        <w:br/>
        <w:t>f 26839/11766/10342 26837/11764/10340 26840/11765/10341</w:t>
        <w:br/>
        <w:t>f 26841/11767/10343 26824/11749/10325 26830/11756/10332</w:t>
        <w:br/>
        <w:t>f 26839/11766/10342 26841/11767/10343 26830/11756/10332</w:t>
        <w:br/>
        <w:t>f 26841/11767/10343 26842/11768/10344 26823/11750/10326</w:t>
        <w:br/>
        <w:t>f 26824/11749/10325 26841/11767/10343 26823/11750/10326</w:t>
        <w:br/>
        <w:t>f 26842/11768/10344 26845/11769/10345 26844/11770/10346</w:t>
        <w:br/>
        <w:t>f 26843/11771/10347 26842/11768/10344 26844/11770/10346</w:t>
        <w:br/>
        <w:t>f 26843/11771/10347 26844/11770/10346 26833/11757/10333</w:t>
        <w:br/>
        <w:t>f 26834/11760/10336 26843/11771/10347 26833/11757/10333</w:t>
        <w:br/>
        <w:t>f 26849/11772/10348 26848/11773/10349 26847/11774/10350</w:t>
        <w:br/>
        <w:t>f 26846/11775/10351 26849/11772/10348 26847/11774/10350</w:t>
        <w:br/>
        <w:t>f 26848/11773/10349 26851/11776/10352 26850/11777/10353</w:t>
        <w:br/>
        <w:t>f 26847/11774/10350 26848/11773/10349 26850/11777/10353</w:t>
        <w:br/>
        <w:t>f 26853/11778/10354 26850/11777/10353 26851/11776/10352</w:t>
        <w:br/>
        <w:t>f 26852/11779/10355 26853/11778/10354 26851/11776/10352</w:t>
        <w:br/>
        <w:t>f 26856/11780/10356 26855/11781/10357 26854/11782/10358</w:t>
        <w:br/>
        <w:t>f 26857/11783/10359 26856/11780/10356 26854/11782/10358</w:t>
        <w:br/>
        <w:t>f 26849/11772/10348 26846/11775/10351 26855/11781/10357</w:t>
        <w:br/>
        <w:t>f 26856/11780/10356 26849/11772/10348 26855/11781/10357</w:t>
        <w:br/>
        <w:t>f 26861/11784/10360 26860/11785/10361 26859/11786/10362</w:t>
        <w:br/>
        <w:t>f 26858/11787/10363 26861/11784/10360 26859/11786/10362</w:t>
        <w:br/>
        <w:t>f 26863/11788/10364 26857/11783/10359 26854/11782/10358</w:t>
        <w:br/>
        <w:t>f 26862/11789/10365 26863/11788/10364 26854/11782/10358</w:t>
        <w:br/>
        <w:t>f 26867/11790/10366 26866/11791/10367 26865/11792/10368</w:t>
        <w:br/>
        <w:t>f 26864/11793/10369 26867/11790/10366 26865/11792/10368</w:t>
        <w:br/>
        <w:t>f 26870/11794/10370 26869/11795/10370 26868/11796/10371</w:t>
        <w:br/>
        <w:t>f 26871/11797/10372 26870/11794/10370 26868/11796/10371</w:t>
        <w:br/>
        <w:t>f 26873/11798/10373 26872/11799/10373 26869/11795/10370</w:t>
        <w:br/>
        <w:t>f 26870/11794/10370 26873/11798/10373 26869/11795/10370</w:t>
        <w:br/>
        <w:t>f 26872/11799/10373 26873/11798/10373 26875/11800/10374</w:t>
        <w:br/>
        <w:t>f 26874/11801/10375 26872/11799/10373 26875/11800/10374</w:t>
        <w:br/>
        <w:t>f 26878/11802/10376 26877/11803/10377 26876/11804/10377</w:t>
        <w:br/>
        <w:t>f 26879/11805/10378 26878/11802/10376 26876/11804/10377</w:t>
        <w:br/>
        <w:t>f 26877/11803/10377 26871/11797/10372 26868/11796/10371</w:t>
        <w:br/>
        <w:t>f 26876/11804/10377 26877/11803/10377 26868/11796/10371</w:t>
        <w:br/>
        <w:t>f 26883/11806/10379 26882/11807/10380 26881/11808/10381</w:t>
        <w:br/>
        <w:t>f 26880/11809/10381 26883/11806/10379 26881/11808/10381</w:t>
        <w:br/>
        <w:t>f 26885/11810/10382 26884/11811/10383 26878/11802/10376</w:t>
        <w:br/>
        <w:t>f 26879/11805/10378 26885/11810/10382 26878/11802/10376</w:t>
        <w:br/>
        <w:t>f 26888/11812/10384 26887/11813/10384 26886/11814/10385</w:t>
        <w:br/>
        <w:t>f 26889/11815/10385 26888/11812/10384 26886/11814/10385</w:t>
        <w:br/>
        <w:t>f 26846/11775/10351 26847/11774/10350 26891/11816/10386</w:t>
        <w:br/>
        <w:t>f 26890/11817/10387 26846/11775/10351 26891/11816/10386</w:t>
        <w:br/>
        <w:t>f 26847/11774/10350 26850/11777/10353 26892/11818/10388</w:t>
        <w:br/>
        <w:t>f 26891/11816/10386 26847/11774/10350 26892/11818/10388</w:t>
        <w:br/>
        <w:t>f 26853/11778/10354 26893/11819/10389 26892/11818/10388</w:t>
        <w:br/>
        <w:t>f 26850/11777/10353 26853/11778/10354 26892/11818/10388</w:t>
        <w:br/>
        <w:t>f 26854/11782/10358 26855/11781/10357 26895/11820/10390</w:t>
        <w:br/>
        <w:t>f 26894/11821/10391 26854/11782/10358 26895/11820/10390</w:t>
        <w:br/>
        <w:t>f 26846/11775/10351 26890/11817/10387 26895/11820/10390</w:t>
        <w:br/>
        <w:t>f 26855/11781/10357 26846/11775/10351 26895/11820/10390</w:t>
        <w:br/>
        <w:t>f 26899/11822/10392 26898/11823/10393 26897/11824/10394</w:t>
        <w:br/>
        <w:t>f 26896/11825/10395 26899/11822/10392 26897/11824/10394</w:t>
        <w:br/>
        <w:t>f 26901/11826/10396 26900/11827/10397 26860/11785/10361</w:t>
        <w:br/>
        <w:t>f 26861/11784/10360 26901/11826/10396 26860/11785/10361</w:t>
        <w:br/>
        <w:t>f 26862/11789/10365 26854/11782/10358 26894/11821/10391</w:t>
        <w:br/>
        <w:t>f 26902/11828/10398 26862/11789/10365 26894/11821/10391</w:t>
        <w:br/>
        <w:t>f 26867/11790/10366 26904/11829/10399 26903/11830/10400</w:t>
        <w:br/>
        <w:t>f 26866/11791/10367 26867/11790/10366 26903/11830/10400</w:t>
        <w:br/>
        <w:t>f 26907/11831/10401 26906/11832/10402 26905/11833/10403</w:t>
        <w:br/>
        <w:t>f 26908/11834/10404 26907/11831/10401 26905/11833/10403</w:t>
        <w:br/>
        <w:t>f 26906/11832/10402 26910/11835/10405 26909/11836/10406</w:t>
        <w:br/>
        <w:t>f 26905/11833/10403 26906/11832/10402 26909/11836/10406</w:t>
        <w:br/>
        <w:t>f 26864/11793/10369 26865/11792/10368 26912/11837/10407</w:t>
        <w:br/>
        <w:t>f 26911/11838/10408 26864/11793/10369 26912/11837/10407</w:t>
        <w:br/>
        <w:t>f 26863/11788/10364 26914/11839/10409 26913/11840/10410</w:t>
        <w:br/>
        <w:t>f 26857/11783/10359 26863/11788/10364 26913/11840/10410</w:t>
        <w:br/>
        <w:t>f 26857/11783/10359 26913/11840/10410 26915/11841/10411</w:t>
        <w:br/>
        <w:t>f 26856/11780/10356 26857/11783/10359 26915/11841/10411</w:t>
        <w:br/>
        <w:t>f 26849/11772/10348 26856/11780/10356 26915/11841/10411</w:t>
        <w:br/>
        <w:t>f 26916/11842/10412 26849/11772/10348 26915/11841/10411</w:t>
        <w:br/>
        <w:t>f 26848/11773/10349 26849/11772/10348 26916/11842/10412</w:t>
        <w:br/>
        <w:t>f 26917/11843/10413 26848/11773/10349 26916/11842/10412</w:t>
        <w:br/>
        <w:t>f 26851/11776/10352 26848/11773/10349 26917/11843/10413</w:t>
        <w:br/>
        <w:t>f 26918/11844/10414 26851/11776/10352 26917/11843/10413</w:t>
        <w:br/>
        <w:t>f 26852/11779/10355 26851/11776/10352 26918/11844/10414</w:t>
        <w:br/>
        <w:t>f 26919/11845/10415 26852/11779/10355 26918/11844/10414</w:t>
        <w:br/>
        <w:t>f 26859/11786/10362 26921/11846/10416 26920/11847/10417</w:t>
        <w:br/>
        <w:t>f 26858/11787/10363 26859/11786/10362 26920/11847/10417</w:t>
        <w:br/>
        <w:t>f 26923/11848/10418 26922/11849/10419 26897/11824/10394</w:t>
        <w:br/>
        <w:t>f 26898/11823/10393 26923/11848/10418 26897/11824/10394</w:t>
        <w:br/>
        <w:t>f 26865/11792/10368 26909/11836/10406 26910/11835/10405</w:t>
        <w:br/>
        <w:t>f 26912/11837/10407 26865/11792/10368 26910/11835/10405</w:t>
        <w:br/>
        <w:t>f 26925/11850/10420 26887/11813/10384 26888/11812/10384</w:t>
        <w:br/>
        <w:t>f 26924/11851/10421 26925/11850/10420 26888/11812/10384</w:t>
        <w:br/>
        <w:t>f 26907/11831/10401 26908/11834/10404 26866/11791/10367</w:t>
        <w:br/>
        <w:t>f 26903/11830/10400 26907/11831/10401 26866/11791/10367</w:t>
        <w:br/>
        <w:t>f 26865/11792/10368 26866/11791/10367 26908/11834/10404</w:t>
        <w:br/>
        <w:t>f 26909/11836/10406 26865/11792/10368 26908/11834/10404</w:t>
        <w:br/>
        <w:t>f 26899/11822/10392 26861/11784/10360 26858/11787/10363</w:t>
        <w:br/>
        <w:t>f 26923/11848/10418 26899/11822/10392 26858/11787/10363</w:t>
        <w:br/>
        <w:t>f 26896/11825/10395 26901/11826/10396 26861/11784/10360</w:t>
        <w:br/>
        <w:t>f 26899/11822/10392 26896/11825/10395 26861/11784/10360</w:t>
        <w:br/>
        <w:t>f 26880/11809/10381 26881/11808/10381 26927/11852/10422</w:t>
        <w:br/>
        <w:t>f 26926/11853/10423 26880/11809/10381 26927/11852/10422</w:t>
        <w:br/>
        <w:t>f 26922/11849/10419 26923/11848/10418 26858/11787/10363</w:t>
        <w:br/>
        <w:t>f 26920/11847/10417 26922/11849/10419 26858/11787/10363</w:t>
        <w:br/>
        <w:t>f 26923/11848/10418 26928/11854/10424 26899/11822/10392</w:t>
        <w:br/>
        <w:t>f 26908/11834/10404 26905/11833/10403 26909/11836/10406</w:t>
        <w:br/>
        <w:t>f 26924/11851/10421 26929/11855/10425 26925/11850/10420</w:t>
        <w:br/>
        <w:t>f 26927/11852/10422 26930/11856/10426 26926/11853/10423</w:t>
        <w:br/>
        <w:t>f 26934/11857/10427 26933/11858/10428 26932/11859/10429</w:t>
        <w:br/>
        <w:t>f 26931/11860/10430 26934/11857/10427 26932/11859/10429</w:t>
        <w:br/>
        <w:t>f 26933/11858/10428 26936/11861/10431 26935/11862/10432</w:t>
        <w:br/>
        <w:t>f 26932/11859/10429 26933/11858/10428 26935/11862/10432</w:t>
        <w:br/>
        <w:t>f 26936/11861/10431 26938/11863/10433 26937/11864/10434</w:t>
        <w:br/>
        <w:t>f 26935/11862/10432 26936/11861/10431 26937/11864/10434</w:t>
        <w:br/>
        <w:t>f 26938/11863/10433 26940/11865/10435 26939/11866/10436</w:t>
        <w:br/>
        <w:t>f 26937/11864/10434 26938/11863/10433 26939/11866/10436</w:t>
        <w:br/>
        <w:t>f 26944/11867/10437 26943/11868/10438 26942/11869/10439</w:t>
        <w:br/>
        <w:t>f 26941/11870/10440 26944/11867/10437 26942/11869/10439</w:t>
        <w:br/>
        <w:t>f 26941/11870/10440 26942/11869/10439 26946/11871/10441</w:t>
        <w:br/>
        <w:t>f 26945/11872/10442 26941/11870/10440 26946/11871/10441</w:t>
        <w:br/>
        <w:t>f 26945/11872/10442 26946/11871/10441 26948/11873/10443</w:t>
        <w:br/>
        <w:t>f 26947/11874/10444 26945/11872/10442 26948/11873/10443</w:t>
        <w:br/>
        <w:t>f 26934/11857/10427 26931/11860/10430 26947/11874/10444</w:t>
        <w:br/>
        <w:t>f 26948/11873/10443 26934/11857/10427 26947/11874/10444</w:t>
        <w:br/>
        <w:t>f 26952/11875/10445 26951/11876/10446 26950/11877/10447</w:t>
        <w:br/>
        <w:t>f 26949/11878/10448 26952/11875/10445 26950/11877/10447</w:t>
        <w:br/>
        <w:t>f 26949/11878/10448 26950/11877/10447 26954/11879/10449</w:t>
        <w:br/>
        <w:t>f 26953/11880/10449 26949/11878/10448 26954/11879/10449</w:t>
        <w:br/>
        <w:t>f 26953/11880/10449 26954/11879/10449 26956/11881/10450</w:t>
        <w:br/>
        <w:t>f 26955/11882/10450 26953/11880/10449 26956/11881/10450</w:t>
        <w:br/>
        <w:t>f 26955/11882/10450 26956/11881/10450 26958/11883/10451</w:t>
        <w:br/>
        <w:t>f 26957/11884/10452 26955/11882/10450 26958/11883/10451</w:t>
        <w:br/>
        <w:t>f 26961/11885/10453 26960/11886/10454 26959/11887/10454</w:t>
        <w:br/>
        <w:t>f 26962/11888/10453 26961/11885/10453 26959/11887/10454</w:t>
        <w:br/>
        <w:t>f 26960/11886/10454 26964/11889/10455 26963/11890/10456</w:t>
        <w:br/>
        <w:t>f 26959/11887/10454 26960/11886/10454 26963/11890/10456</w:t>
        <w:br/>
        <w:t>f 26964/11889/10455 26966/11891/10457 26965/11892/10458</w:t>
        <w:br/>
        <w:t>f 26963/11890/10456 26964/11889/10455 26965/11892/10458</w:t>
        <w:br/>
        <w:t>f 26952/11875/10445 26965/11892/10458 26966/11891/10457</w:t>
        <w:br/>
        <w:t>f 26951/11876/10446 26952/11875/10445 26966/11891/10457</w:t>
        <w:br/>
        <w:t>f 26933/11858/10428 26934/11857/10427 26968/11893/10459</w:t>
        <w:br/>
        <w:t>f 26967/11894/10460 26933/11858/10428 26968/11893/10459</w:t>
        <w:br/>
        <w:t>f 26931/11860/10430 26932/11859/10429 26970/11895/10461</w:t>
        <w:br/>
        <w:t>f 26969/11896/10462 26931/11860/10430 26970/11895/10461</w:t>
        <w:br/>
        <w:t>f 26936/11861/10431 26933/11858/10428 26967/11894/10460</w:t>
        <w:br/>
        <w:t>f 26971/11897/10463 26936/11861/10431 26967/11894/10460</w:t>
        <w:br/>
        <w:t>f 26932/11859/10429 26935/11862/10432 26972/11898/10464</w:t>
        <w:br/>
        <w:t>f 26970/11895/10461 26932/11859/10429 26972/11898/10464</w:t>
        <w:br/>
        <w:t>f 26938/11863/10433 26936/11861/10431 26971/11897/10463</w:t>
        <w:br/>
        <w:t>f 26973/11899/10465 26938/11863/10433 26971/11897/10463</w:t>
        <w:br/>
        <w:t>f 26935/11862/10432 26937/11864/10434 26974/11900/10466</w:t>
        <w:br/>
        <w:t>f 26972/11898/10464 26935/11862/10432 26974/11900/10466</w:t>
        <w:br/>
        <w:t>f 26940/11865/10435 26938/11863/10433 26973/11899/10465</w:t>
        <w:br/>
        <w:t>f 26975/11901/10467 26940/11865/10435 26973/11899/10465</w:t>
        <w:br/>
        <w:t>f 26937/11864/10434 26939/11866/10436 26976/11902/10468</w:t>
        <w:br/>
        <w:t>f 26974/11900/10466 26937/11864/10434 26976/11902/10468</w:t>
        <w:br/>
        <w:t>f 26978/11903/10469 26942/11869/10439 26943/11868/10438</w:t>
        <w:br/>
        <w:t>f 26977/11904/10470 26978/11903/10469 26943/11868/10438</w:t>
        <w:br/>
        <w:t>f 26980/11905/10471 26944/11867/10437 26941/11870/10440</w:t>
        <w:br/>
        <w:t>f 26979/11906/10472 26980/11905/10471 26941/11870/10440</w:t>
        <w:br/>
        <w:t>f 26981/11907/10473 26946/11871/10441 26942/11869/10439</w:t>
        <w:br/>
        <w:t>f 26978/11903/10469 26981/11907/10473 26942/11869/10439</w:t>
        <w:br/>
        <w:t>f 26979/11906/10472 26941/11870/10440 26945/11872/10442</w:t>
        <w:br/>
        <w:t>f 26982/11908/10474 26979/11906/10472 26945/11872/10442</w:t>
        <w:br/>
        <w:t>f 26983/11909/10475 26948/11873/10443 26946/11871/10441</w:t>
        <w:br/>
        <w:t>f 26981/11907/10473 26983/11909/10475 26946/11871/10441</w:t>
        <w:br/>
        <w:t>f 26982/11908/10474 26945/11872/10442 26947/11874/10444</w:t>
        <w:br/>
        <w:t>f 26984/11910/10476 26982/11908/10474 26947/11874/10444</w:t>
        <w:br/>
        <w:t>f 26934/11857/10427 26948/11873/10443 26983/11909/10475</w:t>
        <w:br/>
        <w:t>f 26968/11893/10459 26934/11857/10427 26983/11909/10475</w:t>
        <w:br/>
        <w:t>f 26984/11910/10476 26947/11874/10444 26931/11860/10430</w:t>
        <w:br/>
        <w:t>f 26969/11896/10462 26984/11910/10476 26931/11860/10430</w:t>
        <w:br/>
        <w:t>f 26834/11760/10336 26831/11759/10335 26827/11753/10329</w:t>
        <w:br/>
        <w:t>f 26826/11752/10328 26834/11760/10336 26827/11753/10329</w:t>
        <w:br/>
        <w:t>f 26835/11762/10338 26828/11754/10330 26827/11753/10329</w:t>
        <w:br/>
        <w:t>f 26831/11759/10335 26835/11762/10338 26827/11753/10329</w:t>
        <w:br/>
        <w:t>f 26837/11764/10340 26829/11755/10331 26828/11754/10330</w:t>
        <w:br/>
        <w:t>f 26835/11762/10338 26837/11764/10340 26828/11754/10330</w:t>
        <w:br/>
        <w:t>f 26837/11764/10340 26839/11766/10342 26830/11756/10332</w:t>
        <w:br/>
        <w:t>f 26829/11755/10331 26837/11764/10340 26830/11756/10332</w:t>
        <w:br/>
        <w:t>f 26985/11911/10477 26841/11767/10343 26839/11766/10342</w:t>
        <w:br/>
        <w:t>f 26840/11765/10341 26985/11911/10477 26839/11766/10342</w:t>
        <w:br/>
        <w:t>f 26842/11768/10344 26841/11767/10343 26985/11911/10477</w:t>
        <w:br/>
        <w:t>f 26845/11769/10345 26842/11768/10344 26985/11911/10477</w:t>
        <w:br/>
        <w:t>f 26842/11768/10344 26843/11771/10347 26825/11751/10327</w:t>
        <w:br/>
        <w:t>f 26823/11750/10326 26842/11768/10344 26825/11751/10327</w:t>
        <w:br/>
        <w:t>f 26843/11771/10347 26834/11760/10336 26826/11752/10328</w:t>
        <w:br/>
        <w:t>f 26825/11751/10327 26843/11771/10347 26826/11752/10328</w:t>
        <w:br/>
        <w:t>f 26989/11912/10478 26988/11913/10479 26987/11914/10480</w:t>
        <w:br/>
        <w:t>f 26986/11915/10481 26989/11912/10478 26987/11914/10480</w:t>
        <w:br/>
        <w:t>f 26988/11913/10479 26991/11916/10482 26990/11917/10483</w:t>
        <w:br/>
        <w:t>f 26987/11914/10480 26988/11913/10479 26990/11917/10483</w:t>
        <w:br/>
        <w:t>f 26993/11918/10484 26990/11917/10483 26991/11916/10482</w:t>
        <w:br/>
        <w:t>f 26992/11919/10485 26993/11918/10484 26991/11916/10482</w:t>
        <w:br/>
        <w:t>f 26996/11920/10486 26995/11921/10487 26994/11922/10488</w:t>
        <w:br/>
        <w:t>f 26997/11923/10489 26996/11920/10486 26994/11922/10488</w:t>
        <w:br/>
        <w:t>f 26989/11912/10478 26986/11915/10481 26995/11921/10487</w:t>
        <w:br/>
        <w:t>f 26996/11920/10486 26989/11912/10478 26995/11921/10487</w:t>
        <w:br/>
        <w:t>f 27001/11924/10490 27000/11925/10491 26999/11926/10492</w:t>
        <w:br/>
        <w:t>f 26998/11927/10493 27001/11924/10490 26999/11926/10492</w:t>
        <w:br/>
        <w:t>f 27003/11928/10494 26997/11923/10489 26994/11922/10488</w:t>
        <w:br/>
        <w:t>f 27002/11929/10495 27003/11928/10494 26994/11922/10488</w:t>
        <w:br/>
        <w:t>f 27007/11930/10496 27006/11931/10497 27005/11932/10498</w:t>
        <w:br/>
        <w:t>f 27004/11933/10499 27007/11930/10496 27005/11932/10498</w:t>
        <w:br/>
        <w:t>f 27010/11934/10500 27009/11935/10500 27008/11936/10501</w:t>
        <w:br/>
        <w:t>f 27011/11937/10501 27010/11934/10500 27008/11936/10501</w:t>
        <w:br/>
        <w:t>f 27013/11938/10502 27012/11939/10502 27009/11935/10500</w:t>
        <w:br/>
        <w:t>f 27010/11934/10500 27013/11938/10502 27009/11935/10500</w:t>
        <w:br/>
        <w:t>f 27012/11939/10502 27013/11938/10502 27015/11940/10503</w:t>
        <w:br/>
        <w:t>f 27014/11941/10504 27012/11939/10502 27015/11940/10503</w:t>
        <w:br/>
        <w:t>f 27018/11942/10505 27017/11943/10506 27016/11944/10506</w:t>
        <w:br/>
        <w:t>f 27019/11945/10507 27018/11942/10505 27016/11944/10506</w:t>
        <w:br/>
        <w:t>f 27017/11943/10506 27011/11937/10501 27008/11936/10501</w:t>
        <w:br/>
        <w:t>f 27016/11944/10506 27017/11943/10506 27008/11936/10501</w:t>
        <w:br/>
        <w:t>f 27023/11946/10508 27022/11947/10508 27021/11948/10509</w:t>
        <w:br/>
        <w:t>f 27020/11949/10510 27023/11946/10508 27021/11948/10509</w:t>
        <w:br/>
        <w:t>f 27025/11950/10511 27024/11951/10512 27018/11942/10505</w:t>
        <w:br/>
        <w:t>f 27019/11945/10507 27025/11950/10511 27018/11942/10505</w:t>
        <w:br/>
        <w:t>f 27028/11952/10513 27027/11953/10514 27026/11954/10515</w:t>
        <w:br/>
        <w:t>f 27029/11955/10516 27028/11952/10513 27026/11954/10515</w:t>
        <w:br/>
        <w:t>f 26986/11915/10481 26987/11914/10480 27031/11956/10517</w:t>
        <w:br/>
        <w:t>f 27030/11957/10518 26986/11915/10481 27031/11956/10517</w:t>
        <w:br/>
        <w:t>f 26987/11914/10480 26990/11917/10483 27032/11958/10519</w:t>
        <w:br/>
        <w:t>f 27031/11956/10517 26987/11914/10480 27032/11958/10519</w:t>
        <w:br/>
        <w:t>f 26993/11918/10484 27033/11959/10520 27032/11958/10519</w:t>
        <w:br/>
        <w:t>f 26990/11917/10483 26993/11918/10484 27032/11958/10519</w:t>
        <w:br/>
        <w:t>f 26994/11922/10488 26995/11921/10487 27035/11960/10521</w:t>
        <w:br/>
        <w:t>f 27034/11961/10522 26994/11922/10488 27035/11960/10521</w:t>
        <w:br/>
        <w:t>f 26986/11915/10481 27030/11957/10518 27035/11960/10521</w:t>
        <w:br/>
        <w:t>f 26995/11921/10487 26986/11915/10481 27035/11960/10521</w:t>
        <w:br/>
        <w:t>f 27039/11962/10523 27038/11963/10524 27037/11964/10525</w:t>
        <w:br/>
        <w:t>f 27036/11965/10526 27039/11962/10523 27037/11964/10525</w:t>
        <w:br/>
        <w:t>f 27041/11966/10527 27040/11967/10528 27000/11925/10491</w:t>
        <w:br/>
        <w:t>f 27001/11924/10490 27041/11966/10527 27000/11925/10491</w:t>
        <w:br/>
        <w:t>f 27002/11929/10495 26994/11922/10488 27034/11961/10522</w:t>
        <w:br/>
        <w:t>f 27042/11968/10529 27002/11929/10495 27034/11961/10522</w:t>
        <w:br/>
        <w:t>f 27007/11930/10496 27044/11969/10530 27043/11970/10531</w:t>
        <w:br/>
        <w:t>f 27006/11931/10497 27007/11930/10496 27043/11970/10531</w:t>
        <w:br/>
        <w:t>f 27047/11971/10532 27046/11972/10533 27045/11973/10534</w:t>
        <w:br/>
        <w:t>f 27048/11974/10535 27047/11971/10532 27045/11973/10534</w:t>
        <w:br/>
        <w:t>f 27046/11972/10533 27050/11975/10536 27049/11976/10537</w:t>
        <w:br/>
        <w:t>f 27045/11973/10534 27046/11972/10533 27049/11976/10537</w:t>
        <w:br/>
        <w:t>f 27004/11933/10499 27005/11932/10498 27052/11977/10538</w:t>
        <w:br/>
        <w:t>f 27051/11978/10539 27004/11933/10499 27052/11977/10538</w:t>
        <w:br/>
        <w:t>f 27003/11928/10494 27054/11979/10540 27053/11980/10541</w:t>
        <w:br/>
        <w:t>f 26997/11923/10489 27003/11928/10494 27053/11980/10541</w:t>
        <w:br/>
        <w:t>f 26997/11923/10489 27053/11980/10541 27055/11981/10542</w:t>
        <w:br/>
        <w:t>f 26996/11920/10486 26997/11923/10489 27055/11981/10542</w:t>
        <w:br/>
        <w:t>f 26996/11920/10486 27055/11981/10542 27056/11982/10543</w:t>
        <w:br/>
        <w:t>f 26989/11912/10478 26996/11920/10486 27056/11982/10543</w:t>
        <w:br/>
        <w:t>f 26988/11913/10479 26989/11912/10478 27056/11982/10543</w:t>
        <w:br/>
        <w:t>f 27057/11983/10544 26988/11913/10479 27056/11982/10543</w:t>
        <w:br/>
        <w:t>f 26991/11916/10482 26988/11913/10479 27057/11983/10544</w:t>
        <w:br/>
        <w:t>f 27058/11984/10545 26991/11916/10482 27057/11983/10544</w:t>
        <w:br/>
        <w:t>f 26992/11919/10485 26991/11916/10482 27058/11984/10545</w:t>
        <w:br/>
        <w:t>f 27059/11985/10546 26992/11919/10485 27058/11984/10545</w:t>
        <w:br/>
        <w:t>f 26999/11926/10492 27061/11986/10547 27060/11987/10548</w:t>
        <w:br/>
        <w:t>f 26998/11927/10493 26999/11926/10492 27060/11987/10548</w:t>
        <w:br/>
        <w:t>f 27063/11988/10549 27062/11989/10550 27037/11964/10525</w:t>
        <w:br/>
        <w:t>f 27038/11963/10524 27063/11988/10549 27037/11964/10525</w:t>
        <w:br/>
        <w:t>f 27005/11932/10498 27049/11976/10537 27050/11975/10536</w:t>
        <w:br/>
        <w:t>f 27052/11977/10538 27005/11932/10498 27050/11975/10536</w:t>
        <w:br/>
        <w:t>f 27065/11990/10551 27027/11953/10514 27028/11952/10513</w:t>
        <w:br/>
        <w:t>f 27064/11991/10552 27065/11990/10551 27028/11952/10513</w:t>
        <w:br/>
        <w:t>f 27047/11971/10532 27048/11974/10535 27006/11931/10497</w:t>
        <w:br/>
        <w:t>f 27043/11970/10531 27047/11971/10532 27006/11931/10497</w:t>
        <w:br/>
        <w:t>f 27005/11932/10498 27006/11931/10497 27048/11974/10535</w:t>
        <w:br/>
        <w:t>f 27049/11976/10537 27005/11932/10498 27048/11974/10535</w:t>
        <w:br/>
        <w:t>f 27039/11962/10523 27001/11924/10490 26998/11927/10493</w:t>
        <w:br/>
        <w:t>f 27063/11988/10549 27039/11962/10523 26998/11927/10493</w:t>
        <w:br/>
        <w:t>f 27036/11965/10526 27041/11966/10527 27001/11924/10490</w:t>
        <w:br/>
        <w:t>f 27039/11962/10523 27036/11965/10526 27001/11924/10490</w:t>
        <w:br/>
        <w:t>f 27020/11949/10510 27021/11948/10509 27067/11992/10553</w:t>
        <w:br/>
        <w:t>f 27066/11993/10553 27020/11949/10510 27067/11992/10553</w:t>
        <w:br/>
        <w:t>f 27062/11989/10550 27063/11988/10549 26998/11927/10493</w:t>
        <w:br/>
        <w:t>f 27060/11987/10548 27062/11989/10550 26998/11927/10493</w:t>
        <w:br/>
        <w:t>f 27063/11988/10549 27068/11994/10554 27039/11962/10523</w:t>
        <w:br/>
        <w:t>f 27048/11974/10535 27045/11973/10534 27049/11976/10537</w:t>
        <w:br/>
        <w:t>f 27064/11991/10552 27069/11995/10555 27065/11990/10551</w:t>
        <w:br/>
        <w:t>f 27067/11992/10553 27070/11996/10556 27066/11993/10553</w:t>
        <w:br/>
        <w:t>f 27073/11997/10557 27072/11998/10558 27071/11999/10559</w:t>
        <w:br/>
        <w:t>f 27074/12000/10560 27073/11997/10557 27071/11999/10559</w:t>
        <w:br/>
        <w:t>f 27075/12001/10561 27074/12000/10560 27071/11999/10559</w:t>
        <w:br/>
        <w:t>f 27076/12002/10562 27075/12001/10561 27071/11999/10559</w:t>
        <w:br/>
        <w:t>f 27077/12003/10563 27076/12002/10562 27071/11999/10559</w:t>
        <w:br/>
        <w:t>f 27078/12004/10564 27077/12003/10563 27071/11999/10559</w:t>
        <w:br/>
        <w:t>f 27079/12005/10565 27078/12004/10564 27071/11999/10559</w:t>
        <w:br/>
        <w:t>f 27072/11998/10558 27079/12005/10565 27071/11999/10559</w:t>
        <w:br/>
        <w:t>f 27082/12006/10566 27081/12007/10567 27080/12008/10568</w:t>
        <w:br/>
        <w:t>f 27081/12007/10567 27083/12009/10569 27080/12008/10568</w:t>
        <w:br/>
        <w:t>f 27083/12009/10569 27084/12010/10570 27080/12008/10568</w:t>
        <w:br/>
        <w:t>f 27084/12010/10570 27085/12011/10571 27080/12008/10568</w:t>
        <w:br/>
        <w:t>f 27085/12011/10571 27086/12012/10572 27080/12008/10568</w:t>
        <w:br/>
        <w:t>f 27086/12012/10572 27087/12013/10573 27080/12008/10568</w:t>
        <w:br/>
        <w:t>f 27087/12013/10573 27088/12014/10574 27080/12008/10568</w:t>
        <w:br/>
        <w:t>f 27088/12014/10574 27082/12006/10566 27080/12008/10568</w:t>
        <w:br/>
        <w:t>f 27091/12015/10575 27090/12016/10576 27089/12017/10577</w:t>
        <w:br/>
        <w:t>f 27092/12018/10578 27091/12015/10575 27089/12017/10577</w:t>
        <w:br/>
        <w:t>f 27091/12015/10575 27094/12019/10579 27093/12020/10580</w:t>
        <w:br/>
        <w:t>f 27090/12016/10576 27091/12015/10575 27093/12020/10580</w:t>
        <w:br/>
        <w:t>f 27094/12019/10579 27096/12021/10581 27095/12022/10582</w:t>
        <w:br/>
        <w:t>f 27093/12020/10580 27094/12019/10579 27095/12022/10582</w:t>
        <w:br/>
        <w:t>f 27096/12021/10581 27098/12023/10583 27097/12024/10584</w:t>
        <w:br/>
        <w:t>f 27095/12022/10582 27096/12021/10581 27097/12024/10584</w:t>
        <w:br/>
        <w:t>f 27097/12024/10584 27098/12023/10583 27100/12025/10585</w:t>
        <w:br/>
        <w:t>f 27099/12026/10586 27097/12024/10584 27100/12025/10585</w:t>
        <w:br/>
        <w:t>f 27102/12027/10587 27099/12026/10586 27100/12025/10585</w:t>
        <w:br/>
        <w:t>f 27101/12028/10588 27102/12027/10587 27100/12025/10585</w:t>
        <w:br/>
        <w:t>f 27104/12029/10589 27103/12030/10590 27102/12027/10587</w:t>
        <w:br/>
        <w:t>f 27101/12028/10588 27104/12029/10589 27102/12027/10587</w:t>
        <w:br/>
        <w:t>f 27092/12018/10578 27089/12017/10577 27103/12030/10590</w:t>
        <w:br/>
        <w:t>f 27104/12029/10589 27092/12018/10578 27103/12030/10590</w:t>
        <w:br/>
        <w:t>f 27105/12031/10591 27091/12015/10575 27092/12018/10578</w:t>
        <w:br/>
        <w:t>f 27106/12032/10592 27105/12031/10591 27092/12018/10578</w:t>
        <w:br/>
        <w:t>f 27107/12033/10593 27094/12019/10579 27091/12015/10575</w:t>
        <w:br/>
        <w:t>f 27105/12031/10591 27107/12033/10593 27091/12015/10575</w:t>
        <w:br/>
        <w:t>f 27107/12033/10593 27108/12034/10594 27096/12021/10581</w:t>
        <w:br/>
        <w:t>f 27094/12019/10579 27107/12033/10593 27096/12021/10581</w:t>
        <w:br/>
        <w:t>f 27108/12034/10594 27109/12035/10595 27098/12023/10583</w:t>
        <w:br/>
        <w:t>f 27096/12021/10581 27108/12034/10594 27098/12023/10583</w:t>
        <w:br/>
        <w:t>f 27098/12023/10583 27109/12035/10595 27110/12036/10596</w:t>
        <w:br/>
        <w:t>f 27100/12025/10585 27098/12023/10583 27110/12036/10596</w:t>
        <w:br/>
        <w:t>f 27101/12028/10588 27100/12025/10585 27110/12036/10596</w:t>
        <w:br/>
        <w:t>f 27111/12037/10597 27101/12028/10588 27110/12036/10596</w:t>
        <w:br/>
        <w:t>f 27112/12038/10598 27104/12029/10589 27101/12028/10588</w:t>
        <w:br/>
        <w:t>f 27111/12037/10597 27112/12038/10598 27101/12028/10588</w:t>
        <w:br/>
        <w:t>f 27106/12032/10592 27092/12018/10578 27104/12029/10589</w:t>
        <w:br/>
        <w:t>f 27112/12038/10598 27106/12032/10592 27104/12029/10589</w:t>
        <w:br/>
        <w:t>f 27116/12039/10599 27115/12040/10600 27114/12041/10601</w:t>
        <w:br/>
        <w:t>f 27113/12042/10602 27116/12039/10599 27114/12041/10601</w:t>
        <w:br/>
        <w:t>f 27113/12042/10602 27118/12043/10603 27117/12044/10604</w:t>
        <w:br/>
        <w:t>f 27116/12039/10599 27113/12042/10602 27117/12044/10604</w:t>
        <w:br/>
        <w:t>f 27118/12043/10603 27120/12045/10605 27119/12046/10606</w:t>
        <w:br/>
        <w:t>f 27117/12044/10604 27118/12043/10603 27119/12046/10606</w:t>
        <w:br/>
        <w:t>f 27122/12047/10607 27121/12048/10608 27119/12046/10606</w:t>
        <w:br/>
        <w:t>f 27120/12045/10605 27122/12047/10607 27119/12046/10606</w:t>
        <w:br/>
        <w:t>f 27124/12049/10609 27123/12050/10610 27121/12048/10608</w:t>
        <w:br/>
        <w:t>f 27122/12047/10607 27124/12049/10609 27121/12048/10608</w:t>
        <w:br/>
        <w:t>f 27126/12051/10611 27125/12052/10612 27123/12050/10610</w:t>
        <w:br/>
        <w:t>f 27124/12049/10609 27126/12051/10611 27123/12050/10610</w:t>
        <w:br/>
        <w:t>f 27128/12053/10613 27127/12054/10614 27125/12052/10612</w:t>
        <w:br/>
        <w:t>f 27126/12051/10611 27128/12053/10613 27125/12052/10612</w:t>
        <w:br/>
        <w:t>f 27127/12054/10614 27128/12053/10613 27114/12041/10601</w:t>
        <w:br/>
        <w:t>f 27115/12040/10600 27127/12054/10614 27114/12041/10601</w:t>
        <w:br/>
        <w:t>f 27113/12042/10602 27114/12041/10601 27130/12055/10615</w:t>
        <w:br/>
        <w:t>f 27129/12056/10616 27113/12042/10602 27130/12055/10615</w:t>
        <w:br/>
        <w:t>f 27129/12056/10616 27131/12057/10617 27118/12043/10603</w:t>
        <w:br/>
        <w:t>f 27113/12042/10602 27129/12056/10616 27118/12043/10603</w:t>
        <w:br/>
        <w:t>f 27131/12057/10617 27132/12058/10618 27120/12045/10605</w:t>
        <w:br/>
        <w:t>f 27118/12043/10603 27131/12057/10617 27120/12045/10605</w:t>
        <w:br/>
        <w:t>f 27133/12059/10619 27122/12047/10607 27120/12045/10605</w:t>
        <w:br/>
        <w:t>f 27132/12058/10618 27133/12059/10619 27120/12045/10605</w:t>
        <w:br/>
        <w:t>f 27134/12060/10620 27124/12049/10609 27122/12047/10607</w:t>
        <w:br/>
        <w:t>f 27133/12059/10619 27134/12060/10620 27122/12047/10607</w:t>
        <w:br/>
        <w:t>f 27134/12060/10620 27135/12061/10621 27126/12051/10611</w:t>
        <w:br/>
        <w:t>f 27124/12049/10609 27134/12060/10620 27126/12051/10611</w:t>
        <w:br/>
        <w:t>f 27135/12061/10621 27136/12062/10622 27128/12053/10613</w:t>
        <w:br/>
        <w:t>f 27126/12051/10611 27135/12061/10621 27128/12053/10613</w:t>
        <w:br/>
        <w:t>f 27128/12053/10613 27136/12062/10622 27130/12055/10615</w:t>
        <w:br/>
        <w:t>f 27114/12041/10601 27128/12053/10613 27130/12055/10615</w:t>
        <w:br/>
        <w:t>f 27093/12020/10580 27095/12022/10582 27117/12044/10604</w:t>
        <w:br/>
        <w:t>f 27119/12046/10606 27093/12020/10580 27117/12044/10604</w:t>
        <w:br/>
        <w:t>f 27095/12022/10582 27097/12024/10584 27116/12039/10599</w:t>
        <w:br/>
        <w:t>f 27117/12044/10604 27095/12022/10582 27116/12039/10599</w:t>
        <w:br/>
        <w:t>f 27097/12024/10584 27099/12026/10586 27115/12040/10600</w:t>
        <w:br/>
        <w:t>f 27116/12039/10599 27097/12024/10584 27115/12040/10600</w:t>
        <w:br/>
        <w:t>f 27099/12026/10586 27102/12027/10587 27127/12054/10614</w:t>
        <w:br/>
        <w:t>f 27115/12040/10600 27099/12026/10586 27127/12054/10614</w:t>
        <w:br/>
        <w:t>f 27103/12030/10590 27125/12052/10612 27127/12054/10614</w:t>
        <w:br/>
        <w:t>f 27102/12027/10587 27103/12030/10590 27127/12054/10614</w:t>
        <w:br/>
        <w:t>f 27089/12017/10577 27123/12050/10610 27125/12052/10612</w:t>
        <w:br/>
        <w:t>f 27103/12030/10590 27089/12017/10577 27125/12052/10612</w:t>
        <w:br/>
        <w:t>f 27090/12016/10576 27121/12048/10608 27123/12050/10610</w:t>
        <w:br/>
        <w:t>f 27089/12017/10577 27090/12016/10576 27123/12050/10610</w:t>
        <w:br/>
        <w:t>f 27093/12020/10580 27119/12046/10606 27121/12048/10608</w:t>
        <w:br/>
        <w:t>f 27090/12016/10576 27093/12020/10580 27121/12048/10608</w:t>
        <w:br/>
        <w:t>f 27139/12063/10623 27138/12064/10624 27137/12065/10625</w:t>
        <w:br/>
        <w:t>f 27140/12066/10626 27139/12063/10623 27137/12065/10625</w:t>
        <w:br/>
        <w:t>f 27137/12065/10625 27138/12064/10624 27142/12067/10627</w:t>
        <w:br/>
        <w:t>f 27141/12068/10628 27137/12065/10625 27142/12067/10627</w:t>
        <w:br/>
        <w:t>f 27141/12068/10628 27142/12067/10627 27144/12069/10629</w:t>
        <w:br/>
        <w:t>f 27143/12070/10630 27141/12068/10628 27144/12069/10629</w:t>
        <w:br/>
        <w:t>f 27143/12070/10630 27144/12069/10629 27146/12071/10631</w:t>
        <w:br/>
        <w:t>f 27145/12072/10632 27143/12070/10630 27146/12071/10631</w:t>
        <w:br/>
        <w:t>f 27147/12073/10633 27130/12055/10615 27136/12062/10622</w:t>
        <w:br/>
        <w:t>f 27145/12072/10632 27147/12073/10633 27136/12062/10622</w:t>
        <w:br/>
        <w:t>f 27147/12073/10633 27148/12074/10634 27129/12056/10616</w:t>
        <w:br/>
        <w:t>f 27130/12055/10615 27147/12073/10633 27129/12056/10616</w:t>
        <w:br/>
        <w:t>f 27148/12074/10634 27151/12075/10635 27150/12076/10636</w:t>
        <w:br/>
        <w:t>f 27149/12077/10637 27148/12074/10634 27150/12076/10636</w:t>
        <w:br/>
        <w:t>f 27149/12077/10637 27150/12076/10636 27139/12063/10623</w:t>
        <w:br/>
        <w:t>f 27140/12066/10626 27149/12077/10637 27139/12063/10623</w:t>
        <w:br/>
        <w:t>f 27155/12078/10638 27154/12079/10639 27153/12080/10640</w:t>
        <w:br/>
        <w:t>f 27152/12081/10641 27155/12078/10638 27153/12080/10640</w:t>
        <w:br/>
        <w:t>f 27154/12079/10639 27157/12082/10642 27156/12083/10643</w:t>
        <w:br/>
        <w:t>f 27153/12080/10640 27154/12079/10639 27156/12083/10643</w:t>
        <w:br/>
        <w:t>f 27159/12084/10644 27156/12083/10643 27157/12082/10642</w:t>
        <w:br/>
        <w:t>f 27158/12085/10645 27159/12084/10644 27157/12082/10642</w:t>
        <w:br/>
        <w:t>f 27162/12086/10646 27161/12087/10647 27160/12088/10648</w:t>
        <w:br/>
        <w:t>f 27163/12089/10649 27162/12086/10646 27160/12088/10648</w:t>
        <w:br/>
        <w:t>f 27155/12078/10638 27152/12081/10641 27161/12087/10647</w:t>
        <w:br/>
        <w:t>f 27162/12086/10646 27155/12078/10638 27161/12087/10647</w:t>
        <w:br/>
        <w:t>f 27167/12090/10650 27166/12091/10651 27165/12092/10652</w:t>
        <w:br/>
        <w:t>f 27164/12093/10653 27167/12090/10650 27165/12092/10652</w:t>
        <w:br/>
        <w:t>f 27169/12094/10654 27163/12089/10649 27160/12088/10648</w:t>
        <w:br/>
        <w:t>f 27168/12095/10655 27169/12094/10654 27160/12088/10648</w:t>
        <w:br/>
        <w:t>f 27173/12096/10656 27172/12097/10657 27171/12098/10658</w:t>
        <w:br/>
        <w:t>f 27170/12099/10659 27173/12096/10656 27171/12098/10658</w:t>
        <w:br/>
        <w:t>f 27176/12100/10660 27175/12101/10660 27174/12102/10661</w:t>
        <w:br/>
        <w:t>f 27177/12103/10661 27176/12100/10660 27174/12102/10661</w:t>
        <w:br/>
        <w:t>f 27179/12104/10662 27178/12105/10662 27175/12101/10660</w:t>
        <w:br/>
        <w:t>f 27176/12100/10660 27179/12104/10662 27175/12101/10660</w:t>
        <w:br/>
        <w:t>f 27178/12105/10662 27179/12104/10662 27181/12106/10663</w:t>
        <w:br/>
        <w:t>f 27180/12107/10664 27178/12105/10662 27181/12106/10663</w:t>
        <w:br/>
        <w:t>f 27184/12108/10665 27183/12109/10666 27182/12110/10666</w:t>
        <w:br/>
        <w:t>f 27185/12111/10667 27184/12108/10665 27182/12110/10666</w:t>
        <w:br/>
        <w:t>f 27183/12109/10666 27177/12103/10661 27174/12102/10661</w:t>
        <w:br/>
        <w:t>f 27182/12110/10666 27183/12109/10666 27174/12102/10661</w:t>
        <w:br/>
        <w:t>f 27189/12112/10668 27188/12113/10669 27187/12114/10670</w:t>
        <w:br/>
        <w:t>f 27186/12115/10670 27189/12112/10668 27187/12114/10670</w:t>
        <w:br/>
        <w:t>f 27191/12116/10671 27190/12117/10672 27184/12108/10665</w:t>
        <w:br/>
        <w:t>f 27185/12111/10667 27191/12116/10671 27184/12108/10665</w:t>
        <w:br/>
        <w:t>f 27194/12118/10673 27193/12119/10674 27192/12120/10675</w:t>
        <w:br/>
        <w:t>f 27195/12121/10676 27194/12118/10673 27192/12120/10675</w:t>
        <w:br/>
        <w:t>f 27152/12081/10641 27153/12080/10640 27197/12122/10677</w:t>
        <w:br/>
        <w:t>f 27196/12123/10678 27152/12081/10641 27197/12122/10677</w:t>
        <w:br/>
        <w:t>f 27153/12080/10640 27156/12083/10643 27198/12124/10679</w:t>
        <w:br/>
        <w:t>f 27197/12122/10677 27153/12080/10640 27198/12124/10679</w:t>
        <w:br/>
        <w:t>f 27159/12084/10644 27199/12125/10680 27198/12124/10679</w:t>
        <w:br/>
        <w:t>f 27156/12083/10643 27159/12084/10644 27198/12124/10679</w:t>
        <w:br/>
        <w:t>f 27160/12088/10648 27161/12087/10647 27201/12126/10681</w:t>
        <w:br/>
        <w:t>f 27200/12127/10682 27160/12088/10648 27201/12126/10681</w:t>
        <w:br/>
        <w:t>f 27152/12081/10641 27196/12123/10678 27201/12126/10681</w:t>
        <w:br/>
        <w:t>f 27161/12087/10647 27152/12081/10641 27201/12126/10681</w:t>
        <w:br/>
        <w:t>f 27205/12128/10683 27204/12129/10684 27203/12130/10685</w:t>
        <w:br/>
        <w:t>f 27202/12131/10686 27205/12128/10683 27203/12130/10685</w:t>
        <w:br/>
        <w:t>f 27207/12132/10687 27206/12133/10688 27166/12091/10651</w:t>
        <w:br/>
        <w:t>f 27167/12090/10650 27207/12132/10687 27166/12091/10651</w:t>
        <w:br/>
        <w:t>f 27168/12095/10655 27160/12088/10648 27200/12127/10682</w:t>
        <w:br/>
        <w:t>f 27208/12134/10689 27168/12095/10655 27200/12127/10682</w:t>
        <w:br/>
        <w:t>f 27173/12096/10656 27210/12135/10690 27209/12136/10691</w:t>
        <w:br/>
        <w:t>f 27172/12097/10657 27173/12096/10656 27209/12136/10691</w:t>
        <w:br/>
        <w:t>f 27213/12137/10692 27212/12138/10693 27211/12139/10694</w:t>
        <w:br/>
        <w:t>f 27214/12140/10695 27213/12137/10692 27211/12139/10694</w:t>
        <w:br/>
        <w:t>f 27212/12138/10693 27216/12141/10696 27215/12142/10697</w:t>
        <w:br/>
        <w:t>f 27211/12139/10694 27212/12138/10693 27215/12142/10697</w:t>
        <w:br/>
        <w:t>f 27170/12099/10659 27171/12098/10658 27218/12143/10698</w:t>
        <w:br/>
        <w:t>f 27217/12144/10699 27170/12099/10659 27218/12143/10698</w:t>
        <w:br/>
        <w:t>f 27169/12094/10654 27220/12145/10700 27219/12146/10701</w:t>
        <w:br/>
        <w:t>f 27163/12089/10649 27169/12094/10654 27219/12146/10701</w:t>
        <w:br/>
        <w:t>f 27163/12089/10649 27219/12146/10701 27221/12147/10702</w:t>
        <w:br/>
        <w:t>f 27162/12086/10646 27163/12089/10649 27221/12147/10702</w:t>
        <w:br/>
        <w:t>f 27155/12078/10638 27162/12086/10646 27221/12147/10702</w:t>
        <w:br/>
        <w:t>f 27222/12148/10703 27155/12078/10638 27221/12147/10702</w:t>
        <w:br/>
        <w:t>f 27154/12079/10639 27155/12078/10638 27222/12148/10703</w:t>
        <w:br/>
        <w:t>f 27223/12149/10704 27154/12079/10639 27222/12148/10703</w:t>
        <w:br/>
        <w:t>f 27157/12082/10642 27154/12079/10639 27223/12149/10704</w:t>
        <w:br/>
        <w:t>f 27224/12150/10705 27157/12082/10642 27223/12149/10704</w:t>
        <w:br/>
        <w:t>f 27158/12085/10645 27157/12082/10642 27224/12150/10705</w:t>
        <w:br/>
        <w:t>f 27225/12151/10706 27158/12085/10645 27224/12150/10705</w:t>
        <w:br/>
        <w:t>f 27165/12092/10652 27227/12152/10707 27226/12153/10708</w:t>
        <w:br/>
        <w:t>f 27164/12093/10653 27165/12092/10652 27226/12153/10708</w:t>
        <w:br/>
        <w:t>f 27229/12154/10709 27228/12155/10710 27203/12130/10685</w:t>
        <w:br/>
        <w:t>f 27204/12129/10684 27229/12154/10709 27203/12130/10685</w:t>
        <w:br/>
        <w:t>f 27171/12098/10658 27215/12142/10697 27216/12141/10696</w:t>
        <w:br/>
        <w:t>f 27218/12143/10698 27171/12098/10658 27216/12141/10696</w:t>
        <w:br/>
        <w:t>f 27231/12156/10711 27193/12119/10674 27194/12118/10673</w:t>
        <w:br/>
        <w:t>f 27230/12157/10712 27231/12156/10711 27194/12118/10673</w:t>
        <w:br/>
        <w:t>f 27213/12137/10692 27214/12140/10695 27172/12097/10657</w:t>
        <w:br/>
        <w:t>f 27209/12136/10691 27213/12137/10692 27172/12097/10657</w:t>
        <w:br/>
        <w:t>f 27171/12098/10658 27172/12097/10657 27214/12140/10695</w:t>
        <w:br/>
        <w:t>f 27215/12142/10697 27171/12098/10658 27214/12140/10695</w:t>
        <w:br/>
        <w:t>f 27205/12128/10683 27167/12090/10650 27164/12093/10653</w:t>
        <w:br/>
        <w:t>f 27229/12154/10709 27205/12128/10683 27164/12093/10653</w:t>
        <w:br/>
        <w:t>f 27202/12131/10686 27207/12132/10687 27167/12090/10650</w:t>
        <w:br/>
        <w:t>f 27205/12128/10683 27202/12131/10686 27167/12090/10650</w:t>
        <w:br/>
        <w:t>f 27186/12115/10670 27187/12114/10670 27233/12158/10713</w:t>
        <w:br/>
        <w:t>f 27232/12159/10714 27186/12115/10670 27233/12158/10713</w:t>
        <w:br/>
        <w:t>f 27228/12155/10710 27229/12154/10709 27164/12093/10653</w:t>
        <w:br/>
        <w:t>f 27226/12153/10708 27228/12155/10710 27164/12093/10653</w:t>
        <w:br/>
        <w:t>f 27229/12154/10709 27234/12160/10715 27205/12128/10683</w:t>
        <w:br/>
        <w:t>f 27214/12140/10695 27211/12139/10694 27215/12142/10697</w:t>
        <w:br/>
        <w:t>f 27230/12157/10712 27235/12161/10716 27231/12156/10711</w:t>
        <w:br/>
        <w:t>f 27233/12158/10713 27236/12162/10717 27232/12159/10714</w:t>
        <w:br/>
        <w:t>f 27240/12163/10718 27239/12164/10719 27238/12165/10720</w:t>
        <w:br/>
        <w:t>f 27237/12166/10721 27240/12163/10718 27238/12165/10720</w:t>
        <w:br/>
        <w:t>f 27239/12164/10719 27242/12167/10722 27241/12168/10723</w:t>
        <w:br/>
        <w:t>f 27238/12165/10720 27239/12164/10719 27241/12168/10723</w:t>
        <w:br/>
        <w:t>f 27242/12167/10722 27244/12169/10724 27243/12170/10725</w:t>
        <w:br/>
        <w:t>f 27241/12168/10723 27242/12167/10722 27243/12170/10725</w:t>
        <w:br/>
        <w:t>f 27244/12169/10724 27246/12171/10726 27245/12172/10727</w:t>
        <w:br/>
        <w:t>f 27243/12170/10725 27244/12169/10724 27245/12172/10727</w:t>
        <w:br/>
        <w:t>f 27250/12173/10728 27249/12174/10726 27248/12175/10729</w:t>
        <w:br/>
        <w:t>f 27247/12176/10730 27250/12173/10728 27248/12175/10729</w:t>
        <w:br/>
        <w:t>f 27247/12176/10730 27248/12175/10729 27252/12177/10731</w:t>
        <w:br/>
        <w:t>f 27251/12178/10732 27247/12176/10730 27252/12177/10731</w:t>
        <w:br/>
        <w:t>f 27251/12178/10732 27252/12177/10731 27254/12179/10733</w:t>
        <w:br/>
        <w:t>f 27253/12180/10734 27251/12178/10732 27254/12179/10733</w:t>
        <w:br/>
        <w:t>f 27240/12163/10718 27237/12166/10721 27253/12180/10734</w:t>
        <w:br/>
        <w:t>f 27254/12179/10733 27240/12163/10718 27253/12180/10734</w:t>
        <w:br/>
        <w:t>f 27258/12181/10735 27257/12182/10736 27256/12183/10737</w:t>
        <w:br/>
        <w:t>f 27255/12184/10737 27258/12181/10735 27256/12183/10737</w:t>
        <w:br/>
        <w:t>f 27255/12184/10737 27256/12183/10737 27260/12185/10738</w:t>
        <w:br/>
        <w:t>f 27259/12186/10738 27255/12184/10737 27260/12185/10738</w:t>
        <w:br/>
        <w:t>f 27259/12186/10738 27260/12185/10738 27262/12187/10739</w:t>
        <w:br/>
        <w:t>f 27261/12188/10739 27259/12186/10738 27262/12187/10739</w:t>
        <w:br/>
        <w:t>f 27261/12188/10739 27262/12187/10739 27264/12189/10740</w:t>
        <w:br/>
        <w:t>f 27263/12190/10741 27261/12188/10739 27264/12189/10740</w:t>
        <w:br/>
        <w:t>f 27267/12191/10740 27266/12192/10742 27265/12193/10742</w:t>
        <w:br/>
        <w:t>f 27268/12194/10740 27267/12191/10740 27265/12193/10742</w:t>
        <w:br/>
        <w:t>f 27266/12192/10742 27270/12195/10743 27269/12196/10744</w:t>
        <w:br/>
        <w:t>f 27265/12193/10742 27266/12192/10742 27269/12196/10744</w:t>
        <w:br/>
        <w:t>f 27270/12195/10743 27272/12197/10745 27271/12198/10746</w:t>
        <w:br/>
        <w:t>f 27269/12196/10744 27270/12195/10743 27271/12198/10746</w:t>
        <w:br/>
        <w:t>f 27258/12181/10735 27271/12198/10746 27272/12197/10745</w:t>
        <w:br/>
        <w:t>f 27257/12182/10736 27258/12181/10735 27272/12197/10745</w:t>
        <w:br/>
        <w:t>f 27239/12164/10719 27240/12163/10718 27274/12199/10747</w:t>
        <w:br/>
        <w:t>f 27273/12200/10748 27239/12164/10719 27274/12199/10747</w:t>
        <w:br/>
        <w:t>f 27237/12166/10721 27238/12165/10720 27276/12201/10749</w:t>
        <w:br/>
        <w:t>f 27275/12202/10750 27237/12166/10721 27276/12201/10749</w:t>
        <w:br/>
        <w:t>f 27242/12167/10722 27239/12164/10719 27273/12200/10748</w:t>
        <w:br/>
        <w:t>f 27277/12203/10751 27242/12167/10722 27273/12200/10748</w:t>
        <w:br/>
        <w:t>f 27238/12165/10720 27241/12168/10723 27278/12204/10752</w:t>
        <w:br/>
        <w:t>f 27276/12201/10749 27238/12165/10720 27278/12204/10752</w:t>
        <w:br/>
        <w:t>f 27244/12169/10724 27242/12167/10722 27277/12203/10751</w:t>
        <w:br/>
        <w:t>f 27279/12205/10753 27244/12169/10724 27277/12203/10751</w:t>
        <w:br/>
        <w:t>f 27241/12168/10723 27243/12170/10725 27280/12206/10754</w:t>
        <w:br/>
        <w:t>f 27278/12204/10752 27241/12168/10723 27280/12206/10754</w:t>
        <w:br/>
        <w:t>f 27246/12171/10726 27244/12169/10724 27279/12205/10753</w:t>
        <w:br/>
        <w:t>f 27281/12207/10755 27246/12171/10726 27279/12205/10753</w:t>
        <w:br/>
        <w:t>f 27243/12170/10725 27245/12172/10727 27282/12208/10756</w:t>
        <w:br/>
        <w:t>f 27280/12206/10754 27243/12170/10725 27282/12208/10756</w:t>
        <w:br/>
        <w:t>f 27284/12209/10757 27248/12175/10729 27249/12174/10726</w:t>
        <w:br/>
        <w:t>f 27283/12210/10758 27284/12209/10757 27249/12174/10726</w:t>
        <w:br/>
        <w:t>f 27286/12211/10759 27250/12173/10728 27247/12176/10730</w:t>
        <w:br/>
        <w:t>f 27285/12212/10760 27286/12211/10759 27247/12176/10730</w:t>
        <w:br/>
        <w:t>f 27287/12213/10761 27252/12177/10731 27248/12175/10729</w:t>
        <w:br/>
        <w:t>f 27284/12209/10757 27287/12213/10761 27248/12175/10729</w:t>
        <w:br/>
        <w:t>f 27285/12212/10760 27247/12176/10730 27251/12178/10732</w:t>
        <w:br/>
        <w:t>f 27288/12214/10762 27285/12212/10760 27251/12178/10732</w:t>
        <w:br/>
        <w:t>f 27289/12215/10763 27254/12179/10733 27252/12177/10731</w:t>
        <w:br/>
        <w:t>f 27287/12213/10761 27289/12215/10763 27252/12177/10731</w:t>
        <w:br/>
        <w:t>f 27288/12214/10762 27251/12178/10732 27253/12180/10734</w:t>
        <w:br/>
        <w:t>f 27290/12216/10764 27288/12214/10762 27253/12180/10734</w:t>
        <w:br/>
        <w:t>f 27240/12163/10718 27254/12179/10733 27289/12215/10763</w:t>
        <w:br/>
        <w:t>f 27274/12199/10747 27240/12163/10718 27289/12215/10763</w:t>
        <w:br/>
        <w:t>f 27290/12216/10764 27253/12180/10734 27237/12166/10721</w:t>
        <w:br/>
        <w:t>f 27275/12202/10750 27290/12216/10764 27237/12166/10721</w:t>
        <w:br/>
        <w:t>f 27140/12066/10626 27137/12065/10625 27133/12059/10619</w:t>
        <w:br/>
        <w:t>f 27132/12058/10618 27140/12066/10626 27133/12059/10619</w:t>
        <w:br/>
        <w:t>f 27141/12068/10628 27134/12060/10620 27133/12059/10619</w:t>
        <w:br/>
        <w:t>f 27137/12065/10625 27141/12068/10628 27133/12059/10619</w:t>
        <w:br/>
        <w:t>f 27143/12070/10630 27135/12061/10621 27134/12060/10620</w:t>
        <w:br/>
        <w:t>f 27141/12068/10628 27143/12070/10630 27134/12060/10620</w:t>
        <w:br/>
        <w:t>f 27143/12070/10630 27145/12072/10632 27136/12062/10622</w:t>
        <w:br/>
        <w:t>f 27135/12061/10621 27143/12070/10630 27136/12062/10622</w:t>
        <w:br/>
        <w:t>f 27291/12217/10765 27147/12073/10633 27145/12072/10632</w:t>
        <w:br/>
        <w:t>f 27146/12071/10631 27291/12217/10765 27145/12072/10632</w:t>
        <w:br/>
        <w:t>f 27148/12074/10634 27147/12073/10633 27291/12217/10765</w:t>
        <w:br/>
        <w:t>f 27151/12075/10635 27148/12074/10634 27291/12217/10765</w:t>
        <w:br/>
        <w:t>f 27148/12074/10634 27149/12077/10637 27131/12057/10617</w:t>
        <w:br/>
        <w:t>f 27129/12056/10616 27148/12074/10634 27131/12057/10617</w:t>
        <w:br/>
        <w:t>f 27149/12077/10637 27140/12066/10626 27132/12058/10618</w:t>
        <w:br/>
        <w:t>f 27131/12057/10617 27149/12077/10637 27132/12058/10618</w:t>
        <w:br/>
        <w:t>f 27295/12218/10766 27294/12219/10767 27293/12220/10768</w:t>
        <w:br/>
        <w:t>f 27292/12221/10769 27295/12218/10766 27293/12220/10768</w:t>
        <w:br/>
        <w:t>f 27294/12219/10767 27297/12222/10770 27296/12223/10771</w:t>
        <w:br/>
        <w:t>f 27293/12220/10768 27294/12219/10767 27296/12223/10771</w:t>
        <w:br/>
        <w:t>f 27299/12224/10772 27296/12223/10771 27297/12222/10770</w:t>
        <w:br/>
        <w:t>f 27298/12225/10773 27299/12224/10772 27297/12222/10770</w:t>
        <w:br/>
        <w:t>f 27302/12226/10774 27301/12227/10775 27300/12228/10776</w:t>
        <w:br/>
        <w:t>f 27303/12229/10777 27302/12226/10774 27300/12228/10776</w:t>
        <w:br/>
        <w:t>f 27295/12218/10766 27292/12221/10769 27301/12227/10775</w:t>
        <w:br/>
        <w:t>f 27302/12226/10774 27295/12218/10766 27301/12227/10775</w:t>
        <w:br/>
        <w:t>f 27307/12230/10778 27306/12231/10779 27305/12232/10780</w:t>
        <w:br/>
        <w:t>f 27304/12233/10781 27307/12230/10778 27305/12232/10780</w:t>
        <w:br/>
        <w:t>f 27309/12234/10782 27303/12229/10777 27300/12228/10776</w:t>
        <w:br/>
        <w:t>f 27308/12235/10783 27309/12234/10782 27300/12228/10776</w:t>
        <w:br/>
        <w:t>f 27313/12236/10784 27312/12237/10785 27311/12238/10786</w:t>
        <w:br/>
        <w:t>f 27310/12239/10787 27313/12236/10784 27311/12238/10786</w:t>
        <w:br/>
        <w:t>f 27316/12240/10788 27315/12241/10788 27314/12242/10789</w:t>
        <w:br/>
        <w:t>f 27317/12243/10789 27316/12240/10788 27314/12242/10789</w:t>
        <w:br/>
        <w:t>f 27319/12244/10790 27318/12245/10790 27315/12241/10788</w:t>
        <w:br/>
        <w:t>f 27316/12240/10788 27319/12244/10790 27315/12241/10788</w:t>
        <w:br/>
        <w:t>f 27318/12245/10790 27319/12244/10790 27321/12246/10791</w:t>
        <w:br/>
        <w:t>f 27320/12247/10792 27318/12245/10790 27321/12246/10791</w:t>
        <w:br/>
        <w:t>f 27324/12248/10793 27323/12249/10794 27322/12250/10794</w:t>
        <w:br/>
        <w:t>f 27325/12251/10793 27324/12248/10793 27322/12250/10794</w:t>
        <w:br/>
        <w:t>f 27323/12249/10794 27317/12243/10789 27314/12242/10789</w:t>
        <w:br/>
        <w:t>f 27322/12250/10794 27323/12249/10794 27314/12242/10789</w:t>
        <w:br/>
        <w:t>f 27329/12252/10795 27328/12253/10795 27327/12254/10796</w:t>
        <w:br/>
        <w:t>f 27326/12255/10796 27329/12252/10795 27327/12254/10796</w:t>
        <w:br/>
        <w:t>f 27331/12256/10797 27330/12257/10797 27324/12248/10793</w:t>
        <w:br/>
        <w:t>f 27325/12251/10793 27331/12256/10797 27324/12248/10793</w:t>
        <w:br/>
        <w:t>f 27334/12258/10798 27333/12259/10798 27332/12260/10799</w:t>
        <w:br/>
        <w:t>f 27335/12261/10799 27334/12258/10798 27332/12260/10799</w:t>
        <w:br/>
        <w:t>f 27292/12221/10769 27293/12220/10768 27337/12262/10800</w:t>
        <w:br/>
        <w:t>f 27336/12263/10801 27292/12221/10769 27337/12262/10800</w:t>
        <w:br/>
        <w:t>f 27293/12220/10768 27296/12223/10771 27338/12264/10802</w:t>
        <w:br/>
        <w:t>f 27337/12262/10800 27293/12220/10768 27338/12264/10802</w:t>
        <w:br/>
        <w:t>f 27299/12224/10772 27339/12265/10803 27338/12264/10802</w:t>
        <w:br/>
        <w:t>f 27296/12223/10771 27299/12224/10772 27338/12264/10802</w:t>
        <w:br/>
        <w:t>f 27300/12228/10776 27301/12227/10775 27341/12266/10804</w:t>
        <w:br/>
        <w:t>f 27340/12267/10805 27300/12228/10776 27341/12266/10804</w:t>
        <w:br/>
        <w:t>f 27292/12221/10769 27336/12263/10801 27341/12266/10804</w:t>
        <w:br/>
        <w:t>f 27301/12227/10775 27292/12221/10769 27341/12266/10804</w:t>
        <w:br/>
        <w:t>f 27345/12268/10806 27344/12269/10807 27343/12270/10807</w:t>
        <w:br/>
        <w:t>f 27342/12271/10808 27345/12268/10806 27343/12270/10807</w:t>
        <w:br/>
        <w:t>f 27347/12272/10809 27346/12273/10810 27306/12231/10779</w:t>
        <w:br/>
        <w:t>f 27307/12230/10778 27347/12272/10809 27306/12231/10779</w:t>
        <w:br/>
        <w:t>f 27308/12235/10783 27300/12228/10776 27340/12267/10805</w:t>
        <w:br/>
        <w:t>f 27348/12274/10811 27308/12235/10783 27340/12267/10805</w:t>
        <w:br/>
        <w:t>f 27313/12236/10784 27350/12275/10812 27349/12276/10813</w:t>
        <w:br/>
        <w:t>f 27312/12237/10785 27313/12236/10784 27349/12276/10813</w:t>
        <w:br/>
        <w:t>f 27353/12277/10814 27352/12278/10815 27351/12279/10816</w:t>
        <w:br/>
        <w:t>f 27354/12280/10817 27353/12277/10814 27351/12279/10816</w:t>
        <w:br/>
        <w:t>f 27352/12278/10815 27356/12281/10818 27355/12282/10819</w:t>
        <w:br/>
        <w:t>f 27351/12279/10816 27352/12278/10815 27355/12282/10819</w:t>
        <w:br/>
        <w:t>f 27310/12239/10787 27311/12238/10786 27358/12283/10820</w:t>
        <w:br/>
        <w:t>f 27357/12284/10821 27310/12239/10787 27358/12283/10820</w:t>
        <w:br/>
        <w:t>f 27309/12234/10782 27360/12285/10822 27359/12286/10823</w:t>
        <w:br/>
        <w:t>f 27303/12229/10777 27309/12234/10782 27359/12286/10823</w:t>
        <w:br/>
        <w:t>f 27303/12229/10777 27359/12286/10823 27361/12287/10824</w:t>
        <w:br/>
        <w:t>f 27302/12226/10774 27303/12229/10777 27361/12287/10824</w:t>
        <w:br/>
        <w:t>f 27302/12226/10774 27361/12287/10824 27362/12288/10825</w:t>
        <w:br/>
        <w:t>f 27295/12218/10766 27302/12226/10774 27362/12288/10825</w:t>
        <w:br/>
        <w:t>f 27294/12219/10767 27295/12218/10766 27362/12288/10825</w:t>
        <w:br/>
        <w:t>f 27363/12289/10826 27294/12219/10767 27362/12288/10825</w:t>
        <w:br/>
        <w:t>f 27297/12222/10770 27294/12219/10767 27363/12289/10826</w:t>
        <w:br/>
        <w:t>f 27364/12290/10827 27297/12222/10770 27363/12289/10826</w:t>
        <w:br/>
        <w:t>f 27298/12225/10773 27297/12222/10770 27364/12290/10827</w:t>
        <w:br/>
        <w:t>f 27365/12291/10828 27298/12225/10773 27364/12290/10827</w:t>
        <w:br/>
        <w:t>f 27305/12232/10780 27367/12292/10829 27366/12293/10830</w:t>
        <w:br/>
        <w:t>f 27304/12233/10781 27305/12232/10780 27366/12293/10830</w:t>
        <w:br/>
        <w:t>f 27369/12294/10831 27368/12295/10832 27343/12270/10807</w:t>
        <w:br/>
        <w:t>f 27344/12269/10807 27369/12294/10831 27343/12270/10807</w:t>
        <w:br/>
        <w:t>f 27311/12238/10786 27355/12282/10819 27356/12281/10818</w:t>
        <w:br/>
        <w:t>f 27358/12283/10820 27311/12238/10786 27356/12281/10818</w:t>
        <w:br/>
        <w:t>f 27371/12296/10833 27333/12259/10798 27334/12258/10798</w:t>
        <w:br/>
        <w:t>f 27370/12297/10833 27371/12296/10833 27334/12258/10798</w:t>
        <w:br/>
        <w:t>f 27353/12277/10814 27354/12280/10817 27312/12237/10785</w:t>
        <w:br/>
        <w:t>f 27349/12276/10813 27353/12277/10814 27312/12237/10785</w:t>
        <w:br/>
        <w:t>f 27311/12238/10786 27312/12237/10785 27354/12280/10817</w:t>
        <w:br/>
        <w:t>f 27355/12282/10819 27311/12238/10786 27354/12280/10817</w:t>
        <w:br/>
        <w:t>f 27345/12268/10806 27307/12230/10778 27304/12233/10781</w:t>
        <w:br/>
        <w:t>f 27369/12294/10831 27345/12268/10806 27304/12233/10781</w:t>
        <w:br/>
        <w:t>f 27342/12271/10808 27347/12272/10809 27307/12230/10778</w:t>
        <w:br/>
        <w:t>f 27345/12268/10806 27342/12271/10808 27307/12230/10778</w:t>
        <w:br/>
        <w:t>f 27326/12255/10796 27327/12254/10796 27373/12298/10834</w:t>
        <w:br/>
        <w:t>f 27372/12299/10835 27326/12255/10796 27373/12298/10834</w:t>
        <w:br/>
        <w:t>f 27368/12295/10832 27369/12294/10831 27304/12233/10781</w:t>
        <w:br/>
        <w:t>f 27366/12293/10830 27368/12295/10832 27304/12233/10781</w:t>
        <w:br/>
        <w:t>f 27369/12294/10831 27374/12300/10836 27345/12268/10806</w:t>
        <w:br/>
        <w:t>f 27354/12280/10817 27351/12279/10816 27355/12282/10819</w:t>
        <w:br/>
        <w:t>f 27370/12297/10833 27375/12301/10837 27371/12296/10833</w:t>
        <w:br/>
        <w:t>f 27373/12298/10834 27376/12302/10838 27372/12299/10835</w:t>
        <w:br/>
        <w:t>f 27379/12303/10839 27378/12304/10840 27377/12305/10841</w:t>
        <w:br/>
        <w:t>f 27380/12306/10842 27379/12303/10839 27377/12305/10841</w:t>
        <w:br/>
        <w:t>f 27381/12307/10843 27380/12306/10842 27377/12305/10841</w:t>
        <w:br/>
        <w:t>f 27382/12308/10844 27381/12307/10843 27377/12305/10841</w:t>
        <w:br/>
        <w:t>f 27383/12309/10845 27382/12308/10844 27377/12305/10841</w:t>
        <w:br/>
        <w:t>f 27384/12310/10846 27383/12309/10845 27377/12305/10841</w:t>
        <w:br/>
        <w:t>f 27385/12311/10847 27384/12310/10846 27377/12305/10841</w:t>
        <w:br/>
        <w:t>f 27378/12304/10840 27385/12311/10847 27377/12305/10841</w:t>
        <w:br/>
        <w:t>f 27388/12312/10848 27387/12313/10849 27386/12314/10850</w:t>
        <w:br/>
        <w:t>f 27387/12313/10849 27389/12315/10851 27386/12314/10850</w:t>
        <w:br/>
        <w:t>f 27389/12315/10851 27390/12316/10852 27386/12314/10850</w:t>
        <w:br/>
        <w:t>f 27390/12316/10852 27391/12317/10853 27386/12314/10850</w:t>
        <w:br/>
        <w:t>f 27391/12317/10853 27392/12318/10854 27386/12314/10850</w:t>
        <w:br/>
        <w:t>f 27392/12318/10854 27393/12319/10855 27386/12314/10850</w:t>
        <w:br/>
        <w:t>f 27393/12319/10855 27394/12320/10856 27386/12314/10850</w:t>
        <w:br/>
        <w:t>f 27394/12320/10856 27388/12312/10848 27386/12314/10850</w:t>
        <w:br/>
        <w:t>f 27397/12321/10857 27396/12322/10858 27395/12323/10859</w:t>
        <w:br/>
        <w:t>f 27398/12324/10860 27397/12321/10857 27395/12323/10859</w:t>
        <w:br/>
        <w:t>f 27397/12321/10857 27400/12325/10861 27399/12326/10862</w:t>
        <w:br/>
        <w:t>f 27396/12322/10858 27397/12321/10857 27399/12326/10862</w:t>
        <w:br/>
        <w:t>f 27400/12325/10861 27402/12327/10863 27401/12328/10864</w:t>
        <w:br/>
        <w:t>f 27399/12326/10862 27400/12325/10861 27401/12328/10864</w:t>
        <w:br/>
        <w:t>f 27402/12327/10863 27404/12329/10865 27403/12330/10866</w:t>
        <w:br/>
        <w:t>f 27401/12328/10864 27402/12327/10863 27403/12330/10866</w:t>
        <w:br/>
        <w:t>f 27403/12330/10866 27404/12329/10865 27406/12331/10867</w:t>
        <w:br/>
        <w:t>f 27405/12332/10868 27403/12330/10866 27406/12331/10867</w:t>
        <w:br/>
        <w:t>f 27408/12333/10869 27405/12332/10868 27406/12331/10867</w:t>
        <w:br/>
        <w:t>f 27407/12334/10870 27408/12333/10869 27406/12331/10867</w:t>
        <w:br/>
        <w:t>f 27410/12335/10871 27409/12336/10872 27408/12333/10869</w:t>
        <w:br/>
        <w:t>f 27407/12334/10870 27410/12335/10871 27408/12333/10869</w:t>
        <w:br/>
        <w:t>f 27398/12324/10860 27395/12323/10859 27409/12336/10872</w:t>
        <w:br/>
        <w:t>f 27410/12335/10871 27398/12324/10860 27409/12336/10872</w:t>
        <w:br/>
        <w:t>f 27411/12337/10873 27397/12321/10857 27398/12324/10860</w:t>
        <w:br/>
        <w:t>f 27412/12338/10874 27411/12337/10873 27398/12324/10860</w:t>
        <w:br/>
        <w:t>f 27413/12339/10875 27400/12325/10861 27397/12321/10857</w:t>
        <w:br/>
        <w:t>f 27411/12337/10873 27413/12339/10875 27397/12321/10857</w:t>
        <w:br/>
        <w:t>f 27413/12339/10875 27414/12340/10876 27402/12327/10863</w:t>
        <w:br/>
        <w:t>f 27400/12325/10861 27413/12339/10875 27402/12327/10863</w:t>
        <w:br/>
        <w:t>f 27414/12340/10876 27415/12341/10877 27404/12329/10865</w:t>
        <w:br/>
        <w:t>f 27402/12327/10863 27414/12340/10876 27404/12329/10865</w:t>
        <w:br/>
        <w:t>f 27404/12329/10865 27415/12341/10877 27416/12342/10878</w:t>
        <w:br/>
        <w:t>f 27406/12331/10867 27404/12329/10865 27416/12342/10878</w:t>
        <w:br/>
        <w:t>f 27407/12334/10870 27406/12331/10867 27416/12342/10878</w:t>
        <w:br/>
        <w:t>f 27417/12343/10879 27407/12334/10870 27416/12342/10878</w:t>
        <w:br/>
        <w:t>f 27418/12344/10880 27410/12335/10871 27407/12334/10870</w:t>
        <w:br/>
        <w:t>f 27417/12343/10879 27418/12344/10880 27407/12334/10870</w:t>
        <w:br/>
        <w:t>f 27412/12338/10874 27398/12324/10860 27410/12335/10871</w:t>
        <w:br/>
        <w:t>f 27418/12344/10880 27412/12338/10874 27410/12335/10871</w:t>
        <w:br/>
        <w:t>f 27422/12345/10881 27421/12346/10882 27420/12347/10883</w:t>
        <w:br/>
        <w:t>f 27419/12348/10884 27422/12345/10881 27420/12347/10883</w:t>
        <w:br/>
        <w:t>f 27419/12348/10884 27424/12349/10885 27423/12350/10886</w:t>
        <w:br/>
        <w:t>f 27422/12345/10881 27419/12348/10884 27423/12350/10886</w:t>
        <w:br/>
        <w:t>f 27424/12349/10885 27426/12351/10887 27425/12352/10888</w:t>
        <w:br/>
        <w:t>f 27423/12350/10886 27424/12349/10885 27425/12352/10888</w:t>
        <w:br/>
        <w:t>f 27428/12353/10889 27427/12354/10890 27425/12352/10888</w:t>
        <w:br/>
        <w:t>f 27426/12351/10887 27428/12353/10889 27425/12352/10888</w:t>
        <w:br/>
        <w:t>f 27430/12355/10891 27429/12356/10892 27427/12354/10890</w:t>
        <w:br/>
        <w:t>f 27428/12353/10889 27430/12355/10891 27427/12354/10890</w:t>
        <w:br/>
        <w:t>f 27432/12357/10893 27431/12358/10894 27429/12356/10892</w:t>
        <w:br/>
        <w:t>f 27430/12355/10891 27432/12357/10893 27429/12356/10892</w:t>
        <w:br/>
        <w:t>f 27434/12359/10895 27433/12360/10896 27431/12358/10894</w:t>
        <w:br/>
        <w:t>f 27432/12357/10893 27434/12359/10895 27431/12358/10894</w:t>
        <w:br/>
        <w:t>f 27433/12360/10896 27434/12359/10895 27420/12347/10883</w:t>
        <w:br/>
        <w:t>f 27421/12346/10882 27433/12360/10896 27420/12347/10883</w:t>
        <w:br/>
        <w:t>f 27419/12348/10884 27420/12347/10883 27436/12361/10897</w:t>
        <w:br/>
        <w:t>f 27435/12362/10898 27419/12348/10884 27436/12361/10897</w:t>
        <w:br/>
        <w:t>f 27435/12362/10898 27437/12363/10899 27424/12349/10885</w:t>
        <w:br/>
        <w:t>f 27419/12348/10884 27435/12362/10898 27424/12349/10885</w:t>
        <w:br/>
        <w:t>f 27437/12363/10899 27438/12364/10900 27426/12351/10887</w:t>
        <w:br/>
        <w:t>f 27424/12349/10885 27437/12363/10899 27426/12351/10887</w:t>
        <w:br/>
        <w:t>f 27439/12365/10901 27428/12353/10889 27426/12351/10887</w:t>
        <w:br/>
        <w:t>f 27438/12364/10900 27439/12365/10901 27426/12351/10887</w:t>
        <w:br/>
        <w:t>f 27440/12366/10902 27430/12355/10891 27428/12353/10889</w:t>
        <w:br/>
        <w:t>f 27439/12365/10901 27440/12366/10902 27428/12353/10889</w:t>
        <w:br/>
        <w:t>f 27440/12366/10902 27441/12367/10903 27432/12357/10893</w:t>
        <w:br/>
        <w:t>f 27430/12355/10891 27440/12366/10902 27432/12357/10893</w:t>
        <w:br/>
        <w:t>f 27441/12367/10903 27442/12368/10904 27434/12359/10895</w:t>
        <w:br/>
        <w:t>f 27432/12357/10893 27441/12367/10903 27434/12359/10895</w:t>
        <w:br/>
        <w:t>f 27434/12359/10895 27442/12368/10904 27436/12361/10897</w:t>
        <w:br/>
        <w:t>f 27420/12347/10883 27434/12359/10895 27436/12361/10897</w:t>
        <w:br/>
        <w:t>f 27399/12326/10862 27401/12328/10864 27423/12350/10886</w:t>
        <w:br/>
        <w:t>f 27425/12352/10888 27399/12326/10862 27423/12350/10886</w:t>
        <w:br/>
        <w:t>f 27401/12328/10864 27403/12330/10866 27422/12345/10881</w:t>
        <w:br/>
        <w:t>f 27423/12350/10886 27401/12328/10864 27422/12345/10881</w:t>
        <w:br/>
        <w:t>f 27403/12330/10866 27405/12332/10868 27421/12346/10882</w:t>
        <w:br/>
        <w:t>f 27422/12345/10881 27403/12330/10866 27421/12346/10882</w:t>
        <w:br/>
        <w:t>f 27405/12332/10868 27408/12333/10869 27433/12360/10896</w:t>
        <w:br/>
        <w:t>f 27421/12346/10882 27405/12332/10868 27433/12360/10896</w:t>
        <w:br/>
        <w:t>f 27409/12336/10872 27431/12358/10894 27433/12360/10896</w:t>
        <w:br/>
        <w:t>f 27408/12333/10869 27409/12336/10872 27433/12360/10896</w:t>
        <w:br/>
        <w:t>f 27395/12323/10859 27429/12356/10892 27431/12358/10894</w:t>
        <w:br/>
        <w:t>f 27409/12336/10872 27395/12323/10859 27431/12358/10894</w:t>
        <w:br/>
        <w:t>f 27396/12322/10858 27427/12354/10890 27429/12356/10892</w:t>
        <w:br/>
        <w:t>f 27395/12323/10859 27396/12322/10858 27429/12356/10892</w:t>
        <w:br/>
        <w:t>f 27399/12326/10862 27425/12352/10888 27427/12354/10890</w:t>
        <w:br/>
        <w:t>f 27396/12322/10858 27399/12326/10862 27427/12354/10890</w:t>
        <w:br/>
        <w:t>f 27445/12369/10905 27444/12370/10906 27443/12371/10907</w:t>
        <w:br/>
        <w:t>f 27446/12372/10908 27445/12369/10905 27443/12371/10907</w:t>
        <w:br/>
        <w:t>f 27443/12371/10907 27444/12370/10906 27448/12373/10909</w:t>
        <w:br/>
        <w:t>f 27447/12374/10910 27443/12371/10907 27448/12373/10909</w:t>
        <w:br/>
        <w:t>f 27447/12374/10910 27448/12373/10909 27450/12375/10911</w:t>
        <w:br/>
        <w:t>f 27449/12376/10912 27447/12374/10910 27450/12375/10911</w:t>
        <w:br/>
        <w:t>f 27449/12376/10912 27450/12375/10911 27452/12377/10913</w:t>
        <w:br/>
        <w:t>f 27451/12378/10914 27449/12376/10912 27452/12377/10913</w:t>
        <w:br/>
        <w:t>f 27453/12379/10915 27436/12361/10897 27442/12368/10904</w:t>
        <w:br/>
        <w:t>f 27451/12378/10914 27453/12379/10915 27442/12368/10904</w:t>
        <w:br/>
        <w:t>f 27453/12379/10915 27454/12380/10916 27435/12362/10898</w:t>
        <w:br/>
        <w:t>f 27436/12361/10897 27453/12379/10915 27435/12362/10898</w:t>
        <w:br/>
        <w:t>f 27454/12380/10916 27457/12381/10917 27456/12382/10918</w:t>
        <w:br/>
        <w:t>f 27455/12383/10919 27454/12380/10916 27456/12382/10918</w:t>
        <w:br/>
        <w:t>f 27455/12383/10919 27456/12382/10918 27445/12369/10905</w:t>
        <w:br/>
        <w:t>f 27446/12372/10908 27455/12383/10919 27445/12369/10905</w:t>
        <w:br/>
        <w:t>f 27461/12384/10920 27460/12385/10921 27459/12386/10922</w:t>
        <w:br/>
        <w:t>f 27458/12387/10923 27461/12384/10920 27459/12386/10922</w:t>
        <w:br/>
        <w:t>f 27460/12385/10921 27463/12388/10924 27462/12389/10925</w:t>
        <w:br/>
        <w:t>f 27459/12386/10922 27460/12385/10921 27462/12389/10925</w:t>
        <w:br/>
        <w:t>f 27465/12390/10926 27462/12389/10925 27463/12388/10924</w:t>
        <w:br/>
        <w:t>f 27464/12391/10927 27465/12390/10926 27463/12388/10924</w:t>
        <w:br/>
        <w:t>f 27468/12392/10928 27467/12393/10929 27466/12394/10930</w:t>
        <w:br/>
        <w:t>f 27469/12395/10931 27468/12392/10928 27466/12394/10930</w:t>
        <w:br/>
        <w:t>f 27461/12384/10920 27458/12387/10923 27467/12393/10929</w:t>
        <w:br/>
        <w:t>f 27468/12392/10928 27461/12384/10920 27467/12393/10929</w:t>
        <w:br/>
        <w:t>f 27473/12396/10932 27472/12397/10933 27471/12398/10934</w:t>
        <w:br/>
        <w:t>f 27470/12399/10935 27473/12396/10932 27471/12398/10934</w:t>
        <w:br/>
        <w:t>f 27475/12400/10936 27469/12395/10931 27466/12394/10930</w:t>
        <w:br/>
        <w:t>f 27474/12401/10937 27475/12400/10936 27466/12394/10930</w:t>
        <w:br/>
        <w:t>f 27479/12402/10938 27478/12403/10939 27477/12404/10940</w:t>
        <w:br/>
        <w:t>f 27476/12405/10941 27479/12402/10938 27477/12404/10940</w:t>
        <w:br/>
        <w:t>f 27482/12406/10942 27481/12407/10942 27480/12408/10943</w:t>
        <w:br/>
        <w:t>f 27483/12409/10943 27482/12406/10942 27480/12408/10943</w:t>
        <w:br/>
        <w:t>f 27485/12410/10944 27484/12411/10944 27481/12407/10942</w:t>
        <w:br/>
        <w:t>f 27482/12406/10942 27485/12410/10944 27481/12407/10942</w:t>
        <w:br/>
        <w:t>f 27484/12411/10944 27485/12410/10944 27487/12412/10945</w:t>
        <w:br/>
        <w:t>f 27486/12413/10945 27484/12411/10944 27487/12412/10945</w:t>
        <w:br/>
        <w:t>f 27490/12414/10946 27489/12415/10947 27488/12416/10947</w:t>
        <w:br/>
        <w:t>f 27491/12417/10948 27490/12414/10946 27488/12416/10947</w:t>
        <w:br/>
        <w:t>f 27489/12415/10947 27483/12409/10943 27480/12408/10943</w:t>
        <w:br/>
        <w:t>f 27488/12416/10947 27489/12415/10947 27480/12408/10943</w:t>
        <w:br/>
        <w:t>f 27495/12418/10949 27494/12419/10950 27493/12420/10951</w:t>
        <w:br/>
        <w:t>f 27492/12421/10952 27495/12418/10949 27493/12420/10951</w:t>
        <w:br/>
        <w:t>f 27497/12422/10953 27496/12423/10954 27490/12414/10946</w:t>
        <w:br/>
        <w:t>f 27491/12417/10948 27497/12422/10953 27490/12414/10946</w:t>
        <w:br/>
        <w:t>f 27500/12424/10955 27499/12425/10955 27498/12426/10956</w:t>
        <w:br/>
        <w:t>f 27501/12427/10956 27500/12424/10955 27498/12426/10956</w:t>
        <w:br/>
        <w:t>f 27458/12387/10923 27459/12386/10922 27503/12428/10957</w:t>
        <w:br/>
        <w:t>f 27502/12429/10958 27458/12387/10923 27503/12428/10957</w:t>
        <w:br/>
        <w:t>f 27459/12386/10922 27462/12389/10925 27504/12430/10959</w:t>
        <w:br/>
        <w:t>f 27503/12428/10957 27459/12386/10922 27504/12430/10959</w:t>
        <w:br/>
        <w:t>f 27465/12390/10926 27505/12431/10960 27504/12430/10959</w:t>
        <w:br/>
        <w:t>f 27462/12389/10925 27465/12390/10926 27504/12430/10959</w:t>
        <w:br/>
        <w:t>f 27466/12394/10930 27467/12393/10929 27507/12432/10961</w:t>
        <w:br/>
        <w:t>f 27506/12433/10962 27466/12394/10930 27507/12432/10961</w:t>
        <w:br/>
        <w:t>f 27458/12387/10923 27502/12429/10958 27507/12432/10961</w:t>
        <w:br/>
        <w:t>f 27467/12393/10929 27458/12387/10923 27507/12432/10961</w:t>
        <w:br/>
        <w:t>f 27511/12434/10963 27510/12435/10964 27509/12436/10964</w:t>
        <w:br/>
        <w:t>f 27508/12437/10965 27511/12434/10963 27509/12436/10964</w:t>
        <w:br/>
        <w:t>f 27513/12438/10966 27512/12439/10967 27472/12397/10933</w:t>
        <w:br/>
        <w:t>f 27473/12396/10932 27513/12438/10966 27472/12397/10933</w:t>
        <w:br/>
        <w:t>f 27474/12401/10937 27466/12394/10930 27506/12433/10962</w:t>
        <w:br/>
        <w:t>f 27514/12440/10968 27474/12401/10937 27506/12433/10962</w:t>
        <w:br/>
        <w:t>f 27479/12402/10938 27516/12441/10969 27515/12442/10970</w:t>
        <w:br/>
        <w:t>f 27478/12403/10939 27479/12402/10938 27515/12442/10970</w:t>
        <w:br/>
        <w:t>f 27519/12443/10971 27518/12444/10972 27517/12445/10973</w:t>
        <w:br/>
        <w:t>f 27520/12446/10974 27519/12443/10971 27517/12445/10973</w:t>
        <w:br/>
        <w:t>f 27518/12444/10972 27522/12447/10975 27521/12448/10976</w:t>
        <w:br/>
        <w:t>f 27517/12445/10973 27518/12444/10972 27521/12448/10976</w:t>
        <w:br/>
        <w:t>f 27476/12405/10941 27477/12404/10940 27524/12449/10977</w:t>
        <w:br/>
        <w:t>f 27523/12450/10978 27476/12405/10941 27524/12449/10977</w:t>
        <w:br/>
        <w:t>f 27475/12400/10936 27526/12451/10979 27525/12452/10980</w:t>
        <w:br/>
        <w:t>f 27469/12395/10931 27475/12400/10936 27525/12452/10980</w:t>
        <w:br/>
        <w:t>f 27469/12395/10931 27525/12452/10980 27527/12453/10981</w:t>
        <w:br/>
        <w:t>f 27468/12392/10928 27469/12395/10931 27527/12453/10981</w:t>
        <w:br/>
        <w:t>f 27461/12384/10920 27468/12392/10928 27527/12453/10981</w:t>
        <w:br/>
        <w:t>f 27528/12454/10982 27461/12384/10920 27527/12453/10981</w:t>
        <w:br/>
        <w:t>f 27460/12385/10921 27461/12384/10920 27528/12454/10982</w:t>
        <w:br/>
        <w:t>f 27529/12455/10983 27460/12385/10921 27528/12454/10982</w:t>
        <w:br/>
        <w:t>f 27463/12388/10924 27460/12385/10921 27529/12455/10983</w:t>
        <w:br/>
        <w:t>f 27530/12456/10984 27463/12388/10924 27529/12455/10983</w:t>
        <w:br/>
        <w:t>f 27464/12391/10927 27463/12388/10924 27530/12456/10984</w:t>
        <w:br/>
        <w:t>f 27531/12457/10985 27464/12391/10927 27530/12456/10984</w:t>
        <w:br/>
        <w:t>f 27471/12398/10934 27533/12458/10986 27532/12459/10987</w:t>
        <w:br/>
        <w:t>f 27470/12399/10935 27471/12398/10934 27532/12459/10987</w:t>
        <w:br/>
        <w:t>f 27535/12460/10988 27534/12461/10989 27509/12436/10964</w:t>
        <w:br/>
        <w:t>f 27510/12435/10964 27535/12460/10988 27509/12436/10964</w:t>
        <w:br/>
        <w:t>f 27477/12404/10940 27521/12448/10976 27522/12447/10975</w:t>
        <w:br/>
        <w:t>f 27524/12449/10977 27477/12404/10940 27522/12447/10975</w:t>
        <w:br/>
        <w:t>f 27537/12462/10990 27499/12425/10955 27500/12424/10955</w:t>
        <w:br/>
        <w:t>f 27536/12463/10990 27537/12462/10990 27500/12424/10955</w:t>
        <w:br/>
        <w:t>f 27519/12443/10971 27520/12446/10974 27478/12403/10939</w:t>
        <w:br/>
        <w:t>f 27515/12442/10970 27519/12443/10971 27478/12403/10939</w:t>
        <w:br/>
        <w:t>f 27477/12404/10940 27478/12403/10939 27520/12446/10974</w:t>
        <w:br/>
        <w:t>f 27521/12448/10976 27477/12404/10940 27520/12446/10974</w:t>
        <w:br/>
        <w:t>f 27511/12434/10963 27473/12396/10932 27470/12399/10935</w:t>
        <w:br/>
        <w:t>f 27535/12460/10988 27511/12434/10963 27470/12399/10935</w:t>
        <w:br/>
        <w:t>f 27508/12437/10965 27513/12438/10966 27473/12396/10932</w:t>
        <w:br/>
        <w:t>f 27511/12434/10963 27508/12437/10965 27473/12396/10932</w:t>
        <w:br/>
        <w:t>f 27492/12421/10952 27493/12420/10951 27539/12464/10991</w:t>
        <w:br/>
        <w:t>f 27538/12465/10992 27492/12421/10952 27539/12464/10991</w:t>
        <w:br/>
        <w:t>f 27534/12461/10989 27535/12460/10988 27470/12399/10935</w:t>
        <w:br/>
        <w:t>f 27532/12459/10987 27534/12461/10989 27470/12399/10935</w:t>
        <w:br/>
        <w:t>f 27535/12460/10988 27540/12466/10993 27511/12434/10963</w:t>
        <w:br/>
        <w:t>f 27520/12446/10974 27517/12445/10973 27521/12448/10976</w:t>
        <w:br/>
        <w:t>f 27536/12463/10990 27541/12467/10994 27537/12462/10990</w:t>
        <w:br/>
        <w:t>f 27539/12464/10991 27542/12468/10995 27538/12465/10992</w:t>
        <w:br/>
        <w:t>f 27546/12469/10996 27545/12470/10997 27544/12471/10998</w:t>
        <w:br/>
        <w:t>f 27543/12472/10999 27546/12469/10996 27544/12471/10998</w:t>
        <w:br/>
        <w:t>f 27545/12470/10997 27548/12473/11000 27547/12474/11001</w:t>
        <w:br/>
        <w:t>f 27544/12471/10998 27545/12470/10997 27547/12474/11001</w:t>
        <w:br/>
        <w:t>f 27548/12473/11000 27550/12475/11002 27549/12476/11003</w:t>
        <w:br/>
        <w:t>f 27547/12474/11001 27548/12473/11000 27549/12476/11003</w:t>
        <w:br/>
        <w:t>f 27550/12475/11002 27552/12477/11004 27551/12478/11005</w:t>
        <w:br/>
        <w:t>f 27549/12476/11003 27550/12475/11002 27551/12478/11005</w:t>
        <w:br/>
        <w:t>f 27556/12479/11005 27555/12480/11006 27554/12481/11007</w:t>
        <w:br/>
        <w:t>f 27553/12482/11008 27556/12479/11005 27554/12481/11007</w:t>
        <w:br/>
        <w:t>f 27553/12482/11008 27554/12481/11007 27558/12483/11009</w:t>
        <w:br/>
        <w:t>f 27557/12484/11010 27553/12482/11008 27558/12483/11009</w:t>
        <w:br/>
        <w:t>f 27557/12484/11010 27558/12483/11009 27560/12485/11011</w:t>
        <w:br/>
        <w:t>f 27559/12486/11012 27557/12484/11010 27560/12485/11011</w:t>
        <w:br/>
        <w:t>f 27546/12469/10996 27543/12472/10999 27559/12486/11012</w:t>
        <w:br/>
        <w:t>f 27560/12485/11011 27546/12469/10996 27559/12486/11012</w:t>
        <w:br/>
        <w:t>f 27564/12487/11013 27563/12488/11014 27562/12489/11015</w:t>
        <w:br/>
        <w:t>f 27561/12490/11015 27564/12487/11013 27562/12489/11015</w:t>
        <w:br/>
        <w:t>f 27561/12490/11015 27562/12489/11015 27566/12491/11016</w:t>
        <w:br/>
        <w:t>f 27565/12492/11016 27561/12490/11015 27566/12491/11016</w:t>
        <w:br/>
        <w:t>f 27565/12492/11016 27566/12491/11016 27568/12493/11017</w:t>
        <w:br/>
        <w:t>f 27567/12494/11017 27565/12492/11016 27568/12493/11017</w:t>
        <w:br/>
        <w:t>f 27567/12494/11017 27568/12493/11017 27570/12495/11018</w:t>
        <w:br/>
        <w:t>f 27569/12496/11019 27567/12494/11017 27570/12495/11018</w:t>
        <w:br/>
        <w:t>f 27573/12497/11018 27572/12498/11020 27571/12499/11020</w:t>
        <w:br/>
        <w:t>f 27574/12500/11018 27573/12497/11018 27571/12499/11020</w:t>
        <w:br/>
        <w:t>f 27572/12498/11020 27576/12501/11021 27575/12502/11022</w:t>
        <w:br/>
        <w:t>f 27571/12499/11020 27572/12498/11020 27575/12502/11022</w:t>
        <w:br/>
        <w:t>f 27576/12501/11021 27578/12503/11023 27577/12504/11024</w:t>
        <w:br/>
        <w:t>f 27575/12502/11022 27576/12501/11021 27577/12504/11024</w:t>
        <w:br/>
        <w:t>f 27564/12487/11013 27577/12504/11024 27578/12503/11023</w:t>
        <w:br/>
        <w:t>f 27563/12488/11014 27564/12487/11013 27578/12503/11023</w:t>
        <w:br/>
        <w:t>f 27545/12470/10997 27546/12469/10996 27580/12505/11025</w:t>
        <w:br/>
        <w:t>f 27579/12506/11026 27545/12470/10997 27580/12505/11025</w:t>
        <w:br/>
        <w:t>f 27543/12472/10999 27544/12471/10998 27582/12507/11027</w:t>
        <w:br/>
        <w:t>f 27581/12508/11028 27543/12472/10999 27582/12507/11027</w:t>
        <w:br/>
        <w:t>f 27548/12473/11000 27545/12470/10997 27579/12506/11026</w:t>
        <w:br/>
        <w:t>f 27583/12509/11029 27548/12473/11000 27579/12506/11026</w:t>
        <w:br/>
        <w:t>f 27544/12471/10998 27547/12474/11001 27584/12510/11030</w:t>
        <w:br/>
        <w:t>f 27582/12507/11027 27544/12471/10998 27584/12510/11030</w:t>
        <w:br/>
        <w:t>f 27550/12475/11002 27548/12473/11000 27583/12509/11029</w:t>
        <w:br/>
        <w:t>f 27585/12511/11031 27550/12475/11002 27583/12509/11029</w:t>
        <w:br/>
        <w:t>f 27547/12474/11001 27549/12476/11003 27586/12512/11032</w:t>
        <w:br/>
        <w:t>f 27584/12510/11030 27547/12474/11001 27586/12512/11032</w:t>
        <w:br/>
        <w:t>f 27552/12477/11004 27550/12475/11002 27585/12511/11031</w:t>
        <w:br/>
        <w:t>f 27587/12513/11033 27552/12477/11004 27585/12511/11031</w:t>
        <w:br/>
        <w:t>f 27549/12476/11003 27551/12478/11005 27588/12514/11034</w:t>
        <w:br/>
        <w:t>f 27586/12512/11032 27549/12476/11003 27588/12514/11034</w:t>
        <w:br/>
        <w:t>f 27590/12515/11035 27554/12481/11007 27555/12480/11006</w:t>
        <w:br/>
        <w:t>f 27589/12516/11033 27590/12515/11035 27555/12480/11006</w:t>
        <w:br/>
        <w:t>f 27592/12517/11036 27556/12479/11005 27553/12482/11008</w:t>
        <w:br/>
        <w:t>f 27591/12518/11037 27592/12517/11036 27553/12482/11008</w:t>
        <w:br/>
        <w:t>f 27593/12519/11038 27558/12483/11009 27554/12481/11007</w:t>
        <w:br/>
        <w:t>f 27590/12515/11035 27593/12519/11038 27554/12481/11007</w:t>
        <w:br/>
        <w:t>f 27591/12518/11037 27553/12482/11008 27557/12484/11010</w:t>
        <w:br/>
        <w:t>f 27594/12520/11039 27591/12518/11037 27557/12484/11010</w:t>
        <w:br/>
        <w:t>f 27595/12521/11040 27560/12485/11011 27558/12483/11009</w:t>
        <w:br/>
        <w:t>f 27593/12519/11038 27595/12521/11040 27558/12483/11009</w:t>
        <w:br/>
        <w:t>f 27594/12520/11039 27557/12484/11010 27559/12486/11012</w:t>
        <w:br/>
        <w:t>f 27596/12522/11041 27594/12520/11039 27559/12486/11012</w:t>
        <w:br/>
        <w:t>f 27546/12469/10996 27560/12485/11011 27595/12521/11040</w:t>
        <w:br/>
        <w:t>f 27580/12505/11025 27546/12469/10996 27595/12521/11040</w:t>
        <w:br/>
        <w:t>f 27596/12522/11041 27559/12486/11012 27543/12472/10999</w:t>
        <w:br/>
        <w:t>f 27581/12508/11028 27596/12522/11041 27543/12472/10999</w:t>
        <w:br/>
        <w:t>f 27446/12372/10908 27443/12371/10907 27439/12365/10901</w:t>
        <w:br/>
        <w:t>f 27438/12364/10900 27446/12372/10908 27439/12365/10901</w:t>
        <w:br/>
        <w:t>f 27447/12374/10910 27440/12366/10902 27439/12365/10901</w:t>
        <w:br/>
        <w:t>f 27443/12371/10907 27447/12374/10910 27439/12365/10901</w:t>
        <w:br/>
        <w:t>f 27449/12376/10912 27441/12367/10903 27440/12366/10902</w:t>
        <w:br/>
        <w:t>f 27447/12374/10910 27449/12376/10912 27440/12366/10902</w:t>
        <w:br/>
        <w:t>f 27449/12376/10912 27451/12378/10914 27442/12368/10904</w:t>
        <w:br/>
        <w:t>f 27441/12367/10903 27449/12376/10912 27442/12368/10904</w:t>
        <w:br/>
        <w:t>f 27597/12523/11042 27453/12379/10915 27451/12378/10914</w:t>
        <w:br/>
        <w:t>f 27452/12377/10913 27597/12523/11042 27451/12378/10914</w:t>
        <w:br/>
        <w:t>f 27454/12380/10916 27453/12379/10915 27597/12523/11042</w:t>
        <w:br/>
        <w:t>f 27457/12381/10917 27454/12380/10916 27597/12523/11042</w:t>
        <w:br/>
        <w:t>f 27454/12380/10916 27455/12383/10919 27437/12363/10899</w:t>
        <w:br/>
        <w:t>f 27435/12362/10898 27454/12380/10916 27437/12363/10899</w:t>
        <w:br/>
        <w:t>f 27455/12383/10919 27446/12372/10908 27438/12364/10900</w:t>
        <w:br/>
        <w:t>f 27437/12363/10899 27455/12383/10919 27438/12364/10900</w:t>
        <w:br/>
        <w:t>f 5844/12524/11043 5843/12525/11044 5842/12526/11045</w:t>
        <w:br/>
        <w:t>f 5841/12527/11046 5844/12524/11043 5842/12526/11045</w:t>
        <w:br/>
        <w:t>f 5848/12528/11047 5847/12529/11048 5846/12530/11049</w:t>
        <w:br/>
        <w:t>f 5845/12531/11050 5848/12528/11047 5846/12530/11049</w:t>
        <w:br/>
        <w:t>f 5851/12532/11051 5850/12533/11052 5849/12534/11053</w:t>
        <w:br/>
        <w:t>f 5854/12535/11054 5841/12527/11046 5853/12536/11055</w:t>
        <w:br/>
        <w:t>f 5852/12537/11056 5854/12535/11054 5853/12536/11055</w:t>
        <w:br/>
        <w:t>f 5850/12533/11052 5851/12532/11051 5842/12526/11045</w:t>
        <w:br/>
        <w:t>f 5843/12525/11044 5850/12533/11052 5842/12526/11045</w:t>
        <w:br/>
        <w:t>f 5858/12538/11057 5857/12539/11058 5856/12540/11059</w:t>
        <w:br/>
        <w:t>f 5855/12541/11060 5858/12538/11057 5856/12540/11059</w:t>
        <w:br/>
        <w:t>f 5861/12542/11061 5860/12543/11062 5857/12539/11058</w:t>
        <w:br/>
        <w:t>f 5859/12544/11063 5861/12542/11061 5857/12539/11058</w:t>
        <w:br/>
        <w:t>f 5864/12545/11064 5863/12546/11065 5845/12531/11050</w:t>
        <w:br/>
        <w:t>f 5862/12547/11066 5864/12545/11064 5845/12531/11050</w:t>
        <w:br/>
        <w:t>f 5868/12548/11067 5867/12549/11068 5866/12550/11069</w:t>
        <w:br/>
        <w:t>f 5865/12551/11070 5868/12548/11067 5866/12550/11069</w:t>
        <w:br/>
        <w:t>f 5841/12527/11046 5842/12526/11045 5869/12552/11071</w:t>
        <w:br/>
        <w:t>f 5866/12550/11069 5841/12527/11046 5869/12552/11071</w:t>
        <w:br/>
        <w:t>f 5842/12526/11045 5851/12532/11051 5870/12553/11072</w:t>
        <w:br/>
        <w:t>f 5869/12552/11071 5842/12526/11045 5870/12553/11072</w:t>
        <w:br/>
        <w:t>f 5857/12539/11058 5858/12538/11057 5848/12528/11047</w:t>
        <w:br/>
        <w:t>f 5845/12531/11050 5857/12539/11058 5848/12528/11047</w:t>
        <w:br/>
        <w:t>f 5845/12531/11050 5863/12546/11065 5859/12544/11063</w:t>
        <w:br/>
        <w:t>f 5857/12539/11058 5845/12531/11050 5859/12544/11063</w:t>
        <w:br/>
        <w:t>f 5849/12534/11053 5847/12529/11048 5848/12528/11047</w:t>
        <w:br/>
        <w:t>f 5851/12532/11051 5849/12534/11053 5848/12528/11047</w:t>
        <w:br/>
        <w:t>f 5851/12532/11051 5848/12528/11047 5858/12538/11057</w:t>
        <w:br/>
        <w:t>f 5870/12553/11072 5851/12532/11051 5858/12538/11057</w:t>
        <w:br/>
        <w:t>f 5858/12538/11057 5855/12541/11060 5871/12554/11073</w:t>
        <w:br/>
        <w:t>f 5870/12553/11072 5858/12538/11057 5871/12554/11073</w:t>
        <w:br/>
        <w:t>f 5854/12535/11054 5844/12524/11043 5841/12527/11046</w:t>
        <w:br/>
        <w:t>f 5874/12555/11074 5873/12556/11075 5872/12557/11076</w:t>
        <w:br/>
        <w:t>f 5874/12555/11074 5877/12558/11077 5876/12559/11078</w:t>
        <w:br/>
        <w:t>f 5875/12560/11079 5874/12555/11074 5876/12559/11078</w:t>
        <w:br/>
        <w:t>f 5871/12554/11073 5878/12561/11080 5870/12553/11072</w:t>
        <w:br/>
        <w:t>f 5869/12552/11071 5870/12553/11072 5878/12561/11080</w:t>
        <w:br/>
        <w:t>f 5879/12562/11081 5869/12552/11071 5878/12561/11080</w:t>
        <w:br/>
        <w:t>f 5880/12563/11082 5866/12550/11069 5869/12552/11071</w:t>
        <w:br/>
        <w:t>f 5879/12562/11081 5880/12563/11082 5869/12552/11071</w:t>
        <w:br/>
        <w:t>f 5866/12550/11069 5880/12563/11082 5881/12564/11083</w:t>
        <w:br/>
        <w:t>f 5881/12564/11083 5882/12565/11084 5865/12551/11070</w:t>
        <w:br/>
        <w:t>f 5866/12550/11069 5881/12564/11083 5865/12551/11070</w:t>
        <w:br/>
        <w:t>f 5877/12558/11077 5883/12566/11085 5876/12559/11078</w:t>
        <w:br/>
        <w:t>f 5884/12567/11086 5861/12542/11061 5859/12544/11063</w:t>
        <w:br/>
        <w:t>f 5863/12546/11065 5886/12568/11087 5885/12569/11088</w:t>
        <w:br/>
        <w:t>f 5859/12544/11063 5863/12546/11065 5885/12569/11088</w:t>
        <w:br/>
        <w:t>f 5887/12570/11089 5886/12568/11087 5863/12546/11065</w:t>
        <w:br/>
        <w:t>f 5846/12530/11049 5862/12547/11066 5845/12531/11050</w:t>
        <w:br/>
        <w:t>f 5860/12543/11062 5856/12540/11059 5857/12539/11058</w:t>
        <w:br/>
        <w:t>f 5891/12571/11090 5890/12572/11091 5889/12573/11092</w:t>
        <w:br/>
        <w:t>f 5888/12574/11093 5891/12571/11090 5889/12573/11092</w:t>
        <w:br/>
        <w:t>f 5895/12575/11094 5894/12576/11095 5893/12577/11096</w:t>
        <w:br/>
        <w:t>f 5892/12578/11097 5895/12575/11094 5893/12577/11096</w:t>
        <w:br/>
        <w:t>f 5898/12579/11098 5897/12580/11099 5896/12581/11100</w:t>
        <w:br/>
        <w:t>f 5901/12582/11101 5900/12583/11102 5899/12584/11103</w:t>
        <w:br/>
        <w:t>f 5888/12574/11093 5901/12582/11101 5899/12584/11103</w:t>
        <w:br/>
        <w:t>f 5891/12571/11090 5897/12580/11099 5898/12579/11098</w:t>
        <w:br/>
        <w:t>f 5890/12572/11091 5891/12571/11090 5898/12579/11098</w:t>
        <w:br/>
        <w:t>f 5905/12585/11104 5904/12586/11105 5903/12587/11106</w:t>
        <w:br/>
        <w:t>f 5902/12588/11107 5905/12585/11104 5903/12587/11106</w:t>
        <w:br/>
        <w:t>f 5902/12588/11107 5908/12589/11108 5907/12590/11109</w:t>
        <w:br/>
        <w:t>f 5906/12591/11110 5902/12588/11107 5907/12590/11109</w:t>
        <w:br/>
        <w:t>f 5911/12592/11111 5910/12593/11112 5909/12594/11113</w:t>
        <w:br/>
        <w:t>f 5894/12576/11095 5911/12592/11111 5909/12594/11113</w:t>
        <w:br/>
        <w:t>f 5899/12584/11103 5913/12595/11114 5912/12596/11115</w:t>
        <w:br/>
        <w:t>f 5888/12574/11093 5899/12584/11103 5912/12596/11115</w:t>
        <w:br/>
        <w:t>f 5888/12574/11093 5912/12596/11115 5914/12597/11116</w:t>
        <w:br/>
        <w:t>f 5891/12571/11090 5888/12574/11093 5914/12597/11116</w:t>
        <w:br/>
        <w:t>f 5914/12597/11116 5915/12598/11117 5897/12580/11099</w:t>
        <w:br/>
        <w:t>f 5891/12571/11090 5914/12597/11116 5897/12580/11099</w:t>
        <w:br/>
        <w:t>f 5895/12575/11094 5905/12585/11104 5902/12588/11107</w:t>
        <w:br/>
        <w:t>f 5894/12576/11095 5895/12575/11094 5902/12588/11107</w:t>
        <w:br/>
        <w:t>f 5894/12576/11095 5902/12588/11107 5906/12591/11110</w:t>
        <w:br/>
        <w:t>f 5911/12592/11111 5894/12576/11095 5906/12591/11110</w:t>
        <w:br/>
        <w:t>f 5896/12581/11100 5897/12580/11099 5895/12575/11094</w:t>
        <w:br/>
        <w:t>f 5892/12578/11097 5896/12581/11100 5895/12575/11094</w:t>
        <w:br/>
        <w:t>f 5897/12580/11099 5915/12598/11117 5905/12585/11104</w:t>
        <w:br/>
        <w:t>f 5895/12575/11094 5897/12580/11099 5905/12585/11104</w:t>
        <w:br/>
        <w:t>f 5905/12585/11104 5915/12598/11117 5916/12599/11118</w:t>
        <w:br/>
        <w:t>f 5904/12586/11105 5905/12585/11104 5916/12599/11118</w:t>
        <w:br/>
        <w:t>f 5889/12573/11092 5901/12582/11101 5888/12574/11093</w:t>
        <w:br/>
        <w:t>f 5919/12600/11119 5918/12601/11120 5917/12602/11121</w:t>
        <w:br/>
        <w:t>f 5919/12600/11119 5922/12603/11122 5921/12604/11123</w:t>
        <w:br/>
        <w:t>f 5920/12605/11124 5919/12600/11119 5921/12604/11123</w:t>
        <w:br/>
        <w:t>f 5915/12598/11117 5923/12606/11125 5916/12599/11118</w:t>
        <w:br/>
        <w:t>f 5923/12606/11125 5915/12598/11117 5914/12597/11116</w:t>
        <w:br/>
        <w:t>f 5924/12607/11126 5923/12606/11125 5914/12597/11116</w:t>
        <w:br/>
        <w:t>f 5925/12608/11127 5924/12607/11126 5914/12597/11116</w:t>
        <w:br/>
        <w:t>f 5912/12596/11115 5925/12608/11127 5914/12597/11116</w:t>
        <w:br/>
        <w:t>f 5912/12596/11115 5926/12609/11128 5925/12608/11127</w:t>
        <w:br/>
        <w:t>f 5913/12595/11114 5927/12610/11129 5926/12609/11128</w:t>
        <w:br/>
        <w:t>f 5912/12596/11115 5913/12595/11114 5926/12609/11128</w:t>
        <w:br/>
        <w:t>f 5920/12605/11124 5929/12611/11130 5928/12612/11131</w:t>
        <w:br/>
        <w:t>f 5930/12613/11132 5906/12591/11110 5907/12590/11109</w:t>
        <w:br/>
        <w:t>f 5911/12592/11111 5906/12591/11110 5932/12614/11133</w:t>
        <w:br/>
        <w:t>f 5931/12615/11134 5911/12592/11111 5932/12614/11133</w:t>
        <w:br/>
        <w:t>f 5933/12616/11135 5911/12592/11111 5931/12615/11134</w:t>
        <w:br/>
        <w:t>f 5909/12594/11113 5893/12577/11096 5894/12576/11095</w:t>
        <w:br/>
        <w:t>f 5908/12589/11108 5902/12588/11107 5903/12587/11106</w:t>
        <w:br/>
        <w:t>f 5936/12617/11136 5935/12618/11136 5934/12619/11137</w:t>
        <w:br/>
        <w:t>f 5937/12620/11137 5936/12617/11136 5934/12619/11137</w:t>
        <w:br/>
        <w:t>f 5940/12621/11138 5939/12622/11139 5938/12623/11140</w:t>
        <w:br/>
        <w:t>f 5941/12624/11138 5940/12621/11138 5938/12623/11140</w:t>
        <w:br/>
        <w:t>f 5945/12625/11141 5944/12626/11142 5943/12627/11142</w:t>
        <w:br/>
        <w:t>f 5942/12628/11141 5945/12625/11141 5943/12627/11142</w:t>
        <w:br/>
        <w:t>f 5949/12629/11143 5948/12630/11144 5947/12631/11145</w:t>
        <w:br/>
        <w:t>f 5946/12632/11146 5949/12629/11143 5947/12631/11145</w:t>
        <w:br/>
        <w:t>f 5944/12626/11142 5937/12620/11137 5934/12619/11137</w:t>
        <w:br/>
        <w:t>f 5943/12627/11142 5944/12626/11142 5934/12619/11137</w:t>
        <w:br/>
        <w:t>f 5953/12633/11147 5952/12634/11148 5951/12635/11148</w:t>
        <w:br/>
        <w:t>f 5950/12636/11147 5953/12633/11147 5951/12635/11148</w:t>
        <w:br/>
        <w:t>f 5945/12625/11141 5942/12628/11141 5940/12621/11138</w:t>
        <w:br/>
        <w:t>f 5941/12624/11138 5945/12625/11141 5940/12621/11138</w:t>
        <w:br/>
        <w:t>f 5935/12618/11136 5936/12617/11136 5946/12632/11146</w:t>
        <w:br/>
        <w:t>f 5947/12631/11145 5935/12618/11136 5946/12632/11146</w:t>
        <w:br/>
        <w:t>f 5956/12637/11149 5955/12638/11150 5954/12639/11150</w:t>
        <w:br/>
        <w:t>f 5957/12640/11149 5956/12637/11149 5954/12639/11150</w:t>
        <w:br/>
        <w:t>f 5955/12638/11150 5959/12641/11151 5958/12642/11152</w:t>
        <w:br/>
        <w:t>f 5954/12639/11150 5955/12638/11150 5958/12642/11152</w:t>
        <w:br/>
        <w:t>f 5957/12640/11149 5961/12643/11153 5960/12644/11153</w:t>
        <w:br/>
        <w:t>f 5956/12637/11149 5957/12640/11149 5960/12644/11153</w:t>
        <w:br/>
        <w:t>f 5961/12643/11153 5963/12645/11154 5962/12646/11154</w:t>
        <w:br/>
        <w:t>f 5960/12644/11153 5961/12643/11153 5962/12646/11154</w:t>
        <w:br/>
        <w:t>f 5967/12647/11155 5966/12648/11156 5965/12649/11157</w:t>
        <w:br/>
        <w:t>f 5964/12650/11158 5967/12647/11155 5965/12649/11157</w:t>
        <w:br/>
        <w:t>f 5964/12650/11158 5965/12649/11157 5968/12651/11159</w:t>
        <w:br/>
        <w:t>f 5969/12652/11159 5964/12650/11158 5968/12651/11159</w:t>
        <w:br/>
        <w:t>f 5968/12651/11159 5971/12653/11160 5970/12654/11160</w:t>
        <w:br/>
        <w:t>f 5969/12652/11159 5968/12651/11159 5970/12654/11160</w:t>
        <w:br/>
        <w:t>f 5971/12653/11160 5953/12633/11147 5950/12636/11147</w:t>
        <w:br/>
        <w:t>f 5970/12654/11160 5971/12653/11160 5950/12636/11147</w:t>
        <w:br/>
        <w:t>f 5939/12622/11139 5951/12635/11148 5952/12634/11148</w:t>
        <w:br/>
        <w:t>f 5938/12623/11140 5939/12622/11139 5952/12634/11148</w:t>
        <w:br/>
        <w:t>f 5975/12655/11161 5974/12656/11162 5973/12657/11163</w:t>
        <w:br/>
        <w:t>f 5972/12658/11164 5975/12655/11161 5973/12657/11163</w:t>
        <w:br/>
        <w:t>f 5979/12659/11165 5978/12660/11166 5977/12661/11166</w:t>
        <w:br/>
        <w:t>f 5976/12662/11165 5979/12659/11165 5977/12661/11166</w:t>
        <w:br/>
        <w:t>f 5983/12663/11167 5982/12664/11168 5981/12665/11169</w:t>
        <w:br/>
        <w:t>f 5980/12666/11170 5983/12663/11167 5981/12665/11169</w:t>
        <w:br/>
        <w:t>f 5985/12667/11171 5949/12629/11143 5946/12632/11146</w:t>
        <w:br/>
        <w:t>f 5984/12668/11172 5985/12667/11171 5946/12632/11146</w:t>
        <w:br/>
        <w:t>f 5972/12658/11164 5973/12657/11163 5980/12666/11170</w:t>
        <w:br/>
        <w:t>f 5981/12665/11169 5972/12658/11164 5980/12666/11170</w:t>
        <w:br/>
        <w:t>f 5988/12669/11173 5987/12670/11174 5986/12671/11175</w:t>
        <w:br/>
        <w:t>f 5989/12672/11176 5988/12669/11173 5986/12671/11175</w:t>
        <w:br/>
        <w:t>f 5993/12673/11177 5992/12674/11178 5991/12675/11179</w:t>
        <w:br/>
        <w:t>f 5990/12676/11180 5993/12673/11177 5991/12675/11179</w:t>
        <w:br/>
        <w:t>f 5997/12677/11181 5996/12678/11182 5995/12679/11183</w:t>
        <w:br/>
        <w:t>f 5994/12680/11184 5997/12677/11181 5995/12679/11183</w:t>
        <w:br/>
        <w:t>f 5983/12663/11167 5977/12661/11166 5978/12660/11166</w:t>
        <w:br/>
        <w:t>f 5982/12664/11168 5983/12663/11167 5978/12660/11166</w:t>
        <w:br/>
        <w:t>f 5999/12681/11185 5998/12682/11186 5988/12669/11173</w:t>
        <w:br/>
        <w:t>f 5989/12672/11176 5999/12681/11185 5988/12669/11173</w:t>
        <w:br/>
        <w:t>f 5984/12668/11172 5946/12632/11146 5974/12656/11162</w:t>
        <w:br/>
        <w:t>f 5975/12655/11161 5984/12668/11172 5974/12656/11162</w:t>
        <w:br/>
        <w:t>f 6002/12683/11187 6001/12684/11188 6000/12685/11189</w:t>
        <w:br/>
        <w:t>f 6003/12686/11187 6002/12683/11187 6000/12685/11189</w:t>
        <w:br/>
        <w:t>f 6000/12685/11189 6001/12684/11188 5958/12642/11152</w:t>
        <w:br/>
        <w:t>f 6004/12687/11190 6000/12685/11189 5958/12642/11152</w:t>
        <w:br/>
        <w:t>f 6005/12688/11191 6002/12683/11187 6003/12686/11187</w:t>
        <w:br/>
        <w:t>f 6006/12689/11192 6005/12688/11191 6003/12686/11187</w:t>
        <w:br/>
        <w:t>f 6007/12690/11193 5998/12682/11186 5999/12681/11185</w:t>
        <w:br/>
        <w:t>f 6008/12691/11194 6007/12690/11193 5999/12681/11185</w:t>
        <w:br/>
        <w:t>f 6010/12692/11195 6009/12693/11195 6007/12690/11193</w:t>
        <w:br/>
        <w:t>f 6008/12691/11194 6010/12692/11195 6007/12690/11193</w:t>
        <w:br/>
        <w:t>f 6012/12694/11196 6009/12693/11195 6010/12692/11195</w:t>
        <w:br/>
        <w:t>f 6011/12695/11197 6012/12694/11196 6010/12692/11195</w:t>
        <w:br/>
        <w:t>f 6014/12696/11198 6012/12694/11196 6011/12695/11197</w:t>
        <w:br/>
        <w:t>f 6013/12697/11198 6014/12696/11198 6011/12695/11197</w:t>
        <w:br/>
        <w:t>f 6016/12698/11199 6014/12696/11198 6013/12697/11198</w:t>
        <w:br/>
        <w:t>f 6015/12699/11200 6016/12698/11199 6013/12697/11198</w:t>
        <w:br/>
        <w:t>f 6020/12700/11201 6019/12701/11202 6018/12702/11203</w:t>
        <w:br/>
        <w:t>f 6017/12703/11204 6020/12700/11201 6018/12702/11203</w:t>
        <w:br/>
        <w:t>f 6017/12703/11204 6005/12688/11191 6006/12689/11192</w:t>
        <w:br/>
        <w:t>f 6020/12700/11201 6017/12703/11204 6006/12689/11192</w:t>
        <w:br/>
        <w:t>f 6022/12704/11205 6021/12705/11206 5991/12675/11179</w:t>
        <w:br/>
        <w:t>f 5992/12674/11178 6022/12704/11205 5991/12675/11179</w:t>
        <w:br/>
        <w:t>f 6023/12706/11207 6021/12705/11206 6022/12704/11205</w:t>
        <w:br/>
        <w:t>f 6024/12707/11208 6023/12706/11207 6022/12704/11205</w:t>
        <w:br/>
        <w:t>f 6026/12708/11209 6023/12706/11207 6024/12707/11208</w:t>
        <w:br/>
        <w:t>f 6025/12709/11210 6026/12708/11209 6024/12707/11208</w:t>
        <w:br/>
        <w:t>f 6025/12709/11210 6028/12710/11211 6027/12711/11212</w:t>
        <w:br/>
        <w:t>f 6026/12708/11209 6025/12709/11210 6027/12711/11212</w:t>
        <w:br/>
        <w:t>f 6028/12710/11211 5997/12677/11181 5994/12680/11184</w:t>
        <w:br/>
        <w:t>f 6027/12711/11212 6028/12710/11211 5994/12680/11184</w:t>
        <w:br/>
        <w:t>f 5996/12678/11182 5979/12659/11165 5976/12662/11165</w:t>
        <w:br/>
        <w:t>f 5995/12679/11183 5996/12678/11182 5976/12662/11165</w:t>
        <w:br/>
        <w:t>f 5987/12670/11174 5993/12673/11177 5990/12676/11180</w:t>
        <w:br/>
        <w:t>f 5986/12671/11175 5987/12670/11174 5990/12676/11180</w:t>
        <w:br/>
        <w:t>f 6032/12712/11213 6031/12713/11214 6030/12714/11214</w:t>
        <w:br/>
        <w:t>f 6029/12715/11213 6032/12712/11213 6030/12714/11214</w:t>
        <w:br/>
        <w:t>f 5856/12540/11059 5987/12670/11174 5988/12669/11173</w:t>
        <w:br/>
        <w:t>f 5855/12541/11060 5856/12540/11059 5988/12669/11173</w:t>
        <w:br/>
        <w:t>f 6035/12716/11215 6034/12717/11215 6033/12718/11216</w:t>
        <w:br/>
        <w:t>f 6036/12719/11216 6035/12716/11215 6033/12718/11216</w:t>
        <w:br/>
        <w:t>f 5993/12673/11177 5860/12543/11062 5861/12542/11061</w:t>
        <w:br/>
        <w:t>f 5992/12674/11178 5993/12673/11177 5861/12542/11061</w:t>
        <w:br/>
        <w:t>f 6030/12714/11214 6031/12713/11214 6037/12720/11217</w:t>
        <w:br/>
        <w:t>f 6038/12721/11217 6030/12714/11214 6037/12720/11217</w:t>
        <w:br/>
        <w:t>f 5988/12669/11173 5998/12682/11186 5871/12554/11073</w:t>
        <w:br/>
        <w:t>f 5855/12541/11060 5988/12669/11173 5871/12554/11073</w:t>
        <w:br/>
        <w:t>f 6038/12721/11217 6037/12720/11217 6039/12722/11218</w:t>
        <w:br/>
        <w:t>f 6040/12723/11219 6038/12721/11217 6039/12722/11218</w:t>
        <w:br/>
        <w:t>f 5998/12682/11186 6007/12690/11193 5878/12561/11080</w:t>
        <w:br/>
        <w:t>f 5871/12554/11073 5998/12682/11186 5878/12561/11080</w:t>
        <w:br/>
        <w:t>f 6040/12723/11219 6039/12722/11218 6042/12724/11220</w:t>
        <w:br/>
        <w:t>f 6041/12725/11221 6040/12723/11219 6042/12724/11220</w:t>
        <w:br/>
        <w:t>f 5879/12562/11081 5878/12561/11080 6007/12690/11193</w:t>
        <w:br/>
        <w:t>f 6043/12726/11222 5879/12562/11081 6007/12690/11193</w:t>
        <w:br/>
        <w:t>f 6041/12725/11221 6042/12724/11220 6045/12727/11223</w:t>
        <w:br/>
        <w:t>f 6044/12728/11223 6041/12725/11221 6045/12727/11223</w:t>
        <w:br/>
        <w:t>f 6043/12726/11222 6046/12729/11224 5880/12563/11082</w:t>
        <w:br/>
        <w:t>f 5879/12562/11081 6043/12726/11222 5880/12563/11082</w:t>
        <w:br/>
        <w:t>f 6044/12728/11223 6045/12727/11223 6048/12730/11225</w:t>
        <w:br/>
        <w:t>f 6047/12731/11226 6044/12728/11223 6048/12730/11225</w:t>
        <w:br/>
        <w:t>f 6046/12729/11224 6049/12732/11227 5881/12564/11083</w:t>
        <w:br/>
        <w:t>f 5880/12563/11082 6046/12729/11224 5881/12564/11083</w:t>
        <w:br/>
        <w:t>f 6051/12733/11228 6050/12734/11228 6047/12731/11226</w:t>
        <w:br/>
        <w:t>f 6048/12730/11225 6051/12733/11228 6047/12731/11226</w:t>
        <w:br/>
        <w:t>f 5882/12565/11084 5881/12564/11083 6049/12732/11227</w:t>
        <w:br/>
        <w:t>f 6052/12735/11229 5882/12565/11084 6049/12732/11227</w:t>
        <w:br/>
        <w:t>f 6054/12736/11230 5962/12646/11154 5963/12645/11154</w:t>
        <w:br/>
        <w:t>f 6053/12737/11230 6054/12736/11230 5963/12645/11154</w:t>
        <w:br/>
        <w:t>f 6055/12738/11231 6019/12701/11202 6020/12700/11201</w:t>
        <w:br/>
        <w:t>f 5883/12566/11085 6055/12738/11231 6020/12700/11201</w:t>
        <w:br/>
        <w:t>f 5966/12648/11156 5967/12647/11155 6034/12717/11215</w:t>
        <w:br/>
        <w:t>f 6035/12716/11215 5966/12648/11156 6034/12717/11215</w:t>
        <w:br/>
        <w:t>f 5992/12674/11178 5861/12542/11061 5884/12567/11086</w:t>
        <w:br/>
        <w:t>f 6022/12704/11205 5992/12674/11178 5884/12567/11086</w:t>
        <w:br/>
        <w:t>f 6033/12718/11216 6032/12712/11213 6029/12715/11213</w:t>
        <w:br/>
        <w:t>f 6036/12719/11216 6033/12718/11216 6029/12715/11213</w:t>
        <w:br/>
        <w:t>f 5987/12670/11174 5856/12540/11059 5860/12543/11062</w:t>
        <w:br/>
        <w:t>f 5993/12673/11177 5987/12670/11174 5860/12543/11062</w:t>
        <w:br/>
        <w:t>f 5887/12570/11089 6028/12710/11211 6025/12709/11210</w:t>
        <w:br/>
        <w:t>f 5886/12568/11087 5887/12570/11089 6025/12709/11210</w:t>
        <w:br/>
        <w:t>f 6028/12710/11211 5887/12570/11089 5864/12545/11064</w:t>
        <w:br/>
        <w:t>f 5997/12677/11181 6028/12710/11211 5864/12545/11064</w:t>
        <w:br/>
        <w:t>f 5862/12547/11066 6056/12739/11232 5997/12677/11181</w:t>
        <w:br/>
        <w:t>f 5864/12545/11064 5862/12547/11066 5997/12677/11181</w:t>
        <w:br/>
        <w:t>f 5846/12530/11049 6057/12740/11233 6056/12739/11232</w:t>
        <w:br/>
        <w:t>f 5862/12547/11066 5846/12530/11049 6056/12739/11232</w:t>
        <w:br/>
        <w:t>f 5847/12529/11048 6058/12741/11234 6057/12740/11233</w:t>
        <w:br/>
        <w:t>f 5846/12530/11049 5847/12529/11048 6057/12740/11233</w:t>
        <w:br/>
        <w:t>f 5849/12534/11053 6059/12742/11235 6058/12741/11234</w:t>
        <w:br/>
        <w:t>f 5847/12529/11048 5849/12534/11053 6058/12741/11234</w:t>
        <w:br/>
        <w:t>f 5982/12664/11168 5849/12534/11053 5850/12533/11052</w:t>
        <w:br/>
        <w:t>f 5981/12665/11169 5982/12664/11168 5850/12533/11052</w:t>
        <w:br/>
        <w:t>f 5981/12665/11169 5850/12533/11052 5843/12525/11044</w:t>
        <w:br/>
        <w:t>f 5972/12658/11164 5981/12665/11169 5843/12525/11044</w:t>
        <w:br/>
        <w:t>f 5972/12658/11164 5843/12525/11044 5844/12524/11043</w:t>
        <w:br/>
        <w:t>f 6060/12743/11236 5972/12658/11164 5844/12524/11043</w:t>
        <w:br/>
        <w:t>f 5975/12655/11161 5844/12524/11043 5854/12535/11054</w:t>
        <w:br/>
        <w:t>f 6061/12744/11237 5975/12655/11161 5854/12535/11054</w:t>
        <w:br/>
        <w:t>f 6062/12745/11238 6061/12744/11237 5854/12535/11054</w:t>
        <w:br/>
        <w:t>f 5852/12537/11056 6062/12745/11238 5854/12535/11054</w:t>
        <w:br/>
        <w:t>f 6065/12746/11239 6064/12747/11239 6063/12748/11240</w:t>
        <w:br/>
        <w:t>f 6066/12749/11241 6065/12746/11239 6063/12748/11240</w:t>
        <w:br/>
        <w:t>f 6068/12750/11242 6067/12751/11242 6064/12747/11239</w:t>
        <w:br/>
        <w:t>f 6065/12746/11239 6068/12750/11242 6064/12747/11239</w:t>
        <w:br/>
        <w:t>f 6067/12751/11242 6068/12750/11242 6070/12752/11243</w:t>
        <w:br/>
        <w:t>f 6069/12753/11243 6067/12751/11242 6070/12752/11243</w:t>
        <w:br/>
        <w:t>f 5883/12566/11085 6020/12700/11201 6006/12689/11192</w:t>
        <w:br/>
        <w:t>f 5876/12559/11078 5883/12566/11085 6006/12689/11192</w:t>
        <w:br/>
        <w:t>f 6024/12707/11208 6022/12704/11205 5884/12567/11086</w:t>
        <w:br/>
        <w:t>f 6071/12754/11244 6024/12707/11208 5884/12567/11086</w:t>
        <w:br/>
        <w:t>f 6071/12754/11244 5886/12568/11087 6025/12709/11210</w:t>
        <w:br/>
        <w:t>f 6024/12707/11208 6071/12754/11244 6025/12709/11210</w:t>
        <w:br/>
        <w:t>f 5884/12567/11086 5859/12544/11063 5885/12569/11088</w:t>
        <w:br/>
        <w:t>f 5887/12570/11089 5863/12546/11065 5864/12545/11064</w:t>
        <w:br/>
        <w:t>f 5874/12555/11074 5875/12560/11079 5873/12556/11075</w:t>
        <w:br/>
        <w:t>f 5877/12558/11077 6055/12738/11231 5883/12566/11085</w:t>
        <w:br/>
        <w:t>f 5919/12600/11119 5917/12602/11121 5922/12603/11122</w:t>
        <w:br/>
        <w:t>f 5920/12605/11124 5921/12604/11123 5929/12611/11130</w:t>
        <w:br/>
        <w:t>f 5930/12613/11132 5932/12614/11133 5906/12591/11110</w:t>
        <w:br/>
        <w:t>f 5933/12616/11135 5910/12593/11112 5911/12592/11111</w:t>
        <w:br/>
        <w:t>f 6066/12749/11241 6063/12748/11240 6062/12745/11238</w:t>
        <w:br/>
        <w:t>f 5852/12537/11056 6066/12749/11241 6062/12745/11238</w:t>
        <w:br/>
        <w:t>f 6004/12687/11190 5958/12642/11152 5949/12629/11143</w:t>
        <w:br/>
        <w:t>f 5985/12667/11171 6004/12687/11190 5949/12629/11143</w:t>
        <w:br/>
        <w:t>f 5958/12642/11152 5959/12641/11151 5948/12630/11144</w:t>
        <w:br/>
        <w:t>f 5949/12629/11143 5958/12642/11152 5948/12630/11144</w:t>
        <w:br/>
        <w:t>f 5918/12601/11120 5919/12600/11119 5899/12584/11103</w:t>
        <w:br/>
        <w:t>f 5900/12583/11102 5918/12601/11120 5899/12584/11103</w:t>
        <w:br/>
        <w:t>f 5899/12584/11103 5919/12600/11119 5920/12605/11124</w:t>
        <w:br/>
        <w:t>f 5913/12595/11114 5899/12584/11103 5920/12605/11124</w:t>
        <w:br/>
        <w:t>f 5913/12595/11114 5920/12605/11124 5928/12612/11131</w:t>
        <w:br/>
        <w:t>f 5927/12610/11129 5913/12595/11114 5928/12612/11131</w:t>
        <w:br/>
        <w:t>f 6054/12736/11230 6053/12737/11230 6050/12734/11228</w:t>
        <w:br/>
        <w:t>f 6051/12733/11228 6054/12736/11230 6050/12734/11228</w:t>
        <w:br/>
        <w:t>f 6019/12701/11202 6016/12698/11199 6015/12699/11200</w:t>
        <w:br/>
        <w:t>f 6018/12702/11203 6019/12701/11202 6015/12699/11200</w:t>
        <w:br/>
        <w:t>f 6055/12738/11231 5882/12565/11084 6016/12698/11199</w:t>
        <w:br/>
        <w:t>f 6019/12701/11202 6055/12738/11231 6016/12698/11199</w:t>
        <w:br/>
        <w:t>f 5865/12551/11070 5882/12565/11084 6055/12738/11231</w:t>
        <w:br/>
        <w:t>f 5877/12558/11077 5865/12551/11070 6055/12738/11231</w:t>
        <w:br/>
        <w:t>f 5874/12555/11074 5868/12548/11067 5865/12551/11070</w:t>
        <w:br/>
        <w:t>f 5877/12558/11077 5874/12555/11074 5865/12551/11070</w:t>
        <w:br/>
        <w:t>f 5872/12557/11076 5852/12537/11056 5853/12536/11055</w:t>
        <w:br/>
        <w:t>f 5874/12555/11074 5872/12557/11076 5853/12536/11055</w:t>
        <w:br/>
        <w:t>f 8901/12755/11245 8900/12756/11246 8899/12757/11247</w:t>
        <w:br/>
        <w:t>f 8902/12758/11245 8901/12755/11245 8899/12757/11247</w:t>
        <w:br/>
        <w:t>f 8899/12757/11247 8900/12756/11246 8904/12759/11248</w:t>
        <w:br/>
        <w:t>f 8903/12760/11248 8899/12757/11247 8904/12759/11248</w:t>
        <w:br/>
        <w:t>f 8903/12760/11248 8904/12759/11248 8906/12761/11249</w:t>
        <w:br/>
        <w:t>f 8905/12762/11250 8903/12760/11248 8906/12761/11249</w:t>
        <w:br/>
        <w:t>f 8905/12762/11250 8906/12761/11249 8908/12763/11251</w:t>
        <w:br/>
        <w:t>f 8907/12764/11251 8905/12762/11250 8908/12763/11251</w:t>
        <w:br/>
        <w:t>f 8907/12764/11251 8908/12763/11251 8910/12765/11252</w:t>
        <w:br/>
        <w:t>f 8909/12766/11253 8907/12764/11251 8910/12765/11252</w:t>
        <w:br/>
        <w:t>f 8909/12766/11253 8910/12765/11252 8912/12767/11254</w:t>
        <w:br/>
        <w:t>f 8911/12768/11255 8909/12766/11253 8912/12767/11254</w:t>
        <w:br/>
        <w:t>f 8911/12768/11255 8912/12767/11254 8914/12769/11256</w:t>
        <w:br/>
        <w:t>f 8913/12770/11257 8911/12768/11255 8914/12769/11256</w:t>
        <w:br/>
        <w:t>f 8914/12769/11256 8916/12771/11258 8915/12772/11259</w:t>
        <w:br/>
        <w:t>f 8913/12770/11257 8914/12769/11256 8915/12772/11259</w:t>
        <w:br/>
        <w:t>f 8916/12771/11258 8918/12773/11260 8917/12774/11261</w:t>
        <w:br/>
        <w:t>f 8915/12772/11259 8916/12771/11258 8917/12774/11261</w:t>
        <w:br/>
        <w:t>f 8918/12773/11260 8920/12775/11262 8919/12776/11262</w:t>
        <w:br/>
        <w:t>f 8917/12774/11261 8918/12773/11260 8919/12776/11262</w:t>
        <w:br/>
        <w:t>f 8920/12775/11262 8922/12777/11263 8921/12778/11264</w:t>
        <w:br/>
        <w:t>f 8919/12776/11262 8920/12775/11262 8921/12778/11264</w:t>
        <w:br/>
        <w:t>f 8922/12777/11263 8901/12755/11245 8902/12758/11245</w:t>
        <w:br/>
        <w:t>f 8921/12778/11264 8922/12777/11263 8902/12758/11245</w:t>
        <w:br/>
        <w:t>f 8925/12779/11265 8924/12780/11266 8923/12781/11267</w:t>
        <w:br/>
        <w:t>f 8926/12782/11268 8925/12779/11265 8923/12781/11267</w:t>
        <w:br/>
        <w:t>f 8927/12783/11269 8926/12782/11268 8923/12781/11267</w:t>
        <w:br/>
        <w:t>f 8928/12784/11270 8927/12783/11269 8923/12781/11267</w:t>
        <w:br/>
        <w:t>f 8929/12785/11271 8928/12784/11270 8923/12781/11267</w:t>
        <w:br/>
        <w:t>f 8930/12786/11272 8929/12785/11271 8923/12781/11267</w:t>
        <w:br/>
        <w:t>f 8931/12787/11273 8930/12786/11272 8923/12781/11267</w:t>
        <w:br/>
        <w:t>f 8932/12788/11274 8931/12787/11273 8923/12781/11267</w:t>
        <w:br/>
        <w:t>f 8933/12789/11275 8932/12788/11274 8923/12781/11267</w:t>
        <w:br/>
        <w:t>f 8934/12790/11276 8933/12789/11275 8923/12781/11267</w:t>
        <w:br/>
        <w:t>f 8935/12791/11277 8934/12790/11276 8923/12781/11267</w:t>
        <w:br/>
        <w:t>f 8924/12780/11266 8935/12791/11277 8923/12781/11267</w:t>
        <w:br/>
        <w:t>f 8939/12792/11278 8938/12793/11279 8937/12794/11280</w:t>
        <w:br/>
        <w:t>f 8936/12795/11281 8939/12792/11278 8937/12794/11280</w:t>
        <w:br/>
        <w:t>f 8936/12795/11281 8937/12794/11280 8941/12796/11282</w:t>
        <w:br/>
        <w:t>f 8940/12797/11283 8936/12795/11281 8941/12796/11282</w:t>
        <w:br/>
        <w:t>f 8941/12796/11282 8943/12798/11284 8942/12799/11285</w:t>
        <w:br/>
        <w:t>f 8940/12797/11283 8941/12796/11282 8942/12799/11285</w:t>
        <w:br/>
        <w:t>f 8943/12798/11284 8945/12800/11286 8944/12801/11287</w:t>
        <w:br/>
        <w:t>f 8942/12799/11285 8943/12798/11284 8944/12801/11287</w:t>
        <w:br/>
        <w:t>f 8945/12800/11286 8947/12802/11288 8946/12803/11289</w:t>
        <w:br/>
        <w:t>f 8944/12801/11287 8945/12800/11286 8946/12803/11289</w:t>
        <w:br/>
        <w:t>f 8946/12803/11289 8947/12802/11288 8949/12804/11290</w:t>
        <w:br/>
        <w:t>f 8948/12805/11291 8946/12803/11289 8949/12804/11290</w:t>
        <w:br/>
        <w:t>f 8948/12805/11291 8949/12804/11290 8951/12806/11292</w:t>
        <w:br/>
        <w:t>f 8950/12807/11293 8948/12805/11291 8951/12806/11292</w:t>
        <w:br/>
        <w:t>f 8950/12807/11293 8951/12806/11292 8953/12808/11294</w:t>
        <w:br/>
        <w:t>f 8952/12809/11295 8950/12807/11293 8953/12808/11294</w:t>
        <w:br/>
        <w:t>f 8953/12808/11294 8955/12810/11296 8954/12811/11297</w:t>
        <w:br/>
        <w:t>f 8952/12809/11295 8953/12808/11294 8954/12811/11297</w:t>
        <w:br/>
        <w:t>f 8958/12812/11296 8957/12813/11298 8956/12814/11299</w:t>
        <w:br/>
        <w:t>f 8959/12815/11297 8958/12812/11296 8956/12814/11299</w:t>
        <w:br/>
        <w:t>f 8957/12813/11298 8961/12816/11300 8960/12817/11301</w:t>
        <w:br/>
        <w:t>f 8956/12814/11299 8957/12813/11298 8960/12817/11301</w:t>
        <w:br/>
        <w:t>f 8960/12817/11301 8961/12816/11300 8938/12793/11279</w:t>
        <w:br/>
        <w:t>f 8939/12792/11278 8960/12817/11301 8938/12793/11279</w:t>
        <w:br/>
        <w:t>f 8939/12792/11278 8936/12795/11281 8962/12818/11302</w:t>
        <w:br/>
        <w:t>f 8936/12795/11281 8940/12797/11283 8962/12818/11302</w:t>
        <w:br/>
        <w:t>f 8940/12797/11283 8942/12799/11285 8962/12818/11302</w:t>
        <w:br/>
        <w:t>f 8942/12799/11285 8944/12801/11287 8962/12818/11302</w:t>
        <w:br/>
        <w:t>f 8944/12801/11287 8946/12803/11289 8962/12818/11302</w:t>
        <w:br/>
        <w:t>f 8946/12803/11289 8948/12805/11291 8962/12818/11302</w:t>
        <w:br/>
        <w:t>f 8948/12805/11291 8950/12807/11293 8962/12818/11302</w:t>
        <w:br/>
        <w:t>f 8950/12807/11293 8952/12809/11295 8962/12818/11302</w:t>
        <w:br/>
        <w:t>f 8952/12809/11295 8954/12811/11297 8962/12818/11302</w:t>
        <w:br/>
        <w:t>f 8959/12815/11297 8956/12814/11299 8962/12818/11302</w:t>
        <w:br/>
        <w:t>f 8956/12814/11299 8960/12817/11301 8962/12818/11302</w:t>
        <w:br/>
        <w:t>f 8960/12817/11301 8939/12792/11278 8962/12818/11302</w:t>
        <w:br/>
        <w:t>f 8965/12819/11303 8964/12820/11304 8963/12821/11305</w:t>
        <w:br/>
        <w:t>f 8966/12822/11306 8965/12819/11303 8963/12821/11305</w:t>
        <w:br/>
        <w:t>f 8968/12823/11307 8966/12822/11306 8963/12821/11305</w:t>
        <w:br/>
        <w:t>f 8967/12824/11307 8968/12823/11307 8963/12821/11305</w:t>
        <w:br/>
        <w:t>f 8972/12825/11308 8971/12826/11308 8970/12827/11309</w:t>
        <w:br/>
        <w:t>f 8969/12828/11310 8972/12825/11308 8970/12827/11309</w:t>
        <w:br/>
        <w:t>f 8975/12829/11311 8974/12830/11311 8973/12831/11312</w:t>
        <w:br/>
        <w:t>f 8976/12832/11313 8975/12829/11311 8973/12831/11312</w:t>
        <w:br/>
        <w:t>f 8979/12833/11314 8978/12834/11314 8977/12835/11315</w:t>
        <w:br/>
        <w:t>f 8980/12836/11315 8979/12833/11314 8977/12835/11315</w:t>
        <w:br/>
        <w:t>f 8974/12830/11311 8975/12829/11311 8981/12837/11316</w:t>
        <w:br/>
        <w:t>f 8982/12838/11317 8974/12830/11311 8981/12837/11316</w:t>
        <w:br/>
        <w:t>f 8969/12828/11310 8970/12827/11309 8980/12836/11315</w:t>
        <w:br/>
        <w:t>f 8977/12835/11315 8969/12828/11310 8980/12836/11315</w:t>
        <w:br/>
        <w:t>f 8978/12834/11314 8979/12833/11314 8976/12832/11313</w:t>
        <w:br/>
        <w:t>f 8973/12831/11312 8978/12834/11314 8976/12832/11313</w:t>
        <w:br/>
        <w:t>f 8972/12825/11308 8968/12823/11307 8967/12824/11307</w:t>
        <w:br/>
        <w:t>f 8971/12826/11308 8972/12825/11308 8967/12824/11307</w:t>
        <w:br/>
        <w:t>f 8985/12839/11318 8984/12840/11318 8983/12841/11319</w:t>
        <w:br/>
        <w:t>f 8986/12842/11320 8985/12839/11318 8983/12841/11319</w:t>
        <w:br/>
        <w:t>f 8988/12843/11321 8987/12844/11322 8984/12840/11318</w:t>
        <w:br/>
        <w:t>f 8985/12839/11318 8988/12843/11321 8984/12840/11318</w:t>
        <w:br/>
        <w:t>f 8988/12843/11321 8982/12838/11317 8981/12837/11316</w:t>
        <w:br/>
        <w:t>f 8987/12844/11322 8988/12843/11321 8981/12837/11316</w:t>
        <w:br/>
        <w:t>f 8992/12845/11323 8991/12846/11324 8990/12847/11325</w:t>
        <w:br/>
        <w:t>f 8989/12848/11326 8992/12845/11323 8990/12847/11325</w:t>
        <w:br/>
        <w:t>f 8996/12849/11327 8995/12850/11328 8994/12851/11329</w:t>
        <w:br/>
        <w:t>f 8993/12852/11330 8996/12849/11327 8994/12851/11329</w:t>
        <w:br/>
        <w:t>f 8998/12853/11331 8989/12848/11326 8990/12847/11325</w:t>
        <w:br/>
        <w:t>f 8997/12854/11332 8998/12853/11331 8990/12847/11325</w:t>
        <w:br/>
        <w:t>f 9000/12855/11333 8999/12856/11334 8994/12851/11329</w:t>
        <w:br/>
        <w:t>f 8995/12850/11328 9000/12855/11333 8994/12851/11329</w:t>
        <w:br/>
        <w:t>f 9004/12857/11335 9003/12858/11335 9002/12859/11336</w:t>
        <w:br/>
        <w:t>f 9001/12860/11337 9004/12857/11335 9002/12859/11336</w:t>
        <w:br/>
        <w:t>f 9008/12861/11338 9007/12862/11339 9006/12863/11339</w:t>
        <w:br/>
        <w:t>f 9005/12864/11340 9008/12861/11338 9006/12863/11339</w:t>
        <w:br/>
        <w:t>f 9012/12865/11341 9011/12866/11342 9010/12867/11343</w:t>
        <w:br/>
        <w:t>f 9009/12868/11341 9012/12865/11341 9010/12867/11343</w:t>
        <w:br/>
        <w:t>f 9015/12869/11344 9014/12870/11345 9013/12871/11346</w:t>
        <w:br/>
        <w:t>f 9016/12872/11347 9015/12869/11344 9013/12871/11346</w:t>
        <w:br/>
        <w:t>f 9020/12873/11348 9019/12874/11349 9018/12875/11349</w:t>
        <w:br/>
        <w:t>f 9017/12876/11348 9020/12873/11348 9018/12875/11349</w:t>
        <w:br/>
        <w:t>f 9024/12877/11350 9023/12878/11351 9022/12879/11352</w:t>
        <w:br/>
        <w:t>f 9021/12880/11353 9024/12877/11350 9022/12879/11352</w:t>
        <w:br/>
        <w:t>f 9010/12867/11343 9011/12866/11342 9026/12881/11354</w:t>
        <w:br/>
        <w:t>f 9025/12882/11355 9010/12867/11343 9026/12881/11354</w:t>
        <w:br/>
        <w:t>f 9016/12872/11347 9028/12883/11356 9027/12884/11356</w:t>
        <w:br/>
        <w:t>f 9015/12869/11344 9016/12872/11347 9027/12884/11356</w:t>
        <w:br/>
        <w:t>f 9018/12875/11349 9019/12874/11349 9003/12858/11335</w:t>
        <w:br/>
        <w:t>f 9004/12857/11335 9018/12875/11349 9003/12858/11335</w:t>
        <w:br/>
        <w:t>f 9005/12864/11340 9023/12878/11351 9024/12877/11350</w:t>
        <w:br/>
        <w:t>f 9008/12861/11338 9005/12864/11340 9024/12877/11350</w:t>
        <w:br/>
        <w:t>f 9017/12876/11348 9013/12871/11346 9014/12870/11345</w:t>
        <w:br/>
        <w:t>f 9020/12873/11348 9017/12876/11348 9014/12870/11345</w:t>
        <w:br/>
        <w:t>f 9021/12880/11353 9022/12879/11352 9012/12865/11341</w:t>
        <w:br/>
        <w:t>f 9009/12868/11341 9021/12880/11353 9012/12865/11341</w:t>
        <w:br/>
        <w:t>f 9007/12862/11339 8998/12853/11331 8997/12854/11332</w:t>
        <w:br/>
        <w:t>f 9006/12863/11339 9007/12862/11339 8997/12854/11332</w:t>
        <w:br/>
        <w:t>f 9001/12860/11337 9002/12859/11336 8999/12856/11334</w:t>
        <w:br/>
        <w:t>f 9000/12855/11333 9001/12860/11337 8999/12856/11334</w:t>
        <w:br/>
        <w:t>f 9032/12885/11357 9031/12886/11358 9030/12887/11359</w:t>
        <w:br/>
        <w:t>f 9029/12888/11360 9032/12885/11357 9030/12887/11359</w:t>
        <w:br/>
        <w:t>f 9036/12889/11361 9035/12890/11362 9034/12891/11363</w:t>
        <w:br/>
        <w:t>f 9033/12892/11363 9036/12889/11361 9034/12891/11363</w:t>
        <w:br/>
        <w:t>f 9038/12893/11364 9037/12894/11364 9030/12887/11359</w:t>
        <w:br/>
        <w:t>f 9031/12886/11358 9038/12893/11364 9030/12887/11359</w:t>
        <w:br/>
        <w:t>f 9040/12895/11365 9033/12892/11363 9034/12891/11363</w:t>
        <w:br/>
        <w:t>f 9039/12896/11365 9040/12895/11365 9034/12891/11363</w:t>
        <w:br/>
        <w:t>f 9025/12882/11355 9026/12881/11354 9037/12894/11364</w:t>
        <w:br/>
        <w:t>f 9038/12893/11364 9025/12882/11355 9037/12894/11364</w:t>
        <w:br/>
        <w:t>f 9028/12883/11356 9040/12895/11365 9039/12896/11365</w:t>
        <w:br/>
        <w:t>f 9027/12884/11356 9028/12883/11356 9039/12896/11365</w:t>
        <w:br/>
        <w:t>f 9042/12897/11366 9041/12898/11367 8993/12852/11330</w:t>
        <w:br/>
        <w:t>f 8994/12851/11329 9042/12897/11366 8993/12852/11330</w:t>
        <w:br/>
        <w:t>f 9044/12899/11368 8990/12847/11325 8991/12846/11324</w:t>
        <w:br/>
        <w:t>f 9043/12900/11369 9044/12899/11368 8991/12846/11324</w:t>
        <w:br/>
        <w:t>f 9042/12897/11366 8994/12851/11329 8999/12856/11334</w:t>
        <w:br/>
        <w:t>f 9045/12901/11370 9042/12897/11366 8999/12856/11334</w:t>
        <w:br/>
        <w:t>f 9044/12899/11368 9046/12902/11371 8997/12854/11332</w:t>
        <w:br/>
        <w:t>f 8990/12847/11325 9044/12899/11368 8997/12854/11332</w:t>
        <w:br/>
        <w:t>f 9050/12903/11372 9049/12904/11373 9048/12905/11374</w:t>
        <w:br/>
        <w:t>f 9047/12906/11375 9050/12903/11372 9048/12905/11374</w:t>
        <w:br/>
        <w:t>f 9050/12903/11372 9047/12906/11375 9052/12907/11376</w:t>
        <w:br/>
        <w:t>f 9051/12908/11377 9050/12903/11372 9052/12907/11376</w:t>
        <w:br/>
        <w:t>f 9055/12909/11378 9014/12870/11379 9054/12910/11380</w:t>
        <w:br/>
        <w:t>f 9053/12911/11381 9055/12909/11378 9054/12910/11380</w:t>
        <w:br/>
        <w:t>f 9055/12909/11378 9053/12911/11381 9057/12912/11382</w:t>
        <w:br/>
        <w:t>f 9056/12913/11383 9055/12909/11378 9057/12912/11382</w:t>
        <w:br/>
        <w:t>f 9061/12914/11384 9060/12915/11385 9059/12916/11386</w:t>
        <w:br/>
        <w:t>f 9058/12917/11387 9061/12914/11384 9059/12916/11386</w:t>
        <w:br/>
        <w:t>f 9063/12918/11388 9062/12919/11389 9060/12915/11385</w:t>
        <w:br/>
        <w:t>f 9061/12914/11384 9063/12918/11388 9060/12915/11385</w:t>
        <w:br/>
        <w:t>f 9053/12911/11381 9015/12869/11344 9065/12920/11390</w:t>
        <w:br/>
        <w:t>f 9064/12921/11391 9053/12911/11381 9065/12920/11390</w:t>
        <w:br/>
        <w:t>f 9066/12922/11392 9057/12912/11382 9053/12911/11381</w:t>
        <w:br/>
        <w:t>f 9064/12921/11391 9066/12922/11392 9053/12911/11381</w:t>
        <w:br/>
        <w:t>f 9061/12914/11384 9058/12917/11387 9049/12904/11373</w:t>
        <w:br/>
        <w:t>f 9050/12903/11372 9061/12914/11384 9049/12904/11373</w:t>
        <w:br/>
        <w:t>f 9061/12914/11384 9050/12903/11372 9051/12908/11377</w:t>
        <w:br/>
        <w:t>f 9063/12918/11388 9061/12914/11384 9051/12908/11377</w:t>
        <w:br/>
        <w:t>f 9060/12915/11385 9055/12909/11378 9056/12913/11383</w:t>
        <w:br/>
        <w:t>f 9059/12916/11386 9060/12915/11385 9056/12913/11383</w:t>
        <w:br/>
        <w:t>f 9060/12915/11385 9062/12919/11389 9014/12870/11379</w:t>
        <w:br/>
        <w:t>f 9055/12909/11378 9060/12915/11385 9014/12870/11379</w:t>
        <w:br/>
        <w:t>f 9047/12906/11375 9045/12901/11370 8999/12856/11334</w:t>
        <w:br/>
        <w:t>f 9052/12907/11376 9047/12906/11375 8999/12856/11334</w:t>
        <w:br/>
        <w:t>f 9047/12906/11375 9048/12905/11374 8997/12854/11332</w:t>
        <w:br/>
        <w:t>f 9045/12901/11370 9047/12906/11375 8997/12854/11332</w:t>
        <w:br/>
        <w:t>f 9070/12923/11393 9069/12924/11394 9068/12925/11395</w:t>
        <w:br/>
        <w:t>f 9067/12926/11393 9070/12923/11393 9068/12925/11395</w:t>
        <w:br/>
        <w:t>f 9070/12923/11393 9067/12926/11393 9072/12927/11396</w:t>
        <w:br/>
        <w:t>f 9071/12928/11397 9070/12923/11393 9072/12927/11396</w:t>
        <w:br/>
        <w:t>f 9075/12929/11398 9074/12930/11399 9069/12924/11400</w:t>
        <w:br/>
        <w:t>f 9073/12931/11401 9075/12929/11398 9069/12924/11400</w:t>
        <w:br/>
        <w:t>f 9075/12929/11398 9073/12931/11401 9071/12928/11402</w:t>
        <w:br/>
        <w:t>f 9076/12932/11403 9075/12929/11398 9071/12928/11402</w:t>
        <w:br/>
        <w:t>f 9064/12921/11391 9065/12920/11390 9074/12930/11399</w:t>
        <w:br/>
        <w:t>f 9075/12929/11398 9064/12921/11391 9074/12930/11399</w:t>
        <w:br/>
        <w:t>f 9064/12921/11391 9075/12929/11398 9076/12932/11403</w:t>
        <w:br/>
        <w:t>f 9026/12881/11404 9064/12921/11391 9076/12932/11403</w:t>
        <w:br/>
        <w:t>f 9194/12933/11405 9193/12934/11406 9192/12935/11407</w:t>
        <w:br/>
        <w:t>f 9191/12936/11405 9194/12933/11405 9192/12935/11407</w:t>
        <w:br/>
        <w:t>f 9196/12937/11408 9194/12933/11405 9191/12936/11405</w:t>
        <w:br/>
        <w:t>f 9195/12938/11409 9196/12937/11408 9191/12936/11405</w:t>
        <w:br/>
        <w:t>f 9199/12939/11410 9198/12940/11411 9197/12941/11412</w:t>
        <w:br/>
        <w:t>f 9200/12942/11410 9199/12939/11410 9197/12941/11412</w:t>
        <w:br/>
        <w:t>f 9204/12943/11413 9203/12944/11414 9202/12945/11415</w:t>
        <w:br/>
        <w:t>f 9201/12946/11415 9204/12943/11413 9202/12945/11415</w:t>
        <w:br/>
        <w:t>f 9207/12947/11416 9206/12948/11417 9205/12949/11417</w:t>
        <w:br/>
        <w:t>f 9208/12950/11418 9207/12947/11416 9205/12949/11417</w:t>
        <w:br/>
        <w:t>f 9203/12944/11414 9204/12943/11413 9209/12951/11419</w:t>
        <w:br/>
        <w:t>f 9210/12952/11420 9203/12944/11414 9209/12951/11419</w:t>
        <w:br/>
        <w:t>f 9208/12950/11418 9197/12941/11412 9198/12940/11411</w:t>
        <w:br/>
        <w:t>f 9207/12947/11416 9208/12950/11418 9198/12940/11411</w:t>
        <w:br/>
        <w:t>f 9205/12949/11417 9206/12948/11417 9201/12946/11415</w:t>
        <w:br/>
        <w:t>f 9202/12945/11415 9205/12949/11417 9201/12946/11415</w:t>
        <w:br/>
        <w:t>f 9200/12942/11410 9196/12937/11408 9195/12938/11409</w:t>
        <w:br/>
        <w:t>f 9199/12939/11410 9200/12942/11410 9195/12938/11409</w:t>
        <w:br/>
        <w:t>f 9213/12953/11421 9212/12954/11422 9211/12955/11423</w:t>
        <w:br/>
        <w:t>f 9214/12956/11421 9213/12953/11421 9211/12955/11423</w:t>
        <w:br/>
        <w:t>f 9216/12957/11424 9211/12955/11423 9212/12954/11422</w:t>
        <w:br/>
        <w:t>f 9215/12958/11425 9216/12957/11424 9212/12954/11422</w:t>
        <w:br/>
        <w:t>f 9216/12957/11424 9215/12958/11425 9210/12952/11420</w:t>
        <w:br/>
        <w:t>f 9209/12951/11419 9216/12957/11424 9210/12952/11420</w:t>
        <w:br/>
        <w:t>f 9220/12959/11426 9219/12960/11427 9218/12961/11428</w:t>
        <w:br/>
        <w:t>f 9217/12962/11429 9220/12959/11426 9218/12961/11428</w:t>
        <w:br/>
        <w:t>f 9224/12963/11430 9223/12964/11431 9222/12965/11432</w:t>
        <w:br/>
        <w:t>f 9221/12966/11433 9224/12963/11430 9222/12965/11432</w:t>
        <w:br/>
        <w:t>f 9226/12967/11434 9217/12962/11429 9218/12961/11428</w:t>
        <w:br/>
        <w:t>f 9225/12968/11435 9226/12967/11434 9218/12961/11428</w:t>
        <w:br/>
        <w:t>f 9228/12969/11436 9227/12970/11436 9222/12965/11432</w:t>
        <w:br/>
        <w:t>f 9223/12964/11431 9228/12969/11436 9222/12965/11432</w:t>
        <w:br/>
        <w:t>f 9232/12971/11437 9231/12972/11437 9230/12973/11438</w:t>
        <w:br/>
        <w:t>f 9229/12974/11439 9232/12971/11437 9230/12973/11438</w:t>
        <w:br/>
        <w:t>f 9236/12975/11440 9235/12976/11441 9234/12977/11442</w:t>
        <w:br/>
        <w:t>f 9233/12978/11440 9236/12975/11440 9234/12977/11442</w:t>
        <w:br/>
        <w:t>f 9240/12979/11443 9239/12980/11444 9238/12981/11444</w:t>
        <w:br/>
        <w:t>f 9237/12982/11443 9240/12979/11443 9238/12981/11444</w:t>
        <w:br/>
        <w:t>f 9243/12983/11445 9242/12984/11446 9241/12985/11446</w:t>
        <w:br/>
        <w:t>f 9244/12986/11447 9243/12983/11445 9241/12985/11446</w:t>
        <w:br/>
        <w:t>f 9248/12987/11448 9247/12988/11449 9246/12989/11450</w:t>
        <w:br/>
        <w:t>f 9245/12990/11448 9248/12987/11448 9246/12989/11450</w:t>
        <w:br/>
        <w:t>f 9252/12991/11451 9251/12992/11452 9250/12993/11452</w:t>
        <w:br/>
        <w:t>f 9249/12994/11453 9252/12991/11451 9250/12993/11452</w:t>
        <w:br/>
        <w:t>f 9238/12981/11444 9239/12980/11444 9254/12995/11454</w:t>
        <w:br/>
        <w:t>f 9253/12996/11454 9238/12981/11444 9254/12995/11454</w:t>
        <w:br/>
        <w:t>f 9244/12986/11447 9256/12997/11455 9255/12998/11456</w:t>
        <w:br/>
        <w:t>f 9243/12983/11445 9244/12986/11447 9255/12998/11456</w:t>
        <w:br/>
        <w:t>f 9232/12971/11437 9246/12989/11450 9247/12988/11449</w:t>
        <w:br/>
        <w:t>f 9231/12972/11437 9232/12971/11437 9247/12988/11449</w:t>
        <w:br/>
        <w:t>f 9236/12975/11440 9233/12978/11440 9250/12993/11452</w:t>
        <w:br/>
        <w:t>f 9251/12992/11452 9236/12975/11440 9250/12993/11452</w:t>
        <w:br/>
        <w:t>f 9245/12990/11448 9241/12985/11446 9242/12984/11446</w:t>
        <w:br/>
        <w:t>f 9248/12987/11448 9245/12990/11448 9242/12984/11446</w:t>
        <w:br/>
        <w:t>f 9249/12994/11453 9240/12979/11443 9237/12982/11443</w:t>
        <w:br/>
        <w:t>f 9252/12991/11451 9249/12994/11453 9237/12982/11443</w:t>
        <w:br/>
        <w:t>f 9235/12976/11441 9226/12967/11434 9225/12968/11435</w:t>
        <w:br/>
        <w:t>f 9234/12977/11442 9235/12976/11441 9225/12968/11435</w:t>
        <w:br/>
        <w:t>f 9229/12974/11439 9230/12973/11438 9227/12970/11436</w:t>
        <w:br/>
        <w:t>f 9228/12969/11436 9229/12974/11439 9227/12970/11436</w:t>
        <w:br/>
        <w:t>f 9260/12999/11457 9259/13000/11458 9258/13001/11458</w:t>
        <w:br/>
        <w:t>f 9257/13002/11459 9260/12999/11457 9258/13001/11458</w:t>
        <w:br/>
        <w:t>f 9264/13003/11460 9263/13004/11460 9262/13005/11461</w:t>
        <w:br/>
        <w:t>f 9261/13006/11462 9264/13003/11460 9262/13005/11461</w:t>
        <w:br/>
        <w:t>f 9266/13007/11463 9265/13008/11463 9258/13001/11458</w:t>
        <w:br/>
        <w:t>f 9259/13000/11458 9266/13007/11463 9258/13001/11458</w:t>
        <w:br/>
        <w:t>f 9268/13009/11464 9261/13006/11462 9262/13005/11461</w:t>
        <w:br/>
        <w:t>f 9267/13010/11465 9268/13009/11464 9262/13005/11461</w:t>
        <w:br/>
        <w:t>f 9253/12996/11454 9254/12995/11454 9265/13008/11463</w:t>
        <w:br/>
        <w:t>f 9266/13007/11463 9253/12996/11454 9265/13008/11463</w:t>
        <w:br/>
        <w:t>f 9256/12997/11455 9268/13009/11464 9267/13010/11465</w:t>
        <w:br/>
        <w:t>f 9255/12998/11456 9256/12997/11455 9267/13010/11465</w:t>
        <w:br/>
        <w:t>f 9270/13011/11466 9269/13012/11467 9221/12966/11433</w:t>
        <w:br/>
        <w:t>f 9222/12965/11432 9270/13011/11466 9221/12966/11433</w:t>
        <w:br/>
        <w:t>f 9272/13013/11468 9218/12961/11428 9219/12960/11427</w:t>
        <w:br/>
        <w:t>f 9271/13014/11469 9272/13013/11468 9219/12960/11427</w:t>
        <w:br/>
        <w:t>f 9274/13015/11470 9273/13016/11471 9270/13011/11466</w:t>
        <w:br/>
        <w:t>f 9222/12965/11432 9274/13015/11470 9270/13011/11466</w:t>
        <w:br/>
        <w:t>f 9225/12968/11435 9218/12961/11428 9272/13013/11468</w:t>
        <w:br/>
        <w:t>f 9273/13016/11471 9225/12968/11435 9272/13013/11468</w:t>
        <w:br/>
        <w:t>f 9278/13017/11472 9277/13018/11473 9276/13019/11474</w:t>
        <w:br/>
        <w:t>f 9275/13020/11475 9278/13017/11472 9276/13019/11474</w:t>
        <w:br/>
        <w:t>f 9275/13020/11475 9280/13021/11476 9279/13022/11477</w:t>
        <w:br/>
        <w:t>f 9278/13017/11472 9275/13020/11475 9279/13022/11477</w:t>
        <w:br/>
        <w:t>f 9284/13023/11478 9283/13024/11479 9282/13025/11480</w:t>
        <w:br/>
        <w:t>f 9281/13026/11481 9284/13023/11478 9282/13025/11480</w:t>
        <w:br/>
        <w:t>f 9284/13023/11478 9281/13026/11481 9286/13027/11482</w:t>
        <w:br/>
        <w:t>f 9285/13028/11483 9284/13023/11478 9286/13027/11482</w:t>
        <w:br/>
        <w:t>f 9289/13029/11484 9288/13030/11485 9287/13031/11486</w:t>
        <w:br/>
        <w:t>f 9290/13032/11487 9289/13029/11484 9287/13031/11486</w:t>
        <w:br/>
        <w:t>f 9291/13033/11488 9287/13031/11486 9288/13030/11485</w:t>
        <w:br/>
        <w:t>f 9292/13034/11489 9291/13033/11488 9288/13030/11485</w:t>
        <w:br/>
        <w:t>f 9281/13026/11481 9243/12983/11490 9294/13035/11491</w:t>
        <w:br/>
        <w:t>f 9293/13036/11492 9281/13026/11481 9294/13035/11491</w:t>
        <w:br/>
        <w:t>f 9295/13037/11493 9286/13027/11482 9281/13026/11481</w:t>
        <w:br/>
        <w:t>f 9293/13036/11492 9295/13037/11493 9281/13026/11481</w:t>
        <w:br/>
        <w:t>f 9288/13030/11485 9289/13029/11484 9277/13018/11473</w:t>
        <w:br/>
        <w:t>f 9278/13017/11472 9288/13030/11485 9277/13018/11473</w:t>
        <w:br/>
        <w:t>f 9278/13017/11472 9279/13022/11477 9292/13034/11489</w:t>
        <w:br/>
        <w:t>f 9288/13030/11485 9278/13017/11472 9292/13034/11489</w:t>
        <w:br/>
        <w:t>f 9287/13031/11486 9284/13023/11478 9285/13028/11483</w:t>
        <w:br/>
        <w:t>f 9290/13032/11487 9287/13031/11486 9285/13028/11483</w:t>
        <w:br/>
        <w:t>f 9291/13033/11488 9283/13024/11479 9284/13023/11478</w:t>
        <w:br/>
        <w:t>f 9287/13031/11486 9291/13033/11488 9284/13023/11478</w:t>
        <w:br/>
        <w:t>f 9275/13020/11475 9273/13016/11471 9274/13015/11470</w:t>
        <w:br/>
        <w:t>f 9280/13021/11476 9275/13020/11475 9274/13015/11470</w:t>
        <w:br/>
        <w:t>f 9275/13020/11475 9276/13019/11474 9225/12968/11435</w:t>
        <w:br/>
        <w:t>f 9273/13016/11471 9275/13020/11475 9225/12968/11435</w:t>
        <w:br/>
        <w:t>f 9299/13038/11494 9298/13039/11495 9297/13040/11496</w:t>
        <w:br/>
        <w:t>f 9296/13041/11497 9299/13038/11494 9297/13040/11496</w:t>
        <w:br/>
        <w:t>f 9299/13038/11494 9296/13041/11497 9301/13042/11498</w:t>
        <w:br/>
        <w:t>f 9300/13043/11499 9299/13038/11494 9301/13042/11498</w:t>
        <w:br/>
        <w:t>f 9303/13044/11500 9302/13045/11501 9298/13039/11495</w:t>
        <w:br/>
        <w:t>f 9299/13038/11494 9303/13044/11500 9298/13039/11495</w:t>
        <w:br/>
        <w:t>f 9303/13044/11500 9299/13038/11494 9300/13043/11499</w:t>
        <w:br/>
        <w:t>f 9304/13046/11502 9303/13044/11500 9300/13043/11499</w:t>
        <w:br/>
        <w:t>f 9293/13036/11492 9255/12998/11503 9302/13045/11501</w:t>
        <w:br/>
        <w:t>f 9303/13044/11500 9293/13036/11492 9302/13045/11501</w:t>
        <w:br/>
        <w:t>f 9293/13036/11492 9303/13044/11500 9304/13046/11502</w:t>
        <w:br/>
        <w:t>f 9295/13037/11493 9293/13036/11492 9304/13046/11502</w:t>
        <w:br/>
        <w:t>f 9308/13047/11504 9307/13048/11505 9306/13049/11506</w:t>
        <w:br/>
        <w:t>f 9305/13050/11504 9308/13047/11504 9306/13049/11506</w:t>
        <w:br/>
        <w:t>f 9310/13051/11507 9308/13047/11504 9305/13050/11504</w:t>
        <w:br/>
        <w:t>f 9309/13052/11508 9310/13051/11507 9305/13050/11504</w:t>
        <w:br/>
        <w:t>f 9313/13053/11509 9312/13054/11510 9311/13055/11511</w:t>
        <w:br/>
        <w:t>f 9314/13056/11512 9313/13053/11509 9311/13055/11511</w:t>
        <w:br/>
        <w:t>f 9318/13057/11513 9317/13058/11513 9316/13059/11514</w:t>
        <w:br/>
        <w:t>f 9315/13060/11514 9318/13057/11513 9316/13059/11514</w:t>
        <w:br/>
        <w:t>f 9321/13061/11515 9320/13062/11516 9319/13063/11517</w:t>
        <w:br/>
        <w:t>f 9322/13064/11517 9321/13061/11515 9319/13063/11517</w:t>
        <w:br/>
        <w:t>f 9324/13065/11518 9315/13060/11514 9316/13059/11514</w:t>
        <w:br/>
        <w:t>f 9323/13066/11519 9324/13065/11518 9316/13059/11514</w:t>
        <w:br/>
        <w:t>f 9319/13063/11517 9311/13055/11511 9312/13054/11510</w:t>
        <w:br/>
        <w:t>f 9322/13064/11517 9319/13063/11517 9312/13054/11510</w:t>
        <w:br/>
        <w:t>f 9317/13058/11513 9318/13057/11513 9320/13062/11516</w:t>
        <w:br/>
        <w:t>f 9321/13061/11515 9317/13058/11513 9320/13062/11516</w:t>
        <w:br/>
        <w:t>f 9314/13056/11512 9310/13051/11507 9309/13052/11508</w:t>
        <w:br/>
        <w:t>f 9313/13053/11509 9314/13056/11512 9309/13052/11508</w:t>
        <w:br/>
        <w:t>f 9327/13067/11520 9326/13068/11521 9325/13069/11522</w:t>
        <w:br/>
        <w:t>f 9328/13070/11523 9327/13067/11520 9325/13069/11522</w:t>
        <w:br/>
        <w:t>f 9327/13067/11520 9330/13071/11524 9329/13072/11524</w:t>
        <w:br/>
        <w:t>f 9326/13068/11521 9327/13067/11520 9329/13072/11524</w:t>
        <w:br/>
        <w:t>f 9330/13071/11524 9324/13065/11518 9323/13066/11519</w:t>
        <w:br/>
        <w:t>f 9329/13072/11524 9330/13071/11524 9323/13066/11519</w:t>
        <w:br/>
        <w:t>f 9334/13073/11525 9333/13074/11526 9332/13075/11527</w:t>
        <w:br/>
        <w:t>f 9331/13076/11528 9334/13073/11525 9332/13075/11527</w:t>
        <w:br/>
        <w:t>f 9338/13077/11529 9337/13078/11530 9336/13079/11531</w:t>
        <w:br/>
        <w:t>f 9335/13080/11532 9338/13077/11529 9336/13079/11531</w:t>
        <w:br/>
        <w:t>f 9340/13081/11533 9331/13076/11528 9332/13075/11527</w:t>
        <w:br/>
        <w:t>f 9339/13082/11534 9340/13081/11533 9332/13075/11527</w:t>
        <w:br/>
        <w:t>f 9342/13083/11535 9341/13084/11536 9336/13079/11531</w:t>
        <w:br/>
        <w:t>f 9337/13078/11530 9342/13083/11535 9336/13079/11531</w:t>
        <w:br/>
        <w:t>f 9346/13085/11537 9345/13086/11538 9344/13087/11539</w:t>
        <w:br/>
        <w:t>f 9343/13088/11540 9346/13085/11537 9344/13087/11539</w:t>
        <w:br/>
        <w:t>f 9350/13089/11541 9349/13090/11542 9348/13091/11542</w:t>
        <w:br/>
        <w:t>f 9347/13092/11541 9350/13089/11541 9348/13091/11542</w:t>
        <w:br/>
        <w:t>f 9354/13093/11543 9353/13094/11544 9352/13095/11545</w:t>
        <w:br/>
        <w:t>f 9351/13096/11546 9354/13093/11543 9352/13095/11545</w:t>
        <w:br/>
        <w:t>f 9358/13097/11547 9357/13098/11548 9356/13099/11549</w:t>
        <w:br/>
        <w:t>f 9355/13100/11549 9358/13097/11547 9356/13099/11549</w:t>
        <w:br/>
        <w:t>f 9362/13101/11550 9361/13102/11551 9360/13103/11552</w:t>
        <w:br/>
        <w:t>f 9359/13104/11552 9362/13101/11550 9360/13103/11552</w:t>
        <w:br/>
        <w:t>f 9366/13105/11553 9365/13106/11554 9364/13107/11555</w:t>
        <w:br/>
        <w:t>f 9363/13108/11553 9366/13105/11553 9364/13107/11555</w:t>
        <w:br/>
        <w:t>f 9352/13095/11545 9353/13094/11544 9368/13109/11556</w:t>
        <w:br/>
        <w:t>f 9367/13110/11557 9352/13095/11545 9368/13109/11556</w:t>
        <w:br/>
        <w:t>f 9358/13097/11547 9370/13111/11558 9369/13112/11559</w:t>
        <w:br/>
        <w:t>f 9357/13098/11548 9358/13097/11547 9369/13112/11559</w:t>
        <w:br/>
        <w:t>f 9359/13104/11552 9360/13103/11552 9345/13086/11538</w:t>
        <w:br/>
        <w:t>f 9346/13085/11537 9359/13104/11552 9345/13086/11538</w:t>
        <w:br/>
        <w:t>f 9347/13092/11541 9364/13107/11555 9365/13106/11554</w:t>
        <w:br/>
        <w:t>f 9350/13089/11541 9347/13092/11541 9365/13106/11554</w:t>
        <w:br/>
        <w:t>f 9355/13100/11549 9356/13099/11549 9361/13102/11551</w:t>
        <w:br/>
        <w:t>f 9362/13101/11550 9355/13100/11549 9361/13102/11551</w:t>
        <w:br/>
        <w:t>f 9363/13108/11553 9354/13093/11543 9351/13096/11546</w:t>
        <w:br/>
        <w:t>f 9366/13105/11553 9363/13108/11553 9351/13096/11546</w:t>
        <w:br/>
        <w:t>f 9349/13090/11542 9340/13081/11533 9339/13082/11534</w:t>
        <w:br/>
        <w:t>f 9348/13091/11542 9349/13090/11542 9339/13082/11534</w:t>
        <w:br/>
        <w:t>f 9343/13088/11540 9344/13087/11539 9341/13084/11536</w:t>
        <w:br/>
        <w:t>f 9342/13083/11535 9343/13088/11540 9341/13084/11536</w:t>
        <w:br/>
        <w:t>f 9374/13113/11560 9373/13114/11561 9372/13115/11561</w:t>
        <w:br/>
        <w:t>f 9371/13116/11560 9374/13113/11560 9372/13115/11561</w:t>
        <w:br/>
        <w:t>f 9378/13117/11562 9377/13118/11563 9376/13119/11564</w:t>
        <w:br/>
        <w:t>f 9375/13120/11564 9378/13117/11562 9376/13119/11564</w:t>
        <w:br/>
        <w:t>f 9380/13121/11565 9379/13122/11565 9372/13115/11561</w:t>
        <w:br/>
        <w:t>f 9373/13114/11561 9380/13121/11565 9372/13115/11561</w:t>
        <w:br/>
        <w:t>f 9382/13123/11566 9375/13120/11564 9376/13119/11564</w:t>
        <w:br/>
        <w:t>f 9381/13124/11566 9382/13123/11566 9376/13119/11564</w:t>
        <w:br/>
        <w:t>f 9367/13110/11557 9368/13109/11556 9379/13122/11565</w:t>
        <w:br/>
        <w:t>f 9380/13121/11565 9367/13110/11557 9379/13122/11565</w:t>
        <w:br/>
        <w:t>f 9370/13111/11558 9382/13123/11566 9381/13124/11566</w:t>
        <w:br/>
        <w:t>f 9369/13112/11559 9370/13111/11558 9381/13124/11566</w:t>
        <w:br/>
        <w:t>f 9384/13125/11567 9383/13126/11568 9335/13080/11532</w:t>
        <w:br/>
        <w:t>f 9336/13079/11531 9384/13125/11567 9335/13080/11532</w:t>
        <w:br/>
        <w:t>f 9386/13127/11569 9332/13075/11527 9333/13074/11526</w:t>
        <w:br/>
        <w:t>f 9385/13128/11570 9386/13127/11569 9333/13074/11526</w:t>
        <w:br/>
        <w:t>f 9384/13125/11567 9336/13079/11531 9341/13084/11536</w:t>
        <w:br/>
        <w:t>f 9387/13129/11571 9384/13125/11567 9341/13084/11536</w:t>
        <w:br/>
        <w:t>f 9386/13127/11569 9388/13130/11572 9339/13082/11534</w:t>
        <w:br/>
        <w:t>f 9332/13075/11527 9386/13127/11569 9339/13082/11534</w:t>
        <w:br/>
        <w:t>f 9392/13131/11573 9391/13132/11574 9390/13133/11575</w:t>
        <w:br/>
        <w:t>f 9389/13134/11576 9392/13131/11573 9390/13133/11575</w:t>
        <w:br/>
        <w:t>f 9392/13131/11573 9389/13134/11576 9394/13135/11577</w:t>
        <w:br/>
        <w:t>f 9393/13136/11578 9392/13131/11573 9394/13135/11577</w:t>
        <w:br/>
        <w:t>f 9398/13137/11579 9397/13138/11580 9396/13139/11581</w:t>
        <w:br/>
        <w:t>f 9395/13140/11582 9398/13137/11579 9396/13139/11581</w:t>
        <w:br/>
        <w:t>f 9398/13137/11579 9395/13140/11582 9400/13141/11583</w:t>
        <w:br/>
        <w:t>f 9399/13142/11584 9398/13137/11579 9400/13141/11583</w:t>
        <w:br/>
        <w:t>f 9404/13143/11585 9403/13144/11586 9402/13145/11587</w:t>
        <w:br/>
        <w:t>f 9401/13146/11588 9404/13143/11585 9402/13145/11587</w:t>
        <w:br/>
        <w:t>f 9404/13143/11585 9406/13147/11589 9405/13148/11590</w:t>
        <w:br/>
        <w:t>f 9403/13144/11586 9404/13143/11585 9405/13148/11590</w:t>
        <w:br/>
        <w:t>f 9408/13149/11591 9395/13140/11582 9396/13139/11581</w:t>
        <w:br/>
        <w:t>f 9407/13150/11592 9408/13149/11591 9396/13139/11581</w:t>
        <w:br/>
        <w:t>f 9408/13149/11591 9409/13151/11593 9353/13094/11594</w:t>
        <w:br/>
        <w:t>f 9395/13140/11582 9408/13149/11591 9353/13094/11594</w:t>
        <w:br/>
        <w:t>f 9404/13143/11585 9401/13146/11588 9391/13132/11574</w:t>
        <w:br/>
        <w:t>f 9392/13131/11573 9404/13143/11585 9391/13132/11574</w:t>
        <w:br/>
        <w:t>f 9406/13147/11589 9404/13143/11585 9392/13131/11573</w:t>
        <w:br/>
        <w:t>f 9393/13136/11578 9406/13147/11589 9392/13131/11573</w:t>
        <w:br/>
        <w:t>f 9403/13144/11586 9398/13137/11579 9399/13142/11584</w:t>
        <w:br/>
        <w:t>f 9402/13145/11587 9403/13144/11586 9399/13142/11584</w:t>
        <w:br/>
        <w:t>f 9405/13148/11590 9397/13138/11580 9398/13137/11579</w:t>
        <w:br/>
        <w:t>f 9403/13144/11586 9405/13148/11590 9398/13137/11579</w:t>
        <w:br/>
        <w:t>f 9389/13134/11576 9387/13129/11571 9341/13084/11536</w:t>
        <w:br/>
        <w:t>f 9394/13135/11577 9389/13134/11576 9341/13084/11536</w:t>
        <w:br/>
        <w:t>f 9389/13134/11576 9390/13133/11575 9339/13082/11595</w:t>
        <w:br/>
        <w:t>f 9387/13129/11571 9389/13134/11576 9339/13082/11595</w:t>
        <w:br/>
        <w:t>f 9413/13152/11596 9412/13153/11597 9411/13154/11598</w:t>
        <w:br/>
        <w:t>f 9410/13155/11599 9413/13152/11596 9411/13154/11598</w:t>
        <w:br/>
        <w:t>f 9413/13152/11596 9410/13155/11599 9415/13156/11600</w:t>
        <w:br/>
        <w:t>f 9414/13157/11601 9413/13152/11596 9415/13156/11600</w:t>
        <w:br/>
        <w:t>f 9418/13158/11602 9417/13159/11603 9412/13153/11604</w:t>
        <w:br/>
        <w:t>f 9416/13160/11605 9418/13158/11602 9412/13153/11604</w:t>
        <w:br/>
        <w:t>f 9418/13158/11602 9416/13160/11605 9414/13157/11601</w:t>
        <w:br/>
        <w:t>f 9419/13161/11606 9418/13158/11602 9414/13157/11601</w:t>
        <w:br/>
        <w:t>f 9408/13149/11591 9407/13150/11592 9417/13159/11603</w:t>
        <w:br/>
        <w:t>f 9418/13158/11602 9408/13149/11591 9417/13159/11603</w:t>
        <w:br/>
        <w:t>f 9408/13149/11591 9418/13158/11602 9419/13161/11606</w:t>
        <w:br/>
        <w:t>f 9368/13109/11556 9408/13149/11591 9419/13161/11606</w:t>
        <w:br/>
        <w:t>f 9537/13162/11607 9536/13163/11607 9535/13164/11608</w:t>
        <w:br/>
        <w:t>f 9538/13165/11608 9537/13162/11607 9535/13164/11608</w:t>
        <w:br/>
        <w:t>f 9538/13165/11608 9535/13164/11608 9539/13166/11609</w:t>
        <w:br/>
        <w:t>f 9540/13167/11609 9538/13165/11608 9539/13166/11609</w:t>
        <w:br/>
        <w:t>f 9544/13168/11610 9543/13169/11610 9542/13170/11611</w:t>
        <w:br/>
        <w:t>f 9541/13171/11611 9544/13168/11610 9542/13170/11611</w:t>
        <w:br/>
        <w:t>f 9548/13172/11612 9547/13173/11612 9546/13174/11613</w:t>
        <w:br/>
        <w:t>f 9545/13175/11613 9548/13172/11612 9546/13174/11613</w:t>
        <w:br/>
        <w:t>f 9551/13176/11614 9550/13177/11614 9549/13178/11615</w:t>
        <w:br/>
        <w:t>f 9552/13179/11615 9551/13176/11614 9549/13178/11615</w:t>
        <w:br/>
        <w:t>f 9554/13180/11616 9545/13175/11613 9546/13174/11613</w:t>
        <w:br/>
        <w:t>f 9553/13181/11616 9554/13180/11616 9546/13174/11613</w:t>
        <w:br/>
        <w:t>f 9541/13171/11611 9542/13170/11611 9552/13179/11615</w:t>
        <w:br/>
        <w:t>f 9549/13178/11615 9541/13171/11611 9552/13179/11615</w:t>
        <w:br/>
        <w:t>f 9548/13172/11612 9550/13177/11614 9551/13176/11614</w:t>
        <w:br/>
        <w:t>f 9547/13173/11612 9548/13172/11612 9551/13176/11614</w:t>
        <w:br/>
        <w:t>f 9540/13167/11609 9539/13166/11609 9543/13169/11610</w:t>
        <w:br/>
        <w:t>f 9544/13168/11610 9540/13167/11609 9543/13169/11610</w:t>
        <w:br/>
        <w:t>f 9558/13182/11617 9557/13183/11618 9556/13184/11618</w:t>
        <w:br/>
        <w:t>f 9555/13185/11619 9558/13182/11617 9556/13184/11618</w:t>
        <w:br/>
        <w:t>f 9557/13183/11618 9560/13186/11620 9559/13187/11620</w:t>
        <w:br/>
        <w:t>f 9556/13184/11618 9557/13183/11618 9559/13187/11620</w:t>
        <w:br/>
        <w:t>f 9560/13186/11620 9554/13180/11616 9553/13181/11616</w:t>
        <w:br/>
        <w:t>f 9559/13187/11620 9560/13186/11620 9553/13181/11616</w:t>
        <w:br/>
        <w:t>f 9564/13188/11621 9563/13189/11622 9562/13190/11623</w:t>
        <w:br/>
        <w:t>f 9561/13191/11624 9564/13188/11621 9562/13190/11623</w:t>
        <w:br/>
        <w:t>f 9568/13192/11625 9567/13193/11626 9566/13194/11627</w:t>
        <w:br/>
        <w:t>f 9565/13195/11628 9568/13192/11625 9566/13194/11627</w:t>
        <w:br/>
        <w:t>f 9570/13196/11629 9561/13191/11624 9562/13190/11623</w:t>
        <w:br/>
        <w:t>f 9569/13197/11629 9570/13196/11629 9562/13190/11623</w:t>
        <w:br/>
        <w:t>f 9572/13198/11630 9571/13199/11630 9566/13194/11627</w:t>
        <w:br/>
        <w:t>f 9567/13193/11626 9572/13198/11630 9566/13194/11627</w:t>
        <w:br/>
        <w:t>f 9576/13200/11631 9575/13201/11631 9574/13202/11632</w:t>
        <w:br/>
        <w:t>f 9573/13203/11632 9576/13200/11631 9574/13202/11632</w:t>
        <w:br/>
        <w:t>f 9580/13204/11633 9579/13205/11634 9578/13206/11635</w:t>
        <w:br/>
        <w:t>f 9577/13207/11633 9580/13204/11633 9578/13206/11635</w:t>
        <w:br/>
        <w:t>f 9583/13208/11636 9582/13209/11637 9581/13210/11638</w:t>
        <w:br/>
        <w:t>f 9584/13211/11638 9583/13208/11636 9581/13210/11638</w:t>
        <w:br/>
        <w:t>f 9588/13212/11639 9587/13213/11640 9586/13214/11641</w:t>
        <w:br/>
        <w:t>f 9585/13215/11642 9588/13212/11639 9586/13214/11641</w:t>
        <w:br/>
        <w:t>f 9592/13216/11643 9591/13217/11644 9590/13218/11644</w:t>
        <w:br/>
        <w:t>f 9589/13219/11645 9592/13216/11643 9590/13218/11644</w:t>
        <w:br/>
        <w:t>f 9596/13220/11646 9595/13221/11647 9594/13222/11648</w:t>
        <w:br/>
        <w:t>f 9593/13223/11648 9596/13220/11646 9594/13222/11648</w:t>
        <w:br/>
        <w:t>f 9582/13209/11637 9583/13208/11636 9598/13224/11649</w:t>
        <w:br/>
        <w:t>f 9597/13225/11649 9582/13209/11637 9598/13224/11649</w:t>
        <w:br/>
        <w:t>f 9588/13212/11639 9600/13226/11650 9599/13227/11650</w:t>
        <w:br/>
        <w:t>f 9587/13213/11640 9588/13212/11639 9599/13227/11650</w:t>
        <w:br/>
        <w:t>f 9590/13218/11644 9591/13217/11644 9575/13201/11631</w:t>
        <w:br/>
        <w:t>f 9576/13200/11631 9590/13218/11644 9575/13201/11631</w:t>
        <w:br/>
        <w:t>f 9580/13204/11633 9577/13207/11633 9595/13221/11647</w:t>
        <w:br/>
        <w:t>f 9596/13220/11646 9580/13204/11633 9595/13221/11647</w:t>
        <w:br/>
        <w:t>f 9589/13219/11645 9585/13215/11642 9586/13214/11641</w:t>
        <w:br/>
        <w:t>f 9592/13216/11643 9589/13219/11645 9586/13214/11641</w:t>
        <w:br/>
        <w:t>f 9593/13223/11648 9594/13222/11648 9584/13211/11638</w:t>
        <w:br/>
        <w:t>f 9581/13210/11638 9593/13223/11648 9584/13211/11638</w:t>
        <w:br/>
        <w:t>f 9579/13205/11634 9570/13196/11629 9569/13197/11629</w:t>
        <w:br/>
        <w:t>f 9578/13206/11635 9579/13205/11634 9569/13197/11629</w:t>
        <w:br/>
        <w:t>f 9573/13203/11632 9574/13202/11632 9571/13199/11630</w:t>
        <w:br/>
        <w:t>f 9572/13198/11630 9573/13203/11632 9571/13199/11630</w:t>
        <w:br/>
        <w:t>f 9604/13228/11651 9603/13229/11652 9602/13230/11652</w:t>
        <w:br/>
        <w:t>f 9601/13231/11653 9604/13228/11651 9602/13230/11652</w:t>
        <w:br/>
        <w:t>f 9608/13232/11654 9607/13233/11655 9606/13234/11656</w:t>
        <w:br/>
        <w:t>f 9605/13235/11657 9608/13232/11654 9606/13234/11656</w:t>
        <w:br/>
        <w:t>f 9610/13236/11658 9609/13237/11658 9602/13230/11652</w:t>
        <w:br/>
        <w:t>f 9603/13229/11652 9610/13236/11658 9602/13230/11652</w:t>
        <w:br/>
        <w:t>f 9612/13238/11659 9605/13235/11657 9606/13234/11656</w:t>
        <w:br/>
        <w:t>f 9611/13239/11659 9612/13238/11659 9606/13234/11656</w:t>
        <w:br/>
        <w:t>f 9597/13225/11649 9598/13224/11649 9609/13237/11658</w:t>
        <w:br/>
        <w:t>f 9610/13236/11658 9597/13225/11649 9609/13237/11658</w:t>
        <w:br/>
        <w:t>f 9600/13226/11650 9612/13238/11659 9611/13239/11659</w:t>
        <w:br/>
        <w:t>f 9599/13227/11650 9600/13226/11650 9611/13239/11659</w:t>
        <w:br/>
        <w:t>f 9614/13240/11660 9613/13241/11661 9565/13195/11628</w:t>
        <w:br/>
        <w:t>f 9566/13194/11627 9614/13240/11660 9565/13195/11628</w:t>
        <w:br/>
        <w:t>f 9616/13242/11662 9562/13190/11623 9563/13189/11622</w:t>
        <w:br/>
        <w:t>f 9615/13243/11663 9616/13242/11662 9563/13189/11622</w:t>
        <w:br/>
        <w:t>f 9618/13244/11664 9617/13245/11665 9614/13240/11660</w:t>
        <w:br/>
        <w:t>f 9566/13194/11627 9618/13244/11664 9614/13240/11660</w:t>
        <w:br/>
        <w:t>f 9619/13246/11666 9562/13190/11623 9616/13242/11662</w:t>
        <w:br/>
        <w:t>f 9617/13245/11665 9619/13246/11666 9616/13242/11662</w:t>
        <w:br/>
        <w:t>f 9623/13247/11667 9622/13248/11668 9621/13249/11669</w:t>
        <w:br/>
        <w:t>f 9620/13250/11670 9623/13247/11667 9621/13249/11669</w:t>
        <w:br/>
        <w:t>f 9623/13247/11667 9620/13250/11670 9625/13251/11671</w:t>
        <w:br/>
        <w:t>f 9624/13252/11672 9623/13247/11667 9625/13251/11671</w:t>
        <w:br/>
        <w:t>f 9629/13253/11673 9628/13254/11674 9627/13255/11675</w:t>
        <w:br/>
        <w:t>f 9626/13256/11676 9629/13253/11673 9627/13255/11675</w:t>
        <w:br/>
        <w:t>f 9629/13253/11673 9626/13256/11676 9631/13257/11677</w:t>
        <w:br/>
        <w:t>f 9630/13258/11678 9629/13253/11673 9631/13257/11677</w:t>
        <w:br/>
        <w:t>f 9635/13259/11679 9634/13260/11680 9633/13261/11681</w:t>
        <w:br/>
        <w:t>f 9632/13262/11682 9635/13259/11679 9633/13261/11681</w:t>
        <w:br/>
        <w:t>f 9637/13263/11683 9636/13264/11684 9634/13260/11680</w:t>
        <w:br/>
        <w:t>f 9635/13259/11679 9637/13263/11683 9634/13260/11680</w:t>
        <w:br/>
        <w:t>f 9626/13256/11676 9587/13213/11685 9639/13265/11686</w:t>
        <w:br/>
        <w:t>f 9638/13266/11687 9626/13256/11676 9639/13265/11686</w:t>
        <w:br/>
        <w:t>f 9640/13267/11688 9583/13208/11689 9626/13256/11676</w:t>
        <w:br/>
        <w:t>f 9638/13266/11687 9640/13267/11688 9626/13256/11676</w:t>
        <w:br/>
        <w:t>f 9635/13259/11679 9632/13262/11682 9622/13248/11668</w:t>
        <w:br/>
        <w:t>f 9623/13247/11667 9635/13259/11679 9622/13248/11668</w:t>
        <w:br/>
        <w:t>f 9635/13259/11679 9623/13247/11667 9624/13252/11672</w:t>
        <w:br/>
        <w:t>f 9637/13263/11683 9635/13259/11679 9624/13252/11672</w:t>
        <w:br/>
        <w:t>f 9634/13260/11680 9629/13253/11673 9630/13258/11678</w:t>
        <w:br/>
        <w:t>f 9633/13261/11681 9634/13260/11680 9630/13258/11678</w:t>
        <w:br/>
        <w:t>f 9634/13260/11680 9636/13264/11684 9628/13254/11674</w:t>
        <w:br/>
        <w:t>f 9629/13253/11673 9634/13260/11680 9628/13254/11674</w:t>
        <w:br/>
        <w:t>f 9620/13250/11670 9617/13245/11665 9618/13244/11664</w:t>
        <w:br/>
        <w:t>f 9625/13251/11671 9620/13250/11670 9618/13244/11664</w:t>
        <w:br/>
        <w:t>f 9620/13250/11670 9621/13249/11669 9619/13246/11666</w:t>
        <w:br/>
        <w:t>f 9617/13245/11665 9620/13250/11670 9619/13246/11666</w:t>
        <w:br/>
        <w:t>f 9644/13268/11690 9643/13269/11691 9642/13270/11692</w:t>
        <w:br/>
        <w:t>f 9641/13271/11693 9644/13268/11690 9642/13270/11692</w:t>
        <w:br/>
        <w:t>f 9644/13268/11690 9641/13271/11693 9646/13272/11694</w:t>
        <w:br/>
        <w:t>f 9645/13273/11695 9644/13268/11690 9646/13272/11694</w:t>
        <w:br/>
        <w:t>f 9648/13274/11696 9647/13275/11697 9643/13269/11691</w:t>
        <w:br/>
        <w:t>f 9644/13268/11690 9648/13274/11696 9643/13269/11691</w:t>
        <w:br/>
        <w:t>f 9648/13274/11696 9644/13268/11690 9645/13273/11695</w:t>
        <w:br/>
        <w:t>f 9649/13276/11698 9648/13274/11696 9645/13273/11695</w:t>
        <w:br/>
        <w:t>f 9638/13266/11687 9639/13265/11686 9647/13275/11697</w:t>
        <w:br/>
        <w:t>f 9648/13274/11696 9638/13266/11687 9647/13275/11697</w:t>
        <w:br/>
        <w:t>f 9638/13266/11687 9648/13274/11696 9649/13276/11698</w:t>
        <w:br/>
        <w:t>f 9640/13267/11688 9638/13266/11687 9649/13276/11698</w:t>
        <w:br/>
        <w:t>f 9653/13277/11699 9652/13278/11700 9651/13279/11700</w:t>
        <w:br/>
        <w:t>f 9650/13280/11701 9653/13277/11699 9651/13279/11700</w:t>
        <w:br/>
        <w:t>f 9655/13281/11702 9653/13277/11699 9650/13280/11701</w:t>
        <w:br/>
        <w:t>f 9654/13282/11702 9655/13281/11702 9650/13280/11701</w:t>
        <w:br/>
        <w:t>f 9655/13281/11702 9654/13282/11702 9656/13283/11703</w:t>
        <w:br/>
        <w:t>f 9657/13284/11703 9655/13281/11702 9656/13283/11703</w:t>
        <w:br/>
        <w:t>f 9656/13283/11703 9659/13285/11704 9658/13286/11704</w:t>
        <w:br/>
        <w:t>f 9657/13284/11703 9656/13283/11703 9658/13286/11704</w:t>
        <w:br/>
        <w:t>f 9659/13285/11704 9661/13287/11705 9660/13288/11706</w:t>
        <w:br/>
        <w:t>f 9658/13286/11704 9659/13285/11704 9660/13288/11706</w:t>
        <w:br/>
        <w:t>f 9660/13288/11706 9661/13287/11705 9662/13289/11707</w:t>
        <w:br/>
        <w:t>f 9663/13290/11707 9660/13288/11706 9662/13289/11707</w:t>
        <w:br/>
        <w:t>f 9662/13289/11707 9665/13291/11708 9664/13292/11709</w:t>
        <w:br/>
        <w:t>f 9663/13290/11707 9662/13289/11707 9664/13292/11709</w:t>
        <w:br/>
        <w:t>f 9665/13291/11708 9667/13293/11710 9666/13294/11711</w:t>
        <w:br/>
        <w:t>f 9664/13292/11709 9665/13291/11708 9666/13294/11711</w:t>
        <w:br/>
        <w:t>f 9667/13293/11710 9669/13295/11712 9668/13296/11713</w:t>
        <w:br/>
        <w:t>f 9666/13294/11711 9667/13293/11710 9668/13296/11713</w:t>
        <w:br/>
        <w:t>f 9668/13296/11713 9669/13295/11712 9671/13297/11714</w:t>
        <w:br/>
        <w:t>f 9670/13298/11715 9668/13296/11713 9671/13297/11714</w:t>
        <w:br/>
        <w:t>f 9670/13298/11715 9671/13297/11714 9673/13299/11716</w:t>
        <w:br/>
        <w:t>f 9672/13300/11716 9670/13298/11715 9673/13299/11716</w:t>
        <w:br/>
        <w:t>f 9672/13300/11716 9673/13299/11716 9675/13301/11717</w:t>
        <w:br/>
        <w:t>f 9674/13302/11717 9672/13300/11716 9675/13301/11717</w:t>
        <w:br/>
        <w:t>f 9674/13302/11717 9675/13301/11717 9677/13303/11718</w:t>
        <w:br/>
        <w:t>f 9676/13304/11718 9674/13302/11717 9677/13303/11718</w:t>
        <w:br/>
        <w:t>f 9676/13304/11718 9677/13303/11718 9679/13305/11719</w:t>
        <w:br/>
        <w:t>f 9678/13306/11720 9676/13304/11718 9679/13305/11719</w:t>
        <w:br/>
        <w:t>f 9678/13306/11720 9679/13305/11719 9681/13307/11721</w:t>
        <w:br/>
        <w:t>f 9680/13308/11721 9678/13306/11720 9681/13307/11721</w:t>
        <w:br/>
        <w:t>f 9681/13307/11721 9683/13309/11722 9682/13310/11722</w:t>
        <w:br/>
        <w:t>f 9680/13308/11721 9681/13307/11721 9682/13310/11722</w:t>
        <w:br/>
        <w:t>f 9685/13311/11723 9682/13310/11722 9683/13309/11722</w:t>
        <w:br/>
        <w:t>f 9684/13312/11723 9685/13311/11723 9683/13309/11722</w:t>
        <w:br/>
        <w:t>f 9684/13312/11723 9687/13313/11724 9686/13314/11724</w:t>
        <w:br/>
        <w:t>f 9685/13311/11723 9684/13312/11723 9686/13314/11724</w:t>
        <w:br/>
        <w:t>f 9689/13315/11725 9688/13316/11725 9686/13314/11724</w:t>
        <w:br/>
        <w:t>f 9687/13313/11724 9689/13315/11725 9686/13314/11724</w:t>
        <w:br/>
        <w:t>f 9693/13317/11726 9692/13318/11727 9691/13319/11727</w:t>
        <w:br/>
        <w:t>f 9690/13320/11728 9693/13317/11726 9691/13319/11727</w:t>
        <w:br/>
        <w:t>f 9692/13318/11727 9695/13321/11729 9694/13322/11730</w:t>
        <w:br/>
        <w:t>f 9691/13319/11727 9692/13318/11727 9694/13322/11730</w:t>
        <w:br/>
        <w:t>f 9697/13323/11731 9694/13322/11730 9695/13321/11729</w:t>
        <w:br/>
        <w:t>f 9696/13324/11731 9697/13323/11731 9695/13321/11729</w:t>
        <w:br/>
        <w:t>f 9699/13325/11732 9697/13323/11731 9696/13324/11731</w:t>
        <w:br/>
        <w:t>f 9698/13326/11733 9699/13325/11732 9696/13324/11731</w:t>
        <w:br/>
        <w:t>f 9652/13278/11700 9699/13325/11732 9698/13326/11733</w:t>
        <w:br/>
        <w:t>f 9651/13279/11700 9652/13278/11700 9698/13326/11733</w:t>
        <w:br/>
        <w:t>f 9703/13327/11734 9702/13328/11734 9701/13329/11735</w:t>
        <w:br/>
        <w:t>f 9700/13330/11735 9703/13327/11734 9701/13329/11735</w:t>
        <w:br/>
        <w:t>f 9703/13327/11734 9705/13331/11736 9704/13332/11736</w:t>
        <w:br/>
        <w:t>f 9702/13328/11734 9703/13327/11734 9704/13332/11736</w:t>
        <w:br/>
        <w:t>f 9704/13332/11736 9705/13331/11736 9707/13333/11737</w:t>
        <w:br/>
        <w:t>f 9706/13334/11737 9704/13332/11736 9707/13333/11737</w:t>
        <w:br/>
        <w:t>f 9706/13334/11737 9707/13333/11737 9709/13335/11738</w:t>
        <w:br/>
        <w:t>f 9708/13336/11738 9706/13334/11737 9709/13335/11738</w:t>
        <w:br/>
        <w:t>f 9709/13335/11738 9711/13337/11739 9710/13338/11740</w:t>
        <w:br/>
        <w:t>f 9708/13336/11738 9709/13335/11738 9710/13338/11740</w:t>
        <w:br/>
        <w:t>f 9710/13338/11740 9711/13337/11739 9713/13339/11741</w:t>
        <w:br/>
        <w:t>f 9712/13340/11741 9710/13338/11740 9713/13339/11741</w:t>
        <w:br/>
        <w:t>f 9712/13340/11741 9713/13339/11741 9715/13341/11742</w:t>
        <w:br/>
        <w:t>f 9714/13342/11742 9712/13340/11741 9715/13341/11742</w:t>
        <w:br/>
        <w:t>f 9714/13342/11742 9715/13341/11742 9717/13343/11743</w:t>
        <w:br/>
        <w:t>f 9716/13344/11743 9714/13342/11742 9717/13343/11743</w:t>
        <w:br/>
        <w:t>f 9717/13343/11743 9719/13345/11744 9718/13346/11744</w:t>
        <w:br/>
        <w:t>f 9716/13344/11743 9717/13343/11743 9718/13346/11744</w:t>
        <w:br/>
        <w:t>f 9719/13345/11744 9721/13347/11745 9720/13348/11746</w:t>
        <w:br/>
        <w:t>f 9718/13346/11744 9719/13345/11744 9720/13348/11746</w:t>
        <w:br/>
        <w:t>f 9721/13347/11745 9723/13349/11747 9722/13350/11748</w:t>
        <w:br/>
        <w:t>f 9720/13348/11746 9721/13347/11745 9722/13350/11748</w:t>
        <w:br/>
        <w:t>f 9723/13349/11747 9725/13351/11749 9724/13352/11749</w:t>
        <w:br/>
        <w:t>f 9722/13350/11748 9723/13349/11747 9724/13352/11749</w:t>
        <w:br/>
        <w:t>f 9725/13351/11749 9727/13353/11750 9726/13354/11751</w:t>
        <w:br/>
        <w:t>f 9724/13352/11749 9725/13351/11749 9726/13354/11751</w:t>
        <w:br/>
        <w:t>f 9727/13353/11750 9729/13355/11752 9728/13356/11753</w:t>
        <w:br/>
        <w:t>f 9726/13354/11751 9727/13353/11750 9728/13356/11753</w:t>
        <w:br/>
        <w:t>f 9728/13356/11753 9729/13355/11752 9731/13357/11754</w:t>
        <w:br/>
        <w:t>f 9730/13358/11755 9728/13356/11753 9731/13357/11754</w:t>
        <w:br/>
        <w:t>f 9733/13359/11756 9732/13360/11756 9730/13358/11755</w:t>
        <w:br/>
        <w:t>f 9731/13357/11754 9733/13359/11756 9730/13358/11755</w:t>
        <w:br/>
        <w:t>f 9732/13360/11756 9733/13359/11756 9735/13361/11757</w:t>
        <w:br/>
        <w:t>f 9734/13362/11758 9732/13360/11756 9735/13361/11757</w:t>
        <w:br/>
        <w:t>f 9735/13361/11757 9737/13363/11759 9736/13364/11760</w:t>
        <w:br/>
        <w:t>f 9734/13362/11758 9735/13361/11757 9736/13364/11760</w:t>
        <w:br/>
        <w:t>f 9741/13365/11761 9740/13366/11762 9739/13367/11763</w:t>
        <w:br/>
        <w:t>f 9738/13368/11764 9741/13365/11761 9739/13367/11763</w:t>
        <w:br/>
        <w:t>f 9738/13368/11764 9739/13367/11763 9743/13369/11765</w:t>
        <w:br/>
        <w:t>f 9742/13370/11766 9738/13368/11764 9743/13369/11765</w:t>
        <w:br/>
        <w:t>f 9745/13371/11767 9744/13372/11768 9742/13370/11766</w:t>
        <w:br/>
        <w:t>f 9743/13369/11765 9745/13371/11767 9742/13370/11766</w:t>
        <w:br/>
        <w:t>f 9747/13373/11769 9746/13374/11770 9744/13372/11768</w:t>
        <w:br/>
        <w:t>f 9745/13371/11767 9747/13373/11769 9744/13372/11768</w:t>
        <w:br/>
        <w:t>f 9749/13375/11771 9748/13376/11771 9746/13374/11770</w:t>
        <w:br/>
        <w:t>f 9747/13373/11769 9749/13375/11771 9746/13374/11770</w:t>
        <w:br/>
        <w:t>f 9700/13330/11735 9701/13329/11735 9748/13376/11771</w:t>
        <w:br/>
        <w:t>f 9749/13375/11771 9700/13330/11735 9748/13376/11771</w:t>
        <w:br/>
        <w:t>f 9753/13377/11772 9752/13378/11772 9751/13379/11773</w:t>
        <w:br/>
        <w:t>f 9750/13380/11773 9753/13377/11772 9751/13379/11773</w:t>
        <w:br/>
        <w:t>f 9755/13381/11774 9754/13382/11775 9750/13380/11773</w:t>
        <w:br/>
        <w:t>f 9751/13379/11773 9755/13381/11774 9750/13380/11773</w:t>
        <w:br/>
        <w:t>f 9756/13383/11776 9754/13382/11775 9755/13381/11774</w:t>
        <w:br/>
        <w:t>f 9757/13384/11776 9756/13383/11776 9755/13381/11774</w:t>
        <w:br/>
        <w:t>f 9757/13384/11776 9759/13385/11777 9758/13386/11778</w:t>
        <w:br/>
        <w:t>f 9756/13383/11776 9757/13384/11776 9758/13386/11778</w:t>
        <w:br/>
        <w:t>f 9759/13385/11777 9761/13387/11779 9760/13388/11779</w:t>
        <w:br/>
        <w:t>f 9758/13386/11778 9759/13385/11777 9760/13388/11779</w:t>
        <w:br/>
        <w:t>f 9760/13388/11779 9761/13387/11779 9763/13389/11780</w:t>
        <w:br/>
        <w:t>f 9762/13390/11780 9760/13388/11779 9763/13389/11780</w:t>
        <w:br/>
        <w:t>f 9762/13390/11780 9763/13389/11780 9765/13391/11781</w:t>
        <w:br/>
        <w:t>f 9764/13392/11782 9762/13390/11780 9765/13391/11781</w:t>
        <w:br/>
        <w:t>f 9764/13392/11782 9765/13391/11781 9767/13393/11783</w:t>
        <w:br/>
        <w:t>f 9766/13394/11783 9764/13392/11782 9767/13393/11783</w:t>
        <w:br/>
        <w:t>f 9769/13395/11784 9766/13394/11783 9767/13393/11783</w:t>
        <w:br/>
        <w:t>f 9768/13396/11785 9769/13395/11784 9767/13393/11783</w:t>
        <w:br/>
        <w:t>f 9768/13396/11785 9771/13397/11786 9770/13398/11787</w:t>
        <w:br/>
        <w:t>f 9769/13395/11784 9768/13396/11785 9770/13398/11787</w:t>
        <w:br/>
        <w:t>f 9771/13397/11786 9773/13399/11788 9772/13400/11789</w:t>
        <w:br/>
        <w:t>f 9770/13398/11787 9771/13397/11786 9772/13400/11789</w:t>
        <w:br/>
        <w:t>f 9773/13399/11788 9775/13401/11790 9774/13402/11790</w:t>
        <w:br/>
        <w:t>f 9772/13400/11789 9773/13399/11788 9774/13402/11790</w:t>
        <w:br/>
        <w:t>f 9775/13401/11790 9777/13403/11791 9776/13404/11791</w:t>
        <w:br/>
        <w:t>f 9774/13402/11790 9775/13401/11790 9776/13404/11791</w:t>
        <w:br/>
        <w:t>f 9777/13403/11791 9779/13405/11792 9778/13406/11792</w:t>
        <w:br/>
        <w:t>f 9776/13404/11791 9777/13403/11791 9778/13406/11792</w:t>
        <w:br/>
        <w:t>f 9779/13405/11792 9781/13407/11793 9780/13408/11793</w:t>
        <w:br/>
        <w:t>f 9778/13406/11792 9779/13405/11792 9780/13408/11793</w:t>
        <w:br/>
        <w:t>f 9781/13407/11793 9783/13409/11794 9782/13410/11795</w:t>
        <w:br/>
        <w:t>f 9780/13408/11793 9781/13407/11793 9782/13410/11795</w:t>
        <w:br/>
        <w:t>f 9782/13410/11795 9783/13409/11794 9785/13411/11796</w:t>
        <w:br/>
        <w:t>f 9784/13412/11796 9782/13410/11795 9785/13411/11796</w:t>
        <w:br/>
        <w:t>f 9784/13412/11796 9785/13411/11796 9787/13413/11797</w:t>
        <w:br/>
        <w:t>f 9786/13414/11798 9784/13412/11796 9787/13413/11797</w:t>
        <w:br/>
        <w:t>f 9786/13414/11798 9787/13413/11797 9789/13415/11799</w:t>
        <w:br/>
        <w:t>f 9788/13416/11799 9786/13414/11798 9789/13415/11799</w:t>
        <w:br/>
        <w:t>f 9793/13417/11800 9792/13418/11800 9791/13419/11801</w:t>
        <w:br/>
        <w:t>f 9790/13420/11801 9793/13417/11800 9791/13419/11801</w:t>
        <w:br/>
        <w:t>f 9790/13420/11801 9791/13419/11801 9795/13421/11802</w:t>
        <w:br/>
        <w:t>f 9794/13422/11803 9790/13420/11801 9795/13421/11802</w:t>
        <w:br/>
        <w:t>f 9797/13423/11804 9796/13424/11804 9794/13422/11803</w:t>
        <w:br/>
        <w:t>f 9795/13421/11802 9797/13423/11804 9794/13422/11803</w:t>
        <w:br/>
        <w:t>f 9799/13425/11805 9798/13426/11805 9796/13424/11804</w:t>
        <w:br/>
        <w:t>f 9797/13423/11804 9799/13425/11805 9796/13424/11804</w:t>
        <w:br/>
        <w:t>f 9752/13378/11772 9753/13377/11772 9798/13426/11805</w:t>
        <w:br/>
        <w:t>f 9799/13425/11805 9752/13378/11772 9798/13426/11805</w:t>
        <w:br/>
        <w:t>f 9803/13427/11806 9802/13428/11807 9801/13429/11807</w:t>
        <w:br/>
        <w:t>f 9800/13430/11806 9803/13427/11806 9801/13429/11807</w:t>
        <w:br/>
        <w:t>f 9800/13430/11806 9805/13431/11808 9804/13432/11808</w:t>
        <w:br/>
        <w:t>f 9803/13427/11806 9800/13430/11806 9804/13432/11808</w:t>
        <w:br/>
        <w:t>f 9807/13433/11809 9804/13432/11808 9805/13431/11808</w:t>
        <w:br/>
        <w:t>f 9806/13434/11809 9807/13433/11809 9805/13431/11808</w:t>
        <w:br/>
        <w:t>f 9809/13435/11810 9807/13433/11809 9806/13434/11809</w:t>
        <w:br/>
        <w:t>f 9808/13436/11811 9809/13435/11810 9806/13434/11809</w:t>
        <w:br/>
        <w:t>f 9809/13435/11810 9808/13436/11811 9810/13437/11812</w:t>
        <w:br/>
        <w:t>f 9811/13438/11812 9809/13435/11810 9810/13437/11812</w:t>
        <w:br/>
        <w:t>f 9813/13439/11813 9812/13440/11813 9811/13438/11812</w:t>
        <w:br/>
        <w:t>f 9810/13437/11812 9813/13439/11813 9811/13438/11812</w:t>
        <w:br/>
        <w:t>f 9813/13439/11813 9815/13441/11814 9814/13442/11815</w:t>
        <w:br/>
        <w:t>f 9812/13440/11813 9813/13439/11813 9814/13442/11815</w:t>
        <w:br/>
        <w:t>f 9815/13441/11814 9817/13443/11816 9816/13444/11816</w:t>
        <w:br/>
        <w:t>f 9814/13442/11815 9815/13441/11814 9816/13444/11816</w:t>
        <w:br/>
        <w:t>f 9817/13443/11816 9819/13445/11817 9818/13446/11817</w:t>
        <w:br/>
        <w:t>f 9816/13444/11816 9817/13443/11816 9818/13446/11817</w:t>
        <w:br/>
        <w:t>f 9821/13447/11818 9820/13448/11818 9818/13446/11817</w:t>
        <w:br/>
        <w:t>f 9819/13445/11817 9821/13447/11818 9818/13446/11817</w:t>
        <w:br/>
        <w:t>f 9820/13448/11818 9821/13447/11818 9823/13449/11819</w:t>
        <w:br/>
        <w:t>f 9822/13450/11819 9820/13448/11818 9823/13449/11819</w:t>
        <w:br/>
        <w:t>f 9822/13450/11819 9823/13449/11819 9825/13451/11820</w:t>
        <w:br/>
        <w:t>f 9824/13452/11820 9822/13450/11819 9825/13451/11820</w:t>
        <w:br/>
        <w:t>f 9824/13452/11820 9825/13451/11820 9827/13453/11821</w:t>
        <w:br/>
        <w:t>f 9826/13454/11821 9824/13452/11820 9827/13453/11821</w:t>
        <w:br/>
        <w:t>f 9826/13454/11821 9827/13453/11821 9829/13455/11822</w:t>
        <w:br/>
        <w:t>f 9828/13456/11822 9826/13454/11821 9829/13455/11822</w:t>
        <w:br/>
        <w:t>f 9828/13456/11822 9829/13455/11822 9831/13457/11823</w:t>
        <w:br/>
        <w:t>f 9830/13458/11823 9828/13456/11822 9831/13457/11823</w:t>
        <w:br/>
        <w:t>f 9830/13458/11823 9831/13457/11823 9833/13459/11824</w:t>
        <w:br/>
        <w:t>f 9832/13460/11824 9830/13458/11823 9833/13459/11824</w:t>
        <w:br/>
        <w:t>f 9832/13460/11824 9833/13459/11824 9834/13461/11825</w:t>
        <w:br/>
        <w:t>f 9835/13462/11826 9832/13460/11824 9834/13461/11825</w:t>
        <w:br/>
        <w:t>f 9834/13461/11825 9837/13463/11827 9836/13464/11827</w:t>
        <w:br/>
        <w:t>f 9835/13462/11826 9834/13461/11825 9836/13464/11827</w:t>
        <w:br/>
        <w:t>f 9837/13463/11827 9839/13465/11828 9838/13466/11828</w:t>
        <w:br/>
        <w:t>f 9836/13464/11827 9837/13463/11827 9838/13466/11828</w:t>
        <w:br/>
        <w:t>f 9839/13465/11828 9841/13467/11829 9840/13468/11830</w:t>
        <w:br/>
        <w:t>f 9838/13466/11828 9839/13465/11828 9840/13468/11830</w:t>
        <w:br/>
        <w:t>f 9845/13469/11830 9844/13470/11831 9843/13471/11832</w:t>
        <w:br/>
        <w:t>f 9842/13472/11833 9845/13469/11830 9843/13471/11832</w:t>
        <w:br/>
        <w:t>f 9844/13470/11831 9847/13473/11834 9846/13474/11834</w:t>
        <w:br/>
        <w:t>f 9843/13471/11832 9844/13470/11831 9846/13474/11834</w:t>
        <w:br/>
        <w:t>f 9849/13475/11835 9846/13474/11834 9847/13473/11834</w:t>
        <w:br/>
        <w:t>f 9848/13476/11835 9849/13475/11835 9847/13473/11834</w:t>
        <w:br/>
        <w:t>f 9802/13428/11807 9849/13475/11835 9848/13476/11835</w:t>
        <w:br/>
        <w:t>f 9801/13429/11807 9802/13428/11807 9848/13476/11835</w:t>
        <w:br/>
        <w:t>f 10888/13477/11836 10887/13478/11837 10886/13479/11838</w:t>
        <w:br/>
        <w:t>f 10885/13480/11839 10888/13477/11836 10886/13479/11838</w:t>
        <w:br/>
        <w:t>f 10890/13481/11840 10889/13482/11841 10885/13480/11839</w:t>
        <w:br/>
        <w:t>f 10886/13479/11838 10890/13481/11840 10885/13480/11839</w:t>
        <w:br/>
        <w:t>f 10892/13483/11842 10889/13482/11841 10890/13481/11840</w:t>
        <w:br/>
        <w:t>f 10891/13484/11843 10892/13483/11842 10890/13481/11840</w:t>
        <w:br/>
        <w:t>f 10894/13485/11844 10892/13483/11842 10891/13484/11843</w:t>
        <w:br/>
        <w:t>f 10893/13486/11845 10894/13485/11844 10891/13484/11843</w:t>
        <w:br/>
        <w:t>f 10898/13487/11846 10897/13488/11847 10896/13489/11848</w:t>
        <w:br/>
        <w:t>f 10895/13490/11849 10898/13487/11846 10896/13489/11848</w:t>
        <w:br/>
        <w:t>f 10900/13491/11850 10898/13487/11846 10895/13490/11849</w:t>
        <w:br/>
        <w:t>f 10899/13492/11851 10900/13491/11850 10895/13490/11849</w:t>
        <w:br/>
        <w:t>f 10902/13493/11852 10900/13491/11850 10899/13492/11851</w:t>
        <w:br/>
        <w:t>f 10901/13494/11853 10902/13493/11852 10899/13492/11851</w:t>
        <w:br/>
        <w:t>f 10902/13493/11852 10901/13494/11853 10904/13495/11854</w:t>
        <w:br/>
        <w:t>f 10903/13496/11855 10902/13493/11852 10904/13495/11854</w:t>
        <w:br/>
        <w:t>f 10903/13496/11855 10904/13495/11854 10906/13497/11856</w:t>
        <w:br/>
        <w:t>f 10905/13498/11856 10903/13496/11855 10906/13497/11856</w:t>
        <w:br/>
        <w:t>f 10905/13498/11856 10906/13497/11856 10908/13499/11857</w:t>
        <w:br/>
        <w:t>f 10907/13500/11858 10905/13498/11856 10908/13499/11857</w:t>
        <w:br/>
        <w:t>f 10907/13500/11858 10908/13499/11857 10910/13501/11859</w:t>
        <w:br/>
        <w:t>f 10909/13502/11860 10907/13500/11858 10910/13501/11859</w:t>
        <w:br/>
        <w:t>f 10909/13502/11860 10910/13501/11859 10887/13478/11837</w:t>
        <w:br/>
        <w:t>f 10888/13477/11836 10909/13502/11860 10887/13478/11837</w:t>
        <w:br/>
        <w:t>f 10913/13503/11861 10912/13504/11862 10911/13505/11862</w:t>
        <w:br/>
        <w:t>f 10914/13506/11861 10913/13503/11861 10911/13505/11862</w:t>
        <w:br/>
        <w:t>f 10911/13505/11862 10912/13504/11862 10916/13507/11863</w:t>
        <w:br/>
        <w:t>f 10915/13508/11864 10911/13505/11862 10916/13507/11863</w:t>
        <w:br/>
        <w:t>f 10915/13508/11864 10916/13507/11863 10918/13509/11865</w:t>
        <w:br/>
        <w:t>f 10917/13510/11865 10915/13508/11864 10918/13509/11865</w:t>
        <w:br/>
        <w:t>f 10917/13510/11865 10918/13509/11865 10920/13511/11866</w:t>
        <w:br/>
        <w:t>f 10919/13512/11866 10917/13510/11865 10920/13511/11866</w:t>
        <w:br/>
        <w:t>f 10924/13513/11866 10923/13514/11866 10922/13515/11867</w:t>
        <w:br/>
        <w:t>f 10921/13516/11867 10924/13513/11866 10922/13515/11867</w:t>
        <w:br/>
        <w:t>f 10921/13516/11867 10922/13515/11867 10925/13517/11868</w:t>
        <w:br/>
        <w:t>f 10926/13518/11868 10921/13516/11867 10925/13517/11868</w:t>
        <w:br/>
        <w:t>f 10928/13519/11869 10926/13518/11868 10925/13517/11868</w:t>
        <w:br/>
        <w:t>f 10927/13520/11870 10928/13519/11869 10925/13517/11868</w:t>
        <w:br/>
        <w:t>f 10930/13521/11871 10928/13519/11869 10927/13520/11870</w:t>
        <w:br/>
        <w:t>f 10929/13522/11872 10930/13521/11871 10927/13520/11870</w:t>
        <w:br/>
        <w:t>f 10932/13523/11873 10930/13521/11871 10929/13522/11872</w:t>
        <w:br/>
        <w:t>f 10931/13524/11873 10932/13523/11873 10929/13522/11872</w:t>
        <w:br/>
        <w:t>f 10934/13525/11874 10932/13523/11873 10931/13524/11873</w:t>
        <w:br/>
        <w:t>f 10933/13526/11875 10934/13525/11874 10931/13524/11873</w:t>
        <w:br/>
        <w:t>f 10936/13527/11876 10934/13525/11874 10933/13526/11875</w:t>
        <w:br/>
        <w:t>f 10935/13528/11877 10936/13527/11876 10933/13526/11875</w:t>
        <w:br/>
        <w:t>f 10935/13528/11877 10913/13503/11861 10914/13506/11861</w:t>
        <w:br/>
        <w:t>f 10936/13527/11876 10935/13528/11877 10914/13506/11861</w:t>
        <w:br/>
        <w:t>f 10940/13529/11878 10939/13530/11879 10938/13531/11880</w:t>
        <w:br/>
        <w:t>f 10937/13532/11881 10940/13529/11878 10938/13531/11880</w:t>
        <w:br/>
        <w:t>f 10939/13530/11879 10942/13533/11882 10941/13534/11882</w:t>
        <w:br/>
        <w:t>f 10938/13531/11880 10939/13530/11879 10941/13534/11882</w:t>
        <w:br/>
        <w:t>f 10942/13533/11882 10944/13535/11883 10943/13536/11884</w:t>
        <w:br/>
        <w:t>f 10941/13534/11882 10942/13533/11882 10943/13536/11884</w:t>
        <w:br/>
        <w:t>f 10944/13535/11883 10946/13537/11885 10945/13538/11885</w:t>
        <w:br/>
        <w:t>f 10943/13536/11884 10944/13535/11883 10945/13538/11885</w:t>
        <w:br/>
        <w:t>f 10950/13539/11886 10949/13540/11887 10948/13541/11888</w:t>
        <w:br/>
        <w:t>f 10947/13542/11889 10950/13539/11886 10948/13541/11888</w:t>
        <w:br/>
        <w:t>f 10948/13541/11888 10949/13540/11887 10952/13543/11890</w:t>
        <w:br/>
        <w:t>f 10951/13544/11891 10948/13541/11888 10952/13543/11890</w:t>
        <w:br/>
        <w:t>f 10951/13544/11891 10952/13543/11890 10954/13545/11892</w:t>
        <w:br/>
        <w:t>f 10953/13546/11892 10951/13544/11891 10954/13545/11892</w:t>
        <w:br/>
        <w:t>f 10953/13546/11892 10954/13545/11892 10956/13547/11893</w:t>
        <w:br/>
        <w:t>f 10955/13548/11893 10953/13546/11892 10956/13547/11893</w:t>
        <w:br/>
        <w:t>f 10955/13548/11893 10956/13547/11893 10958/13549/11894</w:t>
        <w:br/>
        <w:t>f 10957/13550/11895 10955/13548/11893 10958/13549/11894</w:t>
        <w:br/>
        <w:t>f 10957/13550/11895 10958/13549/11894 10960/13551/11896</w:t>
        <w:br/>
        <w:t>f 10959/13552/11896 10957/13550/11895 10960/13551/11896</w:t>
        <w:br/>
        <w:t>f 10959/13552/11896 10960/13551/11896 10962/13553/11897</w:t>
        <w:br/>
        <w:t>f 10961/13554/11898 10959/13552/11896 10962/13553/11897</w:t>
        <w:br/>
        <w:t>f 10940/13529/11878 10937/13532/11881 10961/13554/11898</w:t>
        <w:br/>
        <w:t>f 10962/13553/11897 10940/13529/11878 10961/13554/11898</w:t>
        <w:br/>
        <w:t>f 10965/13555/11899 10964/13556/11900 10963/13557/11900</w:t>
        <w:br/>
        <w:t>f 10887/13478/11837 10965/13555/11899 10963/13557/11900</w:t>
        <w:br/>
        <w:t>f 10963/13557/11900 10964/13556/11900 10967/13558/11901</w:t>
        <w:br/>
        <w:t>f 10966/13559/11902 10963/13557/11900 10967/13558/11901</w:t>
        <w:br/>
        <w:t>f 10966/13559/11902 10967/13558/11901 10969/13560/11903</w:t>
        <w:br/>
        <w:t>f 10968/13561/11903 10966/13559/11902 10969/13560/11903</w:t>
        <w:br/>
        <w:t>f 10968/13561/11903 10969/13560/11903 10970/13562/11904</w:t>
        <w:br/>
        <w:t>f 10893/13486/11905 10968/13561/11903 10970/13562/11904</w:t>
        <w:br/>
        <w:t>f 10896/13489/11848 10972/13563/11906 10971/13564/11907</w:t>
        <w:br/>
        <w:t>f 10895/13490/11849 10896/13489/11848 10971/13564/11907</w:t>
        <w:br/>
        <w:t>f 10895/13490/11849 10971/13564/11907 10974/13565/11908</w:t>
        <w:br/>
        <w:t>f 10973/13566/11909 10895/13490/11849 10974/13565/11908</w:t>
        <w:br/>
        <w:t>f 10973/13566/11909 10974/13565/11908 10976/13567/11910</w:t>
        <w:br/>
        <w:t>f 10975/13568/11910 10973/13566/11909 10976/13567/11910</w:t>
        <w:br/>
        <w:t>f 10978/13569/11911 10977/13570/11912 10975/13568/11910</w:t>
        <w:br/>
        <w:t>f 10976/13567/11910 10978/13569/11911 10975/13568/11910</w:t>
        <w:br/>
        <w:t>f 10978/13569/11911 10980/13571/11913 10979/13572/11913</w:t>
        <w:br/>
        <w:t>f 10977/13570/11912 10978/13569/11911 10979/13572/11913</w:t>
        <w:br/>
        <w:t>f 10980/13571/11913 10982/13573/11914 10981/13574/11915</w:t>
        <w:br/>
        <w:t>f 10979/13572/11913 10980/13571/11913 10981/13574/11915</w:t>
        <w:br/>
        <w:t>f 10982/13573/11916 10983/13575/11917 10910/13501/11859</w:t>
        <w:br/>
        <w:t>f 10908/13499/11857 10982/13573/11916 10910/13501/11859</w:t>
        <w:br/>
        <w:t>f 10983/13575/11917 10965/13555/11899 10887/13478/11837</w:t>
        <w:br/>
        <w:t>f 10910/13501/11859 10983/13575/11917 10887/13478/11837</w:t>
        <w:br/>
        <w:t>f 16394/13576/11918 16393/13577/11918 16392/13578/11919</w:t>
        <w:br/>
        <w:t>f 16391/13579/11919 16394/13576/11918 16392/13578/11919</w:t>
        <w:br/>
        <w:t>f 16396/13580/11920 16395/13581/11921 16393/13577/11918</w:t>
        <w:br/>
        <w:t>f 16394/13576/11918 16396/13580/11920 16393/13577/11918</w:t>
        <w:br/>
        <w:t>f 16398/13582/11922 16397/13583/11922 16395/13581/11921</w:t>
        <w:br/>
        <w:t>f 16396/13580/11920 16398/13582/11922 16395/13581/11921</w:t>
        <w:br/>
        <w:t>f 16402/13584/11923 16401/13585/11923 16400/13586/11924</w:t>
        <w:br/>
        <w:t>f 16399/13587/11924 16402/13584/11923 16400/13586/11924</w:t>
        <w:br/>
        <w:t>f 16403/13588/11925 16401/13585/11923 16402/13584/11923</w:t>
        <w:br/>
        <w:t>f 16404/13589/11926 16403/13588/11925 16402/13584/11923</w:t>
        <w:br/>
        <w:t>f 16392/13578/11919 16406/13590/11927 16405/13591/11928</w:t>
        <w:br/>
        <w:t>f 16391/13579/11919 16392/13578/11919 16405/13591/11928</w:t>
        <w:br/>
        <w:t>f 16409/13592/11929 16408/13593/11930 16407/13594/11931</w:t>
        <w:br/>
        <w:t>f 16410/13595/11932 16409/13592/11929 16407/13594/11931</w:t>
        <w:br/>
        <w:t>f 16412/13596/11933 16411/13597/11934 16409/13592/11929</w:t>
        <w:br/>
        <w:t>f 16410/13595/11932 16412/13596/11933 16409/13592/11929</w:t>
        <w:br/>
        <w:t>f 16414/13598/11935 16413/13599/11936 16411/13597/11934</w:t>
        <w:br/>
        <w:t>f 16412/13596/11933 16414/13598/11935 16411/13597/11934</w:t>
        <w:br/>
        <w:t>f 16418/13600/11937 16417/13601/11938 16416/13602/11938</w:t>
        <w:br/>
        <w:t>f 16415/13603/11939 16418/13600/11937 16416/13602/11938</w:t>
        <w:br/>
        <w:t>f 16422/13604/11940 16421/13605/11941 16420/13606/11942</w:t>
        <w:br/>
        <w:t>f 16419/13607/11943 16422/13604/11940 16420/13606/11942</w:t>
        <w:br/>
        <w:t>f 16423/13608/11944 16421/13605/11941 16422/13604/11940</w:t>
        <w:br/>
        <w:t>f 16424/13609/11945 16423/13608/11944 16422/13604/11940</w:t>
        <w:br/>
        <w:t>f 16426/13610/11946 16412/13596/11933 16410/13595/11932</w:t>
        <w:br/>
        <w:t>f 16425/13611/11947 16426/13610/11946 16410/13595/11932</w:t>
        <w:br/>
        <w:t>f 16427/13612/11948 16414/13598/11935 16412/13596/11933</w:t>
        <w:br/>
        <w:t>f 16426/13610/11946 16427/13612/11948 16412/13596/11933</w:t>
        <w:br/>
        <w:t>f 16428/13613/11949 16418/13600/11937 16414/13598/11935</w:t>
        <w:br/>
        <w:t>f 16427/13612/11948 16428/13613/11949 16414/13598/11935</w:t>
        <w:br/>
        <w:t>f 16430/13614/11950 16422/13604/11940 16429/13615/11951</w:t>
        <w:br/>
        <w:t>f 16424/13609/11945 16422/13604/11940 16430/13614/11950</w:t>
        <w:br/>
        <w:t>f 16431/13616/11952 16424/13609/11945 16430/13614/11950</w:t>
        <w:br/>
        <w:t>f 16425/13611/11947 16410/13595/11932 16431/13616/11952</w:t>
        <w:br/>
        <w:t>f 16435/13617/11953 16434/13618/11954 16433/13619/11955</w:t>
        <w:br/>
        <w:t>f 16432/13620/11955 16435/13617/11953 16433/13619/11955</w:t>
        <w:br/>
        <w:t>f 16436/13621/11956 16434/13618/11954 16435/13617/11953</w:t>
        <w:br/>
        <w:t>f 16437/13622/11957 16436/13621/11956 16435/13617/11953</w:t>
        <w:br/>
        <w:t>f 16438/13623/11958 16436/13621/11956 16437/13622/11957</w:t>
        <w:br/>
        <w:t>f 16439/13624/11958 16438/13623/11958 16437/13622/11957</w:t>
        <w:br/>
        <w:t>f 16443/13625/11959 16442/13626/11960 16441/13627/11958</w:t>
        <w:br/>
        <w:t>f 16440/13628/11961 16443/13625/11959 16441/13627/11958</w:t>
        <w:br/>
        <w:t>f 16444/13629/11962 16442/13626/11960 16443/13625/11959</w:t>
        <w:br/>
        <w:t>f 16445/13630/11962 16444/13629/11962 16443/13625/11959</w:t>
        <w:br/>
        <w:t>f 16433/13619/11955 16444/13629/11962 16445/13630/11962</w:t>
        <w:br/>
        <w:t>f 16432/13620/11955 16433/13619/11955 16445/13630/11962</w:t>
        <w:br/>
        <w:t>f 16448/13631/11963 16447/13632/11964 16446/13633/11965</w:t>
        <w:br/>
        <w:t>f 16448/13631/11963 16449/13634/11966 16447/13632/11964</w:t>
        <w:br/>
        <w:t>f 16448/13631/11963 16450/13635/11967 16449/13634/11966</w:t>
        <w:br/>
        <w:t>f 16448/13631/11963 16451/13636/11968 16450/13635/11967</w:t>
        <w:br/>
        <w:t>f 16448/13631/11963 16452/13637/11969 16451/13636/11968</w:t>
        <w:br/>
        <w:t>f 16448/13631/11963 16446/13633/11965 16452/13637/11969</w:t>
        <w:br/>
        <w:t>f 16413/13599/11936 16454/13638/11970 16453/13639/11971</w:t>
        <w:br/>
        <w:t>f 16411/13597/11934 16413/13599/11936 16453/13639/11971</w:t>
        <w:br/>
        <w:t>f 16417/13601/11938 16456/13640/11972 16455/13641/11973</w:t>
        <w:br/>
        <w:t>f 16416/13602/11938 16417/13601/11938 16455/13641/11973</w:t>
        <w:br/>
        <w:t>f 16421/13605/11941 16458/13642/11974 16457/13643/11975</w:t>
        <w:br/>
        <w:t>f 16420/13606/11942 16421/13605/11941 16457/13643/11975</w:t>
        <w:br/>
        <w:t>f 16459/13644/11976 16458/13642/11974 16421/13605/11941</w:t>
        <w:br/>
        <w:t>f 16423/13608/11944 16459/13644/11976 16421/13605/11941</w:t>
        <w:br/>
        <w:t>f 16461/13645/11977 16460/13646/11978 16408/13593/11930</w:t>
        <w:br/>
        <w:t>f 16409/13592/11929 16461/13645/11977 16408/13593/11930</w:t>
        <w:br/>
        <w:t>f 16411/13597/11934 16453/13639/11971 16461/13645/11977</w:t>
        <w:br/>
        <w:t>f 16409/13592/11929 16411/13597/11934 16461/13645/11977</w:t>
        <w:br/>
        <w:t>f 16463/13647/11979 16453/13639/11971 16454/13638/11970</w:t>
        <w:br/>
        <w:t>f 16462/13648/11980 16463/13647/11979 16454/13638/11970</w:t>
        <w:br/>
        <w:t>f 16462/13648/11980 16454/13638/11970 16456/13640/11981</w:t>
        <w:br/>
        <w:t>f 16464/13649/11982 16462/13648/11980 16456/13640/11981</w:t>
        <w:br/>
        <w:t>f 16466/13650/11981 16458/13642/11974 16465/13651/11983</w:t>
        <w:br/>
        <w:t>f 16467/13652/11982 16466/13650/11981 16465/13651/11983</w:t>
        <w:br/>
        <w:t>f 16465/13651/11983 16458/13642/11974 16459/13644/11976</w:t>
        <w:br/>
        <w:t>f 16468/13653/11984 16465/13651/11983 16459/13644/11976</w:t>
        <w:br/>
        <w:t>f 16459/13644/11976 16461/13645/11977 16469/13654/11985</w:t>
        <w:br/>
        <w:t>f 16468/13653/11984 16459/13644/11976 16469/13654/11985</w:t>
        <w:br/>
        <w:t>f 16469/13654/11985 16461/13645/11977 16453/13639/11971</w:t>
        <w:br/>
        <w:t>f 16463/13647/11979 16469/13654/11985 16453/13639/11971</w:t>
        <w:br/>
        <w:t>f 16473/13655/11986 16472/13656/11987 16471/13657/11988</w:t>
        <w:br/>
        <w:t>f 16470/13658/11989 16473/13655/11986 16471/13657/11988</w:t>
        <w:br/>
        <w:t>f 16477/13659/11990 16476/13660/11991 16475/13661/11992</w:t>
        <w:br/>
        <w:t>f 16474/13662/11993 16477/13659/11990 16475/13661/11992</w:t>
        <w:br/>
        <w:t>f 16479/13663/11994 16478/13664/11995 16476/13660/11991</w:t>
        <w:br/>
        <w:t>f 16477/13659/11990 16479/13663/11994 16476/13660/11991</w:t>
        <w:br/>
        <w:t>f 16481/13665/11996 16480/13666/11997 16478/13664/11995</w:t>
        <w:br/>
        <w:t>f 16479/13663/11994 16481/13665/11996 16478/13664/11995</w:t>
        <w:br/>
        <w:t>f 16483/13667/11998 16482/13668/11999 16480/13666/11997</w:t>
        <w:br/>
        <w:t>f 16481/13665/11996 16483/13667/11998 16480/13666/11997</w:t>
        <w:br/>
        <w:t>f 16471/13657/11988 16482/13668/11999 16483/13667/11998</w:t>
        <w:br/>
        <w:t>f 16470/13658/11989 16471/13657/11988 16483/13667/11998</w:t>
        <w:br/>
        <w:t>f 16486/13669/12000 16485/13670/12001 16484/13671/12002</w:t>
        <w:br/>
        <w:t>f 16487/13672/12002 16486/13669/12000 16484/13671/12002</w:t>
        <w:br/>
        <w:t>f 16489/13673/12003 16488/13674/12004 16485/13670/12001</w:t>
        <w:br/>
        <w:t>f 16486/13669/12000 16489/13673/12003 16485/13670/12001</w:t>
        <w:br/>
        <w:t>f 16493/13675/12004 16492/13676/12005 16491/13677/12005</w:t>
        <w:br/>
        <w:t>f 16490/13678/12004 16493/13675/12004 16491/13677/12005</w:t>
        <w:br/>
        <w:t>f 16492/13676/12005 16495/13679/12006 16494/13680/12007</w:t>
        <w:br/>
        <w:t>f 16491/13677/12005 16492/13676/12005 16494/13680/12007</w:t>
        <w:br/>
        <w:t>f 16495/13679/12006 16497/13681/12008 16496/13682/12008</w:t>
        <w:br/>
        <w:t>f 16494/13680/12007 16495/13679/12006 16496/13682/12008</w:t>
        <w:br/>
        <w:t>f 16487/13672/12002 16484/13671/12002 16496/13682/12008</w:t>
        <w:br/>
        <w:t>f 16497/13681/12008 16487/13672/12002 16496/13682/12008</w:t>
        <w:br/>
        <w:t>f 16500/13683/12009 16499/13684/12010 16498/13685/12011</w:t>
        <w:br/>
        <w:t>f 16501/13686/12012 16500/13683/12009 16498/13685/12011</w:t>
        <w:br/>
        <w:t>f 16505/13687/12013 16504/13688/12014 16503/13689/12015</w:t>
        <w:br/>
        <w:t>f 16502/13690/12016 16505/13687/12013 16503/13689/12015</w:t>
        <w:br/>
        <w:t>f 16507/13691/12017 16506/13692/12018 16504/13688/12014</w:t>
        <w:br/>
        <w:t>f 16505/13687/12013 16507/13691/12017 16504/13688/12014</w:t>
        <w:br/>
        <w:t>f 16509/13693/12019 16508/13694/12020 16506/13692/12018</w:t>
        <w:br/>
        <w:t>f 16507/13691/12017 16509/13693/12019 16506/13692/12018</w:t>
        <w:br/>
        <w:t>f 16511/13695/12021 16510/13696/12022 16508/13694/12020</w:t>
        <w:br/>
        <w:t>f 16509/13693/12019 16511/13695/12021 16508/13694/12020</w:t>
        <w:br/>
        <w:t>f 16500/13683/12009 16510/13696/12022 16511/13695/12021</w:t>
        <w:br/>
        <w:t>f 16499/13684/12010 16500/13683/12009 16511/13695/12021</w:t>
        <w:br/>
        <w:t>f 16514/13697/12023 16513/13698/12024 16512/13699/12025</w:t>
        <w:br/>
        <w:t>f 16513/13698/12024 16515/13700/12026 16512/13699/12025</w:t>
        <w:br/>
        <w:t>f 16515/13700/12026 16516/13701/12027 16512/13699/12025</w:t>
        <w:br/>
        <w:t>f 16516/13701/12027 16517/13702/12028 16512/13699/12025</w:t>
        <w:br/>
        <w:t>f 16517/13702/12028 16518/13703/12029 16512/13699/12025</w:t>
        <w:br/>
        <w:t>f 16518/13703/12029 16514/13697/12023 16512/13699/12025</w:t>
        <w:br/>
        <w:t>f 16520/13704/12030 16509/13693/12019 16507/13691/12017</w:t>
        <w:br/>
        <w:t>f 16519/13705/12031 16520/13704/12030 16507/13691/12017</w:t>
        <w:br/>
        <w:t>f 16511/13695/12021 16509/13693/12019 16520/13704/12030</w:t>
        <w:br/>
        <w:t>f 16521/13706/12032 16511/13695/12021 16520/13704/12030</w:t>
        <w:br/>
        <w:t>f 16499/13684/12010 16511/13695/12021 16521/13706/12032</w:t>
        <w:br/>
        <w:t>f 16522/13707/12033 16499/13684/12010 16521/13706/12032</w:t>
        <w:br/>
        <w:t>f 16523/13708/12034 16498/13685/12011 16499/13684/12010</w:t>
        <w:br/>
        <w:t>f 16522/13707/12033 16523/13708/12034 16499/13684/12010</w:t>
        <w:br/>
        <w:t>f 16525/13709/12024 16505/13687/12013 16502/13690/12016</w:t>
        <w:br/>
        <w:t>f 16524/13710/12035 16525/13709/12024 16502/13690/12016</w:t>
        <w:br/>
        <w:t>f 16519/13705/12031 16507/13691/12017 16505/13687/12013</w:t>
        <w:br/>
        <w:t>f 16525/13709/12024 16519/13705/12031 16505/13687/12013</w:t>
        <w:br/>
        <w:t>f 16481/13665/11996 16479/13663/11994 16526/13711/12036</w:t>
        <w:br/>
        <w:t>f 16527/13712/12037 16481/13665/11996 16526/13711/12036</w:t>
        <w:br/>
        <w:t>f 16528/13713/12038 16483/13667/11998 16481/13665/11996</w:t>
        <w:br/>
        <w:t>f 16527/13712/12037 16528/13713/12038 16481/13665/11996</w:t>
        <w:br/>
        <w:t>f 16470/13658/11989 16483/13667/11998 16528/13713/12038</w:t>
        <w:br/>
        <w:t>f 16529/13714/12039 16470/13658/11989 16528/13713/12038</w:t>
        <w:br/>
        <w:t>f 16530/13715/12040 16473/13655/11986 16470/13658/11989</w:t>
        <w:br/>
        <w:t>f 16529/13714/12039 16530/13715/12040 16470/13658/11989</w:t>
        <w:br/>
        <w:t>f 16532/13716/12041 16477/13659/11990 16474/13662/11993</w:t>
        <w:br/>
        <w:t>f 16531/13717/12040 16532/13716/12041 16474/13662/11993</w:t>
        <w:br/>
        <w:t>f 16479/13663/11994 16477/13659/11990 16532/13716/12041</w:t>
        <w:br/>
        <w:t>f 16526/13711/12036 16479/13663/11994 16532/13716/12041</w:t>
        <w:br/>
        <w:t>f 16410/13595/11932 16407/13594/11931 16431/13616/11952</w:t>
        <w:br/>
        <w:t>f 16422/13604/11940 16533/13718/11937 16429/13615/11951</w:t>
        <w:br/>
        <w:t>f 6075/13719/12042 6074/13720/12043 6073/13721/12044</w:t>
        <w:br/>
        <w:t>f 6072/13722/12042 6075/13719/12042 6073/13721/12044</w:t>
        <w:br/>
        <w:t>f 6079/13723/12045 6078/13724/12045 6077/13725/12046</w:t>
        <w:br/>
        <w:t>f 6076/13726/12047 6079/13723/12045 6077/13725/12046</w:t>
        <w:br/>
        <w:t>f 6082/13727/12048 6081/13728/12048 6080/13729/12049</w:t>
        <w:br/>
        <w:t>f 6083/13730/12050 6082/13727/12048 6080/13729/12049</w:t>
        <w:br/>
        <w:t>f 6086/13731/12051 6085/13732/12052 6084/13733/12052</w:t>
        <w:br/>
        <w:t>f 6087/13734/12051 6086/13731/12051 6084/13733/12052</w:t>
        <w:br/>
        <w:t>f 6090/13735/12053 6089/13736/12054 6088/13737/12055</w:t>
        <w:br/>
        <w:t>f 6091/13738/12056 6090/13735/12053 6088/13737/12055</w:t>
        <w:br/>
        <w:t>f 6095/13739/12057 6094/13740/12058 6093/13741/12059</w:t>
        <w:br/>
        <w:t>f 6092/13742/12060 6095/13739/12057 6093/13741/12059</w:t>
        <w:br/>
        <w:t>f 6098/13743/12061 6097/13744/12062 6096/13745/12063</w:t>
        <w:br/>
        <w:t>f 6099/13746/12060 6098/13743/12061 6096/13745/12063</w:t>
        <w:br/>
        <w:t>f 6102/13747/12064 6101/13748/12065 6100/13749/12066</w:t>
        <w:br/>
        <w:t>f 6094/13740/12058 6102/13747/12064 6100/13749/12066</w:t>
        <w:br/>
        <w:t>f 6105/13750/12067 6104/13751/12068 6103/13752/12059</w:t>
        <w:br/>
        <w:t>f 6106/13753/12069 6105/13750/12067 6103/13752/12059</w:t>
        <w:br/>
        <w:t>f 6110/13754/12070 6109/13755/12071 6108/13756/12072</w:t>
        <w:br/>
        <w:t>f 6107/13757/12073 6110/13754/12070 6108/13756/12072</w:t>
        <w:br/>
        <w:t>f 6111/13758/12074 6098/13743/12061 6104/13751/12068</w:t>
        <w:br/>
        <w:t>f 6107/13757/12073 6111/13758/12074 6104/13751/12068</w:t>
        <w:br/>
        <w:t>f 6115/13759/12075 6114/13760/12076 6113/13761/12077</w:t>
        <w:br/>
        <w:t>f 6112/13762/12075 6115/13759/12075 6113/13761/12077</w:t>
        <w:br/>
        <w:t>f 6118/13763/12078 6117/13764/12079 6116/13765/12080</w:t>
        <w:br/>
        <w:t>f 6114/13760/12076 6118/13763/12078 6116/13765/12080</w:t>
        <w:br/>
        <w:t>f 6116/13765/12080 6121/13766/12081 6120/13767/12082</w:t>
        <w:br/>
        <w:t>f 6119/13768/12083 6116/13765/12080 6120/13767/12082</w:t>
        <w:br/>
        <w:t>f 6124/13769/12084 6123/13770/12085 6122/13771/12086</w:t>
        <w:br/>
        <w:t>f 6117/13764/12079 6124/13769/12084 6122/13771/12086</w:t>
        <w:br/>
        <w:t>f 6127/13772/12087 6089/13736/12054 6126/13773/12088</w:t>
        <w:br/>
        <w:t>f 6125/13774/12089 6127/13772/12087 6126/13773/12088</w:t>
        <w:br/>
        <w:t>f 6104/13751/12068 6098/13743/12061 6099/13746/12060</w:t>
        <w:br/>
        <w:t>f 6103/13752/12059 6104/13751/12068 6099/13746/12060</w:t>
        <w:br/>
        <w:t>f 6130/13775/12090 6129/13776/12090 6128/13777/12091</w:t>
        <w:br/>
        <w:t>f 6131/13778/12091 6130/13775/12090 6128/13777/12091</w:t>
        <w:br/>
        <w:t>f 6109/13755/12092 6105/13750/12093 6133/13779/12094</w:t>
        <w:br/>
        <w:t>f 6132/13780/12095 6109/13755/12092 6133/13779/12094</w:t>
        <w:br/>
        <w:t>f 6134/13781/12056 6097/13744/12096 6113/13761/12097</w:t>
        <w:br/>
        <w:t>f 6135/13782/12098 6134/13781/12056 6113/13761/12097</w:t>
        <w:br/>
        <w:t>f 6089/13736/12054 6102/13747/12064 6094/13740/12058</w:t>
        <w:br/>
        <w:t>f 6088/13737/12055 6089/13736/12054 6094/13740/12058</w:t>
        <w:br/>
        <w:t>f 6107/13757/12073 6108/13756/12072 6114/13760/12076</w:t>
        <w:br/>
        <w:t>f 6111/13758/12074 6107/13757/12073 6114/13760/12076</w:t>
        <w:br/>
        <w:t>f 6088/13737/12055 6092/13742/12099 6091/13738/12056</w:t>
        <w:br/>
        <w:t>f 6100/13749/12066 6093/13741/12059 6094/13740/12058</w:t>
        <w:br/>
        <w:t>f 6107/13757/12073 6104/13751/12068 6105/13750/12067</w:t>
        <w:br/>
        <w:t>f 6097/13744/12062 6098/13743/12061 6111/13758/12074</w:t>
        <w:br/>
        <w:t>f 6114/13760/12076 6116/13765/12080 6113/13761/12077</w:t>
        <w:br/>
        <w:t>f 6109/13755/12071 6117/13764/12079 6108/13756/12072</w:t>
        <w:br/>
        <w:t>f 6102/13747/12064 6125/13774/12086 6101/13748/12065</w:t>
        <w:br/>
        <w:t>f 6090/13735/12053 6126/13773/12088 6089/13736/12054</w:t>
        <w:br/>
        <w:t>f 6138/13783/12100 6137/13784/12101 6136/13785/12102</w:t>
        <w:br/>
        <w:t>f 6139/13786/12103 6138/13783/12100 6136/13785/12102</w:t>
        <w:br/>
        <w:t>f 6143/13787/12104 6142/13788/12104 6141/13789/12104</w:t>
        <w:br/>
        <w:t>f 6140/13790/12104 6143/13787/12104 6141/13789/12104</w:t>
        <w:br/>
        <w:t>f 6147/13791/12105 6146/13792/12105 6145/13793/12106</w:t>
        <w:br/>
        <w:t>f 6144/13794/12107 6147/13791/12105 6145/13793/12106</w:t>
        <w:br/>
        <w:t>f 6150/13795/12108 6149/13796/12108 6148/13797/12108</w:t>
        <w:br/>
        <w:t>f 6151/13798/12108 6150/13795/12108 6148/13797/12108</w:t>
        <w:br/>
        <w:t>f 6352/13799/12109 6351/13800/12110 6350/13801/12110</w:t>
        <w:br/>
        <w:t>f 6353/13802/12111 6352/13799/12109 6350/13801/12110</w:t>
        <w:br/>
        <w:t>f 6357/13803/12112 6356/13804/12113 6355/13805/12114</w:t>
        <w:br/>
        <w:t>f 6354/13806/12112 6357/13803/12112 6355/13805/12114</w:t>
        <w:br/>
        <w:t>f 6361/13807/12115 6360/13808/12115 6359/13809/12116</w:t>
        <w:br/>
        <w:t>f 6358/13810/12116 6361/13807/12115 6359/13809/12116</w:t>
        <w:br/>
        <w:t>f 6365/13811/12117 6364/13812/12118 6363/13813/12119</w:t>
        <w:br/>
        <w:t>f 6362/13814/12117 6365/13811/12117 6363/13813/12119</w:t>
        <w:br/>
        <w:t>f 6367/13815/12120 6365/13811/12117 6362/13814/12117</w:t>
        <w:br/>
        <w:t>f 6366/13816/12120 6367/13815/12120 6362/13814/12117</w:t>
        <w:br/>
        <w:t>f 6354/13806/12112 6369/13817/12121 6368/13818/12122</w:t>
        <w:br/>
        <w:t>f 6357/13803/12112 6354/13806/12112 6368/13818/12122</w:t>
        <w:br/>
        <w:t>f 6371/13819/12123 6370/13820/12124 6360/13808/12115</w:t>
        <w:br/>
        <w:t>f 6361/13807/12115 6371/13819/12123 6360/13808/12115</w:t>
        <w:br/>
        <w:t>f 6374/13821/12125 6373/13822/12125 6372/13823/12126</w:t>
        <w:br/>
        <w:t>f 6375/13824/12126 6374/13821/12125 6372/13823/12126</w:t>
        <w:br/>
        <w:t>f 6379/13825/12127 6378/13826/12128 6377/13827/12128</w:t>
        <w:br/>
        <w:t>f 6376/13828/12129 6379/13825/12127 6377/13827/12128</w:t>
        <w:br/>
        <w:t>f 6380/13829/12130 6368/13818/12122 6369/13817/12121</w:t>
        <w:br/>
        <w:t>f 6381/13830/12130 6380/13829/12130 6369/13817/12121</w:t>
        <w:br/>
        <w:t>f 6371/13819/12123 6383/13831/12131 6382/13832/12132</w:t>
        <w:br/>
        <w:t>f 6370/13820/12124 6371/13819/12123 6382/13832/12132</w:t>
        <w:br/>
        <w:t>f 6385/13833/12133 6384/13834/12134 6367/13815/12120</w:t>
        <w:br/>
        <w:t>f 6366/13816/12120 6385/13833/12133 6367/13815/12120</w:t>
        <w:br/>
        <w:t>f 6389/13835/12135 6388/13836/12135 6387/13837/12136</w:t>
        <w:br/>
        <w:t>f 6386/13838/12136 6389/13835/12135 6387/13837/12136</w:t>
        <w:br/>
        <w:t>f 6393/13839/12137 6392/13840/12137 6391/13841/12138</w:t>
        <w:br/>
        <w:t>f 6390/13842/12139 6393/13839/12137 6391/13841/12138</w:t>
        <w:br/>
        <w:t>f 6395/13843/12140 6394/13844/12140 6392/13840/12137</w:t>
        <w:br/>
        <w:t>f 6393/13839/12137 6395/13843/12140 6392/13840/12137</w:t>
        <w:br/>
        <w:t>f 6397/13845/12141 6396/13846/12142 6394/13844/12140</w:t>
        <w:br/>
        <w:t>f 6395/13843/12140 6397/13845/12141 6394/13844/12140</w:t>
        <w:br/>
        <w:t>f 6401/13847/12143 6400/13848/12144 6399/13849/12145</w:t>
        <w:br/>
        <w:t>f 6398/13850/12146 6401/13847/12143 6399/13849/12145</w:t>
        <w:br/>
        <w:t>f 6405/13851/12147 6404/13852/12148 6403/13853/12148</w:t>
        <w:br/>
        <w:t>f 6402/13854/12147 6405/13851/12147 6403/13853/12148</w:t>
        <w:br/>
        <w:t>f 6409/13855/12149 6408/13856/12150 6407/13857/12150</w:t>
        <w:br/>
        <w:t>f 6406/13858/12149 6409/13855/12149 6407/13857/12150</w:t>
        <w:br/>
        <w:t>f 6413/13859/12151 6412/13860/12151 6411/13861/12152</w:t>
        <w:br/>
        <w:t>f 6410/13862/12153 6413/13859/12151 6411/13861/12152</w:t>
        <w:br/>
        <w:t>f 6417/13863/12154 6416/13864/12155 6415/13865/12155</w:t>
        <w:br/>
        <w:t>f 6414/13866/12156 6417/13863/12154 6415/13865/12155</w:t>
        <w:br/>
        <w:t>f 6421/13867/12157 6420/13868/12157 6419/13869/12158</w:t>
        <w:br/>
        <w:t>f 6418/13870/12158 6421/13867/12157 6419/13869/12158</w:t>
        <w:br/>
        <w:t>f 6425/13871/12159 6424/13872/12160 6423/13873/12160</w:t>
        <w:br/>
        <w:t>f 6422/13874/12159 6425/13871/12159 6423/13873/12160</w:t>
        <w:br/>
        <w:t>f 6429/13875/12161 6428/13876/12162 6427/13877/12163</w:t>
        <w:br/>
        <w:t>f 6426/13878/12164 6429/13875/12161 6427/13877/12163</w:t>
        <w:br/>
        <w:t>f 6414/13866/12156 6431/13879/12165 6430/13880/12166</w:t>
        <w:br/>
        <w:t>f 6417/13863/12154 6414/13866/12156 6430/13880/12166</w:t>
        <w:br/>
        <w:t>f 6421/13867/12157 6433/13881/12167 6432/13882/12167</w:t>
        <w:br/>
        <w:t>f 6420/13868/12157 6421/13867/12157 6432/13882/12167</w:t>
        <w:br/>
        <w:t>f 6435/13883/12168 6434/13884/12168 6400/13848/12144</w:t>
        <w:br/>
        <w:t>f 6401/13847/12143 6435/13883/12168 6400/13848/12144</w:t>
        <w:br/>
        <w:t>f 6399/13849/12145 6363/13813/12119 6364/13812/12118</w:t>
        <w:br/>
        <w:t>f 6398/13850/12146 6399/13849/12145 6364/13812/12118</w:t>
        <w:br/>
        <w:t>f 6409/13855/12149 6406/13858/12149 6437/13885/12169</w:t>
        <w:br/>
        <w:t>f 6436/13886/12168 6409/13855/12149 6437/13885/12169</w:t>
        <w:br/>
        <w:t>f 6441/13887/12170 6440/13888/12170 6439/13889/12170</w:t>
        <w:br/>
        <w:t>f 6438/13890/12171 6441/13887/12170 6439/13889/12170</w:t>
        <w:br/>
        <w:t>f 6356/13804/12113 6428/13876/12162 6429/13875/12161</w:t>
        <w:br/>
        <w:t>f 6355/13805/12114 6356/13804/12113 6429/13875/12161</w:t>
        <w:br/>
        <w:t>f 6426/13878/12172 6417/13863/12154 6430/13880/12166</w:t>
        <w:br/>
        <w:t>f 6442/13891/12173 6426/13878/12172 6430/13880/12166</w:t>
        <w:br/>
        <w:t>f 6413/13859/12151 6444/13892/12174 6443/13893/12175</w:t>
        <w:br/>
        <w:t>f 6412/13860/12151 6413/13859/12151 6443/13893/12175</w:t>
        <w:br/>
        <w:t>f 6446/13894/12176 6405/13851/12147 6402/13854/12147</w:t>
        <w:br/>
        <w:t>f 6445/13895/12176 6446/13894/12176 6402/13854/12147</w:t>
        <w:br/>
        <w:t>f 6358/13810/12116 6359/13809/12116 6415/13865/12155</w:t>
        <w:br/>
        <w:t>f 6416/13864/12155 6358/13810/12116 6415/13865/12155</w:t>
        <w:br/>
        <w:t>f 6390/13842/12139 6391/13841/12138 6403/13853/12148</w:t>
        <w:br/>
        <w:t>f 6404/13852/12148 6390/13842/12139 6403/13853/12148</w:t>
        <w:br/>
        <w:t>f 6388/13836/12135 6389/13835/12135 6448/13896/12177</w:t>
        <w:br/>
        <w:t>f 6447/13897/12177 6388/13836/12135 6448/13896/12177</w:t>
        <w:br/>
        <w:t>f 6374/13821/12125 6450/13898/12178 6449/13899/12179</w:t>
        <w:br/>
        <w:t>f 6373/13822/12125 6374/13821/12125 6449/13899/12179</w:t>
        <w:br/>
        <w:t>f 6378/13826/12128 6452/13900/12180 6451/13901/12180</w:t>
        <w:br/>
        <w:t>f 6377/13827/12128 6378/13826/12128 6451/13901/12180</w:t>
        <w:br/>
        <w:t>f 6454/13902/12181 6453/13903/12181 6352/13799/12109</w:t>
        <w:br/>
        <w:t>f 6353/13802/12111 6454/13902/12181 6352/13799/12109</w:t>
        <w:br/>
        <w:t>f 6396/13846/12142 6397/13845/12141 6386/13838/12136</w:t>
        <w:br/>
        <w:t>f 6387/13837/12136 6396/13846/12142 6386/13838/12136</w:t>
        <w:br/>
        <w:t>f 6383/13831/12131 6375/13824/12126 6372/13823/12126</w:t>
        <w:br/>
        <w:t>f 6382/13832/12132 6383/13831/12131 6372/13823/12126</w:t>
        <w:br/>
        <w:t>f 6381/13830/12130 6379/13825/12127 6376/13828/12129</w:t>
        <w:br/>
        <w:t>f 6380/13829/12130 6381/13830/12130 6376/13828/12129</w:t>
        <w:br/>
        <w:t>f 6350/13801/12110 6351/13800/12110 6384/13834/12134</w:t>
        <w:br/>
        <w:t>f 6385/13833/12133 6350/13801/12110 6384/13834/12134</w:t>
        <w:br/>
        <w:t>f 6456/13904/12182 6447/13897/12177 6448/13896/12177</w:t>
        <w:br/>
        <w:t>f 6455/13905/12182 6456/13904/12182 6448/13896/12177</w:t>
        <w:br/>
        <w:t>f 6458/13906/12183 6449/13899/12179 6450/13898/12178</w:t>
        <w:br/>
        <w:t>f 6457/13907/12183 6458/13906/12183 6450/13898/12178</w:t>
        <w:br/>
        <w:t>f 6460/13908/12184 6425/13871/12159 6422/13874/12159</w:t>
        <w:br/>
        <w:t>f 6459/13909/12184 6460/13908/12184 6422/13874/12159</w:t>
        <w:br/>
        <w:t>f 6462/13910/12185 6407/13857/12150 6408/13856/12150</w:t>
        <w:br/>
        <w:t>f 6461/13911/12186 6462/13910/12185 6408/13856/12150</w:t>
        <w:br/>
        <w:t>f 6466/13912/12187 6465/13913/12188 6464/13914/12188</w:t>
        <w:br/>
        <w:t>f 6463/13915/12187 6466/13912/12187 6464/13914/12188</w:t>
        <w:br/>
        <w:t>f 6468/13916/12189 6466/13912/12187 6463/13915/12187</w:t>
        <w:br/>
        <w:t>f 6467/13917/12190 6468/13916/12189 6463/13915/12187</w:t>
        <w:br/>
        <w:t>f 6472/13918/12191 6471/13919/12191 6470/13920/12192</w:t>
        <w:br/>
        <w:t>f 6469/13921/12192 6472/13918/12191 6470/13920/12192</w:t>
        <w:br/>
        <w:t>f 6471/13919/12191 6472/13918/12191 6474/13922/12193</w:t>
        <w:br/>
        <w:t>f 6473/13923/12193 6471/13919/12191 6474/13922/12193</w:t>
        <w:br/>
        <w:t>f 6478/13924/12194 6477/13925/12195 6476/13926/12196</w:t>
        <w:br/>
        <w:t>f 6475/13927/12196 6478/13924/12194 6476/13926/12196</w:t>
        <w:br/>
        <w:t>f 6477/13925/12195 6478/13924/12194 6480/13928/12197</w:t>
        <w:br/>
        <w:t>f 6479/13929/12197 6477/13925/12195 6480/13928/12197</w:t>
        <w:br/>
        <w:t>f 6484/13930/12198 6483/13931/12199 6482/13932/12200</w:t>
        <w:br/>
        <w:t>f 6481/13933/12198 6484/13930/12198 6482/13932/12200</w:t>
        <w:br/>
        <w:t>f 6486/13934/12201 6482/13932/12200 6483/13931/12199</w:t>
        <w:br/>
        <w:t>f 6485/13935/12201 6486/13934/12201 6483/13931/12199</w:t>
        <w:br/>
        <w:t>f 6488/13936/12202 6487/13937/12202 6469/13921/12192</w:t>
        <w:br/>
        <w:t>f 6470/13920/12192 6488/13936/12202 6469/13921/12192</w:t>
        <w:br/>
        <w:t>f 6489/13938/12203 6475/13927/12196 6476/13926/12196</w:t>
        <w:br/>
        <w:t>f 6490/13939/12204 6489/13938/12203 6476/13926/12196</w:t>
        <w:br/>
        <w:t>f 6492/13940/12205 6486/13934/12201 6485/13935/12201</w:t>
        <w:br/>
        <w:t>f 6491/13941/12205 6492/13940/12205 6485/13935/12201</w:t>
        <w:br/>
        <w:t>f 6494/13942/12206 6464/13914/12188 6465/13913/12188</w:t>
        <w:br/>
        <w:t>f 6493/13943/12206 6494/13942/12206 6465/13913/12188</w:t>
        <w:br/>
        <w:t>f 6498/13944/12207 6497/13945/12207 6496/13946/12208</w:t>
        <w:br/>
        <w:t>f 6495/13947/12209 6498/13944/12207 6496/13946/12208</w:t>
        <w:br/>
        <w:t>f 6502/13948/12210 6501/13949/12210 6500/13950/12211</w:t>
        <w:br/>
        <w:t>f 6499/13951/12211 6502/13948/12210 6500/13950/12211</w:t>
        <w:br/>
        <w:t>f 6506/13952/12212 6505/13953/12213 6504/13954/12213</w:t>
        <w:br/>
        <w:t>f 6503/13955/12212 6506/13952/12212 6504/13954/12213</w:t>
        <w:br/>
        <w:t>f 6510/13956/12214 6509/13957/12215 6508/13958/12215</w:t>
        <w:br/>
        <w:t>f 6507/13959/12214 6510/13956/12214 6508/13958/12215</w:t>
        <w:br/>
        <w:t>f 6514/13960/12216 6513/13961/12217 6512/13962/12217</w:t>
        <w:br/>
        <w:t>f 6511/13963/12218 6514/13960/12216 6512/13962/12217</w:t>
        <w:br/>
        <w:t>f 6518/13964/12219 6517/13965/12219 6516/13966/12220</w:t>
        <w:br/>
        <w:t>f 6515/13967/12221 6518/13964/12219 6516/13966/12220</w:t>
        <w:br/>
        <w:t>f 6522/13968/12222 6521/13969/12222 6520/13970/12223</w:t>
        <w:br/>
        <w:t>f 6519/13971/12223 6522/13968/12222 6520/13970/12223</w:t>
        <w:br/>
        <w:t>f 6526/13972/12224 6525/13973/12225 6524/13974/12225</w:t>
        <w:br/>
        <w:t>f 6523/13975/12224 6526/13972/12224 6524/13974/12225</w:t>
        <w:br/>
        <w:t>f 6530/13976/12226 6529/13977/12227 6528/13978/12227</w:t>
        <w:br/>
        <w:t>f 6527/13979/12228 6530/13976/12226 6528/13978/12227</w:t>
        <w:br/>
        <w:t>f 6534/13980/12229 6533/13981/12230 6532/13982/12230</w:t>
        <w:br/>
        <w:t>f 6531/13983/12229 6534/13980/12229 6532/13982/12230</w:t>
        <w:br/>
        <w:t>f 6538/13984/12231 6537/13985/12231 6536/13986/12232</w:t>
        <w:br/>
        <w:t>f 6535/13987/12232 6538/13984/12231 6536/13986/12232</w:t>
        <w:br/>
        <w:t>f 6542/13988/12233 6541/13989/12234 6540/13990/12235</w:t>
        <w:br/>
        <w:t>f 6539/13991/12233 6542/13988/12233 6540/13990/12235</w:t>
        <w:br/>
        <w:t>f 6473/13923/12193 6474/13922/12193 6514/13960/12216</w:t>
        <w:br/>
        <w:t>f 6511/13963/12218 6473/13923/12193 6514/13960/12216</w:t>
        <w:br/>
        <w:t>f 6515/13967/12221 6516/13966/12220 6468/13916/12189</w:t>
        <w:br/>
        <w:t>f 6467/13917/12190 6515/13967/12221 6468/13916/12189</w:t>
        <w:br/>
        <w:t>f 6520/13970/12223 6484/13930/12198 6481/13933/12198</w:t>
        <w:br/>
        <w:t>f 6519/13971/12223 6520/13970/12223 6481/13933/12198</w:t>
        <w:br/>
        <w:t>f 6480/13928/12197 6526/13972/12224 6523/13975/12224</w:t>
        <w:br/>
        <w:t>f 6479/13929/12197 6480/13928/12197 6523/13975/12224</w:t>
        <w:br/>
        <w:t>f 6505/13953/12213 6524/13974/12225 6525/13973/12225</w:t>
        <w:br/>
        <w:t>f 6504/13954/12213 6505/13953/12213 6525/13973/12225</w:t>
        <w:br/>
        <w:t>f 6499/13951/12211 6500/13950/12211 6521/13969/12222</w:t>
        <w:br/>
        <w:t>f 6522/13968/12222 6499/13951/12211 6521/13969/12222</w:t>
        <w:br/>
        <w:t>f 6495/13947/12209 6496/13946/12208 6517/13965/12219</w:t>
        <w:br/>
        <w:t>f 6518/13964/12219 6495/13947/12209 6517/13965/12219</w:t>
        <w:br/>
        <w:t>f 6509/13957/12215 6512/13962/12217 6513/13961/12217</w:t>
        <w:br/>
        <w:t>f 6508/13958/12215 6509/13957/12215 6513/13961/12217</w:t>
        <w:br/>
        <w:t>f 6544/13992/12236 6543/13993/12236 6540/13990/12235</w:t>
        <w:br/>
        <w:t>f 6541/13989/12234 6544/13992/12236 6540/13990/12235</w:t>
        <w:br/>
        <w:t>f 6546/13994/12237 6545/13995/12238 6530/13976/12226</w:t>
        <w:br/>
        <w:t>f 6527/13979/12228 6546/13994/12237 6530/13976/12226</w:t>
        <w:br/>
        <w:t>f 6548/13996/12239 6534/13980/12229 6531/13983/12229</w:t>
        <w:br/>
        <w:t>f 6547/13997/12239 6548/13996/12239 6531/13983/12229</w:t>
        <w:br/>
        <w:t>f 6550/13998/12240 6537/13985/12231 6538/13984/12231</w:t>
        <w:br/>
        <w:t>f 6549/13999/12240 6550/13998/12240 6538/13984/12231</w:t>
        <w:br/>
        <w:t>f 6539/13991/12233 6494/13942/12206 6493/13943/12206</w:t>
        <w:br/>
        <w:t>f 6542/13988/12233 6539/13991/12233 6493/13943/12206</w:t>
        <w:br/>
        <w:t>f 6492/13940/12205 6491/13941/12205 6535/13987/12232</w:t>
        <w:br/>
        <w:t>f 6536/13986/12232 6492/13940/12205 6535/13987/12232</w:t>
        <w:br/>
        <w:t>f 6532/13982/12230 6533/13981/12230 6489/13938/12203</w:t>
        <w:br/>
        <w:t>f 6490/13939/12204 6532/13982/12230 6489/13938/12203</w:t>
        <w:br/>
        <w:t>f 6488/13936/12202 6528/13978/12227 6529/13977/12227</w:t>
        <w:br/>
        <w:t>f 6487/13937/12202 6488/13936/12202 6529/13977/12227</w:t>
        <w:br/>
        <w:t>f 6553/14000/12241 6552/14001/12242 6551/14002/12242</w:t>
        <w:br/>
        <w:t>f 6554/14003/12241 6553/14000/12241 6551/14002/12242</w:t>
        <w:br/>
        <w:t>f 6551/14002/12242 6552/14001/12242 6556/14004/12243</w:t>
        <w:br/>
        <w:t>f 6555/14005/12243 6551/14002/12242 6556/14004/12243</w:t>
        <w:br/>
        <w:t>f 6560/14006/12244 6559/14007/12244 6558/14008/12245</w:t>
        <w:br/>
        <w:t>f 6557/14009/12245 6560/14006/12244 6558/14008/12245</w:t>
        <w:br/>
        <w:t>f 6560/14006/12244 6562/14010/12246 6561/14011/12246</w:t>
        <w:br/>
        <w:t>f 6559/14007/12244 6560/14006/12244 6561/14011/12246</w:t>
        <w:br/>
        <w:t>f 6565/14012/12247 6564/14013/12248 6563/14014/12249</w:t>
        <w:br/>
        <w:t>f 6566/14015/12250 6565/14012/12247 6563/14014/12249</w:t>
        <w:br/>
        <w:t>f 6563/14014/12249 6568/14016/12251 6567/14017/12252</w:t>
        <w:br/>
        <w:t>f 6566/14015/12250 6563/14014/12249 6567/14017/12252</w:t>
        <w:br/>
        <w:t>f 6572/14018/12253 6571/14019/12253 6570/14020/12254</w:t>
        <w:br/>
        <w:t>f 6569/14021/12254 6572/14018/12253 6570/14020/12254</w:t>
        <w:br/>
        <w:t>f 6576/14022/12255 6575/14023/12256 6574/14024/12257</w:t>
        <w:br/>
        <w:t>f 6573/14025/12258 6576/14022/12255 6574/14024/12257</w:t>
        <w:br/>
        <w:t>f 6558/14008/12245 6578/14026/12259 6577/14027/12259</w:t>
        <w:br/>
        <w:t>f 6557/14009/12245 6558/14008/12245 6577/14027/12259</w:t>
        <w:br/>
        <w:t>f 6564/14013/12248 6565/14012/12247 6580/14028/12260</w:t>
        <w:br/>
        <w:t>f 6579/14029/12260 6564/14013/12248 6580/14028/12260</w:t>
        <w:br/>
        <w:t>f 6573/14025/12258 6582/14030/12261 6581/14031/12261</w:t>
        <w:br/>
        <w:t>f 6576/14022/12255 6573/14025/12258 6581/14031/12261</w:t>
        <w:br/>
        <w:t>f 6553/14000/12241 6554/14003/12241 6583/14032/12262</w:t>
        <w:br/>
        <w:t>f 6584/14033/12262 6553/14000/12241 6583/14032/12262</w:t>
        <w:br/>
        <w:t>f 6588/14034/12263 6587/14035/12264 6586/14036/12264</w:t>
        <w:br/>
        <w:t>f 6585/14037/12265 6588/14034/12263 6586/14036/12264</w:t>
        <w:br/>
        <w:t>f 6579/14029/12260 6580/14028/12260 6590/14038/12266</w:t>
        <w:br/>
        <w:t>f 6589/14039/12266 6579/14029/12260 6590/14038/12266</w:t>
        <w:br/>
        <w:t>f 6594/14040/12267 6593/14041/12268 6592/14042/12269</w:t>
        <w:br/>
        <w:t>f 6591/14043/12269 6594/14040/12267 6592/14042/12269</w:t>
        <w:br/>
        <w:t>f 6583/14032/12262 6596/14044/12270 6595/14045/12270</w:t>
        <w:br/>
        <w:t>f 6584/14033/12262 6583/14032/12262 6595/14045/12270</w:t>
        <w:br/>
        <w:t>f 6600/14046/12271 6599/14047/12272 6598/14048/12273</w:t>
        <w:br/>
        <w:t>f 6597/14049/12273 6600/14046/12271 6598/14048/12273</w:t>
        <w:br/>
        <w:t>f 6604/14050/12274 6603/14051/12275 6602/14052/12276</w:t>
        <w:br/>
        <w:t>f 6601/14053/12277 6604/14050/12274 6602/14052/12276</w:t>
        <w:br/>
        <w:t>f 6608/14054/12278 6607/14055/12279 6606/14056/12280</w:t>
        <w:br/>
        <w:t>f 6605/14057/12278 6608/14054/12278 6606/14056/12280</w:t>
        <w:br/>
        <w:t>f 6612/14058/12281 6611/14059/12281 6610/14060/12282</w:t>
        <w:br/>
        <w:t>f 6609/14061/12282 6612/14058/12281 6610/14060/12282</w:t>
        <w:br/>
        <w:t>f 6616/14062/12283 6615/14063/12284 6614/14064/12284</w:t>
        <w:br/>
        <w:t>f 6613/14065/12285 6616/14062/12283 6614/14064/12284</w:t>
        <w:br/>
        <w:t>f 6620/14066/12286 6619/14067/12287 6618/14068/12288</w:t>
        <w:br/>
        <w:t>f 6617/14069/12289 6620/14066/12286 6618/14068/12288</w:t>
        <w:br/>
        <w:t>f 6624/14070/12290 6623/14071/12290 6622/14072/12291</w:t>
        <w:br/>
        <w:t>f 6621/14073/12292 6624/14070/12290 6622/14072/12291</w:t>
        <w:br/>
        <w:t>f 6626/14074/12293 6625/14075/12294 6599/14047/12272</w:t>
        <w:br/>
        <w:t>f 6600/14046/12271 6626/14074/12293 6599/14047/12272</w:t>
        <w:br/>
        <w:t>f 6601/14053/12277 6628/14076/12295 6627/14077/12295</w:t>
        <w:br/>
        <w:t>f 6604/14050/12274 6601/14053/12277 6627/14077/12295</w:t>
        <w:br/>
        <w:t>f 6632/14078/12296 6631/14079/12297 6630/14080/12298</w:t>
        <w:br/>
        <w:t>f 6629/14081/12299 6632/14078/12296 6630/14080/12298</w:t>
        <w:br/>
        <w:t>f 6608/14054/12278 6605/14057/12278 6634/14082/12300</w:t>
        <w:br/>
        <w:t>f 6633/14083/12301 6608/14054/12278 6634/14082/12300</w:t>
        <w:br/>
        <w:t>f 6611/14059/12281 6612/14058/12281 6636/14084/12302</w:t>
        <w:br/>
        <w:t>f 6635/14085/12303 6611/14059/12281 6636/14084/12302</w:t>
        <w:br/>
        <w:t>f 6597/14049/12273 6598/14048/12273 6555/14005/12243</w:t>
        <w:br/>
        <w:t>f 6556/14004/12243 6597/14049/12273 6555/14005/12243</w:t>
        <w:br/>
        <w:t>f 6561/14011/12246 6562/14010/12246 6609/14061/12282</w:t>
        <w:br/>
        <w:t>f 6610/14060/12282 6561/14011/12246 6609/14061/12282</w:t>
        <w:br/>
        <w:t>f 6607/14055/12279 6567/14017/12252 6568/14016/12251</w:t>
        <w:br/>
        <w:t>f 6606/14056/12280 6607/14055/12279 6568/14016/12251</w:t>
        <w:br/>
        <w:t>f 6570/14020/12254 6602/14052/12276 6603/14051/12275</w:t>
        <w:br/>
        <w:t>f 6569/14021/12254 6570/14020/12254 6603/14051/12275</w:t>
        <w:br/>
        <w:t>f 6596/14044/12270 6632/14078/12296 6629/14081/12299</w:t>
        <w:br/>
        <w:t>f 6595/14045/12270 6596/14044/12270 6629/14081/12299</w:t>
        <w:br/>
        <w:t>f 6591/14043/12269 6592/14042/12269 6614/14064/12284</w:t>
        <w:br/>
        <w:t>f 6615/14063/12284 6591/14043/12269 6614/14064/12284</w:t>
        <w:br/>
        <w:t>f 6589/14039/12266 6590/14038/12266 6619/14067/12287</w:t>
        <w:br/>
        <w:t>f 6620/14066/12286 6589/14039/12266 6619/14067/12287</w:t>
        <w:br/>
        <w:t>f 6587/14035/12264 6621/14073/12292 6622/14072/12291</w:t>
        <w:br/>
        <w:t>f 6586/14036/12264 6587/14035/12264 6622/14072/12291</w:t>
        <w:br/>
        <w:t>f 6640/14086/12304 6639/14087/12304 6638/14088/12305</w:t>
        <w:br/>
        <w:t>f 6637/14089/12305 6640/14086/12304 6638/14088/12305</w:t>
        <w:br/>
        <w:t>f 6642/14090/12306 6641/14091/12306 6639/14087/12304</w:t>
        <w:br/>
        <w:t>f 6640/14086/12304 6642/14090/12306 6639/14087/12304</w:t>
        <w:br/>
        <w:t>f 6642/14090/12306 6644/14092/12307 6643/14093/12307</w:t>
        <w:br/>
        <w:t>f 6641/14091/12306 6642/14090/12306 6643/14093/12307</w:t>
        <w:br/>
        <w:t>f 6648/14094/12308 6647/14095/12309 6646/14096/12309</w:t>
        <w:br/>
        <w:t>f 6645/14097/12308 6648/14094/12308 6646/14096/12309</w:t>
        <w:br/>
        <w:t>f 6647/14095/12309 6650/14098/12310 6649/14099/12310</w:t>
        <w:br/>
        <w:t>f 6646/14096/12309 6647/14095/12309 6649/14099/12310</w:t>
        <w:br/>
        <w:t>f 6652/14100/12311 6651/14101/12311 6649/14099/12310</w:t>
        <w:br/>
        <w:t>f 6650/14098/12310 6652/14100/12311 6649/14099/12310</w:t>
        <w:br/>
        <w:t>f 6656/14102/12311 6655/14103/12311 6654/14104/12312</w:t>
        <w:br/>
        <w:t>f 6653/14105/12312 6656/14102/12311 6654/14104/12312</w:t>
        <w:br/>
        <w:t>f 6653/14105/12312 6654/14104/12312 6658/14106/12313</w:t>
        <w:br/>
        <w:t>f 6657/14107/12313 6653/14105/12312 6658/14106/12313</w:t>
        <w:br/>
        <w:t>f 6662/14108/12314 6661/14109/12315 6660/14110/12315</w:t>
        <w:br/>
        <w:t>f 6659/14111/12316 6662/14108/12314 6660/14110/12315</w:t>
        <w:br/>
        <w:t>f 6661/14109/12315 6637/14089/12305 6638/14088/12305</w:t>
        <w:br/>
        <w:t>f 6660/14110/12315 6661/14109/12315 6638/14088/12305</w:t>
        <w:br/>
        <w:t>f 6666/14112/12317 6665/14113/12317 6664/14114/12318</w:t>
        <w:br/>
        <w:t>f 6663/14115/12319 6666/14112/12317 6664/14114/12318</w:t>
        <w:br/>
        <w:t>f 6668/14116/12320 6667/14117/12320 6665/14113/12317</w:t>
        <w:br/>
        <w:t>f 6666/14112/12317 6668/14116/12320 6665/14113/12317</w:t>
        <w:br/>
        <w:t>f 6667/14117/12320 6668/14116/12320 6670/14118/12321</w:t>
        <w:br/>
        <w:t>f 6669/14119/12322 6667/14117/12320 6670/14118/12321</w:t>
        <w:br/>
        <w:t>f 6674/14120/12323 6673/14121/12324 6672/14122/12324</w:t>
        <w:br/>
        <w:t>f 6671/14123/12323 6674/14120/12323 6672/14122/12324</w:t>
        <w:br/>
        <w:t>f 6673/14121/12324 6676/14124/12325 6675/14125/12325</w:t>
        <w:br/>
        <w:t>f 6672/14122/12324 6673/14121/12324 6675/14125/12325</w:t>
        <w:br/>
        <w:t>f 6678/14126/12326 6677/14127/12326 6675/14125/12325</w:t>
        <w:br/>
        <w:t>f 6676/14124/12325 6678/14126/12326 6675/14125/12325</w:t>
        <w:br/>
        <w:t>f 6682/14128/12326 6681/14129/12326 6680/14130/12327</w:t>
        <w:br/>
        <w:t>f 6679/14131/12328 6682/14128/12326 6680/14130/12327</w:t>
        <w:br/>
        <w:t>f 6679/14131/12328 6680/14130/12327 6684/14132/12329</w:t>
        <w:br/>
        <w:t>f 6683/14133/12330 6679/14131/12328 6684/14132/12329</w:t>
        <w:br/>
        <w:t>f 6688/14134/12331 6687/14135/12332 6686/14136/12333</w:t>
        <w:br/>
        <w:t>f 6685/14137/12334 6688/14134/12331 6686/14136/12333</w:t>
        <w:br/>
        <w:t>f 6686/14136/12333 6687/14135/12332 6663/14115/12319</w:t>
        <w:br/>
        <w:t>f 6664/14114/12318 6686/14136/12333 6663/14115/12319</w:t>
        <w:br/>
        <w:t>f 6692/14138/12335 6691/14139/12336 6690/14140/12336</w:t>
        <w:br/>
        <w:t>f 6689/14141/12335 6692/14138/12335 6690/14140/12336</w:t>
        <w:br/>
        <w:t>f 6691/14139/12336 6694/14142/12337 6693/14143/12337</w:t>
        <w:br/>
        <w:t>f 6690/14140/12336 6691/14139/12336 6693/14143/12337</w:t>
        <w:br/>
        <w:t>f 6694/14142/12337 6696/14144/12338 6695/14145/12339</w:t>
        <w:br/>
        <w:t>f 6693/14143/12337 6694/14142/12337 6695/14145/12339</w:t>
        <w:br/>
        <w:t>f 6700/14146/12340 6699/14147/12340 6698/14148/12341</w:t>
        <w:br/>
        <w:t>f 6697/14149/12341 6700/14146/12340 6698/14148/12341</w:t>
        <w:br/>
        <w:t>f 6699/14147/12340 6700/14146/12340 6702/14150/12342</w:t>
        <w:br/>
        <w:t>f 6701/14151/12343 6699/14147/12340 6702/14150/12342</w:t>
        <w:br/>
        <w:t>f 6702/14150/12342 6704/14152/12344 6703/14153/12344</w:t>
        <w:br/>
        <w:t>f 6701/14151/12343 6702/14150/12342 6703/14153/12344</w:t>
        <w:br/>
        <w:t>f 6708/14154/12344 6707/14155/12345 6706/14156/12345</w:t>
        <w:br/>
        <w:t>f 6705/14157/12344 6708/14154/12344 6706/14156/12345</w:t>
        <w:br/>
        <w:t>f 6707/14155/12345 6710/14158/12346 6709/14159/12347</w:t>
        <w:br/>
        <w:t>f 6706/14156/12345 6707/14155/12345 6709/14159/12347</w:t>
        <w:br/>
        <w:t>f 6714/14160/12348 6713/14161/12348 6712/14162/12349</w:t>
        <w:br/>
        <w:t>f 6711/14163/12349 6714/14160/12348 6712/14162/12349</w:t>
        <w:br/>
        <w:t>f 6713/14161/12348 6714/14160/12348 6692/14138/12335</w:t>
        <w:br/>
        <w:t>f 6689/14141/12335 6713/14161/12348 6692/14138/12335</w:t>
        <w:br/>
        <w:t>f 6718/14164/12350 6717/14165/12351 6716/14166/12352</w:t>
        <w:br/>
        <w:t>f 6715/14167/12353 6718/14164/12350 6716/14166/12352</w:t>
        <w:br/>
        <w:t>f 6720/14168/12354 6719/14169/12355 6716/14166/12352</w:t>
        <w:br/>
        <w:t>f 6717/14165/12351 6720/14168/12354 6716/14166/12352</w:t>
        <w:br/>
        <w:t>f 6719/14169/12355 6720/14168/12354 6722/14170/12356</w:t>
        <w:br/>
        <w:t>f 6721/14171/12357 6719/14169/12355 6722/14170/12356</w:t>
        <w:br/>
        <w:t>f 6726/14172/12358 6725/14173/12358 6724/14174/12359</w:t>
        <w:br/>
        <w:t>f 6723/14175/12359 6726/14172/12358 6724/14174/12359</w:t>
        <w:br/>
        <w:t>f 6725/14173/12358 6726/14172/12358 6728/14176/12360</w:t>
        <w:br/>
        <w:t>f 6727/14177/12361 6725/14173/12358 6728/14176/12360</w:t>
        <w:br/>
        <w:t>f 6728/14176/12360 6730/14178/12362 6729/14179/12362</w:t>
        <w:br/>
        <w:t>f 6727/14177/12361 6728/14176/12360 6729/14179/12362</w:t>
        <w:br/>
        <w:t>f 6734/14180/12363 6733/14181/12364 6732/14182/12364</w:t>
        <w:br/>
        <w:t>f 6731/14183/12363 6734/14180/12363 6732/14182/12364</w:t>
        <w:br/>
        <w:t>f 6731/14183/12363 6736/14184/12365 6735/14185/12365</w:t>
        <w:br/>
        <w:t>f 6734/14180/12363 6731/14183/12363 6735/14185/12365</w:t>
        <w:br/>
        <w:t>f 6740/14186/12366 6739/14187/12366 6738/14188/12367</w:t>
        <w:br/>
        <w:t>f 6737/14189/12367 6740/14186/12366 6738/14188/12367</w:t>
        <w:br/>
        <w:t>f 6740/14186/12366 6718/14164/12350 6715/14167/12353</w:t>
        <w:br/>
        <w:t>f 6739/14187/12366 6740/14186/12366 6715/14167/12353</w:t>
        <w:br/>
        <w:t>f 6644/14092/12307 6648/14094/12308 6645/14097/12308</w:t>
        <w:br/>
        <w:t>f 6643/14093/12307 6644/14092/12307 6645/14097/12308</w:t>
        <w:br/>
        <w:t>f 6723/14175/12359 6724/14174/12359 6721/14171/12357</w:t>
        <w:br/>
        <w:t>f 6722/14170/12356 6723/14175/12359 6721/14171/12357</w:t>
        <w:br/>
        <w:t>f 6695/14145/12339 6696/14144/12338 6697/14149/12341</w:t>
        <w:br/>
        <w:t>f 6698/14148/12341 6695/14145/12339 6697/14149/12341</w:t>
        <w:br/>
        <w:t>f 6670/14118/12321 6674/14120/12323 6671/14123/12323</w:t>
        <w:br/>
        <w:t>f 6669/14119/12322 6670/14118/12321 6671/14123/12323</w:t>
        <w:br/>
        <w:t>f 6658/14106/12313 6662/14108/12314 6659/14111/12316</w:t>
        <w:br/>
        <w:t>f 6657/14107/12313 6658/14106/12313 6659/14111/12316</w:t>
        <w:br/>
        <w:t>f 6735/14185/12365 6736/14184/12365 6737/14189/12367</w:t>
        <w:br/>
        <w:t>f 6738/14188/12367 6735/14185/12365 6737/14189/12367</w:t>
        <w:br/>
        <w:t>f 6709/14159/12347 6710/14158/12346 6711/14163/12349</w:t>
        <w:br/>
        <w:t>f 6712/14162/12349 6709/14159/12347 6711/14163/12349</w:t>
        <w:br/>
        <w:t>f 6684/14132/12329 6688/14134/12331 6685/14137/12334</w:t>
        <w:br/>
        <w:t>f 6683/14133/12330 6684/14132/12329 6685/14137/12334</w:t>
        <w:br/>
        <w:t>f 6456/13904/12182 6455/13905/12182 6410/13862/12153</w:t>
        <w:br/>
        <w:t>f 6411/13861/12152 6456/13904/12182 6410/13862/12153</w:t>
        <w:br/>
        <w:t>f 6457/13907/12183 6418/13870/12158 6419/13869/12158</w:t>
        <w:br/>
        <w:t>f 6458/13906/12183 6457/13907/12183 6419/13869/12158</w:t>
        <w:br/>
        <w:t>f 6460/13908/12184 6459/13909/12184 6451/13901/12180</w:t>
        <w:br/>
        <w:t>f 6452/13900/12180 6460/13908/12184 6451/13901/12180</w:t>
        <w:br/>
        <w:t>f 6462/13910/12185 6461/13911/12186 6453/13903/12181</w:t>
        <w:br/>
        <w:t>f 6454/13902/12181 6462/13910/12185 6453/13903/12181</w:t>
        <w:br/>
        <w:t>f 7068/14190/12368 7067/14191/12369 7066/14192/12370</w:t>
        <w:br/>
        <w:t>f 7065/14193/12368 7068/14190/12368 7066/14192/12370</w:t>
        <w:br/>
        <w:t>f 7072/14194/12371 7071/14195/12372 7070/14196/12373</w:t>
        <w:br/>
        <w:t>f 7069/14197/12374 7072/14194/12371 7070/14196/12373</w:t>
        <w:br/>
        <w:t>f 7076/14198/12375 7075/14199/12376 7074/14200/12377</w:t>
        <w:br/>
        <w:t>f 7073/14201/12375 7076/14198/12375 7074/14200/12377</w:t>
        <w:br/>
        <w:t>f 7079/14202/12378 7078/14203/12379 7077/14204/12380</w:t>
        <w:br/>
        <w:t>f 7080/14205/12380 7079/14202/12378 7077/14204/12380</w:t>
        <w:br/>
        <w:t>f 7084/14206/12381 7083/14207/12382 7082/14208/12383</w:t>
        <w:br/>
        <w:t>f 7081/14209/12384 7084/14206/12381 7082/14208/12383</w:t>
        <w:br/>
        <w:t>f 7087/14210/12385 7086/14211/12386 7085/14212/12387</w:t>
        <w:br/>
        <w:t>f 7088/14213/12388 7087/14210/12385 7085/14212/12387</w:t>
        <w:br/>
        <w:t>f 7091/14214/12389 7090/14215/12390 7089/14216/12391</w:t>
        <w:br/>
        <w:t>f 7087/14210/12385 7091/14214/12389 7089/14216/12391</w:t>
        <w:br/>
        <w:t>f 7094/14217/12392 7093/14218/12393 7092/14219/12394</w:t>
        <w:br/>
        <w:t>f 7082/14208/12383 7094/14217/12392 7092/14219/12394</w:t>
        <w:br/>
        <w:t>f 7097/14220/12395 7096/14221/12396 7095/14222/12397</w:t>
        <w:br/>
        <w:t>f 7098/14223/12398 7097/14220/12395 7095/14222/12397</w:t>
        <w:br/>
        <w:t>f 7102/14224/12399 7101/14225/12400 7100/14226/12400</w:t>
        <w:br/>
        <w:t>f 7099/14227/12399 7102/14224/12399 7100/14226/12400</w:t>
        <w:br/>
        <w:t>f 7105/14228/12401 7104/14229/12402 7103/14230/12403</w:t>
        <w:br/>
        <w:t>f 7106/14231/12404 7105/14228/12401 7103/14230/12403</w:t>
        <w:br/>
        <w:t>f 7091/14214/12389 7108/14232/12405 7107/14233/12406</w:t>
        <w:br/>
        <w:t>f 7111/14234/12407 7110/14235/12408 7109/14236/12409</w:t>
        <w:br/>
        <w:t>f 7112/14237/12410 7111/14234/12407 7109/14236/12409</w:t>
        <w:br/>
        <w:t>f 7115/14238/12411 7114/14239/12412 7113/14240/12413</w:t>
        <w:br/>
        <w:t>f 7118/14241/12414 7088/14213/12388 7117/14242/12415</w:t>
        <w:br/>
        <w:t>f 7116/14243/12416 7118/14241/12414 7117/14242/12415</w:t>
        <w:br/>
        <w:t>f 7120/14244/12417 7081/14209/12384 7115/14238/12411</w:t>
        <w:br/>
        <w:t>f 7119/14245/12418 7120/14244/12417 7115/14238/12411</w:t>
        <w:br/>
        <w:t>f 7065/14193/12368 7122/14246/12419 7121/14247/12419</w:t>
        <w:br/>
        <w:t>f 7068/14190/12368 7065/14193/12368 7121/14247/12419</w:t>
        <w:br/>
        <w:t>f 7078/14203/12379 7079/14202/12378 7066/14192/12370</w:t>
        <w:br/>
        <w:t>f 7067/14191/12369 7078/14203/12379 7066/14192/12370</w:t>
        <w:br/>
        <w:t>f 7123/14248/12420 7098/14223/12398 7095/14222/12397</w:t>
        <w:br/>
        <w:t>f 7124/14249/12420 7123/14248/12420 7095/14222/12397</w:t>
        <w:br/>
        <w:t>f 7096/14221/12396 7097/14220/12395 7126/14250/12421</w:t>
        <w:br/>
        <w:t>f 7125/14251/12380 7096/14221/12396 7126/14250/12421</w:t>
        <w:br/>
        <w:t>f 7092/14219/12394 7093/14218/12393 7127/14252/12422</w:t>
        <w:br/>
        <w:t>f 7090/14215/12390 7091/14214/12389 7107/14233/12406</w:t>
        <w:br/>
        <w:t>f 7094/14217/12392 7082/14208/12383 7083/14207/12382</w:t>
        <w:br/>
        <w:t>f 7087/14210/12385 7089/14216/12391 7086/14211/12386</w:t>
        <w:br/>
        <w:t>f 7115/14238/12411 7113/14240/12413 7119/14245/12418</w:t>
        <w:br/>
        <w:t>f 7118/14241/12414 7116/14243/12416 7128/14253/12423</w:t>
        <w:br/>
        <w:t>f 7081/14209/12384 7120/14244/12417 7084/14206/12381</w:t>
        <w:br/>
        <w:t>f 7088/14213/12388 7085/14212/12387 7117/14242/12415</w:t>
        <w:br/>
        <w:t>f 7132/14254/12424 7131/14255/12425 7130/14256/12425</w:t>
        <w:br/>
        <w:t>f 7129/14257/12424 7132/14254/12424 7130/14256/12425</w:t>
        <w:br/>
        <w:t>f 7135/14258/12426 7134/14259/12426 7133/14260/12427</w:t>
        <w:br/>
        <w:t>f 7136/14261/12427 7135/14258/12426 7133/14260/12427</w:t>
        <w:br/>
        <w:t>f 7140/14262/12428 7139/14263/12429 7138/14264/12429</w:t>
        <w:br/>
        <w:t>f 7137/14265/12430 7140/14262/12428 7138/14264/12429</w:t>
        <w:br/>
        <w:t>f 7144/14266/12431 7143/14267/12432 7142/14268/12433</w:t>
        <w:br/>
        <w:t>f 7141/14269/12434 7144/14266/12431 7142/14268/12433</w:t>
        <w:br/>
        <w:t>f 7147/14270/12435 7146/14271/12436 7145/14272/12437</w:t>
        <w:br/>
        <w:t>f 7148/14273/12438 7147/14270/12435 7145/14272/12437</w:t>
        <w:br/>
        <w:t>f 7151/14274/12439 7150/14275/12440 7149/14276/12441</w:t>
        <w:br/>
        <w:t>f 7154/14277/12442 7153/14278/12442 7152/14279/12443</w:t>
        <w:br/>
        <w:t>f 7155/14280/12443 7154/14277/12442 7152/14279/12443</w:t>
        <w:br/>
        <w:t>f 7159/14281/12444 7158/14282/12445 7157/14283/12446</w:t>
        <w:br/>
        <w:t>f 7156/14284/12447 7159/14281/12444 7157/14283/12446</w:t>
        <w:br/>
        <w:t>f 7162/14285/12448 7161/14286/12449 7160/14287/12450</w:t>
        <w:br/>
        <w:t>f 7163/14288/12451 7162/14285/12448 7160/14287/12450</w:t>
        <w:br/>
        <w:t>f 7166/14289/12452 7165/14290/12453 7164/14291/12454</w:t>
        <w:br/>
        <w:t>f 7170/14292/12455 7169/14293/12456 7168/14294/12457</w:t>
        <w:br/>
        <w:t>f 7167/14295/12458 7170/14292/12455 7168/14294/12457</w:t>
        <w:br/>
        <w:t>f 7174/14296/12459 7173/14297/12460 7172/14298/12461</w:t>
        <w:br/>
        <w:t>f 7171/14299/12462 7174/14296/12459 7172/14298/12461</w:t>
        <w:br/>
        <w:t>f 7169/14293/12456 7176/14300/12463 7175/14301/12464</w:t>
        <w:br/>
        <w:t>f 7177/14302/12465 7169/14293/12456 7175/14301/12464</w:t>
        <w:br/>
        <w:t>f 7180/14303/12466 7179/14304/12467 7166/14289/12452</w:t>
        <w:br/>
        <w:t>f 7178/14305/12468 7180/14303/12466 7166/14289/12452</w:t>
        <w:br/>
        <w:t>f 7171/14299/12462 7179/14304/12467 7182/14306/12469</w:t>
        <w:br/>
        <w:t>f 7181/14307/12470 7171/14299/12462 7182/14306/12469</w:t>
        <w:br/>
        <w:t>f 7184/14308/12471 7183/14309/12472 7149/14276/12441</w:t>
        <w:br/>
        <w:t>f 7177/14302/12465 7184/14308/12471 7149/14276/12441</w:t>
        <w:br/>
        <w:t>f 7129/14257/12424 7186/14310/12473 7185/14311/12473</w:t>
        <w:br/>
        <w:t>f 7132/14254/12424 7129/14257/12424 7185/14311/12473</w:t>
        <w:br/>
        <w:t>f 7130/14256/12425 7131/14255/12425 7187/14312/12474</w:t>
        <w:br/>
        <w:t>f 7188/14313/12475 7130/14256/12425 7187/14312/12474</w:t>
        <w:br/>
        <w:t>f 7190/14314/12476 7136/14261/12427 7133/14260/12427</w:t>
        <w:br/>
        <w:t>f 7189/14315/12477 7190/14314/12476 7133/14260/12427</w:t>
        <w:br/>
        <w:t>f 7192/14316/12450 7191/14317/12450 7134/14259/12426</w:t>
        <w:br/>
        <w:t>f 7135/14258/12426 7192/14316/12450 7134/14259/12426</w:t>
        <w:br/>
        <w:t>f 7193/14318/12478 7172/14298/12461 7173/14297/12460</w:t>
        <w:br/>
        <w:t>f 7168/14294/12457 7194/14319/12479 7167/14295/12458</w:t>
        <w:br/>
        <w:t>f 7171/14299/12462 7181/14307/12470 7174/14296/12459</w:t>
        <w:br/>
        <w:t>f 7169/14293/12456 7170/14292/12455 7176/14300/12463</w:t>
        <w:br/>
        <w:t>f 7166/14289/12452 7164/14291/12454 7178/14305/12468</w:t>
        <w:br/>
        <w:t>f 7151/14274/12439 7149/14276/12441 7183/14309/12472</w:t>
        <w:br/>
        <w:t>f 7179/14304/12467 7180/14303/12466 7182/14306/12469</w:t>
        <w:br/>
        <w:t>f 7177/14302/12465 7175/14301/12464 7184/14308/12471</w:t>
        <w:br/>
        <w:t>f 7198/14320/12480 7197/14321/12481 7196/14322/12482</w:t>
        <w:br/>
        <w:t>f 7195/14323/12483 7198/14320/12480 7196/14322/12482</w:t>
        <w:br/>
        <w:t>f 7202/14324/12484 7201/14325/12485 7200/14326/12486</w:t>
        <w:br/>
        <w:t>f 7199/14327/12487 7202/14324/12484 7200/14326/12486</w:t>
        <w:br/>
        <w:t>f 7206/14328/12488 7205/14329/12488 7204/14330/12489</w:t>
        <w:br/>
        <w:t>f 7203/14331/12489 7206/14328/12488 7204/14330/12489</w:t>
        <w:br/>
        <w:t>f 7210/14332/12490 7209/14333/12491 7208/14334/12492</w:t>
        <w:br/>
        <w:t>f 7207/14335/12493 7210/14332/12490 7208/14334/12492</w:t>
        <w:br/>
        <w:t>f 7214/14336/12494 7213/14337/12495 7212/14338/12495</w:t>
        <w:br/>
        <w:t>f 7211/14339/12494 7214/14336/12494 7212/14338/12495</w:t>
        <w:br/>
        <w:t>f 7218/14340/12496 7217/14341/12497 7216/14342/12498</w:t>
        <w:br/>
        <w:t>f 7215/14343/12496 7218/14340/12496 7216/14342/12498</w:t>
        <w:br/>
        <w:t>f 7222/14344/12499 7221/14345/12500 7220/14346/12501</w:t>
        <w:br/>
        <w:t>f 7219/14347/12501 7222/14344/12499 7220/14346/12501</w:t>
        <w:br/>
        <w:t>f 7225/14348/12502 7224/14349/12502 7223/14350/12503</w:t>
        <w:br/>
        <w:t>f 7226/14351/12504 7225/14348/12502 7223/14350/12503</w:t>
        <w:br/>
        <w:t>f 7207/14335/12493 7208/14334/12492 7224/14349/12502</w:t>
        <w:br/>
        <w:t>f 7225/14348/12502 7207/14335/12493 7224/14349/12502</w:t>
        <w:br/>
        <w:t>f 7204/14330/12489 7214/14336/12494 7211/14339/12494</w:t>
        <w:br/>
        <w:t>f 7203/14331/12489 7204/14330/12489 7211/14339/12494</w:t>
        <w:br/>
        <w:t>f 7199/14327/12487 7218/14340/12496 7215/14343/12496</w:t>
        <w:br/>
        <w:t>f 7202/14324/12484 7199/14327/12487 7215/14343/12496</w:t>
        <w:br/>
        <w:t>f 7219/14347/12501 7220/14346/12501 7198/14320/12480</w:t>
        <w:br/>
        <w:t>f 7195/14323/12483 7219/14347/12501 7198/14320/12480</w:t>
        <w:br/>
        <w:t>f 7227/14352/12505 7209/14333/12491 7210/14332/12490</w:t>
        <w:br/>
        <w:t>f 7228/14353/12506 7227/14352/12505 7210/14332/12490</w:t>
        <w:br/>
        <w:t>f 7230/14354/12507 7229/14355/12507 7205/14329/12488</w:t>
        <w:br/>
        <w:t>f 7206/14328/12488 7230/14354/12507 7205/14329/12488</w:t>
        <w:br/>
        <w:t>f 7232/14356/12508 7231/14357/12509 7200/14326/12486</w:t>
        <w:br/>
        <w:t>f 7201/14325/12485 7232/14356/12508 7200/14326/12486</w:t>
        <w:br/>
        <w:t>f 7197/14321/12481 7234/14358/12510 7233/14359/12510</w:t>
        <w:br/>
        <w:t>f 7196/14322/12482 7197/14321/12481 7233/14359/12510</w:t>
        <w:br/>
        <w:t>f 7238/14360/12511 7237/14361/12512 7236/14362/12512</w:t>
        <w:br/>
        <w:t>f 7235/14363/12513 7238/14360/12511 7236/14362/12512</w:t>
        <w:br/>
        <w:t>f 7241/14364/12514 7240/14365/12515 7239/14366/12516</w:t>
        <w:br/>
        <w:t>f 7242/14367/12516 7241/14364/12514 7239/14366/12516</w:t>
        <w:br/>
        <w:t>f 7246/14368/12517 7245/14369/12518 7244/14370/12519</w:t>
        <w:br/>
        <w:t>f 7243/14371/12519 7246/14368/12517 7244/14370/12519</w:t>
        <w:br/>
        <w:t>f 7249/14372/12520 7248/14373/12520 7247/14374/12521</w:t>
        <w:br/>
        <w:t>f 7250/14375/12521 7249/14372/12520 7247/14374/12521</w:t>
        <w:br/>
        <w:t>f 7252/14376/12522 7236/14362/12512 7237/14361/12512</w:t>
        <w:br/>
        <w:t>f 7251/14377/12522 7252/14376/12522 7237/14361/12512</w:t>
        <w:br/>
        <w:t>f 7254/14378/12523 7253/14379/12523 7240/14365/12515</w:t>
        <w:br/>
        <w:t>f 7241/14364/12514 7254/14378/12523 7240/14365/12515</w:t>
        <w:br/>
        <w:t>f 7258/14380/12524 7257/14381/12525 7256/14382/12525</w:t>
        <w:br/>
        <w:t>f 7255/14383/12526 7258/14380/12524 7256/14382/12525</w:t>
        <w:br/>
        <w:t>f 7238/14360/12511 7235/14363/12513 7242/14367/12516</w:t>
        <w:br/>
        <w:t>f 7239/14366/12516 7238/14360/12511 7242/14367/12516</w:t>
        <w:br/>
        <w:t>f 7261/14384/12527 7260/14385/12527 7259/14386/12528</w:t>
        <w:br/>
        <w:t>f 7262/14387/12529 7261/14384/12527 7259/14386/12528</w:t>
        <w:br/>
        <w:t>f 7266/14388/12530 7265/14389/12531 7264/14390/12532</w:t>
        <w:br/>
        <w:t>f 7263/14391/12533 7266/14388/12530 7264/14390/12532</w:t>
        <w:br/>
        <w:t>f 7269/14392/12534 7265/14389/12531 7268/14393/12535</w:t>
        <w:br/>
        <w:t>f 7267/14394/12536 7269/14392/12534 7268/14393/12535</w:t>
        <w:br/>
        <w:t>f 7271/14395/12537 7256/14382/12525 7257/14381/12525</w:t>
        <w:br/>
        <w:t>f 7270/14396/12537 7271/14395/12537 7257/14381/12525</w:t>
        <w:br/>
        <w:t>f 7269/14392/12534 7273/14397/12538 7272/14398/12539</w:t>
        <w:br/>
        <w:t>f 7274/14399/12540 7269/14392/12534 7272/14398/12539</w:t>
        <w:br/>
        <w:t>f 7277/14400/12541 7276/14401/12542 7275/14402/12543</w:t>
        <w:br/>
        <w:t>f 7278/14403/12544 7277/14400/12541 7275/14402/12543</w:t>
        <w:br/>
        <w:t>f 7277/14400/12541 7280/14404/12545 7279/14405/12546</w:t>
        <w:br/>
        <w:t>f 7281/14406/12547 7277/14400/12541 7279/14405/12546</w:t>
        <w:br/>
        <w:t>f 7258/14380/12524 7255/14383/12526 7260/14385/12527</w:t>
        <w:br/>
        <w:t>f 7261/14384/12527 7258/14380/12524 7260/14385/12527</w:t>
        <w:br/>
        <w:t>f 7222/14344/12499 7282/14407/12548 7276/14401/12542</w:t>
        <w:br/>
        <w:t>f 7221/14345/12500 7222/14344/12499 7276/14401/12542</w:t>
        <w:br/>
        <w:t>f 7212/14338/12495 7213/14337/12495 7274/14399/12540</w:t>
        <w:br/>
        <w:t>f 7283/14408/12549 7212/14338/12495 7274/14399/12540</w:t>
        <w:br/>
        <w:t>f 7264/14390/12532 7284/14409/12550 7263/14391/12533</w:t>
        <w:br/>
        <w:t>f 7287/14410/12551 7286/14411/12551 7285/14412/12552</w:t>
        <w:br/>
        <w:t>f 7288/14413/12553 7287/14410/12551 7285/14412/12552</w:t>
        <w:br/>
        <w:t>f 7281/14406/12547 7279/14405/12546 7289/14414/12554</w:t>
        <w:br/>
        <w:t>f 7293/14415/12555 7292/14416/12556 7291/14417/12557</w:t>
        <w:br/>
        <w:t>f 7290/14418/12558 7293/14415/12555 7291/14417/12557</w:t>
        <w:br/>
        <w:t>f 7296/14419/12559 7295/14420/12560 7294/14421/12561</w:t>
        <w:br/>
        <w:t>f 7300/14422/12562 7299/14423/12563 7298/14424/12564</w:t>
        <w:br/>
        <w:t>f 7297/14425/12565 7300/14422/12562 7298/14424/12564</w:t>
        <w:br/>
        <w:t>f 7296/14419/12559 7281/14406/12547 7289/14414/12554</w:t>
        <w:br/>
        <w:t>f 7295/14420/12560 7296/14419/12559 7289/14414/12554</w:t>
        <w:br/>
        <w:t>f 7277/14400/12541 7278/14403/12544 7280/14404/12545</w:t>
        <w:br/>
        <w:t>f 7233/14359/12510 7234/14358/12510 7296/14419/12559</w:t>
        <w:br/>
        <w:t>f 7294/14421/12561 7233/14359/12510 7296/14419/12559</w:t>
        <w:br/>
        <w:t>f 7276/14401/12542 7282/14407/12548 7275/14402/12543</w:t>
        <w:br/>
        <w:t>f 7265/14389/12531 7266/14388/12530 7268/14393/12535</w:t>
        <w:br/>
        <w:t>f 7269/14392/12534 7267/14394/12536 7273/14397/12538</w:t>
        <w:br/>
        <w:t>f 7230/14354/12507 7284/14409/12550 7264/14390/12532</w:t>
        <w:br/>
        <w:t>f 7229/14355/12507 7230/14354/12507 7264/14390/12532</w:t>
        <w:br/>
        <w:t>f 7274/14399/12540 7272/14398/12539 7283/14408/12549</w:t>
        <w:br/>
        <w:t>f 7303/14426/12566 7302/14427/12567 7301/14428/12566</w:t>
        <w:br/>
        <w:t>f 7304/14429/12566 7303/14426/12566 7301/14428/12566</w:t>
        <w:br/>
        <w:t>f 7308/14430/12568 7307/14431/12569 7306/14432/12570</w:t>
        <w:br/>
        <w:t>f 7305/14433/12571 7308/14430/12568 7306/14432/12570</w:t>
        <w:br/>
        <w:t>f 7312/14434/12572 7311/14435/12573 7310/14436/12573</w:t>
        <w:br/>
        <w:t>f 7309/14437/12572 7312/14434/12572 7310/14436/12573</w:t>
        <w:br/>
        <w:t>f 7315/14438/12574 7314/14439/12575 7313/14440/12576</w:t>
        <w:br/>
        <w:t>f 7316/14441/12577 7315/14438/12574 7313/14440/12576</w:t>
        <w:br/>
        <w:t>f 7319/14442/12578 7318/14443/12579 7317/14444/12580</w:t>
        <w:br/>
        <w:t>f 7320/14445/12581 7319/14442/12578 7317/14444/12580</w:t>
        <w:br/>
        <w:t>f 7323/14446/12582 7322/14447/12583 7321/14448/12584</w:t>
        <w:br/>
        <w:t>f 7324/14449/12585 7323/14446/12582 7321/14448/12584</w:t>
        <w:br/>
        <w:t>f 7328/14450/12586 7327/14451/12587 7326/14452/12588</w:t>
        <w:br/>
        <w:t>f 7325/14453/12589 7328/14450/12586 7326/14452/12588</w:t>
        <w:br/>
        <w:t>f 7332/14454/12590 7331/14455/12591 7330/14456/12591</w:t>
        <w:br/>
        <w:t>f 7329/14457/12590 7332/14454/12590 7330/14456/12591</w:t>
        <w:br/>
        <w:t>f 7309/14437/12572 7334/14458/12592 7333/14459/12593</w:t>
        <w:br/>
        <w:t>f 7312/14434/12572 7309/14437/12572 7333/14459/12593</w:t>
        <w:br/>
        <w:t>f 7336/14460/12594 7335/14461/12594 7324/14449/12585</w:t>
        <w:br/>
        <w:t>f 7321/14448/12584 7336/14460/12594 7324/14449/12585</w:t>
        <w:br/>
        <w:t>f 7339/14462/12595 7338/14463/12596 7337/14464/12597</w:t>
        <w:br/>
        <w:t>f 7340/14465/12598 7339/14462/12595 7337/14464/12597</w:t>
        <w:br/>
        <w:t>f 7336/14460/12594 7333/14459/12593 7334/14458/12592</w:t>
        <w:br/>
        <w:t>f 7335/14461/12594 7336/14460/12594 7334/14458/12592</w:t>
        <w:br/>
        <w:t>f 7339/14462/12595 7310/14436/12573 7311/14435/12573</w:t>
        <w:br/>
        <w:t>f 7338/14463/12596 7339/14462/12595 7311/14435/12573</w:t>
        <w:br/>
        <w:t>f 7314/14439/12575 7342/14466/12599 7341/14467/12600</w:t>
        <w:br/>
        <w:t>f 7319/14442/12578 7314/14439/12575 7341/14467/12600</w:t>
        <w:br/>
        <w:t>f 7344/14468/12583 7343/14469/12583 7340/14465/12598</w:t>
        <w:br/>
        <w:t>f 7337/14464/12597 7344/14468/12583 7340/14465/12598</w:t>
        <w:br/>
        <w:t>f 7313/14440/12576 7320/14445/12581 7346/14470/12601</w:t>
        <w:br/>
        <w:t>f 7345/14471/12602 7313/14440/12576 7346/14470/12601</w:t>
        <w:br/>
        <w:t>f 7306/14432/12570 7348/14472/12603 7347/14473/12604</w:t>
        <w:br/>
        <w:t>f 7325/14453/12589 7306/14432/12570 7347/14473/12604</w:t>
        <w:br/>
        <w:t>f 7327/14451/12587 7349/14474/12605 7326/14452/12588</w:t>
        <w:br/>
        <w:t>f 7353/14475/12606 7352/14476/12606 7351/14477/12606</w:t>
        <w:br/>
        <w:t>f 7350/14478/12606 7353/14475/12606 7351/14477/12606</w:t>
        <w:br/>
        <w:t>f 7315/14438/12574 7342/14466/12599 7314/14439/12575</w:t>
        <w:br/>
        <w:t>f 7356/14479/12607 7355/14480/12608 7354/14481/12609</w:t>
        <w:br/>
        <w:t>f 7357/14482/12610 7356/14479/12607 7354/14481/12609</w:t>
        <w:br/>
        <w:t>f 7307/14431/12569 7348/14472/12603 7306/14432/12570</w:t>
        <w:br/>
        <w:t>f 7347/14473/12604 7328/14450/12586 7325/14453/12589</w:t>
        <w:br/>
        <w:t>f 7305/14433/12571 7326/14452/12588 7349/14474/12605</w:t>
        <w:br/>
        <w:t>f 7358/14483/12611 7305/14433/12571 7349/14474/12605</w:t>
        <w:br/>
        <w:t>f 7358/14483/12611 7308/14430/12568 7305/14433/12571</w:t>
        <w:br/>
        <w:t>f 7341/14467/12600 7318/14443/12579 7319/14442/12578</w:t>
        <w:br/>
        <w:t>f 7345/14471/12602 7316/14441/12577 7313/14440/12576</w:t>
        <w:br/>
        <w:t>f 7317/14444/12580 7346/14470/12601 7320/14445/12581</w:t>
        <w:br/>
        <w:t>f 8518/14484/12612 8517/14485/12613 8516/14486/12614</w:t>
        <w:br/>
        <w:t>f 8515/14487/12612 8518/14484/12612 8516/14486/12614</w:t>
        <w:br/>
        <w:t>f 8522/14488/12615 8521/14489/12616 8520/14490/12617</w:t>
        <w:br/>
        <w:t>f 8519/14491/12617 8522/14488/12615 8520/14490/12617</w:t>
        <w:br/>
        <w:t>f 8521/14489/12616 8522/14488/12615 8523/14492/12618</w:t>
        <w:br/>
        <w:t>f 8524/14493/12618 8521/14489/12616 8523/14492/12618</w:t>
        <w:br/>
        <w:t>f 8528/14494/12619 8527/14495/12619 8526/14496/12620</w:t>
        <w:br/>
        <w:t>f 8525/14497/12620 8528/14494/12619 8526/14496/12620</w:t>
        <w:br/>
        <w:t>f 8531/14498/12621 8530/14499/12621 8529/14500/12622</w:t>
        <w:br/>
        <w:t>f 8532/14501/12622 8531/14498/12621 8529/14500/12622</w:t>
        <w:br/>
        <w:t>f 8534/14502/12623 8533/14503/12623 8530/14499/12621</w:t>
        <w:br/>
        <w:t>f 8531/14498/12621 8534/14502/12623 8530/14499/12621</w:t>
        <w:br/>
        <w:t>f 8538/14504/12624 8537/14505/12624 8536/14506/12625</w:t>
        <w:br/>
        <w:t>f 8535/14507/12625 8538/14504/12624 8536/14506/12625</w:t>
        <w:br/>
        <w:t>f 8532/14501/12622 8529/14500/12622 8539/14508/12626</w:t>
        <w:br/>
        <w:t>f 8540/14509/12626 8532/14501/12622 8539/14508/12626</w:t>
        <w:br/>
        <w:t>f 8542/14510/12627 8541/14511/12627 8540/14509/12626</w:t>
        <w:br/>
        <w:t>f 8539/14508/12626 8542/14510/12627 8540/14509/12626</w:t>
        <w:br/>
        <w:t>f 8533/14503/12623 8534/14502/12623 8525/14497/12620</w:t>
        <w:br/>
        <w:t>f 8526/14496/12620 8533/14503/12623 8525/14497/12620</w:t>
        <w:br/>
        <w:t>f 8517/14485/12613 8524/14493/12618 8523/14492/12618</w:t>
        <w:br/>
        <w:t>f 8516/14486/12614 8517/14485/12613 8523/14492/12618</w:t>
        <w:br/>
        <w:t>f 8546/14512/12628 8545/14513/12628 8544/14514/12629</w:t>
        <w:br/>
        <w:t>f 8543/14515/12629 8546/14512/12628 8544/14514/12629</w:t>
        <w:br/>
        <w:t>f 8549/14516/12630 8548/14517/12631 8547/14518/12631</w:t>
        <w:br/>
        <w:t>f 8550/14519/12630 8549/14516/12630 8547/14518/12631</w:t>
        <w:br/>
        <w:t>f 8548/14517/12631 8552/14520/12632 8551/14521/12633</w:t>
        <w:br/>
        <w:t>f 8547/14518/12631 8548/14517/12631 8551/14521/12633</w:t>
        <w:br/>
        <w:t>f 8556/14522/12634 8555/14523/12635 8554/14524/12636</w:t>
        <w:br/>
        <w:t>f 8553/14525/12634 8556/14522/12634 8554/14524/12636</w:t>
        <w:br/>
        <w:t>f 8543/14515/12629 8544/14514/12629 8558/14526/12637</w:t>
        <w:br/>
        <w:t>f 8557/14527/12637 8543/14515/12629 8558/14526/12637</w:t>
        <w:br/>
        <w:t>f 8561/14528/12638 8560/14529/12639 8559/14530/12639</w:t>
        <w:br/>
        <w:t>f 8562/14531/12640 8561/14528/12638 8559/14530/12639</w:t>
        <w:br/>
        <w:t>f 8563/14532/12641 8561/14528/12638 8562/14531/12640</w:t>
        <w:br/>
        <w:t>f 8564/14533/12641 8563/14532/12641 8562/14531/12640</w:t>
        <w:br/>
        <w:t>f 8568/14534/12642 8567/14535/12643 8566/14536/12644</w:t>
        <w:br/>
        <w:t>f 8565/14537/12645 8568/14534/12642 8566/14536/12644</w:t>
        <w:br/>
        <w:t>f 8559/14530/12639 8560/14529/12639 8570/14538/12646</w:t>
        <w:br/>
        <w:t>f 8569/14539/12647 8559/14530/12639 8570/14538/12646</w:t>
        <w:br/>
        <w:t>f 8571/14540/12648 8569/14539/12647 8570/14538/12646</w:t>
        <w:br/>
        <w:t>f 8572/14541/12648 8571/14540/12648 8570/14538/12646</w:t>
        <w:br/>
        <w:t>f 8564/14533/12641 8554/14524/12636 8555/14523/12635</w:t>
        <w:br/>
        <w:t>f 8563/14532/12641 8564/14533/12641 8555/14523/12635</w:t>
        <w:br/>
        <w:t>f 8551/14521/12633 8552/14520/12632 8545/14513/12628</w:t>
        <w:br/>
        <w:t>f 8546/14512/12628 8551/14521/12633 8545/14513/12628</w:t>
        <w:br/>
        <w:t>f 8576/14542/12649 8575/14543/12650 8574/14544/12650</w:t>
        <w:br/>
        <w:t>f 8573/14545/12651 8576/14542/12649 8574/14544/12650</w:t>
        <w:br/>
        <w:t>f 8580/14546/12652 8579/14547/12652 8578/14548/12653</w:t>
        <w:br/>
        <w:t>f 8577/14549/12653 8580/14546/12652 8578/14548/12653</w:t>
        <w:br/>
        <w:t>f 8584/14550/12654 8583/14551/12655 8582/14552/12655</w:t>
        <w:br/>
        <w:t>f 8581/14553/12654 8584/14550/12654 8582/14552/12655</w:t>
        <w:br/>
        <w:t>f 8588/14554/12656 8587/14555/12656 8586/14556/12657</w:t>
        <w:br/>
        <w:t>f 8585/14557/12657 8588/14554/12656 8586/14556/12657</w:t>
        <w:br/>
        <w:t>f 8590/14558/12658 8584/14550/12654 8581/14553/12654</w:t>
        <w:br/>
        <w:t>f 8589/14559/12658 8590/14558/12658 8581/14553/12654</w:t>
        <w:br/>
        <w:t>f 8592/14560/12659 8591/14561/12660 8587/14555/12656</w:t>
        <w:br/>
        <w:t>f 8588/14554/12656 8592/14560/12659 8587/14555/12656</w:t>
        <w:br/>
        <w:t>f 8595/14562/12661 8594/14563/12662 8593/14564/12662</w:t>
        <w:br/>
        <w:t>f 8596/14565/12661 8595/14562/12661 8593/14564/12662</w:t>
        <w:br/>
        <w:t>f 8600/14566/12663 8599/14567/12663 8598/14568/12664</w:t>
        <w:br/>
        <w:t>f 8597/14569/12665 8600/14566/12663 8598/14568/12664</w:t>
        <w:br/>
        <w:t>f 8602/14570/12666 8576/14542/12649 8573/14545/12651</w:t>
        <w:br/>
        <w:t>f 8601/14571/12666 8602/14570/12666 8573/14545/12651</w:t>
        <w:br/>
        <w:t>f 8606/14572/12667 8605/14573/12668 8604/14574/12667</w:t>
        <w:br/>
        <w:t>f 8603/14575/12669 8606/14572/12667 8604/14574/12667</w:t>
        <w:br/>
        <w:t>f 8608/14576/12670 8607/14577/12670 8579/14547/12652</w:t>
        <w:br/>
        <w:t>f 8580/14546/12652 8608/14576/12670 8579/14547/12652</w:t>
        <w:br/>
        <w:t>f 8612/14578/12671 8611/14579/12672 8610/14580/12673</w:t>
        <w:br/>
        <w:t>f 8609/14581/12671 8612/14578/12671 8610/14580/12673</w:t>
        <w:br/>
        <w:t>f 8616/14582/12674 8615/14583/12675 8614/14584/12676</w:t>
        <w:br/>
        <w:t>f 8613/14585/12676 8616/14582/12674 8614/14584/12676</w:t>
        <w:br/>
        <w:t>f 8610/14580/12673 8611/14579/12672 8617/14586/12677</w:t>
        <w:br/>
        <w:t>f 8618/14587/12677 8610/14580/12673 8617/14586/12677</w:t>
        <w:br/>
        <w:t>f 8614/14584/12676 8620/14588/12678 8619/14589/12678</w:t>
        <w:br/>
        <w:t>f 8613/14585/12676 8614/14584/12676 8619/14589/12678</w:t>
        <w:br/>
        <w:t>f 8624/14590/12679 8623/14591/12680 8622/14592/12681</w:t>
        <w:br/>
        <w:t>f 8621/14593/12681 8624/14590/12679 8622/14592/12681</w:t>
        <w:br/>
        <w:t>f 8628/14594/12682 8627/14595/12682 8626/14596/12683</w:t>
        <w:br/>
        <w:t>f 8625/14597/12683 8628/14594/12682 8626/14596/12683</w:t>
        <w:br/>
        <w:t>f 8630/14598/12684 8612/14578/12671 8609/14581/12671</w:t>
        <w:br/>
        <w:t>f 8629/14599/12684 8630/14598/12684 8609/14581/12671</w:t>
        <w:br/>
        <w:t>f 8632/14600/12685 8631/14601/12685 8615/14583/12675</w:t>
        <w:br/>
        <w:t>f 8616/14582/12674 8632/14600/12685 8615/14583/12675</w:t>
        <w:br/>
        <w:t>f 8634/14602/12686 8630/14598/12684 8629/14599/12684</w:t>
        <w:br/>
        <w:t>f 8633/14603/12686 8634/14602/12686 8629/14599/12684</w:t>
        <w:br/>
        <w:t>f 8636/14604/12687 8635/14605/12687 8631/14601/12685</w:t>
        <w:br/>
        <w:t>f 8632/14600/12685 8636/14604/12687 8631/14601/12685</w:t>
        <w:br/>
        <w:t>f 8597/14569/12665 8598/14568/12664 8618/14587/12677</w:t>
        <w:br/>
        <w:t>f 8617/14586/12677 8597/14569/12665 8618/14587/12677</w:t>
        <w:br/>
        <w:t>f 8594/14563/12662 8619/14589/12678 8620/14588/12678</w:t>
        <w:br/>
        <w:t>f 8593/14564/12662 8594/14563/12662 8620/14588/12678</w:t>
        <w:br/>
        <w:t>f 8575/14543/12650 8590/14558/12658 8589/14559/12658</w:t>
        <w:br/>
        <w:t>f 8574/14544/12650 8575/14543/12650 8589/14559/12658</w:t>
        <w:br/>
        <w:t>f 8577/14549/12653 8578/14548/12653 8591/14561/12660</w:t>
        <w:br/>
        <w:t>f 8592/14560/12659 8577/14549/12653 8591/14561/12660</w:t>
        <w:br/>
        <w:t>f 8640/14606/12688 8639/14607/12689 8638/14608/12690</w:t>
        <w:br/>
        <w:t>f 8637/14609/12691 8640/14606/12688 8638/14608/12690</w:t>
        <w:br/>
        <w:t>f 8642/14610/12692 8641/14611/12692 8627/14595/12682</w:t>
        <w:br/>
        <w:t>f 8628/14594/12682 8642/14610/12692 8627/14595/12682</w:t>
        <w:br/>
        <w:t>f 8644/14612/12693 8643/14613/12693 8565/14537/12645</w:t>
        <w:br/>
        <w:t>f 8566/14536/12644 8644/14612/12693 8565/14537/12645</w:t>
        <w:br/>
        <w:t>f 8647/14614/12694 8646/14615/12694 8645/14616/12695</w:t>
        <w:br/>
        <w:t>f 8649/14617/12696 8648/14618/12696 8535/14507/12625</w:t>
        <w:br/>
        <w:t>f 8536/14506/12625 8649/14617/12696 8535/14507/12625</w:t>
        <w:br/>
        <w:t>f 8653/14619/12697 8652/14620/12698 8651/14621/12699</w:t>
        <w:br/>
        <w:t>f 8650/14622/12700 8653/14619/12697 8651/14621/12699</w:t>
        <w:br/>
        <w:t>f 8656/14623/12701 8655/14624/12702 8654/14625/12703</w:t>
        <w:br/>
        <w:t>f 8637/14609/12691 8658/14626/12704 8657/14627/12705</w:t>
        <w:br/>
        <w:t>f 8640/14606/12688 8637/14609/12691 8657/14627/12705</w:t>
        <w:br/>
        <w:t>f 8649/14617/12696 8653/14619/12697 8650/14622/12700</w:t>
        <w:br/>
        <w:t>f 8648/14618/12696 8649/14617/12696 8650/14622/12700</w:t>
        <w:br/>
        <w:t>f 8641/14611/12692 8642/14610/12692 8654/14625/12703</w:t>
        <w:br/>
        <w:t>f 8655/14624/12702 8641/14611/12692 8654/14625/12703</w:t>
        <w:br/>
        <w:t>f 8644/14612/12693 8660/14628/12680 8659/14629/12680</w:t>
        <w:br/>
        <w:t>f 8643/14613/12693 8644/14612/12693 8659/14629/12680</w:t>
        <w:br/>
        <w:t>f 8647/14614/12694 8657/14627/12705 8658/14626/12704</w:t>
        <w:br/>
        <w:t>f 8646/14615/12694 8647/14614/12694 8658/14626/12704</w:t>
        <w:br/>
        <w:t>f 8519/14491/12617 8520/14490/12617 8527/14495/12619</w:t>
        <w:br/>
        <w:t>f 8528/14494/12619 8519/14491/12617 8527/14495/12619</w:t>
        <w:br/>
        <w:t>f 8585/14557/12657 8586/14556/12657 8599/14567/12663</w:t>
        <w:br/>
        <w:t>f 8600/14566/12663 8585/14557/12657 8599/14567/12663</w:t>
        <w:br/>
        <w:t>f 8550/14519/12630 8556/14522/12634 8553/14525/12634</w:t>
        <w:br/>
        <w:t>f 8549/14516/12630 8550/14519/12630 8553/14525/12634</w:t>
        <w:br/>
        <w:t>f 8583/14551/12655 8595/14562/12661 8596/14565/12661</w:t>
        <w:br/>
        <w:t>f 8582/14552/12655 8583/14551/12655 8596/14565/12661</w:t>
        <w:br/>
        <w:t>f 8625/14597/12683 8626/14596/12683 8662/14630/12706</w:t>
        <w:br/>
        <w:t>f 8661/14631/12706 8625/14597/12683 8662/14630/12706</w:t>
        <w:br/>
        <w:t>f 8568/14534/12642 8664/14632/12707 8663/14633/12708</w:t>
        <w:br/>
        <w:t>f 8567/14535/12643 8568/14534/12642 8663/14633/12708</w:t>
        <w:br/>
        <w:t>f 8666/14634/12709 8638/14608/12690 8639/14607/12689</w:t>
        <w:br/>
        <w:t>f 8665/14635/12709 8666/14634/12709 8639/14607/12689</w:t>
        <w:br/>
        <w:t>f 8537/14505/12624 8538/14504/12624 8667/14636/12710</w:t>
        <w:br/>
        <w:t>f 8668/14637/12711 8537/14505/12624 8667/14636/12710</w:t>
        <w:br/>
        <w:t>f 8670/14638/12712 8669/14639/12713 8635/14605/12687</w:t>
        <w:br/>
        <w:t>f 8636/14604/12687 8670/14638/12712 8635/14605/12687</w:t>
        <w:br/>
        <w:t>f 8672/14640/12714 8671/14641/12715 8571/14540/12648</w:t>
        <w:br/>
        <w:t>f 8572/14541/12648 8672/14640/12714 8571/14540/12648</w:t>
        <w:br/>
        <w:t>f 8674/14642/12716 8634/14602/12686 8633/14603/12686</w:t>
        <w:br/>
        <w:t>f 8673/14643/12716 8674/14642/12716 8633/14603/12686</w:t>
        <w:br/>
        <w:t>f 8542/14510/12627 8676/14644/12717 8675/14645/12717</w:t>
        <w:br/>
        <w:t>f 8541/14511/12627 8542/14510/12627 8675/14645/12717</w:t>
        <w:br/>
        <w:t>f 8661/14631/12706 8662/14630/12706 8669/14639/12713</w:t>
        <w:br/>
        <w:t>f 8670/14638/12712 8661/14631/12706 8669/14639/12713</w:t>
        <w:br/>
        <w:t>f 8663/14633/12708 8664/14632/12707 8671/14641/12715</w:t>
        <w:br/>
        <w:t>f 8672/14640/12714 8663/14633/12708 8671/14641/12715</w:t>
        <w:br/>
        <w:t>f 8665/14635/12709 8674/14642/12716 8673/14643/12716</w:t>
        <w:br/>
        <w:t>f 8666/14634/12709 8665/14635/12709 8673/14643/12716</w:t>
        <w:br/>
        <w:t>f 8676/14644/12717 8668/14637/12711 8667/14636/12710</w:t>
        <w:br/>
        <w:t>f 8675/14645/12717 8676/14644/12717 8667/14636/12710</w:t>
        <w:br/>
        <w:t>f 8682/14646/12718 8518/14484/12612 8515/14487/12612</w:t>
        <w:br/>
        <w:t>f 8681/14647/12718 8682/14646/12718 8515/14487/12612</w:t>
        <w:br/>
        <w:t>f 19170/14648/12719 19169/14649/12720 19168/14650/12721</w:t>
        <w:br/>
        <w:t>f 19167/14651/12722 19170/14648/12719 19168/14650/12721</w:t>
        <w:br/>
        <w:t>f 19169/14649/12720 19172/14652/12723 19171/14653/12724</w:t>
        <w:br/>
        <w:t>f 19168/14650/12721 19169/14649/12720 19171/14653/12724</w:t>
        <w:br/>
        <w:t>f 19176/14654/12725 19175/14655/12726 19174/14656/12727</w:t>
        <w:br/>
        <w:t>f 19173/14657/12728 19176/14654/12725 19174/14656/12727</w:t>
        <w:br/>
        <w:t>f 19174/14656/12727 19175/14655/12726 19178/14658/12729</w:t>
        <w:br/>
        <w:t>f 19177/14659/12730 19174/14656/12727 19178/14658/12729</w:t>
        <w:br/>
        <w:t>f 19182/14660/12731 19181/14661/12732 19180/14662/12733</w:t>
        <w:br/>
        <w:t>f 19179/14663/12734 19182/14660/12731 19180/14662/12733</w:t>
        <w:br/>
        <w:t>f 19186/14664/12735 19185/14665/12736 19184/14666/12737</w:t>
        <w:br/>
        <w:t>f 19183/14667/12738 19186/14664/12735 19184/14666/12737</w:t>
        <w:br/>
        <w:t>f 19190/14668/12739 19189/14669/12740 19188/14670/12741</w:t>
        <w:br/>
        <w:t>f 19187/14671/12741 19190/14668/12739 19188/14670/12741</w:t>
        <w:br/>
        <w:t>f 19194/14672/12742 19193/14673/12742 19192/14674/12743</w:t>
        <w:br/>
        <w:t>f 19191/14675/12743 19194/14672/12742 19192/14674/12743</w:t>
        <w:br/>
        <w:t>f 19197/14676/12744 19196/14677/12744 19195/14678/12745</w:t>
        <w:br/>
        <w:t>f 19198/14679/12745 19197/14676/12744 19195/14678/12745</w:t>
        <w:br/>
        <w:t>f 19195/14678/12745 19200/14680/12746 19199/14681/12747</w:t>
        <w:br/>
        <w:t>f 19198/14679/12745 19195/14678/12745 19199/14681/12747</w:t>
        <w:br/>
        <w:t>f 19203/14682/12748 19202/14683/12749 19201/14684/12750</w:t>
        <w:br/>
        <w:t>f 19204/14685/12748 19203/14682/12748 19201/14684/12750</w:t>
        <w:br/>
        <w:t>f 19206/14686/12751 19201/14684/12750 19202/14683/12749</w:t>
        <w:br/>
        <w:t>f 19205/14687/12751 19206/14686/12751 19202/14683/12749</w:t>
        <w:br/>
        <w:t>f 19167/14651/12722 19208/14688/12752 19207/14689/12753</w:t>
        <w:br/>
        <w:t>f 19170/14648/12719 19167/14651/12722 19207/14689/12753</w:t>
        <w:br/>
        <w:t>f 19206/14686/12751 19205/14687/12751 19209/14690/12754</w:t>
        <w:br/>
        <w:t>f 19210/14691/12754 19206/14686/12751 19209/14690/12754</w:t>
        <w:br/>
        <w:t>f 19204/14685/12748 19212/14692/12755 19211/14693/12755</w:t>
        <w:br/>
        <w:t>f 19203/14682/12748 19204/14685/12748 19211/14693/12755</w:t>
        <w:br/>
        <w:t>f 19172/14652/12723 19214/14694/12756 19213/14695/12757</w:t>
        <w:br/>
        <w:t>f 19171/14653/12724 19172/14652/12723 19213/14695/12757</w:t>
        <w:br/>
        <w:t>f 19173/14657/12728 19213/14695/12757 19214/14694/12756</w:t>
        <w:br/>
        <w:t>f 19176/14654/12725 19173/14657/12728 19214/14694/12756</w:t>
        <w:br/>
        <w:t>f 19200/14680/12746 19211/14693/12755 19212/14692/12755</w:t>
        <w:br/>
        <w:t>f 19199/14681/12747 19200/14680/12746 19212/14692/12755</w:t>
        <w:br/>
        <w:t>f 19191/14675/12743 19192/14674/12743 19196/14677/12744</w:t>
        <w:br/>
        <w:t>f 19197/14676/12744 19191/14675/12743 19196/14677/12744</w:t>
        <w:br/>
        <w:t>f 19181/14661/12732 19182/14660/12731 19177/14659/12730</w:t>
        <w:br/>
        <w:t>f 19178/14658/12729 19181/14661/12732 19177/14659/12730</w:t>
        <w:br/>
        <w:t>f 19187/14671/12741 19188/14670/12741 19193/14673/12742</w:t>
        <w:br/>
        <w:t>f 19194/14672/12742 19187/14671/12741 19193/14673/12742</w:t>
        <w:br/>
        <w:t>f 19185/14665/12736 19186/14664/12735 19179/14663/12734</w:t>
        <w:br/>
        <w:t>f 19180/14662/12733 19185/14665/12736 19179/14663/12734</w:t>
        <w:br/>
        <w:t>f 19190/14668/12739 19216/14696/12758 19215/14697/12758</w:t>
        <w:br/>
        <w:t>f 19189/14669/12740 19190/14668/12739 19215/14697/12758</w:t>
        <w:br/>
        <w:t>f 19218/14698/12759 19183/14667/12738 19184/14666/12737</w:t>
        <w:br/>
        <w:t>f 19217/14699/12760 19218/14698/12759 19184/14666/12737</w:t>
        <w:br/>
        <w:t>f 19208/14688/12752 19167/14651/12722 19219/14700/12761</w:t>
        <w:br/>
        <w:t>f 19167/14651/12722 19168/14650/12721 19219/14700/12761</w:t>
        <w:br/>
        <w:t>f 19168/14650/12721 19171/14653/12724 19219/14700/12761</w:t>
        <w:br/>
        <w:t>f 19171/14653/12724 19213/14695/12757 19219/14700/12761</w:t>
        <w:br/>
        <w:t>f 19213/14695/12757 19173/14657/12728 19219/14700/12761</w:t>
        <w:br/>
        <w:t>f 19173/14657/12728 19174/14656/12727 19219/14700/12761</w:t>
        <w:br/>
        <w:t>f 19174/14656/12727 19177/14659/12730 19219/14700/12761</w:t>
        <w:br/>
        <w:t>f 19177/14659/12730 19182/14660/12731 19219/14700/12761</w:t>
        <w:br/>
        <w:t>f 19182/14660/12731 19179/14663/12734 19219/14700/12761</w:t>
        <w:br/>
        <w:t>f 19179/14663/12734 19186/14664/12735 19219/14700/12761</w:t>
        <w:br/>
        <w:t>f 19186/14664/12735 19183/14667/12738 19219/14700/12761</w:t>
        <w:br/>
        <w:t>f 19183/14667/12738 19218/14698/12759 19219/14700/12761</w:t>
        <w:br/>
        <w:t>f 19222/14701/12762 19221/14702/12763 19220/14703/12764</w:t>
        <w:br/>
        <w:t>f 19221/14702/12763 19223/14704/12765 19220/14703/12764</w:t>
        <w:br/>
        <w:t>f 19223/14704/12765 19224/14705/12766 19220/14703/12764</w:t>
        <w:br/>
        <w:t>f 19224/14705/12766 19225/14706/12767 19220/14703/12764</w:t>
        <w:br/>
        <w:t>f 19225/14706/12767 19226/14707/12768 19220/14703/12764</w:t>
        <w:br/>
        <w:t>f 19226/14707/12768 19227/14708/12769 19220/14703/12764</w:t>
        <w:br/>
        <w:t>f 19227/14708/12769 19228/14709/12770 19220/14703/12764</w:t>
        <w:br/>
        <w:t>f 19228/14709/12770 19229/14710/12771 19220/14703/12764</w:t>
        <w:br/>
        <w:t>f 19229/14710/12771 19230/14711/12772 19220/14703/12764</w:t>
        <w:br/>
        <w:t>f 19230/14711/12772 19231/14712/12773 19220/14703/12764</w:t>
        <w:br/>
        <w:t>f 19231/14712/12773 19232/14713/12774 19220/14703/12764</w:t>
        <w:br/>
        <w:t>f 19233/14714/12775 19222/14701/12762 19220/14703/12764</w:t>
        <w:br/>
        <w:t>f 19237/14715/12776 19236/14716/12777 19235/14717/12778</w:t>
        <w:br/>
        <w:t>f 19234/14718/12779 19237/14715/12776 19235/14717/12778</w:t>
        <w:br/>
        <w:t>f 19239/14719/12780 19238/14720/12781 19234/14718/12779</w:t>
        <w:br/>
        <w:t>f 19235/14717/12778 19239/14719/12780 19234/14718/12779</w:t>
        <w:br/>
        <w:t>f 19243/14721/12782 19242/14722/12783 19241/14723/12784</w:t>
        <w:br/>
        <w:t>f 19240/14724/12785 19243/14721/12782 19241/14723/12784</w:t>
        <w:br/>
        <w:t>f 19241/14723/12784 19245/14725/12786 19244/14726/12787</w:t>
        <w:br/>
        <w:t>f 19240/14724/12785 19241/14723/12784 19244/14726/12787</w:t>
        <w:br/>
        <w:t>f 19249/14727/12788 19248/14728/12789 19247/14729/12790</w:t>
        <w:br/>
        <w:t>f 19246/14730/12791 19249/14727/12788 19247/14729/12790</w:t>
        <w:br/>
        <w:t>f 19253/14731/12792 19252/14732/12793 19251/14733/12794</w:t>
        <w:br/>
        <w:t>f 19250/14734/12795 19253/14731/12792 19251/14733/12794</w:t>
        <w:br/>
        <w:t>f 19257/14735/12796 19256/14736/12797 19255/14737/12797</w:t>
        <w:br/>
        <w:t>f 19254/14738/12796 19257/14735/12796 19255/14737/12797</w:t>
        <w:br/>
        <w:t>f 19261/14739/12798 19260/14740/12799 19259/14741/12800</w:t>
        <w:br/>
        <w:t>f 19258/14742/12801 19261/14739/12798 19259/14741/12800</w:t>
        <w:br/>
        <w:t>f 19265/14743/12802 19264/14744/12803 19263/14745/12804</w:t>
        <w:br/>
        <w:t>f 19262/14746/12805 19265/14743/12802 19263/14745/12804</w:t>
        <w:br/>
        <w:t>f 19267/14747/12806 19266/14748/12806 19264/14744/12803</w:t>
        <w:br/>
        <w:t>f 19265/14743/12802 19267/14747/12806 19264/14744/12803</w:t>
        <w:br/>
        <w:t>f 19270/14749/12807 19269/14750/12807 19268/14751/12808</w:t>
        <w:br/>
        <w:t>f 19271/14752/12808 19270/14749/12807 19268/14751/12808</w:t>
        <w:br/>
        <w:t>f 19273/14753/12809 19272/14754/12809 19269/14750/12807</w:t>
        <w:br/>
        <w:t>f 19270/14749/12807 19273/14753/12809 19269/14750/12807</w:t>
        <w:br/>
        <w:t>f 19274/14755/12810 19208/14688/12752 19236/14716/12777</w:t>
        <w:br/>
        <w:t>f 19237/14715/12776 19274/14755/12810 19236/14716/12777</w:t>
        <w:br/>
        <w:t>f 19276/14756/12811 19275/14757/12811 19272/14754/12809</w:t>
        <w:br/>
        <w:t>f 19273/14753/12809 19276/14756/12811 19272/14754/12809</w:t>
        <w:br/>
        <w:t>f 19271/14752/12808 19268/14751/12808 19278/14758/12812</w:t>
        <w:br/>
        <w:t>f 19277/14759/12812 19271/14752/12808 19278/14758/12812</w:t>
        <w:br/>
        <w:t>f 19238/14720/12781 19239/14719/12780 19280/14760/12813</w:t>
        <w:br/>
        <w:t>f 19279/14761/12814 19238/14720/12781 19280/14760/12813</w:t>
        <w:br/>
        <w:t>f 19279/14761/12814 19280/14760/12813 19242/14722/12783</w:t>
        <w:br/>
        <w:t>f 19243/14721/12782 19279/14761/12814 19242/14722/12783</w:t>
        <w:br/>
        <w:t>f 19266/14748/12806 19267/14747/12806 19277/14759/12812</w:t>
        <w:br/>
        <w:t>f 19278/14758/12812 19266/14748/12806 19277/14759/12812</w:t>
        <w:br/>
        <w:t>f 19263/14745/12804 19259/14741/12800 19260/14740/12799</w:t>
        <w:br/>
        <w:t>f 19262/14746/12805 19263/14745/12804 19260/14740/12799</w:t>
        <w:br/>
        <w:t>f 19245/14725/12786 19249/14727/12788 19246/14730/12791</w:t>
        <w:br/>
        <w:t>f 19244/14726/12787 19245/14725/12786 19246/14730/12791</w:t>
        <w:br/>
        <w:t>f 19258/14742/12801 19255/14737/12797 19256/14736/12797</w:t>
        <w:br/>
        <w:t>f 19261/14739/12798 19258/14742/12801 19256/14736/12797</w:t>
        <w:br/>
        <w:t>f 19248/14728/12789 19253/14731/12792 19250/14734/12795</w:t>
        <w:br/>
        <w:t>f 19247/14729/12790 19248/14728/12789 19250/14734/12795</w:t>
        <w:br/>
        <w:t>f 19257/14735/12796 19254/14738/12796 19215/14697/12758</w:t>
        <w:br/>
        <w:t>f 19281/14762/12758 19257/14735/12796 19215/14697/12758</w:t>
        <w:br/>
        <w:t>f 19218/14698/12759 19217/14699/12760 19251/14733/12794</w:t>
        <w:br/>
        <w:t>f 19252/14732/12793 19218/14698/12759 19251/14733/12794</w:t>
        <w:br/>
        <w:t>f 19208/14688/12752 19282/14763/12761 19236/14716/12777</w:t>
        <w:br/>
        <w:t>f 19236/14716/12777 19282/14763/12761 19235/14717/12778</w:t>
        <w:br/>
        <w:t>f 19235/14717/12778 19282/14763/12761 19239/14719/12780</w:t>
        <w:br/>
        <w:t>f 19239/14719/12780 19282/14763/12761 19280/14760/12813</w:t>
        <w:br/>
        <w:t>f 19280/14760/12813 19282/14763/12761 19242/14722/12783</w:t>
        <w:br/>
        <w:t>f 19242/14722/12783 19282/14763/12761 19241/14723/12784</w:t>
        <w:br/>
        <w:t>f 19241/14723/12784 19282/14763/12761 19245/14725/12786</w:t>
        <w:br/>
        <w:t>f 19245/14725/12786 19282/14763/12761 19249/14727/12788</w:t>
        <w:br/>
        <w:t>f 19249/14727/12788 19282/14763/12761 19248/14728/12789</w:t>
        <w:br/>
        <w:t>f 19248/14728/12789 19282/14763/12761 19253/14731/12792</w:t>
        <w:br/>
        <w:t>f 19253/14731/12792 19282/14763/12761 19252/14732/12793</w:t>
        <w:br/>
        <w:t>f 19252/14732/12793 19282/14763/12761 19218/14698/12759</w:t>
        <w:br/>
        <w:t>f 19284/14764/12815 19220/14703/12764 19283/14765/12816</w:t>
        <w:br/>
        <w:t>f 19283/14765/12816 19220/14703/12764 19285/14766/12817</w:t>
        <w:br/>
        <w:t>f 19285/14766/12817 19220/14703/12764 19286/14767/12818</w:t>
        <w:br/>
        <w:t>f 19286/14767/12818 19220/14703/12764 19287/14768/12819</w:t>
        <w:br/>
        <w:t>f 19287/14768/12819 19220/14703/12764 19288/14769/12820</w:t>
        <w:br/>
        <w:t>f 19288/14769/12820 19220/14703/12764 19289/14770/12821</w:t>
        <w:br/>
        <w:t>f 19289/14770/12821 19220/14703/12764 19290/14771/12822</w:t>
        <w:br/>
        <w:t>f 19290/14771/12822 19220/14703/12764 19291/14772/12823</w:t>
        <w:br/>
        <w:t>f 19291/14772/12823 19220/14703/12764 19292/14773/12824</w:t>
        <w:br/>
        <w:t>f 19292/14773/12824 19220/14703/12764 19293/14774/12825</w:t>
        <w:br/>
        <w:t>f 19293/14774/12825 19220/14703/12764 19232/14713/12774</w:t>
        <w:br/>
        <w:t>f 19233/14714/12775 19220/14703/12764 19284/14764/12815</w:t>
        <w:br/>
        <w:t>f 23148/14775/12826 23147/14776/12827 23146/14777/12827</w:t>
        <w:br/>
        <w:t>f 23149/14778/12828 23148/14775/12826 23146/14777/12827</w:t>
        <w:br/>
        <w:t>f 23153/14779/12829 23152/14780/12830 23151/14781/12831</w:t>
        <w:br/>
        <w:t>f 23150/14782/12831 23153/14779/12829 23151/14781/12831</w:t>
        <w:br/>
        <w:t>f 23157/14783/12832 23156/14784/12832 23155/14785/12832</w:t>
        <w:br/>
        <w:t>f 23154/14786/12832 23157/14783/12832 23155/14785/12832</w:t>
        <w:br/>
        <w:t>f 23161/14787/12833 23160/14788/12834 23159/14789/12834</w:t>
        <w:br/>
        <w:t>f 23158/14790/12833 23161/14787/12833 23159/14789/12834</w:t>
        <w:br/>
        <w:t>f 23165/14791/12835 23164/14792/12836 23163/14793/12837</w:t>
        <w:br/>
        <w:t>f 23162/14794/12838 23165/14791/12835 23163/14793/12837</w:t>
        <w:br/>
        <w:t>f 23169/14795/12839 23168/14796/12840 23167/14797/12841</w:t>
        <w:br/>
        <w:t>f 23166/14798/12842 23169/14795/12839 23167/14797/12841</w:t>
        <w:br/>
        <w:t>f 23173/14799/12843 23172/14800/12844 23171/14801/12844</w:t>
        <w:br/>
        <w:t>f 23170/14802/12845 23173/14799/12843 23171/14801/12844</w:t>
        <w:br/>
        <w:t>f 23176/14803/12846 23175/14804/12847 23174/14805/12848</w:t>
        <w:br/>
        <w:t>f 23177/14806/12846 23176/14803/12846 23174/14805/12848</w:t>
        <w:br/>
        <w:t>f 23181/14807/12849 23180/14808/12850 23179/14809/12851</w:t>
        <w:br/>
        <w:t>f 23178/14810/12851 23181/14807/12849 23179/14809/12851</w:t>
        <w:br/>
        <w:t>f 23185/14811/12852 23184/14812/12853 23183/14813/12854</w:t>
        <w:br/>
        <w:t>f 23182/14814/12854 23185/14811/12852 23183/14813/12854</w:t>
        <w:br/>
        <w:t>f 23187/14815/12855 23186/14816/12856 23171/14801/12844</w:t>
        <w:br/>
        <w:t>f 23172/14800/12844 23187/14815/12855 23171/14801/12844</w:t>
        <w:br/>
        <w:t>f 23177/14806/12846 23189/14817/12857 23188/14818/12857</w:t>
        <w:br/>
        <w:t>f 23176/14803/12846 23177/14806/12846 23188/14818/12857</w:t>
        <w:br/>
        <w:t>f 23191/14819/12858 23180/14808/12850 23181/14807/12849</w:t>
        <w:br/>
        <w:t>f 23190/14820/12859 23191/14819/12858 23181/14807/12849</w:t>
        <w:br/>
        <w:t>f 23184/14812/12853 23185/14811/12852 23192/14821/12860</w:t>
        <w:br/>
        <w:t>f 23193/14822/12860 23184/14812/12853 23192/14821/12860</w:t>
        <w:br/>
        <w:t>f 23195/14823/12861 23146/14777/12827 23147/14776/12827</w:t>
        <w:br/>
        <w:t>f 23194/14824/12861 23195/14823/12861 23147/14776/12827</w:t>
        <w:br/>
        <w:t>f 23195/14823/12861 23194/14824/12861 23193/14822/12860</w:t>
        <w:br/>
        <w:t>f 23192/14821/12860 23195/14823/12861 23193/14822/12860</w:t>
        <w:br/>
        <w:t>f 23189/14817/12857 23197/14825/12862 23196/14826/12863</w:t>
        <w:br/>
        <w:t>f 23188/14818/12857 23189/14817/12857 23196/14826/12863</w:t>
        <w:br/>
        <w:t>f 23198/14827/12864 23191/14819/12858 23190/14820/12859</w:t>
        <w:br/>
        <w:t>f 23163/14793/12837 23198/14827/12864 23190/14820/12859</w:t>
        <w:br/>
        <w:t>f 23199/14828/12865 23169/14795/12839 23186/14816/12856</w:t>
        <w:br/>
        <w:t>f 23187/14815/12855 23199/14828/12865 23186/14816/12856</w:t>
        <w:br/>
        <w:t>f 23164/14792/12836 23198/14827/12864 23163/14793/12837</w:t>
        <w:br/>
        <w:t>f 23168/14796/12840 23169/14795/12839 23199/14828/12865</w:t>
        <w:br/>
        <w:t>f 23202/14829/12866 23201/14830/12867 23200/14831/12868</w:t>
        <w:br/>
        <w:t>f 23203/14832/12869 23202/14829/12866 23200/14831/12868</w:t>
        <w:br/>
        <w:t>f 23207/14833/12870 23206/14834/12870 23205/14835/12870</w:t>
        <w:br/>
        <w:t>f 23204/14836/12870 23207/14833/12870 23205/14835/12870</w:t>
        <w:br/>
        <w:t>f 23211/14837/12871 23210/14838/12872 23209/14839/12873</w:t>
        <w:br/>
        <w:t>f 23208/14840/12874 23211/14837/12871 23209/14839/12873</w:t>
        <w:br/>
        <w:t>f 23215/14841/12875 23214/14842/12875 23213/14843/12876</w:t>
        <w:br/>
        <w:t>f 23212/14844/12877 23215/14841/12875 23213/14843/12876</w:t>
        <w:br/>
        <w:t>f 23219/14845/12878 23218/14846/12879 23217/14847/12880</w:t>
        <w:br/>
        <w:t>f 23216/14848/12881 23219/14845/12878 23217/14847/12880</w:t>
        <w:br/>
        <w:t>f 23223/14849/12882 23222/14850/12883 23221/14851/12883</w:t>
        <w:br/>
        <w:t>f 23220/14852/12884 23223/14849/12882 23221/14851/12883</w:t>
        <w:br/>
        <w:t>f 23227/14853/12885 23226/14854/12886 23225/14855/12887</w:t>
        <w:br/>
        <w:t>f 23224/14856/12888 23227/14853/12885 23225/14855/12887</w:t>
        <w:br/>
        <w:t>f 23230/14857/12889 23229/14858/12890 23228/14859/12891</w:t>
        <w:br/>
        <w:t>f 23231/14860/12892 23230/14857/12889 23228/14859/12891</w:t>
        <w:br/>
        <w:t>f 23235/14861/12893 23234/14862/12894 23233/14863/12894</w:t>
        <w:br/>
        <w:t>f 23232/14864/12895 23235/14861/12893 23233/14863/12894</w:t>
        <w:br/>
        <w:t>f 23239/14865/12896 23238/14866/12897 23237/14867/12898</w:t>
        <w:br/>
        <w:t>f 23236/14868/12896 23239/14865/12896 23237/14867/12898</w:t>
        <w:br/>
        <w:t>f 23241/14869/12899 23224/14856/12888 23225/14855/12887</w:t>
        <w:br/>
        <w:t>f 23240/14870/12900 23241/14869/12899 23225/14855/12887</w:t>
        <w:br/>
        <w:t>f 23231/14860/12892 23228/14859/12891 23243/14871/12901</w:t>
        <w:br/>
        <w:t>f 23242/14872/12902 23231/14860/12892 23243/14871/12901</w:t>
        <w:br/>
        <w:t>f 23245/14873/12903 23244/14874/12904 23235/14861/12893</w:t>
        <w:br/>
        <w:t>f 23232/14864/12895 23245/14873/12903 23235/14861/12893</w:t>
        <w:br/>
        <w:t>f 23246/14875/12905 23239/14865/12896 23236/14868/12896</w:t>
        <w:br/>
        <w:t>f 23247/14876/12905 23246/14875/12905 23236/14868/12896</w:t>
        <w:br/>
        <w:t>f 23249/14877/12906 23248/14878/12906 23201/14830/12867</w:t>
        <w:br/>
        <w:t>f 23202/14829/12866 23249/14877/12906 23201/14830/12867</w:t>
        <w:br/>
        <w:t>f 23249/14877/12906 23246/14875/12905 23247/14876/12905</w:t>
        <w:br/>
        <w:t>f 23248/14878/12906 23249/14877/12906 23247/14876/12905</w:t>
        <w:br/>
        <w:t>f 23242/14872/12902 23243/14871/12901 23251/14879/12907</w:t>
        <w:br/>
        <w:t>f 23250/14880/12907 23242/14872/12902 23251/14879/12907</w:t>
        <w:br/>
        <w:t>f 23252/14881/12908 23217/14847/12880 23244/14874/12904</w:t>
        <w:br/>
        <w:t>f 23245/14873/12903 23252/14881/12908 23244/14874/12904</w:t>
        <w:br/>
        <w:t>f 23253/14882/12909 23241/14869/12899 23240/14870/12900</w:t>
        <w:br/>
        <w:t>f 23223/14849/12882 23253/14882/12909 23240/14870/12900</w:t>
        <w:br/>
        <w:t>f 23216/14848/12881 23217/14847/12880 23252/14881/12908</w:t>
        <w:br/>
        <w:t>f 23220/14852/12884 23253/14882/12909 23223/14849/12882</w:t>
        <w:br/>
        <w:t>f 7148/14273/12438 7185/14311/12473 7186/14310/12473</w:t>
        <w:br/>
        <w:t>f 7147/14270/12435 7148/14273/12438 7186/14310/12473</w:t>
        <w:br/>
        <w:t>f 7146/14271/12436 7190/14314/12476 7189/14315/12477</w:t>
        <w:br/>
        <w:t>f 7145/14272/12437 7146/14271/12436 7189/14315/12477</w:t>
        <w:br/>
        <w:t>f 30195/14883/12910 7168/14294/12457 7149/14276/12441</w:t>
        <w:br/>
        <w:t>f 7150/14275/12440 30195/14883/12910 7149/14276/12441</w:t>
        <w:br/>
        <w:t>f 7166/14289/12452 7172/14298/12461 30196/14884/12911</w:t>
        <w:br/>
        <w:t>f 7165/14290/12453 7166/14289/12452 30196/14884/12911</w:t>
        <w:br/>
        <w:t>f 30195/14883/12910 7194/14319/12479 7168/14294/12457</w:t>
        <w:br/>
        <w:t>f 7172/14298/12461 7193/14318/12478 30196/14884/12911</w:t>
        <w:br/>
        <w:t>f 7106/14231/12404 7121/14247/12419 7122/14246/12419</w:t>
        <w:br/>
        <w:t>f 7105/14228/12401 7106/14231/12404 7122/14246/12419</w:t>
        <w:br/>
        <w:t>f 7104/14229/12402 7123/14248/12420 7124/14249/12420</w:t>
        <w:br/>
        <w:t>f 7103/14230/12403 7104/14229/12402 7124/14249/12420</w:t>
        <w:br/>
        <w:t>f 7118/14241/12414 7128/14253/12423 30197/14885/12912</w:t>
        <w:br/>
        <w:t>f 7115/14238/12411 7092/14219/12394 30198/14886/12913</w:t>
        <w:br/>
        <w:t>f 7114/14239/12412 7115/14238/12411 30198/14886/12913</w:t>
        <w:br/>
        <w:t>f 7118/14241/12414 30197/14885/12912 7108/14232/12405</w:t>
        <w:br/>
        <w:t>f 7091/14214/12389 7118/14241/12414 7108/14232/12405</w:t>
        <w:br/>
        <w:t>f 7092/14219/12394 7127/14252/12422 30198/14886/12913</w:t>
        <w:br/>
        <w:t>f 8686/14887/12914 8685/14888/12915 8684/14889/12915</w:t>
        <w:br/>
        <w:t>f 8683/14890/12916 8686/14887/12914 8684/14889/12915</w:t>
        <w:br/>
        <w:t>f 8690/14891/12917 8689/14892/12917 8688/14893/12918</w:t>
        <w:br/>
        <w:t>f 8687/14894/12918 8690/14891/12917 8688/14893/12918</w:t>
        <w:br/>
        <w:t>f 8693/14895/12919 8692/14896/12919 8691/14897/12920</w:t>
        <w:br/>
        <w:t>f 8694/14898/12921 8693/14895/12919 8691/14897/12920</w:t>
        <w:br/>
        <w:t>f 8697/14899/12922 8696/14900/12922 8695/14901/12922</w:t>
        <w:br/>
        <w:t>f 8698/14902/12922 8697/14899/12922 8695/14901/12922</w:t>
        <w:br/>
        <w:t>f 8701/14903/12923 8700/14904/12923 8699/14905/12924</w:t>
        <w:br/>
        <w:t>f 8702/14906/12924 8701/14903/12923 8699/14905/12924</w:t>
        <w:br/>
        <w:t>f 8705/14907/12925 8704/14908/12925 8703/14909/12925</w:t>
        <w:br/>
        <w:t>f 8706/14910/12925 8705/14907/12925 8703/14909/12925</w:t>
        <w:br/>
        <w:t>f 8710/14911/12918 8709/14912/12918 8708/14913/12926</w:t>
        <w:br/>
        <w:t>f 8707/14914/12926 8710/14911/12918 8708/14913/12926</w:t>
        <w:br/>
        <w:t>f 8713/14915/12927 8712/14916/12928 8711/14917/12929</w:t>
        <w:br/>
        <w:t>f 8714/14918/12930 8713/14915/12927 8711/14917/12929</w:t>
        <w:br/>
        <w:t>f 8717/14919/12922 8716/14920/12922 8715/14921/12922</w:t>
        <w:br/>
        <w:t>f 8718/14922/12922 8717/14919/12922 8715/14921/12922</w:t>
        <w:br/>
        <w:t>f 8722/14923/12931 8721/14924/12931 8720/14925/12932</w:t>
        <w:br/>
        <w:t>f 8719/14926/12932 8722/14923/12931 8720/14925/12932</w:t>
        <w:br/>
        <w:t>f 8724/14927/12918 8723/14928/12918 8687/14894/12918</w:t>
        <w:br/>
        <w:t>f 8688/14893/12918 8724/14927/12918 8687/14894/12918</w:t>
        <w:br/>
        <w:t>f 8726/14929/12933 8684/14889/12915 8685/14888/12915</w:t>
        <w:br/>
        <w:t>f 8725/14930/12933 8726/14929/12933 8685/14888/12915</w:t>
        <w:br/>
        <w:t>f 8696/14900/12922 8728/14931/12922 8727/14932/12922</w:t>
        <w:br/>
        <w:t>f 8695/14901/12922 8696/14900/12922 8727/14932/12922</w:t>
        <w:br/>
        <w:t>f 8692/14896/12919 8693/14895/12919 8729/14933/12934</w:t>
        <w:br/>
        <w:t>f 8730/14934/12934 8692/14896/12919 8729/14933/12934</w:t>
        <w:br/>
        <w:t>f 8707/14914/12926 8708/14913/12926 8723/14928/12918</w:t>
        <w:br/>
        <w:t>f 8724/14927/12918 8707/14914/12926 8723/14928/12918</w:t>
        <w:br/>
        <w:t>f 8714/14918/12930 8726/14929/12933 8725/14930/12933</w:t>
        <w:br/>
        <w:t>f 8713/14915/12927 8714/14918/12930 8725/14930/12933</w:t>
        <w:br/>
        <w:t>f 8728/14931/12922 8717/14919/12922 8718/14922/12922</w:t>
        <w:br/>
        <w:t>f 8727/14932/12922 8728/14931/12922 8718/14922/12922</w:t>
        <w:br/>
        <w:t>f 8722/14923/12931 8730/14934/12934 8729/14933/12934</w:t>
        <w:br/>
        <w:t>f 8721/14924/12931 8722/14923/12931 8729/14933/12934</w:t>
        <w:br/>
        <w:t>f 8734/14935/12935 8733/14936/12935 8732/14937/12936</w:t>
        <w:br/>
        <w:t>f 8731/14938/12936 8734/14935/12935 8732/14937/12936</w:t>
        <w:br/>
        <w:t>f 8737/14939/12937 8736/14940/12937 8735/14941/12937</w:t>
        <w:br/>
        <w:t>f 8738/14942/12937 8737/14939/12937 8735/14941/12937</w:t>
        <w:br/>
        <w:t>f 8742/14943/12938 8741/14944/12939 8740/14945/12939</w:t>
        <w:br/>
        <w:t>f 8739/14946/12938 8742/14943/12938 8740/14945/12939</w:t>
        <w:br/>
        <w:t>f 8745/14947/12926 8744/14948/12940 8743/14949/12940</w:t>
        <w:br/>
        <w:t>f 8746/14950/12926 8745/14947/12926 8743/14949/12940</w:t>
        <w:br/>
        <w:t>f 8744/14948/12940 8689/14892/12917 8690/14891/12917</w:t>
        <w:br/>
        <w:t>f 8743/14949/12940 8744/14948/12940 8690/14891/12917</w:t>
        <w:br/>
        <w:t>f 8686/14887/12914 8683/14890/12916 8742/14943/12938</w:t>
        <w:br/>
        <w:t>f 8739/14946/12938 8686/14887/12914 8742/14943/12938</w:t>
        <w:br/>
        <w:t>f 8736/14940/12937 8697/14899/12922 8698/14902/12922</w:t>
        <w:br/>
        <w:t>f 8735/14941/12937 8736/14940/12937 8698/14902/12922</w:t>
        <w:br/>
        <w:t>f 8691/14897/12920 8733/14936/12935 8734/14935/12935</w:t>
        <w:br/>
        <w:t>f 8694/14898/12921 8691/14897/12920 8734/14935/12935</w:t>
        <w:br/>
        <w:t>f 8750/14951/12941 8749/14952/12941 8748/14953/12942</w:t>
        <w:br/>
        <w:t>f 8747/14954/12943 8750/14951/12941 8748/14953/12942</w:t>
        <w:br/>
        <w:t>f 8753/14955/12944 8752/14956/12945 8751/14957/12946</w:t>
        <w:br/>
        <w:t>f 8754/14958/12947 8753/14955/12944 8751/14957/12946</w:t>
        <w:br/>
        <w:t>f 8755/14959/12948 8753/14955/12944 8754/14958/12947</w:t>
        <w:br/>
        <w:t>f 8756/14960/12948 8755/14959/12948 8754/14958/12947</w:t>
        <w:br/>
        <w:t>f 8758/14961/12949 8757/14962/12950 8749/14952/12941</w:t>
        <w:br/>
        <w:t>f 8750/14951/12941 8758/14961/12949 8749/14952/12941</w:t>
        <w:br/>
        <w:t>f 8758/14961/12949 8760/14963/12951 8759/14964/12952</w:t>
        <w:br/>
        <w:t>f 8757/14962/12950 8758/14961/12949 8759/14964/12952</w:t>
        <w:br/>
        <w:t>f 8756/14960/12948 8762/14965/12953 8761/14966/12954</w:t>
        <w:br/>
        <w:t>f 8755/14959/12948 8756/14960/12948 8761/14966/12954</w:t>
        <w:br/>
        <w:t>f 8765/14967/12922 8764/14968/12922 8763/14969/12922</w:t>
        <w:br/>
        <w:t>f 8768/14970/12955 8767/14971/12956 8766/14972/12957</w:t>
        <w:br/>
        <w:t>f 8769/14973/12958 8768/14970/12955 8766/14972/12957</w:t>
        <w:br/>
        <w:t>f 8773/14974/12925 8772/14975/12925 8771/14976/12925</w:t>
        <w:br/>
        <w:t>f 8770/14977/12925 8773/14974/12925 8771/14976/12925</w:t>
        <w:br/>
        <w:t>f 8776/14978/12922 8775/14979/12922 8774/14980/12922</w:t>
        <w:br/>
        <w:t>f 8777/14981/12922 8776/14978/12922 8774/14980/12922</w:t>
        <w:br/>
        <w:t>f 8765/14967/12922 8776/14978/12922 8777/14981/12922</w:t>
        <w:br/>
        <w:t>f 8778/14982/12922 8765/14967/12922 8777/14981/12922</w:t>
        <w:br/>
        <w:t>f 8764/14968/12922 8765/14967/12922 8778/14982/12922</w:t>
        <w:br/>
        <w:t>f 8779/14983/12922 8764/14968/12922 8778/14982/12922</w:t>
        <w:br/>
        <w:t>f 8781/14984/12959 8780/14985/12959 8767/14971/12956</w:t>
        <w:br/>
        <w:t>f 8768/14970/12955 8781/14984/12959 8767/14971/12956</w:t>
        <w:br/>
        <w:t>f 8785/14986/12926 8784/14987/12926 8783/14988/12926</w:t>
        <w:br/>
        <w:t>f 8782/14989/12926 8785/14986/12926 8783/14988/12926</w:t>
        <w:br/>
        <w:t>f 8787/14990/12918 8786/14991/12918 8784/14987/12926</w:t>
        <w:br/>
        <w:t>f 8785/14986/12926 8787/14990/12918 8784/14987/12926</w:t>
        <w:br/>
        <w:t>f 8786/14991/12918 8787/14990/12918 8789/14992/12918</w:t>
        <w:br/>
        <w:t>f 8788/14993/12918 8786/14991/12918 8789/14992/12918</w:t>
        <w:br/>
        <w:t>f 8785/14986/12926 8782/14989/12926 8790/14994/12960</w:t>
        <w:br/>
        <w:t>f 8779/14983/12922 8778/14982/12922 8791/14995/12922</w:t>
        <w:br/>
        <w:t>f 8793/14996/12961 8792/14997/12962 8780/14985/12959</w:t>
        <w:br/>
        <w:t>f 8781/14984/12959 8793/14996/12961 8780/14985/12959</w:t>
        <w:br/>
        <w:t>f 8784/14987/12926 8794/14998/12963 8783/14988/12926</w:t>
        <w:br/>
        <w:t>f 8798/14999/12964 8797/15000/12964 8796/15001/12965</w:t>
        <w:br/>
        <w:t>f 8795/15002/12965 8798/14999/12964 8796/15001/12965</w:t>
        <w:br/>
        <w:t>f 8802/15003/12966 8801/15004/12967 8800/15005/12967</w:t>
        <w:br/>
        <w:t>f 8799/15006/12966 8802/15003/12966 8800/15005/12967</w:t>
        <w:br/>
        <w:t>f 8806/15007/12968 8805/15008/12969 8804/15009/12969</w:t>
        <w:br/>
        <w:t>f 8803/15010/12968 8806/15007/12968 8804/15009/12969</w:t>
        <w:br/>
        <w:t>f 8810/15011/12970 8809/15012/12971 8808/15013/12972</w:t>
        <w:br/>
        <w:t>f 8807/15014/12973 8810/15011/12970 8808/15013/12972</w:t>
        <w:br/>
        <w:t>f 8813/15015/12974 8812/15016/12975 8811/15017/12974</w:t>
        <w:br/>
        <w:t>f 8814/15018/12976 8813/15015/12974 8811/15017/12974</w:t>
        <w:br/>
        <w:t>f 8818/15019/12977 8817/15020/12978 8816/15021/12979</w:t>
        <w:br/>
        <w:t>f 8815/15022/12980 8818/15019/12977 8816/15021/12979</w:t>
        <w:br/>
        <w:t>f 8822/15023/12981 8821/15024/12982 8820/15025/12983</w:t>
        <w:br/>
        <w:t>f 8819/15026/12984 8822/15023/12981 8820/15025/12983</w:t>
        <w:br/>
        <w:t>f 8826/15027/12985 8825/15028/12986 8824/15029/12987</w:t>
        <w:br/>
        <w:t>f 8823/15030/12988 8826/15027/12985 8824/15029/12987</w:t>
        <w:br/>
        <w:t>f 8830/15031/12989 8829/15032/12990 8828/15033/12990</w:t>
        <w:br/>
        <w:t>f 8827/15034/12991 8830/15031/12989 8828/15033/12990</w:t>
        <w:br/>
        <w:t>f 8805/15008/12969 8830/15031/12989 8827/15034/12991</w:t>
        <w:br/>
        <w:t>f 8804/15009/12969 8805/15008/12969 8827/15034/12991</w:t>
        <w:br/>
        <w:t>f 8825/15028/12986 8826/15027/12985 8807/15014/12973</w:t>
        <w:br/>
        <w:t>f 8808/15013/12972 8825/15028/12986 8807/15014/12973</w:t>
        <w:br/>
        <w:t>f 8797/15000/12964 8798/14999/12964 8819/15026/12984</w:t>
        <w:br/>
        <w:t>f 8820/15025/12983 8797/15000/12964 8819/15026/12984</w:t>
        <w:br/>
        <w:t>f 8801/15004/12967 8818/15019/12977 8815/15022/12980</w:t>
        <w:br/>
        <w:t>f 8800/15005/12967 8801/15004/12967 8815/15022/12980</w:t>
        <w:br/>
        <w:t>f 8832/15035/12992 8806/15007/12968 8803/15010/12968</w:t>
        <w:br/>
        <w:t>f 8831/15036/12992 8832/15035/12992 8803/15010/12968</w:t>
        <w:br/>
        <w:t>f 8809/15012/12971 8810/15011/12970 8834/15037/12993</w:t>
        <w:br/>
        <w:t>f 8833/15038/12994 8809/15012/12971 8834/15037/12993</w:t>
        <w:br/>
        <w:t>f 8838/15039/12995 8837/15040/12996 8836/15041/12996</w:t>
        <w:br/>
        <w:t>f 8835/15042/12997 8838/15039/12995 8836/15041/12996</w:t>
        <w:br/>
        <w:t>f 8837/15040/12996 8802/15003/12966 8799/15006/12966</w:t>
        <w:br/>
        <w:t>f 8836/15041/12996 8837/15040/12996 8799/15006/12966</w:t>
        <w:br/>
        <w:t>f 8842/15043/12998 8841/15044/12999 8840/15045/13000</w:t>
        <w:br/>
        <w:t>f 8839/15046/13001 8842/15043/12998 8840/15045/13000</w:t>
        <w:br/>
        <w:t>f 8846/15047/13002 8845/15048/13003 8844/15049/13004</w:t>
        <w:br/>
        <w:t>f 8843/15050/13004 8846/15047/13002 8844/15049/13004</w:t>
        <w:br/>
        <w:t>f 8833/15038/12994 8834/15037/12993 8848/15051/13005</w:t>
        <w:br/>
        <w:t>f 8847/15052/13006 8833/15038/12994 8848/15051/13005</w:t>
        <w:br/>
        <w:t>f 8795/15002/12965 8796/15001/12965 8841/15044/12999</w:t>
        <w:br/>
        <w:t>f 8842/15043/12998 8795/15002/12965 8841/15044/12999</w:t>
        <w:br/>
        <w:t>f 8850/15053/13007 8832/15035/12992 8831/15036/12992</w:t>
        <w:br/>
        <w:t>f 8849/15054/13008 8850/15053/13007 8831/15036/12992</w:t>
        <w:br/>
        <w:t>f 8854/15055/13009 8853/15056/13010 8852/15057/13011</w:t>
        <w:br/>
        <w:t>f 8851/15058/13011 8854/15055/13009 8852/15057/13011</w:t>
        <w:br/>
        <w:t>f 8858/15059/13012 8857/15060/13013 8856/15061/13014</w:t>
        <w:br/>
        <w:t>f 8855/15062/13015 8858/15059/13012 8856/15061/13014</w:t>
        <w:br/>
        <w:t>f 8862/15063/13016 8861/15064/13017 8860/15065/13017</w:t>
        <w:br/>
        <w:t>f 8859/15066/13016 8862/15063/13016 8860/15065/13017</w:t>
        <w:br/>
        <w:t>f 8866/15067/13018 8865/15068/13019 8864/15069/13020</w:t>
        <w:br/>
        <w:t>f 8863/15070/13021 8866/15067/13018 8864/15069/13020</w:t>
        <w:br/>
        <w:t>f 8869/15071/12975 8868/15072/12976 8867/15073/13022</w:t>
        <w:br/>
        <w:t>f 8870/15074/13023 8869/15071/12975 8867/15073/13022</w:t>
        <w:br/>
        <w:t>f 8872/15075/13024 8862/15063/13016 8859/15066/13016</w:t>
        <w:br/>
        <w:t>f 8871/15076/13024 8872/15075/13024 8859/15066/13016</w:t>
        <w:br/>
        <w:t>f 8874/15077/13025 8873/15078/13026 8865/15068/13019</w:t>
        <w:br/>
        <w:t>f 8866/15067/13018 8874/15077/13025 8865/15068/13019</w:t>
        <w:br/>
        <w:t>f 8876/15079/13027 8875/15080/13028 8851/15058/13011</w:t>
        <w:br/>
        <w:t>f 8852/15057/13011 8876/15079/13027 8851/15058/13011</w:t>
        <w:br/>
        <w:t>f 8878/15081/13029 8858/15059/13012 8855/15062/13015</w:t>
        <w:br/>
        <w:t>f 8877/15082/13030 8878/15081/13029 8855/15062/13015</w:t>
        <w:br/>
        <w:t>f 8880/15083/13031 8879/15084/13031 8875/15080/13028</w:t>
        <w:br/>
        <w:t>f 8876/15079/13027 8880/15083/13031 8875/15080/13028</w:t>
        <w:br/>
        <w:t>f 8882/15085/13032 8878/15081/13029 8877/15082/13030</w:t>
        <w:br/>
        <w:t>f 8881/15086/13033 8882/15085/13032 8877/15082/13030</w:t>
        <w:br/>
        <w:t>f 8884/15087/13034 8872/15075/13024 8871/15076/13024</w:t>
        <w:br/>
        <w:t>f 8883/15088/13035 8884/15087/13034 8871/15076/13024</w:t>
        <w:br/>
        <w:t>f 8873/15078/13026 8886/15089/13036 8885/15090/13037</w:t>
        <w:br/>
        <w:t>f 8890/15091/13038 8889/15092/13039 8888/15093/13040</w:t>
        <w:br/>
        <w:t>f 8887/15094/13040 8890/15091/13038 8888/15093/13040</w:t>
        <w:br/>
        <w:t>f 8891/15095/13041 8889/15092/13039 8890/15091/13038</w:t>
        <w:br/>
        <w:t>f 8892/15096/13041 8891/15095/13041 8890/15091/13038</w:t>
        <w:br/>
        <w:t>f 8894/15097/13042 8891/15095/13041 8892/15096/13041</w:t>
        <w:br/>
        <w:t>f 8893/15098/13043 8894/15097/13042 8892/15096/13041</w:t>
        <w:br/>
        <w:t>f 8882/15085/13032 8895/15099/13044 8878/15081/13029</w:t>
        <w:br/>
        <w:t>f 8874/15077/13025 8897/15100/13045 8896/15101/13046</w:t>
        <w:br/>
        <w:t>f 8877/15082/13030 8898/15102/13047 8881/15086/13033</w:t>
        <w:br/>
        <w:t>f 8896/15101/13046 8886/15089/13036 8873/15078/13026</w:t>
        <w:br/>
        <w:t>f 8874/15077/13025 8896/15101/13046 8873/15078/13026</w:t>
        <w:br/>
        <w:t>f 10045/15103/13048 10044/15104/13049 10043/15105/13050</w:t>
        <w:br/>
        <w:t>f 10042/15106/13051 10045/15103/13048 10043/15105/13050</w:t>
        <w:br/>
        <w:t>f 10048/15107/13052 10047/15108/13053 10046/15109/13054</w:t>
        <w:br/>
        <w:t>f 10049/15110/13055 10048/15107/13052 10046/15109/13054</w:t>
        <w:br/>
        <w:t>f 10053/15111/13056 10052/15112/13057 10051/15113/13058</w:t>
        <w:br/>
        <w:t>f 10050/15114/13059 10053/15111/13056 10051/15113/13058</w:t>
        <w:br/>
        <w:t>f 10056/15115/13060 10055/15116/13061 10054/15117/13062</w:t>
        <w:br/>
        <w:t>f 10057/15118/13063 10056/15115/13060 10054/15117/13062</w:t>
        <w:br/>
        <w:t>f 10061/15119/13064 10060/15120/13065 10059/15121/13066</w:t>
        <w:br/>
        <w:t>f 10058/15122/13067 10061/15119/13064 10059/15121/13066</w:t>
        <w:br/>
        <w:t>f 10065/15123/13068 10064/15124/13069 10063/15125/13070</w:t>
        <w:br/>
        <w:t>f 10062/15126/13071 10065/15123/13068 10063/15125/13070</w:t>
        <w:br/>
        <w:t>f 10069/15127/13072 10068/15128/13073 10067/15129/13074</w:t>
        <w:br/>
        <w:t>f 10066/15130/13075 10069/15127/13072 10067/15129/13074</w:t>
        <w:br/>
        <w:t>f 10072/15131/13076 10071/15132/13077 10070/15133/13078</w:t>
        <w:br/>
        <w:t>f 10073/15134/13079 10072/15131/13076 10070/15133/13078</w:t>
        <w:br/>
        <w:t>f 10077/15135/13080 10076/15136/13081 10075/15137/13082</w:t>
        <w:br/>
        <w:t>f 10074/15138/13083 10077/15135/13080 10075/15137/13082</w:t>
        <w:br/>
        <w:t>f 10080/15139/13084 10079/15140/13085 10078/15141/13086</w:t>
        <w:br/>
        <w:t>f 10081/15142/13087 10080/15139/13084 10078/15141/13086</w:t>
        <w:br/>
        <w:t>f 10084/15143/13088 10083/15144/13089 10082/15145/13088</w:t>
        <w:br/>
        <w:t>f 10085/15146/13090 10084/15143/13088 10082/15145/13088</w:t>
        <w:br/>
        <w:t>f 10089/15147/13091 10088/15148/13091 10087/15149/13092</w:t>
        <w:br/>
        <w:t>f 10086/15150/13092 10089/15147/13091 10087/15149/13092</w:t>
        <w:br/>
        <w:t>f 10093/15151/13093 10092/15152/13053 10091/15153/13094</w:t>
        <w:br/>
        <w:t>f 10090/15154/13064 10093/15151/13093 10091/15153/13094</w:t>
        <w:br/>
        <w:t>f 10057/15118/13063 10054/15117/13062 10060/15120/13095</w:t>
        <w:br/>
        <w:t>f 10069/15127/13072 10057/15118/13063 10060/15120/13095</w:t>
        <w:br/>
        <w:t>f 10096/15155/13096 10095/15156/13097 10094/15157/13098</w:t>
        <w:br/>
        <w:t>f 10097/15158/13068 10096/15155/13096 10094/15157/13098</w:t>
        <w:br/>
        <w:t>f 10044/15104/13049 10072/15131/13099 10049/15110/13100</w:t>
        <w:br/>
        <w:t>f 10043/15105/13050 10044/15104/13049 10049/15110/13100</w:t>
        <w:br/>
        <w:t>f 10081/15142/13087 10099/15159/13082 10098/15160/13101</w:t>
        <w:br/>
        <w:t>f 10085/15146/13102 10081/15142/13087 10098/15160/13101</w:t>
        <w:br/>
        <w:t>f 10052/15112/13103 10056/15115/13104 10101/15161/13105</w:t>
        <w:br/>
        <w:t>f 10100/15162/13106 10052/15112/13103 10101/15161/13105</w:t>
        <w:br/>
        <w:t>f 10043/15105/13050 10047/15108/13053 10042/15106/13051</w:t>
        <w:br/>
        <w:t>f 10052/15112/13057 10053/15111/13056 10054/15117/13107</w:t>
        <w:br/>
        <w:t>f 10056/15115/13060 10057/15118/13063 10062/15126/13108</w:t>
        <w:br/>
        <w:t>f 10045/15103/13048 10102/15163/13109 10044/15104/13049</w:t>
        <w:br/>
        <w:t>f 10049/15110/13055 10075/15137/13110 10048/15107/13052</w:t>
        <w:br/>
        <w:t>f 10061/15119/13064 10081/15142/13111 10060/15120/13065</w:t>
        <w:br/>
        <w:t>f 10069/15127/13072 10085/15146/13112 10068/15128/13073</w:t>
        <w:br/>
        <w:t>f 10073/15134/13079 10076/15136/13113 10072/15131/13076</w:t>
        <w:br/>
        <w:t>f 10106/15164/13114 10105/15165/13115 10104/15166/13116</w:t>
        <w:br/>
        <w:t>f 10103/15167/13117 10106/15164/13114 10104/15166/13116</w:t>
        <w:br/>
        <w:t>f 10110/15168/13118 10109/15169/13119 10108/15170/13120</w:t>
        <w:br/>
        <w:t>f 10107/15171/13121 10110/15168/13118 10108/15170/13120</w:t>
        <w:br/>
        <w:t>f 10112/15172/13122 10111/15173/13123 10107/15171/13121</w:t>
        <w:br/>
        <w:t>f 10103/15167/13117 10112/15172/13122 10107/15171/13121</w:t>
        <w:br/>
        <w:t>f 10116/15174/13124 10115/15175/13125 10114/15176/13126</w:t>
        <w:br/>
        <w:t>f 10113/15177/13127 10116/15174/13124 10114/15176/13126</w:t>
        <w:br/>
        <w:t>f 10118/15178/13128 10113/15177/13127 10110/15168/13118</w:t>
        <w:br/>
        <w:t>f 10117/15179/13129 10118/15178/13128 10110/15168/13118</w:t>
        <w:br/>
        <w:t>f 10122/15180/13130 10121/15181/13131 10120/15182/13132</w:t>
        <w:br/>
        <w:t>f 10119/15183/13133 10122/15180/13130 10120/15182/13132</w:t>
        <w:br/>
        <w:t>f 10125/15184/13134 10117/15179/13129 10124/15185/13135</w:t>
        <w:br/>
        <w:t>f 10123/15186/13136 10125/15184/13134 10124/15185/13135</w:t>
        <w:br/>
        <w:t>f 10129/15187/13137 10128/15188/13138 10127/15189/13139</w:t>
        <w:br/>
        <w:t>f 10126/15190/13140 10129/15187/13137 10127/15189/13139</w:t>
        <w:br/>
        <w:t>f 10133/15191/13141 10132/15192/13142 10131/15193/13143</w:t>
        <w:br/>
        <w:t>f 10130/15194/13122 10133/15191/13141 10131/15193/13143</w:t>
        <w:br/>
        <w:t>f 10117/15179/13129 10110/15168/13118 10107/15171/13121</w:t>
        <w:br/>
        <w:t>f 10111/15173/13123 10117/15179/13129 10107/15171/13121</w:t>
        <w:br/>
        <w:t>f 10137/15195/13138 10136/15196/13124 10135/15197/13144</w:t>
        <w:br/>
        <w:t>f 10134/15198/13128 10137/15195/13138 10135/15197/13144</w:t>
        <w:br/>
        <w:t>f 10120/15182/13132 10129/15187/13145 10125/15184/13146</w:t>
        <w:br/>
        <w:t>f 10119/15183/13133 10120/15182/13132 10125/15184/13146</w:t>
        <w:br/>
        <w:t>f 10109/15169/13147 10115/15175/13148 10105/15165/13115</w:t>
        <w:br/>
        <w:t>f 10106/15164/13114 10109/15169/13147 10105/15165/13115</w:t>
        <w:br/>
        <w:t>f 10106/15164/13114 10103/15167/13117 10107/15171/13121</w:t>
        <w:br/>
        <w:t>f 10109/15169/13119 10110/15168/13118 10113/15177/13127</w:t>
        <w:br/>
        <w:t>f 10112/15172/13122 10119/15183/13149 10111/15173/13123</w:t>
        <w:br/>
        <w:t>f 10117/15179/13129 10125/15184/13134 10118/15178/13128</w:t>
        <w:br/>
        <w:t>f 19297/15199/13150 19296/15200/13151 19295/15201/13152</w:t>
        <w:br/>
        <w:t>f 19294/15202/13153 19297/15199/13150 19295/15201/13152</w:t>
        <w:br/>
        <w:t>f 19300/15203/13154 19299/15204/13155 19298/15205/13156</w:t>
        <w:br/>
        <w:t>f 19303/15206/13157 19302/15207/13158 19301/15208/13159</w:t>
        <w:br/>
        <w:t>f 19301/15208/13159 19302/15207/13158 19304/15209/13160</w:t>
        <w:br/>
        <w:t>f 19305/15210/13161 19301/15208/13159 19304/15209/13160</w:t>
        <w:br/>
        <w:t>f 19307/15211/13162 19306/15212/13163 19305/15210/13161</w:t>
        <w:br/>
        <w:t>f 19304/15209/13160 19307/15211/13162 19305/15210/13161</w:t>
        <w:br/>
        <w:t>f 19307/15211/13162 19309/15213/13164 19308/15214/13165</w:t>
        <w:br/>
        <w:t>f 19306/15212/13163 19307/15211/13162 19308/15214/13165</w:t>
        <w:br/>
        <w:t>f 19294/15202/13153 19300/15203/13154 19298/15205/13156</w:t>
        <w:br/>
        <w:t>f 19297/15199/13150 19294/15202/13153 19298/15205/13156</w:t>
        <w:br/>
        <w:t>f 19309/15213/13164 19295/15201/13152 19296/15200/13151</w:t>
        <w:br/>
        <w:t>f 19308/15214/13165 19309/15213/13164 19296/15200/13151</w:t>
        <w:br/>
        <w:t>f 19313/15215/13166 19312/15216/13167 19311/15217/13168</w:t>
        <w:br/>
        <w:t>f 19310/15218/13169 19313/15215/13166 19311/15217/13168</w:t>
        <w:br/>
        <w:t>f 19305/15210/13161 19306/15212/13163 19314/15219/13170</w:t>
        <w:br/>
        <w:t>f 19315/15220/13171 19305/15210/13161 19314/15219/13170</w:t>
        <w:br/>
        <w:t>f 19316/15221/13172 19314/15219/13170 19306/15212/13163</w:t>
        <w:br/>
        <w:t>f 19308/15214/13165 19316/15221/13172 19306/15212/13163</w:t>
        <w:br/>
        <w:t>f 19308/15214/13165 19296/15200/13151 19317/15222/13173</w:t>
        <w:br/>
        <w:t>f 19316/15221/13172 19308/15214/13165 19317/15222/13173</w:t>
        <w:br/>
        <w:t>f 19318/15223/13174 19317/15222/13173 19296/15200/13151</w:t>
        <w:br/>
        <w:t>f 19297/15199/13150 19318/15223/13174 19296/15200/13151</w:t>
        <w:br/>
        <w:t>f 19297/15199/13150 19298/15205/13156 19319/15224/13175</w:t>
        <w:br/>
        <w:t>f 19318/15223/13174 19297/15199/13150 19319/15224/13175</w:t>
        <w:br/>
        <w:t>f 19319/15224/13175 19298/15205/13156 19320/15225/13176</w:t>
        <w:br/>
        <w:t>f 19298/15205/13156 19299/15204/13155 19320/15225/13176</w:t>
        <w:br/>
        <w:t>f 19324/15226/13177 19323/15227/13178 19322/15228/13179</w:t>
        <w:br/>
        <w:t>f 19321/15229/13180 19324/15226/13177 19322/15228/13179</w:t>
        <w:br/>
        <w:t>f 19323/15227/13178 19326/15230/13181 19325/15231/13182</w:t>
        <w:br/>
        <w:t>f 19322/15228/13179 19323/15227/13178 19325/15231/13182</w:t>
        <w:br/>
        <w:t>f 19330/15232/13183 19329/15233/13184 19328/15234/13185</w:t>
        <w:br/>
        <w:t>f 19327/15235/13186 19330/15232/13183 19328/15234/13185</w:t>
        <w:br/>
        <w:t>f 19333/15236/13187 19332/15237/13188 19331/15238/13189</w:t>
        <w:br/>
        <w:t>f 19334/15239/13190 19333/15236/13187 19331/15238/13189</w:t>
        <w:br/>
        <w:t>f 19337/15240/13191 19336/15241/13192 19335/15242/13193</w:t>
        <w:br/>
        <w:t>f 19338/15243/13194 19337/15240/13191 19335/15242/13193</w:t>
        <w:br/>
        <w:t>f 19336/15241/13192 19337/15240/13191 19340/15244/13195</w:t>
        <w:br/>
        <w:t>f 19339/15245/13196 19336/15241/13192 19340/15244/13195</w:t>
        <w:br/>
        <w:t>f 19343/15246/13197 19342/15247/13198 19335/15242/13193</w:t>
        <w:br/>
        <w:t>f 19341/15248/13199 19343/15246/13197 19335/15242/13193</w:t>
        <w:br/>
        <w:t>f 19347/15249/13200 19346/15250/13201 19345/15251/13202</w:t>
        <w:br/>
        <w:t>f 19344/15252/13203 19347/15249/13200 19345/15251/13202</w:t>
        <w:br/>
        <w:t>f 19349/15253/13204 19341/15248/13199 19348/15254/13205</w:t>
        <w:br/>
        <w:t>f 19350/15255/13206 19349/15253/13204 19348/15254/13205</w:t>
        <w:br/>
        <w:t>f 19335/15242/13193 19342/15247/13198 19338/15243/13194</w:t>
        <w:br/>
        <w:t>f 19353/15256/13207 19352/15257/13208 19351/15258/13209</w:t>
        <w:br/>
        <w:t>f 19338/15243/13194 19353/15256/13207 19351/15258/13209</w:t>
        <w:br/>
        <w:t>f 19356/15259/13173 19355/15260/13174 19354/15261/13210</w:t>
        <w:br/>
        <w:t>f 19357/15262/13211 19356/15259/13173 19354/15261/13210</w:t>
        <w:br/>
        <w:t>f 19361/15263/13170 19360/15264/13212 19359/15265/13213</w:t>
        <w:br/>
        <w:t>f 19358/15266/13214 19361/15263/13170 19359/15265/13213</w:t>
        <w:br/>
        <w:t>f 19352/15257/13208 19353/15256/13207 19357/15262/13211</w:t>
        <w:br/>
        <w:t>f 19354/15261/13210 19352/15257/13208 19357/15262/13211</w:t>
        <w:br/>
        <w:t>f 19364/15267/13215 19363/15268/13216 19362/15269/13217</w:t>
        <w:br/>
        <w:t>f 19367/15270/13175 19366/15271/13218 19365/15272/13219</w:t>
        <w:br/>
        <w:t>f 19368/15273/13220 19367/15270/13175 19365/15272/13219</w:t>
        <w:br/>
        <w:t>f 19372/15274/13221 19371/15275/13222 19370/15276/13223</w:t>
        <w:br/>
        <w:t>f 19369/15277/13224 19372/15274/13221 19370/15276/13223</w:t>
        <w:br/>
        <w:t>f 19371/15275/13222 19372/15274/13221 19374/15278/13225</w:t>
        <w:br/>
        <w:t>f 19373/15279/13226 19371/15275/13222 19374/15278/13225</w:t>
        <w:br/>
        <w:t>f 19375/15280/13227 19374/15278/13225 19372/15274/13221</w:t>
        <w:br/>
        <w:t>f 19376/15281/13228 19375/15280/13227 19372/15274/13221</w:t>
        <w:br/>
        <w:t>f 19378/15282/13180 19377/15283/13179 19375/15280/13227</w:t>
        <w:br/>
        <w:t>f 19376/15281/13228 19378/15282/13180 19375/15280/13227</w:t>
        <w:br/>
        <w:t>f 19376/15281/13228 19372/15274/13221 19369/15277/13224</w:t>
        <w:br/>
        <w:t>f 19365/15272/13219 19376/15281/13228 19369/15277/13224</w:t>
        <w:br/>
        <w:t>f 19376/15281/13228 19365/15272/13219 19366/15271/13218</w:t>
        <w:br/>
        <w:t>f 19378/15282/13180 19376/15281/13228 19366/15271/13218</w:t>
        <w:br/>
        <w:t>f 19369/15277/13224 19379/15284/13229 19368/15273/13220</w:t>
        <w:br/>
        <w:t>f 19365/15272/13219 19369/15277/13224 19368/15273/13220</w:t>
        <w:br/>
        <w:t>f 19380/15285/13230 19379/15284/13229 19369/15277/13224</w:t>
        <w:br/>
        <w:t>f 19370/15276/13223 19380/15285/13230 19369/15277/13224</w:t>
        <w:br/>
        <w:t>f 19384/15286/13231 19383/15287/13232 19382/15288/13233</w:t>
        <w:br/>
        <w:t>f 19381/15289/13234 19384/15286/13231 19382/15288/13233</w:t>
        <w:br/>
        <w:t>f 19345/15251/13202 19346/15250/13201 19385/15290/13235</w:t>
        <w:br/>
        <w:t>f 19386/15291/13236 19345/15251/13202 19385/15290/13235</w:t>
        <w:br/>
        <w:t>f 19386/15291/13236 19385/15290/13235 19383/15287/13232</w:t>
        <w:br/>
        <w:t>f 19384/15286/13231 19386/15291/13236 19383/15287/13232</w:t>
        <w:br/>
        <w:t>f 19389/15292/13237 19388/15293/13238 19387/15294/13239</w:t>
        <w:br/>
        <w:t>f 36961/15295/13240 19391/15296/13241 19390/15297/13242</w:t>
        <w:br/>
        <w:t>f 36961/15295/13240 19389/15292/13237 19392/15298/13243</w:t>
        <w:br/>
        <w:t>f 19394/15299/13244 19393/15300/13245 19392/15298/13243</w:t>
        <w:br/>
        <w:t>f 19389/15292/13237 19394/15299/13244 19392/15298/13243</w:t>
        <w:br/>
        <w:t>f 19397/15301/13246 19396/15302/13247 19395/15303/13248</w:t>
        <w:br/>
        <w:t>f 19398/15304/13249 19397/15301/13246 19395/15303/13248</w:t>
        <w:br/>
        <w:t>f 19400/15305/13250 19395/15303/13248 19396/15302/13247</w:t>
        <w:br/>
        <w:t>f 19399/15306/13251 19400/15305/13250 19396/15302/13247</w:t>
        <w:br/>
        <w:t>f 19399/15306/13251 19396/15302/13247 19388/15293/13238</w:t>
        <w:br/>
        <w:t>f 19401/15307/13252 19399/15306/13251 19388/15293/13238</w:t>
        <w:br/>
        <w:t>f 19402/15308/13253 19399/15306/13251 19401/15307/13252</w:t>
        <w:br/>
        <w:t>f 19403/15309/13254 19402/15308/13253 19401/15307/13252</w:t>
        <w:br/>
        <w:t>f 19404/15310/13255 19400/15305/13250 19399/15306/13251</w:t>
        <w:br/>
        <w:t>f 19402/15308/13253 19404/15310/13255 19399/15306/13251</w:t>
        <w:br/>
        <w:t>f 19406/15311/13256 19390/15297/13242 19391/15296/13241</w:t>
        <w:br/>
        <w:t>f 19405/15312/13257 19406/15311/13256 19391/15296/13241</w:t>
        <w:br/>
        <w:t>f 19405/15312/13257 19391/15296/13241 19408/15313/13258</w:t>
        <w:br/>
        <w:t>f 19407/15314/13259 19405/15312/13257 19408/15313/13258</w:t>
        <w:br/>
        <w:t>f 19392/15298/13243 19409/15315/13260 19408/15313/13258</w:t>
        <w:br/>
        <w:t>f 19391/15296/13241 19392/15298/13243 19408/15313/13258</w:t>
        <w:br/>
        <w:t>f 19390/15297/13242 19406/15311/13256 19403/15309/13254</w:t>
        <w:br/>
        <w:t>f 19401/15307/13252 19390/15297/13242 19403/15309/13254</w:t>
        <w:br/>
        <w:t>f 19412/15316/13261 19411/15317/13262 19410/15318/13263</w:t>
        <w:br/>
        <w:t>f 19413/15319/13264 19412/15316/13261 19410/15318/13263</w:t>
        <w:br/>
        <w:t>f 19415/15320/13265 19414/15321/13266 19410/15318/13263</w:t>
        <w:br/>
        <w:t>f 19411/15317/13262 19415/15320/13265 19410/15318/13263</w:t>
        <w:br/>
        <w:t>f 19417/15322/13267 19415/15320/13265 19411/15317/13262</w:t>
        <w:br/>
        <w:t>f 19416/15323/13268 19417/15322/13267 19411/15317/13262</w:t>
        <w:br/>
        <w:t>f 19419/15324/13269 19418/15325/13270 19417/15322/13267</w:t>
        <w:br/>
        <w:t>f 19416/15323/13268 19419/15324/13269 19417/15322/13267</w:t>
        <w:br/>
        <w:t>f 19421/15326/13271 19419/15324/13269 19416/15323/13268</w:t>
        <w:br/>
        <w:t>f 19420/15327/13272 19421/15326/13271 19416/15323/13268</w:t>
        <w:br/>
        <w:t>f 19420/15327/13272 19416/15323/13268 19412/15316/13261</w:t>
        <w:br/>
        <w:t>f 19422/15328/13273 19420/15327/13272 19412/15316/13261</w:t>
        <w:br/>
        <w:t>f 19412/15316/13261 19416/15323/13268 19411/15317/13262</w:t>
        <w:br/>
        <w:t>f 19423/15329/13274 19410/15318/13263 19414/15321/13266</w:t>
        <w:br/>
        <w:t>f 19424/15330/13275 19423/15329/13274 19414/15321/13266</w:t>
        <w:br/>
        <w:t>f 19424/15330/13275 19414/15321/13266 19426/15331/13276</w:t>
        <w:br/>
        <w:t>f 19425/15332/13277 19424/15330/13275 19426/15331/13276</w:t>
        <w:br/>
        <w:t>f 19429/15333/13278 19428/15334/13279 19427/15335/13280</w:t>
        <w:br/>
        <w:t>f 19433/15336/13281 19432/15337/13282 19431/15338/13283</w:t>
        <w:br/>
        <w:t>f 19430/15339/13284 19433/15336/13281 19431/15338/13283</w:t>
        <w:br/>
        <w:t>f 19436/15340/13285 19435/15341/13286 19434/15342/13287</w:t>
        <w:br/>
        <w:t>f 19437/15343/13288 19436/15340/13285 19434/15342/13287</w:t>
        <w:br/>
        <w:t>f 19439/15344/13289 19438/15345/13290 19434/15342/13287</w:t>
        <w:br/>
        <w:t>f 19442/15346/13291 19441/15347/13292 19440/15348/13293</w:t>
        <w:br/>
        <w:t>f 19439/15344/13289 19442/15346/13291 19440/15348/13293</w:t>
        <w:br/>
        <w:t>f 19445/15349/13294 19444/15350/13295 19443/15351/13296</w:t>
        <w:br/>
        <w:t>f 19446/15352/13297 19445/15349/13294 19443/15351/13296</w:t>
        <w:br/>
        <w:t>f 19445/15349/13294 19446/15352/13297 19448/15353/13298</w:t>
        <w:br/>
        <w:t>f 19447/15354/13299 19445/15349/13294 19448/15353/13298</w:t>
        <w:br/>
        <w:t>f 19451/15355/13300 19450/15356/13301 19449/15357/13302</w:t>
        <w:br/>
        <w:t>f 19453/15358/13303 19452/15359/13304 19450/15356/13301</w:t>
        <w:br/>
        <w:t>f 19447/15354/13299 19453/15358/13303 19450/15356/13301</w:t>
        <w:br/>
        <w:t>f 19454/15360/13305 19448/15353/13298 19446/15352/13297</w:t>
        <w:br/>
        <w:t>f 19458/15361/13306 19457/15362/13307 19456/15363/13308</w:t>
        <w:br/>
        <w:t>f 19455/15364/13309 19458/15361/13306 19456/15363/13308</w:t>
        <w:br/>
        <w:t>f 19460/15365/13310 19458/15361/13306 19455/15364/13309</w:t>
        <w:br/>
        <w:t>f 19459/15366/13311 19460/15365/13310 19455/15364/13309</w:t>
        <w:br/>
        <w:t>f 19461/15367/13312 19459/15366/13311 19455/15364/13309</w:t>
        <w:br/>
        <w:t>f 19462/15368/13313 19461/15367/13312 19455/15364/13309</w:t>
        <w:br/>
        <w:t>f 19466/15369/13314 19465/15370/13315 19464/15371/13316</w:t>
        <w:br/>
        <w:t>f 19463/15372/13317 19466/15369/13314 19464/15371/13316</w:t>
        <w:br/>
        <w:t>f 19469/15373/13318 19468/15374/13319 19467/15375/13320</w:t>
        <w:br/>
        <w:t>f 19472/15376/13321 19471/15377/13322 19470/15378/13323</w:t>
        <w:br/>
        <w:t>f 19461/15367/13312 19472/15376/13321 19470/15378/13323</w:t>
        <w:br/>
        <w:t>f 19475/15379/13324 19474/15380/13325 19473/15381/13326</w:t>
        <w:br/>
        <w:t>f 19473/15381/13326 19476/15382/13327 19475/15379/13324</w:t>
        <w:br/>
        <w:t>f 19475/15379/13324 19478/15383/13328 19471/15377/13322</w:t>
        <w:br/>
        <w:t>f 19477/15384/13329 19475/15379/13324 19471/15377/13322</w:t>
        <w:br/>
        <w:t>f 19477/15384/13329 19471/15377/13322 19472/15376/13321</w:t>
        <w:br/>
        <w:t>f 19479/15385/13330 19477/15384/13329 19472/15376/13321</w:t>
        <w:br/>
        <w:t>f 19477/15384/13329 19480/15386/13331 19474/15380/13325</w:t>
        <w:br/>
        <w:t>f 19475/15379/13324 19477/15384/13329 19474/15380/13325</w:t>
        <w:br/>
        <w:t>f 19484/15387/13332 19483/15388/13333 19482/15389/13334</w:t>
        <w:br/>
        <w:t>f 19481/15390/13335 19484/15387/13332 19482/15389/13334</w:t>
        <w:br/>
        <w:t>f 19484/15387/13332 19478/15383/13328 19476/15382/13327</w:t>
        <w:br/>
        <w:t>f 19483/15388/13333 19484/15387/13332 19476/15382/13327</w:t>
        <w:br/>
        <w:t>f 19487/15391/13336 19486/15392/13337 19485/15393/13338</w:t>
        <w:br/>
        <w:t>f 19488/15394/13339 19487/15391/13336 19485/15393/13338</w:t>
        <w:br/>
        <w:t>f 19488/15394/13339 19485/15393/13338 19489/15395/13340</w:t>
        <w:br/>
        <w:t>f 19490/15396/13341 19488/15394/13339 19489/15395/13340</w:t>
        <w:br/>
        <w:t>f 19493/15397/13342 19492/15398/13343 19491/15399/13344</w:t>
        <w:br/>
        <w:t>f 19495/15400/13345 19456/15363/13308 19457/15362/13307</w:t>
        <w:br/>
        <w:t>f 19494/15401/13346 19495/15400/13345 19457/15362/13307</w:t>
        <w:br/>
        <w:t>f 19462/15368/13313 19496/15402/13347 19461/15367/13312</w:t>
        <w:br/>
        <w:t>f 19498/15403/13348 19403/15309/13254 19406/15311/13256</w:t>
        <w:br/>
        <w:t>f 19497/15404/13349 19498/15403/13348 19406/15311/13256</w:t>
        <w:br/>
        <w:t>f 19498/15403/13348 19499/15405/13350 19476/15382/13327</w:t>
        <w:br/>
        <w:t>f 19498/15403/13348 19476/15382/13327 19473/15381/13326</w:t>
        <w:br/>
        <w:t>f 19405/15312/13257 19422/15328/13273 19497/15404/13349</w:t>
        <w:br/>
        <w:t>f 19406/15311/13256 19405/15312/13257 19497/15404/13349</w:t>
        <w:br/>
        <w:t>f 19503/15406/13351 19502/15407/13352 19501/15408/13353</w:t>
        <w:br/>
        <w:t>f 19500/15409/13354 19503/15406/13351 19501/15408/13353</w:t>
        <w:br/>
        <w:t>f 19507/15410/13355 19506/15411/13356 19505/15412/13357</w:t>
        <w:br/>
        <w:t>f 19504/15413/13358 19507/15410/13355 19505/15412/13357</w:t>
        <w:br/>
        <w:t>f 19511/15414/13359 19510/15415/13360 19509/15416/13361</w:t>
        <w:br/>
        <w:t>f 19508/15417/13362 19511/15414/13359 19509/15416/13361</w:t>
        <w:br/>
        <w:t>f 19512/15418/13363 19504/15413/13358 19505/15412/13357</w:t>
        <w:br/>
        <w:t>f 19513/15419/13364 19512/15418/13363 19505/15412/13357</w:t>
        <w:br/>
        <w:t>f 19516/15420/13365 19515/15421/13366 19514/15422/13367</w:t>
        <w:br/>
        <w:t>f 19517/15423/13368 19516/15420/13365 19514/15422/13367</w:t>
        <w:br/>
        <w:t>f 19521/15424/13369 19520/15425/13370 19519/15426/13371</w:t>
        <w:br/>
        <w:t>f 19518/15427/13372 19521/15424/13369 19519/15426/13371</w:t>
        <w:br/>
        <w:t>f 19518/15427/13372 19502/15407/13352 19522/15428/13373</w:t>
        <w:br/>
        <w:t>f 19521/15424/13369 19518/15427/13372 19522/15428/13373</w:t>
        <w:br/>
        <w:t>f 19523/15429/13374 19514/15422/13367 19515/15421/13366</w:t>
        <w:br/>
        <w:t>f 19524/15430/13375 19522/15428/13373 19502/15407/13352</w:t>
        <w:br/>
        <w:t>f 19503/15406/13351 19524/15430/13375 19502/15407/13352</w:t>
        <w:br/>
        <w:t>f 19503/15406/13351 19500/15409/13354 19525/15431/13376</w:t>
        <w:br/>
        <w:t>f 19514/15422/13367 19527/15432/13377 19526/15433/13378</w:t>
        <w:br/>
        <w:t>f 19526/15433/13378 19529/15434/13379 19528/15435/13380</w:t>
        <w:br/>
        <w:t>f 19517/15423/13368 19526/15433/13378 19528/15435/13380</w:t>
        <w:br/>
        <w:t>f 19528/15435/13380 19532/15436/13381 19531/15437/13382</w:t>
        <w:br/>
        <w:t>f 19530/15438/13383 19528/15435/13380 19531/15437/13382</w:t>
        <w:br/>
        <w:t>f 19513/15419/13364 19534/15439/13384 19533/15440/13385</w:t>
        <w:br/>
        <w:t>f 19512/15418/13363 19513/15419/13364 19533/15440/13385</w:t>
        <w:br/>
        <w:t>f 19536/15441/13386 19534/15439/13384 19535/15442/13387</w:t>
        <w:br/>
        <w:t>f 19537/15443/13388 19536/15441/13386 19535/15442/13387</w:t>
        <w:br/>
        <w:t>f 19537/15443/13388 19535/15442/13387 19539/15444/13389</w:t>
        <w:br/>
        <w:t>f 19538/15445/13390 19537/15443/13388 19539/15444/13389</w:t>
        <w:br/>
        <w:t>f 19370/15276/13223 19537/15443/13388 19538/15445/13390</w:t>
        <w:br/>
        <w:t>f 19380/15285/13230 19370/15276/13223 19538/15445/13390</w:t>
        <w:br/>
        <w:t>f 19371/15275/13222 19536/15441/13386 19537/15443/13388</w:t>
        <w:br/>
        <w:t>f 19370/15276/13223 19371/15275/13222 19537/15443/13388</w:t>
        <w:br/>
        <w:t>f 19542/15446/13391 19541/15447/13392 19340/15244/13195</w:t>
        <w:br/>
        <w:t>f 19540/15448/13393 19542/15446/13391 19340/15244/13195</w:t>
        <w:br/>
        <w:t>f 19340/15244/13195 19541/15447/13392 19543/15449/13394</w:t>
        <w:br/>
        <w:t>f 19339/15245/13196 19340/15244/13195 19543/15449/13394</w:t>
        <w:br/>
        <w:t>f 19533/15440/13385 19534/15439/13384 19545/15450/13395</w:t>
        <w:br/>
        <w:t>f 19544/15451/13396 19533/15440/13385 19545/15450/13395</w:t>
        <w:br/>
        <w:t>f 19534/15439/13384 19536/15441/13386 19546/15452/13397</w:t>
        <w:br/>
        <w:t>f 19545/15450/13395 19534/15439/13384 19546/15452/13397</w:t>
        <w:br/>
        <w:t>f 19549/15453/13398 19548/15454/13399 19547/15455/13400</w:t>
        <w:br/>
        <w:t>f 19552/15456/13401 19551/15457/13402 19550/15458/13403</w:t>
        <w:br/>
        <w:t>f 19553/15459/13404 19552/15456/13401 19550/15458/13403</w:t>
        <w:br/>
        <w:t>f 19554/15460/13405 19553/15459/13404 19550/15458/13403</w:t>
        <w:br/>
        <w:t>f 19555/15461/13406 19554/15460/13405 19550/15458/13403</w:t>
        <w:br/>
        <w:t>f 19559/15462/13407 19558/15463/13408 19557/15464/13409</w:t>
        <w:br/>
        <w:t>f 19556/15465/13410 19559/15462/13407 19557/15464/13409</w:t>
        <w:br/>
        <w:t>f 19563/15466/13411 19562/15467/13412 19561/15468/13413</w:t>
        <w:br/>
        <w:t>f 19560/15469/13414 19563/15466/13411 19561/15468/13413</w:t>
        <w:br/>
        <w:t>f 19565/15470/13415 19564/15471/13416 19560/15469/13414</w:t>
        <w:br/>
        <w:t>f 19561/15468/13413 19565/15470/13415 19560/15469/13414</w:t>
        <w:br/>
        <w:t>f 19567/15472/13405 19559/15462/13407 19566/15473/13417</w:t>
        <w:br/>
        <w:t>f 19550/15458/13403 19569/15474/13418 19568/15475/13408</w:t>
        <w:br/>
        <w:t>f 19555/15461/13406 19550/15458/13403 19568/15475/13408</w:t>
        <w:br/>
        <w:t>f 19571/15476/13419 19553/15459/13404 19554/15460/13405</w:t>
        <w:br/>
        <w:t>f 19570/15477/13420 19571/15476/13419 19554/15460/13405</w:t>
        <w:br/>
        <w:t>f 19551/15457/13402 19572/15478/13421 19569/15474/13418</w:t>
        <w:br/>
        <w:t>f 19550/15458/13403 19551/15457/13402 19569/15474/13418</w:t>
        <w:br/>
        <w:t>f 19575/15479/13422 19574/15480/13423 19548/15454/13399</w:t>
        <w:br/>
        <w:t>f 19573/15481/13424 19575/15479/13422 19548/15454/13399</w:t>
        <w:br/>
        <w:t>f 19573/15481/13424 19548/15454/13399 19577/15482/13425</w:t>
        <w:br/>
        <w:t>f 19576/15483/13426 19573/15481/13424 19577/15482/13425</w:t>
        <w:br/>
        <w:t>f 19549/15453/13398 19547/15455/13400 19579/15484/13427</w:t>
        <w:br/>
        <w:t>f 19578/15485/13428 19549/15453/13398 19579/15484/13427</w:t>
        <w:br/>
        <w:t>f 19581/15486/13429 19579/15484/13427 19580/15487/13430</w:t>
        <w:br/>
        <w:t>f 19582/15488/13431 19581/15486/13429 19580/15487/13430</w:t>
        <w:br/>
        <w:t>f 19583/15489/13432 19577/15482/13425 19548/15454/13399</w:t>
        <w:br/>
        <w:t>f 19549/15453/13398 19583/15489/13432 19548/15454/13399</w:t>
        <w:br/>
        <w:t>f 19585/15490/13433 19577/15482/13425 19583/15489/13432</w:t>
        <w:br/>
        <w:t>f 19584/15491/13434 19585/15490/13433 19583/15489/13432</w:t>
        <w:br/>
        <w:t>f 19586/15492/13435 19576/15483/13426 19577/15482/13425</w:t>
        <w:br/>
        <w:t>f 19585/15490/13433 19586/15492/13435 19577/15482/13425</w:t>
        <w:br/>
        <w:t>f 19589/15493/13436 19588/15494/13437 19587/15495/13438</w:t>
        <w:br/>
        <w:t>f 19589/15493/13436 19592/15496/13439 19591/15497/13440</w:t>
        <w:br/>
        <w:t>f 19590/15498/13441 19589/15493/13436 19591/15497/13440</w:t>
        <w:br/>
        <w:t>f 19595/15499/13442 19594/15500/13443 19593/15501/13444</w:t>
        <w:br/>
        <w:t>f 19596/15502/13445 19595/15499/13442 19593/15501/13444</w:t>
        <w:br/>
        <w:t>f 19598/15503/13446 19597/15504/13447 19593/15501/13444</w:t>
        <w:br/>
        <w:t>f 19599/15505/13448 19598/15503/13446 19593/15501/13444</w:t>
        <w:br/>
        <w:t>f 19596/15502/13445 19593/15501/13444 19597/15504/13447</w:t>
        <w:br/>
        <w:t>f 19600/15506/13449 19596/15502/13445 19597/15504/13447</w:t>
        <w:br/>
        <w:t>f 19601/15507/13396 19594/15500/13443 19595/15499/13442</w:t>
        <w:br/>
        <w:t>f 19525/15431/13376 19601/15507/13396 19595/15499/13442</w:t>
        <w:br/>
        <w:t>f 19524/15430/13375 19595/15499/13442 19602/15508/13450</w:t>
        <w:br/>
        <w:t>f 19602/15508/13450 19603/15509/13451 19522/15428/13373</w:t>
        <w:br/>
        <w:t>f 19524/15430/13375 19602/15508/13450 19522/15428/13373</w:t>
        <w:br/>
        <w:t>f 19521/15424/13369 19522/15428/13373 19603/15509/13451</w:t>
        <w:br/>
        <w:t>f 19604/15510/13452 19521/15424/13369 19603/15509/13451</w:t>
        <w:br/>
        <w:t>f 19603/15509/13451 19602/15508/13450 19605/15511/13453</w:t>
        <w:br/>
        <w:t>f 19606/15512/13454 19603/15509/13451 19605/15511/13453</w:t>
        <w:br/>
        <w:t>f 19596/15502/13445 19605/15511/13453 19602/15508/13450</w:t>
        <w:br/>
        <w:t>f 19609/15513/13455 19608/15514/13456 19607/15515/13457</w:t>
        <w:br/>
        <w:t>f 19612/15516/13458 19611/15517/13459 19610/15518/13460</w:t>
        <w:br/>
        <w:t>f 19613/15519/13461 19612/15516/13458 19610/15518/13460</w:t>
        <w:br/>
        <w:t>f 19617/15520/13462 19616/15521/13463 19615/15522/13464</w:t>
        <w:br/>
        <w:t>f 19614/15523/13465 19617/15520/13462 19615/15522/13464</w:t>
        <w:br/>
        <w:t>f 19619/15524/13466 19618/15525/13467 19616/15521/13463</w:t>
        <w:br/>
        <w:t>f 19617/15520/13462 19619/15524/13466 19616/15521/13463</w:t>
        <w:br/>
        <w:t>f 19620/15526/13468 19615/15522/13464 19616/15521/13463</w:t>
        <w:br/>
        <w:t>f 19621/15527/13469 19620/15526/13468 19616/15521/13463</w:t>
        <w:br/>
        <w:t>f 19624/15528/13470 19623/15529/13471 19622/15530/13472</w:t>
        <w:br/>
        <w:t>f 19625/15531/13473 19624/15528/13470 19622/15530/13472</w:t>
        <w:br/>
        <w:t>f 19626/15532/13474 19621/15527/13469 19616/15521/13463</w:t>
        <w:br/>
        <w:t>f 19618/15525/13467 19626/15532/13474 19616/15521/13463</w:t>
        <w:br/>
        <w:t>f 19628/15533/13475 19627/15534/13476 19623/15529/13471</w:t>
        <w:br/>
        <w:t>f 19624/15528/13470 19628/15533/13475 19623/15529/13471</w:t>
        <w:br/>
        <w:t>f 19631/15535/13477 19630/15536/13478 19629/15537/13479</w:t>
        <w:br/>
        <w:t>f 19634/15538/13480 19633/15539/13481 19632/15540/13482</w:t>
        <w:br/>
        <w:t>f 19635/15541/13483 19634/15538/13480 19632/15540/13482</w:t>
        <w:br/>
        <w:t>f 19638/15542/13484 19637/15543/13485 19636/15544/13486</w:t>
        <w:br/>
        <w:t>f 19638/15542/13484 19641/15545/13487 19640/15546/13488</w:t>
        <w:br/>
        <w:t>f 19639/15547/13489 19638/15542/13484 19640/15546/13488</w:t>
        <w:br/>
        <w:t>f 19640/15546/13488 19641/15545/13487 19642/15548/13490</w:t>
        <w:br/>
        <w:t>f 19645/15549/13491 19644/15550/13492 19643/15551/13493</w:t>
        <w:br/>
        <w:t>f 19647/15552/13494 19645/15549/13491 19646/15553/13495</w:t>
        <w:br/>
        <w:t>f 19648/15554/13496 19647/15552/13494 19646/15553/13495</w:t>
        <w:br/>
        <w:t>f 19651/15555/13497 19650/15556/13498 19644/15550/13492</w:t>
        <w:br/>
        <w:t>f 19649/15557/13499 19651/15555/13497 19644/15550/13492</w:t>
        <w:br/>
        <w:t>f 19604/15510/13452 19603/15509/13451 19652/15558/13500</w:t>
        <w:br/>
        <w:t>f 19656/15559/13501 19655/15560/13502 19654/15561/13503</w:t>
        <w:br/>
        <w:t>f 19653/15562/13504 19656/15559/13501 19654/15561/13503</w:t>
        <w:br/>
        <w:t>f 19657/15563/13505 19606/15512/13454 19653/15562/13504</w:t>
        <w:br/>
        <w:t>f 19654/15561/13503 19657/15563/13505 19653/15562/13504</w:t>
        <w:br/>
        <w:t>f 19659/15564/13506 19656/15559/13501 19653/15562/13504</w:t>
        <w:br/>
        <w:t>f 19658/15565/13507 19659/15564/13506 19653/15562/13504</w:t>
        <w:br/>
        <w:t>f 19660/15566/13508 19659/15564/13506 19658/15565/13507</w:t>
        <w:br/>
        <w:t>f 19600/15506/13449 19660/15566/13508 19658/15565/13507</w:t>
        <w:br/>
        <w:t>f 19662/15567/13509 19661/15568/13510 19656/15559/13501</w:t>
        <w:br/>
        <w:t>f 19659/15564/13506 19662/15567/13509 19656/15559/13501</w:t>
        <w:br/>
        <w:t>f 19606/15512/13454 19605/15511/13453 19658/15565/13507</w:t>
        <w:br/>
        <w:t>f 19653/15562/13504 19606/15512/13454 19658/15565/13507</w:t>
        <w:br/>
        <w:t>f 19655/15560/13502 19656/15559/13501 19661/15568/13510</w:t>
        <w:br/>
        <w:t>f 19663/15569/13511 19655/15560/13502 19661/15568/13510</w:t>
        <w:br/>
        <w:t>f 19666/15570/13512 19663/15569/13511 19665/15571/13513</w:t>
        <w:br/>
        <w:t>f 19664/15572/13514 19666/15570/13512 19665/15571/13513</w:t>
        <w:br/>
        <w:t>f 36959/15573/13515 19667/15574/13516 19665/15571/13513</w:t>
        <w:br/>
        <w:t>f 36959/15573/13515 19663/15569/13511 19661/15568/13510</w:t>
        <w:br/>
        <w:t>f 19671/15575/13517 19670/15576/13518 19669/15577/13519</w:t>
        <w:br/>
        <w:t>f 19668/15578/13520 19671/15575/13517 19669/15577/13519</w:t>
        <w:br/>
        <w:t>f 19674/15579/13521 19673/15580/13522 19672/15581/13523</w:t>
        <w:br/>
        <w:t>f 19675/15582/13524 19674/15579/13521 19672/15581/13523</w:t>
        <w:br/>
        <w:t>f 19679/15583/13525 19678/15584/13526 19677/15585/13527</w:t>
        <w:br/>
        <w:t>f 19676/15586/13528 19679/15583/13525 19677/15585/13527</w:t>
        <w:br/>
        <w:t>f 19681/15587/13529 19680/15588/13530 19678/15584/13526</w:t>
        <w:br/>
        <w:t>f 19679/15583/13525 19681/15587/13529 19678/15584/13526</w:t>
        <w:br/>
        <w:t>f 19685/15589/13531 19684/15590/13532 19683/15591/13533</w:t>
        <w:br/>
        <w:t>f 19682/15592/13534 19685/15589/13531 19683/15591/13533</w:t>
        <w:br/>
        <w:t>f 19688/15593/13535 19687/15594/13536 19686/15595/13537</w:t>
        <w:br/>
        <w:t>f 19689/15596/13538 19688/15593/13535 19686/15595/13537</w:t>
        <w:br/>
        <w:t>f 19691/15597/13539 19690/15598/13540 19682/15592/13534</w:t>
        <w:br/>
        <w:t>f 19683/15591/13533 19691/15597/13539 19682/15592/13534</w:t>
        <w:br/>
        <w:t>f 19691/15597/13539 19692/15599/13541 19672/15581/13523</w:t>
        <w:br/>
        <w:t>f 19695/15600/13542 19694/15601/13543 19693/15602/13544</w:t>
        <w:br/>
        <w:t>f 19699/15603/13545 19698/15604/13546 19697/15605/13547</w:t>
        <w:br/>
        <w:t>f 19696/15606/13548 19699/15603/13545 19697/15605/13547</w:t>
        <w:br/>
        <w:t>f 19701/15607/13549 19697/15605/13547 19698/15604/13546</w:t>
        <w:br/>
        <w:t>f 19700/15608/13550 19701/15607/13549 19698/15604/13546</w:t>
        <w:br/>
        <w:t>f 19610/15518/13460 19699/15603/13545 19684/15590/13532</w:t>
        <w:br/>
        <w:t>f 19694/15601/13543 19695/15600/13542 19702/15609/13551</w:t>
        <w:br/>
        <w:t>f 19703/15610/13552 19694/15601/13543 19702/15609/13551</w:t>
        <w:br/>
        <w:t>f 19706/15611/13553 19705/15612/13554 19704/15613/13555</w:t>
        <w:br/>
        <w:t>f 19707/15614/13556 19706/15611/13553 19704/15613/13555</w:t>
        <w:br/>
        <w:t>f 19708/15615/13557 19702/15609/13551 19695/15600/13542</w:t>
        <w:br/>
        <w:t>f 19712/15616/13558 19711/15617/13559 19710/15618/13560</w:t>
        <w:br/>
        <w:t>f 19709/15619/13561 19712/15616/13558 19710/15618/13560</w:t>
        <w:br/>
        <w:t>f 19715/15620/13562 19714/15621/13563 19713/15622/13564</w:t>
        <w:br/>
        <w:t>f 19716/15623/13565 19715/15620/13562 19713/15622/13564</w:t>
        <w:br/>
        <w:t>f 19719/15624/13566 19718/15625/13567 19717/15626/13568</w:t>
        <w:br/>
        <w:t>f 19720/15627/13569 19719/15624/13566 19717/15626/13568</w:t>
        <w:br/>
        <w:t>f 19669/15577/13519 19721/15628/13570 19714/15621/13563</w:t>
        <w:br/>
        <w:t>f 19668/15578/13520 19669/15577/13519 19714/15621/13563</w:t>
        <w:br/>
        <w:t>f 19721/15628/13570 19722/15629/13571 19713/15622/13564</w:t>
        <w:br/>
        <w:t>f 19714/15621/13563 19721/15628/13570 19713/15622/13564</w:t>
        <w:br/>
        <w:t>f 19718/15625/13567 19719/15624/13566 19723/15630/13572</w:t>
        <w:br/>
        <w:t>f 19726/15631/13573 19725/15632/13574 19724/15633/13575</w:t>
        <w:br/>
        <w:t>f 19729/15634/13576 19728/15635/13577 19727/15636/13578</w:t>
        <w:br/>
        <w:t>f 19725/15632/13574 19726/15631/13573 19730/15637/13579</w:t>
        <w:br/>
        <w:t>f 19727/15636/13578 19725/15632/13574 19730/15637/13579</w:t>
        <w:br/>
        <w:t>f 19732/15638/13580 19730/15637/13579 19726/15631/13573</w:t>
        <w:br/>
        <w:t>f 19731/15639/13581 19732/15638/13580 19726/15631/13573</w:t>
        <w:br/>
        <w:t>f 19734/15640/13582 19728/15635/13577 19733/15641/13583</w:t>
        <w:br/>
        <w:t>f 19736/15642/13584 19735/15643/13585 19728/15635/13577</w:t>
        <w:br/>
        <w:t>f 19734/15640/13582 19736/15642/13584 19728/15635/13577</w:t>
        <w:br/>
        <w:t>f 19739/15644/13586 19738/15645/13587 19736/15642/13584</w:t>
        <w:br/>
        <w:t>f 19737/15646/13588 19739/15644/13586 19736/15642/13584</w:t>
        <w:br/>
        <w:t>f 19735/15643/13585 19741/15647/13589 19740/15648/13590</w:t>
        <w:br/>
        <w:t>f 19734/15640/13582 19742/15649/13591 19736/15642/13584</w:t>
        <w:br/>
        <w:t>f 19746/15650/13592 19745/15651/13593 19744/15652/13594</w:t>
        <w:br/>
        <w:t>f 19743/15653/13595 19746/15650/13592 19744/15652/13594</w:t>
        <w:br/>
        <w:t>f 19749/15654/13596 19748/15655/13597 19747/15656/13598</w:t>
        <w:br/>
        <w:t>f 19750/15657/13599 19749/15654/13596 19747/15656/13598</w:t>
        <w:br/>
        <w:t>f 19752/15658/13600 19751/15659/13601 19750/15657/13599</w:t>
        <w:br/>
        <w:t>f 19747/15656/13598 19752/15658/13600 19750/15657/13599</w:t>
        <w:br/>
        <w:t>f 19756/15660/13602 19755/15661/13603 19754/15662/13604</w:t>
        <w:br/>
        <w:t>f 19753/15663/13605 19756/15660/13602 19754/15662/13604</w:t>
        <w:br/>
        <w:t>f 19760/15664/13606 19759/15665/13607 19758/15666/13608</w:t>
        <w:br/>
        <w:t>f 19757/15667/13609 19760/15664/13606 19758/15666/13608</w:t>
        <w:br/>
        <w:t>f 19763/15668/13610 19762/15669/13611 19761/15670/13612</w:t>
        <w:br/>
        <w:t>f 19766/15671/13613 19765/15672/13614 19764/15673/13615</w:t>
        <w:br/>
        <w:t>f 19758/15666/13608 19766/15671/13613 19764/15673/13615</w:t>
        <w:br/>
        <w:t>f 19769/15674/13616 19768/15675/13617 19767/15676/13618</w:t>
        <w:br/>
        <w:t>f 19770/15677/13619 19769/15674/13616 19767/15676/13618</w:t>
        <w:br/>
        <w:t>f 19774/15678/13620 19773/15679/13621 19772/15680/13622</w:t>
        <w:br/>
        <w:t>f 19771/15681/13623 19774/15678/13620 19772/15680/13622</w:t>
        <w:br/>
        <w:t>f 19777/15682/13624 19776/15683/13625 19775/15684/13626</w:t>
        <w:br/>
        <w:t>f 19773/15679/13621 19777/15682/13624 19775/15684/13626</w:t>
        <w:br/>
        <w:t>f 19781/15685/13627 19780/15686/13628 19779/15687/13629</w:t>
        <w:br/>
        <w:t>f 19778/15688/13630 19781/15685/13627 19779/15687/13629</w:t>
        <w:br/>
        <w:t>f 19783/15689/13631 19782/15690/13632 19778/15688/13630</w:t>
        <w:br/>
        <w:t>f 19779/15687/13629 19783/15689/13631 19778/15688/13630</w:t>
        <w:br/>
        <w:t>f 19781/15685/13627 19785/15691/13633 19784/15692/13634</w:t>
        <w:br/>
        <w:t>f 19787/15693/13635 19424/15330/13275 19425/15332/13277</w:t>
        <w:br/>
        <w:t>f 19786/15694/13636 19787/15693/13635 19425/15332/13277</w:t>
        <w:br/>
        <w:t>f 19425/15332/13277 19426/15331/13276 19788/15695/13637</w:t>
        <w:br/>
        <w:t>f 19788/15695/13637 19789/15696/13638 19786/15694/13636</w:t>
        <w:br/>
        <w:t>f 19425/15332/13277 19788/15695/13637 19786/15694/13636</w:t>
        <w:br/>
        <w:t>f 19781/15685/13627 19790/15697/13639 19780/15686/13628</w:t>
        <w:br/>
        <w:t>f 19794/15698/13640 19793/15699/13641 19792/15700/13642</w:t>
        <w:br/>
        <w:t>f 19791/15701/13643 19794/15698/13640 19792/15700/13642</w:t>
        <w:br/>
        <w:t>f 19798/15702/13644 19797/15703/13645 19796/15704/13646</w:t>
        <w:br/>
        <w:t>f 19795/15705/13647 19798/15702/13644 19796/15704/13646</w:t>
        <w:br/>
        <w:t>f 19545/15450/13395 19546/15452/13397 19799/15706/13648</w:t>
        <w:br/>
        <w:t>f 19800/15707/13649 19545/15450/13395 19799/15706/13648</w:t>
        <w:br/>
        <w:t>f 19546/15452/13397 19373/15279/13226 19801/15708/13650</w:t>
        <w:br/>
        <w:t>f 19799/15706/13648 19546/15452/13397 19801/15708/13650</w:t>
        <w:br/>
        <w:t>f 19381/15289/13234 19382/15288/13233 19358/15266/13214</w:t>
        <w:br/>
        <w:t>f 19359/15265/13213 19381/15289/13234 19358/15266/13214</w:t>
        <w:br/>
        <w:t>f 19805/15709/13651 19804/15710/13652 19803/15711/13653</w:t>
        <w:br/>
        <w:t>f 19802/15712/13654 19805/15709/13651 19803/15711/13653</w:t>
        <w:br/>
        <w:t>f 19808/15713/13655 19807/15714/13656 19806/15715/13657</w:t>
        <w:br/>
        <w:t>f 19809/15716/13658 19808/15713/13655 19806/15715/13657</w:t>
        <w:br/>
        <w:t>f 19375/15280/13227 19811/15717/13659 19810/15718/13660</w:t>
        <w:br/>
        <w:t>f 19374/15278/13225 19375/15280/13227 19810/15718/13660</w:t>
        <w:br/>
        <w:t>f 19811/15717/13659 19375/15280/13227 19377/15283/13179</w:t>
        <w:br/>
        <w:t>f 19812/15719/13182 19811/15717/13659 19377/15283/13179</w:t>
        <w:br/>
        <w:t>f 19815/15720/13153 19814/15721/13661 19813/15722/13662</w:t>
        <w:br/>
        <w:t>f 19817/15723/13663 19813/15722/13662 19816/15724/13664</w:t>
        <w:br/>
        <w:t>f 19821/15725/13665 19820/15726/13666 19819/15727/13667</w:t>
        <w:br/>
        <w:t>f 19818/15728/13668 19821/15725/13665 19819/15727/13667</w:t>
        <w:br/>
        <w:t>f 19823/15729/13669 19822/15730/13670 19818/15728/13668</w:t>
        <w:br/>
        <w:t>f 19819/15727/13667 19823/15729/13669 19818/15728/13668</w:t>
        <w:br/>
        <w:t>f 19825/15731/13671 19824/15732/13672 19823/15729/13669</w:t>
        <w:br/>
        <w:t>f 19826/15733/13673 19825/15731/13671 19823/15729/13669</w:t>
        <w:br/>
        <w:t>f 19820/15726/13666 19828/15734/13674 19827/15735/13675</w:t>
        <w:br/>
        <w:t>f 19819/15727/13667 19820/15726/13666 19827/15735/13675</w:t>
        <w:br/>
        <w:t>f 19831/15736/13676 19830/15737/13677 19829/15738/13678</w:t>
        <w:br/>
        <w:t>f 19805/15709/13651 19831/15736/13676 19829/15738/13678</w:t>
        <w:br/>
        <w:t>f 19832/15739/13679 19824/15732/13672 19791/15701/13643</w:t>
        <w:br/>
        <w:t>f 19795/15705/13647 19832/15739/13679 19791/15701/13643</w:t>
        <w:br/>
        <w:t>f 19422/15328/13273 19405/15312/13257 19407/15314/13259</w:t>
        <w:br/>
        <w:t>f 19420/15327/13272 19422/15328/13273 19407/15314/13259</w:t>
        <w:br/>
        <w:t>f 19833/15740/13680 19421/15326/13271 19420/15327/13272</w:t>
        <w:br/>
        <w:t>f 19407/15314/13259 19833/15740/13680 19420/15327/13272</w:t>
        <w:br/>
        <w:t>f 19423/15329/13274 19834/15741/13681 19482/15389/13334</w:t>
        <w:br/>
        <w:t>f 19835/15742/13682 19423/15329/13274 19482/15389/13334</w:t>
        <w:br/>
        <w:t>f 19836/15743/13683 19834/15741/13681 19423/15329/13274</w:t>
        <w:br/>
        <w:t>f 19424/15330/13275 19836/15743/13683 19423/15329/13274</w:t>
        <w:br/>
        <w:t>f 19834/15741/13681 19465/15370/13315 19481/15390/13335</w:t>
        <w:br/>
        <w:t>f 19482/15389/13334 19834/15741/13681 19481/15390/13335</w:t>
        <w:br/>
        <w:t>f 19481/15390/13335 19837/15744/13684 19470/15378/13323</w:t>
        <w:br/>
        <w:t>f 19484/15387/13332 19481/15390/13335 19470/15378/13323</w:t>
        <w:br/>
        <w:t>f 19839/15745/13685 19838/15746/13686 19418/15325/13270</w:t>
        <w:br/>
        <w:t>f 19419/15324/13269 19839/15745/13685 19418/15325/13270</w:t>
        <w:br/>
        <w:t>f 19419/15324/13269 19421/15326/13271 19840/15747/13687</w:t>
        <w:br/>
        <w:t>f 19839/15745/13685 19419/15324/13269 19840/15747/13687</w:t>
        <w:br/>
        <w:t>f 19843/15748/13688 19842/15749/13689 19841/15750/13690</w:t>
        <w:br/>
        <w:t>f 19844/15751/13691 19843/15748/13688 19841/15750/13690</w:t>
        <w:br/>
        <w:t>f 19845/15752/13692 19842/15749/13689 19843/15748/13688</w:t>
        <w:br/>
        <w:t>f 19849/15753/13693 19848/15754/13694 19847/15755/13695</w:t>
        <w:br/>
        <w:t>f 19846/15756/13696 19849/15753/13693 19847/15755/13695</w:t>
        <w:br/>
        <w:t>f 19850/15757/13697 19846/15756/13696 19847/15755/13695</w:t>
        <w:br/>
        <w:t>f 19851/15758/13698 19850/15757/13697 19847/15755/13695</w:t>
        <w:br/>
        <w:t>f 19854/15759/13699 19853/15760/13700 19852/15761/13701</w:t>
        <w:br/>
        <w:t>f 19855/15762/13702 19854/15759/13699 19852/15761/13701</w:t>
        <w:br/>
        <w:t>f 19856/15763/13703 19854/15759/13699 19855/15762/13702</w:t>
        <w:br/>
        <w:t>f 19857/15764/13704 19856/15763/13703 19855/15762/13702</w:t>
        <w:br/>
        <w:t>f 19859/15765/13705 19487/15391/13336 19488/15394/13339</w:t>
        <w:br/>
        <w:t>f 19858/15766/13706 19859/15765/13705 19488/15394/13339</w:t>
        <w:br/>
        <w:t>f 19858/15766/13706 19488/15394/13339 19490/15396/13341</w:t>
        <w:br/>
        <w:t>f 19860/15767/13707 19858/15766/13706 19490/15396/13341</w:t>
        <w:br/>
        <w:t>f 19487/15391/13336 19859/15765/13705 19861/15768/13708</w:t>
        <w:br/>
        <w:t>f 19479/15385/13330 19487/15391/13336 19861/15768/13708</w:t>
        <w:br/>
        <w:t>f 19516/15420/13365 19862/15769/13709 19506/15411/13356</w:t>
        <w:br/>
        <w:t>f 19507/15410/13355 19516/15420/13365 19506/15411/13356</w:t>
        <w:br/>
        <w:t>f 19866/15770/13710 19865/15771/13711 19864/15772/13712</w:t>
        <w:br/>
        <w:t>f 19863/15773/13713 19866/15770/13710 19864/15772/13712</w:t>
        <w:br/>
        <w:t>f 19509/15416/13361 19510/15415/13360 19863/15773/13713</w:t>
        <w:br/>
        <w:t>f 19864/15772/13712 19509/15416/13361 19863/15773/13713</w:t>
        <w:br/>
        <w:t>f 19393/15300/13245 19394/15299/13244 19867/15774/13714</w:t>
        <w:br/>
        <w:t>f 19868/15775/13715 19393/15300/13245 19867/15774/13714</w:t>
        <w:br/>
        <w:t>f 19393/15300/13245 19868/15775/13715 19869/15776/13716</w:t>
        <w:br/>
        <w:t>f 19870/15777/13717 19393/15300/13245 19869/15776/13716</w:t>
        <w:br/>
        <w:t>f 19409/15315/13260 19392/15298/13243 19393/15300/13245</w:t>
        <w:br/>
        <w:t>f 19870/15777/13717 19409/15315/13260 19393/15300/13245</w:t>
        <w:br/>
        <w:t>f 19667/15574/13516 19871/15778/13718 19868/15775/13715</w:t>
        <w:br/>
        <w:t>f 19867/15774/13714 19667/15574/13516 19868/15775/13715</w:t>
        <w:br/>
        <w:t>f 19869/15776/13716 19868/15775/13715 19871/15778/13718</w:t>
        <w:br/>
        <w:t>f 19872/15779/13719 19869/15776/13716 19871/15778/13718</w:t>
        <w:br/>
        <w:t>f 19874/15780/13720 19873/15781/13721 19869/15776/13716</w:t>
        <w:br/>
        <w:t>f 19872/15779/13719 19874/15780/13720 19869/15776/13716</w:t>
        <w:br/>
        <w:t>f 19874/15780/13720 19872/15779/13719 19875/15782/13722</w:t>
        <w:br/>
        <w:t>f 19877/15783/13723 19876/15784/13724 19875/15782/13722</w:t>
        <w:br/>
        <w:t>f 19872/15779/13719 19877/15783/13723 19875/15782/13722</w:t>
        <w:br/>
        <w:t>f 19872/15779/13719 19871/15778/13718 19662/15567/13509</w:t>
        <w:br/>
        <w:t>f 19877/15783/13723 19872/15779/13719 19662/15567/13509</w:t>
        <w:br/>
        <w:t>f 19880/15785/13725 19879/15786/13726 19878/15787/13727</w:t>
        <w:br/>
        <w:t>f 19881/15788/13728 19880/15785/13725 19878/15787/13727</w:t>
        <w:br/>
        <w:t>f 19883/15789/13729 19713/15622/13564 19722/15629/13571</w:t>
        <w:br/>
        <w:t>f 19882/15790/13730 19883/15789/13729 19722/15629/13571</w:t>
        <w:br/>
        <w:t>f 19886/15791/13731 19885/15792/13732 19884/15793/13733</w:t>
        <w:br/>
        <w:t>f 19887/15794/13734 19886/15791/13731 19884/15793/13733</w:t>
        <w:br/>
        <w:t>f 19648/15554/13496 19646/15553/13495 19889/15795/13735</w:t>
        <w:br/>
        <w:t>f 19888/15796/13736 19648/15554/13496 19889/15795/13735</w:t>
        <w:br/>
        <w:t>f 19564/15471/13416 19889/15795/13735 19646/15553/13495</w:t>
        <w:br/>
        <w:t>f 19560/15469/13414 19564/15471/13416 19646/15553/13495</w:t>
        <w:br/>
        <w:t>f 19560/15469/13414 19646/15553/13495 19645/15549/13491</w:t>
        <w:br/>
        <w:t>f 19563/15466/13411 19560/15469/13414 19645/15549/13491</w:t>
        <w:br/>
        <w:t>f 19892/15797/13737 19891/15798/13738 19890/15799/13739</w:t>
        <w:br/>
        <w:t>f 19892/15797/13737 19519/15426/13371 19893/15800/13740</w:t>
        <w:br/>
        <w:t>f 19628/15533/13475 19648/15554/13496 19888/15796/13736</w:t>
        <w:br/>
        <w:t>f 19627/15534/13476 19628/15533/13475 19888/15796/13736</w:t>
        <w:br/>
        <w:t>f 19893/15800/13740 19519/15426/13371 19520/15425/13370</w:t>
        <w:br/>
        <w:t>f 19894/15801/13741 19893/15800/13740 19520/15425/13370</w:t>
        <w:br/>
        <w:t>f 19520/15425/13370 19521/15424/13369 19604/15510/13452</w:t>
        <w:br/>
        <w:t>f 19895/15802/13742 19520/15425/13370 19604/15510/13452</w:t>
        <w:br/>
        <w:t>f 19527/15432/13377 19896/15803/13733 19529/15434/13379</w:t>
        <w:br/>
        <w:t>f 19526/15433/13378 19527/15432/13377 19529/15434/13379</w:t>
        <w:br/>
        <w:t>f 19570/15477/13420 19898/15804/13743 19897/15805/13744</w:t>
        <w:br/>
        <w:t>f 19571/15476/13419 19570/15477/13420 19897/15805/13744</w:t>
        <w:br/>
        <w:t>f 19600/15506/13449 19597/15504/13447 19899/15806/13745</w:t>
        <w:br/>
        <w:t>f 19660/15566/13508 19600/15506/13449 19899/15806/13745</w:t>
        <w:br/>
        <w:t>f 19659/15564/13506 19660/15566/13508 19877/15783/13723</w:t>
        <w:br/>
        <w:t>f 19662/15567/13509 19659/15564/13506 19877/15783/13723</w:t>
        <w:br/>
        <w:t>f 19876/15784/13724 19877/15783/13723 19660/15566/13508</w:t>
        <w:br/>
        <w:t>f 19899/15806/13745 19876/15784/13724 19660/15566/13508</w:t>
        <w:br/>
        <w:t>f 19900/15807/13746 19899/15806/13745 19597/15504/13447</w:t>
        <w:br/>
        <w:t>f 19598/15503/13446 19900/15807/13746 19597/15504/13447</w:t>
        <w:br/>
        <w:t>f 19901/15808/13747 19876/15784/13724 19899/15806/13745</w:t>
        <w:br/>
        <w:t>f 19900/15807/13746 19901/15808/13747 19899/15806/13745</w:t>
        <w:br/>
        <w:t>f 19600/15506/13449 19658/15565/13507 19605/15511/13453</w:t>
        <w:br/>
        <w:t>f 19596/15502/13445 19600/15506/13449 19605/15511/13453</w:t>
        <w:br/>
        <w:t>f 19685/15589/13531 19904/15809/13748 19903/15810/13749</w:t>
        <w:br/>
        <w:t>f 19902/15811/13750 19685/15589/13531 19903/15810/13749</w:t>
        <w:br/>
        <w:t>f 19424/15330/13275 19787/15693/13635 19836/15743/13683</w:t>
        <w:br/>
        <w:t>f 19721/15628/13570 19669/15577/13519 19906/15812/13751</w:t>
        <w:br/>
        <w:t>f 19905/15813/13752 19721/15628/13570 19906/15812/13751</w:t>
        <w:br/>
        <w:t>f 19755/15661/13603 19907/15814/13753 19754/15662/13604</w:t>
        <w:br/>
        <w:t>f 19441/15347/13292 19754/15662/13604 19907/15814/13753</w:t>
        <w:br/>
        <w:t>f 19908/15815/13754 19441/15347/13292 19907/15814/13753</w:t>
        <w:br/>
        <w:t>f 19910/15816/13755 19438/15345/13290 19440/15348/13293</w:t>
        <w:br/>
        <w:t>f 19909/15817/13756 19910/15816/13755 19440/15348/13293</w:t>
        <w:br/>
        <w:t>f 19913/15818/13757 19912/15819/13758 19911/15820/13759</w:t>
        <w:br/>
        <w:t>f 19914/15821/13760 19913/15818/13757 19911/15820/13759</w:t>
        <w:br/>
        <w:t>f 19915/15822/13761 19911/15820/13759 19912/15819/13758</w:t>
        <w:br/>
        <w:t>f 19916/15823/13762 19915/15822/13761 19912/15819/13758</w:t>
        <w:br/>
        <w:t>f 19920/15824/13763 19919/15825/13764 19918/15826/13765</w:t>
        <w:br/>
        <w:t>f 19917/15827/13766 19920/15824/13763 19918/15826/13765</w:t>
        <w:br/>
        <w:t>f 19922/15828/13767 19921/15829/13768 19919/15825/13764</w:t>
        <w:br/>
        <w:t>f 19920/15824/13763 19922/15828/13767 19919/15825/13764</w:t>
        <w:br/>
        <w:t>f 19924/15830/13769 19923/15831/13770 19921/15829/13768</w:t>
        <w:br/>
        <w:t>f 19922/15828/13767 19926/15832/13771 19925/15833/13772</w:t>
        <w:br/>
        <w:t>f 19921/15829/13768 19922/15828/13767 19925/15833/13772</w:t>
        <w:br/>
        <w:t>f 19928/15834/13773 19927/15835/13774 19913/15818/13757</w:t>
        <w:br/>
        <w:t>f 19929/15836/13775 19919/15825/13764 19921/15829/13768</w:t>
        <w:br/>
        <w:t>f 19930/15837/13776 19929/15836/13775 19921/15829/13768</w:t>
        <w:br/>
        <w:t>f 19932/15838/13777 19931/15839/13778 19916/15823/13762</w:t>
        <w:br/>
        <w:t>f 19933/15840/13779 19932/15838/13777 19916/15823/13762</w:t>
        <w:br/>
        <w:t>f 19913/15818/13757 19934/15841/13780 19928/15834/13773</w:t>
        <w:br/>
        <w:t>f 19937/15842/13781 19936/15843/13782 19935/15844/13783</w:t>
        <w:br/>
        <w:t>f 19940/15845/13784 19939/15846/13785 19938/15847/13786</w:t>
        <w:br/>
        <w:t>f 19942/15848/13787 19939/15846/13785 19941/15849/13788</w:t>
        <w:br/>
        <w:t>f 19860/15767/13707 19490/15396/13341 19763/15668/13610</w:t>
        <w:br/>
        <w:t>f 19943/15850/13789 19860/15767/13707 19763/15668/13610</w:t>
        <w:br/>
        <w:t>f 36958/15851/13790 19661/15568/13510 19662/15567/13509</w:t>
        <w:br/>
        <w:t>f 36958/15851/13790 19871/15778/13718 19667/15574/13516</w:t>
        <w:br/>
        <w:t>f 19945/15852/13791 19944/15853/13792 19833/15740/13680</w:t>
        <w:br/>
        <w:t>f 19946/15854/13793 19945/15852/13791 19833/15740/13680</w:t>
        <w:br/>
        <w:t>f 19948/15855/13794 19873/15781/13721 19947/15856/13795</w:t>
        <w:br/>
        <w:t>f 19949/15857/13796 19948/15855/13794 19947/15856/13795</w:t>
        <w:br/>
        <w:t>f 19873/15781/13721 19874/15780/13720 19950/15858/13797</w:t>
        <w:br/>
        <w:t>f 19947/15856/13795 19873/15781/13721 19950/15858/13797</w:t>
        <w:br/>
        <w:t>f 19594/15500/13443 19601/15507/13396 19952/15859/13798</w:t>
        <w:br/>
        <w:t>f 19951/15860/13799 19594/15500/13443 19952/15859/13798</w:t>
        <w:br/>
        <w:t>f 19800/15707/13649 19953/15861/13798 19544/15451/13396</w:t>
        <w:br/>
        <w:t>f 19545/15450/13395 19800/15707/13649 19544/15451/13396</w:t>
        <w:br/>
        <w:t>f 19593/15501/13444 19594/15500/13443 19951/15860/13799</w:t>
        <w:br/>
        <w:t>f 19599/15505/13448 19593/15501/13444 19951/15860/13799</w:t>
        <w:br/>
        <w:t>f 19955/15862/13800 19954/15863/13801 19463/15372/13317</w:t>
        <w:br/>
        <w:t>f 19464/15371/13316 19955/15862/13800 19463/15372/13317</w:t>
        <w:br/>
        <w:t>f 19350/15255/13206 19348/15254/13205 19956/15864/13802</w:t>
        <w:br/>
        <w:t>f 19409/15315/13260 19958/15865/13803 19957/15866/13804</w:t>
        <w:br/>
        <w:t>f 19408/15313/13258 19409/15315/13260 19957/15866/13804</w:t>
        <w:br/>
        <w:t>f 19957/15866/13804 19946/15854/13793 19408/15313/13258</w:t>
        <w:br/>
        <w:t>f 19948/15855/13794 19958/15865/13803 19409/15315/13260</w:t>
        <w:br/>
        <w:t>f 19870/15777/13717 19948/15855/13794 19409/15315/13260</w:t>
        <w:br/>
        <w:t>f 19870/15777/13717 19869/15776/13716 19873/15781/13721</w:t>
        <w:br/>
        <w:t>f 19948/15855/13794 19870/15777/13717 19873/15781/13721</w:t>
        <w:br/>
        <w:t>f 19479/15385/13330 19472/15376/13321 19487/15391/13336</w:t>
        <w:br/>
        <w:t>f 19562/15467/13412 19960/15867/13805 19959/15868/13806</w:t>
        <w:br/>
        <w:t>f 19566/15473/13417 19562/15467/13412 19959/15868/13806</w:t>
        <w:br/>
        <w:t>f 19562/15467/13412 19961/15869/13807 19960/15867/13805</w:t>
        <w:br/>
        <w:t>f 19963/15870/13808 19962/15871/13809 19643/15551/13493</w:t>
        <w:br/>
        <w:t>f 19643/15551/13493 19964/15872/13810 19645/15549/13491</w:t>
        <w:br/>
        <w:t>f 19950/15858/13797 19874/15780/13720 19875/15782/13722</w:t>
        <w:br/>
        <w:t>f 19965/15873/13811 19950/15858/13797 19875/15782/13722</w:t>
        <w:br/>
        <w:t>f 19876/15784/13724 19901/15808/13747 19965/15873/13811</w:t>
        <w:br/>
        <w:t>f 19875/15782/13722 19876/15784/13724 19965/15873/13811</w:t>
        <w:br/>
        <w:t>f 19373/15279/13226 19374/15278/13225 19810/15718/13660</w:t>
        <w:br/>
        <w:t>f 19801/15708/13650 19373/15279/13226 19810/15718/13660</w:t>
        <w:br/>
        <w:t>f 19819/15727/13667 19827/15735/13675 19966/15874/13812</w:t>
        <w:br/>
        <w:t>f 19823/15729/13669 19819/15727/13667 19966/15874/13812</w:t>
        <w:br/>
        <w:t>f 19969/15875/13813 19968/15876/13814 19967/15877/13815</w:t>
        <w:br/>
        <w:t>f 19970/15878/13816 19969/15875/13813 19967/15877/13815</w:t>
        <w:br/>
        <w:t>f 19972/15879/13817 19971/15880/13818 19968/15876/13814</w:t>
        <w:br/>
        <w:t>f 19969/15875/13813 19972/15879/13817 19968/15876/13814</w:t>
        <w:br/>
        <w:t>f 19971/15880/13818 19974/15881/13819 19973/15882/13820</w:t>
        <w:br/>
        <w:t>f 19968/15876/13814 19971/15880/13818 19973/15882/13820</w:t>
        <w:br/>
        <w:t>f 19848/15754/13694 19849/15753/13693 19975/15883/13821</w:t>
        <w:br/>
        <w:t>f 19974/15881/13819 19848/15754/13694 19975/15883/13821</w:t>
        <w:br/>
        <w:t>f 19976/15884/13822 19973/15882/13820 19974/15881/13819</w:t>
        <w:br/>
        <w:t>f 19975/15883/13821 19976/15884/13822 19974/15881/13819</w:t>
        <w:br/>
        <w:t>f 19973/15882/13820 19976/15884/13822 19931/15839/13778</w:t>
        <w:br/>
        <w:t>f 19932/15838/13777 19973/15882/13820 19931/15839/13778</w:t>
        <w:br/>
        <w:t>f 19469/15373/13318 19977/15885/13823 19468/15374/13319</w:t>
        <w:br/>
        <w:t>f 19536/15441/13386 19371/15275/13222 19373/15279/13226</w:t>
        <w:br/>
        <w:t>f 19546/15452/13397 19536/15441/13386 19373/15279/13226</w:t>
        <w:br/>
        <w:t>f 19980/15886/13824 19979/15887/13825 19978/15888/13826</w:t>
        <w:br/>
        <w:t>f 19981/15889/13827 19980/15886/13824 19978/15888/13826</w:t>
        <w:br/>
        <w:t>f 19984/15890/13828 19983/15891/13829 19982/15892/13830</w:t>
        <w:br/>
        <w:t>f 19946/15854/13793 19833/15740/13680 19407/15314/13259</w:t>
        <w:br/>
        <w:t>f 19408/15313/13258 19946/15854/13793 19407/15314/13259</w:t>
        <w:br/>
        <w:t>f 19985/15893/13831 19945/15852/13791 19946/15854/13793</w:t>
        <w:br/>
        <w:t>f 19957/15866/13804 19985/15893/13831 19946/15854/13793</w:t>
        <w:br/>
        <w:t>f 19985/15893/13831 19957/15866/13804 19958/15865/13803</w:t>
        <w:br/>
        <w:t>f 19986/15894/13832 19985/15893/13831 19958/15865/13803</w:t>
        <w:br/>
        <w:t>f 19944/15853/13792 19840/15747/13687 19421/15326/13271</w:t>
        <w:br/>
        <w:t>f 19833/15740/13680 19944/15853/13792 19421/15326/13271</w:t>
        <w:br/>
        <w:t>f 19844/15751/13691 19841/15750/13690 19971/15880/13818</w:t>
        <w:br/>
        <w:t>f 19972/15879/13817 19844/15751/13691 19971/15880/13818</w:t>
        <w:br/>
        <w:t>f 19989/15895/13833 19988/15896/13834 19987/15897/13835</w:t>
        <w:br/>
        <w:t>f 19990/15898/13836 19989/15895/13833 19987/15897/13835</w:t>
        <w:br/>
        <w:t>f 19989/15895/13833 19990/15898/13836 19991/15899/13837</w:t>
        <w:br/>
        <w:t>f 19970/15878/13816 19992/15900/13838 19991/15899/13837</w:t>
        <w:br/>
        <w:t>f 19969/15875/13813 19970/15878/13816 19991/15899/13837</w:t>
        <w:br/>
        <w:t>f 19995/15901/13839 19994/15902/13840 19993/15903/13841</w:t>
        <w:br/>
        <w:t>f 19996/15904/13842 19995/15901/13839 19993/15903/13841</w:t>
        <w:br/>
        <w:t>f 20000/15905/13843 19999/15906/13844 19998/15907/13845</w:t>
        <w:br/>
        <w:t>f 19997/15908/13846 20000/15905/13843 19998/15907/13845</w:t>
        <w:br/>
        <w:t>f 19949/15857/13796 19986/15894/13832 19958/15865/13803</w:t>
        <w:br/>
        <w:t>f 19948/15855/13794 19949/15857/13796 19958/15865/13803</w:t>
        <w:br/>
        <w:t>f 20002/15909/13847 20001/15910/13848 19720/15627/13569</w:t>
        <w:br/>
        <w:t>f 19717/15626/13568 20002/15909/13847 19720/15627/13569</w:t>
        <w:br/>
        <w:t>f 19720/15627/13569 20004/15911/13849 20003/15912/13850</w:t>
        <w:br/>
        <w:t>f 19719/15624/13566 19720/15627/13569 20003/15912/13850</w:t>
        <w:br/>
        <w:t>f 20006/15913/13851 20003/15912/13850 20004/15911/13849</w:t>
        <w:br/>
        <w:t>f 20005/15914/13852 20006/15913/13851 20004/15911/13849</w:t>
        <w:br/>
        <w:t>f 20008/15915/13853 20007/15916/13854 20004/15911/13849</w:t>
        <w:br/>
        <w:t>f 19720/15627/13569 20008/15915/13853 20004/15911/13849</w:t>
        <w:br/>
        <w:t>f 20007/15916/13854 20009/15917/13855 20005/15914/13852</w:t>
        <w:br/>
        <w:t>f 20004/15911/13849 20007/15916/13854 20005/15914/13852</w:t>
        <w:br/>
        <w:t>f 19857/15764/13704 19987/15897/13835 19988/15896/13834</w:t>
        <w:br/>
        <w:t>f 19856/15763/13703 19857/15764/13704 19988/15896/13834</w:t>
        <w:br/>
        <w:t>f 20012/15918/13856 20011/15919/13857 20010/15920/13858</w:t>
        <w:br/>
        <w:t>f 19705/15612/13554 19693/15602/13544 19704/15613/13555</w:t>
        <w:br/>
        <w:t>f 19708/15615/13557 19695/15600/13542 20013/15921/13859</w:t>
        <w:br/>
        <w:t>f 19841/15750/13690 19848/15754/13694 19974/15881/13819</w:t>
        <w:br/>
        <w:t>f 19971/15880/13818 19841/15750/13690 19974/15881/13819</w:t>
        <w:br/>
        <w:t>f 20011/15919/13857 19733/15641/13583 19729/15634/13576</w:t>
        <w:br/>
        <w:t>f 20014/15922/13860 20011/15919/13857 19729/15634/13576</w:t>
        <w:br/>
        <w:t>f 20018/15923/13861 20017/15924/13862 20016/15925/13863</w:t>
        <w:br/>
        <w:t>f 20015/15926/13864 20018/15923/13861 20016/15925/13863</w:t>
        <w:br/>
        <w:t>f 20020/15927/13865 20019/15928/13866 20018/15923/13861</w:t>
        <w:br/>
        <w:t>f 20015/15926/13864 20020/15927/13865 20018/15923/13861</w:t>
        <w:br/>
        <w:t>f 20023/15929/13867 20022/15930/13868 20021/15931/13869</w:t>
        <w:br/>
        <w:t>f 20024/15932/13870 20023/15929/13867 20021/15931/13869</w:t>
        <w:br/>
        <w:t>f 20016/15925/13863 20025/15933/13871 19929/15836/13775</w:t>
        <w:br/>
        <w:t>f 20015/15926/13864 20016/15925/13863 19929/15836/13775</w:t>
        <w:br/>
        <w:t>f 19970/15878/13816 19967/15877/13815 20025/15933/13871</w:t>
        <w:br/>
        <w:t>f 20016/15925/13863 19970/15878/13816 20025/15933/13871</w:t>
        <w:br/>
        <w:t>f 20015/15926/13864 20026/15934/13872 20020/15927/13865</w:t>
        <w:br/>
        <w:t>f 20026/15934/13872 20029/15935/13873 20028/15936/13874</w:t>
        <w:br/>
        <w:t>f 20027/15937/13875 20026/15934/13872 20028/15936/13874</w:t>
        <w:br/>
        <w:t>f 20016/15925/13863 20017/15924/13862 19992/15900/13838</w:t>
        <w:br/>
        <w:t>f 19970/15878/13816 20016/15925/13863 19992/15900/13838</w:t>
        <w:br/>
        <w:t>f 19968/15876/13814 19973/15882/13820 19932/15838/13777</w:t>
        <w:br/>
        <w:t>f 19967/15877/13815 19968/15876/13814 19932/15838/13777</w:t>
        <w:br/>
        <w:t>f 20031/15938/13876 20030/15939/13877 19418/15325/13270</w:t>
        <w:br/>
        <w:t>f 19838/15746/13686 20031/15938/13876 19418/15325/13270</w:t>
        <w:br/>
        <w:t>f 19364/15267/13215 19362/15269/13217 20032/15940/13878</w:t>
        <w:br/>
        <w:t>f 20033/15941/13879 19364/15267/13215 20032/15940/13878</w:t>
        <w:br/>
        <w:t>f 19415/15320/13265 19426/15331/13276 19414/15321/13266</w:t>
        <w:br/>
        <w:t>f 20036/15942/13880 20035/15943/13881 20034/15944/13882</w:t>
        <w:br/>
        <w:t>f 20039/15945/13883 20038/15946/13884 20037/15947/13885</w:t>
        <w:br/>
        <w:t>f 20042/15948/13886 20041/15949/13887 20040/15950/13888</w:t>
        <w:br/>
        <w:t>f 20045/15951/13889 20044/15952/13890 20043/15953/13891</w:t>
        <w:br/>
        <w:t>f 20046/15954/13892 20045/15951/13889 20043/15953/13891</w:t>
        <w:br/>
        <w:t>f 20049/15955/13893 20048/15956/13894 20047/15957/13895</w:t>
        <w:br/>
        <w:t>f 20053/15958/13896 20052/15959/13897 20051/15960/13898</w:t>
        <w:br/>
        <w:t>f 20050/15961/13899 20053/15958/13896 20051/15960/13898</w:t>
        <w:br/>
        <w:t>f 20056/15962/13900 20055/15963/13901 20048/15956/13894</w:t>
        <w:br/>
        <w:t>f 20054/15964/13902 20056/15962/13900 20048/15956/13894</w:t>
        <w:br/>
        <w:t>f 20059/15965/13903 20058/15966/13904 20057/15967/13905</w:t>
        <w:br/>
        <w:t>f 20060/15968/13906 20059/15965/13903 20057/15967/13905</w:t>
        <w:br/>
        <w:t>f 19571/15476/13419 19897/15805/13744 20062/15969/13907</w:t>
        <w:br/>
        <w:t>f 20061/15970/13908 19571/15476/13419 20062/15969/13907</w:t>
        <w:br/>
        <w:t>f 19549/15453/13398 19578/15485/13428 19583/15489/13432</w:t>
        <w:br/>
        <w:t>f 19583/15489/13432 20063/15971/13909 19584/15491/13434</w:t>
        <w:br/>
        <w:t>f 20065/15972/13910 19632/15540/13482 19633/15539/13481</w:t>
        <w:br/>
        <w:t>f 20064/15973/13911 20065/15972/13910 19633/15539/13481</w:t>
        <w:br/>
        <w:t>f 20066/15974/13912 19758/15666/13608 19759/15665/13607</w:t>
        <w:br/>
        <w:t>f 20069/15975/13913 20068/15976/13914 20067/15977/13915</w:t>
        <w:br/>
        <w:t>f 20070/15978/13916 20069/15975/13913 20067/15977/13915</w:t>
        <w:br/>
        <w:t>f 20074/15979/13917 20073/15980/13918 20072/15981/13919</w:t>
        <w:br/>
        <w:t>f 20071/15982/13920 20074/15979/13917 20072/15981/13919</w:t>
        <w:br/>
        <w:t>f 20077/15983/13921 20076/15984/13922 20075/15985/13923</w:t>
        <w:br/>
        <w:t>f 20081/15986/13924 20080/15987/13925 20079/15988/13926</w:t>
        <w:br/>
        <w:t>f 20078/15989/13927 20081/15986/13924 20079/15988/13926</w:t>
        <w:br/>
        <w:t>f 20084/15990/13928 20083/15991/13929 20082/15992/13930</w:t>
        <w:br/>
        <w:t>f 20085/15993/13931 20084/15990/13928 20082/15992/13930</w:t>
        <w:br/>
        <w:t>f 20088/15994/13932 20087/15995/13933 20086/15996/13934</w:t>
        <w:br/>
        <w:t>f 20089/15997/13935 20088/15994/13932 20086/15996/13934</w:t>
        <w:br/>
        <w:t>f 19358/15266/13214 20091/15998/13936 20090/15999/13171</w:t>
        <w:br/>
        <w:t>f 19361/15263/13170 19358/15266/13214 20090/15999/13171</w:t>
        <w:br/>
        <w:t>f 19908/15815/13754 20092/16000/13937 19441/15347/13292</w:t>
        <w:br/>
        <w:t>f 20095/16001/13938 20094/16002/13939 20093/16003/13940</w:t>
        <w:br/>
        <w:t>f 20099/16004/13941 20098/16005/13942 20097/16006/13943</w:t>
        <w:br/>
        <w:t>f 20096/16007/13944 20099/16004/13941 20097/16006/13943</w:t>
        <w:br/>
        <w:t>f 20101/16008/13945 19926/15832/13771 20100/16009/13946</w:t>
        <w:br/>
        <w:t>f 20102/16010/13947 20101/16008/13945 20100/16009/13946</w:t>
        <w:br/>
        <w:t>f 20105/16011/13948 20104/16012/13949 20103/16013/13950</w:t>
        <w:br/>
        <w:t>f 20106/16014/13951 20105/16011/13948 20103/16013/13950</w:t>
        <w:br/>
        <w:t>f 20108/16015/13952 20107/16016/13953 20101/16008/13945</w:t>
        <w:br/>
        <w:t>f 20109/16017/13954 20108/16015/13952 20101/16008/13945</w:t>
        <w:br/>
        <w:t>f 20112/16018/13955 20111/16019/13956 20110/16020/13957</w:t>
        <w:br/>
        <w:t>f 20113/16021/13958 20112/16018/13955 20110/16020/13957</w:t>
        <w:br/>
        <w:t>f 19707/15614/13556 20115/16022/13959 20114/16023/13960</w:t>
        <w:br/>
        <w:t>f 19706/15611/13553 19707/15614/13556 20114/16023/13960</w:t>
        <w:br/>
        <w:t>f 20118/16024/13961 20117/16025/13962 20116/16026/13963</w:t>
        <w:br/>
        <w:t>f 20119/16027/13964 20118/16024/13961 20116/16026/13963</w:t>
        <w:br/>
        <w:t>f 20009/15917/13855 20121/16028/13965 20120/16029/13966</w:t>
        <w:br/>
        <w:t>f 20005/15914/13852 20009/15917/13855 20120/16029/13966</w:t>
        <w:br/>
        <w:t>f 20124/16030/13967 20123/16031/13968 20122/16032/13969</w:t>
        <w:br/>
        <w:t>f 20024/15932/13870 20125/16033/13970 20023/15929/13867</w:t>
        <w:br/>
        <w:t>f 20128/16034/13971 20127/16035/13972 20126/16036/13973</w:t>
        <w:br/>
        <w:t>f 20127/16035/13972 20128/16034/13971 20129/16037/13974</w:t>
        <w:br/>
        <w:t>f 20130/16038/13975 20127/16035/13972 20129/16037/13974</w:t>
        <w:br/>
        <w:t>f 20133/16039/13976 19328/15234/13185 20132/16040/13977</w:t>
        <w:br/>
        <w:t>f 20131/16041/13978 20133/16039/13976 20132/16040/13977</w:t>
        <w:br/>
        <w:t>f 20136/16042/13979 20036/15942/13880 20135/16043/13980</w:t>
        <w:br/>
        <w:t>f 20134/16044/13981 20136/16042/13979 20135/16043/13980</w:t>
        <w:br/>
        <w:t>f 20137/16045/13982 20062/15969/13907 19897/15805/13744</w:t>
        <w:br/>
        <w:t>f 20138/16046/13983 20137/16045/13982 19897/15805/13744</w:t>
        <w:br/>
        <w:t>f 20139/16047/13984 20138/16046/13983 19897/15805/13744</w:t>
        <w:br/>
        <w:t>f 19898/15804/13743 20139/16047/13984 19897/15805/13744</w:t>
        <w:br/>
        <w:t>f 20142/16048/13985 20141/16049/13986 20140/16050/13987</w:t>
        <w:br/>
        <w:t>f 20143/16051/13988 20142/16048/13985 20140/16050/13987</w:t>
        <w:br/>
        <w:t>f 20144/16052/13989 20142/16048/13985 20143/16051/13988</w:t>
        <w:br/>
        <w:t>f 20145/16053/13990 20144/16052/13989 20143/16051/13988</w:t>
        <w:br/>
        <w:t>f 20148/16054/13991 20147/16055/13992 20146/16056/13993</w:t>
        <w:br/>
        <w:t>f 20149/16057/13994 20148/16054/13991 20146/16056/13993</w:t>
        <w:br/>
        <w:t>f 19962/15871/13809 19963/15870/13808 20150/16058/13995</w:t>
        <w:br/>
        <w:t>f 20151/16059/13996 19962/15871/13809 20150/16058/13995</w:t>
        <w:br/>
        <w:t>f 20154/16060/13997 19636/15544/13486 20153/16061/13998</w:t>
        <w:br/>
        <w:t>f 20152/16062/13999 20154/16060/13997 20153/16061/13998</w:t>
        <w:br/>
        <w:t>f 20157/16063/14000 20156/16064/14001 20155/16065/14002</w:t>
        <w:br/>
        <w:t>f 20158/16066/14003 20157/16063/14000 20155/16065/14002</w:t>
        <w:br/>
        <w:t>f 20161/16067/14004 20160/16068/14005 20076/15984/13922</w:t>
        <w:br/>
        <w:t>f 20159/16069/14006 20161/16067/14004 20076/15984/13922</w:t>
        <w:br/>
        <w:t>f 20162/16070/14007 19772/15680/13622 19773/15679/13621</w:t>
        <w:br/>
        <w:t>f 19775/15684/13626 20162/16070/14007 19773/15679/13621</w:t>
        <w:br/>
        <w:t>f 20165/16071/14008 20164/16072/14009 20163/16073/14010</w:t>
        <w:br/>
        <w:t>f 20166/16074/14011 20165/16071/14008 20163/16073/14010</w:t>
        <w:br/>
        <w:t>f 20169/16075/14012 20168/16076/14013 20167/16077/14014</w:t>
        <w:br/>
        <w:t>f 20171/16078/14015 19938/15847/13786 19942/15848/13787</w:t>
        <w:br/>
        <w:t>f 20170/16079/14016 20171/16078/14015 19942/15848/13787</w:t>
        <w:br/>
        <w:t>f 20083/15991/13929 19941/15849/13788 20172/16080/14017</w:t>
        <w:br/>
        <w:t>f 20082/15992/13930 20083/15991/13929 20172/16080/14017</w:t>
        <w:br/>
        <w:t>f 20079/15988/13926 20080/15987/13925 20173/16081/14018</w:t>
        <w:br/>
        <w:t>f 20174/16082/14019 20079/15988/13926 20173/16081/14018</w:t>
        <w:br/>
        <w:t>f 20115/16022/13959 20176/16083/14020 20175/16084/14021</w:t>
        <w:br/>
        <w:t>f 20114/16023/13960 20115/16022/13959 20175/16084/14021</w:t>
        <w:br/>
        <w:t>f 20178/16085/14022 20176/16083/14020 20115/16022/13959</w:t>
        <w:br/>
        <w:t>f 20177/16086/14023 20178/16085/14022 20115/16022/13959</w:t>
        <w:br/>
        <w:t>f 20182/16087/14024 20181/16088/14025 20180/16089/14026</w:t>
        <w:br/>
        <w:t>f 20179/16090/14027 20182/16087/14024 20180/16089/14026</w:t>
        <w:br/>
        <w:t>f 20185/16091/14028 20184/16092/14029 20183/16093/14030</w:t>
        <w:br/>
        <w:t>f 20186/16094/14031 20185/16091/14028 20183/16093/14030</w:t>
        <w:br/>
        <w:t>f 20184/16092/14029 20185/16091/14028 20187/16095/14032</w:t>
        <w:br/>
        <w:t>f 20188/16096/14033 20184/16092/14029 20187/16095/14032</w:t>
        <w:br/>
        <w:t>f 20191/16097/14034 20190/16098/14035 20189/16099/14036</w:t>
        <w:br/>
        <w:t>f 20005/15914/13852 20120/16029/13966 20111/16019/13956</w:t>
        <w:br/>
        <w:t>f 20120/16029/13966 20193/16100/14037 20192/16101/14038</w:t>
        <w:br/>
        <w:t>f 20023/15929/13867 20195/16102/14039 20194/16103/14040</w:t>
        <w:br/>
        <w:t>f 20023/15929/13867 20196/16104/14041 20195/16102/14039</w:t>
        <w:br/>
        <w:t>f 20125/16033/13970 20197/16105/14042 20196/16104/14041</w:t>
        <w:br/>
        <w:t>f 20023/15929/13867 20125/16033/13970 20196/16104/14041</w:t>
        <w:br/>
        <w:t>f 20125/16033/13970 20199/16106/14043 20198/16107/14044</w:t>
        <w:br/>
        <w:t>f 20197/16105/14042 20125/16033/13970 20198/16107/14044</w:t>
        <w:br/>
        <w:t>f 20199/16106/14043 20201/16108/14045 20200/16109/14046</w:t>
        <w:br/>
        <w:t>f 20198/16107/14044 20199/16106/14043 20200/16109/14046</w:t>
        <w:br/>
        <w:t>f 20203/16110/14047 20200/16109/14046 20201/16108/14045</w:t>
        <w:br/>
        <w:t>f 20202/16111/14048 20203/16110/14047 20201/16108/14045</w:t>
        <w:br/>
        <w:t>f 20203/16110/14047 20202/16111/14048 20204/16112/14049</w:t>
        <w:br/>
        <w:t>f 20205/16113/14050 20203/16110/14047 20204/16112/14049</w:t>
        <w:br/>
        <w:t>f 20206/16114/14051 20205/16113/14050 20204/16112/14049</w:t>
        <w:br/>
        <w:t>f 20123/16031/13968 20206/16114/14051 20204/16112/14049</w:t>
        <w:br/>
        <w:t>f 20123/16031/13968 20124/16030/13967 20207/16115/14052</w:t>
        <w:br/>
        <w:t>f 20206/16114/14051 20123/16031/13968 20207/16115/14052</w:t>
        <w:br/>
        <w:t>f 20124/16030/13967 20208/16116/14053 20207/16115/14052</w:t>
        <w:br/>
        <w:t>f 20209/16117/14054 20103/16013/13950 20104/16012/13949</w:t>
        <w:br/>
        <w:t>f 20210/16118/14055 20209/16117/14054 20104/16012/13949</w:t>
        <w:br/>
        <w:t>f 20106/16014/13951 20212/16119/14056 20211/16120/14057</w:t>
        <w:br/>
        <w:t>f 20105/16011/13948 20106/16014/13951 20211/16120/14057</w:t>
        <w:br/>
        <w:t>f 19928/15834/13773 20214/16121/14058 20213/16122/14059</w:t>
        <w:br/>
        <w:t>f 20218/16123/14060 20217/16124/14061 20216/16125/14062</w:t>
        <w:br/>
        <w:t>f 20215/16126/14063 20218/16123/14060 20216/16125/14062</w:t>
        <w:br/>
        <w:t>f 20220/16127/14064 20215/16126/14063 20219/16128/14065</w:t>
        <w:br/>
        <w:t>f 20221/16129/14066 20220/16127/14064 20219/16128/14065</w:t>
        <w:br/>
        <w:t>f 20223/16130/14067 20220/16127/14064 20221/16129/14066</w:t>
        <w:br/>
        <w:t>f 20222/16131/14068 20223/16130/14067 20221/16129/14066</w:t>
        <w:br/>
        <w:t>f 20227/16132/14069 20226/16133/14070 20225/16134/14071</w:t>
        <w:br/>
        <w:t>f 20224/16135/14072 20227/16132/14069 20225/16134/14071</w:t>
        <w:br/>
        <w:t>f 20226/16133/14070 20229/16136/14073 20228/16137/14074</w:t>
        <w:br/>
        <w:t>f 20225/16134/14071 20226/16133/14070 20228/16137/14074</w:t>
        <w:br/>
        <w:t>f 20233/16138/14075 20232/16139/14076 20231/16140/14077</w:t>
        <w:br/>
        <w:t>f 20230/16141/14078 20233/16138/14075 20231/16140/14077</w:t>
        <w:br/>
        <w:t>f 19448/15353/13298 19454/15360/13305 20234/16142/14079</w:t>
        <w:br/>
        <w:t>f 19454/15360/13305 20235/16143/14080 20234/16142/14079</w:t>
        <w:br/>
        <w:t>f 20235/16143/14080 19454/15360/13305 20237/16144/14081</w:t>
        <w:br/>
        <w:t>f 20236/16145/14082 20235/16143/14080 20237/16144/14081</w:t>
        <w:br/>
        <w:t>f 20237/16144/14081 20238/16146/14083 20236/16145/14082</w:t>
        <w:br/>
        <w:t>f 20241/16147/14084 20240/16148/14085 20239/16149/14086</w:t>
        <w:br/>
        <w:t>f 20242/16150/14087 20241/16147/14084 20239/16149/14086</w:t>
        <w:br/>
        <w:t>f 19909/15817/13756 20092/16000/13937 20243/16151/14088</w:t>
        <w:br/>
        <w:t>f 20245/16152/14089 20244/16153/14090 19908/15815/13754</w:t>
        <w:br/>
        <w:t>f 19907/15814/13753 20245/16152/14089 19908/15815/13754</w:t>
        <w:br/>
        <w:t>f 19907/15814/13753 19755/15661/13603 20246/16154/14091</w:t>
        <w:br/>
        <w:t>f 20245/16152/14089 19907/15814/13753 20246/16154/14091</w:t>
        <w:br/>
        <w:t>f 19755/15661/13603 20247/16155/14092 20246/16154/14091</w:t>
        <w:br/>
        <w:t>f 19755/15661/13603 20248/16156/14093 20247/16155/14092</w:t>
        <w:br/>
        <w:t>f 20248/16156/14093 20250/16157/14094 20249/16158/14095</w:t>
        <w:br/>
        <w:t>f 20253/16159/14096 20252/16160/14097 20250/16157/14094</w:t>
        <w:br/>
        <w:t>f 20251/16161/14098 20253/16159/14096 20250/16157/14094</w:t>
        <w:br/>
        <w:t>f 20256/16162/14099 20255/16163/14100 20254/16164/14101</w:t>
        <w:br/>
        <w:t>f 20260/16165/14102 20259/16166/14103 20258/16167/14104</w:t>
        <w:br/>
        <w:t>f 20257/16168/14105 20260/16165/14102 20258/16167/14104</w:t>
        <w:br/>
        <w:t>f 20263/16169/14106 20262/16170/14107 20261/16171/14108</w:t>
        <w:br/>
        <w:t>f 20264/16172/14109 20263/16169/14106 20261/16171/14108</w:t>
        <w:br/>
        <w:t>f 20052/15959/13897 20049/15955/13893 20051/15960/13898</w:t>
        <w:br/>
        <w:t>f 20265/16173/14110 20048/15956/13894 20055/15963/13901</w:t>
        <w:br/>
        <w:t>f 20266/16174/14111 20265/16173/14110 20055/15963/13901</w:t>
        <w:br/>
        <w:t>f 19467/15375/13320 20267/16175/14112 20266/16174/14111</w:t>
        <w:br/>
        <w:t>f 20055/15963/13901 19467/15375/13320 20266/16174/14111</w:t>
        <w:br/>
        <w:t>f 19467/15375/13320 20269/16176/14113 20268/16177/14114</w:t>
        <w:br/>
        <w:t>f 19977/15885/13823 20271/16178/14115 20270/16179/14116</w:t>
        <w:br/>
        <w:t>f 19468/15374/13319 19977/15885/13823 20270/16179/14116</w:t>
        <w:br/>
        <w:t>f 20274/16180/14117 20273/16181/14118 19977/15885/13823</w:t>
        <w:br/>
        <w:t>f 20272/16182/14119 20274/16180/14117 19977/15885/13823</w:t>
        <w:br/>
        <w:t>f 20272/16182/14119 20275/16183/14120 20274/16180/14117</w:t>
        <w:br/>
        <w:t>f 20272/16182/14119 20277/16184/14121 20276/16185/14122</w:t>
        <w:br/>
        <w:t>f 20275/16183/14120 20272/16182/14119 20276/16185/14122</w:t>
        <w:br/>
        <w:t>f 20277/16184/14121 20278/16186/14123 20276/16185/14122</w:t>
        <w:br/>
        <w:t>f 20277/16184/14121 20279/16187/14124 20278/16186/14123</w:t>
        <w:br/>
        <w:t>f 20283/16188/14125 20282/16189/14126 20281/16190/14127</w:t>
        <w:br/>
        <w:t>f 20280/16191/14128 20283/16188/14125 20281/16190/14127</w:t>
        <w:br/>
        <w:t>f 20282/16189/14126 20285/16192/14129 20284/16193/14130</w:t>
        <w:br/>
        <w:t>f 20281/16190/14127 20282/16189/14126 20284/16193/14130</w:t>
        <w:br/>
        <w:t>f 20285/16192/14129 20282/16189/14126 20046/15954/13892</w:t>
        <w:br/>
        <w:t>f 20043/15953/13891 20285/16192/14129 20046/15954/13892</w:t>
        <w:br/>
        <w:t>f 20288/16194/14131 20287/16195/14132 20286/16196/14133</w:t>
        <w:br/>
        <w:t>f 20042/15948/13886 20289/16197/14134 20287/16195/14132</w:t>
        <w:br/>
        <w:t>f 20288/16194/14131 20042/15948/13886 20287/16195/14132</w:t>
        <w:br/>
        <w:t>f 19909/15817/13756 20243/16151/14088 20290/16198/14135</w:t>
        <w:br/>
        <w:t>f 19910/15816/13755 19909/15817/13756 20290/16198/14135</w:t>
        <w:br/>
        <w:t>f 20210/16118/14055 20208/16116/14053 20124/16030/13967</w:t>
        <w:br/>
        <w:t>f 20209/16117/14054 20210/16118/14055 20124/16030/13967</w:t>
        <w:br/>
        <w:t>f 20293/16199/14136 20292/16200/14137 20291/16201/14138</w:t>
        <w:br/>
        <w:t>f 19937/15842/13781 20293/16199/14136 20291/16201/14138</w:t>
        <w:br/>
        <w:t>f 20295/16202/14139 20066/15974/13912 19759/15665/13607</w:t>
        <w:br/>
        <w:t>f 20294/16203/14140 20295/16202/14139 19759/15665/13607</w:t>
        <w:br/>
        <w:t>f 20267/16175/14112 19467/15375/13320 20268/16177/14114</w:t>
        <w:br/>
        <w:t>f 20269/16176/14113 19467/15375/13320 19468/15374/13319</w:t>
        <w:br/>
        <w:t>f 20270/16179/14116 20269/16176/14113 19468/15374/13319</w:t>
        <w:br/>
        <w:t>f 19977/15885/13823 20273/16181/14118 20271/16178/14115</w:t>
        <w:br/>
        <w:t>f 20296/16204/14141 20038/15946/13884 20126/16036/13973</w:t>
        <w:br/>
        <w:t>f 20297/16205/14142 19328/15234/13185 20133/16039/13976</w:t>
        <w:br/>
        <w:t>f 20171/16078/14015 20298/16206/14143 19938/15847/13786</w:t>
        <w:br/>
        <w:t>f 20299/16207/14144 20027/15937/13875 20201/16108/14045</w:t>
        <w:br/>
        <w:t>f 20199/16106/14043 20299/16207/14144 20201/16108/14045</w:t>
        <w:br/>
        <w:t>f 20024/15932/13870 20299/16207/14144 20125/16033/13970</w:t>
        <w:br/>
        <w:t>f 20288/16194/14131 20286/16196/14133 19334/15239/13190</w:t>
        <w:br/>
        <w:t>f 19331/15238/13189 20288/16194/14131 19334/15239/13190</w:t>
        <w:br/>
        <w:t>f 19805/15709/13651 19802/15712/13654 20300/16208/14145</w:t>
        <w:br/>
        <w:t>f 19831/15736/13676 19805/15709/13651 20300/16208/14145</w:t>
        <w:br/>
        <w:t>f 20022/15930/13868 20023/15929/13867 20194/16103/14040</w:t>
        <w:br/>
        <w:t>f 19959/15868/13806 19960/15867/13805 20143/16051/13988</w:t>
        <w:br/>
        <w:t>f 20140/16050/13987 19959/15868/13806 20143/16051/13988</w:t>
        <w:br/>
        <w:t>f 20114/16023/13960 20175/16084/14021 20301/16209/14146</w:t>
        <w:br/>
        <w:t>f 20302/16210/14147 20114/16023/13960 20301/16209/14146</w:t>
        <w:br/>
        <w:t>f 20161/16067/14004 20159/16069/14006 20304/16211/14148</w:t>
        <w:br/>
        <w:t>f 20303/16212/14149 20161/16067/14004 20304/16211/14148</w:t>
        <w:br/>
        <w:t>f 19741/15647/13589 19735/15643/13585 19738/15645/13587</w:t>
        <w:br/>
        <w:t>f 20188/16096/14033 20187/16095/14032 20305/16213/14150</w:t>
        <w:br/>
        <w:t>f 20308/16214/14151 20190/16098/14035 20307/16215/14152</w:t>
        <w:br/>
        <w:t>f 20306/16216/14153 20308/16214/14151 20307/16215/14152</w:t>
        <w:br/>
        <w:t>f 20311/16217/14154 19996/15904/13842 20310/16218/14155</w:t>
        <w:br/>
        <w:t>f 20309/16219/14156 20311/16217/14154 20310/16218/14155</w:t>
        <w:br/>
        <w:t>f 20312/16220/14157 19995/15901/13839 19996/15904/13842</w:t>
        <w:br/>
        <w:t>f 20311/16217/14154 20312/16220/14157 19996/15904/13842</w:t>
        <w:br/>
        <w:t>f 19942/15848/13787 20313/16221/14158 20170/16079/14016</w:t>
        <w:br/>
        <w:t>f 19750/15657/13599 20182/16087/14024 20179/16090/14027</w:t>
        <w:br/>
        <w:t>f 19749/15654/13596 19750/15657/13599 20179/16090/14027</w:t>
        <w:br/>
        <w:t>f 20120/16029/13966 20192/16101/14038 20314/16222/14159</w:t>
        <w:br/>
        <w:t>f 20315/16223/14160 20193/16100/14037 20121/16028/13965</w:t>
        <w:br/>
        <w:t>f 19928/15834/13773 20213/16122/14059 20316/16224/14161</w:t>
        <w:br/>
        <w:t>f 19927/15835/13774 19928/15834/13773 20316/16224/14161</w:t>
        <w:br/>
        <w:t>f 19937/15842/13781 20318/16225/14162 20317/16226/14163</w:t>
        <w:br/>
        <w:t>f 19765/15672/13614 20319/16227/14164 19914/15821/13760</w:t>
        <w:br/>
        <w:t>f 20320/16228/14165 20066/15974/13912 20295/16202/14139</w:t>
        <w:br/>
        <w:t>f 20066/15974/13912 20320/16228/14165 20321/16229/14166</w:t>
        <w:br/>
        <w:t>f 19766/15671/13613 20066/15974/13912 20321/16229/14166</w:t>
        <w:br/>
        <w:t>f 19766/15671/13613 20321/16229/14166 20322/16230/14167</w:t>
        <w:br/>
        <w:t>f 20323/16231/14168 20041/15949/13887 20042/15948/13886</w:t>
        <w:br/>
        <w:t>f 20326/16232/14169 20325/16233/14170 20324/16234/14171</w:t>
        <w:br/>
        <w:t>f 19637/15543/13485 20326/16232/14169 20324/16234/14171</w:t>
        <w:br/>
        <w:t>f 20327/16235/14172 19637/15543/13485 20324/16234/14171</w:t>
        <w:br/>
        <w:t>f 19890/15799/13739 19891/15798/13738 20328/16236/14173</w:t>
        <w:br/>
        <w:t>f 20329/16237/14174 19890/15799/13739 20328/16236/14173</w:t>
        <w:br/>
        <w:t>f 19526/15433/13378 19517/15423/13368 19514/15422/13367</w:t>
        <w:br/>
        <w:t>f 19501/15408/13353 19502/15407/13352 19518/15427/13372</w:t>
        <w:br/>
        <w:t>f 20329/16237/14174 19501/15408/13353 19518/15427/13372</w:t>
        <w:br/>
        <w:t>f 19906/15812/13751 19669/15577/13519 19670/15576/13518</w:t>
        <w:br/>
        <w:t>f 20330/16238/14175 19906/15812/13751 19670/15576/13518</w:t>
        <w:br/>
        <w:t>f 20330/16238/14175 19674/15579/13521 19675/15582/13524</w:t>
        <w:br/>
        <w:t>f 20331/16239/14176 20330/16238/14175 19675/15582/13524</w:t>
        <w:br/>
        <w:t>f 19905/15813/13752 20332/16240/14177 19722/15629/13571</w:t>
        <w:br/>
        <w:t>f 19721/15628/13570 19905/15813/13752 19722/15629/13571</w:t>
        <w:br/>
        <w:t>f 20331/16239/14176 19675/15582/13524 20333/16241/14178</w:t>
        <w:br/>
        <w:t>f 20334/16242/14179 20331/16239/14176 20333/16241/14178</w:t>
        <w:br/>
        <w:t>f 20337/16243/14180 19329/15233/13184 20336/16244/14181</w:t>
        <w:br/>
        <w:t>f 20335/16245/14182 20337/16243/14180 20336/16244/14181</w:t>
        <w:br/>
        <w:t>f 20340/16246/14183 20339/16247/14184 20338/16248/14185</w:t>
        <w:br/>
        <w:t>f 20341/16249/14186 20340/16246/14183 20338/16248/14185</w:t>
        <w:br/>
        <w:t>f 20342/16250/14187 19701/15607/13549 19700/15608/13550</w:t>
        <w:br/>
        <w:t>f 19981/15889/13827 20342/16250/14187 19700/15608/13550</w:t>
        <w:br/>
        <w:t>f 20343/16251/14188 19530/15438/13383 19531/15437/13382</w:t>
        <w:br/>
        <w:t>f 20344/16252/14189 20343/16251/14188 19531/15437/13382</w:t>
        <w:br/>
        <w:t>f 20346/16253/14190 20345/16254/14191 19564/15471/13416</w:t>
        <w:br/>
        <w:t>f 19565/15470/13415 20346/16253/14190 19564/15471/13416</w:t>
        <w:br/>
        <w:t>f 19889/15795/13735 19564/15471/13416 20347/16255/14192</w:t>
        <w:br/>
        <w:t>f 20348/16256/14193 19889/15795/13735 20347/16255/14192</w:t>
        <w:br/>
        <w:t>f 20341/16249/14186 20349/16257/14194 19894/15801/13741</w:t>
        <w:br/>
        <w:t>f 20340/16246/14183 20341/16249/14186 19894/15801/13741</w:t>
        <w:br/>
        <w:t>f 19677/15585/13527 20331/16239/14176 20334/16242/14179</w:t>
        <w:br/>
        <w:t>f 20350/16258/14195 19677/15585/13527 20334/16242/14179</w:t>
        <w:br/>
        <w:t>f 19680/15588/13530 19878/15787/13727 19905/15813/13752</w:t>
        <w:br/>
        <w:t>f 19906/15812/13751 19680/15588/13530 19905/15813/13752</w:t>
        <w:br/>
        <w:t>f 20128/16034/13971 20038/15946/13884 20039/15945/13883</w:t>
        <w:br/>
        <w:t>f 20351/16259/14196 20128/16034/13971 20039/15945/13883</w:t>
        <w:br/>
        <w:t>f 20038/15946/13884 20296/16204/14141 20037/15947/13885</w:t>
        <w:br/>
        <w:t>f 20289/16197/14134 20042/15948/13886 20040/15950/13888</w:t>
        <w:br/>
        <w:t>f 20354/16260/14197 20353/16261/14198 20352/16262/14199</w:t>
        <w:br/>
        <w:t>f 20355/16263/14200 20354/16260/14197 20352/16262/14199</w:t>
        <w:br/>
        <w:t>f 19630/15536/13478 20354/16260/14197 20355/16263/14200</w:t>
        <w:br/>
        <w:t>f 19629/15537/13479 19630/15536/13478 20355/16263/14200</w:t>
        <w:br/>
        <w:t>f 20357/16264/14201 20356/16265/14202 20164/16072/14009</w:t>
        <w:br/>
        <w:t>f 20165/16071/14008 20357/16264/14201 20164/16072/14009</w:t>
        <w:br/>
        <w:t>f 20169/16075/14012 20167/16077/14014 20359/16266/14203</w:t>
        <w:br/>
        <w:t>f 20358/16267/14204 20169/16075/14012 20359/16266/14203</w:t>
        <w:br/>
        <w:t>f 19345/15251/13202 19386/15291/13236 20360/16268/14205</w:t>
        <w:br/>
        <w:t>f 19344/15252/13203 19345/15251/13202 20360/16268/14205</w:t>
        <w:br/>
        <w:t>f 19386/15291/13236 19384/15286/13231 19338/15243/13194</w:t>
        <w:br/>
        <w:t>f 20363/16269/14206 20362/16270/14207 20361/16271/13377</w:t>
        <w:br/>
        <w:t>f 19767/15676/13618 20365/16272/14208 20364/16273/14209</w:t>
        <w:br/>
        <w:t>f 20070/15978/13916 19767/15676/13618 20364/16273/14209</w:t>
        <w:br/>
        <w:t>f 19768/15675/13617 20366/16274/14210 20365/16272/14208</w:t>
        <w:br/>
        <w:t>f 19767/15676/13618 19768/15675/13617 20365/16272/14208</w:t>
        <w:br/>
        <w:t>f 20367/16275/14211 19915/15822/13761 19916/15823/13762</w:t>
        <w:br/>
        <w:t>f 19931/15839/13778 20367/16275/14211 19916/15823/13762</w:t>
        <w:br/>
        <w:t>f 19917/15827/13766 19918/15826/13765 19932/15838/13777</w:t>
        <w:br/>
        <w:t>f 20370/16276/14212 20369/16277/14213 20368/16278/14214</w:t>
        <w:br/>
        <w:t>f 20370/16276/14212 20217/16124/14061 20369/16277/14213</w:t>
        <w:br/>
        <w:t>f 20057/15967/13905 20222/16131/14068 20221/16129/14066</w:t>
        <w:br/>
        <w:t>f 20060/15968/13906 20057/15967/13905 20221/16129/14066</w:t>
        <w:br/>
        <w:t>f 20219/16128/14065 20060/15968/13906 20221/16129/14066</w:t>
        <w:br/>
        <w:t>f 20371/16279/14215 20366/16274/14210 19768/15675/13617</w:t>
        <w:br/>
        <w:t>f 19496/15402/13347 19462/15368/13313 20058/15966/13904</w:t>
        <w:br/>
        <w:t>f 20059/15965/13903 19496/15402/13347 20058/15966/13904</w:t>
        <w:br/>
        <w:t>f 19462/15368/13313 20372/16280/14216 20058/15966/13904</w:t>
        <w:br/>
        <w:t>f 20373/16281/14217 19472/15376/13321 19461/15367/13312</w:t>
        <w:br/>
        <w:t>f 20375/16282/14218 20374/16283/14219 19458/15361/13306</w:t>
        <w:br/>
        <w:t>f 19460/15365/13310 20375/16282/14218 19458/15361/13306</w:t>
        <w:br/>
        <w:t>f 19754/15662/13604 19441/15347/13292 19442/15346/13291</w:t>
        <w:br/>
        <w:t>f 19753/15663/13605 19754/15662/13604 19442/15346/13291</w:t>
        <w:br/>
        <w:t>f 20250/16157/14094 20248/16156/14093 20376/16284/14220</w:t>
        <w:br/>
        <w:t>f 20251/16161/14098 20250/16157/14094 20376/16284/14220</w:t>
        <w:br/>
        <w:t>f 19440/15348/13293 19441/15347/13292 20092/16000/13937</w:t>
        <w:br/>
        <w:t>f 19909/15817/13756 19440/15348/13293 20092/16000/13937</w:t>
        <w:br/>
        <w:t>f 19778/15688/13630 20377/16285/14221 19785/15691/13633</w:t>
        <w:br/>
        <w:t>f 19781/15685/13627 19778/15688/13630 19785/15691/13633</w:t>
        <w:br/>
        <w:t>f 19825/15731/13671 20378/16286/14222 19794/15698/13640</w:t>
        <w:br/>
        <w:t>f 20047/15957/13895 20048/15956/13894 20265/16173/14110</w:t>
        <w:br/>
        <w:t>f 19794/15698/13640 19791/15701/13643 19824/15732/13672</w:t>
        <w:br/>
        <w:t>f 19825/15731/13671 19794/15698/13640 19824/15732/13672</w:t>
        <w:br/>
        <w:t>f 19829/15738/13678 20379/16287/14223 19804/15710/13652</w:t>
        <w:br/>
        <w:t>f 19805/15709/13651 19829/15738/13678 19804/15710/13652</w:t>
        <w:br/>
        <w:t>f 20383/16288/14224 20382/16289/14225 20381/16290/14226</w:t>
        <w:br/>
        <w:t>f 20380/16291/14227 20383/16288/14224 20381/16290/14226</w:t>
        <w:br/>
        <w:t>f 19663/15569/13511 19666/15570/13512 20384/16292/14228</w:t>
        <w:br/>
        <w:t>f 19655/15560/13502 19663/15569/13511 20384/16292/14228</w:t>
        <w:br/>
        <w:t>f 19654/15561/13503 20386/16293/14229 20385/16294/14230</w:t>
        <w:br/>
        <w:t>f 19657/15563/13505 19654/15561/13503 20385/16294/14230</w:t>
        <w:br/>
        <w:t>f 20387/16295/14231 19895/15802/13742 19604/15510/13452</w:t>
        <w:br/>
        <w:t>f 19652/15558/13500 20387/16295/14231 19604/15510/13452</w:t>
        <w:br/>
        <w:t>f 19486/15392/13337 19487/15391/13336 19472/15376/13321</w:t>
        <w:br/>
        <w:t>f 20066/15974/13912 19766/15671/13613 19758/15666/13608</w:t>
        <w:br/>
        <w:t>f 20319/16227/14164 19766/15671/13613 20322/16230/14167</w:t>
        <w:br/>
        <w:t>f 20388/16296/14232 20319/16227/14164 20322/16230/14167</w:t>
        <w:br/>
        <w:t>f 19933/15840/13779 19916/15823/13762 19912/15819/13758</w:t>
        <w:br/>
        <w:t>f 20389/16297/14233 19933/15840/13779 19912/15819/13758</w:t>
        <w:br/>
        <w:t>f 20390/16298/14234 19922/15828/13767 19920/15824/13763</w:t>
        <w:br/>
        <w:t>f 20389/16297/14233 20390/16298/14234 19920/15824/13763</w:t>
        <w:br/>
        <w:t>f 20277/16184/14121 20391/16299/14235 20279/16187/14124</w:t>
        <w:br/>
        <w:t>f 20392/16300/14236 19796/15704/13646 19788/15695/14237</w:t>
        <w:br/>
        <w:t>f 36960/16301/14238 19388/15293/13238 19389/15292/13237</w:t>
        <w:br/>
        <w:t>f 36960/16301/14238 19390/15297/13242 19401/15307/13252</w:t>
        <w:br/>
        <w:t>f 20393/16302/14239 19796/15704/13646 19426/15331/13276</w:t>
        <w:br/>
        <w:t>f 19796/15704/13646 20393/16302/14239 19795/15705/13647</w:t>
        <w:br/>
        <w:t>f 20256/16162/14099 20395/16303/14240 20394/16304/14241</w:t>
        <w:br/>
        <w:t>f 20255/16163/14100 20256/16162/14099 20394/16304/14241</w:t>
        <w:br/>
        <w:t>f 19954/15863/13801 19955/15862/13800 19790/15697/13639</w:t>
        <w:br/>
        <w:t>f 19781/15685/13627 19954/15863/13801 19790/15697/13639</w:t>
        <w:br/>
        <w:t>f 19595/15499/13442 19596/15502/13445 19602/15508/13450</w:t>
        <w:br/>
        <w:t>f 20351/16259/14196 20039/15945/13883 20396/16305/14242</w:t>
        <w:br/>
        <w:t>f 20335/16245/14182 20351/16259/14196 20396/16305/14242</w:t>
        <w:br/>
        <w:t>f 20381/16290/14226 19332/15237/13188 20380/16291/14227</w:t>
        <w:br/>
        <w:t>f 19382/15288/13233 20397/16306/14243 20091/15998/13936</w:t>
        <w:br/>
        <w:t>f 19358/15266/13214 19382/15288/13233 20091/15998/13936</w:t>
        <w:br/>
        <w:t>f 20397/16306/14243 19382/15288/13233 20398/16307/14244</w:t>
        <w:br/>
        <w:t>f 20401/16308/14245 20400/16309/14246 20399/16310/14247</w:t>
        <w:br/>
        <w:t>f 20402/16311/14248 20401/16308/14245 20399/16310/14247</w:t>
        <w:br/>
        <w:t>f 20399/16310/14247 19385/15290/13235 19346/15250/13201</w:t>
        <w:br/>
        <w:t>f 20383/16288/14224 20399/16310/14247 19346/15250/13201</w:t>
        <w:br/>
        <w:t>f 19572/15478/13421 20404/16312/14249 20403/16313/14250</w:t>
        <w:br/>
        <w:t>f 19569/15474/13418 19572/15478/13421 20403/16313/14250</w:t>
        <w:br/>
        <w:t>f 19517/15423/13368 19528/15435/13380 19530/15438/13383</w:t>
        <w:br/>
        <w:t>f 19516/15420/13365 19517/15423/13368 19530/15438/13383</w:t>
        <w:br/>
        <w:t>f 20331/16239/14176 19677/15585/13527 19678/15584/13526</w:t>
        <w:br/>
        <w:t>f 20330/16238/14175 20331/16239/14176 19678/15584/13526</w:t>
        <w:br/>
        <w:t>f 20330/16238/14175 19678/15584/13526 19680/15588/13530</w:t>
        <w:br/>
        <w:t>f 19906/15812/13751 20330/16238/14175 19680/15588/13530</w:t>
        <w:br/>
        <w:t>f 19576/15483/13426 19586/15492/13435 20405/16314/14251</w:t>
        <w:br/>
        <w:t>f 20406/16315/14252 19576/15483/13426 20405/16314/14251</w:t>
        <w:br/>
        <w:t>f 19878/15787/13727 19879/15786/13726 20332/16240/14177</w:t>
        <w:br/>
        <w:t>f 19905/15813/13752 19878/15787/13727 20332/16240/14177</w:t>
        <w:br/>
        <w:t>f 20362/16270/14207 19887/15794/13734 19884/15793/13733</w:t>
        <w:br/>
        <w:t>f 20361/16271/13377 20362/16270/14207 19884/15793/13733</w:t>
        <w:br/>
        <w:t>f 20408/16316/14253 20348/16256/14193 20407/16317/14254</w:t>
        <w:br/>
        <w:t>f 19892/15797/13737 20408/16316/14253 20407/16317/14254</w:t>
        <w:br/>
        <w:t>f 20409/16318/14255 19627/15534/13476 19888/15796/13736</w:t>
        <w:br/>
        <w:t>f 20408/16316/14253 20409/16318/14255 19888/15796/13736</w:t>
        <w:br/>
        <w:t>f 19627/15534/13476 20409/16318/14255 20349/16257/14194</w:t>
        <w:br/>
        <w:t>f 19623/15529/13471 19627/15534/13476 20349/16257/14194</w:t>
        <w:br/>
        <w:t>f 19569/15474/13418 20403/16313/14250 20410/16319/13732</w:t>
        <w:br/>
        <w:t>f 19568/15475/13408 19569/15474/13418 20410/16319/13732</w:t>
        <w:br/>
        <w:t>f 19620/15526/13468 19980/15886/13824 19981/15889/13827</w:t>
        <w:br/>
        <w:t>f 19700/15608/13550 19620/15526/13468 19981/15889/13827</w:t>
        <w:br/>
        <w:t>f 20340/16246/14183 19895/15802/13742 20339/16247/14184</w:t>
        <w:br/>
        <w:t>f 20411/16320/14256 20342/16250/14187 19981/15889/13827</w:t>
        <w:br/>
        <w:t>f 19978/15888/13826 20411/16320/14256 19981/15889/13827</w:t>
        <w:br/>
        <w:t>f 19862/15769/13709 19516/15420/13365 19530/15438/13383</w:t>
        <w:br/>
        <w:t>f 20343/16251/14188 19862/15769/13709 19530/15438/13383</w:t>
        <w:br/>
        <w:t>f 19887/15794/13734 20362/16270/14207 20412/16321/14257</w:t>
        <w:br/>
        <w:t>f 20407/16317/14254 20414/16322/14258 20413/16323/14259</w:t>
        <w:br/>
        <w:t>f 19891/15798/13738 20407/16317/14254 20413/16323/14259</w:t>
        <w:br/>
        <w:t>f 19895/15802/13742 20340/16246/14183 19894/15801/13741</w:t>
        <w:br/>
        <w:t>f 19520/15425/13370 19895/15802/13742 19894/15801/13741</w:t>
        <w:br/>
        <w:t>f 19341/15248/13199 19349/15253/13204 20415/16324/14260</w:t>
        <w:br/>
        <w:t>f 19343/15246/13197 19341/15248/13199 20415/16324/14260</w:t>
        <w:br/>
        <w:t>f 19664/15572/13514 20416/16325/14261 19880/15785/13725</w:t>
        <w:br/>
        <w:t>f 19881/15788/13728 19664/15572/13514 19880/15785/13725</w:t>
        <w:br/>
        <w:t>f 19664/15572/13514 19881/15788/13728 19681/15587/13529</w:t>
        <w:br/>
        <w:t>f 19666/15570/13512 19664/15572/13514 19681/15587/13529</w:t>
        <w:br/>
        <w:t>f 19679/15583/13525 20384/16292/14228 19666/15570/13512</w:t>
        <w:br/>
        <w:t>f 19681/15587/13529 19679/15583/13525 19666/15570/13512</w:t>
        <w:br/>
        <w:t>f 19387/15294/13239 19388/15293/13238 19396/15302/13247</w:t>
        <w:br/>
        <w:t>f 19397/15301/13246 19387/15294/13239 19396/15302/13247</w:t>
        <w:br/>
        <w:t>f 19697/15605/13547 19701/15607/13549 20334/16242/14179</w:t>
        <w:br/>
        <w:t>f 20333/16241/14178 19697/15605/13547 20334/16242/14179</w:t>
        <w:br/>
        <w:t>f 20334/16242/14179 19701/15607/13549 20342/16250/14187</w:t>
        <w:br/>
        <w:t>f 20350/16258/14195 20334/16242/14179 20342/16250/14187</w:t>
        <w:br/>
        <w:t>f 19676/15586/13528 19677/15585/13527 20350/16258/14195</w:t>
        <w:br/>
        <w:t>f 20417/16326/14262 19676/15586/13528 20350/16258/14195</w:t>
        <w:br/>
        <w:t>f 20386/16293/14229 19676/15586/13528 20417/16326/14262</w:t>
        <w:br/>
        <w:t>f 20385/16294/14230 20386/16293/14229 20417/16326/14262</w:t>
        <w:br/>
        <w:t>f 20393/16302/14239 19426/15331/13276 20418/16327/14263</w:t>
        <w:br/>
        <w:t>f 19426/15331/13276 19415/15320/13265 20418/16327/14263</w:t>
        <w:br/>
        <w:t>f 20393/16302/14239 20418/16327/14263 20033/15941/13879</w:t>
        <w:br/>
        <w:t>f 20032/15940/13878 20393/16302/14239 20033/15941/13879</w:t>
        <w:br/>
        <w:t>f 19652/15558/13500 19606/15512/13454 20419/16328/14264</w:t>
        <w:br/>
        <w:t>f 20387/16295/14231 19652/15558/13500 20419/16328/14264</w:t>
        <w:br/>
        <w:t>f 20420/16329/14265 20387/16295/14231 20419/16328/14264</w:t>
        <w:br/>
        <w:t>f 20387/16295/14231 20339/16247/14184 19895/15802/13742</w:t>
        <w:br/>
        <w:t>f 19402/15308/13253 19473/15381/13326 19474/15380/13325</w:t>
        <w:br/>
        <w:t>f 19404/15310/13255 19402/15308/13253 19474/15380/13325</w:t>
        <w:br/>
        <w:t>f 19859/15765/13705 19850/15757/13697 19861/15768/13708</w:t>
        <w:br/>
        <w:t>f 19846/15756/13696 19850/15757/13697 19859/15765/13705</w:t>
        <w:br/>
        <w:t>f 19858/15766/13706 19849/15753/13693 19846/15756/13696</w:t>
        <w:br/>
        <w:t>f 19859/15765/13705 19858/15766/13706 19846/15756/13696</w:t>
        <w:br/>
        <w:t>f 20421/16330/14266 19975/15883/13821 19849/15753/13693</w:t>
        <w:br/>
        <w:t>f 19858/15766/13706 20421/16330/14266 19849/15753/13693</w:t>
        <w:br/>
        <w:t>f 19943/15850/13789 19976/15884/13822 19975/15883/13821</w:t>
        <w:br/>
        <w:t>f 19860/15767/13707 19943/15850/13789 19975/15883/13821</w:t>
        <w:br/>
        <w:t>f 19976/15884/13822 19943/15850/13789 20367/16275/14211</w:t>
        <w:br/>
        <w:t>f 19931/15839/13778 19976/15884/13822 20367/16275/14211</w:t>
        <w:br/>
        <w:t>f 19835/15742/13682 19482/15389/13334 19483/15388/13333</w:t>
        <w:br/>
        <w:t>f 19499/15405/13350 19835/15742/13682 19483/15388/13333</w:t>
        <w:br/>
        <w:t>f 20272/16182/14119 19977/15885/13823 19469/15373/13318</w:t>
        <w:br/>
        <w:t>f 20422/16331/14267 20272/16182/14119 19469/15373/13318</w:t>
        <w:br/>
        <w:t>f 19467/15375/13320 20055/15963/13901 20056/15962/13900</w:t>
        <w:br/>
        <w:t>f 20425/16332/14268 20424/16333/14269 20423/16334/14270</w:t>
        <w:br/>
        <w:t>f 20238/16146/14083 20425/16332/14268 20423/16334/14270</w:t>
        <w:br/>
        <w:t>f 20056/15962/13900 19469/15373/13318 19467/15375/13320</w:t>
        <w:br/>
        <w:t>f 19480/15386/13331 19477/15384/13329 19479/15385/13330</w:t>
        <w:br/>
        <w:t>f 19861/15768/13708 19480/15386/13331 19479/15385/13330</w:t>
        <w:br/>
        <w:t>f 19855/15762/13702 19852/15761/13701 20426/16335/14271</w:t>
        <w:br/>
        <w:t>f 19845/15752/13692 19855/15762/13702 20426/16335/14271</w:t>
        <w:br/>
        <w:t>f 20427/16336/14272 19850/15757/13697 19851/15758/13698</w:t>
        <w:br/>
        <w:t>f 19837/15744/13684 19459/15366/13311 19461/15367/13312</w:t>
        <w:br/>
        <w:t>f 19470/15378/13323 19837/15744/13684 19461/15367/13312</w:t>
        <w:br/>
        <w:t>f 19459/15366/13311 19837/15744/13684 19466/15369/13314</w:t>
        <w:br/>
        <w:t>f 19460/15365/13310 19459/15366/13311 19466/15369/13314</w:t>
        <w:br/>
        <w:t>f 19463/15372/13317 20375/16282/14218 19460/15365/13310</w:t>
        <w:br/>
        <w:t>f 19466/15369/13314 19463/15372/13317 19460/15365/13310</w:t>
        <w:br/>
        <w:t>f 20427/16336/14272 19480/15386/13331 19861/15768/13708</w:t>
        <w:br/>
        <w:t>f 19850/15757/13697 20427/16336/14272 19861/15768/13708</w:t>
        <w:br/>
        <w:t>f 19398/15304/13249 19395/15303/13248 19852/15761/13701</w:t>
        <w:br/>
        <w:t>f 19853/15760/13700 19398/15304/13249 19852/15761/13701</w:t>
        <w:br/>
        <w:t>f 20426/16335/14271 19852/15761/13701 19395/15303/13248</w:t>
        <w:br/>
        <w:t>f 19400/15305/13250 20426/16335/14271 19395/15303/13248</w:t>
        <w:br/>
        <w:t>f 20427/16336/14272 20426/16335/14271 19400/15305/13250</w:t>
        <w:br/>
        <w:t>f 19404/15310/13255 20427/16336/14272 19400/15305/13250</w:t>
        <w:br/>
        <w:t>f 19484/15387/13332 19470/15378/13323 19471/15377/13322</w:t>
        <w:br/>
        <w:t>f 19478/15383/13328 19484/15387/13332 19471/15377/13322</w:t>
        <w:br/>
        <w:t>f 19680/15588/13530 19681/15587/13529 19881/15788/13728</w:t>
        <w:br/>
        <w:t>f 19878/15787/13727 19680/15588/13530 19881/15788/13728</w:t>
        <w:br/>
        <w:t>f 19404/15310/13255 19474/15380/13325 19480/15386/13331</w:t>
        <w:br/>
        <w:t>f 20427/16336/14272 19404/15310/13255 19480/15386/13331</w:t>
        <w:br/>
        <w:t>f 19826/15733/13673 20056/15962/13900 20054/15964/13902</w:t>
        <w:br/>
        <w:t>f 19825/15731/13671 19826/15733/13673 20054/15964/13902</w:t>
        <w:br/>
        <w:t>f 20056/15962/13900 19966/15874/13812 19827/15735/13675</w:t>
        <w:br/>
        <w:t>f 19469/15373/13318 20056/15962/13900 19827/15735/13675</w:t>
        <w:br/>
        <w:t>f 19469/15373/13318 19827/15735/13675 19828/15734/13674</w:t>
        <w:br/>
        <w:t>f 20422/16331/14267 19469/15373/13318 19828/15734/13674</w:t>
        <w:br/>
        <w:t>f 20339/16247/14184 20387/16295/14231 19979/15887/13825</w:t>
        <w:br/>
        <w:t>f 19978/15888/13826 20387/16295/14231 20420/16329/14265</w:t>
        <w:br/>
        <w:t>f 19350/15255/13206 20337/16243/14180 20335/16245/14182</w:t>
        <w:br/>
        <w:t>f 19349/15253/13204 19350/15255/13206 20335/16245/14182</w:t>
        <w:br/>
        <w:t>f 19573/15481/13424 19531/15437/13382 19532/15436/13381</w:t>
        <w:br/>
        <w:t>f 19575/15479/13422 19573/15481/13424 19532/15436/13381</w:t>
        <w:br/>
        <w:t>f 19558/15463/13408 19885/15792/13732 19886/15791/13731</w:t>
        <w:br/>
        <w:t>f 19557/15464/13409 19558/15463/13408 19886/15791/13731</w:t>
        <w:br/>
        <w:t>f 20429/16337/14273 19956/15864/13802 20428/16338/14274</w:t>
        <w:br/>
        <w:t>f 20430/16339/14275 20429/16337/14273 20428/16338/14274</w:t>
        <w:br/>
        <w:t>f 20338/16248/14185 19621/15527/13469 19626/15532/13474</w:t>
        <w:br/>
        <w:t>f 19576/15483/13426 20344/16252/14189 19531/15437/13382</w:t>
        <w:br/>
        <w:t>f 19573/15481/13424 19576/15483/13426 19531/15437/13382</w:t>
        <w:br/>
        <w:t>f 19887/15794/13734 20412/16321/14257 20345/16254/14191</w:t>
        <w:br/>
        <w:t>f 20346/16253/14190 19887/15794/13734 20345/16254/14191</w:t>
        <w:br/>
        <w:t>f 20414/16322/14258 20407/16317/14254 20348/16256/14193</w:t>
        <w:br/>
        <w:t>f 20347/16255/14192 20414/16322/14258 20348/16256/14193</w:t>
        <w:br/>
        <w:t>f 19622/15530/13472 19623/15529/13471 20349/16257/14194</w:t>
        <w:br/>
        <w:t>f 20341/16249/14186 19622/15530/13472 20349/16257/14194</w:t>
        <w:br/>
        <w:t>f 19347/15249/13200 20382/16289/14225 20383/16288/14224</w:t>
        <w:br/>
        <w:t>f 19346/15250/13201 19347/15249/13200 20383/16288/14224</w:t>
        <w:br/>
        <w:t>f 20280/16191/14128 20397/16306/14243 20398/16307/14244</w:t>
        <w:br/>
        <w:t>f 20283/16188/14125 20280/16191/14128 20398/16307/14244</w:t>
        <w:br/>
        <w:t>f 20283/16188/14125 20398/16307/14244 20400/16309/14246</w:t>
        <w:br/>
        <w:t>f 20401/16308/14245 20283/16188/14125 20400/16309/14246</w:t>
        <w:br/>
        <w:t>f 19385/15290/13235 20399/16310/14247 20400/16309/14246</w:t>
        <w:br/>
        <w:t>f 19383/15287/13232 19385/15290/13235 20400/16309/14246</w:t>
        <w:br/>
        <w:t>f 20399/16310/14247 20383/16288/14224 20380/16291/14227</w:t>
        <w:br/>
        <w:t>f 20431/16340/14276 20399/16310/14247 20380/16291/14227</w:t>
        <w:br/>
        <w:t>f 19532/15436/13381 19528/15435/13380 20404/16312/14249</w:t>
        <w:br/>
        <w:t>f 19888/15796/13736 19889/15795/13735 20348/16256/14193</w:t>
        <w:br/>
        <w:t>f 20408/16316/14253 19888/15796/13736 20348/16256/14193</w:t>
        <w:br/>
        <w:t>f 20408/16316/14253 19892/15797/13737 19893/15800/13740</w:t>
        <w:br/>
        <w:t>f 20409/16318/14255 20408/16316/14253 19893/15800/13740</w:t>
        <w:br/>
        <w:t>f 20409/16318/14255 19893/15800/13740 19894/15801/13741</w:t>
        <w:br/>
        <w:t>f 20349/16257/14194 20409/16318/14255 19894/15801/13741</w:t>
        <w:br/>
        <w:t>f 20403/16313/14250 19529/15434/13379 19896/15803/13733</w:t>
        <w:br/>
        <w:t>f 20410/16319/13732 20403/16313/14250 19896/15803/13733</w:t>
        <w:br/>
        <w:t>f 19349/15253/13204 20335/16245/14182 20396/16305/14242</w:t>
        <w:br/>
        <w:t>f 20415/16324/14260 19349/15253/13204 20396/16305/14242</w:t>
        <w:br/>
        <w:t>f 19802/15712/13654 19803/15711/13653 20391/16299/14235</w:t>
        <w:br/>
        <w:t>f 20277/16184/14121 19802/15712/13654 20391/16299/14235</w:t>
        <w:br/>
        <w:t>f 20300/16208/14145 19802/15712/13654 20277/16184/14121</w:t>
        <w:br/>
        <w:t>f 20272/16182/14119 20300/16208/14145 20277/16184/14121</w:t>
        <w:br/>
        <w:t>f 19978/15888/13826 20420/16329/14265 20411/16320/14256</w:t>
        <w:br/>
        <w:t>f 19513/15419/13364 19505/15412/13357 19508/15417/13362</w:t>
        <w:br/>
        <w:t>f 20432/16341/14277 19513/15419/13364 19508/15417/13362</w:t>
        <w:br/>
        <w:t>f 19513/15419/13364 20432/16341/14277 19534/15439/13384</w:t>
        <w:br/>
        <w:t>f 19524/15430/13375 19503/15406/13351 19525/15431/13376</w:t>
        <w:br/>
        <w:t>f 19595/15499/13442 19524/15430/13375 19525/15431/13376</w:t>
        <w:br/>
        <w:t>f 19892/15797/13737 20407/16317/14254 19891/15798/13738</w:t>
        <w:br/>
        <w:t>f 19707/15614/13556 19704/15613/13555 20434/16342/14278</w:t>
        <w:br/>
        <w:t>f 20433/16343/14279 19707/15614/13556 20434/16342/14278</w:t>
        <w:br/>
        <w:t>f 20115/16022/13959 19707/15614/13556 20433/16343/14279</w:t>
        <w:br/>
        <w:t>f 20177/16086/14023 20115/16022/13959 20433/16343/14279</w:t>
        <w:br/>
        <w:t>f 20436/16344/14280 19994/15902/13840 20435/16345/14281</w:t>
        <w:br/>
        <w:t>f 19969/15875/13813 19990/15898/13836 19972/15879/13817</w:t>
        <w:br/>
        <w:t>f 19987/15897/13835 19844/15751/13691 19990/15898/13836</w:t>
        <w:br/>
        <w:t>f 19857/15764/13704 19843/15748/13688 19987/15897/13835</w:t>
        <w:br/>
        <w:t>f 19855/15762/13702 19845/15752/13692 19857/15764/13704</w:t>
        <w:br/>
        <w:t>f 19990/15898/13836 19969/15875/13813 19991/15899/13837</w:t>
        <w:br/>
        <w:t>f 20356/16265/14202 20357/16264/14201 20437/16346/14282</w:t>
        <w:br/>
        <w:t>f 20438/16347/14283 20356/16265/14202 20437/16346/14282</w:t>
        <w:br/>
        <w:t>f 20440/16348/14284 20439/16349/14285 19740/15648/13590</w:t>
        <w:br/>
        <w:t>f 19741/15647/13589 20440/16348/14284 19740/15648/13590</w:t>
        <w:br/>
        <w:t>f 19997/15908/13846 20442/16350/14286 20441/16351/14287</w:t>
        <w:br/>
        <w:t>f 20000/15905/13843 19997/15908/13846 20441/16351/14287</w:t>
        <w:br/>
        <w:t>f 20445/16352/14288 20444/16353/14289 20443/16354/14290</w:t>
        <w:br/>
        <w:t>f 20444/16353/14289 20391/16299/14235 19803/15711/13653</w:t>
        <w:br/>
        <w:t>f 20391/16299/14235 20444/16353/14289 20445/16352/14288</w:t>
        <w:br/>
        <w:t>f 19415/15320/13265 19417/15322/13267 20447/16355/13177</w:t>
        <w:br/>
        <w:t>f 20446/16356/14291 19415/15320/13265 20447/16355/13177</w:t>
        <w:br/>
        <w:t>f 19417/15322/13267 19418/15325/13270 20030/15939/13877</w:t>
        <w:br/>
        <w:t>f 20447/16355/13177 19417/15322/13267 20030/15939/13877</w:t>
        <w:br/>
        <w:t>f 20418/16327/14263 19415/15320/13265 20446/16356/14291</w:t>
        <w:br/>
        <w:t>f 20033/15941/13879 20418/16327/14263 20446/16356/14291</w:t>
        <w:br/>
        <w:t>f 19364/15267/13215 20033/15941/13879 20446/16356/14291</w:t>
        <w:br/>
        <w:t>f 20443/16354/14290 20444/16353/14289 20448/16357/14292</w:t>
        <w:br/>
        <w:t>f 20448/16357/14292 20444/16353/14289 20449/16358/13157</w:t>
        <w:br/>
        <w:t>f 19692/15599/13541 20333/16241/14178 19675/15582/13524</w:t>
        <w:br/>
        <w:t>f 19672/15581/13523 19692/15599/13541 19675/15582/13524</w:t>
        <w:br/>
        <w:t>f 19697/15605/13547 20333/16241/14178 19692/15599/13541</w:t>
        <w:br/>
        <w:t>f 19696/15606/13548 19697/15605/13547 19692/15599/13541</w:t>
        <w:br/>
        <w:t>f 20450/16359/14293 19716/15623/13565 19713/15622/13564</w:t>
        <w:br/>
        <w:t>f 19883/15789/13729 20450/16359/14293 19713/15622/13564</w:t>
        <w:br/>
        <w:t>f 19671/15575/13517 19709/15619/13561 20451/16360/14294</w:t>
        <w:br/>
        <w:t>f 19673/15580/13522 19671/15575/13517 20451/16360/14294</w:t>
        <w:br/>
        <w:t>f 19673/15580/13522 20451/16360/14294 19691/15597/13539</w:t>
        <w:br/>
        <w:t>f 19672/15581/13523 19673/15580/13522 19691/15597/13539</w:t>
        <w:br/>
        <w:t>f 19692/15599/13541 19683/15591/13533 19696/15606/13548</w:t>
        <w:br/>
        <w:t>f 19696/15606/13548 19684/15590/13532 19699/15603/13545</w:t>
        <w:br/>
        <w:t>f 19716/15623/13565 20450/16359/14293 20452/16361/14295</w:t>
        <w:br/>
        <w:t>f 20453/16362/14296 19716/15623/13565 20452/16361/14295</w:t>
        <w:br/>
        <w:t>f 19716/15623/13565 20453/16362/14296 20454/16363/14297</w:t>
        <w:br/>
        <w:t>f 19715/15620/13562 19716/15623/13565 20454/16363/14297</w:t>
        <w:br/>
        <w:t>f 20451/16360/14294 20456/16364/14298 20455/16365/14299</w:t>
        <w:br/>
        <w:t>f 19613/15519/13461 19610/15518/13460 19684/15590/13532</w:t>
        <w:br/>
        <w:t>f 19902/15811/13750 19613/15519/13461 19684/15590/13532</w:t>
        <w:br/>
        <w:t>f 20458/16366/14300 20457/16367/14301 19608/15514/13456</w:t>
        <w:br/>
        <w:t>f 19609/15513/13455 20458/16366/14300 19608/15514/13456</w:t>
        <w:br/>
        <w:t>f 20460/16368/14302 19631/15535/13477 20459/16369/14303</w:t>
        <w:br/>
        <w:t>f 19683/15591/13533 19684/15590/13532 19696/15606/13548</w:t>
        <w:br/>
        <w:t>f 19691/15597/13539 19683/15591/13533 19692/15599/13541</w:t>
        <w:br/>
        <w:t>f 19717/15626/13568 20453/16362/14296 20452/16361/14295</w:t>
        <w:br/>
        <w:t>f 20002/15909/13847 19717/15626/13568 20452/16361/14295</w:t>
        <w:br/>
        <w:t>f 20453/16362/14296 19717/15626/13568 19718/15625/13567</w:t>
        <w:br/>
        <w:t>f 20454/16363/14297 20453/16362/14296 19718/15625/13567</w:t>
        <w:br/>
        <w:t>f 19723/15630/13572 20454/16363/14297 19718/15625/13567</w:t>
        <w:br/>
        <w:t>f 19711/15617/13559 19723/15630/13572 19728/15635/13577</w:t>
        <w:br/>
        <w:t>f 19711/15617/13559 19728/15635/13577 19735/15643/13585</w:t>
        <w:br/>
        <w:t>f 19711/15617/13559 19735/15643/13585 19710/15618/13560</w:t>
        <w:br/>
        <w:t>f 20456/16364/14298 19744/15652/13594 19745/15651/13593</w:t>
        <w:br/>
        <w:t>f 20455/16365/14299 20456/16364/14298 19745/15651/13593</w:t>
        <w:br/>
        <w:t>f 19694/15601/13543 19682/15592/13534 19687/15594/13536</w:t>
        <w:br/>
        <w:t>f 19682/15592/13534 19694/15601/13543 19703/15610/13552</w:t>
        <w:br/>
        <w:t>f 19685/15589/13531 19682/15592/13534 19703/15610/13552</w:t>
        <w:br/>
        <w:t>f 19714/15621/13563 19715/15620/13562 19712/15616/13558</w:t>
        <w:br/>
        <w:t>f 19668/15578/13520 19714/15621/13563 19712/15616/13558</w:t>
        <w:br/>
        <w:t>f 19711/15617/13559 19712/15616/13558 19715/15620/13562</w:t>
        <w:br/>
        <w:t>f 20454/16363/14297 19711/15617/13559 19715/15620/13562</w:t>
        <w:br/>
        <w:t>f 20462/16370/14304 19612/15516/13458 19613/15519/13461</w:t>
        <w:br/>
        <w:t>f 20461/16371/14305 20462/16370/14304 19613/15519/13461</w:t>
        <w:br/>
        <w:t>f 20464/16372/14306 20463/16373/14307 19774/15678/13620</w:t>
        <w:br/>
        <w:t>f 20464/16372/14306 19774/15678/13620 19771/15681/13623</w:t>
        <w:br/>
        <w:t>f 19607/15515/13457 20464/16372/14306 19771/15681/13623</w:t>
        <w:br/>
        <w:t>f 20075/15985/13923 20458/16366/14300 19609/15513/13455</w:t>
        <w:br/>
        <w:t>f 20077/15983/13921 20075/15985/13923 19609/15513/13455</w:t>
        <w:br/>
        <w:t>f 19904/15809/13748 20465/16374/14308 20359/16266/14203</w:t>
        <w:br/>
        <w:t>f 19903/15810/13749 19904/15809/13748 20359/16266/14203</w:t>
        <w:br/>
        <w:t>f 19355/15260/13174 19367/15270/13175 19368/15273/13220</w:t>
        <w:br/>
        <w:t>f 19354/15261/13210 19355/15260/13174 19368/15273/13220</w:t>
        <w:br/>
        <w:t>f 19354/15261/13210 19368/15273/13220 19352/15257/13208</w:t>
        <w:br/>
        <w:t>f 19352/15257/13208 19368/15273/13220 19379/15284/13229</w:t>
        <w:br/>
        <w:t>f 19352/15257/13208 19379/15284/13229 19351/15258/13209</w:t>
        <w:br/>
        <w:t>f 19380/15285/13230 20466/16375/14309 19379/15284/13229</w:t>
        <w:br/>
        <w:t>f 20466/16375/14309 19380/15285/13230 19538/15445/13390</w:t>
        <w:br/>
        <w:t>f 19540/15448/13393 20466/16375/14309 19538/15445/13390</w:t>
        <w:br/>
        <w:t>f 19540/15448/13393 19538/15445/13390 19539/15444/13389</w:t>
        <w:br/>
        <w:t>f 19542/15446/13391 19540/15448/13393 19539/15444/13389</w:t>
        <w:br/>
        <w:t>f 19338/15243/13194 19384/15286/13231 19353/15256/13207</w:t>
        <w:br/>
        <w:t>f 19353/15256/13207 19381/15289/13234 19359/15265/13213</w:t>
        <w:br/>
        <w:t>f 19357/15262/13211 19353/15256/13207 19359/15265/13213</w:t>
        <w:br/>
        <w:t>f 19357/15262/13211 19359/15265/13213 19360/15264/13212</w:t>
        <w:br/>
        <w:t>f 19356/15259/13173 19357/15262/13211 19360/15264/13212</w:t>
        <w:br/>
        <w:t>f 20379/16287/14223 19829/15738/13678 19816/15724/13664</w:t>
        <w:br/>
        <w:t>f 19814/15721/13661 20379/16287/14223 19816/15724/13664</w:t>
        <w:br/>
        <w:t>f 19830/15737/13677 19817/15723/13663 19816/15724/13664</w:t>
        <w:br/>
        <w:t>f 19829/15738/13678 19830/15737/13677 19816/15724/13664</w:t>
        <w:br/>
        <w:t>f 19795/15705/13647 20393/16302/14239 19832/15739/13679</w:t>
        <w:br/>
        <w:t>f 20032/15940/13878 20467/16376/14310 19832/15739/13679</w:t>
        <w:br/>
        <w:t>f 20393/16302/14239 20032/15940/13878 19832/15739/13679</w:t>
        <w:br/>
        <w:t>f 19822/15730/13670 20032/15940/13878 19362/15269/13217</w:t>
        <w:br/>
        <w:t>f 19818/15728/13668 19822/15730/13670 19362/15269/13217</w:t>
        <w:br/>
        <w:t>f 19363/15268/13216 19821/15725/13665 19818/15728/13668</w:t>
        <w:br/>
        <w:t>f 19362/15269/13217 19363/15268/13216 19818/15728/13668</w:t>
        <w:br/>
        <w:t>f 20466/16375/14309 19337/15240/13191 19351/15258/13209</w:t>
        <w:br/>
        <w:t>f 19337/15240/13191 20466/16375/14309 19540/15448/13393</w:t>
        <w:br/>
        <w:t>f 19340/15244/13195 19337/15240/13191 19540/15448/13393</w:t>
        <w:br/>
        <w:t>f 19836/15743/13683 19464/15371/13316 19465/15370/13315</w:t>
        <w:br/>
        <w:t>f 19834/15741/13681 19836/15743/13683 19465/15370/13315</w:t>
        <w:br/>
        <w:t>f 19787/15693/13635 19955/15862/13800 19464/15371/13316</w:t>
        <w:br/>
        <w:t>f 19836/15743/13683 19787/15693/13635 19464/15371/13316</w:t>
        <w:br/>
        <w:t>f 19955/15862/13800 19787/15693/13635 19790/15697/13639</w:t>
        <w:br/>
        <w:t>f 19786/15694/13636 19780/15686/13628 19790/15697/13639</w:t>
        <w:br/>
        <w:t>f 19787/15693/13635 19786/15694/13636 19790/15697/13639</w:t>
        <w:br/>
        <w:t>f 19780/15686/13628 19786/15694/13636 19779/15687/13629</w:t>
        <w:br/>
        <w:t>f 19779/15687/13629 19786/15694/13636 19789/15696/13638</w:t>
        <w:br/>
        <w:t>f 19783/15689/13631 19779/15687/13629 19789/15696/13638</w:t>
        <w:br/>
        <w:t>f 19795/15705/13647 19791/15701/13643 19792/15700/13642</w:t>
        <w:br/>
        <w:t>f 19798/15702/13644 19795/15705/13647 19792/15700/13642</w:t>
        <w:br/>
        <w:t>f 19822/15730/13670 19823/15729/13669 19824/15732/13672</w:t>
        <w:br/>
        <w:t>f 19832/15739/13679 19822/15730/13670 19824/15732/13672</w:t>
        <w:br/>
        <w:t>f 19865/15771/13711 19866/15770/13710 20406/16315/14252</w:t>
        <w:br/>
        <w:t>f 20405/16314/14251 19865/15771/13711 20406/16315/14252</w:t>
        <w:br/>
        <w:t>f 19543/15449/13394 20469/16377/14311 20468/16378/14312</w:t>
        <w:br/>
        <w:t>f 19339/15245/13196 19543/15449/13394 20468/16378/14312</w:t>
        <w:br/>
        <w:t>f 19339/15245/13196 20468/16378/14312 19348/15254/13205</w:t>
        <w:br/>
        <w:t>f 19336/15241/13192 19339/15245/13196 19348/15254/13205</w:t>
        <w:br/>
        <w:t>f 19336/15241/13192 19348/15254/13205 19341/15248/13199</w:t>
        <w:br/>
        <w:t>f 19335/15242/13193 19336/15241/13192 19341/15248/13199</w:t>
        <w:br/>
        <w:t>f 19465/15370/13315 19466/15369/13314 19837/15744/13684</w:t>
        <w:br/>
        <w:t>f 19481/15390/13335 19465/15370/13315 19837/15744/13684</w:t>
        <w:br/>
        <w:t>f 20375/16282/14218 19463/15372/13317 20470/16379/14313</w:t>
        <w:br/>
        <w:t>f 20470/16379/14313 19463/15372/13317 20471/16380/14314</w:t>
        <w:br/>
        <w:t>f 19954/15863/13801 20472/16381/14315 20471/16380/14314</w:t>
        <w:br/>
        <w:t>f 19463/15372/13317 19954/15863/13801 20471/16380/14314</w:t>
        <w:br/>
        <w:t>f 20472/16381/14315 19954/15863/13801 19784/15692/13634</w:t>
        <w:br/>
        <w:t>f 20474/16382/14316 19782/15690/13632 20473/16383/14317</w:t>
        <w:br/>
        <w:t>f 19793/15699/13641 19794/15698/13640 20475/16384/14318</w:t>
        <w:br/>
        <w:t>f 20473/16383/14317 19793/15699/13641 20475/16384/14318</w:t>
        <w:br/>
        <w:t>f 20476/16385/14319 19825/15731/13671 20054/15964/13902</w:t>
        <w:br/>
        <w:t>f 19756/15660/13602 20376/16284/14220 20248/16156/14093</w:t>
        <w:br/>
        <w:t>f 19755/15661/13603 19756/15660/13602 20248/16156/14093</w:t>
        <w:br/>
        <w:t>f 20474/16382/14316 20477/16386/14320 19778/15688/13630</w:t>
        <w:br/>
        <w:t>f 19782/15690/13632 20474/16382/14316 19778/15688/13630</w:t>
        <w:br/>
        <w:t>f 19778/15688/13630 20477/16386/14320 20377/16285/14221</w:t>
        <w:br/>
        <w:t>f 19591/15497/13440 19592/15496/13439 20469/16377/14311</w:t>
        <w:br/>
        <w:t>f 19614/15523/13465 19611/15517/13459 20478/16387/14321</w:t>
        <w:br/>
        <w:t>f 19617/15520/13462 19614/15523/13465 20478/16387/14321</w:t>
        <w:br/>
        <w:t>f 20479/16388/14322 19619/15524/13466 19617/15520/13462</w:t>
        <w:br/>
        <w:t>f 20478/16387/14321 20479/16388/14322 19617/15520/13462</w:t>
        <w:br/>
        <w:t>f 19625/15531/13473 20457/16367/14301 19624/15528/13470</w:t>
        <w:br/>
        <w:t>f 20460/16368/14302 19642/15548/13490 19628/15533/13475</w:t>
        <w:br/>
        <w:t>f 19624/15528/13470 20460/16368/14302 19628/15533/13475</w:t>
        <w:br/>
        <w:t>f 19648/15554/13496 20480/16389/14323 19647/15552/13494</w:t>
        <w:br/>
        <w:t>f 20374/16283/14219 20481/16390/14324 19458/15361/13306</w:t>
        <w:br/>
        <w:t>f 19451/15355/13300 20374/16283/14219 19444/15350/13295</w:t>
        <w:br/>
        <w:t>f 19445/15349/13294 19451/15355/13300 19444/15350/13295</w:t>
        <w:br/>
        <w:t>f 19446/15352/13297 20074/15979/13917 19454/15360/13305</w:t>
        <w:br/>
        <w:t>f 20482/16391/14325 19448/15353/13298 20234/16142/14079</w:t>
        <w:br/>
        <w:t>f 20374/16283/14219 20375/16282/14218 19444/15350/13295</w:t>
        <w:br/>
        <w:t>f 19444/15350/13295 20375/16282/14218 20470/16379/14313</w:t>
        <w:br/>
        <w:t>f 19443/15351/13296 19444/15350/13295 20470/16379/14313</w:t>
        <w:br/>
        <w:t>f 19443/15351/13296 20470/16379/14313 20073/15980/13918</w:t>
        <w:br/>
        <w:t>f 20073/15980/13918 20470/16379/14313 20471/16380/14314</w:t>
        <w:br/>
        <w:t>f 20072/15981/13919 20073/15980/13918 20471/16380/14314</w:t>
        <w:br/>
        <w:t>f 20072/15981/13919 20471/16380/14314 19428/15334/13279</w:t>
        <w:br/>
        <w:t>f 20472/16381/14315 19430/15339/13284 20471/16380/14314</w:t>
        <w:br/>
        <w:t>f 19784/15692/13634 19435/15341/13286 20472/16381/14315</w:t>
        <w:br/>
        <w:t>f 19785/15691/13633 19439/15344/13289 19784/15692/13634</w:t>
        <w:br/>
        <w:t>f 19439/15344/13289 19785/15691/13633 19442/15346/13291</w:t>
        <w:br/>
        <w:t>f 19785/15691/13633 20377/16285/14221 19753/15663/13605</w:t>
        <w:br/>
        <w:t>f 19442/15346/13291 19785/15691/13633 19753/15663/13605</w:t>
        <w:br/>
        <w:t>f 19753/15663/13605 20377/16285/14221 19756/15660/13602</w:t>
        <w:br/>
        <w:t>f 19756/15660/13602 20377/16285/14221 20376/16284/14220</w:t>
        <w:br/>
        <w:t>f 20376/16284/14220 20377/16285/14221 20251/16161/14098</w:t>
        <w:br/>
        <w:t>f 20251/16161/14098 20377/16285/14221 20477/16386/14320</w:t>
        <w:br/>
        <w:t>f 20253/16159/14096 20251/16161/14098 20477/16386/14320</w:t>
        <w:br/>
        <w:t>f 20253/16159/14096 20477/16386/14320 20256/16162/14099</w:t>
        <w:br/>
        <w:t>f 20395/16303/14240 20477/16386/14320 20474/16382/14316</w:t>
        <w:br/>
        <w:t>f 20473/16383/14317 20257/16168/14105 20474/16382/14316</w:t>
        <w:br/>
        <w:t>f 20378/16286/14222 20053/15958/13896 20483/16392/14326</w:t>
        <w:br/>
        <w:t>f 20476/16385/14319 20054/15964/13902 20048/15956/13894</w:t>
        <w:br/>
        <w:t>f 20052/15959/13897 20476/16385/14319 20048/15956/13894</w:t>
        <w:br/>
        <w:t>f 19403/15309/13254 19498/15403/13348 19473/15381/13326</w:t>
        <w:br/>
        <w:t>f 19402/15308/13253 19403/15309/13254 19473/15381/13326</w:t>
        <w:br/>
        <w:t>f 19384/15286/13231 19381/15289/13234 19353/15256/13207</w:t>
        <w:br/>
        <w:t>f 20486/16393/14327 20485/16394/14328 20484/16395/14329</w:t>
        <w:br/>
        <w:t>f 20487/16396/14330 20486/16393/14327 20484/16395/14329</w:t>
        <w:br/>
        <w:t>f 20491/16397/14331 20490/16398/14332 20489/16399/14333</w:t>
        <w:br/>
        <w:t>f 20488/16400/14334 20491/16397/14331 20489/16399/14333</w:t>
        <w:br/>
        <w:t>f 20493/16401/14335 20492/16402/14336 20490/16398/14332</w:t>
        <w:br/>
        <w:t>f 20491/16397/14331 20493/16401/14335 20490/16398/14332</w:t>
        <w:br/>
        <w:t>f 20496/16403/14337 20495/16404/14338 20494/16405/14339</w:t>
        <w:br/>
        <w:t>f 20497/16406/14340 20496/16403/14337 20494/16405/14339</w:t>
        <w:br/>
        <w:t>f 20495/16404/14338 20499/16407/14341 20498/16408/13166</w:t>
        <w:br/>
        <w:t>f 20494/16405/14339 20495/16404/14338 20498/16408/13166</w:t>
        <w:br/>
        <w:t>f 20503/16409/14342 20502/16410/14343 20501/16411/14344</w:t>
        <w:br/>
        <w:t>f 20500/16412/14345 20503/16409/14342 20501/16411/14344</w:t>
        <w:br/>
        <w:t>f 20505/16413/14346 20502/16410/14343 20503/16409/14342</w:t>
        <w:br/>
        <w:t>f 20504/16414/14347 20505/16413/14346 20503/16409/14342</w:t>
        <w:br/>
        <w:t>f 20484/16395/14329 20485/16394/14328 20507/16415/14348</w:t>
        <w:br/>
        <w:t>f 20506/16416/14349 20484/16395/14329 20507/16415/14348</w:t>
        <w:br/>
        <w:t>f 20506/16416/14349 20507/16415/14348 20509/16417/14350</w:t>
        <w:br/>
        <w:t>f 20508/16418/14351 20506/16416/14349 20509/16417/14350</w:t>
        <w:br/>
        <w:t>f 20512/16419/14352 20511/16420/14353 20510/16421/14354</w:t>
        <w:br/>
        <w:t>f 20513/16422/14355 20512/16419/14352 20510/16421/14354</w:t>
        <w:br/>
        <w:t>f 20517/16423/14356 20516/16424/14357 20515/16425/14358</w:t>
        <w:br/>
        <w:t>f 20514/16426/14359 20517/16423/14356 20515/16425/14358</w:t>
        <w:br/>
        <w:t>f 20518/16427/14360 20515/16425/14358 20516/16424/14357</w:t>
        <w:br/>
        <w:t>f 20519/16428/14361 20518/16427/14360 20516/16424/14357</w:t>
        <w:br/>
        <w:t>f 20522/16429/14362 20521/16430/14363 20520/16431/14364</w:t>
        <w:br/>
        <w:t>f 20523/16432/14365 20522/16429/14362 20520/16431/14364</w:t>
        <w:br/>
        <w:t>f 20525/16433/14366 20524/16434/14362 20488/16400/14334</w:t>
        <w:br/>
        <w:t>f 20489/16399/14333 20525/16433/14366 20488/16400/14334</w:t>
        <w:br/>
        <w:t>f 20486/16393/14327 20487/16396/14330 20523/16432/14365</w:t>
        <w:br/>
        <w:t>f 20520/16431/14364 20486/16393/14327 20523/16432/14365</w:t>
        <w:br/>
        <w:t>f 20519/16428/14361 20527/16435/14367 20526/16436/14368</w:t>
        <w:br/>
        <w:t>f 20518/16427/14360 20519/16428/14361 20526/16436/14368</w:t>
        <w:br/>
        <w:t>f 20508/16418/14351 20509/16417/14350 20526/16436/14368</w:t>
        <w:br/>
        <w:t>f 20527/16435/14367 20508/16418/14351 20526/16436/14368</w:t>
        <w:br/>
        <w:t>f 20497/16406/14340 20492/16402/14336 20493/16401/14335</w:t>
        <w:br/>
        <w:t>f 20496/16403/14337 20497/16406/14340 20493/16401/14335</w:t>
        <w:br/>
        <w:t>f 20528/16437/14369 20512/16419/14352 20513/16422/14355</w:t>
        <w:br/>
        <w:t>f 20529/16438/14370 20528/16437/14369 20513/16422/14355</w:t>
        <w:br/>
        <w:t>f 20528/16437/14369 20529/16438/14370 20530/16439/14371</w:t>
        <w:br/>
        <w:t>f 20531/16440/14372 20528/16437/14369 20530/16439/14371</w:t>
        <w:br/>
        <w:t>f 20504/16414/14347 20510/16421/14354 20511/16420/14353</w:t>
        <w:br/>
        <w:t>f 20505/16413/14346 20504/16414/14347 20511/16420/14353</w:t>
        <w:br/>
        <w:t>f 20517/16423/14356 20514/16426/14359 20531/16440/14372</w:t>
        <w:br/>
        <w:t>f 20530/16439/14371 20517/16423/14356 20531/16440/14372</w:t>
        <w:br/>
        <w:t>f 20533/16441/14373 20532/16442/14374 20500/16412/14345</w:t>
        <w:br/>
        <w:t>f 20501/16411/14344 20533/16441/14373 20500/16412/14345</w:t>
        <w:br/>
        <w:t>f 20536/16443/14375 20535/16444/14376 20534/16445/14376</w:t>
        <w:br/>
        <w:t>f 20537/16446/14375 20536/16443/14375 20534/16445/14376</w:t>
        <w:br/>
        <w:t>f 20541/16447/14377 20540/16448/14378 20539/16449/14379</w:t>
        <w:br/>
        <w:t>f 20538/16450/14380 20541/16447/14377 20539/16449/14379</w:t>
        <w:br/>
        <w:t>f 20544/16451/14381 20543/16452/14382 20542/16453/14382</w:t>
        <w:br/>
        <w:t>f 20545/16454/14383 20544/16451/14381 20542/16453/14382</w:t>
        <w:br/>
        <w:t>f 20549/16455/14384 20548/16456/14385 20547/16457/14386</w:t>
        <w:br/>
        <w:t>f 20546/16458/14387 20549/16455/14384 20547/16457/14386</w:t>
        <w:br/>
        <w:t>f 20553/16459/14388 20552/16460/14388 20551/16461/14389</w:t>
        <w:br/>
        <w:t>f 20550/16462/14389 20553/16459/14388 20551/16461/14389</w:t>
        <w:br/>
        <w:t>f 20557/16463/14390 20556/16464/14390 20555/16465/14391</w:t>
        <w:br/>
        <w:t>f 20554/16466/14391 20557/16463/14390 20555/16465/14391</w:t>
        <w:br/>
        <w:t>f 20561/16467/14392 20560/16468/14393 20559/16469/14394</w:t>
        <w:br/>
        <w:t>f 20558/16470/14394 20561/16467/14392 20559/16469/14394</w:t>
        <w:br/>
        <w:t>f 20563/16471/14395 20536/16443/14375 20537/16446/14375</w:t>
        <w:br/>
        <w:t>f 20562/16472/14395 20563/16471/14395 20537/16446/14375</w:t>
        <w:br/>
        <w:t>f 20567/16473/14396 20566/16474/14396 20565/16475/14397</w:t>
        <w:br/>
        <w:t>f 20564/16476/14397 20567/16473/14396 20565/16475/14397</w:t>
        <w:br/>
        <w:t>f 20570/16477/14398 20569/16478/14399 20568/16479/14399</w:t>
        <w:br/>
        <w:t>f 20571/16480/14398 20570/16477/14398 20568/16479/14399</w:t>
        <w:br/>
        <w:t>f 20574/16481/14400 20573/16482/14401 20572/16483/14402</w:t>
        <w:br/>
        <w:t>f 20575/16484/14402 20574/16481/14400 20572/16483/14402</w:t>
        <w:br/>
        <w:t>f 20578/16485/14403 20577/16486/14404 20576/16487/14405</w:t>
        <w:br/>
        <w:t>f 20579/16488/14403 20578/16485/14403 20576/16487/14405</w:t>
        <w:br/>
        <w:t>f 20583/16489/14406 20582/16490/14407 20581/16491/14408</w:t>
        <w:br/>
        <w:t>f 20580/16492/14406 20583/16489/14406 20581/16491/14408</w:t>
        <w:br/>
        <w:t>f 20587/16493/14409 20586/16494/14410 20585/16495/14410</w:t>
        <w:br/>
        <w:t>f 20584/16496/14411 20587/16493/14409 20585/16495/14410</w:t>
        <w:br/>
        <w:t>f 20591/16497/14412 20590/16498/14412 20589/16499/14413</w:t>
        <w:br/>
        <w:t>f 20588/16500/14413 20591/16497/14412 20589/16499/14413</w:t>
        <w:br/>
        <w:t>f 20594/16501/14414 20593/16502/14414 20592/16503/14415</w:t>
        <w:br/>
        <w:t>f 20595/16504/14416 20594/16501/14414 20592/16503/14415</w:t>
        <w:br/>
        <w:t>f 20598/16505/14417 20597/16506/14418 20596/16507/14418</w:t>
        <w:br/>
        <w:t>f 20599/16508/14417 20598/16505/14417 20596/16507/14418</w:t>
        <w:br/>
        <w:t>f 20601/16509/14419 20596/16507/14418 20597/16506/14418</w:t>
        <w:br/>
        <w:t>f 20600/16510/14420 20601/16509/14419 20597/16506/14418</w:t>
        <w:br/>
        <w:t>f 20603/16511/14421 20544/16451/14381 20545/16454/14383</w:t>
        <w:br/>
        <w:t>f 20602/16512/14421 20603/16511/14421 20545/16454/14383</w:t>
        <w:br/>
        <w:t>f 20606/16513/14422 20605/16514/14423 20604/16515/14424</w:t>
        <w:br/>
        <w:t>f 20607/16516/14425 20606/16513/14422 20604/16515/14424</w:t>
        <w:br/>
        <w:t>f 20610/16517/14426 20609/16518/14426 20608/16519/14427</w:t>
        <w:br/>
        <w:t>f 20611/16520/14428 20610/16517/14426 20608/16519/14427</w:t>
        <w:br/>
        <w:t>f 20615/16521/14429 20614/16522/14430 20613/16523/14430</w:t>
        <w:br/>
        <w:t>f 20612/16524/14431 20615/16521/14429 20613/16523/14430</w:t>
        <w:br/>
        <w:t>f 20618/16525/14432 20617/16526/14433 20616/16527/14434</w:t>
        <w:br/>
        <w:t>f 20619/16528/14432 20618/16525/14432 20616/16527/14434</w:t>
        <w:br/>
        <w:t>f 20623/16529/14435 20622/16530/14436 20621/16531/14436</w:t>
        <w:br/>
        <w:t>f 20620/16532/14435 20623/16529/14435 20621/16531/14436</w:t>
        <w:br/>
        <w:t>f 20627/16533/14437 20626/16534/14437 20625/16535/14438</w:t>
        <w:br/>
        <w:t>f 20624/16536/14439 20627/16533/14437 20625/16535/14438</w:t>
        <w:br/>
        <w:t>f 20629/16537/14440 20628/16538/14440 20626/16534/14437</w:t>
        <w:br/>
        <w:t>f 20627/16533/14437 20629/16537/14440 20626/16534/14437</w:t>
        <w:br/>
        <w:t>f 20632/16539/14441 20631/16540/14441 20630/16541/14442</w:t>
        <w:br/>
        <w:t>f 20633/16542/14442 20632/16539/14441 20630/16541/14442</w:t>
        <w:br/>
        <w:t>f 20635/16543/14443 20634/16544/14443 20633/16542/14442</w:t>
        <w:br/>
        <w:t>f 20630/16541/14442 20635/16543/14443 20633/16542/14442</w:t>
        <w:br/>
        <w:t>f 20637/16545/14444 20636/16546/14444 20634/16544/14443</w:t>
        <w:br/>
        <w:t>f 20635/16543/14443 20637/16545/14444 20634/16544/14443</w:t>
        <w:br/>
        <w:t>f 20640/16547/14445 20639/16548/14446 20638/16549/14446</w:t>
        <w:br/>
        <w:t>f 20641/16550/14447 20640/16547/14445 20638/16549/14446</w:t>
        <w:br/>
        <w:t>f 20645/16551/14448 20644/16552/14448 20643/16553/14449</w:t>
        <w:br/>
        <w:t>f 20642/16554/14449 20645/16551/14448 20643/16553/14449</w:t>
        <w:br/>
        <w:t>f 20642/16554/14449 20643/16553/14449 20646/16555/14450</w:t>
        <w:br/>
        <w:t>f 20647/16556/14450 20642/16554/14449 20646/16555/14450</w:t>
        <w:br/>
        <w:t>f 20650/16557/14451 20649/16558/14452 20648/16559/14453</w:t>
        <w:br/>
        <w:t>f 20651/16560/14453 20650/16557/14451 20648/16559/14453</w:t>
        <w:br/>
        <w:t>f 20653/16561/14454 20651/16560/14453 20648/16559/14453</w:t>
        <w:br/>
        <w:t>f 20652/16562/14454 20653/16561/14454 20648/16559/14453</w:t>
        <w:br/>
        <w:t>f 20653/16561/14454 20652/16562/14454 20654/16563/14455</w:t>
        <w:br/>
        <w:t>f 20655/16564/14456 20653/16561/14454 20654/16563/14455</w:t>
        <w:br/>
        <w:t>f 20659/16565/14457 20658/16566/14458 20657/16567/14458</w:t>
        <w:br/>
        <w:t>f 20656/16568/14459 20659/16565/14457 20657/16567/14458</w:t>
        <w:br/>
        <w:t>f 20658/16566/14458 20563/16471/14395 20562/16472/14395</w:t>
        <w:br/>
        <w:t>f 20657/16567/14458 20658/16566/14458 20562/16472/14395</w:t>
        <w:br/>
        <w:t>f 20663/16569/14460 20662/16570/14460 20661/16571/14461</w:t>
        <w:br/>
        <w:t>f 20660/16572/14461 20663/16569/14460 20661/16571/14461</w:t>
        <w:br/>
        <w:t>f 20666/16573/14462 20665/16574/14463 20664/16575/14463</w:t>
        <w:br/>
        <w:t>f 20667/16576/14462 20666/16573/14462 20664/16575/14463</w:t>
        <w:br/>
        <w:t>f 20670/16577/14464 20669/16578/14465 20668/16579/14466</w:t>
        <w:br/>
        <w:t>f 20671/16580/14464 20670/16577/14464 20668/16579/14466</w:t>
        <w:br/>
        <w:t>f 20674/16581/14467 20673/16582/14467 20672/16583/14468</w:t>
        <w:br/>
        <w:t>f 20675/16584/14468 20674/16581/14467 20672/16583/14468</w:t>
        <w:br/>
        <w:t>f 20675/16584/14468 20672/16583/14468 20677/16585/14469</w:t>
        <w:br/>
        <w:t>f 20676/16586/14469 20675/16584/14468 20677/16585/14469</w:t>
        <w:br/>
        <w:t>f 20678/16587/14470 20578/16485/14403 20579/16488/14403</w:t>
        <w:br/>
        <w:t>f 20679/16588/14471 20678/16587/14470 20579/16488/14403</w:t>
        <w:br/>
        <w:t>f 20679/16588/14471 20681/16589/14472 20680/16590/14473</w:t>
        <w:br/>
        <w:t>f 20678/16587/14470 20679/16588/14471 20680/16590/14473</w:t>
        <w:br/>
        <w:t>f 20685/16591/14474 20684/16592/14475 20683/16593/14475</w:t>
        <w:br/>
        <w:t>f 20682/16594/14476 20685/16591/14474 20683/16593/14475</w:t>
        <w:br/>
        <w:t>f 20575/16484/14402 20572/16483/14402 20686/16595/14477</w:t>
        <w:br/>
        <w:t>f 20687/16596/14477 20575/16484/14402 20686/16595/14477</w:t>
        <w:br/>
        <w:t>f 20690/16597/14478 20689/16598/14479 20688/16599/14480</w:t>
        <w:br/>
        <w:t>f 20691/16600/14481 20690/16597/14478 20688/16599/14480</w:t>
        <w:br/>
        <w:t>f 20691/16600/14481 20693/16601/14482 20692/16602/14482</w:t>
        <w:br/>
        <w:t>f 20690/16597/14478 20691/16600/14481 20692/16602/14482</w:t>
        <w:br/>
        <w:t>f 20694/16603/14483 20692/16602/14482 20693/16601/14482</w:t>
        <w:br/>
        <w:t>f 20695/16604/14484 20694/16603/14483 20693/16601/14482</w:t>
        <w:br/>
        <w:t>f 20698/16605/14485 20697/16606/14486 20696/16607/14487</w:t>
        <w:br/>
        <w:t>f 20699/16608/14487 20698/16605/14485 20696/16607/14487</w:t>
        <w:br/>
        <w:t>f 20700/16609/14488 20699/16608/14487 20696/16607/14487</w:t>
        <w:br/>
        <w:t>f 20701/16610/14488 20700/16609/14488 20696/16607/14487</w:t>
        <w:br/>
        <w:t>f 20705/16611/14489 20704/16612/14490 20703/16613/14490</w:t>
        <w:br/>
        <w:t>f 20702/16614/14491 20705/16611/14489 20703/16613/14490</w:t>
        <w:br/>
        <w:t>f 20704/16612/14490 20707/16615/14492 20706/16616/14492</w:t>
        <w:br/>
        <w:t>f 20703/16613/14490 20704/16612/14490 20706/16616/14492</w:t>
        <w:br/>
        <w:t>f 20710/16617/14493 20709/16618/14494 20708/16619/14495</w:t>
        <w:br/>
        <w:t>f 20711/16620/14495 20710/16617/14493 20708/16619/14495</w:t>
        <w:br/>
        <w:t>f 20715/16621/14496 20714/16622/14496 20713/16623/14497</w:t>
        <w:br/>
        <w:t>f 20712/16624/14497 20715/16621/14496 20713/16623/14497</w:t>
        <w:br/>
        <w:t>f 20718/16625/14498 20717/16626/14499 20716/16627/14499</w:t>
        <w:br/>
        <w:t>f 20719/16628/14498 20718/16625/14498 20716/16627/14499</w:t>
        <w:br/>
        <w:t>f 20717/16626/14499 20721/16629/14500 20720/16630/14501</w:t>
        <w:br/>
        <w:t>f 20716/16627/14499 20717/16626/14499 20720/16630/14501</w:t>
        <w:br/>
        <w:t>f 20725/16631/14502 20724/16632/14503 20723/16633/14504</w:t>
        <w:br/>
        <w:t>f 20722/16634/14504 20725/16631/14502 20723/16633/14504</w:t>
        <w:br/>
        <w:t>f 20728/16635/14505 20727/16636/14506 20726/16637/14507</w:t>
        <w:br/>
        <w:t>f 20729/16638/14508 20728/16635/14505 20726/16637/14507</w:t>
        <w:br/>
        <w:t>f 20729/16638/14508 20726/16637/14507 20730/16639/14509</w:t>
        <w:br/>
        <w:t>f 20731/16640/14509 20729/16638/14508 20730/16639/14509</w:t>
        <w:br/>
        <w:t>f 20731/16640/14509 20730/16639/14509 20733/16641/14510</w:t>
        <w:br/>
        <w:t>f 20732/16642/14510 20731/16640/14509 20733/16641/14510</w:t>
        <w:br/>
        <w:t>f 20737/16643/14511 20736/16644/14511 20735/16645/14512</w:t>
        <w:br/>
        <w:t>f 20734/16646/14512 20737/16643/14511 20735/16645/14512</w:t>
        <w:br/>
        <w:t>f 20741/16647/14513 20740/16648/14513 20739/16649/14514</w:t>
        <w:br/>
        <w:t>f 20738/16650/14515 20741/16647/14513 20739/16649/14514</w:t>
        <w:br/>
        <w:t>f 20742/16651/14516 20740/16648/14513 20741/16647/14513</w:t>
        <w:br/>
        <w:t>f 20743/16652/14516 20742/16651/14516 20741/16647/14513</w:t>
        <w:br/>
        <w:t>f 20743/16652/14516 20745/16653/14517 20744/16654/14518</w:t>
        <w:br/>
        <w:t>f 20742/16651/14516 20743/16652/14516 20744/16654/14518</w:t>
        <w:br/>
        <w:t>f 20744/16654/14518 20745/16653/14517 20746/16655/14519</w:t>
        <w:br/>
        <w:t>f 20747/16656/14519 20744/16654/14518 20746/16655/14519</w:t>
        <w:br/>
        <w:t>f 20747/16656/14519 20746/16655/14519 20749/16657/14520</w:t>
        <w:br/>
        <w:t>f 20748/16658/14520 20747/16656/14519 20749/16657/14520</w:t>
        <w:br/>
        <w:t>f 20751/16659/14521 20750/16660/14522 20748/16658/14520</w:t>
        <w:br/>
        <w:t>f 20749/16657/14520 20751/16659/14521 20748/16658/14520</w:t>
        <w:br/>
        <w:t>f 20750/16660/14522 20751/16659/14521 20753/16661/14523</w:t>
        <w:br/>
        <w:t>f 20752/16662/14523 20750/16660/14522 20753/16661/14523</w:t>
        <w:br/>
        <w:t>f 20752/16662/14523 20753/16661/14523 20754/16663/14524</w:t>
        <w:br/>
        <w:t>f 20755/16664/14524 20752/16662/14523 20754/16663/14524</w:t>
        <w:br/>
        <w:t>f 20754/16663/14524 20757/16665/14525 20756/16666/14525</w:t>
        <w:br/>
        <w:t>f 20755/16664/14524 20754/16663/14524 20756/16666/14525</w:t>
        <w:br/>
        <w:t>f 20757/16665/14525 20759/16667/14526 20758/16668/14527</w:t>
        <w:br/>
        <w:t>f 20756/16666/14525 20757/16665/14525 20758/16668/14527</w:t>
        <w:br/>
        <w:t>f 20762/16669/14528 20761/16670/14529 20760/16671/14529</w:t>
        <w:br/>
        <w:t>f 20763/16672/14528 20762/16669/14528 20760/16671/14529</w:t>
        <w:br/>
        <w:t>f 20766/16673/14530 20765/16674/14530 20764/16675/14531</w:t>
        <w:br/>
        <w:t>f 20767/16676/14531 20766/16673/14530 20764/16675/14531</w:t>
        <w:br/>
        <w:t>f 20770/16677/14532 20769/16678/14533 20768/16679/14533</w:t>
        <w:br/>
        <w:t>f 20771/16680/14532 20770/16677/14532 20768/16679/14533</w:t>
        <w:br/>
        <w:t>f 20774/16681/14534 20773/16682/14535 20772/16683/14535</w:t>
        <w:br/>
        <w:t>f 20775/16684/14534 20774/16681/14534 20772/16683/14535</w:t>
        <w:br/>
        <w:t>f 20777/16685/14536 20776/16686/14536 20774/16681/14534</w:t>
        <w:br/>
        <w:t>f 20775/16684/14534 20777/16685/14536 20774/16681/14534</w:t>
        <w:br/>
        <w:t>f 20776/16686/14536 20777/16685/14536 20778/16687/14537</w:t>
        <w:br/>
        <w:t>f 20779/16688/14537 20776/16686/14536 20778/16687/14537</w:t>
        <w:br/>
        <w:t>f 20778/16687/14537 20781/16689/14538 20780/16690/14538</w:t>
        <w:br/>
        <w:t>f 20779/16688/14537 20778/16687/14537 20780/16690/14538</w:t>
        <w:br/>
        <w:t>f 20784/16691/14539 20783/16692/14539 20782/16693/14540</w:t>
        <w:br/>
        <w:t>f 20785/16694/14540 20784/16691/14539 20782/16693/14540</w:t>
        <w:br/>
        <w:t>f 20787/16695/14541 20786/16696/14541 20783/16692/14539</w:t>
        <w:br/>
        <w:t>f 20784/16691/14539 20787/16695/14541 20783/16692/14539</w:t>
        <w:br/>
        <w:t>f 20790/16697/14542 20789/16698/14543 20788/16699/14543</w:t>
        <w:br/>
        <w:t>f 20791/16700/14542 20790/16697/14542 20788/16699/14543</w:t>
        <w:br/>
        <w:t>f 20794/16701/14544 20793/16702/14545 20792/16703/14545</w:t>
        <w:br/>
        <w:t>f 20795/16704/14546 20794/16701/14544 20792/16703/14545</w:t>
        <w:br/>
        <w:t>f 20799/16705/14547 20798/16706/14548 20797/16707/14548</w:t>
        <w:br/>
        <w:t>f 20796/16708/14547 20799/16705/14547 20797/16707/14548</w:t>
        <w:br/>
        <w:t>f 20796/16708/14547 20801/16709/14549 20800/16710/14549</w:t>
        <w:br/>
        <w:t>f 20799/16705/14547 20796/16708/14547 20800/16710/14549</w:t>
        <w:br/>
        <w:t>f 20804/16711/14550 20803/16712/14551 20802/16713/14552</w:t>
        <w:br/>
        <w:t>f 20805/16714/14552 20804/16711/14550 20802/16713/14552</w:t>
        <w:br/>
        <w:t>f 20803/16712/14551 20804/16711/14550 20807/16715/14553</w:t>
        <w:br/>
        <w:t>f 20806/16716/14554 20803/16712/14551 20807/16715/14553</w:t>
        <w:br/>
        <w:t>f 20806/16716/14554 20807/16715/14553 20809/16717/14555</w:t>
        <w:br/>
        <w:t>f 20808/16718/14555 20806/16716/14554 20809/16717/14555</w:t>
        <w:br/>
        <w:t>f 20813/16719/14556 20812/16720/14556 20811/16721/14557</w:t>
        <w:br/>
        <w:t>f 20810/16722/14557 20813/16719/14556 20811/16721/14557</w:t>
        <w:br/>
        <w:t>f 20813/16719/14556 20815/16723/14558 20814/16724/14558</w:t>
        <w:br/>
        <w:t>f 20812/16720/14556 20813/16719/14556 20814/16724/14558</w:t>
        <w:br/>
        <w:t>f 20815/16723/14558 20817/16725/14559 20816/16726/14559</w:t>
        <w:br/>
        <w:t>f 20814/16724/14558 20815/16723/14558 20816/16726/14559</w:t>
        <w:br/>
        <w:t>f 20821/16727/14560 20820/16728/14561 20819/16729/14562</w:t>
        <w:br/>
        <w:t>f 20818/16730/14560 20821/16727/14560 20819/16729/14562</w:t>
        <w:br/>
        <w:t>f 20819/16729/14562 20820/16728/14561 20823/16731/14563</w:t>
        <w:br/>
        <w:t>f 20822/16732/14563 20819/16729/14562 20823/16731/14563</w:t>
        <w:br/>
        <w:t>f 20822/16732/14563 20823/16731/14563 20825/16733/14564</w:t>
        <w:br/>
        <w:t>f 20824/16734/14564 20822/16732/14563 20825/16733/14564</w:t>
        <w:br/>
        <w:t>f 20825/16733/14564 20827/16735/14565 20826/16736/14565</w:t>
        <w:br/>
        <w:t>f 20824/16734/14564 20825/16733/14564 20826/16736/14565</w:t>
        <w:br/>
        <w:t>f 20828/16737/14566 20826/16736/14565 20827/16735/14565</w:t>
        <w:br/>
        <w:t>f 20829/16738/14566 20828/16737/14566 20827/16735/14565</w:t>
        <w:br/>
        <w:t>f 20829/16738/14566 20831/16739/14567 20830/16740/14567</w:t>
        <w:br/>
        <w:t>f 20828/16737/14566 20829/16738/14566 20830/16740/14567</w:t>
        <w:br/>
        <w:t>f 20833/16741/14568 20830/16740/14567 20831/16739/14567</w:t>
        <w:br/>
        <w:t>f 20832/16742/14568 20833/16741/14568 20831/16739/14567</w:t>
        <w:br/>
        <w:t>f 20836/16743/14569 20835/16744/14570 20834/16745/14571</w:t>
        <w:br/>
        <w:t>f 20837/16746/14569 20836/16743/14569 20834/16745/14571</w:t>
        <w:br/>
        <w:t>f 20839/16747/14572 20838/16748/14572 20834/16745/14571</w:t>
        <w:br/>
        <w:t>f 20835/16744/14570 20839/16747/14572 20834/16745/14571</w:t>
        <w:br/>
        <w:t>f 20841/16749/14573 20840/16750/14573 20838/16748/14572</w:t>
        <w:br/>
        <w:t>f 20839/16747/14572 20841/16749/14573 20838/16748/14572</w:t>
        <w:br/>
        <w:t>f 20843/16751/14574 20558/16470/14394 20559/16469/14394</w:t>
        <w:br/>
        <w:t>f 20842/16752/14574 20843/16751/14574 20559/16469/14394</w:t>
        <w:br/>
        <w:t>f 20842/16752/14574 20845/16753/14575 20844/16754/14576</w:t>
        <w:br/>
        <w:t>f 20843/16751/14574 20842/16752/14574 20844/16754/14576</w:t>
        <w:br/>
        <w:t>f 20556/16464/14390 20557/16463/14390 20550/16462/14389</w:t>
        <w:br/>
        <w:t>f 20551/16461/14389 20556/16464/14390 20550/16462/14389</w:t>
        <w:br/>
        <w:t>f 20849/16755/14577 20848/16756/14577 20847/16757/14578</w:t>
        <w:br/>
        <w:t>f 20846/16758/14579 20849/16755/14577 20847/16757/14578</w:t>
        <w:br/>
        <w:t>f 20853/16759/14580 20852/16760/14581 20851/16761/14581</w:t>
        <w:br/>
        <w:t>f 20850/16762/14580 20853/16759/14580 20851/16761/14581</w:t>
        <w:br/>
        <w:t>f 20856/16763/14582 20855/16764/14583 20854/16765/14584</w:t>
        <w:br/>
        <w:t>f 20857/16766/14584 20856/16763/14582 20854/16765/14584</w:t>
        <w:br/>
        <w:t>f 20861/16767/14585 20860/16768/14586 20859/16769/14587</w:t>
        <w:br/>
        <w:t>f 20858/16770/14585 20861/16767/14585 20859/16769/14587</w:t>
        <w:br/>
        <w:t>f 20865/16771/14588 20864/16772/14589 20863/16773/14590</w:t>
        <w:br/>
        <w:t>f 20862/16774/14591 20865/16771/14588 20863/16773/14590</w:t>
        <w:br/>
        <w:t>f 20867/16775/14592 20866/16776/14593 20862/16774/14591</w:t>
        <w:br/>
        <w:t>f 20863/16773/14590 20867/16775/14592 20862/16774/14591</w:t>
        <w:br/>
        <w:t>f 20869/16777/14594 20868/16778/14594 20866/16776/14593</w:t>
        <w:br/>
        <w:t>f 20867/16775/14592 20869/16777/14594 20866/16776/14593</w:t>
        <w:br/>
        <w:t>f 20870/16779/14595 20868/16778/14594 20869/16777/14594</w:t>
        <w:br/>
        <w:t>f 20871/16780/14595 20870/16779/14595 20869/16777/14594</w:t>
        <w:br/>
        <w:t>f 20870/16779/14595 20871/16780/14595 20872/16781/14596</w:t>
        <w:br/>
        <w:t>f 20873/16782/14596 20870/16779/14595 20872/16781/14596</w:t>
        <w:br/>
        <w:t>f 20876/16783/14597 20875/16784/14597 20874/16785/14598</w:t>
        <w:br/>
        <w:t>f 20877/16786/14598 20876/16783/14597 20874/16785/14598</w:t>
        <w:br/>
        <w:t>f 20880/16787/14599 20879/16788/14600 20878/16789/14601</w:t>
        <w:br/>
        <w:t>f 20881/16790/14602 20880/16787/14599 20878/16789/14601</w:t>
        <w:br/>
        <w:t>f 20879/16788/14600 20549/16455/14384 20546/16458/14387</w:t>
        <w:br/>
        <w:t>f 20878/16789/14601 20879/16788/14600 20546/16458/14387</w:t>
        <w:br/>
        <w:t>f 20884/16791/14603 20883/16792/14603 20882/16793/14604</w:t>
        <w:br/>
        <w:t>f 20885/16794/14604 20884/16791/14603 20882/16793/14604</w:t>
        <w:br/>
        <w:t>f 20887/16795/14605 20886/16796/14605 20885/16794/14604</w:t>
        <w:br/>
        <w:t>f 20882/16793/14604 20887/16795/14605 20885/16794/14604</w:t>
        <w:br/>
        <w:t>f 20888/16797/14606 20821/16727/14560 20818/16730/14560</w:t>
        <w:br/>
        <w:t>f 20889/16798/14606 20888/16797/14606 20818/16730/14560</w:t>
        <w:br/>
        <w:t>f 20758/16668/14527 20759/16667/14526 20760/16671/14529</w:t>
        <w:br/>
        <w:t>f 20761/16670/14529 20758/16668/14527 20760/16671/14529</w:t>
        <w:br/>
        <w:t>f 20765/16674/14530 20766/16673/14530 20890/16799/14607</w:t>
        <w:br/>
        <w:t>f 20891/16800/14607 20765/16674/14530 20890/16799/14607</w:t>
        <w:br/>
        <w:t>f 20893/16801/14608 20892/16802/14608 20891/16800/14607</w:t>
        <w:br/>
        <w:t>f 20890/16799/14607 20893/16801/14608 20891/16800/14607</w:t>
        <w:br/>
        <w:t>f 20896/16803/14609 20895/16804/14610 20894/16805/14611</w:t>
        <w:br/>
        <w:t>f 20897/16806/14612 20896/16803/14609 20894/16805/14611</w:t>
        <w:br/>
        <w:t>f 20900/16807/14613 20899/16808/14614 20898/16809/14614</w:t>
        <w:br/>
        <w:t>f 20901/16810/14613 20900/16807/14613 20898/16809/14614</w:t>
        <w:br/>
        <w:t>f 20789/16698/14543 20794/16701/14544 20795/16704/14546</w:t>
        <w:br/>
        <w:t>f 20788/16699/14543 20789/16698/14543 20795/16704/14546</w:t>
        <w:br/>
        <w:t>f 20852/16760/14581 20855/16764/14583 20856/16763/14582</w:t>
        <w:br/>
        <w:t>f 20851/16761/14581 20852/16760/14581 20856/16763/14582</w:t>
        <w:br/>
        <w:t>f 20903/16811/14615 20857/16766/14584 20854/16765/14584</w:t>
        <w:br/>
        <w:t>f 20902/16812/14615 20903/16811/14615 20854/16765/14584</w:t>
        <w:br/>
        <w:t>f 20865/16771/14588 20861/16767/14585 20858/16770/14585</w:t>
        <w:br/>
        <w:t>f 20864/16772/14589 20865/16771/14588 20858/16770/14585</w:t>
        <w:br/>
        <w:t>f 20599/16508/14417 20905/16813/14616 20904/16814/14617</w:t>
        <w:br/>
        <w:t>f 20598/16505/14417 20599/16508/14417 20904/16814/14617</w:t>
        <w:br/>
        <w:t>f 20907/16815/14618 20604/16515/14424 20605/16514/14423</w:t>
        <w:br/>
        <w:t>f 20906/16816/14618 20907/16815/14618 20605/16514/14423</w:t>
        <w:br/>
        <w:t>f 20609/16518/14426 20610/16517/14426 20606/16513/14422</w:t>
        <w:br/>
        <w:t>f 20607/16516/14425 20609/16518/14426 20606/16513/14422</w:t>
        <w:br/>
        <w:t>f 20611/16520/14428 20608/16519/14427 20615/16521/14429</w:t>
        <w:br/>
        <w:t>f 20612/16524/14431 20611/16520/14428 20615/16521/14429</w:t>
        <w:br/>
        <w:t>f 20614/16522/14430 20909/16817/14619 20908/16818/14620</w:t>
        <w:br/>
        <w:t>f 20613/16523/14430 20614/16522/14430 20908/16818/14620</w:t>
        <w:br/>
        <w:t>f 20913/16819/14621 20912/16820/14621 20911/16821/14622</w:t>
        <w:br/>
        <w:t>f 20910/16822/14623 20913/16819/14621 20911/16821/14622</w:t>
        <w:br/>
        <w:t>f 20916/16823/14624 20915/16824/14625 20914/16825/14625</w:t>
        <w:br/>
        <w:t>f 20917/16826/14626 20916/16823/14624 20914/16825/14625</w:t>
        <w:br/>
        <w:t>f 20919/16827/14627 20616/16527/14434 20617/16526/14433</w:t>
        <w:br/>
        <w:t>f 20918/16828/14628 20919/16827/14627 20617/16526/14433</w:t>
        <w:br/>
        <w:t>f 20921/16829/14629 20920/16830/14630 20662/16570/14460</w:t>
        <w:br/>
        <w:t>f 20663/16569/14460 20921/16829/14629 20662/16570/14460</w:t>
        <w:br/>
        <w:t>f 20923/16831/14631 20664/16575/14463 20665/16574/14463</w:t>
        <w:br/>
        <w:t>f 20922/16832/14631 20923/16831/14631 20665/16574/14463</w:t>
        <w:br/>
        <w:t>f 20924/16833/14632 20683/16593/14475 20684/16592/14475</w:t>
        <w:br/>
        <w:t>f 20925/16834/14633 20924/16833/14632 20684/16592/14475</w:t>
        <w:br/>
        <w:t>f 20928/16835/14634 20927/16836/14634 20926/16837/14635</w:t>
        <w:br/>
        <w:t>f 20929/16838/14635 20928/16835/14634 20926/16837/14635</w:t>
        <w:br/>
        <w:t>f 20933/16839/14636 20932/16840/14636 20931/16841/14637</w:t>
        <w:br/>
        <w:t>f 20930/16842/14638 20933/16839/14636 20931/16841/14637</w:t>
        <w:br/>
        <w:t>f 20738/16650/14515 20739/16649/14514 20934/16843/14639</w:t>
        <w:br/>
        <w:t>f 20935/16844/14640 20738/16650/14515 20934/16843/14639</w:t>
        <w:br/>
        <w:t>f 20937/16845/14641 20936/16846/14641 20697/16606/14486</w:t>
        <w:br/>
        <w:t>f 20698/16605/14485 20937/16845/14641 20697/16606/14486</w:t>
        <w:br/>
        <w:t>f 20669/16578/14465 20673/16582/14467 20674/16581/14467</w:t>
        <w:br/>
        <w:t>f 20668/16579/14466 20669/16578/14465 20674/16581/14467</w:t>
        <w:br/>
        <w:t>f 20939/16847/14642 20938/16848/14643 20631/16540/14441</w:t>
        <w:br/>
        <w:t>f 20632/16539/14441 20939/16847/14642 20631/16540/14441</w:t>
        <w:br/>
        <w:t>f 20622/16530/14436 20624/16536/14439 20625/16535/14438</w:t>
        <w:br/>
        <w:t>f 20621/16531/14436 20622/16530/14436 20625/16535/14438</w:t>
        <w:br/>
        <w:t>f 20667/16576/14462 20670/16577/14464 20671/16580/14464</w:t>
        <w:br/>
        <w:t>f 20666/16573/14462 20667/16576/14462 20671/16580/14464</w:t>
        <w:br/>
        <w:t>f 20941/16849/14644 20576/16487/14405 20577/16486/14404</w:t>
        <w:br/>
        <w:t>f 20940/16850/14644 20941/16849/14644 20577/16486/14404</w:t>
        <w:br/>
        <w:t>f 20942/16851/14645 20923/16831/14631 20922/16832/14631</w:t>
        <w:br/>
        <w:t>f 20943/16852/14645 20942/16851/14645 20922/16832/14631</w:t>
        <w:br/>
        <w:t>f 20728/16635/14505 20945/16853/14646 20944/16854/14646</w:t>
        <w:br/>
        <w:t>f 20727/16636/14506 20728/16635/14505 20944/16854/14646</w:t>
        <w:br/>
        <w:t>f 20949/16855/14647 20948/16856/14648 20947/16857/14649</w:t>
        <w:br/>
        <w:t>f 20946/16858/14649 20949/16855/14647 20947/16857/14649</w:t>
        <w:br/>
        <w:t>f 20952/16859/14650 20951/16860/14651 20950/16861/14652</w:t>
        <w:br/>
        <w:t>f 20953/16862/14652 20952/16859/14650 20950/16861/14652</w:t>
        <w:br/>
        <w:t>f 20719/16628/14498 20953/16862/14652 20950/16861/14652</w:t>
        <w:br/>
        <w:t>f 20718/16625/14498 20719/16628/14498 20950/16861/14652</w:t>
        <w:br/>
        <w:t>f 20712/16624/14497 20713/16623/14497 20951/16860/14651</w:t>
        <w:br/>
        <w:t>f 20952/16859/14650 20712/16624/14497 20951/16860/14651</w:t>
        <w:br/>
        <w:t>f 20955/16863/14653 20954/16864/14653 20705/16611/14489</w:t>
        <w:br/>
        <w:t>f 20702/16614/14491 20955/16863/14653 20705/16611/14489</w:t>
        <w:br/>
        <w:t>f 20957/16865/14654 20954/16864/14653 20955/16863/14653</w:t>
        <w:br/>
        <w:t>f 20956/16866/14654 20957/16865/14654 20955/16863/14653</w:t>
        <w:br/>
        <w:t>f 20961/16867/14655 20960/16868/14655 20959/16869/14656</w:t>
        <w:br/>
        <w:t>f 20958/16870/14656 20961/16867/14655 20959/16869/14656</w:t>
        <w:br/>
        <w:t>f 20960/16868/14655 20961/16867/14655 20593/16502/14414</w:t>
        <w:br/>
        <w:t>f 20594/16501/14414 20960/16868/14655 20593/16502/14414</w:t>
        <w:br/>
        <w:t>f 20700/16609/14488 20701/16610/14488 20595/16504/14416</w:t>
        <w:br/>
        <w:t>f 20592/16503/14415 20700/16609/14488 20595/16504/14416</w:t>
        <w:br/>
        <w:t>f 20937/16845/14641 20963/16871/14657 20962/16872/14658</w:t>
        <w:br/>
        <w:t>f 20936/16846/14641 20937/16845/14641 20962/16872/14658</w:t>
        <w:br/>
        <w:t>f 20965/16873/14659 20688/16599/14480 20689/16598/14479</w:t>
        <w:br/>
        <w:t>f 20964/16874/14660 20965/16873/14659 20689/16598/14479</w:t>
        <w:br/>
        <w:t>f 20574/16481/14400 20967/16875/14661 20966/16876/14662</w:t>
        <w:br/>
        <w:t>f 20573/16482/14401 20574/16481/14400 20966/16876/14662</w:t>
        <w:br/>
        <w:t>f 20967/16875/14661 20969/16877/14663 20968/16878/14663</w:t>
        <w:br/>
        <w:t>f 20966/16876/14662 20967/16875/14661 20968/16878/14663</w:t>
        <w:br/>
        <w:t>f 20971/16879/14664 20970/16880/14664 20685/16591/14474</w:t>
        <w:br/>
        <w:t>f 20682/16594/14476 20971/16879/14664 20685/16591/14474</w:t>
        <w:br/>
        <w:t>f 20706/16616/14492 20707/16615/14492 20709/16618/14494</w:t>
        <w:br/>
        <w:t>f 20710/16617/14493 20706/16616/14492 20709/16618/14494</w:t>
        <w:br/>
        <w:t>f 20973/16881/14665 20972/16882/14665 20734/16646/14512</w:t>
        <w:br/>
        <w:t>f 20735/16645/14512 20973/16881/14665 20734/16646/14512</w:t>
        <w:br/>
        <w:t>f 20732/16642/14510 20733/16641/14510 20972/16882/14665</w:t>
        <w:br/>
        <w:t>f 20973/16881/14665 20732/16642/14510 20972/16882/14665</w:t>
        <w:br/>
        <w:t>f 20975/16883/14666 20974/16884/14667 20736/16644/14511</w:t>
        <w:br/>
        <w:t>f 20737/16643/14511 20975/16883/14666 20736/16644/14511</w:t>
        <w:br/>
        <w:t>f 20762/16669/14528 20763/16672/14528 20767/16676/14531</w:t>
        <w:br/>
        <w:t>f 20764/16675/14531 20762/16669/14528 20767/16676/14531</w:t>
        <w:br/>
        <w:t>f 20977/16885/14668 20976/16886/14668 20892/16802/14608</w:t>
        <w:br/>
        <w:t>f 20893/16801/14608 20977/16885/14668 20892/16802/14608</w:t>
        <w:br/>
        <w:t>f 20976/16886/14668 20977/16885/14668 20588/16500/14413</w:t>
        <w:br/>
        <w:t>f 20589/16499/14413 20976/16886/14668 20588/16500/14413</w:t>
        <w:br/>
        <w:t>f 20769/16678/14533 20979/16887/14669 20978/16888/14669</w:t>
        <w:br/>
        <w:t>f 20768/16679/14533 20769/16678/14533 20978/16888/14669</w:t>
        <w:br/>
        <w:t>f 20980/16889/14670 20770/16677/14532 20771/16680/14532</w:t>
        <w:br/>
        <w:t>f 20981/16890/14671 20980/16889/14670 20771/16680/14532</w:t>
        <w:br/>
        <w:t>f 20580/16492/14406 20980/16889/14670 20981/16890/14671</w:t>
        <w:br/>
        <w:t>f 20583/16489/14406 20580/16492/14406 20981/16890/14671</w:t>
        <w:br/>
        <w:t>f 20581/16491/14408 20582/16490/14407 20585/16495/14410</w:t>
        <w:br/>
        <w:t>f 20586/16494/14410 20581/16491/14408 20585/16495/14410</w:t>
        <w:br/>
        <w:t>f 20587/16493/14409 20584/16496/14411 20895/16804/14610</w:t>
        <w:br/>
        <w:t>f 20896/16803/14609 20587/16493/14409 20895/16804/14610</w:t>
        <w:br/>
        <w:t>f 20566/16474/14396 20567/16473/14396 20897/16806/14612</w:t>
        <w:br/>
        <w:t>f 20894/16805/14611 20566/16474/14396 20897/16806/14612</w:t>
        <w:br/>
        <w:t>f 20984/16891/14672 20983/16892/14672 20982/16893/14673</w:t>
        <w:br/>
        <w:t>f 20985/16894/14673 20984/16891/14672 20982/16893/14673</w:t>
        <w:br/>
        <w:t>f 20900/16807/14613 20901/16810/14613 20987/16895/14674</w:t>
        <w:br/>
        <w:t>f 20986/16896/14675 20900/16807/14613 20987/16895/14674</w:t>
        <w:br/>
        <w:t>f 20986/16896/14675 20987/16895/14674 20989/16897/14676</w:t>
        <w:br/>
        <w:t>f 20988/16898/14677 20986/16896/14675 20989/16897/14676</w:t>
        <w:br/>
        <w:t>f 20991/16899/14678 20990/16900/14678 20988/16898/14677</w:t>
        <w:br/>
        <w:t>f 20989/16897/14676 20991/16899/14678 20988/16898/14677</w:t>
        <w:br/>
        <w:t>f 20994/16901/14679 20993/16902/14680 20992/16903/14681</w:t>
        <w:br/>
        <w:t>f 20995/16904/14682 20994/16901/14679 20992/16903/14681</w:t>
        <w:br/>
        <w:t>f 20997/16905/14683 20996/16906/14683 20995/16904/14682</w:t>
        <w:br/>
        <w:t>f 20992/16903/14681 20997/16905/14683 20995/16904/14682</w:t>
        <w:br/>
        <w:t>f 20978/16888/14669 20979/16887/14669 20590/16498/14412</w:t>
        <w:br/>
        <w:t>f 20591/16497/14412 20978/16888/14669 20590/16498/14412</w:t>
        <w:br/>
        <w:t>f 21000/16907/14684 20999/16908/14685 20998/16909/14685</w:t>
        <w:br/>
        <w:t>f 21001/16910/14684 21000/16907/14684 20998/16909/14685</w:t>
        <w:br/>
        <w:t>f 21003/16911/14686 20660/16572/14461 20661/16571/14461</w:t>
        <w:br/>
        <w:t>f 21002/16912/14686 21003/16911/14686 20661/16571/14461</w:t>
        <w:br/>
        <w:t>f 21004/16913/14687 20920/16830/14630 20921/16829/14629</w:t>
        <w:br/>
        <w:t>f 21005/16914/14687 21004/16913/14687 20921/16829/14629</w:t>
        <w:br/>
        <w:t>f 21006/16915/14688 20998/16909/14685 20999/16908/14685</w:t>
        <w:br/>
        <w:t>f 21007/16916/14689 21006/16915/14688 20999/16908/14685</w:t>
        <w:br/>
        <w:t>f 21009/16917/14690 21000/16907/14684 21001/16910/14684</w:t>
        <w:br/>
        <w:t>f 21008/16918/14691 21009/16917/14690 21001/16910/14684</w:t>
        <w:br/>
        <w:t>f 21007/16916/14689 21011/16919/14692 21010/16920/14692</w:t>
        <w:br/>
        <w:t>f 21006/16915/14688 21007/16916/14689 21010/16920/14692</w:t>
        <w:br/>
        <w:t>f 21013/16921/14693 20601/16509/14419 20600/16510/14420</w:t>
        <w:br/>
        <w:t>f 21012/16922/14694 21013/16921/14693 20600/16510/14420</w:t>
        <w:br/>
        <w:t>f 20602/16512/14421 21013/16921/14693 21012/16922/14694</w:t>
        <w:br/>
        <w:t>f 20603/16511/14421 20602/16512/14421 21012/16922/14694</w:t>
        <w:br/>
        <w:t>f 21016/16923/14695 21015/16924/14696 20905/16813/14697</w:t>
        <w:br/>
        <w:t>f 21014/16925/14698 21016/16923/14695 20905/16813/14697</w:t>
        <w:br/>
        <w:t>f 21016/16923/14695 21014/16925/14698 20886/16796/14605</w:t>
        <w:br/>
        <w:t>f 20887/16795/14605 21016/16923/14695 20886/16796/14605</w:t>
        <w:br/>
        <w:t>f 21018/16926/14699 21017/16927/14700 20883/16792/14603</w:t>
        <w:br/>
        <w:t>f 20884/16791/14603 21018/16926/14699 20883/16792/14603</w:t>
        <w:br/>
        <w:t>f 20543/16452/14382 20907/16815/14618 20906/16816/14618</w:t>
        <w:br/>
        <w:t>f 20542/16453/14382 20543/16452/14382 20906/16816/14618</w:t>
        <w:br/>
        <w:t>f 20908/16818/14620 20909/16817/14619 20912/16820/14621</w:t>
        <w:br/>
        <w:t>f 20913/16819/14621 20908/16818/14620 20912/16820/14621</w:t>
        <w:br/>
        <w:t>f 20943/16852/14645 21020/16928/14701 21019/16929/14702</w:t>
        <w:br/>
        <w:t>f 20942/16851/14645 20943/16852/14645 21019/16929/14702</w:t>
        <w:br/>
        <w:t>f 21024/16930/14703 21023/16931/14704 21022/16932/14704</w:t>
        <w:br/>
        <w:t>f 21021/16933/14705 21024/16930/14703 21022/16932/14704</w:t>
        <w:br/>
        <w:t>f 21023/16931/14704 21019/16929/14702 21020/16928/14701</w:t>
        <w:br/>
        <w:t>f 21022/16932/14704 21023/16931/14704 21020/16928/14701</w:t>
        <w:br/>
        <w:t>f 21026/16934/14706 21024/16930/14703 21021/16933/14705</w:t>
        <w:br/>
        <w:t>f 21025/16935/14706 21026/16934/14706 21021/16933/14705</w:t>
        <w:br/>
        <w:t>f 21030/16936/14707 21029/16937/14707 21028/16938/14708</w:t>
        <w:br/>
        <w:t>f 21027/16939/14708 21030/16936/14707 21028/16938/14708</w:t>
        <w:br/>
        <w:t>f 21027/16939/14708 21028/16938/14708 21031/16940/14709</w:t>
        <w:br/>
        <w:t>f 21032/16941/14710 21027/16939/14708 21031/16940/14709</w:t>
        <w:br/>
        <w:t>f 20681/16589/14472 21034/16942/14711 21033/16943/14711</w:t>
        <w:br/>
        <w:t>f 20680/16590/14473 20681/16589/14472 21033/16943/14711</w:t>
        <w:br/>
        <w:t>f 20996/16906/14683 20997/16905/14683 20898/16809/14614</w:t>
        <w:br/>
        <w:t>f 20899/16808/14614 20996/16906/14683 20898/16809/14614</w:t>
        <w:br/>
        <w:t>f 21037/16944/14712 21036/16945/14712 21035/16946/14713</w:t>
        <w:br/>
        <w:t>f 21038/16947/14713 21037/16944/14712 21035/16946/14713</w:t>
        <w:br/>
        <w:t>f 21040/16948/14714 21039/16949/14714 20785/16694/14540</w:t>
        <w:br/>
        <w:t>f 20782/16693/14540 21040/16948/14714 20785/16694/14540</w:t>
        <w:br/>
        <w:t>f 21042/16950/14214 21041/16951/14715 21036/16945/14712</w:t>
        <w:br/>
        <w:t>f 21037/16944/14712 21042/16950/14214 21036/16945/14712</w:t>
        <w:br/>
        <w:t>f 21035/16946/14713 20993/16902/14716 21043/16952/13913</w:t>
        <w:br/>
        <w:t>f 21038/16947/14713 21035/16946/14713 21043/16952/13913</w:t>
        <w:br/>
        <w:t>f 21045/16953/14717 21044/16954/14717 21041/16951/14715</w:t>
        <w:br/>
        <w:t>f 21042/16950/14214 21045/16953/14717 21041/16951/14715</w:t>
        <w:br/>
        <w:t>f 21044/16954/14717 21045/16953/14717 20772/16683/14535</w:t>
        <w:br/>
        <w:t>f 20773/16682/14535 21044/16954/14717 20772/16683/14535</w:t>
        <w:br/>
        <w:t>f 20792/16703/14545 20793/16702/14545 20797/16707/14548</w:t>
        <w:br/>
        <w:t>f 20798/16706/14548 20792/16703/14545 20797/16707/14548</w:t>
        <w:br/>
        <w:t>f 20786/16696/14541 20787/16695/14541 20790/16697/14542</w:t>
        <w:br/>
        <w:t>f 20791/16700/14542 20786/16696/14541 20790/16697/14542</w:t>
        <w:br/>
        <w:t>f 20552/16460/14388 20553/16459/14388 20846/16758/14579</w:t>
        <w:br/>
        <w:t>f 20847/16757/14578 20552/16460/14388 20846/16758/14579</w:t>
        <w:br/>
        <w:t>f 21047/16955/14718 20985/16894/14673 20982/16893/14673</w:t>
        <w:br/>
        <w:t>f 21046/16956/14718 21047/16955/14718 20982/16893/14673</w:t>
        <w:br/>
        <w:t>f 20990/16900/14678 20991/16899/14678 21047/16955/14718</w:t>
        <w:br/>
        <w:t>f 21046/16956/14718 20990/16900/14678 21047/16955/14718</w:t>
        <w:br/>
        <w:t>f 20872/16781/14596 21049/16957/14719 21048/16958/14719</w:t>
        <w:br/>
        <w:t>f 20873/16782/14596 20872/16781/14596 21048/16958/14719</w:t>
        <w:br/>
        <w:t>f 21051/16959/14720 20880/16787/14599 20881/16790/14602</w:t>
        <w:br/>
        <w:t>f 21050/16960/14720 21051/16959/14720 20881/16790/14602</w:t>
        <w:br/>
        <w:t>f 21055/16961/14721 21054/16962/14722 21053/16963/14722</w:t>
        <w:br/>
        <w:t>f 21052/16964/14721 21055/16961/14721 21053/16963/14722</w:t>
        <w:br/>
        <w:t>f 20845/16753/14575 21055/16961/14721 21052/16964/14721</w:t>
        <w:br/>
        <w:t>f 20844/16754/14576 20845/16753/14575 21052/16964/14721</w:t>
        <w:br/>
        <w:t>f 20840/16750/14573 20841/16749/14573 21056/16965/14723</w:t>
        <w:br/>
        <w:t>f 21057/16966/14723 20840/16750/14573 21056/16965/14723</w:t>
        <w:br/>
        <w:t>f 20619/16528/14432 20623/16529/14435 20620/16532/14435</w:t>
        <w:br/>
        <w:t>f 20618/16525/14432 20619/16528/14432 20620/16532/14435</w:t>
        <w:br/>
        <w:t>f 20914/16825/14625 20915/16824/14625 20919/16827/14627</w:t>
        <w:br/>
        <w:t>f 20918/16828/14628 20914/16825/14625 20919/16827/14627</w:t>
        <w:br/>
        <w:t>f 20810/16722/14557 20811/16721/14557 21059/16967/14724</w:t>
        <w:br/>
        <w:t>f 21058/16968/14724 20810/16722/14557 21059/16967/14724</w:t>
        <w:br/>
        <w:t>f 20809/16717/14555 21058/16968/14724 21059/16967/14724</w:t>
        <w:br/>
        <w:t>f 20808/16718/14555 20809/16717/14555 21059/16967/14724</w:t>
        <w:br/>
        <w:t>f 21061/16969/14725 20948/16856/14648 20949/16855/14647</w:t>
        <w:br/>
        <w:t>f 21060/16970/14726 21061/16969/14725 20949/16855/14647</w:t>
        <w:br/>
        <w:t>f 20722/16634/14504 20723/16633/14504 21061/16969/14725</w:t>
        <w:br/>
        <w:t>f 21060/16970/14726 20722/16634/14504 21061/16969/14725</w:t>
        <w:br/>
        <w:t>f 20940/16850/14644 21063/16971/14727 21062/16972/14727</w:t>
        <w:br/>
        <w:t>f 20941/16849/14644 20940/16850/14644 21062/16972/14727</w:t>
        <w:br/>
        <w:t>f 21065/16973/14728 20298/16206/14143 20925/16834/14633</w:t>
        <w:br/>
        <w:t>f 21064/16974/14729 21065/16973/14728 20925/16834/14633</w:t>
        <w:br/>
        <w:t>f 20569/16478/14399 21067/16975/14730 21066/16976/14730</w:t>
        <w:br/>
        <w:t>f 20568/16479/14399 20569/16478/14399 21066/16976/14730</w:t>
        <w:br/>
        <w:t>f 21034/16942/14711 21066/16976/14730 21067/16975/14730</w:t>
        <w:br/>
        <w:t>f 21033/16943/14711 21034/16942/14711 21067/16975/14730</w:t>
        <w:br/>
        <w:t>f 21063/16971/14727 21032/16941/14710 21031/16940/14709</w:t>
        <w:br/>
        <w:t>f 21062/16972/14727 21063/16971/14727 21031/16940/14709</w:t>
        <w:br/>
        <w:t>f 21051/16959/14720 21050/16960/14720 20540/16448/14378</w:t>
        <w:br/>
        <w:t>f 20541/16447/14377 21051/16959/14720 20540/16448/14378</w:t>
        <w:br/>
        <w:t>f 20958/16870/14656 20959/16869/14656 20927/16836/14634</w:t>
        <w:br/>
        <w:t>f 20928/16835/14634 20958/16870/14656 20927/16836/14634</w:t>
        <w:br/>
        <w:t>f 20926/16837/14635 20930/16842/14638 20931/16841/14637</w:t>
        <w:br/>
        <w:t>f 20929/16838/14635 20926/16837/14635 20931/16841/14637</w:t>
        <w:br/>
        <w:t>f 20650/16557/14451 20647/16556/14450 20646/16555/14450</w:t>
        <w:br/>
        <w:t>f 20649/16558/14452 20650/16557/14451 20646/16555/14450</w:t>
        <w:br/>
        <w:t>f 20644/16552/14448 20645/16551/14448 20638/16549/14446</w:t>
        <w:br/>
        <w:t>f 20639/16548/14446 20644/16552/14448 20638/16549/14446</w:t>
        <w:br/>
        <w:t>f 21069/16977/14731 20554/16466/14391 20555/16465/14391</w:t>
        <w:br/>
        <w:t>f 21068/16978/14732 21069/16977/14731 20555/16465/14391</w:t>
        <w:br/>
        <w:t>f 21068/16978/14732 20560/16468/14393 20561/16467/14392</w:t>
        <w:br/>
        <w:t>f 21069/16977/14731 21068/16978/14732 20561/16467/14392</w:t>
        <w:br/>
        <w:t>f 20538/16450/14380 20539/16449/14379 21070/16979/14733</w:t>
        <w:br/>
        <w:t>f 21071/16980/14733 20538/16450/14380 21070/16979/14733</w:t>
        <w:br/>
        <w:t>f 20877/16786/14598 20874/16785/14598 21071/16980/14733</w:t>
        <w:br/>
        <w:t>f 21070/16979/14733 20877/16786/14598 21071/16980/14733</w:t>
        <w:br/>
        <w:t>f 21074/16981/14734 21073/16982/14735 21072/16983/14735</w:t>
        <w:br/>
        <w:t>f 21075/16984/14734 21074/16981/14734 21072/16983/14735</w:t>
        <w:br/>
        <w:t>f 21072/16983/14735 21073/16982/14735 21048/16958/14719</w:t>
        <w:br/>
        <w:t>f 21049/16957/14719 21072/16983/14735 21048/16958/14719</w:t>
        <w:br/>
        <w:t>f 21074/16981/14734 21075/16984/14734 21076/16985/14736</w:t>
        <w:br/>
        <w:t>f 21077/16986/14737 21074/16981/14734 21076/16985/14736</w:t>
        <w:br/>
        <w:t>f 20875/16784/14597 20876/16783/14597 21077/16986/14737</w:t>
        <w:br/>
        <w:t>f 21076/16985/14736 20875/16784/14597 21077/16986/14737</w:t>
        <w:br/>
        <w:t>f 20801/16709/14549 21079/16987/14738 21078/16988/14738</w:t>
        <w:br/>
        <w:t>f 20800/16710/14549 20801/16709/14549 21078/16988/14738</w:t>
        <w:br/>
        <w:t>f 20817/16725/14559 20888/16797/14606 20889/16798/14606</w:t>
        <w:br/>
        <w:t>f 20816/16726/14559 20817/16725/14559 20889/16798/14606</w:t>
        <w:br/>
        <w:t>f 19803/15711/13653 21081/16989/13160 21080/16990/13158</w:t>
        <w:br/>
        <w:t>f 20444/16353/14289 19803/15711/13653 21080/16990/13158</w:t>
        <w:br/>
        <w:t>f 21081/16989/13160 19803/15711/13653 19804/15710/13652</w:t>
        <w:br/>
        <w:t>f 21082/16991/13162 21081/16989/13160 19804/15710/13652</w:t>
        <w:br/>
        <w:t>f 21083/16992/13164 21082/16991/13162 19804/15710/13652</w:t>
        <w:br/>
        <w:t>f 20379/16287/14223 21083/16992/13164 19804/15710/13652</w:t>
        <w:br/>
        <w:t>f 20379/16287/14223 19814/15721/13661 21084/16993/13152</w:t>
        <w:br/>
        <w:t>f 21083/16992/13164 20379/16287/14223 21084/16993/13152</w:t>
        <w:br/>
        <w:t>f 21084/16993/13152 19814/15721/13661 19815/15720/13153</w:t>
        <w:br/>
        <w:t>f 21086/16994/13154 19815/15720/13153 19813/15722/13662</w:t>
        <w:br/>
        <w:t>f 21085/16995/14739 21086/16994/13154 19813/15722/13662</w:t>
        <w:br/>
        <w:t>f 19364/15267/13215 20446/16356/14291 21087/16996/13155</w:t>
        <w:br/>
        <w:t>f 21086/16994/13154 19364/15267/13215 21087/16996/13155</w:t>
        <w:br/>
        <w:t>f 21087/16996/13155 20446/16356/14291 20447/16355/13177</w:t>
        <w:br/>
        <w:t>f 21090/16997/14740 21089/16998/14741 21088/16999/13159</w:t>
        <w:br/>
        <w:t>f 21090/16997/14740 21091/17000/14742 21089/16998/14741</w:t>
        <w:br/>
        <w:t>f 19808/15713/13655 19809/15716/13658 20091/15998/13936</w:t>
        <w:br/>
        <w:t>f 21092/17001/14743 20328/16236/14173 19891/15798/13738</w:t>
        <w:br/>
        <w:t>f 20413/16323/14259 21092/17001/14743 19891/15798/13738</w:t>
        <w:br/>
        <w:t>f 21094/17002/13358 21093/17003/14744 20328/16236/14173</w:t>
        <w:br/>
        <w:t>f 21092/17001/14743 21094/17002/13358 20328/16236/14173</w:t>
        <w:br/>
        <w:t>f 21093/17003/14744 21094/17002/13358 21095/17004/13363</w:t>
        <w:br/>
        <w:t>f 21095/17004/13363 19500/15409/13354 19501/15408/13353</w:t>
        <w:br/>
        <w:t>f 21093/17003/14744 21095/17004/13363 19501/15408/13353</w:t>
        <w:br/>
        <w:t>f 21093/17003/14744 19501/15408/13353 20329/16237/14174</w:t>
        <w:br/>
        <w:t>f 20328/16236/14173 21093/17003/14744 20329/16237/14174</w:t>
        <w:br/>
        <w:t>f 19518/15427/13372 19519/15426/13371 19890/15799/13739</w:t>
        <w:br/>
        <w:t>f 20329/16237/14174 19518/15427/13372 19890/15799/13739</w:t>
        <w:br/>
        <w:t>f 19890/15799/13739 19519/15426/13371 19892/15797/13737</w:t>
        <w:br/>
        <w:t>f 19500/15409/13354 21095/17004/13363 19525/15431/13376</w:t>
        <w:br/>
        <w:t>f 19720/15627/13569 20001/15910/13848 20008/15915/13853</w:t>
        <w:br/>
        <w:t>f 20018/15923/13861 21096/17005/14745 20017/15924/13862</w:t>
        <w:br/>
        <w:t>f 21098/17006/14746 21097/17007/14747 20021/15931/13869</w:t>
        <w:br/>
        <w:t>f 20022/15930/13868 21098/17006/14746 20021/15931/13869</w:t>
        <w:br/>
        <w:t>f 21100/17008/14748 21099/17009/14748 20935/16844/14640</w:t>
        <w:br/>
        <w:t>f 20934/16843/14639 21100/17008/14748 20935/16844/14640</w:t>
        <w:br/>
        <w:t>f 20018/15923/13861 21101/17010/14749 21096/17005/14745</w:t>
        <w:br/>
        <w:t>f 20019/15928/13866 21103/17011/14750 21102/17012/14751</w:t>
        <w:br/>
        <w:t>f 20019/15928/13866 21104/17013/14752 21103/17011/14750</w:t>
        <w:br/>
        <w:t>f 20975/16883/14666 21106/17014/14753 21105/17015/14753</w:t>
        <w:br/>
        <w:t>f 20974/16884/14667 20975/16883/14666 21105/17015/14753</w:t>
        <w:br/>
        <w:t>f 20018/15923/13861 20019/15928/13866 21102/17012/14751</w:t>
        <w:br/>
        <w:t>f 21101/17010/14749 20018/15923/13861 21102/17012/14751</w:t>
        <w:br/>
        <w:t>f 20022/15930/13868 21108/17016/14754 21107/17017/14755</w:t>
        <w:br/>
        <w:t>f 21110/17018/14756 20009/15917/13855 21109/17019/14757</w:t>
        <w:br/>
        <w:t>f 20009/15917/13855 20007/15916/13854 21111/17020/14758</w:t>
        <w:br/>
        <w:t>f 21109/17019/14757 20009/15917/13855 21111/17020/14758</w:t>
        <w:br/>
        <w:t>f 21111/17020/14758 20007/15916/13854 21112/17021/14759</w:t>
        <w:br/>
        <w:t>f 21113/17022/14760 21112/17021/14759 20007/15916/13854</w:t>
        <w:br/>
        <w:t>f 20008/15915/13853 21113/17022/14760 20007/15916/13854</w:t>
        <w:br/>
        <w:t>f 21113/17022/14760 20008/15915/13853 21114/17023/14761</w:t>
        <w:br/>
        <w:t>f 19451/15355/13300 19445/15349/13294 19447/15354/13299</w:t>
        <w:br/>
        <w:t>f 21108/17016/14754 20022/15930/13868 20194/16103/14040</w:t>
        <w:br/>
        <w:t>f 20092/16000/13937 21115/17024/14762 20243/16151/14088</w:t>
        <w:br/>
        <w:t>f 20248/16156/14093 20249/16158/14095 20247/16155/14092</w:t>
        <w:br/>
        <w:t>f 19954/15863/13801 19781/15685/13627 19784/15692/13634</w:t>
        <w:br/>
        <w:t>f 20466/16375/14309 19351/15258/13209 19379/15284/13229</w:t>
        <w:br/>
        <w:t>f 19337/15240/13191 19338/15243/13194 19351/15258/13209</w:t>
        <w:br/>
        <w:t>f 19845/15752/13692 19843/15748/13688 19857/15764/13704</w:t>
        <w:br/>
        <w:t>f 19843/15748/13688 19844/15751/13691 19987/15897/13835</w:t>
        <w:br/>
        <w:t>f 19844/15751/13691 19972/15879/13817 19990/15898/13836</w:t>
        <w:br/>
        <w:t>f 21116/17025/14763 20216/16125/14062 20370/16276/14212</w:t>
        <w:br/>
        <w:t>f 20022/15930/13868 21107/17017/14755 21098/17006/14746</w:t>
        <w:br/>
        <w:t>f 19413/15319/13264 19497/15404/13349 19422/15328/13273</w:t>
        <w:br/>
        <w:t>f 19412/15316/13261 19413/15319/13264 19422/15328/13273</w:t>
        <w:br/>
        <w:t>f 19835/15742/13682 19413/15319/13264 19410/15318/13263</w:t>
        <w:br/>
        <w:t>f 19423/15329/13274 19835/15742/13682 19410/15318/13263</w:t>
        <w:br/>
        <w:t>f 19413/15319/13264 19835/15742/13682 19499/15405/13350</w:t>
        <w:br/>
        <w:t>f 19497/15404/13349 19413/15319/13264 19499/15405/13350</w:t>
        <w:br/>
        <w:t>f 19498/15403/13348 19497/15404/13349 19499/15405/13350</w:t>
        <w:br/>
        <w:t>f 21120/17026/14764 21119/17027/14765 21118/17028/14766</w:t>
        <w:br/>
        <w:t>f 21117/17029/14767 21120/17026/14764 21118/17028/14766</w:t>
        <w:br/>
        <w:t>f 21124/17030/14768 21123/17031/14769 21122/17032/14770</w:t>
        <w:br/>
        <w:t>f 21121/17033/14771 21124/17030/14768 21122/17032/14770</w:t>
        <w:br/>
        <w:t>f 21127/17034/14772 21126/17035/14773 21125/17036/14774</w:t>
        <w:br/>
        <w:t>f 21128/17037/14775 21127/17034/14772 21125/17036/14774</w:t>
        <w:br/>
        <w:t>f 21131/17038/14776 21130/17039/14777 21129/17040/14778</w:t>
        <w:br/>
        <w:t>f 21134/17041/14779 21117/17029/14767 21133/17042/14780</w:t>
        <w:br/>
        <w:t>f 21132/17043/14781 21134/17041/14779 21133/17042/14780</w:t>
        <w:br/>
        <w:t>f 21130/17039/14777 21136/17044/14776 21135/17045/14782</w:t>
        <w:br/>
        <w:t>f 21140/17046/14783 21139/17047/14784 21138/17048/14785</w:t>
        <w:br/>
        <w:t>f 21137/17049/14786 21140/17046/14783 21138/17048/14785</w:t>
        <w:br/>
        <w:t>f 21144/17050/14787 21143/17051/14788 21142/17052/14789</w:t>
        <w:br/>
        <w:t>f 21141/17053/14790 21144/17050/14787 21142/17052/14789</w:t>
        <w:br/>
        <w:t>f 21141/17053/14790 21146/17054/14791 21145/17055/14792</w:t>
        <w:br/>
        <w:t>f 21144/17050/14787 21141/17053/14790 21145/17055/14792</w:t>
        <w:br/>
        <w:t>f 21149/17056/14793 21148/17057/14794 21147/17058/14795</w:t>
        <w:br/>
        <w:t>f 21152/17059/14796 21151/17060/14797 21150/17061/14798</w:t>
        <w:br/>
        <w:t>f 21153/17062/14799 21152/17059/14796 21150/17061/14798</w:t>
        <w:br/>
        <w:t>f 21156/17063/14800 21155/17064/14801 21154/17065/14802</w:t>
        <w:br/>
        <w:t>f 21157/17066/14803 21156/17063/14800 21154/17065/14802</w:t>
        <w:br/>
        <w:t>f 21160/17067/14804 21159/17068/14805 21158/17069/14806</w:t>
        <w:br/>
        <w:t>f 21161/17070/14807 21160/17067/14804 21158/17069/14806</w:t>
        <w:br/>
        <w:t>f 21163/17071/14808 21162/17072/14809 21159/17068/14805</w:t>
        <w:br/>
        <w:t>f 21160/17067/14804 21163/17071/14808 21159/17068/14805</w:t>
        <w:br/>
        <w:t>f 21157/17066/14803 21161/17070/14807 21164/17073/14810</w:t>
        <w:br/>
        <w:t>f 21168/17074/14811 21167/17075/14812 21166/17076/14813</w:t>
        <w:br/>
        <w:t>f 21165/17077/14814 21168/17074/14811 21166/17076/14813</w:t>
        <w:br/>
        <w:t>f 21170/17078/14815 21169/17079/14816 21167/17075/14812</w:t>
        <w:br/>
        <w:t>f 21168/17074/14811 21170/17078/14815 21167/17075/14812</w:t>
        <w:br/>
        <w:t>f 21172/17080/14817 21167/17075/14812 21169/17079/14816</w:t>
        <w:br/>
        <w:t>f 21171/17081/14818 21172/17080/14817 21169/17079/14816</w:t>
        <w:br/>
        <w:t>f 21131/17038/14776 21174/17082/14819 21173/17083/14820</w:t>
        <w:br/>
        <w:t>f 21177/17084/14821 21176/17085/14822 21175/17086/14823</w:t>
        <w:br/>
        <w:t>f 21180/17087/14824 21179/17088/14825 21178/17089/14826</w:t>
        <w:br/>
        <w:t>f 21171/17081/14818 21180/17087/14824 21178/17089/14826</w:t>
        <w:br/>
        <w:t>f 21131/17038/14776 21182/17090/14827 21181/17091/14828</w:t>
        <w:br/>
        <w:t>f 21178/17089/14826 21179/17088/14825 21183/17092/14829</w:t>
        <w:br/>
        <w:t>f 21184/17093/14830 21178/17089/14826 21183/17092/14829</w:t>
        <w:br/>
        <w:t>f 21182/17090/14827 21131/17038/14776 21185/17094/14831</w:t>
        <w:br/>
        <w:t>f 21188/17095/14832 21187/17096/14833 21186/17097/14834</w:t>
        <w:br/>
        <w:t>f 21189/17098/14835 21188/17095/14832 21186/17097/14834</w:t>
        <w:br/>
        <w:t>f 21191/17099/14836 21188/17095/14832 21189/17098/14835</w:t>
        <w:br/>
        <w:t>f 21190/17100/14837 21191/17099/14836 21189/17098/14835</w:t>
        <w:br/>
        <w:t>f 21194/17101/14838 21193/17102/14839 21192/17103/14840</w:t>
        <w:br/>
        <w:t>f 21195/17104/14841 21194/17101/14838 21192/17103/14840</w:t>
        <w:br/>
        <w:t>f 21171/17081/14818 21197/17105/14842 21196/17106/14843</w:t>
        <w:br/>
        <w:t>f 21200/17107/14844 21199/17108/14845 21198/17109/14846</w:t>
        <w:br/>
        <w:t>f 21198/17109/14846 21202/17110/14847 21201/17111/14848</w:t>
        <w:br/>
        <w:t>f 21200/17107/14844 21198/17109/14846 21201/17111/14848</w:t>
        <w:br/>
        <w:t>f 21201/17111/14848 21202/17110/14847 21203/17112/14849</w:t>
        <w:br/>
        <w:t>f 21204/17113/14850 21201/17111/14848 21203/17112/14849</w:t>
        <w:br/>
        <w:t>f 21206/17114/14851 21204/17113/14850 21205/17115/14852</w:t>
        <w:br/>
        <w:t>f 21209/17116/14853 21208/17117/14854 21207/17118/14855</w:t>
        <w:br/>
        <w:t>f 21210/17119/14856 21209/17116/14853 21207/17118/14855</w:t>
        <w:br/>
        <w:t>f 21209/17116/14853 21210/17119/14856 21212/17120/14857</w:t>
        <w:br/>
        <w:t>f 21211/17121/14858 21209/17116/14853 21212/17120/14857</w:t>
        <w:br/>
        <w:t>f 21205/17115/14852 21204/17113/14850 21203/17112/14849</w:t>
        <w:br/>
        <w:t>f 21208/17117/14854 21205/17115/14852 21203/17112/14849</w:t>
        <w:br/>
        <w:t>f 21206/17114/14851 21201/17111/14848 21204/17113/14850</w:t>
        <w:br/>
        <w:t>f 21203/17112/14849 21202/17110/14847 21214/17122/14859</w:t>
        <w:br/>
        <w:t>f 21213/17123/14860 21203/17112/14849 21214/17122/14859</w:t>
        <w:br/>
        <w:t>f 21202/17110/14847 21198/17109/14846 21215/17124/14861</w:t>
        <w:br/>
        <w:t>f 21214/17122/14859 21202/17110/14847 21215/17124/14861</w:t>
        <w:br/>
        <w:t>f 21206/17114/14851 21200/17107/14844 21201/17111/14848</w:t>
        <w:br/>
        <w:t>f 21211/17121/14858 21216/17125/14862 21200/17107/14844</w:t>
        <w:br/>
        <w:t>f 21211/17121/14858 21217/17126/14863 21216/17125/14862</w:t>
        <w:br/>
        <w:t>f 21220/17127/14864 21219/17128/14865 21218/17129/14866</w:t>
        <w:br/>
        <w:t>f 21199/17108/14845 21220/17127/14864 21218/17129/14866</w:t>
        <w:br/>
        <w:t>f 21223/17130/14867 21222/17131/14868 21221/17132/14869</w:t>
        <w:br/>
        <w:t>f 21224/17133/14870 21220/17127/14864 21216/17125/14862</w:t>
        <w:br/>
        <w:t>f 21217/17126/14863 21224/17133/14870 21216/17125/14862</w:t>
        <w:br/>
        <w:t>f 21227/17134/14871 21226/17135/14872 21225/17136/14873</w:t>
        <w:br/>
        <w:t>f 21228/17137/14874 21227/17134/14871 21225/17136/14873</w:t>
        <w:br/>
        <w:t>f 21227/17134/14871 21229/17138/14875 21226/17135/14872</w:t>
        <w:br/>
        <w:t>f 21232/17139/14876 21231/17140/14877 21230/17141/14878</w:t>
        <w:br/>
        <w:t>f 21233/17142/14879 21232/17139/14876 21230/17141/14878</w:t>
        <w:br/>
        <w:t>f 21234/17143/14880 21233/17142/14879 21230/17141/14878</w:t>
        <w:br/>
        <w:t>f 21237/17144/14328 21236/17145/14327 21235/17146/14881</w:t>
        <w:br/>
        <w:t>f 21238/17147/14882 21237/17144/14328 21235/17146/14881</w:t>
        <w:br/>
        <w:t>f 21241/17148/14883 21240/17149/14884 21239/17150/14885</w:t>
        <w:br/>
        <w:t>f 21245/17151/14886 21244/17152/14887 21243/17153/14888</w:t>
        <w:br/>
        <w:t>f 21242/17154/14889 21245/17151/14886 21243/17153/14888</w:t>
        <w:br/>
        <w:t>f 21249/17155/14890 21248/17156/14891 21247/17157/14892</w:t>
        <w:br/>
        <w:t>f 21246/17158/14893 21249/17155/14890 21247/17157/14892</w:t>
        <w:br/>
        <w:t>f 21252/17159/14894 21251/17160/14895 21250/17161/14896</w:t>
        <w:br/>
        <w:t>f 21246/17158/14893 21247/17157/14892 21254/17162/14897</w:t>
        <w:br/>
        <w:t>f 21253/17163/14898 21246/17158/14893 21254/17162/14897</w:t>
        <w:br/>
        <w:t>f 21257/17164/14899 21256/17165/14900 21255/17166/14901</w:t>
        <w:br/>
        <w:t>f 21252/17159/14894 21257/17164/14899 21255/17166/14901</w:t>
        <w:br/>
        <w:t>f 21257/17164/14899 21252/17159/14894 21250/17161/14896</w:t>
        <w:br/>
        <w:t>f 21258/17167/14902 21257/17164/14899 21250/17161/14896</w:t>
        <w:br/>
        <w:t>f 21256/17165/14900 21260/17168/14903 21259/17169/14904</w:t>
        <w:br/>
        <w:t>f 21255/17166/14901 21256/17165/14900 21259/17169/14904</w:t>
        <w:br/>
        <w:t>f 21263/17170/14905 21262/17171/14906 21261/17172/14907</w:t>
        <w:br/>
        <w:t>f 21266/17173/14908 21265/17174/14909 21264/17175/14910</w:t>
        <w:br/>
        <w:t>f 21269/17176/14911 21268/17177/14912 21267/17178/14913</w:t>
        <w:br/>
        <w:t>f 21272/17179/14914 21271/17180/14915 21270/17181/14916</w:t>
        <w:br/>
        <w:t>f 21270/17181/14916 21274/17182/14917 21273/17183/14918</w:t>
        <w:br/>
        <w:t>f 21272/17179/14914 21270/17181/14916 21273/17183/14918</w:t>
        <w:br/>
        <w:t>f 21272/17179/14914 21273/17183/14918 21275/17184/14919</w:t>
        <w:br/>
        <w:t>f 21277/17185/14920 21276/17186/14921 21273/17183/14918</w:t>
        <w:br/>
        <w:t>f 21278/17187/14922 21277/17185/14920 21273/17183/14918</w:t>
        <w:br/>
        <w:t>f 21280/17188/14923 21279/17189/14924 21275/17184/14919</w:t>
        <w:br/>
        <w:t>f 21283/17190/14925 21282/17191/14926 21281/17192/14927</w:t>
        <w:br/>
        <w:t>f 21284/17193/14928 21283/17190/14925 21281/17192/14927</w:t>
        <w:br/>
        <w:t>f 21284/17193/14928 21286/17194/14929 21285/17195/14930</w:t>
        <w:br/>
        <w:t>f 21283/17190/14925 21284/17193/14928 21285/17195/14930</w:t>
        <w:br/>
        <w:t>f 21288/17196/14931 21131/17038/14776 21287/17197/14932</w:t>
        <w:br/>
        <w:t>f 21288/17196/14931 21289/17198/14933 21131/17038/14776</w:t>
        <w:br/>
        <w:t>f 21293/17199/14934 21292/17200/14935 21291/17201/14936</w:t>
        <w:br/>
        <w:t>f 21290/17202/14937 21293/17199/14934 21291/17201/14936</w:t>
        <w:br/>
        <w:t>f 21297/17203/14938 21296/17204/14939 21295/17205/14940</w:t>
        <w:br/>
        <w:t>f 21294/17206/14941 21297/17203/14938 21295/17205/14940</w:t>
        <w:br/>
        <w:t>f 21299/17207/14942 21291/17201/14936 21292/17200/14935</w:t>
        <w:br/>
        <w:t>f 21298/17208/14943 21299/17207/14942 21292/17200/14935</w:t>
        <w:br/>
        <w:t>f 21285/17195/14930 21300/17209/14944 21299/17207/14942</w:t>
        <w:br/>
        <w:t>f 21295/17205/14940 21296/17204/14939 21301/17210/14945</w:t>
        <w:br/>
        <w:t>f 21305/17211/14946 21304/17212/14947 21303/17213/14948</w:t>
        <w:br/>
        <w:t>f 21302/17214/14949 21305/17211/14946 21303/17213/14948</w:t>
        <w:br/>
        <w:t>f 21307/17215/14950 21306/17216/14951 21302/17214/14949</w:t>
        <w:br/>
        <w:t>f 21303/17213/14948 21307/17215/14950 21302/17214/14949</w:t>
        <w:br/>
        <w:t>f 21290/17202/14937 21305/17211/14946 21308/17217/14952</w:t>
        <w:br/>
        <w:t>f 21311/17218/14953 21310/17219/14954 21309/17220/14955</w:t>
        <w:br/>
        <w:t>f 21312/17221/14956 21311/17218/14953 21309/17220/14955</w:t>
        <w:br/>
        <w:t>f 21316/17222/14957 21315/17223/14958 21314/17224/14959</w:t>
        <w:br/>
        <w:t>f 21313/17225/14960 21316/17222/14957 21314/17224/14959</w:t>
        <w:br/>
        <w:t>f 21318/17226/14961 21317/17227/14962 21312/17221/14956</w:t>
        <w:br/>
        <w:t>f 21309/17220/14955 21318/17226/14961 21312/17221/14956</w:t>
        <w:br/>
        <w:t>f 21322/17228/14963 21321/17229/14964 21320/17230/14965</w:t>
        <w:br/>
        <w:t>f 21319/17231/14966 21322/17228/14963 21320/17230/14965</w:t>
        <w:br/>
        <w:t>f 21326/17232/14967 21325/17233/14968 21324/17234/14969</w:t>
        <w:br/>
        <w:t>f 21323/17235/14970 21326/17232/14967 21324/17234/14969</w:t>
        <w:br/>
        <w:t>f 21330/17236/14971 21329/17237/14972 21328/17238/14973</w:t>
        <w:br/>
        <w:t>f 21327/17239/14974 21330/17236/14971 21328/17238/14973</w:t>
        <w:br/>
        <w:t>f 21325/17233/14968 21331/17240/14975 21281/17192/14927</w:t>
        <w:br/>
        <w:t>f 21282/17191/14926 21325/17233/14968 21281/17192/14927</w:t>
        <w:br/>
        <w:t>f 21331/17240/14975 21325/17233/14968 21326/17232/14967</w:t>
        <w:br/>
        <w:t>f 21332/17241/14976 21331/17240/14975 21326/17232/14967</w:t>
        <w:br/>
        <w:t>f 21329/17237/14972 21333/17242/14977 21328/17238/14973</w:t>
        <w:br/>
        <w:t>f 21336/17243/14978 21335/17244/14979 21334/17245/14980</w:t>
        <w:br/>
        <w:t>f 21339/17246/14981 21338/17247/14982 21337/17248/14983</w:t>
        <w:br/>
        <w:t>f 21342/17249/14984 21341/17250/14985 21338/17247/14982</w:t>
        <w:br/>
        <w:t>f 21340/17251/14986 21342/17249/14984 21338/17247/14982</w:t>
        <w:br/>
        <w:t>f 21335/17244/14979 21344/17252/14987 21343/17253/14988</w:t>
        <w:br/>
        <w:t>f 21346/17254/14989 21345/17255/14990 21342/17249/14984</w:t>
        <w:br/>
        <w:t>f 21340/17251/14986 21348/17256/14991 21347/17257/14992</w:t>
        <w:br/>
        <w:t>f 21352/17258/14993 21351/17259/14994 21350/17260/14995</w:t>
        <w:br/>
        <w:t>f 21349/17261/14996 21352/17258/14993 21350/17260/14995</w:t>
        <w:br/>
        <w:t>f 21354/17262/14997 21351/17259/14994 21353/17263/14998</w:t>
        <w:br/>
        <w:t>f 21358/17264/14999 21357/17265/15000 21356/17266/15001</w:t>
        <w:br/>
        <w:t>f 21355/17267/15002 21358/17264/14999 21356/17266/15001</w:t>
        <w:br/>
        <w:t>f 21361/17268/15003 21360/17269/15004 21359/17270/15005</w:t>
        <w:br/>
        <w:t>f 21362/17271/15006 21361/17268/15003 21359/17270/15005</w:t>
        <w:br/>
        <w:t>f 21349/17261/14996 21350/17260/14995 21363/17272/15007</w:t>
        <w:br/>
        <w:t>f 21364/17273/15008 21349/17261/14996 21363/17272/15007</w:t>
        <w:br/>
        <w:t>f 21365/17274/15009 21362/17271/15006 21359/17270/15005</w:t>
        <w:br/>
        <w:t>f 21367/17275/15010 21366/17276/15011 21362/17271/15006</w:t>
        <w:br/>
        <w:t>f 21371/17277/15012 21370/17278/15013 21369/17279/15014</w:t>
        <w:br/>
        <w:t>f 21368/17280/15015 21371/17277/15012 21369/17279/15014</w:t>
        <w:br/>
        <w:t>f 21374/17281/15016 21373/17282/15017 21372/17283/15018</w:t>
        <w:br/>
        <w:t>f 21377/17284/15019 21376/17285/15020 21375/17286/15021</w:t>
        <w:br/>
        <w:t>f 21374/17281/15016 21378/17287/15022 21375/17286/15021</w:t>
        <w:br/>
        <w:t>f 21382/17288/15023 21381/17289/15024 21380/17290/15025</w:t>
        <w:br/>
        <w:t>f 21379/17291/15026 21382/17288/15023 21380/17290/15025</w:t>
        <w:br/>
        <w:t>f 21372/17283/15018 21383/17292/15027 21378/17287/15022</w:t>
        <w:br/>
        <w:t>f 21374/17281/15016 21372/17283/15018 21378/17287/15022</w:t>
        <w:br/>
        <w:t>f 21386/17293/15028 21385/17294/15029 21384/17295/15030</w:t>
        <w:br/>
        <w:t>f 21387/17296/15031 21386/17293/15028 21384/17295/15030</w:t>
        <w:br/>
        <w:t>f 21390/17297/15032 21389/17298/15033 21388/17299/15034</w:t>
        <w:br/>
        <w:t>f 21391/17300/15035 21390/17297/15032 21388/17299/15034</w:t>
        <w:br/>
        <w:t>f 21395/17301/15036 21394/17302/15037 21393/17303/15038</w:t>
        <w:br/>
        <w:t>f 21392/17304/15039 21395/17301/15036 21393/17303/15038</w:t>
        <w:br/>
        <w:t>f 21397/17305/15040 21396/17306/15041 21131/17038/14776</w:t>
        <w:br/>
        <w:t>f 21396/17306/15041 21398/17307/15042 21131/17038/14776</w:t>
        <w:br/>
        <w:t>f 21401/17308/15043 21400/17309/15044 21399/17310/15045</w:t>
        <w:br/>
        <w:t>f 21397/17305/15040 21131/17038/14776 21402/17311/15046</w:t>
        <w:br/>
        <w:t>f 21404/17312/15047 21403/17313/15048 21131/17038/14776</w:t>
        <w:br/>
        <w:t>f 21407/17314/15049 21406/17315/14333 21405/17316/14332</w:t>
        <w:br/>
        <w:t>f 21408/17317/15050 21407/17314/15049 21405/17316/14332</w:t>
        <w:br/>
        <w:t>f 21408/17317/15050 21405/17316/14332 21410/17318/15051</w:t>
        <w:br/>
        <w:t>f 21409/17319/15052 21408/17317/15050 21410/17318/15051</w:t>
        <w:br/>
        <w:t>f 21413/17320/15053 21412/17321/15054 21411/17322/15055</w:t>
        <w:br/>
        <w:t>f 21416/17323/15056 21415/17324/15057 21414/17325/15058</w:t>
        <w:br/>
        <w:t>f 21419/17326/15059 21418/17327/15060 21417/17328/15061</w:t>
        <w:br/>
        <w:t>f 21420/17329/14339 21419/17326/15059 21417/17328/15061</w:t>
        <w:br/>
        <w:t>f 21420/17329/14339 21422/17330/13166 21421/17331/15062</w:t>
        <w:br/>
        <w:t>f 21419/17326/15059 21420/17329/14339 21421/17331/15062</w:t>
        <w:br/>
        <w:t>f 21424/17332/15063 21131/17038/14776 21423/17333/15064</w:t>
        <w:br/>
        <w:t>f 21426/17334/15065 21425/17335/15066 21131/17038/14776</w:t>
        <w:br/>
        <w:t>f 21429/17336/14344 21428/17337/15067 21427/17338/15068</w:t>
        <w:br/>
        <w:t>f 21430/17339/15069 21429/17336/14344 21427/17338/15068</w:t>
        <w:br/>
        <w:t>f 21427/17338/15068 21428/17337/15067 21431/17340/15070</w:t>
        <w:br/>
        <w:t>f 21432/17341/15071 21427/17338/15068 21431/17340/15070</w:t>
        <w:br/>
        <w:t>f 21436/17342/15072 21435/17343/15073 21434/17344/15074</w:t>
        <w:br/>
        <w:t>f 21433/17345/15075 21436/17342/15072 21434/17344/15074</w:t>
        <w:br/>
        <w:t>f 21433/17345/15075 21434/17344/15074 21437/17346/15076</w:t>
        <w:br/>
        <w:t>f 21435/17343/15073 21439/17347/15077 21438/17348/15078</w:t>
        <w:br/>
        <w:t>f 21434/17344/15074 21435/17343/15073 21438/17348/15078</w:t>
        <w:br/>
        <w:t>f 21434/17344/15074 21438/17348/15078 21440/17349/15079</w:t>
        <w:br/>
        <w:t>f 21437/17346/15076 21434/17344/15074 21440/17349/15079</w:t>
        <w:br/>
        <w:t>f 21444/17350/15080 21443/17351/15081 21442/17352/15082</w:t>
        <w:br/>
        <w:t>f 21441/17353/15083 21444/17350/15080 21442/17352/15082</w:t>
        <w:br/>
        <w:t>f 21445/17354/15084 21442/17352/15082 21443/17351/15081</w:t>
        <w:br/>
        <w:t>f 21446/17355/15085 21445/17354/15084 21443/17351/15081</w:t>
        <w:br/>
        <w:t>f 21189/17098/14835 21186/17097/14834 21447/17356/15086</w:t>
        <w:br/>
        <w:t>f 21448/17357/15087 21189/17098/14835 21447/17356/15086</w:t>
        <w:br/>
        <w:t>f 21448/17357/15087 21449/17358/15088 21190/17100/14837</w:t>
        <w:br/>
        <w:t>f 21189/17098/14835 21448/17357/15087 21190/17100/14837</w:t>
        <w:br/>
        <w:t>f 21447/17356/15086 21186/17097/14834 21184/17093/14830</w:t>
        <w:br/>
        <w:t>f 21450/17359/15089 21447/17356/15086 21184/17093/14830</w:t>
        <w:br/>
        <w:t>f 21452/17360/15090 21451/17361/15091 21131/17038/14776</w:t>
        <w:br/>
        <w:t>f 21454/17362/15092 21453/17363/15093 21332/17241/14976</w:t>
        <w:br/>
        <w:t>f 21326/17232/14967 21454/17362/15092 21332/17241/14976</w:t>
        <w:br/>
        <w:t>f 21455/17364/15094 21131/17038/14776 21451/17361/15091</w:t>
        <w:br/>
        <w:t>f 21457/17365/15095 21277/17185/14920 21278/17187/14922</w:t>
        <w:br/>
        <w:t>f 21456/17366/15096 21457/17365/15095 21278/17187/14922</w:t>
        <w:br/>
        <w:t>f 21277/17185/14920 21457/17365/15095 21212/17120/14857</w:t>
        <w:br/>
        <w:t>f 21458/17367/15097 21277/17185/14920 21212/17120/14857</w:t>
        <w:br/>
        <w:t>f 21210/17119/14856 21207/17118/14855 21276/17186/14921</w:t>
        <w:br/>
        <w:t>f 21277/17185/14920 21210/17119/14856 21276/17186/14921</w:t>
        <w:br/>
        <w:t>f 21456/17366/15096 21278/17187/14922 21259/17169/14904</w:t>
        <w:br/>
        <w:t>f 21260/17168/14903 21456/17366/15096 21259/17169/14904</w:t>
        <w:br/>
        <w:t>f 21460/17368/15098 21459/17369/15099 21213/17123/14860</w:t>
        <w:br/>
        <w:t>f 21214/17122/14859 21460/17368/15098 21213/17123/14860</w:t>
        <w:br/>
        <w:t>f 21237/17144/14328 21238/17147/14882 21462/17370/15100</w:t>
        <w:br/>
        <w:t>f 21461/17371/14348 21237/17144/14328 21462/17370/15100</w:t>
        <w:br/>
        <w:t>f 21462/17370/15100 21464/17372/15101 21463/17373/14350</w:t>
        <w:br/>
        <w:t>f 21461/17371/14348 21462/17370/15100 21463/17373/14350</w:t>
        <w:br/>
        <w:t>f 21467/17374/15102 21466/17375/15103 21465/17376/15104</w:t>
        <w:br/>
        <w:t>f 21468/17377/15105 21467/17374/15102 21465/17376/15104</w:t>
        <w:br/>
        <w:t>f 21331/17240/14975 21470/17378/15106 21469/17379/15107</w:t>
        <w:br/>
        <w:t>f 21281/17192/14927 21331/17240/14975 21469/17379/15107</w:t>
        <w:br/>
        <w:t>f 21371/17277/15012 21471/17380/15108 21370/17278/15013</w:t>
        <w:br/>
        <w:t>f 21151/17060/14797 21472/17381/15109 21471/17380/15108</w:t>
        <w:br/>
        <w:t>f 21371/17277/15012 21151/17060/14797 21471/17380/15108</w:t>
        <w:br/>
        <w:t>f 21148/17057/14794 21149/17056/14793 21473/17382/15110</w:t>
        <w:br/>
        <w:t>f 21474/17383/15111 21148/17057/14794 21473/17382/15110</w:t>
        <w:br/>
        <w:t>f 21478/17384/15112 21477/17385/15113 21476/17386/15114</w:t>
        <w:br/>
        <w:t>f 21475/17387/15115 21478/17384/15112 21476/17386/15114</w:t>
        <w:br/>
        <w:t>f 21476/17386/15114 21477/17385/15113 21480/17388/15116</w:t>
        <w:br/>
        <w:t>f 21479/17389/15117 21476/17386/15114 21480/17388/15116</w:t>
        <w:br/>
        <w:t>f 21483/17390/15118 21482/17391/15119 21481/17392/15120</w:t>
        <w:br/>
        <w:t>f 21485/17393/15121 21481/17392/15120 21482/17391/15119</w:t>
        <w:br/>
        <w:t>f 21484/17394/15122 21485/17393/15121 21482/17391/15119</w:t>
        <w:br/>
        <w:t>f 21487/17395/15123 21486/17396/15124 21484/17394/15122</w:t>
        <w:br/>
        <w:t>f 21489/17397/15125 21485/17393/15121 21484/17394/15122</w:t>
        <w:br/>
        <w:t>f 21488/17398/15126 21489/17397/15125 21484/17394/15122</w:t>
        <w:br/>
        <w:t>f 21490/17399/15127 21475/17387/15115 21485/17393/15121</w:t>
        <w:br/>
        <w:t>f 21489/17397/15125 21490/17399/15127 21485/17393/15121</w:t>
        <w:br/>
        <w:t>f 21482/17391/15119 21483/17390/15118 21492/17400/15128</w:t>
        <w:br/>
        <w:t>f 21491/17401/15129 21482/17391/15119 21492/17400/15128</w:t>
        <w:br/>
        <w:t>f 21484/17394/15122 21482/17391/15119 21491/17401/15129</w:t>
        <w:br/>
        <w:t>f 21487/17395/15123 21484/17394/15122 21491/17401/15129</w:t>
        <w:br/>
        <w:t>f 21479/17389/15117 21494/17402/15130 21493/17403/15131</w:t>
        <w:br/>
        <w:t>f 21483/17390/15118 21479/17389/15117 21493/17403/15131</w:t>
        <w:br/>
        <w:t>f 21495/17404/15132 21478/17384/15112 21475/17387/15115</w:t>
        <w:br/>
        <w:t>f 21490/17399/15127 21495/17404/15132 21475/17387/15115</w:t>
        <w:br/>
        <w:t>f 21497/17405/15133 21496/17406/15134 21478/17384/15112</w:t>
        <w:br/>
        <w:t>f 21495/17404/15132 21497/17405/15133 21478/17384/15112</w:t>
        <w:br/>
        <w:t>f 21499/17407/15135 21498/17408/15136 21262/17171/14906</w:t>
        <w:br/>
        <w:t>f 21500/17409/15137 21499/17407/15135 21262/17171/14906</w:t>
        <w:br/>
        <w:t>f 21309/17220/14955 21502/17410/15138 21501/17411/15139</w:t>
        <w:br/>
        <w:t>f 21449/17358/15088 21503/17412/15140 21378/17287/15022</w:t>
        <w:br/>
        <w:t>f 21190/17100/14837 21449/17358/15088 21378/17287/15022</w:t>
        <w:br/>
        <w:t>f 21507/17413/14352 21506/17414/15141 21505/17415/15142</w:t>
        <w:br/>
        <w:t>f 21504/17416/14353 21507/17413/14352 21505/17415/15142</w:t>
        <w:br/>
        <w:t>f 21511/17417/15143 21510/17418/15144 21509/17419/15145</w:t>
        <w:br/>
        <w:t>f 21508/17420/15146 21511/17417/15143 21509/17419/15145</w:t>
        <w:br/>
        <w:t>f 21508/17420/15146 21513/17421/14360 21512/17422/15147</w:t>
        <w:br/>
        <w:t>f 21511/17417/15143 21508/17420/15146 21512/17422/15147</w:t>
        <w:br/>
        <w:t>f 21517/17423/15148 21516/17424/15149 21515/17425/14364</w:t>
        <w:br/>
        <w:t>f 21514/17426/14366 21517/17423/15148 21515/17425/14364</w:t>
        <w:br/>
        <w:t>f 21517/17423/15148 21514/17426/14366 21406/17315/14333</w:t>
        <w:br/>
        <w:t>f 21407/17314/15049 21517/17423/15148 21406/17315/14333</w:t>
        <w:br/>
        <w:t>f 21516/17424/15149 21235/17146/14881 21236/17145/14327</w:t>
        <w:br/>
        <w:t>f 21515/17425/14364 21516/17424/15149 21236/17145/14327</w:t>
        <w:br/>
        <w:t>f 21173/17083/14820 21402/17311/15046 21131/17038/14776</w:t>
        <w:br/>
        <w:t>f 21518/17427/15150 21118/17028/14766 21234/17143/14880</w:t>
        <w:br/>
        <w:t>f 21186/17097/14834 21178/17089/14826 21184/17093/14830</w:t>
        <w:br/>
        <w:t>f 21213/17123/14860 21519/17428/15151 21208/17117/14854</w:t>
        <w:br/>
        <w:t>f 21203/17112/14849 21213/17123/14860 21208/17117/14854</w:t>
        <w:br/>
        <w:t>f 21521/17429/15152 21207/17118/14855 21520/17430/15153</w:t>
        <w:br/>
        <w:t>f 21521/17429/15152 21523/17431/15154 21522/17432/15155</w:t>
        <w:br/>
        <w:t>f 21520/17430/15153 21519/17428/15151 21524/17433/15156</w:t>
        <w:br/>
        <w:t>f 21207/17118/14855 21521/17429/15152 21522/17432/15155</w:t>
        <w:br/>
        <w:t>f 21276/17186/14921 21207/17118/14855 21522/17432/15155</w:t>
        <w:br/>
        <w:t>f 21527/17434/15157 21526/17435/15158 21525/17436/15159</w:t>
        <w:br/>
        <w:t>f 21528/17437/15160 21527/17434/15157 21525/17436/15159</w:t>
        <w:br/>
        <w:t>f 21530/17438/15161 21512/17422/15147 21513/17421/14360</w:t>
        <w:br/>
        <w:t>f 21529/17439/14368 21530/17438/15161 21513/17421/14360</w:t>
        <w:br/>
        <w:t>f 21529/17439/14368 21463/17373/14350 21464/17372/15101</w:t>
        <w:br/>
        <w:t>f 21530/17438/15161 21529/17439/14368 21464/17372/15101</w:t>
        <w:br/>
        <w:t>f 21410/17318/15051 21417/17328/15061 21418/17327/15060</w:t>
        <w:br/>
        <w:t>f 21409/17319/15052 21410/17318/15051 21418/17327/15060</w:t>
        <w:br/>
        <w:t>f 21534/17440/15162 21533/17441/15163 21532/17442/15164</w:t>
        <w:br/>
        <w:t>f 21531/17443/15165 21534/17440/15162 21532/17442/15164</w:t>
        <w:br/>
        <w:t>f 21531/17443/15165 21536/17444/15166 21535/17445/15167</w:t>
        <w:br/>
        <w:t>f 21534/17440/15162 21531/17443/15165 21535/17445/15167</w:t>
        <w:br/>
        <w:t>f 21536/17444/15166 21531/17443/15165 21538/17446/15168</w:t>
        <w:br/>
        <w:t>f 21537/17447/15169 21536/17444/15166 21538/17446/15168</w:t>
        <w:br/>
        <w:t>f 21439/17347/15077 21537/17447/15169 21540/17448/15170</w:t>
        <w:br/>
        <w:t>f 21539/17449/15171 21439/17347/15077 21540/17448/15170</w:t>
        <w:br/>
        <w:t>f 21537/17447/15169 21538/17446/15168 21541/17450/15172</w:t>
        <w:br/>
        <w:t>f 21540/17448/15170 21537/17447/15169 21541/17450/15172</w:t>
        <w:br/>
        <w:t>f 21494/17402/15130 21541/17450/15172 21538/17446/15168</w:t>
        <w:br/>
        <w:t>f 21493/17403/15131 21494/17402/15130 21538/17446/15168</w:t>
        <w:br/>
        <w:t>f 21176/17085/14822 21542/17451/15173 21175/17086/14823</w:t>
        <w:br/>
        <w:t>f 21544/17452/15174 21543/17453/15175 21131/17038/14776</w:t>
        <w:br/>
        <w:t>f 21547/17454/15176 21546/17455/15177 21545/17456/15178</w:t>
        <w:br/>
        <w:t>f 21549/17457/14369 21548/17458/15179 21506/17414/15141</w:t>
        <w:br/>
        <w:t>f 21507/17413/14352 21549/17457/14369 21506/17414/15141</w:t>
        <w:br/>
        <w:t>f 21548/17458/15179 21549/17457/14369 21551/17459/14372</w:t>
        <w:br/>
        <w:t>f 21550/17460/15180 21548/17458/15179 21551/17459/14372</w:t>
        <w:br/>
        <w:t>f 21504/17416/14353 21505/17415/15142 21432/17341/15071</w:t>
        <w:br/>
        <w:t>f 21431/17340/15070 21504/17416/14353 21432/17341/15071</w:t>
        <w:br/>
        <w:t>f 21536/17444/15166 21435/17343/15073 21436/17342/15072</w:t>
        <w:br/>
        <w:t>f 21535/17445/15167 21536/17444/15166 21436/17342/15072</w:t>
        <w:br/>
        <w:t>f 21554/17461/15181 21553/17462/15182 21552/17463/15183</w:t>
        <w:br/>
        <w:t>f 21555/17464/15184 21554/17461/15181 21552/17463/15183</w:t>
        <w:br/>
        <w:t>f 21556/17465/15185 21553/17462/15182 21554/17461/15181</w:t>
        <w:br/>
        <w:t>f 21556/17465/15185 21557/17466/15186 21533/17441/15163</w:t>
        <w:br/>
        <w:t>f 21534/17440/15162 21556/17465/15185 21533/17441/15163</w:t>
        <w:br/>
        <w:t>f 21560/17467/15187 21559/17468/15188 21558/17469/15189</w:t>
        <w:br/>
        <w:t>f 21561/17470/15190 21560/17467/15187 21558/17469/15189</w:t>
        <w:br/>
        <w:t>f 21565/17471/15191 21564/17472/15192 21563/17473/15193</w:t>
        <w:br/>
        <w:t>f 21562/17474/15194 21565/17471/15191 21563/17473/15193</w:t>
        <w:br/>
        <w:t>f 21510/17418/15144 21550/17460/15180 21551/17459/14372</w:t>
        <w:br/>
        <w:t>f 21509/17419/15145 21510/17418/15144 21551/17459/14372</w:t>
        <w:br/>
        <w:t>f 21567/17475/15195 21330/17236/14971 21327/17239/14974</w:t>
        <w:br/>
        <w:t>f 21566/17476/15196 21567/17475/15195 21327/17239/14974</w:t>
        <w:br/>
        <w:t>f 21335/17244/14979 21568/17477/15197 21327/17239/14974</w:t>
        <w:br/>
        <w:t>f 21328/17238/14973 21335/17244/14979 21327/17239/14974</w:t>
        <w:br/>
        <w:t>f 21335/17244/14979 21343/17253/14988 21569/17478/15198</w:t>
        <w:br/>
        <w:t>f 21566/17476/15196 21327/17239/14974 21570/17479/15199</w:t>
        <w:br/>
        <w:t>f 21573/17480/15200 21568/17477/15197 21572/17481/15201</w:t>
        <w:br/>
        <w:t>f 21571/17482/15202 21573/17480/15200 21572/17481/15201</w:t>
        <w:br/>
        <w:t>f 21555/17464/15184 21552/17463/15183 21445/17354/15084</w:t>
        <w:br/>
        <w:t>f 21446/17355/15085 21555/17464/15184 21445/17354/15084</w:t>
        <w:br/>
        <w:t>f 21577/17483/15203 21576/17484/15204 21575/17485/15205</w:t>
        <w:br/>
        <w:t>f 21574/17486/15206 21577/17483/15203 21575/17485/15205</w:t>
        <w:br/>
        <w:t>f 21358/17264/14999 21578/17487/15207 21564/17472/15192</w:t>
        <w:br/>
        <w:t>f 21295/17205/14940 21301/17210/14945 21313/17225/14960</w:t>
        <w:br/>
        <w:t>f 21314/17224/14959 21295/17205/14940 21313/17225/14960</w:t>
        <w:br/>
        <w:t>f 21435/17343/15073 21536/17444/15166 21537/17447/15169</w:t>
        <w:br/>
        <w:t>f 21439/17347/15077 21435/17343/15073 21537/17447/15169</w:t>
        <w:br/>
        <w:t>f 21579/17488/15208 21576/17484/15204 21347/17257/14992</w:t>
        <w:br/>
        <w:t>f 21580/17489/15209 21579/17488/15208 21347/17257/14992</w:t>
        <w:br/>
        <w:t>f 21583/17490/15210 21582/17491/15211 21581/17492/15212</w:t>
        <w:br/>
        <w:t>f 21584/17493/15213 21583/17490/15210 21581/17492/15212</w:t>
        <w:br/>
        <w:t>f 21584/17493/15213 21586/17494/15214 21585/17495/15215</w:t>
        <w:br/>
        <w:t>f 21583/17490/15210 21584/17493/15213 21585/17495/15215</w:t>
        <w:br/>
        <w:t>f 21589/17496/15216 21588/17497/15217 21587/17498/15218</w:t>
        <w:br/>
        <w:t>f 21590/17499/15219 21589/17496/15216 21587/17498/15218</w:t>
        <w:br/>
        <w:t>f 21491/17401/15129 21492/17400/15128 21582/17491/15211</w:t>
        <w:br/>
        <w:t>f 21583/17490/15210 21491/17401/15129 21582/17491/15211</w:t>
        <w:br/>
        <w:t>f 21533/17441/15163 21582/17491/15211 21492/17400/15128</w:t>
        <w:br/>
        <w:t>f 21532/17442/15164 21533/17441/15163 21492/17400/15128</w:t>
        <w:br/>
        <w:t>f 21592/17500/15220 21591/17501/15221 21585/17495/15215</w:t>
        <w:br/>
        <w:t>f 21590/17499/15219 21592/17500/15220 21585/17495/15215</w:t>
        <w:br/>
        <w:t>f 21582/17491/15211 21533/17441/15163 21557/17466/15186</w:t>
        <w:br/>
        <w:t>f 21581/17492/15212 21582/17491/15211 21557/17466/15186</w:t>
        <w:br/>
        <w:t>f 21493/17403/15131 21538/17446/15168 21531/17443/15165</w:t>
        <w:br/>
        <w:t>f 21532/17442/15164 21493/17403/15131 21531/17443/15165</w:t>
        <w:br/>
        <w:t>f 21429/17336/14344 21430/17339/15069 21593/17502/15222</w:t>
        <w:br/>
        <w:t>f 21594/17503/14373 21429/17336/14344 21593/17502/15222</w:t>
        <w:br/>
        <w:t>f 21421/17331/15062 21422/17330/13166 21595/17504/14373</w:t>
        <w:br/>
        <w:t>f 21596/17505/15223 21421/17331/15062 21595/17504/14373</w:t>
        <w:br/>
        <w:t>f 21600/17506/15224 21599/17507/15225 21598/17508/15226</w:t>
        <w:br/>
        <w:t>f 21597/17509/15227 21600/17506/15224 21598/17508/15226</w:t>
        <w:br/>
        <w:t>f 21603/17510/15228 21602/17511/15229 21601/17512/15230</w:t>
        <w:br/>
        <w:t>f 21606/17513/15231 21605/17514/15232 21604/17515/15233</w:t>
        <w:br/>
        <w:t>f 21126/17035/14773 21608/17516/15234 21607/17517/15235</w:t>
        <w:br/>
        <w:t>f 21609/17518/15236 21126/17035/14773 21607/17517/15235</w:t>
        <w:br/>
        <w:t>f 21612/17519/15237 21611/17520/15238 21610/17521/15239</w:t>
        <w:br/>
        <w:t>f 21615/17522/15240 21614/17523/15241 21613/17524/15242</w:t>
        <w:br/>
        <w:t>f 21616/17525/15243 21615/17522/15240 21613/17524/15242</w:t>
        <w:br/>
        <w:t>f 21618/17526/15244 21617/17527/15245 21611/17520/15238</w:t>
        <w:br/>
        <w:t>f 21619/17528/15246 21618/17526/15244 21611/17520/15238</w:t>
        <w:br/>
        <w:t>f 21616/17525/15243 21613/17524/15242 21620/17529/15247</w:t>
        <w:br/>
        <w:t>f 21621/17530/15248 21616/17525/15243 21620/17529/15247</w:t>
        <w:br/>
        <w:t>f 21624/17531/15249 21623/17532/15250 21622/17533/15251</w:t>
        <w:br/>
        <w:t>f 21625/17534/15252 21624/17531/15249 21622/17533/15251</w:t>
        <w:br/>
        <w:t>f 21214/17122/14859 21215/17124/14861 21223/17130/14867</w:t>
        <w:br/>
        <w:t>f 21460/17368/15098 21214/17122/14859 21223/17130/14867</w:t>
        <w:br/>
        <w:t>f 21220/17127/14864 21224/17133/14870 21219/17128/14865</w:t>
        <w:br/>
        <w:t>f 21265/17174/14909 21627/17535/15253 21626/17536/15254</w:t>
        <w:br/>
        <w:t>f 21264/17175/14910 21265/17174/14909 21626/17536/15254</w:t>
        <w:br/>
        <w:t>f 21629/17537/15255 21628/17538/15256 21315/17223/14958</w:t>
        <w:br/>
        <w:t>f 21316/17222/14957 21629/17537/15255 21315/17223/14958</w:t>
        <w:br/>
        <w:t>f 21631/17539/15257 21381/17289/15024 21630/17540/15258</w:t>
        <w:br/>
        <w:t>f 21373/17282/15017 21632/17541/15259 21372/17283/15018</w:t>
        <w:br/>
        <w:t>f 21634/17542/15260 21497/17405/15133 21633/17543/15261</w:t>
        <w:br/>
        <w:t>f 21140/17046/14783 21636/17544/15262 21635/17545/15263</w:t>
        <w:br/>
        <w:t>f 21139/17047/14784 21140/17046/14783 21635/17545/15263</w:t>
        <w:br/>
        <w:t>f 21639/17546/15264 21638/17547/15265 21637/17548/15266</w:t>
        <w:br/>
        <w:t>f 21642/17549/15267 21641/17550/14400 21640/17551/15268</w:t>
        <w:br/>
        <w:t>f 21643/17552/15269 21642/17549/15267 21640/17551/15268</w:t>
        <w:br/>
        <w:t>f 21394/17302/15037 21645/17553/15270 21644/17554/15271</w:t>
        <w:br/>
        <w:t>f 21393/17303/15038 21394/17302/15037 21644/17554/15271</w:t>
        <w:br/>
        <w:t>f 21130/17039/14777 21414/17325/15058 21646/17555/15272</w:t>
        <w:br/>
        <w:t>f 21151/17060/14797 21647/17556/15273 21472/17381/15109</w:t>
        <w:br/>
        <w:t>f 21495/17404/15132 21649/17557/15274 21648/17558/15275</w:t>
        <w:br/>
        <w:t>f 21490/17399/15127 21650/17559/15276 21495/17404/15132</w:t>
        <w:br/>
        <w:t>f 21652/17560/15277 21495/17404/15132 21651/17561/15278</w:t>
        <w:br/>
        <w:t>f 21345/17255/14990 21346/17254/14989 21653/17562/15279</w:t>
        <w:br/>
        <w:t>f 21654/17563/15280 21345/17255/14990 21653/17562/15279</w:t>
        <w:br/>
        <w:t>f 21141/17053/14790 21656/17564/15281 21655/17565/15282</w:t>
        <w:br/>
        <w:t>f 21657/17566/15283 21656/17564/15281 21142/17052/14789</w:t>
        <w:br/>
        <w:t>f 21660/17567/15284 21659/17568/15285 21489/17397/15125</w:t>
        <w:br/>
        <w:t>f 21658/17569/15286 21660/17567/15284 21489/17397/15125</w:t>
        <w:br/>
        <w:t>f 21662/17570/15287 21488/17398/15126 21661/17571/15288</w:t>
        <w:br/>
        <w:t>f 21661/17571/15288 21488/17398/15126 21486/17396/15124</w:t>
        <w:br/>
        <w:t>f 21663/17572/15289 21661/17571/15288 21486/17396/15124</w:t>
        <w:br/>
        <w:t>f 21662/17570/15287 21658/17569/15286 21489/17397/15125</w:t>
        <w:br/>
        <w:t>f 21488/17398/15126 21662/17570/15287 21489/17397/15125</w:t>
        <w:br/>
        <w:t>f 21572/17481/15201 21665/17573/15290 21664/17574/15291</w:t>
        <w:br/>
        <w:t>f 21343/17253/14988 21344/17252/14987 21667/17575/15292</w:t>
        <w:br/>
        <w:t>f 21666/17576/15293 21343/17253/14988 21667/17575/15292</w:t>
        <w:br/>
        <w:t>f 21671/17577/15294 21670/17578/15295 21669/17579/15296</w:t>
        <w:br/>
        <w:t>f 21668/17580/15297 21671/17577/15294 21669/17579/15296</w:t>
        <w:br/>
        <w:t>f 21672/17581/15298 21558/17469/15189 21559/17468/15188</w:t>
        <w:br/>
        <w:t>f 21673/17582/15299 21672/17581/15298 21559/17468/15188</w:t>
        <w:br/>
        <w:t>f 21571/17482/15202 21572/17481/15201 21675/17583/15300</w:t>
        <w:br/>
        <w:t>f 21674/17584/15301 21571/17482/15202 21675/17583/15300</w:t>
        <w:br/>
        <w:t>f 21678/17585/15302 21677/17586/15303 21676/17587/15304</w:t>
        <w:br/>
        <w:t>f 21678/17585/15302 21676/17587/15304 21679/17588/15305</w:t>
        <w:br/>
        <w:t>f 21587/17498/15218 21680/17589/15306 21590/17499/15219</w:t>
        <w:br/>
        <w:t>f 21683/17590/15307 21682/17591/15308 21681/17592/15309</w:t>
        <w:br/>
        <w:t>f 21683/17590/15307 21685/17593/15310 21684/17594/15311</w:t>
        <w:br/>
        <w:t>f 21682/17591/15308 21683/17590/15307 21684/17594/15311</w:t>
        <w:br/>
        <w:t>f 21688/17595/15312 21687/17596/15313 21686/17597/15314</w:t>
        <w:br/>
        <w:t>f 21689/17598/15315 21688/17595/15312 21686/17597/15314</w:t>
        <w:br/>
        <w:t>f 21693/17599/15316 21692/17600/15317 21691/17601/15318</w:t>
        <w:br/>
        <w:t>f 21690/17602/15319 21693/17599/15316 21691/17601/15318</w:t>
        <w:br/>
        <w:t>f 21694/17603/15320 21691/17601/15318 21692/17600/15317</w:t>
        <w:br/>
        <w:t>f 21695/17604/15321 21694/17603/15320 21692/17600/15317</w:t>
        <w:br/>
        <w:t>f 21698/17605/15322 21697/17606/15323 21696/17607/15324</w:t>
        <w:br/>
        <w:t>f 21231/17140/14877 21698/17605/15322 21696/17607/15324</w:t>
        <w:br/>
        <w:t>f 21701/17608/15325 21700/17609/15326 21699/17610/15327</w:t>
        <w:br/>
        <w:t>f 21702/17611/15328 21701/17608/15325 21699/17610/15327</w:t>
        <w:br/>
        <w:t>f 21705/17612/15329 21704/17613/15330 21703/17614/15331</w:t>
        <w:br/>
        <w:t>f 21706/17615/15332 21705/17612/15329 21703/17614/15331</w:t>
        <w:br/>
        <w:t>f 21703/17614/15331 21708/17616/15333 21707/17617/15334</w:t>
        <w:br/>
        <w:t>f 21228/17137/14874 21703/17614/15331 21707/17617/15334</w:t>
        <w:br/>
        <w:t>f 21710/17618/15335 21709/17619/15336 21219/17128/14865</w:t>
        <w:br/>
        <w:t>f 21222/17131/14868 21218/17129/14866 21219/17128/14865</w:t>
        <w:br/>
        <w:t>f 21709/17619/15336 21222/17131/14868 21219/17128/14865</w:t>
        <w:br/>
        <w:t>f 21712/17620/15337 21711/17621/15338 21460/17368/15098</w:t>
        <w:br/>
        <w:t>f 21223/17130/14867 21712/17620/15337 21460/17368/15098</w:t>
        <w:br/>
        <w:t>f 21713/17622/15339 21460/17368/15098 21711/17621/15338</w:t>
        <w:br/>
        <w:t>f 21714/17623/15340 21459/17369/15099 21460/17368/15098</w:t>
        <w:br/>
        <w:t>f 21713/17622/15339 21714/17623/15340 21460/17368/15098</w:t>
        <w:br/>
        <w:t>f 21715/17624/15341 21459/17369/15099 21714/17623/15340</w:t>
        <w:br/>
        <w:t>f 21716/17625/15342 21715/17624/15341 21714/17623/15340</w:t>
        <w:br/>
        <w:t>f 21719/17626/15343 21718/17627/15344 21717/17628/15345</w:t>
        <w:br/>
        <w:t>f 21718/17627/15344 21719/17626/15343 21720/17629/15346</w:t>
        <w:br/>
        <w:t>f 21524/17433/15156 21718/17627/15344 21720/17629/15346</w:t>
        <w:br/>
        <w:t>f 21722/17630/15347 21523/17431/15154 21721/17631/15348</w:t>
        <w:br/>
        <w:t>f 21723/17632/15349 21722/17630/15347 21721/17631/15348</w:t>
        <w:br/>
        <w:t>f 21727/17633/15350 21726/17634/15351 21725/17635/15352</w:t>
        <w:br/>
        <w:t>f 21724/17636/15353 21727/17633/15350 21725/17635/15352</w:t>
        <w:br/>
        <w:t>f 21731/17637/15354 21730/17638/15355 21729/17639/15356</w:t>
        <w:br/>
        <w:t>f 21728/17640/15357 21731/17637/15354 21729/17639/15356</w:t>
        <w:br/>
        <w:t>f 21734/17641/15358 21261/17172/14907 21733/17642/15359</w:t>
        <w:br/>
        <w:t>f 21732/17643/15360 21734/17641/15358 21733/17642/15359</w:t>
        <w:br/>
        <w:t>f 21738/17644/15361 21737/17645/15362 21736/17646/15363</w:t>
        <w:br/>
        <w:t>f 21735/17647/15364 21738/17644/15361 21736/17646/15363</w:t>
        <w:br/>
        <w:t>f 21385/17294/15029 21386/17293/15028 21740/17648/15365</w:t>
        <w:br/>
        <w:t>f 21739/17649/15366 21385/17294/15029 21740/17648/15365</w:t>
        <w:br/>
        <w:t>f 21388/17299/15034 21389/17298/15033 21742/17650/15367</w:t>
        <w:br/>
        <w:t>f 21741/17651/15368 21388/17299/15034 21742/17650/15367</w:t>
        <w:br/>
        <w:t>f 21745/17652/15369 21744/17653/15370 21743/17654/15371</w:t>
        <w:br/>
        <w:t>f 21643/17552/15269 21640/17551/15268 21501/17411/15139</w:t>
        <w:br/>
        <w:t>f 21502/17410/15138 21643/17552/15269 21501/17411/15139</w:t>
        <w:br/>
        <w:t>f 21639/17546/15264 21637/17548/15266 21746/17655/15372</w:t>
        <w:br/>
        <w:t>f 21749/17656/15373 21748/17657/15374 21747/17658/15375</w:t>
        <w:br/>
        <w:t>f 21750/17659/15376 21749/17656/15373 21747/17658/15375</w:t>
        <w:br/>
        <w:t>f 21558/17469/15189 21672/17581/15298 21752/17660/15377</w:t>
        <w:br/>
        <w:t>f 21751/17661/15378 21558/17469/15189 21752/17660/15377</w:t>
        <w:br/>
        <w:t>f 21561/17470/15190 21558/17469/15189 21751/17661/15378</w:t>
        <w:br/>
        <w:t>f 21753/17662/15379 21561/17470/15190 21751/17661/15378</w:t>
        <w:br/>
        <w:t>f 21756/17663/15380 21755/17664/15381 21754/17665/15382</w:t>
        <w:br/>
        <w:t>f 21757/17666/15383 21756/17663/15380 21754/17665/15382</w:t>
        <w:br/>
        <w:t>f 21761/17667/15384 21760/17668/15385 21759/17669/15386</w:t>
        <w:br/>
        <w:t>f 21758/17670/15387 21761/17667/15384 21759/17669/15386</w:t>
        <w:br/>
        <w:t>f 21764/17671/15388 21763/17672/15389 21762/17673/15390</w:t>
        <w:br/>
        <w:t>f 21758/17670/15387 21764/17671/15388 21762/17673/15390</w:t>
        <w:br/>
        <w:t>f 21765/17674/15391 21654/17563/15280 21653/17562/15279</w:t>
        <w:br/>
        <w:t>f 21766/17675/15392 21765/17674/15391 21653/17562/15279</w:t>
        <w:br/>
        <w:t>f 21344/17252/14987 21768/17676/15393 21767/17677/15394</w:t>
        <w:br/>
        <w:t>f 21667/17575/15292 21344/17252/14987 21767/17677/15394</w:t>
        <w:br/>
        <w:t>f 21771/17678/15395 21666/17576/15293 21770/17679/15396</w:t>
        <w:br/>
        <w:t>f 21769/17680/15397 21771/17678/15395 21770/17679/15396</w:t>
        <w:br/>
        <w:t>f 21772/17681/15398 21665/17573/15290 21769/17680/15397</w:t>
        <w:br/>
        <w:t>f 21774/17682/15399 21675/17583/15300 21773/17683/15400</w:t>
        <w:br/>
        <w:t>f 21776/17684/15401 21587/17498/15218 21775/17685/15402</w:t>
        <w:br/>
        <w:t>f 21777/17686/15403 21587/17498/15218 21776/17684/15401</w:t>
        <w:br/>
        <w:t>f 21680/17589/15306 21587/17498/15218 21777/17686/15403</w:t>
        <w:br/>
        <w:t>f 21778/17687/15404 21680/17589/15306 21777/17686/15403</w:t>
        <w:br/>
        <w:t>f 21780/17688/15405 21779/17689/15406 21680/17589/15306</w:t>
        <w:br/>
        <w:t>f 21778/17687/15404 21780/17688/15405 21680/17589/15306</w:t>
        <w:br/>
        <w:t>f 21779/17689/15406 21780/17688/15405 21782/17690/15407</w:t>
        <w:br/>
        <w:t>f 21781/17691/15408 21779/17689/15406 21782/17690/15407</w:t>
        <w:br/>
        <w:t>f 21781/17691/15408 21782/17690/15407 21783/17692/15409</w:t>
        <w:br/>
        <w:t>f 21784/17693/15410 21781/17691/15408 21783/17692/15409</w:t>
        <w:br/>
        <w:t>f 21786/17694/15411 21785/17695/15412 21784/17693/15410</w:t>
        <w:br/>
        <w:t>f 21783/17692/15409 21786/17694/15411 21784/17693/15410</w:t>
        <w:br/>
        <w:t>f 21785/17695/15412 21786/17694/15411 21787/17696/15413</w:t>
        <w:br/>
        <w:t>f 21677/17586/15303 21785/17695/15412 21787/17696/15413</w:t>
        <w:br/>
        <w:t>f 21789/17697/15414 21676/17587/15304 21788/17698/15415</w:t>
        <w:br/>
        <w:t>f 21663/17572/15289 21679/17588/15305 21791/17699/15416</w:t>
        <w:br/>
        <w:t>f 21790/17700/15417 21663/17572/15289 21791/17699/15416</w:t>
        <w:br/>
        <w:t>f 21793/17701/15418 21661/17571/15288 21792/17702/15419</w:t>
        <w:br/>
        <w:t>f 21795/17703/15420 21650/17559/15276 21794/17704/15421</w:t>
        <w:br/>
        <w:t>f 21798/17705/15422 21797/17706/15423 21796/17707/15424</w:t>
        <w:br/>
        <w:t>f 21801/17708/15425 21800/17709/15426 21799/17710/15427</w:t>
        <w:br/>
        <w:t>f 21802/17711/15428 21801/17708/15425 21799/17710/15427</w:t>
        <w:br/>
        <w:t>f 21804/17712/15429 21800/17709/15426 21803/17713/15430</w:t>
        <w:br/>
        <w:t>f 21808/17714/15431 21807/17715/15432 21806/17716/15433</w:t>
        <w:br/>
        <w:t>f 21805/17717/15434 21808/17714/15431 21806/17716/15433</w:t>
        <w:br/>
        <w:t>f 21812/17718/15435 21811/17719/15436 21810/17720/15437</w:t>
        <w:br/>
        <w:t>f 21809/17721/15438 21812/17718/15435 21810/17720/15437</w:t>
        <w:br/>
        <w:t>f 21809/17721/15438 21810/17720/15437 21814/17722/15439</w:t>
        <w:br/>
        <w:t>f 21813/17723/15440 21809/17721/15438 21814/17722/15439</w:t>
        <w:br/>
        <w:t>f 21164/17073/14810 21161/17070/14807 21815/17724/15441</w:t>
        <w:br/>
        <w:t>f 21816/17725/15442 21164/17073/14810 21815/17724/15441</w:t>
        <w:br/>
        <w:t>f 21818/17726/15443 21164/17073/14810 21816/17725/15442</w:t>
        <w:br/>
        <w:t>f 21817/17727/15444 21818/17726/15443 21816/17725/15442</w:t>
        <w:br/>
        <w:t>f 21819/17728/15445 21818/17726/15443 21817/17727/15444</w:t>
        <w:br/>
        <w:t>f 21655/17565/15282 21656/17564/15281 21820/17729/15446</w:t>
        <w:br/>
        <w:t>f 21821/17730/15447 21655/17565/15282 21820/17729/15446</w:t>
        <w:br/>
        <w:t>f 21823/17731/15448 21822/17732/15449 21647/17556/15273</w:t>
        <w:br/>
        <w:t>f 21825/17733/15450 21472/17381/15109 21824/17734/15451</w:t>
        <w:br/>
        <w:t>f 21826/17735/15452 21471/17380/15108 21472/17381/15109</w:t>
        <w:br/>
        <w:t>f 21825/17733/15450 21826/17735/15452 21472/17381/15109</w:t>
        <w:br/>
        <w:t>f 21827/17736/15453 21370/17278/15013 21471/17380/15108</w:t>
        <w:br/>
        <w:t>f 21826/17735/15452 21827/17736/15453 21471/17380/15108</w:t>
        <w:br/>
        <w:t>f 21828/17737/15454 21370/17278/15013 21827/17736/15453</w:t>
        <w:br/>
        <w:t>f 21370/17278/15013 21828/17737/15454 21829/17738/15455</w:t>
        <w:br/>
        <w:t>f 21831/17739/15456 21829/17738/15455 21830/17740/15457</w:t>
        <w:br/>
        <w:t>f 21833/17741/15458 21832/17742/15459 21831/17739/15456</w:t>
        <w:br/>
        <w:t>f 21836/17743/15460 21835/17744/15461 21834/17745/15462</w:t>
        <w:br/>
        <w:t>f 21837/17746/15463 21836/17743/15460 21834/17745/15462</w:t>
        <w:br/>
        <w:t>f 21612/17519/15237 21610/17521/15239 21838/17747/15464</w:t>
        <w:br/>
        <w:t>f 21619/17528/15246 21611/17520/15238 21839/17748/15465</w:t>
        <w:br/>
        <w:t>f 21840/17749/15466 21619/17528/15246 21839/17748/15465</w:t>
        <w:br/>
        <w:t>f 21840/17749/15466 21841/17750/15467 21177/17084/14821</w:t>
        <w:br/>
        <w:t>f 21619/17528/15246 21840/17749/15466 21177/17084/14821</w:t>
        <w:br/>
        <w:t>f 21843/17751/15468 21177/17084/14821 21842/17752/15469</w:t>
        <w:br/>
        <w:t>f 21542/17451/15173 21176/17085/14822 21844/17753/15470</w:t>
        <w:br/>
        <w:t>f 21845/17754/15471 21542/17451/15173 21844/17753/15470</w:t>
        <w:br/>
        <w:t>f 21848/17755/14591 21847/17756/15472 21542/17451/15173</w:t>
        <w:br/>
        <w:t>f 21846/17757/14588 21848/17755/14591 21542/17451/15173</w:t>
        <w:br/>
        <w:t>f 21849/17758/14593 21847/17756/15472 21848/17755/14591</w:t>
        <w:br/>
        <w:t>f 21853/17759/15472 21852/17760/15473 21851/17761/15474</w:t>
        <w:br/>
        <w:t>f 21850/17762/15475 21853/17759/15472 21851/17761/15474</w:t>
        <w:br/>
        <w:t>f 21854/17763/15476 21850/17762/15475 21851/17761/15474</w:t>
        <w:br/>
        <w:t>f 21855/17764/15477 21850/17762/15475 21854/17763/15476</w:t>
        <w:br/>
        <w:t>f 21859/17765/15478 21858/17766/15479 21857/17767/15480</w:t>
        <w:br/>
        <w:t>f 21856/17768/15481 21859/17765/15478 21857/17767/15480</w:t>
        <w:br/>
        <w:t>f 21863/17769/15482 21862/17770/15483 21861/17771/15484</w:t>
        <w:br/>
        <w:t>f 21860/17772/15485 21863/17769/15482 21861/17771/15484</w:t>
        <w:br/>
        <w:t>f 21866/17773/15486 21865/17774/15487 21864/17775/15488</w:t>
        <w:br/>
        <w:t>f 21860/17772/15485 21866/17773/15486 21864/17775/15488</w:t>
        <w:br/>
        <w:t>f 21869/17776/15489 21868/17777/15490 21867/17778/15491</w:t>
        <w:br/>
        <w:t>f 21605/17514/15232 21868/17777/15490 21869/17776/15489</w:t>
        <w:br/>
        <w:t>f 21870/17779/15492 21605/17514/15232 21869/17776/15489</w:t>
        <w:br/>
        <w:t>f 21474/17383/15111 21473/17382/15110 21871/17780/15493</w:t>
        <w:br/>
        <w:t>f 21872/17781/15494 21474/17383/15111 21871/17780/15493</w:t>
        <w:br/>
        <w:t>f 21676/17587/15304 21789/17697/15414 21791/17699/15416</w:t>
        <w:br/>
        <w:t>f 21679/17588/15305 21676/17587/15304 21791/17699/15416</w:t>
        <w:br/>
        <w:t>f 21662/17570/15287 21661/17571/15288 21793/17701/15418</w:t>
        <w:br/>
        <w:t>f 21873/17782/15495 21662/17570/15287 21793/17701/15418</w:t>
        <w:br/>
        <w:t>f 21662/17570/15287 21873/17782/15495 21874/17783/15496</w:t>
        <w:br/>
        <w:t>f 21658/17569/15286 21662/17570/15287 21874/17783/15496</w:t>
        <w:br/>
        <w:t>f 21497/17405/15133 21495/17404/15132 21875/17784/15497</w:t>
        <w:br/>
        <w:t>f 21876/17785/15498 21497/17405/15133 21875/17784/15497</w:t>
        <w:br/>
        <w:t>f 21496/17406/15134 21634/17542/15260 21877/17786/15499</w:t>
        <w:br/>
        <w:t>f 21631/17539/15257 21630/17540/15258 21879/17787/15500</w:t>
        <w:br/>
        <w:t>f 21878/17788/15501 21631/17539/15257 21879/17787/15500</w:t>
        <w:br/>
        <w:t>f 21781/17691/15408 21880/17789/15502 21592/17500/15220</w:t>
        <w:br/>
        <w:t>f 21779/17689/15406 21781/17691/15408 21592/17500/15220</w:t>
        <w:br/>
        <w:t>f 21842/17752/15469 21177/17084/14821 21841/17750/15467</w:t>
        <w:br/>
        <w:t>f 21843/17751/15468 21844/17753/15470 21176/17085/14822</w:t>
        <w:br/>
        <w:t>f 21177/17084/14821 21843/17751/15468 21176/17085/14822</w:t>
        <w:br/>
        <w:t>f 21846/17757/14588 21542/17451/15173 21845/17754/15471</w:t>
        <w:br/>
        <w:t>f 21603/17510/15228 21681/17592/15309 21682/17591/15308</w:t>
        <w:br/>
        <w:t>f 21689/17598/15315 21882/17790/15503 21881/17791/15504</w:t>
        <w:br/>
        <w:t>f 21688/17595/15312 21689/17598/15315 21881/17791/15504</w:t>
        <w:br/>
        <w:t>f 21231/17140/14877 21232/17139/14876 21883/17792/15505</w:t>
        <w:br/>
        <w:t>f 21698/17605/15322 21231/17140/14877 21883/17792/15505</w:t>
        <w:br/>
        <w:t>f 21885/17793/15506 21884/17794/15507 21702/17611/15328</w:t>
        <w:br/>
        <w:t>f 21699/17610/15327 21885/17793/15506 21702/17611/15328</w:t>
        <w:br/>
        <w:t>f 21732/17643/15360 21733/17642/15359 21886/17795/15508</w:t>
        <w:br/>
        <w:t>f 21887/17796/15509 21732/17643/15360 21886/17795/15508</w:t>
        <w:br/>
        <w:t>f 21744/17653/15370 21745/17652/15369 21888/17797/15510</w:t>
        <w:br/>
        <w:t>f 21502/17410/15138 21745/17652/15369 21743/17654/15371</w:t>
        <w:br/>
        <w:t>f 21892/17798/15511 21891/17799/15512 21890/17800/15513</w:t>
        <w:br/>
        <w:t>f 21889/17801/15514 21892/17798/15511 21890/17800/15513</w:t>
        <w:br/>
        <w:t>f 21779/17689/15406 21592/17500/15220 21680/17589/15306</w:t>
        <w:br/>
        <w:t>f 21894/17802/15515 21893/17803/15516 21868/17777/15490</w:t>
        <w:br/>
        <w:t>f 21895/17804/15517 21412/17321/15054 21413/17320/15053</w:t>
        <w:br/>
        <w:t>f 21775/17685/15402 21587/17498/15218 21588/17497/15217</w:t>
        <w:br/>
        <w:t>f 21896/17805/15518 21775/17685/15402 21588/17497/15217</w:t>
        <w:br/>
        <w:t>f 21519/17428/15151 21213/17123/14860 21715/17624/15341</w:t>
        <w:br/>
        <w:t>f 21718/17627/15344 21519/17428/15151 21715/17624/15341</w:t>
        <w:br/>
        <w:t>f 21752/17660/15377 21672/17581/15298 21897/17806/15519</w:t>
        <w:br/>
        <w:t>f 21712/17620/15337 21223/17130/14867 21221/17132/14869</w:t>
        <w:br/>
        <w:t>f 21710/17618/15335 21899/17807/15520 21898/17808/15521</w:t>
        <w:br/>
        <w:t>f 21900/17809/15522 21710/17618/15335 21898/17808/15521</w:t>
        <w:br/>
        <w:t>f 21740/17648/15365 21386/17293/15028 21735/17647/15364</w:t>
        <w:br/>
        <w:t>f 21736/17646/15363 21740/17648/15365 21735/17647/15364</w:t>
        <w:br/>
        <w:t>f 21770/17679/15396 21666/17576/15293 21901/17810/15523</w:t>
        <w:br/>
        <w:t>f 21904/17811/15524 21903/17812/15525 21902/17813/15526</w:t>
        <w:br/>
        <w:t>f 21905/17814/15527 21904/17811/15524 21902/17813/15526</w:t>
        <w:br/>
        <w:t>f 21906/17815/15528 21761/17667/15384 21758/17670/15387</w:t>
        <w:br/>
        <w:t>f 21762/17673/15390 21906/17815/15528 21758/17670/15387</w:t>
        <w:br/>
        <w:t>f 21755/17664/15381 21908/17816/15529 21907/17817/15530</w:t>
        <w:br/>
        <w:t>f 21754/17665/15382 21755/17664/15381 21907/17817/15530</w:t>
        <w:br/>
        <w:t>f 21912/17818/15531 21911/17819/15532 21910/17820/15533</w:t>
        <w:br/>
        <w:t>f 21909/17821/15534 21912/17818/15531 21910/17820/15533</w:t>
        <w:br/>
        <w:t>f 21897/17806/15519 21628/17538/15256 21629/17537/15255</w:t>
        <w:br/>
        <w:t>f 21643/17552/15269 21502/17410/15138 21743/17654/15371</w:t>
        <w:br/>
        <w:t>f 21773/17683/15400 21675/17583/15300 21913/17822/15535</w:t>
        <w:br/>
        <w:t>f 21914/17823/15536 21913/17822/15535 21675/17583/15300</w:t>
        <w:br/>
        <w:t>f 21664/17574/15291 21914/17823/15536 21675/17583/15300</w:t>
        <w:br/>
        <w:t>f 21774/17682/15399 21674/17584/15301 21675/17583/15300</w:t>
        <w:br/>
        <w:t>f 21663/17572/15289 21790/17700/15417 21792/17702/15419</w:t>
        <w:br/>
        <w:t>f 21661/17571/15288 21663/17572/15289 21792/17702/15419</w:t>
        <w:br/>
        <w:t>f 21915/17824/15537 21658/17569/15286 21874/17783/15496</w:t>
        <w:br/>
        <w:t>f 21658/17569/15286 21915/17824/15537 21660/17567/15284</w:t>
        <w:br/>
        <w:t>f 21794/17704/15421 21650/17559/15276 21916/17825/15538</w:t>
        <w:br/>
        <w:t>f 21917/17826/15539 21650/17559/15276 21795/17703/15420</w:t>
        <w:br/>
        <w:t>f 21495/17404/15132 21917/17826/15539 21649/17557/15274</w:t>
        <w:br/>
        <w:t>f 21495/17404/15132 21648/17558/15275 21651/17561/15278</w:t>
        <w:br/>
        <w:t>f 21495/17404/15132 21652/17560/15277 21875/17784/15497</w:t>
        <w:br/>
        <w:t>f 21497/17405/15133 21876/17785/15498 21633/17543/15261</w:t>
        <w:br/>
        <w:t>f 21918/17827/15540 21496/17406/15134 21877/17786/15499</w:t>
        <w:br/>
        <w:t>f 21496/17406/15134 21497/17405/15133 21634/17542/15260</w:t>
        <w:br/>
        <w:t>f 21496/17406/15134 21382/17288/15023 21379/17291/15026</w:t>
        <w:br/>
        <w:t>f 21478/17384/15112 21496/17406/15134 21379/17291/15026</w:t>
        <w:br/>
        <w:t>f 21630/17540/15258 21919/17828/15541 21879/17787/15500</w:t>
        <w:br/>
        <w:t>f 21919/17828/15541 21630/17540/15258 21920/17829/15542</w:t>
        <w:br/>
        <w:t>f 21630/17540/15258 21382/17288/15023 21920/17829/15542</w:t>
        <w:br/>
        <w:t>f 21920/17829/15542 21382/17288/15023 21921/17830/15543</w:t>
        <w:br/>
        <w:t>f 21650/17559/15276 21490/17399/15127 21659/17568/15285</w:t>
        <w:br/>
        <w:t>f 21916/17825/15538 21650/17559/15276 21659/17568/15285</w:t>
        <w:br/>
        <w:t>f 21490/17399/15127 21489/17397/15125 21659/17568/15285</w:t>
        <w:br/>
        <w:t>f 21922/17831/15544 21894/17802/15515 21868/17777/15490</w:t>
        <w:br/>
        <w:t>f 21605/17514/15232 21922/17831/15544 21868/17777/15490</w:t>
        <w:br/>
        <w:t>f 21925/17832/15545 21269/17176/14911 21924/17833/15546</w:t>
        <w:br/>
        <w:t>f 21923/17834/15547 21925/17832/15545 21924/17833/15546</w:t>
        <w:br/>
        <w:t>f 21269/17176/14911 21926/17835/15548 21924/17833/15546</w:t>
        <w:br/>
        <w:t>f 21927/17836/15549 21926/17835/15548 21269/17176/14911</w:t>
        <w:br/>
        <w:t>f 21267/17178/14913 21927/17836/15549 21269/17176/14911</w:t>
        <w:br/>
        <w:t>f 21928/17837/15550 21284/17193/14928 21281/17192/14927</w:t>
        <w:br/>
        <w:t>f 21469/17379/15107 21928/17837/15550 21281/17192/14927</w:t>
        <w:br/>
        <w:t>f 21928/17837/15550 21929/17838/15551 21286/17194/14929</w:t>
        <w:br/>
        <w:t>f 21284/17193/14928 21928/17837/15550 21286/17194/14929</w:t>
        <w:br/>
        <w:t>f 21332/17241/14976 21930/17839/15552 21470/17378/15106</w:t>
        <w:br/>
        <w:t>f 21331/17240/14975 21332/17241/14976 21470/17378/15106</w:t>
        <w:br/>
        <w:t>f 21930/17839/15552 21332/17241/14976 21453/17363/15093</w:t>
        <w:br/>
        <w:t>f 21931/17840/15553 21930/17839/15552 21453/17363/15093</w:t>
        <w:br/>
        <w:t>f 21933/17841/15554 21286/17194/14929 21929/17838/15551</w:t>
        <w:br/>
        <w:t>f 21932/17842/15555 21933/17841/15554 21929/17838/15551</w:t>
        <w:br/>
        <w:t>f 21120/17026/14764 21934/17843/15556 21121/17033/14771</w:t>
        <w:br/>
        <w:t>f 21122/17032/14770 21120/17026/14764 21121/17033/14771</w:t>
        <w:br/>
        <w:t>f 21131/17038/14776 21935/17844/15557 21544/17452/15174</w:t>
        <w:br/>
        <w:t>f 21937/17845/15558 21936/17846/15559 21306/17216/14951</w:t>
        <w:br/>
        <w:t>f 21307/17215/14950 21937/17845/15558 21306/17216/14951</w:t>
        <w:br/>
        <w:t>f 21211/17121/14858 21212/17120/14857 21938/17847/15560</w:t>
        <w:br/>
        <w:t>f 21457/17365/15095 21938/17847/15560 21212/17120/14857</w:t>
        <w:br/>
        <w:t>f 21939/17848/15561 21935/17844/15557 21131/17038/14776</w:t>
        <w:br/>
        <w:t>f 21932/17842/15555 21929/17838/15551 21941/17849/15562</w:t>
        <w:br/>
        <w:t>f 21940/17850/15563 21932/17842/15555 21941/17849/15562</w:t>
        <w:br/>
        <w:t>f 21470/17378/15106 21943/17851/15564 21942/17852/15565</w:t>
        <w:br/>
        <w:t>f 21469/17379/15107 21470/17378/15106 21942/17852/15565</w:t>
        <w:br/>
        <w:t>f 21682/17591/15308 21684/17594/15311 21121/17033/14771</w:t>
        <w:br/>
        <w:t>f 21944/17853/15566 21682/17591/15308 21121/17033/14771</w:t>
        <w:br/>
        <w:t>f 21682/17591/15308 21944/17853/15566 21602/17511/15229</w:t>
        <w:br/>
        <w:t>f 21603/17510/15228 21682/17591/15308 21602/17511/15229</w:t>
        <w:br/>
        <w:t>f 21945/17854/15567 21603/17510/15228 21601/17512/15230</w:t>
        <w:br/>
        <w:t>f 21882/17790/15503 21598/17508/15226 21599/17507/15225</w:t>
        <w:br/>
        <w:t>f 21881/17791/15504 21882/17790/15503 21599/17507/15225</w:t>
        <w:br/>
        <w:t>f 21948/17855/15568 21947/17856/15569 21946/17857/15570</w:t>
        <w:br/>
        <w:t>f 21949/17858/15571 21948/17855/15568 21946/17857/15570</w:t>
        <w:br/>
        <w:t>f 21498/17408/15136 21499/17407/15135 21950/17859/15572</w:t>
        <w:br/>
        <w:t>f 21951/17860/15573 21498/17408/15136 21950/17859/15572</w:t>
        <w:br/>
        <w:t>f 21955/17861/15574 21954/17862/15575 21953/17863/15576</w:t>
        <w:br/>
        <w:t>f 21952/17864/15577 21955/17861/15574 21953/17863/15576</w:t>
        <w:br/>
        <w:t>f 21959/17865/15578 21958/17866/15579 21957/17867/15580</w:t>
        <w:br/>
        <w:t>f 21956/17868/15581 21959/17865/15578 21957/17867/15580</w:t>
        <w:br/>
        <w:t>f 21956/17868/15581 21961/17869/15582 21960/17870/15583</w:t>
        <w:br/>
        <w:t>f 21959/17865/15578 21956/17868/15581 21960/17870/15583</w:t>
        <w:br/>
        <w:t>f 21805/17717/15434 21806/17716/15433 21962/17871/15584</w:t>
        <w:br/>
        <w:t>f 21963/17872/15585 21797/17706/15423 21802/17711/15428</w:t>
        <w:br/>
        <w:t>f 21965/17873/15586 21964/17874/15587 21957/17867/15580</w:t>
        <w:br/>
        <w:t>f 21479/17389/15117 21480/17388/15116 21377/17284/15019</w:t>
        <w:br/>
        <w:t>f 21494/17402/15130 21479/17389/15117 21377/17284/15019</w:t>
        <w:br/>
        <w:t>f 21532/17442/15164 21492/17400/15128 21483/17390/15118</w:t>
        <w:br/>
        <w:t>f 21493/17403/15131 21532/17442/15164 21483/17390/15118</w:t>
        <w:br/>
        <w:t>f 21966/17875/15588 21964/17874/15587 21965/17873/15586</w:t>
        <w:br/>
        <w:t>f 21796/17707/15424 21964/17874/15587 21966/17875/15588</w:t>
        <w:br/>
        <w:t>f 21968/17876/15589 21812/17718/15435 21809/17721/15438</w:t>
        <w:br/>
        <w:t>f 21967/17877/15590 21968/17876/15589 21809/17721/15438</w:t>
        <w:br/>
        <w:t>f 21969/17878/15591 21806/17716/15433 21807/17715/15432</w:t>
        <w:br/>
        <w:t>f 21970/17879/15592 21969/17878/15591 21807/17715/15432</w:t>
        <w:br/>
        <w:t>f 21195/17104/14841 21962/17871/15584 21194/17101/14838</w:t>
        <w:br/>
        <w:t>f 21799/17710/15427 21962/17871/15584 21195/17104/14841</w:t>
        <w:br/>
        <w:t>f 21802/17711/15428 21624/17531/15249 21625/17534/15252</w:t>
        <w:br/>
        <w:t>f 21963/17872/15585 21802/17711/15428 21625/17534/15252</w:t>
        <w:br/>
        <w:t>f 21960/17870/15583 21961/17869/15582 21625/17534/15252</w:t>
        <w:br/>
        <w:t>f 21190/17100/14837 21378/17287/15022 21383/17292/15027</w:t>
        <w:br/>
        <w:t>f 21191/17099/14836 21190/17100/14837 21383/17292/15027</w:t>
        <w:br/>
        <w:t>f 21623/17532/15250 21196/17106/14843 21197/17105/14842</w:t>
        <w:br/>
        <w:t>f 21622/17533/15251 21623/17532/15250 21197/17105/14842</w:t>
        <w:br/>
        <w:t>f 21172/17080/14817 21192/17103/14840 21193/17102/14839</w:t>
        <w:br/>
        <w:t>f 21171/17081/14818 21178/17089/14826 21197/17105/14842</w:t>
        <w:br/>
        <w:t>f 21170/17078/14815 21168/17074/14811 21971/17880/15593</w:t>
        <w:br/>
        <w:t>f 21972/17881/15594 21170/17078/14815 21971/17880/15593</w:t>
        <w:br/>
        <w:t>f 21150/17061/14798 21151/17060/14797 21371/17277/15012</w:t>
        <w:br/>
        <w:t>f 21368/17280/15015 21150/17061/14798 21371/17277/15012</w:t>
        <w:br/>
        <w:t>f 21974/17882/15595 21829/17738/15455 21831/17739/15456</w:t>
        <w:br/>
        <w:t>f 21973/17883/15596 21974/17882/15595 21831/17739/15456</w:t>
        <w:br/>
        <w:t>f 21152/17059/14796 21823/17731/15448 21647/17556/15273</w:t>
        <w:br/>
        <w:t>f 21151/17060/14797 21152/17059/14796 21647/17556/15273</w:t>
        <w:br/>
        <w:t>f 21400/17309/15044 21976/17884/15597 21975/17885/15598</w:t>
        <w:br/>
        <w:t>f 21399/17310/15045 21400/17309/15044 21975/17885/15598</w:t>
        <w:br/>
        <w:t>f 21978/17886/15599 21977/17887/15600 21403/17313/15048</w:t>
        <w:br/>
        <w:t>f 21611/17520/15238 21979/17888/15601 21839/17748/15465</w:t>
        <w:br/>
        <w:t>f 21403/17313/15048 21423/17333/15064 21131/17038/14776</w:t>
        <w:br/>
        <w:t>f 21981/17889/15602 21128/17037/14775 21980/17890/15603</w:t>
        <w:br/>
        <w:t>f 21982/17891/15604 21981/17889/15602 21980/17890/15603</w:t>
        <w:br/>
        <w:t>f 21984/17892/15605 21983/17893/15606 21608/17516/15234</w:t>
        <w:br/>
        <w:t>f 21126/17035/14773 21984/17892/15605 21608/17516/15234</w:t>
        <w:br/>
        <w:t>f 21178/17089/14826 21186/17097/14834 21187/17096/14833</w:t>
        <w:br/>
        <w:t>f 21381/17289/15024 21382/17288/15023 21630/17540/15258</w:t>
        <w:br/>
        <w:t>f 21985/17894/15607 21382/17288/15023 21496/17406/15134</w:t>
        <w:br/>
        <w:t>f 21918/17827/15540 21985/17894/15607 21496/17406/15134</w:t>
        <w:br/>
        <w:t>f 21921/17830/15543 21382/17288/15023 21985/17894/15607</w:t>
        <w:br/>
        <w:t>f 21483/17390/15118 21481/17392/15120 21476/17386/15114</w:t>
        <w:br/>
        <w:t>f 21479/17389/15117 21483/17390/15118 21476/17386/15114</w:t>
        <w:br/>
        <w:t>f 21481/17392/15120 21485/17393/15121 21475/17387/15115</w:t>
        <w:br/>
        <w:t>f 21476/17386/15114 21481/17392/15120 21475/17387/15115</w:t>
        <w:br/>
        <w:t>f 21986/17895/15608 21850/17762/15475 21855/17764/15477</w:t>
        <w:br/>
        <w:t>f 21860/17772/15485 21861/17771/15484 21987/17896/15609</w:t>
        <w:br/>
        <w:t>f 21990/17897/15610 21989/17898/15611 21988/17899/15612</w:t>
        <w:br/>
        <w:t>f 21991/17900/15613 21990/17897/15610 21988/17899/15612</w:t>
        <w:br/>
        <w:t>f 21992/17901/15614 21602/17511/15229 21944/17853/15566</w:t>
        <w:br/>
        <w:t>f 21934/17843/15556 21992/17901/15614 21944/17853/15566</w:t>
        <w:br/>
        <w:t>f 21894/17802/15515 21922/17831/15544 21125/17036/14774</w:t>
        <w:br/>
        <w:t>f 21130/17039/14777 21994/17902/15615 21993/17903/15616</w:t>
        <w:br/>
        <w:t>f 21983/17893/15606 21984/17892/15605 21995/17904/15617</w:t>
        <w:br/>
        <w:t>f 21996/17905/15618 21983/17893/15606 21995/17904/15617</w:t>
        <w:br/>
        <w:t>f 21981/17889/15602 21998/17906/15619 21997/17907/15620</w:t>
        <w:br/>
        <w:t>f 21929/17838/15551 21928/17837/15550 21999/17908/15621</w:t>
        <w:br/>
        <w:t>f 21941/17849/15562 21929/17838/15551 21999/17908/15621</w:t>
        <w:br/>
        <w:t>f 21928/17837/15550 21469/17379/15107 21942/17852/15565</w:t>
        <w:br/>
        <w:t>f 21999/17908/15621 21928/17837/15550 21942/17852/15565</w:t>
        <w:br/>
        <w:t>f 21930/17839/15552 22000/17909/15622 21943/17851/15564</w:t>
        <w:br/>
        <w:t>f 21470/17378/15106 21930/17839/15552 21943/17851/15564</w:t>
        <w:br/>
        <w:t>f 22000/17909/15622 21930/17839/15552 21931/17840/15553</w:t>
        <w:br/>
        <w:t>f 22001/17910/15623 22000/17909/15622 21931/17840/15553</w:t>
        <w:br/>
        <w:t>f 21938/17847/15560 21131/17038/14776 22002/17911/15624</w:t>
        <w:br/>
        <w:t>f 21260/17168/14903 22004/17912/15625 22003/17913/15626</w:t>
        <w:br/>
        <w:t>f 21456/17366/15096 21260/17168/14903 22003/17913/15626</w:t>
        <w:br/>
        <w:t>f 22005/17914/15627 22004/17912/15625 21260/17168/14903</w:t>
        <w:br/>
        <w:t>f 21256/17165/14900 22005/17914/15627 21260/17168/14903</w:t>
        <w:br/>
        <w:t>f 21938/17847/15560 22002/17911/15624 21211/17121/14858</w:t>
        <w:br/>
        <w:t>f 22007/17915/15628 21253/17163/14898 21254/17162/14897</w:t>
        <w:br/>
        <w:t>f 22006/17916/15629 22007/17915/15628 21254/17162/14897</w:t>
        <w:br/>
        <w:t>f 22009/17917/15630 22008/17918/15631 21131/17038/14776</w:t>
        <w:br/>
        <w:t>f 22010/17919/15632 21134/17041/14779 21129/17040/14778</w:t>
        <w:br/>
        <w:t>f 21130/17039/14777 22010/17919/15632 21129/17040/14778</w:t>
        <w:br/>
        <w:t>f 21932/17842/15555 21307/17215/14950 21303/17213/14948</w:t>
        <w:br/>
        <w:t>f 21933/17841/15554 21932/17842/15555 21303/17213/14948</w:t>
        <w:br/>
        <w:t>f 21307/17215/14950 21932/17842/15555 21940/17850/15563</w:t>
        <w:br/>
        <w:t>f 21937/17845/15558 21307/17215/14950 21940/17850/15563</w:t>
        <w:br/>
        <w:t>f 22008/17918/15631 22011/17920/15633 21131/17038/14776</w:t>
        <w:br/>
        <w:t>f 21131/17038/14776 22011/17920/15633 21287/17197/14932</w:t>
        <w:br/>
        <w:t>f 21450/17359/15089 22012/17921/15634 21447/17356/15086</w:t>
        <w:br/>
        <w:t>f 21447/17356/15086 22012/17921/15634 22013/17922/15635</w:t>
        <w:br/>
        <w:t>f 21448/17357/15087 21447/17356/15086 22013/17922/15635</w:t>
        <w:br/>
        <w:t>f 21539/17449/15171 21448/17357/15087 22013/17922/15635</w:t>
        <w:br/>
        <w:t>f 22014/17923/15636 21448/17357/15087 21539/17449/15171</w:t>
        <w:br/>
        <w:t>f 21540/17448/15170 22014/17923/15636 21539/17449/15171</w:t>
        <w:br/>
        <w:t>f 22015/17924/15637 22014/17923/15636 21540/17448/15170</w:t>
        <w:br/>
        <w:t>f 21541/17450/15172 22015/17924/15637 21540/17448/15170</w:t>
        <w:br/>
        <w:t>f 21541/17450/15172 21494/17402/15130 21377/17284/15019</w:t>
        <w:br/>
        <w:t>f 22015/17924/15637 21541/17450/15172 21377/17284/15019</w:t>
        <w:br/>
        <w:t>f 21542/17451/15173 21847/17756/15472 22016/17925/15638</w:t>
        <w:br/>
        <w:t>f 21175/17086/14823 21542/17451/15173 22016/17925/15638</w:t>
        <w:br/>
        <w:t>f 21618/17526/15244 21619/17528/15246 21177/17084/14821</w:t>
        <w:br/>
        <w:t>f 21141/17053/14790 21142/17052/14789 21656/17564/15281</w:t>
        <w:br/>
        <w:t>f 22017/17926/15639 21820/17729/15446 21656/17564/15281</w:t>
        <w:br/>
        <w:t>f 21657/17566/15283 22017/17926/15639 21656/17564/15281</w:t>
        <w:br/>
        <w:t>f 21819/17728/15445 22018/17927/15640 21818/17726/15443</w:t>
        <w:br/>
        <w:t>f 21177/17084/14821 21175/17086/14823 21618/17526/15244</w:t>
        <w:br/>
        <w:t>f 22019/17928/15641 21450/17359/15089 21184/17093/14830</w:t>
        <w:br/>
        <w:t>f 21183/17092/14829 22019/17928/15641 21184/17093/14830</w:t>
        <w:br/>
        <w:t>f 22020/17929/15642 21441/17353/15083 21442/17352/15082</w:t>
        <w:br/>
        <w:t>f 21437/17346/15076 22020/17929/15642 21442/17352/15082</w:t>
        <w:br/>
        <w:t>f 22012/17921/15634 22021/17930/15643 21440/17349/15079</w:t>
        <w:br/>
        <w:t>f 22022/17931/15644 21180/17087/14824 21171/17081/14818</w:t>
        <w:br/>
        <w:t>f 21169/17079/14816 22022/17931/15644 21171/17081/14818</w:t>
        <w:br/>
        <w:t>f 21169/17079/14816 21170/17078/14815 22023/17932/15645</w:t>
        <w:br/>
        <w:t>f 22022/17931/15644 21169/17079/14816 22023/17932/15645</w:t>
        <w:br/>
        <w:t>f 21170/17078/14815 21972/17881/15594 22024/17933/15646</w:t>
        <w:br/>
        <w:t>f 22023/17932/15645 21170/17078/14815 22024/17933/15646</w:t>
        <w:br/>
        <w:t>f 21831/17739/15456 21832/17742/15459 22025/17934/15647</w:t>
        <w:br/>
        <w:t>f 21973/17883/15596 21831/17739/15456 22025/17934/15647</w:t>
        <w:br/>
        <w:t>f 22021/17930/15643 22012/17921/15634 21450/17359/15089</w:t>
        <w:br/>
        <w:t>f 22019/17928/15641 22021/17930/15643 21450/17359/15089</w:t>
        <w:br/>
        <w:t>f 22027/17935/15648 22026/17936/15649 21131/17038/14776</w:t>
        <w:br/>
        <w:t>f 21131/17038/14776 22026/17936/15649 22028/17937/15650</w:t>
        <w:br/>
        <w:t>f 22029/17938/15651 21131/17038/14776 22028/17937/15650</w:t>
        <w:br/>
        <w:t>f 21181/17091/14828 21426/17334/15065 21131/17038/14776</w:t>
        <w:br/>
        <w:t>f 21131/17038/14776 21289/17198/14933 21452/17360/15090</w:t>
        <w:br/>
        <w:t>f 21131/17038/14776 22029/17938/15651 21185/17094/14831</w:t>
        <w:br/>
        <w:t>f 22031/17939/15652 22030/17940/15653 21617/17527/15245</w:t>
        <w:br/>
        <w:t>f 21618/17526/15244 22031/17939/15652 21617/17527/15245</w:t>
        <w:br/>
        <w:t>f 22031/17939/15652 21618/17526/15244 21175/17086/14823</w:t>
        <w:br/>
        <w:t>f 22031/17939/15652 21175/17086/14823 22016/17925/15638</w:t>
        <w:br/>
        <w:t>f 21934/17843/15556 21120/17026/14764 21117/17029/14767</w:t>
        <w:br/>
        <w:t>f 21134/17041/14779 21934/17843/15556 21117/17029/14767</w:t>
        <w:br/>
        <w:t>f 21253/17163/14898 22007/17915/15628 21258/17167/14902</w:t>
        <w:br/>
        <w:t>f 22005/17914/15627 21256/17165/14900 21257/17164/14899</w:t>
        <w:br/>
        <w:t>f 22032/17941/15654 22005/17914/15627 21257/17164/14899</w:t>
        <w:br/>
        <w:t>f 21982/17891/15604 21998/17906/15619 21981/17889/15602</w:t>
        <w:br/>
        <w:t>f 21994/17902/15615 21646/17555/15272 21862/17770/15483</w:t>
        <w:br/>
        <w:t>f 21863/17769/15482 21994/17902/15615 21862/17770/15483</w:t>
        <w:br/>
        <w:t>f 21996/17905/15618 21995/17904/15617 21130/17039/14777</w:t>
        <w:br/>
        <w:t>f 21128/17037/14775 21981/17889/15602 21997/17907/15620</w:t>
        <w:br/>
        <w:t>f 21127/17034/14772 21128/17037/14775 21997/17907/15620</w:t>
        <w:br/>
        <w:t>f 22033/17942/15655 21457/17365/15095 21456/17366/15096</w:t>
        <w:br/>
        <w:t>f 22003/17913/15626 22033/17942/15655 21456/17366/15096</w:t>
        <w:br/>
        <w:t>f 22035/17943/15656 22034/17944/15657 21131/17038/14776</w:t>
        <w:br/>
        <w:t>f 21131/17038/14776 22034/17944/15657 21939/17848/15561</w:t>
        <w:br/>
        <w:t>f 21134/17041/14779 22010/17919/15632 21992/17901/15614</w:t>
        <w:br/>
        <w:t>f 21934/17843/15556 21134/17041/14779 21992/17901/15614</w:t>
        <w:br/>
        <w:t>f 21986/17895/15608 21411/17322/15055 21412/17321/15054</w:t>
        <w:br/>
        <w:t>f 21850/17762/15475 21986/17895/15608 21412/17321/15054</w:t>
        <w:br/>
        <w:t>f 21895/17804/15517 22036/17945/15658 21850/17762/15475</w:t>
        <w:br/>
        <w:t>f 21412/17321/15054 21895/17804/15517 21850/17762/15475</w:t>
        <w:br/>
        <w:t>f 21673/17582/15299 21559/17468/15188 22037/17946/15659</w:t>
        <w:br/>
        <w:t>f 21314/17224/14959 21673/17582/15299 22037/17946/15659</w:t>
        <w:br/>
        <w:t>f 22040/17947/15660 22039/17948/15661 22038/17949/15662</w:t>
        <w:br/>
        <w:t>f 22041/17950/15663 22040/17947/15660 22038/17949/15662</w:t>
        <w:br/>
        <w:t>f 21535/17445/15167 21553/17462/15182 21534/17440/15162</w:t>
        <w:br/>
        <w:t>f 21552/17463/15183 21553/17462/15182 21436/17342/15072</w:t>
        <w:br/>
        <w:t>f 21445/17354/15084 21552/17463/15183 21433/17345/15075</w:t>
        <w:br/>
        <w:t>f 21442/17352/15082 21445/17354/15084 21437/17346/15076</w:t>
        <w:br/>
        <w:t>f 21556/17465/15185 21534/17440/15162 21553/17462/15182</w:t>
        <w:br/>
        <w:t>f 21392/17304/15039 22043/17951/15664 22042/17952/15665</w:t>
        <w:br/>
        <w:t>f 21395/17301/15036 21392/17304/15039 22042/17952/15665</w:t>
        <w:br/>
        <w:t>f 21888/17797/15510 21745/17652/15369 22044/17953/15666</w:t>
        <w:br/>
        <w:t>f 22048/17954/15667 22047/17955/15668 22046/17956/15669</w:t>
        <w:br/>
        <w:t>f 22045/17957/15670 22048/17954/15667 22046/17956/15669</w:t>
        <w:br/>
        <w:t>f 22048/17954/15667 22045/17957/15670 22049/17958/15671</w:t>
        <w:br/>
        <w:t>f 22043/17951/15664 21955/17861/15574 21952/17864/15577</w:t>
        <w:br/>
        <w:t>f 22042/17952/15665 22043/17951/15664 21952/17864/15577</w:t>
        <w:br/>
        <w:t>f 21351/17259/14994 21354/17262/14997 21365/17274/15009</w:t>
        <w:br/>
        <w:t>f 22051/17959/15672 22050/17960/15673 21416/17323/15056</w:t>
        <w:br/>
        <w:t>f 22053/17961/15674 21416/17323/15056 21414/17325/15058</w:t>
        <w:br/>
        <w:t>f 22052/17962/15675 22053/17961/15674 21414/17325/15058</w:t>
        <w:br/>
        <w:t>f 22053/17961/15674 22051/17959/15672 21416/17323/15056</w:t>
        <w:br/>
        <w:t>f 21858/17766/15479 22055/17963/15676 22054/17964/15677</w:t>
        <w:br/>
        <w:t>f 21411/17322/15055 21986/17895/15608 21858/17766/15479</w:t>
        <w:br/>
        <w:t>f 21858/17766/15479 21986/17895/15608 22055/17963/15676</w:t>
        <w:br/>
        <w:t>f 21858/17766/15479 22054/17964/15677 21857/17767/15480</w:t>
        <w:br/>
        <w:t>f 21859/17765/15478 22056/17965/15678 21411/17322/15055</w:t>
        <w:br/>
        <w:t>f 21858/17766/15479 21859/17765/15478 21411/17322/15055</w:t>
        <w:br/>
        <w:t>f 21411/17322/15055 22056/17965/15678 21413/17320/15053</w:t>
        <w:br/>
        <w:t>f 21300/17209/14944 21285/17195/14930 21286/17194/14929</w:t>
        <w:br/>
        <w:t>f 21933/17841/15554 21300/17209/14944 21286/17194/14929</w:t>
        <w:br/>
        <w:t>f 21933/17841/15554 21303/17213/14948 21304/17212/14947</w:t>
        <w:br/>
        <w:t>f 21300/17209/14944 21933/17841/15554 21304/17212/14947</w:t>
        <w:br/>
        <w:t>f 21326/17232/14967 21323/17235/14970 22057/17966/15679</w:t>
        <w:br/>
        <w:t>f 21454/17362/15092 21326/17232/14967 22057/17966/15679</w:t>
        <w:br/>
        <w:t>f 21282/17191/14926 21283/17190/14925 21319/17231/14966</w:t>
        <w:br/>
        <w:t>f 21320/17230/14965 21282/17191/14926 21319/17231/14966</w:t>
        <w:br/>
        <w:t>f 21283/17190/14925 21285/17195/14930 21299/17207/14942</w:t>
        <w:br/>
        <w:t>f 21319/17231/14966 21283/17190/14925 21299/17207/14942</w:t>
        <w:br/>
        <w:t>f 21304/17212/14947 21291/17201/14936 21300/17209/14944</w:t>
        <w:br/>
        <w:t>f 21305/17211/14946 21290/17202/14937 21304/17212/14947</w:t>
        <w:br/>
        <w:t>f 22057/17966/15679 21323/17235/14970 22059/17967/15680</w:t>
        <w:br/>
        <w:t>f 22058/17968/15681 22057/17966/15679 22059/17967/15680</w:t>
        <w:br/>
        <w:t>f 22060/17969/15682 22059/17967/15680 21323/17235/14970</w:t>
        <w:br/>
        <w:t>f 21324/17234/14969 22060/17969/15682 21323/17235/14970</w:t>
        <w:br/>
        <w:t>f 21298/17208/14943 22061/17970/15683 21299/17207/14942</w:t>
        <w:br/>
        <w:t>f 21290/17202/14937 21465/17376/15104 21293/17199/14934</w:t>
        <w:br/>
        <w:t>f 22064/17971/15684 21263/17170/14905 22063/17972/15685</w:t>
        <w:br/>
        <w:t>f 22062/17973/15686 22064/17971/15684 22063/17972/15685</w:t>
        <w:br/>
        <w:t>f 21263/17170/14905 22064/17971/15684 22065/17974/15687</w:t>
        <w:br/>
        <w:t>f 21304/17212/14947 21290/17202/14937 21291/17201/14936</w:t>
        <w:br/>
        <w:t>f 21300/17209/14944 21291/17201/14936 21299/17207/14942</w:t>
        <w:br/>
        <w:t>f 21330/17236/14971 21567/17475/15195 22058/17968/15681</w:t>
        <w:br/>
        <w:t>f 22059/17967/15680 21330/17236/14971 22058/17968/15681</w:t>
        <w:br/>
        <w:t>f 22059/17967/15680 22060/17969/15682 21329/17237/14972</w:t>
        <w:br/>
        <w:t>f 21330/17236/14971 22059/17967/15680 21329/17237/14972</w:t>
        <w:br/>
        <w:t>f 21333/17242/14977 22060/17969/15682 21321/17229/14964</w:t>
        <w:br/>
        <w:t>f 21348/17256/14991 21333/17242/14977 21321/17229/14964</w:t>
        <w:br/>
        <w:t>f 21353/17263/14998 21322/17228/14963 21354/17262/14997</w:t>
        <w:br/>
        <w:t>f 21355/17267/15002 21356/17266/15001 22061/17970/15683</w:t>
        <w:br/>
        <w:t>f 21298/17208/14943 21355/17267/15002 22061/17970/15683</w:t>
        <w:br/>
        <w:t>f 21298/17208/14943 21297/17203/14938 21355/17267/15002</w:t>
        <w:br/>
        <w:t>f 21310/17219/14954 21311/17218/14953 21293/17199/14934</w:t>
        <w:br/>
        <w:t>f 21320/17230/14965 21324/17234/14969 21325/17233/14968</w:t>
        <w:br/>
        <w:t>f 21282/17191/14926 21320/17230/14965 21325/17233/14968</w:t>
        <w:br/>
        <w:t>f 21321/17229/14964 22060/17969/15682 21324/17234/14969</w:t>
        <w:br/>
        <w:t>f 21320/17230/14965 21321/17229/14964 21324/17234/14969</w:t>
        <w:br/>
        <w:t>f 21244/17152/14887 22067/17975/15688 22066/17976/15689</w:t>
        <w:br/>
        <w:t>f 22069/17977/15690 22068/17978/15691 21245/17151/14886</w:t>
        <w:br/>
        <w:t>f 22072/17979/15692 22071/17980/15693 22070/17981/15694</w:t>
        <w:br/>
        <w:t>f 21241/17148/14883 22072/17979/15692 22070/17981/15694</w:t>
        <w:br/>
        <w:t>f 21239/17150/14885 22073/17982/15695 21387/17296/15031</w:t>
        <w:br/>
        <w:t>f 21384/17295/15030 21239/17150/14885 21387/17296/15031</w:t>
        <w:br/>
        <w:t>f 21261/17172/14907 21734/17641/15358 22063/17972/15685</w:t>
        <w:br/>
        <w:t>f 21263/17170/14905 21261/17172/14907 22063/17972/15685</w:t>
        <w:br/>
        <w:t>f 21310/17219/14954 22074/17983/15696 21309/17220/14955</w:t>
        <w:br/>
        <w:t>f 22076/17984/15697 22075/17985/15698 21131/17038/14776</w:t>
        <w:br/>
        <w:t>f 22077/17986/15699 22076/17984/15697 21131/17038/14776</w:t>
        <w:br/>
        <w:t>f 21129/17040/14778 22077/17986/15699 21131/17038/14776</w:t>
        <w:br/>
        <w:t>f 21425/17335/15066 21174/17082/14819 21131/17038/14776</w:t>
        <w:br/>
        <w:t>f 22078/17987/15700 22024/17933/15646 21972/17881/15594</w:t>
        <w:br/>
        <w:t>f 22079/17988/15701 22024/17933/15646 22078/17987/15700</w:t>
        <w:br/>
        <w:t>f 22079/17988/15701 22081/17989/15702 22080/17990/15703</w:t>
        <w:br/>
        <w:t>f 22024/17933/15646 22079/17988/15701 22080/17990/15703</w:t>
        <w:br/>
        <w:t>f 22081/17989/15702 21401/17308/15043 22080/17990/15703</w:t>
        <w:br/>
        <w:t>f 22084/17991/15704 22083/17992/15705 22082/17993/15706</w:t>
        <w:br/>
        <w:t>f 21404/17312/15047 22085/17994/15707 21978/17886/15599</w:t>
        <w:br/>
        <w:t>f 21403/17313/15048 21404/17312/15047 21978/17886/15599</w:t>
        <w:br/>
        <w:t>f 21617/17527/15245 21423/17333/15064 22086/17995/15708</w:t>
        <w:br/>
        <w:t>f 21369/17279/15014 21370/17278/15013 21829/17738/15455</w:t>
        <w:br/>
        <w:t>f 21974/17882/15595 21369/17279/15014 21829/17738/15455</w:t>
        <w:br/>
        <w:t>f 22087/17996/15709 22082/17993/15706 22083/17992/15705</w:t>
        <w:br/>
        <w:t>f 21975/17885/15598 22087/17996/15709 22083/17992/15705</w:t>
        <w:br/>
        <w:t>f 21976/17884/15597 22087/17996/15709 21975/17885/15598</w:t>
        <w:br/>
        <w:t>f 21234/17143/14880 22088/17997/15710 21518/17427/15150</w:t>
        <w:br/>
        <w:t>f 21248/17156/14891 21249/17155/14890 21242/17154/14889</w:t>
        <w:br/>
        <w:t>f 21243/17153/14888 21248/17156/14891 21242/17154/14889</w:t>
        <w:br/>
        <w:t>f 21251/17160/14895 21252/17159/14894 22089/17998/15711</w:t>
        <w:br/>
        <w:t>f 21240/17149/14884 21251/17160/14895 22089/17998/15711</w:t>
        <w:br/>
        <w:t>f 22064/17971/15684 22062/17973/15686 21255/17166/14901</w:t>
        <w:br/>
        <w:t>f 21255/17166/14901 21259/17169/14904 22090/17999/15712</w:t>
        <w:br/>
        <w:t>f 22064/17971/15684 21255/17166/14901 22090/17999/15712</w:t>
        <w:br/>
        <w:t>f 22090/17999/15712 21259/17169/14904 21274/17182/14917</w:t>
        <w:br/>
        <w:t>f 21165/17077/14814 22091/18000/15713 21168/17074/14811</w:t>
        <w:br/>
        <w:t>f 21155/17064/14801 21971/17880/15593 22092/18001/15714</w:t>
        <w:br/>
        <w:t>f 21154/17065/14802 21155/17064/14801 22092/18001/15714</w:t>
        <w:br/>
        <w:t>f 21156/17063/14800 21157/17066/14803 21635/17545/15263</w:t>
        <w:br/>
        <w:t>f 21636/17544/15262 21156/17063/14800 21635/17545/15263</w:t>
        <w:br/>
        <w:t>f 21161/17070/14807 21158/17069/14806 21815/17724/15441</w:t>
        <w:br/>
        <w:t>f 21155/17064/14801 21972/17881/15594 21971/17880/15593</w:t>
        <w:br/>
        <w:t>f 21155/17064/14801 21156/17063/14800 22078/17987/15700</w:t>
        <w:br/>
        <w:t>f 21972/17881/15594 21155/17064/14801 22078/17987/15700</w:t>
        <w:br/>
        <w:t>f 21636/17544/15262 22078/17987/15700 21156/17063/14800</w:t>
        <w:br/>
        <w:t>f 21636/17544/15262 21140/17046/14783 22079/17988/15701</w:t>
        <w:br/>
        <w:t>f 22078/17987/15700 21636/17544/15262 22079/17988/15701</w:t>
        <w:br/>
        <w:t>f 21143/17051/14788 22079/17988/15701 21137/17049/14786</w:t>
        <w:br/>
        <w:t>f 22081/17989/15702 22079/17988/15701 21143/17051/14788</w:t>
        <w:br/>
        <w:t>f 21144/17050/14787 22081/17989/15702 21143/17051/14788</w:t>
        <w:br/>
        <w:t>f 21144/17050/14787 21145/17055/14792 22081/17989/15702</w:t>
        <w:br/>
        <w:t>f 21401/17308/15043 21147/17058/14795 21153/17062/14799</w:t>
        <w:br/>
        <w:t>f 21400/17309/15044 21401/17308/15043 21153/17062/14799</w:t>
        <w:br/>
        <w:t>f 21150/17061/14798 21400/17309/15044 21153/17062/14799</w:t>
        <w:br/>
        <w:t>f 21368/17280/15015 21976/17884/15597 21400/17309/15044</w:t>
        <w:br/>
        <w:t>f 21150/17061/14798 21368/17280/15015 21400/17309/15044</w:t>
        <w:br/>
        <w:t>f 21369/17279/15014 21976/17884/15597 21368/17280/15015</w:t>
        <w:br/>
        <w:t>f 21974/17882/15595 21976/17884/15597 21369/17279/15014</w:t>
        <w:br/>
        <w:t>f 21973/17883/15596 21976/17884/15597 21974/17882/15595</w:t>
        <w:br/>
        <w:t>f 22087/17996/15709 21976/17884/15597 21973/17883/15596</w:t>
        <w:br/>
        <w:t>f 22025/17934/15647 22087/17996/15709 21973/17883/15596</w:t>
        <w:br/>
        <w:t>f 21989/17898/15611 22087/17996/15709 22093/18002/15715</w:t>
        <w:br/>
        <w:t>f 22082/17993/15706 22087/17996/15709 21989/17898/15611</w:t>
        <w:br/>
        <w:t>f 21989/17898/15611 21990/17897/15610 22084/17991/15704</w:t>
        <w:br/>
        <w:t>f 22082/17993/15706 21989/17898/15611 22084/17991/15704</w:t>
        <w:br/>
        <w:t>f 21978/17886/15599 21620/17529/15247 21613/17524/15242</w:t>
        <w:br/>
        <w:t>f 21613/17524/15242 21977/17887/15600 21978/17886/15599</w:t>
        <w:br/>
        <w:t>f 22086/17995/15708 21610/17521/15239 21611/17520/15238</w:t>
        <w:br/>
        <w:t>f 21617/17527/15245 22086/17995/15708 21611/17520/15238</w:t>
        <w:br/>
        <w:t>f 22018/17927/15640 21138/17048/14785 21139/17047/14784</w:t>
        <w:br/>
        <w:t>f 21818/17726/15443 22018/17927/15640 21139/17047/14784</w:t>
        <w:br/>
        <w:t>f 21738/17644/15361 21735/17647/15364 21387/17296/15031</w:t>
        <w:br/>
        <w:t>f 21568/17477/15197 21573/17480/15200 21570/17479/15199</w:t>
        <w:br/>
        <w:t>f 21327/17239/14974 21568/17477/15197 21570/17479/15199</w:t>
        <w:br/>
        <w:t>f 22097/18003/15716 22096/18004/15717 22095/18005/15718</w:t>
        <w:br/>
        <w:t>f 22094/18006/15719 22097/18003/15716 22095/18005/15718</w:t>
        <w:br/>
        <w:t>f 21567/17475/15195 21566/17476/15196 22098/18007/15720</w:t>
        <w:br/>
        <w:t>f 22102/18008/15721 22101/18009/15722 22100/18010/15723</w:t>
        <w:br/>
        <w:t>f 22099/18011/15724 22102/18008/15721 22100/18010/15723</w:t>
        <w:br/>
        <w:t>f 22104/18012/15725 22099/18011/15724 22103/18013/15726</w:t>
        <w:br/>
        <w:t>f 21454/17362/15092 22096/18004/15717 22105/18014/15727</w:t>
        <w:br/>
        <w:t>f 21453/17363/15093 21454/17362/15092 22105/18014/15727</w:t>
        <w:br/>
        <w:t>f 21453/17363/15093 22105/18014/15727 21931/17840/15553</w:t>
        <w:br/>
        <w:t>f 22101/18009/15722 22102/18008/15721 22107/18015/15728</w:t>
        <w:br/>
        <w:t>f 22106/18016/15729 22101/18009/15722 22107/18015/15728</w:t>
        <w:br/>
        <w:t>f 22098/18007/15720 22100/18010/15723 22101/18009/15722</w:t>
        <w:br/>
        <w:t>f 21567/17475/15195 22098/18007/15720 22101/18009/15722</w:t>
        <w:br/>
        <w:t>f 22108/18017/15730 22103/18013/15726 22100/18010/15723</w:t>
        <w:br/>
        <w:t>f 22098/18007/15720 22108/18017/15730 22100/18010/15723</w:t>
        <w:br/>
        <w:t>f 22109/18018/15731 22105/18014/15727 22096/18004/15717</w:t>
        <w:br/>
        <w:t>f 22097/18003/15716 22109/18018/15731 22096/18004/15717</w:t>
        <w:br/>
        <w:t>f 21931/17840/15553 22105/18014/15727 22109/18018/15731</w:t>
        <w:br/>
        <w:t>f 22110/18019/15732 21931/17840/15553 22109/18018/15731</w:t>
        <w:br/>
        <w:t>f 21567/17475/15195 22101/18009/15722 22106/18016/15729</w:t>
        <w:br/>
        <w:t>f 22058/17968/15681 21567/17475/15195 22106/18016/15729</w:t>
        <w:br/>
        <w:t>f 21455/17364/15094 22111/18020/15733 21131/17038/14776</w:t>
        <w:br/>
        <w:t>f 22110/18019/15732 22112/18021/15734 22001/17910/15623</w:t>
        <w:br/>
        <w:t>f 21931/17840/15553 22110/18019/15732 22001/17910/15623</w:t>
        <w:br/>
        <w:t>f 22094/18006/15719 22095/18005/15718 22106/18016/15729</w:t>
        <w:br/>
        <w:t>f 22107/18015/15728 22094/18006/15719 22106/18016/15729</w:t>
        <w:br/>
        <w:t>f 22095/18005/15718 22057/17966/15679 22058/17968/15681</w:t>
        <w:br/>
        <w:t>f 22106/18016/15729 22095/18005/15718 22058/17968/15681</w:t>
        <w:br/>
        <w:t>f 22097/18003/15716 22094/18006/15719 22114/18022/15735</w:t>
        <w:br/>
        <w:t>f 22113/18023/15736 22097/18003/15716 22114/18022/15735</w:t>
        <w:br/>
        <w:t>f 22118/18024/15737 22117/18025/15738 22116/18026/15739</w:t>
        <w:br/>
        <w:t>f 22115/18027/15740 22118/18024/15737 22116/18026/15739</w:t>
        <w:br/>
        <w:t>f 22102/18008/15721 22099/18011/15724 22120/18028/15741</w:t>
        <w:br/>
        <w:t>f 22119/18029/15742 22102/18008/15721 22120/18028/15741</w:t>
        <w:br/>
        <w:t>f 21446/17355/15085 22121/18030/15743 22113/18023/15736</w:t>
        <w:br/>
        <w:t>f 21555/17464/15184 21446/17355/15085 22113/18023/15736</w:t>
        <w:br/>
        <w:t>f 22124/18031/15744 22123/18032/15745 22119/18029/15742</w:t>
        <w:br/>
        <w:t>f 22122/18033/15746 22124/18031/15744 22119/18029/15742</w:t>
        <w:br/>
        <w:t>f 22102/18008/15721 22119/18029/15742 22123/18032/15745</w:t>
        <w:br/>
        <w:t>f 22107/18015/15728 22102/18008/15721 22123/18032/15745</w:t>
        <w:br/>
        <w:t>f 22114/18022/15735 21554/17461/15181 21555/17464/15184</w:t>
        <w:br/>
        <w:t>f 22113/18023/15736 22114/18022/15735 21555/17464/15184</w:t>
        <w:br/>
        <w:t>f 22118/18024/15737 22122/18033/15746 22119/18029/15742</w:t>
        <w:br/>
        <w:t>f 22120/18028/15741 22118/18024/15737 22119/18029/15742</w:t>
        <w:br/>
        <w:t>f 22120/18028/15741 22126/18034/15747 22125/18035/15748</w:t>
        <w:br/>
        <w:t>f 22118/18024/15737 22120/18028/15741 22125/18035/15748</w:t>
        <w:br/>
        <w:t>f 22113/18023/15736 22121/18030/15743 22109/18018/15731</w:t>
        <w:br/>
        <w:t>f 22097/18003/15716 22113/18023/15736 22109/18018/15731</w:t>
        <w:br/>
        <w:t>f 22121/18030/15743 21443/17351/15081 22110/18019/15732</w:t>
        <w:br/>
        <w:t>f 22109/18018/15731 22121/18030/15743 22110/18019/15732</w:t>
        <w:br/>
        <w:t>f 22027/17935/15648 21131/17038/14776 22111/18020/15733</w:t>
        <w:br/>
        <w:t>f 21443/17351/15081 21444/17350/15080 22112/18021/15734</w:t>
        <w:br/>
        <w:t>f 22110/18019/15732 21443/17351/15081 22112/18021/15734</w:t>
        <w:br/>
        <w:t>f 22114/18022/15735 22094/18006/15719 22107/18015/15728</w:t>
        <w:br/>
        <w:t>f 22123/18032/15745 22114/18022/15735 22107/18015/15728</w:t>
        <w:br/>
        <w:t>f 21554/17461/15181 22124/18031/15744 21556/17465/15185</w:t>
        <w:br/>
        <w:t>f 21554/17461/15181 22114/18022/15735 22123/18032/15745</w:t>
        <w:br/>
        <w:t>f 22124/18031/15744 21554/17461/15181 22123/18032/15745</w:t>
        <w:br/>
        <w:t>f 22122/18033/15746 22118/18024/15737 22115/18027/15740</w:t>
        <w:br/>
        <w:t>f 21443/17351/15081 22121/18030/15743 21446/17355/15085</w:t>
        <w:br/>
        <w:t>f 22057/17966/15679 22095/18005/15718 22096/18004/15717</w:t>
        <w:br/>
        <w:t>f 21454/17362/15092 22057/17966/15679 22096/18004/15717</w:t>
        <w:br/>
        <w:t>f 22118/18024/15737 22125/18035/15748 22117/18025/15738</w:t>
        <w:br/>
        <w:t>f 21566/17476/15196 22128/18036/15749 22127/18037/15750</w:t>
        <w:br/>
        <w:t>f 21566/17476/15196 21570/17479/15199 22128/18036/15749</w:t>
        <w:br/>
        <w:t>f 19439/15344/13289 19434/15342/13287 19784/15692/13634</w:t>
        <w:br/>
        <w:t>f 21570/17479/15199 22129/18038/15751 22128/18036/15749</w:t>
        <w:br/>
        <w:t>f 22131/18039/15752 22130/18040/15753 21674/17584/15301</w:t>
        <w:br/>
        <w:t>f 22132/18041/15754 22131/18039/15752 21674/17584/15301</w:t>
        <w:br/>
        <w:t>f 21573/17480/15200 22134/18042/15755 22133/18043/15756</w:t>
        <w:br/>
        <w:t>f 22129/18038/15751 21570/17479/15199 21573/17480/15200</w:t>
        <w:br/>
        <w:t>f 22133/18043/15756 22129/18038/15751 21573/17480/15200</w:t>
        <w:br/>
        <w:t>f 22134/18042/15755 21573/17480/15200 21571/17482/15202</w:t>
        <w:br/>
        <w:t>f 22135/18044/15757 22134/18042/15755 21571/17482/15202</w:t>
        <w:br/>
        <w:t>f 22137/18045/15758 21586/17494/15214 22136/18046/15759</w:t>
        <w:br/>
        <w:t>f 22136/18046/15759 21586/17494/15214 22138/18047/15760</w:t>
        <w:br/>
        <w:t>f 22138/18047/15760 21586/17494/15214 21584/17493/15213</w:t>
        <w:br/>
        <w:t>f 22139/18048/15761 22138/18047/15760 21584/17493/15213</w:t>
        <w:br/>
        <w:t>f 22139/18048/15761 21584/17493/15213 22116/18026/15739</w:t>
        <w:br/>
        <w:t>f 21571/17482/15202 21674/17584/15301 22140/18049/15762</w:t>
        <w:br/>
        <w:t>f 22144/18050/15763 22143/18051/15763 22142/18052/15764</w:t>
        <w:br/>
        <w:t>f 22141/18053/15765 22144/18050/15763 22142/18052/15764</w:t>
        <w:br/>
        <w:t>f 22148/18054/15766 22147/18055/15766 22146/18056/15766</w:t>
        <w:br/>
        <w:t>f 22145/18057/15766 22148/18054/15766 22146/18056/15766</w:t>
        <w:br/>
        <w:t>f 21115/17024/14762 20092/16000/13937 19908/15815/13754</w:t>
        <w:br/>
        <w:t>f 21115/17024/14762 19908/15815/13754 20244/16153/14090</w:t>
        <w:br/>
        <w:t>f 20299/16207/14144 20024/15932/13870 20020/15927/13865</w:t>
        <w:br/>
        <w:t>f 20026/15934/13872 20299/16207/14144 20020/15927/13865</w:t>
        <w:br/>
        <w:t>f 20015/15926/13864 19929/15836/13775 20026/15934/13872</w:t>
        <w:br/>
        <w:t>f 20299/16207/14144 20199/16106/14043 20125/16033/13970</w:t>
        <w:br/>
        <w:t>f 20202/16111/14048 20027/15937/13875 20028/15936/13874</w:t>
        <w:br/>
        <w:t>f 19930/15837/13776 20122/16032/13969 20028/15936/13874</w:t>
        <w:br/>
        <w:t>f 20121/16028/13965 20009/15917/13855 21110/17018/14756</w:t>
        <w:br/>
        <w:t>f 20305/16213/14150 22150/18058/15767 20189/16099/14036</w:t>
        <w:br/>
        <w:t>f 22149/18059/15768 20305/16213/14150 20189/16099/14036</w:t>
        <w:br/>
        <w:t>f 22149/18059/15768 20189/16099/14036 20190/16098/14035</w:t>
        <w:br/>
        <w:t>f 20308/16214/14151 22149/18059/15768 20190/16098/14035</w:t>
        <w:br/>
        <w:t>f 22151/18060/15769 20307/16215/14152 20190/16098/14035</w:t>
        <w:br/>
        <w:t>f 20187/16095/14032 19983/15891/13829 22152/18061/15770</w:t>
        <w:br/>
        <w:t>f 22150/18058/15767 20187/16095/14032 22152/18061/15770</w:t>
        <w:br/>
        <w:t>f 19751/15659/13601 22153/18062/15771 20182/16087/14024</w:t>
        <w:br/>
        <w:t>f 19750/15657/13599 19751/15659/13601 20182/16087/14024</w:t>
        <w:br/>
        <w:t>f 20182/16087/14024 22153/18062/15771 22154/18063/15772</w:t>
        <w:br/>
        <w:t>f 20181/16088/14025 20182/16087/14024 22154/18063/15772</w:t>
        <w:br/>
        <w:t>f 22156/18064/15773 22155/18065/15774 20178/16085/14022</w:t>
        <w:br/>
        <w:t>f 20177/16086/14023 22156/18064/15773 20178/16085/14022</w:t>
        <w:br/>
        <w:t>f 22157/18066/15775 22156/18064/15773 20177/16086/14023</w:t>
        <w:br/>
        <w:t>f 20433/16343/14279 22157/18066/15775 20177/16086/14023</w:t>
        <w:br/>
        <w:t>f 20435/16345/14281 22157/18066/15775 20433/16343/14279</w:t>
        <w:br/>
        <w:t>f 20434/16342/14278 20435/16345/14281 20433/16343/14279</w:t>
        <w:br/>
        <w:t>f 19688/15593/13535 20435/16345/14281 20434/16342/14278</w:t>
        <w:br/>
        <w:t>f 19689/15596/13538 20436/16344/14280 20435/16345/14281</w:t>
        <w:br/>
        <w:t>f 20003/15912/13850 22159/18067/15776 22158/18068/15777</w:t>
        <w:br/>
        <w:t>f 19723/15630/13572 19711/15617/13559 20454/16363/14297</w:t>
        <w:br/>
        <w:t>f 19777/15682/13624 20166/16074/14011 20163/16073/14010</w:t>
        <w:br/>
        <w:t>f 19776/15683/13625 19777/15682/13624 20163/16073/14010</w:t>
        <w:br/>
        <w:t>f 20463/16373/14307 19777/15682/13624 19773/15679/13621</w:t>
        <w:br/>
        <w:t>f 19774/15678/13620 20463/16373/14307 19773/15679/13621</w:t>
        <w:br/>
        <w:t>f 22160/18069/15778 20166/16074/14011 19777/15682/13624</w:t>
        <w:br/>
        <w:t>f 20463/16373/14307 22160/18069/15778 19777/15682/13624</w:t>
        <w:br/>
        <w:t>f 22161/18070/15779 20165/16071/14008 20166/16074/14011</w:t>
        <w:br/>
        <w:t>f 22160/18069/15778 22161/18070/15779 20166/16074/14011</w:t>
        <w:br/>
        <w:t>f 20165/16071/14008 22161/18070/15779 20357/16264/14201</w:t>
        <w:br/>
        <w:t>f 20357/16264/14201 22161/18070/15779 20437/16346/14282</w:t>
        <w:br/>
        <w:t>f 20478/16387/14321 22162/18071/15780 20464/16372/14306</w:t>
        <w:br/>
        <w:t>f 20479/16388/14322 20478/16387/14321 20464/16372/14306</w:t>
        <w:br/>
        <w:t>f 19929/15836/13775 19930/15837/13776 20026/15934/13872</w:t>
        <w:br/>
        <w:t>f 20204/16112/14049 20202/16111/14048 20028/15936/13874</w:t>
        <w:br/>
        <w:t>f 19923/15831/13770 20122/16032/13969 19930/15837/13776</w:t>
        <w:br/>
        <w:t>f 19923/15831/13770 19930/15837/13776 19921/15829/13768</w:t>
        <w:br/>
        <w:t>f 20027/15937/13875 20299/16207/14144 20026/15934/13872</w:t>
        <w:br/>
        <w:t>f 20202/16111/14048 20201/16108/14045 20027/15937/13875</w:t>
        <w:br/>
        <w:t>f 20123/16031/13968 20204/16112/14049 20028/15936/13874</w:t>
        <w:br/>
        <w:t>f 20122/16032/13969 20123/16031/13968 20028/15936/13874</w:t>
        <w:br/>
        <w:t>f 19939/15846/13785 19942/15848/13787 19938/15847/13786</w:t>
        <w:br/>
        <w:t>f 19814/15721/13661 19816/15724/13664 19813/15722/13662</w:t>
        <w:br/>
        <w:t>f 19476/15382/13327 19478/15383/13328 19475/15379/13324</w:t>
        <w:br/>
        <w:t>f 19499/15405/13350 19483/15388/13333 19476/15382/13327</w:t>
        <w:br/>
        <w:t>f 22164/18072/15781 19882/15790/13730 22163/18073/15782</w:t>
        <w:br/>
        <w:t>f 22165/18074/15783 22164/18072/15781 22163/18073/15782</w:t>
        <w:br/>
        <w:t>f 22168/18075/15784 22167/18076/15785 22166/18077/15786</w:t>
        <w:br/>
        <w:t>f 20002/15909/13847 22168/18075/15784 22166/18077/15786</w:t>
        <w:br/>
        <w:t>f 22172/18078/15787 22171/18079/15788 22170/18080/15788</w:t>
        <w:br/>
        <w:t>f 22169/18081/15789 22172/18078/15787 22170/18080/15788</w:t>
        <w:br/>
        <w:t>f 22175/18082/15790 22174/18083/15791 22173/18084/15792</w:t>
        <w:br/>
        <w:t>f 22168/18075/15784 22178/18085/15793 22177/18086/15794</w:t>
        <w:br/>
        <w:t>f 22176/18087/15795 22168/18075/15784 22177/18086/15794</w:t>
        <w:br/>
        <w:t>f 22165/18074/15783 22180/18088/15796 22179/18089/15797</w:t>
        <w:br/>
        <w:t>f 22164/18072/15781 22165/18074/15783 22179/18089/15797</w:t>
        <w:br/>
        <w:t>f 22176/18087/15795 22174/18083/15791 22167/18076/15785</w:t>
        <w:br/>
        <w:t>f 22168/18075/15784 22176/18087/15795 22167/18076/15785</w:t>
        <w:br/>
        <w:t>f 22181/18090/15798 22172/18078/15787 22169/18081/15789</w:t>
        <w:br/>
        <w:t>f 22182/18091/15798 22181/18090/15798 22169/18081/15789</w:t>
        <w:br/>
        <w:t>f 22183/18092/15799 22166/18077/15786 22167/18076/15785</w:t>
        <w:br/>
        <w:t>f 22175/18082/15790 22183/18092/15799 22167/18076/15785</w:t>
        <w:br/>
        <w:t>f 22178/18085/15793 22179/18089/15797 22180/18088/15796</w:t>
        <w:br/>
        <w:t>f 22177/18086/15794 22178/18085/15793 22180/18088/15796</w:t>
        <w:br/>
        <w:t>f 22163/18073/15782 19856/15763/13703 22184/18093/15800</w:t>
        <w:br/>
        <w:t>f 22165/18074/15783 22163/18073/15782 22184/18093/15800</w:t>
        <w:br/>
        <w:t>f 22187/18094/15801 22186/18095/15802 22185/18096/15802</w:t>
        <w:br/>
        <w:t>f 22188/18097/15801 22187/18094/15801 22185/18096/15802</w:t>
        <w:br/>
        <w:t>f 22173/18084/15792 22190/18098/15803 22189/18099/15804</w:t>
        <w:br/>
        <w:t>f 22176/18087/15795 22177/18086/15794 22191/18100/15805</w:t>
        <w:br/>
        <w:t>f 22192/18101/15806 22176/18087/15795 22191/18100/15805</w:t>
        <w:br/>
        <w:t>f 22165/18074/15783 22184/18093/15800 22193/18102/15807</w:t>
        <w:br/>
        <w:t>f 22180/18088/15796 22165/18074/15783 22193/18102/15807</w:t>
        <w:br/>
        <w:t>f 22190/18098/15803 22174/18083/15791 22176/18087/15795</w:t>
        <w:br/>
        <w:t>f 22192/18101/15806 22190/18098/15803 22176/18087/15795</w:t>
        <w:br/>
        <w:t>f 22186/18095/15802 22181/18090/15798 22182/18091/15798</w:t>
        <w:br/>
        <w:t>f 22185/18096/15802 22186/18095/15802 22182/18091/15798</w:t>
        <w:br/>
        <w:t>f 22190/18098/15803 22195/18103/15808 22194/18104/15809</w:t>
        <w:br/>
        <w:t>f 22189/18099/15804 22190/18098/15803 22194/18104/15809</w:t>
        <w:br/>
        <w:t>f 22180/18088/15796 22193/18102/15807 22191/18100/15805</w:t>
        <w:br/>
        <w:t>f 22177/18086/15794 22180/18088/15796 22191/18100/15805</w:t>
        <w:br/>
        <w:t>f 22194/18104/15809 22195/18103/15808 22196/18105/15810</w:t>
        <w:br/>
        <w:t>f 22170/18080/15788 22171/18079/15788 22197/18106/15811</w:t>
        <w:br/>
        <w:t>f 22198/18107/15811 22170/18080/15788 22197/18106/15811</w:t>
        <w:br/>
        <w:t>f 22188/18097/15801 22200/18108/15812 22199/18109/15812</w:t>
        <w:br/>
        <w:t>f 22187/18094/15801 22188/18097/15801 22199/18109/15812</w:t>
        <w:br/>
        <w:t>f 22203/18110/15739 22202/18111/15738 22201/18112/15813</w:t>
        <w:br/>
        <w:t>f 22204/18113/15761 22203/18110/15739 22201/18112/15813</w:t>
        <w:br/>
        <w:t>f 22208/18114/15814 22207/18115/15815 22206/18116/15815</w:t>
        <w:br/>
        <w:t>f 22205/18117/15816 22208/18114/15814 22206/18116/15815</w:t>
        <w:br/>
        <w:t>f 22211/18118/15817 22210/18119/15817 22209/18120/15817</w:t>
        <w:br/>
        <w:t>f 22212/18121/15817 22211/18118/15817 22209/18120/15817</w:t>
        <w:br/>
        <w:t>f 22215/18122/15818 22214/18123/15819 22213/18124/15760</w:t>
        <w:br/>
        <w:t>f 22213/18124/15760 22214/18123/15819 22217/18125/15820</w:t>
        <w:br/>
        <w:t>f 22216/18126/15759 22213/18124/15760 22217/18125/15820</w:t>
        <w:br/>
        <w:t>f 22218/18127/15821 22204/18113/15761 22201/18112/15813</w:t>
        <w:br/>
        <w:t>f 22219/18128/15822 22215/18122/15818 22213/18124/15760</w:t>
        <w:br/>
        <w:t>f 22223/18129/15823 22222/18130/15824 22221/18131/15824</w:t>
        <w:br/>
        <w:t>f 22220/18132/15825 22223/18129/15823 22221/18131/15824</w:t>
        <w:br/>
        <w:t>f 22218/18127/15821 22224/18133/15826 22204/18113/15761</w:t>
        <w:br/>
        <w:t>f 22224/18133/15826 22219/18128/15822 22213/18124/15760</w:t>
        <w:br/>
        <w:t>f 22227/18134/15827 22226/18135/15828 22225/18136/15828</w:t>
        <w:br/>
        <w:t>f 22228/18137/15829 22227/18134/15827 22225/18136/15828</w:t>
        <w:br/>
        <w:t>f 22231/18138/15830 22230/18139/15831 22229/18140/15832</w:t>
        <w:br/>
        <w:t>f 22232/18141/15833 22216/18126/15759 22217/18125/15820</w:t>
        <w:br/>
        <w:t>f 22236/18142/15834 22235/18143/15835 22234/18144/15835</w:t>
        <w:br/>
        <w:t>f 22233/18145/15834 22236/18142/15834 22234/18144/15835</w:t>
        <w:br/>
        <w:t>f 22238/18146/15836 22237/18147/15837 22229/18140/15832</w:t>
        <w:br/>
        <w:t>f 22230/18139/15831 22238/18146/15836 22229/18140/15832</w:t>
        <w:br/>
        <w:t>f 22241/18148/15838 22240/18149/15839 22239/18150/15839</w:t>
        <w:br/>
        <w:t>f 22242/18151/15840 22241/18148/15838 22239/18150/15839</w:t>
        <w:br/>
        <w:t>f 22232/18141/15833 22244/18152/15841 22243/18153/15758</w:t>
        <w:br/>
        <w:t>f 22216/18126/15759 22232/18141/15833 22243/18153/15758</w:t>
        <w:br/>
        <w:t>f 22238/18146/15836 22245/18154/15842 22237/18147/15837</w:t>
        <w:br/>
        <w:t>f 22237/18147/15837 22245/18154/15842 22247/18155/15843</w:t>
        <w:br/>
        <w:t>f 22246/18156/15844 22237/18147/15837 22247/18155/15843</w:t>
        <w:br/>
        <w:t>f 22251/18157/15845 22250/18158/15845 22249/18159/15846</w:t>
        <w:br/>
        <w:t>f 22248/18160/15846 22251/18157/15845 22249/18159/15846</w:t>
        <w:br/>
        <w:t>f 22254/18161/15847 22253/18162/15848 22252/18163/15848</w:t>
        <w:br/>
        <w:t>f 22255/18164/15849 22254/18161/15847 22252/18163/15848</w:t>
        <w:br/>
        <w:t>f 22244/18152/15841 22256/18165/15850 22243/18153/15758</w:t>
        <w:br/>
        <w:t>f 22256/18165/15850 22231/18138/15830 22229/18140/15832</w:t>
        <w:br/>
        <w:t>f 22259/18166/15851 22258/18167/15852 22257/18168/15853</w:t>
        <w:br/>
        <w:t>f 22260/18169/15851 22259/18166/15851 22257/18168/15853</w:t>
        <w:br/>
        <w:t>f 22262/18170/15854 22261/18171/15854 22218/18127/15821</w:t>
        <w:br/>
        <w:t>f 22201/18112/15813 22262/18170/15854 22218/18127/15821</w:t>
        <w:br/>
        <w:t>f 22266/18172/15855 22265/18173/15856 22264/18174/15857</w:t>
        <w:br/>
        <w:t>f 22263/18175/15857 22266/18172/15855 22264/18174/15857</w:t>
        <w:br/>
        <w:t>f 22261/18171/15854 22262/18170/15854 22265/18173/15856</w:t>
        <w:br/>
        <w:t>f 22266/18172/15855 22261/18171/15854 22265/18173/15856</w:t>
        <w:br/>
        <w:t>f 22270/18176/15858 22269/18177/15859 22268/18178/15860</w:t>
        <w:br/>
        <w:t>f 22267/18179/15861 22270/18176/15858 22268/18178/15860</w:t>
        <w:br/>
        <w:t>f 22273/18180/15862 22272/18181/15863 22271/18182/15864</w:t>
        <w:br/>
        <w:t>f 22268/18178/15860 22275/18183/15865 22274/18184/15866</w:t>
        <w:br/>
        <w:t>f 22267/18179/15861 22268/18178/15860 22274/18184/15866</w:t>
        <w:br/>
        <w:t>f 22205/18117/15816 22277/18185/15867 22276/18186/15868</w:t>
        <w:br/>
        <w:t>f 22208/18114/15814 22205/18117/15816 22276/18186/15868</w:t>
        <w:br/>
        <w:t>f 22280/18187/15869 22279/18188/15870 22278/18189/15870</w:t>
        <w:br/>
        <w:t>f 22281/18190/15870 22280/18187/15869 22278/18189/15870</w:t>
        <w:br/>
        <w:t>f 22284/18191/15871 22283/18192/15872 22282/18193/15873</w:t>
        <w:br/>
        <w:t>f 22285/18194/15873 22284/18191/15871 22282/18193/15873</w:t>
        <w:br/>
        <w:t>f 22287/18195/15874 22286/18196/15874 22225/18136/15828</w:t>
        <w:br/>
        <w:t>f 22226/18135/15828 22287/18195/15874 22225/18136/15828</w:t>
        <w:br/>
        <w:t>f 22291/18197/15875 22290/18198/15876 22289/18199/15876</w:t>
        <w:br/>
        <w:t>f 22288/18200/15877 22291/18197/15875 22289/18199/15876</w:t>
        <w:br/>
        <w:t>f 22290/18198/15876 22293/18201/15878 22292/18202/15879</w:t>
        <w:br/>
        <w:t>f 22289/18199/15876 22290/18198/15876 22292/18202/15879</w:t>
        <w:br/>
        <w:t>f 22297/18203/15880 22296/18204/15881 22295/18205/15882</w:t>
        <w:br/>
        <w:t>f 22294/18206/15882 22297/18203/15880 22295/18205/15882</w:t>
        <w:br/>
        <w:t>f 22282/18193/15873 22292/18202/15879 22293/18201/15878</w:t>
        <w:br/>
        <w:t>f 22285/18194/15873 22282/18193/15873 22293/18201/15878</w:t>
        <w:br/>
        <w:t>f 22299/18207/15883 22298/18208/15883 22219/18128/15822</w:t>
        <w:br/>
        <w:t>f 22224/18133/15826 22299/18207/15883 22219/18128/15822</w:t>
        <w:br/>
        <w:t>f 22303/18209/15884 22302/18210/15885 22301/18211/15886</w:t>
        <w:br/>
        <w:t>f 22300/18212/15886 22303/18209/15884 22301/18211/15886</w:t>
        <w:br/>
        <w:t>f 22298/18208/15883 22299/18207/15883 22302/18210/15885</w:t>
        <w:br/>
        <w:t>f 22303/18209/15884 22298/18208/15883 22302/18210/15885</w:t>
        <w:br/>
        <w:t>f 22307/18213/15887 22306/18214/15888 22305/18215/15889</w:t>
        <w:br/>
        <w:t>f 22304/18216/15890 22307/18213/15887 22305/18215/15889</w:t>
        <w:br/>
        <w:t>f 22310/18217/15891 22309/18218/15892 22308/18219/15893</w:t>
        <w:br/>
        <w:t>f 22304/18216/15890 22312/18220/15894 22311/18221/15895</w:t>
        <w:br/>
        <w:t>f 22307/18213/15887 22304/18216/15890 22311/18221/15895</w:t>
        <w:br/>
        <w:t>f 22314/18222/15896 22313/18223/15897 22227/18134/15827</w:t>
        <w:br/>
        <w:t>f 22228/18137/15829 22314/18222/15896 22227/18134/15827</w:t>
        <w:br/>
        <w:t>f 22317/18224/15898 22316/18225/15899 22315/18226/15899</w:t>
        <w:br/>
        <w:t>f 22318/18227/15898 22317/18224/15898 22315/18226/15899</w:t>
        <w:br/>
        <w:t>f 22321/18228/15900 22320/18229/15901 22319/18230/15902</w:t>
        <w:br/>
        <w:t>f 22322/18231/15903 22321/18228/15900 22319/18230/15902</w:t>
        <w:br/>
        <w:t>f 22325/18232/15904 22324/18233/15905 22323/18234/15906</w:t>
        <w:br/>
        <w:t>f 22326/18235/15904 22325/18232/15904 22323/18234/15906</w:t>
        <w:br/>
        <w:t>f 22329/18236/15907 22328/18237/15908 22327/18238/15909</w:t>
        <w:br/>
        <w:t>f 22330/18239/15907 22329/18236/15907 22327/18238/15909</w:t>
        <w:br/>
        <w:t>f 22330/18239/15907 22332/18240/15910 22331/18241/15910</w:t>
        <w:br/>
        <w:t>f 22329/18236/15907 22330/18239/15907 22331/18241/15910</w:t>
        <w:br/>
        <w:t>f 22325/18232/15904 22326/18235/15904 22334/18242/15911</w:t>
        <w:br/>
        <w:t>f 22333/18243/15912 22325/18232/15904 22334/18242/15911</w:t>
        <w:br/>
        <w:t>f 22332/18240/15910 22322/18231/15903 22319/18230/15902</w:t>
        <w:br/>
        <w:t>f 22331/18241/15910 22332/18240/15910 22319/18230/15902</w:t>
        <w:br/>
        <w:t>f 22214/18123/15819 22215/18122/15818 22335/18244/15913</w:t>
        <w:br/>
        <w:t>f 22336/18245/15913 22214/18123/15819 22335/18244/15913</w:t>
        <w:br/>
        <w:t>f 22340/18246/15914 22339/18247/15915 22338/18248/15916</w:t>
        <w:br/>
        <w:t>f 22337/18249/15917 22340/18246/15914 22338/18248/15916</w:t>
        <w:br/>
        <w:t>f 22336/18245/15913 22335/18244/15913 22339/18247/15915</w:t>
        <w:br/>
        <w:t>f 22340/18246/15914 22336/18245/15913 22339/18247/15915</w:t>
        <w:br/>
        <w:t>f 22344/18250/15918 22343/18251/15919 22342/18252/15920</w:t>
        <w:br/>
        <w:t>f 22341/18253/15921 22344/18250/15918 22342/18252/15920</w:t>
        <w:br/>
        <w:t>f 22347/18254/15922 22346/18255/15923 22345/18256/15924</w:t>
        <w:br/>
        <w:t>f 22341/18253/15921 22349/18257/15925 22348/18258/15926</w:t>
        <w:br/>
        <w:t>f 22344/18250/15918 22341/18253/15921 22348/18258/15926</w:t>
        <w:br/>
        <w:t>f 22220/18132/15825 22351/18259/15927 22350/18260/15927</w:t>
        <w:br/>
        <w:t>f 22223/18129/15823 22220/18132/15825 22350/18260/15927</w:t>
        <w:br/>
        <w:t>f 22354/18261/15928 22353/18262/15929 22352/18263/15930</w:t>
        <w:br/>
        <w:t>f 22355/18264/15931 22354/18261/15928 22352/18263/15930</w:t>
        <w:br/>
        <w:t>f 22358/18265/15932 22357/18266/15932 22356/18267/15933</w:t>
        <w:br/>
        <w:t>f 22359/18268/15933 22358/18265/15932 22356/18267/15933</w:t>
        <w:br/>
        <w:t>f 22362/18269/15934 22361/18270/15935 22360/18271/15936</w:t>
        <w:br/>
        <w:t>f 22363/18272/15935 22362/18269/15934 22360/18271/15936</w:t>
        <w:br/>
        <w:t>f 22367/18273/15937 22366/18274/15938 22365/18275/15939</w:t>
        <w:br/>
        <w:t>f 22364/18276/15937 22367/18273/15937 22365/18275/15939</w:t>
        <w:br/>
        <w:t>f 22368/18277/15940 22367/18273/15937 22364/18276/15937</w:t>
        <w:br/>
        <w:t>f 22369/18278/15940 22368/18277/15940 22364/18276/15937</w:t>
        <w:br/>
        <w:t>f 22373/18279/15941 22372/18280/15942 22371/18281/15943</w:t>
        <w:br/>
        <w:t>f 22370/18282/15944 22373/18279/15941 22371/18281/15943</w:t>
        <w:br/>
        <w:t>f 22369/18278/15940 22357/18266/15932 22358/18265/15932</w:t>
        <w:br/>
        <w:t>f 22368/18277/15940 22369/18278/15940 22358/18265/15932</w:t>
        <w:br/>
        <w:t>f 22232/18141/15833 22217/18125/15820 22374/18283/15945</w:t>
        <w:br/>
        <w:t>f 22375/18284/15945 22232/18141/15833 22374/18283/15945</w:t>
        <w:br/>
        <w:t>f 22378/18285/15946 22377/18286/15947 22376/18287/15948</w:t>
        <w:br/>
        <w:t>f 22379/18288/15948 22378/18285/15946 22376/18287/15948</w:t>
        <w:br/>
        <w:t>f 22375/18284/15945 22374/18283/15945 22377/18286/15947</w:t>
        <w:br/>
        <w:t>f 22378/18285/15946 22375/18284/15945 22377/18286/15947</w:t>
        <w:br/>
        <w:t>f 22383/18289/15949 22382/18290/15950 22381/18291/15951</w:t>
        <w:br/>
        <w:t>f 22380/18292/15949 22383/18289/15949 22381/18291/15951</w:t>
        <w:br/>
        <w:t>f 22386/18293/15952 22385/18294/15953 22384/18295/15954</w:t>
        <w:br/>
        <w:t>f 22380/18292/15949 22388/18296/15955 22387/18297/15956</w:t>
        <w:br/>
        <w:t>f 22383/18289/15949 22380/18292/15949 22387/18297/15956</w:t>
        <w:br/>
        <w:t>f 22390/18298/15957 22389/18299/15957 22234/18144/15835</w:t>
        <w:br/>
        <w:t>f 22235/18143/15835 22390/18298/15957 22234/18144/15835</w:t>
        <w:br/>
        <w:t>f 22393/18300/15958 22392/18301/15959 22391/18302/15959</w:t>
        <w:br/>
        <w:t>f 22394/18303/15960 22393/18300/15958 22391/18302/15959</w:t>
        <w:br/>
        <w:t>f 22398/18304/15961 22397/18305/15962 22396/18306/15962</w:t>
        <w:br/>
        <w:t>f 22395/18307/15963 22398/18304/15961 22396/18306/15962</w:t>
        <w:br/>
        <w:t>f 22402/18308/15964 22401/18309/15965 22400/18310/15966</w:t>
        <w:br/>
        <w:t>f 22399/18311/15966 22402/18308/15964 22400/18310/15966</w:t>
        <w:br/>
        <w:t>f 22405/18312/15967 22404/18313/15968 22403/18314/15968</w:t>
        <w:br/>
        <w:t>f 22406/18315/15967 22405/18312/15967 22403/18314/15968</w:t>
        <w:br/>
        <w:t>f 22404/18313/15968 22408/18316/15969 22407/18317/15970</w:t>
        <w:br/>
        <w:t>f 22403/18314/15968 22404/18313/15968 22407/18317/15970</w:t>
        <w:br/>
        <w:t>f 22412/18318/15971 22411/18319/15972 22410/18320/15973</w:t>
        <w:br/>
        <w:t>f 22409/18321/15974 22412/18318/15971 22410/18320/15973</w:t>
        <w:br/>
        <w:t>f 22395/18307/15963 22407/18317/15970 22408/18316/15969</w:t>
        <w:br/>
        <w:t>f 22398/18304/15961 22395/18307/15963 22408/18316/15969</w:t>
        <w:br/>
        <w:t>f 22414/18322/15975 22413/18323/15976 22256/18165/15850</w:t>
        <w:br/>
        <w:t>f 22244/18152/15841 22414/18322/15975 22256/18165/15850</w:t>
        <w:br/>
        <w:t>f 22417/18324/15977 22416/18325/15978 22415/18326/15979</w:t>
        <w:br/>
        <w:t>f 22418/18327/15980 22417/18324/15977 22415/18326/15979</w:t>
        <w:br/>
        <w:t>f 22418/18327/15980 22415/18326/15979 22413/18323/15976</w:t>
        <w:br/>
        <w:t>f 22414/18322/15975 22418/18327/15980 22413/18323/15976</w:t>
        <w:br/>
        <w:t>f 22422/18328/15981 22421/18329/15982 22420/18330/15983</w:t>
        <w:br/>
        <w:t>f 22419/18331/15984 22422/18328/15981 22420/18330/15983</w:t>
        <w:br/>
        <w:t>f 22425/18332/15985 22424/18333/15986 22423/18334/15987</w:t>
        <w:br/>
        <w:t>f 22427/18335/15988 22422/18328/15981 22419/18331/15984</w:t>
        <w:br/>
        <w:t>f 22426/18336/15989 22427/18335/15988 22419/18331/15984</w:t>
        <w:br/>
        <w:t>f 22259/18166/15851 22260/18169/15851 22428/18337/15990</w:t>
        <w:br/>
        <w:t>f 22429/18338/15991 22259/18166/15851 22428/18337/15990</w:t>
        <w:br/>
        <w:t>f 22433/18339/15992 22432/18340/15993 22431/18341/15993</w:t>
        <w:br/>
        <w:t>f 22430/18342/15994 22433/18339/15992 22431/18341/15993</w:t>
        <w:br/>
        <w:t>f 22437/18343/15995 22436/18344/15995 22435/18345/15996</w:t>
        <w:br/>
        <w:t>f 22434/18346/15997 22437/18343/15995 22435/18345/15996</w:t>
        <w:br/>
        <w:t>f 22441/18347/15998 22440/18348/15999 22439/18349/15998</w:t>
        <w:br/>
        <w:t>f 22438/18350/15998 22441/18347/15998 22439/18349/15998</w:t>
        <w:br/>
        <w:t>f 22444/18351/16000 22443/18352/16001 22442/18353/16001</w:t>
        <w:br/>
        <w:t>f 22445/18354/16002 22444/18351/16000 22442/18353/16001</w:t>
        <w:br/>
        <w:t>f 22443/18352/16001 22447/18355/16003 22446/18356/16003</w:t>
        <w:br/>
        <w:t>f 22442/18353/16001 22443/18352/16001 22446/18356/16003</w:t>
        <w:br/>
        <w:t>f 22451/18357/16004 22450/18358/16005 22449/18359/16004</w:t>
        <w:br/>
        <w:t>f 22448/18360/16006 22451/18357/16004 22449/18359/16004</w:t>
        <w:br/>
        <w:t>f 22447/18355/16003 22434/18346/15997 22435/18345/15996</w:t>
        <w:br/>
        <w:t>f 22446/18356/16003 22447/18355/16003 22435/18345/15996</w:t>
        <w:br/>
        <w:t>f 22230/18139/15831 22231/18138/15830 22452/18361/16007</w:t>
        <w:br/>
        <w:t>f 22453/18362/16008 22230/18139/15831 22452/18361/16007</w:t>
        <w:br/>
        <w:t>f 22456/18363/16009 22455/18364/16010 22454/18365/16011</w:t>
        <w:br/>
        <w:t>f 22457/18366/16011 22456/18363/16009 22454/18365/16011</w:t>
        <w:br/>
        <w:t>f 22453/18362/16008 22452/18361/16007 22455/18364/16010</w:t>
        <w:br/>
        <w:t>f 22456/18363/16009 22453/18362/16008 22455/18364/16010</w:t>
        <w:br/>
        <w:t>f 22460/18367/16012 22459/18368/16013 22458/18369/16014</w:t>
        <w:br/>
        <w:t>f 22461/18370/16015 22460/18367/16012 22458/18369/16014</w:t>
        <w:br/>
        <w:t>f 22464/18371/16016 22463/18372/16017 22462/18373/16018</w:t>
        <w:br/>
        <w:t>f 22458/18369/16014 22466/18374/16019 22465/18375/16020</w:t>
        <w:br/>
        <w:t>f 22461/18370/16015 22458/18369/16014 22465/18375/16020</w:t>
        <w:br/>
        <w:t>f 22468/18376/16021 22467/18377/16022 22241/18148/15838</w:t>
        <w:br/>
        <w:t>f 22242/18151/15840 22468/18376/16021 22241/18148/15838</w:t>
        <w:br/>
        <w:t>f 22471/18378/16023 22470/18379/16024 22469/18380/16025</w:t>
        <w:br/>
        <w:t>f 22472/18381/16023 22471/18378/16023 22469/18380/16025</w:t>
        <w:br/>
        <w:t>f 22476/18382/16026 22475/18383/16027 22474/18384/16028</w:t>
        <w:br/>
        <w:t>f 22473/18385/16028 22476/18382/16026 22474/18384/16028</w:t>
        <w:br/>
        <w:t>f 22480/18386/16029 22479/18387/16030 22478/18388/16030</w:t>
        <w:br/>
        <w:t>f 22477/18389/16029 22480/18386/16029 22478/18388/16030</w:t>
        <w:br/>
        <w:t>f 22484/18390/16031 22483/18391/16032 22482/18392/16032</w:t>
        <w:br/>
        <w:t>f 22481/18393/16031 22484/18390/16031 22482/18392/16032</w:t>
        <w:br/>
        <w:t>f 22483/18391/16032 22486/18394/16033 22485/18395/16033</w:t>
        <w:br/>
        <w:t>f 22482/18392/16032 22483/18391/16032 22485/18395/16033</w:t>
        <w:br/>
        <w:t>f 22489/18396/16034 22488/18397/16035 22487/18398/16036</w:t>
        <w:br/>
        <w:t>f 22490/18399/16035 22489/18396/16034 22487/18398/16036</w:t>
        <w:br/>
        <w:t>f 22476/18382/16026 22485/18395/16033 22486/18394/16033</w:t>
        <w:br/>
        <w:t>f 22475/18383/16027 22476/18382/16026 22486/18394/16033</w:t>
        <w:br/>
        <w:t>f 22492/18400/16037 22491/18401/16038 22245/18154/15842</w:t>
        <w:br/>
        <w:t>f 22238/18146/15836 22492/18400/16037 22245/18154/15842</w:t>
        <w:br/>
        <w:t>f 22495/18402/16039 22494/18403/16039 22493/18404/16040</w:t>
        <w:br/>
        <w:t>f 22496/18405/16041 22495/18402/16039 22493/18404/16040</w:t>
        <w:br/>
        <w:t>f 22491/18401/16038 22492/18400/16037 22496/18405/16041</w:t>
        <w:br/>
        <w:t>f 22493/18404/16040 22491/18401/16038 22496/18405/16041</w:t>
        <w:br/>
        <w:t>f 22500/18406/16042 22499/18407/16043 22498/18408/16044</w:t>
        <w:br/>
        <w:t>f 22497/18409/16045 22500/18406/16042 22498/18408/16044</w:t>
        <w:br/>
        <w:t>f 22503/18410/16046 22502/18411/16047 22501/18412/16048</w:t>
        <w:br/>
        <w:t>f 22504/18413/16049 22500/18406/16042 22497/18409/16045</w:t>
        <w:br/>
        <w:t>f 22505/18414/16050 22504/18413/16049 22497/18409/16045</w:t>
        <w:br/>
        <w:t>f 22507/18415/16051 22506/18416/16051 22252/18163/15848</w:t>
        <w:br/>
        <w:t>f 22253/18162/15848 22507/18415/16051 22252/18163/15848</w:t>
        <w:br/>
        <w:t>f 22510/18417/16052 22509/18418/16053 22508/18419/16053</w:t>
        <w:br/>
        <w:t>f 22511/18420/16053 22510/18417/16052 22508/18419/16053</w:t>
        <w:br/>
        <w:t>f 22515/18421/16054 22514/18422/16055 22513/18423/16056</w:t>
        <w:br/>
        <w:t>f 22512/18424/16056 22515/18421/16054 22513/18423/16056</w:t>
        <w:br/>
        <w:t>f 22519/18425/16057 22518/18426/16057 22517/18427/16057</w:t>
        <w:br/>
        <w:t>f 22516/18428/16057 22519/18425/16057 22517/18427/16057</w:t>
        <w:br/>
        <w:t>f 22523/18429/16058 22522/18430/16059 22521/18431/16060</w:t>
        <w:br/>
        <w:t>f 22520/18432/16061 22523/18429/16058 22521/18431/16060</w:t>
        <w:br/>
        <w:t>f 22525/18433/16062 22524/18434/16062 22523/18429/16058</w:t>
        <w:br/>
        <w:t>f 22520/18432/16061 22525/18433/16062 22523/18429/16058</w:t>
        <w:br/>
        <w:t>f 22528/18435/16063 22527/18436/16064 22526/18437/16065</w:t>
        <w:br/>
        <w:t>f 22529/18438/16063 22528/18435/16063 22526/18437/16065</w:t>
        <w:br/>
        <w:t>f 22514/18422/16055 22515/18421/16054 22524/18434/16062</w:t>
        <w:br/>
        <w:t>f 22525/18433/16062 22514/18422/16055 22524/18434/16062</w:t>
        <w:br/>
        <w:t>f 22337/18249/15917 22338/18248/15916 22530/18439/16066</w:t>
        <w:br/>
        <w:t>f 22349/18257/15925 22347/18254/15922 22345/18256/15924</w:t>
        <w:br/>
        <w:t>f 22348/18258/15926 22349/18257/15925 22345/18256/15924</w:t>
        <w:br/>
        <w:t>f 22300/18212/15886 22301/18211/15886 22531/18440/16067</w:t>
        <w:br/>
        <w:t>f 22312/18220/15894 22310/18217/15891 22308/18219/15893</w:t>
        <w:br/>
        <w:t>f 22311/18221/15895 22312/18220/15894 22308/18219/15893</w:t>
        <w:br/>
        <w:t>f 22263/18175/15857 22264/18174/15857 22532/18441/16068</w:t>
        <w:br/>
        <w:t>f 22271/18182/15864 22274/18184/15866 22275/18183/15865</w:t>
        <w:br/>
        <w:t>f 22273/18180/15862 22271/18182/15864 22275/18183/15865</w:t>
        <w:br/>
        <w:t>f 22416/18325/15978 22417/18324/15977 22533/18442/16069</w:t>
        <w:br/>
        <w:t>f 22426/18336/15989 22425/18332/15985 22423/18334/15987</w:t>
        <w:br/>
        <w:t>f 22427/18335/15988 22426/18336/15989 22423/18334/15987</w:t>
        <w:br/>
        <w:t>f 22457/18366/16011 22454/18365/16011 22534/18443/16070</w:t>
        <w:br/>
        <w:t>f 22466/18374/16019 22464/18371/16016 22462/18373/16018</w:t>
        <w:br/>
        <w:t>f 22465/18375/16020 22466/18374/16019 22462/18373/16018</w:t>
        <w:br/>
        <w:t>f 22494/18403/16039 22495/18402/16039 22535/18444/16071</w:t>
        <w:br/>
        <w:t>f 22505/18414/16050 22503/18410/16046 22501/18412/16048</w:t>
        <w:br/>
        <w:t>f 22504/18413/16049 22505/18414/16050 22501/18412/16048</w:t>
        <w:br/>
        <w:t>f 22379/18288/15948 22376/18287/15948 22536/18445/16072</w:t>
        <w:br/>
        <w:t>f 22388/18296/15955 22386/18293/15952 22384/18295/15954</w:t>
        <w:br/>
        <w:t>f 22387/18297/15956 22388/18296/15955 22384/18295/15954</w:t>
        <w:br/>
        <w:t>f 22540/18446/16073 22539/18447/16073 22538/18448/16074</w:t>
        <w:br/>
        <w:t>f 22537/18449/16074 22540/18446/16073 22538/18448/16074</w:t>
        <w:br/>
        <w:t>f 22543/18450/16075 22542/18451/16076 22541/18452/16076</w:t>
        <w:br/>
        <w:t>f 22544/18453/16077 22543/18450/16075 22541/18452/16076</w:t>
        <w:br/>
        <w:t>f 22547/18454/16078 22546/18455/16079 22545/18456/16080</w:t>
        <w:br/>
        <w:t>f 22548/18457/16080 22547/18454/16078 22545/18456/16080</w:t>
        <w:br/>
        <w:t>f 22551/18458/16081 22550/18459/16082 22549/18460/16083</w:t>
        <w:br/>
        <w:t>f 22552/18461/16083 22551/18458/16081 22549/18460/16083</w:t>
        <w:br/>
        <w:t>f 22556/18462/16084 22555/18463/16085 22554/18464/16086</w:t>
        <w:br/>
        <w:t>f 22553/18465/16084 22556/18462/16084 22554/18464/16086</w:t>
        <w:br/>
        <w:t>f 22559/18466/16087 22558/18467/16087 22557/18468/16088</w:t>
        <w:br/>
        <w:t>f 22560/18469/16088 22559/18466/16087 22557/18468/16088</w:t>
        <w:br/>
        <w:t>f 22564/18470/16089 22563/18471/16089 22562/18472/16089</w:t>
        <w:br/>
        <w:t>f 22561/18473/16090 22564/18470/16089 22562/18472/16089</w:t>
        <w:br/>
        <w:t>f 22568/18474/16091 22567/18475/16092 22566/18476/16092</w:t>
        <w:br/>
        <w:t>f 22565/18477/16093 22568/18474/16091 22566/18476/16092</w:t>
        <w:br/>
        <w:t>f 22571/18478/16094 22570/18479/16095 22569/18480/16096</w:t>
        <w:br/>
        <w:t>f 22572/18481/16094 22571/18478/16094 22569/18480/16096</w:t>
        <w:br/>
        <w:t>f 22576/18482/16097 22575/18483/16098 22574/18484/16099</w:t>
        <w:br/>
        <w:t>f 22573/18485/16100 22576/18482/16097 22574/18484/16099</w:t>
        <w:br/>
        <w:t>f 22580/18486/16101 22579/18487/16102 22578/18488/16103</w:t>
        <w:br/>
        <w:t>f 22577/18489/16104 22580/18486/16101 22578/18488/16103</w:t>
        <w:br/>
        <w:t>f 22573/18485/16100 22578/18488/16103 22579/18487/16102</w:t>
        <w:br/>
        <w:t>f 22576/18482/16097 22573/18485/16100 22579/18487/16102</w:t>
        <w:br/>
        <w:t>f 22584/18490/16105 22583/18491/16106 22582/18492/16107</w:t>
        <w:br/>
        <w:t>f 22581/18493/16108 22584/18490/16105 22582/18492/16107</w:t>
        <w:br/>
        <w:t>f 22587/18494/16109 22586/18495/16110 22585/18496/16111</w:t>
        <w:br/>
        <w:t>f 22583/18491/16106 22584/18490/16105 22588/18497/16112</w:t>
        <w:br/>
        <w:t>f 22589/18498/16113 22583/18491/16106 22588/18497/16112</w:t>
        <w:br/>
        <w:t>f 22591/18499/16114 22590/18500/16115 22537/18449/16074</w:t>
        <w:br/>
        <w:t>f 22538/18448/16074 22591/18499/16114 22537/18449/16074</w:t>
        <w:br/>
        <w:t>f 22594/18501/16116 22593/18502/16117 22592/18503/16118</w:t>
        <w:br/>
        <w:t>f 22595/18504/16119 22594/18501/16116 22592/18503/16118</w:t>
        <w:br/>
        <w:t>f 22599/18505/16120 22598/18506/16121 22597/18507/16122</w:t>
        <w:br/>
        <w:t>f 22596/18508/16120 22599/18505/16120 22597/18507/16122</w:t>
        <w:br/>
        <w:t>f 22603/18509/16123 22602/18510/16124 22601/18511/16125</w:t>
        <w:br/>
        <w:t>f 22600/18512/16126 22603/18509/16123 22601/18511/16125</w:t>
        <w:br/>
        <w:t>f 22606/18513/16127 22605/18514/16128 22604/18515/16129</w:t>
        <w:br/>
        <w:t>f 22607/18516/16130 22606/18513/16127 22604/18515/16129</w:t>
        <w:br/>
        <w:t>f 22609/18517/16131 22608/18518/16131 22607/18516/16130</w:t>
        <w:br/>
        <w:t>f 22604/18515/16129 22609/18517/16131 22607/18516/16130</w:t>
        <w:br/>
        <w:t>f 22601/18511/16125 22602/18510/16124 22610/18519/16132</w:t>
        <w:br/>
        <w:t>f 22611/18520/16133 22601/18511/16125 22610/18519/16132</w:t>
        <w:br/>
        <w:t>f 22599/18505/16120 22596/18508/16120 22608/18518/16131</w:t>
        <w:br/>
        <w:t>f 22609/18517/16131 22599/18505/16120 22608/18518/16131</w:t>
        <w:br/>
        <w:t>f 22614/18521/16134 22613/18522/16135 22612/18523/16136</w:t>
        <w:br/>
        <w:t>f 22615/18524/16137 22614/18521/16134 22612/18523/16136</w:t>
        <w:br/>
        <w:t>f 22619/18525/16138 22618/18526/16139 22617/18527/16140</w:t>
        <w:br/>
        <w:t>f 22616/18528/16141 22619/18525/16138 22617/18527/16140</w:t>
        <w:br/>
        <w:t>f 22613/18522/16135 22617/18527/16140 22618/18526/16139</w:t>
        <w:br/>
        <w:t>f 22612/18523/16136 22613/18522/16135 22618/18526/16139</w:t>
        <w:br/>
        <w:t>f 22622/18529/16142 22621/18530/16142 22620/18531/16143</w:t>
        <w:br/>
        <w:t>f 22623/18532/16144 22622/18529/16142 22620/18531/16143</w:t>
        <w:br/>
        <w:t>f 22626/18533/16145 22625/18534/16146 22624/18535/16147</w:t>
        <w:br/>
        <w:t>f 22628/18536/16148 22627/18537/16149 22621/18530/16142</w:t>
        <w:br/>
        <w:t>f 22622/18529/16142 22628/18536/16148 22621/18530/16142</w:t>
        <w:br/>
        <w:t>f 22632/18538/16150 22631/18539/16151 22630/18540/16150</w:t>
        <w:br/>
        <w:t>f 22629/18541/16152 22632/18538/16150 22630/18540/16150</w:t>
        <w:br/>
        <w:t>f 22635/18542/16153 22634/18543/16154 22633/18544/16155</w:t>
        <w:br/>
        <w:t>f 22636/18545/16155 22635/18542/16153 22633/18544/16155</w:t>
        <w:br/>
        <w:t>f 22640/18546/16156 22639/18547/16157 22638/18548/16157</w:t>
        <w:br/>
        <w:t>f 22637/18549/16158 22640/18546/16156 22638/18548/16157</w:t>
        <w:br/>
        <w:t>f 22643/18550/16159 22642/18551/16159 22641/18552/16160</w:t>
        <w:br/>
        <w:t>f 22644/18553/16160 22643/18550/16159 22641/18552/16160</w:t>
        <w:br/>
        <w:t>f 22648/18554/16161 22647/18555/16161 22646/18556/16162</w:t>
        <w:br/>
        <w:t>f 22645/18557/16163 22648/18554/16161 22646/18556/16162</w:t>
        <w:br/>
        <w:t>f 22647/18555/16161 22648/18554/16161 22650/18558/16164</w:t>
        <w:br/>
        <w:t>f 22649/18559/16164 22647/18555/16161 22650/18558/16164</w:t>
        <w:br/>
        <w:t>f 22644/18553/16160 22641/18552/16160 22652/18560/16165</w:t>
        <w:br/>
        <w:t>f 22651/18561/16166 22644/18553/16160 22652/18560/16165</w:t>
        <w:br/>
        <w:t>f 22649/18559/16164 22650/18558/16164 22638/18548/16157</w:t>
        <w:br/>
        <w:t>f 22639/18547/16157 22649/18559/16164 22638/18548/16157</w:t>
        <w:br/>
        <w:t>f 22656/18562/16167 22655/18563/16168 22654/18564/16169</w:t>
        <w:br/>
        <w:t>f 22653/18565/16170 22656/18562/16167 22654/18564/16169</w:t>
        <w:br/>
        <w:t>f 22659/18566/16171 22658/18567/16172 22657/18568/16172</w:t>
        <w:br/>
        <w:t>f 22660/18569/16173 22659/18566/16171 22657/18568/16172</w:t>
        <w:br/>
        <w:t>f 22660/18569/16173 22656/18562/16167 22653/18565/16170</w:t>
        <w:br/>
        <w:t>f 22659/18566/16171 22660/18569/16173 22653/18565/16170</w:t>
        <w:br/>
        <w:t>f 22663/18570/16174 22662/18571/16175 22661/18572/16176</w:t>
        <w:br/>
        <w:t>f 22664/18573/16177 22663/18570/16174 22661/18572/16176</w:t>
        <w:br/>
        <w:t>f 22667/18574/16178 22666/18575/16179 22665/18576/16180</w:t>
        <w:br/>
        <w:t>f 22664/18573/16177 22661/18572/16176 22669/18577/16181</w:t>
        <w:br/>
        <w:t>f 22668/18578/16182 22664/18573/16177 22669/18577/16181</w:t>
        <w:br/>
        <w:t>f 22545/18456/16080 22671/18579/16183 22670/18580/16184</w:t>
        <w:br/>
        <w:t>f 22548/18457/16080 22545/18456/16080 22670/18580/16184</w:t>
        <w:br/>
        <w:t>f 22674/18581/16185 22673/18582/16186 22672/18583/16187</w:t>
        <w:br/>
        <w:t>f 22675/18584/16188 22674/18581/16185 22672/18583/16187</w:t>
        <w:br/>
        <w:t>f 22679/18585/16189 22678/18586/16190 22677/18587/16190</w:t>
        <w:br/>
        <w:t>f 22676/18588/16189 22679/18585/16189 22677/18587/16190</w:t>
        <w:br/>
        <w:t>f 22682/18589/16191 22681/18590/16192 22680/18591/16193</w:t>
        <w:br/>
        <w:t>f 22683/18592/16193 22682/18589/16191 22680/18591/16193</w:t>
        <w:br/>
        <w:t>f 22686/18593/16194 22685/18594/16194 22684/18595/16195</w:t>
        <w:br/>
        <w:t>f 22687/18596/16196 22686/18593/16194 22684/18595/16195</w:t>
        <w:br/>
        <w:t>f 22689/18597/16197 22688/18598/16197 22685/18594/16194</w:t>
        <w:br/>
        <w:t>f 22686/18593/16194 22689/18597/16197 22685/18594/16194</w:t>
        <w:br/>
        <w:t>f 22691/18599/16198 22683/18592/16193 22680/18591/16193</w:t>
        <w:br/>
        <w:t>f 22690/18600/16199 22691/18599/16198 22680/18591/16193</w:t>
        <w:br/>
        <w:t>f 22679/18585/16189 22676/18588/16189 22688/18598/16197</w:t>
        <w:br/>
        <w:t>f 22689/18597/16197 22679/18585/16189 22688/18598/16197</w:t>
        <w:br/>
        <w:t>f 22695/18601/16200 22694/18602/16201 22693/18603/16202</w:t>
        <w:br/>
        <w:t>f 22692/18604/16200 22695/18601/16200 22693/18603/16202</w:t>
        <w:br/>
        <w:t>f 22699/18605/16203 22698/18606/16204 22697/18607/16204</w:t>
        <w:br/>
        <w:t>f 22696/18608/16205 22699/18605/16203 22697/18607/16204</w:t>
        <w:br/>
        <w:t>f 22696/18608/16205 22695/18601/16200 22692/18604/16200</w:t>
        <w:br/>
        <w:t>f 22699/18605/16203 22696/18608/16205 22692/18604/16200</w:t>
        <w:br/>
        <w:t>f 22702/18609/16206 22701/18610/16207 22700/18611/16208</w:t>
        <w:br/>
        <w:t>f 22703/18612/16209 22702/18609/16206 22700/18611/16208</w:t>
        <w:br/>
        <w:t>f 22706/18613/16210 22705/18614/16211 22704/18615/16212</w:t>
        <w:br/>
        <w:t>f 22700/18611/16208 22701/18610/16207 22708/18616/16213</w:t>
        <w:br/>
        <w:t>f 22707/18617/16214 22700/18611/16208 22708/18616/16213</w:t>
        <w:br/>
        <w:t>f 22553/18465/16084 22710/18618/16215 22709/18619/16216</w:t>
        <w:br/>
        <w:t>f 22556/18462/16084 22553/18465/16084 22709/18619/16216</w:t>
        <w:br/>
        <w:t>f 22711/18620/16217 22709/18619/16216 22710/18618/16215</w:t>
        <w:br/>
        <w:t>f 22712/18621/16218 22711/18620/16217 22710/18618/16215</w:t>
        <w:br/>
        <w:t>f 22716/18622/16219 22715/18623/16220 22714/18624/16221</w:t>
        <w:br/>
        <w:t>f 22713/18625/16222 22716/18622/16219 22714/18624/16221</w:t>
        <w:br/>
        <w:t>f 22719/18626/16223 22718/18627/16223 22717/18628/16224</w:t>
        <w:br/>
        <w:t>f 22720/18629/16224 22719/18626/16223 22717/18628/16224</w:t>
        <w:br/>
        <w:t>f 22724/18630/16225 22723/18631/16226 22722/18632/16227</w:t>
        <w:br/>
        <w:t>f 22721/18633/16228 22724/18630/16225 22722/18632/16227</w:t>
        <w:br/>
        <w:t>f 22721/18633/16228 22722/18632/16227 22726/18634/16229</w:t>
        <w:br/>
        <w:t>f 22725/18635/16229 22721/18633/16228 22726/18634/16229</w:t>
        <w:br/>
        <w:t>f 22730/18636/16230 22729/18637/16231 22728/18638/16232</w:t>
        <w:br/>
        <w:t>f 22727/18639/16233 22730/18636/16230 22728/18638/16232</w:t>
        <w:br/>
        <w:t>f 22714/18624/16221 22715/18623/16220 22725/18635/16229</w:t>
        <w:br/>
        <w:t>f 22726/18634/16229 22714/18624/16221 22725/18635/16229</w:t>
        <w:br/>
        <w:t>f 22733/18640/16234 22732/18641/16235 22731/18642/16236</w:t>
        <w:br/>
        <w:t>f 22734/18643/16237 22733/18640/16234 22731/18642/16236</w:t>
        <w:br/>
        <w:t>f 22738/18644/16238 22737/18645/16239 22736/18646/16239</w:t>
        <w:br/>
        <w:t>f 22735/18647/16240 22738/18644/16238 22736/18646/16239</w:t>
        <w:br/>
        <w:t>f 22732/18641/16235 22738/18644/16238 22735/18647/16240</w:t>
        <w:br/>
        <w:t>f 22731/18642/16236 22732/18641/16235 22735/18647/16240</w:t>
        <w:br/>
        <w:t>f 22742/18648/16241 22741/18649/16242 22740/18650/16243</w:t>
        <w:br/>
        <w:t>f 22739/18651/16244 22742/18648/16241 22740/18650/16243</w:t>
        <w:br/>
        <w:t>f 22745/18652/16245 22744/18653/16245 22743/18654/16246</w:t>
        <w:br/>
        <w:t>f 22739/18651/16244 22740/18650/16243 22747/18655/16247</w:t>
        <w:br/>
        <w:t>f 22746/18656/16248 22739/18651/16244 22747/18655/16247</w:t>
        <w:br/>
        <w:t>f 22748/18657/16249 22571/18478/16094 22572/18481/16094</w:t>
        <w:br/>
        <w:t>f 22749/18658/16249 22748/18657/16249 22572/18481/16094</w:t>
        <w:br/>
        <w:t>f 22752/18659/16250 22751/18660/16250 22750/18661/16250</w:t>
        <w:br/>
        <w:t>f 22753/18662/16251 22752/18659/16250 22750/18661/16250</w:t>
        <w:br/>
        <w:t>f 22756/18663/16252 22755/18664/16253 22754/18665/16254</w:t>
        <w:br/>
        <w:t>f 22757/18666/16255 22756/18663/16252 22754/18665/16254</w:t>
        <w:br/>
        <w:t>f 22760/18667/16256 22759/18668/16256 22758/18669/16256</w:t>
        <w:br/>
        <w:t>f 22761/18670/16257 22760/18667/16256 22758/18669/16256</w:t>
        <w:br/>
        <w:t>f 22765/18671/16258 22764/18672/16258 22763/18673/16259</w:t>
        <w:br/>
        <w:t>f 22762/18674/16260 22765/18671/16258 22763/18673/16259</w:t>
        <w:br/>
        <w:t>f 22764/18672/16258 22765/18671/16258 22767/18675/16261</w:t>
        <w:br/>
        <w:t>f 22766/18676/16262 22764/18672/16258 22767/18675/16261</w:t>
        <w:br/>
        <w:t>f 22770/18677/16263 22769/18678/16264 22768/18679/16265</w:t>
        <w:br/>
        <w:t>f 22771/18680/16266 22770/18677/16263 22768/18679/16265</w:t>
        <w:br/>
        <w:t>f 22754/18665/16254 22755/18664/16253 22766/18676/16262</w:t>
        <w:br/>
        <w:t>f 22767/18675/16261 22754/18665/16254 22766/18676/16262</w:t>
        <w:br/>
        <w:t>f 22775/18681/16267 22774/18682/16268 22773/18683/16269</w:t>
        <w:br/>
        <w:t>f 22772/18684/16270 22775/18681/16267 22773/18683/16269</w:t>
        <w:br/>
        <w:t>f 22778/18685/16271 22777/18686/16272 22776/18687/16273</w:t>
        <w:br/>
        <w:t>f 22779/18688/16271 22778/18685/16271 22776/18687/16273</w:t>
        <w:br/>
        <w:t>f 22772/18684/16270 22776/18687/16273 22777/18686/16272</w:t>
        <w:br/>
        <w:t>f 22775/18681/16267 22772/18684/16270 22777/18686/16272</w:t>
        <w:br/>
        <w:t>f 22783/18689/16274 22782/18690/16275 22781/18691/16276</w:t>
        <w:br/>
        <w:t>f 22780/18692/16277 22783/18689/16274 22781/18691/16276</w:t>
        <w:br/>
        <w:t>f 22786/18693/16278 22785/18694/16279 22784/18695/16280</w:t>
        <w:br/>
        <w:t>f 22782/18690/16275 22783/18689/16274 22787/18696/16281</w:t>
        <w:br/>
        <w:t>f 22788/18697/16282 22782/18690/16275 22787/18696/16281</w:t>
        <w:br/>
        <w:t>f 22559/18466/16087 22790/18698/16283 22789/18699/16284</w:t>
        <w:br/>
        <w:t>f 22558/18467/16087 22559/18466/16087 22789/18699/16284</w:t>
        <w:br/>
        <w:t>f 22793/18700/16285 22792/18701/16286 22791/18702/16285</w:t>
        <w:br/>
        <w:t>f 22794/18703/16285 22793/18700/16285 22791/18702/16285</w:t>
        <w:br/>
        <w:t>f 22797/18704/16287 22796/18705/16288 22795/18706/16288</w:t>
        <w:br/>
        <w:t>f 22798/18707/16287 22797/18704/16287 22795/18706/16288</w:t>
        <w:br/>
        <w:t>f 22801/18708/16289 22800/18709/16290 22799/18710/16289</w:t>
        <w:br/>
        <w:t>f 22802/18711/16291 22801/18708/16289 22799/18710/16289</w:t>
        <w:br/>
        <w:t>f 22805/18712/16292 22804/18713/16292 22803/18714/16293</w:t>
        <w:br/>
        <w:t>f 22806/18715/16294 22805/18712/16292 22803/18714/16293</w:t>
        <w:br/>
        <w:t>f 22804/18713/16292 22805/18712/16292 22807/18716/16295</w:t>
        <w:br/>
        <w:t>f 22808/18717/16295 22804/18713/16292 22807/18716/16295</w:t>
        <w:br/>
        <w:t>f 22811/18718/16296 22810/18719/16297 22809/18720/16298</w:t>
        <w:br/>
        <w:t>f 22812/18721/16299 22811/18718/16296 22809/18720/16298</w:t>
        <w:br/>
        <w:t>f 22795/18706/16288 22796/18705/16288 22808/18717/16295</w:t>
        <w:br/>
        <w:t>f 22807/18716/16295 22795/18706/16288 22808/18717/16295</w:t>
        <w:br/>
        <w:t>f 22815/18722/16300 22814/18723/16301 22813/18724/16302</w:t>
        <w:br/>
        <w:t>f 22816/18725/16303 22815/18722/16300 22813/18724/16302</w:t>
        <w:br/>
        <w:t>f 22819/18726/16304 22818/18727/16305 22817/18728/16305</w:t>
        <w:br/>
        <w:t>f 22820/18729/16306 22819/18726/16304 22817/18728/16305</w:t>
        <w:br/>
        <w:t>f 22814/18723/16301 22819/18726/16304 22820/18729/16306</w:t>
        <w:br/>
        <w:t>f 22813/18724/16302 22814/18723/16301 22820/18729/16306</w:t>
        <w:br/>
        <w:t>f 22824/18730/16307 22823/18731/16308 22822/18732/16309</w:t>
        <w:br/>
        <w:t>f 22821/18733/16310 22824/18730/16307 22822/18732/16309</w:t>
        <w:br/>
        <w:t>f 22827/18734/16311 22826/18735/16311 22825/18736/16312</w:t>
        <w:br/>
        <w:t>f 22823/18731/16308 22824/18730/16307 22829/18737/16313</w:t>
        <w:br/>
        <w:t>f 22828/18738/16313 22823/18731/16308 22829/18737/16313</w:t>
        <w:br/>
        <w:t>f 22567/18475/16092 22831/18739/16314 22830/18740/16314</w:t>
        <w:br/>
        <w:t>f 22566/18476/16092 22567/18475/16092 22830/18740/16314</w:t>
        <w:br/>
        <w:t>f 22834/18741/16315 22833/18742/16316 22832/18743/16315</w:t>
        <w:br/>
        <w:t>f 22835/18744/16317 22834/18741/16315 22832/18743/16315</w:t>
        <w:br/>
        <w:t>f 22839/18745/16318 22838/18746/16319 22837/18747/16319</w:t>
        <w:br/>
        <w:t>f 22836/18748/16320 22839/18745/16318 22837/18747/16319</w:t>
        <w:br/>
        <w:t>f 22843/18749/16321 22842/18750/16321 22841/18751/16321</w:t>
        <w:br/>
        <w:t>f 22840/18752/16321 22843/18749/16321 22841/18751/16321</w:t>
        <w:br/>
        <w:t>f 22847/18753/16322 22846/18754/16323 22845/18755/16324</w:t>
        <w:br/>
        <w:t>f 22844/18756/16324 22847/18753/16322 22845/18755/16324</w:t>
        <w:br/>
        <w:t>f 22846/18754/16323 22847/18753/16322 22849/18757/16325</w:t>
        <w:br/>
        <w:t>f 22848/18758/16326 22846/18754/16323 22849/18757/16325</w:t>
        <w:br/>
        <w:t>f 22852/18759/16327 22851/18760/16328 22850/18761/16329</w:t>
        <w:br/>
        <w:t>f 22853/18762/16328 22852/18759/16327 22850/18761/16329</w:t>
        <w:br/>
        <w:t>f 22849/18757/16325 22837/18747/16319 22838/18746/16319</w:t>
        <w:br/>
        <w:t>f 22848/18758/16326 22849/18757/16325 22838/18746/16319</w:t>
        <w:br/>
        <w:t>f 22658/18567/16172 22854/18763/16330 22657/18568/16172</w:t>
        <w:br/>
        <w:t>f 22668/18578/16182 22669/18577/16181 22666/18575/16179</w:t>
        <w:br/>
        <w:t>f 22667/18574/16178 22668/18578/16182 22666/18575/16179</w:t>
        <w:br/>
        <w:t>f 22616/18528/16141 22855/18764/16331 22619/18525/16138</w:t>
        <w:br/>
        <w:t>f 22625/18534/16146 22626/18533/16145 22627/18537/16149</w:t>
        <w:br/>
        <w:t>f 22628/18536/16148 22625/18534/16146 22627/18537/16149</w:t>
        <w:br/>
        <w:t>f 22577/18489/16104 22856/18765/16332 22580/18486/16101</w:t>
        <w:br/>
        <w:t>f 22586/18495/16110 22587/18494/16109 22589/18498/16113</w:t>
        <w:br/>
        <w:t>f 22588/18497/16112 22586/18495/16110 22589/18498/16113</w:t>
        <w:br/>
        <w:t>f 22737/18645/16239 22857/18766/16333 22736/18646/16239</w:t>
        <w:br/>
        <w:t>f 22746/18656/16248 22747/18655/16247 22744/18653/16245</w:t>
        <w:br/>
        <w:t>f 22745/18652/16245 22746/18656/16248 22744/18653/16245</w:t>
        <w:br/>
        <w:t>f 22779/18688/16271 22858/18767/16334 22778/18685/16271</w:t>
        <w:br/>
        <w:t>f 22788/18697/16282 22787/18696/16281 22785/18694/16279</w:t>
        <w:br/>
        <w:t>f 22786/18693/16278 22788/18697/16282 22785/18694/16279</w:t>
        <w:br/>
        <w:t>f 22818/18727/16305 22859/18768/16335 22817/18728/16305</w:t>
        <w:br/>
        <w:t>f 22828/18738/16313 22829/18737/16313 22826/18735/16311</w:t>
        <w:br/>
        <w:t>f 22827/18734/16311 22828/18738/16313 22826/18735/16311</w:t>
        <w:br/>
        <w:t>f 22698/18606/16204 22860/18769/16336 22697/18607/16204</w:t>
        <w:br/>
        <w:t>f 22705/18614/16211 22706/18613/16210 22707/18617/16214</w:t>
        <w:br/>
        <w:t>f 22708/18616/16213 22705/18614/16211 22707/18617/16214</w:t>
        <w:br/>
        <w:t>f 22243/18153/15758 22256/18165/15850 22229/18140/15832</w:t>
        <w:br/>
        <w:t>f 22204/18113/15761 22224/18133/15826 22213/18124/15760</w:t>
        <w:br/>
        <w:t>f 22862/18770/15753 22861/18771/16337 22815/18722/16300</w:t>
        <w:br/>
        <w:t>f 22863/18772/16338 22862/18770/15753 22815/18722/16300</w:t>
        <w:br/>
        <w:t>f 22863/18772/16338 22815/18722/16300 22816/18725/16303</w:t>
        <w:br/>
        <w:t>f 22773/18683/16269 22864/18773/15757 22863/18772/16338</w:t>
        <w:br/>
        <w:t>f 22816/18725/16303 22773/18683/16269 22863/18772/16338</w:t>
        <w:br/>
        <w:t>f 22865/18774/15755 22734/18643/16237 22693/18603/16202</w:t>
        <w:br/>
        <w:t>f 22865/18774/15755 22693/18603/16202 22694/18602/16201</w:t>
        <w:br/>
        <w:t>f 22654/18564/16169 22866/18775/16339 22865/18774/15755</w:t>
        <w:br/>
        <w:t>f 22694/18602/16201 22654/18564/16169 22865/18774/15755</w:t>
        <w:br/>
        <w:t>f 22866/18775/16339 22654/18564/16169 22655/18563/16168</w:t>
        <w:br/>
        <w:t>f 22866/18775/16339 22655/18563/16168 22614/18521/16134</w:t>
        <w:br/>
        <w:t>f 22867/18776/16340 22866/18775/16339 22614/18521/16134</w:t>
        <w:br/>
        <w:t>f 22615/18524/16137 22867/18776/16340 22614/18521/16134</w:t>
        <w:br/>
        <w:t>f 22574/18484/16099 22867/18776/16340 22615/18524/16137</w:t>
        <w:br/>
        <w:t>f 22575/18483/16098 22867/18776/16340 22574/18484/16099</w:t>
        <w:br/>
        <w:t>f 22575/18483/16098 22869/18777/15750 22868/18778/16341</w:t>
        <w:br/>
        <w:t>f 22867/18776/16340 22575/18483/16098 22868/18778/16341</w:t>
        <w:br/>
        <w:t>f 22174/18083/15791 22190/18098/15803 22173/18084/15792</w:t>
        <w:br/>
        <w:t>f 22167/18076/15785 22174/18083/15791 22175/18082/15790</w:t>
        <w:br/>
        <w:t>f 22195/18103/15808 20017/15924/13862 21096/17005/14745</w:t>
        <w:br/>
        <w:t>f 22196/18105/15810 22195/18103/15808 21096/17005/14745</w:t>
        <w:br/>
        <w:t>f 20017/15924/13862 22195/18103/15808 19992/15900/13838</w:t>
        <w:br/>
        <w:t>f 22192/18101/15806 22191/18100/15805 19991/15899/13837</w:t>
        <w:br/>
        <w:t>f 19992/15900/13838 22192/18101/15806 19991/15899/13837</w:t>
        <w:br/>
        <w:t>f 22191/18100/15805 22193/18102/15807 19989/15895/13833</w:t>
        <w:br/>
        <w:t>f 19991/15899/13837 22191/18100/15805 19989/15895/13833</w:t>
        <w:br/>
        <w:t>f 19988/15896/13834 19989/15895/13833 22193/18102/15807</w:t>
        <w:br/>
        <w:t>f 22184/18093/15800 19988/15896/13834 22193/18102/15807</w:t>
        <w:br/>
        <w:t>f 19988/15896/13834 22184/18093/15800 19856/15763/13703</w:t>
        <w:br/>
        <w:t>f 22870/18779/16342 19398/15304/13249 19853/15760/13700</w:t>
        <w:br/>
        <w:t>f 22871/18780/16343 22870/18779/16342 19853/15760/13700</w:t>
        <w:br/>
        <w:t>f 22872/18781/16344 19867/15774/13714 19394/15299/13244</w:t>
        <w:br/>
        <w:t>f 22873/18782/16345 22872/18781/16344 19394/15299/13244</w:t>
        <w:br/>
        <w:t>f 22874/18783/16346 22872/18781/16344 22873/18782/16345</w:t>
        <w:br/>
        <w:t>f 22875/18784/16347 22874/18783/16346 22873/18782/16345</w:t>
        <w:br/>
        <w:t>f 22875/18784/16347 22870/18779/16342 22876/18785/16348</w:t>
        <w:br/>
        <w:t>f 22874/18783/16346 22875/18784/16347 22876/18785/16348</w:t>
        <w:br/>
        <w:t>f 22877/18786/16349 22876/18785/16348 22870/18779/16342</w:t>
        <w:br/>
        <w:t>f 22871/18780/16343 22877/18786/16349 22870/18779/16342</w:t>
        <w:br/>
        <w:t>f 22871/18780/16343 22879/18787/16350 22878/18788/16351</w:t>
        <w:br/>
        <w:t>f 22877/18786/16349 22871/18780/16343 22878/18788/16351</w:t>
        <w:br/>
        <w:t>f 22163/18073/15782 19882/15790/13730 22878/18788/16351</w:t>
        <w:br/>
        <w:t>f 22879/18787/16350 22163/18073/15782 22878/18788/16351</w:t>
        <w:br/>
        <w:t>f 19882/15790/13730 22164/18072/15781 19883/15789/13729</w:t>
        <w:br/>
        <w:t>f 20450/16359/14293 19883/15789/13729 22164/18072/15781</w:t>
        <w:br/>
        <w:t>f 22179/18089/15797 20450/16359/14293 22164/18072/15781</w:t>
        <w:br/>
        <w:t>f 20452/16361/14295 20450/16359/14293 22179/18089/15797</w:t>
        <w:br/>
        <w:t>f 22178/18085/15793 20452/16361/14295 22179/18089/15797</w:t>
        <w:br/>
        <w:t>f 22178/18085/15793 22168/18075/15784 20002/15909/13847</w:t>
        <w:br/>
        <w:t>f 20452/16361/14295 22178/18085/15793 20002/15909/13847</w:t>
        <w:br/>
        <w:t>f 20002/15909/13847 22166/18077/15786 20001/15910/13848</w:t>
        <w:br/>
        <w:t>f 22166/18077/15786 22880/18789/16352 21114/17023/14761</w:t>
        <w:br/>
        <w:t>f 20001/15910/13848 22166/18077/15786 21114/17023/14761</w:t>
        <w:br/>
        <w:t>f 22192/18101/15806 19992/15900/13838 22195/18103/15808</w:t>
        <w:br/>
        <w:t>f 22190/18098/15803 22192/18101/15806 22195/18103/15808</w:t>
        <w:br/>
        <w:t>f 19394/15299/13244 19389/15292/13237 19387/15294/13239</w:t>
        <w:br/>
        <w:t>f 22873/18782/16345 19394/15299/13244 19387/15294/13239</w:t>
        <w:br/>
        <w:t>f 22872/18781/16344 22881/18790/16353 19867/15774/13714</w:t>
        <w:br/>
        <w:t>f 20008/15915/13853 20001/15910/13848 21114/17023/14761</w:t>
        <w:br/>
        <w:t>f 21096/17005/14745 21101/17010/14749 22270/18176/15858</w:t>
        <w:br/>
        <w:t>f 22196/18105/15810 21096/17005/14745 22270/18176/15858</w:t>
        <w:br/>
        <w:t>f 22270/18176/15858 21101/17010/14749 22269/18177/15859</w:t>
        <w:br/>
        <w:t>f 22269/18177/15859 21101/17010/14749 22306/18214/15888</w:t>
        <w:br/>
        <w:t>f 21101/17010/14749 21102/17012/14751 22305/18215/15889</w:t>
        <w:br/>
        <w:t>f 22306/18214/15888 21101/17010/14749 22305/18215/15889</w:t>
        <w:br/>
        <w:t>f 22305/18215/15889 21102/17012/14751 22343/18251/15919</w:t>
        <w:br/>
        <w:t>f 22343/18251/15919 21102/17012/14751 22342/18252/15920</w:t>
        <w:br/>
        <w:t>f 21102/17012/14751 21103/17011/14750 22382/18290/15950</w:t>
        <w:br/>
        <w:t>f 22342/18252/15920 21102/17012/14751 22382/18290/15950</w:t>
        <w:br/>
        <w:t>f 22382/18290/15950 21103/17011/14750 22381/18291/15951</w:t>
        <w:br/>
        <w:t>f 22381/18291/15951 21103/17011/14750 21104/17013/14752</w:t>
        <w:br/>
        <w:t>f 22421/18329/15982 22381/18291/15951 21104/17013/14752</w:t>
        <w:br/>
        <w:t>f 22421/18329/15982 21104/17013/14752 22420/18330/15983</w:t>
        <w:br/>
        <w:t>f 22882/18791/16354 22460/18367/16012 22420/18330/15983</w:t>
        <w:br/>
        <w:t>f 21104/17013/14752 22882/18791/16354 22420/18330/15983</w:t>
        <w:br/>
        <w:t>f 22460/18367/16012 22882/18791/16354 22459/18368/16013</w:t>
        <w:br/>
        <w:t>f 22499/18407/16043 22459/18368/16013 22882/18791/16354</w:t>
        <w:br/>
        <w:t>f 21097/17007/14747 22499/18407/16043 22882/18791/16354</w:t>
        <w:br/>
        <w:t>f 22499/18407/16043 21097/17007/14747 22498/18408/16044</w:t>
        <w:br/>
        <w:t>f 22498/18408/16044 21097/17007/14747 21098/17006/14746</w:t>
        <w:br/>
        <w:t>f 22883/18792/16355 22498/18408/16044 21098/17006/14746</w:t>
        <w:br/>
        <w:t>f 22822/18732/16309 21110/17018/14756 22821/18733/16310</w:t>
        <w:br/>
        <w:t>f 21110/17018/14756 21109/17019/14757 22781/18691/16276</w:t>
        <w:br/>
        <w:t>f 22821/18733/16310 21110/17018/14756 22781/18691/16276</w:t>
        <w:br/>
        <w:t>f 22781/18691/16276 21109/17019/14757 22780/18692/16277</w:t>
        <w:br/>
        <w:t>f 22780/18692/16277 21109/17019/14757 22742/18648/16241</w:t>
        <w:br/>
        <w:t>f 22741/18649/16242 22742/18648/16241 21109/17019/14757</w:t>
        <w:br/>
        <w:t>f 21111/17020/14758 22741/18649/16242 21109/17019/14757</w:t>
        <w:br/>
        <w:t>f 22741/18649/16242 21111/17020/14758 22703/18612/16209</w:t>
        <w:br/>
        <w:t>f 22703/18612/16209 21111/17020/14758 22702/18609/16206</w:t>
        <w:br/>
        <w:t>f 21111/17020/14758 21112/17021/14759 22663/18570/16174</w:t>
        <w:br/>
        <w:t>f 22702/18609/16206 21111/17020/14758 22663/18570/16174</w:t>
        <w:br/>
        <w:t>f 22663/18570/16174 21112/17021/14759 22662/18571/16175</w:t>
        <w:br/>
        <w:t>f 22662/18571/16175 21112/17021/14759 22620/18531/16143</w:t>
        <w:br/>
        <w:t>f 21112/17021/14759 21113/17022/14760 22623/18532/16144</w:t>
        <w:br/>
        <w:t>f 22620/18531/16143 21112/17021/14759 22623/18532/16144</w:t>
        <w:br/>
        <w:t>f 22623/18532/16144 21113/17022/14760 22582/18492/16107</w:t>
        <w:br/>
        <w:t>f 22582/18492/16107 21113/17022/14760 22581/18493/16108</w:t>
        <w:br/>
        <w:t>f 21114/17023/14761 22880/18789/16352 22581/18493/16108</w:t>
        <w:br/>
        <w:t>f 21113/17022/14760 21114/17023/14761 22581/18493/16108</w:t>
        <w:br/>
        <w:t>f 22166/18077/15786 22183/18092/15799 22880/18789/16352</w:t>
        <w:br/>
        <w:t>f 19848/15754/13694 19841/15750/13690 19842/15749/13689</w:t>
        <w:br/>
        <w:t>f 19847/15755/13695 19848/15754/13694 19842/15749/13689</w:t>
        <w:br/>
        <w:t>f 19842/15749/13689 19845/15752/13692 19851/15758/13698</w:t>
        <w:br/>
        <w:t>f 19847/15755/13695 19842/15749/13689 19851/15758/13698</w:t>
        <w:br/>
        <w:t>f 19851/15758/13698 20426/16335/14271 20427/16336/14272</w:t>
        <w:br/>
        <w:t>f 19851/15758/13698 19845/15752/13692 20426/16335/14271</w:t>
        <w:br/>
        <w:t>f 21439/17347/15077 21539/17449/15171 22013/17922/15635</w:t>
        <w:br/>
        <w:t>f 21438/17348/15078 21439/17347/15077 22013/17922/15635</w:t>
        <w:br/>
        <w:t>f 22012/17921/15634 21440/17349/15079 21438/17348/15078</w:t>
        <w:br/>
        <w:t>f 22013/17922/15635 22012/17921/15634 21438/17348/15078</w:t>
        <w:br/>
        <w:t>f 22020/17929/15642 21437/17346/15076 21440/17349/15079</w:t>
        <w:br/>
        <w:t>f 22021/17930/15643 22020/17929/15642 21440/17349/15079</w:t>
        <w:br/>
        <w:t>f 19665/15571/13513 22881/18790/16353 20416/16325/14261</w:t>
        <w:br/>
        <w:t>f 19664/15572/13514 19665/15571/13513 20416/16325/14261</w:t>
        <w:br/>
        <w:t>f 19667/15574/13516 19867/15774/13714 22881/18790/16353</w:t>
        <w:br/>
        <w:t>f 19665/15571/13513 19667/15574/13516 22881/18790/16353</w:t>
        <w:br/>
        <w:t>f 20332/16240/14177 22878/18788/16351 19882/15790/13730</w:t>
        <w:br/>
        <w:t>f 19722/15629/13571 20332/16240/14177 19882/15790/13730</w:t>
        <w:br/>
        <w:t>f 22878/18788/16351 20332/16240/14177 19879/15786/13726</w:t>
        <w:br/>
        <w:t>f 22877/18786/16349 22878/18788/16351 19879/15786/13726</w:t>
        <w:br/>
        <w:t>f 19880/15785/13725 22876/18785/16348 22877/18786/16349</w:t>
        <w:br/>
        <w:t>f 19879/15786/13726 19880/15785/13725 22877/18786/16349</w:t>
        <w:br/>
        <w:t>f 22874/18783/16346 22876/18785/16348 19880/15785/13725</w:t>
        <w:br/>
        <w:t>f 20416/16325/14261 22874/18783/16346 19880/15785/13725</w:t>
        <w:br/>
        <w:t>f 20416/16325/14261 22881/18790/16353 22872/18781/16344</w:t>
        <w:br/>
        <w:t>f 22874/18783/16346 20416/16325/14261 22872/18781/16344</w:t>
        <w:br/>
        <w:t>f 19854/15759/13699 19856/15763/13703 22163/18073/15782</w:t>
        <w:br/>
        <w:t>f 22879/18787/16350 19854/15759/13699 22163/18073/15782</w:t>
        <w:br/>
        <w:t>f 19853/15760/13700 19854/15759/13699 22879/18787/16350</w:t>
        <w:br/>
        <w:t>f 22871/18780/16343 19853/15760/13700 22879/18787/16350</w:t>
        <w:br/>
        <w:t>f 19397/15301/13246 19398/15304/13249 22870/18779/16342</w:t>
        <w:br/>
        <w:t>f 22875/18784/16347 19397/15301/13246 22870/18779/16342</w:t>
        <w:br/>
        <w:t>f 22873/18782/16345 19387/15294/13239 19397/15301/13246</w:t>
        <w:br/>
        <w:t>f 22875/18784/16347 22873/18782/16345 19397/15301/13246</w:t>
        <w:br/>
        <w:t>f 21784/17693/15410 22884/18793/16356 21880/17789/15502</w:t>
        <w:br/>
        <w:t>f 21592/17500/15220 21880/17789/15502 21591/17501/15221</w:t>
        <w:br/>
        <w:t>f 21583/17490/15210 21585/17495/15215 21591/17501/15221</w:t>
        <w:br/>
        <w:t>f 21491/17401/15129 21583/17490/15210 21591/17501/15221</w:t>
        <w:br/>
        <w:t>f 21781/17691/15408 21784/17693/15410 21880/17789/15502</w:t>
        <w:br/>
        <w:t>f 22884/18793/16356 21487/17395/15123 21591/17501/15221</w:t>
        <w:br/>
        <w:t>f 21880/17789/15502 22884/18793/16356 21591/17501/15221</w:t>
        <w:br/>
        <w:t>f 21784/17693/15410 21785/17695/15412 22884/18793/16356</w:t>
        <w:br/>
        <w:t>f 22884/18793/16356 21678/17585/15302 21487/17395/15123</w:t>
        <w:br/>
        <w:t>f 21491/17401/15129 21591/17501/15221 21487/17395/15123</w:t>
        <w:br/>
        <w:t>f 21487/17395/15123 21678/17585/15302 21486/17396/15124</w:t>
        <w:br/>
        <w:t>f 21486/17396/15124 21488/17398/15126 21484/17394/15122</w:t>
        <w:br/>
        <w:t>f 21486/17396/15124 21679/17588/15305 21663/17572/15289</w:t>
        <w:br/>
        <w:t>f 21486/17396/15124 21678/17585/15302 21679/17588/15305</w:t>
        <w:br/>
        <w:t>f 22884/18793/16356 21785/17695/15412 21677/17586/15303</w:t>
        <w:br/>
        <w:t>f 21678/17585/15302 22884/18793/16356 21677/17586/15303</w:t>
        <w:br/>
        <w:t>f 21788/17698/15415 21676/17587/15304 21677/17586/15303</w:t>
        <w:br/>
        <w:t>f 21787/17696/15413 21788/17698/15415 21677/17586/15303</w:t>
        <w:br/>
        <w:t>f 21893/17803/15516 21867/17778/15491 21868/17777/15490</w:t>
        <w:br/>
        <w:t>f 21605/17514/15232 21870/17779/15492 21604/17515/15233</w:t>
        <w:br/>
        <w:t>f 21233/17142/14879 21119/17027/14765 22885/18794/16357</w:t>
        <w:br/>
        <w:t>f 21232/17139/14876 21233/17142/14879 22885/18794/16357</w:t>
        <w:br/>
        <w:t>f 21733/17642/15359 21261/17172/14907 21946/17857/15570</w:t>
        <w:br/>
        <w:t>f 22886/18795/14479 21750/17659/15376 21639/17546/15264</w:t>
        <w:br/>
        <w:t>f 22888/18796/16358 21766/17675/15392 21653/17562/15279</w:t>
        <w:br/>
        <w:t>f 22887/18797/16359 22888/18796/16358 21653/17562/15279</w:t>
        <w:br/>
        <w:t>f 22890/18798/16360 20315/16223/14160 20121/16028/13965</w:t>
        <w:br/>
        <w:t>f 22889/18799/16361 22890/18798/16360 20121/16028/13965</w:t>
        <w:br/>
        <w:t>f 22889/18799/16361 20121/16028/13965 21110/17018/14756</w:t>
        <w:br/>
        <w:t>f 22889/18799/16361 21110/17018/14756 22822/18732/16309</w:t>
        <w:br/>
        <w:t>f 22891/18800/16362 22889/18799/16361 22822/18732/16309</w:t>
        <w:br/>
        <w:t>f 22892/18801/16363 21896/17805/15518 21588/17497/15217</w:t>
        <w:br/>
        <w:t>f 22892/18801/16363 21588/17497/15217 22893/18802/15844</w:t>
        <w:br/>
        <w:t>f 21589/17496/15216 22894/18803/15837 22893/18802/15844</w:t>
        <w:br/>
        <w:t>f 21588/17497/15217 21589/17496/15216 22893/18802/15844</w:t>
        <w:br/>
        <w:t>f 22774/18682/16268 22733/18640/16234 22864/18773/15757</w:t>
        <w:br/>
        <w:t>f 21571/17482/15202 22140/18049/15762 22135/18044/15757</w:t>
        <w:br/>
        <w:t>f 22773/18683/16269 22774/18682/16268 22864/18773/15757</w:t>
        <w:br/>
        <w:t>f 22864/18773/15757 22733/18640/16234 22734/18643/16237</w:t>
        <w:br/>
        <w:t>f 22865/18774/15755 22864/18773/15757 22734/18643/16237</w:t>
        <w:br/>
        <w:t>f 21650/17559/15276 21917/17826/15539 21495/17404/15132</w:t>
        <w:br/>
        <w:t>f 21964/17874/15587 21796/17707/15424 21797/17706/15423</w:t>
        <w:br/>
        <w:t>f 21822/17732/15449 21824/17734/15451 21647/17556/15273</w:t>
        <w:br/>
        <w:t>f 21828/17737/15454 21830/17740/15457 21829/17738/15455</w:t>
        <w:br/>
        <w:t>f 22115/18027/15740 22116/18026/15739 21584/17493/15213</w:t>
        <w:br/>
        <w:t>f 21581/17492/15212 22115/18027/15740 21584/17493/15213</w:t>
        <w:br/>
        <w:t>f 22122/18033/15746 22115/18027/15740 21581/17492/15212</w:t>
        <w:br/>
        <w:t>f 21557/17466/15186 22122/18033/15746 21581/17492/15212</w:t>
        <w:br/>
        <w:t>f 22122/18033/15746 21557/17466/15186 21556/17465/15185</w:t>
        <w:br/>
        <w:t>f 22124/18031/15744 22122/18033/15746 21556/17465/15185</w:t>
        <w:br/>
        <w:t>f 22104/18012/15725 22126/18034/15747 22120/18028/15741</w:t>
        <w:br/>
        <w:t>f 21335/17244/14979 21336/17243/14978 21768/17676/15393</w:t>
        <w:br/>
        <w:t>f 21336/17243/14978 22041/17950/15663 22038/17949/15662</w:t>
        <w:br/>
        <w:t>f 21335/17244/14979 21328/17238/14973 21334/17245/14980</w:t>
        <w:br/>
        <w:t>f 21333/17242/14977 21334/17245/14980 21328/17238/14973</w:t>
        <w:br/>
        <w:t>f 21333/17242/14977 21329/17237/14972 22060/17969/15682</w:t>
        <w:br/>
        <w:t>f 21348/17256/14991 21353/17263/14998 22895/18804/16364</w:t>
        <w:br/>
        <w:t>f 22896/18805/16365 21348/17256/14991 22895/18804/16364</w:t>
        <w:br/>
        <w:t>f 21353/17263/14998 21348/17256/14991 21321/17229/14964</w:t>
        <w:br/>
        <w:t>f 21353/17263/14998 21321/17229/14964 21322/17228/14963</w:t>
        <w:br/>
        <w:t>f 21351/17259/14994 21352/17258/14993 21353/17263/14998</w:t>
        <w:br/>
        <w:t>f 22069/17977/15690 21245/17151/14886 22070/17981/15694</w:t>
        <w:br/>
        <w:t>f 22070/17981/15694 21245/17151/14886 21242/17154/14889</w:t>
        <w:br/>
        <w:t>f 22044/17953/15666 21745/17652/15369 22046/17956/15669</w:t>
        <w:br/>
        <w:t>f 21466/17375/15103 21467/17374/15102 22897/18806/16366</w:t>
        <w:br/>
        <w:t>f 22045/17957/15670 21466/17375/15103 22897/18806/16366</w:t>
        <w:br/>
        <w:t>f 21553/17462/15182 21535/17445/15167 21436/17342/15072</w:t>
        <w:br/>
        <w:t>f 21552/17463/15183 21436/17342/15072 21433/17345/15075</w:t>
        <w:br/>
        <w:t>f 21445/17354/15084 21433/17345/15075 21437/17346/15076</w:t>
        <w:br/>
        <w:t>f 21401/17308/15043 21399/17310/15045 22080/17990/15703</w:t>
        <w:br/>
        <w:t>f 22104/18012/15725 22120/18028/15741 22099/18011/15724</w:t>
        <w:br/>
        <w:t>f 22103/18013/15726 22099/18011/15724 22100/18010/15723</w:t>
        <w:br/>
        <w:t>f 22098/18007/15720 21566/17476/15196 22127/18037/15750</w:t>
        <w:br/>
        <w:t>f 22108/18017/15730 22098/18007/15720 22127/18037/15750</w:t>
        <w:br/>
        <w:t>f 21745/17652/15369 21502/17410/15138 21309/17220/14955</w:t>
        <w:br/>
        <w:t>f 19301/15208/13159 19305/15210/13161 19315/15220/13171</w:t>
        <w:br/>
        <w:t>f 22898/18807/14740 19301/15208/13159 19315/15220/13171</w:t>
        <w:br/>
        <w:t>f 20444/16353/14289 21080/16990/13158 20449/16358/13157</w:t>
        <w:br/>
        <w:t>f 20193/16100/14037 20120/16029/13966 20121/16028/13965</w:t>
        <w:br/>
        <w:t>f 21774/17682/15399 22132/18041/15754 21674/17584/15301</w:t>
        <w:br/>
        <w:t>f 20482/16391/14325 19453/15358/13303 19447/15354/13299</w:t>
        <w:br/>
        <w:t>f 19448/15353/13298 20482/16391/14325 19447/15354/13299</w:t>
        <w:br/>
        <w:t>f 19450/15356/13301 19451/15355/13300 19447/15354/13299</w:t>
        <w:br/>
        <w:t>f 21161/17070/14807 21157/17066/14803 21154/17065/14802</w:t>
        <w:br/>
        <w:t>f 21160/17067/14804 21161/17070/14807 21154/17065/14802</w:t>
        <w:br/>
        <w:t>f 21163/17071/14808 21160/17067/14804 22092/18001/15714</w:t>
        <w:br/>
        <w:t>f 22091/18000/15713 21165/17077/14814 21967/17877/15590</w:t>
        <w:br/>
        <w:t>f 22899/18808/16367 22091/18000/15713 21967/17877/15590</w:t>
        <w:br/>
        <w:t>f 19452/15359/13304 20231/16140/14077 20232/16139/14076</w:t>
        <w:br/>
        <w:t>f 20216/16125/14062 20217/16124/14061 20370/16276/14212</w:t>
        <w:br/>
        <w:t>f 21797/17706/15423 21963/17872/15585 21964/17874/15587</w:t>
        <w:br/>
        <w:t>f 19583/15489/13432 22900/18809/16368 20063/15971/13909</w:t>
        <w:br/>
        <w:t>f 19582/15488/13431 22902/18810/16369 22901/18811/16370</w:t>
        <w:br/>
        <w:t>f 19581/15486/13429 19582/15488/13431 22901/18811/16370</w:t>
        <w:br/>
        <w:t>f 22903/18812/16371 19581/15486/13429 22901/18811/16370</w:t>
        <w:br/>
        <w:t>f 22904/18813/16372 22903/18812/16371 22901/18811/16370</w:t>
        <w:br/>
        <w:t>f 20149/16057/13994 19964/15872/13810 19962/15871/13809</w:t>
        <w:br/>
        <w:t>f 22907/18814/16373 22906/18815/16374 22905/18816/16375</w:t>
        <w:br/>
        <w:t>f 20158/16066/14003 19630/15536/13478 20075/15985/13923</w:t>
        <w:br/>
        <w:t>f 20157/16063/14000 20158/16066/14003 20075/15985/13923</w:t>
        <w:br/>
        <w:t>f 22909/18817/16376 22908/18818/16377 21727/17633/15350</w:t>
        <w:br/>
        <w:t>f 21724/17636/15353 22909/18817/16376 21727/17633/15350</w:t>
        <w:br/>
        <w:t>f 22909/18817/16376 21724/17636/15353 21280/17188/14923</w:t>
        <w:br/>
        <w:t>f 21524/17433/15156 21720/17629/15346 21723/17632/15349</w:t>
        <w:br/>
        <w:t>f 21721/17631/15348 21524/17433/15156 21723/17632/15349</w:t>
        <w:br/>
        <w:t>f 21519/17428/15151 21718/17627/15344 21524/17433/15156</w:t>
        <w:br/>
        <w:t>f 21715/17624/15341 21716/17625/15342 21717/17628/15345</w:t>
        <w:br/>
        <w:t>f 21718/17627/15344 21715/17624/15341 21717/17628/15345</w:t>
        <w:br/>
        <w:t>f 21213/17123/14860 21459/17369/15099 21715/17624/15341</w:t>
        <w:br/>
        <w:t>f 22903/18812/16371 22900/18809/16368 19578/15485/13428</w:t>
        <w:br/>
        <w:t>f 19581/15486/13429 22903/18812/16371 19578/15485/13428</w:t>
        <w:br/>
        <w:t>f 19579/15484/13427 19581/15486/13429 19578/15485/13428</w:t>
        <w:br/>
        <w:t>f 19579/15484/13427 19547/15455/13400 22910/18819/16378</w:t>
        <w:br/>
        <w:t>f 19580/15487/13430 19579/15484/13427 22910/18819/16378</w:t>
        <w:br/>
        <w:t>f 22903/18812/16371 22911/18820/16379 22900/18809/16368</w:t>
        <w:br/>
        <w:t>f 22912/18821/16380 20063/15971/13909 22900/18809/16368</w:t>
        <w:br/>
        <w:t>f 22911/18820/16379 22912/18821/16380 22900/18809/16368</w:t>
        <w:br/>
        <w:t>f 22903/18812/16371 22904/18813/16372 22911/18820/16379</w:t>
        <w:br/>
        <w:t>f 19578/15485/13428 22900/18809/16368 19583/15489/13432</w:t>
        <w:br/>
        <w:t>f 22914/18822/16381 22913/18823/16382 20065/15972/13910</w:t>
        <w:br/>
        <w:t>f 20064/15973/13911 22914/18822/16381 20065/15972/13910</w:t>
        <w:br/>
        <w:t>f 20150/16058/13995 19963/15870/13808 22913/18823/16382</w:t>
        <w:br/>
        <w:t>f 22914/18822/16381 20150/16058/13995 22913/18823/16382</w:t>
        <w:br/>
        <w:t>f 22913/18823/16382 19963/15870/13808 19643/15551/13493</w:t>
        <w:br/>
        <w:t>f 20149/16057/13994 20146/16056/13993 22915/18824/16383</w:t>
        <w:br/>
        <w:t>f 19960/15867/13805 19961/15869/13807 20145/16053/13990</w:t>
        <w:br/>
        <w:t>f 20143/16051/13988 19960/15867/13805 20145/16053/13990</w:t>
        <w:br/>
        <w:t>f 20147/16055/13992 20144/16052/13989 20145/16053/13990</w:t>
        <w:br/>
        <w:t>f 20146/16056/13993 20147/16055/13992 20145/16053/13990</w:t>
        <w:br/>
        <w:t>f 20146/16056/13993 20145/16053/13990 19961/15869/13807</w:t>
        <w:br/>
        <w:t>f 22915/18824/16383 20146/16056/13993 19961/15869/13807</w:t>
        <w:br/>
        <w:t>f 20168/16076/14013 20088/15994/13932 20167/16077/14014</w:t>
        <w:br/>
        <w:t>f 22916/18825/16384 20358/16267/14204 20359/16266/14203</w:t>
        <w:br/>
        <w:t>f 19904/15809/13748 19940/15845/13784 20465/16374/14308</w:t>
        <w:br/>
        <w:t>f 20120/16029/13966 20314/16222/14159 20110/16020/13957</w:t>
        <w:br/>
        <w:t>f 20111/16019/13956 20120/16029/13966 20110/16020/13957</w:t>
        <w:br/>
        <w:t>f 20005/15914/13852 20111/16019/13956 20112/16018/13955</w:t>
        <w:br/>
        <w:t>f 20005/15914/13852 20112/16018/13955 20006/15913/13851</w:t>
        <w:br/>
        <w:t>f 19928/15834/13773 19934/15841/13780 22917/18826/16385</w:t>
        <w:br/>
        <w:t>f 20214/16121/14058 19928/15834/13773 22917/18826/16385</w:t>
        <w:br/>
        <w:t>f 19913/15818/13757 19914/15821/13760 19934/15841/13780</w:t>
        <w:br/>
        <w:t>f 19914/15821/13760 20094/16002/13939 19934/15841/13780</w:t>
        <w:br/>
        <w:t>f 22918/18827/16386 20093/16003/13940 20094/16002/13939</w:t>
        <w:br/>
        <w:t>f 20095/16001/13938 22917/18826/16385 19934/15841/13780</w:t>
        <w:br/>
        <w:t>f 20094/16002/13939 20095/16001/13938 19934/15841/13780</w:t>
        <w:br/>
        <w:t>f 20100/16009/13946 22920/18828/16387 22919/18829/16388</w:t>
        <w:br/>
        <w:t>f 20102/16010/13947 20100/16009/13946 22919/18829/16388</w:t>
        <w:br/>
        <w:t>f 22920/18828/16387 20100/16009/13946 20390/16298/14234</w:t>
        <w:br/>
        <w:t>f 22922/18830/16389 22921/18831/16390 20291/16201/14138</w:t>
        <w:br/>
        <w:t>f 20292/16200/14137 22922/18830/16389 20291/16201/14138</w:t>
        <w:br/>
        <w:t>f 22921/18831/16390 22923/18832/14411 20291/16201/14138</w:t>
        <w:br/>
        <w:t>f 22923/18832/14411 19936/15843/13782 20291/16201/14138</w:t>
        <w:br/>
        <w:t>f 22925/18833/16391 22924/18834/16392 20107/16016/13953</w:t>
        <w:br/>
        <w:t>f 20108/16015/13952 22925/18833/16391 20107/16016/13953</w:t>
        <w:br/>
        <w:t>f 19925/15833/13772 19924/15830/13769 19921/15829/13768</w:t>
        <w:br/>
        <w:t>f 21097/17007/14747 22882/18791/16354 20021/15931/13869</w:t>
        <w:br/>
        <w:t>f 20024/15932/13870 20021/15931/13869 20019/15928/13866</w:t>
        <w:br/>
        <w:t>f 20020/15927/13865 20024/15932/13870 20019/15928/13866</w:t>
        <w:br/>
        <w:t>f 22882/18791/16354 21104/17013/14752 20019/15928/13866</w:t>
        <w:br/>
        <w:t>f 20021/15931/13869 22882/18791/16354 20019/15928/13866</w:t>
        <w:br/>
        <w:t>f 21590/17499/15219 21585/17495/15215 21586/17494/15214</w:t>
        <w:br/>
        <w:t>f 21589/17496/15216 21590/17499/15219 21586/17494/15214</w:t>
        <w:br/>
        <w:t>f 21589/17496/15216 22926/18835/16393 22894/18803/15837</w:t>
        <w:br/>
        <w:t>f 21586/17494/15214 22137/18045/15758 22926/18835/16393</w:t>
        <w:br/>
        <w:t>f 21589/17496/15216 21586/17494/15214 22926/18835/16393</w:t>
        <w:br/>
        <w:t>f 21592/17500/15220 21590/17499/15219 21680/17589/15306</w:t>
        <w:br/>
        <w:t>f 19936/15843/13782 20094/16002/13939 19914/15821/13760</w:t>
        <w:br/>
        <w:t>f 20094/16002/13939 19936/15843/13782 22927/18836/16394</w:t>
        <w:br/>
        <w:t>f 22918/18827/16386 20094/16002/13939 22927/18836/16394</w:t>
        <w:br/>
        <w:t>f 19937/15842/13781 20291/16201/14138 19936/15843/13782</w:t>
        <w:br/>
        <w:t>f 22925/18833/16391 20211/16120/14057 20212/16119/14056</w:t>
        <w:br/>
        <w:t>f 22924/18834/16392 22925/18833/16391 20212/16119/14056</w:t>
        <w:br/>
        <w:t>f 20122/16032/13969 19923/15831/13770 20209/16117/14054</w:t>
        <w:br/>
        <w:t>f 20124/16030/13967 20122/16032/13969 20209/16117/14054</w:t>
        <w:br/>
        <w:t>f 20209/16117/14054 19923/15831/13770 20103/16013/13950</w:t>
        <w:br/>
        <w:t>f 20106/16014/13951 20103/16013/13950 19923/15831/13770</w:t>
        <w:br/>
        <w:t>f 19924/15830/13769 20106/16014/13951 19923/15831/13770</w:t>
        <w:br/>
        <w:t>f 20106/16014/13951 19924/15830/13769 20212/16119/14056</w:t>
        <w:br/>
        <w:t>f 20212/16119/14056 19924/15830/13769 22924/18834/16392</w:t>
        <w:br/>
        <w:t>f 22924/18834/16392 19924/15830/13769 19925/15833/13772</w:t>
        <w:br/>
        <w:t>f 20107/16016/13953 22924/18834/16392 19925/15833/13772</w:t>
        <w:br/>
        <w:t>f 20101/16008/13945 20107/16016/13953 19925/15833/13772</w:t>
        <w:br/>
        <w:t>f 19926/15832/13771 20101/16008/13945 19925/15833/13772</w:t>
        <w:br/>
        <w:t>f 20102/16010/13947 20109/16017/13954 20101/16008/13945</w:t>
        <w:br/>
        <w:t>f 19731/15639/13581 20097/16006/13943 20098/16005/13942</w:t>
        <w:br/>
        <w:t>f 19732/15638/13580 19731/15639/13581 20098/16005/13942</w:t>
        <w:br/>
        <w:t>f 20179/16090/14027 20180/16089/14026 22928/18837/16395</w:t>
        <w:br/>
        <w:t>f 20119/16027/13964 20179/16090/14027 22928/18837/16395</w:t>
        <w:br/>
        <w:t>f 22929/18838/16396 20118/16024/13961 20119/16027/13964</w:t>
        <w:br/>
        <w:t>f 22928/18837/16395 22929/18838/16396 20119/16027/13964</w:t>
        <w:br/>
        <w:t>f 20309/16219/14156 22931/18839/16397 22930/18840/16398</w:t>
        <w:br/>
        <w:t>f 22932/18841/16399 21907/17817/15530 21908/17816/15529</w:t>
        <w:br/>
        <w:t>f 21889/17801/15514 22932/18841/16399 21908/17816/15529</w:t>
        <w:br/>
        <w:t>f 22934/18842/16400 22933/18843/16401 21670/17578/15295</w:t>
        <w:br/>
        <w:t>f 21671/17577/15294 22934/18842/16400 21670/17578/15295</w:t>
        <w:br/>
        <w:t>f 21564/17472/15192 22934/18842/16400 21563/17473/15193</w:t>
        <w:br/>
        <w:t>f 21294/17206/14941 22935/18844/16402 21578/17487/15207</w:t>
        <w:br/>
        <w:t>f 21753/17662/15379 21669/17579/15296 21670/17578/15295</w:t>
        <w:br/>
        <w:t>f 21561/17470/15190 21753/17662/15379 21670/17578/15295</w:t>
        <w:br/>
        <w:t>f 22936/18845/16403 21759/17669/15386 21756/17663/15380</w:t>
        <w:br/>
        <w:t>f 21757/17666/15383 22936/18845/16403 21756/17663/15380</w:t>
        <w:br/>
        <w:t>f 21759/17669/15386 21760/17668/15385 22937/18846/16404</w:t>
        <w:br/>
        <w:t>f 21756/17663/15380 21759/17669/15386 22937/18846/16404</w:t>
        <w:br/>
        <w:t>f 22936/18845/16403 22938/18847/16405 21758/17670/15387</w:t>
        <w:br/>
        <w:t>f 21759/17669/15386 22936/18845/16403 21758/17670/15387</w:t>
        <w:br/>
        <w:t>f 21653/17562/15279 21346/17254/14989 22887/18797/16359</w:t>
        <w:br/>
        <w:t>f 21904/17811/15524 22940/18848/16406 22939/18849/16407</w:t>
        <w:br/>
        <w:t>f 22940/18848/16406 21905/17814/15527 22941/18850/16408</w:t>
        <w:br/>
        <w:t>f 22942/18851/16409 22940/18848/16406 22941/18850/16408</w:t>
        <w:br/>
        <w:t>f 21905/17814/15527 21902/17813/15526 21577/17483/15203</w:t>
        <w:br/>
        <w:t>f 21574/17486/15206 21905/17814/15527 21577/17483/15203</w:t>
        <w:br/>
        <w:t>f 22944/18852/16410 22943/18853/16411 22039/17948/15661</w:t>
        <w:br/>
        <w:t>f 22040/17947/15660 22944/18852/16410 22039/17948/15661</w:t>
        <w:br/>
        <w:t>f 22943/18853/16411 22945/18854/16412 21767/17677/15394</w:t>
        <w:br/>
        <w:t>f 22039/17948/15661 22943/18853/16411 21767/17677/15394</w:t>
        <w:br/>
        <w:t>f 22945/18854/16412 21901/17810/15523 21667/17575/15292</w:t>
        <w:br/>
        <w:t>f 21767/17677/15394 22945/18854/16412 21667/17575/15292</w:t>
        <w:br/>
        <w:t>f 21665/17573/15290 21772/17681/15398 21914/17823/15536</w:t>
        <w:br/>
        <w:t>f 21664/17574/15291 21665/17573/15290 21914/17823/15536</w:t>
        <w:br/>
        <w:t>f 21675/17583/15300 21572/17481/15201 21664/17574/15291</w:t>
        <w:br/>
        <w:t>f 21674/17584/15301 22130/18040/15753 22140/18049/15762</w:t>
        <w:br/>
        <w:t>f 21467/17374/15102 22066/17976/15689 21644/17554/15271</w:t>
        <w:br/>
        <w:t>f 22897/18806/16366 21467/17374/15102 21644/17554/15271</w:t>
        <w:br/>
        <w:t>f 22043/17951/15664 21392/17304/15039 22068/17978/15691</w:t>
        <w:br/>
        <w:t>f 22069/17977/15690 22043/17951/15664 22068/17978/15691</w:t>
        <w:br/>
        <w:t>f 22043/17951/15664 22069/17977/15690 21955/17861/15574</w:t>
        <w:br/>
        <w:t>f 21955/17861/15574 22946/18855/16413 21954/17862/15575</w:t>
        <w:br/>
        <w:t>f 22072/17979/15692 22947/18856/16414 21391/17300/15035</w:t>
        <w:br/>
        <w:t>f 21388/17299/15034 22072/17979/15692 21391/17300/15035</w:t>
        <w:br/>
        <w:t>f 22949/18857/16415 22897/18806/16366 22948/18858/16416</w:t>
        <w:br/>
        <w:t>f 20359/16266/14203 20465/16374/14308 22950/18859/16417</w:t>
        <w:br/>
        <w:t>f 22047/17955/15668 22044/17953/15666 22046/17956/15669</w:t>
        <w:br/>
        <w:t>f 22897/18806/16366 21644/17554/15271 21645/17553/15270</w:t>
        <w:br/>
        <w:t>f 22948/18858/16416 22897/18806/16366 21645/17553/15270</w:t>
        <w:br/>
        <w:t>f 22045/17957/15670 22897/18806/16366 22949/18857/16415</w:t>
        <w:br/>
        <w:t>f 22049/17958/15671 22045/17957/15670 22949/18857/16415</w:t>
        <w:br/>
        <w:t>f 21393/17303/15038 21644/17554/15271 22066/17976/15689</w:t>
        <w:br/>
        <w:t>f 22067/17975/15688 21393/17303/15038 22066/17976/15689</w:t>
        <w:br/>
        <w:t>f 19937/15842/13781 20317/16226/14163 20293/16199/14136</w:t>
        <w:br/>
        <w:t>f 20565/16475/14397 20983/16892/14672 20984/16891/14672</w:t>
        <w:br/>
        <w:t>f 20564/16476/14397 20565/16475/14397 20984/16891/14672</w:t>
        <w:br/>
        <w:t>f 22952/18860/16418 20098/16005/13942 20099/16004/13941</w:t>
        <w:br/>
        <w:t>f 22951/18861/16419 22952/18860/16418 20099/16004/13941</w:t>
        <w:br/>
        <w:t>f 19732/15638/13580 20098/16005/13942 22952/18860/16418</w:t>
        <w:br/>
        <w:t>f 22953/18862/16420 19732/15638/13580 22952/18860/16418</w:t>
        <w:br/>
        <w:t>f 19732/15638/13580 22953/18862/16420 19730/15637/13579</w:t>
        <w:br/>
        <w:t>f 20014/15922/13860 19729/15634/13576 19727/15636/13578</w:t>
        <w:br/>
        <w:t>f 19730/15637/13579 20014/15922/13860 19727/15636/13578</w:t>
        <w:br/>
        <w:t>f 20307/16215/14152 22952/18860/16418 22951/18861/16419</w:t>
        <w:br/>
        <w:t>f 20306/16216/14153 20307/16215/14152 22951/18861/16419</w:t>
        <w:br/>
        <w:t>f 22151/18060/15769 22953/18862/16420 22952/18860/16418</w:t>
        <w:br/>
        <w:t>f 20307/16215/14152 22151/18060/15769 22952/18860/16418</w:t>
        <w:br/>
        <w:t>f 22953/18862/16420 20014/15922/13860 19730/15637/13579</w:t>
        <w:br/>
        <w:t>f 22953/18862/16420 22151/18060/15769 20014/15922/13860</w:t>
        <w:br/>
        <w:t>f 22150/18058/15767 22152/18061/15770 20191/16097/14034</w:t>
        <w:br/>
        <w:t>f 20189/16099/14036 22150/18058/15767 20191/16097/14034</w:t>
        <w:br/>
        <w:t>f 20191/16097/14034 20011/15919/13857 20014/15922/13860</w:t>
        <w:br/>
        <w:t>f 22151/18060/15769 20191/16097/14034 20014/15922/13860</w:t>
        <w:br/>
        <w:t>f 19733/15641/13583 20011/15919/13857 20012/15918/13856</w:t>
        <w:br/>
        <w:t>f 19734/15640/13582 19733/15641/13583 20012/15918/13856</w:t>
        <w:br/>
        <w:t>f 19728/15635/13577 19729/15634/13576 19733/15641/13583</w:t>
        <w:br/>
        <w:t>f 20191/16097/14034 22151/18060/15769 20190/16098/14035</w:t>
        <w:br/>
        <w:t>f 22154/18063/15772 22153/18062/15771 20186/16094/14031</w:t>
        <w:br/>
        <w:t>f 20183/16093/14030 22154/18063/15772 20186/16094/14031</w:t>
        <w:br/>
        <w:t>f 22954/18863/16421 20186/16094/14031 22153/18062/15771</w:t>
        <w:br/>
        <w:t>f 19751/15659/13601 22954/18863/16421 22153/18062/15771</w:t>
        <w:br/>
        <w:t>f 19751/15659/13601 19752/15658/13600 22955/18864/16422</w:t>
        <w:br/>
        <w:t>f 22954/18863/16421 19751/15659/13601 22955/18864/16422</w:t>
        <w:br/>
        <w:t>f 20186/16094/14031 22954/18863/16421 22956/18865/16423</w:t>
        <w:br/>
        <w:t>f 20185/16091/14028 20186/16094/14031 22956/18865/16423</w:t>
        <w:br/>
        <w:t>f 22957/18866/16424 22956/18865/16423 22954/18863/16421</w:t>
        <w:br/>
        <w:t>f 22955/18864/16422 22957/18866/16424 22954/18863/16421</w:t>
        <w:br/>
        <w:t>f 19742/15649/13591 19737/15646/13588 19736/15642/13584</w:t>
        <w:br/>
        <w:t>f 19734/15640/13582 20012/15918/13856 19742/15649/13591</w:t>
        <w:br/>
        <w:t>f 20185/16091/14028 22956/18865/16423 19983/15891/13829</w:t>
        <w:br/>
        <w:t>f 20187/16095/14032 20185/16091/14028 19983/15891/13829</w:t>
        <w:br/>
        <w:t>f 20010/15920/13858 22152/18061/15770 19983/15891/13829</w:t>
        <w:br/>
        <w:t>f 19984/15890/13828 20010/15920/13858 19983/15891/13829</w:t>
        <w:br/>
        <w:t>f 22956/18865/16423 22957/18866/16424 19982/15892/13830</w:t>
        <w:br/>
        <w:t>f 19983/15891/13829 22956/18865/16423 19982/15892/13830</w:t>
        <w:br/>
        <w:t>f 22958/18867/16425 19741/15647/13589 19738/15645/13587</w:t>
        <w:br/>
        <w:t>f 19739/15644/13586 22958/18867/16425 19738/15645/13587</w:t>
        <w:br/>
        <w:t>f 19740/15648/13590 20439/16349/14285 20456/16364/14298</w:t>
        <w:br/>
        <w:t>f 19740/15648/13590 20456/16364/14298 19710/15618/13560</w:t>
        <w:br/>
        <w:t>f 19735/15643/13585 19740/15648/13590 19710/15618/13560</w:t>
        <w:br/>
        <w:t>f 20456/16364/14298 20451/16360/14294 19709/15619/13561</w:t>
        <w:br/>
        <w:t>f 19710/15618/13560 20456/16364/14298 19709/15619/13561</w:t>
        <w:br/>
        <w:t>f 19709/15619/13561 19671/15575/13517 19668/15578/13520</w:t>
        <w:br/>
        <w:t>f 19712/15616/13558 19709/15619/13561 19668/15578/13520</w:t>
        <w:br/>
        <w:t>f 19670/15576/13518 19671/15575/13517 19673/15580/13522</w:t>
        <w:br/>
        <w:t>f 19674/15579/13521 19670/15576/13518 19673/15580/13522</w:t>
        <w:br/>
        <w:t>f 19670/15576/13518 19674/15579/13521 20330/16238/14175</w:t>
        <w:br/>
        <w:t>f 20342/16250/14187 20411/16320/14256 20417/16326/14262</w:t>
        <w:br/>
        <w:t>f 20350/16258/14195 20342/16250/14187 20417/16326/14262</w:t>
        <w:br/>
        <w:t>f 20411/16320/14256 20420/16329/14265 20385/16294/14230</w:t>
        <w:br/>
        <w:t>f 20417/16326/14262 20411/16320/14256 20385/16294/14230</w:t>
        <w:br/>
        <w:t>f 19657/15563/13505 20385/16294/14230 20420/16329/14265</w:t>
        <w:br/>
        <w:t>f 20419/16328/14264 19657/15563/13505 20420/16329/14265</w:t>
        <w:br/>
        <w:t>f 19657/15563/13505 20419/16328/14264 19606/15512/13454</w:t>
        <w:br/>
        <w:t>f 19603/15509/13451 19606/15512/13454 19652/15558/13500</w:t>
        <w:br/>
        <w:t>f 19655/15560/13502 20384/16292/14228 20386/16293/14229</w:t>
        <w:br/>
        <w:t>f 19654/15561/13503 19655/15560/13502 20386/16293/14229</w:t>
        <w:br/>
        <w:t>f 20384/16292/14228 19679/15583/13525 19676/15586/13528</w:t>
        <w:br/>
        <w:t>f 20386/16293/14229 20384/16292/14228 19676/15586/13528</w:t>
        <w:br/>
        <w:t>f 20078/15989/13927 22959/18868/16426 19708/15615/13557</w:t>
        <w:br/>
        <w:t>f 20081/15986/13924 20078/15989/13927 19708/15615/13557</w:t>
        <w:br/>
        <w:t>f 19704/15613/13555 19693/15602/13544 19688/15593/13535</w:t>
        <w:br/>
        <w:t>f 20434/16342/14278 19704/15613/13555 19688/15593/13535</w:t>
        <w:br/>
        <w:t>f 19687/15594/13536 19688/15593/13535 19693/15602/13544</w:t>
        <w:br/>
        <w:t>f 19694/15601/13543 19687/15594/13536 19693/15602/13544</w:t>
        <w:br/>
        <w:t>f 19690/15598/13540 19686/15595/13537 19687/15594/13536</w:t>
        <w:br/>
        <w:t>f 19682/15592/13534 19690/15598/13540 19687/15594/13536</w:t>
        <w:br/>
        <w:t>f 19706/15611/13553 20114/16023/13960 20302/16210/14147</w:t>
        <w:br/>
        <w:t>f 22960/18869/16427 19706/15611/13553 20302/16210/14147</w:t>
        <w:br/>
        <w:t>f 22960/18869/16427 20013/15921/13859 19705/15612/13554</w:t>
        <w:br/>
        <w:t>f 19706/15611/13553 22960/18869/16427 19705/15612/13554</w:t>
        <w:br/>
        <w:t>f 20173/16081/14018 20080/15987/13925 20302/16210/14147</w:t>
        <w:br/>
        <w:t>f 20301/16209/14146 20173/16081/14018 20302/16210/14147</w:t>
        <w:br/>
        <w:t>f 22960/18869/16427 20302/16210/14147 20080/15987/13925</w:t>
        <w:br/>
        <w:t>f 20081/15986/13924 22960/18869/16427 20080/15987/13925</w:t>
        <w:br/>
        <w:t>f 20081/15986/13924 19708/15615/13557 20013/15921/13859</w:t>
        <w:br/>
        <w:t>f 22960/18869/16427 20081/15986/13924 20013/15921/13859</w:t>
        <w:br/>
        <w:t>f 19693/15602/13544 19705/15612/13554 20013/15921/13859</w:t>
        <w:br/>
        <w:t>f 19695/15600/13542 19693/15602/13544 20013/15921/13859</w:t>
        <w:br/>
        <w:t>f 22963/18870/16428 22962/18871/16429 22961/18872/16430</w:t>
        <w:br/>
        <w:t>f 22964/18873/16431 22961/18872/16430 22962/18871/16429</w:t>
        <w:br/>
        <w:t>f 22965/18874/16432 22964/18873/16431 22962/18871/16429</w:t>
        <w:br/>
        <w:t>f 22967/18875/16433 22964/18873/16431 22966/18876/16434</w:t>
        <w:br/>
        <w:t>f 22966/18876/16434 22968/18877/16435 19702/15609/13551</w:t>
        <w:br/>
        <w:t>f 19703/15610/13552 19702/15609/13551 19939/15846/13785</w:t>
        <w:br/>
        <w:t>f 19904/15809/13748 19703/15610/13552 19939/15846/13785</w:t>
        <w:br/>
        <w:t>f 19703/15610/13552 19904/15809/13748 19685/15589/13531</w:t>
        <w:br/>
        <w:t>f 20082/15992/13930 22965/18874/16432 22962/18871/16429</w:t>
        <w:br/>
        <w:t>f 20085/15993/13931 20082/15992/13930 22962/18871/16429</w:t>
        <w:br/>
        <w:t>f 22968/18877/16435 22965/18874/16432 20082/15992/13930</w:t>
        <w:br/>
        <w:t>f 20172/16080/14017 22968/18877/16435 20082/15992/13930</w:t>
        <w:br/>
        <w:t>f 20172/16080/14017 19939/15846/13785 19702/15609/13551</w:t>
        <w:br/>
        <w:t>f 22968/18877/16435 20172/16080/14017 19702/15609/13551</w:t>
        <w:br/>
        <w:t>f 22967/18875/16433 22969/18878/16436 22961/18872/16430</w:t>
        <w:br/>
        <w:t>f 22964/18873/16431 22967/18875/16433 22961/18872/16430</w:t>
        <w:br/>
        <w:t>f 22963/18870/16428 22961/18872/16430 22969/18878/16436</w:t>
        <w:br/>
        <w:t>f 22970/18879/16437 22963/18870/16428 22969/18878/16436</w:t>
        <w:br/>
        <w:t>f 22964/18873/16431 22968/18877/16435 22966/18876/16434</w:t>
        <w:br/>
        <w:t>f 22964/18873/16431 22965/18874/16432 22968/18877/16435</w:t>
        <w:br/>
        <w:t>f 22970/18879/16437 22969/18878/16436 20079/15988/13926</w:t>
        <w:br/>
        <w:t>f 20174/16082/14019 22970/18879/16437 20079/15988/13926</w:t>
        <w:br/>
        <w:t>f 22969/18878/16436 22967/18875/16433 20078/15989/13927</w:t>
        <w:br/>
        <w:t>f 20079/15988/13926 22969/18878/16436 20078/15989/13927</w:t>
        <w:br/>
        <w:t>f 22959/18868/16426 20078/15989/13927 22967/18875/16433</w:t>
        <w:br/>
        <w:t>f 22966/18876/16434 22959/18868/16426 22967/18875/16433</w:t>
        <w:br/>
        <w:t>f 22959/18868/16426 22966/18876/16434 19702/15609/13551</w:t>
        <w:br/>
        <w:t>f 19708/15615/13557 22959/18868/16426 19702/15609/13551</w:t>
        <w:br/>
        <w:t>f 22971/18880/16438 20313/16221/14158 20083/15991/13929</w:t>
        <w:br/>
        <w:t>f 20084/15990/13928 22971/18880/16438 20083/15991/13929</w:t>
        <w:br/>
        <w:t>f 20313/16221/14158 19942/15848/13787 19941/15849/13788</w:t>
        <w:br/>
        <w:t>f 20083/15991/13929 20313/16221/14158 19941/15849/13788</w:t>
        <w:br/>
        <w:t>f 19939/15846/13785 20172/16080/14017 19941/15849/13788</w:t>
        <w:br/>
        <w:t>f 19938/15847/13786 21065/16973/14728 22950/18859/16417</w:t>
        <w:br/>
        <w:t>f 22950/18859/16417 21065/16973/14728 22972/18881/16439</w:t>
        <w:br/>
        <w:t>f 22916/18825/16384 20359/16266/14203 22950/18859/16417</w:t>
        <w:br/>
        <w:t>f 22972/18881/16439 22916/18825/16384 22950/18859/16417</w:t>
        <w:br/>
        <w:t>f 19940/15845/13784 19938/15847/13786 22950/18859/16417</w:t>
        <w:br/>
        <w:t>f 20465/16374/14308 19940/15845/13784 22950/18859/16417</w:t>
        <w:br/>
        <w:t>f 19904/15809/13748 19939/15846/13785 19940/15845/13784</w:t>
        <w:br/>
        <w:t>f 20089/15997/13935 22973/18882/16440 20462/16370/14304</w:t>
        <w:br/>
        <w:t>f 20088/15994/13932 20089/15997/13935 20462/16370/14304</w:t>
        <w:br/>
        <w:t>f 20462/16370/14304 22973/18882/16440 19612/15516/13458</w:t>
        <w:br/>
        <w:t>f 19698/15604/13546 19699/15603/13545 19614/15523/13465</w:t>
        <w:br/>
        <w:t>f 19615/15522/13464 19698/15604/13546 19614/15523/13465</w:t>
        <w:br/>
        <w:t>f 19615/15522/13464 19620/15526/13468 19700/15608/13550</w:t>
        <w:br/>
        <w:t>f 19698/15604/13546 19615/15522/13464 19700/15608/13550</w:t>
        <w:br/>
        <w:t>f 20338/16248/14185 20339/16247/14184 19979/15887/13825</w:t>
        <w:br/>
        <w:t>f 19980/15886/13824 20338/16248/14185 19979/15887/13825</w:t>
        <w:br/>
        <w:t>f 19980/15886/13824 19620/15526/13468 19621/15527/13469</w:t>
        <w:br/>
        <w:t>f 20338/16248/14185 19980/15886/13824 19621/15527/13469</w:t>
        <w:br/>
        <w:t>f 19611/15517/13459 19614/15523/13465 19699/15603/13545</w:t>
        <w:br/>
        <w:t>f 19610/15518/13460 19611/15517/13459 19699/15603/13545</w:t>
        <w:br/>
        <w:t>f 19612/15516/13458 22974/18883/16441 19611/15517/13459</w:t>
        <w:br/>
        <w:t>f 22976/18884/16442 22975/18885/16443 20438/16347/14283</w:t>
        <w:br/>
        <w:t>f 20437/16346/14282 22976/18884/16442 20438/16347/14283</w:t>
        <w:br/>
        <w:t>f 20437/16346/14282 22161/18070/15779 22977/18886/16444</w:t>
        <w:br/>
        <w:t>f 22976/18884/16442 20437/16346/14282 22977/18886/16444</w:t>
        <w:br/>
        <w:t>f 22974/18883/16441 22977/18886/16444 22161/18070/15779</w:t>
        <w:br/>
        <w:t>f 22162/18071/15780 22974/18883/16441 22161/18070/15779</w:t>
        <w:br/>
        <w:t>f 22974/18883/16441 22162/18071/15780 20478/16387/14321</w:t>
        <w:br/>
        <w:t>f 22974/18883/16441 20478/16387/14321 19611/15517/13459</w:t>
        <w:br/>
        <w:t>f 20089/15997/13935 20086/15996/13934 22975/18885/16443</w:t>
        <w:br/>
        <w:t>f 22976/18884/16442 20089/15997/13935 22975/18885/16443</w:t>
        <w:br/>
        <w:t>f 22973/18882/16440 20089/15997/13935 22976/18884/16442</w:t>
        <w:br/>
        <w:t>f 22977/18886/16444 22973/18882/16440 22976/18884/16442</w:t>
        <w:br/>
        <w:t>f 22977/18886/16444 22974/18883/16441 19612/15516/13458</w:t>
        <w:br/>
        <w:t>f 22973/18882/16440 22977/18886/16444 19612/15516/13458</w:t>
        <w:br/>
        <w:t>f 20088/15994/13932 20462/16370/14304 20461/16371/14305</w:t>
        <w:br/>
        <w:t>f 20167/16077/14014 20088/15994/13932 20461/16371/14305</w:t>
        <w:br/>
        <w:t>f 19903/15810/13749 20359/16266/14203 20167/16077/14014</w:t>
        <w:br/>
        <w:t>f 20461/16371/14305 19903/15810/13749 20167/16077/14014</w:t>
        <w:br/>
        <w:t>f 20461/16371/14305 19613/15519/13461 19902/15811/13750</w:t>
        <w:br/>
        <w:t>f 19903/15810/13749 20461/16371/14305 19902/15811/13750</w:t>
        <w:br/>
        <w:t>f 19684/15590/13532 19685/15589/13531 19902/15811/13750</w:t>
        <w:br/>
        <w:t>f 20168/16076/14013 20087/15995/13933 20088/15994/13932</w:t>
        <w:br/>
        <w:t>f 19772/15680/13622 20162/16070/14007 20303/16212/14149</w:t>
        <w:br/>
        <w:t>f 20304/16211/14148 19772/15680/13622 20303/16212/14149</w:t>
        <w:br/>
        <w:t>f 19772/15680/13622 20304/16211/14148 19771/15681/13623</w:t>
        <w:br/>
        <w:t>f 20077/15983/13921 19609/15513/13455 19607/15515/13457</w:t>
        <w:br/>
        <w:t>f 19771/15681/13623 20077/15983/13921 19607/15515/13457</w:t>
        <w:br/>
        <w:t>f 22162/18071/15780 22161/18070/15779 22160/18069/15778</w:t>
        <w:br/>
        <w:t>f 19618/15525/13467 19625/15531/13473 19622/15530/13472</w:t>
        <w:br/>
        <w:t>f 19626/15532/13474 19618/15525/13467 19622/15530/13472</w:t>
        <w:br/>
        <w:t>f 19626/15532/13474 19622/15530/13472 20341/16249/14186</w:t>
        <w:br/>
        <w:t>f 20338/16248/14185 19626/15532/13474 20341/16249/14186</w:t>
        <w:br/>
        <w:t>f 20464/16372/14306 19607/15515/13457 20479/16388/14322</w:t>
        <w:br/>
        <w:t>f 19619/15524/13466 20479/16388/14322 19608/15514/13456</w:t>
        <w:br/>
        <w:t>f 19625/15531/13473 19619/15524/13466 19608/15514/13456</w:t>
        <w:br/>
        <w:t>f 19619/15524/13466 19625/15531/13473 19618/15525/13467</w:t>
        <w:br/>
        <w:t>f 22162/18071/15780 22160/18069/15778 20463/16373/14307</w:t>
        <w:br/>
        <w:t>f 20464/16372/14306 22162/18071/15780 20463/16373/14307</w:t>
        <w:br/>
        <w:t>f 20077/15983/13921 20304/16211/14148 20159/16069/14006</w:t>
        <w:br/>
        <w:t>f 20076/15984/13922 20160/16068/14005 20156/16064/14001</w:t>
        <w:br/>
        <w:t>f 20157/16063/14000 20076/15984/13922 20156/16064/14001</w:t>
        <w:br/>
        <w:t>f 20077/15983/13921 20159/16069/14006 20076/15984/13922</w:t>
        <w:br/>
        <w:t>f 19630/15536/13478 19631/15535/13477 20458/16366/14300</w:t>
        <w:br/>
        <w:t>f 20075/15985/13923 19630/15536/13478 20458/16366/14300</w:t>
        <w:br/>
        <w:t>f 19631/15535/13477 20460/16368/14302 20457/16367/14301</w:t>
        <w:br/>
        <w:t>f 20458/16366/14300 19631/15535/13477 20457/16367/14301</w:t>
        <w:br/>
        <w:t>f 19625/15531/13473 19608/15514/13456 20457/16367/14301</w:t>
        <w:br/>
        <w:t>f 20457/16367/14301 20460/16368/14302 19624/15528/13470</w:t>
        <w:br/>
        <w:t>f 19630/15536/13478 20158/16066/14003 20354/16260/14197</w:t>
        <w:br/>
        <w:t>f 20353/16261/14198 20354/16260/14197 20158/16066/14003</w:t>
        <w:br/>
        <w:t>f 20155/16065/14002 20353/16261/14198 20158/16066/14003</w:t>
        <w:br/>
        <w:t>f 20325/16233/14170 20326/16232/14169 22978/18887/16445</w:t>
        <w:br/>
        <w:t>f 22979/18888/16446 20325/16233/14170 22978/18887/16445</w:t>
        <w:br/>
        <w:t>f 20459/16369/14303 22980/18889/16447 19639/15547/13489</w:t>
        <w:br/>
        <w:t>f 19640/15546/13488 20459/16369/14303 19639/15547/13489</w:t>
        <w:br/>
        <w:t>f 20459/16369/14303 19642/15548/13490 20460/16368/14302</w:t>
        <w:br/>
        <w:t>f 20459/16369/14303 19640/15546/13488 19642/15548/13490</w:t>
        <w:br/>
        <w:t>f 19629/15537/13479 20355/16263/14200 22978/18887/16445</w:t>
        <w:br/>
        <w:t>f 22980/18889/16447 19629/15537/13479 22978/18887/16445</w:t>
        <w:br/>
        <w:t>f 19629/15537/13479 20459/16369/14303 19631/15535/13477</w:t>
        <w:br/>
        <w:t>f 19629/15537/13479 22980/18889/16447 20459/16369/14303</w:t>
        <w:br/>
        <w:t>f 20355/16263/14200 20352/16262/14199 22981/18890/16448</w:t>
        <w:br/>
        <w:t>f 22979/18888/16446 22978/18887/16445 20355/16263/14200</w:t>
        <w:br/>
        <w:t>f 22981/18890/16448 22979/18888/16446 20355/16263/14200</w:t>
        <w:br/>
        <w:t>f 19637/15543/13485 19639/15547/13489 20326/16232/14169</w:t>
        <w:br/>
        <w:t>f 22980/18889/16447 22978/18887/16445 20326/16232/14169</w:t>
        <w:br/>
        <w:t>f 19639/15547/13489 22980/18889/16447 20326/16232/14169</w:t>
        <w:br/>
        <w:t>f 20153/16061/13998 19636/15544/13486 19637/15543/13485</w:t>
        <w:br/>
        <w:t>f 20327/16235/14172 20153/16061/13998 19637/15543/13485</w:t>
        <w:br/>
        <w:t>f 19638/15542/13484 22983/18891/16449 22982/18892/16450</w:t>
        <w:br/>
        <w:t>f 19641/15545/13487 19638/15542/13484 22982/18892/16450</w:t>
        <w:br/>
        <w:t>f 20480/16389/14323 19642/15548/13490 19641/15545/13487</w:t>
        <w:br/>
        <w:t>f 22982/18892/16450 20480/16389/14323 19641/15545/13487</w:t>
        <w:br/>
        <w:t>f 19607/15515/13457 19608/15514/13456 20479/16388/14322</w:t>
        <w:br/>
        <w:t>f 20154/16060/13997 20152/16062/13999 22906/18815/16374</w:t>
        <w:br/>
        <w:t>f 22907/18814/16373 20154/16060/13997 22906/18815/16374</w:t>
        <w:br/>
        <w:t>f 19647/15552/13494 20480/16389/14323 22982/18892/16450</w:t>
        <w:br/>
        <w:t>f 19649/15557/13499 19647/15552/13494 22982/18892/16450</w:t>
        <w:br/>
        <w:t>f 19648/15554/13496 19628/15533/13475 20480/16389/14323</w:t>
        <w:br/>
        <w:t>f 19628/15533/13475 19642/15548/13490 20480/16389/14323</w:t>
        <w:br/>
        <w:t>f 19634/15538/13480 19635/15541/13483 22907/18814/16373</w:t>
        <w:br/>
        <w:t>f 22905/18816/16375 19634/15538/13480 22907/18814/16373</w:t>
        <w:br/>
        <w:t>f 22907/18814/16373 22984/18893/16451 22983/18891/16449</w:t>
        <w:br/>
        <w:t>f 19651/15555/13497 19649/15557/13499 22984/18893/16451</w:t>
        <w:br/>
        <w:t>f 19639/15547/13489 19637/15543/13485 19638/15542/13484</w:t>
        <w:br/>
        <w:t>f 19638/15542/13484 20154/16060/13997 22983/18891/16449</w:t>
        <w:br/>
        <w:t>f 22983/18891/16449 20154/16060/13997 22907/18814/16373</w:t>
        <w:br/>
        <w:t>f 19651/15555/13497 20065/15972/13910 19650/15556/13498</w:t>
        <w:br/>
        <w:t>f 19632/15540/13482 19651/15555/13497 22984/18893/16451</w:t>
        <w:br/>
        <w:t>f 19635/15541/13483 19632/15540/13482 22984/18893/16451</w:t>
        <w:br/>
        <w:t>f 19649/15557/13499 22982/18892/16450 22984/18893/16451</w:t>
        <w:br/>
        <w:t>f 22982/18892/16450 22983/18891/16449 22984/18893/16451</w:t>
        <w:br/>
        <w:t>f 22907/18814/16373 19635/15541/13483 22984/18893/16451</w:t>
        <w:br/>
        <w:t>f 19638/15542/13484 19636/15544/13486 20154/16060/13997</w:t>
        <w:br/>
        <w:t>f 19651/15555/13497 19632/15540/13482 20065/15972/13910</w:t>
        <w:br/>
        <w:t>f 19650/15556/13498 19643/15551/13493 19644/15550/13492</w:t>
        <w:br/>
        <w:t>f 19645/15549/13491 19647/15552/13494 19644/15550/13492</w:t>
        <w:br/>
        <w:t>f 19647/15552/13494 19649/15557/13499 19644/15550/13492</w:t>
        <w:br/>
        <w:t>f 20065/15972/13910 22913/18823/16382 19650/15556/13498</w:t>
        <w:br/>
        <w:t>f 22913/18823/16382 19643/15551/13493 19650/15556/13498</w:t>
        <w:br/>
        <w:t>f 20151/16059/13996 20148/16054/13991 20149/16057/13994</w:t>
        <w:br/>
        <w:t>f 19962/15871/13809 20151/16059/13996 20149/16057/13994</w:t>
        <w:br/>
        <w:t>f 19964/15872/13810 19563/15466/13411 19645/15549/13491</w:t>
        <w:br/>
        <w:t>f 19964/15872/13810 22915/18824/16383 19563/15466/13411</w:t>
        <w:br/>
        <w:t>f 19962/15871/13809 19964/15872/13810 19643/15551/13493</w:t>
        <w:br/>
        <w:t>f 20149/16057/13994 22915/18824/16383 19964/15872/13810</w:t>
        <w:br/>
        <w:t>f 19562/15467/13412 19563/15466/13411 19961/15869/13807</w:t>
        <w:br/>
        <w:t>f 19563/15466/13411 22915/18824/16383 19961/15869/13807</w:t>
        <w:br/>
        <w:t>f 20140/16050/13987 20141/16049/13986 22986/18894/16452</w:t>
        <w:br/>
        <w:t>f 22985/18895/16453 20140/16050/13987 22986/18894/16452</w:t>
        <w:br/>
        <w:t>f 19556/15465/13410 19562/15467/13412 19566/15473/13417</w:t>
        <w:br/>
        <w:t>f 19559/15462/13407 19556/15465/13410 19566/15473/13417</w:t>
        <w:br/>
        <w:t>f 22985/18895/16453 22987/18896/16454 19959/15868/13806</w:t>
        <w:br/>
        <w:t>f 20140/16050/13987 22985/18895/16453 19959/15868/13806</w:t>
        <w:br/>
        <w:t>f 19959/15868/13806 22987/18896/16454 19566/15473/13417</w:t>
        <w:br/>
        <w:t>f 22989/18897/16455 22988/18898/13743 22985/18895/16453</w:t>
        <w:br/>
        <w:t>f 22986/18894/16452 22989/18897/16455 22985/18895/16453</w:t>
        <w:br/>
        <w:t>f 22988/18898/13743 22990/18899/13420 22987/18896/16454</w:t>
        <w:br/>
        <w:t>f 22985/18895/16453 22988/18898/13743 22987/18896/16454</w:t>
        <w:br/>
        <w:t>f 19566/15473/13417 22987/18896/16454 22990/18899/13420</w:t>
        <w:br/>
        <w:t>f 19567/15472/13405 19566/15473/13417 22990/18899/13420</w:t>
        <w:br/>
        <w:t>f 19553/15459/13404 19571/15476/13419 20061/15970/13908</w:t>
        <w:br/>
        <w:t>f 19552/15456/13401 19553/15459/13404 20061/15970/13908</w:t>
        <w:br/>
        <w:t>f 20062/15969/13907 20137/16045/13982 22902/18810/16369</w:t>
        <w:br/>
        <w:t>f 19582/15488/13431 20062/15969/13907 22902/18810/16369</w:t>
        <w:br/>
        <w:t>f 20061/15970/13908 20062/15969/13907 19582/15488/13431</w:t>
        <w:br/>
        <w:t>f 19580/15487/13430 20061/15970/13908 19582/15488/13431</w:t>
        <w:br/>
        <w:t>f 19580/15487/13430 22910/18819/16378 19552/15456/13401</w:t>
        <w:br/>
        <w:t>f 20061/15970/13908 19580/15487/13430 19552/15456/13401</w:t>
        <w:br/>
        <w:t>f 19551/15457/13402 19552/15456/13401 22910/18819/16378</w:t>
        <w:br/>
        <w:t>f 19574/15480/13423 19551/15457/13402 22910/18819/16378</w:t>
        <w:br/>
        <w:t>f 19572/15478/13421 19551/15457/13402 19574/15480/13423</w:t>
        <w:br/>
        <w:t>f 19575/15479/13422 19572/15478/13421 19574/15480/13423</w:t>
        <w:br/>
        <w:t>f 19575/15479/13422 19532/15436/13381 20404/16312/14249</w:t>
        <w:br/>
        <w:t>f 19572/15478/13421 19575/15479/13422 20404/16312/14249</w:t>
        <w:br/>
        <w:t>f 19529/15434/13379 20403/16313/14250 20404/16312/14249</w:t>
        <w:br/>
        <w:t>f 19528/15435/13380 19529/15434/13379 20404/16312/14249</w:t>
        <w:br/>
        <w:t>f 19574/15480/13423 22910/18819/16378 19547/15455/13400</w:t>
        <w:br/>
        <w:t>f 19548/15454/13399 19574/15480/13423 19547/15455/13400</w:t>
        <w:br/>
        <w:t>f 22992/18900/16456 22991/18901/16457 19584/15491/13434</w:t>
        <w:br/>
        <w:t>f 22993/18902/16458 22992/18900/16456 19584/15491/13434</w:t>
        <w:br/>
        <w:t>f 19584/15491/13434 22991/18901/16457 19585/15490/13433</w:t>
        <w:br/>
        <w:t>f 19586/15492/13435 19585/15490/13433 19590/15498/13441</w:t>
        <w:br/>
        <w:t>f 19591/15497/13440 19586/15492/13435 19590/15498/13441</w:t>
        <w:br/>
        <w:t>f 20405/16314/14251 19586/15492/13435 19591/15497/13440</w:t>
        <w:br/>
        <w:t>f 20469/16377/14311 20405/16314/14251 19591/15497/13440</w:t>
        <w:br/>
        <w:t>f 19865/15771/13711 20405/16314/14251 20469/16377/14311</w:t>
        <w:br/>
        <w:t>f 19543/15449/13394 19865/15771/13711 20469/16377/14311</w:t>
        <w:br/>
        <w:t>f 19543/15449/13394 19541/15447/13392 19864/15772/13712</w:t>
        <w:br/>
        <w:t>f 19865/15771/13711 19543/15449/13394 19864/15772/13712</w:t>
        <w:br/>
        <w:t>f 19509/15416/13361 19864/15772/13712 19541/15447/13392</w:t>
        <w:br/>
        <w:t>f 19542/15446/13391 19509/15416/13361 19541/15447/13392</w:t>
        <w:br/>
        <w:t>f 19542/15446/13391 19539/15444/13389 19508/15417/13362</w:t>
        <w:br/>
        <w:t>f 19509/15416/13361 19542/15446/13391 19508/15417/13362</w:t>
        <w:br/>
        <w:t>f 19539/15444/13389 19535/15442/13387 20432/16341/14277</w:t>
        <w:br/>
        <w:t>f 19508/15417/13362 19539/15444/13389 20432/16341/14277</w:t>
        <w:br/>
        <w:t>f 20432/16341/14277 19535/15442/13387 19534/15439/13384</w:t>
        <w:br/>
        <w:t>f 22993/18902/16458 19584/15491/13434 20063/15971/13909</w:t>
        <w:br/>
        <w:t>f 22991/18901/16457 22992/18900/16456 22994/18903/16459</w:t>
        <w:br/>
        <w:t>f 22995/18904/16460 22991/18901/16457 22994/18903/16459</w:t>
        <w:br/>
        <w:t>f 22995/18904/16460 19590/15498/13441 19585/15490/13433</w:t>
        <w:br/>
        <w:t>f 22991/18901/16457 22995/18904/16460 19585/15490/13433</w:t>
        <w:br/>
        <w:t>f 22999/18905/16461 22998/18906/16462 22997/18907/16463</w:t>
        <w:br/>
        <w:t>f 22996/18908/16464 22999/18905/16461 22997/18907/16463</w:t>
        <w:br/>
        <w:t>f 22996/18908/16464 22997/18907/16463 22995/18904/16460</w:t>
        <w:br/>
        <w:t>f 22994/18903/16459 22996/18908/16464 22995/18904/16460</w:t>
        <w:br/>
        <w:t>f 22995/18904/16460 22997/18907/16463 19590/15498/13441</w:t>
        <w:br/>
        <w:t>f 22998/18906/16462 22999/18905/16461 23000/18909/16465</w:t>
        <w:br/>
        <w:t>f 19588/15494/13437 22998/18906/16462 23000/18909/16465</w:t>
        <w:br/>
        <w:t>f 19590/15498/13441 22997/18907/16463 22998/18906/16462</w:t>
        <w:br/>
        <w:t>f 19589/15493/13436 23001/18910/16466 19592/15496/13439</w:t>
        <w:br/>
        <w:t>f 19592/15496/13439 20428/16338/14274 20468/16378/14312</w:t>
        <w:br/>
        <w:t>f 19592/15496/13439 20468/16378/14312 20469/16377/14311</w:t>
        <w:br/>
        <w:t>f 19587/15495/13438 23002/18911/16467 20134/16044/13981</w:t>
        <w:br/>
        <w:t>f 20135/16043/13980 19587/15495/13438 20134/16044/13981</w:t>
        <w:br/>
        <w:t>f 23002/18911/16467 19587/15495/13438 19588/15494/13437</w:t>
        <w:br/>
        <w:t>f 23000/18909/16465 23002/18911/16467 19588/15494/13437</w:t>
        <w:br/>
        <w:t>f 19588/15494/13437 19589/15493/13436 19590/15498/13441</w:t>
        <w:br/>
        <w:t>f 22998/18906/16462 19588/15494/13437 19590/15498/13441</w:t>
        <w:br/>
        <w:t>f 23001/18910/16466 20430/16339/14275 20428/16338/14274</w:t>
        <w:br/>
        <w:t>f 23001/18910/16466 20428/16338/14274 19592/15496/13439</w:t>
        <w:br/>
        <w:t>f 19587/15495/13438 23001/18910/16466 19589/15493/13436</w:t>
        <w:br/>
        <w:t>f 19587/15495/13438 20135/16043/13980 23001/18910/16466</w:t>
        <w:br/>
        <w:t>f 20430/16339/14275 20036/15942/13880 20034/15944/13882</w:t>
        <w:br/>
        <w:t>f 20429/16337/14273 20430/16339/14275 20034/15944/13882</w:t>
        <w:br/>
        <w:t>f 20131/16041/13978 20132/16040/13977 20034/15944/13882</w:t>
        <w:br/>
        <w:t>f 23003/18912/16468 20131/16041/13978 20034/15944/13882</w:t>
        <w:br/>
        <w:t>f 20034/15944/13882 20132/16040/13977 20429/16337/14273</w:t>
        <w:br/>
        <w:t>f 20337/16243/14180 19350/15255/13206 19956/15864/13802</w:t>
        <w:br/>
        <w:t>f 20429/16337/14273 20337/16243/14180 19956/15864/13802</w:t>
        <w:br/>
        <w:t>f 20468/16378/14312 20428/16338/14274 19956/15864/13802</w:t>
        <w:br/>
        <w:t>f 19348/15254/13205 20468/16378/14312 19956/15864/13802</w:t>
        <w:br/>
        <w:t>f 20036/15942/13880 23004/18913/16469 20035/15943/13881</w:t>
        <w:br/>
        <w:t>f 23003/18912/16468 20034/15944/13882 20035/15943/13881</w:t>
        <w:br/>
        <w:t>f 23004/18913/16469 20036/15942/13880 20136/16042/13979</w:t>
        <w:br/>
        <w:t>f 23001/18910/16466 20135/16043/13980 20036/15942/13880</w:t>
        <w:br/>
        <w:t>f 20430/16339/14275 23001/18910/16466 20036/15942/13880</w:t>
        <w:br/>
        <w:t>f 19328/15234/13185 20337/16243/14180 20429/16337/14273</w:t>
        <w:br/>
        <w:t>f 20132/16040/13977 19328/15234/13185 20429/16337/14273</w:t>
        <w:br/>
        <w:t>f 19327/15235/13186 19328/15234/13185 20297/16205/14142</w:t>
        <w:br/>
        <w:t>f 20401/16308/14245 20046/15954/13892 20282/16189/14126</w:t>
        <w:br/>
        <w:t>f 20283/16188/14125 20401/16308/14245 20282/16189/14126</w:t>
        <w:br/>
        <w:t>f 20402/16311/14248 20045/15951/13889 20046/15954/13892</w:t>
        <w:br/>
        <w:t>f 20401/16308/14245 20402/16311/14248 20046/15954/13892</w:t>
        <w:br/>
        <w:t>f 19332/15237/13188 19333/15236/13187 20431/16340/14276</w:t>
        <w:br/>
        <w:t>f 20380/16291/14227 19332/15237/13188 20431/16340/14276</w:t>
        <w:br/>
        <w:t>f 20381/16290/14226 20041/15949/13887 20323/16231/14168</w:t>
        <w:br/>
        <w:t>f 23005/18914/16470 22993/18902/16458 20063/15971/13909</w:t>
        <w:br/>
        <w:t>f 22912/18821/16380 23005/18914/16470 20063/15971/13909</w:t>
        <w:br/>
        <w:t>f 22993/18902/16458 23005/18914/16470 23006/18915/16471</w:t>
        <w:br/>
        <w:t>f 22992/18900/16456 22993/18902/16458 23006/18915/16471</w:t>
        <w:br/>
        <w:t>f 22992/18900/16456 23006/18915/16471 23007/18916/16472</w:t>
        <w:br/>
        <w:t>f 22994/18903/16459 22992/18900/16456 23007/18916/16472</w:t>
        <w:br/>
        <w:t>f 23008/18917/16473 22996/18908/16464 22994/18903/16459</w:t>
        <w:br/>
        <w:t>f 23007/18916/16472 23008/18917/16473 22994/18903/16459</w:t>
        <w:br/>
        <w:t>f 22996/18908/16464 23008/18917/16473 23009/18918/16474</w:t>
        <w:br/>
        <w:t>f 22999/18905/16461 22996/18908/16464 23009/18918/16474</w:t>
        <w:br/>
        <w:t>f 22999/18905/16461 23009/18918/16474 23010/18919/16475</w:t>
        <w:br/>
        <w:t>f 23000/18909/16465 22999/18905/16461 23010/18919/16475</w:t>
        <w:br/>
        <w:t>f 23011/18920/16476 23002/18911/16467 23000/18909/16465</w:t>
        <w:br/>
        <w:t>f 23010/18919/16475 23011/18920/16476 23000/18909/16465</w:t>
        <w:br/>
        <w:t>f 23002/18911/16467 23011/18920/16476 23012/18921/16477</w:t>
        <w:br/>
        <w:t>f 23002/18911/16467 23012/18921/16477 23013/18922/16478</w:t>
        <w:br/>
        <w:t>f 20134/16044/13981 23002/18911/16467 23013/18922/16478</w:t>
        <w:br/>
        <w:t>f 20134/16044/13981 23013/18922/16478 23014/18923/16479</w:t>
        <w:br/>
        <w:t>f 20136/16042/13979 20134/16044/13981 23014/18923/16479</w:t>
        <w:br/>
        <w:t>f 23015/18924/16480 23004/18913/16469 20136/16042/13979</w:t>
        <w:br/>
        <w:t>f 23014/18923/16479 23015/18924/16480 20136/16042/13979</w:t>
        <w:br/>
        <w:t>f 23004/18913/16469 23015/18924/16480 23016/18925/16481</w:t>
        <w:br/>
        <w:t>f 20035/15943/13881 23004/18913/16469 23016/18925/16481</w:t>
        <w:br/>
        <w:t>f 23017/18926/16482 23003/18912/16468 20035/15943/13881</w:t>
        <w:br/>
        <w:t>f 23016/18925/16481 23017/18926/16482 20035/15943/13881</w:t>
        <w:br/>
        <w:t>f 23003/18912/16468 23017/18926/16482 23018/18927/16483</w:t>
        <w:br/>
        <w:t>f 20131/16041/13978 23003/18912/16468 23018/18927/16483</w:t>
        <w:br/>
        <w:t>f 20131/16041/13978 23018/18927/16483 23019/18928/16484</w:t>
        <w:br/>
        <w:t>f 20133/16039/13976 20131/16041/13978 23019/18928/16484</w:t>
        <w:br/>
        <w:t>f 23020/18929/16485 20297/16205/14142 20133/16039/13976</w:t>
        <w:br/>
        <w:t>f 23019/18928/16484 23020/18929/16485 20133/16039/13976</w:t>
        <w:br/>
        <w:t>f 23021/18930/16486 19327/15235/13186 20297/16205/14142</w:t>
        <w:br/>
        <w:t>f 23020/18929/16485 23021/18930/16486 20297/16205/14142</w:t>
        <w:br/>
        <w:t>f 19327/15235/13186 23021/18930/16486 23022/18931/16487</w:t>
        <w:br/>
        <w:t>f 19330/15232/13183 19327/15235/13186 23022/18931/16487</w:t>
        <w:br/>
        <w:t>f 20336/16244/14181 23023/18932/16488 20129/16037/13974</w:t>
        <w:br/>
        <w:t>f 20130/16038/13975 20129/16037/13974 23023/18932/16488</w:t>
        <w:br/>
        <w:t>f 23024/18933/16489 20130/16038/13975 23023/18932/16488</w:t>
        <w:br/>
        <w:t>f 20351/16259/14196 20336/16244/14181 20129/16037/13974</w:t>
        <w:br/>
        <w:t>f 20128/16034/13971 20351/16259/14196 20129/16037/13974</w:t>
        <w:br/>
        <w:t>f 20336/16244/14181 20351/16259/14196 20335/16245/14182</w:t>
        <w:br/>
        <w:t>f 19330/15232/13183 23022/18931/16487 23026/18934/16490</w:t>
        <w:br/>
        <w:t>f 23025/18935/16491 19330/15232/13183 23026/18934/16490</w:t>
        <w:br/>
        <w:t>f 19330/15232/13183 23025/18935/16491 19329/15233/13184</w:t>
        <w:br/>
        <w:t>f 23024/18933/16489 23023/18932/16488 23025/18935/16491</w:t>
        <w:br/>
        <w:t>f 23026/18934/16490 23024/18933/16489 23025/18935/16491</w:t>
        <w:br/>
        <w:t>f 23023/18932/16488 20336/16244/14181 19329/15233/13184</w:t>
        <w:br/>
        <w:t>f 23025/18935/16491 23023/18932/16488 19329/15233/13184</w:t>
        <w:br/>
        <w:t>f 20337/16243/14180 19328/15234/13185 19329/15233/13184</w:t>
        <w:br/>
        <w:t>f 20216/16125/14062 21116/17025/14763 20219/16128/14065</w:t>
        <w:br/>
        <w:t>f 19938/15847/13786 20298/16206/14143 21065/16973/14728</w:t>
        <w:br/>
        <w:t>f 20038/15946/13884 20128/16034/13971 20126/16036/13973</w:t>
        <w:br/>
        <w:t>f 20288/16194/14131 19331/15238/13189 20323/16231/14168</w:t>
        <w:br/>
        <w:t>f 20042/15948/13886 20288/16194/14131 20323/16231/14168</w:t>
        <w:br/>
        <w:t>f 20323/16231/14168 19331/15238/13189 19332/15237/13188</w:t>
        <w:br/>
        <w:t>f 20323/16231/14168 19332/15237/13188 20381/16290/14226</w:t>
        <w:br/>
        <w:t>f 19809/15716/13658 19806/15715/13657 21091/17000/14742</w:t>
        <w:br/>
        <w:t>f 21090/16997/14740 19809/15716/13658 21091/17000/14742</w:t>
        <w:br/>
        <w:t>f 19809/15716/13658 21090/16997/14740 20090/15999/13171</w:t>
        <w:br/>
        <w:t>f 19809/15716/13658 20090/15999/13171 20091/15998/13936</w:t>
        <w:br/>
        <w:t>f 19383/15287/13232 20400/16309/14246 20398/16307/14244</w:t>
        <w:br/>
        <w:t>f 19382/15288/13233 19383/15287/13232 20398/16307/14244</w:t>
        <w:br/>
        <w:t>f 20284/16193/14130 19807/15714/13656 20281/16190/14127</w:t>
        <w:br/>
        <w:t>f 20280/16191/14128 20281/16190/14127 19807/15714/13656</w:t>
        <w:br/>
        <w:t>f 19808/15713/13655 20280/16191/14128 19807/15714/13656</w:t>
        <w:br/>
        <w:t>f 20397/16306/14243 20280/16191/14128 19808/15713/13655</w:t>
        <w:br/>
        <w:t>f 20091/15998/13936 20397/16306/14243 19808/15713/13655</w:t>
        <w:br/>
        <w:t>f 20262/16170/14107 20263/16169/14106 20475/16384/14318</w:t>
        <w:br/>
        <w:t>f 23029/18936/16492 23028/18937/16493 23027/18938/16494</w:t>
        <w:br/>
        <w:t>f 20483/16392/14326 23029/18936/16492 23027/18938/16494</w:t>
        <w:br/>
        <w:t>f 20483/16392/14326 23027/18938/16494 20378/16286/14222</w:t>
        <w:br/>
        <w:t>f 20378/16286/14222 20475/16384/14318 19794/15698/13640</w:t>
        <w:br/>
        <w:t>f 19825/15731/13671 20476/16385/14319 20378/16286/14222</w:t>
        <w:br/>
        <w:t>f 20262/16170/14107 23027/18938/16494 23028/18937/16493</w:t>
        <w:br/>
        <w:t>f 20261/16171/14108 20262/16170/14107 23028/18937/16493</w:t>
        <w:br/>
        <w:t>f 23027/18938/16494 20475/16384/14318 20378/16286/14222</w:t>
        <w:br/>
        <w:t>f 23027/18938/16494 20262/16170/14107 20475/16384/14318</w:t>
        <w:br/>
        <w:t>f 20049/15955/13893 20052/15959/13897 20048/15956/13894</w:t>
        <w:br/>
        <w:t>f 20050/15961/13899 23029/18936/16492 20483/16392/14326</w:t>
        <w:br/>
        <w:t>f 20053/15958/13896 20050/15961/13899 20483/16392/14326</w:t>
        <w:br/>
        <w:t>f 20476/16385/14319 20052/15959/13897 20053/15958/13896</w:t>
        <w:br/>
        <w:t>f 20378/16286/14222 20476/16385/14319 20053/15958/13896</w:t>
        <w:br/>
        <w:t>f 20264/16172/14109 20259/16166/14103 20260/16165/14102</w:t>
        <w:br/>
        <w:t>f 20263/16169/14106 20264/16172/14109 20260/16165/14102</w:t>
        <w:br/>
        <w:t>f 20263/16169/14106 20473/16383/14317 20475/16384/14318</w:t>
        <w:br/>
        <w:t>f 20263/16169/14106 20260/16165/14102 20473/16383/14317</w:t>
        <w:br/>
        <w:t>f 20257/16168/14105 20258/16167/14104 20394/16304/14241</w:t>
        <w:br/>
        <w:t>f 20395/16303/14240 20257/16168/14105 20394/16304/14241</w:t>
        <w:br/>
        <w:t>f 20473/16383/14317 20260/16165/14102 20257/16168/14105</w:t>
        <w:br/>
        <w:t>f 20257/16168/14105 20395/16303/14240 20474/16382/14316</w:t>
        <w:br/>
        <w:t>f 20477/16386/14320 20395/16303/14240 20256/16162/14099</w:t>
        <w:br/>
        <w:t>f 20254/16164/14101 20252/16160/14097 20253/16159/14096</w:t>
        <w:br/>
        <w:t>f 20256/16162/14099 20254/16164/14101 20253/16159/14096</w:t>
        <w:br/>
        <w:t>f 20242/16150/14087 19432/15337/13282 20241/16147/14084</w:t>
        <w:br/>
        <w:t>f 19435/15341/13286 19436/15340/13285 19432/15337/13282</w:t>
        <w:br/>
        <w:t>f 19433/15336/13281 19435/15341/13286 19432/15337/13282</w:t>
        <w:br/>
        <w:t>f 19784/15692/13634 19434/15342/13287 19435/15341/13286</w:t>
        <w:br/>
        <w:t>f 19435/15341/13286 19433/15336/13281 20472/16381/14315</w:t>
        <w:br/>
        <w:t>f 19436/15340/13285 23030/18939/16495 20241/16147/14084</w:t>
        <w:br/>
        <w:t>f 19432/15337/13282 19436/15340/13285 20241/16147/14084</w:t>
        <w:br/>
        <w:t>f 23030/18939/16495 23031/18940/16496 20240/16148/14085</w:t>
        <w:br/>
        <w:t>f 20241/16147/14084 23030/18939/16495 20240/16148/14085</w:t>
        <w:br/>
        <w:t>f 23030/18939/16495 23033/18941/16497 23032/18942/16498</w:t>
        <w:br/>
        <w:t>f 23031/18940/16496 23030/18939/16495 23032/18942/16498</w:t>
        <w:br/>
        <w:t>f 23030/18939/16495 19436/15340/13285 19437/15343/13288</w:t>
        <w:br/>
        <w:t>f 23033/18941/16497 23030/18939/16495 19437/15343/13288</w:t>
        <w:br/>
        <w:t>f 19910/15816/13755 20290/16198/14135 23032/18942/16498</w:t>
        <w:br/>
        <w:t>f 23033/18941/16497 19910/15816/13755 23032/18942/16498</w:t>
        <w:br/>
        <w:t>f 23033/18941/16497 19437/15343/13288 19438/15345/13290</w:t>
        <w:br/>
        <w:t>f 19910/15816/13755 23033/18941/16497 19438/15345/13290</w:t>
        <w:br/>
        <w:t>f 19439/15344/13289 19440/15348/13293 19438/15345/13290</w:t>
        <w:br/>
        <w:t>f 19438/15345/13290 19437/15343/13288 19434/15342/13287</w:t>
        <w:br/>
        <w:t>f 20242/16150/14087 20239/16149/14086 20423/16334/14270</w:t>
        <w:br/>
        <w:t>f 20424/16333/14269 20242/16150/14087 20423/16334/14270</w:t>
        <w:br/>
        <w:t>f 19431/15338/13283 20242/16150/14087 20424/16333/14269</w:t>
        <w:br/>
        <w:t>f 19429/15333/13278 19431/15338/13283 20424/16333/14269</w:t>
        <w:br/>
        <w:t>f 19430/15339/13284 19431/15338/13283 19429/15333/13278</w:t>
        <w:br/>
        <w:t>f 19427/15335/13280 19430/15339/13284 19429/15333/13278</w:t>
        <w:br/>
        <w:t>f 20472/16381/14315 19433/15336/13281 19430/15339/13284</w:t>
        <w:br/>
        <w:t>f 19430/15339/13284 19427/15335/13280 20471/16380/14314</w:t>
        <w:br/>
        <w:t>f 20242/16150/14087 19431/15338/13283 19432/15337/13282</w:t>
        <w:br/>
        <w:t>f 23034/18943/16499 19429/15333/13278 20424/16333/14269</w:t>
        <w:br/>
        <w:t>f 20425/16332/14268 23034/18943/16499 20424/16333/14269</w:t>
        <w:br/>
        <w:t>f 20237/16144/14081 19454/15360/13305 20074/15979/13917</w:t>
        <w:br/>
        <w:t>f 20071/15982/13920 20237/16144/14081 20074/15979/13917</w:t>
        <w:br/>
        <w:t>f 20074/15979/13917 19446/15352/13297 19443/15351/13296</w:t>
        <w:br/>
        <w:t>f 20073/15980/13918 20074/15979/13917 19443/15351/13296</w:t>
        <w:br/>
        <w:t>f 20076/15984/13922 20157/16063/14000 20075/15985/13923</w:t>
        <w:br/>
        <w:t>f 20304/16211/14148 20077/15983/13921 19771/15681/13623</w:t>
        <w:br/>
        <w:t>f 19688/15593/13535 19689/15596/13538 20435/16345/14281</w:t>
        <w:br/>
        <w:t>f 23036/18944/16500 23035/18945/16501 20096/16007/13944</w:t>
        <w:br/>
        <w:t>f 20097/16006/13943 23036/18944/16500 20096/16007/13944</w:t>
        <w:br/>
        <w:t>f 20097/16006/13943 19731/15639/13581 23037/18946/16502</w:t>
        <w:br/>
        <w:t>f 23036/18944/16500 20097/16006/13943 23037/18946/16502</w:t>
        <w:br/>
        <w:t>f 19731/15639/13581 19726/15631/13573 19724/15633/13575</w:t>
        <w:br/>
        <w:t>f 23037/18946/16502 19731/15639/13581 19724/15633/13575</w:t>
        <w:br/>
        <w:t>f 23038/18947/16503 23037/18946/16502 19724/15633/13575</w:t>
        <w:br/>
        <w:t>f 23040/18948/16504 23039/18949/16505 23035/18945/16501</w:t>
        <w:br/>
        <w:t>f 23036/18944/16500 23040/18948/16504 23035/18945/16501</w:t>
        <w:br/>
        <w:t>f 23036/18944/16500 23037/18946/16502 23038/18947/16503</w:t>
        <w:br/>
        <w:t>f 23040/18948/16504 23036/18944/16500 23038/18947/16503</w:t>
        <w:br/>
        <w:t>f 23043/18950/16506 23042/18951/16507 23041/18952/16508</w:t>
        <w:br/>
        <w:t>f 23044/18953/16509 23043/18950/16506 23041/18952/16508</w:t>
        <w:br/>
        <w:t>f 23042/18951/16507 22158/18068/15777 22159/18067/15776</w:t>
        <w:br/>
        <w:t>f 23041/18952/16508 23042/18951/16507 22159/18067/15776</w:t>
        <w:br/>
        <w:t>f 23039/18949/16505 23040/18948/16504 23042/18951/16507</w:t>
        <w:br/>
        <w:t>f 23043/18950/16506 23039/18949/16505 23042/18951/16507</w:t>
        <w:br/>
        <w:t>f 23040/18948/16504 23038/18947/16503 22158/18068/15777</w:t>
        <w:br/>
        <w:t>f 23042/18951/16507 23040/18948/16504 22158/18068/15777</w:t>
        <w:br/>
        <w:t>f 22158/18068/15777 23038/18947/16503 20003/15912/13850</w:t>
        <w:br/>
        <w:t>f 19724/15633/13575 19725/15632/13574 19719/15624/13566</w:t>
        <w:br/>
        <w:t>f 20003/15912/13850 19724/15633/13575 19719/15624/13566</w:t>
        <w:br/>
        <w:t>f 23038/18947/16503 19724/15633/13575 20003/15912/13850</w:t>
        <w:br/>
        <w:t>f 23046/18954/16510 23045/18955/16511 23044/18953/16509</w:t>
        <w:br/>
        <w:t>f 23041/18952/16508 23046/18954/16510 23044/18953/16509</w:t>
        <w:br/>
        <w:t>f 20006/15913/13851 23046/18954/16510 23041/18952/16508</w:t>
        <w:br/>
        <w:t>f 22159/18067/15776 20006/15913/13851 23041/18952/16508</w:t>
        <w:br/>
        <w:t>f 20006/15913/13851 22159/18067/15776 20003/15912/13850</w:t>
        <w:br/>
        <w:t>f 20112/16018/13955 20113/16021/13958 23045/18955/16511</w:t>
        <w:br/>
        <w:t>f 23046/18954/16510 20112/16018/13955 23045/18955/16511</w:t>
        <w:br/>
        <w:t>f 20112/16018/13955 23046/18954/16510 20006/15913/13851</w:t>
        <w:br/>
        <w:t>f 20100/16009/13946 19926/15832/13771 19922/15828/13767</w:t>
        <w:br/>
        <w:t>f 20389/16297/14233 19912/15819/13758 19913/15818/13757</w:t>
        <w:br/>
        <w:t>f 20390/16298/14234 20389/16297/14233 19913/15818/13757</w:t>
        <w:br/>
        <w:t>f 20390/16298/14234 19927/15835/13774 22920/18828/16387</w:t>
        <w:br/>
        <w:t>f 22919/18829/16388 22920/18828/16387 19927/15835/13774</w:t>
        <w:br/>
        <w:t>f 20316/16224/14161 22919/18829/16388 19927/15835/13774</w:t>
        <w:br/>
        <w:t>f 19917/15827/13766 19933/15840/13779 20389/16297/14233</w:t>
        <w:br/>
        <w:t>f 19920/15824/13763 19917/15827/13766 20389/16297/14233</w:t>
        <w:br/>
        <w:t>f 19933/15840/13779 19917/15827/13766 19932/15838/13777</w:t>
        <w:br/>
        <w:t>f 19919/15825/13764 19929/15836/13775 20025/15933/13871</w:t>
        <w:br/>
        <w:t>f 19918/15826/13765 19919/15825/13764 20025/15933/13871</w:t>
        <w:br/>
        <w:t>f 19918/15826/13765 20025/15933/13871 19967/15877/13815</w:t>
        <w:br/>
        <w:t>f 19932/15838/13777 19918/15826/13765 19967/15877/13815</w:t>
        <w:br/>
        <w:t>f 20100/16009/13946 19922/15828/13767 20390/16298/14234</w:t>
        <w:br/>
        <w:t>f 20390/16298/14234 19913/15818/13757 19927/15835/13774</w:t>
        <w:br/>
        <w:t>f 20319/16227/14164 20388/16296/14232 20318/16225/14162</w:t>
        <w:br/>
        <w:t>f 19937/15842/13781 20319/16227/14164 20318/16225/14162</w:t>
        <w:br/>
        <w:t>f 19765/15672/13614 19766/15671/13613 20319/16227/14164</w:t>
        <w:br/>
        <w:t>f 20319/16227/14164 19937/15842/13781 19914/15821/13760</w:t>
        <w:br/>
        <w:t>f 20068/15976/13914 23048/18956/16512 23047/18957/16513</w:t>
        <w:br/>
        <w:t>f 20067/15977/13915 20068/15976/13914 23047/18957/16513</w:t>
        <w:br/>
        <w:t>f 20223/16130/14067 23049/18958/16514 20220/16127/14064</w:t>
        <w:br/>
        <w:t>f 20215/16126/14063 20220/16127/14064 23049/18958/16514</w:t>
        <w:br/>
        <w:t>f 20218/16123/14060 20215/16126/14063 23049/18958/16514</w:t>
        <w:br/>
        <w:t>f 19493/15397/13342 23050/18959/16515 20229/16136/14073</w:t>
        <w:br/>
        <w:t>f 20226/16133/14070 19493/15397/13342 20229/16136/14073</w:t>
        <w:br/>
        <w:t>f 19456/15363/13308 23050/18959/16515 19493/15397/13342</w:t>
        <w:br/>
        <w:t>f 19491/15399/13344 19456/15363/13308 19493/15397/13342</w:t>
        <w:br/>
        <w:t>f 19456/15363/13308 19491/15399/13344 19455/15364/13309</w:t>
        <w:br/>
        <w:t>f 20226/16133/14070 20227/16132/14069 19492/15398/13343</w:t>
        <w:br/>
        <w:t>f 19493/15397/13342 20226/16133/14070 19492/15398/13343</w:t>
        <w:br/>
        <w:t>f 20224/16135/14072 20222/16131/14068 20227/16132/14069</w:t>
        <w:br/>
        <w:t>f 23051/18960/16516 19492/15398/13343 20227/16132/14069</w:t>
        <w:br/>
        <w:t>f 20222/16131/14068 23051/18960/16516 20227/16132/14069</w:t>
        <w:br/>
        <w:t>f 19492/15398/13343 23051/18960/16516 20372/16280/14216</w:t>
        <w:br/>
        <w:t>f 19491/15399/13344 19492/15398/13343 20372/16280/14216</w:t>
        <w:br/>
        <w:t>f 20229/16136/14073 23053/18961/16517 23052/18962/16518</w:t>
        <w:br/>
        <w:t>f 20228/16137/14074 20229/16136/14073 23052/18962/16518</w:t>
        <w:br/>
        <w:t>f 23050/18959/16515 19495/15400/13345 23053/18961/16517</w:t>
        <w:br/>
        <w:t>f 20229/16136/14073 23050/18959/16515 23053/18961/16517</w:t>
        <w:br/>
        <w:t>f 19495/15400/13345 23050/18959/16515 19456/15363/13308</w:t>
        <w:br/>
        <w:t>f 23054/18963/16519 23052/18962/16518 23053/18961/16517</w:t>
        <w:br/>
        <w:t>f 23055/18964/16520 23054/18963/16519 23053/18961/16517</w:t>
        <w:br/>
        <w:t>f 19495/15400/13345 19494/15401/13346 23055/18964/16520</w:t>
        <w:br/>
        <w:t>f 23053/18961/16517 19495/15400/13345 23055/18964/16520</w:t>
        <w:br/>
        <w:t>f 20230/16141/14078 23054/18963/16519 23055/18964/16520</w:t>
        <w:br/>
        <w:t>f 20233/16138/14075 20230/16141/14078 23055/18964/16520</w:t>
        <w:br/>
        <w:t>f 20233/16138/14075 23055/18964/16520 19494/15401/13346</w:t>
        <w:br/>
        <w:t>f 23056/18965/16521 20233/16138/14075 19494/15401/13346</w:t>
        <w:br/>
        <w:t>f 20481/16390/14324 23056/18965/16521 19494/15401/13346</w:t>
        <w:br/>
        <w:t>f 19457/15362/13307 20481/16390/14324 19494/15401/13346</w:t>
        <w:br/>
        <w:t>f 20481/16390/14324 19457/15362/13307 19458/15361/13306</w:t>
        <w:br/>
        <w:t>f 20374/16283/14219 19451/15355/13300 20481/16390/14324</w:t>
        <w:br/>
        <w:t>f 23056/18965/16521 19449/15357/13302 20232/16139/14076</w:t>
        <w:br/>
        <w:t>f 20233/16138/14075 23056/18965/16521 20232/16139/14076</w:t>
        <w:br/>
        <w:t>f 19451/15355/13300 19449/15357/13302 23056/18965/16521</w:t>
        <w:br/>
        <w:t>f 20481/16390/14324 19451/15355/13300 23056/18965/16521</w:t>
        <w:br/>
        <w:t>f 19452/15359/13304 20232/16139/14076 19449/15357/13302</w:t>
        <w:br/>
        <w:t>f 19450/15356/13301 19452/15359/13304 19449/15357/13302</w:t>
        <w:br/>
        <w:t>f 20238/16146/14083 20237/16144/14081 20425/16332/14268</w:t>
        <w:br/>
        <w:t>f 20071/15982/13920 23034/18943/16499 20425/16332/14268</w:t>
        <w:br/>
        <w:t>f 20237/16144/14081 20071/15982/13920 20425/16332/14268</w:t>
        <w:br/>
        <w:t>f 20072/15981/13919 19428/15334/13279 23034/18943/16499</w:t>
        <w:br/>
        <w:t>f 20071/15982/13920 20072/15981/13919 23034/18943/16499</w:t>
        <w:br/>
        <w:t>f 19429/15333/13278 23034/18943/16499 19428/15334/13279</w:t>
        <w:br/>
        <w:t>f 20471/16380/14314 19427/15335/13280 19428/15334/13279</w:t>
        <w:br/>
        <w:t>f 19770/15677/13619 19762/15669/13611 19763/15668/13610</w:t>
        <w:br/>
        <w:t>f 19769/15674/13616 19770/15677/13619 19763/15668/13610</w:t>
        <w:br/>
        <w:t>f 19769/15674/13616 19763/15668/13610 19490/15396/13341</w:t>
        <w:br/>
        <w:t>f 19489/15395/13340 19769/15674/13616 19490/15396/13341</w:t>
        <w:br/>
        <w:t>f 19472/15376/13321 20373/16281/14217 19486/15392/13337</w:t>
        <w:br/>
        <w:t>f 19486/15392/13337 20373/16281/14217 23057/18966/16522</w:t>
        <w:br/>
        <w:t>f 19485/15393/13338 19486/15392/13337 23057/18966/16522</w:t>
        <w:br/>
        <w:t>f 20371/16279/14215 20060/15968/13906 20219/16128/14065</w:t>
        <w:br/>
        <w:t>f 21116/17025/14763 20371/16279/14215 20219/16128/14065</w:t>
        <w:br/>
        <w:t>f 20060/15968/13906 20371/16279/14215 23057/18966/16522</w:t>
        <w:br/>
        <w:t>f 20059/15965/13903 20060/15968/13906 23057/18966/16522</w:t>
        <w:br/>
        <w:t>f 20059/15965/13903 23057/18966/16522 20373/16281/14217</w:t>
        <w:br/>
        <w:t>f 19496/15402/13347 20059/15965/13903 20373/16281/14217</w:t>
        <w:br/>
        <w:t>f 19496/15402/13347 20373/16281/14217 19461/15367/13312</w:t>
        <w:br/>
        <w:t>f 19760/15664/13606 19757/15667/13609 19761/15670/13612</w:t>
        <w:br/>
        <w:t>f 19762/15669/13611 19760/15664/13606 19761/15670/13612</w:t>
        <w:br/>
        <w:t>f 19760/15664/13606 19762/15669/13611 23058/18967/16523</w:t>
        <w:br/>
        <w:t>f 23058/18967/16523 19770/15677/13619 23047/18957/16513</w:t>
        <w:br/>
        <w:t>f 20067/15977/13915 19770/15677/13619 19767/15676/13618</w:t>
        <w:br/>
        <w:t>f 20067/15977/13915 19767/15676/13618 20070/15978/13916</w:t>
        <w:br/>
        <w:t>f 19759/15665/13607 19760/15664/13606 23058/18967/16523</w:t>
        <w:br/>
        <w:t>f 20294/16203/14140 19759/15665/13607 23058/18967/16523</w:t>
        <w:br/>
        <w:t>f 19757/15667/13609 19758/15666/13608 19764/15673/13615</w:t>
        <w:br/>
        <w:t>f 23059/18968/16524 19757/15667/13609 19764/15673/13615</w:t>
        <w:br/>
        <w:t>f 19757/15667/13609 23059/18968/16524 19761/15670/13612</w:t>
        <w:br/>
        <w:t>f 19761/15670/13612 20367/16275/14211 19943/15850/13789</w:t>
        <w:br/>
        <w:t>f 19763/15668/13610 19761/15670/13612 19943/15850/13789</w:t>
        <w:br/>
        <w:t>f 23048/18956/16512 20294/16203/14140 23058/18967/16523</w:t>
        <w:br/>
        <w:t>f 23047/18957/16513 23048/18956/16512 23058/18967/16523</w:t>
        <w:br/>
        <w:t>f 19770/15677/13619 20067/15977/13915 23047/18957/16513</w:t>
        <w:br/>
        <w:t>f 23058/18967/16523 19762/15669/13611 19770/15677/13619</w:t>
        <w:br/>
        <w:t>f 20371/16279/14215 21116/17025/14763 20366/16274/14210</w:t>
        <w:br/>
        <w:t>f 20370/16276/14212 20365/16272/14208 20366/16274/14210</w:t>
        <w:br/>
        <w:t>f 21116/17025/14763 20370/16276/14212 20366/16274/14210</w:t>
        <w:br/>
        <w:t>f 23060/18969/16525 20364/16273/14209 20365/16272/14208</w:t>
        <w:br/>
        <w:t>f 20370/16276/14212 23060/18969/16525 20365/16272/14208</w:t>
        <w:br/>
        <w:t>f 19489/15395/13340 20371/16279/14215 19768/15675/13617</w:t>
        <w:br/>
        <w:t>f 19769/15674/13616 19489/15395/13340 19768/15675/13617</w:t>
        <w:br/>
        <w:t>f 19485/15393/13338 23057/18966/16522 20371/16279/14215</w:t>
        <w:br/>
        <w:t>f 19489/15395/13340 19485/15393/13338 20371/16279/14215</w:t>
        <w:br/>
        <w:t>f 20219/16128/14065 20215/16126/14063 20216/16125/14062</w:t>
        <w:br/>
        <w:t>f 20222/16131/14068 20057/15967/13905 23051/18960/16516</w:t>
        <w:br/>
        <w:t>f 23051/18960/16516 20057/15967/13905 20058/15966/13904</w:t>
        <w:br/>
        <w:t>f 20372/16280/14216 23051/18960/16516 20058/15966/13904</w:t>
        <w:br/>
        <w:t>f 19455/15364/13309 19491/15399/13344 20372/16280/14216</w:t>
        <w:br/>
        <w:t>f 19462/15368/13313 19455/15364/13309 20372/16280/14216</w:t>
        <w:br/>
        <w:t>f 21375/17286/15021 21376/17285/15020 23061/18970/16526</w:t>
        <w:br/>
        <w:t>f 21374/17281/15016 21375/17286/15021 23061/18970/16526</w:t>
        <w:br/>
        <w:t>f 21376/17285/15020 21377/17284/15019 21380/17290/15025</w:t>
        <w:br/>
        <w:t>f 21381/17289/15024 21376/17285/15020 21380/17290/15025</w:t>
        <w:br/>
        <w:t>f 23061/18970/16526 21376/17285/15020 21381/17289/15024</w:t>
        <w:br/>
        <w:t>f 21631/17539/15257 23061/18970/16526 21381/17289/15024</w:t>
        <w:br/>
        <w:t>f 21373/17282/15017 23061/18970/16526 21631/17539/15257</w:t>
        <w:br/>
        <w:t>f 21878/17788/15501 21373/17282/15017 21631/17539/15257</w:t>
        <w:br/>
        <w:t>f 21373/17282/15017 21878/17788/15501 23062/18971/16527</w:t>
        <w:br/>
        <w:t>f 21632/17541/15259 21373/17282/15017 23062/18971/16527</w:t>
        <w:br/>
        <w:t>f 23064/18972/16528 23063/18973/16529 21632/17541/15259</w:t>
        <w:br/>
        <w:t>f 23062/18971/16527 23064/18972/16528 21632/17541/15259</w:t>
        <w:br/>
        <w:t>f 21632/17541/15259 23063/18973/16529 21372/17283/15018</w:t>
        <w:br/>
        <w:t>f 23065/18974/16530 21958/17866/15579 23063/18973/16529</w:t>
        <w:br/>
        <w:t>f 23064/18972/16528 23065/18974/16530 23063/18973/16529</w:t>
        <w:br/>
        <w:t>f 23063/18973/16529 21959/17865/15578 21372/17283/15018</w:t>
        <w:br/>
        <w:t>f 23063/18973/16529 21958/17866/15579 21959/17865/15578</w:t>
        <w:br/>
        <w:t>f 21374/17281/15016 23061/18970/16526 21373/17282/15017</w:t>
        <w:br/>
        <w:t>f 21503/17412/15140 21377/17284/15019 21375/17286/15021</w:t>
        <w:br/>
        <w:t>f 21378/17287/15022 21503/17412/15140 21375/17286/15021</w:t>
        <w:br/>
        <w:t>f 21957/17867/15580 21964/17874/15587 21956/17868/15581</w:t>
        <w:br/>
        <w:t>f 21964/17874/15587 21963/17872/15585 21961/17869/15582</w:t>
        <w:br/>
        <w:t>f 21956/17868/15581 21964/17874/15587 21961/17869/15582</w:t>
        <w:br/>
        <w:t>f 21961/17869/15582 21963/17872/15585 21625/17534/15252</w:t>
        <w:br/>
        <w:t>f 21801/17708/15425 21797/17706/15423 21798/17705/15422</w:t>
        <w:br/>
        <w:t>f 21803/17713/15430 21800/17709/15426 21801/17708/15425</w:t>
        <w:br/>
        <w:t>f 21798/17705/15422 21803/17713/15430 21801/17708/15425</w:t>
        <w:br/>
        <w:t>f 21799/17710/15427 21800/17709/15426 21804/17712/15429</w:t>
        <w:br/>
        <w:t>f 21962/17871/15584 21799/17710/15427 21804/17712/15429</w:t>
        <w:br/>
        <w:t>f 21799/17710/15427 21195/17104/14841 21624/17531/15249</w:t>
        <w:br/>
        <w:t>f 21802/17711/15428 21799/17710/15427 21624/17531/15249</w:t>
        <w:br/>
        <w:t>f 21623/17532/15250 21624/17531/15249 21195/17104/14841</w:t>
        <w:br/>
        <w:t>f 21192/17103/14840 21623/17532/15250 21195/17104/14841</w:t>
        <w:br/>
        <w:t>f 21196/17106/14843 21623/17532/15250 21192/17103/14840</w:t>
        <w:br/>
        <w:t>f 21172/17080/14817 21196/17106/14843 21192/17103/14840</w:t>
        <w:br/>
        <w:t>f 21196/17106/14843 21172/17080/14817 21171/17081/14818</w:t>
        <w:br/>
        <w:t>f 21797/17706/15423 21801/17708/15425 21802/17711/15428</w:t>
        <w:br/>
        <w:t>f 21194/17101/14838 21962/17871/15584 21806/17716/15433</w:t>
        <w:br/>
        <w:t>f 21969/17878/15591 21194/17101/14838 21806/17716/15433</w:t>
        <w:br/>
        <w:t>f 21969/17878/15591 23066/18975/16531 21193/17102/14839</w:t>
        <w:br/>
        <w:t>f 21194/17101/14838 21969/17878/15591 21193/17102/14839</w:t>
        <w:br/>
        <w:t>f 21167/17075/14812 21172/17080/14817 21193/17102/14839</w:t>
        <w:br/>
        <w:t>f 23066/18975/16531 21167/17075/14812 21193/17102/14839</w:t>
        <w:br/>
        <w:t>f 21969/17878/15591 21970/17879/15592 23066/18975/16531</w:t>
        <w:br/>
        <w:t>f 23068/18976/16532 23067/18977/16533 21807/17715/15432</w:t>
        <w:br/>
        <w:t>f 21808/17714/15431 23068/18976/16532 21807/17715/15432</w:t>
        <w:br/>
        <w:t>f 23067/18977/16533 23069/18978/16534 21970/17879/15592</w:t>
        <w:br/>
        <w:t>f 21807/17715/15432 23067/18977/16533 21970/17879/15592</w:t>
        <w:br/>
        <w:t>f 21970/17879/15592 23069/18978/16534 21166/17076/14813</w:t>
        <w:br/>
        <w:t>f 23066/18975/16531 21970/17879/15592 21166/17076/14813</w:t>
        <w:br/>
        <w:t>f 23067/18977/16533 23068/18976/16532 21811/17719/15436</w:t>
        <w:br/>
        <w:t>f 21812/17718/15435 23067/18977/16533 21811/17719/15436</w:t>
        <w:br/>
        <w:t>f 23069/18978/16534 23067/18977/16533 21812/17718/15435</w:t>
        <w:br/>
        <w:t>f 21968/17876/15589 23069/18978/16534 21812/17718/15435</w:t>
        <w:br/>
        <w:t>f 23069/18978/16534 21968/17876/15589 21166/17076/14813</w:t>
        <w:br/>
        <w:t>f 21167/17075/14812 23066/18975/16531 21166/17076/14813</w:t>
        <w:br/>
        <w:t>f 21165/17077/14814 21166/17076/14813 21968/17876/15589</w:t>
        <w:br/>
        <w:t>f 21967/17877/15590 21165/17077/14814 21968/17876/15589</w:t>
        <w:br/>
        <w:t>f 23072/18979/16535 23071/18980/16536 21813/17723/15440</w:t>
        <w:br/>
        <w:t>f 23070/18981/16537 23072/18979/16535 21813/17723/15440</w:t>
        <w:br/>
        <w:t>f 22092/18001/15714 22091/18000/15713 22899/18808/16367</w:t>
        <w:br/>
        <w:t>f 23073/18982/16538 22092/18001/15714 22899/18808/16367</w:t>
        <w:br/>
        <w:t>f 22091/18000/15713 22092/18001/15714 21971/17880/15593</w:t>
        <w:br/>
        <w:t>f 22091/18000/15713 21971/17880/15593 21168/17074/14811</w:t>
        <w:br/>
        <w:t>f 21813/17723/15440 22899/18808/16367 21967/17877/15590</w:t>
        <w:br/>
        <w:t>f 21809/17721/15438 21813/17723/15440 21967/17877/15590</w:t>
        <w:br/>
        <w:t>f 22899/18808/16367 21813/17723/15440 23071/18980/16536</w:t>
        <w:br/>
        <w:t>f 23073/18982/16538 22899/18808/16367 23071/18980/16536</w:t>
        <w:br/>
        <w:t>f 23072/18979/16535 21162/17072/14809 23071/18980/16536</w:t>
        <w:br/>
        <w:t>f 21162/17072/14809 21163/17071/14808 23073/18982/16538</w:t>
        <w:br/>
        <w:t>f 23071/18980/16536 21162/17072/14809 23073/18982/16538</w:t>
        <w:br/>
        <w:t>f 23073/18982/16538 21163/17071/14808 22092/18001/15714</w:t>
        <w:br/>
        <w:t>f 21160/17067/14804 21154/17065/14802 22092/18001/15714</w:t>
        <w:br/>
        <w:t>f 21157/17066/14803 21164/17073/14810 21635/17545/15263</w:t>
        <w:br/>
        <w:t>f 21635/17545/15263 21164/17073/14810 21818/17726/15443</w:t>
        <w:br/>
        <w:t>f 21139/17047/14784 21635/17545/15263 21818/17726/15443</w:t>
        <w:br/>
        <w:t>f 22018/17927/15640 21819/17728/15445 22017/17926/15639</w:t>
        <w:br/>
        <w:t>f 21657/17566/15283 22018/17927/15640 22017/17926/15639</w:t>
        <w:br/>
        <w:t>f 21138/17048/14785 22018/17927/15640 21657/17566/15283</w:t>
        <w:br/>
        <w:t>f 21142/17052/14789 21138/17048/14785 21657/17566/15283</w:t>
        <w:br/>
        <w:t>f 21138/17048/14785 21142/17052/14789 21137/17049/14786</w:t>
        <w:br/>
        <w:t>f 22079/17988/15701 21140/17046/14783 21137/17049/14786</w:t>
        <w:br/>
        <w:t>f 21142/17052/14789 21143/17051/14788 21137/17049/14786</w:t>
        <w:br/>
        <w:t>f 21821/17730/15447 23075/18983/16539 23074/18984/16540</w:t>
        <w:br/>
        <w:t>f 21655/17565/15282 21821/17730/15447 23074/18984/16540</w:t>
        <w:br/>
        <w:t>f 21655/17565/15282 23074/18984/16540 21146/17054/14791</w:t>
        <w:br/>
        <w:t>f 21141/17053/14790 21655/17565/15282 21146/17054/14791</w:t>
        <w:br/>
        <w:t>f 21871/17780/15493 21473/17382/15110 23074/18984/16540</w:t>
        <w:br/>
        <w:t>f 23075/18983/16539 21871/17780/15493 23074/18984/16540</w:t>
        <w:br/>
        <w:t>f 23074/18984/16540 21473/17382/15110 21149/17056/14793</w:t>
        <w:br/>
        <w:t>f 21146/17054/14791 23074/18984/16540 21149/17056/14793</w:t>
        <w:br/>
        <w:t>f 21146/17054/14791 21149/17056/14793 21147/17058/14795</w:t>
        <w:br/>
        <w:t>f 21145/17055/14792 21146/17054/14791 21147/17058/14795</w:t>
        <w:br/>
        <w:t>f 21145/17055/14792 21147/17058/14795 21401/17308/15043</w:t>
        <w:br/>
        <w:t>f 21145/17055/14792 21401/17308/15043 22081/17989/15702</w:t>
        <w:br/>
        <w:t>f 21823/17731/15448 21474/17383/15111 21872/17781/15494</w:t>
        <w:br/>
        <w:t>f 21822/17732/15449 21823/17731/15448 21872/17781/15494</w:t>
        <w:br/>
        <w:t>f 21474/17383/15111 21823/17731/15448 21152/17059/14796</w:t>
        <w:br/>
        <w:t>f 21148/17057/14794 21474/17383/15111 21152/17059/14796</w:t>
        <w:br/>
        <w:t>f 21148/17057/14794 21152/17059/14796 21153/17062/14799</w:t>
        <w:br/>
        <w:t>f 21148/17057/14794 21153/17062/14799 21147/17058/14795</w:t>
        <w:br/>
        <w:t>f 21472/17381/15109 21647/17556/15273 21824/17734/15451</w:t>
        <w:br/>
        <w:t>f 23076/18985/16541 21832/17742/15459 21833/17741/15458</w:t>
        <w:br/>
        <w:t>f 23077/18986/16542 23076/18985/16541 21833/17741/15458</w:t>
        <w:br/>
        <w:t>f 21832/17742/15459 23076/18985/16541 22093/18002/15715</w:t>
        <w:br/>
        <w:t>f 22025/17934/15647 21832/17742/15459 22093/18002/15715</w:t>
        <w:br/>
        <w:t>f 23077/18986/16542 23079/18987/16543 23078/18988/16544</w:t>
        <w:br/>
        <w:t>f 23076/18985/16541 23077/18986/16542 23078/18988/16544</w:t>
        <w:br/>
        <w:t>f 23076/18985/16541 23078/18988/16544 22093/18002/15715</w:t>
        <w:br/>
        <w:t>f 22087/17996/15709 22025/17934/15647 22093/18002/15715</w:t>
        <w:br/>
        <w:t>f 23079/18987/16543 21988/17899/15612 23078/18988/16544</w:t>
        <w:br/>
        <w:t>f 21989/17898/15611 22093/18002/15715 23078/18988/16544</w:t>
        <w:br/>
        <w:t>f 21988/17899/15612 21989/17898/15611 23078/18988/16544</w:t>
        <w:br/>
        <w:t>f 21991/17900/15613 21836/17743/15460 21837/17746/15463</w:t>
        <w:br/>
        <w:t>f 21990/17897/15610 21991/17900/15613 21837/17746/15463</w:t>
        <w:br/>
        <w:t>f 21990/17897/15610 21837/17746/15463 22084/17991/15704</w:t>
        <w:br/>
        <w:t>f 21621/17530/15248 21620/17529/15247 21834/17745/15462</w:t>
        <w:br/>
        <w:t>f 21835/17744/15461 21621/17530/15248 21834/17745/15462</w:t>
        <w:br/>
        <w:t>f 21978/17886/15599 22085/17994/15707 21834/17745/15462</w:t>
        <w:br/>
        <w:t>f 22084/17991/15704 21837/17746/15463 21834/17745/15462</w:t>
        <w:br/>
        <w:t>f 21978/17886/15599 21834/17745/15462 21620/17529/15247</w:t>
        <w:br/>
        <w:t>f 21614/17523/15241 21615/17522/15240 23081/18989/16545</w:t>
        <w:br/>
        <w:t>f 23080/18990/16546 21614/17523/15241 23081/18989/16545</w:t>
        <w:br/>
        <w:t>f 21614/17523/15241 23080/18990/16546 21977/17887/15600</w:t>
        <w:br/>
        <w:t>f 21977/17887/15600 22086/17995/15708 21423/17333/15064</w:t>
        <w:br/>
        <w:t>f 21977/17887/15600 21423/17333/15064 21403/17313/15048</w:t>
        <w:br/>
        <w:t>f 21613/17524/15242 21614/17523/15241 21977/17887/15600</w:t>
        <w:br/>
        <w:t>f 21838/17747/15464 21610/17521/15239 23080/18990/16546</w:t>
        <w:br/>
        <w:t>f 23081/18989/16545 21838/17747/15464 23080/18990/16546</w:t>
        <w:br/>
        <w:t>f 23080/18990/16546 21610/17521/15239 22086/17995/15708</w:t>
        <w:br/>
        <w:t>f 23080/18990/16546 22086/17995/15708 21977/17887/15600</w:t>
        <w:br/>
        <w:t>f 21612/17519/15237 21979/17888/15601 21611/17520/15238</w:t>
        <w:br/>
        <w:t>f 21856/17768/15481 22053/17961/15674 21859/17765/15478</w:t>
        <w:br/>
        <w:t>f 22053/17961/15674 22052/17962/15675 22056/17965/15678</w:t>
        <w:br/>
        <w:t>f 21859/17765/15478 22053/17961/15674 22056/17965/15678</w:t>
        <w:br/>
        <w:t>f 21135/17045/14782 21413/17320/15053 22056/17965/15678</w:t>
        <w:br/>
        <w:t>f 22052/17962/15675 21135/17045/14782 22056/17965/15678</w:t>
        <w:br/>
        <w:t>f 21413/17320/15053 21135/17045/14782 21136/17044/14776</w:t>
        <w:br/>
        <w:t>f 21135/17045/14782 22052/17962/15675 21414/17325/15058</w:t>
        <w:br/>
        <w:t>f 21130/17039/14777 21135/17045/14782 21414/17325/15058</w:t>
        <w:br/>
        <w:t>f 21862/17770/15483 21415/17324/15057 23082/18991/16547</w:t>
        <w:br/>
        <w:t>f 21861/17771/15484 21862/17770/15483 23082/18991/16547</w:t>
        <w:br/>
        <w:t>f 21415/17324/15057 21416/17323/15056 22050/17960/15673</w:t>
        <w:br/>
        <w:t>f 23082/18991/16547 21415/17324/15057 22050/17960/15673</w:t>
        <w:br/>
        <w:t>f 21415/17324/15057 21862/17770/15483 21646/17555/15272</w:t>
        <w:br/>
        <w:t>f 21414/17325/15058 21415/17324/15057 21646/17555/15272</w:t>
        <w:br/>
        <w:t>f 21860/17772/15485 21864/17775/15488 23083/18992/16548</w:t>
        <w:br/>
        <w:t>f 21863/17769/15482 21860/17772/15485 23083/18992/16548</w:t>
        <w:br/>
        <w:t>f 21863/17769/15482 23083/18992/16548 21993/17903/15616</w:t>
        <w:br/>
        <w:t>f 21994/17902/15615 21863/17769/15482 21993/17903/15616</w:t>
        <w:br/>
        <w:t>f 21130/17039/14777 21646/17555/15272 21994/17902/15615</w:t>
        <w:br/>
        <w:t>f 23084/18993/16549 21607/17517/15235 21608/17516/15234</w:t>
        <w:br/>
        <w:t>f 21864/17775/15488 23084/18993/16549 21608/17516/15234</w:t>
        <w:br/>
        <w:t>f 21864/17775/15488 21608/17516/15234 21983/17893/15606</w:t>
        <w:br/>
        <w:t>f 23083/18992/16548 21864/17775/15488 21983/17893/15606</w:t>
        <w:br/>
        <w:t>f 21996/17905/15618 21993/17903/15616 23083/18992/16548</w:t>
        <w:br/>
        <w:t>f 21983/17893/15606 21996/17905/15618 23083/18992/16548</w:t>
        <w:br/>
        <w:t>f 21993/17903/15616 21996/17905/15618 21130/17039/14777</w:t>
        <w:br/>
        <w:t>f 21894/17802/15515 21125/17036/14774 21126/17035/14773</w:t>
        <w:br/>
        <w:t>f 21893/17803/15516 21894/17802/15515 21126/17035/14773</w:t>
        <w:br/>
        <w:t>f 21605/17514/15232 21606/17513/15231 21922/17831/15544</w:t>
        <w:br/>
        <w:t>f 21922/17831/15544 21606/17513/15231 21980/17890/15603</w:t>
        <w:br/>
        <w:t>f 21980/17890/15603 21128/17037/14775 21125/17036/14774</w:t>
        <w:br/>
        <w:t>f 21922/17831/15544 21980/17890/15603 21125/17036/14774</w:t>
        <w:br/>
        <w:t>f 21603/17510/15228 21945/17854/15567 21681/17592/15309</w:t>
        <w:br/>
        <w:t>f 21124/17030/14768 21684/17594/15311 21685/17593/15310</w:t>
        <w:br/>
        <w:t>f 23085/18994/16550 21124/17030/14768 21685/17593/15310</w:t>
        <w:br/>
        <w:t>f 21124/17030/14768 21121/17033/14771 21684/17594/15311</w:t>
        <w:br/>
        <w:t>f 21934/17843/15556 21944/17853/15566 21121/17033/14771</w:t>
        <w:br/>
        <w:t>f 21597/17509/15227 21122/17032/14770 21123/17031/14769</w:t>
        <w:br/>
        <w:t>f 23086/18995/16551 21122/17032/14770 21597/17509/15227</w:t>
        <w:br/>
        <w:t>f 21598/17508/15226 23086/18995/16551 21597/17509/15227</w:t>
        <w:br/>
        <w:t>f 21689/17598/15315 23086/18995/16551 21882/17790/15503</w:t>
        <w:br/>
        <w:t>f 21120/17026/14764 21122/17032/14770 23086/18995/16551</w:t>
        <w:br/>
        <w:t>f 21123/17031/14769 21124/17030/14768 23085/18994/16550</w:t>
        <w:br/>
        <w:t>f 23087/18996/16552 21123/17031/14769 23085/18994/16550</w:t>
        <w:br/>
        <w:t>f 23087/18996/16552 21600/17506/15224 21597/17509/15227</w:t>
        <w:br/>
        <w:t>f 21123/17031/14769 23087/18996/16552 21597/17509/15227</w:t>
        <w:br/>
        <w:t>f 23086/18995/16551 21598/17508/15226 21882/17790/15503</w:t>
        <w:br/>
        <w:t>f 22885/18794/16357 21119/17027/14765 23088/18997/16553</w:t>
        <w:br/>
        <w:t>f 21518/17427/15150 21133/17042/14780 21118/17028/14766</w:t>
        <w:br/>
        <w:t>f 21133/17042/14780 21117/17029/14767 21118/17028/14766</w:t>
        <w:br/>
        <w:t>f 23089/18998/16554 21686/17597/15314 21687/17596/15313</w:t>
        <w:br/>
        <w:t>f 21693/17599/15316 23089/18998/16554 21687/17596/15313</w:t>
        <w:br/>
        <w:t>f 21689/17598/15315 21686/17597/15314 23088/18997/16553</w:t>
        <w:br/>
        <w:t>f 23086/18995/16551 21689/17598/15315 23088/18997/16553</w:t>
        <w:br/>
        <w:t>f 21686/17597/15314 23089/18998/16554 22885/18794/16357</w:t>
        <w:br/>
        <w:t>f 23088/18997/16553 21686/17597/15314 22885/18794/16357</w:t>
        <w:br/>
        <w:t>f 22885/18794/16357 21691/17601/15318 21232/17139/14876</w:t>
        <w:br/>
        <w:t>f 21693/17599/15316 21690/17602/15319 23089/18998/16554</w:t>
        <w:br/>
        <w:t>f 23086/18995/16551 23088/18997/16553 21119/17027/14765</w:t>
        <w:br/>
        <w:t>f 21120/17026/14764 23086/18995/16551 21119/17027/14765</w:t>
        <w:br/>
        <w:t>f 21119/17027/14765 21233/17142/14879 21234/17143/14880</w:t>
        <w:br/>
        <w:t>f 21118/17028/14766 21119/17027/14765 21234/17143/14880</w:t>
        <w:br/>
        <w:t>f 21232/17139/14876 21694/17603/15320 21883/17792/15505</w:t>
        <w:br/>
        <w:t>f 21883/17792/15505 21694/17603/15320 21695/17604/15321</w:t>
        <w:br/>
        <w:t>f 23090/18999/16555 21883/17792/15505 21695/17604/15321</w:t>
        <w:br/>
        <w:t>f 21690/17602/15319 21691/17601/15318 22885/18794/16357</w:t>
        <w:br/>
        <w:t>f 23089/18998/16554 21690/17602/15319 22885/18794/16357</w:t>
        <w:br/>
        <w:t>f 21691/17601/15318 21694/17603/15320 21232/17139/14876</w:t>
        <w:br/>
        <w:t>f 21231/17140/14877 21696/17607/15324 21230/17141/14878</w:t>
        <w:br/>
        <w:t>f 21230/17141/14878 22088/17997/15710 21234/17143/14880</w:t>
        <w:br/>
        <w:t>f 21230/17141/14878 23091/19000/16556 22088/17997/15710</w:t>
        <w:br/>
        <w:t>f 22088/17997/15710 21229/17138/14875 23092/19001/16557</w:t>
        <w:br/>
        <w:t>f 22088/17997/15710 22075/17985/16558 21518/17427/15150</w:t>
        <w:br/>
        <w:t>f 21696/17607/15324 23091/19000/16556 21230/17141/14878</w:t>
        <w:br/>
        <w:t>f 21696/17607/15324 23093/19002/16559 23091/19000/16556</w:t>
        <w:br/>
        <w:t>f 21229/17138/14875 22088/17997/15710 23091/19000/16556</w:t>
        <w:br/>
        <w:t>f 21226/17135/14872 21229/17138/14875 23091/19000/16556</w:t>
        <w:br/>
        <w:t>f 23093/19002/16559 21696/17607/15324 21697/17606/15323</w:t>
        <w:br/>
        <w:t>f 23094/19003/16560 23093/19002/16559 21697/17606/15323</w:t>
        <w:br/>
        <w:t>f 23090/18999/16555 23095/19004/16561 21698/17605/15322</w:t>
        <w:br/>
        <w:t>f 21883/17792/15505 23090/18999/16555 21698/17605/15322</w:t>
        <w:br/>
        <w:t>f 23095/19004/16561 23096/19005/16562 21697/17606/15323</w:t>
        <w:br/>
        <w:t>f 21698/17605/15322 23095/19004/16561 21697/17606/15323</w:t>
        <w:br/>
        <w:t>f 23094/19003/16560 21697/17606/15323 23097/19006/16563</w:t>
        <w:br/>
        <w:t>f 23098/19007/16564 23094/19003/16560 23097/19006/16563</w:t>
        <w:br/>
        <w:t>f 20916/16823/14624 20917/16826/14626 20910/16822/14623</w:t>
        <w:br/>
        <w:t>f 20911/16821/14622 20916/16823/14624 20910/16822/14623</w:t>
        <w:br/>
        <w:t>f 21699/17610/15327 23094/19003/16560 23098/19007/16564</w:t>
        <w:br/>
        <w:t>f 21885/17793/15506 21699/17610/15327 23098/19007/16564</w:t>
        <w:br/>
        <w:t>f 21700/17609/15326 23093/19002/16559 23094/19003/16560</w:t>
        <w:br/>
        <w:t>f 21699/17610/15327 21700/17609/15326 23094/19003/16560</w:t>
        <w:br/>
        <w:t>f 21226/17135/14872 23093/19002/16559 21700/17609/15326</w:t>
        <w:br/>
        <w:t>f 21701/17608/15325 21226/17135/14872 21700/17609/15326</w:t>
        <w:br/>
        <w:t>f 21697/17606/15323 23096/19005/16562 23097/19006/16563</w:t>
        <w:br/>
        <w:t>f 21884/17794/15507 21705/17612/15329 21706/17615/15332</w:t>
        <w:br/>
        <w:t>f 21702/17611/15328 21884/17794/15507 21706/17615/15332</w:t>
        <w:br/>
        <w:t>f 21704/17613/15330 23099/19008/16565 21708/17616/15333</w:t>
        <w:br/>
        <w:t>f 21703/17614/15331 21704/17613/15330 21708/17616/15333</w:t>
        <w:br/>
        <w:t>f 21899/17807/15520 21708/17616/15333 23099/19008/16565</w:t>
        <w:br/>
        <w:t>f 21898/17808/15521 21899/17807/15520 23099/19008/16565</w:t>
        <w:br/>
        <w:t>f 21710/17618/15335 21900/17809/15522 21709/17619/15336</w:t>
        <w:br/>
        <w:t>f 21900/17809/15522 23100/19009/16566 21709/17619/15336</w:t>
        <w:br/>
        <w:t>f 21709/17619/15336 23100/19009/16566 21221/17132/14869</w:t>
        <w:br/>
        <w:t>f 21222/17131/14868 21709/17619/15336 21221/17132/14869</w:t>
        <w:br/>
        <w:t>f 21215/17124/14861 21218/17129/14866 21222/17131/14868</w:t>
        <w:br/>
        <w:t>f 21223/17130/14867 21215/17124/14861 21222/17131/14868</w:t>
        <w:br/>
        <w:t>f 21215/17124/14861 21198/17109/14846 21199/17108/14845</w:t>
        <w:br/>
        <w:t>f 21218/17129/14866 21215/17124/14861 21199/17108/14845</w:t>
        <w:br/>
        <w:t>f 21200/17107/14844 21216/17125/14862 21199/17108/14845</w:t>
        <w:br/>
        <w:t>f 21216/17125/14862 21220/17127/14864 21199/17108/14845</w:t>
        <w:br/>
        <w:t>f 21224/17133/14870 21710/17618/15335 21219/17128/14865</w:t>
        <w:br/>
        <w:t>f 21899/17807/15520 21710/17618/15335 21224/17133/14870</w:t>
        <w:br/>
        <w:t>f 21702/17611/15328 21706/17615/15332 21225/17136/14873</w:t>
        <w:br/>
        <w:t>f 21701/17608/15325 21702/17611/15328 21225/17136/14873</w:t>
        <w:br/>
        <w:t>f 21228/17137/14874 21225/17136/14873 21706/17615/15332</w:t>
        <w:br/>
        <w:t>f 21703/17614/15331 21228/17137/14874 21706/17615/15332</w:t>
        <w:br/>
        <w:t>f 21226/17135/14872 21701/17608/15325 21225/17136/14873</w:t>
        <w:br/>
        <w:t>f 21228/17137/14874 21707/17617/15334 21227/17134/14871</w:t>
        <w:br/>
        <w:t>f 21229/17138/14875 21227/17134/14871 21217/17126/14863</w:t>
        <w:br/>
        <w:t>f 21708/17616/15333 21899/17807/15520 21707/17617/15334</w:t>
        <w:br/>
        <w:t>f 21224/17133/14870 21217/17126/14863 21227/17134/14871</w:t>
        <w:br/>
        <w:t>f 21707/17617/15334 21224/17133/14870 21227/17134/14871</w:t>
        <w:br/>
        <w:t>f 21899/17807/15520 21224/17133/14870 21707/17617/15334</w:t>
        <w:br/>
        <w:t>f 23093/19002/16559 21226/17135/14872 23091/19000/16556</w:t>
        <w:br/>
        <w:t>f 21721/17631/15348 21523/17431/15154 21521/17429/15152</w:t>
        <w:br/>
        <w:t>f 21520/17430/15153 21524/17433/15156 21721/17631/15348</w:t>
        <w:br/>
        <w:t>f 21521/17429/15152 21520/17430/15153 21721/17631/15348</w:t>
        <w:br/>
        <w:t>f 21208/17117/14854 21519/17428/15151 21520/17430/15153</w:t>
        <w:br/>
        <w:t>f 21207/17118/14855 21208/17117/14854 21520/17430/15153</w:t>
        <w:br/>
        <w:t>f 22908/18818/16377 22909/18817/16376 21523/17431/15154</w:t>
        <w:br/>
        <w:t>f 21722/17630/15347 22908/18818/16377 21523/17431/15154</w:t>
        <w:br/>
        <w:t>f 22909/18817/16376 21280/17188/14923 21522/17432/15155</w:t>
        <w:br/>
        <w:t>f 21523/17431/15154 22909/18817/16376 21522/17432/15155</w:t>
        <w:br/>
        <w:t>f 21522/17432/15155 21280/17188/14923 21276/17186/14921</w:t>
        <w:br/>
        <w:t>f 21627/17535/15253 21725/17635/15352 21726/17634/15351</w:t>
        <w:br/>
        <w:t>f 21626/17536/15254 21627/17535/15253 21726/17634/15351</w:t>
        <w:br/>
        <w:t>f 21279/17189/14924 23101/19010/16567 21272/17179/14914</w:t>
        <w:br/>
        <w:t>f 21275/17184/14919 21279/17189/14924 21272/17179/14914</w:t>
        <w:br/>
        <w:t>f 21276/17186/14921 21280/17188/14923 21275/17184/14919</w:t>
        <w:br/>
        <w:t>f 21273/17183/14918 21276/17186/14921 21275/17184/14919</w:t>
        <w:br/>
        <w:t>f 21724/17636/15353 21725/17635/15352 21279/17189/14924</w:t>
        <w:br/>
        <w:t>f 21280/17188/14923 21724/17636/15353 21279/17189/14924</w:t>
        <w:br/>
        <w:t>f 21279/17189/14924 21627/17535/15253 23101/19010/16567</w:t>
        <w:br/>
        <w:t>f 21265/17174/14909 23102/19011/16568 21271/17180/14915</w:t>
        <w:br/>
        <w:t>f 23101/19010/16567 21265/17174/14909 21271/17180/14915</w:t>
        <w:br/>
        <w:t>f 21627/17535/15253 21265/17174/14909 23101/19010/16567</w:t>
        <w:br/>
        <w:t>f 21279/17189/14924 21725/17635/15352 21627/17535/15253</w:t>
        <w:br/>
        <w:t>f 23102/19011/16568 21728/17640/15357 21271/17180/14915</w:t>
        <w:br/>
        <w:t>f 21265/17174/14909 21266/17173/14908 23102/19011/16568</w:t>
        <w:br/>
        <w:t>f 21728/17640/15357 23102/19011/16568 21266/17173/14908</w:t>
        <w:br/>
        <w:t>f 23103/19012/16569 21728/17640/15357 21266/17173/14908</w:t>
        <w:br/>
        <w:t>f 21728/17640/15357 21729/17639/15356 23104/19013/16570</w:t>
        <w:br/>
        <w:t>f 23104/19013/16570 21268/17177/14912 23105/19014/16571</w:t>
        <w:br/>
        <w:t>f 21270/17181/14916 23104/19013/16570 23105/19014/16571</w:t>
        <w:br/>
        <w:t>f 21271/17180/14915 23104/19013/16570 21270/17181/14916</w:t>
        <w:br/>
        <w:t>f 21272/17179/14914 23101/19010/16567 21271/17180/14915</w:t>
        <w:br/>
        <w:t>f 21270/17181/14916 23105/19014/16571 21274/17182/14917</w:t>
        <w:br/>
        <w:t>f 21278/17187/14922 21273/17183/14918 21274/17182/14917</w:t>
        <w:br/>
        <w:t>f 21259/17169/14904 21278/17187/14922 21274/17182/14917</w:t>
        <w:br/>
        <w:t>f 21268/17177/14912 23107/19015/16572 23106/19016/16573</w:t>
        <w:br/>
        <w:t>f 23105/19014/16571 21268/17177/14912 23106/19016/16573</w:t>
        <w:br/>
        <w:t>f 23105/19014/16571 22090/17999/15712 21274/17182/14917</w:t>
        <w:br/>
        <w:t>f 23105/19014/16571 23106/19016/16573 22090/17999/15712</w:t>
        <w:br/>
        <w:t>f 22090/17999/15712 23106/19016/16573 22065/17974/15687</w:t>
        <w:br/>
        <w:t>f 22064/17971/15684 22090/17999/15712 22065/17974/15687</w:t>
        <w:br/>
        <w:t>f 22065/17974/15687 23106/19016/16573 23107/19015/16572</w:t>
        <w:br/>
        <w:t>f 21500/17409/15137 22065/17974/15687 23107/19015/16572</w:t>
        <w:br/>
        <w:t>f 21500/17409/15137 21925/17832/15545 21499/17407/15135</w:t>
        <w:br/>
        <w:t>f 21950/17859/15572 21499/17407/15135 21925/17832/15545</w:t>
        <w:br/>
        <w:t>f 21923/17834/15547 21950/17859/15572 21925/17832/15545</w:t>
        <w:br/>
        <w:t>f 21269/17176/14911 23107/19015/16572 21268/17177/14912</w:t>
        <w:br/>
        <w:t>f 21267/17178/14913 21729/17639/15356 21730/17638/15355</w:t>
        <w:br/>
        <w:t>f 21927/17836/15549 21267/17178/14913 21730/17638/15355</w:t>
        <w:br/>
        <w:t>f 21729/17639/15356 21267/17178/14913 21268/17177/14912</w:t>
        <w:br/>
        <w:t>f 21728/17640/15357 23103/19012/16569 21731/17637/15354</w:t>
        <w:br/>
        <w:t>f 21728/17640/15357 23104/19013/16570 21271/17180/14915</w:t>
        <w:br/>
        <w:t>f 21729/17639/15356 21268/17177/14912 23104/19013/16570</w:t>
        <w:br/>
        <w:t>f 21500/17409/15137 23107/19015/16572 21925/17832/15545</w:t>
        <w:br/>
        <w:t>f 23107/19015/16572 21269/17176/14911 21925/17832/15545</w:t>
        <w:br/>
        <w:t>f 21261/17172/14907 21262/17171/14906 21498/17408/15136</w:t>
        <w:br/>
        <w:t>f 21949/17858/15571 21261/17172/14907 21498/17408/15136</w:t>
        <w:br/>
        <w:t>f 21263/17170/14905 22065/17974/15687 21262/17171/14906</w:t>
        <w:br/>
        <w:t>f 22065/17974/15687 21500/17409/15137 21262/17171/14906</w:t>
        <w:br/>
        <w:t>f 21498/17408/15136 21948/17855/15568 21949/17858/15571</w:t>
        <w:br/>
        <w:t>f 21947/17856/15569 21886/17795/15508 21733/17642/15359</w:t>
        <w:br/>
        <w:t>f 21946/17857/15570 21947/17856/15569 21733/17642/15359</w:t>
        <w:br/>
        <w:t>f 21261/17172/14907 21949/17858/15571 21946/17857/15570</w:t>
        <w:br/>
        <w:t>f 21498/17408/15136 21951/17860/15573 21948/17855/15568</w:t>
        <w:br/>
        <w:t>f 21738/17644/15361 21732/17643/15360 21887/17796/15509</w:t>
        <w:br/>
        <w:t>f 21737/17645/15362 21738/17644/15361 21887/17796/15509</w:t>
        <w:br/>
        <w:t>f 21732/17643/15360 21738/17644/15361 21734/17641/15358</w:t>
        <w:br/>
        <w:t>f 21734/17641/15358 21387/17296/15031 22073/17982/15695</w:t>
        <w:br/>
        <w:t>f 22063/17972/15685 21734/17641/15358 22073/17982/15695</w:t>
        <w:br/>
        <w:t>f 22073/17982/15695 22089/17998/15711 22062/17973/15686</w:t>
        <w:br/>
        <w:t>f 22063/17972/15685 22073/17982/15695 22062/17973/15686</w:t>
        <w:br/>
        <w:t>f 22062/17973/15686 22089/17998/15711 21252/17159/14894</w:t>
        <w:br/>
        <w:t>f 22062/17973/15686 21252/17159/14894 21255/17166/14901</w:t>
        <w:br/>
        <w:t>f 21738/17644/15361 21387/17296/15031 21734/17641/15358</w:t>
        <w:br/>
        <w:t>f 21735/17647/15364 21386/17293/15028 21387/17296/15031</w:t>
        <w:br/>
        <w:t>f 21739/17649/15366 21390/17297/15032 21391/17300/15035</w:t>
        <w:br/>
        <w:t>f 21385/17294/15029 21739/17649/15366 21391/17300/15035</w:t>
        <w:br/>
        <w:t>f 21385/17294/15029 21391/17300/15035 22947/18856/16414</w:t>
        <w:br/>
        <w:t>f 21384/17295/15030 21385/17294/15029 22947/18856/16414</w:t>
        <w:br/>
        <w:t>f 21241/17148/14883 21239/17150/14885 21384/17295/15030</w:t>
        <w:br/>
        <w:t>f 22947/18856/16414 21241/17148/14883 21384/17295/15030</w:t>
        <w:br/>
        <w:t>f 21242/17154/14889 21240/17149/14884 21241/17148/14883</w:t>
        <w:br/>
        <w:t>f 22070/17981/15694 21242/17154/14889 21241/17148/14883</w:t>
        <w:br/>
        <w:t>f 21240/17149/14884 22089/17998/15711 21239/17150/14885</w:t>
        <w:br/>
        <w:t>f 22089/17998/15711 22073/17982/15695 21239/17150/14885</w:t>
        <w:br/>
        <w:t>f 21249/17155/14890 21251/17160/14895 21240/17149/14884</w:t>
        <w:br/>
        <w:t>f 21242/17154/14889 21249/17155/14890 21240/17149/14884</w:t>
        <w:br/>
        <w:t>f 21246/17158/14893 21250/17161/14896 21251/17160/14895</w:t>
        <w:br/>
        <w:t>f 21249/17155/14890 21246/17158/14893 21251/17160/14895</w:t>
        <w:br/>
        <w:t>f 21246/17158/14893 21253/17163/14898 21258/17167/14902</w:t>
        <w:br/>
        <w:t>f 21250/17161/14896 21246/17158/14893 21258/17167/14902</w:t>
        <w:br/>
        <w:t>f 21258/17167/14902 22007/17915/15628 22032/17941/15654</w:t>
        <w:br/>
        <w:t>f 21257/17164/14899 21258/17167/14902 22032/17941/15654</w:t>
        <w:br/>
        <w:t>f 21742/17650/15367 21953/17863/15576 21954/17862/15575</w:t>
        <w:br/>
        <w:t>f 21741/17651/15368 21742/17650/15367 21954/17862/15575</w:t>
        <w:br/>
        <w:t>f 21741/17651/15368 21954/17862/15575 22946/18855/16413</w:t>
        <w:br/>
        <w:t>f 22071/17980/15693 21741/17651/15368 22946/18855/16413</w:t>
        <w:br/>
        <w:t>f 22071/17980/15693 22069/17977/15690 22070/17981/15694</w:t>
        <w:br/>
        <w:t>f 22071/17980/15693 22072/17979/15692 21388/17299/15034</w:t>
        <w:br/>
        <w:t>f 21741/17651/15368 22071/17980/15693 21388/17299/15034</w:t>
        <w:br/>
        <w:t>f 21241/17148/14883 22947/18856/16414 22072/17979/15692</w:t>
        <w:br/>
        <w:t>f 22067/17975/15688 22068/17978/15691 21392/17304/15039</w:t>
        <w:br/>
        <w:t>f 21393/17303/15038 22067/17975/15688 21392/17304/15039</w:t>
        <w:br/>
        <w:t>f 21468/17377/15105 21244/17152/14887 22066/17976/15689</w:t>
        <w:br/>
        <w:t>f 21467/17374/15102 21468/17377/15105 22066/17976/15689</w:t>
        <w:br/>
        <w:t>f 21244/17152/14887 21245/17151/14886 22068/17978/15691</w:t>
        <w:br/>
        <w:t>f 22067/17975/15688 21244/17152/14887 22068/17978/15691</w:t>
        <w:br/>
        <w:t>f 22045/17957/15670 23108/19017/16574 21310/17219/14954</w:t>
        <w:br/>
        <w:t>f 21466/17375/15103 22045/17957/15670 21310/17219/14954</w:t>
        <w:br/>
        <w:t>f 21293/17199/14934 21465/17376/15104 21466/17375/15103</w:t>
        <w:br/>
        <w:t>f 21310/17219/14954 21293/17199/14934 21466/17375/15103</w:t>
        <w:br/>
        <w:t>f 21465/17376/15104 21290/17202/14937 21308/17217/14952</w:t>
        <w:br/>
        <w:t>f 21468/17377/15105 21465/17376/15104 21308/17217/14952</w:t>
        <w:br/>
        <w:t>f 22074/17983/15696 23108/19017/16574 22046/17956/15669</w:t>
        <w:br/>
        <w:t>f 21745/17652/15369 22074/17983/15696 22046/17956/15669</w:t>
        <w:br/>
        <w:t>f 22046/17956/15669 23108/19017/16574 22045/17957/15670</w:t>
        <w:br/>
        <w:t>f 21745/17652/15369 21309/17220/14955 22074/17983/15696</w:t>
        <w:br/>
        <w:t>f 21310/17219/14954 23108/19017/16574 22074/17983/15696</w:t>
        <w:br/>
        <w:t>f 21641/17550/14400 21746/17655/15372 21637/17548/15266</w:t>
        <w:br/>
        <w:t>f 21640/17551/15268 21641/17550/14400 21637/17548/15266</w:t>
        <w:br/>
        <w:t>f 21640/17551/15268 21637/17548/15266 21318/17226/14961</w:t>
        <w:br/>
        <w:t>f 21501/17411/15139 21640/17551/15268 21318/17226/14961</w:t>
        <w:br/>
        <w:t>f 21501/17411/15139 21318/17226/14961 21309/17220/14955</w:t>
        <w:br/>
        <w:t>f 21317/17227/14962 21638/17547/15265 23109/19018/16575</w:t>
        <w:br/>
        <w:t>f 21528/17437/15160 21525/17436/15159 21301/17210/14945</w:t>
        <w:br/>
        <w:t>f 21312/17221/14956 21528/17437/15160 21301/17210/14945</w:t>
        <w:br/>
        <w:t>f 21296/17204/14939 21311/17218/14953 21312/17221/14956</w:t>
        <w:br/>
        <w:t>f 21301/17210/14945 21296/17204/14939 21312/17221/14956</w:t>
        <w:br/>
        <w:t>f 21311/17218/14953 21296/17204/14939 21292/17200/14935</w:t>
        <w:br/>
        <w:t>f 21293/17199/14934 21311/17218/14953 21292/17200/14935</w:t>
        <w:br/>
        <w:t>f 21312/17221/14956 21317/17227/14962 21528/17437/15160</w:t>
        <w:br/>
        <w:t>f 21528/17437/15160 21317/17227/14962 23109/19018/16575</w:t>
        <w:br/>
        <w:t>f 21527/17434/15157 23109/19018/16575 21750/17659/15376</w:t>
        <w:br/>
        <w:t>f 21747/17658/15375 21527/17434/15157 21750/17659/15376</w:t>
        <w:br/>
        <w:t>f 23109/19018/16575 21638/17547/15265 21639/17546/15264</w:t>
        <w:br/>
        <w:t>f 21750/17659/15376 23109/19018/16575 21639/17546/15264</w:t>
        <w:br/>
        <w:t>f 21317/17227/14962 21318/17226/14961 21637/17548/15266</w:t>
        <w:br/>
        <w:t>f 21638/17547/15265 21317/17227/14962 21637/17548/15266</w:t>
        <w:br/>
        <w:t>f 23111/19019/16576 21747/17658/15375 21748/17657/15374</w:t>
        <w:br/>
        <w:t>f 23110/19020/16577 23111/19019/16576 21748/17657/15374</w:t>
        <w:br/>
        <w:t>f 21526/17435/15158 21527/17434/15157 21747/17658/15375</w:t>
        <w:br/>
        <w:t>f 23111/19019/16576 21526/17435/15158 21747/17658/15375</w:t>
        <w:br/>
        <w:t>f 21528/17437/15160 23109/19018/16575 21527/17434/15157</w:t>
        <w:br/>
        <w:t>f 23110/19020/16577 21629/17537/15255 23111/19019/16576</w:t>
        <w:br/>
        <w:t>f 21525/17436/15159 21313/17225/14960 21301/17210/14945</w:t>
        <w:br/>
        <w:t>f 21526/17435/15158 21316/17222/14957 21313/17225/14960</w:t>
        <w:br/>
        <w:t>f 21525/17436/15159 21526/17435/15158 21313/17225/14960</w:t>
        <w:br/>
        <w:t>f 23111/19019/16576 21629/17537/15255 21316/17222/14957</w:t>
        <w:br/>
        <w:t>f 21526/17435/15158 23111/19019/16576 21316/17222/14957</w:t>
        <w:br/>
        <w:t>f 21897/17806/15519 21672/17581/15298 21628/17538/15256</w:t>
        <w:br/>
        <w:t>f 21673/17582/15299 21315/17223/14958 21628/17538/15256</w:t>
        <w:br/>
        <w:t>f 21672/17581/15298 21673/17582/15299 21628/17538/15256</w:t>
        <w:br/>
        <w:t>f 21315/17223/14958 21673/17582/15299 21314/17224/14959</w:t>
        <w:br/>
        <w:t>f 21559/17468/15188 21560/17467/15187 22935/18844/16402</w:t>
        <w:br/>
        <w:t>f 22037/17946/15659 21559/17468/15188 22935/18844/16402</w:t>
        <w:br/>
        <w:t>f 21578/17487/15207 21358/17264/14999 21294/17206/14941</w:t>
        <w:br/>
        <w:t>f 21295/17205/14940 21314/17224/14959 22037/17946/15659</w:t>
        <w:br/>
        <w:t>f 22933/18843/16401 21560/17467/15187 21561/17470/15190</w:t>
        <w:br/>
        <w:t>f 21670/17578/15295 22933/18843/16401 21561/17470/15190</w:t>
        <w:br/>
        <w:t>f 21578/17487/15207 22935/18844/16402 21560/17467/15187</w:t>
        <w:br/>
        <w:t>f 22933/18843/16401 21578/17487/15207 21560/17467/15187</w:t>
        <w:br/>
        <w:t>f 22037/17946/15659 22935/18844/16402 21294/17206/14941</w:t>
        <w:br/>
        <w:t>f 21295/17205/14940 22037/17946/15659 21294/17206/14941</w:t>
        <w:br/>
        <w:t>f 21294/17206/14941 21358/17264/14999 21355/17267/15002</w:t>
        <w:br/>
        <w:t>f 21297/17203/14938 21294/17206/14941 21355/17267/15002</w:t>
        <w:br/>
        <w:t>f 21298/17208/14943 21292/17200/14935 21297/17203/14938</w:t>
        <w:br/>
        <w:t>f 21292/17200/14935 21296/17204/14939 21297/17203/14938</w:t>
        <w:br/>
        <w:t>f 21364/17273/15008 23113/19021/16578 23112/19022/16579</w:t>
        <w:br/>
        <w:t>f 21349/17261/14996 21364/17273/15008 23112/19022/16579</w:t>
        <w:br/>
        <w:t>f 22895/18804/16364 21352/17258/14993 21349/17261/14996</w:t>
        <w:br/>
        <w:t>f 23112/19022/16579 22895/18804/16364 21349/17261/14996</w:t>
        <w:br/>
        <w:t>f 19735/15643/13585 19736/15642/13584 19738/15645/13587</w:t>
        <w:br/>
        <w:t>f 23114/19023/16580 22896/18805/16365 22895/18804/16364</w:t>
        <w:br/>
        <w:t>f 21353/17263/14998 21352/17258/14993 22895/18804/16364</w:t>
        <w:br/>
        <w:t>f 22895/18804/16364 23112/19022/16579 23114/19023/16580</w:t>
        <w:br/>
        <w:t>f 23114/19023/16580 21546/17455/15177 22896/18805/16365</w:t>
        <w:br/>
        <w:t>f 23113/19021/16578 23115/19024/16581 23114/19023/16580</w:t>
        <w:br/>
        <w:t>f 23112/19022/16579 23113/19021/16578 23114/19023/16580</w:t>
        <w:br/>
        <w:t>f 21763/17672/15389 22939/18849/16407 22940/18848/16406</w:t>
        <w:br/>
        <w:t>f 21762/17673/15390 21763/17672/15389 22940/18848/16406</w:t>
        <w:br/>
        <w:t>f 22942/18851/16409 21906/17815/15528 21762/17673/15390</w:t>
        <w:br/>
        <w:t>f 22940/18848/16406 22942/18851/16409 21762/17673/15390</w:t>
        <w:br/>
        <w:t>f 23116/19025/16582 23114/19023/16580 23115/19024/16581</w:t>
        <w:br/>
        <w:t>f 20187/16095/14032 22150/18058/15767 20305/16213/14150</w:t>
        <w:br/>
        <w:t>f 21904/17811/15524 21905/17814/15527 22940/18848/16406</w:t>
        <w:br/>
        <w:t>f 21244/17152/14887 21468/17377/15105 21308/17217/14952</w:t>
        <w:br/>
        <w:t>f 21243/17153/14888 21244/17152/14887 21308/17217/14952</w:t>
        <w:br/>
        <w:t>f 21243/17153/14888 21308/17217/14952 21305/17211/14946</w:t>
        <w:br/>
        <w:t>f 21248/17156/14891 21243/17153/14888 21305/17211/14946</w:t>
        <w:br/>
        <w:t>f 21302/17214/14949 21247/17157/14892 21248/17156/14891</w:t>
        <w:br/>
        <w:t>f 21305/17211/14946 21302/17214/14949 21248/17156/14891</w:t>
        <w:br/>
        <w:t>f 21306/17216/14951 21254/17162/14897 21247/17157/14892</w:t>
        <w:br/>
        <w:t>f 21302/17214/14949 21306/17216/14951 21247/17157/14892</w:t>
        <w:br/>
        <w:t>f 21306/17216/14951 21936/17846/15559 22006/17916/15629</w:t>
        <w:br/>
        <w:t>f 21254/17162/14897 21306/17216/14951 22006/17916/15629</w:t>
        <w:br/>
        <w:t>f 21543/17453/15175 22009/17917/15630 21131/17038/14776</w:t>
        <w:br/>
        <w:t>f 20387/16295/14231 19978/15888/13826 19979/15887/13825</w:t>
        <w:br/>
        <w:t>f 20711/16620/14495 20708/16619/14495 20714/16622/14496</w:t>
        <w:br/>
        <w:t>f 20715/16621/14496 20711/16620/14495 20714/16622/14496</w:t>
        <w:br/>
        <w:t>f 19719/15624/13566 19725/15632/13574 19723/15630/13572</w:t>
        <w:br/>
        <w:t>f 22887/18797/16359 21346/17254/14989 21577/17483/15203</w:t>
        <w:br/>
        <w:t>f 21342/17249/14984 21576/17484/15204 21577/17483/15203</w:t>
        <w:br/>
        <w:t>f 21346/17254/14989 21342/17249/14984 21577/17483/15203</w:t>
        <w:br/>
        <w:t>f 21340/17251/14986 21347/17257/14992 21576/17484/15204</w:t>
        <w:br/>
        <w:t>f 21342/17249/14984 21340/17251/14986 21576/17484/15204</w:t>
        <w:br/>
        <w:t>f 21348/17256/14991 21580/17489/15209 21347/17257/14992</w:t>
        <w:br/>
        <w:t>f 23117/19026/16583 22944/18852/16410 22040/17947/15660</w:t>
        <w:br/>
        <w:t>f 23118/19027/16584 23117/19026/16583 22040/17947/15660</w:t>
        <w:br/>
        <w:t>f 23120/19028/16585 23119/19029/16586 23118/19027/16584</w:t>
        <w:br/>
        <w:t>f 22040/17947/15660 23120/19028/16585 23118/19027/16584</w:t>
        <w:br/>
        <w:t>f 23119/19029/16586 23120/19028/16585 23121/19030/16587</w:t>
        <w:br/>
        <w:t>f 21341/17250/14985 23119/19029/16586 23121/19030/16587</w:t>
        <w:br/>
        <w:t>f 21341/17250/14985 23121/19030/16587 21337/17248/14983</w:t>
        <w:br/>
        <w:t>f 21338/17247/14982 21341/17250/14985 21337/17248/14983</w:t>
        <w:br/>
        <w:t>f 19723/15630/13572 19725/15632/13574 19727/15636/13578</w:t>
        <w:br/>
        <w:t>f 19728/15635/13577 19723/15630/13572 19727/15636/13578</w:t>
        <w:br/>
        <w:t>f 21333/17242/14977 21348/17256/14991 21338/17247/14982</w:t>
        <w:br/>
        <w:t>f 21348/17256/14991 21340/17251/14986 21338/17247/14982</w:t>
        <w:br/>
        <w:t>f 21903/17812/15525 22888/18796/16358 22887/18797/16359</w:t>
        <w:br/>
        <w:t>f 21902/17813/15526 21903/17812/15525 22887/18797/16359</w:t>
        <w:br/>
        <w:t>f 21902/17813/15526 22887/18797/16359 21577/17483/15203</w:t>
        <w:br/>
        <w:t>f 23117/19026/16583 23118/19027/16584 21654/17563/15280</w:t>
        <w:br/>
        <w:t>f 21765/17674/15391 23117/19026/16583 21654/17563/15280</w:t>
        <w:br/>
        <w:t>f 23119/19029/16586 21345/17255/14990 21654/17563/15280</w:t>
        <w:br/>
        <w:t>f 23118/19027/16584 23119/19029/16586 21654/17563/15280</w:t>
        <w:br/>
        <w:t>f 21345/17255/14990 23119/19029/16586 21341/17250/14985</w:t>
        <w:br/>
        <w:t>f 21345/17255/14990 21341/17250/14985 21342/17249/14984</w:t>
        <w:br/>
        <w:t>f 22039/17948/15661 21767/17677/15394 21768/17676/15393</w:t>
        <w:br/>
        <w:t>f 22038/17949/15662 22039/17948/15661 21768/17676/15393</w:t>
        <w:br/>
        <w:t>f 22038/17949/15662 21768/17676/15393 21336/17243/14978</w:t>
        <w:br/>
        <w:t>f 21901/17810/15523 21666/17576/15293 21667/17575/15292</w:t>
        <w:br/>
        <w:t>f 21335/17244/14979 21768/17676/15393 21344/17252/14987</w:t>
        <w:br/>
        <w:t>f 21569/17478/15198 21343/17253/14988 21666/17576/15293</w:t>
        <w:br/>
        <w:t>f 21771/17678/15395 21569/17478/15198 21666/17576/15293</w:t>
        <w:br/>
        <w:t>f 21769/17680/15397 21665/17573/15290 21771/17678/15395</w:t>
        <w:br/>
        <w:t>f 21771/17678/15395 21665/17573/15290 21569/17478/15198</w:t>
        <w:br/>
        <w:t>f 21568/17477/15197 21335/17244/14979 21569/17478/15198</w:t>
        <w:br/>
        <w:t>f 21572/17481/15201 21568/17477/15197 21569/17478/15198</w:t>
        <w:br/>
        <w:t>f 21665/17573/15290 21572/17481/15201 21569/17478/15198</w:t>
        <w:br/>
        <w:t>f 21383/17292/15027 21372/17283/15018 21959/17865/15578</w:t>
        <w:br/>
        <w:t>f 21960/17870/15583 21383/17292/15027 21959/17865/15578</w:t>
        <w:br/>
        <w:t>f 21960/17870/15583 21625/17534/15252 21191/17099/14836</w:t>
        <w:br/>
        <w:t>f 21383/17292/15027 21960/17870/15583 21191/17099/14836</w:t>
        <w:br/>
        <w:t>f 21191/17099/14836 21625/17534/15252 21622/17533/15251</w:t>
        <w:br/>
        <w:t>f 21188/17095/14832 21191/17099/14836 21622/17533/15251</w:t>
        <w:br/>
        <w:t>f 21622/17533/15251 21197/17105/14842 21187/17096/14833</w:t>
        <w:br/>
        <w:t>f 21188/17095/14832 21622/17533/15251 21187/17096/14833</w:t>
        <w:br/>
        <w:t>f 21187/17096/14833 21197/17105/14842 21178/17089/14826</w:t>
        <w:br/>
        <w:t>f 19299/15204/13155 19324/15226/13177 19321/15229/13180</w:t>
        <w:br/>
        <w:t>f 19320/15225/13176 19299/15204/13155 19321/15229/13180</w:t>
        <w:br/>
        <w:t>f 23122/19031/16588 22931/18839/16397 20309/16219/14156</w:t>
        <w:br/>
        <w:t>f 20310/16218/14155 23122/19031/16588 20309/16219/14156</w:t>
        <w:br/>
        <w:t>f 23124/19032/16589 23122/19031/16588 20310/16218/14155</w:t>
        <w:br/>
        <w:t>f 23123/19033/16590 23124/19032/16589 20310/16218/14155</w:t>
        <w:br/>
        <w:t>f 23126/19034/16591 23125/19035/16592 19746/15650/13592</w:t>
        <w:br/>
        <w:t>f 19689/15596/13538 19686/15595/13537 19745/15651/13593</w:t>
        <w:br/>
        <w:t>f 19746/15650/13592 19689/15596/13538 19745/15651/13593</w:t>
        <w:br/>
        <w:t>f 20455/16365/14299 19745/15651/13593 19686/15595/13537</w:t>
        <w:br/>
        <w:t>f 19690/15598/13540 20455/16365/14299 19686/15595/13537</w:t>
        <w:br/>
        <w:t>f 20455/16365/14299 19691/15597/13539 20451/16360/14294</w:t>
        <w:br/>
        <w:t>f 20455/16365/14299 19690/15598/13540 19691/15597/13539</w:t>
        <w:br/>
        <w:t>f 23126/19034/16591 23124/19032/16589 23123/19033/16590</w:t>
        <w:br/>
        <w:t>f 23125/19035/16592 23126/19034/16591 23123/19033/16590</w:t>
        <w:br/>
        <w:t>f 19748/15655/13597 23127/19036/16593 22958/18867/16425</w:t>
        <w:br/>
        <w:t>f 19747/15656/13598 19748/15655/13597 22958/18867/16425</w:t>
        <w:br/>
        <w:t>f 19739/15644/13586 19752/15658/13600 19747/15656/13598</w:t>
        <w:br/>
        <w:t>f 22958/18867/16425 19739/15644/13586 19747/15656/13598</w:t>
        <w:br/>
        <w:t>f 19737/15646/13588 22955/18864/16422 19752/15658/13600</w:t>
        <w:br/>
        <w:t>f 19739/15644/13586 19737/15646/13588 19752/15658/13600</w:t>
        <w:br/>
        <w:t>f 19742/15649/13591 22957/18866/16424 22955/18864/16422</w:t>
        <w:br/>
        <w:t>f 19737/15646/13588 19742/15649/13591 22955/18864/16422</w:t>
        <w:br/>
        <w:t>f 22957/18866/16424 19742/15649/13591 19982/15892/13830</w:t>
        <w:br/>
        <w:t>f 19982/15892/13830 19742/15649/13591 20012/15918/13856</w:t>
        <w:br/>
        <w:t>f 19984/15890/13828 19982/15892/13830 20012/15918/13856</w:t>
        <w:br/>
        <w:t>f 19984/15890/13828 20012/15918/13856 20010/15920/13858</w:t>
        <w:br/>
        <w:t>f 20191/16097/14034 22152/18061/15770 20010/15920/13858</w:t>
        <w:br/>
        <w:t>f 20011/15919/13857 20191/16097/14034 20010/15920/13858</w:t>
        <w:br/>
        <w:t>f 23123/19033/16590 20310/16218/14155 19996/15904/13842</w:t>
        <w:br/>
        <w:t>f 19993/15903/13841 23123/19033/16590 19996/15904/13842</w:t>
        <w:br/>
        <w:t>f 19993/15903/13841 20436/16344/14280 23125/19035/16592</w:t>
        <w:br/>
        <w:t>f 23123/19033/16590 19993/15903/13841 23125/19035/16592</w:t>
        <w:br/>
        <w:t>f 23125/19035/16592 19689/15596/13538 19746/15650/13592</w:t>
        <w:br/>
        <w:t>f 23125/19035/16592 20436/16344/14280 19689/15596/13538</w:t>
        <w:br/>
        <w:t>f 22155/18065/15774 22156/18064/15773 19995/15901/13839</w:t>
        <w:br/>
        <w:t>f 20312/16220/14157 22155/18065/15774 19995/15901/13839</w:t>
        <w:br/>
        <w:t>f 22156/18064/15773 22157/18066/15775 19994/15902/13840</w:t>
        <w:br/>
        <w:t>f 19995/15901/13839 22156/18064/15773 19994/15902/13840</w:t>
        <w:br/>
        <w:t>f 20436/16344/14280 19993/15903/13841 19994/15902/13840</w:t>
        <w:br/>
        <w:t>f 19994/15902/13840 22157/18066/15775 20435/16345/14281</w:t>
        <w:br/>
        <w:t>f 23129/19037/16594 20441/16351/14287 20442/16350/14286</w:t>
        <w:br/>
        <w:t>f 23128/19038/16595 23129/19037/16594 20442/16350/14286</w:t>
        <w:br/>
        <w:t>f 19998/15907/13845 19999/15906/13844 23130/19039/16596</w:t>
        <w:br/>
        <w:t>f 19743/15653/13595 23130/19039/16596 23126/19034/16591</w:t>
        <w:br/>
        <w:t>f 19746/15650/13592 19743/15653/13595 23126/19034/16591</w:t>
        <w:br/>
        <w:t>f 20117/16025/13962 23131/19040/16597 19748/15655/13597</w:t>
        <w:br/>
        <w:t>f 20116/16026/13963 20117/16025/13962 19748/15655/13597</w:t>
        <w:br/>
        <w:t>f 23131/19040/16597 23132/19041/16598 23127/19036/16593</w:t>
        <w:br/>
        <w:t>f 19748/15655/13597 23131/19040/16597 23127/19036/16593</w:t>
        <w:br/>
        <w:t>f 23127/19036/16593 23132/19041/16598 20440/16348/14284</w:t>
        <w:br/>
        <w:t>f 20439/16349/14285 20440/16348/14284 19743/15653/13595</w:t>
        <w:br/>
        <w:t>f 19744/15652/13594 20439/16349/14285 19743/15653/13595</w:t>
        <w:br/>
        <w:t>f 20439/16349/14285 19744/15652/13594 20456/16364/14298</w:t>
        <w:br/>
        <w:t>f 20118/16024/13961 22929/18838/16396 23128/19038/16595</w:t>
        <w:br/>
        <w:t>f 20442/16350/14286 20118/16024/13961 23128/19038/16595</w:t>
        <w:br/>
        <w:t>f 20442/16350/14286 19997/15908/13846 20117/16025/13962</w:t>
        <w:br/>
        <w:t>f 20118/16024/13961 20442/16350/14286 20117/16025/13962</w:t>
        <w:br/>
        <w:t>f 23131/19040/16597 20117/16025/13962 19997/15908/13846</w:t>
        <w:br/>
        <w:t>f 19998/15907/13845 23131/19040/16597 19997/15908/13846</w:t>
        <w:br/>
        <w:t>f 23132/19041/16598 23131/19040/16597 19998/15907/13845</w:t>
        <w:br/>
        <w:t>f 23130/19039/16596 23132/19041/16598 19998/15907/13845</w:t>
        <w:br/>
        <w:t>f 23132/19041/16598 19743/15653/13595 20440/16348/14284</w:t>
        <w:br/>
        <w:t>f 23132/19041/16598 23130/19039/16596 19743/15653/13595</w:t>
        <w:br/>
        <w:t>f 22930/18840/16398 22931/18839/16397 20441/16351/14287</w:t>
        <w:br/>
        <w:t>f 23129/19037/16594 22930/18840/16398 20441/16351/14287</w:t>
        <w:br/>
        <w:t>f 20000/15905/13843 20441/16351/14287 22931/18839/16397</w:t>
        <w:br/>
        <w:t>f 23122/19031/16588 20000/15905/13843 22931/18839/16397</w:t>
        <w:br/>
        <w:t>f 19999/15906/13844 20000/15905/13843 23122/19031/16588</w:t>
        <w:br/>
        <w:t>f 23124/19032/16589 19999/15906/13844 23122/19031/16588</w:t>
        <w:br/>
        <w:t>f 19999/15906/13844 23126/19034/16591 23130/19039/16596</w:t>
        <w:br/>
        <w:t>f 19999/15906/13844 23124/19032/16589 23126/19034/16591</w:t>
        <w:br/>
        <w:t>f 19749/15654/13596 20179/16090/14027 20119/16027/13964</w:t>
        <w:br/>
        <w:t>f 20116/16026/13963 19749/15654/13596 20119/16027/13964</w:t>
        <w:br/>
        <w:t>f 19749/15654/13596 20116/16026/13963 19748/15655/13597</w:t>
        <w:br/>
        <w:t>f 19741/15647/13589 22958/18867/16425 23127/19036/16593</w:t>
        <w:br/>
        <w:t>f 20440/16348/14284 19741/15647/13589 23127/19036/16593</w:t>
        <w:br/>
        <w:t>f 23133/19042/16599 22932/18841/16399 21889/17801/15514</w:t>
        <w:br/>
        <w:t>f 21890/17800/15513 23133/19042/16599 21889/17801/15514</w:t>
        <w:br/>
        <w:t>f 21357/17265/15000 21565/17471/15191 23134/19043/16600</w:t>
        <w:br/>
        <w:t>f 23136/19044/16601 23135/19045/16602 21908/17816/15529</w:t>
        <w:br/>
        <w:t>f 21755/17664/15381 23136/19044/16601 21908/17816/15529</w:t>
        <w:br/>
        <w:t>f 21350/17260/14995 21359/17270/15005 21360/17269/15004</w:t>
        <w:br/>
        <w:t>f 21363/17272/15007 21350/17260/14995 21360/17269/15004</w:t>
        <w:br/>
        <w:t>f 21359/17270/15005 21351/17259/14994 21365/17274/15009</w:t>
        <w:br/>
        <w:t>f 21354/17262/14997 21367/17275/15010 21365/17274/15009</w:t>
        <w:br/>
        <w:t>f 23138/19046/16603 23133/19042/16599 21890/17800/15513</w:t>
        <w:br/>
        <w:t>f 23137/19047/16604 23138/19046/16603 21890/17800/15513</w:t>
        <w:br/>
        <w:t>f 21891/17799/15512 23139/19048/16605 23137/19047/16604</w:t>
        <w:br/>
        <w:t>f 21890/17800/15513 21891/17799/15512 23137/19047/16604</w:t>
        <w:br/>
        <w:t>f 23141/19049/16606 21366/17276/15011 23140/19050/16607</w:t>
        <w:br/>
        <w:t>f 21909/17821/15534 21910/17820/15533 21562/17474/15194</w:t>
        <w:br/>
        <w:t>f 21563/17473/15193 21909/17821/15534 21562/17474/15194</w:t>
        <w:br/>
        <w:t>f 23135/19045/16602 23136/19044/16601 21360/17269/15004</w:t>
        <w:br/>
        <w:t>f 23116/19025/16582 21545/17456/15178 21546/17455/15177</w:t>
        <w:br/>
        <w:t>f 23114/19023/16580 23116/19025/16582 21546/17455/15177</w:t>
        <w:br/>
        <w:t>f 23137/19047/16604 23143/19051/16608 23142/19052/16609</w:t>
        <w:br/>
        <w:t>f 23138/19046/16603 23137/19047/16604 23142/19052/16609</w:t>
        <w:br/>
        <w:t>f 23139/19048/16605 23144/19053/16610 23143/19051/16608</w:t>
        <w:br/>
        <w:t>f 23137/19047/16604 23139/19048/16605 23143/19051/16608</w:t>
        <w:br/>
        <w:t>f 23145/19054/16611 23140/19050/16607 23134/19043/16600</w:t>
        <w:br/>
        <w:t>f 23134/19043/16600 21366/17276/15011 21367/17275/15010</w:t>
        <w:br/>
        <w:t>f 21357/17265/15000 23134/19043/16600 21367/17275/15010</w:t>
        <w:br/>
        <w:t>f 21357/17265/15000 21367/17275/15010 21354/17262/14997</w:t>
        <w:br/>
        <w:t>f 21356/17266/15001 21357/17265/15000 21354/17262/14997</w:t>
        <w:br/>
        <w:t>f 21356/17266/15001 21354/17262/14997 21322/17228/14963</w:t>
        <w:br/>
        <w:t>f 22061/17970/15683 21356/17266/15001 21322/17228/14963</w:t>
        <w:br/>
        <w:t>f 22061/17970/15683 21322/17228/14963 21319/17231/14966</w:t>
        <w:br/>
        <w:t>f 22061/17970/15683 21319/17231/14966 21299/17207/14942</w:t>
        <w:br/>
        <w:t>f 21362/17271/15006 21366/17276/15011 23141/19049/16606</w:t>
        <w:br/>
        <w:t>f 21361/17268/15003 21362/17271/15006 23141/19049/16606</w:t>
        <w:br/>
        <w:t>f 23143/19051/16608 23144/19053/16610 21910/17820/15533</w:t>
        <w:br/>
        <w:t>f 21911/17819/15532 23143/19051/16608 21910/17820/15533</w:t>
        <w:br/>
        <w:t>f 23145/19054/16611 21562/17474/15194 21910/17820/15533</w:t>
        <w:br/>
        <w:t>f 23144/19053/16610 23145/19054/16611 21910/17820/15533</w:t>
        <w:br/>
        <w:t>f 23134/19043/16600 21565/17471/15191 21562/17474/15194</w:t>
        <w:br/>
        <w:t>f 23145/19054/16611 23134/19043/16600 21562/17474/15194</w:t>
        <w:br/>
        <w:t>f 21357/17265/15000 21358/17264/14999 21565/17471/15191</w:t>
        <w:br/>
        <w:t>f 21358/17264/14999 21564/17472/15192 21565/17471/15191</w:t>
        <w:br/>
        <w:t>f 21366/17276/15011 23134/19043/16600 23140/19050/16607</w:t>
        <w:br/>
        <w:t>f 21911/17819/15532 23142/19052/16609 23143/19051/16608</w:t>
        <w:br/>
        <w:t>f 21909/17821/15534 21671/17577/15294 21668/17580/15297</w:t>
        <w:br/>
        <w:t>f 21912/17818/15531 21909/17821/15534 21668/17580/15297</w:t>
        <w:br/>
        <w:t>f 21671/17577/15294 21909/17821/15534 21563/17473/15193</w:t>
        <w:br/>
        <w:t>f 22934/18842/16400 21671/17577/15294 21563/17473/15193</w:t>
        <w:br/>
        <w:t>f 21564/17472/15192 21578/17487/15207 22934/18842/16400</w:t>
        <w:br/>
        <w:t>f 21578/17487/15207 22933/18843/16401 22934/18842/16400</w:t>
        <w:br/>
        <w:t>f 21889/17801/15514 21908/17816/15529 23135/19045/16602</w:t>
        <w:br/>
        <w:t>f 21892/17798/15511 21889/17801/15514 23135/19045/16602</w:t>
        <w:br/>
        <w:t>f 22937/18846/16404 23136/19044/16601 21755/17664/15381</w:t>
        <w:br/>
        <w:t>f 21756/17663/15380 22937/18846/16404 21755/17664/15381</w:t>
        <w:br/>
        <w:t>f 23144/19053/16610 23139/19048/16605 23140/19050/16607</w:t>
        <w:br/>
        <w:t>f 23145/19054/16611 23144/19053/16610 23140/19050/16607</w:t>
        <w:br/>
        <w:t>f 23139/19048/16605 21891/17799/15512 23141/19049/16606</w:t>
        <w:br/>
        <w:t>f 23140/19050/16607 23139/19048/16605 23141/19049/16606</w:t>
        <w:br/>
        <w:t>f 21361/17268/15003 23141/19049/16606 21891/17799/15512</w:t>
        <w:br/>
        <w:t>f 21892/17798/15511 21361/17268/15003 21891/17799/15512</w:t>
        <w:br/>
        <w:t>f 21892/17798/15511 23135/19045/16602 21360/17269/15004</w:t>
        <w:br/>
        <w:t>f 21361/17268/15003 21892/17798/15511 21360/17269/15004</w:t>
        <w:br/>
        <w:t>f 23136/19044/16601 22937/18846/16404 21363/17272/15007</w:t>
        <w:br/>
        <w:t>f 21360/17269/15004 23136/19044/16601 21363/17272/15007</w:t>
        <w:br/>
        <w:t>f 22937/18846/16404 21760/17668/15385 21364/17273/15008</w:t>
        <w:br/>
        <w:t>f 21363/17272/15007 22937/18846/16404 21364/17273/15008</w:t>
        <w:br/>
        <w:t>f 23113/19021/16578 21364/17273/15008 21760/17668/15385</w:t>
        <w:br/>
        <w:t>f 21761/17667/15384 23113/19021/16578 21760/17668/15385</w:t>
        <w:br/>
        <w:t>f 23115/19024/16581 23113/19021/16578 21761/17667/15384</w:t>
        <w:br/>
        <w:t>f 21906/17815/15528 23115/19024/16581 21761/17667/15384</w:t>
        <w:br/>
        <w:t>f 23116/19025/16582 23115/19024/16581 21906/17815/15528</w:t>
        <w:br/>
        <w:t>f 22942/18851/16409 23116/19025/16582 21906/17815/15528</w:t>
        <w:br/>
        <w:t>f 23116/19025/16582 22942/18851/16409 21545/17456/15178</w:t>
        <w:br/>
        <w:t>f 22942/18851/16409 22941/18850/16408 21547/17454/15176</w:t>
        <w:br/>
        <w:t>f 21545/17456/15178 22942/18851/16409 21547/17454/15176</w:t>
        <w:br/>
        <w:t>f 21576/17484/15204 21579/17488/15208 21575/17485/15205</w:t>
        <w:br/>
        <w:t>f 21359/17270/15005 21350/17260/14995 21351/17259/14994</w:t>
        <w:br/>
        <w:t>f 21365/17274/15009 21367/17275/15010 21362/17271/15006</w:t>
        <w:br/>
        <w:t>f 23257/19055/16612 23256/19056/16613 23255/19057/16614</w:t>
        <w:br/>
        <w:t>f 23254/19058/16615 23257/19055/16612 23255/19057/16614</w:t>
        <w:br/>
        <w:t>f 23260/19059/16616 23259/19060/16617 23258/19061/16618</w:t>
        <w:br/>
        <w:t>f 23261/19062/16619 23260/19059/16616 23258/19061/16618</w:t>
        <w:br/>
        <w:t>f 23265/19063/16620 23264/19064/16621 23263/19065/16622</w:t>
        <w:br/>
        <w:t>f 23262/19066/16623 23265/19063/16620 23263/19065/16622</w:t>
        <w:br/>
        <w:t>f 23269/19067/16624 23268/19068/16625 23267/19069/16626</w:t>
        <w:br/>
        <w:t>f 23266/19070/16626 23269/19067/16624 23267/19069/16626</w:t>
        <w:br/>
        <w:t>f 23261/19062/16619 23270/19071/16627 23260/19059/16616</w:t>
        <w:br/>
        <w:t>f 23272/19072/16628 23271/19073/16629 23264/19064/16621</w:t>
        <w:br/>
        <w:t>f 23265/19063/16620 23272/19072/16628 23264/19064/16621</w:t>
        <w:br/>
        <w:t>f 23268/19068/16625 23274/19074/16630 23273/19075/16631</w:t>
        <w:br/>
        <w:t>f 23278/19076/16632 23277/19077/16632 23276/19078/16633</w:t>
        <w:br/>
        <w:t>f 23275/19079/16633 23278/19076/16632 23276/19078/16633</w:t>
        <w:br/>
        <w:t>f 23280/19080/16634 23270/19071/16627 23279/19081/16635</w:t>
        <w:br/>
        <w:t>f 23284/19082/16636 23283/19083/16637 23282/19084/16638</w:t>
        <w:br/>
        <w:t>f 23281/19085/16639 23284/19082/16636 23282/19084/16638</w:t>
        <w:br/>
        <w:t>f 23274/19074/16630 23285/19086/16640 23273/19075/16631</w:t>
        <w:br/>
        <w:t>f 23287/19087/16641 23256/19056/16613 23257/19055/16612</w:t>
        <w:br/>
        <w:t>f 23286/19088/16641 23287/19087/16641 23257/19055/16612</w:t>
        <w:br/>
        <w:t>f 23274/19074/16630 23289/19089/16642 23288/19090/16643</w:t>
        <w:br/>
        <w:t>f 23254/19058/16615 23255/19057/16614 23283/19083/16637</w:t>
        <w:br/>
        <w:t>f 23284/19082/16636 23254/19058/16615 23283/19083/16637</w:t>
        <w:br/>
        <w:t>f 23270/19071/16627 23291/19091/16644 23290/19092/16645</w:t>
        <w:br/>
        <w:t>f 23293/19093/16646 23275/19079/16633 23276/19078/16633</w:t>
        <w:br/>
        <w:t>f 23292/19094/16647 23293/19093/16646 23276/19078/16633</w:t>
        <w:br/>
        <w:t>f 23280/19080/16634 23294/19095/16648 23270/19071/16627</w:t>
        <w:br/>
        <w:t>f 23274/19074/16630 23288/19090/16643 23295/19096/16649</w:t>
        <w:br/>
        <w:t>f 23274/19074/16630 23296/19097/16650 23289/19089/16642</w:t>
        <w:br/>
        <w:t>f 23270/19071/16627 23294/19095/16648 23297/19098/16651</w:t>
        <w:br/>
        <w:t>f 23282/19084/16638 23271/19073/16629 23272/19072/16628</w:t>
        <w:br/>
        <w:t>f 23281/19085/16639 23282/19084/16638 23272/19072/16628</w:t>
        <w:br/>
        <w:t>f 23286/19088/16641 23277/19077/16632 23278/19076/16632</w:t>
        <w:br/>
        <w:t>f 23287/19087/16641 23286/19088/16641 23278/19076/16632</w:t>
        <w:br/>
        <w:t>f 23270/19071/16627 23298/19099/16652 23279/19081/16635</w:t>
        <w:br/>
        <w:t>f 23274/19074/16630 23295/19096/16649 23285/19086/16640</w:t>
        <w:br/>
        <w:t>f 23270/19071/16627 23297/19098/16651 23291/19091/16644</w:t>
        <w:br/>
        <w:t>f 23274/19074/16630 23299/19100/16653 23296/19097/16650</w:t>
        <w:br/>
        <w:t>f 23261/19062/16619 23298/19099/16652 23270/19071/16627</w:t>
        <w:br/>
        <w:t>f 23270/19071/16627 23290/19092/16645 23260/19059/16616</w:t>
        <w:br/>
        <w:t>f 23269/19067/16624 23299/19100/16653 23274/19074/16630</w:t>
        <w:br/>
        <w:t>f 23268/19068/16625 23269/19067/16624 23274/19074/16630</w:t>
        <w:br/>
        <w:t>f 23303/19101/16654 23302/19102/16655 23301/19103/16656</w:t>
        <w:br/>
        <w:t>f 23300/19104/16654 23303/19101/16654 23301/19103/16656</w:t>
        <w:br/>
        <w:t>f 23259/19060/16617 23305/19105/16657 23304/19106/16658</w:t>
        <w:br/>
        <w:t>f 23258/19061/16618 23259/19060/16617 23304/19106/16658</w:t>
        <w:br/>
        <w:t>f 23263/19065/16622 23307/19107/16659 23306/19108/16660</w:t>
        <w:br/>
        <w:t>f 23262/19066/16623 23263/19065/16622 23306/19108/16660</w:t>
        <w:br/>
        <w:t>f 23309/19109/16661 23308/19110/16662 23266/19070/16626</w:t>
        <w:br/>
        <w:t>f 23267/19069/16626 23309/19109/16661 23266/19070/16626</w:t>
        <w:br/>
        <w:t>f 23310/19111/16663 23304/19106/16658 23305/19105/16657</w:t>
        <w:br/>
        <w:t>f 23311/19112/16664 23306/19108/16660 23307/19107/16659</w:t>
        <w:br/>
        <w:t>f 23312/19113/16665 23311/19112/16664 23307/19107/16659</w:t>
        <w:br/>
        <w:t>f 23314/19114/16666 23309/19109/16661 23313/19115/16667</w:t>
        <w:br/>
        <w:t>f 23318/19116/16668 23317/19117/16669 23316/19118/16670</w:t>
        <w:br/>
        <w:t>f 23315/19119/16671 23318/19116/16668 23316/19118/16670</w:t>
        <w:br/>
        <w:t>f 23310/19111/16663 23320/19120/16672 23319/19121/16673</w:t>
        <w:br/>
        <w:t>f 23324/19122/16674 23323/19123/16675 23322/19124/16675</w:t>
        <w:br/>
        <w:t>f 23321/19125/16674 23324/19122/16674 23322/19124/16675</w:t>
        <w:br/>
        <w:t>f 23325/19126/16676 23314/19114/16666 23313/19115/16667</w:t>
        <w:br/>
        <w:t>f 23301/19103/16656 23302/19102/16655 23327/19127/16677</w:t>
        <w:br/>
        <w:t>f 23326/19128/16677 23301/19103/16656 23327/19127/16677</w:t>
        <w:br/>
        <w:t>f 23329/19129/16678 23314/19114/16666 23328/19130/16679</w:t>
        <w:br/>
        <w:t>f 23323/19123/16675 23303/19101/16654 23300/19104/16654</w:t>
        <w:br/>
        <w:t>f 23322/19124/16675 23323/19123/16675 23300/19104/16654</w:t>
        <w:br/>
        <w:t>f 23331/19131/16680 23310/19111/16663 23330/19132/16681</w:t>
        <w:br/>
        <w:t>f 23318/19116/16668 23315/19119/16671 23293/19093/16646</w:t>
        <w:br/>
        <w:t>f 23292/19094/16647 23318/19116/16668 23293/19093/16646</w:t>
        <w:br/>
        <w:t>f 23332/19133/16682 23320/19120/16672 23310/19111/16663</w:t>
        <w:br/>
        <w:t>f 23328/19130/16679 23314/19114/16666 23333/19134/16683</w:t>
        <w:br/>
        <w:t>f 23334/19135/16684 23314/19114/16666 23329/19129/16678</w:t>
        <w:br/>
        <w:t>f 23332/19133/16682 23310/19111/16663 23335/19136/16685</w:t>
        <w:br/>
        <w:t>f 23311/19112/16664 23312/19113/16665 23324/19122/16674</w:t>
        <w:br/>
        <w:t>f 23321/19125/16674 23311/19112/16664 23324/19122/16674</w:t>
        <w:br/>
        <w:t>f 23316/19118/16670 23317/19117/16669 23326/19128/16677</w:t>
        <w:br/>
        <w:t>f 23327/19127/16677 23316/19118/16670 23326/19128/16677</w:t>
        <w:br/>
        <w:t>f 23336/19137/16686 23310/19111/16663 23319/19121/16673</w:t>
        <w:br/>
        <w:t>f 23333/19134/16683 23314/19114/16666 23325/19126/16676</w:t>
        <w:br/>
        <w:t>f 23335/19136/16685 23310/19111/16663 23331/19131/16680</w:t>
        <w:br/>
        <w:t>f 23337/19138/16687 23314/19114/16666 23334/19135/16684</w:t>
        <w:br/>
        <w:t>f 23336/19137/16686 23304/19106/16658 23310/19111/16663</w:t>
        <w:br/>
        <w:t>f 23330/19132/16681 23310/19111/16663 23305/19105/16657</w:t>
        <w:br/>
        <w:t>f 23337/19138/16687 23308/19110/16662 23314/19114/16666</w:t>
        <w:br/>
        <w:t>f 23308/19110/16662 23309/19109/16661 23314/19114/16666</w:t>
        <w:br/>
        <w:t>f 27598/19139/16688 22035/17943/15656 21131/17038/14776</w:t>
        <w:br/>
        <w:t>f 19662/15567/13509 19871/15778/13718 36958/15851/13790</w:t>
        <w:br/>
        <w:t>f 19667/15574/13516 19661/15568/13510 36958/15851/13790</w:t>
        <w:br/>
        <w:t>f 19665/15571/13513 19663/15569/13511 36959/15573/13515</w:t>
        <w:br/>
        <w:t>f 19661/15568/13510 19667/15574/13516 36959/15573/13515</w:t>
        <w:br/>
        <w:t>f 19389/15292/13237 19390/15297/13242 36960/16301/14238</w:t>
        <w:br/>
        <w:t>f 19401/15307/13252 19388/15293/13238 36960/16301/14238</w:t>
        <w:br/>
        <w:t>f 19390/15297/13242 19389/15292/13237 36961/15295/13240</w:t>
        <w:br/>
        <w:t>f 19392/15298/13243 19391/15296/13241 36961/15295/13240</w:t>
        <w:br/>
        <w:t>f 10640/19140/16689 10639/19141/16690 10638/19142/16691</w:t>
        <w:br/>
        <w:t>f 10641/19143/16692 10640/19140/16689 10638/19142/16691</w:t>
        <w:br/>
        <w:t>f 10639/19141/16690 10640/19140/16689 10642/19144/16693</w:t>
        <w:br/>
        <w:t>f 10643/19145/16694 10639/19141/16690 10642/19144/16693</w:t>
        <w:br/>
        <w:t>f 10641/19143/16692 10638/19142/16691 10644/19146/16695</w:t>
        <w:br/>
        <w:t>f 10645/19147/16696 10641/19143/16692 10644/19146/16695</w:t>
        <w:br/>
        <w:t>f 10639/19141/16690 10647/19148/16697 10646/19149/16698</w:t>
        <w:br/>
        <w:t>f 10638/19142/16691 10639/19141/16690 10646/19149/16698</w:t>
        <w:br/>
        <w:t>f 10643/19145/16694 10648/19150/16699 10647/19148/16697</w:t>
        <w:br/>
        <w:t>f 10639/19141/16690 10643/19145/16694 10647/19148/16697</w:t>
        <w:br/>
        <w:t>f 10644/19146/16695 10638/19142/16691 10646/19149/16698</w:t>
        <w:br/>
        <w:t>f 10649/19151/16700 10644/19146/16695 10646/19149/16698</w:t>
        <w:br/>
        <w:t>f 10650/19152/16701 10647/19148/16697 10648/19150/16699</w:t>
        <w:br/>
        <w:t>f 10651/19153/16702 10650/19152/16701 10648/19150/16699</w:t>
        <w:br/>
        <w:t>f 10652/19154/16703 10650/19152/16701 10651/19153/16702</w:t>
        <w:br/>
        <w:t>f 10653/19155/16704 10652/19154/16703 10651/19153/16702</w:t>
        <w:br/>
        <w:t>f 10657/19156/16705 10656/19157/16706 10655/19158/16707</w:t>
        <w:br/>
        <w:t>f 10654/19159/16708 10657/19156/16705 10655/19158/16707</w:t>
        <w:br/>
        <w:t>f 10661/19160/16709 10660/19161/16710 10659/19162/16711</w:t>
        <w:br/>
        <w:t>f 10658/19163/16712 10661/19160/16709 10659/19162/16711</w:t>
        <w:br/>
        <w:t>f 10659/19162/16711 10663/19164/16713 10662/19165/16714</w:t>
        <w:br/>
        <w:t>f 10658/19163/16712 10659/19162/16711 10662/19165/16714</w:t>
        <w:br/>
        <w:t>f 10665/19166/16715 10660/19161/16710 10664/19167/16716</w:t>
        <w:br/>
        <w:t>f 10666/19168/16717 10665/19166/16715 10664/19167/16716</w:t>
        <w:br/>
        <w:t>f 10670/19169/16718 10669/19170/16719 10668/19171/16720</w:t>
        <w:br/>
        <w:t>f 10667/19172/16721 10670/19169/16718 10668/19171/16720</w:t>
        <w:br/>
        <w:t>f 10673/19173/16722 10672/19174/16723 10671/19175/16724</w:t>
        <w:br/>
        <w:t>f 10661/19160/16709 10670/19169/16718 10674/19176/16725</w:t>
        <w:br/>
        <w:t>f 10675/19177/16726 10661/19160/16709 10674/19176/16725</w:t>
        <w:br/>
        <w:t>f 10679/19178/16727 10678/19179/16728 10677/19180/16729</w:t>
        <w:br/>
        <w:t>f 10676/19181/16730 10679/19178/16727 10677/19180/16729</w:t>
        <w:br/>
        <w:t>f 10681/19182/16731 10673/19173/16722 10680/19183/16732</w:t>
        <w:br/>
        <w:t>f 10682/19184/16733 10681/19182/16731 10680/19183/16732</w:t>
        <w:br/>
        <w:t>f 10685/19185/16734 10684/19186/16735 10683/19187/16736</w:t>
        <w:br/>
        <w:t>f 10686/19188/16737 10685/19185/16734 10683/19187/16736</w:t>
        <w:br/>
        <w:t>f 10690/19189/16738 10689/19190/16739 10688/19191/16740</w:t>
        <w:br/>
        <w:t>f 10687/19192/16741 10690/19189/16738 10688/19191/16740</w:t>
        <w:br/>
        <w:t>f 10692/19193/16742 10691/19194/16743 10690/19189/16738</w:t>
        <w:br/>
        <w:t>f 10687/19192/16741 10692/19193/16742 10690/19189/16738</w:t>
        <w:br/>
        <w:t>f 10695/19195/16744 10694/19196/16744 10693/19197/16745</w:t>
        <w:br/>
        <w:t>f 10696/19198/16746 10695/19195/16744 10693/19197/16745</w:t>
        <w:br/>
        <w:t>f 10700/19199/16739 10699/19200/16738 10698/19201/16747</w:t>
        <w:br/>
        <w:t>f 10697/19202/16748 10700/19199/16739 10698/19201/16747</w:t>
        <w:br/>
        <w:t>f 10701/19203/16749 10698/19201/16747 10699/19200/16738</w:t>
        <w:br/>
        <w:t>f 10702/19204/16750 10701/19203/16749 10699/19200/16738</w:t>
        <w:br/>
        <w:t>f 10706/19205/16751 10705/19206/16751 10704/19207/16752</w:t>
        <w:br/>
        <w:t>f 10703/19208/16752 10706/19205/16751 10704/19207/16752</w:t>
        <w:br/>
        <w:t>f 10710/19209/16753 10709/19210/16754 10708/19211/16755</w:t>
        <w:br/>
        <w:t>f 10707/19212/16756 10710/19209/16753 10708/19211/16755</w:t>
        <w:br/>
        <w:t>f 10711/19213/16757 10708/19211/16755 10709/19210/16754</w:t>
        <w:br/>
        <w:t>f 10712/19214/16758 10711/19213/16757 10709/19210/16754</w:t>
        <w:br/>
        <w:t>f 10715/19215/16759 10714/19216/16760 10713/19217/16761</w:t>
        <w:br/>
        <w:t>f 10716/19218/16759 10715/19215/16759 10713/19217/16761</w:t>
        <w:br/>
        <w:t>f 10641/19143/16692 10718/19219/16762 10717/19220/16763</w:t>
        <w:br/>
        <w:t>f 10640/19140/16689 10641/19143/16692 10717/19220/16763</w:t>
        <w:br/>
        <w:t>f 10642/19144/16693 10640/19140/16689 10717/19220/16763</w:t>
        <w:br/>
        <w:t>f 10719/19221/16764 10642/19144/16693 10717/19220/16763</w:t>
        <w:br/>
        <w:t>f 10722/19222/16765 10721/19223/16766 10720/19224/16766</w:t>
        <w:br/>
        <w:t>f 10723/19225/16767 10722/19222/16765 10720/19224/16766</w:t>
        <w:br/>
        <w:t>f 10650/19152/16701 10724/19226/16768 10646/19149/16698</w:t>
        <w:br/>
        <w:t>f 10647/19148/16697 10650/19152/16701 10646/19149/16698</w:t>
        <w:br/>
        <w:t>f 10724/19226/16768 10725/19227/16769 10649/19151/16700</w:t>
        <w:br/>
        <w:t>f 10646/19149/16698 10724/19226/16768 10649/19151/16700</w:t>
        <w:br/>
        <w:t>f 10726/19228/16770 10724/19226/16768 10650/19152/16701</w:t>
        <w:br/>
        <w:t>f 10652/19154/16703 10726/19228/16770 10650/19152/16701</w:t>
        <w:br/>
        <w:t>f 10724/19226/16768 10726/19228/16770 10727/19229/16771</w:t>
        <w:br/>
        <w:t>f 10725/19227/16769 10724/19226/16768 10727/19229/16771</w:t>
        <w:br/>
        <w:t>f 10665/19166/16715 10728/19230/16772 10655/19158/16707</w:t>
        <w:br/>
        <w:t>f 10656/19157/16706 10665/19166/16715 10655/19158/16707</w:t>
        <w:br/>
        <w:t>f 10726/19228/16770 10728/19230/16772 10729/19231/16773</w:t>
        <w:br/>
        <w:t>f 10727/19229/16771 10726/19228/16770 10729/19231/16773</w:t>
        <w:br/>
        <w:t>f 10730/19232/16774 10717/19220/16763 10718/19219/16762</w:t>
        <w:br/>
        <w:t>f 10731/19233/16775 10730/19232/16774 10718/19219/16762</w:t>
        <w:br/>
        <w:t>f 10730/19232/16774 10732/19234/16776 10719/19221/16764</w:t>
        <w:br/>
        <w:t>f 10717/19220/16763 10730/19232/16774 10719/19221/16764</w:t>
        <w:br/>
        <w:t>f 10721/19223/16766 10641/19143/16692 10645/19147/16696</w:t>
        <w:br/>
        <w:t>f 10720/19224/16766 10721/19223/16766 10645/19147/16696</w:t>
        <w:br/>
        <w:t>f 10670/19169/16718 10661/19160/16709 10658/19163/16712</w:t>
        <w:br/>
        <w:t>f 10669/19170/16719 10670/19169/16718 10658/19163/16712</w:t>
        <w:br/>
        <w:t>f 10658/19163/16712 10662/19165/16714 10671/19175/16724</w:t>
        <w:br/>
        <w:t>f 10669/19170/16719 10658/19163/16712 10671/19175/16724</w:t>
        <w:br/>
        <w:t>f 10735/19235/16777 10734/19236/16778 10733/19237/16779</w:t>
        <w:br/>
        <w:t>f 10656/19157/16706 10659/19162/16711 10660/19161/16710</w:t>
        <w:br/>
        <w:t>f 10665/19166/16715 10656/19157/16706 10660/19161/16710</w:t>
        <w:br/>
        <w:t>f 10656/19157/16706 10657/19156/16705 10663/19164/16713</w:t>
        <w:br/>
        <w:t>f 10659/19162/16711 10656/19157/16706 10663/19164/16713</w:t>
        <w:br/>
        <w:t>f 10660/19161/16710 10661/19160/16709 10675/19177/16726</w:t>
        <w:br/>
        <w:t>f 10664/19167/16716 10660/19161/16710 10675/19177/16726</w:t>
        <w:br/>
        <w:t>f 10737/19238/16780 10683/19187/16736 10684/19186/16735</w:t>
        <w:br/>
        <w:t>f 10736/19239/16781 10737/19238/16780 10684/19186/16735</w:t>
        <w:br/>
        <w:t>f 10737/19238/16780 10736/19239/16781 10680/19183/16732</w:t>
        <w:br/>
        <w:t>f 10738/19240/16782 10737/19238/16780 10680/19183/16732</w:t>
        <w:br/>
        <w:t>f 10740/19241/16783 10739/19242/16784 10685/19185/16734</w:t>
        <w:br/>
        <w:t>f 10733/19237/16779 10740/19241/16783 10685/19185/16734</w:t>
        <w:br/>
        <w:t>f 10655/19158/16707 10652/19154/16703 10653/19155/16704</w:t>
        <w:br/>
        <w:t>f 10654/19159/16708 10655/19158/16707 10653/19155/16704</w:t>
        <w:br/>
        <w:t>f 10728/19230/16772 10726/19228/16770 10652/19154/16703</w:t>
        <w:br/>
        <w:t>f 10655/19158/16707 10728/19230/16772 10652/19154/16703</w:t>
        <w:br/>
        <w:t>f 10728/19230/16772 10665/19166/16715 10666/19168/16717</w:t>
        <w:br/>
        <w:t>f 10729/19231/16773 10728/19230/16772 10666/19168/16717</w:t>
        <w:br/>
        <w:t>f 10730/19232/16774 10731/19233/16775 10707/19212/16756</w:t>
        <w:br/>
        <w:t>f 10708/19211/16755 10730/19232/16774 10707/19212/16756</w:t>
        <w:br/>
        <w:t>f 10732/19234/16776 10730/19232/16774 10708/19211/16755</w:t>
        <w:br/>
        <w:t>f 10711/19213/16757 10732/19234/16776 10708/19211/16755</w:t>
        <w:br/>
        <w:t>f 10716/19218/16759 10722/19222/16765 10723/19225/16767</w:t>
        <w:br/>
        <w:t>f 10715/19215/16759 10716/19218/16759 10723/19225/16767</w:t>
        <w:br/>
        <w:t>f 10709/19210/16754 10710/19209/16753 10697/19202/16748</w:t>
        <w:br/>
        <w:t>f 10698/19201/16747 10709/19210/16754 10697/19202/16748</w:t>
        <w:br/>
        <w:t>f 10712/19214/16758 10709/19210/16754 10698/19201/16747</w:t>
        <w:br/>
        <w:t>f 10701/19203/16749 10712/19214/16758 10698/19201/16747</w:t>
        <w:br/>
        <w:t>f 10706/19205/16751 10713/19217/16761 10714/19216/16760</w:t>
        <w:br/>
        <w:t>f 10705/19206/16751 10706/19205/16751 10714/19216/16760</w:t>
        <w:br/>
        <w:t>f 10683/19187/16736 10737/19238/16780 10687/19192/16741</w:t>
        <w:br/>
        <w:t>f 10688/19191/16740 10683/19187/16736 10687/19192/16741</w:t>
        <w:br/>
        <w:t>f 10687/19192/16741 10737/19238/16780 10738/19240/16782</w:t>
        <w:br/>
        <w:t>f 10692/19193/16742 10687/19192/16741 10738/19240/16782</w:t>
        <w:br/>
        <w:t>f 10686/19188/16737 10683/19187/16736 10694/19196/16744</w:t>
        <w:br/>
        <w:t>f 10695/19195/16744 10686/19188/16737 10694/19196/16744</w:t>
        <w:br/>
        <w:t>f 16540/19243/16785 16539/19244/16786 16538/19245/16787</w:t>
        <w:br/>
        <w:t>f 16537/19246/16788 16540/19243/16785 16538/19245/16787</w:t>
        <w:br/>
        <w:t>f 16540/19243/16785 16543/19247/16789 16542/19248/16790</w:t>
        <w:br/>
        <w:t>f 16541/19249/16791 16540/19243/16785 16542/19248/16790</w:t>
        <w:br/>
        <w:t>f 16546/19250/16792 16545/19251/16793 16544/19252/16794</w:t>
        <w:br/>
        <w:t>f 16547/19253/16795 16546/19250/16792 16544/19252/16794</w:t>
        <w:br/>
        <w:t>f 16551/19254/16796 16550/19255/16797 16549/19256/16798</w:t>
        <w:br/>
        <w:t>f 16548/19257/16799 16551/19254/16796 16549/19256/16798</w:t>
        <w:br/>
        <w:t>f 16555/19258/16800 16554/19259/16801 16553/19260/16802</w:t>
        <w:br/>
        <w:t>f 16552/19261/16803 16555/19258/16800 16553/19260/16802</w:t>
        <w:br/>
        <w:t>f 16558/19262/16804 16557/19263/16805 16555/19258/16800</w:t>
        <w:br/>
        <w:t>f 16556/19264/16806 16558/19262/16804 16555/19258/16800</w:t>
        <w:br/>
        <w:t>f 16557/19263/16805 16558/19262/16804 16560/19265/16807</w:t>
        <w:br/>
        <w:t>f 16559/19266/16808 16557/19263/16805 16560/19265/16807</w:t>
        <w:br/>
        <w:t>f 16564/19267/16809 16563/19268/16810 16562/19269/16811</w:t>
        <w:br/>
        <w:t>f 16561/19270/16812 16564/19267/16809 16562/19269/16811</w:t>
        <w:br/>
        <w:t>f 16568/19271/16813 16567/19272/16814 16566/19273/16815</w:t>
        <w:br/>
        <w:t>f 16565/19274/16816 16568/19271/16813 16566/19273/16815</w:t>
        <w:br/>
        <w:t>f 16572/19275/16817 16571/19276/16818 16570/19277/16819</w:t>
        <w:br/>
        <w:t>f 16569/19278/16820 16572/19275/16817 16570/19277/16819</w:t>
        <w:br/>
        <w:t>f 16576/19279/16821 16575/19280/16822 16574/19281/16823</w:t>
        <w:br/>
        <w:t>f 16573/19282/16824 16576/19279/16821 16574/19281/16823</w:t>
        <w:br/>
        <w:t>f 16550/19255/16797 16547/19253/16795 16578/19283/16825</w:t>
        <w:br/>
        <w:t>f 16577/19284/16826 16550/19255/16797 16578/19283/16825</w:t>
        <w:br/>
        <w:t>f 16581/19285/16827 16580/19286/16828 16579/19287/16829</w:t>
        <w:br/>
        <w:t>f 16577/19284/16826 16581/19285/16827 16579/19287/16829</w:t>
        <w:br/>
        <w:t>f 16585/19288/16830 16584/19289/16831 16583/19290/16832</w:t>
        <w:br/>
        <w:t>f 16582/19291/16833 16585/19288/16830 16583/19290/16832</w:t>
        <w:br/>
        <w:t>f 16587/19292/16834 16586/19293/16835 16584/19289/16831</w:t>
        <w:br/>
        <w:t>f 16585/19288/16830 16587/19292/16834 16584/19289/16831</w:t>
        <w:br/>
        <w:t>f 16591/19294/16836 16590/19295/16837 16589/19296/16838</w:t>
        <w:br/>
        <w:t>f 16588/19297/16839 16591/19294/16836 16589/19296/16838</w:t>
        <w:br/>
        <w:t>f 16590/19295/16837 16591/19294/16836 16593/19298/16840</w:t>
        <w:br/>
        <w:t>f 16592/19299/16841 16590/19295/16837 16593/19298/16840</w:t>
        <w:br/>
        <w:t>f 16597/19300/16824 16596/19301/16842 16595/19302/16843</w:t>
        <w:br/>
        <w:t>f 16594/19303/16821 16597/19300/16824 16595/19302/16843</w:t>
        <w:br/>
        <w:t>f 16601/19304/16844 16600/19305/16845 16599/19306/16846</w:t>
        <w:br/>
        <w:t>f 16598/19307/16847 16601/19304/16844 16599/19306/16846</w:t>
        <w:br/>
        <w:t>f 16604/19308/16848 16603/19309/16849 16602/19310/16850</w:t>
        <w:br/>
        <w:t>f 16565/19274/16816 16604/19308/16848 16602/19310/16850</w:t>
        <w:br/>
        <w:t>f 16608/19311/16851 16607/19312/16852 16606/19313/16853</w:t>
        <w:br/>
        <w:t>f 16605/19314/16854 16608/19311/16851 16606/19313/16853</w:t>
        <w:br/>
        <w:t>f 16612/19315/16855 16611/19316/16856 16610/19317/16857</w:t>
        <w:br/>
        <w:t>f 16609/19318/16858 16612/19315/16855 16610/19317/16857</w:t>
        <w:br/>
        <w:t>f 16612/19315/16855 16609/19318/16858 16614/19319/16859</w:t>
        <w:br/>
        <w:t>f 16613/19320/16860 16612/19315/16855 16614/19319/16859</w:t>
        <w:br/>
        <w:t>f 16617/19321/16861 16616/19322/16862 16615/19323/16863</w:t>
        <w:br/>
        <w:t>f 16613/19320/16860 16617/19321/16861 16615/19323/16863</w:t>
        <w:br/>
        <w:t>f 16621/19324/16864 16620/19325/16865 16619/19326/16866</w:t>
        <w:br/>
        <w:t>f 16618/19327/16867 16621/19324/16864 16619/19326/16866</w:t>
        <w:br/>
        <w:t>f 16625/19328/16868 16624/19329/16869 16623/19330/16870</w:t>
        <w:br/>
        <w:t>f 16622/19331/16871 16625/19328/16868 16623/19330/16870</w:t>
        <w:br/>
        <w:t>f 16537/19246/16788 16538/19245/16787 16574/19281/16823</w:t>
        <w:br/>
        <w:t>f 16626/19332/16872 16537/19246/16788 16574/19281/16823</w:t>
        <w:br/>
        <w:t>f 16630/19333/16873 16629/19334/16874 16628/19335/16875</w:t>
        <w:br/>
        <w:t>f 16627/19336/16876 16630/19333/16873 16628/19335/16875</w:t>
        <w:br/>
        <w:t>f 16627/19336/16876 16631/19337/16877 16578/19283/16825</w:t>
        <w:br/>
        <w:t>f 16630/19333/16873 16627/19336/16876 16578/19283/16825</w:t>
        <w:br/>
        <w:t>f 16586/19293/16835 16558/19262/16804 16556/19264/16806</w:t>
        <w:br/>
        <w:t>f 16584/19289/16831 16586/19293/16835 16556/19264/16806</w:t>
        <w:br/>
        <w:t>f 16590/19295/16837 16633/19338/16878 16632/19339/16879</w:t>
        <w:br/>
        <w:t>f 16589/19296/16838 16590/19295/16837 16632/19339/16879</w:t>
        <w:br/>
        <w:t>f 16569/19278/16820 16570/19277/16819 16596/19301/16842</w:t>
        <w:br/>
        <w:t>f 16597/19300/16824 16569/19278/16820 16596/19301/16842</w:t>
        <w:br/>
        <w:t>f 16634/19340/16880 16603/19309/16849 16600/19305/16845</w:t>
        <w:br/>
        <w:t>f 16601/19304/16844 16634/19340/16880 16600/19305/16845</w:t>
        <w:br/>
        <w:t>f 16637/19341/16881 16636/19342/16882 16635/19343/16883</w:t>
        <w:br/>
        <w:t>f 16639/19344/16884 16638/19345/16885 16586/19293/16835</w:t>
        <w:br/>
        <w:t>f 16587/19292/16834 16639/19344/16884 16586/19293/16835</w:t>
        <w:br/>
        <w:t>f 16638/19345/16885 16640/19346/16886 16588/19297/16839</w:t>
        <w:br/>
        <w:t>f 16589/19296/16838 16638/19345/16885 16588/19297/16839</w:t>
        <w:br/>
        <w:t>f 16589/19296/16838 16632/19339/16879 16560/19265/16807</w:t>
        <w:br/>
        <w:t>f 16638/19345/16885 16589/19296/16838 16560/19265/16807</w:t>
        <w:br/>
        <w:t>f 16561/19270/16812 16562/19269/16811 16641/19347/16887</w:t>
        <w:br/>
        <w:t>f 16559/19266/16808 16561/19270/16812 16641/19347/16887</w:t>
        <w:br/>
        <w:t>f 16638/19345/16885 16639/19344/16884 16640/19346/16886</w:t>
        <w:br/>
        <w:t>f 16626/19332/16872 16629/19334/16874 16642/19348/16888</w:t>
        <w:br/>
        <w:t>f 16537/19246/16788 16626/19332/16872 16642/19348/16888</w:t>
        <w:br/>
        <w:t>f 16644/19349/16889 16549/19256/16798 16579/19287/16829</w:t>
        <w:br/>
        <w:t>f 16643/19350/16890 16644/19349/16889 16579/19287/16829</w:t>
        <w:br/>
        <w:t>f 16583/19290/16832 16645/19351/16891 16644/19349/16889</w:t>
        <w:br/>
        <w:t>f 16643/19350/16890 16583/19290/16832 16644/19349/16889</w:t>
        <w:br/>
        <w:t>f 16558/19262/16804 16586/19293/16835 16638/19345/16885</w:t>
        <w:br/>
        <w:t>f 16560/19265/16807 16558/19262/16804 16638/19345/16885</w:t>
        <w:br/>
        <w:t>f 16604/19308/16848 16646/19352/16892 16592/19299/16841</w:t>
        <w:br/>
        <w:t>f 16635/19343/16883 16604/19308/16848 16592/19299/16841</w:t>
        <w:br/>
        <w:t>f 16632/19339/16879 16561/19270/16812 16559/19266/16808</w:t>
        <w:br/>
        <w:t>f 16560/19265/16807 16632/19339/16879 16559/19266/16808</w:t>
        <w:br/>
        <w:t>f 16649/19353/16893 16648/19354/16894 16606/19313/16853</w:t>
        <w:br/>
        <w:t>f 16647/19355/16871 16649/19353/16893 16606/19313/16853</w:t>
        <w:br/>
        <w:t>f 16545/19251/16793 16543/19247/16789 16642/19348/16888</w:t>
        <w:br/>
        <w:t>f 16544/19252/16794 16545/19251/16793 16642/19348/16888</w:t>
        <w:br/>
        <w:t>f 16609/19318/16858 16651/19356/16895 16650/19357/16896</w:t>
        <w:br/>
        <w:t>f 16609/19318/16858 16650/19357/16896 16652/19358/16897</w:t>
        <w:br/>
        <w:t>f 16614/19319/16859 16609/19318/16858 16652/19358/16897</w:t>
        <w:br/>
        <w:t>f 16556/19264/16806 16555/19258/16800 16552/19261/16803</w:t>
        <w:br/>
        <w:t>f 16645/19351/16891 16556/19264/16806 16552/19261/16803</w:t>
        <w:br/>
        <w:t>f 16557/19263/16805 16653/19359/16898 16554/19259/16801</w:t>
        <w:br/>
        <w:t>f 16555/19258/16800 16557/19263/16805 16554/19259/16801</w:t>
        <w:br/>
        <w:t>f 16655/19360/16899 16653/19359/16898 16641/19347/16887</w:t>
        <w:br/>
        <w:t>f 16654/19361/16900 16655/19360/16899 16641/19347/16887</w:t>
        <w:br/>
        <w:t>f 16561/19270/16812 16632/19339/16879 16633/19338/16878</w:t>
        <w:br/>
        <w:t>f 16564/19267/16809 16561/19270/16812 16633/19338/16878</w:t>
        <w:br/>
        <w:t>f 16565/19274/16816 16566/19273/16815 16646/19352/16892</w:t>
        <w:br/>
        <w:t>f 16604/19308/16848 16565/19274/16816 16646/19352/16892</w:t>
        <w:br/>
        <w:t>f 16622/19331/16871 16623/19330/16870 16657/19362/16901</w:t>
        <w:br/>
        <w:t>f 16656/19363/16902 16622/19331/16871 16657/19362/16901</w:t>
        <w:br/>
        <w:t>f 16661/19364/16903 16660/19365/16904 16659/19366/16905</w:t>
        <w:br/>
        <w:t>f 16658/19367/16906 16661/19364/16903 16659/19366/16905</w:t>
        <w:br/>
        <w:t>f 16665/19368/16907 16664/19369/16908 16663/19370/16909</w:t>
        <w:br/>
        <w:t>f 16662/19371/16910 16665/19368/16907 16663/19370/16909</w:t>
        <w:br/>
        <w:t>f 16669/19372/16911 16668/19373/16912 16667/19374/16913</w:t>
        <w:br/>
        <w:t>f 16666/19375/16914 16669/19372/16911 16667/19374/16913</w:t>
        <w:br/>
        <w:t>f 16673/19376/16915 16672/19377/16916 16671/19378/16917</w:t>
        <w:br/>
        <w:t>f 16670/19379/16918 16673/19376/16915 16671/19378/16917</w:t>
        <w:br/>
        <w:t>f 16677/19380/16919 16676/19381/16920 16675/19382/16921</w:t>
        <w:br/>
        <w:t>f 16674/19383/16922 16677/19380/16919 16675/19382/16921</w:t>
        <w:br/>
        <w:t>f 16681/19384/16923 16680/19385/16924 16679/19386/16925</w:t>
        <w:br/>
        <w:t>f 16678/19387/16926 16681/19384/16923 16679/19386/16925</w:t>
        <w:br/>
        <w:t>f 16685/19388/16927 16684/19389/16928 16683/19390/16929</w:t>
        <w:br/>
        <w:t>f 16682/19391/16930 16685/19388/16927 16683/19390/16929</w:t>
        <w:br/>
        <w:t>f 16689/19392/16931 16688/19393/16932 16687/19394/16933</w:t>
        <w:br/>
        <w:t>f 16686/19395/16934 16689/19392/16931 16687/19394/16933</w:t>
        <w:br/>
        <w:t>f 16693/19396/16935 16692/19397/16936 16691/19398/16937</w:t>
        <w:br/>
        <w:t>f 16690/19399/16938 16693/19396/16935 16691/19398/16937</w:t>
        <w:br/>
        <w:t>f 16695/19400/16939 16693/19396/16935 16690/19399/16938</w:t>
        <w:br/>
        <w:t>f 16694/19401/16940 16695/19400/16939 16690/19399/16938</w:t>
        <w:br/>
        <w:t>f 16699/19402/16941 16698/19403/16942 16697/19404/16943</w:t>
        <w:br/>
        <w:t>f 16696/19405/16944 16699/19402/16941 16697/19404/16943</w:t>
        <w:br/>
        <w:t>f 16696/19405/16944 16701/19406/16945 16700/19407/16946</w:t>
        <w:br/>
        <w:t>f 16699/19402/16941 16696/19405/16944 16700/19407/16946</w:t>
        <w:br/>
        <w:t>f 16705/19408/16924 16704/19409/16923 16703/19410/16947</w:t>
        <w:br/>
        <w:t>f 16702/19411/16948 16705/19408/16924 16703/19410/16947</w:t>
        <w:br/>
        <w:t>f 16709/19412/16949 16708/19413/16950 16707/19414/16951</w:t>
        <w:br/>
        <w:t>f 16706/19415/16952 16709/19412/16949 16707/19414/16951</w:t>
        <w:br/>
        <w:t>f 16713/19416/16953 16712/19417/16954 16711/19418/16955</w:t>
        <w:br/>
        <w:t>f 16710/19419/16956 16713/19416/16953 16711/19418/16955</w:t>
        <w:br/>
        <w:t>f 16717/19420/16957 16716/19421/16958 16715/19422/16959</w:t>
        <w:br/>
        <w:t>f 16714/19423/16960 16717/19420/16957 16715/19422/16959</w:t>
        <w:br/>
        <w:t>f 16719/19424/16961 16718/19425/16962 16716/19421/16958</w:t>
        <w:br/>
        <w:t>f 16717/19420/16957 16719/19424/16961 16716/19421/16958</w:t>
        <w:br/>
        <w:t>f 16719/19424/16961 16721/19426/16963 16720/19427/16964</w:t>
        <w:br/>
        <w:t>f 16718/19425/16962 16719/19424/16961 16720/19427/16964</w:t>
        <w:br/>
        <w:t>f 16724/19428/16965 16723/19429/16966 16677/19380/16919</w:t>
        <w:br/>
        <w:t>f 16722/19430/16967 16724/19428/16965 16677/19380/16919</w:t>
        <w:br/>
        <w:t>f 16728/19431/16968 16727/19432/16969 16726/19433/16970</w:t>
        <w:br/>
        <w:t>f 16725/19434/16971 16728/19431/16968 16726/19433/16970</w:t>
        <w:br/>
        <w:t>f 16732/19435/16972 16731/19436/16973 16730/19437/16974</w:t>
        <w:br/>
        <w:t>f 16729/19438/16975 16732/19435/16972 16730/19437/16974</w:t>
        <w:br/>
        <w:t>f 16736/19439/16976 16735/19440/16977 16734/19441/16978</w:t>
        <w:br/>
        <w:t>f 16733/19442/16979 16736/19439/16976 16734/19441/16978</w:t>
        <w:br/>
        <w:t>f 16735/19440/16977 16736/19439/16976 16738/19443/16980</w:t>
        <w:br/>
        <w:t>f 16737/19444/16981 16735/19440/16977 16738/19443/16980</w:t>
        <w:br/>
        <w:t>f 16742/19445/16982 16741/19446/16983 16740/19447/16984</w:t>
        <w:br/>
        <w:t>f 16739/19448/16985 16742/19445/16982 16740/19447/16984</w:t>
        <w:br/>
        <w:t>f 16746/19449/16986 16745/19450/16987 16744/19451/16988</w:t>
        <w:br/>
        <w:t>f 16743/19452/16989 16746/19449/16986 16744/19451/16988</w:t>
        <w:br/>
        <w:t>f 16750/19453/16990 16749/19454/16991 16748/19455/16992</w:t>
        <w:br/>
        <w:t>f 16747/19456/16993 16750/19453/16990 16748/19455/16992</w:t>
        <w:br/>
        <w:t>f 16753/19457/16994 16752/19458/16995 16751/19459/16996</w:t>
        <w:br/>
        <w:t>f 16754/19460/16997 16753/19457/16994 16751/19459/16996</w:t>
        <w:br/>
        <w:t>f 16757/19461/16998 16756/19462/16999 16755/19463/17000</w:t>
        <w:br/>
        <w:t>f 16759/19464/17001 16695/19400/16939 16694/19401/16940</w:t>
        <w:br/>
        <w:t>f 16758/19465/17002 16759/19464/17001 16694/19401/16940</w:t>
        <w:br/>
        <w:t>f 16758/19465/17002 16697/19404/16943 16698/19403/16942</w:t>
        <w:br/>
        <w:t>f 16760/19466/17003 16758/19465/17002 16698/19403/16942</w:t>
        <w:br/>
        <w:t>f 16762/19467/17004 16746/19449/16986 16743/19452/16989</w:t>
        <w:br/>
        <w:t>f 16761/19468/17005 16762/19467/17004 16743/19452/16989</w:t>
        <w:br/>
        <w:t>f 16672/19377/16916 16764/19469/17006 16763/19470/17007</w:t>
        <w:br/>
        <w:t>f 16671/19378/16917 16672/19377/16916 16763/19470/17007</w:t>
        <w:br/>
        <w:t>f 16758/19465/17002 16760/19466/17003 16759/19464/17001</w:t>
        <w:br/>
        <w:t>f 16766/19471/17008 16731/19436/16973 16765/19472/17009</w:t>
        <w:br/>
        <w:t>f 16733/19442/16979 16766/19471/17008 16765/19472/17009</w:t>
        <w:br/>
        <w:t>f 16687/19394/16933 16769/19473/17010 16768/19474/17011</w:t>
        <w:br/>
        <w:t>f 16767/19475/17012 16687/19394/16933 16768/19474/17011</w:t>
        <w:br/>
        <w:t>f 16770/19476/17013 16691/19398/16937 16767/19475/17012</w:t>
        <w:br/>
        <w:t>f 16768/19474/17011 16770/19476/17013 16767/19475/17012</w:t>
        <w:br/>
        <w:t>f 16758/19465/17002 16694/19401/16940 16740/19447/16984</w:t>
        <w:br/>
        <w:t>f 16761/19468/17005 16758/19465/17002 16740/19447/16984</w:t>
        <w:br/>
        <w:t>f 16701/19406/16945 16772/19477/17014 16771/19478/17015</w:t>
        <w:br/>
        <w:t>f 16756/19462/16999 16701/19406/16945 16771/19478/17015</w:t>
        <w:br/>
        <w:t>f 16711/19418/16955 16775/19479/17016 16774/19480/17017</w:t>
        <w:br/>
        <w:t>f 16773/19481/16969 16711/19418/16955 16774/19480/17017</w:t>
        <w:br/>
        <w:t>f 16716/19421/16958 16776/19482/17018 16715/19422/16959</w:t>
        <w:br/>
        <w:t>f 16716/19421/16958 16778/19483/17019 16777/19484/17020</w:t>
        <w:br/>
        <w:t>f 16666/19375/16914 16780/19485/17021 16779/19486/17022</w:t>
        <w:br/>
        <w:t>f 16669/19372/16911 16666/19375/16914 16779/19486/17022</w:t>
        <w:br/>
        <w:t>f 16784/19487/17023 16783/19488/17024 16782/19489/17025</w:t>
        <w:br/>
        <w:t>f 16781/19490/17026 16784/19487/17023 16782/19489/17025</w:t>
        <w:br/>
        <w:t>f 16727/19432/16969 16786/19491/17017 16785/19492/17027</w:t>
        <w:br/>
        <w:t>f 16726/19433/16970 16727/19432/16969 16785/19492/17027</w:t>
        <w:br/>
        <w:t>f 16790/19493/17028 16789/19494/17029 16788/19495/17030</w:t>
        <w:br/>
        <w:t>f 16787/19496/17031 16790/19493/17028 16788/19495/17030</w:t>
        <w:br/>
        <w:t>f 16792/19497/17032 16791/19498/17033 16675/19382/16921</w:t>
        <w:br/>
        <w:t>f 16676/19381/16920 16792/19497/17032 16675/19382/16921</w:t>
        <w:br/>
        <w:t>f 16701/19406/16945 16756/19462/16999 16757/19461/16998</w:t>
        <w:br/>
        <w:t>f 16700/19407/16946 16701/19406/16945 16757/19461/16998</w:t>
        <w:br/>
        <w:t>f 16701/19406/16945 16696/19405/16944 16744/19451/16988</w:t>
        <w:br/>
        <w:t>f 16772/19477/17014 16701/19406/16945 16744/19451/16988</w:t>
        <w:br/>
        <w:t>f 16736/19439/16976 16793/19499/17034 16684/19389/16928</w:t>
        <w:br/>
        <w:t>f 16738/19443/16980 16736/19439/16976 16684/19389/16928</w:t>
        <w:br/>
        <w:t>f 16688/19393/16932 16689/19392/16931 16737/19444/16981</w:t>
        <w:br/>
        <w:t>f 16738/19443/16980 16688/19393/16932 16737/19444/16981</w:t>
        <w:br/>
        <w:t>f 16797/19500/17035 16796/19501/17036 16795/19502/17037</w:t>
        <w:br/>
        <w:t>f 16794/19503/17038 16797/19500/17035 16795/19502/17037</w:t>
        <w:br/>
        <w:t>f 16767/19475/17012 16798/19504/17039 16686/19395/16934</w:t>
        <w:br/>
        <w:t>f 16687/19394/16933 16767/19475/17012 16686/19395/16934</w:t>
        <w:br/>
        <w:t>f 16688/19393/16932 16685/19388/16927 16769/19473/17010</w:t>
        <w:br/>
        <w:t>f 16687/19394/16933 16688/19393/16932 16769/19473/17010</w:t>
        <w:br/>
        <w:t>f 16799/19505/17040 16766/19471/17008 16733/19442/16979</w:t>
        <w:br/>
        <w:t>f 16734/19441/16978 16799/19505/17040 16733/19442/16979</w:t>
        <w:br/>
        <w:t>f 16793/19499/17034 16765/19472/17009 16800/19506/17041</w:t>
        <w:br/>
        <w:t>f 16801/19507/17042 16793/19499/17034 16800/19506/17041</w:t>
        <w:br/>
        <w:t>f 16668/19373/16912 16803/19508/17043 16802/19509/17044</w:t>
        <w:br/>
        <w:t>f 16667/19374/16913 16668/19373/16912 16802/19509/17044</w:t>
        <w:br/>
        <w:t>f 16798/19504/17039 16767/19475/17012 16691/19398/16937</w:t>
        <w:br/>
        <w:t>f 16692/19397/16936 16798/19504/17039 16691/19398/16937</w:t>
        <w:br/>
        <w:t>f 16804/19510/17045 16742/19445/16982 16739/19448/16985</w:t>
        <w:br/>
        <w:t>f 16770/19476/17013 16804/19510/17045 16739/19448/16985</w:t>
        <w:br/>
        <w:t>f 16755/19463/17000 16756/19462/16999 16706/19415/16952</w:t>
        <w:br/>
        <w:t>f 16707/19414/16951 16755/19463/17000 16706/19415/16952</w:t>
        <w:br/>
        <w:t>f 16805/19511/17046 16725/19434/16971 16790/19493/17028</w:t>
        <w:br/>
        <w:t>f 16787/19496/17031 16805/19511/17046 16790/19493/17028</w:t>
        <w:br/>
        <w:t>f 16756/19462/16999 16771/19478/17015 16752/19458/16995</w:t>
        <w:br/>
        <w:t>f 16706/19415/16952 16756/19462/16999 16752/19458/16995</w:t>
        <w:br/>
        <w:t>f 16809/19512/17047 16808/19513/17048 16807/19514/17049</w:t>
        <w:br/>
        <w:t>f 16806/19515/17050 16809/19512/17047 16807/19514/17049</w:t>
        <w:br/>
        <w:t>f 16708/19413/16950 16709/19412/16949 16702/19411/16948</w:t>
        <w:br/>
        <w:t>f 16703/19410/16947 16708/19413/16950 16702/19411/16948</w:t>
        <w:br/>
        <w:t>f 16709/19412/16949 16753/19457/16994 16748/19455/16992</w:t>
        <w:br/>
        <w:t>f 16702/19411/16948 16709/19412/16949 16748/19455/16992</w:t>
        <w:br/>
        <w:t>f 16813/19516/17051 16812/19517/17052 16811/19518/17053</w:t>
        <w:br/>
        <w:t>f 16810/19519/17054 16813/19516/17051 16811/19518/17053</w:t>
        <w:br/>
        <w:t>f 16766/19471/17008 16799/19505/17040 16678/19387/16926</w:t>
        <w:br/>
        <w:t>f 16679/19386/16925 16766/19471/17008 16678/19387/16926</w:t>
        <w:br/>
        <w:t>f 16680/19385/16924 16814/19520/16991 16730/19437/16974</w:t>
        <w:br/>
        <w:t>f 16679/19386/16925 16680/19385/16924 16730/19437/16974</w:t>
        <w:br/>
        <w:t>f 16712/19417/16954 16815/19521/17055 16775/19479/17016</w:t>
        <w:br/>
        <w:t>f 16711/19418/16955 16712/19417/16954 16775/19479/17016</w:t>
        <w:br/>
        <w:t>f 16543/19247/16789 16545/19251/16793 16816/19522/17056</w:t>
        <w:br/>
        <w:t>f 16542/19248/16790 16543/19247/16789 16816/19522/17056</w:t>
        <w:br/>
        <w:t>f 16629/19334/16874 16626/19332/16872 16817/19523/17057</w:t>
        <w:br/>
        <w:t>f 16628/19335/16875 16629/19334/16874 16817/19523/17057</w:t>
        <w:br/>
        <w:t>f 16629/19334/16874 16630/19333/16873 16544/19252/16794</w:t>
        <w:br/>
        <w:t>f 16642/19348/16888 16629/19334/16874 16544/19252/16794</w:t>
        <w:br/>
        <w:t>f 16543/19247/16789 16540/19243/16785 16537/19246/16788</w:t>
        <w:br/>
        <w:t>f 16642/19348/16888 16543/19247/16789 16537/19246/16788</w:t>
        <w:br/>
        <w:t>f 16550/19255/16797 16551/19254/16796 16546/19250/16792</w:t>
        <w:br/>
        <w:t>f 16547/19253/16795 16550/19255/16797 16546/19250/16792</w:t>
        <w:br/>
        <w:t>f 16547/19253/16795 16544/19252/16794 16630/19333/16873</w:t>
        <w:br/>
        <w:t>f 16578/19283/16825 16547/19253/16795 16630/19333/16873</w:t>
        <w:br/>
        <w:t>f 16631/19337/16877 16581/19285/16827 16577/19284/16826</w:t>
        <w:br/>
        <w:t>f 16578/19283/16825 16631/19337/16877 16577/19284/16826</w:t>
        <w:br/>
        <w:t>f 16644/19349/16889 16818/19524/17058 16548/19257/16799</w:t>
        <w:br/>
        <w:t>f 16549/19256/16798 16644/19349/16889 16548/19257/16799</w:t>
        <w:br/>
        <w:t>f 16580/19286/16828 16819/19525/17059 16643/19350/16890</w:t>
        <w:br/>
        <w:t>f 16579/19287/16829 16580/19286/16828 16643/19350/16890</w:t>
        <w:br/>
        <w:t>f 16549/19256/16798 16550/19255/16797 16577/19284/16826</w:t>
        <w:br/>
        <w:t>f 16579/19287/16829 16549/19256/16798 16577/19284/16826</w:t>
        <w:br/>
        <w:t>f 16818/19524/17058 16820/19526/17060 16652/19358/16897</w:t>
        <w:br/>
        <w:t>f 16548/19257/16799 16818/19524/17058 16652/19358/16897</w:t>
        <w:br/>
        <w:t>f 16617/19321/16861 16820/19526/17060 16553/19260/16802</w:t>
        <w:br/>
        <w:t>f 16616/19322/16862 16617/19321/16861 16553/19260/16802</w:t>
        <w:br/>
        <w:t>f 16819/19525/17059 16582/19291/16833 16583/19290/16832</w:t>
        <w:br/>
        <w:t>f 16643/19350/16890 16819/19525/17059 16583/19290/16832</w:t>
        <w:br/>
        <w:t>f 16584/19289/16831 16556/19264/16806 16645/19351/16891</w:t>
        <w:br/>
        <w:t>f 16583/19290/16832 16584/19289/16831 16645/19351/16891</w:t>
        <w:br/>
        <w:t>f 16818/19524/17058 16644/19349/16889 16645/19351/16891</w:t>
        <w:br/>
        <w:t>f 16552/19261/16803 16818/19524/17058 16645/19351/16891</w:t>
        <w:br/>
        <w:t>f 16619/19326/16866 16563/19268/16810 16567/19272/16814</w:t>
        <w:br/>
        <w:t>f 16821/19527/17061 16619/19326/16866 16567/19272/16814</w:t>
        <w:br/>
        <w:t>f 16637/19341/16881 16635/19343/16883 16592/19299/16841</w:t>
        <w:br/>
        <w:t>f 16593/19298/16840 16637/19341/16881 16592/19299/16841</w:t>
        <w:br/>
        <w:t>f 16619/19326/16866 16821/19527/17061 16822/19528/17062</w:t>
        <w:br/>
        <w:t>f 16618/19327/16867 16619/19326/16866 16822/19528/17062</w:t>
        <w:br/>
        <w:t>f 16633/19338/16878 16590/19295/16837 16592/19299/16841</w:t>
        <w:br/>
        <w:t>f 16646/19352/16892 16633/19338/16878 16592/19299/16841</w:t>
        <w:br/>
        <w:t>f 16564/19267/16809 16633/19338/16878 16646/19352/16892</w:t>
        <w:br/>
        <w:t>f 16566/19273/16815 16564/19267/16809 16646/19352/16892</w:t>
        <w:br/>
        <w:t>f 16600/19305/16845 16635/19343/16883 16636/19342/16882</w:t>
        <w:br/>
        <w:t>f 16599/19306/16846 16600/19305/16845 16636/19342/16882</w:t>
        <w:br/>
        <w:t>f 16603/19309/16849 16634/19340/16880 16823/19529/17063</w:t>
        <w:br/>
        <w:t>f 16602/19310/16850 16603/19309/16849 16823/19529/17063</w:t>
        <w:br/>
        <w:t>f 16603/19309/16849 16604/19308/16848 16635/19343/16883</w:t>
        <w:br/>
        <w:t>f 16600/19305/16845 16603/19309/16849 16635/19343/16883</w:t>
        <w:br/>
        <w:t>f 16660/19365/16904 16824/19530/17064 16568/19271/16813</w:t>
        <w:br/>
        <w:t>f 16659/19366/16905 16660/19365/16904 16568/19271/16813</w:t>
        <w:br/>
        <w:t>f 16539/19244/16786 16826/19531/16817 16825/19532/16820</w:t>
        <w:br/>
        <w:t>f 16538/19245/16787 16539/19244/16786 16825/19532/16820</w:t>
        <w:br/>
        <w:t>f 16575/19280/16822 16817/19523/17057 16626/19332/16872</w:t>
        <w:br/>
        <w:t>f 16574/19281/16823 16575/19280/16822 16626/19332/16872</w:t>
        <w:br/>
        <w:t>f 16607/19312/16852 16827/19533/16868 16647/19355/16871</w:t>
        <w:br/>
        <w:t>f 16606/19313/16853 16607/19312/16852 16647/19355/16871</w:t>
        <w:br/>
        <w:t>f 16538/19245/16787 16825/19532/16820 16573/19282/16824</w:t>
        <w:br/>
        <w:t>f 16574/19281/16823 16538/19245/16787 16573/19282/16824</w:t>
        <w:br/>
        <w:t>f 16539/19244/16786 16540/19243/16785 16541/19249/16791</w:t>
        <w:br/>
        <w:t>f 16648/19354/16894 16539/19244/16786 16541/19249/16791</w:t>
        <w:br/>
        <w:t>f 16571/19276/16818 16823/19529/17063 16634/19340/16880</w:t>
        <w:br/>
        <w:t>f 16570/19277/16819 16571/19276/16818 16634/19340/16880</w:t>
        <w:br/>
        <w:t>f 16596/19301/16842 16601/19304/16844 16598/19307/16847</w:t>
        <w:br/>
        <w:t>f 16595/19302/16843 16596/19301/16842 16598/19307/16847</w:t>
        <w:br/>
        <w:t>f 16624/19329/16869 16661/19364/16903 16623/19330/16870</w:t>
        <w:br/>
        <w:t>f 16570/19277/16819 16634/19340/16880 16601/19304/16844</w:t>
        <w:br/>
        <w:t>f 16596/19301/16842 16570/19277/16819 16601/19304/16844</w:t>
        <w:br/>
        <w:t>f 16623/19330/16870 16661/19364/16903 16658/19367/16906</w:t>
        <w:br/>
        <w:t>f 16657/19362/16901 16623/19330/16870 16658/19367/16906</w:t>
        <w:br/>
        <w:t>f 16664/19369/16908 16815/19521/17055 16828/19534/17065</w:t>
        <w:br/>
        <w:t>f 16663/19370/16909 16664/19369/16908 16828/19534/17065</w:t>
        <w:br/>
        <w:t>f 16830/19535/17066 16829/19536/17067 16666/19375/16914</w:t>
        <w:br/>
        <w:t>f 16667/19374/16913 16830/19535/17066 16666/19375/16914</w:t>
        <w:br/>
        <w:t>f 16831/19537/17068 16674/19383/16922 16670/19379/16918</w:t>
        <w:br/>
        <w:t>f 16671/19378/16917 16831/19537/17068 16670/19379/16918</w:t>
        <w:br/>
        <w:t>f 16833/19538/17069 16673/19376/16915 16670/19379/16918</w:t>
        <w:br/>
        <w:t>f 16832/19539/17070 16833/19538/17069 16670/19379/16918</w:t>
        <w:br/>
        <w:t>f 16782/19489/17025 16831/19537/17068 16671/19378/16917</w:t>
        <w:br/>
        <w:t>f 16763/19470/17007 16782/19489/17025 16671/19378/16917</w:t>
        <w:br/>
        <w:t>f 16837/19540/17071 16836/19541/17072 16835/19542/17073</w:t>
        <w:br/>
        <w:t>f 16834/19543/17074 16837/19540/17071 16835/19542/17073</w:t>
        <w:br/>
        <w:t>f 16839/19544/17075 16838/19545/17076 16794/19503/17038</w:t>
        <w:br/>
        <w:t>f 16795/19502/17037 16839/19544/17075 16794/19503/17038</w:t>
        <w:br/>
        <w:t>f 16841/19546/17077 16838/19545/17076 16839/19544/17075</w:t>
        <w:br/>
        <w:t>f 16840/19547/17078 16841/19546/17077 16839/19544/17075</w:t>
        <w:br/>
        <w:t>f 16780/19485/17021 16666/19375/16914 16829/19536/17067</w:t>
        <w:br/>
        <w:t>f 16781/19490/17026 16780/19485/17021 16829/19536/17067</w:t>
        <w:br/>
        <w:t>f 16764/19469/17006 16779/19486/17022 16780/19485/17021</w:t>
        <w:br/>
        <w:t>f 16763/19470/17007 16764/19469/17006 16780/19485/17021</w:t>
        <w:br/>
        <w:t>f 16843/19548/17079 16842/19549/17073 16810/19519/17054</w:t>
        <w:br/>
        <w:t>f 16811/19518/17053 16843/19548/17079 16810/19519/17054</w:t>
        <w:br/>
        <w:t>f 16812/19517/17052 16813/19516/17051 16806/19515/17050</w:t>
        <w:br/>
        <w:t>f 16807/19514/17049 16812/19517/17052 16806/19515/17050</w:t>
        <w:br/>
        <w:t>f 16833/19538/17069 16832/19539/17070 16808/19513/17048</w:t>
        <w:br/>
        <w:t>f 16809/19512/17047 16833/19538/17069 16808/19513/17048</w:t>
        <w:br/>
        <w:t>f 16796/19501/17036 16844/19550/17080 16776/19482/17018</w:t>
        <w:br/>
        <w:t>f 16795/19502/17037 16796/19501/17036 16776/19482/17018</w:t>
        <w:br/>
        <w:t>f 16841/19546/17077 16840/19547/17078 16802/19509/17044</w:t>
        <w:br/>
        <w:t>f 16803/19508/17043 16841/19546/17077 16802/19509/17044</w:t>
        <w:br/>
        <w:t>f 16796/19501/17036 16797/19500/17035 16662/19371/16910</w:t>
        <w:br/>
        <w:t>f 16663/19370/16909 16796/19501/17036 16662/19371/16910</w:t>
        <w:br/>
        <w:t>f 16808/19513/17048 16791/19498/17033 16788/19495/17030</w:t>
        <w:br/>
        <w:t>f 16807/19514/17049 16808/19513/17048 16788/19495/17030</w:t>
        <w:br/>
        <w:t>f 16812/19517/17052 16789/19494/17029 16785/19492/17027</w:t>
        <w:br/>
        <w:t>f 16811/19518/17053 16812/19517/17052 16785/19492/17027</w:t>
        <w:br/>
        <w:t>f 16664/19369/16908 16665/19368/16907 16836/19541/17072</w:t>
        <w:br/>
        <w:t>f 16837/19540/17071 16664/19369/16908 16836/19541/17072</w:t>
        <w:br/>
        <w:t>f 16685/19388/16927 16688/19393/16932 16738/19443/16980</w:t>
        <w:br/>
        <w:t>f 16684/19389/16928 16685/19388/16927 16738/19443/16980</w:t>
        <w:br/>
        <w:t>f 16731/19436/16973 16766/19471/17008 16679/19386/16925</w:t>
        <w:br/>
        <w:t>f 16730/19437/16974 16731/19436/16973 16679/19386/16925</w:t>
        <w:br/>
        <w:t>f 16694/19401/16940 16690/19399/16938 16739/19448/16985</w:t>
        <w:br/>
        <w:t>f 16740/19447/16984 16694/19401/16940 16739/19448/16985</w:t>
        <w:br/>
        <w:t>f 16696/19405/16944 16697/19404/16943 16743/19452/16989</w:t>
        <w:br/>
        <w:t>f 16744/19451/16988 16696/19405/16944 16743/19452/16989</w:t>
        <w:br/>
        <w:t>f 16749/19454/16991 16705/19408/16924 16702/19411/16948</w:t>
        <w:br/>
        <w:t>f 16748/19455/16992 16749/19454/16991 16702/19411/16948</w:t>
        <w:br/>
        <w:t>f 16753/19457/16994 16709/19412/16949 16706/19415/16952</w:t>
        <w:br/>
        <w:t>f 16752/19458/16995 16753/19457/16994 16706/19415/16952</w:t>
        <w:br/>
        <w:t>f 16697/19404/16943 16758/19465/17002 16761/19468/17005</w:t>
        <w:br/>
        <w:t>f 16743/19452/16989 16697/19404/16943 16761/19468/17005</w:t>
        <w:br/>
        <w:t>f 16731/19436/16973 16732/19435/16972 16800/19506/17041</w:t>
        <w:br/>
        <w:t>f 16765/19472/17009 16731/19436/16973 16800/19506/17041</w:t>
        <w:br/>
        <w:t>f 16846/19551/17081 16845/19552/17082 16768/19474/17011</w:t>
        <w:br/>
        <w:t>f 16769/19473/17010 16846/19551/17081 16768/19474/17011</w:t>
        <w:br/>
        <w:t>f 16845/19552/17082 16804/19510/17045 16770/19476/17013</w:t>
        <w:br/>
        <w:t>f 16768/19474/17011 16845/19552/17082 16770/19476/17013</w:t>
        <w:br/>
        <w:t>f 16741/19446/16983 16762/19467/17004 16761/19468/17005</w:t>
        <w:br/>
        <w:t>f 16740/19447/16984 16741/19446/16983 16761/19468/17005</w:t>
        <w:br/>
        <w:t>f 16848/19553/17083 16847/19554/17084 16771/19478/17015</w:t>
        <w:br/>
        <w:t>f 16772/19477/17014 16848/19553/17083 16771/19478/17015</w:t>
        <w:br/>
        <w:t>f 16745/19450/16987 16848/19553/17083 16772/19477/17014</w:t>
        <w:br/>
        <w:t>f 16744/19451/16988 16745/19450/16987 16772/19477/17014</w:t>
        <w:br/>
        <w:t>f 16793/19499/17034 16801/19507/17042 16683/19390/16929</w:t>
        <w:br/>
        <w:t>f 16684/19389/16928 16793/19499/17034 16683/19390/16929</w:t>
        <w:br/>
        <w:t>f 16846/19551/17081 16769/19473/17010 16685/19388/16927</w:t>
        <w:br/>
        <w:t>f 16682/19391/16930 16846/19551/17081 16685/19388/16927</w:t>
        <w:br/>
        <w:t>f 16793/19499/17034 16736/19439/16976 16733/19442/16979</w:t>
        <w:br/>
        <w:t>f 16765/19472/17009 16793/19499/17034 16733/19442/16979</w:t>
        <w:br/>
        <w:t>f 16690/19399/16938 16691/19398/16937 16770/19476/17013</w:t>
        <w:br/>
        <w:t>f 16739/19448/16985 16690/19399/16938 16770/19476/17013</w:t>
        <w:br/>
        <w:t>f 16847/19554/17084 16751/19459/16996 16752/19458/16995</w:t>
        <w:br/>
        <w:t>f 16771/19478/17015 16847/19554/17084 16752/19458/16995</w:t>
        <w:br/>
        <w:t>f 16753/19457/16994 16754/19460/16997 16747/19456/16993</w:t>
        <w:br/>
        <w:t>f 16748/19455/16992 16753/19457/16994 16747/19456/16993</w:t>
        <w:br/>
        <w:t>f 16814/19520/16991 16849/19555/16990 16729/19438/16975</w:t>
        <w:br/>
        <w:t>f 16730/19437/16974 16814/19520/16991 16729/19438/16975</w:t>
        <w:br/>
        <w:t>f 16716/19421/16958 16718/19425/16962 16778/19483/17019</w:t>
        <w:br/>
        <w:t>f 16718/19425/16962 16850/19556/17085 16778/19483/17019</w:t>
        <w:br/>
        <w:t>f 16714/19423/16960 16715/19422/16959 16852/19557/17086</w:t>
        <w:br/>
        <w:t>f 16851/19558/17087 16714/19423/16960 16852/19557/17086</w:t>
        <w:br/>
        <w:t>f 16715/19422/16959 16844/19550/17080 16828/19534/17065</w:t>
        <w:br/>
        <w:t>f 16852/19557/17086 16715/19422/16959 16828/19534/17065</w:t>
        <w:br/>
        <w:t>f 16721/19426/16963 16853/19559/17088 16784/19487/17023</w:t>
        <w:br/>
        <w:t>f 16720/19427/16964 16721/19426/16963 16784/19487/17023</w:t>
        <w:br/>
        <w:t>f 16850/19556/17085 16830/19535/17066 16667/19374/16913</w:t>
        <w:br/>
        <w:t>f 16802/19509/17044 16850/19556/17085 16667/19374/16913</w:t>
        <w:br/>
        <w:t>f 16716/19421/16958 16777/19484/17020 16776/19482/17018</w:t>
        <w:br/>
        <w:t>f 16609/19318/16858 16610/19317/16857 16651/19356/16895</w:t>
        <w:br/>
        <w:t>f 16610/19317/16857 16816/19522/17056 16651/19356/16895</w:t>
        <w:br/>
        <w:t>f 16857/19560/17089 16856/19561/17090 16855/19562/17091</w:t>
        <w:br/>
        <w:t>f 16854/19563/17092 16857/19560/17089 16855/19562/17091</w:t>
        <w:br/>
        <w:t>f 16856/19561/17090 16857/19560/17089 16859/19564/17093</w:t>
        <w:br/>
        <w:t>f 16858/19565/17094 16856/19561/17090 16859/19564/17093</w:t>
        <w:br/>
        <w:t>f 16862/19566/17093 16861/19567/17095 16860/19568/17096</w:t>
        <w:br/>
        <w:t>f 16863/19569/17097 16862/19566/17093 16860/19568/17096</w:t>
        <w:br/>
        <w:t>f 16861/19567/17095 16865/19570/17092 16864/19571/17098</w:t>
        <w:br/>
        <w:t>f 16860/19568/17096 16861/19567/17095 16864/19571/17098</w:t>
        <w:br/>
        <w:t>f 16860/19568/17096 16864/19571/17098 16866/19572/17099</w:t>
        <w:br/>
        <w:t>f 16867/19573/17100 16860/19568/17096 16866/19572/17099</w:t>
        <w:br/>
        <w:t>f 16863/19569/17097 16860/19568/17096 16867/19573/17100</w:t>
        <w:br/>
        <w:t>f 16868/19574/17101 16863/19569/17097 16867/19573/17100</w:t>
        <w:br/>
        <w:t>f 16870/19575/17102 16869/19576/17103 16867/19573/17100</w:t>
        <w:br/>
        <w:t>f 16866/19572/17099 16870/19575/17102 16867/19573/17100</w:t>
        <w:br/>
        <w:t>f 16869/19576/17103 16871/19577/17104 16868/19574/17101</w:t>
        <w:br/>
        <w:t>f 16867/19573/17100 16869/19576/17103 16868/19574/17101</w:t>
        <w:br/>
        <w:t>f 16873/19578/17105 16871/19577/17104 16869/19576/17103</w:t>
        <w:br/>
        <w:t>f 16872/19579/17106 16873/19578/17105 16869/19576/17103</w:t>
        <w:br/>
        <w:t>f 16870/19575/17102 16874/19580/17107 16872/19579/17106</w:t>
        <w:br/>
        <w:t>f 16869/19576/17103 16870/19575/17102 16872/19579/17106</w:t>
        <w:br/>
        <w:t>f 16876/19581/17108 16872/19579/17106 16875/19582/17109</w:t>
        <w:br/>
        <w:t>f 16877/19583/17110 16876/19581/17108 16875/19582/17109</w:t>
        <w:br/>
        <w:t>f 16875/19582/17109 16872/19579/17106 16874/19580/17107</w:t>
        <w:br/>
        <w:t>f 16878/19584/17111 16875/19582/17109 16874/19580/17107</w:t>
        <w:br/>
        <w:t>f 16874/19580/17107 16880/19585/17112 16879/19586/17113</w:t>
        <w:br/>
        <w:t>f 16878/19584/17111 16874/19580/17107 16879/19586/17113</w:t>
        <w:br/>
        <w:t>f 16870/19575/17102 16881/19587/17114 16880/19585/17112</w:t>
        <w:br/>
        <w:t>f 16874/19580/17107 16870/19575/17102 16880/19585/17112</w:t>
        <w:br/>
        <w:t>f 16866/19572/17099 16882/19588/17115 16881/19587/17114</w:t>
        <w:br/>
        <w:t>f 16870/19575/17102 16866/19572/17099 16881/19587/17114</w:t>
        <w:br/>
        <w:t>f 16865/19570/17092 16884/19589/17116 16883/19590/17117</w:t>
        <w:br/>
        <w:t>f 16864/19571/17098 16865/19570/17092 16883/19590/17117</w:t>
        <w:br/>
        <w:t>f 16882/19588/17115 16866/19572/17099 16864/19571/17098</w:t>
        <w:br/>
        <w:t>f 16883/19590/17117 16882/19588/17115 16864/19571/17098</w:t>
        <w:br/>
        <w:t>f 16886/19591/17116 16854/19563/17092 16855/19562/17091</w:t>
        <w:br/>
        <w:t>f 16885/19592/17118 16886/19591/17116 16855/19562/17091</w:t>
        <w:br/>
        <w:t>f 16890/19593/17119 16889/19594/17120 16888/19595/17121</w:t>
        <w:br/>
        <w:t>f 16887/19596/17122 16890/19593/17119 16888/19595/17121</w:t>
        <w:br/>
        <w:t>f 16882/19588/17115 16892/19597/17123 16891/19598/17124</w:t>
        <w:br/>
        <w:t>f 16881/19587/17114 16882/19588/17115 16891/19598/17124</w:t>
        <w:br/>
        <w:t>f 16896/19599/17125 16895/19600/17126 16894/19601/17127</w:t>
        <w:br/>
        <w:t>f 16893/19602/17128 16896/19599/17125 16894/19601/17127</w:t>
        <w:br/>
        <w:t>f 16900/19603/17129 16899/19604/17130 16898/19605/17131</w:t>
        <w:br/>
        <w:t>f 16897/19606/17132 16900/19603/17129 16898/19605/17131</w:t>
        <w:br/>
        <w:t>f 16903/19607/17133 16902/19608/17134 16898/19605/17131</w:t>
        <w:br/>
        <w:t>f 16901/19609/17135 16903/19607/17133 16898/19605/17131</w:t>
        <w:br/>
        <w:t>f 16906/19610/17136 16905/19611/17137 16904/19612/17138</w:t>
        <w:br/>
        <w:t>f 16893/19602/17128 16906/19610/17136 16904/19612/17138</w:t>
        <w:br/>
        <w:t>f 16906/19610/17136 16909/19613/17139 16908/19614/17140</w:t>
        <w:br/>
        <w:t>f 16907/19615/17141 16906/19610/17136 16908/19614/17140</w:t>
        <w:br/>
        <w:t>f 16910/19616/17142 16899/19604/17130 16900/19603/17129</w:t>
        <w:br/>
        <w:t>f 16911/19617/17143 16910/19616/17142 16900/19603/17129</w:t>
        <w:br/>
        <w:t>f 16913/19618/17144 16912/19619/17145 16878/19584/17111</w:t>
        <w:br/>
        <w:t>f 16879/19586/17113 16913/19618/17144 16878/19584/17111</w:t>
        <w:br/>
        <w:t>f 16915/19620/17146 16877/19583/17110 16875/19582/17109</w:t>
        <w:br/>
        <w:t>f 16914/19621/17147 16915/19620/17146 16875/19582/17109</w:t>
        <w:br/>
        <w:t>f 16878/19584/17111 16912/19619/17145 16914/19621/17147</w:t>
        <w:br/>
        <w:t>f 16875/19582/17109 16878/19584/17111 16914/19621/17147</w:t>
        <w:br/>
        <w:t>f 16913/19618/17144 16879/19586/17113 16917/19622/17148</w:t>
        <w:br/>
        <w:t>f 16916/19623/17149 16913/19618/17144 16917/19622/17148</w:t>
        <w:br/>
        <w:t>f 16921/19624/17150 16920/19625/17151 16919/19626/17152</w:t>
        <w:br/>
        <w:t>f 16918/19627/17153 16921/19624/17150 16919/19626/17152</w:t>
        <w:br/>
        <w:t>f 16925/19628/17154 16924/19629/17155 16923/19630/17156</w:t>
        <w:br/>
        <w:t>f 16922/19631/17157 16925/19628/17154 16923/19630/17156</w:t>
        <w:br/>
        <w:t>f 16885/19592/17118 16855/19562/17091 16923/19630/17156</w:t>
        <w:br/>
        <w:t>f 16924/19629/17155 16885/19592/17118 16923/19630/17156</w:t>
        <w:br/>
        <w:t>f 16856/19561/17090 16926/19632/17158 16923/19630/17156</w:t>
        <w:br/>
        <w:t>f 16855/19562/17091 16856/19561/17090 16923/19630/17156</w:t>
        <w:br/>
        <w:t>f 16926/19632/17158 16856/19561/17090 16858/19565/17094</w:t>
        <w:br/>
        <w:t>f 16927/19633/17159 16926/19632/17158 16858/19565/17094</w:t>
        <w:br/>
        <w:t>f 16927/19633/17159 16929/19634/17160 16928/19635/17161</w:t>
        <w:br/>
        <w:t>f 16926/19632/17158 16927/19633/17159 16928/19635/17161</w:t>
        <w:br/>
        <w:t>f 16926/19632/17158 16928/19635/17161 16922/19631/17157</w:t>
        <w:br/>
        <w:t>f 16923/19630/17156 16926/19632/17158 16922/19631/17157</w:t>
        <w:br/>
        <w:t>f 16887/19596/17122 16888/19595/17121 16930/19636/17162</w:t>
        <w:br/>
        <w:t>f 16901/19609/17135 16887/19596/17122 16930/19636/17162</w:t>
        <w:br/>
        <w:t>f 16901/19609/17135 16930/19636/17162 16931/19637/17163</w:t>
        <w:br/>
        <w:t>f 16903/19607/17133 16901/19609/17135 16931/19637/17163</w:t>
        <w:br/>
        <w:t>f 16895/19600/17126 16933/19638/17164 16932/19639/17165</w:t>
        <w:br/>
        <w:t>f 16894/19601/17127 16895/19600/17126 16932/19639/17165</w:t>
        <w:br/>
        <w:t>f 16884/19589/17116 16934/19640/17166 16883/19590/17117</w:t>
        <w:br/>
        <w:t>f 16935/19641/17167 16880/19585/17112 16881/19587/17114</w:t>
        <w:br/>
        <w:t>f 16893/19602/17128 16936/19642/17168 16896/19599/17125</w:t>
        <w:br/>
        <w:t>f 16940/19643/17169 16939/19644/17088 16938/19645/17170</w:t>
        <w:br/>
        <w:t>f 16937/19646/17171 16940/19643/17169 16938/19645/17170</w:t>
        <w:br/>
        <w:t>f 16943/19647/17172 16942/19648/17173 16941/19649/17174</w:t>
        <w:br/>
        <w:t>f 16944/19650/16957 16943/19647/17172 16941/19649/17174</w:t>
        <w:br/>
        <w:t>f 16946/19651/17087 16945/19652/17175 16942/19648/17173</w:t>
        <w:br/>
        <w:t>f 16943/19647/17172 16946/19651/17087 16942/19648/17173</w:t>
        <w:br/>
        <w:t>f 16949/19653/16968 16948/19654/17176 16947/19655/16956</w:t>
        <w:br/>
        <w:t>f 16939/19644/17088 16951/19656/17177 16950/19657/17178</w:t>
        <w:br/>
        <w:t>f 16938/19645/17170 16939/19644/17088 16950/19657/17178</w:t>
        <w:br/>
        <w:t>f 16915/19620/17146 16929/19634/17160 16952/19658/17179</w:t>
        <w:br/>
        <w:t>f 16937/19646/17171 16915/19620/17146 16952/19658/17179</w:t>
        <w:br/>
        <w:t>f 16914/19621/17147 16928/19635/17161 16929/19634/17160</w:t>
        <w:br/>
        <w:t>f 16915/19620/17146 16914/19621/17147 16929/19634/17160</w:t>
        <w:br/>
        <w:t>f 16928/19635/17161 16914/19621/17147 16912/19619/17145</w:t>
        <w:br/>
        <w:t>f 16922/19631/17157 16928/19635/17161 16912/19619/17145</w:t>
        <w:br/>
        <w:t>f 16913/19618/17144 16925/19628/17154 16922/19631/17157</w:t>
        <w:br/>
        <w:t>f 16912/19619/17145 16913/19618/17144 16922/19631/17157</w:t>
        <w:br/>
        <w:t>f 16925/19628/17154 16913/19618/17144 16916/19623/17149</w:t>
        <w:br/>
        <w:t>f 16953/19659/17180 16925/19628/17154 16916/19623/17149</w:t>
        <w:br/>
        <w:t>f 16903/19607/17133 16954/19660/17181 16919/19626/17152</w:t>
        <w:br/>
        <w:t>f 16902/19608/17134 16903/19607/17133 16919/19626/17152</w:t>
        <w:br/>
        <w:t>f 16933/19638/17164 16956/19661/17182 16955/19662/17119</w:t>
        <w:br/>
        <w:t>f 16960/19663/17143 16959/19664/17183 16958/19665/17184</w:t>
        <w:br/>
        <w:t>f 16957/19666/17142 16960/19663/17143 16958/19665/17184</w:t>
        <w:br/>
        <w:t>f 16882/19588/17115 16883/19590/17117 16934/19640/17166</w:t>
        <w:br/>
        <w:t>f 16892/19597/17123 16882/19588/17115 16934/19640/17166</w:t>
        <w:br/>
        <w:t>f 16894/19601/17127 16932/19639/17165 16958/19665/17184</w:t>
        <w:br/>
        <w:t>f 16909/19613/17139 16894/19601/17127 16958/19665/17184</w:t>
        <w:br/>
        <w:t>f 16937/19646/17171 16938/19645/17170 16877/19583/17110</w:t>
        <w:br/>
        <w:t>f 16915/19620/17146 16937/19646/17171 16877/19583/17110</w:t>
        <w:br/>
        <w:t>f 16871/19577/17104 16941/19649/17174 16942/19648/17173</w:t>
        <w:br/>
        <w:t>f 16868/19574/17101 16871/19577/17104 16942/19648/17173</w:t>
        <w:br/>
        <w:t>f 16868/19574/17101 16942/19648/17173 16945/19652/17175</w:t>
        <w:br/>
        <w:t>f 16863/19569/17097 16868/19574/17101 16945/19652/17175</w:t>
        <w:br/>
        <w:t>f 16858/19565/17094 16962/19667/17185 16961/19668/17186</w:t>
        <w:br/>
        <w:t>f 16927/19633/17159 16858/19565/17094 16961/19668/17186</w:t>
        <w:br/>
        <w:t>f 16961/19668/17186 16952/19658/17179 16929/19634/17160</w:t>
        <w:br/>
        <w:t>f 16927/19633/17159 16961/19668/17186 16929/19634/17160</w:t>
        <w:br/>
        <w:t>f 16863/19569/17097 16963/19669/17187 16948/19654/17176</w:t>
        <w:br/>
        <w:t>f 16862/19566/17093 16863/19569/17097 16948/19654/17176</w:t>
        <w:br/>
        <w:t>f 16871/19577/17104 16873/19578/17105 16964/19670/17188</w:t>
        <w:br/>
        <w:t>f 16941/19649/17174 16871/19577/17104 16964/19670/17188</w:t>
        <w:br/>
        <w:t>f 16859/19564/17093 16965/19671/17189 16962/19667/17185</w:t>
        <w:br/>
        <w:t>f 16858/19565/17094 16859/19564/17093 16962/19667/17185</w:t>
        <w:br/>
        <w:t>f 16937/19646/17171 16952/19658/17179 16967/19672/16966</w:t>
        <w:br/>
        <w:t>f 16966/19673/16965 16937/19646/17171 16967/19672/16966</w:t>
        <w:br/>
        <w:t>f 16895/19600/17126 16896/19599/17125 16891/19598/17124</w:t>
        <w:br/>
        <w:t>f 16892/19597/17123 16895/19600/17126 16891/19598/17124</w:t>
        <w:br/>
        <w:t>f 16933/19638/17164 16895/19600/17126 16892/19597/17123</w:t>
        <w:br/>
        <w:t>f 16934/19640/17166 16933/19638/17164 16892/19597/17123</w:t>
        <w:br/>
        <w:t>f 16936/19642/17168 16935/19641/17167 16891/19598/17124</w:t>
        <w:br/>
        <w:t>f 16896/19599/17125 16936/19642/17168 16891/19598/17124</w:t>
        <w:br/>
        <w:t>f 16936/19642/17168 16893/19602/17128 16904/19612/17138</w:t>
        <w:br/>
        <w:t>f 16968/19674/17190 16936/19642/17168 16904/19612/17138</w:t>
        <w:br/>
        <w:t>f 16935/19641/17167 16936/19642/17168 16968/19674/17190</w:t>
        <w:br/>
        <w:t>f 16880/19585/17112 16935/19641/17167 16968/19674/17190</w:t>
        <w:br/>
        <w:t>f 16968/19674/17190 16917/19622/17148 16879/19586/17113</w:t>
        <w:br/>
        <w:t>f 16880/19585/17112 16968/19674/17190 16879/19586/17113</w:t>
        <w:br/>
        <w:t>f 16955/19662/17119 16932/19639/17165 16933/19638/17164</w:t>
        <w:br/>
        <w:t>f 16940/19643/17169 16937/19646/17171 16966/19673/16965</w:t>
        <w:br/>
        <w:t>f 16968/19674/17190 16904/19612/17138 16969/19675/17191</w:t>
        <w:br/>
        <w:t>f 16970/19676/17192 16921/19624/17150 16918/19627/17153</w:t>
        <w:br/>
        <w:t>f 16905/19611/17137 16970/19676/17192 16918/19627/17153</w:t>
        <w:br/>
        <w:t>f 16935/19641/17167 16881/19587/17114 16891/19598/17124</w:t>
        <w:br/>
        <w:t>f 16907/19615/17141 16972/19677/17193 16971/19678/17194</w:t>
        <w:br/>
        <w:t>f 16970/19676/17192 16907/19615/17141 16971/19678/17194</w:t>
        <w:br/>
        <w:t>f 16973/19679/17195 16972/19677/17193 16907/19615/17141</w:t>
        <w:br/>
        <w:t>f 16908/19614/17140 16973/19679/17195 16907/19615/17141</w:t>
        <w:br/>
        <w:t>f 16976/19680/17196 16975/19681/17197 16974/19682/17198</w:t>
        <w:br/>
        <w:t>f 16977/19683/17199 16976/19680/17196 16974/19682/17198</w:t>
        <w:br/>
        <w:t>f 16981/19684/17200 16980/19685/17201 16979/19686/17202</w:t>
        <w:br/>
        <w:t>f 16978/19687/17203 16981/19684/17200 16979/19686/17202</w:t>
        <w:br/>
        <w:t>f 16983/19688/17204 16979/19686/17202 16980/19685/17201</w:t>
        <w:br/>
        <w:t>f 16982/19689/17205 16983/19688/17204 16980/19685/17201</w:t>
        <w:br/>
        <w:t>f 16981/19684/17200 16978/19687/17203 16977/19683/17199</w:t>
        <w:br/>
        <w:t>f 16974/19682/17198 16981/19684/17200 16977/19683/17199</w:t>
        <w:br/>
        <w:t>f 16960/19663/17143 16985/19690/17206 16984/19691/17207</w:t>
        <w:br/>
        <w:t>f 16959/19664/17183 16960/19663/17143 16984/19691/17207</w:t>
        <w:br/>
        <w:t>f 16908/19614/17140 16959/19664/17183 16984/19691/17207</w:t>
        <w:br/>
        <w:t>f 16973/19679/17195 16908/19614/17140 16984/19691/17207</w:t>
        <w:br/>
        <w:t>f 16989/19692/17208 16988/19693/17209 16987/19694/17210</w:t>
        <w:br/>
        <w:t>f 16986/19695/17211 16989/19692/17208 16987/19694/17210</w:t>
        <w:br/>
        <w:t>f 16991/19696/17212 16987/19694/17210 16988/19693/17209</w:t>
        <w:br/>
        <w:t>f 16990/19697/17213 16991/19696/17212 16988/19693/17209</w:t>
        <w:br/>
        <w:t>f 16993/19698/17214 16975/19681/17197 16992/19699/17215</w:t>
        <w:br/>
        <w:t>f 16989/19692/17208 16986/19695/17211 16994/19700/17216</w:t>
        <w:br/>
        <w:t>f 16995/19701/17217 16989/19692/17208 16994/19700/17216</w:t>
        <w:br/>
        <w:t>f 16897/19606/17132 16979/19686/17202 16983/19688/17204</w:t>
        <w:br/>
        <w:t>f 16900/19603/17129 16897/19606/17132 16983/19688/17204</w:t>
        <w:br/>
        <w:t>f 16984/19691/17207 16985/19690/17206 16996/19702/17218</w:t>
        <w:br/>
        <w:t>f 16997/19703/17219 16984/19691/17207 16996/19702/17218</w:t>
        <w:br/>
        <w:t>f 16978/19687/17203 16998/19704/17220 16920/19625/17151</w:t>
        <w:br/>
        <w:t>f 16977/19683/17199 16978/19687/17203 16920/19625/17151</w:t>
        <w:br/>
        <w:t>f 16978/19687/17203 16979/19686/17202 16897/19606/17132</w:t>
        <w:br/>
        <w:t>f 16998/19704/17220 16978/19687/17203 16897/19606/17132</w:t>
        <w:br/>
        <w:t>f 16920/19625/17151 16921/19624/17150 16976/19680/17196</w:t>
        <w:br/>
        <w:t>f 16977/19683/17199 16920/19625/17151 16976/19680/17196</w:t>
        <w:br/>
        <w:t>f 17000/19705/17221 16971/19678/17194 16972/19677/17193</w:t>
        <w:br/>
        <w:t>f 16999/19706/17222 17000/19705/17221 16972/19677/17193</w:t>
        <w:br/>
        <w:t>f 16973/19679/17195 17001/19707/17223 16999/19706/17222</w:t>
        <w:br/>
        <w:t>f 16972/19677/17193 16973/19679/17195 16999/19706/17222</w:t>
        <w:br/>
        <w:t>f 16973/19679/17195 16984/19691/17207 16997/19703/17219</w:t>
        <w:br/>
        <w:t>f 17001/19707/17223 16973/19679/17195 16997/19703/17219</w:t>
        <w:br/>
        <w:t>f 16971/19678/17194 16976/19680/17196 16921/19624/17150</w:t>
        <w:br/>
        <w:t>f 16970/19676/17192 16971/19678/17194 16921/19624/17150</w:t>
        <w:br/>
        <w:t>f 17000/19705/17221 16975/19681/17197 16976/19680/17196</w:t>
        <w:br/>
        <w:t>f 16971/19678/17194 17000/19705/17221 16976/19680/17196</w:t>
        <w:br/>
        <w:t>f 17002/19708/17224 16991/19696/17212 16990/19697/17213</w:t>
        <w:br/>
        <w:t>f 17005/19709/17225 17004/19710/17226 17003/19711/17227</w:t>
        <w:br/>
        <w:t>f 17008/19712/17228 17007/19713/17229 17006/19714/17230</w:t>
        <w:br/>
        <w:t>f 17009/19715/17231 17008/19712/17228 17006/19714/17230</w:t>
        <w:br/>
        <w:t>f 17008/19712/17228 17011/19716/17232 17010/19717/17233</w:t>
        <w:br/>
        <w:t>f 17007/19713/17229 17008/19712/17228 17010/19717/17233</w:t>
        <w:br/>
        <w:t>f 16990/19697/17213 17013/19718/17234 17012/19719/17235</w:t>
        <w:br/>
        <w:t>f 17015/19720/17236 17014/19721/17237 17011/19716/17232</w:t>
        <w:br/>
        <w:t>f 17008/19712/17228 17015/19720/17236 17011/19716/17232</w:t>
        <w:br/>
        <w:t>f 17017/19722/17238 17007/19713/17229 17010/19717/17233</w:t>
        <w:br/>
        <w:t>f 17016/19723/17239 17017/19722/17238 17010/19717/17233</w:t>
        <w:br/>
        <w:t>f 17018/19724/17240 17006/19714/17230 17007/19713/17229</w:t>
        <w:br/>
        <w:t>f 17017/19722/17238 17018/19724/17240 17007/19713/17229</w:t>
        <w:br/>
        <w:t>f 16990/19697/17213 16988/19693/17209 17019/19725/17241</w:t>
        <w:br/>
        <w:t>f 17013/19718/17234 16990/19697/17213 17019/19725/17241</w:t>
        <w:br/>
        <w:t>f 16990/19697/17213 17012/19719/17235 17020/19726/17242</w:t>
        <w:br/>
        <w:t>f 17004/19710/17226 17022/19727/17243 17021/19728/17244</w:t>
        <w:br/>
        <w:t>f 17003/19711/17227 17004/19710/17226 17021/19728/17244</w:t>
        <w:br/>
        <w:t>f 17022/19727/17243 17004/19710/17226 17024/19729/17245</w:t>
        <w:br/>
        <w:t>f 17023/19730/17246 17022/19727/17243 17024/19729/17245</w:t>
        <w:br/>
        <w:t>f 16990/19697/17213 17020/19726/17242 17002/19708/17224</w:t>
        <w:br/>
        <w:t>f 17026/19731/17247 17025/19732/17248 17019/19725/17241</w:t>
        <w:br/>
        <w:t>f 17025/19732/17248 17028/19733/17249 17015/19720/17236</w:t>
        <w:br/>
        <w:t>f 17027/19734/17250 17025/19732/17248 17015/19720/17236</w:t>
        <w:br/>
        <w:t>f 17028/19733/17249 17025/19732/17248 17026/19731/17247</w:t>
        <w:br/>
        <w:t>f 17029/19735/17251 17028/19733/17249 17026/19731/17247</w:t>
        <w:br/>
        <w:t>f 17031/19736/17252 17028/19733/17249 17029/19735/17251</w:t>
        <w:br/>
        <w:t>f 17030/19737/17253 17031/19736/17252 17029/19735/17251</w:t>
        <w:br/>
        <w:t>f 17015/19720/17236 17008/19712/17228 17009/19715/17231</w:t>
        <w:br/>
        <w:t>f 17027/19734/17250 17015/19720/17236 17009/19715/17231</w:t>
        <w:br/>
        <w:t>f 17016/19723/17239 17032/19738/17254 17017/19722/17238</w:t>
        <w:br/>
        <w:t>f 17017/19722/17238 17032/19738/17254 17018/19724/17240</w:t>
        <w:br/>
        <w:t>f 17028/19733/17249 17031/19736/17252 17014/19721/17237</w:t>
        <w:br/>
        <w:t>f 17015/19720/17236 17028/19733/17249 17014/19721/17237</w:t>
        <w:br/>
        <w:t>f 16995/19701/17217 17033/19739/17255 17030/19737/17253</w:t>
        <w:br/>
        <w:t>f 17033/19739/17255 16995/19701/17217 17034/19740/17256</w:t>
        <w:br/>
        <w:t>f 16981/19684/17200 17024/19729/17245 17035/19741/17257</w:t>
        <w:br/>
        <w:t>f 16980/19685/17201 16981/19684/17200 17035/19741/17257</w:t>
        <w:br/>
        <w:t>f 17039/19742/17258 17038/19743/17259 17037/19744/17260</w:t>
        <w:br/>
        <w:t>f 17036/19745/17261 17039/19742/17258 17037/19744/17260</w:t>
        <w:br/>
        <w:t>f 17037/19744/17260 17041/19746/17262 17040/19747/17263</w:t>
        <w:br/>
        <w:t>f 17036/19745/17261 17037/19744/17260 17040/19747/17263</w:t>
        <w:br/>
        <w:t>f 17005/19709/17225 17003/19711/17227 17036/19745/17261</w:t>
        <w:br/>
        <w:t>f 17040/19747/17263 17005/19709/17225 17036/19745/17261</w:t>
        <w:br/>
        <w:t>f 17036/19745/17261 17003/19711/17227 17021/19728/17244</w:t>
        <w:br/>
        <w:t>f 17039/19742/17258 17036/19745/17261 17021/19728/17244</w:t>
        <w:br/>
        <w:t>f 17044/19748/17264 17043/19749/17265 17042/19750/17266</w:t>
        <w:br/>
        <w:t>f 17042/19750/17266 17046/19751/17267 17045/19752/17268</w:t>
        <w:br/>
        <w:t>f 17041/19746/17262 17037/19744/17260 17042/19750/17266</w:t>
        <w:br/>
        <w:t>f 17045/19752/17268 17041/19746/17262 17042/19750/17266</w:t>
        <w:br/>
        <w:t>f 17042/19750/17266 17037/19744/17260 17038/19743/17259</w:t>
        <w:br/>
        <w:t>f 17044/19748/17264 17042/19750/17266 17038/19743/17259</w:t>
        <w:br/>
        <w:t>f 17043/19749/17265 17047/19753/17269 17042/19750/17266</w:t>
        <w:br/>
        <w:t>f 17047/19753/17269 17048/19754/17270 17042/19750/17266</w:t>
        <w:br/>
        <w:t>f 16994/19700/17216 17049/19755/17271 17034/19740/17256</w:t>
        <w:br/>
        <w:t>f 16995/19701/17217 16994/19700/17216 17034/19740/17256</w:t>
        <w:br/>
        <w:t>f 16997/19703/17219 16996/19702/17218 17049/19755/17271</w:t>
        <w:br/>
        <w:t>f 17051/19756/17272 17050/19757/17273 16982/19689/17205</w:t>
        <w:br/>
        <w:t>f 16980/19685/17201 17051/19756/17272 16982/19689/17205</w:t>
        <w:br/>
        <w:t>f 16980/19685/17201 17035/19741/17257 17051/19756/17272</w:t>
        <w:br/>
        <w:t>f 17024/19729/17245 16981/19684/17200 17023/19730/17246</w:t>
        <w:br/>
        <w:t>f 16981/19684/17200 16974/19682/17198 17052/19758/17274</w:t>
        <w:br/>
        <w:t>f 17023/19730/17246 16981/19684/17200 17052/19758/17274</w:t>
        <w:br/>
        <w:t>f 16974/19682/17198 17053/19759/17275 17052/19758/17274</w:t>
        <w:br/>
        <w:t>f 16975/19681/17197 17002/19708/17224 16992/19699/17215</w:t>
        <w:br/>
        <w:t>f 16900/19603/17129 16983/19688/17204 17054/19760/17206</w:t>
        <w:br/>
        <w:t>f 16911/19617/17143 16900/19603/17129 17054/19760/17206</w:t>
        <w:br/>
        <w:t>f 17055/19761/17276 17054/19760/17206 16983/19688/17204</w:t>
        <w:br/>
        <w:t>f 16982/19689/17205 17055/19761/17276 16983/19688/17204</w:t>
        <w:br/>
        <w:t>f 17056/19762/17277 17055/19761/17276 16982/19689/17205</w:t>
        <w:br/>
        <w:t>f 17050/19757/17273 17056/19762/17277 16982/19689/17205</w:t>
        <w:br/>
        <w:t>f 17048/19754/17270 17057/19763/17278 17042/19750/17266</w:t>
        <w:br/>
        <w:t>f 17042/19750/17266 17057/19763/17278 17046/19751/17267</w:t>
        <w:br/>
        <w:t>f 17002/19708/17224 17000/19705/17221 16991/19696/17212</w:t>
        <w:br/>
        <w:t>f 16991/19696/17212 17000/19705/17221 16999/19706/17222</w:t>
        <w:br/>
        <w:t>f 16987/19694/17210 16991/19696/17212 16999/19706/17222</w:t>
        <w:br/>
        <w:t>f 17001/19707/17223 16986/19695/17211 16987/19694/17210</w:t>
        <w:br/>
        <w:t>f 16999/19706/17222 17001/19707/17223 16987/19694/17210</w:t>
        <w:br/>
        <w:t>f 17001/19707/17223 16997/19703/17219 16994/19700/17216</w:t>
        <w:br/>
        <w:t>f 16986/19695/17211 17001/19707/17223 16994/19700/17216</w:t>
        <w:br/>
        <w:t>f 16994/19700/17216 16997/19703/17219 17049/19755/17271</w:t>
        <w:br/>
        <w:t>f 17055/19761/17276 17056/19762/17277 17058/19764/17271</w:t>
        <w:br/>
        <w:t>f 17002/19708/17224 16975/19681/17197 17000/19705/17221</w:t>
        <w:br/>
        <w:t>f 16993/19698/17214 17053/19759/17275 16974/19682/17198</w:t>
        <w:br/>
        <w:t>f 16975/19681/17197 16993/19698/17214 16974/19682/17198</w:t>
        <w:br/>
        <w:t>f 17019/19725/17241 16988/19693/17209 17026/19731/17247</w:t>
        <w:br/>
        <w:t>f 17029/19735/17251 17026/19731/17247 16988/19693/17209</w:t>
        <w:br/>
        <w:t>f 16989/19692/17208 17029/19735/17251 16988/19693/17209</w:t>
        <w:br/>
        <w:t>f 16989/19692/17208 16995/19701/17217 17030/19737/17253</w:t>
        <w:br/>
        <w:t>f 17029/19735/17251 16989/19692/17208 17030/19737/17253</w:t>
        <w:br/>
        <w:t>f 16938/19645/17170 16950/19657/17178 16876/19581/17108</w:t>
        <w:br/>
        <w:t>f 16877/19583/17110 16938/19645/17170 16876/19581/17108</w:t>
        <w:br/>
        <w:t>f 16965/19671/17189 17060/19765/16968 17059/19766/16971</w:t>
        <w:br/>
        <w:t>f 16962/19667/17185 16965/19671/17189 17059/19766/16971</w:t>
        <w:br/>
        <w:t>f 17061/19767/17046 16961/19668/17186 16962/19667/17185</w:t>
        <w:br/>
        <w:t>f 17063/19768/17279 16952/19658/17179 16961/19668/17186</w:t>
        <w:br/>
        <w:t>f 17062/19769/17280 17063/19768/17279 16961/19668/17186</w:t>
        <w:br/>
        <w:t>f 17063/19768/17279 16967/19672/16966 16952/19658/17179</w:t>
        <w:br/>
        <w:t>f 16963/19669/17187 17064/19770/16953 16947/19655/16956</w:t>
        <w:br/>
        <w:t>f 16948/19654/17176 16963/19669/17187 16947/19655/16956</w:t>
        <w:br/>
        <w:t>f 16944/19650/16957 16941/19649/17174 16964/19670/17188</w:t>
        <w:br/>
        <w:t>f 17065/19771/16961 16944/19650/16957 16964/19670/17188</w:t>
        <w:br/>
        <w:t>f 16951/19656/17177 17065/19771/16961 16964/19670/17188</w:t>
        <w:br/>
        <w:t>f 16950/19657/17178 16951/19656/17177 16964/19670/17188</w:t>
        <w:br/>
        <w:t>f 16950/19657/17178 16964/19670/17188 16873/19578/17105</w:t>
        <w:br/>
        <w:t>f 16876/19581/17108 16950/19657/17178 16873/19578/17105</w:t>
        <w:br/>
        <w:t>f 16876/19581/17108 16873/19578/17105 16872/19579/17106</w:t>
        <w:br/>
        <w:t>f 16962/19667/17185 17059/19766/16971 17061/19767/17046</w:t>
        <w:br/>
        <w:t>f 17061/19767/17046 17062/19769/17280 16961/19668/17186</w:t>
        <w:br/>
        <w:t>f 16945/19652/17175 16963/19669/17187 16863/19569/17097</w:t>
        <w:br/>
        <w:t>f 17064/19770/16953 16963/19669/17187 16945/19652/17175</w:t>
        <w:br/>
        <w:t>f 16946/19651/17087 17064/19770/16953 16945/19652/17175</w:t>
        <w:br/>
        <w:t>f 17069/19772/17281 17068/19773/17282 17067/19774/17283</w:t>
        <w:br/>
        <w:t>f 17066/19775/17284 17069/19772/17281 17067/19774/17283</w:t>
        <w:br/>
        <w:t>f 17066/19775/17284 17071/19776/17285 17070/19777/17286</w:t>
        <w:br/>
        <w:t>f 17069/19772/17281 17066/19775/17284 17070/19777/17286</w:t>
        <w:br/>
        <w:t>f 17074/19778/17287 17073/19779/17288 17072/19780/17289</w:t>
        <w:br/>
        <w:t>f 17075/19781/17290 17074/19778/17287 17072/19780/17289</w:t>
        <w:br/>
        <w:t>f 17073/19779/17288 17074/19778/17287 17077/19782/17291</w:t>
        <w:br/>
        <w:t>f 17076/19783/17282 17073/19779/17288 17077/19782/17291</w:t>
        <w:br/>
        <w:t>f 17078/19784/17292 17077/19782/17291 17074/19778/17287</w:t>
        <w:br/>
        <w:t>f 17079/19785/17293 17078/19784/17292 17074/19778/17287</w:t>
        <w:br/>
        <w:t>f 17079/19785/17293 17074/19778/17287 17075/19781/17290</w:t>
        <w:br/>
        <w:t>f 17080/19786/17294 17079/19785/17293 17075/19781/17290</w:t>
        <w:br/>
        <w:t>f 17079/19785/17293 17082/19787/17295 17081/19788/17296</w:t>
        <w:br/>
        <w:t>f 17078/19784/17292 17079/19785/17293 17081/19788/17296</w:t>
        <w:br/>
        <w:t>f 17082/19787/17295 17079/19785/17293 17080/19786/17294</w:t>
        <w:br/>
        <w:t>f 17083/19789/17297 17082/19787/17295 17080/19786/17294</w:t>
        <w:br/>
        <w:t>f 17085/19790/17298 17084/19791/17299 17082/19787/17295</w:t>
        <w:br/>
        <w:t>f 17083/19789/17297 17085/19790/17298 17082/19787/17295</w:t>
        <w:br/>
        <w:t>f 17084/19791/17299 17086/19792/17300 17081/19788/17296</w:t>
        <w:br/>
        <w:t>f 17082/19787/17295 17084/19791/17299 17081/19788/17296</w:t>
        <w:br/>
        <w:t>f 17088/19793/17301 17084/19791/17299 17087/19794/17302</w:t>
        <w:br/>
        <w:t>f 17089/19795/17303 17088/19793/17301 17087/19794/17302</w:t>
        <w:br/>
        <w:t>f 17086/19792/17300 17084/19791/17299 17088/19793/17301</w:t>
        <w:br/>
        <w:t>f 17090/19796/17304 17086/19792/17300 17088/19793/17301</w:t>
        <w:br/>
        <w:t>f 17086/19792/17300 17090/19796/17304 17092/19797/17305</w:t>
        <w:br/>
        <w:t>f 17091/19798/17306 17086/19792/17300 17092/19797/17305</w:t>
        <w:br/>
        <w:t>f 17091/19798/17306 17093/19799/17307 17081/19788/17296</w:t>
        <w:br/>
        <w:t>f 17086/19792/17300 17091/19798/17306 17081/19788/17296</w:t>
        <w:br/>
        <w:t>f 17078/19784/17292 17081/19788/17296 17093/19799/17307</w:t>
        <w:br/>
        <w:t>f 17094/19800/17308 17078/19784/17292 17093/19799/17307</w:t>
        <w:br/>
        <w:t>f 17076/19783/17282 17077/19782/17291 17096/19801/17309</w:t>
        <w:br/>
        <w:t>f 17095/19802/17310 17076/19783/17282 17096/19801/17309</w:t>
        <w:br/>
        <w:t>f 17094/19800/17308 17096/19801/17309 17077/19782/17291</w:t>
        <w:br/>
        <w:t>f 17078/19784/17292 17094/19800/17308 17077/19782/17291</w:t>
        <w:br/>
        <w:t>f 17098/19803/17310 17097/19804/17311 17067/19774/17283</w:t>
        <w:br/>
        <w:t>f 17068/19773/17282 17098/19803/17310 17067/19774/17283</w:t>
        <w:br/>
        <w:t>f 17102/19805/17312 17101/19806/17313 17100/19807/17314</w:t>
        <w:br/>
        <w:t>f 17099/19808/17315 17102/19805/17312 17100/19807/17314</w:t>
        <w:br/>
        <w:t>f 17094/19800/17308 17093/19799/17307 17104/19809/17316</w:t>
        <w:br/>
        <w:t>f 17103/19810/17317 17094/19800/17308 17104/19809/17316</w:t>
        <w:br/>
        <w:t>f 17108/19811/17318 17107/19812/17319 17106/19813/17320</w:t>
        <w:br/>
        <w:t>f 17105/19814/17321 17108/19811/17318 17106/19813/17320</w:t>
        <w:br/>
        <w:t>f 17112/19815/17322 17111/19816/17323 17110/19817/17324</w:t>
        <w:br/>
        <w:t>f 17109/19818/17325 17112/19815/17322 17110/19817/17324</w:t>
        <w:br/>
        <w:t>f 17112/19815/17322 17115/19819/17326 17114/19820/17327</w:t>
        <w:br/>
        <w:t>f 17113/19821/17328 17112/19815/17322 17114/19820/17327</w:t>
        <w:br/>
        <w:t>f 17117/19822/17329 17107/19812/17319 17116/19823/17330</w:t>
        <w:br/>
        <w:t>f 17118/19824/17331 17117/19822/17329 17116/19823/17330</w:t>
        <w:br/>
        <w:t>f 17121/19825/17332 17120/19826/17333 17117/19822/17329</w:t>
        <w:br/>
        <w:t>f 17119/19827/17334 17121/19825/17332 17117/19822/17329</w:t>
        <w:br/>
        <w:t>f 17110/19817/17324 17111/19816/17323 17122/19828/17335</w:t>
        <w:br/>
        <w:t>f 17123/19829/17336 17110/19817/17324 17122/19828/17335</w:t>
        <w:br/>
        <w:t>f 17125/19830/17337 17092/19797/17305 17090/19796/17304</w:t>
        <w:br/>
        <w:t>f 17124/19831/17338 17125/19830/17337 17090/19796/17304</w:t>
        <w:br/>
        <w:t>f 17127/19832/17339 17126/19833/17340 17088/19793/17301</w:t>
        <w:br/>
        <w:t>f 17089/19795/17303 17127/19832/17339 17088/19793/17301</w:t>
        <w:br/>
        <w:t>f 17090/19796/17304 17088/19793/17301 17126/19833/17340</w:t>
        <w:br/>
        <w:t>f 17124/19831/17338 17090/19796/17304 17126/19833/17340</w:t>
        <w:br/>
        <w:t>f 17125/19830/17337 17129/19834/17341 17128/19835/17342</w:t>
        <w:br/>
        <w:t>f 17092/19797/17305 17125/19830/17337 17128/19835/17342</w:t>
        <w:br/>
        <w:t>f 17133/19836/17343 17132/19837/17344 17131/19838/17345</w:t>
        <w:br/>
        <w:t>f 17130/19839/17346 17133/19836/17343 17131/19838/17345</w:t>
        <w:br/>
        <w:t>f 17137/19840/17347 17136/19841/17348 17135/19842/17349</w:t>
        <w:br/>
        <w:t>f 17134/19843/17350 17137/19840/17347 17135/19842/17349</w:t>
        <w:br/>
        <w:t>f 17135/19842/17349 17067/19774/17283 17097/19804/17311</w:t>
        <w:br/>
        <w:t>f 17134/19843/17350 17135/19842/17349 17097/19804/17311</w:t>
        <w:br/>
        <w:t>f 17066/19775/17284 17067/19774/17283 17135/19842/17349</w:t>
        <w:br/>
        <w:t>f 17138/19844/17351 17066/19775/17284 17135/19842/17349</w:t>
        <w:br/>
        <w:t>f 17138/19844/17351 17139/19845/17352 17071/19776/17285</w:t>
        <w:br/>
        <w:t>f 17066/19775/17284 17138/19844/17351 17071/19776/17285</w:t>
        <w:br/>
        <w:t>f 17139/19845/17352 17138/19844/17351 17141/19846/17353</w:t>
        <w:br/>
        <w:t>f 17140/19847/17354 17139/19845/17352 17141/19846/17353</w:t>
        <w:br/>
        <w:t>f 17136/19841/17348 17141/19846/17353 17138/19844/17351</w:t>
        <w:br/>
        <w:t>f 17135/19842/17349 17136/19841/17348 17138/19844/17351</w:t>
        <w:br/>
        <w:t>f 17101/19806/17313 17113/19821/17328 17142/19848/17355</w:t>
        <w:br/>
        <w:t>f 17100/19807/17314 17101/19806/17313 17142/19848/17355</w:t>
        <w:br/>
        <w:t>f 17113/19821/17328 17114/19820/17327 17143/19849/17356</w:t>
        <w:br/>
        <w:t>f 17142/19848/17355 17113/19821/17328 17143/19849/17356</w:t>
        <w:br/>
        <w:t>f 17105/19814/17321 17106/19813/17320 17145/19850/17357</w:t>
        <w:br/>
        <w:t>f 17144/19851/17358 17105/19814/17321 17145/19850/17357</w:t>
        <w:br/>
        <w:t>f 17095/19802/17310 17096/19801/17309 17146/19852/17359</w:t>
        <w:br/>
        <w:t>f 17147/19853/17360 17093/19799/17307 17091/19798/17306</w:t>
        <w:br/>
        <w:t>f 17107/19812/17319 17108/19811/17318 17148/19854/17361</w:t>
        <w:br/>
        <w:t>f 17152/19855/17362 17151/19856/17363 17150/19857/17364</w:t>
        <w:br/>
        <w:t>f 17149/19858/17365 17152/19855/17362 17150/19857/17364</w:t>
        <w:br/>
        <w:t>f 17154/19859/17366 17153/19860/17367 16611/19316/16856</w:t>
        <w:br/>
        <w:t>f 16612/19315/16855 17154/19859/17366 16611/19316/16856</w:t>
        <w:br/>
        <w:t>f 17153/19860/17367 17156/19861/17368 17155/19862/17369</w:t>
        <w:br/>
        <w:t>f 16611/19316/16856 17153/19860/17367 17155/19862/17369</w:t>
        <w:br/>
        <w:t>f 16827/19533/16868 16607/19312/16852 17157/19863/17370</w:t>
        <w:br/>
        <w:t>f 17149/19858/17365 17150/19857/17364 17158/19864/17371</w:t>
        <w:br/>
        <w:t>f 16615/19323/16863 17149/19858/17365 17158/19864/17371</w:t>
        <w:br/>
        <w:t>f 17127/19832/17339 17151/19856/17363 17159/19865/17372</w:t>
        <w:br/>
        <w:t>f 17140/19847/17354 17127/19832/17339 17159/19865/17372</w:t>
        <w:br/>
        <w:t>f 17126/19833/17340 17127/19832/17339 17140/19847/17354</w:t>
        <w:br/>
        <w:t>f 17141/19846/17353 17126/19833/17340 17140/19847/17354</w:t>
        <w:br/>
        <w:t>f 17141/19846/17353 17136/19841/17348 17124/19831/17338</w:t>
        <w:br/>
        <w:t>f 17126/19833/17340 17141/19846/17353 17124/19831/17338</w:t>
        <w:br/>
        <w:t>f 17125/19830/17337 17124/19831/17338 17136/19841/17348</w:t>
        <w:br/>
        <w:t>f 17137/19840/17347 17125/19830/17337 17136/19841/17348</w:t>
        <w:br/>
        <w:t>f 17137/19840/17347 17160/19866/17373 17129/19834/17341</w:t>
        <w:br/>
        <w:t>f 17125/19830/17337 17137/19840/17347 17129/19834/17341</w:t>
        <w:br/>
        <w:t>f 17114/19820/17327 17115/19819/17326 17131/19838/17345</w:t>
        <w:br/>
        <w:t>f 17161/19867/17374 17114/19820/17327 17131/19838/17345</w:t>
        <w:br/>
        <w:t>f 17146/19852/17359 17144/19851/17358 17162/19868/17315</w:t>
        <w:br/>
        <w:t>f 17095/19802/17310 17146/19852/17359 17162/19868/17315</w:t>
        <w:br/>
        <w:t>f 17166/19869/17336 17165/19870/17335 17164/19871/17375</w:t>
        <w:br/>
        <w:t>f 17163/19872/17376 17166/19869/17336 17164/19871/17375</w:t>
        <w:br/>
        <w:t>f 17146/19852/17359 17096/19801/17309 17094/19800/17308</w:t>
        <w:br/>
        <w:t>f 17103/19810/17317 17146/19852/17359 17094/19800/17308</w:t>
        <w:br/>
        <w:t>f 17106/19813/17320 17120/19826/17333 17164/19871/17375</w:t>
        <w:br/>
        <w:t>f 17145/19850/17357 17106/19813/17320 17164/19871/17375</w:t>
        <w:br/>
        <w:t>f 17151/19856/17363 17127/19832/17339 17089/19795/17303</w:t>
        <w:br/>
        <w:t>f 17150/19857/17364 17151/19856/17363 17089/19795/17303</w:t>
        <w:br/>
        <w:t>f 17083/19789/17297 17080/19786/17294 17153/19860/17367</w:t>
        <w:br/>
        <w:t>f 17154/19859/17366 17083/19789/17297 17153/19860/17367</w:t>
        <w:br/>
        <w:t>f 17080/19786/17294 17075/19781/17290 17156/19861/17368</w:t>
        <w:br/>
        <w:t>f 17153/19860/17367 17080/19786/17294 17156/19861/17368</w:t>
        <w:br/>
        <w:t>f 17168/19873/17377 17167/19874/17378 17071/19776/17285</w:t>
        <w:br/>
        <w:t>f 17139/19845/17352 17168/19873/17377 17071/19776/17285</w:t>
        <w:br/>
        <w:t>f 17168/19873/17377 17139/19845/17352 17140/19847/17354</w:t>
        <w:br/>
        <w:t>f 17159/19865/17372 17168/19873/17377 17140/19847/17354</w:t>
        <w:br/>
        <w:t>f 17075/19781/17290 17072/19780/17289 17157/19863/17370</w:t>
        <w:br/>
        <w:t>f 17169/19875/17379 17075/19781/17290 17157/19863/17370</w:t>
        <w:br/>
        <w:t>f 17083/19789/17297 17154/19859/17366 17170/19876/17380</w:t>
        <w:br/>
        <w:t>f 17085/19790/17298 17083/19789/17297 17170/19876/17380</w:t>
        <w:br/>
        <w:t>f 17070/19777/17286 17071/19776/17285 17167/19874/17378</w:t>
        <w:br/>
        <w:t>f 17171/19877/17370 17070/19777/17286 17167/19874/17378</w:t>
        <w:br/>
        <w:t>f 17151/19856/17363 16621/19324/16864 16618/19327/16867</w:t>
        <w:br/>
        <w:t>f 17159/19865/17372 17151/19856/17363 16618/19327/16867</w:t>
        <w:br/>
        <w:t>f 17104/19809/17316 17108/19811/17318 17105/19814/17321</w:t>
        <w:br/>
        <w:t>f 17103/19810/17317 17104/19809/17316 17105/19814/17321</w:t>
        <w:br/>
        <w:t>f 17103/19810/17317 17105/19814/17321 17144/19851/17358</w:t>
        <w:br/>
        <w:t>f 17146/19852/17359 17103/19810/17317 17144/19851/17358</w:t>
        <w:br/>
        <w:t>f 17148/19854/17361 17108/19811/17318 17104/19809/17316</w:t>
        <w:br/>
        <w:t>f 17147/19853/17360 17148/19854/17361 17104/19809/17316</w:t>
        <w:br/>
        <w:t>f 17148/19854/17361 17172/19878/17381 17116/19823/17330</w:t>
        <w:br/>
        <w:t>f 17107/19812/17319 17148/19854/17361 17116/19823/17330</w:t>
        <w:br/>
        <w:t>f 17147/19853/17360 17091/19798/17306 17172/19878/17381</w:t>
        <w:br/>
        <w:t>f 17148/19854/17361 17147/19853/17360 17172/19878/17381</w:t>
        <w:br/>
        <w:t>f 17172/19878/17381 17091/19798/17306 17092/19797/17305</w:t>
        <w:br/>
        <w:t>f 17128/19835/17342 17172/19878/17381 17092/19797/17305</w:t>
        <w:br/>
        <w:t>f 17173/19879/17312 17144/19851/17358 17145/19850/17357</w:t>
        <w:br/>
        <w:t>f 17152/19855/17362 16621/19324/16864 17151/19856/17363</w:t>
        <w:br/>
        <w:t>f 17172/19878/17381 17174/19880/17382 17116/19823/17330</w:t>
        <w:br/>
        <w:t>f 17175/19881/17383 17118/19824/17331 17132/19837/17344</w:t>
        <w:br/>
        <w:t>f 17133/19836/17343 17175/19881/17383 17132/19837/17344</w:t>
        <w:br/>
        <w:t>f 17147/19853/17360 17104/19809/17316 17093/19799/17307</w:t>
        <w:br/>
        <w:t>f 17177/19882/17384 17176/19883/17385 17119/19827/17334</w:t>
        <w:br/>
        <w:t>f 17175/19881/17383 17177/19882/17384 17119/19827/17334</w:t>
        <w:br/>
        <w:t>f 17178/19884/17386 17121/19825/17332 17119/19827/17334</w:t>
        <w:br/>
        <w:t>f 17176/19883/17385 17178/19884/17386 17119/19827/17334</w:t>
        <w:br/>
        <w:t>f 17181/19885/17387 17180/19886/17388 17179/19887/17389</w:t>
        <w:br/>
        <w:t>f 17182/19888/17390 17181/19885/17387 17179/19887/17389</w:t>
        <w:br/>
        <w:t>f 17186/19889/17391 17185/19890/17392 17184/19891/17393</w:t>
        <w:br/>
        <w:t>f 17183/19892/17394 17186/19889/17391 17184/19891/17393</w:t>
        <w:br/>
        <w:t>f 17188/19893/17395 17187/19894/17396 17183/19892/17394</w:t>
        <w:br/>
        <w:t>f 17184/19891/17393 17188/19893/17395 17183/19892/17394</w:t>
        <w:br/>
        <w:t>f 17182/19888/17390 17185/19890/17392 17186/19889/17391</w:t>
        <w:br/>
        <w:t>f 17181/19885/17387 17182/19888/17390 17186/19889/17391</w:t>
        <w:br/>
        <w:t>f 17190/19895/17397 17189/19896/17398 17166/19869/17336</w:t>
        <w:br/>
        <w:t>f 17163/19872/17376 17190/19895/17397 17166/19869/17336</w:t>
        <w:br/>
        <w:t>f 17121/19825/17332 17178/19884/17386 17190/19895/17397</w:t>
        <w:br/>
        <w:t>f 17163/19872/17376 17121/19825/17332 17190/19895/17397</w:t>
        <w:br/>
        <w:t>f 17194/19897/17399 17193/19898/17400 17192/19899/17401</w:t>
        <w:br/>
        <w:t>f 17191/19900/17402 17194/19897/17399 17192/19899/17401</w:t>
        <w:br/>
        <w:t>f 17196/19901/17403 17195/19902/17404 17191/19900/17402</w:t>
        <w:br/>
        <w:t>f 17192/19899/17401 17196/19901/17403 17191/19900/17402</w:t>
        <w:br/>
        <w:t>f 17198/19903/17405 17197/19904/17406 17180/19886/17388</w:t>
        <w:br/>
        <w:t>f 17199/19905/17407 17193/19898/17400 17194/19897/17399</w:t>
        <w:br/>
        <w:t>f 17200/19906/17408 17199/19905/17407 17194/19897/17399</w:t>
        <w:br/>
        <w:t>f 17109/19818/17325 17110/19817/17324 17188/19893/17395</w:t>
        <w:br/>
        <w:t>f 17184/19891/17393 17109/19818/17325 17188/19893/17395</w:t>
        <w:br/>
        <w:t>f 17201/19907/17409 17189/19896/17398 17190/19895/17397</w:t>
        <w:br/>
        <w:t>f 17202/19908/17410 17201/19907/17409 17190/19895/17397</w:t>
        <w:br/>
        <w:t>f 17130/19839/17346 17203/19909/17411 17185/19890/17392</w:t>
        <w:br/>
        <w:t>f 17182/19888/17390 17130/19839/17346 17185/19890/17392</w:t>
        <w:br/>
        <w:t>f 17109/19818/17325 17184/19891/17393 17185/19890/17392</w:t>
        <w:br/>
        <w:t>f 17203/19909/17411 17109/19818/17325 17185/19890/17392</w:t>
        <w:br/>
        <w:t>f 17130/19839/17346 17182/19888/17390 17179/19887/17389</w:t>
        <w:br/>
        <w:t>f 17133/19836/17343 17130/19839/17346 17179/19887/17389</w:t>
        <w:br/>
        <w:t>f 17205/19910/17412 17204/19911/17413 17176/19883/17385</w:t>
        <w:br/>
        <w:t>f 17177/19882/17384 17205/19910/17412 17176/19883/17385</w:t>
        <w:br/>
        <w:t>f 17178/19884/17386 17176/19883/17385 17204/19911/17413</w:t>
        <w:br/>
        <w:t>f 17206/19912/17414 17178/19884/17386 17204/19911/17413</w:t>
        <w:br/>
        <w:t>f 17202/19908/17410 17190/19895/17397 17178/19884/17386</w:t>
        <w:br/>
        <w:t>f 17206/19912/17414 17202/19908/17410 17178/19884/17386</w:t>
        <w:br/>
        <w:t>f 17177/19882/17384 17175/19881/17383 17133/19836/17343</w:t>
        <w:br/>
        <w:t>f 17179/19887/17389 17177/19882/17384 17133/19836/17343</w:t>
        <w:br/>
        <w:t>f 17205/19910/17412 17177/19882/17384 17179/19887/17389</w:t>
        <w:br/>
        <w:t>f 17180/19886/17388 17205/19910/17412 17179/19887/17389</w:t>
        <w:br/>
        <w:t>f 17207/19913/17415 17195/19902/17404 17196/19901/17403</w:t>
        <w:br/>
        <w:t>f 17210/19914/17416 17209/19915/17417 17208/19916/17418</w:t>
        <w:br/>
        <w:t>f 17213/19917/17419 17212/19918/17420 17211/19919/17421</w:t>
        <w:br/>
        <w:t>f 17214/19920/17422 17213/19917/17419 17211/19919/17421</w:t>
        <w:br/>
        <w:t>f 17211/19919/17421 17212/19918/17420 17216/19921/17423</w:t>
        <w:br/>
        <w:t>f 17215/19922/17424 17211/19919/17421 17216/19921/17423</w:t>
        <w:br/>
        <w:t>f 17195/19902/17404 17218/19923/17425 17217/19924/17426</w:t>
        <w:br/>
        <w:t>f 17220/19925/17427 17211/19919/17421 17215/19922/17424</w:t>
        <w:br/>
        <w:t>f 17219/19926/17428 17220/19925/17427 17215/19922/17424</w:t>
        <w:br/>
        <w:t>f 17222/19927/17429 17221/19928/17430 17216/19921/17423</w:t>
        <w:br/>
        <w:t>f 17212/19918/17420 17222/19927/17429 17216/19921/17423</w:t>
        <w:br/>
        <w:t>f 17223/19929/17431 17222/19927/17429 17212/19918/17420</w:t>
        <w:br/>
        <w:t>f 17213/19917/17419 17223/19929/17431 17212/19918/17420</w:t>
        <w:br/>
        <w:t>f 17195/19902/17404 17217/19924/17426 17224/19930/17432</w:t>
        <w:br/>
        <w:t>f 17191/19900/17402 17195/19902/17404 17224/19930/17432</w:t>
        <w:br/>
        <w:t>f 17195/19902/17404 17225/19931/17433 17218/19923/17425</w:t>
        <w:br/>
        <w:t>f 17208/19916/17418 17209/19915/17417 17227/19932/17434</w:t>
        <w:br/>
        <w:t>f 17226/19933/17435 17208/19916/17418 17227/19932/17434</w:t>
        <w:br/>
        <w:t>f 17226/19933/17435 17229/19934/17436 17228/19935/17437</w:t>
        <w:br/>
        <w:t>f 17208/19916/17418 17226/19933/17435 17228/19935/17437</w:t>
        <w:br/>
        <w:t>f 17195/19902/17404 17207/19913/17415 17225/19931/17433</w:t>
        <w:br/>
        <w:t>f 17231/19936/17438 17224/19930/17432 17230/19937/17439</w:t>
        <w:br/>
        <w:t>f 17230/19937/17439 17233/19938/17440 17220/19925/17427</w:t>
        <w:br/>
        <w:t>f 17232/19939/17441 17230/19937/17439 17220/19925/17427</w:t>
        <w:br/>
        <w:t>f 17232/19939/17441 17234/19940/17442 17231/19936/17438</w:t>
        <w:br/>
        <w:t>f 17230/19937/17439 17232/19939/17441 17231/19936/17438</w:t>
        <w:br/>
        <w:t>f 17236/19941/17443 17235/19942/17444 17234/19940/17442</w:t>
        <w:br/>
        <w:t>f 17232/19939/17441 17236/19941/17443 17234/19940/17442</w:t>
        <w:br/>
        <w:t>f 17220/19925/17427 17233/19938/17440 17214/19920/17422</w:t>
        <w:br/>
        <w:t>f 17211/19919/17421 17220/19925/17427 17214/19920/17422</w:t>
        <w:br/>
        <w:t>f 17221/19928/17430 17222/19927/17429 17237/19943/17445</w:t>
        <w:br/>
        <w:t>f 17222/19927/17429 17223/19929/17431 17237/19943/17445</w:t>
        <w:br/>
        <w:t>f 17219/19926/17428 17236/19941/17443 17232/19939/17441</w:t>
        <w:br/>
        <w:t>f 17220/19925/17427 17219/19926/17428 17232/19939/17441</w:t>
        <w:br/>
        <w:t>f 17200/19906/17408 17235/19942/17444 17238/19944/17446</w:t>
        <w:br/>
        <w:t>f 17238/19944/17446 17239/19945/17447 17200/19906/17408</w:t>
        <w:br/>
        <w:t>f 17186/19889/17391 17183/19892/17394 17240/19946/17448</w:t>
        <w:br/>
        <w:t>f 17228/19935/17437 17186/19889/17391 17240/19946/17448</w:t>
        <w:br/>
        <w:t>f 17244/19947/17449 17243/19948/17450 17242/19949/17451</w:t>
        <w:br/>
        <w:t>f 17241/19950/17452 17244/19947/17449 17242/19949/17451</w:t>
        <w:br/>
        <w:t>f 17242/19949/17451 17243/19948/17450 17246/19951/17453</w:t>
        <w:br/>
        <w:t>f 17245/19952/17454 17242/19949/17451 17246/19951/17453</w:t>
        <w:br/>
        <w:t>f 17210/19914/17416 17246/19951/17453 17243/19948/17450</w:t>
        <w:br/>
        <w:t>f 17209/19915/17417 17210/19914/17416 17243/19948/17450</w:t>
        <w:br/>
        <w:t>f 17243/19948/17450 17244/19947/17449 17227/19932/17434</w:t>
        <w:br/>
        <w:t>f 17209/19915/17417 17243/19948/17450 17227/19932/17434</w:t>
        <w:br/>
        <w:t>f 17249/19953/17455 17248/19954/17456 17247/19955/17457</w:t>
        <w:br/>
        <w:t>f 17248/19954/17456 17251/19956/17458 17250/19957/17459</w:t>
        <w:br/>
        <w:t>f 17245/19952/17454 17251/19956/17458 17248/19954/17456</w:t>
        <w:br/>
        <w:t>f 17242/19949/17451 17245/19952/17454 17248/19954/17456</w:t>
        <w:br/>
        <w:t>f 17241/19950/17452 17242/19949/17451 17248/19954/17456</w:t>
        <w:br/>
        <w:t>f 17249/19953/17455 17241/19950/17452 17248/19954/17456</w:t>
        <w:br/>
        <w:t>f 17247/19955/17457 17248/19954/17456 17252/19958/17460</w:t>
        <w:br/>
        <w:t>f 17252/19958/17460 17248/19954/17456 17253/19959/17461</w:t>
        <w:br/>
        <w:t>f 17239/19945/17447 17254/19960/17462 17199/19905/17407</w:t>
        <w:br/>
        <w:t>f 17200/19906/17408 17239/19945/17447 17199/19905/17407</w:t>
        <w:br/>
        <w:t>f 17202/19908/17410 17254/19960/17462 17201/19907/17409</w:t>
        <w:br/>
        <w:t>f 17187/19894/17396 17256/19961/17463 17255/19962/17464</w:t>
        <w:br/>
        <w:t>f 17183/19892/17394 17187/19894/17396 17255/19962/17464</w:t>
        <w:br/>
        <w:t>f 17183/19892/17394 17255/19962/17464 17240/19946/17448</w:t>
        <w:br/>
        <w:t>f 17228/19935/17437 17229/19934/17436 17186/19889/17391</w:t>
        <w:br/>
        <w:t>f 17186/19889/17391 17229/19934/17436 17257/19963/17465</w:t>
        <w:br/>
        <w:t>f 17181/19885/17387 17186/19889/17391 17257/19963/17465</w:t>
        <w:br/>
        <w:t>f 17181/19885/17387 17257/19963/17465 17258/19964/17466</w:t>
        <w:br/>
        <w:t>f 17180/19886/17388 17197/19904/17406 17207/19913/17415</w:t>
        <w:br/>
        <w:t>f 17259/19965/17467 17188/19893/17395 17110/19817/17324</w:t>
        <w:br/>
        <w:t>f 17123/19829/17336 17259/19965/17467 17110/19817/17324</w:t>
        <w:br/>
        <w:t>f 17260/19966/17409 17187/19894/17396 17188/19893/17395</w:t>
        <w:br/>
        <w:t>f 17259/19965/17467 17260/19966/17409 17188/19893/17395</w:t>
        <w:br/>
        <w:t>f 17261/19967/17468 17256/19961/17463 17187/19894/17396</w:t>
        <w:br/>
        <w:t>f 17260/19966/17409 17261/19967/17468 17187/19894/17396</w:t>
        <w:br/>
        <w:t>f 17253/19959/17461 17248/19954/17456 17262/19968/17469</w:t>
        <w:br/>
        <w:t>f 17248/19954/17456 17250/19957/17459 17262/19968/17469</w:t>
        <w:br/>
        <w:t>f 17207/19913/17415 17196/19901/17403 17205/19910/17412</w:t>
        <w:br/>
        <w:t>f 17196/19901/17403 17192/19899/17401 17204/19911/17413</w:t>
        <w:br/>
        <w:t>f 17205/19910/17412 17196/19901/17403 17204/19911/17413</w:t>
        <w:br/>
        <w:t>f 17206/19912/17414 17204/19911/17413 17192/19899/17401</w:t>
        <w:br/>
        <w:t>f 17193/19898/17400 17206/19912/17414 17192/19899/17401</w:t>
        <w:br/>
        <w:t>f 17199/19905/17407 17202/19908/17410 17206/19912/17414</w:t>
        <w:br/>
        <w:t>f 17193/19898/17400 17199/19905/17407 17206/19912/17414</w:t>
        <w:br/>
        <w:t>f 17199/19905/17407 17254/19960/17462 17202/19908/17410</w:t>
        <w:br/>
        <w:t>f 17260/19966/17409 17263/19969/17470 17261/19967/17468</w:t>
        <w:br/>
        <w:t>f 17207/19913/17415 17205/19910/17412 17180/19886/17388</w:t>
        <w:br/>
        <w:t>f 17198/19903/17405 17180/19886/17388 17181/19885/17387</w:t>
        <w:br/>
        <w:t>f 17258/19964/17466 17198/19903/17405 17181/19885/17387</w:t>
        <w:br/>
        <w:t>f 17224/19930/17432 17231/19936/17438 17191/19900/17402</w:t>
        <w:br/>
        <w:t>f 17191/19900/17402 17231/19936/17438 17234/19940/17442</w:t>
        <w:br/>
        <w:t>f 17194/19897/17399 17191/19900/17402 17234/19940/17442</w:t>
        <w:br/>
        <w:t>f 17235/19942/17444 17200/19906/17408 17194/19897/17399</w:t>
        <w:br/>
        <w:t>f 17234/19940/17442 17235/19942/17444 17194/19897/17399</w:t>
        <w:br/>
        <w:t>f 17150/19857/17364 17089/19795/17303 17087/19794/17302</w:t>
        <w:br/>
        <w:t>f 17158/19864/17371 17150/19857/17364 17087/19794/17302</w:t>
        <w:br/>
        <w:t>f 17171/19877/17370 17167/19874/17378 16624/19329/16869</w:t>
        <w:br/>
        <w:t>f 16625/19328/16868 17171/19877/17370 16624/19329/16869</w:t>
        <w:br/>
        <w:t>f 17264/19970/17471 17167/19874/17378 17168/19873/17377</w:t>
        <w:br/>
        <w:t>f 16822/19528/17062 17265/19971/17472 17168/19873/17377</w:t>
        <w:br/>
        <w:t>f 17159/19865/17372 16822/19528/17062 17168/19873/17377</w:t>
        <w:br/>
        <w:t>f 16822/19528/17062 17159/19865/17372 16618/19327/16867</w:t>
        <w:br/>
        <w:t>f 17169/19875/17379 16607/19312/16852 16608/19311/16851</w:t>
        <w:br/>
        <w:t>f 17157/19863/17370 16607/19312/16852 17169/19875/17379</w:t>
        <w:br/>
        <w:t>f 16613/19320/16860 17170/19876/17380 17154/19859/17366</w:t>
        <w:br/>
        <w:t>f 16612/19315/16855 16613/19320/16860 17154/19859/17366</w:t>
        <w:br/>
        <w:t>f 16615/19323/16863 17158/19864/17371 17170/19876/17380</w:t>
        <w:br/>
        <w:t>f 16613/19320/16860 16615/19323/16863 17170/19876/17380</w:t>
        <w:br/>
        <w:t>f 17158/19864/17371 17087/19794/17302 17085/19790/17298</w:t>
        <w:br/>
        <w:t>f 17170/19876/17380 17158/19864/17371 17085/19790/17298</w:t>
        <w:br/>
        <w:t>f 17087/19794/17302 17084/19791/17299 17085/19790/17298</w:t>
        <w:br/>
        <w:t>f 17167/19874/17378 17264/19970/17471 16624/19329/16869</w:t>
        <w:br/>
        <w:t>f 17264/19970/17471 17168/19873/17377 17265/19971/17472</w:t>
        <w:br/>
        <w:t>f 17156/19861/17368 17075/19781/17290 17169/19875/17379</w:t>
        <w:br/>
        <w:t>f 16608/19311/16851 17155/19862/17369 17156/19861/17368</w:t>
        <w:br/>
        <w:t>f 17169/19875/17379 16608/19311/16851 17156/19861/17368</w:t>
        <w:br/>
        <w:t>f 17155/19862/17369 16608/19311/16851 16605/19314/16854</w:t>
        <w:br/>
        <w:t>f 17266/19972/17473 17155/19862/17369 16605/19314/16854</w:t>
        <w:br/>
        <w:t>f 16654/19361/16900 17152/19855/17362 17149/19858/17365</w:t>
        <w:br/>
        <w:t>f 16655/19360/16899 16654/19361/16900 17149/19858/17365</w:t>
        <w:br/>
        <w:t>f 17265/19971/17472 16822/19528/17062 16821/19527/17061</w:t>
        <w:br/>
        <w:t>f 16824/19530/17064 17265/19971/17472 16821/19527/17061</w:t>
        <w:br/>
        <w:t>f 17264/19970/17471 17265/19971/17472 16824/19530/17064</w:t>
        <w:br/>
        <w:t>f 16660/19365/16904 17264/19970/17471 16824/19530/17064</w:t>
        <w:br/>
        <w:t>f 16620/19325/16865 16621/19324/16864 17152/19855/17362</w:t>
        <w:br/>
        <w:t>f 16654/19361/16900 16620/19325/16865 17152/19855/17362</w:t>
        <w:br/>
        <w:t>f 16853/19559/17088 17267/19973/17169 16783/19488/17024</w:t>
        <w:br/>
        <w:t>f 16784/19487/17023 16853/19559/17088 16783/19488/17024</w:t>
        <w:br/>
        <w:t>f 17268/19974/17280 16792/19497/17032 16676/19381/16920</w:t>
        <w:br/>
        <w:t>f 17269/19975/17474 17268/19974/17280 16676/19381/16920</w:t>
        <w:br/>
        <w:t>f 16805/19511/17046 16787/19496/17031 16792/19497/17032</w:t>
        <w:br/>
        <w:t>f 17268/19974/17280 16805/19511/17046 16792/19497/17032</w:t>
        <w:br/>
        <w:t>f 17267/19973/17169 16724/19428/16965 16722/19430/16967</w:t>
        <w:br/>
        <w:t>f 16783/19488/17024 17267/19973/17169 16722/19430/16967</w:t>
        <w:br/>
        <w:t>f 16790/19493/17028 16725/19434/16971 16726/19433/16970</w:t>
        <w:br/>
        <w:t>f 16773/19481/16969 17270/19976/17475 16710/19419/16956</w:t>
        <w:br/>
        <w:t>f 16711/19418/16955 16773/19481/16969 16710/19419/16956</w:t>
        <w:br/>
        <w:t>f 16611/19316/16856 17155/19862/17369 17266/19972/17473</w:t>
        <w:br/>
        <w:t>f 16610/19317/16857 16611/19316/16856 17266/19972/17473</w:t>
        <w:br/>
        <w:t>f 16617/19321/16861 16613/19320/16860 16614/19319/16859</w:t>
        <w:br/>
        <w:t>f 16661/19364/16903 16624/19329/16869 17264/19970/17471</w:t>
        <w:br/>
        <w:t>f 16660/19365/16904 16661/19364/16903 17264/19970/17471</w:t>
        <w:br/>
        <w:t>f 16723/19429/16966 17269/19975/17474 16676/19381/16920</w:t>
        <w:br/>
        <w:t>f 16677/19380/16919 16723/19429/16966 16676/19381/16920</w:t>
        <w:br/>
        <w:t>f 16712/19417/16954 16713/19416/16953 16851/19558/17087</w:t>
        <w:br/>
        <w:t>f 16852/19557/17086 16712/19417/16954 16851/19558/17087</w:t>
        <w:br/>
        <w:t>f 16655/19360/16899 17149/19858/17365 16615/19323/16863</w:t>
        <w:br/>
        <w:t>f 16616/19322/16862 16655/19360/16899 16615/19323/16863</w:t>
        <w:br/>
        <w:t>f 17266/19972/17473 16605/19314/16854 16541/19249/16791</w:t>
        <w:br/>
        <w:t>f 16542/19248/16790 17266/19972/17473 16541/19249/16791</w:t>
        <w:br/>
        <w:t>f 16554/19259/16801 16655/19360/16899 16616/19322/16862</w:t>
        <w:br/>
        <w:t>f 16553/19260/16802 16554/19259/16801 16616/19322/16862</w:t>
        <w:br/>
        <w:t>f 16563/19268/16810 16619/19326/16866 16620/19325/16865</w:t>
        <w:br/>
        <w:t>f 16562/19269/16811 16563/19268/16810 16620/19325/16865</w:t>
        <w:br/>
        <w:t>f 16824/19530/17064 16821/19527/17061 16567/19272/16814</w:t>
        <w:br/>
        <w:t>f 16568/19271/16813 16824/19530/17064 16567/19272/16814</w:t>
        <w:br/>
        <w:t>f 16562/19269/16811 16620/19325/16865 16654/19361/16900</w:t>
        <w:br/>
        <w:t>f 16641/19347/16887 16562/19269/16811 16654/19361/16900</w:t>
        <w:br/>
        <w:t>f 16826/19531/16817 16539/19244/16786 16648/19354/16894</w:t>
        <w:br/>
        <w:t>f 16649/19353/16893 16826/19531/16817 16648/19354/16894</w:t>
        <w:br/>
        <w:t>f 16546/19250/16792 16551/19254/16796 16650/19357/16896</w:t>
        <w:br/>
        <w:t>f 16651/19356/16895 16546/19250/16792 16650/19357/16896</w:t>
        <w:br/>
        <w:t>f 16650/19357/16896 16551/19254/16796 16548/19257/16799</w:t>
        <w:br/>
        <w:t>f 16652/19358/16897 16650/19357/16896 16548/19257/16799</w:t>
        <w:br/>
        <w:t>f 16653/19359/16898 16655/19360/16899 16554/19259/16801</w:t>
        <w:br/>
        <w:t>f 16653/19359/16898 16557/19263/16805 16559/19266/16808</w:t>
        <w:br/>
        <w:t>f 16641/19347/16887 16653/19359/16898 16559/19266/16808</w:t>
        <w:br/>
        <w:t>f 16571/19276/16818 16572/19275/16817 16656/19363/16902</w:t>
        <w:br/>
        <w:t>f 16657/19362/16901 16571/19276/16818 16656/19363/16902</w:t>
        <w:br/>
        <w:t>f 16602/19310/16850 16823/19529/17063 16658/19367/16906</w:t>
        <w:br/>
        <w:t>f 16659/19366/16905 16602/19310/16850 16658/19367/16906</w:t>
        <w:br/>
        <w:t>f 16832/19539/17070 16670/19379/16918 16674/19383/16922</w:t>
        <w:br/>
        <w:t>f 16675/19382/16921 16832/19539/17070 16674/19383/16922</w:t>
        <w:br/>
        <w:t>f 16775/19479/17016 16837/19540/17071 16834/19543/17074</w:t>
        <w:br/>
        <w:t>f 16774/19480/17017 16775/19479/17016 16834/19543/17074</w:t>
        <w:br/>
        <w:t>f 16839/19544/17075 16777/19484/17020 16778/19483/17019</w:t>
        <w:br/>
        <w:t>f 16840/19547/17078 16839/19544/17075 16778/19483/17019</w:t>
        <w:br/>
        <w:t>f 16763/19470/17007 16780/19485/17021 16781/19490/17026</w:t>
        <w:br/>
        <w:t>f 16782/19489/17025 16763/19470/17007 16781/19490/17026</w:t>
        <w:br/>
        <w:t>f 16786/19491/17017 16843/19548/17079 16811/19518/17053</w:t>
        <w:br/>
        <w:t>f 16785/19492/17027 16786/19491/17017 16811/19518/17053</w:t>
        <w:br/>
        <w:t>f 16789/19494/17029 16812/19517/17052 16807/19514/17049</w:t>
        <w:br/>
        <w:t>f 16788/19495/17030 16789/19494/17029 16807/19514/17049</w:t>
        <w:br/>
        <w:t>f 16808/19513/17048 16832/19539/17070 16675/19382/16921</w:t>
        <w:br/>
        <w:t>f 16791/19498/17033 16808/19513/17048 16675/19382/16921</w:t>
        <w:br/>
        <w:t>f 16815/19521/17055 16664/19369/16908 16837/19540/17071</w:t>
        <w:br/>
        <w:t>f 16775/19479/17016 16815/19521/17055 16837/19540/17071</w:t>
        <w:br/>
        <w:t>f 16610/19317/16857 17266/19972/17473 16542/19248/16790</w:t>
        <w:br/>
        <w:t>f 16816/19522/17056 16610/19317/16857 16542/19248/16790</w:t>
        <w:br/>
        <w:t>f 16820/19526/17060 16617/19321/16861 16614/19319/16859</w:t>
        <w:br/>
        <w:t>f 16652/19358/16897 16820/19526/17060 16614/19319/16859</w:t>
        <w:br/>
        <w:t>f 16820/19526/17060 16818/19524/17058 16552/19261/16803</w:t>
        <w:br/>
        <w:t>f 16553/19260/16802 16820/19526/17060 16552/19261/16803</w:t>
        <w:br/>
        <w:t>f 16563/19268/16810 16564/19267/16809 16566/19273/16815</w:t>
        <w:br/>
        <w:t>f 16567/19272/16814 16563/19268/16810 16566/19273/16815</w:t>
        <w:br/>
        <w:t>f 16565/19274/16816 16602/19310/16850 16659/19366/16905</w:t>
        <w:br/>
        <w:t>f 16568/19271/16813 16565/19274/16816 16659/19366/16905</w:t>
        <w:br/>
        <w:t>f 16605/19314/16854 16606/19313/16853 16648/19354/16894</w:t>
        <w:br/>
        <w:t>f 16541/19249/16791 16605/19314/16854 16648/19354/16894</w:t>
        <w:br/>
        <w:t>f 16823/19529/17063 16571/19276/16818 16657/19362/16901</w:t>
        <w:br/>
        <w:t>f 16658/19367/16906 16823/19529/17063 16657/19362/16901</w:t>
        <w:br/>
        <w:t>f 16815/19521/17055 16712/19417/16954 16852/19557/17086</w:t>
        <w:br/>
        <w:t>f 16828/19534/17065 16815/19521/17055 16852/19557/17086</w:t>
        <w:br/>
        <w:t>f 16720/19427/16964 16784/19487/17023 16829/19536/17067</w:t>
        <w:br/>
        <w:t>f 16830/19535/17066 16720/19427/16964 16829/19536/17067</w:t>
        <w:br/>
        <w:t>f 16722/19430/16967 16677/19380/16919 16674/19383/16922</w:t>
        <w:br/>
        <w:t>f 16831/19537/17068 16722/19430/16967 16674/19383/16922</w:t>
        <w:br/>
        <w:t>f 16783/19488/17024 16722/19430/16967 16831/19537/17068</w:t>
        <w:br/>
        <w:t>f 16782/19489/17025 16783/19488/17024 16831/19537/17068</w:t>
        <w:br/>
        <w:t>f 16829/19536/17067 16784/19487/17023 16781/19490/17026</w:t>
        <w:br/>
        <w:t>f 16844/19550/17080 16715/19422/16959 16776/19482/17018</w:t>
        <w:br/>
        <w:t>f 16791/19498/17033 16792/19497/17032 16787/19496/17031</w:t>
        <w:br/>
        <w:t>f 16788/19495/17030 16791/19498/17033 16787/19496/17031</w:t>
        <w:br/>
        <w:t>f 16789/19494/17029 16790/19493/17028 16726/19433/16970</w:t>
        <w:br/>
        <w:t>f 16785/19492/17027 16789/19494/17029 16726/19433/16970</w:t>
        <w:br/>
        <w:t>f 16840/19547/17078 16778/19483/17019 16850/19556/17085</w:t>
        <w:br/>
        <w:t>f 16802/19509/17044 16840/19547/17078 16850/19556/17085</w:t>
        <w:br/>
        <w:t>f 16844/19550/17080 16796/19501/17036 16663/19370/16909</w:t>
        <w:br/>
        <w:t>f 16828/19534/17065 16844/19550/17080 16663/19370/16909</w:t>
        <w:br/>
        <w:t>f 16850/19556/17085 16718/19425/16962 16720/19427/16964</w:t>
        <w:br/>
        <w:t>f 16830/19535/17066 16850/19556/17085 16720/19427/16964</w:t>
        <w:br/>
        <w:t>f 16776/19482/17018 16777/19484/17020 16839/19544/17075</w:t>
        <w:br/>
        <w:t>f 16795/19502/17037 16776/19482/17018 16839/19544/17075</w:t>
        <w:br/>
        <w:t>f 16545/19251/16793 16546/19250/16792 16651/19356/16895</w:t>
        <w:br/>
        <w:t>f 16816/19522/17056 16545/19251/16793 16651/19356/16895</w:t>
        <w:br/>
        <w:t>f 16899/19604/17130 16887/19596/17122 16901/19609/17135</w:t>
        <w:br/>
        <w:t>f 16898/19605/17131 16899/19604/17130 16901/19609/17135</w:t>
        <w:br/>
        <w:t>f 16902/19608/17134 16998/19704/17220 16897/19606/17132</w:t>
        <w:br/>
        <w:t>f 16898/19605/17131 16902/19608/17134 16897/19606/17132</w:t>
        <w:br/>
        <w:t>f 16907/19615/17141 16970/19676/17192 16905/19611/17137</w:t>
        <w:br/>
        <w:t>f 16906/19610/17136 16907/19615/17141 16905/19611/17137</w:t>
        <w:br/>
        <w:t>f 16893/19602/17128 16894/19601/17127 16909/19613/17139</w:t>
        <w:br/>
        <w:t>f 16906/19610/17136 16893/19602/17128 16909/19613/17139</w:t>
        <w:br/>
        <w:t>f 16910/19616/17142 16890/19593/17119 16887/19596/17122</w:t>
        <w:br/>
        <w:t>f 16899/19604/17130 16910/19616/17142 16887/19596/17122</w:t>
        <w:br/>
        <w:t>f 16954/19660/17181 16969/19675/17191 16918/19627/17153</w:t>
        <w:br/>
        <w:t>f 16919/19626/17152 16954/19660/17181 16918/19627/17153</w:t>
        <w:br/>
        <w:t>f 16920/19625/17151 16998/19704/17220 16902/19608/17134</w:t>
        <w:br/>
        <w:t>f 16919/19626/17152 16920/19625/17151 16902/19608/17134</w:t>
        <w:br/>
        <w:t>f 16932/19639/17165 16955/19662/17119 16957/19666/17142</w:t>
        <w:br/>
        <w:t>f 16958/19665/17184 16932/19639/17165 16957/19666/17142</w:t>
        <w:br/>
        <w:t>f 16959/19664/17183 16908/19614/17140 16909/19613/17139</w:t>
        <w:br/>
        <w:t>f 16958/19665/17184 16959/19664/17183 16909/19613/17139</w:t>
        <w:br/>
        <w:t>f 16969/19675/17191 16904/19612/17138 16905/19611/17137</w:t>
        <w:br/>
        <w:t>f 16918/19627/17153 16969/19675/17191 16905/19611/17137</w:t>
        <w:br/>
        <w:t>f 17113/19821/17328 17101/19806/17313 17111/19816/17323</w:t>
        <w:br/>
        <w:t>f 17112/19815/17322 17113/19821/17328 17111/19816/17323</w:t>
        <w:br/>
        <w:t>f 17109/19818/17325 17203/19909/17411 17115/19819/17326</w:t>
        <w:br/>
        <w:t>f 17112/19815/17322 17109/19818/17325 17115/19819/17326</w:t>
        <w:br/>
        <w:t>f 17118/19824/17331 17175/19881/17383 17119/19827/17334</w:t>
        <w:br/>
        <w:t>f 17117/19822/17329 17118/19824/17331 17119/19827/17334</w:t>
        <w:br/>
        <w:t>f 17107/19812/17319 17117/19822/17329 17120/19826/17333</w:t>
        <w:br/>
        <w:t>f 17106/19813/17320 17107/19812/17319 17120/19826/17333</w:t>
        <w:br/>
        <w:t>f 17101/19806/17313 17102/19805/17312 17122/19828/17335</w:t>
        <w:br/>
        <w:t>f 17111/19816/17323 17101/19806/17313 17122/19828/17335</w:t>
        <w:br/>
        <w:t>f 17132/19837/17344 17174/19880/17382 17161/19867/17374</w:t>
        <w:br/>
        <w:t>f 17131/19838/17345 17132/19837/17344 17161/19867/17374</w:t>
        <w:br/>
        <w:t>f 17115/19819/17326 17203/19909/17411 17130/19839/17346</w:t>
        <w:br/>
        <w:t>f 17131/19838/17345 17115/19819/17326 17130/19839/17346</w:t>
        <w:br/>
        <w:t>f 17165/19870/17335 17173/19879/17312 17145/19850/17357</w:t>
        <w:br/>
        <w:t>f 17164/19871/17375 17165/19870/17335 17145/19850/17357</w:t>
        <w:br/>
        <w:t>f 17120/19826/17333 17121/19825/17332 17163/19872/17376</w:t>
        <w:br/>
        <w:t>f 17164/19871/17375 17120/19826/17333 17163/19872/17376</w:t>
        <w:br/>
        <w:t>f 17174/19880/17382 17132/19837/17344 17118/19824/17331</w:t>
        <w:br/>
        <w:t>f 17116/19823/17330 17174/19880/17382 17118/19824/17331</w:t>
        <w:br/>
        <w:t>f 16886/19591/17116 16885/19592/17118 16888/19595/17121</w:t>
        <w:br/>
        <w:t>f 16889/19594/17120 16886/19591/17116 16888/19595/17121</w:t>
        <w:br/>
        <w:t>f 16969/19675/17191 16954/19660/17181 16916/19623/17149</w:t>
        <w:br/>
        <w:t>f 16917/19622/17148 16969/19675/17191 16916/19623/17149</w:t>
        <w:br/>
        <w:t>f 16888/19595/17121 16885/19592/17118 16924/19629/17155</w:t>
        <w:br/>
        <w:t>f 16930/19636/17162 16888/19595/17121 16924/19629/17155</w:t>
        <w:br/>
        <w:t>f 16930/19636/17162 16924/19629/17155 16925/19628/17154</w:t>
        <w:br/>
        <w:t>f 16931/19637/17163 16930/19636/17162 16925/19628/17154</w:t>
        <w:br/>
        <w:t>f 16954/19660/17181 16903/19607/17133 16953/19659/17180</w:t>
        <w:br/>
        <w:t>f 16916/19623/17149 16954/19660/17181 16953/19659/17180</w:t>
        <w:br/>
        <w:t>f 17097/19804/17311 17098/19803/17310 17099/19808/17315</w:t>
        <w:br/>
        <w:t>f 17100/19807/17314 17097/19804/17311 17099/19808/17315</w:t>
        <w:br/>
        <w:t>f 17129/19834/17341 17161/19867/17374 17174/19880/17382</w:t>
        <w:br/>
        <w:t>f 17128/19835/17342 17129/19834/17341 17174/19880/17382</w:t>
        <w:br/>
        <w:t>f 17134/19843/17350 17097/19804/17311 17100/19807/17314</w:t>
        <w:br/>
        <w:t>f 17142/19848/17355 17134/19843/17350 17100/19807/17314</w:t>
        <w:br/>
        <w:t>f 17137/19840/17347 17134/19843/17350 17142/19848/17355</w:t>
        <w:br/>
        <w:t>f 17143/19849/17356 17137/19840/17347 17142/19848/17355</w:t>
        <w:br/>
        <w:t>f 17160/19866/17373 17114/19820/17327 17161/19867/17374</w:t>
        <w:br/>
        <w:t>f 17129/19834/17341 17160/19866/17373 17161/19867/17374</w:t>
        <w:br/>
        <w:t>f 16956/19661/17182 16933/19638/17164 16934/19640/17166</w:t>
        <w:br/>
        <w:t>f 16884/19589/17116 16956/19661/17182 16934/19640/17166</w:t>
        <w:br/>
        <w:t>f 17144/19851/17358 17173/19879/17312 17162/19868/17315</w:t>
        <w:br/>
        <w:t>f 16968/19674/17190 16969/19675/17191 16917/19622/17148</w:t>
        <w:br/>
        <w:t>f 17128/19835/17342 17174/19880/17382 17172/19878/17381</w:t>
        <w:br/>
        <w:t>f 27629/19977/17476 27628/19978/17477 27627/19979/17477</w:t>
        <w:br/>
        <w:t>f 27626/19980/17476 27629/19977/17476 27627/19979/17477</w:t>
        <w:br/>
        <w:t>f 27633/19981/17478 27632/19982/17479 27631/19983/17478</w:t>
        <w:br/>
        <w:t>f 27630/19984/17480 27633/19981/17478 27631/19983/17478</w:t>
        <w:br/>
        <w:t>f 27636/19985/17481 27635/19986/17482 27634/19987/17481</w:t>
        <w:br/>
        <w:t>f 27637/19988/17483 27636/19985/17481 27634/19987/17481</w:t>
        <w:br/>
        <w:t>f 27641/19989/17484 27640/19990/17485 27639/19991/17486</w:t>
        <w:br/>
        <w:t>f 27638/19992/17487 27641/19989/17484 27639/19991/17486</w:t>
        <w:br/>
        <w:t>f 27643/19993/17484 27642/19994/17488 27640/19990/17485</w:t>
        <w:br/>
        <w:t>f 27641/19989/17484 27643/19993/17484 27640/19990/17485</w:t>
        <w:br/>
        <w:t>f 27645/19995/17489 27644/19996/17490 27642/19994/17488</w:t>
        <w:br/>
        <w:t>f 27643/19993/17484 27645/19995/17489 27642/19994/17488</w:t>
        <w:br/>
        <w:t>f 27638/19992/17487 27639/19991/17486 27644/19996/17490</w:t>
        <w:br/>
        <w:t>f 27645/19995/17489 27638/19992/17487 27644/19996/17490</w:t>
        <w:br/>
        <w:t>f 27648/19997/17491 27647/19998/17492 27646/19999/17493</w:t>
        <w:br/>
        <w:t>f 27649/20000/17494 27648/19997/17491 27646/19999/17493</w:t>
        <w:br/>
        <w:t>f 27651/20001/17495 27650/20002/17496 27648/19997/17491</w:t>
        <w:br/>
        <w:t>f 27649/20000/17494 27651/20001/17495 27648/19997/17491</w:t>
        <w:br/>
        <w:t>f 27652/20003/17497 27650/20002/17496 27651/20001/17495</w:t>
        <w:br/>
        <w:t>f 27653/20004/17498 27652/20003/17497 27651/20001/17495</w:t>
        <w:br/>
        <w:t>f 27646/19999/17493 27647/19998/17492 27652/20003/17497</w:t>
        <w:br/>
        <w:t>f 27653/20004/17498 27646/19999/17493 27652/20003/17497</w:t>
        <w:br/>
        <w:t>f 27657/20005/17499 27656/20006/17499 27655/20007/17499</w:t>
        <w:br/>
        <w:t>f 27654/20008/17499 27657/20005/17499 27655/20007/17499</w:t>
        <w:br/>
        <w:t>f 27660/20009/17500 27659/20010/17501 27658/20011/17502</w:t>
        <w:br/>
        <w:t>f 27661/20012/17500 27660/20009/17500 27658/20011/17502</w:t>
        <w:br/>
        <w:t>f 27665/20013/17503 27664/20014/17504 27663/20015/17505</w:t>
        <w:br/>
        <w:t>f 27662/20016/17503 27665/20013/17503 27663/20015/17505</w:t>
        <w:br/>
        <w:t>f 27668/20017/17481 27667/20018/17481 27666/20019/17506</w:t>
        <w:br/>
        <w:t>f 27669/20020/17506 27668/20017/17481 27666/20019/17506</w:t>
        <w:br/>
        <w:t>f 27673/20021/17507 27672/20022/17508 27671/20023/17509</w:t>
        <w:br/>
        <w:t>f 27670/20024/17510 27673/20021/17507 27671/20023/17509</w:t>
        <w:br/>
        <w:t>f 27676/20025/17511 27675/20026/17512 27674/20027/17512</w:t>
        <w:br/>
        <w:t>f 27677/20028/17513 27676/20025/17511 27674/20027/17512</w:t>
        <w:br/>
        <w:t>f 27680/20029/17514 27679/20030/17515 27678/20031/17516</w:t>
        <w:br/>
        <w:t>f 27681/20032/17517 27680/20029/17514 27678/20031/17516</w:t>
        <w:br/>
        <w:t>f 27684/20033/17518 27683/20034/17519 27682/20035/17520</w:t>
        <w:br/>
        <w:t>f 27685/20036/17520 27684/20033/17518 27682/20035/17520</w:t>
        <w:br/>
        <w:t>f 27689/20037/17521 27688/20038/17522 27687/20039/17523</w:t>
        <w:br/>
        <w:t>f 27686/20040/17524 27689/20037/17521 27687/20039/17523</w:t>
        <w:br/>
        <w:t>f 27691/20041/17525 27690/20042/17526 27687/20039/17523</w:t>
        <w:br/>
        <w:t>f 27688/20038/17522 27691/20041/17525 27687/20039/17523</w:t>
        <w:br/>
        <w:t>f 27693/20043/17527 27692/20044/17527 27674/20027/17512</w:t>
        <w:br/>
        <w:t>f 27675/20026/17512 27693/20043/17527 27674/20027/17512</w:t>
        <w:br/>
        <w:t>f 27695/20045/17528 27694/20046/17528 27679/20030/17515</w:t>
        <w:br/>
        <w:t>f 27680/20029/17514 27695/20045/17528 27679/20030/17515</w:t>
        <w:br/>
        <w:t>f 27697/20047/17529 27685/20036/17520 27682/20035/17520</w:t>
        <w:br/>
        <w:t>f 27696/20048/17530 27697/20047/17529 27682/20035/17520</w:t>
        <w:br/>
        <w:t>f 27683/20034/17519 27684/20033/17518 27699/20049/17531</w:t>
        <w:br/>
        <w:t>f 27698/20050/17532 27683/20034/17519 27699/20049/17531</w:t>
        <w:br/>
        <w:t>f 27701/20051/17533 27700/20052/17533 27689/20037/17521</w:t>
        <w:br/>
        <w:t>f 27686/20040/17524 27701/20051/17533 27689/20037/17521</w:t>
        <w:br/>
        <w:t>f 27677/20028/17513 27703/20053/17534 27702/20054/17535</w:t>
        <w:br/>
        <w:t>f 27676/20025/17511 27677/20028/17513 27702/20054/17535</w:t>
        <w:br/>
        <w:t>f 27705/20055/17536 27681/20032/17517 27678/20031/17516</w:t>
        <w:br/>
        <w:t>f 27704/20056/17537 27705/20055/17536 27678/20031/17516</w:t>
        <w:br/>
        <w:t>f 10676/19181/16730 10677/19180/16729 27707/20057/17538</w:t>
        <w:br/>
        <w:t>f 27706/20058/17539 10676/19181/16730 27707/20057/17538</w:t>
        <w:br/>
        <w:t>f 10673/19173/16722 27708/20059/17540 10672/19174/16723</w:t>
        <w:br/>
        <w:t>f 10733/19237/16779 10674/19176/16725 10735/19235/16777</w:t>
        <w:br/>
        <w:t>f 10674/19176/16725 10667/19172/16721 10735/19235/16777</w:t>
        <w:br/>
        <w:t>f 10735/19235/16777 10667/19172/16721 10668/19171/16720</w:t>
        <w:br/>
        <w:t>f 27706/20058/17539 10735/19235/16777 10668/19171/16720</w:t>
        <w:br/>
        <w:t>f 10668/19171/16720 10669/19170/16719 10671/19175/16724</w:t>
        <w:br/>
        <w:t>f 10674/19176/16725 10670/19169/16718 10667/19172/16721</w:t>
        <w:br/>
        <w:t>f 27706/20058/17539 10668/19171/16720 10671/19175/16724</w:t>
        <w:br/>
        <w:t>f 10736/19239/16781 10684/19186/16735 27710/20060/17541</w:t>
        <w:br/>
        <w:t>f 27709/20061/17542 10736/19239/16781 27710/20060/17541</w:t>
        <w:br/>
        <w:t>f 10739/19242/16784 10684/19186/16735 10685/19185/16734</w:t>
        <w:br/>
        <w:t>f 10680/19183/16732 10736/19239/16781 10682/19184/16733</w:t>
        <w:br/>
        <w:t>f 27709/20061/17542 27710/20060/17541 10678/19179/16728</w:t>
        <w:br/>
        <w:t>f 10679/19178/16727 27709/20061/17542 10678/19179/16728</w:t>
        <w:br/>
        <w:t>f 10681/19182/16731 27708/20059/17540 10673/19173/16722</w:t>
        <w:br/>
        <w:t>f 10733/19237/16779 10734/19236/16778 10740/19241/16783</w:t>
        <w:br/>
        <w:t>f 30132/20062/17543 30131/20063/17544 30130/20064/17545</w:t>
        <w:br/>
        <w:t>f 30129/20065/17546 30132/20062/17543 30130/20064/17545</w:t>
        <w:br/>
        <w:t>f 30135/20066/17547 30134/20067/17548 30133/20068/17549</w:t>
        <w:br/>
        <w:t>f 30138/20069/17550 30137/20070/17551 30134/20067/17548</w:t>
        <w:br/>
        <w:t>f 30136/20071/17552 30138/20069/17550 30134/20067/17548</w:t>
        <w:br/>
        <w:t>f 30140/20072/17553 30139/20073/17554 30130/20064/17545</w:t>
        <w:br/>
        <w:t>f 30137/20070/17551 30140/20072/17553 30130/20064/17545</w:t>
        <w:br/>
        <w:t>f 30130/20064/17545 30139/20073/17554 30129/20065/17546</w:t>
        <w:br/>
        <w:t>f 30131/20063/17544 30132/20062/17543 30141/20074/17555</w:t>
        <w:br/>
        <w:t>f 30134/20067/17548 30135/20066/17547 30136/20071/17552</w:t>
        <w:br/>
        <w:t>f 30137/20070/17551 30138/20069/17550 30140/20072/17553</w:t>
        <w:br/>
        <w:t>f 30145/20075/17556 30144/20076/17557 30143/20077/17558</w:t>
        <w:br/>
        <w:t>f 30142/20078/17559 30145/20075/17556 30143/20077/17558</w:t>
        <w:br/>
        <w:t>f 30144/20076/17557 30147/20079/17560 30146/20080/17561</w:t>
        <w:br/>
        <w:t>f 30151/20081/17562 30150/20082/17563 30149/20083/17564</w:t>
        <w:br/>
        <w:t>f 30148/20084/17565 30151/20081/17562 30149/20083/17564</w:t>
        <w:br/>
        <w:t>f 30152/20085/17566 30150/20082/17563 30145/20075/17556</w:t>
        <w:br/>
        <w:t>f 30153/20086/17567 30152/20085/17566 30145/20075/17556</w:t>
        <w:br/>
        <w:t>f 30145/20075/17556 30142/20078/17559 30153/20086/17567</w:t>
        <w:br/>
        <w:t>f 30144/20076/17557 30146/20080/17561 30143/20077/17558</w:t>
        <w:br/>
        <w:t>f 30151/20081/17562 30148/20084/17565 30154/20087/17568</w:t>
        <w:br/>
        <w:t>f 30150/20082/17563 30152/20085/17566 30149/20083/17564</w:t>
        <w:br/>
        <w:t>f 30157/20088/17569 30156/20089/17569 30155/20090/17570</w:t>
        <w:br/>
        <w:t>f 30158/20091/17570 30157/20088/17569 30155/20090/17570</w:t>
        <w:br/>
        <w:t>f 30161/20092/17571 30160/20093/17572 30159/20094/17572</w:t>
        <w:br/>
        <w:t>f 30162/20095/17573 30161/20092/17571 30159/20094/17572</w:t>
        <w:br/>
        <w:t>f 30165/20096/17574 30164/20097/17574 30163/20098/17574</w:t>
        <w:br/>
        <w:t>f 30166/20099/17574 30165/20096/17574 30163/20098/17574</w:t>
        <w:br/>
        <w:t>f 30169/20100/17575 30168/20101/17575 30167/20102/17576</w:t>
        <w:br/>
        <w:t>f 30170/20103/17577 30169/20100/17575 30167/20102/17576</w:t>
        <w:br/>
        <w:t>f 30174/20104/17578 30173/20105/17579 30172/20106/17579</w:t>
        <w:br/>
        <w:t>f 30171/20107/17578 30174/20104/17578 30172/20106/17579</w:t>
        <w:br/>
        <w:t>f 30178/20108/17580 30177/20109/17580 30176/20110/17581</w:t>
        <w:br/>
        <w:t>f 30175/20111/17582 30178/20108/17580 30176/20110/17581</w:t>
        <w:br/>
        <w:t>f 30181/20112/17583 30180/20113/17584 30179/20114/17585</w:t>
        <w:br/>
        <w:t>f 30182/20115/17586 30181/20112/17583 30179/20114/17585</w:t>
        <w:br/>
        <w:t>f 30186/20116/17587 30185/20117/17587 30184/20118/17587</w:t>
        <w:br/>
        <w:t>f 30183/20119/17587 30186/20116/17587 30184/20118/17587</w:t>
        <w:br/>
        <w:t>f 30187/20120/17588 30181/20112/17583 30182/20115/17586</w:t>
        <w:br/>
        <w:t>f 30188/20121/17572 30187/20120/17588 30182/20115/17586</w:t>
        <w:br/>
        <w:t>f 30189/20122/17589 30161/20092/17571 30162/20095/17573</w:t>
        <w:br/>
        <w:t>f 30190/20123/17590 30189/20122/17589 30162/20095/17573</w:t>
        <w:br/>
        <w:t>f 30175/20111/17582 30176/20110/17581 30192/20124/17591</w:t>
        <w:br/>
        <w:t>f 30191/20125/17592 30175/20111/17582 30192/20124/17591</w:t>
        <w:br/>
        <w:t>f 30180/20113/17584 30177/20109/17580 30178/20108/17580</w:t>
        <w:br/>
        <w:t>f 30179/20114/17585 30180/20113/17584 30178/20108/17580</w:t>
        <w:br/>
        <w:t>f 30189/20122/17589 30190/20123/17590 30170/20103/17577</w:t>
        <w:br/>
        <w:t>f 30167/20102/17576 30189/20122/17589 30170/20103/17577</w:t>
        <w:br/>
        <w:t>f 30191/20125/17592 30192/20124/17591 30168/20101/17575</w:t>
        <w:br/>
        <w:t>f 30169/20100/17575 30191/20125/17592 30168/20101/17575</w:t>
        <w:br/>
        <w:t>f 30131/20063/17544 30193/20126/17593 30133/20068/17549</w:t>
        <w:br/>
        <w:t>f 30134/20067/17548 30131/20063/17544 30133/20068/17549</w:t>
        <w:br/>
        <w:t>f 30151/20081/17562 30154/20087/17568 30194/20127/17594</w:t>
        <w:br/>
        <w:t>f 30144/20076/17557 30151/20081/17562 30194/20127/17594</w:t>
        <w:br/>
        <w:t>f 30147/20079/17560 30144/20076/17557 30194/20127/17594</w:t>
        <w:br/>
        <w:t>f 30131/20063/17544 30141/20074/17555 30193/20126/17593</w:t>
        <w:br/>
        <w:t>f 10397/20128/17595 10396/20129/17596 10395/20130/17597</w:t>
        <w:br/>
        <w:t>f 10394/20131/17598 10397/20128/17595 10395/20130/17597</w:t>
        <w:br/>
        <w:t>f 10401/20132/17599 10400/20133/17600 10399/20134/17601</w:t>
        <w:br/>
        <w:t>f 10398/20135/17602 10401/20132/17599 10399/20134/17601</w:t>
        <w:br/>
        <w:t>f 10405/20136/17603 10404/20137/17604 10403/20138/17605</w:t>
        <w:br/>
        <w:t>f 10402/20139/17606 10405/20136/17603 10403/20138/17605</w:t>
        <w:br/>
        <w:t>f 10409/20140/17607 10408/20141/17608 10407/20142/17609</w:t>
        <w:br/>
        <w:t>f 10406/20143/17610 10409/20140/17607 10407/20142/17609</w:t>
        <w:br/>
        <w:t>f 10407/20142/17609 10408/20141/17608 10410/20144/17611</w:t>
        <w:br/>
        <w:t>f 10411/20145/17612 10407/20142/17609 10410/20144/17611</w:t>
        <w:br/>
        <w:t>f 10415/20146/17613 10414/20147/17614 10413/20148/17615</w:t>
        <w:br/>
        <w:t>f 10412/20149/17616 10415/20146/17613 10413/20148/17615</w:t>
        <w:br/>
        <w:t>f 10417/20150/17617 10416/20151/17618 10413/20148/17615</w:t>
        <w:br/>
        <w:t>f 10414/20147/17614 10417/20150/17617 10413/20148/17615</w:t>
        <w:br/>
        <w:t>f 10421/20152/17619 10420/20153/17620 10419/20154/17621</w:t>
        <w:br/>
        <w:t>f 10418/20155/17622 10421/20152/17619 10419/20154/17621</w:t>
        <w:br/>
        <w:t>f 10425/20156/17623 10424/20157/17624 10423/20158/17625</w:t>
        <w:br/>
        <w:t>f 10422/20159/17626 10425/20156/17623 10423/20158/17625</w:t>
        <w:br/>
        <w:t>f 10427/20160/17627 10426/20161/17628 10418/20155/17622</w:t>
        <w:br/>
        <w:t>f 10419/20154/17621 10427/20160/17627 10418/20155/17622</w:t>
        <w:br/>
        <w:t>f 10430/20162/17627 10422/20159/17626 10429/20163/17629</w:t>
        <w:br/>
        <w:t>f 10428/20164/17628 10430/20162/17627 10429/20163/17629</w:t>
        <w:br/>
        <w:t>f 10416/20151/17618 10417/20150/17617 10424/20157/17624</w:t>
        <w:br/>
        <w:t>f 10431/20165/17630 10416/20151/17618 10424/20157/17624</w:t>
        <w:br/>
        <w:t>f 10434/20166/17631 10433/20167/17632 10432/20168/17633</w:t>
        <w:br/>
        <w:t>f 10430/20162/17627 10436/20169/17634 10435/20170/17635</w:t>
        <w:br/>
        <w:t>f 10422/20159/17626 10430/20162/17627 10435/20170/17635</w:t>
        <w:br/>
        <w:t>f 10419/20154/17621 10420/20153/17620 10437/20171/17636</w:t>
        <w:br/>
        <w:t>f 10439/20172/17637 10438/20173/17638 10419/20154/17621</w:t>
        <w:br/>
        <w:t>f 10437/20171/17636 10439/20172/17637 10419/20154/17621</w:t>
        <w:br/>
        <w:t>f 10416/20151/17618 10441/20174/17639 10440/20175/17640</w:t>
        <w:br/>
        <w:t>f 10413/20148/17615 10416/20151/17618 10440/20175/17640</w:t>
        <w:br/>
        <w:t>f 10443/20176/17641 10442/20177/17642 10431/20165/17630</w:t>
        <w:br/>
        <w:t>f 10425/20156/17623 10443/20176/17641 10431/20165/17630</w:t>
        <w:br/>
        <w:t>f 10419/20154/17621 10438/20173/17638 10444/20178/17634</w:t>
        <w:br/>
        <w:t>f 10427/20160/17627 10419/20154/17621 10444/20178/17634</w:t>
        <w:br/>
        <w:t>f 10448/20179/17643 10447/20180/17644 10446/20181/17645</w:t>
        <w:br/>
        <w:t>f 10445/20182/17646 10448/20179/17643 10446/20181/17645</w:t>
        <w:br/>
        <w:t>f 10399/20134/17601 10400/20133/17600 10450/20183/17647</w:t>
        <w:br/>
        <w:t>f 10449/20184/17648 10399/20134/17601 10450/20183/17647</w:t>
        <w:br/>
        <w:t>f 10451/20185/17649 10412/20149/17616 10413/20148/17615</w:t>
        <w:br/>
        <w:t>f 10440/20175/17640 10451/20185/17649 10413/20148/17615</w:t>
        <w:br/>
        <w:t>f 10452/20186/17650 10397/20128/17595 10394/20131/17598</w:t>
        <w:br/>
        <w:t>f 10404/20137/17604 10452/20186/17650 10394/20131/17598</w:t>
        <w:br/>
        <w:t>f 10404/20137/17604 10394/20131/17598 10398/20135/17602</w:t>
        <w:br/>
        <w:t>f 10403/20138/17605 10404/20137/17604 10398/20135/17602</w:t>
        <w:br/>
        <w:t>f 10399/20134/17601 10449/20184/17648 10453/20187/17651</w:t>
        <w:br/>
        <w:t>f 10416/20151/17618 10442/20177/17642 10441/20174/17639</w:t>
        <w:br/>
        <w:t>f 10404/20137/17604 10405/20136/17603 10454/20188/17652</w:t>
        <w:br/>
        <w:t>f 10452/20186/17650 10404/20137/17604 10454/20188/17652</w:t>
        <w:br/>
        <w:t>f 10455/20189/17653 10448/20179/17643 10445/20182/17646</w:t>
        <w:br/>
        <w:t>f 10458/20190/17654 10457/20191/17655 10456/20192/17656</w:t>
        <w:br/>
        <w:t>f 10453/20187/17651 10459/20193/17657 10402/20139/17606</w:t>
        <w:br/>
        <w:t>f 10463/20194/17658 10462/20195/17659 10461/20196/17660</w:t>
        <w:br/>
        <w:t>f 10460/20197/17661 10463/20194/17658 10461/20196/17660</w:t>
        <w:br/>
        <w:t>f 10465/20198/17662 10449/20184/17648 10450/20183/17647</w:t>
        <w:br/>
        <w:t>f 10464/20199/17663 10465/20198/17662 10450/20183/17647</w:t>
        <w:br/>
        <w:t>f 10460/20197/17661 10467/20200/17664 10466/20201/17665</w:t>
        <w:br/>
        <w:t>f 10432/20168/17633 10469/20202/17666 10468/20203/17667</w:t>
        <w:br/>
        <w:t>f 10432/20168/17633 10470/20204/17668 10434/20166/17631</w:t>
        <w:br/>
        <w:t>f 10443/20176/17641 10472/20205/17669 10471/20206/17670</w:t>
        <w:br/>
        <w:t>f 10442/20177/17642 10443/20176/17641 10471/20206/17670</w:t>
        <w:br/>
        <w:t>f 10475/20207/17671 10474/20208/17672 10473/20209/17673</w:t>
        <w:br/>
        <w:t>f 10439/20172/17637 10455/20189/17653 10475/20207/17671</w:t>
        <w:br/>
        <w:t>f 10477/20210/17674 10476/20211/17675 10455/20189/17653</w:t>
        <w:br/>
        <w:t>f 10481/20212/17676 10480/20213/17677 10479/20214/17678</w:t>
        <w:br/>
        <w:t>f 10478/20215/17679 10481/20212/17676 10479/20214/17678</w:t>
        <w:br/>
        <w:t>f 10474/20208/17672 10475/20207/17671 10483/20216/17680</w:t>
        <w:br/>
        <w:t>f 10482/20217/17681 10474/20208/17672 10483/20216/17680</w:t>
        <w:br/>
        <w:t>f 10476/20211/17675 10477/20210/17674 10485/20218/17682</w:t>
        <w:br/>
        <w:t>f 10484/20219/17683 10476/20211/17675 10485/20218/17682</w:t>
        <w:br/>
        <w:t>f 10456/20192/17656 10487/20220/17684 10486/20221/17685</w:t>
        <w:br/>
        <w:t>f 10488/20222/17686 10456/20192/17656 10486/20221/17685</w:t>
        <w:br/>
        <w:t>f 10453/20187/17651 10449/20184/17648 10466/20201/17665</w:t>
        <w:br/>
        <w:t>f 10445/20182/17646 10489/20223/17687 10477/20210/17674</w:t>
        <w:br/>
        <w:t>f 10457/20191/17655 10491/20224/17688 10490/20225/17689</w:t>
        <w:br/>
        <w:t>f 10405/20136/17603 10488/20222/17686 10486/20221/17685</w:t>
        <w:br/>
        <w:t>f 10454/20188/17652 10405/20136/17603 10486/20221/17685</w:t>
        <w:br/>
        <w:t>f 10493/20226/17690 10489/20223/17687 10492/20227/17691</w:t>
        <w:br/>
        <w:t>f 10489/20223/17687 10493/20226/17690 10490/20225/17689</w:t>
        <w:br/>
        <w:t>f 10488/20222/17686 10405/20136/17603 10402/20139/17606</w:t>
        <w:br/>
        <w:t>f 10491/20224/17688 10496/20228/17692 10495/20229/17693</w:t>
        <w:br/>
        <w:t>f 10494/20230/17694 10491/20224/17688 10495/20229/17693</w:t>
        <w:br/>
        <w:t>f 10498/20231/17695 10485/20218/17682 10477/20210/17674</w:t>
        <w:br/>
        <w:t>f 10497/20232/17696 10498/20231/17695 10477/20210/17674</w:t>
        <w:br/>
        <w:t>f 10494/20230/17694 10497/20232/17696 10490/20225/17689</w:t>
        <w:br/>
        <w:t>f 10499/20233/17697 10492/20227/17691 10445/20182/17646</w:t>
        <w:br/>
        <w:t>f 10446/20181/17645 10499/20233/17697 10445/20182/17646</w:t>
        <w:br/>
        <w:t>f 10501/20234/17698 10499/20233/17697 10446/20181/17645</w:t>
        <w:br/>
        <w:t>f 10500/20235/17699 10501/20234/17698 10446/20181/17645</w:t>
        <w:br/>
        <w:t>f 10437/20171/17636 10420/20153/17620 10447/20180/17644</w:t>
        <w:br/>
        <w:t>f 10448/20179/17643 10437/20171/17636 10447/20180/17644</w:t>
        <w:br/>
        <w:t>f 10420/20153/17620 10421/20152/17619 10502/20236/17700</w:t>
        <w:br/>
        <w:t>f 10447/20180/17644 10420/20153/17620 10502/20236/17700</w:t>
        <w:br/>
        <w:t>f 10500/20235/17699 10446/20181/17645 10447/20180/17644</w:t>
        <w:br/>
        <w:t>f 10502/20236/17700 10500/20235/17699 10447/20180/17644</w:t>
        <w:br/>
        <w:t>f 10465/20198/17662 10463/20194/17658 10460/20197/17661</w:t>
        <w:br/>
        <w:t>f 10449/20184/17648 10465/20198/17662 10460/20197/17661</w:t>
        <w:br/>
        <w:t>f 10416/20151/17618 10431/20165/17630 10442/20177/17642</w:t>
        <w:br/>
        <w:t>f 10455/20189/17653 10445/20182/17646 10477/20210/17674</w:t>
        <w:br/>
        <w:t>f 10455/20189/17653 10437/20171/17636 10448/20179/17643</w:t>
        <w:br/>
        <w:t>f 10445/20182/17646 10492/20227/17691 10489/20223/17687</w:t>
        <w:br/>
        <w:t>f 10458/20190/17654 10456/20192/17656 10503/20237/17701</w:t>
        <w:br/>
        <w:t>f 10505/20238/17702 10458/20190/17654 10503/20237/17701</w:t>
        <w:br/>
        <w:t>f 10504/20239/17703 10505/20238/17702 10503/20237/17701</w:t>
        <w:br/>
        <w:t>f 10480/20213/17677 10506/20240/17704 10439/20172/17705</w:t>
        <w:br/>
        <w:t>f 10508/20241/17666 10506/20240/17704 10507/20242/17667</w:t>
        <w:br/>
        <w:t>f 10507/20242/17667 10506/20240/17704 10481/20212/17676</w:t>
        <w:br/>
        <w:t>f 10439/20172/17637 10437/20171/17636 10455/20189/17653</w:t>
        <w:br/>
        <w:t>f 10457/20191/17655 10487/20220/17684 10456/20192/17656</w:t>
        <w:br/>
        <w:t>f 10415/20146/17613 10412/20149/17616 10406/20143/17610</w:t>
        <w:br/>
        <w:t>f 10509/20243/17706 10415/20146/17613 10406/20143/17610</w:t>
        <w:br/>
        <w:t>f 10429/20163/17629 10422/20159/17626 10423/20158/17625</w:t>
        <w:br/>
        <w:t>f 10423/20158/17625 10424/20157/17624 10417/20150/17617</w:t>
        <w:br/>
        <w:t>f 10396/20129/17596 10511/20244/17707 10510/20245/17708</w:t>
        <w:br/>
        <w:t>f 10395/20130/17597 10396/20129/17596 10510/20245/17708</w:t>
        <w:br/>
        <w:t>f 10510/20245/17708 10512/20246/17709 10401/20132/17599</w:t>
        <w:br/>
        <w:t>f 10395/20130/17597 10510/20245/17708 10401/20132/17599</w:t>
        <w:br/>
        <w:t>f 10514/20247/17710 10513/20248/17711 10450/20183/17647</w:t>
        <w:br/>
        <w:t>f 10400/20133/17600 10514/20247/17710 10450/20183/17647</w:t>
        <w:br/>
        <w:t>f 10464/20199/17663 10450/20183/17647 10513/20248/17711</w:t>
        <w:br/>
        <w:t>f 10441/20174/17639 10464/20199/17663 10513/20248/17711</w:t>
        <w:br/>
        <w:t>f 10464/20199/17663 10441/20174/17639 10515/20249/17712</w:t>
        <w:br/>
        <w:t>f 10515/20249/17712 10441/20174/17639 10442/20177/17642</w:t>
        <w:br/>
        <w:t>f 10516/20250/17713 10515/20249/17712 10442/20177/17642</w:t>
        <w:br/>
        <w:t>f 10471/20206/17670 10516/20250/17713 10442/20177/17642</w:t>
        <w:br/>
        <w:t>f 10408/20141/17608 10510/20245/17708 10511/20244/17707</w:t>
        <w:br/>
        <w:t>f 10410/20144/17611 10408/20141/17608 10511/20244/17707</w:t>
        <w:br/>
        <w:t>f 10512/20246/17709 10510/20245/17708 10408/20141/17608</w:t>
        <w:br/>
        <w:t>f 10409/20140/17607 10512/20246/17709 10408/20141/17608</w:t>
        <w:br/>
        <w:t>f 10440/20175/17640 10513/20248/17711 10514/20247/17710</w:t>
        <w:br/>
        <w:t>f 10451/20185/17649 10440/20175/17640 10514/20247/17710</w:t>
        <w:br/>
        <w:t>f 10513/20248/17711 10440/20175/17640 10441/20174/17639</w:t>
        <w:br/>
        <w:t>f 10431/20165/17630 10424/20157/17624 10425/20156/17623</w:t>
        <w:br/>
        <w:t>f 10456/20192/17656 10517/20251/17714 10503/20237/17701</w:t>
        <w:br/>
        <w:t>f 10504/20239/17703 10503/20237/17701 10519/20252/17715</w:t>
        <w:br/>
        <w:t>f 10518/20253/17716 10504/20239/17703 10519/20252/17715</w:t>
        <w:br/>
        <w:t>f 10517/20251/17714 10456/20192/17656 10488/20222/17686</w:t>
        <w:br/>
        <w:t>f 10459/20193/17657 10466/20201/17665 10520/20254/17717</w:t>
        <w:br/>
        <w:t>f 10520/20254/17717 10467/20200/17664 10521/20255/17718</w:t>
        <w:br/>
        <w:t>f 10518/20253/17716 10519/20252/17715 10520/20254/17717</w:t>
        <w:br/>
        <w:t>f 10521/20255/17718 10518/20253/17716 10520/20254/17717</w:t>
        <w:br/>
        <w:t>f 10520/20254/17717 10519/20252/17715 10459/20193/17657</w:t>
        <w:br/>
        <w:t>f 10459/20193/17657 10517/20251/17714 10402/20139/17606</w:t>
        <w:br/>
        <w:t>f 10394/20131/17598 10395/20130/17597 10401/20132/17599</w:t>
        <w:br/>
        <w:t>f 10398/20135/17602 10394/20131/17598 10401/20132/17599</w:t>
        <w:br/>
        <w:t>f 10406/20143/17610 10412/20149/17616 10451/20185/17649</w:t>
        <w:br/>
        <w:t>f 10409/20140/17607 10406/20143/17610 10451/20185/17649</w:t>
        <w:br/>
        <w:t>f 10399/20134/17601 10453/20187/17651 10403/20138/17605</w:t>
        <w:br/>
        <w:t>f 10398/20135/17602 10399/20134/17601 10403/20138/17605</w:t>
        <w:br/>
        <w:t>f 10400/20133/17600 10401/20132/17599 10512/20246/17709</w:t>
        <w:br/>
        <w:t>f 10514/20247/17710 10400/20133/17600 10512/20246/17709</w:t>
        <w:br/>
        <w:t>f 10409/20140/17607 10451/20185/17649 10514/20247/17710</w:t>
        <w:br/>
        <w:t>f 10512/20246/17709 10409/20140/17607 10514/20247/17710</w:t>
        <w:br/>
        <w:t>f 10406/20143/17610 10407/20142/17609 10509/20243/17706</w:t>
        <w:br/>
        <w:t>f 10403/20138/17605 10453/20187/17651 10402/20139/17606</w:t>
        <w:br/>
        <w:t>f 10453/20187/17651 10466/20201/17665 10459/20193/17657</w:t>
        <w:br/>
        <w:t>f 10517/20251/17714 10488/20222/17686 10402/20139/17606</w:t>
        <w:br/>
        <w:t>f 10517/20251/17714 10519/20252/17715 10503/20237/17701</w:t>
        <w:br/>
        <w:t>f 10519/20252/17715 10517/20251/17714 10459/20193/17657</w:t>
        <w:br/>
        <w:t>f 10449/20184/17648 10460/20197/17661 10466/20201/17665</w:t>
        <w:br/>
        <w:t>f 10466/20201/17665 10467/20200/17664 10520/20254/17717</w:t>
        <w:br/>
        <w:t>f 10460/20197/17661 10461/20196/17660 10467/20200/17664</w:t>
        <w:br/>
        <w:t>f 10525/20256/17719 10524/20257/17720 10523/20258/17721</w:t>
        <w:br/>
        <w:t>f 10522/20259/17722 10525/20256/17719 10523/20258/17721</w:t>
        <w:br/>
        <w:t>f 10529/20260/17723 10528/20261/17724 10527/20262/17725</w:t>
        <w:br/>
        <w:t>f 10526/20263/17726 10529/20260/17723 10527/20262/17725</w:t>
        <w:br/>
        <w:t>f 10533/20264/17727 10532/20265/17728 10531/20266/17729</w:t>
        <w:br/>
        <w:t>f 10530/20267/17730 10533/20264/17727 10531/20266/17729</w:t>
        <w:br/>
        <w:t>f 10537/20268/17731 10536/20269/17732 10535/20270/17733</w:t>
        <w:br/>
        <w:t>f 10534/20271/17734 10537/20268/17731 10535/20270/17733</w:t>
        <w:br/>
        <w:t>f 10538/20272/17735 10534/20271/17734 10535/20270/17733</w:t>
        <w:br/>
        <w:t>f 10539/20273/17736 10538/20272/17735 10535/20270/17733</w:t>
        <w:br/>
        <w:t>f 10543/20274/17737 10542/20275/17738 10541/20276/17739</w:t>
        <w:br/>
        <w:t>f 10540/20277/17740 10543/20274/17737 10541/20276/17739</w:t>
        <w:br/>
        <w:t>f 10417/20150/17617 10540/20277/17740 10541/20276/17739</w:t>
        <w:br/>
        <w:t>f 10544/20278/17741 10417/20150/17617 10541/20276/17739</w:t>
        <w:br/>
        <w:t>f 10421/20152/17619 10418/20155/17622 10546/20279/17742</w:t>
        <w:br/>
        <w:t>f 10545/20280/17743 10421/20152/17619 10546/20279/17742</w:t>
        <w:br/>
        <w:t>f 10549/20281/17744 10548/20282/17745 10423/20158/17625</w:t>
        <w:br/>
        <w:t>f 10547/20283/17746 10549/20281/17744 10423/20158/17625</w:t>
        <w:br/>
        <w:t>f 10550/20284/17747 10546/20279/17742 10418/20155/17622</w:t>
        <w:br/>
        <w:t>f 10426/20161/17628 10550/20284/17747 10418/20155/17622</w:t>
        <w:br/>
        <w:t>f 10551/20285/17747 10428/20164/17628 10429/20163/17629</w:t>
        <w:br/>
        <w:t>f 10548/20282/17745 10551/20285/17747 10429/20163/17629</w:t>
        <w:br/>
        <w:t>f 10544/20278/17741 10552/20286/17748 10547/20283/17746</w:t>
        <w:br/>
        <w:t>f 10417/20150/17617 10544/20278/17741 10547/20283/17746</w:t>
        <w:br/>
        <w:t>f 10555/20287/17749 10554/20288/17750 10553/20289/17751</w:t>
        <w:br/>
        <w:t>f 10551/20285/17747 10548/20282/17745 10557/20290/17752</w:t>
        <w:br/>
        <w:t>f 10556/20291/17753 10551/20285/17747 10557/20290/17752</w:t>
        <w:br/>
        <w:t>f 10546/20279/17742 10558/20292/17754 10545/20280/17743</w:t>
        <w:br/>
        <w:t>f 10560/20293/17755 10558/20292/17754 10546/20279/17742</w:t>
        <w:br/>
        <w:t>f 10559/20294/17756 10560/20293/17755 10546/20279/17742</w:t>
        <w:br/>
        <w:t>f 10544/20278/17741 10541/20276/17739 10562/20295/17757</w:t>
        <w:br/>
        <w:t>f 10561/20296/17758 10544/20278/17741 10562/20295/17757</w:t>
        <w:br/>
        <w:t>f 10552/20286/17748 10563/20297/17759 10549/20281/17744</w:t>
        <w:br/>
        <w:t>f 10564/20298/17753 10559/20294/17756 10546/20279/17742</w:t>
        <w:br/>
        <w:t>f 10550/20284/17747 10564/20298/17753 10546/20279/17742</w:t>
        <w:br/>
        <w:t>f 10568/20299/17760 10567/20300/17761 10566/20301/17762</w:t>
        <w:br/>
        <w:t>f 10565/20302/17763 10568/20299/17760 10566/20301/17762</w:t>
        <w:br/>
        <w:t>f 10527/20262/17725 10570/20303/17764 10569/20304/17765</w:t>
        <w:br/>
        <w:t>f 10526/20263/17726 10527/20262/17725 10569/20304/17765</w:t>
        <w:br/>
        <w:t>f 10571/20305/17766 10562/20295/17757 10541/20276/17739</w:t>
        <w:br/>
        <w:t>f 10542/20275/17738 10571/20305/17766 10541/20276/17739</w:t>
        <w:br/>
        <w:t>f 10572/20306/17767 10530/20267/17730 10524/20257/17720</w:t>
        <w:br/>
        <w:t>f 10525/20256/17719 10572/20306/17767 10524/20257/17720</w:t>
        <w:br/>
        <w:t>f 10530/20267/17730 10531/20266/17729 10528/20261/17724</w:t>
        <w:br/>
        <w:t>f 10524/20257/17720 10530/20267/17730 10528/20261/17724</w:t>
        <w:br/>
        <w:t>f 10527/20262/17725 10573/20307/17768 10570/20303/17764</w:t>
        <w:br/>
        <w:t>f 10544/20278/17741 10561/20296/17758 10563/20297/17759</w:t>
        <w:br/>
        <w:t>f 10530/20267/17730 10572/20306/17767 10574/20308/17769</w:t>
        <w:br/>
        <w:t>f 10533/20264/17727 10530/20267/17730 10574/20308/17769</w:t>
        <w:br/>
        <w:t>f 10575/20309/17770 10567/20300/17761 10568/20299/17760</w:t>
        <w:br/>
        <w:t>f 10578/20310/17771 10577/20311/17772 10576/20312/17773</w:t>
        <w:br/>
        <w:t>f 10573/20307/17768 10532/20265/17728 10579/20313/17774</w:t>
        <w:br/>
        <w:t>f 10583/20314/17775 10582/20315/17776 10581/20316/17777</w:t>
        <w:br/>
        <w:t>f 10580/20317/17778 10583/20314/17775 10581/20316/17777</w:t>
        <w:br/>
        <w:t>f 10585/20318/17779 10584/20319/17780 10569/20304/17765</w:t>
        <w:br/>
        <w:t>f 10570/20303/17764 10585/20318/17779 10569/20304/17765</w:t>
        <w:br/>
        <w:t>f 10582/20315/17776 10587/20320/17781 10586/20321/17782</w:t>
        <w:br/>
        <w:t>f 10554/20288/17750 10589/20322/17783 10588/20323/17784</w:t>
        <w:br/>
        <w:t>f 10554/20288/17750 10590/20324/17785 10589/20322/17783</w:t>
        <w:br/>
        <w:t>f 10563/20297/17759 10592/20325/17786 10591/20326/17787</w:t>
        <w:br/>
        <w:t>f 10549/20281/17744 10563/20297/17759 10591/20326/17787</w:t>
        <w:br/>
        <w:t>f 10595/20327/17788 10594/20328/17789 10593/20329/17790</w:t>
        <w:br/>
        <w:t>f 10560/20293/17755 10595/20327/17788 10575/20309/17770</w:t>
        <w:br/>
        <w:t>f 10597/20330/17791 10575/20309/17770 10596/20331/17792</w:t>
        <w:br/>
        <w:t>f 10601/20332/17793 10600/20333/17794 10599/20334/17795</w:t>
        <w:br/>
        <w:t>f 10598/20335/17796 10601/20332/17793 10599/20334/17795</w:t>
        <w:br/>
        <w:t>f 10593/20329/17790 10603/20336/17797 10602/20337/17798</w:t>
        <w:br/>
        <w:t>f 10595/20327/17788 10593/20329/17790 10602/20337/17798</w:t>
        <w:br/>
        <w:t>f 10596/20331/17792 10605/20338/17799 10604/20339/17800</w:t>
        <w:br/>
        <w:t>f 10597/20330/17791 10596/20331/17792 10604/20339/17800</w:t>
        <w:br/>
        <w:t>f 10607/20340/17801 10606/20341/17802 10577/20311/17772</w:t>
        <w:br/>
        <w:t>f 10608/20342/17803 10607/20340/17801 10577/20311/17772</w:t>
        <w:br/>
        <w:t>f 10573/20307/17768 10587/20320/17781 10570/20303/17764</w:t>
        <w:br/>
        <w:t>f 10567/20300/17761 10597/20330/17791 10609/20343/17804</w:t>
        <w:br/>
        <w:t>f 10576/20312/17773 10610/20344/17805 10578/20310/17771</w:t>
        <w:br/>
        <w:t>f 10533/20264/17727 10574/20308/17769 10607/20340/17801</w:t>
        <w:br/>
        <w:t>f 10608/20342/17803 10533/20264/17727 10607/20340/17801</w:t>
        <w:br/>
        <w:t>f 10612/20345/17806 10611/20346/17807 10609/20343/17804</w:t>
        <w:br/>
        <w:t>f 10609/20343/17804 10613/20347/17808 10612/20345/17806</w:t>
        <w:br/>
        <w:t>f 10608/20342/17803 10532/20265/17728 10533/20264/17727</w:t>
        <w:br/>
        <w:t>f 10610/20344/17805 10616/20348/17809 10615/20349/17810</w:t>
        <w:br/>
        <w:t>f 10614/20350/17811 10610/20344/17805 10615/20349/17810</w:t>
        <w:br/>
        <w:t>f 10618/20351/17812 10617/20352/17813 10597/20330/17791</w:t>
        <w:br/>
        <w:t>f 10604/20339/17800 10618/20351/17812 10597/20330/17791</w:t>
        <w:br/>
        <w:t>f 10616/20348/17809 10613/20347/17808 10617/20352/17813</w:t>
        <w:br/>
        <w:t>f 10619/20353/17814 10566/20301/17762 10567/20300/17761</w:t>
        <w:br/>
        <w:t>f 10611/20346/17807 10619/20353/17814 10567/20300/17761</w:t>
        <w:br/>
        <w:t>f 10501/20234/17698 10500/20235/17699 10566/20301/17762</w:t>
        <w:br/>
        <w:t>f 10619/20353/17814 10501/20234/17698 10566/20301/17762</w:t>
        <w:br/>
        <w:t>f 10558/20292/17754 10568/20299/17760 10565/20302/17763</w:t>
        <w:br/>
        <w:t>f 10545/20280/17743 10558/20292/17754 10565/20302/17763</w:t>
        <w:br/>
        <w:t>f 10545/20280/17743 10565/20302/17763 10502/20236/17700</w:t>
        <w:br/>
        <w:t>f 10421/20152/17619 10545/20280/17743 10502/20236/17700</w:t>
        <w:br/>
        <w:t>f 10500/20235/17699 10502/20236/17700 10565/20302/17763</w:t>
        <w:br/>
        <w:t>f 10566/20301/17762 10500/20235/17699 10565/20302/17763</w:t>
        <w:br/>
        <w:t>f 10585/20318/17779 10570/20303/17764 10582/20315/17776</w:t>
        <w:br/>
        <w:t>f 10583/20314/17775 10585/20318/17779 10582/20315/17776</w:t>
        <w:br/>
        <w:t>f 10544/20278/17741 10563/20297/17759 10552/20286/17748</w:t>
        <w:br/>
        <w:t>f 10575/20309/17770 10597/20330/17791 10567/20300/17761</w:t>
        <w:br/>
        <w:t>f 10575/20309/17770 10568/20299/17760 10558/20292/17754</w:t>
        <w:br/>
        <w:t>f 10567/20300/17761 10609/20343/17804 10611/20346/17807</w:t>
        <w:br/>
        <w:t>f 10578/20310/17771 10620/20354/17815 10577/20311/17772</w:t>
        <w:br/>
        <w:t>f 10622/20355/17816 10621/20356/17817 10620/20354/17815</w:t>
        <w:br/>
        <w:t>f 10578/20310/17771 10622/20355/17816 10620/20354/17815</w:t>
        <w:br/>
        <w:t>f 10598/20335/17796 10560/20293/17818 10623/20357/17819</w:t>
        <w:br/>
        <w:t>f 10625/20358/17784 10624/20359/17783 10623/20357/17819</w:t>
        <w:br/>
        <w:t>f 10624/20359/17783 10601/20332/17793 10623/20357/17819</w:t>
        <w:br/>
        <w:t>f 10560/20293/17755 10575/20309/17770 10558/20292/17754</w:t>
        <w:br/>
        <w:t>f 10576/20312/17773 10577/20311/17772 10606/20341/17802</w:t>
        <w:br/>
        <w:t>f 10536/20269/17732 10542/20275/17738 10543/20274/17737</w:t>
        <w:br/>
        <w:t>f 10509/20243/17706 10536/20269/17732 10543/20274/17737</w:t>
        <w:br/>
        <w:t>f 10429/20163/17629 10423/20158/17625 10548/20282/17745</w:t>
        <w:br/>
        <w:t>f 10423/20158/17625 10417/20150/17617 10547/20283/17746</w:t>
        <w:br/>
        <w:t>f 10627/20360/17820 10626/20361/17821 10522/20259/17722</w:t>
        <w:br/>
        <w:t>f 10523/20258/17721 10627/20360/17820 10522/20259/17722</w:t>
        <w:br/>
        <w:t>f 10627/20360/17820 10523/20258/17721 10529/20260/17723</w:t>
        <w:br/>
        <w:t>f 10628/20362/17822 10627/20360/17820 10529/20260/17723</w:t>
        <w:br/>
        <w:t>f 10630/20363/17823 10526/20263/17726 10569/20304/17765</w:t>
        <w:br/>
        <w:t>f 10629/20364/17824 10630/20363/17823 10569/20304/17765</w:t>
        <w:br/>
        <w:t>f 10584/20319/17780 10561/20296/17758 10629/20364/17824</w:t>
        <w:br/>
        <w:t>f 10569/20304/17765 10584/20319/17780 10629/20364/17824</w:t>
        <w:br/>
        <w:t>f 10584/20319/17780 10631/20365/17825 10561/20296/17758</w:t>
        <w:br/>
        <w:t>f 10631/20365/17825 10563/20297/17759 10561/20296/17758</w:t>
        <w:br/>
        <w:t>f 10632/20366/17826 10592/20325/17786 10563/20297/17759</w:t>
        <w:br/>
        <w:t>f 10631/20365/17825 10632/20366/17826 10563/20297/17759</w:t>
        <w:br/>
        <w:t>f 10626/20361/17821 10627/20360/17820 10534/20271/17734</w:t>
        <w:br/>
        <w:t>f 10538/20272/17735 10626/20361/17821 10534/20271/17734</w:t>
        <w:br/>
        <w:t>f 10628/20362/17822 10537/20268/17731 10534/20271/17734</w:t>
        <w:br/>
        <w:t>f 10627/20360/17820 10628/20362/17822 10534/20271/17734</w:t>
        <w:br/>
        <w:t>f 10630/20363/17823 10629/20364/17824 10562/20295/17757</w:t>
        <w:br/>
        <w:t>f 10571/20305/17766 10630/20363/17823 10562/20295/17757</w:t>
        <w:br/>
        <w:t>f 10629/20364/17824 10561/20296/17758 10562/20295/17757</w:t>
        <w:br/>
        <w:t>f 10552/20286/17748 10549/20281/17744 10547/20283/17746</w:t>
        <w:br/>
        <w:t>f 10577/20311/17772 10620/20354/17815 10633/20367/17827</w:t>
        <w:br/>
        <w:t>f 10621/20356/17817 10635/20368/17828 10634/20369/17829</w:t>
        <w:br/>
        <w:t>f 10620/20354/17815 10621/20356/17817 10634/20369/17829</w:t>
        <w:br/>
        <w:t>f 10633/20367/17827 10608/20342/17803 10577/20311/17772</w:t>
        <w:br/>
        <w:t>f 10579/20313/17774 10636/20370/17830 10587/20320/17781</w:t>
        <w:br/>
        <w:t>f 10636/20370/17830 10637/20371/17831 10586/20321/17782</w:t>
        <w:br/>
        <w:t>f 10635/20368/17828 10637/20371/17831 10636/20370/17830</w:t>
        <w:br/>
        <w:t>f 10634/20369/17829 10635/20368/17828 10636/20370/17830</w:t>
        <w:br/>
        <w:t>f 10636/20370/17830 10579/20313/17774 10634/20369/17829</w:t>
        <w:br/>
        <w:t>f 10579/20313/17774 10532/20265/17728 10633/20367/17827</w:t>
        <w:br/>
        <w:t>f 10524/20257/17720 10528/20261/17724 10529/20260/17723</w:t>
        <w:br/>
        <w:t>f 10523/20258/17721 10524/20257/17720 10529/20260/17723</w:t>
        <w:br/>
        <w:t>f 10536/20269/17732 10537/20268/17731 10571/20305/17766</w:t>
        <w:br/>
        <w:t>f 10542/20275/17738 10536/20269/17732 10571/20305/17766</w:t>
        <w:br/>
        <w:t>f 10527/20262/17725 10528/20261/17724 10531/20266/17729</w:t>
        <w:br/>
        <w:t>f 10573/20307/17768 10527/20262/17725 10531/20266/17729</w:t>
        <w:br/>
        <w:t>f 10526/20263/17726 10630/20363/17823 10628/20362/17822</w:t>
        <w:br/>
        <w:t>f 10529/20260/17723 10526/20263/17726 10628/20362/17822</w:t>
        <w:br/>
        <w:t>f 10537/20268/17731 10628/20362/17822 10630/20363/17823</w:t>
        <w:br/>
        <w:t>f 10571/20305/17766 10537/20268/17731 10630/20363/17823</w:t>
        <w:br/>
        <w:t>f 10536/20269/17732 10509/20243/17706 10407/20142/17609</w:t>
        <w:br/>
        <w:t>f 10531/20266/17729 10532/20265/17728 10573/20307/17768</w:t>
        <w:br/>
        <w:t>f 10573/20307/17768 10579/20313/17774 10587/20320/17781</w:t>
        <w:br/>
        <w:t>f 10633/20367/17827 10532/20265/17728 10608/20342/17803</w:t>
        <w:br/>
        <w:t>f 10633/20367/17827 10620/20354/17815 10634/20369/17829</w:t>
        <w:br/>
        <w:t>f 10634/20369/17829 10579/20313/17774 10633/20367/17827</w:t>
        <w:br/>
        <w:t>f 10570/20303/17764 10587/20320/17781 10582/20315/17776</w:t>
        <w:br/>
        <w:t>f 10587/20320/17781 10636/20370/17830 10586/20321/17782</w:t>
        <w:br/>
        <w:t>f 10582/20315/17776 10586/20321/17782 10581/20316/17777</w:t>
        <w:br/>
        <w:t>f 10605/20338/17799 10596/20331/17792 10595/20327/17788</w:t>
        <w:br/>
        <w:t>f 10602/20337/17798 10605/20338/17799 10595/20327/17788</w:t>
        <w:br/>
        <w:t>f 10618/20351/17812 10615/20349/17810 10616/20348/17809</w:t>
        <w:br/>
        <w:t>f 10617/20352/17813 10618/20351/17812 10616/20348/17809</w:t>
        <w:br/>
        <w:t>f 10578/20310/17771 10610/20344/17805 10614/20350/17811</w:t>
        <w:br/>
        <w:t>f 10622/20355/17816 10578/20310/17771 10614/20350/17811</w:t>
        <w:br/>
        <w:t>f 10631/20365/17825 10583/20314/17775 10580/20317/17778</w:t>
        <w:br/>
        <w:t>f 10632/20366/17826 10631/20365/17825 10580/20317/17778</w:t>
        <w:br/>
        <w:t>f 10584/20319/17780 10585/20318/17779 10583/20314/17775</w:t>
        <w:br/>
        <w:t>f 10631/20365/17825 10584/20319/17780 10583/20314/17775</w:t>
        <w:br/>
        <w:t>f 10472/20205/17669 10443/20176/17641 10433/20167/17632</w:t>
        <w:br/>
        <w:t>f 10434/20166/17631 10472/20205/17669 10433/20167/17632</w:t>
        <w:br/>
        <w:t>f 10462/20195/17659 10463/20194/17658 10515/20249/17712</w:t>
        <w:br/>
        <w:t>f 10516/20250/17713 10462/20195/17659 10515/20249/17712</w:t>
        <w:br/>
        <w:t>f 10463/20194/17658 10465/20198/17662 10464/20199/17663</w:t>
        <w:br/>
        <w:t>f 10515/20249/17712 10463/20194/17658 10464/20199/17663</w:t>
        <w:br/>
        <w:t>f 10496/20228/17692 10491/20224/17688 10458/20190/17654</w:t>
        <w:br/>
        <w:t>f 10505/20238/17702 10496/20228/17692 10458/20190/17654</w:t>
        <w:br/>
        <w:t>f 10498/20231/17695 10497/20232/17696 10494/20230/17694</w:t>
        <w:br/>
        <w:t>f 10495/20229/17693 10498/20231/17695 10494/20230/17694</w:t>
        <w:br/>
        <w:t>f 10475/20207/17671 10476/20211/17675 10484/20219/17683</w:t>
        <w:br/>
        <w:t>f 10483/20216/17680 10475/20207/17671 10484/20219/17683</w:t>
        <w:br/>
        <w:t>f 10497/20232/17696 10489/20223/17687 10490/20225/17689</w:t>
        <w:br/>
        <w:t>f 10497/20232/17696 10477/20210/17674 10489/20223/17687</w:t>
        <w:br/>
        <w:t>f 10591/20326/17787 10555/20287/17749 10549/20281/17744</w:t>
        <w:br/>
        <w:t>f 10557/20290/17752 10548/20282/17745 10549/20281/17744</w:t>
        <w:br/>
        <w:t>f 10425/20156/17623 10422/20159/17626 10435/20170/17635</w:t>
        <w:br/>
        <w:t>f 10554/20288/17750 10555/20287/17749 10590/20324/17785</w:t>
        <w:br/>
        <w:t>f 10590/20324/17785 10741/20372/17832 10589/20322/17783</w:t>
        <w:br/>
        <w:t>f 10432/20168/17633 10468/20203/17667 10470/20204/17668</w:t>
        <w:br/>
        <w:t>f 10468/20203/17667 10742/20373/17833 10470/20204/17668</w:t>
        <w:br/>
        <w:t>f 10507/20242/17667 10481/20212/17676 10478/20215/17679</w:t>
        <w:br/>
        <w:t>f 10743/20374/17833 10507/20242/17667 10478/20215/17679</w:t>
        <w:br/>
        <w:t>f 10506/20240/17704 10480/20213/17677 10481/20212/17676</w:t>
        <w:br/>
        <w:t>f 10480/20213/17677 10474/20208/17672 10482/20217/17681</w:t>
        <w:br/>
        <w:t>f 10479/20214/17678 10480/20213/17677 10482/20217/17681</w:t>
        <w:br/>
        <w:t>f 10474/20208/17672 10480/20213/17677 10439/20172/17705</w:t>
        <w:br/>
        <w:t>f 10476/20211/17675 10475/20207/17671 10455/20189/17653</w:t>
        <w:br/>
        <w:t>f 10575/20309/17770 10595/20327/17788 10596/20331/17792</w:t>
        <w:br/>
        <w:t>f 10603/20336/17797 10593/20329/17790 10598/20335/17796</w:t>
        <w:br/>
        <w:t>f 10599/20334/17795 10603/20336/17797 10598/20335/17796</w:t>
        <w:br/>
        <w:t>f 10600/20333/17794 10601/20332/17793 10624/20359/17783</w:t>
        <w:br/>
        <w:t>f 10744/20375/17832 10600/20333/17794 10624/20359/17783</w:t>
        <w:br/>
        <w:t>f 10560/20293/17818 10598/20335/17796 10593/20329/17790</w:t>
        <w:br/>
        <w:t>f 10601/20332/17793 10598/20335/17796 10623/20357/17819</w:t>
        <w:br/>
        <w:t>f 10609/20343/17804 10597/20330/17791 10617/20352/17813</w:t>
        <w:br/>
        <w:t>f 10613/20347/17808 10609/20343/17804 10617/20352/17813</w:t>
        <w:br/>
        <w:t>f 10576/20312/17773 10613/20347/17808 10610/20344/17805</w:t>
        <w:br/>
        <w:t>f 10613/20347/17808 10616/20348/17809 10610/20344/17805</w:t>
        <w:br/>
        <w:t>f 10457/20191/17655 10458/20190/17654 10491/20224/17688</w:t>
        <w:br/>
        <w:t>f 10491/20224/17688 10494/20230/17694 10490/20225/17689</w:t>
        <w:br/>
        <w:t>f 17273/20376/17834 17272/20377/17835 17271/20378/17836</w:t>
        <w:br/>
        <w:t>f 17276/20379/17837 17275/20380/17838 17274/20381/17839</w:t>
        <w:br/>
        <w:t>f 17272/20377/17835 17278/20382/17840 17277/20383/17841</w:t>
        <w:br/>
        <w:t>f 17277/20383/17841 17279/20384/17842 17271/20378/17836</w:t>
        <w:br/>
        <w:t>f 17275/20380/17838 17281/20385/17843 17280/20386/17844</w:t>
        <w:br/>
        <w:t>f 17284/20387/17845 17283/20388/17846 17282/20389/17847</w:t>
        <w:br/>
        <w:t>f 17287/20390/17848 17286/20391/17849 17285/20392/17850</w:t>
        <w:br/>
        <w:t>f 17287/20390/17848 17288/20393/17851 17286/20391/17849</w:t>
        <w:br/>
        <w:t>f 17290/20394/17852 17283/20388/17846 17284/20387/17845</w:t>
        <w:br/>
        <w:t>f 17289/20395/17853 17290/20394/17852 17284/20387/17845</w:t>
        <w:br/>
        <w:t>f 17292/20396/17854 17287/20390/17848 17291/20397/17855</w:t>
        <w:br/>
        <w:t>f 17292/20396/17854 17293/20398/17856 17288/20393/17851</w:t>
        <w:br/>
        <w:t>f 17287/20390/17848 17292/20396/17854 17288/20393/17851</w:t>
        <w:br/>
        <w:t>f 17296/20399/17857 17295/20400/17858 17294/20401/17859</w:t>
        <w:br/>
        <w:t>f 17297/20402/17860 17296/20399/17857 17294/20401/17859</w:t>
        <w:br/>
        <w:t>f 17297/20402/17860 17298/20403/17861 17296/20399/17857</w:t>
        <w:br/>
        <w:t>f 17298/20403/17861 17301/20404/17862 17300/20405/17863</w:t>
        <w:br/>
        <w:t>f 17299/20406/17863 17298/20403/17861 17300/20405/17863</w:t>
        <w:br/>
        <w:t>f 17289/20395/17853 17303/20407/17864 17302/20408/17865</w:t>
        <w:br/>
        <w:t>f 17290/20394/17852 17289/20395/17853 17302/20408/17865</w:t>
        <w:br/>
        <w:t>f 17277/20383/17841 17271/20378/17836 17272/20377/17835</w:t>
        <w:br/>
        <w:t>f 17297/20402/17860 17294/20401/17859 17304/20409/17866</w:t>
        <w:br/>
        <w:t>f 17307/20410/17867 17306/20411/17868 17305/20412/17869</w:t>
        <w:br/>
        <w:t>f 17275/20380/17838 17307/20410/17867 17305/20412/17869</w:t>
        <w:br/>
        <w:t>f 17282/20389/17847 17283/20388/17846 17301/20404/17862</w:t>
        <w:br/>
        <w:t>f 17295/20400/17858 17296/20399/17857 17302/20408/17865</w:t>
        <w:br/>
        <w:t>f 17302/20408/17865 17303/20407/17864 17309/20413/17870</w:t>
        <w:br/>
        <w:t>f 17308/20414/17871 17302/20408/17865 17309/20413/17870</w:t>
        <w:br/>
        <w:t>f 17309/20413/17870 17303/20407/17864 17310/20415/17872</w:t>
        <w:br/>
        <w:t>f 17312/20416/17873 17289/20395/17853 17311/20417/17874</w:t>
        <w:br/>
        <w:t>f 17284/20387/17845 17288/20393/17851 17313/20418/17875</w:t>
        <w:br/>
        <w:t>f 17311/20417/17874 17284/20387/17845 17313/20418/17875</w:t>
        <w:br/>
        <w:t>f 17288/20393/17851 17293/20398/17856 17313/20418/17875</w:t>
        <w:br/>
        <w:t>f 17311/20417/17874 17289/20395/17853 17284/20387/17845</w:t>
        <w:br/>
        <w:t>f 17316/20419/17876 17315/20420/17877 17314/20421/17878</w:t>
        <w:br/>
        <w:t>f 17317/20422/17879 17275/20380/17838 17276/20379/17837</w:t>
        <w:br/>
        <w:t>f 17280/20386/17844 17281/20385/17843 17318/20423/17880</w:t>
        <w:br/>
        <w:t>f 17275/20380/17838 17319/20424/17881 17281/20385/17843</w:t>
        <w:br/>
        <w:t>f 17317/20422/17879 17314/20421/17878 17315/20420/17877</w:t>
        <w:br/>
        <w:t>f 17307/20410/17867 17275/20380/17838 17317/20422/17879</w:t>
        <w:br/>
        <w:t>f 17315/20420/17877 17307/20410/17867 17317/20422/17879</w:t>
        <w:br/>
        <w:t>f 17275/20380/17838 17305/20412/17869 17319/20424/17881</w:t>
        <w:br/>
        <w:t>f 17321/20425/17882 17320/20426/17883 17307/20410/17867</w:t>
        <w:br/>
        <w:t>f 17307/20410/17867 17320/20426/17883 17306/20411/17868</w:t>
        <w:br/>
        <w:t>f 17307/20410/17867 17315/20420/17877 17321/20425/17882</w:t>
        <w:br/>
        <w:t>f 17321/20425/17882 17315/20420/17877 17292/20396/17854</w:t>
        <w:br/>
        <w:t>f 17291/20397/17855 17321/20425/17882 17292/20396/17854</w:t>
        <w:br/>
        <w:t>f 17321/20425/17882 17291/20397/17855 17322/20427/17884</w:t>
        <w:br/>
        <w:t>f 17291/20397/17855 17323/20428/17885 17322/20427/17884</w:t>
        <w:br/>
        <w:t>f 17321/20425/17882 17322/20427/17884 17320/20426/17883</w:t>
        <w:br/>
        <w:t>f 17288/20393/17851 17284/20387/17845 17286/20391/17849</w:t>
        <w:br/>
        <w:t>f 17284/20387/17845 17282/20389/17847 17286/20391/17849</w:t>
        <w:br/>
        <w:t>f 17308/20414/17871 17324/20429/17886 17295/20400/17858</w:t>
        <w:br/>
        <w:t>f 17302/20408/17865 17308/20414/17871 17295/20400/17858</w:t>
        <w:br/>
        <w:t>f 17295/20400/17858 17324/20429/17886 17277/20383/17841</w:t>
        <w:br/>
        <w:t>f 17295/20400/17858 17277/20383/17841 17294/20401/17859</w:t>
        <w:br/>
        <w:t>f 17294/20401/17859 17277/20383/17841 17278/20382/17840</w:t>
        <w:br/>
        <w:t>f 17304/20409/17866 17294/20401/17859 17278/20382/17840</w:t>
        <w:br/>
        <w:t>f 17290/20394/17852 17302/20408/17865 17296/20399/17857</w:t>
        <w:br/>
        <w:t>f 17298/20403/17861 17290/20394/17852 17296/20399/17857</w:t>
        <w:br/>
        <w:t>f 17287/20390/17848 17285/20392/17850 17323/20428/17885</w:t>
        <w:br/>
        <w:t>f 17291/20397/17855 17287/20390/17848 17323/20428/17885</w:t>
        <w:br/>
        <w:t>f 17308/20414/17871 17279/20384/17842 17324/20429/17886</w:t>
        <w:br/>
        <w:t>f 17324/20429/17886 17279/20384/17842 17277/20383/17841</w:t>
        <w:br/>
        <w:t>f 17312/20416/17873 17325/20430/17887 17289/20395/17853</w:t>
        <w:br/>
        <w:t>f 17326/20431/17888 17303/20407/17864 17289/20395/17853</w:t>
        <w:br/>
        <w:t>f 17325/20430/17887 17326/20431/17888 17289/20395/17853</w:t>
        <w:br/>
        <w:t>f 17327/20432/17889 17293/20398/17856 17292/20396/17854</w:t>
        <w:br/>
        <w:t>f 17328/20433/17890 17327/20432/17889 17292/20396/17854</w:t>
        <w:br/>
        <w:t>f 17292/20396/17854 17315/20420/17877 17329/20434/17891</w:t>
        <w:br/>
        <w:t>f 17328/20433/17890 17292/20396/17854 17329/20434/17891</w:t>
        <w:br/>
        <w:t>f 17316/20419/17876 17329/20434/17891 17315/20420/17877</w:t>
        <w:br/>
        <w:t>f 17326/20431/17888 17310/20415/17872 17303/20407/17864</w:t>
        <w:br/>
        <w:t>f 17275/20380/17838 17280/20386/17844 17274/20381/17839</w:t>
        <w:br/>
        <w:t>f 17332/20435/17892 17331/20436/17893 17330/20437/17894</w:t>
        <w:br/>
        <w:t>f 17335/20438/17895 17334/20439/17896 17333/20440/17897</w:t>
        <w:br/>
        <w:t>f 17330/20437/17894 17337/20441/17898 17336/20442/17899</w:t>
        <w:br/>
        <w:t>f 17337/20441/17898 17331/20436/17893 17338/20443/17900</w:t>
        <w:br/>
        <w:t>f 17333/20440/17897 17340/20444/17901 17339/20445/17902</w:t>
        <w:br/>
        <w:t>f 17343/20446/17903 17342/20447/17904 17341/20448/17905</w:t>
        <w:br/>
        <w:t>f 17346/20449/17906 17345/20450/17907 17344/20451/17908</w:t>
        <w:br/>
        <w:t>f 17346/20449/17906 17344/20451/17908 17347/20452/17909</w:t>
        <w:br/>
        <w:t>f 17349/20453/17910 17348/20454/17911 17343/20446/17903</w:t>
        <w:br/>
        <w:t>f 17341/20448/17905 17349/20453/17910 17343/20446/17903</w:t>
        <w:br/>
        <w:t>f 17351/20455/17912 17350/20456/17913 17346/20449/17906</w:t>
        <w:br/>
        <w:t>f 17351/20455/17912 17346/20449/17906 17347/20452/17909</w:t>
        <w:br/>
        <w:t>f 17352/20457/17914 17351/20455/17912 17347/20452/17909</w:t>
        <w:br/>
        <w:t>f 17355/20458/17915 17354/20459/17916 17353/20460/17917</w:t>
        <w:br/>
        <w:t>f 17356/20461/17918 17355/20458/17915 17353/20460/17917</w:t>
        <w:br/>
        <w:t>f 17356/20461/17918 17353/20460/17917 17357/20462/17919</w:t>
        <w:br/>
        <w:t>f 17357/20462/17919 17360/20463/17920 17359/20464/17920</w:t>
        <w:br/>
        <w:t>f 17358/20465/17921 17357/20462/17919 17359/20464/17920</w:t>
        <w:br/>
        <w:t>f 17348/20454/17911 17349/20453/17910 17362/20466/17922</w:t>
        <w:br/>
        <w:t>f 17361/20467/17923 17348/20454/17911 17362/20466/17922</w:t>
        <w:br/>
        <w:t>f 17337/20441/17898 17330/20437/17894 17331/20436/17893</w:t>
        <w:br/>
        <w:t>f 17356/20461/17918 17363/20468/17924 17355/20458/17915</w:t>
        <w:br/>
        <w:t>f 17366/20469/17925 17333/20440/17897 17365/20470/17926</w:t>
        <w:br/>
        <w:t>f 17364/20471/17927 17366/20469/17925 17365/20470/17926</w:t>
        <w:br/>
        <w:t>f 17342/20447/17904 17358/20465/17921 17341/20448/17905</w:t>
        <w:br/>
        <w:t>f 17354/20459/17916 17362/20466/17922 17353/20460/17917</w:t>
        <w:br/>
        <w:t>f 17362/20466/17922 17368/20472/17928 17367/20473/17929</w:t>
        <w:br/>
        <w:t>f 17361/20467/17923 17362/20466/17922 17367/20473/17929</w:t>
        <w:br/>
        <w:t>f 17367/20473/17929 17369/20474/17930 17361/20467/17923</w:t>
        <w:br/>
        <w:t>f 17371/20475/17931 17370/20476/17932 17348/20454/17911</w:t>
        <w:br/>
        <w:t>f 17343/20446/17903 17370/20476/17932 17372/20477/17933</w:t>
        <w:br/>
        <w:t>f 17347/20452/17909 17343/20446/17903 17372/20477/17933</w:t>
        <w:br/>
        <w:t>f 17347/20452/17909 17372/20477/17933 17352/20457/17914</w:t>
        <w:br/>
        <w:t>f 17370/20476/17932 17343/20446/17903 17348/20454/17911</w:t>
        <w:br/>
        <w:t>f 17375/20478/17934 17374/20479/17935 17373/20480/17936</w:t>
        <w:br/>
        <w:t>f 17376/20481/17937 17335/20438/17895 17333/20440/17897</w:t>
        <w:br/>
        <w:t>f 17340/20444/17901 17377/20482/17938 17339/20445/17902</w:t>
        <w:br/>
        <w:t>f 17333/20440/17897 17339/20445/17902 17378/20483/17939</w:t>
        <w:br/>
        <w:t>f 17376/20481/17937 17373/20480/17936 17374/20479/17935</w:t>
        <w:br/>
        <w:t>f 17376/20481/17937 17333/20440/17897 17366/20469/17925</w:t>
        <w:br/>
        <w:t>f 17373/20480/17936 17376/20481/17937 17366/20469/17925</w:t>
        <w:br/>
        <w:t>f 17333/20440/17897 17378/20483/17939 17365/20470/17926</w:t>
        <w:br/>
        <w:t>f 17380/20484/17940 17366/20469/17925 17379/20485/17941</w:t>
        <w:br/>
        <w:t>f 17366/20469/17925 17364/20471/17927 17379/20485/17941</w:t>
        <w:br/>
        <w:t>f 17366/20469/17925 17380/20484/17940 17373/20480/17936</w:t>
        <w:br/>
        <w:t>f 17380/20484/17940 17350/20456/17913 17351/20455/17912</w:t>
        <w:br/>
        <w:t>f 17373/20480/17936 17380/20484/17940 17351/20455/17912</w:t>
        <w:br/>
        <w:t>f 17380/20484/17940 17381/20486/17942 17350/20456/17913</w:t>
        <w:br/>
        <w:t>f 17350/20456/17913 17381/20486/17942 17382/20487/17943</w:t>
        <w:br/>
        <w:t>f 17380/20484/17940 17379/20485/17941 17381/20486/17942</w:t>
        <w:br/>
        <w:t>f 17347/20452/17909 17344/20451/17908 17343/20446/17903</w:t>
        <w:br/>
        <w:t>f 17343/20446/17903 17344/20451/17908 17342/20447/17904</w:t>
        <w:br/>
        <w:t>f 17368/20472/17928 17362/20466/17922 17354/20459/17916</w:t>
        <w:br/>
        <w:t>f 17383/20488/17944 17368/20472/17928 17354/20459/17916</w:t>
        <w:br/>
        <w:t>f 17354/20459/17916 17337/20441/17898 17383/20488/17944</w:t>
        <w:br/>
        <w:t>f 17354/20459/17916 17355/20458/17915 17337/20441/17898</w:t>
        <w:br/>
        <w:t>f 17355/20458/17915 17363/20468/17924 17336/20442/17899</w:t>
        <w:br/>
        <w:t>f 17337/20441/17898 17355/20458/17915 17336/20442/17899</w:t>
        <w:br/>
        <w:t>f 17349/20453/17910 17357/20462/17919 17353/20460/17917</w:t>
        <w:br/>
        <w:t>f 17362/20466/17922 17349/20453/17910 17353/20460/17917</w:t>
        <w:br/>
        <w:t>f 17346/20449/17906 17350/20456/17913 17382/20487/17943</w:t>
        <w:br/>
        <w:t>f 17345/20450/17907 17346/20449/17906 17382/20487/17943</w:t>
        <w:br/>
        <w:t>f 17368/20472/17928 17383/20488/17944 17338/20443/17900</w:t>
        <w:br/>
        <w:t>f 17383/20488/17944 17337/20441/17898 17338/20443/17900</w:t>
        <w:br/>
        <w:t>f 17371/20475/17931 17348/20454/17911 17384/20489/17945</w:t>
        <w:br/>
        <w:t>f 17385/20490/17946 17384/20489/17945 17348/20454/17911</w:t>
        <w:br/>
        <w:t>f 17361/20467/17923 17385/20490/17946 17348/20454/17911</w:t>
        <w:br/>
        <w:t>f 17386/20491/17947 17351/20455/17912 17352/20457/17914</w:t>
        <w:br/>
        <w:t>f 17387/20492/17948 17351/20455/17912 17386/20491/17947</w:t>
        <w:br/>
        <w:t>f 17388/20493/17949 17373/20480/17936 17351/20455/17912</w:t>
        <w:br/>
        <w:t>f 17387/20492/17948 17388/20493/17949 17351/20455/17912</w:t>
        <w:br/>
        <w:t>f 17375/20478/17934 17373/20480/17936 17388/20493/17949</w:t>
        <w:br/>
        <w:t>f 17385/20490/17946 17361/20467/17923 17369/20474/17930</w:t>
        <w:br/>
        <w:t>f 17333/20440/17897 17334/20439/17896 17340/20444/17901</w:t>
        <w:br/>
        <w:t>f 17392/20494/17950 17391/20495/17951 17390/20496/17951</w:t>
        <w:br/>
        <w:t>f 17389/20497/17952 17392/20494/17950 17390/20496/17951</w:t>
        <w:br/>
        <w:t>f 17396/20498/17953 17395/20499/17954 17394/20500/17955</w:t>
        <w:br/>
        <w:t>f 17393/20501/17956 17396/20498/17953 17394/20500/17955</w:t>
        <w:br/>
        <w:t>f 17400/20502/17957 17399/20503/17958 17398/20504/17959</w:t>
        <w:br/>
        <w:t>f 17397/20505/17960 17400/20502/17957 17398/20504/17959</w:t>
        <w:br/>
        <w:t>f 17402/20506/17961 17400/20502/17957 17397/20505/17960</w:t>
        <w:br/>
        <w:t>f 17401/20507/17962 17402/20506/17961 17397/20505/17960</w:t>
        <w:br/>
        <w:t>f 17406/20508/17963 17405/20509/17964 17404/20510/17965</w:t>
        <w:br/>
        <w:t>f 17403/20511/17966 17406/20508/17963 17404/20510/17965</w:t>
        <w:br/>
        <w:t>f 17410/20512/17967 17409/20513/17968 17408/20514/17969</w:t>
        <w:br/>
        <w:t>f 17407/20515/17970 17410/20512/17967 17408/20514/17969</w:t>
        <w:br/>
        <w:t>f 17414/20516/17971 17413/20517/17972 17412/20518/17973</w:t>
        <w:br/>
        <w:t>f 17411/20519/17974 17414/20516/17971 17412/20518/17973</w:t>
        <w:br/>
        <w:t>f 17418/20520/17975 17417/20521/17976 17416/20522/17977</w:t>
        <w:br/>
        <w:t>f 17415/20523/17978 17418/20520/17975 17416/20522/17977</w:t>
        <w:br/>
        <w:t>f 17420/20524/17979 17419/20525/17980 17393/20501/17956</w:t>
        <w:br/>
        <w:t>f 17394/20500/17955 17420/20524/17979 17393/20501/17956</w:t>
        <w:br/>
        <w:t>f 17424/20526/17981 17423/20527/17982 17422/20528/17983</w:t>
        <w:br/>
        <w:t>f 17421/20529/17984 17424/20526/17981 17422/20528/17983</w:t>
        <w:br/>
        <w:t>f 17426/20530/17985 17425/20531/17986 17419/20525/17980</w:t>
        <w:br/>
        <w:t>f 17420/20524/17979 17426/20530/17985 17419/20525/17980</w:t>
        <w:br/>
        <w:t>f 17430/20532/17987 17429/20533/17988 17428/20534/17989</w:t>
        <w:br/>
        <w:t>f 17427/20535/17990 17430/20532/17987 17428/20534/17989</w:t>
        <w:br/>
        <w:t>f 17434/20536/17991 17433/20537/17991 17432/20538/17992</w:t>
        <w:br/>
        <w:t>f 17431/20539/17992 17434/20536/17991 17432/20538/17992</w:t>
        <w:br/>
        <w:t>f 17438/20540/17993 17437/20541/17994 17436/20542/17994</w:t>
        <w:br/>
        <w:t>f 17435/20543/17993 17438/20540/17993 17436/20542/17994</w:t>
        <w:br/>
        <w:t>f 17442/20544/17995 17441/20545/17995 17440/20546/17996</w:t>
        <w:br/>
        <w:t>f 17439/20547/17996 17442/20544/17995 17440/20546/17996</w:t>
        <w:br/>
        <w:t>f 17431/20539/17992 17432/20538/17992 17439/20547/17996</w:t>
        <w:br/>
        <w:t>f 17440/20546/17996 17431/20539/17992 17439/20547/17996</w:t>
        <w:br/>
        <w:t>f 17446/20548/17997 17445/20549/17998 17444/20550/17998</w:t>
        <w:br/>
        <w:t>f 17443/20551/17999 17446/20548/17997 17444/20550/17998</w:t>
        <w:br/>
        <w:t>f 17437/20541/17994 17448/20552/18000 17447/20553/18000</w:t>
        <w:br/>
        <w:t>f 17436/20542/17994 17437/20541/17994 17447/20553/18000</w:t>
        <w:br/>
        <w:t>f 17452/20554/18001 17451/20555/18002 17450/20556/18002</w:t>
        <w:br/>
        <w:t>f 17449/20557/18001 17452/20554/18001 17450/20556/18002</w:t>
        <w:br/>
        <w:t>f 17456/20558/18003 17455/20559/18004 17454/20560/18004</w:t>
        <w:br/>
        <w:t>f 17453/20561/18003 17456/20558/18003 17454/20560/18004</w:t>
        <w:br/>
        <w:t>f 17460/20562/18005 17459/20563/18006 17458/20564/18006</w:t>
        <w:br/>
        <w:t>f 17457/20565/18005 17460/20562/18005 17458/20564/18006</w:t>
        <w:br/>
        <w:t>f 17464/20566/18007 17463/20567/18008 17462/20568/18009</w:t>
        <w:br/>
        <w:t>f 17461/20569/18007 17464/20566/18007 17462/20568/18009</w:t>
        <w:br/>
        <w:t>f 17463/20567/18008 17460/20562/18005 17457/20565/18005</w:t>
        <w:br/>
        <w:t>f 17462/20568/18009 17463/20567/18008 17457/20565/18005</w:t>
        <w:br/>
        <w:t>f 17468/20570/18010 17467/20571/18010 17466/20572/18011</w:t>
        <w:br/>
        <w:t>f 17465/20573/18011 17468/20570/18010 17466/20572/18011</w:t>
        <w:br/>
        <w:t>f 17472/20574/18012 17471/20575/18012 17470/20576/18013</w:t>
        <w:br/>
        <w:t>f 17469/20577/18013 17472/20574/18012 17470/20576/18013</w:t>
        <w:br/>
        <w:t>f 17476/20578/18014 17475/20579/18015 17474/20580/18015</w:t>
        <w:br/>
        <w:t>f 17473/20581/18016 17476/20578/18014 17474/20580/18015</w:t>
        <w:br/>
        <w:t>f 17479/20582/18017 17478/20583/18018 17477/20584/18019</w:t>
        <w:br/>
        <w:t>f 17395/20499/17954 17479/20582/18017 17477/20584/18019</w:t>
        <w:br/>
        <w:t>f 17482/20585/18020 17481/20586/18021 17407/20515/17970</w:t>
        <w:br/>
        <w:t>f 17480/20587/18022 17482/20585/18020 17407/20515/17970</w:t>
        <w:br/>
        <w:t>f 17485/20588/18023 17484/20589/18024 17398/20504/17959</w:t>
        <w:br/>
        <w:t>f 17483/20590/18025 17485/20588/18023 17398/20504/17959</w:t>
        <w:br/>
        <w:t>f 17487/20591/18026 17486/20592/18027 17399/20503/17958</w:t>
        <w:br/>
        <w:t>f 17400/20502/17957 17487/20591/18026 17399/20503/17958</w:t>
        <w:br/>
        <w:t>f 17397/20505/17960 17485/20588/18023 17488/20593/18028</w:t>
        <w:br/>
        <w:t>f 17401/20507/17962 17397/20505/17960 17488/20593/18028</w:t>
        <w:br/>
        <w:t>f 17489/20594/18029 17487/20591/18026 17400/20502/17957</w:t>
        <w:br/>
        <w:t>f 17402/20506/17961 17489/20594/18029 17400/20502/17957</w:t>
        <w:br/>
        <w:t>f 17404/20510/17965 17405/20509/17964 17491/20595/18030</w:t>
        <w:br/>
        <w:t>f 17490/20596/18031 17404/20510/17965 17491/20595/18030</w:t>
        <w:br/>
        <w:t>f 17495/20597/18032 17494/20598/18032 17493/20599/18033</w:t>
        <w:br/>
        <w:t>f 17492/20600/18033 17495/20597/18032 17493/20599/18033</w:t>
        <w:br/>
        <w:t>f 17478/20583/18018 17479/20582/18017 17497/20601/18034</w:t>
        <w:br/>
        <w:t>f 17496/20602/18034 17478/20583/18018 17497/20601/18034</w:t>
        <w:br/>
        <w:t>f 17407/20515/17970 17481/20586/18021 17498/20603/18035</w:t>
        <w:br/>
        <w:t>f 17410/20512/17967 17407/20515/17970 17498/20603/18035</w:t>
        <w:br/>
        <w:t>f 17412/20518/17973 17413/20517/17972 17500/20604/18036</w:t>
        <w:br/>
        <w:t>f 17499/20605/18037 17412/20518/17973 17500/20604/18036</w:t>
        <w:br/>
        <w:t>f 17504/20606/18038 17503/20607/18038 17502/20608/18039</w:t>
        <w:br/>
        <w:t>f 17501/20609/18039 17504/20606/18038 17502/20608/18039</w:t>
        <w:br/>
        <w:t>f 17416/20522/17977 17506/20610/18040 17505/20611/18041</w:t>
        <w:br/>
        <w:t>f 17415/20523/17978 17416/20522/17977 17505/20611/18041</w:t>
        <w:br/>
        <w:t>f 17510/20612/18042 17509/20613/18043 17508/20614/18043</w:t>
        <w:br/>
        <w:t>f 17507/20615/18042 17510/20612/18042 17508/20614/18043</w:t>
        <w:br/>
        <w:t>f 17512/20616/18044 17511/20617/18045 17420/20524/17979</w:t>
        <w:br/>
        <w:t>f 17513/20618/18046 17512/20616/18044 17420/20524/17979</w:t>
        <w:br/>
        <w:t>f 17516/20619/18047 17515/20620/18048 17393/20501/17956</w:t>
        <w:br/>
        <w:t>f 17514/20621/18047 17516/20619/18047 17393/20501/17956</w:t>
        <w:br/>
        <w:t>f 17519/20622/18049 17518/20623/18050 17517/20624/18051</w:t>
        <w:br/>
        <w:t>f 17423/20527/17982 17519/20622/18049 17517/20624/18051</w:t>
        <w:br/>
        <w:t>f 17523/20625/18052 17522/20626/18052 17521/20627/18053</w:t>
        <w:br/>
        <w:t>f 17520/20628/18053 17523/20625/18052 17521/20627/18053</w:t>
        <w:br/>
        <w:t>f 17518/20623/18050 17426/20530/17985 17420/20524/17979</w:t>
        <w:br/>
        <w:t>f 17511/20617/18045 17518/20623/18050 17420/20524/17979</w:t>
        <w:br/>
        <w:t>f 17525/20629/18054 17516/20619/18047 17514/20621/18047</w:t>
        <w:br/>
        <w:t>f 17524/20630/18054 17525/20629/18054 17514/20621/18047</w:t>
        <w:br/>
        <w:t>f 17430/20532/17987 17527/20631/18055 17526/20632/18056</w:t>
        <w:br/>
        <w:t>f 17429/20533/17988 17430/20532/17987 17526/20632/18056</w:t>
        <w:br/>
        <w:t>f 17427/20535/17990 17530/20633/18057 17529/20634/18058</w:t>
        <w:br/>
        <w:t>f 17528/20635/18058 17427/20535/17990 17529/20634/18058</w:t>
        <w:br/>
        <w:t>f 17532/20636/18059 17418/20520/17975 17415/20523/17978</w:t>
        <w:br/>
        <w:t>f 17531/20637/18060 17532/20636/18059 17415/20523/17978</w:t>
        <w:br/>
        <w:t>f 17415/20523/17978 17505/20611/18041 17533/20638/18061</w:t>
        <w:br/>
        <w:t>f 17531/20637/18060 17415/20523/17978 17533/20638/18061</w:t>
        <w:br/>
        <w:t>f 17454/20560/18004 17455/20559/18004 17535/20639/18062</w:t>
        <w:br/>
        <w:t>f 17534/20640/18063 17454/20560/18004 17535/20639/18062</w:t>
        <w:br/>
        <w:t>f 17509/20613/18043 17528/20635/18058 17529/20634/18058</w:t>
        <w:br/>
        <w:t>f 17508/20614/18043 17509/20613/18043 17529/20634/18058</w:t>
        <w:br/>
        <w:t>f 17492/20600/18033 17493/20599/18033 17522/20626/18052</w:t>
        <w:br/>
        <w:t>f 17523/20625/18052 17492/20600/18033 17522/20626/18052</w:t>
        <w:br/>
        <w:t>f 17445/20549/17998 17537/20641/18064 17536/20642/18064</w:t>
        <w:br/>
        <w:t>f 17444/20550/17998 17445/20549/17998 17536/20642/18064</w:t>
        <w:br/>
        <w:t>f 17405/20509/17964 17539/20643/18065 17538/20644/18066</w:t>
        <w:br/>
        <w:t>f 17491/20595/18030 17405/20509/17964 17538/20644/18066</w:t>
        <w:br/>
        <w:t>f 17405/20509/17964 17406/20508/17963 17421/20529/17984</w:t>
        <w:br/>
        <w:t>f 17422/20528/17983 17405/20509/17964 17421/20529/17984</w:t>
        <w:br/>
        <w:t>f 17541/20645/18067 17540/20646/18067 17403/20511/17966</w:t>
        <w:br/>
        <w:t>f 17404/20510/17965 17541/20645/18067 17403/20511/17966</w:t>
        <w:br/>
        <w:t>f 17545/20647/18068 17544/20648/18068 17543/20649/18068</w:t>
        <w:br/>
        <w:t>f 17542/20650/18068 17545/20647/18068 17543/20649/18068</w:t>
        <w:br/>
        <w:t>f 17549/20651/18069 17548/20652/18069 17547/20653/18069</w:t>
        <w:br/>
        <w:t>f 17546/20654/18070 17549/20651/18069 17547/20653/18069</w:t>
        <w:br/>
        <w:t>f 17550/20655/18071 17469/20577/18013 17470/20576/18013</w:t>
        <w:br/>
        <w:t>f 17500/20604/18072 17550/20655/18071 17470/20576/18013</w:t>
        <w:br/>
        <w:t>f 17554/20656/18073 17553/20657/18074 17552/20658/18073</w:t>
        <w:br/>
        <w:t>f 17551/20659/18073 17554/20656/18073 17552/20658/18073</w:t>
        <w:br/>
        <w:t>f 17501/20609/18039 17502/20608/18039 17474/20580/18015</w:t>
        <w:br/>
        <w:t>f 17475/20579/18015 17501/20609/18039 17474/20580/18015</w:t>
        <w:br/>
        <w:t>f 17399/20503/17958 17428/20534/17989 17429/20533/17988</w:t>
        <w:br/>
        <w:t>f 17398/20504/17959 17399/20503/17958 17429/20533/17988</w:t>
        <w:br/>
        <w:t>f 17398/20504/17959 17429/20533/17988 17526/20632/18056</w:t>
        <w:br/>
        <w:t>f 17483/20590/18025 17398/20504/17959 17526/20632/18056</w:t>
        <w:br/>
        <w:t>f 17441/20545/17995 17442/20544/17995 17465/20573/18011</w:t>
        <w:br/>
        <w:t>f 17466/20572/18011 17441/20545/17995 17465/20573/18011</w:t>
        <w:br/>
        <w:t>f 17555/20660/18075 17428/20534/17989 17399/20503/17958</w:t>
        <w:br/>
        <w:t>f 17486/20592/18027 17555/20660/18075 17399/20503/17958</w:t>
        <w:br/>
        <w:t>f 17558/20661/18076 17557/20662/18077 17556/20663/18078</w:t>
        <w:br/>
        <w:t>f 17559/20664/18079 17558/20661/18076 17556/20663/18078</w:t>
        <w:br/>
        <w:t>f 17561/20665/18080 17560/20666/18081 17557/20662/18077</w:t>
        <w:br/>
        <w:t>f 17558/20661/18076 17561/20665/18080 17557/20662/18077</w:t>
        <w:br/>
        <w:t>f 17565/20667/18082 17564/20668/18083 17563/20669/18083</w:t>
        <w:br/>
        <w:t>f 17562/20670/18084 17565/20667/18082 17563/20669/18083</w:t>
        <w:br/>
        <w:t>f 17569/20671/18085 17568/20672/18085 17567/20673/18086</w:t>
        <w:br/>
        <w:t>f 17566/20674/18087 17569/20671/18085 17567/20673/18086</w:t>
        <w:br/>
        <w:t>f 17571/20675/18088 17570/20676/18089 17568/20672/18085</w:t>
        <w:br/>
        <w:t>f 17569/20671/18085 17571/20675/18088 17568/20672/18085</w:t>
        <w:br/>
        <w:t>f 17566/20674/18087 17567/20673/18086 17573/20677/18090</w:t>
        <w:br/>
        <w:t>f 17572/20678/18091 17566/20674/18087 17573/20677/18090</w:t>
        <w:br/>
        <w:t>f 17577/20679/18092 17576/20680/18093 17575/20681/18094</w:t>
        <w:br/>
        <w:t>f 17574/20682/18095 17577/20679/18092 17575/20681/18094</w:t>
        <w:br/>
        <w:t>f 17572/20678/18091 17573/20677/18090 17579/20683/18096</w:t>
        <w:br/>
        <w:t>f 17578/20684/18097 17572/20678/18091 17579/20683/18096</w:t>
        <w:br/>
        <w:t>f 17583/20685/18098 17582/20686/18099 17581/20687/18099</w:t>
        <w:br/>
        <w:t>f 17580/20688/18100 17583/20685/18098 17581/20687/18099</w:t>
        <w:br/>
        <w:t>f 17586/20689/18101 17585/20690/18102 17584/20691/18102</w:t>
        <w:br/>
        <w:t>f 17587/20692/18101 17586/20689/18101 17584/20691/18102</w:t>
        <w:br/>
        <w:t>f 17585/20690/18102 17589/20693/18103 17588/20694/18104</w:t>
        <w:br/>
        <w:t>f 17584/20691/18102 17585/20690/18102 17588/20694/18104</w:t>
        <w:br/>
        <w:t>f 17593/20695/18105 17592/20696/18105 17591/20697/18106</w:t>
        <w:br/>
        <w:t>f 17590/20698/18106 17593/20695/18105 17591/20697/18106</w:t>
        <w:br/>
        <w:t>f 17597/20699/18107 17596/20700/18108 17595/20701/18108</w:t>
        <w:br/>
        <w:t>f 17594/20702/18107 17597/20699/18107 17595/20701/18108</w:t>
        <w:br/>
        <w:t>f 17596/20700/18108 17599/20703/18109 17598/20704/18109</w:t>
        <w:br/>
        <w:t>f 17595/20701/18108 17596/20700/18108 17598/20704/18109</w:t>
        <w:br/>
        <w:t>f 17594/20702/18107 17601/20705/18110 17600/20706/18111</w:t>
        <w:br/>
        <w:t>f 17597/20699/18107 17594/20702/18107 17600/20706/18111</w:t>
        <w:br/>
        <w:t>f 17604/20707/18112 17603/20708/18113 17602/20709/18114</w:t>
        <w:br/>
        <w:t>f 17605/20710/18114 17604/20707/18112 17602/20709/18114</w:t>
        <w:br/>
        <w:t>f 17602/20709/18114 17607/20711/18115 17606/20712/18115</w:t>
        <w:br/>
        <w:t>f 17605/20710/18114 17602/20709/18114 17606/20712/18115</w:t>
        <w:br/>
        <w:t>f 17611/20713/18116 17610/20714/18116 17609/20715/18117</w:t>
        <w:br/>
        <w:t>f 17608/20716/18117 17611/20713/18116 17609/20715/18117</w:t>
        <w:br/>
        <w:t>f 17614/20717/18118 17613/20718/18119 17612/20719/18120</w:t>
        <w:br/>
        <w:t>f 17615/20720/18121 17614/20717/18118 17612/20719/18120</w:t>
        <w:br/>
        <w:t>f 17617/20721/18122 17616/20722/18123 17556/20663/18078</w:t>
        <w:br/>
        <w:t>f 17557/20662/18077 17617/20721/18122 17556/20663/18078</w:t>
        <w:br/>
        <w:t>f 17618/20723/18124 17617/20721/18122 17557/20662/18077</w:t>
        <w:br/>
        <w:t>f 17560/20666/18081 17618/20723/18124 17557/20662/18077</w:t>
        <w:br/>
        <w:t>f 17615/20720/18121 17612/20719/18120 17619/20724/18125</w:t>
        <w:br/>
        <w:t>f 17620/20725/18125 17615/20720/18121 17619/20724/18125</w:t>
        <w:br/>
        <w:t>f 17624/20726/18126 17623/20727/18127 17622/20728/18127</w:t>
        <w:br/>
        <w:t>f 17621/20729/18128 17624/20726/18126 17622/20728/18127</w:t>
        <w:br/>
        <w:t>f 17627/20730/18129 17626/20731/18130 17625/20732/18130</w:t>
        <w:br/>
        <w:t>f 17629/20733/18131 17567/20673/18086 17628/20734/18132</w:t>
        <w:br/>
        <w:t>f 17630/20735/18132 17629/20733/18131 17628/20734/18132</w:t>
        <w:br/>
        <w:t>f 17634/20736/18133 17633/20737/18134 17632/20738/18135</w:t>
        <w:br/>
        <w:t>f 17631/20739/18135 17634/20736/18133 17632/20738/18135</w:t>
        <w:br/>
        <w:t>f 17628/20734/18132 17636/20740/18136 17635/20741/18136</w:t>
        <w:br/>
        <w:t>f 17630/20735/18132 17628/20734/18132 17635/20741/18136</w:t>
        <w:br/>
        <w:t>f 17638/20742/18137 17637/20743/18138 17631/20739/18135</w:t>
        <w:br/>
        <w:t>f 17632/20738/18135 17638/20742/18137 17631/20739/18135</w:t>
        <w:br/>
        <w:t>f 17634/20736/18133 17640/20744/18139 17639/20745/18139</w:t>
        <w:br/>
        <w:t>f 17633/20737/18134 17634/20736/18133 17639/20745/18139</w:t>
        <w:br/>
        <w:t>f 17641/20746/18140 17573/20677/18090 17567/20673/18086</w:t>
        <w:br/>
        <w:t>f 17629/20733/18131 17641/20746/18140 17567/20673/18086</w:t>
        <w:br/>
        <w:t>f 17645/20747/18141 17644/20748/18142 17643/20749/18142</w:t>
        <w:br/>
        <w:t>f 17642/20750/18143 17645/20747/18141 17643/20749/18142</w:t>
        <w:br/>
        <w:t>f 17644/20748/18142 17647/20751/18144 17646/20752/18145</w:t>
        <w:br/>
        <w:t>f 17643/20749/18142 17644/20748/18142 17646/20752/18145</w:t>
        <w:br/>
        <w:t>f 17576/20680/18093 17649/20753/18146 17648/20754/18147</w:t>
        <w:br/>
        <w:t>f 17575/20681/18094 17576/20680/18093 17648/20754/18147</w:t>
        <w:br/>
        <w:t>f 17573/20677/18090 17641/20746/18140 17650/20755/18148</w:t>
        <w:br/>
        <w:t>f 17579/20683/18096 17573/20677/18090 17650/20755/18148</w:t>
        <w:br/>
        <w:t>f 17654/20756/18149 17653/20757/18150 17652/20758/18151</w:t>
        <w:br/>
        <w:t>f 17651/20759/18152 17654/20756/18149 17652/20758/18151</w:t>
        <w:br/>
        <w:t>f 17658/20760/18153 17657/20761/18153 17656/20762/18154</w:t>
        <w:br/>
        <w:t>f 17655/20763/18154 17658/20760/18153 17656/20762/18154</w:t>
        <w:br/>
        <w:t>f 17613/20718/18119 17614/20717/18118 17659/20764/18155</w:t>
        <w:br/>
        <w:t>f 17660/20765/18155 17613/20718/18119 17659/20764/18155</w:t>
        <w:br/>
        <w:t>f 17586/20689/18101 17587/20692/18101 17662/20766/18156</w:t>
        <w:br/>
        <w:t>f 17661/20767/18156 17586/20689/18101 17662/20766/18156</w:t>
        <w:br/>
        <w:t>f 17556/20663/18078 17616/20722/18123 17657/20761/18153</w:t>
        <w:br/>
        <w:t>f 17658/20760/18153 17556/20663/18078 17657/20761/18153</w:t>
        <w:br/>
        <w:t>f 17556/20663/18078 17664/20768/18157 17663/20769/18158</w:t>
        <w:br/>
        <w:t>f 17559/20664/18079 17556/20663/18078 17663/20769/18158</w:t>
        <w:br/>
        <w:t>f 17579/20683/18096 17576/20680/18093 17577/20679/18092</w:t>
        <w:br/>
        <w:t>f 17578/20684/18097 17579/20683/18096 17577/20679/18092</w:t>
        <w:br/>
        <w:t>f 17601/20705/18110 17603/20708/18113 17604/20707/18112</w:t>
        <w:br/>
        <w:t>f 17600/20706/18111 17601/20705/18110 17604/20707/18112</w:t>
        <w:br/>
        <w:t>f 17579/20683/18096 17650/20755/18148 17649/20753/18146</w:t>
        <w:br/>
        <w:t>f 17576/20680/18093 17579/20683/18096 17649/20753/18146</w:t>
        <w:br/>
        <w:t>f 17640/20744/18139 17645/20747/18141 17642/20750/18143</w:t>
        <w:br/>
        <w:t>f 17639/20745/18139 17640/20744/18139 17642/20750/18143</w:t>
        <w:br/>
        <w:t>f 17664/20768/18157 17583/20685/18098 17580/20688/18100</w:t>
        <w:br/>
        <w:t>f 17663/20769/18158 17664/20768/18157 17580/20688/18100</w:t>
        <w:br/>
        <w:t>f 17661/20767/18156 17662/20766/18156 17610/20714/18116</w:t>
        <w:br/>
        <w:t>f 17611/20713/18116 17661/20767/18156 17610/20714/18116</w:t>
        <w:br/>
        <w:t>f 17659/20764/18155 17654/20756/18149 17651/20759/18152</w:t>
        <w:br/>
        <w:t>f 17660/20765/18155 17659/20764/18155 17651/20759/18152</w:t>
        <w:br/>
        <w:t>f 17655/20763/18154 17656/20762/18154 17666/20770/18159</w:t>
        <w:br/>
        <w:t>f 17665/20771/18159 17655/20763/18154 17666/20770/18159</w:t>
        <w:br/>
        <w:t>f 17670/20772/18105 17669/20773/18105 17668/20774/18160</w:t>
        <w:br/>
        <w:t>f 17667/20775/18160 17670/20772/18105 17668/20774/18160</w:t>
        <w:br/>
        <w:t>f 17672/20776/18161 17581/20687/18099 17582/20686/18099</w:t>
        <w:br/>
        <w:t>f 17671/20777/18161 17672/20776/18161 17582/20686/18099</w:t>
        <w:br/>
        <w:t>f 17676/20778/18162 17675/20779/18117 17674/20780/18163</w:t>
        <w:br/>
        <w:t>f 17673/20781/18163 17676/20778/18162 17674/20780/18163</w:t>
        <w:br/>
        <w:t>f 17652/20758/18151 17653/20757/18150 17677/20782/18164</w:t>
        <w:br/>
        <w:t>f 17678/20783/18165 17665/20771/18159 17666/20770/18159</w:t>
        <w:br/>
        <w:t>f 17621/20729/18128 17680/20784/18166 17679/20785/18166</w:t>
        <w:br/>
        <w:t>f 17624/20726/18126 17621/20729/18128 17679/20785/18166</w:t>
        <w:br/>
        <w:t>f 17590/20698/18106 17591/20697/18106 17682/20786/18167</w:t>
        <w:br/>
        <w:t>f 17681/20787/18168 17590/20698/18106 17682/20786/18167</w:t>
        <w:br/>
        <w:t>f 17685/20788/18169 17684/20789/18169 17683/20790/18170</w:t>
        <w:br/>
        <w:t>f 17686/20791/18170 17685/20788/18169 17683/20790/18170</w:t>
        <w:br/>
        <w:t>f 17562/20670/18084 17688/20792/18171 17687/20793/18171</w:t>
        <w:br/>
        <w:t>f 17565/20667/18082 17562/20670/18084 17687/20793/18171</w:t>
        <w:br/>
        <w:t>f 17638/20742/18137 17679/20785/18166 17680/20784/18166</w:t>
        <w:br/>
        <w:t>f 17637/20743/18138 17638/20742/18137 17680/20784/18166</w:t>
        <w:br/>
        <w:t>f 17682/20786/18167 17598/20704/18109 17599/20703/18109</w:t>
        <w:br/>
        <w:t>f 17681/20787/18168 17682/20786/18167 17599/20703/18109</w:t>
        <w:br/>
        <w:t>f 17685/20788/18169 17635/20741/18136 17636/20740/18136</w:t>
        <w:br/>
        <w:t>f 17684/20789/18169 17685/20788/18169 17636/20740/18136</w:t>
        <w:br/>
        <w:t>f 17570/20676/18089 17571/20675/18088 17687/20793/18171</w:t>
        <w:br/>
        <w:t>f 17688/20792/18171 17570/20676/18089 17687/20793/18171</w:t>
        <w:br/>
        <w:t>f 17690/20794/18172 17689/20795/18172 17563/20669/18083</w:t>
        <w:br/>
        <w:t>f 17564/20668/18083 17690/20794/18172 17563/20669/18083</w:t>
        <w:br/>
        <w:t>f 17622/20728/18127 17623/20727/18127 17691/20796/18173</w:t>
        <w:br/>
        <w:t>f 17625/20732/18130 17626/20731/18130 17686/20791/18170</w:t>
        <w:br/>
        <w:t>f 17683/20790/18170 17625/20732/18130 17686/20791/18170</w:t>
        <w:br/>
        <w:t>f 17695/20797/18174 17694/20798/18174 17693/20799/18175</w:t>
        <w:br/>
        <w:t>f 17692/20800/18176 17695/20797/18174 17693/20799/18175</w:t>
        <w:br/>
        <w:t>f 17699/20801/18177 17698/20802/18178 17697/20803/18178</w:t>
        <w:br/>
        <w:t>f 17696/20804/18177 17699/20801/18177 17697/20803/18178</w:t>
        <w:br/>
        <w:t>f 17703/20805/18179 17702/20806/18180 17701/20807/18180</w:t>
        <w:br/>
        <w:t>f 17700/20808/18181 17703/20805/18179 17701/20807/18180</w:t>
        <w:br/>
        <w:t>f 17706/20809/18182 17705/20810/18183 17704/20811/18184</w:t>
        <w:br/>
        <w:t>f 17707/20812/18184 17706/20809/18182 17704/20811/18184</w:t>
        <w:br/>
        <w:t>f 17710/20813/18185 17709/20814/18186 17708/20815/18187</w:t>
        <w:br/>
        <w:t>f 17711/20816/18188 17710/20813/18185 17708/20815/18187</w:t>
        <w:br/>
        <w:t>f 17715/20817/18189 17714/20818/18190 17713/20819/18191</w:t>
        <w:br/>
        <w:t>f 17712/20820/18191 17715/20817/18189 17713/20819/18191</w:t>
        <w:br/>
        <w:t>f 17719/20821/18192 17718/20822/18193 17717/20823/18194</w:t>
        <w:br/>
        <w:t>f 17716/20824/18195 17719/20821/18192 17717/20823/18194</w:t>
        <w:br/>
        <w:t>f 17723/20825/18196 17722/20826/18197 17721/20827/18198</w:t>
        <w:br/>
        <w:t>f 17720/20828/18196 17723/20825/18196 17721/20827/18198</w:t>
        <w:br/>
        <w:t>f 17727/20829/18199 17726/20830/18200 17725/20831/18201</w:t>
        <w:br/>
        <w:t>f 17724/20832/18202 17727/20829/18199 17725/20831/18201</w:t>
        <w:br/>
        <w:t>f 17729/20833/18203 17728/20834/18204 17725/20831/18201</w:t>
        <w:br/>
        <w:t>f 17726/20830/18200 17729/20833/18203 17725/20831/18201</w:t>
        <w:br/>
        <w:t>f 17731/20835/18205 17730/20836/18205 17712/20820/18191</w:t>
        <w:br/>
        <w:t>f 17713/20819/18191 17731/20835/18205 17712/20820/18191</w:t>
        <w:br/>
        <w:t>f 17733/20837/18206 17732/20838/18207 17717/20823/18194</w:t>
        <w:br/>
        <w:t>f 17718/20822/18193 17733/20837/18206 17717/20823/18194</w:t>
        <w:br/>
        <w:t>f 17735/20839/18208 17723/20825/18196 17720/20828/18196</w:t>
        <w:br/>
        <w:t>f 17734/20840/18209 17735/20839/18208 17720/20828/18196</w:t>
        <w:br/>
        <w:t>f 17721/20827/18198 17722/20826/18197 17705/20810/18183</w:t>
        <w:br/>
        <w:t>f 17706/20809/18182 17721/20827/18198 17705/20810/18183</w:t>
        <w:br/>
        <w:t>f 17693/20799/18175 17727/20829/18199 17724/20832/18202</w:t>
        <w:br/>
        <w:t>f 17692/20800/18176 17693/20799/18175 17724/20832/18202</w:t>
        <w:br/>
        <w:t>f 17715/20817/18189 17697/20803/18178 17698/20802/18178</w:t>
        <w:br/>
        <w:t>f 17714/20818/18190 17715/20817/18189 17698/20802/18178</w:t>
        <w:br/>
        <w:t>f 17702/20806/18180 17719/20821/18192 17716/20824/18195</w:t>
        <w:br/>
        <w:t>f 17701/20807/18180 17702/20806/18180 17716/20824/18195</w:t>
        <w:br/>
        <w:t>f 17411/20519/17974 17412/20518/17973 17409/20513/17968</w:t>
        <w:br/>
        <w:t>f 17410/20512/17967 17411/20519/17974 17409/20513/17968</w:t>
        <w:br/>
        <w:t>f 17448/20552/18000 17452/20554/18001 17449/20557/18001</w:t>
        <w:br/>
        <w:t>f 17447/20553/18000 17448/20552/18000 17449/20557/18001</w:t>
        <w:br/>
        <w:t>f 17497/20601/18034 17412/20518/17973 17499/20605/18037</w:t>
        <w:br/>
        <w:t>f 17496/20602/18034 17497/20601/18034 17499/20605/18037</w:t>
        <w:br/>
        <w:t>f 17503/20607/18038 17504/20606/18038 17410/20512/17967</w:t>
        <w:br/>
        <w:t>f 17498/20603/18035 17503/20607/18038 17410/20512/17967</w:t>
        <w:br/>
        <w:t>f 17395/20499/17954 17396/20498/17953 17407/20515/17970</w:t>
        <w:br/>
        <w:t>f 17408/20514/17969 17395/20499/17954 17407/20515/17970</w:t>
        <w:br/>
        <w:t>f 17459/20563/18006 17438/20540/17993 17435/20543/17993</w:t>
        <w:br/>
        <w:t>f 17458/20564/18006 17459/20563/18006 17435/20543/17993</w:t>
        <w:br/>
        <w:t>f 17394/20500/17955 17395/20499/17954 17477/20584/18019</w:t>
        <w:br/>
        <w:t>f 17512/20616/18210 17394/20500/17955 17477/20584/18019</w:t>
        <w:br/>
        <w:t>f 17515/20620/18048 17482/20585/18020 17396/20498/17953</w:t>
        <w:br/>
        <w:t>f 17393/20501/17956 17515/20620/18048 17396/20498/17953</w:t>
        <w:br/>
        <w:t>f 17423/20527/17982 17424/20526/17981 17425/20531/17986</w:t>
        <w:br/>
        <w:t>f 17426/20530/17985 17423/20527/17982 17425/20531/17986</w:t>
        <w:br/>
        <w:t>f 17537/20641/18064 17464/20566/18007 17461/20569/18007</w:t>
        <w:br/>
        <w:t>f 17536/20642/18064 17537/20641/18064 17461/20569/18007</w:t>
        <w:br/>
        <w:t>f 17423/20527/17982 17517/20624/18051 17538/20644/18066</w:t>
        <w:br/>
        <w:t>f 17422/20528/17983 17423/20527/17982 17538/20644/18066</w:t>
        <w:br/>
        <w:t>f 17524/20630/18054 17520/20628/18053 17521/20627/18053</w:t>
        <w:br/>
        <w:t>f 17525/20629/18054 17524/20630/18054 17521/20627/18053</w:t>
        <w:br/>
        <w:t>f 17401/20507/17962 17392/20494/17950 17389/20497/17952</w:t>
        <w:br/>
        <w:t>f 17402/20506/17961 17401/20507/17962 17389/20497/17952</w:t>
        <w:br/>
        <w:t>f 17433/20537/17991 17434/20536/17991 17737/20841/18211</w:t>
        <w:br/>
        <w:t>f 17736/20842/18211 17433/20537/17991 17737/20841/18211</w:t>
        <w:br/>
        <w:t>f 17471/20575/18012 17472/20574/18012 17401/20507/17962</w:t>
        <w:br/>
        <w:t>f 17488/20593/18028 17471/20575/18012 17401/20507/17962</w:t>
        <w:br/>
        <w:t>f 17402/20506/17961 17389/20497/17952 17473/20581/18016</w:t>
        <w:br/>
        <w:t>f 17489/20594/18029 17402/20506/17961 17473/20581/18016</w:t>
        <w:br/>
        <w:t>f 17531/20637/18060 17430/20532/17987 17427/20535/17990</w:t>
        <w:br/>
        <w:t>f 17532/20636/18059 17531/20637/18060 17427/20535/17990</w:t>
        <w:br/>
        <w:t>f 17467/20571/18010 17468/20570/18010 17534/20640/18063</w:t>
        <w:br/>
        <w:t>f 17535/20639/18062 17467/20571/18010 17534/20640/18063</w:t>
        <w:br/>
        <w:t>f 17430/20532/17987 17531/20637/18060 17533/20638/18061</w:t>
        <w:br/>
        <w:t>f 17527/20631/18055 17430/20532/17987 17533/20638/18061</w:t>
        <w:br/>
        <w:t>f 17530/20633/18057 17427/20535/17990 17428/20534/17989</w:t>
        <w:br/>
        <w:t>f 17555/20660/18075 17530/20633/18057 17428/20534/17989</w:t>
        <w:br/>
        <w:t>f 17741/20843/18212 17740/20844/18212 17739/20845/18212</w:t>
        <w:br/>
        <w:t>f 17738/20846/18212 17741/20843/18212 17739/20845/18212</w:t>
        <w:br/>
        <w:t>f 17745/20847/18213 17744/20848/18214 17743/20849/18214</w:t>
        <w:br/>
        <w:t>f 17742/20850/18215 17745/20847/18213 17743/20849/18214</w:t>
        <w:br/>
        <w:t>f 17749/20851/18216 17748/20852/18216 17747/20853/18216</w:t>
        <w:br/>
        <w:t>f 17746/20854/18216 17749/20851/18216 17747/20853/18216</w:t>
        <w:br/>
        <w:t>f 17753/20855/18217 17752/20856/18217 17751/20857/18217</w:t>
        <w:br/>
        <w:t>f 17750/20858/18217 17753/20855/18217 17751/20857/18217</w:t>
        <w:br/>
        <w:t>f 17757/20859/18218 17756/20860/18219 17755/20861/18220</w:t>
        <w:br/>
        <w:t>f 17754/20862/18221 17757/20859/18218 17755/20861/18220</w:t>
        <w:br/>
        <w:t>f 17759/20863/18222 17754/20862/18221 17755/20861/18220</w:t>
        <w:br/>
        <w:t>f 17758/20864/18223 17759/20863/18222 17755/20861/18220</w:t>
        <w:br/>
        <w:t>f 17761/20865/18224 17760/20866/18225 17759/20863/18222</w:t>
        <w:br/>
        <w:t>f 17758/20864/18223 17761/20865/18224 17759/20863/18222</w:t>
        <w:br/>
        <w:t>f 17757/20859/18218 17760/20866/18225 17761/20865/18224</w:t>
        <w:br/>
        <w:t>f 17756/20860/18219 17757/20859/18218 17761/20865/18224</w:t>
        <w:br/>
        <w:t>f 17764/20867/18226 17763/20868/18227 17762/20869/18227</w:t>
        <w:br/>
        <w:t>f 17765/20870/18226 17764/20867/18226 17762/20869/18227</w:t>
        <w:br/>
        <w:t>f 17762/20869/18227 17763/20868/18227 17767/20871/18228</w:t>
        <w:br/>
        <w:t>f 17766/20872/18228 17762/20869/18227 17767/20871/18228</w:t>
        <w:br/>
        <w:t>f 17769/20873/18229 17766/20872/18228 17767/20871/18228</w:t>
        <w:br/>
        <w:t>f 17768/20874/18230 17769/20873/18229 17767/20871/18228</w:t>
        <w:br/>
        <w:t>f 17769/20873/18229 17768/20874/18230 17764/20867/18226</w:t>
        <w:br/>
        <w:t>f 17765/20870/18226 17769/20873/18229 17764/20867/18226</w:t>
        <w:br/>
        <w:t>f 17773/20875/18231 17772/20876/18231 17771/20877/18231</w:t>
        <w:br/>
        <w:t>f 17770/20878/18231 17773/20875/18231 17771/20877/18231</w:t>
        <w:br/>
        <w:t>f 17777/20879/18232 17776/20880/18233 17775/20881/18233</w:t>
        <w:br/>
        <w:t>f 17774/20882/18233 17777/20879/18232 17775/20881/18233</w:t>
        <w:br/>
        <w:t>f 17781/20883/18234 17780/20884/18235 17779/20885/18235</w:t>
        <w:br/>
        <w:t>f 17778/20886/18234 17781/20883/18234 17779/20885/18235</w:t>
        <w:br/>
        <w:t>f 17785/20887/18236 17784/20888/18236 17783/20889/18236</w:t>
        <w:br/>
        <w:t>f 17782/20890/18236 17785/20887/18236 17783/20889/18236</w:t>
        <w:br/>
        <w:t>f 17789/20891/18237 17788/20892/18238 17787/20893/18239</w:t>
        <w:br/>
        <w:t>f 17786/20894/18240 17789/20891/18237 17787/20893/18239</w:t>
        <w:br/>
        <w:t>f 17793/20895/18241 17792/20896/18242 17791/20897/18243</w:t>
        <w:br/>
        <w:t>f 17790/20898/18244 17793/20895/18241 17791/20897/18243</w:t>
        <w:br/>
        <w:t>f 17794/20899/18245 17793/20895/18241 17790/20898/18244</w:t>
        <w:br/>
        <w:t>f 17795/20900/18246 17794/20899/18245 17790/20898/18244</w:t>
        <w:br/>
        <w:t>f 17797/20901/18247 17787/20893/18239 17788/20892/18238</w:t>
        <w:br/>
        <w:t>f 17796/20902/18248 17797/20901/18247 17788/20892/18238</w:t>
        <w:br/>
        <w:t>f 17801/20903/18249 17800/20904/18250 17799/20905/18250</w:t>
        <w:br/>
        <w:t>f 17798/20906/18249 17801/20903/18249 17799/20905/18250</w:t>
        <w:br/>
        <w:t>f 17805/20907/18251 17804/20908/18252 17803/20909/18253</w:t>
        <w:br/>
        <w:t>f 17802/20910/18254 17805/20907/18251 17803/20909/18253</w:t>
        <w:br/>
        <w:t>f 17807/20911/18255 17791/20897/18243 17792/20896/18242</w:t>
        <w:br/>
        <w:t>f 17806/20912/18256 17807/20911/18255 17792/20896/18242</w:t>
        <w:br/>
        <w:t>f 17802/20910/18254 17809/20913/18257 17808/20914/18258</w:t>
        <w:br/>
        <w:t>f 17805/20907/18251 17802/20910/18254 17808/20914/18258</w:t>
        <w:br/>
        <w:t>f 17813/20915/18259 17812/20916/18259 17811/20917/18260</w:t>
        <w:br/>
        <w:t>f 17810/20918/18260 17813/20915/18259 17811/20917/18260</w:t>
        <w:br/>
        <w:t>f 17817/20919/18261 17816/20920/18262 17815/20921/18263</w:t>
        <w:br/>
        <w:t>f 17814/20922/18263 17817/20919/18261 17815/20921/18263</w:t>
        <w:br/>
        <w:t>f 17819/20923/18264 17818/20924/18264 17816/20920/18262</w:t>
        <w:br/>
        <w:t>f 17817/20919/18261 17819/20923/18264 17816/20920/18262</w:t>
        <w:br/>
        <w:t>f 17821/20925/18265 17820/20926/18265 17812/20916/18259</w:t>
        <w:br/>
        <w:t>f 17813/20915/18259 17821/20925/18265 17812/20916/18259</w:t>
        <w:br/>
        <w:t>f 17825/20927/18266 17824/20928/18266 17823/20929/18267</w:t>
        <w:br/>
        <w:t>f 17822/20930/18267 17825/20927/18266 17823/20929/18267</w:t>
        <w:br/>
        <w:t>f 17814/20922/18263 17815/20921/18263 17827/20931/18268</w:t>
        <w:br/>
        <w:t>f 17826/20932/18269 17814/20922/18263 17827/20931/18268</w:t>
        <w:br/>
        <w:t>f 17830/20933/18270 17829/20934/18271 17828/20935/18271</w:t>
        <w:br/>
        <w:t>f 17831/20936/18270 17830/20933/18270 17828/20935/18271</w:t>
        <w:br/>
        <w:t>f 17826/20932/18269 17827/20931/18268 17833/20937/18272</w:t>
        <w:br/>
        <w:t>f 17832/20938/18272 17826/20932/18269 17833/20937/18272</w:t>
        <w:br/>
        <w:t>f 17837/20939/18273 17836/20940/18273 17835/20941/18274</w:t>
        <w:br/>
        <w:t>f 17834/20942/18275 17837/20939/18273 17835/20941/18274</w:t>
        <w:br/>
        <w:t>f 17839/20943/18276 17786/20894/18240 17787/20893/18239</w:t>
        <w:br/>
        <w:t>f 17838/20944/18277 17839/20943/18276 17787/20893/18239</w:t>
        <w:br/>
        <w:t>f 17843/20945/18278 17842/20946/18279 17841/20947/18279</w:t>
        <w:br/>
        <w:t>f 17840/20948/18278 17843/20945/18278 17841/20947/18279</w:t>
        <w:br/>
        <w:t>f 17847/20949/18280 17846/20950/18281 17845/20951/18281</w:t>
        <w:br/>
        <w:t>f 17844/20952/18282 17847/20949/18280 17845/20951/18281</w:t>
        <w:br/>
        <w:t>f 17793/20895/18241 17849/20953/18283 17848/20954/18284</w:t>
        <w:br/>
        <w:t>f 17792/20896/18242 17793/20895/18241 17848/20954/18284</w:t>
        <w:br/>
        <w:t>f 17849/20953/18283 17793/20895/18241 17794/20899/18245</w:t>
        <w:br/>
        <w:t>f 17850/20955/18285 17849/20953/18283 17794/20899/18245</w:t>
        <w:br/>
        <w:t>f 17844/20952/18282 17852/20956/18286 17851/20957/18287</w:t>
        <w:br/>
        <w:t>f 17847/20949/18280 17844/20952/18282 17851/20957/18287</w:t>
        <w:br/>
        <w:t>f 17840/20948/18278 17854/20958/18288 17853/20959/18288</w:t>
        <w:br/>
        <w:t>f 17843/20945/18278 17840/20948/18278 17853/20959/18288</w:t>
        <w:br/>
        <w:t>f 17838/20944/18277 17787/20893/18239 17797/20901/18247</w:t>
        <w:br/>
        <w:t>f 17855/20960/18289 17838/20944/18277 17797/20901/18247</w:t>
        <w:br/>
        <w:t>f 17859/20961/18290 17858/20962/18290 17857/20963/18291</w:t>
        <w:br/>
        <w:t>f 17856/20964/18291 17859/20961/18290 17857/20963/18291</w:t>
        <w:br/>
        <w:t>f 17862/20965/18292 17861/20966/18293 17860/20967/18293</w:t>
        <w:br/>
        <w:t>f 17805/20907/18251 17862/20965/18292 17860/20967/18293</w:t>
        <w:br/>
        <w:t>f 17848/20954/18284 17863/20968/18294 17806/20912/18256</w:t>
        <w:br/>
        <w:t>f 17792/20896/18242 17848/20954/18284 17806/20912/18256</w:t>
        <w:br/>
        <w:t>f 17846/20950/18281 17865/20969/18295 17864/20970/18295</w:t>
        <w:br/>
        <w:t>f 17845/20951/18281 17846/20950/18281 17864/20970/18295</w:t>
        <w:br/>
        <w:t>f 17869/20971/18296 17868/20972/18297 17867/20973/18297</w:t>
        <w:br/>
        <w:t>f 17866/20974/18298 17869/20971/18296 17867/20973/18297</w:t>
        <w:br/>
        <w:t>f 17863/20968/18294 17871/20975/18299 17870/20976/18299</w:t>
        <w:br/>
        <w:t>f 17806/20912/18256 17863/20968/18294 17870/20976/18299</w:t>
        <w:br/>
        <w:t>f 17865/20969/18295 17809/20913/18300 17872/20977/18301</w:t>
        <w:br/>
        <w:t>f 17864/20970/18295 17865/20969/18295 17872/20977/18301</w:t>
        <w:br/>
        <w:t>f 17876/20978/18302 17875/20979/18303 17874/20980/18304</w:t>
        <w:br/>
        <w:t>f 17873/20981/18305 17876/20978/18302 17874/20980/18304</w:t>
        <w:br/>
        <w:t>f 17879/20982/18306 17878/20983/18307 17877/20984/18308</w:t>
        <w:br/>
        <w:t>f 17880/20985/18309 17879/20982/18306 17877/20984/18308</w:t>
        <w:br/>
        <w:t>f 17883/20986/18310 17882/20987/18311 17881/20988/18311</w:t>
        <w:br/>
        <w:t>f 17884/20989/18310 17883/20986/18310 17881/20988/18311</w:t>
        <w:br/>
        <w:t>f 17888/20990/18312 17887/20991/18312 17886/20992/18313</w:t>
        <w:br/>
        <w:t>f 17885/20993/18313 17888/20990/18312 17886/20992/18313</w:t>
        <w:br/>
        <w:t>f 17892/20994/18314 17891/20995/18314 17890/20996/18315</w:t>
        <w:br/>
        <w:t>f 17889/20997/18315 17892/20994/18314 17890/20996/18315</w:t>
        <w:br/>
        <w:t>f 17894/20998/18316 17877/20984/18308 17878/20983/18307</w:t>
        <w:br/>
        <w:t>f 17893/20999/18317 17894/20998/18316 17878/20983/18307</w:t>
        <w:br/>
        <w:t>f 17898/21000/18318 17897/21001/18319 17896/21002/18320</w:t>
        <w:br/>
        <w:t>f 17895/21003/18321 17898/21000/18318 17896/21002/18320</w:t>
        <w:br/>
        <w:t>f 17900/21004/18322 17895/21003/18321 17896/21002/18320</w:t>
        <w:br/>
        <w:t>f 17899/21005/18323 17900/21004/18322 17896/21002/18320</w:t>
        <w:br/>
        <w:t>f 17896/21002/18320 17897/21001/18319 17902/21006/18324</w:t>
        <w:br/>
        <w:t>f 17901/21007/18325 17896/21002/18320 17902/21006/18324</w:t>
        <w:br/>
        <w:t>f 17904/21008/18326 17899/21005/18323 17896/21002/18320</w:t>
        <w:br/>
        <w:t>f 17903/21009/18326 17904/21008/18326 17896/21002/18320</w:t>
        <w:br/>
        <w:t>f 17892/20994/18314 17906/21010/18327 17905/21011/18328</w:t>
        <w:br/>
        <w:t>f 17891/20995/18314 17892/20994/18314 17905/21011/18328</w:t>
        <w:br/>
        <w:t>f 17908/21012/18329 17907/21013/18330 17867/20973/18297</w:t>
        <w:br/>
        <w:t>f 17868/20972/18297 17908/21012/18329 17867/20973/18297</w:t>
        <w:br/>
        <w:t>f 17910/21014/18331 17909/21015/18331 17803/20909/18253</w:t>
        <w:br/>
        <w:t>f 17804/20908/18252 17910/21014/18331 17803/20909/18253</w:t>
        <w:br/>
        <w:t>f 17861/20966/18293 17912/21016/18332 17911/21017/18332</w:t>
        <w:br/>
        <w:t>f 17860/20967/18293 17861/20966/18293 17911/21017/18332</w:t>
        <w:br/>
        <w:t>f 17914/21018/18333 17913/21019/18333 17822/20930/18267</w:t>
        <w:br/>
        <w:t>f 17823/20929/18267 17914/21018/18333 17822/20930/18267</w:t>
        <w:br/>
        <w:t>f 17885/20993/18313 17886/20992/18313 17916/21020/18334</w:t>
        <w:br/>
        <w:t>f 17915/21021/18334 17885/20993/18313 17916/21020/18334</w:t>
        <w:br/>
        <w:t>f 17800/20904/18250 17918/21022/18335 17917/21023/18336</w:t>
        <w:br/>
        <w:t>f 17799/20905/18250 17800/20904/18250 17917/21023/18336</w:t>
        <w:br/>
        <w:t>f 17856/20964/18291 17857/20963/18291 17920/21024/18337</w:t>
        <w:br/>
        <w:t>f 17919/21025/18338 17856/20964/18291 17920/21024/18337</w:t>
        <w:br/>
        <w:t>f 17837/20939/18273 17922/21026/18339 17921/21027/18339</w:t>
        <w:br/>
        <w:t>f 17836/20940/18273 17837/20939/18273 17921/21027/18339</w:t>
        <w:br/>
        <w:t>f 17873/20981/18305 17924/21028/18340 17923/21029/18340</w:t>
        <w:br/>
        <w:t>f 17876/20978/18302 17873/20981/18305 17923/21029/18340</w:t>
        <w:br/>
        <w:t>f 17901/21007/18325 17902/21006/18324 17878/20983/18307</w:t>
        <w:br/>
        <w:t>f 17879/20982/18306 17901/21007/18325 17878/20983/18307</w:t>
        <w:br/>
        <w:t>f 17884/20989/18310 17904/21008/18326 17903/21009/18326</w:t>
        <w:br/>
        <w:t>f 17883/20986/18310 17884/20989/18310 17903/21009/18326</w:t>
        <w:br/>
        <w:t>f 17831/20936/18270 17905/21011/18328 17906/21010/18327</w:t>
        <w:br/>
        <w:t>f 17830/20933/18270 17831/20936/18270 17906/21010/18327</w:t>
        <w:br/>
        <w:t>f 17893/20999/18317 17878/20983/18307 17902/21006/18324</w:t>
        <w:br/>
        <w:t>f 17908/21012/18329 17893/20999/18317 17902/21006/18324</w:t>
        <w:br/>
        <w:t>f 17877/20984/18308 17909/21015/18331 17910/21014/18331</w:t>
        <w:br/>
        <w:t>f 17880/20985/18309 17877/20984/18308 17910/21014/18331</w:t>
        <w:br/>
        <w:t>f 17882/20987/18311 17911/21017/18332 17912/21016/18332</w:t>
        <w:br/>
        <w:t>f 17881/20988/18311 17882/20987/18311 17912/21016/18332</w:t>
        <w:br/>
        <w:t>f 17828/20935/18271 17829/20934/18271 17913/21019/18333</w:t>
        <w:br/>
        <w:t>f 17914/21018/18333 17828/20935/18271 17913/21019/18333</w:t>
        <w:br/>
        <w:t>f 17915/21021/18334 17916/21020/18334 17877/20984/18308</w:t>
        <w:br/>
        <w:t>f 17894/20998/18316 17915/21021/18334 17877/20984/18308</w:t>
        <w:br/>
        <w:t>f 17796/20902/18248 17898/21000/18318 17895/21003/18321</w:t>
        <w:br/>
        <w:t>f 17797/20901/18247 17796/20902/18248 17895/21003/18321</w:t>
        <w:br/>
        <w:t>f 17854/20958/18288 17869/20971/18296 17866/20974/18298</w:t>
        <w:br/>
        <w:t>f 17853/20959/18288 17854/20958/18288 17866/20974/18298</w:t>
        <w:br/>
        <w:t>f 17820/20926/18265 17821/20925/18265 17889/20997/18315</w:t>
        <w:br/>
        <w:t>f 17890/20996/18315 17820/20926/18265 17889/20997/18315</w:t>
        <w:br/>
        <w:t>f 17855/20960/18289 17797/20901/18247 17895/21003/18321</w:t>
        <w:br/>
        <w:t>f 17900/21004/18322 17855/20960/18289 17895/21003/18321</w:t>
        <w:br/>
        <w:t>f 17927/21030/18341 17926/21031/18342 17925/21032/18342</w:t>
        <w:br/>
        <w:t>f 17931/21033/18343 17930/21034/18344 17929/21035/18344</w:t>
        <w:br/>
        <w:t>f 17928/21036/18345 17931/21033/18343 17929/21035/18344</w:t>
        <w:br/>
        <w:t>f 17934/21037/18346 17933/21038/18347 17932/21039/18348</w:t>
        <w:br/>
        <w:t>f 17937/21040/18349 17936/21041/18350 17935/21042/18350</w:t>
        <w:br/>
        <w:t>f 17938/21043/18351 17937/21040/18349 17935/21042/18350</w:t>
        <w:br/>
        <w:t>f 17942/21044/18352 17941/21045/18352 17940/21046/18353</w:t>
        <w:br/>
        <w:t>f 17939/21047/18354 17942/21044/18352 17940/21046/18353</w:t>
        <w:br/>
        <w:t>f 17918/21022/18335 17789/20891/18237 17786/20894/18240</w:t>
        <w:br/>
        <w:t>f 17917/21023/18336 17918/21022/18335 17786/20894/18240</w:t>
        <w:br/>
        <w:t>f 17919/21025/18355 17917/21023/18336 17786/20894/18240</w:t>
        <w:br/>
        <w:t>f 17839/20943/18276 17919/21025/18355 17786/20894/18240</w:t>
        <w:br/>
        <w:t>f 17921/21027/18339 17922/21026/18339 17810/20918/18260</w:t>
        <w:br/>
        <w:t>f 17811/20917/18260 17921/21027/18339 17810/20918/18260</w:t>
        <w:br/>
        <w:t>f 17924/21028/18340 17841/20947/18279 17842/20946/18279</w:t>
        <w:br/>
        <w:t>f 17923/21029/18340 17924/21028/18340 17842/20946/18279</w:t>
        <w:br/>
        <w:t>f 17946/21048/18356 17945/21049/18357 17944/21050/18357</w:t>
        <w:br/>
        <w:t>f 17943/21051/18357 17946/21048/18356 17944/21050/18357</w:t>
        <w:br/>
        <w:t>f 17950/21052/18358 17949/21053/18359 17948/21054/18360</w:t>
        <w:br/>
        <w:t>f 17947/21055/18358 17950/21052/18358 17948/21054/18360</w:t>
        <w:br/>
        <w:t>f 17874/20980/18304 17875/20979/18303 17951/21056/18361</w:t>
        <w:br/>
        <w:t>f 17952/21057/18362 17858/20962/18290 17859/20961/18290</w:t>
        <w:br/>
        <w:t>f 17956/21058/18363 17955/21059/18363 17954/21060/18364</w:t>
        <w:br/>
        <w:t>f 17953/21061/18364 17956/21058/18363 17954/21060/18364</w:t>
        <w:br/>
        <w:t>f 17930/21034/18344 17958/21062/18365 17957/21063/18365</w:t>
        <w:br/>
        <w:t>f 17929/21035/18344 17930/21034/18344 17957/21063/18365</w:t>
        <w:br/>
        <w:t>f 17961/21064/18366 17960/21065/18367 17959/21066/18368</w:t>
        <w:br/>
        <w:t>f 17962/21067/18368 17961/21064/18366 17959/21066/18368</w:t>
        <w:br/>
        <w:t>f 17935/21042/18350 17936/21041/18350 17964/21068/18369</w:t>
        <w:br/>
        <w:t>f 17963/21069/18370 17935/21042/18350 17964/21068/18369</w:t>
        <w:br/>
        <w:t>f 17954/21060/18364 17851/20957/18287 17852/20956/18286</w:t>
        <w:br/>
        <w:t>f 17953/21061/18364 17954/21060/18364 17852/20956/18286</w:t>
        <w:br/>
        <w:t>f 17958/21062/18365 17818/20924/18264 17819/20923/18264</w:t>
        <w:br/>
        <w:t>f 17957/21063/18365 17958/21062/18365 17819/20923/18264</w:t>
        <w:br/>
        <w:t>f 17850/20955/18285 17794/20899/18245 17960/21065/18367</w:t>
        <w:br/>
        <w:t>f 17961/21064/18366 17850/20955/18285 17960/21065/18367</w:t>
        <w:br/>
        <w:t>f 17794/20899/18245 17795/20900/18246 17963/21069/18370</w:t>
        <w:br/>
        <w:t>f 17960/21065/18367 17794/20899/18245 17963/21069/18370</w:t>
        <w:br/>
        <w:t>f 17966/21070/18371 17965/21071/18372 17939/21047/18354</w:t>
        <w:br/>
        <w:t>f 17940/21046/18353 17966/21070/18371 17939/21047/18354</w:t>
        <w:br/>
        <w:t>f 17956/21058/18363 17925/21032/18342 17926/21031/18342</w:t>
        <w:br/>
        <w:t>f 17955/21059/18363 17956/21058/18363 17926/21031/18342</w:t>
        <w:br/>
        <w:t>f 17962/21067/18368 17959/21066/18368 17933/21038/18347</w:t>
        <w:br/>
        <w:t>f 17934/21037/18346 17962/21067/18368 17933/21038/18347</w:t>
        <w:br/>
        <w:t>f 17970/21072/18373 17969/21073/18374 17968/21074/18375</w:t>
        <w:br/>
        <w:t>f 17967/21075/18373 17970/21072/18373 17968/21074/18375</w:t>
        <w:br/>
        <w:t>f 17973/21076/18376 17972/21077/18377 17971/21078/18377</w:t>
        <w:br/>
        <w:t>f 17974/21079/18378 17973/21076/18376 17971/21078/18377</w:t>
        <w:br/>
        <w:t>f 17977/21080/18379 17976/21081/18380 17975/21082/18381</w:t>
        <w:br/>
        <w:t>f 17981/21083/18382 17980/21084/18383 17979/21085/18384</w:t>
        <w:br/>
        <w:t>f 17978/21086/18385 17981/21083/18382 17979/21085/18384</w:t>
        <w:br/>
        <w:t>f 17983/21087/18386 17979/21085/18384 17982/21088/18387</w:t>
        <w:br/>
        <w:t>f 17986/21089/18388 17982/21088/18387 17985/21090/18389</w:t>
        <w:br/>
        <w:t>f 17984/21091/18390 17986/21089/18388 17985/21090/18389</w:t>
        <w:br/>
        <w:t>f 17989/21092/18391 17988/21093/18392 17987/21094/18393</w:t>
        <w:br/>
        <w:t>f 17990/21095/18391 17989/21092/18391 17987/21094/18393</w:t>
        <w:br/>
        <w:t>f 17994/21096/18394 17993/21097/18394 17992/21098/18395</w:t>
        <w:br/>
        <w:t>f 17991/21099/18394 17994/21096/18394 17992/21098/18395</w:t>
        <w:br/>
        <w:t>f 17975/21082/18381 17997/21100/18396 17996/21101/18397</w:t>
        <w:br/>
        <w:t>f 17995/21102/18398 17975/21082/18381 17996/21101/18397</w:t>
        <w:br/>
        <w:t>f 17999/21103/18399 17998/21104/18400 17968/21074/18375</w:t>
        <w:br/>
        <w:t>f 17969/21073/18374 17999/21103/18399 17968/21074/18375</w:t>
        <w:br/>
        <w:t>f 18001/21105/18401 17997/21100/18396 18000/21106/18402</w:t>
        <w:br/>
        <w:t>f 18000/21106/18402 17976/21081/18380 18003/21107/18403</w:t>
        <w:br/>
        <w:t>f 18002/21108/18404 18000/21106/18402 18003/21107/18403</w:t>
        <w:br/>
        <w:t>f 18004/21109/18405 17985/21090/18389 17980/21084/18383</w:t>
        <w:br/>
        <w:t>f 18006/21110/18406 17971/21078/18377 17972/21077/18377</w:t>
        <w:br/>
        <w:t>f 18005/21111/18406 18006/21110/18406 17972/21077/18377</w:t>
        <w:br/>
        <w:t>f 18009/21112/18407 18008/21113/18407 18007/21114/18408</w:t>
        <w:br/>
        <w:t>f 18010/21115/18408 18009/21112/18407 18007/21114/18408</w:t>
        <w:br/>
        <w:t>f 17970/21072/18373 17967/21075/18373 17973/21076/18376</w:t>
        <w:br/>
        <w:t>f 17974/21079/18378 17970/21072/18373 17973/21076/18376</w:t>
        <w:br/>
        <w:t>f 18014/21116/18399 18013/21117/18409 18012/21118/18410</w:t>
        <w:br/>
        <w:t>f 18011/21119/18399 18014/21116/18399 18012/21118/18410</w:t>
        <w:br/>
        <w:t>f 17995/21102/18398 18015/21120/18411 17975/21082/18381</w:t>
        <w:br/>
        <w:t>f 17985/21090/18389 18016/21121/18412 17984/21091/18390</w:t>
        <w:br/>
        <w:t>f 18017/21122/18413 18003/21107/18403 17976/21081/18380</w:t>
        <w:br/>
        <w:t>f 18018/21123/18414 17980/21084/18383 17981/21083/18382</w:t>
        <w:br/>
        <w:t>f 17997/21100/18396 18019/21124/18415 17996/21101/18397</w:t>
        <w:br/>
        <w:t>f 17986/21089/18388 18020/21125/18416 17982/21088/18387</w:t>
        <w:br/>
        <w:t>f 18021/21126/18417 18000/21106/18402 18002/21108/18404</w:t>
        <w:br/>
        <w:t>f 17978/21086/18385 17979/21085/18384 18022/21127/18418</w:t>
        <w:br/>
        <w:t>f 18012/21118/18410 18013/21117/18409 18010/21115/18408</w:t>
        <w:br/>
        <w:t>f 18007/21114/18408 18012/21118/18410 18010/21115/18408</w:t>
        <w:br/>
        <w:t>f 18025/21128/18419 18024/21129/18420 18023/21130/18421</w:t>
        <w:br/>
        <w:t>f 18026/21131/18419 18025/21128/18419 18023/21130/18421</w:t>
        <w:br/>
        <w:t>f 18030/21132/18422 18029/21133/18422 18028/21134/18423</w:t>
        <w:br/>
        <w:t>f 18027/21135/18424 18030/21132/18422 18028/21134/18423</w:t>
        <w:br/>
        <w:t>f 18009/21112/18407 18032/21136/18425 18031/21137/18426</w:t>
        <w:br/>
        <w:t>f 18008/21113/18407 18009/21112/18407 18031/21137/18426</w:t>
        <w:br/>
        <w:t>f 18031/21137/18426 18032/21136/18425 18006/21110/18406</w:t>
        <w:br/>
        <w:t>f 18005/21111/18406 18031/21137/18426 18006/21110/18406</w:t>
        <w:br/>
        <w:t>f 17977/21080/18379 17975/21082/18381 18015/21120/18411</w:t>
        <w:br/>
        <w:t>f 17985/21090/18389 18004/21109/18405 18016/21121/18412</w:t>
        <w:br/>
        <w:t>f 18004/21109/18405 17980/21084/18383 18018/21123/18414</w:t>
        <w:br/>
        <w:t>f 17976/21081/18380 17977/21080/18379 18017/21122/18413</w:t>
        <w:br/>
        <w:t>f 17983/21087/18386 17982/21088/18387 18020/21125/18416</w:t>
        <w:br/>
        <w:t>f 18001/21105/18401 18000/21106/18402 18021/21126/18417</w:t>
        <w:br/>
        <w:t>f 17997/21100/18396 18001/21105/18401 18019/21124/18415</w:t>
        <w:br/>
        <w:t>f 17979/21085/18384 17983/21087/18386 18022/21127/18418</w:t>
        <w:br/>
        <w:t>f 18036/21138/18427 18035/21139/18428 18034/21140/18429</w:t>
        <w:br/>
        <w:t>f 18033/21141/18427 18036/21138/18427 18034/21140/18429</w:t>
        <w:br/>
        <w:t>f 18040/21142/18430 18039/21143/18431 18038/21144/18432</w:t>
        <w:br/>
        <w:t>f 18037/21145/18433 18040/21142/18430 18038/21144/18432</w:t>
        <w:br/>
        <w:t>f 18044/21146/18434 18043/21147/18435 18042/21148/18435</w:t>
        <w:br/>
        <w:t>f 18041/21149/18436 18044/21146/18434 18042/21148/18435</w:t>
        <w:br/>
        <w:t>f 18048/21150/18437 18047/21151/18438 18046/21152/18439</w:t>
        <w:br/>
        <w:t>f 18045/21153/18439 18048/21150/18437 18046/21152/18439</w:t>
        <w:br/>
        <w:t>f 18052/21154/18440 18051/21155/18441 18050/21156/18442</w:t>
        <w:br/>
        <w:t>f 18049/21157/18443 18052/21154/18440 18050/21156/18442</w:t>
        <w:br/>
        <w:t>f 18055/21158/18444 18054/21159/18445 18053/21160/18444</w:t>
        <w:br/>
        <w:t>f 18056/21161/18446 18055/21158/18444 18053/21160/18444</w:t>
        <w:br/>
        <w:t>f 18041/21149/18436 18058/21162/18447 18057/21163/18448</w:t>
        <w:br/>
        <w:t>f 18044/21146/18434 18041/21149/18436 18057/21163/18448</w:t>
        <w:br/>
        <w:t>f 18060/21164/18449 18059/21165/18449 18047/21151/18438</w:t>
        <w:br/>
        <w:t>f 18048/21150/18437 18060/21164/18449 18047/21151/18438</w:t>
        <w:br/>
        <w:t>f 18062/21166/18450 18061/21167/18450 18036/21138/18427</w:t>
        <w:br/>
        <w:t>f 18033/21141/18427 18062/21166/18450 18036/21138/18427</w:t>
        <w:br/>
        <w:t>f 18064/21168/18451 18038/21144/18432 18039/21143/18431</w:t>
        <w:br/>
        <w:t>f 18063/21169/18451 18064/21168/18451 18039/21143/18431</w:t>
        <w:br/>
        <w:t>f 18068/21170/18452 18067/21171/18453 18066/21172/18454</w:t>
        <w:br/>
        <w:t>f 18065/21173/18455 18068/21170/18452 18066/21172/18454</w:t>
        <w:br/>
        <w:t>f 18072/21174/18456 18071/21175/18457 18070/21176/18458</w:t>
        <w:br/>
        <w:t>f 18069/21177/18459 18072/21174/18456 18070/21176/18458</w:t>
        <w:br/>
        <w:t>f 18076/21178/18460 18075/21179/18461 18074/21180/18461</w:t>
        <w:br/>
        <w:t>f 18073/21181/18462 18076/21178/18460 18074/21180/18461</w:t>
        <w:br/>
        <w:t>f 18080/21182/18463 18079/21183/18464 18078/21184/18465</w:t>
        <w:br/>
        <w:t>f 18077/21185/18465 18080/21182/18463 18078/21184/18465</w:t>
        <w:br/>
        <w:t>f 18058/21162/18447 18065/21173/18455 18066/21172/18454</w:t>
        <w:br/>
        <w:t>f 18057/21163/18448 18058/21162/18447 18066/21172/18454</w:t>
        <w:br/>
        <w:t>f 18071/21175/18457 18059/21165/18449 18060/21164/18449</w:t>
        <w:br/>
        <w:t>f 18070/21176/18458 18071/21175/18457 18060/21164/18449</w:t>
        <w:br/>
        <w:t>f 18074/21180/18461 18075/21179/18461 18061/21167/18450</w:t>
        <w:br/>
        <w:t>f 18062/21166/18450 18074/21180/18461 18061/21167/18450</w:t>
        <w:br/>
        <w:t>f 18077/21185/18465 18078/21184/18465 18064/21168/18451</w:t>
        <w:br/>
        <w:t>f 18063/21169/18451 18077/21185/18465 18064/21168/18451</w:t>
        <w:br/>
        <w:t>f 18079/21183/18464 18080/21182/18463 18081/21186/18466</w:t>
        <w:br/>
        <w:t>f 18050/21156/18442 18051/21155/18441 18067/21171/18453</w:t>
        <w:br/>
        <w:t>f 18068/21170/18452 18050/21156/18442 18067/21171/18453</w:t>
        <w:br/>
        <w:t>f 18072/21174/18456 18069/21177/18459 18082/21187/18467</w:t>
        <w:br/>
        <w:t>f 18086/21188/18468 18085/21189/18469 18084/21190/18470</w:t>
        <w:br/>
        <w:t>f 18083/21191/18470 18086/21188/18468 18084/21190/18470</w:t>
        <w:br/>
        <w:t>f 18090/21192/18471 18089/21193/18472 18088/21194/18473</w:t>
        <w:br/>
        <w:t>f 18087/21195/18474 18090/21192/18471 18088/21194/18473</w:t>
        <w:br/>
        <w:t>f 18094/21196/18475 18093/21197/18476 18092/21198/18477</w:t>
        <w:br/>
        <w:t>f 18091/21199/18478 18094/21196/18475 18092/21198/18477</w:t>
        <w:br/>
        <w:t>f 18096/21200/18479 18095/21201/18480 18093/21197/18476</w:t>
        <w:br/>
        <w:t>f 18094/21196/18475 18096/21200/18479 18093/21197/18476</w:t>
        <w:br/>
        <w:t>f 18100/21202/18481 18099/21203/18482 18098/21204/18483</w:t>
        <w:br/>
        <w:t>f 18097/21205/18484 18100/21202/18481 18098/21204/18483</w:t>
        <w:br/>
        <w:t>f 18104/21206/18485 18103/21207/18486 18102/21208/18487</w:t>
        <w:br/>
        <w:t>f 18101/21209/18488 18104/21206/18485 18102/21208/18487</w:t>
        <w:br/>
        <w:t>f 18108/21210/18489 18107/21211/18490 18106/21212/18491</w:t>
        <w:br/>
        <w:t>f 18105/21213/18492 18108/21210/18489 18106/21212/18491</w:t>
        <w:br/>
        <w:t>f 18112/21214/18493 18111/21215/18494 18110/21216/18495</w:t>
        <w:br/>
        <w:t>f 18109/21217/18496 18112/21214/18493 18110/21216/18495</w:t>
        <w:br/>
        <w:t>f 18114/21218/18497 18088/21194/18473 18089/21193/18472</w:t>
        <w:br/>
        <w:t>f 18113/21219/18498 18114/21218/18497 18089/21193/18472</w:t>
        <w:br/>
        <w:t>f 18118/21220/18499 18117/21221/18500 18116/21222/18501</w:t>
        <w:br/>
        <w:t>f 18115/21223/18502 18118/21220/18499 18116/21222/18501</w:t>
        <w:br/>
        <w:t>f 18120/21224/18503 18114/21218/18497 18113/21219/18498</w:t>
        <w:br/>
        <w:t>f 18119/21225/18504 18120/21224/18503 18113/21219/18498</w:t>
        <w:br/>
        <w:t>f 18124/21226/18505 18123/21227/18506 18122/21228/18507</w:t>
        <w:br/>
        <w:t>f 18121/21229/18508 18124/21226/18505 18122/21228/18507</w:t>
        <w:br/>
        <w:t>f 18128/21230/18509 18127/21231/18510 18126/21232/18510</w:t>
        <w:br/>
        <w:t>f 18125/21233/18509 18128/21230/18509 18126/21232/18510</w:t>
        <w:br/>
        <w:t>f 18132/21234/18511 18131/21235/18511 18130/21236/18512</w:t>
        <w:br/>
        <w:t>f 18129/21237/18512 18132/21234/18511 18130/21236/18512</w:t>
        <w:br/>
        <w:t>f 18136/21238/18513 18135/21239/18514 18134/21240/18514</w:t>
        <w:br/>
        <w:t>f 18133/21241/18513 18136/21238/18513 18134/21240/18514</w:t>
        <w:br/>
        <w:t>f 18127/21231/18510 18134/21240/18514 18135/21239/18514</w:t>
        <w:br/>
        <w:t>f 18126/21232/18510 18127/21231/18510 18135/21239/18514</w:t>
        <w:br/>
        <w:t>f 18140/21242/18515 18139/21243/18516 18138/21244/18517</w:t>
        <w:br/>
        <w:t>f 18137/21245/18517 18140/21242/18515 18138/21244/18517</w:t>
        <w:br/>
        <w:t>f 18129/21237/18512 18130/21236/18512 18142/21246/18518</w:t>
        <w:br/>
        <w:t>f 18141/21247/18518 18129/21237/18512 18142/21246/18518</w:t>
        <w:br/>
        <w:t>f 18146/21248/18519 18145/21249/18519 18144/21250/18520</w:t>
        <w:br/>
        <w:t>f 18143/21251/18520 18146/21248/18519 18144/21250/18520</w:t>
        <w:br/>
        <w:t>f 18150/21252/18521 18149/21253/18521 18148/21254/18522</w:t>
        <w:br/>
        <w:t>f 18147/21255/18522 18150/21252/18521 18148/21254/18522</w:t>
        <w:br/>
        <w:t>f 18154/21256/18523 18153/21257/18523 18152/21258/18524</w:t>
        <w:br/>
        <w:t>f 18151/21259/18524 18154/21256/18523 18152/21258/18524</w:t>
        <w:br/>
        <w:t>f 18158/21260/18525 18157/21261/18525 18156/21262/18526</w:t>
        <w:br/>
        <w:t>f 18155/21263/18527 18158/21260/18525 18156/21262/18526</w:t>
        <w:br/>
        <w:t>f 18155/21263/18527 18156/21262/18526 18153/21257/18523</w:t>
        <w:br/>
        <w:t>f 18154/21256/18523 18155/21263/18527 18153/21257/18523</w:t>
        <w:br/>
        <w:t>f 18162/21264/18528 18161/21265/18529 18160/21266/18529</w:t>
        <w:br/>
        <w:t>f 18159/21267/18528 18162/21264/18528 18160/21266/18529</w:t>
        <w:br/>
        <w:t>f 18166/21268/18530 18165/21269/18531 18164/21270/18531</w:t>
        <w:br/>
        <w:t>f 18163/21271/18530 18166/21268/18530 18164/21270/18531</w:t>
        <w:br/>
        <w:t>f 18170/21272/18532 18169/21273/18533 18168/21274/18534</w:t>
        <w:br/>
        <w:t>f 18167/21275/18534 18170/21272/18532 18168/21274/18534</w:t>
        <w:br/>
        <w:t>f 18173/21276/18535 18087/21195/18474 18172/21277/18536</w:t>
        <w:br/>
        <w:t>f 18171/21278/18537 18173/21276/18535 18172/21277/18536</w:t>
        <w:br/>
        <w:t>f 18176/21279/18538 18175/21280/18539 18103/21207/18486</w:t>
        <w:br/>
        <w:t>f 18174/21281/18540 18176/21279/18538 18103/21207/18486</w:t>
        <w:br/>
        <w:t>f 18179/21282/18541 18178/21283/18542 18092/21198/18477</w:t>
        <w:br/>
        <w:t>f 18177/21284/18543 18179/21282/18541 18092/21198/18477</w:t>
        <w:br/>
        <w:t>f 18181/21285/18544 18094/21196/18475 18091/21199/18478</w:t>
        <w:br/>
        <w:t>f 18180/21286/18545 18181/21285/18544 18091/21199/18478</w:t>
        <w:br/>
        <w:t>f 18093/21197/18476 18095/21201/18480 18182/21287/18546</w:t>
        <w:br/>
        <w:t>f 18179/21282/18541 18093/21197/18476 18182/21287/18546</w:t>
        <w:br/>
        <w:t>f 18183/21288/18547 18096/21200/18479 18094/21196/18475</w:t>
        <w:br/>
        <w:t>f 18181/21285/18544 18183/21288/18547 18094/21196/18475</w:t>
        <w:br/>
        <w:t>f 18098/21204/18483 18185/21289/18548 18184/21290/18549</w:t>
        <w:br/>
        <w:t>f 18097/21205/18484 18098/21204/18483 18184/21290/18549</w:t>
        <w:br/>
        <w:t>f 18189/21291/18550 18188/21292/18551 18187/21293/18551</w:t>
        <w:br/>
        <w:t>f 18186/21294/18550 18189/21291/18550 18187/21293/18551</w:t>
        <w:br/>
        <w:t>f 18171/21278/18537 18191/21295/18552 18190/21296/18552</w:t>
        <w:br/>
        <w:t>f 18173/21276/18535 18171/21278/18537 18190/21296/18552</w:t>
        <w:br/>
        <w:t>f 18103/21207/18486 18104/21206/18485 18192/21297/18553</w:t>
        <w:br/>
        <w:t>f 18174/21281/18540 18103/21207/18486 18192/21297/18553</w:t>
        <w:br/>
        <w:t>f 18106/21212/18491 18194/21298/18554 18193/21299/18555</w:t>
        <w:br/>
        <w:t>f 18105/21213/18492 18106/21212/18491 18193/21299/18555</w:t>
        <w:br/>
        <w:t>f 18198/21300/18556 18197/21301/18557 18196/21302/18557</w:t>
        <w:br/>
        <w:t>f 18195/21303/18556 18198/21300/18556 18196/21302/18557</w:t>
        <w:br/>
        <w:t>f 18110/21216/18495 18111/21215/18494 18200/21304/18558</w:t>
        <w:br/>
        <w:t>f 18199/21305/18559 18110/21216/18495 18200/21304/18558</w:t>
        <w:br/>
        <w:t>f 18204/21306/18560 18203/21307/18561 18202/21308/18562</w:t>
        <w:br/>
        <w:t>f 18201/21309/18562 18204/21306/18560 18202/21308/18562</w:t>
        <w:br/>
        <w:t>f 18114/21218/18497 18206/21310/18563 18205/21311/18564</w:t>
        <w:br/>
        <w:t>f 18207/21312/18565 18114/21218/18497 18205/21311/18564</w:t>
        <w:br/>
        <w:t>f 18210/21313/18566 18209/21314/18566 18089/21193/18472</w:t>
        <w:br/>
        <w:t>f 18208/21315/18567 18210/21313/18566 18089/21193/18472</w:t>
        <w:br/>
        <w:t>f 18213/21316/18568 18115/21223/18502 18212/21317/18569</w:t>
        <w:br/>
        <w:t>f 18211/21318/18570 18213/21316/18568 18212/21317/18569</w:t>
        <w:br/>
        <w:t>f 18217/21319/18571 18216/21320/18572 18215/21321/18573</w:t>
        <w:br/>
        <w:t>f 18214/21322/18571 18217/21319/18571 18215/21321/18573</w:t>
        <w:br/>
        <w:t>f 18211/21318/18570 18206/21310/18563 18114/21218/18497</w:t>
        <w:br/>
        <w:t>f 18120/21224/18503 18211/21318/18570 18114/21218/18497</w:t>
        <w:br/>
        <w:t>f 18219/21323/18574 18218/21324/18574 18209/21314/18566</w:t>
        <w:br/>
        <w:t>f 18210/21313/18566 18219/21323/18574 18209/21314/18566</w:t>
        <w:br/>
        <w:t>f 18124/21226/18505 18121/21229/18508 18221/21325/18575</w:t>
        <w:br/>
        <w:t>f 18220/21326/18576 18124/21226/18505 18221/21325/18575</w:t>
        <w:br/>
        <w:t>f 18123/21227/18506 18224/21327/18577 18223/21328/18578</w:t>
        <w:br/>
        <w:t>f 18222/21329/18579 18123/21227/18506 18223/21328/18578</w:t>
        <w:br/>
        <w:t>f 18226/21330/18580 18225/21331/18581 18111/21215/18494</w:t>
        <w:br/>
        <w:t>f 18112/21214/18493 18226/21330/18580 18111/21215/18494</w:t>
        <w:br/>
        <w:t>f 18111/21215/18494 18225/21331/18581 18227/21332/18582</w:t>
        <w:br/>
        <w:t>f 18200/21304/18558 18111/21215/18494 18227/21332/18582</w:t>
        <w:br/>
        <w:t>f 18148/21254/18522 18229/21333/18583 18228/21334/18584</w:t>
        <w:br/>
        <w:t>f 18147/21255/18522 18148/21254/18522 18228/21334/18584</w:t>
        <w:br/>
        <w:t>f 18201/21309/18562 18202/21308/18562 18223/21328/18578</w:t>
        <w:br/>
        <w:t>f 18224/21327/18577 18201/21309/18562 18223/21328/18578</w:t>
        <w:br/>
        <w:t>f 18188/21292/18551 18217/21319/18571 18214/21322/18571</w:t>
        <w:br/>
        <w:t>f 18187/21293/18551 18188/21292/18551 18214/21322/18571</w:t>
        <w:br/>
        <w:t>f 18137/21245/18517 18138/21244/18517 18231/21335/18585</w:t>
        <w:br/>
        <w:t>f 18230/21336/18585 18137/21245/18517 18231/21335/18585</w:t>
        <w:br/>
        <w:t>f 18097/21205/18484 18184/21290/18549 18233/21337/18586</w:t>
        <w:br/>
        <w:t>f 18232/21338/18587 18097/21205/18484 18233/21337/18586</w:t>
        <w:br/>
        <w:t>f 18097/21205/18484 18116/21222/18501 18117/21221/18500</w:t>
        <w:br/>
        <w:t>f 18100/21202/18481 18097/21205/18484 18117/21221/18500</w:t>
        <w:br/>
        <w:t>f 18099/21203/18482 18235/21339/18588 18234/21340/18588</w:t>
        <w:br/>
        <w:t>f 18098/21204/18483 18099/21203/18482 18234/21340/18588</w:t>
        <w:br/>
        <w:t>f 18239/21341/18589 18238/21342/18589 18237/21343/18589</w:t>
        <w:br/>
        <w:t>f 18236/21344/18589 18239/21341/18589 18237/21343/18589</w:t>
        <w:br/>
        <w:t>f 18243/21345/18590 18242/21346/18591 18241/21347/18590</w:t>
        <w:br/>
        <w:t>f 18240/21348/18590 18243/21345/18590 18241/21347/18590</w:t>
        <w:br/>
        <w:t>f 18244/21349/18592 18193/21299/18593 18164/21270/18531</w:t>
        <w:br/>
        <w:t>f 18165/21269/18531 18244/21349/18592 18164/21270/18531</w:t>
        <w:br/>
        <w:t>f 18248/21350/18594 18247/21351/18595 18246/21352/18594</w:t>
        <w:br/>
        <w:t>f 18245/21353/18594 18248/21350/18594 18246/21352/18594</w:t>
        <w:br/>
        <w:t>f 18197/21301/18557 18167/21275/18534 18168/21274/18534</w:t>
        <w:br/>
        <w:t>f 18196/21302/18557 18197/21301/18557 18168/21274/18534</w:t>
        <w:br/>
        <w:t>f 18091/21199/18478 18092/21198/18477 18121/21229/18508</w:t>
        <w:br/>
        <w:t>f 18122/21228/18507 18091/21199/18478 18121/21229/18508</w:t>
        <w:br/>
        <w:t>f 18092/21198/18477 18178/21283/18542 18221/21325/18575</w:t>
        <w:br/>
        <w:t>f 18121/21229/18508 18092/21198/18477 18221/21325/18575</w:t>
        <w:br/>
        <w:t>f 18133/21241/18513 18160/21266/18529 18161/21265/18529</w:t>
        <w:br/>
        <w:t>f 18136/21238/18513 18133/21241/18513 18161/21265/18529</w:t>
        <w:br/>
        <w:t>f 18249/21354/18596 18180/21286/18545 18091/21199/18478</w:t>
        <w:br/>
        <w:t>f 18122/21228/18507 18249/21354/18596 18091/21199/18478</w:t>
        <w:br/>
        <w:t>f 18252/21355/18597 18251/21356/18598 18250/21357/18599</w:t>
        <w:br/>
        <w:t>f 18253/21358/18600 18252/21355/18597 18250/21357/18599</w:t>
        <w:br/>
        <w:t>f 18255/21359/18601 18250/21357/18599 18251/21356/18598</w:t>
        <w:br/>
        <w:t>f 18254/21360/18602 18255/21359/18601 18251/21356/18598</w:t>
        <w:br/>
        <w:t>f 18259/21361/18603 18258/21362/18603 18257/21363/18604</w:t>
        <w:br/>
        <w:t>f 18256/21364/18604 18259/21361/18603 18257/21363/18604</w:t>
        <w:br/>
        <w:t>f 18263/21365/18605 18262/21366/18606 18261/21367/18607</w:t>
        <w:br/>
        <w:t>f 18260/21368/18605 18263/21365/18605 18261/21367/18607</w:t>
        <w:br/>
        <w:t>f 18265/21369/18608 18263/21365/18605 18260/21368/18605</w:t>
        <w:br/>
        <w:t>f 18264/21370/18608 18265/21369/18608 18260/21368/18605</w:t>
        <w:br/>
        <w:t>f 18262/21366/18606 18267/21371/18609 18266/21372/18610</w:t>
        <w:br/>
        <w:t>f 18261/21367/18607 18262/21366/18606 18266/21372/18610</w:t>
        <w:br/>
        <w:t>f 18271/21373/18611 18270/21374/18612 18269/21375/18613</w:t>
        <w:br/>
        <w:t>f 18268/21376/18614 18271/21373/18611 18269/21375/18613</w:t>
        <w:br/>
        <w:t>f 18267/21371/18609 18273/21377/18615 18272/21378/18616</w:t>
        <w:br/>
        <w:t>f 18266/21372/18610 18267/21371/18609 18272/21378/18616</w:t>
        <w:br/>
        <w:t>f 18277/21379/18617 18276/21380/18618 18275/21381/18619</w:t>
        <w:br/>
        <w:t>f 18274/21382/18619 18277/21379/18617 18275/21381/18619</w:t>
        <w:br/>
        <w:t>f 18280/21383/18620 18279/21384/18620 18278/21385/18621</w:t>
        <w:br/>
        <w:t>f 18281/21386/18621 18280/21383/18620 18278/21385/18621</w:t>
        <w:br/>
        <w:t>f 18279/21384/18620 18280/21383/18620 18283/21387/18622</w:t>
        <w:br/>
        <w:t>f 18282/21388/18622 18279/21384/18620 18283/21387/18622</w:t>
        <w:br/>
        <w:t>f 18287/21389/18623 18286/21390/18624 18285/21391/18624</w:t>
        <w:br/>
        <w:t>f 18284/21392/18623 18287/21389/18623 18285/21391/18624</w:t>
        <w:br/>
        <w:t>f 18291/21393/18625 18290/21394/18625 18289/21395/18626</w:t>
        <w:br/>
        <w:t>f 18288/21396/18626 18291/21393/18625 18289/21395/18626</w:t>
        <w:br/>
        <w:t>f 18288/21396/18626 18289/21395/18626 18293/21397/18627</w:t>
        <w:br/>
        <w:t>f 18292/21398/18627 18288/21396/18626 18293/21397/18627</w:t>
        <w:br/>
        <w:t>f 18290/21394/18625 18291/21393/18625 18295/21399/18628</w:t>
        <w:br/>
        <w:t>f 18294/21400/18628 18290/21394/18625 18295/21399/18628</w:t>
        <w:br/>
        <w:t>f 18298/21401/18629 18297/21402/18630 18296/21403/18631</w:t>
        <w:br/>
        <w:t>f 18299/21404/18629 18298/21401/18629 18296/21403/18631</w:t>
        <w:br/>
        <w:t>f 18298/21401/18629 18299/21404/18629 18301/21405/18632</w:t>
        <w:br/>
        <w:t>f 18300/21406/18632 18298/21401/18629 18301/21405/18632</w:t>
        <w:br/>
        <w:t>f 18305/21407/18633 18304/21408/18634 18303/21409/18634</w:t>
        <w:br/>
        <w:t>f 18302/21410/18633 18305/21407/18633 18303/21409/18634</w:t>
        <w:br/>
        <w:t>f 18308/21411/18635 18307/21412/18636 18306/21413/18637</w:t>
        <w:br/>
        <w:t>f 18309/21414/18635 18308/21411/18635 18306/21413/18637</w:t>
        <w:br/>
        <w:t>f 18311/21415/18638 18251/21356/18598 18252/21355/18597</w:t>
        <w:br/>
        <w:t>f 18310/21416/18639 18311/21415/18638 18252/21355/18597</w:t>
        <w:br/>
        <w:t>f 18251/21356/18598 18311/21415/18638 18312/21417/18640</w:t>
        <w:br/>
        <w:t>f 18254/21360/18602 18251/21356/18598 18312/21417/18640</w:t>
        <w:br/>
        <w:t>f 18313/21418/18641 18308/21411/18635 18309/21414/18635</w:t>
        <w:br/>
        <w:t>f 18314/21419/18641 18313/21418/18641 18309/21414/18635</w:t>
        <w:br/>
        <w:t>f 18318/21420/18642 18317/21421/18642 18316/21422/18643</w:t>
        <w:br/>
        <w:t>f 18315/21423/18644 18318/21420/18642 18316/21422/18643</w:t>
        <w:br/>
        <w:t>f 18321/21424/18645 18320/21425/18646 18319/21426/18646</w:t>
        <w:br/>
        <w:t>f 18323/21427/18647 18261/21367/18607 18322/21428/18648</w:t>
        <w:br/>
        <w:t>f 18324/21429/18647 18323/21427/18647 18322/21428/18648</w:t>
        <w:br/>
        <w:t>f 18328/21430/18649 18327/21431/18650 18326/21432/18650</w:t>
        <w:br/>
        <w:t>f 18325/21433/18651 18328/21430/18649 18326/21432/18650</w:t>
        <w:br/>
        <w:t>f 18323/21427/18647 18324/21429/18647 18330/21434/18652</w:t>
        <w:br/>
        <w:t>f 18329/21435/18652 18323/21427/18647 18330/21434/18652</w:t>
        <w:br/>
        <w:t>f 18332/21436/18653 18326/21432/18650 18327/21431/18650</w:t>
        <w:br/>
        <w:t>f 18331/21437/18654 18332/21436/18653 18327/21431/18650</w:t>
        <w:br/>
        <w:t>f 18328/21430/18649 18325/21433/18651 18334/21438/18655</w:t>
        <w:br/>
        <w:t>f 18333/21439/18656 18328/21430/18649 18334/21438/18655</w:t>
        <w:br/>
        <w:t>f 18335/21440/18657 18322/21428/18648 18261/21367/18607</w:t>
        <w:br/>
        <w:t>f 18266/21372/18610 18335/21440/18657 18261/21367/18607</w:t>
        <w:br/>
        <w:t>f 18339/21441/18658 18338/21442/18659 18337/21443/18660</w:t>
        <w:br/>
        <w:t>f 18336/21444/18660 18339/21441/18658 18337/21443/18660</w:t>
        <w:br/>
        <w:t>f 18336/21444/18660 18337/21443/18660 18341/21445/18661</w:t>
        <w:br/>
        <w:t>f 18340/21446/18661 18336/21444/18660 18341/21445/18661</w:t>
        <w:br/>
        <w:t>f 18268/21376/18614 18269/21375/18613 18343/21447/18662</w:t>
        <w:br/>
        <w:t>f 18342/21448/18663 18268/21376/18614 18343/21447/18662</w:t>
        <w:br/>
        <w:t>f 18266/21372/18610 18272/21378/18616 18344/21449/18664</w:t>
        <w:br/>
        <w:t>f 18335/21440/18657 18266/21372/18610 18344/21449/18664</w:t>
        <w:br/>
        <w:t>f 18348/21450/18665 18347/21451/18666 18346/21452/18667</w:t>
        <w:br/>
        <w:t>f 18345/21453/18667 18348/21450/18665 18346/21452/18667</w:t>
        <w:br/>
        <w:t>f 18352/21454/18668 18351/21455/18669 18350/21456/18669</w:t>
        <w:br/>
        <w:t>f 18349/21457/18668 18352/21454/18668 18350/21456/18669</w:t>
        <w:br/>
        <w:t>f 18353/21458/18670 18306/21413/18637 18307/21412/18636</w:t>
        <w:br/>
        <w:t>f 18354/21459/18670 18353/21458/18670 18307/21412/18636</w:t>
        <w:br/>
        <w:t>f 18278/21385/18621 18356/21460/18671 18355/21461/18671</w:t>
        <w:br/>
        <w:t>f 18281/21386/18621 18278/21385/18621 18355/21461/18671</w:t>
        <w:br/>
        <w:t>f 18349/21457/18668 18310/21416/18639 18252/21355/18597</w:t>
        <w:br/>
        <w:t>f 18352/21454/18668 18349/21457/18668 18252/21355/18597</w:t>
        <w:br/>
        <w:t>f 18252/21355/18597 18253/21358/18600 18358/21462/18672</w:t>
        <w:br/>
        <w:t>f 18357/21463/18672 18252/21355/18597 18358/21462/18672</w:t>
        <w:br/>
        <w:t>f 18271/21373/18611 18268/21376/18614 18272/21378/18616</w:t>
        <w:br/>
        <w:t>f 18273/21377/18615 18271/21373/18611 18272/21378/18616</w:t>
        <w:br/>
        <w:t>f 18294/21400/18628 18295/21399/18628 18296/21403/18631</w:t>
        <w:br/>
        <w:t>f 18297/21402/18630 18294/21400/18628 18296/21403/18631</w:t>
        <w:br/>
        <w:t>f 18272/21378/18616 18268/21376/18614 18342/21448/18663</w:t>
        <w:br/>
        <w:t>f 18344/21449/18664 18272/21378/18616 18342/21448/18663</w:t>
        <w:br/>
        <w:t>f 18333/21439/18656 18334/21438/18655 18338/21442/18659</w:t>
        <w:br/>
        <w:t>f 18339/21441/18658 18333/21439/18656 18338/21442/18659</w:t>
        <w:br/>
        <w:t>f 18357/21463/18672 18358/21462/18672 18276/21380/18618</w:t>
        <w:br/>
        <w:t>f 18277/21379/18617 18357/21463/18672 18276/21380/18618</w:t>
        <w:br/>
        <w:t>f 18356/21460/18671 18305/21407/18633 18302/21410/18633</w:t>
        <w:br/>
        <w:t>f 18355/21461/18671 18356/21460/18671 18302/21410/18633</w:t>
        <w:br/>
        <w:t>f 18353/21458/18670 18354/21459/18670 18347/21451/18666</w:t>
        <w:br/>
        <w:t>f 18348/21450/18665 18353/21458/18670 18347/21451/18666</w:t>
        <w:br/>
        <w:t>f 18351/21455/18669 18360/21464/18673 18359/21465/18673</w:t>
        <w:br/>
        <w:t>f 18350/21456/18669 18351/21455/18669 18359/21465/18673</w:t>
        <w:br/>
        <w:t>f 18364/21466/18623 18363/21467/18674 18362/21468/18674</w:t>
        <w:br/>
        <w:t>f 18361/21469/18623 18364/21466/18623 18362/21468/18674</w:t>
        <w:br/>
        <w:t>f 18366/21470/18675 18365/21471/18676 18274/21382/18619</w:t>
        <w:br/>
        <w:t>f 18275/21381/18619 18366/21470/18675 18274/21382/18619</w:t>
        <w:br/>
        <w:t>f 18370/21472/18634 18369/21473/18677 18368/21474/18677</w:t>
        <w:br/>
        <w:t>f 18367/21475/18634 18370/21472/18634 18368/21474/18677</w:t>
        <w:br/>
        <w:t>f 18346/21452/18667 18371/21476/18678 18345/21453/18667</w:t>
        <w:br/>
        <w:t>f 18372/21477/18679 18359/21465/18673 18360/21464/18673</w:t>
        <w:br/>
        <w:t>f 18317/21421/18642 18318/21420/18642 18374/21478/18680</w:t>
        <w:br/>
        <w:t>f 18373/21479/18680 18317/21421/18642 18374/21478/18680</w:t>
        <w:br/>
        <w:t>f 18286/21390/18624 18376/21480/18681 18375/21481/18681</w:t>
        <w:br/>
        <w:t>f 18285/21391/18624 18286/21390/18624 18375/21481/18681</w:t>
        <w:br/>
        <w:t>f 18379/21482/18682 18378/21483/18683 18377/21484/18683</w:t>
        <w:br/>
        <w:t>f 18380/21485/18682 18379/21482/18682 18377/21484/18683</w:t>
        <w:br/>
        <w:t>f 18258/21362/18603 18259/21361/18603 18382/21486/18684</w:t>
        <w:br/>
        <w:t>f 18381/21487/18684 18258/21362/18603 18382/21486/18684</w:t>
        <w:br/>
        <w:t>f 18373/21479/18680 18374/21478/18680 18332/21436/18653</w:t>
        <w:br/>
        <w:t>f 18331/21437/18654 18373/21479/18680 18332/21436/18653</w:t>
        <w:br/>
        <w:t>f 18375/21481/18681 18376/21480/18681 18292/21398/18627</w:t>
        <w:br/>
        <w:t>f 18293/21397/18627 18375/21481/18681 18292/21398/18627</w:t>
        <w:br/>
        <w:t>f 18377/21484/18683 18378/21483/18683 18329/21435/18652</w:t>
        <w:br/>
        <w:t>f 18330/21434/18652 18377/21484/18683 18329/21435/18652</w:t>
        <w:br/>
        <w:t>f 18264/21370/18608 18381/21487/18684 18382/21486/18684</w:t>
        <w:br/>
        <w:t>f 18265/21369/18608 18264/21370/18608 18382/21486/18684</w:t>
        <w:br/>
        <w:t>f 18384/21488/18685 18256/21364/18604 18257/21363/18604</w:t>
        <w:br/>
        <w:t>f 18383/21489/18686 18384/21488/18685 18257/21363/18604</w:t>
        <w:br/>
        <w:t>f 18316/21422/18643 18385/21490/18687 18315/21423/18644</w:t>
        <w:br/>
        <w:t>f 18320/21425/18646 18379/21482/18682 18380/21485/18682</w:t>
        <w:br/>
        <w:t>f 18319/21426/18646 18320/21425/18646 18380/21485/18682</w:t>
        <w:br/>
        <w:t>f 18389/21491/18688 18388/21492/18689 18387/21493/18690</w:t>
        <w:br/>
        <w:t>f 18386/21494/18688 18389/21491/18688 18387/21493/18690</w:t>
        <w:br/>
        <w:t>f 18393/21495/18691 18392/21496/18692 18391/21497/18693</w:t>
        <w:br/>
        <w:t>f 18390/21498/18694 18393/21495/18691 18391/21497/18693</w:t>
        <w:br/>
        <w:t>f 18397/21499/18695 18396/21500/18696 18395/21501/18697</w:t>
        <w:br/>
        <w:t>f 18394/21502/18698 18397/21499/18695 18395/21501/18697</w:t>
        <w:br/>
        <w:t>f 18400/21503/18699 18399/21504/18700 18398/21505/18701</w:t>
        <w:br/>
        <w:t>f 18401/21506/18699 18400/21503/18699 18398/21505/18701</w:t>
        <w:br/>
        <w:t>f 18404/21507/18702 18403/21508/18703 18402/21509/18704</w:t>
        <w:br/>
        <w:t>f 18405/21510/18705 18404/21507/18702 18402/21509/18704</w:t>
        <w:br/>
        <w:t>f 18409/21511/18706 18408/21512/18707 18407/21513/18707</w:t>
        <w:br/>
        <w:t>f 18406/21514/18708 18409/21511/18706 18407/21513/18707</w:t>
        <w:br/>
        <w:t>f 18413/21515/18709 18412/21516/18710 18411/21517/18711</w:t>
        <w:br/>
        <w:t>f 18410/21518/18712 18413/21515/18709 18411/21517/18711</w:t>
        <w:br/>
        <w:t>f 18417/21519/18713 18416/21520/18713 18415/21521/18714</w:t>
        <w:br/>
        <w:t>f 18414/21522/18715 18417/21519/18713 18415/21521/18714</w:t>
        <w:br/>
        <w:t>f 18421/21523/18716 18420/21524/18717 18419/21525/18718</w:t>
        <w:br/>
        <w:t>f 18418/21526/18719 18421/21523/18716 18419/21525/18718</w:t>
        <w:br/>
        <w:t>f 18419/21525/18718 18423/21527/18720 18422/21528/18721</w:t>
        <w:br/>
        <w:t>f 18418/21526/18719 18419/21525/18718 18422/21528/18721</w:t>
        <w:br/>
        <w:t>f 18425/21529/18722 18407/21513/18707 18408/21512/18707</w:t>
        <w:br/>
        <w:t>f 18424/21530/18722 18425/21529/18722 18408/21512/18707</w:t>
        <w:br/>
        <w:t>f 18411/21517/18711 18427/21531/18723 18426/21532/18724</w:t>
        <w:br/>
        <w:t>f 18410/21518/18712 18411/21517/18711 18426/21532/18724</w:t>
        <w:br/>
        <w:t>f 18429/21533/18725 18428/21534/18725 18416/21520/18713</w:t>
        <w:br/>
        <w:t>f 18417/21519/18713 18429/21533/18725 18416/21520/18713</w:t>
        <w:br/>
        <w:t>f 18415/21521/18714 18398/21505/18701 18399/21504/18700</w:t>
        <w:br/>
        <w:t>f 18414/21522/18715 18415/21521/18714 18399/21504/18700</w:t>
        <w:br/>
        <w:t>f 18420/21524/18717 18421/21523/18716 18387/21493/18690</w:t>
        <w:br/>
        <w:t>f 18388/21492/18689 18420/21524/18717 18387/21493/18690</w:t>
        <w:br/>
        <w:t>f 18409/21511/18706 18406/21514/18708 18390/21498/18694</w:t>
        <w:br/>
        <w:t>f 18391/21497/18693 18409/21511/18706 18390/21498/18694</w:t>
        <w:br/>
        <w:t>f 18394/21502/18698 18395/21501/18697 18412/21516/18710</w:t>
        <w:br/>
        <w:t>f 18413/21515/18709 18394/21502/18698 18412/21516/18710</w:t>
        <w:br/>
        <w:t>f 18433/21535/18726 18432/21536/18727 18431/21537/18728</w:t>
        <w:br/>
        <w:t>f 18430/21538/18729 18433/21535/18726 18431/21537/18728</w:t>
        <w:br/>
        <w:t>f 18437/21539/18730 18436/21540/18731 18435/21541/18732</w:t>
        <w:br/>
        <w:t>f 18434/21542/18729 18437/21539/18730 18435/21541/18732</w:t>
        <w:br/>
        <w:t>f 18441/21543/18733 18440/21544/18734 18439/21545/18735</w:t>
        <w:br/>
        <w:t>f 18438/21546/18736 18441/21543/18733 18439/21545/18735</w:t>
        <w:br/>
        <w:t>f 18440/21544/18734 18441/21543/18733 18443/21547/18737</w:t>
        <w:br/>
        <w:t>f 18442/21548/18738 18440/21544/18734 18443/21547/18737</w:t>
        <w:br/>
        <w:t>f 18443/21547/18737 18445/21549/18739 18444/21550/18740</w:t>
        <w:br/>
        <w:t>f 18442/21548/18738 18443/21547/18737 18444/21550/18740</w:t>
        <w:br/>
        <w:t>f 18447/21551/18741 18431/21537/18728 18432/21536/18727</w:t>
        <w:br/>
        <w:t>f 18446/21552/18742 18447/21551/18741 18432/21536/18727</w:t>
        <w:br/>
        <w:t>f 18449/21553/18743 18432/21536/18727 18433/21535/18726</w:t>
        <w:br/>
        <w:t>f 18448/21554/18744 18449/21553/18743 18433/21535/18726</w:t>
        <w:br/>
        <w:t>f 18451/21555/18745 18450/21556/18744 18435/21541/18732</w:t>
        <w:br/>
        <w:t>f 18436/21540/18731 18451/21555/18745 18435/21541/18732</w:t>
        <w:br/>
        <w:t>f 18453/21557/18746 18439/21545/18735 18440/21544/18734</w:t>
        <w:br/>
        <w:t>f 18452/21558/18747 18453/21557/18746 18440/21544/18734</w:t>
        <w:br/>
        <w:t>f 18452/21558/18747 18440/21544/18734 18442/21548/18738</w:t>
        <w:br/>
        <w:t>f 18454/21559/18748 18452/21558/18747 18442/21548/18738</w:t>
        <w:br/>
        <w:t>f 18455/21560/18749 18454/21559/18748 18442/21548/18738</w:t>
        <w:br/>
        <w:t>f 18444/21550/18740 18455/21560/18749 18442/21548/18738</w:t>
        <w:br/>
        <w:t>f 18456/21561/18750 18446/21552/18742 18432/21536/18727</w:t>
        <w:br/>
        <w:t>f 18449/21553/18743 18456/21561/18750 18432/21536/18727</w:t>
        <w:br/>
        <w:t>f 18459/21562/18751 18458/21563/18752 18457/21564/18753</w:t>
        <w:br/>
        <w:t>f 18457/21564/18753 18458/21563/18752 18460/21565/18754</w:t>
        <w:br/>
        <w:t>f 18460/21565/18754 18458/21563/18752 18461/21566/18755</w:t>
        <w:br/>
        <w:t>f 18461/21566/18755 18458/21563/18752 18462/21567/18756</w:t>
        <w:br/>
        <w:t>f 18462/21567/18756 18458/21563/18752 18463/21568/18757</w:t>
        <w:br/>
        <w:t>f 18463/21568/18757 18458/21563/18752 18459/21562/18751</w:t>
        <w:br/>
        <w:t>f 18441/21543/18733 18465/21569/18758 18464/21570/18759</w:t>
        <w:br/>
        <w:t>f 18443/21547/18737 18441/21543/18733 18464/21570/18759</w:t>
        <w:br/>
        <w:t>f 18465/21569/18758 18441/21543/18733 18438/21546/18736</w:t>
        <w:br/>
        <w:t>f 18466/21571/18760 18465/21569/18758 18438/21546/18736</w:t>
        <w:br/>
        <w:t>f 18468/21572/18761 18437/21539/18730 18434/21542/18729</w:t>
        <w:br/>
        <w:t>f 18467/21573/18762 18468/21572/18761 18434/21542/18729</w:t>
        <w:br/>
        <w:t>f 18430/21538/18729 18431/21537/18728 18470/21574/18763</w:t>
        <w:br/>
        <w:t>f 18469/21575/18762 18430/21538/18729 18470/21574/18763</w:t>
        <w:br/>
        <w:t>f 18431/21537/18728 18447/21551/18741 18471/21576/18764</w:t>
        <w:br/>
        <w:t>f 18470/21574/18763 18431/21537/18728 18471/21576/18764</w:t>
        <w:br/>
        <w:t>f 18445/21549/18739 18443/21547/18737 18464/21570/18759</w:t>
        <w:br/>
        <w:t>f 18472/21577/18765 18445/21549/18739 18464/21570/18759</w:t>
        <w:br/>
        <w:t>f 18476/21578/18766 18475/21579/18767 18474/21580/18768</w:t>
        <w:br/>
        <w:t>f 18473/21581/18769 18476/21578/18766 18474/21580/18768</w:t>
        <w:br/>
        <w:t>f 18478/21582/18770 18477/21583/18771 18473/21581/18769</w:t>
        <w:br/>
        <w:t>f 18474/21580/18768 18478/21582/18770 18473/21581/18769</w:t>
        <w:br/>
        <w:t>f 18482/21584/18772 18481/21585/18773 18480/21586/18774</w:t>
        <w:br/>
        <w:t>f 18479/21587/18775 18482/21584/18772 18480/21586/18774</w:t>
        <w:br/>
        <w:t>f 18482/21584/18772 18484/21588/18776 18483/21589/18777</w:t>
        <w:br/>
        <w:t>f 18481/21585/18773 18482/21584/18772 18483/21589/18777</w:t>
        <w:br/>
        <w:t>f 18484/21588/18776 18486/21590/18778 18485/21591/18779</w:t>
        <w:br/>
        <w:t>f 18483/21589/18777 18484/21588/18776 18485/21591/18779</w:t>
        <w:br/>
        <w:t>f 18490/21592/18780 18489/21593/18767 18488/21594/18766</w:t>
        <w:br/>
        <w:t>f 18487/21595/18781 18490/21592/18780 18488/21594/18766</w:t>
        <w:br/>
        <w:t>f 18492/21596/18782 18491/21597/18783 18476/21578/18766</w:t>
        <w:br/>
        <w:t>f 18473/21581/18769 18492/21596/18782 18476/21578/18766</w:t>
        <w:br/>
        <w:t>f 18492/21596/18782 18473/21581/18769 18477/21583/18771</w:t>
        <w:br/>
        <w:t>f 18493/21598/18784 18492/21596/18782 18477/21583/18771</w:t>
        <w:br/>
        <w:t>f 18495/21599/18785 18480/21586/18774 18481/21585/18773</w:t>
        <w:br/>
        <w:t>f 18494/21600/18786 18495/21599/18785 18481/21585/18773</w:t>
        <w:br/>
        <w:t>f 18494/21600/18786 18481/21585/18773 18483/21589/18777</w:t>
        <w:br/>
        <w:t>f 18496/21601/18787 18494/21600/18786 18483/21589/18777</w:t>
        <w:br/>
        <w:t>f 18497/21602/18788 18496/21601/18787 18483/21589/18777</w:t>
        <w:br/>
        <w:t>f 18485/21591/18779 18497/21602/18788 18483/21589/18777</w:t>
        <w:br/>
        <w:t>f 18499/21603/18783 18498/21604/18789 18487/21595/18781</w:t>
        <w:br/>
        <w:t>f 18488/21594/18766 18499/21603/18783 18487/21595/18781</w:t>
        <w:br/>
        <w:t>f 18502/21605/18790 18501/21606/18791 18500/21607/18792</w:t>
        <w:br/>
        <w:t>f 18500/21607/18792 18501/21606/18791 18503/21608/18792</w:t>
        <w:br/>
        <w:t>f 18503/21608/18792 18501/21606/18791 18504/21609/18793</w:t>
        <w:br/>
        <w:t>f 18504/21609/18793 18501/21606/18791 18505/21610/18794</w:t>
        <w:br/>
        <w:t>f 18505/21610/18794 18501/21606/18791 18506/21611/18795</w:t>
        <w:br/>
        <w:t>f 18506/21611/18795 18501/21606/18791 18502/21605/18790</w:t>
        <w:br/>
        <w:t>f 18482/21584/18772 18508/21612/18796 18507/21613/18797</w:t>
        <w:br/>
        <w:t>f 18484/21588/18776 18482/21584/18772 18507/21613/18797</w:t>
        <w:br/>
        <w:t>f 18508/21612/18796 18482/21584/18772 18479/21587/18775</w:t>
        <w:br/>
        <w:t>f 18509/21614/18798 18508/21612/18796 18479/21587/18775</w:t>
        <w:br/>
        <w:t>f 18511/21615/18799 18478/21582/18770 18474/21580/18768</w:t>
        <w:br/>
        <w:t>f 18510/21616/18800 18511/21615/18799 18474/21580/18768</w:t>
        <w:br/>
        <w:t>f 18474/21580/18768 18475/21579/18767 18512/21617/18801</w:t>
        <w:br/>
        <w:t>f 18510/21616/18800 18474/21580/18768 18512/21617/18801</w:t>
        <w:br/>
        <w:t>f 18489/21593/18767 18490/21592/18780 18514/21618/18802</w:t>
        <w:br/>
        <w:t>f 18513/21619/18803 18489/21593/18767 18514/21618/18802</w:t>
        <w:br/>
        <w:t>f 18486/21590/18778 18484/21588/18776 18507/21613/18797</w:t>
        <w:br/>
        <w:t>f 18515/21620/18804 18486/21590/18778 18507/21613/18797</w:t>
        <w:br/>
        <w:t>f 18519/21621/18805 18518/21622/18806 18517/21623/18807</w:t>
        <w:br/>
        <w:t>f 18516/21624/18808 18519/21621/18805 18517/21623/18807</w:t>
        <w:br/>
        <w:t>f 18523/21625/18809 18522/21626/18810 18521/21627/18811</w:t>
        <w:br/>
        <w:t>f 18520/21628/18812 18523/21625/18809 18521/21627/18811</w:t>
        <w:br/>
        <w:t>f 18525/21629/18813 18523/21625/18809 18520/21628/18812</w:t>
        <w:br/>
        <w:t>f 18524/21630/18814 18525/21629/18813 18520/21628/18812</w:t>
        <w:br/>
        <w:t>f 18529/21631/18815 18528/21632/18813 18527/21633/18814</w:t>
        <w:br/>
        <w:t>f 18526/21634/18816 18529/21631/18815 18527/21633/18814</w:t>
        <w:br/>
        <w:t>f 18531/21635/18817 18530/21636/18818 18529/21631/18815</w:t>
        <w:br/>
        <w:t>f 18526/21634/18816 18531/21635/18817 18529/21631/18815</w:t>
        <w:br/>
        <w:t>f 18533/21637/18819 18532/21638/18820 18530/21636/18818</w:t>
        <w:br/>
        <w:t>f 18531/21635/18817 18533/21637/18819 18530/21636/18818</w:t>
        <w:br/>
        <w:t>f 18535/21639/18821 18532/21638/18820 18533/21637/18819</w:t>
        <w:br/>
        <w:t>f 18534/21640/18822 18535/21639/18821 18533/21637/18819</w:t>
        <w:br/>
        <w:t>f 18538/21641/18823 18537/21642/18824 18536/21643/18825</w:t>
        <w:br/>
        <w:t>f 18542/21644/18826 18541/21645/18827 18540/21646/18828</w:t>
        <w:br/>
        <w:t>f 18539/21647/18829 18542/21644/18826 18540/21646/18828</w:t>
        <w:br/>
        <w:t>f 18546/21648/18830 18545/21649/18831 18544/21650/18832</w:t>
        <w:br/>
        <w:t>f 18543/21651/18833 18546/21648/18830 18544/21650/18832</w:t>
        <w:br/>
        <w:t>f 18548/21652/18834 18547/21653/18835 18541/21645/18827</w:t>
        <w:br/>
        <w:t>f 18542/21644/18826 18548/21652/18834 18541/21645/18827</w:t>
        <w:br/>
        <w:t>f 18552/21654/18836 18551/21655/18837 18550/21656/18838</w:t>
        <w:br/>
        <w:t>f 18549/21657/18839 18552/21654/18836 18550/21656/18838</w:t>
        <w:br/>
        <w:t>f 18554/21658/18840 18551/21655/18837 18552/21654/18836</w:t>
        <w:br/>
        <w:t>f 18553/21659/18841 18554/21658/18840 18552/21654/18836</w:t>
        <w:br/>
        <w:t>f 18556/21660/18842 18554/21658/18840 18553/21659/18841</w:t>
        <w:br/>
        <w:t>f 18555/21661/18843 18556/21660/18842 18553/21659/18841</w:t>
        <w:br/>
        <w:t>f 18558/21662/18844 18557/21663/18845 18556/21660/18842</w:t>
        <w:br/>
        <w:t>f 18555/21661/18843 18558/21662/18844 18556/21660/18842</w:t>
        <w:br/>
        <w:t>f 18561/21664/18846 18560/21665/18847 18559/21666/18848</w:t>
        <w:br/>
        <w:t>f 18541/21645/18827 18547/21653/18835 18524/21630/18814</w:t>
        <w:br/>
        <w:t>f 18520/21628/18812 18541/21645/18827 18524/21630/18814</w:t>
        <w:br/>
        <w:t>f 18527/21633/18814 18550/21656/18838 18551/21655/18837</w:t>
        <w:br/>
        <w:t>f 18526/21634/18816 18527/21633/18814 18551/21655/18837</w:t>
        <w:br/>
        <w:t>f 18551/21655/18837 18554/21658/18840 18531/21635/18817</w:t>
        <w:br/>
        <w:t>f 18526/21634/18816 18551/21655/18837 18531/21635/18817</w:t>
        <w:br/>
        <w:t>f 18556/21660/18842 18533/21637/18819 18531/21635/18817</w:t>
        <w:br/>
        <w:t>f 18554/21658/18840 18556/21660/18842 18531/21635/18817</w:t>
        <w:br/>
        <w:t>f 18536/21643/18825 18559/21666/18848 18563/21667/18849</w:t>
        <w:br/>
        <w:t>f 18562/21668/18850 18536/21643/18825 18563/21667/18849</w:t>
        <w:br/>
        <w:t>f 18517/21623/18807 18518/21622/18806 18543/21651/18833</w:t>
        <w:br/>
        <w:t>f 18544/21650/18832 18517/21623/18807 18543/21651/18833</w:t>
        <w:br/>
        <w:t>f 18566/21669/18851 18565/21670/18815 18564/21671/18818</w:t>
        <w:br/>
        <w:t>f 18567/21672/18820 18566/21669/18851 18564/21671/18818</w:t>
        <w:br/>
        <w:t>f 18571/21673/18852 18570/21674/18839 18569/21675/18853</w:t>
        <w:br/>
        <w:t>f 18568/21676/18854 18571/21673/18852 18569/21675/18853</w:t>
        <w:br/>
        <w:t>f 18573/21677/18809 18572/21678/18813 18565/21670/18815</w:t>
        <w:br/>
        <w:t>f 18566/21669/18851 18573/21677/18809 18565/21670/18815</w:t>
        <w:br/>
        <w:t>f 18574/21679/18841 18571/21673/18852 18568/21676/18854</w:t>
        <w:br/>
        <w:t>f 18575/21680/18855 18574/21679/18841 18568/21676/18854</w:t>
        <w:br/>
        <w:t>f 18533/21637/18819 18556/21660/18842 18557/21663/18845</w:t>
        <w:br/>
        <w:t>f 18534/21640/18822 18533/21637/18819 18557/21663/18845</w:t>
        <w:br/>
        <w:t>f 18568/21676/18854 18576/21681/18856 18575/21680/18855</w:t>
        <w:br/>
        <w:t>f 18577/21682/18829 18568/21676/18854 18569/21675/18853</w:t>
        <w:br/>
        <w:t>f 18540/21646/18828 18541/21645/18827 18520/21628/18812</w:t>
        <w:br/>
        <w:t>f 18521/21627/18811 18540/21646/18828 18520/21628/18812</w:t>
        <w:br/>
        <w:t>f 18573/21677/18809 18566/21669/18851 18578/21683/18810</w:t>
        <w:br/>
        <w:t>f 18567/21672/18820 18579/21684/18821 18566/21669/18851</w:t>
        <w:br/>
        <w:t>f 18558/21662/18844 18560/21665/18847 18561/21664/18846</w:t>
        <w:br/>
        <w:t>f 18557/21663/18845 18558/21662/18844 18561/21664/18846</w:t>
        <w:br/>
        <w:t>f 18582/21685/18857 18568/21676/18854 18581/21686/18831</w:t>
        <w:br/>
        <w:t>f 18580/21687/18858 18582/21685/18857 18581/21686/18831</w:t>
        <w:br/>
        <w:t>f 18540/21646/18828 18544/21650/18832 18545/21649/18831</w:t>
        <w:br/>
        <w:t>f 18539/21647/18829 18540/21646/18828 18545/21649/18831</w:t>
        <w:br/>
        <w:t>f 18544/21650/18832 18540/21646/18828 18521/21627/18811</w:t>
        <w:br/>
        <w:t>f 18517/21623/18807 18544/21650/18832 18521/21627/18811</w:t>
        <w:br/>
        <w:t>f 18521/21627/18811 18522/21626/18810 18516/21624/18808</w:t>
        <w:br/>
        <w:t>f 18517/21623/18807 18521/21627/18811 18516/21624/18808</w:t>
        <w:br/>
        <w:t>f 18585/21688/18823 18584/21689/18859 18583/21690/18808</w:t>
        <w:br/>
        <w:t>f 18566/21669/18851 18585/21688/18823 18583/21690/18808</w:t>
        <w:br/>
        <w:t>f 18579/21684/18821 18585/21688/18823 18566/21669/18851</w:t>
        <w:br/>
        <w:t>f 18535/21639/18821 18534/21640/18822 18537/21642/18824</w:t>
        <w:br/>
        <w:t>f 18538/21641/18823 18535/21639/18821 18537/21642/18824</w:t>
        <w:br/>
        <w:t>f 18534/21640/18822 18557/21663/18845 18561/21664/18846</w:t>
        <w:br/>
        <w:t>f 18537/21642/18824 18534/21640/18822 18561/21664/18846</w:t>
        <w:br/>
        <w:t>f 18107/21211/18490 18104/21206/18485 18101/21209/18488</w:t>
        <w:br/>
        <w:t>f 18106/21212/18491 18107/21211/18490 18101/21209/18488</w:t>
        <w:br/>
        <w:t>f 18141/21247/18518 18142/21246/18518 18145/21249/18519</w:t>
        <w:br/>
        <w:t>f 18146/21248/18519 18141/21247/18518 18145/21249/18519</w:t>
        <w:br/>
        <w:t>f 18190/21296/18552 18191/21295/18552 18194/21298/18554</w:t>
        <w:br/>
        <w:t>f 18106/21212/18491 18190/21296/18552 18194/21298/18554</w:t>
        <w:br/>
        <w:t>f 18195/21303/18556 18192/21297/18553 18104/21206/18485</w:t>
        <w:br/>
        <w:t>f 18198/21300/18556 18195/21303/18556 18104/21206/18485</w:t>
        <w:br/>
        <w:t>f 18087/21195/18474 18102/21208/18487 18103/21207/18486</w:t>
        <w:br/>
        <w:t>f 18090/21192/18471 18087/21195/18474 18103/21207/18486</w:t>
        <w:br/>
        <w:t>f 18151/21259/18524 18152/21258/18524 18131/21235/18511</w:t>
        <w:br/>
        <w:t>f 18132/21234/18511 18151/21259/18524 18131/21235/18511</w:t>
        <w:br/>
        <w:t>f 18088/21194/18473 18205/21311/18860 18172/21277/18536</w:t>
        <w:br/>
        <w:t>f 18087/21195/18474 18088/21194/18473 18172/21277/18536</w:t>
        <w:br/>
        <w:t>f 18208/21315/18567 18089/21193/18472 18090/21192/18471</w:t>
        <w:br/>
        <w:t>f 18176/21279/18538 18208/21315/18567 18090/21192/18471</w:t>
        <w:br/>
        <w:t>f 18115/21223/18502 18120/21224/18503 18119/21225/18504</w:t>
        <w:br/>
        <w:t>f 18118/21220/18499 18115/21223/18502 18119/21225/18504</w:t>
        <w:br/>
        <w:t>f 18230/21336/18585 18231/21335/18585 18157/21261/18525</w:t>
        <w:br/>
        <w:t>f 18158/21260/18525 18230/21336/18585 18157/21261/18525</w:t>
        <w:br/>
        <w:t>f 18115/21223/18502 18116/21222/18501 18233/21337/18586</w:t>
        <w:br/>
        <w:t>f 18212/21317/18569 18115/21223/18502 18233/21337/18586</w:t>
        <w:br/>
        <w:t>f 18218/21324/18574 18219/21323/18574 18215/21321/18573</w:t>
        <w:br/>
        <w:t>f 18216/21320/18572 18218/21324/18574 18215/21321/18573</w:t>
        <w:br/>
        <w:t>f 18095/21201/18480 18096/21200/18479 18085/21189/18469</w:t>
        <w:br/>
        <w:t>f 18086/21188/18468 18095/21201/18480 18085/21189/18469</w:t>
        <w:br/>
        <w:t>f 18125/21233/18509 18887/21691/18861 18886/21692/18861</w:t>
        <w:br/>
        <w:t>f 18128/21230/18509 18125/21233/18509 18886/21692/18861</w:t>
        <w:br/>
        <w:t>f 18163/21271/18530 18182/21287/18546 18095/21201/18480</w:t>
        <w:br/>
        <w:t>f 18166/21268/18530 18163/21271/18530 18095/21201/18480</w:t>
        <w:br/>
        <w:t>f 18096/21200/18479 18183/21288/18547 18169/21273/18533</w:t>
        <w:br/>
        <w:t>f 18085/21189/18469 18096/21200/18479 18169/21273/18533</w:t>
        <w:br/>
        <w:t>f 18225/21331/18581 18226/21330/18580 18123/21227/18506</w:t>
        <w:br/>
        <w:t>f 18124/21226/18505 18225/21331/18581 18123/21227/18506</w:t>
        <w:br/>
        <w:t>f 18159/21267/18528 18228/21334/18584 18229/21333/18583</w:t>
        <w:br/>
        <w:t>f 18162/21264/18528 18159/21267/18528 18229/21333/18583</w:t>
        <w:br/>
        <w:t>f 18227/21332/18582 18225/21331/18581 18124/21226/18505</w:t>
        <w:br/>
        <w:t>f 18220/21326/18576 18227/21332/18582 18124/21226/18505</w:t>
        <w:br/>
        <w:t>f 18222/21329/18579 18249/21354/18596 18122/21228/18507</w:t>
        <w:br/>
        <w:t>f 18123/21227/18506 18222/21329/18579 18122/21228/18507</w:t>
        <w:br/>
        <w:t>f 18449/21553/18743 18448/21554/18744 18888/21693/18862</w:t>
        <w:br/>
        <w:t>f 18450/21556/18744 18451/21555/18745 18888/21693/18862</w:t>
        <w:br/>
        <w:t>f 18451/21555/18745 18452/21558/18747 18888/21693/18862</w:t>
        <w:br/>
        <w:t>f 18452/21558/18747 18454/21559/18748 18888/21693/18862</w:t>
        <w:br/>
        <w:t>f 18454/21559/18748 18455/21560/18749 18888/21693/18862</w:t>
        <w:br/>
        <w:t>f 18455/21560/18749 18449/21553/18743 18888/21693/18862</w:t>
        <w:br/>
        <w:t>f 18491/21597/18783 18492/21596/18782 18889/21694/18863</w:t>
        <w:br/>
        <w:t>f 18492/21596/18782 18493/21598/18784 18889/21694/18863</w:t>
        <w:br/>
        <w:t>f 18493/21598/18784 18494/21600/18786 18889/21694/18863</w:t>
        <w:br/>
        <w:t>f 18494/21600/18786 18496/21601/18787 18889/21694/18863</w:t>
        <w:br/>
        <w:t>f 18496/21601/18787 18497/21602/18788 18889/21694/18863</w:t>
        <w:br/>
        <w:t>f 18497/21602/18788 18499/21603/18783 18889/21694/18863</w:t>
        <w:br/>
        <w:t>f 18562/21668/18850 18518/21622/18806 18519/21621/18805</w:t>
        <w:br/>
        <w:t>f 18538/21641/18823 18562/21668/18850 18519/21621/18805</w:t>
        <w:br/>
        <w:t>f 18563/21667/18849 18560/21665/18847 18546/21648/18830</w:t>
        <w:br/>
        <w:t>f 18543/21651/18833 18563/21667/18849 18546/21648/18830</w:t>
        <w:br/>
        <w:t>f 18562/21668/18850 18563/21667/18849 18543/21651/18833</w:t>
        <w:br/>
        <w:t>f 18518/21622/18806 18562/21668/18850 18543/21651/18833</w:t>
        <w:br/>
        <w:t>f 18538/21641/18823 18536/21643/18825 18562/21668/18850</w:t>
        <w:br/>
        <w:t>f 18563/21667/18849 18559/21666/18848 18560/21665/18847</w:t>
        <w:br/>
        <w:t>f 18537/21642/18824 18561/21664/18846 18559/21666/18848</w:t>
        <w:br/>
        <w:t>f 18536/21643/18825 18537/21642/18824 18559/21666/18848</w:t>
        <w:br/>
        <w:t>f 18576/21681/18856 18568/21676/18854 18582/21685/18857</w:t>
        <w:br/>
        <w:t>f 18581/21686/18831 18568/21676/18854 18577/21682/18829</w:t>
        <w:br/>
        <w:t>f 18566/21669/18851 18583/21690/18808 18578/21683/18810</w:t>
        <w:br/>
        <w:t>f 18901/21695/18864 18900/21696/18864 18899/21697/18865</w:t>
        <w:br/>
        <w:t>f 18898/21698/18865 18901/21695/18864 18899/21697/18865</w:t>
        <w:br/>
        <w:t>f 18905/21699/18866 18904/21700/18867 18903/21701/18867</w:t>
        <w:br/>
        <w:t>f 18902/21702/18866 18905/21699/18866 18903/21701/18867</w:t>
        <w:br/>
        <w:t>f 18909/21703/18868 18908/21704/18868 18907/21705/18869</w:t>
        <w:br/>
        <w:t>f 18906/21706/18869 18909/21703/18868 18907/21705/18869</w:t>
        <w:br/>
        <w:t>f 18911/21707/18870 18910/21708/18870 18898/21698/18865</w:t>
        <w:br/>
        <w:t>f 18899/21697/18865 18911/21707/18870 18898/21698/18865</w:t>
        <w:br/>
        <w:t>f 18915/21709/18871 18914/21710/18872 18913/21711/18872</w:t>
        <w:br/>
        <w:t>f 18912/21712/18871 18915/21709/18871 18913/21711/18872</w:t>
        <w:br/>
        <w:t>f 18907/21705/18869 18917/21713/18873 18916/21714/18874</w:t>
        <w:br/>
        <w:t>f 18906/21706/18869 18907/21705/18869 18916/21714/18874</w:t>
        <w:br/>
        <w:t>f 18919/21715/18875 18918/21716/18876 18910/21708/18870</w:t>
        <w:br/>
        <w:t>f 18911/21707/18870 18919/21715/18875 18910/21708/18870</w:t>
        <w:br/>
        <w:t>f 18913/21711/18872 18914/21710/18872 18921/21717/18877</w:t>
        <w:br/>
        <w:t>f 18920/21718/18878 18913/21711/18872 18921/21717/18877</w:t>
        <w:br/>
        <w:t>f 18923/21719/18879 18916/21714/18874 18922/21720/18880</w:t>
        <w:br/>
        <w:t>f 18904/21700/18867 18925/21721/18881 18924/21722/18882</w:t>
        <w:br/>
        <w:t>f 18903/21701/18867 18904/21700/18867 18924/21722/18882</w:t>
        <w:br/>
        <w:t>f 18920/21718/18878 18921/21717/18877 18926/21723/18883</w:t>
        <w:br/>
        <w:t>f 18930/21724/18884 18929/21725/18885 18928/21726/18885</w:t>
        <w:br/>
        <w:t>f 18927/21727/18884 18930/21724/18884 18928/21726/18885</w:t>
        <w:br/>
        <w:t>f 18932/21728/18886 18924/21722/18882 18925/21721/18881</w:t>
        <w:br/>
        <w:t>f 18931/21729/18887 18932/21728/18886 18925/21721/18881</w:t>
        <w:br/>
        <w:t>f 18928/21726/18885 18929/21725/18885 18934/21730/18888</w:t>
        <w:br/>
        <w:t>f 18933/21731/18889 18928/21726/18885 18934/21730/18888</w:t>
        <w:br/>
        <w:t>f 18926/21723/18883 18921/21717/18877 18935/21732/18890</w:t>
        <w:br/>
        <w:t>f 18920/21718/18878 18926/21723/18883 18936/21733/18891</w:t>
        <w:br/>
        <w:t>f 18922/21720/18880 18916/21714/18874 18917/21713/18873</w:t>
        <w:br/>
        <w:t>f 18922/21720/18880 18917/21713/18873 18937/21734/18892</w:t>
        <w:br/>
        <w:t>f 18941/21735/18893 18940/21736/18893 18939/21737/18893</w:t>
        <w:br/>
        <w:t>f 18938/21738/18893 18941/21735/18893 18939/21737/18893</w:t>
        <w:br/>
        <w:t>f 18945/21739/18894 18944/21740/18895 18943/21741/18896</w:t>
        <w:br/>
        <w:t>f 18942/21742/18895 18945/21739/18894 18943/21741/18896</w:t>
        <w:br/>
        <w:t>f 18949/21743/18897 18948/21744/18897 18947/21745/18898</w:t>
        <w:br/>
        <w:t>f 18946/21746/18897 18949/21743/18897 18947/21745/18898</w:t>
        <w:br/>
        <w:t>f 18953/21747/18899 18952/21748/18900 18951/21749/18899</w:t>
        <w:br/>
        <w:t>f 18950/21750/18899 18953/21747/18899 18951/21749/18899</w:t>
        <w:br/>
        <w:t>f 18957/21751/18901 18956/21752/18902 18955/21753/18903</w:t>
        <w:br/>
        <w:t>f 18954/21754/18901 18957/21751/18901 18955/21753/18903</w:t>
        <w:br/>
        <w:t>f 18959/21755/18904 18958/21756/18905 18955/21753/18903</w:t>
        <w:br/>
        <w:t>f 18956/21752/18902 18959/21755/18904 18955/21753/18903</w:t>
        <w:br/>
        <w:t>f 18961/21757/18906 18958/21756/18905 18959/21755/18904</w:t>
        <w:br/>
        <w:t>f 18960/21758/18906 18961/21757/18906 18959/21755/18904</w:t>
        <w:br/>
        <w:t>f 18957/21751/18901 18954/21754/18901 18961/21757/18906</w:t>
        <w:br/>
        <w:t>f 18960/21758/18906 18957/21751/18901 18961/21757/18906</w:t>
        <w:br/>
        <w:t>f 18964/21759/18907 18963/21760/18907 18962/21761/18908</w:t>
        <w:br/>
        <w:t>f 18965/21762/18909 18964/21759/18907 18962/21761/18908</w:t>
        <w:br/>
        <w:t>f 18964/21759/18907 18967/21763/18910 18966/21764/18910</w:t>
        <w:br/>
        <w:t>f 18963/21760/18907 18964/21759/18907 18966/21764/18910</w:t>
        <w:br/>
        <w:t>f 18969/21765/18911 18968/21766/18912 18966/21764/18910</w:t>
        <w:br/>
        <w:t>f 18967/21763/18910 18969/21765/18911 18966/21764/18910</w:t>
        <w:br/>
        <w:t>f 18969/21765/18911 18965/21762/18909 18962/21761/18908</w:t>
        <w:br/>
        <w:t>f 18968/21766/18912 18969/21765/18911 18962/21761/18908</w:t>
        <w:br/>
        <w:t>f 18973/21767/18913 18972/21768/18913 18971/21769/18913</w:t>
        <w:br/>
        <w:t>f 18970/21770/18913 18973/21767/18913 18971/21769/18913</w:t>
        <w:br/>
        <w:t>f 18977/21771/18914 18976/21772/18915 18975/21773/18916</w:t>
        <w:br/>
        <w:t>f 18974/21774/18915 18977/21771/18914 18975/21773/18916</w:t>
        <w:br/>
        <w:t>f 18981/21775/18917 18980/21776/18918 18979/21777/18918</w:t>
        <w:br/>
        <w:t>f 18978/21778/18918 18981/21775/18917 18979/21777/18918</w:t>
        <w:br/>
        <w:t>f 18985/21779/18919 18984/21780/18919 18983/21781/18919</w:t>
        <w:br/>
        <w:t>f 18982/21782/18919 18985/21779/18919 18983/21781/18919</w:t>
        <w:br/>
        <w:t>f 18989/21783/18920 18988/21784/18921 18987/21785/18922</w:t>
        <w:br/>
        <w:t>f 18986/21786/18923 18989/21783/18920 18987/21785/18922</w:t>
        <w:br/>
        <w:t>f 18993/21787/18924 18992/21788/18925 18991/21789/18926</w:t>
        <w:br/>
        <w:t>f 18990/21790/18927 18993/21787/18924 18991/21789/18926</w:t>
        <w:br/>
        <w:t>f 18992/21788/18925 18993/21787/18924 18994/21791/18928</w:t>
        <w:br/>
        <w:t>f 18995/21792/18929 18992/21788/18925 18994/21791/18928</w:t>
        <w:br/>
        <w:t>f 18997/21793/18930 18996/21794/18931 18986/21786/18923</w:t>
        <w:br/>
        <w:t>f 18987/21785/18922 18997/21793/18930 18986/21786/18923</w:t>
        <w:br/>
        <w:t>f 19001/21795/18932 19000/21796/18932 18999/21797/18933</w:t>
        <w:br/>
        <w:t>f 18998/21798/18933 19001/21795/18932 18999/21797/18933</w:t>
        <w:br/>
        <w:t>f 19005/21799/18934 19004/21800/18935 19003/21801/18936</w:t>
        <w:br/>
        <w:t>f 19002/21802/18937 19005/21799/18934 19003/21801/18936</w:t>
        <w:br/>
        <w:t>f 19007/21803/18938 19006/21804/18939 18991/21789/18926</w:t>
        <w:br/>
        <w:t>f 19004/21800/18935 19005/21799/18934 19009/21805/18940</w:t>
        <w:br/>
        <w:t>f 19008/21806/18941 19004/21800/18935 19009/21805/18940</w:t>
        <w:br/>
        <w:t>f 19013/21807/18942 19012/21808/18943 19011/21809/18943</w:t>
        <w:br/>
        <w:t>f 19010/21810/18942 19013/21807/18942 19011/21809/18943</w:t>
        <w:br/>
        <w:t>f 19017/21811/18944 19016/21812/18945 19015/21813/18945</w:t>
        <w:br/>
        <w:t>f 19014/21814/18946 19017/21811/18944 19015/21813/18945</w:t>
        <w:br/>
        <w:t>f 19014/21814/18946 19019/21815/18947 19018/21816/18947</w:t>
        <w:br/>
        <w:t>f 19017/21811/18944 19014/21814/18946 19018/21816/18947</w:t>
        <w:br/>
        <w:t>f 19021/21817/18948 19013/21807/18942 19010/21810/18942</w:t>
        <w:br/>
        <w:t>f 19020/21818/18948 19021/21817/18948 19010/21810/18942</w:t>
        <w:br/>
        <w:t>f 19025/21819/18949 19024/21820/18950 19023/21821/18950</w:t>
        <w:br/>
        <w:t>f 19022/21822/18949 19025/21819/18949 19023/21821/18950</w:t>
        <w:br/>
        <w:t>f 19016/21812/18945 19027/21823/18951 19026/21824/18952</w:t>
        <w:br/>
        <w:t>f 19015/21813/18945 19016/21812/18945 19026/21824/18952</w:t>
        <w:br/>
        <w:t>f 19030/21825/18953 19029/21826/18953 19028/21827/18954</w:t>
        <w:br/>
        <w:t>f 19031/21828/18954 19030/21825/18953 19028/21827/18954</w:t>
        <w:br/>
        <w:t>f 19027/21823/18951 19033/21829/18955 19032/21830/18955</w:t>
        <w:br/>
        <w:t>f 19026/21824/18952 19027/21823/18951 19032/21830/18955</w:t>
        <w:br/>
        <w:t>f 19037/21831/18956 19036/21832/18957 19035/21833/18958</w:t>
        <w:br/>
        <w:t>f 19034/21834/18956 19037/21831/18956 19035/21833/18958</w:t>
        <w:br/>
        <w:t>f 19039/21835/18959 19038/21836/18960 18987/21785/18922</w:t>
        <w:br/>
        <w:t>f 18988/21784/18921 19039/21835/18959 18987/21785/18922</w:t>
        <w:br/>
        <w:t>f 19043/21837/18961 19042/21838/18961 19041/21839/18962</w:t>
        <w:br/>
        <w:t>f 19040/21840/18962 19043/21837/18961 19041/21839/18962</w:t>
        <w:br/>
        <w:t>f 19047/21841/18963 19046/21842/18964 19045/21843/18965</w:t>
        <w:br/>
        <w:t>f 19044/21844/18966 19047/21841/18963 19045/21843/18965</w:t>
        <w:br/>
        <w:t>f 18993/21787/18924 18990/21790/18927 19049/21845/18967</w:t>
        <w:br/>
        <w:t>f 19048/21846/18968 18993/21787/18924 19049/21845/18967</w:t>
        <w:br/>
        <w:t>f 19048/21846/18968 19050/21847/18969 18994/21791/18928</w:t>
        <w:br/>
        <w:t>f 18993/21787/18924 19048/21846/18968 18994/21791/18928</w:t>
        <w:br/>
        <w:t>f 19046/21842/18964 19047/21841/18963 19052/21848/18970</w:t>
        <w:br/>
        <w:t>f 19051/21849/18970 19046/21842/18964 19052/21848/18970</w:t>
        <w:br/>
        <w:t>f 19042/21838/18961 19043/21837/18961 19054/21850/18971</w:t>
        <w:br/>
        <w:t>f 19053/21851/18971 19042/21838/18961 19054/21850/18971</w:t>
        <w:br/>
        <w:t>f 19038/21836/18960 19055/21852/18972 18997/21793/18930</w:t>
        <w:br/>
        <w:t>f 18987/21785/18922 19038/21836/18960 18997/21793/18930</w:t>
        <w:br/>
        <w:t>f 19059/21853/18973 19058/21854/18974 19057/21855/18974</w:t>
        <w:br/>
        <w:t>f 19056/21856/18973 19059/21853/18973 19057/21855/18974</w:t>
        <w:br/>
        <w:t>f 19062/21857/18975 19005/21799/18934 19061/21858/18976</w:t>
        <w:br/>
        <w:t>f 19060/21859/18976 19062/21857/18975 19061/21858/18976</w:t>
        <w:br/>
        <w:t>f 19049/21845/18967 18990/21790/18927 19006/21804/18939</w:t>
        <w:br/>
        <w:t>f 19063/21860/18977 19049/21845/18967 19006/21804/18939</w:t>
        <w:br/>
        <w:t>f 19065/21861/18978 19064/21862/18979 19044/21844/18966</w:t>
        <w:br/>
        <w:t>f 19045/21843/18965 19065/21861/18978 19044/21844/18966</w:t>
        <w:br/>
        <w:t>f 19069/21863/18980 19068/21864/18981 19067/21865/18982</w:t>
        <w:br/>
        <w:t>f 19066/21866/18983 19069/21863/18980 19067/21865/18982</w:t>
        <w:br/>
        <w:t>f 19063/21860/18977 19006/21804/18939 19071/21867/18984</w:t>
        <w:br/>
        <w:t>f 19070/21868/18985 19063/21860/18977 19071/21867/18984</w:t>
        <w:br/>
        <w:t>f 19072/21869/18986 19008/21806/18941 19064/21862/18979</w:t>
        <w:br/>
        <w:t>f 19065/21861/18978 19072/21869/18986 19064/21862/18979</w:t>
        <w:br/>
        <w:t>f 19076/21870/18987 19075/21871/18988 19074/21872/18989</w:t>
        <w:br/>
        <w:t>f 19073/21873/18990 19076/21870/18987 19074/21872/18989</w:t>
        <w:br/>
        <w:t>f 19079/21874/18991 19078/21875/18992 19077/21876/18993</w:t>
        <w:br/>
        <w:t>f 19080/21877/18994 19079/21874/18991 19077/21876/18993</w:t>
        <w:br/>
        <w:t>f 19083/21878/18995 19082/21879/18995 19081/21880/18996</w:t>
        <w:br/>
        <w:t>f 19084/21881/18996 19083/21878/18995 19081/21880/18996</w:t>
        <w:br/>
        <w:t>f 19088/21882/18997 19087/21883/18998 19086/21884/18998</w:t>
        <w:br/>
        <w:t>f 19085/21885/18997 19088/21882/18997 19086/21884/18998</w:t>
        <w:br/>
        <w:t>f 19092/21886/18999 19091/21887/19000 19090/21888/19000</w:t>
        <w:br/>
        <w:t>f 19089/21889/18999 19092/21886/18999 19090/21888/19000</w:t>
        <w:br/>
        <w:t>f 19094/21890/19001 19093/21891/19002 19078/21875/18992</w:t>
        <w:br/>
        <w:t>f 19079/21874/18991 19094/21890/19001 19078/21875/18992</w:t>
        <w:br/>
        <w:t>f 19098/21892/19003 19097/21893/19004 19096/21894/19005</w:t>
        <w:br/>
        <w:t>f 19095/21895/19006 19098/21892/19003 19096/21894/19005</w:t>
        <w:br/>
        <w:t>f 19100/21896/19007 19099/21897/19008 19096/21894/19005</w:t>
        <w:br/>
        <w:t>f 19097/21893/19004 19100/21896/19007 19096/21894/19005</w:t>
        <w:br/>
        <w:t>f 19096/21894/19005 19102/21898/19009 19101/21899/19010</w:t>
        <w:br/>
        <w:t>f 19095/21895/19006 19096/21894/19005 19101/21899/19010</w:t>
        <w:br/>
        <w:t>f 19104/21900/19011 19103/21901/19011 19096/21894/19005</w:t>
        <w:br/>
        <w:t>f 19099/21897/19008 19104/21900/19011 19096/21894/19005</w:t>
        <w:br/>
        <w:t>f 19092/21886/18999 19089/21889/18999 19106/21902/19012</w:t>
        <w:br/>
        <w:t>f 19105/21903/19013 19092/21886/18999 19106/21902/19012</w:t>
        <w:br/>
        <w:t>f 19108/21904/19014 19066/21866/18983 19067/21865/18982</w:t>
        <w:br/>
        <w:t>f 19107/21905/19015 19108/21904/19014 19067/21865/18982</w:t>
        <w:br/>
        <w:t>f 19003/21801/18936 19110/21906/19016 19109/21907/19016</w:t>
        <w:br/>
        <w:t>f 19002/21802/18937 19003/21801/18936 19109/21907/19016</w:t>
        <w:br/>
        <w:t>f 19060/21859/18976 19061/21858/18976 19112/21908/19017</w:t>
        <w:br/>
        <w:t>f 19111/21909/19018 19060/21859/18976 19112/21908/19017</w:t>
        <w:br/>
        <w:t>f 19114/21910/19019 19023/21821/18950 19024/21820/18950</w:t>
        <w:br/>
        <w:t>f 19113/21911/19019 19114/21910/19019 19024/21820/18950</w:t>
        <w:br/>
        <w:t>f 19087/21883/18998 19116/21912/19020 19115/21913/19020</w:t>
        <w:br/>
        <w:t>f 19086/21884/18998 19087/21883/18998 19115/21913/19020</w:t>
        <w:br/>
        <w:t>f 18998/21798/18933 18999/21797/18933 19118/21914/19021</w:t>
        <w:br/>
        <w:t>f 19117/21915/19022 18998/21798/18933 19118/21914/19021</w:t>
        <w:br/>
        <w:t>f 19058/21854/18974 19120/21916/19023 19119/21917/19024</w:t>
        <w:br/>
        <w:t>f 19057/21855/18974 19058/21854/18974 19119/21917/19024</w:t>
        <w:br/>
        <w:t>f 19037/21831/18956 19034/21834/18956 19122/21918/19025</w:t>
        <w:br/>
        <w:t>f 19121/21919/19025 19037/21831/18956 19122/21918/19025</w:t>
        <w:br/>
        <w:t>f 19075/21871/18988 19076/21870/18987 19124/21920/19026</w:t>
        <w:br/>
        <w:t>f 19123/21921/19026 19075/21871/18988 19124/21920/19026</w:t>
        <w:br/>
        <w:t>f 19078/21875/18992 19101/21899/19010 19102/21898/19009</w:t>
        <w:br/>
        <w:t>f 19077/21876/18993 19078/21875/18992 19102/21898/19009</w:t>
        <w:br/>
        <w:t>f 19084/21881/18996 19081/21880/18996 19103/21901/19011</w:t>
        <w:br/>
        <w:t>f 19104/21900/19011 19084/21881/18996 19103/21901/19011</w:t>
        <w:br/>
        <w:t>f 19031/21828/18954 19028/21827/18954 19105/21903/19013</w:t>
        <w:br/>
        <w:t>f 19106/21902/19012 19031/21828/18954 19105/21903/19013</w:t>
        <w:br/>
        <w:t>f 19093/21891/19002 19108/21904/19027 19101/21899/19010</w:t>
        <w:br/>
        <w:t>f 19078/21875/18992 19093/21891/19002 19101/21899/19010</w:t>
        <w:br/>
        <w:t>f 19079/21874/18991 19080/21877/18994 19109/21907/19016</w:t>
        <w:br/>
        <w:t>f 19110/21906/19016 19079/21874/18991 19109/21907/19016</w:t>
        <w:br/>
        <w:t>f 19111/21909/19018 19112/21908/19017 19082/21879/18995</w:t>
        <w:br/>
        <w:t>f 19083/21878/18995 19111/21909/19018 19082/21879/18995</w:t>
        <w:br/>
        <w:t>f 19113/21911/19019 19029/21826/18953 19030/21825/18953</w:t>
        <w:br/>
        <w:t>f 19114/21910/19019 19113/21911/19019 19030/21825/18953</w:t>
        <w:br/>
        <w:t>f 19079/21874/18991 19115/21913/19020 19116/21912/19020</w:t>
        <w:br/>
        <w:t>f 19094/21890/19001 19079/21874/18991 19116/21912/19020</w:t>
        <w:br/>
        <w:t>f 18996/21794/18931 18997/21793/18930 19097/21893/19004</w:t>
        <w:br/>
        <w:t>f 19098/21892/19003 18996/21794/18931 19097/21893/19004</w:t>
        <w:br/>
        <w:t>f 19053/21851/18971 19054/21850/18971 19068/21864/18981</w:t>
        <w:br/>
        <w:t>f 19069/21863/18980 19053/21851/18971 19068/21864/18981</w:t>
        <w:br/>
        <w:t>f 19020/21818/18948 19090/21888/19000 19091/21887/19000</w:t>
        <w:br/>
        <w:t>f 19021/21817/18948 19020/21818/18948 19091/21887/19000</w:t>
        <w:br/>
        <w:t>f 19055/21852/18972 19100/21896/19007 19097/21893/19004</w:t>
        <w:br/>
        <w:t>f 18997/21793/18930 19055/21852/18972 19097/21893/19004</w:t>
        <w:br/>
        <w:t>f 19127/21922/19028 19126/21923/19029 19125/21924/19029</w:t>
        <w:br/>
        <w:t>f 19131/21925/19030 19130/21926/19030 19129/21927/19031</w:t>
        <w:br/>
        <w:t>f 19128/21928/19032 19131/21925/19030 19129/21927/19031</w:t>
        <w:br/>
        <w:t>f 19134/21929/19033 19133/21930/19034 19132/21931/19035</w:t>
        <w:br/>
        <w:t>f 19137/21932/19036 19136/21933/19037 19135/21934/19038</w:t>
        <w:br/>
        <w:t>f 19138/21935/19039 19137/21932/19036 19135/21934/19038</w:t>
        <w:br/>
        <w:t>f 19142/21936/19040 19141/21937/19041 19140/21938/19042</w:t>
        <w:br/>
        <w:t>f 19139/21939/19040 19142/21936/19040 19140/21938/19042</w:t>
        <w:br/>
        <w:t>f 19117/21915/19022 19118/21914/19021 18988/21784/18921</w:t>
        <w:br/>
        <w:t>f 18989/21783/18920 19117/21915/19022 18988/21784/18921</w:t>
        <w:br/>
        <w:t>f 19120/21916/19043 19039/21835/18959 18988/21784/18921</w:t>
        <w:br/>
        <w:t>f 19118/21914/19021 19120/21916/19043 18988/21784/18921</w:t>
        <w:br/>
        <w:t>f 19122/21918/19025 19011/21809/18943 19012/21808/18943</w:t>
        <w:br/>
        <w:t>f 19121/21919/19025 19122/21918/19025 19012/21808/18943</w:t>
        <w:br/>
        <w:t>f 19123/21921/19026 19124/21920/19026 19040/21840/18962</w:t>
        <w:br/>
        <w:t>f 19041/21839/18962 19123/21921/19026 19040/21840/18962</w:t>
        <w:br/>
        <w:t>f 19146/21940/19044 19145/21941/19044 19144/21942/19045</w:t>
        <w:br/>
        <w:t>f 19143/21943/19045 19146/21940/19044 19144/21942/19045</w:t>
        <w:br/>
        <w:t>f 19150/21944/19046 19149/21945/19047 19148/21946/19048</w:t>
        <w:br/>
        <w:t>f 19147/21947/19049 19150/21944/19046 19148/21946/19048</w:t>
        <w:br/>
        <w:t>f 19074/21872/18989 19151/21948/19050 19073/21873/18990</w:t>
        <w:br/>
        <w:t>f 19152/21949/19051 19059/21853/18973 19056/21856/18973</w:t>
        <w:br/>
        <w:t>f 19156/21950/19052 19155/21951/19053 19154/21952/19053</w:t>
        <w:br/>
        <w:t>f 19153/21953/19052 19156/21950/19052 19154/21952/19053</w:t>
        <w:br/>
        <w:t>f 19128/21928/19032 19129/21927/19031 19158/21954/19054</w:t>
        <w:br/>
        <w:t>f 19157/21955/19054 19128/21928/19032 19158/21954/19054</w:t>
        <w:br/>
        <w:t>f 19161/21956/19055 19160/21957/19056 19159/21958/19057</w:t>
        <w:br/>
        <w:t>f 19162/21959/19055 19161/21956/19055 19159/21958/19057</w:t>
        <w:br/>
        <w:t>f 19137/21932/19036 19164/21960/19058 19163/21961/19059</w:t>
        <w:br/>
        <w:t>f 19136/21933/19037 19137/21932/19036 19163/21961/19059</w:t>
        <w:br/>
        <w:t>f 19154/21952/19053 19155/21951/19053 19051/21849/18970</w:t>
        <w:br/>
        <w:t>f 19052/21848/18970 19154/21952/19053 19051/21849/18970</w:t>
        <w:br/>
        <w:t>f 19157/21955/19054 19158/21954/19054 19018/21816/18947</w:t>
        <w:br/>
        <w:t>f 19019/21815/18947 19157/21955/19054 19018/21816/18947</w:t>
        <w:br/>
        <w:t>f 19050/21847/18969 19159/21958/19057 19160/21957/19056</w:t>
        <w:br/>
        <w:t>f 18994/21791/18928 19050/21847/18969 19160/21957/19056</w:t>
        <w:br/>
        <w:t>f 18994/21791/18928 19160/21957/19056 19164/21960/19058</w:t>
        <w:br/>
        <w:t>f 18995/21792/18929 18994/21791/18928 19164/21960/19058</w:t>
        <w:br/>
        <w:t>f 19166/21962/19060 19140/21938/19042 19141/21937/19041</w:t>
        <w:br/>
        <w:t>f 19165/21963/19061 19166/21962/19060 19141/21937/19041</w:t>
        <w:br/>
        <w:t>f 19156/21950/19052 19153/21953/19052 19125/21924/19029</w:t>
        <w:br/>
        <w:t>f 19126/21923/19029 19156/21950/19052 19125/21924/19029</w:t>
        <w:br/>
        <w:t>f 19162/21959/19055 19134/21929/19033 19132/21931/19035</w:t>
        <w:br/>
        <w:t>f 19161/21956/19055 19162/21959/19055 19132/21931/19035</w:t>
        <w:br/>
        <w:t>f 23341/21964/19062 23340/21965/19062 23339/21966/19063</w:t>
        <w:br/>
        <w:t>f 23338/21967/19064 23341/21964/19062 23339/21966/19063</w:t>
        <w:br/>
        <w:t>f 23345/21968/18430 23344/21969/19065 23343/21970/19066</w:t>
        <w:br/>
        <w:t>f 23342/21971/19067 23345/21968/18430 23343/21970/19066</w:t>
        <w:br/>
        <w:t>f 23348/21972/19068 23347/21973/19069 23346/21974/19070</w:t>
        <w:br/>
        <w:t>f 23349/21975/19071 23348/21972/19068 23346/21974/19070</w:t>
        <w:br/>
        <w:t>f 23353/21976/19072 23352/21977/19073 23351/21978/19073</w:t>
        <w:br/>
        <w:t>f 23350/21979/19074 23353/21976/19072 23351/21978/19073</w:t>
        <w:br/>
        <w:t>f 23357/21980/19075 23356/21981/19075 23355/21982/19075</w:t>
        <w:br/>
        <w:t>f 23354/21983/19075 23357/21980/19075 23355/21982/19075</w:t>
        <w:br/>
        <w:t>f 23361/21984/19076 23360/21985/19076 23359/21986/19076</w:t>
        <w:br/>
        <w:t>f 23358/21987/19076 23361/21984/19076 23359/21986/19076</w:t>
        <w:br/>
        <w:t>f 23348/21972/19068 23349/21975/19071 23363/21988/19077</w:t>
        <w:br/>
        <w:t>f 23362/21989/19077 23348/21972/19068 23363/21988/19077</w:t>
        <w:br/>
        <w:t>f 23365/21990/19078 23353/21976/19072 23350/21979/19074</w:t>
        <w:br/>
        <w:t>f 23364/21991/19079 23365/21990/19078 23350/21979/19074</w:t>
        <w:br/>
        <w:t>f 23367/21992/19080 23340/21965/19062 23341/21964/19062</w:t>
        <w:br/>
        <w:t>f 23366/21993/19080 23367/21992/19080 23341/21964/19062</w:t>
        <w:br/>
        <w:t>f 23369/21994/19081 23368/21995/19081 23342/21971/19067</w:t>
        <w:br/>
        <w:t>f 23343/21970/19066 23369/21994/19081 23342/21971/19067</w:t>
        <w:br/>
        <w:t>f 23373/21996/19082 23372/21997/19083 23371/21998/19083</w:t>
        <w:br/>
        <w:t>f 23370/21999/19084 23373/21996/19082 23371/21998/19083</w:t>
        <w:br/>
        <w:t>f 23377/22000/19085 23376/22001/19086 23375/22002/19087</w:t>
        <w:br/>
        <w:t>f 23374/22003/19087 23377/22000/19085 23375/22002/19087</w:t>
        <w:br/>
        <w:t>f 23381/22004/19088 23380/22005/19088 23379/22006/19089</w:t>
        <w:br/>
        <w:t>f 23378/22007/19090 23381/22004/19088 23379/22006/19089</w:t>
        <w:br/>
        <w:t>f 23385/22008/19091 23384/22009/19092 23383/22010/19093</w:t>
        <w:br/>
        <w:t>f 23382/22011/19094 23385/22008/19091 23383/22010/19093</w:t>
        <w:br/>
        <w:t>f 23362/21989/19077 23363/21988/19077 23371/21998/19083</w:t>
        <w:br/>
        <w:t>f 23372/21997/19083 23362/21989/19077 23371/21998/19083</w:t>
        <w:br/>
        <w:t>f 23374/22003/19087 23375/22002/19087 23365/21990/19078</w:t>
        <w:br/>
        <w:t>f 23364/21991/19079 23374/22003/19087 23365/21990/19078</w:t>
        <w:br/>
        <w:t>f 23379/22006/19089 23367/21992/19080 23366/21993/19080</w:t>
        <w:br/>
        <w:t>f 23378/22007/19090 23379/22006/19089 23366/21993/19080</w:t>
        <w:br/>
        <w:t>f 23384/22009/19092 23368/21995/19081 23369/21994/19081</w:t>
        <w:br/>
        <w:t>f 23383/22010/19093 23384/22009/19092 23369/21994/19081</w:t>
        <w:br/>
        <w:t>f 23382/22011/19094 23386/22012/19095 23385/22008/19091</w:t>
        <w:br/>
        <w:t>f 23388/22013/19096 23373/21996/19082 23370/21999/19084</w:t>
        <w:br/>
        <w:t>f 23387/22014/19096 23388/22013/19096 23370/21999/19084</w:t>
        <w:br/>
        <w:t>f 23377/22000/19085 23389/22015/19097 23376/22001/19086</w:t>
        <w:br/>
        <w:t>f 23393/22016/19098 23392/22017/19099 23391/22018/19100</w:t>
        <w:br/>
        <w:t>f 23390/22019/19101 23393/22016/19098 23391/22018/19100</w:t>
        <w:br/>
        <w:t>f 23396/22020/19102 23395/22021/19102 23394/22022/19103</w:t>
        <w:br/>
        <w:t>f 23397/22023/19104 23396/22020/19102 23394/22022/19103</w:t>
        <w:br/>
        <w:t>f 23400/22024/19105 23399/22025/19106 23398/22026/19107</w:t>
        <w:br/>
        <w:t>f 23404/22027/19108 23403/22028/19109 23402/22029/19110</w:t>
        <w:br/>
        <w:t>f 23401/22030/19111 23404/22027/19108 23402/22029/19110</w:t>
        <w:br/>
        <w:t>f 23406/22031/19112 23405/22032/19113 23402/22029/19110</w:t>
        <w:br/>
        <w:t>f 23409/22033/19114 23408/22034/19115 23407/22035/19116</w:t>
        <w:br/>
        <w:t>f 23405/22032/19113 23409/22033/19114 23407/22035/19116</w:t>
        <w:br/>
        <w:t>f 23412/22036/19117 23411/22037/19118 23410/22038/19118</w:t>
        <w:br/>
        <w:t>f 23413/22039/19118 23412/22036/19117 23410/22038/19118</w:t>
        <w:br/>
        <w:t>f 23417/22040/19119 23416/22041/19120 23415/22042/19121</w:t>
        <w:br/>
        <w:t>f 23414/22043/19121 23417/22040/19119 23415/22042/19121</w:t>
        <w:br/>
        <w:t>f 23399/22025/19106 23420/22044/19122 23419/22045/19123</w:t>
        <w:br/>
        <w:t>f 23418/22046/19124 23399/22025/19106 23419/22045/19123</w:t>
        <w:br/>
        <w:t>f 23391/22018/19100 23422/22047/19125 23421/22048/19126</w:t>
        <w:br/>
        <w:t>f 23390/22019/19101 23391/22018/19100 23421/22048/19126</w:t>
        <w:br/>
        <w:t>f 23424/22049/19127 23423/22050/19128 23418/22046/19124</w:t>
        <w:br/>
        <w:t>f 23423/22050/19128 23426/22051/19129 23425/22052/19130</w:t>
        <w:br/>
        <w:t>f 23398/22026/19107 23423/22050/19128 23425/22052/19130</w:t>
        <w:br/>
        <w:t>f 23427/22053/19131 23401/22030/19111 23407/22035/19116</w:t>
        <w:br/>
        <w:t>f 23429/22054/19132 23428/22055/19132 23395/22021/19102</w:t>
        <w:br/>
        <w:t>f 23396/22020/19102 23429/22054/19132 23395/22021/19102</w:t>
        <w:br/>
        <w:t>f 23432/22056/19133 23431/22057/19134 23430/22058/19135</w:t>
        <w:br/>
        <w:t>f 23433/22059/19136 23432/22056/19133 23430/22058/19135</w:t>
        <w:br/>
        <w:t>f 23393/22016/19098 23397/22023/19104 23394/22022/19103</w:t>
        <w:br/>
        <w:t>f 23392/22017/19099 23393/22016/19098 23394/22022/19103</w:t>
        <w:br/>
        <w:t>f 23437/22060/19126 23436/22061/19126 23435/22062/19137</w:t>
        <w:br/>
        <w:t>f 23434/22063/19138 23437/22060/19126 23435/22062/19137</w:t>
        <w:br/>
        <w:t>f 23420/22044/19122 23399/22025/19106 23438/22064/19139</w:t>
        <w:br/>
        <w:t>f 23407/22035/19116 23408/22034/19115 23439/22065/19140</w:t>
        <w:br/>
        <w:t>f 23440/22066/19141 23398/22026/19107 23425/22052/19130</w:t>
        <w:br/>
        <w:t>f 23441/22067/19142 23404/22027/19108 23401/22030/19111</w:t>
        <w:br/>
        <w:t>f 23418/22046/19124 23419/22045/19123 23442/22068/19143</w:t>
        <w:br/>
        <w:t>f 23409/22033/19114 23405/22032/19113 23443/22069/19144</w:t>
        <w:br/>
        <w:t>f 23444/22070/19145 23426/22051/19129 23423/22050/19128</w:t>
        <w:br/>
        <w:t>f 23403/22028/19109 23445/22071/19146 23402/22029/19110</w:t>
        <w:br/>
        <w:t>f 23435/22062/19137 23432/22056/19133 23433/22059/19136</w:t>
        <w:br/>
        <w:t>f 23434/22063/19138 23435/22062/19137 23433/22059/19136</w:t>
        <w:br/>
        <w:t>f 23448/22072/19147 23447/22073/19148 23446/22074/19149</w:t>
        <w:br/>
        <w:t>f 23449/22075/19149 23448/22072/19147 23446/22074/19149</w:t>
        <w:br/>
        <w:t>f 23453/22076/19150 23452/22077/19151 23451/22078/19150</w:t>
        <w:br/>
        <w:t>f 23450/22079/19152 23453/22076/19150 23451/22078/19150</w:t>
        <w:br/>
        <w:t>f 23455/22080/19153 23454/22081/19154 23430/22058/19135</w:t>
        <w:br/>
        <w:t>f 23431/22057/19134 23455/22080/19153 23430/22058/19135</w:t>
        <w:br/>
        <w:t>f 23455/22080/19153 23428/22055/19132 23429/22054/19132</w:t>
        <w:br/>
        <w:t>f 23454/22081/19154 23455/22080/19153 23429/22054/19132</w:t>
        <w:br/>
        <w:t>f 23400/22024/19105 23438/22064/19139 23399/22025/19106</w:t>
        <w:br/>
        <w:t>f 23407/22035/19116 23439/22065/19140 23427/22053/19131</w:t>
        <w:br/>
        <w:t>f 23427/22053/19131 23441/22067/19142 23401/22030/19111</w:t>
        <w:br/>
        <w:t>f 23398/22026/19107 23440/22066/19141 23400/22024/19105</w:t>
        <w:br/>
        <w:t>f 23406/22031/19112 23443/22069/19144 23405/22032/19113</w:t>
        <w:br/>
        <w:t>f 23424/22049/19127 23444/22070/19145 23423/22050/19128</w:t>
        <w:br/>
        <w:t>f 23418/22046/19124 23442/22068/19143 23424/22049/19127</w:t>
        <w:br/>
        <w:t>f 23402/22029/19110 23445/22071/19146 23406/22031/19112</w:t>
        <w:br/>
        <w:t>f 23459/22082/19155 23458/22083/19155 23457/22084/19064</w:t>
        <w:br/>
        <w:t>f 23456/22085/19156 23459/22082/19155 23457/22084/19064</w:t>
        <w:br/>
        <w:t>f 23463/22086/18430 23462/22087/19157 23461/22088/19066</w:t>
        <w:br/>
        <w:t>f 23460/22089/19158 23463/22086/18430 23461/22088/19066</w:t>
        <w:br/>
        <w:t>f 23467/22090/19159 23466/22091/19160 23465/22092/19161</w:t>
        <w:br/>
        <w:t>f 23464/22093/19161 23467/22090/19159 23465/22092/19161</w:t>
        <w:br/>
        <w:t>f 23471/22094/19162 23470/22095/19163 23469/22096/19163</w:t>
        <w:br/>
        <w:t>f 23468/22097/19072 23471/22094/19162 23469/22096/19163</w:t>
        <w:br/>
        <w:t>f 23475/22098/19164 23474/22099/19165 23473/22100/19166</w:t>
        <w:br/>
        <w:t>f 23472/22101/19167 23475/22098/19164 23473/22100/19166</w:t>
        <w:br/>
        <w:t>f 23478/22102/19168 23477/22103/19169 23476/22104/19168</w:t>
        <w:br/>
        <w:t>f 23479/22105/19076 23478/22102/19168 23476/22104/19168</w:t>
        <w:br/>
        <w:t>f 23466/22091/19160 23467/22090/19159 23481/22106/19077</w:t>
        <w:br/>
        <w:t>f 23480/22107/19077 23466/22091/19160 23481/22106/19077</w:t>
        <w:br/>
        <w:t>f 23483/22108/19079 23471/22094/19162 23468/22097/19072</w:t>
        <w:br/>
        <w:t>f 23482/22109/19079 23483/22108/19079 23468/22097/19072</w:t>
        <w:br/>
        <w:t>f 23485/22110/19170 23458/22083/19155 23459/22082/19155</w:t>
        <w:br/>
        <w:t>f 23484/22111/19170 23485/22110/19170 23459/22082/19155</w:t>
        <w:br/>
        <w:t>f 23487/22112/19171 23486/22113/19171 23460/22089/19158</w:t>
        <w:br/>
        <w:t>f 23461/22088/19066 23487/22112/19171 23460/22089/19158</w:t>
        <w:br/>
        <w:t>f 23491/22114/19172 23490/22115/19173 23489/22116/19173</w:t>
        <w:br/>
        <w:t>f 23488/22117/19174 23491/22114/19172 23489/22116/19173</w:t>
        <w:br/>
        <w:t>f 23495/22118/19175 23494/22119/19176 23493/22120/19177</w:t>
        <w:br/>
        <w:t>f 23492/22121/19178 23495/22118/19175 23493/22120/19177</w:t>
        <w:br/>
        <w:t>f 23499/22122/19179 23498/22123/19180 23497/22124/19181</w:t>
        <w:br/>
        <w:t>f 23496/22125/19182 23499/22122/19179 23497/22124/19181</w:t>
        <w:br/>
        <w:t>f 23503/22126/19183 23502/22127/19184 23501/22128/19184</w:t>
        <w:br/>
        <w:t>f 23500/22129/19185 23503/22126/19183 23501/22128/19184</w:t>
        <w:br/>
        <w:t>f 23480/22107/19077 23481/22106/19077 23489/22116/19173</w:t>
        <w:br/>
        <w:t>f 23490/22115/19173 23480/22107/19077 23489/22116/19173</w:t>
        <w:br/>
        <w:t>f 23492/22121/19178 23493/22120/19177 23483/22108/19079</w:t>
        <w:br/>
        <w:t>f 23482/22109/19079 23492/22121/19178 23483/22108/19079</w:t>
        <w:br/>
        <w:t>f 23497/22124/19181 23485/22110/19170 23484/22111/19170</w:t>
        <w:br/>
        <w:t>f 23496/22125/19182 23497/22124/19181 23484/22111/19170</w:t>
        <w:br/>
        <w:t>f 23502/22127/19184 23486/22113/19171 23487/22112/19171</w:t>
        <w:br/>
        <w:t>f 23501/22128/19184 23502/22127/19184 23487/22112/19171</w:t>
        <w:br/>
        <w:t>f 23500/22129/19185 23504/22130/19186 23503/22126/19183</w:t>
        <w:br/>
        <w:t>f 23473/22100/19166 23491/22114/19172 23488/22117/19174</w:t>
        <w:br/>
        <w:t>f 23472/22101/19167 23473/22100/19166 23488/22117/19174</w:t>
        <w:br/>
        <w:t>f 23495/22118/19175 23505/22131/19187 23494/22119/19176</w:t>
        <w:br/>
        <w:t>f 23508/22132/19188 23507/22133/19189 23506/22134/19190</w:t>
        <w:br/>
        <w:t>f 23509/22135/19191 23508/22132/19188 23506/22134/19190</w:t>
        <w:br/>
        <w:t>f 23512/22136/19192 23511/22137/19193 23510/22138/19194</w:t>
        <w:br/>
        <w:t>f 23513/22139/19194 23512/22136/19192 23510/22138/19194</w:t>
        <w:br/>
        <w:t>f 23516/22140/19195 23515/22141/19196 23514/22142/19197</w:t>
        <w:br/>
        <w:t>f 23520/22143/19198 23519/22144/19199 23518/22145/19200</w:t>
        <w:br/>
        <w:t>f 23517/22146/19201 23520/22143/19198 23518/22145/19200</w:t>
        <w:br/>
        <w:t>f 23522/22147/19202 23521/22148/19203 23518/22145/19200</w:t>
        <w:br/>
        <w:t>f 23525/22149/19204 23524/22150/19205 23523/22151/19206</w:t>
        <w:br/>
        <w:t>f 23521/22148/19203 23525/22149/19204 23523/22151/19206</w:t>
        <w:br/>
        <w:t>f 23528/22152/19207 23527/22153/19208 23526/22154/19209</w:t>
        <w:br/>
        <w:t>f 23529/22155/19210 23528/22152/19207 23526/22154/19209</w:t>
        <w:br/>
        <w:t>f 23533/22156/19211 23532/22157/19211 23531/22158/19212</w:t>
        <w:br/>
        <w:t>f 23530/22159/19212 23533/22156/19211 23531/22158/19212</w:t>
        <w:br/>
        <w:t>f 23515/22141/19196 23536/22160/19213 23535/22161/19214</w:t>
        <w:br/>
        <w:t>f 23534/22162/19215 23515/22141/19196 23535/22161/19214</w:t>
        <w:br/>
        <w:t>f 23507/22133/19189 23538/22163/19216 23537/22164/19216</w:t>
        <w:br/>
        <w:t>f 23506/22134/19190 23507/22133/19189 23537/22164/19216</w:t>
        <w:br/>
        <w:t>f 23540/22165/19217 23539/22166/19218 23534/22162/19215</w:t>
        <w:br/>
        <w:t>f 23539/22166/19218 23542/22167/19219 23541/22168/19220</w:t>
        <w:br/>
        <w:t>f 23514/22142/19197 23539/22166/19218 23541/22168/19220</w:t>
        <w:br/>
        <w:t>f 23543/22169/19221 23517/22146/19201 23523/22151/19206</w:t>
        <w:br/>
        <w:t>f 23544/22170/19222 23511/22137/19193 23512/22136/19192</w:t>
        <w:br/>
        <w:t>f 23545/22171/19223 23544/22170/19222 23512/22136/19192</w:t>
        <w:br/>
        <w:t>f 23549/22172/19224 23548/22173/19225 23547/22174/19226</w:t>
        <w:br/>
        <w:t>f 23546/22175/19227 23549/22172/19224 23547/22174/19226</w:t>
        <w:br/>
        <w:t>f 23509/22135/19191 23513/22139/19194 23510/22138/19194</w:t>
        <w:br/>
        <w:t>f 23508/22132/19188 23509/22135/19191 23510/22138/19194</w:t>
        <w:br/>
        <w:t>f 23553/22176/19216 23552/22177/19216 23551/22178/19228</w:t>
        <w:br/>
        <w:t>f 23550/22179/19229 23553/22176/19216 23551/22178/19228</w:t>
        <w:br/>
        <w:t>f 23536/22160/19213 23515/22141/19196 23554/22180/19230</w:t>
        <w:br/>
        <w:t>f 23523/22151/19206 23524/22150/19205 23555/22181/19231</w:t>
        <w:br/>
        <w:t>f 23556/22182/19232 23514/22142/19197 23541/22168/19220</w:t>
        <w:br/>
        <w:t>f 23557/22183/19233 23520/22143/19198 23517/22146/19201</w:t>
        <w:br/>
        <w:t>f 23534/22162/19215 23535/22161/19214 23558/22184/19234</w:t>
        <w:br/>
        <w:t>f 23525/22149/19204 23521/22148/19203 23559/22185/19235</w:t>
        <w:br/>
        <w:t>f 23560/22186/19230 23542/22167/19219 23539/22166/19218</w:t>
        <w:br/>
        <w:t>f 23519/22144/19199 23561/22187/19236 23518/22145/19200</w:t>
        <w:br/>
        <w:t>f 23551/22178/19228 23548/22173/19225 23549/22172/19224</w:t>
        <w:br/>
        <w:t>f 23550/22179/19229 23551/22178/19228 23549/22172/19224</w:t>
        <w:br/>
        <w:t>f 23564/22188/19237 23563/22189/19238 23562/22190/19239</w:t>
        <w:br/>
        <w:t>f 23565/22191/19237 23564/22188/19237 23562/22190/19239</w:t>
        <w:br/>
        <w:t>f 23569/22192/19240 23568/22193/19241 23567/22194/19242</w:t>
        <w:br/>
        <w:t>f 23566/22195/19243 23569/22192/19240 23567/22194/19242</w:t>
        <w:br/>
        <w:t>f 23547/22174/19226 23571/22196/19244 23570/22197/19244</w:t>
        <w:br/>
        <w:t>f 23546/22175/19227 23547/22174/19226 23570/22197/19244</w:t>
        <w:br/>
        <w:t>f 23571/22196/19244 23544/22170/19222 23545/22171/19223</w:t>
        <w:br/>
        <w:t>f 23570/22197/19244 23571/22196/19244 23545/22171/19223</w:t>
        <w:br/>
        <w:t>f 23516/22140/19195 23554/22180/19230 23515/22141/19196</w:t>
        <w:br/>
        <w:t>f 23523/22151/19206 23555/22181/19231 23543/22169/19221</w:t>
        <w:br/>
        <w:t>f 23543/22169/19221 23557/22183/19233 23517/22146/19201</w:t>
        <w:br/>
        <w:t>f 23514/22142/19197 23556/22182/19232 23516/22140/19195</w:t>
        <w:br/>
        <w:t>f 23522/22147/19202 23559/22185/19235 23521/22148/19203</w:t>
        <w:br/>
        <w:t>f 23540/22165/19217 23560/22186/19230 23539/22166/19218</w:t>
        <w:br/>
        <w:t>f 23534/22162/19215 23558/22184/19234 23540/22165/19217</w:t>
        <w:br/>
        <w:t>f 23518/22145/19200 23561/22187/19236 23522/22147/19202</w:t>
        <w:br/>
        <w:t>f 23575/22198/19245 23574/22199/19245 23573/22200/19246</w:t>
        <w:br/>
        <w:t>f 23572/22201/19246 23575/22198/19245 23573/22200/19246</w:t>
        <w:br/>
        <w:t>f 23579/22202/19247 23578/22203/19247 23577/22204/19248</w:t>
        <w:br/>
        <w:t>f 23576/22205/19249 23579/22202/19247 23577/22204/19248</w:t>
        <w:br/>
        <w:t>f 23583/22206/19250 23582/22207/19251 23581/22208/19252</w:t>
        <w:br/>
        <w:t>f 23580/22209/19252 23583/22206/19250 23581/22208/19252</w:t>
        <w:br/>
        <w:t>f 23585/22210/19253 23580/22209/19252 23581/22208/19252</w:t>
        <w:br/>
        <w:t>f 23584/22211/19254 23585/22210/19253 23581/22208/19252</w:t>
        <w:br/>
        <w:t>f 23587/22212/19255 23586/22213/19255 23578/22203/19247</w:t>
        <w:br/>
        <w:t>f 23579/22202/19247 23587/22212/19255 23578/22203/19247</w:t>
        <w:br/>
        <w:t>f 23576/22205/19249 23577/22204/19248 23582/22207/19251</w:t>
        <w:br/>
        <w:t>f 23583/22206/19250 23576/22205/19249 23582/22207/19251</w:t>
        <w:br/>
        <w:t>f 23591/22214/19256 23590/22215/19257 23589/22216/19258</w:t>
        <w:br/>
        <w:t>f 23588/22217/19258 23591/22214/19256 23589/22216/19258</w:t>
        <w:br/>
        <w:t>f 23595/22218/19259 23594/22219/19260 23593/22220/19261</w:t>
        <w:br/>
        <w:t>f 23592/22221/19262 23595/22218/19259 23593/22220/19261</w:t>
        <w:br/>
        <w:t>f 23599/22222/19263 23598/22223/19264 23597/22224/19265</w:t>
        <w:br/>
        <w:t>f 23596/22225/19266 23599/22222/19263 23597/22224/19265</w:t>
        <w:br/>
        <w:t>f 23597/22224/19265 23601/22226/19267 23600/22227/19268</w:t>
        <w:br/>
        <w:t>f 23596/22225/19266 23597/22224/19265 23600/22227/19268</w:t>
        <w:br/>
        <w:t>f 23601/22226/19267 23603/22228/19269 23602/22229/19270</w:t>
        <w:br/>
        <w:t>f 23600/22227/19268 23601/22226/19267 23602/22229/19270</w:t>
        <w:br/>
        <w:t>f 23603/22228/19269 23605/22230/19271 23604/22231/19271</w:t>
        <w:br/>
        <w:t>f 23602/22229/19270 23603/22228/19269 23604/22231/19271</w:t>
        <w:br/>
        <w:t>f 23609/22232/19272 23608/22233/19273 23607/22234/19274</w:t>
        <w:br/>
        <w:t>f 23606/22235/19272 23609/22232/19272 23607/22234/19274</w:t>
        <w:br/>
        <w:t>f 23608/22233/19273 23611/22236/19275 23610/22237/19276</w:t>
        <w:br/>
        <w:t>f 23607/22234/19274 23608/22233/19273 23610/22237/19276</w:t>
        <w:br/>
        <w:t>f 23613/22238/19277 23612/22239/19278 23597/22224/19265</w:t>
        <w:br/>
        <w:t>f 23598/22223/19264 23613/22238/19277 23597/22224/19265</w:t>
        <w:br/>
        <w:t>f 23612/22239/19278 23614/22240/19279 23601/22226/19267</w:t>
        <w:br/>
        <w:t>f 23597/22224/19265 23612/22239/19278 23601/22226/19267</w:t>
        <w:br/>
        <w:t>f 23614/22240/19279 23615/22241/19280 23603/22228/19269</w:t>
        <w:br/>
        <w:t>f 23601/22226/19267 23614/22240/19279 23603/22228/19269</w:t>
        <w:br/>
        <w:t>f 23615/22241/19280 23588/22217/19258 23589/22216/19258</w:t>
        <w:br/>
        <w:t>f 23603/22228/19269 23615/22241/19280 23589/22216/19258</w:t>
        <w:br/>
        <w:t>f 23619/22242/19281 23618/22243/19282 23617/22244/19282</w:t>
        <w:br/>
        <w:t>f 23616/22245/19281 23619/22242/19281 23617/22244/19282</w:t>
        <w:br/>
        <w:t>f 23618/22243/19282 23621/22246/19283 23620/22247/19283</w:t>
        <w:br/>
        <w:t>f 23617/22244/19282 23618/22243/19282 23620/22247/19283</w:t>
        <w:br/>
        <w:t>f 23623/22248/19284 23622/22249/19284 23620/22247/19283</w:t>
        <w:br/>
        <w:t>f 23621/22246/19283 23623/22248/19284 23620/22247/19283</w:t>
        <w:br/>
        <w:t>f 23622/22249/19284 23623/22248/19284 23625/22250/19285</w:t>
        <w:br/>
        <w:t>f 23624/22251/19285 23622/22249/19284 23625/22250/19285</w:t>
        <w:br/>
        <w:t>f 23628/22252/19286 23627/22253/19287 23626/22254/19288</w:t>
        <w:br/>
        <w:t>f 23595/22218/19259 23628/22252/19286 23626/22254/19288</w:t>
        <w:br/>
        <w:t>f 23595/22218/19259 23626/22254/19288 23629/22255/19289</w:t>
        <w:br/>
        <w:t>f 23594/22219/19260 23595/22218/19259 23629/22255/19289</w:t>
        <w:br/>
        <w:t>f 23633/22256/19290 23632/22257/19291 23631/22258/19291</w:t>
        <w:br/>
        <w:t>f 23630/22259/19290 23633/22256/19290 23631/22258/19291</w:t>
        <w:br/>
        <w:t>f 23637/22260/19292 23636/22261/19293 23635/22262/19246</w:t>
        <w:br/>
        <w:t>f 23634/22263/19294 23637/22260/19292 23635/22262/19246</w:t>
        <w:br/>
        <w:t>f 23641/22264/19295 23640/22265/19296 23639/22266/19297</w:t>
        <w:br/>
        <w:t>f 23638/22267/19297 23641/22264/19295 23639/22266/19297</w:t>
        <w:br/>
        <w:t>f 23645/22268/19298 23644/22269/19299 23643/22270/19299</w:t>
        <w:br/>
        <w:t>f 23642/22271/19298 23645/22268/19298 23643/22270/19299</w:t>
        <w:br/>
        <w:t>f 23649/22272/19300 23648/22273/19301 23647/22274/19301</w:t>
        <w:br/>
        <w:t>f 23646/22275/19300 23649/22272/19300 23647/22274/19301</w:t>
        <w:br/>
        <w:t>f 23653/22276/19302 23652/22277/19303 23651/22278/19304</w:t>
        <w:br/>
        <w:t>f 23650/22279/19304 23653/22276/19302 23651/22278/19304</w:t>
        <w:br/>
        <w:t>f 23657/22280/19305 23656/22281/19305 23655/22282/19306</w:t>
        <w:br/>
        <w:t>f 23654/22283/19306 23657/22280/19305 23655/22282/19306</w:t>
        <w:br/>
        <w:t>f 23661/22284/19307 23660/22285/19308 23659/22286/19308</w:t>
        <w:br/>
        <w:t>f 23658/22287/19309 23661/22284/19307 23659/22286/19308</w:t>
        <w:br/>
        <w:t>f 23665/22288/19310 23664/22289/19310 23663/22290/19311</w:t>
        <w:br/>
        <w:t>f 23662/22291/19311 23665/22288/19310 23663/22290/19311</w:t>
        <w:br/>
        <w:t>f 23654/22283/19306 23655/22282/19306 23667/22292/19312</w:t>
        <w:br/>
        <w:t>f 23666/22293/19312 23654/22283/19306 23667/22292/19312</w:t>
        <w:br/>
        <w:t>f 23670/22294/19313 23669/22295/19314 23668/22296/19314</w:t>
        <w:br/>
        <w:t>f 23671/22297/19313 23670/22294/19313 23668/22296/19314</w:t>
        <w:br/>
        <w:t>f 23660/22285/19308 23673/22298/19315 23672/22299/19315</w:t>
        <w:br/>
        <w:t>f 23659/22286/19308 23660/22285/19308 23672/22299/19315</w:t>
        <w:br/>
        <w:t>f 23662/22291/19311 23663/22290/19311 23674/22300/19316</w:t>
        <w:br/>
        <w:t>f 23675/22301/19317 23662/22291/19311 23674/22300/19316</w:t>
        <w:br/>
        <w:t>f 23673/22298/19315 23640/22265/19296 23641/22264/19295</w:t>
        <w:br/>
        <w:t>f 23672/22299/19315 23673/22298/19315 23641/22264/19295</w:t>
        <w:br/>
        <w:t>f 23670/22294/19313 23671/22297/19313 23645/22268/19298</w:t>
        <w:br/>
        <w:t>f 23642/22271/19298 23670/22294/19313 23645/22268/19298</w:t>
        <w:br/>
        <w:t>f 23666/22293/19312 23667/22292/19312 23649/22272/19300</w:t>
        <w:br/>
        <w:t>f 23646/22275/19300 23666/22293/19312 23649/22272/19300</w:t>
        <w:br/>
        <w:t>f 23651/22278/19304 23675/22301/19317 23674/22300/19316</w:t>
        <w:br/>
        <w:t>f 23650/22279/19304 23651/22278/19304 23674/22300/19316</w:t>
        <w:br/>
        <w:t>f 23679/22302/19318 23678/22303/19318 23677/22304/19319</w:t>
        <w:br/>
        <w:t>f 23676/22305/19319 23679/22302/19318 23677/22304/19319</w:t>
        <w:br/>
        <w:t>f 23683/22306/19320 23682/22307/19321 23681/22308/19321</w:t>
        <w:br/>
        <w:t>f 23680/22309/19320 23683/22306/19320 23681/22308/19321</w:t>
        <w:br/>
        <w:t>f 23686/22310/19322 23685/22311/19323 23684/22312/19323</w:t>
        <w:br/>
        <w:t>f 23687/22313/19322 23686/22310/19322 23684/22312/19323</w:t>
        <w:br/>
        <w:t>f 23691/22314/19324 23690/22315/19324 23689/22316/19325</w:t>
        <w:br/>
        <w:t>f 23688/22317/19325 23691/22314/19324 23689/22316/19325</w:t>
        <w:br/>
        <w:t>f 23695/22318/19326 23694/22319/19327 23693/22320/19328</w:t>
        <w:br/>
        <w:t>f 23692/22321/19328 23695/22318/19326 23693/22320/19328</w:t>
        <w:br/>
        <w:t>f 23699/22322/19329 23698/22323/19330 23697/22324/19331</w:t>
        <w:br/>
        <w:t>f 23696/22325/19329 23699/22322/19329 23697/22324/19331</w:t>
        <w:br/>
        <w:t>f 23703/22326/19332 23702/22327/19333 23701/22328/19333</w:t>
        <w:br/>
        <w:t>f 23700/22329/19332 23703/22326/19332 23701/22328/19333</w:t>
        <w:br/>
        <w:t>f 23707/22330/19334 23706/22331/19335 23705/22332/19336</w:t>
        <w:br/>
        <w:t>f 23704/22333/19336 23707/22330/19334 23705/22332/19336</w:t>
        <w:br/>
        <w:t>f 23682/22307/19321 23701/22328/19333 23702/22327/19333</w:t>
        <w:br/>
        <w:t>f 23681/22308/19321 23682/22307/19321 23702/22327/19333</w:t>
        <w:br/>
        <w:t>f 23685/22311/19323 23697/22324/19331 23698/22323/19330</w:t>
        <w:br/>
        <w:t>f 23684/22312/19323 23685/22311/19323 23698/22323/19330</w:t>
        <w:br/>
        <w:t>f 23704/22333/19336 23705/22332/19336 23690/22315/19324</w:t>
        <w:br/>
        <w:t>f 23691/22314/19324 23704/22333/19336 23690/22315/19324</w:t>
        <w:br/>
        <w:t>f 23692/22321/19328 23693/22320/19328 23678/22303/19318</w:t>
        <w:br/>
        <w:t>f 23679/22302/19318 23692/22321/19328 23678/22303/19318</w:t>
        <w:br/>
        <w:t>f 23709/22334/19337 23708/22335/19337 23664/22289/19310</w:t>
        <w:br/>
        <w:t>f 23665/22288/19310 23709/22334/19337 23664/22289/19310</w:t>
        <w:br/>
        <w:t>f 23711/22336/19338 23710/22337/19338 23656/22281/19305</w:t>
        <w:br/>
        <w:t>f 23657/22280/19305 23711/22336/19338 23656/22281/19305</w:t>
        <w:br/>
        <w:t>f 23713/22338/19339 23686/22310/19322 23687/22313/19322</w:t>
        <w:br/>
        <w:t>f 23712/22339/19340 23713/22338/19339 23687/22313/19322</w:t>
        <w:br/>
        <w:t>f 23688/22317/19325 23689/22316/19325 23708/22335/19337</w:t>
        <w:br/>
        <w:t>f 23709/22334/19337 23688/22317/19325 23708/22335/19337</w:t>
        <w:br/>
        <w:t>f 23676/22305/19319 23677/22304/19319 23710/22337/19338</w:t>
        <w:br/>
        <w:t>f 23711/22336/19338 23676/22305/19319 23710/22337/19338</w:t>
        <w:br/>
        <w:t>f 23715/22340/19341 23683/22306/19320 23680/22309/19320</w:t>
        <w:br/>
        <w:t>f 23714/22341/19342 23715/22340/19341 23680/22309/19320</w:t>
        <w:br/>
        <w:t>f 23719/22342/19343 23718/22343/19344 23717/22344/19345</w:t>
        <w:br/>
        <w:t>f 23716/22345/19345 23719/22342/19343 23717/22344/19345</w:t>
        <w:br/>
        <w:t>f 23723/22346/19329 23722/22347/19346 23721/22348/19347</w:t>
        <w:br/>
        <w:t>f 23720/22349/19348 23723/22346/19329 23721/22348/19347</w:t>
        <w:br/>
        <w:t>f 23727/22350/19349 23726/22351/19349 23725/22352/19350</w:t>
        <w:br/>
        <w:t>f 23724/22353/19351 23727/22350/19349 23725/22352/19350</w:t>
        <w:br/>
        <w:t>f 23731/22354/19352 23730/22355/19353 23729/22356/19354</w:t>
        <w:br/>
        <w:t>f 23728/22357/19355 23731/22354/19352 23729/22356/19354</w:t>
        <w:br/>
        <w:t>f 23726/22351/19349 23727/22350/19349 23733/22358/19356</w:t>
        <w:br/>
        <w:t>f 23732/22359/19356 23726/22351/19349 23733/22358/19356</w:t>
        <w:br/>
        <w:t>f 23737/22360/19357 23736/22361/19358 23735/22362/19359</w:t>
        <w:br/>
        <w:t>f 23734/22363/19360 23737/22360/19357 23735/22362/19359</w:t>
        <w:br/>
        <w:t>f 23741/22364/19361 23740/22365/19362 23739/22366/19362</w:t>
        <w:br/>
        <w:t>f 23738/22367/19361 23741/22364/19361 23739/22366/19362</w:t>
        <w:br/>
        <w:t>f 23739/22366/19362 23740/22365/19362 23743/22368/19363</w:t>
        <w:br/>
        <w:t>f 23742/22369/19363 23739/22366/19362 23743/22368/19363</w:t>
        <w:br/>
        <w:t>f 23745/22370/19364 23744/22371/19364 23737/22360/19357</w:t>
        <w:br/>
        <w:t>f 23734/22363/19360 23745/22370/19364 23737/22360/19357</w:t>
        <w:br/>
        <w:t>f 23730/22355/19353 23731/22354/19352 23747/22372/19365</w:t>
        <w:br/>
        <w:t>f 23746/22373/19366 23730/22355/19353 23747/22372/19365</w:t>
        <w:br/>
        <w:t>f 23751/22374/19367 23750/22375/19368 23749/22376/19369</w:t>
        <w:br/>
        <w:t>f 23748/22377/19367 23751/22374/19367 23749/22376/19369</w:t>
        <w:br/>
        <w:t>f 23754/22378/19370 23753/22379/19370 23752/22380/19371</w:t>
        <w:br/>
        <w:t>f 23755/22381/19372 23754/22378/19370 23752/22380/19371</w:t>
        <w:br/>
        <w:t>f 23757/22382/19373 23756/22383/19374 23755/22381/19372</w:t>
        <w:br/>
        <w:t>f 23752/22380/19371 23757/22382/19373 23755/22381/19372</w:t>
        <w:br/>
        <w:t>f 23761/22384/19375 23760/22385/19376 23759/22386/19376</w:t>
        <w:br/>
        <w:t>f 23758/22387/19377 23761/22384/19375 23759/22386/19376</w:t>
        <w:br/>
        <w:t>f 23760/22385/19376 23763/22388/19378 23762/22389/19379</w:t>
        <w:br/>
        <w:t>f 23759/22386/19376 23760/22385/19376 23762/22389/19379</w:t>
        <w:br/>
        <w:t>f 23748/22377/19367 23765/22390/19380 23764/22391/19380</w:t>
        <w:br/>
        <w:t>f 23751/22374/19367 23748/22377/19367 23764/22391/19380</w:t>
        <w:br/>
        <w:t>f 23769/22392/19381 23768/22393/19382 23767/22394/19383</w:t>
        <w:br/>
        <w:t>f 23766/22395/19381 23769/22392/19381 23767/22394/19383</w:t>
        <w:br/>
        <w:t>f 23768/22393/19382 23771/22396/19384 23770/22397/19385</w:t>
        <w:br/>
        <w:t>f 23767/22394/19383 23768/22393/19382 23770/22397/19385</w:t>
        <w:br/>
        <w:t>f 23775/22398/19386 23774/22399/19386 23773/22400/19387</w:t>
        <w:br/>
        <w:t>f 23772/22401/19387 23775/22398/19386 23773/22400/19387</w:t>
        <w:br/>
        <w:t>f 23779/22402/19388 23778/22403/19389 23777/22404/19390</w:t>
        <w:br/>
        <w:t>f 23776/22405/19388 23779/22402/19388 23777/22404/19390</w:t>
        <w:br/>
        <w:t>f 23783/22406/19391 23782/22407/19392 23781/22408/19392</w:t>
        <w:br/>
        <w:t>f 23780/22409/19391 23783/22406/19391 23781/22408/19392</w:t>
        <w:br/>
        <w:t>f 23787/22410/19393 23786/22411/19393 23785/22412/19394</w:t>
        <w:br/>
        <w:t>f 23784/22413/19394 23787/22410/19393 23785/22412/19394</w:t>
        <w:br/>
        <w:t>f 23789/22414/19395 23788/22415/19395 23756/22383/19374</w:t>
        <w:br/>
        <w:t>f 23757/22382/19373 23789/22414/19395 23756/22383/19374</w:t>
        <w:br/>
        <w:t>f 23791/22416/19396 23790/22417/19396 23764/22391/19380</w:t>
        <w:br/>
        <w:t>f 23765/22390/19380 23791/22416/19396 23764/22391/19380</w:t>
        <w:br/>
        <w:t>f 23793/22418/19397 23728/22357/19355 23729/22356/19354</w:t>
        <w:br/>
        <w:t>f 23792/22419/19398 23793/22418/19397 23729/22356/19354</w:t>
        <w:br/>
        <w:t>f 23736/22361/19358 23795/22420/19399 23794/22421/19400</w:t>
        <w:br/>
        <w:t>f 23735/22362/19359 23736/22361/19358 23794/22421/19400</w:t>
        <w:br/>
        <w:t>f 23772/22401/19387 23773/22400/19387 23761/22384/19375</w:t>
        <w:br/>
        <w:t>f 23758/22387/19377 23772/22401/19387 23761/22384/19375</w:t>
        <w:br/>
        <w:t>f 23784/22413/19394 23785/22412/19394 23741/22364/19361</w:t>
        <w:br/>
        <w:t>f 23738/22367/19361 23784/22413/19394 23741/22364/19361</w:t>
        <w:br/>
        <w:t>f 23733/22358/19356 23783/22406/19391 23780/22409/19391</w:t>
        <w:br/>
        <w:t>f 23732/22359/19356 23733/22358/19356 23780/22409/19391</w:t>
        <w:br/>
        <w:t>f 23778/22403/19389 23769/22392/19381 23766/22395/19381</w:t>
        <w:br/>
        <w:t>f 23777/22404/19390 23778/22403/19389 23766/22395/19381</w:t>
        <w:br/>
        <w:t>f 23797/22422/19401 23796/22423/19402 23788/22415/19395</w:t>
        <w:br/>
        <w:t>f 23789/22414/19395 23797/22422/19401 23788/22415/19395</w:t>
        <w:br/>
        <w:t>f 23799/22424/19403 23798/22425/19404 23790/22417/19396</w:t>
        <w:br/>
        <w:t>f 23791/22416/19396 23799/22424/19403 23790/22417/19396</w:t>
        <w:br/>
        <w:t>f 23792/22419/19398 23801/22426/19405 23800/22427/19406</w:t>
        <w:br/>
        <w:t>f 23793/22418/19397 23792/22419/19398 23800/22427/19406</w:t>
        <w:br/>
        <w:t>f 23803/22428/19407 23794/22421/19400 23795/22420/19399</w:t>
        <w:br/>
        <w:t>f 23802/22429/19407 23803/22428/19407 23795/22420/19399</w:t>
        <w:br/>
        <w:t>f 23802/22429/19407 23786/22411/19393 23787/22410/19393</w:t>
        <w:br/>
        <w:t>f 23803/22428/19407 23802/22429/19407 23787/22410/19393</w:t>
        <w:br/>
        <w:t>f 23801/22426/19405 23781/22408/19392 23782/22407/19392</w:t>
        <w:br/>
        <w:t>f 23800/22427/19406 23801/22426/19405 23782/22407/19392</w:t>
        <w:br/>
        <w:t>f 23796/22423/19402 23779/22402/19388 23776/22405/19388</w:t>
        <w:br/>
        <w:t>f 23798/22425/19404 23796/22423/19402 23776/22405/19388</w:t>
        <w:br/>
        <w:t>f 23774/22399/19386 23775/22398/19386 23796/22423/19402</w:t>
        <w:br/>
        <w:t>f 23797/22422/19401 23774/22399/19386 23796/22423/19402</w:t>
        <w:br/>
        <w:t>f 23807/22430/19350 23806/22431/19350 23805/22432/19408</w:t>
        <w:br/>
        <w:t>f 23804/22433/19408 23807/22430/19350 23805/22432/19408</w:t>
        <w:br/>
        <w:t>f 23811/22434/19409 23810/22435/19409 23809/22436/19409</w:t>
        <w:br/>
        <w:t>f 23808/22437/19409 23811/22434/19409 23809/22436/19409</w:t>
        <w:br/>
        <w:t>f 23815/22438/19410 23814/22439/19411 23813/22440/19411</w:t>
        <w:br/>
        <w:t>f 23812/22441/19410 23815/22438/19410 23813/22440/19411</w:t>
        <w:br/>
        <w:t>f 23819/22442/19412 23818/22443/19413 23817/22444/19413</w:t>
        <w:br/>
        <w:t>f 23816/22445/19414 23819/22442/19412 23817/22444/19413</w:t>
        <w:br/>
        <w:t>f 23823/22446/19415 23822/22447/19415 23821/22448/19416</w:t>
        <w:br/>
        <w:t>f 23820/22449/19416 23823/22446/19415 23821/22448/19416</w:t>
        <w:br/>
        <w:t>f 23827/22450/19417 23826/22451/19418 23825/22452/19419</w:t>
        <w:br/>
        <w:t>f 23824/22453/19419 23827/22450/19417 23825/22452/19419</w:t>
        <w:br/>
        <w:t>f 23831/22454/19420 23830/22455/19421 23829/22456/19422</w:t>
        <w:br/>
        <w:t>f 23828/22457/19422 23831/22454/19420 23829/22456/19422</w:t>
        <w:br/>
        <w:t>f 23835/22458/19423 23834/22459/19424 23833/22460/19424</w:t>
        <w:br/>
        <w:t>f 23832/22461/19423 23835/22458/19423 23833/22460/19424</w:t>
        <w:br/>
        <w:t>f 23839/22462/19425 23838/22463/19426 23837/22464/19426</w:t>
        <w:br/>
        <w:t>f 23836/22465/19425 23839/22462/19425 23837/22464/19426</w:t>
        <w:br/>
        <w:t>f 23843/22466/19427 23842/22467/19427 23841/22468/19428</w:t>
        <w:br/>
        <w:t>f 23840/22469/19428 23843/22466/19427 23841/22468/19428</w:t>
        <w:br/>
        <w:t>f 23838/22463/19426 23845/22470/19429 23844/22471/19429</w:t>
        <w:br/>
        <w:t>f 23837/22464/19426 23838/22463/19426 23844/22471/19429</w:t>
        <w:br/>
        <w:t>f 23834/22459/19424 23819/22442/19412 23816/22445/19414</w:t>
        <w:br/>
        <w:t>f 23833/22460/19424 23834/22459/19424 23816/22445/19414</w:t>
        <w:br/>
        <w:t>f 23828/22457/19422 23829/22456/19422 23820/22449/19416</w:t>
        <w:br/>
        <w:t>f 23821/22448/19416 23828/22457/19422 23820/22449/19416</w:t>
        <w:br/>
        <w:t>f 23825/22452/19419 23842/22467/19427 23843/22466/19427</w:t>
        <w:br/>
        <w:t>f 23824/22453/19419 23825/22452/19419 23843/22466/19427</w:t>
        <w:br/>
        <w:t>f 23849/22472/19430 23848/22473/19430 23847/22474/19431</w:t>
        <w:br/>
        <w:t>f 23846/22475/19432 23849/22472/19430 23847/22474/19431</w:t>
        <w:br/>
        <w:t>f 23853/22476/19433 23852/22477/19434 23851/22478/19435</w:t>
        <w:br/>
        <w:t>f 23850/22479/19433 23853/22476/19433 23851/22478/19435</w:t>
        <w:br/>
        <w:t>f 23857/22480/19436 23856/22481/19437 23855/22482/19437</w:t>
        <w:br/>
        <w:t>f 23854/22483/19438 23857/22480/19436 23855/22482/19437</w:t>
        <w:br/>
        <w:t>f 23861/22484/19439 23860/22485/19439 23859/22486/19440</w:t>
        <w:br/>
        <w:t>f 23858/22487/19440 23861/22484/19439 23859/22486/19440</w:t>
        <w:br/>
        <w:t>f 23863/22488/19441 23855/22482/19437 23856/22481/19437</w:t>
        <w:br/>
        <w:t>f 23862/22489/19441 23863/22488/19441 23856/22481/19437</w:t>
        <w:br/>
        <w:t>f 23865/22490/19442 23851/22478/19435 23852/22477/19434</w:t>
        <w:br/>
        <w:t>f 23864/22491/19442 23865/22490/19442 23852/22477/19434</w:t>
        <w:br/>
        <w:t>f 23858/22487/19440 23859/22486/19440 23867/22492/19443</w:t>
        <w:br/>
        <w:t>f 23866/22493/19443 23858/22487/19440 23867/22492/19443</w:t>
        <w:br/>
        <w:t>f 23846/22475/19432 23847/22474/19431 23869/22494/19444</w:t>
        <w:br/>
        <w:t>f 23868/22495/19445 23846/22475/19432 23869/22494/19444</w:t>
        <w:br/>
        <w:t>f 23873/22496/19446 23872/22497/19446 23871/22498/19447</w:t>
        <w:br/>
        <w:t>f 23870/22499/19447 23873/22496/19446 23871/22498/19447</w:t>
        <w:br/>
        <w:t>f 23877/22500/19448 23876/22501/19449 23875/22502/19449</w:t>
        <w:br/>
        <w:t>f 23874/22503/19450 23877/22500/19448 23875/22502/19449</w:t>
        <w:br/>
        <w:t>f 23881/22504/19451 23880/22505/19452 23879/22506/19452</w:t>
        <w:br/>
        <w:t>f 23878/22507/19451 23881/22504/19451 23879/22506/19452</w:t>
        <w:br/>
        <w:t>f 23885/22508/19453 23884/22509/19453 23883/22510/19454</w:t>
        <w:br/>
        <w:t>f 23882/22511/19455 23885/22508/19453 23883/22510/19454</w:t>
        <w:br/>
        <w:t>f 23870/22499/19447 23871/22498/19447 23887/22512/19456</w:t>
        <w:br/>
        <w:t>f 23886/22513/19457 23870/22499/19447 23887/22512/19456</w:t>
        <w:br/>
        <w:t>f 23876/22501/19449 23889/22514/19458 23888/22515/19458</w:t>
        <w:br/>
        <w:t>f 23875/22502/19449 23876/22501/19449 23888/22515/19458</w:t>
        <w:br/>
        <w:t>f 23880/22505/19452 23891/22516/19459 23890/22517/19459</w:t>
        <w:br/>
        <w:t>f 23879/22506/19452 23880/22505/19452 23890/22517/19459</w:t>
        <w:br/>
        <w:t>f 23893/22518/19460 23892/22519/19460 23882/22511/19455</w:t>
        <w:br/>
        <w:t>f 23883/22510/19454 23893/22518/19460 23882/22511/19455</w:t>
        <w:br/>
        <w:t>f 23886/22513/19457 23887/22512/19456 23830/22455/19421</w:t>
        <w:br/>
        <w:t>f 23831/22454/19420 23886/22513/19457 23830/22455/19421</w:t>
        <w:br/>
        <w:t>f 23889/22514/19458 23835/22458/19423 23832/22461/19423</w:t>
        <w:br/>
        <w:t>f 23888/22515/19458 23889/22514/19458 23832/22461/19423</w:t>
        <w:br/>
        <w:t>f 23891/22516/19459 23839/22462/19425 23836/22465/19425</w:t>
        <w:br/>
        <w:t>f 23890/22517/19459 23891/22516/19459 23836/22465/19425</w:t>
        <w:br/>
        <w:t>f 23840/22469/19428 23841/22468/19428 23892/22519/19460</w:t>
        <w:br/>
        <w:t>f 23893/22518/19460 23840/22469/19428 23892/22519/19460</w:t>
        <w:br/>
        <w:t>f 23897/22520/19461 23896/22521/19462 23895/22522/19463</w:t>
        <w:br/>
        <w:t>f 23894/22523/19461 23897/22520/19461 23895/22522/19463</w:t>
        <w:br/>
        <w:t>f 23901/22524/19464 23900/22525/19433 23899/22526/19433</w:t>
        <w:br/>
        <w:t>f 23898/22527/19464 23901/22524/19464 23899/22526/19433</w:t>
        <w:br/>
        <w:t>f 23905/22528/19465 23904/22529/19465 23903/22530/19466</w:t>
        <w:br/>
        <w:t>f 23902/22531/19466 23905/22528/19465 23903/22530/19466</w:t>
        <w:br/>
        <w:t>f 23908/22532/19467 23907/22533/19468 23906/22534/19468</w:t>
        <w:br/>
        <w:t>f 23909/22535/19467 23908/22532/19467 23906/22534/19468</w:t>
        <w:br/>
        <w:t>f 23913/22536/19469 23912/22537/19470 23911/22538/19470</w:t>
        <w:br/>
        <w:t>f 23910/22539/19469 23913/22536/19469 23911/22538/19470</w:t>
        <w:br/>
        <w:t>f 23917/22540/19471 23916/22541/19471 23915/22542/19472</w:t>
        <w:br/>
        <w:t>f 23914/22543/19472 23917/22540/19471 23915/22542/19472</w:t>
        <w:br/>
        <w:t>f 23913/22536/19469 23910/22539/19469 23919/22544/19473</w:t>
        <w:br/>
        <w:t>f 23918/22545/19474 23913/22536/19469 23919/22544/19473</w:t>
        <w:br/>
        <w:t>f 23921/22546/19475 23920/22547/19475 23906/22534/19468</w:t>
        <w:br/>
        <w:t>f 23907/22533/19468 23921/22546/19475 23906/22534/19468</w:t>
        <w:br/>
        <w:t>f 23923/22548/19476 23922/22549/19477 23904/22529/19465</w:t>
        <w:br/>
        <w:t>f 23905/22528/19465 23923/22548/19476 23904/22529/19465</w:t>
        <w:br/>
        <w:t>f 23915/22542/19472 23925/22550/19478 23924/22551/19478</w:t>
        <w:br/>
        <w:t>f 23914/22543/19472 23915/22542/19472 23924/22551/19478</w:t>
        <w:br/>
        <w:t>f 23929/22552/19479 23928/22553/19479 23927/22554/19480</w:t>
        <w:br/>
        <w:t>f 23926/22555/19480 23929/22552/19479 23927/22554/19480</w:t>
        <w:br/>
        <w:t>f 23933/22556/19481 23932/22557/19482 23931/22558/19483</w:t>
        <w:br/>
        <w:t>f 23930/22559/19481 23933/22556/19481 23931/22558/19483</w:t>
        <w:br/>
        <w:t>f 23937/22560/19484 23936/22561/19484 23935/22562/19485</w:t>
        <w:br/>
        <w:t>f 23934/22563/19486 23937/22560/19484 23935/22562/19485</w:t>
        <w:br/>
        <w:t>f 23941/22564/19487 23940/22565/19488 23939/22566/19488</w:t>
        <w:br/>
        <w:t>f 23938/22567/19489 23941/22564/19487 23939/22566/19488</w:t>
        <w:br/>
        <w:t>f 23943/22568/19490 23942/22569/19490 23918/22545/19474</w:t>
        <w:br/>
        <w:t>f 23919/22544/19473 23943/22568/19490 23918/22545/19474</w:t>
        <w:br/>
        <w:t>f 23945/22570/19491 23944/22571/19492 23920/22547/19475</w:t>
        <w:br/>
        <w:t>f 23921/22546/19475 23945/22570/19491 23920/22547/19475</w:t>
        <w:br/>
        <w:t>f 23947/22572/19493 23946/22573/19493 23922/22549/19477</w:t>
        <w:br/>
        <w:t>f 23923/22548/19476 23947/22572/19493 23922/22549/19477</w:t>
        <w:br/>
        <w:t>f 23925/22550/19478 23949/22574/19494 23948/22575/19494</w:t>
        <w:br/>
        <w:t>f 23924/22551/19478 23925/22550/19478 23948/22575/19494</w:t>
        <w:br/>
        <w:t>f 23927/22554/19480 23951/22576/19495 23950/22577/19495</w:t>
        <w:br/>
        <w:t>f 23926/22555/19480 23927/22554/19480 23950/22577/19495</w:t>
        <w:br/>
        <w:t>f 23953/22578/19496 23936/22561/19484 23937/22560/19484</w:t>
        <w:br/>
        <w:t>f 23952/22579/19497 23953/22578/19496 23937/22560/19484</w:t>
        <w:br/>
        <w:t>f 23931/22558/19483 23932/22557/19482 23955/22580/19498</w:t>
        <w:br/>
        <w:t>f 23954/22581/19499 23931/22558/19483 23955/22580/19498</w:t>
        <w:br/>
        <w:t>f 23957/22582/19500 23956/22583/19501 23939/22566/19488</w:t>
        <w:br/>
        <w:t>f 23940/22565/19488 23957/22582/19500 23939/22566/19488</w:t>
        <w:br/>
        <w:t>f 23959/22584/19502 23950/22577/19495 23951/22576/19495</w:t>
        <w:br/>
        <w:t>f 23958/22585/19502 23959/22584/19502 23951/22576/19495</w:t>
        <w:br/>
        <w:t>f 23961/22586/19503 23960/22587/19503 23944/22571/19492</w:t>
        <w:br/>
        <w:t>f 23945/22570/19491 23961/22586/19503 23944/22571/19492</w:t>
        <w:br/>
        <w:t>f 23963/22588/19504 23962/22589/19504 23946/22573/19493</w:t>
        <w:br/>
        <w:t>f 23947/22572/19493 23963/22588/19504 23946/22573/19493</w:t>
        <w:br/>
        <w:t>f 23948/22575/19494 23949/22574/19494 23965/22590/19505</w:t>
        <w:br/>
        <w:t>f 23964/22591/19505 23948/22575/19494 23965/22590/19505</w:t>
        <w:br/>
        <w:t>f 23943/22568/19490 23967/22592/19506 23966/22593/19506</w:t>
        <w:br/>
        <w:t>f 23942/22569/19490 23943/22568/19490 23966/22593/19506</w:t>
        <w:br/>
        <w:t>f 23969/22594/19507 23960/22587/19503 23961/22586/19503</w:t>
        <w:br/>
        <w:t>f 23968/22595/19507 23969/22594/19507 23961/22586/19503</w:t>
        <w:br/>
        <w:t>f 23967/22592/19506 23959/22584/19502 23958/22585/19502</w:t>
        <w:br/>
        <w:t>f 23966/22593/19506 23967/22592/19506 23958/22585/19502</w:t>
        <w:br/>
        <w:t>f 23964/22591/19505 23965/22590/19505 23971/22596/19508</w:t>
        <w:br/>
        <w:t>f 23970/22597/19509 23964/22591/19505 23971/22596/19508</w:t>
        <w:br/>
        <w:t>f 23973/22598/19510 23972/22599/19511 23962/22589/19504</w:t>
        <w:br/>
        <w:t>f 23963/22588/19504 23973/22598/19510 23962/22589/19504</w:t>
        <w:br/>
        <w:t>f 23977/22600/19512 23976/22601/19513 23975/22602/19513</w:t>
        <w:br/>
        <w:t>f 23974/22603/19513 23977/22600/19512 23975/22602/19513</w:t>
        <w:br/>
        <w:t>f 23981/22604/19514 23980/22605/19515 23979/22606/19515</w:t>
        <w:br/>
        <w:t>f 23978/22607/19514 23981/22604/19514 23979/22606/19515</w:t>
        <w:br/>
        <w:t>f 23985/22608/19516 23984/22609/19517 23983/22610/19517</w:t>
        <w:br/>
        <w:t>f 23982/22611/19518 23985/22608/19516 23983/22610/19517</w:t>
        <w:br/>
        <w:t>f 23989/22612/19519 23988/22613/19520 23987/22614/19520</w:t>
        <w:br/>
        <w:t>f 23986/22615/19519 23989/22612/19519 23987/22614/19520</w:t>
        <w:br/>
        <w:t>f 23993/22616/19521 23992/22617/19521 23991/22618/19522</w:t>
        <w:br/>
        <w:t>f 23990/22619/19522 23993/22616/19521 23991/22618/19522</w:t>
        <w:br/>
        <w:t>f 23997/22620/19523 23996/22621/19524 23995/22622/19525</w:t>
        <w:br/>
        <w:t>f 23994/22623/19525 23997/22620/19523 23995/22622/19525</w:t>
        <w:br/>
        <w:t>f 24001/22624/19526 24000/22625/19526 23999/22626/19527</w:t>
        <w:br/>
        <w:t>f 23998/22627/19527 24001/22624/19526 23999/22626/19527</w:t>
        <w:br/>
        <w:t>f 24005/22628/19528 24004/22629/19529 24003/22630/19530</w:t>
        <w:br/>
        <w:t>f 24002/22631/19531 24005/22628/19528 24003/22630/19530</w:t>
        <w:br/>
        <w:t>f 24009/22632/19532 24008/22633/19533 24007/22634/19533</w:t>
        <w:br/>
        <w:t>f 24006/22635/19534 24009/22632/19532 24007/22634/19533</w:t>
        <w:br/>
        <w:t>f 24013/22636/19535 24012/22637/19536 24011/22638/19537</w:t>
        <w:br/>
        <w:t>f 24010/22639/19538 24013/22636/19535 24011/22638/19537</w:t>
        <w:br/>
        <w:t>f 24017/22640/19539 24016/22641/19539 24015/22642/19540</w:t>
        <w:br/>
        <w:t>f 24014/22643/19540 24017/22640/19539 24015/22642/19540</w:t>
        <w:br/>
        <w:t>f 24021/22644/19541 24020/22645/19542 24019/22646/19542</w:t>
        <w:br/>
        <w:t>f 24018/22647/19543 24021/22644/19541 24019/22646/19542</w:t>
        <w:br/>
        <w:t>f 24025/22648/19544 24024/22649/19545 24023/22650/19546</w:t>
        <w:br/>
        <w:t>f 24022/22651/19547 24025/22648/19544 24023/22650/19546</w:t>
        <w:br/>
        <w:t>f 24029/22652/19548 24028/22653/19548 24027/22654/19549</w:t>
        <w:br/>
        <w:t>f 24026/22655/19549 24029/22652/19548 24027/22654/19549</w:t>
        <w:br/>
        <w:t>f 24023/22650/19546 24024/22649/19545 24031/22656/19550</w:t>
        <w:br/>
        <w:t>f 24030/22657/19550 24023/22650/19546 24031/22656/19550</w:t>
        <w:br/>
        <w:t>f 24033/22658/19551 24019/22646/19542 24020/22645/19542</w:t>
        <w:br/>
        <w:t>f 24032/22659/19551 24033/22658/19551 24020/22645/19542</w:t>
        <w:br/>
        <w:t>f 24026/22655/19549 24027/22654/19549 24035/22660/19552</w:t>
        <w:br/>
        <w:t>f 24034/22661/19552 24026/22655/19549 24035/22660/19552</w:t>
        <w:br/>
        <w:t>f 24014/22643/19540 24015/22642/19540 24037/22662/19553</w:t>
        <w:br/>
        <w:t>f 24036/22663/19553 24014/22643/19540 24037/22662/19553</w:t>
        <w:br/>
        <w:t>f 24037/22662/19553 24039/22664/19554 24038/22665/19555</w:t>
        <w:br/>
        <w:t>f 24036/22663/19553 24037/22662/19553 24038/22665/19555</w:t>
        <w:br/>
        <w:t>f 24031/22656/19550 24041/22666/19556 24040/22667/19557</w:t>
        <w:br/>
        <w:t>f 24030/22657/19550 24031/22656/19550 24040/22667/19557</w:t>
        <w:br/>
        <w:t>f 24043/22668/19558 24033/22658/19551 24032/22659/19551</w:t>
        <w:br/>
        <w:t>f 24042/22669/19559 24043/22668/19558 24032/22659/19551</w:t>
        <w:br/>
        <w:t>f 24034/22661/19552 24035/22660/19552 24045/22670/19560</w:t>
        <w:br/>
        <w:t>f 24044/22671/19560 24034/22661/19552 24045/22670/19560</w:t>
        <w:br/>
        <w:t>f 24049/22672/19561 24048/22673/19562 24047/22674/19563</w:t>
        <w:br/>
        <w:t>f 24046/22675/19564 24049/22672/19561 24047/22674/19563</w:t>
        <w:br/>
        <w:t>f 24053/22676/19565 24052/22677/19566 24051/22678/19567</w:t>
        <w:br/>
        <w:t>f 24050/22679/19562 24053/22676/19565 24051/22678/19567</w:t>
        <w:br/>
        <w:t>f 24057/22680/19568 24056/22681/19568 24055/22682/19569</w:t>
        <w:br/>
        <w:t>f 24054/22683/19569 24057/22680/19568 24055/22682/19569</w:t>
        <w:br/>
        <w:t>f 24061/22684/19570 24060/22685/19571 24059/22686/19571</w:t>
        <w:br/>
        <w:t>f 24058/22687/19572 24061/22684/19570 24059/22686/19571</w:t>
        <w:br/>
        <w:t>f 24041/22666/19556 24005/22628/19528 24002/22631/19531</w:t>
        <w:br/>
        <w:t>f 24040/22667/19557 24041/22666/19556 24002/22631/19531</w:t>
        <w:br/>
        <w:t>f 24043/22668/19558 24042/22669/19559 24009/22632/19532</w:t>
        <w:br/>
        <w:t>f 24006/22635/19534 24043/22668/19558 24009/22632/19532</w:t>
        <w:br/>
        <w:t>f 24044/22671/19560 24045/22670/19560 24012/22637/19536</w:t>
        <w:br/>
        <w:t>f 24013/22636/19535 24044/22671/19560 24012/22637/19536</w:t>
        <w:br/>
        <w:t>f 24039/22664/19554 24000/22625/19526 24001/22624/19526</w:t>
        <w:br/>
        <w:t>f 24038/22665/19555 24039/22664/19554 24001/22624/19526</w:t>
        <w:br/>
        <w:t>f 24052/22677/19566 24053/22676/19565 23989/22612/19519</w:t>
        <w:br/>
        <w:t>f 23986/22615/19519 24052/22677/19566 23989/22612/19519</w:t>
        <w:br/>
        <w:t>f 24046/22675/19564 23985/22608/19516 23982/22611/19518</w:t>
        <w:br/>
        <w:t>f 24049/22672/19561 24046/22675/19564 23982/22611/19518</w:t>
        <w:br/>
        <w:t>f 23995/22622/19525 24059/22686/19571 24060/22685/19571</w:t>
        <w:br/>
        <w:t>f 23994/22623/19525 23995/22622/19525 24060/22685/19571</w:t>
        <w:br/>
        <w:t>f 24056/22681/19568 24057/22680/19568 23992/22617/19521</w:t>
        <w:br/>
        <w:t>f 23993/22616/19521 24056/22681/19568 23992/22617/19521</w:t>
        <w:br/>
        <w:t>f 24054/22683/19569 24055/22682/19569 23998/22627/19527</w:t>
        <w:br/>
        <w:t>f 23999/22626/19527 24054/22683/19569 23998/22627/19527</w:t>
        <w:br/>
        <w:t>f 24051/22678/19567 24003/22630/19530 24004/22629/19529</w:t>
        <w:br/>
        <w:t>f 24050/22679/19562 24051/22678/19567 24004/22629/19529</w:t>
        <w:br/>
        <w:t>f 24048/22673/19562 24007/22634/19533 24008/22633/19533</w:t>
        <w:br/>
        <w:t>f 24047/22674/19563 24048/22673/19562 24008/22633/19533</w:t>
        <w:br/>
        <w:t>f 24010/22639/19538 24011/22638/19537 24061/22684/19570</w:t>
        <w:br/>
        <w:t>f 24058/22687/19572 24010/22639/19538 24061/22684/19570</w:t>
        <w:br/>
        <w:t>f 24064/22688/19573 24063/22689/19574 24062/22690/19575</w:t>
        <w:br/>
        <w:t>f 24065/22691/19574 24064/22688/19573 24062/22690/19575</w:t>
        <w:br/>
        <w:t>f 24069/22692/19576 24068/22693/19543 24067/22694/19577</w:t>
        <w:br/>
        <w:t>f 24066/22695/19576 24069/22692/19576 24067/22694/19577</w:t>
        <w:br/>
        <w:t>f 24073/22696/19578 24072/22697/19579 24071/22698/19580</w:t>
        <w:br/>
        <w:t>f 24070/22699/19581 24073/22696/19578 24071/22698/19580</w:t>
        <w:br/>
        <w:t>f 24075/22700/19582 24071/22698/19580 24072/22697/19579</w:t>
        <w:br/>
        <w:t>f 24074/22701/19582 24075/22700/19582 24072/22697/19579</w:t>
        <w:br/>
        <w:t>f 24079/22702/19583 24078/22703/19584 24077/22704/19584</w:t>
        <w:br/>
        <w:t>f 24076/22705/19583 24079/22702/19583 24077/22704/19584</w:t>
        <w:br/>
        <w:t>f 24083/22706/19585 24082/22707/19586 24081/22708/19587</w:t>
        <w:br/>
        <w:t>f 24080/22709/19588 24083/22706/19585 24081/22708/19587</w:t>
        <w:br/>
        <w:t>f 24085/22710/19589 24083/22706/19585 24080/22709/19588</w:t>
        <w:br/>
        <w:t>f 24084/22711/19589 24085/22710/19589 24080/22709/19588</w:t>
        <w:br/>
        <w:t>f 24089/22712/19590 24088/22713/19590 24087/22714/19591</w:t>
        <w:br/>
        <w:t>f 24086/22715/19592 24089/22712/19590 24087/22714/19591</w:t>
        <w:br/>
        <w:t>f 24091/22716/19593 24090/22717/19594 24086/22715/19592</w:t>
        <w:br/>
        <w:t>f 24087/22714/19591 24091/22716/19593 24086/22715/19592</w:t>
        <w:br/>
        <w:t>f 24095/22718/19595 24094/22719/19595 24093/22720/19596</w:t>
        <w:br/>
        <w:t>f 24092/22721/19596 24095/22718/19595 24093/22720/19596</w:t>
        <w:br/>
        <w:t>f 24098/22722/19597 24097/22723/19597 24096/22724/19598</w:t>
        <w:br/>
        <w:t>f 24099/22725/19598 24098/22722/19597 24096/22724/19598</w:t>
        <w:br/>
        <w:t>f 24103/22726/19599 24102/22727/19600 24101/22728/19600</w:t>
        <w:br/>
        <w:t>f 24100/22729/19599 24103/22726/19599 24101/22728/19600</w:t>
        <w:br/>
        <w:t>f 24102/22727/19600 24105/22730/19601 24104/22731/19602</w:t>
        <w:br/>
        <w:t>f 24101/22728/19600 24102/22727/19600 24104/22731/19602</w:t>
        <w:br/>
        <w:t>f 24107/22732/19603 24106/22733/19603 24104/22731/19602</w:t>
        <w:br/>
        <w:t>f 24105/22730/19601 24107/22732/19603 24104/22731/19602</w:t>
        <w:br/>
        <w:t>f 24111/22734/19604 24110/22735/19605 24109/22736/19606</w:t>
        <w:br/>
        <w:t>f 24108/22737/19606 24111/22734/19604 24109/22736/19606</w:t>
        <w:br/>
        <w:t>f 24114/22738/19607 24113/22739/19608 24112/22740/19608</w:t>
        <w:br/>
        <w:t>f 24115/22741/19607 24114/22738/19607 24112/22740/19608</w:t>
        <w:br/>
        <w:t>f 24079/22702/19583 24076/22705/19583 24117/22742/19609</w:t>
        <w:br/>
        <w:t>f 24116/22743/19609 24079/22702/19583 24117/22742/19609</w:t>
        <w:br/>
        <w:t>f 24119/22744/19610 24118/22745/19611 24090/22717/19594</w:t>
        <w:br/>
        <w:t>f 24091/22716/19593 24119/22744/19610 24090/22717/19594</w:t>
        <w:br/>
        <w:t>f 24121/22746/19612 24103/22726/19599 24100/22729/19599</w:t>
        <w:br/>
        <w:t>f 24120/22747/19612 24121/22746/19612 24100/22729/19599</w:t>
        <w:br/>
        <w:t>f 24123/22748/19613 24122/22749/19614 24116/22743/19609</w:t>
        <w:br/>
        <w:t>f 24117/22742/19609 24123/22748/19613 24116/22743/19609</w:t>
        <w:br/>
        <w:t>f 24127/22750/19615 24126/22751/19616 24125/22752/19616</w:t>
        <w:br/>
        <w:t>f 24124/22753/19615 24127/22750/19615 24125/22752/19616</w:t>
        <w:br/>
        <w:t>f 24118/22745/19611 24127/22750/19615 24124/22753/19615</w:t>
        <w:br/>
        <w:t>f 24128/22754/19617 24118/22745/19611 24124/22753/19615</w:t>
        <w:br/>
        <w:t>f 24086/22715/19592 24090/22717/19594 24130/22755/19618</w:t>
        <w:br/>
        <w:t>f 24129/22756/19619 24086/22715/19592 24130/22755/19618</w:t>
        <w:br/>
        <w:t>f 24132/22757/19620 24131/22758/19621 24086/22715/19592</w:t>
        <w:br/>
        <w:t>f 24129/22756/19619 24132/22757/19620 24086/22715/19592</w:t>
        <w:br/>
        <w:t>f 24136/22759/19622 24135/22760/19623 24134/22761/19624</w:t>
        <w:br/>
        <w:t>f 24133/22762/19625 24136/22759/19622 24134/22761/19624</w:t>
        <w:br/>
        <w:t>f 24138/22763/19626 24137/22764/19627 24133/22762/19625</w:t>
        <w:br/>
        <w:t>f 24134/22761/19624 24138/22763/19626 24133/22762/19625</w:t>
        <w:br/>
        <w:t>f 24142/22765/19628 24141/22766/19629 24140/22767/19628</w:t>
        <w:br/>
        <w:t>f 24139/22768/19628 24142/22765/19628 24140/22767/19628</w:t>
        <w:br/>
        <w:t>f 24146/22769/19630 24145/22770/19631 24144/22771/19631</w:t>
        <w:br/>
        <w:t>f 24143/22772/19597 24146/22769/19630 24144/22771/19631</w:t>
        <w:br/>
        <w:t>f 24150/22773/19632 24149/22774/19633 24148/22775/19634</w:t>
        <w:br/>
        <w:t>f 24147/22776/19635 24150/22773/19632 24148/22775/19634</w:t>
        <w:br/>
        <w:t>f 24152/22777/19636 24151/22778/19637 24149/22774/19633</w:t>
        <w:br/>
        <w:t>f 24150/22773/19632 24152/22777/19636 24149/22774/19633</w:t>
        <w:br/>
        <w:t>f 24156/22779/19638 24155/22780/19638 24154/22781/19639</w:t>
        <w:br/>
        <w:t>f 24153/22782/19640 24156/22779/19638 24154/22781/19639</w:t>
        <w:br/>
        <w:t>f 24153/22782/19640 24154/22781/19639 24158/22783/19641</w:t>
        <w:br/>
        <w:t>f 24157/22784/19642 24153/22782/19640 24158/22783/19641</w:t>
        <w:br/>
        <w:t>f 24162/22785/19643 24161/22786/19644 24160/22787/19645</w:t>
        <w:br/>
        <w:t>f 24159/22788/19645 24162/22785/19643 24160/22787/19645</w:t>
        <w:br/>
        <w:t>f 24166/22789/19646 24165/22790/19646 24164/22791/19647</w:t>
        <w:br/>
        <w:t>f 24163/22792/19647 24166/22789/19646 24164/22791/19647</w:t>
        <w:br/>
        <w:t>f 24170/22793/19648 24169/22794/19649 24168/22795/19649</w:t>
        <w:br/>
        <w:t>f 24167/22796/19650 24170/22793/19648 24168/22795/19649</w:t>
        <w:br/>
        <w:t>f 24174/22797/19651 24173/22798/19652 24172/22799/19653</w:t>
        <w:br/>
        <w:t>f 24171/22800/19654 24174/22797/19651 24172/22799/19653</w:t>
        <w:br/>
        <w:t>f 24178/22801/19655 24177/22802/19656 24176/22803/19656</w:t>
        <w:br/>
        <w:t>f 24175/22804/19657 24178/22801/19655 24176/22803/19656</w:t>
        <w:br/>
        <w:t>f 24173/22798/19652 24180/22805/19658 24179/22806/19659</w:t>
        <w:br/>
        <w:t>f 24172/22799/19653 24173/22798/19652 24179/22806/19659</w:t>
        <w:br/>
        <w:t>f 24174/22797/19651 24152/22777/19636 24150/22773/19632</w:t>
        <w:br/>
        <w:t>f 24173/22798/19652 24174/22797/19651 24150/22773/19632</w:t>
        <w:br/>
        <w:t>f 24163/22792/19647 24164/22791/19647 24176/22803/19656</w:t>
        <w:br/>
        <w:t>f 24177/22802/19656 24163/22792/19647 24176/22803/19656</w:t>
        <w:br/>
        <w:t>f 24173/22798/19652 24150/22773/19632 24147/22776/19635</w:t>
        <w:br/>
        <w:t>f 24180/22805/19658 24173/22798/19652 24147/22776/19635</w:t>
        <w:br/>
        <w:t>f 24184/22807/19660 24183/22808/19661 24182/22809/19662</w:t>
        <w:br/>
        <w:t>f 24181/22810/19663 24184/22807/19660 24182/22809/19662</w:t>
        <w:br/>
        <w:t>f 24188/22811/19664 24187/22812/19665 24186/22813/19665</w:t>
        <w:br/>
        <w:t>f 24185/22814/19666 24188/22811/19664 24186/22813/19665</w:t>
        <w:br/>
        <w:t>f 24192/22815/19667 24191/22816/19668 24190/22817/19669</w:t>
        <w:br/>
        <w:t>f 24189/22818/19670 24192/22815/19667 24190/22817/19669</w:t>
        <w:br/>
        <w:t>f 24196/22819/19671 24195/22820/19672 24194/22821/19672</w:t>
        <w:br/>
        <w:t>f 24193/22822/19671 24196/22819/19671 24194/22821/19672</w:t>
        <w:br/>
        <w:t>f 24198/22823/19673 24197/22824/19674 24174/22797/19651</w:t>
        <w:br/>
        <w:t>f 24171/22800/19654 24198/22823/19673 24174/22797/19651</w:t>
        <w:br/>
        <w:t>f 24197/22824/19674 24199/22825/19675 24152/22777/19636</w:t>
        <w:br/>
        <w:t>f 24174/22797/19651 24197/22824/19674 24152/22777/19636</w:t>
        <w:br/>
        <w:t>f 24152/22777/19636 24199/22825/19675 24200/22826/19676</w:t>
        <w:br/>
        <w:t>f 24151/22778/19637 24152/22777/19636 24200/22826/19676</w:t>
        <w:br/>
        <w:t>f 24202/22827/19677 24183/22808/19661 24184/22807/19660</w:t>
        <w:br/>
        <w:t>f 24201/22828/19678 24202/22827/19677 24184/22807/19660</w:t>
        <w:br/>
        <w:t>f 24205/22829/19668 24204/22830/19679 24203/22831/19680</w:t>
        <w:br/>
        <w:t>f 24206/22832/19667 24205/22829/19668 24203/22831/19680</w:t>
        <w:br/>
        <w:t>f 24209/22833/19681 24208/22834/19682 24207/22835/19645</w:t>
        <w:br/>
        <w:t>f 24210/22836/19645 24209/22833/19681 24207/22835/19645</w:t>
        <w:br/>
        <w:t>f 24212/22837/19683 24161/22786/19644 24162/22785/19643</w:t>
        <w:br/>
        <w:t>f 24211/22838/19683 24212/22837/19683 24162/22785/19643</w:t>
        <w:br/>
        <w:t>f 24214/22839/19684 24170/22793/19648 24167/22796/19650</w:t>
        <w:br/>
        <w:t>f 24213/22840/19684 24214/22839/19684 24167/22796/19650</w:t>
        <w:br/>
        <w:t>f 24216/22841/19685 24196/22819/19671 24193/22822/19671</w:t>
        <w:br/>
        <w:t>f 24215/22842/19685 24216/22841/19685 24193/22822/19671</w:t>
        <w:br/>
        <w:t>f 24155/22780/19638 24156/22779/19638 24172/22799/19653</w:t>
        <w:br/>
        <w:t>f 24179/22806/19659 24155/22780/19638 24172/22799/19653</w:t>
        <w:br/>
        <w:t>f 24175/22804/19657 24212/22837/19683 24211/22838/19683</w:t>
        <w:br/>
        <w:t>f 24178/22801/19655 24175/22804/19657 24211/22838/19683</w:t>
        <w:br/>
        <w:t>f 24214/22839/19684 24213/22840/19684 24171/22800/19654</w:t>
        <w:br/>
        <w:t>f 24172/22799/19653 24214/22839/19684 24171/22800/19654</w:t>
        <w:br/>
        <w:t>f 24171/22800/19654 24216/22841/19685 24215/22842/19685</w:t>
        <w:br/>
        <w:t>f 24198/22823/19673 24171/22800/19654 24215/22842/19685</w:t>
        <w:br/>
        <w:t>f 24185/22814/19666 24148/22775/19634 24149/22774/19633</w:t>
        <w:br/>
        <w:t>f 24188/22811/19664 24185/22814/19666 24149/22774/19633</w:t>
        <w:br/>
        <w:t>f 24181/22810/19663 24149/22774/19633 24151/22778/19637</w:t>
        <w:br/>
        <w:t>f 24184/22807/19660 24181/22810/19663 24151/22778/19637</w:t>
        <w:br/>
        <w:t>f 24165/22790/19646 24166/22789/19646 24189/22818/19670</w:t>
        <w:br/>
        <w:t>f 24190/22817/19669 24165/22790/19646 24189/22818/19670</w:t>
        <w:br/>
        <w:t>f 24151/22778/19637 24200/22826/19676 24201/22828/19678</w:t>
        <w:br/>
        <w:t>f 24184/22807/19660 24151/22778/19637 24201/22828/19678</w:t>
        <w:br/>
        <w:t>f 23952/22579/19497 23969/22594/19507 23968/22595/19507</w:t>
        <w:br/>
        <w:t>f 23953/22578/19496 23952/22579/19497 23968/22595/19507</w:t>
        <w:br/>
        <w:t>f 23972/22599/19511 23973/22598/19510 23954/22581/19499</w:t>
        <w:br/>
        <w:t>f 23955/22580/19498 23972/22599/19511 23954/22581/19499</w:t>
        <w:br/>
        <w:t>f 23970/22597/19509 23971/22596/19508 23956/22583/19501</w:t>
        <w:br/>
        <w:t>f 23957/22582/19500 23970/22597/19509 23956/22583/19501</w:t>
        <w:br/>
        <w:t>f 23928/22553/19479 23929/22552/19479 24218/22843/19686</w:t>
        <w:br/>
        <w:t>f 24217/22844/19687 23928/22553/19479 24218/22843/19686</w:t>
        <w:br/>
        <w:t>f 24220/22845/19688 23933/22556/19481 23930/22559/19481</w:t>
        <w:br/>
        <w:t>f 24219/22846/19689 24220/22845/19688 23930/22559/19481</w:t>
        <w:br/>
        <w:t>f 24222/22847/19690 23934/22563/19486 23935/22562/19485</w:t>
        <w:br/>
        <w:t>f 24221/22848/19690 24222/22847/19690 23935/22562/19485</w:t>
        <w:br/>
        <w:t>f 23941/22564/19487 23938/22567/19489 24224/22849/19691</w:t>
        <w:br/>
        <w:t>f 24223/22850/19692 23941/22564/19487 24224/22849/19691</w:t>
        <w:br/>
        <w:t>f 24118/22745/19611 24119/22744/19610 24114/22738/19607</w:t>
        <w:br/>
        <w:t>f 24115/22741/19607 24118/22745/19611 24114/22738/19607</w:t>
        <w:br/>
        <w:t>f 24096/22724/19598 24121/22746/19612 24120/22747/19612</w:t>
        <w:br/>
        <w:t>f 24099/22725/19598 24096/22724/19598 24120/22747/19612</w:t>
        <w:br/>
        <w:t>f 24122/22749/19614 24123/22748/19613 24094/22719/19595</w:t>
        <w:br/>
        <w:t>f 24095/22718/19595 24122/22749/19614 24094/22719/19595</w:t>
        <w:br/>
        <w:t>f 24090/22717/19594 24118/22745/19611 24128/22754/19617</w:t>
        <w:br/>
        <w:t>f 24130/22755/19618 24090/22717/19594 24128/22754/19617</w:t>
        <w:br/>
        <w:t>f 24078/22703/19584 24075/22700/19582 24074/22701/19582</w:t>
        <w:br/>
        <w:t>f 24077/22704/19584 24078/22703/19584 24074/22701/19582</w:t>
        <w:br/>
        <w:t>f 24089/22712/19590 24085/22710/19589 24084/22711/19589</w:t>
        <w:br/>
        <w:t>f 24088/22713/19590 24089/22712/19590 24084/22711/19589</w:t>
        <w:br/>
        <w:t>f 24106/22733/19603 24107/22732/19603 24108/22737/19606</w:t>
        <w:br/>
        <w:t>f 24109/22736/19606 24106/22733/19603 24108/22737/19606</w:t>
        <w:br/>
        <w:t>f 24135/22760/19623 24136/22759/19622 24131/22758/19621</w:t>
        <w:br/>
        <w:t>f 24132/22757/19620 24135/22760/19623 24131/22758/19621</w:t>
        <w:br/>
        <w:t>f 23575/22198/19245 23585/22210/19253 23584/22211/19254</w:t>
        <w:br/>
        <w:t>f 23574/22199/19245 23575/22198/19245 23584/22211/19254</w:t>
        <w:br/>
        <w:t>f 23590/22215/19257 23591/22214/19256 23595/22218/19259</w:t>
        <w:br/>
        <w:t>f 23592/22221/19262 23590/22215/19257 23595/22218/19259</w:t>
        <w:br/>
        <w:t>f 23605/22230/19271 23609/22232/19272 23606/22235/19272</w:t>
        <w:br/>
        <w:t>f 23604/22231/19271 23605/22230/19271 23606/22235/19272</w:t>
        <w:br/>
        <w:t>f 23627/22253/19287 23591/22214/19256 23624/22251/19285</w:t>
        <w:br/>
        <w:t>f 23625/22250/19285 23627/22253/19287 23624/22251/19285</w:t>
        <w:br/>
        <w:t>f 23872/22497/19446 23873/22496/19446 23868/22495/19445</w:t>
        <w:br/>
        <w:t>f 23869/22494/19444 23872/22497/19446 23868/22495/19445</w:t>
        <w:br/>
        <w:t>f 23862/22489/19441 23877/22500/19448 23874/22503/19450</w:t>
        <w:br/>
        <w:t>f 23863/22488/19441 23862/22489/19441 23874/22503/19450</w:t>
        <w:br/>
        <w:t>f 23864/22491/19442 23881/22504/19451 23878/22507/19451</w:t>
        <w:br/>
        <w:t>f 23865/22490/19442 23864/22491/19442 23878/22507/19451</w:t>
        <w:br/>
        <w:t>f 23884/22509/19453 23885/22508/19453 23866/22493/19443</w:t>
        <w:br/>
        <w:t>f 23867/22492/19443 23884/22509/19453 23866/22493/19443</w:t>
        <w:br/>
        <w:t>f 23658/22287/19309 23713/22338/19339 23712/22339/19340</w:t>
        <w:br/>
        <w:t>f 23661/22284/19307 23658/22287/19309 23712/22339/19340</w:t>
        <w:br/>
        <w:t>f 24226/22851/19693 23715/22340/19341 23714/22341/19342</w:t>
        <w:br/>
        <w:t>f 24225/22852/19693 24226/22851/19693 23714/22341/19342</w:t>
        <w:br/>
        <w:t>f 23669/22295/19314 24226/22851/19693 24225/22852/19693</w:t>
        <w:br/>
        <w:t>f 23668/22296/19314 23669/22295/19314 24225/22852/19693</w:t>
        <w:br/>
        <w:t>f 24230/22853/19694 24229/22854/19695 24228/22855/19696</w:t>
        <w:br/>
        <w:t>f 24227/22856/19697 24230/22853/19694 24228/22855/19696</w:t>
        <w:br/>
        <w:t>f 24234/22857/19698 24233/22858/19695 24232/22859/19699</w:t>
        <w:br/>
        <w:t>f 24231/22860/19700 24234/22857/19698 24232/22859/19699</w:t>
        <w:br/>
        <w:t>f 24238/22861/19701 24237/22862/19702 24236/22863/19703</w:t>
        <w:br/>
        <w:t>f 24235/22864/19704 24238/22861/19701 24236/22863/19703</w:t>
        <w:br/>
        <w:t>f 24235/22864/19704 24240/22865/19705 24239/22866/19706</w:t>
        <w:br/>
        <w:t>f 24238/22861/19701 24235/22864/19704 24239/22866/19706</w:t>
        <w:br/>
        <w:t>f 24239/22866/19706 24240/22865/19705 24242/22867/19707</w:t>
        <w:br/>
        <w:t>f 24241/22868/19708 24239/22866/19706 24242/22867/19707</w:t>
        <w:br/>
        <w:t>f 24244/22869/19709 24243/22870/19710 24227/22856/19697</w:t>
        <w:br/>
        <w:t>f 24228/22855/19696 24244/22869/19709 24227/22856/19697</w:t>
        <w:br/>
        <w:t>f 24246/22871/19711 24245/22872/19712 24230/22853/19694</w:t>
        <w:br/>
        <w:t>f 24227/22856/19697 24246/22871/19711 24230/22853/19694</w:t>
        <w:br/>
        <w:t>f 24248/22873/19713 24231/22860/19700 24232/22859/19699</w:t>
        <w:br/>
        <w:t>f 24247/22874/19712 24248/22873/19713 24232/22859/19699</w:t>
        <w:br/>
        <w:t>f 24250/22875/19714 24249/22876/19715 24235/22864/19704</w:t>
        <w:br/>
        <w:t>f 24236/22863/19703 24250/22875/19714 24235/22864/19704</w:t>
        <w:br/>
        <w:t>f 24249/22876/19715 24251/22877/19716 24240/22865/19705</w:t>
        <w:br/>
        <w:t>f 24235/22864/19704 24249/22876/19715 24240/22865/19705</w:t>
        <w:br/>
        <w:t>f 24252/22878/19717 24242/22867/19707 24240/22865/19705</w:t>
        <w:br/>
        <w:t>f 24251/22877/19716 24252/22878/19717 24240/22865/19705</w:t>
        <w:br/>
        <w:t>f 24253/22879/19718 24246/22871/19711 24227/22856/19697</w:t>
        <w:br/>
        <w:t>f 24243/22870/19710 24253/22879/19718 24227/22856/19697</w:t>
        <w:br/>
        <w:t>f 24256/22880/19719 24255/22881/19720 24254/22882/19721</w:t>
        <w:br/>
        <w:t>f 24255/22881/19720 24257/22883/19722 24254/22882/19721</w:t>
        <w:br/>
        <w:t>f 24257/22883/19722 24258/22884/19723 24254/22882/19721</w:t>
        <w:br/>
        <w:t>f 24258/22884/19723 24259/22885/19724 24254/22882/19721</w:t>
        <w:br/>
        <w:t>f 24259/22885/19724 24260/22886/19725 24254/22882/19721</w:t>
        <w:br/>
        <w:t>f 24260/22886/19725 24256/22880/19719 24254/22882/19721</w:t>
        <w:br/>
        <w:t>f 24262/22887/19726 24261/22888/19727 24238/22861/19701</w:t>
        <w:br/>
        <w:t>f 24239/22866/19706 24262/22887/19726 24238/22861/19701</w:t>
        <w:br/>
        <w:t>f 24261/22888/19727 24263/22889/19728 24237/22862/19702</w:t>
        <w:br/>
        <w:t>f 24238/22861/19701 24261/22888/19727 24237/22862/19702</w:t>
        <w:br/>
        <w:t>f 24265/22890/19729 24264/22891/19730 24233/22858/19695</w:t>
        <w:br/>
        <w:t>f 24234/22857/19698 24265/22890/19729 24233/22858/19695</w:t>
        <w:br/>
        <w:t>f 24229/22854/19695 24267/22892/19730 24266/22893/19731</w:t>
        <w:br/>
        <w:t>f 24228/22855/19696 24229/22854/19695 24266/22893/19731</w:t>
        <w:br/>
        <w:t>f 24228/22855/19696 24266/22893/19731 24268/22894/19732</w:t>
        <w:br/>
        <w:t>f 24244/22869/19709 24228/22855/19696 24268/22894/19732</w:t>
        <w:br/>
        <w:t>f 24241/22868/19708 24269/22895/19733 24262/22887/19726</w:t>
        <w:br/>
        <w:t>f 24239/22866/19706 24241/22868/19708 24262/22887/19726</w:t>
        <w:br/>
        <w:t>f 24273/22896/19734 24272/22897/19735 24271/22898/19736</w:t>
        <w:br/>
        <w:t>f 24270/22899/19737 24273/22896/19734 24271/22898/19736</w:t>
        <w:br/>
        <w:t>f 24275/22900/19738 24271/22898/19736 24272/22897/19735</w:t>
        <w:br/>
        <w:t>f 24274/22901/19739 24275/22900/19738 24272/22897/19735</w:t>
        <w:br/>
        <w:t>f 24279/22902/19740 24278/22903/19741 24277/22904/19742</w:t>
        <w:br/>
        <w:t>f 24276/22905/19743 24279/22902/19740 24277/22904/19742</w:t>
        <w:br/>
        <w:t>f 24279/22902/19740 24276/22905/19743 24281/22906/19744</w:t>
        <w:br/>
        <w:t>f 24280/22907/19745 24279/22902/19740 24281/22906/19744</w:t>
        <w:br/>
        <w:t>f 24280/22907/19745 24281/22906/19744 24283/22908/19746</w:t>
        <w:br/>
        <w:t>f 24282/22909/19747 24280/22907/19745 24283/22908/19746</w:t>
        <w:br/>
        <w:t>f 24287/22910/19748 24286/22911/19749 24285/22912/19750</w:t>
        <w:br/>
        <w:t>f 24284/22913/19737 24287/22910/19748 24285/22912/19750</w:t>
        <w:br/>
        <w:t>f 24289/22914/19751 24272/22897/19735 24273/22896/19734</w:t>
        <w:br/>
        <w:t>f 24288/22915/19752 24289/22914/19751 24273/22896/19734</w:t>
        <w:br/>
        <w:t>f 24289/22914/19751 24290/22916/19753 24274/22901/19739</w:t>
        <w:br/>
        <w:t>f 24272/22897/19735 24289/22914/19751 24274/22901/19739</w:t>
        <w:br/>
        <w:t>f 24292/22917/19754 24291/22918/19755 24276/22905/19743</w:t>
        <w:br/>
        <w:t>f 24277/22904/19742 24292/22917/19754 24276/22905/19743</w:t>
        <w:br/>
        <w:t>f 24291/22918/19755 24293/22919/19756 24281/22906/19744</w:t>
        <w:br/>
        <w:t>f 24276/22905/19743 24291/22918/19755 24281/22906/19744</w:t>
        <w:br/>
        <w:t>f 24294/22920/19757 24283/22908/19746 24281/22906/19744</w:t>
        <w:br/>
        <w:t>f 24293/22919/19756 24294/22920/19757 24281/22906/19744</w:t>
        <w:br/>
        <w:t>f 24296/22921/19752 24285/22912/19750 24286/22911/19749</w:t>
        <w:br/>
        <w:t>f 24295/22922/19758 24296/22921/19752 24286/22911/19749</w:t>
        <w:br/>
        <w:t>f 24299/22923/19759 24298/22924/19760 24297/22925/19761</w:t>
        <w:br/>
        <w:t>f 24298/22924/19760 24300/22926/19760 24297/22925/19761</w:t>
        <w:br/>
        <w:t>f 24300/22926/19760 24301/22927/19762 24297/22925/19761</w:t>
        <w:br/>
        <w:t>f 24301/22927/19762 24302/22928/19763 24297/22925/19761</w:t>
        <w:br/>
        <w:t>f 24302/22928/19763 24303/22929/19764 24297/22925/19761</w:t>
        <w:br/>
        <w:t>f 24303/22929/19764 24299/22923/19759 24297/22925/19761</w:t>
        <w:br/>
        <w:t>f 24305/22930/19765 24304/22931/19766 24279/22902/19740</w:t>
        <w:br/>
        <w:t>f 24280/22907/19745 24305/22930/19765 24279/22902/19740</w:t>
        <w:br/>
        <w:t>f 24304/22931/19766 24306/22932/19767 24278/22903/19741</w:t>
        <w:br/>
        <w:t>f 24279/22902/19740 24304/22931/19766 24278/22903/19741</w:t>
        <w:br/>
        <w:t>f 24308/22933/19768 24307/22934/19769 24271/22898/19736</w:t>
        <w:br/>
        <w:t>f 24275/22900/19738 24308/22933/19768 24271/22898/19736</w:t>
        <w:br/>
        <w:t>f 24271/22898/19736 24307/22934/19769 24309/22935/19770</w:t>
        <w:br/>
        <w:t>f 24270/22899/19737 24271/22898/19736 24309/22935/19770</w:t>
        <w:br/>
        <w:t>f 24284/22913/19737 24311/22936/19771 24310/22937/19772</w:t>
        <w:br/>
        <w:t>f 24287/22910/19748 24284/22913/19737 24310/22937/19772</w:t>
        <w:br/>
        <w:t>f 24282/22909/19747 24312/22938/19773 24305/22930/19765</w:t>
        <w:br/>
        <w:t>f 24280/22907/19745 24282/22909/19747 24305/22930/19765</w:t>
        <w:br/>
        <w:t>f 24316/22939/19774 24315/22940/19775 24314/22941/19776</w:t>
        <w:br/>
        <w:t>f 24313/22942/19777 24316/22939/19774 24314/22941/19776</w:t>
        <w:br/>
        <w:t>f 24320/22943/19778 24319/22944/19779 24318/22945/19780</w:t>
        <w:br/>
        <w:t>f 24317/22946/19781 24320/22943/19778 24318/22945/19780</w:t>
        <w:br/>
        <w:t>f 24322/22947/19782 24321/22948/19783 24319/22944/19779</w:t>
        <w:br/>
        <w:t>f 24320/22943/19778 24322/22947/19782 24319/22944/19779</w:t>
        <w:br/>
        <w:t>f 24326/22949/19784 24325/22950/19785 24324/22951/19786</w:t>
        <w:br/>
        <w:t>f 24323/22952/19782 24326/22949/19784 24324/22951/19786</w:t>
        <w:br/>
        <w:t>f 24328/22953/19787 24325/22950/19785 24326/22949/19784</w:t>
        <w:br/>
        <w:t>f 24327/22954/19788 24328/22953/19787 24326/22949/19784</w:t>
        <w:br/>
        <w:t>f 24330/22955/19789 24328/22953/19787 24327/22954/19788</w:t>
        <w:br/>
        <w:t>f 24329/22956/19790 24330/22955/19789 24327/22954/19788</w:t>
        <w:br/>
        <w:t>f 24332/22957/19791 24331/22958/19792 24330/22955/19789</w:t>
        <w:br/>
        <w:t>f 24329/22956/19790 24332/22957/19791 24330/22955/19789</w:t>
        <w:br/>
        <w:t>f 24335/22959/19793 24334/22960/19794 24333/22961/19795</w:t>
        <w:br/>
        <w:t>f 24339/22962/19796 24338/22963/19797 24337/22964/19798</w:t>
        <w:br/>
        <w:t>f 24336/22965/19799 24339/22962/19796 24337/22964/19798</w:t>
        <w:br/>
        <w:t>f 24343/22966/19800 24342/22967/19801 24341/22968/19802</w:t>
        <w:br/>
        <w:t>f 24340/22969/19803 24343/22966/19800 24341/22968/19802</w:t>
        <w:br/>
        <w:t>f 24345/22970/19804 24339/22962/19796 24336/22965/19799</w:t>
        <w:br/>
        <w:t>f 24344/22971/19805 24345/22970/19804 24336/22965/19799</w:t>
        <w:br/>
        <w:t>f 24349/22972/19806 24348/22973/19804 24347/22974/19807</w:t>
        <w:br/>
        <w:t>f 24346/22975/19808 24349/22972/19806 24347/22974/19807</w:t>
        <w:br/>
        <w:t>f 24351/22976/19809 24350/22977/19810 24349/22972/19806</w:t>
        <w:br/>
        <w:t>f 24346/22975/19808 24351/22976/19809 24349/22972/19806</w:t>
        <w:br/>
        <w:t>f 24353/22978/19811 24352/22979/19812 24350/22977/19810</w:t>
        <w:br/>
        <w:t>f 24351/22976/19809 24353/22978/19811 24350/22977/19810</w:t>
        <w:br/>
        <w:t>f 24355/22980/19813 24352/22979/19812 24353/22978/19811</w:t>
        <w:br/>
        <w:t>f 24354/22981/19814 24355/22980/19813 24353/22978/19811</w:t>
        <w:br/>
        <w:t>f 24358/22982/19815 24357/22983/19816 24356/22984/19817</w:t>
        <w:br/>
        <w:t>f 24336/22965/19799 24319/22944/19779 24321/22948/19783</w:t>
        <w:br/>
        <w:t>f 24344/22971/19805 24336/22965/19799 24321/22948/19783</w:t>
        <w:br/>
        <w:t>f 24324/22951/19786 24325/22950/19785 24346/22975/19808</w:t>
        <w:br/>
        <w:t>f 24347/22974/19807 24324/22951/19786 24346/22975/19808</w:t>
        <w:br/>
        <w:t>f 24346/22975/19808 24325/22950/19785 24328/22953/19787</w:t>
        <w:br/>
        <w:t>f 24351/22976/19809 24346/22975/19808 24328/22953/19787</w:t>
        <w:br/>
        <w:t>f 24353/22978/19811 24351/22976/19809 24328/22953/19787</w:t>
        <w:br/>
        <w:t>f 24330/22955/19789 24353/22978/19811 24328/22953/19787</w:t>
        <w:br/>
        <w:t>f 24334/22960/19794 24360/22985/19818 24359/22986/19819</w:t>
        <w:br/>
        <w:t>f 24357/22983/19816 24334/22960/19794 24359/22986/19819</w:t>
        <w:br/>
        <w:t>f 24314/22941/19776 24341/22968/19802 24342/22967/19801</w:t>
        <w:br/>
        <w:t>f 24313/22942/19777 24314/22941/19776 24342/22967/19801</w:t>
        <w:br/>
        <w:t>f 24363/22987/19788 24362/22988/19784 24361/22989/19820</w:t>
        <w:br/>
        <w:t>f 24364/22990/19790 24363/22987/19788 24361/22989/19820</w:t>
        <w:br/>
        <w:t>f 24368/22991/19821 24367/22992/19822 24366/22993/19823</w:t>
        <w:br/>
        <w:t>f 24365/22994/19804 24368/22991/19821 24366/22993/19823</w:t>
        <w:br/>
        <w:t>f 24370/22995/19778 24361/22989/19820 24362/22988/19784</w:t>
        <w:br/>
        <w:t>f 24369/22996/19782 24370/22995/19778 24362/22988/19784</w:t>
        <w:br/>
        <w:t>f 24367/22992/19822 24368/22991/19821 24371/22997/19810</w:t>
        <w:br/>
        <w:t>f 24372/22998/19824 24367/22992/19822 24371/22997/19810</w:t>
        <w:br/>
        <w:t>f 24330/22955/19789 24331/22958/19792 24354/22981/19814</w:t>
        <w:br/>
        <w:t>f 24353/22978/19811 24330/22955/19789 24354/22981/19814</w:t>
        <w:br/>
        <w:t>f 24367/22992/19822 24372/22998/19824 24373/22999/19813</w:t>
        <w:br/>
        <w:t>f 24374/23000/19797 24366/22993/19823 24367/22992/19822</w:t>
        <w:br/>
        <w:t>f 24337/22964/19798 24318/22945/19780 24319/22944/19779</w:t>
        <w:br/>
        <w:t>f 24336/22965/19799 24337/22964/19798 24319/22944/19779</w:t>
        <w:br/>
        <w:t>f 24370/22995/19778 24375/23001/19781 24361/22989/19820</w:t>
        <w:br/>
        <w:t>f 24364/22990/19790 24361/22989/19820 24376/23002/19791</w:t>
        <w:br/>
        <w:t>f 24355/22980/19813 24354/22981/19814 24358/22982/19815</w:t>
        <w:br/>
        <w:t>f 24356/22984/19817 24355/22980/19813 24358/22982/19815</w:t>
        <w:br/>
        <w:t>f 24379/23003/19825 24378/23004/19800 24377/23005/19803</w:t>
        <w:br/>
        <w:t>f 24367/22992/19822 24379/23003/19825 24377/23005/19803</w:t>
        <w:br/>
        <w:t>f 24337/22964/19798 24338/22963/19797 24340/22969/19803</w:t>
        <w:br/>
        <w:t>f 24341/22968/19802 24337/22964/19798 24340/22969/19803</w:t>
        <w:br/>
        <w:t>f 24341/22968/19802 24314/22941/19776 24318/22945/19780</w:t>
        <w:br/>
        <w:t>f 24337/22964/19798 24341/22968/19802 24318/22945/19780</w:t>
        <w:br/>
        <w:t>f 24318/22945/19780 24314/22941/19776 24315/22940/19775</w:t>
        <w:br/>
        <w:t>f 24317/22946/19781 24318/22945/19780 24315/22940/19775</w:t>
        <w:br/>
        <w:t>f 24382/23006/19826 24361/22989/19820 24381/23007/19775</w:t>
        <w:br/>
        <w:t>f 24380/23008/19774 24382/23006/19826 24381/23007/19775</w:t>
        <w:br/>
        <w:t>f 24376/23002/19791 24361/22989/19820 24382/23006/19826</w:t>
        <w:br/>
        <w:t>f 24333/22961/19795 24331/22958/19792 24332/22957/19791</w:t>
        <w:br/>
        <w:t>f 24335/22959/19793 24333/22961/19795 24332/22957/19791</w:t>
        <w:br/>
        <w:t>f 24331/22958/19792 24333/22961/19795 24358/22982/19815</w:t>
        <w:br/>
        <w:t>f 24354/22981/19814 24331/22958/19792 24358/22982/19815</w:t>
        <w:br/>
        <w:t>f 24246/22871/19711 24683/23009/19827 24245/22872/19712</w:t>
        <w:br/>
        <w:t>f 24247/22874/19712 24683/23009/19827 24248/22873/19713</w:t>
        <w:br/>
        <w:t>f 24248/22873/19713 24683/23009/19827 24249/22876/19715</w:t>
        <w:br/>
        <w:t>f 24249/22876/19715 24683/23009/19827 24251/22877/19716</w:t>
        <w:br/>
        <w:t>f 24251/22877/19716 24683/23009/19827 24252/22878/19717</w:t>
        <w:br/>
        <w:t>f 24252/22878/19717 24683/23009/19827 24246/22871/19711</w:t>
        <w:br/>
        <w:t>f 24288/22915/19752 24684/23010/19828 24289/22914/19751</w:t>
        <w:br/>
        <w:t>f 24289/22914/19751 24684/23010/19828 24290/22916/19753</w:t>
        <w:br/>
        <w:t>f 24290/22916/19753 24684/23010/19828 24291/22918/19755</w:t>
        <w:br/>
        <w:t>f 24291/22918/19755 24684/23010/19828 24293/22919/19756</w:t>
        <w:br/>
        <w:t>f 24293/22919/19756 24684/23010/19828 24294/22920/19757</w:t>
        <w:br/>
        <w:t>f 24294/22920/19757 24684/23010/19828 24296/22921/19752</w:t>
        <w:br/>
        <w:t>f 24316/22939/19774 24313/22942/19777 24360/22985/19818</w:t>
        <w:br/>
        <w:t>f 24335/22959/19793 24316/22939/19774 24360/22985/19818</w:t>
        <w:br/>
        <w:t>f 24343/22966/19800 24356/22984/19817 24359/22986/19819</w:t>
        <w:br/>
        <w:t>f 24342/22967/19801 24343/22966/19800 24359/22986/19819</w:t>
        <w:br/>
        <w:t>f 24342/22967/19801 24359/22986/19819 24360/22985/19818</w:t>
        <w:br/>
        <w:t>f 24313/22942/19777 24342/22967/19801 24360/22985/19818</w:t>
        <w:br/>
        <w:t>f 24335/22959/19793 24360/22985/19818 24334/22960/19794</w:t>
        <w:br/>
        <w:t>f 24359/22986/19819 24356/22984/19817 24357/22983/19816</w:t>
        <w:br/>
        <w:t>f 24333/22961/19795 24334/22960/19794 24357/22983/19816</w:t>
        <w:br/>
        <w:t>f 24358/22982/19815 24333/22961/19795 24357/22983/19816</w:t>
        <w:br/>
        <w:t>f 24373/22999/19813 24379/23003/19825 24367/22992/19822</w:t>
        <w:br/>
        <w:t>f 24377/23005/19803 24374/23000/19797 24367/22992/19822</w:t>
        <w:br/>
        <w:t>f 24361/22989/19820 24375/23001/19781 24381/23007/19775</w:t>
        <w:br/>
        <w:t>f 24696/23011/19829 24695/23012/19830 24694/23013/19830</w:t>
        <w:br/>
        <w:t>f 24693/23014/19831 24696/23011/19829 24694/23013/19830</w:t>
        <w:br/>
        <w:t>f 24700/23015/19832 24699/23016/19832 24698/23017/19833</w:t>
        <w:br/>
        <w:t>f 24697/23018/19833 24700/23015/19832 24698/23017/19833</w:t>
        <w:br/>
        <w:t>f 24704/23019/19834 24703/23020/19835 24702/23021/19835</w:t>
        <w:br/>
        <w:t>f 24701/23022/19834 24704/23019/19834 24702/23021/19835</w:t>
        <w:br/>
        <w:t>f 24706/23023/19836 24694/23013/19830 24695/23012/19830</w:t>
        <w:br/>
        <w:t>f 24705/23024/19836 24706/23023/19836 24695/23012/19830</w:t>
        <w:br/>
        <w:t>f 24710/23025/19837 24709/23026/19837 24708/23027/19838</w:t>
        <w:br/>
        <w:t>f 24707/23028/19838 24710/23025/19837 24708/23027/19838</w:t>
        <w:br/>
        <w:t>f 24702/23021/19835 24703/23020/19835 24712/23029/19839</w:t>
        <w:br/>
        <w:t>f 24711/23030/19840 24702/23021/19835 24712/23029/19839</w:t>
        <w:br/>
        <w:t>f 24714/23031/19841 24706/23023/19836 24705/23024/19836</w:t>
        <w:br/>
        <w:t>f 24713/23032/19842 24714/23031/19841 24705/23024/19836</w:t>
        <w:br/>
        <w:t>f 24708/23027/19838 24716/23033/19843 24715/23034/19844</w:t>
        <w:br/>
        <w:t>f 24707/23028/19838 24708/23027/19838 24715/23034/19844</w:t>
        <w:br/>
        <w:t>f 24718/23035/19845 24717/23036/19846 24712/23029/19839</w:t>
        <w:br/>
        <w:t>f 24697/23018/19833 24698/23017/19833 24720/23037/19847</w:t>
        <w:br/>
        <w:t>f 24719/23038/19848 24697/23018/19833 24720/23037/19847</w:t>
        <w:br/>
        <w:t>f 24716/23033/19843 24721/23039/19849 24715/23034/19844</w:t>
        <w:br/>
        <w:t>f 24725/23040/19850 24724/23041/19850 24723/23042/19851</w:t>
        <w:br/>
        <w:t>f 24722/23043/19851 24725/23040/19850 24723/23042/19851</w:t>
        <w:br/>
        <w:t>f 24727/23044/19852 24726/23045/19853 24719/23038/19848</w:t>
        <w:br/>
        <w:t>f 24720/23037/19847 24727/23044/19852 24719/23038/19848</w:t>
        <w:br/>
        <w:t>f 24723/23042/19851 24729/23046/19854 24728/23047/19855</w:t>
        <w:br/>
        <w:t>f 24722/23043/19851 24723/23042/19851 24728/23047/19855</w:t>
        <w:br/>
        <w:t>f 24721/23039/19849 24730/23048/19856 24715/23034/19844</w:t>
        <w:br/>
        <w:t>f 24716/23033/19843 24731/23049/19857 24721/23039/19849</w:t>
        <w:br/>
        <w:t>f 24717/23036/19846 24711/23030/19840 24712/23029/19839</w:t>
        <w:br/>
        <w:t>f 24717/23036/19846 24732/23050/19858 24711/23030/19840</w:t>
        <w:br/>
        <w:t>f 24736/23051/19829 24735/23052/19859 24734/23053/19859</w:t>
        <w:br/>
        <w:t>f 24733/23054/19860 24736/23051/19829 24734/23053/19859</w:t>
        <w:br/>
        <w:t>f 24740/23055/19861 24739/23056/19832 24738/23057/19862</w:t>
        <w:br/>
        <w:t>f 24737/23058/19862 24740/23055/19861 24738/23057/19862</w:t>
        <w:br/>
        <w:t>f 24744/23059/19834 24743/23060/19863 24742/23061/19863</w:t>
        <w:br/>
        <w:t>f 24741/23062/19834 24744/23059/19834 24742/23061/19863</w:t>
        <w:br/>
        <w:t>f 24746/23063/19864 24734/23053/19859 24735/23052/19859</w:t>
        <w:br/>
        <w:t>f 24745/23064/19865 24746/23063/19864 24735/23052/19859</w:t>
        <w:br/>
        <w:t>f 24750/23065/19837 24749/23066/19837 24748/23067/19866</w:t>
        <w:br/>
        <w:t>f 24747/23068/19866 24750/23065/19837 24748/23067/19866</w:t>
        <w:br/>
        <w:t>f 24742/23061/19863 24743/23060/19863 24752/23069/19867</w:t>
        <w:br/>
        <w:t>f 24751/23070/19868 24742/23061/19863 24752/23069/19867</w:t>
        <w:br/>
        <w:t>f 24746/23063/19864 24745/23064/19865 24753/23071/19869</w:t>
        <w:br/>
        <w:t>f 24754/23072/19870 24746/23063/19864 24753/23071/19869</w:t>
        <w:br/>
        <w:t>f 24756/23073/19871 24755/23074/19872 24747/23068/19866</w:t>
        <w:br/>
        <w:t>f 24748/23067/19866 24756/23073/19871 24747/23068/19866</w:t>
        <w:br/>
        <w:t>f 24758/23075/19873 24757/23076/19874 24752/23069/19867</w:t>
        <w:br/>
        <w:t>f 24737/23058/19862 24738/23057/19862 24760/23077/19875</w:t>
        <w:br/>
        <w:t>f 24759/23078/19875 24737/23058/19862 24760/23077/19875</w:t>
        <w:br/>
        <w:t>f 24756/23073/19871 24761/23079/19876 24755/23074/19872</w:t>
        <w:br/>
        <w:t>f 24765/23080/19877 24764/23081/19878 24763/23082/19879</w:t>
        <w:br/>
        <w:t>f 24762/23083/19880 24765/23080/19877 24763/23082/19879</w:t>
        <w:br/>
        <w:t>f 24766/23084/19881 24759/23078/19875 24760/23077/19875</w:t>
        <w:br/>
        <w:t>f 24767/23085/19881 24766/23084/19881 24760/23077/19875</w:t>
        <w:br/>
        <w:t>f 24763/23082/19879 24769/23086/19882 24768/23087/19883</w:t>
        <w:br/>
        <w:t>f 24762/23083/19880 24763/23082/19879 24768/23087/19883</w:t>
        <w:br/>
        <w:t>f 24761/23079/19876 24770/23088/19884 24755/23074/19872</w:t>
        <w:br/>
        <w:t>f 24756/23073/19871 24771/23089/19885 24761/23079/19876</w:t>
        <w:br/>
        <w:t>f 24757/23076/19874 24751/23070/19868 24752/23069/19867</w:t>
        <w:br/>
        <w:t>f 24757/23076/19874 24772/23090/19886 24751/23070/19868</w:t>
        <w:br/>
        <w:t>f 24776/23091/19887 24775/23092/18429 24774/23093/19888</w:t>
        <w:br/>
        <w:t>f 24773/23094/19889 24776/23091/19887 24774/23093/19888</w:t>
        <w:br/>
        <w:t>f 24780/23095/18430 24779/23096/19890 24778/23097/18432</w:t>
        <w:br/>
        <w:t>f 24777/23098/19891 24780/23095/18430 24778/23097/18432</w:t>
        <w:br/>
        <w:t>f 24783/23099/19892 24782/23100/19892 24781/23101/19893</w:t>
        <w:br/>
        <w:t>f 24784/23102/19894 24783/23099/19892 24781/23101/19893</w:t>
        <w:br/>
        <w:t>f 24788/23103/18438 24787/23104/19895 24786/23105/19073</w:t>
        <w:br/>
        <w:t>f 24785/23106/19073 24788/23103/18438 24786/23105/19073</w:t>
        <w:br/>
        <w:t>f 24792/23107/19896 24791/23108/19896 24790/23109/19896</w:t>
        <w:br/>
        <w:t>f 24789/23110/19896 24792/23107/19896 24790/23109/19896</w:t>
        <w:br/>
        <w:t>f 24796/23111/18446 24795/23112/18446 24794/23113/18446</w:t>
        <w:br/>
        <w:t>f 24793/23114/18446 24796/23111/18446 24794/23113/18446</w:t>
        <w:br/>
        <w:t>f 24781/23101/19893 24798/23115/18448 24797/23116/18448</w:t>
        <w:br/>
        <w:t>f 24784/23102/19894 24781/23101/19893 24797/23116/18448</w:t>
        <w:br/>
        <w:t>f 24800/23117/19897 24799/23118/18449 24787/23104/19895</w:t>
        <w:br/>
        <w:t>f 24788/23103/18438 24800/23117/19897 24787/23104/19895</w:t>
        <w:br/>
        <w:t>f 24802/23119/19898 24801/23120/19898 24776/23091/19887</w:t>
        <w:br/>
        <w:t>f 24773/23094/19889 24802/23119/19898 24776/23091/19887</w:t>
        <w:br/>
        <w:t>f 24804/23121/19899 24778/23097/18432 24779/23096/19890</w:t>
        <w:br/>
        <w:t>f 24803/23122/19899 24804/23121/19899 24779/23096/19890</w:t>
        <w:br/>
        <w:t>f 24808/23123/19900 24807/23124/19901 24806/23125/19902</w:t>
        <w:br/>
        <w:t>f 24805/23126/19902 24808/23123/19900 24806/23125/19902</w:t>
        <w:br/>
        <w:t>f 24812/23127/19903 24811/23128/19904 24810/23129/19905</w:t>
        <w:br/>
        <w:t>f 24809/23130/19906 24812/23127/19903 24810/23129/19905</w:t>
        <w:br/>
        <w:t>f 24816/23131/19907 24815/23132/19908 24814/23133/19908</w:t>
        <w:br/>
        <w:t>f 24813/23134/19907 24816/23131/19907 24814/23133/19908</w:t>
        <w:br/>
        <w:t>f 24820/23135/19909 24819/23136/19910 24818/23137/19911</w:t>
        <w:br/>
        <w:t>f 24817/23138/19912 24820/23135/19909 24818/23137/19911</w:t>
        <w:br/>
        <w:t>f 24798/23115/18448 24805/23126/19902 24806/23125/19902</w:t>
        <w:br/>
        <w:t>f 24797/23116/18448 24798/23115/18448 24806/23125/19902</w:t>
        <w:br/>
        <w:t>f 24811/23128/19904 24799/23118/18449 24800/23117/19897</w:t>
        <w:br/>
        <w:t>f 24810/23129/19905 24811/23128/19904 24800/23117/19897</w:t>
        <w:br/>
        <w:t>f 24814/23133/19908 24815/23132/19908 24801/23120/19898</w:t>
        <w:br/>
        <w:t>f 24802/23119/19898 24814/23133/19908 24801/23120/19898</w:t>
        <w:br/>
        <w:t>f 24817/23138/19912 24818/23137/19911 24804/23121/19899</w:t>
        <w:br/>
        <w:t>f 24803/23122/19899 24817/23138/19912 24804/23121/19899</w:t>
        <w:br/>
        <w:t>f 24819/23136/19910 24820/23135/19909 24821/23139/19913</w:t>
        <w:br/>
        <w:t>f 24823/23140/19914 24822/23141/19915 24807/23124/19901</w:t>
        <w:br/>
        <w:t>f 24808/23123/19900 24823/23140/19914 24807/23124/19901</w:t>
        <w:br/>
        <w:t>f 24812/23127/19903 24809/23130/19906 24824/23142/19916</w:t>
        <w:br/>
        <w:t>f 24827/23143/19917 24826/23144/19918 24825/23145/19919</w:t>
        <w:br/>
        <w:t>f 24828/23146/19920 24827/23143/19917 24825/23145/19919</w:t>
        <w:br/>
        <w:t>f 24831/23147/19921 24830/23148/19922 24829/23149/19923</w:t>
        <w:br/>
        <w:t>f 24832/23150/19924 24831/23147/19921 24829/23149/19923</w:t>
        <w:br/>
        <w:t>f 24835/23151/19925 24834/23152/19926 24833/23153/19927</w:t>
        <w:br/>
        <w:t>f 24839/23154/19928 24838/23155/19929 24837/23156/19930</w:t>
        <w:br/>
        <w:t>f 24836/23157/19931 24839/23154/19928 24837/23156/19930</w:t>
        <w:br/>
        <w:t>f 24841/23158/19932 24837/23156/19930 24840/23159/19933</w:t>
        <w:br/>
        <w:t>f 24844/23160/19934 24840/23159/19933 24843/23161/19935</w:t>
        <w:br/>
        <w:t>f 24842/23162/19936 24844/23160/19934 24843/23161/19935</w:t>
        <w:br/>
        <w:t>f 24847/23163/19937 24846/23164/19938 24845/23165/19939</w:t>
        <w:br/>
        <w:t>f 24848/23166/19940 24847/23163/19937 24845/23165/19939</w:t>
        <w:br/>
        <w:t>f 24852/23167/19941 24851/23168/19942 24850/23169/19942</w:t>
        <w:br/>
        <w:t>f 24849/23170/19941 24852/23167/19941 24850/23169/19942</w:t>
        <w:br/>
        <w:t>f 24833/23153/19927 24855/23171/19943 24854/23172/19944</w:t>
        <w:br/>
        <w:t>f 24853/23173/19945 24833/23153/19927 24854/23172/19944</w:t>
        <w:br/>
        <w:t>f 24857/23174/19946 24856/23175/19946 24826/23144/19918</w:t>
        <w:br/>
        <w:t>f 24827/23143/19917 24857/23174/19946 24826/23144/19918</w:t>
        <w:br/>
        <w:t>f 24859/23176/19947 24855/23171/19943 24858/23177/19948</w:t>
        <w:br/>
        <w:t>f 24858/23177/19948 24834/23152/19926 24861/23178/19949</w:t>
        <w:br/>
        <w:t>f 24860/23179/19950 24858/23177/19948 24861/23178/19949</w:t>
        <w:br/>
        <w:t>f 24862/23180/19951 24843/23161/19935 24838/23155/19929</w:t>
        <w:br/>
        <w:t>f 24829/23149/19923 24830/23148/19922 24863/23181/19952</w:t>
        <w:br/>
        <w:t>f 24864/23182/19953 24829/23149/19923 24863/23181/19952</w:t>
        <w:br/>
        <w:t>f 24868/23183/19954 24867/23184/19955 24866/23185/19956</w:t>
        <w:br/>
        <w:t>f 24865/23186/19957 24868/23183/19954 24866/23185/19956</w:t>
        <w:br/>
        <w:t>f 24828/23146/19920 24825/23145/19919 24831/23147/19921</w:t>
        <w:br/>
        <w:t>f 24832/23150/19924 24828/23146/19920 24831/23147/19921</w:t>
        <w:br/>
        <w:t>f 24872/23187/19946 24871/23188/19958 24870/23189/19958</w:t>
        <w:br/>
        <w:t>f 24869/23190/19946 24872/23187/19946 24870/23189/19958</w:t>
        <w:br/>
        <w:t>f 24853/23173/19945 24873/23191/19959 24833/23153/19927</w:t>
        <w:br/>
        <w:t>f 24843/23161/19935 24874/23192/19960 24842/23162/19936</w:t>
        <w:br/>
        <w:t>f 24875/23193/19961 24861/23178/19949 24834/23152/19926</w:t>
        <w:br/>
        <w:t>f 24876/23194/19962 24838/23155/19929 24839/23154/19928</w:t>
        <w:br/>
        <w:t>f 24855/23171/19943 24877/23195/19963 24854/23172/19944</w:t>
        <w:br/>
        <w:t>f 24844/23160/19934 24878/23196/19964 24840/23159/19933</w:t>
        <w:br/>
        <w:t>f 24879/23197/19959 24858/23177/19948 24860/23179/19950</w:t>
        <w:br/>
        <w:t>f 24836/23157/19931 24837/23156/19930 24880/23198/19932</w:t>
        <w:br/>
        <w:t>f 24870/23189/19958 24871/23188/19958 24868/23183/19954</w:t>
        <w:br/>
        <w:t>f 24865/23186/19957 24870/23189/19958 24868/23183/19954</w:t>
        <w:br/>
        <w:t>f 24883/23199/19965 24882/23200/19966 24881/23201/19966</w:t>
        <w:br/>
        <w:t>f 24884/23202/19967 24883/23199/19965 24881/23201/19966</w:t>
        <w:br/>
        <w:t>f 24888/23203/19968 24887/23204/19969 24886/23205/19970</w:t>
        <w:br/>
        <w:t>f 24885/23206/19971 24888/23203/19968 24886/23205/19970</w:t>
        <w:br/>
        <w:t>f 24866/23185/19956 24867/23184/19955 24890/23207/19972</w:t>
        <w:br/>
        <w:t>f 24889/23208/19972 24866/23185/19956 24890/23207/19972</w:t>
        <w:br/>
        <w:t>f 24889/23208/19972 24890/23207/19972 24864/23182/19953</w:t>
        <w:br/>
        <w:t>f 24863/23181/19952 24889/23208/19972 24864/23182/19953</w:t>
        <w:br/>
        <w:t>f 24835/23151/19925 24833/23153/19927 24873/23191/19959</w:t>
        <w:br/>
        <w:t>f 24843/23161/19935 24862/23180/19951 24874/23192/19960</w:t>
        <w:br/>
        <w:t>f 24862/23180/19951 24838/23155/19929 24876/23194/19962</w:t>
        <w:br/>
        <w:t>f 24834/23152/19926 24835/23151/19925 24875/23193/19961</w:t>
        <w:br/>
        <w:t>f 24841/23158/19932 24840/23159/19933 24878/23196/19964</w:t>
        <w:br/>
        <w:t>f 24859/23176/19947 24858/23177/19948 24879/23197/19959</w:t>
        <w:br/>
        <w:t>f 24855/23171/19943 24859/23176/19947 24877/23195/19963</w:t>
        <w:br/>
        <w:t>f 24837/23156/19930 24841/23158/19932 24880/23198/19932</w:t>
        <w:br/>
        <w:t>f 24894/23209/19973 24893/23210/19974 24892/23211/19975</w:t>
        <w:br/>
        <w:t>f 24891/23212/19973 24894/23209/19973 24892/23211/19975</w:t>
        <w:br/>
        <w:t>f 24898/23213/19976 24897/23214/19977 24896/23215/19978</w:t>
        <w:br/>
        <w:t>f 24895/23216/19976 24898/23213/19976 24896/23215/19978</w:t>
        <w:br/>
        <w:t>f 24902/23217/19979 24901/23218/19980 24900/23219/19980</w:t>
        <w:br/>
        <w:t>f 24899/23220/19979 24902/23217/19979 24900/23219/19980</w:t>
        <w:br/>
        <w:t>f 24904/23221/19981 24903/23222/19982 24900/23219/19980</w:t>
        <w:br/>
        <w:t>f 24901/23218/19980 24904/23221/19981 24900/23219/19980</w:t>
        <w:br/>
        <w:t>f 24906/23223/19983 24898/23213/19976 24895/23216/19976</w:t>
        <w:br/>
        <w:t>f 24905/23224/19984 24906/23223/19983 24895/23216/19976</w:t>
        <w:br/>
        <w:t>f 24897/23214/19977 24902/23217/19979 24899/23220/19979</w:t>
        <w:br/>
        <w:t>f 24896/23215/19978 24897/23214/19977 24899/23220/19979</w:t>
        <w:br/>
        <w:t>f 24910/23225/19985 24909/23226/19986 24908/23227/19986</w:t>
        <w:br/>
        <w:t>f 24907/23228/19987 24910/23225/19985 24908/23227/19986</w:t>
        <w:br/>
        <w:t>f 24914/23229/19988 24913/23230/19989 24912/23231/19990</w:t>
        <w:br/>
        <w:t>f 24911/23232/19991 24914/23229/19988 24912/23231/19990</w:t>
        <w:br/>
        <w:t>f 24918/23233/19992 24917/23234/19993 24916/23235/19994</w:t>
        <w:br/>
        <w:t>f 24915/23236/19995 24918/23233/19992 24916/23235/19994</w:t>
        <w:br/>
        <w:t>f 24916/23235/19994 24917/23234/19993 24920/23237/19996</w:t>
        <w:br/>
        <w:t>f 24919/23238/19997 24916/23235/19994 24920/23237/19996</w:t>
        <w:br/>
        <w:t>f 24919/23238/19997 24920/23237/19996 24922/23239/19998</w:t>
        <w:br/>
        <w:t>f 24921/23240/19999 24919/23238/19997 24922/23239/19998</w:t>
        <w:br/>
        <w:t>f 24921/23240/19999 24922/23239/19998 24924/23241/20000</w:t>
        <w:br/>
        <w:t>f 24923/23242/20000 24921/23240/19999 24924/23241/20000</w:t>
        <w:br/>
        <w:t>f 24928/23243/20001 24927/23244/20001 24926/23245/20002</w:t>
        <w:br/>
        <w:t>f 24925/23246/20002 24928/23243/20001 24926/23245/20002</w:t>
        <w:br/>
        <w:t>f 24925/23246/20002 24926/23245/20002 24930/23247/20003</w:t>
        <w:br/>
        <w:t>f 24929/23248/20004 24925/23246/20002 24930/23247/20003</w:t>
        <w:br/>
        <w:t>f 24932/23249/20005 24915/23236/19995 24916/23235/19994</w:t>
        <w:br/>
        <w:t>f 24931/23250/20006 24932/23249/20005 24916/23235/19994</w:t>
        <w:br/>
        <w:t>f 24931/23250/20006 24916/23235/19994 24919/23238/19997</w:t>
        <w:br/>
        <w:t>f 24933/23251/20007 24931/23250/20006 24919/23238/19997</w:t>
        <w:br/>
        <w:t>f 24933/23251/20007 24919/23238/19997 24921/23240/19999</w:t>
        <w:br/>
        <w:t>f 24934/23252/20008 24933/23251/20007 24921/23240/19999</w:t>
        <w:br/>
        <w:t>f 24934/23252/20008 24921/23240/19999 24908/23227/19986</w:t>
        <w:br/>
        <w:t>f 24909/23226/19986 24934/23252/20008 24908/23227/19986</w:t>
        <w:br/>
        <w:t>f 24938/23253/20009 24937/23254/20010 24936/23255/20011</w:t>
        <w:br/>
        <w:t>f 24935/23256/20011 24938/23253/20009 24936/23255/20011</w:t>
        <w:br/>
        <w:t>f 24935/23256/20011 24936/23255/20011 24940/23257/20012</w:t>
        <w:br/>
        <w:t>f 24939/23258/20012 24935/23256/20011 24940/23257/20012</w:t>
        <w:br/>
        <w:t>f 24942/23259/20013 24939/23258/20012 24940/23257/20012</w:t>
        <w:br/>
        <w:t>f 24941/23260/20014 24942/23259/20013 24940/23257/20012</w:t>
        <w:br/>
        <w:t>f 24941/23260/20014 24944/23261/20015 24943/23262/20015</w:t>
        <w:br/>
        <w:t>f 24942/23259/20013 24941/23260/20014 24943/23262/20015</w:t>
        <w:br/>
        <w:t>f 24947/23263/20016 24914/23229/19988 24946/23264/20017</w:t>
        <w:br/>
        <w:t>f 24945/23265/20018 24947/23263/20016 24946/23264/20017</w:t>
        <w:br/>
        <w:t>f 24914/23229/19988 24911/23232/19991 24948/23266/20019</w:t>
        <w:br/>
        <w:t>f 24946/23264/20017 24914/23229/19988 24948/23266/20019</w:t>
        <w:br/>
        <w:t>f 24952/23267/20020 24951/23268/20020 24950/23269/20021</w:t>
        <w:br/>
        <w:t>f 24949/23270/20021 24952/23267/20020 24950/23269/20021</w:t>
        <w:br/>
        <w:t>f 24956/23271/20022 24955/23272/20023 24954/23273/19974</w:t>
        <w:br/>
        <w:t>f 24953/23274/20024 24956/23271/20022 24954/23273/19974</w:t>
        <w:br/>
        <w:t>f 24960/23275/20025 24959/23276/20026 24958/23277/20026</w:t>
        <w:br/>
        <w:t>f 24957/23278/20025 24960/23275/20025 24958/23277/20026</w:t>
        <w:br/>
        <w:t>f 24964/23279/20027 24963/23280/20027 24962/23281/20028</w:t>
        <w:br/>
        <w:t>f 24961/23282/20029 24964/23279/20027 24962/23281/20028</w:t>
        <w:br/>
        <w:t>f 24968/23283/20030 24967/23284/20031 24966/23285/20032</w:t>
        <w:br/>
        <w:t>f 24965/23286/20033 24968/23283/20030 24966/23285/20032</w:t>
        <w:br/>
        <w:t>f 24972/23287/20034 24971/23288/20035 24970/23289/20035</w:t>
        <w:br/>
        <w:t>f 24969/23290/20034 24972/23287/20034 24970/23289/20035</w:t>
        <w:br/>
        <w:t>f 24976/23291/20036 24975/23292/20037 24974/23293/20037</w:t>
        <w:br/>
        <w:t>f 24973/23294/20036 24976/23291/20036 24974/23293/20037</w:t>
        <w:br/>
        <w:t>f 24980/23295/20038 24979/23296/20038 24978/23297/20039</w:t>
        <w:br/>
        <w:t>f 24977/23298/20039 24980/23295/20038 24978/23297/20039</w:t>
        <w:br/>
        <w:t>f 24984/23299/20040 24983/23300/20041 24982/23301/20041</w:t>
        <w:br/>
        <w:t>f 24981/23302/20040 24984/23299/20040 24982/23301/20041</w:t>
        <w:br/>
        <w:t>f 24975/23292/20037 24986/23303/20042 24985/23304/20042</w:t>
        <w:br/>
        <w:t>f 24974/23293/20037 24975/23292/20037 24985/23304/20042</w:t>
        <w:br/>
        <w:t>f 24989/23305/20043 24988/23306/20043 24987/23307/20044</w:t>
        <w:br/>
        <w:t>f 24990/23308/20045 24989/23305/20043 24987/23307/20044</w:t>
        <w:br/>
        <w:t>f 24977/23298/20039 24978/23297/20039 24992/23309/20046</w:t>
        <w:br/>
        <w:t>f 24991/23310/20046 24977/23298/20039 24992/23309/20046</w:t>
        <w:br/>
        <w:t>f 24993/23311/20047 24982/23301/20041 24983/23300/20041</w:t>
        <w:br/>
        <w:t>f 24994/23312/20047 24993/23311/20047 24983/23300/20041</w:t>
        <w:br/>
        <w:t>f 24991/23310/20046 24992/23309/20046 24960/23275/20025</w:t>
        <w:br/>
        <w:t>f 24957/23278/20025 24991/23310/20046 24960/23275/20025</w:t>
        <w:br/>
        <w:t>f 24987/23307/20044 24963/23280/20027 24964/23279/20027</w:t>
        <w:br/>
        <w:t>f 24990/23308/20045 24987/23307/20044 24964/23279/20027</w:t>
        <w:br/>
        <w:t>f 24986/23303/20042 24967/23284/20031 24968/23283/20030</w:t>
        <w:br/>
        <w:t>f 24985/23304/20042 24986/23303/20042 24968/23283/20030</w:t>
        <w:br/>
        <w:t>f 24970/23289/20035 24971/23288/20035 24993/23311/20047</w:t>
        <w:br/>
        <w:t>f 24994/23312/20047 24970/23289/20035 24993/23311/20047</w:t>
        <w:br/>
        <w:t>f 24998/23313/20048 24997/23314/20049 24996/23315/20049</w:t>
        <w:br/>
        <w:t>f 24995/23316/20048 24998/23313/20048 24996/23315/20049</w:t>
        <w:br/>
        <w:t>f 25002/23317/20050 25001/23318/20051 25000/23319/20052</w:t>
        <w:br/>
        <w:t>f 24999/23320/20052 25002/23317/20050 25000/23319/20052</w:t>
        <w:br/>
        <w:t>f 25005/23321/20053 25004/23322/20053 25003/23323/20054</w:t>
        <w:br/>
        <w:t>f 25006/23324/20054 25005/23321/20053 25003/23323/20054</w:t>
        <w:br/>
        <w:t>f 25010/23325/20055 25009/23326/20056 25008/23327/20056</w:t>
        <w:br/>
        <w:t>f 25007/23328/20055 25010/23325/20055 25008/23327/20056</w:t>
        <w:br/>
        <w:t>f 25014/23329/20057 25013/23330/20058 25012/23331/20058</w:t>
        <w:br/>
        <w:t>f 25011/23332/20057 25014/23329/20057 25012/23331/20058</w:t>
        <w:br/>
        <w:t>f 25018/23333/20059 25017/23334/20059 25016/23335/20060</w:t>
        <w:br/>
        <w:t>f 25015/23336/20061 25018/23333/20059 25016/23335/20060</w:t>
        <w:br/>
        <w:t>f 25022/23337/20062 25021/23338/20063 25020/23339/20064</w:t>
        <w:br/>
        <w:t>f 25019/23340/20065 25022/23337/20062 25020/23339/20064</w:t>
        <w:br/>
        <w:t>f 25026/23341/20066 25025/23342/20067 25024/23343/20067</w:t>
        <w:br/>
        <w:t>f 25023/23344/20066 25026/23341/20066 25024/23343/20067</w:t>
        <w:br/>
        <w:t>f 24999/23320/20052 25000/23319/20052 25019/23340/20065</w:t>
        <w:br/>
        <w:t>f 25020/23339/20064 24999/23320/20052 25019/23340/20065</w:t>
        <w:br/>
        <w:t>f 25004/23322/20053 25005/23321/20053 25015/23336/20061</w:t>
        <w:br/>
        <w:t>f 25016/23335/20060 25004/23322/20053 25015/23336/20061</w:t>
        <w:br/>
        <w:t>f 25007/23328/20055 25024/23343/20067 25025/23342/20067</w:t>
        <w:br/>
        <w:t>f 25010/23325/20055 25007/23328/20055 25025/23342/20067</w:t>
        <w:br/>
        <w:t>f 25013/23330/20058 24998/23313/20048 24995/23316/20048</w:t>
        <w:br/>
        <w:t>f 25012/23331/20058 25013/23330/20058 24995/23316/20048</w:t>
        <w:br/>
        <w:t>f 25028/23345/20068 24984/23299/20040 24981/23302/20040</w:t>
        <w:br/>
        <w:t>f 25027/23346/20068 25028/23345/20068 24981/23302/20040</w:t>
        <w:br/>
        <w:t>f 25030/23347/20069 24976/23291/20036 24973/23294/20036</w:t>
        <w:br/>
        <w:t>f 25029/23348/20069 25030/23347/20069 24973/23294/20036</w:t>
        <w:br/>
        <w:t>f 25032/23349/20070 25031/23350/20070 25006/23324/20054</w:t>
        <w:br/>
        <w:t>f 25003/23323/20054 25032/23349/20070 25006/23324/20054</w:t>
        <w:br/>
        <w:t>f 25009/23326/20056 25028/23345/20068 25027/23346/20068</w:t>
        <w:br/>
        <w:t>f 25008/23327/20056 25009/23326/20056 25027/23346/20068</w:t>
        <w:br/>
        <w:t>f 24997/23314/20049 25030/23347/20069 25029/23348/20069</w:t>
        <w:br/>
        <w:t>f 24996/23315/20049 24997/23314/20049 25029/23348/20069</w:t>
        <w:br/>
        <w:t>f 25034/23351/20071 25033/23352/20072 25001/23318/20051</w:t>
        <w:br/>
        <w:t>f 25002/23317/20050 25034/23351/20071 25001/23318/20051</w:t>
        <w:br/>
        <w:t>f 25038/23353/20073 25037/23354/20073 25036/23355/20073</w:t>
        <w:br/>
        <w:t>f 25035/23356/20073 25038/23353/20073 25036/23355/20073</w:t>
        <w:br/>
        <w:t>f 25042/23357/20059 25041/23358/20074 25040/23359/20075</w:t>
        <w:br/>
        <w:t>f 25039/23360/20075 25042/23357/20059 25040/23359/20075</w:t>
        <w:br/>
        <w:t>f 25046/23361/20076 25045/23362/20077 25044/23363/20078</w:t>
        <w:br/>
        <w:t>f 25043/23364/20076 25046/23361/20076 25044/23363/20078</w:t>
        <w:br/>
        <w:t>f 25050/23365/20079 25049/23366/20080 25048/23367/20081</w:t>
        <w:br/>
        <w:t>f 25047/23368/20082 25050/23365/20079 25048/23367/20081</w:t>
        <w:br/>
        <w:t>f 25043/23364/20076 25052/23369/20083 25051/23370/20083</w:t>
        <w:br/>
        <w:t>f 25046/23361/20076 25043/23364/20076 25051/23370/20083</w:t>
        <w:br/>
        <w:t>f 25056/23371/20084 25055/23372/20084 25054/23373/20085</w:t>
        <w:br/>
        <w:t>f 25053/23374/20085 25056/23371/20084 25054/23373/20085</w:t>
        <w:br/>
        <w:t>f 25060/23375/20086 25059/23376/20087 25058/23377/20088</w:t>
        <w:br/>
        <w:t>f 25057/23378/20088 25060/23375/20086 25058/23377/20088</w:t>
        <w:br/>
        <w:t>f 25058/23377/20088 25062/23379/20089 25061/23380/20090</w:t>
        <w:br/>
        <w:t>f 25057/23378/20088 25058/23377/20088 25061/23380/20090</w:t>
        <w:br/>
        <w:t>f 25064/23381/20091 25055/23372/20084 25056/23371/20084</w:t>
        <w:br/>
        <w:t>f 25063/23382/20092 25064/23381/20091 25056/23371/20084</w:t>
        <w:br/>
        <w:t>f 25047/23368/20082 25066/23383/20093 25065/23384/20094</w:t>
        <w:br/>
        <w:t>f 25050/23365/20079 25047/23368/20082 25065/23384/20094</w:t>
        <w:br/>
        <w:t>f 25070/23385/20095 25069/23386/20095 25068/23387/20096</w:t>
        <w:br/>
        <w:t>f 25067/23388/20097 25070/23385/20095 25068/23387/20096</w:t>
        <w:br/>
        <w:t>f 25073/23389/20098 25072/23390/20099 25071/23391/20099</w:t>
        <w:br/>
        <w:t>f 25074/23392/20100 25073/23389/20098 25071/23391/20099</w:t>
        <w:br/>
        <w:t>f 25076/23393/20101 25073/23389/20098 25074/23392/20100</w:t>
        <w:br/>
        <w:t>f 25075/23394/20102 25076/23393/20101 25074/23392/20100</w:t>
        <w:br/>
        <w:t>f 25080/23395/20103 25079/23396/20104 25078/23397/20105</w:t>
        <w:br/>
        <w:t>f 25077/23398/20105 25080/23395/20103 25078/23397/20105</w:t>
        <w:br/>
        <w:t>f 25077/23398/20105 25078/23397/20105 25082/23399/20106</w:t>
        <w:br/>
        <w:t>f 25081/23400/20107 25077/23398/20105 25082/23399/20106</w:t>
        <w:br/>
        <w:t>f 25084/23401/20108 25083/23402/20108 25069/23386/20095</w:t>
        <w:br/>
        <w:t>f 25070/23385/20095 25084/23401/20108 25069/23386/20095</w:t>
        <w:br/>
        <w:t>f 25088/23403/20109 25087/23404/20109 25086/23405/20110</w:t>
        <w:br/>
        <w:t>f 25085/23406/20110 25088/23403/20109 25086/23405/20110</w:t>
        <w:br/>
        <w:t>f 25085/23406/20110 25086/23405/20110 25090/23407/20111</w:t>
        <w:br/>
        <w:t>f 25089/23408/20111 25085/23406/20110 25090/23407/20111</w:t>
        <w:br/>
        <w:t>f 25094/23409/20112 25093/23410/20113 25092/23411/20113</w:t>
        <w:br/>
        <w:t>f 25091/23412/20112 25094/23409/20112 25092/23411/20113</w:t>
        <w:br/>
        <w:t>f 25098/23413/20114 25097/23414/20114 25096/23415/20115</w:t>
        <w:br/>
        <w:t>f 25095/23416/20115 25098/23413/20114 25096/23415/20115</w:t>
        <w:br/>
        <w:t>f 25102/23417/20116 25101/23418/20116 25100/23419/20117</w:t>
        <w:br/>
        <w:t>f 25099/23420/20117 25102/23417/20116 25100/23419/20117</w:t>
        <w:br/>
        <w:t>f 25106/23421/20118 25105/23422/20119 25104/23423/20119</w:t>
        <w:br/>
        <w:t>f 25103/23424/20120 25106/23421/20118 25104/23423/20119</w:t>
        <w:br/>
        <w:t>f 25108/23425/20121 25076/23393/20101 25075/23394/20102</w:t>
        <w:br/>
        <w:t>f 25107/23426/20121 25108/23425/20121 25075/23394/20102</w:t>
        <w:br/>
        <w:t>f 25110/23427/20122 25083/23402/20108 25084/23401/20108</w:t>
        <w:br/>
        <w:t>f 25109/23428/20122 25110/23427/20122 25084/23401/20108</w:t>
        <w:br/>
        <w:t>f 25112/23429/20123 25111/23430/20124 25048/23367/20081</w:t>
        <w:br/>
        <w:t>f 25049/23366/20080 25112/23429/20123 25048/23367/20081</w:t>
        <w:br/>
        <w:t>f 25053/23374/20085 25054/23373/20085 25114/23431/20125</w:t>
        <w:br/>
        <w:t>f 25113/23432/20125 25053/23374/20085 25114/23431/20125</w:t>
        <w:br/>
        <w:t>f 25093/23410/20113 25079/23396/20104 25080/23395/20103</w:t>
        <w:br/>
        <w:t>f 25092/23411/20113 25093/23410/20113 25080/23395/20103</w:t>
        <w:br/>
        <w:t>f 25105/23422/20119 25059/23376/20087 25060/23375/20086</w:t>
        <w:br/>
        <w:t>f 25104/23423/20119 25105/23422/20119 25060/23375/20086</w:t>
        <w:br/>
        <w:t>f 25051/23370/20083 25052/23369/20083 25101/23418/20116</w:t>
        <w:br/>
        <w:t>f 25102/23417/20116 25051/23370/20083 25101/23418/20116</w:t>
        <w:br/>
        <w:t>f 25095/23416/20115 25096/23415/20115 25087/23404/20109</w:t>
        <w:br/>
        <w:t>f 25088/23403/20109 25095/23416/20115 25087/23404/20109</w:t>
        <w:br/>
        <w:t>f 25116/23433/20126 25108/23425/20121 25107/23426/20121</w:t>
        <w:br/>
        <w:t>f 25115/23434/20127 25116/23433/20126 25107/23426/20121</w:t>
        <w:br/>
        <w:t>f 25118/23435/20128 25110/23427/20122 25109/23428/20122</w:t>
        <w:br/>
        <w:t>f 25117/23436/20129 25118/23435/20128 25109/23428/20122</w:t>
        <w:br/>
        <w:t>f 25111/23430/20124 25112/23429/20123 25120/23437/20130</w:t>
        <w:br/>
        <w:t>f 25119/23438/20130 25111/23430/20124 25120/23437/20130</w:t>
        <w:br/>
        <w:t>f 25122/23439/20131 25121/23440/20131 25113/23432/20125</w:t>
        <w:br/>
        <w:t>f 25114/23431/20125 25122/23439/20131 25113/23432/20125</w:t>
        <w:br/>
        <w:t>f 25106/23421/20118 25103/23424/20120 25121/23440/20131</w:t>
        <w:br/>
        <w:t>f 25122/23439/20131 25106/23421/20118 25121/23440/20131</w:t>
        <w:br/>
        <w:t>f 25119/23438/20130 25120/23437/20130 25099/23420/20117</w:t>
        <w:br/>
        <w:t>f 25100/23419/20117 25119/23438/20130 25099/23420/20117</w:t>
        <w:br/>
        <w:t>f 25115/23434/20132 25117/23436/20129 25097/23414/20114</w:t>
        <w:br/>
        <w:t>f 25098/23413/20114 25115/23434/20132 25097/23414/20114</w:t>
        <w:br/>
        <w:t>f 25091/23412/20112 25116/23433/20126 25115/23434/20127</w:t>
        <w:br/>
        <w:t>f 25094/23409/20112 25091/23412/20112 25115/23434/20127</w:t>
        <w:br/>
        <w:t>f 25126/23441/20078 25125/23442/20133 25124/23443/20134</w:t>
        <w:br/>
        <w:t>f 25123/23444/20078 25126/23441/20078 25124/23443/20134</w:t>
        <w:br/>
        <w:t>f 25130/23445/20135 25129/23446/20135 25128/23447/20136</w:t>
        <w:br/>
        <w:t>f 25127/23448/20135 25130/23445/20135 25128/23447/20136</w:t>
        <w:br/>
        <w:t>f 25134/23449/20137 25133/23450/20138 25132/23451/20137</w:t>
        <w:br/>
        <w:t>f 25131/23452/20137 25134/23449/20137 25132/23451/20137</w:t>
        <w:br/>
        <w:t>f 25138/23453/20139 25137/23454/20139 25136/23455/20140</w:t>
        <w:br/>
        <w:t>f 25135/23456/20140 25138/23453/20139 25136/23455/20140</w:t>
        <w:br/>
        <w:t>f 25142/23457/20141 25141/23458/20142 25140/23459/20142</w:t>
        <w:br/>
        <w:t>f 25139/23460/20141 25142/23457/20141 25140/23459/20142</w:t>
        <w:br/>
        <w:t>f 25146/23461/20143 25145/23462/20144 25144/23463/20144</w:t>
        <w:br/>
        <w:t>f 25143/23464/20143 25146/23461/20143 25144/23463/20144</w:t>
        <w:br/>
        <w:t>f 25150/23465/20145 25149/23466/20146 25148/23467/20146</w:t>
        <w:br/>
        <w:t>f 25147/23468/20147 25150/23465/20145 25148/23467/20146</w:t>
        <w:br/>
        <w:t>f 25154/23469/20148 25153/23470/20148 25152/23471/20149</w:t>
        <w:br/>
        <w:t>f 25151/23472/20150 25154/23469/20148 25152/23471/20149</w:t>
        <w:br/>
        <w:t>f 25158/23473/20151 25157/23474/20152 25156/23475/20153</w:t>
        <w:br/>
        <w:t>f 25155/23476/20153 25158/23473/20151 25156/23475/20153</w:t>
        <w:br/>
        <w:t>f 25162/23477/20154 25161/23478/20155 25160/23479/20155</w:t>
        <w:br/>
        <w:t>f 25159/23480/20156 25162/23477/20154 25160/23479/20155</w:t>
        <w:br/>
        <w:t>f 25155/23476/20153 25156/23475/20153 25164/23481/20157</w:t>
        <w:br/>
        <w:t>f 25163/23482/20157 25155/23476/20153 25164/23481/20157</w:t>
        <w:br/>
        <w:t>f 25151/23472/20150 25152/23471/20149 25137/23454/20139</w:t>
        <w:br/>
        <w:t>f 25138/23453/20139 25151/23472/20150 25137/23454/20139</w:t>
        <w:br/>
        <w:t>f 25149/23466/20146 25140/23459/20142 25141/23458/20142</w:t>
        <w:br/>
        <w:t>f 25148/23467/20146 25149/23466/20146 25141/23458/20142</w:t>
        <w:br/>
        <w:t>f 25162/23477/20154 25159/23480/20156 25144/23463/20144</w:t>
        <w:br/>
        <w:t>f 25145/23462/20144 25162/23477/20154 25144/23463/20144</w:t>
        <w:br/>
        <w:t>f 25168/23483/20158 25167/23484/20159 25166/23485/20160</w:t>
        <w:br/>
        <w:t>f 25165/23486/20158 25168/23483/20158 25166/23485/20160</w:t>
        <w:br/>
        <w:t>f 25172/23487/20161 25171/23488/20161 25170/23489/20162</w:t>
        <w:br/>
        <w:t>f 25169/23490/20162 25172/23487/20161 25170/23489/20162</w:t>
        <w:br/>
        <w:t>f 25176/23491/20163 25175/23492/20163 25174/23493/20164</w:t>
        <w:br/>
        <w:t>f 25173/23494/20164 25176/23491/20163 25174/23493/20164</w:t>
        <w:br/>
        <w:t>f 25180/23495/20165 25179/23496/20166 25178/23497/20166</w:t>
        <w:br/>
        <w:t>f 25177/23498/20165 25180/23495/20165 25178/23497/20166</w:t>
        <w:br/>
        <w:t>f 25182/23499/20167 25181/23500/20167 25173/23494/20164</w:t>
        <w:br/>
        <w:t>f 25174/23493/20164 25182/23499/20167 25173/23494/20164</w:t>
        <w:br/>
        <w:t>f 25184/23501/20168 25183/23502/20168 25169/23490/20162</w:t>
        <w:br/>
        <w:t>f 25170/23489/20162 25184/23501/20168 25169/23490/20162</w:t>
        <w:br/>
        <w:t>f 25179/23496/20166 25186/23503/20169 25185/23504/20169</w:t>
        <w:br/>
        <w:t>f 25178/23497/20166 25179/23496/20166 25185/23504/20169</w:t>
        <w:br/>
        <w:t>f 25167/23484/20159 25188/23505/20170 25187/23506/20171</w:t>
        <w:br/>
        <w:t>f 25166/23485/20160 25167/23484/20159 25187/23506/20171</w:t>
        <w:br/>
        <w:t>f 25192/23507/20172 25191/23508/20173 25190/23509/20173</w:t>
        <w:br/>
        <w:t>f 25189/23510/20172 25192/23507/20172 25190/23509/20173</w:t>
        <w:br/>
        <w:t>f 25196/23511/20174 25195/23512/20175 25194/23513/20176</w:t>
        <w:br/>
        <w:t>f 25193/23514/20176 25196/23511/20174 25194/23513/20176</w:t>
        <w:br/>
        <w:t>f 25200/23515/20177 25199/23516/20177 25198/23517/20178</w:t>
        <w:br/>
        <w:t>f 25197/23518/20178 25200/23515/20177 25198/23517/20178</w:t>
        <w:br/>
        <w:t>f 25204/23519/20179 25203/23520/20180 25202/23521/20181</w:t>
        <w:br/>
        <w:t>f 25201/23522/20179 25204/23519/20179 25202/23521/20181</w:t>
        <w:br/>
        <w:t>f 25191/23508/20173 25206/23523/20182 25205/23524/20182</w:t>
        <w:br/>
        <w:t>f 25190/23509/20173 25191/23508/20173 25205/23524/20182</w:t>
        <w:br/>
        <w:t>f 25193/23514/20176 25194/23513/20176 25208/23525/20183</w:t>
        <w:br/>
        <w:t>f 25207/23526/20183 25193/23514/20176 25208/23525/20183</w:t>
        <w:br/>
        <w:t>f 25197/23518/20178 25198/23517/20178 25210/23527/20184</w:t>
        <w:br/>
        <w:t>f 25209/23528/20185 25197/23518/20178 25210/23527/20184</w:t>
        <w:br/>
        <w:t>f 25212/23529/20186 25202/23521/20181 25203/23520/20180</w:t>
        <w:br/>
        <w:t>f 25211/23530/20187 25212/23529/20186 25203/23520/20180</w:t>
        <w:br/>
        <w:t>f 25206/23523/20182 25150/23465/20145 25147/23468/20147</w:t>
        <w:br/>
        <w:t>f 25205/23524/20182 25206/23523/20182 25147/23468/20147</w:t>
        <w:br/>
        <w:t>f 25207/23526/20183 25208/23525/20183 25153/23470/20148</w:t>
        <w:br/>
        <w:t>f 25154/23469/20148 25207/23526/20183 25153/23470/20148</w:t>
        <w:br/>
        <w:t>f 25209/23528/20185 25210/23527/20184 25157/23474/20152</w:t>
        <w:br/>
        <w:t>f 25158/23473/20151 25209/23528/20185 25157/23474/20152</w:t>
        <w:br/>
        <w:t>f 25161/23478/20155 25212/23529/20186 25211/23530/20187</w:t>
        <w:br/>
        <w:t>f 25160/23479/20155 25161/23478/20155 25211/23530/20187</w:t>
        <w:br/>
        <w:t>f 25216/23531/20188 25215/23532/20188 25214/23533/20189</w:t>
        <w:br/>
        <w:t>f 25213/23534/20189 25216/23531/20188 25214/23533/20189</w:t>
        <w:br/>
        <w:t>f 25220/23535/20190 25219/23536/20191 25218/23537/20161</w:t>
        <w:br/>
        <w:t>f 25217/23538/20161 25220/23535/20190 25218/23537/20161</w:t>
        <w:br/>
        <w:t>f 25224/23539/20192 25223/23540/20193 25222/23541/20193</w:t>
        <w:br/>
        <w:t>f 25221/23542/20192 25224/23539/20192 25222/23541/20193</w:t>
        <w:br/>
        <w:t>f 25227/23543/20194 25226/23544/20194 25225/23545/20195</w:t>
        <w:br/>
        <w:t>f 25228/23546/20196 25227/23543/20194 25225/23545/20195</w:t>
        <w:br/>
        <w:t>f 25232/23547/20197 25231/23548/20197 25230/23549/20198</w:t>
        <w:br/>
        <w:t>f 25229/23550/20198 25232/23547/20197 25230/23549/20198</w:t>
        <w:br/>
        <w:t>f 25236/23551/20199 25235/23552/20200 25234/23553/20200</w:t>
        <w:br/>
        <w:t>f 25233/23554/20199 25236/23551/20199 25234/23553/20200</w:t>
        <w:br/>
        <w:t>f 25232/23547/20197 25238/23555/20201 25237/23556/20202</w:t>
        <w:br/>
        <w:t>f 25231/23548/20197 25232/23547/20197 25237/23556/20202</w:t>
        <w:br/>
        <w:t>f 25240/23557/20203 25226/23544/20194 25227/23543/20194</w:t>
        <w:br/>
        <w:t>f 25239/23558/20204 25240/23557/20203 25227/23543/20194</w:t>
        <w:br/>
        <w:t>f 25242/23559/20205 25224/23539/20192 25221/23542/20192</w:t>
        <w:br/>
        <w:t>f 25241/23560/20206 25242/23559/20205 25221/23542/20192</w:t>
        <w:br/>
        <w:t>f 25234/23553/20200 25235/23552/20200 25244/23561/20207</w:t>
        <w:br/>
        <w:t>f 25243/23562/20207 25234/23553/20200 25244/23561/20207</w:t>
        <w:br/>
        <w:t>f 25248/23563/20208 25247/23564/20209 25246/23565/20209</w:t>
        <w:br/>
        <w:t>f 25245/23566/20208 25248/23563/20208 25246/23565/20209</w:t>
        <w:br/>
        <w:t>f 25252/23567/20210 25251/23568/20210 25250/23569/20211</w:t>
        <w:br/>
        <w:t>f 25249/23570/20211 25252/23567/20210 25250/23569/20211</w:t>
        <w:br/>
        <w:t>f 25256/23571/20212 25255/23572/20213 25254/23573/20213</w:t>
        <w:br/>
        <w:t>f 25253/23574/20214 25256/23571/20212 25254/23573/20213</w:t>
        <w:br/>
        <w:t>f 25260/23575/20215 25259/23576/20215 25258/23577/20216</w:t>
        <w:br/>
        <w:t>f 25257/23578/20217 25260/23575/20215 25258/23577/20216</w:t>
        <w:br/>
        <w:t>f 25262/23579/20218 25237/23556/20202 25238/23555/20201</w:t>
        <w:br/>
        <w:t>f 25261/23580/20218 25262/23579/20218 25238/23555/20201</w:t>
        <w:br/>
        <w:t>f 25264/23581/20219 25240/23557/20203 25239/23558/20204</w:t>
        <w:br/>
        <w:t>f 25263/23582/20219 25264/23581/20219 25239/23558/20204</w:t>
        <w:br/>
        <w:t>f 25266/23583/20220 25242/23559/20205 25241/23560/20206</w:t>
        <w:br/>
        <w:t>f 25265/23584/20220 25266/23583/20220 25241/23560/20206</w:t>
        <w:br/>
        <w:t>f 25243/23562/20207 25244/23561/20207 25268/23585/20221</w:t>
        <w:br/>
        <w:t>f 25267/23586/20221 25243/23562/20207 25268/23585/20221</w:t>
        <w:br/>
        <w:t>f 25246/23565/20209 25247/23564/20209 25270/23587/20222</w:t>
        <w:br/>
        <w:t>f 25269/23588/20222 25246/23565/20209 25270/23587/20222</w:t>
        <w:br/>
        <w:t>f 25272/23589/20223 25271/23590/20224 25256/23571/20212</w:t>
        <w:br/>
        <w:t>f 25253/23574/20214 25272/23589/20223 25256/23571/20212</w:t>
        <w:br/>
        <w:t>f 25250/23569/20211 25274/23591/20225 25273/23592/20226</w:t>
        <w:br/>
        <w:t>f 25249/23570/20211 25250/23569/20211 25273/23592/20226</w:t>
        <w:br/>
        <w:t>f 25276/23593/20227 25257/23578/20217 25258/23577/20216</w:t>
        <w:br/>
        <w:t>f 25275/23594/20228 25276/23593/20227 25258/23577/20216</w:t>
        <w:br/>
        <w:t>f 25278/23595/20229 25277/23596/20229 25269/23588/20222</w:t>
        <w:br/>
        <w:t>f 25270/23587/20222 25278/23595/20229 25269/23588/20222</w:t>
        <w:br/>
        <w:t>f 25280/23597/20230 25264/23581/20219 25263/23582/20219</w:t>
        <w:br/>
        <w:t>f 25279/23598/20230 25280/23597/20230 25263/23582/20219</w:t>
        <w:br/>
        <w:t>f 25282/23599/20231 25266/23583/20220 25265/23584/20220</w:t>
        <w:br/>
        <w:t>f 25281/23600/20231 25282/23599/20231 25265/23584/20220</w:t>
        <w:br/>
        <w:t>f 25268/23585/20221 25284/23601/20232 25283/23602/20232</w:t>
        <w:br/>
        <w:t>f 25267/23586/20221 25268/23585/20221 25283/23602/20232</w:t>
        <w:br/>
        <w:t>f 25262/23579/20218 25261/23580/20218 25286/23603/20233</w:t>
        <w:br/>
        <w:t>f 25285/23604/20233 25262/23579/20218 25286/23603/20233</w:t>
        <w:br/>
        <w:t>f 25288/23605/20234 25287/23606/20234 25280/23597/20230</w:t>
        <w:br/>
        <w:t>f 25279/23598/20230 25288/23605/20234 25280/23597/20230</w:t>
        <w:br/>
        <w:t>f 25285/23604/20233 25286/23603/20233 25277/23596/20229</w:t>
        <w:br/>
        <w:t>f 25278/23595/20229 25285/23604/20233 25277/23596/20229</w:t>
        <w:br/>
        <w:t>f 25284/23601/20232 25290/23607/20235 25289/23608/20236</w:t>
        <w:br/>
        <w:t>f 25283/23602/20232 25284/23601/20232 25289/23608/20236</w:t>
        <w:br/>
        <w:t>f 25292/23609/20237 25282/23599/20231 25281/23600/20231</w:t>
        <w:br/>
        <w:t>f 25291/23610/20238 25292/23609/20237 25281/23600/20231</w:t>
        <w:br/>
        <w:t>f 25296/23611/20239 25295/23612/20240 25294/23613/20239</w:t>
        <w:br/>
        <w:t>f 25293/23614/20239 25296/23611/20239 25294/23613/20239</w:t>
        <w:br/>
        <w:t>f 25300/23615/20241 25299/23616/20242 25298/23617/20241</w:t>
        <w:br/>
        <w:t>f 25297/23618/20242 25300/23615/20241 25298/23617/20241</w:t>
        <w:br/>
        <w:t>f 25304/23619/20243 25303/23620/20244 25302/23621/20245</w:t>
        <w:br/>
        <w:t>f 25301/23622/20246 25304/23619/20243 25302/23621/20245</w:t>
        <w:br/>
        <w:t>f 25308/23623/20247 25307/23624/20247 25306/23625/20248</w:t>
        <w:br/>
        <w:t>f 25305/23626/20249 25308/23623/20247 25306/23625/20248</w:t>
        <w:br/>
        <w:t>f 25312/23627/20250 25311/23628/20251 25310/23629/20251</w:t>
        <w:br/>
        <w:t>f 25309/23630/20250 25312/23627/20250 25310/23629/20251</w:t>
        <w:br/>
        <w:t>f 25316/23631/20252 25315/23632/20253 25314/23633/20254</w:t>
        <w:br/>
        <w:t>f 25313/23634/20252 25316/23631/20252 25314/23633/20254</w:t>
        <w:br/>
        <w:t>f 25320/23635/20255 25319/23636/20256 25318/23637/20257</w:t>
        <w:br/>
        <w:t>f 25317/23638/20255 25320/23635/20255 25318/23637/20257</w:t>
        <w:br/>
        <w:t>f 25324/23639/20258 25323/23640/20258 25322/23641/20259</w:t>
        <w:br/>
        <w:t>f 25321/23642/20260 25324/23639/20258 25322/23641/20259</w:t>
        <w:br/>
        <w:t>f 25328/23643/20261 25327/23644/20261 25326/23645/20262</w:t>
        <w:br/>
        <w:t>f 25325/23646/20262 25328/23643/20261 25326/23645/20262</w:t>
        <w:br/>
        <w:t>f 25332/23647/20263 25331/23648/20264 25330/23649/20265</w:t>
        <w:br/>
        <w:t>f 25329/23650/20266 25332/23647/20263 25330/23649/20265</w:t>
        <w:br/>
        <w:t>f 25336/23651/20267 25335/23652/20268 25334/23653/20268</w:t>
        <w:br/>
        <w:t>f 25333/23654/20269 25336/23651/20267 25334/23653/20268</w:t>
        <w:br/>
        <w:t>f 25340/23655/20270 25339/23656/20271 25338/23657/20272</w:t>
        <w:br/>
        <w:t>f 25337/23658/20272 25340/23655/20270 25338/23657/20272</w:t>
        <w:br/>
        <w:t>f 25344/23659/20273 25343/23660/20273 25342/23661/20274</w:t>
        <w:br/>
        <w:t>f 25341/23662/20274 25344/23659/20273 25342/23661/20274</w:t>
        <w:br/>
        <w:t>f 25348/23663/20275 25347/23664/20276 25346/23665/20276</w:t>
        <w:br/>
        <w:t>f 25345/23666/20275 25348/23663/20275 25346/23665/20276</w:t>
        <w:br/>
        <w:t>f 25342/23661/20274 25350/23667/20277 25349/23668/20277</w:t>
        <w:br/>
        <w:t>f 25341/23662/20274 25342/23661/20274 25349/23668/20277</w:t>
        <w:br/>
        <w:t>f 25352/23669/20278 25351/23670/20278 25337/23658/20272</w:t>
        <w:br/>
        <w:t>f 25338/23657/20272 25352/23669/20278 25337/23658/20272</w:t>
        <w:br/>
        <w:t>f 25347/23664/20276 25354/23671/20279 25353/23672/20279</w:t>
        <w:br/>
        <w:t>f 25346/23665/20276 25347/23664/20276 25353/23672/20279</w:t>
        <w:br/>
        <w:t>f 25335/23652/20268 25356/23673/20280 25355/23674/20281</w:t>
        <w:br/>
        <w:t>f 25334/23653/20268 25335/23652/20268 25355/23674/20281</w:t>
        <w:br/>
        <w:t>f 25355/23674/20281 25356/23673/20280 25358/23675/20282</w:t>
        <w:br/>
        <w:t>f 25357/23676/20283 25355/23674/20281 25358/23675/20282</w:t>
        <w:br/>
        <w:t>f 25349/23668/20277 25350/23667/20277 25360/23677/20284</w:t>
        <w:br/>
        <w:t>f 25359/23678/20284 25349/23668/20277 25360/23677/20284</w:t>
        <w:br/>
        <w:t>f 25362/23679/20285 25361/23680/20285 25351/23670/20278</w:t>
        <w:br/>
        <w:t>f 25352/23669/20278 25362/23679/20285 25351/23670/20278</w:t>
        <w:br/>
        <w:t>f 25354/23671/20279 25364/23681/20286 25363/23682/20286</w:t>
        <w:br/>
        <w:t>f 25353/23672/20279 25354/23671/20279 25363/23682/20286</w:t>
        <w:br/>
        <w:t>f 25368/23683/20287 25367/23684/20288 25366/23685/20289</w:t>
        <w:br/>
        <w:t>f 25365/23686/20290 25368/23683/20287 25366/23685/20289</w:t>
        <w:br/>
        <w:t>f 25372/23687/20291 25371/23688/20292 25370/23689/20293</w:t>
        <w:br/>
        <w:t>f 25369/23690/20294 25372/23687/20291 25370/23689/20293</w:t>
        <w:br/>
        <w:t>f 25376/23691/20295 25375/23692/20296 25374/23693/20297</w:t>
        <w:br/>
        <w:t>f 25373/23694/20295 25376/23691/20295 25374/23693/20297</w:t>
        <w:br/>
        <w:t>f 25380/23695/20298 25379/23696/20298 25378/23697/20299</w:t>
        <w:br/>
        <w:t>f 25377/23698/20299 25380/23695/20298 25378/23697/20299</w:t>
        <w:br/>
        <w:t>f 25359/23678/20284 25360/23677/20284 25323/23640/20258</w:t>
        <w:br/>
        <w:t>f 25324/23639/20258 25359/23678/20284 25323/23640/20258</w:t>
        <w:br/>
        <w:t>f 25362/23679/20285 25327/23644/20261 25328/23643/20261</w:t>
        <w:br/>
        <w:t>f 25361/23680/20285 25362/23679/20285 25328/23643/20261</w:t>
        <w:br/>
        <w:t>f 25364/23681/20286 25332/23647/20263 25329/23650/20266</w:t>
        <w:br/>
        <w:t>f 25363/23682/20286 25364/23681/20286 25329/23650/20266</w:t>
        <w:br/>
        <w:t>f 25357/23676/20283 25358/23675/20282 25320/23635/20255</w:t>
        <w:br/>
        <w:t>f 25317/23638/20255 25357/23676/20283 25320/23635/20255</w:t>
        <w:br/>
        <w:t>f 25369/23690/20294 25307/23624/20247 25308/23623/20247</w:t>
        <w:br/>
        <w:t>f 25372/23687/20291 25369/23690/20294 25308/23623/20247</w:t>
        <w:br/>
        <w:t>f 25367/23684/20288 25368/23683/20287 25303/23620/20244</w:t>
        <w:br/>
        <w:t>f 25304/23619/20243 25367/23684/20288 25303/23620/20244</w:t>
        <w:br/>
        <w:t>f 25314/23633/20254 25315/23632/20253 25377/23698/20299</w:t>
        <w:br/>
        <w:t>f 25378/23697/20299 25314/23633/20254 25377/23698/20299</w:t>
        <w:br/>
        <w:t>f 25373/23694/20295 25312/23627/20250 25309/23630/20250</w:t>
        <w:br/>
        <w:t>f 25376/23691/20295 25373/23694/20295 25309/23630/20250</w:t>
        <w:br/>
        <w:t>f 25375/23692/20296 25318/23637/20257 25319/23636/20256</w:t>
        <w:br/>
        <w:t>f 25374/23693/20297 25375/23692/20296 25319/23636/20256</w:t>
        <w:br/>
        <w:t>f 25370/23689/20293 25371/23688/20292 25321/23642/20260</w:t>
        <w:br/>
        <w:t>f 25322/23641/20259 25370/23689/20293 25321/23642/20260</w:t>
        <w:br/>
        <w:t>f 25365/23686/20290 25366/23685/20289 25325/23646/20262</w:t>
        <w:br/>
        <w:t>f 25326/23645/20262 25365/23686/20290 25325/23646/20262</w:t>
        <w:br/>
        <w:t>f 25331/23648/20264 25379/23696/20298 25380/23695/20298</w:t>
        <w:br/>
        <w:t>f 25330/23649/20265 25331/23648/20264 25380/23695/20298</w:t>
        <w:br/>
        <w:t>f 25383/23699/20300 25382/23700/20301 25381/23701/20302</w:t>
        <w:br/>
        <w:t>f 25384/23702/20303 25383/23699/20300 25381/23701/20302</w:t>
        <w:br/>
        <w:t>f 25388/23703/20304 25387/23704/20305 25386/23705/20306</w:t>
        <w:br/>
        <w:t>f 25385/23706/20271 25388/23703/20304 25386/23705/20306</w:t>
        <w:br/>
        <w:t>f 25392/23707/20307 25391/23708/20308 25390/23709/20309</w:t>
        <w:br/>
        <w:t>f 25389/23710/20310 25392/23707/20307 25390/23709/20309</w:t>
        <w:br/>
        <w:t>f 25394/23711/20311 25393/23712/20311 25389/23710/20310</w:t>
        <w:br/>
        <w:t>f 25390/23709/20309 25394/23711/20311 25389/23710/20310</w:t>
        <w:br/>
        <w:t>f 25398/23713/20312 25397/23714/20312 25396/23715/20313</w:t>
        <w:br/>
        <w:t>f 25395/23716/20313 25398/23713/20312 25396/23715/20313</w:t>
        <w:br/>
        <w:t>f 25402/23717/20314 25401/23718/20314 25400/23719/20315</w:t>
        <w:br/>
        <w:t>f 25399/23720/20316 25402/23717/20314 25400/23719/20315</w:t>
        <w:br/>
        <w:t>f 25404/23721/20317 25403/23722/20317 25401/23718/20314</w:t>
        <w:br/>
        <w:t>f 25402/23717/20314 25404/23721/20317 25401/23718/20314</w:t>
        <w:br/>
        <w:t>f 25408/23723/20318 25407/23724/20319 25406/23725/20320</w:t>
        <w:br/>
        <w:t>f 25405/23726/20318 25408/23723/20318 25406/23725/20320</w:t>
        <w:br/>
        <w:t>f 25410/23727/20321 25406/23725/20320 25407/23724/20319</w:t>
        <w:br/>
        <w:t>f 25409/23728/20322 25410/23727/20321 25407/23724/20319</w:t>
        <w:br/>
        <w:t>f 25414/23729/20323 25413/23730/20324 25412/23731/20324</w:t>
        <w:br/>
        <w:t>f 25411/23732/20323 25414/23729/20323 25412/23731/20324</w:t>
        <w:br/>
        <w:t>f 25417/23733/20325 25416/23734/20326 25415/23735/20326</w:t>
        <w:br/>
        <w:t>f 25418/23736/20327 25417/23733/20325 25415/23735/20326</w:t>
        <w:br/>
        <w:t>f 25422/23737/20328 25421/23738/20328 25420/23739/20329</w:t>
        <w:br/>
        <w:t>f 25419/23740/20329 25422/23737/20328 25420/23739/20329</w:t>
        <w:br/>
        <w:t>f 25419/23740/20329 25420/23739/20329 25424/23741/20330</w:t>
        <w:br/>
        <w:t>f 25423/23742/20330 25419/23740/20329 25424/23741/20330</w:t>
        <w:br/>
        <w:t>f 25426/23743/20331 25423/23742/20330 25424/23741/20330</w:t>
        <w:br/>
        <w:t>f 25425/23744/20331 25426/23743/20331 25424/23741/20330</w:t>
        <w:br/>
        <w:t>f 25430/23745/20332 25429/23746/20333 25428/23747/20334</w:t>
        <w:br/>
        <w:t>f 25427/23748/20335 25430/23745/20332 25428/23747/20334</w:t>
        <w:br/>
        <w:t>f 25433/23749/20336 25432/23750/20336 25431/23751/20337</w:t>
        <w:br/>
        <w:t>f 25434/23752/20337 25433/23749/20336 25431/23751/20337</w:t>
        <w:br/>
        <w:t>f 25398/23713/20312 25436/23753/20338 25435/23754/20339</w:t>
        <w:br/>
        <w:t>f 25397/23714/20312 25398/23713/20312 25435/23754/20339</w:t>
        <w:br/>
        <w:t>f 25438/23755/20340 25410/23727/20321 25409/23728/20322</w:t>
        <w:br/>
        <w:t>f 25437/23756/20341 25438/23755/20340 25409/23728/20322</w:t>
        <w:br/>
        <w:t>f 25440/23757/20342 25439/23758/20342 25421/23738/20328</w:t>
        <w:br/>
        <w:t>f 25422/23737/20328 25440/23757/20342 25421/23738/20328</w:t>
        <w:br/>
        <w:t>f 25442/23759/20343 25435/23754/20339 25436/23753/20338</w:t>
        <w:br/>
        <w:t>f 25441/23760/20344 25442/23759/20343 25436/23753/20338</w:t>
        <w:br/>
        <w:t>f 25446/23761/20345 25445/23762/20345 25444/23763/20346</w:t>
        <w:br/>
        <w:t>f 25443/23764/20346 25446/23761/20345 25444/23763/20346</w:t>
        <w:br/>
        <w:t>f 25437/23756/20341 25447/23765/20347 25445/23762/20345</w:t>
        <w:br/>
        <w:t>f 25446/23761/20345 25437/23756/20341 25445/23762/20345</w:t>
        <w:br/>
        <w:t>f 25407/23724/20319 25449/23766/20348 25448/23767/20349</w:t>
        <w:br/>
        <w:t>f 25409/23728/20322 25407/23724/20319 25448/23767/20349</w:t>
        <w:br/>
        <w:t>f 25451/23768/20350 25449/23766/20348 25407/23724/20319</w:t>
        <w:br/>
        <w:t>f 25450/23769/20351 25451/23768/20350 25407/23724/20319</w:t>
        <w:br/>
        <w:t>f 25455/23770/20352 25454/23771/20353 25453/23772/20353</w:t>
        <w:br/>
        <w:t>f 25452/23773/20354 25455/23770/20352 25453/23772/20353</w:t>
        <w:br/>
        <w:t>f 25457/23774/20355 25453/23772/20353 25454/23771/20353</w:t>
        <w:br/>
        <w:t>f 25456/23775/20355 25457/23774/20355 25454/23771/20353</w:t>
        <w:br/>
        <w:t>f 25461/23776/20356 25460/23777/20356 25459/23778/20357</w:t>
        <w:br/>
        <w:t>f 25458/23779/20356 25461/23776/20356 25459/23778/20357</w:t>
        <w:br/>
        <w:t>f 25465/23780/20358 25464/23781/20326 25463/23782/20359</w:t>
        <w:br/>
        <w:t>f 25462/23783/20360 25465/23780/20358 25463/23782/20359</w:t>
        <w:br/>
        <w:t>f 25469/23784/20361 25468/23785/20362 25467/23786/20363</w:t>
        <w:br/>
        <w:t>f 25466/23787/20364 25469/23784/20361 25467/23786/20363</w:t>
        <w:br/>
        <w:t>f 25471/23788/20365 25469/23784/20361 25466/23787/20364</w:t>
        <w:br/>
        <w:t>f 25470/23789/20366 25471/23788/20365 25466/23787/20364</w:t>
        <w:br/>
        <w:t>f 25475/23790/20367 25474/23791/20368 25473/23792/20368</w:t>
        <w:br/>
        <w:t>f 25472/23793/20367 25475/23790/20367 25473/23792/20368</w:t>
        <w:br/>
        <w:t>f 25474/23791/20368 25477/23794/20369 25476/23795/20369</w:t>
        <w:br/>
        <w:t>f 25473/23792/20368 25474/23791/20368 25476/23795/20369</w:t>
        <w:br/>
        <w:t>f 25481/23796/20370 25480/23797/20371 25479/23798/20371</w:t>
        <w:br/>
        <w:t>f 25478/23799/20370 25481/23796/20370 25479/23798/20371</w:t>
        <w:br/>
        <w:t>f 25485/23800/20372 25484/23801/20373 25483/23802/20373</w:t>
        <w:br/>
        <w:t>f 25482/23803/20372 25485/23800/20372 25483/23802/20373</w:t>
        <w:br/>
        <w:t>f 25489/23804/20374 25488/23805/20375 25487/23806/20376</w:t>
        <w:br/>
        <w:t>f 25486/23807/20376 25489/23804/20374 25487/23806/20376</w:t>
        <w:br/>
        <w:t>f 25493/23808/20377 25492/23809/20378 25491/23810/20379</w:t>
        <w:br/>
        <w:t>f 25490/23811/20380 25493/23808/20377 25491/23810/20379</w:t>
        <w:br/>
        <w:t>f 25497/23812/20381 25496/23813/20382 25495/23814/20383</w:t>
        <w:br/>
        <w:t>f 25494/23815/20383 25497/23812/20381 25495/23814/20383</w:t>
        <w:br/>
        <w:t>f 25490/23811/20380 25491/23810/20379 25499/23816/20384</w:t>
        <w:br/>
        <w:t>f 25498/23817/20385 25490/23811/20380 25499/23816/20384</w:t>
        <w:br/>
        <w:t>f 25493/23808/20377 25490/23811/20380 25469/23784/20361</w:t>
        <w:br/>
        <w:t>f 25471/23788/20365 25493/23808/20377 25469/23784/20361</w:t>
        <w:br/>
        <w:t>f 25484/23801/20373 25494/23815/20383 25495/23814/20383</w:t>
        <w:br/>
        <w:t>f 25483/23802/20373 25484/23801/20373 25495/23814/20383</w:t>
        <w:br/>
        <w:t>f 25490/23811/20380 25498/23817/20385 25468/23785/20362</w:t>
        <w:br/>
        <w:t>f 25469/23784/20361 25490/23811/20380 25468/23785/20362</w:t>
        <w:br/>
        <w:t>f 25503/23818/20386 25502/23819/20387 25501/23820/20388</w:t>
        <w:br/>
        <w:t>f 25500/23821/20389 25503/23818/20386 25501/23820/20388</w:t>
        <w:br/>
        <w:t>f 25507/23822/20390 25506/23823/20390 25505/23824/20391</w:t>
        <w:br/>
        <w:t>f 25504/23825/20391 25507/23822/20390 25505/23824/20391</w:t>
        <w:br/>
        <w:t>f 25511/23826/20392 25510/23827/20393 25509/23828/20394</w:t>
        <w:br/>
        <w:t>f 25508/23829/20392 25511/23826/20392 25509/23828/20394</w:t>
        <w:br/>
        <w:t>f 25515/23830/20395 25514/23831/20395 25513/23832/20396</w:t>
        <w:br/>
        <w:t>f 25512/23833/20396 25515/23830/20395 25513/23832/20396</w:t>
        <w:br/>
        <w:t>f 25517/23834/20397 25492/23809/20378 25493/23808/20377</w:t>
        <w:br/>
        <w:t>f 25516/23835/20398 25517/23834/20397 25493/23808/20377</w:t>
        <w:br/>
        <w:t>f 25471/23788/20365 25518/23836/20399 25516/23835/20398</w:t>
        <w:br/>
        <w:t>f 25493/23808/20377 25471/23788/20365 25516/23835/20398</w:t>
        <w:br/>
        <w:t>f 25471/23788/20365 25470/23789/20366 25519/23837/20400</w:t>
        <w:br/>
        <w:t>f 25518/23836/20399 25471/23788/20365 25519/23837/20400</w:t>
        <w:br/>
        <w:t>f 25521/23838/20401 25520/23839/20402 25503/23818/20386</w:t>
        <w:br/>
        <w:t>f 25500/23821/20389 25521/23838/20401 25503/23818/20386</w:t>
        <w:br/>
        <w:t>f 25524/23840/20403 25523/23841/20403 25522/23842/20404</w:t>
        <w:br/>
        <w:t>f 25525/23843/20404 25524/23840/20403 25522/23842/20404</w:t>
        <w:br/>
        <w:t>f 25528/23844/20371 25527/23845/20405 25526/23846/20406</w:t>
        <w:br/>
        <w:t>f 25529/23847/20371 25528/23844/20371 25526/23846/20406</w:t>
        <w:br/>
        <w:t>f 25531/23848/20407 25530/23849/20407 25481/23796/20370</w:t>
        <w:br/>
        <w:t>f 25478/23799/20370 25531/23848/20407 25481/23796/20370</w:t>
        <w:br/>
        <w:t>f 25533/23850/20408 25532/23851/20409 25488/23805/20375</w:t>
        <w:br/>
        <w:t>f 25489/23804/20374 25533/23850/20408 25488/23805/20375</w:t>
        <w:br/>
        <w:t>f 25535/23852/20410 25534/23853/20410 25514/23831/20395</w:t>
        <w:br/>
        <w:t>f 25515/23830/20395 25535/23852/20410 25514/23831/20395</w:t>
        <w:br/>
        <w:t>f 25472/23793/20367 25499/23816/20384 25491/23810/20379</w:t>
        <w:br/>
        <w:t>f 25475/23790/20367 25472/23793/20367 25491/23810/20379</w:t>
        <w:br/>
        <w:t>f 25496/23813/20382 25497/23812/20381 25530/23849/20407</w:t>
        <w:br/>
        <w:t>f 25531/23848/20407 25496/23813/20382 25530/23849/20407</w:t>
        <w:br/>
        <w:t>f 25533/23850/20408 25491/23810/20379 25492/23809/20378</w:t>
        <w:br/>
        <w:t>f 25532/23851/20409 25533/23850/20408 25492/23809/20378</w:t>
        <w:br/>
        <w:t>f 25492/23809/20378 25517/23834/20397 25534/23853/20410</w:t>
        <w:br/>
        <w:t>f 25535/23852/20410 25492/23809/20378 25534/23853/20410</w:t>
        <w:br/>
        <w:t>f 25506/23823/20390 25507/23822/20390 25466/23787/20364</w:t>
        <w:br/>
        <w:t>f 25467/23786/20363 25506/23823/20390 25466/23787/20364</w:t>
        <w:br/>
        <w:t>f 25502/23819/20387 25503/23818/20386 25470/23789/20366</w:t>
        <w:br/>
        <w:t>f 25466/23787/20364 25502/23819/20387 25470/23789/20366</w:t>
        <w:br/>
        <w:t>f 25482/23803/20372 25509/23828/20394 25510/23827/20393</w:t>
        <w:br/>
        <w:t>f 25485/23800/20372 25482/23803/20372 25510/23827/20393</w:t>
        <w:br/>
        <w:t>f 25470/23789/20366 25503/23818/20386 25520/23839/20402</w:t>
        <w:br/>
        <w:t>f 25519/23837/20400 25470/23789/20366 25520/23839/20402</w:t>
        <w:br/>
        <w:t>f 25271/23590/20224 25272/23589/20223 25287/23606/20234</w:t>
        <w:br/>
        <w:t>f 25288/23605/20234 25271/23590/20224 25287/23606/20234</w:t>
        <w:br/>
        <w:t>f 25291/23610/20238 25273/23592/20226 25274/23591/20225</w:t>
        <w:br/>
        <w:t>f 25292/23609/20237 25291/23610/20238 25274/23591/20225</w:t>
        <w:br/>
        <w:t>f 25290/23607/20235 25276/23593/20227 25275/23594/20228</w:t>
        <w:br/>
        <w:t>f 25289/23608/20236 25290/23607/20235 25275/23594/20228</w:t>
        <w:br/>
        <w:t>f 25245/23566/20208 25537/23854/20411 25536/23855/20412</w:t>
        <w:br/>
        <w:t>f 25248/23563/20208 25245/23566/20208 25536/23855/20412</w:t>
        <w:br/>
        <w:t>f 25539/23856/20413 25538/23857/20413 25251/23568/20210</w:t>
        <w:br/>
        <w:t>f 25252/23567/20210 25539/23856/20413 25251/23568/20210</w:t>
        <w:br/>
        <w:t>f 25541/23858/20414 25540/23859/20414 25254/23573/20213</w:t>
        <w:br/>
        <w:t>f 25255/23572/20213 25541/23858/20414 25254/23573/20213</w:t>
        <w:br/>
        <w:t>f 25260/23575/20215 25543/23860/20415 25542/23861/20416</w:t>
        <w:br/>
        <w:t>f 25259/23576/20215 25260/23575/20215 25542/23861/20416</w:t>
        <w:br/>
        <w:t>f 25437/23756/20341 25434/23752/20337 25431/23751/20337</w:t>
        <w:br/>
        <w:t>f 25438/23755/20340 25437/23756/20341 25431/23751/20337</w:t>
        <w:br/>
        <w:t>f 25417/23733/20325 25418/23736/20327 25439/23758/20342</w:t>
        <w:br/>
        <w:t>f 25440/23757/20342 25417/23733/20325 25439/23758/20342</w:t>
        <w:br/>
        <w:t>f 25441/23760/20344 25414/23729/20323 25411/23732/20323</w:t>
        <w:br/>
        <w:t>f 25442/23759/20343 25441/23760/20344 25411/23732/20323</w:t>
        <w:br/>
        <w:t>f 25409/23728/20322 25448/23767/20349 25447/23765/20347</w:t>
        <w:br/>
        <w:t>f 25437/23756/20341 25409/23728/20322 25447/23765/20347</w:t>
        <w:br/>
        <w:t>f 25395/23716/20313 25396/23715/20313 25393/23712/20311</w:t>
        <w:br/>
        <w:t>f 25394/23711/20311 25395/23716/20313 25393/23712/20311</w:t>
        <w:br/>
        <w:t>f 25408/23723/20318 25405/23726/20318 25403/23722/20317</w:t>
        <w:br/>
        <w:t>f 25404/23721/20317 25408/23723/20318 25403/23722/20317</w:t>
        <w:br/>
        <w:t>f 25425/23744/20331 25428/23747/20334 25429/23746/20333</w:t>
        <w:br/>
        <w:t>f 25426/23743/20331 25425/23744/20331 25429/23746/20333</w:t>
        <w:br/>
        <w:t>f 25452/23773/20354 25451/23768/20350 25450/23769/20351</w:t>
        <w:br/>
        <w:t>f 25455/23770/20352 25452/23773/20354 25450/23769/20351</w:t>
        <w:br/>
        <w:t>f 24894/23209/19973 24891/23212/19973 24903/23222/19982</w:t>
        <w:br/>
        <w:t>f 24904/23221/19981 24894/23209/19973 24903/23222/19982</w:t>
        <w:br/>
        <w:t>f 24907/23228/19987 24913/23230/19989 24914/23229/19988</w:t>
        <w:br/>
        <w:t>f 24910/23225/19985 24907/23228/19987 24914/23229/19988</w:t>
        <w:br/>
        <w:t>f 24923/23242/20000 24924/23241/20000 24927/23244/20001</w:t>
        <w:br/>
        <w:t>f 24928/23243/20001 24923/23242/20000 24927/23244/20001</w:t>
        <w:br/>
        <w:t>f 24945/23265/20018 24943/23262/20015 24944/23261/20015</w:t>
        <w:br/>
        <w:t>f 24910/23225/19985 24945/23265/20018 24944/23261/20015</w:t>
        <w:br/>
        <w:t>f 25189/23510/20172 25187/23506/20171 25188/23505/20170</w:t>
        <w:br/>
        <w:t>f 25192/23507/20172 25189/23510/20172 25188/23505/20170</w:t>
        <w:br/>
        <w:t>f 25181/23500/20167 25182/23499/20167 25195/23512/20175</w:t>
        <w:br/>
        <w:t>f 25196/23511/20174 25181/23500/20167 25195/23512/20175</w:t>
        <w:br/>
        <w:t>f 25183/23502/20168 25184/23501/20168 25199/23516/20177</w:t>
        <w:br/>
        <w:t>f 25200/23515/20177 25183/23502/20168 25199/23516/20177</w:t>
        <w:br/>
        <w:t>f 25201/23522/20179 25185/23504/20169 25186/23503/20169</w:t>
        <w:br/>
        <w:t>f 25204/23519/20179 25201/23522/20179 25186/23503/20169</w:t>
        <w:br/>
        <w:t>f 24979/23296/20038 24980/23295/20038 25031/23350/20070</w:t>
        <w:br/>
        <w:t>f 25032/23349/20070 24979/23296/20038 25031/23350/20070</w:t>
        <w:br/>
        <w:t>f 25545/23862/20417 25544/23863/20417 25033/23352/20072</w:t>
        <w:br/>
        <w:t>f 25034/23351/20071 25545/23862/20417 25033/23352/20072</w:t>
        <w:br/>
        <w:t>f 24988/23306/20043 24989/23305/20043 25544/23863/20417</w:t>
        <w:br/>
        <w:t>f 25545/23862/20417 24988/23306/20043 25544/23863/20417</w:t>
        <w:br/>
        <w:t>f 25549/23864/18732 25548/23865/18727 25547/23866/20418</w:t>
        <w:br/>
        <w:t>f 25546/23867/18729 25549/23864/18732 25547/23866/20418</w:t>
        <w:br/>
        <w:t>f 25553/23868/20419 25552/23869/20420 25551/23870/18732</w:t>
        <w:br/>
        <w:t>f 25550/23871/18729 25553/23868/20419 25551/23870/18732</w:t>
        <w:br/>
        <w:t>f 25557/23872/18733 25556/23873/18734 25555/23874/18735</w:t>
        <w:br/>
        <w:t>f 25554/23875/20421 25557/23872/18733 25555/23874/18735</w:t>
        <w:br/>
        <w:t>f 25556/23873/18734 25557/23872/18733 25559/23876/18737</w:t>
        <w:br/>
        <w:t>f 25558/23877/18738 25556/23873/18734 25559/23876/18737</w:t>
        <w:br/>
        <w:t>f 25559/23876/18737 25561/23878/20422 25560/23879/18740</w:t>
        <w:br/>
        <w:t>f 25558/23877/18738 25559/23876/18737 25560/23879/18740</w:t>
        <w:br/>
        <w:t>f 25563/23880/18741 25547/23866/20418 25548/23865/18727</w:t>
        <w:br/>
        <w:t>f 25562/23881/18742 25563/23880/18741 25548/23865/18727</w:t>
        <w:br/>
        <w:t>f 25565/23882/18743 25548/23865/18727 25549/23864/18732</w:t>
        <w:br/>
        <w:t>f 25564/23883/18744 25565/23882/18743 25549/23864/18732</w:t>
        <w:br/>
        <w:t>f 25567/23884/18745 25566/23885/18744 25551/23870/18732</w:t>
        <w:br/>
        <w:t>f 25552/23869/20420 25567/23884/18745 25551/23870/18732</w:t>
        <w:br/>
        <w:t>f 25569/23886/18746 25555/23874/18735 25556/23873/18734</w:t>
        <w:br/>
        <w:t>f 25568/23887/18747 25569/23886/18746 25556/23873/18734</w:t>
        <w:br/>
        <w:t>f 25568/23887/18747 25556/23873/18734 25558/23877/18738</w:t>
        <w:br/>
        <w:t>f 25570/23888/18748 25568/23887/18747 25558/23877/18738</w:t>
        <w:br/>
        <w:t>f 25571/23889/18749 25570/23888/18748 25558/23877/18738</w:t>
        <w:br/>
        <w:t>f 25560/23879/18740 25571/23889/18749 25558/23877/18738</w:t>
        <w:br/>
        <w:t>f 25572/23890/18750 25562/23881/18742 25548/23865/18727</w:t>
        <w:br/>
        <w:t>f 25565/23882/18743 25572/23890/18750 25548/23865/18727</w:t>
        <w:br/>
        <w:t>f 25575/23891/18751 25574/23892/18752 25573/23893/18753</w:t>
        <w:br/>
        <w:t>f 25573/23893/18753 25574/23892/18752 25576/23894/18754</w:t>
        <w:br/>
        <w:t>f 25576/23894/18754 25574/23892/18752 25577/23895/18755</w:t>
        <w:br/>
        <w:t>f 25577/23895/18755 25574/23892/18752 25578/23896/18756</w:t>
        <w:br/>
        <w:t>f 25578/23896/18756 25574/23892/18752 25579/23897/18757</w:t>
        <w:br/>
        <w:t>f 25579/23897/18757 25574/23892/18752 25575/23891/18751</w:t>
        <w:br/>
        <w:t>f 25557/23872/18733 25581/23898/18758 25580/23899/18759</w:t>
        <w:br/>
        <w:t>f 25559/23876/18737 25557/23872/18733 25580/23899/18759</w:t>
        <w:br/>
        <w:t>f 25581/23898/18758 25557/23872/18733 25554/23875/20421</w:t>
        <w:br/>
        <w:t>f 25582/23900/18760 25581/23898/18758 25554/23875/20421</w:t>
        <w:br/>
        <w:t>f 25584/23901/18761 25553/23868/20419 25550/23871/18729</w:t>
        <w:br/>
        <w:t>f 25583/23902/18762 25584/23901/18761 25550/23871/18729</w:t>
        <w:br/>
        <w:t>f 25546/23867/18729 25547/23866/20418 25586/23903/18763</w:t>
        <w:br/>
        <w:t>f 25585/23904/18762 25546/23867/18729 25586/23903/18763</w:t>
        <w:br/>
        <w:t>f 25547/23866/20418 25563/23880/18741 25587/23905/18764</w:t>
        <w:br/>
        <w:t>f 25586/23903/18763 25547/23866/20418 25587/23905/18764</w:t>
        <w:br/>
        <w:t>f 25561/23878/20422 25559/23876/18737 25580/23899/18759</w:t>
        <w:br/>
        <w:t>f 25588/23906/18765 25561/23878/20422 25580/23899/18759</w:t>
        <w:br/>
        <w:t>f 25592/23907/18766 25591/23908/18767 25590/23909/18768</w:t>
        <w:br/>
        <w:t>f 25589/23910/20423 25592/23907/18766 25590/23909/18768</w:t>
        <w:br/>
        <w:t>f 25594/23911/18770 25593/23912/20424 25589/23910/20423</w:t>
        <w:br/>
        <w:t>f 25590/23909/18768 25594/23911/18770 25589/23910/20423</w:t>
        <w:br/>
        <w:t>f 25598/23913/18772 25597/23914/18773 25596/23915/18774</w:t>
        <w:br/>
        <w:t>f 25595/23916/20425 25598/23913/18772 25596/23915/18774</w:t>
        <w:br/>
        <w:t>f 25598/23913/18772 25600/23917/18776 25599/23918/18777</w:t>
        <w:br/>
        <w:t>f 25597/23914/18773 25598/23913/18772 25599/23918/18777</w:t>
        <w:br/>
        <w:t>f 25600/23917/18776 25602/23919/20426 25601/23920/18779</w:t>
        <w:br/>
        <w:t>f 25599/23918/18777 25600/23917/18776 25601/23920/18779</w:t>
        <w:br/>
        <w:t>f 25606/23921/18780 25605/23922/18767 25604/23923/20427</w:t>
        <w:br/>
        <w:t>f 25603/23924/18781 25606/23921/18780 25604/23923/20427</w:t>
        <w:br/>
        <w:t>f 25608/23925/18782 25607/23926/18783 25592/23907/18766</w:t>
        <w:br/>
        <w:t>f 25589/23910/20423 25608/23925/18782 25592/23907/18766</w:t>
        <w:br/>
        <w:t>f 25608/23925/18782 25589/23910/20423 25593/23912/20424</w:t>
        <w:br/>
        <w:t>f 25609/23927/18784 25608/23925/18782 25593/23912/20424</w:t>
        <w:br/>
        <w:t>f 25611/23928/18785 25596/23915/18774 25597/23914/18773</w:t>
        <w:br/>
        <w:t>f 25610/23929/18786 25611/23928/18785 25597/23914/18773</w:t>
        <w:br/>
        <w:t>f 25610/23929/18786 25597/23914/18773 25599/23918/18777</w:t>
        <w:br/>
        <w:t>f 25612/23930/18787 25610/23929/18786 25599/23918/18777</w:t>
        <w:br/>
        <w:t>f 25613/23931/18788 25612/23930/18787 25599/23918/18777</w:t>
        <w:br/>
        <w:t>f 25601/23920/18779 25613/23931/18788 25599/23918/18777</w:t>
        <w:br/>
        <w:t>f 25615/23932/18783 25614/23933/18789 25603/23924/18781</w:t>
        <w:br/>
        <w:t>f 25604/23923/20427 25615/23932/18783 25603/23924/18781</w:t>
        <w:br/>
        <w:t>f 25618/23934/18790 25617/23935/18791 25616/23936/18792</w:t>
        <w:br/>
        <w:t>f 25616/23936/18792 25617/23935/18791 25619/23937/18792</w:t>
        <w:br/>
        <w:t>f 25619/23937/18792 25617/23935/18791 25620/23938/18793</w:t>
        <w:br/>
        <w:t>f 25620/23938/18793 25617/23935/18791 25621/23939/18794</w:t>
        <w:br/>
        <w:t>f 25621/23939/18794 25617/23935/18791 25622/23940/18795</w:t>
        <w:br/>
        <w:t>f 25622/23940/18795 25617/23935/18791 25618/23934/18790</w:t>
        <w:br/>
        <w:t>f 25598/23913/18772 25624/23941/18796 25623/23942/18797</w:t>
        <w:br/>
        <w:t>f 25600/23917/18776 25598/23913/18772 25623/23942/18797</w:t>
        <w:br/>
        <w:t>f 25624/23941/18796 25598/23913/18772 25595/23916/20425</w:t>
        <w:br/>
        <w:t>f 25625/23943/18798 25624/23941/18796 25595/23916/20425</w:t>
        <w:br/>
        <w:t>f 25627/23944/18799 25594/23911/18770 25590/23909/18768</w:t>
        <w:br/>
        <w:t>f 25626/23945/18800 25627/23944/18799 25590/23909/18768</w:t>
        <w:br/>
        <w:t>f 25590/23909/18768 25591/23908/18767 25628/23946/18801</w:t>
        <w:br/>
        <w:t>f 25626/23945/18800 25590/23909/18768 25628/23946/18801</w:t>
        <w:br/>
        <w:t>f 25605/23922/18767 25606/23921/18780 25630/23947/18802</w:t>
        <w:br/>
        <w:t>f 25629/23948/18803 25605/23922/18767 25630/23947/18802</w:t>
        <w:br/>
        <w:t>f 25602/23919/20426 25600/23917/18776 25623/23942/18797</w:t>
        <w:br/>
        <w:t>f 25631/23949/18804 25602/23919/20426 25623/23942/18797</w:t>
        <w:br/>
        <w:t>f 25635/23950/18805 25634/23951/18806 25633/23952/18807</w:t>
        <w:br/>
        <w:t>f 25632/23953/18808 25635/23950/18805 25633/23952/18807</w:t>
        <w:br/>
        <w:t>f 25639/23954/18809 25638/23955/18810 25637/23956/18811</w:t>
        <w:br/>
        <w:t>f 25636/23957/18812 25639/23954/18809 25637/23956/18811</w:t>
        <w:br/>
        <w:t>f 25641/23958/18813 25639/23954/18809 25636/23957/18812</w:t>
        <w:br/>
        <w:t>f 25640/23959/18814 25641/23958/18813 25636/23957/18812</w:t>
        <w:br/>
        <w:t>f 25645/23960/18815 25644/23961/20428 25643/23962/20429</w:t>
        <w:br/>
        <w:t>f 25642/23963/18816 25645/23960/18815 25643/23962/20429</w:t>
        <w:br/>
        <w:t>f 25647/23964/18817 25646/23965/18818 25645/23960/18815</w:t>
        <w:br/>
        <w:t>f 25642/23963/18816 25647/23964/18817 25645/23960/18815</w:t>
        <w:br/>
        <w:t>f 25649/23966/18819 25648/23967/18820 25646/23965/18818</w:t>
        <w:br/>
        <w:t>f 25647/23964/18817 25649/23966/18819 25646/23965/18818</w:t>
        <w:br/>
        <w:t>f 25651/23968/18821 25648/23967/18820 25649/23966/18819</w:t>
        <w:br/>
        <w:t>f 25650/23969/20430 25651/23968/18821 25649/23966/18819</w:t>
        <w:br/>
        <w:t>f 25654/23970/18823 25653/23971/18824 25652/23972/18825</w:t>
        <w:br/>
        <w:t>f 25658/23973/20431 25657/23974/20432 25656/23975/18828</w:t>
        <w:br/>
        <w:t>f 25655/23976/18829 25658/23973/20431 25656/23975/18828</w:t>
        <w:br/>
        <w:t>f 25662/23977/18858 25661/23978/18831 25660/23979/20433</w:t>
        <w:br/>
        <w:t>f 25659/23980/18833 25662/23977/18858 25660/23979/20433</w:t>
        <w:br/>
        <w:t>f 25664/23981/18839 25663/23982/18835 25657/23974/20432</w:t>
        <w:br/>
        <w:t>f 25658/23973/20431 25664/23981/18839 25657/23974/20432</w:t>
        <w:br/>
        <w:t>f 25668/23983/18836 25667/23984/18837 25666/23985/18838</w:t>
        <w:br/>
        <w:t>f 25665/23986/18839 25668/23983/18836 25666/23985/18838</w:t>
        <w:br/>
        <w:t>f 25670/23987/20434 25667/23984/18837 25668/23983/18836</w:t>
        <w:br/>
        <w:t>f 25669/23988/18841 25670/23987/20434 25668/23983/18836</w:t>
        <w:br/>
        <w:t>f 25672/23989/18842 25670/23987/20434 25669/23988/18841</w:t>
        <w:br/>
        <w:t>f 25671/23990/18843 25672/23989/18842 25669/23988/18841</w:t>
        <w:br/>
        <w:t>f 25674/23991/18844 25673/23992/18845 25672/23989/18842</w:t>
        <w:br/>
        <w:t>f 25671/23990/18843 25674/23991/18844 25672/23989/18842</w:t>
        <w:br/>
        <w:t>f 25677/23993/18846 25676/23994/18847 25675/23995/20435</w:t>
        <w:br/>
        <w:t>f 25657/23974/20432 25663/23982/18835 25640/23959/18814</w:t>
        <w:br/>
        <w:t>f 25636/23957/18812 25657/23974/20432 25640/23959/18814</w:t>
        <w:br/>
        <w:t>f 25643/23962/20429 25666/23985/18838 25667/23984/18837</w:t>
        <w:br/>
        <w:t>f 25642/23963/18816 25643/23962/20429 25667/23984/18837</w:t>
        <w:br/>
        <w:t>f 25667/23984/18837 25670/23987/20434 25647/23964/18817</w:t>
        <w:br/>
        <w:t>f 25642/23963/18816 25667/23984/18837 25647/23964/18817</w:t>
        <w:br/>
        <w:t>f 25672/23989/18842 25649/23966/18819 25647/23964/18817</w:t>
        <w:br/>
        <w:t>f 25670/23987/20434 25672/23989/18842 25647/23964/18817</w:t>
        <w:br/>
        <w:t>f 25652/23972/18825 25675/23995/20435 25679/23996/18849</w:t>
        <w:br/>
        <w:t>f 25678/23997/18850 25652/23972/18825 25679/23996/18849</w:t>
        <w:br/>
        <w:t>f 25633/23952/18807 25634/23951/18806 25659/23980/18833</w:t>
        <w:br/>
        <w:t>f 25660/23979/20433 25633/23952/18807 25659/23980/18833</w:t>
        <w:br/>
        <w:t>f 25682/23998/18851 25681/23999/18815 25680/24000/18818</w:t>
        <w:br/>
        <w:t>f 25683/24001/18820 25682/23998/18851 25680/24000/18818</w:t>
        <w:br/>
        <w:t>f 25687/24002/18852 25686/24003/18839 25685/24004/18853</w:t>
        <w:br/>
        <w:t>f 25684/24005/20436 25687/24002/18852 25685/24004/18853</w:t>
        <w:br/>
        <w:t>f 25689/24006/18809 25688/24007/18813 25681/23999/18815</w:t>
        <w:br/>
        <w:t>f 25682/23998/18851 25689/24006/18809 25681/23999/18815</w:t>
        <w:br/>
        <w:t>f 25690/24008/18841 25687/24002/18852 25684/24005/20436</w:t>
        <w:br/>
        <w:t>f 25691/24009/18855 25690/24008/18841 25684/24005/20436</w:t>
        <w:br/>
        <w:t>f 25649/23966/18819 25672/23989/18842 25673/23992/18845</w:t>
        <w:br/>
        <w:t>f 25650/23969/20430 25649/23966/18819 25673/23992/18845</w:t>
        <w:br/>
        <w:t>f 25684/24005/20436 25692/24010/18856 25691/24009/18855</w:t>
        <w:br/>
        <w:t>f 25693/24011/18829 25684/24005/20436 25685/24004/18853</w:t>
        <w:br/>
        <w:t>f 25656/23975/18828 25657/23974/20432 25636/23957/18812</w:t>
        <w:br/>
        <w:t>f 25637/23956/18811 25656/23975/18828 25636/23957/18812</w:t>
        <w:br/>
        <w:t>f 25689/24006/18809 25682/23998/18851 25694/24012/18810</w:t>
        <w:br/>
        <w:t>f 25683/24001/18820 25695/24013/18821 25682/23998/18851</w:t>
        <w:br/>
        <w:t>f 25674/23991/18844 25676/23994/18847 25677/23993/18846</w:t>
        <w:br/>
        <w:t>f 25673/23992/18845 25674/23991/18844 25677/23993/18846</w:t>
        <w:br/>
        <w:t>f 25698/24014/20437 25684/24005/20436 25697/24015/18831</w:t>
        <w:br/>
        <w:t>f 25696/24016/18858 25698/24014/20437 25697/24015/18831</w:t>
        <w:br/>
        <w:t>f 25656/23975/18828 25660/23979/20433 25661/23978/18831</w:t>
        <w:br/>
        <w:t>f 25655/23976/18829 25656/23975/18828 25661/23978/18831</w:t>
        <w:br/>
        <w:t>f 25660/23979/20433 25656/23975/18828 25637/23956/18811</w:t>
        <w:br/>
        <w:t>f 25633/23952/18807 25660/23979/20433 25637/23956/18811</w:t>
        <w:br/>
        <w:t>f 25637/23956/18811 25638/23955/18810 25632/23953/18808</w:t>
        <w:br/>
        <w:t>f 25633/23952/18807 25637/23956/18811 25632/23953/18808</w:t>
        <w:br/>
        <w:t>f 25701/24017/20438 25700/24018/18805 25699/24019/18808</w:t>
        <w:br/>
        <w:t>f 25682/23998/18851 25701/24017/20438 25699/24019/18808</w:t>
        <w:br/>
        <w:t>f 25695/24013/18821 25701/24017/20438 25682/23998/18851</w:t>
        <w:br/>
        <w:t>f 25651/23968/18821 25650/23969/20430 25653/23971/18824</w:t>
        <w:br/>
        <w:t>f 25654/23970/18823 25651/23968/18821 25653/23971/18824</w:t>
        <w:br/>
        <w:t>f 25650/23969/20430 25673/23992/18845 25677/23993/18846</w:t>
        <w:br/>
        <w:t>f 25653/23971/18824 25650/23969/20430 25677/23993/18846</w:t>
        <w:br/>
        <w:t>f 25705/24020/20439 25704/24021/20440 25703/24022/20440</w:t>
        <w:br/>
        <w:t>f 25702/24023/20439 25705/24020/20439 25703/24022/20440</w:t>
        <w:br/>
        <w:t>f 25707/24024/20441 25705/24020/20439 25702/24023/20439</w:t>
        <w:br/>
        <w:t>f 25706/24025/20441 25707/24024/20441 25702/24023/20439</w:t>
        <w:br/>
        <w:t>f 25711/24026/20442 25710/24027/20442 25709/24028/20443</w:t>
        <w:br/>
        <w:t>f 25708/24029/20443 25711/24026/20442 25709/24028/20443</w:t>
        <w:br/>
        <w:t>f 25713/24030/20444 25712/24031/20445 25710/24027/20442</w:t>
        <w:br/>
        <w:t>f 25711/24026/20442 25713/24030/20444 25710/24027/20442</w:t>
        <w:br/>
        <w:t>f 25717/24032/20446 25716/24033/20447 25715/24034/20448</w:t>
        <w:br/>
        <w:t>f 25714/24035/20448 25717/24032/20446 25715/24034/20448</w:t>
        <w:br/>
        <w:t>f 25719/24036/20449 25718/24037/20449 25714/24035/20448</w:t>
        <w:br/>
        <w:t>f 25715/24034/20448 25719/24036/20449 25714/24035/20448</w:t>
        <w:br/>
        <w:t>f 25723/24038/20450 25722/24039/20451 25721/24040/20451</w:t>
        <w:br/>
        <w:t>f 25720/24041/20450 25723/24038/20450 25721/24040/20451</w:t>
        <w:br/>
        <w:t>f 25722/24039/20451 25725/24042/20452 25724/24043/20453</w:t>
        <w:br/>
        <w:t>f 25721/24040/20451 25722/24039/20451 25724/24043/20453</w:t>
        <w:br/>
        <w:t>f 25725/24042/20452 25727/24044/20454 25726/24045/20454</w:t>
        <w:br/>
        <w:t>f 25724/24043/20453 25725/24042/20452 25726/24045/20454</w:t>
        <w:br/>
        <w:t>f 25731/24046/20455 25730/24047/20456 25729/24048/20456</w:t>
        <w:br/>
        <w:t>f 25728/24049/20455 25731/24046/20455 25729/24048/20456</w:t>
        <w:br/>
        <w:t>f 25706/24025/20441 25731/24046/20455 25728/24049/20455</w:t>
        <w:br/>
        <w:t>f 25707/24024/20441 25706/24025/20441 25728/24049/20455</w:t>
        <w:br/>
        <w:t>f 25735/24050/20457 25734/24051/20457 25733/24052/20458</w:t>
        <w:br/>
        <w:t>f 25732/24053/20458 25735/24050/20457 25733/24052/20458</w:t>
        <w:br/>
        <w:t>f 25712/24031/20445 25713/24030/20444 25732/24053/20458</w:t>
        <w:br/>
        <w:t>f 25733/24052/20458 25712/24031/20445 25732/24053/20458</w:t>
        <w:br/>
        <w:t>f 25737/24054/20459 25729/24048/20456 25730/24047/20456</w:t>
        <w:br/>
        <w:t>f 25736/24055/20460 25737/24054/20459 25730/24047/20456</w:t>
        <w:br/>
        <w:t>f 25741/24056/20461 25740/24057/20461 25739/24058/20462</w:t>
        <w:br/>
        <w:t>f 25738/24059/20462 25741/24056/20461 25739/24058/20462</w:t>
        <w:br/>
        <w:t>f 25745/24060/20463 25744/24061/20464 25743/24062/20465</w:t>
        <w:br/>
        <w:t>f 25742/24063/20463 25745/24060/20463 25743/24062/20465</w:t>
        <w:br/>
        <w:t>f 25747/24064/20466 25746/24065/20467 25734/24051/20457</w:t>
        <w:br/>
        <w:t>f 25735/24050/20457 25747/24064/20466 25734/24051/20457</w:t>
        <w:br/>
        <w:t>f 25751/24066/20468 25750/24067/20468 25749/24068/20469</w:t>
        <w:br/>
        <w:t>f 25748/24069/20470 25751/24066/20468 25749/24068/20469</w:t>
        <w:br/>
        <w:t>f 25755/24070/20471 25754/24071/20472 25753/24072/20472</w:t>
        <w:br/>
        <w:t>f 25752/24073/20473 25755/24070/20471 25753/24072/20472</w:t>
        <w:br/>
        <w:t>f 25759/24074/20474 25758/24075/20474 25757/24076/20475</w:t>
        <w:br/>
        <w:t>f 25756/24077/20476 25759/24074/20474 25757/24076/20475</w:t>
        <w:br/>
        <w:t>f 25763/24078/20477 25762/24079/20478 25761/24080/20479</w:t>
        <w:br/>
        <w:t>f 25760/24081/20480 25763/24078/20477 25761/24080/20479</w:t>
        <w:br/>
        <w:t>f 25763/24078/20477 25760/24081/20480 25765/24082/20481</w:t>
        <w:br/>
        <w:t>f 25764/24083/20481 25763/24078/20477 25765/24082/20481</w:t>
        <w:br/>
        <w:t>f 25767/24084/20482 25748/24069/20470 25749/24068/20469</w:t>
        <w:br/>
        <w:t>f 25766/24085/20482 25767/24084/20482 25749/24068/20469</w:t>
        <w:br/>
        <w:t>f 25771/24086/20483 25770/24087/20483 25769/24088/20484</w:t>
        <w:br/>
        <w:t>f 25768/24089/20484 25771/24086/20483 25769/24088/20484</w:t>
        <w:br/>
        <w:t>f 25775/24090/20485 25774/24091/20486 25773/24092/20486</w:t>
        <w:br/>
        <w:t>f 25772/24093/20485 25775/24090/20485 25773/24092/20486</w:t>
        <w:br/>
        <w:t>f 25777/24094/20487 25776/24095/20487 25758/24075/20474</w:t>
        <w:br/>
        <w:t>f 25759/24074/20474 25777/24094/20487 25758/24075/20474</w:t>
        <w:br/>
        <w:t>f 25779/24096/20488 25775/24090/20485 25772/24093/20485</w:t>
        <w:br/>
        <w:t>f 25778/24097/20488 25779/24096/20488 25772/24093/20485</w:t>
        <w:br/>
        <w:t>f 25781/24098/20489 25780/24099/20490 25770/24087/20483</w:t>
        <w:br/>
        <w:t>f 25771/24086/20483 25781/24098/20489 25770/24087/20483</w:t>
        <w:br/>
        <w:t>f 25783/24100/20491 25767/24084/20482 25766/24085/20482</w:t>
        <w:br/>
        <w:t>f 25782/24101/20491 25783/24100/20491 25766/24085/20482</w:t>
        <w:br/>
        <w:t>f 25785/24102/20492 25784/24103/20492 25750/24067/20468</w:t>
        <w:br/>
        <w:t>f 25751/24066/20468 25785/24102/20492 25750/24067/20468</w:t>
        <w:br/>
        <w:t>f 25762/24079/20478 25787/24104/20493 25786/24105/20493</w:t>
        <w:br/>
        <w:t>f 25761/24080/20479 25762/24079/20478 25786/24105/20493</w:t>
        <w:br/>
        <w:t>f 25757/24076/20475 25789/24106/20494 25788/24107/20494</w:t>
        <w:br/>
        <w:t>f 25756/24077/20476 25757/24076/20475 25788/24107/20494</w:t>
        <w:br/>
        <w:t>f 25791/24108/20495 25790/24109/20495 25755/24070/20471</w:t>
        <w:br/>
        <w:t>f 25752/24073/20473 25791/24108/20495 25755/24070/20471</w:t>
        <w:br/>
        <w:t>f 25793/24110/20496 25792/24111/20497 25784/24103/20492</w:t>
        <w:br/>
        <w:t>f 25785/24102/20492 25793/24110/20496 25784/24103/20492</w:t>
        <w:br/>
        <w:t>f 25787/24104/20493 25795/24112/20498 25794/24113/20499</w:t>
        <w:br/>
        <w:t>f 25786/24105/20493 25787/24104/20493 25794/24113/20499</w:t>
        <w:br/>
        <w:t>f 25798/24114/20500 25797/24115/20501 25796/24116/20500</w:t>
        <w:br/>
        <w:t>f 25797/24115/20501 25799/24117/20501 25796/24116/20500</w:t>
        <w:br/>
        <w:t>f 25803/24118/20502 25802/24119/20503 25801/24120/20503</w:t>
        <w:br/>
        <w:t>f 25800/24121/20504 25803/24118/20502 25801/24120/20503</w:t>
        <w:br/>
        <w:t>f 25806/24122/20505 25805/24123/20506 25804/24124/20506</w:t>
        <w:br/>
        <w:t>f 25807/24125/20505 25806/24122/20505 25804/24124/20506</w:t>
        <w:br/>
        <w:t>f 25811/24126/20507 25810/24127/20508 25809/24128/20509</w:t>
        <w:br/>
        <w:t>f 25808/24129/20509 25811/24126/20507 25809/24128/20509</w:t>
        <w:br/>
        <w:t>f 25815/24130/20510 25814/24131/20510 25813/24132/20511</w:t>
        <w:br/>
        <w:t>f 25812/24133/20512 25815/24130/20510 25813/24132/20511</w:t>
        <w:br/>
        <w:t>f 25819/24134/20513 25818/24135/20514 25817/24136/20514</w:t>
        <w:br/>
        <w:t>f 25816/24137/20513 25819/24134/20513 25817/24136/20514</w:t>
        <w:br/>
        <w:t>f 25823/24138/20515 25822/24139/20515 25821/24140/20516</w:t>
        <w:br/>
        <w:t>f 25820/24141/20516 25823/24138/20515 25821/24140/20516</w:t>
        <w:br/>
        <w:t>f 25827/24142/20517 25826/24143/20518 25825/24144/20518</w:t>
        <w:br/>
        <w:t>f 25824/24145/20517 25827/24142/20517 25825/24144/20518</w:t>
        <w:br/>
        <w:t>f 25806/24122/20505 25807/24125/20505 25829/24146/20519</w:t>
        <w:br/>
        <w:t>f 25828/24147/20520 25806/24122/20505 25829/24146/20519</w:t>
        <w:br/>
        <w:t>f 25833/24148/20521 25832/24149/20522 25831/24150/20523</w:t>
        <w:br/>
        <w:t>f 25830/24151/20523 25833/24148/20521 25831/24150/20523</w:t>
        <w:br/>
        <w:t>f 25837/24152/20524 25836/24153/20525 25835/24154/20525</w:t>
        <w:br/>
        <w:t>f 25834/24155/20526 25837/24152/20524 25835/24154/20525</w:t>
        <w:br/>
        <w:t>f 25841/24156/20527 25840/24157/20527 25839/24158/20528</w:t>
        <w:br/>
        <w:t>f 25838/24159/20528 25841/24156/20527 25839/24158/20528</w:t>
        <w:br/>
        <w:t>f 25844/24160/20529 25843/24161/20530 25842/24162/20531</w:t>
        <w:br/>
        <w:t>f 25845/24163/20531 25844/24160/20529 25842/24162/20531</w:t>
        <w:br/>
        <w:t>f 25849/24164/20532 25848/24165/20533 25847/24166/20533</w:t>
        <w:br/>
        <w:t>f 25846/24167/20532 25849/24164/20532 25847/24166/20533</w:t>
        <w:br/>
        <w:t>f 25853/24168/20534 25852/24169/20535 25851/24170/20536</w:t>
        <w:br/>
        <w:t>f 25850/24171/20537 25853/24168/20534 25851/24170/20536</w:t>
        <w:br/>
        <w:t>f 25845/24163/20531 25842/24162/20531 25828/24147/20520</w:t>
        <w:br/>
        <w:t>f 25829/24146/20519 25845/24163/20531 25828/24147/20520</w:t>
        <w:br/>
        <w:t>f 25833/24148/20521 25849/24164/20532 25846/24167/20532</w:t>
        <w:br/>
        <w:t>f 25832/24149/20522 25833/24148/20521 25846/24167/20532</w:t>
        <w:br/>
        <w:t>f 25834/24155/20526 25853/24168/20534 25850/24171/20537</w:t>
        <w:br/>
        <w:t>f 25837/24152/20524 25834/24155/20526 25850/24171/20537</w:t>
        <w:br/>
        <w:t>f 25827/24142/20517 25824/24145/20517 25840/24157/20527</w:t>
        <w:br/>
        <w:t>f 25841/24156/20527 25827/24142/20517 25840/24157/20527</w:t>
        <w:br/>
        <w:t>f 25838/24159/20528 25839/24158/20528 25801/24120/20503</w:t>
        <w:br/>
        <w:t>f 25802/24119/20503 25838/24159/20528 25801/24120/20503</w:t>
        <w:br/>
        <w:t>f 25843/24161/20530 25844/24160/20529 25822/24139/20515</w:t>
        <w:br/>
        <w:t>f 25823/24138/20515 25843/24161/20530 25822/24139/20515</w:t>
        <w:br/>
        <w:t>f 25847/24166/20533 25848/24165/20533 25808/24129/20509</w:t>
        <w:br/>
        <w:t>f 25809/24128/20509 25847/24166/20533 25808/24129/20509</w:t>
        <w:br/>
        <w:t>f 25818/24135/20514 25851/24170/20536 25852/24169/20535</w:t>
        <w:br/>
        <w:t>f 25817/24136/20514 25818/24135/20514 25852/24169/20535</w:t>
        <w:br/>
        <w:t>f 25857/24172/20538 25856/24173/20539 25855/24174/20540</w:t>
        <w:br/>
        <w:t>f 25854/24175/20541 25857/24172/20538 25855/24174/20540</w:t>
        <w:br/>
        <w:t>f 25859/24176/20542 25858/24177/20542 25856/24173/20539</w:t>
        <w:br/>
        <w:t>f 25857/24172/20538 25859/24176/20542 25856/24173/20539</w:t>
        <w:br/>
        <w:t>f 25863/24178/20543 25862/24179/20544 25861/24180/20544</w:t>
        <w:br/>
        <w:t>f 25860/24181/20545 25863/24178/20543 25861/24180/20544</w:t>
        <w:br/>
        <w:t>f 25865/24182/20546 25863/24178/20543 25860/24181/20545</w:t>
        <w:br/>
        <w:t>f 25864/24183/20546 25865/24182/20546 25860/24181/20545</w:t>
        <w:br/>
        <w:t>f 25869/24184/20547 25868/24185/20548 25867/24186/20548</w:t>
        <w:br/>
        <w:t>f 25866/24187/20549 25869/24184/20547 25867/24186/20548</w:t>
        <w:br/>
        <w:t>f 25868/24185/20548 25871/24188/20550 25870/24189/20550</w:t>
        <w:br/>
        <w:t>f 25867/24186/20548 25868/24185/20548 25870/24189/20550</w:t>
        <w:br/>
        <w:t>f 25871/24188/20550 25873/24190/20551 25872/24191/20551</w:t>
        <w:br/>
        <w:t>f 25870/24189/20550 25871/24188/20550 25872/24191/20551</w:t>
        <w:br/>
        <w:t>f 25877/24192/20552 25876/24193/20552 25875/24194/20553</w:t>
        <w:br/>
        <w:t>f 25874/24195/20553 25877/24192/20552 25875/24194/20553</w:t>
        <w:br/>
        <w:t>f 25879/24196/20554 25878/24197/20554 25874/24195/20553</w:t>
        <w:br/>
        <w:t>f 25875/24194/20553 25879/24196/20554 25874/24195/20553</w:t>
        <w:br/>
        <w:t>f 25883/24198/20555 25882/24199/20556 25881/24200/20557</w:t>
        <w:br/>
        <w:t>f 25880/24201/20557 25883/24198/20555 25881/24200/20557</w:t>
        <w:br/>
        <w:t>f 25858/24177/20542 25859/24176/20542 25880/24201/20557</w:t>
        <w:br/>
        <w:t>f 25881/24200/20557 25858/24177/20542 25880/24201/20557</w:t>
        <w:br/>
        <w:t>f 25887/24202/20558 25886/24203/20559 25885/24204/20559</w:t>
        <w:br/>
        <w:t>f 25884/24205/20558 25887/24202/20558 25885/24204/20559</w:t>
        <w:br/>
        <w:t>f 25864/24183/20546 25887/24202/20558 25884/24205/20558</w:t>
        <w:br/>
        <w:t>f 25865/24182/20546 25864/24183/20546 25884/24205/20558</w:t>
        <w:br/>
        <w:t>f 25889/24206/20560 25888/24207/20560 25882/24199/20556</w:t>
        <w:br/>
        <w:t>f 25883/24198/20555 25889/24206/20560 25882/24199/20556</w:t>
        <w:br/>
        <w:t>f 25866/24187/20549 25891/24208/20561 25890/24209/20562</w:t>
        <w:br/>
        <w:t>f 25869/24184/20547 25866/24187/20549 25890/24209/20562</w:t>
        <w:br/>
        <w:t>f 25893/24210/20563 25892/24211/20563 25876/24193/20552</w:t>
        <w:br/>
        <w:t>f 25877/24192/20552 25893/24210/20563 25876/24193/20552</w:t>
        <w:br/>
        <w:t>f 25895/24212/20564 25885/24204/20559 25886/24203/20559</w:t>
        <w:br/>
        <w:t>f 25894/24213/20564 25895/24212/20564 25886/24203/20559</w:t>
        <w:br/>
        <w:t>f 25899/24214/20565 25898/24215/20566 25897/24216/20567</w:t>
        <w:br/>
        <w:t>f 25896/24217/20565 25899/24214/20565 25897/24216/20567</w:t>
        <w:br/>
        <w:t>f 25903/24218/20568 25902/24219/20568 25901/24220/20569</w:t>
        <w:br/>
        <w:t>f 25900/24221/20569 25903/24218/20568 25901/24220/20569</w:t>
        <w:br/>
        <w:t>f 25907/24222/20570 25906/24223/20571 25905/24224/20571</w:t>
        <w:br/>
        <w:t>f 25904/24225/20570 25907/24222/20570 25905/24224/20571</w:t>
        <w:br/>
        <w:t>f 25911/24226/20572 25910/24227/20572 25909/24228/20573</w:t>
        <w:br/>
        <w:t>f 25908/24229/20574 25911/24226/20572 25909/24228/20573</w:t>
        <w:br/>
        <w:t>f 25909/24228/20573 25913/24230/20575 25912/24231/20575</w:t>
        <w:br/>
        <w:t>f 25908/24229/20574 25909/24228/20573 25912/24231/20575</w:t>
        <w:br/>
        <w:t>f 25897/24216/20567 25898/24215/20566 25915/24232/20576</w:t>
        <w:br/>
        <w:t>f 25914/24233/20576 25897/24216/20567 25915/24232/20576</w:t>
        <w:br/>
        <w:t>f 25919/24234/20577 25918/24235/20578 25917/24236/20578</w:t>
        <w:br/>
        <w:t>f 25916/24237/20577 25919/24234/20577 25917/24236/20578</w:t>
        <w:br/>
        <w:t>f 25923/24238/20579 25922/24239/20580 25921/24240/20581</w:t>
        <w:br/>
        <w:t>f 25920/24241/20581 25923/24238/20579 25921/24240/20581</w:t>
        <w:br/>
        <w:t>f 25918/24235/20578 25907/24222/20570 25904/24225/20570</w:t>
        <w:br/>
        <w:t>f 25917/24236/20578 25918/24235/20578 25904/24225/20570</w:t>
        <w:br/>
        <w:t>f 25920/24241/20581 25921/24240/20581 25902/24219/20568</w:t>
        <w:br/>
        <w:t>f 25903/24218/20568 25920/24241/20581 25902/24219/20568</w:t>
        <w:br/>
        <w:t>f 25927/24242/20582 25926/24243/20583 25925/24244/20584</w:t>
        <w:br/>
        <w:t>f 25924/24245/20582 25927/24242/20582 25925/24244/20584</w:t>
        <w:br/>
        <w:t>f 25931/24246/20585 25930/24247/20585 25929/24248/20586</w:t>
        <w:br/>
        <w:t>f 25928/24249/20586 25931/24246/20585 25929/24248/20586</w:t>
        <w:br/>
        <w:t>f 25933/24250/20587 25899/24214/20565 25896/24217/20565</w:t>
        <w:br/>
        <w:t>f 25932/24251/20587 25933/24250/20587 25896/24217/20565</w:t>
        <w:br/>
        <w:t>f 25935/24252/20588 25934/24253/20589 25910/24227/20572</w:t>
        <w:br/>
        <w:t>f 25911/24226/20572 25935/24252/20588 25910/24227/20572</w:t>
        <w:br/>
        <w:t>f 25937/24254/20590 25936/24255/20590 25905/24224/20571</w:t>
        <w:br/>
        <w:t>f 25906/24223/20571 25937/24254/20590 25905/24224/20571</w:t>
        <w:br/>
        <w:t>f 25939/24256/20591 25900/24221/20569 25901/24220/20569</w:t>
        <w:br/>
        <w:t>f 25938/24257/20592 25939/24256/20591 25901/24220/20569</w:t>
        <w:br/>
        <w:t>f 25941/24258/20587 25933/24250/20587 25932/24251/20587</w:t>
        <w:br/>
        <w:t>f 25940/24259/20587 25941/24258/20587 25932/24251/20587</w:t>
        <w:br/>
        <w:t>f 25943/24260/20593 25942/24261/20594 25934/24253/20589</w:t>
        <w:br/>
        <w:t>f 25935/24252/20588 25943/24260/20593 25934/24253/20589</w:t>
        <w:br/>
        <w:t>f 25946/24262/20595 25945/24263/20596 25944/24264/20595</w:t>
        <w:br/>
        <w:t>f 25947/24265/20597 25946/24262/20595 25944/24264/20595</w:t>
        <w:br/>
        <w:t>f 25951/24266/20598 25950/24267/20598 25949/24268/20599</w:t>
        <w:br/>
        <w:t>f 25948/24269/20599 25951/24266/20598 25949/24268/20599</w:t>
        <w:br/>
        <w:t>f 25954/24270/20600 25953/24271/20600 25952/24272/20601</w:t>
        <w:br/>
        <w:t>f 25955/24273/20601 25954/24270/20600 25952/24272/20601</w:t>
        <w:br/>
        <w:t>f 25959/24274/20602 25958/24275/20603 25957/24276/20603</w:t>
        <w:br/>
        <w:t>f 25956/24277/20602 25959/24274/20602 25957/24276/20603</w:t>
        <w:br/>
        <w:t>f 25963/24278/20604 25962/24279/20604 25961/24280/20605</w:t>
        <w:br/>
        <w:t>f 25960/24281/20604 25963/24278/20604 25961/24280/20605</w:t>
        <w:br/>
        <w:t>f 25967/24282/20606 25966/24283/20606 25965/24284/20607</w:t>
        <w:br/>
        <w:t>f 25964/24285/20608 25967/24282/20606 25965/24284/20607</w:t>
        <w:br/>
        <w:t>f 25971/24286/20609 25970/24287/20610 25969/24288/20610</w:t>
        <w:br/>
        <w:t>f 25968/24289/20609 25971/24286/20609 25969/24288/20610</w:t>
        <w:br/>
        <w:t>f 25975/24290/20611 25974/24291/20611 25973/24292/20612</w:t>
        <w:br/>
        <w:t>f 25972/24293/20613 25975/24290/20611 25973/24292/20612</w:t>
        <w:br/>
        <w:t>f 25954/24270/20600 25977/24294/20614 25976/24295/20614</w:t>
        <w:br/>
        <w:t>f 25953/24271/20600 25954/24270/20600 25976/24295/20614</w:t>
        <w:br/>
        <w:t>f 25981/24296/20615 25980/24297/20616 25979/24298/20617</w:t>
        <w:br/>
        <w:t>f 25978/24299/20615 25981/24296/20615 25979/24298/20617</w:t>
        <w:br/>
        <w:t>f 25985/24300/20618 25984/24301/20618 25983/24302/20619</w:t>
        <w:br/>
        <w:t>f 25982/24303/20619 25985/24300/20618 25983/24302/20619</w:t>
        <w:br/>
        <w:t>f 25989/24304/20620 25988/24305/20621 25987/24306/20622</w:t>
        <w:br/>
        <w:t>f 25986/24307/20620 25989/24304/20620 25987/24306/20622</w:t>
        <w:br/>
        <w:t>f 25993/24308/20623 25992/24309/20624 25991/24310/20625</w:t>
        <w:br/>
        <w:t>f 25990/24311/20626 25993/24308/20623 25991/24310/20625</w:t>
        <w:br/>
        <w:t>f 25997/24312/20627 25996/24313/20627 25995/24314/20628</w:t>
        <w:br/>
        <w:t>f 25994/24315/20628 25997/24312/20627 25995/24314/20628</w:t>
        <w:br/>
        <w:t>f 26001/24316/20629 26000/24317/20629 25999/24318/20630</w:t>
        <w:br/>
        <w:t>f 25998/24319/20630 26001/24316/20629 25999/24318/20630</w:t>
        <w:br/>
        <w:t>f 25991/24310/20625 25976/24295/20614 25977/24294/20614</w:t>
        <w:br/>
        <w:t>f 25990/24311/20626 25991/24310/20625 25977/24294/20614</w:t>
        <w:br/>
        <w:t>f 25994/24315/20628 25995/24314/20628 25981/24296/20615</w:t>
        <w:br/>
        <w:t>f 25978/24299/20615 25994/24315/20628 25981/24296/20615</w:t>
        <w:br/>
        <w:t>f 25998/24319/20630 25999/24318/20630 25982/24303/20619</w:t>
        <w:br/>
        <w:t>f 25983/24302/20619 25998/24319/20630 25982/24303/20619</w:t>
        <w:br/>
        <w:t>f 25973/24292/20612 25989/24304/20620 25986/24307/20620</w:t>
        <w:br/>
        <w:t>f 25972/24293/20613 25973/24292/20612 25986/24307/20620</w:t>
        <w:br/>
        <w:t>f 25987/24306/20622 25988/24305/20621 25950/24267/20598</w:t>
        <w:br/>
        <w:t>f 25951/24266/20598 25987/24306/20622 25950/24267/20598</w:t>
        <w:br/>
        <w:t>f 25970/24287/20610 25992/24309/20624 25993/24308/20623</w:t>
        <w:br/>
        <w:t>f 25969/24288/20610 25970/24287/20610 25993/24308/20623</w:t>
        <w:br/>
        <w:t>f 25957/24276/20603 25958/24275/20603 25996/24313/20627</w:t>
        <w:br/>
        <w:t>f 25997/24312/20627 25957/24276/20603 25996/24313/20627</w:t>
        <w:br/>
        <w:t>f 25964/24285/20608 25965/24284/20607 26000/24317/20629</w:t>
        <w:br/>
        <w:t>f 26001/24316/20629 25964/24285/20608 26000/24317/20629</w:t>
        <w:br/>
        <w:t>f 25565/23882/18743 25564/23883/18744 26002/24320/18862</w:t>
        <w:br/>
        <w:t>f 25566/23885/18744 25567/23884/18745 26002/24320/18862</w:t>
        <w:br/>
        <w:t>f 25567/23884/18745 25568/23887/18747 26002/24320/18862</w:t>
        <w:br/>
        <w:t>f 25568/23887/18747 25570/23888/18748 26002/24320/18862</w:t>
        <w:br/>
        <w:t>f 25570/23888/18748 25571/23889/18749 26002/24320/18862</w:t>
        <w:br/>
        <w:t>f 25571/23889/18749 25565/23882/18743 26002/24320/18862</w:t>
        <w:br/>
        <w:t>f 25607/23926/18783 25608/23925/18782 26003/24321/18863</w:t>
        <w:br/>
        <w:t>f 25608/23925/18782 25609/23927/18784 26003/24321/18863</w:t>
        <w:br/>
        <w:t>f 25609/23927/18784 25610/23929/18786 26003/24321/18863</w:t>
        <w:br/>
        <w:t>f 25610/23929/18786 25612/23930/18787 26003/24321/18863</w:t>
        <w:br/>
        <w:t>f 25612/23930/18787 25613/23931/18788 26003/24321/18863</w:t>
        <w:br/>
        <w:t>f 25613/23931/18788 25615/23932/18783 26003/24321/18863</w:t>
        <w:br/>
        <w:t>f 25738/24059/20462 25739/24058/20462 25716/24033/20447</w:t>
        <w:br/>
        <w:t>f 25717/24032/20446 25738/24059/20462 25716/24033/20447</w:t>
        <w:br/>
        <w:t>f 25720/24041/20450 25745/24060/20463 25742/24063/20463</w:t>
        <w:br/>
        <w:t>f 25723/24038/20450 25720/24041/20450 25742/24063/20463</w:t>
        <w:br/>
        <w:t>f 25768/24089/20484 25769/24088/20484 25776/24095/20487</w:t>
        <w:br/>
        <w:t>f 25777/24094/20487 25768/24089/20484 25776/24095/20487</w:t>
        <w:br/>
        <w:t>f 25778/24097/20488 25753/24072/20472 25754/24071/20472</w:t>
        <w:br/>
        <w:t>f 25779/24096/20488 25778/24097/20488 25754/24071/20472</w:t>
        <w:br/>
        <w:t>f 25736/24055/20460 25740/24057/20461 25741/24056/20461</w:t>
        <w:br/>
        <w:t>f 25737/24054/20459 25736/24055/20460 25741/24056/20461</w:t>
        <w:br/>
        <w:t>f 25743/24062/20465 25744/24061/20464 25746/24065/20467</w:t>
        <w:br/>
        <w:t>f 25747/24064/20466 25743/24062/20465 25746/24065/20467</w:t>
        <w:br/>
        <w:t>f 25764/24083/20481 25765/24082/20481 25780/24099/20490</w:t>
        <w:br/>
        <w:t>f 25781/24098/20489 25764/24083/20481 25780/24099/20490</w:t>
        <w:br/>
        <w:t>f 25782/24101/20491 25773/24092/20486 25774/24091/20486</w:t>
        <w:br/>
        <w:t>f 25783/24100/20491 25782/24101/20491 25774/24091/20486</w:t>
        <w:br/>
        <w:t>f 26005/24322/20631 26004/24323/20632 25888/24207/20560</w:t>
        <w:br/>
        <w:t>f 25889/24206/20560 26005/24322/20631 25888/24207/20560</w:t>
        <w:br/>
        <w:t>f 25894/24213/20564 26007/24324/20633 26006/24325/20633</w:t>
        <w:br/>
        <w:t>f 25895/24212/20564 25894/24213/20564 26006/24325/20633</w:t>
        <w:br/>
        <w:t>f 25924/24245/20582 25912/24231/20575 25913/24230/20575</w:t>
        <w:br/>
        <w:t>f 25927/24242/20582 25924/24245/20582 25913/24230/20575</w:t>
        <w:br/>
        <w:t>f 25914/24233/20576 25915/24232/20576 25930/24247/20585</w:t>
        <w:br/>
        <w:t>f 25931/24246/20585 25914/24233/20576 25930/24247/20585</w:t>
        <w:br/>
        <w:t>f 25891/24208/20561 26004/24323/20632 26005/24322/20631</w:t>
        <w:br/>
        <w:t>f 25890/24209/20562 25891/24208/20561 26005/24322/20631</w:t>
        <w:br/>
        <w:t>f 26006/24325/20633 26007/24324/20633 25892/24211/20563</w:t>
        <w:br/>
        <w:t>f 25893/24210/20563 26006/24325/20633 25892/24211/20563</w:t>
        <w:br/>
        <w:t>f 25916/24237/20577 25925/24244/20584 25926/24243/20583</w:t>
        <w:br/>
        <w:t>f 25919/24234/20577 25916/24237/20577 25926/24243/20583</w:t>
        <w:br/>
        <w:t>f 25928/24249/20586 25929/24248/20586 25922/24239/20580</w:t>
        <w:br/>
        <w:t>f 25923/24238/20579 25928/24249/20586 25922/24239/20580</w:t>
        <w:br/>
        <w:t>f 25878/24197/20554 25879/24196/20554 26009/24326/20634</w:t>
        <w:br/>
        <w:t>f 26008/24327/20634 25878/24197/20554 26009/24326/20634</w:t>
        <w:br/>
        <w:t>f 25718/24037/20449 25719/24036/20449 26011/24328/20635</w:t>
        <w:br/>
        <w:t>f 26010/24329/20635 25718/24037/20449 26011/24328/20635</w:t>
        <w:br/>
        <w:t>f 25678/23997/18850 25634/23951/18806 25635/23950/18805</w:t>
        <w:br/>
        <w:t>f 25654/23970/18823 25678/23997/18850 25635/23950/18805</w:t>
        <w:br/>
        <w:t>f 25679/23996/18849 25676/23994/18847 25662/23977/18858</w:t>
        <w:br/>
        <w:t>f 25659/23980/18833 25679/23996/18849 25662/23977/18858</w:t>
        <w:br/>
        <w:t>f 25678/23997/18850 25679/23996/18849 25659/23980/18833</w:t>
        <w:br/>
        <w:t>f 25634/23951/18806 25678/23997/18850 25659/23980/18833</w:t>
        <w:br/>
        <w:t>f 25654/23970/18823 25652/23972/18825 25678/23997/18850</w:t>
        <w:br/>
        <w:t>f 25679/23996/18849 25675/23995/20435 25676/23994/18847</w:t>
        <w:br/>
        <w:t>f 25653/23971/18824 25677/23993/18846 25675/23995/20435</w:t>
        <w:br/>
        <w:t>f 25652/23972/18825 25653/23971/18824 25675/23995/20435</w:t>
        <w:br/>
        <w:t>f 25692/24010/18856 25684/24005/20436 25698/24014/20437</w:t>
        <w:br/>
        <w:t>f 25697/24015/18831 25684/24005/20436 25693/24011/18829</w:t>
        <w:br/>
        <w:t>f 25682/23998/18851 25699/24019/18808 25694/24012/18810</w:t>
        <w:br/>
        <w:t>f 26015/24330/18864 26014/24331/20636 26013/24332/20637</w:t>
        <w:br/>
        <w:t>f 26012/24333/20637 26015/24330/18864 26013/24332/20637</w:t>
        <w:br/>
        <w:t>f 26019/24334/18866 26018/24335/20638 26017/24336/20638</w:t>
        <w:br/>
        <w:t>f 26016/24337/18866 26019/24334/18866 26017/24336/20638</w:t>
        <w:br/>
        <w:t>f 26023/24338/18868 26022/24339/18868 26021/24340/20639</w:t>
        <w:br/>
        <w:t>f 26020/24341/20639 26023/24338/18868 26021/24340/20639</w:t>
        <w:br/>
        <w:t>f 26025/24342/20640 26024/24343/20641 26012/24333/20637</w:t>
        <w:br/>
        <w:t>f 26013/24332/20637 26025/24342/20640 26012/24333/20637</w:t>
        <w:br/>
        <w:t>f 26029/24344/18871 26028/24345/20642 26027/24346/20642</w:t>
        <w:br/>
        <w:t>f 26026/24347/18871 26029/24344/18871 26027/24346/20642</w:t>
        <w:br/>
        <w:t>f 26021/24340/20639 26031/24348/20643 26030/24349/20644</w:t>
        <w:br/>
        <w:t>f 26020/24341/20639 26021/24340/20639 26030/24349/20644</w:t>
        <w:br/>
        <w:t>f 26032/24350/20645 26024/24343/20641 26025/24342/20640</w:t>
        <w:br/>
        <w:t>f 26033/24351/20646 26032/24350/20645 26025/24342/20640</w:t>
        <w:br/>
        <w:t>f 26028/24345/20642 26035/24352/20647 26034/24353/20648</w:t>
        <w:br/>
        <w:t>f 26027/24346/20642 26028/24345/20642 26034/24353/20648</w:t>
        <w:br/>
        <w:t>f 26037/24354/20649 26030/24349/20644 26036/24355/20650</w:t>
        <w:br/>
        <w:t>f 26018/24335/20638 26039/24356/20651 26038/24357/20651</w:t>
        <w:br/>
        <w:t>f 26017/24336/20638 26018/24335/20638 26038/24357/20651</w:t>
        <w:br/>
        <w:t>f 26034/24353/20648 26035/24352/20647 26040/24358/20652</w:t>
        <w:br/>
        <w:t>f 26044/24359/20653 26043/24360/20654 26042/24361/20655</w:t>
        <w:br/>
        <w:t>f 26041/24362/20656 26044/24359/20653 26042/24361/20655</w:t>
        <w:br/>
        <w:t>f 26038/24357/20651 26039/24356/20651 26045/24363/20657</w:t>
        <w:br/>
        <w:t>f 26046/24364/20657 26038/24357/20651 26045/24363/20657</w:t>
        <w:br/>
        <w:t>f 26042/24361/20655 26043/24360/20654 26048/24365/20658</w:t>
        <w:br/>
        <w:t>f 26047/24366/20659 26042/24361/20655 26048/24365/20658</w:t>
        <w:br/>
        <w:t>f 26040/24358/20652 26035/24352/20647 26049/24367/20660</w:t>
        <w:br/>
        <w:t>f 26034/24353/20648 26040/24358/20652 26050/24368/20661</w:t>
        <w:br/>
        <w:t>f 26036/24355/20650 26030/24349/20644 26031/24348/20643</w:t>
        <w:br/>
        <w:t>f 26036/24355/20650 26031/24348/20643 26051/24369/20662</w:t>
        <w:br/>
        <w:t>f 17809/20913/18257 17807/20911/18255 17808/20914/18258</w:t>
        <w:br/>
        <w:t>f 17824/20928/18266 17825/20927/18266 17832/20938/18272</w:t>
        <w:br/>
        <w:t>f 17833/20937/18272 17824/20928/18266 17832/20938/18272</w:t>
        <w:br/>
        <w:t>f 17871/20975/18299 17862/20965/18292 17805/20907/18251</w:t>
        <w:br/>
        <w:t>f 17870/20976/18299 17871/20975/18299 17805/20907/18251</w:t>
        <w:br/>
        <w:t>f 17887/20991/18312 17888/20990/18312 17872/20977/18301</w:t>
        <w:br/>
        <w:t>f 17809/20913/18300 17887/20991/18312 17872/20977/18301</w:t>
        <w:br/>
        <w:t>f 19006/21804/18939 19007/21803/18938 19008/21806/18941</w:t>
        <w:br/>
        <w:t>f 19009/21805/18940 19006/21804/18939 19008/21806/18941</w:t>
        <w:br/>
        <w:t>f 19033/21829/18955 19025/21819/18949 19022/21822/18949</w:t>
        <w:br/>
        <w:t>f 19032/21830/18955 19033/21829/18955 19022/21822/18949</w:t>
        <w:br/>
        <w:t>f 19005/21799/18934 19062/21857/18975 19070/21868/18985</w:t>
        <w:br/>
        <w:t>f 19009/21805/18940 19005/21799/18934 19070/21868/18985</w:t>
        <w:br/>
        <w:t>f 19072/21869/18986 19088/21882/18997 19085/21885/18997</w:t>
        <w:br/>
        <w:t>f 19008/21806/18941 19072/21869/18986 19085/21885/18997</w:t>
        <w:br/>
        <w:t>f 17560/20666/18081 17561/20665/18080 17574/20682/18095</w:t>
        <w:br/>
        <w:t>f 17575/20681/18094 17560/20666/18081 17574/20682/18095</w:t>
        <w:br/>
        <w:t>f 17607/20711/18115 17588/20694/18104 17589/20693/18103</w:t>
        <w:br/>
        <w:t>f 17606/20712/18115 17607/20711/18115 17589/20693/18103</w:t>
        <w:br/>
        <w:t>f 17647/20751/18144 17620/20725/18125 17619/20724/18125</w:t>
        <w:br/>
        <w:t>f 17646/20752/18145 17647/20751/18144 17619/20724/18125</w:t>
        <w:br/>
        <w:t>f 17618/20723/18124 17560/20666/18081 17575/20681/18094</w:t>
        <w:br/>
        <w:t>f 17648/20754/18147 17618/20723/18124 17575/20681/18094</w:t>
        <w:br/>
        <w:t>f 18270/21374/18612 18255/21359/18601 18254/21360/18602</w:t>
        <w:br/>
        <w:t>f 18269/21375/18613 18270/21374/18612 18254/21360/18602</w:t>
        <w:br/>
        <w:t>f 18282/21388/18622 18283/21387/18622 18300/21406/18632</w:t>
        <w:br/>
        <w:t>f 18301/21405/18632 18282/21388/18622 18300/21406/18632</w:t>
        <w:br/>
        <w:t>f 18313/21418/18641 18314/21419/18641 18340/21446/18661</w:t>
        <w:br/>
        <w:t>f 18341/21445/18661 18313/21418/18641 18340/21446/18661</w:t>
        <w:br/>
        <w:t>f 18269/21375/18613 18254/21360/18602 18312/21417/18640</w:t>
        <w:br/>
        <w:t>f 18343/21447/18662 18269/21375/18613 18312/21417/18640</w:t>
        <w:br/>
        <w:t>f 17807/20911/18255 17806/20912/18256 17808/20914/18258</w:t>
        <w:br/>
        <w:t>f 19006/21804/18939 18990/21790/18927 18991/21789/18926</w:t>
        <w:br/>
        <w:t>f 27714/24370/20663 27713/24371/20664 27712/24372/20665</w:t>
        <w:br/>
        <w:t>f 27711/24373/20665 27714/24370/20663 27712/24372/20665</w:t>
        <w:br/>
        <w:t>f 27718/24374/20666 27717/24375/20667 27716/24376/20668</w:t>
        <w:br/>
        <w:t>f 27715/24377/20669 27718/24374/20666 27716/24376/20668</w:t>
        <w:br/>
        <w:t>f 27722/24378/20670 27721/24379/20671 27720/24380/20672</w:t>
        <w:br/>
        <w:t>f 27719/24381/20673 27722/24378/20670 27720/24380/20672</w:t>
        <w:br/>
        <w:t>f 27723/24382/20674 27720/24380/20672 27721/24379/20671</w:t>
        <w:br/>
        <w:t>f 27727/24383/20675 27726/24384/20676 27725/24385/20677</w:t>
        <w:br/>
        <w:t>f 27724/24386/20678 27727/24383/20675 27725/24385/20677</w:t>
        <w:br/>
        <w:t>f 27730/24387/20679 27729/24388/20680 27728/24389/20681</w:t>
        <w:br/>
        <w:t>f 27731/24390/20682 27730/24387/20679 27728/24389/20681</w:t>
        <w:br/>
        <w:t>f 27734/24391/20683 27733/24392/20684 27732/24393/20685</w:t>
        <w:br/>
        <w:t>f 27737/24394/20686 27736/24395/20687 27735/24396/20688</w:t>
        <w:br/>
        <w:t>f 27740/24397/20689 27739/24398/20690 27738/24399/20691</w:t>
        <w:br/>
        <w:t>f 27742/24400/20692 27739/24398/20690 27741/24401/20693</w:t>
        <w:br/>
        <w:t>f 27746/24402/20694 27745/24403/20695 27744/24404/20696</w:t>
        <w:br/>
        <w:t>f 27743/24405/20697 27746/24402/20694 27744/24404/20696</w:t>
        <w:br/>
        <w:t>f 27745/24403/20695 27746/24402/20694 27725/24385/20677</w:t>
        <w:br/>
        <w:t>f 27726/24384/20676 27745/24403/20695 27725/24385/20677</w:t>
        <w:br/>
        <w:t>f 27749/24406/20698 27748/24407/20699 27747/24408/20700</w:t>
        <w:br/>
        <w:t>f 27752/24409/20701 27751/24410/20702 27750/24411/20703</w:t>
        <w:br/>
        <w:t>f 27754/24412/20704 27743/24405/20697 27753/24413/20705</w:t>
        <w:br/>
        <w:t>f 27743/24405/20697 27744/24404/20696 27753/24413/20705</w:t>
        <w:br/>
        <w:t>f 27757/24414/20706 27756/24415/20707 27755/24416/20708</w:t>
        <w:br/>
        <w:t>f 27761/24417/20709 27760/24418/20710 27759/24419/20711</w:t>
        <w:br/>
        <w:t>f 27758/24420/20712 27761/24417/20709 27759/24419/20711</w:t>
        <w:br/>
        <w:t>f 27764/24421/20713 27763/24422/20714 27762/24423/20715</w:t>
        <w:br/>
        <w:t>f 27740/24397/20689 27766/24424/20716 27765/24425/20717</w:t>
        <w:br/>
        <w:t>f 27769/24426/20718 27768/24427/20719 27767/24428/20720</w:t>
        <w:br/>
        <w:t>f 27772/24429/20721 27771/24430/20722 27770/24431/20723</w:t>
        <w:br/>
        <w:t>f 27776/24432/20724 27775/24433/20725 27774/24434/20726</w:t>
        <w:br/>
        <w:t>f 27773/24435/20727 27776/24432/20724 27774/24434/20726</w:t>
        <w:br/>
        <w:t>f 27780/24436/20728 27779/24437/20729 27778/24438/20730</w:t>
        <w:br/>
        <w:t>f 27777/24439/20731 27780/24436/20728 27778/24438/20730</w:t>
        <w:br/>
        <w:t>f 27784/24440/20732 27783/24441/20733 27782/24442/20734</w:t>
        <w:br/>
        <w:t>f 27781/24443/20735 27784/24440/20732 27782/24442/20734</w:t>
        <w:br/>
        <w:t>f 27788/24444/20736 27787/24445/20737 27786/24446/20738</w:t>
        <w:br/>
        <w:t>f 27785/24447/20739 27788/24444/20736 27786/24446/20738</w:t>
        <w:br/>
        <w:t>f 27791/24448/20740 27790/24449/20741 27789/24450/20742</w:t>
        <w:br/>
        <w:t>f 27795/24451/20743 27794/24452/20744 27793/24453/20745</w:t>
        <w:br/>
        <w:t>f 27792/24454/20746 27795/24451/20743 27793/24453/20745</w:t>
        <w:br/>
        <w:t>f 27797/24455/20747 27796/24456/20748 27792/24454/20746</w:t>
        <w:br/>
        <w:t>f 27800/24457/20749 27799/24458/20749 27798/24459/20750</w:t>
        <w:br/>
        <w:t>f 27802/24460/20751 27757/24414/20706 27801/24461/20752</w:t>
        <w:br/>
        <w:t>f 27776/24432/20724 27804/24462/20753 27803/24463/20754</w:t>
        <w:br/>
        <w:t>f 27775/24433/20725 27776/24432/20724 27803/24463/20754</w:t>
        <w:br/>
        <w:t>f 27806/24464/20755 27755/24416/20708 27756/24415/20707</w:t>
        <w:br/>
        <w:t>f 27805/24465/20756 27806/24464/20755 27756/24415/20707</w:t>
        <w:br/>
        <w:t>f 27805/24465/20756 27808/24466/20757 27807/24467/20758</w:t>
        <w:br/>
        <w:t>f 27806/24464/20755 27805/24465/20756 27807/24467/20758</w:t>
        <w:br/>
        <w:t>f 27778/24438/20730 27779/24437/20729 27809/24468/20759</w:t>
        <w:br/>
        <w:t>f 27810/24469/20760 27778/24438/20730 27809/24468/20759</w:t>
        <w:br/>
        <w:t>f 27813/24470/20761 27812/24471/20762 27811/24472/20763</w:t>
        <w:br/>
        <w:t>f 27750/24411/20703 27816/24473/20764 27815/24474/20765</w:t>
        <w:br/>
        <w:t>f 27814/24475/20766 27750/24411/20703 27815/24474/20765</w:t>
        <w:br/>
        <w:t>f 27790/24449/20741 27791/24448/20740 27787/24445/20737</w:t>
        <w:br/>
        <w:t>f 27788/24444/20736 27790/24449/20741 27787/24445/20737</w:t>
        <w:br/>
        <w:t>f 27819/24476/20767 27818/24477/20768 27817/24478/20769</w:t>
        <w:br/>
        <w:t>f 27821/24479/20770 27729/24388/20680 27730/24387/20679</w:t>
        <w:br/>
        <w:t>f 27820/24480/20771 27821/24479/20770 27730/24387/20679</w:t>
        <w:br/>
        <w:t>f 27822/24481/20772 27813/24470/20761 27811/24472/20763</w:t>
        <w:br/>
        <w:t>f 27826/24482/20773 27825/24483/20774 27824/24484/20775</w:t>
        <w:br/>
        <w:t>f 27823/24485/20776 27826/24482/20773 27824/24484/20775</w:t>
        <w:br/>
        <w:t>f 27828/24486/20777 27827/24487/20778 27823/24485/20776</w:t>
        <w:br/>
        <w:t>f 27824/24484/20775 27828/24486/20777 27823/24485/20776</w:t>
        <w:br/>
        <w:t>f 27832/24488/20779 27831/24489/20780 27830/24490/20781</w:t>
        <w:br/>
        <w:t>f 27829/24491/20782 27832/24488/20779 27830/24490/20781</w:t>
        <w:br/>
        <w:t>f 27834/24492/20783 27830/24490/20781 27831/24489/20780</w:t>
        <w:br/>
        <w:t>f 27833/24493/20784 27834/24492/20783 27831/24489/20780</w:t>
        <w:br/>
        <w:t>f 27835/24494/20785 27734/24391/20683 27732/24393/20685</w:t>
        <w:br/>
        <w:t>f 27750/24411/20703 27836/24495/20786 27752/24409/20701</w:t>
        <w:br/>
        <w:t>f 27838/24496/20787 27837/24497/20788 27835/24494/20785</w:t>
        <w:br/>
        <w:t>f 27734/24391/20683 27826/24482/20773 27823/24485/20776</w:t>
        <w:br/>
        <w:t>f 27811/24472/20763 27812/24471/20762 27827/24487/20778</w:t>
        <w:br/>
        <w:t>f 27829/24491/20782 27830/24490/20781 27729/24388/20680</w:t>
        <w:br/>
        <w:t>f 27821/24479/20770 27829/24491/20782 27729/24388/20680</w:t>
        <w:br/>
        <w:t>f 27830/24490/20781 27834/24492/20783 27728/24389/20681</w:t>
        <w:br/>
        <w:t>f 27729/24388/20680 27830/24490/20781 27728/24389/20681</w:t>
        <w:br/>
        <w:t>f 27735/24396/20688 27840/24498/20789 27839/24499/20790</w:t>
        <w:br/>
        <w:t>f 27844/24500/20791 27843/24501/20792 27842/24502/20793</w:t>
        <w:br/>
        <w:t>f 27841/24503/20794 27844/24500/20791 27842/24502/20793</w:t>
        <w:br/>
        <w:t>f 27847/24504/20795 27846/24505/20796 27845/24506/20797</w:t>
        <w:br/>
        <w:t>f 27844/24500/20791 27847/24504/20795 27845/24506/20797</w:t>
        <w:br/>
        <w:t>f 27851/24507/20798 27850/24508/20799 27849/24509/20800</w:t>
        <w:br/>
        <w:t>f 27848/24510/20801 27851/24507/20798 27849/24509/20800</w:t>
        <w:br/>
        <w:t>f 27855/24511/20802 27854/24512/20803 27853/24513/20804</w:t>
        <w:br/>
        <w:t>f 27852/24514/20805 27855/24511/20802 27853/24513/20804</w:t>
        <w:br/>
        <w:t>f 27857/24515/20806 27807/24467/20758 27808/24466/20757</w:t>
        <w:br/>
        <w:t>f 27856/24516/20807 27857/24515/20806 27808/24466/20757</w:t>
        <w:br/>
        <w:t>f 27739/24398/20690 27742/24400/20692 27738/24399/20691</w:t>
        <w:br/>
        <w:t>f 27861/24517/20808 27860/24518/20809 27859/24519/20810</w:t>
        <w:br/>
        <w:t>f 27858/24520/20811 27861/24517/20808 27859/24519/20810</w:t>
        <w:br/>
        <w:t>f 27865/24521/20812 27864/24522/20813 27863/24523/20814</w:t>
        <w:br/>
        <w:t>f 27862/24524/20815 27865/24521/20812 27863/24523/20814</w:t>
        <w:br/>
        <w:t>f 27868/24525/20816 27867/24526/20817 27866/24527/20818</w:t>
        <w:br/>
        <w:t>f 27870/24528/20819 27750/24411/20703 27814/24475/20766</w:t>
        <w:br/>
        <w:t>f 27869/24529/20820 27870/24528/20819 27814/24475/20766</w:t>
        <w:br/>
        <w:t>f 27872/24530/20821 27871/24531/20822 27838/24496/20787</w:t>
        <w:br/>
        <w:t>f 27837/24497/20788 27838/24496/20787 27873/24532/20823</w:t>
        <w:br/>
        <w:t>f 27875/24533/20824 27735/24396/20688 27874/24534/20825</w:t>
        <w:br/>
        <w:t>f 27879/24535/20826 27878/24536/20827 27877/24537/20828</w:t>
        <w:br/>
        <w:t>f 27876/24538/20829 27879/24535/20826 27877/24537/20828</w:t>
        <w:br/>
        <w:t>f 27880/24539/20830 27878/24536/20827 27811/24472/20763</w:t>
        <w:br/>
        <w:t>f 27883/24540/20831 27880/24539/20830 27882/24541/20832</w:t>
        <w:br/>
        <w:t>f 27881/24542/20833 27883/24540/20831 27882/24541/20832</w:t>
        <w:br/>
        <w:t>f 27868/24525/20816 27886/24543/20834 27885/24544/20835</w:t>
        <w:br/>
        <w:t>f 27884/24545/20836 27868/24525/20816 27885/24544/20835</w:t>
        <w:br/>
        <w:t>f 27866/24527/20818 27887/24546/20837 27886/24543/20834</w:t>
        <w:br/>
        <w:t>f 27868/24525/20816 27866/24527/20818 27886/24543/20834</w:t>
        <w:br/>
        <w:t>f 27888/24547/20838 27836/24495/20786 27750/24411/20703</w:t>
        <w:br/>
        <w:t>f 27870/24528/20819 27888/24547/20838 27750/24411/20703</w:t>
        <w:br/>
        <w:t>f 27892/24548/20839 27891/24549/20840 27890/24550/20841</w:t>
        <w:br/>
        <w:t>f 27889/24551/20842 27892/24548/20839 27890/24550/20841</w:t>
        <w:br/>
        <w:t>f 27890/24550/20841 27893/24552/20843 27889/24551/20842</w:t>
        <w:br/>
        <w:t>f 27896/24553/20844 27895/24554/20845 27894/24555/20846</w:t>
        <w:br/>
        <w:t>f 27895/24554/20845 27897/24556/20847 27894/24555/20846</w:t>
        <w:br/>
        <w:t>f 27867/24526/20817 27868/24525/20816 27899/24557/20848</w:t>
        <w:br/>
        <w:t>f 27898/24558/20849 27867/24526/20817 27899/24557/20848</w:t>
        <w:br/>
        <w:t>f 27902/24559/20850 27901/24560/20851 27900/24561/20852</w:t>
        <w:br/>
        <w:t>f 27906/24562/20853 27905/24563/20854 27904/24564/20855</w:t>
        <w:br/>
        <w:t>f 27903/24565/20856 27906/24562/20853 27904/24564/20855</w:t>
        <w:br/>
        <w:t>f 27909/24566/20857 27908/24567/20858 27907/24568/20859</w:t>
        <w:br/>
        <w:t>f 27913/24569/20860 27912/24570/20861 27911/24571/20862</w:t>
        <w:br/>
        <w:t>f 27910/24572/20863 27913/24569/20860 27911/24571/20862</w:t>
        <w:br/>
        <w:t>f 27916/24573/20864 27915/24574/20865 27914/24575/20866</w:t>
        <w:br/>
        <w:t>f 27918/24576/20867 27917/24577/20868 27911/24571/20862</w:t>
        <w:br/>
        <w:t>f 27919/24578/20869 27868/24525/20816 27884/24545/20836</w:t>
        <w:br/>
        <w:t>f 27908/24567/20858 27869/24529/20820 27920/24579/20870</w:t>
        <w:br/>
        <w:t>f 27903/24565/20856 27904/24564/20855 27864/24522/20813</w:t>
        <w:br/>
        <w:t>f 27865/24521/20812 27903/24565/20856 27864/24522/20813</w:t>
        <w:br/>
        <w:t>f 27870/24528/20819 27908/24567/20858 27909/24566/20857</w:t>
        <w:br/>
        <w:t>f 27888/24547/20838 27870/24528/20819 27909/24566/20857</w:t>
        <w:br/>
        <w:t>f 27924/24580/20871 27923/24581/20871 27922/24582/20872</w:t>
        <w:br/>
        <w:t>f 27921/24583/20873 27924/24580/20871 27922/24582/20872</w:t>
        <w:br/>
        <w:t>f 27928/24584/20874 27927/24585/20875 27926/24586/20875</w:t>
        <w:br/>
        <w:t>f 27925/24587/20874 27928/24584/20874 27926/24586/20875</w:t>
        <w:br/>
        <w:t>f 27932/24588/20876 27931/24589/20877 27930/24590/20877</w:t>
        <w:br/>
        <w:t>f 27929/24591/20876 27932/24588/20876 27930/24590/20877</w:t>
        <w:br/>
        <w:t>f 27934/24592/20878 27928/24584/20874 27925/24587/20874</w:t>
        <w:br/>
        <w:t>f 27933/24593/20878 27934/24592/20878 27925/24587/20874</w:t>
        <w:br/>
        <w:t>f 27924/24580/20871 27936/24594/20879 27935/24595/20880</w:t>
        <w:br/>
        <w:t>f 27923/24581/20871 27924/24580/20871 27935/24595/20880</w:t>
        <w:br/>
        <w:t>f 27940/24596/20881 27939/24597/20881 27938/24598/20882</w:t>
        <w:br/>
        <w:t>f 27937/24599/20882 27940/24596/20881 27938/24598/20882</w:t>
        <w:br/>
        <w:t>f 27942/24600/20883 27934/24592/20878 27933/24593/20878</w:t>
        <w:br/>
        <w:t>f 27941/24601/20883 27942/24600/20883 27933/24593/20878</w:t>
        <w:br/>
        <w:t>f 27946/24602/20884 27945/24603/20885 27944/24604/20885</w:t>
        <w:br/>
        <w:t>f 27943/24605/20884 27946/24602/20884 27944/24604/20885</w:t>
        <w:br/>
        <w:t>f 27927/24585/20875 27948/24606/20886 27947/24607/20886</w:t>
        <w:br/>
        <w:t>f 27926/24586/20875 27927/24585/20875 27947/24607/20886</w:t>
        <w:br/>
        <w:t>f 27952/24608/20887 27951/24609/20887 27950/24610/20888</w:t>
        <w:br/>
        <w:t>f 27949/24611/20888 27952/24608/20887 27950/24610/20888</w:t>
        <w:br/>
        <w:t>f 27940/24596/20881 27946/24602/20884 27943/24605/20884</w:t>
        <w:br/>
        <w:t>f 27939/24597/20881 27940/24596/20881 27943/24605/20884</w:t>
        <w:br/>
        <w:t>f 27956/24612/20889 27955/24613/20889 27954/24614/20890</w:t>
        <w:br/>
        <w:t>f 27953/24615/20891 27956/24612/20889 27954/24614/20890</w:t>
        <w:br/>
        <w:t>f 27959/24616/20892 27958/24617/20892 27957/24618/20893</w:t>
        <w:br/>
        <w:t>f 27960/24619/20893 27959/24616/20892 27957/24618/20893</w:t>
        <w:br/>
        <w:t>f 27948/24606/20886 27962/24620/20894 27961/24621/20895</w:t>
        <w:br/>
        <w:t>f 27947/24607/20886 27948/24606/20886 27961/24621/20895</w:t>
        <w:br/>
        <w:t>f 27965/24622/20896 27964/24623/20897 27963/24624/20897</w:t>
        <w:br/>
        <w:t>f 27966/24625/20896 27965/24622/20896 27963/24624/20897</w:t>
        <w:br/>
        <w:t>f 27963/24624/20897 27964/24623/20897 27968/24626/20898</w:t>
        <w:br/>
        <w:t>f 27967/24627/20898 27963/24624/20897 27968/24626/20898</w:t>
        <w:br/>
        <w:t>f 27972/24628/20899 27971/24629/20900 27970/24630/20901</w:t>
        <w:br/>
        <w:t>f 27969/24631/20901 27972/24628/20899 27970/24630/20901</w:t>
        <w:br/>
        <w:t>f 27974/24632/20902 27932/24588/20876 27929/24591/20876</w:t>
        <w:br/>
        <w:t>f 27973/24633/20902 27974/24632/20902 27929/24591/20876</w:t>
        <w:br/>
        <w:t>f 27971/24629/20900 27972/24628/20899 27976/24634/20903</w:t>
        <w:br/>
        <w:t>f 27975/24635/20903 27971/24629/20900 27976/24634/20903</w:t>
        <w:br/>
        <w:t>f 27980/24636/20904 27979/24637/20904 27978/24638/20905</w:t>
        <w:br/>
        <w:t>f 27977/24639/20905 27980/24636/20904 27978/24638/20905</w:t>
        <w:br/>
        <w:t>f 27984/24640/20906 27983/24641/20907 27982/24642/20908</w:t>
        <w:br/>
        <w:t>f 27981/24643/20908 27984/24640/20906 27982/24642/20908</w:t>
        <w:br/>
        <w:t>f 27977/24639/20905 27978/24638/20905 27986/24644/20909</w:t>
        <w:br/>
        <w:t>f 27985/24645/20909 27977/24639/20905 27986/24644/20909</w:t>
        <w:br/>
        <w:t>f 27985/24645/20909 27986/24644/20909 27988/24646/20910</w:t>
        <w:br/>
        <w:t>f 27987/24647/20911 27985/24645/20909 27988/24646/20910</w:t>
        <w:br/>
        <w:t>f 27990/24648/20912 27989/24649/20913 27958/24617/20892</w:t>
        <w:br/>
        <w:t>f 27959/24616/20892 27990/24648/20912 27958/24617/20892</w:t>
        <w:br/>
        <w:t>f 27994/24650/20914 27993/24651/20915 27992/24652/20916</w:t>
        <w:br/>
        <w:t>f 27991/24653/20914 27994/24650/20914 27992/24652/20916</w:t>
        <w:br/>
        <w:t>f 27997/24654/20917 27996/24655/20918 27995/24656/20918</w:t>
        <w:br/>
        <w:t>f 27998/24657/20919 27997/24654/20917 27995/24656/20918</w:t>
        <w:br/>
        <w:t>f 27996/24655/20918 28000/24658/20920 27999/24659/20920</w:t>
        <w:br/>
        <w:t>f 27995/24656/20918 27996/24655/20918 27999/24659/20920</w:t>
        <w:br/>
        <w:t>f 28004/24660/20921 28003/24661/20922 28002/24662/20923</w:t>
        <w:br/>
        <w:t>f 28001/24663/20923 28004/24660/20921 28002/24662/20923</w:t>
        <w:br/>
        <w:t>f 28008/24664/20924 28007/24665/20924 28006/24666/20925</w:t>
        <w:br/>
        <w:t>f 28005/24667/20926 28008/24664/20924 28006/24666/20925</w:t>
        <w:br/>
        <w:t>f 27960/24619/20893 27957/24618/20893 28010/24668/20927</w:t>
        <w:br/>
        <w:t>f 28009/24669/20927 27960/24619/20893 28010/24668/20927</w:t>
        <w:br/>
        <w:t>f 28014/24670/20928 28013/24671/20928 28012/24672/20929</w:t>
        <w:br/>
        <w:t>f 28011/24673/20930 28014/24670/20928 28012/24672/20929</w:t>
        <w:br/>
        <w:t>f 28018/24674/20931 28017/24675/20932 28016/24676/20933</w:t>
        <w:br/>
        <w:t>f 28015/24677/20931 28018/24674/20931 28016/24676/20933</w:t>
        <w:br/>
        <w:t>f 28020/24678/20934 28007/24665/20924 28008/24664/20924</w:t>
        <w:br/>
        <w:t>f 28019/24679/20934 28020/24678/20934 28008/24664/20924</w:t>
        <w:br/>
        <w:t>f 28024/24680/20935 28023/24681/20935 28022/24682/20936</w:t>
        <w:br/>
        <w:t>f 28021/24683/20936 28024/24680/20935 28022/24682/20936</w:t>
        <w:br/>
        <w:t>f 28011/24673/20930 28012/24672/20929 27955/24613/20889</w:t>
        <w:br/>
        <w:t>f 27956/24612/20889 28011/24673/20930 27955/24613/20889</w:t>
        <w:br/>
        <w:t>f 27994/24650/20914 27991/24653/20914 28018/24674/20931</w:t>
        <w:br/>
        <w:t>f 28015/24677/20931 27994/24650/20914 28018/24674/20931</w:t>
        <w:br/>
        <w:t>f 28027/24684/20937 28026/24685/20938 28025/24686/20939</w:t>
        <w:br/>
        <w:t>f 28028/24687/20940 28027/24684/20937 28025/24686/20939</w:t>
        <w:br/>
        <w:t>f 28026/24685/20938 28027/24684/20937 28030/24688/20941</w:t>
        <w:br/>
        <w:t>f 28029/24689/20942 28026/24685/20938 28030/24688/20941</w:t>
        <w:br/>
        <w:t>f 28034/24690/20943 28033/24691/20944 28032/24692/20945</w:t>
        <w:br/>
        <w:t>f 28031/24693/20946 28034/24690/20943 28032/24692/20945</w:t>
        <w:br/>
        <w:t>f 28031/24693/20946 28032/24692/20945 28036/24694/20947</w:t>
        <w:br/>
        <w:t>f 28035/24695/20948 28031/24693/20946 28036/24694/20947</w:t>
        <w:br/>
        <w:t>f 28038/24696/20949 28030/24688/20941 28027/24684/20937</w:t>
        <w:br/>
        <w:t>f 28037/24697/20950 28038/24696/20949 28027/24684/20937</w:t>
        <w:br/>
        <w:t>f 28037/24697/20950 28027/24684/20937 28028/24687/20940</w:t>
        <w:br/>
        <w:t>f 28039/24698/20951 28037/24697/20950 28028/24687/20940</w:t>
        <w:br/>
        <w:t>f 28038/24696/20949 28041/24699/20952 28040/24700/20953</w:t>
        <w:br/>
        <w:t>f 28030/24688/20941 28038/24696/20949 28040/24700/20953</w:t>
        <w:br/>
        <w:t>f 28045/24701/20954 28044/24702/20955 28043/24703/20956</w:t>
        <w:br/>
        <w:t>f 28042/24704/20957 28045/24701/20954 28043/24703/20956</w:t>
        <w:br/>
        <w:t>f 28045/24701/20954 28042/24704/20957 28047/24705/20958</w:t>
        <w:br/>
        <w:t>f 28046/24706/20959 28045/24701/20954 28047/24705/20958</w:t>
        <w:br/>
        <w:t>f 28049/24707/20960 28048/24708/20961 28046/24706/20959</w:t>
        <w:br/>
        <w:t>f 28047/24705/20958 28049/24707/20960 28046/24706/20959</w:t>
        <w:br/>
        <w:t>f 28053/24709/20962 28052/24710/20963 28051/24711/20964</w:t>
        <w:br/>
        <w:t>f 28050/24712/20965 28053/24709/20962 28051/24711/20964</w:t>
        <w:br/>
        <w:t>f 28052/24710/20963 28055/24713/20966 28054/24714/20967</w:t>
        <w:br/>
        <w:t>f 28051/24711/20964 28052/24710/20963 28054/24714/20967</w:t>
        <w:br/>
        <w:t>f 28057/24715/20968 28056/24716/20969 28054/24714/20967</w:t>
        <w:br/>
        <w:t>f 28055/24713/20966 28057/24715/20968 28054/24714/20967</w:t>
        <w:br/>
        <w:t>f 28059/24717/20970 28058/24718/20971 28042/24704/20957</w:t>
        <w:br/>
        <w:t>f 28043/24703/20956 28059/24717/20970 28042/24704/20957</w:t>
        <w:br/>
        <w:t>f 28042/24704/20957 28058/24718/20971 28060/24719/20972</w:t>
        <w:br/>
        <w:t>f 28047/24705/20958 28042/24704/20957 28060/24719/20972</w:t>
        <w:br/>
        <w:t>f 28060/24719/20972 28061/24720/20973 28049/24707/20960</w:t>
        <w:br/>
        <w:t>f 28047/24705/20958 28060/24719/20972 28049/24707/20960</w:t>
        <w:br/>
        <w:t>f 28050/24712/20965 28051/24711/20964 28037/24697/20950</w:t>
        <w:br/>
        <w:t>f 28039/24698/20951 28050/24712/20965 28037/24697/20950</w:t>
        <w:br/>
        <w:t>f 28051/24711/20964 28054/24714/20967 28038/24696/20949</w:t>
        <w:br/>
        <w:t>f 28037/24697/20950 28051/24711/20964 28038/24696/20949</w:t>
        <w:br/>
        <w:t>f 28056/24716/20969 28041/24699/20952 28038/24696/20949</w:t>
        <w:br/>
        <w:t>f 28054/24714/20967 28056/24716/20969 28038/24696/20949</w:t>
        <w:br/>
        <w:t>f 28065/24721/20974 28064/24722/20975 28063/24723/20976</w:t>
        <w:br/>
        <w:t>f 28062/24724/20977 28065/24721/20974 28063/24723/20976</w:t>
        <w:br/>
        <w:t>f 28067/24725/20978 28066/24726/20979 28064/24722/20975</w:t>
        <w:br/>
        <w:t>f 28065/24721/20974 28067/24725/20978 28064/24722/20975</w:t>
        <w:br/>
        <w:t>f 28069/24727/20980 28068/24728/20981 28066/24726/20979</w:t>
        <w:br/>
        <w:t>f 28067/24725/20978 28069/24727/20980 28066/24726/20979</w:t>
        <w:br/>
        <w:t>f 28072/24729/20982 28071/24730/20983 28070/24731/20984</w:t>
        <w:br/>
        <w:t>f 27843/24501/20792 28074/24732/20985 28073/24733/20986</w:t>
        <w:br/>
        <w:t>f 28077/24734/20987 28076/24735/20988 28075/24736/20989</w:t>
        <w:br/>
        <w:t>f 28081/24737/20990 28080/24738/20991 28079/24739/20992</w:t>
        <w:br/>
        <w:t>f 28078/24740/20993 28081/24737/20990 28079/24739/20992</w:t>
        <w:br/>
        <w:t>f 28084/24741/20994 28083/24742/20995 28082/24743/20735</w:t>
        <w:br/>
        <w:t>f 27800/24457/20749 28085/24744/20996 27799/24458/20749</w:t>
        <w:br/>
        <w:t>f 27780/24436/20728 28087/24745/20997 28086/24746/20998</w:t>
        <w:br/>
        <w:t>f 27779/24437/20729 27819/24476/20767 27817/24478/20769</w:t>
        <w:br/>
        <w:t>f 27809/24468/20759 27779/24437/20729 27817/24478/20769</w:t>
        <w:br/>
        <w:t>f 27764/24421/20713 28088/24747/20999 27759/24419/20711</w:t>
        <w:br/>
        <w:t>f 27760/24418/20710 27764/24421/20713 27759/24419/20711</w:t>
        <w:br/>
        <w:t>f 28088/24747/20999 28089/24748/21000 27798/24459/21001</w:t>
        <w:br/>
        <w:t>f 27759/24419/20711 28088/24747/20999 27798/24459/21001</w:t>
        <w:br/>
        <w:t>f 27782/24442/20734 27783/24441/20733 27785/24447/20739</w:t>
        <w:br/>
        <w:t>f 27786/24446/20738 27782/24442/20734 27785/24447/20739</w:t>
        <w:br/>
        <w:t>f 28091/24749/21002 27817/24478/20769 28090/24750/21003</w:t>
        <w:br/>
        <w:t>f 28092/24751/21004 27810/24469/20760 28076/24735/20988</w:t>
        <w:br/>
        <w:t>f 28096/24752/21005 28095/24753/21006 28094/24754/21007</w:t>
        <w:br/>
        <w:t>f 28093/24755/21007 28096/24752/21005 28094/24754/21007</w:t>
        <w:br/>
        <w:t>f 28099/24756/21008 28098/24757/21009 28097/24758/21010</w:t>
        <w:br/>
        <w:t>f 28103/24759/21011 28102/24760/21011 28101/24761/21012</w:t>
        <w:br/>
        <w:t>f 28100/24762/21012 28103/24759/21011 28101/24761/21012</w:t>
        <w:br/>
        <w:t>f 28106/24763/21013 28105/24764/21014 28104/24765/21015</w:t>
        <w:br/>
        <w:t>f 28109/24766/21016 28108/24767/21017 28107/24768/21018</w:t>
        <w:br/>
        <w:t>f 28113/24769/21019 28112/24770/21020 28111/24771/21020</w:t>
        <w:br/>
        <w:t>f 28110/24772/21019 28113/24769/21019 28111/24771/21020</w:t>
        <w:br/>
        <w:t>f 28115/24773/21021 28114/24774/21021 28113/24769/21019</w:t>
        <w:br/>
        <w:t>f 28110/24772/21019 28115/24773/21021 28113/24769/21019</w:t>
        <w:br/>
        <w:t>f 28119/24775/21022 28118/24776/21022 28117/24777/21023</w:t>
        <w:br/>
        <w:t>f 28116/24778/21023 28119/24775/21022 28117/24777/21023</w:t>
        <w:br/>
        <w:t>f 28121/24779/21024 28080/24738/20991 28081/24737/20990</w:t>
        <w:br/>
        <w:t>f 28120/24780/21025 28121/24779/21024 28081/24737/20990</w:t>
        <w:br/>
        <w:t>f 28111/24771/21020 28112/24770/21020 28123/24781/21026</w:t>
        <w:br/>
        <w:t>f 28122/24782/21026 28111/24771/21020 28123/24781/21026</w:t>
        <w:br/>
        <w:t>f 27817/24478/20769 28091/24749/21002 27809/24468/20759</w:t>
        <w:br/>
        <w:t>f 28127/24783/21027 28126/24784/21028 28125/24785/21028</w:t>
        <w:br/>
        <w:t>f 28124/24786/21027 28127/24783/21027 28125/24785/21028</w:t>
        <w:br/>
        <w:t>f 28129/24787/21029 28121/24779/21024 28120/24780/21025</w:t>
        <w:br/>
        <w:t>f 28128/24788/21030 28129/24787/21029 28120/24780/21025</w:t>
        <w:br/>
        <w:t>f 28131/24789/21031 28130/24790/21031 28114/24774/21021</w:t>
        <w:br/>
        <w:t>f 28115/24773/21021 28131/24789/21031 28114/24774/21021</w:t>
        <w:br/>
        <w:t>f 28135/24791/21032 28134/24792/21033 28133/24793/21033</w:t>
        <w:br/>
        <w:t>f 28132/24794/21034 28135/24791/21032 28133/24793/21033</w:t>
        <w:br/>
        <w:t>f 28131/24789/21031 28125/24785/21028 28126/24784/21028</w:t>
        <w:br/>
        <w:t>f 28130/24790/21031 28131/24789/21031 28126/24784/21028</w:t>
        <w:br/>
        <w:t>f 28135/24791/21032 28132/24794/21034 28116/24778/21023</w:t>
        <w:br/>
        <w:t>f 28117/24777/21023 28135/24791/21032 28116/24778/21023</w:t>
        <w:br/>
        <w:t>f 28139/24795/21035 28138/24796/21035 28137/24797/21036</w:t>
        <w:br/>
        <w:t>f 28136/24798/21036 28139/24795/21035 28137/24797/21036</w:t>
        <w:br/>
        <w:t>f 28143/24799/21037 28142/24800/21038 28141/24801/21038</w:t>
        <w:br/>
        <w:t>f 28140/24802/21039 28143/24799/21037 28141/24801/21038</w:t>
        <w:br/>
        <w:t>f 28145/24803/21040 28144/24804/21041 28143/24799/21037</w:t>
        <w:br/>
        <w:t>f 28140/24802/21039 28145/24803/21040 28143/24799/21037</w:t>
        <w:br/>
        <w:t>f 28148/24805/21042 28147/24806/21043 28146/24807/21044</w:t>
        <w:br/>
        <w:t>f 28149/24808/21042 28148/24805/21042 28146/24807/21044</w:t>
        <w:br/>
        <w:t>f 28151/24809/21045 27845/24506/20797 27846/24505/20796</w:t>
        <w:br/>
        <w:t>f 28150/24810/21046 28151/24809/21045 27846/24505/20796</w:t>
        <w:br/>
        <w:t>f 28155/24811/21047 28154/24812/21048 28153/24813/21048</w:t>
        <w:br/>
        <w:t>f 28152/24814/21049 28155/24811/21047 28153/24813/21048</w:t>
        <w:br/>
        <w:t>f 28073/24733/20986 28074/24732/20985 28157/24815/21050</w:t>
        <w:br/>
        <w:t>f 28156/24816/21051 28073/24733/20986 28157/24815/21050</w:t>
        <w:br/>
        <w:t>f 28159/24817/21052 28157/24815/21050 28074/24732/20985</w:t>
        <w:br/>
        <w:t>f 28158/24818/21052 28159/24817/21052 28074/24732/20985</w:t>
        <w:br/>
        <w:t>f 28163/24819/21053 28162/24820/21054 28161/24821/21055</w:t>
        <w:br/>
        <w:t>f 28160/24822/21053 28163/24819/21053 28161/24821/21055</w:t>
        <w:br/>
        <w:t>f 28152/24814/21049 28165/24823/21056 28164/24824/21057</w:t>
        <w:br/>
        <w:t>f 28155/24811/21047 28152/24814/21049 28164/24824/21057</w:t>
        <w:br/>
        <w:t>f 28167/24825/21058 28159/24817/21052 28158/24818/21052</w:t>
        <w:br/>
        <w:t>f 28166/24826/21058 28167/24825/21058 28158/24818/21052</w:t>
        <w:br/>
        <w:t>f 28170/24827/21059 28169/24828/21060 28168/24829/21061</w:t>
        <w:br/>
        <w:t>f 28173/24830/21062 28172/24831/21063 28171/24832/21064</w:t>
        <w:br/>
        <w:t>f 28153/24813/21048 28154/24812/21048 28175/24833/21065</w:t>
        <w:br/>
        <w:t>f 28174/24834/21066 28153/24813/21048 28175/24833/21065</w:t>
        <w:br/>
        <w:t>f 28177/24835/21067 28073/24733/20986 28156/24816/21051</w:t>
        <w:br/>
        <w:t>f 28176/24836/21068 28177/24835/21067 28156/24816/21051</w:t>
        <w:br/>
        <w:t>f 28176/24836/21068 28174/24834/21066 28175/24833/21065</w:t>
        <w:br/>
        <w:t>f 28177/24835/21067 28176/24836/21068 28175/24833/21065</w:t>
        <w:br/>
        <w:t>f 28175/24833/21065 28178/24837/21069 27842/24502/20793</w:t>
        <w:br/>
        <w:t>f 28177/24835/21067 28175/24833/21065 27842/24502/20793</w:t>
        <w:br/>
        <w:t>f 28175/24833/21065 28071/24730/20983 28072/24729/20982</w:t>
        <w:br/>
        <w:t>f 28178/24837/21069 28175/24833/21065 28072/24729/20982</w:t>
        <w:br/>
        <w:t>f 28169/24828/21060 28179/24838/21070 28151/24809/21045</w:t>
        <w:br/>
        <w:t>f 28177/24835/21067 27842/24502/20793 27843/24501/20792</w:t>
        <w:br/>
        <w:t>f 28073/24733/20986 28177/24835/21067 27843/24501/20792</w:t>
        <w:br/>
        <w:t>f 28181/24839/21015 28167/24825/21058 28166/24826/21058</w:t>
        <w:br/>
        <w:t>f 28180/24840/21071 28181/24839/21015 28166/24826/21058</w:t>
        <w:br/>
        <w:t>f 28184/24841/21072 28183/24842/21072 28182/24843/21073</w:t>
        <w:br/>
        <w:t>f 28162/24820/21054 28109/24766/21016 28107/24768/21018</w:t>
        <w:br/>
        <w:t>f 28161/24821/21055 28162/24820/21054 28107/24768/21018</w:t>
        <w:br/>
        <w:t>f 28187/24844/21074 28186/24845/21074 28185/24846/21075</w:t>
        <w:br/>
        <w:t>f 28191/24847/21076 28190/24848/21077 28189/24849/21078</w:t>
        <w:br/>
        <w:t>f 28188/24850/21079 28191/24847/21076 28189/24849/21078</w:t>
        <w:br/>
        <w:t>f 28190/24848/21077 28193/24851/21080 28192/24852/21081</w:t>
        <w:br/>
        <w:t>f 28196/24853/21082 28195/24854/21083 28194/24855/21084</w:t>
        <w:br/>
        <w:t>f 28191/24847/21076 28196/24853/21082 28194/24855/21084</w:t>
        <w:br/>
        <w:t>f 28191/24847/21076 28188/24850/21079 28196/24853/21082</w:t>
        <w:br/>
        <w:t>f 28198/24856/21085 28197/24857/21086 28194/24855/21084</w:t>
        <w:br/>
        <w:t>f 28194/24855/21084 28195/24854/21083 28198/24856/21085</w:t>
        <w:br/>
        <w:t>f 27807/24467/20758 28199/24858/21087 27749/24406/20698</w:t>
        <w:br/>
        <w:t>f 27752/24409/20701 27836/24495/20786 28200/24859/21088</w:t>
        <w:br/>
        <w:t>f 28202/24860/21089 28201/24861/21090 27824/24484/20775</w:t>
        <w:br/>
        <w:t>f 27825/24483/20774 28202/24860/21089 27824/24484/20775</w:t>
        <w:br/>
        <w:t>f 27824/24484/20775 28201/24861/21090 28203/24862/21091</w:t>
        <w:br/>
        <w:t>f 27828/24486/20777 27824/24484/20775 28203/24862/21091</w:t>
        <w:br/>
        <w:t>f 28205/24863/21092 28204/24864/21093 27913/24569/20860</w:t>
        <w:br/>
        <w:t>f 27910/24572/20863 28205/24863/21092 27913/24569/20860</w:t>
        <w:br/>
        <w:t>f 28019/24679/20934 27987/24647/20911 27988/24646/20910</w:t>
        <w:br/>
        <w:t>f 28020/24678/20934 28019/24679/20934 27988/24646/20910</w:t>
        <w:br/>
        <w:t>f 28069/24727/20980 28207/24865/21094 28206/24866/21095</w:t>
        <w:br/>
        <w:t>f 28068/24728/20981 28069/24727/20980 28206/24866/21095</w:t>
        <w:br/>
        <w:t>f 28056/24716/20969 28057/24715/20968 28209/24867/21096</w:t>
        <w:br/>
        <w:t>f 28208/24868/21097 28056/24716/20969 28209/24867/21096</w:t>
        <w:br/>
        <w:t>f 28041/24699/20952 28056/24716/20969 28208/24868/21097</w:t>
        <w:br/>
        <w:t>f 28210/24869/21098 28041/24699/20952 28208/24868/21097</w:t>
        <w:br/>
        <w:t>f 28210/24869/21098 28211/24870/21099 28040/24700/20953</w:t>
        <w:br/>
        <w:t>f 28041/24699/20952 28210/24869/21098 28040/24700/20953</w:t>
        <w:br/>
        <w:t>f 27873/24532/20823 27838/24496/20787 28212/24871/21100</w:t>
        <w:br/>
        <w:t>f 28214/24872/21101 28213/24873/21102 27961/24621/20895</w:t>
        <w:br/>
        <w:t>f 27962/24620/20894 28214/24872/21101 27961/24621/20895</w:t>
        <w:br/>
        <w:t>f 28216/24874/21103 28215/24875/21104 27857/24515/20806</w:t>
        <w:br/>
        <w:t>f 27856/24516/20807 28216/24874/21103 27857/24515/20806</w:t>
        <w:br/>
        <w:t>f 28032/24692/20945 28033/24691/20944 28217/24876/21105</w:t>
        <w:br/>
        <w:t>f 28026/24685/20938 28219/24877/21106 28218/24878/21107</w:t>
        <w:br/>
        <w:t>f 28025/24686/20939 28026/24685/20938 28218/24878/21107</w:t>
        <w:br/>
        <w:t>f 28220/24879/21108 28219/24877/21106 28026/24685/20938</w:t>
        <w:br/>
        <w:t>f 28029/24689/20942 28220/24879/21108 28026/24685/20938</w:t>
        <w:br/>
        <w:t>f 28219/24877/21106 28222/24880/21109 28221/24881/21110</w:t>
        <w:br/>
        <w:t>f 27871/24531/20822 28223/24882/21111 27838/24496/20787</w:t>
        <w:br/>
        <w:t>f 28032/24692/20945 28224/24883/21112 28036/24694/20947</w:t>
        <w:br/>
        <w:t>f 27737/24394/20686 27875/24533/20824 28225/24884/21113</w:t>
        <w:br/>
        <w:t>f 28221/24881/21110 28218/24878/21107 28219/24877/21106</w:t>
        <w:br/>
        <w:t>f 28227/24885/21114 28226/24886/21115 27907/24568/20859</w:t>
        <w:br/>
        <w:t>f 28229/24887/21116 28016/24676/20933 28017/24675/20932</w:t>
        <w:br/>
        <w:t>f 28228/24888/21116 28229/24887/21116 28017/24675/20932</w:t>
        <w:br/>
        <w:t>f 28013/24671/20928 28014/24670/20928 28231/24889/21117</w:t>
        <w:br/>
        <w:t>f 28230/24890/21118 28013/24671/20928 28231/24889/21117</w:t>
        <w:br/>
        <w:t>f 27905/24563/20854 28233/24891/21119 28232/24892/21120</w:t>
        <w:br/>
        <w:t>f 27900/24561/20852 28234/24893/21121 27914/24575/20866</w:t>
        <w:br/>
        <w:t>f 27902/24559/20850 27900/24561/20852 27914/24575/20866</w:t>
        <w:br/>
        <w:t>f 28236/24894/21122 28235/24895/21123 27787/24445/20737</w:t>
        <w:br/>
        <w:t>f 27791/24448/20740 28236/24894/21122 27787/24445/20737</w:t>
        <w:br/>
        <w:t>f 27751/24410/20702 27786/24446/20738 27787/24445/20737</w:t>
        <w:br/>
        <w:t>f 27786/24446/20738 27751/24410/20702 27752/24409/20701</w:t>
        <w:br/>
        <w:t>f 27782/24442/20734 27786/24446/20738 27752/24409/20701</w:t>
        <w:br/>
        <w:t>f 28238/24896/21124 28237/24897/21124 27953/24615/20891</w:t>
        <w:br/>
        <w:t>f 27954/24614/20890 28238/24896/21124 27953/24615/20891</w:t>
        <w:br/>
        <w:t>f 28240/24898/21125 28239/24899/21126 27862/24524/20815</w:t>
        <w:br/>
        <w:t>f 27863/24523/20814 28240/24898/21125 27862/24524/20815</w:t>
        <w:br/>
        <w:t>f 27886/24543/20834 28241/24900/21127 27885/24544/20835</w:t>
        <w:br/>
        <w:t>f 27949/24611/20888 27950/24610/20888 27992/24652/20916</w:t>
        <w:br/>
        <w:t>f 27993/24651/20915 27949/24611/20888 27992/24652/20916</w:t>
        <w:br/>
        <w:t>f 27782/24442/20734 27752/24409/20701 28200/24859/21088</w:t>
        <w:br/>
        <w:t>f 27781/24443/20735 27782/24442/20734 28200/24859/21088</w:t>
        <w:br/>
        <w:t>f 28093/24755/21007 28094/24754/21007 28077/24734/20987</w:t>
        <w:br/>
        <w:t>f 28075/24736/20989 28093/24755/21007 28077/24734/20987</w:t>
        <w:br/>
        <w:t>f 28136/24798/21036 28137/24797/21036 28127/24783/21027</w:t>
        <w:br/>
        <w:t>f 28124/24786/21027 28136/24798/21036 28127/24783/21027</w:t>
        <w:br/>
        <w:t>f 28119/24775/21022 28148/24805/21042 28149/24808/21042</w:t>
        <w:br/>
        <w:t>f 28118/24776/21022 28119/24775/21022 28149/24808/21042</w:t>
        <w:br/>
        <w:t>f 28084/24741/20994 28082/24743/20735 28239/24899/21126</w:t>
        <w:br/>
        <w:t>f 28240/24898/21125 28084/24741/20994 28239/24899/21126</w:t>
        <w:br/>
        <w:t>f 28238/24896/21124 28243/24901/21128 28242/24902/21128</w:t>
        <w:br/>
        <w:t>f 28237/24897/21124 28238/24896/21124 28242/24902/21128</w:t>
        <w:br/>
        <w:t>f 28001/24663/20923 28002/24662/20923 27989/24649/20913</w:t>
        <w:br/>
        <w:t>f 27990/24648/20912 28001/24663/20923 27989/24649/20913</w:t>
        <w:br/>
        <w:t>f 27998/24657/20919 28245/24903/21129 28244/24904/21129</w:t>
        <w:br/>
        <w:t>f 27997/24654/20917 27998/24657/20919 28244/24904/21129</w:t>
        <w:br/>
        <w:t>f 28247/24905/21130 28246/24906/21131 28087/24745/20997</w:t>
        <w:br/>
        <w:t>f 27780/24436/20728 28247/24905/21130 28087/24745/20997</w:t>
        <w:br/>
        <w:t>f 28248/24907/21132 28247/24905/21130 27780/24436/20728</w:t>
        <w:br/>
        <w:t>f 27777/24439/20731 28248/24907/21132 27780/24436/20728</w:t>
        <w:br/>
        <w:t>f 27766/24424/20716 28248/24907/21132 27777/24439/20731</w:t>
        <w:br/>
        <w:t>f 28249/24908/21133 27766/24424/20716 27740/24397/20689</w:t>
        <w:br/>
        <w:t>f 27755/24416/20708 27747/24408/20700 27801/24461/20752</w:t>
        <w:br/>
        <w:t>f 28253/24909/21134 28252/24910/21135 28251/24911/21136</w:t>
        <w:br/>
        <w:t>f 28250/24912/21137 28253/24909/21134 28251/24911/21136</w:t>
        <w:br/>
        <w:t>f 27818/24477/20768 28252/24910/21135 28253/24909/21134</w:t>
        <w:br/>
        <w:t>f 28254/24913/21138 27818/24477/20768 28253/24909/21134</w:t>
        <w:br/>
        <w:t>f 27817/24478/20769 27818/24477/20768 28254/24913/21138</w:t>
        <w:br/>
        <w:t>f 28090/24750/21003 27817/24478/20769 28254/24913/21138</w:t>
        <w:br/>
        <w:t>f 27857/24515/20806 28215/24875/21104 28255/24914/21139</w:t>
        <w:br/>
        <w:t>f 28199/24858/21087 27857/24515/20806 28255/24914/21139</w:t>
        <w:br/>
        <w:t>f 28250/24912/21137 28251/24911/21136 28257/24915/21087</w:t>
        <w:br/>
        <w:t>f 28256/24916/21139 28250/24912/21137 28257/24915/21087</w:t>
        <w:br/>
        <w:t>f 28259/24917/21140 28251/24911/21136 28252/24910/21135</w:t>
        <w:br/>
        <w:t>f 28258/24918/21141 28259/24917/21140 28252/24910/21135</w:t>
        <w:br/>
        <w:t>f 27819/24476/20767 28258/24918/21141 28252/24910/21135</w:t>
        <w:br/>
        <w:t>f 27818/24477/20768 27819/24476/20767 28252/24910/21135</w:t>
        <w:br/>
        <w:t>f 27739/24398/20690 27765/24425/20717 28260/24919/21142</w:t>
        <w:br/>
        <w:t>f 27741/24401/20693 27739/24398/20690 28260/24919/21142</w:t>
        <w:br/>
        <w:t>f 27778/24438/20730 27810/24469/20760 28261/24920/21143</w:t>
        <w:br/>
        <w:t>f 27777/24439/20731 27778/24438/20730 27765/24425/20717</w:t>
        <w:br/>
        <w:t>f 27766/24424/20716 27777/24439/20731 27765/24425/20717</w:t>
        <w:br/>
        <w:t>f 28263/24921/21144 28262/24922/21145 27717/24375/20667</w:t>
        <w:br/>
        <w:t>f 27718/24374/20666 28263/24921/21144 27717/24375/20667</w:t>
        <w:br/>
        <w:t>f 28265/24923/21146 27861/24517/20808 27858/24520/20811</w:t>
        <w:br/>
        <w:t>f 28264/24924/21147 28265/24923/21146 27858/24520/20811</w:t>
        <w:br/>
        <w:t>f 28259/24917/21140 28267/24925/21148 28266/24926/20699</w:t>
        <w:br/>
        <w:t>f 28258/24918/21141 28086/24746/20998 28087/24745/20997</w:t>
        <w:br/>
        <w:t>f 28268/24927/21149 28258/24918/21141 28087/24745/20997</w:t>
        <w:br/>
        <w:t>f 28272/24928/21150 28271/24929/21151 28270/24930/21152</w:t>
        <w:br/>
        <w:t>f 28269/24931/21153 28272/24928/21150 28270/24930/21152</w:t>
        <w:br/>
        <w:t>f 28276/24932/21154 28275/24933/21154 28274/24934/21155</w:t>
        <w:br/>
        <w:t>f 28273/24935/21155 28276/24932/21154 28274/24934/21155</w:t>
        <w:br/>
        <w:t>f 28280/24936/21156 28279/24937/21157 28278/24938/21158</w:t>
        <w:br/>
        <w:t>f 28277/24939/21159 28280/24936/21156 28278/24938/21158</w:t>
        <w:br/>
        <w:t>f 28283/24940/21160 28282/24941/21161 28281/24942/21162</w:t>
        <w:br/>
        <w:t>f 28286/24943/21163 28285/24944/21164 28284/24945/21165</w:t>
        <w:br/>
        <w:t>f 28284/24945/21165 28285/24944/21164 28288/24946/21166</w:t>
        <w:br/>
        <w:t>f 28287/24947/21167 28284/24945/21165 28288/24946/21166</w:t>
        <w:br/>
        <w:t>f 28290/24948/21168 28289/24949/21169 28268/24927/21149</w:t>
        <w:br/>
        <w:t>f 28291/24950/21170 28282/24941/21161 28283/24940/21160</w:t>
        <w:br/>
        <w:t>f 27834/24492/20783 27833/24493/20784 28292/24951/21171</w:t>
        <w:br/>
        <w:t>f 28293/24952/21172 27834/24492/20783 28292/24951/21171</w:t>
        <w:br/>
        <w:t>f 28295/24953/21173 28294/24954/21174 27900/24561/20852</w:t>
        <w:br/>
        <w:t>f 28297/24955/21175 28234/24893/21121 27900/24561/20852</w:t>
        <w:br/>
        <w:t>f 28296/24956/21176 28297/24955/21175 27900/24561/20852</w:t>
        <w:br/>
        <w:t>f 28269/24931/21153 28270/24930/21152 28299/24957/21177</w:t>
        <w:br/>
        <w:t>f 28298/24958/21178 28269/24931/21153 28299/24957/21177</w:t>
        <w:br/>
        <w:t>f 28299/24957/21177 28301/24959/21179 28300/24960/21180</w:t>
        <w:br/>
        <w:t>f 28298/24958/21178 28299/24957/21177 28300/24960/21180</w:t>
        <w:br/>
        <w:t>f 28084/24741/20994 28281/24942/21162 28083/24742/20995</w:t>
        <w:br/>
        <w:t>f 28287/24947/21167 28303/24961/21181 28302/24962/21182</w:t>
        <w:br/>
        <w:t>f 28284/24945/21165 28287/24947/21167 28302/24962/21182</w:t>
        <w:br/>
        <w:t>f 28306/24963/21183 28305/24964/21184 28304/24965/21185</w:t>
        <w:br/>
        <w:t>f 28285/24944/21164 28307/24966/21184 28288/24946/21166</w:t>
        <w:br/>
        <w:t>f 27736/24395/20687 28279/24937/21157 27735/24396/20688</w:t>
        <w:br/>
        <w:t>f 28292/24951/21171 28308/24967/21186 27840/24498/20789</w:t>
        <w:br/>
        <w:t>f 28293/24952/21172 28292/24951/21171 27840/24498/20789</w:t>
        <w:br/>
        <w:t>f 27840/24498/20789 28280/24936/21156 28293/24952/21172</w:t>
        <w:br/>
        <w:t>f 27885/24544/20835 28291/24950/21170 28309/24968/21187</w:t>
        <w:br/>
        <w:t>f 27884/24545/20836 27885/24544/20835 28309/24968/21187</w:t>
        <w:br/>
        <w:t>f 27864/24522/20813 28309/24968/21187 28291/24950/21170</w:t>
        <w:br/>
        <w:t>f 27863/24523/20814 27864/24522/20813 28291/24950/21170</w:t>
        <w:br/>
        <w:t>f 27904/24564/20855 27905/24563/20854 28294/24954/21174</w:t>
        <w:br/>
        <w:t>f 28310/24969/21188 27904/24564/20855 28294/24954/21174</w:t>
        <w:br/>
        <w:t>f 28310/24969/21188 27919/24578/20869 27884/24545/20836</w:t>
        <w:br/>
        <w:t>f 28312/24970/21189 28311/24971/21190 28297/24955/21175</w:t>
        <w:br/>
        <w:t>f 28296/24956/21176 28312/24970/21189 28297/24955/21175</w:t>
        <w:br/>
        <w:t>f 27864/24522/20813 27904/24564/20855 28310/24969/21188</w:t>
        <w:br/>
        <w:t>f 28309/24968/21187 27864/24522/20813 28310/24969/21188</w:t>
        <w:br/>
        <w:t>f 28275/24933/21154 28276/24932/21154 27921/24583/20873</w:t>
        <w:br/>
        <w:t>f 27922/24582/20872 28275/24933/21154 27921/24583/20873</w:t>
        <w:br/>
        <w:t>f 28273/24935/21155 28274/24934/21155 27930/24590/20877</w:t>
        <w:br/>
        <w:t>f 27931/24589/20877 28273/24935/21155 27930/24590/20877</w:t>
        <w:br/>
        <w:t>f 28269/24931/21153 28046/24706/20959 28048/24708/20961</w:t>
        <w:br/>
        <w:t>f 28272/24928/21150 28269/24931/21153 28048/24708/20961</w:t>
        <w:br/>
        <w:t>f 28298/24958/21178 28045/24701/20954 28046/24706/20959</w:t>
        <w:br/>
        <w:t>f 28269/24931/21153 28298/24958/21178 28046/24706/20959</w:t>
        <w:br/>
        <w:t>f 28298/24958/21178 28300/24960/21180 28044/24702/20955</w:t>
        <w:br/>
        <w:t>f 28045/24701/20954 28298/24958/21178 28044/24702/20955</w:t>
        <w:br/>
        <w:t>f 28271/24929/21151 28034/24690/20943 28031/24693/20946</w:t>
        <w:br/>
        <w:t>f 28270/24930/21152 28271/24929/21151 28031/24693/20946</w:t>
        <w:br/>
        <w:t>f 28035/24695/20948 28299/24957/21177 28270/24930/21152</w:t>
        <w:br/>
        <w:t>f 28031/24693/20946 28035/24695/20948 28270/24930/21152</w:t>
        <w:br/>
        <w:t>f 28035/24695/20948 28313/24972/21191 28301/24959/21179</w:t>
        <w:br/>
        <w:t>f 28299/24957/21177 28035/24695/20948 28301/24959/21179</w:t>
        <w:br/>
        <w:t>f 28232/24892/21120 28312/24970/21189 28296/24956/21176</w:t>
        <w:br/>
        <w:t>f 28283/24940/21160 28240/24898/21125 27863/24523/20814</w:t>
        <w:br/>
        <w:t>f 28291/24950/21170 28283/24940/21160 27863/24523/20814</w:t>
        <w:br/>
        <w:t>f 28291/24950/21170 27885/24544/20835 28241/24900/21127</w:t>
        <w:br/>
        <w:t>f 28282/24941/21161 28291/24950/21170 28241/24900/21127</w:t>
        <w:br/>
        <w:t>f 28282/24941/21161 27796/24456/20748 28281/24942/21162</w:t>
        <w:br/>
        <w:t>f 28283/24940/21160 28084/24741/20994 28240/24898/21125</w:t>
        <w:br/>
        <w:t>f 28314/24973/21192 28268/24927/21149 28087/24745/20997</w:t>
        <w:br/>
        <w:t>f 28316/24974/21193 28315/24975/21194 28289/24949/21169</w:t>
        <w:br/>
        <w:t>f 28289/24949/21169 28259/24917/21140 28258/24918/21141</w:t>
        <w:br/>
        <w:t>f 28268/24927/21149 28289/24949/21169 28258/24918/21141</w:t>
        <w:br/>
        <w:t>f 28260/24919/21142 27765/24425/20717 27778/24438/20730</w:t>
        <w:br/>
        <w:t>f 28261/24920/21143 28260/24919/21142 27778/24438/20730</w:t>
        <w:br/>
        <w:t>f 28134/24792/21033 28129/24787/21029 28128/24788/21030</w:t>
        <w:br/>
        <w:t>f 28133/24793/21033 28134/24792/21033 28128/24788/21030</w:t>
        <w:br/>
        <w:t>f 27855/24511/20802 28317/24976/21195 28072/24729/20982</w:t>
        <w:br/>
        <w:t>f 27854/24512/20803 27855/24511/20802 28072/24729/20982</w:t>
        <w:br/>
        <w:t>f 28178/24837/21069 28072/24729/20982 28317/24976/21195</w:t>
        <w:br/>
        <w:t>f 28318/24977/21196 28178/24837/21069 28317/24976/21195</w:t>
        <w:br/>
        <w:t>f 27841/24503/20794 27842/24502/20793 28178/24837/21069</w:t>
        <w:br/>
        <w:t>f 28318/24977/21196 27841/24503/20794 28178/24837/21069</w:t>
        <w:br/>
        <w:t>f 27844/24500/20791 27845/24506/20797 27843/24501/20792</w:t>
        <w:br/>
        <w:t>f 28179/24838/21070 28319/24978/21197 28151/24809/21045</w:t>
        <w:br/>
        <w:t>f 27742/24400/20692 27741/24401/20693 27724/24386/20678</w:t>
        <w:br/>
        <w:t>f 27725/24385/20677 27742/24400/20692 27724/24386/20678</w:t>
        <w:br/>
        <w:t>f 27746/24402/20694 27738/24399/20691 27742/24400/20692</w:t>
        <w:br/>
        <w:t>f 27725/24385/20677 27746/24402/20694 27742/24400/20692</w:t>
        <w:br/>
        <w:t>f 27753/24413/20705 28321/24979/21198 28320/24980/21199</w:t>
        <w:br/>
        <w:t>f 28325/24981/21200 28324/24982/21201 28323/24983/21202</w:t>
        <w:br/>
        <w:t>f 28322/24984/21203 28325/24981/21200 28323/24983/21202</w:t>
        <w:br/>
        <w:t>f 27789/24450/20742 28327/24985/21204 28326/24986/21205</w:t>
        <w:br/>
        <w:t>f 27791/24448/20740 27789/24450/20742 28326/24986/21205</w:t>
        <w:br/>
        <w:t>f 27815/24474/20765 28328/24987/21206 27892/24548/20839</w:t>
        <w:br/>
        <w:t>f 27814/24475/20766 27815/24474/20765 27892/24548/20839</w:t>
        <w:br/>
        <w:t>f 27869/24529/20820 27814/24475/20766 27892/24548/20839</w:t>
        <w:br/>
        <w:t>f 27889/24551/20842 27869/24529/20820 27892/24548/20839</w:t>
        <w:br/>
        <w:t>f 27889/24551/20842 27920/24579/20870 27869/24529/20820</w:t>
        <w:br/>
        <w:t>f 27894/24555/20846 27897/24556/20847 27912/24570/20861</w:t>
        <w:br/>
        <w:t>f 28204/24864/21093 27828/24486/20777 28203/24862/21091</w:t>
        <w:br/>
        <w:t>f 27913/24569/20860 28204/24864/21093 28203/24862/21091</w:t>
        <w:br/>
        <w:t>f 27827/24487/20778 27828/24486/20777 27882/24541/20832</w:t>
        <w:br/>
        <w:t>f 27880/24539/20830 27827/24487/20778 27882/24541/20832</w:t>
        <w:br/>
        <w:t>f 27827/24487/20778 27880/24539/20830 27811/24472/20763</w:t>
        <w:br/>
        <w:t>f 27879/24535/20826 27822/24481/20772 27811/24472/20763</w:t>
        <w:br/>
        <w:t>f 27942/24600/20883 27941/24601/20883 27983/24641/20907</w:t>
        <w:br/>
        <w:t>f 27984/24640/20906 27942/24600/20883 27983/24641/20907</w:t>
        <w:br/>
        <w:t>f 28064/24722/20975 28052/24710/20963 28053/24709/20962</w:t>
        <w:br/>
        <w:t>f 28063/24723/20976 28064/24722/20975 28053/24709/20962</w:t>
        <w:br/>
        <w:t>f 28064/24722/20975 28066/24726/20979 28055/24713/20966</w:t>
        <w:br/>
        <w:t>f 28052/24710/20963 28064/24722/20975 28055/24713/20966</w:t>
        <w:br/>
        <w:t>f 28068/24728/20981 28057/24715/20968 28055/24713/20966</w:t>
        <w:br/>
        <w:t>f 28066/24726/20979 28068/24728/20981 28055/24713/20966</w:t>
        <w:br/>
        <w:t>f 28209/24867/21096 28057/24715/20968 28068/24728/20981</w:t>
        <w:br/>
        <w:t>f 28206/24866/21095 28209/24867/21096 28068/24728/20981</w:t>
        <w:br/>
        <w:t>f 28331/24988/21207 28330/24989/21208 28329/24990/21209</w:t>
        <w:br/>
        <w:t>f 28171/24832/21064 28331/24988/21207 28329/24990/21209</w:t>
        <w:br/>
        <w:t>f 28335/24991/21210 28334/24992/21211 28333/24993/21211</w:t>
        <w:br/>
        <w:t>f 28332/24994/21210 28335/24991/21210 28333/24993/21211</w:t>
        <w:br/>
        <w:t>f 28168/24829/21061 28337/24995/21212 28336/24996/21213</w:t>
        <w:br/>
        <w:t>f 28170/24827/21059 28168/24829/21061 28336/24996/21213</w:t>
        <w:br/>
        <w:t>f 28341/24997/21214 28340/24998/21215 28339/24999/21216</w:t>
        <w:br/>
        <w:t>f 28338/25000/21217 28341/24997/21214 28339/24999/21216</w:t>
        <w:br/>
        <w:t>f 28345/25001/21218 28344/25002/21219 28343/25003/21220</w:t>
        <w:br/>
        <w:t>f 28342/25004/21221 28345/25001/21218 28343/25003/21220</w:t>
        <w:br/>
        <w:t>f 28349/25005/21222 28348/25006/21223 28347/25007/21224</w:t>
        <w:br/>
        <w:t>f 28346/25008/21225 28349/25005/21222 28347/25007/21224</w:t>
        <w:br/>
        <w:t>f 28351/25009/21226 28350/25010/21227 28346/25008/21225</w:t>
        <w:br/>
        <w:t>f 28347/25007/21224 28351/25009/21226 28346/25008/21225</w:t>
        <w:br/>
        <w:t>f 28353/25011/21228 28352/25012/21229 28350/25010/21227</w:t>
        <w:br/>
        <w:t>f 28351/25009/21226 28353/25011/21228 28350/25010/21227</w:t>
        <w:br/>
        <w:t>f 28357/25013/21230 28356/25014/21231 28355/25015/20668</w:t>
        <w:br/>
        <w:t>f 28354/25016/21232 28357/25013/21230 28355/25015/20668</w:t>
        <w:br/>
        <w:t>f 28361/25017/21233 28360/25018/21234 28359/25019/21235</w:t>
        <w:br/>
        <w:t>f 28358/25020/21236 28361/25017/21233 28359/25019/21235</w:t>
        <w:br/>
        <w:t>f 28363/25021/21237 28335/24991/21210 28332/24994/21210</w:t>
        <w:br/>
        <w:t>f 28362/25022/21238 28363/25021/21237 28332/24994/21210</w:t>
        <w:br/>
        <w:t>f 28367/25023/21239 28366/25024/21240 28365/25025/20810</w:t>
        <w:br/>
        <w:t>f 28364/25026/21241 28367/25023/21239 28365/25025/20810</w:t>
        <w:br/>
        <w:t>f 28371/25027/21242 28370/25028/21243 28369/25029/21244</w:t>
        <w:br/>
        <w:t>f 28368/25030/21245 28371/25027/21242 28369/25029/21244</w:t>
        <w:br/>
        <w:t>f 28373/25031/21241 27859/24519/20810 27860/24518/20809</w:t>
        <w:br/>
        <w:t>f 28372/25032/21246 28373/25031/21241 27860/24518/20809</w:t>
        <w:br/>
        <w:t>f 28375/25033/21247 28374/25034/21248 27715/24377/20669</w:t>
        <w:br/>
        <w:t>f 27716/24376/20668 28375/25033/21247 27715/24377/20669</w:t>
        <w:br/>
        <w:t>f 28379/25035/21249 28378/25036/21250 28377/25037/21251</w:t>
        <w:br/>
        <w:t>f 28376/25038/21252 28379/25035/21249 28377/25037/21251</w:t>
        <w:br/>
        <w:t>f 28381/25039/21253 28380/25040/21254 28376/25038/21252</w:t>
        <w:br/>
        <w:t>f 28377/25037/21251 28381/25039/21253 28376/25038/21252</w:t>
        <w:br/>
        <w:t>f 28385/25041/21255 28384/25042/21255 28383/25043/21256</w:t>
        <w:br/>
        <w:t>f 28382/25044/21257 28385/25041/21255 28383/25043/21256</w:t>
        <w:br/>
        <w:t>f 28342/25004/21221 28387/25045/21258 28386/25046/21259</w:t>
        <w:br/>
        <w:t>f 28345/25001/21218 28342/25004/21221 28386/25046/21259</w:t>
        <w:br/>
        <w:t>f 28391/25047/21260 28390/25048/21261 28389/25049/21262</w:t>
        <w:br/>
        <w:t>f 28388/25050/21263 28391/25047/21260 28389/25049/21262</w:t>
        <w:br/>
        <w:t>f 28393/25051/21264 28392/25052/21265 28150/24810/21046</w:t>
        <w:br/>
        <w:t>f 27846/24505/20796 28393/25051/21264 28150/24810/21046</w:t>
        <w:br/>
        <w:t>f 28394/25053/21266 28393/25051/21264 27846/24505/20796</w:t>
        <w:br/>
        <w:t>f 27847/24504/20795 28394/25053/21266 27846/24505/20796</w:t>
        <w:br/>
        <w:t>f 28396/25054/21267 27849/24509/20800 27850/24508/20799</w:t>
        <w:br/>
        <w:t>f 28395/25055/21268 28396/25054/21267 27850/24508/20799</w:t>
        <w:br/>
        <w:t>f 28397/25056/21269 28395/25055/21268 27850/24508/20799</w:t>
        <w:br/>
        <w:t>f 27723/24382/20674 28397/25056/21269 27850/24508/20799</w:t>
        <w:br/>
        <w:t>f 28399/25057/21270 28398/25058/21271 27721/24379/20671</w:t>
        <w:br/>
        <w:t>f 27722/24378/20670 28399/25057/21270 27721/24379/20671</w:t>
        <w:br/>
        <w:t>f 28401/25059/21272 27852/24514/20805 27853/24513/20804</w:t>
        <w:br/>
        <w:t>f 28400/25060/21273 28401/25059/21272 27853/24513/20804</w:t>
        <w:br/>
        <w:t>f 28403/25061/21274 28402/25062/21275 28348/25006/21223</w:t>
        <w:br/>
        <w:t>f 28349/25005/21222 28403/25061/21274 28348/25006/21223</w:t>
        <w:br/>
        <w:t>f 28172/24831/21063 28406/25063/21276 28405/25064/21277</w:t>
        <w:br/>
        <w:t>f 28404/25065/21278 28172/24831/21063 28405/25064/21277</w:t>
        <w:br/>
        <w:t>f 28170/24827/21059 28336/24996/21213 28388/25050/21263</w:t>
        <w:br/>
        <w:t>f 28389/25049/21262 28170/24827/21059 28388/25050/21263</w:t>
        <w:br/>
        <w:t>f 28410/25066/21279 28409/25067/21280 28408/25068/21281</w:t>
        <w:br/>
        <w:t>f 28407/25069/21282 28410/25066/21279 28408/25068/21281</w:t>
        <w:br/>
        <w:t>f 28150/24810/21046 28392/25052/21265 28411/25070/21283</w:t>
        <w:br/>
        <w:t>f 28408/25068/21281 28333/24993/21211 28334/24992/21211</w:t>
        <w:br/>
        <w:t>f 28407/25069/21282 28408/25068/21281 28334/24992/21211</w:t>
        <w:br/>
        <w:t>f 28412/25071/21284 28394/25053/21266 27847/24504/20795</w:t>
        <w:br/>
        <w:t>f 28414/25072/21285 28363/25021/21237 28362/25022/21238</w:t>
        <w:br/>
        <w:t>f 28413/25073/21286 28414/25072/21285 28362/25022/21238</w:t>
        <w:br/>
        <w:t>f 28416/25074/21287 28415/25075/21288 28352/25012/21229</w:t>
        <w:br/>
        <w:t>f 28353/25011/21228 28416/25074/21287 28352/25012/21229</w:t>
        <w:br/>
        <w:t>f 27852/24514/20805 28401/25059/21272 28417/25076/21289</w:t>
        <w:br/>
        <w:t>f 28171/24832/21064 28419/25077/21290 28418/25078/21291</w:t>
        <w:br/>
        <w:t>f 28331/24988/21207 28171/24832/21064 28418/25078/21291</w:t>
        <w:br/>
        <w:t>f 28423/25079/21292 28422/25080/21293 28421/25081/21294</w:t>
        <w:br/>
        <w:t>f 28420/25082/21295 28423/25079/21292 28421/25081/21294</w:t>
        <w:br/>
        <w:t>f 28427/25083/21296 28426/25084/21139 28425/25085/21297</w:t>
        <w:br/>
        <w:t>f 28424/25086/21298 28427/25083/21296 28425/25085/21297</w:t>
        <w:br/>
        <w:t>f 28428/25087/21297 28255/24914/21139 28215/24875/21104</w:t>
        <w:br/>
        <w:t>f 28430/25088/21299 27727/24383/20675 27724/24386/20678</w:t>
        <w:br/>
        <w:t>f 28429/25089/21300 28430/25088/21299 27724/24386/20678</w:t>
        <w:br/>
        <w:t>f 28429/25089/21300 28078/24740/20993 28431/25090/21301</w:t>
        <w:br/>
        <w:t>f 28435/25091/21302 28434/25092/21303 28433/25093/21304</w:t>
        <w:br/>
        <w:t>f 28432/25094/20993 28435/25091/21302 28433/25093/21304</w:t>
        <w:br/>
        <w:t>f 28439/25095/21305 28438/25096/21306 28437/25097/21307</w:t>
        <w:br/>
        <w:t>f 28436/25098/21308 28439/25095/21305 28437/25097/21307</w:t>
        <w:br/>
        <w:t>f 28423/25079/21292 28441/25099/21309 28440/25100/21310</w:t>
        <w:br/>
        <w:t>f 28422/25080/21293 28423/25079/21292 28440/25100/21310</w:t>
        <w:br/>
        <w:t>f 28382/25044/21257 28383/25043/21256 28443/25101/21311</w:t>
        <w:br/>
        <w:t>f 28442/25102/21312 28382/25044/21257 28443/25101/21311</w:t>
        <w:br/>
        <w:t>f 28447/25103/21313 28446/25104/21314 28445/25105/21315</w:t>
        <w:br/>
        <w:t>f 28444/25106/21316 28447/25103/21313 28445/25105/21315</w:t>
        <w:br/>
        <w:t>f 28345/25001/21218 28386/25046/21259 28449/25107/21317</w:t>
        <w:br/>
        <w:t>f 28448/25108/21318 28345/25001/21218 28449/25107/21317</w:t>
        <w:br/>
        <w:t>f 28451/25109/21319 28450/25110/21320 28403/25061/21274</w:t>
        <w:br/>
        <w:t>f 28349/25005/21222 28451/25109/21319 28403/25061/21274</w:t>
        <w:br/>
        <w:t>f 28455/25111/21321 28454/25112/21322 28453/25113/21323</w:t>
        <w:br/>
        <w:t>f 28452/25114/21324 28455/25111/21321 28453/25113/21323</w:t>
        <w:br/>
        <w:t>f 28405/25064/21277 28441/25099/21309 28456/25115/21325</w:t>
        <w:br/>
        <w:t>f 28445/25105/21315 28405/25064/21277 28456/25115/21325</w:t>
        <w:br/>
        <w:t>f 28339/24999/21216 28459/25116/21326 28458/25117/21327</w:t>
        <w:br/>
        <w:t>f 28457/25118/21328 28339/24999/21216 28458/25117/21327</w:t>
        <w:br/>
        <w:t>f 28463/25119/21329 28462/25120/21330 28461/25121/21331</w:t>
        <w:br/>
        <w:t>f 28460/25122/21329 28463/25119/21329 28461/25121/21331</w:t>
        <w:br/>
        <w:t>f 28411/25070/21283 28392/25052/21265 28465/25123/21332</w:t>
        <w:br/>
        <w:t>f 28464/25124/21333 28411/25070/21283 28465/25123/21332</w:t>
        <w:br/>
        <w:t>f 28392/25052/21265 28393/25051/21264 28466/25125/21334</w:t>
        <w:br/>
        <w:t>f 28465/25123/21332 28392/25052/21265 28466/25125/21334</w:t>
        <w:br/>
        <w:t>f 28467/25126/21335 28463/25119/21329 28460/25122/21329</w:t>
        <w:br/>
        <w:t>f 28468/25127/21335 28467/25126/21335 28460/25122/21329</w:t>
        <w:br/>
        <w:t>f 28393/25051/21264 28470/25128/21336 28469/25129/21336</w:t>
        <w:br/>
        <w:t>f 28466/25125/21334 28393/25051/21264 28469/25129/21336</w:t>
        <w:br/>
        <w:t>f 28467/25126/21335 28468/25127/21335 28472/25130/21337</w:t>
        <w:br/>
        <w:t>f 28471/25131/21338 28467/25126/21335 28472/25130/21337</w:t>
        <w:br/>
        <w:t>f 28470/25128/21336 28474/25132/21339 28473/25133/21340</w:t>
        <w:br/>
        <w:t>f 28469/25129/21336 28470/25128/21336 28473/25133/21340</w:t>
        <w:br/>
        <w:t>f 28362/25022/21238 28472/25130/21337 28475/25134/21341</w:t>
        <w:br/>
        <w:t>f 28413/25073/21286 28362/25022/21238 28475/25134/21341</w:t>
        <w:br/>
        <w:t>f 28396/25054/21267 28395/25055/21268 28477/25135/21342</w:t>
        <w:br/>
        <w:t>f 28476/25136/21343 28396/25054/21267 28477/25135/21342</w:t>
        <w:br/>
        <w:t>f 28479/25137/21344 28478/25138/21345 28359/25019/21235</w:t>
        <w:br/>
        <w:t>f 28360/25018/21234 28479/25137/21344 28359/25019/21235</w:t>
        <w:br/>
        <w:t>f 28397/25056/21269 28480/25139/21346 28477/25135/21342</w:t>
        <w:br/>
        <w:t>f 28395/25055/21268 28397/25056/21269 28477/25135/21342</w:t>
        <w:br/>
        <w:t>f 28482/25140/21347 28481/25141/21348 28376/25038/21252</w:t>
        <w:br/>
        <w:t>f 28380/25040/21254 28482/25140/21347 28376/25038/21252</w:t>
        <w:br/>
        <w:t>f 28399/25057/21270 28484/25142/21349 28483/25143/21350</w:t>
        <w:br/>
        <w:t>f 28398/25058/21271 28399/25057/21270 28483/25143/21350</w:t>
        <w:br/>
        <w:t>f 28379/25035/21249 28376/25038/21252 28481/25141/21348</w:t>
        <w:br/>
        <w:t>f 28485/25144/21351 28379/25035/21249 28481/25141/21348</w:t>
        <w:br/>
        <w:t>f 28401/25059/21272 28487/25145/21352 28486/25146/21353</w:t>
        <w:br/>
        <w:t>f 28417/25076/21289 28401/25059/21272 28486/25146/21353</w:t>
        <w:br/>
        <w:t>f 28489/25147/21354 28488/25148/21355 28352/25012/21229</w:t>
        <w:br/>
        <w:t>f 28415/25075/21288 28489/25147/21354 28352/25012/21229</w:t>
        <w:br/>
        <w:t>f 28491/25149/21356 28490/25150/21357 28487/25145/21352</w:t>
        <w:br/>
        <w:t>f 28401/25059/21272 28491/25149/21356 28487/25145/21352</w:t>
        <w:br/>
        <w:t>f 28352/25012/21229 28488/25148/21355 28492/25151/21358</w:t>
        <w:br/>
        <w:t>f 28350/25010/21227 28352/25012/21229 28492/25151/21358</w:t>
        <w:br/>
        <w:t>f 28418/25078/21291 28493/25152/21359 28490/25150/21357</w:t>
        <w:br/>
        <w:t>f 28400/25060/21273 28418/25078/21291 28490/25150/21357</w:t>
        <w:br/>
        <w:t>f 28494/25153/21360 28346/25008/21225 28350/25010/21227</w:t>
        <w:br/>
        <w:t>f 28492/25151/21358 28494/25153/21360 28350/25010/21227</w:t>
        <w:br/>
        <w:t>f 28494/25153/21360 28451/25109/21319 28349/25005/21222</w:t>
        <w:br/>
        <w:t>f 28346/25008/21225 28494/25153/21360 28349/25005/21222</w:t>
        <w:br/>
        <w:t>f 28419/25077/21290 28454/25112/21361 28493/25152/21359</w:t>
        <w:br/>
        <w:t>f 28418/25078/21291 28419/25077/21290 28493/25152/21359</w:t>
        <w:br/>
        <w:t>f 28498/25154/21362 28497/25155/21363 28496/25156/21364</w:t>
        <w:br/>
        <w:t>f 28495/25157/21364 28498/25154/21362 28496/25156/21364</w:t>
        <w:br/>
        <w:t>f 28391/25047/21260 28500/25158/21365 28499/25159/21366</w:t>
        <w:br/>
        <w:t>f 28438/25096/21306 28391/25047/21260 28499/25159/21366</w:t>
        <w:br/>
        <w:t>f 28336/24996/21213 28502/25160/21367 28501/25161/21368</w:t>
        <w:br/>
        <w:t>f 28388/25050/21263 28336/24996/21213 28501/25161/21368</w:t>
        <w:br/>
        <w:t>f 28495/25157/21364 28496/25156/21364 28504/25162/21369</w:t>
        <w:br/>
        <w:t>f 28503/25163/21369 28495/25157/21364 28504/25162/21369</w:t>
        <w:br/>
        <w:t>f 28337/24995/21212 28411/25070/21283 28464/25124/21333</w:t>
        <w:br/>
        <w:t>f 28505/25164/21370 28337/24995/21212 28464/25124/21333</w:t>
        <w:br/>
        <w:t>f 28408/25068/21281 28409/25067/21280 28506/25165/21371</w:t>
        <w:br/>
        <w:t>f 28461/25121/21331 28408/25068/21281 28506/25165/21371</w:t>
        <w:br/>
        <w:t>f 28423/25079/21292 28420/25082/21295 28508/25166/21372</w:t>
        <w:br/>
        <w:t>f 28507/25167/21373 28423/25079/21292 28508/25166/21372</w:t>
        <w:br/>
        <w:t>f 28338/25000/21217 28339/24999/21216 28457/25118/21328</w:t>
        <w:br/>
        <w:t>f 28509/25168/21374 28338/25000/21217 28457/25118/21328</w:t>
        <w:br/>
        <w:t>f 28512/25169/21375 28425/25085/21297 28511/25170/21376</w:t>
        <w:br/>
        <w:t>f 28510/25171/21377 28512/25169/21375 28511/25170/21376</w:t>
        <w:br/>
        <w:t>f 28514/25172/21378 28356/25014/21231 28357/25013/21230</w:t>
        <w:br/>
        <w:t>f 28513/25173/21379 28514/25172/21378 28357/25013/21230</w:t>
        <w:br/>
        <w:t>f 28215/24875/21104 28516/25174/21380 28515/25175/21381</w:t>
        <w:br/>
        <w:t>f 28428/25087/21297 28215/24875/21104 28515/25175/21381</w:t>
        <w:br/>
        <w:t>f 28375/25033/21247 28518/25176/21378 28517/25177/21382</w:t>
        <w:br/>
        <w:t>f 28374/25034/21248 28375/25033/21247 28517/25177/21382</w:t>
        <w:br/>
        <w:t>f 28216/24874/21103 28519/25178/21383 28516/25174/21380</w:t>
        <w:br/>
        <w:t>f 28215/24875/21104 28216/24874/21103 28516/25174/21380</w:t>
        <w:br/>
        <w:t>f 28374/25034/21248 28517/25177/21382 28520/25179/21384</w:t>
        <w:br/>
        <w:t>f 28429/25089/21300 28522/25180/21385 28521/25181/21386</w:t>
        <w:br/>
        <w:t>f 28430/25088/21299 28429/25089/21300 28521/25181/21386</w:t>
        <w:br/>
        <w:t>f 28372/25032/21246 28524/25182/21387 28523/25183/21388</w:t>
        <w:br/>
        <w:t>f 28431/25090/21301 28525/25184/21389 28522/25180/21385</w:t>
        <w:br/>
        <w:t>f 28429/25089/21300 28431/25090/21301 28522/25180/21385</w:t>
        <w:br/>
        <w:t>f 28373/25031/21241 28372/25032/21246 28523/25183/21388</w:t>
        <w:br/>
        <w:t>f 28526/25185/21390 28373/25031/21241 28523/25183/21388</w:t>
        <w:br/>
        <w:t>f 28434/25092/21303 28528/25186/21391 28527/25187/21389</w:t>
        <w:br/>
        <w:t>f 28433/25093/21304 28434/25092/21303 28527/25187/21389</w:t>
        <w:br/>
        <w:t>f 28367/25023/21239 28364/25026/21241 28530/25188/21390</w:t>
        <w:br/>
        <w:t>f 28529/25189/21392 28367/25023/21239 28530/25188/21390</w:t>
        <w:br/>
        <w:t>f 28437/25097/21307 28438/25096/21306 28499/25159/21366</w:t>
        <w:br/>
        <w:t>f 28531/25190/21393 28437/25097/21307 28499/25159/21366</w:t>
        <w:br/>
        <w:t>f 28368/25030/21245 28533/25191/21394 28532/25192/21395</w:t>
        <w:br/>
        <w:t>f 28371/25027/21242 28368/25030/21245 28532/25192/21395</w:t>
        <w:br/>
        <w:t>f 28502/25160/21367 28336/24996/21213 28337/24995/21212</w:t>
        <w:br/>
        <w:t>f 28505/25164/21370 28502/25160/21367 28337/24995/21212</w:t>
        <w:br/>
        <w:t>f 28503/25163/21369 28504/25162/21369 28506/25165/21371</w:t>
        <w:br/>
        <w:t>f 28409/25067/21280 28503/25163/21369 28506/25165/21371</w:t>
        <w:br/>
        <w:t>f 28409/25067/21280 28410/25066/21279 28384/25042/21255</w:t>
        <w:br/>
        <w:t>f 28385/25041/21255 28409/25067/21280 28384/25042/21255</w:t>
        <w:br/>
        <w:t>f 28387/25045/21258 28402/25062/21275 28403/25061/21274</w:t>
        <w:br/>
        <w:t>f 28386/25046/21259 28387/25045/21258 28403/25061/21274</w:t>
        <w:br/>
        <w:t>f 28386/25046/21259 28403/25061/21274 28450/25110/21320</w:t>
        <w:br/>
        <w:t>f 28449/25107/21317 28386/25046/21259 28450/25110/21320</w:t>
        <w:br/>
        <w:t>f 28452/25114/21324 28447/25103/21313 28444/25106/21316</w:t>
        <w:br/>
        <w:t>f 28455/25111/21321 28452/25114/21324 28444/25106/21316</w:t>
        <w:br/>
        <w:t>f 28171/24832/21064 28172/24831/21063 28404/25065/21278</w:t>
        <w:br/>
        <w:t>f 28534/25193/21396 28171/24832/21064 28404/25065/21278</w:t>
        <w:br/>
        <w:t>f 28151/24809/21045 28150/24810/21046 28168/24829/21061</w:t>
        <w:br/>
        <w:t>f 28169/24828/21060 28151/24809/21045 28168/24829/21061</w:t>
        <w:br/>
        <w:t>f 28411/25070/21283 28337/24995/21212 28168/24829/21061</w:t>
        <w:br/>
        <w:t>f 28150/24810/21046 28411/25070/21283 28168/24829/21061</w:t>
        <w:br/>
        <w:t>f 28163/24819/21053 28160/24822/21053 28164/24824/21057</w:t>
        <w:br/>
        <w:t>f 28165/24823/21056 28163/24819/21053 28164/24824/21057</w:t>
        <w:br/>
        <w:t>f 28537/25194/21397 28536/25195/21397 28535/25196/21398</w:t>
        <w:br/>
        <w:t>f 28193/24851/21080 28537/25194/21397 28535/25196/21398</w:t>
        <w:br/>
        <w:t>f 28192/24852/21081 28193/24851/21080 28535/25196/21398</w:t>
        <w:br/>
        <w:t>f 28190/24848/21077 28192/24852/21081 28538/25197/21399</w:t>
        <w:br/>
        <w:t>f 28534/25193/21396 28419/25077/21290 28171/24832/21064</w:t>
        <w:br/>
        <w:t>f 28329/24990/21209 28173/24830/21062 28171/24832/21064</w:t>
        <w:br/>
        <w:t>f 28186/24845/21074 28187/24844/21074 28536/25195/21397</w:t>
        <w:br/>
        <w:t>f 28537/25194/21397 28186/24845/21074 28536/25195/21397</w:t>
        <w:br/>
        <w:t>f 28184/24841/21072 28197/24857/21086 28198/24856/21085</w:t>
        <w:br/>
        <w:t>f 28183/24842/21072 28184/24841/21072 28198/24856/21085</w:t>
        <w:br/>
        <w:t>f 28420/25082/21295 28421/25081/21294 28427/25083/21296</w:t>
        <w:br/>
        <w:t>f 28424/25086/21298 28420/25082/21295 28427/25083/21296</w:t>
        <w:br/>
        <w:t>f 28510/25171/21377 28508/25166/21372 28420/25082/21295</w:t>
        <w:br/>
        <w:t>f 28424/25086/21298 28510/25171/21377 28420/25082/21295</w:t>
        <w:br/>
        <w:t>f 28338/25000/21217 28509/25168/21374 28513/25173/21379</w:t>
        <w:br/>
        <w:t>f 28357/25013/21230 28338/25000/21217 28513/25173/21379</w:t>
        <w:br/>
        <w:t>f 28354/25016/21232 28341/24997/21214 28338/25000/21217</w:t>
        <w:br/>
        <w:t>f 28357/25013/21230 28354/25016/21232 28338/25000/21217</w:t>
        <w:br/>
        <w:t>f 28368/25030/21245 28369/25029/21244 28366/25024/21240</w:t>
        <w:br/>
        <w:t>f 28367/25023/21239 28368/25030/21245 28366/25024/21240</w:t>
        <w:br/>
        <w:t>f 28368/25030/21245 28367/25023/21239 28529/25189/21392</w:t>
        <w:br/>
        <w:t>f 28533/25191/21394 28368/25030/21245 28529/25189/21392</w:t>
        <w:br/>
        <w:t>f 28434/25092/21303 28437/25097/21307 28531/25190/21393</w:t>
        <w:br/>
        <w:t>f 28528/25186/21391 28434/25092/21303 28531/25190/21393</w:t>
        <w:br/>
        <w:t>f 28436/25098/21308 28437/25097/21307 28434/25092/21303</w:t>
        <w:br/>
        <w:t>f 28435/25091/21302 28436/25098/21308 28434/25092/21303</w:t>
        <w:br/>
        <w:t>f 28100/24762/21012 28101/24761/21012 28097/24758/21010</w:t>
        <w:br/>
        <w:t>f 28098/24757/21009 28100/24762/21012 28097/24758/21010</w:t>
        <w:br/>
        <w:t>f 28105/24764/21014 28106/24763/21013 28102/24760/21011</w:t>
        <w:br/>
        <w:t>f 28103/24759/21011 28105/24764/21014 28102/24760/21011</w:t>
        <w:br/>
        <w:t>f 28344/25002/21219 28339/24999/21216 28340/24998/21215</w:t>
        <w:br/>
        <w:t>f 28343/25003/21220 28344/25002/21219 28340/24998/21215</w:t>
        <w:br/>
        <w:t>f 28390/25048/21261 28391/25047/21260 28438/25096/21306</w:t>
        <w:br/>
        <w:t>f 28439/25095/21305 28390/25048/21261 28438/25096/21306</w:t>
        <w:br/>
        <w:t>f 28441/25099/21309 28405/25064/21277 28406/25063/21276</w:t>
        <w:br/>
        <w:t>f 28440/25100/21310 28441/25099/21309 28406/25063/21276</w:t>
        <w:br/>
        <w:t>f 28442/25102/21312 28443/25101/21311 28370/25028/21243</w:t>
        <w:br/>
        <w:t>f 28371/25027/21242 28442/25102/21312 28370/25028/21243</w:t>
        <w:br/>
        <w:t>f 28441/25099/21309 28423/25079/21292 28507/25167/21373</w:t>
        <w:br/>
        <w:t>f 28456/25115/21325 28441/25099/21309 28507/25167/21373</w:t>
        <w:br/>
        <w:t>f 28344/25002/21219 28345/25001/21218 28448/25108/21318</w:t>
        <w:br/>
        <w:t>f 28458/25117/21327 28344/25002/21219 28448/25108/21318</w:t>
        <w:br/>
        <w:t>f 28497/25155/21363 28442/25102/21312 28371/25027/21242</w:t>
        <w:br/>
        <w:t>f 28532/25192/21395 28497/25155/21363 28371/25027/21242</w:t>
        <w:br/>
        <w:t>f 28500/25158/21365 28391/25047/21260 28388/25050/21263</w:t>
        <w:br/>
        <w:t>f 28501/25161/21368 28500/25158/21365 28388/25050/21263</w:t>
        <w:br/>
        <w:t>f 28539/25198/21013 28181/24839/21015 28180/24840/21071</w:t>
        <w:br/>
        <w:t>f 27810/24469/20760 28092/24751/21004 28540/25199/21400</w:t>
        <w:br/>
        <w:t>f 28261/24920/21143 27810/24469/20760 28540/25199/21400</w:t>
        <w:br/>
        <w:t>f 28541/25200/21401 28260/24919/21142 28261/24920/21143</w:t>
        <w:br/>
        <w:t>f 28540/25199/21400 28541/25200/21401 28261/24920/21143</w:t>
        <w:br/>
        <w:t>f 28542/25201/21402 28260/24919/21142 28541/25200/21401</w:t>
        <w:br/>
        <w:t>f 28081/24737/20990 27741/24401/20693 28260/24919/21142</w:t>
        <w:br/>
        <w:t>f 28120/24780/21025 28081/24737/20990 28260/24919/21142</w:t>
        <w:br/>
        <w:t>f 27741/24401/20693 28081/24737/20990 28078/24740/20993</w:t>
        <w:br/>
        <w:t>f 27852/24514/20805 27722/24378/20670 27719/24381/20673</w:t>
        <w:br/>
        <w:t>f 27855/24511/20802 27852/24514/20805 27719/24381/20673</w:t>
        <w:br/>
        <w:t>f 28417/25076/21289 28399/25057/21270 27722/24378/20670</w:t>
        <w:br/>
        <w:t>f 27852/24514/20805 28417/25076/21289 27722/24378/20670</w:t>
        <w:br/>
        <w:t>f 28484/25142/21349 28399/25057/21270 28417/25076/21289</w:t>
        <w:br/>
        <w:t>f 28486/25146/21353 28484/25142/21349 28417/25076/21289</w:t>
        <w:br/>
        <w:t>f 28415/25075/21288 28379/25035/21249 28485/25144/21351</w:t>
        <w:br/>
        <w:t>f 28489/25147/21354 28415/25075/21288 28485/25144/21351</w:t>
        <w:br/>
        <w:t>f 28415/25075/21288 28416/25074/21287 28378/25036/21250</w:t>
        <w:br/>
        <w:t>f 28379/25035/21249 28415/25075/21288 28378/25036/21250</w:t>
        <w:br/>
        <w:t>f 28361/25017/21233 28414/25072/21285 28413/25073/21286</w:t>
        <w:br/>
        <w:t>f 28360/25018/21234 28361/25017/21233 28413/25073/21286</w:t>
        <w:br/>
        <w:t>f 28475/25134/21341 28479/25137/21344 28360/25018/21234</w:t>
        <w:br/>
        <w:t>f 28413/25073/21286 28475/25134/21341 28360/25018/21234</w:t>
        <w:br/>
        <w:t>f 28412/25071/21284 28396/25054/21267 28476/25136/21343</w:t>
        <w:br/>
        <w:t>f 28473/25133/21403 28412/25071/21284 28476/25136/21343</w:t>
        <w:br/>
        <w:t>f 28412/25071/21284 27847/24504/20795 27849/24509/20800</w:t>
        <w:br/>
        <w:t>f 28396/25054/21267 28412/25071/21284 27849/24509/20800</w:t>
        <w:br/>
        <w:t>f 27849/24509/20800 27847/24504/20795 27844/24500/20791</w:t>
        <w:br/>
        <w:t>f 27848/24510/20801 27849/24509/20800 27844/24500/20791</w:t>
        <w:br/>
        <w:t>f 27854/24512/20803 28070/24731/20984 28330/24989/21208</w:t>
        <w:br/>
        <w:t>f 28331/24988/21207 27853/24513/20804 27854/24512/20803</w:t>
        <w:br/>
        <w:t>f 28330/24989/21208 28331/24988/21207 27854/24512/20803</w:t>
        <w:br/>
        <w:t>f 28400/25060/21273 27853/24513/20804 28331/24988/21207</w:t>
        <w:br/>
        <w:t>f 28418/25078/21291 28400/25060/21273 28331/24988/21207</w:t>
        <w:br/>
        <w:t>f 27848/24510/20801 27841/24503/20794 27851/24507/20798</w:t>
        <w:br/>
        <w:t>f 27855/24511/20802 27719/24381/20673 28317/24976/21195</w:t>
        <w:br/>
        <w:t>f 27844/24500/20791 27841/24503/20794 27848/24510/20801</w:t>
        <w:br/>
        <w:t>f 28318/24977/21196 28317/24976/21195 27719/24381/20673</w:t>
        <w:br/>
        <w:t>f 27720/24380/20672 28318/24977/21196 27719/24381/20673</w:t>
        <w:br/>
        <w:t>f 27851/24507/20798 27841/24503/20794 28543/25202/21404</w:t>
        <w:br/>
        <w:t>f 28545/25203/21405 28544/25204/21406 27711/24373/20665</w:t>
        <w:br/>
        <w:t>f 27712/24372/20665 28545/25203/21405 27711/24373/20665</w:t>
        <w:br/>
        <w:t>f 28547/25205/21407 28546/25206/21408 28544/25204/21406</w:t>
        <w:br/>
        <w:t>f 28545/25203/21405 28547/25205/21407 28544/25204/21406</w:t>
        <w:br/>
        <w:t>f 28549/25207/21409 28548/25208/21409 28546/25206/21408</w:t>
        <w:br/>
        <w:t>f 28547/25205/21407 28549/25207/21409 28546/25206/21408</w:t>
        <w:br/>
        <w:t>f 28551/25209/21410 28550/25210/21410 28548/25208/21409</w:t>
        <w:br/>
        <w:t>f 28549/25207/21409 28551/25209/21410 28548/25208/21409</w:t>
        <w:br/>
        <w:t>f 28553/25211/21411 28550/25210/21410 28551/25209/21410</w:t>
        <w:br/>
        <w:t>f 28552/25212/21411 28553/25211/21411 28551/25209/21410</w:t>
        <w:br/>
        <w:t>f 28555/25213/21412 28553/25211/21411 28552/25212/21411</w:t>
        <w:br/>
        <w:t>f 28554/25214/21412 28555/25213/21412 28552/25212/21411</w:t>
        <w:br/>
        <w:t>f 28557/25215/21413 28556/25216/21414 28555/25213/21412</w:t>
        <w:br/>
        <w:t>f 28554/25214/21412 28557/25215/21413 28555/25213/21412</w:t>
        <w:br/>
        <w:t>f 28557/25215/21413 28559/25217/21415 28558/25218/21416</w:t>
        <w:br/>
        <w:t>f 28556/25216/21414 28557/25215/21413 28558/25218/21416</w:t>
        <w:br/>
        <w:t>f 28559/25217/21415 28561/25219/21417 28560/25220/21417</w:t>
        <w:br/>
        <w:t>f 28558/25218/21416 28559/25217/21415 28560/25220/21417</w:t>
        <w:br/>
        <w:t>f 28563/25221/21418 28560/25220/21417 28561/25219/21417</w:t>
        <w:br/>
        <w:t>f 28562/25222/21419 28563/25221/21418 28561/25219/21417</w:t>
        <w:br/>
        <w:t>f 28565/25223/21420 28563/25221/21418 28562/25222/21419</w:t>
        <w:br/>
        <w:t>f 28564/25224/21421 28565/25223/21420 28562/25222/21419</w:t>
        <w:br/>
        <w:t>f 28564/25224/21421 28567/25225/21422 28566/25226/21422</w:t>
        <w:br/>
        <w:t>f 28565/25223/21420 28564/25224/21421 28566/25226/21422</w:t>
        <w:br/>
        <w:t>f 28569/25227/21423 28568/25228/21423 28566/25226/21422</w:t>
        <w:br/>
        <w:t>f 28567/25225/21422 28569/25227/21423 28566/25226/21422</w:t>
        <w:br/>
        <w:t>f 28573/25229/21424 28572/25230/21425 28571/25231/21426</w:t>
        <w:br/>
        <w:t>f 28570/25232/21426 28573/25229/21424 28571/25231/21426</w:t>
        <w:br/>
        <w:t>f 28575/25233/21427 28572/25230/21425 28573/25229/21424</w:t>
        <w:br/>
        <w:t>f 28574/25234/21427 28575/25233/21427 28573/25229/21424</w:t>
        <w:br/>
        <w:t>f 28579/25235/21428 28578/25236/21428 28577/25237/21428</w:t>
        <w:br/>
        <w:t>f 28576/25238/21428 28579/25235/21428 28577/25237/21428</w:t>
        <w:br/>
        <w:t>f 28581/25239/21429 28580/25240/21430 28262/24922/21145</w:t>
        <w:br/>
        <w:t>f 28263/24921/21144 28581/25239/21429 28262/24922/21145</w:t>
        <w:br/>
        <w:t>f 28582/25241/21431 28575/25233/21427 28574/25234/21427</w:t>
        <w:br/>
        <w:t>f 28583/25242/21431 28582/25241/21431 28574/25234/21427</w:t>
        <w:br/>
        <w:t>f 28584/25243/21432 28265/24923/21146 28264/24924/21147</w:t>
        <w:br/>
        <w:t>f 28585/25244/21433 28584/25243/21432 28264/24924/21147</w:t>
        <w:br/>
        <w:t>f 28587/25245/21434 28265/24923/21146 28584/25243/21432</w:t>
        <w:br/>
        <w:t>f 28586/25246/21435 28587/25245/21434 28584/25243/21432</w:t>
        <w:br/>
        <w:t>f 27861/24517/20808 28265/24923/21146 28587/25245/21434</w:t>
        <w:br/>
        <w:t>f 28588/25247/21436 27861/24517/20808 28587/25245/21434</w:t>
        <w:br/>
        <w:t>f 28588/25247/21436 28589/25248/21437 27860/24518/20809</w:t>
        <w:br/>
        <w:t>f 27861/24517/20808 28588/25247/21436 27860/24518/20809</w:t>
        <w:br/>
        <w:t>f 28589/25248/21437 28590/25249/21438 28372/25032/21246</w:t>
        <w:br/>
        <w:t>f 27860/24518/20809 28589/25248/21437 28372/25032/21246</w:t>
        <w:br/>
        <w:t>f 28524/25182/21387 28372/25032/21246 28590/25249/21438</w:t>
        <w:br/>
        <w:t>f 28591/25250/21439 28524/25182/21387 28590/25249/21438</w:t>
        <w:br/>
        <w:t>f 28430/25088/21299 28521/25181/21386 28593/25251/21440</w:t>
        <w:br/>
        <w:t>f 28592/25252/21441 28430/25088/21299 28593/25251/21440</w:t>
        <w:br/>
        <w:t>f 28592/25252/21441 28594/25253/21442 27727/24383/20675</w:t>
        <w:br/>
        <w:t>f 28430/25088/21299 28592/25252/21441 27727/24383/20675</w:t>
        <w:br/>
        <w:t>f 27726/24384/20676 27727/24383/20675 28594/25253/21442</w:t>
        <w:br/>
        <w:t>f 28595/25254/21443 27726/24384/20676 28594/25253/21442</w:t>
        <w:br/>
        <w:t>f 28595/25254/21443 28596/25255/21444 27745/24403/20695</w:t>
        <w:br/>
        <w:t>f 27726/24384/20676 28595/25254/21443 27745/24403/20695</w:t>
        <w:br/>
        <w:t>f 28597/25256/21445 27744/24404/20696 27745/24403/20695</w:t>
        <w:br/>
        <w:t>f 28596/25255/21444 28597/25256/21445 27745/24403/20695</w:t>
        <w:br/>
        <w:t>f 28599/25257/21446 28598/25258/21447 27744/24404/20696</w:t>
        <w:br/>
        <w:t>f 28597/25256/21445 28599/25257/21446 27744/24404/20696</w:t>
        <w:br/>
        <w:t>f 28324/24982/21201 28601/25259/21448 28600/25260/21449</w:t>
        <w:br/>
        <w:t>f 28323/24983/21202 28324/24982/21201 28600/25260/21449</w:t>
        <w:br/>
        <w:t>f 28603/25261/21450 28600/25260/21449 28601/25259/21448</w:t>
        <w:br/>
        <w:t>f 28602/25262/21451 28603/25261/21450 28601/25259/21448</w:t>
        <w:br/>
        <w:t>f 28604/25263/21452 28599/25257/21446 28597/25256/21445</w:t>
        <w:br/>
        <w:t>f 27756/24415/20707 28604/25263/21452 28597/25256/21445</w:t>
        <w:br/>
        <w:t>f 27805/24465/20756 27756/24415/20707 28597/25256/21445</w:t>
        <w:br/>
        <w:t>f 28596/25255/21444 27805/24465/20756 28597/25256/21445</w:t>
        <w:br/>
        <w:t>f 27805/24465/20756 28596/25255/21444 28595/25254/21443</w:t>
        <w:br/>
        <w:t>f 27808/24466/20757 27805/24465/20756 28595/25254/21443</w:t>
        <w:br/>
        <w:t>f 27808/24466/20757 28595/25254/21443 28594/25253/21442</w:t>
        <w:br/>
        <w:t>f 27856/24516/20807 27808/24466/20757 28594/25253/21442</w:t>
        <w:br/>
        <w:t>f 27856/24516/20807 28594/25253/21442 28592/25252/21441</w:t>
        <w:br/>
        <w:t>f 28216/24874/21103 27856/24516/20807 28592/25252/21441</w:t>
        <w:br/>
        <w:t>f 28592/25252/21441 28593/25251/21440 28519/25178/21383</w:t>
        <w:br/>
        <w:t>f 28216/24874/21103 28592/25252/21441 28519/25178/21383</w:t>
        <w:br/>
        <w:t>f 28520/25179/21384 28591/25250/21439 28590/25249/21438</w:t>
        <w:br/>
        <w:t>f 28374/25034/21248 28520/25179/21384 28590/25249/21438</w:t>
        <w:br/>
        <w:t>f 28374/25034/21248 28590/25249/21438 28589/25248/21437</w:t>
        <w:br/>
        <w:t>f 27715/24377/20669 28374/25034/21248 28589/25248/21437</w:t>
        <w:br/>
        <w:t>f 27715/24377/20669 28589/25248/21437 28588/25247/21436</w:t>
        <w:br/>
        <w:t>f 27718/24374/20666 27715/24377/20669 28588/25247/21436</w:t>
        <w:br/>
        <w:t>f 28587/25245/21434 28263/24921/21144 27718/24374/20666</w:t>
        <w:br/>
        <w:t>f 28588/25247/21436 28587/25245/21434 27718/24374/20666</w:t>
        <w:br/>
        <w:t>f 28581/25239/21429 28263/24921/21144 28587/25245/21434</w:t>
        <w:br/>
        <w:t>f 28605/25264/21453 28581/25239/21429 28587/25245/21434</w:t>
        <w:br/>
        <w:t>f 28328/24987/21206 28606/25265/21454 27891/24549/20840</w:t>
        <w:br/>
        <w:t>f 27892/24548/20839 28328/24987/21206 27891/24549/20840</w:t>
        <w:br/>
        <w:t>f 28326/24986/21205 28327/24985/21204 28607/25266/21455</w:t>
        <w:br/>
        <w:t>f 28610/25267/21456 28609/25268/21457 28608/25269/21458</w:t>
        <w:br/>
        <w:t>f 28611/25270/21459 28610/25267/21456 28608/25269/21458</w:t>
        <w:br/>
        <w:t>f 28323/24983/21202 28600/25260/21449 28607/25266/21455</w:t>
        <w:br/>
        <w:t>f 28004/24660/20921 28244/24904/21129 28245/24903/21129</w:t>
        <w:br/>
        <w:t>f 28003/24661/20922 28004/24660/20921 28245/24903/21129</w:t>
        <w:br/>
        <w:t>f 28611/25270/21459 28608/25269/21458 28606/25265/21454</w:t>
        <w:br/>
        <w:t>f 27795/24451/20743 28607/25266/21455 28612/25271/21460</w:t>
        <w:br/>
        <w:t>f 27794/24452/20744 27795/24451/20743 28612/25271/21460</w:t>
        <w:br/>
        <w:t>f 28610/25267/21456 28614/25272/21461 28613/25273/21462</w:t>
        <w:br/>
        <w:t>f 28610/25267/21456 27886/24543/20834 27887/24546/20837</w:t>
        <w:br/>
        <w:t>f 28609/25268/21457 28610/25267/21456 27887/24546/20837</w:t>
        <w:br/>
        <w:t>f 28088/24747/20999 27764/24421/20713 28615/25274/21463</w:t>
        <w:br/>
        <w:t>f 27764/24421/20713 27762/24423/20715 28615/25274/21463</w:t>
        <w:br/>
        <w:t>f 28618/25275/21464 28617/25276/21465 28616/25277/21466</w:t>
        <w:br/>
        <w:t>f 28616/25277/21466 28617/25276/21465 28320/24980/21199</w:t>
        <w:br/>
        <w:t>f 27744/24404/20696 28598/25258/21447 27753/24413/20705</w:t>
        <w:br/>
        <w:t>f 28321/24979/21198 27753/24413/20705 28598/25258/21447</w:t>
        <w:br/>
        <w:t>f 28619/25278/21467 28321/24979/21198 28598/25258/21447</w:t>
        <w:br/>
        <w:t>f 28619/25278/21467 28598/25258/21447 28599/25257/21446</w:t>
        <w:br/>
        <w:t>f 28620/25279/21468 28619/25278/21467 28599/25257/21446</w:t>
        <w:br/>
        <w:t>f 28621/25280/21469 27773/24435/20727 27774/24434/20726</w:t>
        <w:br/>
        <w:t>f 28621/25280/21469 27774/24434/20726 28622/25281/21470</w:t>
        <w:br/>
        <w:t>f 28599/25257/21446 28604/25263/21452 27773/24435/20727</w:t>
        <w:br/>
        <w:t>f 28620/25279/21468 28599/25257/21446 27773/24435/20727</w:t>
        <w:br/>
        <w:t>f 28604/25263/21452 28623/25282/21471 27776/24432/20724</w:t>
        <w:br/>
        <w:t>f 27773/24435/20727 28604/25263/21452 27776/24432/20724</w:t>
        <w:br/>
        <w:t>f 27773/24435/20727 28621/25280/21469 28620/25279/21468</w:t>
        <w:br/>
        <w:t>f 28620/25279/21468 28621/25280/21469 28619/25278/21467</w:t>
        <w:br/>
        <w:t>f 28321/24979/21198 28619/25278/21467 27771/24430/20722</w:t>
        <w:br/>
        <w:t>f 27772/24429/20721 28321/24979/21198 27771/24430/20722</w:t>
        <w:br/>
        <w:t>f 27783/24441/20733 28624/25283/21472 27785/24447/20739</w:t>
        <w:br/>
        <w:t>f 27788/24444/20736 27785/24447/20739 27767/24428/20720</w:t>
        <w:br/>
        <w:t>f 28626/25284/21473 28625/25285/21474 27772/24429/20721</w:t>
        <w:br/>
        <w:t>f 27770/24431/20723 28626/25284/21473 27772/24429/20721</w:t>
        <w:br/>
        <w:t>f 28628/25286/21475 28627/25287/21476 27770/24431/20723</w:t>
        <w:br/>
        <w:t>f 28621/25280/21469 28628/25286/21475 27770/24431/20723</w:t>
        <w:br/>
        <w:t>f 28622/25281/21470 28628/25286/21475 28621/25280/21469</w:t>
        <w:br/>
        <w:t>f 28630/25288/21477 28602/25262/21451 28629/25289/21478</w:t>
        <w:br/>
        <w:t>f 27796/24456/20748 28632/25290/21479 28631/25291/21480</w:t>
        <w:br/>
        <w:t>f 28631/25291/21480 28633/25292/21481 28281/24942/21162</w:t>
        <w:br/>
        <w:t>f 28281/24942/21162 28635/25293/21482 28634/25294/21483</w:t>
        <w:br/>
        <w:t>f 28634/25294/21483 28083/24742/20995 28281/24942/21162</w:t>
        <w:br/>
        <w:t>f 28083/24742/20995 28637/25295/21484 28636/25296/20732</w:t>
        <w:br/>
        <w:t>f 28624/25283/21472 27783/24441/20733 27784/24440/20732</w:t>
        <w:br/>
        <w:t>f 28638/25297/21485 28624/25283/21472 27784/24440/20732</w:t>
        <w:br/>
        <w:t>f 28241/24900/21127 27792/24454/20746 28282/24941/21161</w:t>
        <w:br/>
        <w:t>f 27792/24454/20746 28241/24900/21127 27886/24543/20834</w:t>
        <w:br/>
        <w:t>f 27792/24454/20746 27886/24543/20834 28613/25273/21462</w:t>
        <w:br/>
        <w:t>f 27795/24451/20743 27792/24454/20746 28613/25273/21462</w:t>
        <w:br/>
        <w:t>f 28607/25266/21455 27795/24451/20743 28639/25298/21486</w:t>
        <w:br/>
        <w:t>f 28614/25272/21461 28640/25299/21487 28326/24986/21205</w:t>
        <w:br/>
        <w:t>f 28607/25266/21455 28614/25272/21461 28326/24986/21205</w:t>
        <w:br/>
        <w:t>f 27791/24448/20740 28326/24986/21205 28640/25299/21487</w:t>
        <w:br/>
        <w:t>f 28236/24894/21122 27791/24448/20740 28640/25299/21487</w:t>
        <w:br/>
        <w:t>f 28637/25295/21484 28635/25293/21482 28304/24965/21185</w:t>
        <w:br/>
        <w:t>f 28635/25293/21482 28306/24963/21183 28304/24965/21185</w:t>
        <w:br/>
        <w:t>f 28634/25294/21483 28635/25293/21482 28637/25295/21484</w:t>
        <w:br/>
        <w:t>f 28642/25300/21488 28638/25297/21485 28641/25301/21489</w:t>
        <w:br/>
        <w:t>f 28643/25302/21484 28641/25301/21489 28638/25297/21485</w:t>
        <w:br/>
        <w:t>f 28286/24943/21163 28644/25303/21490 28285/24944/21164</w:t>
        <w:br/>
        <w:t>f 28085/24744/20996 28645/25304/21491 27758/24420/20712</w:t>
        <w:br/>
        <w:t>f 27759/24419/20711 28085/24744/20996 27758/24420/20712</w:t>
        <w:br/>
        <w:t>f 28088/24747/20999 28615/25274/21463 27768/24427/20719</w:t>
        <w:br/>
        <w:t>f 27769/24426/20718 28088/24747/20999 27768/24427/20719</w:t>
        <w:br/>
        <w:t>f 28642/25300/21488 28624/25283/21472 28638/25297/21485</w:t>
        <w:br/>
        <w:t>f 28624/25283/21472 27798/24459/21001 27769/24426/20718</w:t>
        <w:br/>
        <w:t>f 27785/24447/20739 28624/25283/21472 27769/24426/20718</w:t>
        <w:br/>
        <w:t>f 27767/24428/20720 27785/24447/20739 27769/24426/20718</w:t>
        <w:br/>
        <w:t>f 27767/24428/20720 27768/24427/20719 28618/25275/21464</w:t>
        <w:br/>
        <w:t>f 28618/25275/21464 27768/24427/20719 28615/25274/21463</w:t>
        <w:br/>
        <w:t>f 28617/25276/21465 28618/25275/21464 28615/25274/21463</w:t>
        <w:br/>
        <w:t>f 27762/24423/20715 28617/25276/21465 28615/25274/21463</w:t>
        <w:br/>
        <w:t>f 28645/25304/21491 28646/25305/21492 28286/24943/21163</w:t>
        <w:br/>
        <w:t>f 28281/24942/21162 27796/24456/20748 28631/25291/21480</w:t>
        <w:br/>
        <w:t>f 28631/25291/21480 28632/25290/21479 28648/25306/21493</w:t>
        <w:br/>
        <w:t>f 28647/25307/21494 28631/25291/21480 28648/25306/21493</w:t>
        <w:br/>
        <w:t>f 28633/25292/21495 28648/25306/21493 27803/24463/20754</w:t>
        <w:br/>
        <w:t>f 28649/25308/21496 28633/25292/21495 27803/24463/20754</w:t>
        <w:br/>
        <w:t>f 28306/24963/21183 27804/24462/20753 28305/24964/21184</w:t>
        <w:br/>
        <w:t>f 28307/24966/21184 28650/25309/20751 28288/24946/21166</w:t>
        <w:br/>
        <w:t>f 28651/25310/21497 28633/25292/21495 28306/24963/21183</w:t>
        <w:br/>
        <w:t>f 28281/24942/21162 28633/25292/21481 28635/25293/21482</w:t>
        <w:br/>
        <w:t>f 28287/24947/21167 28652/25311/21498 28303/24961/21181</w:t>
        <w:br/>
        <w:t>f 28653/25312/21499 27761/24417/20709 28303/24961/21181</w:t>
        <w:br/>
        <w:t>f 28652/25311/21498 28653/25312/21499 28303/24961/21181</w:t>
        <w:br/>
        <w:t>f 28654/25313/21500 28653/25312/21499 28247/24905/21130</w:t>
        <w:br/>
        <w:t>f 27763/24422/20714 27760/24418/20710 28654/25313/21500</w:t>
        <w:br/>
        <w:t>f 28249/24908/21133 27763/24422/20714 28654/25313/21500</w:t>
        <w:br/>
        <w:t>f 28249/24908/21133 27740/24397/20689 27762/24423/20715</w:t>
        <w:br/>
        <w:t>f 27763/24422/20714 28249/24908/21133 27762/24423/20715</w:t>
        <w:br/>
        <w:t>f 28303/24961/21181 27761/24417/20709 27758/24420/20712</w:t>
        <w:br/>
        <w:t>f 27760/24418/20710 27761/24417/20709 28653/25312/21499</w:t>
        <w:br/>
        <w:t>f 28654/25313/21500 27760/24418/20710 28653/25312/21499</w:t>
        <w:br/>
        <w:t>f 28248/24907/21132 27766/24424/20716 28249/24908/21133</w:t>
        <w:br/>
        <w:t>f 28654/25313/21500 28248/24907/21132 28249/24908/21133</w:t>
        <w:br/>
        <w:t>f 28248/24907/21132 28654/25313/21500 28247/24905/21130</w:t>
        <w:br/>
        <w:t>f 28652/25311/21498 28246/24906/21131 28247/24905/21130</w:t>
        <w:br/>
        <w:t>f 28652/25311/21498 28287/24947/21167 28290/24948/21168</w:t>
        <w:br/>
        <w:t>f 28246/24906/21131 28652/25311/21498 28290/24948/21168</w:t>
        <w:br/>
        <w:t>f 28290/24948/21168 28316/24974/21193 28289/24949/21169</w:t>
        <w:br/>
        <w:t>f 28652/25311/21498 28247/24905/21130 28653/25312/21499</w:t>
        <w:br/>
        <w:t>f 28287/24947/21167 28288/24946/21166 28316/24974/21193</w:t>
        <w:br/>
        <w:t>f 28290/24948/21168 28287/24947/21167 28316/24974/21193</w:t>
        <w:br/>
        <w:t>f 28288/24946/21166 28650/25309/20751 28316/24974/21193</w:t>
        <w:br/>
        <w:t>f 28316/24974/21193 28650/25309/20751 28655/25314/21501</w:t>
        <w:br/>
        <w:t>f 28655/25314/21501 28656/25315/21502 28315/24975/21194</w:t>
        <w:br/>
        <w:t>f 28316/24974/21193 28655/25314/21501 28315/24975/21194</w:t>
        <w:br/>
        <w:t>f 28266/24926/20699 28267/24925/21148 28657/25316/21503</w:t>
        <w:br/>
        <w:t>f 27755/24416/20708 27806/24464/20755 27749/24406/20698</w:t>
        <w:br/>
        <w:t>f 28258/24918/21141 27819/24476/20767 28086/24746/20998</w:t>
        <w:br/>
        <w:t>f 28086/24746/20998 27779/24437/20729 27780/24436/20728</w:t>
        <w:br/>
        <w:t>f 27755/24416/20708 27749/24406/20698 27747/24408/20700</w:t>
        <w:br/>
        <w:t>f 28623/25282/21471 27757/24414/20706 27802/24460/20751</w:t>
        <w:br/>
        <w:t>f 27804/24462/20753 28623/25282/21471 27802/24460/20751</w:t>
        <w:br/>
        <w:t>f 27775/24433/20725 27803/24463/20754 28648/25306/21493</w:t>
        <w:br/>
        <w:t>f 28658/25317/21504 27775/24433/20725 28648/25306/21493</w:t>
        <w:br/>
        <w:t>f 28658/25317/21504 28622/25281/21470 27774/24434/20726</w:t>
        <w:br/>
        <w:t>f 27775/24433/20725 28658/25317/21504 27774/24434/20726</w:t>
        <w:br/>
        <w:t>f 28604/25263/21452 27756/24415/20707 28623/25282/21471</w:t>
        <w:br/>
        <w:t>f 28659/25318/21505 28628/25286/21475 28622/25281/21470</w:t>
        <w:br/>
        <w:t>f 28630/25288/21477 28603/25261/21450 28602/25262/21451</w:t>
        <w:br/>
        <w:t>f 28602/25262/21451 28622/25281/21470 28658/25317/21504</w:t>
        <w:br/>
        <w:t>f 28629/25289/21478 28602/25262/21451 28658/25317/21504</w:t>
        <w:br/>
        <w:t>f 28632/25290/21479 28629/25289/21478 28648/25306/21493</w:t>
        <w:br/>
        <w:t>f 28632/25290/21479 28630/25288/21477 28629/25289/21478</w:t>
        <w:br/>
        <w:t>f 28607/25266/21455 28639/25298/21486 28614/25272/21461</w:t>
        <w:br/>
        <w:t>f 28639/25298/21486 27795/24451/20743 28613/25273/21462</w:t>
        <w:br/>
        <w:t>f 28639/25298/21486 28613/25273/21462 28614/25272/21461</w:t>
        <w:br/>
        <w:t>f 28660/25319/21506 28640/25299/21487 28614/25272/21461</w:t>
        <w:br/>
        <w:t>f 28236/24894/21122 28640/25299/21487 28660/25319/21506</w:t>
        <w:br/>
        <w:t>f 27815/24474/20765 28236/24894/21122 28660/25319/21506</w:t>
        <w:br/>
        <w:t>f 27815/24474/20765 28235/24895/21123 28236/24894/21122</w:t>
        <w:br/>
        <w:t>f 28613/25273/21462 27886/24543/20834 28610/25267/21456</w:t>
        <w:br/>
        <w:t>f 28325/24981/21200 28626/25284/21473 27770/24431/20723</w:t>
        <w:br/>
        <w:t>f 28324/24982/21201 28325/24981/21200 27770/24431/20723</w:t>
        <w:br/>
        <w:t>f 28325/24981/21200 28661/25320/21507 28626/25284/21473</w:t>
        <w:br/>
        <w:t>f 27790/24449/20741 27788/24444/20736 28661/25320/21507</w:t>
        <w:br/>
        <w:t>f 27790/24449/20741 28661/25320/21507 28325/24981/21200</w:t>
        <w:br/>
        <w:t>f 27789/24450/20742 27790/24449/20741 28325/24981/21200</w:t>
        <w:br/>
        <w:t>f 28235/24895/21123 27751/24410/20702 27787/24445/20737</w:t>
        <w:br/>
        <w:t>f 27816/24473/20764 27751/24410/20702 28235/24895/21123</w:t>
        <w:br/>
        <w:t>f 27816/24473/20764 28235/24895/21123 27815/24474/20765</w:t>
        <w:br/>
        <w:t>f 28660/25319/21506 28328/24987/21206 27815/24474/20765</w:t>
        <w:br/>
        <w:t>f 28660/25319/21506 28614/25272/21461 28611/25270/21459</w:t>
        <w:br/>
        <w:t>f 28328/24987/21206 28660/25319/21506 28611/25270/21459</w:t>
        <w:br/>
        <w:t>f 28606/25265/21454 28328/24987/21206 28611/25270/21459</w:t>
        <w:br/>
        <w:t>f 27740/24397/20689 27765/24425/20717 27739/24398/20690</w:t>
        <w:br/>
        <w:t>f 28663/25321/21508 28662/25322/21509 27895/24554/20845</w:t>
        <w:br/>
        <w:t>f 27896/24553/20844 28663/25321/21508 27895/24554/20845</w:t>
        <w:br/>
        <w:t>f 28664/25323/21510 27895/24554/20845 28662/25322/21509</w:t>
        <w:br/>
        <w:t>f 27912/24570/20861 27918/24576/20867 27911/24571/20862</w:t>
        <w:br/>
        <w:t>f 27897/24556/20847 28664/25323/21510 27918/24576/20867</w:t>
        <w:br/>
        <w:t>f 27912/24570/20861 27897/24556/20847 27918/24576/20867</w:t>
        <w:br/>
        <w:t>f 27897/24556/20847 27895/24554/20845 28664/25323/21510</w:t>
        <w:br/>
        <w:t>f 27920/24579/20870 28662/25322/21509 27908/24567/20858</w:t>
        <w:br/>
        <w:t>f 28664/25323/21510 28662/25322/21509 27920/24579/20870</w:t>
        <w:br/>
        <w:t>f 27908/24567/20858 28662/25322/21509 28663/25321/21508</w:t>
        <w:br/>
        <w:t>f 27908/24567/20858 28663/25321/21508 28227/24885/21114</w:t>
        <w:br/>
        <w:t>f 27907/24568/20859 27908/24567/20858 28227/24885/21114</w:t>
        <w:br/>
        <w:t>f 28227/24885/21114 28663/25321/21508 27896/24553/20844</w:t>
        <w:br/>
        <w:t>f 28295/24953/21173 27919/24578/20869 28310/24969/21188</w:t>
        <w:br/>
        <w:t>f 28310/24969/21188 28294/24954/21174 28295/24953/21173</w:t>
        <w:br/>
        <w:t>f 28310/24969/21188 27884/24545/20836 28309/24968/21187</w:t>
        <w:br/>
        <w:t>f 28667/25324/21511 28666/25325/21512 28665/25326/21513</w:t>
        <w:br/>
        <w:t>f 28203/24862/21091 28669/25327/21514 28668/25328/21515</w:t>
        <w:br/>
        <w:t>f 28668/25328/21515 27894/24555/20846 27912/24570/20861</w:t>
        <w:br/>
        <w:t>f 27913/24569/20860 28668/25328/21515 27912/24570/20861</w:t>
        <w:br/>
        <w:t>f 28227/24885/21114 27896/24553/20844 28667/25324/21511</w:t>
        <w:br/>
        <w:t>f 27832/24488/20779 27915/24574/20865 27916/24573/20864</w:t>
        <w:br/>
        <w:t>f 27831/24489/20780 27832/24488/20779 27916/24573/20864</w:t>
        <w:br/>
        <w:t>f 27944/24604/20885 27945/24603/20885 28021/24683/20936</w:t>
        <w:br/>
        <w:t>f 28022/24682/20936 27944/24604/20885 28021/24683/20936</w:t>
        <w:br/>
        <w:t>f 28671/25329/21516 28670/25330/21517 28059/24717/20970</w:t>
        <w:br/>
        <w:t>f 28043/24703/20956 28671/25329/21516 28059/24717/20970</w:t>
        <w:br/>
        <w:t>f 28044/24702/20955 28672/25331/21518 28671/25329/21516</w:t>
        <w:br/>
        <w:t>f 28043/24703/20956 28044/24702/20955 28671/25329/21516</w:t>
        <w:br/>
        <w:t>f 28300/24960/21180 28673/25332/21519 28672/25331/21518</w:t>
        <w:br/>
        <w:t>f 28044/24702/20955 28300/24960/21180 28672/25331/21518</w:t>
        <w:br/>
        <w:t>f 28301/24959/21179 28674/25333/21520 28673/25332/21519</w:t>
        <w:br/>
        <w:t>f 28300/24960/21180 28301/24959/21179 28673/25332/21519</w:t>
        <w:br/>
        <w:t>f 28675/25334/21521 28674/25333/21520 28301/24959/21179</w:t>
        <w:br/>
        <w:t>f 28313/24972/21191 28675/25334/21521 28301/24959/21179</w:t>
        <w:br/>
        <w:t>f 28297/24955/21175 28311/24971/21190 28308/24967/21186</w:t>
        <w:br/>
        <w:t>f 28292/24951/21171 28297/24955/21175 28308/24967/21186</w:t>
        <w:br/>
        <w:t>f 28234/24893/21121 28297/24955/21175 28292/24951/21171</w:t>
        <w:br/>
        <w:t>f 27833/24493/20784 28234/24893/21121 28292/24951/21171</w:t>
        <w:br/>
        <w:t>f 27831/24489/20780 27916/24573/20864 28234/24893/21121</w:t>
        <w:br/>
        <w:t>f 27833/24493/20784 27831/24489/20780 28234/24893/21121</w:t>
        <w:br/>
        <w:t>f 28142/24800/21038 28138/24796/21035 28139/24795/21035</w:t>
        <w:br/>
        <w:t>f 28141/24801/21038 28142/24800/21038 28139/24795/21035</w:t>
        <w:br/>
        <w:t>f 28147/24806/21043 28144/24804/21041 28145/24803/21040</w:t>
        <w:br/>
        <w:t>f 28146/24807/21044 28147/24806/21043 28145/24803/21040</w:t>
        <w:br/>
        <w:t>f 27723/24382/20674 27721/24379/20671 28398/25058/21271</w:t>
        <w:br/>
        <w:t>f 28397/25056/21269 27723/24382/20674 28398/25058/21271</w:t>
        <w:br/>
        <w:t>f 28380/25040/21254 28381/25039/21253 28358/25020/21236</w:t>
        <w:br/>
        <w:t>f 28359/25019/21235 28380/25040/21254 28358/25020/21236</w:t>
        <w:br/>
        <w:t>f 28478/25138/21345 28482/25140/21347 28380/25040/21254</w:t>
        <w:br/>
        <w:t>f 28359/25019/21235 28478/25138/21345 28380/25040/21254</w:t>
        <w:br/>
        <w:t>f 28398/25058/21271 28483/25143/21350 28480/25139/21346</w:t>
        <w:br/>
        <w:t>f 28397/25056/21269 28398/25058/21271 28480/25139/21346</w:t>
        <w:br/>
        <w:t>f 28173/24830/21062 28406/25063/21276 28172/24831/21063</w:t>
        <w:br/>
        <w:t>f 28634/25294/21483 28637/25295/21484 28083/24742/20995</w:t>
        <w:br/>
        <w:t>f 28284/24945/21165 27758/24420/20712 28645/25304/21491</w:t>
        <w:br/>
        <w:t>f 28286/24943/21163 28284/24945/21165 28645/25304/21491</w:t>
        <w:br/>
        <w:t>f 28246/24906/21131 28290/24948/21168 28268/24927/21149</w:t>
        <w:br/>
        <w:t>f 27757/24414/20706 28623/25282/21471 27756/24415/20707</w:t>
        <w:br/>
        <w:t>f 27776/24432/20724 28623/25282/21471 27804/24462/20753</w:t>
        <w:br/>
        <w:t>f 27749/24406/20698 27806/24464/20755 27807/24467/20758</w:t>
        <w:br/>
        <w:t>f 27723/24382/20674 27850/24508/20799 27851/24507/20798</w:t>
        <w:br/>
        <w:t>f 27723/24382/20674 28543/25202/21404 27720/24380/20672</w:t>
        <w:br/>
        <w:t>f 27723/24382/20674 27851/24507/20798 28543/25202/21404</w:t>
        <w:br/>
        <w:t>f 28318/24977/21196 27720/24380/20672 28543/25202/21404</w:t>
        <w:br/>
        <w:t>f 27841/24503/20794 28318/24977/21196 28543/25202/21404</w:t>
        <w:br/>
        <w:t>f 27714/24370/20663 28676/25335/21522 27713/24371/20664</w:t>
        <w:br/>
        <w:t>f 28579/25235/21428 28677/25336/21428 28578/25236/21428</w:t>
        <w:br/>
        <w:t>f 28626/25284/21473 28661/25320/21507 28625/25285/21474</w:t>
        <w:br/>
        <w:t>f 27900/24561/20852 28294/24954/21174 28296/24956/21176</w:t>
        <w:br/>
        <w:t>f 28296/24956/21176 28294/24954/21174 27905/24563/20854</w:t>
        <w:br/>
        <w:t>f 28232/24892/21120 28296/24956/21176 27905/24563/20854</w:t>
        <w:br/>
        <w:t>f 28233/24891/21119 28312/24970/21189 28232/24892/21120</w:t>
        <w:br/>
        <w:t>f 27840/24498/20789 27735/24396/20688 28280/24936/21156</w:t>
        <w:br/>
        <w:t>f 27896/24553/20844 28666/25325/21512 28667/25324/21511</w:t>
        <w:br/>
        <w:t>f 27889/24551/20842 27918/24576/20867 27920/24579/20870</w:t>
        <w:br/>
        <w:t>f 28282/24941/21161 27792/24454/20746 27796/24456/20748</w:t>
        <w:br/>
        <w:t>f 28283/24940/21160 28281/24942/21162 28084/24741/20994</w:t>
        <w:br/>
        <w:t>f 28190/24848/21077 28538/25197/21399 28189/24849/21078</w:t>
        <w:br/>
        <w:t>f 28286/24943/21163 28643/25302/21484 28644/25303/21490</w:t>
        <w:br/>
        <w:t>f 27757/24414/20706 27755/24416/20708 27801/24461/20752</w:t>
        <w:br/>
        <w:t>f 27760/24418/20710 27763/24422/20714 27764/24421/20713</w:t>
        <w:br/>
        <w:t>f 28680/25337/21523 28679/25338/21524 28678/25339/21525</w:t>
        <w:br/>
        <w:t>f 28097/24758/21010 28681/25340/21526 28099/24756/21008</w:t>
        <w:br/>
        <w:t>f 27845/24506/20797 28151/24809/21045 28319/24978/21197</w:t>
        <w:br/>
        <w:t>f 27843/24501/20792 27845/24506/20797 28074/24732/20985</w:t>
        <w:br/>
        <w:t>f 27854/24512/20803 28072/24729/20982 28070/24731/20984</w:t>
        <w:br/>
        <w:t>f 27796/24456/20748 27797/24455/20747 28632/25290/21479</w:t>
        <w:br/>
        <w:t>f 28306/24963/21183 27803/24463/20754 27804/24462/20753</w:t>
        <w:br/>
        <w:t>f 28305/24964/21184 27804/24462/20753 27802/24460/20751</w:t>
        <w:br/>
        <w:t>f 28199/24858/21087 27748/24407/20699 27749/24406/20698</w:t>
        <w:br/>
        <w:t>f 28259/24917/21140 28289/24949/21169 28267/24925/21148</w:t>
        <w:br/>
        <w:t>f 28086/24746/20998 27819/24476/20767 27779/24437/20729</w:t>
        <w:br/>
        <w:t>f 28643/25302/21484 28085/24744/21527 28641/25301/21489</w:t>
        <w:br/>
        <w:t>f 28643/25302/21484 28286/24943/21163 28085/24744/21527</w:t>
        <w:br/>
        <w:t>f 28629/25289/21478 28658/25317/21504 28648/25306/21493</w:t>
        <w:br/>
        <w:t>f 27751/24410/20702 27816/24473/20764 27750/24411/20703</w:t>
        <w:br/>
        <w:t>f 27919/24578/20869 27899/24557/20848 27868/24525/20816</w:t>
        <w:br/>
        <w:t>f 28295/24953/21173 27901/24560/20851 27919/24578/20869</w:t>
        <w:br/>
        <w:t>f 27901/24560/20851 27902/24559/20850 27899/24557/20848</w:t>
        <w:br/>
        <w:t>f 27919/24578/20869 27901/24560/20851 27899/24557/20848</w:t>
        <w:br/>
        <w:t>f 27902/24559/20850 28682/25341/21528 27898/24558/20849</w:t>
        <w:br/>
        <w:t>f 27899/24557/20848 27902/24559/20850 27898/24558/20849</w:t>
        <w:br/>
        <w:t>f 28023/24681/20935 28024/24680/20935 28009/24669/20927</w:t>
        <w:br/>
        <w:t>f 28010/24668/20927 28023/24681/20935 28009/24669/20927</w:t>
        <w:br/>
        <w:t>f 27918/24576/20867 28664/25323/21510 27920/24579/20870</w:t>
        <w:br/>
        <w:t>f 27908/24567/20858 27870/24528/20819 27869/24529/20820</w:t>
        <w:br/>
        <w:t>f 28227/24885/21114 28667/25324/21511 28226/24886/21115</w:t>
        <w:br/>
        <w:t>f 27905/24563/20854 27906/24562/20853 28233/24891/21119</w:t>
        <w:br/>
        <w:t>f 27901/24560/20851 28295/24953/21173 27900/24561/20852</w:t>
        <w:br/>
        <w:t>f 28203/24862/21091 28201/24861/21090 28669/25327/21514</w:t>
        <w:br/>
        <w:t>f 28201/24861/21090 28202/24860/21089 28665/25326/21513</w:t>
        <w:br/>
        <w:t>f 28669/25327/21514 28201/24861/21090 28665/25326/21513</w:t>
        <w:br/>
        <w:t>f 28683/25342/21529 28669/25327/21514 28665/25326/21513</w:t>
        <w:br/>
        <w:t>f 28669/25327/21514 28683/25342/21529 28668/25328/21515</w:t>
        <w:br/>
        <w:t>f 27913/24569/20860 28203/24862/21091 28668/25328/21515</w:t>
        <w:br/>
        <w:t>f 28683/25342/21529 27894/24555/20846 28668/25328/21515</w:t>
        <w:br/>
        <w:t>f 28234/24893/21121 27916/24573/20864 27914/24575/20866</w:t>
        <w:br/>
        <w:t>f 28682/25341/21528 27902/24559/20850 27914/24575/20866</w:t>
        <w:br/>
        <w:t>f 27915/24574/20865 28682/25341/21528 27914/24575/20866</w:t>
        <w:br/>
        <w:t>f 28621/25280/21469 27770/24431/20723 27771/24430/20722</w:t>
        <w:br/>
        <w:t>f 28625/25285/21474 28661/25320/21507 27788/24444/20736</w:t>
        <w:br/>
        <w:t>f 27767/24428/20720 28625/25285/21474 27788/24444/20736</w:t>
        <w:br/>
        <w:t>f 28618/25275/21464 28684/25343/21530 28625/25285/21474</w:t>
        <w:br/>
        <w:t>f 27767/24428/20720 28618/25275/21464 28625/25285/21474</w:t>
        <w:br/>
        <w:t>f 28320/24980/21199 27772/24429/20721 28625/25285/21474</w:t>
        <w:br/>
        <w:t>f 28684/25343/21530 28320/24980/21199 28625/25285/21474</w:t>
        <w:br/>
        <w:t>f 27772/24429/20721 28320/24980/21199 28321/24979/21198</w:t>
        <w:br/>
        <w:t>f 28621/25280/21469 27771/24430/20722 28619/25278/21467</w:t>
        <w:br/>
        <w:t>f 28685/25344/21531 28095/24753/21006 28096/24752/21005</w:t>
        <w:br/>
        <w:t>f 28686/25345/21531 28685/25344/21531 28096/24752/21005</w:t>
        <w:br/>
        <w:t>f 28686/25345/21531 28687/25346/21532 28685/25344/21531</w:t>
        <w:br/>
        <w:t>f 28091/24749/21002 28076/24735/20988 27809/24468/20759</w:t>
        <w:br/>
        <w:t>f 28076/24735/20988 27810/24469/20760 27809/24468/20759</w:t>
        <w:br/>
        <w:t>f 28610/25267/21456 28611/25270/21459 28614/25272/21461</w:t>
        <w:br/>
        <w:t>f 27813/24470/20761 27733/24392/20684 27734/24391/20683</w:t>
        <w:br/>
        <w:t>f 28257/24915/21087 28251/24911/21136 28266/24926/20699</w:t>
        <w:br/>
        <w:t>f 27807/24467/20758 27857/24515/20806 28199/24858/21087</w:t>
        <w:br/>
        <w:t>f 27738/24399/20691 27746/24402/20694 27743/24405/20697</w:t>
        <w:br/>
        <w:t>f 27762/24423/20715 27740/24397/20689 27738/24399/20691</w:t>
        <w:br/>
        <w:t>f 28617/25276/21465 27762/24423/20715 27738/24399/20691</w:t>
        <w:br/>
        <w:t>f 28617/25276/21465 27738/24399/20691 27754/24412/20704</w:t>
        <w:br/>
        <w:t>f 28320/24980/21199 28617/25276/21465 27754/24412/20704</w:t>
        <w:br/>
        <w:t>f 27753/24413/20705 28320/24980/21199 27754/24412/20704</w:t>
        <w:br/>
        <w:t>f 27738/24399/20691 27743/24405/20697 27754/24412/20704</w:t>
        <w:br/>
        <w:t>f 27724/24386/20678 27741/24401/20693 28078/24740/20993</w:t>
        <w:br/>
        <w:t>f 28429/25089/21300 27724/24386/20678 28078/24740/20993</w:t>
        <w:br/>
        <w:t>f 27792/24454/20746 27793/24453/20745 27797/24455/20747</w:t>
        <w:br/>
        <w:t>f 27797/24455/20747 27793/24453/20745 28632/25290/21479</w:t>
        <w:br/>
        <w:t>f 28251/24911/21136 28259/24917/21140 28266/24926/20699</w:t>
        <w:br/>
        <w:t>f 28083/24742/20995 28636/25296/20732 28082/24743/20735</w:t>
        <w:br/>
        <w:t>f 28307/24966/21184 28285/24944/21164 28644/25303/21490</w:t>
        <w:br/>
        <w:t>f 28643/25302/21484 28638/25297/21485 27784/24440/20732</w:t>
        <w:br/>
        <w:t>f 27801/24461/20752 27747/24408/20700 28688/25347/21502</w:t>
        <w:br/>
        <w:t>f 28689/25348/21533 27747/24408/20700 27748/24407/20699</w:t>
        <w:br/>
        <w:t>f 27918/24576/20867 27889/24551/20842 27893/24552/20843</w:t>
        <w:br/>
        <w:t>f 27917/24577/20868 27918/24576/20867 27893/24552/20843</w:t>
        <w:br/>
        <w:t>f 28005/24667/20926 28006/24666/20925 27999/24659/20920</w:t>
        <w:br/>
        <w:t>f 28000/24658/20920 28005/24667/20926 27999/24659/20920</w:t>
        <w:br/>
        <w:t>f 28692/25349/21534 28678/25339/21525 28691/25350/21535</w:t>
        <w:br/>
        <w:t>f 28690/25351/21536 28692/25349/21534 28691/25350/21535</w:t>
        <w:br/>
        <w:t>f 28694/25352/21537 28690/25351/21536 28691/25350/21535</w:t>
        <w:br/>
        <w:t>f 28693/25353/21538 28694/25352/21537 28691/25350/21535</w:t>
        <w:br/>
        <w:t>f 28696/25354/21539 28694/25352/21537 28693/25353/21538</w:t>
        <w:br/>
        <w:t>f 28695/25355/21540 28696/25354/21539 28693/25353/21538</w:t>
        <w:br/>
        <w:t>f 28696/25354/21539 28695/25355/21540 28697/25356/21016</w:t>
        <w:br/>
        <w:t>f 28692/25349/21534 28680/25337/21523 28678/25339/21525</w:t>
        <w:br/>
        <w:t>f 28170/24827/21059 28389/25049/21262 28169/24828/21060</w:t>
        <w:br/>
        <w:t>f 28076/24735/20988 28091/24749/21002 28075/24736/20989</w:t>
        <w:br/>
        <w:t>f 27838/24496/20787 27732/24393/20685 27872/24530/20821</w:t>
        <w:br/>
        <w:t>f 27826/24482/20773 27734/24391/20683 27835/24494/20785</w:t>
        <w:br/>
        <w:t>f 27837/24497/20788 27826/24482/20773 27835/24494/20785</w:t>
        <w:br/>
        <w:t>f 28701/25357/21541 28700/25358/21190 28699/25359/21189</w:t>
        <w:br/>
        <w:t>f 28698/25360/21542 28701/25357/21541 28699/25359/21189</w:t>
        <w:br/>
        <w:t>f 28705/25361/21543 28704/25362/21543 28703/25363/21117</w:t>
        <w:br/>
        <w:t>f 28702/25364/21118 28705/25361/21543 28703/25363/21117</w:t>
        <w:br/>
        <w:t>f 28701/25357/21541 28707/25365/20825 28706/25366/21544</w:t>
        <w:br/>
        <w:t>f 28700/25358/21190 28701/25357/21541 28706/25366/21544</w:t>
        <w:br/>
        <w:t>f 28704/25362/21543 28705/25361/21543 28709/25367/20903</w:t>
        <w:br/>
        <w:t>f 28708/25368/20903 28704/25362/21543 28709/25367/20903</w:t>
        <w:br/>
        <w:t>f 28712/25369/21112 28711/25370/21545 28710/25371/21546</w:t>
        <w:br/>
        <w:t>f 28714/25372/21521 28713/25373/21547 28711/25370/21545</w:t>
        <w:br/>
        <w:t>f 28717/25374/21548 28716/25375/21549 28715/25376/21550</w:t>
        <w:br/>
        <w:t>f 28718/25377/21551 28717/25374/21548 28715/25376/21550</w:t>
        <w:br/>
        <w:t>f 28721/25378/21552 28720/25379/21552 28719/25380/21553</w:t>
        <w:br/>
        <w:t>f 28722/25381/21553 28721/25378/21552 28719/25380/21553</w:t>
        <w:br/>
        <w:t>f 28715/25376/21550 28716/25375/21549 28724/25382/21554</w:t>
        <w:br/>
        <w:t>f 28723/25383/21100 28715/25376/21550 28724/25382/21554</w:t>
        <w:br/>
        <w:t>f 28717/25374/21548 28718/25377/21551 28726/25384/21115</w:t>
        <w:br/>
        <w:t>f 28725/25385/21511 28717/25374/21548 28726/25384/21115</w:t>
        <w:br/>
        <w:t>f 28722/25381/21553 28719/25380/21553 28728/25386/21555</w:t>
        <w:br/>
        <w:t>f 28727/25387/20898 28722/25381/21553 28728/25386/21555</w:t>
        <w:br/>
        <w:t>f 28730/25388/21116 28720/25379/21552 28721/25378/21552</w:t>
        <w:br/>
        <w:t>f 28729/25389/21116 28730/25388/21116 28721/25378/21552</w:t>
        <w:br/>
        <w:t>f 28732/25390/21089 28716/25375/21549 28717/25374/21548</w:t>
        <w:br/>
        <w:t>f 28731/25391/21513 28732/25390/21089 28717/25374/21548</w:t>
        <w:br/>
        <w:t>f 28731/25391/21513 28717/25374/21548 28725/25385/21511</w:t>
        <w:br/>
        <w:t>f 28736/25392/20774 28735/25393/20773 28734/25394/20788</w:t>
        <w:br/>
        <w:t>f 28733/25395/21556 28736/25392/20774 28734/25394/20788</w:t>
        <w:br/>
        <w:t>f 28739/25396/21557 28738/25397/21558 28737/25398/21559</w:t>
        <w:br/>
        <w:t>f 28738/25397/21558 28740/25399/21560 28737/25398/21559</w:t>
        <w:br/>
        <w:t>f 28040/24700/20953 28029/24689/20942 28030/24688/20941</w:t>
        <w:br/>
        <w:t>f 28733/25395/21556 28734/25394/20788 28741/25400/20823</w:t>
        <w:br/>
        <w:t>f 28724/25382/21554 28733/25395/21556 28741/25400/20823</w:t>
        <w:br/>
        <w:t>f 28666/25325/21512 28683/25342/21529 28665/25326/21513</w:t>
        <w:br/>
        <w:t>f 27896/24553/20844 27894/24555/20846 28666/25325/21512</w:t>
        <w:br/>
        <w:t>f 28666/25325/21512 27894/24555/20846 28683/25342/21529</w:t>
        <w:br/>
        <w:t>f 27813/24470/20761 27734/24391/20683 27812/24471/20762</w:t>
        <w:br/>
        <w:t>f 27812/24471/20762 27734/24391/20683 27823/24485/20776</w:t>
        <w:br/>
        <w:t>f 27812/24471/20762 27823/24485/20776 27827/24487/20778</w:t>
        <w:br/>
        <w:t>f 27878/24536/20827 27880/24539/20830 27883/24540/20831</w:t>
        <w:br/>
        <w:t>f 27877/24537/20828 27878/24536/20827 27883/24540/20831</w:t>
        <w:br/>
        <w:t>f 27879/24535/20826 27811/24472/20763 27878/24536/20827</w:t>
        <w:br/>
        <w:t>f 27838/24496/20787 27835/24494/20785 27732/24393/20685</w:t>
        <w:br/>
        <w:t>f 27871/24531/20822 28742/25401/21561 28223/24882/21111</w:t>
        <w:br/>
        <w:t>f 28221/24881/21110 28743/25402/21562 28218/24878/21107</w:t>
        <w:br/>
        <w:t>f 28724/25382/21554 28716/25375/21549 28733/25395/21556</w:t>
        <w:br/>
        <w:t>f 28733/25395/21556 28716/25375/21549 28732/25390/21089</w:t>
        <w:br/>
        <w:t>f 28736/25392/20774 28733/25395/21556 28732/25390/21089</w:t>
        <w:br/>
        <w:t>f 28724/25382/21554 28741/25400/20823 28723/25383/21100</w:t>
        <w:br/>
        <w:t>f 28745/25403/20942 28738/25397/21558 28744/25404/21563</w:t>
        <w:br/>
        <w:t>f 28744/25404/21563 28738/25397/21558 28746/25405/21564</w:t>
        <w:br/>
        <w:t>f 28747/25406/21565 28740/25399/21560 28745/25403/20942</w:t>
        <w:br/>
        <w:t>f 28748/25407/21099 28737/25398/21559 28740/25399/21560</w:t>
        <w:br/>
        <w:t>f 28747/25406/21565 28748/25407/21099 28740/25399/21560</w:t>
        <w:br/>
        <w:t>f 28740/25399/21560 28738/25397/21558 28745/25403/20942</w:t>
        <w:br/>
        <w:t>f 28033/24691/20944 28749/25408/21566 28217/24876/21105</w:t>
        <w:br/>
        <w:t>f 27737/24394/20686 27735/24396/20688 27875/24533/20824</w:t>
        <w:br/>
        <w:t>f 28279/24937/21157 28280/24936/21156 27735/24396/20688</w:t>
        <w:br/>
        <w:t>f 28707/25365/20825 28750/25409/20790 28706/25366/21544</w:t>
        <w:br/>
        <w:t>f 28712/25369/21112 28751/25410/21567 28711/25370/21545</w:t>
        <w:br/>
        <w:t>f 28711/25370/21545 28713/25373/21547 28752/25411/21568</w:t>
        <w:br/>
        <w:t>f 28710/25371/21546 28711/25370/21545 28752/25411/21568</w:t>
        <w:br/>
        <w:t>f 28706/25366/21544 28750/25409/20790 28753/25412/20789</w:t>
        <w:br/>
        <w:t>f 28754/25413/21186 28706/25366/21544 28753/25412/20789</w:t>
        <w:br/>
        <w:t>f 28700/25358/21190 28706/25366/21544 28754/25413/21186</w:t>
        <w:br/>
        <w:t>f 27731/24390/20682 27728/24389/20681 28277/24939/21159</w:t>
        <w:br/>
        <w:t>f 28278/24938/21158 27731/24390/20682 28277/24939/21159</w:t>
        <w:br/>
        <w:t>f 27728/24389/20681 27834/24492/20783 28277/24939/21159</w:t>
        <w:br/>
        <w:t>f 28277/24939/21159 27834/24492/20783 28293/24952/21172</w:t>
        <w:br/>
        <w:t>f 28280/24936/21156 28277/24939/21159 28293/24952/21172</w:t>
        <w:br/>
        <w:t>f 27838/24496/20787 28223/24882/21111 28212/24871/21100</w:t>
        <w:br/>
        <w:t>f 28219/24877/21106 28220/24879/21108 28222/24880/21109</w:t>
        <w:br/>
        <w:t>f 28032/24692/20945 28217/24876/21105 28224/24883/21112</w:t>
        <w:br/>
        <w:t>f 27735/24396/20688 27839/24499/20790 27874/24534/20825</w:t>
        <w:br/>
        <w:t>f 28751/25410/21567 28714/25372/21521 28711/25370/21545</w:t>
        <w:br/>
        <w:t>f 28739/25396/21557 28746/25405/21564 28738/25397/21558</w:t>
        <w:br/>
        <w:t>f 28758/25414/21569 28757/25415/21570 28756/25416/21570</w:t>
        <w:br/>
        <w:t>f 28755/25417/21571 28758/25414/21569 28756/25416/21570</w:t>
        <w:br/>
        <w:t>f 28762/25418/21572 28761/25419/21573 28760/25420/21574</w:t>
        <w:br/>
        <w:t>f 28759/25421/21575 28762/25418/21572 28760/25420/21574</w:t>
        <w:br/>
        <w:t>f 28766/25422/21576 28765/25423/21577 28764/25424/21578</w:t>
        <w:br/>
        <w:t>f 28763/25425/21579 28766/25422/21576 28764/25424/21578</w:t>
        <w:br/>
        <w:t>f 28767/25426/21580 28763/25425/21579 28764/25424/21578</w:t>
        <w:br/>
        <w:t>f 28771/25427/21581 28770/25428/21582 28769/25429/21583</w:t>
        <w:br/>
        <w:t>f 28768/25430/21584 28771/25427/21581 28769/25429/21583</w:t>
        <w:br/>
        <w:t>f 28774/25431/21585 28773/25432/21586 28772/25433/21587</w:t>
        <w:br/>
        <w:t>f 28775/25434/21588 28774/25431/21585 28772/25433/21587</w:t>
        <w:br/>
        <w:t>f 28778/25435/21589 28777/25436/21590 28776/25437/21591</w:t>
        <w:br/>
        <w:t>f 28781/25438/21592 28780/25439/21593 28779/25440/21594</w:t>
        <w:br/>
        <w:t>f 28784/25441/21595 28783/25442/21596 28782/25443/21597</w:t>
        <w:br/>
        <w:t>f 28786/25444/21598 28785/25445/21599 28782/25443/21597</w:t>
        <w:br/>
        <w:t>f 28790/25446/21600 28789/25447/21601 28788/25448/21602</w:t>
        <w:br/>
        <w:t>f 28787/25449/21603 28790/25446/21600 28788/25448/21602</w:t>
        <w:br/>
        <w:t>f 28787/25449/21603 28768/25430/21584 28769/25429/21583</w:t>
        <w:br/>
        <w:t>f 28790/25446/21600 28787/25449/21603 28769/25429/21583</w:t>
        <w:br/>
        <w:t>f 28793/25450/21604 28792/25451/21605 28791/25452/21606</w:t>
        <w:br/>
        <w:t>f 28796/25453/21607 28795/25454/21608 28794/25455/21609</w:t>
        <w:br/>
        <w:t>f 28798/25456/21610 28797/25457/21611 28789/25447/21601</w:t>
        <w:br/>
        <w:t>f 28789/25447/21601 28797/25457/21611 28788/25448/21602</w:t>
        <w:br/>
        <w:t>f 28801/25458/21612 28800/25459/21613 28799/25460/21614</w:t>
        <w:br/>
        <w:t>f 28805/25461/21615 28804/25462/21616 28803/25463/21617</w:t>
        <w:br/>
        <w:t>f 28802/25464/21618 28805/25461/21615 28803/25463/21617</w:t>
        <w:br/>
        <w:t>f 28808/25465/21619 28807/25466/21620 28806/25467/21621</w:t>
        <w:br/>
        <w:t>f 28784/25441/21595 28810/25468/21622 28809/25469/21623</w:t>
        <w:br/>
        <w:t>f 28813/25470/21624 28812/25471/21625 28811/25472/21626</w:t>
        <w:br/>
        <w:t>f 28816/25473/21627 28815/25474/21628 28814/25475/21629</w:t>
        <w:br/>
        <w:t>f 28820/25476/21630 28819/25477/21631 28818/25478/21632</w:t>
        <w:br/>
        <w:t>f 28817/25479/21633 28820/25476/21630 28818/25478/21632</w:t>
        <w:br/>
        <w:t>f 28824/25480/21634 28823/25481/21635 28822/25482/21636</w:t>
        <w:br/>
        <w:t>f 28821/25483/21637 28824/25480/21634 28822/25482/21636</w:t>
        <w:br/>
        <w:t>f 28828/25484/21638 28827/25485/21639 28826/25486/21640</w:t>
        <w:br/>
        <w:t>f 28825/25487/21641 28828/25484/21638 28826/25486/21640</w:t>
        <w:br/>
        <w:t>f 28832/25488/21642 28831/25489/21643 28830/25490/21644</w:t>
        <w:br/>
        <w:t>f 28829/25491/21645 28832/25488/21642 28830/25490/21644</w:t>
        <w:br/>
        <w:t>f 28835/25492/21646 28834/25493/21647 28833/25494/21648</w:t>
        <w:br/>
        <w:t>f 28839/25495/21649 28838/25496/21650 28837/25497/21651</w:t>
        <w:br/>
        <w:t>f 28836/25498/21652 28839/25495/21649 28837/25497/21651</w:t>
        <w:br/>
        <w:t>f 28841/25499/21653 28838/25496/21650 28840/25500/21654</w:t>
        <w:br/>
        <w:t>f 28844/25501/21655 28843/25502/21656 28842/25503/21655</w:t>
        <w:br/>
        <w:t>f 28846/25504/21657 28845/25505/21658 28801/25458/21612</w:t>
        <w:br/>
        <w:t>f 28820/25476/21630 28817/25479/21633 28848/25506/21659</w:t>
        <w:br/>
        <w:t>f 28847/25507/21660 28820/25476/21630 28848/25506/21659</w:t>
        <w:br/>
        <w:t>f 28850/25508/21661 28849/25509/21662 28799/25460/21614</w:t>
        <w:br/>
        <w:t>f 28800/25459/21613 28850/25508/21661 28799/25460/21614</w:t>
        <w:br/>
        <w:t>f 28849/25509/21662 28850/25508/21661 28852/25510/21663</w:t>
        <w:br/>
        <w:t>f 28851/25511/21664 28849/25509/21662 28852/25510/21663</w:t>
        <w:br/>
        <w:t>f 28853/25512/21665 28821/25483/21637 28822/25482/21636</w:t>
        <w:br/>
        <w:t>f 28854/25513/21666 28853/25512/21665 28822/25482/21636</w:t>
        <w:br/>
        <w:t>f 28857/25514/21667 28856/25515/21668 28855/25516/21669</w:t>
        <w:br/>
        <w:t>f 28795/25454/21608 28860/25517/21670 28859/25518/21671</w:t>
        <w:br/>
        <w:t>f 28858/25519/21672 28795/25454/21608 28859/25518/21671</w:t>
        <w:br/>
        <w:t>f 28833/25494/21648 28832/25488/21642 28829/25491/21645</w:t>
        <w:br/>
        <w:t>f 28835/25492/21646 28833/25494/21648 28829/25491/21645</w:t>
        <w:br/>
        <w:t>f 28863/25520/21673 28862/25521/21674 28861/25522/21675</w:t>
        <w:br/>
        <w:t>f 28865/25523/21676 28864/25524/21677 28772/25433/21587</w:t>
        <w:br/>
        <w:t>f 28773/25432/21586 28865/25523/21676 28772/25433/21587</w:t>
        <w:br/>
        <w:t>f 28866/25525/21678 28856/25515/21668 28857/25514/21667</w:t>
        <w:br/>
        <w:t>f 28870/25526/21679 28869/25527/21680 28868/25528/21681</w:t>
        <w:br/>
        <w:t>f 28867/25529/21682 28870/25526/21679 28868/25528/21681</w:t>
        <w:br/>
        <w:t>f 28872/25530/21683 28868/25528/21681 28869/25527/21680</w:t>
        <w:br/>
        <w:t>f 28871/25531/21684 28872/25530/21683 28869/25527/21680</w:t>
        <w:br/>
        <w:t>f 28876/25532/21685 28875/25533/21686 28874/25534/21687</w:t>
        <w:br/>
        <w:t>f 28873/25535/21688 28876/25532/21685 28874/25534/21687</w:t>
        <w:br/>
        <w:t>f 28878/25536/21689 28877/25537/21690 28873/25535/21688</w:t>
        <w:br/>
        <w:t>f 28874/25534/21687 28878/25536/21689 28873/25535/21688</w:t>
        <w:br/>
        <w:t>f 28879/25538/21691 28777/25436/21590 28778/25435/21589</w:t>
        <w:br/>
        <w:t>f 28795/25454/21608 28796/25453/21607 28880/25539/21692</w:t>
        <w:br/>
        <w:t>f 28882/25540/21693 28879/25538/21691 28881/25541/21694</w:t>
        <w:br/>
        <w:t>f 28778/25435/21589 28869/25527/21680 28870/25526/21679</w:t>
        <w:br/>
        <w:t>f 28856/25515/21668 28871/25531/21684 28855/25516/21669</w:t>
        <w:br/>
        <w:t>f 28875/25533/21686 28865/25523/21676 28773/25432/21586</w:t>
        <w:br/>
        <w:t>f 28874/25534/21687 28875/25533/21686 28773/25432/21586</w:t>
        <w:br/>
        <w:t>f 28874/25534/21687 28773/25432/21586 28774/25431/21585</w:t>
        <w:br/>
        <w:t>f 28878/25536/21689 28874/25534/21687 28774/25431/21585</w:t>
        <w:br/>
        <w:t>f 28780/25439/21593 28884/25542/21695 28883/25543/21696</w:t>
        <w:br/>
        <w:t>f 28888/25544/21697 28887/25545/21698 28886/25546/21699</w:t>
        <w:br/>
        <w:t>f 28885/25547/21700 28888/25544/21697 28886/25546/21699</w:t>
        <w:br/>
        <w:t>f 28891/25548/21701 28888/25544/21697 28890/25549/21702</w:t>
        <w:br/>
        <w:t>f 28889/25550/21703 28891/25548/21701 28890/25549/21702</w:t>
        <w:br/>
        <w:t>f 28895/25551/21704 28894/25552/21705 28893/25553/21706</w:t>
        <w:br/>
        <w:t>f 28892/25554/21707 28895/25551/21704 28893/25553/21706</w:t>
        <w:br/>
        <w:t>f 28899/25555/21708 28898/25556/21709 28897/25557/21710</w:t>
        <w:br/>
        <w:t>f 28896/25558/21711 28899/25555/21708 28897/25557/21710</w:t>
        <w:br/>
        <w:t>f 28901/25559/21712 28900/25560/21713 28851/25511/21664</w:t>
        <w:br/>
        <w:t>f 28852/25510/21663 28901/25559/21712 28851/25511/21664</w:t>
        <w:br/>
        <w:t>f 28782/25443/21597 28783/25442/21596 28786/25444/21598</w:t>
        <w:br/>
        <w:t>f 28905/25561/21714 28904/25562/21715 28903/25563/21716</w:t>
        <w:br/>
        <w:t>f 28902/25564/21717 28905/25561/21714 28903/25563/21716</w:t>
        <w:br/>
        <w:t>f 28909/25565/21718 28908/25566/21719 28907/25567/21720</w:t>
        <w:br/>
        <w:t>f 28906/25568/21721 28909/25565/21718 28907/25567/21720</w:t>
        <w:br/>
        <w:t>f 28912/25569/21722 28911/25570/21723 28910/25571/21724</w:t>
        <w:br/>
        <w:t>f 28914/25572/21725 28913/25573/21726 28860/25517/21670</w:t>
        <w:br/>
        <w:t>f 28795/25454/21608 28914/25572/21725 28860/25517/21670</w:t>
        <w:br/>
        <w:t>f 28916/25574/21727 28882/25540/21693 28915/25575/21728</w:t>
        <w:br/>
        <w:t>f 28881/25541/21694 28917/25576/21729 28882/25540/21693</w:t>
        <w:br/>
        <w:t>f 28919/25577/21730 28918/25578/21731 28780/25439/21593</w:t>
        <w:br/>
        <w:t>f 28923/25579/21732 28922/25580/21733 28921/25581/21734</w:t>
        <w:br/>
        <w:t>f 28920/25582/21735 28923/25579/21732 28921/25581/21734</w:t>
        <w:br/>
        <w:t>f 28924/25583/21736 28856/25515/21668 28920/25582/21735</w:t>
        <w:br/>
        <w:t>f 28927/25584/21737 28926/25585/21738 28925/25586/21739</w:t>
        <w:br/>
        <w:t>f 28924/25583/21736 28927/25584/21737 28925/25586/21739</w:t>
        <w:br/>
        <w:t>f 28912/25569/21722 28930/25587/21740 28929/25588/21741</w:t>
        <w:br/>
        <w:t>f 28928/25589/21742 28912/25569/21722 28929/25588/21741</w:t>
        <w:br/>
        <w:t>f 28928/25589/21742 28931/25590/21743 28911/25570/21723</w:t>
        <w:br/>
        <w:t>f 28912/25569/21722 28928/25589/21742 28911/25570/21723</w:t>
        <w:br/>
        <w:t>f 28932/25591/21744 28914/25572/21725 28795/25454/21608</w:t>
        <w:br/>
        <w:t>f 28880/25539/21692 28932/25591/21744 28795/25454/21608</w:t>
        <w:br/>
        <w:t>f 28936/25592/21745 28935/25593/21746 28934/25594/21747</w:t>
        <w:br/>
        <w:t>f 28933/25595/21748 28936/25592/21745 28934/25594/21747</w:t>
        <w:br/>
        <w:t>f 28934/25594/21747 28935/25593/21746 28937/25596/21749</w:t>
        <w:br/>
        <w:t>f 28940/25597/21750 28939/25598/21751 28938/25599/21752</w:t>
        <w:br/>
        <w:t>f 28938/25599/21752 28939/25598/21751 28941/25600/21753</w:t>
        <w:br/>
        <w:t>f 28910/25571/21724 28943/25601/21754 28942/25602/21755</w:t>
        <w:br/>
        <w:t>f 28912/25569/21722 28910/25571/21724 28942/25602/21755</w:t>
        <w:br/>
        <w:t>f 28946/25603/21756 28945/25604/21757 28944/25605/21758</w:t>
        <w:br/>
        <w:t>f 28950/25606/21759 28949/25607/21760 28948/25608/21761</w:t>
        <w:br/>
        <w:t>f 28947/25609/21762 28950/25606/21759 28948/25608/21761</w:t>
        <w:br/>
        <w:t>f 28953/25610/21763 28952/25611/21764 28951/25612/21765</w:t>
        <w:br/>
        <w:t>f 28957/25613/21766 28956/25614/21767 28955/25615/21768</w:t>
        <w:br/>
        <w:t>f 28954/25616/21769 28957/25613/21766 28955/25615/21768</w:t>
        <w:br/>
        <w:t>f 28960/25617/21770 28959/25618/21771 28958/25619/21772</w:t>
        <w:br/>
        <w:t>f 28962/25620/21773 28955/25615/21768 28961/25621/21774</w:t>
        <w:br/>
        <w:t>f 28963/25622/21775 28930/25587/21740 28912/25569/21722</w:t>
        <w:br/>
        <w:t>f 28951/25612/21765 28964/25623/21776 28913/25573/21726</w:t>
        <w:br/>
        <w:t>f 28949/25607/21760 28909/25565/21718 28906/25568/21721</w:t>
        <w:br/>
        <w:t>f 28948/25608/21761 28949/25607/21760 28906/25568/21721</w:t>
        <w:br/>
        <w:t>f 28914/25572/21725 28932/25591/21744 28953/25610/21763</w:t>
        <w:br/>
        <w:t>f 28951/25612/21765 28914/25572/21725 28953/25610/21763</w:t>
        <w:br/>
        <w:t>f 28968/25624/21777 28967/25625/21778 28966/25626/21779</w:t>
        <w:br/>
        <w:t>f 28965/25627/21777 28968/25624/21777 28966/25626/21779</w:t>
        <w:br/>
        <w:t>f 28972/25628/21780 28971/25629/21780 28970/25630/21781</w:t>
        <w:br/>
        <w:t>f 28969/25631/21781 28972/25628/21780 28970/25630/21781</w:t>
        <w:br/>
        <w:t>f 28976/25632/21782 28975/25633/21783 28974/25634/21784</w:t>
        <w:br/>
        <w:t>f 28973/25635/21784 28976/25632/21782 28974/25634/21784</w:t>
        <w:br/>
        <w:t>f 28978/25636/21785 28977/25637/21786 28971/25629/21780</w:t>
        <w:br/>
        <w:t>f 28972/25628/21780 28978/25636/21785 28971/25629/21780</w:t>
        <w:br/>
        <w:t>f 28968/25624/21777 28965/25627/21777 28980/25638/21787</w:t>
        <w:br/>
        <w:t>f 28979/25639/21787 28968/25624/21777 28980/25638/21787</w:t>
        <w:br/>
        <w:t>f 28984/25640/21788 28983/25641/21789 28982/25642/21789</w:t>
        <w:br/>
        <w:t>f 28981/25643/21788 28984/25640/21788 28982/25642/21789</w:t>
        <w:br/>
        <w:t>f 28986/25644/21790 28985/25645/21790 28977/25637/21786</w:t>
        <w:br/>
        <w:t>f 28978/25636/21785 28986/25644/21790 28977/25637/21786</w:t>
        <w:br/>
        <w:t>f 28990/25646/21791 28989/25647/21791 28988/25648/21792</w:t>
        <w:br/>
        <w:t>f 28987/25649/21792 28990/25646/21791 28988/25648/21792</w:t>
        <w:br/>
        <w:t>f 28969/25631/21781 28970/25630/21781 28992/25650/21793</w:t>
        <w:br/>
        <w:t>f 28991/25651/21793 28969/25631/21781 28992/25650/21793</w:t>
        <w:br/>
        <w:t>f 28996/25652/21794 28995/25653/21795 28994/25654/21795</w:t>
        <w:br/>
        <w:t>f 28993/25655/21794 28996/25652/21794 28994/25654/21795</w:t>
        <w:br/>
        <w:t>f 28984/25640/21788 28981/25643/21788 28989/25647/21791</w:t>
        <w:br/>
        <w:t>f 28990/25646/21791 28984/25640/21788 28989/25647/21791</w:t>
        <w:br/>
        <w:t>f 29000/25656/21796 28999/25657/21797 28998/25658/21797</w:t>
        <w:br/>
        <w:t>f 28997/25659/21796 29000/25656/21796 28998/25658/21797</w:t>
        <w:br/>
        <w:t>f 29003/25660/21798 29002/25661/21799 29001/25662/21799</w:t>
        <w:br/>
        <w:t>f 29004/25663/21798 29003/25660/21798 29001/25662/21799</w:t>
        <w:br/>
        <w:t>f 28991/25651/21793 28992/25650/21793 29006/25664/21800</w:t>
        <w:br/>
        <w:t>f 29005/25665/21800 28991/25651/21793 29006/25664/21800</w:t>
        <w:br/>
        <w:t>f 29009/25666/21801 29008/25667/21802 29007/25668/21803</w:t>
        <w:br/>
        <w:t>f 29010/25669/21803 29009/25666/21801 29007/25668/21803</w:t>
        <w:br/>
        <w:t>f 29009/25666/21801 29012/25670/21804 29011/25671/21804</w:t>
        <w:br/>
        <w:t>f 29008/25667/21802 29009/25666/21801 29011/25671/21804</w:t>
        <w:br/>
        <w:t>f 29016/25672/21805 29015/25673/21806 29014/25674/21806</w:t>
        <w:br/>
        <w:t>f 29013/25675/21807 29016/25672/21805 29014/25674/21806</w:t>
        <w:br/>
        <w:t>f 29018/25676/21808 29017/25677/21809 28975/25633/21783</w:t>
        <w:br/>
        <w:t>f 28976/25632/21782 29018/25676/21808 28975/25633/21783</w:t>
        <w:br/>
        <w:t>f 29013/25675/21807 29020/25678/21810 29019/25679/21810</w:t>
        <w:br/>
        <w:t>f 29016/25672/21805 29013/25675/21807 29019/25679/21810</w:t>
        <w:br/>
        <w:t>f 29024/25680/21811 29023/25681/21812 29022/25682/21812</w:t>
        <w:br/>
        <w:t>f 29021/25683/21811 29024/25680/21811 29022/25682/21812</w:t>
        <w:br/>
        <w:t>f 29028/25684/21813 29027/25685/21814 29026/25686/21814</w:t>
        <w:br/>
        <w:t>f 29025/25687/21815 29028/25684/21813 29026/25686/21814</w:t>
        <w:br/>
        <w:t>f 29023/25681/21812 29030/25688/21816 29029/25689/21816</w:t>
        <w:br/>
        <w:t>f 29022/25682/21812 29023/25681/21812 29029/25689/21816</w:t>
        <w:br/>
        <w:t>f 29030/25688/21816 29032/25690/21817 29031/25691/21817</w:t>
        <w:br/>
        <w:t>f 29029/25689/21816 29030/25688/21816 29031/25691/21817</w:t>
        <w:br/>
        <w:t>f 29034/25692/21818 29001/25662/21799 29002/25661/21799</w:t>
        <w:br/>
        <w:t>f 29033/25693/21818 29034/25692/21818 29002/25661/21799</w:t>
        <w:br/>
        <w:t>f 29038/25694/21819 29037/25695/21819 29036/25696/21820</w:t>
        <w:br/>
        <w:t>f 29035/25697/21821 29038/25694/21819 29036/25696/21820</w:t>
        <w:br/>
        <w:t>f 29041/25698/21822 29040/25699/21822 29039/25700/21823</w:t>
        <w:br/>
        <w:t>f 29042/25701/21824 29041/25698/21822 29039/25700/21823</w:t>
        <w:br/>
        <w:t>f 29040/25699/21822 29041/25698/21822 29044/25702/21825</w:t>
        <w:br/>
        <w:t>f 29043/25703/21825 29040/25699/21822 29044/25702/21825</w:t>
        <w:br/>
        <w:t>f 29048/25704/21826 29047/25705/21827 29046/25706/21827</w:t>
        <w:br/>
        <w:t>f 29045/25707/21828 29048/25704/21826 29046/25706/21827</w:t>
        <w:br/>
        <w:t>f 29052/25708/21829 29051/25709/21830 29050/25710/21830</w:t>
        <w:br/>
        <w:t>f 29049/25711/21829 29052/25708/21829 29050/25710/21830</w:t>
        <w:br/>
        <w:t>f 29004/25663/21798 29054/25712/21831 29053/25713/21831</w:t>
        <w:br/>
        <w:t>f 29003/25660/21798 29004/25663/21798 29053/25713/21831</w:t>
        <w:br/>
        <w:t>f 29058/25714/21832 29057/25715/21833 29056/25716/21833</w:t>
        <w:br/>
        <w:t>f 29055/25717/21832 29058/25714/21832 29056/25716/21833</w:t>
        <w:br/>
        <w:t>f 29062/25718/21834 29061/25719/21834 29060/25720/21835</w:t>
        <w:br/>
        <w:t>f 29059/25721/21835 29062/25718/21834 29060/25720/21835</w:t>
        <w:br/>
        <w:t>f 29064/25722/21836 29063/25723/21836 29052/25708/21829</w:t>
        <w:br/>
        <w:t>f 29049/25711/21829 29064/25722/21836 29052/25708/21829</w:t>
        <w:br/>
        <w:t>f 29068/25724/21837 29067/25725/21838 29066/25726/21838</w:t>
        <w:br/>
        <w:t>f 29065/25727/21837 29068/25724/21837 29066/25726/21838</w:t>
        <w:br/>
        <w:t>f 29057/25715/21833 29000/25656/21796 28997/25659/21796</w:t>
        <w:br/>
        <w:t>f 29056/25716/21833 29057/25715/21833 28997/25659/21796</w:t>
        <w:br/>
        <w:t>f 29038/25694/21819 29061/25719/21834 29062/25718/21834</w:t>
        <w:br/>
        <w:t>f 29037/25695/21819 29038/25694/21819 29062/25718/21834</w:t>
        <w:br/>
        <w:t>f 29071/25728/21839 29070/25729/21840 29069/25730/21841</w:t>
        <w:br/>
        <w:t>f 29072/25731/21842 29071/25728/21839 29069/25730/21841</w:t>
        <w:br/>
        <w:t>f 29070/25729/21840 29074/25732/21843 29073/25733/21844</w:t>
        <w:br/>
        <w:t>f 29069/25730/21841 29070/25729/21840 29073/25733/21844</w:t>
        <w:br/>
        <w:t>f 29078/25734/21845 29077/25735/21846 29076/25736/21847</w:t>
        <w:br/>
        <w:t>f 29075/25737/21848 29078/25734/21845 29076/25736/21847</w:t>
        <w:br/>
        <w:t>f 29077/25735/21846 29080/25738/21849 29079/25739/21850</w:t>
        <w:br/>
        <w:t>f 29076/25736/21847 29077/25735/21846 29079/25739/21850</w:t>
        <w:br/>
        <w:t>f 29082/25740/21851 29081/25741/21852 29069/25730/21841</w:t>
        <w:br/>
        <w:t>f 29073/25733/21844 29082/25740/21851 29069/25730/21841</w:t>
        <w:br/>
        <w:t>f 29072/25731/21842 29069/25730/21841 29081/25741/21852</w:t>
        <w:br/>
        <w:t>f 29083/25742/21853 29072/25731/21842 29081/25741/21852</w:t>
        <w:br/>
        <w:t>f 29082/25740/21851 29073/25733/21844 29085/25743/21854</w:t>
        <w:br/>
        <w:t>f 29084/25744/21855 29082/25740/21851 29085/25743/21854</w:t>
        <w:br/>
        <w:t>f 29089/25745/21856 29088/25746/21857 29087/25747/21858</w:t>
        <w:br/>
        <w:t>f 29086/25748/21859 29089/25745/21856 29087/25747/21858</w:t>
        <w:br/>
        <w:t>f 29089/25745/21856 29091/25749/21860 29090/25750/21861</w:t>
        <w:br/>
        <w:t>f 29088/25746/21857 29089/25745/21856 29090/25750/21861</w:t>
        <w:br/>
        <w:t>f 29093/25751/21862 29090/25750/21861 29091/25749/21860</w:t>
        <w:br/>
        <w:t>f 29092/25752/21863 29093/25751/21862 29091/25749/21860</w:t>
        <w:br/>
        <w:t>f 29097/25753/21864 29096/25754/21865 29095/25755/21866</w:t>
        <w:br/>
        <w:t>f 29094/25756/21867 29097/25753/21864 29095/25755/21866</w:t>
        <w:br/>
        <w:t>f 29094/25756/21867 29095/25755/21866 29099/25757/21868</w:t>
        <w:br/>
        <w:t>f 29098/25758/21869 29094/25756/21867 29099/25757/21868</w:t>
        <w:br/>
        <w:t>f 29101/25759/21870 29098/25758/21869 29099/25757/21868</w:t>
        <w:br/>
        <w:t>f 29100/25760/21871 29101/25759/21870 29099/25757/21868</w:t>
        <w:br/>
        <w:t>f 29103/25761/21872 29087/25747/21858 29088/25746/21857</w:t>
        <w:br/>
        <w:t>f 29102/25762/21873 29103/25761/21872 29088/25746/21857</w:t>
        <w:br/>
        <w:t>f 29088/25746/21857 29090/25750/21861 29104/25763/21874</w:t>
        <w:br/>
        <w:t>f 29102/25762/21873 29088/25746/21857 29104/25763/21874</w:t>
        <w:br/>
        <w:t>f 29104/25763/21874 29090/25750/21861 29093/25751/21862</w:t>
        <w:br/>
        <w:t>f 29105/25764/21875 29104/25763/21874 29093/25751/21862</w:t>
        <w:br/>
        <w:t>f 29096/25754/21865 29083/25742/21853 29081/25741/21852</w:t>
        <w:br/>
        <w:t>f 29095/25755/21866 29096/25754/21865 29081/25741/21852</w:t>
        <w:br/>
        <w:t>f 29095/25755/21866 29081/25741/21852 29082/25740/21851</w:t>
        <w:br/>
        <w:t>f 29099/25757/21868 29095/25755/21866 29082/25740/21851</w:t>
        <w:br/>
        <w:t>f 29100/25760/21871 29099/25757/21868 29082/25740/21851</w:t>
        <w:br/>
        <w:t>f 29084/25744/21855 29100/25760/21871 29082/25740/21851</w:t>
        <w:br/>
        <w:t>f 29109/25765/21876 29108/25766/21877 29107/25767/21878</w:t>
        <w:br/>
        <w:t>f 29106/25768/21879 29109/25765/21876 29107/25767/21878</w:t>
        <w:br/>
        <w:t>f 29111/25769/21880 29109/25765/21876 29106/25768/21879</w:t>
        <w:br/>
        <w:t>f 29110/25770/21881 29111/25769/21880 29106/25768/21879</w:t>
        <w:br/>
        <w:t>f 29113/25771/21882 29111/25769/21880 29110/25770/21881</w:t>
        <w:br/>
        <w:t>f 29112/25772/21883 29113/25771/21882 29110/25770/21881</w:t>
        <w:br/>
        <w:t>f 29116/25773/21884 29115/25774/21885 29114/25775/21886</w:t>
        <w:br/>
        <w:t>f 28885/25547/21700 29118/25776/21887 29117/25777/21888</w:t>
        <w:br/>
        <w:t>f 29121/25778/21889 29120/25779/21890 29119/25780/21891</w:t>
        <w:br/>
        <w:t>f 29125/25781/21892 29124/25782/21893 29123/25783/21894</w:t>
        <w:br/>
        <w:t>f 29122/25784/21895 29125/25781/21892 29123/25783/21894</w:t>
        <w:br/>
        <w:t>f 29128/25785/21896 29127/25786/21639 29126/25787/21897</w:t>
        <w:br/>
        <w:t>f 28844/25501/21655 28842/25503/21655 29129/25788/21898</w:t>
        <w:br/>
        <w:t>f 28824/25480/21634 29131/25789/21899 29130/25790/21900</w:t>
        <w:br/>
        <w:t>f 28862/25521/21674 28863/25520/21673 28821/25483/21637</w:t>
        <w:br/>
        <w:t>f 28853/25512/21665 28862/25521/21674 28821/25483/21637</w:t>
        <w:br/>
        <w:t>f 28808/25465/21619 28802/25464/21618 28803/25463/21617</w:t>
        <w:br/>
        <w:t>f 29132/25791/21901 28808/25465/21619 28803/25463/21617</w:t>
        <w:br/>
        <w:t>f 29132/25791/21901 28803/25463/21617 28843/25502/21902</w:t>
        <w:br/>
        <w:t>f 29133/25792/21903 29132/25791/21901 28843/25502/21902</w:t>
        <w:br/>
        <w:t>f 28826/25486/21640 28830/25490/21644 28831/25489/21643</w:t>
        <w:br/>
        <w:t>f 28825/25487/21641 28826/25486/21640 28831/25489/21643</w:t>
        <w:br/>
        <w:t>f 29135/25793/21904 29134/25794/21905 28862/25521/21674</w:t>
        <w:br/>
        <w:t>f 29136/25795/21906 29119/25780/21891 28854/25513/21666</w:t>
        <w:br/>
        <w:t>f 29140/25796/21907 29139/25797/21908 29138/25798/21908</w:t>
        <w:br/>
        <w:t>f 29137/25799/21907 29140/25796/21907 29138/25798/21908</w:t>
        <w:br/>
        <w:t>f 29143/25800/21909 29142/25801/21910 29141/25802/21911</w:t>
        <w:br/>
        <w:t>f 29147/25803/21912 29146/25804/21913 29145/25805/21913</w:t>
        <w:br/>
        <w:t>f 29144/25806/21912 29147/25803/21912 29145/25805/21913</w:t>
        <w:br/>
        <w:t>f 29150/25807/21914 29149/25808/21915 29148/25809/21916</w:t>
        <w:br/>
        <w:t>f 29153/25810/21917 29152/25811/21918 29151/25812/21919</w:t>
        <w:br/>
        <w:t>f 29157/25813/21920 29156/25814/21920 29155/25815/21921</w:t>
        <w:br/>
        <w:t>f 29154/25816/21921 29157/25813/21920 29155/25815/21921</w:t>
        <w:br/>
        <w:t>f 29159/25817/21922 29156/25814/21920 29157/25813/21920</w:t>
        <w:br/>
        <w:t>f 29158/25818/21922 29159/25817/21922 29157/25813/21920</w:t>
        <w:br/>
        <w:t>f 29163/25819/21923 29162/25820/21924 29161/25821/21925</w:t>
        <w:br/>
        <w:t>f 29160/25822/21923 29163/25819/21923 29161/25821/21925</w:t>
        <w:br/>
        <w:t>f 29165/25823/21926 29164/25824/21927 29125/25781/21892</w:t>
        <w:br/>
        <w:t>f 29122/25784/21895 29165/25823/21926 29125/25781/21892</w:t>
        <w:br/>
        <w:t>f 29155/25815/21921 29167/25825/21928 29166/25826/21928</w:t>
        <w:br/>
        <w:t>f 29154/25816/21921 29155/25815/21921 29166/25826/21928</w:t>
        <w:br/>
        <w:t>f 28862/25521/21674 28853/25512/21665 29135/25793/21904</w:t>
        <w:br/>
        <w:t>f 29171/25827/21929 29170/25828/21929 29169/25829/21930</w:t>
        <w:br/>
        <w:t>f 29168/25830/21930 29171/25827/21929 29169/25829/21930</w:t>
        <w:br/>
        <w:t>f 29173/25831/21931 29172/25832/21932 29164/25824/21927</w:t>
        <w:br/>
        <w:t>f 29165/25823/21926 29173/25831/21931 29164/25824/21927</w:t>
        <w:br/>
        <w:t>f 29175/25833/21933 29159/25817/21922 29158/25818/21922</w:t>
        <w:br/>
        <w:t>f 29174/25834/21933 29175/25833/21933 29158/25818/21922</w:t>
        <w:br/>
        <w:t>f 29179/25835/21934 29178/25836/21935 29177/25837/21936</w:t>
        <w:br/>
        <w:t>f 29176/25838/21937 29179/25835/21934 29177/25837/21936</w:t>
        <w:br/>
        <w:t>f 29175/25833/21933 29174/25834/21933 29168/25830/21930</w:t>
        <w:br/>
        <w:t>f 29169/25829/21930 29175/25833/21933 29168/25830/21930</w:t>
        <w:br/>
        <w:t>f 29179/25835/21934 29161/25821/21925 29162/25820/21924</w:t>
        <w:br/>
        <w:t>f 29178/25836/21935 29179/25835/21934 29162/25820/21924</w:t>
        <w:br/>
        <w:t>f 29183/25839/21938 29182/25840/21939 29181/25841/21939</w:t>
        <w:br/>
        <w:t>f 29180/25842/21938 29183/25839/21938 29181/25841/21939</w:t>
        <w:br/>
        <w:t>f 29187/25843/21940 29186/25844/21941 29185/25845/21942</w:t>
        <w:br/>
        <w:t>f 29184/25846/21942 29187/25843/21940 29185/25845/21942</w:t>
        <w:br/>
        <w:t>f 29189/25847/21943 29186/25844/21941 29187/25843/21940</w:t>
        <w:br/>
        <w:t>f 29188/25848/21944 29189/25847/21943 29187/25843/21940</w:t>
        <w:br/>
        <w:t>f 29192/25849/21945 29191/25850/21946 29190/25851/21947</w:t>
        <w:br/>
        <w:t>f 29193/25852/21947 29192/25849/21945 29190/25851/21947</w:t>
        <w:br/>
        <w:t>f 29195/25853/21948 29194/25854/21949 28889/25550/21703</w:t>
        <w:br/>
        <w:t>f 28890/25549/21702 29195/25853/21948 28889/25550/21703</w:t>
        <w:br/>
        <w:t>f 29199/25855/21950 29198/25856/21951 29197/25857/21952</w:t>
        <w:br/>
        <w:t>f 29196/25858/21952 29199/25855/21950 29197/25857/21952</w:t>
        <w:br/>
        <w:t>f 29118/25776/21887 29201/25859/21953 29200/25860/21954</w:t>
        <w:br/>
        <w:t>f 29117/25777/21888 29118/25776/21887 29200/25860/21954</w:t>
        <w:br/>
        <w:t>f 29203/25861/21955 29202/25862/21955 29117/25777/21888</w:t>
        <w:br/>
        <w:t>f 29200/25860/21954 29203/25861/21955 29117/25777/21888</w:t>
        <w:br/>
        <w:t>f 29207/25863/21956 29206/25864/21956 29205/25865/21957</w:t>
        <w:br/>
        <w:t>f 29204/25866/21958 29207/25863/21956 29205/25865/21957</w:t>
        <w:br/>
        <w:t>f 29198/25856/21951 29199/25855/21950 29209/25867/21959</w:t>
        <w:br/>
        <w:t>f 29208/25868/21960 29198/25856/21951 29209/25867/21959</w:t>
        <w:br/>
        <w:t>f 29211/25869/21961 29210/25870/21961 29202/25862/21955</w:t>
        <w:br/>
        <w:t>f 29203/25861/21955 29211/25869/21961 29202/25862/21955</w:t>
        <w:br/>
        <w:t>f 29214/25871/21962 29213/25872/21963 29212/25873/21964</w:t>
        <w:br/>
        <w:t>f 29217/25874/21965 29216/25875/21966 29215/25876/21967</w:t>
        <w:br/>
        <w:t>f 29197/25857/21952 29219/25877/21968 29218/25878/21969</w:t>
        <w:br/>
        <w:t>f 29196/25858/21952 29197/25857/21952 29218/25878/21969</w:t>
        <w:br/>
        <w:t>f 29221/25879/21970 29220/25880/21971 29201/25859/21953</w:t>
        <w:br/>
        <w:t>f 29118/25776/21887 29221/25879/21970 29201/25859/21953</w:t>
        <w:br/>
        <w:t>f 29220/25880/21971 29221/25879/21970 29218/25878/21969</w:t>
        <w:br/>
        <w:t>f 29219/25877/21968 29220/25880/21971 29218/25878/21969</w:t>
        <w:br/>
        <w:t>f 29218/25878/21969 29221/25879/21970 28886/25546/21699</w:t>
        <w:br/>
        <w:t>f 29222/25881/21972 29218/25878/21969 28886/25546/21699</w:t>
        <w:br/>
        <w:t>f 29218/25878/21969 29222/25881/21972 29116/25773/21884</w:t>
        <w:br/>
        <w:t>f 29114/25775/21886 29218/25878/21969 29116/25773/21884</w:t>
        <w:br/>
        <w:t>f 29212/25873/21964 29195/25853/21948 29223/25882/21973</w:t>
        <w:br/>
        <w:t>f 29221/25879/21970 29118/25776/21887 28885/25547/21700</w:t>
        <w:br/>
        <w:t>f 28886/25546/21699 29221/25879/21970 28885/25547/21700</w:t>
        <w:br/>
        <w:t>f 29225/25883/21915 29224/25884/21974 29210/25870/21961</w:t>
        <w:br/>
        <w:t>f 29211/25869/21961 29225/25883/21915 29210/25870/21961</w:t>
        <w:br/>
        <w:t>f 29228/25885/21975 29227/25886/21976 29226/25887/21975</w:t>
        <w:br/>
        <w:t>f 29204/25866/21958 29205/25865/21957 29152/25811/21918</w:t>
        <w:br/>
        <w:t>f 29153/25810/21917 29204/25866/21958 29152/25811/21918</w:t>
        <w:br/>
        <w:t>f 29231/25888/21977 29230/25889/21978 29229/25890/21977</w:t>
        <w:br/>
        <w:t>f 29235/25891/21979 29234/25892/21980 29233/25893/21981</w:t>
        <w:br/>
        <w:t>f 29232/25894/21982 29235/25891/21979 29233/25893/21981</w:t>
        <w:br/>
        <w:t>f 29232/25894/21982 29237/25895/21983 29236/25896/21984</w:t>
        <w:br/>
        <w:t>f 29240/25897/21985 29235/25891/21979 29239/25898/21986</w:t>
        <w:br/>
        <w:t>f 29238/25899/21987 29240/25897/21985 29239/25898/21986</w:t>
        <w:br/>
        <w:t>f 29235/25891/21979 29240/25897/21985 29234/25892/21980</w:t>
        <w:br/>
        <w:t>f 29242/25900/21988 29239/25898/21986 29241/25901/21989</w:t>
        <w:br/>
        <w:t>f 29239/25898/21986 29242/25900/21988 29238/25899/21987</w:t>
        <w:br/>
        <w:t>f 28852/25510/21663 28793/25450/21604 29243/25902/21990</w:t>
        <w:br/>
        <w:t>f 28796/25453/21607 29244/25903/21991 28880/25539/21692</w:t>
        <w:br/>
        <w:t>f 29246/25904/21992 28867/25529/21682 28868/25528/21681</w:t>
        <w:br/>
        <w:t>f 29245/25905/21993 29246/25904/21992 28868/25528/21681</w:t>
        <w:br/>
        <w:t>f 28868/25528/21681 28872/25530/21683 29247/25906/21994</w:t>
        <w:br/>
        <w:t>f 29245/25905/21993 28868/25528/21681 29247/25906/21994</w:t>
        <w:br/>
        <w:t>f 29249/25907/21995 28956/25614/21767 28957/25613/21766</w:t>
        <w:br/>
        <w:t>f 29248/25908/21996 29249/25907/21995 28957/25613/21766</w:t>
        <w:br/>
        <w:t>f 29063/25723/21836 29064/25722/21836 29031/25691/21817</w:t>
        <w:br/>
        <w:t>f 29032/25690/21817 29063/25723/21836 29031/25691/21817</w:t>
        <w:br/>
        <w:t>f 29113/25771/21882 29112/25772/21883 29251/25909/21997</w:t>
        <w:br/>
        <w:t>f 29250/25910/21998 29113/25771/21882 29251/25909/21997</w:t>
        <w:br/>
        <w:t>f 29100/25760/21871 29253/25911/21999 29252/25912/22000</w:t>
        <w:br/>
        <w:t>f 29101/25759/21870 29100/25760/21871 29252/25912/22000</w:t>
        <w:br/>
        <w:t>f 29084/25744/21855 29254/25913/22001 29253/25911/21999</w:t>
        <w:br/>
        <w:t>f 29100/25760/21871 29084/25744/21855 29253/25911/21999</w:t>
        <w:br/>
        <w:t>f 29254/25913/22001 29084/25744/21855 29085/25743/21854</w:t>
        <w:br/>
        <w:t>f 29255/25914/22002 29254/25913/22001 29085/25743/21854</w:t>
        <w:br/>
        <w:t>f 28917/25576/21729 29256/25915/22003 28882/25540/21693</w:t>
        <w:br/>
        <w:t>f 29006/25664/21800 29258/25916/22004 29257/25917/22005</w:t>
        <w:br/>
        <w:t>f 29005/25665/21800 29006/25664/21800 29257/25917/22005</w:t>
        <w:br/>
        <w:t>f 29260/25918/22006 28900/25560/21713 28901/25559/21712</w:t>
        <w:br/>
        <w:t>f 29259/25919/22007 29260/25918/22006 28901/25559/21712</w:t>
        <w:br/>
        <w:t>f 29076/25736/21847 29261/25920/22008 29075/25737/21848</w:t>
        <w:br/>
        <w:t>f 29263/25921/22009 29262/25922/22010 29070/25729/21840</w:t>
        <w:br/>
        <w:t>f 29071/25728/21839 29263/25921/22009 29070/25729/21840</w:t>
        <w:br/>
        <w:t>f 29070/25729/21840 29262/25922/22010 29264/25923/22011</w:t>
        <w:br/>
        <w:t>f 29074/25732/21843 29070/25729/21840 29264/25923/22011</w:t>
        <w:br/>
        <w:t>f 29262/25922/22010 29266/25924/22012 29265/25925/22013</w:t>
        <w:br/>
        <w:t>f 28915/25575/21728 28882/25540/21693 29267/25926/22014</w:t>
        <w:br/>
        <w:t>f 29076/25736/21847 29079/25739/21850 29268/25927/22015</w:t>
        <w:br/>
        <w:t>f 28781/25438/21592 29269/25928/22016 28919/25577/21730</w:t>
        <w:br/>
        <w:t>f 29266/25924/22012 29262/25922/22010 29263/25921/22009</w:t>
        <w:br/>
        <w:t>f 29271/25929/22017 28952/25611/21764 29270/25930/22018</w:t>
        <w:br/>
        <w:t>f 29273/25931/22019 29272/25932/22019 29059/25721/21835</w:t>
        <w:br/>
        <w:t>f 29060/25720/21835 29273/25931/22019 29059/25721/21835</w:t>
        <w:br/>
        <w:t>f 29055/25717/21832 29275/25933/22020 29274/25934/22021</w:t>
        <w:br/>
        <w:t>f 29058/25714/21832 29055/25717/21832 29274/25934/22021</w:t>
        <w:br/>
        <w:t>f 28947/25609/21762 29277/25935/22022 29276/25936/22023</w:t>
        <w:br/>
        <w:t>f 28945/25604/21757 28946/25603/21756 28959/25618/21771</w:t>
        <w:br/>
        <w:t>f 29278/25937/22024 28945/25604/21757 28959/25618/21771</w:t>
        <w:br/>
        <w:t>f 29280/25938/22025 28835/25492/21646 28829/25491/21645</w:t>
        <w:br/>
        <w:t>f 29279/25939/22026 29280/25938/22025 28829/25491/21645</w:t>
        <w:br/>
        <w:t>f 28794/25455/21609 28829/25491/21645 28830/25490/21644</w:t>
        <w:br/>
        <w:t>f 28830/25490/21644 28826/25486/21640 28796/25453/21607</w:t>
        <w:br/>
        <w:t>f 28794/25455/21609 28830/25490/21644 28796/25453/21607</w:t>
        <w:br/>
        <w:t>f 29282/25940/22027 28998/25658/21797 28999/25657/21797</w:t>
        <w:br/>
        <w:t>f 29281/25941/22027 29282/25940/22027 28999/25657/21797</w:t>
        <w:br/>
        <w:t>f 29284/25942/22028 28907/25567/21720 28908/25566/21719</w:t>
        <w:br/>
        <w:t>f 29283/25943/22029 29284/25942/22028 28908/25566/21719</w:t>
        <w:br/>
        <w:t>f 28928/25589/21742 28929/25588/21741 29285/25944/22030</w:t>
        <w:br/>
        <w:t>f 28995/25653/21795 29035/25697/21821 29036/25696/21820</w:t>
        <w:br/>
        <w:t>f 28994/25654/21795 28995/25653/21795 29036/25696/21820</w:t>
        <w:br/>
        <w:t>f 28826/25486/21640 28827/25485/21639 29244/25903/21991</w:t>
        <w:br/>
        <w:t>f 28796/25453/21607 28826/25486/21640 29244/25903/21991</w:t>
        <w:br/>
        <w:t>f 29139/25797/21908 29120/25779/21890 29121/25778/21889</w:t>
        <w:br/>
        <w:t>f 29138/25798/21908 29139/25797/21908 29121/25778/21889</w:t>
        <w:br/>
        <w:t>f 29182/25840/21939 29170/25828/21929 29171/25827/21929</w:t>
        <w:br/>
        <w:t>f 29181/25841/21939 29182/25840/21939 29171/25827/21929</w:t>
        <w:br/>
        <w:t>f 29163/25819/21923 29160/25822/21923 29193/25852/21947</w:t>
        <w:br/>
        <w:t>f 29190/25851/21947 29163/25819/21923 29193/25852/21947</w:t>
        <w:br/>
        <w:t>f 29128/25785/21896 29284/25942/22028 29283/25943/22029</w:t>
        <w:br/>
        <w:t>f 29127/25786/21639 29128/25785/21896 29283/25943/22029</w:t>
        <w:br/>
        <w:t>f 29282/25940/22027 29281/25941/22027 29287/25945/22031</w:t>
        <w:br/>
        <w:t>f 29286/25946/22031 29282/25940/22027 29287/25945/22031</w:t>
        <w:br/>
        <w:t>f 29047/25705/21827 29034/25692/21818 29033/25693/21818</w:t>
        <w:br/>
        <w:t>f 29046/25706/21827 29047/25705/21827 29033/25693/21818</w:t>
        <w:br/>
        <w:t>f 29042/25701/21824 29039/25700/21823 29289/25947/22032</w:t>
        <w:br/>
        <w:t>f 29288/25948/22032 29042/25701/21824 29289/25947/22032</w:t>
        <w:br/>
        <w:t>f 29291/25949/22033 28824/25480/21634 29130/25790/21900</w:t>
        <w:br/>
        <w:t>f 29290/25950/22034 29291/25949/22033 29130/25790/21900</w:t>
        <w:br/>
        <w:t>f 29292/25951/22035 28823/25481/21635 28824/25480/21634</w:t>
        <w:br/>
        <w:t>f 29291/25949/22033 29292/25951/22035 28824/25480/21634</w:t>
        <w:br/>
        <w:t>f 28809/25469/21623 28823/25481/21635 29292/25951/22035</w:t>
        <w:br/>
        <w:t>f 29293/25952/22036 28784/25441/21595 28809/25469/21623</w:t>
        <w:br/>
        <w:t>f 28800/25459/21613 28845/25505/21658 28792/25451/21605</w:t>
        <w:br/>
        <w:t>f 29297/25953/22037 29296/25954/22038 29295/25955/22039</w:t>
        <w:br/>
        <w:t>f 29294/25956/22040 29297/25953/22037 29295/25955/22039</w:t>
        <w:br/>
        <w:t>f 28861/25522/21675 29298/25957/22041 29297/25953/22037</w:t>
        <w:br/>
        <w:t>f 29294/25956/22040 28861/25522/21675 29297/25953/22037</w:t>
        <w:br/>
        <w:t>f 28862/25521/21674 29134/25794/21905 29298/25957/22041</w:t>
        <w:br/>
        <w:t>f 28861/25522/21675 28862/25521/21674 29298/25957/22041</w:t>
        <w:br/>
        <w:t>f 28901/25559/21712 29243/25902/21990 29299/25958/22042</w:t>
        <w:br/>
        <w:t>f 29259/25919/22007 28901/25559/21712 29299/25958/22042</w:t>
        <w:br/>
        <w:t>f 29296/25954/22038 29301/25959/22043 29300/25960/21990</w:t>
        <w:br/>
        <w:t>f 29295/25955/22039 29296/25954/22038 29300/25960/21990</w:t>
        <w:br/>
        <w:t>f 29303/25961/22044 29302/25962/22045 29294/25956/22040</w:t>
        <w:br/>
        <w:t>f 29295/25955/22039 29303/25961/22044 29294/25956/22040</w:t>
        <w:br/>
        <w:t>f 28863/25520/21673 28861/25522/21675 29294/25956/22040</w:t>
        <w:br/>
        <w:t>f 29302/25962/22045 28863/25520/21673 29294/25956/22040</w:t>
        <w:br/>
        <w:t>f 28782/25443/21597 28785/25445/21599 29304/25963/22046</w:t>
        <w:br/>
        <w:t>f 28810/25468/21622 28782/25443/21597 29304/25963/22046</w:t>
        <w:br/>
        <w:t>f 28822/25482/21636 29305/25964/22047 28854/25513/21666</w:t>
        <w:br/>
        <w:t>f 28823/25481/21635 28809/25469/21623 28810/25468/21622</w:t>
        <w:br/>
        <w:t>f 28822/25482/21636 28823/25481/21635 28810/25468/21622</w:t>
        <w:br/>
        <w:t>f 29307/25965/22048 28762/25418/21572 28759/25421/21575</w:t>
        <w:br/>
        <w:t>f 29306/25966/22049 29307/25965/22048 28759/25421/21575</w:t>
        <w:br/>
        <w:t>f 29309/25967/22050 29308/25968/22051 28904/25562/21715</w:t>
        <w:br/>
        <w:t>f 28905/25561/21714 29309/25967/22050 28904/25562/21715</w:t>
        <w:br/>
        <w:t>f 29303/25961/22044 29311/25969/21606 29310/25970/22052</w:t>
        <w:br/>
        <w:t>f 29302/25962/22045 29312/25971/22053 29130/25790/21900</w:t>
        <w:br/>
        <w:t>f 29131/25789/21899 29302/25962/22045 29130/25790/21900</w:t>
        <w:br/>
        <w:t>f 29316/25972/22054 29315/25973/22055 29314/25974/22056</w:t>
        <w:br/>
        <w:t>f 29313/25975/22057 29316/25972/22054 29314/25974/22056</w:t>
        <w:br/>
        <w:t>f 29320/25976/22058 29319/25977/22059 29318/25978/22059</w:t>
        <w:br/>
        <w:t>f 29317/25979/22058 29320/25976/22058 29318/25978/22059</w:t>
        <w:br/>
        <w:t>f 29324/25980/22060 29323/25981/22061 29322/25982/22062</w:t>
        <w:br/>
        <w:t>f 29321/25983/22063 29324/25980/22060 29322/25982/22062</w:t>
        <w:br/>
        <w:t>f 29327/25984/22064 29326/25985/22065 29325/25986/22066</w:t>
        <w:br/>
        <w:t>f 29330/25987/22067 29329/25988/22068 29328/25989/22069</w:t>
        <w:br/>
        <w:t>f 29329/25988/22068 29332/25990/22070 29331/25991/22071</w:t>
        <w:br/>
        <w:t>f 29328/25989/22069 29329/25988/22068 29331/25991/22071</w:t>
        <w:br/>
        <w:t>f 29334/25992/22072 29312/25971/22053 29333/25993/22073</w:t>
        <w:br/>
        <w:t>f 29335/25994/22074 29327/25984/22064 29325/25986/22066</w:t>
        <w:br/>
        <w:t>f 29336/25995/22075 28877/25537/21690 28878/25536/21689</w:t>
        <w:br/>
        <w:t>f 29337/25996/22076 29336/25995/22075 28878/25536/21689</w:t>
        <w:br/>
        <w:t>f 29339/25997/22077 28945/25604/21757 29338/25998/22078</w:t>
        <w:br/>
        <w:t>f 29341/25999/22079 29340/26000/22080 28945/25604/21757</w:t>
        <w:br/>
        <w:t>f 29278/25937/22024 29341/25999/22079 28945/25604/21757</w:t>
        <w:br/>
        <w:t>f 29315/25973/22055 29343/26001/22081 29342/26002/22082</w:t>
        <w:br/>
        <w:t>f 29314/25974/22056 29315/25973/22055 29342/26002/22082</w:t>
        <w:br/>
        <w:t>f 29342/26002/22082 29343/26001/22081 29345/26003/22083</w:t>
        <w:br/>
        <w:t>f 29344/26004/22084 29342/26002/22082 29345/26003/22083</w:t>
        <w:br/>
        <w:t>f 29128/25785/21896 29126/25787/21897 29326/25985/22065</w:t>
        <w:br/>
        <w:t>f 29332/25990/22070 29329/25988/22068 29347/26005/22085</w:t>
        <w:br/>
        <w:t>f 29346/26006/22086 29332/25990/22070 29347/26005/22085</w:t>
        <w:br/>
        <w:t>f 29350/26007/22087 29349/26008/22088 29348/26009/22089</w:t>
        <w:br/>
        <w:t>f 29328/25989/22069 29331/25991/22071 29351/26010/22089</w:t>
        <w:br/>
        <w:t>f 28779/25440/21594 28780/25439/21593 29321/25983/22063</w:t>
        <w:br/>
        <w:t>f 29336/25995/22075 29337/25996/22076 28883/25543/21696</w:t>
        <w:br/>
        <w:t>f 29352/26011/22090 29336/25995/22075 28883/25543/21696</w:t>
        <w:br/>
        <w:t>f 28883/25543/21696 29337/25996/22076 29324/25980/22060</w:t>
        <w:br/>
        <w:t>f 28929/25588/21741 28930/25587/21740 29353/26012/22091</w:t>
        <w:br/>
        <w:t>f 29335/25994/22074 28929/25588/21741 29353/26012/22091</w:t>
        <w:br/>
        <w:t>f 28906/25568/21721 28907/25567/21720 29335/25994/22074</w:t>
        <w:br/>
        <w:t>f 29353/26012/22091 28906/25568/21721 29335/25994/22074</w:t>
        <w:br/>
        <w:t>f 28948/25608/21761 29354/26013/22092 29338/25998/22078</w:t>
        <w:br/>
        <w:t>f 28947/25609/21762 28948/25608/21761 29338/25998/22078</w:t>
        <w:br/>
        <w:t>f 29354/26013/22092 28930/25587/21740 28963/25622/21775</w:t>
        <w:br/>
        <w:t>f 29356/26014/22093 29340/26000/22080 29341/25999/22079</w:t>
        <w:br/>
        <w:t>f 29355/26015/22094 29356/26014/22093 29341/25999/22079</w:t>
        <w:br/>
        <w:t>f 29354/26013/22092 28948/25608/21761 28906/25568/21721</w:t>
        <w:br/>
        <w:t>f 29353/26012/22091 29354/26013/22092 28906/25568/21721</w:t>
        <w:br/>
        <w:t>f 29317/25979/22058 28966/25626/21779 28967/25625/21778</w:t>
        <w:br/>
        <w:t>f 29320/25976/22058 29317/25979/22058 28967/25625/21778</w:t>
        <w:br/>
        <w:t>f 29319/25977/22059 28973/25635/21784 28974/25634/21784</w:t>
        <w:br/>
        <w:t>f 29318/25978/22059 29319/25977/22059 28974/25634/21784</w:t>
        <w:br/>
        <w:t>f 29315/25973/22055 29316/25972/22054 29092/25752/21863</w:t>
        <w:br/>
        <w:t>f 29091/25749/21860 29315/25973/22055 29092/25752/21863</w:t>
        <w:br/>
        <w:t>f 29343/26001/22081 29315/25973/22055 29091/25749/21860</w:t>
        <w:br/>
        <w:t>f 29089/25745/21856 29343/26001/22081 29091/25749/21860</w:t>
        <w:br/>
        <w:t>f 29343/26001/22081 29089/25745/21856 29086/25748/21859</w:t>
        <w:br/>
        <w:t>f 29345/26003/22083 29343/26001/22081 29086/25748/21859</w:t>
        <w:br/>
        <w:t>f 29313/25975/22057 29314/25974/22056 29077/25735/21846</w:t>
        <w:br/>
        <w:t>f 29078/25734/21845 29313/25975/22057 29077/25735/21846</w:t>
        <w:br/>
        <w:t>f 29080/25738/21849 29077/25735/21846 29314/25974/22056</w:t>
        <w:br/>
        <w:t>f 29342/26002/22082 29080/25738/21849 29314/25974/22056</w:t>
        <w:br/>
        <w:t>f 29080/25738/21849 29342/26002/22082 29344/26004/22084</w:t>
        <w:br/>
        <w:t>f 29357/26016/22095 29080/25738/21849 29344/26004/22084</w:t>
        <w:br/>
        <w:t>f 29277/25935/22022 29340/26000/22080 29356/26014/22093</w:t>
        <w:br/>
        <w:t>f 29327/25984/22064 29335/25994/22074 28907/25567/21720</w:t>
        <w:br/>
        <w:t>f 29284/25942/22028 29327/25984/22064 28907/25567/21720</w:t>
        <w:br/>
        <w:t>f 29335/25994/22074 29325/25986/22066 29285/25944/22030</w:t>
        <w:br/>
        <w:t>f 28929/25588/21741 29335/25994/22074 29285/25944/22030</w:t>
        <w:br/>
        <w:t>f 29325/25986/22066 29326/25985/22065 28840/25500/21654</w:t>
        <w:br/>
        <w:t>f 29327/25984/22064 29284/25942/22028 29128/25785/21896</w:t>
        <w:br/>
        <w:t>f 29358/26017/22096 29130/25790/21900 29312/25971/22053</w:t>
        <w:br/>
        <w:t>f 29360/26018/22097 29333/25993/22073 29359/26019/22098</w:t>
        <w:br/>
        <w:t>f 29333/25993/22073 29312/25971/22053 29302/25962/22045</w:t>
        <w:br/>
        <w:t>f 29303/25961/22044 29333/25993/22073 29302/25962/22045</w:t>
        <w:br/>
        <w:t>f 29304/25963/22046 29305/25964/22047 28822/25482/21636</w:t>
        <w:br/>
        <w:t>f 28810/25468/21622 29304/25963/22046 28822/25482/21636</w:t>
        <w:br/>
        <w:t>f 29176/25838/21937 29177/25837/21936 29172/25832/21932</w:t>
        <w:br/>
        <w:t>f 29173/25831/21931 29176/25838/21937 29172/25832/21932</w:t>
        <w:br/>
        <w:t>f 28899/25555/21708 28896/25558/21711 29116/25773/21884</w:t>
        <w:br/>
        <w:t>f 29361/26020/22099 28899/25555/21708 29116/25773/21884</w:t>
        <w:br/>
        <w:t>f 29222/25881/21972 29362/26021/22100 29361/26020/22099</w:t>
        <w:br/>
        <w:t>f 29116/25773/21884 29222/25881/21972 29361/26020/22099</w:t>
        <w:br/>
        <w:t>f 28887/25545/21698 29362/26021/22100 29222/25881/21972</w:t>
        <w:br/>
        <w:t>f 28886/25546/21699 28887/25545/21698 29222/25881/21972</w:t>
        <w:br/>
        <w:t>f 28888/25544/21697 28885/25547/21700 28890/25549/21702</w:t>
        <w:br/>
        <w:t>f 29223/25882/21973 29195/25853/21948 29363/26022/22101</w:t>
        <w:br/>
        <w:t>f 28786/25444/21598 28769/25429/21583 28770/25428/21582</w:t>
        <w:br/>
        <w:t>f 28785/25445/21599 28786/25444/21598 28770/25428/21582</w:t>
        <w:br/>
        <w:t>f 28790/25446/21600 28769/25429/21583 28786/25444/21598</w:t>
        <w:br/>
        <w:t>f 28783/25442/21596 28790/25446/21600 28786/25444/21598</w:t>
        <w:br/>
        <w:t>f 28797/25457/21611 29365/26023/22102 29364/26024/22103</w:t>
        <w:br/>
        <w:t>f 29369/26025/22104 29368/26026/22105 29367/26027/22106</w:t>
        <w:br/>
        <w:t>f 29366/26028/22107 29369/26025/22104 29367/26027/22106</w:t>
        <w:br/>
        <w:t>f 28834/25493/21647 28835/25492/21646 29371/26029/22108</w:t>
        <w:br/>
        <w:t>f 29370/26030/22109 28834/25493/21647 29371/26029/22108</w:t>
        <w:br/>
        <w:t>f 28859/25518/21671 28860/25517/21670 28936/25592/21745</w:t>
        <w:br/>
        <w:t>f 29372/26031/22110 28859/25518/21671 28936/25592/21745</w:t>
        <w:br/>
        <w:t>f 28913/25573/21726 28935/25593/21746 28936/25592/21745</w:t>
        <w:br/>
        <w:t>f 28860/25517/21670 28913/25573/21726 28936/25592/21745</w:t>
        <w:br/>
        <w:t>f 28935/25593/21746 28913/25573/21726 28964/25623/21776</w:t>
        <w:br/>
        <w:t>f 28939/25598/21751 28954/25616/21769 28941/25600/21753</w:t>
        <w:br/>
        <w:t>f 29248/25908/21996 28957/25613/21766 29247/25906/21994</w:t>
        <w:br/>
        <w:t>f 28872/25530/21683 29248/25908/21996 29247/25906/21994</w:t>
        <w:br/>
        <w:t>f 28871/25531/21684 28924/25583/21736 28925/25586/21739</w:t>
        <w:br/>
        <w:t>f 28872/25530/21683 28871/25531/21684 28925/25586/21739</w:t>
        <w:br/>
        <w:t>f 28871/25531/21684 28856/25515/21668 28924/25583/21736</w:t>
        <w:br/>
        <w:t>f 28923/25579/21732 28856/25515/21668 28866/25525/21678</w:t>
        <w:br/>
        <w:t>f 28986/25644/21790 29028/25684/21813 29025/25687/21815</w:t>
        <w:br/>
        <w:t>f 28985/25645/21790 28986/25644/21790 29025/25687/21815</w:t>
        <w:br/>
        <w:t>f 29106/25768/21879 29107/25767/21878 29097/25753/21864</w:t>
        <w:br/>
        <w:t>f 29094/25756/21867 29106/25768/21879 29097/25753/21864</w:t>
        <w:br/>
        <w:t>f 29106/25768/21879 29094/25756/21867 29098/25758/21869</w:t>
        <w:br/>
        <w:t>f 29110/25770/21881 29106/25768/21879 29098/25758/21869</w:t>
        <w:br/>
        <w:t>f 29112/25772/21883 29110/25770/21881 29098/25758/21869</w:t>
        <w:br/>
        <w:t>f 29101/25759/21870 29112/25772/21883 29098/25758/21869</w:t>
        <w:br/>
        <w:t>f 29252/25912/22000 29251/25909/21997 29112/25772/21883</w:t>
        <w:br/>
        <w:t>f 29101/25759/21870 29252/25912/22000 29112/25772/21883</w:t>
        <w:br/>
        <w:t>f 29375/26032/22111 29374/26033/22112 29373/26034/22113</w:t>
        <w:br/>
        <w:t>f 29216/25875/21966 29375/26032/22111 29373/26034/22113</w:t>
        <w:br/>
        <w:t>f 29379/26035/22114 29378/26036/22114 29377/26037/22115</w:t>
        <w:br/>
        <w:t>f 29376/26038/22115 29379/26035/22114 29377/26037/22115</w:t>
        <w:br/>
        <w:t>f 29213/25872/21963 29214/25871/21962 29381/26039/22116</w:t>
        <w:br/>
        <w:t>f 29380/26040/22117 29213/25872/21963 29381/26039/22116</w:t>
        <w:br/>
        <w:t>f 29385/26041/22118 29384/26042/22119 29383/26043/22120</w:t>
        <w:br/>
        <w:t>f 29382/26044/22121 29385/26041/22118 29383/26043/22120</w:t>
        <w:br/>
        <w:t>f 29389/26045/22122 29388/26046/22123 29387/26047/22124</w:t>
        <w:br/>
        <w:t>f 29386/26048/22125 29389/26045/22122 29387/26047/22124</w:t>
        <w:br/>
        <w:t>f 29393/26049/22126 29392/26050/22127 29391/26051/22128</w:t>
        <w:br/>
        <w:t>f 29390/26052/22129 29393/26049/22126 29391/26051/22128</w:t>
        <w:br/>
        <w:t>f 29395/26053/22130 29391/26051/22128 29392/26050/22127</w:t>
        <w:br/>
        <w:t>f 29394/26054/22131 29395/26053/22130 29392/26050/22127</w:t>
        <w:br/>
        <w:t>f 29397/26055/22132 29395/26053/22130 29394/26054/22131</w:t>
        <w:br/>
        <w:t>f 29396/26056/22133 29397/26055/22132 29394/26054/22131</w:t>
        <w:br/>
        <w:t>f 29401/26057/22134 29400/26058/22135 29399/26059/21574</w:t>
        <w:br/>
        <w:t>f 29398/26060/22136 29401/26057/22134 29399/26059/21574</w:t>
        <w:br/>
        <w:t>f 29405/26061/22137 29404/26062/22138 29403/26063/22139</w:t>
        <w:br/>
        <w:t>f 29402/26064/22140 29405/26061/22137 29403/26063/22139</w:t>
        <w:br/>
        <w:t>f 29407/26065/22141 29406/26066/22142 29378/26036/22114</w:t>
        <w:br/>
        <w:t>f 29379/26035/22114 29407/26065/22141 29378/26036/22114</w:t>
        <w:br/>
        <w:t>f 29411/26067/22143 29410/26068/22144 29409/26069/21716</w:t>
        <w:br/>
        <w:t>f 29408/26070/22145 29411/26067/22143 29409/26069/21716</w:t>
        <w:br/>
        <w:t>f 29415/26071/22146 29414/26072/22147 29413/26073/22148</w:t>
        <w:br/>
        <w:t>f 29412/26074/22149 29415/26071/22146 29413/26073/22148</w:t>
        <w:br/>
        <w:t>f 29417/26075/22144 29416/26076/22150 28902/25564/21717</w:t>
        <w:br/>
        <w:t>f 28903/25563/21716 29417/26075/22144 28902/25564/21717</w:t>
        <w:br/>
        <w:t>f 29419/26077/22151 28760/25420/21574 28761/25419/21573</w:t>
        <w:br/>
        <w:t>f 29418/26078/22152 29419/26077/22151 28761/25419/21573</w:t>
        <w:br/>
        <w:t>f 29423/26079/22153 29422/26080/22154 29421/26081/22155</w:t>
        <w:br/>
        <w:t>f 29420/26082/22156 29423/26079/22153 29421/26081/22155</w:t>
        <w:br/>
        <w:t>f 29425/26083/22157 29421/26081/22155 29422/26080/22154</w:t>
        <w:br/>
        <w:t>f 29424/26084/22158 29425/26083/22157 29422/26080/22154</w:t>
        <w:br/>
        <w:t>f 29429/26085/22159 29428/26086/22160 29427/26087/22161</w:t>
        <w:br/>
        <w:t>f 29426/26088/22159 29429/26085/22159 29427/26087/22161</w:t>
        <w:br/>
        <w:t>f 29388/26046/22123 29389/26045/22122 29431/26089/22162</w:t>
        <w:br/>
        <w:t>f 29430/26090/22163 29388/26046/22123 29431/26089/22162</w:t>
        <w:br/>
        <w:t>f 29435/26091/22164 29434/26092/22165 29433/26093/22166</w:t>
        <w:br/>
        <w:t>f 29432/26094/22167 29435/26091/22164 29433/26093/22166</w:t>
        <w:br/>
        <w:t>f 29437/26095/22168 28889/25550/21703 29194/25854/21949</w:t>
        <w:br/>
        <w:t>f 29436/26096/22169 29437/26095/22168 29194/25854/21949</w:t>
        <w:br/>
        <w:t>f 29438/26097/22170 28891/25548/21701 28889/25550/21703</w:t>
        <w:br/>
        <w:t>f 29437/26095/22168 29438/26097/22170 28889/25550/21703</w:t>
        <w:br/>
        <w:t>f 29440/26098/22171 29439/26099/22172 28892/25554/21707</w:t>
        <w:br/>
        <w:t>f 28893/25553/21706 29440/26098/22171 28892/25554/21707</w:t>
        <w:br/>
        <w:t>f 29441/26100/22173 28767/25426/21580 28892/25554/21707</w:t>
        <w:br/>
        <w:t>f 29439/26099/22172 29441/26100/22173 28892/25554/21707</w:t>
        <w:br/>
        <w:t>f 29443/26101/22174 28766/25422/21576 28763/25425/21579</w:t>
        <w:br/>
        <w:t>f 29442/26102/22175 29443/26101/22174 28763/25425/21579</w:t>
        <w:br/>
        <w:t>f 29445/26103/22176 29444/26104/22177 28897/25557/21710</w:t>
        <w:br/>
        <w:t>f 28898/25556/21709 29445/26103/22176 28897/25557/21710</w:t>
        <w:br/>
        <w:t>f 29447/26105/22178 29393/26049/22126 29390/26052/22129</w:t>
        <w:br/>
        <w:t>f 29446/26106/22179 29447/26105/22178 29390/26052/22129</w:t>
        <w:br/>
        <w:t>f 29215/25876/21967 29450/26107/22180 29449/26108/22181</w:t>
        <w:br/>
        <w:t>f 29448/26109/22182 29215/25876/21967 29449/26108/22181</w:t>
        <w:br/>
        <w:t>f 29214/25871/21962 29433/26093/22166 29434/26092/22165</w:t>
        <w:br/>
        <w:t>f 29381/26039/22116 29214/25871/21962 29434/26092/22165</w:t>
        <w:br/>
        <w:t>f 29454/26110/22183 29453/26111/22184 29452/26112/22185</w:t>
        <w:br/>
        <w:t>f 29451/26113/22186 29454/26110/22183 29452/26112/22185</w:t>
        <w:br/>
        <w:t>f 29194/25854/21949 29455/26114/22187 29436/26096/22169</w:t>
        <w:br/>
        <w:t>f 29452/26112/22185 29453/26111/22184 29376/26038/22115</w:t>
        <w:br/>
        <w:t>f 29377/26037/22115 29452/26112/22185 29376/26038/22115</w:t>
        <w:br/>
        <w:t>f 29456/26115/22188 28891/25548/21701 29438/26097/22170</w:t>
        <w:br/>
        <w:t>f 29458/26116/22189 29457/26117/22190 29406/26066/22142</w:t>
        <w:br/>
        <w:t>f 29407/26065/22141 29458/26116/22189 29406/26066/22142</w:t>
        <w:br/>
        <w:t>f 29460/26118/22191 29397/26055/22132 29396/26056/22133</w:t>
        <w:br/>
        <w:t>f 29459/26119/22192 29460/26118/22191 29396/26056/22133</w:t>
        <w:br/>
        <w:t>f 28898/25556/21709 29461/26120/22193 29445/26103/22176</w:t>
        <w:br/>
        <w:t>f 29216/25875/21966 29373/26034/22113 29463/26121/22194</w:t>
        <w:br/>
        <w:t>f 29462/26122/22195 29216/25875/21966 29463/26121/22194</w:t>
        <w:br/>
        <w:t>f 29467/26123/22196 29466/26124/22197 29465/26125/22198</w:t>
        <w:br/>
        <w:t>f 29464/26126/22199 29467/26123/22196 29465/26125/22198</w:t>
        <w:br/>
        <w:t>f 29471/26127/22200 29470/26128/22201 29469/26129/22202</w:t>
        <w:br/>
        <w:t>f 29468/26130/22043 29471/26127/22200 29469/26129/22202</w:t>
        <w:br/>
        <w:t>f 29472/26131/22202 29259/25919/22007 29299/25958/22042</w:t>
        <w:br/>
        <w:t>f 29474/26132/22203 29473/26133/22204 28770/25428/21582</w:t>
        <w:br/>
        <w:t>f 28771/25427/21581 29474/26132/22203 28770/25428/21582</w:t>
        <w:br/>
        <w:t>f 29473/26133/22204 29475/26134/22205 29124/25782/21893</w:t>
        <w:br/>
        <w:t>f 29479/26135/22206 29478/26136/22207 29477/26137/22208</w:t>
        <w:br/>
        <w:t>f 29476/26138/22209 29479/26135/22206 29477/26137/22208</w:t>
        <w:br/>
        <w:t>f 29483/26139/22210 29482/26140/22211 29481/26141/22212</w:t>
        <w:br/>
        <w:t>f 29480/26142/22213 29483/26139/22210 29481/26141/22212</w:t>
        <w:br/>
        <w:t>f 29467/26123/22196 29464/26126/22199 29485/26143/22214</w:t>
        <w:br/>
        <w:t>f 29484/26144/22215 29467/26123/22196 29485/26143/22214</w:t>
        <w:br/>
        <w:t>f 29428/26086/22160 29487/26145/22216 29486/26146/22217</w:t>
        <w:br/>
        <w:t>f 29427/26087/22161 29428/26086/22160 29486/26146/22217</w:t>
        <w:br/>
        <w:t>f 29491/26147/22218 29490/26148/22219 29489/26149/22220</w:t>
        <w:br/>
        <w:t>f 29488/26150/22221 29491/26147/22218 29489/26149/22220</w:t>
        <w:br/>
        <w:t>f 29389/26045/22122 29493/26151/22222 29492/26152/22223</w:t>
        <w:br/>
        <w:t>f 29431/26089/22162 29389/26045/22122 29492/26152/22223</w:t>
        <w:br/>
        <w:t>f 29495/26153/22224 29393/26049/22126 29447/26105/22178</w:t>
        <w:br/>
        <w:t>f 29494/26154/22225 29495/26153/22224 29447/26105/22178</w:t>
        <w:br/>
        <w:t>f 29499/26155/22226 29498/26156/22227 29497/26157/22228</w:t>
        <w:br/>
        <w:t>f 29496/26158/22229 29499/26155/22226 29497/26157/22228</w:t>
        <w:br/>
        <w:t>f 29449/26108/22181 29489/26149/22220 29500/26159/22230</w:t>
        <w:br/>
        <w:t>f 29484/26144/22215 29449/26108/22181 29500/26159/22230</w:t>
        <w:br/>
        <w:t>f 29383/26043/22120 29503/26160/22231 29502/26161/22232</w:t>
        <w:br/>
        <w:t>f 29501/26162/22233 29383/26043/22120 29502/26161/22232</w:t>
        <w:br/>
        <w:t>f 29507/26163/22234 29506/26164/22234 29505/26165/22235</w:t>
        <w:br/>
        <w:t>f 29504/26166/22236 29507/26163/22234 29505/26165/22235</w:t>
        <w:br/>
        <w:t>f 29455/26114/22187 29509/26167/22237 29508/26168/22238</w:t>
        <w:br/>
        <w:t>f 29436/26096/22169 29455/26114/22187 29508/26168/22238</w:t>
        <w:br/>
        <w:t>f 29436/26096/22169 29508/26168/22238 29510/26169/22239</w:t>
        <w:br/>
        <w:t>f 29437/26095/22168 29436/26096/22169 29510/26169/22239</w:t>
        <w:br/>
        <w:t>f 29506/26164/22234 29507/26163/22234 29511/26170/22240</w:t>
        <w:br/>
        <w:t>f 29512/26171/22240 29506/26164/22234 29511/26170/22240</w:t>
        <w:br/>
        <w:t>f 29437/26095/22168 29510/26169/22239 29514/26172/22241</w:t>
        <w:br/>
        <w:t>f 29513/26173/22241 29437/26095/22168 29514/26172/22241</w:t>
        <w:br/>
        <w:t>f 29511/26170/22240 29516/26174/22242 29515/26175/22243</w:t>
        <w:br/>
        <w:t>f 29512/26171/22240 29511/26170/22240 29515/26175/22243</w:t>
        <w:br/>
        <w:t>f 29513/26173/22241 29514/26172/22241 29518/26176/22244</w:t>
        <w:br/>
        <w:t>f 29517/26177/22245 29513/26173/22241 29518/26176/22244</w:t>
        <w:br/>
        <w:t>f 29406/26066/22142 29457/26117/22190 29519/26178/22246</w:t>
        <w:br/>
        <w:t>f 29515/26175/22243 29406/26066/22142 29519/26178/22246</w:t>
        <w:br/>
        <w:t>f 29440/26098/22171 29521/26179/22247 29520/26180/22248</w:t>
        <w:br/>
        <w:t>f 29439/26099/22172 29440/26098/22171 29520/26180/22248</w:t>
        <w:br/>
        <w:t>f 29523/26181/22249 29402/26064/22140 29403/26063/22139</w:t>
        <w:br/>
        <w:t>f 29522/26182/22250 29523/26181/22249 29403/26063/22139</w:t>
        <w:br/>
        <w:t>f 29441/26100/22173 29439/26099/22172 29520/26180/22248</w:t>
        <w:br/>
        <w:t>f 29524/26183/22251 29441/26100/22173 29520/26180/22248</w:t>
        <w:br/>
        <w:t>f 29526/26184/22252 29424/26084/22158 29422/26080/22154</w:t>
        <w:br/>
        <w:t>f 29525/26185/22253 29526/26184/22252 29422/26080/22154</w:t>
        <w:br/>
        <w:t>f 29443/26101/22174 29442/26102/22175 29528/26186/22254</w:t>
        <w:br/>
        <w:t>f 29527/26187/22255 29443/26101/22174 29528/26186/22254</w:t>
        <w:br/>
        <w:t>f 29423/26079/22153 29529/26188/22256 29525/26185/22253</w:t>
        <w:br/>
        <w:t>f 29422/26080/22154 29423/26079/22153 29525/26185/22253</w:t>
        <w:br/>
        <w:t>f 29445/26103/22176 29461/26120/22193 29531/26189/22257</w:t>
        <w:br/>
        <w:t>f 29530/26190/22258 29445/26103/22176 29531/26189/22257</w:t>
        <w:br/>
        <w:t>f 29533/26191/22259 29459/26119/22192 29396/26056/22133</w:t>
        <w:br/>
        <w:t>f 29532/26192/22260 29533/26191/22259 29396/26056/22133</w:t>
        <w:br/>
        <w:t>f 29535/26193/22261 29445/26103/22176 29530/26190/22258</w:t>
        <w:br/>
        <w:t>f 29534/26194/22262 29535/26193/22261 29530/26190/22258</w:t>
        <w:br/>
        <w:t>f 29536/26195/22263 29532/26192/22260 29396/26056/22133</w:t>
        <w:br/>
        <w:t>f 29394/26054/22131 29536/26195/22263 29396/26056/22133</w:t>
        <w:br/>
        <w:t>f 29463/26121/22194 29444/26104/22177 29534/26194/22262</w:t>
        <w:br/>
        <w:t>f 29537/26196/22264 29463/26121/22194 29534/26194/22262</w:t>
        <w:br/>
        <w:t>f 29538/26197/22265 29536/26195/22263 29394/26054/22131</w:t>
        <w:br/>
        <w:t>f 29392/26050/22127 29538/26197/22265 29394/26054/22131</w:t>
        <w:br/>
        <w:t>f 29393/26049/22126 29495/26153/22224 29538/26197/22265</w:t>
        <w:br/>
        <w:t>f 29392/26050/22127 29393/26049/22126 29538/26197/22265</w:t>
        <w:br/>
        <w:t>f 29462/26122/22195 29463/26121/22194 29537/26196/22264</w:t>
        <w:br/>
        <w:t>f 29496/26158/22266 29462/26122/22195 29537/26196/22264</w:t>
        <w:br/>
        <w:t>f 29542/26198/22267 29541/26199/22268 29540/26200/22269</w:t>
        <w:br/>
        <w:t>f 29539/26201/22270 29542/26198/22267 29540/26200/22269</w:t>
        <w:br/>
        <w:t>f 29435/26091/22164 29480/26142/22213 29544/26202/22271</w:t>
        <w:br/>
        <w:t>f 29543/26203/22272 29435/26091/22164 29544/26202/22271</w:t>
        <w:br/>
        <w:t>f 29381/26039/22116 29434/26092/22165 29546/26204/22273</w:t>
        <w:br/>
        <w:t>f 29545/26205/22274 29381/26039/22116 29546/26204/22273</w:t>
        <w:br/>
        <w:t>f 29541/26199/22268 29548/26206/22275 29547/26207/22275</w:t>
        <w:br/>
        <w:t>f 29540/26200/22269 29541/26199/22268 29547/26207/22275</w:t>
        <w:br/>
        <w:t>f 29380/26040/22117 29549/26208/22276 29509/26167/22237</w:t>
        <w:br/>
        <w:t>f 29455/26114/22187 29380/26040/22117 29509/26167/22237</w:t>
        <w:br/>
        <w:t>f 29452/26112/22185 29505/26165/22235 29550/26209/22277</w:t>
        <w:br/>
        <w:t>f 29451/26113/22186 29452/26112/22185 29550/26209/22277</w:t>
        <w:br/>
        <w:t>f 29467/26123/22196 29552/26210/22278 29551/26211/22279</w:t>
        <w:br/>
        <w:t>f 29466/26124/22197 29467/26123/22196 29551/26211/22279</w:t>
        <w:br/>
        <w:t>f 29384/26042/22119 29553/26212/22280 29503/26160/22231</w:t>
        <w:br/>
        <w:t>f 29383/26043/22120 29384/26042/22119 29503/26160/22231</w:t>
        <w:br/>
        <w:t>f 29556/26213/22281 29555/26214/22282 29554/26215/22283</w:t>
        <w:br/>
        <w:t>f 29469/26129/22202 29556/26213/22281 29554/26215/22283</w:t>
        <w:br/>
        <w:t>f 29558/26216/22284 29557/26217/22285 29401/26057/22134</w:t>
        <w:br/>
        <w:t>f 29398/26060/22136 29558/26216/22284 29401/26057/22134</w:t>
        <w:br/>
        <w:t>f 29259/25919/22007 29472/26131/22202 29560/26218/22286</w:t>
        <w:br/>
        <w:t>f 29559/26219/22287 29259/25919/22007 29560/26218/22286</w:t>
        <w:br/>
        <w:t>f 29419/26077/22151 29418/26078/22152 29562/26220/22288</w:t>
        <w:br/>
        <w:t>f 29561/26221/22284 29419/26077/22151 29562/26220/22288</w:t>
        <w:br/>
        <w:t>f 29260/25918/22006 29259/25919/22007 29559/26219/22287</w:t>
        <w:br/>
        <w:t>f 29563/26222/22289 29260/25918/22006 29559/26219/22287</w:t>
        <w:br/>
        <w:t>f 29418/26078/22152 29564/26223/22290 29562/26220/22288</w:t>
        <w:br/>
        <w:t>f 29473/26133/22204 29474/26132/22203 29566/26224/22291</w:t>
        <w:br/>
        <w:t>f 29565/26225/22292 29473/26133/22204 29566/26224/22291</w:t>
        <w:br/>
        <w:t>f 29416/26076/22150 29568/26226/22293 29567/26227/22294</w:t>
        <w:br/>
        <w:t>f 29475/26134/22205 29473/26133/22204 29565/26225/22292</w:t>
        <w:br/>
        <w:t>f 29569/26228/22295 29475/26134/22205 29565/26225/22292</w:t>
        <w:br/>
        <w:t>f 29417/26075/22144 29570/26229/22296 29568/26226/22293</w:t>
        <w:br/>
        <w:t>f 29416/26076/22150 29417/26075/22144 29568/26226/22293</w:t>
        <w:br/>
        <w:t>f 29476/26138/22209 29477/26137/22208 29572/26230/22295</w:t>
        <w:br/>
        <w:t>f 29571/26231/22297 29476/26138/22209 29572/26230/22295</w:t>
        <w:br/>
        <w:t>f 29411/26067/22143 29574/26232/22298 29573/26233/22296</w:t>
        <w:br/>
        <w:t>f 29410/26068/22144 29411/26067/22143 29573/26233/22296</w:t>
        <w:br/>
        <w:t>f 29544/26202/22271 29480/26142/22213 29481/26141/22212</w:t>
        <w:br/>
        <w:t>f 29575/26234/22299 29544/26202/22271 29481/26141/22212</w:t>
        <w:br/>
        <w:t>f 29414/26072/22147 29415/26071/22146 29577/26235/22300</w:t>
        <w:br/>
        <w:t>f 29576/26236/22301 29414/26072/22147 29577/26235/22300</w:t>
        <w:br/>
        <w:t>f 29545/26205/22274 29549/26208/22276 29380/26040/22117</w:t>
        <w:br/>
        <w:t>f 29381/26039/22116 29545/26205/22274 29380/26040/22117</w:t>
        <w:br/>
        <w:t>f 29548/26206/22275 29451/26113/22186 29550/26209/22277</w:t>
        <w:br/>
        <w:t>f 29547/26207/22275 29548/26206/22275 29550/26209/22277</w:t>
        <w:br/>
        <w:t>f 29451/26113/22186 29429/26085/22159 29426/26088/22159</w:t>
        <w:br/>
        <w:t>f 29454/26110/22183 29451/26113/22186 29426/26088/22159</w:t>
        <w:br/>
        <w:t>f 29430/26090/22163 29431/26089/22162 29447/26105/22178</w:t>
        <w:br/>
        <w:t>f 29446/26106/22179 29430/26090/22163 29447/26105/22178</w:t>
        <w:br/>
        <w:t>f 29431/26089/22162 29492/26152/22223 29494/26154/22225</w:t>
        <w:br/>
        <w:t>f 29447/26105/22178 29431/26089/22162 29494/26154/22225</w:t>
        <w:br/>
        <w:t>f 29498/26156/22227 29499/26155/22226 29490/26148/22219</w:t>
        <w:br/>
        <w:t>f 29491/26147/22218 29498/26156/22227 29490/26148/22219</w:t>
        <w:br/>
        <w:t>f 29216/25875/21966 29578/26237/22302 29450/26107/22180</w:t>
        <w:br/>
        <w:t>f 29215/25876/21967 29216/25875/21966 29450/26107/22180</w:t>
        <w:br/>
        <w:t>f 29195/25853/21948 29212/25873/21964 29213/25872/21963</w:t>
        <w:br/>
        <w:t>f 29194/25854/21949 29195/25853/21948 29213/25872/21963</w:t>
        <w:br/>
        <w:t>f 29455/26114/22187 29194/25854/21949 29213/25872/21963</w:t>
        <w:br/>
        <w:t>f 29380/26040/22117 29455/26114/22187 29213/25872/21963</w:t>
        <w:br/>
        <w:t>f 29207/25863/21956 29208/25868/21960 29209/25867/21959</w:t>
        <w:br/>
        <w:t>f 29206/25864/21956 29207/25863/21956 29209/25867/21959</w:t>
        <w:br/>
        <w:t>f 29581/26238/22303 29236/25896/21984 29580/26239/22304</w:t>
        <w:br/>
        <w:t>f 29579/26240/22303 29581/26238/22303 29580/26239/22304</w:t>
        <w:br/>
        <w:t>f 29237/25895/21983 29580/26239/22304 29236/25896/21984</w:t>
        <w:br/>
        <w:t>f 29232/25894/21982 29582/26241/22305 29237/25895/21983</w:t>
        <w:br/>
        <w:t>f 29578/26237/22302 29216/25875/21966 29462/26122/22195</w:t>
        <w:br/>
        <w:t>f 29375/26032/22111 29216/25875/21966 29217/25874/21965</w:t>
        <w:br/>
        <w:t>f 29229/25890/21977 29581/26238/22303 29579/26240/22303</w:t>
        <w:br/>
        <w:t>f 29231/25888/21977 29229/25890/21977 29579/26240/22303</w:t>
        <w:br/>
        <w:t>f 29228/25885/21975 29226/25887/21975 29242/25900/21988</w:t>
        <w:br/>
        <w:t>f 29241/25901/21989 29228/25885/21975 29242/25900/21988</w:t>
        <w:br/>
        <w:t>f 29466/26124/22197 29470/26128/22201 29471/26127/22200</w:t>
        <w:br/>
        <w:t>f 29465/26125/22198 29466/26124/22197 29471/26127/22200</w:t>
        <w:br/>
        <w:t>f 29555/26214/22282 29470/26128/22201 29466/26124/22197</w:t>
        <w:br/>
        <w:t>f 29551/26211/22279 29555/26214/22282 29466/26124/22197</w:t>
        <w:br/>
        <w:t>f 29384/26042/22119 29401/26057/22134 29557/26217/22285</w:t>
        <w:br/>
        <w:t>f 29553/26212/22280 29384/26042/22119 29557/26217/22285</w:t>
        <w:br/>
        <w:t>f 29400/26058/22135 29401/26057/22134 29384/26042/22119</w:t>
        <w:br/>
        <w:t>f 29385/26041/22118 29400/26058/22135 29384/26042/22119</w:t>
        <w:br/>
        <w:t>f 29414/26072/22147 29411/26067/22143 29408/26070/22145</w:t>
        <w:br/>
        <w:t>f 29413/26073/22148 29414/26072/22147 29408/26070/22145</w:t>
        <w:br/>
        <w:t>f 29414/26072/22147 29576/26236/22301 29574/26232/22298</w:t>
        <w:br/>
        <w:t>f 29411/26067/22143 29414/26072/22147 29574/26232/22298</w:t>
        <w:br/>
        <w:t>f 29476/26138/22209 29571/26231/22297 29575/26234/22299</w:t>
        <w:br/>
        <w:t>f 29481/26141/22212 29476/26138/22209 29575/26234/22299</w:t>
        <w:br/>
        <w:t>f 29482/26140/22211 29479/26135/22206 29476/26138/22209</w:t>
        <w:br/>
        <w:t>f 29481/26141/22212 29482/26140/22211 29476/26138/22209</w:t>
        <w:br/>
        <w:t>f 29146/25804/21913 29141/25802/21911 29142/25801/21910</w:t>
        <w:br/>
        <w:t>f 29145/25805/21913 29146/25804/21913 29142/25801/21910</w:t>
        <w:br/>
        <w:t>f 29148/25809/21916 29147/25803/21912 29144/25806/21912</w:t>
        <w:br/>
        <w:t>f 29150/25807/21914 29148/25809/21916 29144/25806/21912</w:t>
        <w:br/>
        <w:t>f 29386/26048/22125 29387/26047/22124 29382/26044/22121</w:t>
        <w:br/>
        <w:t>f 29383/26043/22120 29386/26048/22125 29382/26044/22121</w:t>
        <w:br/>
        <w:t>f 29432/26094/22167 29483/26139/22210 29480/26142/22213</w:t>
        <w:br/>
        <w:t>f 29435/26091/22164 29432/26094/22167 29480/26142/22213</w:t>
        <w:br/>
        <w:t>f 29484/26144/22215 29485/26143/22214 29448/26109/22182</w:t>
        <w:br/>
        <w:t>f 29449/26108/22181 29484/26144/22215 29448/26109/22182</w:t>
        <w:br/>
        <w:t>f 29487/26145/22216 29415/26071/22146 29412/26074/22149</w:t>
        <w:br/>
        <w:t>f 29486/26146/22217 29487/26145/22216 29412/26074/22149</w:t>
        <w:br/>
        <w:t>f 29484/26144/22215 29500/26159/22230 29552/26210/22278</w:t>
        <w:br/>
        <w:t>f 29467/26123/22196 29484/26144/22215 29552/26210/22278</w:t>
        <w:br/>
        <w:t>f 29386/26048/22125 29502/26161/22232 29493/26151/22222</w:t>
        <w:br/>
        <w:t>f 29389/26045/22122 29386/26048/22125 29493/26151/22222</w:t>
        <w:br/>
        <w:t>f 29539/26201/22270 29577/26235/22300 29415/26071/22146</w:t>
        <w:br/>
        <w:t>f 29487/26145/22216 29539/26201/22270 29415/26071/22146</w:t>
        <w:br/>
        <w:t>f 29543/26203/22272 29546/26204/22273 29434/26092/22165</w:t>
        <w:br/>
        <w:t>f 29435/26091/22164 29543/26203/22272 29434/26092/22165</w:t>
        <w:br/>
        <w:t>f 29583/26242/21914 29224/25884/21974 29225/25883/21915</w:t>
        <w:br/>
        <w:t>f 28854/25513/21666 29305/25964/22047 29584/26243/22306</w:t>
        <w:br/>
        <w:t>f 29136/25795/21906 28854/25513/21666 29584/26243/22306</w:t>
        <w:br/>
        <w:t>f 29585/26244/22307 29584/26243/22306 29305/25964/22047</w:t>
        <w:br/>
        <w:t>f 29304/25963/22046 29585/26244/22307 29305/25964/22047</w:t>
        <w:br/>
        <w:t>f 29586/26245/22308 29585/26244/22307 29304/25963/22046</w:t>
        <w:br/>
        <w:t>f 29125/25781/21892 29164/25824/21927 29304/25963/22046</w:t>
        <w:br/>
        <w:t>f 28785/25445/21599 29125/25781/21892 29304/25963/22046</w:t>
        <w:br/>
        <w:t>f 28785/25445/21599 29124/25782/21893 29125/25781/21892</w:t>
        <w:br/>
        <w:t>f 28898/25556/21709 28899/25555/21708 28765/25423/21577</w:t>
        <w:br/>
        <w:t>f 28766/25422/21576 28898/25556/21709 28765/25423/21577</w:t>
        <w:br/>
        <w:t>f 29461/26120/22193 28898/25556/21709 28766/25422/21576</w:t>
        <w:br/>
        <w:t>f 29443/26101/22174 29461/26120/22193 28766/25422/21576</w:t>
        <w:br/>
        <w:t>f 29527/26187/22255 29531/26189/22257 29461/26120/22193</w:t>
        <w:br/>
        <w:t>f 29443/26101/22174 29527/26187/22255 29461/26120/22193</w:t>
        <w:br/>
        <w:t>f 29459/26119/22192 29533/26191/22259 29529/26188/22256</w:t>
        <w:br/>
        <w:t>f 29423/26079/22153 29459/26119/22192 29529/26188/22256</w:t>
        <w:br/>
        <w:t>f 29459/26119/22192 29423/26079/22153 29420/26082/22156</w:t>
        <w:br/>
        <w:t>f 29460/26118/22191 29459/26119/22192 29420/26082/22156</w:t>
        <w:br/>
        <w:t>f 29405/26061/22137 29402/26064/22140 29457/26117/22190</w:t>
        <w:br/>
        <w:t>f 29458/26116/22189 29405/26061/22137 29457/26117/22190</w:t>
        <w:br/>
        <w:t>f 29519/26178/22246 29457/26117/22190 29402/26064/22140</w:t>
        <w:br/>
        <w:t>f 29523/26181/22249 29519/26178/22246 29402/26064/22140</w:t>
        <w:br/>
        <w:t>f 29456/26115/22188 29518/26176/22309 29521/26179/22247</w:t>
        <w:br/>
        <w:t>f 29440/26098/22171 29456/26115/22188 29521/26179/22247</w:t>
        <w:br/>
        <w:t>f 29456/26115/22188 29440/26098/22171 28893/25553/21706</w:t>
        <w:br/>
        <w:t>f 28891/25548/21701 29456/26115/22188 28893/25553/21706</w:t>
        <w:br/>
        <w:t>f 28893/25553/21706 28894/25552/21705 28888/25544/21697</w:t>
        <w:br/>
        <w:t>f 28891/25548/21701 28893/25553/21706 28888/25544/21697</w:t>
        <w:br/>
        <w:t>f 28896/25558/21711 29374/26033/22112 29115/25774/21885</w:t>
        <w:br/>
        <w:t>f 29373/26034/22113 29374/26033/22112 28896/25558/21711</w:t>
        <w:br/>
        <w:t>f 28897/25557/21710 29373/26034/22113 28896/25558/21711</w:t>
        <w:br/>
        <w:t>f 29444/26104/22177 29463/26121/22194 29373/26034/22113</w:t>
        <w:br/>
        <w:t>f 28897/25557/21710 29444/26104/22177 29373/26034/22113</w:t>
        <w:br/>
        <w:t>f 28894/25552/21705 28895/25551/21704 28887/25545/21698</w:t>
        <w:br/>
        <w:t>f 28899/25555/21708 29361/26020/22099 28765/25423/21577</w:t>
        <w:br/>
        <w:t>f 28888/25544/21697 28894/25552/21705 28887/25545/21698</w:t>
        <w:br/>
        <w:t>f 29362/26021/22100 28764/25424/21578 28765/25423/21577</w:t>
        <w:br/>
        <w:t>f 29361/26020/22099 29362/26021/22100 28765/25423/21577</w:t>
        <w:br/>
        <w:t>f 28895/25551/21704 29587/26246/22310 28887/25545/21698</w:t>
        <w:br/>
        <w:t>f 29589/26247/22311 28756/25416/21570 28757/25415/21570</w:t>
        <w:br/>
        <w:t>f 29588/26248/22312 29589/26247/22311 28757/25415/21570</w:t>
        <w:br/>
        <w:t>f 29591/26249/22313 29589/26247/22311 29588/26248/22312</w:t>
        <w:br/>
        <w:t>f 29590/26250/22314 29591/26249/22313 29588/26248/22312</w:t>
        <w:br/>
        <w:t>f 29593/26251/22315 29591/26249/22313 29590/26250/22314</w:t>
        <w:br/>
        <w:t>f 29592/26252/22315 29593/26251/22315 29590/26250/22314</w:t>
        <w:br/>
        <w:t>f 29595/26253/22316 29593/26251/22315 29592/26252/22315</w:t>
        <w:br/>
        <w:t>f 29594/26254/22316 29595/26253/22316 29592/26252/22315</w:t>
        <w:br/>
        <w:t>f 29597/26255/22317 29596/26256/22317 29595/26253/22316</w:t>
        <w:br/>
        <w:t>f 29594/26254/22316 29597/26255/22317 29595/26253/22316</w:t>
        <w:br/>
        <w:t>f 29599/26257/22318 29598/26258/22318 29596/26256/22317</w:t>
        <w:br/>
        <w:t>f 29597/26255/22317 29599/26257/22318 29596/26256/22317</w:t>
        <w:br/>
        <w:t>f 29601/26259/22319 29598/26258/22318 29599/26257/22318</w:t>
        <w:br/>
        <w:t>f 29600/26260/22320 29601/26259/22319 29599/26257/22318</w:t>
        <w:br/>
        <w:t>f 29603/26261/22321 29602/26262/22322 29601/26259/22319</w:t>
        <w:br/>
        <w:t>f 29600/26260/22320 29603/26261/22321 29601/26259/22319</w:t>
        <w:br/>
        <w:t>f 29605/26263/22323 29604/26264/22323 29602/26262/22322</w:t>
        <w:br/>
        <w:t>f 29603/26261/22321 29605/26263/22323 29602/26262/22322</w:t>
        <w:br/>
        <w:t>f 29607/26265/22324 29606/26266/22325 29604/26264/22323</w:t>
        <w:br/>
        <w:t>f 29605/26263/22323 29607/26265/22324 29604/26264/22323</w:t>
        <w:br/>
        <w:t>f 29609/26267/22326 29608/26268/22327 29606/26266/22325</w:t>
        <w:br/>
        <w:t>f 29607/26265/22324 29609/26267/22326 29606/26266/22325</w:t>
        <w:br/>
        <w:t>f 29608/26268/22327 29609/26267/22326 29611/26269/22328</w:t>
        <w:br/>
        <w:t>f 29610/26270/22328 29608/26268/22327 29611/26269/22328</w:t>
        <w:br/>
        <w:t>f 29613/26271/22329 29610/26270/22328 29611/26269/22328</w:t>
        <w:br/>
        <w:t>f 29612/26272/22330 29613/26271/22329 29611/26269/22328</w:t>
        <w:br/>
        <w:t>f 29617/26273/22331 29616/26274/22332 29615/26275/22332</w:t>
        <w:br/>
        <w:t>f 29614/26276/22333 29617/26273/22331 29615/26275/22332</w:t>
        <w:br/>
        <w:t>f 29619/26277/22334 29618/26278/22334 29617/26273/22331</w:t>
        <w:br/>
        <w:t>f 29614/26276/22333 29619/26277/22334 29617/26273/22331</w:t>
        <w:br/>
        <w:t>f 29623/26279/21428 29622/26280/21428 29621/26281/21428</w:t>
        <w:br/>
        <w:t>f 29620/26282/21428 29623/26279/21428 29621/26281/21428</w:t>
        <w:br/>
        <w:t>f 29625/26283/22335 29307/25965/22048 29306/25966/22049</w:t>
        <w:br/>
        <w:t>f 29624/26284/22336 29625/26283/22335 29306/25966/22049</w:t>
        <w:br/>
        <w:t>f 29618/26278/22334 29619/26277/22334 29626/26285/22337</w:t>
        <w:br/>
        <w:t>f 29627/26286/22337 29618/26278/22334 29626/26285/22337</w:t>
        <w:br/>
        <w:t>f 29308/25968/22051 29309/25967/22050 29628/26287/22338</w:t>
        <w:br/>
        <w:t>f 29629/26288/22339 29308/25968/22051 29628/26287/22338</w:t>
        <w:br/>
        <w:t>f 29631/26289/22340 29630/26290/22341 29628/26287/22338</w:t>
        <w:br/>
        <w:t>f 29309/25967/22050 29631/26289/22340 29628/26287/22338</w:t>
        <w:br/>
        <w:t>f 29631/26289/22340 29309/25967/22050 28905/25561/21714</w:t>
        <w:br/>
        <w:t>f 29632/26291/22342 29631/26289/22340 28905/25561/21714</w:t>
        <w:br/>
        <w:t>f 29632/26291/22342 28905/25561/21714 28902/25564/21717</w:t>
        <w:br/>
        <w:t>f 29633/26292/22343 29632/26291/22342 28902/25564/21717</w:t>
        <w:br/>
        <w:t>f 29633/26292/22343 28902/25564/21717 29416/26076/22150</w:t>
        <w:br/>
        <w:t>f 29634/26293/22344 29633/26292/22343 29416/26076/22150</w:t>
        <w:br/>
        <w:t>f 29567/26227/22294 29635/26294/22345 29634/26293/22344</w:t>
        <w:br/>
        <w:t>f 29416/26076/22150 29567/26227/22294 29634/26293/22344</w:t>
        <w:br/>
        <w:t>f 29474/26132/22203 29637/26295/22346 29636/26296/22347</w:t>
        <w:br/>
        <w:t>f 29566/26224/22291 29474/26132/22203 29636/26296/22347</w:t>
        <w:br/>
        <w:t>f 29637/26295/22346 29474/26132/22203 28771/25427/21581</w:t>
        <w:br/>
        <w:t>f 29638/26297/22348 29637/26295/22346 28771/25427/21581</w:t>
        <w:br/>
        <w:t>f 28768/25430/21584 29639/26298/22349 29638/26297/22348</w:t>
        <w:br/>
        <w:t>f 28771/25427/21581 28768/25430/21584 29638/26297/22348</w:t>
        <w:br/>
        <w:t>f 29639/26298/22349 28768/25430/21584 28787/25449/21603</w:t>
        <w:br/>
        <w:t>f 29640/26299/22350 29639/26298/22349 28787/25449/21603</w:t>
        <w:br/>
        <w:t>f 29641/26300/22351 29640/26299/22350 28787/25449/21603</w:t>
        <w:br/>
        <w:t>f 28788/25448/21602 29641/26300/22351 28787/25449/21603</w:t>
        <w:br/>
        <w:t>f 29643/26301/22352 29641/26300/22351 28788/25448/21602</w:t>
        <w:br/>
        <w:t>f 29642/26302/22353 29643/26301/22352 28788/25448/21602</w:t>
        <w:br/>
        <w:t>f 29366/26028/22107 29367/26027/22106 29645/26303/22354</w:t>
        <w:br/>
        <w:t>f 29644/26304/22355 29366/26028/22107 29645/26303/22354</w:t>
        <w:br/>
        <w:t>f 29647/26305/22356 29646/26306/22357 29644/26304/22355</w:t>
        <w:br/>
        <w:t>f 29645/26303/22354 29647/26305/22356 29644/26304/22355</w:t>
        <w:br/>
        <w:t>f 29648/26307/22358 28799/25460/21614 29641/26300/22351</w:t>
        <w:br/>
        <w:t>f 29643/26301/22352 29648/26307/22358 29641/26300/22351</w:t>
        <w:br/>
        <w:t>f 28849/25509/21662 29640/26299/22350 29641/26300/22351</w:t>
        <w:br/>
        <w:t>f 28799/25460/21614 28849/25509/21662 29641/26300/22351</w:t>
        <w:br/>
        <w:t>f 28849/25509/21662 28851/25511/21664 29639/26298/22349</w:t>
        <w:br/>
        <w:t>f 29640/26299/22350 28849/25509/21662 29639/26298/22349</w:t>
        <w:br/>
        <w:t>f 28851/25511/21664 28900/25560/21713 29638/26297/22348</w:t>
        <w:br/>
        <w:t>f 29639/26298/22349 28851/25511/21664 29638/26297/22348</w:t>
        <w:br/>
        <w:t>f 28900/25560/21713 29260/25918/22006 29637/26295/22346</w:t>
        <w:br/>
        <w:t>f 29638/26297/22348 28900/25560/21713 29637/26295/22346</w:t>
        <w:br/>
        <w:t>f 29637/26295/22346 29260/25918/22006 29563/26222/22289</w:t>
        <w:br/>
        <w:t>f 29636/26296/22347 29637/26295/22346 29563/26222/22289</w:t>
        <w:br/>
        <w:t>f 29564/26223/22290 29418/26078/22152 29634/26293/22344</w:t>
        <w:br/>
        <w:t>f 29635/26294/22345 29564/26223/22290 29634/26293/22344</w:t>
        <w:br/>
        <w:t>f 29418/26078/22152 28761/25419/21573 29633/26292/22343</w:t>
        <w:br/>
        <w:t>f 29634/26293/22344 29418/26078/22152 29633/26292/22343</w:t>
        <w:br/>
        <w:t>f 28761/25419/21573 28762/25418/21572 29632/26291/22342</w:t>
        <w:br/>
        <w:t>f 29633/26292/22343 28761/25419/21573 29632/26291/22342</w:t>
        <w:br/>
        <w:t>f 29631/26289/22340 29632/26291/22342 28762/25418/21572</w:t>
        <w:br/>
        <w:t>f 29307/25965/22048 29631/26289/22340 28762/25418/21572</w:t>
        <w:br/>
        <w:t>f 29631/26289/22340 29307/25965/22048 29625/26283/22335</w:t>
        <w:br/>
        <w:t>f 29649/26308/22359 29631/26289/22340 29625/26283/22335</w:t>
        <w:br/>
        <w:t>f 29372/26031/22110 28936/25592/21745 28933/25595/21748</w:t>
        <w:br/>
        <w:t>f 29650/26309/22360 29372/26031/22110 28933/25595/21748</w:t>
        <w:br/>
        <w:t>f 29371/26029/22108 29651/26310/22361 29370/26030/22109</w:t>
        <w:br/>
        <w:t>f 29654/26311/22362 29653/26312/22363 29652/26313/22364</w:t>
        <w:br/>
        <w:t>f 29655/26314/22365 29654/26311/22362 29652/26313/22364</w:t>
        <w:br/>
        <w:t>f 29367/26027/22106 29651/26310/22361 29645/26303/22354</w:t>
        <w:br/>
        <w:t>f 29048/25704/21826 29045/25707/21828 29288/25948/22032</w:t>
        <w:br/>
        <w:t>f 29289/25947/22032 29048/25704/21826 29288/25948/22032</w:t>
        <w:br/>
        <w:t>f 29655/26314/22365 29650/26309/22360 29654/26311/22362</w:t>
        <w:br/>
        <w:t>f 28839/25495/21649 28836/25498/21652 29656/26315/22366</w:t>
        <w:br/>
        <w:t>f 29651/26310/22361 28839/25495/21649 29656/26315/22366</w:t>
        <w:br/>
        <w:t>f 29652/26313/22364 29658/26316/22367 29657/26317/22368</w:t>
        <w:br/>
        <w:t>f 29652/26313/22364 29653/26312/22363 28931/25590/21743</w:t>
        <w:br/>
        <w:t>f 28928/25589/21742 29652/26313/22364 28931/25590/21743</w:t>
        <w:br/>
        <w:t>f 29132/25791/21901 29659/26318/22369 28808/25465/21619</w:t>
        <w:br/>
        <w:t>f 28808/25465/21619 29659/26318/22369 28807/25466/21620</w:t>
        <w:br/>
        <w:t>f 29662/26319/22370 29661/26320/22371 29660/26321/22372</w:t>
        <w:br/>
        <w:t>f 29661/26320/22371 29365/26023/22102 29660/26321/22372</w:t>
        <w:br/>
        <w:t>f 28788/25448/21602 28797/25457/21611 29642/26302/22353</w:t>
        <w:br/>
        <w:t>f 29364/26024/22103 29663/26322/22373 29642/26302/22353</w:t>
        <w:br/>
        <w:t>f 28797/25457/21611 29364/26024/22103 29642/26302/22353</w:t>
        <w:br/>
        <w:t>f 29663/26322/22373 29664/26323/22374 29643/26301/22352</w:t>
        <w:br/>
        <w:t>f 29642/26302/22353 29663/26322/22373 29643/26301/22352</w:t>
        <w:br/>
        <w:t>f 29665/26324/22375 28818/25478/21632 28819/25477/21631</w:t>
        <w:br/>
        <w:t>f 29665/26324/22375 29666/26325/22376 28818/25478/21632</w:t>
        <w:br/>
        <w:t>f 29643/26301/22352 29664/26323/22374 28819/25477/21631</w:t>
        <w:br/>
        <w:t>f 29648/26307/22358 29643/26301/22352 28819/25477/21631</w:t>
        <w:br/>
        <w:t>f 29648/26307/22358 28819/25477/21631 28820/25476/21630</w:t>
        <w:br/>
        <w:t>f 29667/26326/22377 29648/26307/22358 28820/25476/21630</w:t>
        <w:br/>
        <w:t>f 28819/25477/21631 29664/26323/22374 29665/26324/22375</w:t>
        <w:br/>
        <w:t>f 29664/26323/22374 29663/26322/22373 29665/26324/22375</w:t>
        <w:br/>
        <w:t>f 28814/25475/21629 29663/26322/22373 29364/26024/22103</w:t>
        <w:br/>
        <w:t>f 28816/25473/21627 28814/25475/21629 29364/26024/22103</w:t>
        <w:br/>
        <w:t>f 28825/25487/21641 28831/25489/21643 29668/26327/22378</w:t>
        <w:br/>
        <w:t>f 28832/25488/21642 28812/25471/21625 28831/25489/21643</w:t>
        <w:br/>
        <w:t>f 29670/26328/22379 28816/25473/21627 29669/26329/22380</w:t>
        <w:br/>
        <w:t>f 28815/25474/21628 28816/25473/21627 29670/26328/22379</w:t>
        <w:br/>
        <w:t>f 29672/26330/22381 29665/26324/22375 28815/25474/21628</w:t>
        <w:br/>
        <w:t>f 29671/26331/22382 29672/26330/22381 28815/25474/21628</w:t>
        <w:br/>
        <w:t>f 29666/26325/22376 29665/26324/22375 29672/26330/22381</w:t>
        <w:br/>
        <w:t>f 29674/26332/22383 29673/26333/22384 29646/26306/22357</w:t>
        <w:br/>
        <w:t>f 28840/25500/21654 29676/26334/22385 29675/26335/22386</w:t>
        <w:br/>
        <w:t>f 29676/26334/22385 29326/25985/22065 29677/26336/22387</w:t>
        <w:br/>
        <w:t>f 29326/25985/22065 29679/26337/22388 29678/26338/22389</w:t>
        <w:br/>
        <w:t>f 29679/26337/22388 29326/25985/22065 29126/25787/21897</w:t>
        <w:br/>
        <w:t>f 29126/25787/21897 29681/26339/22390 29680/26340/22391</w:t>
        <w:br/>
        <w:t>f 29668/26327/22378 29682/26341/22392 28828/25484/21638</w:t>
        <w:br/>
        <w:t>f 28825/25487/21641 29668/26327/22378 28828/25484/21638</w:t>
        <w:br/>
        <w:t>f 29285/25944/22030 29325/25986/22066 28838/25496/21650</w:t>
        <w:br/>
        <w:t>f 28838/25496/21650 28928/25589/21742 29285/25944/22030</w:t>
        <w:br/>
        <w:t>f 28838/25496/21650 28839/25495/21649 29658/26316/22367</w:t>
        <w:br/>
        <w:t>f 28928/25589/21742 28838/25496/21650 29658/26316/22367</w:t>
        <w:br/>
        <w:t>f 29651/26310/22361 29683/26342/22393 28839/25495/21649</w:t>
        <w:br/>
        <w:t>f 29657/26317/22368 29651/26310/22361 29371/26029/22108</w:t>
        <w:br/>
        <w:t>f 29684/26343/22394 29657/26317/22368 29371/26029/22108</w:t>
        <w:br/>
        <w:t>f 28835/25492/21646 29280/25938/22025 29684/26343/22394</w:t>
        <w:br/>
        <w:t>f 29371/26029/22108 28835/25492/21646 29684/26343/22394</w:t>
        <w:br/>
        <w:t>f 29680/26340/22391 29349/26008/22088 29678/26338/22389</w:t>
        <w:br/>
        <w:t>f 29678/26338/22389 29349/26008/22088 29350/26007/22087</w:t>
        <w:br/>
        <w:t>f 29679/26337/22388 29680/26340/22391 29678/26338/22389</w:t>
        <w:br/>
        <w:t>f 29686/26344/22395 29685/26345/22396 29682/26341/22392</w:t>
        <w:br/>
        <w:t>f 29687/26346/22391 29682/26341/22392 29685/26345/22396</w:t>
        <w:br/>
        <w:t>f 29330/25987/22067 29328/25989/22069 29688/26347/22397</w:t>
        <w:br/>
        <w:t>f 29129/25788/21898 28803/25463/21617 28804/25462/21616</w:t>
        <w:br/>
        <w:t>f 29689/26348/22398 29129/25788/21898 28804/25462/21616</w:t>
        <w:br/>
        <w:t>f 29132/25791/21901 28813/25470/21624 28811/25472/21626</w:t>
        <w:br/>
        <w:t>f 29659/26318/22369 29132/25791/21901 28811/25472/21626</w:t>
        <w:br/>
        <w:t>f 29686/26344/22395 29682/26341/22392 29668/26327/22378</w:t>
        <w:br/>
        <w:t>f 29668/26327/22378 28831/25489/21643 28813/25470/21624</w:t>
        <w:br/>
        <w:t>f 28843/25502/21902 29668/26327/22378 28813/25470/21624</w:t>
        <w:br/>
        <w:t>f 28812/25471/21625 28813/25470/21624 28831/25489/21643</w:t>
        <w:br/>
        <w:t>f 28812/25471/21625 29662/26319/22370 28811/25472/21626</w:t>
        <w:br/>
        <w:t>f 29662/26319/22370 29659/26318/22369 28811/25472/21626</w:t>
        <w:br/>
        <w:t>f 29660/26321/22372 28807/25466/21620 29659/26318/22369</w:t>
        <w:br/>
        <w:t>f 29662/26319/22370 29660/26321/22372 29659/26318/22369</w:t>
        <w:br/>
        <w:t>f 29689/26348/22398 29330/25987/22067 29690/26349/22399</w:t>
        <w:br/>
        <w:t>f 29326/25985/22065 29676/26334/22385 28840/25500/21654</w:t>
        <w:br/>
        <w:t>f 29676/26334/22385 29692/26350/22400 29691/26351/22401</w:t>
        <w:br/>
        <w:t>f 29675/26335/22386 29676/26334/22385 29691/26351/22401</w:t>
        <w:br/>
        <w:t>f 29677/26336/22387 29693/26352/22402 28848/25506/21659</w:t>
        <w:br/>
        <w:t>f 29691/26351/22401 29677/26336/22387 28848/25506/21659</w:t>
        <w:br/>
        <w:t>f 29350/26007/22087 29348/26009/22089 28847/25507/21660</w:t>
        <w:br/>
        <w:t>f 29351/26010/22089 29331/25991/22071 29694/26353/21657</w:t>
        <w:br/>
        <w:t>f 29695/26354/22403 29350/26007/22087 29677/26336/22387</w:t>
        <w:br/>
        <w:t>f 29326/25985/22065 29678/26338/22389 29677/26336/22387</w:t>
        <w:br/>
        <w:t>f 29332/25990/22070 29346/26006/22086 29696/26355/22404</w:t>
        <w:br/>
        <w:t>f 29697/26356/22405 29696/26355/22404 29346/26006/22086</w:t>
        <w:br/>
        <w:t>f 28805/25461/21615 29697/26356/22405 29346/26006/22086</w:t>
        <w:br/>
        <w:t>f 29698/26357/22406 29291/25949/22033 29697/26356/22405</w:t>
        <w:br/>
        <w:t>f 28806/25467/21621 29293/25952/22036 29698/26357/22406</w:t>
        <w:br/>
        <w:t>f 28802/25464/21618 28806/25467/21621 29698/26357/22406</w:t>
        <w:br/>
        <w:t>f 29293/25952/22036 28806/25467/21621 28807/25466/21620</w:t>
        <w:br/>
        <w:t>f 28784/25441/21595 29293/25952/22036 28807/25466/21620</w:t>
        <w:br/>
        <w:t>f 29346/26006/22086 28804/25462/21616 28805/25461/21615</w:t>
        <w:br/>
        <w:t>f 28802/25464/21618 29698/26357/22406 29697/26356/22405</w:t>
        <w:br/>
        <w:t>f 28805/25461/21615 28802/25464/21618 29697/26356/22405</w:t>
        <w:br/>
        <w:t>f 29292/25951/22035 29698/26357/22406 29293/25952/22036</w:t>
        <w:br/>
        <w:t>f 28809/25469/21623 29292/25951/22035 29293/25952/22036</w:t>
        <w:br/>
        <w:t>f 29292/25951/22035 29291/25949/22033 29698/26357/22406</w:t>
        <w:br/>
        <w:t>f 29696/26355/22404 29291/25949/22033 29290/25950/22034</w:t>
        <w:br/>
        <w:t>f 29696/26355/22404 29290/25950/22034 29334/25992/22072</w:t>
        <w:br/>
        <w:t>f 29332/25990/22070 29696/26355/22404 29334/25992/22072</w:t>
        <w:br/>
        <w:t>f 29334/25992/22072 29333/25993/22073 29360/26018/22097</w:t>
        <w:br/>
        <w:t>f 29696/26355/22404 29697/26356/22405 29291/25949/22033</w:t>
        <w:br/>
        <w:t>f 29332/25990/22070 29334/25992/22072 29360/26018/22097</w:t>
        <w:br/>
        <w:t>f 29331/25991/22071 29332/25990/22070 29360/26018/22097</w:t>
        <w:br/>
        <w:t>f 29331/25991/22071 29360/26018/22097 29694/26353/21657</w:t>
        <w:br/>
        <w:t>f 29360/26018/22097 29699/26358/22407 29694/26353/21657</w:t>
        <w:br/>
        <w:t>f 29699/26358/22407 29360/26018/22097 29359/26019/22098</w:t>
        <w:br/>
        <w:t>f 29700/26359/22408 29699/26358/22407 29359/26019/22098</w:t>
        <w:br/>
        <w:t>f 29311/25969/21606 29701/26360/22409 29310/25970/22052</w:t>
        <w:br/>
        <w:t>f 28800/25459/21613 28793/25450/21604 28850/25508/21661</w:t>
        <w:br/>
        <w:t>f 29302/25962/22045 29131/25789/21899 28863/25520/21673</w:t>
        <w:br/>
        <w:t>f 29131/25789/21899 28824/25480/21634 28821/25483/21637</w:t>
        <w:br/>
        <w:t>f 28800/25459/21613 28792/25451/21605 28793/25450/21604</w:t>
        <w:br/>
        <w:t>f 29667/26326/22377 28847/25507/21660 28846/25504/21657</w:t>
        <w:br/>
        <w:t>f 28801/25458/21612 29667/26326/22377 28846/25504/21657</w:t>
        <w:br/>
        <w:t>f 28817/25479/21633 29702/26361/22410 29691/26351/22401</w:t>
        <w:br/>
        <w:t>f 28848/25506/21659 28817/25479/21633 29691/26351/22401</w:t>
        <w:br/>
        <w:t>f 29702/26361/22410 28817/25479/21633 28818/25478/21632</w:t>
        <w:br/>
        <w:t>f 29666/26325/22376 29702/26361/22410 28818/25478/21632</w:t>
        <w:br/>
        <w:t>f 29648/26307/22358 29667/26326/22377 28799/25460/21614</w:t>
        <w:br/>
        <w:t>f 29703/26362/22411 29666/26325/22376 29672/26330/22381</w:t>
        <w:br/>
        <w:t>f 29674/26332/22383 29646/26306/22357 29647/26305/22356</w:t>
        <w:br/>
        <w:t>f 29646/26306/22357 29673/26333/22384 29702/26361/22410</w:t>
        <w:br/>
        <w:t>f 29666/26325/22376 29646/26306/22357 29702/26361/22410</w:t>
        <w:br/>
        <w:t>f 29675/26335/22386 29691/26351/22401 29673/26333/22384</w:t>
        <w:br/>
        <w:t>f 29675/26335/22386 29673/26333/22384 29674/26332/22383</w:t>
        <w:br/>
        <w:t>f 29651/26310/22361 29657/26317/22368 29683/26342/22393</w:t>
        <w:br/>
        <w:t>f 29683/26342/22393 29658/26316/22367 28839/25495/21649</w:t>
        <w:br/>
        <w:t>f 29683/26342/22393 29657/26317/22368 29658/26316/22367</w:t>
        <w:br/>
        <w:t>f 29704/26363/22412 29657/26317/22368 29684/26343/22394</w:t>
        <w:br/>
        <w:t>f 29280/25938/22025 28859/25518/21671 29704/26363/22412</w:t>
        <w:br/>
        <w:t>f 29684/26343/22394 29280/25938/22025 29704/26363/22412</w:t>
        <w:br/>
        <w:t>f 28859/25518/21671 29280/25938/22025 29279/25939/22026</w:t>
        <w:br/>
        <w:t>f 29658/26316/22367 29652/26313/22364 28928/25589/21742</w:t>
        <w:br/>
        <w:t>f 29369/26025/22104 29366/26028/22107 28815/25474/21628</w:t>
        <w:br/>
        <w:t>f 29670/26328/22379 29369/26025/22104 28815/25474/21628</w:t>
        <w:br/>
        <w:t>f 29369/26025/22104 29670/26328/22379 29705/26364/22413</w:t>
        <w:br/>
        <w:t>f 28833/25494/21648 29705/26364/22413 28832/25488/21642</w:t>
        <w:br/>
        <w:t>f 28833/25494/21648 28834/25493/21647 29369/26025/22104</w:t>
        <w:br/>
        <w:t>f 29705/26364/22413 28833/25494/21648 29369/26025/22104</w:t>
        <w:br/>
        <w:t>f 29279/25939/22026 28829/25491/21645 28794/25455/21609</w:t>
        <w:br/>
        <w:t>f 28858/25519/21672 29279/25939/22026 28794/25455/21609</w:t>
        <w:br/>
        <w:t>f 28858/25519/21672 28859/25518/21671 29279/25939/22026</w:t>
        <w:br/>
        <w:t>f 29704/26363/22412 28859/25518/21671 29372/26031/22110</w:t>
        <w:br/>
        <w:t>f 29704/26363/22412 29372/26031/22110 29655/26314/22365</w:t>
        <w:br/>
        <w:t>f 29657/26317/22368 29704/26363/22412 29655/26314/22365</w:t>
        <w:br/>
        <w:t>f 29650/26309/22360 29655/26314/22365 29372/26031/22110</w:t>
        <w:br/>
        <w:t>f 28784/25441/21595 28782/25443/21597 28810/25468/21622</w:t>
        <w:br/>
        <w:t>f 29707/26365/22414 28940/25597/21750 28938/25599/21752</w:t>
        <w:br/>
        <w:t>f 29706/26366/22415 29707/26365/22414 28938/25599/21752</w:t>
        <w:br/>
        <w:t>f 29708/26367/22416 29706/26366/22415 28938/25599/21752</w:t>
        <w:br/>
        <w:t>f 28954/25616/21769 28955/25615/21768 28962/25620/21773</w:t>
        <w:br/>
        <w:t>f 28941/25600/21753 28954/25616/21769 28962/25620/21773</w:t>
        <w:br/>
        <w:t>f 29708/26367/22416 28941/25600/21753 28962/25620/21773</w:t>
        <w:br/>
        <w:t>f 28941/25600/21753 29708/26367/22416 28938/25599/21752</w:t>
        <w:br/>
        <w:t>f 28964/25623/21776 28951/25612/21765 29706/26366/22415</w:t>
        <w:br/>
        <w:t>f 29708/26367/22416 28964/25623/21776 29706/26366/22415</w:t>
        <w:br/>
        <w:t>f 28951/25612/21765 29707/26365/22414 29706/26366/22415</w:t>
        <w:br/>
        <w:t>f 28951/25612/21765 29271/25929/22017 29707/26365/22414</w:t>
        <w:br/>
        <w:t>f 28952/25611/21764 29271/25929/22017 28951/25612/21765</w:t>
        <w:br/>
        <w:t>f 29271/25929/22017 28940/25597/21750 29707/26365/22414</w:t>
        <w:br/>
        <w:t>f 29339/25997/22077 29354/26013/22092 28963/25622/21775</w:t>
        <w:br/>
        <w:t>f 29354/26013/22092 29339/25997/22077 29338/25998/22078</w:t>
        <w:br/>
        <w:t>f 29354/26013/22092 29353/26012/22091 28930/25587/21740</w:t>
        <w:br/>
        <w:t>f 29711/26368/22417 29710/26369/22418 29709/26370/22419</w:t>
        <w:br/>
        <w:t>f 29247/25906/21994 29713/26371/22420 29712/26372/22421</w:t>
        <w:br/>
        <w:t>f 29713/26371/22420 28957/25613/21766 28954/25616/21769</w:t>
        <w:br/>
        <w:t>f 28939/25598/21751 29713/26371/22420 28954/25616/21769</w:t>
        <w:br/>
        <w:t>f 29271/25929/22017 29711/26368/22417 28940/25597/21750</w:t>
        <w:br/>
        <w:t>f 28876/25532/21685 28873/25535/21688 28960/25617/21770</w:t>
        <w:br/>
        <w:t>f 28958/25619/21772 28876/25532/21685 28960/25617/21770</w:t>
        <w:br/>
        <w:t>f 28988/25648/21792 29066/25726/21838 29067/25725/21838</w:t>
        <w:br/>
        <w:t>f 28987/25649/21792 28988/25648/21792 29067/25725/21838</w:t>
        <w:br/>
        <w:t>f 29715/26373/22422 29087/25747/21858 29103/25761/21872</w:t>
        <w:br/>
        <w:t>f 29714/26374/22423 29715/26373/22422 29103/25761/21872</w:t>
        <w:br/>
        <w:t>f 29086/25748/21859 29087/25747/21858 29715/26373/22422</w:t>
        <w:br/>
        <w:t>f 29716/26375/22424 29086/25748/21859 29715/26373/22422</w:t>
        <w:br/>
        <w:t>f 29345/26003/22083 29086/25748/21859 29716/26375/22424</w:t>
        <w:br/>
        <w:t>f 29717/26376/22425 29345/26003/22083 29716/26375/22424</w:t>
        <w:br/>
        <w:t>f 29717/26376/22425 29718/26377/22426 29344/26004/22084</w:t>
        <w:br/>
        <w:t>f 29345/26003/22083 29717/26376/22425 29344/26004/22084</w:t>
        <w:br/>
        <w:t>f 29719/26378/22427 29357/26016/22095 29344/26004/22084</w:t>
        <w:br/>
        <w:t>f 29718/26377/22426 29719/26378/22427 29344/26004/22084</w:t>
        <w:br/>
        <w:t>f 29352/26011/22090 29355/26015/22094 29341/25999/22079</w:t>
        <w:br/>
        <w:t>f 29336/25995/22075 29352/26011/22090 29341/25999/22079</w:t>
        <w:br/>
        <w:t>f 29336/25995/22075 29341/25999/22079 29278/25937/22024</w:t>
        <w:br/>
        <w:t>f 28877/25537/21690 29336/25995/22075 29278/25937/22024</w:t>
        <w:br/>
        <w:t>f 28873/25535/21688 28877/25537/21690 29278/25937/22024</w:t>
        <w:br/>
        <w:t>f 28960/25617/21770 28873/25535/21688 29278/25937/22024</w:t>
        <w:br/>
        <w:t>f 29184/25846/21942 29185/25845/21942 29183/25839/21938</w:t>
        <w:br/>
        <w:t>f 29180/25842/21938 29184/25846/21942 29183/25839/21938</w:t>
        <w:br/>
        <w:t>f 29191/25850/21946 29192/25849/21945 29189/25847/21943</w:t>
        <w:br/>
        <w:t>f 29188/25848/21944 29191/25850/21946 29189/25847/21943</w:t>
        <w:br/>
        <w:t>f 28767/25426/21580 29441/26100/22173 29442/26102/22175</w:t>
        <w:br/>
        <w:t>f 28763/25425/21579 28767/25426/21580 29442/26102/22175</w:t>
        <w:br/>
        <w:t>f 29424/26084/22158 29403/26063/22139 29404/26062/22138</w:t>
        <w:br/>
        <w:t>f 29425/26083/22157 29424/26084/22158 29404/26062/22138</w:t>
        <w:br/>
        <w:t>f 29522/26182/22250 29403/26063/22139 29424/26084/22158</w:t>
        <w:br/>
        <w:t>f 29526/26184/22252 29522/26182/22250 29424/26084/22158</w:t>
        <w:br/>
        <w:t>f 29442/26102/22175 29441/26100/22173 29524/26183/22251</w:t>
        <w:br/>
        <w:t>f 29528/26186/22254 29442/26102/22175 29524/26183/22251</w:t>
        <w:br/>
        <w:t>f 29217/25874/21965 29215/25876/21967 29448/26109/22182</w:t>
        <w:br/>
        <w:t>f 29679/26337/22388 29126/25787/21897 29680/26340/22391</w:t>
        <w:br/>
        <w:t>f 29329/25988/22068 29330/25987/22067 29689/26348/22398</w:t>
        <w:br/>
        <w:t>f 28804/25462/21616 29329/25988/22068 29689/26348/22398</w:t>
        <w:br/>
        <w:t>f 29290/25950/22034 29312/25971/22053 29334/25992/22072</w:t>
        <w:br/>
        <w:t>f 28801/25458/21612 28799/25460/21614 29667/26326/22377</w:t>
        <w:br/>
        <w:t>f 28820/25476/21630 28847/25507/21660 29667/26326/22377</w:t>
        <w:br/>
        <w:t>f 28793/25450/21604 28852/25510/21663 28850/25508/21661</w:t>
        <w:br/>
        <w:t>f 28767/25426/21580 28895/25551/21704 28892/25554/21707</w:t>
        <w:br/>
        <w:t>f 28767/25426/21580 28764/25424/21578 29587/26246/22310</w:t>
        <w:br/>
        <w:t>f 28767/25426/21580 29587/26246/22310 28895/25551/21704</w:t>
        <w:br/>
        <w:t>f 29362/26021/22100 29587/26246/22310 28764/25424/21578</w:t>
        <w:br/>
        <w:t>f 28887/25545/21698 29587/26246/22310 29362/26021/22100</w:t>
        <w:br/>
        <w:t>f 28758/25414/21569 28755/25417/21571 29720/26379/22428</w:t>
        <w:br/>
        <w:t>f 29623/26279/21428 29620/26282/21428 29721/26380/21428</w:t>
        <w:br/>
        <w:t>f 29670/26328/22379 29669/26329/22380 29705/26364/22413</w:t>
        <w:br/>
        <w:t>f 28945/25604/21757 29340/26000/22080 29338/25998/22078</w:t>
        <w:br/>
        <w:t>f 29340/26000/22080 29277/25935/22022 28947/25609/21762</w:t>
        <w:br/>
        <w:t>f 29338/25998/22078 29340/26000/22080 28947/25609/21762</w:t>
        <w:br/>
        <w:t>f 29276/25936/22023 29277/25935/22022 29356/26014/22093</w:t>
        <w:br/>
        <w:t>f 28883/25543/21696 29324/25980/22060 28780/25439/21593</w:t>
        <w:br/>
        <w:t>f 28940/25597/21750 29711/26368/22417 29709/26370/22419</w:t>
        <w:br/>
        <w:t>f 28935/25593/21746 28964/25623/21776 28962/25620/21773</w:t>
        <w:br/>
        <w:t>f 29325/25986/22066 28840/25500/21654 28838/25496/21650</w:t>
        <w:br/>
        <w:t>f 29327/25984/22064 29128/25785/21896 29326/25985/22065</w:t>
        <w:br/>
        <w:t>f 29232/25894/21982 29233/25893/21981 29582/26241/22305</w:t>
        <w:br/>
        <w:t>f 29330/25987/22067 29688/26347/22397 29687/26346/22391</w:t>
        <w:br/>
        <w:t>f 28801/25458/21612 28845/25505/21658 28800/25459/21613</w:t>
        <w:br/>
        <w:t>f 28802/25464/21618 28808/25465/21619 28806/25467/21621</w:t>
        <w:br/>
        <w:t>f 29724/26381/22429 29723/26382/22430 29722/26383/22431</w:t>
        <w:br/>
        <w:t>f 29142/25801/21910 29143/25800/21909 29725/26384/22432</w:t>
        <w:br/>
        <w:t>f 28890/25549/21702 29363/26022/22101 29195/25853/21948</w:t>
        <w:br/>
        <w:t>f 28885/25547/21700 29117/25777/21888 28890/25549/21702</w:t>
        <w:br/>
        <w:t>f 28896/25558/21711 29115/25774/21885 29116/25773/21884</w:t>
        <w:br/>
        <w:t>f 28840/25500/21654 29675/26335/22386 28841/25499/21653</w:t>
        <w:br/>
        <w:t>f 29350/26007/22087 28847/25507/21660 28848/25506/21659</w:t>
        <w:br/>
        <w:t>f 29348/26009/22089 28846/25504/21657 28847/25507/21660</w:t>
        <w:br/>
        <w:t>f 29243/25902/21990 28793/25450/21604 28791/25452/21606</w:t>
        <w:br/>
        <w:t>f 29303/25961/22044 29310/25970/22052 29333/25993/22073</w:t>
        <w:br/>
        <w:t>f 29131/25789/21899 28821/25483/21637 28863/25520/21673</w:t>
        <w:br/>
        <w:t>f 29687/26346/22391 29685/26345/22396 29129/25788/22433</w:t>
        <w:br/>
        <w:t>f 29687/26346/22391 29129/25788/22433 29330/25987/22067</w:t>
        <w:br/>
        <w:t>f 29673/26333/22384 29691/26351/22401 29702/26361/22410</w:t>
        <w:br/>
        <w:t>f 28794/25455/21609 28795/25454/21608 28858/25519/21672</w:t>
        <w:br/>
        <w:t>f 28963/25622/21775 28912/25569/21722 28942/25602/21755</w:t>
        <w:br/>
        <w:t>f 29339/25997/22077 28963/25622/21775 28944/25605/21758</w:t>
        <w:br/>
        <w:t>f 28944/25605/21758 28963/25622/21775 28942/25602/21755</w:t>
        <w:br/>
        <w:t>f 28946/25603/21756 28944/25605/21758 28942/25602/21755</w:t>
        <w:br/>
        <w:t>f 28946/25603/21756 28942/25602/21755 28943/25601/21754</w:t>
        <w:br/>
        <w:t>f 29726/26385/22434 28946/25603/21756 28943/25601/21754</w:t>
        <w:br/>
        <w:t>f 29065/25727/21837 29053/25713/21831 29054/25712/21831</w:t>
        <w:br/>
        <w:t>f 29068/25724/21837 29065/25727/21837 29054/25712/21831</w:t>
        <w:br/>
        <w:t>f 28962/25620/21773 28964/25623/21776 29708/26367/22416</w:t>
        <w:br/>
        <w:t>f 28951/25612/21765 28913/25573/21726 28914/25572/21725</w:t>
        <w:br/>
        <w:t>f 29271/25929/22017 29270/25930/22018 29711/26368/22417</w:t>
        <w:br/>
        <w:t>f 28947/25609/21762 29276/25936/22023 28950/25606/21759</w:t>
        <w:br/>
        <w:t>f 28944/25605/21758 28945/25604/21757 29339/25997/22077</w:t>
        <w:br/>
        <w:t>f 29247/25906/21994 29712/26372/22421 29245/25905/21993</w:t>
        <w:br/>
        <w:t>f 29245/25905/21993 29712/26372/22421 29710/26369/22418</w:t>
        <w:br/>
        <w:t>f 29246/25904/21992 29245/25905/21993 29710/26369/22418</w:t>
        <w:br/>
        <w:t>f 29727/26386/22435 29710/26369/22418 29712/26372/22421</w:t>
        <w:br/>
        <w:t>f 29712/26372/22421 29713/26371/22420 29727/26386/22435</w:t>
        <w:br/>
        <w:t>f 28957/25613/21766 29713/26371/22420 29247/25906/21994</w:t>
        <w:br/>
        <w:t>f 29727/26386/22435 29713/26371/22420 28939/25598/21751</w:t>
        <w:br/>
        <w:t>f 29278/25937/22024 28959/25618/21771 28960/25617/21770</w:t>
        <w:br/>
        <w:t>f 29726/26385/22434 28958/25619/21772 28959/25618/21771</w:t>
        <w:br/>
        <w:t>f 28946/25603/21756 29726/26385/22434 28959/25618/21771</w:t>
        <w:br/>
        <w:t>f 29665/26324/22375 28814/25475/21629 28815/25474/21628</w:t>
        <w:br/>
        <w:t>f 29669/26329/22380 28812/25471/21625 28832/25488/21642</w:t>
        <w:br/>
        <w:t>f 29705/26364/22413 29669/26329/22380 28832/25488/21642</w:t>
        <w:br/>
        <w:t>f 29662/26319/22370 28812/25471/21625 29669/26329/22380</w:t>
        <w:br/>
        <w:t>f 29728/26387/22436 29662/26319/22370 29669/26329/22380</w:t>
        <w:br/>
        <w:t>f 29365/26023/22102 29728/26387/22436 29669/26329/22380</w:t>
        <w:br/>
        <w:t>f 28816/25473/21627 29365/26023/22102 29669/26329/22380</w:t>
        <w:br/>
        <w:t>f 28816/25473/21627 29364/26024/22103 29365/26023/22102</w:t>
        <w:br/>
        <w:t>f 29665/26324/22375 29663/26322/22373 28814/25475/21629</w:t>
        <w:br/>
        <w:t>f 29140/25796/21907 29137/25799/21907 29729/26388/22437</w:t>
        <w:br/>
        <w:t>f 29730/26389/22437 29140/25796/21907 29729/26388/22437</w:t>
        <w:br/>
        <w:t>f 29730/26389/22437 29729/26388/22437 29731/26390/22438</w:t>
        <w:br/>
        <w:t>f 29135/25793/21904 28853/25512/21665 29119/25780/21891</w:t>
        <w:br/>
        <w:t>f 29119/25780/21891 28853/25512/21665 28854/25513/21666</w:t>
        <w:br/>
        <w:t>f 29652/26313/22364 29657/26317/22368 29655/26314/22365</w:t>
        <w:br/>
        <w:t>f 28857/25514/21667 28778/25435/21589 28776/25437/21591</w:t>
        <w:br/>
        <w:t>f 29300/25960/21990 29311/25969/21606 29295/25955/22039</w:t>
        <w:br/>
        <w:t>f 28852/25510/21663 29243/25902/21990 28901/25559/21712</w:t>
        <w:br/>
        <w:t>f 28783/25442/21596 28789/25447/21601 28790/25446/21600</w:t>
        <w:br/>
        <w:t>f 28807/25466/21620 29660/26321/22372 28783/25442/21596</w:t>
        <w:br/>
        <w:t>f 28784/25441/21595 28807/25466/21620 28783/25442/21596</w:t>
        <w:br/>
        <w:t>f 29660/26321/22372 28798/25456/21610 28783/25442/21596</w:t>
        <w:br/>
        <w:t>f 29365/26023/22102 28797/25457/21611 28798/25456/21610</w:t>
        <w:br/>
        <w:t>f 29660/26321/22372 29365/26023/22102 28798/25456/21610</w:t>
        <w:br/>
        <w:t>f 28783/25442/21596 28798/25456/21610 28789/25447/21601</w:t>
        <w:br/>
        <w:t>f 29124/25782/21893 28785/25445/21599 28770/25428/21582</w:t>
        <w:br/>
        <w:t>f 29473/26133/22204 29124/25782/21893 28770/25428/21582</w:t>
        <w:br/>
        <w:t>f 28838/25496/21650 28841/25499/21653 28837/25497/21651</w:t>
        <w:br/>
        <w:t>f 28841/25499/21653 29675/26335/22386 28837/25497/21651</w:t>
        <w:br/>
        <w:t>f 29295/25955/22039 29311/25969/21606 29303/25961/22044</w:t>
        <w:br/>
        <w:t>f 29126/25787/21897 29127/25786/21639 29681/26339/22390</w:t>
        <w:br/>
        <w:t>f 29351/26010/22089 29688/26347/22397 29328/25989/22069</w:t>
        <w:br/>
        <w:t>f 29687/26346/22391 28828/25484/21638 29682/26341/22392</w:t>
        <w:br/>
        <w:t>f 28845/25505/21658 29732/26391/22408 28792/25451/21605</w:t>
        <w:br/>
        <w:t>f 29733/26392/22439 28791/25452/21606 28792/25451/21605</w:t>
        <w:br/>
        <w:t>f 28962/25620/21773 28961/25621/21774 28937/25596/21749</w:t>
        <w:br/>
        <w:t>f 28935/25593/21746 28962/25620/21773 28937/25596/21749</w:t>
        <w:br/>
        <w:t>f 29051/25709/21830 29043/25703/21825 29044/25702/21825</w:t>
        <w:br/>
        <w:t>f 29050/25710/21830 29051/25709/21830 29044/25702/21825</w:t>
        <w:br/>
        <w:t>f 29736/26393/22440 29735/26394/22441 29734/26395/22442</w:t>
        <w:br/>
        <w:t>f 29723/26382/22430 29736/26393/22440 29734/26395/22442</w:t>
        <w:br/>
        <w:t>f 29738/26396/22443 29737/26397/22444 29734/26395/22442</w:t>
        <w:br/>
        <w:t>f 29735/26394/22441 29738/26396/22443 29734/26395/22442</w:t>
        <w:br/>
        <w:t>f 29740/26398/22445 29739/26399/22446 29737/26397/22444</w:t>
        <w:br/>
        <w:t>f 29738/26396/22443 29740/26398/22445 29737/26397/22444</w:t>
        <w:br/>
        <w:t>f 29740/26398/22445 29741/26400/21917 29739/26399/22446</w:t>
        <w:br/>
        <w:t>f 29736/26393/22440 29723/26382/22430 29724/26381/22429</w:t>
        <w:br/>
        <w:t>f 29214/25871/21962 29212/25873/21964 29433/26093/22166</w:t>
        <w:br/>
        <w:t>f 29119/25780/21891 29120/25779/21890 29135/25793/21904</w:t>
        <w:br/>
        <w:t>f 28882/25540/21693 28916/25574/21727 28777/25436/21590</w:t>
        <w:br/>
        <w:t>f 28870/25526/21679 28879/25538/21691 28778/25435/21589</w:t>
        <w:br/>
        <w:t>f 28881/25541/21694 28879/25538/21691 28870/25526/21679</w:t>
        <w:br/>
        <w:t>f 29745/26401/22447 29744/26402/22448 29743/26403/22093</w:t>
        <w:br/>
        <w:t>f 29742/26404/22094 29745/26401/22447 29743/26403/22093</w:t>
        <w:br/>
        <w:t>f 29749/26405/22449 29748/26406/22020 29747/26407/22021</w:t>
        <w:br/>
        <w:t>f 29746/26408/22449 29749/26405/22449 29747/26407/22021</w:t>
        <w:br/>
        <w:t>f 29751/26409/22450 29750/26410/21731 29745/26401/22447</w:t>
        <w:br/>
        <w:t>f 29742/26404/22094 29751/26409/22450 29745/26401/22447</w:t>
        <w:br/>
        <w:t>f 29746/26408/22449 29753/26411/21810 29752/26412/21810</w:t>
        <w:br/>
        <w:t>f 29749/26405/22449 29746/26408/22449 29752/26412/21810</w:t>
        <w:br/>
        <w:t>f 29756/26413/22015 29755/26414/22451 29754/26415/22452</w:t>
        <w:br/>
        <w:t>f 29758/26416/22427 29754/26415/22452 29757/26417/22095</w:t>
        <w:br/>
        <w:t>f 29761/26418/22453 29760/26419/22454 29759/26420/22455</w:t>
        <w:br/>
        <w:t>f 29762/26421/22456 29761/26418/22453 29759/26420/22455</w:t>
        <w:br/>
        <w:t>f 29765/26422/22457 29764/26423/22458 29763/26424/22458</w:t>
        <w:br/>
        <w:t>f 29766/26425/22457 29765/26422/22457 29763/26424/22458</w:t>
        <w:br/>
        <w:t>f 29761/26418/22453 29768/26426/22003 29767/26427/22459</w:t>
        <w:br/>
        <w:t>f 29760/26419/22454 29761/26418/22453 29767/26427/22459</w:t>
        <w:br/>
        <w:t>f 29759/26420/22455 29770/26428/22417 29769/26429/22018</w:t>
        <w:br/>
        <w:t>f 29762/26421/22456 29759/26420/22455 29769/26429/22018</w:t>
        <w:br/>
        <w:t>f 29766/26425/22457 29772/26430/21804 29771/26431/22460</w:t>
        <w:br/>
        <w:t>f 29765/26422/22457 29766/26425/22457 29771/26431/22460</w:t>
        <w:br/>
        <w:t>f 29774/26432/22019 29773/26433/22019 29763/26424/22458</w:t>
        <w:br/>
        <w:t>f 29764/26423/22458 29774/26432/22019 29763/26424/22458</w:t>
        <w:br/>
        <w:t>f 29776/26434/21992 29775/26435/22418 29759/26420/22455</w:t>
        <w:br/>
        <w:t>f 29760/26419/22454 29776/26434/21992 29759/26420/22455</w:t>
        <w:br/>
        <w:t>f 29775/26435/22418 29770/26428/22417 29759/26420/22455</w:t>
        <w:br/>
        <w:t>f 29780/26436/21682 29779/26437/22461 29778/26438/21694</w:t>
        <w:br/>
        <w:t>f 29777/26439/21679 29780/26436/21682 29778/26438/21694</w:t>
        <w:br/>
        <w:t>f 29783/26440/22462 29782/26441/22463 29781/26442/22464</w:t>
        <w:br/>
        <w:t>f 29781/26442/22464 29782/26441/22463 29784/26443/22465</w:t>
        <w:br/>
        <w:t>f 29085/25743/21854 29073/25733/21844 29074/25732/21843</w:t>
        <w:br/>
        <w:t>f 29785/26444/21729 29778/26438/21694 29779/26437/22461</w:t>
        <w:br/>
        <w:t>f 29767/26427/22459 29785/26444/21729 29779/26437/22461</w:t>
        <w:br/>
        <w:t>f 29709/26370/22419 29710/26369/22418 29727/26386/22435</w:t>
        <w:br/>
        <w:t>f 28940/25597/21750 29709/26370/22419 28939/25598/21751</w:t>
        <w:br/>
        <w:t>f 29709/26370/22419 29727/26386/22435 28939/25598/21751</w:t>
        <w:br/>
        <w:t>f 28857/25514/21667 28855/25516/21669 28778/25435/21589</w:t>
        <w:br/>
        <w:t>f 28855/25516/21669 28869/25527/21680 28778/25435/21589</w:t>
        <w:br/>
        <w:t>f 28855/25516/21669 28871/25531/21684 28869/25527/21680</w:t>
        <w:br/>
        <w:t>f 28927/25584/21737 28924/25583/21736 28920/25582/21735</w:t>
        <w:br/>
        <w:t>f 28921/25581/21734 28927/25584/21737 28920/25582/21735</w:t>
        <w:br/>
        <w:t>f 28923/25579/21732 28920/25582/21735 28856/25515/21668</w:t>
        <w:br/>
        <w:t>f 28882/25540/21693 28777/25436/21590 28879/25538/21691</w:t>
        <w:br/>
        <w:t>f 28915/25575/21728 29267/25926/22014 29786/26445/22466</w:t>
        <w:br/>
        <w:t>f 29266/25924/22012 29263/25921/22009 29787/26446/22467</w:t>
        <w:br/>
        <w:t>f 29767/26427/22459 29779/26437/22461 29760/26419/22454</w:t>
        <w:br/>
        <w:t>f 29776/26434/21992 29760/26419/22454 29779/26437/22461</w:t>
        <w:br/>
        <w:t>f 29780/26436/21682 29776/26434/21992 29779/26437/22461</w:t>
        <w:br/>
        <w:t>f 29767/26427/22459 29768/26426/22003 29785/26444/21729</w:t>
        <w:br/>
        <w:t>f 29789/26447/21843 29788/26448/22468 29781/26442/22464</w:t>
        <w:br/>
        <w:t>f 29788/26448/22468 29790/26449/22469 29781/26442/22464</w:t>
        <w:br/>
        <w:t>f 29791/26450/22470 29789/26447/21843 29784/26443/22465</w:t>
        <w:br/>
        <w:t>f 29792/26451/22002 29791/26450/22470 29784/26443/22465</w:t>
        <w:br/>
        <w:t>f 29782/26441/22463 29792/26451/22002 29784/26443/22465</w:t>
        <w:br/>
        <w:t>f 29784/26443/22465 29789/26447/21843 29781/26442/22464</w:t>
        <w:br/>
        <w:t>f 29075/25737/21848 29261/25920/22008 29793/26452/22471</w:t>
        <w:br/>
        <w:t>f 28781/25438/21592 28919/25577/21730 28780/25439/21593</w:t>
        <w:br/>
        <w:t>f 29321/25983/22063 28780/25439/21593 29324/25980/22060</w:t>
        <w:br/>
        <w:t>f 29750/26410/21731 29751/26409/22450 29794/26453/21695</w:t>
        <w:br/>
        <w:t>f 29756/26413/22015 29754/26415/22452 29795/26454/22472</w:t>
        <w:br/>
        <w:t>f 29796/26455/21849 29757/26417/22095 29754/26415/22452</w:t>
        <w:br/>
        <w:t>f 29755/26414/22451 29796/26455/21849 29754/26415/22452</w:t>
        <w:br/>
        <w:t>f 29797/26456/21696 29794/26453/21695 29751/26409/22450</w:t>
        <w:br/>
        <w:t>f 29798/26457/22473 29797/26456/21696 29751/26409/22450</w:t>
        <w:br/>
        <w:t>f 29742/26404/22094 29798/26457/22473 29751/26409/22450</w:t>
        <w:br/>
        <w:t>f 29323/25981/22061 28774/25431/21585 28775/25434/21588</w:t>
        <w:br/>
        <w:t>f 29322/25982/22062 29323/25981/22061 28775/25434/21588</w:t>
        <w:br/>
        <w:t>f 28774/25431/21585 29323/25981/22061 28878/25536/21689</w:t>
        <w:br/>
        <w:t>f 29337/25996/22076 28878/25536/21689 29323/25981/22061</w:t>
        <w:br/>
        <w:t>f 29324/25980/22060 29337/25996/22076 29323/25981/22061</w:t>
        <w:br/>
        <w:t>f 28882/25540/21693 29256/25915/22003 29267/25926/22014</w:t>
        <w:br/>
        <w:t>f 29262/25922/22010 29265/25925/22013 29264/25923/22011</w:t>
        <w:br/>
        <w:t>f 29076/25736/21847 29268/25927/22015 29261/25920/22008</w:t>
        <w:br/>
        <w:t>f 28780/25439/21593 28918/25578/21731 28884/25542/21695</w:t>
        <w:br/>
        <w:t>f 29795/26454/22472 29754/26415/22452 29758/26416/22427</w:t>
        <w:br/>
        <w:t>f 29783/26440/22462 29781/26442/22464 29790/26449/22469</w:t>
        <w:br/>
        <w:t>f 29804/26458/22474 29803/26459/22474 29802/26460/22474</w:t>
        <w:br/>
        <w:t>f 29801/26461/22474 29804/26458/22474 29802/26460/22474</w:t>
        <w:br/>
        <w:t>f 29808/26462/22475 29807/26463/22476 29806/26464/22477</w:t>
        <w:br/>
        <w:t>f 29805/26465/22476 29808/26462/22475 29806/26464/22477</w:t>
        <w:br/>
        <w:t>f 29811/26466/22478 29810/26467/22479 29809/26468/22480</w:t>
        <w:br/>
        <w:t>f 29812/26469/22479 29811/26466/22478 29809/26468/22480</w:t>
        <w:br/>
        <w:t>f 29816/26470/22481 29815/26471/22481 29814/26472/22481</w:t>
        <w:br/>
        <w:t>f 29813/26473/22481 29816/26470/22481 29814/26472/22481</w:t>
        <w:br/>
        <w:t>f 29820/26474/22482 29819/26475/22483 29818/26476/22482</w:t>
        <w:br/>
        <w:t>f 29817/26477/22484 29820/26474/22482 29818/26476/22482</w:t>
        <w:br/>
        <w:t>f 29824/26478/22485 29823/26479/22485 29822/26480/22486</w:t>
        <w:br/>
        <w:t>f 29821/26481/22486 29824/26478/22485 29822/26480/22486</w:t>
        <w:br/>
        <w:t>f 29828/26482/22487 29827/26483/22474 29826/26484/22474</w:t>
        <w:br/>
        <w:t>f 29825/26485/22474 29828/26482/22487 29826/26484/22474</w:t>
        <w:br/>
        <w:t>f 29832/26486/22475 29831/26487/22476 29830/26488/22488</w:t>
        <w:br/>
        <w:t>f 29829/26489/22476 29832/26486/22475 29830/26488/22488</w:t>
        <w:br/>
        <w:t>f 29835/26490/22478 29834/26491/22479 29833/26492/22489</w:t>
        <w:br/>
        <w:t>f 29836/26493/22478 29835/26490/22478 29833/26492/22489</w:t>
        <w:br/>
        <w:t>f 29840/26494/22481 29839/26495/22481 29838/26496/22481</w:t>
        <w:br/>
        <w:t>f 29837/26497/22481 29840/26494/22481 29838/26496/22481</w:t>
        <w:br/>
        <w:t>f 29844/26498/22482 29843/26499/22483 29842/26500/22482</w:t>
        <w:br/>
        <w:t>f 29841/26501/22484 29844/26498/22482 29842/26500/22482</w:t>
        <w:br/>
        <w:t>f 29848/26502/22485 29847/26503/22485 29846/26504/22486</w:t>
        <w:br/>
        <w:t>f 29845/26505/22486 29848/26502/22485 29846/26504/22486</w:t>
        <w:br/>
        <w:t>f 29852/26506/22490 29851/26507/22490 29850/26508/22490</w:t>
        <w:br/>
        <w:t>f 29849/26509/22490 29852/26506/22490 29850/26508/22490</w:t>
        <w:br/>
        <w:t>f 29856/26510/22491 29855/26511/22492 29854/26512/22492</w:t>
        <w:br/>
        <w:t>f 29853/26513/22492 29856/26510/22491 29854/26512/22492</w:t>
        <w:br/>
        <w:t>f 29859/26514/22493 29858/26515/22494 29857/26516/22494</w:t>
        <w:br/>
        <w:t>f 29860/26517/22495 29859/26514/22493 29857/26516/22494</w:t>
        <w:br/>
        <w:t>f 29864/26518/22496 29863/26519/22496 29862/26520/22497</w:t>
        <w:br/>
        <w:t>f 29861/26521/22496 29864/26518/22496 29862/26520/22497</w:t>
        <w:br/>
        <w:t>f 29868/26522/22498 29867/26523/22499 29866/26524/22499</w:t>
        <w:br/>
        <w:t>f 29865/26525/22498 29868/26522/22498 29866/26524/22499</w:t>
        <w:br/>
        <w:t>f 29872/26526/22500 29871/26527/22501 29870/26528/22501</w:t>
        <w:br/>
        <w:t>f 29869/26529/22500 29872/26526/22500 29870/26528/22501</w:t>
        <w:br/>
        <w:t>f 29876/26530/22490 29875/26531/22502 29874/26532/22490</w:t>
        <w:br/>
        <w:t>f 29873/26533/22490 29876/26530/22490 29874/26532/22490</w:t>
        <w:br/>
        <w:t>f 29880/26534/22491 29879/26535/22492 29878/26536/22492</w:t>
        <w:br/>
        <w:t>f 29877/26537/22492 29880/26534/22491 29878/26536/22492</w:t>
        <w:br/>
        <w:t>f 29883/26538/22503 29882/26539/22494 29881/26540/22494</w:t>
        <w:br/>
        <w:t>f 29884/26541/22494 29883/26538/22503 29881/26540/22494</w:t>
        <w:br/>
        <w:t>f 29888/26542/22496 29887/26543/22496 29886/26544/22496</w:t>
        <w:br/>
        <w:t>f 29885/26545/22496 29888/26542/22496 29886/26544/22496</w:t>
        <w:br/>
        <w:t>f 29892/26546/22498 29891/26547/22499 29890/26548/22499</w:t>
        <w:br/>
        <w:t>f 29889/26549/22498 29892/26546/22498 29890/26548/22499</w:t>
        <w:br/>
        <w:t>f 29896/26550/22500 29895/26551/22501 29894/26552/22501</w:t>
        <w:br/>
        <w:t>f 29893/26553/22500 29896/26550/22500 29894/26552/22501</w:t>
        <w:br/>
        <w:t>f 29900/26554/22504 29899/26555/22505 29898/26556/22504</w:t>
        <w:br/>
        <w:t>f 29897/26557/22504 29900/26554/22504 29898/26556/22504</w:t>
        <w:br/>
        <w:t>f 29904/26558/22506 29903/26559/22507 29902/26560/22508</w:t>
        <w:br/>
        <w:t>f 29901/26561/22509 29904/26558/22506 29902/26560/22508</w:t>
        <w:br/>
        <w:t>f 29908/26562/22510 29907/26563/22511 29906/26564/22511</w:t>
        <w:br/>
        <w:t>f 29905/26565/22510 29908/26562/22510 29906/26564/22511</w:t>
        <w:br/>
        <w:t>f 29911/26566/22512 29910/26567/22512 29909/26568/22512</w:t>
        <w:br/>
        <w:t>f 29912/26569/22513 29911/26566/22512 29909/26568/22512</w:t>
        <w:br/>
        <w:t>f 29916/26570/22514 29915/26571/22515 29914/26572/22516</w:t>
        <w:br/>
        <w:t>f 29913/26573/22517 29916/26570/22514 29914/26572/22516</w:t>
        <w:br/>
        <w:t>f 29917/26574/22518 29915/26571/22515 29916/26570/22514</w:t>
        <w:br/>
        <w:t>f 29918/26575/22516 29917/26574/22518 29916/26570/22514</w:t>
        <w:br/>
        <w:t>f 29920/26576/22519 29919/26577/22520 29917/26574/22518</w:t>
        <w:br/>
        <w:t>f 29918/26575/22516 29920/26576/22519 29917/26574/22518</w:t>
        <w:br/>
        <w:t>f 29913/26573/22517 29914/26572/22516 29919/26577/22520</w:t>
        <w:br/>
        <w:t>f 29920/26576/22519 29913/26573/22517 29919/26577/22520</w:t>
        <w:br/>
        <w:t>f 29923/26578/22521 29922/26579/22522 29921/26580/22523</w:t>
        <w:br/>
        <w:t>f 29924/26581/22524 29923/26578/22521 29921/26580/22523</w:t>
        <w:br/>
        <w:t>f 29924/26581/22524 29926/26582/22525 29925/26583/22526</w:t>
        <w:br/>
        <w:t>f 29923/26578/22521 29924/26581/22524 29925/26583/22526</w:t>
        <w:br/>
        <w:t>f 29928/26584/22527 29927/26585/22528 29925/26583/22526</w:t>
        <w:br/>
        <w:t>f 29926/26582/22525 29928/26584/22527 29925/26583/22526</w:t>
        <w:br/>
        <w:t>f 29921/26580/22523 29922/26579/22522 29927/26585/22528</w:t>
        <w:br/>
        <w:t>f 29928/26584/22527 29921/26580/22523 29927/26585/22528</w:t>
        <w:br/>
        <w:t>f 29932/26586/22529 29931/26587/22529 29930/26588/22529</w:t>
        <w:br/>
        <w:t>f 29929/26589/22529 29932/26586/22529 29930/26588/22529</w:t>
        <w:br/>
        <w:t>f 29935/26590/22511 29934/26591/22530 29933/26592/22531</w:t>
        <w:br/>
        <w:t>f 29936/26593/22511 29935/26590/22511 29933/26592/22531</w:t>
        <w:br/>
        <w:t>f 29940/26594/22532 29939/26595/22532 29938/26596/22532</w:t>
        <w:br/>
        <w:t>f 29937/26597/22506 29940/26594/22532 29938/26596/22532</w:t>
        <w:br/>
        <w:t>f 29943/26598/22533 29942/26599/22512 29941/26600/22533</w:t>
        <w:br/>
        <w:t>f 29944/26601/22533 29943/26598/22533 29941/26600/22533</w:t>
        <w:br/>
        <w:t>f 29948/26602/22534 29947/26603/22534 29946/26604/22535</w:t>
        <w:br/>
        <w:t>f 29945/26605/22536 29948/26602/22534 29946/26604/22535</w:t>
        <w:br/>
        <w:t>f 29952/26606/22537 29951/26607/22538 29950/26608/22538</w:t>
        <w:br/>
        <w:t>f 29949/26609/22537 29952/26606/22537 29950/26608/22538</w:t>
        <w:br/>
        <w:t>f 29955/26610/22538 29954/26611/22539 29953/26612/22540</w:t>
        <w:br/>
        <w:t>f 29956/26613/22540 29955/26610/22538 29953/26612/22540</w:t>
        <w:br/>
        <w:t>f 29959/26614/22541 29958/26615/22542 29957/26616/22543</w:t>
        <w:br/>
        <w:t>f 29960/26617/22541 29959/26614/22541 29957/26616/22543</w:t>
        <w:br/>
        <w:t>f 29963/26618/22544 29962/26619/22544 29961/26620/22545</w:t>
        <w:br/>
        <w:t>f 29964/26621/22546 29963/26618/22544 29961/26620/22545</w:t>
        <w:br/>
        <w:t>f 29967/26622/22547 29966/26623/22547 29965/26624/22548</w:t>
        <w:br/>
        <w:t>f 29968/26625/22548 29967/26622/22547 29965/26624/22548</w:t>
        <w:br/>
        <w:t>f 29972/26626/22549 29971/26627/22550 29970/26628/22550</w:t>
        <w:br/>
        <w:t>f 29969/26629/22549 29972/26626/22549 29970/26628/22550</w:t>
        <w:br/>
        <w:t>f 29976/26630/22551 29975/26631/22552 29974/26632/22552</w:t>
        <w:br/>
        <w:t>f 29973/26633/22551 29976/26630/22551 29974/26632/22552</w:t>
        <w:br/>
        <w:t>f 29979/26634/22553 29978/26635/22554 29977/26636/22555</w:t>
        <w:br/>
        <w:t>f 29980/26637/22556 29979/26634/22553 29977/26636/22555</w:t>
        <w:br/>
        <w:t>f 29984/26638/22557 29983/26639/22558 29982/26640/22559</w:t>
        <w:br/>
        <w:t>f 29981/26641/22560 29984/26638/22557 29982/26640/22559</w:t>
        <w:br/>
        <w:t>f 29987/26642/22561 29986/26643/22562 29985/26644/22563</w:t>
        <w:br/>
        <w:t>f 29977/26636/22555 29987/26642/22561 29985/26644/22563</w:t>
        <w:br/>
        <w:t>f 29989/26645/22564 29988/26646/22565 29984/26638/22557</w:t>
        <w:br/>
        <w:t>f 29978/26635/22554 29991/26647/22554 29990/26648/22566</w:t>
        <w:br/>
        <w:t>f 29992/26649/22567 29978/26635/22554 29990/26648/22566</w:t>
        <w:br/>
        <w:t>f 29995/26650/22568 29994/26651/22568 29993/26652/22569</w:t>
        <w:br/>
        <w:t>f 29983/26639/22558 29995/26650/22568 29993/26652/22569</w:t>
        <w:br/>
        <w:t>f 29987/26642/22561 29997/26653/22570 29996/26654/22571</w:t>
        <w:br/>
        <w:t>f 29995/26650/22568 30000/26655/22572 29999/26656/22573</w:t>
        <w:br/>
        <w:t>f 29998/26657/22568 29995/26650/22568 29999/26656/22573</w:t>
        <w:br/>
        <w:t>f 29961/26620/22545 30002/26658/22574 30001/26659/22575</w:t>
        <w:br/>
        <w:t>f 29964/26621/22546 29961/26620/22545 30001/26659/22575</w:t>
        <w:br/>
        <w:t>f 29962/26619/22544 29963/26618/22544 30003/26660/22576</w:t>
        <w:br/>
        <w:t>f 30004/26661/22577 29962/26619/22544 30003/26660/22576</w:t>
        <w:br/>
        <w:t>f 29949/26609/22537 30006/26662/22551 30005/26663/22578</w:t>
        <w:br/>
        <w:t>f 29952/26606/22537 29949/26609/22537 30005/26663/22578</w:t>
        <w:br/>
        <w:t>f 29975/26631/22552 30008/26664/22579 30007/26665/22579</w:t>
        <w:br/>
        <w:t>f 29974/26632/22552 29975/26631/22552 30007/26665/22579</w:t>
        <w:br/>
        <w:t>f 29985/26644/22563 29980/26637/22556 29977/26636/22555</w:t>
        <w:br/>
        <w:t>f 29993/26652/22569 29982/26640/22559 29983/26639/22558</w:t>
        <w:br/>
        <w:t>f 29986/26643/22562 29987/26642/22561 29996/26654/22571</w:t>
        <w:br/>
        <w:t>f 29981/26641/22560 29989/26645/22564 29984/26638/22557</w:t>
        <w:br/>
        <w:t>f 29979/26634/22553 29991/26647/22554 29978/26635/22554</w:t>
        <w:br/>
        <w:t>f 29998/26657/22568 29994/26651/22568 29995/26650/22568</w:t>
        <w:br/>
        <w:t>f 29990/26648/22566 30009/26666/22580 29992/26649/22567</w:t>
        <w:br/>
        <w:t>f 29999/26656/22573 30000/26655/22572 30010/26667/22581</w:t>
        <w:br/>
        <w:t>f 30003/26660/22576 29947/26603/22534 29948/26602/22534</w:t>
        <w:br/>
        <w:t>f 30004/26661/22577 30003/26660/22576 29948/26602/22534</w:t>
        <w:br/>
        <w:t>f 30007/26665/22579 30008/26664/22579 29945/26605/22536</w:t>
        <w:br/>
        <w:t>f 29946/26604/22535 30007/26665/22579 29945/26605/22536</w:t>
        <w:br/>
        <w:t>f 29988/26646/22565 30011/26668/22582 30000/26655/22572</w:t>
        <w:br/>
        <w:t>f 29984/26638/22557 29988/26646/22565 30000/26655/22572</w:t>
        <w:br/>
        <w:t>f 29992/26649/22567 30012/26669/22583 29997/26653/22570</w:t>
        <w:br/>
        <w:t>f 29987/26642/22561 29992/26649/22567 29997/26653/22570</w:t>
        <w:br/>
        <w:t>f 30011/26668/22582 30010/26667/22581 30000/26655/22572</w:t>
        <w:br/>
        <w:t>f 29992/26649/22567 30009/26666/22580 30012/26669/22583</w:t>
        <w:br/>
        <w:t>f 30016/26670/22584 30015/26671/22584 30014/26672/22584</w:t>
        <w:br/>
        <w:t>f 30013/26673/22585 30016/26670/22584 30014/26672/22584</w:t>
        <w:br/>
        <w:t>f 30020/26674/22586 30019/26675/22587 30018/26676/22588</w:t>
        <w:br/>
        <w:t>f 30017/26677/22587 30020/26674/22586 30018/26676/22588</w:t>
        <w:br/>
        <w:t>f 30024/26678/22589 30023/26679/22589 30022/26680/22590</w:t>
        <w:br/>
        <w:t>f 30021/26681/22590 30024/26678/22589 30022/26680/22590</w:t>
        <w:br/>
        <w:t>f 30027/26682/22591 30026/26683/22591 30025/26684/22591</w:t>
        <w:br/>
        <w:t>f 30028/26685/22592 30027/26682/22591 30025/26684/22591</w:t>
        <w:br/>
        <w:t>f 30032/26686/22593 30031/26687/22594 30030/26688/22595</w:t>
        <w:br/>
        <w:t>f 30029/26689/22596 30032/26686/22593 30030/26688/22595</w:t>
        <w:br/>
        <w:t>f 30034/26690/22595 30032/26686/22593 30029/26689/22596</w:t>
        <w:br/>
        <w:t>f 30033/26691/22597 30034/26690/22595 30029/26689/22596</w:t>
        <w:br/>
        <w:t>f 30036/26692/22598 30034/26690/22595 30033/26691/22597</w:t>
        <w:br/>
        <w:t>f 30035/26693/22599 30036/26692/22598 30033/26691/22597</w:t>
        <w:br/>
        <w:t>f 30035/26693/22599 30030/26688/22595 30031/26687/22594</w:t>
        <w:br/>
        <w:t>f 30036/26692/22598 30035/26693/22599 30031/26687/22594</w:t>
        <w:br/>
        <w:t>f 30039/26694/22600 30038/26695/22601 30037/26696/22602</w:t>
        <w:br/>
        <w:t>f 30040/26697/22603 30039/26694/22600 30037/26696/22602</w:t>
        <w:br/>
        <w:t>f 30037/26696/22602 30042/26698/22604 30041/26699/22605</w:t>
        <w:br/>
        <w:t>f 30040/26697/22603 30037/26696/22602 30041/26699/22605</w:t>
        <w:br/>
        <w:t>f 30041/26699/22605 30042/26698/22604 30043/26700/22606</w:t>
        <w:br/>
        <w:t>f 30044/26701/22607 30041/26699/22605 30043/26700/22606</w:t>
        <w:br/>
        <w:t>f 30039/26694/22600 30044/26701/22607 30043/26700/22606</w:t>
        <w:br/>
        <w:t>f 30038/26695/22601 30039/26694/22600 30043/26700/22606</w:t>
        <w:br/>
        <w:t>f 30048/26702/22608 30047/26703/22608 30046/26704/22608</w:t>
        <w:br/>
        <w:t>f 30045/26705/22608 30048/26702/22608 30046/26704/22608</w:t>
        <w:br/>
        <w:t>f 30051/26706/22609 30050/26707/22610 30049/26708/22590</w:t>
        <w:br/>
        <w:t>f 30052/26709/22590 30051/26706/22609 30049/26708/22590</w:t>
        <w:br/>
        <w:t>f 30056/26710/22611 30055/26711/22612 30054/26712/22611</w:t>
        <w:br/>
        <w:t>f 30053/26713/22611 30056/26710/22611 30054/26712/22611</w:t>
        <w:br/>
        <w:t>f 30059/26714/22613 30058/26715/22591 30057/26716/22613</w:t>
        <w:br/>
        <w:t>f 30060/26717/22613 30059/26714/22613 30057/26716/22613</w:t>
        <w:br/>
        <w:t>f 30064/26718/22614 30063/26719/22615 30062/26720/22616</w:t>
        <w:br/>
        <w:t>f 30061/26721/22617 30064/26718/22614 30062/26720/22616</w:t>
        <w:br/>
        <w:t>f 30068/26722/22618 30067/26723/22618 30066/26724/22619</w:t>
        <w:br/>
        <w:t>f 30065/26725/22619 30068/26722/22618 30066/26724/22619</w:t>
        <w:br/>
        <w:t>f 30071/26726/22620 30070/26727/22621 30069/26728/22619</w:t>
        <w:br/>
        <w:t>f 30072/26729/22620 30071/26726/22620 30069/26728/22619</w:t>
        <w:br/>
        <w:t>f 30075/26730/22622 30074/26731/22623 30073/26732/22624</w:t>
        <w:br/>
        <w:t>f 30076/26733/22624 30075/26730/22622 30073/26732/22624</w:t>
        <w:br/>
        <w:t>f 30079/26734/22625 30078/26735/22626 30077/26736/22626</w:t>
        <w:br/>
        <w:t>f 30080/26737/22627 30079/26734/22625 30077/26736/22626</w:t>
        <w:br/>
        <w:t>f 30083/26738/22628 30082/26739/22629 30081/26740/22629</w:t>
        <w:br/>
        <w:t>f 30084/26741/22628 30083/26738/22628 30081/26740/22629</w:t>
        <w:br/>
        <w:t>f 30088/26742/22630 30087/26743/22630 30086/26744/22631</w:t>
        <w:br/>
        <w:t>f 30085/26745/22631 30088/26742/22630 30086/26744/22631</w:t>
        <w:br/>
        <w:t>f 30092/26746/22632 30091/26747/22632 30090/26748/22633</w:t>
        <w:br/>
        <w:t>f 30089/26749/22633 30092/26746/22632 30090/26748/22633</w:t>
        <w:br/>
        <w:t>f 30095/26750/22634 30094/26751/22635 30093/26752/22636</w:t>
        <w:br/>
        <w:t>f 30096/26753/22637 30095/26750/22634 30093/26752/22636</w:t>
        <w:br/>
        <w:t>f 30100/26754/22638 30099/26755/22639 30098/26756/22640</w:t>
        <w:br/>
        <w:t>f 30097/26757/22641 30100/26754/22638 30098/26756/22640</w:t>
        <w:br/>
        <w:t>f 30103/26758/22642 30102/26759/22643 30101/26760/22644</w:t>
        <w:br/>
        <w:t>f 30095/26750/22634 30103/26758/22642 30101/26760/22644</w:t>
        <w:br/>
        <w:t>f 30105/26761/22645 30100/26754/22638 30104/26762/22646</w:t>
        <w:br/>
        <w:t>f 30107/26763/22647 30106/26764/22635 30094/26751/22635</w:t>
        <w:br/>
        <w:t>f 30108/26765/22648 30107/26763/22647 30094/26751/22635</w:t>
        <w:br/>
        <w:t>f 30111/26766/22649 30110/26767/22650 30109/26768/22650</w:t>
        <w:br/>
        <w:t>f 30097/26757/22641 30111/26766/22649 30109/26768/22650</w:t>
        <w:br/>
        <w:t>f 30101/26760/22644 30113/26769/22651 30112/26770/22652</w:t>
        <w:br/>
        <w:t>f 30109/26768/22650 30116/26771/22650 30115/26772/22653</w:t>
        <w:br/>
        <w:t>f 30114/26773/22654 30109/26768/22650 30115/26772/22653</w:t>
        <w:br/>
        <w:t>f 30079/26734/22625 30080/26737/22627 30118/26774/22655</w:t>
        <w:br/>
        <w:t>f 30117/26775/22656 30079/26734/22625 30118/26774/22655</w:t>
        <w:br/>
        <w:t>f 30119/26776/22657 30077/26736/22626 30078/26735/22626</w:t>
        <w:br/>
        <w:t>f 30120/26777/22657 30119/26776/22657 30078/26735/22626</w:t>
        <w:br/>
        <w:t>f 30067/26723/22618 30068/26722/22618 30122/26778/22632</w:t>
        <w:br/>
        <w:t>f 30121/26779/22632 30067/26723/22618 30122/26778/22632</w:t>
        <w:br/>
        <w:t>f 30089/26749/22633 30090/26748/22633 30124/26780/22658</w:t>
        <w:br/>
        <w:t>f 30123/26781/22659 30089/26749/22633 30124/26780/22658</w:t>
        <w:br/>
        <w:t>f 30103/26758/22642 30095/26750/22634 30096/26753/22637</w:t>
        <w:br/>
        <w:t>f 30111/26766/22649 30097/26757/22641 30098/26756/22640</w:t>
        <w:br/>
        <w:t>f 30102/26759/22643 30113/26769/22651 30101/26760/22644</w:t>
        <w:br/>
        <w:t>f 30099/26755/22639 30100/26754/22638 30105/26761/22645</w:t>
        <w:br/>
        <w:t>f 30093/26752/22636 30094/26751/22635 30106/26764/22635</w:t>
        <w:br/>
        <w:t>f 30116/26771/22650 30109/26768/22650 30110/26767/22650</w:t>
        <w:br/>
        <w:t>f 30107/26763/22647 30108/26765/22648 30125/26782/22660</w:t>
        <w:br/>
        <w:t>f 30115/26772/22653 30126/26783/22661 30114/26773/22654</w:t>
        <w:br/>
        <w:t>f 30119/26776/22657 30120/26777/22657 30064/26718/22614</w:t>
        <w:br/>
        <w:t>f 30061/26721/22617 30119/26776/22657 30064/26718/22614</w:t>
        <w:br/>
        <w:t>f 30063/26719/22615 30123/26781/22659 30124/26780/22658</w:t>
        <w:br/>
        <w:t>f 30062/26720/22616 30063/26719/22615 30124/26780/22658</w:t>
        <w:br/>
        <w:t>f 30104/26762/22646 30100/26754/22638 30114/26773/22654</w:t>
        <w:br/>
        <w:t>f 30127/26784/22662 30104/26762/22646 30114/26773/22654</w:t>
        <w:br/>
        <w:t>f 30112/26770/22652 30128/26785/22663 30108/26765/22648</w:t>
        <w:br/>
        <w:t>f 30101/26760/22644 30112/26770/22652 30108/26765/22648</w:t>
        <w:br/>
        <w:t>f 30127/26784/22662 30114/26773/22654 30126/26783/22661</w:t>
        <w:br/>
        <w:t>f 30108/26765/22648 30128/26785/22663 30125/26782/22660</w:t>
        <w:br/>
        <w:t>f 18589/26786/20439 18588/26787/20440 18587/26788/20440</w:t>
        <w:br/>
        <w:t>f 18586/26789/20439 18589/26786/20439 18587/26788/20440</w:t>
        <w:br/>
        <w:t>f 18591/26790/20441 18589/26786/20439 18586/26789/20439</w:t>
        <w:br/>
        <w:t>f 18590/26791/20441 18591/26790/20441 18586/26789/20439</w:t>
        <w:br/>
        <w:t>f 18595/26792/20442 18594/26793/20442 18593/26794/20443</w:t>
        <w:br/>
        <w:t>f 18592/26795/22664 18595/26792/20442 18593/26794/20443</w:t>
        <w:br/>
        <w:t>f 18597/26796/20444 18596/26797/20445 18594/26793/20442</w:t>
        <w:br/>
        <w:t>f 18595/26792/20442 18597/26796/20444 18594/26793/20442</w:t>
        <w:br/>
        <w:t>f 18601/26798/20446 18600/26799/20447 18599/26800/22665</w:t>
        <w:br/>
        <w:t>f 18598/26801/20448 18601/26798/20446 18599/26800/22665</w:t>
        <w:br/>
        <w:t>f 18603/26802/20449 18602/26803/20449 18598/26801/20448</w:t>
        <w:br/>
        <w:t>f 18599/26800/22665 18603/26802/20449 18598/26801/20448</w:t>
        <w:br/>
        <w:t>f 18607/26804/22666 18606/26805/20451 18605/26806/20451</w:t>
        <w:br/>
        <w:t>f 18604/26807/22666 18607/26804/22666 18605/26806/20451</w:t>
        <w:br/>
        <w:t>f 18606/26805/20451 18609/26808/20453 18608/26809/20453</w:t>
        <w:br/>
        <w:t>f 18605/26806/20451 18606/26805/20451 18608/26809/20453</w:t>
        <w:br/>
        <w:t>f 18609/26808/20453 18611/26810/20454 18610/26811/20454</w:t>
        <w:br/>
        <w:t>f 18608/26809/20453 18609/26808/20453 18610/26811/20454</w:t>
        <w:br/>
        <w:t>f 18615/26812/20455 18614/26813/20456 18613/26814/20456</w:t>
        <w:br/>
        <w:t>f 18612/26815/20455 18615/26812/20455 18613/26814/20456</w:t>
        <w:br/>
        <w:t>f 18590/26791/20441 18615/26812/20455 18612/26815/20455</w:t>
        <w:br/>
        <w:t>f 18591/26790/20441 18590/26791/20441 18612/26815/20455</w:t>
        <w:br/>
        <w:t>f 18619/26816/20457 18618/26817/20457 18617/26818/20458</w:t>
        <w:br/>
        <w:t>f 18616/26819/20458 18619/26816/20457 18617/26818/20458</w:t>
        <w:br/>
        <w:t>f 18596/26797/20445 18597/26796/20444 18616/26819/20458</w:t>
        <w:br/>
        <w:t>f 18617/26818/20458 18596/26797/20445 18616/26819/20458</w:t>
        <w:br/>
        <w:t>f 18621/26820/20459 18613/26814/20456 18614/26813/20456</w:t>
        <w:br/>
        <w:t>f 18620/26821/20460 18621/26820/20459 18614/26813/20456</w:t>
        <w:br/>
        <w:t>f 18625/26822/22667 18624/26823/20461 18623/26824/20462</w:t>
        <w:br/>
        <w:t>f 18622/26825/20462 18625/26822/22667 18623/26824/20462</w:t>
        <w:br/>
        <w:t>f 18629/26826/20463 18628/26827/20464 18627/26828/20465</w:t>
        <w:br/>
        <w:t>f 18626/26829/20463 18629/26826/20463 18627/26828/20465</w:t>
        <w:br/>
        <w:t>f 18631/26830/20467 18630/26831/20467 18618/26817/20457</w:t>
        <w:br/>
        <w:t>f 18619/26816/20457 18631/26830/20467 18618/26817/20457</w:t>
        <w:br/>
        <w:t>f 18635/26832/20468 18634/26833/20468 18633/26834/22668</w:t>
        <w:br/>
        <w:t>f 18632/26835/20470 18635/26832/20468 18633/26834/22668</w:t>
        <w:br/>
        <w:t>f 18639/26836/20471 18638/26837/20472 18637/26838/20472</w:t>
        <w:br/>
        <w:t>f 18636/26839/20473 18639/26836/20471 18637/26838/20472</w:t>
        <w:br/>
        <w:t>f 18643/26840/20474 18642/26841/20474 18641/26842/20476</w:t>
        <w:br/>
        <w:t>f 18640/26843/20476 18643/26840/20474 18641/26842/20476</w:t>
        <w:br/>
        <w:t>f 18647/26844/20477 18646/26845/20478 18645/26846/20478</w:t>
        <w:br/>
        <w:t>f 18644/26847/20480 18647/26844/20477 18645/26846/20478</w:t>
        <w:br/>
        <w:t>f 18647/26844/20477 18644/26847/20480 18649/26848/20481</w:t>
        <w:br/>
        <w:t>f 18648/26849/20481 18647/26844/20477 18649/26848/20481</w:t>
        <w:br/>
        <w:t>f 18651/26850/20482 18632/26835/20470 18633/26834/22668</w:t>
        <w:br/>
        <w:t>f 18650/26851/20482 18651/26850/20482 18633/26834/22668</w:t>
        <w:br/>
        <w:t>f 18655/26852/20483 18654/26853/20483 18653/26854/20484</w:t>
        <w:br/>
        <w:t>f 18652/26855/20484 18655/26852/20483 18653/26854/20484</w:t>
        <w:br/>
        <w:t>f 18659/26856/20485 18658/26857/20486 18657/26858/20486</w:t>
        <w:br/>
        <w:t>f 18656/26859/20485 18659/26856/20485 18657/26858/20486</w:t>
        <w:br/>
        <w:t>f 18661/26860/20487 18660/26861/20487 18642/26841/20474</w:t>
        <w:br/>
        <w:t>f 18643/26840/20474 18661/26860/20487 18642/26841/20474</w:t>
        <w:br/>
        <w:t>f 18663/26862/20488 18659/26856/20485 18656/26859/20485</w:t>
        <w:br/>
        <w:t>f 18662/26863/20488 18663/26862/20488 18656/26859/20485</w:t>
        <w:br/>
        <w:t>f 18665/26864/20489 18664/26865/20490 18654/26853/20483</w:t>
        <w:br/>
        <w:t>f 18655/26852/20483 18665/26864/20489 18654/26853/20483</w:t>
        <w:br/>
        <w:t>f 18667/26866/22669 18651/26850/20482 18650/26851/20482</w:t>
        <w:br/>
        <w:t>f 18666/26867/20491 18667/26866/22669 18650/26851/20482</w:t>
        <w:br/>
        <w:t>f 18669/26868/20492 18668/26869/20492 18634/26833/20468</w:t>
        <w:br/>
        <w:t>f 18635/26832/20468 18669/26868/20492 18634/26833/20468</w:t>
        <w:br/>
        <w:t>f 18646/26845/20478 18671/26870/20493 18670/26871/22670</w:t>
        <w:br/>
        <w:t>f 18645/26846/20478 18646/26845/20478 18670/26871/22670</w:t>
        <w:br/>
        <w:t>f 18641/26842/20476 18673/26872/22671 18672/26873/20494</w:t>
        <w:br/>
        <w:t>f 18640/26843/20476 18641/26842/20476 18672/26873/20494</w:t>
        <w:br/>
        <w:t>f 18675/26874/20495 18674/26875/20495 18639/26836/20471</w:t>
        <w:br/>
        <w:t>f 18636/26839/20473 18675/26874/20495 18639/26836/20471</w:t>
        <w:br/>
        <w:t>f 18677/26876/20496 18676/26877/20497 18668/26869/20492</w:t>
        <w:br/>
        <w:t>f 18669/26868/20492 18677/26876/20496 18668/26869/20492</w:t>
        <w:br/>
        <w:t>f 18671/26870/20493 18679/26878/20499 18678/26879/20499</w:t>
        <w:br/>
        <w:t>f 18670/26871/22670 18671/26870/20493 18678/26879/20499</w:t>
        <w:br/>
        <w:t>f 18682/26880/20500 18681/26881/20500 18680/26882/20500</w:t>
        <w:br/>
        <w:t>f 18681/26881/20500 18683/26883/20501 18680/26882/20500</w:t>
        <w:br/>
        <w:t>f 18687/26884/20502 18686/26885/20503 18685/26886/20503</w:t>
        <w:br/>
        <w:t>f 18684/26887/20504 18687/26884/20502 18685/26886/20503</w:t>
        <w:br/>
        <w:t>f 18690/26888/22672 18689/26889/20506 18688/26890/20506</w:t>
        <w:br/>
        <w:t>f 18691/26891/20505 18690/26888/22672 18688/26890/20506</w:t>
        <w:br/>
        <w:t>f 18695/26892/20507 18694/26893/20508 18693/26894/20509</w:t>
        <w:br/>
        <w:t>f 18692/26895/20509 18695/26892/20507 18693/26894/20509</w:t>
        <w:br/>
        <w:t>f 18699/26896/22673 18698/26897/20510 18697/26898/22674</w:t>
        <w:br/>
        <w:t>f 18696/26899/20512 18699/26896/22673 18697/26898/22674</w:t>
        <w:br/>
        <w:t>f 18703/26900/20513 18702/26901/20514 18701/26902/20514</w:t>
        <w:br/>
        <w:t>f 18700/26903/20513 18703/26900/20513 18701/26902/20514</w:t>
        <w:br/>
        <w:t>f 18707/26904/22675 18706/26905/20515 18705/26906/22676</w:t>
        <w:br/>
        <w:t>f 18704/26907/20516 18707/26904/22675 18705/26906/22676</w:t>
        <w:br/>
        <w:t>f 18711/26908/20517 18710/26909/20518 18709/26910/20518</w:t>
        <w:br/>
        <w:t>f 18708/26911/22677 18711/26908/20517 18709/26910/20518</w:t>
        <w:br/>
        <w:t>f 18690/26888/22672 18691/26891/20505 18713/26912/20519</w:t>
        <w:br/>
        <w:t>f 18712/26913/20520 18690/26888/22672 18713/26912/20519</w:t>
        <w:br/>
        <w:t>f 18717/26914/20522 18716/26915/20522 18715/26916/20523</w:t>
        <w:br/>
        <w:t>f 18714/26917/20523 18717/26914/20522 18715/26916/20523</w:t>
        <w:br/>
        <w:t>f 18721/26918/22678 18720/26919/20525 18719/26920/20525</w:t>
        <w:br/>
        <w:t>f 18718/26921/22679 18721/26918/22678 18719/26920/20525</w:t>
        <w:br/>
        <w:t>f 18725/26922/20527 18724/26923/20527 18723/26924/20528</w:t>
        <w:br/>
        <w:t>f 18722/26925/20528 18725/26922/20527 18723/26924/20528</w:t>
        <w:br/>
        <w:t>f 18728/26926/20529 18727/26927/20530 18726/26928/20531</w:t>
        <w:br/>
        <w:t>f 18729/26929/20531 18728/26926/20529 18726/26928/20531</w:t>
        <w:br/>
        <w:t>f 18733/26930/20532 18732/26931/20533 18731/26932/20533</w:t>
        <w:br/>
        <w:t>f 18730/26933/20532 18733/26930/20532 18731/26932/20533</w:t>
        <w:br/>
        <w:t>f 18737/26934/20534 18736/26935/20535 18735/26936/20536</w:t>
        <w:br/>
        <w:t>f 18734/26937/20534 18737/26934/20534 18735/26936/20536</w:t>
        <w:br/>
        <w:t>f 18729/26929/20531 18726/26928/20531 18712/26913/20520</w:t>
        <w:br/>
        <w:t>f 18713/26912/20519 18729/26929/20531 18712/26913/20520</w:t>
        <w:br/>
        <w:t>f 18717/26914/20522 18733/26930/20532 18730/26933/20532</w:t>
        <w:br/>
        <w:t>f 18716/26915/20522 18717/26914/20522 18730/26933/20532</w:t>
        <w:br/>
        <w:t>f 18718/26921/22679 18737/26934/20534 18734/26937/20534</w:t>
        <w:br/>
        <w:t>f 18721/26918/22678 18718/26921/22679 18734/26937/20534</w:t>
        <w:br/>
        <w:t>f 18711/26908/20517 18708/26911/22677 18724/26923/20527</w:t>
        <w:br/>
        <w:t>f 18725/26922/20527 18711/26908/20517 18724/26923/20527</w:t>
        <w:br/>
        <w:t>f 18722/26925/20528 18723/26924/20528 18685/26886/20503</w:t>
        <w:br/>
        <w:t>f 18686/26885/20503 18722/26925/20528 18685/26886/20503</w:t>
        <w:br/>
        <w:t>f 18727/26927/20530 18728/26926/20529 18706/26905/20515</w:t>
        <w:br/>
        <w:t>f 18707/26904/22675 18727/26927/20530 18706/26905/20515</w:t>
        <w:br/>
        <w:t>f 18731/26932/20533 18732/26931/20533 18692/26895/20509</w:t>
        <w:br/>
        <w:t>f 18693/26894/20509 18731/26932/20533 18692/26895/20509</w:t>
        <w:br/>
        <w:t>f 18702/26901/20514 18735/26936/20536 18736/26935/20535</w:t>
        <w:br/>
        <w:t>f 18701/26902/20514 18702/26901/20514 18736/26935/20535</w:t>
        <w:br/>
        <w:t>f 18741/26938/20538 18740/26939/20538 18739/26940/22680</w:t>
        <w:br/>
        <w:t>f 18738/26941/20540 18741/26938/20538 18739/26940/22680</w:t>
        <w:br/>
        <w:t>f 18743/26942/20542 18742/26943/20542 18740/26939/20538</w:t>
        <w:br/>
        <w:t>f 18741/26938/20538 18743/26942/20542 18740/26939/20538</w:t>
        <w:br/>
        <w:t>f 18747/26944/20543 18746/26945/20544 18745/26946/20544</w:t>
        <w:br/>
        <w:t>f 18744/26947/20545 18747/26944/20543 18745/26946/20544</w:t>
        <w:br/>
        <w:t>f 18749/26948/20546 18747/26944/20543 18744/26947/20545</w:t>
        <w:br/>
        <w:t>f 18748/26949/20546 18749/26948/20546 18744/26947/20545</w:t>
        <w:br/>
        <w:t>f 18753/26950/20547 18752/26951/20548 18751/26952/20548</w:t>
        <w:br/>
        <w:t>f 18750/26953/20549 18753/26950/20547 18751/26952/20548</w:t>
        <w:br/>
        <w:t>f 18752/26951/20548 18755/26954/20550 18754/26955/20550</w:t>
        <w:br/>
        <w:t>f 18751/26952/20548 18752/26951/20548 18754/26955/20550</w:t>
        <w:br/>
        <w:t>f 18755/26954/20550 18757/26956/20551 18756/26957/20551</w:t>
        <w:br/>
        <w:t>f 18754/26955/20550 18755/26954/20550 18756/26957/20551</w:t>
        <w:br/>
        <w:t>f 18761/26958/22681 18760/26959/22681 18759/26960/20553</w:t>
        <w:br/>
        <w:t>f 18758/26961/20553 18761/26958/22681 18759/26960/20553</w:t>
        <w:br/>
        <w:t>f 18763/26962/20554 18762/26963/20554 18758/26961/20553</w:t>
        <w:br/>
        <w:t>f 18759/26960/20553 18763/26962/20554 18758/26961/20553</w:t>
        <w:br/>
        <w:t>f 18767/26964/22682 18766/26965/22682 18765/26966/20557</w:t>
        <w:br/>
        <w:t>f 18764/26967/20557 18767/26964/22682 18765/26966/20557</w:t>
        <w:br/>
        <w:t>f 18742/26943/20542 18743/26942/20542 18764/26967/20557</w:t>
        <w:br/>
        <w:t>f 18765/26966/20557 18742/26943/20542 18764/26967/20557</w:t>
        <w:br/>
        <w:t>f 18771/26968/20558 18770/26969/20559 18769/26970/20559</w:t>
        <w:br/>
        <w:t>f 18768/26971/20558 18771/26968/20558 18769/26970/20559</w:t>
        <w:br/>
        <w:t>f 18748/26949/20546 18771/26968/20558 18768/26971/20558</w:t>
        <w:br/>
        <w:t>f 18749/26948/20546 18748/26949/20546 18768/26971/20558</w:t>
        <w:br/>
        <w:t>f 18773/26972/20560 18772/26973/20560 18766/26965/22682</w:t>
        <w:br/>
        <w:t>f 18767/26964/22682 18773/26972/20560 18766/26965/22682</w:t>
        <w:br/>
        <w:t>f 18750/26953/20549 18775/26974/20561 18774/26975/20562</w:t>
        <w:br/>
        <w:t>f 18753/26950/20547 18750/26953/20549 18774/26975/20562</w:t>
        <w:br/>
        <w:t>f 18777/26976/20563 18776/26977/20563 18760/26959/22681</w:t>
        <w:br/>
        <w:t>f 18761/26958/22681 18777/26976/20563 18760/26959/22681</w:t>
        <w:br/>
        <w:t>f 18779/26978/20564 18769/26970/20559 18770/26969/20559</w:t>
        <w:br/>
        <w:t>f 18778/26979/20564 18779/26978/20564 18770/26969/20559</w:t>
        <w:br/>
        <w:t>f 18783/26980/20565 18782/26981/20566 18781/26982/20566</w:t>
        <w:br/>
        <w:t>f 18780/26983/20565 18783/26980/20565 18781/26982/20566</w:t>
        <w:br/>
        <w:t>f 18787/26984/20568 18786/26985/20568 18785/26986/22683</w:t>
        <w:br/>
        <w:t>f 18784/26987/20569 18787/26984/20568 18785/26986/22683</w:t>
        <w:br/>
        <w:t>f 18791/26988/20570 18790/26989/20571 18789/26990/22684</w:t>
        <w:br/>
        <w:t>f 18788/26991/20570 18791/26988/20570 18789/26990/22684</w:t>
        <w:br/>
        <w:t>f 18795/26992/20572 18794/26993/20572 18793/26994/20574</w:t>
        <w:br/>
        <w:t>f 18792/26995/20574 18795/26992/20572 18793/26994/20574</w:t>
        <w:br/>
        <w:t>f 18793/26994/20574 18797/26996/20575 18796/26997/20575</w:t>
        <w:br/>
        <w:t>f 18792/26995/20574 18793/26994/20574 18796/26997/20575</w:t>
        <w:br/>
        <w:t>f 18781/26982/20566 18782/26981/20566 18799/26998/20576</w:t>
        <w:br/>
        <w:t>f 18798/26999/20576 18781/26982/20566 18799/26998/20576</w:t>
        <w:br/>
        <w:t>f 18803/27000/20577 18802/27001/20578 18801/27002/20578</w:t>
        <w:br/>
        <w:t>f 18800/27003/20577 18803/27000/20577 18801/27002/20578</w:t>
        <w:br/>
        <w:t>f 18807/27004/20579 18806/27005/20580 18805/27006/20581</w:t>
        <w:br/>
        <w:t>f 18804/27007/20581 18807/27004/20579 18805/27006/20581</w:t>
        <w:br/>
        <w:t>f 18802/27001/20578 18791/26988/20570 18788/26991/20570</w:t>
        <w:br/>
        <w:t>f 18801/27002/20578 18802/27001/20578 18788/26991/20570</w:t>
        <w:br/>
        <w:t>f 18804/27007/20581 18805/27006/20581 18786/26985/20568</w:t>
        <w:br/>
        <w:t>f 18787/26984/20568 18804/27007/20581 18786/26985/20568</w:t>
        <w:br/>
        <w:t>f 18811/27008/20582 18810/27009/20583 18809/27010/20584</w:t>
        <w:br/>
        <w:t>f 18808/27011/20582 18811/27008/20582 18809/27010/20584</w:t>
        <w:br/>
        <w:t>f 18815/27012/20585 18814/27013/20585 18813/27014/22685</w:t>
        <w:br/>
        <w:t>f 18812/27015/22685 18815/27012/20585 18813/27014/22685</w:t>
        <w:br/>
        <w:t>f 18817/27016/20587 18783/26980/20565 18780/26983/20565</w:t>
        <w:br/>
        <w:t>f 18816/27017/20587 18817/27016/20587 18780/26983/20565</w:t>
        <w:br/>
        <w:t>f 18819/27018/20588 18818/27019/20589 18794/26993/20572</w:t>
        <w:br/>
        <w:t>f 18795/26992/20572 18819/27018/20588 18794/26993/20572</w:t>
        <w:br/>
        <w:t>f 18821/27020/20590 18820/27021/20590 18789/26990/22684</w:t>
        <w:br/>
        <w:t>f 18790/26989/20571 18821/27020/20590 18789/26990/22684</w:t>
        <w:br/>
        <w:t>f 18823/27022/20591 18784/26987/20569 18785/26986/22683</w:t>
        <w:br/>
        <w:t>f 18822/27023/22686 18823/27022/20591 18785/26986/22683</w:t>
        <w:br/>
        <w:t>f 18825/27024/22687 18817/27016/20587 18816/27017/20587</w:t>
        <w:br/>
        <w:t>f 18824/27025/20587 18825/27024/22687 18816/27017/20587</w:t>
        <w:br/>
        <w:t>f 18827/27026/20593 18826/27027/20594 18818/27019/20589</w:t>
        <w:br/>
        <w:t>f 18819/27018/20588 18827/27026/20593 18818/27019/20589</w:t>
        <w:br/>
        <w:t>f 18830/27028/20595 18829/27029/20596 18828/27030/20595</w:t>
        <w:br/>
        <w:t>f 18831/27031/20597 18830/27028/20595 18828/27030/20595</w:t>
        <w:br/>
        <w:t>f 18835/27032/20598 18834/27033/20598 18833/27034/22688</w:t>
        <w:br/>
        <w:t>f 18832/27035/20599 18835/27032/20598 18833/27034/22688</w:t>
        <w:br/>
        <w:t>f 18838/27036/20600 18837/27037/20600 18836/27038/20601</w:t>
        <w:br/>
        <w:t>f 18839/27039/20601 18838/27036/20600 18836/27038/20601</w:t>
        <w:br/>
        <w:t>f 18843/27040/20602 18842/27041/20603 18841/27042/20603</w:t>
        <w:br/>
        <w:t>f 18840/27043/20602 18843/27040/20602 18841/27042/20603</w:t>
        <w:br/>
        <w:t>f 18847/27044/20605 18846/27045/20604 18845/27046/20604</w:t>
        <w:br/>
        <w:t>f 18844/27047/20604 18847/27044/20605 18845/27046/20604</w:t>
        <w:br/>
        <w:t>f 18851/27048/20606 18850/27049/22689 18849/27050/20607</w:t>
        <w:br/>
        <w:t>f 18848/27051/20608 18851/27048/20606 18849/27050/20607</w:t>
        <w:br/>
        <w:t>f 18855/27052/20609 18854/27053/22690 18853/27054/20610</w:t>
        <w:br/>
        <w:t>f 18852/27055/20609 18855/27052/20609 18853/27054/20610</w:t>
        <w:br/>
        <w:t>f 18859/27056/22691 18858/27057/20611 18857/27058/20612</w:t>
        <w:br/>
        <w:t>f 18856/27059/20613 18859/27056/22691 18857/27058/20612</w:t>
        <w:br/>
        <w:t>f 18838/27036/20600 18861/27060/20614 18860/27061/20614</w:t>
        <w:br/>
        <w:t>f 18837/27037/20600 18838/27036/20600 18860/27061/20614</w:t>
        <w:br/>
        <w:t>f 18865/27062/20615 18864/27063/20616 18863/27064/20617</w:t>
        <w:br/>
        <w:t>f 18862/27065/20615 18865/27062/20615 18863/27064/20617</w:t>
        <w:br/>
        <w:t>f 18869/27066/20618 18868/27067/20618 18867/27068/20619</w:t>
        <w:br/>
        <w:t>f 18866/27069/22692 18869/27066/20618 18867/27068/20619</w:t>
        <w:br/>
        <w:t>f 18873/27070/20620 18872/27071/20621 18871/27072/20622</w:t>
        <w:br/>
        <w:t>f 18870/27073/20620 18873/27070/20620 18871/27072/20622</w:t>
        <w:br/>
        <w:t>f 18877/27074/22693 18876/27075/22694 18875/27076/20625</w:t>
        <w:br/>
        <w:t>f 18874/27077/20626 18877/27074/22693 18875/27076/20625</w:t>
        <w:br/>
        <w:t>f 18881/27078/22695 18880/27079/20627 18879/27080/20628</w:t>
        <w:br/>
        <w:t>f 18878/27081/20628 18881/27078/22695 18879/27080/20628</w:t>
        <w:br/>
        <w:t>f 18885/27082/22696 18884/27083/20629 18883/27084/20630</w:t>
        <w:br/>
        <w:t>f 18882/27085/22697 18885/27082/22696 18883/27084/20630</w:t>
        <w:br/>
        <w:t>f 18875/27076/20625 18860/27061/20614 18861/27060/20614</w:t>
        <w:br/>
        <w:t>f 18874/27077/20626 18875/27076/20625 18861/27060/20614</w:t>
        <w:br/>
        <w:t>f 18878/27081/20628 18879/27080/20628 18865/27062/20615</w:t>
        <w:br/>
        <w:t>f 18862/27065/20615 18878/27081/20628 18865/27062/20615</w:t>
        <w:br/>
        <w:t>f 18882/27085/22697 18883/27084/20630 18866/27069/22692</w:t>
        <w:br/>
        <w:t>f 18867/27068/20619 18882/27085/22697 18866/27069/22692</w:t>
        <w:br/>
        <w:t>f 18857/27058/20612 18873/27070/20620 18870/27073/20620</w:t>
        <w:br/>
        <w:t>f 18856/27059/20613 18857/27058/20612 18870/27073/20620</w:t>
        <w:br/>
        <w:t>f 18871/27072/20622 18872/27071/20621 18834/27033/20598</w:t>
        <w:br/>
        <w:t>f 18835/27032/20598 18871/27072/20622 18834/27033/20598</w:t>
        <w:br/>
        <w:t>f 18854/27053/22690 18876/27075/22694 18877/27074/22693</w:t>
        <w:br/>
        <w:t>f 18853/27054/20610 18854/27053/22690 18877/27074/22693</w:t>
        <w:br/>
        <w:t>f 18841/27042/20603 18842/27041/20603 18880/27079/20627</w:t>
        <w:br/>
        <w:t>f 18881/27078/22695 18841/27042/20603 18880/27079/20627</w:t>
        <w:br/>
        <w:t>f 18848/27051/20608 18849/27050/20607 18884/27083/20629</w:t>
        <w:br/>
        <w:t>f 18885/27082/22696 18848/27051/20608 18884/27083/20629</w:t>
        <w:br/>
        <w:t>f 18622/26825/20462 18623/26824/20462 18600/26799/20447</w:t>
        <w:br/>
        <w:t>f 18601/26798/20446 18622/26825/20462 18600/26799/20447</w:t>
        <w:br/>
        <w:t>f 18604/26807/22666 18629/26826/20463 18626/26829/20463</w:t>
        <w:br/>
        <w:t>f 18607/26804/22666 18604/26807/22666 18626/26829/20463</w:t>
        <w:br/>
        <w:t>f 18652/26855/20484 18653/26854/20484 18660/26861/20487</w:t>
        <w:br/>
        <w:t>f 18661/26860/20487 18652/26855/20484 18660/26861/20487</w:t>
        <w:br/>
        <w:t>f 18662/26863/20488 18637/26838/20472 18638/26837/20472</w:t>
        <w:br/>
        <w:t>f 18663/26862/20488 18662/26863/20488 18638/26837/20472</w:t>
        <w:br/>
        <w:t>f 18620/26821/20460 18624/26823/20461 18625/26822/22667</w:t>
        <w:br/>
        <w:t>f 18621/26820/20459 18620/26821/20460 18625/26822/22667</w:t>
        <w:br/>
        <w:t>f 18627/26828/20465 18628/26827/20464 18630/26831/20467</w:t>
        <w:br/>
        <w:t>f 18631/26830/20467 18627/26828/20465 18630/26831/20467</w:t>
        <w:br/>
        <w:t>f 18648/26849/20481 18649/26848/20481 18664/26865/20490</w:t>
        <w:br/>
        <w:t>f 18665/26864/20489 18648/26849/20481 18664/26865/20490</w:t>
        <w:br/>
        <w:t>f 18666/26867/20491 18657/26858/20486 18658/26857/20486</w:t>
        <w:br/>
        <w:t>f 18667/26866/22669 18666/26867/20491 18658/26857/20486</w:t>
        <w:br/>
        <w:t>f 18891/27086/20632 18890/27087/20632 18772/26973/20560</w:t>
        <w:br/>
        <w:t>f 18773/26972/20560 18891/27086/20632 18772/26973/20560</w:t>
        <w:br/>
        <w:t>f 18778/26979/20564 18893/27088/20633 18892/27089/22698</w:t>
        <w:br/>
        <w:t>f 18779/26978/20564 18778/26979/20564 18892/27089/22698</w:t>
        <w:br/>
        <w:t>f 18808/27011/20582 18796/26997/20575 18797/26996/20575</w:t>
        <w:br/>
        <w:t>f 18811/27008/20582 18808/27011/20582 18797/26996/20575</w:t>
        <w:br/>
        <w:t>f 18798/26999/20576 18799/26998/20576 18814/27013/20585</w:t>
        <w:br/>
        <w:t>f 18815/27012/20585 18798/26999/20576 18814/27013/20585</w:t>
        <w:br/>
        <w:t>f 18775/26974/20561 18890/27087/20632 18891/27086/20632</w:t>
        <w:br/>
        <w:t>f 18774/26975/20562 18775/26974/20561 18891/27086/20632</w:t>
        <w:br/>
        <w:t>f 18892/27089/22698 18893/27088/20633 18776/26977/20563</w:t>
        <w:br/>
        <w:t>f 18777/26976/20563 18892/27089/22698 18776/26977/20563</w:t>
        <w:br/>
        <w:t>f 18800/27003/20577 18809/27010/20584 18810/27009/20583</w:t>
        <w:br/>
        <w:t>f 18803/27000/20577 18800/27003/20577 18810/27009/20583</w:t>
        <w:br/>
        <w:t>f 18812/27015/22685 18813/27014/22685 18806/27005/20580</w:t>
        <w:br/>
        <w:t>f 18807/27004/20579 18812/27015/22685 18806/27005/20580</w:t>
        <w:br/>
        <w:t>f 18762/26963/20554 18763/26962/20554 18895/27090/20634</w:t>
        <w:br/>
        <w:t>f 18894/27091/20634 18762/26963/20554 18895/27090/20634</w:t>
        <w:br/>
        <w:t>f 18602/26803/20449 18603/26802/20449 18897/27092/20635</w:t>
        <w:br/>
        <w:t>f 18896/27093/20635 18602/26803/20449 18897/27092/20635</w:t>
        <w:br/>
        <w:t>f 24386/27094/22699 24385/27095/22699 24384/27096/22700</w:t>
        <w:br/>
        <w:t>f 24383/27097/22701 24386/27094/22699 24384/27096/22700</w:t>
        <w:br/>
        <w:t>f 24388/27098/22702 24387/27099/22702 24385/27095/22699</w:t>
        <w:br/>
        <w:t>f 24386/27094/22699 24388/27098/22702 24385/27095/22699</w:t>
        <w:br/>
        <w:t>f 24392/27100/22703 24391/27101/22704 24390/27102/22704</w:t>
        <w:br/>
        <w:t>f 24389/27103/22705 24392/27100/22703 24390/27102/22704</w:t>
        <w:br/>
        <w:t>f 24394/27104/22706 24392/27100/22703 24389/27103/22705</w:t>
        <w:br/>
        <w:t>f 24393/27105/22707 24394/27104/22706 24389/27103/22705</w:t>
        <w:br/>
        <w:t>f 24398/27106/22708 24397/27107/22709 24396/27108/22709</w:t>
        <w:br/>
        <w:t>f 24395/27109/22708 24398/27106/22708 24396/27108/22709</w:t>
        <w:br/>
        <w:t>f 24400/27110/22710 24396/27108/22709 24397/27107/22709</w:t>
        <w:br/>
        <w:t>f 24399/27111/22710 24400/27110/22710 24397/27107/22709</w:t>
        <w:br/>
        <w:t>f 24404/27112/22711 24403/27113/22711 24402/27114/22712</w:t>
        <w:br/>
        <w:t>f 24401/27115/22713 24404/27112/22711 24402/27114/22712</w:t>
        <w:br/>
        <w:t>f 24401/27115/22713 24402/27114/22712 24406/27116/22714</w:t>
        <w:br/>
        <w:t>f 24405/27117/22715 24401/27115/22713 24406/27116/22714</w:t>
        <w:br/>
        <w:t>f 24405/27117/22715 24406/27116/22714 24408/27118/22716</w:t>
        <w:br/>
        <w:t>f 24407/27119/22716 24405/27117/22715 24408/27118/22716</w:t>
        <w:br/>
        <w:t>f 24412/27120/22717 24411/27121/22717 24410/27122/22718</w:t>
        <w:br/>
        <w:t>f 24409/27123/22718 24412/27120/22717 24410/27122/22718</w:t>
        <w:br/>
        <w:t>f 24387/27099/22702 24388/27098/22702 24411/27121/22717</w:t>
        <w:br/>
        <w:t>f 24412/27120/22717 24387/27099/22702 24411/27121/22717</w:t>
        <w:br/>
        <w:t>f 24416/27124/22719 24415/27125/22720 24414/27126/22720</w:t>
        <w:br/>
        <w:t>f 24413/27127/22721 24416/27124/22719 24414/27126/22720</w:t>
        <w:br/>
        <w:t>f 24393/27105/22707 24414/27126/22720 24415/27125/22720</w:t>
        <w:br/>
        <w:t>f 24394/27104/22706 24393/27105/22707 24415/27125/22720</w:t>
        <w:br/>
        <w:t>f 24418/27128/22722 24417/27129/22723 24409/27123/22718</w:t>
        <w:br/>
        <w:t>f 24410/27122/22718 24418/27128/22722 24409/27123/22718</w:t>
        <w:br/>
        <w:t>f 24422/27130/22724 24421/27131/22725 24420/27132/22726</w:t>
        <w:br/>
        <w:t>f 24419/27133/22727 24422/27130/22724 24420/27132/22726</w:t>
        <w:br/>
        <w:t>f 24426/27134/22728 24425/27135/22728 24424/27136/22729</w:t>
        <w:br/>
        <w:t>f 24423/27137/22729 24426/27134/22728 24424/27136/22729</w:t>
        <w:br/>
        <w:t>f 24428/27138/22730 24416/27124/22719 24413/27127/22721</w:t>
        <w:br/>
        <w:t>f 24427/27139/22730 24428/27138/22730 24413/27127/22721</w:t>
        <w:br/>
        <w:t>f 24432/27140/22731 24431/27141/22732 24430/27142/22733</w:t>
        <w:br/>
        <w:t>f 24429/27143/22731 24432/27140/22731 24430/27142/22733</w:t>
        <w:br/>
        <w:t>f 24436/27144/22734 24435/27145/22734 24434/27146/22735</w:t>
        <w:br/>
        <w:t>f 24433/27147/22735 24436/27144/22734 24434/27146/22735</w:t>
        <w:br/>
        <w:t>f 24440/27148/22736 24439/27149/22737 24438/27150/22737</w:t>
        <w:br/>
        <w:t>f 24437/27151/22736 24440/27148/22736 24438/27150/22737</w:t>
        <w:br/>
        <w:t>f 24444/27152/22738 24443/27153/22739 24442/27154/22740</w:t>
        <w:br/>
        <w:t>f 24441/27155/22740 24444/27152/22738 24442/27154/22740</w:t>
        <w:br/>
        <w:t>f 24444/27152/22738 24446/27156/22741 24445/27157/22741</w:t>
        <w:br/>
        <w:t>f 24443/27153/22739 24444/27152/22738 24445/27157/22741</w:t>
        <w:br/>
        <w:t>f 24448/27158/22742 24447/27159/22742 24430/27142/22733</w:t>
        <w:br/>
        <w:t>f 24431/27141/22732 24448/27158/22742 24430/27142/22733</w:t>
        <w:br/>
        <w:t>f 24452/27160/22743 24451/27161/22744 24450/27162/22744</w:t>
        <w:br/>
        <w:t>f 24449/27163/22743 24452/27160/22743 24450/27162/22744</w:t>
        <w:br/>
        <w:t>f 24456/27164/22745 24455/27165/22745 24454/27166/22746</w:t>
        <w:br/>
        <w:t>f 24453/27167/22746 24456/27164/22745 24454/27166/22746</w:t>
        <w:br/>
        <w:t>f 24458/27168/22747 24440/27148/22736 24437/27151/22736</w:t>
        <w:br/>
        <w:t>f 24457/27169/22748 24458/27168/22747 24437/27151/22736</w:t>
        <w:br/>
        <w:t>f 24460/27170/22749 24459/27171/22749 24455/27165/22745</w:t>
        <w:br/>
        <w:t>f 24456/27164/22745 24460/27170/22749 24455/27165/22745</w:t>
        <w:br/>
        <w:t>f 24462/27172/22750 24452/27160/22743 24449/27163/22743</w:t>
        <w:br/>
        <w:t>f 24461/27173/22751 24462/27172/22750 24449/27163/22743</w:t>
        <w:br/>
        <w:t>f 24464/27174/22752 24463/27175/22752 24447/27159/22742</w:t>
        <w:br/>
        <w:t>f 24448/27158/22742 24464/27174/22752 24447/27159/22742</w:t>
        <w:br/>
        <w:t>f 24466/27176/22753 24432/27140/22731 24429/27143/22731</w:t>
        <w:br/>
        <w:t>f 24465/27177/22753 24466/27176/22753 24429/27143/22731</w:t>
        <w:br/>
        <w:t>f 24441/27155/22740 24442/27154/22740 24468/27178/22754</w:t>
        <w:br/>
        <w:t>f 24467/27179/22755 24441/27155/22740 24468/27178/22754</w:t>
        <w:br/>
        <w:t>f 24438/27150/22737 24439/27149/22737 24470/27180/22756</w:t>
        <w:br/>
        <w:t>f 24469/27181/22757 24438/27150/22737 24470/27180/22756</w:t>
        <w:br/>
        <w:t>f 24472/27182/22758 24435/27145/22734 24436/27144/22734</w:t>
        <w:br/>
        <w:t>f 24471/27183/22758 24472/27182/22758 24436/27144/22734</w:t>
        <w:br/>
        <w:t>f 24474/27184/22759 24466/27176/22753 24465/27177/22753</w:t>
        <w:br/>
        <w:t>f 24473/27185/22759 24474/27184/22759 24465/27177/22753</w:t>
        <w:br/>
        <w:t>f 24467/27179/22755 24468/27178/22754 24476/27186/22760</w:t>
        <w:br/>
        <w:t>f 24475/27187/22760 24467/27179/22755 24476/27186/22760</w:t>
        <w:br/>
        <w:t>f 24479/27188/22761 24478/27189/22761 24477/27190/22761</w:t>
        <w:br/>
        <w:t>f 24477/27190/22761 24478/27189/22761 24480/27191/22762</w:t>
        <w:br/>
        <w:t>f 24484/27192/22763 24483/27193/22764 24482/27194/22765</w:t>
        <w:br/>
        <w:t>f 24481/27195/22765 24484/27192/22763 24482/27194/22765</w:t>
        <w:br/>
        <w:t>f 24487/27196/22766 24486/27197/22766 24485/27198/22767</w:t>
        <w:br/>
        <w:t>f 24488/27199/22767 24487/27196/22766 24485/27198/22767</w:t>
        <w:br/>
        <w:t>f 24492/27200/22768 24491/27201/22769 24490/27202/22769</w:t>
        <w:br/>
        <w:t>f 24489/27203/22770 24492/27200/22768 24490/27202/22769</w:t>
        <w:br/>
        <w:t>f 24496/27204/22771 24495/27205/22772 24494/27206/22773</w:t>
        <w:br/>
        <w:t>f 24493/27207/22774 24496/27204/22771 24494/27206/22773</w:t>
        <w:br/>
        <w:t>f 24500/27208/22775 24499/27209/22775 24498/27210/22776</w:t>
        <w:br/>
        <w:t>f 24497/27211/22776 24500/27208/22775 24498/27210/22776</w:t>
        <w:br/>
        <w:t>f 24504/27212/22777 24503/27213/22778 24502/27214/22779</w:t>
        <w:br/>
        <w:t>f 24501/27215/22777 24504/27212/22777 24502/27214/22779</w:t>
        <w:br/>
        <w:t>f 24508/27216/22780 24507/27217/22781 24506/27218/22782</w:t>
        <w:br/>
        <w:t>f 24505/27219/22782 24508/27216/22780 24506/27218/22782</w:t>
        <w:br/>
        <w:t>f 24485/27198/22767 24510/27220/22783 24509/27221/22784</w:t>
        <w:br/>
        <w:t>f 24488/27199/22767 24485/27198/22767 24509/27221/22784</w:t>
        <w:br/>
        <w:t>f 24514/27222/22785 24513/27223/22786 24512/27224/22786</w:t>
        <w:br/>
        <w:t>f 24511/27225/22787 24514/27222/22785 24512/27224/22786</w:t>
        <w:br/>
        <w:t>f 24518/27226/22788 24517/27227/22789 24516/27228/22790</w:t>
        <w:br/>
        <w:t>f 24515/27229/22790 24518/27226/22788 24516/27228/22790</w:t>
        <w:br/>
        <w:t>f 24522/27230/22791 24521/27231/22792 24520/27232/22792</w:t>
        <w:br/>
        <w:t>f 24519/27233/22791 24522/27230/22791 24520/27232/22792</w:t>
        <w:br/>
        <w:t>f 24525/27234/22793 24524/27235/22794 24523/27236/22795</w:t>
        <w:br/>
        <w:t>f 24526/27237/22793 24525/27234/22793 24523/27236/22795</w:t>
        <w:br/>
        <w:t>f 24530/27238/22796 24529/27239/22796 24528/27240/22797</w:t>
        <w:br/>
        <w:t>f 24527/27241/22797 24530/27238/22796 24528/27240/22797</w:t>
        <w:br/>
        <w:t>f 24534/27242/22798 24533/27243/22798 24532/27244/22799</w:t>
        <w:br/>
        <w:t>f 24531/27245/22800 24534/27242/22798 24532/27244/22799</w:t>
        <w:br/>
        <w:t>f 24526/27237/22793 24509/27221/22784 24510/27220/22783</w:t>
        <w:br/>
        <w:t>f 24525/27234/22793 24526/27237/22793 24510/27220/22783</w:t>
        <w:br/>
        <w:t>f 24514/27222/22785 24511/27225/22787 24529/27239/22796</w:t>
        <w:br/>
        <w:t>f 24530/27238/22796 24514/27222/22785 24529/27239/22796</w:t>
        <w:br/>
        <w:t>f 24517/27227/22789 24518/27226/22788 24533/27243/22798</w:t>
        <w:br/>
        <w:t>f 24534/27242/22798 24517/27227/22789 24533/27243/22798</w:t>
        <w:br/>
        <w:t>f 24508/27216/22780 24522/27230/22791 24519/27233/22791</w:t>
        <w:br/>
        <w:t>f 24507/27217/22781 24508/27216/22780 24519/27233/22791</w:t>
        <w:br/>
        <w:t>f 24482/27194/22765 24520/27232/22792 24521/27231/22792</w:t>
        <w:br/>
        <w:t>f 24481/27195/22765 24482/27194/22765 24521/27231/22792</w:t>
        <w:br/>
        <w:t>f 24524/27235/22794 24504/27212/22777 24501/27215/22777</w:t>
        <w:br/>
        <w:t>f 24523/27236/22795 24524/27235/22794 24501/27215/22777</w:t>
        <w:br/>
        <w:t>f 24528/27240/22797 24490/27202/22769 24491/27201/22769</w:t>
        <w:br/>
        <w:t>f 24527/27241/22797 24528/27240/22797 24491/27201/22769</w:t>
        <w:br/>
        <w:t>f 24497/27211/22776 24498/27210/22776 24531/27245/22800</w:t>
        <w:br/>
        <w:t>f 24532/27244/22799 24497/27211/22776 24531/27245/22800</w:t>
        <w:br/>
        <w:t>f 24538/27246/22801 24537/27247/22802 24536/27248/22802</w:t>
        <w:br/>
        <w:t>f 24535/27249/22803 24538/27246/22801 24536/27248/22802</w:t>
        <w:br/>
        <w:t>f 24540/27250/22804 24538/27246/22801 24535/27249/22803</w:t>
        <w:br/>
        <w:t>f 24539/27251/22804 24540/27250/22804 24535/27249/22803</w:t>
        <w:br/>
        <w:t>f 24544/27252/22805 24543/27253/22806 24542/27254/22807</w:t>
        <w:br/>
        <w:t>f 24541/27255/22807 24544/27252/22805 24542/27254/22807</w:t>
        <w:br/>
        <w:t>f 24546/27256/22808 24545/27257/22809 24543/27253/22806</w:t>
        <w:br/>
        <w:t>f 24544/27252/22805 24546/27256/22808 24543/27253/22806</w:t>
        <w:br/>
        <w:t>f 24550/27258/22810 24549/27259/22810 24548/27260/22811</w:t>
        <w:br/>
        <w:t>f 24547/27261/22811 24550/27258/22810 24548/27260/22811</w:t>
        <w:br/>
        <w:t>f 24547/27261/22811 24548/27260/22811 24552/27262/22812</w:t>
        <w:br/>
        <w:t>f 24551/27263/22812 24547/27261/22811 24552/27262/22812</w:t>
        <w:br/>
        <w:t>f 24551/27263/22812 24552/27262/22812 24554/27264/22813</w:t>
        <w:br/>
        <w:t>f 24553/27265/22814 24551/27263/22812 24554/27264/22813</w:t>
        <w:br/>
        <w:t>f 24558/27266/22815 24557/27267/22816 24556/27268/22816</w:t>
        <w:br/>
        <w:t>f 24555/27269/22815 24558/27266/22815 24556/27268/22816</w:t>
        <w:br/>
        <w:t>f 24560/27270/22817 24556/27268/22816 24557/27267/22816</w:t>
        <w:br/>
        <w:t>f 24559/27271/22817 24560/27270/22817 24557/27267/22816</w:t>
        <w:br/>
        <w:t>f 24564/27272/22818 24563/27273/22819 24562/27274/22820</w:t>
        <w:br/>
        <w:t>f 24561/27275/22821 24564/27272/22818 24562/27274/22820</w:t>
        <w:br/>
        <w:t>f 24539/27251/22804 24562/27274/22820 24563/27273/22819</w:t>
        <w:br/>
        <w:t>f 24540/27250/22804 24539/27251/22804 24563/27273/22819</w:t>
        <w:br/>
        <w:t>f 24568/27276/22822 24567/27277/22822 24566/27278/22823</w:t>
        <w:br/>
        <w:t>f 24565/27279/22823 24568/27276/22822 24566/27278/22823</w:t>
        <w:br/>
        <w:t>f 24545/27257/22809 24546/27256/22808 24567/27277/22822</w:t>
        <w:br/>
        <w:t>f 24568/27276/22822 24545/27257/22809 24567/27277/22822</w:t>
        <w:br/>
        <w:t>f 24570/27280/22824 24564/27272/22818 24561/27275/22821</w:t>
        <w:br/>
        <w:t>f 24569/27281/22824 24570/27280/22824 24561/27275/22821</w:t>
        <w:br/>
        <w:t>f 24549/27259/22810 24550/27258/22810 24572/27282/22825</w:t>
        <w:br/>
        <w:t>f 24571/27283/22826 24549/27259/22810 24572/27282/22825</w:t>
        <w:br/>
        <w:t>f 24574/27284/22827 24558/27266/22815 24555/27269/22815</w:t>
        <w:br/>
        <w:t>f 24573/27285/22827 24574/27284/22827 24555/27269/22815</w:t>
        <w:br/>
        <w:t>f 24576/27286/22828 24575/27287/22828 24565/27279/22823</w:t>
        <w:br/>
        <w:t>f 24566/27278/22823 24576/27286/22828 24565/27279/22823</w:t>
        <w:br/>
        <w:t>f 24580/27288/22829 24579/27289/22829 24578/27290/22830</w:t>
        <w:br/>
        <w:t>f 24577/27291/22830 24580/27288/22829 24578/27290/22830</w:t>
        <w:br/>
        <w:t>f 24584/27292/22831 24583/27293/22832 24582/27294/22833</w:t>
        <w:br/>
        <w:t>f 24581/27295/22831 24584/27292/22831 24582/27294/22833</w:t>
        <w:br/>
        <w:t>f 24588/27296/22834 24587/27297/22834 24586/27298/22835</w:t>
        <w:br/>
        <w:t>f 24585/27299/22836 24588/27296/22834 24586/27298/22835</w:t>
        <w:br/>
        <w:t>f 24592/27300/22837 24591/27301/22838 24590/27302/22838</w:t>
        <w:br/>
        <w:t>f 24589/27303/22837 24592/27300/22837 24590/27302/22838</w:t>
        <w:br/>
        <w:t>f 24590/27302/22838 24591/27301/22838 24594/27304/22839</w:t>
        <w:br/>
        <w:t>f 24593/27305/22839 24590/27302/22838 24594/27304/22839</w:t>
        <w:br/>
        <w:t>f 24578/27290/22830 24596/27306/22840 24595/27307/22841</w:t>
        <w:br/>
        <w:t>f 24577/27291/22830 24578/27290/22830 24595/27307/22841</w:t>
        <w:br/>
        <w:t>f 24600/27308/22842 24599/27309/22842 24598/27310/22843</w:t>
        <w:br/>
        <w:t>f 24597/27311/22843 24600/27308/22842 24598/27310/22843</w:t>
        <w:br/>
        <w:t>f 24604/27312/22844 24603/27313/22845 24602/27314/22845</w:t>
        <w:br/>
        <w:t>f 24601/27315/22846 24604/27312/22844 24602/27314/22845</w:t>
        <w:br/>
        <w:t>f 24597/27311/22843 24598/27310/22843 24587/27297/22834</w:t>
        <w:br/>
        <w:t>f 24588/27296/22834 24597/27311/22843 24587/27297/22834</w:t>
        <w:br/>
        <w:t>f 24603/27313/22845 24584/27292/22831 24581/27295/22831</w:t>
        <w:br/>
        <w:t>f 24602/27314/22845 24603/27313/22845 24581/27295/22831</w:t>
        <w:br/>
        <w:t>f 24608/27316/22847 24607/27317/22847 24606/27318/22848</w:t>
        <w:br/>
        <w:t>f 24605/27319/22848 24608/27316/22847 24606/27318/22848</w:t>
        <w:br/>
        <w:t>f 24612/27320/22849 24611/27321/22850 24610/27322/22850</w:t>
        <w:br/>
        <w:t>f 24609/27323/22849 24612/27320/22849 24610/27322/22850</w:t>
        <w:br/>
        <w:t>f 24614/27324/22851 24613/27325/22851 24579/27289/22829</w:t>
        <w:br/>
        <w:t>f 24580/27288/22829 24614/27324/22851 24579/27289/22829</w:t>
        <w:br/>
        <w:t>f 24616/27326/22852 24592/27300/22837 24589/27303/22837</w:t>
        <w:br/>
        <w:t>f 24615/27327/22852 24616/27326/22852 24589/27303/22837</w:t>
        <w:br/>
        <w:t>f 24618/27328/22853 24585/27299/22836 24586/27298/22835</w:t>
        <w:br/>
        <w:t>f 24617/27329/22853 24618/27328/22853 24586/27298/22835</w:t>
        <w:br/>
        <w:t>f 24620/27330/22854 24619/27331/22855 24582/27294/22833</w:t>
        <w:br/>
        <w:t>f 24583/27293/22832 24620/27330/22854 24582/27294/22833</w:t>
        <w:br/>
        <w:t>f 24622/27332/22856 24621/27333/22851 24613/27325/22851</w:t>
        <w:br/>
        <w:t>f 24614/27324/22851 24622/27332/22856 24613/27325/22851</w:t>
        <w:br/>
        <w:t>f 24624/27334/22857 24616/27326/22852 24615/27327/22852</w:t>
        <w:br/>
        <w:t>f 24623/27335/22858 24624/27334/22857 24615/27327/22852</w:t>
        <w:br/>
        <w:t>f 24627/27336/22859 24626/27337/22859 24625/27338/22860</w:t>
        <w:br/>
        <w:t>f 24628/27339/22861 24626/27337/22859 24627/27336/22859</w:t>
        <w:br/>
        <w:t>f 24632/27340/22862 24631/27341/22863 24630/27342/22863</w:t>
        <w:br/>
        <w:t>f 24629/27343/22862 24632/27340/22862 24630/27342/22863</w:t>
        <w:br/>
        <w:t>f 24635/27344/22864 24634/27345/22865 24633/27346/22865</w:t>
        <w:br/>
        <w:t>f 24636/27347/22864 24635/27344/22864 24633/27346/22865</w:t>
        <w:br/>
        <w:t>f 24640/27348/22866 24639/27349/22866 24638/27350/22867</w:t>
        <w:br/>
        <w:t>f 24637/27351/22867 24640/27348/22866 24638/27350/22867</w:t>
        <w:br/>
        <w:t>f 24644/27352/22868 24643/27353/22868 24642/27354/22869</w:t>
        <w:br/>
        <w:t>f 24641/27355/22869 24644/27352/22868 24642/27354/22869</w:t>
        <w:br/>
        <w:t>f 24648/27356/22870 24647/27357/22871 24646/27358/22872</w:t>
        <w:br/>
        <w:t>f 24645/27359/22873 24648/27356/22870 24646/27358/22872</w:t>
        <w:br/>
        <w:t>f 24652/27360/22874 24651/27361/22874 24650/27362/22875</w:t>
        <w:br/>
        <w:t>f 24649/27363/22876 24652/27360/22874 24650/27362/22875</w:t>
        <w:br/>
        <w:t>f 24656/27364/22877 24655/27365/22878 24654/27366/22878</w:t>
        <w:br/>
        <w:t>f 24653/27367/22877 24656/27364/22877 24654/27366/22878</w:t>
        <w:br/>
        <w:t>f 24633/27346/22865 24634/27345/22865 24658/27368/22879</w:t>
        <w:br/>
        <w:t>f 24657/27369/22879 24633/27346/22865 24658/27368/22879</w:t>
        <w:br/>
        <w:t>f 24662/27370/22880 24661/27371/22880 24660/27372/22881</w:t>
        <w:br/>
        <w:t>f 24659/27373/22882 24662/27370/22880 24660/27372/22881</w:t>
        <w:br/>
        <w:t>f 24666/27374/22883 24665/27375/22884 24664/27376/22884</w:t>
        <w:br/>
        <w:t>f 24663/27377/22883 24666/27374/22883 24664/27376/22884</w:t>
        <w:br/>
        <w:t>f 24670/27378/22885 24669/27379/22885 24668/27380/22886</w:t>
        <w:br/>
        <w:t>f 24667/27381/22887 24670/27378/22885 24668/27380/22886</w:t>
        <w:br/>
        <w:t>f 24674/27382/22888 24673/27383/22889 24672/27384/22889</w:t>
        <w:br/>
        <w:t>f 24671/27385/22890 24674/27382/22888 24672/27384/22889</w:t>
        <w:br/>
        <w:t>f 24678/27386/22891 24677/27387/22892 24676/27388/22892</w:t>
        <w:br/>
        <w:t>f 24675/27389/22893 24678/27386/22891 24676/27388/22892</w:t>
        <w:br/>
        <w:t>f 24682/27390/22894 24681/27391/22895 24680/27392/22896</w:t>
        <w:br/>
        <w:t>f 24679/27393/22897 24682/27390/22894 24680/27392/22896</w:t>
        <w:br/>
        <w:t>f 24672/27384/22889 24673/27383/22889 24657/27369/22879</w:t>
        <w:br/>
        <w:t>f 24658/27368/22879 24672/27384/22889 24657/27369/22879</w:t>
        <w:br/>
        <w:t>f 24677/27387/22892 24661/27371/22880 24662/27370/22880</w:t>
        <w:br/>
        <w:t>f 24676/27388/22892 24677/27387/22892 24662/27370/22880</w:t>
        <w:br/>
        <w:t>f 24681/27391/22895 24664/27376/22884 24665/27375/22884</w:t>
        <w:br/>
        <w:t>f 24680/27392/22896 24681/27391/22895 24665/27375/22884</w:t>
        <w:br/>
        <w:t>f 24654/27366/22878 24655/27365/22878 24669/27379/22885</w:t>
        <w:br/>
        <w:t>f 24670/27378/22885 24654/27366/22878 24669/27379/22885</w:t>
        <w:br/>
        <w:t>f 24668/27380/22886 24632/27340/22862 24629/27343/22862</w:t>
        <w:br/>
        <w:t>f 24667/27381/22887 24668/27380/22886 24629/27343/22862</w:t>
        <w:br/>
        <w:t>f 24649/27363/22876 24650/27362/22875 24674/27382/22888</w:t>
        <w:br/>
        <w:t>f 24671/27385/22890 24649/27363/22876 24674/27382/22888</w:t>
        <w:br/>
        <w:t>f 24638/27350/22867 24678/27386/22891 24675/27389/22893</w:t>
        <w:br/>
        <w:t>f 24637/27351/22867 24638/27350/22867 24675/27389/22893</w:t>
        <w:br/>
        <w:t>f 24647/27357/22871 24682/27390/22894 24679/27393/22897</w:t>
        <w:br/>
        <w:t>f 24646/27358/22872 24647/27357/22871 24679/27393/22897</w:t>
        <w:br/>
        <w:t>f 24421/27131/22725 24398/27106/22708 24395/27109/22708</w:t>
        <w:br/>
        <w:t>f 24420/27132/22726 24421/27131/22725 24395/27109/22708</w:t>
        <w:br/>
        <w:t>f 24403/27113/22711 24404/27112/22711 24425/27135/22728</w:t>
        <w:br/>
        <w:t>f 24426/27134/22728 24403/27113/22711 24425/27135/22728</w:t>
        <w:br/>
        <w:t>f 24451/27161/22744 24458/27168/22747 24457/27169/22748</w:t>
        <w:br/>
        <w:t>f 24450/27162/22744 24451/27161/22744 24457/27169/22748</w:t>
        <w:br/>
        <w:t>f 24459/27171/22749 24460/27170/22749 24433/27147/22735</w:t>
        <w:br/>
        <w:t>f 24434/27146/22735 24459/27171/22749 24433/27147/22735</w:t>
        <w:br/>
        <w:t>f 24417/27129/22723 24418/27128/22722 24422/27130/22724</w:t>
        <w:br/>
        <w:t>f 24419/27133/22727 24417/27129/22723 24422/27130/22724</w:t>
        <w:br/>
        <w:t>f 24424/27136/22729 24428/27138/22730 24427/27139/22730</w:t>
        <w:br/>
        <w:t>f 24423/27137/22729 24424/27136/22729 24427/27139/22730</w:t>
        <w:br/>
        <w:t>f 24446/27156/22741 24462/27172/22750 24461/27173/22751</w:t>
        <w:br/>
        <w:t>f 24445/27157/22741 24446/27156/22741 24461/27173/22751</w:t>
        <w:br/>
        <w:t>f 24463/27175/22752 24464/27174/22752 24453/27167/22746</w:t>
        <w:br/>
        <w:t>f 24454/27166/22746 24463/27175/22752 24453/27167/22746</w:t>
        <w:br/>
        <w:t>f 24686/27394/22898 24570/27280/22824 24569/27281/22824</w:t>
        <w:br/>
        <w:t>f 24685/27395/22898 24686/27394/22898 24569/27281/22824</w:t>
        <w:br/>
        <w:t>f 24575/27287/22828 24576/27286/22828 24688/27396/22899</w:t>
        <w:br/>
        <w:t>f 24687/27397/22900 24575/27287/22828 24688/27396/22899</w:t>
        <w:br/>
        <w:t>f 24607/27317/22847 24608/27316/22847 24593/27305/22839</w:t>
        <w:br/>
        <w:t>f 24594/27304/22839 24607/27317/22847 24593/27305/22839</w:t>
        <w:br/>
        <w:t>f 24596/27306/22840 24612/27320/22849 24609/27323/22849</w:t>
        <w:br/>
        <w:t>f 24595/27307/22841 24596/27306/22840 24609/27323/22849</w:t>
        <w:br/>
        <w:t>f 24571/27283/22826 24572/27282/22825 24686/27394/22898</w:t>
        <w:br/>
        <w:t>f 24685/27395/22898 24571/27283/22826 24686/27394/22898</w:t>
        <w:br/>
        <w:t>f 24688/27396/22899 24574/27284/22827 24573/27285/22827</w:t>
        <w:br/>
        <w:t>f 24687/27397/22900 24688/27396/22899 24573/27285/22827</w:t>
        <w:br/>
        <w:t>f 24599/27309/22842 24600/27308/22842 24605/27319/22848</w:t>
        <w:br/>
        <w:t>f 24606/27318/22848 24599/27309/22842 24605/27319/22848</w:t>
        <w:br/>
        <w:t>f 24611/27321/22850 24604/27312/22844 24601/27315/22846</w:t>
        <w:br/>
        <w:t>f 24610/27322/22850 24611/27321/22850 24601/27315/22846</w:t>
        <w:br/>
        <w:t>f 24559/27271/22817 24690/27398/22901 24689/27399/22901</w:t>
        <w:br/>
        <w:t>f 24560/27270/22817 24559/27271/22817 24689/27399/22901</w:t>
        <w:br/>
        <w:t>f 24399/27111/22710 24692/27400/22902 24691/27401/22902</w:t>
        <w:br/>
        <w:t>f 24400/27110/22710 24399/27111/22710 24691/27401/22902</w:t>
        <w:br/>
        <w:t>f 26054/27402/22903 26053/27403/22904 26052/27404/22904</w:t>
        <w:br/>
        <w:t>f 26055/27405/22903 26054/27402/22903 26052/27404/22904</w:t>
        <w:br/>
        <w:t>f 26053/27403/22904 26057/27406/22905 26056/27407/22905</w:t>
        <w:br/>
        <w:t>f 26052/27404/22904 26053/27403/22904 26056/27407/22905</w:t>
        <w:br/>
        <w:t>f 26059/27408/22906 26056/27407/22905 26057/27406/22905</w:t>
        <w:br/>
        <w:t>f 26058/27409/22906 26059/27408/22906 26057/27406/22905</w:t>
        <w:br/>
        <w:t>f 26062/27410/22907 26061/27411/22907 26060/27412/22908</w:t>
        <w:br/>
        <w:t>f 26063/27413/22909 26062/27410/22907 26060/27412/22908</w:t>
        <w:br/>
        <w:t>f 26061/27411/22907 26062/27410/22907 26065/27414/22910</w:t>
        <w:br/>
        <w:t>f 26064/27415/22910 26061/27411/22907 26065/27414/22910</w:t>
        <w:br/>
        <w:t>f 26067/27416/22911 26066/27417/22911 26064/27415/22910</w:t>
        <w:br/>
        <w:t>f 26065/27414/22910 26067/27416/22911 26064/27415/22910</w:t>
        <w:br/>
        <w:t>f 13524/27418/22912 13523/27419/22913 13522/27420/22914</w:t>
        <w:br/>
        <w:t>f 13528/27421/22915 13527/27422/22916 13526/27423/22917</w:t>
        <w:br/>
        <w:t>f 13525/27424/22918 13528/27421/22915 13526/27423/22917</w:t>
        <w:br/>
        <w:t>f 13530/27425/22919 13529/27426/22920 13527/27422/22916</w:t>
        <w:br/>
        <w:t>f 13528/27421/22915 13530/27425/22919 13527/27422/22916</w:t>
        <w:br/>
        <w:t>f 13533/27427/22921 13532/27428/22922 13531/27429/22923</w:t>
        <w:br/>
        <w:t>f 13535/27430/22924 13525/27424/22918 13526/27423/22917</w:t>
        <w:br/>
        <w:t>f 13534/27431/22925 13535/27430/22924 13526/27423/22917</w:t>
        <w:br/>
        <w:t>f 13538/27432/22926 13537/27433/22927 13536/27434/22928</w:t>
        <w:br/>
        <w:t>f 13539/27435/22929 13538/27432/22926 13536/27434/22928</w:t>
        <w:br/>
        <w:t>f 13543/27436/22930 13542/27437/22931 13541/27438/22932</w:t>
        <w:br/>
        <w:t>f 13540/27439/22933 13543/27436/22930 13541/27438/22932</w:t>
        <w:br/>
        <w:t>f 13547/27440/22934 13546/27441/22930 13545/27442/22933</w:t>
        <w:br/>
        <w:t>f 13544/27443/22935 13547/27440/22934 13545/27442/22933</w:t>
        <w:br/>
        <w:t>f 13550/27444/22936 13549/27445/22937 13548/27446/22938</w:t>
        <w:br/>
        <w:t>f 13554/27447/22939 13553/27448/22940 13552/27449/22941</w:t>
        <w:br/>
        <w:t>f 13551/27450/22942 13554/27447/22939 13552/27449/22941</w:t>
        <w:br/>
        <w:t>f 13557/27451/22943 13556/27452/22944 13555/27453/22945</w:t>
        <w:br/>
        <w:t>f 13558/27454/22946 13557/27451/22943 13555/27453/22945</w:t>
        <w:br/>
        <w:t>f 13561/27455/22947 13560/27456/22948 13559/27457/22949</w:t>
        <w:br/>
        <w:t>f 13551/27450/22942 13552/27449/22941 13535/27430/22924</w:t>
        <w:br/>
        <w:t>f 13534/27431/22925 13551/27450/22942 13535/27430/22924</w:t>
        <w:br/>
        <w:t>f 13563/27458/22950 13549/27445/22937 13550/27444/22936</w:t>
        <w:br/>
        <w:t>f 13562/27459/22951 13563/27458/22950 13550/27444/22936</w:t>
        <w:br/>
        <w:t>f 13541/27438/22932 13565/27460/22952 13564/27461/22953</w:t>
        <w:br/>
        <w:t>f 13540/27439/22933 13541/27438/22932 13564/27461/22953</w:t>
        <w:br/>
        <w:t>f 13545/27442/22933 13567/27462/22953 13566/27463/22954</w:t>
        <w:br/>
        <w:t>f 13544/27443/22935 13545/27442/22933 13566/27463/22954</w:t>
        <w:br/>
        <w:t>f 13561/27455/22947 13569/27464/22955 13568/27465/22956</w:t>
        <w:br/>
        <w:t>f 13560/27456/22948 13561/27455/22947 13568/27465/22956</w:t>
        <w:br/>
        <w:t>f 13573/27466/22957 13572/27467/22958 13571/27468/22959</w:t>
        <w:br/>
        <w:t>f 13570/27469/22960 13573/27466/22957 13571/27468/22959</w:t>
        <w:br/>
        <w:t>f 13575/27470/22961 13574/27471/22962 13523/27419/22913</w:t>
        <w:br/>
        <w:t>f 13579/27472/22963 13578/27473/22964 13577/27474/22965</w:t>
        <w:br/>
        <w:t>f 13576/27475/22966 13579/27472/22963 13577/27474/22965</w:t>
        <w:br/>
        <w:t>f 13581/27476/22967 13537/27433/22927 13580/27477/22968</w:t>
        <w:br/>
        <w:t>f 13583/27478/22969 13582/27479/22970 13535/27430/22924</w:t>
        <w:br/>
        <w:t>f 13552/27449/22941 13583/27478/22969 13535/27430/22924</w:t>
        <w:br/>
        <w:t>f 13583/27478/22969 13585/27480/22971 13584/27481/22972</w:t>
        <w:br/>
        <w:t>f 13582/27479/22970 13583/27478/22969 13584/27481/22972</w:t>
        <w:br/>
        <w:t>f 13583/27478/22969 13552/27449/22941 13553/27448/22940</w:t>
        <w:br/>
        <w:t>f 13586/27482/22973 13583/27478/22969 13553/27448/22940</w:t>
        <w:br/>
        <w:t>f 13587/27483/22974 13585/27480/22971 13583/27478/22969</w:t>
        <w:br/>
        <w:t>f 13586/27482/22973 13587/27483/22974 13583/27478/22969</w:t>
        <w:br/>
        <w:t>f 13589/27484/22975 13558/27454/22946 13555/27453/22945</w:t>
        <w:br/>
        <w:t>f 13588/27485/22976 13589/27484/22975 13555/27453/22945</w:t>
        <w:br/>
        <w:t>f 13591/27486/22977 13590/27487/22974 13589/27484/22975</w:t>
        <w:br/>
        <w:t>f 13588/27485/22976 13591/27486/22977 13589/27484/22975</w:t>
        <w:br/>
        <w:t>f 13595/27488/22978 13594/27489/22979 13593/27490/22980</w:t>
        <w:br/>
        <w:t>f 13592/27491/22981 13595/27488/22978 13593/27490/22980</w:t>
        <w:br/>
        <w:t>f 13530/27425/22919 13528/27421/22915 13595/27488/22978</w:t>
        <w:br/>
        <w:t>f 13592/27491/22981 13530/27425/22919 13595/27488/22978</w:t>
        <w:br/>
        <w:t>f 13597/27492/22982 13596/27493/22983 13594/27489/22979</w:t>
        <w:br/>
        <w:t>f 13595/27488/22978 13597/27492/22982 13594/27489/22979</w:t>
        <w:br/>
        <w:t>f 13528/27421/22915 13525/27424/22918 13597/27492/22982</w:t>
        <w:br/>
        <w:t>f 13595/27488/22978 13528/27421/22915 13597/27492/22982</w:t>
        <w:br/>
        <w:t>f 13584/27481/22972 13596/27493/22983 13597/27492/22982</w:t>
        <w:br/>
        <w:t>f 13582/27479/22970 13584/27481/22972 13597/27492/22982</w:t>
        <w:br/>
        <w:t>f 13525/27424/22918 13535/27430/22924 13582/27479/22970</w:t>
        <w:br/>
        <w:t>f 13597/27492/22982 13525/27424/22918 13582/27479/22970</w:t>
        <w:br/>
        <w:t>f 13599/27494/22984 13598/27495/22985 13594/27489/22979</w:t>
        <w:br/>
        <w:t>f 13596/27493/22983 13599/27494/22984 13594/27489/22979</w:t>
        <w:br/>
        <w:t>f 13594/27489/22979 13598/27495/22985 13600/27496/22986</w:t>
        <w:br/>
        <w:t>f 13593/27490/22980 13594/27489/22979 13600/27496/22986</w:t>
        <w:br/>
        <w:t>f 13602/27497/22987 13601/27498/22988 13590/27487/22974</w:t>
        <w:br/>
        <w:t>f 13591/27486/22977 13602/27497/22987 13590/27487/22974</w:t>
        <w:br/>
        <w:t>f 13587/27483/22974 13604/27499/22988 13603/27500/22989</w:t>
        <w:br/>
        <w:t>f 13585/27480/22971 13587/27483/22974 13603/27500/22989</w:t>
        <w:br/>
        <w:t>f 13585/27480/22971 13603/27500/22989 13605/27501/22990</w:t>
        <w:br/>
        <w:t>f 13584/27481/22972 13585/27480/22971 13605/27501/22990</w:t>
        <w:br/>
        <w:t>f 13599/27494/22984 13596/27493/22983 13584/27481/22972</w:t>
        <w:br/>
        <w:t>f 13605/27501/22990 13599/27494/22984 13584/27481/22972</w:t>
        <w:br/>
        <w:t>f 13608/27502/22991 13607/27503/22992 13606/27504/22993</w:t>
        <w:br/>
        <w:t>f 13609/27505/22991 13608/27502/22991 13606/27504/22993</w:t>
        <w:br/>
        <w:t>f 13608/27502/22991 13609/27505/22991 13611/27506/22994</w:t>
        <w:br/>
        <w:t>f 13610/27507/22995 13608/27502/22991 13611/27506/22994</w:t>
        <w:br/>
        <w:t>f 13615/27508/22996 13614/27509/22997 13613/27510/22998</w:t>
        <w:br/>
        <w:t>f 13612/27511/22998 13615/27508/22996 13613/27510/22998</w:t>
        <w:br/>
        <w:t>f 13619/27512/22999 13618/27513/23000 13617/27514/22960</w:t>
        <w:br/>
        <w:t>f 13616/27515/22959 13619/27512/22999 13617/27514/22960</w:t>
        <w:br/>
        <w:t>f 13623/27516/23001 13622/27517/23002 13621/27518/23003</w:t>
        <w:br/>
        <w:t>f 13620/27519/22959 13623/27516/23001 13621/27518/23003</w:t>
        <w:br/>
        <w:t>f 13622/27517/23002 13623/27516/23001 13624/27520/23004</w:t>
        <w:br/>
        <w:t>f 13627/27521/23005 13532/27428/22922 13626/27522/23006</w:t>
        <w:br/>
        <w:t>f 13625/27523/23007 13627/27521/23005 13626/27522/23006</w:t>
        <w:br/>
        <w:t>f 13629/27524/23008 13628/27525/23009 13532/27428/22922</w:t>
        <w:br/>
        <w:t>f 13627/27521/23005 13629/27524/23008 13532/27428/22922</w:t>
        <w:br/>
        <w:t>f 13631/27526/23010 13578/27473/22964 13579/27472/22963</w:t>
        <w:br/>
        <w:t>f 13630/27527/23011 13631/27526/23010 13579/27472/22963</w:t>
        <w:br/>
        <w:t>f 13635/27528/23012 13634/27529/23013 13633/27530/23014</w:t>
        <w:br/>
        <w:t>f 13632/27531/23012 13635/27528/23012 13633/27530/23014</w:t>
        <w:br/>
        <w:t>f 13639/27532/23015 13638/27533/23016 13637/27534/23017</w:t>
        <w:br/>
        <w:t>f 13636/27535/23018 13639/27532/23015 13637/27534/23017</w:t>
        <w:br/>
        <w:t>f 13642/27536/23019 13641/27537/23020 13640/27538/23021</w:t>
        <w:br/>
        <w:t>f 13643/27539/23022 13642/27536/23019 13640/27538/23021</w:t>
        <w:br/>
        <w:t>f 13646/27540/23023 13617/27514/23024 13645/27541/23025</w:t>
        <w:br/>
        <w:t>f 13644/27542/23026 13646/27540/23023 13645/27541/23025</w:t>
        <w:br/>
        <w:t>f 13573/27466/22957 13570/27469/22960 13648/27543/23023</w:t>
        <w:br/>
        <w:t>f 13647/27544/23027 13573/27466/22957 13648/27543/23023</w:t>
        <w:br/>
        <w:t>f 13652/27545/23028 13651/27546/23029 13650/27547/23030</w:t>
        <w:br/>
        <w:t>f 13649/27548/23031 13652/27545/23028 13650/27547/23030</w:t>
        <w:br/>
        <w:t>f 13655/27549/23032 13654/27550/23033 13649/27548/23031</w:t>
        <w:br/>
        <w:t>f 13653/27551/23034 13655/27549/23032 13649/27548/23031</w:t>
        <w:br/>
        <w:t>f 13653/27551/23034 13656/27552/23035 13655/27549/23032</w:t>
        <w:br/>
        <w:t>f 13603/27500/22989 13658/27553/23036 13657/27554/23037</w:t>
        <w:br/>
        <w:t>f 13605/27501/22990 13603/27500/22989 13657/27554/23037</w:t>
        <w:br/>
        <w:t>f 13604/27499/22988 13660/27555/23038 13659/27556/23039</w:t>
        <w:br/>
        <w:t>f 13603/27500/22989 13604/27499/22988 13659/27556/23039</w:t>
        <w:br/>
        <w:t>f 13662/27557/23040 13661/27558/23041 13601/27498/22988</w:t>
        <w:br/>
        <w:t>f 13602/27497/22987 13662/27557/23040 13601/27498/22988</w:t>
        <w:br/>
        <w:t>f 13598/27495/22985 13664/27559/23042 13663/27560/23043</w:t>
        <w:br/>
        <w:t>f 13600/27496/22986 13598/27495/22985 13663/27560/23043</w:t>
        <w:br/>
        <w:t>f 13665/27561/23044 13664/27559/23042 13598/27495/22985</w:t>
        <w:br/>
        <w:t>f 13599/27494/22984 13665/27561/23044 13598/27495/22985</w:t>
        <w:br/>
        <w:t>f 13657/27554/23037 13665/27561/23044 13599/27494/22984</w:t>
        <w:br/>
        <w:t>f 13605/27501/22990 13657/27554/23037 13599/27494/22984</w:t>
        <w:br/>
        <w:t>f 13649/27548/23031 13664/27559/23042 13665/27561/23044</w:t>
        <w:br/>
        <w:t>f 13653/27551/23034 13649/27548/23031 13665/27561/23044</w:t>
        <w:br/>
        <w:t>f 13649/27548/23031 13650/27547/23030 13663/27560/23043</w:t>
        <w:br/>
        <w:t>f 13664/27559/23042 13649/27548/23031 13663/27560/23043</w:t>
        <w:br/>
        <w:t>f 13647/27544/23027 13648/27543/23023 13661/27558/23041</w:t>
        <w:br/>
        <w:t>f 13662/27557/23040 13647/27544/23027 13661/27558/23041</w:t>
        <w:br/>
        <w:t>f 13660/27555/23038 13646/27540/23023 13644/27542/23026</w:t>
        <w:br/>
        <w:t>f 13659/27556/23039 13660/27555/23038 13644/27542/23026</w:t>
        <w:br/>
        <w:t>f 13658/27553/23036 13640/27538/23021 13641/27537/23020</w:t>
        <w:br/>
        <w:t>f 13657/27554/23037 13658/27553/23036 13641/27537/23020</w:t>
        <w:br/>
        <w:t>f 13641/27537/23020 13653/27551/23034 13665/27561/23044</w:t>
        <w:br/>
        <w:t>f 13657/27554/23037 13641/27537/23020 13665/27561/23044</w:t>
        <w:br/>
        <w:t>f 13668/27562/23045 13667/27563/23046 13666/27564/23047</w:t>
        <w:br/>
        <w:t>f 13606/27504/22993 13668/27562/23045 13666/27564/23047</w:t>
        <w:br/>
        <w:t>f 13642/27536/23019 13670/27565/23048 13669/27566/23049</w:t>
        <w:br/>
        <w:t>f 13656/27552/23035 13642/27536/23019 13669/27566/23049</w:t>
        <w:br/>
        <w:t>f 13673/27567/23050 13672/27568/23051 13671/27569/23052</w:t>
        <w:br/>
        <w:t>f 13675/27570/23053 13674/27571/23054 13524/27418/22912</w:t>
        <w:br/>
        <w:t>f 13679/27572/23055 13678/27573/23056 13677/27574/23057</w:t>
        <w:br/>
        <w:t>f 13676/27575/23058 13679/27572/23055 13677/27574/23057</w:t>
        <w:br/>
        <w:t>f 13679/27572/23055 13529/27426/22920 13530/27425/22919</w:t>
        <w:br/>
        <w:t>f 13678/27573/23056 13679/27572/23055 13530/27425/22919</w:t>
        <w:br/>
        <w:t>f 13682/27576/23059 13681/27577/23060 13680/27578/23061</w:t>
        <w:br/>
        <w:t>f 13676/27575/23058 13677/27574/23057 13684/27579/23062</w:t>
        <w:br/>
        <w:t>f 13683/27580/23063 13676/27575/23058 13684/27579/23062</w:t>
        <w:br/>
        <w:t>f 13682/27576/23059 13680/27578/23061 13685/27581/23064</w:t>
        <w:br/>
        <w:t>f 13689/27582/23065 13688/27583/23066 13687/27584/23067</w:t>
        <w:br/>
        <w:t>f 13686/27585/23068 13689/27582/23065 13687/27584/23067</w:t>
        <w:br/>
        <w:t>f 13541/27438/22932 13542/27437/22931 13690/27586/23069</w:t>
        <w:br/>
        <w:t>f 13691/27587/23070 13541/27438/22932 13690/27586/23069</w:t>
        <w:br/>
        <w:t>f 13695/27588/23071 13694/27589/23069 13693/27590/23072</w:t>
        <w:br/>
        <w:t>f 13692/27591/23073 13695/27588/23071 13693/27590/23072</w:t>
        <w:br/>
        <w:t>f 13550/27444/22936 13548/27446/22938 13696/27592/23074</w:t>
        <w:br/>
        <w:t>f 13700/27593/23075 13699/27594/23076 13698/27595/23077</w:t>
        <w:br/>
        <w:t>f 13697/27596/23078 13700/27593/23075 13698/27595/23077</w:t>
        <w:br/>
        <w:t>f 13555/27453/22945 13556/27452/22944 13702/27597/23077</w:t>
        <w:br/>
        <w:t>f 13701/27598/23079 13555/27453/22945 13702/27597/23077</w:t>
        <w:br/>
        <w:t>f 13705/27599/23080 13704/27600/23081 13703/27601/23082</w:t>
        <w:br/>
        <w:t>f 13684/27579/23062 13700/27593/23075 13697/27596/23078</w:t>
        <w:br/>
        <w:t>f 13683/27580/23063 13684/27579/23062 13697/27596/23078</w:t>
        <w:br/>
        <w:t>f 13709/27602/23083 13708/27603/23084 13707/27604/23085</w:t>
        <w:br/>
        <w:t>f 13706/27605/23086 13709/27602/23083 13707/27604/23085</w:t>
        <w:br/>
        <w:t>f 13711/27606/23087 13710/27607/23088 13686/27585/23068</w:t>
        <w:br/>
        <w:t>f 13712/27608/23089 13565/27460/22952 13541/27438/22932</w:t>
        <w:br/>
        <w:t>f 13691/27587/23070 13712/27608/23089 13541/27438/22932</w:t>
        <w:br/>
        <w:t>f 13714/27609/23090 13713/27610/23089 13695/27588/23071</w:t>
        <w:br/>
        <w:t>f 13692/27591/23073 13714/27609/23090 13695/27588/23071</w:t>
        <w:br/>
        <w:t>f 13716/27611/23091 13715/27612/23092 13706/27605/23086</w:t>
        <w:br/>
        <w:t>f 13707/27604/23085 13716/27611/23091 13706/27605/23086</w:t>
        <w:br/>
        <w:t>f 13720/27613/23093 13719/27614/23094 13718/27615/23095</w:t>
        <w:br/>
        <w:t>f 13717/27616/23096 13720/27613/23093 13718/27615/23095</w:t>
        <w:br/>
        <w:t>f 13573/27466/22957 13722/27617/23097 13721/27618/23098</w:t>
        <w:br/>
        <w:t>f 13575/27470/22961 13723/27619/23099 13651/27546/23029</w:t>
        <w:br/>
        <w:t>f 13727/27620/23100 13726/27621/23101 13725/27622/23102</w:t>
        <w:br/>
        <w:t>f 13724/27623/23103 13727/27620/23100 13725/27622/23102</w:t>
        <w:br/>
        <w:t>f 13685/27581/23064 13706/27605/23086 13728/27624/23104</w:t>
        <w:br/>
        <w:t>f 13700/27593/23075 13684/27579/23062 13730/27625/23105</w:t>
        <w:br/>
        <w:t>f 13729/27626/23106 13700/27593/23075 13730/27625/23105</w:t>
        <w:br/>
        <w:t>f 13729/27626/23106 13730/27625/23105 13732/27627/23107</w:t>
        <w:br/>
        <w:t>f 13731/27628/23108 13729/27626/23106 13732/27627/23107</w:t>
        <w:br/>
        <w:t>f 13729/27626/23106 13733/27629/23109 13699/27594/23076</w:t>
        <w:br/>
        <w:t>f 13700/27593/23075 13729/27626/23106 13699/27594/23076</w:t>
        <w:br/>
        <w:t>f 13731/27628/23108 13734/27630/23110 13733/27629/23109</w:t>
        <w:br/>
        <w:t>f 13729/27626/23106 13731/27628/23108 13733/27629/23109</w:t>
        <w:br/>
        <w:t>f 13735/27631/23109 13588/27485/22976 13555/27453/22945</w:t>
        <w:br/>
        <w:t>f 13701/27598/23079 13735/27631/23109 13555/27453/22945</w:t>
        <w:br/>
        <w:t>f 13735/27631/23109 13736/27632/23110 13591/27486/22977</w:t>
        <w:br/>
        <w:t>f 13588/27485/22976 13735/27631/23109 13591/27486/22977</w:t>
        <w:br/>
        <w:t>f 13738/27633/23111 13592/27491/22981 13593/27490/22980</w:t>
        <w:br/>
        <w:t>f 13737/27634/23112 13738/27633/23111 13593/27490/22980</w:t>
        <w:br/>
        <w:t>f 13738/27633/23111 13678/27573/23056 13530/27425/22919</w:t>
        <w:br/>
        <w:t>f 13592/27491/22981 13738/27633/23111 13530/27425/22919</w:t>
        <w:br/>
        <w:t>f 13740/27635/23113 13738/27633/23111 13737/27634/23112</w:t>
        <w:br/>
        <w:t>f 13739/27636/23114 13740/27635/23113 13737/27634/23112</w:t>
        <w:br/>
        <w:t>f 13740/27635/23113 13677/27574/23057 13678/27573/23056</w:t>
        <w:br/>
        <w:t>f 13738/27633/23111 13740/27635/23113 13678/27573/23056</w:t>
        <w:br/>
        <w:t>f 13740/27635/23113 13739/27636/23114 13732/27627/23107</w:t>
        <w:br/>
        <w:t>f 13730/27625/23105 13740/27635/23113 13732/27627/23107</w:t>
        <w:br/>
        <w:t>f 13740/27635/23113 13730/27625/23105 13684/27579/23062</w:t>
        <w:br/>
        <w:t>f 13677/27574/23057 13740/27635/23113 13684/27579/23062</w:t>
        <w:br/>
        <w:t>f 13742/27637/23115 13741/27638/23116 13739/27636/23114</w:t>
        <w:br/>
        <w:t>f 13737/27634/23112 13742/27637/23115 13739/27636/23114</w:t>
        <w:br/>
        <w:t>f 13737/27634/23112 13593/27490/22980 13600/27496/22986</w:t>
        <w:br/>
        <w:t>f 13742/27637/23115 13737/27634/23112 13600/27496/22986</w:t>
        <w:br/>
        <w:t>f 13736/27632/23110 13743/27639/23117 13602/27497/22987</w:t>
        <w:br/>
        <w:t>f 13591/27486/22977 13736/27632/23110 13602/27497/22987</w:t>
        <w:br/>
        <w:t>f 13734/27630/23110 13731/27628/23108 13745/27640/23118</w:t>
        <w:br/>
        <w:t>f 13744/27641/23119 13734/27630/23110 13745/27640/23118</w:t>
        <w:br/>
        <w:t>f 13732/27627/23107 13746/27642/23120 13745/27640/23118</w:t>
        <w:br/>
        <w:t>f 13731/27628/23108 13732/27627/23107 13745/27640/23118</w:t>
        <w:br/>
        <w:t>f 13739/27636/23114 13741/27638/23116 13746/27642/23120</w:t>
        <w:br/>
        <w:t>f 13732/27627/23107 13739/27636/23114 13746/27642/23120</w:t>
        <w:br/>
        <w:t>f 13681/27577/23060 13748/27643/23121 13747/27644/23122</w:t>
        <w:br/>
        <w:t>f 13680/27578/23061 13681/27577/23060 13747/27644/23122</w:t>
        <w:br/>
        <w:t>f 13688/27583/23066 13689/27582/23065 13750/27645/23083</w:t>
        <w:br/>
        <w:t>f 13749/27646/23123 13688/27583/23066 13750/27645/23083</w:t>
        <w:br/>
        <w:t>f 13711/27606/23087 13753/27647/23124 13752/27648/23082</w:t>
        <w:br/>
        <w:t>f 13751/27649/23125 13711/27606/23087 13752/27648/23082</w:t>
        <w:br/>
        <w:t>f 13710/27607/23088 13711/27606/23087 13754/27650/23084</w:t>
        <w:br/>
        <w:t>f 13758/27651/23126 13757/27652/23127 13756/27653/23128</w:t>
        <w:br/>
        <w:t>f 13755/27654/23128 13758/27651/23126 13756/27653/23128</w:t>
        <w:br/>
        <w:t>f 13760/27655/23129 13759/27656/23130 13703/27601/23082</w:t>
        <w:br/>
        <w:t>f 13763/27657/23131 13762/27658/23132 13761/27659/23133</w:t>
        <w:br/>
        <w:t>f 13767/27660/23134 13766/27661/23135 13765/27662/23136</w:t>
        <w:br/>
        <w:t>f 13764/27663/23137 13767/27660/23134 13765/27662/23136</w:t>
        <w:br/>
        <w:t>f 13769/27664/23138 13727/27620/23100 13724/27623/23103</w:t>
        <w:br/>
        <w:t>f 13768/27665/23139 13769/27664/23138 13724/27623/23103</w:t>
        <w:br/>
        <w:t>f 13756/27653/23128 13771/27666/23140 13770/27667/23141</w:t>
        <w:br/>
        <w:t>f 13755/27654/23128 13756/27653/23128 13770/27667/23141</w:t>
        <w:br/>
        <w:t>f 13775/27668/23142 13774/27669/23143 13773/27670/23143</w:t>
        <w:br/>
        <w:t>f 13772/27671/23144 13775/27668/23142 13773/27670/23143</w:t>
        <w:br/>
        <w:t>f 13761/27659/23133 13762/27658/23132 13776/27672/23145</w:t>
        <w:br/>
        <w:t>f 13780/27673/23146 13779/27674/23147 13778/27675/23148</w:t>
        <w:br/>
        <w:t>f 13777/27676/23146 13780/27673/23146 13778/27675/23148</w:t>
        <w:br/>
        <w:t>f 13784/27677/23149 13783/27678/23150 13782/27679/23151</w:t>
        <w:br/>
        <w:t>f 13781/27680/23152 13784/27677/23149 13782/27679/23151</w:t>
        <w:br/>
        <w:t>f 13786/27681/23153 13784/27677/23149 13781/27680/23152</w:t>
        <w:br/>
        <w:t>f 13785/27682/23097 13786/27681/23153 13781/27680/23152</w:t>
        <w:br/>
        <w:t>f 13787/27683/23153 13722/27617/23097 13573/27466/22957</w:t>
        <w:br/>
        <w:t>f 13647/27544/23027 13787/27683/23153 13573/27466/22957</w:t>
        <w:br/>
        <w:t>f 13650/27547/23030 13651/27546/23029 13789/27684/23154</w:t>
        <w:br/>
        <w:t>f 13788/27685/23155 13650/27547/23030 13789/27684/23154</w:t>
        <w:br/>
        <w:t>f 13768/27665/23139 13792/27686/23156 13791/27687/23157</w:t>
        <w:br/>
        <w:t>f 13790/27688/23158 13768/27665/23139 13791/27687/23157</w:t>
        <w:br/>
        <w:t>f 13792/27686/23156 13782/27679/23151 13783/27678/23150</w:t>
        <w:br/>
        <w:t>f 13791/27687/23157 13792/27686/23156 13783/27678/23150</w:t>
        <w:br/>
        <w:t>f 13746/27642/23120 13794/27689/23159 13793/27690/23160</w:t>
        <w:br/>
        <w:t>f 13745/27640/23118 13746/27642/23120 13793/27690/23160</w:t>
        <w:br/>
        <w:t>f 13744/27641/23119 13745/27640/23118 13796/27691/23161</w:t>
        <w:br/>
        <w:t>f 13795/27692/23162 13744/27641/23119 13796/27691/23161</w:t>
        <w:br/>
        <w:t>f 13743/27639/23117 13797/27693/23162 13662/27557/23040</w:t>
        <w:br/>
        <w:t>f 13602/27497/22987 13743/27639/23117 13662/27557/23040</w:t>
        <w:br/>
        <w:t>f 13742/27637/23115 13600/27496/22986 13663/27560/23043</w:t>
        <w:br/>
        <w:t>f 13798/27694/23163 13742/27637/23115 13663/27560/23043</w:t>
        <w:br/>
        <w:t>f 13742/27637/23115 13798/27694/23163 13799/27695/23164</w:t>
        <w:br/>
        <w:t>f 13741/27638/23116 13742/27637/23115 13799/27695/23164</w:t>
        <w:br/>
        <w:t>f 13746/27642/23120 13741/27638/23116 13799/27695/23164</w:t>
        <w:br/>
        <w:t>f 13794/27689/23159 13746/27642/23120 13799/27695/23164</w:t>
        <w:br/>
        <w:t>f 13798/27694/23163 13788/27685/23155 13791/27687/23157</w:t>
        <w:br/>
        <w:t>f 13799/27695/23164 13798/27694/23163 13791/27687/23157</w:t>
        <w:br/>
        <w:t>f 13798/27694/23163 13663/27560/23043 13650/27547/23030</w:t>
        <w:br/>
        <w:t>f 13788/27685/23155 13798/27694/23163 13650/27547/23030</w:t>
        <w:br/>
        <w:t>f 13797/27693/23162 13787/27683/23153 13647/27544/23027</w:t>
        <w:br/>
        <w:t>f 13662/27557/23040 13797/27693/23162 13647/27544/23027</w:t>
        <w:br/>
        <w:t>f 13795/27692/23162 13793/27690/23160 13784/27677/23149</w:t>
        <w:br/>
        <w:t>f 13786/27681/23153 13795/27692/23162 13784/27677/23149</w:t>
        <w:br/>
        <w:t>f 13793/27690/23160 13794/27689/23159 13783/27678/23150</w:t>
        <w:br/>
        <w:t>f 13784/27677/23149 13793/27690/23160 13783/27678/23150</w:t>
        <w:br/>
        <w:t>f 13799/27695/23164 13791/27687/23157 13783/27678/23150</w:t>
        <w:br/>
        <w:t>f 13794/27689/23159 13799/27695/23164 13783/27678/23150</w:t>
        <w:br/>
        <w:t>f 13801/27696/23165 13781/27680/23152 13782/27679/23151</w:t>
        <w:br/>
        <w:t>f 13800/27697/23166 13801/27696/23165 13782/27679/23151</w:t>
        <w:br/>
        <w:t>f 13804/27698/23167 13803/27699/23168 13802/27700/23169</w:t>
        <w:br/>
        <w:t>f 13803/27699/23168 13804/27698/23167 13806/27701/23170</w:t>
        <w:br/>
        <w:t>f 13805/27702/23171 13803/27699/23168 13806/27701/23170</w:t>
        <w:br/>
        <w:t>f 13782/27679/23151 13792/27686/23156 13807/27703/23172</w:t>
        <w:br/>
        <w:t>f 13800/27697/23166 13782/27679/23151 13807/27703/23172</w:t>
        <w:br/>
        <w:t>f 13811/27704/23173 13810/27705/23174 13809/27706/23175</w:t>
        <w:br/>
        <w:t>f 13808/27707/23176 13811/27704/23173 13809/27706/23175</w:t>
        <w:br/>
        <w:t>f 13814/27708/23177 13813/27709/23178 13812/27710/23178</w:t>
        <w:br/>
        <w:t>f 13809/27706/23175 13814/27708/23177 13812/27710/23178</w:t>
        <w:br/>
        <w:t>f 13634/27529/23013 13815/27711/23179 13633/27530/23014</w:t>
        <w:br/>
        <w:t>f 13817/27712/23180 13715/27612/23092 13816/27713/23181</w:t>
        <w:br/>
        <w:t>f 13817/27712/23180 13819/27714/23182 13818/27715/23183</w:t>
        <w:br/>
        <w:t>f 13715/27612/23092 13817/27712/23180 13818/27715/23183</w:t>
        <w:br/>
        <w:t>f 13749/27646/23123 13709/27602/23083 13685/27581/23064</w:t>
        <w:br/>
        <w:t>f 13709/27602/23083 13706/27605/23086 13685/27581/23064</w:t>
        <w:br/>
        <w:t>f 13726/27621/23101 13820/27716/23184 13728/27624/23104</w:t>
        <w:br/>
        <w:t>f 13715/27612/23092 13818/27715/23183 13728/27624/23104</w:t>
        <w:br/>
        <w:t>f 13726/27621/23101 13728/27624/23104 13818/27715/23183</w:t>
        <w:br/>
        <w:t>f 13765/27662/23136 13821/27717/23185 13764/27663/23137</w:t>
        <w:br/>
        <w:t>f 13819/27714/23182 13725/27622/23102 13726/27621/23101</w:t>
        <w:br/>
        <w:t>f 13818/27715/23183 13819/27714/23182 13726/27621/23101</w:t>
        <w:br/>
        <w:t>f 13767/27660/23134 13780/27673/23146 13777/27676/23146</w:t>
        <w:br/>
        <w:t>f 13766/27661/23135 13767/27660/23134 13777/27676/23146</w:t>
        <w:br/>
        <w:t>f 13771/27666/23140 13765/27662/23136 13766/27661/23135</w:t>
        <w:br/>
        <w:t>f 13747/27644/23122 13822/27718/23186 13675/27570/23053</w:t>
        <w:br/>
        <w:t>f 13824/27719/23187 13823/27720/23188 13769/27664/23138</w:t>
        <w:br/>
        <w:t>f 13768/27665/23139 13824/27719/23187 13769/27664/23138</w:t>
        <w:br/>
        <w:t>f 13824/27719/23187 13768/27665/23139 13788/27685/23155</w:t>
        <w:br/>
        <w:t>f 13575/27470/22961 13651/27546/23029 13652/27545/23028</w:t>
        <w:br/>
        <w:t>f 13649/27548/23031 13654/27550/23033 13652/27545/23028</w:t>
        <w:br/>
        <w:t>f 13789/27684/23154 13651/27546/23029 13723/27619/23099</w:t>
        <w:br/>
        <w:t>f 13825/27721/23189 13654/27550/23033 13631/27526/23010</w:t>
        <w:br/>
        <w:t>f 13630/27527/23011 13825/27721/23189 13631/27526/23010</w:t>
        <w:br/>
        <w:t>f 13827/27722/23190 13826/27723/23190 13815/27711/23191</w:t>
        <w:br/>
        <w:t>f 13633/27530/23014 13828/27724/23192 13610/27507/22995</w:t>
        <w:br/>
        <w:t>f 13611/27506/22994 13633/27530/23014 13610/27507/22995</w:t>
        <w:br/>
        <w:t>f 13633/27530/23014 13815/27711/23179 13828/27724/23192</w:t>
        <w:br/>
        <w:t>f 13656/27552/23035 13653/27551/23034 13641/27537/23020</w:t>
        <w:br/>
        <w:t>f 13642/27536/23019 13656/27552/23035 13641/27537/23020</w:t>
        <w:br/>
        <w:t>f 13634/27529/23013 13631/27526/23193 13815/27711/23179</w:t>
        <w:br/>
        <w:t>f 13830/27725/23194 13829/27726/23195 13606/27504/22993</w:t>
        <w:br/>
        <w:t>f 13607/27503/22992 13830/27725/23194 13606/27504/22993</w:t>
        <w:br/>
        <w:t>f 13640/27538/23021 13645/27541/23025 13643/27539/23022</w:t>
        <w:br/>
        <w:t>f 13642/27536/23019 13643/27539/23022 13831/27727/23196</w:t>
        <w:br/>
        <w:t>f 13670/27565/23048 13642/27536/23019 13831/27727/23196</w:t>
        <w:br/>
        <w:t>f 13832/27728/23197 13614/27509/22997 13615/27508/22996</w:t>
        <w:br/>
        <w:t>f 13612/27511/22998 13613/27510/22998 13637/27534/23017</w:t>
        <w:br/>
        <w:t>f 13638/27533/23016 13612/27511/22998 13637/27534/23017</w:t>
        <w:br/>
        <w:t>f 13606/27504/22993 13829/27726/23195 13668/27562/23045</w:t>
        <w:br/>
        <w:t>f 13673/27567/23050 13666/27564/23047 13667/27563/23046</w:t>
        <w:br/>
        <w:t>f 13538/27432/22926 13834/27729/23198 13833/27730/23199</w:t>
        <w:br/>
        <w:t>f 13632/27531/23012 13639/27532/23015 13636/27535/23018</w:t>
        <w:br/>
        <w:t>f 13635/27528/23012 13632/27531/23012 13636/27535/23018</w:t>
        <w:br/>
        <w:t>f 13577/27474/22965 13835/27731/23200 13576/27475/22966</w:t>
        <w:br/>
        <w:t>f 13581/27476/22967 13580/27477/22968 13836/27732/23201</w:t>
        <w:br/>
        <w:t>f 13581/27476/22967 13569/27464/22955 13837/27733/23202</w:t>
        <w:br/>
        <w:t>f 13581/27476/22967 13836/27732/23201 13569/27464/22955</w:t>
        <w:br/>
        <w:t>f 13568/27465/22956 13569/27464/22955 13836/27732/23201</w:t>
        <w:br/>
        <w:t>f 13838/27734/23203 13568/27465/22956 13836/27732/23201</w:t>
        <w:br/>
        <w:t>f 13568/27465/22956 13838/27734/23203 13839/27735/23204</w:t>
        <w:br/>
        <w:t>f 13614/27509/22997 13832/27728/23197 13840/27736/23205</w:t>
        <w:br/>
        <w:t>f 13841/27737/23205 13614/27509/22997 13840/27736/23205</w:t>
        <w:br/>
        <w:t>f 13843/27738/23206 13841/27737/23205 13840/27736/23205</w:t>
        <w:br/>
        <w:t>f 13842/27739/23207 13843/27738/23206 13840/27736/23205</w:t>
        <w:br/>
        <w:t>f 13560/27456/22948 13568/27465/22956 13619/27512/22999</w:t>
        <w:br/>
        <w:t>f 13560/27456/22948 13844/27740/23002 13559/27457/22949</w:t>
        <w:br/>
        <w:t>f 13626/27522/23006 13532/27428/22922 13539/27435/22929</w:t>
        <w:br/>
        <w:t>f 13580/27477/22968 13576/27475/22966 13835/27731/23200</w:t>
        <w:br/>
        <w:t>f 13845/27741/23208 13580/27477/22968 13835/27731/23200</w:t>
        <w:br/>
        <w:t>f 13580/27477/22968 13845/27741/23208 13836/27732/23201</w:t>
        <w:br/>
        <w:t>f 13580/27477/22968 13833/27730/23199 13576/27475/22966</w:t>
        <w:br/>
        <w:t>f 13576/27475/22966 13833/27730/23199 13846/27742/23209</w:t>
        <w:br/>
        <w:t>f 13847/27743/23210 13630/27527/23011 13846/27742/23209</w:t>
        <w:br/>
        <w:t>f 13833/27730/23199 13533/27427/22921 13846/27742/23209</w:t>
        <w:br/>
        <w:t>f 13630/27527/23011 13579/27472/22963 13846/27742/23209</w:t>
        <w:br/>
        <w:t>f 13579/27472/22963 13576/27475/22966 13846/27742/23209</w:t>
        <w:br/>
        <w:t>f 13846/27742/23209 13533/27427/22921 13531/27429/22923</w:t>
        <w:br/>
        <w:t>f 13532/27428/22922 13628/27525/23009 13531/27429/22923</w:t>
        <w:br/>
        <w:t>f 13848/27744/23211 13825/27721/23189 13630/27527/23011</w:t>
        <w:br/>
        <w:t>f 13847/27743/23210 13848/27744/23211 13630/27527/23011</w:t>
        <w:br/>
        <w:t>f 13575/27470/22961 13652/27545/23028 13574/27471/22962</w:t>
        <w:br/>
        <w:t>f 13850/27745/23212 13849/27746/23213 13522/27420/22914</w:t>
        <w:br/>
        <w:t>f 13687/27584/23067 13747/27644/23122 13675/27570/23053</w:t>
        <w:br/>
        <w:t>f 13833/27730/23199 13580/27477/22968 13537/27433/22927</w:t>
        <w:br/>
        <w:t>f 13538/27432/22926 13833/27730/23199 13537/27433/22927</w:t>
        <w:br/>
        <w:t>f 13569/27464/22955 13561/27455/22947 13837/27733/23202</w:t>
        <w:br/>
        <w:t>f 13536/27434/22928 13537/27433/22927 13837/27733/23202</w:t>
        <w:br/>
        <w:t>f 13837/27733/23202 13537/27433/22927 13581/27476/22967</w:t>
        <w:br/>
        <w:t>f 13568/27465/22956 13839/27735/23204 13619/27512/22999</w:t>
        <w:br/>
        <w:t>f 13619/27512/22999 13839/27735/23204 13618/27513/23000</w:t>
        <w:br/>
        <w:t>f 13851/27747/23003 13560/27456/22948 13619/27512/22999</w:t>
        <w:br/>
        <w:t>f 13619/27512/22999 13616/27515/22959 13851/27747/23003</w:t>
        <w:br/>
        <w:t>f 13844/27740/23002 13560/27456/22948 13851/27747/23003</w:t>
        <w:br/>
        <w:t>f 13748/27643/23121 13681/27577/23060 13727/27620/23100</w:t>
        <w:br/>
        <w:t>f 13727/27620/23100 13682/27576/23059 13726/27621/23101</w:t>
        <w:br/>
        <w:t>f 13727/27620/23100 13681/27577/23060 13682/27576/23059</w:t>
        <w:br/>
        <w:t>f 13563/27458/22950 13562/27459/22951 13850/27745/23212</w:t>
        <w:br/>
        <w:t>f 13696/27592/23074 13711/27606/23087 13686/27585/23068</w:t>
        <w:br/>
        <w:t>f 13854/27748/23214 13853/27749/23215 13852/27750/23214</w:t>
        <w:br/>
        <w:t>f 13806/27701/23170 13855/27751/23216 13805/27702/23171</w:t>
        <w:br/>
        <w:t>f 13715/27612/23092 13716/27611/23091 13816/27713/23181</w:t>
        <w:br/>
        <w:t>f 13857/27752/23217 13856/27753/23218 13705/27599/23080</w:t>
        <w:br/>
        <w:t>f 13703/27601/23082 13857/27752/23217 13705/27599/23080</w:t>
        <w:br/>
        <w:t>f 13719/27614/23094 13720/27613/23093 13856/27753/23218</w:t>
        <w:br/>
        <w:t>f 13857/27752/23217 13719/27614/23094 13856/27753/23218</w:t>
        <w:br/>
        <w:t>f 13711/27606/23087 13751/27649/23125 13754/27650/23084</w:t>
        <w:br/>
        <w:t>f 13705/27599/23080 13707/27604/23085 13708/27603/23084</w:t>
        <w:br/>
        <w:t>f 13704/27600/23081 13705/27599/23080 13708/27603/23084</w:t>
        <w:br/>
        <w:t>f 13707/27604/23085 13705/27599/23080 13716/27611/23091</w:t>
        <w:br/>
        <w:t>f 13856/27753/23218 13816/27713/23181 13716/27611/23091</w:t>
        <w:br/>
        <w:t>f 13705/27599/23080 13856/27753/23218 13716/27611/23091</w:t>
        <w:br/>
        <w:t>f 13720/27613/23093 13858/27754/23219 13816/27713/23181</w:t>
        <w:br/>
        <w:t>f 13856/27753/23218 13720/27613/23093 13816/27713/23181</w:t>
        <w:br/>
        <w:t>f 13717/27616/23096 13859/27755/23220 13858/27754/23219</w:t>
        <w:br/>
        <w:t>f 13720/27613/23093 13717/27616/23096 13858/27754/23219</w:t>
        <w:br/>
        <w:t>f 13775/27668/23142 13772/27671/23144 13776/27672/23145</w:t>
        <w:br/>
        <w:t>f 13762/27658/23132 13775/27668/23142 13776/27672/23145</w:t>
        <w:br/>
        <w:t>f 13802/27700/23169 13803/27699/23168 13812/27710/23178</w:t>
        <w:br/>
        <w:t>f 13813/27709/23178 13802/27700/23169 13812/27710/23178</w:t>
        <w:br/>
        <w:t>f 13774/27669/23143 13778/27675/23148 13779/27674/23147</w:t>
        <w:br/>
        <w:t>f 13773/27670/23143 13774/27669/23143 13779/27674/23147</w:t>
        <w:br/>
        <w:t>f 13809/27706/23175 13810/27705/23174 13814/27708/23177</w:t>
        <w:br/>
        <w:t>f 13761/27659/23133 13854/27748/23214 13852/27750/23214</w:t>
        <w:br/>
        <w:t>f 13763/27657/23131 13761/27659/23133 13852/27750/23214</w:t>
        <w:br/>
        <w:t>f 13719/27614/23094 13861/27756/23221 13860/27757/23222</w:t>
        <w:br/>
        <w:t>f 13718/27615/23095 13719/27614/23094 13860/27757/23222</w:t>
        <w:br/>
        <w:t>f 13759/27656/23130 13861/27756/23221 13719/27614/23094</w:t>
        <w:br/>
        <w:t>f 13857/27752/23217 13759/27656/23130 13719/27614/23094</w:t>
        <w:br/>
        <w:t>f 13857/27752/23217 13703/27601/23082 13759/27656/23130</w:t>
        <w:br/>
        <w:t>f 13861/27756/23221 13862/27758/23098 13785/27682/23097</w:t>
        <w:br/>
        <w:t>f 13860/27757/23222 13861/27756/23221 13785/27682/23097</w:t>
        <w:br/>
        <w:t>f 13862/27758/23098 13861/27756/23221 13759/27656/23130</w:t>
        <w:br/>
        <w:t>f 13760/27655/23129 13862/27758/23098 13759/27656/23130</w:t>
        <w:br/>
        <w:t>f 13572/27467/22958 13573/27466/22957 13721/27618/23098</w:t>
        <w:br/>
        <w:t>f 13863/27759/23124 13572/27467/22958 13721/27618/23098</w:t>
        <w:br/>
        <w:t>f 13685/27581/23064 13728/27624/23104 13820/27716/23184</w:t>
        <w:br/>
        <w:t>f 13674/27571/23054 13864/27760/23223 13723/27619/23099</w:t>
        <w:br/>
        <w:t>f 13723/27619/23099 13675/27570/23053 13823/27720/23188</w:t>
        <w:br/>
        <w:t>f 13748/27643/23121 13769/27664/23138 13823/27720/23188</w:t>
        <w:br/>
        <w:t>f 13822/27718/23186 13748/27643/23121 13823/27720/23188</w:t>
        <w:br/>
        <w:t>f 13769/27664/23138 13748/27643/23121 13727/27620/23100</w:t>
        <w:br/>
        <w:t>f 13825/27721/23189 13574/27471/22962 13652/27545/23028</w:t>
        <w:br/>
        <w:t>f 13654/27550/23033 13825/27721/23189 13652/27545/23028</w:t>
        <w:br/>
        <w:t>f 13848/27744/23211 13523/27419/22913 13574/27471/22962</w:t>
        <w:br/>
        <w:t>f 13825/27721/23189 13848/27744/23211 13574/27471/22962</w:t>
        <w:br/>
        <w:t>f 13523/27419/22913 13629/27524/23008 13522/27420/22914</w:t>
        <w:br/>
        <w:t>f 13522/27420/22914 13627/27521/23005 13850/27745/23212</w:t>
        <w:br/>
        <w:t>f 13850/27745/23212 13627/27521/23005 13625/27523/23007</w:t>
        <w:br/>
        <w:t>f 13549/27445/22937 13563/27458/22950 13865/27761/23224</w:t>
        <w:br/>
        <w:t>f 13623/27516/23001 13549/27445/22937 13865/27761/23224</w:t>
        <w:br/>
        <w:t>f 13549/27445/22937 13623/27516/23001 13620/27519/22959</w:t>
        <w:br/>
        <w:t>f 13549/27445/22937 13620/27519/22959 13548/27446/22938</w:t>
        <w:br/>
        <w:t>f 13849/27746/23213 13687/27584/23067 13675/27570/23053</w:t>
        <w:br/>
        <w:t>f 13524/27418/22912 13849/27746/23213 13675/27570/23053</w:t>
        <w:br/>
        <w:t>f 13562/27459/22951 13686/27585/23068 13687/27584/23067</w:t>
        <w:br/>
        <w:t>f 13849/27746/23213 13562/27459/22951 13687/27584/23067</w:t>
        <w:br/>
        <w:t>f 13550/27444/22936 13696/27592/23074 13686/27585/23068</w:t>
        <w:br/>
        <w:t>f 13562/27459/22951 13550/27444/22936 13686/27585/23068</w:t>
        <w:br/>
        <w:t>f 13753/27647/23124 13711/27606/23087 13696/27592/23074</w:t>
        <w:br/>
        <w:t>f 13548/27446/22938 13753/27647/23124 13696/27592/23074</w:t>
        <w:br/>
        <w:t>f 13685/27581/23064 13680/27578/23061 13749/27646/23123</w:t>
        <w:br/>
        <w:t>f 13688/27583/23066 13749/27646/23123 13680/27578/23061</w:t>
        <w:br/>
        <w:t>f 13747/27644/23122 13688/27583/23066 13680/27578/23061</w:t>
        <w:br/>
        <w:t>f 13688/27583/23066 13747/27644/23122 13687/27584/23067</w:t>
        <w:br/>
        <w:t>f 13820/27716/23184 13726/27621/23101 13682/27576/23059</w:t>
        <w:br/>
        <w:t>f 13820/27716/23184 13682/27576/23059 13685/27581/23064</w:t>
        <w:br/>
        <w:t>f 13866/27762/23225 13817/27712/23180 13858/27754/23219</w:t>
        <w:br/>
        <w:t>f 13859/27755/23220 13866/27762/23225 13858/27754/23219</w:t>
        <w:br/>
        <w:t>f 13817/27712/23180 13866/27762/23225 13867/27763/23226</w:t>
        <w:br/>
        <w:t>f 13819/27714/23182 13817/27712/23180 13867/27763/23226</w:t>
        <w:br/>
        <w:t>f 13868/27764/23227 13819/27714/23182 13867/27763/23226</w:t>
        <w:br/>
        <w:t>f 13725/27622/23102 13819/27714/23182 13868/27764/23227</w:t>
        <w:br/>
        <w:t>f 13869/27765/23228 13725/27622/23102 13868/27764/23227</w:t>
        <w:br/>
        <w:t>f 13724/27623/23103 13725/27622/23102 13869/27765/23228</w:t>
        <w:br/>
        <w:t>f 13870/27766/23229 13724/27623/23103 13869/27765/23228</w:t>
        <w:br/>
        <w:t>f 13871/27767/23004 13626/27522/23006 13539/27435/22929</w:t>
        <w:br/>
        <w:t>f 13536/27434/22928 13871/27767/23004 13539/27435/22929</w:t>
        <w:br/>
        <w:t>f 13539/27435/22929 13532/27428/22922 13533/27427/22921</w:t>
        <w:br/>
        <w:t>f 13538/27432/22926 13539/27435/22929 13533/27427/22921</w:t>
        <w:br/>
        <w:t>f 13847/27743/23210 13846/27742/23209 13531/27429/22923</w:t>
        <w:br/>
        <w:t>f 13872/27768/23230 13847/27743/23210 13531/27429/22923</w:t>
        <w:br/>
        <w:t>f 13629/27524/23008 13848/27744/23211 13847/27743/23210</w:t>
        <w:br/>
        <w:t>f 13628/27525/23009 13629/27524/23008 13847/27743/23210</w:t>
        <w:br/>
        <w:t>f 13848/27744/23211 13629/27524/23008 13523/27419/22913</w:t>
        <w:br/>
        <w:t>f 13850/27745/23212 13562/27459/22951 13849/27746/23213</w:t>
        <w:br/>
        <w:t>f 13789/27684/23154 13723/27619/23099 13823/27720/23188</w:t>
        <w:br/>
        <w:t>f 13824/27719/23187 13789/27684/23154 13823/27720/23188</w:t>
        <w:br/>
        <w:t>f 13789/27684/23154 13824/27719/23187 13788/27685/23155</w:t>
        <w:br/>
        <w:t>f 13626/27522/23006 13624/27520/23004 13625/27523/23007</w:t>
        <w:br/>
        <w:t>f 13563/27458/22950 13850/27745/23212 13625/27523/23007</w:t>
        <w:br/>
        <w:t>f 13865/27761/23224 13563/27458/22950 13625/27523/23007</w:t>
        <w:br/>
        <w:t>f 13689/27582/23065 13710/27607/23088 13754/27650/23084</w:t>
        <w:br/>
        <w:t>f 13750/27645/23083 13689/27582/23065 13754/27650/23084</w:t>
        <w:br/>
        <w:t>f 13710/27607/23088 13689/27582/23065 13686/27585/23068</w:t>
        <w:br/>
        <w:t>f 13559/27457/22949 13536/27434/22928 13837/27733/23202</w:t>
        <w:br/>
        <w:t>f 13561/27455/22947 13559/27457/22949 13837/27733/23202</w:t>
        <w:br/>
        <w:t>f 13871/27767/23004 13536/27434/22928 13559/27457/22949</w:t>
        <w:br/>
        <w:t>f 13844/27740/23002 13871/27767/23004 13559/27457/22949</w:t>
        <w:br/>
        <w:t>f 13823/27720/23188 13675/27570/23053 13822/27718/23186</w:t>
        <w:br/>
        <w:t>f 13747/27644/23122 13748/27643/23121 13822/27718/23186</w:t>
        <w:br/>
        <w:t>f 13723/27619/23099 13575/27470/22961 13674/27571/23054</w:t>
        <w:br/>
        <w:t>f 13674/27571/23054 13575/27470/22961 13524/27418/22912</w:t>
        <w:br/>
        <w:t>f 13524/27418/22912 13575/27470/22961 13523/27419/22913</w:t>
        <w:br/>
        <w:t>f 13875/27769/23231 13874/27770/23232 13873/27771/23233</w:t>
        <w:br/>
        <w:t>f 13878/27772/23234 13877/27773/23235 13876/27774/23236</w:t>
        <w:br/>
        <w:t>f 13881/27775/23237 13880/27776/23238 13879/27777/23239</w:t>
        <w:br/>
        <w:t>f 13884/27778/23240 13883/27779/23241 13882/27780/23242</w:t>
        <w:br/>
        <w:t>f 13878/27772/23234 13886/27781/23243 13885/27782/23243</w:t>
        <w:br/>
        <w:t>f 13877/27773/23235 13878/27772/23234 13885/27782/23243</w:t>
        <w:br/>
        <w:t>f 13888/27783/23244 13887/27784/23244 13875/27769/23231</w:t>
        <w:br/>
        <w:t>f 13873/27771/23233 13888/27783/23244 13875/27769/23231</w:t>
        <w:br/>
        <w:t>f 13892/27785/23245 13891/27786/23246 13890/27787/23246</w:t>
        <w:br/>
        <w:t>f 13889/27788/23247 13892/27785/23245 13890/27787/23246</w:t>
        <w:br/>
        <w:t>f 13896/27789/23248 13895/27790/23248 13894/27791/23249</w:t>
        <w:br/>
        <w:t>f 13893/27792/23249 13896/27789/23248 13894/27791/23249</w:t>
        <w:br/>
        <w:t>f 13900/27793/23250 13899/27794/23251 13898/27795/23251</w:t>
        <w:br/>
        <w:t>f 13897/27796/23250 13900/27793/23250 13898/27795/23251</w:t>
        <w:br/>
        <w:t>f 13904/27797/23252 13903/27798/23253 13902/27799/23254</w:t>
        <w:br/>
        <w:t>f 13901/27800/23252 13904/27797/23252 13902/27799/23254</w:t>
        <w:br/>
        <w:t>f 13907/27801/23255 13906/27802/23256 13905/27803/23257</w:t>
        <w:br/>
        <w:t>f 13908/27804/23258 13907/27801/23255 13905/27803/23257</w:t>
        <w:br/>
        <w:t>f 13912/27805/23259 13911/27806/23260 13910/27807/23261</w:t>
        <w:br/>
        <w:t>f 13909/27808/23262 13912/27805/23259 13910/27807/23261</w:t>
        <w:br/>
        <w:t>f 13916/27809/23263 13915/27810/23264 13914/27811/23265</w:t>
        <w:br/>
        <w:t>f 13913/27812/23266 13916/27809/23263 13914/27811/23265</w:t>
        <w:br/>
        <w:t>f 13914/27811/23265 13915/27810/23264 13918/27813/23267</w:t>
        <w:br/>
        <w:t>f 13917/27814/23268 13914/27811/23265 13918/27813/23267</w:t>
        <w:br/>
        <w:t>f 13921/27815/23269 13920/27816/23270 13919/27817/23271</w:t>
        <w:br/>
        <w:t>f 13922/27818/23269 13921/27815/23269 13919/27817/23271</w:t>
        <w:br/>
        <w:t>f 13926/27819/23272 13925/27820/23273 13924/27821/23274</w:t>
        <w:br/>
        <w:t>f 13923/27822/23275 13926/27819/23272 13924/27821/23274</w:t>
        <w:br/>
        <w:t>f 13930/27823/23276 13929/27824/23277 13928/27825/23278</w:t>
        <w:br/>
        <w:t>f 13927/27826/23279 13930/27823/23276 13928/27825/23278</w:t>
        <w:br/>
        <w:t>f 13934/27827/23280 13933/27828/23281 13932/27829/23282</w:t>
        <w:br/>
        <w:t>f 13931/27830/23283 13934/27827/23280 13932/27829/23282</w:t>
        <w:br/>
        <w:t>f 13938/27831/23284 13937/27832/23284 13936/27833/23285</w:t>
        <w:br/>
        <w:t>f 13935/27834/23286 13938/27831/23284 13936/27833/23285</w:t>
        <w:br/>
        <w:t>f 13942/27835/23287 13941/27836/23288 13940/27837/23289</w:t>
        <w:br/>
        <w:t>f 13939/27838/23290 13942/27835/23287 13940/27837/23289</w:t>
        <w:br/>
        <w:t>f 13946/27839/23291 13945/27840/23291 13944/27841/23292</w:t>
        <w:br/>
        <w:t>f 13943/27842/23293 13946/27839/23291 13944/27841/23292</w:t>
        <w:br/>
        <w:t>f 13950/27843/23294 13949/27844/23295 13948/27845/23296</w:t>
        <w:br/>
        <w:t>f 13947/27846/23297 13950/27843/23294 13948/27845/23296</w:t>
        <w:br/>
        <w:t>f 13954/27847/23298 13953/27848/23299 13952/27849/23299</w:t>
        <w:br/>
        <w:t>f 13951/27850/23300 13954/27847/23298 13952/27849/23299</w:t>
        <w:br/>
        <w:t>f 13958/27851/23301 13957/27852/23302 13956/27853/23303</w:t>
        <w:br/>
        <w:t>f 13955/27854/23304 13958/27851/23301 13956/27853/23303</w:t>
        <w:br/>
        <w:t>f 13954/27847/23298 13951/27850/23300 13881/27775/23237</w:t>
        <w:br/>
        <w:t>f 13879/27777/23239 13954/27847/23298 13881/27775/23237</w:t>
        <w:br/>
        <w:t>f 13946/27839/23291 13883/27779/23241 13884/27778/23240</w:t>
        <w:br/>
        <w:t>f 13945/27840/23291 13946/27839/23291 13884/27778/23240</w:t>
        <w:br/>
        <w:t>f 13953/27848/23299 13874/27770/23232 13875/27769/23231</w:t>
        <w:br/>
        <w:t>f 13952/27849/23299 13953/27848/23299 13875/27769/23231</w:t>
        <w:br/>
        <w:t>f 13878/27772/23234 13876/27774/23236 13943/27842/23293</w:t>
        <w:br/>
        <w:t>f 13944/27841/23292 13878/27772/23234 13943/27842/23293</w:t>
        <w:br/>
        <w:t>f 13961/27855/23305 13960/27856/23306 13949/27844/23295</w:t>
        <w:br/>
        <w:t>f 13959/27857/23307 13961/27855/23305 13949/27844/23295</w:t>
        <w:br/>
        <w:t>f 13950/27843/23294 13964/27858/23308 13963/27859/23309</w:t>
        <w:br/>
        <w:t>f 13962/27860/23310 13950/27843/23294 13963/27859/23309</w:t>
        <w:br/>
        <w:t>f 13957/27852/23302 13967/27861/23311 13966/27862/23312</w:t>
        <w:br/>
        <w:t>f 13965/27863/23313 13957/27852/23302 13966/27862/23312</w:t>
        <w:br/>
        <w:t>f 13970/27864/23314 13969/27865/23315 13956/27853/23303</w:t>
        <w:br/>
        <w:t>f 13968/27866/23316 13970/27864/23314 13956/27853/23303</w:t>
        <w:br/>
        <w:t>f 13972/27867/23317 13912/27805/23259 13909/27808/23262</w:t>
        <w:br/>
        <w:t>f 13971/27868/23318 13972/27867/23317 13909/27808/23262</w:t>
        <w:br/>
        <w:t>f 13974/27869/23319 13880/27776/23238 13881/27775/23237</w:t>
        <w:br/>
        <w:t>f 13973/27870/23320 13974/27869/23319 13881/27775/23237</w:t>
        <w:br/>
        <w:t>f 13977/27871/23321 13976/27872/23322 13975/27873/23323</w:t>
        <w:br/>
        <w:t>f 13929/27824/23277 13977/27871/23321 13975/27873/23323</w:t>
        <w:br/>
        <w:t>f 13981/27874/23324 13980/27875/23325 13979/27876/23326</w:t>
        <w:br/>
        <w:t>f 13978/27877/23327 13981/27874/23324 13979/27876/23326</w:t>
        <w:br/>
        <w:t>f 13941/27836/23288 13984/27878/23328 13983/27879/23329</w:t>
        <w:br/>
        <w:t>f 13982/27880/23330 13941/27836/23288 13983/27879/23329</w:t>
        <w:br/>
        <w:t>f 13902/27799/23254 13903/27798/23253 13986/27881/23331</w:t>
        <w:br/>
        <w:t>f 13985/27882/23331 13902/27799/23254 13986/27881/23331</w:t>
        <w:br/>
        <w:t>f 13931/27830/23283 13988/27883/23332 13987/27884/23333</w:t>
        <w:br/>
        <w:t>f 13934/27827/23280 13931/27830/23283 13987/27884/23333</w:t>
        <w:br/>
        <w:t>f 13900/27793/23250 13897/27796/23250 13893/27792/23249</w:t>
        <w:br/>
        <w:t>f 13894/27791/23249 13900/27793/23250 13893/27792/23249</w:t>
        <w:br/>
        <w:t>f 13917/27814/23268 13918/27813/23267 13990/27885/23334</w:t>
        <w:br/>
        <w:t>f 13989/27886/23335 13917/27814/23268 13990/27885/23334</w:t>
        <w:br/>
        <w:t>f 13992/27887/23336 13887/27784/23244 13888/27783/23244</w:t>
        <w:br/>
        <w:t>f 13991/27888/23336 13992/27887/23336 13888/27783/23244</w:t>
        <w:br/>
        <w:t>f 13994/27889/23337 13923/27822/23275 13924/27821/23274</w:t>
        <w:br/>
        <w:t>f 13993/27890/23338 13994/27889/23337 13924/27821/23274</w:t>
        <w:br/>
        <w:t>f 13996/27891/23339 13995/27892/23339 13885/27782/23243</w:t>
        <w:br/>
        <w:t>f 13886/27781/23243 13996/27891/23339 13885/27782/23243</w:t>
        <w:br/>
        <w:t>f 13999/27893/23340 13998/27894/23341 13990/27885/23334</w:t>
        <w:br/>
        <w:t>f 13997/27895/23342 13999/27893/23340 13990/27885/23334</w:t>
        <w:br/>
        <w:t>f 13993/27890/23338 14001/27896/23343 14000/27897/23344</w:t>
        <w:br/>
        <w:t>f 13994/27889/23337 13993/27890/23338 14000/27897/23344</w:t>
        <w:br/>
        <w:t>f 14003/27898/23345 14002/27899/23345 13904/27797/23252</w:t>
        <w:br/>
        <w:t>f 13901/27800/23252 14003/27898/23345 13904/27797/23252</w:t>
        <w:br/>
        <w:t>f 14005/27900/23346 13898/27795/23251 13899/27794/23251</w:t>
        <w:br/>
        <w:t>f 14004/27901/23346 14005/27900/23346 13899/27794/23251</w:t>
        <w:br/>
        <w:t>f 14008/27902/23347 14007/27903/23348 14006/27904/23349</w:t>
        <w:br/>
        <w:t>f 14010/27905/23350 13933/27828/23281 14009/27906/23351</w:t>
        <w:br/>
        <w:t>f 13995/27892/23339 13996/27891/23339 14012/27907/23352</w:t>
        <w:br/>
        <w:t>f 14011/27908/23352 13995/27892/23339 14012/27907/23352</w:t>
        <w:br/>
        <w:t>f 13991/27888/23336 13919/27817/23271 13920/27816/23270</w:t>
        <w:br/>
        <w:t>f 13992/27887/23336 13991/27888/23336 13920/27816/23270</w:t>
        <w:br/>
        <w:t>f 14015/27909/23353 14014/27910/23354 14013/27911/23355</w:t>
        <w:br/>
        <w:t>f 14016/27912/23353 14015/27909/23353 14013/27911/23355</w:t>
        <w:br/>
        <w:t>f 14020/27913/23356 14019/27914/23357 14018/27915/23358</w:t>
        <w:br/>
        <w:t>f 14017/27916/23359 14020/27913/23356 14018/27915/23358</w:t>
        <w:br/>
        <w:t>f 14023/27917/23360 14022/27918/23361 14021/27919/23362</w:t>
        <w:br/>
        <w:t>f 14024/27920/23362 14023/27917/23360 14021/27919/23362</w:t>
        <w:br/>
        <w:t>f 14017/27916/23359 14026/27921/23363 14025/27922/23363</w:t>
        <w:br/>
        <w:t>f 14020/27913/23356 14017/27916/23359 14025/27922/23363</w:t>
        <w:br/>
        <w:t>f 14030/27923/23364 14029/27924/23365 14028/27925/23366</w:t>
        <w:br/>
        <w:t>f 14027/27926/23367 14030/27923/23364 14028/27925/23366</w:t>
        <w:br/>
        <w:t>f 14033/27927/23368 14032/27928/23369 14031/27929/23370</w:t>
        <w:br/>
        <w:t>f 14034/27930/23370 14033/27927/23368 14031/27929/23370</w:t>
        <w:br/>
        <w:t>f 14037/27931/23371 14036/27932/23372 14035/27933/23373</w:t>
        <w:br/>
        <w:t>f 14038/27934/23374 14037/27931/23371 14035/27933/23373</w:t>
        <w:br/>
        <w:t>f 14041/27935/23375 14040/27936/23376 14039/27937/23377</w:t>
        <w:br/>
        <w:t>f 14042/27938/23378 14041/27935/23375 14039/27937/23377</w:t>
        <w:br/>
        <w:t>f 14044/27939/23379 14043/27940/23380 14035/27933/23373</w:t>
        <w:br/>
        <w:t>f 14036/27932/23372 14044/27939/23379 14035/27933/23373</w:t>
        <w:br/>
        <w:t>f 14048/27941/23381 14047/27942/23382 14046/27943/23382</w:t>
        <w:br/>
        <w:t>f 14045/27944/23383 14048/27941/23381 14046/27943/23382</w:t>
        <w:br/>
        <w:t>f 14052/27945/23384 14051/27946/23385 14050/27947/23385</w:t>
        <w:br/>
        <w:t>f 14049/27948/23386 14052/27945/23384 14050/27947/23385</w:t>
        <w:br/>
        <w:t>f 14056/27949/23387 14055/27950/23387 14054/27951/23388</w:t>
        <w:br/>
        <w:t>f 14053/27952/23388 14056/27949/23387 14054/27951/23388</w:t>
        <w:br/>
        <w:t>f 14060/27953/23389 14059/27954/23390 14058/27955/23391</w:t>
        <w:br/>
        <w:t>f 14057/27956/23392 14060/27953/23389 14058/27955/23391</w:t>
        <w:br/>
        <w:t>f 14064/27957/23393 14063/27958/23394 14062/27959/23395</w:t>
        <w:br/>
        <w:t>f 14061/27960/23396 14064/27957/23393 14062/27959/23395</w:t>
        <w:br/>
        <w:t>f 14068/27961/23397 14067/27962/23398 14066/27963/23398</w:t>
        <w:br/>
        <w:t>f 14065/27964/23397 14068/27961/23397 14066/27963/23398</w:t>
        <w:br/>
        <w:t>f 14072/27965/23399 14071/27966/23400 14070/27967/23399</w:t>
        <w:br/>
        <w:t>f 14069/27968/23401 14072/27965/23399 14070/27967/23399</w:t>
        <w:br/>
        <w:t>f 14076/27969/23402 14075/27970/23402 14074/27971/23403</w:t>
        <w:br/>
        <w:t>f 14073/27972/23403 14076/27969/23402 14074/27971/23403</w:t>
        <w:br/>
        <w:t>f 14064/27957/23393 14061/27960/23396 14078/27973/23404</w:t>
        <w:br/>
        <w:t>f 14077/27974/23404 14064/27957/23393 14078/27973/23404</w:t>
        <w:br/>
        <w:t>f 14081/27975/23405 14080/27976/23406 14079/27977/23406</w:t>
        <w:br/>
        <w:t>f 14082/27978/23405 14081/27975/23405 14079/27977/23406</w:t>
        <w:br/>
        <w:t>f 14084/27979/23407 14083/27980/23407 14059/27954/23390</w:t>
        <w:br/>
        <w:t>f 14060/27953/23389 14084/27979/23407 14059/27954/23390</w:t>
        <w:br/>
        <w:t>f 14088/27981/23408 14087/27982/23408 14086/27983/23409</w:t>
        <w:br/>
        <w:t>f 14085/27984/23410 14088/27981/23408 14086/27983/23409</w:t>
        <w:br/>
        <w:t>f 14092/27985/23411 14091/27986/23412 14090/27987/23413</w:t>
        <w:br/>
        <w:t>f 14089/27988/23411 14092/27985/23411 14090/27987/23413</w:t>
        <w:br/>
        <w:t>f 14096/27989/23414 14095/27990/23415 14094/27991/23415</w:t>
        <w:br/>
        <w:t>f 14093/27992/23416 14096/27989/23414 14094/27991/23415</w:t>
        <w:br/>
        <w:t>f 14099/27993/23417 14098/27994/23418 14097/27995/23418</w:t>
        <w:br/>
        <w:t>f 14100/27996/23417 14099/27993/23417 14097/27995/23418</w:t>
        <w:br/>
        <w:t>f 14104/27997/23419 14103/27998/23420 14102/27999/23420</w:t>
        <w:br/>
        <w:t>f 14101/28000/23419 14104/27997/23419 14102/27999/23420</w:t>
        <w:br/>
        <w:t>f 14108/28001/23421 14107/28002/23421 14106/28003/23422</w:t>
        <w:br/>
        <w:t>f 14105/28004/23422 14108/28001/23421 14106/28003/23422</w:t>
        <w:br/>
        <w:t>f 14027/27926/23367 14028/27925/23366 14110/28005/23423</w:t>
        <w:br/>
        <w:t>f 14109/28006/23424 14027/27926/23367 14110/28005/23423</w:t>
        <w:br/>
        <w:t>f 14106/28003/23422 14112/28007/23425 14111/28008/23425</w:t>
        <w:br/>
        <w:t>f 14105/28004/23422 14106/28003/23422 14111/28008/23425</w:t>
        <w:br/>
        <w:t>f 14114/28009/23426 14113/28010/23426 14048/27941/23381</w:t>
        <w:br/>
        <w:t>f 14045/27944/23383 14114/28009/23426 14048/27941/23381</w:t>
        <w:br/>
        <w:t>f 14116/28011/23427 14115/28012/23427 14099/27993/23417</w:t>
        <w:br/>
        <w:t>f 14100/27996/23417 14116/28011/23427 14099/27993/23417</w:t>
        <w:br/>
        <w:t>f 14088/27981/23408 14118/28013/23428 14117/28014/23429</w:t>
        <w:br/>
        <w:t>f 14087/27982/23408 14088/27981/23408 14117/28014/23429</w:t>
        <w:br/>
        <w:t>f 14092/27985/23411 14089/27988/23411 14120/28015/23430</w:t>
        <w:br/>
        <w:t>f 14119/28016/23430 14092/27985/23411 14120/28015/23430</w:t>
        <w:br/>
        <w:t>f 14122/28017/23431 14104/27997/23419 14101/28000/23419</w:t>
        <w:br/>
        <w:t>f 14121/28018/23431 14122/28017/23431 14101/28000/23419</w:t>
        <w:br/>
        <w:t>f 14124/28019/23432 14123/28020/23432 14096/27989/23414</w:t>
        <w:br/>
        <w:t>f 14093/27992/23416 14124/28019/23432 14096/27989/23414</w:t>
        <w:br/>
        <w:t>f 14122/28017/23431 14121/28018/23431 14126/28021/23433</w:t>
        <w:br/>
        <w:t>f 14125/28022/23433 14122/28017/23431 14126/28021/23433</w:t>
        <w:br/>
        <w:t>f 14116/28011/23427 14128/28023/23434 14127/28024/23435</w:t>
        <w:br/>
        <w:t>f 14115/28012/23427 14116/28011/23427 14127/28024/23435</w:t>
        <w:br/>
        <w:t>f 14129/28025/23436 14123/28020/23432 14124/28019/23432</w:t>
        <w:br/>
        <w:t>f 14130/28026/23436 14129/28025/23436 14124/28019/23432</w:t>
        <w:br/>
        <w:t>f 14132/28027/23437 14131/28028/23437 14111/28008/23425</w:t>
        <w:br/>
        <w:t>f 14112/28007/23425 14132/28027/23437 14111/28008/23425</w:t>
        <w:br/>
        <w:t>f 14120/28015/23430 14102/27999/23420 14103/27998/23420</w:t>
        <w:br/>
        <w:t>f 14119/28016/23430 14120/28015/23430 14103/27998/23420</w:t>
        <w:br/>
        <w:t>f 14098/27994/23418 14113/28010/23426 14114/28009/23426</w:t>
        <w:br/>
        <w:t>f 14097/27995/23418 14098/27994/23418 14114/28009/23426</w:t>
        <w:br/>
        <w:t>f 14118/28013/23428 14094/27991/23415 14095/27990/23415</w:t>
        <w:br/>
        <w:t>f 14117/28014/23429 14118/28013/23428 14095/27990/23415</w:t>
        <w:br/>
        <w:t>f 14107/28002/23421 14108/28001/23421 14109/28006/23424</w:t>
        <w:br/>
        <w:t>f 14110/28005/23423 14107/28002/23421 14109/28006/23424</w:t>
        <w:br/>
        <w:t>f 14091/27986/23412 14052/27945/23384 14049/27948/23386</w:t>
        <w:br/>
        <w:t>f 14090/27987/23413 14091/27986/23412 14049/27948/23386</w:t>
        <w:br/>
        <w:t>f 14032/27928/23369 14033/27927/23368 14046/27943/23382</w:t>
        <w:br/>
        <w:t>f 14047/27942/23382 14032/27928/23369 14046/27943/23382</w:t>
        <w:br/>
        <w:t>f 14055/27950/23387 14056/27949/23387 14085/27984/23410</w:t>
        <w:br/>
        <w:t>f 14086/27983/23409 14055/27950/23387 14085/27984/23410</w:t>
        <w:br/>
        <w:t>f 14030/27923/23364 14015/27909/23353 14016/27912/23353</w:t>
        <w:br/>
        <w:t>f 14029/27924/23365 14030/27923/23364 14016/27912/23353</w:t>
        <w:br/>
        <w:t>f 14041/27935/23375 14042/27938/23378 14134/28029/23438</w:t>
        <w:br/>
        <w:t>f 14133/28030/23438 14041/27935/23375 14134/28029/23438</w:t>
        <w:br/>
        <w:t>f 14136/28031/23439 14135/28032/23439 14075/27970/23402</w:t>
        <w:br/>
        <w:t>f 14076/27969/23402 14136/28031/23439 14075/27970/23402</w:t>
        <w:br/>
        <w:t>f 14138/28033/23440 14137/28034/23440 14022/27918/23361</w:t>
        <w:br/>
        <w:t>f 14023/27917/23360 14138/28033/23440 14022/27918/23361</w:t>
        <w:br/>
        <w:t>f 14140/28035/23441 14068/27961/23397 14065/27964/23397</w:t>
        <w:br/>
        <w:t>f 14139/28036/23441 14140/28035/23441 14065/27964/23397</w:t>
        <w:br/>
        <w:t>f 14067/27962/23398 14125/28022/23433 14126/28021/23433</w:t>
        <w:br/>
        <w:t>f 14066/27963/23398 14067/27962/23398 14126/28021/23433</w:t>
        <w:br/>
        <w:t>f 14040/27936/23376 14127/28024/23435 14128/28023/23434</w:t>
        <w:br/>
        <w:t>f 14039/27937/23377 14040/27936/23376 14128/28023/23434</w:t>
        <w:br/>
        <w:t>f 14129/28025/23436 14130/28026/23436 14073/27972/23403</w:t>
        <w:br/>
        <w:t>f 14074/27971/23403 14129/28025/23436 14073/27972/23403</w:t>
        <w:br/>
        <w:t>f 14024/27920/23362 14021/27919/23362 14131/28028/23437</w:t>
        <w:br/>
        <w:t>f 14132/28027/23437 14024/27920/23362 14131/28028/23437</w:t>
        <w:br/>
        <w:t>f 14144/28037/23442 14143/28038/23442 14142/28039/23443</w:t>
        <w:br/>
        <w:t>f 14141/28040/23443 14144/28037/23442 14142/28039/23443</w:t>
        <w:br/>
        <w:t>f 14146/28041/23444 14145/28042/23445 14143/28038/23442</w:t>
        <w:br/>
        <w:t>f 14144/28037/23442 14146/28041/23444 14143/28038/23442</w:t>
        <w:br/>
        <w:t>f 14148/28043/23446 14147/28044/23446 14145/28042/23445</w:t>
        <w:br/>
        <w:t>f 14146/28041/23444 14148/28043/23446 14145/28042/23445</w:t>
        <w:br/>
        <w:t>f 14152/28045/23447 14151/28046/23448 14150/28047/23448</w:t>
        <w:br/>
        <w:t>f 14149/28048/23449 14152/28045/23447 14150/28047/23448</w:t>
        <w:br/>
        <w:t>f 14151/28046/23448 14154/28049/23450 14153/28050/23450</w:t>
        <w:br/>
        <w:t>f 14150/28047/23448 14151/28046/23448 14153/28050/23450</w:t>
        <w:br/>
        <w:t>f 14154/28049/23450 14156/28051/23451 14155/28052/23451</w:t>
        <w:br/>
        <w:t>f 14153/28050/23450 14154/28049/23450 14155/28052/23451</w:t>
        <w:br/>
        <w:t>f 14160/28053/23452 14159/28054/23453 14158/28055/23453</w:t>
        <w:br/>
        <w:t>f 14157/28056/23454 14160/28053/23452 14158/28055/23453</w:t>
        <w:br/>
        <w:t>f 14164/28057/23455 14163/28058/23455 14162/28059/23456</w:t>
        <w:br/>
        <w:t>f 14161/28060/23456 14164/28057/23455 14162/28059/23456</w:t>
        <w:br/>
        <w:t>f 14159/28054/23453 14166/28061/23457 14165/28062/23458</w:t>
        <w:br/>
        <w:t>f 14158/28055/23453 14159/28054/23453 14165/28062/23458</w:t>
        <w:br/>
        <w:t>f 14168/28063/23459 14167/28064/23460 14163/28058/23455</w:t>
        <w:br/>
        <w:t>f 14164/28057/23455 14168/28063/23459 14163/28058/23455</w:t>
        <w:br/>
        <w:t>f 14172/28065/23461 14171/28066/23461 14170/28067/23461</w:t>
        <w:br/>
        <w:t>f 14169/28068/23461 14172/28065/23461 14170/28067/23461</w:t>
        <w:br/>
        <w:t>f 14166/28061/23457 14174/28069/23462 14173/28070/23462</w:t>
        <w:br/>
        <w:t>f 14165/28062/23458 14166/28061/23457 14173/28070/23462</w:t>
        <w:br/>
        <w:t>f 14176/28071/23463 14175/28072/23464 14167/28064/23460</w:t>
        <w:br/>
        <w:t>f 14168/28063/23459 14176/28071/23463 14167/28064/23460</w:t>
        <w:br/>
        <w:t>f 14141/28040/23443 14142/28039/23443 14178/28073/23465</w:t>
        <w:br/>
        <w:t>f 14177/28074/23466 14141/28040/23443 14178/28073/23465</w:t>
        <w:br/>
        <w:t>f 14177/28074/23466 14178/28073/23465 14180/28075/23467</w:t>
        <w:br/>
        <w:t>f 14179/28076/23467 14177/28074/23466 14180/28075/23467</w:t>
        <w:br/>
        <w:t>f 14180/28075/23467 14182/28077/23468 14181/28078/23469</w:t>
        <w:br/>
        <w:t>f 14179/28076/23467 14180/28075/23467 14181/28078/23469</w:t>
        <w:br/>
        <w:t>f 14149/28048/23449 14184/28079/23470 14183/28080/23470</w:t>
        <w:br/>
        <w:t>f 14152/28045/23447 14149/28048/23449 14183/28080/23470</w:t>
        <w:br/>
        <w:t>f 14184/28079/23470 14186/28081/23471 14185/28082/23472</w:t>
        <w:br/>
        <w:t>f 14183/28080/23470 14184/28079/23470 14185/28082/23472</w:t>
        <w:br/>
        <w:t>f 14188/28083/23473 14187/28084/23473 14185/28082/23472</w:t>
        <w:br/>
        <w:t>f 14186/28081/23471 14188/28083/23473 14185/28082/23472</w:t>
        <w:br/>
        <w:t>f 14190/28085/23474 14189/28086/23474 14160/28053/23452</w:t>
        <w:br/>
        <w:t>f 14157/28056/23454 14190/28085/23474 14160/28053/23452</w:t>
        <w:br/>
        <w:t>f 14192/28087/23475 14161/28060/23456 14162/28059/23456</w:t>
        <w:br/>
        <w:t>f 14191/28088/23476 14192/28087/23475 14162/28059/23456</w:t>
        <w:br/>
        <w:t>f 14194/28089/23477 14189/28086/23474 14190/28085/23474</w:t>
        <w:br/>
        <w:t>f 14193/28090/23477 14194/28089/23477 14190/28085/23474</w:t>
        <w:br/>
        <w:t>f 14196/28091/23478 14192/28087/23475 14191/28088/23476</w:t>
        <w:br/>
        <w:t>f 14195/28092/23479 14196/28091/23478 14191/28088/23476</w:t>
        <w:br/>
        <w:t>f 14200/28093/23480 14199/28094/23480 14198/28095/23481</w:t>
        <w:br/>
        <w:t>f 14197/28096/23481 14200/28093/23480 14198/28095/23481</w:t>
        <w:br/>
        <w:t>f 14202/28097/23482 14201/28098/23483 14194/28089/23477</w:t>
        <w:br/>
        <w:t>f 14193/28090/23477 14202/28097/23482 14194/28089/23477</w:t>
        <w:br/>
        <w:t>f 14204/28099/23484 14196/28091/23478 14195/28092/23479</w:t>
        <w:br/>
        <w:t>f 14203/28100/23484 14204/28099/23484 14195/28092/23479</w:t>
        <w:br/>
        <w:t>f 14208/28101/23485 14207/28102/23486 14206/28103/23487</w:t>
        <w:br/>
        <w:t>f 14205/28104/23485 14208/28101/23485 14206/28103/23487</w:t>
        <w:br/>
        <w:t>f 14209/28105/23488 14206/28103/23487 14207/28102/23486</w:t>
        <w:br/>
        <w:t>f 14210/28106/23488 14209/28105/23488 14207/28102/23486</w:t>
        <w:br/>
        <w:t>f 14210/28106/23488 14212/28107/23489 14211/28108/23489</w:t>
        <w:br/>
        <w:t>f 14209/28105/23488 14210/28106/23488 14211/28108/23489</w:t>
        <w:br/>
        <w:t>f 14216/28109/23490 14215/28110/23490 14214/28111/23491</w:t>
        <w:br/>
        <w:t>f 14213/28112/23492 14216/28109/23490 14214/28111/23491</w:t>
        <w:br/>
        <w:t>f 14218/28113/23493 14217/28114/23494 14215/28110/23490</w:t>
        <w:br/>
        <w:t>f 14216/28109/23490 14218/28113/23493 14215/28110/23490</w:t>
        <w:br/>
        <w:t>f 14220/28115/23495 14219/28116/23495 14217/28114/23494</w:t>
        <w:br/>
        <w:t>f 14218/28113/23493 14220/28115/23495 14217/28114/23494</w:t>
        <w:br/>
        <w:t>f 14224/28117/23496 14223/28118/23497 14222/28119/23498</w:t>
        <w:br/>
        <w:t>f 14221/28120/23498 14224/28117/23496 14222/28119/23498</w:t>
        <w:br/>
        <w:t>f 14228/28121/23499 14227/28122/23500 14226/28123/23500</w:t>
        <w:br/>
        <w:t>f 14225/28124/23499 14228/28121/23499 14226/28123/23500</w:t>
        <w:br/>
        <w:t>f 14224/28117/23496 14230/28125/23501 14229/28126/23502</w:t>
        <w:br/>
        <w:t>f 14223/28118/23497 14224/28117/23496 14229/28126/23502</w:t>
        <w:br/>
        <w:t>f 14232/28127/23503 14228/28121/23499 14225/28124/23499</w:t>
        <w:br/>
        <w:t>f 14231/28128/23503 14232/28127/23503 14225/28124/23499</w:t>
        <w:br/>
        <w:t>f 14236/28129/23504 14235/28130/23505 14234/28131/23505</w:t>
        <w:br/>
        <w:t>f 14233/28132/23505 14236/28129/23504 14234/28131/23505</w:t>
        <w:br/>
        <w:t>f 14238/28133/23506 14237/28134/23506 14229/28126/23502</w:t>
        <w:br/>
        <w:t>f 14230/28125/23501 14238/28133/23506 14229/28126/23502</w:t>
        <w:br/>
        <w:t>f 14240/28135/23507 14232/28127/23503 14231/28128/23503</w:t>
        <w:br/>
        <w:t>f 14239/28136/23507 14240/28135/23507 14231/28128/23503</w:t>
        <w:br/>
        <w:t>f 14205/28104/23485 14242/28137/23508 14241/28138/23508</w:t>
        <w:br/>
        <w:t>f 14208/28101/23485 14205/28104/23485 14241/28138/23508</w:t>
        <w:br/>
        <w:t>f 14242/28137/23508 14244/28139/23509 14243/28140/23509</w:t>
        <w:br/>
        <w:t>f 14241/28138/23508 14242/28137/23508 14243/28140/23509</w:t>
        <w:br/>
        <w:t>f 14246/28141/23510 14245/28142/23511 14243/28140/23509</w:t>
        <w:br/>
        <w:t>f 14244/28139/23509 14246/28141/23510 14243/28140/23509</w:t>
        <w:br/>
        <w:t>f 14248/28143/23512 14247/28144/23512 14213/28112/23492</w:t>
        <w:br/>
        <w:t>f 14214/28111/23491 14248/28143/23512 14213/28112/23492</w:t>
        <w:br/>
        <w:t>f 14247/28144/23512 14248/28143/23512 14250/28145/23513</w:t>
        <w:br/>
        <w:t>f 14249/28146/23513 14247/28144/23512 14250/28145/23513</w:t>
        <w:br/>
        <w:t>f 14250/28145/23513 14252/28147/23514 14251/28148/23515</w:t>
        <w:br/>
        <w:t>f 14249/28146/23513 14250/28145/23513 14251/28148/23515</w:t>
        <w:br/>
        <w:t>f 14253/28149/23516 14221/28120/23498 14222/28119/23498</w:t>
        <w:br/>
        <w:t>f 14254/28150/23516 14253/28149/23516 14222/28119/23498</w:t>
        <w:br/>
        <w:t>f 14256/28151/23517 14255/28152/23517 14226/28123/23500</w:t>
        <w:br/>
        <w:t>f 14227/28122/23500 14256/28151/23517 14226/28123/23500</w:t>
        <w:br/>
        <w:t>f 14258/28153/23518 14257/28154/23519 14253/28149/23516</w:t>
        <w:br/>
        <w:t>f 14254/28150/23516 14258/28153/23518 14253/28149/23516</w:t>
        <w:br/>
        <w:t>f 14255/28152/23517 14256/28151/23517 14259/28155/23520</w:t>
        <w:br/>
        <w:t>f 14260/28156/23521 14255/28152/23517 14259/28155/23520</w:t>
        <w:br/>
        <w:t>f 14264/28157/23522 14263/28158/23523 14262/28159/23522</w:t>
        <w:br/>
        <w:t>f 14261/28160/23522 14264/28157/23522 14262/28159/23522</w:t>
        <w:br/>
        <w:t>f 14258/28153/23518 14266/28161/23524 14265/28162/23524</w:t>
        <w:br/>
        <w:t>f 14257/28154/23519 14258/28153/23518 14265/28162/23524</w:t>
        <w:br/>
        <w:t>f 14268/28163/23525 14267/28164/23526 14260/28156/23521</w:t>
        <w:br/>
        <w:t>f 14259/28155/23520 14268/28163/23525 14260/28156/23521</w:t>
        <w:br/>
        <w:t>f 13986/27881/23331 13892/27785/23245 13889/27788/23247</w:t>
        <w:br/>
        <w:t>f 13985/27882/23331 13986/27881/23331 13889/27788/23247</w:t>
        <w:br/>
        <w:t>f 13895/27790/23248 13896/27789/23248 13978/27877/23327</w:t>
        <w:br/>
        <w:t>f 13979/27876/23326 13895/27790/23248 13978/27877/23327</w:t>
        <w:br/>
        <w:t>f 13906/27802/23256 13907/27801/23255 13984/27878/23328</w:t>
        <w:br/>
        <w:t>f 14269/28165/23527 13906/27802/23256 13984/27878/23328</w:t>
        <w:br/>
        <w:t>f 13927/27826/23279 13928/27825/23278 13988/27883/23332</w:t>
        <w:br/>
        <w:t>f 14270/28166/23528 13927/27826/23279 13988/27883/23332</w:t>
        <w:br/>
        <w:t>f 14271/28167/23529 13972/27867/23317 13908/27804/23258</w:t>
        <w:br/>
        <w:t>f 13905/27803/23257 14271/28167/23529 13908/27804/23258</w:t>
        <w:br/>
        <w:t>f 13891/27786/23246 13974/27869/23319 13973/27870/23320</w:t>
        <w:br/>
        <w:t>f 13890/27787/23246 13891/27786/23246 13973/27870/23320</w:t>
        <w:br/>
        <w:t>f 13977/27871/23321 14273/28168/23530 14272/28169/23531</w:t>
        <w:br/>
        <w:t>f 13976/27872/23322 13977/27871/23321 14272/28169/23531</w:t>
        <w:br/>
        <w:t>f 13980/27875/23325 13981/27874/23324 13884/27778/23240</w:t>
        <w:br/>
        <w:t>f 13882/27780/23242 13980/27875/23325 13884/27778/23240</w:t>
        <w:br/>
        <w:t>f 14275/28170/23532 14274/28171/23533 14002/27899/23345</w:t>
        <w:br/>
        <w:t>f 14003/27898/23345 14275/28170/23532 14002/27899/23345</w:t>
        <w:br/>
        <w:t>f 14275/28170/23532 13935/27834/23286 13936/27833/23285</w:t>
        <w:br/>
        <w:t>f 14274/28171/23533 14275/28170/23532 13936/27833/23285</w:t>
        <w:br/>
        <w:t>f 13937/27832/23284 13938/27831/23284 14005/27900/23346</w:t>
        <w:br/>
        <w:t>f 14004/27901/23346 13937/27832/23284 14005/27900/23346</w:t>
        <w:br/>
        <w:t>f 14013/27911/23355 14014/27910/23354 14018/27915/23358</w:t>
        <w:br/>
        <w:t>f 14019/27914/23357 14013/27911/23355 14018/27915/23358</w:t>
        <w:br/>
        <w:t>f 14031/27929/23370 14037/27931/23371 14038/27934/23374</w:t>
        <w:br/>
        <w:t>f 14034/27930/23370 14031/27929/23370 14038/27934/23374</w:t>
        <w:br/>
        <w:t>f 14050/27947/23385 14051/27946/23385 14057/27956/23392</w:t>
        <w:br/>
        <w:t>f 14058/27955/23391 14050/27947/23385 14057/27956/23392</w:t>
        <w:br/>
        <w:t>f 14053/27952/23388 14054/27951/23388 14062/27959/23395</w:t>
        <w:br/>
        <w:t>f 14063/27958/23394 14053/27952/23388 14062/27959/23395</w:t>
        <w:br/>
        <w:t>f 14278/28172/23534 14277/28173/23535 14276/28174/23536</w:t>
        <w:br/>
        <w:t>f 14281/28175/23537 14280/28176/23538 14279/28177/23539</w:t>
        <w:br/>
        <w:t>f 14282/28178/23540 14281/28175/23537 14279/28177/23539</w:t>
        <w:br/>
        <w:t>f 14285/28179/23541 14284/28180/23542 14283/28181/23543</w:t>
        <w:br/>
        <w:t>f 14281/28175/23537 14285/28179/23541 14283/28181/23543</w:t>
        <w:br/>
        <w:t>f 14288/28182/23544 14287/28183/23545 14285/28179/23541</w:t>
        <w:br/>
        <w:t>f 14286/28184/23546 14288/28182/23544 14285/28179/23541</w:t>
        <w:br/>
        <w:t>f 14292/28185/23547 14291/28186/23548 14290/28187/23549</w:t>
        <w:br/>
        <w:t>f 14289/28188/23550 14292/28185/23547 14290/28187/23549</w:t>
        <w:br/>
        <w:t>f 14296/28189/23551 14295/28190/23551 14294/28191/23552</w:t>
        <w:br/>
        <w:t>f 14293/28192/23552 14296/28189/23551 14294/28191/23552</w:t>
        <w:br/>
        <w:t>f 14300/28193/23553 14299/28194/23554 14298/28195/23555</w:t>
        <w:br/>
        <w:t>f 14297/28196/23555 14300/28193/23553 14298/28195/23555</w:t>
        <w:br/>
        <w:t>f 14304/28197/23556 14303/28198/23557 14302/28199/23558</w:t>
        <w:br/>
        <w:t>f 14301/28200/23559 14304/28197/23556 14302/28199/23558</w:t>
        <w:br/>
        <w:t>f 14308/28201/23560 14307/28202/23560 14306/28203/23561</w:t>
        <w:br/>
        <w:t>f 14305/28204/23562 14308/28201/23560 14306/28203/23561</w:t>
        <w:br/>
        <w:t>f 14312/28205/23563 14311/28206/23563 14310/28207/23564</w:t>
        <w:br/>
        <w:t>f 14309/28208/23564 14312/28205/23563 14310/28207/23564</w:t>
        <w:br/>
        <w:t>f 14315/28209/23565 14314/28210/23566 14313/28211/23567</w:t>
        <w:br/>
        <w:t>f 14316/28212/23565 14315/28209/23565 14313/28211/23567</w:t>
        <w:br/>
        <w:t>f 14320/28213/23568 14319/28214/23569 14318/28215/23570</w:t>
        <w:br/>
        <w:t>f 14317/28216/23571 14320/28213/23568 14318/28215/23570</w:t>
        <w:br/>
        <w:t>f 14323/28217/23572 14322/28218/23573 14321/28219/23574</w:t>
        <w:br/>
        <w:t>f 14324/28220/23575 14323/28217/23572 14321/28219/23574</w:t>
        <w:br/>
        <w:t>f 14312/28205/23563 14326/28221/23576 14325/28222/23576</w:t>
        <w:br/>
        <w:t>f 14311/28206/23563 14312/28205/23563 14325/28222/23576</w:t>
        <w:br/>
        <w:t>f 14329/28223/23577 14328/28224/23577 14327/28225/23578</w:t>
        <w:br/>
        <w:t>f 14276/28174/23579 14329/28223/23577 14327/28225/23578</w:t>
        <w:br/>
        <w:t>f 14331/28226/23580 14330/28227/23580 14295/28190/23551</w:t>
        <w:br/>
        <w:t>f 14296/28189/23551 14331/28226/23580 14295/28190/23551</w:t>
        <w:br/>
        <w:t>f 14333/28228/23581 14330/28227/23580 14331/28226/23580</w:t>
        <w:br/>
        <w:t>f 14332/28229/23581 14333/28228/23581 14331/28226/23580</w:t>
        <w:br/>
        <w:t>f 14337/28230/23582 14336/28231/23583 14335/28232/23584</w:t>
        <w:br/>
        <w:t>f 14334/28233/23585 14337/28230/23582 14335/28232/23584</w:t>
        <w:br/>
        <w:t>f 14338/28234/23586 14286/28184/23546 14282/28178/23540</w:t>
        <w:br/>
        <w:t>f 14339/28235/23587 14338/28234/23586 14282/28178/23540</w:t>
        <w:br/>
        <w:t>f 14341/28236/23588 14325/28222/23576 14326/28221/23576</w:t>
        <w:br/>
        <w:t>f 14340/28237/23588 14341/28236/23588 14326/28221/23576</w:t>
        <w:br/>
        <w:t>f 14280/28176/23538 14281/28175/23537 14283/28181/23543</w:t>
        <w:br/>
        <w:t>f 14324/28220/23575 14343/28238/23589 14342/28239/23590</w:t>
        <w:br/>
        <w:t>f 14347/28240/23591 14346/28241/23592 14345/28242/23592</w:t>
        <w:br/>
        <w:t>f 14344/28243/23591 14347/28240/23591 14345/28242/23592</w:t>
        <w:br/>
        <w:t>f 14351/28244/23593 14350/28245/23594 14349/28246/23595</w:t>
        <w:br/>
        <w:t>f 14348/28247/23593 14351/28244/23593 14349/28246/23595</w:t>
        <w:br/>
        <w:t>f 14355/28248/23596 14354/28249/23597 14353/28250/23598</w:t>
        <w:br/>
        <w:t>f 14352/28251/23599 14355/28248/23596 14353/28250/23598</w:t>
        <w:br/>
        <w:t>f 14359/28252/23600 14358/28253/23600 14357/28254/23601</w:t>
        <w:br/>
        <w:t>f 14356/28255/23602 14359/28252/23600 14357/28254/23601</w:t>
        <w:br/>
        <w:t>f 14363/28256/23603 14362/28257/23603 14361/28258/23604</w:t>
        <w:br/>
        <w:t>f 14360/28259/23604 14363/28256/23603 14361/28258/23604</w:t>
        <w:br/>
        <w:t>f 14367/28260/23605 14366/28261/23606 14365/28262/23606</w:t>
        <w:br/>
        <w:t>f 14364/28263/23605 14367/28260/23605 14365/28262/23606</w:t>
        <w:br/>
        <w:t>f 14371/28264/23607 14370/28265/23608 14369/28266/23608</w:t>
        <w:br/>
        <w:t>f 14368/28267/23609 14371/28264/23607 14369/28266/23608</w:t>
        <w:br/>
        <w:t>f 14375/28268/23610 14374/28269/23611 14373/28270/23612</w:t>
        <w:br/>
        <w:t>f 14372/28271/23610 14375/28268/23610 14373/28270/23612</w:t>
        <w:br/>
        <w:t>f 14378/28272/23613 14377/28273/23613 14376/28274/23614</w:t>
        <w:br/>
        <w:t>f 14379/28275/23613 14378/28272/23613 14376/28274/23614</w:t>
        <w:br/>
        <w:t>f 14360/28259/23604 14361/28258/23604 14381/28276/23615</w:t>
        <w:br/>
        <w:t>f 14380/28277/23616 14360/28259/23604 14381/28276/23615</w:t>
        <w:br/>
        <w:t>f 14385/28278/23617 14384/28279/23618 14383/28280/23617</w:t>
        <w:br/>
        <w:t>f 14382/28281/23617 14385/28278/23617 14383/28280/23617</w:t>
        <w:br/>
        <w:t>f 14372/28271/23610 14387/28282/23619 14386/28283/23620</w:t>
        <w:br/>
        <w:t>f 14375/28268/23610 14372/28271/23610 14386/28283/23620</w:t>
        <w:br/>
        <w:t>f 14390/28284/23621 14389/28285/23621 14388/28286/23622</w:t>
        <w:br/>
        <w:t>f 14391/28287/23623 14390/28284/23621 14388/28286/23622</w:t>
        <w:br/>
        <w:t>f 14381/28276/23615 14347/28240/23591 14344/28243/23591</w:t>
        <w:br/>
        <w:t>f 14380/28277/23616 14381/28276/23615 14344/28243/23591</w:t>
        <w:br/>
        <w:t>f 14395/28288/23624 14394/28289/23625 14393/28290/23625</w:t>
        <w:br/>
        <w:t>f 14392/28291/23624 14395/28288/23624 14393/28290/23625</w:t>
        <w:br/>
        <w:t>f 14386/28283/23620 14387/28282/23619 14356/28255/23602</w:t>
        <w:br/>
        <w:t>f 14357/28254/23601 14386/28283/23620 14356/28255/23602</w:t>
        <w:br/>
        <w:t>f 14359/28252/23600 14397/28292/23626 14396/28293/23626</w:t>
        <w:br/>
        <w:t>f 14358/28253/23600 14359/28252/23600 14396/28293/23626</w:t>
        <w:br/>
        <w:t>f 14400/28294/23627 14399/28295/23628 14398/28296/23629</w:t>
        <w:br/>
        <w:t>f 14401/28297/23629 14400/28294/23627 14398/28296/23629</w:t>
        <w:br/>
        <w:t>f 14345/28242/23592 14346/28241/23592 14403/28298/23630</w:t>
        <w:br/>
        <w:t>f 14402/28299/23631 14345/28242/23592 14403/28298/23630</w:t>
        <w:br/>
        <w:t>f 14407/28300/23632 14406/28301/23633 14405/28302/23634</w:t>
        <w:br/>
        <w:t>f 14404/28303/23632 14407/28300/23632 14405/28302/23634</w:t>
        <w:br/>
        <w:t>f 14409/28304/23635 14408/28305/23635 14407/28300/23632</w:t>
        <w:br/>
        <w:t>f 14404/28303/23632 14409/28304/23635 14407/28300/23632</w:t>
        <w:br/>
        <w:t>f 14403/28298/23630 14362/28257/23603 14363/28256/23603</w:t>
        <w:br/>
        <w:t>f 14402/28299/23631 14403/28298/23630 14363/28256/23603</w:t>
        <w:br/>
        <w:t>f 14400/28294/23627 14411/28306/23636 14410/28307/23637</w:t>
        <w:br/>
        <w:t>f 14399/28295/23628 14400/28294/23627 14410/28307/23637</w:t>
        <w:br/>
        <w:t>f 14396/28293/23626 14397/28292/23626 14373/28270/23612</w:t>
        <w:br/>
        <w:t>f 14374/28269/23611 14396/28293/23626 14373/28270/23612</w:t>
        <w:br/>
        <w:t>f 14413/28308/23638 14412/28309/23639 13939/27838/23290</w:t>
        <w:br/>
        <w:t>f 13932/27829/23282 13933/27828/23281 14010/27905/23350</w:t>
        <w:br/>
        <w:t>f 14414/28310/23640 13932/27829/23282 14010/27905/23350</w:t>
        <w:br/>
        <w:t>f 13940/27837/23289 14007/27903/23348 14008/27902/23347</w:t>
        <w:br/>
        <w:t>f 14415/28311/23641 13940/27837/23289 14008/27902/23347</w:t>
        <w:br/>
        <w:t>f 14418/28312/23642 14417/28313/23643 14416/28314/23644</w:t>
        <w:br/>
        <w:t>f 13932/27829/23282 14414/28310/23640 14418/28312/23642</w:t>
        <w:br/>
        <w:t>f 14416/28314/23644 13932/27829/23282 14418/28312/23642</w:t>
        <w:br/>
        <w:t>f 13940/27837/23289 14415/28311/23641 14413/28308/23638</w:t>
        <w:br/>
        <w:t>f 13939/27838/23290 13940/27837/23289 14413/28308/23638</w:t>
        <w:br/>
        <w:t>f 13940/27837/23289 13941/27836/23288 13982/27880/23330</w:t>
        <w:br/>
        <w:t>f 14007/27903/23348 13940/27837/23289 13982/27880/23330</w:t>
        <w:br/>
        <w:t>f 13724/27623/23103 13870/27766/23229 13768/27665/23139</w:t>
        <w:br/>
        <w:t>f 13673/27567/23050 13667/27563/23046 14419/28315/23645</w:t>
        <w:br/>
        <w:t>f 13673/27567/23050 14419/28315/23645 13672/27568/23051</w:t>
        <w:br/>
        <w:t>f 13816/27713/23181 13858/27754/23219 13817/27712/23180</w:t>
        <w:br/>
        <w:t>f 13522/27420/22914 13629/27524/23008 13627/27521/23005</w:t>
        <w:br/>
        <w:t>f 13849/27746/23213 13524/27418/22912 13522/27420/22914</w:t>
        <w:br/>
        <w:t>f 13623/27516/23001 13865/27761/23224 13624/27520/23004</w:t>
        <w:br/>
        <w:t>f 13624/27520/23004 13865/27761/23224 13625/27523/23007</w:t>
        <w:br/>
        <w:t>f 13715/27612/23092 13728/27624/23104 13706/27605/23086</w:t>
        <w:br/>
        <w:t>f 14278/28172/23534 14342/28239/23590 14343/28238/23589</w:t>
        <w:br/>
        <w:t>f 14277/28173/23535 14278/28172/23534 14343/28238/23589</w:t>
        <w:br/>
        <w:t>f 14335/28232/23584 14327/28225/23646 14334/28233/23585</w:t>
        <w:br/>
        <w:t>f 14337/28230/23582 14323/28217/23572 14336/28231/23583</w:t>
        <w:br/>
        <w:t>f 14285/28179/23541 14287/28183/23545 14284/28180/23542</w:t>
        <w:br/>
        <w:t>f 14338/28234/23586 14288/28182/23544 14286/28184/23546</w:t>
        <w:br/>
        <w:t>f 14282/28178/23540 14279/28177/23539 14339/28235/23587</w:t>
        <w:br/>
        <w:t>f 14423/28316/23647 14422/28317/23648 14421/28318/23649</w:t>
        <w:br/>
        <w:t>f 14420/28319/23650 14423/28316/23647 14421/28318/23649</w:t>
        <w:br/>
        <w:t>f 14425/28320/23651 14424/28321/23652 14422/28317/23648</w:t>
        <w:br/>
        <w:t>f 14423/28316/23647 14425/28320/23651 14422/28317/23648</w:t>
        <w:br/>
        <w:t>f 14427/28322/23653 14426/28323/23654 14424/28321/23652</w:t>
        <w:br/>
        <w:t>f 14425/28320/23651 14427/28322/23653 14424/28321/23652</w:t>
        <w:br/>
        <w:t>f 14429/28324/23655 14428/28325/23656 14426/28323/23654</w:t>
        <w:br/>
        <w:t>f 14427/28322/23653 14429/28324/23655 14426/28323/23654</w:t>
        <w:br/>
        <w:t>f 14431/28326/23657 14430/28327/23658 14428/28325/23656</w:t>
        <w:br/>
        <w:t>f 14429/28324/23655 14431/28326/23657 14428/28325/23656</w:t>
        <w:br/>
        <w:t>f 14433/28328/23659 14432/28329/23660 14430/28327/23658</w:t>
        <w:br/>
        <w:t>f 14431/28326/23657 14433/28328/23659 14430/28327/23658</w:t>
        <w:br/>
        <w:t>f 14434/28330/23661 14432/28329/23660 14433/28328/23659</w:t>
        <w:br/>
        <w:t>f 14435/28331/23662 14434/28330/23661 14433/28328/23659</w:t>
        <w:br/>
        <w:t>f 14420/28319/23650 14421/28318/23649 14434/28330/23661</w:t>
        <w:br/>
        <w:t>f 14435/28331/23662 14420/28319/23650 14434/28330/23661</w:t>
        <w:br/>
        <w:t>f 14435/28331/23662 14433/28328/23659 14436/28332/23663</w:t>
        <w:br/>
        <w:t>f 14437/28333/23664 14435/28331/23662 14436/28332/23663</w:t>
        <w:br/>
        <w:t>f 14433/28328/23659 14431/28326/23657 14438/28334/23665</w:t>
        <w:br/>
        <w:t>f 14436/28332/23663 14433/28328/23659 14438/28334/23665</w:t>
        <w:br/>
        <w:t>f 14438/28334/23665 14431/28326/23657 14429/28324/23655</w:t>
        <w:br/>
        <w:t>f 14439/28335/23666 14438/28334/23665 14429/28324/23655</w:t>
        <w:br/>
        <w:t>f 14439/28335/23666 14429/28324/23655 14427/28322/23653</w:t>
        <w:br/>
        <w:t>f 14440/28336/23667 14439/28335/23666 14427/28322/23653</w:t>
        <w:br/>
        <w:t>f 14440/28336/23667 14427/28322/23653 14425/28320/23651</w:t>
        <w:br/>
        <w:t>f 14441/28337/23668 14440/28336/23667 14425/28320/23651</w:t>
        <w:br/>
        <w:t>f 14441/28337/23668 14425/28320/23651 14423/28316/23647</w:t>
        <w:br/>
        <w:t>f 14442/28338/23669 14441/28337/23668 14423/28316/23647</w:t>
        <w:br/>
        <w:t>f 14423/28316/23647 14420/28319/23650 14443/28339/23670</w:t>
        <w:br/>
        <w:t>f 14442/28338/23669 14423/28316/23647 14443/28339/23670</w:t>
        <w:br/>
        <w:t>f 14420/28319/23650 14435/28331/23662 14437/28333/23664</w:t>
        <w:br/>
        <w:t>f 14443/28339/23670 14420/28319/23650 14437/28333/23664</w:t>
        <w:br/>
        <w:t>f 14447/28340/23671 14446/28341/23672 14445/28342/23673</w:t>
        <w:br/>
        <w:t>f 14444/28343/23674 14447/28340/23671 14445/28342/23673</w:t>
        <w:br/>
        <w:t>f 14444/28343/23674 14445/28342/23673 14449/28344/23675</w:t>
        <w:br/>
        <w:t>f 14448/28345/23676 14444/28343/23674 14449/28344/23675</w:t>
        <w:br/>
        <w:t>f 14448/28345/23676 14449/28344/23675 14451/28346/23677</w:t>
        <w:br/>
        <w:t>f 14450/28347/23678 14448/28345/23676 14451/28346/23677</w:t>
        <w:br/>
        <w:t>f 14450/28347/23678 14451/28346/23677 14453/28348/23679</w:t>
        <w:br/>
        <w:t>f 14452/28349/23680 14450/28347/23678 14453/28348/23679</w:t>
        <w:br/>
        <w:t>f 14452/28349/23680 14453/28348/23679 14455/28350/23681</w:t>
        <w:br/>
        <w:t>f 14454/28351/23681 14452/28349/23680 14455/28350/23681</w:t>
        <w:br/>
        <w:t>f 14454/28351/23681 14455/28350/23681 14457/28352/23682</w:t>
        <w:br/>
        <w:t>f 14456/28353/23683 14454/28351/23681 14457/28352/23682</w:t>
        <w:br/>
        <w:t>f 14457/28352/23682 14459/28354/23684 14458/28355/23685</w:t>
        <w:br/>
        <w:t>f 14456/28353/23683 14457/28352/23682 14458/28355/23685</w:t>
        <w:br/>
        <w:t>f 14459/28354/23684 14446/28341/23672 14447/28340/23671</w:t>
        <w:br/>
        <w:t>f 14458/28355/23685 14459/28354/23684 14447/28340/23671</w:t>
        <w:br/>
        <w:t>f 14462/28356/23686 14461/28357/23687 14460/28358/23688</w:t>
        <w:br/>
        <w:t>f 14463/28359/23689 14462/28356/23686 14460/28358/23688</w:t>
        <w:br/>
        <w:t>f 14461/28357/23687 14465/28360/23690 14464/28361/23691</w:t>
        <w:br/>
        <w:t>f 14460/28358/23688 14461/28357/23687 14464/28361/23691</w:t>
        <w:br/>
        <w:t>f 14464/28361/23691 14465/28360/23690 14467/28362/23692</w:t>
        <w:br/>
        <w:t>f 14466/28363/23693 14464/28361/23691 14467/28362/23692</w:t>
        <w:br/>
        <w:t>f 14466/28363/23693 14467/28362/23692 14469/28364/23694</w:t>
        <w:br/>
        <w:t>f 14468/28365/23695 14466/28363/23693 14469/28364/23694</w:t>
        <w:br/>
        <w:t>f 14468/28365/23695 14469/28364/23694 14471/28366/23696</w:t>
        <w:br/>
        <w:t>f 14470/28367/23697 14468/28365/23695 14471/28366/23696</w:t>
        <w:br/>
        <w:t>f 14470/28367/23697 14471/28366/23696 14473/28368/23698</w:t>
        <w:br/>
        <w:t>f 14472/28369/23699 14470/28367/23697 14473/28368/23698</w:t>
        <w:br/>
        <w:t>f 14475/28370/23700 14472/28369/23699 14473/28368/23698</w:t>
        <w:br/>
        <w:t>f 14474/28371/23701 14475/28370/23700 14473/28368/23698</w:t>
        <w:br/>
        <w:t>f 14474/28371/23701 14462/28356/23686 14463/28359/23689</w:t>
        <w:br/>
        <w:t>f 14475/28370/23700 14474/28371/23701 14463/28359/23689</w:t>
        <w:br/>
        <w:t>f 14434/28330/23661 14477/28372/23702 14476/28373/23703</w:t>
        <w:br/>
        <w:t>f 14432/28329/23660 14434/28330/23661 14476/28373/23703</w:t>
        <w:br/>
        <w:t>f 14432/28329/23660 14476/28373/23703 14478/28374/23704</w:t>
        <w:br/>
        <w:t>f 14430/28327/23658 14432/28329/23660 14478/28374/23704</w:t>
        <w:br/>
        <w:t>f 14428/28325/23656 14430/28327/23658 14478/28374/23704</w:t>
        <w:br/>
        <w:t>f 14479/28375/23705 14428/28325/23656 14478/28374/23704</w:t>
        <w:br/>
        <w:t>f 14426/28323/23654 14428/28325/23656 14479/28375/23705</w:t>
        <w:br/>
        <w:t>f 14480/28376/23706 14426/28323/23654 14479/28375/23705</w:t>
        <w:br/>
        <w:t>f 14424/28321/23652 14426/28323/23654 14480/28376/23706</w:t>
        <w:br/>
        <w:t>f 14481/28377/23707 14424/28321/23652 14480/28376/23706</w:t>
        <w:br/>
        <w:t>f 14424/28321/23652 14481/28377/23707 14482/28378/23708</w:t>
        <w:br/>
        <w:t>f 14422/28317/23648 14424/28321/23652 14482/28378/23708</w:t>
        <w:br/>
        <w:t>f 14422/28317/23648 14482/28378/23708 14483/28379/23709</w:t>
        <w:br/>
        <w:t>f 14421/28318/23649 14422/28317/23648 14483/28379/23709</w:t>
        <w:br/>
        <w:t>f 14421/28318/23649 14483/28379/23709 14477/28372/23702</w:t>
        <w:br/>
        <w:t>f 14434/28330/23661 14421/28318/23649 14477/28372/23702</w:t>
        <w:br/>
        <w:t>f 14486/28380/23710 14485/28381/23711 14484/28382/23712</w:t>
        <w:br/>
        <w:t>f 14485/28381/23711 14487/28383/23713 14484/28382/23712</w:t>
        <w:br/>
        <w:t>f 14487/28383/23713 14488/28384/23714 14484/28382/23712</w:t>
        <w:br/>
        <w:t>f 14488/28384/23714 14489/28385/23715 14484/28382/23712</w:t>
        <w:br/>
        <w:t>f 14489/28385/23715 14490/28386/23716 14484/28382/23712</w:t>
        <w:br/>
        <w:t>f 14490/28386/23716 14491/28387/23717 14484/28382/23712</w:t>
        <w:br/>
        <w:t>f 14491/28387/23717 14492/28388/23702 14484/28382/23712</w:t>
        <w:br/>
        <w:t>f 14492/28388/23702 14486/28380/23710 14484/28382/23712</w:t>
        <w:br/>
        <w:t>f 14495/28389/23718 14494/28390/23719 14493/28391/23720</w:t>
        <w:br/>
        <w:t>f 14496/28392/23721 14495/28389/23718 14493/28391/23720</w:t>
        <w:br/>
        <w:t>f 14494/28390/23719 14498/28393/23722 14497/28394/23723</w:t>
        <w:br/>
        <w:t>f 14493/28391/23720 14494/28390/23719 14497/28394/23723</w:t>
        <w:br/>
        <w:t>f 14497/28394/23723 14498/28393/23722 14500/28395/23724</w:t>
        <w:br/>
        <w:t>f 14499/28396/23725 14497/28394/23723 14500/28395/23724</w:t>
        <w:br/>
        <w:t>f 14499/28396/23725 14500/28395/23724 14502/28397/23726</w:t>
        <w:br/>
        <w:t>f 14501/28398/23727 14499/28396/23725 14502/28397/23726</w:t>
        <w:br/>
        <w:t>f 14501/28398/23727 14502/28397/23726 14504/28399/23728</w:t>
        <w:br/>
        <w:t>f 14503/28400/23729 14501/28398/23727 14504/28399/23728</w:t>
        <w:br/>
        <w:t>f 14503/28400/23729 14504/28399/23728 14506/28401/23730</w:t>
        <w:br/>
        <w:t>f 14505/28402/23731 14503/28400/23729 14506/28401/23730</w:t>
        <w:br/>
        <w:t>f 14508/28403/23732 14505/28402/23731 14506/28401/23730</w:t>
        <w:br/>
        <w:t>f 14507/28404/23733 14508/28403/23732 14506/28401/23730</w:t>
        <w:br/>
        <w:t>f 14507/28404/23733 14495/28389/23718 14496/28392/23721</w:t>
        <w:br/>
        <w:t>f 14508/28403/23732 14507/28404/23733 14496/28392/23721</w:t>
        <w:br/>
        <w:t>f 14496/28392/23721 14493/28391/23720 14509/28405/23734</w:t>
        <w:br/>
        <w:t>f 14510/28406/23735 14496/28392/23721 14509/28405/23734</w:t>
        <w:br/>
        <w:t>f 14460/28358/23688 14494/28390/23719 14495/28389/23718</w:t>
        <w:br/>
        <w:t>f 14463/28359/23689 14460/28358/23688 14495/28389/23718</w:t>
        <w:br/>
        <w:t>f 14493/28391/23720 14497/28394/23723 14511/28407/23736</w:t>
        <w:br/>
        <w:t>f 14509/28405/23734 14493/28391/23720 14511/28407/23736</w:t>
        <w:br/>
        <w:t>f 14464/28361/23691 14498/28393/23722 14494/28390/23719</w:t>
        <w:br/>
        <w:t>f 14460/28358/23688 14464/28361/23691 14494/28390/23719</w:t>
        <w:br/>
        <w:t>f 14511/28407/23736 14497/28394/23723 14499/28396/23725</w:t>
        <w:br/>
        <w:t>f 14512/28408/23737 14511/28407/23736 14499/28396/23725</w:t>
        <w:br/>
        <w:t>f 14466/28363/23693 14500/28395/23724 14498/28393/23722</w:t>
        <w:br/>
        <w:t>f 14464/28361/23691 14466/28363/23693 14498/28393/23722</w:t>
        <w:br/>
        <w:t>f 14512/28408/23737 14499/28396/23725 14501/28398/23727</w:t>
        <w:br/>
        <w:t>f 14513/28409/23738 14512/28408/23737 14501/28398/23727</w:t>
        <w:br/>
        <w:t>f 14468/28365/23695 14502/28397/23726 14500/28395/23724</w:t>
        <w:br/>
        <w:t>f 14466/28363/23693 14468/28365/23695 14500/28395/23724</w:t>
        <w:br/>
        <w:t>f 14513/28409/23738 14501/28398/23727 14503/28400/23729</w:t>
        <w:br/>
        <w:t>f 14514/28410/23739 14513/28409/23738 14503/28400/23729</w:t>
        <w:br/>
        <w:t>f 14470/28367/23697 14504/28399/23728 14502/28397/23726</w:t>
        <w:br/>
        <w:t>f 14468/28365/23695 14470/28367/23697 14502/28397/23726</w:t>
        <w:br/>
        <w:t>f 14514/28410/23739 14503/28400/23729 14505/28402/23731</w:t>
        <w:br/>
        <w:t>f 14515/28411/23740 14514/28410/23739 14505/28402/23731</w:t>
        <w:br/>
        <w:t>f 14472/28369/23699 14506/28401/23730 14504/28399/23728</w:t>
        <w:br/>
        <w:t>f 14470/28367/23697 14472/28369/23699 14504/28399/23728</w:t>
        <w:br/>
        <w:t>f 14515/28411/23740 14505/28402/23731 14508/28403/23732</w:t>
        <w:br/>
        <w:t>f 14516/28412/23741 14515/28411/23740 14508/28403/23732</w:t>
        <w:br/>
        <w:t>f 14507/28404/23733 14506/28401/23730 14472/28369/23699</w:t>
        <w:br/>
        <w:t>f 14475/28370/23700 14507/28404/23733 14472/28369/23699</w:t>
        <w:br/>
        <w:t>f 14508/28403/23732 14496/28392/23721 14510/28406/23735</w:t>
        <w:br/>
        <w:t>f 14516/28412/23741 14508/28403/23732 14510/28406/23735</w:t>
        <w:br/>
        <w:t>f 14463/28359/23689 14495/28389/23718 14507/28404/23733</w:t>
        <w:br/>
        <w:t>f 14475/28370/23700 14463/28359/23689 14507/28404/23733</w:t>
        <w:br/>
        <w:t>f 14518/28413/23742 14514/28410/23739 14515/28411/23740</w:t>
        <w:br/>
        <w:t>f 14517/28414/23743 14518/28413/23742 14515/28411/23740</w:t>
        <w:br/>
        <w:t>f 14519/28415/23744 14517/28414/23743 14515/28411/23740</w:t>
        <w:br/>
        <w:t>f 14516/28412/23741 14519/28415/23744 14515/28411/23740</w:t>
        <w:br/>
        <w:t>f 14516/28412/23741 14510/28406/23735 14520/28416/23745</w:t>
        <w:br/>
        <w:t>f 14519/28415/23744 14516/28412/23741 14520/28416/23745</w:t>
        <w:br/>
        <w:t>f 14510/28406/23735 14509/28405/23734 14521/28417/23746</w:t>
        <w:br/>
        <w:t>f 14520/28416/23745 14510/28406/23735 14521/28417/23746</w:t>
        <w:br/>
        <w:t>f 14509/28405/23734 14511/28407/23736 14522/28418/23747</w:t>
        <w:br/>
        <w:t>f 14521/28417/23746 14509/28405/23734 14522/28418/23747</w:t>
        <w:br/>
        <w:t>f 14522/28418/23747 14511/28407/23736 14512/28408/23737</w:t>
        <w:br/>
        <w:t>f 14523/28419/23748 14522/28418/23747 14512/28408/23737</w:t>
        <w:br/>
        <w:t>f 14523/28419/23748 14512/28408/23737 14513/28409/23738</w:t>
        <w:br/>
        <w:t>f 14524/28420/23749 14523/28419/23748 14513/28409/23738</w:t>
        <w:br/>
        <w:t>f 14524/28420/23749 14513/28409/23738 14514/28410/23739</w:t>
        <w:br/>
        <w:t>f 14518/28413/23742 14524/28420/23749 14514/28410/23739</w:t>
        <w:br/>
        <w:t>f 14527/28421/23750 14526/28422/23751 14525/28423/23752</w:t>
        <w:br/>
        <w:t>f 14528/28424/23753 14527/28421/23750 14525/28423/23752</w:t>
        <w:br/>
        <w:t>f 14527/28421/23750 14530/28425/23754 14529/28426/23755</w:t>
        <w:br/>
        <w:t>f 14526/28422/23751 14527/28421/23750 14529/28426/23755</w:t>
        <w:br/>
        <w:t>f 14530/28425/23754 14532/28427/23756 14531/28428/23757</w:t>
        <w:br/>
        <w:t>f 14529/28426/23755 14530/28425/23754 14531/28428/23757</w:t>
        <w:br/>
        <w:t>f 14532/28427/23756 14534/28429/23758 14533/28430/23759</w:t>
        <w:br/>
        <w:t>f 14531/28428/23757 14532/28427/23756 14533/28430/23759</w:t>
        <w:br/>
        <w:t>f 14534/28429/23758 14536/28431/23760 14535/28432/23761</w:t>
        <w:br/>
        <w:t>f 14533/28430/23759 14534/28429/23758 14535/28432/23761</w:t>
        <w:br/>
        <w:t>f 14536/28431/23760 14538/28433/23762 14537/28434/23763</w:t>
        <w:br/>
        <w:t>f 14535/28432/23761 14536/28431/23760 14537/28434/23763</w:t>
        <w:br/>
        <w:t>f 14540/28435/23764 14539/28436/23765 14537/28434/23763</w:t>
        <w:br/>
        <w:t>f 14538/28433/23762 14540/28435/23764 14537/28434/23763</w:t>
        <w:br/>
        <w:t>f 14528/28424/23753 14525/28423/23752 14539/28436/23765</w:t>
        <w:br/>
        <w:t>f 14540/28435/23764 14528/28424/23753 14539/28436/23765</w:t>
        <w:br/>
        <w:t>f 14539/28436/23765 14542/28437/23766 14541/28438/23767</w:t>
        <w:br/>
        <w:t>f 14537/28434/23763 14539/28436/23765 14541/28438/23767</w:t>
        <w:br/>
        <w:t>f 14535/28432/23761 14537/28434/23763 14541/28438/23767</w:t>
        <w:br/>
        <w:t>f 14543/28439/23768 14535/28432/23761 14541/28438/23767</w:t>
        <w:br/>
        <w:t>f 14533/28430/23759 14535/28432/23761 14543/28439/23768</w:t>
        <w:br/>
        <w:t>f 14544/28440/23769 14533/28430/23759 14543/28439/23768</w:t>
        <w:br/>
        <w:t>f 14531/28428/23757 14533/28430/23759 14544/28440/23769</w:t>
        <w:br/>
        <w:t>f 14545/28441/23770 14531/28428/23757 14544/28440/23769</w:t>
        <w:br/>
        <w:t>f 14529/28426/23755 14531/28428/23757 14545/28441/23770</w:t>
        <w:br/>
        <w:t>f 14546/28442/23771 14529/28426/23755 14545/28441/23770</w:t>
        <w:br/>
        <w:t>f 14529/28426/23755 14546/28442/23771 14547/28443/23772</w:t>
        <w:br/>
        <w:t>f 14526/28422/23751 14529/28426/23755 14547/28443/23772</w:t>
        <w:br/>
        <w:t>f 14526/28422/23751 14547/28443/23772 14548/28444/23773</w:t>
        <w:br/>
        <w:t>f 14525/28423/23752 14526/28422/23751 14548/28444/23773</w:t>
        <w:br/>
        <w:t>f 14525/28423/23752 14548/28444/23773 14542/28437/23766</w:t>
        <w:br/>
        <w:t>f 14539/28436/23765 14525/28423/23752 14542/28437/23766</w:t>
        <w:br/>
        <w:t>f 14551/28445/23774 14550/28446/23775 14549/28447/23776</w:t>
        <w:br/>
        <w:t>f 14552/28448/23777 14551/28445/23774 14549/28447/23776</w:t>
        <w:br/>
        <w:t>f 14554/28449/23778 14552/28448/23777 14549/28447/23776</w:t>
        <w:br/>
        <w:t>f 14553/28450/23779 14554/28449/23778 14549/28447/23776</w:t>
        <w:br/>
        <w:t>f 14556/28451/23780 14554/28449/23778 14553/28450/23779</w:t>
        <w:br/>
        <w:t>f 14555/28452/23780 14556/28451/23780 14553/28450/23779</w:t>
        <w:br/>
        <w:t>f 14558/28453/23781 14556/28451/23780 14555/28452/23780</w:t>
        <w:br/>
        <w:t>f 14557/28454/23781 14558/28453/23781 14555/28452/23780</w:t>
        <w:br/>
        <w:t>f 14560/28455/23782 14558/28453/23781 14557/28454/23781</w:t>
        <w:br/>
        <w:t>f 14559/28456/23783 14560/28455/23782 14557/28454/23781</w:t>
        <w:br/>
        <w:t>f 14562/28457/23784 14560/28455/23782 14559/28456/23783</w:t>
        <w:br/>
        <w:t>f 14561/28458/23785 14562/28457/23784 14559/28456/23783</w:t>
        <w:br/>
        <w:t>f 14562/28457/23784 14561/28458/23785 14563/28459/23786</w:t>
        <w:br/>
        <w:t>f 14564/28460/23787 14562/28457/23784 14563/28459/23786</w:t>
        <w:br/>
        <w:t>f 14564/28460/23787 14563/28459/23786 14550/28446/23775</w:t>
        <w:br/>
        <w:t>f 14551/28445/23774 14564/28460/23787 14550/28446/23775</w:t>
        <w:br/>
        <w:t>f 14567/28461/23788 14566/28462/23789 14565/28463/23790</w:t>
        <w:br/>
        <w:t>f 14568/28464/23791 14567/28461/23788 14565/28463/23790</w:t>
        <w:br/>
        <w:t>f 14570/28465/23792 14568/28464/23791 14565/28463/23790</w:t>
        <w:br/>
        <w:t>f 14569/28466/23793 14570/28465/23792 14565/28463/23790</w:t>
        <w:br/>
        <w:t>f 14572/28467/23794 14570/28465/23792 14569/28466/23793</w:t>
        <w:br/>
        <w:t>f 14571/28468/23795 14572/28467/23794 14569/28466/23793</w:t>
        <w:br/>
        <w:t>f 14574/28469/23796 14572/28467/23794 14571/28468/23795</w:t>
        <w:br/>
        <w:t>f 14573/28470/23797 14574/28469/23796 14571/28468/23795</w:t>
        <w:br/>
        <w:t>f 14576/28471/23798 14574/28469/23796 14573/28470/23797</w:t>
        <w:br/>
        <w:t>f 14575/28472/23799 14576/28471/23798 14573/28470/23797</w:t>
        <w:br/>
        <w:t>f 14576/28471/23798 14575/28472/23799 14577/28473/23800</w:t>
        <w:br/>
        <w:t>f 14578/28474/23801 14576/28471/23798 14577/28473/23800</w:t>
        <w:br/>
        <w:t>f 14578/28474/23801 14577/28473/23800 14580/28475/23802</w:t>
        <w:br/>
        <w:t>f 14579/28476/23803 14578/28474/23801 14580/28475/23802</w:t>
        <w:br/>
        <w:t>f 14579/28476/23803 14580/28475/23802 14566/28462/23789</w:t>
        <w:br/>
        <w:t>f 14567/28461/23788 14579/28476/23803 14566/28462/23789</w:t>
        <w:br/>
        <w:t>f 14582/28477/23804 14581/28478/23805 14540/28435/23764</w:t>
        <w:br/>
        <w:t>f 14538/28433/23762 14582/28477/23804 14540/28435/23764</w:t>
        <w:br/>
        <w:t>f 14583/28479/23806 14582/28477/23804 14538/28433/23762</w:t>
        <w:br/>
        <w:t>f 14536/28431/23760 14583/28479/23806 14538/28433/23762</w:t>
        <w:br/>
        <w:t>f 14584/28480/23807 14583/28479/23806 14536/28431/23760</w:t>
        <w:br/>
        <w:t>f 14534/28429/23758 14584/28480/23807 14536/28431/23760</w:t>
        <w:br/>
        <w:t>f 14532/28427/23756 14585/28481/23808 14584/28480/23807</w:t>
        <w:br/>
        <w:t>f 14534/28429/23758 14532/28427/23756 14584/28480/23807</w:t>
        <w:br/>
        <w:t>f 14530/28425/23754 14586/28482/23809 14585/28481/23808</w:t>
        <w:br/>
        <w:t>f 14532/28427/23756 14530/28425/23754 14585/28481/23808</w:t>
        <w:br/>
        <w:t>f 14527/28421/23750 14587/28483/23810 14586/28482/23809</w:t>
        <w:br/>
        <w:t>f 14530/28425/23754 14527/28421/23750 14586/28482/23809</w:t>
        <w:br/>
        <w:t>f 14587/28483/23810 14527/28421/23750 14528/28424/23753</w:t>
        <w:br/>
        <w:t>f 14588/28484/23811 14587/28483/23810 14528/28424/23753</w:t>
        <w:br/>
        <w:t>f 14581/28478/23805 14588/28484/23811 14528/28424/23753</w:t>
        <w:br/>
        <w:t>f 14540/28435/23764 14581/28478/23805 14528/28424/23753</w:t>
        <w:br/>
        <w:t>f 14591/28485/23811 14590/28486/23812 14589/28487/23813</w:t>
        <w:br/>
        <w:t>f 14589/28487/23813 14590/28486/23812 14592/28488/23809</w:t>
        <w:br/>
        <w:t>f 14592/28488/23809 14590/28486/23812 14593/28489/23808</w:t>
        <w:br/>
        <w:t>f 14593/28489/23808 14590/28486/23812 14594/28490/23807</w:t>
        <w:br/>
        <w:t>f 14594/28490/23807 14590/28486/23812 14595/28491/23806</w:t>
        <w:br/>
        <w:t>f 14595/28491/23806 14590/28486/23812 14596/28492/23814</w:t>
        <w:br/>
        <w:t>f 14596/28492/23814 14590/28486/23812 14597/28493/23815</w:t>
        <w:br/>
        <w:t>f 14597/28493/23815 14590/28486/23812 14591/28485/23811</w:t>
        <w:br/>
        <w:t>f 14601/28494/23816 14600/28495/23817 14599/28496/23818</w:t>
        <w:br/>
        <w:t>f 14598/28497/23819 14601/28494/23816 14599/28496/23818</w:t>
        <w:br/>
        <w:t>f 14599/28496/23818 14603/28498/23820 14602/28499/23821</w:t>
        <w:br/>
        <w:t>f 14598/28497/23819 14599/28496/23818 14602/28499/23821</w:t>
        <w:br/>
        <w:t>f 14603/28498/23820 14605/28500/23822 14604/28501/23823</w:t>
        <w:br/>
        <w:t>f 14602/28499/23821 14603/28498/23820 14604/28501/23823</w:t>
        <w:br/>
        <w:t>f 14605/28500/23822 14607/28502/23824 14606/28503/23825</w:t>
        <w:br/>
        <w:t>f 14604/28501/23823 14605/28500/23822 14606/28503/23825</w:t>
        <w:br/>
        <w:t>f 14607/28502/23824 14609/28504/23826 14608/28505/23827</w:t>
        <w:br/>
        <w:t>f 14606/28503/23825 14607/28502/23824 14608/28505/23827</w:t>
        <w:br/>
        <w:t>f 14608/28505/23827 14609/28504/23826 14611/28506/23828</w:t>
        <w:br/>
        <w:t>f 14610/28507/23829 14608/28505/23827 14611/28506/23828</w:t>
        <w:br/>
        <w:t>f 14610/28507/23829 14611/28506/23828 14613/28508/23830</w:t>
        <w:br/>
        <w:t>f 14612/28509/23831 14610/28507/23829 14613/28508/23830</w:t>
        <w:br/>
        <w:t>f 14612/28509/23831 14613/28508/23830 14600/28495/23817</w:t>
        <w:br/>
        <w:t>f 14601/28494/23816 14612/28509/23831 14600/28495/23817</w:t>
        <w:br/>
        <w:t>f 14600/28495/23817 14615/28510/23832 14614/28511/23833</w:t>
        <w:br/>
        <w:t>f 14599/28496/23818 14600/28495/23817 14614/28511/23833</w:t>
        <w:br/>
        <w:t>f 14598/28497/23819 14565/28463/23790 14566/28462/23789</w:t>
        <w:br/>
        <w:t>f 14601/28494/23816 14598/28497/23819 14566/28462/23789</w:t>
        <w:br/>
        <w:t>f 14603/28498/23820 14599/28496/23818 14614/28511/23833</w:t>
        <w:br/>
        <w:t>f 14616/28512/23834 14603/28498/23820 14614/28511/23833</w:t>
        <w:br/>
        <w:t>f 14598/28497/23819 14602/28499/23821 14569/28466/23793</w:t>
        <w:br/>
        <w:t>f 14565/28463/23790 14598/28497/23819 14569/28466/23793</w:t>
        <w:br/>
        <w:t>f 14605/28500/23822 14603/28498/23820 14616/28512/23834</w:t>
        <w:br/>
        <w:t>f 14617/28513/23835 14605/28500/23822 14616/28512/23834</w:t>
        <w:br/>
        <w:t>f 14602/28499/23821 14604/28501/23823 14571/28468/23795</w:t>
        <w:br/>
        <w:t>f 14569/28466/23793 14602/28499/23821 14571/28468/23795</w:t>
        <w:br/>
        <w:t>f 14607/28502/23824 14605/28500/23822 14617/28513/23835</w:t>
        <w:br/>
        <w:t>f 14618/28514/23836 14607/28502/23824 14617/28513/23835</w:t>
        <w:br/>
        <w:t>f 14604/28501/23823 14606/28503/23825 14573/28470/23797</w:t>
        <w:br/>
        <w:t>f 14571/28468/23795 14604/28501/23823 14573/28470/23797</w:t>
        <w:br/>
        <w:t>f 14609/28504/23826 14607/28502/23824 14618/28514/23836</w:t>
        <w:br/>
        <w:t>f 14619/28515/23837 14609/28504/23826 14618/28514/23836</w:t>
        <w:br/>
        <w:t>f 14606/28503/23825 14608/28505/23827 14575/28472/23799</w:t>
        <w:br/>
        <w:t>f 14573/28470/23797 14606/28503/23825 14575/28472/23799</w:t>
        <w:br/>
        <w:t>f 14611/28506/23828 14609/28504/23826 14619/28515/23837</w:t>
        <w:br/>
        <w:t>f 14620/28516/23838 14611/28506/23828 14619/28515/23837</w:t>
        <w:br/>
        <w:t>f 14610/28507/23829 14577/28473/23800 14575/28472/23799</w:t>
        <w:br/>
        <w:t>f 14608/28505/23827 14610/28507/23829 14575/28472/23799</w:t>
        <w:br/>
        <w:t>f 14611/28506/23828 14620/28516/23838 14621/28517/23839</w:t>
        <w:br/>
        <w:t>f 14613/28508/23830 14611/28506/23828 14621/28517/23839</w:t>
        <w:br/>
        <w:t>f 14612/28509/23831 14580/28475/23802 14577/28473/23800</w:t>
        <w:br/>
        <w:t>f 14610/28507/23829 14612/28509/23831 14577/28473/23800</w:t>
        <w:br/>
        <w:t>f 14613/28508/23830 14621/28517/23839 14615/28510/23832</w:t>
        <w:br/>
        <w:t>f 14600/28495/23817 14613/28508/23830 14615/28510/23832</w:t>
        <w:br/>
        <w:t>f 14601/28494/23816 14566/28462/23789 14580/28475/23802</w:t>
        <w:br/>
        <w:t>f 14612/28509/23831 14601/28494/23816 14580/28475/23802</w:t>
        <w:br/>
        <w:t>f 14621/28517/23839 14623/28518/23840 14622/28519/23841</w:t>
        <w:br/>
        <w:t>f 14615/28510/23832 14621/28517/23839 14622/28519/23841</w:t>
        <w:br/>
        <w:t>f 14620/28516/23838 14624/28520/23842 14623/28518/23840</w:t>
        <w:br/>
        <w:t>f 14621/28517/23839 14620/28516/23838 14623/28518/23840</w:t>
        <w:br/>
        <w:t>f 14624/28520/23842 14620/28516/23838 14619/28515/23837</w:t>
        <w:br/>
        <w:t>f 14625/28521/23843 14624/28520/23842 14619/28515/23837</w:t>
        <w:br/>
        <w:t>f 14619/28515/23837 14618/28514/23836 14626/28522/23844</w:t>
        <w:br/>
        <w:t>f 14625/28521/23843 14619/28515/23837 14626/28522/23844</w:t>
        <w:br/>
        <w:t>f 14618/28514/23836 14617/28513/23835 14627/28523/23845</w:t>
        <w:br/>
        <w:t>f 14626/28522/23844 14618/28514/23836 14627/28523/23845</w:t>
        <w:br/>
        <w:t>f 14617/28513/23835 14616/28512/23834 14628/28524/23846</w:t>
        <w:br/>
        <w:t>f 14627/28523/23845 14617/28513/23835 14628/28524/23846</w:t>
        <w:br/>
        <w:t>f 14616/28512/23834 14614/28511/23833 14629/28525/23847</w:t>
        <w:br/>
        <w:t>f 14628/28524/23846 14616/28512/23834 14629/28525/23847</w:t>
        <w:br/>
        <w:t>f 14629/28525/23847 14614/28511/23833 14615/28510/23832</w:t>
        <w:br/>
        <w:t>f 14622/28519/23841 14629/28525/23847 14615/28510/23832</w:t>
        <w:br/>
        <w:t>f 14631/28526/23848 14630/28527/23849 13907/27801/23255</w:t>
        <w:br/>
        <w:t>f 13908/27804/23258 14631/28526/23848 13907/27801/23255</w:t>
        <w:br/>
        <w:t>f 13912/27805/23259 14633/28528/23850 14632/28529/23851</w:t>
        <w:br/>
        <w:t>f 13911/27806/23260 13912/27805/23259 14632/28529/23851</w:t>
        <w:br/>
        <w:t>f 14635/28530/23852 14634/28531/23853 13915/27810/23264</w:t>
        <w:br/>
        <w:t>f 13916/27809/23263 14635/28530/23852 13915/27810/23264</w:t>
        <w:br/>
        <w:t>f 14634/28531/23853 14636/28532/23854 13918/27813/23267</w:t>
        <w:br/>
        <w:t>f 13915/27810/23264 14634/28531/23853 13918/27813/23267</w:t>
        <w:br/>
        <w:t>f 13922/27818/23269 14011/27908/23352 14012/27907/23352</w:t>
        <w:br/>
        <w:t>f 13921/27815/23269 13922/27818/23269 14012/27907/23352</w:t>
        <w:br/>
        <w:t>f 14638/28533/23855 14637/28534/23856 13924/27821/23274</w:t>
        <w:br/>
        <w:t>f 13925/27820/23273 14638/28533/23855 13924/27821/23274</w:t>
        <w:br/>
        <w:t>f 13975/27873/23323 14639/28535/23857 13928/27825/23278</w:t>
        <w:br/>
        <w:t>f 13929/27824/23277 13975/27873/23323 13928/27825/23278</w:t>
        <w:br/>
        <w:t>f 13962/27860/23310 13959/27857/23307 13949/27844/23295</w:t>
        <w:br/>
        <w:t>f 13950/27843/23294 13962/27860/23310 13949/27844/23295</w:t>
        <w:br/>
        <w:t>f 13968/27866/23316 13956/27853/23303 13957/27852/23302</w:t>
        <w:br/>
        <w:t>f 13965/27863/23313 13968/27866/23316 13957/27852/23302</w:t>
        <w:br/>
        <w:t>f 14640/28536/23858 13948/27845/23296 13949/27844/23295</w:t>
        <w:br/>
        <w:t>f 13960/27856/23306 14640/28536/23858 13949/27844/23295</w:t>
        <w:br/>
        <w:t>f 13947/27846/23297 14641/28537/23859 13964/27858/23308</w:t>
        <w:br/>
        <w:t>f 13950/27843/23294 13947/27846/23297 13964/27858/23308</w:t>
        <w:br/>
        <w:t>f 13958/27851/23301 14642/28538/23860 13967/27861/23311</w:t>
        <w:br/>
        <w:t>f 13957/27852/23302 13958/27851/23301 13967/27861/23311</w:t>
        <w:br/>
        <w:t>f 13955/27854/23304 13956/27853/23303 13969/27865/23315</w:t>
        <w:br/>
        <w:t>f 14643/28539/23861 13955/27854/23304 13969/27865/23315</w:t>
        <w:br/>
        <w:t>f 13972/27867/23317 14271/28167/23529 14633/28528/23850</w:t>
        <w:br/>
        <w:t>f 13912/27805/23259 13972/27867/23317 14633/28528/23850</w:t>
        <w:br/>
        <w:t>f 13929/27824/23277 13930/27823/23276 14644/28540/23862</w:t>
        <w:br/>
        <w:t>f 13977/27871/23321 13929/27824/23277 14644/28540/23862</w:t>
        <w:br/>
        <w:t>f 13941/27836/23288 13942/27835/23287 14269/28165/23527</w:t>
        <w:br/>
        <w:t>f 13984/27878/23328 13941/27836/23288 14269/28165/23527</w:t>
        <w:br/>
        <w:t>f 13931/27830/23283 14645/28541/23863 14270/28166/23528</w:t>
        <w:br/>
        <w:t>f 13988/27883/23332 13931/27830/23283 14270/28166/23528</w:t>
        <w:br/>
        <w:t>f 13918/27813/23267 14636/28532/23854 13997/27895/23342</w:t>
        <w:br/>
        <w:t>f 13990/27885/23334 13918/27813/23267 13997/27895/23342</w:t>
        <w:br/>
        <w:t>f 14637/28534/23856 14646/28542/23864 13993/27890/23338</w:t>
        <w:br/>
        <w:t>f 13924/27821/23274 14637/28534/23856 13993/27890/23338</w:t>
        <w:br/>
        <w:t>f 14647/28543/23865 13989/27886/23335 13990/27885/23334</w:t>
        <w:br/>
        <w:t>f 13998/27894/23341 14647/28543/23865 13990/27885/23334</w:t>
        <w:br/>
        <w:t>f 13993/27890/23338 14646/28542/23864 14648/28544/23866</w:t>
        <w:br/>
        <w:t>f 14001/27896/23343 13993/27890/23338 14648/28544/23866</w:t>
        <w:br/>
        <w:t>f 14630/28527/23849 13983/27879/23329 13984/27878/23328</w:t>
        <w:br/>
        <w:t>f 13907/27801/23255 14630/28527/23849 13984/27878/23328</w:t>
        <w:br/>
        <w:t>f 14639/28535/23857 13987/27884/23333 13988/27883/23332</w:t>
        <w:br/>
        <w:t>f 13928/27825/23278 14639/28535/23857 13988/27883/23332</w:t>
        <w:br/>
        <w:t>f 13971/27868/23318 14631/28526/23848 13908/27804/23258</w:t>
        <w:br/>
        <w:t>f 13972/27867/23317 13971/27868/23318 13908/27804/23258</w:t>
        <w:br/>
        <w:t>f 14649/28545/23867 14273/28168/23530 13977/27871/23321</w:t>
        <w:br/>
        <w:t>f 14644/28540/23862 14649/28545/23867 13977/27871/23321</w:t>
        <w:br/>
        <w:t>f 13932/27829/23282 14416/28314/23644 14645/28541/23863</w:t>
        <w:br/>
        <w:t>f 13931/27830/23283 13932/27829/23282 14645/28541/23863</w:t>
        <w:br/>
        <w:t>f 30523/28546/23868 30522/28547/23869 30521/28548/23870</w:t>
        <w:br/>
        <w:t>f 30520/28549/23871 30523/28546/23868 30521/28548/23870</w:t>
        <w:br/>
        <w:t>f 30526/28550/23872 30525/28551/23873 30524/28552/23874</w:t>
        <w:br/>
        <w:t>f 30529/28553/23875 30528/28554/23876 30527/28555/23877</w:t>
        <w:br/>
        <w:t>f 30530/28556/23877 30529/28553/23875 30527/28555/23877</w:t>
        <w:br/>
        <w:t>f 30531/28557/23878 30533/28558/23879 30532/28559/23880</w:t>
        <w:br/>
        <w:t>f 30531/28557/23878 30534/28560/23881 30533/28558/23879</w:t>
        <w:br/>
        <w:t>f 30531/28557/23878 30535/28561/23882 30534/28560/23881</w:t>
        <w:br/>
        <w:t>f 30530/28556/23877 30527/28555/23877 30536/28562/23883</w:t>
        <w:br/>
        <w:t>f 30537/28563/23883 30530/28556/23877 30536/28562/23883</w:t>
        <w:br/>
        <w:t>f 30528/28554/23876 30529/28553/23875 30539/28564/23884</w:t>
        <w:br/>
        <w:t>f 30538/28565/23885 30528/28554/23876 30539/28564/23884</w:t>
        <w:br/>
        <w:t>f 30541/28566/23886 30540/28567/23887 30523/28546/23868</w:t>
        <w:br/>
        <w:t>f 30520/28549/23871 30541/28566/23886 30523/28546/23868</w:t>
        <w:br/>
        <w:t>f 30542/28568/23888 30537/28563/23883 30536/28562/23883</w:t>
        <w:br/>
        <w:t>f 30543/28569/23889 30542/28568/23888 30536/28562/23883</w:t>
        <w:br/>
        <w:t>f 30547/28570/23890 30546/28571/23891 30545/28572/23892</w:t>
        <w:br/>
        <w:t>f 30544/28573/23893 30547/28570/23890 30545/28572/23892</w:t>
        <w:br/>
        <w:t>f 30549/28574/23894 30548/28575/23895 30544/28573/23893</w:t>
        <w:br/>
        <w:t>f 30545/28572/23892 30549/28574/23894 30544/28573/23893</w:t>
        <w:br/>
        <w:t>f 30552/28576/23896 30551/28577/23897 30550/28578/23898</w:t>
        <w:br/>
        <w:t>f 30553/28579/23899 30552/28576/23896 30550/28578/23898</w:t>
        <w:br/>
        <w:t>f 30556/28580/23900 30555/28581/23901 30554/28582/23902</w:t>
        <w:br/>
        <w:t>f 30558/28583/23903 30549/28574/23894 30545/28572/23892</w:t>
        <w:br/>
        <w:t>f 30557/28584/23904 30558/28583/23903 30545/28572/23892</w:t>
        <w:br/>
        <w:t>f 30547/28570/23890 30550/28578/23898 30559/28585/23905</w:t>
        <w:br/>
        <w:t>f 30546/28571/23891 30547/28570/23890 30559/28585/23905</w:t>
        <w:br/>
        <w:t>f 30563/28586/23906 30562/28587/23907 30561/28588/23908</w:t>
        <w:br/>
        <w:t>f 30560/28589/23909 30563/28586/23906 30561/28588/23908</w:t>
        <w:br/>
        <w:t>f 30563/28586/23906 30560/28589/23909 30565/28590/23910</w:t>
        <w:br/>
        <w:t>f 30564/28591/23911 30563/28586/23906 30565/28590/23910</w:t>
        <w:br/>
        <w:t>f 30522/28547/23869 30535/28561/23882 30526/28550/23872</w:t>
        <w:br/>
        <w:t>f 30521/28548/23870 30522/28547/23869 30526/28550/23872</w:t>
        <w:br/>
        <w:t>f 30566/28592/23912 30534/28560/23881 30535/28561/23882</w:t>
        <w:br/>
        <w:t>f 30522/28547/23869 30566/28592/23912 30535/28561/23882</w:t>
        <w:br/>
        <w:t>f 30556/28580/23900 30567/28593/23913 30555/28581/23901</w:t>
        <w:br/>
        <w:t>f 30548/28575/23895 30549/28574/23894 30568/28594/23914</w:t>
        <w:br/>
        <w:t>f 30567/28593/23913 30548/28575/23895 30568/28594/23914</w:t>
        <w:br/>
        <w:t>f 30549/28574/23894 30558/28583/23903 30569/28595/23915</w:t>
        <w:br/>
        <w:t>f 30568/28594/23914 30549/28574/23894 30569/28595/23915</w:t>
        <w:br/>
        <w:t>f 30572/28596/23916 30571/28597/23917 30570/28598/23918</w:t>
        <w:br/>
        <w:t>f 30573/28599/23919 30572/28596/23916 30570/28598/23918</w:t>
        <w:br/>
        <w:t>f 30575/28600/23920 30569/28595/23915 30574/28601/23921</w:t>
        <w:br/>
        <w:t>f 30579/28602/23922 30578/28603/23923 30577/28604/23924</w:t>
        <w:br/>
        <w:t>f 30576/28605/23925 30579/28602/23922 30577/28604/23924</w:t>
        <w:br/>
        <w:t>f 30582/28606/23926 30581/28607/23927 30577/28604/23924</w:t>
        <w:br/>
        <w:t>f 30580/28608/23928 30582/28606/23926 30577/28604/23924</w:t>
        <w:br/>
        <w:t>f 30586/28609/23929 30585/28610/23930 30584/28611/23931</w:t>
        <w:br/>
        <w:t>f 30583/28612/23932 30586/28609/23929 30584/28611/23931</w:t>
        <w:br/>
        <w:t>f 30588/28613/23933 30587/28614/23934 30583/28612/23932</w:t>
        <w:br/>
        <w:t>f 30584/28611/23931 30588/28613/23933 30583/28612/23932</w:t>
        <w:br/>
        <w:t>f 30590/28615/23935 30589/28616/23936 30587/28614/23934</w:t>
        <w:br/>
        <w:t>f 30588/28613/23933 30590/28615/23935 30587/28614/23934</w:t>
        <w:br/>
        <w:t>f 30594/28617/23937 30593/28618/23938 30592/28619/23939</w:t>
        <w:br/>
        <w:t>f 30591/28620/23940 30594/28617/23937 30592/28619/23939</w:t>
        <w:br/>
        <w:t>f 30597/28621/23941 30593/28618/23938 30596/28622/23942</w:t>
        <w:br/>
        <w:t>f 30595/28623/23943 30597/28621/23941 30596/28622/23942</w:t>
        <w:br/>
        <w:t>f 30601/28624/23944 30600/28625/23945 30599/28626/23946</w:t>
        <w:br/>
        <w:t>f 30598/28627/23947 30601/28624/23944 30599/28626/23946</w:t>
        <w:br/>
        <w:t>f 30603/28628/23948 30601/28624/23944 30598/28627/23947</w:t>
        <w:br/>
        <w:t>f 30602/28629/23949 30603/28628/23948 30598/28627/23947</w:t>
        <w:br/>
        <w:t>f 30586/28609/23929 30583/28612/23932 30605/28630/23950</w:t>
        <w:br/>
        <w:t>f 30604/28631/23951 30586/28609/23929 30605/28630/23950</w:t>
        <w:br/>
        <w:t>f 30583/28612/23932 30587/28614/23934 30606/28632/23952</w:t>
        <w:br/>
        <w:t>f 30605/28630/23950 30583/28612/23932 30606/28632/23952</w:t>
        <w:br/>
        <w:t>f 30606/28632/23952 30587/28614/23934 30589/28616/23936</w:t>
        <w:br/>
        <w:t>f 30607/28633/23953 30606/28632/23952 30589/28616/23936</w:t>
        <w:br/>
        <w:t>f 30609/28634/23954 30608/28635/23955 30578/28603/23923</w:t>
        <w:br/>
        <w:t>f 30601/28624/23944 30603/28628/23948 30611/28636/23956</w:t>
        <w:br/>
        <w:t>f 30610/28637/23957 30601/28624/23944 30611/28636/23956</w:t>
        <w:br/>
        <w:t>f 30604/28631/23951 30613/28638/23958 30612/28639/23959</w:t>
        <w:br/>
        <w:t>f 30586/28609/23929 30604/28631/23951 30612/28639/23959</w:t>
        <w:br/>
        <w:t>f 30586/28609/23929 30612/28639/23959 30614/28640/23960</w:t>
        <w:br/>
        <w:t>f 30585/28610/23930 30586/28609/23929 30614/28640/23960</w:t>
        <w:br/>
        <w:t>f 30612/28639/23959 30616/28641/23961 30615/28642/23962</w:t>
        <w:br/>
        <w:t>f 30614/28640/23960 30612/28639/23959 30615/28642/23962</w:t>
        <w:br/>
        <w:t>f 30619/28643/23963 30609/28634/23954 30618/28644/23964</w:t>
        <w:br/>
        <w:t>f 30617/28645/23965 30619/28643/23963 30618/28644/23964</w:t>
        <w:br/>
        <w:t>f 30620/28646/23966 30617/28645/23965 30614/28640/23960</w:t>
        <w:br/>
        <w:t>f 30615/28642/23962 30620/28646/23966 30614/28640/23960</w:t>
        <w:br/>
        <w:t>f 30613/28638/23958 30621/28647/23967 30616/28641/23961</w:t>
        <w:br/>
        <w:t>f 30612/28639/23959 30613/28638/23958 30616/28641/23961</w:t>
        <w:br/>
        <w:t>f 30585/28610/23930 30614/28640/23960 30617/28645/23965</w:t>
        <w:br/>
        <w:t>f 30618/28644/23964 30585/28610/23930 30617/28645/23965</w:t>
        <w:br/>
        <w:t>f 30609/28634/23954 30622/28648/23968 30608/28635/23955</w:t>
        <w:br/>
        <w:t>f 30622/28648/23968 30609/28634/23954 30623/28649/23969</w:t>
        <w:br/>
        <w:t>f 30603/28628/23948 30594/28617/23937 30591/28620/23940</w:t>
        <w:br/>
        <w:t>f 30611/28636/23956 30603/28628/23948 30591/28620/23940</w:t>
        <w:br/>
        <w:t>f 30594/28617/23937 30603/28628/23948 30602/28629/23949</w:t>
        <w:br/>
        <w:t>f 30624/28650/23970 30594/28617/23937 30602/28629/23949</w:t>
        <w:br/>
        <w:t>f 30625/28651/23971 30590/28615/23935 30588/28613/23933</w:t>
        <w:br/>
        <w:t>f 30576/28605/23925 30625/28651/23971 30588/28613/23933</w:t>
        <w:br/>
        <w:t>f 30584/28611/23931 30579/28602/23922 30576/28605/23925</w:t>
        <w:br/>
        <w:t>f 30588/28613/23933 30584/28611/23931 30576/28605/23925</w:t>
        <w:br/>
        <w:t>f 30618/28644/23964 30579/28602/23922 30584/28611/23931</w:t>
        <w:br/>
        <w:t>f 30585/28610/23930 30618/28644/23964 30584/28611/23931</w:t>
        <w:br/>
        <w:t>f 30627/28652/23972 30626/28653/23973 30619/28643/23963</w:t>
        <w:br/>
        <w:t>f 30628/28654/23974 30627/28652/23972 30619/28643/23963</w:t>
        <w:br/>
        <w:t>f 30627/28652/23972 30629/28655/23975 30570/28598/23918</w:t>
        <w:br/>
        <w:t>f 30626/28653/23973 30627/28652/23972 30570/28598/23918</w:t>
        <w:br/>
        <w:t>f 30632/28656/23976 30631/28657/23977 30630/28658/23978</w:t>
        <w:br/>
        <w:t>f 30633/28659/23979 30632/28656/23976 30630/28658/23978</w:t>
        <w:br/>
        <w:t>f 30632/28656/23976 30633/28659/23979 30635/28660/23980</w:t>
        <w:br/>
        <w:t>f 30634/28661/23981 30632/28656/23976 30635/28660/23980</w:t>
        <w:br/>
        <w:t>f 30638/28662/23982 30637/28663/23983 30636/28664/23984</w:t>
        <w:br/>
        <w:t>f 30639/28665/23985 30638/28662/23982 30636/28664/23984</w:t>
        <w:br/>
        <w:t>f 30641/28666/23986 30640/28667/23987 30636/28664/23984</w:t>
        <w:br/>
        <w:t>f 30643/28668/23988 30642/28669/23989 30639/28665/23985</w:t>
        <w:br/>
        <w:t>f 30644/28670/23990 30638/28662/23982 30639/28665/23985</w:t>
        <w:br/>
        <w:t>f 30647/28671/23991 30646/28672/23992 30635/28660/23980</w:t>
        <w:br/>
        <w:t>f 30645/28673/23993 30647/28671/23991 30635/28660/23980</w:t>
        <w:br/>
        <w:t>f 30651/28674/23994 30650/28675/23995 30649/28676/23996</w:t>
        <w:br/>
        <w:t>f 30648/28677/23997 30651/28674/23994 30649/28676/23996</w:t>
        <w:br/>
        <w:t>f 30653/28678/23998 30651/28674/23994 30648/28677/23997</w:t>
        <w:br/>
        <w:t>f 30652/28679/23999 30653/28678/23998 30648/28677/23997</w:t>
        <w:br/>
        <w:t>f 30657/28680/24000 30656/28681/24001 30655/28682/24002</w:t>
        <w:br/>
        <w:t>f 30654/28683/24003 30657/28680/24000 30655/28682/24002</w:t>
        <w:br/>
        <w:t>f 30661/28684/24004 30660/28685/24005 30659/28686/24006</w:t>
        <w:br/>
        <w:t>f 30658/28687/24007 30661/28684/24004 30659/28686/24006</w:t>
        <w:br/>
        <w:t>f 30665/28688/24008 30664/28689/24009 30663/28690/24010</w:t>
        <w:br/>
        <w:t>f 30662/28691/24011 30665/28688/24008 30663/28690/24010</w:t>
        <w:br/>
        <w:t>f 30664/28689/24009 30667/28692/24012 30666/28693/24013</w:t>
        <w:br/>
        <w:t>f 30663/28690/24010 30664/28689/24009 30666/28693/24013</w:t>
        <w:br/>
        <w:t>f 30649/28676/23996 30668/28694/24014 30663/28690/24010</w:t>
        <w:br/>
        <w:t>f 30666/28693/24013 30649/28676/23996 30663/28690/24010</w:t>
        <w:br/>
        <w:t>f 30668/28694/24014 30658/28687/24007 30662/28691/24011</w:t>
        <w:br/>
        <w:t>f 30663/28690/24010 30668/28694/24014 30662/28691/24011</w:t>
        <w:br/>
        <w:t>f 30670/28695/24015 30669/28696/24016 30664/28689/24009</w:t>
        <w:br/>
        <w:t>f 30665/28688/24008 30670/28695/24015 30664/28689/24009</w:t>
        <w:br/>
        <w:t>f 30672/28697/24017 30653/28678/23998 30652/28679/23999</w:t>
        <w:br/>
        <w:t>f 30671/28698/24018 30672/28697/24017 30652/28679/23999</w:t>
        <w:br/>
        <w:t>f 30672/28697/24017 30671/28698/24018 30673/28699/24019</w:t>
        <w:br/>
        <w:t>f 30674/28700/24020 30672/28697/24017 30673/28699/24019</w:t>
        <w:br/>
        <w:t>f 30646/28672/23992 30675/28701/24021 30634/28661/23981</w:t>
        <w:br/>
        <w:t>f 30635/28660/23980 30646/28672/23992 30634/28661/23981</w:t>
        <w:br/>
        <w:t>f 30676/28702/24022 30661/28684/24004 30658/28687/24007</w:t>
        <w:br/>
        <w:t>f 30668/28694/24014 30676/28702/24022 30658/28687/24007</w:t>
        <w:br/>
        <w:t>f 30668/28694/24014 30649/28676/23996 30650/28675/23995</w:t>
        <w:br/>
        <w:t>f 30676/28702/24022 30668/28694/24014 30650/28675/23995</w:t>
        <w:br/>
        <w:t>f 30678/28703/24023 30677/28704/24024 30646/28672/23992</w:t>
        <w:br/>
        <w:t>f 30647/28671/23991 30678/28703/24023 30646/28672/23992</w:t>
        <w:br/>
        <w:t>f 30677/28704/24024 30678/28703/24023 30680/28705/24025</w:t>
        <w:br/>
        <w:t>f 30679/28706/24026 30677/28704/24024 30680/28705/24025</w:t>
        <w:br/>
        <w:t>f 30636/28664/23984 30640/28667/23987 30681/28707/24027</w:t>
        <w:br/>
        <w:t>f 30652/28679/23999 30648/28677/23997 30683/28708/24028</w:t>
        <w:br/>
        <w:t>f 30682/28709/24029 30652/28679/23999 30683/28708/24028</w:t>
        <w:br/>
        <w:t>f 30666/28693/24013 30683/28708/24028 30648/28677/23997</w:t>
        <w:br/>
        <w:t>f 30649/28676/23996 30666/28693/24013 30648/28677/23997</w:t>
        <w:br/>
        <w:t>f 30685/28710/24030 30684/28711/24031 30673/28699/24019</w:t>
        <w:br/>
        <w:t>f 30671/28698/24018 30685/28710/24030 30673/28699/24019</w:t>
        <w:br/>
        <w:t>f 30682/28709/24029 30685/28710/24030 30671/28698/24018</w:t>
        <w:br/>
        <w:t>f 30652/28679/23999 30682/28709/24029 30671/28698/24018</w:t>
        <w:br/>
        <w:t>f 30672/28697/24017 30674/28700/24020 30687/28712/24032</w:t>
        <w:br/>
        <w:t>f 30686/28713/24033 30672/28697/24017 30687/28712/24032</w:t>
        <w:br/>
        <w:t>f 30690/28714/24034 30686/28713/24033 30689/28715/24035</w:t>
        <w:br/>
        <w:t>f 30688/28716/24036 30690/28714/24034 30689/28715/24035</w:t>
        <w:br/>
        <w:t>f 30653/28678/23998 30672/28697/24017 30686/28713/24033</w:t>
        <w:br/>
        <w:t>f 30690/28714/24034 30653/28678/23998 30686/28713/24033</w:t>
        <w:br/>
        <w:t>f 30645/28673/23993 30635/28660/23980 30633/28659/23979</w:t>
        <w:br/>
        <w:t>f 30692/28717/24037 30691/28718/24038 30661/28684/24004</w:t>
        <w:br/>
        <w:t>f 30676/28702/24022 30692/28717/24037 30661/28684/24004</w:t>
        <w:br/>
        <w:t>f 30676/28702/24022 30650/28675/23995 30693/28719/24039</w:t>
        <w:br/>
        <w:t>f 30692/28717/24037 30676/28702/24022 30693/28719/24039</w:t>
        <w:br/>
        <w:t>f 30692/28717/24037 30693/28719/24039 30695/28720/24040</w:t>
        <w:br/>
        <w:t>f 30694/28721/24041 30692/28717/24037 30695/28720/24040</w:t>
        <w:br/>
        <w:t>f 30691/28718/24038 30692/28717/24037 30694/28721/24041</w:t>
        <w:br/>
        <w:t>f 30696/28722/24042 30691/28718/24038 30694/28721/24041</w:t>
        <w:br/>
        <w:t>f 30691/28718/24038 30697/28723/24043 30660/28685/24005</w:t>
        <w:br/>
        <w:t>f 30661/28684/24004 30691/28718/24038 30660/28685/24005</w:t>
        <w:br/>
        <w:t>f 30696/28722/24042 30698/28724/24044 30697/28723/24043</w:t>
        <w:br/>
        <w:t>f 30691/28718/24038 30696/28722/24042 30697/28723/24043</w:t>
        <w:br/>
        <w:t>f 30702/28725/24045 30701/28726/24046 30700/28727/24047</w:t>
        <w:br/>
        <w:t>f 30699/28728/24048 30702/28725/24045 30700/28727/24047</w:t>
        <w:br/>
        <w:t>f 30654/28683/24003 30655/28682/24002 30701/28726/24046</w:t>
        <w:br/>
        <w:t>f 30702/28725/24045 30654/28683/24003 30701/28726/24046</w:t>
        <w:br/>
        <w:t>f 30650/28675/23995 30651/28674/23994 30703/28729/24049</w:t>
        <w:br/>
        <w:t>f 30693/28719/24039 30650/28675/23995 30703/28729/24049</w:t>
        <w:br/>
        <w:t>f 30690/28714/24034 30703/28729/24049 30651/28674/23994</w:t>
        <w:br/>
        <w:t>f 30653/28678/23998 30690/28714/24034 30651/28674/23994</w:t>
        <w:br/>
        <w:t>f 30688/28716/24036 30704/28730/24050 30703/28729/24049</w:t>
        <w:br/>
        <w:t>f 30690/28714/24034 30688/28716/24036 30703/28729/24049</w:t>
        <w:br/>
        <w:t>f 30704/28730/24050 30695/28720/24040 30693/28719/24039</w:t>
        <w:br/>
        <w:t>f 30703/28729/24049 30704/28730/24050 30693/28719/24039</w:t>
        <w:br/>
        <w:t>f 30707/28731/24051 30706/28732/24051 30705/28733/24051</w:t>
        <w:br/>
        <w:t>f 30688/28716/24036 30689/28715/24035 30681/28707/24027</w:t>
        <w:br/>
        <w:t>f 30640/28667/23987 30688/28716/24036 30681/28707/24027</w:t>
        <w:br/>
        <w:t>f 30638/28662/23982 30644/28670/23990 30696/28722/24042</w:t>
        <w:br/>
        <w:t>f 30694/28721/24041 30638/28662/23982 30696/28722/24042</w:t>
        <w:br/>
        <w:t>f 30637/28663/23983 30638/28662/23982 30694/28721/24041</w:t>
        <w:br/>
        <w:t>f 30695/28720/24040 30637/28663/23983 30694/28721/24041</w:t>
        <w:br/>
        <w:t>f 30644/28670/23990 30698/28724/24044 30696/28722/24042</w:t>
        <w:br/>
        <w:t>f 30641/28666/23986 30637/28663/23983 30695/28720/24040</w:t>
        <w:br/>
        <w:t>f 30704/28730/24050 30641/28666/23986 30695/28720/24040</w:t>
        <w:br/>
        <w:t>f 30640/28667/23987 30641/28666/23986 30704/28730/24050</w:t>
        <w:br/>
        <w:t>f 30688/28716/24036 30640/28667/23987 30704/28730/24050</w:t>
        <w:br/>
        <w:t>f 30662/28691/24011 30709/28734/24052 30708/28735/24053</w:t>
        <w:br/>
        <w:t>f 30665/28688/24008 30662/28691/24011 30708/28735/24053</w:t>
        <w:br/>
        <w:t>f 30711/28736/24054 30709/28734/24052 30659/28686/24006</w:t>
        <w:br/>
        <w:t>f 30710/28737/24055 30711/28736/24054 30659/28686/24006</w:t>
        <w:br/>
        <w:t>f 30710/28737/24055 30656/28681/24001 30712/28738/24056</w:t>
        <w:br/>
        <w:t>f 30711/28736/24054 30710/28737/24055 30712/28738/24056</w:t>
        <w:br/>
        <w:t>f 30677/28704/24024 30713/28739/24057 30675/28701/24021</w:t>
        <w:br/>
        <w:t>f 30646/28672/23992 30677/28704/24024 30675/28701/24021</w:t>
        <w:br/>
        <w:t>f 30715/28740/24058 30714/28741/24059 30571/28597/23917</w:t>
        <w:br/>
        <w:t>f 30572/28596/23916 30715/28740/24058 30571/28597/23917</w:t>
        <w:br/>
        <w:t>f 30714/28741/24059 30670/28695/24015 30716/28742/24060</w:t>
        <w:br/>
        <w:t>f 30622/28648/23968 30714/28741/24059 30716/28742/24060</w:t>
        <w:br/>
        <w:t>f 30670/28695/24015 30717/28743/24061 30716/28742/24060</w:t>
        <w:br/>
        <w:t>f 30711/28736/24054 30712/28738/24056 30719/28744/24062</w:t>
        <w:br/>
        <w:t>f 30718/28745/24063 30711/28736/24054 30719/28744/24062</w:t>
        <w:br/>
        <w:t>f 30713/28739/24057 30677/28704/24024 30679/28706/24026</w:t>
        <w:br/>
        <w:t>f 30720/28746/24064 30713/28739/24057 30679/28706/24026</w:t>
        <w:br/>
        <w:t>f 30597/28621/23941 30679/28706/24026 30680/28705/24025</w:t>
        <w:br/>
        <w:t>f 30721/28747/24065 30597/28621/23941 30680/28705/24025</w:t>
        <w:br/>
        <w:t>f 30720/28746/24064 30679/28706/24026 30597/28621/23941</w:t>
        <w:br/>
        <w:t>f 30595/28623/23943 30720/28746/24064 30597/28621/23941</w:t>
        <w:br/>
        <w:t>f 30600/28625/23945 30601/28624/23944 30610/28637/23957</w:t>
        <w:br/>
        <w:t>f 30722/28748/24066 30600/28625/23945 30610/28637/23957</w:t>
        <w:br/>
        <w:t>f 30723/28749/24067 30628/28654/23974 30620/28646/23966</w:t>
        <w:br/>
        <w:t>f 30724/28750/24068 30723/28749/24067 30620/28646/23966</w:t>
        <w:br/>
        <w:t>f 30728/28751/24069 30727/28752/24070 30726/28753/24071</w:t>
        <w:br/>
        <w:t>f 30725/28754/24072 30728/28751/24069 30726/28753/24071</w:t>
        <w:br/>
        <w:t>f 30616/28641/23961 30728/28751/24069 30725/28754/24072</w:t>
        <w:br/>
        <w:t>f 30615/28642/23962 30616/28641/23961 30725/28754/24072</w:t>
        <w:br/>
        <w:t>f 30730/28755/24073 30729/28756/24074 30727/28752/24070</w:t>
        <w:br/>
        <w:t>f 30728/28751/24069 30730/28755/24073 30727/28752/24070</w:t>
        <w:br/>
        <w:t>f 30731/28757/24075 30627/28652/23972 30628/28654/23974</w:t>
        <w:br/>
        <w:t>f 30723/28749/24067 30731/28757/24075 30628/28654/23974</w:t>
        <w:br/>
        <w:t>f 30621/28647/23967 30730/28755/24073 30728/28751/24069</w:t>
        <w:br/>
        <w:t>f 30616/28641/23961 30621/28647/23967 30728/28751/24069</w:t>
        <w:br/>
        <w:t>f 30582/28606/23926 30580/28608/23928 30719/28744/24062</w:t>
        <w:br/>
        <w:t>f 30732/28758/24076 30582/28606/23926 30719/28744/24062</w:t>
        <w:br/>
        <w:t>f 30714/28741/24059 30622/28648/23968 30623/28649/23969</w:t>
        <w:br/>
        <w:t>f 30571/28597/23917 30714/28741/24059 30623/28649/23969</w:t>
        <w:br/>
        <w:t>f 30629/28655/23975 30733/28759/24077 30573/28599/23919</w:t>
        <w:br/>
        <w:t>f 30570/28598/23918 30629/28655/23975 30573/28599/23919</w:t>
        <w:br/>
        <w:t>f 30735/28760/24078 30723/28749/24067 30724/28750/24068</w:t>
        <w:br/>
        <w:t>f 30734/28761/24079 30735/28760/24078 30724/28750/24068</w:t>
        <w:br/>
        <w:t>f 30737/28762/24080 30733/28759/24077 30736/28763/24081</w:t>
        <w:br/>
        <w:t>f 30739/28764/24082 30735/28760/24078 30734/28761/24079</w:t>
        <w:br/>
        <w:t>f 30738/28765/24083 30739/28764/24082 30734/28761/24079</w:t>
        <w:br/>
        <w:t>f 30741/28766/24084 30740/28767/24085 30735/28760/24078</w:t>
        <w:br/>
        <w:t>f 30739/28764/24082 30741/28766/24084 30735/28760/24078</w:t>
        <w:br/>
        <w:t>f 30740/28767/24085 30731/28757/24075 30723/28749/24067</w:t>
        <w:br/>
        <w:t>f 30735/28760/24078 30740/28767/24085 30723/28749/24067</w:t>
        <w:br/>
        <w:t>f 30744/28768/24086 30736/28763/24081 30743/28769/24087</w:t>
        <w:br/>
        <w:t>f 30742/28770/24088 30744/28768/24086 30743/28769/24087</w:t>
        <w:br/>
        <w:t>f 30742/28770/24088 30743/28769/24087 30731/28757/24075</w:t>
        <w:br/>
        <w:t>f 30740/28767/24085 30742/28770/24088 30731/28757/24075</w:t>
        <w:br/>
        <w:t>f 30746/28771/24089 30744/28768/24086 30742/28770/24088</w:t>
        <w:br/>
        <w:t>f 30745/28772/24090 30746/28771/24089 30742/28770/24088</w:t>
        <w:br/>
        <w:t>f 30745/28772/24090 30742/28770/24088 30740/28767/24085</w:t>
        <w:br/>
        <w:t>f 30741/28766/24084 30745/28772/24090 30740/28767/24085</w:t>
        <w:br/>
        <w:t>f 30629/28655/23975 30743/28769/24087 30736/28763/24081</w:t>
        <w:br/>
        <w:t>f 30733/28759/24077 30629/28655/23975 30736/28763/24081</w:t>
        <w:br/>
        <w:t>f 30743/28769/24087 30629/28655/23975 30627/28652/23972</w:t>
        <w:br/>
        <w:t>f 30731/28757/24075 30743/28769/24087 30627/28652/23972</w:t>
        <w:br/>
        <w:t>f 30748/28773/24091 30747/28774/24092 30736/28763/24081</w:t>
        <w:br/>
        <w:t>f 30744/28768/24086 30748/28773/24091 30736/28763/24081</w:t>
        <w:br/>
        <w:t>f 30750/28775/24093 30749/28776/24094 30533/28558/23879</w:t>
        <w:br/>
        <w:t>f 30626/28653/23973 30623/28649/23969 30619/28643/23963</w:t>
        <w:br/>
        <w:t>f 30628/28654/23974 30619/28643/23963 30617/28645/23965</w:t>
        <w:br/>
        <w:t>f 30620/28646/23966 30628/28654/23974 30617/28645/23965</w:t>
        <w:br/>
        <w:t>f 30715/28740/24058 30669/28696/24016 30670/28695/24015</w:t>
        <w:br/>
        <w:t>f 30714/28741/24059 30715/28740/24058 30670/28695/24015</w:t>
        <w:br/>
        <w:t>f 30724/28750/24068 30620/28646/23966 30615/28642/23962</w:t>
        <w:br/>
        <w:t>f 30725/28754/24072 30724/28750/24068 30615/28642/23962</w:t>
        <w:br/>
        <w:t>f 30734/28761/24079 30724/28750/24068 30725/28754/24072</w:t>
        <w:br/>
        <w:t>f 30726/28753/24071 30734/28761/24079 30725/28754/24072</w:t>
        <w:br/>
        <w:t>f 30626/28653/23973 30570/28598/23918 30571/28597/23917</w:t>
        <w:br/>
        <w:t>f 30623/28649/23969 30626/28653/23973 30571/28597/23917</w:t>
        <w:br/>
        <w:t>f 30623/28649/23969 30609/28634/23954 30619/28643/23963</w:t>
        <w:br/>
        <w:t>f 30644/28670/23990 30639/28665/23985 30642/28669/23989</w:t>
        <w:br/>
        <w:t>f 30754/28777/24095 30753/28778/24096 30752/28779/24097</w:t>
        <w:br/>
        <w:t>f 30751/28780/24098 30754/28777/24095 30752/28779/24097</w:t>
        <w:br/>
        <w:t>f 30726/28753/24071 30755/28781/24099 30738/28765/24083</w:t>
        <w:br/>
        <w:t>f 30734/28761/24079 30726/28753/24071 30738/28765/24083</w:t>
        <w:br/>
        <w:t>f 30755/28781/24099 30726/28753/24071 30727/28752/24070</w:t>
        <w:br/>
        <w:t>f 30754/28777/24095 30755/28781/24099 30727/28752/24070</w:t>
        <w:br/>
        <w:t>f 30727/28752/24070 30729/28756/24074 30753/28778/24096</w:t>
        <w:br/>
        <w:t>f 30754/28777/24095 30727/28752/24070 30753/28778/24096</w:t>
        <w:br/>
        <w:t>f 30756/28782/24100 30749/28776/24094 30750/28775/24093</w:t>
        <w:br/>
        <w:t>f 30754/28777/24095 30751/28780/24098 30757/28783/24101</w:t>
        <w:br/>
        <w:t>f 30755/28781/24099 30754/28777/24095 30757/28783/24101</w:t>
        <w:br/>
        <w:t>f 30738/28765/24083 30759/28784/24102 30758/28785/24103</w:t>
        <w:br/>
        <w:t>f 30739/28764/24082 30738/28765/24083 30758/28785/24103</w:t>
        <w:br/>
        <w:t>f 30755/28781/24099 30757/28783/24101 30759/28784/24102</w:t>
        <w:br/>
        <w:t>f 30738/28765/24083 30755/28781/24099 30759/28784/24102</w:t>
        <w:br/>
        <w:t>f 30739/28764/24082 30758/28785/24103 30760/28786/24104</w:t>
        <w:br/>
        <w:t>f 30741/28766/24084 30739/28764/24082 30760/28786/24104</w:t>
        <w:br/>
        <w:t>f 30762/28787/24105 30761/28788/24093 30684/28711/24031</w:t>
        <w:br/>
        <w:t>f 30685/28710/24030 30762/28787/24105 30684/28711/24031</w:t>
        <w:br/>
        <w:t>f 30764/28789/23887 30763/28790/23886 30538/28565/23885</w:t>
        <w:br/>
        <w:t>f 30539/28564/23884 30764/28789/23887 30538/28565/23885</w:t>
        <w:br/>
        <w:t>f 30766/28791/24106 30564/28591/23911 30565/28590/23910</w:t>
        <w:br/>
        <w:t>f 30765/28792/24107 30766/28791/24106 30565/28590/23910</w:t>
        <w:br/>
        <w:t>f 30768/28793/24108 30766/28791/24106 30765/28792/24107</w:t>
        <w:br/>
        <w:t>f 30767/28794/24109 30768/28793/24108 30765/28792/24107</w:t>
        <w:br/>
        <w:t>f 30741/28766/24084 30760/28786/24104 30769/28795/24110</w:t>
        <w:br/>
        <w:t>f 30745/28772/24090 30741/28766/24084 30769/28795/24110</w:t>
        <w:br/>
        <w:t>f 30745/28772/24090 30769/28795/24110 30770/28796/24111</w:t>
        <w:br/>
        <w:t>f 30746/28771/24089 30745/28772/24090 30770/28796/24111</w:t>
        <w:br/>
        <w:t>f 30746/28771/24089 30770/28796/24111 30772/28797/24112</w:t>
        <w:br/>
        <w:t>f 30771/28798/24113 30746/28771/24089 30772/28797/24112</w:t>
        <w:br/>
        <w:t>f 30774/28799/24114 30773/28800/24115 30766/28791/24106</w:t>
        <w:br/>
        <w:t>f 30768/28793/24108 30774/28799/24114 30766/28791/24106</w:t>
        <w:br/>
        <w:t>f 30775/28801/24116 30564/28591/23911 30766/28791/24106</w:t>
        <w:br/>
        <w:t>f 30773/28800/24115 30775/28801/24116 30766/28791/24106</w:t>
        <w:br/>
        <w:t>f 30744/28768/24086 30746/28771/24089 30771/28798/24113</w:t>
        <w:br/>
        <w:t>f 30748/28773/24091 30744/28768/24086 30771/28798/24113</w:t>
        <w:br/>
        <w:t>f 30778/28802/24117 30777/28803/24117 30776/28804/24118</w:t>
        <w:br/>
        <w:t>f 30779/28805/24118 30778/28802/24117 30776/28804/24118</w:t>
        <w:br/>
        <w:t>f 30782/28806/24119 30781/28807/24119 30780/28808/24120</w:t>
        <w:br/>
        <w:t>f 30783/28809/24120 30782/28806/24119 30780/28808/24120</w:t>
        <w:br/>
        <w:t>f 30787/28810/24121 30786/28811/24122 30785/28812/24122</w:t>
        <w:br/>
        <w:t>f 30784/28813/24121 30787/28810/24121 30785/28812/24122</w:t>
        <w:br/>
        <w:t>f 30789/28814/24123 30787/28810/24121 30784/28813/24121</w:t>
        <w:br/>
        <w:t>f 30788/28815/24123 30789/28814/24123 30784/28813/24121</w:t>
        <w:br/>
        <w:t>f 30786/28811/24122 30791/28816/24124 30790/28817/24124</w:t>
        <w:br/>
        <w:t>f 30785/28812/24122 30786/28811/24122 30790/28817/24124</w:t>
        <w:br/>
        <w:t>f 30779/28805/24118 30776/28804/24118 30792/28818/24125</w:t>
        <w:br/>
        <w:t>f 30793/28819/24126 30779/28805/24118 30792/28818/24125</w:t>
        <w:br/>
        <w:t>f 30795/28820/24127 30789/28814/24123 30788/28815/24123</w:t>
        <w:br/>
        <w:t>f 30794/28821/24127 30795/28820/24127 30788/28815/24123</w:t>
        <w:br/>
        <w:t>f 30799/28822/24128 30798/28823/24129 30797/28824/24129</w:t>
        <w:br/>
        <w:t>f 30796/28825/24128 30799/28822/24128 30797/28824/24129</w:t>
        <w:br/>
        <w:t>f 30798/28823/24129 30801/28826/24130 30800/28827/24130</w:t>
        <w:br/>
        <w:t>f 30797/28824/24129 30798/28823/24129 30800/28827/24130</w:t>
        <w:br/>
        <w:t>f 30553/28579/23899 30550/28578/23898 30803/28828/24131</w:t>
        <w:br/>
        <w:t>f 30802/28829/24132 30553/28579/23899 30803/28828/24131</w:t>
        <w:br/>
        <w:t>f 30550/28578/23898 30799/28822/24128 30796/28825/24128</w:t>
        <w:br/>
        <w:t>f 30803/28828/24131 30550/28578/23898 30796/28825/24128</w:t>
        <w:br/>
        <w:t>f 30783/28809/24120 30780/28808/24120 30777/28803/24117</w:t>
        <w:br/>
        <w:t>f 30778/28802/24117 30783/28809/24120 30777/28803/24117</w:t>
        <w:br/>
        <w:t>f 30801/28826/24130 30805/28830/24133 30804/28831/24133</w:t>
        <w:br/>
        <w:t>f 30800/28827/24130 30801/28826/24130 30804/28831/24133</w:t>
        <w:br/>
        <w:t>f 30809/28832/24119 30808/28833/24134 30807/28834/24134</w:t>
        <w:br/>
        <w:t>f 30806/28835/24119 30809/28832/24119 30807/28834/24134</w:t>
        <w:br/>
        <w:t>f 30811/28836/24125 30810/28837/24135 30790/28817/24124</w:t>
        <w:br/>
        <w:t>f 30791/28816/24124 30811/28836/24125 30790/28817/24124</w:t>
        <w:br/>
        <w:t>f 30813/28838/24136 30795/28820/24127 30794/28821/24127</w:t>
        <w:br/>
        <w:t>f 30812/28839/2792 30813/28838/24136 30794/28821/24127</w:t>
        <w:br/>
        <w:t>f 30816/28840/24133 30813/28838/24137 30815/28841/24138</w:t>
        <w:br/>
        <w:t>f 30814/28842/24133 30816/28840/24133 30815/28841/24138</w:t>
        <w:br/>
        <w:t>f 30852/28843/24139 30851/28844/24140 30850/28845/24141</w:t>
        <w:br/>
        <w:t>f 30849/28846/24142 30852/28843/24139 30850/28845/24141</w:t>
        <w:br/>
        <w:t>f 30856/28847/24143 30855/28848/24144 30854/28849/24145</w:t>
        <w:br/>
        <w:t>f 30853/28850/24146 30856/28847/24143 30854/28849/24145</w:t>
        <w:br/>
        <w:t>f 30860/28851/24147 30859/28852/24148 30858/28853/24149</w:t>
        <w:br/>
        <w:t>f 30857/28854/24150 30860/28851/24147 30858/28853/24149</w:t>
        <w:br/>
        <w:t>f 30864/28855/24151 30863/28856/24152 30862/28857/24153</w:t>
        <w:br/>
        <w:t>f 30861/28858/24154 30864/28855/24151 30862/28857/24153</w:t>
        <w:br/>
        <w:t>f 30868/28859/24155 30867/28860/24156 30866/28861/24157</w:t>
        <w:br/>
        <w:t>f 30865/28862/24158 30868/28859/24155 30866/28861/24157</w:t>
        <w:br/>
        <w:t>f 30872/28863/24159 30871/28864/24160 30870/28865/24161</w:t>
        <w:br/>
        <w:t>f 30869/28866/24162 30872/28863/24159 30870/28865/24161</w:t>
        <w:br/>
        <w:t>f 30875/28867/24163 30874/28868/24164 30873/28869/24165</w:t>
        <w:br/>
        <w:t>f 30876/28870/24166 30875/28867/24163 30873/28869/24165</w:t>
        <w:br/>
        <w:t>f 30879/28871/24167 30878/28872/24168 30877/28873/24169</w:t>
        <w:br/>
        <w:t>f 30880/28874/24170 30879/28871/24167 30877/28873/24169</w:t>
        <w:br/>
        <w:t>f 30884/28875/24171 30883/28876/24172 30882/28877/24173</w:t>
        <w:br/>
        <w:t>f 30881/28878/24174 30884/28875/24171 30882/28877/24173</w:t>
        <w:br/>
        <w:t>f 30885/28879/24175 30879/28871/24167 30880/28874/24170</w:t>
        <w:br/>
        <w:t>f 30886/28880/24176 30885/28879/24175 30880/28874/24170</w:t>
        <w:br/>
        <w:t>f 30887/28881/24177 30862/28857/24153 30863/28856/24152</w:t>
        <w:br/>
        <w:t>f 30888/28882/24178 30887/28881/24177 30863/28856/24152</w:t>
        <w:br/>
        <w:t>f 30891/28883/24179 30890/28884/24180 30889/28885/24181</w:t>
        <w:br/>
        <w:t>f 30892/28886/24182 30891/28883/24179 30889/28885/24181</w:t>
        <w:br/>
        <w:t>f 30896/28887/24183 30895/28888/24184 30894/28889/24185</w:t>
        <w:br/>
        <w:t>f 30893/28890/24186 30896/28887/24183 30894/28889/24185</w:t>
        <w:br/>
        <w:t>f 30900/28891/24187 30899/28892/24188 30898/28893/24189</w:t>
        <w:br/>
        <w:t>f 30897/28894/24190 30900/28891/24187 30898/28893/24189</w:t>
        <w:br/>
        <w:t>f 30904/28895/24191 30903/28896/24192 30902/28897/24193</w:t>
        <w:br/>
        <w:t>f 30901/28898/24194 30904/28895/24191 30902/28897/24193</w:t>
        <w:br/>
        <w:t>f 30853/28850/24146 30854/28849/24145 30906/28899/24195</w:t>
        <w:br/>
        <w:t>f 30905/28900/24196 30853/28850/24146 30906/28899/24195</w:t>
        <w:br/>
        <w:t>f 30899/28892/24188 30905/28900/24196 30906/28899/24195</w:t>
        <w:br/>
        <w:t>f 30898/28893/24189 30899/28892/24188 30906/28899/24195</w:t>
        <w:br/>
        <w:t>f 30908/28901/24197 30907/28902/24198 30903/28896/24192</w:t>
        <w:br/>
        <w:t>f 30904/28895/24191 30908/28901/24197 30903/28896/24192</w:t>
        <w:br/>
        <w:t>f 30910/28903/24199 30900/28891/24187 30897/28894/24190</w:t>
        <w:br/>
        <w:t>f 30909/28904/24200 30910/28903/24199 30897/28894/24190</w:t>
        <w:br/>
        <w:t>f 30913/28905/24201 30912/28906/24202 30911/28907/24203</w:t>
        <w:br/>
        <w:t>f 30914/28908/24204 30913/28905/24201 30911/28907/24203</w:t>
        <w:br/>
        <w:t>f 30918/28909/24205 30917/28910/24206 30916/28911/24207</w:t>
        <w:br/>
        <w:t>f 30915/28912/24208 30918/28909/24205 30916/28911/24207</w:t>
        <w:br/>
        <w:t>f 30922/28913/24209 30921/28914/24210 30920/28915/24211</w:t>
        <w:br/>
        <w:t>f 30919/28916/24212 30922/28913/24209 30920/28915/24211</w:t>
        <w:br/>
        <w:t>f 30926/28917/24213 30925/28918/24214 30924/28919/24215</w:t>
        <w:br/>
        <w:t>f 30923/28920/24216 30926/28917/24213 30924/28919/24215</w:t>
        <w:br/>
        <w:t>f 30929/28921/24217 30928/28922/24218 30927/28923/24219</w:t>
        <w:br/>
        <w:t>f 30930/28924/24220 30929/28921/24217 30927/28923/24219</w:t>
        <w:br/>
        <w:t>f 30919/28916/24212 30920/28915/24211 30928/28922/24218</w:t>
        <w:br/>
        <w:t>f 30929/28921/24217 30919/28916/24212 30928/28922/24218</w:t>
        <w:br/>
        <w:t>f 30934/28925/24221 30933/28926/24222 30932/28927/24223</w:t>
        <w:br/>
        <w:t>f 30931/28928/24224 30934/28925/24221 30932/28927/24223</w:t>
        <w:br/>
        <w:t>f 30938/28929/24225 30937/28930/24226 30936/28931/24227</w:t>
        <w:br/>
        <w:t>f 30935/28932/24228 30938/28929/24225 30936/28931/24227</w:t>
        <w:br/>
        <w:t>f 30942/28933/24229 30941/28934/24230 30940/28935/24231</w:t>
        <w:br/>
        <w:t>f 30939/28936/24232 30942/28933/24229 30940/28935/24231</w:t>
        <w:br/>
        <w:t>f 30944/28937/24233 30943/28938/24234 30937/28930/24226</w:t>
        <w:br/>
        <w:t>f 30938/28929/24225 30944/28937/24233 30937/28930/24226</w:t>
        <w:br/>
        <w:t>f 30946/28939/24235 30945/28940/24236 30943/28938/24234</w:t>
        <w:br/>
        <w:t>f 30944/28937/24233 30946/28939/24235 30943/28938/24234</w:t>
        <w:br/>
        <w:t>f 30951/28941/24237 30948/28942/24238 30947/28943/24239</w:t>
        <w:br/>
        <w:t>f 30951/28941/24237 30949/28944/24240 30948/28942/24238</w:t>
        <w:br/>
        <w:t>f 30951/28941/24237 30950/28945/24241 30949/28944/24240</w:t>
        <w:br/>
        <w:t>f 30914/28908/24204 30911/28907/24203 30916/28911/24207</w:t>
        <w:br/>
        <w:t>f 30917/28910/24206 30914/28908/24204 30916/28911/24207</w:t>
        <w:br/>
        <w:t>f 30953/28946/24242 30918/28909/24205 30915/28912/24208</w:t>
        <w:br/>
        <w:t>f 30952/28947/24243 30953/28946/24242 30915/28912/24208</w:t>
        <w:br/>
        <w:t>f 30893/28890/24186 30866/28861/24157 30896/28887/24183</w:t>
        <w:br/>
        <w:t>f 30885/28879/24175 30886/28880/24176 30884/28875/24171</w:t>
        <w:br/>
        <w:t>f 30881/28878/24174 30885/28879/24175 30884/28875/24171</w:t>
        <w:br/>
        <w:t>f 30957/28948/24244 30956/28949/24245 30955/28950/24246</w:t>
        <w:br/>
        <w:t>f 30954/28951/24247 30957/28948/24244 30955/28950/24246</w:t>
        <w:br/>
        <w:t>f 30869/28866/24162 30870/28865/24161 30887/28881/24177</w:t>
        <w:br/>
        <w:t>f 30888/28882/24178 30869/28866/24162 30887/28881/24177</w:t>
        <w:br/>
        <w:t>f 30894/28889/24185 30895/28888/24184 30959/28952/24248</w:t>
        <w:br/>
        <w:t>f 30958/28953/24249 30894/28889/24185 30959/28952/24248</w:t>
        <w:br/>
        <w:t>f 30861/28858/24154 30882/28877/24173 30883/28876/24172</w:t>
        <w:br/>
        <w:t>f 30864/28855/24151 30861/28858/24154 30883/28876/24172</w:t>
        <w:br/>
        <w:t>f 30961/28954/24250 30960/28955/24251 30930/28924/24220</w:t>
        <w:br/>
        <w:t>f 30921/28914/24210 30963/28956/24252 30962/28957/24253</w:t>
        <w:br/>
        <w:t>f 30920/28915/24211 30921/28914/24210 30962/28957/24253</w:t>
        <w:br/>
        <w:t>f 30928/28922/24218 30965/28958/24254 30964/28959/24255</w:t>
        <w:br/>
        <w:t>f 30927/28923/24219 30928/28922/24218 30964/28959/24255</w:t>
        <w:br/>
        <w:t>f 30920/28915/24211 30962/28957/24253 30965/28958/24254</w:t>
        <w:br/>
        <w:t>f 30928/28922/24218 30920/28915/24211 30965/28958/24254</w:t>
        <w:br/>
        <w:t>f 30921/28914/24210 30922/28913/24209 30951/28941/24237</w:t>
        <w:br/>
        <w:t>f 30947/28943/24239 30921/28914/24210 30951/28941/24237</w:t>
        <w:br/>
        <w:t>f 30968/28960/24256 30967/28961/24257 30966/28962/24258</w:t>
        <w:br/>
        <w:t>f 30948/28942/24238 30970/28963/24259 30969/28964/24260</w:t>
        <w:br/>
        <w:t>f 30947/28943/24239 30948/28942/24238 30969/28964/24260</w:t>
        <w:br/>
        <w:t>f 30972/28965/24261 30960/28955/24251 30961/28954/24250</w:t>
        <w:br/>
        <w:t>f 30971/28966/24262 30972/28965/24261 30961/28954/24250</w:t>
        <w:br/>
        <w:t>f 30976/28967/24263 30975/28968/24264 30974/28969/24265</w:t>
        <w:br/>
        <w:t>f 30973/28970/24266 30976/28967/24263 30974/28969/24265</w:t>
        <w:br/>
        <w:t>f 30980/28971/24267 30979/28972/24268 30978/28973/24269</w:t>
        <w:br/>
        <w:t>f 30977/28974/24270 30980/28971/24267 30978/28973/24269</w:t>
        <w:br/>
        <w:t>f 30975/28968/24264 30982/28975/24271 30981/28976/24272</w:t>
        <w:br/>
        <w:t>f 30974/28969/24265 30975/28968/24264 30981/28976/24272</w:t>
        <w:br/>
        <w:t>f 30980/28971/24267 30985/28977/24273 30984/28978/24274</w:t>
        <w:br/>
        <w:t>f 30983/28979/24275 30980/28971/24267 30984/28978/24274</w:t>
        <w:br/>
        <w:t>f 30976/28967/24263 30988/28980/24276 30987/28981/24277</w:t>
        <w:br/>
        <w:t>f 30986/28982/24278 30976/28967/24263 30987/28981/24277</w:t>
        <w:br/>
        <w:t>f 30983/28979/24275 30984/28978/24274 30987/28981/24277</w:t>
        <w:br/>
        <w:t>f 30988/28980/24276 30983/28979/24275 30987/28981/24277</w:t>
        <w:br/>
        <w:t>f 30991/28983/24279 30990/28984/24280 30989/28985/24281</w:t>
        <w:br/>
        <w:t>f 30966/28962/24258 30991/28983/24279 30989/28985/24281</w:t>
        <w:br/>
        <w:t>f 30993/28986/24282 30990/28984/24280 30992/28987/24283</w:t>
        <w:br/>
        <w:t>f 30994/28988/24284 30993/28986/24282 30992/28987/24283</w:t>
        <w:br/>
        <w:t>f 30966/28962/24258 30989/28985/24281 30995/28989/24285</w:t>
        <w:br/>
        <w:t>f 30977/28974/24270 30966/28962/24258 30995/28989/24285</w:t>
        <w:br/>
        <w:t>f 30998/28990/24286 30997/28991/24287 30996/28992/24288</w:t>
        <w:br/>
        <w:t>f 30999/28993/24289 30981/28976/24272 30982/28975/24271</w:t>
        <w:br/>
        <w:t>f 30996/28992/24288 30999/28993/24289 30982/28975/24271</w:t>
        <w:br/>
        <w:t>f 31000/28994/24290 30972/28965/24261 30971/28966/24262</w:t>
        <w:br/>
        <w:t>f 31003/28995/24291 31002/28996/24292 30873/28869/24165</w:t>
        <w:br/>
        <w:t>f 31001/28997/24293 31003/28995/24291 30873/28869/24165</w:t>
        <w:br/>
        <w:t>f 31001/28997/24293 30873/28869/24165 30874/28868/24164</w:t>
        <w:br/>
        <w:t>f 31004/28998/24294 31001/28997/24293 30874/28868/24164</w:t>
        <w:br/>
        <w:t>f 31007/28999/24295 31006/29000/24296 31005/29001/24297</w:t>
        <w:br/>
        <w:t>f 31008/29002/24298 31007/28999/24295 31005/29001/24297</w:t>
        <w:br/>
        <w:t>f 31012/29003/24299 31011/29004/24300 31010/29005/24301</w:t>
        <w:br/>
        <w:t>f 31009/29006/24302 31012/29003/24299 31010/29005/24301</w:t>
        <w:br/>
        <w:t>f 31015/29007/24303 31014/29008/24304 31013/29009/24305</w:t>
        <w:br/>
        <w:t>f 31016/29010/24306 31015/29007/24303 31013/29009/24305</w:t>
        <w:br/>
        <w:t>f 31003/28995/24291 30911/28907/24203 30912/28906/24202</w:t>
        <w:br/>
        <w:t>f 31013/29009/24305 31003/28995/24291 30912/28906/24202</w:t>
        <w:br/>
        <w:t>f 30931/28928/24224 30932/28927/24223 31017/29011/24307</w:t>
        <w:br/>
        <w:t>f 31018/29012/24308 30931/28928/24224 31017/29011/24307</w:t>
        <w:br/>
        <w:t>f 31019/29013/24309 30931/28928/24224 31018/29012/24308</w:t>
        <w:br/>
        <w:t>f 31020/29014/24310 31019/29013/24309 31018/29012/24308</w:t>
        <w:br/>
        <w:t>f 31009/29006/24302 31010/29005/24301 30923/28920/24216</w:t>
        <w:br/>
        <w:t>f 31008/29002/24298 31009/29006/24302 30923/28920/24216</w:t>
        <w:br/>
        <w:t>f 30932/28927/24223 31011/29004/24300 31012/29003/24299</w:t>
        <w:br/>
        <w:t>f 31017/29011/24307 30932/28927/24223 31012/29003/24299</w:t>
        <w:br/>
        <w:t>f 31004/28998/24294 30874/28868/24164 31022/29015/24311</w:t>
        <w:br/>
        <w:t>f 31021/29016/24312 31004/28998/24294 31022/29015/24311</w:t>
        <w:br/>
        <w:t>f 31023/29017/24313 31019/29013/24309 31020/29014/24310</w:t>
        <w:br/>
        <w:t>f 31016/29010/24306 31023/29017/24313 31020/29014/24310</w:t>
        <w:br/>
        <w:t>f 30911/28907/24203 31003/28995/24291 31001/28997/24293</w:t>
        <w:br/>
        <w:t>f 30916/28911/24207 30911/28907/24203 31001/28997/24293</w:t>
        <w:br/>
        <w:t>f 31001/28997/24293 31004/28998/24294 30915/28912/24208</w:t>
        <w:br/>
        <w:t>f 30916/28911/24207 31001/28997/24293 30915/28912/24208</w:t>
        <w:br/>
        <w:t>f 30923/28920/24216 30924/28919/24215 31007/28999/24295</w:t>
        <w:br/>
        <w:t>f 31008/29002/24298 30923/28920/24216 31007/28999/24295</w:t>
        <w:br/>
        <w:t>f 31012/29003/24299 31009/29006/24302 31024/29018/24314</w:t>
        <w:br/>
        <w:t>f 30946/28939/24235 31012/29003/24299 31024/29018/24314</w:t>
        <w:br/>
        <w:t>f 31023/29017/24313 31016/29010/24306 31013/29009/24305</w:t>
        <w:br/>
        <w:t>f 30912/28906/24202 31023/29017/24313 31013/29009/24305</w:t>
        <w:br/>
        <w:t>f 31003/28995/24291 31013/29009/24305 31014/29008/24304</w:t>
        <w:br/>
        <w:t>f 31002/28996/24292 31003/28995/24291 31014/29008/24304</w:t>
        <w:br/>
        <w:t>f 30938/28929/24225 31018/29012/24308 31017/29011/24307</w:t>
        <w:br/>
        <w:t>f 30944/28937/24233 30938/28929/24225 31017/29011/24307</w:t>
        <w:br/>
        <w:t>f 30935/28932/24228 31020/29014/24310 31018/29012/24308</w:t>
        <w:br/>
        <w:t>f 30938/28929/24225 30935/28932/24228 31018/29012/24308</w:t>
        <w:br/>
        <w:t>f 31024/29018/24314 31009/29006/24302 31008/29002/24298</w:t>
        <w:br/>
        <w:t>f 31005/29001/24297 31024/29018/24314 31008/29002/24298</w:t>
        <w:br/>
        <w:t>f 30944/28937/24233 31017/29011/24307 31012/29003/24299</w:t>
        <w:br/>
        <w:t>f 30946/28939/24235 30944/28937/24233 31012/29003/24299</w:t>
        <w:br/>
        <w:t>f 31004/28998/24294 31021/29016/24312 30952/28947/24243</w:t>
        <w:br/>
        <w:t>f 30915/28912/24208 31004/28998/24294 30952/28947/24243</w:t>
        <w:br/>
        <w:t>f 31015/29007/24303 31016/29010/24306 31020/29014/24310</w:t>
        <w:br/>
        <w:t>f 30935/28932/24228 31015/29007/24303 31020/29014/24310</w:t>
        <w:br/>
        <w:t>f 30873/28869/24165 31002/28996/24292 31025/29019/24315</w:t>
        <w:br/>
        <w:t>f 30876/28870/24166 30873/28869/24165 31025/29019/24315</w:t>
        <w:br/>
        <w:t>f 30868/28859/24155 30954/28951/24247 30875/28867/24163</w:t>
        <w:br/>
        <w:t>f 30876/28870/24166 30868/28859/24155 30875/28867/24163</w:t>
        <w:br/>
        <w:t>f 30945/28940/24236 30946/28939/24235 31024/29018/24314</w:t>
        <w:br/>
        <w:t>f 31026/29020/24316 30945/28940/24236 31024/29018/24314</w:t>
        <w:br/>
        <w:t>f 31014/29008/24304 31015/29007/24303 31028/29021/24317</w:t>
        <w:br/>
        <w:t>f 31027/29022/24318 31014/29008/24304 31028/29021/24317</w:t>
        <w:br/>
        <w:t>f 30937/28930/24226 31029/29023/24319 30959/28952/24248</w:t>
        <w:br/>
        <w:t>f 30936/28931/24227 30937/28930/24226 30959/28952/24248</w:t>
        <w:br/>
        <w:t>f 31026/29020/24316 31024/29018/24314 31005/29001/24297</w:t>
        <w:br/>
        <w:t>f 31030/29024/24320 31026/29020/24316 31005/29001/24297</w:t>
        <w:br/>
        <w:t>f 30943/28938/24234 31031/29025/24321 31029/29023/24319</w:t>
        <w:br/>
        <w:t>f 30937/28930/24226 30943/28938/24234 31029/29023/24319</w:t>
        <w:br/>
        <w:t>f 31031/29025/24321 30943/28938/24234 30945/28940/24236</w:t>
        <w:br/>
        <w:t>f 31032/29026/24322 31031/29025/24321 30945/28940/24236</w:t>
        <w:br/>
        <w:t>f 31002/28996/24292 31014/29008/24304 31027/29022/24318</w:t>
        <w:br/>
        <w:t>f 31025/29019/24315 31002/28996/24292 31027/29022/24318</w:t>
        <w:br/>
        <w:t>f 30874/28868/24164 30875/28867/24163 31033/29027/24323</w:t>
        <w:br/>
        <w:t>f 31022/29015/24311 30874/28868/24164 31033/29027/24323</w:t>
        <w:br/>
        <w:t>f 31028/29021/24317 31015/29007/24303 30935/28932/24228</w:t>
        <w:br/>
        <w:t>f 30936/28931/24227 31028/29021/24317 30935/28932/24228</w:t>
        <w:br/>
        <w:t>f 30876/28870/24166 31025/29019/24315 30867/28860/24156</w:t>
        <w:br/>
        <w:t>f 30868/28859/24155 30876/28870/24166 30867/28860/24156</w:t>
        <w:br/>
        <w:t>f 31027/29022/24318 31028/29021/24317 30895/28888/24184</w:t>
        <w:br/>
        <w:t>f 30896/28887/24183 31027/29022/24318 30895/28888/24184</w:t>
        <w:br/>
        <w:t>f 31030/29024/24320 30940/28935/24231 30941/28934/24230</w:t>
        <w:br/>
        <w:t>f 31026/29020/24316 31030/29024/24320 30941/28934/24230</w:t>
        <w:br/>
        <w:t>f 31025/29019/24315 31027/29022/24318 30896/28887/24183</w:t>
        <w:br/>
        <w:t>f 30867/28860/24156 31025/29019/24315 30896/28887/24183</w:t>
        <w:br/>
        <w:t>f 30955/28950/24246 31033/29027/24323 30875/28867/24163</w:t>
        <w:br/>
        <w:t>f 30954/28951/24247 30955/28950/24246 30875/28867/24163</w:t>
        <w:br/>
        <w:t>f 30895/28888/24184 31028/29021/24317 30936/28931/24227</w:t>
        <w:br/>
        <w:t>f 30959/28952/24248 30895/28888/24184 30936/28931/24227</w:t>
        <w:br/>
        <w:t>f 30865/28862/24158 30957/28948/24244 30954/28951/24247</w:t>
        <w:br/>
        <w:t>f 30868/28859/24155 30865/28862/24158 30954/28951/24247</w:t>
        <w:br/>
        <w:t>f 31029/29023/24319 31034/29028/24324 30959/28952/24248</w:t>
        <w:br/>
        <w:t>f 31031/29025/24321 31035/29029/24325 31034/29028/24324</w:t>
        <w:br/>
        <w:t>f 31029/29023/24319 31031/29025/24321 31034/29028/24324</w:t>
        <w:br/>
        <w:t>f 31038/29030/24326 31037/29031/24327 31036/29032/24328</w:t>
        <w:br/>
        <w:t>f 31039/29033/24329 31038/29030/24326 31036/29032/24328</w:t>
        <w:br/>
        <w:t>f 31043/29034/24330 31042/29035/24331 31041/29036/24332</w:t>
        <w:br/>
        <w:t>f 31040/29037/24333 31043/29034/24330 31041/29036/24332</w:t>
        <w:br/>
        <w:t>f 31045/29038/24334 31044/29039/24335 31041/29036/24332</w:t>
        <w:br/>
        <w:t>f 31042/29035/24331 31045/29038/24334 31041/29036/24332</w:t>
        <w:br/>
        <w:t>f 31048/29040/24336 31047/29041/24337 31046/29042/24338</w:t>
        <w:br/>
        <w:t>f 31049/29043/24339 31048/29040/24336 31046/29042/24338</w:t>
        <w:br/>
        <w:t>f 30863/28856/24152 30864/28855/24151 31050/29044/24340</w:t>
        <w:br/>
        <w:t>f 31051/29045/24341 30863/28856/24152 31050/29044/24340</w:t>
        <w:br/>
        <w:t>f 31053/29046/24342 30883/28876/24172 30884/28875/24171</w:t>
        <w:br/>
        <w:t>f 31052/29047/24343 31053/29046/24342 30884/28875/24171</w:t>
        <w:br/>
        <w:t>f 30888/28882/24178 30863/28856/24152 31051/29045/24341</w:t>
        <w:br/>
        <w:t>f 31054/29048/24344 30888/28882/24178 31051/29045/24341</w:t>
        <w:br/>
        <w:t>f 30864/28855/24151 30883/28876/24172 31053/29046/24342</w:t>
        <w:br/>
        <w:t>f 31050/29044/24340 30864/28855/24151 31053/29046/24342</w:t>
        <w:br/>
        <w:t>f 31052/29047/24343 30884/28875/24171 30886/28880/24176</w:t>
        <w:br/>
        <w:t>f 31043/29034/24330 31052/29047/24343 30886/28880/24176</w:t>
        <w:br/>
        <w:t>f 30869/28866/24162 30888/28882/24178 31054/29048/24344</w:t>
        <w:br/>
        <w:t>f 31039/29033/24329 30869/28866/24162 31054/29048/24344</w:t>
        <w:br/>
        <w:t>f 31039/29033/24329 31036/29032/24328 30872/28863/24159</w:t>
        <w:br/>
        <w:t>f 30869/28866/24162 31039/29033/24329 30872/28863/24159</w:t>
        <w:br/>
        <w:t>f 30880/28874/24170 31042/29035/24331 31043/29034/24330</w:t>
        <w:br/>
        <w:t>f 30886/28880/24176 30880/28874/24170 31043/29034/24330</w:t>
        <w:br/>
        <w:t>f 31042/29035/24331 30880/28874/24170 30877/28873/24169</w:t>
        <w:br/>
        <w:t>f 31045/29038/24334 31042/29035/24331 30877/28873/24169</w:t>
        <w:br/>
        <w:t>f 30892/28886/24182 30889/28885/24181 31048/29040/24336</w:t>
        <w:br/>
        <w:t>f 31049/29043/24339 30892/28886/24182 31048/29040/24336</w:t>
        <w:br/>
        <w:t>f 31056/29049/24345 31051/29045/24341 31050/29044/24340</w:t>
        <w:br/>
        <w:t>f 31055/29050/24346 31056/29049/24345 31050/29044/24340</w:t>
        <w:br/>
        <w:t>f 31053/29046/24342 31052/29047/24343 31057/29051/24347</w:t>
        <w:br/>
        <w:t>f 31058/29052/24348 31053/29046/24342 31057/29051/24347</w:t>
        <w:br/>
        <w:t>f 31059/29053/24349 31054/29048/24344 31051/29045/24341</w:t>
        <w:br/>
        <w:t>f 31056/29049/24345 31059/29053/24349 31051/29045/24341</w:t>
        <w:br/>
        <w:t>f 31050/29044/24340 31053/29046/24342 31058/29052/24348</w:t>
        <w:br/>
        <w:t>f 31055/29050/24346 31050/29044/24340 31058/29052/24348</w:t>
        <w:br/>
        <w:t>f 31052/29047/24343 31043/29034/24330 31040/29037/24333</w:t>
        <w:br/>
        <w:t>f 31057/29051/24347 31052/29047/24343 31040/29037/24333</w:t>
        <w:br/>
        <w:t>f 31038/29030/24326 31039/29033/24329 31054/29048/24344</w:t>
        <w:br/>
        <w:t>f 31059/29053/24349 31038/29030/24326 31054/29048/24344</w:t>
        <w:br/>
        <w:t>f 31062/29054/24350 30986/28982/24278 31061/29055/24351</w:t>
        <w:br/>
        <w:t>f 31060/29056/24352 31062/29054/24350 31061/29055/24351</w:t>
        <w:br/>
        <w:t>f 31066/29057/24353 31065/29058/24354 31064/29059/24355</w:t>
        <w:br/>
        <w:t>f 31063/29060/24356 31066/29057/24353 31064/29059/24355</w:t>
        <w:br/>
        <w:t>f 31069/29061/24357 30993/28986/24282 31068/29062/24358</w:t>
        <w:br/>
        <w:t>f 31067/29063/24359 31069/29061/24357 31068/29062/24358</w:t>
        <w:br/>
        <w:t>f 31071/29064/24360 30985/28977/24273 30995/28989/24285</w:t>
        <w:br/>
        <w:t>f 31070/29065/24361 31071/29064/24360 30995/28989/24285</w:t>
        <w:br/>
        <w:t>f 31065/29058/24354 31062/29054/24350 31060/29056/24352</w:t>
        <w:br/>
        <w:t>f 31064/29059/24355 31065/29058/24354 31060/29056/24352</w:t>
        <w:br/>
        <w:t>f 31072/29066/24362 31066/29057/24353 31063/29060/24356</w:t>
        <w:br/>
        <w:t>f 31073/29067/24363 31072/29066/24362 31063/29060/24356</w:t>
        <w:br/>
        <w:t>f 31071/29064/24360 30934/28925/24221 31075/29068/24364</w:t>
        <w:br/>
        <w:t>f 31074/29069/24365 31071/29064/24360 31075/29068/24364</w:t>
        <w:br/>
        <w:t>f 31077/29070/24366 30913/28905/24201 31061/29055/24351</w:t>
        <w:br/>
        <w:t>f 31076/29071/24367 31077/29070/24366 31061/29055/24351</w:t>
        <w:br/>
        <w:t>f 31074/29069/24365 31075/29068/24364 31077/29070/24366</w:t>
        <w:br/>
        <w:t>f 31076/29071/24367 31074/29069/24365 31077/29070/24366</w:t>
        <w:br/>
        <w:t>f 31080/29072/24368 31079/29073/24369 31078/29074/24370</w:t>
        <w:br/>
        <w:t>f 31081/29075/24371 31080/29072/24368 31078/29074/24370</w:t>
        <w:br/>
        <w:t>f 30926/28917/24213 31081/29075/24371 31078/29074/24370</w:t>
        <w:br/>
        <w:t>f 31069/29061/24357 30926/28917/24213 31078/29074/24370</w:t>
        <w:br/>
        <w:t>f 31079/29073/24369 31080/29072/24368 30933/28926/24222</w:t>
        <w:br/>
        <w:t>f 31070/29065/24361 31079/29073/24369 30933/28926/24222</w:t>
        <w:br/>
        <w:t>f 31083/29076/24372 31072/29066/24362 31073/29067/24363</w:t>
        <w:br/>
        <w:t>f 31082/29077/24373 31083/29076/24372 31073/29067/24363</w:t>
        <w:br/>
        <w:t>f 31082/29077/24373 31073/29067/24363 30953/28946/24242</w:t>
        <w:br/>
        <w:t>f 31084/29078/24374 31082/29077/24373 30953/28946/24242</w:t>
        <w:br/>
        <w:t>f 31086/29079/24375 30952/28947/24243 31021/29016/24312</w:t>
        <w:br/>
        <w:t>f 31085/29080/24376 31086/29079/24375 31021/29016/24312</w:t>
        <w:br/>
        <w:t>f 31021/29016/24312 31022/29015/24311 31087/29081/24377</w:t>
        <w:br/>
        <w:t>f 31085/29080/24376 31021/29016/24312 31087/29081/24377</w:t>
        <w:br/>
        <w:t>f 31022/29015/24311 31033/29027/24323 31088/29082/24378</w:t>
        <w:br/>
        <w:t>f 31087/29081/24377 31022/29015/24311 31088/29082/24378</w:t>
        <w:br/>
        <w:t>f 31033/29027/24323 30955/28950/24246 31089/29083/24379</w:t>
        <w:br/>
        <w:t>f 31088/29082/24378 31033/29027/24323 31089/29083/24379</w:t>
        <w:br/>
        <w:t>f 30956/28949/24245 31090/29084/24380 31089/29083/24379</w:t>
        <w:br/>
        <w:t>f 30955/28950/24246 30956/28949/24245 31089/29083/24379</w:t>
        <w:br/>
        <w:t>f 30871/28864/24160 30872/28863/24159 31091/29085/24381</w:t>
        <w:br/>
        <w:t>f 31092/29086/24382 30871/28864/24160 31091/29085/24381</w:t>
        <w:br/>
        <w:t>f 30872/28863/24159 31036/29032/24328 31093/29087/24383</w:t>
        <w:br/>
        <w:t>f 31094/29088/24384 30872/28863/24159 31093/29087/24383</w:t>
        <w:br/>
        <w:t>f 31037/29031/24327 31095/29089/24385 31093/29087/24383</w:t>
        <w:br/>
        <w:t>f 31036/29032/24328 31037/29031/24327 31093/29087/24383</w:t>
        <w:br/>
        <w:t>f 30850/28845/24141 30851/28844/24140 31097/29090/24386</w:t>
        <w:br/>
        <w:t>f 31096/29091/24387 30850/28845/24141 31097/29090/24386</w:t>
        <w:br/>
        <w:t>f 31006/29000/24296 31098/29092/24388 31030/29024/24320</w:t>
        <w:br/>
        <w:t>f 31005/29001/24297 31006/29000/24296 31030/29024/24320</w:t>
        <w:br/>
        <w:t>f 31098/29092/24388 31099/29093/24389 30940/28935/24231</w:t>
        <w:br/>
        <w:t>f 31030/29024/24320 31098/29092/24388 30940/28935/24231</w:t>
        <w:br/>
        <w:t>f 31099/29093/24389 31100/29094/24390 30939/28936/24232</w:t>
        <w:br/>
        <w:t>f 30940/28935/24231 31099/29093/24389 30939/28936/24232</w:t>
        <w:br/>
        <w:t>f 30890/28884/24180 31102/29095/24391 31101/29096/24392</w:t>
        <w:br/>
        <w:t>f 30889/28885/24181 30890/28884/24180 31101/29096/24392</w:t>
        <w:br/>
        <w:t>f 31103/29097/24393 31048/29040/24336 30889/28885/24181</w:t>
        <w:br/>
        <w:t>f 31101/29096/24392 31103/29097/24393 30889/28885/24181</w:t>
        <w:br/>
        <w:t>f 31103/29097/24393 31105/29098/24385 31104/29099/24394</w:t>
        <w:br/>
        <w:t>f 31048/29040/24336 31103/29097/24393 31104/29099/24394</w:t>
        <w:br/>
        <w:t>f 31109/29100/24387 31108/29101/24395 31107/29102/24396</w:t>
        <w:br/>
        <w:t>f 31106/29103/24397 31109/29100/24387 31107/29102/24396</w:t>
        <w:br/>
        <w:t>f 30979/28972/24268 30980/28971/24267 30983/28979/24275</w:t>
        <w:br/>
        <w:t>f 31110/29104/24398 30979/28972/24268 30983/28979/24275</w:t>
        <w:br/>
        <w:t>f 30976/28967/24263 30973/28970/24266 31111/29105/24399</w:t>
        <w:br/>
        <w:t>f 30988/28980/24276 30976/28967/24263 31111/29105/24399</w:t>
        <w:br/>
        <w:t>f 31110/29104/24398 30983/28979/24275 30988/28980/24276</w:t>
        <w:br/>
        <w:t>f 31111/29105/24399 31110/29104/24398 30988/28980/24276</w:t>
        <w:br/>
        <w:t>f 31112/29106/24400 30964/28959/24255 30973/28970/24266</w:t>
        <w:br/>
        <w:t>f 30974/28969/24265 31112/29106/24400 30973/28970/24266</w:t>
        <w:br/>
        <w:t>f 30979/28972/24268 30963/28956/24252 30969/28964/24260</w:t>
        <w:br/>
        <w:t>f 30978/28973/24269 30979/28972/24268 30969/28964/24260</w:t>
        <w:br/>
        <w:t>f 31113/29107/24401 31112/29106/24400 30974/28969/24265</w:t>
        <w:br/>
        <w:t>f 30981/28976/24272 31113/29107/24401 30974/28969/24265</w:t>
        <w:br/>
        <w:t>f 30968/28960/24256 30966/28962/24258 30977/28974/24270</w:t>
        <w:br/>
        <w:t>f 30978/28973/24269 30968/28960/24256 30977/28974/24270</w:t>
        <w:br/>
        <w:t>f 31114/29108/24402 31113/29107/24401 30981/28976/24272</w:t>
        <w:br/>
        <w:t>f 30999/28993/24289 31114/29108/24402 30981/28976/24272</w:t>
        <w:br/>
        <w:t>f 30985/28977/24273 31071/29064/24360 31074/29069/24365</w:t>
        <w:br/>
        <w:t>f 30984/28978/24274 30985/28977/24273 31074/29069/24365</w:t>
        <w:br/>
        <w:t>f 31076/29071/24367 31061/29055/24351 30986/28982/24278</w:t>
        <w:br/>
        <w:t>f 30987/28981/24277 31076/29071/24367 30986/28982/24278</w:t>
        <w:br/>
        <w:t>f 30984/28978/24274 31074/29069/24365 31076/29071/24367</w:t>
        <w:br/>
        <w:t>f 30987/28981/24277 30984/28978/24274 31076/29071/24367</w:t>
        <w:br/>
        <w:t>f 30990/28984/24280 31078/29074/24370 31079/29073/24369</w:t>
        <w:br/>
        <w:t>f 30989/28985/24281 30990/28984/24280 31079/29073/24369</w:t>
        <w:br/>
        <w:t>f 30993/28986/24282 31069/29061/24357 31078/29074/24370</w:t>
        <w:br/>
        <w:t>f 30990/28984/24280 30993/28986/24282 31078/29074/24370</w:t>
        <w:br/>
        <w:t>f 30989/28985/24281 31079/29073/24369 31070/29065/24361</w:t>
        <w:br/>
        <w:t>f 30995/28989/24285 30989/28985/24281 31070/29065/24361</w:t>
        <w:br/>
        <w:t>f 30975/28968/24264 30976/28967/24263 30986/28982/24278</w:t>
        <w:br/>
        <w:t>f 31062/29054/24350 30975/28968/24264 30986/28982/24278</w:t>
        <w:br/>
        <w:t>f 30996/28992/24288 30982/28975/24271 31065/29058/24354</w:t>
        <w:br/>
        <w:t>f 31066/29057/24353 30996/28992/24288 31065/29058/24354</w:t>
        <w:br/>
        <w:t>f 30985/28977/24273 30980/28971/24267 30977/28974/24270</w:t>
        <w:br/>
        <w:t>f 30995/28989/24285 30985/28977/24273 30977/28974/24270</w:t>
        <w:br/>
        <w:t>f 30982/28975/24271 30975/28968/24264 31062/29054/24350</w:t>
        <w:br/>
        <w:t>f 31065/29058/24354 30982/28975/24271 31062/29054/24350</w:t>
        <w:br/>
        <w:t>f 30998/28990/24286 30996/28992/24288 31066/29057/24353</w:t>
        <w:br/>
        <w:t>f 31072/29066/24362 30998/28990/24286 31066/29057/24353</w:t>
        <w:br/>
        <w:t>f 31083/29076/24372 31116/29109/24403 31115/29110/24404</w:t>
        <w:br/>
        <w:t>f 31072/29066/24362 31083/29076/24372 31115/29110/24404</w:t>
        <w:br/>
        <w:t>f 30993/28986/24282 30994/28988/24284 31068/29062/24358</w:t>
        <w:br/>
        <w:t>f 31032/29026/24322 31117/29111/24405 31035/29029/24325</w:t>
        <w:br/>
        <w:t>f 31031/29025/24321 31032/29026/24322 31035/29029/24325</w:t>
        <w:br/>
        <w:t>f 31119/29112/24406 31118/29113/24407 30855/28848/24144</w:t>
        <w:br/>
        <w:t>f 30856/28847/24143 31119/29112/24406 30855/28848/24144</w:t>
        <w:br/>
        <w:t>f 31026/29020/24316 30941/28934/24230 31032/29026/24322</w:t>
        <w:br/>
        <w:t>f 30945/28940/24236 31026/29020/24316 31032/29026/24322</w:t>
        <w:br/>
        <w:t>f 30941/28934/24230 30942/28933/24229 31117/29111/24405</w:t>
        <w:br/>
        <w:t>f 31032/29026/24322 30941/28934/24230 31117/29111/24405</w:t>
        <w:br/>
        <w:t>f 30892/28886/24182 30877/28873/24169 30878/28872/24168</w:t>
        <w:br/>
        <w:t>f 30891/28883/24179 30892/28886/24182 30878/28872/24168</w:t>
        <w:br/>
        <w:t>f 30892/28886/24182 31049/29043/24339 31045/29038/24334</w:t>
        <w:br/>
        <w:t>f 30877/28873/24169 30892/28886/24182 31045/29038/24334</w:t>
        <w:br/>
        <w:t>f 31045/29038/24334 31049/29043/24339 31046/29042/24338</w:t>
        <w:br/>
        <w:t>f 31044/29039/24335 31045/29038/24334 31046/29042/24338</w:t>
        <w:br/>
        <w:t>f 31121/29114/24408 31120/29115/24409 31118/29113/24407</w:t>
        <w:br/>
        <w:t>f 31119/29112/24406 31121/29114/24408 31118/29113/24407</w:t>
        <w:br/>
        <w:t>f 31123/29116/24410 31122/29117/24411 30861/28858/24154</w:t>
        <w:br/>
        <w:t>f 30862/28857/24153 31123/29116/24410 30861/28858/24154</w:t>
        <w:br/>
        <w:t>f 31124/29118/24412 31123/29116/24410 30862/28857/24153</w:t>
        <w:br/>
        <w:t>f 30887/28881/24177 31124/29118/24412 30862/28857/24153</w:t>
        <w:br/>
        <w:t>f 30871/28864/24160 31126/29119/24413 31125/29120/24414</w:t>
        <w:br/>
        <w:t>f 30870/28865/24161 30871/28864/24160 31125/29120/24414</w:t>
        <w:br/>
        <w:t>f 30957/28948/24244 30865/28862/24158 31127/29121/24415</w:t>
        <w:br/>
        <w:t>f 31128/29122/24416 30957/28948/24244 31127/29121/24415</w:t>
        <w:br/>
        <w:t>f 30879/28871/24167 31130/29123/24417 31129/29124/24418</w:t>
        <w:br/>
        <w:t>f 30878/28872/24168 30879/28871/24167 31129/29124/24418</w:t>
        <w:br/>
        <w:t>f 30882/28877/24173 31132/29125/24419 31131/29126/24420</w:t>
        <w:br/>
        <w:t>f 30881/28878/24174 30882/28877/24173 31131/29126/24420</w:t>
        <w:br/>
        <w:t>f 30885/28879/24175 31133/29127/24421 31130/29123/24417</w:t>
        <w:br/>
        <w:t>f 30879/28871/24167 30885/28879/24175 31130/29123/24417</w:t>
        <w:br/>
        <w:t>f 31135/29128/24422 31134/29129/24423 30890/28884/24180</w:t>
        <w:br/>
        <w:t>f 30891/28883/24179 31135/29128/24422 30890/28884/24180</w:t>
        <w:br/>
        <w:t>f 30893/28890/24186 30894/28889/24185 31136/29130/24424</w:t>
        <w:br/>
        <w:t>f 31137/29131/24425 30893/28890/24186 31136/29130/24424</w:t>
        <w:br/>
        <w:t>f 31139/29132/24426 30958/28953/24249 31138/29133/24427</w:t>
        <w:br/>
        <w:t>f 31126/29119/24413 30871/28864/24160 31092/29086/24382</w:t>
        <w:br/>
        <w:t>f 31140/29134/24428 31126/29119/24413 31092/29086/24382</w:t>
        <w:br/>
        <w:t>f 31134/29129/24423 31141/29135/24429 31102/29095/24391</w:t>
        <w:br/>
        <w:t>f 30890/28884/24180 31134/29129/24423 31102/29095/24391</w:t>
        <w:br/>
        <w:t>f 31129/29124/24418 31135/29128/24422 30891/28883/24179</w:t>
        <w:br/>
        <w:t>f 30878/28872/24168 31129/29124/24418 30891/28883/24179</w:t>
        <w:br/>
        <w:t>f 30893/28890/24186 31142/29136/24430 30866/28861/24157</w:t>
        <w:br/>
        <w:t>f 30866/28861/24157 31127/29121/24415 30865/28862/24158</w:t>
        <w:br/>
        <w:t>f 30957/28948/24244 31128/29122/24416 31143/29137/24431</w:t>
        <w:br/>
        <w:t>f 30956/28949/24245 30957/28948/24244 31143/29137/24431</w:t>
        <w:br/>
        <w:t>f 31124/29118/24412 31125/29120/24414 31127/29121/24415</w:t>
        <w:br/>
        <w:t>f 31117/29111/24405 31145/29138/24432 31144/29139/24433</w:t>
        <w:br/>
        <w:t>f 31035/29029/24325 31117/29111/24405 31144/29139/24433</w:t>
        <w:br/>
        <w:t>f 30958/28953/24249 31139/29132/24426 31136/29130/24424</w:t>
        <w:br/>
        <w:t>f 30894/28889/24185 30958/28953/24249 31136/29130/24424</w:t>
        <w:br/>
        <w:t>f 31035/29029/24325 31144/29139/24433 31034/29028/24324</w:t>
        <w:br/>
        <w:t>f 31147/29140/24434 31146/29141/24435 30942/28933/24229</w:t>
        <w:br/>
        <w:t>f 30939/28936/24232 31147/29140/24434 30942/28933/24229</w:t>
        <w:br/>
        <w:t>f 31132/29125/24419 31122/29117/24411 31137/29131/24425</w:t>
        <w:br/>
        <w:t>f 31136/29130/24424 31132/29125/24419 31137/29131/24425</w:t>
        <w:br/>
        <w:t>f 31138/29133/24427 31133/29127/24421 31131/29126/24420</w:t>
        <w:br/>
        <w:t>f 31139/29132/24426 31138/29133/24427 31131/29126/24420</w:t>
        <w:br/>
        <w:t>f 31143/29137/24431 31148/29142/24436 31090/29084/24380</w:t>
        <w:br/>
        <w:t>f 30956/28949/24245 31143/29137/24431 31090/29084/24380</w:t>
        <w:br/>
        <w:t>f 31100/29094/24390 31149/29143/24437 31147/29140/24434</w:t>
        <w:br/>
        <w:t>f 30939/28936/24232 31100/29094/24390 31147/29140/24434</w:t>
        <w:br/>
        <w:t>f 30942/28933/24229 31146/29141/24435 31145/29138/24432</w:t>
        <w:br/>
        <w:t>f 31117/29111/24405 30942/28933/24229 31145/29138/24432</w:t>
        <w:br/>
        <w:t>f 31060/29056/24352 31061/29055/24351 30913/28905/24201</w:t>
        <w:br/>
        <w:t>f 30914/28908/24204 31060/29056/24352 30913/28905/24201</w:t>
        <w:br/>
        <w:t>f 31063/29060/24356 31064/29059/24355 30917/28910/24206</w:t>
        <w:br/>
        <w:t>f 30918/28909/24205 31063/29060/24356 30917/28910/24206</w:t>
        <w:br/>
        <w:t>f 31069/29061/24357 31067/29063/24359 30925/28918/24214</w:t>
        <w:br/>
        <w:t>f 30926/28917/24213 31069/29061/24357 30925/28918/24214</w:t>
        <w:br/>
        <w:t>f 30934/28925/24221 31071/29064/24360 31070/29065/24361</w:t>
        <w:br/>
        <w:t>f 30933/28926/24222 30934/28925/24221 31070/29065/24361</w:t>
        <w:br/>
        <w:t>f 31064/29059/24355 31060/29056/24352 30914/28908/24204</w:t>
        <w:br/>
        <w:t>f 30917/28910/24206 31064/29059/24355 30914/28908/24204</w:t>
        <w:br/>
        <w:t>f 31073/29067/24363 31063/29060/24356 30918/28909/24205</w:t>
        <w:br/>
        <w:t>f 30953/28946/24242 31073/29067/24363 30918/28909/24205</w:t>
        <w:br/>
        <w:t>f 30931/28928/24224 31019/29013/24309 31075/29068/24364</w:t>
        <w:br/>
        <w:t>f 30934/28925/24221 30931/28928/24224 31075/29068/24364</w:t>
        <w:br/>
        <w:t>f 31077/29070/24366 31023/29017/24313 30912/28906/24202</w:t>
        <w:br/>
        <w:t>f 30913/28905/24201 31077/29070/24366 30912/28906/24202</w:t>
        <w:br/>
        <w:t>f 31075/29068/24364 31019/29013/24309 31023/29017/24313</w:t>
        <w:br/>
        <w:t>f 31077/29070/24366 31075/29068/24364 31023/29017/24313</w:t>
        <w:br/>
        <w:t>f 31081/29075/24371 31010/29005/24301 31011/29004/24300</w:t>
        <w:br/>
        <w:t>f 31080/29072/24368 31081/29075/24371 31011/29004/24300</w:t>
        <w:br/>
        <w:t>f 30926/28917/24213 30923/28920/24216 31010/29005/24301</w:t>
        <w:br/>
        <w:t>f 31081/29075/24371 30926/28917/24213 31010/29005/24301</w:t>
        <w:br/>
        <w:t>f 31080/29072/24368 31011/29004/24300 30932/28927/24223</w:t>
        <w:br/>
        <w:t>f 30933/28926/24222 31080/29072/24368 30932/28927/24223</w:t>
        <w:br/>
        <w:t>f 30952/28947/24243 31086/29079/24375 31084/29078/24374</w:t>
        <w:br/>
        <w:t>f 30953/28946/24242 30952/28947/24243 31084/29078/24374</w:t>
        <w:br/>
        <w:t>f 30963/28956/24252 30979/28972/24268 31110/29104/24398</w:t>
        <w:br/>
        <w:t>f 30962/28957/24253 30963/28956/24252 31110/29104/24398</w:t>
        <w:br/>
        <w:t>f 30973/28970/24266 30964/28959/24255 30965/28958/24254</w:t>
        <w:br/>
        <w:t>f 31111/29105/24399 30973/28970/24266 30965/28958/24254</w:t>
        <w:br/>
        <w:t>f 30962/28957/24253 31110/29104/24398 31111/29105/24399</w:t>
        <w:br/>
        <w:t>f 30965/28958/24254 30962/28957/24253 31111/29105/24399</w:t>
        <w:br/>
        <w:t>f 30970/28963/24259 30968/28960/24256 30978/28973/24269</w:t>
        <w:br/>
        <w:t>f 30969/28964/24260 30970/28963/24259 30978/28973/24269</w:t>
        <w:br/>
        <w:t>f 31150/29144/24438 30927/28923/24219 30964/28959/24255</w:t>
        <w:br/>
        <w:t>f 31112/29106/24400 31150/29144/24438 30964/28959/24255</w:t>
        <w:br/>
        <w:t>f 30963/28956/24252 30921/28914/24210 30947/28943/24239</w:t>
        <w:br/>
        <w:t>f 30969/28964/24260 30963/28956/24252 30947/28943/24239</w:t>
        <w:br/>
        <w:t>f 31151/29145/24439 31150/29144/24438 31112/29106/24400</w:t>
        <w:br/>
        <w:t>f 31113/29107/24401 31151/29145/24439 31112/29106/24400</w:t>
        <w:br/>
        <w:t>f 31152/29146/24440 31151/29145/24439 31113/29107/24401</w:t>
        <w:br/>
        <w:t>f 31114/29108/24402 31152/29146/24440 31113/29107/24401</w:t>
        <w:br/>
        <w:t>f 30919/28916/24212 31153/29147/24441 30922/28913/24209</w:t>
        <w:br/>
        <w:t>f 31154/29148/24442 30951/28941/24237 30922/28913/24209</w:t>
        <w:br/>
        <w:t>f 31153/29147/24441 31154/29148/24442 30922/28913/24209</w:t>
        <w:br/>
        <w:t>f 30951/28941/24237 31154/29148/24442 30950/28945/24241</w:t>
        <w:br/>
        <w:t>f 30927/28923/24219 31150/29144/24438 30961/28954/24250</w:t>
        <w:br/>
        <w:t>f 30930/28924/24220 30927/28923/24219 30961/28954/24250</w:t>
        <w:br/>
        <w:t>f 31150/29144/24438 31151/29145/24439 30971/28966/24262</w:t>
        <w:br/>
        <w:t>f 30961/28954/24250 31150/29144/24438 30971/28966/24262</w:t>
        <w:br/>
        <w:t>f 31152/29146/24440 30971/28966/24262 31151/29145/24439</w:t>
        <w:br/>
        <w:t>f 31155/29149/24443 30971/28966/24262 31152/29146/24440</w:t>
        <w:br/>
        <w:t>f 31155/29149/24443 31000/28994/24290 30971/28966/24262</w:t>
        <w:br/>
        <w:t>f 31158/29150/24444 30907/28902/24198 31157/29151/24445</w:t>
        <w:br/>
        <w:t>f 31156/29152/24446 31158/29150/24444 31157/29151/24445</w:t>
        <w:br/>
        <w:t>f 31162/29153/24447 31161/29154/24448 31160/29155/24449</w:t>
        <w:br/>
        <w:t>f 31159/29156/24450 31162/29153/24447 31160/29155/24449</w:t>
        <w:br/>
        <w:t>f 31106/29103/24397 31107/29102/24396 31120/29115/24409</w:t>
        <w:br/>
        <w:t>f 31121/29114/24408 31106/29103/24397 31120/29115/24409</w:t>
        <w:br/>
        <w:t>f 31166/29157/24451 31165/29158/24452 31164/29159/24453</w:t>
        <w:br/>
        <w:t>f 31163/29160/24454 31166/29157/24451 31164/29159/24453</w:t>
        <w:br/>
        <w:t>f 31168/29161/24455 30910/28903/24199 30909/28904/24200</w:t>
        <w:br/>
        <w:t>f 31167/29162/24456 31168/29161/24455 30909/28904/24200</w:t>
        <w:br/>
        <w:t>f 31160/29155/24449 31161/29154/24448 31170/29163/24457</w:t>
        <w:br/>
        <w:t>f 31169/29164/24458 31160/29155/24449 31170/29163/24457</w:t>
        <w:br/>
        <w:t>f 31166/29157/24451 31163/29160/24454 31169/29164/24458</w:t>
        <w:br/>
        <w:t>f 31170/29163/24457 31166/29157/24451 31169/29164/24458</w:t>
        <w:br/>
        <w:t>f 30849/28846/24142 31168/29161/24455 31167/29162/24456</w:t>
        <w:br/>
        <w:t>f 30852/28843/24139 30849/28846/24142 31167/29162/24456</w:t>
        <w:br/>
        <w:t>f 31165/29158/24452 30902/28897/24193 31171/29165/24459</w:t>
        <w:br/>
        <w:t>f 31164/29159/24453 31165/29158/24452 31171/29165/24459</w:t>
        <w:br/>
        <w:t>f 31156/29152/24446 31157/29151/24445 31173/29166/24460</w:t>
        <w:br/>
        <w:t>f 31172/29167/24461 31156/29152/24446 31173/29166/24460</w:t>
        <w:br/>
        <w:t>f 31176/29168/24462 31175/29169/24460 30859/28852/24148</w:t>
        <w:br/>
        <w:t>f 31174/29170/24463 31176/29168/24462 30859/28852/24148</w:t>
        <w:br/>
        <w:t>f 31178/29171/24464 31162/29153/24447 31159/29156/24450</w:t>
        <w:br/>
        <w:t>f 31177/29172/24465 31178/29171/24464 31159/29156/24450</w:t>
        <w:br/>
        <w:t>f 30860/28851/24147 31178/29171/24464 31177/29172/24465</w:t>
        <w:br/>
        <w:t>f 31179/29173/24466 30860/28851/24147 31177/29172/24465</w:t>
        <w:br/>
        <w:t>f 31180/29174/24467 30849/28846/24142 30850/28845/24141</w:t>
        <w:br/>
        <w:t>f 31037/29031/24327 31180/29174/24467 30850/28845/24141</w:t>
        <w:br/>
        <w:t>f 31180/29174/24467 31181/29175/24468 31168/29161/24455</w:t>
        <w:br/>
        <w:t>f 30849/28846/24142 31180/29174/24467 31168/29161/24455</w:t>
        <w:br/>
        <w:t>f 31181/29175/24468 31182/29176/24469 30910/28903/24199</w:t>
        <w:br/>
        <w:t>f 31168/29161/24455 31181/29175/24468 30910/28903/24199</w:t>
        <w:br/>
        <w:t>f 31182/29176/24469 31055/29050/24346 30900/28891/24187</w:t>
        <w:br/>
        <w:t>f 30910/28903/24199 31182/29176/24469 30900/28891/24187</w:t>
        <w:br/>
        <w:t>f 31058/29052/24348 31183/29177/24470 30900/28891/24187</w:t>
        <w:br/>
        <w:t>f 31055/29050/24346 31058/29052/24348 30900/28891/24187</w:t>
        <w:br/>
        <w:t>f 31058/29052/24348 31185/29178/24471 31184/29179/24472</w:t>
        <w:br/>
        <w:t>f 31183/29177/24470 31058/29052/24348 31184/29179/24472</w:t>
        <w:br/>
        <w:t>f 31185/29178/24471 31187/29180/24473 31186/29181/24473</w:t>
        <w:br/>
        <w:t>f 31184/29179/24472 31185/29178/24471 31186/29181/24473</w:t>
        <w:br/>
        <w:t>f 31187/29180/24473 31189/29182/24474 31188/29183/24475</w:t>
        <w:br/>
        <w:t>f 31186/29181/24473 31187/29180/24473 31188/29183/24475</w:t>
        <w:br/>
        <w:t>f 31191/29184/24476 31190/29185/24476 31188/29183/24475</w:t>
        <w:br/>
        <w:t>f 31189/29182/24474 31191/29184/24476 31188/29183/24475</w:t>
        <w:br/>
        <w:t>f 31193/29186/24477 31192/29187/24478 31190/29185/24476</w:t>
        <w:br/>
        <w:t>f 31191/29184/24476 31193/29186/24477 31190/29185/24476</w:t>
        <w:br/>
        <w:t>f 31193/29186/24477 31104/29099/24394 31106/29103/24397</w:t>
        <w:br/>
        <w:t>f 31121/29114/24408 31193/29186/24477 31106/29103/24397</w:t>
        <w:br/>
        <w:t>f 31105/29098/24385 31109/29100/24387 31106/29103/24397</w:t>
        <w:br/>
        <w:t>f 31104/29099/24394 31105/29098/24385 31106/29103/24397</w:t>
        <w:br/>
        <w:t>f 31037/29031/24327 30850/28845/24141 31096/29091/24387</w:t>
        <w:br/>
        <w:t>f 31095/29089/24385 31037/29031/24327 31096/29091/24387</w:t>
        <w:br/>
        <w:t>f 31156/29152/24446 31195/29188/24479 31194/29189/24480</w:t>
        <w:br/>
        <w:t>f 31158/29150/24444 31156/29152/24446 31194/29189/24480</w:t>
        <w:br/>
        <w:t>f 31172/29167/24461 31196/29190/24481 31195/29188/24479</w:t>
        <w:br/>
        <w:t>f 31156/29152/24446 31172/29167/24461 31195/29188/24479</w:t>
        <w:br/>
        <w:t>f 31176/29168/24462 31174/29170/24463 31198/29191/24482</w:t>
        <w:br/>
        <w:t>f 31197/29192/24483 31176/29168/24462 31198/29191/24482</w:t>
        <w:br/>
        <w:t>f 31174/29170/24463 31179/29173/24466 31120/29115/24409</w:t>
        <w:br/>
        <w:t>f 31107/29102/24396 31174/29170/24463 31120/29115/24409</w:t>
        <w:br/>
        <w:t>f 31179/29173/24466 31177/29172/24465 31118/29113/24407</w:t>
        <w:br/>
        <w:t>f 31120/29115/24409 31179/29173/24466 31118/29113/24407</w:t>
        <w:br/>
        <w:t>f 31177/29172/24465 31159/29156/24450 30855/28848/24144</w:t>
        <w:br/>
        <w:t>f 31118/29113/24407 31177/29172/24465 30855/28848/24144</w:t>
        <w:br/>
        <w:t>f 31159/29156/24450 31160/29155/24449 30854/28849/24145</w:t>
        <w:br/>
        <w:t>f 30855/28848/24144 31159/29156/24450 30854/28849/24145</w:t>
        <w:br/>
        <w:t>f 31169/29164/24458 30906/28899/24195 30854/28849/24145</w:t>
        <w:br/>
        <w:t>f 31160/29155/24449 31169/29164/24458 30854/28849/24145</w:t>
        <w:br/>
        <w:t>f 31163/29160/24454 30898/28893/24189 30906/28899/24195</w:t>
        <w:br/>
        <w:t>f 31169/29164/24458 31163/29160/24454 30906/28899/24195</w:t>
        <w:br/>
        <w:t>f 31163/29160/24454 31164/29159/24453 30897/28894/24190</w:t>
        <w:br/>
        <w:t>f 30898/28893/24189 31163/29160/24454 30897/28894/24190</w:t>
        <w:br/>
        <w:t>f 31171/29165/24459 30909/28904/24200 30897/28894/24190</w:t>
        <w:br/>
        <w:t>f 31164/29159/24453 31171/29165/24459 30897/28894/24190</w:t>
        <w:br/>
        <w:t>f 31199/29193/24484 31167/29162/24456 30909/28904/24200</w:t>
        <w:br/>
        <w:t>f 31171/29165/24459 31199/29193/24484 30909/28904/24200</w:t>
        <w:br/>
        <w:t>f 31158/29150/24444 31194/29189/24480 31167/29162/24456</w:t>
        <w:br/>
        <w:t>f 31199/29193/24484 31158/29150/24444 31167/29162/24456</w:t>
        <w:br/>
        <w:t>f 31179/29173/24466 31174/29170/24463 30859/28852/24148</w:t>
        <w:br/>
        <w:t>f 30860/28851/24147 31179/29173/24466 30859/28852/24148</w:t>
        <w:br/>
        <w:t>f 31171/29165/24459 30902/28897/24193 30903/28896/24192</w:t>
        <w:br/>
        <w:t>f 31199/29193/24484 31171/29165/24459 30903/28896/24192</w:t>
        <w:br/>
        <w:t>f 31199/29193/24484 30903/28896/24192 30907/28902/24198</w:t>
        <w:br/>
        <w:t>f 31158/29150/24444 31199/29193/24484 30907/28902/24198</w:t>
        <w:br/>
        <w:t>f 30907/28902/24198 30908/28901/24197 31200/29194/24485</w:t>
        <w:br/>
        <w:t>f 31157/29151/24445 30907/28902/24198 31200/29194/24485</w:t>
        <w:br/>
        <w:t>f 31202/29195/24486 31201/29196/24487 31161/29154/24448</w:t>
        <w:br/>
        <w:t>f 31162/29153/24447 31202/29195/24486 31161/29154/24448</w:t>
        <w:br/>
        <w:t>f 31204/29197/24488 31203/29198/24489 31165/29158/24452</w:t>
        <w:br/>
        <w:t>f 31166/29157/24451 31204/29197/24488 31165/29158/24452</w:t>
        <w:br/>
        <w:t>f 31161/29154/24448 31201/29196/24487 31205/29199/24490</w:t>
        <w:br/>
        <w:t>f 31170/29163/24457 31161/29154/24448 31205/29199/24490</w:t>
        <w:br/>
        <w:t>f 31205/29199/24490 31204/29197/24488 31166/29157/24451</w:t>
        <w:br/>
        <w:t>f 31170/29163/24457 31205/29199/24490 31166/29157/24451</w:t>
        <w:br/>
        <w:t>f 31203/29198/24489 30901/28898/24194 30902/28897/24193</w:t>
        <w:br/>
        <w:t>f 31165/29158/24452 31203/29198/24489 30902/28897/24193</w:t>
        <w:br/>
        <w:t>f 31157/29151/24445 31200/29194/24485 31206/29200/24491</w:t>
        <w:br/>
        <w:t>f 31173/29166/24460 31157/29151/24445 31206/29200/24491</w:t>
        <w:br/>
        <w:t>f 31175/29169/24460 31207/29201/24491 30858/28853/24149</w:t>
        <w:br/>
        <w:t>f 30859/28852/24148 31175/29169/24460 30858/28853/24149</w:t>
        <w:br/>
        <w:t>f 31208/29202/24492 31202/29195/24486 31162/29153/24447</w:t>
        <w:br/>
        <w:t>f 31178/29171/24464 31208/29202/24492 31162/29153/24447</w:t>
        <w:br/>
        <w:t>f 30857/28854/24150 31208/29202/24492 31178/29171/24464</w:t>
        <w:br/>
        <w:t>f 30860/28851/24147 30857/28854/24150 31178/29171/24464</w:t>
        <w:br/>
        <w:t>f 31142/29136/24430 31137/29131/24425 31122/29117/24411</w:t>
        <w:br/>
        <w:t>f 31123/29116/24410 31142/29136/24430 31122/29117/24411</w:t>
        <w:br/>
        <w:t>f 31127/29121/24415 31142/29136/24430 31124/29118/24412</w:t>
        <w:br/>
        <w:t>f 31126/29119/24413 31143/29137/24431 31128/29122/24416</w:t>
        <w:br/>
        <w:t>f 31125/29120/24414 31126/29119/24413 31128/29122/24416</w:t>
        <w:br/>
        <w:t>f 31130/29123/24417 31144/29139/24433 31129/29124/24418</w:t>
        <w:br/>
        <w:t>f 31132/29125/24419 31136/29130/24424 31139/29132/24426</w:t>
        <w:br/>
        <w:t>f 31131/29126/24420 31132/29125/24419 31139/29132/24426</w:t>
        <w:br/>
        <w:t>f 31133/29127/24421 31138/29133/24427 31130/29123/24417</w:t>
        <w:br/>
        <w:t>f 31146/29141/24435 31147/29140/24434 31134/29129/24423</w:t>
        <w:br/>
        <w:t>f 31135/29128/24422 31146/29141/24435 31134/29129/24423</w:t>
        <w:br/>
        <w:t>f 31148/29142/24436 31143/29137/24431 31126/29119/24413</w:t>
        <w:br/>
        <w:t>f 31140/29134/24428 31148/29142/24436 31126/29119/24413</w:t>
        <w:br/>
        <w:t>f 31147/29140/24434 31149/29143/24437 31141/29135/24429</w:t>
        <w:br/>
        <w:t>f 31134/29129/24423 31147/29140/24434 31141/29135/24429</w:t>
        <w:br/>
        <w:t>f 31145/29138/24432 31146/29141/24435 31135/29128/24422</w:t>
        <w:br/>
        <w:t>f 31129/29124/24418 31145/29138/24432 31135/29128/24422</w:t>
        <w:br/>
        <w:t>f 30887/28881/24177 30870/28865/24161 31125/29120/24414</w:t>
        <w:br/>
        <w:t>f 31124/29118/24412 30887/28881/24177 31125/29120/24414</w:t>
        <w:br/>
        <w:t>f 30882/28877/24173 30861/28858/24154 31122/29117/24411</w:t>
        <w:br/>
        <w:t>f 31132/29125/24419 30882/28877/24173 31122/29117/24411</w:t>
        <w:br/>
        <w:t>f 31133/29127/24421 30885/28879/24175 30881/28878/24174</w:t>
        <w:br/>
        <w:t>f 31131/29126/24420 31133/29127/24421 30881/28878/24174</w:t>
        <w:br/>
        <w:t>f 31212/29203/24493 31211/29204/24494 31210/29205/24495</w:t>
        <w:br/>
        <w:t>f 31209/29206/24495 31212/29203/24493 31210/29205/24495</w:t>
        <w:br/>
        <w:t>f 31216/29207/24496 31215/29208/24497 31214/29209/24497</w:t>
        <w:br/>
        <w:t>f 31213/29210/24496 31216/29207/24496 31214/29209/24497</w:t>
        <w:br/>
        <w:t>f 31215/29208/24497 31218/29211/24498 31217/29212/24499</w:t>
        <w:br/>
        <w:t>f 31214/29209/24497 31215/29208/24497 31217/29212/24499</w:t>
        <w:br/>
        <w:t>f 31222/29213/24500 31221/29214/24501 31220/29215/24501</w:t>
        <w:br/>
        <w:t>f 31219/29216/24502 31222/29213/24500 31220/29215/24501</w:t>
        <w:br/>
        <w:t>f 31226/29217/24503 31225/29218/24504 31224/29219/24505</w:t>
        <w:br/>
        <w:t>f 31223/29220/24505 31226/29217/24503 31224/29219/24505</w:t>
        <w:br/>
        <w:t>f 31229/29221/24506 31228/29222/24507 31227/29223/24508</w:t>
        <w:br/>
        <w:t>f 31232/29224/24509 31231/29225/24510 31230/29226/24511</w:t>
        <w:br/>
        <w:t>f 31225/29218/24504 31232/29224/24509 31230/29226/24511</w:t>
        <w:br/>
        <w:t>f 31235/29227/24512 31234/29228/24513 31233/29229/24514</w:t>
        <w:br/>
        <w:t>f 31237/29230/24515 31236/29231/24515 31223/29220/24505</w:t>
        <w:br/>
        <w:t>f 31224/29219/24505 31237/29230/24515 31223/29220/24505</w:t>
        <w:br/>
        <w:t>f 31228/29222/24507 31239/29232/24516 31238/29233/24517</w:t>
        <w:br/>
        <w:t>f 31227/29223/24508 31228/29222/24507 31238/29233/24517</w:t>
        <w:br/>
        <w:t>f 31242/29234/24518 31241/29235/24519 31240/29236/24520</w:t>
        <w:br/>
        <w:t>f 31235/29227/24512 31242/29234/24518 31240/29236/24520</w:t>
        <w:br/>
        <w:t>f 31241/29235/24519 31243/29237/24521 31240/29236/24520</w:t>
        <w:br/>
        <w:t>f 31246/29238/24522 31245/29239/24523 31244/29240/24524</w:t>
        <w:br/>
        <w:t>f 31238/29233/24517 31239/29232/24516 31247/29241/24525</w:t>
        <w:br/>
        <w:t>f 31250/29242/24526 31249/29243/24527 31248/29244/24528</w:t>
        <w:br/>
        <w:t>f 31251/29245/24529 31250/29242/24526 31248/29244/24528</w:t>
        <w:br/>
        <w:t>f 31250/29242/24526 31222/29213/24500 31219/29216/24502</w:t>
        <w:br/>
        <w:t>f 31249/29243/24527 31250/29242/24526 31219/29216/24502</w:t>
        <w:br/>
        <w:t>f 31255/29246/24530 31254/29247/24531 31253/29248/24532</w:t>
        <w:br/>
        <w:t>f 31252/29249/24533 31255/29246/24530 31253/29248/24532</w:t>
        <w:br/>
        <w:t>f 31259/29250/24534 31258/29251/24535 31257/29252/24536</w:t>
        <w:br/>
        <w:t>f 31256/29253/24537 31259/29250/24534 31257/29252/24536</w:t>
        <w:br/>
        <w:t>f 31251/29245/24529 31248/29244/24528 31260/29254/24538</w:t>
        <w:br/>
        <w:t>f 31261/29255/24538 31251/29245/24529 31260/29254/24538</w:t>
        <w:br/>
        <w:t>f 31263/29256/24539 31262/29257/24539 31261/29255/24538</w:t>
        <w:br/>
        <w:t>f 31260/29254/24538 31263/29256/24539 31261/29255/24538</w:t>
        <w:br/>
        <w:t>f 31265/29258/24540 31264/29259/24540 31262/29257/24539</w:t>
        <w:br/>
        <w:t>f 31263/29256/24539 31265/29258/24540 31262/29257/24539</w:t>
        <w:br/>
        <w:t>f 31269/29260/24541 31268/29261/24542 31267/29262/24542</w:t>
        <w:br/>
        <w:t>f 31266/29263/24543 31269/29260/24541 31267/29262/24542</w:t>
        <w:br/>
        <w:t>f 31270/29264/24544 31269/29260/24541 31266/29263/24543</w:t>
        <w:br/>
        <w:t>f 31271/29265/24544 31270/29264/24544 31266/29263/24543</w:t>
        <w:br/>
        <w:t>f 31273/29266/24545 31235/29227/24512 31233/29229/24514</w:t>
        <w:br/>
        <w:t>f 31272/29267/24546 31273/29266/24545 31233/29229/24514</w:t>
        <w:br/>
        <w:t>f 31277/29268/24547 31276/29269/24548 31275/29270/24548</w:t>
        <w:br/>
        <w:t>f 31274/29271/24549 31277/29268/24547 31275/29270/24548</w:t>
        <w:br/>
        <w:t>f 31278/29272/24550 31253/29248/24532 31254/29247/24531</w:t>
        <w:br/>
        <w:t>f 31241/29235/24519 31278/29272/24550 31254/29247/24531</w:t>
        <w:br/>
        <w:t>f 31279/29273/24551 31246/29238/24522 31244/29240/24524</w:t>
        <w:br/>
        <w:t>f 31258/29251/24535 31279/29273/24551 31244/29240/24524</w:t>
        <w:br/>
        <w:t>f 31244/29240/24524 31280/29274/24552 31258/29251/24535</w:t>
        <w:br/>
        <w:t>f 31255/29246/24530 31281/29275/24553 31254/29247/24531</w:t>
        <w:br/>
        <w:t>f 31268/29261/24542 31283/29276/24554 31282/29277/24554</w:t>
        <w:br/>
        <w:t>f 31267/29262/24542 31268/29261/24542 31282/29277/24554</w:t>
        <w:br/>
        <w:t>f 31285/29278/24555 31284/29279/24555 31264/29259/24540</w:t>
        <w:br/>
        <w:t>f 31265/29258/24540 31285/29278/24555 31264/29259/24540</w:t>
        <w:br/>
        <w:t>f 31221/29214/24501 31252/29249/24533 31253/29248/24532</w:t>
        <w:br/>
        <w:t>f 31220/29215/24501 31221/29214/24501 31253/29248/24532</w:t>
        <w:br/>
        <w:t>f 31272/29267/24546 31233/29229/24514 31236/29231/24515</w:t>
        <w:br/>
        <w:t>f 31237/29230/24515 31272/29267/24546 31236/29231/24515</w:t>
        <w:br/>
        <w:t>f 31276/29269/24548 31287/29280/24556 31286/29281/24556</w:t>
        <w:br/>
        <w:t>f 31275/29270/24548 31276/29269/24548 31286/29281/24556</w:t>
        <w:br/>
        <w:t>f 31290/29282/24557 31289/29283/24558 31288/29284/24559</w:t>
        <w:br/>
        <w:t>f 31232/29224/24509 31291/29285/24560 31289/29283/24558</w:t>
        <w:br/>
        <w:t>f 31231/29225/24510 31232/29224/24509 31289/29283/24558</w:t>
        <w:br/>
        <w:t>f 31292/29286/24561 31291/29285/24560 31232/29224/24509</w:t>
        <w:br/>
        <w:t>f 31227/29223/24508 31294/29287/24562 31293/29288/24563</w:t>
        <w:br/>
        <w:t>f 31229/29221/24506 31227/29223/24508 31293/29288/24563</w:t>
        <w:br/>
        <w:t>f 31238/29233/24517 31294/29287/24562 31227/29223/24508</w:t>
        <w:br/>
        <w:t>f 31247/29241/24525 31296/29289/24564 31295/29290/24564</w:t>
        <w:br/>
        <w:t>f 31238/29233/24517 31247/29241/24525 31295/29290/24564</w:t>
        <w:br/>
        <w:t>f 31297/29291/24565 31217/29212/24499 31218/29211/24498</w:t>
        <w:br/>
        <w:t>f 31301/29292/24566 31300/29293/24566 31299/29294/24567</w:t>
        <w:br/>
        <w:t>f 31298/29295/24568 31301/29292/24566 31299/29294/24567</w:t>
        <w:br/>
        <w:t>f 31305/29296/24569 31304/29297/24569 31303/29298/24570</w:t>
        <w:br/>
        <w:t>f 31302/29299/24570 31305/29296/24569 31303/29298/24570</w:t>
        <w:br/>
        <w:t>f 31300/29293/24566 31301/29292/24566 31306/29300/24571</w:t>
        <w:br/>
        <w:t>f 31307/29301/24571 31300/29293/24566 31306/29300/24571</w:t>
        <w:br/>
        <w:t>f 31302/29299/24570 31303/29298/24570 31307/29301/24571</w:t>
        <w:br/>
        <w:t>f 31306/29300/24571 31302/29299/24570 31307/29301/24571</w:t>
        <w:br/>
        <w:t>f 31216/29207/24496 31213/29210/24496 31304/29297/24569</w:t>
        <w:br/>
        <w:t>f 31305/29296/24569 31216/29207/24496 31304/29297/24569</w:t>
        <w:br/>
        <w:t>f 31297/29291/24565 31218/29211/24498 31308/29302/24494</w:t>
        <w:br/>
        <w:t>f 31309/29303/24572 31297/29291/24565 31308/29302/24494</w:t>
        <w:br/>
        <w:t>f 31212/29203/24493 31310/29304/24573 31211/29204/24494</w:t>
        <w:br/>
        <w:t>f 31299/29294/24567 31311/29305/24574 31298/29295/24568</w:t>
        <w:br/>
        <w:t>f 31298/29295/24568 31311/29305/24574 31209/29206/24495</w:t>
        <w:br/>
        <w:t>f 31210/29205/24495 31298/29295/24568 31209/29206/24495</w:t>
        <w:br/>
        <w:t>f 31283/29276/24554 31284/29279/24555 31285/29278/24555</w:t>
        <w:br/>
        <w:t>f 31282/29277/24554 31283/29276/24554 31285/29278/24555</w:t>
        <w:br/>
        <w:t>f 31314/29306/24575 31313/29307/24575 31312/29308/24576</w:t>
        <w:br/>
        <w:t>f 31315/29309/24576 31314/29306/24575 31312/29308/24576</w:t>
        <w:br/>
        <w:t>f 31319/29310/24577 31318/29311/24578 31317/29312/24579</w:t>
        <w:br/>
        <w:t>f 31316/29313/24577 31319/29310/24577 31317/29312/24579</w:t>
        <w:br/>
        <w:t>f 31321/29314/24580 31319/29310/24577 31316/29313/24577</w:t>
        <w:br/>
        <w:t>f 31320/29315/24580 31321/29314/24580 31316/29313/24577</w:t>
        <w:br/>
        <w:t>f 31324/29316/24581 31323/29317/24581 31322/29318/24582</w:t>
        <w:br/>
        <w:t>f 31325/29319/24582 31324/29316/24581 31322/29318/24582</w:t>
        <w:br/>
        <w:t>f 31329/29320/24583 31328/29321/24584 31327/29322/24585</w:t>
        <w:br/>
        <w:t>f 31326/29323/24583 31329/29320/24583 31327/29322/24585</w:t>
        <w:br/>
        <w:t>f 31329/29320/24583 31326/29323/24583 31330/29324/24586</w:t>
        <w:br/>
        <w:t>f 31331/29325/24586 31329/29320/24583 31330/29324/24586</w:t>
        <w:br/>
        <w:t>f 31334/29326/24587 31333/29327/24588 31332/29328/24589</w:t>
        <w:br/>
        <w:t>f 31335/29329/24590 31334/29326/24587 31332/29328/24589</w:t>
        <w:br/>
        <w:t>f 31328/29321/24584 31337/29330/24591 31336/29331/24591</w:t>
        <w:br/>
        <w:t>f 31327/29322/24585 31328/29321/24584 31336/29331/24591</w:t>
        <w:br/>
        <w:t>f 31341/29332/24592 31340/29333/24593 31339/29334/24594</w:t>
        <w:br/>
        <w:t>f 31338/29335/24592 31341/29332/24592 31339/29334/24594</w:t>
        <w:br/>
        <w:t>f 31343/29336/24595 31332/29328/24589 31333/29327/24588</w:t>
        <w:br/>
        <w:t>f 31342/29337/24596 31343/29336/24595 31333/29327/24588</w:t>
        <w:br/>
        <w:t>f 31345/29338/24597 31344/29339/24597 31336/29331/24591</w:t>
        <w:br/>
        <w:t>f 31337/29330/24591 31345/29338/24597 31336/29331/24591</w:t>
        <w:br/>
        <w:t>f 31348/29340/24598 31347/29341/24599 31346/29342/24600</w:t>
        <w:br/>
        <w:t>f 31349/29343/24601 31348/29340/24598 31346/29342/24600</w:t>
        <w:br/>
        <w:t>f 31352/29344/24602 31351/29345/24602 31350/29346/24603</w:t>
        <w:br/>
        <w:t>f 31353/29347/24603 31352/29344/24602 31350/29346/24603</w:t>
        <w:br/>
        <w:t>f 31356/29348/24604 31355/29349/24604 31354/29350/24605</w:t>
        <w:br/>
        <w:t>f 31357/29351/24605 31356/29348/24604 31354/29350/24605</w:t>
        <w:br/>
        <w:t>f 31361/29352/24606 31360/29353/24607 31359/29354/24608</w:t>
        <w:br/>
        <w:t>f 31358/29355/24606 31361/29352/24606 31359/29354/24608</w:t>
        <w:br/>
        <w:t>f 31360/29353/24607 31325/29319/24582 31322/29318/24582</w:t>
        <w:br/>
        <w:t>f 31359/29354/24608 31360/29353/24607 31322/29318/24582</w:t>
        <w:br/>
        <w:t>f 31365/29356/24609 31364/29357/24610 31363/29358/24610</w:t>
        <w:br/>
        <w:t>f 31362/29359/24611 31365/29356/24609 31363/29358/24610</w:t>
        <w:br/>
        <w:t>f 31369/29360/24612 31368/29361/24613 31367/29362/24613</w:t>
        <w:br/>
        <w:t>f 31366/29363/24614 31369/29360/24612 31367/29362/24613</w:t>
        <w:br/>
        <w:t>f 31361/29352/24606 31358/29355/24606 31370/29364/24615</w:t>
        <w:br/>
        <w:t>f 31371/29365/24615 31361/29352/24606 31370/29364/24615</w:t>
        <w:br/>
        <w:t>f 31371/29365/24615 31370/29364/24615 31372/29366/24616</w:t>
        <w:br/>
        <w:t>f 31373/29367/24616 31371/29365/24615 31372/29366/24616</w:t>
        <w:br/>
        <w:t>f 31373/29367/24616 31372/29366/24616 31374/29368/24617</w:t>
        <w:br/>
        <w:t>f 31375/29369/24617 31373/29367/24616 31374/29368/24617</w:t>
        <w:br/>
        <w:t>f 31379/29370/24618 31378/29371/24619 31377/29372/24619</w:t>
        <w:br/>
        <w:t>f 31376/29373/24620 31379/29370/24618 31377/29372/24619</w:t>
        <w:br/>
        <w:t>f 31381/29374/24621 31379/29370/24618 31376/29373/24620</w:t>
        <w:br/>
        <w:t>f 31380/29375/24621 31381/29374/24621 31376/29373/24620</w:t>
        <w:br/>
        <w:t>f 31353/29347/24603 31350/29346/24603 31382/29376/24622</w:t>
        <w:br/>
        <w:t>f 31383/29377/24622 31353/29347/24603 31382/29376/24622</w:t>
        <w:br/>
        <w:t>f 31369/29360/24612 31366/29363/24614 31384/29378/24623</w:t>
        <w:br/>
        <w:t>f 31385/29379/24623 31369/29360/24612 31384/29378/24623</w:t>
        <w:br/>
        <w:t>f 31389/29380/24624 31388/29381/24625 31387/29382/24625</w:t>
        <w:br/>
        <w:t>f 31386/29383/24626 31389/29380/24624 31387/29382/24625</w:t>
        <w:br/>
        <w:t>f 31364/29357/24610 31349/29343/24601 31346/29342/24600</w:t>
        <w:br/>
        <w:t>f 31363/29358/24610 31364/29357/24610 31346/29342/24600</w:t>
        <w:br/>
        <w:t>f 31378/29371/24619 31391/29384/24627 31390/29385/24627</w:t>
        <w:br/>
        <w:t>f 31377/29372/24619 31378/29371/24619 31390/29385/24627</w:t>
        <w:br/>
        <w:t>f 31375/29369/24617 31374/29368/24617 31392/29386/24628</w:t>
        <w:br/>
        <w:t>f 31393/29387/24629 31375/29369/24617 31392/29386/24628</w:t>
        <w:br/>
        <w:t>f 31365/29356/24609 31362/29359/24611 31323/29317/24581</w:t>
        <w:br/>
        <w:t>f 31324/29316/24581 31365/29356/24609 31323/29317/24581</w:t>
        <w:br/>
        <w:t>f 31395/29388/24630 31343/29336/24595 31342/29337/24596</w:t>
        <w:br/>
        <w:t>f 31394/29389/24630 31395/29388/24630 31342/29337/24596</w:t>
        <w:br/>
        <w:t>f 31383/29377/24622 31382/29376/24622 31396/29390/24631</w:t>
        <w:br/>
        <w:t>f 31397/29391/24631 31383/29377/24622 31396/29390/24631</w:t>
        <w:br/>
        <w:t>f 31399/29392/24632 31331/29325/24586 31330/29324/24586</w:t>
        <w:br/>
        <w:t>f 31398/29393/24632 31399/29392/24632 31330/29324/24586</w:t>
        <w:br/>
        <w:t>f 31399/29392/24632 31398/29393/24632 31400/29394/24633</w:t>
        <w:br/>
        <w:t>f 31401/29395/24633 31399/29392/24632 31400/29394/24633</w:t>
        <w:br/>
        <w:t>f 31405/29396/24634 31404/29397/24635 31403/29398/24635</w:t>
        <w:br/>
        <w:t>f 31402/29399/24634 31405/29396/24634 31403/29398/24635</w:t>
        <w:br/>
        <w:t>f 31406/29400/24636 31355/29349/24604 31356/29348/24604</w:t>
        <w:br/>
        <w:t>f 31407/29401/24636 31406/29400/24636 31356/29348/24604</w:t>
        <w:br/>
        <w:t>f 31321/29314/24580 31320/29315/24580 31408/29402/24637</w:t>
        <w:br/>
        <w:t>f 31409/29403/24637 31321/29314/24580 31408/29402/24637</w:t>
        <w:br/>
        <w:t>f 31412/29404/24638 31411/29405/24638 31410/29406/24639</w:t>
        <w:br/>
        <w:t>f 31413/29407/24639 31412/29404/24638 31410/29406/24639</w:t>
        <w:br/>
        <w:t>f 31416/29408/24640 31415/29409/24640 31414/29410/24641</w:t>
        <w:br/>
        <w:t>f 31417/29411/24641 31416/29408/24640 31414/29410/24641</w:t>
        <w:br/>
        <w:t>f 31419/29412/24642 31413/29407/24639 31410/29406/24639</w:t>
        <w:br/>
        <w:t>f 31418/29413/24642 31419/29412/24642 31410/29406/24639</w:t>
        <w:br/>
        <w:t>f 31416/29408/24640 31419/29412/24642 31418/29413/24642</w:t>
        <w:br/>
        <w:t>f 31415/29409/24640 31416/29408/24640 31418/29413/24642</w:t>
        <w:br/>
        <w:t>f 31417/29411/24641 31414/29410/24641 31317/29312/24579</w:t>
        <w:br/>
        <w:t>f 31318/29311/24578 31417/29411/24641 31317/29312/24579</w:t>
        <w:br/>
        <w:t>f 31421/29414/24643 31409/29403/24637 31408/29402/24637</w:t>
        <w:br/>
        <w:t>f 31420/29415/24643 31421/29414/24643 31408/29402/24637</w:t>
        <w:br/>
        <w:t>f 31314/29306/24575 31423/29416/24644 31422/29417/24643</w:t>
        <w:br/>
        <w:t>f 31313/29307/24575 31314/29306/24575 31422/29417/24643</w:t>
        <w:br/>
        <w:t>f 31425/29418/24645 31424/29419/24645 31411/29405/24638</w:t>
        <w:br/>
        <w:t>f 31412/29404/24638 31425/29418/24645 31411/29405/24638</w:t>
        <w:br/>
        <w:t>f 31425/29418/24645 31315/29309/24576 31312/29308/24576</w:t>
        <w:br/>
        <w:t>f 31424/29419/24645 31425/29418/24645 31312/29308/24576</w:t>
        <w:br/>
        <w:t>f 31391/29384/24627 31393/29387/24629 31392/29386/24628</w:t>
        <w:br/>
        <w:t>f 31390/29385/24627 31391/29384/24627 31392/29386/24628</w:t>
        <w:br/>
        <w:t>f 31279/29273/24551 31258/29251/24535 31259/29250/24534</w:t>
        <w:br/>
        <w:t>f 31241/29235/24519 31242/29234/24518 31278/29272/24550</w:t>
        <w:br/>
        <w:t>f 31235/29227/24512 31273/29266/24545 31242/29234/24518</w:t>
        <w:br/>
        <w:t>f 31231/29225/24510 31288/29284/24559 31426/29420/24646</w:t>
        <w:br/>
        <w:t>f 31230/29226/24511 31231/29225/24510 31426/29420/24646</w:t>
        <w:br/>
        <w:t>f 31428/29421/24647 31229/29221/24506 31293/29288/24563</w:t>
        <w:br/>
        <w:t>f 31427/29422/24647 31428/29421/24647 31293/29288/24563</w:t>
        <w:br/>
        <w:t>f 31288/29284/24559 31428/29421/24647 31427/29422/24647</w:t>
        <w:br/>
        <w:t>f 31426/29420/24646 31288/29284/24559 31427/29422/24647</w:t>
        <w:br/>
        <w:t>f 31292/29286/24561 31232/29224/24509 31225/29218/24504</w:t>
        <w:br/>
        <w:t>f 31226/29217/24503 31292/29286/24561 31225/29218/24504</w:t>
        <w:br/>
        <w:t>f 31296/29289/24564 31286/29281/24556 31287/29280/24556</w:t>
        <w:br/>
        <w:t>f 31295/29290/24564 31296/29289/24564 31287/29280/24556</w:t>
        <w:br/>
        <w:t>f 31402/29399/24634 31334/29326/24587 31335/29329/24590</w:t>
        <w:br/>
        <w:t>f 31405/29396/24634 31402/29399/24634 31335/29329/24590</w:t>
        <w:br/>
        <w:t>f 31396/29390/24631 31406/29400/24636 31407/29401/24636</w:t>
        <w:br/>
        <w:t>f 31397/29391/24631 31396/29390/24631 31407/29401/24636</w:t>
        <w:br/>
        <w:t>f 31274/29271/24549 31246/29238/24522 31429/29423/24648</w:t>
        <w:br/>
        <w:t>f 31277/29268/24547 31274/29271/24549 31429/29423/24648</w:t>
        <w:br/>
        <w:t>f 31246/29238/24522 31279/29273/24551 31429/29423/24648</w:t>
        <w:br/>
        <w:t>f 30542/28568/23888 30543/28569/23889 31430/29424/24649</w:t>
        <w:br/>
        <w:t>f 30543/28569/23889 31432/29425/24650 31431/29426/24651</w:t>
        <w:br/>
        <w:t>f 31432/29425/24650 31434/29427/23900 31433/29428/23902</w:t>
        <w:br/>
        <w:t>f 31431/29426/24651 31432/29425/24650 31433/29428/23902</w:t>
        <w:br/>
        <w:t>f 30543/28569/23889 31435/29429/24652 31430/29424/24649</w:t>
        <w:br/>
        <w:t>f 30543/28569/23889 31431/29426/24651 31435/29429/24652</w:t>
        <w:br/>
        <w:t>f 30555/28581/23901 31437/29430/24653 31436/29431/24654</w:t>
        <w:br/>
        <w:t>f 31438/29432/24655 30562/28587/23907 30563/28586/23906</w:t>
        <w:br/>
        <w:t>f 30564/28591/23911 31439/29433/24656 30563/28586/23906</w:t>
        <w:br/>
        <w:t>f 30775/28801/24116 31439/29433/24656 30564/28591/23911</w:t>
        <w:br/>
        <w:t>f 30775/28801/24116 31440/29434/24656 31439/29433/24656</w:t>
        <w:br/>
        <w:t>f 31442/29435/24657 30775/28801/24116 30773/28800/24115</w:t>
        <w:br/>
        <w:t>f 31441/29436/24658 31442/29435/24657 30773/28800/24115</w:t>
        <w:br/>
        <w:t>f 31441/29436/24658 30773/28800/24115 30774/28799/24114</w:t>
        <w:br/>
        <w:t>f 31443/29437/24659 31441/29436/24658 30774/28799/24114</w:t>
        <w:br/>
        <w:t>f 31447/29438/24660 31446/29439/24661 31445/29440/24662</w:t>
        <w:br/>
        <w:t>f 31444/29441/24663 31447/29438/24660 31445/29440/24662</w:t>
        <w:br/>
        <w:t>f 31450/29442/24664 31449/29443/24665 31448/29444/24666</w:t>
        <w:br/>
        <w:t>f 31451/29445/24667 31450/29442/24664 31448/29444/24666</w:t>
        <w:br/>
        <w:t>f 31455/29446/24668 31454/29447/24669 31453/29448/24670</w:t>
        <w:br/>
        <w:t>f 31452/29449/24671 31455/29446/24668 31453/29448/24670</w:t>
        <w:br/>
        <w:t>f 31446/29439/24661 31448/29444/24666 31449/29443/24665</w:t>
        <w:br/>
        <w:t>f 31445/29440/24662 31446/29439/24661 31449/29443/24665</w:t>
        <w:br/>
        <w:t>f 31448/29444/24666 31446/29439/24661 31457/29450/24672</w:t>
        <w:br/>
        <w:t>f 31456/29451/24673 31448/29444/24666 31457/29450/24672</w:t>
        <w:br/>
        <w:t>f 31459/29452/24674 31458/29453/24675 31454/29447/24669</w:t>
        <w:br/>
        <w:t>f 31455/29446/24668 31459/29452/24674 31454/29447/24669</w:t>
        <w:br/>
        <w:t>f 31462/29454/24676 31461/29455/24677 31457/29450/24672</w:t>
        <w:br/>
        <w:t>f 31460/29456/24678 31462/29454/24676 31457/29450/24672</w:t>
        <w:br/>
        <w:t>f 31451/29445/24667 31448/29444/24666 31456/29451/24673</w:t>
        <w:br/>
        <w:t>f 31463/29457/24679 31451/29445/24667 31456/29451/24673</w:t>
        <w:br/>
        <w:t>f 31467/29458/24680 31466/29459/24681 31465/29460/24682</w:t>
        <w:br/>
        <w:t>f 31464/29461/24683 31467/29458/24680 31465/29460/24682</w:t>
        <w:br/>
        <w:t>f 31471/29462/24684 31470/29463/24685 31469/29464/24686</w:t>
        <w:br/>
        <w:t>f 31468/29465/24687 31471/29462/24684 31469/29464/24686</w:t>
        <w:br/>
        <w:t>f 31475/29466/24688 31474/29467/24689 31473/29468/24690</w:t>
        <w:br/>
        <w:t>f 31472/29469/24691 31475/29466/24688 31473/29468/24690</w:t>
        <w:br/>
        <w:t>f 31465/29460/24682 31466/29459/24681 31469/29464/24686</w:t>
        <w:br/>
        <w:t>f 31478/29470/24692 31477/29471/24693 31476/29472/24694</w:t>
        <w:br/>
        <w:t>f 31477/29471/24693 31481/29473/24695 31480/29474/24696</w:t>
        <w:br/>
        <w:t>f 31479/29475/24697 31477/29471/24693 31480/29474/24696</w:t>
        <w:br/>
        <w:t>f 31483/29476/24698 31482/29477/24699 31479/29475/24697</w:t>
        <w:br/>
        <w:t>f 31447/29438/24660 31485/29478/24700 31484/29479/24701</w:t>
        <w:br/>
        <w:t>f 31460/29456/24678 31447/29438/24660 31484/29479/24701</w:t>
        <w:br/>
        <w:t>f 31485/29478/24700 31447/29438/24660 31444/29441/24663</w:t>
        <w:br/>
        <w:t>f 31486/29480/24702 31485/29478/24700 31444/29441/24663</w:t>
        <w:br/>
        <w:t>f 31487/29481/24703 31470/29463/24685 31471/29462/24684</w:t>
        <w:br/>
        <w:t>f 31488/29482/24704 31474/29467/24689 31475/29466/24688</w:t>
        <w:br/>
        <w:t>f 31489/29483/24705 31488/29482/24704 31475/29466/24688</w:t>
        <w:br/>
        <w:t>f 31467/29458/24680 31490/29484/24706 31466/29459/24681</w:t>
        <w:br/>
        <w:t>f 31466/29459/24681 31491/29485/24707 31468/29465/24687</w:t>
        <w:br/>
        <w:t>f 31456/29451/24673 31457/29450/24672 31461/29455/24677</w:t>
        <w:br/>
        <w:t>f 31483/29476/24698 31456/29451/24673 31461/29455/24677</w:t>
        <w:br/>
        <w:t>f 31480/29474/24696 31458/29453/24675 31459/29452/24674</w:t>
        <w:br/>
        <w:t>f 31460/29456/24678 31457/29450/24672 31446/29439/24661</w:t>
        <w:br/>
        <w:t>f 31447/29438/24660 31460/29456/24678 31446/29439/24661</w:t>
        <w:br/>
        <w:t>f 31463/29457/24679 31456/29451/24673 31483/29476/24698</w:t>
        <w:br/>
        <w:t>f 31479/29475/24697 31463/29457/24679 31483/29476/24698</w:t>
        <w:br/>
        <w:t>f 31460/29456/24678 31484/29479/24701 31492/29486/24708</w:t>
        <w:br/>
        <w:t>f 31462/29454/24676 31460/29456/24678 31492/29486/24708</w:t>
        <w:br/>
        <w:t>f 31469/29464/24686 31470/29463/24685 31444/29441/24663</w:t>
        <w:br/>
        <w:t>f 31445/29440/24662 31469/29464/24686 31444/29441/24663</w:t>
        <w:br/>
        <w:t>f 31486/29480/24702 31444/29441/24663 31470/29463/24685</w:t>
        <w:br/>
        <w:t>f 31487/29481/24703 31486/29480/24702 31470/29463/24685</w:t>
        <w:br/>
        <w:t>f 31445/29440/24662 31449/29443/24665 31465/29460/24682</w:t>
        <w:br/>
        <w:t>f 31469/29464/24686 31445/29440/24662 31465/29460/24682</w:t>
        <w:br/>
        <w:t>f 31449/29443/24665 31450/29442/24664 31464/29461/24683</w:t>
        <w:br/>
        <w:t>f 31465/29460/24682 31449/29443/24665 31464/29461/24683</w:t>
        <w:br/>
        <w:t>f 31452/29449/24671 31453/29448/24670 31472/29469/24691</w:t>
        <w:br/>
        <w:t>f 31473/29468/24690 31452/29449/24671 31472/29469/24691</w:t>
        <w:br/>
        <w:t>f 31490/29484/24706 31491/29485/24707 31466/29459/24681</w:t>
        <w:br/>
        <w:t>f 31466/29459/24681 31468/29465/24687 31469/29464/24686</w:t>
        <w:br/>
        <w:t>f 31495/29487/24709 31494/29488/24710 31493/29489/24711</w:t>
        <w:br/>
        <w:t>f 31488/29482/24704 31495/29487/24709 31493/29489/24711</w:t>
        <w:br/>
        <w:t>f 31474/29467/24689 31467/29458/24680 31464/29461/24683</w:t>
        <w:br/>
        <w:t>f 31473/29468/24690 31474/29467/24689 31464/29461/24683</w:t>
        <w:br/>
        <w:t>f 31473/29468/24690 31464/29461/24683 31450/29442/24664</w:t>
        <w:br/>
        <w:t>f 31452/29449/24671 31473/29468/24690 31450/29442/24664</w:t>
        <w:br/>
        <w:t>f 31452/29449/24671 31450/29442/24664 31451/29445/24667</w:t>
        <w:br/>
        <w:t>f 31455/29446/24668 31452/29449/24671 31451/29445/24667</w:t>
        <w:br/>
        <w:t>f 31455/29446/24668 31451/29445/24667 31463/29457/24679</w:t>
        <w:br/>
        <w:t>f 31459/29452/24674 31455/29446/24668 31463/29457/24679</w:t>
        <w:br/>
        <w:t>f 31459/29452/24674 31463/29457/24679 31479/29475/24697</w:t>
        <w:br/>
        <w:t>f 31480/29474/24696 31459/29452/24674 31479/29475/24697</w:t>
        <w:br/>
        <w:t>f 31499/29490/24712 31498/29491/24713 31497/29492/24714</w:t>
        <w:br/>
        <w:t>f 31496/29493/24715 31499/29490/24712 31497/29492/24714</w:t>
        <w:br/>
        <w:t>f 31501/29494/24716 31500/29495/24717 31489/29483/24705</w:t>
        <w:br/>
        <w:t>f 31490/29484/24706 31497/29492/24714 31498/29491/24713</w:t>
        <w:br/>
        <w:t>f 31491/29485/24707 31490/29484/24706 31498/29491/24713</w:t>
        <w:br/>
        <w:t>f 31467/29458/24680 31474/29467/24689 31488/29482/24704</w:t>
        <w:br/>
        <w:t>f 31493/29489/24711 31467/29458/24680 31488/29482/24704</w:t>
        <w:br/>
        <w:t>f 31476/29472/24694 31477/29471/24693 31479/29475/24697</w:t>
        <w:br/>
        <w:t>f 31482/29477/24699 31476/29472/24694 31479/29475/24697</w:t>
        <w:br/>
        <w:t>f 31503/29496/24718 31502/29497/24719 31481/29473/24695</w:t>
        <w:br/>
        <w:t>f 31477/29471/24693 31503/29496/24718 31481/29473/24695</w:t>
        <w:br/>
        <w:t>f 31467/29458/24680 31493/29489/24711 31497/29492/24714</w:t>
        <w:br/>
        <w:t>f 31490/29484/24706 31467/29458/24680 31497/29492/24714</w:t>
        <w:br/>
        <w:t>f 31493/29489/24711 31494/29488/24710 31496/29493/24715</w:t>
        <w:br/>
        <w:t>f 31497/29492/24714 31493/29489/24711 31496/29493/24715</w:t>
        <w:br/>
        <w:t>f 31507/29498/24720 31506/29499/24721 31505/29500/24721</w:t>
        <w:br/>
        <w:t>f 31504/29501/24720 31507/29498/24720 31505/29500/24721</w:t>
        <w:br/>
        <w:t>f 31506/29499/24721 31509/29502/24722 31508/29503/24722</w:t>
        <w:br/>
        <w:t>f 31505/29500/24721 31506/29499/24721 31508/29503/24722</w:t>
        <w:br/>
        <w:t>f 31513/29504/24723 31512/29505/24724 31511/29506/24724</w:t>
        <w:br/>
        <w:t>f 31510/29507/24725 31513/29504/24723 31511/29506/24724</w:t>
        <w:br/>
        <w:t>f 31517/29508/24726 31516/29509/24727 31515/29510/24727</w:t>
        <w:br/>
        <w:t>f 31514/29511/24728 31517/29508/24726 31515/29510/24727</w:t>
        <w:br/>
        <w:t>f 31521/29512/24729 31520/29513/24730 31519/29514/24731</w:t>
        <w:br/>
        <w:t>f 31518/29515/24729 31521/29512/24729 31519/29514/24731</w:t>
        <w:br/>
        <w:t>f 31523/29516/24732 31513/29504/24723 31510/29507/24725</w:t>
        <w:br/>
        <w:t>f 31522/29517/24732 31523/29516/24732 31510/29507/24725</w:t>
        <w:br/>
        <w:t>f 31525/29518/24733 31517/29508/24726 31514/29511/24728</w:t>
        <w:br/>
        <w:t>f 31524/29519/24733 31525/29518/24733 31514/29511/24728</w:t>
        <w:br/>
        <w:t>f 31527/29520/24734 31526/29521/24734 31511/29506/24724</w:t>
        <w:br/>
        <w:t>f 31512/29505/24724 31527/29520/24734 31511/29506/24724</w:t>
        <w:br/>
        <w:t>f 31509/29502/24722 31521/29512/24729 31518/29515/24729</w:t>
        <w:br/>
        <w:t>f 31508/29503/24722 31509/29502/24722 31518/29515/24729</w:t>
        <w:br/>
        <w:t>f 31516/29509/24727 31507/29498/24720 31504/29501/24720</w:t>
        <w:br/>
        <w:t>f 31515/29510/24727 31516/29509/24727 31504/29501/24720</w:t>
        <w:br/>
        <w:t>f 31530/29522/24735 31529/29523/24735 31528/29524/24736</w:t>
        <w:br/>
        <w:t>f 31531/29525/24736 31530/29522/24735 31528/29524/24736</w:t>
        <w:br/>
        <w:t>f 31534/29526/24737 31533/29527/24738 31532/29528/24739</w:t>
        <w:br/>
        <w:t>f 31535/29529/24739 31534/29526/24737 31532/29528/24739</w:t>
        <w:br/>
        <w:t>f 31538/29530/24740 31537/29531/24741 31536/29532/24742</w:t>
        <w:br/>
        <w:t>f 31539/29533/24742 31538/29530/24740 31536/29532/24742</w:t>
        <w:br/>
        <w:t>f 31543/29534/24743 31542/29535/24744 31541/29536/24745</w:t>
        <w:br/>
        <w:t>f 31540/29537/24746 31543/29534/24743 31541/29536/24745</w:t>
        <w:br/>
        <w:t>f 31545/29538/24747 31525/29518/24733 31524/29519/24733</w:t>
        <w:br/>
        <w:t>f 31544/29539/24748 31545/29538/24747 31524/29519/24733</w:t>
        <w:br/>
        <w:t>f 31535/29529/24739 31532/29528/24739 31526/29521/24734</w:t>
        <w:br/>
        <w:t>f 31527/29520/24734 31535/29529/24739 31526/29521/24734</w:t>
        <w:br/>
        <w:t>f 31520/29513/24730 31547/29540/24749 31546/29541/24750</w:t>
        <w:br/>
        <w:t>f 31519/29514/24731 31520/29513/24730 31546/29541/24750</w:t>
        <w:br/>
        <w:t>f 31538/29530/24740 31531/29525/24736 31528/29524/24736</w:t>
        <w:br/>
        <w:t>f 31537/29531/24741 31538/29530/24740 31528/29524/24736</w:t>
        <w:br/>
        <w:t>f 31437/29430/24653 30562/28587/23907 31438/29432/24655</w:t>
        <w:br/>
        <w:t>f 31436/29431/24654 31437/29430/24653 31438/29432/24655</w:t>
        <w:br/>
        <w:t>f 31529/29523/24735 31530/29522/24735 31540/29537/24746</w:t>
        <w:br/>
        <w:t>f 31541/29536/24745 31529/29523/24735 31540/29537/24746</w:t>
        <w:br/>
        <w:t>f 31500/29495/24717 31495/29487/24709 31488/29482/24704</w:t>
        <w:br/>
        <w:t>f 31500/29495/24717 31488/29482/24704 31489/29483/24705</w:t>
        <w:br/>
        <w:t>f 30637/28663/23983 30641/28666/23986 30636/28664/23984</w:t>
        <w:br/>
        <w:t>f 31477/29471/24693 31478/29470/24692 31503/29496/24718</w:t>
        <w:br/>
        <w:t>f 31668/29542/24751 31667/29543/24752 31666/29544/24753</w:t>
        <w:br/>
        <w:t>f 31669/29545/24754 31668/29542/24751 31666/29544/24753</w:t>
        <w:br/>
        <w:t>f 31673/29546/24755 31672/29547/24756 31671/29548/24757</w:t>
        <w:br/>
        <w:t>f 31670/29549/24758 31673/29546/24755 31671/29548/24757</w:t>
        <w:br/>
        <w:t>f 31677/29550/24759 31676/29551/24760 31675/29552/24761</w:t>
        <w:br/>
        <w:t>f 31674/29553/24762 31677/29550/24759 31675/29552/24761</w:t>
        <w:br/>
        <w:t>f 31680/29554/24763 31679/29555/24764 31678/29556/24765</w:t>
        <w:br/>
        <w:t>f 31679/29555/24764 31682/29557/24766 31681/29558/24767</w:t>
        <w:br/>
        <w:t>f 31678/29556/24765 31679/29555/24764 31681/29558/24767</w:t>
        <w:br/>
        <w:t>f 31677/29550/24759 31674/29553/24762 31683/29559/24768</w:t>
        <w:br/>
        <w:t>f 31684/29560/24769 31677/29550/24759 31683/29559/24768</w:t>
        <w:br/>
        <w:t>f 31690/29561/24770 31689/29562/24771 31688/29563/24772</w:t>
        <w:br/>
        <w:t>f 31693/29564/24773 31692/29565/24774 31691/29566/24775</w:t>
        <w:br/>
        <w:t>f 31700/29567/24776 31699/29568/24777 31698/29569/24778</w:t>
        <w:br/>
        <w:t>f 31701/29570/24779 31700/29567/24776 31698/29569/24778</w:t>
        <w:br/>
        <w:t>f 31670/29549/24758 31666/29544/24753 31667/29543/24752</w:t>
        <w:br/>
        <w:t>f 31673/29546/24755 31670/29549/24758 31667/29543/24752</w:t>
        <w:br/>
        <w:t>f 31706/29571/24780 31668/29542/24751 31669/29545/24754</w:t>
        <w:br/>
        <w:t>f 31707/29572/24781 31706/29571/24780 31669/29545/24754</w:t>
        <w:br/>
        <w:t>f 31680/29554/24763 31678/29556/24765 31700/29567/24776</w:t>
        <w:br/>
        <w:t>f 31701/29570/24779 31680/29554/24763 31700/29567/24776</w:t>
        <w:br/>
        <w:t>f 31699/29568/24777 31675/29552/24761 31676/29551/24760</w:t>
        <w:br/>
        <w:t>f 31698/29569/24778 31699/29568/24777 31676/29551/24760</w:t>
        <w:br/>
        <w:t>f 31741/29573/24782 31740/29574/24783 31667/29543/24752</w:t>
        <w:br/>
        <w:t>f 31668/29542/24751 31741/29573/24782 31667/29543/24752</w:t>
        <w:br/>
        <w:t>f 31743/29575/24784 31742/29576/24785 31672/29547/24756</w:t>
        <w:br/>
        <w:t>f 31673/29546/24755 31743/29575/24784 31672/29547/24756</w:t>
        <w:br/>
        <w:t>f 31745/29577/24786 31744/29578/24787 31676/29551/24760</w:t>
        <w:br/>
        <w:t>f 31677/29550/24759 31745/29577/24786 31676/29551/24760</w:t>
        <w:br/>
        <w:t>f 31747/29579/24788 31746/29580/24789 31679/29555/24764</w:t>
        <w:br/>
        <w:t>f 31680/29554/24763 31747/29579/24788 31679/29555/24764</w:t>
        <w:br/>
        <w:t>f 31746/29580/24789 31748/29581/24790 31682/29557/24766</w:t>
        <w:br/>
        <w:t>f 31679/29555/24764 31746/29580/24789 31682/29557/24766</w:t>
        <w:br/>
        <w:t>f 31749/29582/24791 31745/29577/24786 31677/29550/24759</w:t>
        <w:br/>
        <w:t>f 31684/29560/24769 31749/29582/24791 31677/29550/24759</w:t>
        <w:br/>
        <w:t>f 31755/29583/24792 31754/29584/24793 31688/29563/24772</w:t>
        <w:br/>
        <w:t>f 31689/29562/24771 31755/29583/24792 31688/29563/24772</w:t>
        <w:br/>
        <w:t>f 31757/29585/24794 31756/29586/24795 31691/29566/24775</w:t>
        <w:br/>
        <w:t>f 31692/29565/24774 31757/29585/24794 31691/29566/24775</w:t>
        <w:br/>
        <w:t>f 31763/29587/24796 31762/29588/24797 31701/29570/24779</w:t>
        <w:br/>
        <w:t>f 31698/29569/24778 31763/29587/24796 31701/29570/24779</w:t>
        <w:br/>
        <w:t>f 31740/29574/24783 31743/29575/24784 31673/29546/24755</w:t>
        <w:br/>
        <w:t>f 31667/29543/24752 31740/29574/24783 31673/29546/24755</w:t>
        <w:br/>
        <w:t>f 31764/29589/24798 31741/29573/24782 31668/29542/24751</w:t>
        <w:br/>
        <w:t>f 31706/29571/24780 31764/29589/24798 31668/29542/24751</w:t>
        <w:br/>
        <w:t>f 31762/29588/24797 31747/29579/24788 31680/29554/24763</w:t>
        <w:br/>
        <w:t>f 31701/29570/24779 31762/29588/24797 31680/29554/24763</w:t>
        <w:br/>
        <w:t>f 31744/29578/24787 31763/29587/24796 31698/29569/24778</w:t>
        <w:br/>
        <w:t>f 31676/29551/24760 31744/29578/24787 31698/29569/24778</w:t>
        <w:br/>
        <w:t>f 31782/29590/24799 31781/29591/24799 31780/29592/24800</w:t>
        <w:br/>
        <w:t>f 31779/29593/24801 31782/29590/24799 31780/29592/24800</w:t>
        <w:br/>
        <w:t>f 31786/29594/24802 31785/29595/24803 31784/29596/24804</w:t>
        <w:br/>
        <w:t>f 31783/29597/24804 31786/29594/24802 31784/29596/24804</w:t>
        <w:br/>
        <w:t>f 31692/29565/24774 31693/29564/24773 31690/29561/24770</w:t>
        <w:br/>
        <w:t>f 31688/29563/24772 31692/29565/24774 31690/29561/24770</w:t>
        <w:br/>
        <w:t>f 31754/29584/24793 31757/29585/24794 31692/29565/24774</w:t>
        <w:br/>
        <w:t>f 31688/29563/24772 31754/29584/24793 31692/29565/24774</w:t>
        <w:br/>
        <w:t>f 31781/29591/24799 31782/29590/24799 31783/29597/24804</w:t>
        <w:br/>
        <w:t>f 31784/29596/24804 31781/29591/24799 31783/29597/24804</w:t>
        <w:br/>
        <w:t>f 31689/29562/24771 31690/29561/24770 31681/29558/24767</w:t>
        <w:br/>
        <w:t>f 31798/29598/24805 31689/29562/24771 31681/29558/24767</w:t>
        <w:br/>
        <w:t>f 31799/29599/24806 31755/29583/24792 31689/29562/24771</w:t>
        <w:br/>
        <w:t>f 31798/29598/24805 31799/29599/24806 31689/29562/24771</w:t>
        <w:br/>
        <w:t>f 31803/29600/24807 31802/29601/24808 31779/29593/24801</w:t>
        <w:br/>
        <w:t>f 31780/29592/24800 31803/29600/24807 31779/29593/24801</w:t>
        <w:br/>
        <w:t>f 31682/29557/24766 31798/29598/24805 31681/29558/24767</w:t>
        <w:br/>
        <w:t>f 31748/29581/24790 31799/29599/24806 31798/29598/24805</w:t>
        <w:br/>
        <w:t>f 31682/29557/24766 31748/29581/24790 31798/29598/24805</w:t>
        <w:br/>
        <w:t>f 31684/29560/24769 31683/29559/24768 31671/29548/24757</w:t>
        <w:br/>
        <w:t>f 31672/29547/24756 31684/29560/24769 31671/29548/24757</w:t>
        <w:br/>
        <w:t>f 31742/29576/24785 31749/29582/24791 31684/29560/24769</w:t>
        <w:br/>
        <w:t>f 31672/29547/24756 31742/29576/24785 31684/29560/24769</w:t>
        <w:br/>
        <w:t>f 31811/29602/24809 31810/29603/24810 31809/29604/24811</w:t>
        <w:br/>
        <w:t>f 31808/29605/24812 31811/29602/24809 31809/29604/24811</w:t>
        <w:br/>
        <w:t>f 31815/29606/24813 31814/29607/24814 31813/29608/24815</w:t>
        <w:br/>
        <w:t>f 31812/29609/24816 31815/29606/24813 31813/29608/24815</w:t>
        <w:br/>
        <w:t>f 31818/29610/24817 31817/29611/24818 31816/29612/24819</w:t>
        <w:br/>
        <w:t>f 31819/29613/24820 31818/29610/24817 31816/29612/24819</w:t>
        <w:br/>
        <w:t>f 31822/29614/24821 31821/29615/24822 31820/29616/24823</w:t>
        <w:br/>
        <w:t>f 31826/29617/24824 31825/29618/24825 31824/29619/24826</w:t>
        <w:br/>
        <w:t>f 31823/29620/24827 31826/29617/24824 31824/29619/24826</w:t>
        <w:br/>
        <w:t>f 31830/29621/24828 31829/29622/24829 31828/29623/24830</w:t>
        <w:br/>
        <w:t>f 31827/29624/24831 31830/29621/24828 31828/29623/24830</w:t>
        <w:br/>
        <w:t>f 31834/29625/24832 31833/29626/24833 31832/29627/24834</w:t>
        <w:br/>
        <w:t>f 31831/29628/24835 31834/29625/24832 31832/29627/24834</w:t>
        <w:br/>
        <w:t>f 31838/29629/24836 31837/29630/24837 31836/29631/24838</w:t>
        <w:br/>
        <w:t>f 31835/29632/24839 31838/29629/24836 31836/29631/24838</w:t>
        <w:br/>
        <w:t>f 31842/29633/24840 31841/29634/24841 31840/29635/24842</w:t>
        <w:br/>
        <w:t>f 31839/29636/24843 31842/29633/24840 31840/29635/24842</w:t>
        <w:br/>
        <w:t>f 31845/29637/24844 31844/29638/24845 31843/29639/24846</w:t>
        <w:br/>
        <w:t>f 31846/29640/24847 31845/29637/24844 31843/29639/24846</w:t>
        <w:br/>
        <w:t>f 31814/29607/24814 31848/29641/24848 31847/29642/24849</w:t>
        <w:br/>
        <w:t>f 31813/29608/24815 31814/29607/24814 31847/29642/24849</w:t>
        <w:br/>
        <w:t>f 31850/29643/24850 31849/29644/24851 31831/29628/24835</w:t>
        <w:br/>
        <w:t>f 31832/29627/24834 31850/29643/24850 31831/29628/24835</w:t>
        <w:br/>
        <w:t>f 31852/29645/24852 31825/29618/24825 31826/29617/24824</w:t>
        <w:br/>
        <w:t>f 31851/29646/24853 31852/29645/24852 31826/29617/24824</w:t>
        <w:br/>
        <w:t>f 31855/29647/24854 31854/29648/24855 31853/29649/24856</w:t>
        <w:br/>
        <w:t>f 31856/29650/24857 31855/29647/24854 31853/29649/24856</w:t>
        <w:br/>
        <w:t>f 31857/29651/24858 31823/29620/24827 31824/29619/24826</w:t>
        <w:br/>
        <w:t>f 31858/29652/24859 31857/29651/24858 31824/29619/24826</w:t>
        <w:br/>
        <w:t>f 31854/29648/24855 31855/29647/24854 31844/29638/24845</w:t>
        <w:br/>
        <w:t>f 31845/29637/24844 31854/29648/24855 31844/29638/24845</w:t>
        <w:br/>
        <w:t>f 31859/29653/24860 31818/29610/24817 31819/29613/24820</w:t>
        <w:br/>
        <w:t>f 31860/29654/24861 31859/29653/24860 31819/29613/24820</w:t>
        <w:br/>
        <w:t>f 31862/29655/24862 31861/29656/24863 31835/29632/24839</w:t>
        <w:br/>
        <w:t>f 31836/29631/24838 31862/29655/24862 31835/29632/24839</w:t>
        <w:br/>
        <w:t>f 31864/29657/24864 31863/29658/24865 31820/29616/24823</w:t>
        <w:br/>
        <w:t>f 31821/29615/24822 31864/29657/24864 31820/29616/24823</w:t>
        <w:br/>
        <w:t>f 31866/29659/24866 31865/29660/24867 31841/29634/24841</w:t>
        <w:br/>
        <w:t>f 31842/29633/24840 31866/29659/24866 31841/29634/24841</w:t>
        <w:br/>
        <w:t>f 31864/29657/24864 31859/29653/24860 31860/29654/24861</w:t>
        <w:br/>
        <w:t>f 31863/29658/24865 31864/29657/24864 31860/29654/24861</w:t>
        <w:br/>
        <w:t>f 31839/29636/24843 31840/29635/24842 31861/29656/24863</w:t>
        <w:br/>
        <w:t>f 31862/29655/24862 31839/29636/24843 31861/29656/24863</w:t>
        <w:br/>
        <w:t>f 31867/29661/24868 31829/29622/24829 31810/29603/24810</w:t>
        <w:br/>
        <w:t>f 31811/29602/24809 31867/29661/24868 31810/29603/24810</w:t>
        <w:br/>
        <w:t>f 31832/29627/24834 31833/29626/24833 31812/29609/24816</w:t>
        <w:br/>
        <w:t>f 31813/29608/24815 31832/29627/24834 31812/29609/24816</w:t>
        <w:br/>
        <w:t>f 31818/29610/24817 31836/29631/24838 31837/29630/24837</w:t>
        <w:br/>
        <w:t>f 31817/29611/24818 31818/29610/24817 31837/29630/24837</w:t>
        <w:br/>
        <w:t>f 31868/29662/24869 31866/29659/24866 31842/29633/24840</w:t>
        <w:br/>
        <w:t>f 31821/29615/24822 31868/29662/24869 31842/29633/24840</w:t>
        <w:br/>
        <w:t>f 31825/29618/24825 31854/29648/24855 31845/29637/24844</w:t>
        <w:br/>
        <w:t>f 31824/29619/24826 31825/29618/24825 31845/29637/24844</w:t>
        <w:br/>
        <w:t>f 31832/29627/24834 31813/29608/24815 31847/29642/24849</w:t>
        <w:br/>
        <w:t>f 31850/29643/24850 31832/29627/24834 31847/29642/24849</w:t>
        <w:br/>
        <w:t>f 31852/29645/24852 31853/29649/24856 31854/29648/24855</w:t>
        <w:br/>
        <w:t>f 31825/29618/24825 31852/29645/24852 31854/29648/24855</w:t>
        <w:br/>
        <w:t>f 31845/29637/24844 31846/29640/24847 31858/29652/24859</w:t>
        <w:br/>
        <w:t>f 31824/29619/24826 31845/29637/24844 31858/29652/24859</w:t>
        <w:br/>
        <w:t>f 31864/29657/24864 31839/29636/24843 31862/29655/24862</w:t>
        <w:br/>
        <w:t>f 31859/29653/24860 31864/29657/24864 31862/29655/24862</w:t>
        <w:br/>
        <w:t>f 31821/29615/24822 31842/29633/24840 31839/29636/24843</w:t>
        <w:br/>
        <w:t>f 31864/29657/24864 31821/29615/24822 31839/29636/24843</w:t>
        <w:br/>
        <w:t>f 31859/29653/24860 31862/29655/24862 31836/29631/24838</w:t>
        <w:br/>
        <w:t>f 31818/29610/24817 31859/29653/24860 31836/29631/24838</w:t>
        <w:br/>
        <w:t>f 31872/29663/24870 31871/29664/24871 31870/29665/24872</w:t>
        <w:br/>
        <w:t>f 31869/29666/24873 31872/29663/24870 31870/29665/24872</w:t>
        <w:br/>
        <w:t>f 31808/29605/24812 31874/29667/24874 31873/29668/24875</w:t>
        <w:br/>
        <w:t>f 31811/29602/24809 31808/29605/24812 31873/29668/24875</w:t>
        <w:br/>
        <w:t>f 31877/29669/24876 31876/29670/24877 31875/29671/24878</w:t>
        <w:br/>
        <w:t>f 31867/29661/24868 31877/29669/24876 31875/29671/24878</w:t>
        <w:br/>
        <w:t>f 31827/29624/24831 31879/29672/24879 31878/29673/24880</w:t>
        <w:br/>
        <w:t>f 31830/29621/24828 31827/29624/24831 31878/29673/24880</w:t>
        <w:br/>
        <w:t>f 31830/29621/24828 31878/29673/24880 31871/29664/24871</w:t>
        <w:br/>
        <w:t>f 31872/29663/24870 31830/29621/24828 31871/29664/24871</w:t>
        <w:br/>
        <w:t>f 31877/29669/24876 31867/29661/24868 31811/29602/24809</w:t>
        <w:br/>
        <w:t>f 31873/29668/24875 31877/29669/24876 31811/29602/24809</w:t>
        <w:br/>
        <w:t>f 31812/29609/24816 31852/29645/24852 31851/29646/24853</w:t>
        <w:br/>
        <w:t>f 31815/29606/24813 31812/29609/24816 31851/29646/24853</w:t>
        <w:br/>
        <w:t>f 31834/29625/24832 31856/29650/24857 31853/29649/24856</w:t>
        <w:br/>
        <w:t>f 31833/29626/24833 31834/29625/24832 31853/29649/24856</w:t>
        <w:br/>
        <w:t>f 31833/29626/24833 31853/29649/24856 31852/29645/24852</w:t>
        <w:br/>
        <w:t>f 31812/29609/24816 31833/29626/24833 31852/29645/24852</w:t>
        <w:br/>
        <w:t>f 31848/29641/24848 31816/29612/24819 31817/29611/24818</w:t>
        <w:br/>
        <w:t>f 31847/29642/24849 31848/29641/24848 31817/29611/24818</w:t>
        <w:br/>
        <w:t>f 31837/29630/24837 31838/29629/24836 31849/29644/24851</w:t>
        <w:br/>
        <w:t>f 31850/29643/24850 31837/29630/24837 31849/29644/24851</w:t>
        <w:br/>
        <w:t>f 31850/29643/24850 31847/29642/24849 31817/29611/24818</w:t>
        <w:br/>
        <w:t>f 31837/29630/24837 31850/29643/24850 31817/29611/24818</w:t>
        <w:br/>
        <w:t>f 31883/29674/24881 31882/29675/24881 31881/29676/24882</w:t>
        <w:br/>
        <w:t>f 31880/29677/24883 31883/29674/24881 31881/29676/24882</w:t>
        <w:br/>
        <w:t>f 31885/29678/24884 31887/29679/24885 31886/29680/24886</w:t>
        <w:br/>
        <w:t>f 31888/29681/24887 31885/29678/24884 31884/29682/24888</w:t>
        <w:br/>
        <w:t>f 31888/29681/24887 31887/29679/24885 31885/29678/24884</w:t>
        <w:br/>
        <w:t>f 31891/29683/24889 31890/29684/24889 31889/29685/24890</w:t>
        <w:br/>
        <w:t>f 31892/29686/24890 31891/29683/24889 31889/29685/24890</w:t>
        <w:br/>
        <w:t>f 31895/29687/24891 31894/29688/24892 31893/29689/24893</w:t>
        <w:br/>
        <w:t>f 31898/29690/24894 31897/29691/24895 31896/29692/24896</w:t>
        <w:br/>
        <w:t>f 31899/29693/24896 31898/29690/24894 31896/29692/24896</w:t>
        <w:br/>
        <w:t>f 31901/29694/24897 31900/29695/24897 31887/29679/24885</w:t>
        <w:br/>
        <w:t>f 31888/29681/24887 31901/29694/24897 31887/29679/24885</w:t>
        <w:br/>
        <w:t>f 31897/29691/24895 31898/29690/24894 31903/29696/24898</w:t>
        <w:br/>
        <w:t>f 31902/29697/24898 31897/29691/24895 31903/29696/24898</w:t>
        <w:br/>
        <w:t>f 31905/29698/24899 31904/29699/24900 31899/29693/24896</w:t>
        <w:br/>
        <w:t>f 31896/29692/24896 31905/29698/24899 31899/29693/24896</w:t>
        <w:br/>
        <w:t>f 31907/29700/24901 31906/29701/24901 31890/29684/24889</w:t>
        <w:br/>
        <w:t>f 31891/29683/24889 31907/29700/24901 31890/29684/24889</w:t>
        <w:br/>
        <w:t>f 31893/29689/24893 31909/29702/24902 31908/29703/24903</w:t>
        <w:br/>
        <w:t>f 31895/29687/24891 31893/29689/24893 31908/29703/24903</w:t>
        <w:br/>
        <w:t>f 31907/29700/24901 31908/29703/24903 31909/29702/24902</w:t>
        <w:br/>
        <w:t>f 31906/29701/24901 31907/29700/24901 31909/29702/24902</w:t>
        <w:br/>
        <w:t>f 31911/29704/24904 31910/29705/24904 31882/29675/24881</w:t>
        <w:br/>
        <w:t>f 31883/29674/24881 31911/29704/24904 31882/29675/24881</w:t>
        <w:br/>
        <w:t>f 31915/29706/24905 31914/29707/24906 31913/29708/24907</w:t>
        <w:br/>
        <w:t>f 31912/29709/24908 31915/29706/24905 31913/29708/24907</w:t>
        <w:br/>
        <w:t>f 31902/29697/24898 31903/29696/24898 31885/29678/24884</w:t>
        <w:br/>
        <w:t>f 31886/29680/24886 31902/29697/24898 31885/29678/24884</w:t>
        <w:br/>
        <w:t>f 31892/29686/24890 31889/29685/24890 31900/29695/24897</w:t>
        <w:br/>
        <w:t>f 31901/29694/24897 31892/29686/24890 31900/29695/24897</w:t>
        <w:br/>
        <w:t>f 31919/29710/24909 31918/29711/24910 31917/29712/24907</w:t>
        <w:br/>
        <w:t>f 31916/29713/24911 31919/29710/24909 31917/29712/24907</w:t>
        <w:br/>
        <w:t>f 31923/29714/24912 31922/29715/24913 31921/29716/24913</w:t>
        <w:br/>
        <w:t>f 31920/29717/24912 31923/29714/24912 31921/29716/24913</w:t>
        <w:br/>
        <w:t>f 31926/29718/24914 31925/29719/24915 31924/29720/24916</w:t>
        <w:br/>
        <w:t>f 31927/29721/24917 31926/29718/24914 31924/29720/24916</w:t>
        <w:br/>
        <w:t>f 31931/29722/24918 31930/29723/24919 31929/29724/24919</w:t>
        <w:br/>
        <w:t>f 31928/29725/24918 31931/29722/24918 31929/29724/24919</w:t>
        <w:br/>
        <w:t>f 31934/29726/24920 31933/29727/24920 31932/29728/24921</w:t>
        <w:br/>
        <w:t>f 31935/29729/24921 31934/29726/24920 31932/29728/24921</w:t>
        <w:br/>
        <w:t>f 31939/29730/24922 31938/29731/24923 31937/29732/24923</w:t>
        <w:br/>
        <w:t>f 31936/29733/24922 31939/29730/24922 31937/29732/24923</w:t>
        <w:br/>
        <w:t>f 31943/29734/24924 31942/29735/24925 31941/29736/24926</w:t>
        <w:br/>
        <w:t>f 31940/29737/24927 31943/29734/24924 31941/29736/24926</w:t>
        <w:br/>
        <w:t>f 31946/29738/24928 31945/29739/24929 31944/29740/24930</w:t>
        <w:br/>
        <w:t>f 31947/29741/24931 31946/29738/24928 31944/29740/24930</w:t>
        <w:br/>
        <w:t>f 31950/29742/24932 31949/29743/24933 31948/29744/24934</w:t>
        <w:br/>
        <w:t>f 31951/29745/24935 31950/29742/24932 31948/29744/24934</w:t>
        <w:br/>
        <w:t>f 31954/29746/24936 31953/29747/24937 31952/29748/24938</w:t>
        <w:br/>
        <w:t>f 31955/29749/24939 31954/29746/24936 31952/29748/24938</w:t>
        <w:br/>
        <w:t>f 31958/29750/24940 31957/29751/24941 31956/29752/24942</w:t>
        <w:br/>
        <w:t>f 31959/29753/24943 31958/29750/24940 31956/29752/24942</w:t>
        <w:br/>
        <w:t>f 31923/29714/24912 31920/29717/24912 31960/29754/24944</w:t>
        <w:br/>
        <w:t>f 31961/29755/24945 31923/29714/24912 31960/29754/24944</w:t>
        <w:br/>
        <w:t>f 31963/29756/24946 31962/29757/24947 31945/29739/24929</w:t>
        <w:br/>
        <w:t>f 31946/29738/24928 31963/29756/24946 31945/29739/24929</w:t>
        <w:br/>
        <w:t>f 31965/29758/24948 31939/29730/24922 31936/29733/24922</w:t>
        <w:br/>
        <w:t>f 31964/29759/24949 31965/29758/24948 31936/29733/24922</w:t>
        <w:br/>
        <w:t>f 31969/29760/24950 31968/29761/24951 31967/29762/24952</w:t>
        <w:br/>
        <w:t>f 31966/29763/24953 31969/29760/24950 31967/29762/24952</w:t>
        <w:br/>
        <w:t>f 31938/29731/24923 31971/29764/24954 31970/29765/24955</w:t>
        <w:br/>
        <w:t>f 31937/29732/24923 31938/29731/24923 31970/29765/24955</w:t>
        <w:br/>
        <w:t>f 31969/29760/24950 31966/29763/24953 31957/29751/24941</w:t>
        <w:br/>
        <w:t>f 31958/29750/24940 31969/29760/24950 31957/29751/24941</w:t>
        <w:br/>
        <w:t>f 31927/29721/24917 31924/29720/24916 31972/29766/24956</w:t>
        <w:br/>
        <w:t>f 31973/29767/24957 31927/29721/24917 31972/29766/24956</w:t>
        <w:br/>
        <w:t>f 31975/29768/24958 31974/29769/24959 31949/29743/24933</w:t>
        <w:br/>
        <w:t>f 31950/29742/24932 31975/29768/24958 31949/29743/24933</w:t>
        <w:br/>
        <w:t>f 31977/29770/24960 31976/29771/24960 31933/29727/24920</w:t>
        <w:br/>
        <w:t>f 31934/29726/24920 31977/29770/24960 31933/29727/24920</w:t>
        <w:br/>
        <w:t>f 31981/29772/24961 31980/29773/24962 31979/29774/24962</w:t>
        <w:br/>
        <w:t>f 31978/29775/24963 31981/29772/24961 31979/29774/24962</w:t>
        <w:br/>
        <w:t>f 31983/29776/24964 31982/29777/24964 31953/29747/24937</w:t>
        <w:br/>
        <w:t>f 31954/29746/24936 31983/29776/24964 31953/29747/24937</w:t>
        <w:br/>
        <w:t>f 31973/29767/24957 31972/29766/24956 31976/29771/24960</w:t>
        <w:br/>
        <w:t>f 31977/29770/24960 31973/29767/24957 31976/29771/24960</w:t>
        <w:br/>
        <w:t>f 31985/29778/24965 31984/29779/24966 31974/29769/24959</w:t>
        <w:br/>
        <w:t>f 31975/29768/24958 31985/29778/24965 31974/29769/24959</w:t>
        <w:br/>
        <w:t>f 31980/29773/24962 31931/29722/24918 31928/29725/24918</w:t>
        <w:br/>
        <w:t>f 31979/29774/24962 31980/29773/24962 31928/29725/24918</w:t>
        <w:br/>
        <w:t>f 31989/29780/24967 31988/29781/24968 31987/29782/24968</w:t>
        <w:br/>
        <w:t>f 31986/29783/24967 31989/29780/24967 31987/29782/24968</w:t>
        <w:br/>
        <w:t>f 31916/29713/24911 31917/29712/24907 31990/29784/24969</w:t>
        <w:br/>
        <w:t>f 31991/29785/24970 31916/29713/24911 31990/29784/24969</w:t>
        <w:br/>
        <w:t>f 31994/29786/24971 31993/29787/24972 31992/29788/24973</w:t>
        <w:br/>
        <w:t>f 31995/29789/24974 31994/29786/24971 31992/29788/24973</w:t>
        <w:br/>
        <w:t>f 31998/29790/24975 31997/29791/24976 31996/29792/24977</w:t>
        <w:br/>
        <w:t>f 31922/29715/24913 31965/29758/24948 31964/29759/24949</w:t>
        <w:br/>
        <w:t>f 31921/29716/24913 31922/29715/24913 31964/29759/24949</w:t>
        <w:br/>
        <w:t>f 31968/29761/24951 31947/29741/24931 31944/29740/24930</w:t>
        <w:br/>
        <w:t>f 31967/29762/24952 31968/29761/24951 31944/29740/24930</w:t>
        <w:br/>
        <w:t>f 31961/29755/24945 31960/29754/24944 31925/29719/24915</w:t>
        <w:br/>
        <w:t>f 31926/29718/24914 31961/29755/24945 31925/29719/24915</w:t>
        <w:br/>
        <w:t>f 31951/29745/24935 31948/29744/24934 31962/29757/24947</w:t>
        <w:br/>
        <w:t>f 31963/29756/24946 31951/29745/24935 31962/29757/24947</w:t>
        <w:br/>
        <w:t>f 31983/29776/24964 31981/29772/24961 31978/29775/24963</w:t>
        <w:br/>
        <w:t>f 31982/29777/24964 31983/29776/24964 31978/29775/24963</w:t>
        <w:br/>
        <w:t>f 31995/29789/24974 31942/29735/24925 31828/29623/24830</w:t>
        <w:br/>
        <w:t>f 31875/29671/24878 31995/29789/24974 31828/29623/24830</w:t>
        <w:br/>
        <w:t>f 31831/29628/24835 31946/29738/24928 31947/29741/24931</w:t>
        <w:br/>
        <w:t>f 31834/29625/24832 31831/29628/24835 31947/29741/24931</w:t>
        <w:br/>
        <w:t>f 31835/29632/24839 31950/29742/24932 31951/29745/24935</w:t>
        <w:br/>
        <w:t>f 31838/29629/24836 31835/29632/24839 31951/29745/24935</w:t>
        <w:br/>
        <w:t>f 31841/29634/24841 31954/29746/24936 31955/29749/24939</w:t>
        <w:br/>
        <w:t>f 31840/29635/24842 31841/29634/24841 31955/29749/24939</w:t>
        <w:br/>
        <w:t>f 31844/29638/24845 31958/29750/24940 31959/29753/24943</w:t>
        <w:br/>
        <w:t>f 31843/29639/24846 31844/29638/24845 31959/29753/24943</w:t>
        <w:br/>
        <w:t>f 31849/29644/24851 31963/29756/24946 31946/29738/24928</w:t>
        <w:br/>
        <w:t>f 31831/29628/24835 31849/29644/24851 31946/29738/24928</w:t>
        <w:br/>
        <w:t>f 31968/29761/24951 31969/29760/24950 31855/29647/24854</w:t>
        <w:br/>
        <w:t>f 31856/29650/24857 31968/29761/24951 31855/29647/24854</w:t>
        <w:br/>
        <w:t>f 31855/29647/24854 31969/29760/24950 31958/29750/24940</w:t>
        <w:br/>
        <w:t>f 31844/29638/24845 31855/29647/24854 31958/29750/24940</w:t>
        <w:br/>
        <w:t>f 31861/29656/24863 31975/29768/24958 31950/29742/24932</w:t>
        <w:br/>
        <w:t>f 31835/29632/24839 31861/29656/24863 31950/29742/24932</w:t>
        <w:br/>
        <w:t>f 31999/29793/24978 31954/29746/24936 31841/29634/24841</w:t>
        <w:br/>
        <w:t>f 31865/29660/24867 31999/29793/24978 31841/29634/24841</w:t>
        <w:br/>
        <w:t>f 31985/29778/24965 31840/29635/24842 31955/29749/24939</w:t>
        <w:br/>
        <w:t>f 31985/29778/24965 31861/29656/24863 31840/29635/24842</w:t>
        <w:br/>
        <w:t>f 31985/29778/24965 31975/29768/24958 31861/29656/24863</w:t>
        <w:br/>
        <w:t>f 31876/29670/24877 31994/29786/24971 31995/29789/24974</w:t>
        <w:br/>
        <w:t>f 31875/29671/24878 31876/29670/24877 31995/29789/24974</w:t>
        <w:br/>
        <w:t>f 31943/29734/24924 32000/29794/24979 31879/29672/24879</w:t>
        <w:br/>
        <w:t>f 31827/29624/24831 31943/29734/24924 31879/29672/24879</w:t>
        <w:br/>
        <w:t>f 31834/29625/24832 31947/29741/24931 31968/29761/24951</w:t>
        <w:br/>
        <w:t>f 31856/29650/24857 31834/29625/24832 31968/29761/24951</w:t>
        <w:br/>
        <w:t>f 31838/29629/24836 31951/29745/24935 31963/29756/24946</w:t>
        <w:br/>
        <w:t>f 31849/29644/24851 31838/29629/24836 31963/29756/24946</w:t>
        <w:br/>
        <w:t>f 31930/29723/24919 32002/29795/24980 32001/29796/24980</w:t>
        <w:br/>
        <w:t>f 31929/29724/24919 31930/29723/24919 32001/29796/24980</w:t>
        <w:br/>
        <w:t>f 31935/29729/24921 31932/29728/24921 32001/29796/24980</w:t>
        <w:br/>
        <w:t>f 32002/29795/24980 31935/29729/24921 32001/29796/24980</w:t>
        <w:br/>
        <w:t>f 32003/29797/24981 31868/29662/24869 31821/29615/24822</w:t>
        <w:br/>
        <w:t>f 31822/29614/24821 32004/29798/24982 31821/29615/24822</w:t>
        <w:br/>
        <w:t>f 32004/29798/24982 32003/29797/24981 31821/29615/24822</w:t>
        <w:br/>
        <w:t>f 31895/29687/24891 32005/29799/24983 31894/29688/24892</w:t>
        <w:br/>
        <w:t>f 31895/29687/24891 32007/29800/24984 32006/29801/24985</w:t>
        <w:br/>
        <w:t>f 31895/29687/24891 32006/29801/24985 32005/29799/24983</w:t>
        <w:br/>
        <w:t>f 32007/29800/24984 31895/29687/24891 32009/29802/24986</w:t>
        <w:br/>
        <w:t>f 32008/29803/24987 32007/29800/24984 32009/29802/24986</w:t>
        <w:br/>
        <w:t>f 31895/29687/24891 31908/29703/24903 32011/29804/24988</w:t>
        <w:br/>
        <w:t>f 32010/29805/24989 31895/29687/24891 32011/29804/24988</w:t>
        <w:br/>
        <w:t>f 31871/29664/24871 32013/29806/24990 32012/29807/24991</w:t>
        <w:br/>
        <w:t>f 31870/29665/24872 31871/29664/24871 32012/29807/24991</w:t>
        <w:br/>
        <w:t>f 31879/29672/24879 32015/29808/24992 32014/29809/24993</w:t>
        <w:br/>
        <w:t>f 31878/29673/24880 31879/29672/24879 32014/29809/24993</w:t>
        <w:br/>
        <w:t>f 31878/29673/24880 32014/29809/24993 32013/29806/24990</w:t>
        <w:br/>
        <w:t>f 31871/29664/24871 31878/29673/24880 32013/29806/24990</w:t>
        <w:br/>
        <w:t>f 31910/29705/24904 31911/29704/24904 32017/29810/24994</w:t>
        <w:br/>
        <w:t>f 32016/29811/24994 31910/29705/24904 32017/29810/24994</w:t>
        <w:br/>
        <w:t>f 31988/29781/24968 32019/29812/24995 32018/29813/24995</w:t>
        <w:br/>
        <w:t>f 31987/29782/24968 31988/29781/24968 32018/29813/24995</w:t>
        <w:br/>
        <w:t>f 31998/29790/24975 31996/29792/24977 32021/29814/24996</w:t>
        <w:br/>
        <w:t>f 32020/29815/24996 31998/29790/24975 32021/29814/24996</w:t>
        <w:br/>
        <w:t>f 31879/29672/24879 32000/29794/24979 32022/29816/24997</w:t>
        <w:br/>
        <w:t>f 32015/29808/24992 31879/29672/24879 32022/29816/24997</w:t>
        <w:br/>
        <w:t>f 32013/29806/24990 32024/29817/24998 32023/29818/24999</w:t>
        <w:br/>
        <w:t>f 32012/29807/24991 32013/29806/24990 32023/29818/24999</w:t>
        <w:br/>
        <w:t>f 32015/29808/24992 32026/29819/25000 32025/29820/25001</w:t>
        <w:br/>
        <w:t>f 32014/29809/24993 32015/29808/24992 32025/29820/25001</w:t>
        <w:br/>
        <w:t>f 32014/29809/24993 32025/29820/25001 32024/29817/24998</w:t>
        <w:br/>
        <w:t>f 32013/29806/24990 32014/29809/24993 32024/29817/24998</w:t>
        <w:br/>
        <w:t>f 32016/29811/24994 32017/29810/24994 32028/29821/25002</w:t>
        <w:br/>
        <w:t>f 32027/29822/25002 32016/29811/24994 32028/29821/25002</w:t>
        <w:br/>
        <w:t>f 32019/29812/24995 32030/29823/25003 32029/29824/25003</w:t>
        <w:br/>
        <w:t>f 32018/29813/24995 32019/29812/24995 32029/29824/25003</w:t>
        <w:br/>
        <w:t>f 32020/29815/24996 32021/29814/24996 32032/29825/25004</w:t>
        <w:br/>
        <w:t>f 32031/29826/25004 32020/29815/24996 32032/29825/25004</w:t>
        <w:br/>
        <w:t>f 32015/29808/24992 32022/29816/24997 32033/29827/25005</w:t>
        <w:br/>
        <w:t>f 32026/29819/25000 32015/29808/24992 32033/29827/25005</w:t>
        <w:br/>
        <w:t>f 31876/29670/24877 31877/29669/24876 31846/29640/24847</w:t>
        <w:br/>
        <w:t>f 31843/29639/24846 31876/29670/24877 31846/29640/24847</w:t>
        <w:br/>
        <w:t>f 31858/29652/24859 31873/29668/24875 31874/29667/24874</w:t>
        <w:br/>
        <w:t>f 31857/29651/24858 31858/29652/24859 31874/29667/24874</w:t>
        <w:br/>
        <w:t>f 31877/29669/24876 31873/29668/24875 31858/29652/24859</w:t>
        <w:br/>
        <w:t>f 31846/29640/24847 31877/29669/24876 31858/29652/24859</w:t>
        <w:br/>
        <w:t>f 31914/29707/24906 31915/29706/24905 31904/29699/24900</w:t>
        <w:br/>
        <w:t>f 31905/29698/24899 31914/29707/24906 31904/29699/24900</w:t>
        <w:br/>
        <w:t>f 31993/29787/24972 31994/29786/24971 31959/29753/24943</w:t>
        <w:br/>
        <w:t>f 31956/29752/24942 31993/29787/24972 31959/29753/24943</w:t>
        <w:br/>
        <w:t>f 31971/29764/24954 31991/29785/24970 31990/29784/24969</w:t>
        <w:br/>
        <w:t>f 32034/29828/24899 31971/29764/24954 31990/29784/24969</w:t>
        <w:br/>
        <w:t>f 31843/29639/24846 31959/29753/24943 31994/29786/24971</w:t>
        <w:br/>
        <w:t>f 31876/29670/24877 31843/29639/24846 31994/29786/24971</w:t>
        <w:br/>
        <w:t>f 32038/29829/25006 32037/29830/25007 32036/29831/25008</w:t>
        <w:br/>
        <w:t>f 32035/29832/25009 32038/29829/25006 32036/29831/25008</w:t>
        <w:br/>
        <w:t>f 32042/29833/25010 32041/29834/25011 32040/29835/25012</w:t>
        <w:br/>
        <w:t>f 32039/29836/25013 32042/29833/25010 32040/29835/25012</w:t>
        <w:br/>
        <w:t>f 32046/29837/25014 32045/29838/25015 32044/29839/25016</w:t>
        <w:br/>
        <w:t>f 32043/29840/25017 32046/29837/25014 32044/29839/25016</w:t>
        <w:br/>
        <w:t>f 32050/29841/25018 32049/29842/25019 32048/29843/25020</w:t>
        <w:br/>
        <w:t>f 32047/29844/25021 32050/29841/25018 32048/29843/25020</w:t>
        <w:br/>
        <w:t>f 32054/29845/25022 32053/29846/25023 32052/29847/25024</w:t>
        <w:br/>
        <w:t>f 32051/29848/25025 32054/29845/25022 32052/29847/25024</w:t>
        <w:br/>
        <w:t>f 32058/29849/25026 32057/29850/25027 32056/29851/25028</w:t>
        <w:br/>
        <w:t>f 32055/29852/25029 32058/29849/25026 32056/29851/25028</w:t>
        <w:br/>
        <w:t>f 32062/29853/25030 32061/29854/25031 32060/29855/25032</w:t>
        <w:br/>
        <w:t>f 32059/29856/25033 32062/29853/25030 32060/29855/25032</w:t>
        <w:br/>
        <w:t>f 32039/29836/25013 32064/29857/25034 32063/29858/25035</w:t>
        <w:br/>
        <w:t>f 32042/29833/25010 32039/29836/25013 32063/29858/25035</w:t>
        <w:br/>
        <w:t>f 32067/29859/25036 32066/29860/25037 32065/29861/25038</w:t>
        <w:br/>
        <w:t>f 32071/29862/25039 32070/29863/25040 32069/29864/25041</w:t>
        <w:br/>
        <w:t>f 32068/29865/25042 32071/29862/25039 32069/29864/25041</w:t>
        <w:br/>
        <w:t>f 32075/29866/25043 32074/29867/25044 32073/29868/25045</w:t>
        <w:br/>
        <w:t>f 32072/29869/25046 32075/29866/25043 32073/29868/25045</w:t>
        <w:br/>
        <w:t>f 32078/29870/25047 32077/29871/25048 32076/29872/25049</w:t>
        <w:br/>
        <w:t>f 32079/29873/25050 32078/29870/25047 32076/29872/25049</w:t>
        <w:br/>
        <w:t>f 32081/29874/25051 32080/29875/25052 32072/29869/25046</w:t>
        <w:br/>
        <w:t>f 32083/29876/25053 32082/29877/25054 32074/29867/25044</w:t>
        <w:br/>
        <w:t>f 32075/29866/25043 32083/29876/25053 32074/29867/25044</w:t>
        <w:br/>
        <w:t>f 32053/29846/25023 32085/29878/25055 32084/29879/25056</w:t>
        <w:br/>
        <w:t>f 32052/29847/25024 32053/29846/25023 32084/29879/25056</w:t>
        <w:br/>
        <w:t>f 32087/29880/25057 32086/29881/25058 32068/29865/25042</w:t>
        <w:br/>
        <w:t>f 32074/29867/25044 32089/29882/25059 32088/29883/25060</w:t>
        <w:br/>
        <w:t>f 32073/29868/25045 32074/29867/25044 32088/29883/25060</w:t>
        <w:br/>
        <w:t>f 32091/29884/25061 32090/29885/25062 32079/29873/25050</w:t>
        <w:br/>
        <w:t>f 32076/29872/25049 32091/29884/25061 32079/29873/25050</w:t>
        <w:br/>
        <w:t>f 32094/29886/25063 32085/29878/25055 32093/29887/25064</w:t>
        <w:br/>
        <w:t>f 32092/29888/25065 32094/29886/25063 32093/29887/25064</w:t>
        <w:br/>
        <w:t>f 32097/29889/25066 32096/29890/25067 32095/29891/25068</w:t>
        <w:br/>
        <w:t>f 32081/29874/25051 32097/29889/25066 32095/29891/25068</w:t>
        <w:br/>
        <w:t>f 32082/29877/25054 32098/29892/25069 32089/29882/25059</w:t>
        <w:br/>
        <w:t>f 32074/29867/25044 32082/29877/25054 32089/29882/25059</w:t>
        <w:br/>
        <w:t>f 32101/29893/25070 32100/29894/25071 32094/29886/25063</w:t>
        <w:br/>
        <w:t>f 32099/29895/25072 32101/29893/25070 32094/29886/25063</w:t>
        <w:br/>
        <w:t>f 32035/29832/25009 32045/29838/25015 32046/29837/25014</w:t>
        <w:br/>
        <w:t>f 32038/29829/25006 32035/29832/25009 32046/29837/25014</w:t>
        <w:br/>
        <w:t>f 32103/29896/25073 32063/29858/25035 32064/29857/25034</w:t>
        <w:br/>
        <w:t>f 32102/29897/25074 32103/29896/25073 32064/29857/25034</w:t>
        <w:br/>
        <w:t>f 32051/29848/25025 32052/29847/25024 32104/29898/25075</w:t>
        <w:br/>
        <w:t>f 32105/29899/25076 32051/29848/25025 32104/29898/25075</w:t>
        <w:br/>
        <w:t>f 32049/29842/25019 32107/29900/25077 32106/29901/25078</w:t>
        <w:br/>
        <w:t>f 32048/29843/25020 32049/29842/25019 32106/29901/25078</w:t>
        <w:br/>
        <w:t>f 32052/29847/25024 32084/29879/25056 32108/29902/25079</w:t>
        <w:br/>
        <w:t>f 32104/29898/25075 32052/29847/25024 32108/29902/25079</w:t>
        <w:br/>
        <w:t>f 32107/29900/25077 32049/29842/25019 32091/29884/25061</w:t>
        <w:br/>
        <w:t>f 32109/29903/25080 32107/29900/25077 32091/29884/25061</w:t>
        <w:br/>
        <w:t>f 32111/29904/25081 32100/29894/25071 32101/29893/25070</w:t>
        <w:br/>
        <w:t>f 32110/29905/25082 32111/29904/25081 32101/29893/25070</w:t>
        <w:br/>
        <w:t>f 32113/29906/25083 32076/29872/25049 32077/29871/25048</w:t>
        <w:br/>
        <w:t>f 32112/29907/25084 32113/29906/25083 32077/29871/25048</w:t>
        <w:br/>
        <w:t>f 32041/29834/25011 32116/29908/25085 32115/29909/25086</w:t>
        <w:br/>
        <w:t>f 32114/29910/25087 32041/29834/25011 32115/29909/25086</w:t>
        <w:br/>
        <w:t>f 32075/29866/25043 32072/29869/25046 32117/29911/25088</w:t>
        <w:br/>
        <w:t>f 32077/29871/25048 32078/29870/25047 32037/29830/25007</w:t>
        <w:br/>
        <w:t>f 32038/29829/25006 32077/29871/25048 32037/29830/25007</w:t>
        <w:br/>
        <w:t>f 32117/29911/25088 32072/29869/25046 32080/29875/25052</w:t>
        <w:br/>
        <w:t>f 32118/29912/25089 32117/29911/25088 32080/29875/25052</w:t>
        <w:br/>
        <w:t>f 32099/29895/25072 32042/29833/25010 32063/29858/25035</w:t>
        <w:br/>
        <w:t>f 32101/29893/25070 32099/29895/25072 32063/29858/25035</w:t>
        <w:br/>
        <w:t>f 32063/29858/25035 32103/29896/25073 32110/29905/25082</w:t>
        <w:br/>
        <w:t>f 32101/29893/25070 32063/29858/25035 32110/29905/25082</w:t>
        <w:br/>
        <w:t>f 32038/29829/25006 32046/29837/25014 32112/29907/25084</w:t>
        <w:br/>
        <w:t>f 32077/29871/25048 32038/29829/25006 32112/29907/25084</w:t>
        <w:br/>
        <w:t>f 32062/29853/25030 32059/29856/25033 32119/29913/25090</w:t>
        <w:br/>
        <w:t>f 32059/29856/25033 32098/29892/25069 32120/29914/25091</w:t>
        <w:br/>
        <w:t>f 32119/29913/25090 32059/29856/25033 32120/29914/25091</w:t>
        <w:br/>
        <w:t>f 32082/29877/25054 32083/29876/25053 32070/29863/25040</w:t>
        <w:br/>
        <w:t>f 32071/29862/25039 32082/29877/25054 32070/29863/25040</w:t>
        <w:br/>
        <w:t>f 32121/29915/25092 32117/29911/25088 32118/29912/25089</w:t>
        <w:br/>
        <w:t>f 32057/29850/25027 32106/29901/25078 32107/29900/25077</w:t>
        <w:br/>
        <w:t>f 32056/29851/25028 32057/29850/25027 32107/29900/25077</w:t>
        <w:br/>
        <w:t>f 32095/29891/25068 32113/29906/25083 32112/29907/25084</w:t>
        <w:br/>
        <w:t>f 32122/29916/25093 32095/29891/25068 32112/29907/25084</w:t>
        <w:br/>
        <w:t>f 32056/29851/25028 32107/29900/25077 32109/29903/25080</w:t>
        <w:br/>
        <w:t>f 32096/29890/25067 32056/29851/25028 32109/29903/25080</w:t>
        <w:br/>
        <w:t>f 32112/29907/25084 32046/29837/25014 32043/29840/25017</w:t>
        <w:br/>
        <w:t>f 32122/29916/25093 32112/29907/25084 32043/29840/25017</w:t>
        <w:br/>
        <w:t>f 32085/29878/25055 32094/29886/25063 32100/29894/25071</w:t>
        <w:br/>
        <w:t>f 32084/29879/25056 32085/29878/25055 32100/29894/25071</w:t>
        <w:br/>
        <w:t>f 32124/29917/25094 32123/29918/25095 32086/29881/25058</w:t>
        <w:br/>
        <w:t>f 32087/29880/25057 32124/29917/25094 32086/29881/25058</w:t>
        <w:br/>
        <w:t>f 32089/29882/25059 32060/29855/25032 32125/29919/25096</w:t>
        <w:br/>
        <w:t>f 32088/29883/25060 32089/29882/25059 32125/29919/25096</w:t>
        <w:br/>
        <w:t>f 32049/29842/25019 32050/29841/25018 32090/29885/25062</w:t>
        <w:br/>
        <w:t>f 32091/29884/25061 32049/29842/25019 32090/29885/25062</w:t>
        <w:br/>
        <w:t>f 32085/29878/25055 32053/29846/25023 32066/29860/25037</w:t>
        <w:br/>
        <w:t>f 32093/29887/25064 32085/29878/25055 32066/29860/25037</w:t>
        <w:br/>
        <w:t>f 32055/29852/25029 32056/29851/25028 32096/29890/25067</w:t>
        <w:br/>
        <w:t>f 32097/29889/25066 32055/29852/25029 32096/29890/25067</w:t>
        <w:br/>
        <w:t>f 32098/29892/25069 32059/29856/25033 32060/29855/25032</w:t>
        <w:br/>
        <w:t>f 32089/29882/25059 32098/29892/25069 32060/29855/25032</w:t>
        <w:br/>
        <w:t>f 32100/29894/25071 32111/29904/25081 32108/29902/25079</w:t>
        <w:br/>
        <w:t>f 32084/29879/25056 32100/29894/25071 32108/29902/25079</w:t>
        <w:br/>
        <w:t>f 32076/29872/25049 32113/29906/25083 32109/29903/25080</w:t>
        <w:br/>
        <w:t>f 32091/29884/25061 32076/29872/25049 32109/29903/25080</w:t>
        <w:br/>
        <w:t>f 32098/29892/25069 32082/29877/25054 32071/29862/25039</w:t>
        <w:br/>
        <w:t>f 32120/29914/25091 32098/29892/25069 32071/29862/25039</w:t>
        <w:br/>
        <w:t>f 32113/29906/25083 32095/29891/25068 32096/29890/25067</w:t>
        <w:br/>
        <w:t>f 32109/29903/25080 32113/29906/25083 32096/29890/25067</w:t>
        <w:br/>
        <w:t>f 32126/29920/24972 32125/29919/25096 32060/29855/25032</w:t>
        <w:br/>
        <w:t>f 32037/29830/25007 32103/29896/25073 32102/29897/25074</w:t>
        <w:br/>
        <w:t>f 32036/29831/25008 32037/29830/25007 32102/29897/25074</w:t>
        <w:br/>
        <w:t>f 32105/29899/25076 32104/29898/25075 32050/29841/25018</w:t>
        <w:br/>
        <w:t>f 32047/29844/25021 32105/29899/25076 32050/29841/25018</w:t>
        <w:br/>
        <w:t>f 32050/29841/25018 32104/29898/25075 32108/29902/25079</w:t>
        <w:br/>
        <w:t>f 32090/29885/25062 32050/29841/25018 32108/29902/25079</w:t>
        <w:br/>
        <w:t>f 32079/29873/25050 32111/29904/25081 32110/29905/25082</w:t>
        <w:br/>
        <w:t>f 32078/29870/25047 32079/29873/25050 32110/29905/25082</w:t>
        <w:br/>
        <w:t>f 32078/29870/25047 32110/29905/25082 32103/29896/25073</w:t>
        <w:br/>
        <w:t>f 32037/29830/25007 32078/29870/25047 32103/29896/25073</w:t>
        <w:br/>
        <w:t>f 32090/29885/25062 32108/29902/25079 32111/29904/25081</w:t>
        <w:br/>
        <w:t>f 32079/29873/25050 32090/29885/25062 32111/29904/25081</w:t>
        <w:br/>
        <w:t>f 32041/29834/25011 32114/29910/25087 32040/29835/25012</w:t>
        <w:br/>
        <w:t>f 32053/29846/25023 32054/29845/25022 32065/29861/25038</w:t>
        <w:br/>
        <w:t>f 32066/29860/25037 32053/29846/25023 32065/29861/25038</w:t>
        <w:br/>
        <w:t>f 32128/29921/25097 32127/29922/25098 32092/29888/25065</w:t>
        <w:br/>
        <w:t>f 32093/29887/25064 32128/29921/25097 32092/29888/25065</w:t>
        <w:br/>
        <w:t>f 32042/29833/25010 32099/29895/25072 32116/29908/25085</w:t>
        <w:br/>
        <w:t>f 32041/29834/25011 32042/29833/25010 32116/29908/25085</w:t>
        <w:br/>
        <w:t>f 32067/29859/25036 32128/29921/25097 32093/29887/25064</w:t>
        <w:br/>
        <w:t>f 32066/29860/25037 32067/29859/25036 32093/29887/25064</w:t>
        <w:br/>
        <w:t>f 32099/29895/25072 32094/29886/25063 32092/29888/25065</w:t>
        <w:br/>
        <w:t>f 32116/29908/25085 32099/29895/25072 32092/29888/25065</w:t>
        <w:br/>
        <w:t>f 32116/29908/25085 32092/29888/25065 32127/29922/25098</w:t>
        <w:br/>
        <w:t>f 32115/29909/25086 32116/29908/25085 32127/29922/25098</w:t>
        <w:br/>
        <w:t>f 32073/29868/25045 32088/29883/25060 32129/29923/25099</w:t>
        <w:br/>
        <w:t>f 32081/29874/25051 32073/29868/25045 32129/29923/25099</w:t>
        <w:br/>
        <w:t>f 32073/29868/25045 32081/29874/25051 32072/29869/25046</w:t>
        <w:br/>
        <w:t>f 32133/29924/25100 32132/29925/25101 32131/29926/25102</w:t>
        <w:br/>
        <w:t>f 32130/29927/25103 32133/29924/25100 32131/29926/25102</w:t>
        <w:br/>
        <w:t>f 32137/29928/25104 32136/29929/25105 32135/29930/25106</w:t>
        <w:br/>
        <w:t>f 32134/29931/25107 32137/29928/25104 32135/29930/25106</w:t>
        <w:br/>
        <w:t>f 32140/29932/25108 32139/29933/25109 32138/29934/25110</w:t>
        <w:br/>
        <w:t>f 32135/29930/25106 32136/29929/25105 32130/29927/25103</w:t>
        <w:br/>
        <w:t>f 32131/29926/25102 32135/29930/25106 32130/29927/25103</w:t>
        <w:br/>
        <w:t>f 32140/29932/25108 32138/29934/25110 32142/29935/25111</w:t>
        <w:br/>
        <w:t>f 32141/29936/25112 32140/29932/25108 32142/29935/25111</w:t>
        <w:br/>
        <w:t>f 32145/29937/25113 32144/29938/25114 32143/29939/25115</w:t>
        <w:br/>
        <w:t>f 32141/29936/25112 32142/29935/25111 32132/29925/25101</w:t>
        <w:br/>
        <w:t>f 32133/29924/25100 32141/29936/25112 32132/29925/25101</w:t>
        <w:br/>
        <w:t>f 32147/29940/25116 32146/29941/25117 32130/29927/25103</w:t>
        <w:br/>
        <w:t>f 32148/29942/25118 32147/29940/25116 32130/29927/25103</w:t>
        <w:br/>
        <w:t>f 32151/29943/25119 32150/29944/25119 32149/29945/25120</w:t>
        <w:br/>
        <w:t>f 32152/29946/25120 32151/29943/25119 32149/29945/25120</w:t>
        <w:br/>
        <w:t>f 32154/29947/25121 32153/29948/25122 32136/29929/25105</w:t>
        <w:br/>
        <w:t>f 32137/29928/25104 32154/29947/25121 32136/29929/25105</w:t>
        <w:br/>
        <w:t>f 32156/29949/25123 32152/29946/25120 32149/29945/25120</w:t>
        <w:br/>
        <w:t>f 32155/29950/25123 32156/29949/25123 32149/29945/25120</w:t>
        <w:br/>
        <w:t>f 32160/29951/25124 32159/29952/25125 32158/29953/25126</w:t>
        <w:br/>
        <w:t>f 32157/29954/25127 32160/29951/25124 32158/29953/25126</w:t>
        <w:br/>
        <w:t>f 32163/29955/25128 32162/29956/25129 32161/29957/25130</w:t>
        <w:br/>
        <w:t>f 32164/29958/25130 32163/29955/25128 32161/29957/25130</w:t>
        <w:br/>
        <w:t>f 32148/29942/25118 32130/29927/25103 32136/29929/25105</w:t>
        <w:br/>
        <w:t>f 32153/29948/25122 32148/29942/25118 32136/29929/25105</w:t>
        <w:br/>
        <w:t>f 32156/29949/25123 32155/29950/25123 32141/29936/25112</w:t>
        <w:br/>
        <w:t>f 32165/29959/25131 32156/29949/25123 32141/29936/25112</w:t>
        <w:br/>
        <w:t>f 32168/29960/25132 32167/29961/25133 32166/29962/25134</w:t>
        <w:br/>
        <w:t>f 32169/29963/25135 32168/29960/25132 32166/29962/25134</w:t>
        <w:br/>
        <w:t>f 32162/29956/25129 32163/29955/25128 32170/29964/25136</w:t>
        <w:br/>
        <w:t>f 32144/29938/25114 32162/29956/25129 32170/29964/25136</w:t>
        <w:br/>
        <w:t>f 32164/29958/25130 32161/29957/25130 32171/29965/25137</w:t>
        <w:br/>
        <w:t>f 32172/29966/25138 32164/29958/25130 32171/29965/25137</w:t>
        <w:br/>
        <w:t>f 32170/29964/25136 32173/29967/25139 32143/29939/25115</w:t>
        <w:br/>
        <w:t>f 32144/29938/25114 32170/29964/25136 32143/29939/25115</w:t>
        <w:br/>
        <w:t>f 32165/29959/25131 32141/29936/25112 32133/29924/25100</w:t>
        <w:br/>
        <w:t>f 32147/29940/25140 32165/29959/25131 32133/29924/25100</w:t>
        <w:br/>
        <w:t>f 32151/29943/25119 32175/29968/25141 32174/29969/25142</w:t>
        <w:br/>
        <w:t>f 32150/29944/25119 32151/29943/25119 32174/29969/25142</w:t>
        <w:br/>
        <w:t>f 32178/29970/25143 32177/29971/25144 32176/29972/25145</w:t>
        <w:br/>
        <w:t>f 32179/29973/25145 32178/29970/25143 32176/29972/25145</w:t>
        <w:br/>
        <w:t>f 32178/29970/25143 32181/29974/25146 32180/29975/25147</w:t>
        <w:br/>
        <w:t>f 32177/29971/25144 32178/29970/25143 32180/29975/25147</w:t>
        <w:br/>
        <w:t>f 32179/29973/25145 32176/29972/25145 32167/29961/25133</w:t>
        <w:br/>
        <w:t>f 32168/29960/25132 32179/29973/25145 32167/29961/25133</w:t>
        <w:br/>
        <w:t>f 32183/29976/24942 32058/29849/25026 32055/29852/25029</w:t>
        <w:br/>
        <w:t>f 32182/29977/25148 32183/29976/24942 32055/29852/25029</w:t>
        <w:br/>
        <w:t>f 32055/29852/25029 32097/29889/25066 32129/29923/25099</w:t>
        <w:br/>
        <w:t>f 32182/29977/25148 32055/29852/25029 32129/29923/25099</w:t>
        <w:br/>
        <w:t>f 32129/29923/25099 32097/29889/25066 32081/29874/25051</w:t>
        <w:br/>
        <w:t>f 32095/29891/25068 32122/29916/25093 32080/29875/25052</w:t>
        <w:br/>
        <w:t>f 32081/29874/25051 32095/29891/25068 32080/29875/25052</w:t>
        <w:br/>
        <w:t>f 32122/29916/25093 32043/29840/25017 32118/29912/25089</w:t>
        <w:br/>
        <w:t>f 32080/29875/25052 32122/29916/25093 32118/29912/25089</w:t>
        <w:br/>
        <w:t>f 32043/29840/25017 32044/29839/25016 32121/29915/25092</w:t>
        <w:br/>
        <w:t>f 32118/29912/25089 32043/29840/25017 32121/29915/25092</w:t>
        <w:br/>
        <w:t>f 32182/29977/25148 32129/29923/25099 32088/29883/25060</w:t>
        <w:br/>
        <w:t>f 32125/29919/25096 32182/29977/25148 32088/29883/25060</w:t>
        <w:br/>
        <w:t>f 32173/29967/25139 32154/29947/25121 32137/29928/25104</w:t>
        <w:br/>
        <w:t>f 32143/29939/25115 32173/29967/25139 32137/29928/25104</w:t>
        <w:br/>
        <w:t>f 32143/29939/25115 32137/29928/25104 32134/29931/25107</w:t>
        <w:br/>
        <w:t>f 32145/29937/25113 32143/29939/25115 32134/29931/25107</w:t>
        <w:br/>
        <w:t>f 32183/29976/24942 32182/29977/25148 32125/29919/25096</w:t>
        <w:br/>
        <w:t>f 32126/29920/24972 32183/29976/24942 32125/29919/25096</w:t>
        <w:br/>
        <w:t>f 32184/29978/25149 32087/29880/25057 32068/29865/25042</w:t>
        <w:br/>
        <w:t>f 32069/29864/25041 32184/29978/25149 32068/29865/25042</w:t>
        <w:br/>
        <w:t>f 32120/29914/25091 32071/29862/25039 32068/29865/25042</w:t>
        <w:br/>
        <w:t>f 32086/29881/25058 32120/29914/25091 32068/29865/25042</w:t>
        <w:br/>
        <w:t>f 32123/29918/25095 32119/29913/25090 32120/29914/25091</w:t>
        <w:br/>
        <w:t>f 32086/29881/25058 32123/29918/25095 32120/29914/25091</w:t>
        <w:br/>
        <w:t>f 32172/29966/25138 32171/29965/25137 32159/29952/25125</w:t>
        <w:br/>
        <w:t>f 32160/29951/25124 32172/29966/25138 32159/29952/25125</w:t>
        <w:br/>
        <w:t>f 31998/29790/24975 31943/29734/24924 31997/29791/24976</w:t>
        <w:br/>
        <w:t>f 31943/29734/24924 31940/29737/24927 31997/29791/24976</w:t>
        <w:br/>
        <w:t>f 31955/29749/24939 31952/29748/24938 31984/29779/24966</w:t>
        <w:br/>
        <w:t>f 31985/29778/24965 31955/29749/24939 31984/29779/24966</w:t>
        <w:br/>
        <w:t>f 31952/29748/24938 32185/29979/25150 31984/29779/24966</w:t>
        <w:br/>
        <w:t>f 31895/29687/24891 32010/29805/24989 32009/29802/24986</w:t>
        <w:br/>
        <w:t>f 30656/28681/24001 30710/28737/24055 32186/29980/25151</w:t>
        <w:br/>
        <w:t>f 30655/28682/24002 30656/28681/24001 32186/29980/25151</w:t>
        <w:br/>
        <w:t>f 30701/28726/24046 32188/29981/25152 32187/29982/25153</w:t>
        <w:br/>
        <w:t>f 30700/28727/24047 30701/28726/24046 32187/29982/25153</w:t>
        <w:br/>
        <w:t>f 30655/28682/24002 32186/29980/25151 32188/29981/25152</w:t>
        <w:br/>
        <w:t>f 30701/28726/24046 30655/28682/24002 32188/29981/25152</w:t>
        <w:br/>
        <w:t>f 30656/28681/24001 30657/28680/24000 32189/29983/25154</w:t>
        <w:br/>
        <w:t>f 30712/28738/24056 30656/28681/24001 32189/29983/25154</w:t>
        <w:br/>
        <w:t>f 30712/28738/24056 32189/29983/25154 30732/28758/24076</w:t>
        <w:br/>
        <w:t>f 30719/28744/24062 30712/28738/24056 30732/28758/24076</w:t>
        <w:br/>
        <w:t>f 30660/28685/24005 32186/29980/25151 30710/28737/24055</w:t>
        <w:br/>
        <w:t>f 30659/28686/24006 30660/28685/24005 30710/28737/24055</w:t>
        <w:br/>
        <w:t>f 30697/28723/24043 32188/29981/25152 32186/29980/25151</w:t>
        <w:br/>
        <w:t>f 30660/28685/24005 30697/28723/24043 32186/29980/25151</w:t>
        <w:br/>
        <w:t>f 30698/28724/24044 32187/29982/25153 32188/29981/25152</w:t>
        <w:br/>
        <w:t>f 30697/28723/24043 30698/28724/24044 32188/29981/25152</w:t>
        <w:br/>
        <w:t>f 30709/28734/24052 30711/28736/24054 30718/28745/24063</w:t>
        <w:br/>
        <w:t>f 30708/28735/24053 30709/28734/24052 30718/28745/24063</w:t>
        <w:br/>
        <w:t>f 30709/28734/24052 30662/28691/24011 30658/28687/24007</w:t>
        <w:br/>
        <w:t>f 30659/28686/24006 30709/28734/24052 30658/28687/24007</w:t>
        <w:br/>
        <w:t>f 32190/29984/25155 30717/28743/24061 30708/28735/24053</w:t>
        <w:br/>
        <w:t>f 30718/28745/24063 32190/29984/25155 30708/28735/24053</w:t>
        <w:br/>
        <w:t>f 30608/28635/23955 30622/28648/23968 30716/28742/24060</w:t>
        <w:br/>
        <w:t>f 30718/28745/24063 30719/28744/24062 30580/28608/23928</w:t>
        <w:br/>
        <w:t>f 32190/29984/25155 30718/28745/24063 30580/28608/23928</w:t>
        <w:br/>
        <w:t>f 30700/28727/24047 30643/28668/23988 30699/28728/24048</w:t>
        <w:br/>
        <w:t>f 32187/29982/25153 30643/28668/23988 30700/28727/24047</w:t>
        <w:br/>
        <w:t>f 32187/29982/25153 30642/28669/23989 30643/28668/23988</w:t>
        <w:br/>
        <w:t>f 30644/28670/23990 30642/28669/23989 32187/29982/25153</w:t>
        <w:br/>
        <w:t>f 30698/28724/24044 30644/28670/23990 32187/29982/25153</w:t>
        <w:br/>
        <w:t>f 32190/29984/25155 30608/28635/23955 30716/28742/24060</w:t>
        <w:br/>
        <w:t>f 30717/28743/24061 32190/29984/25155 30716/28742/24060</w:t>
        <w:br/>
        <w:t>f 30670/28695/24015 30665/28688/24008 30708/28735/24053</w:t>
        <w:br/>
        <w:t>f 30717/28743/24061 30670/28695/24015 30708/28735/24053</w:t>
        <w:br/>
        <w:t>f 30580/28608/23928 30608/28635/23955 32190/29984/25155</w:t>
        <w:br/>
        <w:t>f 30578/28603/23923 30608/28635/23955 30580/28608/23928</w:t>
        <w:br/>
        <w:t>f 30577/28604/23924 30578/28603/23923 30580/28608/23928</w:t>
        <w:br/>
        <w:t>f 30581/28607/23927 30625/28651/23971 30576/28605/23925</w:t>
        <w:br/>
        <w:t>f 30577/28604/23924 30581/28607/23927 30576/28605/23925</w:t>
        <w:br/>
        <w:t>f 30593/28618/23938 30597/28621/23941 30721/28747/24065</w:t>
        <w:br/>
        <w:t>f 30592/28619/23939 30593/28618/23938 30721/28747/24065</w:t>
        <w:br/>
        <w:t>f 30593/28618/23938 30594/28617/23937 30624/28650/23970</w:t>
        <w:br/>
        <w:t>f 30596/28622/23942 30593/28618/23938 30624/28650/23970</w:t>
        <w:br/>
        <w:t>f 31810/29603/24810 31872/29663/24870 31869/29666/24873</w:t>
        <w:br/>
        <w:t>f 31809/29604/24811 31810/29603/24810 31869/29666/24873</w:t>
        <w:br/>
        <w:t>f 31875/29671/24878 31828/29623/24830 31829/29622/24829</w:t>
        <w:br/>
        <w:t>f 31867/29661/24868 31875/29671/24878 31829/29622/24829</w:t>
        <w:br/>
        <w:t>f 31829/29622/24829 31830/29621/24828 31872/29663/24870</w:t>
        <w:br/>
        <w:t>f 31810/29603/24810 31829/29622/24829 31872/29663/24870</w:t>
        <w:br/>
        <w:t>f 31912/29709/24908 31913/29708/24907 31880/29677/24883</w:t>
        <w:br/>
        <w:t>f 31881/29676/24882 31912/29709/24908 31880/29677/24883</w:t>
        <w:br/>
        <w:t>f 31989/29780/24967 31986/29783/24967 32191/29985/25156</w:t>
        <w:br/>
        <w:t>f 31919/29710/24909 31989/29780/24967 32191/29985/25156</w:t>
        <w:br/>
        <w:t>f 31942/29735/24925 31943/29734/24924 31827/29624/24831</w:t>
        <w:br/>
        <w:t>f 31828/29623/24830 31942/29735/24925 31827/29624/24831</w:t>
        <w:br/>
        <w:t>f 30579/28602/23922 30618/28644/23964 30609/28634/23954</w:t>
        <w:br/>
        <w:t>f 30578/28603/23923 30579/28602/23922 30609/28634/23954</w:t>
        <w:br/>
        <w:t>f 31995/29789/24974 31992/29788/24973 31941/29736/24926</w:t>
        <w:br/>
        <w:t>f 31942/29735/24925 31995/29789/24974 31941/29736/24926</w:t>
        <w:br/>
        <w:t>f 30699/28728/24048 30643/28668/23988 32192/29986/25157</w:t>
        <w:br/>
        <w:t>f 30595/28623/23943 30596/28622/23942 30581/28607/23927</w:t>
        <w:br/>
        <w:t>f 30582/28606/23926 30595/28623/23943 30581/28607/23927</w:t>
        <w:br/>
        <w:t>f 30602/28629/23949 30598/28627/23947 30589/28616/23936</w:t>
        <w:br/>
        <w:t>f 30590/28615/23935 30602/28629/23949 30589/28616/23936</w:t>
        <w:br/>
        <w:t>f 30607/28633/23953 30589/28616/23936 30598/28627/23947</w:t>
        <w:br/>
        <w:t>f 30599/28626/23946 30607/28633/23953 30598/28627/23947</w:t>
        <w:br/>
        <w:t>f 30590/28615/23935 30625/28651/23971 30624/28650/23970</w:t>
        <w:br/>
        <w:t>f 30602/28629/23949 30590/28615/23935 30624/28650/23970</w:t>
        <w:br/>
        <w:t>f 30632/28656/23976 30702/28725/24045 30699/28728/24048</w:t>
        <w:br/>
        <w:t>f 30631/28657/23977 30632/28656/23976 30699/28728/24048</w:t>
        <w:br/>
        <w:t>f 30634/28661/23981 30654/28683/24003 30702/28725/24045</w:t>
        <w:br/>
        <w:t>f 30632/28656/23976 30634/28661/23981 30702/28725/24045</w:t>
        <w:br/>
        <w:t>f 30654/28683/24003 30634/28661/23981 30675/28701/24021</w:t>
        <w:br/>
        <w:t>f 30657/28680/24000 30654/28683/24003 30675/28701/24021</w:t>
        <w:br/>
        <w:t>f 30706/28732/24051 32193/29987/25158 30705/28733/24051</w:t>
        <w:br/>
        <w:t>f 30657/28680/24000 30675/28701/24021 30713/28739/24057</w:t>
        <w:br/>
        <w:t>f 32189/29983/25154 30657/28680/24000 30713/28739/24057</w:t>
        <w:br/>
        <w:t>f 32189/29983/25154 30713/28739/24057 30720/28746/24064</w:t>
        <w:br/>
        <w:t>f 30732/28758/24076 32189/29983/25154 30720/28746/24064</w:t>
        <w:br/>
        <w:t>f 30595/28623/23943 30582/28606/23926 30732/28758/24076</w:t>
        <w:br/>
        <w:t>f 30720/28746/24064 30595/28623/23943 30732/28758/24076</w:t>
        <w:br/>
        <w:t>f 30596/28622/23942 30624/28650/23970 30625/28651/23971</w:t>
        <w:br/>
        <w:t>f 30581/28607/23927 30596/28622/23942 30625/28651/23971</w:t>
        <w:br/>
        <w:t>f 32196/29988/25159 32195/29989/25149 32194/29990/25160</w:t>
        <w:br/>
        <w:t>f 32197/29991/25161 32196/29988/25159 32194/29990/25160</w:t>
        <w:br/>
        <w:t>f 32201/29992/25126 32200/29993/25126 32199/29994/25162</w:t>
        <w:br/>
        <w:t>f 32198/29995/25163 32201/29992/25126 32199/29994/25162</w:t>
        <w:br/>
        <w:t>f 32144/29938/25114 32145/29937/25113 32202/29996/25164</w:t>
        <w:br/>
        <w:t>f 32162/29956/25129 32144/29938/25114 32202/29996/25164</w:t>
        <w:br/>
        <w:t>f 30749/28776/24094 30532/28559/23880 30533/28558/23879</w:t>
        <w:br/>
        <w:t>f 30525/28551/23873 30526/28550/23872 30535/28561/23882</w:t>
        <w:br/>
        <w:t>f 30685/28710/24030 30682/28709/24029 32203/29997/25165</w:t>
        <w:br/>
        <w:t>f 30762/28787/24105 30685/28710/24030 32203/29997/25165</w:t>
        <w:br/>
        <w:t>f 30683/28708/24028 32205/29998/25166 32204/29999/25167</w:t>
        <w:br/>
        <w:t>f 30682/28709/24029 30683/28708/24028 32204/29999/25167</w:t>
        <w:br/>
        <w:t>f 32205/29998/25166 30683/28708/24028 32206/30000/25168</w:t>
        <w:br/>
        <w:t>f 32206/30000/25168 30667/28692/24012 32207/30001/25169</w:t>
        <w:br/>
        <w:t>f 30664/28689/24009 30669/28696/24016 32207/30001/25169</w:t>
        <w:br/>
        <w:t>f 30667/28692/24012 30664/28689/24009 32207/30001/25169</w:t>
        <w:br/>
        <w:t>f 30669/28696/24016 30715/28740/24058 32208/30002/25170</w:t>
        <w:br/>
        <w:t>f 32207/30001/25169 30669/28696/24016 32208/30002/25170</w:t>
        <w:br/>
        <w:t>f 30715/28740/24058 30572/28596/23916 32209/30003/25171</w:t>
        <w:br/>
        <w:t>f 32208/30002/25170 30715/28740/24058 32209/30003/25171</w:t>
        <w:br/>
        <w:t>f 32209/30003/25171 30572/28596/23916 30573/28599/23919</w:t>
        <w:br/>
        <w:t>f 32210/30004/25172 30733/28759/24077 30574/28601/23921</w:t>
        <w:br/>
        <w:t>f 30569/28595/23915 30558/28583/23903 32211/30005/25173</w:t>
        <w:br/>
        <w:t>f 32211/30005/25173 30558/28583/23903 30557/28584/23904</w:t>
        <w:br/>
        <w:t>f 32212/30006/25174 32211/30005/25173 30557/28584/23904</w:t>
        <w:br/>
        <w:t>f 32212/30006/25174 30557/28584/23904 32213/30007/25175</w:t>
        <w:br/>
        <w:t>f 30557/28584/23904 30545/28572/23892 30546/28571/23891</w:t>
        <w:br/>
        <w:t>f 32213/30007/25175 30557/28584/23904 30546/28571/23891</w:t>
        <w:br/>
        <w:t>f 30546/28571/23891 30559/28585/23905 32214/30008/25176</w:t>
        <w:br/>
        <w:t>f 32213/30007/25175 30546/28571/23891 32214/30008/25176</w:t>
        <w:br/>
        <w:t>f 32214/30008/25176 30559/28585/23905 32215/30009/25177</w:t>
        <w:br/>
        <w:t>f 32219/30010/25178 32218/30011/25179 32217/30012/25180</w:t>
        <w:br/>
        <w:t>f 32216/30013/25178 32219/30010/25178 32217/30012/25180</w:t>
        <w:br/>
        <w:t>f 32220/30014/25180 30524/28552/23874 30525/28551/23873</w:t>
        <w:br/>
        <w:t>f 32224/30015/25181 32223/30016/25182 32222/30017/25182</w:t>
        <w:br/>
        <w:t>f 32221/30018/25183 32224/30015/25181 32222/30017/25182</w:t>
        <w:br/>
        <w:t>f 32228/30019/25184 32227/30020/25184 32226/30021/25185</w:t>
        <w:br/>
        <w:t>f 32225/30022/25186 32228/30019/25184 32226/30021/25185</w:t>
        <w:br/>
        <w:t>f 32231/30023/25187 32230/30024/25188 32229/30025/25188</w:t>
        <w:br/>
        <w:t>f 32232/30026/25189 32231/30023/25187 32229/30025/25188</w:t>
        <w:br/>
        <w:t>f 32233/30027/25190 32224/30015/25181 32221/30018/25183</w:t>
        <w:br/>
        <w:t>f 31478/29470/24692 32234/30028/25191 31503/29496/24718</w:t>
        <w:br/>
        <w:t>f 32237/30029/25192 32236/30030/25192 32225/30022/25186</w:t>
        <w:br/>
        <w:t>f 32235/30031/25193 32237/30029/25192 32225/30022/25186</w:t>
        <w:br/>
        <w:t>f 32240/30032/25194 32233/30027/25190 32239/30033/25195</w:t>
        <w:br/>
        <w:t>f 32238/30034/25196 32240/30032/25194 32239/30033/25195</w:t>
        <w:br/>
        <w:t>f 32244/30035/25197 32243/30036/25198 32242/30037/25198</w:t>
        <w:br/>
        <w:t>f 32241/30038/25199 32244/30035/25197 32242/30037/25198</w:t>
        <w:br/>
        <w:t>f 32227/30020/25184 32228/30019/25184 32222/30017/25182</w:t>
        <w:br/>
        <w:t>f 32223/30016/25182 32227/30020/25184 32222/30017/25182</w:t>
        <w:br/>
        <w:t>f 32232/30026/25189 32238/30034/25196 32231/30023/25187</w:t>
        <w:br/>
        <w:t>f 32238/30034/25196 32232/30026/25189 32240/30032/25194</w:t>
        <w:br/>
        <w:t>f 32225/30022/25186 32226/30021/25185 32235/30031/25193</w:t>
        <w:br/>
        <w:t>f 32246/30039/25200 32245/30040/25201 32234/30028/25191</w:t>
        <w:br/>
        <w:t>f 32249/30041/24094 32248/30042/25202 32247/30043/25203</w:t>
        <w:br/>
        <w:t>f 32252/30044/25204 32251/30045/25205 32250/30046/25206</w:t>
        <w:br/>
        <w:t>f 32253/30047/25207 32252/30044/25204 32250/30046/25206</w:t>
        <w:br/>
        <w:t>f 32257/30048/25208 32256/30049/25209 32255/30050/25209</w:t>
        <w:br/>
        <w:t>f 32254/30051/25208 32257/30048/25208 32255/30050/25209</w:t>
        <w:br/>
        <w:t>f 32261/30052/25210 32260/30053/25211 32259/30054/25211</w:t>
        <w:br/>
        <w:t>f 32258/30055/25212 32261/30052/25210 32259/30054/25211</w:t>
        <w:br/>
        <w:t>f 32264/30056/25213 32263/30057/25213 32262/30058/25214</w:t>
        <w:br/>
        <w:t>f 32265/30059/25214 32264/30056/25213 32262/30058/25214</w:t>
        <w:br/>
        <w:t>f 32268/30060/25215 32267/30061/25215 32266/30062/25216</w:t>
        <w:br/>
        <w:t>f 32269/30063/25216 32268/30060/25215 32266/30062/25216</w:t>
        <w:br/>
        <w:t>f 32272/30064/25217 32271/30065/25217 32270/30066/25218</w:t>
        <w:br/>
        <w:t>f 32273/30067/25218 32272/30064/25217 32270/30066/25218</w:t>
        <w:br/>
        <w:t>f 32252/30044/25204 32275/30068/25219 32274/30069/25219</w:t>
        <w:br/>
        <w:t>f 32251/30045/25205 32252/30044/25204 32274/30069/25219</w:t>
        <w:br/>
        <w:t>f 32277/30070/25220 32257/30048/25208 32254/30051/25208</w:t>
        <w:br/>
        <w:t>f 32276/30071/25220 32277/30070/25220 32254/30051/25208</w:t>
        <w:br/>
        <w:t>f 32279/30072/25221 32278/30073/25221 31546/29541/24750</w:t>
        <w:br/>
        <w:t>f 31547/29540/24749 32279/30072/25221 31546/29541/24750</w:t>
        <w:br/>
        <w:t>f 32283/30074/25222 32282/30075/25222 32281/30076/25222</w:t>
        <w:br/>
        <w:t>f 32280/30077/25222 32283/30074/25222 32281/30076/25222</w:t>
        <w:br/>
        <w:t>f 32264/30056/25213 32285/30078/25223 32284/30079/25223</w:t>
        <w:br/>
        <w:t>f 32263/30057/25213 32264/30056/25213 32284/30079/25223</w:t>
        <w:br/>
        <w:t>f 32288/30080/25224 32287/30081/25224 32286/30082/25225</w:t>
        <w:br/>
        <w:t>f 32289/30083/25225 32288/30080/25224 32286/30082/25225</w:t>
        <w:br/>
        <w:t>f 32275/30068/25219 32291/30084/25226 32290/30085/25226</w:t>
        <w:br/>
        <w:t>f 32274/30069/25219 32275/30068/25219 32290/30085/25226</w:t>
        <w:br/>
        <w:t>f 32293/30086/25227 32277/30070/25220 32276/30071/25220</w:t>
        <w:br/>
        <w:t>f 32292/30087/25228 32293/30086/25227 32276/30071/25220</w:t>
        <w:br/>
        <w:t>f 32297/30088/25229 32296/30089/25230 32295/30090/25230</w:t>
        <w:br/>
        <w:t>f 32294/30091/25229 32297/30088/25229 32295/30090/25230</w:t>
        <w:br/>
        <w:t>f 32300/30092/25231 32299/30093/25231 32298/30094/25232</w:t>
        <w:br/>
        <w:t>f 32301/30095/25232 32300/30092/25231 32298/30094/25232</w:t>
        <w:br/>
        <w:t>f 32260/30053/25211 32253/30047/25207 32250/30046/25206</w:t>
        <w:br/>
        <w:t>f 32259/30054/25211 32260/30053/25211 32250/30046/25206</w:t>
        <w:br/>
        <w:t>f 32265/30059/25214 32262/30058/25214 32255/30050/25209</w:t>
        <w:br/>
        <w:t>f 32256/30049/25209 32265/30059/25214 32255/30050/25209</w:t>
        <w:br/>
        <w:t>f 32293/30086/25227 32292/30087/25228 32267/30061/25215</w:t>
        <w:br/>
        <w:t>f 32268/30060/25215 32293/30086/25227 32267/30061/25215</w:t>
        <w:br/>
        <w:t>f 32273/30067/25218 32270/30066/25218 32290/30085/25226</w:t>
        <w:br/>
        <w:t>f 32291/30084/25226 32273/30067/25218 32290/30085/25226</w:t>
        <w:br/>
        <w:t>f 32261/30052/25210 32258/30055/25212 32287/30081/25224</w:t>
        <w:br/>
        <w:t>f 32288/30080/25224 32261/30052/25210 32287/30081/25224</w:t>
        <w:br/>
        <w:t>f 32296/30089/25230 32302/30096/25233 32295/30090/25230</w:t>
        <w:br/>
        <w:t>f 32305/30097/25234 32304/30098/25235 32303/30099/25236</w:t>
        <w:br/>
        <w:t>f 32221/30018/25183 32239/30033/25195 32233/30027/25190</w:t>
        <w:br/>
        <w:t>f 32307/30100/25237 32305/30097/25234 32241/30038/25238</w:t>
        <w:br/>
        <w:t>f 32306/30101/25239 32307/30100/25237 32241/30038/25238</w:t>
        <w:br/>
        <w:t>f 32241/30038/25199 32248/30042/25202 32249/30041/24094</w:t>
        <w:br/>
        <w:t>f 32244/30035/25197 32241/30038/25199 32249/30041/24094</w:t>
        <w:br/>
        <w:t>f 32248/30042/25202 32308/30102/25240 32247/30043/25203</w:t>
        <w:br/>
        <w:t>f 30666/28693/24013 30667/28692/24012 32206/30000/25168</w:t>
        <w:br/>
        <w:t>f 30683/28708/24028 30666/28693/24013 32206/30000/25168</w:t>
        <w:br/>
        <w:t>f 32210/30004/25172 30573/28599/23919 30733/28759/24077</w:t>
        <w:br/>
        <w:t>f 32309/30103/25191 30566/28592/23912 30522/28547/23869</w:t>
        <w:br/>
        <w:t>f 32312/30104/25241 32311/30105/25241 32310/30106/25241</w:t>
        <w:br/>
        <w:t>f 32278/30073/25221 32279/30072/25221 32313/30107/25242</w:t>
        <w:br/>
        <w:t>f 32314/30108/25242 32278/30073/25221 32313/30107/25242</w:t>
        <w:br/>
        <w:t>f 32245/30040/25201 31502/29497/24719 31503/29496/24718</w:t>
        <w:br/>
        <w:t>f 32234/30028/25191 32245/30040/25201 31503/29496/24718</w:t>
        <w:br/>
        <w:t>f 30551/28577/23897 32215/30009/25177 30559/28585/23905</w:t>
        <w:br/>
        <w:t>f 30550/28578/23898 30551/28577/23897 30559/28585/23905</w:t>
        <w:br/>
        <w:t>f 31437/29430/24653 30555/28581/23901 30567/28593/23913</w:t>
        <w:br/>
        <w:t>f 30568/28594/23914 31437/29430/24653 30567/28593/23913</w:t>
        <w:br/>
        <w:t>f 32315/30109/25243 30568/28594/23914 30569/28595/23915</w:t>
        <w:br/>
        <w:t>f 30575/28600/23920 32315/30109/25243 30569/28595/23915</w:t>
        <w:br/>
        <w:t>f 30556/28580/23900 30548/28575/23895 30567/28593/23913</w:t>
        <w:br/>
        <w:t>f 30562/28587/23907 31437/29430/24653 32315/30109/25243</w:t>
        <w:br/>
        <w:t>f 30561/28588/23908 30562/28587/23907 32315/30109/25243</w:t>
        <w:br/>
        <w:t>f 32315/30109/25243 30575/28600/23920 30737/28762/24080</w:t>
        <w:br/>
        <w:t>f 32315/30109/25243 31437/29430/24653 30568/28594/23914</w:t>
        <w:br/>
        <w:t>f 30737/28762/24080 30575/28600/23920 30574/28601/23921</w:t>
        <w:br/>
        <w:t>f 30733/28759/24077 30737/28762/24080 30574/28601/23921</w:t>
        <w:br/>
        <w:t>f 30736/28763/24081 30747/28774/24092 30737/28762/24080</w:t>
        <w:br/>
        <w:t>f 32319/30110/25244 32318/30111/25245 32317/30112/25246</w:t>
        <w:br/>
        <w:t>f 32316/30113/25244 32319/30110/25244 32317/30112/25246</w:t>
        <w:br/>
        <w:t>f 32322/30114/25247 32321/30115/25247 32320/30116/25248</w:t>
        <w:br/>
        <w:t>f 32318/30111/25245 32322/30114/25247 32320/30116/25248</w:t>
        <w:br/>
        <w:t>f 32322/30114/25247 32324/30117/25249 32323/30118/25249</w:t>
        <w:br/>
        <w:t>f 32321/30115/25247 32322/30114/25247 32323/30118/25249</w:t>
        <w:br/>
        <w:t>f 32324/30117/25249 32326/30119/25250 32325/30120/25251</w:t>
        <w:br/>
        <w:t>f 32323/30118/25249 32324/30117/25249 32325/30120/25251</w:t>
        <w:br/>
        <w:t>f 32317/30112/25246 32318/30111/25245 32320/30116/25248</w:t>
        <w:br/>
        <w:t>f 32329/30121/25252 32328/30122/25252 32327/30123/25253</w:t>
        <w:br/>
        <w:t>f 32330/30124/25253 32329/30121/25252 32327/30123/25253</w:t>
        <w:br/>
        <w:t>f 32334/30125/25254 32333/30126/25255 32332/30127/25256</w:t>
        <w:br/>
        <w:t>f 32331/30128/25257 32334/30125/25254 32332/30127/25256</w:t>
        <w:br/>
        <w:t>f 32336/30129/25258 32335/30130/25259 32328/30122/25252</w:t>
        <w:br/>
        <w:t>f 32329/30121/25252 32336/30129/25258 32328/30122/25252</w:t>
        <w:br/>
        <w:t>f 32330/30124/25253 32327/30123/25253 32337/30131/25260</w:t>
        <w:br/>
        <w:t>f 32338/30132/25260 32330/30124/25253 32337/30131/25260</w:t>
        <w:br/>
        <w:t>f 32341/30133/25261 32340/30134/25261 32339/30135/25262</w:t>
        <w:br/>
        <w:t>f 32342/30136/25263 32341/30133/25261 32339/30135/25262</w:t>
        <w:br/>
        <w:t>f 32344/30137/25264 32338/30132/25260 32337/30131/25260</w:t>
        <w:br/>
        <w:t>f 32343/30138/25264 32344/30137/25264 32337/30131/25260</w:t>
        <w:br/>
        <w:t>f 32346/30139/25265 32345/30140/25265 32340/30134/25261</w:t>
        <w:br/>
        <w:t>f 32341/30133/25261 32346/30139/25265 32340/30134/25261</w:t>
        <w:br/>
        <w:t>f 32348/30141/25266 32344/30137/25264 32343/30138/25264</w:t>
        <w:br/>
        <w:t>f 32347/30142/25266 32348/30141/25266 32343/30138/25264</w:t>
        <w:br/>
        <w:t>f 32350/30143/25267 32349/30144/25267 32345/30140/25265</w:t>
        <w:br/>
        <w:t>f 32346/30139/25265 32350/30143/25267 32345/30140/25265</w:t>
        <w:br/>
        <w:t>f 32333/30126/25255 32342/30136/25263 32339/30135/25262</w:t>
        <w:br/>
        <w:t>f 32332/30127/25256 32333/30126/25255 32339/30135/25262</w:t>
        <w:br/>
        <w:t>f 30866/28861/24157 30867/28860/24156 30896/28887/24183</w:t>
        <w:br/>
        <w:t>f 30866/28861/24157 31142/29136/24430 31127/29121/24415</w:t>
        <w:br/>
        <w:t>f 31125/29120/24414 31128/29122/24416 31127/29121/24415</w:t>
        <w:br/>
        <w:t>f 30893/28890/24186 31137/29131/24425 31142/29136/24430</w:t>
        <w:br/>
        <w:t>f 31142/29136/24430 31123/29116/24410 31124/29118/24412</w:t>
        <w:br/>
        <w:t>f 31034/29028/24324 30958/28953/24249 30959/28952/24248</w:t>
        <w:br/>
        <w:t>f 31144/29139/24433 31138/29133/24427 31034/29028/24324</w:t>
        <w:br/>
        <w:t>f 31144/29139/24433 31145/29138/24432 31129/29124/24418</w:t>
        <w:br/>
        <w:t>f 30958/28953/24249 31034/29028/24324 31138/29133/24427</w:t>
        <w:br/>
        <w:t>f 31138/29133/24427 31144/29139/24433 31130/29123/24417</w:t>
        <w:br/>
        <w:t>f 30682/28709/24029 32204/29999/25167 32203/29997/25165</w:t>
        <w:br/>
        <w:t>f 32216/30013/25178 30552/28576/23896 30553/28579/23899</w:t>
        <w:br/>
        <w:t>f 32219/30010/25178 32216/30013/25178 30553/28579/23899</w:t>
        <w:br/>
        <w:t>f 32230/30024/25188 32242/30037/25198 32243/30036/25198</w:t>
        <w:br/>
        <w:t>f 32229/30025/25188 32230/30024/25188 32243/30036/25198</w:t>
        <w:br/>
        <w:t>f 32266/30062/25216 32299/30093/25231 32300/30092/25231</w:t>
        <w:br/>
        <w:t>f 32269/30063/25216 32266/30062/25216 32300/30092/25231</w:t>
        <w:br/>
        <w:t>f 32272/30064/25217 32297/30088/25229 32294/30091/25229</w:t>
        <w:br/>
        <w:t>f 32271/30065/25217 32272/30064/25217 32294/30091/25229</w:t>
        <w:br/>
        <w:t>f 30808/28833/24134 30553/28579/23899 30802/28829/24132</w:t>
        <w:br/>
        <w:t>f 30807/28834/24134 30808/28833/24134 30802/28829/24132</w:t>
        <w:br/>
        <w:t>f 32679/30145/25268 32678/30146/25269 32677/30147/25270</w:t>
        <w:br/>
        <w:t>f 32676/30148/25271 32679/30145/25268 32677/30147/25270</w:t>
        <w:br/>
        <w:t>f 32682/30149/25272 32681/30150/25273 32680/30151/25274</w:t>
        <w:br/>
        <w:t>f 32685/30152/25275 32684/30153/25276 32683/30154/25277</w:t>
        <w:br/>
        <w:t>f 32686/30155/25275 32685/30152/25275 32683/30154/25277</w:t>
        <w:br/>
        <w:t>f 32688/30156/25278 32690/30157/25279 32689/30158/25280</w:t>
        <w:br/>
        <w:t>f 32687/30159/25281 32690/30157/25279 32688/30156/25278</w:t>
        <w:br/>
        <w:t>f 32687/30159/25281 32691/30160/25282 32690/30157/25279</w:t>
        <w:br/>
        <w:t>f 32692/30161/25283 32685/30152/25275 32686/30155/25275</w:t>
        <w:br/>
        <w:t>f 32693/30162/25283 32692/30161/25283 32686/30155/25275</w:t>
        <w:br/>
        <w:t>f 32684/30153/25276 32695/30163/25284 32694/30164/25285</w:t>
        <w:br/>
        <w:t>f 32683/30154/25277 32684/30153/25276 32694/30164/25285</w:t>
        <w:br/>
        <w:t>f 32697/30165/25286 32678/30146/25269 32679/30145/25268</w:t>
        <w:br/>
        <w:t>f 32696/30166/25287 32697/30165/25286 32679/30145/25268</w:t>
        <w:br/>
        <w:t>f 32692/30161/25283 32693/30162/25283 32698/30167/25288</w:t>
        <w:br/>
        <w:t>f 32699/30168/25289 32692/30161/25283 32698/30167/25288</w:t>
        <w:br/>
        <w:t>f 32703/30169/25290 32702/30170/25291 32701/30171/25292</w:t>
        <w:br/>
        <w:t>f 32700/30172/25293 32703/30169/25290 32701/30171/25292</w:t>
        <w:br/>
        <w:t>f 32705/30173/25294 32701/30171/25292 32702/30170/25291</w:t>
        <w:br/>
        <w:t>f 32704/30174/25295 32705/30173/25294 32702/30170/25291</w:t>
        <w:br/>
        <w:t>f 32708/30175/25296 32707/30176/25297 32706/30177/25298</w:t>
        <w:br/>
        <w:t>f 32709/30178/25299 32708/30175/25296 32706/30177/25298</w:t>
        <w:br/>
        <w:t>f 32712/30179/25300 32711/30180/25301 32710/30181/25302</w:t>
        <w:br/>
        <w:t>f 32714/30182/25303 32713/30183/25304 32701/30171/25292</w:t>
        <w:br/>
        <w:t>f 32705/30173/25294 32714/30182/25303 32701/30171/25292</w:t>
        <w:br/>
        <w:t>f 32715/30184/25305 32706/30177/25298 32703/30169/25290</w:t>
        <w:br/>
        <w:t>f 32700/30172/25293 32715/30184/25305 32703/30169/25290</w:t>
        <w:br/>
        <w:t>f 32719/30185/25306 32718/30186/25307 32717/30187/25308</w:t>
        <w:br/>
        <w:t>f 32716/30188/25309 32719/30185/25306 32717/30187/25308</w:t>
        <w:br/>
        <w:t>f 32721/30189/25310 32718/30186/25307 32719/30185/25306</w:t>
        <w:br/>
        <w:t>f 32720/30190/25311 32721/30189/25310 32719/30185/25306</w:t>
        <w:br/>
        <w:t>f 32676/30148/25271 32677/30147/25270 32682/30149/25272</w:t>
        <w:br/>
        <w:t>f 32691/30160/25282 32676/30148/25271 32682/30149/25272</w:t>
        <w:br/>
        <w:t>f 32722/30191/25312 32676/30148/25271 32691/30160/25282</w:t>
        <w:br/>
        <w:t>f 32687/30159/25281 32722/30191/25312 32691/30160/25282</w:t>
        <w:br/>
        <w:t>f 32712/30179/25300 32710/30181/25302 32723/30192/25313</w:t>
        <w:br/>
        <w:t>f 32704/30174/25295 32723/30192/25313 32724/30193/25314</w:t>
        <w:br/>
        <w:t>f 32705/30173/25294 32704/30174/25295 32724/30193/25314</w:t>
        <w:br/>
        <w:t>f 32705/30173/25294 32724/30193/25314 32725/30194/25315</w:t>
        <w:br/>
        <w:t>f 32714/30182/25303 32705/30173/25294 32725/30194/25315</w:t>
        <w:br/>
        <w:t>f 32728/30195/25316 32727/30196/25317 32726/30197/25318</w:t>
        <w:br/>
        <w:t>f 32729/30198/25319 32728/30195/25316 32726/30197/25318</w:t>
        <w:br/>
        <w:t>f 32731/30199/25320 32730/30200/25321 32725/30194/25315</w:t>
        <w:br/>
        <w:t>f 32735/30201/25322 32734/30202/25323 32733/30203/25324</w:t>
        <w:br/>
        <w:t>f 32732/30204/25325 32735/30201/25322 32733/30203/25324</w:t>
        <w:br/>
        <w:t>f 32738/30205/25326 32737/30206/25327 32733/30203/25324</w:t>
        <w:br/>
        <w:t>f 32736/30207/25328 32738/30205/25326 32733/30203/25324</w:t>
        <w:br/>
        <w:t>f 32742/30208/25329 32741/30209/25330 32740/30210/25331</w:t>
        <w:br/>
        <w:t>f 32739/30211/25332 32742/30208/25329 32740/30210/25331</w:t>
        <w:br/>
        <w:t>f 32744/30212/25333 32740/30210/25331 32741/30209/25330</w:t>
        <w:br/>
        <w:t>f 32743/30213/25334 32744/30212/25333 32741/30209/25330</w:t>
        <w:br/>
        <w:t>f 32746/30214/25335 32744/30212/25333 32743/30213/25334</w:t>
        <w:br/>
        <w:t>f 32745/30215/25336 32746/30214/25335 32743/30213/25334</w:t>
        <w:br/>
        <w:t>f 32750/30216/25337 32749/30217/25338 32748/30218/25339</w:t>
        <w:br/>
        <w:t>f 32747/30219/25340 32750/30216/25337 32748/30218/25339</w:t>
        <w:br/>
        <w:t>f 32753/30220/25341 32752/30221/25342 32751/30222/25343</w:t>
        <w:br/>
        <w:t>f 32747/30219/25340 32753/30220/25341 32751/30222/25343</w:t>
        <w:br/>
        <w:t>f 32757/30223/25344 32756/30224/25345 32755/30225/25346</w:t>
        <w:br/>
        <w:t>f 32754/30226/25347 32757/30223/25344 32755/30225/25346</w:t>
        <w:br/>
        <w:t>f 32759/30227/25348 32758/30228/25349 32756/30224/25345</w:t>
        <w:br/>
        <w:t>f 32757/30223/25344 32759/30227/25348 32756/30224/25345</w:t>
        <w:br/>
        <w:t>f 32742/30208/25329 32761/30229/25350 32760/30230/25351</w:t>
        <w:br/>
        <w:t>f 32741/30209/25330 32742/30208/25329 32760/30230/25351</w:t>
        <w:br/>
        <w:t>f 32762/30231/25352 32743/30213/25334 32741/30209/25330</w:t>
        <w:br/>
        <w:t>f 32760/30230/25351 32762/30231/25352 32741/30209/25330</w:t>
        <w:br/>
        <w:t>f 32762/30231/25352 32763/30232/25353 32745/30215/25336</w:t>
        <w:br/>
        <w:t>f 32743/30213/25334 32762/30231/25352 32745/30215/25336</w:t>
        <w:br/>
        <w:t>f 32765/30233/25354 32732/30204/25325 32764/30234/25355</w:t>
        <w:br/>
        <w:t>f 32757/30223/25344 32767/30235/25356 32766/30236/25357</w:t>
        <w:br/>
        <w:t>f 32759/30227/25348 32757/30223/25344 32766/30236/25357</w:t>
        <w:br/>
        <w:t>f 32769/30237/25358 32768/30238/25359 32761/30229/25350</w:t>
        <w:br/>
        <w:t>f 32742/30208/25329 32769/30237/25358 32761/30229/25350</w:t>
        <w:br/>
        <w:t>f 32742/30208/25329 32739/30211/25332 32770/30239/25360</w:t>
        <w:br/>
        <w:t>f 32769/30237/25358 32742/30208/25329 32770/30239/25360</w:t>
        <w:br/>
        <w:t>f 32769/30237/25358 32770/30239/25360 32772/30240/25361</w:t>
        <w:br/>
        <w:t>f 32771/30241/25362 32769/30237/25358 32772/30240/25361</w:t>
        <w:br/>
        <w:t>f 32775/30242/25363 32774/30243/25364 32773/30244/25365</w:t>
        <w:br/>
        <w:t>f 32765/30233/25354 32775/30242/25363 32773/30244/25365</w:t>
        <w:br/>
        <w:t>f 32770/30239/25360 32774/30243/25364 32776/30245/25366</w:t>
        <w:br/>
        <w:t>f 32772/30240/25361 32770/30239/25360 32776/30245/25366</w:t>
        <w:br/>
        <w:t>f 32768/30238/25359 32769/30237/25358 32771/30241/25362</w:t>
        <w:br/>
        <w:t>f 32777/30246/25367 32768/30238/25359 32771/30241/25362</w:t>
        <w:br/>
        <w:t>f 32739/30211/25332 32773/30244/25365 32774/30243/25364</w:t>
        <w:br/>
        <w:t>f 32770/30239/25360 32739/30211/25332 32774/30243/25364</w:t>
        <w:br/>
        <w:t>f 32765/30233/25354 32764/30234/25355 32778/30247/25368</w:t>
        <w:br/>
        <w:t>f 32778/30247/25368 32779/30248/25369 32765/30233/25354</w:t>
        <w:br/>
        <w:t>f 32759/30227/25348 32766/30236/25357 32749/30217/25338</w:t>
        <w:br/>
        <w:t>f 32750/30216/25337 32759/30227/25348 32749/30217/25338</w:t>
        <w:br/>
        <w:t>f 32750/30216/25337 32780/30249/25370 32758/30228/25349</w:t>
        <w:br/>
        <w:t>f 32759/30227/25348 32750/30216/25337 32758/30228/25349</w:t>
        <w:br/>
        <w:t>f 32781/30250/25371 32734/30202/25323 32744/30212/25333</w:t>
        <w:br/>
        <w:t>f 32746/30214/25335 32781/30250/25371 32744/30212/25333</w:t>
        <w:br/>
        <w:t>f 32740/30210/25331 32744/30212/25333 32734/30202/25323</w:t>
        <w:br/>
        <w:t>f 32735/30201/25322 32740/30210/25331 32734/30202/25323</w:t>
        <w:br/>
        <w:t>f 32740/30210/25331 32735/30201/25322 32773/30244/25365</w:t>
        <w:br/>
        <w:t>f 32739/30211/25332 32740/30210/25331 32773/30244/25365</w:t>
        <w:br/>
        <w:t>f 32775/30242/25363 32783/30251/25372 32782/30252/25373</w:t>
        <w:br/>
        <w:t>f 32784/30253/25374 32775/30242/25363 32782/30252/25373</w:t>
        <w:br/>
        <w:t>f 32728/30195/25316 32785/30254/25375 32782/30252/25373</w:t>
        <w:br/>
        <w:t>f 32783/30251/25372 32728/30195/25316 32782/30252/25373</w:t>
        <w:br/>
        <w:t>f 32788/30255/25376 32787/30256/25377 32786/30257/25378</w:t>
        <w:br/>
        <w:t>f 32789/30258/25379 32788/30255/25376 32786/30257/25378</w:t>
        <w:br/>
        <w:t>f 32786/30257/25378 32791/30259/25380 32790/30260/25381</w:t>
        <w:br/>
        <w:t>f 32789/30258/25379 32786/30257/25378 32790/30260/25381</w:t>
        <w:br/>
        <w:t>f 32794/30261/25382 32793/30262/25383 32792/30263/25384</w:t>
        <w:br/>
        <w:t>f 32795/30264/25385 32794/30261/25382 32792/30263/25384</w:t>
        <w:br/>
        <w:t>f 32797/30265/25386 32794/30261/25382 32796/30266/25387</w:t>
        <w:br/>
        <w:t>f 32799/30267/25388 32795/30264/25385 32798/30268/25389</w:t>
        <w:br/>
        <w:t>f 32800/30269/25390 32795/30264/25385 32792/30263/25384</w:t>
        <w:br/>
        <w:t>f 32803/30270/25391 32802/30271/25392 32790/30260/25381</w:t>
        <w:br/>
        <w:t>f 32801/30272/25393 32803/30270/25391 32790/30260/25381</w:t>
        <w:br/>
        <w:t>f 32807/30273/25394 32806/30274/25395 32805/30275/25396</w:t>
        <w:br/>
        <w:t>f 32804/30276/25397 32807/30273/25394 32805/30275/25396</w:t>
        <w:br/>
        <w:t>f 32809/30277/25398 32808/30278/25399 32806/30274/25395</w:t>
        <w:br/>
        <w:t>f 32807/30273/25394 32809/30277/25398 32806/30274/25395</w:t>
        <w:br/>
        <w:t>f 32813/30279/25400 32812/30280/25401 32811/30281/25402</w:t>
        <w:br/>
        <w:t>f 32810/30282/25403 32813/30279/25400 32811/30281/25402</w:t>
        <w:br/>
        <w:t>f 32817/30283/25404 32816/30284/25405 32815/30285/25406</w:t>
        <w:br/>
        <w:t>f 32814/30286/25407 32817/30283/25404 32815/30285/25406</w:t>
        <w:br/>
        <w:t>f 32821/30287/25408 32820/30288/25409 32819/30289/25410</w:t>
        <w:br/>
        <w:t>f 32818/30290/25411 32821/30287/25408 32819/30289/25410</w:t>
        <w:br/>
        <w:t>f 32818/30290/25411 32819/30289/25410 32823/30291/25412</w:t>
        <w:br/>
        <w:t>f 32822/30292/25413 32818/30290/25411 32823/30291/25412</w:t>
        <w:br/>
        <w:t>f 32805/30275/25396 32823/30291/25412 32819/30289/25410</w:t>
        <w:br/>
        <w:t>f 32824/30293/25414 32805/30275/25396 32819/30289/25410</w:t>
        <w:br/>
        <w:t>f 32824/30293/25414 32819/30289/25410 32820/30288/25409</w:t>
        <w:br/>
        <w:t>f 32816/30284/25405 32824/30293/25414 32820/30288/25409</w:t>
        <w:br/>
        <w:t>f 32826/30294/25415 32821/30287/25408 32818/30290/25411</w:t>
        <w:br/>
        <w:t>f 32825/30295/25416 32826/30294/25415 32818/30290/25411</w:t>
        <w:br/>
        <w:t>f 32828/30296/25417 32827/30297/25418 32808/30278/25399</w:t>
        <w:br/>
        <w:t>f 32809/30277/25398 32828/30296/25417 32808/30278/25399</w:t>
        <w:br/>
        <w:t>f 32829/30298/25419 32827/30297/25418 32828/30296/25417</w:t>
        <w:br/>
        <w:t>f 32830/30299/25420 32829/30298/25419 32828/30296/25417</w:t>
        <w:br/>
        <w:t>f 32801/30272/25393 32790/30260/25381 32791/30259/25380</w:t>
        <w:br/>
        <w:t>f 32831/30300/25421 32801/30272/25393 32791/30259/25380</w:t>
        <w:br/>
        <w:t>f 32832/30301/25422 32824/30293/25414 32816/30284/25405</w:t>
        <w:br/>
        <w:t>f 32817/30283/25404 32832/30301/25422 32816/30284/25405</w:t>
        <w:br/>
        <w:t>f 32824/30293/25414 32832/30301/25422 32804/30276/25397</w:t>
        <w:br/>
        <w:t>f 32805/30275/25396 32824/30293/25414 32804/30276/25397</w:t>
        <w:br/>
        <w:t>f 32834/30302/25423 32803/30270/25391 32801/30272/25393</w:t>
        <w:br/>
        <w:t>f 32833/30303/25424 32834/30302/25423 32801/30272/25393</w:t>
        <w:br/>
        <w:t>f 32833/30303/25424 32836/30304/25425 32835/30305/25426</w:t>
        <w:br/>
        <w:t>f 32834/30302/25423 32833/30303/25424 32835/30305/25426</w:t>
        <w:br/>
        <w:t>f 32794/30261/25382 32837/30306/25427 32796/30266/25387</w:t>
        <w:br/>
        <w:t>f 32808/30278/25399 32839/30307/25428 32838/30308/25429</w:t>
        <w:br/>
        <w:t>f 32806/30274/25395 32808/30278/25399 32838/30308/25429</w:t>
        <w:br/>
        <w:t>f 32823/30291/25412 32805/30275/25396 32806/30274/25395</w:t>
        <w:br/>
        <w:t>f 32838/30308/25429 32823/30291/25412 32806/30274/25395</w:t>
        <w:br/>
        <w:t>f 32841/30309/25430 32827/30297/25418 32829/30298/25419</w:t>
        <w:br/>
        <w:t>f 32840/30310/25431 32841/30309/25430 32829/30298/25419</w:t>
        <w:br/>
        <w:t>f 32839/30307/25428 32808/30278/25399 32827/30297/25418</w:t>
        <w:br/>
        <w:t>f 32841/30309/25430 32839/30307/25428 32827/30297/25418</w:t>
        <w:br/>
        <w:t>f 32828/30296/25417 32843/30311/25432 32842/30312/25433</w:t>
        <w:br/>
        <w:t>f 32830/30299/25420 32828/30296/25417 32842/30312/25433</w:t>
        <w:br/>
        <w:t>f 32846/30313/25434 32845/30314/25435 32844/30315/25436</w:t>
        <w:br/>
        <w:t>f 32843/30311/25432 32846/30313/25434 32844/30315/25436</w:t>
        <w:br/>
        <w:t>f 32809/30277/25398 32846/30313/25434 32843/30311/25432</w:t>
        <w:br/>
        <w:t>f 32828/30296/25417 32809/30277/25398 32843/30311/25432</w:t>
        <w:br/>
        <w:t>f 32802/30271/25392 32789/30258/25379 32790/30260/25381</w:t>
        <w:br/>
        <w:t>f 32848/30316/25437 32832/30301/25422 32817/30283/25404</w:t>
        <w:br/>
        <w:t>f 32847/30317/25438 32848/30316/25437 32817/30283/25404</w:t>
        <w:br/>
        <w:t>f 32832/30301/25422 32848/30316/25437 32849/30318/25439</w:t>
        <w:br/>
        <w:t>f 32804/30276/25397 32832/30301/25422 32849/30318/25439</w:t>
        <w:br/>
        <w:t>f 32848/30316/25437 32851/30319/25440 32850/30320/25441</w:t>
        <w:br/>
        <w:t>f 32849/30318/25439 32848/30316/25437 32850/30320/25441</w:t>
        <w:br/>
        <w:t>f 32847/30317/25438 32852/30321/25442 32851/30319/25440</w:t>
        <w:br/>
        <w:t>f 32848/30316/25437 32847/30317/25438 32851/30319/25440</w:t>
        <w:br/>
        <w:t>f 32847/30317/25438 32817/30283/25404 32814/30286/25407</w:t>
        <w:br/>
        <w:t>f 32853/30322/25443 32847/30317/25438 32814/30286/25407</w:t>
        <w:br/>
        <w:t>f 32852/30321/25442 32847/30317/25438 32853/30322/25443</w:t>
        <w:br/>
        <w:t>f 32854/30323/25444 32852/30321/25442 32853/30322/25443</w:t>
        <w:br/>
        <w:t>f 32858/30324/25445 32857/30325/25446 32856/30326/25447</w:t>
        <w:br/>
        <w:t>f 32855/30327/25448 32858/30324/25445 32856/30326/25447</w:t>
        <w:br/>
        <w:t>f 32812/30280/25401 32858/30324/25445 32855/30327/25448</w:t>
        <w:br/>
        <w:t>f 32811/30281/25402 32812/30280/25401 32855/30327/25448</w:t>
        <w:br/>
        <w:t>f 32804/30276/25397 32849/30318/25439 32859/30328/25449</w:t>
        <w:br/>
        <w:t>f 32807/30273/25394 32804/30276/25397 32859/30328/25449</w:t>
        <w:br/>
        <w:t>f 32846/30313/25434 32809/30277/25398 32807/30273/25394</w:t>
        <w:br/>
        <w:t>f 32859/30328/25449 32846/30313/25434 32807/30273/25394</w:t>
        <w:br/>
        <w:t>f 32845/30314/25435 32846/30313/25434 32859/30328/25449</w:t>
        <w:br/>
        <w:t>f 32860/30329/25450 32845/30314/25435 32859/30328/25449</w:t>
        <w:br/>
        <w:t>f 32860/30329/25450 32859/30328/25449 32849/30318/25439</w:t>
        <w:br/>
        <w:t>f 32850/30320/25441 32860/30329/25450 32849/30318/25439</w:t>
        <w:br/>
        <w:t>f 32863/30330/24051 32862/30331/24051 32861/30332/24051</w:t>
        <w:br/>
        <w:t>f 32845/30314/25435 32796/30266/25387 32837/30306/25427</w:t>
        <w:br/>
        <w:t>f 32844/30315/25436 32845/30314/25435 32837/30306/25427</w:t>
        <w:br/>
        <w:t>f 32792/30263/25384 32851/30319/25440 32852/30321/25442</w:t>
        <w:br/>
        <w:t>f 32800/30269/25390 32792/30263/25384 32852/30321/25442</w:t>
        <w:br/>
        <w:t>f 32793/30262/25383 32850/30320/25441 32851/30319/25440</w:t>
        <w:br/>
        <w:t>f 32792/30263/25384 32793/30262/25383 32851/30319/25440</w:t>
        <w:br/>
        <w:t>f 32800/30269/25390 32852/30321/25442 32854/30323/25444</w:t>
        <w:br/>
        <w:t>f 32797/30265/25386 32860/30329/25450 32850/30320/25441</w:t>
        <w:br/>
        <w:t>f 32793/30262/25383 32797/30265/25386 32850/30320/25441</w:t>
        <w:br/>
        <w:t>f 32796/30266/25387 32845/30314/25435 32860/30329/25450</w:t>
        <w:br/>
        <w:t>f 32797/30265/25386 32796/30266/25387 32860/30329/25450</w:t>
        <w:br/>
        <w:t>f 32820/30288/25409 32821/30287/25408 32865/30333/25451</w:t>
        <w:br/>
        <w:t>f 32864/30334/25452 32820/30288/25409 32865/30333/25451</w:t>
        <w:br/>
        <w:t>f 32867/30335/25453 32866/30336/25454 32815/30285/25406</w:t>
        <w:br/>
        <w:t>f 32864/30334/25452 32867/30335/25453 32815/30285/25406</w:t>
        <w:br/>
        <w:t>f 32866/30336/25454 32867/30335/25453 32868/30337/25455</w:t>
        <w:br/>
        <w:t>f 32810/30282/25403 32866/30336/25454 32868/30337/25455</w:t>
        <w:br/>
        <w:t>f 32833/30303/25424 32801/30272/25393 32831/30300/25421</w:t>
        <w:br/>
        <w:t>f 32869/30338/25456 32833/30303/25424 32831/30300/25421</w:t>
        <w:br/>
        <w:t>f 32871/30339/25457 32726/30197/25318 32727/30196/25317</w:t>
        <w:br/>
        <w:t>f 32870/30340/25458 32871/30339/25457 32727/30196/25317</w:t>
        <w:br/>
        <w:t>f 32872/30341/25459 32826/30294/25415 32870/30340/25458</w:t>
        <w:br/>
        <w:t>f 32778/30247/25368 32872/30341/25459 32870/30340/25458</w:t>
        <w:br/>
        <w:t>f 32826/30294/25415 32872/30341/25459 32873/30342/25460</w:t>
        <w:br/>
        <w:t>f 32875/30343/25461 32868/30337/25455 32867/30335/25453</w:t>
        <w:br/>
        <w:t>f 32874/30344/25462 32875/30343/25461 32867/30335/25453</w:t>
        <w:br/>
        <w:t>f 32869/30338/25456 32876/30345/25463 32836/30304/25425</w:t>
        <w:br/>
        <w:t>f 32833/30303/25424 32869/30338/25456 32836/30304/25425</w:t>
        <w:br/>
        <w:t>f 32753/30220/25341 32877/30346/25464 32835/30305/25426</w:t>
        <w:br/>
        <w:t>f 32836/30304/25425 32753/30220/25341 32835/30305/25426</w:t>
        <w:br/>
        <w:t>f 32753/30220/25341 32836/30304/25425 32876/30345/25463</w:t>
        <w:br/>
        <w:t>f 32752/30221/25342 32753/30220/25341 32876/30345/25463</w:t>
        <w:br/>
        <w:t>f 32754/30226/25347 32878/30347/25465 32767/30235/25356</w:t>
        <w:br/>
        <w:t>f 32757/30223/25344 32754/30226/25347 32767/30235/25356</w:t>
        <w:br/>
        <w:t>f 32776/30245/25366 32784/30253/25374 32879/30348/25466</w:t>
        <w:br/>
        <w:t>f 32880/30349/25467 32776/30245/25366 32879/30348/25466</w:t>
        <w:br/>
        <w:t>f 32884/30350/25468 32883/30351/25469 32882/30352/25470</w:t>
        <w:br/>
        <w:t>f 32881/30353/25471 32884/30350/25468 32882/30352/25470</w:t>
        <w:br/>
        <w:t>f 32883/30351/25469 32884/30350/25468 32771/30241/25362</w:t>
        <w:br/>
        <w:t>f 32772/30240/25361 32883/30351/25469 32771/30241/25362</w:t>
        <w:br/>
        <w:t>f 32886/30354/25472 32884/30350/25468 32881/30353/25471</w:t>
        <w:br/>
        <w:t>f 32885/30355/25473 32886/30354/25472 32881/30353/25471</w:t>
        <w:br/>
        <w:t>f 32784/30253/25374 32782/30252/25373 32887/30356/25474</w:t>
        <w:br/>
        <w:t>f 32879/30348/25466 32784/30253/25374 32887/30356/25474</w:t>
        <w:br/>
        <w:t>f 32777/30246/25367 32771/30241/25362 32884/30350/25468</w:t>
        <w:br/>
        <w:t>f 32886/30354/25472 32777/30246/25367 32884/30350/25468</w:t>
        <w:br/>
        <w:t>f 32875/30343/25461 32737/30206/25327 32738/30205/25326</w:t>
        <w:br/>
        <w:t>f 32888/30357/25475 32875/30343/25461 32738/30205/25326</w:t>
        <w:br/>
        <w:t>f 32870/30340/25458 32727/30196/25317 32779/30248/25369</w:t>
        <w:br/>
        <w:t>f 32778/30247/25368 32870/30340/25458 32779/30248/25369</w:t>
        <w:br/>
        <w:t>f 32729/30198/25319 32889/30358/25476 32785/30254/25375</w:t>
        <w:br/>
        <w:t>f 32728/30195/25316 32729/30198/25319 32785/30254/25375</w:t>
        <w:br/>
        <w:t>f 32891/30359/25477 32890/30360/25478 32880/30349/25467</w:t>
        <w:br/>
        <w:t>f 32879/30348/25466 32891/30359/25477 32880/30349/25467</w:t>
        <w:br/>
        <w:t>f 32893/30361/25479 32892/30362/25480 32889/30358/25476</w:t>
        <w:br/>
        <w:t>f 32895/30363/25481 32894/30364/25482 32890/30360/25478</w:t>
        <w:br/>
        <w:t>f 32891/30359/25477 32895/30363/25481 32890/30360/25478</w:t>
        <w:br/>
        <w:t>f 32897/30365/25483 32895/30363/25481 32891/30359/25477</w:t>
        <w:br/>
        <w:t>f 32896/30366/25484 32897/30365/25483 32891/30359/25477</w:t>
        <w:br/>
        <w:t>f 32896/30366/25484 32891/30359/25477 32879/30348/25466</w:t>
        <w:br/>
        <w:t>f 32887/30356/25474 32896/30366/25484 32879/30348/25466</w:t>
        <w:br/>
        <w:t>f 32900/30367/25485 32899/30368/25486 32898/30369/25487</w:t>
        <w:br/>
        <w:t>f 32892/30362/25480 32900/30367/25485 32898/30369/25487</w:t>
        <w:br/>
        <w:t>f 32899/30368/25486 32896/30366/25484 32887/30356/25474</w:t>
        <w:br/>
        <w:t>f 32898/30369/25487 32899/30368/25486 32887/30356/25474</w:t>
        <w:br/>
        <w:t>f 32902/30370/25488 32901/30371/25489 32899/30368/25486</w:t>
        <w:br/>
        <w:t>f 32900/30367/25485 32902/30370/25488 32899/30368/25486</w:t>
        <w:br/>
        <w:t>f 32901/30371/25489 32897/30365/25483 32896/30366/25484</w:t>
        <w:br/>
        <w:t>f 32899/30368/25486 32901/30371/25489 32896/30366/25484</w:t>
        <w:br/>
        <w:t>f 32785/30254/25375 32889/30358/25476 32892/30362/25480</w:t>
        <w:br/>
        <w:t>f 32898/30369/25487 32785/30254/25375 32892/30362/25480</w:t>
        <w:br/>
        <w:t>f 32898/30369/25487 32887/30356/25474 32782/30252/25373</w:t>
        <w:br/>
        <w:t>f 32785/30254/25375 32898/30369/25487 32782/30252/25373</w:t>
        <w:br/>
        <w:t>f 32904/30372/25490 32900/30367/25485 32892/30362/25480</w:t>
        <w:br/>
        <w:t>f 32903/30373/25491 32904/30372/25490 32892/30362/25480</w:t>
        <w:br/>
        <w:t>f 32906/30374/25492 32688/30156/25278 32905/30375/25493</w:t>
        <w:br/>
        <w:t>f 32783/30251/25372 32775/30242/25363 32779/30248/25369</w:t>
        <w:br/>
        <w:t>f 32784/30253/25374 32776/30245/25366 32774/30243/25364</w:t>
        <w:br/>
        <w:t>f 32775/30242/25363 32784/30253/25374 32774/30243/25364</w:t>
        <w:br/>
        <w:t>f 32826/30294/25415 32825/30295/25416 32871/30339/25457</w:t>
        <w:br/>
        <w:t>f 32870/30340/25458 32826/30294/25415 32871/30339/25457</w:t>
        <w:br/>
        <w:t>f 32880/30349/25467 32883/30351/25469 32772/30240/25361</w:t>
        <w:br/>
        <w:t>f 32776/30245/25366 32880/30349/25467 32772/30240/25361</w:t>
        <w:br/>
        <w:t>f 32890/30360/25478 32882/30352/25470 32883/30351/25469</w:t>
        <w:br/>
        <w:t>f 32880/30349/25467 32890/30360/25478 32883/30351/25469</w:t>
        <w:br/>
        <w:t>f 32783/30251/25372 32779/30248/25369 32727/30196/25317</w:t>
        <w:br/>
        <w:t>f 32728/30195/25316 32783/30251/25372 32727/30196/25317</w:t>
        <w:br/>
        <w:t>f 32779/30248/25369 32775/30242/25363 32765/30233/25354</w:t>
        <w:br/>
        <w:t>f 32800/30269/25390 32798/30268/25389 32795/30264/25385</w:t>
        <w:br/>
        <w:t>f 32908/30376/25494 30751/28780/24098 30752/28779/24097</w:t>
        <w:br/>
        <w:t>f 32907/30377/25495 32908/30376/25494 30752/28779/24097</w:t>
        <w:br/>
        <w:t>f 32894/30364/25482 32909/30378/25496 32882/30352/25470</w:t>
        <w:br/>
        <w:t>f 32890/30360/25478 32894/30364/25482 32882/30352/25470</w:t>
        <w:br/>
        <w:t>f 32909/30378/25496 32908/30376/25494 32881/30353/25471</w:t>
        <w:br/>
        <w:t>f 32882/30352/25470 32909/30378/25496 32881/30353/25471</w:t>
        <w:br/>
        <w:t>f 32907/30377/25495 32885/30355/25473 32881/30353/25471</w:t>
        <w:br/>
        <w:t>f 32908/30376/25494 32907/30377/25495 32881/30353/25471</w:t>
        <w:br/>
        <w:t>f 32910/30379/25497 32906/30374/25492 32905/30375/25493</w:t>
        <w:br/>
        <w:t>f 32908/30376/25494 32909/30378/25496 30757/28783/24101</w:t>
        <w:br/>
        <w:t>f 30751/28780/24098 32908/30376/25494 30757/28783/24101</w:t>
        <w:br/>
        <w:t>f 32894/30364/25482 32895/30363/25481 30758/28785/24103</w:t>
        <w:br/>
        <w:t>f 32911/30380/24102 32894/30364/25482 30758/28785/24103</w:t>
        <w:br/>
        <w:t>f 32909/30378/25496 32894/30364/25482 32911/30380/24102</w:t>
        <w:br/>
        <w:t>f 30757/28783/24101 32909/30378/25496 32911/30380/24102</w:t>
        <w:br/>
        <w:t>f 32895/30363/25481 32897/30365/25483 30760/28786/24104</w:t>
        <w:br/>
        <w:t>f 30758/28785/24103 32895/30363/25481 30760/28786/24104</w:t>
        <w:br/>
        <w:t>f 32913/30381/25498 32841/30309/25430 32840/30310/25431</w:t>
        <w:br/>
        <w:t>f 32912/30382/25499 32913/30381/25498 32840/30310/25431</w:t>
        <w:br/>
        <w:t>f 32915/30383/25287 32694/30164/25285 32695/30163/25284</w:t>
        <w:br/>
        <w:t>f 32914/30384/25286 32915/30383/25287 32695/30163/25284</w:t>
        <w:br/>
        <w:t>f 32917/30385/25500 32916/30386/25501 32721/30189/25310</w:t>
        <w:br/>
        <w:t>f 32720/30190/25311 32917/30385/25500 32721/30189/25310</w:t>
        <w:br/>
        <w:t>f 32916/30386/25501 32917/30385/25500 30768/28793/24108</w:t>
        <w:br/>
        <w:t>f 30767/28794/24109 32916/30386/25501 30768/28793/24108</w:t>
        <w:br/>
        <w:t>f 32897/30365/25483 32901/30371/25489 30769/28795/24110</w:t>
        <w:br/>
        <w:t>f 30760/28786/24104 32897/30365/25483 30769/28795/24110</w:t>
        <w:br/>
        <w:t>f 32901/30371/25489 32902/30370/25488 30770/28796/24111</w:t>
        <w:br/>
        <w:t>f 30769/28795/24110 32901/30371/25489 30770/28796/24111</w:t>
        <w:br/>
        <w:t>f 32902/30370/25488 32918/30387/25502 30772/28797/24112</w:t>
        <w:br/>
        <w:t>f 30770/28796/24111 32902/30370/25488 30772/28797/24112</w:t>
        <w:br/>
        <w:t>f 30774/28799/24114 30768/28793/24108 32917/30385/25500</w:t>
        <w:br/>
        <w:t>f 32919/30388/25503 30774/28799/24114 32917/30385/25500</w:t>
        <w:br/>
        <w:t>f 32917/30385/25500 32720/30190/25311 32920/30389/25504</w:t>
        <w:br/>
        <w:t>f 32919/30388/25503 32917/30385/25500 32920/30389/25504</w:t>
        <w:br/>
        <w:t>f 32900/30367/25485 32904/30372/25490 32918/30387/25502</w:t>
        <w:br/>
        <w:t>f 32902/30370/25488 32900/30367/25485 32918/30387/25502</w:t>
        <w:br/>
        <w:t>f 32923/30390/25505 32922/30391/25506 32921/30392/25506</w:t>
        <w:br/>
        <w:t>f 32924/30393/25507 32923/30390/25505 32921/30392/25506</w:t>
        <w:br/>
        <w:t>f 32927/30394/25508 32926/30395/25509 32925/30396/25509</w:t>
        <w:br/>
        <w:t>f 32928/30397/25508 32927/30394/25508 32925/30396/25509</w:t>
        <w:br/>
        <w:t>f 32932/30398/25510 32931/30399/25510 32930/30400/25511</w:t>
        <w:br/>
        <w:t>f 32929/30401/25511 32932/30398/25510 32930/30400/25511</w:t>
        <w:br/>
        <w:t>f 32934/30402/25512 32933/30403/25513 32931/30399/25510</w:t>
        <w:br/>
        <w:t>f 32932/30398/25510 32934/30402/25512 32931/30399/25510</w:t>
        <w:br/>
        <w:t>f 32929/30401/25511 32930/30400/25511 32936/30404/25514</w:t>
        <w:br/>
        <w:t>f 32935/30405/25514 32929/30401/25511 32936/30404/25514</w:t>
        <w:br/>
        <w:t>f 32937/30406/25515 32923/30390/25505 32924/30393/25507</w:t>
        <w:br/>
        <w:t>f 32938/30407/25515 32937/30406/25515 32924/30393/25507</w:t>
        <w:br/>
        <w:t>f 32940/30408/25516 32939/30409/25516 32933/30403/25513</w:t>
        <w:br/>
        <w:t>f 32934/30402/25512 32940/30408/25516 32933/30403/25513</w:t>
        <w:br/>
        <w:t>f 32944/30410/25517 32943/30411/25517 32942/30412/25518</w:t>
        <w:br/>
        <w:t>f 32941/30413/25518 32944/30410/25517 32942/30412/25518</w:t>
        <w:br/>
        <w:t>f 32941/30413/25518 32942/30412/25518 32946/30414/25519</w:t>
        <w:br/>
        <w:t>f 32945/30415/25519 32941/30413/25518 32946/30414/25519</w:t>
        <w:br/>
        <w:t>f 32707/30176/25297 32948/30416/25520 32947/30417/25521</w:t>
        <w:br/>
        <w:t>f 32706/30177/25298 32707/30176/25297 32947/30417/25521</w:t>
        <w:br/>
        <w:t>f 32706/30177/25298 32947/30417/25521 32943/30411/25517</w:t>
        <w:br/>
        <w:t>f 32944/30410/25517 32706/30177/25298 32943/30411/25517</w:t>
        <w:br/>
        <w:t>f 32922/30391/25506 32927/30394/25508 32928/30397/25508</w:t>
        <w:br/>
        <w:t>f 32921/30392/25506 32922/30391/25506 32928/30397/25508</w:t>
        <w:br/>
        <w:t>f 32945/30415/25519 32946/30414/25519 32950/30418/25522</w:t>
        <w:br/>
        <w:t>f 32949/30419/25523 32945/30415/25519 32950/30418/25522</w:t>
        <w:br/>
        <w:t>f 32954/30420/25509 32953/30421/25509 32952/30422/25524</w:t>
        <w:br/>
        <w:t>f 32951/30423/25524 32954/30420/25509 32952/30422/25524</w:t>
        <w:br/>
        <w:t>f 32936/30404/25514 32956/30424/25525 32955/30425/25515</w:t>
        <w:br/>
        <w:t>f 32935/30405/25514 32936/30404/25514 32955/30425/25515</w:t>
        <w:br/>
        <w:t>f 32958/30426/25526 32957/30427/25527 32939/30409/25516</w:t>
        <w:br/>
        <w:t>f 32940/30408/25516 32958/30426/25526 32939/30409/25516</w:t>
        <w:br/>
        <w:t>f 32961/30428/25522 32960/30429/25528 32959/30430/25529</w:t>
        <w:br/>
        <w:t>f 32958/30426/25526 32961/30428/25522 32959/30430/25529</w:t>
        <w:br/>
        <w:t>f 32997/30431/25530 32996/30432/25531 32995/30433/25532</w:t>
        <w:br/>
        <w:t>f 32994/30434/25533 32997/30431/25530 32995/30433/25532</w:t>
        <w:br/>
        <w:t>f 33001/30435/25534 33000/30436/25535 32999/30437/25536</w:t>
        <w:br/>
        <w:t>f 32998/30438/25537 33001/30435/25534 32999/30437/25536</w:t>
        <w:br/>
        <w:t>f 33005/30439/25538 33004/30440/25539 33003/30441/25540</w:t>
        <w:br/>
        <w:t>f 33002/30442/25541 33005/30439/25538 33003/30441/25540</w:t>
        <w:br/>
        <w:t>f 33009/30443/25542 33008/30444/25543 33007/30445/25544</w:t>
        <w:br/>
        <w:t>f 33006/30446/25545 33009/30443/25542 33007/30445/25544</w:t>
        <w:br/>
        <w:t>f 33013/30447/25546 33012/30448/25547 33011/30449/25548</w:t>
        <w:br/>
        <w:t>f 33010/30450/25549 33013/30447/25546 33011/30449/25548</w:t>
        <w:br/>
        <w:t>f 33017/30451/25550 33016/30452/25551 33015/30453/25552</w:t>
        <w:br/>
        <w:t>f 33014/30454/25553 33017/30451/25550 33015/30453/25552</w:t>
        <w:br/>
        <w:t>f 33020/30455/25554 33019/30456/25555 33018/30457/25556</w:t>
        <w:br/>
        <w:t>f 33021/30458/25557 33020/30455/25554 33018/30457/25556</w:t>
        <w:br/>
        <w:t>f 33024/30459/25558 33023/30460/25559 33022/30461/25560</w:t>
        <w:br/>
        <w:t>f 33025/30462/25561 33024/30459/25558 33022/30461/25560</w:t>
        <w:br/>
        <w:t>f 33029/30463/25562 33028/30464/25563 33027/30465/25564</w:t>
        <w:br/>
        <w:t>f 33026/30466/25565 33029/30463/25562 33027/30465/25564</w:t>
        <w:br/>
        <w:t>f 33025/30462/25561 33022/30461/25560 33030/30467/25566</w:t>
        <w:br/>
        <w:t>f 33031/30468/25567 33025/30462/25561 33030/30467/25566</w:t>
        <w:br/>
        <w:t>f 33006/30446/25545 33007/30445/25544 33032/30469/25568</w:t>
        <w:br/>
        <w:t>f 33033/30470/25569 33006/30446/25545 33032/30469/25568</w:t>
        <w:br/>
        <w:t>f 33036/30471/25570 33035/30472/25571 33034/30473/25572</w:t>
        <w:br/>
        <w:t>f 33037/30474/25573 33036/30471/25570 33034/30473/25572</w:t>
        <w:br/>
        <w:t>f 33041/30475/25574 33040/30476/25575 33039/30477/25576</w:t>
        <w:br/>
        <w:t>f 33038/30478/25577 33041/30475/25574 33039/30477/25576</w:t>
        <w:br/>
        <w:t>f 33045/30479/25578 33044/30480/25579 33043/30481/25580</w:t>
        <w:br/>
        <w:t>f 33042/30482/25581 33045/30479/25578 33043/30481/25580</w:t>
        <w:br/>
        <w:t>f 33049/30483/25582 33048/30484/25583 33047/30485/25584</w:t>
        <w:br/>
        <w:t>f 33046/30486/25585 33049/30483/25582 33047/30485/25584</w:t>
        <w:br/>
        <w:t>f 33000/30436/25535 33051/30487/25586 33050/30488/25587</w:t>
        <w:br/>
        <w:t>f 32999/30437/25536 33000/30436/25535 33050/30488/25587</w:t>
        <w:br/>
        <w:t>f 33042/30482/25581 33043/30481/25580 33050/30488/25587</w:t>
        <w:br/>
        <w:t>f 33051/30487/25586 33042/30482/25581 33050/30488/25587</w:t>
        <w:br/>
        <w:t>f 33053/30489/25588 33049/30483/25582 33046/30486/25585</w:t>
        <w:br/>
        <w:t>f 33052/30490/25589 33053/30489/25588 33046/30486/25585</w:t>
        <w:br/>
        <w:t>f 33055/30491/25590 33054/30492/25591 33044/30480/25579</w:t>
        <w:br/>
        <w:t>f 33045/30479/25578 33055/30491/25590 33044/30480/25579</w:t>
        <w:br/>
        <w:t>f 33058/30493/25592 33057/30494/25593 33056/30495/25594</w:t>
        <w:br/>
        <w:t>f 33059/30496/25595 33058/30493/25592 33056/30495/25594</w:t>
        <w:br/>
        <w:t>f 33063/30497/25596 33062/30498/25597 33061/30499/25598</w:t>
        <w:br/>
        <w:t>f 33060/30500/25599 33063/30497/25596 33061/30499/25598</w:t>
        <w:br/>
        <w:t>f 33067/30501/25600 33066/30502/25601 33065/30503/25602</w:t>
        <w:br/>
        <w:t>f 33064/30504/25603 33067/30501/25600 33065/30503/25602</w:t>
        <w:br/>
        <w:t>f 33071/30505/25604 33070/30506/25605 33069/30507/25606</w:t>
        <w:br/>
        <w:t>f 33068/30508/25607 33071/30505/25604 33069/30507/25606</w:t>
        <w:br/>
        <w:t>f 33074/30509/25608 33073/30510/25609 33072/30511/25610</w:t>
        <w:br/>
        <w:t>f 33075/30512/25611 33074/30509/25608 33072/30511/25610</w:t>
        <w:br/>
        <w:t>f 33066/30502/25601 33072/30511/25610 33073/30510/25609</w:t>
        <w:br/>
        <w:t>f 33065/30503/25602 33066/30502/25601 33073/30510/25609</w:t>
        <w:br/>
        <w:t>f 33079/30513/25612 33078/30514/25613 33077/30515/25614</w:t>
        <w:br/>
        <w:t>f 33076/30516/25615 33079/30513/25612 33077/30515/25614</w:t>
        <w:br/>
        <w:t>f 33083/30517/25616 33082/30518/25617 33081/30519/25618</w:t>
        <w:br/>
        <w:t>f 33080/30520/25619 33083/30517/25616 33081/30519/25618</w:t>
        <w:br/>
        <w:t>f 33087/30521/25620 33086/30522/25621 33085/30523/25622</w:t>
        <w:br/>
        <w:t>f 33084/30524/25623 33087/30521/25620 33085/30523/25622</w:t>
        <w:br/>
        <w:t>f 33089/30525/25624 33083/30517/25616 33080/30520/25619</w:t>
        <w:br/>
        <w:t>f 33088/30526/25625 33089/30525/25624 33080/30520/25619</w:t>
        <w:br/>
        <w:t>f 33088/30526/25625 33091/30527/25626 33090/30528/25627</w:t>
        <w:br/>
        <w:t>f 33089/30525/25624 33088/30526/25625 33090/30528/25627</w:t>
        <w:br/>
        <w:t>f 33094/30529/25628 33096/30530/25629 33095/30531/25630</w:t>
        <w:br/>
        <w:t>f 33093/30532/25631 33096/30530/25629 33094/30529/25628</w:t>
        <w:br/>
        <w:t>f 33093/30532/25631 33092/30533/25632 33096/30530/25629</w:t>
        <w:br/>
        <w:t>f 33061/30499/25598 33058/30493/25592 33059/30496/25595</w:t>
        <w:br/>
        <w:t>f 33060/30500/25599 33061/30499/25598 33059/30496/25595</w:t>
        <w:br/>
        <w:t>f 33098/30534/25633 33097/30535/25634 33062/30498/25597</w:t>
        <w:br/>
        <w:t>f 33063/30497/25596 33098/30534/25633 33062/30498/25597</w:t>
        <w:br/>
        <w:t>f 33040/30476/25575 33041/30475/25574 33011/30449/25548</w:t>
        <w:br/>
        <w:t>f 33029/30463/25562 33031/30468/25567 33030/30467/25566</w:t>
        <w:br/>
        <w:t>f 33028/30464/25563 33029/30463/25562 33030/30467/25566</w:t>
        <w:br/>
        <w:t>f 33102/30536/25635 33101/30537/25636 33100/30538/25637</w:t>
        <w:br/>
        <w:t>f 33099/30539/25638 33102/30536/25635 33100/30538/25637</w:t>
        <w:br/>
        <w:t>f 33016/30452/25551 33033/30470/25569 33032/30469/25568</w:t>
        <w:br/>
        <w:t>f 33015/30453/25552 33016/30452/25551 33032/30469/25568</w:t>
        <w:br/>
        <w:t>f 33039/30477/25576 33104/30540/25639 33103/30541/25640</w:t>
        <w:br/>
        <w:t>f 33038/30478/25577 33039/30477/25576 33103/30541/25640</w:t>
        <w:br/>
        <w:t>f 33008/30444/25543 33009/30443/25542 33026/30466/25565</w:t>
        <w:br/>
        <w:t>f 33027/30465/25564 33008/30444/25543 33026/30466/25565</w:t>
        <w:br/>
        <w:t>f 33106/30542/25641 33075/30512/25611 33105/30543/25642</w:t>
        <w:br/>
        <w:t>f 33064/30504/25603 33065/30503/25602 33108/30544/25643</w:t>
        <w:br/>
        <w:t>f 33107/30545/25644 33064/30504/25603 33108/30544/25643</w:t>
        <w:br/>
        <w:t>f 33073/30510/25609 33074/30509/25608 33110/30546/25645</w:t>
        <w:br/>
        <w:t>f 33109/30547/25646 33073/30510/25609 33110/30546/25645</w:t>
        <w:br/>
        <w:t>f 33065/30503/25602 33073/30510/25609 33109/30547/25646</w:t>
        <w:br/>
        <w:t>f 33108/30544/25643 33065/30503/25602 33109/30547/25646</w:t>
        <w:br/>
        <w:t>f 33064/30504/25603 33095/30531/25630 33096/30530/25629</w:t>
        <w:br/>
        <w:t>f 33067/30501/25600 33064/30504/25603 33096/30530/25629</w:t>
        <w:br/>
        <w:t>f 33113/30548/25647 33112/30549/25648 33111/30550/25649</w:t>
        <w:br/>
        <w:t>f 33094/30529/25628 33095/30531/25630 33115/30551/25650</w:t>
        <w:br/>
        <w:t>f 33114/30552/25651 33094/30529/25628 33115/30551/25650</w:t>
        <w:br/>
        <w:t>f 33117/30553/25652 33116/30554/25653 33106/30542/25641</w:t>
        <w:br/>
        <w:t>f 33105/30543/25642 33117/30553/25652 33106/30542/25641</w:t>
        <w:br/>
        <w:t>f 33121/30555/25654 33120/30556/25655 33119/30557/25656</w:t>
        <w:br/>
        <w:t>f 33118/30558/25657 33121/30555/25654 33119/30557/25656</w:t>
        <w:br/>
        <w:t>f 33125/30559/25658 33124/30560/25659 33123/30561/25660</w:t>
        <w:br/>
        <w:t>f 33122/30562/25661 33125/30559/25658 33123/30561/25660</w:t>
        <w:br/>
        <w:t>f 33118/30558/25657 33119/30557/25656 33127/30563/25662</w:t>
        <w:br/>
        <w:t>f 33126/30564/25663 33118/30558/25657 33127/30563/25662</w:t>
        <w:br/>
        <w:t>f 33125/30559/25658 33130/30565/25664 33129/30566/25665</w:t>
        <w:br/>
        <w:t>f 33128/30567/25666 33125/30559/25658 33129/30566/25665</w:t>
        <w:br/>
        <w:t>f 33121/30555/25654 33133/30568/25667 33132/30569/25668</w:t>
        <w:br/>
        <w:t>f 33131/30570/25669 33121/30555/25654 33132/30569/25668</w:t>
        <w:br/>
        <w:t>f 33130/30565/25664 33131/30570/25669 33132/30569/25668</w:t>
        <w:br/>
        <w:t>f 33129/30566/25665 33130/30565/25664 33132/30569/25668</w:t>
        <w:br/>
        <w:t>f 33136/30571/25670 33112/30549/25648 33135/30572/25671</w:t>
        <w:br/>
        <w:t>f 33134/30573/25672 33136/30571/25670 33135/30572/25671</w:t>
        <w:br/>
        <w:t>f 33138/30574/25673 33134/30573/25672 33137/30575/25674</w:t>
        <w:br/>
        <w:t>f 33139/30576/25675 33138/30574/25673 33137/30575/25674</w:t>
        <w:br/>
        <w:t>f 33112/30549/25648 33124/30560/25659 33140/30577/25676</w:t>
        <w:br/>
        <w:t>f 33135/30572/25671 33112/30549/25648 33140/30577/25676</w:t>
        <w:br/>
        <w:t>f 33143/30578/25677 33142/30579/25678 33141/30580/25679</w:t>
        <w:br/>
        <w:t>f 33144/30581/25680 33142/30579/25678 33126/30564/25663</w:t>
        <w:br/>
        <w:t>f 33127/30563/25662 33144/30581/25680 33126/30564/25663</w:t>
        <w:br/>
        <w:t>f 33145/30582/25681 33116/30554/25653 33117/30553/25652</w:t>
        <w:br/>
        <w:t>f 33148/30583/25682 33147/30584/25683 33020/30455/25554</w:t>
        <w:br/>
        <w:t>f 33146/30585/25684 33148/30583/25682 33020/30455/25554</w:t>
        <w:br/>
        <w:t>f 33147/30584/25683 33149/30586/25685 33019/30456/25555</w:t>
        <w:br/>
        <w:t>f 33020/30455/25554 33147/30584/25683 33019/30456/25555</w:t>
        <w:br/>
        <w:t>f 33152/30587/25686 33151/30588/25687 33150/30589/25688</w:t>
        <w:br/>
        <w:t>f 33153/30590/25689 33152/30587/25686 33150/30589/25688</w:t>
        <w:br/>
        <w:t>f 33157/30591/25690 33156/30592/25691 33155/30593/25692</w:t>
        <w:br/>
        <w:t>f 33154/30594/25693 33157/30591/25690 33155/30593/25692</w:t>
        <w:br/>
        <w:t>f 33160/30595/25694 33159/30596/25695 33158/30597/25696</w:t>
        <w:br/>
        <w:t>f 33161/30598/25697 33160/30595/25694 33158/30597/25696</w:t>
        <w:br/>
        <w:t>f 33148/30583/25682 33160/30595/25694 33057/30494/25593</w:t>
        <w:br/>
        <w:t>f 33058/30493/25592 33148/30583/25682 33057/30494/25593</w:t>
        <w:br/>
        <w:t>f 33162/30599/25698 33077/30515/25614 33078/30514/25613</w:t>
        <w:br/>
        <w:t>f 33163/30600/25699 33162/30599/25698 33078/30514/25613</w:t>
        <w:br/>
        <w:t>f 33163/30600/25699 33078/30514/25613 33164/30601/25700</w:t>
        <w:br/>
        <w:t>f 33165/30602/25701 33163/30600/25699 33164/30601/25700</w:t>
        <w:br/>
        <w:t>f 33156/30592/25691 33153/30590/25689 33070/30506/25605</w:t>
        <w:br/>
        <w:t>f 33155/30593/25692 33156/30592/25691 33070/30506/25605</w:t>
        <w:br/>
        <w:t>f 33157/30591/25690 33154/30594/25693 33077/30515/25614</w:t>
        <w:br/>
        <w:t>f 33162/30599/25698 33157/30591/25690 33077/30515/25614</w:t>
        <w:br/>
        <w:t>f 33149/30586/25685 33167/30603/25702 33166/30604/25703</w:t>
        <w:br/>
        <w:t>f 33019/30456/25555 33149/30586/25685 33166/30604/25703</w:t>
        <w:br/>
        <w:t>f 33165/30602/25701 33164/30601/25700 33168/30605/25704</w:t>
        <w:br/>
        <w:t>f 33161/30598/25697 33165/30602/25701 33168/30605/25704</w:t>
        <w:br/>
        <w:t>f 33058/30493/25592 33061/30499/25598 33147/30584/25683</w:t>
        <w:br/>
        <w:t>f 33148/30583/25682 33058/30493/25592 33147/30584/25683</w:t>
        <w:br/>
        <w:t>f 33062/30498/25597 33149/30586/25685 33147/30584/25683</w:t>
        <w:br/>
        <w:t>f 33061/30499/25598 33062/30498/25597 33147/30584/25683</w:t>
        <w:br/>
        <w:t>f 33070/30506/25605 33153/30590/25689 33150/30589/25688</w:t>
        <w:br/>
        <w:t>f 33069/30507/25606 33070/30506/25605 33150/30589/25688</w:t>
        <w:br/>
        <w:t>f 33169/30606/25705 33156/30592/25691 33157/30591/25690</w:t>
        <w:br/>
        <w:t>f 33090/30528/25627 33169/30606/25705 33157/30591/25690</w:t>
        <w:br/>
        <w:t>f 33168/30605/25704 33057/30494/25593 33160/30595/25694</w:t>
        <w:br/>
        <w:t>f 33161/30598/25697 33168/30605/25704 33160/30595/25694</w:t>
        <w:br/>
        <w:t>f 33159/30596/25695 33160/30595/25694 33148/30583/25682</w:t>
        <w:br/>
        <w:t>f 33146/30585/25684 33159/30596/25695 33148/30583/25682</w:t>
        <w:br/>
        <w:t>f 33083/30517/25616 33089/30525/25624 33162/30599/25698</w:t>
        <w:br/>
        <w:t>f 33163/30600/25699 33083/30517/25616 33162/30599/25698</w:t>
        <w:br/>
        <w:t>f 33082/30518/25617 33083/30517/25616 33163/30600/25699</w:t>
        <w:br/>
        <w:t>f 33165/30602/25701 33082/30518/25617 33163/30600/25699</w:t>
        <w:br/>
        <w:t>f 33169/30606/25705 33152/30587/25686 33153/30590/25689</w:t>
        <w:br/>
        <w:t>f 33156/30592/25691 33169/30606/25705 33153/30590/25689</w:t>
        <w:br/>
        <w:t>f 33089/30525/25624 33090/30528/25627 33157/30591/25690</w:t>
        <w:br/>
        <w:t>f 33162/30599/25698 33089/30525/25624 33157/30591/25690</w:t>
        <w:br/>
        <w:t>f 33097/30535/25634 33167/30603/25702 33149/30586/25685</w:t>
        <w:br/>
        <w:t>f 33062/30498/25597 33097/30535/25634 33149/30586/25685</w:t>
        <w:br/>
        <w:t>f 33158/30597/25696 33082/30518/25617 33165/30602/25701</w:t>
        <w:br/>
        <w:t>f 33161/30598/25697 33158/30597/25696 33165/30602/25701</w:t>
        <w:br/>
        <w:t>f 33020/30455/25554 33021/30458/25557 33170/30607/25706</w:t>
        <w:br/>
        <w:t>f 33146/30585/25684 33020/30455/25554 33170/30607/25706</w:t>
        <w:br/>
        <w:t>f 33018/30457/25556 33101/30537/25636 33013/30447/25546</w:t>
        <w:br/>
        <w:t>f 33021/30458/25557 33018/30457/25556 33013/30447/25546</w:t>
        <w:br/>
        <w:t>f 33091/30527/25626 33171/30608/25707 33169/30606/25705</w:t>
        <w:br/>
        <w:t>f 33090/30528/25627 33091/30527/25626 33169/30606/25705</w:t>
        <w:br/>
        <w:t>f 33159/30596/25695 33173/30609/25708 33172/30610/25709</w:t>
        <w:br/>
        <w:t>f 33158/30597/25696 33159/30596/25695 33172/30610/25709</w:t>
        <w:br/>
        <w:t>f 33080/30520/25619 33081/30519/25618 33103/30541/25640</w:t>
        <w:br/>
        <w:t>f 33174/30611/25710 33080/30520/25619 33103/30541/25640</w:t>
        <w:br/>
        <w:t>f 33171/30608/25707 33175/30612/25711 33152/30587/25686</w:t>
        <w:br/>
        <w:t>f 33169/30606/25705 33171/30608/25707 33152/30587/25686</w:t>
        <w:br/>
        <w:t>f 33088/30526/25625 33080/30520/25619 33174/30611/25710</w:t>
        <w:br/>
        <w:t>f 33176/30613/25712 33088/30526/25625 33174/30611/25710</w:t>
        <w:br/>
        <w:t>f 33091/30527/25626 33088/30526/25625 33176/30613/25712</w:t>
        <w:br/>
        <w:t>f 33177/30614/25713 33091/30527/25626 33176/30613/25712</w:t>
        <w:br/>
        <w:t>f 33146/30585/25684 33170/30607/25706 33173/30609/25708</w:t>
        <w:br/>
        <w:t>f 33159/30596/25695 33146/30585/25684 33173/30609/25708</w:t>
        <w:br/>
        <w:t>f 33178/30615/25714 33018/30457/25556 33019/30456/25555</w:t>
        <w:br/>
        <w:t>f 33166/30604/25703 33178/30615/25714 33019/30456/25555</w:t>
        <w:br/>
        <w:t>f 33172/30610/25709 33081/30519/25618 33082/30518/25617</w:t>
        <w:br/>
        <w:t>f 33158/30597/25696 33172/30610/25709 33082/30518/25617</w:t>
        <w:br/>
        <w:t>f 33021/30458/25557 33013/30447/25546 33010/30450/25549</w:t>
        <w:br/>
        <w:t>f 33170/30607/25706 33021/30458/25557 33010/30450/25549</w:t>
        <w:br/>
        <w:t>f 33173/30609/25708 33041/30475/25574 33038/30478/25577</w:t>
        <w:br/>
        <w:t>f 33172/30610/25709 33173/30609/25708 33038/30478/25577</w:t>
        <w:br/>
        <w:t>f 33084/30524/25623 33085/30523/25622 33175/30612/25711</w:t>
        <w:br/>
        <w:t>f 33171/30608/25707 33084/30524/25623 33175/30612/25711</w:t>
        <w:br/>
        <w:t>f 33170/30607/25706 33010/30450/25549 33041/30475/25574</w:t>
        <w:br/>
        <w:t>f 33173/30609/25708 33170/30607/25706 33041/30475/25574</w:t>
        <w:br/>
        <w:t>f 33100/30538/25637 33101/30537/25636 33018/30457/25556</w:t>
        <w:br/>
        <w:t>f 33178/30615/25714 33100/30538/25637 33018/30457/25556</w:t>
        <w:br/>
        <w:t>f 33038/30478/25577 33103/30541/25640 33081/30519/25618</w:t>
        <w:br/>
        <w:t>f 33172/30610/25709 33038/30478/25577 33081/30519/25618</w:t>
        <w:br/>
        <w:t>f 33012/30448/25547 33013/30447/25546 33101/30537/25636</w:t>
        <w:br/>
        <w:t>f 33102/30536/25635 33012/30448/25547 33101/30537/25636</w:t>
        <w:br/>
        <w:t>f 33174/30611/25710 33103/30541/25640 33179/30616/25715</w:t>
        <w:br/>
        <w:t>f 33176/30613/25712 33174/30611/25710 33179/30616/25715</w:t>
        <w:br/>
        <w:t>f 33180/30617/25716 33176/30613/25712 33179/30616/25715</w:t>
        <w:br/>
        <w:t>f 33183/30618/25717 33182/30619/25718 33181/30620/25719</w:t>
        <w:br/>
        <w:t>f 33184/30621/25720 33183/30618/25717 33181/30620/25719</w:t>
        <w:br/>
        <w:t>f 33188/30622/25721 33187/30623/25722 33186/30624/25723</w:t>
        <w:br/>
        <w:t>f 33185/30625/25724 33188/30622/25721 33186/30624/25723</w:t>
        <w:br/>
        <w:t>f 33186/30624/25723 33190/30626/25725 33189/30627/25726</w:t>
        <w:br/>
        <w:t>f 33185/30625/25724 33186/30624/25723 33189/30627/25726</w:t>
        <w:br/>
        <w:t>f 33193/30628/25727 33192/30629/25728 33191/30630/25729</w:t>
        <w:br/>
        <w:t>f 33194/30631/25730 33193/30628/25727 33191/30630/25729</w:t>
        <w:br/>
        <w:t>f 33195/30632/25731 33009/30443/25542 33006/30446/25545</w:t>
        <w:br/>
        <w:t>f 33196/30633/25732 33195/30632/25731 33006/30446/25545</w:t>
        <w:br/>
        <w:t>f 33198/30634/25733 33197/30635/25734 33029/30463/25562</w:t>
        <w:br/>
        <w:t>f 33026/30466/25565 33198/30634/25733 33029/30463/25562</w:t>
        <w:br/>
        <w:t>f 33196/30633/25732 33006/30446/25545 33033/30470/25569</w:t>
        <w:br/>
        <w:t>f 33199/30636/25735 33196/30633/25732 33033/30470/25569</w:t>
        <w:br/>
        <w:t>f 33198/30634/25733 33026/30466/25565 33009/30443/25542</w:t>
        <w:br/>
        <w:t>f 33195/30632/25731 33198/30634/25733 33009/30443/25542</w:t>
        <w:br/>
        <w:t>f 33197/30635/25734 33188/30622/25721 33031/30468/25567</w:t>
        <w:br/>
        <w:t>f 33029/30463/25562 33197/30635/25734 33031/30468/25567</w:t>
        <w:br/>
        <w:t>f 33199/30636/25735 33033/30470/25569 33016/30452/25551</w:t>
        <w:br/>
        <w:t>f 33184/30621/25720 33199/30636/25735 33016/30452/25551</w:t>
        <w:br/>
        <w:t>f 33017/30451/25550 33183/30618/25717 33184/30621/25720</w:t>
        <w:br/>
        <w:t>f 33016/30452/25551 33017/30451/25550 33184/30621/25720</w:t>
        <w:br/>
        <w:t>f 33188/30622/25721 33185/30625/25724 33025/30462/25561</w:t>
        <w:br/>
        <w:t>f 33031/30468/25567 33188/30622/25721 33025/30462/25561</w:t>
        <w:br/>
        <w:t>f 33185/30625/25724 33189/30627/25726 33024/30459/25558</w:t>
        <w:br/>
        <w:t>f 33025/30462/25561 33185/30625/25724 33024/30459/25558</w:t>
        <w:br/>
        <w:t>f 33191/30630/25729 33036/30471/25570 33037/30474/25573</w:t>
        <w:br/>
        <w:t>f 33194/30631/25730 33191/30630/25729 33037/30474/25573</w:t>
        <w:br/>
        <w:t>f 33201/30637/25736 33200/30638/25737 33195/30632/25731</w:t>
        <w:br/>
        <w:t>f 33196/30633/25732 33201/30637/25736 33195/30632/25731</w:t>
        <w:br/>
        <w:t>f 33202/30639/25738 33197/30635/25734 33198/30634/25733</w:t>
        <w:br/>
        <w:t>f 33203/30640/25739 33202/30639/25738 33198/30634/25733</w:t>
        <w:br/>
        <w:t>f 33204/30641/25740 33201/30637/25736 33196/30633/25732</w:t>
        <w:br/>
        <w:t>f 33199/30636/25735 33204/30641/25740 33196/30633/25732</w:t>
        <w:br/>
        <w:t>f 33203/30640/25739 33198/30634/25733 33195/30632/25731</w:t>
        <w:br/>
        <w:t>f 33200/30638/25737 33203/30640/25739 33195/30632/25731</w:t>
        <w:br/>
        <w:t>f 33187/30623/25722 33188/30622/25721 33197/30635/25734</w:t>
        <w:br/>
        <w:t>f 33202/30639/25738 33187/30623/25722 33197/30635/25734</w:t>
        <w:br/>
        <w:t>f 33181/30620/25719 33204/30641/25740 33199/30636/25735</w:t>
        <w:br/>
        <w:t>f 33184/30621/25720 33181/30620/25719 33199/30636/25735</w:t>
        <w:br/>
        <w:t>f 33207/30642/25741 33206/30643/25742 33205/30644/25743</w:t>
        <w:br/>
        <w:t>f 33133/30568/25667 33207/30642/25741 33205/30644/25743</w:t>
        <w:br/>
        <w:t>f 33211/30645/25744 33210/30646/25745 33209/30647/25746</w:t>
        <w:br/>
        <w:t>f 33208/30648/25747 33211/30645/25744 33209/30647/25746</w:t>
        <w:br/>
        <w:t>f 33214/30649/25748 33213/30650/25749 33212/30651/25750</w:t>
        <w:br/>
        <w:t>f 33137/30575/25674 33214/30649/25748 33212/30651/25750</w:t>
        <w:br/>
        <w:t>f 33216/30652/25751 33215/30653/25752 33140/30577/25676</w:t>
        <w:br/>
        <w:t>f 33128/30567/25666 33216/30652/25751 33140/30577/25676</w:t>
        <w:br/>
        <w:t>f 33208/30648/25747 33209/30647/25746 33206/30643/25742</w:t>
        <w:br/>
        <w:t>f 33207/30642/25741 33208/30648/25747 33206/30643/25742</w:t>
        <w:br/>
        <w:t>f 33210/30646/25745 33211/30645/25744 33217/30654/25753</w:t>
        <w:br/>
        <w:t>f 33218/30655/25754 33210/30646/25745 33217/30654/25753</w:t>
        <w:br/>
        <w:t>f 33216/30652/25751 33220/30656/25755 33219/30657/25756</w:t>
        <w:br/>
        <w:t>f 33079/30513/25612 33216/30652/25751 33219/30657/25756</w:t>
        <w:br/>
        <w:t>f 33222/30658/25757 33221/30659/25758 33205/30644/25743</w:t>
        <w:br/>
        <w:t>f 33056/30495/25594 33222/30658/25757 33205/30644/25743</w:t>
        <w:br/>
        <w:t>f 33220/30656/25755 33221/30659/25758 33222/30658/25757</w:t>
        <w:br/>
        <w:t>f 33219/30657/25756 33220/30656/25755 33222/30658/25757</w:t>
        <w:br/>
        <w:t>f 33225/30660/25759 33224/30661/25760 33223/30662/25761</w:t>
        <w:br/>
        <w:t>f 33226/30663/25762 33225/30660/25759 33223/30662/25761</w:t>
        <w:br/>
        <w:t>f 33071/30505/25604 33214/30649/25748 33225/30660/25759</w:t>
        <w:br/>
        <w:t>f 33226/30663/25762 33071/30505/25604 33225/30660/25759</w:t>
        <w:br/>
        <w:t>f 33224/30661/25760 33215/30653/25752 33076/30516/25615</w:t>
        <w:br/>
        <w:t>f 33223/30662/25761 33224/30661/25760 33076/30516/25615</w:t>
        <w:br/>
        <w:t>f 33228/30664/25763 33227/30665/25764 33218/30655/25754</w:t>
        <w:br/>
        <w:t>f 33217/30654/25753 33228/30664/25763 33218/30655/25754</w:t>
        <w:br/>
        <w:t>f 33227/30665/25764 33229/30666/25765 33098/30534/25633</w:t>
        <w:br/>
        <w:t>f 33218/30655/25754 33227/30665/25764 33098/30534/25633</w:t>
        <w:br/>
        <w:t>f 33231/30667/25766 33230/30668/25767 33167/30603/25702</w:t>
        <w:br/>
        <w:t>f 33097/30535/25634 33231/30667/25766 33167/30603/25702</w:t>
        <w:br/>
        <w:t>f 33232/30669/25768 33166/30604/25703 33167/30603/25702</w:t>
        <w:br/>
        <w:t>f 33230/30668/25767 33232/30669/25768 33167/30603/25702</w:t>
        <w:br/>
        <w:t>f 33233/30670/25769 33178/30615/25714 33166/30604/25703</w:t>
        <w:br/>
        <w:t>f 33232/30669/25768 33233/30670/25769 33166/30604/25703</w:t>
        <w:br/>
        <w:t>f 33234/30671/25770 33100/30538/25637 33178/30615/25714</w:t>
        <w:br/>
        <w:t>f 33233/30670/25769 33234/30671/25770 33178/30615/25714</w:t>
        <w:br/>
        <w:t>f 33234/30671/25770 33235/30672/25771 33099/30539/25638</w:t>
        <w:br/>
        <w:t>f 33100/30538/25637 33234/30671/25770 33099/30539/25638</w:t>
        <w:br/>
        <w:t>f 33236/30673/25772 33017/30451/25550 33014/30454/25553</w:t>
        <w:br/>
        <w:t>f 33237/30674/25773 33236/30673/25772 33014/30454/25553</w:t>
        <w:br/>
        <w:t>f 33238/30675/25774 33183/30618/25717 33017/30451/25550</w:t>
        <w:br/>
        <w:t>f 33239/30676/25775 33238/30675/25774 33017/30451/25550</w:t>
        <w:br/>
        <w:t>f 33238/30675/25774 33240/30677/25776 33182/30619/25718</w:t>
        <w:br/>
        <w:t>f 33183/30618/25717 33238/30675/25774 33182/30619/25718</w:t>
        <w:br/>
        <w:t>f 32995/30433/25532 33242/30678/25777 33241/30679/25778</w:t>
        <w:br/>
        <w:t>f 32994/30434/25533 32995/30433/25532 33241/30679/25778</w:t>
        <w:br/>
        <w:t>f 33175/30612/25711 33243/30680/25779 33151/30588/25687</w:t>
        <w:br/>
        <w:t>f 33152/30587/25686 33175/30612/25711 33151/30588/25687</w:t>
        <w:br/>
        <w:t>f 33243/30680/25779 33175/30612/25711 33085/30523/25622</w:t>
        <w:br/>
        <w:t>f 33244/30681/25780 33243/30680/25779 33085/30523/25622</w:t>
        <w:br/>
        <w:t>f 33244/30681/25780 33085/30523/25622 33086/30522/25621</w:t>
        <w:br/>
        <w:t>f 33245/30682/25781 33244/30681/25780 33086/30522/25621</w:t>
        <w:br/>
        <w:t>f 33035/30472/25571 33036/30471/25570 33247/30683/25782</w:t>
        <w:br/>
        <w:t>f 33246/30684/25783 33035/30472/25571 33247/30683/25782</w:t>
        <w:br/>
        <w:t>f 33036/30471/25570 33191/30630/25729 33248/30685/25784</w:t>
        <w:br/>
        <w:t>f 33247/30683/25782 33036/30471/25570 33248/30685/25784</w:t>
        <w:br/>
        <w:t>f 33248/30685/25784 33191/30630/25729 33250/30686/25785</w:t>
        <w:br/>
        <w:t>f 33249/30687/25786 33248/30685/25784 33250/30686/25785</w:t>
        <w:br/>
        <w:t>f 33254/30688/25787 33253/30689/25788 33252/30690/25789</w:t>
        <w:br/>
        <w:t>f 33251/30691/25790 33254/30688/25787 33252/30690/25789</w:t>
        <w:br/>
        <w:t>f 33122/30562/25661 33255/30692/25791 33130/30565/25664</w:t>
        <w:br/>
        <w:t>f 33125/30559/25658 33122/30562/25661 33130/30565/25664</w:t>
        <w:br/>
        <w:t>f 33256/30693/25792 33120/30556/25655 33121/30555/25654</w:t>
        <w:br/>
        <w:t>f 33131/30570/25669 33256/30693/25792 33121/30555/25654</w:t>
        <w:br/>
        <w:t>f 33255/30692/25791 33256/30693/25792 33131/30570/25669</w:t>
        <w:br/>
        <w:t>f 33130/30565/25664 33255/30692/25791 33131/30570/25669</w:t>
        <w:br/>
        <w:t>f 33257/30694/25793 33119/30557/25656 33120/30556/25655</w:t>
        <w:br/>
        <w:t>f 33110/30546/25645 33257/30694/25793 33120/30556/25655</w:t>
        <w:br/>
        <w:t>f 33122/30562/25661 33123/30561/25660 33115/30551/25650</w:t>
        <w:br/>
        <w:t>f 33107/30545/25644 33122/30562/25661 33115/30551/25650</w:t>
        <w:br/>
        <w:t>f 33258/30695/25794 33127/30563/25662 33119/30557/25656</w:t>
        <w:br/>
        <w:t>f 33257/30694/25793 33258/30695/25794 33119/30557/25656</w:t>
        <w:br/>
        <w:t>f 33113/30548/25647 33123/30561/25660 33124/30560/25659</w:t>
        <w:br/>
        <w:t>f 33112/30549/25648 33113/30548/25647 33124/30560/25659</w:t>
        <w:br/>
        <w:t>f 33259/30696/25795 33144/30581/25680 33127/30563/25662</w:t>
        <w:br/>
        <w:t>f 33258/30695/25794 33259/30696/25795 33127/30563/25662</w:t>
        <w:br/>
        <w:t>f 33128/30567/25666 33129/30566/25665 33220/30656/25755</w:t>
        <w:br/>
        <w:t>f 33216/30652/25751 33128/30567/25666 33220/30656/25755</w:t>
        <w:br/>
        <w:t>f 33221/30659/25758 33132/30569/25668 33133/30568/25667</w:t>
        <w:br/>
        <w:t>f 33205/30644/25743 33221/30659/25758 33133/30568/25667</w:t>
        <w:br/>
        <w:t>f 33129/30566/25665 33132/30569/25668 33221/30659/25758</w:t>
        <w:br/>
        <w:t>f 33220/30656/25755 33129/30566/25665 33221/30659/25758</w:t>
        <w:br/>
        <w:t>f 33134/30573/25672 33135/30572/25671 33224/30661/25760</w:t>
        <w:br/>
        <w:t>f 33225/30660/25759 33134/30573/25672 33224/30661/25760</w:t>
        <w:br/>
        <w:t>f 33137/30575/25674 33134/30573/25672 33225/30660/25759</w:t>
        <w:br/>
        <w:t>f 33214/30649/25748 33137/30575/25674 33225/30660/25759</w:t>
        <w:br/>
        <w:t>f 33135/30572/25671 33140/30577/25676 33215/30653/25752</w:t>
        <w:br/>
        <w:t>f 33224/30661/25760 33135/30572/25671 33215/30653/25752</w:t>
        <w:br/>
        <w:t>f 33118/30558/25657 33207/30642/25741 33133/30568/25667</w:t>
        <w:br/>
        <w:t>f 33121/30555/25654 33118/30558/25657 33133/30568/25667</w:t>
        <w:br/>
        <w:t>f 33142/30579/25678 33211/30645/25744 33208/30648/25747</w:t>
        <w:br/>
        <w:t>f 33126/30564/25663 33142/30579/25678 33208/30648/25747</w:t>
        <w:br/>
        <w:t>f 33128/30567/25666 33140/30577/25676 33124/30560/25659</w:t>
        <w:br/>
        <w:t>f 33125/30559/25658 33128/30567/25666 33124/30560/25659</w:t>
        <w:br/>
        <w:t>f 33126/30564/25663 33208/30648/25747 33207/30642/25741</w:t>
        <w:br/>
        <w:t>f 33118/30558/25657 33126/30564/25663 33207/30642/25741</w:t>
        <w:br/>
        <w:t>f 33143/30578/25677 33217/30654/25753 33211/30645/25744</w:t>
        <w:br/>
        <w:t>f 33142/30579/25678 33143/30578/25677 33211/30645/25744</w:t>
        <w:br/>
        <w:t>f 33228/30664/25763 33217/30654/25753 33261/30697/25796</w:t>
        <w:br/>
        <w:t>f 33260/30698/25797 33228/30664/25763 33261/30697/25796</w:t>
        <w:br/>
        <w:t>f 33137/30575/25674 33212/30651/25750 33139/30576/25675</w:t>
        <w:br/>
        <w:t>f 33177/30614/25713 33176/30613/25712 33180/30617/25716</w:t>
        <w:br/>
        <w:t>f 33262/30699/25798 33177/30614/25713 33180/30617/25716</w:t>
        <w:br/>
        <w:t>f 33264/30700/25799 33001/30435/25534 32998/30438/25537</w:t>
        <w:br/>
        <w:t>f 33263/30701/25800 33264/30700/25799 32998/30438/25537</w:t>
        <w:br/>
        <w:t>f 33177/30614/25713 33084/30524/25623 33171/30608/25707</w:t>
        <w:br/>
        <w:t>f 33091/30527/25626 33177/30614/25713 33171/30608/25707</w:t>
        <w:br/>
        <w:t>f 33084/30524/25623 33177/30614/25713 33262/30699/25798</w:t>
        <w:br/>
        <w:t>f 33087/30521/25620 33084/30524/25623 33262/30699/25798</w:t>
        <w:br/>
        <w:t>f 33023/30460/25559 33024/30459/25558 33037/30474/25573</w:t>
        <w:br/>
        <w:t>f 33034/30473/25572 33023/30460/25559 33037/30474/25573</w:t>
        <w:br/>
        <w:t>f 33189/30627/25726 33194/30631/25730 33037/30474/25573</w:t>
        <w:br/>
        <w:t>f 33024/30459/25558 33189/30627/25726 33037/30474/25573</w:t>
        <w:br/>
        <w:t>f 33189/30627/25726 33190/30626/25725 33193/30628/25727</w:t>
        <w:br/>
        <w:t>f 33194/30631/25730 33189/30627/25726 33193/30628/25727</w:t>
        <w:br/>
        <w:t>f 33266/30702/25801 33264/30700/25799 33263/30701/25800</w:t>
        <w:br/>
        <w:t>f 33265/30703/25802 33266/30702/25801 33263/30701/25800</w:t>
        <w:br/>
        <w:t>f 33268/30704/25803 33007/30445/25544 33008/30444/25543</w:t>
        <w:br/>
        <w:t>f 33267/30705/25804 33268/30704/25803 33008/30444/25543</w:t>
        <w:br/>
        <w:t>f 33269/30706/25805 33032/30469/25568 33007/30445/25544</w:t>
        <w:br/>
        <w:t>f 33268/30704/25803 33269/30706/25805 33007/30445/25544</w:t>
        <w:br/>
        <w:t>f 33014/30454/25553 33015/30453/25552 33271/30707/25806</w:t>
        <w:br/>
        <w:t>f 33270/30708/25807 33014/30454/25553 33271/30707/25806</w:t>
        <w:br/>
        <w:t>f 33272/30709/25808 33012/30448/25547 33102/30536/25635</w:t>
        <w:br/>
        <w:t>f 33273/30710/25809 33272/30709/25808 33102/30536/25635</w:t>
        <w:br/>
        <w:t>f 33022/30461/25560 33023/30460/25559 33275/30711/25810</w:t>
        <w:br/>
        <w:t>f 33274/30712/25811 33022/30461/25560 33275/30711/25810</w:t>
        <w:br/>
        <w:t>f 33027/30465/25564 33028/30464/25563 33277/30713/25812</w:t>
        <w:br/>
        <w:t>f 33276/30714/25813 33027/30465/25564 33277/30713/25812</w:t>
        <w:br/>
        <w:t>f 33030/30467/25566 33022/30461/25560 33274/30712/25811</w:t>
        <w:br/>
        <w:t>f 33278/30715/25814 33030/30467/25566 33274/30712/25811</w:t>
        <w:br/>
        <w:t>f 33280/30716/25815 33034/30473/25572 33035/30472/25571</w:t>
        <w:br/>
        <w:t>f 33279/30717/25816 33280/30716/25815 33035/30472/25571</w:t>
        <w:br/>
        <w:t>f 33281/30718/25817 33039/30477/25576 33040/30476/25575</w:t>
        <w:br/>
        <w:t>f 33282/30719/25818 33281/30718/25817 33040/30476/25575</w:t>
        <w:br/>
        <w:t>f 33284/30720/25819 33283/30721/25820 33104/30540/25639</w:t>
        <w:br/>
        <w:t>f 33237/30674/25773 33014/30454/25553 33270/30708/25807</w:t>
        <w:br/>
        <w:t>f 33285/30722/25821 33237/30674/25773 33270/30708/25807</w:t>
        <w:br/>
        <w:t>f 33279/30717/25816 33035/30472/25571 33246/30684/25783</w:t>
        <w:br/>
        <w:t>f 33286/30723/25822 33279/30717/25816 33246/30684/25783</w:t>
        <w:br/>
        <w:t>f 33275/30711/25810 33023/30460/25559 33034/30473/25572</w:t>
        <w:br/>
        <w:t>f 33280/30716/25815 33275/30711/25810 33034/30473/25572</w:t>
        <w:br/>
        <w:t>f 33040/30476/25575 33011/30449/25548 33287/30724/25823</w:t>
        <w:br/>
        <w:t>f 33011/30449/25548 33012/30448/25547 33272/30709/25808</w:t>
        <w:br/>
        <w:t>f 33102/30536/25635 33099/30539/25638 33288/30725/25824</w:t>
        <w:br/>
        <w:t>f 33273/30710/25809 33102/30536/25635 33288/30725/25824</w:t>
        <w:br/>
        <w:t>f 33269/30706/25805 33272/30709/25808 33271/30707/25806</w:t>
        <w:br/>
        <w:t>f 33262/30699/25798 33180/30617/25716 33290/30726/25825</w:t>
        <w:br/>
        <w:t>f 33289/30727/25826 33262/30699/25798 33290/30726/25825</w:t>
        <w:br/>
        <w:t>f 33104/30540/25639 33039/30477/25576 33281/30718/25817</w:t>
        <w:br/>
        <w:t>f 33284/30720/25819 33104/30540/25639 33281/30718/25817</w:t>
        <w:br/>
        <w:t>f 33180/30617/25716 33179/30616/25715 33290/30726/25825</w:t>
        <w:br/>
        <w:t>f 33087/30521/25620 33292/30728/25827 33291/30729/25828</w:t>
        <w:br/>
        <w:t>f 33086/30522/25621 33087/30521/25620 33291/30729/25828</w:t>
        <w:br/>
        <w:t>f 33276/30714/25813 33281/30718/25817 33282/30719/25818</w:t>
        <w:br/>
        <w:t>f 33267/30705/25804 33276/30714/25813 33282/30719/25818</w:t>
        <w:br/>
        <w:t>f 33283/30721/25820 33284/30720/25819 33277/30713/25812</w:t>
        <w:br/>
        <w:t>f 33278/30715/25814 33283/30721/25820 33277/30713/25812</w:t>
        <w:br/>
        <w:t>f 33235/30672/25771 33293/30730/25829 33288/30725/25824</w:t>
        <w:br/>
        <w:t>f 33099/30539/25638 33235/30672/25771 33288/30725/25824</w:t>
        <w:br/>
        <w:t>f 33245/30682/25781 33086/30522/25621 33291/30729/25828</w:t>
        <w:br/>
        <w:t>f 33294/30731/25830 33245/30682/25781 33291/30729/25828</w:t>
        <w:br/>
        <w:t>f 33087/30521/25620 33262/30699/25798 33289/30727/25826</w:t>
        <w:br/>
        <w:t>f 33292/30728/25827 33087/30521/25620 33289/30727/25826</w:t>
        <w:br/>
        <w:t>f 33206/30643/25742 33059/30496/25595 33056/30495/25594</w:t>
        <w:br/>
        <w:t>f 33205/30644/25743 33206/30643/25742 33056/30495/25594</w:t>
        <w:br/>
        <w:t>f 33210/30646/25745 33063/30497/25596 33060/30500/25599</w:t>
        <w:br/>
        <w:t>f 33209/30647/25746 33210/30646/25745 33060/30500/25599</w:t>
        <w:br/>
        <w:t>f 33214/30649/25748 33071/30505/25604 33068/30508/25607</w:t>
        <w:br/>
        <w:t>f 33213/30650/25749 33214/30649/25748 33068/30508/25607</w:t>
        <w:br/>
        <w:t>f 33079/30513/25612 33076/30516/25615 33215/30653/25752</w:t>
        <w:br/>
        <w:t>f 33216/30652/25751 33079/30513/25612 33215/30653/25752</w:t>
        <w:br/>
        <w:t>f 33209/30647/25746 33060/30500/25599 33059/30496/25595</w:t>
        <w:br/>
        <w:t>f 33206/30643/25742 33209/30647/25746 33059/30496/25595</w:t>
        <w:br/>
        <w:t>f 33218/30655/25754 33098/30534/25633 33063/30497/25596</w:t>
        <w:br/>
        <w:t>f 33210/30646/25745 33218/30655/25754 33063/30497/25596</w:t>
        <w:br/>
        <w:t>f 33078/30514/25613 33079/30513/25612 33219/30657/25756</w:t>
        <w:br/>
        <w:t>f 33164/30601/25700 33078/30514/25613 33219/30657/25756</w:t>
        <w:br/>
        <w:t>f 33222/30658/25757 33056/30495/25594 33057/30494/25593</w:t>
        <w:br/>
        <w:t>f 33168/30605/25704 33222/30658/25757 33057/30494/25593</w:t>
        <w:br/>
        <w:t>f 33219/30657/25756 33222/30658/25757 33168/30605/25704</w:t>
        <w:br/>
        <w:t>f 33164/30601/25700 33219/30657/25756 33168/30605/25704</w:t>
        <w:br/>
        <w:t>f 33226/30663/25762 33223/30662/25761 33154/30594/25693</w:t>
        <w:br/>
        <w:t>f 33155/30593/25692 33226/30663/25762 33154/30594/25693</w:t>
        <w:br/>
        <w:t>f 33071/30505/25604 33226/30663/25762 33155/30593/25692</w:t>
        <w:br/>
        <w:t>f 33070/30506/25605 33071/30505/25604 33155/30593/25692</w:t>
        <w:br/>
        <w:t>f 33223/30662/25761 33076/30516/25615 33077/30515/25614</w:t>
        <w:br/>
        <w:t>f 33154/30594/25693 33223/30662/25761 33077/30515/25614</w:t>
        <w:br/>
        <w:t>f 33097/30535/25634 33098/30534/25633 33229/30666/25765</w:t>
        <w:br/>
        <w:t>f 33231/30667/25766 33097/30535/25634 33229/30666/25765</w:t>
        <w:br/>
        <w:t>f 33107/30545/25644 33108/30544/25643 33255/30692/25791</w:t>
        <w:br/>
        <w:t>f 33122/30562/25661 33107/30545/25644 33255/30692/25791</w:t>
        <w:br/>
        <w:t>f 33109/30547/25646 33110/30546/25645 33120/30556/25655</w:t>
        <w:br/>
        <w:t>f 33256/30693/25792 33109/30547/25646 33120/30556/25655</w:t>
        <w:br/>
        <w:t>f 33108/30544/25643 33109/30547/25646 33256/30693/25792</w:t>
        <w:br/>
        <w:t>f 33255/30692/25791 33108/30544/25643 33256/30693/25792</w:t>
        <w:br/>
        <w:t>f 33114/30552/25651 33115/30551/25650 33123/30561/25660</w:t>
        <w:br/>
        <w:t>f 33113/30548/25647 33114/30552/25651 33123/30561/25660</w:t>
        <w:br/>
        <w:t>f 33295/30732/25831 33257/30694/25793 33110/30546/25645</w:t>
        <w:br/>
        <w:t>f 33074/30509/25608 33295/30732/25831 33110/30546/25645</w:t>
        <w:br/>
        <w:t>f 33107/30545/25644 33115/30551/25650 33095/30531/25630</w:t>
        <w:br/>
        <w:t>f 33064/30504/25603 33107/30545/25644 33095/30531/25630</w:t>
        <w:br/>
        <w:t>f 33296/30733/25832 33258/30695/25794 33257/30694/25793</w:t>
        <w:br/>
        <w:t>f 33295/30732/25831 33296/30733/25832 33257/30694/25793</w:t>
        <w:br/>
        <w:t>f 33297/30734/25833 33259/30696/25795 33258/30695/25794</w:t>
        <w:br/>
        <w:t>f 33296/30733/25832 33297/30734/25833 33258/30695/25794</w:t>
        <w:br/>
        <w:t>f 33066/30502/25601 33067/30501/25600 33298/30735/25834</w:t>
        <w:br/>
        <w:t>f 33067/30501/25600 33096/30530/25629 33299/30736/25835</w:t>
        <w:br/>
        <w:t>f 33298/30735/25834 33067/30501/25600 33299/30736/25835</w:t>
        <w:br/>
        <w:t>f 33096/30530/25629 33092/30533/25632 33299/30736/25835</w:t>
        <w:br/>
        <w:t>f 33074/30509/25608 33075/30512/25611 33106/30542/25641</w:t>
        <w:br/>
        <w:t>f 33295/30732/25831 33074/30509/25608 33106/30542/25641</w:t>
        <w:br/>
        <w:t>f 33295/30732/25831 33106/30542/25641 33116/30554/25653</w:t>
        <w:br/>
        <w:t>f 33296/30733/25832 33295/30732/25831 33116/30554/25653</w:t>
        <w:br/>
        <w:t>f 33116/30554/25653 33297/30734/25833 33296/30733/25832</w:t>
        <w:br/>
        <w:t>f 33116/30554/25653 33300/30737/25836 33297/30734/25833</w:t>
        <w:br/>
        <w:t>f 33116/30554/25653 33145/30582/25681 33300/30737/25836</w:t>
        <w:br/>
        <w:t>f 33303/30738/25837 33302/30739/25838 33301/30740/25839</w:t>
        <w:br/>
        <w:t>f 33052/30490/25589 33303/30738/25837 33301/30740/25839</w:t>
        <w:br/>
        <w:t>f 33307/30741/25840 33306/30742/25841 33305/30743/25842</w:t>
        <w:br/>
        <w:t>f 33304/30744/25843 33307/30741/25840 33305/30743/25842</w:t>
        <w:br/>
        <w:t>f 33265/30703/25802 33252/30690/25789 33253/30689/25788</w:t>
        <w:br/>
        <w:t>f 33266/30702/25801 33265/30703/25802 33253/30689/25788</w:t>
        <w:br/>
        <w:t>f 33311/30745/25844 33310/30746/25845 33309/30747/25846</w:t>
        <w:br/>
        <w:t>f 33308/30748/25847 33311/30745/25844 33309/30747/25846</w:t>
        <w:br/>
        <w:t>f 33313/30749/25848 33312/30750/25849 33054/30492/25591</w:t>
        <w:br/>
        <w:t>f 33055/30491/25590 33313/30749/25848 33054/30492/25591</w:t>
        <w:br/>
        <w:t>f 33305/30743/25842 33315/30751/25850 33314/30752/25851</w:t>
        <w:br/>
        <w:t>f 33304/30744/25843 33305/30743/25842 33314/30752/25851</w:t>
        <w:br/>
        <w:t>f 33315/30751/25850 33310/30746/25845 33311/30745/25844</w:t>
        <w:br/>
        <w:t>f 33314/30752/25851 33315/30751/25850 33311/30745/25844</w:t>
        <w:br/>
        <w:t>f 32996/30432/25531 32997/30431/25530 33312/30750/25849</w:t>
        <w:br/>
        <w:t>f 33313/30749/25848 32996/30432/25531 33312/30750/25849</w:t>
        <w:br/>
        <w:t>f 33308/30748/25847 33309/30747/25846 33316/30753/25852</w:t>
        <w:br/>
        <w:t>f 33047/30485/25584 33308/30748/25847 33316/30753/25852</w:t>
        <w:br/>
        <w:t>f 33302/30739/25838 33318/30754/25853 33317/30755/25854</w:t>
        <w:br/>
        <w:t>f 33301/30740/25839 33302/30739/25838 33317/30755/25854</w:t>
        <w:br/>
        <w:t>f 33321/30756/25853 33320/30757/25855 33002/30442/25541</w:t>
        <w:br/>
        <w:t>f 33319/30758/25854 33321/30756/25853 33002/30442/25541</w:t>
        <w:br/>
        <w:t>f 33323/30759/25856 33322/30760/25857 33306/30742/25841</w:t>
        <w:br/>
        <w:t>f 33307/30741/25840 33323/30759/25856 33306/30742/25841</w:t>
        <w:br/>
        <w:t>f 33005/30439/25538 33324/30761/25858 33322/30760/25857</w:t>
        <w:br/>
        <w:t>f 33323/30759/25856 33005/30439/25538 33322/30760/25857</w:t>
        <w:br/>
        <w:t>f 32995/30433/25532 32996/30432/25531 33325/30762/25859</w:t>
        <w:br/>
        <w:t>f 33182/30619/25718 32995/30433/25532 33325/30762/25859</w:t>
        <w:br/>
        <w:t>f 33325/30762/25859 32996/30432/25531 33313/30749/25848</w:t>
        <w:br/>
        <w:t>f 33326/30763/25860 33325/30762/25859 33313/30749/25848</w:t>
        <w:br/>
        <w:t>f 33326/30763/25860 33313/30749/25848 33055/30491/25590</w:t>
        <w:br/>
        <w:t>f 33327/30764/25861 33326/30763/25860 33055/30491/25590</w:t>
        <w:br/>
        <w:t>f 33327/30764/25861 33055/30491/25590 33045/30479/25578</w:t>
        <w:br/>
        <w:t>f 33200/30638/25737 33327/30764/25861 33045/30479/25578</w:t>
        <w:br/>
        <w:t>f 33045/30479/25578 33328/30765/25862 33203/30640/25739</w:t>
        <w:br/>
        <w:t>f 33200/30638/25737 33045/30479/25578 33203/30640/25739</w:t>
        <w:br/>
        <w:t>f 33203/30640/25739 33328/30765/25862 33330/30766/25863</w:t>
        <w:br/>
        <w:t>f 33329/30767/25863 33203/30640/25739 33330/30766/25863</w:t>
        <w:br/>
        <w:t>f 33329/30767/25863 33330/30766/25863 33332/30768/25864</w:t>
        <w:br/>
        <w:t>f 33331/30769/25864 33329/30767/25863 33332/30768/25864</w:t>
        <w:br/>
        <w:t>f 33331/30769/25864 33332/30768/25864 33334/30770/25865</w:t>
        <w:br/>
        <w:t>f 33333/30771/25865 33331/30769/25864 33334/30770/25865</w:t>
        <w:br/>
        <w:t>f 33334/30770/25865 33336/30772/25866 33335/30773/25867</w:t>
        <w:br/>
        <w:t>f 33333/30771/25865 33334/30770/25865 33335/30773/25867</w:t>
        <w:br/>
        <w:t>f 33336/30772/25866 33338/30774/25868 33337/30775/25869</w:t>
        <w:br/>
        <w:t>f 33335/30773/25867 33336/30772/25866 33337/30775/25869</w:t>
        <w:br/>
        <w:t>f 33337/30775/25870 33266/30702/25801 33253/30689/25788</w:t>
        <w:br/>
        <w:t>f 33250/30686/25785 33337/30775/25870 33253/30689/25788</w:t>
        <w:br/>
        <w:t>f 33253/30689/25788 33254/30688/25787 33249/30687/25786</w:t>
        <w:br/>
        <w:t>f 33250/30686/25785 33253/30689/25788 33249/30687/25786</w:t>
        <w:br/>
        <w:t>f 33242/30678/25777 32995/30433/25532 33182/30619/25718</w:t>
        <w:br/>
        <w:t>f 33240/30677/25776 33242/30678/25777 33182/30619/25718</w:t>
        <w:br/>
        <w:t>f 33340/30776/25871 33339/30777/25872 33302/30739/25838</w:t>
        <w:br/>
        <w:t>f 33303/30738/25837 33340/30776/25871 33302/30739/25838</w:t>
        <w:br/>
        <w:t>f 33339/30777/25872 33341/30778/25873 33318/30754/25853</w:t>
        <w:br/>
        <w:t>f 33302/30739/25838 33339/30777/25872 33318/30754/25853</w:t>
        <w:br/>
        <w:t>f 33321/30756/25853 33343/30779/25874 33342/30780/25875</w:t>
        <w:br/>
        <w:t>f 33320/30757/25855 33321/30756/25853 33342/30780/25875</w:t>
        <w:br/>
        <w:t>f 33320/30757/25855 33252/30690/25789 33265/30703/25802</w:t>
        <w:br/>
        <w:t>f 33324/30761/25858 33320/30757/25855 33265/30703/25802</w:t>
        <w:br/>
        <w:t>f 33324/30761/25858 33265/30703/25802 33263/30701/25800</w:t>
        <w:br/>
        <w:t>f 33322/30760/25857 33324/30761/25858 33263/30701/25800</w:t>
        <w:br/>
        <w:t>f 33322/30760/25857 33263/30701/25800 32998/30438/25537</w:t>
        <w:br/>
        <w:t>f 33306/30742/25841 33322/30760/25857 32998/30438/25537</w:t>
        <w:br/>
        <w:t>f 33306/30742/25841 32998/30438/25537 32999/30437/25536</w:t>
        <w:br/>
        <w:t>f 33305/30743/25842 33306/30742/25841 32999/30437/25536</w:t>
        <w:br/>
        <w:t>f 32999/30437/25536 33050/30488/25587 33315/30751/25850</w:t>
        <w:br/>
        <w:t>f 33305/30743/25842 32999/30437/25536 33315/30751/25850</w:t>
        <w:br/>
        <w:t>f 33050/30488/25587 33043/30481/25580 33310/30746/25845</w:t>
        <w:br/>
        <w:t>f 33315/30751/25850 33050/30488/25587 33310/30746/25845</w:t>
        <w:br/>
        <w:t>f 33310/30746/25845 33043/30481/25580 33044/30480/25579</w:t>
        <w:br/>
        <w:t>f 33309/30747/25846 33310/30746/25845 33044/30480/25579</w:t>
        <w:br/>
        <w:t>f 33044/30480/25579 33054/30492/25591 33316/30753/25852</w:t>
        <w:br/>
        <w:t>f 33309/30747/25846 33044/30480/25579 33316/30753/25852</w:t>
        <w:br/>
        <w:t>f 33054/30492/25591 33312/30750/25849 33344/30781/25876</w:t>
        <w:br/>
        <w:t>f 33316/30753/25852 33054/30492/25591 33344/30781/25876</w:t>
        <w:br/>
        <w:t>f 33312/30750/25849 33340/30776/25871 33303/30738/25837</w:t>
        <w:br/>
        <w:t>f 33344/30781/25876 33312/30750/25849 33303/30738/25837</w:t>
        <w:br/>
        <w:t>f 33324/30761/25858 33005/30439/25538 33002/30442/25541</w:t>
        <w:br/>
        <w:t>f 33320/30757/25855 33324/30761/25858 33002/30442/25541</w:t>
        <w:br/>
        <w:t>f 33046/30486/25585 33047/30485/25584 33316/30753/25852</w:t>
        <w:br/>
        <w:t>f 33344/30781/25876 33046/30486/25585 33316/30753/25852</w:t>
        <w:br/>
        <w:t>f 33052/30490/25589 33046/30486/25585 33344/30781/25876</w:t>
        <w:br/>
        <w:t>f 33303/30738/25837 33052/30490/25589 33344/30781/25876</w:t>
        <w:br/>
        <w:t>f 33052/30490/25589 33301/30740/25839 33345/30782/25877</w:t>
        <w:br/>
        <w:t>f 33053/30489/25588 33052/30490/25589 33345/30782/25877</w:t>
        <w:br/>
        <w:t>f 33347/30783/25878 33307/30741/25840 33304/30744/25843</w:t>
        <w:br/>
        <w:t>f 33346/30784/25879 33347/30783/25878 33304/30744/25843</w:t>
        <w:br/>
        <w:t>f 33349/30785/25880 33311/30745/25844 33308/30748/25847</w:t>
        <w:br/>
        <w:t>f 33348/30786/25881 33349/30785/25880 33308/30748/25847</w:t>
        <w:br/>
        <w:t>f 33304/30744/25843 33314/30752/25851 33350/30787/25882</w:t>
        <w:br/>
        <w:t>f 33346/30784/25879 33304/30744/25843 33350/30787/25882</w:t>
        <w:br/>
        <w:t>f 33350/30787/25882 33314/30752/25851 33311/30745/25844</w:t>
        <w:br/>
        <w:t>f 33349/30785/25880 33350/30787/25882 33311/30745/25844</w:t>
        <w:br/>
        <w:t>f 33348/30786/25881 33308/30748/25847 33047/30485/25584</w:t>
        <w:br/>
        <w:t>f 33048/30484/25583 33348/30786/25881 33047/30485/25584</w:t>
        <w:br/>
        <w:t>f 33301/30740/25839 33317/30755/25854 33351/30788/25883</w:t>
        <w:br/>
        <w:t>f 33345/30782/25877 33301/30740/25839 33351/30788/25883</w:t>
        <w:br/>
        <w:t>f 33319/30758/25854 33002/30442/25541 33003/30441/25540</w:t>
        <w:br/>
        <w:t>f 33352/30789/25883 33319/30758/25854 33003/30441/25540</w:t>
        <w:br/>
        <w:t>f 33353/30790/25884 33323/30759/25856 33307/30741/25840</w:t>
        <w:br/>
        <w:t>f 33347/30783/25878 33353/30790/25884 33307/30741/25840</w:t>
        <w:br/>
        <w:t>f 33004/30440/25539 33005/30439/25538 33323/30759/25856</w:t>
        <w:br/>
        <w:t>f 33353/30790/25884 33004/30440/25539 33323/30759/25856</w:t>
        <w:br/>
        <w:t>f 33287/30724/25823 33268/30704/25803 33267/30705/25804</w:t>
        <w:br/>
        <w:t>f 33282/30719/25818 33287/30724/25823 33267/30705/25804</w:t>
        <w:br/>
        <w:t>f 33272/30709/25808 33269/30706/25805 33287/30724/25823</w:t>
        <w:br/>
        <w:t>f 33270/30708/25807 33271/30707/25806 33273/30710/25809</w:t>
        <w:br/>
        <w:t>f 33288/30725/25824 33270/30708/25807 33273/30710/25809</w:t>
        <w:br/>
        <w:t>f 33274/30712/25811 33275/30711/25810 33290/30726/25825</w:t>
        <w:br/>
        <w:t>f 33276/30714/25813 33277/30713/25812 33284/30720/25819</w:t>
        <w:br/>
        <w:t>f 33281/30718/25817 33276/30714/25813 33284/30720/25819</w:t>
        <w:br/>
        <w:t>f 33278/30715/25814 33274/30712/25811 33283/30721/25820</w:t>
        <w:br/>
        <w:t>f 33292/30728/25827 33280/30716/25815 33279/30717/25816</w:t>
        <w:br/>
        <w:t>f 33291/30729/25828 33292/30728/25827 33279/30717/25816</w:t>
        <w:br/>
        <w:t>f 33293/30730/25829 33285/30722/25821 33270/30708/25807</w:t>
        <w:br/>
        <w:t>f 33288/30725/25824 33293/30730/25829 33270/30708/25807</w:t>
        <w:br/>
        <w:t>f 33291/30729/25828 33279/30717/25816 33286/30723/25822</w:t>
        <w:br/>
        <w:t>f 33294/30731/25830 33291/30729/25828 33286/30723/25822</w:t>
        <w:br/>
        <w:t>f 33289/30727/25826 33275/30711/25810 33280/30716/25815</w:t>
        <w:br/>
        <w:t>f 33292/30728/25827 33289/30727/25826 33280/30716/25815</w:t>
        <w:br/>
        <w:t>f 33032/30469/25568 33269/30706/25805 33271/30707/25806</w:t>
        <w:br/>
        <w:t>f 33015/30453/25552 33032/30469/25568 33271/30707/25806</w:t>
        <w:br/>
        <w:t>f 33027/30465/25564 33276/30714/25813 33267/30705/25804</w:t>
        <w:br/>
        <w:t>f 33008/30444/25543 33027/30465/25564 33267/30705/25804</w:t>
        <w:br/>
        <w:t>f 33278/30715/25814 33277/30713/25812 33028/30464/25563</w:t>
        <w:br/>
        <w:t>f 33030/30467/25566 33278/30715/25814 33028/30464/25563</w:t>
        <w:br/>
        <w:t>f 33357/30791/25885 33356/30792/25886 33355/30793/25886</w:t>
        <w:br/>
        <w:t>f 33354/30794/25887 33357/30791/25885 33355/30793/25886</w:t>
        <w:br/>
        <w:t>f 33361/30795/25888 33360/30796/25888 33359/30797/25889</w:t>
        <w:br/>
        <w:t>f 33358/30798/25889 33361/30795/25888 33359/30797/25889</w:t>
        <w:br/>
        <w:t>f 33358/30798/25889 33359/30797/25889 33363/30799/25890</w:t>
        <w:br/>
        <w:t>f 33362/30800/25891 33358/30798/25889 33363/30799/25890</w:t>
        <w:br/>
        <w:t>f 33367/30801/25892 33366/30802/25893 33365/30803/25894</w:t>
        <w:br/>
        <w:t>f 33364/30804/25894 33367/30801/25892 33365/30803/25894</w:t>
        <w:br/>
        <w:t>f 33371/30805/25895 33370/30806/25896 33369/30807/25897</w:t>
        <w:br/>
        <w:t>f 33368/30808/25895 33371/30805/25895 33369/30807/25897</w:t>
        <w:br/>
        <w:t>f 33374/30809/25898 33373/30810/25899 33372/30811/25900</w:t>
        <w:br/>
        <w:t>f 33377/30812/25901 33370/30806/25896 33376/30813/25902</w:t>
        <w:br/>
        <w:t>f 33375/30814/25903 33377/30812/25901 33376/30813/25902</w:t>
        <w:br/>
        <w:t>f 33380/30815/25904 33379/30816/25905 33378/30817/25906</w:t>
        <w:br/>
        <w:t>f 33382/30818/25907 33371/30805/25895 33368/30808/25895</w:t>
        <w:br/>
        <w:t>f 33381/30819/25907 33382/30818/25907 33368/30808/25895</w:t>
        <w:br/>
        <w:t>f 33384/30820/25908 33383/30821/25909 33372/30811/25900</w:t>
        <w:br/>
        <w:t>f 33373/30810/25899 33384/30820/25908 33372/30811/25900</w:t>
        <w:br/>
        <w:t>f 33386/30822/25910 33380/30815/25904 33378/30817/25906</w:t>
        <w:br/>
        <w:t>f 33385/30823/25911 33386/30822/25910 33378/30817/25906</w:t>
        <w:br/>
        <w:t>f 33389/30824/25912 33388/30825/25913 33387/30826/25914</w:t>
        <w:br/>
        <w:t>f 33385/30823/25911 33389/30824/25912 33387/30826/25914</w:t>
        <w:br/>
        <w:t>f 33392/30827/25915 33391/30828/25916 33390/30829/25917</w:t>
        <w:br/>
        <w:t>f 33384/30820/25908 33393/30830/25918 33383/30821/25909</w:t>
        <w:br/>
        <w:t>f 33396/30831/25919 33395/30832/25920 33394/30833/25921</w:t>
        <w:br/>
        <w:t>f 33397/30834/25919 33396/30831/25919 33394/30833/25921</w:t>
        <w:br/>
        <w:t>f 33394/30833/25921 33395/30832/25920 33366/30802/25893</w:t>
        <w:br/>
        <w:t>f 33367/30801/25892 33394/30833/25921 33366/30802/25893</w:t>
        <w:br/>
        <w:t>f 33400/30835/25922 33399/30836/25923 33398/30837/25924</w:t>
        <w:br/>
        <w:t>f 33387/30826/25914 33400/30835/25922 33398/30837/25924</w:t>
        <w:br/>
        <w:t>f 33404/30838/25925 33403/30839/25926 33402/30840/25927</w:t>
        <w:br/>
        <w:t>f 33401/30841/25928 33404/30838/25925 33402/30840/25927</w:t>
        <w:br/>
        <w:t>f 33405/30842/25929 33396/30831/25919 33397/30834/25919</w:t>
        <w:br/>
        <w:t>f 33406/30843/25930 33405/30842/25929 33397/30834/25919</w:t>
        <w:br/>
        <w:t>f 33408/30844/25931 33405/30842/25929 33406/30843/25930</w:t>
        <w:br/>
        <w:t>f 33407/30845/25931 33408/30844/25931 33406/30843/25930</w:t>
        <w:br/>
        <w:t>f 33410/30846/25932 33408/30844/25931 33407/30845/25931</w:t>
        <w:br/>
        <w:t>f 33409/30847/25933 33410/30846/25932 33407/30845/25931</w:t>
        <w:br/>
        <w:t>f 33414/30848/25934 33413/30849/25935 33412/30850/25936</w:t>
        <w:br/>
        <w:t>f 33411/30851/25936 33414/30848/25934 33412/30850/25936</w:t>
        <w:br/>
        <w:t>f 33413/30849/25935 33414/30848/25934 33415/30852/25937</w:t>
        <w:br/>
        <w:t>f 33416/30853/25937 33413/30849/25935 33415/30852/25937</w:t>
        <w:br/>
        <w:t>f 33419/30854/25938 33418/30855/25939 33417/30856/25940</w:t>
        <w:br/>
        <w:t>f 33380/30815/25904 33419/30854/25938 33417/30856/25940</w:t>
        <w:br/>
        <w:t>f 33422/30857/25941 33390/30829/25917 33421/30858/25942</w:t>
        <w:br/>
        <w:t>f 33420/30859/25942 33422/30857/25941 33421/30858/25942</w:t>
        <w:br/>
        <w:t>f 33423/30860/25943 33385/30823/25911 33387/30826/25914</w:t>
        <w:br/>
        <w:t>f 33398/30837/25924 33423/30860/25943 33387/30826/25914</w:t>
        <w:br/>
        <w:t>f 33425/30861/25944 33401/30841/25928 33424/30862/25945</w:t>
        <w:br/>
        <w:t>f 33392/30827/25915 33425/30861/25944 33424/30862/25945</w:t>
        <w:br/>
        <w:t>f 33427/30863/25946 33401/30841/25928 33402/30840/25927</w:t>
        <w:br/>
        <w:t>f 33426/30864/25946 33401/30841/25928 33427/30863/25946</w:t>
        <w:br/>
        <w:t>f 33426/30864/25946 33424/30862/25945 33401/30841/25928</w:t>
        <w:br/>
        <w:t>f 33400/30835/25922 33387/30826/25914 33388/30825/25913</w:t>
        <w:br/>
        <w:t>f 33411/30851/25936 33412/30850/25936 33429/30865/25947</w:t>
        <w:br/>
        <w:t>f 33428/30866/25947 33411/30851/25936 33429/30865/25947</w:t>
        <w:br/>
        <w:t>f 33431/30867/25948 33410/30846/25932 33409/30847/25933</w:t>
        <w:br/>
        <w:t>f 33430/30868/25948 33431/30867/25948 33409/30847/25933</w:t>
        <w:br/>
        <w:t>f 33364/30804/25894 33365/30803/25894 33398/30837/25924</w:t>
        <w:br/>
        <w:t>f 33399/30836/25923 33364/30804/25894 33398/30837/25924</w:t>
        <w:br/>
        <w:t>f 33418/30855/25939 33382/30818/25907 33381/30819/25907</w:t>
        <w:br/>
        <w:t>f 33417/30856/25940 33418/30855/25939 33381/30819/25907</w:t>
        <w:br/>
        <w:t>f 33420/30859/25942 33421/30858/25942 33433/30869/25949</w:t>
        <w:br/>
        <w:t>f 33432/30870/25949 33420/30859/25942 33433/30869/25949</w:t>
        <w:br/>
        <w:t>f 33436/30871/25950 33435/30872/25951 33434/30873/25952</w:t>
        <w:br/>
        <w:t>f 33377/30812/25901 33375/30814/25903 33434/30873/25953</w:t>
        <w:br/>
        <w:t>f 33437/30874/25954 33377/30812/25901 33434/30873/25953</w:t>
        <w:br/>
        <w:t>f 33438/30875/25955 33377/30812/25901 33437/30874/25954</w:t>
        <w:br/>
        <w:t>f 33373/30810/25899 33374/30809/25898 33440/30876/25956</w:t>
        <w:br/>
        <w:t>f 33439/30877/25957 33373/30810/25899 33440/30876/25956</w:t>
        <w:br/>
        <w:t>f 33384/30820/25908 33373/30810/25899 33439/30877/25957</w:t>
        <w:br/>
        <w:t>f 33442/30878/25958 33441/30879/25958 33393/30830/25918</w:t>
        <w:br/>
        <w:t>f 33384/30820/25908 33442/30878/25958 33393/30830/25918</w:t>
        <w:br/>
        <w:t>f 33443/30880/25959 33362/30800/25891 33363/30799/25890</w:t>
        <w:br/>
        <w:t>f 33447/30881/25960 33446/30882/25961 33445/30883/25962</w:t>
        <w:br/>
        <w:t>f 33444/30884/25960 33447/30881/25960 33445/30883/25962</w:t>
        <w:br/>
        <w:t>f 33451/30885/25963 33450/30886/25964 33449/30887/25964</w:t>
        <w:br/>
        <w:t>f 33448/30888/25963 33451/30885/25963 33449/30887/25964</w:t>
        <w:br/>
        <w:t>f 33452/30889/25965 33447/30881/25960 33444/30884/25960</w:t>
        <w:br/>
        <w:t>f 33453/30890/25965 33452/30889/25965 33444/30884/25960</w:t>
        <w:br/>
        <w:t>f 33450/30886/25964 33452/30889/25965 33453/30890/25965</w:t>
        <w:br/>
        <w:t>f 33449/30887/25964 33450/30886/25964 33453/30890/25965</w:t>
        <w:br/>
        <w:t>f 33361/30795/25888 33451/30885/25963 33448/30888/25963</w:t>
        <w:br/>
        <w:t>f 33360/30796/25888 33361/30795/25888 33448/30888/25963</w:t>
        <w:br/>
        <w:t>f 33454/30891/25966 33362/30800/25891 33443/30880/25959</w:t>
        <w:br/>
        <w:t>f 33455/30892/25967 33454/30891/25966 33443/30880/25959</w:t>
        <w:br/>
        <w:t>f 33357/30791/25885 33354/30794/25887 33456/30893/25967</w:t>
        <w:br/>
        <w:t>f 33445/30883/25962 33446/30882/25961 33457/30894/25968</w:t>
        <w:br/>
        <w:t>f 33446/30882/25961 33355/30793/25886 33356/30792/25886</w:t>
        <w:br/>
        <w:t>f 33457/30894/25968 33446/30882/25961 33356/30792/25886</w:t>
        <w:br/>
        <w:t>f 33428/30866/25947 33429/30865/25947 33431/30867/25948</w:t>
        <w:br/>
        <w:t>f 33430/30868/25948 33428/30866/25947 33431/30867/25948</w:t>
        <w:br/>
        <w:t>f 33460/30895/25969 33459/30896/25970 33458/30897/25970</w:t>
        <w:br/>
        <w:t>f 33461/30898/25969 33460/30895/25969 33458/30897/25970</w:t>
        <w:br/>
        <w:t>f 33465/30899/25971 33464/30900/25971 33463/30901/25972</w:t>
        <w:br/>
        <w:t>f 33462/30902/25972 33465/30899/25971 33463/30901/25972</w:t>
        <w:br/>
        <w:t>f 33467/30903/25973 33466/30904/25973 33464/30900/25971</w:t>
        <w:br/>
        <w:t>f 33465/30899/25971 33467/30903/25973 33464/30900/25971</w:t>
        <w:br/>
        <w:t>f 33470/30905/25974 33469/30906/25975 33468/30907/25975</w:t>
        <w:br/>
        <w:t>f 33471/30908/25974 33470/30905/25974 33468/30907/25975</w:t>
        <w:br/>
        <w:t>f 33475/30909/25976 33474/30910/25976 33473/30911/25977</w:t>
        <w:br/>
        <w:t>f 33472/30912/25977 33475/30909/25976 33473/30911/25977</w:t>
        <w:br/>
        <w:t>f 33476/30913/25978 33474/30910/25976 33475/30909/25976</w:t>
        <w:br/>
        <w:t>f 33477/30914/25978 33476/30913/25978 33475/30909/25976</w:t>
        <w:br/>
        <w:t>f 33480/30915/25979 33479/30916/25980 33478/30917/25981</w:t>
        <w:br/>
        <w:t>f 33481/30918/25982 33480/30915/25979 33478/30917/25981</w:t>
        <w:br/>
        <w:t>f 33472/30912/25977 33473/30911/25977 33483/30919/25983</w:t>
        <w:br/>
        <w:t>f 33482/30920/25983 33472/30912/25977 33483/30919/25983</w:t>
        <w:br/>
        <w:t>f 33487/30921/25984 33486/30922/25984 33485/30923/25985</w:t>
        <w:br/>
        <w:t>f 33484/30924/25985 33487/30921/25984 33485/30923/25985</w:t>
        <w:br/>
        <w:t>f 33489/30925/25986 33488/30926/25986 33481/30918/25982</w:t>
        <w:br/>
        <w:t>f 33478/30917/25981 33489/30925/25986 33481/30918/25982</w:t>
        <w:br/>
        <w:t>f 33483/30919/25983 33491/30927/25987 33490/30928/25987</w:t>
        <w:br/>
        <w:t>f 33482/30920/25983 33483/30919/25983 33490/30928/25987</w:t>
        <w:br/>
        <w:t>f 33494/30929/25988 33493/30930/25989 33492/30931/25989</w:t>
        <w:br/>
        <w:t>f 33495/30932/25988 33494/30929/25988 33492/30931/25989</w:t>
        <w:br/>
        <w:t>f 33498/30933/25990 33497/30934/25991 33496/30935/25991</w:t>
        <w:br/>
        <w:t>f 33499/30936/25990 33498/30933/25990 33496/30935/25991</w:t>
        <w:br/>
        <w:t>f 33502/30937/25992 33501/30938/25993 33500/30939/25993</w:t>
        <w:br/>
        <w:t>f 33503/30940/25992 33502/30937/25992 33500/30939/25993</w:t>
        <w:br/>
        <w:t>f 33507/30941/25994 33506/30942/25994 33505/30943/25995</w:t>
        <w:br/>
        <w:t>f 33504/30944/25996 33507/30941/25994 33505/30943/25995</w:t>
        <w:br/>
        <w:t>f 33504/30944/25996 33505/30943/25995 33470/30905/25974</w:t>
        <w:br/>
        <w:t>f 33471/30908/25974 33504/30944/25996 33470/30905/25974</w:t>
        <w:br/>
        <w:t>f 33511/30945/25997 33510/30946/25997 33509/30947/25998</w:t>
        <w:br/>
        <w:t>f 33508/30948/25998 33511/30945/25997 33509/30947/25998</w:t>
        <w:br/>
        <w:t>f 33515/30949/25999 33514/30950/25999 33513/30951/26000</w:t>
        <w:br/>
        <w:t>f 33512/30952/26000 33515/30949/25999 33513/30951/26000</w:t>
        <w:br/>
        <w:t>f 33516/30953/26001 33506/30942/25994 33507/30941/25994</w:t>
        <w:br/>
        <w:t>f 33517/30954/26001 33516/30953/26001 33507/30941/25994</w:t>
        <w:br/>
        <w:t>f 33518/30955/26002 33516/30953/26001 33517/30954/26001</w:t>
        <w:br/>
        <w:t>f 33519/30956/26002 33518/30955/26002 33517/30954/26001</w:t>
        <w:br/>
        <w:t>f 33520/30957/26003 33518/30955/26002 33519/30956/26002</w:t>
        <w:br/>
        <w:t>f 33521/30958/26004 33520/30957/26003 33519/30956/26002</w:t>
        <w:br/>
        <w:t>f 33525/30959/26005 33524/30960/26006 33523/30961/26007</w:t>
        <w:br/>
        <w:t>f 33522/30962/26007 33525/30959/26005 33523/30961/26007</w:t>
        <w:br/>
        <w:t>f 33527/30963/26008 33526/30964/26008 33524/30960/26006</w:t>
        <w:br/>
        <w:t>f 33525/30959/26005 33527/30963/26008 33524/30960/26006</w:t>
        <w:br/>
        <w:t>f 33528/30965/26009 33498/30933/25990 33499/30936/25990</w:t>
        <w:br/>
        <w:t>f 33529/30966/26009 33528/30965/26009 33499/30936/25990</w:t>
        <w:br/>
        <w:t>f 33530/30967/26010 33514/30950/25999 33515/30949/25999</w:t>
        <w:br/>
        <w:t>f 33531/30968/26010 33530/30967/26010 33515/30949/25999</w:t>
        <w:br/>
        <w:t>f 33535/30969/26011 33534/30970/26012 33533/30971/26013</w:t>
        <w:br/>
        <w:t>f 33532/30972/26013 33535/30969/26011 33533/30971/26013</w:t>
        <w:br/>
        <w:t>f 33508/30948/25998 33509/30947/25998 33494/30929/25988</w:t>
        <w:br/>
        <w:t>f 33495/30932/25988 33508/30948/25998 33494/30929/25988</w:t>
        <w:br/>
        <w:t>f 33522/30962/26007 33523/30961/26007 33537/30973/26014</w:t>
        <w:br/>
        <w:t>f 33536/30974/26014 33522/30962/26007 33537/30973/26014</w:t>
        <w:br/>
        <w:t>f 33538/30975/26015 33520/30957/26003 33521/30958/26004</w:t>
        <w:br/>
        <w:t>f 33539/30976/26015 33538/30975/26015 33521/30958/26004</w:t>
        <w:br/>
        <w:t>f 33469/30906/25975 33510/30946/25997 33511/30945/25997</w:t>
        <w:br/>
        <w:t>f 33468/30907/25975 33469/30906/25975 33511/30945/25997</w:t>
        <w:br/>
        <w:t>f 33541/30977/26016 33540/30978/26016 33488/30926/25986</w:t>
        <w:br/>
        <w:t>f 33489/30925/25986 33541/30977/26016 33488/30926/25986</w:t>
        <w:br/>
        <w:t>f 33542/30979/26017 33528/30965/26009 33529/30966/26009</w:t>
        <w:br/>
        <w:t>f 33543/30980/26017 33542/30979/26017 33529/30966/26009</w:t>
        <w:br/>
        <w:t>f 33545/30981/26018 33544/30982/26019 33476/30913/25978</w:t>
        <w:br/>
        <w:t>f 33477/30914/25978 33545/30981/26018 33476/30913/25978</w:t>
        <w:br/>
        <w:t>f 33546/30983/26020 33544/30982/26019 33545/30981/26018</w:t>
        <w:br/>
        <w:t>f 33547/30984/26020 33546/30983/26020 33545/30981/26018</w:t>
        <w:br/>
        <w:t>f 33551/30985/26021 33550/30986/26021 33549/30987/26022</w:t>
        <w:br/>
        <w:t>f 33548/30988/26022 33551/30985/26021 33549/30987/26022</w:t>
        <w:br/>
        <w:t>f 33553/30989/26023 33552/30990/26023 33500/30939/25993</w:t>
        <w:br/>
        <w:t>f 33501/30938/25993 33553/30989/26023 33500/30939/25993</w:t>
        <w:br/>
        <w:t>f 33554/30991/26024 33466/30904/25973 33467/30903/25973</w:t>
        <w:br/>
        <w:t>f 33555/30992/26025 33554/30991/26024 33467/30903/25973</w:t>
        <w:br/>
        <w:t>f 33558/30993/26026 33557/30994/26027 33556/30995/26027</w:t>
        <w:br/>
        <w:t>f 33559/30996/26026 33558/30993/26026 33556/30995/26027</w:t>
        <w:br/>
        <w:t>f 33562/30997/26028 33561/30998/26029 33560/30999/26029</w:t>
        <w:br/>
        <w:t>f 33563/31000/26028 33562/30997/26028 33560/30999/26029</w:t>
        <w:br/>
        <w:t>f 33565/31001/26030 33564/31002/26030 33558/30993/26026</w:t>
        <w:br/>
        <w:t>f 33559/30996/26026 33565/31001/26030 33558/30993/26026</w:t>
        <w:br/>
        <w:t>f 33560/30999/26029 33561/30998/26029 33564/31002/26030</w:t>
        <w:br/>
        <w:t>f 33565/31001/26030 33560/30999/26029 33564/31002/26030</w:t>
        <w:br/>
        <w:t>f 33463/30901/25972 33562/30997/26028 33563/31000/26028</w:t>
        <w:br/>
        <w:t>f 33462/30902/25972 33463/30901/25972 33563/31000/26028</w:t>
        <w:br/>
        <w:t>f 33567/31003/26031 33566/31004/26031 33554/30991/26024</w:t>
        <w:br/>
        <w:t>f 33555/30992/26025 33567/31003/26031 33554/30991/26024</w:t>
        <w:br/>
        <w:t>f 33458/30897/25970 33459/30896/25970 33569/31005/26031</w:t>
        <w:br/>
        <w:t>f 33568/31006/26031 33458/30897/25970 33569/31005/26031</w:t>
        <w:br/>
        <w:t>f 33557/30994/26027 33571/31007/26032 33570/31008/26032</w:t>
        <w:br/>
        <w:t>f 33556/30995/26027 33557/30994/26027 33570/31008/26032</w:t>
        <w:br/>
        <w:t>f 33570/31008/26032 33571/31007/26032 33460/30895/25969</w:t>
        <w:br/>
        <w:t>f 33461/30898/25969 33570/31008/26032 33460/30895/25969</w:t>
        <w:br/>
        <w:t>f 33536/30974/26014 33537/30973/26014 33538/30975/26015</w:t>
        <w:br/>
        <w:t>f 33539/30976/26015 33536/30974/26014 33538/30975/26015</w:t>
        <w:br/>
        <w:t>f 33425/30861/25944 33404/30838/25925 33401/30841/25928</w:t>
        <w:br/>
        <w:t>f 33385/30823/25911 33423/30860/25943 33386/30822/25910</w:t>
        <w:br/>
        <w:t>f 33380/30815/25904 33386/30822/25910 33419/30854/25938</w:t>
        <w:br/>
        <w:t>f 33572/31009/26033 33435/30872/26034 33375/30814/25903</w:t>
        <w:br/>
        <w:t>f 33376/30813/25902 33572/31009/26033 33375/30814/25903</w:t>
        <w:br/>
        <w:t>f 33440/30876/25956 33374/30809/25898 33574/31010/26035</w:t>
        <w:br/>
        <w:t>f 33573/31011/26036 33440/30876/25956 33574/31010/26035</w:t>
        <w:br/>
        <w:t>f 33573/31011/26036 33574/31010/26035 33435/30872/26034</w:t>
        <w:br/>
        <w:t>f 33572/31009/26033 33573/31011/26036 33435/30872/26034</w:t>
        <w:br/>
        <w:t>f 33370/30806/25896 33377/30812/25901 33438/30875/25955</w:t>
        <w:br/>
        <w:t>f 33369/30807/25897 33370/30806/25896 33438/30875/25955</w:t>
        <w:br/>
        <w:t>f 33441/30879/25958 33442/30878/25958 33432/30870/25949</w:t>
        <w:br/>
        <w:t>f 33433/30869/25949 33441/30879/25958 33432/30870/25949</w:t>
        <w:br/>
        <w:t>f 33550/30986/26021 33551/30985/26021 33479/30916/25980</w:t>
        <w:br/>
        <w:t>f 33480/30915/25979 33550/30986/26021 33479/30916/25980</w:t>
        <w:br/>
        <w:t>f 33542/30979/26017 33543/30980/26017 33552/30990/26023</w:t>
        <w:br/>
        <w:t>f 33553/30989/26023 33542/30979/26017 33552/30990/26023</w:t>
        <w:br/>
        <w:t>f 33575/31012/26037 33392/30827/25915 33390/30829/25917</w:t>
        <w:br/>
        <w:t>f 33422/30857/25941 33575/31012/26037 33390/30829/25917</w:t>
        <w:br/>
        <w:t>f 33392/30827/25915 33575/31012/26037 33425/30861/25944</w:t>
        <w:br/>
        <w:t>f 32698/30167/25288 33576/31013/26038 32699/30168/25289</w:t>
        <w:br/>
        <w:t>f 32699/30168/25289 33578/31014/26039 33577/31015/26040</w:t>
        <w:br/>
        <w:t>f 33580/31016/25301 33579/31017/25300 33577/31015/26040</w:t>
        <w:br/>
        <w:t>f 33578/31014/26039 33580/31016/25301 33577/31015/26040</w:t>
        <w:br/>
        <w:t>f 32699/30168/25289 33576/31013/26038 33581/31018/26041</w:t>
        <w:br/>
        <w:t>f 32699/30168/25289 33581/31018/26041 33578/31014/26039</w:t>
        <w:br/>
        <w:t>f 32710/30181/25302 33583/31019/26042 33582/31020/26043</w:t>
        <w:br/>
        <w:t>f 33584/31021/26044 32719/30185/25306 32716/30188/25309</w:t>
        <w:br/>
        <w:t>f 33586/31022/26045 32720/30190/25311 32719/30185/25306</w:t>
        <w:br/>
        <w:t>f 33586/31022/26045 32920/30389/25504 32720/30190/25311</w:t>
        <w:br/>
        <w:t>f 33586/31022/26045 33585/31023/26045 32920/30389/25504</w:t>
        <w:br/>
        <w:t>f 33588/31024/26046 33587/31025/26047 32919/30388/25503</w:t>
        <w:br/>
        <w:t>f 32920/30389/25504 33588/31024/26046 32919/30388/25503</w:t>
        <w:br/>
        <w:t>f 33587/31025/26047 31443/29437/24659 30774/28799/24114</w:t>
        <w:br/>
        <w:t>f 32919/30388/25503 33587/31025/26047 30774/28799/24114</w:t>
        <w:br/>
        <w:t>f 33592/31026/26048 33591/31027/26049 33590/31028/26050</w:t>
        <w:br/>
        <w:t>f 33589/31029/26051 33592/31026/26048 33590/31028/26050</w:t>
        <w:br/>
        <w:t>f 33595/31030/26052 33594/31031/26053 33593/31032/26054</w:t>
        <w:br/>
        <w:t>f 33596/31033/26055 33595/31030/26052 33593/31032/26054</w:t>
        <w:br/>
        <w:t>f 33600/31034/26056 33599/31035/26057 33598/31036/26058</w:t>
        <w:br/>
        <w:t>f 33597/31037/26059 33600/31034/26056 33598/31036/26058</w:t>
        <w:br/>
        <w:t>f 33594/31031/26053 33595/31030/26052 33589/31029/26051</w:t>
        <w:br/>
        <w:t>f 33590/31028/26050 33594/31031/26053 33589/31029/26051</w:t>
        <w:br/>
        <w:t>f 33595/31030/26052 33602/31038/26060 33601/31039/26061</w:t>
        <w:br/>
        <w:t>f 33589/31029/26051 33595/31030/26052 33601/31039/26061</w:t>
        <w:br/>
        <w:t>f 33604/31040/26062 33600/31034/26056 33597/31037/26059</w:t>
        <w:br/>
        <w:t>f 33603/31041/26063 33604/31040/26062 33597/31037/26059</w:t>
        <w:br/>
        <w:t>f 33607/31042/26064 33606/31043/26065 33601/31039/26061</w:t>
        <w:br/>
        <w:t>f 33605/31044/26066 33607/31042/26064 33601/31039/26061</w:t>
        <w:br/>
        <w:t>f 33596/31033/26055 33608/31045/26067 33602/31038/26060</w:t>
        <w:br/>
        <w:t>f 33595/31030/26052 33596/31033/26055 33602/31038/26060</w:t>
        <w:br/>
        <w:t>f 33612/31046/26068 33611/31047/26069 33610/31048/26070</w:t>
        <w:br/>
        <w:t>f 33609/31049/26071 33612/31046/26068 33610/31048/26070</w:t>
        <w:br/>
        <w:t>f 33616/31050/26072 33615/31051/26073 33614/31052/26074</w:t>
        <w:br/>
        <w:t>f 33613/31053/26075 33616/31050/26072 33614/31052/26074</w:t>
        <w:br/>
        <w:t>f 33620/31054/26076 33619/31055/26077 33618/31056/26078</w:t>
        <w:br/>
        <w:t>f 33617/31057/26079 33620/31054/26076 33618/31056/26078</w:t>
        <w:br/>
        <w:t>f 33610/31048/26070 33614/31052/26074 33609/31049/26071</w:t>
        <w:br/>
        <w:t>f 33623/31058/26080 33622/31059/26081 33621/31060/26082</w:t>
        <w:br/>
        <w:t>f 33621/31060/26082 33626/31061/26083 33625/31062/26084</w:t>
        <w:br/>
        <w:t>f 33624/31063/26085 33621/31060/26082 33625/31062/26084</w:t>
        <w:br/>
        <w:t>f 33628/31064/26086 33626/31061/26083 33627/31065/26087</w:t>
        <w:br/>
        <w:t>f 33592/31026/26048 33606/31043/26065 31484/29479/24701</w:t>
        <w:br/>
        <w:t>f 31485/29478/24700 33592/31026/26048 31484/29479/24701</w:t>
        <w:br/>
        <w:t>f 31485/29478/24700 31486/29480/24702 33591/31027/26049</w:t>
        <w:br/>
        <w:t>f 33592/31026/26048 31485/29478/24700 33591/31027/26049</w:t>
        <w:br/>
        <w:t>f 31487/29481/24703 33616/31050/26072 33613/31053/26075</w:t>
        <w:br/>
        <w:t>f 33620/31054/26076 33617/31057/26079 33629/31066/26088</w:t>
        <w:br/>
        <w:t>f 33630/31067/26089 33620/31054/26076 33629/31066/26088</w:t>
        <w:br/>
        <w:t>f 33612/31046/26068 33609/31049/26071 33631/31068/26090</w:t>
        <w:br/>
        <w:t>f 33609/31049/26071 33615/31051/26073 33632/31069/26091</w:t>
        <w:br/>
        <w:t>f 33602/31038/26060 33628/31064/26086 33605/31044/26066</w:t>
        <w:br/>
        <w:t>f 33601/31039/26061 33602/31038/26060 33605/31044/26066</w:t>
        <w:br/>
        <w:t>f 33625/31062/26084 33604/31040/26062 33603/31041/26063</w:t>
        <w:br/>
        <w:t>f 33606/31043/26065 33592/31026/26048 33589/31029/26051</w:t>
        <w:br/>
        <w:t>f 33601/31039/26061 33606/31043/26065 33589/31029/26051</w:t>
        <w:br/>
        <w:t>f 33608/31045/26067 33626/31061/26083 33628/31064/26086</w:t>
        <w:br/>
        <w:t>f 33602/31038/26060 33608/31045/26067 33628/31064/26086</w:t>
        <w:br/>
        <w:t>f 33606/31043/26065 33607/31042/26064 31492/29486/24708</w:t>
        <w:br/>
        <w:t>f 31484/29479/24701 33606/31043/26065 31492/29486/24708</w:t>
        <w:br/>
        <w:t>f 33591/31027/26049 33613/31053/26075 33614/31052/26074</w:t>
        <w:br/>
        <w:t>f 33590/31028/26050 33591/31027/26049 33614/31052/26074</w:t>
        <w:br/>
        <w:t>f 31486/29480/24702 31487/29481/24703 33613/31053/26075</w:t>
        <w:br/>
        <w:t>f 33591/31027/26049 31486/29480/24702 33613/31053/26075</w:t>
        <w:br/>
        <w:t>f 33590/31028/26050 33614/31052/26074 33610/31048/26070</w:t>
        <w:br/>
        <w:t>f 33594/31031/26053 33590/31028/26050 33610/31048/26070</w:t>
        <w:br/>
        <w:t>f 33594/31031/26053 33610/31048/26070 33611/31047/26069</w:t>
        <w:br/>
        <w:t>f 33593/31032/26054 33594/31031/26053 33611/31047/26069</w:t>
        <w:br/>
        <w:t>f 33599/31035/26057 33618/31056/26078 33619/31055/26077</w:t>
        <w:br/>
        <w:t>f 33598/31036/26058 33599/31035/26057 33619/31055/26077</w:t>
        <w:br/>
        <w:t>f 33631/31068/26090 33609/31049/26071 33632/31069/26091</w:t>
        <w:br/>
        <w:t>f 33609/31049/26071 33614/31052/26074 33615/31051/26073</w:t>
        <w:br/>
        <w:t>f 33635/31070/26092 33629/31066/26088 33634/31071/26093</w:t>
        <w:br/>
        <w:t>f 33633/31072/26094 33635/31070/26092 33634/31071/26093</w:t>
        <w:br/>
        <w:t>f 33617/31057/26079 33618/31056/26078 33611/31047/26069</w:t>
        <w:br/>
        <w:t>f 33612/31046/26068 33617/31057/26079 33611/31047/26069</w:t>
        <w:br/>
        <w:t>f 33618/31056/26078 33599/31035/26057 33593/31032/26054</w:t>
        <w:br/>
        <w:t>f 33611/31047/26069 33618/31056/26078 33593/31032/26054</w:t>
        <w:br/>
        <w:t>f 33599/31035/26057 33600/31034/26056 33596/31033/26055</w:t>
        <w:br/>
        <w:t>f 33593/31032/26054 33599/31035/26057 33596/31033/26055</w:t>
        <w:br/>
        <w:t>f 33600/31034/26056 33604/31040/26062 33608/31045/26067</w:t>
        <w:br/>
        <w:t>f 33596/31033/26055 33600/31034/26056 33608/31045/26067</w:t>
        <w:br/>
        <w:t>f 33604/31040/26062 33625/31062/26084 33626/31061/26083</w:t>
        <w:br/>
        <w:t>f 33608/31045/26067 33604/31040/26062 33626/31061/26083</w:t>
        <w:br/>
        <w:t>f 33639/31073/26095 33638/31074/26096 33637/31075/26097</w:t>
        <w:br/>
        <w:t>f 33636/31076/26098 33639/31073/26095 33637/31075/26097</w:t>
        <w:br/>
        <w:t>f 33641/31077/26099 33630/31067/26089 33640/31078/26100</w:t>
        <w:br/>
        <w:t>f 33631/31068/26090 33632/31069/26091 33636/31076/26098</w:t>
        <w:br/>
        <w:t>f 33637/31075/26097 33631/31068/26090 33636/31076/26098</w:t>
        <w:br/>
        <w:t>f 33612/31046/26068 33634/31071/26093 33629/31066/26088</w:t>
        <w:br/>
        <w:t>f 33617/31057/26079 33612/31046/26068 33629/31066/26088</w:t>
        <w:br/>
        <w:t>f 33626/31061/26083 33621/31060/26082 33622/31059/26081</w:t>
        <w:br/>
        <w:t>f 33627/31065/26087 33626/31061/26083 33622/31059/26081</w:t>
        <w:br/>
        <w:t>f 33643/31079/26101 33621/31060/26082 33624/31063/26085</w:t>
        <w:br/>
        <w:t>f 33642/31080/26102 33643/31079/26101 33624/31063/26085</w:t>
        <w:br/>
        <w:t>f 33637/31075/26097 33634/31071/26093 33612/31046/26068</w:t>
        <w:br/>
        <w:t>f 33631/31068/26090 33637/31075/26097 33612/31046/26068</w:t>
        <w:br/>
        <w:t>f 33634/31071/26093 33637/31075/26097 33638/31074/26096</w:t>
        <w:br/>
        <w:t>f 33633/31072/26094 33634/31071/26093 33638/31074/26096</w:t>
        <w:br/>
        <w:t>f 33647/31081/26103 33646/31082/26103 33645/31083/26104</w:t>
        <w:br/>
        <w:t>f 33644/31084/26104 33647/31081/26103 33645/31083/26104</w:t>
        <w:br/>
        <w:t>f 33644/31084/26104 33645/31083/26104 33649/31085/26105</w:t>
        <w:br/>
        <w:t>f 33648/31086/26106 33644/31084/26104 33649/31085/26105</w:t>
        <w:br/>
        <w:t>f 33653/31087/26107 33652/31088/26108 33651/31089/26109</w:t>
        <w:br/>
        <w:t>f 33650/31090/26109 33653/31087/26107 33651/31089/26109</w:t>
        <w:br/>
        <w:t>f 33657/31091/26110 33656/31092/26110 33655/31093/26111</w:t>
        <w:br/>
        <w:t>f 33654/31094/26111 33657/31091/26110 33655/31093/26111</w:t>
        <w:br/>
        <w:t>f 33661/31095/26112 33660/31096/26112 33659/31097/26113</w:t>
        <w:br/>
        <w:t>f 33658/31098/26113 33661/31095/26112 33659/31097/26113</w:t>
        <w:br/>
        <w:t>f 31523/29516/24732 31522/29517/24732 33652/31088/26108</w:t>
        <w:br/>
        <w:t>f 33653/31087/26107 31523/29516/24732 33652/31088/26108</w:t>
        <w:br/>
        <w:t>f 33663/31099/26114 33662/31100/26114 33656/31092/26110</w:t>
        <w:br/>
        <w:t>f 33657/31091/26110 33663/31099/26114 33656/31092/26110</w:t>
        <w:br/>
        <w:t>f 33651/31089/26109 33665/31101/26115 33664/31102/26115</w:t>
        <w:br/>
        <w:t>f 33650/31090/26109 33651/31089/26109 33664/31102/26115</w:t>
        <w:br/>
        <w:t>f 33648/31086/26106 33649/31085/26105 33660/31096/26112</w:t>
        <w:br/>
        <w:t>f 33661/31095/26112 33648/31086/26106 33660/31096/26112</w:t>
        <w:br/>
        <w:t>f 33654/31094/26111 33655/31093/26111 33646/31082/26103</w:t>
        <w:br/>
        <w:t>f 33647/31081/26103 33654/31094/26111 33646/31082/26103</w:t>
        <w:br/>
        <w:t>f 33668/31103/26116 33667/31104/26117 33666/31105/26118</w:t>
        <w:br/>
        <w:t>f 33669/31106/26116 33668/31103/26116 33666/31105/26118</w:t>
        <w:br/>
        <w:t>f 33672/31107/26119 33671/31108/26120 33670/31109/26120</w:t>
        <w:br/>
        <w:t>f 33673/31110/26121 33672/31107/26119 33670/31109/26120</w:t>
        <w:br/>
        <w:t>f 33676/31111/26122 33675/31112/26123 33674/31113/26124</w:t>
        <w:br/>
        <w:t>f 33677/31114/26122 33676/31111/26122 33674/31113/26124</w:t>
        <w:br/>
        <w:t>f 33681/31115/26125 33680/31116/26126 33679/31117/26127</w:t>
        <w:br/>
        <w:t>f 33678/31118/26128 33681/31115/26125 33679/31117/26127</w:t>
        <w:br/>
        <w:t>f 33683/31119/26129 33682/31120/26130 33662/31100/26114</w:t>
        <w:br/>
        <w:t>f 33663/31099/26114 33683/31119/26129 33662/31100/26114</w:t>
        <w:br/>
        <w:t>f 33665/31101/26115 33672/31107/26119 33673/31110/26121</w:t>
        <w:br/>
        <w:t>f 33664/31102/26115 33665/31101/26115 33673/31110/26121</w:t>
        <w:br/>
        <w:t>f 33658/31098/26113 33659/31097/26113 33685/31121/26131</w:t>
        <w:br/>
        <w:t>f 33684/31122/26132 33658/31098/26113 33685/31121/26131</w:t>
        <w:br/>
        <w:t>f 33674/31113/26124 33675/31112/26123 33668/31103/26116</w:t>
        <w:br/>
        <w:t>f 33669/31106/26116 33674/31113/26124 33668/31103/26116</w:t>
        <w:br/>
        <w:t>f 33582/31020/26043 33583/31019/26042 33584/31021/26044</w:t>
        <w:br/>
        <w:t>f 32716/30188/25309 33582/31020/26043 33584/31021/26044</w:t>
        <w:br/>
        <w:t>f 33678/31118/26128 33666/31105/26118 33667/31104/26117</w:t>
        <w:br/>
        <w:t>f 33681/31115/26125 33678/31118/26128 33667/31104/26117</w:t>
        <w:br/>
        <w:t>f 33640/31078/26100 33629/31066/26088 33635/31070/26092</w:t>
        <w:br/>
        <w:t>f 33640/31078/26100 33630/31067/26089 33629/31066/26088</w:t>
        <w:br/>
        <w:t>f 32793/30262/25383 32794/30261/25382 32797/30265/25386</w:t>
        <w:br/>
        <w:t>f 33621/31060/26082 33643/31079/26101 33623/31058/26080</w:t>
        <w:br/>
        <w:t>f 33800/31123/26133 33799/31124/26134 33798/31125/26135</w:t>
        <w:br/>
        <w:t>f 33801/31126/26136 33800/31123/26133 33798/31125/26135</w:t>
        <w:br/>
        <w:t>f 33805/31127/26137 33804/31128/26138 33803/31129/26139</w:t>
        <w:br/>
        <w:t>f 33802/31130/26140 33805/31127/26137 33803/31129/26139</w:t>
        <w:br/>
        <w:t>f 33809/31131/26141 33808/31132/26142 33807/31133/26143</w:t>
        <w:br/>
        <w:t>f 33806/31134/26144 33809/31131/26141 33807/31133/26143</w:t>
        <w:br/>
        <w:t>f 33812/31135/26145 33811/31136/26146 33810/31137/26147</w:t>
        <w:br/>
        <w:t>f 33810/31137/26147 33811/31136/26146 33814/31138/26148</w:t>
        <w:br/>
        <w:t>f 33813/31139/26149 33810/31137/26147 33814/31138/26148</w:t>
        <w:br/>
        <w:t>f 33815/31140/26150 33808/31132/26142 33809/31131/26141</w:t>
        <w:br/>
        <w:t>f 33816/31141/26151 33815/31140/26150 33809/31131/26141</w:t>
        <w:br/>
        <w:t>f 33820/31142/26152 33819/31143/26153 33818/31144/26154</w:t>
        <w:br/>
        <w:t>f 31693/29564/24773 31691/29566/24775 33821/31145/26155</w:t>
        <w:br/>
        <w:t>f 33828/31146/26156 33827/31147/26157 33826/31148/26158</w:t>
        <w:br/>
        <w:t>f 33829/31149/26159 33828/31146/26156 33826/31148/26158</w:t>
        <w:br/>
        <w:t>f 33804/31128/26138 33805/31127/26137 33799/31124/26134</w:t>
        <w:br/>
        <w:t>f 33800/31123/26133 33804/31128/26138 33799/31124/26134</w:t>
        <w:br/>
        <w:t>f 33801/31126/26136 33798/31125/26135 33834/31150/26160</w:t>
        <w:br/>
        <w:t>f 33835/31151/26161 33801/31126/26136 33834/31150/26160</w:t>
        <w:br/>
        <w:t>f 33812/31135/26145 33829/31149/26159 33826/31148/26158</w:t>
        <w:br/>
        <w:t>f 33811/31136/26146 33812/31135/26145 33826/31148/26158</w:t>
        <w:br/>
        <w:t>f 33806/31134/26144 33807/31133/26143 33827/31147/26157</w:t>
        <w:br/>
        <w:t>f 33828/31146/26156 33806/31134/26144 33827/31147/26157</w:t>
        <w:br/>
        <w:t>f 33869/31152/26162 33798/31125/26135 33799/31124/26134</w:t>
        <w:br/>
        <w:t>f 33868/31153/26163 33869/31152/26162 33799/31124/26134</w:t>
        <w:br/>
        <w:t>f 33871/31154/26164 33805/31127/26137 33802/31130/26140</w:t>
        <w:br/>
        <w:t>f 33870/31155/26165 33871/31154/26164 33802/31130/26140</w:t>
        <w:br/>
        <w:t>f 33873/31156/26166 33809/31131/26141 33806/31134/26144</w:t>
        <w:br/>
        <w:t>f 33872/31157/26167 33873/31156/26166 33806/31134/26144</w:t>
        <w:br/>
        <w:t>f 33875/31158/26168 33812/31135/26145 33810/31137/26147</w:t>
        <w:br/>
        <w:t>f 33874/31159/26169 33875/31158/26168 33810/31137/26147</w:t>
        <w:br/>
        <w:t>f 33874/31159/26169 33810/31137/26147 33813/31139/26149</w:t>
        <w:br/>
        <w:t>f 33876/31160/26170 33874/31159/26169 33813/31139/26149</w:t>
        <w:br/>
        <w:t>f 33877/31161/26171 33816/31141/26151 33809/31131/26141</w:t>
        <w:br/>
        <w:t>f 33873/31156/26166 33877/31161/26171 33809/31131/26141</w:t>
        <w:br/>
        <w:t>f 33881/31162/26172 33818/31144/26154 33819/31143/26153</w:t>
        <w:br/>
        <w:t>f 33880/31163/26173 33881/31162/26172 33819/31143/26153</w:t>
        <w:br/>
        <w:t>f 33882/31164/26174 33821/31145/26155 31691/29566/24775</w:t>
        <w:br/>
        <w:t>f 31756/29586/24795 33882/31164/26174 31691/29566/24775</w:t>
        <w:br/>
        <w:t>f 33888/31165/26175 33828/31146/26156 33829/31149/26159</w:t>
        <w:br/>
        <w:t>f 33887/31166/26176 33888/31165/26175 33829/31149/26159</w:t>
        <w:br/>
        <w:t>f 33868/31153/26163 33799/31124/26134 33805/31127/26137</w:t>
        <w:br/>
        <w:t>f 33871/31154/26164 33868/31153/26163 33805/31127/26137</w:t>
        <w:br/>
        <w:t>f 33889/31167/26177 33834/31150/26160 33798/31125/26135</w:t>
        <w:br/>
        <w:t>f 33869/31152/26162 33889/31167/26177 33798/31125/26135</w:t>
        <w:br/>
        <w:t>f 33887/31166/26176 33829/31149/26159 33812/31135/26145</w:t>
        <w:br/>
        <w:t>f 33875/31158/26168 33887/31166/26176 33812/31135/26145</w:t>
        <w:br/>
        <w:t>f 33872/31157/26167 33806/31134/26144 33828/31146/26156</w:t>
        <w:br/>
        <w:t>f 33888/31165/26175 33872/31157/26167 33828/31146/26156</w:t>
        <w:br/>
        <w:t>f 33907/31168/26178 33906/31169/26179 33905/31170/26179</w:t>
        <w:br/>
        <w:t>f 33904/31171/26178 33907/31168/26178 33905/31170/26179</w:t>
        <w:br/>
        <w:t>f 31786/29594/24802 33909/31172/26180 33908/31173/26180</w:t>
        <w:br/>
        <w:t>f 31785/29595/24803 31786/29594/24802 33908/31173/26180</w:t>
        <w:br/>
        <w:t>f 33820/31142/26152 31693/29564/24773 33821/31145/26155</w:t>
        <w:br/>
        <w:t>f 33819/31143/26153 33820/31142/26152 33821/31145/26155</w:t>
        <w:br/>
        <w:t>f 33880/31163/26173 33819/31143/26153 33821/31145/26155</w:t>
        <w:br/>
        <w:t>f 33882/31164/26174 33880/31163/26173 33821/31145/26155</w:t>
        <w:br/>
        <w:t>f 33909/31172/26180 33907/31168/26178 33904/31171/26178</w:t>
        <w:br/>
        <w:t>f 33908/31173/26180 33909/31172/26180 33904/31171/26178</w:t>
        <w:br/>
        <w:t>f 33814/31138/26148 33820/31142/26152 33818/31144/26154</w:t>
        <w:br/>
        <w:t>f 33921/31174/26181 33814/31138/26148 33818/31144/26154</w:t>
        <w:br/>
        <w:t>f 33922/31175/26182 33921/31174/26181 33818/31144/26154</w:t>
        <w:br/>
        <w:t>f 33881/31162/26172 33922/31175/26182 33818/31144/26154</w:t>
        <w:br/>
        <w:t>f 33906/31169/26179 33926/31176/26183 33925/31177/26184</w:t>
        <w:br/>
        <w:t>f 33905/31170/26179 33906/31169/26179 33925/31177/26184</w:t>
        <w:br/>
        <w:t>f 33813/31139/26149 33814/31138/26148 33921/31174/26181</w:t>
        <w:br/>
        <w:t>f 33876/31160/26170 33813/31139/26149 33921/31174/26181</w:t>
        <w:br/>
        <w:t>f 33922/31175/26182 33876/31160/26170 33921/31174/26181</w:t>
        <w:br/>
        <w:t>f 33803/31129/26139 33815/31140/26150 33816/31141/26151</w:t>
        <w:br/>
        <w:t>f 33802/31130/26140 33803/31129/26139 33816/31141/26151</w:t>
        <w:br/>
        <w:t>f 33870/31155/26165 33802/31130/26140 33816/31141/26151</w:t>
        <w:br/>
        <w:t>f 33877/31161/26171 33870/31155/26165 33816/31141/26151</w:t>
        <w:br/>
        <w:t>f 33934/31178/26185 33933/31179/26186 33932/31180/26187</w:t>
        <w:br/>
        <w:t>f 33931/31181/26188 33934/31178/26185 33932/31180/26187</w:t>
        <w:br/>
        <w:t>f 33938/31182/26189 33937/31183/26190 33936/31184/26191</w:t>
        <w:br/>
        <w:t>f 33935/31185/26192 33938/31182/26189 33936/31184/26191</w:t>
        <w:br/>
        <w:t>f 33941/31186/26193 33940/31187/26194 33939/31188/26195</w:t>
        <w:br/>
        <w:t>f 33942/31189/26196 33941/31186/26193 33939/31188/26195</w:t>
        <w:br/>
        <w:t>f 33945/31190/26197 33944/31191/26198 33943/31192/26199</w:t>
        <w:br/>
        <w:t>f 33949/31193/26200 33948/31194/26201 33947/31195/26202</w:t>
        <w:br/>
        <w:t>f 33946/31196/26203 33949/31193/26200 33947/31195/26202</w:t>
        <w:br/>
        <w:t>f 33953/31197/26204 33952/31198/26205 33951/31199/26206</w:t>
        <w:br/>
        <w:t>f 33950/31200/26207 33953/31197/26204 33951/31199/26206</w:t>
        <w:br/>
        <w:t>f 33957/31201/26208 33956/31202/26209 33955/31203/26210</w:t>
        <w:br/>
        <w:t>f 33954/31204/26211 33957/31201/26208 33955/31203/26210</w:t>
        <w:br/>
        <w:t>f 33961/31205/26212 33960/31206/26213 33959/31207/26214</w:t>
        <w:br/>
        <w:t>f 33958/31208/26215 33961/31205/26212 33959/31207/26214</w:t>
        <w:br/>
        <w:t>f 33965/31209/26216 33964/31210/26217 33963/31211/26218</w:t>
        <w:br/>
        <w:t>f 33962/31212/26219 33965/31209/26216 33963/31211/26218</w:t>
        <w:br/>
        <w:t>f 33968/31213/26220 33967/31214/26221 33966/31215/26222</w:t>
        <w:br/>
        <w:t>f 33969/31216/26223 33968/31213/26220 33966/31215/26222</w:t>
        <w:br/>
        <w:t>f 33935/31185/26192 33936/31184/26191 33971/31217/26224</w:t>
        <w:br/>
        <w:t>f 33970/31218/26225 33935/31185/26192 33971/31217/26224</w:t>
        <w:br/>
        <w:t>f 33956/31202/26209 33973/31219/26226 33972/31220/26227</w:t>
        <w:br/>
        <w:t>f 33955/31203/26210 33956/31202/26209 33972/31220/26227</w:t>
        <w:br/>
        <w:t>f 33975/31221/26228 33974/31222/26229 33949/31193/26200</w:t>
        <w:br/>
        <w:t>f 33946/31196/26203 33975/31221/26228 33949/31193/26200</w:t>
        <w:br/>
        <w:t>f 33978/31223/26230 33977/31224/26231 33976/31225/26232</w:t>
        <w:br/>
        <w:t>f 33979/31226/26233 33978/31223/26230 33976/31225/26232</w:t>
        <w:br/>
        <w:t>f 33947/31195/26202 33948/31194/26201 33980/31227/26234</w:t>
        <w:br/>
        <w:t>f 33981/31228/26235 33947/31195/26202 33980/31227/26234</w:t>
        <w:br/>
        <w:t>f 33967/31214/26221 33976/31225/26232 33977/31224/26231</w:t>
        <w:br/>
        <w:t>f 33966/31215/26222 33967/31214/26221 33977/31224/26231</w:t>
        <w:br/>
        <w:t>f 33942/31189/26196 33939/31188/26195 33982/31229/26236</w:t>
        <w:br/>
        <w:t>f 33983/31230/26237 33942/31189/26196 33982/31229/26236</w:t>
        <w:br/>
        <w:t>f 33985/31231/26238 33959/31207/26214 33960/31206/26213</w:t>
        <w:br/>
        <w:t>f 33984/31232/26239 33985/31231/26238 33960/31206/26213</w:t>
        <w:br/>
        <w:t>f 33987/31233/26240 33943/31192/26199 33944/31191/26198</w:t>
        <w:br/>
        <w:t>f 33986/31234/26241 33987/31233/26240 33944/31191/26198</w:t>
        <w:br/>
        <w:t>f 33989/31235/26242 33965/31209/26216 33962/31212/26219</w:t>
        <w:br/>
        <w:t>f 33988/31236/26243 33989/31235/26242 33962/31212/26219</w:t>
        <w:br/>
        <w:t>f 33983/31230/26237 33982/31229/26236 33987/31233/26240</w:t>
        <w:br/>
        <w:t>f 33986/31234/26241 33983/31230/26237 33987/31233/26240</w:t>
        <w:br/>
        <w:t>f 33964/31210/26217 33985/31231/26238 33984/31232/26239</w:t>
        <w:br/>
        <w:t>f 33963/31211/26218 33964/31210/26217 33984/31232/26239</w:t>
        <w:br/>
        <w:t>f 33990/31237/26244 33934/31178/26185 33931/31181/26188</w:t>
        <w:br/>
        <w:t>f 33950/31200/26207 33990/31237/26244 33931/31181/26188</w:t>
        <w:br/>
        <w:t>f 33937/31183/26190 33954/31204/26211 33955/31203/26210</w:t>
        <w:br/>
        <w:t>f 33936/31184/26191 33937/31183/26190 33955/31203/26210</w:t>
        <w:br/>
        <w:t>f 33939/31188/26195 33940/31187/26194 33958/31208/26215</w:t>
        <w:br/>
        <w:t>f 33959/31207/26214 33939/31188/26195 33958/31208/26215</w:t>
        <w:br/>
        <w:t>f 33991/31238/26245 33943/31192/26199 33965/31209/26216</w:t>
        <w:br/>
        <w:t>f 33989/31235/26242 33991/31238/26245 33965/31209/26216</w:t>
        <w:br/>
        <w:t>f 33946/31196/26203 33947/31195/26202 33966/31215/26222</w:t>
        <w:br/>
        <w:t>f 33977/31224/26231 33946/31196/26203 33966/31215/26222</w:t>
        <w:br/>
        <w:t>f 33955/31203/26210 33972/31220/26227 33971/31217/26224</w:t>
        <w:br/>
        <w:t>f 33936/31184/26191 33955/31203/26210 33971/31217/26224</w:t>
        <w:br/>
        <w:t>f 33975/31221/26228 33946/31196/26203 33977/31224/26231</w:t>
        <w:br/>
        <w:t>f 33978/31223/26230 33975/31221/26228 33977/31224/26231</w:t>
        <w:br/>
        <w:t>f 33981/31228/26235 33969/31216/26223 33966/31215/26222</w:t>
        <w:br/>
        <w:t>f 33947/31195/26202 33981/31228/26235 33966/31215/26222</w:t>
        <w:br/>
        <w:t>f 33987/31233/26240 33982/31229/26236 33985/31231/26238</w:t>
        <w:br/>
        <w:t>f 33964/31210/26217 33987/31233/26240 33985/31231/26238</w:t>
        <w:br/>
        <w:t>f 33943/31192/26199 33987/31233/26240 33964/31210/26217</w:t>
        <w:br/>
        <w:t>f 33965/31209/26216 33943/31192/26199 33964/31210/26217</w:t>
        <w:br/>
        <w:t>f 33982/31229/26236 33939/31188/26195 33959/31207/26214</w:t>
        <w:br/>
        <w:t>f 33985/31231/26238 33982/31229/26236 33959/31207/26214</w:t>
        <w:br/>
        <w:t>f 33995/31239/26246 33994/31240/26247 33993/31241/26248</w:t>
        <w:br/>
        <w:t>f 33992/31242/26249 33995/31239/26246 33993/31241/26248</w:t>
        <w:br/>
        <w:t>f 33933/31179/26186 33934/31178/26185 33997/31243/26250</w:t>
        <w:br/>
        <w:t>f 33996/31244/26251 33933/31179/26186 33997/31243/26250</w:t>
        <w:br/>
        <w:t>f 34000/31245/26252 33990/31237/26244 33999/31246/26253</w:t>
        <w:br/>
        <w:t>f 33998/31247/26254 34000/31245/26252 33999/31246/26253</w:t>
        <w:br/>
        <w:t>f 33952/31198/26205 33953/31197/26204 34002/31248/26255</w:t>
        <w:br/>
        <w:t>f 34001/31249/26256 33952/31198/26205 34002/31248/26255</w:t>
        <w:br/>
        <w:t>f 33953/31197/26204 33995/31239/26246 33992/31242/26249</w:t>
        <w:br/>
        <w:t>f 34002/31248/26255 33953/31197/26204 33992/31242/26249</w:t>
        <w:br/>
        <w:t>f 33934/31178/26185 33990/31237/26244 34000/31245/26252</w:t>
        <w:br/>
        <w:t>f 33997/31243/26250 33934/31178/26185 34000/31245/26252</w:t>
        <w:br/>
        <w:t>f 33937/31183/26190 33938/31182/26189 33974/31222/26229</w:t>
        <w:br/>
        <w:t>f 33975/31221/26228 33937/31183/26190 33974/31222/26229</w:t>
        <w:br/>
        <w:t>f 33957/31201/26208 33954/31204/26211 33978/31223/26230</w:t>
        <w:br/>
        <w:t>f 33979/31226/26233 33957/31201/26208 33978/31223/26230</w:t>
        <w:br/>
        <w:t>f 33954/31204/26211 33937/31183/26190 33975/31221/26228</w:t>
        <w:br/>
        <w:t>f 33978/31223/26230 33954/31204/26211 33975/31221/26228</w:t>
        <w:br/>
        <w:t>f 33970/31218/26225 33971/31217/26224 33940/31187/26194</w:t>
        <w:br/>
        <w:t>f 33941/31186/26193 33970/31218/26225 33940/31187/26194</w:t>
        <w:br/>
        <w:t>f 33973/31219/26226 33961/31205/26212 33958/31208/26215</w:t>
        <w:br/>
        <w:t>f 33972/31220/26227 33973/31219/26226 33958/31208/26215</w:t>
        <w:br/>
        <w:t>f 33940/31187/26194 33971/31217/26224 33972/31220/26227</w:t>
        <w:br/>
        <w:t>f 33958/31208/26215 33940/31187/26194 33972/31220/26227</w:t>
        <w:br/>
        <w:t>f 34006/31250/26257 34005/31251/26258 34004/31252/26259</w:t>
        <w:br/>
        <w:t>f 34003/31253/26257 34006/31250/26257 34004/31252/26259</w:t>
        <w:br/>
        <w:t>f 34007/31254/26260 34009/31255/26261 34008/31256/26262</w:t>
        <w:br/>
        <w:t>f 34007/31254/26260 34010/31257/26260 34009/31255/26261</w:t>
        <w:br/>
        <w:t>f 34013/31258/26263 34012/31259/26264 34011/31260/26264</w:t>
        <w:br/>
        <w:t>f 34014/31261/26263 34013/31258/26263 34011/31260/26264</w:t>
        <w:br/>
        <w:t>f 34017/31262/26265 34016/31263/26266 34015/31264/26267</w:t>
        <w:br/>
        <w:t>f 34020/31265/26268 34019/31266/26269 34018/31267/26270</w:t>
        <w:br/>
        <w:t>f 34021/31268/26268 34020/31265/26268 34018/31267/26270</w:t>
        <w:br/>
        <w:t>f 34023/31269/26271 34010/31257/26260 34007/31254/26260</w:t>
        <w:br/>
        <w:t>f 34022/31270/26271 34023/31269/26271 34007/31254/26260</w:t>
        <w:br/>
        <w:t>f 34019/31266/26269 34025/31271/26272 34024/31272/26273</w:t>
        <w:br/>
        <w:t>f 34018/31267/26270 34019/31266/26269 34024/31272/26273</w:t>
        <w:br/>
        <w:t>f 34021/31268/26268 34027/31273/26274 34026/31274/26275</w:t>
        <w:br/>
        <w:t>f 34020/31265/26268 34021/31268/26268 34026/31274/26275</w:t>
        <w:br/>
        <w:t>f 34012/31259/26264 34029/31275/26276 34028/31276/26277</w:t>
        <w:br/>
        <w:t>f 34011/31260/26264 34012/31259/26264 34028/31276/26277</w:t>
        <w:br/>
        <w:t>f 34016/31263/26266 34017/31262/26265 34031/31277/26278</w:t>
        <w:br/>
        <w:t>f 34030/31278/26279 34016/31263/26266 34031/31277/26278</w:t>
        <w:br/>
        <w:t>f 34028/31276/26277 34029/31275/26276 34030/31278/26279</w:t>
        <w:br/>
        <w:t>f 34031/31277/26278 34028/31276/26277 34030/31278/26279</w:t>
        <w:br/>
        <w:t>f 34033/31279/26280 34006/31250/26257 34003/31253/26257</w:t>
        <w:br/>
        <w:t>f 34032/31280/26280 34033/31279/26280 34003/31253/26257</w:t>
        <w:br/>
        <w:t>f 34037/31281/26281 34036/31282/26282 34035/31283/26283</w:t>
        <w:br/>
        <w:t>f 34034/31284/26284 34037/31281/26281 34035/31283/26283</w:t>
        <w:br/>
        <w:t>f 34025/31271/26272 34008/31256/26262 34009/31255/26261</w:t>
        <w:br/>
        <w:t>f 34024/31272/26273 34025/31271/26272 34009/31255/26261</w:t>
        <w:br/>
        <w:t>f 34014/31261/26263 34023/31269/26271 34022/31270/26271</w:t>
        <w:br/>
        <w:t>f 34013/31258/26263 34014/31261/26263 34022/31270/26271</w:t>
        <w:br/>
        <w:t>f 34041/31285/26283 34040/31286/26285 34039/31287/26286</w:t>
        <w:br/>
        <w:t>f 34038/31288/26287 34041/31285/26283 34039/31287/26286</w:t>
        <w:br/>
        <w:t>f 34045/31289/26288 34044/31290/26288 34043/31291/26289</w:t>
        <w:br/>
        <w:t>f 34042/31292/26290 34045/31289/26288 34043/31291/26289</w:t>
        <w:br/>
        <w:t>f 34048/31293/26291 34047/31294/26292 34046/31295/26293</w:t>
        <w:br/>
        <w:t>f 34049/31296/26291 34048/31293/26291 34046/31295/26293</w:t>
        <w:br/>
        <w:t>f 34053/31297/26294 34052/31298/26295 34051/31299/26296</w:t>
        <w:br/>
        <w:t>f 34050/31300/26297 34053/31297/26294 34051/31299/26296</w:t>
        <w:br/>
        <w:t>f 34056/31301/26298 34055/31302/26299 34054/31303/26299</w:t>
        <w:br/>
        <w:t>f 34057/31304/26298 34056/31301/26298 34054/31303/26299</w:t>
        <w:br/>
        <w:t>f 34061/31305/26300 34060/31306/26300 34059/31307/26301</w:t>
        <w:br/>
        <w:t>f 34058/31308/26301 34061/31305/26300 34059/31307/26301</w:t>
        <w:br/>
        <w:t>f 34065/31309/26302 34064/31310/26303 34063/31311/26304</w:t>
        <w:br/>
        <w:t>f 34062/31312/26305 34065/31309/26302 34063/31311/26304</w:t>
        <w:br/>
        <w:t>f 34068/31313/26306 34067/31314/26307 34066/31315/26308</w:t>
        <w:br/>
        <w:t>f 34069/31316/26309 34068/31313/26306 34066/31315/26308</w:t>
        <w:br/>
        <w:t>f 34072/31317/26310 34071/31318/26311 34070/31319/26312</w:t>
        <w:br/>
        <w:t>f 34073/31320/26313 34072/31317/26310 34070/31319/26312</w:t>
        <w:br/>
        <w:t>f 34076/31321/26314 34075/31322/26315 34074/31323/26316</w:t>
        <w:br/>
        <w:t>f 34077/31324/26317 34076/31321/26314 34074/31323/26316</w:t>
        <w:br/>
        <w:t>f 34080/31325/26318 34079/31326/26319 34078/31327/26320</w:t>
        <w:br/>
        <w:t>f 34081/31328/26321 34080/31325/26318 34078/31327/26320</w:t>
        <w:br/>
        <w:t>f 34082/31329/26322 34044/31290/26288 34045/31289/26288</w:t>
        <w:br/>
        <w:t>f 34083/31330/26322 34082/31329/26322 34045/31289/26288</w:t>
        <w:br/>
        <w:t>f 34067/31314/26307 34085/31331/26323 34084/31332/26324</w:t>
        <w:br/>
        <w:t>f 34066/31315/26308 34067/31314/26307 34084/31332/26324</w:t>
        <w:br/>
        <w:t>f 34087/31333/26325 34086/31334/26325 34060/31306/26300</w:t>
        <w:br/>
        <w:t>f 34061/31305/26300 34087/31333/26325 34060/31306/26300</w:t>
        <w:br/>
        <w:t>f 34091/31335/26326 34090/31336/26327 34089/31337/26328</w:t>
        <w:br/>
        <w:t>f 34088/31338/26329 34091/31335/26326 34089/31337/26328</w:t>
        <w:br/>
        <w:t>f 34058/31308/26301 34059/31307/26301 34093/31339/26330</w:t>
        <w:br/>
        <w:t>f 34092/31340/26331 34058/31308/26301 34093/31339/26330</w:t>
        <w:br/>
        <w:t>f 34079/31326/26319 34090/31336/26327 34091/31335/26326</w:t>
        <w:br/>
        <w:t>f 34078/31327/26320 34079/31326/26319 34091/31335/26326</w:t>
        <w:br/>
        <w:t>f 34094/31341/26332 34048/31293/26291 34049/31296/26291</w:t>
        <w:br/>
        <w:t>f 34095/31342/26332 34094/31341/26332 34049/31296/26291</w:t>
        <w:br/>
        <w:t>f 34071/31318/26311 34097/31343/26333 34096/31344/26334</w:t>
        <w:br/>
        <w:t>f 34070/31319/26312 34071/31318/26311 34096/31344/26334</w:t>
        <w:br/>
        <w:t>f 34055/31302/26299 34099/31345/26335 34098/31346/26335</w:t>
        <w:br/>
        <w:t>f 34054/31303/26299 34055/31302/26299 34098/31346/26335</w:t>
        <w:br/>
        <w:t>f 34103/31347/26336 34102/31348/26337 34101/31349/26338</w:t>
        <w:br/>
        <w:t>f 34100/31350/26338 34103/31347/26336 34101/31349/26338</w:t>
        <w:br/>
        <w:t>f 34075/31322/26315 34105/31351/26339 34104/31352/26340</w:t>
        <w:br/>
        <w:t>f 34074/31323/26316 34075/31322/26315 34104/31352/26340</w:t>
        <w:br/>
        <w:t>f 34099/31345/26335 34094/31341/26332 34095/31342/26332</w:t>
        <w:br/>
        <w:t>f 34098/31346/26335 34099/31345/26335 34095/31342/26332</w:t>
        <w:br/>
        <w:t>f 34097/31343/26333 34107/31353/26341 34106/31354/26342</w:t>
        <w:br/>
        <w:t>f 34096/31344/26334 34097/31343/26333 34106/31354/26342</w:t>
        <w:br/>
        <w:t>f 34100/31350/26338 34101/31349/26338 34052/31298/26295</w:t>
        <w:br/>
        <w:t>f 34053/31297/26294 34100/31350/26338 34052/31298/26295</w:t>
        <w:br/>
        <w:t>f 34111/31355/26343 34110/31356/26343 34109/31357/26344</w:t>
        <w:br/>
        <w:t>f 34108/31358/26345 34111/31355/26343 34109/31357/26344</w:t>
        <w:br/>
        <w:t>f 34112/31359/26346 34041/31285/26283 34038/31288/26287</w:t>
        <w:br/>
        <w:t>f 34113/31360/26347 34112/31359/26346 34038/31288/26287</w:t>
        <w:br/>
        <w:t>f 34116/31361/26348 34115/31362/26349 34114/31363/26350</w:t>
        <w:br/>
        <w:t>f 34117/31364/26351 34116/31361/26348 34114/31363/26350</w:t>
        <w:br/>
        <w:t>f 34120/31365/26352 34119/31366/26353 34118/31367/26354</w:t>
        <w:br/>
        <w:t>f 34042/31292/26290 34043/31291/26289 34086/31334/26325</w:t>
        <w:br/>
        <w:t>f 34087/31333/26325 34042/31292/26290 34086/31334/26325</w:t>
        <w:br/>
        <w:t>f 34088/31338/26329 34089/31337/26328 34068/31313/26306</w:t>
        <w:br/>
        <w:t>f 34069/31316/26309 34088/31338/26329 34068/31313/26306</w:t>
        <w:br/>
        <w:t>f 34047/31294/26292 34082/31329/26322 34083/31330/26322</w:t>
        <w:br/>
        <w:t>f 34046/31295/26293 34047/31294/26292 34083/31330/26322</w:t>
        <w:br/>
        <w:t>f 34085/31331/26323 34072/31317/26310 34073/31320/26313</w:t>
        <w:br/>
        <w:t>f 34084/31332/26324 34085/31331/26323 34073/31320/26313</w:t>
        <w:br/>
        <w:t>f 34104/31352/26340 34105/31351/26339 34102/31348/26337</w:t>
        <w:br/>
        <w:t>f 34103/31347/26336 34104/31352/26340 34102/31348/26337</w:t>
        <w:br/>
        <w:t>f 33951/31199/26206 34062/31312/26305 34117/31364/26351</w:t>
        <w:br/>
        <w:t>f 33999/31246/26253 33951/31199/26206 34117/31364/26351</w:t>
        <w:br/>
        <w:t>f 33956/31202/26209 33957/31201/26208 34069/31316/26309</w:t>
        <w:br/>
        <w:t>f 34066/31315/26308 33956/31202/26209 34069/31316/26309</w:t>
        <w:br/>
        <w:t>f 33960/31206/26213 33961/31205/26212 34073/31320/26313</w:t>
        <w:br/>
        <w:t>f 34070/31319/26312 33960/31206/26213 34073/31320/26313</w:t>
        <w:br/>
        <w:t>f 33962/31212/26219 33963/31211/26218 34077/31324/26317</w:t>
        <w:br/>
        <w:t>f 34074/31323/26316 33962/31212/26219 34077/31324/26317</w:t>
        <w:br/>
        <w:t>f 33967/31214/26221 33968/31213/26220 34081/31328/26321</w:t>
        <w:br/>
        <w:t>f 34078/31327/26320 33967/31214/26221 34081/31328/26321</w:t>
        <w:br/>
        <w:t>f 33973/31219/26226 33956/31202/26209 34066/31315/26308</w:t>
        <w:br/>
        <w:t>f 34084/31332/26324 33973/31219/26226 34066/31315/26308</w:t>
        <w:br/>
        <w:t>f 33976/31225/26232 34091/31335/26326 34088/31338/26329</w:t>
        <w:br/>
        <w:t>f 33979/31226/26233 33976/31225/26232 34088/31338/26329</w:t>
        <w:br/>
        <w:t>f 33976/31225/26232 33967/31214/26221 34078/31327/26320</w:t>
        <w:br/>
        <w:t>f 34091/31335/26326 33976/31225/26232 34078/31327/26320</w:t>
        <w:br/>
        <w:t>f 33984/31232/26239 33960/31206/26213 34070/31319/26312</w:t>
        <w:br/>
        <w:t>f 34096/31344/26334 33984/31232/26239 34070/31319/26312</w:t>
        <w:br/>
        <w:t>f 33962/31212/26219 34074/31323/26316 34121/31368/26355</w:t>
        <w:br/>
        <w:t>f 33988/31236/26243 33962/31212/26219 34121/31368/26355</w:t>
        <w:br/>
        <w:t>f 33963/31211/26218 34106/31354/26342 34077/31324/26317</w:t>
        <w:br/>
        <w:t>f 33984/31232/26239 34106/31354/26342 33963/31211/26218</w:t>
        <w:br/>
        <w:t>f 33984/31232/26239 34096/31344/26334 34106/31354/26342</w:t>
        <w:br/>
        <w:t>f 33998/31247/26254 33999/31246/26253 34117/31364/26351</w:t>
        <w:br/>
        <w:t>f 34114/31363/26350 33998/31247/26254 34117/31364/26351</w:t>
        <w:br/>
        <w:t>f 34001/31249/26256 34122/31369/26356 34065/31309/26302</w:t>
        <w:br/>
        <w:t>f 33952/31198/26205 34001/31249/26256 34065/31309/26302</w:t>
        <w:br/>
        <w:t>f 33957/31201/26208 33979/31226/26233 34088/31338/26329</w:t>
        <w:br/>
        <w:t>f 34069/31316/26309 33957/31201/26208 34088/31338/26329</w:t>
        <w:br/>
        <w:t>f 33961/31205/26212 33973/31219/26226 34084/31332/26324</w:t>
        <w:br/>
        <w:t>f 34073/31320/26313 33961/31205/26212 34084/31332/26324</w:t>
        <w:br/>
        <w:t>f 34050/31300/26297 34051/31299/26296 34124/31370/26357</w:t>
        <w:br/>
        <w:t>f 34123/31371/26357 34050/31300/26297 34124/31370/26357</w:t>
        <w:br/>
        <w:t>f 34124/31370/26357 34056/31301/26298 34057/31304/26298</w:t>
        <w:br/>
        <w:t>f 34123/31371/26357 34124/31370/26357 34057/31304/26298</w:t>
        <w:br/>
        <w:t>f 34125/31372/26358 33943/31192/26199 33991/31238/26245</w:t>
        <w:br/>
        <w:t>f 33945/31190/26197 33943/31192/26199 34126/31373/26359</w:t>
        <w:br/>
        <w:t>f 34126/31373/26359 33943/31192/26199 34125/31372/26358</w:t>
        <w:br/>
        <w:t>f 34017/31262/26265 34015/31264/26267 34127/31374/26360</w:t>
        <w:br/>
        <w:t>f 34017/31262/26265 34129/31375/26361 34128/31376/26362</w:t>
        <w:br/>
        <w:t>f 34017/31262/26265 34127/31374/26360 34129/31375/26361</w:t>
        <w:br/>
        <w:t>f 34128/31376/26362 34131/31377/26363 34130/31378/26364</w:t>
        <w:br/>
        <w:t>f 34017/31262/26265 34128/31376/26362 34130/31378/26364</w:t>
        <w:br/>
        <w:t>f 34017/31262/26265 34133/31379/26365 34132/31380/26366</w:t>
        <w:br/>
        <w:t>f 34031/31277/26278 34017/31262/26265 34132/31380/26366</w:t>
        <w:br/>
        <w:t>f 34135/31381/26367 34134/31382/26368 33992/31242/26249</w:t>
        <w:br/>
        <w:t>f 33993/31241/26248 34135/31381/26367 33992/31242/26249</w:t>
        <w:br/>
        <w:t>f 34137/31383/26369 34136/31384/26370 34001/31249/26256</w:t>
        <w:br/>
        <w:t>f 34002/31248/26255 34137/31383/26369 34001/31249/26256</w:t>
        <w:br/>
        <w:t>f 34134/31382/26368 34137/31383/26369 34002/31248/26255</w:t>
        <w:br/>
        <w:t>f 33992/31242/26249 34134/31382/26368 34002/31248/26255</w:t>
        <w:br/>
        <w:t>f 34032/31280/26280 34139/31385/26371 34138/31386/26372</w:t>
        <w:br/>
        <w:t>f 34033/31279/26280 34032/31280/26280 34138/31386/26372</w:t>
        <w:br/>
        <w:t>f 34141/31387/26373 34140/31388/26374 34108/31358/26345</w:t>
        <w:br/>
        <w:t>f 34109/31357/26344 34141/31387/26373 34108/31358/26345</w:t>
        <w:br/>
        <w:t>f 34120/31365/26352 34143/31389/26375 34142/31390/26375</w:t>
        <w:br/>
        <w:t>f 34119/31366/26353 34120/31365/26352 34142/31390/26375</w:t>
        <w:br/>
        <w:t>f 34001/31249/26256 34136/31384/26370 34144/31391/26376</w:t>
        <w:br/>
        <w:t>f 34122/31369/26356 34001/31249/26256 34144/31391/26376</w:t>
        <w:br/>
        <w:t>f 34146/31392/26377 34145/31393/26378 34134/31382/26368</w:t>
        <w:br/>
        <w:t>f 34135/31381/26367 34146/31392/26377 34134/31382/26368</w:t>
        <w:br/>
        <w:t>f 34148/31394/26379 34147/31395/26380 34136/31384/26370</w:t>
        <w:br/>
        <w:t>f 34137/31383/26369 34148/31394/26379 34136/31384/26370</w:t>
        <w:br/>
        <w:t>f 34145/31393/26378 34148/31394/26379 34137/31383/26369</w:t>
        <w:br/>
        <w:t>f 34134/31382/26368 34145/31393/26378 34137/31383/26369</w:t>
        <w:br/>
        <w:t>f 34139/31385/26371 34150/31396/26381 34149/31397/26381</w:t>
        <w:br/>
        <w:t>f 34138/31386/26372 34139/31385/26371 34149/31397/26381</w:t>
        <w:br/>
        <w:t>f 34152/31398/26382 34151/31399/26382 34140/31388/26374</w:t>
        <w:br/>
        <w:t>f 34141/31387/26373 34152/31398/26382 34140/31388/26374</w:t>
        <w:br/>
        <w:t>f 34143/31389/26375 34154/31400/26383 34153/31401/26383</w:t>
        <w:br/>
        <w:t>f 34142/31390/26375 34143/31389/26375 34153/31401/26383</w:t>
        <w:br/>
        <w:t>f 34136/31384/26370 34147/31395/26380 34155/31402/26384</w:t>
        <w:br/>
        <w:t>f 34144/31391/26376 34136/31384/26370 34155/31402/26384</w:t>
        <w:br/>
        <w:t>f 33969/31216/26223 34000/31245/26252 33998/31247/26254</w:t>
        <w:br/>
        <w:t>f 33968/31213/26220 33969/31216/26223 33998/31247/26254</w:t>
        <w:br/>
        <w:t>f 33981/31228/26235 33980/31227/26234 33996/31244/26251</w:t>
        <w:br/>
        <w:t>f 33997/31243/26250 33981/31228/26235 33996/31244/26251</w:t>
        <w:br/>
        <w:t>f 33981/31228/26235 33997/31243/26250 34000/31245/26252</w:t>
        <w:br/>
        <w:t>f 33969/31216/26223 33981/31228/26235 34000/31245/26252</w:t>
        <w:br/>
        <w:t>f 34027/31273/26274 34037/31281/26281 34034/31284/26284</w:t>
        <w:br/>
        <w:t>f 34026/31274/26275 34027/31273/26274 34034/31284/26284</w:t>
        <w:br/>
        <w:t>f 34081/31328/26321 34114/31363/26350 34115/31362/26349</w:t>
        <w:br/>
        <w:t>f 34080/31325/26318 34081/31328/26321 34115/31362/26349</w:t>
        <w:br/>
        <w:t>f 34092/31340/26331 34156/31403/26275 34112/31359/26346</w:t>
        <w:br/>
        <w:t>f 34113/31360/26347 34092/31340/26331 34112/31359/26346</w:t>
        <w:br/>
        <w:t>f 34114/31363/26350 34081/31328/26321 33968/31213/26220</w:t>
        <w:br/>
        <w:t>f 33998/31247/26254 34114/31363/26350 33968/31213/26220</w:t>
        <w:br/>
        <w:t>f 34160/31404/26385 34159/31405/26386 34158/31406/26387</w:t>
        <w:br/>
        <w:t>f 34157/31407/26388 34160/31404/26385 34158/31406/26387</w:t>
        <w:br/>
        <w:t>f 34164/31408/26389 34163/31409/26390 34162/31410/26391</w:t>
        <w:br/>
        <w:t>f 34161/31411/26392 34164/31408/26389 34162/31410/26391</w:t>
        <w:br/>
        <w:t>f 34168/31412/26393 34167/31413/26394 34166/31414/26395</w:t>
        <w:br/>
        <w:t>f 34165/31415/26396 34168/31412/26393 34166/31414/26395</w:t>
        <w:br/>
        <w:t>f 34172/31416/26397 34171/31417/26398 34170/31418/26399</w:t>
        <w:br/>
        <w:t>f 34169/31419/26400 34172/31416/26397 34170/31418/26399</w:t>
        <w:br/>
        <w:t>f 34176/31420/26401 34175/31421/26402 34174/31422/26403</w:t>
        <w:br/>
        <w:t>f 34173/31423/26404 34176/31420/26401 34174/31422/26403</w:t>
        <w:br/>
        <w:t>f 34180/31424/26405 34179/31425/26406 34178/31426/26407</w:t>
        <w:br/>
        <w:t>f 34177/31427/26408 34180/31424/26405 34178/31426/26407</w:t>
        <w:br/>
        <w:t>f 34184/31428/26409 34183/31429/26410 34182/31430/26411</w:t>
        <w:br/>
        <w:t>f 34181/31431/26412 34184/31428/26409 34182/31430/26411</w:t>
        <w:br/>
        <w:t>f 34186/31432/26413 34185/31433/26414 34163/31409/26390</w:t>
        <w:br/>
        <w:t>f 34164/31408/26389 34186/31432/26413 34163/31409/26390</w:t>
        <w:br/>
        <w:t>f 34189/31434/26415 34188/31435/26416 34187/31436/26417</w:t>
        <w:br/>
        <w:t>f 34193/31437/26418 34192/31438/26419 34191/31439/26420</w:t>
        <w:br/>
        <w:t>f 34190/31440/26421 34193/31437/26418 34191/31439/26420</w:t>
        <w:br/>
        <w:t>f 34197/31441/26422 34196/31442/26423 34195/31443/26424</w:t>
        <w:br/>
        <w:t>f 34194/31444/26425 34197/31441/26422 34195/31443/26424</w:t>
        <w:br/>
        <w:t>f 34200/31445/26426 34199/31446/26427 34198/31447/26428</w:t>
        <w:br/>
        <w:t>f 34201/31448/26429 34200/31445/26426 34198/31447/26428</w:t>
        <w:br/>
        <w:t>f 34203/31449/26430 34196/31442/26423 34202/31450/26431</w:t>
        <w:br/>
        <w:t>f 34205/31451/26432 34197/31441/26422 34194/31444/26425</w:t>
        <w:br/>
        <w:t>f 34204/31452/26433 34205/31451/26432 34194/31444/26425</w:t>
        <w:br/>
        <w:t>f 34173/31423/26404 34174/31422/26403 34207/31453/26434</w:t>
        <w:br/>
        <w:t>f 34206/31454/26435 34173/31423/26404 34207/31453/26434</w:t>
        <w:br/>
        <w:t>f 34209/31455/26436 34192/31438/26419 34208/31456/26437</w:t>
        <w:br/>
        <w:t>f 34194/31444/26425 34195/31443/26424 34211/31457/26438</w:t>
        <w:br/>
        <w:t>f 34210/31458/26439 34194/31444/26425 34211/31457/26438</w:t>
        <w:br/>
        <w:t>f 34213/31459/26440 34200/31445/26426 34201/31448/26429</w:t>
        <w:br/>
        <w:t>f 34212/31460/26441 34213/31459/26440 34201/31448/26429</w:t>
        <w:br/>
        <w:t>f 34216/31461/26442 34215/31462/26443 34214/31463/26444</w:t>
        <w:br/>
        <w:t>f 34206/31454/26435 34216/31461/26442 34214/31463/26444</w:t>
        <w:br/>
        <w:t>f 34219/31464/26445 34203/31449/26430 34218/31465/26446</w:t>
        <w:br/>
        <w:t>f 34217/31466/26447 34219/31464/26445 34218/31465/26446</w:t>
        <w:br/>
        <w:t>f 34204/31452/26433 34194/31444/26425 34210/31458/26439</w:t>
        <w:br/>
        <w:t>f 34220/31467/26448 34204/31452/26433 34210/31458/26439</w:t>
        <w:br/>
        <w:t>f 34223/31468/26449 34222/31469/26450 34216/31461/26442</w:t>
        <w:br/>
        <w:t>f 34221/31470/26451 34223/31468/26449 34216/31461/26442</w:t>
        <w:br/>
        <w:t>f 34159/31405/26386 34160/31404/26385 34168/31412/26393</w:t>
        <w:br/>
        <w:t>f 34165/31415/26396 34159/31405/26386 34168/31412/26393</w:t>
        <w:br/>
        <w:t>f 34225/31471/26452 34224/31472/26453 34185/31433/26414</w:t>
        <w:br/>
        <w:t>f 34186/31432/26413 34225/31471/26452 34185/31433/26414</w:t>
        <w:br/>
        <w:t>f 34226/31473/26454 34174/31422/26403 34175/31421/26402</w:t>
        <w:br/>
        <w:t>f 34227/31474/26455 34226/31473/26454 34175/31421/26402</w:t>
        <w:br/>
        <w:t>f 34169/31419/26400 34170/31418/26399 34229/31475/26456</w:t>
        <w:br/>
        <w:t>f 34228/31476/26457 34169/31419/26400 34229/31475/26456</w:t>
        <w:br/>
        <w:t>f 34174/31422/26403 34226/31473/26454 34230/31477/26458</w:t>
        <w:br/>
        <w:t>f 34207/31453/26434 34174/31422/26403 34230/31477/26458</w:t>
        <w:br/>
        <w:t>f 34228/31476/26457 34231/31478/26459 34213/31459/26440</w:t>
        <w:br/>
        <w:t>f 34169/31419/26400 34228/31476/26457 34213/31459/26440</w:t>
        <w:br/>
        <w:t>f 34233/31479/26460 34232/31480/26461 34223/31468/26449</w:t>
        <w:br/>
        <w:t>f 34221/31470/26451 34233/31479/26460 34223/31468/26449</w:t>
        <w:br/>
        <w:t>f 34235/31481/26462 34234/31482/26463 34199/31446/26427</w:t>
        <w:br/>
        <w:t>f 34200/31445/26426 34235/31481/26462 34199/31446/26427</w:t>
        <w:br/>
        <w:t>f 34161/31411/26392 34238/31483/26464 34237/31484/26465</w:t>
        <w:br/>
        <w:t>f 34236/31485/26466 34161/31411/26392 34237/31484/26465</w:t>
        <w:br/>
        <w:t>f 34197/31441/26422 34239/31486/26467 34196/31442/26423</w:t>
        <w:br/>
        <w:t>f 34157/31407/26388 34198/31447/26428 34199/31446/26427</w:t>
        <w:br/>
        <w:t>f 34160/31404/26385 34157/31407/26388 34199/31446/26427</w:t>
        <w:br/>
        <w:t>f 34239/31486/26467 34240/31487/26468 34202/31450/26431</w:t>
        <w:br/>
        <w:t>f 34196/31442/26423 34239/31486/26467 34202/31450/26431</w:t>
        <w:br/>
        <w:t>f 34222/31469/26450 34223/31468/26449 34186/31432/26413</w:t>
        <w:br/>
        <w:t>f 34164/31408/26389 34222/31469/26450 34186/31432/26413</w:t>
        <w:br/>
        <w:t>f 34232/31480/26461 34225/31471/26452 34186/31432/26413</w:t>
        <w:br/>
        <w:t>f 34223/31468/26449 34232/31480/26461 34186/31432/26413</w:t>
        <w:br/>
        <w:t>f 34234/31482/26463 34168/31412/26393 34160/31404/26385</w:t>
        <w:br/>
        <w:t>f 34199/31446/26427 34234/31482/26463 34160/31404/26385</w:t>
        <w:br/>
        <w:t>f 34184/31428/26409 34241/31488/26469 34183/31429/26410</w:t>
        <w:br/>
        <w:t>f 34183/31429/26410 34241/31488/26469 34242/31489/26470</w:t>
        <w:br/>
        <w:t>f 34220/31467/26448 34183/31429/26410 34242/31489/26470</w:t>
        <w:br/>
        <w:t>f 34190/31440/26421 34205/31451/26432 34204/31452/26433</w:t>
        <w:br/>
        <w:t>f 34193/31437/26418 34190/31440/26421 34204/31452/26433</w:t>
        <w:br/>
        <w:t>f 34243/31490/26471 34240/31487/26468 34239/31486/26467</w:t>
        <w:br/>
        <w:t>f 34177/31427/26408 34178/31426/26407 34228/31476/26457</w:t>
        <w:br/>
        <w:t>f 34229/31475/26456 34177/31427/26408 34228/31476/26457</w:t>
        <w:br/>
        <w:t>f 34218/31465/26446 34244/31491/26472 34234/31482/26463</w:t>
        <w:br/>
        <w:t>f 34235/31481/26462 34218/31465/26446 34234/31482/26463</w:t>
        <w:br/>
        <w:t>f 34178/31426/26407 34217/31466/26447 34231/31478/26459</w:t>
        <w:br/>
        <w:t>f 34228/31476/26457 34178/31426/26407 34231/31478/26459</w:t>
        <w:br/>
        <w:t>f 34167/31413/26394 34168/31412/26393 34234/31482/26463</w:t>
        <w:br/>
        <w:t>f 34244/31491/26472 34167/31413/26394 34234/31482/26463</w:t>
        <w:br/>
        <w:t>f 34206/31454/26435 34207/31453/26434 34221/31470/26451</w:t>
        <w:br/>
        <w:t>f 34216/31461/26442 34206/31454/26435 34221/31470/26451</w:t>
        <w:br/>
        <w:t>f 34208/31456/26437 34246/31492/26473 34245/31493/26474</w:t>
        <w:br/>
        <w:t>f 34209/31455/26436 34208/31456/26437 34245/31493/26474</w:t>
        <w:br/>
        <w:t>f 34210/31458/26439 34211/31457/26438 34247/31494/26475</w:t>
        <w:br/>
        <w:t>f 34182/31430/26411 34210/31458/26439 34247/31494/26475</w:t>
        <w:br/>
        <w:t>f 34169/31419/26400 34213/31459/26440 34212/31460/26441</w:t>
        <w:br/>
        <w:t>f 34172/31416/26397 34169/31419/26400 34212/31460/26441</w:t>
        <w:br/>
        <w:t>f 34206/31454/26435 34214/31463/26444 34187/31436/26417</w:t>
        <w:br/>
        <w:t>f 34173/31423/26404 34206/31454/26435 34187/31436/26417</w:t>
        <w:br/>
        <w:t>f 34179/31425/26406 34219/31464/26445 34217/31466/26447</w:t>
        <w:br/>
        <w:t>f 34178/31426/26407 34179/31425/26406 34217/31466/26447</w:t>
        <w:br/>
        <w:t>f 34220/31467/26448 34210/31458/26439 34182/31430/26411</w:t>
        <w:br/>
        <w:t>f 34183/31429/26410 34220/31467/26448 34182/31430/26411</w:t>
        <w:br/>
        <w:t>f 34221/31470/26451 34207/31453/26434 34230/31477/26458</w:t>
        <w:br/>
        <w:t>f 34233/31479/26460 34221/31470/26451 34230/31477/26458</w:t>
        <w:br/>
        <w:t>f 34200/31445/26426 34213/31459/26440 34231/31478/26459</w:t>
        <w:br/>
        <w:t>f 34235/31481/26462 34200/31445/26426 34231/31478/26459</w:t>
        <w:br/>
        <w:t>f 34220/31467/26448 34242/31489/26470 34193/31437/26418</w:t>
        <w:br/>
        <w:t>f 34204/31452/26433 34220/31467/26448 34193/31437/26418</w:t>
        <w:br/>
        <w:t>f 34235/31481/26462 34231/31478/26459 34217/31466/26447</w:t>
        <w:br/>
        <w:t>f 34218/31465/26446 34235/31481/26462 34217/31466/26447</w:t>
        <w:br/>
        <w:t>f 34181/31431/26412 34182/31430/26411 34247/31494/26475</w:t>
        <w:br/>
        <w:t>f 34157/31407/26388 34158/31406/26387 34224/31472/26453</w:t>
        <w:br/>
        <w:t>f 34225/31471/26452 34157/31407/26388 34224/31472/26453</w:t>
        <w:br/>
        <w:t>f 34172/31416/26397 34226/31473/26454 34227/31474/26455</w:t>
        <w:br/>
        <w:t>f 34171/31417/26398 34172/31416/26397 34227/31474/26455</w:t>
        <w:br/>
        <w:t>f 34172/31416/26397 34212/31460/26441 34230/31477/26458</w:t>
        <w:br/>
        <w:t>f 34226/31473/26454 34172/31416/26397 34230/31477/26458</w:t>
        <w:br/>
        <w:t>f 34201/31448/26429 34198/31447/26428 34232/31480/26461</w:t>
        <w:br/>
        <w:t>f 34233/31479/26460 34201/31448/26429 34232/31480/26461</w:t>
        <w:br/>
        <w:t>f 34198/31447/26428 34157/31407/26388 34225/31471/26452</w:t>
        <w:br/>
        <w:t>f 34232/31480/26461 34198/31447/26428 34225/31471/26452</w:t>
        <w:br/>
        <w:t>f 34212/31460/26441 34201/31448/26429 34233/31479/26460</w:t>
        <w:br/>
        <w:t>f 34230/31477/26458 34212/31460/26441 34233/31479/26460</w:t>
        <w:br/>
        <w:t>f 34161/31411/26392 34162/31410/26391 34238/31483/26464</w:t>
        <w:br/>
        <w:t>f 34173/31423/26404 34187/31436/26417 34188/31435/26416</w:t>
        <w:br/>
        <w:t>f 34176/31420/26401 34173/31423/26404 34188/31435/26416</w:t>
        <w:br/>
        <w:t>f 34249/31495/26476 34214/31463/26444 34215/31462/26443</w:t>
        <w:br/>
        <w:t>f 34248/31496/26477 34249/31495/26476 34215/31462/26443</w:t>
        <w:br/>
        <w:t>f 34236/31485/26466 34222/31469/26450 34164/31408/26389</w:t>
        <w:br/>
        <w:t>f 34161/31411/26392 34236/31485/26466 34164/31408/26389</w:t>
        <w:br/>
        <w:t>f 34189/31434/26415 34187/31436/26417 34214/31463/26444</w:t>
        <w:br/>
        <w:t>f 34249/31495/26476 34189/31434/26415 34214/31463/26444</w:t>
        <w:br/>
        <w:t>f 34222/31469/26450 34236/31485/26466 34215/31462/26443</w:t>
        <w:br/>
        <w:t>f 34216/31461/26442 34222/31469/26450 34215/31462/26443</w:t>
        <w:br/>
        <w:t>f 34236/31485/26466 34237/31484/26465 34248/31496/26477</w:t>
        <w:br/>
        <w:t>f 34215/31462/26443 34236/31485/26466 34248/31496/26477</w:t>
        <w:br/>
        <w:t>f 34250/31497/26478 34211/31457/26438 34195/31443/26424</w:t>
        <w:br/>
        <w:t>f 34203/31449/26430 34250/31497/26478 34195/31443/26424</w:t>
        <w:br/>
        <w:t>f 34195/31443/26424 34196/31442/26423 34203/31449/26430</w:t>
        <w:br/>
        <w:t>f 34254/31498/26479 34253/31499/26480 34252/31500/26481</w:t>
        <w:br/>
        <w:t>f 34251/31501/26482 34254/31498/26479 34252/31500/26481</w:t>
        <w:br/>
        <w:t>f 34258/31502/26483 34257/31503/26484 34256/31504/26485</w:t>
        <w:br/>
        <w:t>f 34255/31505/26486 34258/31502/26483 34256/31504/26485</w:t>
        <w:br/>
        <w:t>f 34261/31506/26487 34260/31507/26488 34259/31508/26489</w:t>
        <w:br/>
        <w:t>f 34256/31504/26485 34252/31500/26481 34253/31499/26480</w:t>
        <w:br/>
        <w:t>f 34255/31505/26486 34256/31504/26485 34253/31499/26480</w:t>
        <w:br/>
        <w:t>f 34261/31506/26487 34263/31509/26490 34262/31510/26491</w:t>
        <w:br/>
        <w:t>f 34260/31507/26488 34261/31506/26487 34262/31510/26491</w:t>
        <w:br/>
        <w:t>f 34266/31511/26492 34265/31512/26493 34264/31513/26494</w:t>
        <w:br/>
        <w:t>f 34263/31509/26490 34254/31498/26479 34251/31501/26482</w:t>
        <w:br/>
        <w:t>f 34262/31510/26491 34263/31509/26490 34251/31501/26482</w:t>
        <w:br/>
        <w:t>f 34253/31499/26480 34268/31514/26495 34267/31515/26496</w:t>
        <w:br/>
        <w:t>f 34269/31516/26497 34253/31499/26480 34267/31515/26496</w:t>
        <w:br/>
        <w:t>f 34272/31517/26498 34271/31518/26499 34270/31519/26499</w:t>
        <w:br/>
        <w:t>f 34273/31520/26498 34272/31517/26498 34270/31519/26499</w:t>
        <w:br/>
        <w:t>f 34275/31521/26500 34258/31502/26483 34255/31505/26486</w:t>
        <w:br/>
        <w:t>f 34274/31522/26501 34275/31521/26500 34255/31505/26486</w:t>
        <w:br/>
        <w:t>f 34277/31523/26502 34276/31524/26503 34272/31517/26498</w:t>
        <w:br/>
        <w:t>f 34273/31520/26498 34277/31523/26502 34272/31517/26498</w:t>
        <w:br/>
        <w:t>f 34281/31525/26504 34280/31526/26505 34279/31527/26506</w:t>
        <w:br/>
        <w:t>f 34278/31528/26504 34281/31525/26504 34279/31527/26506</w:t>
        <w:br/>
        <w:t>f 34284/31529/26507 34283/31530/26508 34282/31531/26509</w:t>
        <w:br/>
        <w:t>f 34285/31532/26507 34284/31529/26507 34282/31531/26509</w:t>
        <w:br/>
        <w:t>f 34255/31505/26486 34253/31499/26480 34269/31516/26497</w:t>
        <w:br/>
        <w:t>f 34274/31522/26501 34255/31505/26486 34269/31516/26497</w:t>
        <w:br/>
        <w:t>f 34263/31509/26490 34276/31524/26503 34277/31523/26502</w:t>
        <w:br/>
        <w:t>f 34286/31533/26510 34263/31509/26490 34277/31523/26502</w:t>
        <w:br/>
        <w:t>f 34289/31534/26511 34288/31535/26512 34287/31536/26513</w:t>
        <w:br/>
        <w:t>f 34290/31537/26514 34289/31534/26511 34287/31536/26513</w:t>
        <w:br/>
        <w:t>f 34283/31530/26508 34264/31513/26494 34291/31538/26515</w:t>
        <w:br/>
        <w:t>f 34282/31531/26509 34283/31530/26508 34291/31538/26515</w:t>
        <w:br/>
        <w:t>f 34292/31539/26516 34284/31529/26507 34285/31532/26507</w:t>
        <w:br/>
        <w:t>f 34293/31540/26517 34292/31539/26516 34285/31532/26507</w:t>
        <w:br/>
        <w:t>f 34291/31538/26515 34264/31513/26494 34265/31512/26493</w:t>
        <w:br/>
        <w:t>f 34294/31541/26518 34291/31538/26515 34265/31512/26493</w:t>
        <w:br/>
        <w:t>f 34254/31498/26479 34263/31509/26490 34286/31533/26510</w:t>
        <w:br/>
        <w:t>f 34267/31515/26496 34254/31498/26479 34286/31533/26510</w:t>
        <w:br/>
        <w:t>f 34270/31519/26499 34271/31518/26499 34296/31542/26519</w:t>
        <w:br/>
        <w:t>f 34295/31543/26519 34270/31519/26499 34296/31542/26519</w:t>
        <w:br/>
        <w:t>f 34299/31544/26520 34298/31545/26521 34297/31546/26522</w:t>
        <w:br/>
        <w:t>f 34300/31547/26523 34299/31544/26520 34297/31546/26522</w:t>
        <w:br/>
        <w:t>f 34297/31546/26522 34298/31545/26521 34302/31548/26524</w:t>
        <w:br/>
        <w:t>f 34301/31549/26524 34297/31546/26522 34302/31548/26524</w:t>
        <w:br/>
        <w:t>f 34288/31535/26512 34299/31544/26520 34300/31547/26523</w:t>
        <w:br/>
        <w:t>f 34287/31536/26513 34288/31535/26512 34300/31547/26523</w:t>
        <w:br/>
        <w:t>f 34304/31550/26525 34303/31551/26526 34179/31425/26406</w:t>
        <w:br/>
        <w:t>f 34180/31424/26405 34304/31550/26525 34179/31425/26406</w:t>
        <w:br/>
        <w:t>f 34250/31497/26478 34219/31464/26445 34179/31425/26406</w:t>
        <w:br/>
        <w:t>f 34303/31551/26526 34250/31497/26478 34179/31425/26406</w:t>
        <w:br/>
        <w:t>f 34250/31497/26478 34203/31449/26430 34219/31464/26445</w:t>
        <w:br/>
        <w:t>f 34202/31450/26431 34244/31491/26472 34218/31465/26446</w:t>
        <w:br/>
        <w:t>f 34203/31449/26430 34202/31450/26431 34218/31465/26446</w:t>
        <w:br/>
        <w:t>f 34240/31487/26468 34167/31413/26394 34244/31491/26472</w:t>
        <w:br/>
        <w:t>f 34202/31450/26431 34240/31487/26468 34244/31491/26472</w:t>
        <w:br/>
        <w:t>f 34243/31490/26471 34166/31414/26395 34167/31413/26394</w:t>
        <w:br/>
        <w:t>f 34240/31487/26468 34243/31490/26471 34167/31413/26394</w:t>
        <w:br/>
        <w:t>f 34211/31457/26438 34250/31497/26478 34303/31551/26526</w:t>
        <w:br/>
        <w:t>f 34247/31494/26475 34211/31457/26438 34303/31551/26526</w:t>
        <w:br/>
        <w:t>f 34294/31541/26518 34265/31512/26493 34258/31502/26483</w:t>
        <w:br/>
        <w:t>f 34275/31521/26500 34294/31541/26518 34258/31502/26483</w:t>
        <w:br/>
        <w:t>f 34265/31512/26493 34266/31511/26492 34257/31503/26484</w:t>
        <w:br/>
        <w:t>f 34258/31502/26483 34265/31512/26493 34257/31503/26484</w:t>
        <w:br/>
        <w:t>f 34304/31550/26525 34181/31431/26412 34247/31494/26475</w:t>
        <w:br/>
        <w:t>f 34303/31551/26526 34304/31550/26525 34247/31494/26475</w:t>
        <w:br/>
        <w:t>f 34192/31438/26419 34209/31455/26436 34305/31552/26527</w:t>
        <w:br/>
        <w:t>f 34191/31439/26420 34192/31438/26419 34305/31552/26527</w:t>
        <w:br/>
        <w:t>f 34192/31438/26419 34193/31437/26418 34242/31489/26470</w:t>
        <w:br/>
        <w:t>f 34208/31456/26437 34192/31438/26419 34242/31489/26470</w:t>
        <w:br/>
        <w:t>f 34246/31492/26473 34208/31456/26437 34242/31489/26470</w:t>
        <w:br/>
        <w:t>f 34241/31488/26469 34246/31492/26473 34242/31489/26470</w:t>
        <w:br/>
        <w:t>f 34280/31526/26505 34292/31539/26516 34293/31540/26517</w:t>
        <w:br/>
        <w:t>f 34279/31527/26506 34280/31526/26505 34293/31540/26517</w:t>
        <w:br/>
        <w:t>f 34120/31365/26352 34118/31367/26354 34065/31309/26302</w:t>
        <w:br/>
        <w:t>f 34065/31309/26302 34118/31367/26354 34064/31310/26303</w:t>
        <w:br/>
        <w:t>f 34107/31353/26341 34076/31321/26314 34077/31324/26317</w:t>
        <w:br/>
        <w:t>f 34106/31354/26342 34107/31353/26341 34077/31324/26317</w:t>
        <w:br/>
        <w:t>f 34076/31321/26314 34107/31353/26341 34306/31553/26528</w:t>
        <w:br/>
        <w:t>f 34017/31262/26265 34130/31378/26364 34133/31379/26365</w:t>
        <w:br/>
        <w:t>f 32810/30282/25403 32811/30281/25402 34307/31554/26529</w:t>
        <w:br/>
        <w:t>f 32866/30336/25454 32810/30282/25403 34307/31554/26529</w:t>
        <w:br/>
        <w:t>f 32855/30327/25448 32856/30326/25447 34309/31555/26530</w:t>
        <w:br/>
        <w:t>f 34308/31556/26531 32855/30327/25448 34309/31555/26530</w:t>
        <w:br/>
        <w:t>f 32811/30281/25402 32855/30327/25448 34308/31556/26531</w:t>
        <w:br/>
        <w:t>f 34307/31554/26529 32811/30281/25402 34308/31556/26531</w:t>
        <w:br/>
        <w:t>f 32810/30282/25403 32868/30337/25455 34310/31557/26532</w:t>
        <w:br/>
        <w:t>f 32813/30279/25400 32810/30282/25403 34310/31557/26532</w:t>
        <w:br/>
        <w:t>f 32868/30337/25455 32875/30343/25461 32888/30357/25475</w:t>
        <w:br/>
        <w:t>f 34310/31557/26532 32868/30337/25455 32888/30357/25475</w:t>
        <w:br/>
        <w:t>f 32814/30286/25407 32815/30285/25406 32866/30336/25454</w:t>
        <w:br/>
        <w:t>f 34307/31554/26529 32814/30286/25407 32866/30336/25454</w:t>
        <w:br/>
        <w:t>f 32853/30322/25443 32814/30286/25407 34307/31554/26529</w:t>
        <w:br/>
        <w:t>f 34308/31556/26531 32853/30322/25443 34307/31554/26529</w:t>
        <w:br/>
        <w:t>f 32854/30323/25444 32853/30322/25443 34308/31556/26531</w:t>
        <w:br/>
        <w:t>f 34309/31555/26530 32854/30323/25444 34308/31556/26531</w:t>
        <w:br/>
        <w:t>f 32864/30334/25452 32865/30333/25451 32874/30344/25462</w:t>
        <w:br/>
        <w:t>f 32867/30335/25453 32864/30334/25452 32874/30344/25462</w:t>
        <w:br/>
        <w:t>f 32864/30334/25452 32815/30285/25406 32816/30284/25405</w:t>
        <w:br/>
        <w:t>f 32820/30288/25409 32864/30334/25452 32816/30284/25405</w:t>
        <w:br/>
        <w:t>f 34311/31558/26533 32874/30344/25462 32865/30333/25451</w:t>
        <w:br/>
        <w:t>f 32873/30342/25460 34311/31558/26533 32865/30333/25451</w:t>
        <w:br/>
        <w:t>f 32764/30234/25355 32872/30341/25459 32778/30247/25368</w:t>
        <w:br/>
        <w:t>f 32874/30344/25462 34311/31558/26533 32737/30206/25327</w:t>
        <w:br/>
        <w:t>f 32875/30343/25461 32874/30344/25462 32737/30206/25327</w:t>
        <w:br/>
        <w:t>f 32799/30267/25388 32856/30326/25447 32857/30325/25446</w:t>
        <w:br/>
        <w:t>f 32799/30267/25388 34309/31555/26530 32856/30326/25447</w:t>
        <w:br/>
        <w:t>f 32799/30267/25388 32798/30268/25389 34309/31555/26530</w:t>
        <w:br/>
        <w:t>f 32800/30269/25390 32854/30323/25444 34309/31555/26530</w:t>
        <w:br/>
        <w:t>f 32798/30268/25389 32800/30269/25390 34309/31555/26530</w:t>
        <w:br/>
        <w:t>f 34311/31558/26533 32873/30342/25460 32872/30341/25459</w:t>
        <w:br/>
        <w:t>f 32764/30234/25355 34311/31558/26533 32872/30341/25459</w:t>
        <w:br/>
        <w:t>f 32826/30294/25415 32873/30342/25460 32865/30333/25451</w:t>
        <w:br/>
        <w:t>f 32821/30287/25408 32826/30294/25415 32865/30333/25451</w:t>
        <w:br/>
        <w:t>f 32737/30206/25327 34311/31558/26533 32764/30234/25355</w:t>
        <w:br/>
        <w:t>f 32732/30204/25325 32733/30203/25324 32737/30206/25327</w:t>
        <w:br/>
        <w:t>f 32764/30234/25355 32732/30204/25325 32737/30206/25327</w:t>
        <w:br/>
        <w:t>f 32736/30207/25328 32733/30203/25324 32734/30202/25323</w:t>
        <w:br/>
        <w:t>f 32781/30250/25371 32736/30207/25328 32734/30202/25323</w:t>
        <w:br/>
        <w:t>f 32747/30219/25340 32748/30218/25339 32877/30346/25464</w:t>
        <w:br/>
        <w:t>f 32753/30220/25341 32747/30219/25340 32877/30346/25464</w:t>
        <w:br/>
        <w:t>f 32747/30219/25340 32751/30222/25343 32780/30249/25370</w:t>
        <w:br/>
        <w:t>f 32750/30216/25337 32747/30219/25340 32780/30249/25370</w:t>
        <w:br/>
        <w:t>f 33931/31181/26188 33932/31180/26187 33994/31240/26247</w:t>
        <w:br/>
        <w:t>f 33995/31239/26246 33931/31181/26188 33994/31240/26247</w:t>
        <w:br/>
        <w:t>f 33999/31246/26253 33990/31237/26244 33950/31200/26207</w:t>
        <w:br/>
        <w:t>f 33951/31199/26206 33999/31246/26253 33950/31200/26207</w:t>
        <w:br/>
        <w:t>f 33950/31200/26207 33931/31181/26188 33995/31239/26246</w:t>
        <w:br/>
        <w:t>f 33953/31197/26204 33950/31200/26207 33995/31239/26246</w:t>
        <w:br/>
        <w:t>f 34005/31251/26258 34035/31283/26283 34036/31282/26282</w:t>
        <w:br/>
        <w:t>f 34004/31252/26259 34005/31251/26258 34036/31282/26282</w:t>
        <w:br/>
        <w:t>f 34312/31559/26534 34110/31356/26343 34111/31355/26343</w:t>
        <w:br/>
        <w:t>f 34039/31287/26286 34312/31559/26534 34111/31355/26343</w:t>
        <w:br/>
        <w:t>f 34062/31312/26305 33951/31199/26206 33952/31198/26205</w:t>
        <w:br/>
        <w:t>f 34065/31309/26302 34062/31312/26305 33952/31198/26205</w:t>
        <w:br/>
        <w:t>f 32765/30233/25354 32773/30244/25365 32735/30201/25322</w:t>
        <w:br/>
        <w:t>f 32732/30204/25325 32765/30233/25354 32735/30201/25322</w:t>
        <w:br/>
        <w:t>f 34063/31311/26304 34116/31361/26348 34117/31364/26351</w:t>
        <w:br/>
        <w:t>f 34062/31312/26305 34063/31311/26304 34117/31364/26351</w:t>
        <w:br/>
        <w:t>f 32857/30325/25446 34313/31560/26535 32799/30267/25388</w:t>
        <w:br/>
        <w:t>f 32736/30207/25328 32751/30222/25343 32752/30221/25342</w:t>
        <w:br/>
        <w:t>f 32738/30205/25326 32736/30207/25328 32752/30221/25342</w:t>
        <w:br/>
        <w:t>f 32745/30215/25336 32756/30224/25345 32758/30228/25349</w:t>
        <w:br/>
        <w:t>f 32746/30214/25335 32745/30215/25336 32758/30228/25349</w:t>
        <w:br/>
        <w:t>f 32756/30224/25345 32745/30215/25336 32763/30232/25353</w:t>
        <w:br/>
        <w:t>f 32755/30225/25346 32756/30224/25345 32763/30232/25353</w:t>
        <w:br/>
        <w:t>f 32780/30249/25370 32781/30250/25371 32746/30214/25335</w:t>
        <w:br/>
        <w:t>f 32758/30228/25349 32780/30249/25370 32746/30214/25335</w:t>
        <w:br/>
        <w:t>f 32786/30257/25378 32787/30256/25377 32857/30325/25446</w:t>
        <w:br/>
        <w:t>f 32858/30324/25445 32786/30257/25378 32857/30325/25446</w:t>
        <w:br/>
        <w:t>f 32791/30259/25380 32786/30257/25378 32858/30324/25445</w:t>
        <w:br/>
        <w:t>f 32812/30280/25401 32791/30259/25380 32858/30324/25445</w:t>
        <w:br/>
        <w:t>f 32812/30280/25401 32813/30279/25400 32831/30300/25421</w:t>
        <w:br/>
        <w:t>f 32791/30259/25380 32812/30280/25401 32831/30300/25421</w:t>
        <w:br/>
        <w:t>f 32861/30332/24051 32862/30331/24051 34314/31561/26536</w:t>
        <w:br/>
        <w:t>f 32813/30279/25400 34310/31557/26532 32869/30338/25456</w:t>
        <w:br/>
        <w:t>f 32831/30300/25421 32813/30279/25400 32869/30338/25456</w:t>
        <w:br/>
        <w:t>f 34310/31557/26532 32888/30357/25475 32876/30345/25463</w:t>
        <w:br/>
        <w:t>f 32869/30338/25456 34310/31557/26532 32876/30345/25463</w:t>
        <w:br/>
        <w:t>f 32752/30221/25342 32876/30345/25463 32888/30357/25475</w:t>
        <w:br/>
        <w:t>f 32738/30205/25326 32752/30221/25342 32888/30357/25475</w:t>
        <w:br/>
        <w:t>f 32781/30250/25371 32780/30249/25370 32751/30222/25343</w:t>
        <w:br/>
        <w:t>f 32736/30207/25328 32781/30250/25371 32751/30222/25343</w:t>
        <w:br/>
        <w:t>f 34317/31562/26537 34316/31563/26538 34315/31564/26527</w:t>
        <w:br/>
        <w:t>f 34318/31565/26539 34316/31563/26538 34317/31562/26537</w:t>
        <w:br/>
        <w:t>f 34322/31566/26504 34321/31567/26540 34320/31568/26541</w:t>
        <w:br/>
        <w:t>f 34319/31569/26504 34322/31566/26504 34320/31568/26541</w:t>
        <w:br/>
        <w:t>f 34264/31513/26494 34283/31530/26508 34323/31570/26542</w:t>
        <w:br/>
        <w:t>f 34266/31511/26492 34264/31513/26494 34323/31570/26542</w:t>
        <w:br/>
        <w:t>f 32905/30375/25493 32688/30156/25278 32689/30158/25280</w:t>
        <w:br/>
        <w:t>f 32680/30151/25274 32691/30160/25282 32682/30149/25272</w:t>
        <w:br/>
        <w:t>f 34324/31571/26543 32839/30307/25428 32841/30309/25430</w:t>
        <w:br/>
        <w:t>f 32913/30381/25498 34324/31571/26543 32841/30309/25430</w:t>
        <w:br/>
        <w:t>f 32838/30308/25429 32839/30307/25428 34325/31572/26544</w:t>
        <w:br/>
        <w:t>f 34326/31573/26545 32838/30308/25429 34325/31572/26544</w:t>
        <w:br/>
        <w:t>f 34326/31573/26545 34327/31574/26546 32838/30308/25429</w:t>
        <w:br/>
        <w:t>f 34327/31574/26546 34328/31575/26547 32822/30292/25413</w:t>
        <w:br/>
        <w:t>f 32818/30290/25411 32822/30292/25413 34328/31575/26547</w:t>
        <w:br/>
        <w:t>f 32825/30295/25416 32818/30290/25411 34328/31575/26547</w:t>
        <w:br/>
        <w:t>f 34329/31576/26548 32871/30339/25457 32825/30295/25416</w:t>
        <w:br/>
        <w:t>f 34328/31575/26547 34329/31576/26548 32825/30295/25416</w:t>
        <w:br/>
        <w:t>f 34330/31577/26549 32726/30197/25318 32871/30339/25457</w:t>
        <w:br/>
        <w:t>f 34329/31576/26548 34330/31577/26549 32871/30339/25457</w:t>
        <w:br/>
        <w:t>f 34330/31577/26549 32729/30198/25319 32726/30197/25318</w:t>
        <w:br/>
        <w:t>f 34331/31578/26550 32730/30200/25321 32889/30358/25476</w:t>
        <w:br/>
        <w:t>f 32725/30194/25315 34332/31579/26551 32714/30182/25303</w:t>
        <w:br/>
        <w:t>f 34332/31579/26551 34333/31580/26552 32713/30183/25304</w:t>
        <w:br/>
        <w:t>f 32714/30182/25303 34332/31579/26551 32713/30183/25304</w:t>
        <w:br/>
        <w:t>f 34333/31580/26552 34334/31581/26553 32713/30183/25304</w:t>
        <w:br/>
        <w:t>f 32700/30172/25293 32701/30171/25292 32713/30183/25304</w:t>
        <w:br/>
        <w:t>f 34334/31581/26553 32700/30172/25293 32713/30183/25304</w:t>
        <w:br/>
        <w:t>f 34335/31582/26554 32715/30184/25305 32700/30172/25293</w:t>
        <w:br/>
        <w:t>f 34334/31581/26553 34335/31582/26554 32700/30172/25293</w:t>
        <w:br/>
        <w:t>f 34335/31582/26554 34336/31583/26555 32715/30184/25305</w:t>
        <w:br/>
        <w:t>f 34340/31584/26556 34339/31585/26557 34338/31586/26558</w:t>
        <w:br/>
        <w:t>f 34337/31587/26558 34340/31584/26556 34338/31586/26558</w:t>
        <w:br/>
        <w:t>f 34341/31588/26559 32680/30151/25274 32681/30150/25273</w:t>
        <w:br/>
        <w:t>f 34345/31589/26560 34344/31590/26561 34343/31591/26562</w:t>
        <w:br/>
        <w:t>f 34342/31592/26563 34345/31589/26560 34343/31591/26562</w:t>
        <w:br/>
        <w:t>f 34349/31593/26564 34348/31594/26565 34347/31595/26566</w:t>
        <w:br/>
        <w:t>f 34346/31596/26564 34349/31593/26564 34347/31595/26566</w:t>
        <w:br/>
        <w:t>f 34352/31597/26567 34351/31598/26567 34350/31599/26568</w:t>
        <w:br/>
        <w:t>f 34353/31600/26569 34352/31597/26567 34350/31599/26568</w:t>
        <w:br/>
        <w:t>f 34354/31601/26570 34344/31590/26561 34345/31589/26560</w:t>
        <w:br/>
        <w:t>f 33623/31058/26080 33643/31079/26101 34355/31602/26571</w:t>
        <w:br/>
        <w:t>f 34358/31603/26572 34357/31604/26573 34348/31594/26565</w:t>
        <w:br/>
        <w:t>f 34356/31605/26572 34358/31603/26572 34348/31594/26565</w:t>
        <w:br/>
        <w:t>f 34361/31606/26574 34360/31607/26575 34359/31608/26576</w:t>
        <w:br/>
        <w:t>f 34354/31601/26570 34361/31606/26574 34359/31608/26576</w:t>
        <w:br/>
        <w:t>f 34365/31609/26577 34364/31610/26578 34363/31611/26579</w:t>
        <w:br/>
        <w:t>f 34362/31612/26579 34365/31609/26577 34363/31611/26579</w:t>
        <w:br/>
        <w:t>f 34343/31591/26562 34349/31593/26564 34346/31596/26564</w:t>
        <w:br/>
        <w:t>f 34342/31592/26563 34343/31591/26562 34346/31596/26564</w:t>
        <w:br/>
        <w:t>f 34353/31600/26569 34350/31599/26568 34360/31607/26575</w:t>
        <w:br/>
        <w:t>f 34360/31607/26575 34361/31606/26574 34353/31600/26569</w:t>
        <w:br/>
        <w:t>f 34348/31594/26565 34357/31604/26573 34347/31595/26566</w:t>
        <w:br/>
        <w:t>f 34367/31613/26580 34355/31602/26571 34366/31614/26581</w:t>
        <w:br/>
        <w:t>f 34370/31615/25493 34369/31616/25280 34368/31617/26582</w:t>
        <w:br/>
        <w:t>f 34373/31618/26583 34372/31619/26584 34371/31620/26584</w:t>
        <w:br/>
        <w:t>f 34374/31621/26583 34373/31618/26583 34371/31620/26584</w:t>
        <w:br/>
        <w:t>f 34378/31622/26585 34377/31623/26585 34376/31624/26586</w:t>
        <w:br/>
        <w:t>f 34375/31625/26586 34378/31622/26585 34376/31624/26586</w:t>
        <w:br/>
        <w:t>f 34382/31626/26587 34381/31627/26588 34380/31628/26589</w:t>
        <w:br/>
        <w:t>f 34379/31629/26590 34382/31626/26587 34380/31628/26589</w:t>
        <w:br/>
        <w:t>f 34385/31630/26591 34384/31631/26592 34383/31632/26593</w:t>
        <w:br/>
        <w:t>f 34386/31633/26591 34385/31630/26591 34383/31632/26593</w:t>
        <w:br/>
        <w:t>f 34389/31634/26594 34388/31635/26595 34387/31636/26595</w:t>
        <w:br/>
        <w:t>f 34390/31637/26594 34389/31634/26594 34387/31636/26595</w:t>
        <w:br/>
        <w:t>f 34393/31638/26596 34392/31639/26597 34391/31640/26597</w:t>
        <w:br/>
        <w:t>f 34394/31641/26596 34393/31638/26596 34391/31640/26597</w:t>
        <w:br/>
        <w:t>f 34371/31620/26584 34372/31619/26584 34396/31642/26203</w:t>
        <w:br/>
        <w:t>f 34395/31643/26203 34371/31620/26584 34396/31642/26203</w:t>
        <w:br/>
        <w:t>f 34398/31644/26598 34397/31645/26598 34377/31623/26585</w:t>
        <w:br/>
        <w:t>f 34378/31622/26585 34398/31644/26598 34377/31623/26585</w:t>
        <w:br/>
        <w:t>f 33685/31121/26131 34400/31646/26599 34399/31647/26599</w:t>
        <w:br/>
        <w:t>f 33684/31122/26132 33685/31121/26131 34399/31647/26599</w:t>
        <w:br/>
        <w:t>f 34404/31648/26600 34403/31649/26601 34402/31650/26601</w:t>
        <w:br/>
        <w:t>f 34401/31651/26601 34404/31648/26600 34402/31650/26601</w:t>
        <w:br/>
        <w:t>f 34383/31632/26593 34384/31631/26592 34406/31652/26602</w:t>
        <w:br/>
        <w:t>f 34405/31653/26602 34383/31632/26593 34406/31652/26602</w:t>
        <w:br/>
        <w:t>f 34409/31654/26603 34408/31655/26604 34407/31656/26604</w:t>
        <w:br/>
        <w:t>f 34410/31657/26605 34409/31654/26603 34407/31656/26604</w:t>
        <w:br/>
        <w:t>f 34395/31643/26203 34396/31642/26203 34412/31658/26606</w:t>
        <w:br/>
        <w:t>f 34411/31659/26606 34395/31643/26203 34412/31658/26606</w:t>
        <w:br/>
        <w:t>f 34414/31660/26607 34413/31661/26607 34397/31645/26598</w:t>
        <w:br/>
        <w:t>f 34398/31644/26598 34414/31660/26607 34397/31645/26598</w:t>
        <w:br/>
        <w:t>f 34418/31662/26608 34417/31663/26608 34416/31664/26609</w:t>
        <w:br/>
        <w:t>f 34415/31665/26610 34418/31662/26608 34416/31664/26609</w:t>
        <w:br/>
        <w:t>f 34421/31666/26611 34420/31667/26612 34419/31668/26612</w:t>
        <w:br/>
        <w:t>f 34422/31669/26611 34421/31666/26611 34419/31668/26612</w:t>
        <w:br/>
        <w:t>f 34379/31629/26590 34380/31628/26589 34373/31618/26583</w:t>
        <w:br/>
        <w:t>f 34374/31621/26583 34379/31629/26590 34373/31618/26583</w:t>
        <w:br/>
        <w:t>f 34376/31624/26586 34385/31630/26591 34386/31633/26591</w:t>
        <w:br/>
        <w:t>f 34375/31625/26586 34376/31624/26586 34386/31633/26591</w:t>
        <w:br/>
        <w:t>f 34388/31635/26595 34413/31661/26607 34414/31660/26607</w:t>
        <w:br/>
        <w:t>f 34387/31636/26595 34388/31635/26595 34414/31660/26607</w:t>
        <w:br/>
        <w:t>f 34412/31658/26606 34393/31638/26596 34394/31641/26596</w:t>
        <w:br/>
        <w:t>f 34411/31659/26606 34412/31658/26606 34394/31641/26596</w:t>
        <w:br/>
        <w:t>f 34408/31655/26604 34381/31627/26588 34382/31626/26587</w:t>
        <w:br/>
        <w:t>f 34407/31656/26604 34408/31655/26604 34382/31626/26587</w:t>
        <w:br/>
        <w:t>f 34415/31665/26610 34416/31664/26609 34423/31670/26613</w:t>
        <w:br/>
        <w:t>f 34426/31671/26614 34425/31672/26615 34424/31673/26616</w:t>
        <w:br/>
        <w:t>f 34344/31590/26561 34354/31601/26570 34359/31608/26576</w:t>
        <w:br/>
        <w:t>f 34364/31610/26617 34426/31671/26618 34428/31674/26619</w:t>
        <w:br/>
        <w:t>f 34427/31675/26620 34364/31610/26617 34428/31674/26619</w:t>
        <w:br/>
        <w:t>f 34364/31610/26578 34365/31609/26577 34370/31615/25493</w:t>
        <w:br/>
        <w:t>f 34368/31617/26582 34364/31610/26578 34370/31615/25493</w:t>
        <w:br/>
        <w:t>f 34368/31617/26582 34369/31616/25280 34429/31676/26621</w:t>
        <w:br/>
        <w:t>f 34327/31574/26546 32822/30292/25413 32823/30291/25412</w:t>
        <w:br/>
        <w:t>f 32838/30308/25429 34327/31574/26546 32823/30291/25412</w:t>
        <w:br/>
        <w:t>f 34331/31578/26550 32889/30358/25476 32729/30198/25319</w:t>
        <w:br/>
        <w:t>f 34430/31677/26571 32676/30148/25271 32722/30191/25312</w:t>
        <w:br/>
        <w:t>f 34433/31678/26622 34432/31679/26622 34431/31680/26622</w:t>
        <w:br/>
        <w:t>f 34434/31681/26623 34399/31647/26599 34400/31646/26599</w:t>
        <w:br/>
        <w:t>f 34435/31682/26623 34434/31681/26623 34400/31646/26599</w:t>
        <w:br/>
        <w:t>f 33643/31079/26101 33642/31080/26102 34366/31614/26581</w:t>
        <w:br/>
        <w:t>f 34355/31602/26571 33643/31079/26101 34366/31614/26581</w:t>
        <w:br/>
        <w:t>f 32709/30178/25299 32706/30177/25298 32715/30184/25305</w:t>
        <w:br/>
        <w:t>f 34336/31583/26555 32709/30178/25299 32715/30184/25305</w:t>
        <w:br/>
        <w:t>f 32723/30192/25313 32710/30181/25302 33582/31020/26043</w:t>
        <w:br/>
        <w:t>f 32724/30193/25314 32723/30192/25313 33582/31020/26043</w:t>
        <w:br/>
        <w:t>f 34436/31683/26624 32731/30199/25320 32725/30194/25315</w:t>
        <w:br/>
        <w:t>f 32724/30193/25314 34436/31683/26624 32725/30194/25315</w:t>
        <w:br/>
        <w:t>f 32712/30179/25300 32723/30192/25313 32704/30174/25295</w:t>
        <w:br/>
        <w:t>f 34436/31683/26624 33582/31020/26043 32716/30188/25309</w:t>
        <w:br/>
        <w:t>f 32717/30187/25308 34436/31683/26624 32716/30188/25309</w:t>
        <w:br/>
        <w:t>f 34436/31683/26624 32893/30361/25479 32731/30199/25320</w:t>
        <w:br/>
        <w:t>f 34436/31683/26624 32724/30193/25314 33582/31020/26043</w:t>
        <w:br/>
        <w:t>f 32893/30361/25479 32889/30358/25476 32730/30200/25321</w:t>
        <w:br/>
        <w:t>f 32731/30199/25320 32893/30361/25479 32730/30200/25321</w:t>
        <w:br/>
        <w:t>f 32892/30362/25480 32893/30361/25479 32903/30373/25491</w:t>
        <w:br/>
        <w:t>f 34440/31684/26625 34439/31685/26625 34438/31686/26626</w:t>
        <w:br/>
        <w:t>f 34437/31687/26627 34440/31684/26625 34438/31686/26626</w:t>
        <w:br/>
        <w:t>f 34443/31688/26628 34442/31689/26629 34441/31690/26629</w:t>
        <w:br/>
        <w:t>f 34437/31687/26627 34443/31688/26628 34441/31690/26629</w:t>
        <w:br/>
        <w:t>f 34441/31690/26629 34442/31689/26629 34445/31691/26630</w:t>
        <w:br/>
        <w:t>f 34444/31692/26630 34441/31690/26629 34445/31691/26630</w:t>
        <w:br/>
        <w:t>f 34444/31692/26630 34445/31691/26630 32325/30120/25251</w:t>
        <w:br/>
        <w:t>f 32326/30119/25250 34444/31692/26630 32325/30120/25251</w:t>
        <w:br/>
        <w:t>f 34438/31686/26626 34443/31688/26628 34437/31687/26627</w:t>
        <w:br/>
        <w:t>f 34448/31693/26631 34447/31694/26632 34446/31695/26633</w:t>
        <w:br/>
        <w:t>f 34449/31696/26631 34448/31693/26631 34446/31695/26633</w:t>
        <w:br/>
        <w:t>f 34453/31697/26634 34452/31698/26635 34451/31699/26636</w:t>
        <w:br/>
        <w:t>f 34450/31700/26637 34453/31697/26634 34451/31699/26636</w:t>
        <w:br/>
        <w:t>f 34447/31694/26632 34455/31701/26638 34454/31702/26638</w:t>
        <w:br/>
        <w:t>f 34446/31695/26633 34447/31694/26632 34454/31702/26638</w:t>
        <w:br/>
        <w:t>f 34456/31703/26639 34448/31693/26631 34449/31696/26631</w:t>
        <w:br/>
        <w:t>f 34457/31704/26639 34456/31703/26639 34449/31696/26631</w:t>
        <w:br/>
        <w:t>f 34460/31705/26640 34459/31706/26641 34458/31707/26641</w:t>
        <w:br/>
        <w:t>f 34461/31708/26640 34460/31705/26640 34458/31707/26641</w:t>
        <w:br/>
        <w:t>f 34463/31709/26642 34462/31710/26642 34456/31703/26639</w:t>
        <w:br/>
        <w:t>f 34457/31704/26639 34463/31709/26642 34456/31703/26639</w:t>
        <w:br/>
        <w:t>f 34459/31706/26641 34465/31711/26643 34464/31712/26643</w:t>
        <w:br/>
        <w:t>f 34458/31707/26641 34459/31706/26641 34464/31712/26643</w:t>
        <w:br/>
        <w:t>f 32348/30141/25266 32347/30142/25266 34462/31710/26642</w:t>
        <w:br/>
        <w:t>f 34463/31709/26642 32348/30141/25266 34462/31710/26642</w:t>
        <w:br/>
        <w:t>f 34465/31711/26643 32349/30144/25267 32350/30143/25267</w:t>
        <w:br/>
        <w:t>f 34464/31712/26643 34465/31711/26643 32350/30143/25267</w:t>
        <w:br/>
        <w:t>f 34450/31700/26637 34451/31699/26636 34460/31705/26640</w:t>
        <w:br/>
        <w:t>f 34461/31708/26640 34450/31700/26637 34460/31705/26640</w:t>
        <w:br/>
        <w:t>f 33011/30449/25548 33041/30475/25574 33010/30450/25549</w:t>
        <w:br/>
        <w:t>f 33011/30449/25548 33272/30709/25808 33287/30724/25823</w:t>
        <w:br/>
        <w:t>f 33271/30707/25806 33272/30709/25808 33273/30710/25809</w:t>
        <w:br/>
        <w:t>f 33040/30476/25575 33287/30724/25823 33282/30719/25818</w:t>
        <w:br/>
        <w:t>f 33287/30724/25823 33269/30706/25805 33268/30704/25803</w:t>
        <w:br/>
        <w:t>f 33179/30616/25715 33103/30541/25640 33104/30540/25639</w:t>
        <w:br/>
        <w:t>f 33290/30726/25825 33179/30616/25715 33283/30721/25820</w:t>
        <w:br/>
        <w:t>f 33290/30726/25825 33275/30711/25810 33289/30727/25826</w:t>
        <w:br/>
        <w:t>f 33104/30540/25639 33283/30721/25820 33179/30616/25715</w:t>
        <w:br/>
        <w:t>f 33283/30721/25820 33274/30712/25811 33290/30726/25825</w:t>
        <w:br/>
        <w:t>f 32839/30307/25428 34324/31571/26543 34325/31572/26544</w:t>
        <w:br/>
        <w:t>f 34337/31587/26558 34338/31586/26558 32707/30176/25297</w:t>
        <w:br/>
        <w:t>f 32708/30175/25296 34337/31587/26558 32707/30176/25297</w:t>
        <w:br/>
        <w:t>f 34351/31598/26567 34352/31597/26567 34362/31612/26579</w:t>
        <w:br/>
        <w:t>f 34363/31611/26579 34351/31598/26567 34362/31612/26579</w:t>
        <w:br/>
        <w:t>f 34389/31634/26594 34390/31637/26594 34419/31668/26612</w:t>
        <w:br/>
        <w:t>f 34420/31667/26612 34389/31634/26594 34419/31668/26612</w:t>
        <w:br/>
        <w:t>f 34391/31640/26597 34392/31639/26597 34417/31663/26608</w:t>
        <w:br/>
        <w:t>f 34418/31662/26608 34391/31640/26597 34417/31663/26608</w:t>
        <w:br/>
        <w:t>f 32951/30423/25524 32952/30422/25524 32948/30416/25520</w:t>
        <w:br/>
        <w:t>f 32707/30176/25297 32951/30423/25524 32948/30416/25520</w:t>
        <w:br/>
        <w:t>f 31340/29333/24593 31395/29388/24630 31394/29389/24630</w:t>
        <w:br/>
        <w:t>f 31339/29334/24594 31340/29333/24593 31394/29389/24630</w:t>
        <w:br/>
        <w:t>f 30967/28961/24257 30991/28983/24279 30966/28962/24258</w:t>
        <w:br/>
        <w:t>f 31235/29227/24512 31240/29236/24520 31234/29228/24513</w:t>
        <w:br/>
        <w:t>f 33540/30978/26016 33541/30977/26016 33484/30924/25985</w:t>
        <w:br/>
        <w:t>f 33485/30923/25985 33540/30978/26016 33484/30924/25985</w:t>
        <w:br/>
        <w:t>f 33112/30549/25648 33136/30571/25670 33111/30550/25649</w:t>
        <w:br/>
        <w:t>f 33380/30815/25904 33417/30856/25940 33379/30816/25905</w:t>
        <w:br/>
        <w:t>f 31341/29332/24592 31338/29335/24592 31347/29341/24599</w:t>
        <w:br/>
        <w:t>f 31348/29340/24598 31341/29332/24592 31347/29341/24599</w:t>
        <w:br/>
        <w:t>f 33493/30930/25989 33486/30922/25984 33487/30921/25984</w:t>
        <w:br/>
        <w:t>f 33492/30931/25989 33493/30930/25989 33487/30921/25984</w:t>
        <w:br/>
        <w:t>f 30990/28984/24280 30991/28983/24279 30992/28987/24283</w:t>
        <w:br/>
        <w:t>f 31254/29247/24531 31281/29275/24553 31243/29237/24521</w:t>
        <w:br/>
        <w:t>f 31241/29235/24519 31254/29247/24531 31243/29237/24521</w:t>
        <w:br/>
        <w:t>f 33138/30574/25673 33136/30571/25670 33134/30573/25672</w:t>
        <w:br/>
        <w:t>f 33385/30823/25911 33378/30817/25906 33389/30824/25912</w:t>
        <w:br/>
        <w:t>f 36938/31713/26644 36937/31714/26645 31387/29382/24625</w:t>
        <w:br/>
        <w:t>f 31388/29381/24625 36938/31713/26644 31387/29382/24625</w:t>
        <w:br/>
        <w:t>f 33533/30971/26013 36940/31715/26646 36939/31716/26647</w:t>
        <w:br/>
        <w:t>f 33532/30972/26013 33533/30971/26013 36939/31716/26647</w:t>
        <w:br/>
        <w:t>f 33217/30654/25753 33143/30578/25677 33261/30697/25796</w:t>
        <w:br/>
        <w:t>f 31115/29110/24404 30998/28990/24286 31072/29066/24362</w:t>
        <w:br/>
        <w:t>f 31280/29274/24552 36941/31717/26648 31257/29252/24536</w:t>
        <w:br/>
        <w:t>f 31258/29251/24535 31280/29274/24552 31257/29252/24536</w:t>
        <w:br/>
        <w:t>f 31352/29344/24602 31389/29380/24624 31386/29383/24626</w:t>
        <w:br/>
        <w:t>f 31351/29345/24602 31352/29344/24602 31386/29383/24626</w:t>
        <w:br/>
        <w:t>f 33534/30970/26012 33535/30969/26011 33496/30935/25991</w:t>
        <w:br/>
        <w:t>f 33497/30934/25991 33534/30970/26012 33496/30935/25991</w:t>
        <w:br/>
        <w:t>f 30997/28991/24287 30999/28993/24289 30996/28992/24288</w:t>
        <w:br/>
        <w:t>f 31246/29238/24522 31274/29271/24549 31245/29239/24523</w:t>
        <w:br/>
        <w:t>f 33142/30579/25678 33144/30581/25680 33141/30580/25679</w:t>
        <w:br/>
        <w:t>f 33392/30827/25915 33424/30862/25945 33391/30828/25916</w:t>
        <w:br/>
        <w:t>f 34487/31718/26649 34486/31719/26650 34485/31720/26651</w:t>
        <w:br/>
        <w:t>f 34484/31721/26651 34487/31718/26649 34485/31720/26651</w:t>
        <w:br/>
        <w:t>f 34491/31722/26652 34490/31723/26653 34489/31724/26654</w:t>
        <w:br/>
        <w:t>f 34488/31725/26652 34491/31722/26652 34489/31724/26654</w:t>
        <w:br/>
        <w:t>f 34486/31719/26650 34487/31718/26649 34493/31726/26655</w:t>
        <w:br/>
        <w:t>f 34492/31727/26656 34486/31719/26650 34493/31726/26655</w:t>
        <w:br/>
        <w:t>f 34496/31728/26657 34495/31729/26658 34494/31730/26659</w:t>
        <w:br/>
        <w:t>f 34497/31731/26657 34496/31728/26657 34494/31730/26659</w:t>
        <w:br/>
        <w:t>f 34500/31732/26660 34499/31733/26661 34498/31734/26662</w:t>
        <w:br/>
        <w:t>f 34501/31735/26660 34500/31732/26660 34498/31734/26662</w:t>
        <w:br/>
        <w:t>f 34505/31736/26663 34504/31737/26664 34503/31738/26665</w:t>
        <w:br/>
        <w:t>f 34502/31739/26665 34505/31736/26663 34503/31738/26665</w:t>
        <w:br/>
        <w:t>f 34488/31725/26652 34507/31740/26666 34506/31741/26667</w:t>
        <w:br/>
        <w:t>f 34491/31722/26652 34488/31725/26652 34506/31741/26667</w:t>
        <w:br/>
        <w:t>f 34511/31742/26668 34510/31743/26669 34509/31744/26669</w:t>
        <w:br/>
        <w:t>f 34508/31745/26670 34511/31742/26668 34509/31744/26669</w:t>
        <w:br/>
        <w:t>f 34515/31746/26671 34514/31747/26672 34513/31748/26672</w:t>
        <w:br/>
        <w:t>f 34512/31749/26671 34515/31746/26671 34513/31748/26672</w:t>
        <w:br/>
        <w:t>f 34519/31750/26673 34518/31751/26673 34517/31752/26674</w:t>
        <w:br/>
        <w:t>f 34516/31753/26675 34519/31750/26673 34517/31752/26674</w:t>
        <w:br/>
        <w:t>f 34523/31754/26676 34522/31755/26677 34521/31756/26678</w:t>
        <w:br/>
        <w:t>f 34520/31757/26676 34523/31754/26676 34521/31756/26678</w:t>
        <w:br/>
        <w:t>f 34527/31758/26679 34526/31759/26680 34525/31760/26680</w:t>
        <w:br/>
        <w:t>f 34524/31761/26681 34527/31758/26679 34525/31760/26680</w:t>
        <w:br/>
        <w:t>f 34530/31762/26682 34529/31763/26683 34528/31764/26684</w:t>
        <w:br/>
        <w:t>f 34531/31765/26685 34530/31762/26682 34528/31764/26684</w:t>
        <w:br/>
        <w:t>f 34530/31762/26682 34534/31766/26686 34533/31767/26687</w:t>
        <w:br/>
        <w:t>f 34532/31768/26688 34530/31762/26682 34533/31767/26687</w:t>
        <w:br/>
        <w:t>f 34529/31763/26683 34530/31762/26682 34532/31768/26688</w:t>
        <w:br/>
        <w:t>f 34535/31769/26689 34529/31763/26683 34532/31768/26688</w:t>
        <w:br/>
        <w:t>f 34538/31770/26690 34537/31771/26691 34535/31769/26689</w:t>
        <w:br/>
        <w:t>f 34536/31772/26692 34538/31770/26690 34535/31769/26689</w:t>
        <w:br/>
        <w:t>f 34529/31763/26683 34539/31773/26693 34528/31764/26684</w:t>
        <w:br/>
        <w:t>f 34531/31765/26685 34534/31766/26686 34530/31762/26682</w:t>
        <w:br/>
        <w:t>f 34541/31774/26694 34540/31775/26695 34532/31768/26688</w:t>
        <w:br/>
        <w:t>f 34533/31767/26687 34541/31774/26694 34532/31768/26688</w:t>
        <w:br/>
        <w:t>f 34540/31775/26695 34536/31772/26692 34535/31769/26689</w:t>
        <w:br/>
        <w:t>f 34532/31768/26688 34540/31775/26695 34535/31769/26689</w:t>
        <w:br/>
        <w:t>f 34529/31763/26683 34535/31769/26689 34537/31771/26691</w:t>
        <w:br/>
        <w:t>f 34539/31773/26693 34529/31763/26683 34537/31771/26691</w:t>
        <w:br/>
        <w:t>f 34545/31776/26696 34544/31777/26697 34543/31778/26697</w:t>
        <w:br/>
        <w:t>f 34542/31779/26696 34545/31776/26696 34543/31778/26697</w:t>
        <w:br/>
        <w:t>f 34549/31780/26698 34548/31781/26699 34547/31782/26700</w:t>
        <w:br/>
        <w:t>f 34546/31783/26698 34549/31780/26698 34547/31782/26700</w:t>
        <w:br/>
        <w:t>f 34553/31784/26701 34552/31785/26702 34551/31786/26703</w:t>
        <w:br/>
        <w:t>f 34550/31787/26703 34553/31784/26701 34551/31786/26703</w:t>
        <w:br/>
        <w:t>f 34557/31788/26704 34556/31789/26704 34555/31790/26705</w:t>
        <w:br/>
        <w:t>f 34554/31791/26705 34557/31788/26704 34555/31790/26705</w:t>
        <w:br/>
        <w:t>f 34561/31792/26706 34560/31793/26707 34559/31794/26708</w:t>
        <w:br/>
        <w:t>f 34558/31795/26709 34561/31792/26706 34559/31794/26708</w:t>
        <w:br/>
        <w:t>f 34564/31796/26710 34563/31797/26711 34562/31798/26712</w:t>
        <w:br/>
        <w:t>f 34565/31799/26713 34564/31796/26710 34562/31798/26712</w:t>
        <w:br/>
        <w:t>f 34568/31800/26714 34567/31801/26715 34564/31796/26710</w:t>
        <w:br/>
        <w:t>f 34566/31802/26716 34568/31800/26714 34564/31796/26710</w:t>
        <w:br/>
        <w:t>f 34566/31802/26716 34564/31796/26710 34565/31799/26713</w:t>
        <w:br/>
        <w:t>f 34569/31803/26717 34566/31802/26716 34565/31799/26713</w:t>
        <w:br/>
        <w:t>f 34569/31803/26717 34572/31804/26718 34571/31805/26719</w:t>
        <w:br/>
        <w:t>f 34570/31806/26720 34569/31803/26717 34571/31805/26719</w:t>
        <w:br/>
        <w:t>f 34562/31798/26712 34573/31807/26721 34565/31799/26713</w:t>
        <w:br/>
        <w:t>f 34564/31796/26710 34567/31801/26715 34563/31797/26711</w:t>
        <w:br/>
        <w:t>f 34566/31802/26716 34575/31808/26722 34574/31809/26723</w:t>
        <w:br/>
        <w:t>f 34568/31800/26714 34566/31802/26716 34574/31809/26723</w:t>
        <w:br/>
        <w:t>f 34569/31803/26717 34570/31806/26720 34575/31808/26722</w:t>
        <w:br/>
        <w:t>f 34566/31802/26716 34569/31803/26717 34575/31808/26722</w:t>
        <w:br/>
        <w:t>f 34565/31799/26713 34573/31807/26721 34572/31804/26718</w:t>
        <w:br/>
        <w:t>f 34569/31803/26717 34565/31799/26713 34572/31804/26718</w:t>
        <w:br/>
        <w:t>f 34579/31810/26724 34578/31811/26725 34577/31812/26726</w:t>
        <w:br/>
        <w:t>f 34576/31813/26724 34579/31810/26724 34577/31812/26726</w:t>
        <w:br/>
        <w:t>f 34583/31814/26727 34582/31815/26728 34581/31816/26728</w:t>
        <w:br/>
        <w:t>f 34580/31817/26727 34583/31814/26727 34581/31816/26728</w:t>
        <w:br/>
        <w:t>f 34587/31818/26729 34586/31819/26730 34585/31820/26731</w:t>
        <w:br/>
        <w:t>f 34584/31821/26729 34587/31818/26729 34585/31820/26731</w:t>
        <w:br/>
        <w:t>f 34590/31822/26732 34589/31823/26732 34588/31824/26733</w:t>
        <w:br/>
        <w:t>f 34591/31825/26733 34590/31822/26732 34588/31824/26733</w:t>
        <w:br/>
        <w:t>f 34595/31826/26734 34594/31827/26735 34593/31828/26736</w:t>
        <w:br/>
        <w:t>f 34592/31829/26737 34595/31826/26734 34593/31828/26736</w:t>
        <w:br/>
        <w:t>f 34598/31830/26738 34597/31831/26738 34596/31832/26739</w:t>
        <w:br/>
        <w:t>f 34599/31833/26739 34598/31830/26738 34596/31832/26739</w:t>
        <w:br/>
        <w:t>f 34603/31834/26740 34602/31835/26741 34601/31836/26741</w:t>
        <w:br/>
        <w:t>f 34600/31837/26740 34603/31834/26740 34601/31836/26741</w:t>
        <w:br/>
        <w:t>f 34607/31838/26742 34606/31839/26743 34605/31840/26744</w:t>
        <w:br/>
        <w:t>f 34604/31841/26742 34607/31838/26742 34605/31840/26744</w:t>
        <w:br/>
        <w:t>f 34611/31842/26745 34610/31843/26746 34609/31844/26747</w:t>
        <w:br/>
        <w:t>f 34608/31845/26745 34611/31842/26745 34609/31844/26747</w:t>
        <w:br/>
        <w:t>f 34614/31846/26748 34613/31847/26749 34612/31848/26750</w:t>
        <w:br/>
        <w:t>f 34615/31849/26751 34614/31846/26748 34612/31848/26750</w:t>
        <w:br/>
        <w:t>f 34619/31850/26752 34618/31851/26753 34617/31852/26754</w:t>
        <w:br/>
        <w:t>f 34616/31853/26752 34619/31850/26752 34617/31852/26754</w:t>
        <w:br/>
        <w:t>f 34622/31854/26755 34621/31855/26755 34620/31856/26756</w:t>
        <w:br/>
        <w:t>f 34623/31857/26757 34622/31854/26755 34620/31856/26756</w:t>
        <w:br/>
        <w:t>f 34626/31858/26758 34625/31859/26758 34624/31860/26759</w:t>
        <w:br/>
        <w:t>f 34627/31861/26759 34626/31858/26758 34624/31860/26759</w:t>
        <w:br/>
        <w:t>f 34631/31862/26760 34630/31863/26761 34629/31864/26761</w:t>
        <w:br/>
        <w:t>f 34628/31865/26760 34631/31862/26760 34629/31864/26761</w:t>
        <w:br/>
        <w:t>f 34634/31866/26762 34633/31867/26763 34632/31868/26764</w:t>
        <w:br/>
        <w:t>f 34635/31869/26765 34634/31866/26762 34632/31868/26764</w:t>
        <w:br/>
        <w:t>f 34638/31870/26766 34637/31871/26766 34636/31872/26767</w:t>
        <w:br/>
        <w:t>f 34639/31873/26767 34638/31870/26766 34636/31872/26767</w:t>
        <w:br/>
        <w:t>f 34643/31874/26768 34642/31875/26769 34641/31876/26769</w:t>
        <w:br/>
        <w:t>f 34640/31877/26770 34643/31874/26768 34641/31876/26769</w:t>
        <w:br/>
        <w:t>f 34647/31878/26771 34646/31879/26772 34645/31880/26772</w:t>
        <w:br/>
        <w:t>f 34644/31881/26771 34647/31878/26771 34645/31880/26772</w:t>
        <w:br/>
        <w:t>f 34650/31882/26773 34649/31883/26773 34648/31884/26774</w:t>
        <w:br/>
        <w:t>f 34651/31885/26774 34650/31882/26773 34648/31884/26774</w:t>
        <w:br/>
        <w:t>f 34654/31886/26775 34653/31887/26776 34652/31888/26777</w:t>
        <w:br/>
        <w:t>f 34655/31889/26777 34654/31886/26775 34652/31888/26777</w:t>
        <w:br/>
        <w:t>f 34650/31882/26778 34658/31890/26779 34657/31891/26779</w:t>
        <w:br/>
        <w:t>f 34656/31892/26778 34650/31882/26778 34657/31891/26779</w:t>
        <w:br/>
        <w:t>f 34661/31893/26780 34660/31894/26780 34659/31895/26781</w:t>
        <w:br/>
        <w:t>f 34662/31896/26781 34661/31893/26780 34659/31895/26781</w:t>
        <w:br/>
        <w:t>f 34665/31897/26782 34664/31898/26782 34663/31899/26783</w:t>
        <w:br/>
        <w:t>f 34666/31900/26783 34665/31897/26782 34663/31899/26783</w:t>
        <w:br/>
        <w:t>f 34670/31901/26784 34669/31902/26785 34668/31903/26785</w:t>
        <w:br/>
        <w:t>f 34667/31904/26786 34670/31901/26784 34668/31903/26785</w:t>
        <w:br/>
        <w:t>f 34674/31905/26787 34673/31906/26788 34672/31907/26789</w:t>
        <w:br/>
        <w:t>f 34671/31908/26787 34674/31905/26787 34672/31907/26789</w:t>
        <w:br/>
        <w:t>f 34678/31909/26790 34677/31910/26791 34676/31911/26791</w:t>
        <w:br/>
        <w:t>f 34675/31912/26790 34678/31909/26790 34676/31911/26791</w:t>
        <w:br/>
        <w:t>f 34681/31913/26792 34680/31914/26792 34679/31915/26793</w:t>
        <w:br/>
        <w:t>f 34682/31916/26793 34681/31913/26792 34679/31915/26793</w:t>
        <w:br/>
        <w:t>f 34681/31913/26792 34684/31917/26794 34683/31918/26794</w:t>
        <w:br/>
        <w:t>f 34680/31914/26792 34681/31913/26792 34683/31918/26794</w:t>
        <w:br/>
        <w:t>f 34688/31919/26795 34687/31920/26796 34686/31921/26796</w:t>
        <w:br/>
        <w:t>f 34685/31922/26795 34688/31919/26795 34686/31921/26796</w:t>
        <w:br/>
        <w:t>f 34677/31910/26791 34619/31850/26752 34616/31853/26752</w:t>
        <w:br/>
        <w:t>f 34676/31911/26791 34677/31910/26791 34616/31853/26752</w:t>
        <w:br/>
        <w:t>f 34691/31923/26797 34690/31924/26798 34689/31925/26799</w:t>
        <w:br/>
        <w:t>f 34692/31926/26800 34691/31923/26797 34689/31925/26799</w:t>
        <w:br/>
        <w:t>f 34678/31909/26790 34675/31912/26790 34690/31924/26798</w:t>
        <w:br/>
        <w:t>f 34691/31923/26797 34678/31909/26790 34690/31924/26798</w:t>
        <w:br/>
        <w:t>f 34692/31926/26800 34689/31925/26799 34683/31918/26794</w:t>
        <w:br/>
        <w:t>f 34684/31917/26794 34692/31926/26800 34683/31918/26794</w:t>
        <w:br/>
        <w:t>f 34687/31920/26796 34682/31916/26793 34679/31915/26793</w:t>
        <w:br/>
        <w:t>f 34686/31921/26796 34687/31920/26796 34679/31915/26793</w:t>
        <w:br/>
        <w:t>f 34866/31927/26801 34865/31928/26802 34864/31929/26803</w:t>
        <w:br/>
        <w:t>f 34863/31930/26804 34866/31927/26801 34864/31929/26803</w:t>
        <w:br/>
        <w:t>f 34870/31931/26805 34869/31932/26805 34868/31933/26806</w:t>
        <w:br/>
        <w:t>f 34867/31934/26806 34870/31931/26805 34868/31933/26806</w:t>
        <w:br/>
        <w:t>f 34863/31930/26804 34872/31935/26807 34871/31936/26807</w:t>
        <w:br/>
        <w:t>f 34866/31927/26801 34863/31930/26804 34871/31936/26807</w:t>
        <w:br/>
        <w:t>f 34875/31937/26808 34874/31938/26809 34873/31939/26810</w:t>
        <w:br/>
        <w:t>f 34876/31940/26811 34875/31937/26808 34873/31939/26810</w:t>
        <w:br/>
        <w:t>f 34879/31941/26812 34878/31942/26812 34877/31943/26813</w:t>
        <w:br/>
        <w:t>f 34880/31944/26814 34879/31941/26812 34877/31943/26813</w:t>
        <w:br/>
        <w:t>f 34884/31945/26815 34883/31946/26816 34882/31947/26816</w:t>
        <w:br/>
        <w:t>f 34881/31948/26815 34884/31945/26815 34882/31947/26816</w:t>
        <w:br/>
        <w:t>f 34869/31932/26805 34870/31931/26805 34886/31949/26817</w:t>
        <w:br/>
        <w:t>f 34885/31950/26818 34869/31932/26805 34886/31949/26817</w:t>
        <w:br/>
        <w:t>f 34890/31951/26819 34889/31952/26819 34888/31953/26820</w:t>
        <w:br/>
        <w:t>f 34887/31954/26820 34890/31951/26819 34888/31953/26820</w:t>
        <w:br/>
        <w:t>f 34894/31955/26821 34893/31956/26821 34892/31957/26822</w:t>
        <w:br/>
        <w:t>f 34891/31958/26822 34894/31955/26821 34892/31957/26822</w:t>
        <w:br/>
        <w:t>f 34898/31959/26823 34897/31960/26824 34896/31961/26824</w:t>
        <w:br/>
        <w:t>f 34895/31962/26823 34898/31959/26823 34896/31961/26824</w:t>
        <w:br/>
        <w:t>f 34902/31963/26825 34901/31964/26825 34900/31965/26826</w:t>
        <w:br/>
        <w:t>f 34899/31966/26827 34902/31963/26825 34900/31965/26826</w:t>
        <w:br/>
        <w:t>f 34906/31967/26828 34905/31968/26828 34904/31969/26829</w:t>
        <w:br/>
        <w:t>f 34903/31970/26829 34906/31967/26828 34904/31969/26829</w:t>
        <w:br/>
        <w:t>f 34909/31971/26830 34908/31972/26831 34907/31973/26832</w:t>
        <w:br/>
        <w:t>f 34910/31974/26833 34909/31971/26830 34907/31973/26832</w:t>
        <w:br/>
        <w:t>f 34907/31973/26832 34913/31975/26834 34912/31976/26835</w:t>
        <w:br/>
        <w:t>f 34911/31977/26836 34907/31973/26832 34912/31976/26835</w:t>
        <w:br/>
        <w:t>f 34908/31972/26831 34914/31978/26837 34913/31975/26834</w:t>
        <w:br/>
        <w:t>f 34907/31973/26832 34908/31972/26831 34913/31975/26834</w:t>
        <w:br/>
        <w:t>f 34917/31979/26838 34916/31980/26839 34914/31978/26837</w:t>
        <w:br/>
        <w:t>f 34915/31981/26840 34917/31979/26838 34914/31978/26837</w:t>
        <w:br/>
        <w:t>f 34908/31972/26831 34909/31971/26830 34918/31982/26841</w:t>
        <w:br/>
        <w:t>f 34910/31974/26833 34907/31973/26832 34911/31977/26836</w:t>
        <w:br/>
        <w:t>f 34920/31983/26842 34912/31976/26835 34913/31975/26834</w:t>
        <w:br/>
        <w:t>f 34919/31984/26843 34920/31983/26842 34913/31975/26834</w:t>
        <w:br/>
        <w:t>f 34919/31984/26843 34913/31975/26834 34914/31978/26837</w:t>
        <w:br/>
        <w:t>f 34916/31980/26839 34919/31984/26843 34914/31978/26837</w:t>
        <w:br/>
        <w:t>f 34915/31981/26840 34914/31978/26837 34908/31972/26831</w:t>
        <w:br/>
        <w:t>f 34918/31982/26841 34915/31981/26840 34908/31972/26831</w:t>
        <w:br/>
        <w:t>f 34924/31985/26844 34923/31986/26844 34922/31987/26845</w:t>
        <w:br/>
        <w:t>f 34921/31988/26845 34924/31985/26844 34922/31987/26845</w:t>
        <w:br/>
        <w:t>f 34928/31989/26846 34927/31990/26846 34926/31991/26847</w:t>
        <w:br/>
        <w:t>f 34925/31992/26848 34928/31989/26846 34926/31991/26847</w:t>
        <w:br/>
        <w:t>f 34932/31993/26849 34931/31994/26850 34930/31995/26850</w:t>
        <w:br/>
        <w:t>f 34929/31996/26851 34932/31993/26849 34930/31995/26850</w:t>
        <w:br/>
        <w:t>f 34936/31997/26852 34935/31998/26853 34934/31999/26853</w:t>
        <w:br/>
        <w:t>f 34933/32000/26854 34936/31997/26852 34934/31999/26853</w:t>
        <w:br/>
        <w:t>f 34940/32001/26855 34939/32002/26856 34938/32003/26856</w:t>
        <w:br/>
        <w:t>f 34937/32004/26857 34940/32001/26855 34938/32003/26856</w:t>
        <w:br/>
        <w:t>f 34943/32005/26858 34942/32006/26859 34941/32007/26860</w:t>
        <w:br/>
        <w:t>f 34944/32008/26861 34943/32005/26858 34941/32007/26860</w:t>
        <w:br/>
        <w:t>f 34947/32009/26862 34946/32010/26863 34941/32007/26860</w:t>
        <w:br/>
        <w:t>f 34945/32011/26864 34947/32009/26862 34941/32007/26860</w:t>
        <w:br/>
        <w:t>f 34946/32010/26863 34948/32012/26865 34944/32008/26861</w:t>
        <w:br/>
        <w:t>f 34941/32007/26860 34946/32010/26863 34944/32008/26861</w:t>
        <w:br/>
        <w:t>f 34948/32012/26865 34951/32013/26866 34950/32014/26867</w:t>
        <w:br/>
        <w:t>f 34949/32015/26868 34948/32012/26865 34950/32014/26867</w:t>
        <w:br/>
        <w:t>f 34943/32005/26858 34944/32008/26861 34952/32016/26869</w:t>
        <w:br/>
        <w:t>f 34941/32007/26860 34942/32006/26859 34945/32011/26864</w:t>
        <w:br/>
        <w:t>f 34946/32010/26863 34947/32009/26862 34954/32017/26870</w:t>
        <w:br/>
        <w:t>f 34953/32018/26871 34946/32010/26863 34954/32017/26870</w:t>
        <w:br/>
        <w:t>f 34948/32012/26865 34946/32010/26863 34953/32018/26871</w:t>
        <w:br/>
        <w:t>f 34951/32013/26866 34948/32012/26865 34953/32018/26871</w:t>
        <w:br/>
        <w:t>f 34949/32015/26868 34952/32016/26869 34944/32008/26861</w:t>
        <w:br/>
        <w:t>f 34948/32012/26865 34949/32015/26868 34944/32008/26861</w:t>
        <w:br/>
        <w:t>f 34958/32019/26872 34957/32020/26872 34956/32021/26873</w:t>
        <w:br/>
        <w:t>f 34955/32022/26873 34958/32019/26872 34956/32021/26873</w:t>
        <w:br/>
        <w:t>f 34962/32023/26874 34961/32024/26874 34960/32025/26875</w:t>
        <w:br/>
        <w:t>f 34959/32026/26875 34962/32023/26874 34960/32025/26875</w:t>
        <w:br/>
        <w:t>f 34966/32027/26876 34965/32028/26876 34964/32029/26877</w:t>
        <w:br/>
        <w:t>f 34963/32030/26877 34966/32027/26876 34964/32029/26877</w:t>
        <w:br/>
        <w:t>f 34969/32031/26878 34968/32032/26879 34967/32033/26879</w:t>
        <w:br/>
        <w:t>f 34970/32034/26880 34969/32031/26878 34967/32033/26879</w:t>
        <w:br/>
        <w:t>f 34974/32035/26881 34973/32036/26881 34972/32037/26882</w:t>
        <w:br/>
        <w:t>f 34971/32038/26882 34974/32035/26881 34972/32037/26882</w:t>
        <w:br/>
        <w:t>f 34977/32039/26883 34976/32040/26884 34975/32041/26885</w:t>
        <w:br/>
        <w:t>f 34978/32042/26886 34977/32039/26883 34975/32041/26885</w:t>
        <w:br/>
        <w:t>f 34982/32043/26887 34981/32044/26887 34980/32045/26888</w:t>
        <w:br/>
        <w:t>f 34979/32046/26888 34982/32043/26887 34980/32045/26888</w:t>
        <w:br/>
        <w:t>f 34986/32047/26889 34985/32048/26889 34984/32049/26890</w:t>
        <w:br/>
        <w:t>f 34983/32050/26891 34986/32047/26889 34984/32049/26890</w:t>
        <w:br/>
        <w:t>f 34990/32051/26892 34989/32052/26893 34988/32053/26894</w:t>
        <w:br/>
        <w:t>f 34987/32054/26894 34990/32051/26892 34988/32053/26894</w:t>
        <w:br/>
        <w:t>f 34993/32055/26895 34992/32056/26896 34991/32057/26897</w:t>
        <w:br/>
        <w:t>f 34994/32058/26898 34993/32055/26895 34991/32057/26897</w:t>
        <w:br/>
        <w:t>f 34998/32059/26899 34997/32060/26899 34996/32061/26900</w:t>
        <w:br/>
        <w:t>f 34995/32062/26900 34998/32059/26899 34996/32061/26900</w:t>
        <w:br/>
        <w:t>f 35001/32063/26901 35000/32064/26902 34999/32065/26902</w:t>
        <w:br/>
        <w:t>f 35002/32066/26903 35001/32063/26901 34999/32065/26902</w:t>
        <w:br/>
        <w:t>f 35005/32067/26904 35004/32068/26905 35003/32069/26905</w:t>
        <w:br/>
        <w:t>f 35006/32070/26904 35005/32067/26904 35003/32069/26905</w:t>
        <w:br/>
        <w:t>f 35010/32071/26906 35009/32072/26907 35008/32073/26908</w:t>
        <w:br/>
        <w:t>f 35007/32074/26908 35010/32071/26906 35008/32073/26908</w:t>
        <w:br/>
        <w:t>f 35013/32075/26909 35012/32076/26910 35011/32077/26910</w:t>
        <w:br/>
        <w:t>f 35014/32078/26909 35013/32075/26909 35011/32077/26910</w:t>
        <w:br/>
        <w:t>f 35017/32079/26911 35016/32080/26912 35015/32081/26913</w:t>
        <w:br/>
        <w:t>f 35018/32082/26911 35017/32079/26911 35015/32081/26913</w:t>
        <w:br/>
        <w:t>f 35022/32083/26914 35021/32084/26915 35020/32085/26916</w:t>
        <w:br/>
        <w:t>f 35019/32086/26917 35022/32083/26914 35020/32085/26916</w:t>
        <w:br/>
        <w:t>f 35026/32087/26918 35025/32088/26918 35024/32089/26919</w:t>
        <w:br/>
        <w:t>f 35023/32090/26919 35026/32087/26918 35024/32089/26919</w:t>
        <w:br/>
        <w:t>f 35029/32091/26920 35028/32092/26921 35027/32093/26921</w:t>
        <w:br/>
        <w:t>f 35030/32094/26920 35029/32091/26920 35027/32093/26921</w:t>
        <w:br/>
        <w:t>f 35033/32095/26922 35032/32096/26923 35031/32097/26923</w:t>
        <w:br/>
        <w:t>f 35034/32098/26924 35033/32095/26922 35031/32097/26923</w:t>
        <w:br/>
        <w:t>f 35027/32093/26925 35037/32099/26925 35036/32100/26926</w:t>
        <w:br/>
        <w:t>f 35035/32101/26926 35027/32093/26925 35036/32100/26926</w:t>
        <w:br/>
        <w:t>f 35040/32102/26927 35039/32103/26928 35038/32104/26928</w:t>
        <w:br/>
        <w:t>f 35041/32105/26927 35040/32102/26927 35038/32104/26928</w:t>
        <w:br/>
        <w:t>f 35044/32106/26929 35043/32107/26930 35042/32108/26930</w:t>
        <w:br/>
        <w:t>f 35045/32109/26929 35044/32106/26929 35042/32108/26930</w:t>
        <w:br/>
        <w:t>f 35049/32110/26931 35048/32111/26931 35047/32112/26932</w:t>
        <w:br/>
        <w:t>f 35046/32113/26933 35049/32110/26931 35047/32112/26932</w:t>
        <w:br/>
        <w:t>f 35053/32114/26934 35052/32115/26934 35051/32116/26935</w:t>
        <w:br/>
        <w:t>f 35050/32117/26935 35053/32114/26934 35051/32116/26935</w:t>
        <w:br/>
        <w:t>f 35057/32118/26936 35056/32119/26936 35055/32120/26937</w:t>
        <w:br/>
        <w:t>f 35054/32121/26937 35057/32118/26936 35055/32120/26937</w:t>
        <w:br/>
        <w:t>f 35060/32122/26938 35059/32123/26939 35058/32124/26939</w:t>
        <w:br/>
        <w:t>f 35061/32125/26938 35060/32122/26938 35058/32124/26939</w:t>
        <w:br/>
        <w:t>f 35058/32124/26939 35059/32123/26939 35063/32126/26940</w:t>
        <w:br/>
        <w:t>f 35062/32127/26941 35058/32124/26939 35063/32126/26940</w:t>
        <w:br/>
        <w:t>f 35067/32128/26942 35066/32129/26942 35065/32130/26943</w:t>
        <w:br/>
        <w:t>f 35064/32131/26943 35067/32128/26942 35065/32130/26943</w:t>
        <w:br/>
        <w:t>f 35054/32121/26937 35055/32120/26937 34997/32060/26899</w:t>
        <w:br/>
        <w:t>f 34998/32059/26899 35054/32121/26937 34997/32060/26899</w:t>
        <w:br/>
        <w:t>f 35070/32132/26944 35069/32133/26945 35068/32134/26945</w:t>
        <w:br/>
        <w:t>f 35071/32135/26946 35070/32132/26944 35068/32134/26945</w:t>
        <w:br/>
        <w:t>f 35069/32133/26945 35056/32119/26936 35057/32118/26936</w:t>
        <w:br/>
        <w:t>f 35068/32134/26945 35069/32133/26945 35057/32118/26936</w:t>
        <w:br/>
        <w:t>f 35063/32126/26940 35070/32132/26944 35071/32135/26946</w:t>
        <w:br/>
        <w:t>f 35062/32127/26941 35063/32126/26940 35071/32135/26946</w:t>
        <w:br/>
        <w:t>f 35064/32131/26943 35065/32130/26943 35060/32122/26938</w:t>
        <w:br/>
        <w:t>f 35061/32125/26938 35064/32131/26943 35060/32122/26938</w:t>
        <w:br/>
        <w:t>f 36943/32136/26947 36942/32137/26947 34484/31721/26651</w:t>
        <w:br/>
        <w:t>f 34485/31720/26651 36943/32136/26947 34484/31721/26651</w:t>
        <w:br/>
        <w:t>f 36945/32138/26948 36944/32139/26948 34489/31724/26654</w:t>
        <w:br/>
        <w:t>f 34490/31723/26653 36945/32138/26948 34489/31724/26654</w:t>
        <w:br/>
        <w:t>f 36944/32139/26948 36945/32138/26948 34492/31727/26656</w:t>
        <w:br/>
        <w:t>f 34493/31726/26655 36944/32139/26948 34492/31727/26656</w:t>
        <w:br/>
        <w:t>f 34504/31737/26664 34505/31736/26663 34494/31730/26659</w:t>
        <w:br/>
        <w:t>f 34495/31729/26658 34504/31737/26664 34494/31730/26659</w:t>
        <w:br/>
        <w:t>f 34496/31728/26657 34497/31731/26657 34498/31734/26662</w:t>
        <w:br/>
        <w:t>f 34499/31733/26661 34496/31728/26657 34498/31734/26662</w:t>
        <w:br/>
        <w:t>f 34531/31765/26685 34528/31764/26684 34502/31739/26665</w:t>
        <w:br/>
        <w:t>f 34503/31738/26665 34531/31765/26685 34502/31739/26665</w:t>
        <w:br/>
        <w:t>f 34507/31740/26666 34523/31754/26676 34520/31757/26676</w:t>
        <w:br/>
        <w:t>f 34506/31741/26667 34507/31740/26666 34520/31757/26676</w:t>
        <w:br/>
        <w:t>f 34510/31743/26669 34527/31758/26679 34524/31761/26681</w:t>
        <w:br/>
        <w:t>f 34509/31744/26669 34510/31743/26669 34524/31761/26681</w:t>
        <w:br/>
        <w:t>f 34514/31747/26672 34500/31732/26660 34501/31735/26660</w:t>
        <w:br/>
        <w:t>f 34513/31748/26672 34514/31747/26672 34501/31735/26660</w:t>
        <w:br/>
        <w:t>f 36942/32137/26947 36943/32136/26947 34516/31753/26675</w:t>
        <w:br/>
        <w:t>f 34517/31752/26674 36942/32137/26947 34516/31753/26675</w:t>
        <w:br/>
        <w:t>f 34522/31755/26677 34511/31742/26668 34508/31745/26670</w:t>
        <w:br/>
        <w:t>f 34521/31756/26678 34522/31755/26677 34508/31745/26670</w:t>
        <w:br/>
        <w:t>f 34526/31759/26680 34515/31746/26671 34512/31749/26671</w:t>
        <w:br/>
        <w:t>f 34525/31760/26680 34526/31759/26680 34512/31749/26671</w:t>
        <w:br/>
        <w:t>f 34544/31777/26697 34549/31780/26698 34546/31783/26698</w:t>
        <w:br/>
        <w:t>f 34543/31778/26697 34544/31777/26697 34546/31783/26698</w:t>
        <w:br/>
        <w:t>f 34556/31789/26704 34557/31788/26704 34547/31782/26700</w:t>
        <w:br/>
        <w:t>f 34548/31781/26699 34556/31789/26704 34547/31782/26700</w:t>
        <w:br/>
        <w:t>f 36947/32140/26949 36946/32141/26949 34550/31787/26703</w:t>
        <w:br/>
        <w:t>f 34551/31786/26703 36947/32140/26949 34550/31787/26703</w:t>
        <w:br/>
        <w:t>f 34560/31793/26707 34561/31792/26706 34554/31791/26705</w:t>
        <w:br/>
        <w:t>f 34555/31790/26705 34560/31793/26707 34554/31791/26705</w:t>
        <w:br/>
        <w:t>f 34552/31785/26702 34553/31784/26701 34558/31795/26709</w:t>
        <w:br/>
        <w:t>f 34559/31794/26708 34552/31785/26702 34558/31795/26709</w:t>
        <w:br/>
        <w:t>f 34578/31811/26725 34599/31833/26739 34596/31832/26739</w:t>
        <w:br/>
        <w:t>f 34577/31812/26726 34578/31811/26725 34596/31832/26739</w:t>
        <w:br/>
        <w:t>f 34582/31815/26728 34655/31889/26777 34652/31888/26777</w:t>
        <w:br/>
        <w:t>f 34581/31816/26728 34582/31815/26728 34652/31888/26777</w:t>
        <w:br/>
        <w:t>f 34586/31819/26730 34631/31862/26760 34628/31865/26760</w:t>
        <w:br/>
        <w:t>f 34585/31820/26731 34586/31819/26730 34628/31865/26760</w:t>
        <w:br/>
        <w:t>f 34595/31826/26734 34592/31829/26737 34589/31823/26732</w:t>
        <w:br/>
        <w:t>f 34590/31822/26732 34595/31826/26734 34589/31823/26732</w:t>
        <w:br/>
        <w:t>f 34594/31827/26735 34583/31814/26727 34580/31817/26727</w:t>
        <w:br/>
        <w:t>f 34593/31828/26736 34594/31827/26735 34580/31817/26727</w:t>
        <w:br/>
        <w:t>f 34587/31818/26729 34584/31821/26729 34597/31831/26738</w:t>
        <w:br/>
        <w:t>f 34598/31830/26738 34587/31818/26729 34597/31831/26738</w:t>
        <w:br/>
        <w:t>f 34611/31842/26745 34608/31845/26745 34601/31836/26741</w:t>
        <w:br/>
        <w:t>f 34602/31835/26741 34611/31842/26745 34601/31836/26741</w:t>
        <w:br/>
        <w:t>f 34623/31857/26757 34620/31856/26756 34605/31840/26744</w:t>
        <w:br/>
        <w:t>f 34606/31839/26743 34623/31857/26757 34605/31840/26744</w:t>
        <w:br/>
        <w:t>f 34610/31843/26746 34643/31874/26768 34640/31877/26770</w:t>
        <w:br/>
        <w:t>f 34609/31844/26747 34610/31843/26746 34640/31877/26770</w:t>
        <w:br/>
        <w:t>f 34607/31838/26742 34604/31841/26742 34613/31847/26749</w:t>
        <w:br/>
        <w:t>f 34614/31846/26748 34607/31838/26742 34613/31847/26749</w:t>
        <w:br/>
        <w:t>f 34618/31851/26753 34603/31834/26740 34600/31837/26740</w:t>
        <w:br/>
        <w:t>f 34617/31852/26754 34618/31851/26753 34600/31837/26740</w:t>
        <w:br/>
        <w:t>f 34688/31919/26795 34685/31922/26795 34621/31855/26755</w:t>
        <w:br/>
        <w:t>f 34622/31854/26755 34688/31919/26795 34621/31855/26755</w:t>
        <w:br/>
        <w:t>f 34591/31825/26733 34588/31824/26733 34625/31859/26758</w:t>
        <w:br/>
        <w:t>f 34626/31858/26758 34591/31825/26733 34625/31859/26758</w:t>
        <w:br/>
        <w:t>f 34666/31900/26783 34663/31899/26783 34629/31864/26761</w:t>
        <w:br/>
        <w:t>f 34630/31863/26761 34666/31900/26783 34629/31864/26761</w:t>
        <w:br/>
        <w:t>f 34662/31896/26781 34659/31895/26781 34633/31867/26763</w:t>
        <w:br/>
        <w:t>f 34634/31866/26762 34662/31896/26781 34633/31867/26763</w:t>
        <w:br/>
        <w:t>f 34674/31905/26787 34671/31908/26787 34637/31871/26766</w:t>
        <w:br/>
        <w:t>f 34638/31870/26766 34674/31905/26787 34637/31871/26766</w:t>
        <w:br/>
        <w:t>f 34670/31901/26784 34667/31904/26786 34641/31876/26769</w:t>
        <w:br/>
        <w:t>f 34642/31875/26769 34670/31901/26784 34641/31876/26769</w:t>
        <w:br/>
        <w:t>f 34615/31849/26751 34612/31848/26750 34645/31880/26772</w:t>
        <w:br/>
        <w:t>f 34646/31879/26772 34615/31849/26751 34645/31880/26772</w:t>
        <w:br/>
        <w:t>f 36949/32142/26950 36948/32143/26951 34653/31887/26776</w:t>
        <w:br/>
        <w:t>f 34654/31886/26775 36949/32142/26950 34653/31887/26776</w:t>
        <w:br/>
        <w:t>f 34658/31890/26779 34579/31810/26724 34576/31813/26724</w:t>
        <w:br/>
        <w:t>f 34657/31891/26779 34658/31890/26779 34576/31813/26724</w:t>
        <w:br/>
        <w:t>f 34627/31861/26759 34624/31860/26759 34660/31894/26780</w:t>
        <w:br/>
        <w:t>f 34661/31893/26780 34627/31861/26759 34660/31894/26780</w:t>
        <w:br/>
        <w:t>f 34639/31873/26767 34636/31872/26767 34664/31898/26782</w:t>
        <w:br/>
        <w:t>f 34665/31897/26782 34639/31873/26767 34664/31898/26782</w:t>
        <w:br/>
        <w:t>f 34635/31869/26765 34632/31868/26764 34668/31903/26785</w:t>
        <w:br/>
        <w:t>f 34669/31902/26785 34635/31869/26765 34668/31903/26785</w:t>
        <w:br/>
        <w:t>f 34673/31906/26788 34647/31878/26771 34644/31881/26771</w:t>
        <w:br/>
        <w:t>f 34672/31907/26789 34673/31906/26788 34644/31881/26771</w:t>
        <w:br/>
        <w:t>f 34865/31928/26802 36951/32144/26952 36950/32145/26952</w:t>
        <w:br/>
        <w:t>f 34864/31929/26803 34865/31928/26802 36950/32145/26952</w:t>
        <w:br/>
        <w:t>f 34868/31933/26806 36953/32146/26953 36952/32147/26953</w:t>
        <w:br/>
        <w:t>f 34867/31934/26806 34868/31933/26806 36952/32147/26953</w:t>
        <w:br/>
        <w:t>f 34872/31935/26807 36952/32147/26953 36953/32146/26953</w:t>
        <w:br/>
        <w:t>f 34871/31936/26807 34872/31935/26807 36953/32146/26953</w:t>
        <w:br/>
        <w:t>f 34875/31937/26808 34884/31945/26815 34881/31948/26815</w:t>
        <w:br/>
        <w:t>f 34874/31938/26809 34875/31937/26808 34881/31948/26815</w:t>
        <w:br/>
        <w:t>f 34879/31941/26812 34876/31940/26811 34873/31939/26810</w:t>
        <w:br/>
        <w:t>f 34878/31942/26812 34879/31941/26812 34873/31939/26810</w:t>
        <w:br/>
        <w:t>f 34883/31946/26816 34909/31971/26830 34910/31974/26833</w:t>
        <w:br/>
        <w:t>f 34882/31947/26816 34883/31946/26816 34910/31974/26833</w:t>
        <w:br/>
        <w:t>f 34901/31964/26825 34902/31963/26825 34885/31950/26818</w:t>
        <w:br/>
        <w:t>f 34886/31949/26817 34901/31964/26825 34885/31950/26818</w:t>
        <w:br/>
        <w:t>f 34905/31968/26828 34906/31967/26828 34887/31954/26820</w:t>
        <w:br/>
        <w:t>f 34888/31953/26820 34905/31968/26828 34887/31954/26820</w:t>
        <w:br/>
        <w:t>f 34880/31944/26814 34877/31943/26813 34891/31958/26822</w:t>
        <w:br/>
        <w:t>f 34892/31957/26822 34880/31944/26814 34891/31958/26822</w:t>
        <w:br/>
        <w:t>f 34897/31960/26824 36950/32145/26952 36951/32144/26952</w:t>
        <w:br/>
        <w:t>f 34896/31961/26824 34897/31960/26824 36951/32144/26952</w:t>
        <w:br/>
        <w:t>f 34889/31952/26819 34890/31951/26819 34899/31966/26827</w:t>
        <w:br/>
        <w:t>f 34900/31965/26826 34889/31952/26819 34899/31966/26827</w:t>
        <w:br/>
        <w:t>f 34893/31956/26821 34894/31955/26821 34903/31970/26829</w:t>
        <w:br/>
        <w:t>f 34904/31969/26829 34893/31956/26821 34903/31970/26829</w:t>
        <w:br/>
        <w:t>f 34927/31990/26846 34928/31989/26846 34921/31988/26845</w:t>
        <w:br/>
        <w:t>f 34922/31987/26845 34927/31990/26846 34921/31988/26845</w:t>
        <w:br/>
        <w:t>f 34926/31991/26847 34936/31997/26852 34933/32000/26854</w:t>
        <w:br/>
        <w:t>f 34925/31992/26848 34926/31991/26847 34933/32000/26854</w:t>
        <w:br/>
        <w:t>f 34931/31994/26850 36955/32148/26954 36954/32149/26954</w:t>
        <w:br/>
        <w:t>f 34930/31995/26850 34931/31994/26850 36954/32149/26954</w:t>
        <w:br/>
        <w:t>f 34935/31998/26853 34940/32001/26855 34937/32004/26857</w:t>
        <w:br/>
        <w:t>f 34934/31999/26853 34935/31998/26853 34937/32004/26857</w:t>
        <w:br/>
        <w:t>f 34939/32002/26856 34932/31993/26849 34929/31996/26851</w:t>
        <w:br/>
        <w:t>f 34938/32003/26856 34939/32002/26856 34929/31996/26851</w:t>
        <w:br/>
        <w:t>f 34977/32039/26883 34978/32042/26886 34955/32022/26873</w:t>
        <w:br/>
        <w:t>f 34956/32021/26873 34977/32039/26883 34955/32022/26873</w:t>
        <w:br/>
        <w:t>f 35033/32095/26922 35034/32098/26924 34959/32026/26875</w:t>
        <w:br/>
        <w:t>f 34960/32025/26875 35033/32095/26922 34959/32026/26875</w:t>
        <w:br/>
        <w:t>f 35009/32072/26907 35010/32071/26906 34963/32030/26877</w:t>
        <w:br/>
        <w:t>f 34964/32029/26877 35009/32072/26907 34963/32030/26877</w:t>
        <w:br/>
        <w:t>f 34968/32032/26879 34973/32036/26881 34974/32035/26881</w:t>
        <w:br/>
        <w:t>f 34967/32033/26879 34968/32032/26879 34974/32035/26881</w:t>
        <w:br/>
        <w:t>f 34961/32024/26874 34962/32023/26874 34971/32038/26882</w:t>
        <w:br/>
        <w:t>f 34972/32037/26882 34961/32024/26874 34971/32038/26882</w:t>
        <w:br/>
        <w:t>f 34976/32040/26884 34965/32028/26876 34966/32027/26876</w:t>
        <w:br/>
        <w:t>f 34975/32041/26885 34976/32040/26884 34966/32027/26876</w:t>
        <w:br/>
        <w:t>f 34980/32045/26888 34989/32052/26893 34990/32051/26892</w:t>
        <w:br/>
        <w:t>f 34979/32046/26888 34980/32045/26888 34990/32051/26892</w:t>
        <w:br/>
        <w:t>f 34984/32049/26890 35001/32063/26901 35002/32066/26903</w:t>
        <w:br/>
        <w:t>f 34983/32050/26891 34984/32049/26890 35002/32066/26903</w:t>
        <w:br/>
        <w:t>f 35021/32084/26915 35022/32083/26914 34987/32054/26894</w:t>
        <w:br/>
        <w:t>f 34988/32053/26894 35021/32084/26915 34987/32054/26894</w:t>
        <w:br/>
        <w:t>f 34992/32056/26896 34985/32048/26889 34986/32047/26889</w:t>
        <w:br/>
        <w:t>f 34991/32057/26897 34992/32056/26896 34986/32047/26889</w:t>
        <w:br/>
        <w:t>f 34981/32044/26887 34982/32043/26887 34995/32062/26900</w:t>
        <w:br/>
        <w:t>f 34996/32061/26900 34981/32044/26887 34995/32062/26900</w:t>
        <w:br/>
        <w:t>f 35000/32064/26902 35066/32129/26942 35067/32128/26942</w:t>
        <w:br/>
        <w:t>f 34999/32065/26902 35000/32064/26902 35067/32128/26942</w:t>
        <w:br/>
        <w:t>f 35004/32068/26905 34969/32031/26878 34970/32034/26880</w:t>
        <w:br/>
        <w:t>f 35003/32069/26905 35004/32068/26905 34970/32034/26880</w:t>
        <w:br/>
        <w:t>f 35008/32073/26908 35044/32106/26929 35045/32109/26929</w:t>
        <w:br/>
        <w:t>f 35007/32074/26908 35008/32073/26908 35045/32109/26929</w:t>
        <w:br/>
        <w:t>f 35012/32076/26910 35040/32102/26927 35041/32105/26927</w:t>
        <w:br/>
        <w:t>f 35011/32077/26910 35012/32076/26910 35041/32105/26927</w:t>
        <w:br/>
        <w:t>f 35016/32080/26912 35052/32115/26934 35053/32114/26934</w:t>
        <w:br/>
        <w:t>f 35015/32081/26913 35016/32080/26912 35053/32114/26934</w:t>
        <w:br/>
        <w:t>f 35020/32085/26916 35048/32111/26931 35049/32110/26931</w:t>
        <w:br/>
        <w:t>f 35019/32086/26917 35020/32085/26916 35049/32110/26931</w:t>
        <w:br/>
        <w:t>f 35024/32089/26919 34993/32055/26895 34994/32058/26898</w:t>
        <w:br/>
        <w:t>f 35023/32090/26919 35024/32089/26919 34994/32058/26898</w:t>
        <w:br/>
        <w:t>f 35032/32096/26923 36957/32150/26955 36956/32151/26955</w:t>
        <w:br/>
        <w:t>f 35031/32097/26923 35032/32096/26923 36956/32151/26955</w:t>
        <w:br/>
        <w:t>f 34957/32020/26872 34958/32019/26872 35035/32101/26926</w:t>
        <w:br/>
        <w:t>f 35036/32100/26926 34957/32020/26872 35035/32101/26926</w:t>
        <w:br/>
        <w:t>f 35039/32103/26928 35005/32067/26904 35006/32070/26904</w:t>
        <w:br/>
        <w:t>f 35038/32104/26928 35039/32103/26928 35006/32070/26904</w:t>
        <w:br/>
        <w:t>f 35043/32107/26930 35017/32079/26911 35018/32082/26911</w:t>
        <w:br/>
        <w:t>f 35042/32108/26930 35043/32107/26930 35018/32082/26911</w:t>
        <w:br/>
        <w:t>f 35047/32112/26932 35013/32075/26909 35014/32078/26909</w:t>
        <w:br/>
        <w:t>f 35046/32113/26933 35047/32112/26932 35014/32078/26909</w:t>
        <w:br/>
        <w:t>f 35025/32088/26918 35026/32087/26918 35050/32117/26935</w:t>
        <w:br/>
        <w:t>f 35051/32116/26935 35025/32088/26918 35050/32117/26935</w:t>
        <w:br/>
        <w:t>f 36521/32152/26956 36520/32153/26957 36519/32154/26958</w:t>
        <w:br/>
        <w:t>f 36518/32155/26959 36521/32152/26956 36519/32154/26958</w:t>
        <w:br/>
        <w:t>f 36524/32156/26960 36523/32157/26961 36522/32158/26962</w:t>
        <w:br/>
        <w:t>f 36522/32158/26962 36520/32153/26957 36521/32152/26956</w:t>
        <w:br/>
        <w:t>f 36526/32159/26963 36524/32156/26960 36525/32160/26964</w:t>
        <w:br/>
        <w:t>f 36528/32161/26965 36519/32154/26958 36520/32153/26957</w:t>
        <w:br/>
        <w:t>f 36527/32162/26966 36528/32161/26965 36520/32153/26957</w:t>
        <w:br/>
        <w:t>f 36530/32163/26967 36529/32164/26968 36527/32162/26966</w:t>
        <w:br/>
        <w:t>f 36520/32153/26957 36530/32163/26967 36527/32162/26966</w:t>
        <w:br/>
        <w:t>f 36533/32165/26969 36532/32166/26970 36531/32167/26971</w:t>
        <w:br/>
        <w:t>f 36536/32168/26972 36535/32169/26973 36534/32170/26974</w:t>
        <w:br/>
        <w:t>f 36539/32171/26975 36538/32172/26976 36537/32173/26977</w:t>
        <w:br/>
        <w:t>f 36540/32174/26978 36539/32171/26975 36537/32173/26977</w:t>
        <w:br/>
        <w:t>f 36538/32172/26976 36539/32171/26975 36535/32169/26973</w:t>
        <w:br/>
        <w:t>f 36536/32168/26972 36538/32172/26976 36535/32169/26973</w:t>
        <w:br/>
        <w:t>f 36527/32162/26966 36533/32165/26969 36528/32161/26965</w:t>
        <w:br/>
        <w:t>f 36533/32165/26969 36531/32167/26971 36528/32161/26965</w:t>
        <w:br/>
        <w:t>f 36521/32152/26956 36542/32175/26979 36541/32176/26980</w:t>
        <w:br/>
        <w:t>f 36543/32177/26981 36528/32161/26965 36531/32167/26971</w:t>
        <w:br/>
        <w:t>f 36542/32175/26979 36544/32178/26982 36525/32160/26964</w:t>
        <w:br/>
        <w:t>f 36545/32179/26983 36530/32163/26967 36522/32158/26962</w:t>
        <w:br/>
        <w:t>f 36522/32158/26962 36541/32176/26980 36524/32156/26960</w:t>
        <w:br/>
        <w:t>f 36522/32158/26962 36546/32180/26984 36545/32179/26983</w:t>
        <w:br/>
        <w:t>f 36524/32156/26960 36541/32176/26980 36525/32160/26964</w:t>
        <w:br/>
        <w:t>f 36525/32160/26964 36544/32178/26982 36547/32181/26985</w:t>
        <w:br/>
        <w:t>f 36547/32181/26985 36526/32159/26963 36525/32160/26964</w:t>
        <w:br/>
        <w:t>f 36529/32164/26968 36530/32163/26967 36548/32182/26986</w:t>
        <w:br/>
        <w:t>f 36522/32158/26962 36530/32163/26967 36520/32153/26957</w:t>
        <w:br/>
        <w:t>f 36521/32152/26956 36541/32176/26980 36522/32158/26962</w:t>
        <w:br/>
        <w:t>f 36525/32160/26964 36541/32176/26980 36542/32175/26979</w:t>
        <w:br/>
        <w:t>f 36529/32164/26968 36548/32182/26986 36549/32183/26987</w:t>
        <w:br/>
        <w:t>f 36548/32182/26986 36530/32163/26967 36545/32179/26983</w:t>
        <w:br/>
        <w:t>f 36546/32180/26984 36522/32158/26962 36523/32157/26961</w:t>
        <w:br/>
        <w:t>f 36529/32164/26968 36549/32183/26987 36550/32184/26988</w:t>
        <w:br/>
        <w:t>f 36544/32178/26982 36542/32175/26979 36551/32185/26989</w:t>
        <w:br/>
        <w:t>f 36551/32185/26989 36542/32175/26979 36521/32152/26956</w:t>
        <w:br/>
        <w:t>f 36552/32186/26990 36551/32185/26989 36521/32152/26956</w:t>
        <w:br/>
        <w:t>f 36552/32186/26990 36521/32152/26956 36553/32187/26991</w:t>
        <w:br/>
        <w:t>f 36518/32155/26992 36553/32187/26993 36519/32154/26994</w:t>
        <w:br/>
        <w:t>f 36554/32188/26995 36518/32155/26959 36519/32154/26958</w:t>
        <w:br/>
        <w:t>f 36554/32188/26995 36519/32154/26958 36528/32161/26965</w:t>
        <w:br/>
        <w:t>f 36543/32177/26981 36554/32188/26995 36528/32161/26965</w:t>
        <w:br/>
        <w:t>f 36543/32177/26981 36531/32167/26971 36555/32189/26996</w:t>
        <w:br/>
        <w:t>f 36534/32170/26974 36532/32166/26970 36556/32190/26997</w:t>
        <w:br/>
        <w:t>f 36555/32189/26996 36532/32166/26970 36534/32170/26974</w:t>
        <w:br/>
        <w:t>f 36555/32189/26996 36531/32167/26971 36532/32166/26970</w:t>
        <w:br/>
        <w:t>f 36556/32190/26997 36557/32191/26998 36536/32168/26972</w:t>
        <w:br/>
        <w:t>f 36534/32170/26974 36556/32190/26997 36536/32168/26972</w:t>
        <w:br/>
        <w:t>f 36536/32168/26972 36557/32191/26998 36558/32192/26999</w:t>
        <w:br/>
        <w:t>f 36538/32172/26976 36536/32168/26972 36558/32192/26999</w:t>
        <w:br/>
        <w:t>f 36558/32192/26999 36559/32193/27000 36537/32173/26977</w:t>
        <w:br/>
        <w:t>f 36538/32172/26976 36558/32192/26999 36537/32173/26977</w:t>
        <w:br/>
        <w:t>f 36559/32193/27000 36561/32194/24051 36560/32195/27001</w:t>
        <w:br/>
        <w:t>f 36537/32173/26977 36559/32193/27000 36560/32195/27001</w:t>
        <w:br/>
        <w:t>f 36537/32173/26977 36560/32195/27001 36562/32196/27002</w:t>
        <w:br/>
        <w:t>f 36540/32174/26978 36537/32173/26977 36562/32196/27002</w:t>
        <w:br/>
        <w:t>f 36561/32194/24051 36564/32197/24051 36563/32198/27003</w:t>
        <w:br/>
        <w:t>f 36560/32195/27001 36561/32194/24051 36563/32198/27003</w:t>
        <w:br/>
        <w:t>f 36560/32195/27001 36563/32198/27003 36565/32199/27004</w:t>
        <w:br/>
        <w:t>f 36562/32196/27002 36560/32195/27001 36565/32199/27004</w:t>
        <w:br/>
        <w:t>f 36569/32200/27005 36568/32201/27006 36567/32202/27007</w:t>
        <w:br/>
        <w:t>f 36566/32203/27008 36569/32200/27005 36567/32202/27007</w:t>
        <w:br/>
        <w:t>f 36572/32204/27009 36571/32205/27010 36570/32206/27011</w:t>
        <w:br/>
        <w:t>f 36571/32205/27010 36569/32200/27005 36566/32203/27008</w:t>
        <w:br/>
        <w:t>f 36574/32207/27012 36573/32208/27013 36572/32204/27009</w:t>
        <w:br/>
        <w:t>f 36576/32209/27014 36575/32210/27015 36566/32203/27008</w:t>
        <w:br/>
        <w:t>f 36567/32202/27007 36576/32209/27014 36566/32203/27008</w:t>
        <w:br/>
        <w:t>f 36575/32210/27015 36529/32164/26968 36577/32211/27016</w:t>
        <w:br/>
        <w:t>f 36566/32203/27008 36575/32210/27015 36577/32211/27016</w:t>
        <w:br/>
        <w:t>f 36533/32165/26969 36578/32212/27017 36532/32166/26970</w:t>
        <w:br/>
        <w:t>f 36581/32213/27018 36580/32214/27019 36579/32215/27020</w:t>
        <w:br/>
        <w:t>f 36584/32216/27021 36583/32217/27022 36582/32218/27023</w:t>
        <w:br/>
        <w:t>f 36585/32219/27024 36584/32216/27021 36582/32218/27023</w:t>
        <w:br/>
        <w:t>f 36585/32219/27024 36581/32213/27018 36579/32215/27020</w:t>
        <w:br/>
        <w:t>f 36584/32216/27021 36585/32219/27024 36579/32215/27020</w:t>
        <w:br/>
        <w:t>f 36527/32162/26966 36576/32209/27014 36533/32165/26969</w:t>
        <w:br/>
        <w:t>f 36533/32165/26969 36576/32209/27014 36578/32212/27017</w:t>
        <w:br/>
        <w:t>f 36569/32200/27005 36587/32220/27025 36586/32221/27026</w:t>
        <w:br/>
        <w:t>f 36588/32222/27027 36578/32212/27017 36576/32209/27014</w:t>
        <w:br/>
        <w:t>f 36586/32221/27026 36573/32208/27013 36589/32223/27028</w:t>
        <w:br/>
        <w:t>f 36590/32224/27029 36571/32205/27010 36577/32211/27016</w:t>
        <w:br/>
        <w:t>f 36571/32205/27010 36572/32204/27009 36587/32220/27025</w:t>
        <w:br/>
        <w:t>f 36571/32205/27010 36590/32224/27029 36591/32225/27030</w:t>
        <w:br/>
        <w:t>f 36572/32204/27009 36573/32208/27013 36587/32220/27025</w:t>
        <w:br/>
        <w:t>f 36573/32208/27013 36592/32226/27031 36589/32223/27028</w:t>
        <w:br/>
        <w:t>f 36592/32226/27031 36573/32208/27013 36574/32207/27012</w:t>
        <w:br/>
        <w:t>f 36529/32164/26968 36593/32227/27032 36577/32211/27016</w:t>
        <w:br/>
        <w:t>f 36571/32205/27010 36566/32203/27008 36577/32211/27016</w:t>
        <w:br/>
        <w:t>f 36569/32200/27005 36571/32205/27010 36587/32220/27025</w:t>
        <w:br/>
        <w:t>f 36573/32208/27013 36586/32221/27026 36587/32220/27025</w:t>
        <w:br/>
        <w:t>f 36529/32164/26968 36594/32228/27033 36593/32227/27032</w:t>
        <w:br/>
        <w:t>f 36593/32227/27032 36590/32224/27029 36577/32211/27016</w:t>
        <w:br/>
        <w:t>f 36591/32225/27030 36570/32206/27011 36571/32205/27010</w:t>
        <w:br/>
        <w:t>f 36529/32164/26968 36550/32184/26988 36594/32228/27033</w:t>
        <w:br/>
        <w:t>f 36589/32223/27028 36595/32229/27034 36586/32221/27026</w:t>
        <w:br/>
        <w:t>f 36595/32229/27034 36596/32230/27035 36569/32200/27005</w:t>
        <w:br/>
        <w:t>f 36586/32221/27026 36595/32229/27034 36569/32200/27005</w:t>
        <w:br/>
        <w:t>f 36596/32230/27035 36597/32231/27036 36569/32200/27005</w:t>
        <w:br/>
        <w:t>f 36568/32201/27006 36598/32232/27037 36567/32202/27007</w:t>
        <w:br/>
        <w:t>f 36597/32231/27038 36568/32201/27039 36567/32202/27040</w:t>
        <w:br/>
        <w:t>f 36598/32232/27037 36588/32222/27027 36576/32209/27014</w:t>
        <w:br/>
        <w:t>f 36567/32202/27007 36598/32232/27037 36576/32209/27014</w:t>
        <w:br/>
        <w:t>f 36588/32222/27027 36599/32233/27041 36578/32212/27017</w:t>
        <w:br/>
        <w:t>f 36532/32166/26970 36580/32214/27019 36556/32190/26997</w:t>
        <w:br/>
        <w:t>f 36532/32166/26970 36599/32233/27041 36580/32214/27019</w:t>
        <w:br/>
        <w:t>f 36532/32166/26970 36578/32212/27017 36599/32233/27041</w:t>
        <w:br/>
        <w:t>f 36581/32213/27018 36557/32191/26998 36556/32190/26997</w:t>
        <w:br/>
        <w:t>f 36580/32214/27019 36581/32213/27018 36556/32190/26997</w:t>
        <w:br/>
        <w:t>f 36581/32213/27018 36585/32219/27024 36558/32192/26999</w:t>
        <w:br/>
        <w:t>f 36557/32191/26998 36581/32213/27018 36558/32192/26999</w:t>
        <w:br/>
        <w:t>f 36582/32218/27023 36600/32234/27000 36558/32192/26999</w:t>
        <w:br/>
        <w:t>f 36585/32219/27024 36582/32218/27023 36558/32192/26999</w:t>
        <w:br/>
        <w:t>f 36602/32235/27042 36601/32236/24051 36600/32234/27000</w:t>
        <w:br/>
        <w:t>f 36582/32218/27023 36602/32235/27042 36600/32234/27000</w:t>
        <w:br/>
        <w:t>f 36603/32237/27043 36602/32235/27042 36582/32218/27023</w:t>
        <w:br/>
        <w:t>f 36583/32217/27022 36603/32237/27043 36582/32218/27023</w:t>
        <w:br/>
        <w:t>f 36605/32238/27044 36604/32239/24051 36601/32236/24051</w:t>
        <w:br/>
        <w:t>f 36602/32235/27042 36605/32238/27044 36601/32236/24051</w:t>
        <w:br/>
        <w:t>f 36606/32240/27045 36605/32238/27044 36602/32235/27042</w:t>
        <w:br/>
        <w:t>f 36603/32237/27043 36606/32240/27045 36602/32235/27042</w:t>
        <w:br/>
        <w:t>f 35714/32241/27046 35713/32242/27047 35712/32243/27048</w:t>
        <w:br/>
        <w:t>f 35714/32241/27046 35715/32244/27049 35713/32242/27047</w:t>
        <w:br/>
        <w:t>f 35714/32241/27046 35716/32245/27050 35715/32244/27049</w:t>
        <w:br/>
        <w:t>f 35714/32241/27046 35717/32246/27047 35716/32245/27050</w:t>
        <w:br/>
        <w:t>f 35714/32241/27046 35718/32247/27051 35717/32246/27047</w:t>
        <w:br/>
        <w:t>f 35714/32241/27046 35719/32248/27052 35718/32247/27051</w:t>
        <w:br/>
        <w:t>f 35714/32241/27046 35720/32249/27052 35719/32248/27052</w:t>
        <w:br/>
        <w:t>f 35714/32241/27046 35721/32250/27051 35720/32249/27052</w:t>
        <w:br/>
        <w:t>f 35714/32241/27046 35722/32251/27053 35721/32250/27051</w:t>
        <w:br/>
        <w:t>f 35714/32241/27046 35723/32252/27046 35722/32251/27053</w:t>
        <w:br/>
        <w:t>f 35714/32241/27046 35724/32253/27054 35723/32252/27046</w:t>
        <w:br/>
        <w:t>f 35714/32241/27046 35712/32243/27048 35724/32253/27054</w:t>
        <w:br/>
        <w:t>f 35727/32254/27055 35726/32255/27056 35725/32256/27057</w:t>
        <w:br/>
        <w:t>f 35728/32257/27058 35727/32254/27055 35725/32256/27057</w:t>
        <w:br/>
        <w:t>f 35730/32258/27059 35729/32259/27060 35726/32255/27056</w:t>
        <w:br/>
        <w:t>f 35727/32254/27055 35730/32258/27059 35726/32255/27056</w:t>
        <w:br/>
        <w:t>f 35732/32260/27061 35731/32261/27062 35729/32259/27060</w:t>
        <w:br/>
        <w:t>f 35730/32258/27059 35732/32260/27061 35729/32259/27060</w:t>
        <w:br/>
        <w:t>f 35732/32260/27061 35734/32262/27063 35733/32263/27064</w:t>
        <w:br/>
        <w:t>f 35731/32261/27062 35732/32260/27061 35733/32263/27064</w:t>
        <w:br/>
        <w:t>f 35736/32264/27065 35735/32265/27066 35733/32263/27064</w:t>
        <w:br/>
        <w:t>f 35734/32262/27063 35736/32264/27065 35733/32263/27064</w:t>
        <w:br/>
        <w:t>f 35738/32266/27067 35737/32267/27068 35735/32265/27066</w:t>
        <w:br/>
        <w:t>f 35736/32264/27065 35738/32266/27067 35735/32265/27066</w:t>
        <w:br/>
        <w:t>f 35740/32268/27069 35739/32269/27070 35737/32267/27068</w:t>
        <w:br/>
        <w:t>f 35738/32266/27067 35740/32268/27069 35737/32267/27068</w:t>
        <w:br/>
        <w:t>f 35743/32270/27071 35742/32271/27072 35741/32272/27073</w:t>
        <w:br/>
        <w:t>f 35744/32273/27074 35743/32270/27071 35741/32272/27073</w:t>
        <w:br/>
        <w:t>f 35746/32274/27075 35745/32275/27075 35742/32271/27072</w:t>
        <w:br/>
        <w:t>f 35743/32270/27071 35746/32274/27075 35742/32271/27072</w:t>
        <w:br/>
        <w:t>f 35748/32276/27076 35747/32277/27076 35745/32275/27075</w:t>
        <w:br/>
        <w:t>f 35746/32274/27075 35748/32276/27076 35745/32275/27075</w:t>
        <w:br/>
        <w:t>f 35750/32278/27077 35749/32279/27078 35747/32277/27076</w:t>
        <w:br/>
        <w:t>f 35748/32276/27076 35750/32278/27077 35747/32277/27076</w:t>
        <w:br/>
        <w:t>f 35728/32257/27058 35725/32256/27057 35749/32279/27078</w:t>
        <w:br/>
        <w:t>f 35750/32278/27077 35728/32257/27058 35749/32279/27078</w:t>
        <w:br/>
        <w:t>f 35753/32280/27079 35752/32281/27079 35751/32282/27080</w:t>
        <w:br/>
        <w:t>f 35752/32281/27079 35754/32283/27079 35751/32282/27080</w:t>
        <w:br/>
        <w:t>f 35754/32283/27079 35755/32284/27081 35751/32282/27080</w:t>
        <w:br/>
        <w:t>f 35755/32284/27081 35756/32285/27082 35751/32282/27080</w:t>
        <w:br/>
        <w:t>f 35756/32285/27082 35757/32286/27080 35751/32282/27080</w:t>
        <w:br/>
        <w:t>f 35757/32286/27080 35758/32287/27083 35751/32282/27080</w:t>
        <w:br/>
        <w:t>f 35758/32287/27083 35759/32288/27084 35751/32282/27080</w:t>
        <w:br/>
        <w:t>f 35759/32288/27084 35760/32289/27080 35751/32282/27080</w:t>
        <w:br/>
        <w:t>f 35760/32289/27080 35761/32290/27080 35751/32282/27080</w:t>
        <w:br/>
        <w:t>f 35761/32290/27080 35762/32291/27085 35751/32282/27080</w:t>
        <w:br/>
        <w:t>f 35762/32291/27085 35763/32292/27080 35751/32282/27080</w:t>
        <w:br/>
        <w:t>f 35763/32292/27080 35753/32280/27079 35751/32282/27080</w:t>
        <w:br/>
        <w:t>f 35766/32293/27086 35765/32294/27087 35764/32295/27088</w:t>
        <w:br/>
        <w:t>f 35766/32293/27086 35767/32296/27089 35765/32294/27087</w:t>
        <w:br/>
        <w:t>f 35766/32293/27086 35768/32297/27090 35767/32296/27089</w:t>
        <w:br/>
        <w:t>f 35766/32293/27086 35769/32298/27090 35768/32297/27090</w:t>
        <w:br/>
        <w:t>f 35766/32293/27086 35770/32299/27090 35769/32298/27090</w:t>
        <w:br/>
        <w:t>f 35766/32293/27086 35771/32300/27091 35770/32299/27090</w:t>
        <w:br/>
        <w:t>f 35766/32293/27086 35772/32301/27092 35771/32300/27091</w:t>
        <w:br/>
        <w:t>f 35766/32293/27086 35773/32302/27093 35772/32301/27092</w:t>
        <w:br/>
        <w:t>f 35766/32293/27086 35774/32303/27090 35773/32302/27093</w:t>
        <w:br/>
        <w:t>f 35766/32293/27086 35775/32304/27086 35774/32303/27090</w:t>
        <w:br/>
        <w:t>f 35766/32293/27086 35776/32305/27086 35775/32304/27086</w:t>
        <w:br/>
        <w:t>f 35766/32293/27086 35764/32295/27088 35776/32305/27086</w:t>
        <w:br/>
        <w:t>f 35779/32306/27094 35778/32307/27095 35777/32308/27096</w:t>
        <w:br/>
        <w:t>f 35780/32309/27096 35779/32306/27094 35777/32308/27096</w:t>
        <w:br/>
        <w:t>f 35782/32310/27097 35781/32311/27098 35778/32307/27095</w:t>
        <w:br/>
        <w:t>f 35779/32306/27094 35782/32310/27097 35778/32307/27095</w:t>
        <w:br/>
        <w:t>f 35782/32310/27097 35784/32312/27099 35783/32313/27100</w:t>
        <w:br/>
        <w:t>f 35781/32311/27098 35782/32310/27097 35783/32313/27100</w:t>
        <w:br/>
        <w:t>f 35784/32312/27099 35786/32314/27101 35785/32315/27102</w:t>
        <w:br/>
        <w:t>f 35783/32313/27100 35784/32312/27099 35785/32315/27102</w:t>
        <w:br/>
        <w:t>f 35786/32314/27101 35788/32316/27103 35787/32317/27104</w:t>
        <w:br/>
        <w:t>f 35785/32315/27102 35786/32314/27101 35787/32317/27104</w:t>
        <w:br/>
        <w:t>f 35790/32318/27105 35789/32319/27106 35787/32317/27104</w:t>
        <w:br/>
        <w:t>f 35788/32316/27103 35790/32318/27105 35787/32317/27104</w:t>
        <w:br/>
        <w:t>f 35790/32318/27105 35792/32320/27107 35791/32321/27108</w:t>
        <w:br/>
        <w:t>f 35789/32319/27106 35790/32318/27105 35791/32321/27108</w:t>
        <w:br/>
        <w:t>f 35796/32322/27108 35795/32323/27109 35794/32324/27109</w:t>
        <w:br/>
        <w:t>f 35793/32325/27110 35796/32322/27108 35794/32324/27109</w:t>
        <w:br/>
        <w:t>f 35795/32323/27109 35798/32326/27111 35797/32327/27112</w:t>
        <w:br/>
        <w:t>f 35794/32324/27109 35795/32323/27109 35797/32327/27112</w:t>
        <w:br/>
        <w:t>f 35798/32326/27111 35800/32328/27113 35799/32329/27114</w:t>
        <w:br/>
        <w:t>f 35797/32327/27112 35798/32326/27111 35799/32329/27114</w:t>
        <w:br/>
        <w:t>f 35802/32330/27115 35801/32331/27116 35799/32329/27114</w:t>
        <w:br/>
        <w:t>f 35800/32328/27113 35802/32330/27115 35799/32329/27114</w:t>
        <w:br/>
        <w:t>f 35780/32309/27096 35777/32308/27096 35801/32331/27116</w:t>
        <w:br/>
        <w:t>f 35802/32330/27115 35780/32309/27096 35801/32331/27116</w:t>
        <w:br/>
        <w:t>f 35805/32332/27117 35804/32333/27118 35803/32334/27119</w:t>
        <w:br/>
        <w:t>f 35804/32333/27118 35806/32335/27119 35803/32334/27119</w:t>
        <w:br/>
        <w:t>f 35806/32335/27119 35807/32336/27118 35803/32334/27119</w:t>
        <w:br/>
        <w:t>f 35807/32336/27118 35808/32337/27120 35803/32334/27119</w:t>
        <w:br/>
        <w:t>f 35808/32337/27120 35809/32338/27119 35803/32334/27119</w:t>
        <w:br/>
        <w:t>f 35809/32338/27119 35810/32339/27121 35803/32334/27119</w:t>
        <w:br/>
        <w:t>f 35810/32339/27121 35811/32340/27121 35803/32334/27119</w:t>
        <w:br/>
        <w:t>f 35811/32340/27121 35812/32341/27121 35803/32334/27119</w:t>
        <w:br/>
        <w:t>f 35812/32341/27121 35813/32342/27121 35803/32334/27119</w:t>
        <w:br/>
        <w:t>f 35813/32342/27121 35814/32343/27122 35803/32334/27119</w:t>
        <w:br/>
        <w:t>f 35814/32343/27122 35815/32344/27123 35803/32334/27119</w:t>
        <w:br/>
        <w:t>f 35815/32344/27123 35805/32332/27117 35803/32334/27119</w:t>
        <w:br/>
        <w:t>f 35818/32345/27086 35817/32346/27091 35816/32347/27091</w:t>
        <w:br/>
        <w:t>f 35818/32345/27086 35819/32348/27124 35817/32346/27091</w:t>
        <w:br/>
        <w:t>f 35818/32345/27086 35820/32349/27091 35819/32348/27124</w:t>
        <w:br/>
        <w:t>f 35818/32345/27086 35821/32350/27091 35820/32349/27091</w:t>
        <w:br/>
        <w:t>f 35818/32345/27086 35822/32351/27086 35821/32350/27091</w:t>
        <w:br/>
        <w:t>f 35818/32345/27086 35823/32352/27087 35822/32351/27086</w:t>
        <w:br/>
        <w:t>f 35818/32345/27086 35824/32353/27088 35823/32352/27087</w:t>
        <w:br/>
        <w:t>f 35818/32345/27086 35825/32354/27125 35824/32353/27088</w:t>
        <w:br/>
        <w:t>f 35818/32345/27086 35826/32355/27087 35825/32354/27125</w:t>
        <w:br/>
        <w:t>f 35818/32345/27086 35827/32356/27090 35826/32355/27087</w:t>
        <w:br/>
        <w:t>f 35818/32345/27086 35828/32357/27087 35827/32356/27090</w:t>
        <w:br/>
        <w:t>f 35818/32345/27086 35816/32347/27091 35828/32357/27087</w:t>
        <w:br/>
        <w:t>f 35831/32358/27126 35830/32359/27126 35829/32360/27127</w:t>
        <w:br/>
        <w:t>f 35832/32361/27128 35831/32358/27126 35829/32360/27127</w:t>
        <w:br/>
        <w:t>f 35834/32362/27129 35833/32363/27129 35830/32359/27126</w:t>
        <w:br/>
        <w:t>f 35831/32358/27126 35834/32362/27129 35830/32359/27126</w:t>
        <w:br/>
        <w:t>f 35836/32364/27130 35835/32365/27130 35833/32363/27129</w:t>
        <w:br/>
        <w:t>f 35834/32362/27129 35836/32364/27130 35833/32363/27129</w:t>
        <w:br/>
        <w:t>f 35838/32366/27131 35837/32367/27131 35835/32365/27130</w:t>
        <w:br/>
        <w:t>f 35836/32364/27130 35838/32366/27131 35835/32365/27130</w:t>
        <w:br/>
        <w:t>f 35838/32366/27131 35840/32368/27132 35839/32369/27132</w:t>
        <w:br/>
        <w:t>f 35837/32367/27131 35838/32366/27131 35839/32369/27132</w:t>
        <w:br/>
        <w:t>f 35840/32368/27132 35842/32370/27133 35841/32371/27133</w:t>
        <w:br/>
        <w:t>f 35839/32369/27132 35840/32368/27132 35841/32371/27133</w:t>
        <w:br/>
        <w:t>f 35842/32370/27133 35844/32372/27134 35843/32373/27135</w:t>
        <w:br/>
        <w:t>f 35841/32371/27133 35842/32370/27133 35843/32373/27135</w:t>
        <w:br/>
        <w:t>f 35848/32374/27136 35847/32375/27137 35846/32376/27137</w:t>
        <w:br/>
        <w:t>f 35845/32377/27138 35848/32374/27136 35846/32376/27137</w:t>
        <w:br/>
        <w:t>f 35850/32378/27139 35849/32379/27112 35846/32376/27137</w:t>
        <w:br/>
        <w:t>f 35847/32375/27137 35850/32378/27139 35846/32376/27137</w:t>
        <w:br/>
        <w:t>f 35852/32380/27140 35851/32381/27140 35849/32379/27112</w:t>
        <w:br/>
        <w:t>f 35850/32378/27139 35852/32380/27140 35849/32379/27112</w:t>
        <w:br/>
        <w:t>f 35854/32382/27141 35853/32383/27141 35851/32381/27140</w:t>
        <w:br/>
        <w:t>f 35852/32380/27140 35854/32382/27141 35851/32381/27140</w:t>
        <w:br/>
        <w:t>f 35832/32361/27128 35829/32360/27127 35853/32383/27141</w:t>
        <w:br/>
        <w:t>f 35854/32382/27141 35832/32361/27128 35853/32383/27141</w:t>
        <w:br/>
        <w:t>f 35857/32384/27121 35856/32385/27121 35855/32386/27119</w:t>
        <w:br/>
        <w:t>f 35856/32385/27121 35858/32387/27121 35855/32386/27119</w:t>
        <w:br/>
        <w:t>f 35858/32387/27121 35859/32388/27119 35855/32386/27119</w:t>
        <w:br/>
        <w:t>f 35859/32388/27119 35860/32389/27142 35855/32386/27119</w:t>
        <w:br/>
        <w:t>f 35860/32389/27142 35861/32390/27121 35855/32386/27119</w:t>
        <w:br/>
        <w:t>f 35861/32390/27121 35862/32391/27118 35855/32386/27119</w:t>
        <w:br/>
        <w:t>f 35862/32391/27118 35863/32392/27119 35855/32386/27119</w:t>
        <w:br/>
        <w:t>f 35863/32392/27119 35864/32393/27119 35855/32386/27119</w:t>
        <w:br/>
        <w:t>f 35864/32393/27119 35865/32394/27117 35855/32386/27119</w:t>
        <w:br/>
        <w:t>f 35865/32394/27117 35866/32395/27118 35855/32386/27119</w:t>
        <w:br/>
        <w:t>f 35866/32395/27118 35867/32396/27143 35855/32386/27119</w:t>
        <w:br/>
        <w:t>f 35867/32396/27143 35857/32384/27121 35855/32386/27119</w:t>
        <w:br/>
        <w:t>f 35870/32397/27086 35869/32398/27086 35868/32399/27090</w:t>
        <w:br/>
        <w:t>f 35870/32397/27086 35871/32400/27124 35869/32398/27086</w:t>
        <w:br/>
        <w:t>f 35870/32397/27086 35872/32401/27144 35871/32400/27124</w:t>
        <w:br/>
        <w:t>f 35870/32397/27086 35873/32402/27087 35872/32401/27144</w:t>
        <w:br/>
        <w:t>f 35870/32397/27086 35874/32403/27090 35873/32402/27087</w:t>
        <w:br/>
        <w:t>f 35870/32397/27086 35875/32404/27090 35874/32403/27090</w:t>
        <w:br/>
        <w:t>f 35870/32397/27086 35876/32405/27145 35875/32404/27090</w:t>
        <w:br/>
        <w:t>f 35870/32397/27086 35877/32406/27146 35876/32405/27145</w:t>
        <w:br/>
        <w:t>f 35870/32397/27086 35878/32407/27091 35877/32406/27146</w:t>
        <w:br/>
        <w:t>f 35870/32397/27086 35879/32408/27092 35878/32407/27091</w:t>
        <w:br/>
        <w:t>f 35870/32397/27086 35880/32409/27086 35879/32408/27092</w:t>
        <w:br/>
        <w:t>f 35870/32397/27086 35868/32399/27090 35880/32409/27086</w:t>
        <w:br/>
        <w:t>f 35883/32410/27094 35882/32411/27094 35881/32412/27147</w:t>
        <w:br/>
        <w:t>f 35884/32413/27147 35883/32410/27094 35881/32412/27147</w:t>
        <w:br/>
        <w:t>f 35883/32410/27094 35886/32414/27148 35885/32415/27149</w:t>
        <w:br/>
        <w:t>f 35882/32411/27094 35883/32410/27094 35885/32415/27149</w:t>
        <w:br/>
        <w:t>f 35886/32414/27148 35888/32416/27150 35887/32417/27150</w:t>
        <w:br/>
        <w:t>f 35885/32415/27149 35886/32414/27148 35887/32417/27150</w:t>
        <w:br/>
        <w:t>f 35888/32416/27150 35890/32418/27151 35889/32419/27151</w:t>
        <w:br/>
        <w:t>f 35887/32417/27150 35888/32416/27150 35889/32419/27151</w:t>
        <w:br/>
        <w:t>f 35892/32420/27152 35891/32421/27153 35889/32419/27151</w:t>
        <w:br/>
        <w:t>f 35890/32418/27151 35892/32420/27152 35889/32419/27151</w:t>
        <w:br/>
        <w:t>f 35894/32422/27154 35893/32423/27155 35891/32421/27153</w:t>
        <w:br/>
        <w:t>f 35892/32420/27152 35894/32422/27154 35891/32421/27153</w:t>
        <w:br/>
        <w:t>f 35896/32424/27156 35895/32425/27156 35893/32423/27155</w:t>
        <w:br/>
        <w:t>f 35894/32422/27154 35896/32424/27156 35893/32423/27155</w:t>
        <w:br/>
        <w:t>f 35899/32426/27157 35898/32427/27157 35897/32428/27156</w:t>
        <w:br/>
        <w:t>f 35900/32429/27158 35899/32426/27157 35897/32428/27156</w:t>
        <w:br/>
        <w:t>f 35902/32430/27159 35901/32431/27159 35898/32427/27157</w:t>
        <w:br/>
        <w:t>f 35899/32426/27157 35902/32430/27159 35898/32427/27157</w:t>
        <w:br/>
        <w:t>f 35902/32430/27159 35904/32432/27160 35903/32433/27160</w:t>
        <w:br/>
        <w:t>f 35901/32431/27159 35902/32430/27159 35903/32433/27160</w:t>
        <w:br/>
        <w:t>f 35904/32432/27160 35906/32434/27161 35905/32435/27161</w:t>
        <w:br/>
        <w:t>f 35903/32433/27160 35904/32432/27160 35905/32435/27161</w:t>
        <w:br/>
        <w:t>f 35906/32434/27161 35884/32413/27147 35881/32412/27147</w:t>
        <w:br/>
        <w:t>f 35905/32435/27161 35906/32434/27161 35881/32412/27147</w:t>
        <w:br/>
        <w:t>f 35909/32436/27119 35908/32437/27118 35907/32438/27119</w:t>
        <w:br/>
        <w:t>f 35908/32437/27118 35910/32439/27119 35907/32438/27119</w:t>
        <w:br/>
        <w:t>f 35910/32439/27119 35911/32440/27119 35907/32438/27119</w:t>
        <w:br/>
        <w:t>f 35911/32440/27119 35912/32441/27118 35907/32438/27119</w:t>
        <w:br/>
        <w:t>f 35912/32441/27118 35913/32442/27119 35907/32438/27119</w:t>
        <w:br/>
        <w:t>f 35913/32442/27119 35914/32443/27121 35907/32438/27119</w:t>
        <w:br/>
        <w:t>f 35914/32443/27121 35915/32444/27143 35907/32438/27119</w:t>
        <w:br/>
        <w:t>f 35915/32444/27143 35916/32445/27121 35907/32438/27119</w:t>
        <w:br/>
        <w:t>f 35916/32445/27121 35917/32446/27121 35907/32438/27119</w:t>
        <w:br/>
        <w:t>f 35917/32446/27121 35918/32447/27121 35907/32438/27119</w:t>
        <w:br/>
        <w:t>f 35918/32447/27121 35919/32448/27162 35907/32438/27119</w:t>
        <w:br/>
        <w:t>f 35919/32448/27162 35909/32436/27119 35907/32438/27119</w:t>
        <w:br/>
        <w:t>f 35922/32449/27163 35921/32450/27164 35920/32451/27165</w:t>
        <w:br/>
        <w:t>f 35922/32449/27163 35923/32452/27166 35921/32450/27164</w:t>
        <w:br/>
        <w:t>f 35922/32449/27163 35924/32453/27163 35923/32452/27166</w:t>
        <w:br/>
        <w:t>f 35922/32449/27163 35925/32454/27167 35924/32453/27163</w:t>
        <w:br/>
        <w:t>f 35922/32449/27163 35926/32455/27168 35925/32454/27167</w:t>
        <w:br/>
        <w:t>f 35922/32449/27163 35927/32456/27169 35926/32455/27168</w:t>
        <w:br/>
        <w:t>f 35922/32449/27163 35928/32457/27170 35927/32456/27169</w:t>
        <w:br/>
        <w:t>f 35922/32449/27163 35929/32458/27163 35928/32457/27170</w:t>
        <w:br/>
        <w:t>f 35922/32449/27163 35930/32459/27167 35929/32458/27163</w:t>
        <w:br/>
        <w:t>f 35922/32449/27163 35931/32460/27163 35930/32459/27167</w:t>
        <w:br/>
        <w:t>f 35922/32449/27163 35932/32461/27163 35931/32460/27163</w:t>
        <w:br/>
        <w:t>f 35922/32449/27163 35920/32451/27165 35932/32461/27163</w:t>
        <w:br/>
        <w:t>f 35936/32462/27171 35935/32463/27172 35934/32464/27172</w:t>
        <w:br/>
        <w:t>f 35933/32465/27171 35936/32462/27171 35934/32464/27172</w:t>
        <w:br/>
        <w:t>f 35935/32463/27172 35938/32466/27173 35937/32467/27174</w:t>
        <w:br/>
        <w:t>f 35934/32464/27172 35935/32463/27172 35937/32467/27174</w:t>
        <w:br/>
        <w:t>f 35938/32466/27173 35940/32468/27130 35939/32469/27130</w:t>
        <w:br/>
        <w:t>f 35937/32467/27174 35938/32466/27173 35939/32469/27130</w:t>
        <w:br/>
        <w:t>f 35942/32470/27175 35941/32471/27175 35939/32469/27130</w:t>
        <w:br/>
        <w:t>f 35940/32468/27130 35942/32470/27175 35939/32469/27130</w:t>
        <w:br/>
        <w:t>f 35942/32470/27175 35944/32472/27176 35943/32473/27176</w:t>
        <w:br/>
        <w:t>f 35941/32471/27175 35942/32470/27175 35943/32473/27176</w:t>
        <w:br/>
        <w:t>f 35946/32474/27177 35945/32475/27177 35943/32473/27176</w:t>
        <w:br/>
        <w:t>f 35944/32472/27176 35946/32474/27177 35943/32473/27176</w:t>
        <w:br/>
        <w:t>f 35948/32476/27178 35947/32477/27178 35945/32475/27177</w:t>
        <w:br/>
        <w:t>f 35946/32474/27177 35948/32476/27178 35945/32475/27177</w:t>
        <w:br/>
        <w:t>f 35950/32478/27179 35949/32479/27180 35947/32477/27178</w:t>
        <w:br/>
        <w:t>f 35948/32476/27178 35950/32478/27179 35947/32477/27178</w:t>
        <w:br/>
        <w:t>f 35953/32480/27181 35952/32481/27182 35951/32482/27179</w:t>
        <w:br/>
        <w:t>f 35954/32483/27179 35953/32480/27181 35951/32482/27179</w:t>
        <w:br/>
        <w:t>f 35956/32484/27183 35955/32485/27183 35952/32481/27182</w:t>
        <w:br/>
        <w:t>f 35953/32480/27181 35956/32484/27183 35952/32481/27182</w:t>
        <w:br/>
        <w:t>f 35958/32486/27184 35957/32487/27184 35955/32485/27183</w:t>
        <w:br/>
        <w:t>f 35956/32484/27183 35958/32486/27184 35955/32485/27183</w:t>
        <w:br/>
        <w:t>f 35958/32486/27184 35936/32462/27171 35933/32465/27171</w:t>
        <w:br/>
        <w:t>f 35957/32487/27184 35958/32486/27184 35933/32465/27171</w:t>
        <w:br/>
        <w:t>f 35961/32488/27185 35960/32489/27186 35959/32490/27187</w:t>
        <w:br/>
        <w:t>f 35960/32489/27186 35962/32491/27188 35959/32490/27187</w:t>
        <w:br/>
        <w:t>f 35962/32491/27188 35963/32492/27187 35959/32490/27187</w:t>
        <w:br/>
        <w:t>f 35963/32492/27187 35964/32493/27185 35959/32490/27187</w:t>
        <w:br/>
        <w:t>f 35964/32493/27185 35965/32494/27189 35959/32490/27187</w:t>
        <w:br/>
        <w:t>f 35965/32494/27189 35966/32495/27187 35959/32490/27187</w:t>
        <w:br/>
        <w:t>f 35966/32495/27187 35967/32496/27187 35959/32490/27187</w:t>
        <w:br/>
        <w:t>f 35967/32496/27187 35968/32497/27190 35959/32490/27187</w:t>
        <w:br/>
        <w:t>f 35968/32497/27190 35969/32498/27191 35959/32490/27187</w:t>
        <w:br/>
        <w:t>f 35969/32498/27191 35970/32499/27192 35959/32490/27187</w:t>
        <w:br/>
        <w:t>f 35970/32499/27192 35971/32500/27193 35959/32490/27187</w:t>
        <w:br/>
        <w:t>f 35971/32500/27193 35961/32488/27185 35959/32490/27187</w:t>
        <w:br/>
        <w:t>f 35974/32501/27194 35973/32502/27195 35972/32503/27196</w:t>
        <w:br/>
        <w:t>f 35974/32501/27194 35972/32503/27196 35975/32504/27197</w:t>
        <w:br/>
        <w:t>f 35974/32501/27194 35975/32504/27197 35976/32505/27197</w:t>
        <w:br/>
        <w:t>f 35974/32501/27194 35976/32505/27197 35977/32506/27196</w:t>
        <w:br/>
        <w:t>f 35974/32501/27194 35977/32506/27196 35978/32507/27198</w:t>
        <w:br/>
        <w:t>f 35974/32501/27194 35978/32507/27198 35979/32508/27199</w:t>
        <w:br/>
        <w:t>f 35974/32501/27194 35979/32508/27199 35980/32509/27200</w:t>
        <w:br/>
        <w:t>f 35974/32501/27194 35980/32509/27200 35981/32510/27201</w:t>
        <w:br/>
        <w:t>f 35974/32501/27194 35981/32510/27201 35982/32511/27201</w:t>
        <w:br/>
        <w:t>f 35974/32501/27194 35982/32511/27201 35983/32512/27201</w:t>
        <w:br/>
        <w:t>f 35974/32501/27194 35983/32512/27201 35984/32513/27202</w:t>
        <w:br/>
        <w:t>f 35974/32501/27194 35984/32513/27202 35973/32502/27195</w:t>
        <w:br/>
        <w:t>f 35987/32514/27203 35986/32515/27204 35985/32516/27205</w:t>
        <w:br/>
        <w:t>f 35988/32517/27206 35987/32514/27203 35985/32516/27205</w:t>
        <w:br/>
        <w:t>f 35986/32515/27204 35990/32518/27207 35989/32519/27207</w:t>
        <w:br/>
        <w:t>f 35985/32516/27205 35986/32515/27204 35989/32519/27207</w:t>
        <w:br/>
        <w:t>f 35990/32518/27207 35992/32520/27208 35991/32521/27209</w:t>
        <w:br/>
        <w:t>f 35989/32519/27207 35990/32518/27207 35991/32521/27209</w:t>
        <w:br/>
        <w:t>f 35991/32521/27209 35992/32520/27208 35994/32522/27210</w:t>
        <w:br/>
        <w:t>f 35993/32523/27211 35991/32521/27209 35994/32522/27210</w:t>
        <w:br/>
        <w:t>f 35994/32522/27210 35996/32524/27212 35995/32525/27213</w:t>
        <w:br/>
        <w:t>f 35993/32523/27211 35994/32522/27210 35995/32525/27213</w:t>
        <w:br/>
        <w:t>f 35996/32524/27212 35998/32526/27214 35997/32527/27214</w:t>
        <w:br/>
        <w:t>f 35995/32525/27213 35996/32524/27212 35997/32527/27214</w:t>
        <w:br/>
        <w:t>f 35997/32527/27214 35998/32526/27214 36000/32528/27215</w:t>
        <w:br/>
        <w:t>f 35999/32529/27216 35997/32527/27214 36000/32528/27215</w:t>
        <w:br/>
        <w:t>f 36000/32528/27215 36002/32530/27217 36001/32531/27217</w:t>
        <w:br/>
        <w:t>f 35999/32529/27216 36000/32528/27215 36001/32531/27217</w:t>
        <w:br/>
        <w:t>f 36002/32530/27217 36004/32532/27218 36003/32533/27218</w:t>
        <w:br/>
        <w:t>f 36001/32531/27217 36002/32530/27217 36003/32533/27218</w:t>
        <w:br/>
        <w:t>f 36004/32532/27218 36006/32534/27219 36005/32535/27220</w:t>
        <w:br/>
        <w:t>f 36003/32533/27218 36004/32532/27218 36005/32535/27220</w:t>
        <w:br/>
        <w:t>f 36006/32534/27219 36008/32536/27221 36007/32537/27222</w:t>
        <w:br/>
        <w:t>f 36005/32535/27220 36006/32534/27219 36007/32537/27222</w:t>
        <w:br/>
        <w:t>f 36009/32538/27222 35987/32514/27203 35988/32517/27206</w:t>
        <w:br/>
        <w:t>f 36010/32539/27223 36009/32538/27222 35988/32517/27206</w:t>
        <w:br/>
        <w:t>f 36013/32540/27224 36012/32541/27225 36011/32542/27226</w:t>
        <w:br/>
        <w:t>f 36011/32542/27226 36012/32541/27225 36014/32543/27227</w:t>
        <w:br/>
        <w:t>f 36014/32543/27227 36012/32541/27225 36015/32544/27228</w:t>
        <w:br/>
        <w:t>f 36015/32544/27228 36012/32541/27225 36016/32545/27227</w:t>
        <w:br/>
        <w:t>f 36016/32545/27227 36012/32541/27225 36017/32546/27226</w:t>
        <w:br/>
        <w:t>f 36017/32546/27226 36012/32541/27225 36018/32547/27225</w:t>
        <w:br/>
        <w:t>f 36018/32547/27225 36012/32541/27225 36019/32548/27229</w:t>
        <w:br/>
        <w:t>f 36019/32548/27229 36012/32541/27225 36020/32549/27230</w:t>
        <w:br/>
        <w:t>f 36020/32549/27230 36012/32541/27225 36021/32550/27229</w:t>
        <w:br/>
        <w:t>f 36021/32550/27229 36012/32541/27225 36022/32551/27230</w:t>
        <w:br/>
        <w:t>f 36022/32551/27230 36012/32541/27225 36023/32552/27229</w:t>
        <w:br/>
        <w:t>f 36023/32552/27229 36012/32541/27225 36013/32540/27224</w:t>
        <w:br/>
        <w:t>f 36026/32553/27231 36025/32554/27232 36024/32555/27233</w:t>
        <w:br/>
        <w:t>f 36026/32553/27231 36024/32555/27233 36027/32556/27234</w:t>
        <w:br/>
        <w:t>f 36026/32553/27231 36027/32556/27234 36028/32557/27232</w:t>
        <w:br/>
        <w:t>f 36026/32553/27231 36028/32557/27232 36029/32558/27232</w:t>
        <w:br/>
        <w:t>f 36026/32553/27231 36029/32558/27232 36030/32559/27232</w:t>
        <w:br/>
        <w:t>f 36026/32553/27231 36030/32559/27232 36031/32560/27235</w:t>
        <w:br/>
        <w:t>f 36026/32553/27231 36031/32560/27235 36032/32561/27235</w:t>
        <w:br/>
        <w:t>f 36026/32553/27231 36032/32561/27235 36033/32562/27231</w:t>
        <w:br/>
        <w:t>f 36026/32553/27231 36033/32562/27231 36034/32563/27231</w:t>
        <w:br/>
        <w:t>f 36026/32553/27231 36034/32563/27231 36035/32564/27231</w:t>
        <w:br/>
        <w:t>f 36026/32553/27231 36035/32564/27231 36036/32565/27231</w:t>
        <w:br/>
        <w:t>f 36026/32553/27231 36036/32565/27231 36025/32554/27232</w:t>
        <w:br/>
        <w:t>f 36040/32566/27236 36039/32567/27237 36038/32568/27238</w:t>
        <w:br/>
        <w:t>f 36037/32569/27239 36040/32566/27236 36038/32568/27238</w:t>
        <w:br/>
        <w:t>f 36037/32569/27239 36038/32568/27238 36042/32570/27240</w:t>
        <w:br/>
        <w:t>f 36041/32571/27241 36037/32569/27239 36042/32570/27240</w:t>
        <w:br/>
        <w:t>f 36041/32571/27241 36042/32570/27240 36044/32572/27242</w:t>
        <w:br/>
        <w:t>f 36043/32573/27243 36041/32571/27241 36044/32572/27242</w:t>
        <w:br/>
        <w:t>f 36043/32573/27243 36044/32572/27242 36046/32574/27244</w:t>
        <w:br/>
        <w:t>f 36045/32575/27244 36043/32573/27243 36046/32574/27244</w:t>
        <w:br/>
        <w:t>f 36046/32574/27244 36048/32576/27245 36047/32577/27246</w:t>
        <w:br/>
        <w:t>f 36045/32575/27244 36046/32574/27244 36047/32577/27246</w:t>
        <w:br/>
        <w:t>f 36048/32576/27245 36050/32578/27247 36049/32579/27248</w:t>
        <w:br/>
        <w:t>f 36047/32577/27246 36048/32576/27245 36049/32579/27248</w:t>
        <w:br/>
        <w:t>f 36050/32578/27247 36052/32580/27249 36051/32581/27250</w:t>
        <w:br/>
        <w:t>f 36049/32579/27248 36050/32578/27247 36051/32581/27250</w:t>
        <w:br/>
        <w:t>f 36051/32581/27250 36052/32580/27249 36054/32582/27251</w:t>
        <w:br/>
        <w:t>f 36053/32583/27252 36051/32581/27250 36054/32582/27251</w:t>
        <w:br/>
        <w:t>f 36053/32583/27252 36054/32582/27251 36056/32584/27253</w:t>
        <w:br/>
        <w:t>f 36055/32585/27254 36053/32583/27252 36056/32584/27253</w:t>
        <w:br/>
        <w:t>f 36055/32585/27254 36056/32584/27253 36058/32586/27255</w:t>
        <w:br/>
        <w:t>f 36057/32587/27256 36055/32585/27254 36058/32586/27255</w:t>
        <w:br/>
        <w:t>f 36057/32587/27256 36058/32586/27255 36060/32588/27257</w:t>
        <w:br/>
        <w:t>f 36059/32589/27257 36057/32587/27256 36060/32588/27257</w:t>
        <w:br/>
        <w:t>f 36062/32590/27257 36061/32591/27257 36039/32567/27237</w:t>
        <w:br/>
        <w:t>f 36040/32566/27236 36062/32590/27257 36039/32567/27237</w:t>
        <w:br/>
        <w:t>f 36065/32592/27258 36064/32593/27259 36063/32594/27258</w:t>
        <w:br/>
        <w:t>f 36063/32594/27258 36064/32593/27259 36066/32595/27259</w:t>
        <w:br/>
        <w:t>f 36066/32595/27259 36064/32593/27259 36067/32596/27258</w:t>
        <w:br/>
        <w:t>f 36067/32596/27258 36064/32593/27259 36068/32597/27260</w:t>
        <w:br/>
        <w:t>f 36068/32597/27260 36064/32593/27259 36069/32598/27259</w:t>
        <w:br/>
        <w:t>f 36069/32598/27259 36064/32593/27259 36070/32599/27261</w:t>
        <w:br/>
        <w:t>f 36070/32599/27261 36064/32593/27259 36071/32600/27262</w:t>
        <w:br/>
        <w:t>f 36071/32600/27262 36064/32593/27259 36072/32601/27263</w:t>
        <w:br/>
        <w:t>f 36072/32601/27263 36064/32593/27259 36073/32602/27261</w:t>
        <w:br/>
        <w:t>f 36073/32602/27261 36064/32593/27259 36074/32603/27261</w:t>
        <w:br/>
        <w:t>f 36074/32603/27261 36064/32593/27259 36075/32604/27264</w:t>
        <w:br/>
        <w:t>f 36075/32604/27264 36064/32593/27259 36065/32592/27258</w:t>
        <w:br/>
        <w:t>f 36078/32605/27231 36077/32606/27235 36076/32607/27235</w:t>
        <w:br/>
        <w:t>f 36078/32605/27231 36076/32607/27235 36079/32608/27265</w:t>
        <w:br/>
        <w:t>f 36078/32605/27231 36079/32608/27265 36080/32609/27235</w:t>
        <w:br/>
        <w:t>f 36078/32605/27231 36080/32609/27235 36081/32610/27235</w:t>
        <w:br/>
        <w:t>f 36078/32605/27231 36081/32610/27235 36082/32611/27231</w:t>
        <w:br/>
        <w:t>f 36078/32605/27231 36082/32611/27231 36083/32612/27233</w:t>
        <w:br/>
        <w:t>f 36078/32605/27231 36083/32612/27233 36084/32613/27266</w:t>
        <w:br/>
        <w:t>f 36078/32605/27231 36084/32613/27266 36085/32614/27267</w:t>
        <w:br/>
        <w:t>f 36078/32605/27231 36085/32614/27267 36086/32615/27233</w:t>
        <w:br/>
        <w:t>f 36078/32605/27231 36086/32615/27233 36087/32616/27232</w:t>
        <w:br/>
        <w:t>f 36078/32605/27231 36087/32616/27232 36088/32617/27232</w:t>
        <w:br/>
        <w:t>f 36078/32605/27231 36088/32617/27232 36077/32606/27235</w:t>
        <w:br/>
        <w:t>f 36092/32618/27268 36091/32619/27269 36090/32620/27270</w:t>
        <w:br/>
        <w:t>f 36089/32621/27270 36092/32618/27268 36090/32620/27270</w:t>
        <w:br/>
        <w:t>f 36090/32620/27270 36094/32622/27271 36093/32623/27271</w:t>
        <w:br/>
        <w:t>f 36089/32621/27270 36090/32620/27270 36093/32623/27271</w:t>
        <w:br/>
        <w:t>f 36094/32622/27271 36096/32624/27272 36095/32625/27272</w:t>
        <w:br/>
        <w:t>f 36093/32623/27271 36094/32622/27271 36095/32625/27272</w:t>
        <w:br/>
        <w:t>f 36096/32624/27272 36098/32626/27273 36097/32627/27273</w:t>
        <w:br/>
        <w:t>f 36095/32625/27272 36096/32624/27272 36097/32627/27273</w:t>
        <w:br/>
        <w:t>f 36097/32627/27273 36098/32626/27273 36100/32628/27274</w:t>
        <w:br/>
        <w:t>f 36099/32629/27274 36097/32627/27273 36100/32628/27274</w:t>
        <w:br/>
        <w:t>f 36099/32629/27274 36100/32628/27274 36102/32630/27275</w:t>
        <w:br/>
        <w:t>f 36101/32631/27276 36099/32629/27274 36102/32630/27275</w:t>
        <w:br/>
        <w:t>f 36101/32631/27276 36102/32630/27275 36104/32632/27277</w:t>
        <w:br/>
        <w:t>f 36103/32633/27277 36101/32631/27276 36104/32632/27277</w:t>
        <w:br/>
        <w:t>f 36103/32633/27277 36104/32632/27277 36106/32634/27252</w:t>
        <w:br/>
        <w:t>f 36105/32635/27252 36103/32633/27277 36106/32634/27252</w:t>
        <w:br/>
        <w:t>f 36106/32634/27252 36108/32636/27253 36107/32637/27278</w:t>
        <w:br/>
        <w:t>f 36105/32635/27252 36106/32634/27252 36107/32637/27278</w:t>
        <w:br/>
        <w:t>f 36107/32637/27278 36108/32636/27253 36110/32638/27279</w:t>
        <w:br/>
        <w:t>f 36109/32639/27279 36107/32637/27278 36110/32638/27279</w:t>
        <w:br/>
        <w:t>f 36109/32639/27279 36110/32638/27279 36112/32640/27280</w:t>
        <w:br/>
        <w:t>f 36111/32641/27281 36109/32639/27279 36112/32640/27280</w:t>
        <w:br/>
        <w:t>f 36113/32642/27282 36091/32619/27269 36092/32618/27268</w:t>
        <w:br/>
        <w:t>f 36114/32643/27282 36113/32642/27282 36092/32618/27268</w:t>
        <w:br/>
        <w:t>f 36117/32644/27261 36116/32645/27259 36115/32646/27261</w:t>
        <w:br/>
        <w:t>f 36115/32646/27261 36116/32645/27259 36118/32647/27264</w:t>
        <w:br/>
        <w:t>f 36118/32647/27264 36116/32645/27259 36119/32648/27259</w:t>
        <w:br/>
        <w:t>f 36119/32648/27259 36116/32645/27259 36120/32649/27262</w:t>
        <w:br/>
        <w:t>f 36120/32649/27262 36116/32645/27259 36121/32650/27261</w:t>
        <w:br/>
        <w:t>f 36121/32650/27261 36116/32645/27259 36122/32651/27258</w:t>
        <w:br/>
        <w:t>f 36122/32651/27258 36116/32645/27259 36123/32652/27259</w:t>
        <w:br/>
        <w:t>f 36123/32652/27259 36116/32645/27259 36124/32653/27259</w:t>
        <w:br/>
        <w:t>f 36124/32653/27259 36116/32645/27259 36125/32654/27283</w:t>
        <w:br/>
        <w:t>f 36125/32654/27283 36116/32645/27259 36126/32655/27258</w:t>
        <w:br/>
        <w:t>f 36126/32655/27258 36116/32645/27259 36127/32656/27284</w:t>
        <w:br/>
        <w:t>f 36127/32656/27284 36116/32645/27259 36117/32644/27261</w:t>
        <w:br/>
        <w:t>f 36130/32657/27231 36129/32658/27232 36128/32659/27285</w:t>
        <w:br/>
        <w:t>f 36130/32657/27231 36128/32659/27285 36131/32660/27235</w:t>
        <w:br/>
        <w:t>f 36130/32657/27231 36131/32660/27235 36132/32661/27286</w:t>
        <w:br/>
        <w:t>f 36130/32657/27231 36132/32661/27286 36133/32662/27233</w:t>
        <w:br/>
        <w:t>f 36130/32657/27231 36133/32662/27233 36134/32663/27232</w:t>
        <w:br/>
        <w:t>f 36130/32657/27231 36134/32663/27232 36135/32664/27232</w:t>
        <w:br/>
        <w:t>f 36130/32657/27231 36135/32664/27232 36136/32665/27285</w:t>
        <w:br/>
        <w:t>f 36130/32657/27231 36136/32665/27285 36137/32666/27287</w:t>
        <w:br/>
        <w:t>f 36130/32657/27231 36137/32666/27287 36138/32667/27235</w:t>
        <w:br/>
        <w:t>f 36130/32657/27231 36138/32667/27235 36139/32668/27288</w:t>
        <w:br/>
        <w:t>f 36130/32657/27231 36139/32668/27288 36140/32669/27231</w:t>
        <w:br/>
        <w:t>f 36130/32657/27231 36140/32669/27231 36129/32658/27232</w:t>
        <w:br/>
        <w:t>f 36143/32670/27236 36142/32671/27289 36141/32672/27289</w:t>
        <w:br/>
        <w:t>f 36144/32673/27236 36143/32670/27236 36141/32672/27289</w:t>
        <w:br/>
        <w:t>f 36141/32672/27289 36142/32671/27289 36146/32674/27271</w:t>
        <w:br/>
        <w:t>f 36145/32675/27271 36141/32672/27289 36146/32674/27271</w:t>
        <w:br/>
        <w:t>f 36145/32675/27271 36146/32674/27271 36148/32676/27290</w:t>
        <w:br/>
        <w:t>f 36147/32677/27291 36145/32675/27271 36148/32676/27290</w:t>
        <w:br/>
        <w:t>f 36147/32677/27291 36148/32676/27290 36150/32678/27292</w:t>
        <w:br/>
        <w:t>f 36149/32679/27292 36147/32677/27291 36150/32678/27292</w:t>
        <w:br/>
        <w:t>f 36150/32678/27292 36152/32680/27293 36151/32681/27293</w:t>
        <w:br/>
        <w:t>f 36149/32679/27292 36150/32678/27292 36151/32681/27293</w:t>
        <w:br/>
        <w:t>f 36152/32680/27293 36154/32682/27294 36153/32683/27294</w:t>
        <w:br/>
        <w:t>f 36151/32681/27293 36152/32680/27293 36153/32683/27294</w:t>
        <w:br/>
        <w:t>f 36154/32682/27294 36156/32684/27295 36155/32685/27295</w:t>
        <w:br/>
        <w:t>f 36153/32683/27294 36154/32682/27294 36155/32685/27295</w:t>
        <w:br/>
        <w:t>f 36156/32684/27295 36158/32686/27296 36157/32687/27297</w:t>
        <w:br/>
        <w:t>f 36155/32685/27295 36156/32684/27295 36157/32687/27297</w:t>
        <w:br/>
        <w:t>f 36161/32688/27298 36160/32689/27299 36159/32690/27299</w:t>
        <w:br/>
        <w:t>f 36162/32691/27297 36161/32688/27298 36159/32690/27299</w:t>
        <w:br/>
        <w:t>f 36159/32690/27299 36160/32689/27299 36164/32692/27300</w:t>
        <w:br/>
        <w:t>f 36163/32693/27300 36159/32690/27299 36164/32692/27300</w:t>
        <w:br/>
        <w:t>f 36163/32693/27300 36164/32692/27300 36166/32694/27257</w:t>
        <w:br/>
        <w:t>f 36165/32695/27257 36163/32693/27300 36166/32694/27257</w:t>
        <w:br/>
        <w:t>f 36166/32694/27257 36143/32670/27236 36144/32673/27236</w:t>
        <w:br/>
        <w:t>f 36165/32695/27257 36166/32694/27257 36144/32673/27236</w:t>
        <w:br/>
        <w:t>f 36169/32696/27283 36168/32697/27259 36167/32698/27258</w:t>
        <w:br/>
        <w:t>f 36167/32698/27258 36168/32697/27259 36170/32699/27259</w:t>
        <w:br/>
        <w:t>f 36170/32699/27259 36168/32697/27259 36171/32700/27259</w:t>
        <w:br/>
        <w:t>f 36171/32700/27259 36168/32697/27259 36172/32701/27258</w:t>
        <w:br/>
        <w:t>f 36172/32701/27258 36168/32697/27259 36173/32702/27301</w:t>
        <w:br/>
        <w:t>f 36173/32702/27301 36168/32697/27259 36174/32703/27261</w:t>
        <w:br/>
        <w:t>f 36174/32703/27261 36168/32697/27259 36175/32704/27284</w:t>
        <w:br/>
        <w:t>f 36175/32704/27284 36168/32697/27259 36176/32705/27261</w:t>
        <w:br/>
        <w:t>f 36176/32705/27261 36168/32697/27259 36177/32706/27261</w:t>
        <w:br/>
        <w:t>f 36177/32706/27261 36168/32697/27259 36178/32707/27261</w:t>
        <w:br/>
        <w:t>f 36178/32707/27261 36168/32697/27259 36179/32708/27302</w:t>
        <w:br/>
        <w:t>f 36179/32708/27302 36168/32697/27259 36169/32696/27283</w:t>
        <w:br/>
        <w:t>f 36182/32709/27303 36181/32710/27304 36180/32711/27303</w:t>
        <w:br/>
        <w:t>f 36182/32709/27303 36180/32711/27303 36183/32712/27305</w:t>
        <w:br/>
        <w:t>f 36182/32709/27303 36183/32712/27305 36184/32713/27303</w:t>
        <w:br/>
        <w:t>f 36182/32709/27303 36184/32713/27303 36185/32714/27304</w:t>
        <w:br/>
        <w:t>f 36182/32709/27303 36185/32714/27304 36186/32715/27306</w:t>
        <w:br/>
        <w:t>f 36182/32709/27303 36186/32715/27306 36187/32716/27307</w:t>
        <w:br/>
        <w:t>f 36182/32709/27303 36187/32716/27307 36188/32717/27308</w:t>
        <w:br/>
        <w:t>f 36182/32709/27303 36188/32717/27308 36189/32718/27303</w:t>
        <w:br/>
        <w:t>f 36182/32709/27303 36189/32718/27303 36190/32719/27304</w:t>
        <w:br/>
        <w:t>f 36182/32709/27303 36190/32719/27304 36191/32720/27303</w:t>
        <w:br/>
        <w:t>f 36182/32709/27303 36191/32720/27303 36192/32721/27303</w:t>
        <w:br/>
        <w:t>f 36182/32709/27303 36192/32721/27303 36181/32710/27304</w:t>
        <w:br/>
        <w:t>f 36196/32722/27309 36195/32723/27309 36194/32724/27310</w:t>
        <w:br/>
        <w:t>f 36193/32725/27311 36196/32722/27309 36194/32724/27310</w:t>
        <w:br/>
        <w:t>f 36193/32725/27311 36194/32724/27310 36198/32726/27312</w:t>
        <w:br/>
        <w:t>f 36197/32727/27312 36193/32725/27311 36198/32726/27312</w:t>
        <w:br/>
        <w:t>f 36202/32728/27313 36201/32729/27313 36200/32730/27272</w:t>
        <w:br/>
        <w:t>f 36199/32731/27272 36202/32728/27313 36200/32730/27272</w:t>
        <w:br/>
        <w:t>f 36200/32730/27272 36204/32732/27314 36203/32733/27314</w:t>
        <w:br/>
        <w:t>f 36199/32731/27272 36200/32730/27272 36203/32733/27314</w:t>
        <w:br/>
        <w:t>f 36203/32733/27314 36204/32732/27314 36206/32734/27315</w:t>
        <w:br/>
        <w:t>f 36205/32735/27315 36203/32733/27314 36206/32734/27315</w:t>
        <w:br/>
        <w:t>f 36206/32734/27315 36208/32736/27316 36207/32737/27316</w:t>
        <w:br/>
        <w:t>f 36205/32735/27315 36206/32734/27315 36207/32737/27316</w:t>
        <w:br/>
        <w:t>f 36208/32736/27316 36210/32738/27317 36209/32739/27317</w:t>
        <w:br/>
        <w:t>f 36207/32737/27316 36208/32736/27316 36209/32739/27317</w:t>
        <w:br/>
        <w:t>f 36210/32738/27317 36212/32740/27318 36211/32741/27318</w:t>
        <w:br/>
        <w:t>f 36209/32739/27317 36210/32738/27317 36211/32741/27318</w:t>
        <w:br/>
        <w:t>f 36212/32740/27318 36214/32742/27278 36213/32743/27319</w:t>
        <w:br/>
        <w:t>f 36211/32741/27318 36212/32740/27318 36213/32743/27319</w:t>
        <w:br/>
        <w:t>f 36214/32742/27278 36216/32744/27320 36215/32745/27320</w:t>
        <w:br/>
        <w:t>f 36213/32743/27319 36214/32742/27278 36215/32745/27320</w:t>
        <w:br/>
        <w:t>f 36216/32744/27320 36218/32746/27321 36217/32747/27321</w:t>
        <w:br/>
        <w:t>f 36215/32745/27320 36216/32744/27320 36217/32747/27321</w:t>
        <w:br/>
        <w:t>f 36217/32747/27321 36218/32746/27321 36195/32723/27309</w:t>
        <w:br/>
        <w:t>f 36196/32722/27309 36217/32747/27321 36195/32723/27309</w:t>
        <w:br/>
        <w:t>f 36221/32748/27322 36220/32749/27322 36219/32750/27323</w:t>
        <w:br/>
        <w:t>f 36219/32750/27323 36220/32749/27322 36222/32751/27324</w:t>
        <w:br/>
        <w:t>f 36222/32751/27324 36220/32749/27322 36223/32752/27325</w:t>
        <w:br/>
        <w:t>f 36223/32752/27325 36220/32749/27322 36224/32753/27326</w:t>
        <w:br/>
        <w:t>f 36224/32753/27326 36220/32749/27322 36225/32754/27327</w:t>
        <w:br/>
        <w:t>f 36225/32754/27327 36220/32749/27322 36226/32755/27322</w:t>
        <w:br/>
        <w:t>f 36226/32755/27322 36220/32749/27322 36227/32756/27325</w:t>
        <w:br/>
        <w:t>f 36227/32756/27325 36220/32749/27322 36228/32757/27328</w:t>
        <w:br/>
        <w:t>f 36228/32757/27328 36220/32749/27322 36229/32758/27329</w:t>
        <w:br/>
        <w:t>f 36229/32758/27329 36220/32749/27322 36230/32759/27329</w:t>
        <w:br/>
        <w:t>f 36230/32759/27329 36220/32749/27322 36231/32760/27330</w:t>
        <w:br/>
        <w:t>f 36231/32760/27330 36220/32749/27322 36221/32748/27322</w:t>
        <w:br/>
        <w:t>f 36235/32761/27331 36234/32762/27332 36233/32763/27333</w:t>
        <w:br/>
        <w:t>f 36232/32764/27334 36235/32761/27331 36233/32763/27333</w:t>
        <w:br/>
        <w:t>f 36234/32762/27332 36237/32765/27335 36236/32766/27336</w:t>
        <w:br/>
        <w:t>f 36233/32763/27333 36234/32762/27332 36236/32766/27336</w:t>
        <w:br/>
        <w:t>f 36239/32767/27337 36238/32768/27338 36236/32766/27336</w:t>
        <w:br/>
        <w:t>f 36237/32765/27335 36239/32767/27337 36236/32766/27336</w:t>
        <w:br/>
        <w:t>f 36241/32769/27339 36240/32770/27340 36238/32768/27338</w:t>
        <w:br/>
        <w:t>f 36239/32767/27337 36241/32769/27339 36238/32768/27338</w:t>
        <w:br/>
        <w:t>f 36241/32769/27339 36243/32771/27341 36242/32772/27342</w:t>
        <w:br/>
        <w:t>f 36240/32770/27340 36241/32769/27339 36242/32772/27342</w:t>
        <w:br/>
        <w:t>f 36247/32773/27343 36246/32774/27344 36245/32775/27345</w:t>
        <w:br/>
        <w:t>f 36244/32776/27342 36247/32773/27343 36245/32775/27345</w:t>
        <w:br/>
        <w:t>f 36249/32777/27346 36248/32778/27347 36245/32775/27345</w:t>
        <w:br/>
        <w:t>f 36246/32774/27344 36249/32777/27346 36245/32775/27345</w:t>
        <w:br/>
        <w:t>f 36249/32777/27346 36251/32779/27348 36250/32780/27349</w:t>
        <w:br/>
        <w:t>f 36248/32778/27347 36249/32777/27346 36250/32780/27349</w:t>
        <w:br/>
        <w:t>f 36251/32779/27348 36253/32781/27331 36252/32782/27350</w:t>
        <w:br/>
        <w:t>f 36250/32780/27349 36251/32779/27348 36252/32782/27350</w:t>
        <w:br/>
        <w:t>f 36232/32764/27334 36233/32763/27333 36255/32783/27351</w:t>
        <w:br/>
        <w:t>f 36254/32784/27352 36232/32764/27334 36255/32783/27351</w:t>
        <w:br/>
        <w:t>f 36233/32763/27333 36236/32766/27336 36256/32785/27353</w:t>
        <w:br/>
        <w:t>f 36255/32783/27351 36233/32763/27333 36256/32785/27353</w:t>
        <w:br/>
        <w:t>f 36238/32768/27338 36257/32786/27354 36256/32785/27353</w:t>
        <w:br/>
        <w:t>f 36236/32766/27336 36238/32768/27338 36256/32785/27353</w:t>
        <w:br/>
        <w:t>f 36238/32768/27338 36240/32770/27340 36258/32787/27355</w:t>
        <w:br/>
        <w:t>f 36257/32786/27354 36238/32768/27338 36258/32787/27355</w:t>
        <w:br/>
        <w:t>f 36240/32770/27340 36242/32772/27342 36259/32788/27356</w:t>
        <w:br/>
        <w:t>f 36258/32787/27355 36240/32770/27340 36259/32788/27356</w:t>
        <w:br/>
        <w:t>f 36245/32775/27345 36261/32789/27357 36260/32790/27356</w:t>
        <w:br/>
        <w:t>f 36244/32776/27342 36245/32775/27345 36260/32790/27356</w:t>
        <w:br/>
        <w:t>f 36248/32778/27347 36262/32791/27358 36261/32789/27357</w:t>
        <w:br/>
        <w:t>f 36245/32775/27345 36248/32778/27347 36261/32789/27357</w:t>
        <w:br/>
        <w:t>f 36248/32778/27347 36250/32780/27349 36263/32792/27359</w:t>
        <w:br/>
        <w:t>f 36262/32791/27358 36248/32778/27347 36263/32792/27359</w:t>
        <w:br/>
        <w:t>f 36252/32782/27350 36264/32793/27352 36263/32792/27359</w:t>
        <w:br/>
        <w:t>f 36250/32780/27349 36252/32782/27350 36263/32792/27359</w:t>
        <w:br/>
        <w:t>f 36254/32784/27352 36255/32783/27351 36266/32794/27360</w:t>
        <w:br/>
        <w:t>f 36265/32795/27361 36254/32784/27352 36266/32794/27360</w:t>
        <w:br/>
        <w:t>f 36256/32785/27353 36267/32796/27362 36266/32794/27360</w:t>
        <w:br/>
        <w:t>f 36255/32783/27351 36256/32785/27353 36266/32794/27360</w:t>
        <w:br/>
        <w:t>f 36257/32786/27354 36268/32797/27363 36267/32796/27362</w:t>
        <w:br/>
        <w:t>f 36256/32785/27353 36257/32786/27354 36267/32796/27362</w:t>
        <w:br/>
        <w:t>f 36258/32787/27355 36269/32798/27364 36268/32797/27363</w:t>
        <w:br/>
        <w:t>f 36257/32786/27354 36258/32787/27355 36268/32797/27363</w:t>
        <w:br/>
        <w:t>f 36258/32787/27355 36259/32788/27356 36270/32799/27365</w:t>
        <w:br/>
        <w:t>f 36269/32798/27364 36258/32787/27355 36270/32799/27365</w:t>
        <w:br/>
        <w:t>f 36261/32789/27357 36272/32800/27366 36271/32801/27367</w:t>
        <w:br/>
        <w:t>f 36260/32790/27356 36261/32789/27357 36271/32801/27367</w:t>
        <w:br/>
        <w:t>f 36261/32789/27357 36262/32791/27358 36273/32802/27368</w:t>
        <w:br/>
        <w:t>f 36272/32800/27366 36261/32789/27357 36273/32802/27368</w:t>
        <w:br/>
        <w:t>f 36262/32791/27358 36263/32792/27359 36274/32803/27369</w:t>
        <w:br/>
        <w:t>f 36273/32802/27368 36262/32791/27358 36274/32803/27369</w:t>
        <w:br/>
        <w:t>f 36264/32793/27352 36275/32804/27370 36274/32803/27369</w:t>
        <w:br/>
        <w:t>f 36263/32792/27359 36264/32793/27352 36274/32803/27369</w:t>
        <w:br/>
        <w:t>f 36266/32794/27360 36277/32805/27371 36276/32806/27372</w:t>
        <w:br/>
        <w:t>f 36265/32795/27361 36266/32794/27360 36276/32806/27372</w:t>
        <w:br/>
        <w:t>f 36266/32794/27360 36267/32796/27362 36278/32807/27373</w:t>
        <w:br/>
        <w:t>f 36277/32805/27371 36266/32794/27360 36278/32807/27373</w:t>
        <w:br/>
        <w:t>f 36268/32797/27363 36279/32808/27374 36278/32807/27373</w:t>
        <w:br/>
        <w:t>f 36267/32796/27362 36268/32797/27363 36278/32807/27373</w:t>
        <w:br/>
        <w:t>f 36268/32797/27363 36269/32798/27364 36280/32809/27375</w:t>
        <w:br/>
        <w:t>f 36279/32808/27374 36268/32797/27363 36280/32809/27375</w:t>
        <w:br/>
        <w:t>f 36270/32799/27365 36281/32810/27376 36280/32809/27375</w:t>
        <w:br/>
        <w:t>f 36269/32798/27364 36270/32799/27365 36280/32809/27375</w:t>
        <w:br/>
        <w:t>f 36272/32800/27366 36283/32811/27377 36282/32812/27378</w:t>
        <w:br/>
        <w:t>f 36271/32801/27367 36272/32800/27366 36282/32812/27378</w:t>
        <w:br/>
        <w:t>f 36272/32800/27366 36273/32802/27368 36284/32813/27379</w:t>
        <w:br/>
        <w:t>f 36283/32811/27377 36272/32800/27366 36284/32813/27379</w:t>
        <w:br/>
        <w:t>f 36274/32803/27369 36285/32814/27380 36284/32813/27379</w:t>
        <w:br/>
        <w:t>f 36273/32802/27368 36274/32803/27369 36284/32813/27379</w:t>
        <w:br/>
        <w:t>f 36274/32803/27369 36275/32804/27370 36286/32815/27381</w:t>
        <w:br/>
        <w:t>f 36285/32814/27380 36274/32803/27369 36286/32815/27381</w:t>
        <w:br/>
        <w:t>f 36277/32805/27371 36288/32816/27382 36287/32817/27383</w:t>
        <w:br/>
        <w:t>f 36276/32806/27372 36277/32805/27371 36287/32817/27383</w:t>
        <w:br/>
        <w:t>f 36277/32805/27371 36278/32807/27373 36289/32818/27384</w:t>
        <w:br/>
        <w:t>f 36288/32816/27382 36277/32805/27371 36289/32818/27384</w:t>
        <w:br/>
        <w:t>f 36279/32808/27374 36290/32819/27385 36289/32818/27384</w:t>
        <w:br/>
        <w:t>f 36278/32807/27373 36279/32808/27374 36289/32818/27384</w:t>
        <w:br/>
        <w:t>f 36279/32808/27374 36280/32809/27375 36291/32820/27386</w:t>
        <w:br/>
        <w:t>f 36290/32819/27385 36279/32808/27374 36291/32820/27386</w:t>
        <w:br/>
        <w:t>f 36281/32810/27376 36292/32821/27387 36291/32820/27386</w:t>
        <w:br/>
        <w:t>f 36280/32809/27375 36281/32810/27376 36291/32820/27386</w:t>
        <w:br/>
        <w:t>f 36283/32811/27377 36294/32822/27388 36293/32823/27389</w:t>
        <w:br/>
        <w:t>f 36282/32812/27378 36283/32811/27377 36293/32823/27389</w:t>
        <w:br/>
        <w:t>f 36283/32811/27377 36284/32813/27379 36295/32824/27390</w:t>
        <w:br/>
        <w:t>f 36294/32822/27388 36283/32811/27377 36295/32824/27390</w:t>
        <w:br/>
        <w:t>f 36285/32814/27380 36296/32825/27391 36295/32824/27390</w:t>
        <w:br/>
        <w:t>f 36284/32813/27379 36285/32814/27380 36295/32824/27390</w:t>
        <w:br/>
        <w:t>f 36285/32814/27380 36286/32815/27381 36297/32826/27392</w:t>
        <w:br/>
        <w:t>f 36296/32825/27391 36285/32814/27380 36297/32826/27392</w:t>
        <w:br/>
        <w:t>f 36288/32816/27382 36299/32827/27393 36298/32828/27394</w:t>
        <w:br/>
        <w:t>f 36287/32817/27383 36288/32816/27382 36298/32828/27394</w:t>
        <w:br/>
        <w:t>f 36288/32816/27382 36289/32818/27384 36300/32829/27395</w:t>
        <w:br/>
        <w:t>f 36299/32827/27393 36288/32816/27382 36300/32829/27395</w:t>
        <w:br/>
        <w:t>f 36290/32819/27385 36301/32830/27396 36300/32829/27395</w:t>
        <w:br/>
        <w:t>f 36289/32818/27384 36290/32819/27385 36300/32829/27395</w:t>
        <w:br/>
        <w:t>f 36291/32820/27386 36302/32831/27397 36301/32830/27396</w:t>
        <w:br/>
        <w:t>f 36290/32819/27385 36291/32820/27386 36301/32830/27396</w:t>
        <w:br/>
        <w:t>f 36292/32821/27387 36303/32832/27398 36302/32831/27397</w:t>
        <w:br/>
        <w:t>f 36291/32820/27386 36292/32821/27387 36302/32831/27397</w:t>
        <w:br/>
        <w:t>f 36294/32822/27388 36305/32833/27399 36304/32834/27400</w:t>
        <w:br/>
        <w:t>f 36293/32823/27389 36294/32822/27388 36304/32834/27400</w:t>
        <w:br/>
        <w:t>f 36294/32822/27388 36295/32824/27390 36306/32835/27401</w:t>
        <w:br/>
        <w:t>f 36305/32833/27399 36294/32822/27388 36306/32835/27401</w:t>
        <w:br/>
        <w:t>f 36296/32825/27391 36307/32836/27402 36306/32835/27401</w:t>
        <w:br/>
        <w:t>f 36295/32824/27390 36296/32825/27391 36306/32835/27401</w:t>
        <w:br/>
        <w:t>f 36296/32825/27391 36297/32826/27392 36308/32837/27403</w:t>
        <w:br/>
        <w:t>f 36307/32836/27402 36296/32825/27391 36308/32837/27403</w:t>
        <w:br/>
        <w:t>f 36299/32827/27393 36310/32838/27404 36309/32839/27405</w:t>
        <w:br/>
        <w:t>f 36298/32828/27394 36299/32827/27393 36309/32839/27405</w:t>
        <w:br/>
        <w:t>f 36299/32827/27393 36300/32829/27395 36311/32840/27406</w:t>
        <w:br/>
        <w:t>f 36310/32838/27404 36299/32827/27393 36311/32840/27406</w:t>
        <w:br/>
        <w:t>f 36301/32830/27396 36312/32841/27407 36311/32840/27406</w:t>
        <w:br/>
        <w:t>f 36300/32829/27395 36301/32830/27396 36311/32840/27406</w:t>
        <w:br/>
        <w:t>f 36301/32830/27396 36302/32831/27397 36313/32842/27408</w:t>
        <w:br/>
        <w:t>f 36312/32841/27407 36301/32830/27396 36313/32842/27408</w:t>
        <w:br/>
        <w:t>f 36303/32832/27398 36314/32843/27409 36313/32842/27408</w:t>
        <w:br/>
        <w:t>f 36302/32831/27397 36303/32832/27398 36313/32842/27408</w:t>
        <w:br/>
        <w:t>f 36305/32833/27399 36316/32844/27410 36315/32845/27409</w:t>
        <w:br/>
        <w:t>f 36304/32834/27400 36305/32833/27399 36315/32845/27409</w:t>
        <w:br/>
        <w:t>f 36305/32833/27399 36306/32835/27401 36317/32846/27411</w:t>
        <w:br/>
        <w:t>f 36316/32844/27410 36305/32833/27399 36317/32846/27411</w:t>
        <w:br/>
        <w:t>f 36306/32835/27401 36307/32836/27402 36318/32847/27412</w:t>
        <w:br/>
        <w:t>f 36317/32846/27411 36306/32835/27401 36318/32847/27412</w:t>
        <w:br/>
        <w:t>f 36308/32837/27403 36319/32848/27405 36318/32847/27412</w:t>
        <w:br/>
        <w:t>f 36307/32836/27402 36308/32837/27403 36318/32847/27412</w:t>
        <w:br/>
        <w:t>f 36309/32839/27405 36310/32838/27404 36321/32849/27413</w:t>
        <w:br/>
        <w:t>f 36320/32850/27414 36309/32839/27405 36321/32849/27413</w:t>
        <w:br/>
        <w:t>f 36310/32838/27404 36311/32840/27406 36322/32851/27415</w:t>
        <w:br/>
        <w:t>f 36321/32849/27413 36310/32838/27404 36322/32851/27415</w:t>
        <w:br/>
        <w:t>f 36311/32840/27406 36312/32841/27407 36323/32852/27416</w:t>
        <w:br/>
        <w:t>f 36322/32851/27415 36311/32840/27406 36323/32852/27416</w:t>
        <w:br/>
        <w:t>f 36312/32841/27407 36313/32842/27408 36324/32853/27417</w:t>
        <w:br/>
        <w:t>f 36323/32852/27416 36312/32841/27407 36324/32853/27417</w:t>
        <w:br/>
        <w:t>f 36313/32842/27408 36314/32843/27409 36325/32854/27418</w:t>
        <w:br/>
        <w:t>f 36324/32853/27417 36313/32842/27408 36325/32854/27418</w:t>
        <w:br/>
        <w:t>f 36315/32845/27409 36316/32844/27410 36327/32855/27419</w:t>
        <w:br/>
        <w:t>f 36326/32856/27420 36315/32845/27409 36327/32855/27419</w:t>
        <w:br/>
        <w:t>f 36317/32846/27411 36328/32857/27421 36327/32855/27419</w:t>
        <w:br/>
        <w:t>f 36316/32844/27410 36317/32846/27411 36327/32855/27419</w:t>
        <w:br/>
        <w:t>f 36317/32846/27411 36318/32847/27412 36329/32858/27422</w:t>
        <w:br/>
        <w:t>f 36328/32857/27421 36317/32846/27411 36329/32858/27422</w:t>
        <w:br/>
        <w:t>f 36318/32847/27412 36319/32848/27405 36330/32859/27423</w:t>
        <w:br/>
        <w:t>f 36329/32858/27422 36318/32847/27412 36330/32859/27423</w:t>
        <w:br/>
        <w:t>f 36320/32850/27414 36321/32849/27413 36332/32860/27424</w:t>
        <w:br/>
        <w:t>f 36331/32861/27425 36320/32850/27414 36332/32860/27424</w:t>
        <w:br/>
        <w:t>f 36322/32851/27415 36333/32862/27426 36332/32860/27424</w:t>
        <w:br/>
        <w:t>f 36321/32849/27413 36322/32851/27415 36332/32860/27424</w:t>
        <w:br/>
        <w:t>f 36322/32851/27415 36323/32852/27416 36334/32863/27427</w:t>
        <w:br/>
        <w:t>f 36333/32862/27426 36322/32851/27415 36334/32863/27427</w:t>
        <w:br/>
        <w:t>f 36323/32852/27416 36324/32853/27417 36335/32864/27428</w:t>
        <w:br/>
        <w:t>f 36334/32863/27427 36323/32852/27416 36335/32864/27428</w:t>
        <w:br/>
        <w:t>f 36325/32854/27418 36336/32865/27429 36335/32864/27428</w:t>
        <w:br/>
        <w:t>f 36324/32853/27417 36325/32854/27418 36335/32864/27428</w:t>
        <w:br/>
        <w:t>f 36326/32856/27420 36327/32855/27419 36338/32866/27430</w:t>
        <w:br/>
        <w:t>f 36337/32867/27431 36326/32856/27420 36338/32866/27430</w:t>
        <w:br/>
        <w:t>f 36328/32857/27421 36339/32868/27432 36338/32866/27430</w:t>
        <w:br/>
        <w:t>f 36327/32855/27419 36328/32857/27421 36338/32866/27430</w:t>
        <w:br/>
        <w:t>f 36329/32858/27422 36340/32869/27433 36339/32868/27432</w:t>
        <w:br/>
        <w:t>f 36328/32857/27421 36329/32858/27422 36339/32868/27432</w:t>
        <w:br/>
        <w:t>f 36330/32859/27423 36341/32870/27434 36340/32869/27433</w:t>
        <w:br/>
        <w:t>f 36329/32858/27422 36330/32859/27423 36340/32869/27433</w:t>
        <w:br/>
        <w:t>f 36331/32861/27425 36332/32860/27424 36343/32871/27435</w:t>
        <w:br/>
        <w:t>f 36342/32872/27436 36331/32861/27425 36343/32871/27435</w:t>
        <w:br/>
        <w:t>f 36333/32862/27426 36344/32873/27437 36343/32871/27435</w:t>
        <w:br/>
        <w:t>f 36332/32860/27424 36333/32862/27426 36343/32871/27435</w:t>
        <w:br/>
        <w:t>f 36333/32862/27426 36334/32863/27427 36345/32874/27438</w:t>
        <w:br/>
        <w:t>f 36344/32873/27437 36333/32862/27426 36345/32874/27438</w:t>
        <w:br/>
        <w:t>f 36334/32863/27427 36335/32864/27428 36346/32875/27439</w:t>
        <w:br/>
        <w:t>f 36345/32874/27438 36334/32863/27427 36346/32875/27439</w:t>
        <w:br/>
        <w:t>f 36336/32865/27429 36347/32876/27440 36346/32875/27439</w:t>
        <w:br/>
        <w:t>f 36335/32864/27428 36336/32865/27429 36346/32875/27439</w:t>
        <w:br/>
        <w:t>f 36337/32867/27431 36338/32866/27430 36349/32877/27441</w:t>
        <w:br/>
        <w:t>f 36348/32878/27442 36337/32867/27431 36349/32877/27441</w:t>
        <w:br/>
        <w:t>f 36338/32866/27430 36339/32868/27432 36350/32879/27443</w:t>
        <w:br/>
        <w:t>f 36349/32877/27441 36338/32866/27430 36350/32879/27443</w:t>
        <w:br/>
        <w:t>f 36340/32869/27433 36351/32880/27444 36350/32879/27443</w:t>
        <w:br/>
        <w:t>f 36339/32868/27432 36340/32869/27433 36350/32879/27443</w:t>
        <w:br/>
        <w:t>f 36341/32870/27434 36352/32881/27445 36351/32880/27444</w:t>
        <w:br/>
        <w:t>f 36340/32869/27433 36341/32870/27434 36351/32880/27444</w:t>
        <w:br/>
        <w:t>f 36343/32871/27435 36354/32882/27446 36353/32883/27447</w:t>
        <w:br/>
        <w:t>f 36342/32872/27436 36343/32871/27435 36353/32883/27447</w:t>
        <w:br/>
        <w:t>f 36343/32871/27435 36344/32873/27437 36355/32884/27448</w:t>
        <w:br/>
        <w:t>f 36354/32882/27446 36343/32871/27435 36355/32884/27448</w:t>
        <w:br/>
        <w:t>f 36345/32874/27438 36356/32885/27449 36355/32884/27448</w:t>
        <w:br/>
        <w:t>f 36344/32873/27437 36345/32874/27438 36355/32884/27448</w:t>
        <w:br/>
        <w:t>f 36345/32874/27438 36346/32875/27439 36357/32886/27450</w:t>
        <w:br/>
        <w:t>f 36356/32885/27449 36345/32874/27438 36357/32886/27450</w:t>
        <w:br/>
        <w:t>f 36347/32876/27440 36358/32887/27451 36357/32886/27450</w:t>
        <w:br/>
        <w:t>f 36346/32875/27439 36347/32876/27440 36357/32886/27450</w:t>
        <w:br/>
        <w:t>f 36349/32877/27441 36360/32888/27452 36359/32889/27453</w:t>
        <w:br/>
        <w:t>f 36348/32878/27442 36349/32877/27441 36359/32889/27453</w:t>
        <w:br/>
        <w:t>f 36349/32877/27441 36350/32879/27443 36361/32890/27454</w:t>
        <w:br/>
        <w:t>f 36360/32888/27452 36349/32877/27441 36361/32890/27454</w:t>
        <w:br/>
        <w:t>f 36350/32879/27443 36351/32880/27444 36362/32891/27455</w:t>
        <w:br/>
        <w:t>f 36361/32890/27454 36350/32879/27443 36362/32891/27455</w:t>
        <w:br/>
        <w:t>f 36352/32881/27445 36363/32892/27447 36362/32891/27455</w:t>
        <w:br/>
        <w:t>f 36351/32880/27444 36352/32881/27445 36362/32891/27455</w:t>
        <w:br/>
        <w:t>f 36354/32882/27446 36365/32893/27332 36364/32894/27456</w:t>
        <w:br/>
        <w:t>f 36353/32883/27447 36354/32882/27446 36364/32894/27456</w:t>
        <w:br/>
        <w:t>f 36355/32884/27448 36366/32895/27335 36365/32893/27332</w:t>
        <w:br/>
        <w:t>f 36354/32882/27446 36355/32884/27448 36365/32893/27332</w:t>
        <w:br/>
        <w:t>f 36356/32885/27449 36367/32896/27337 36366/32895/27335</w:t>
        <w:br/>
        <w:t>f 36355/32884/27448 36356/32885/27449 36366/32895/27335</w:t>
        <w:br/>
        <w:t>f 36357/32886/27450 36368/32897/27457 36367/32896/27337</w:t>
        <w:br/>
        <w:t>f 36356/32885/27449 36357/32886/27450 36367/32896/27337</w:t>
        <w:br/>
        <w:t>f 36357/32886/27450 36358/32887/27451 36369/32898/27343</w:t>
        <w:br/>
        <w:t>f 36368/32897/27457 36357/32886/27450 36369/32898/27343</w:t>
        <w:br/>
        <w:t>f 36359/32889/27453 36360/32888/27452 36371/32899/27458</w:t>
        <w:br/>
        <w:t>f 36370/32900/27459 36359/32889/27453 36371/32899/27458</w:t>
        <w:br/>
        <w:t>f 36361/32890/27454 36372/32901/27460 36371/32899/27458</w:t>
        <w:br/>
        <w:t>f 36360/32888/27452 36361/32890/27454 36371/32899/27458</w:t>
        <w:br/>
        <w:t>f 36361/32890/27454 36362/32891/27455 36373/32902/27461</w:t>
        <w:br/>
        <w:t>f 36372/32901/27460 36361/32890/27454 36373/32902/27461</w:t>
        <w:br/>
        <w:t>f 36363/32892/27447 36374/32903/27462 36373/32902/27461</w:t>
        <w:br/>
        <w:t>f 36362/32891/27455 36363/32892/27447 36373/32902/27461</w:t>
        <w:br/>
        <w:t>f 36378/32904/27463 36377/32905/27464 36376/32906/27465</w:t>
        <w:br/>
        <w:t>f 36375/32907/27466 36378/32904/27463 36376/32906/27465</w:t>
        <w:br/>
        <w:t>f 36375/32907/27466 36376/32906/27465 36380/32908/27467</w:t>
        <w:br/>
        <w:t>f 36379/32909/27468 36375/32907/27466 36380/32908/27467</w:t>
        <w:br/>
        <w:t>f 36380/32908/27467 36382/32910/27469 36381/32911/27470</w:t>
        <w:br/>
        <w:t>f 36379/32909/27468 36380/32908/27467 36381/32911/27470</w:t>
        <w:br/>
        <w:t>f 36382/32910/27469 36384/32912/27471 36383/32913/27472</w:t>
        <w:br/>
        <w:t>f 36381/32911/27470 36382/32910/27469 36383/32913/27472</w:t>
        <w:br/>
        <w:t>f 36383/32913/27472 36384/32912/27471 36386/32914/27473</w:t>
        <w:br/>
        <w:t>f 36385/32915/27474 36383/32913/27472 36386/32914/27473</w:t>
        <w:br/>
        <w:t>f 36390/32916/27475 36389/32917/27476 36388/32918/27477</w:t>
        <w:br/>
        <w:t>f 36387/32919/27478 36390/32916/27475 36388/32918/27477</w:t>
        <w:br/>
        <w:t>f 36388/32918/27477 36392/32920/27479 36391/32921/27480</w:t>
        <w:br/>
        <w:t>f 36387/32919/27478 36388/32918/27477 36391/32921/27480</w:t>
        <w:br/>
        <w:t>f 36392/32920/27479 36394/32922/27481 36393/32923/27482</w:t>
        <w:br/>
        <w:t>f 36391/32921/27480 36392/32920/27479 36393/32923/27482</w:t>
        <w:br/>
        <w:t>f 36394/32922/27481 36396/32924/27483 36395/32925/27484</w:t>
        <w:br/>
        <w:t>f 36393/32923/27482 36394/32922/27481 36395/32925/27484</w:t>
        <w:br/>
        <w:t>f 36377/32905/27464 36398/32926/27485 36397/32927/27486</w:t>
        <w:br/>
        <w:t>f 36376/32906/27465 36377/32905/27464 36397/32927/27486</w:t>
        <w:br/>
        <w:t>f 36376/32906/27465 36397/32927/27486 36399/32928/27487</w:t>
        <w:br/>
        <w:t>f 36380/32908/27467 36376/32906/27465 36399/32928/27487</w:t>
        <w:br/>
        <w:t>f 36399/32928/27487 36400/32929/27488 36382/32910/27469</w:t>
        <w:br/>
        <w:t>f 36380/32908/27467 36399/32928/27487 36382/32910/27469</w:t>
        <w:br/>
        <w:t>f 36382/32910/27469 36400/32929/27488 36401/32930/27489</w:t>
        <w:br/>
        <w:t>f 36384/32912/27471 36382/32910/27469 36401/32930/27489</w:t>
        <w:br/>
        <w:t>f 36384/32912/27471 36401/32930/27489 36402/32931/27490</w:t>
        <w:br/>
        <w:t>f 36386/32914/27473 36384/32912/27471 36402/32931/27490</w:t>
        <w:br/>
        <w:t>f 36404/32932/27491 36403/32933/27492 36388/32918/27477</w:t>
        <w:br/>
        <w:t>f 36389/32917/27476 36404/32932/27491 36388/32918/27477</w:t>
        <w:br/>
        <w:t>f 36403/32933/27492 36405/32934/27493 36392/32920/27479</w:t>
        <w:br/>
        <w:t>f 36388/32918/27477 36403/32933/27492 36392/32920/27479</w:t>
        <w:br/>
        <w:t>f 36405/32934/27493 36406/32935/27494 36394/32922/27481</w:t>
        <w:br/>
        <w:t>f 36392/32920/27479 36405/32934/27493 36394/32922/27481</w:t>
        <w:br/>
        <w:t>f 36406/32935/27494 36407/32936/27495 36396/32924/27483</w:t>
        <w:br/>
        <w:t>f 36394/32922/27481 36406/32935/27494 36396/32924/27483</w:t>
        <w:br/>
        <w:t>f 36398/32926/27485 36409/32937/27496 36408/32938/27497</w:t>
        <w:br/>
        <w:t>f 36397/32927/27486 36398/32926/27485 36408/32938/27497</w:t>
        <w:br/>
        <w:t>f 36408/32938/27497 36410/32939/27498 36399/32928/27487</w:t>
        <w:br/>
        <w:t>f 36397/32927/27486 36408/32938/27497 36399/32928/27487</w:t>
        <w:br/>
        <w:t>f 36410/32939/27498 36411/32940/27499 36400/32929/27488</w:t>
        <w:br/>
        <w:t>f 36399/32928/27487 36410/32939/27498 36400/32929/27488</w:t>
        <w:br/>
        <w:t>f 36411/32940/27499 36412/32941/27500 36401/32930/27489</w:t>
        <w:br/>
        <w:t>f 36400/32929/27488 36411/32940/27499 36401/32930/27489</w:t>
        <w:br/>
        <w:t>f 36401/32930/27489 36412/32941/27500 36413/32942/27501</w:t>
        <w:br/>
        <w:t>f 36402/32931/27490 36401/32930/27489 36413/32942/27501</w:t>
        <w:br/>
        <w:t>f 36415/32943/27501 36414/32944/27502 36403/32933/27492</w:t>
        <w:br/>
        <w:t>f 36404/32932/27491 36415/32943/27501 36403/32933/27492</w:t>
        <w:br/>
        <w:t>f 36403/32933/27492 36414/32944/27502 36416/32945/27503</w:t>
        <w:br/>
        <w:t>f 36405/32934/27493 36403/32933/27492 36416/32945/27503</w:t>
        <w:br/>
        <w:t>f 36405/32934/27493 36416/32945/27503 36417/32946/27504</w:t>
        <w:br/>
        <w:t>f 36406/32935/27494 36405/32934/27493 36417/32946/27504</w:t>
        <w:br/>
        <w:t>f 36417/32946/27504 36418/32947/27505 36407/32936/27495</w:t>
        <w:br/>
        <w:t>f 36406/32935/27494 36417/32946/27504 36407/32936/27495</w:t>
        <w:br/>
        <w:t>f 36420/32948/27506 36419/32949/27507 36408/32938/27497</w:t>
        <w:br/>
        <w:t>f 36409/32937/27496 36420/32948/27506 36408/32938/27497</w:t>
        <w:br/>
        <w:t>f 36408/32938/27497 36419/32949/27507 36421/32950/27508</w:t>
        <w:br/>
        <w:t>f 36410/32939/27498 36408/32938/27497 36421/32950/27508</w:t>
        <w:br/>
        <w:t>f 36421/32950/27508 36422/32951/27509 36411/32940/27499</w:t>
        <w:br/>
        <w:t>f 36410/32939/27498 36421/32950/27508 36411/32940/27499</w:t>
        <w:br/>
        <w:t>f 36411/32940/27499 36422/32951/27509 36423/32952/27510</w:t>
        <w:br/>
        <w:t>f 36412/32941/27500 36411/32940/27499 36423/32952/27510</w:t>
        <w:br/>
        <w:t>f 36423/32952/27510 36424/32953/27511 36413/32942/27501</w:t>
        <w:br/>
        <w:t>f 36412/32941/27500 36423/32952/27510 36413/32942/27501</w:t>
        <w:br/>
        <w:t>f 36426/32954/27512 36425/32955/27513 36414/32944/27502</w:t>
        <w:br/>
        <w:t>f 36415/32943/27501 36426/32954/27512 36414/32944/27502</w:t>
        <w:br/>
        <w:t>f 36414/32944/27502 36425/32955/27513 36427/32956/27514</w:t>
        <w:br/>
        <w:t>f 36416/32945/27503 36414/32944/27502 36427/32956/27514</w:t>
        <w:br/>
        <w:t>f 36416/32945/27503 36427/32956/27514 36428/32957/27515</w:t>
        <w:br/>
        <w:t>f 36417/32946/27504 36416/32945/27503 36428/32957/27515</w:t>
        <w:br/>
        <w:t>f 36417/32946/27504 36428/32957/27515 36429/32958/27516</w:t>
        <w:br/>
        <w:t>f 36418/32947/27505 36417/32946/27504 36429/32958/27516</w:t>
        <w:br/>
        <w:t>f 36431/32959/27517 36430/32960/27518 36419/32949/27507</w:t>
        <w:br/>
        <w:t>f 36420/32948/27506 36431/32959/27517 36419/32949/27507</w:t>
        <w:br/>
        <w:t>f 36419/32949/27507 36430/32960/27518 36432/32961/27519</w:t>
        <w:br/>
        <w:t>f 36421/32950/27508 36419/32949/27507 36432/32961/27519</w:t>
        <w:br/>
        <w:t>f 36432/32961/27519 36433/32962/27520 36422/32951/27509</w:t>
        <w:br/>
        <w:t>f 36421/32950/27508 36432/32961/27519 36422/32951/27509</w:t>
        <w:br/>
        <w:t>f 36422/32951/27509 36433/32962/27520 36434/32963/27521</w:t>
        <w:br/>
        <w:t>f 36423/32952/27510 36422/32951/27509 36434/32963/27521</w:t>
        <w:br/>
        <w:t>f 36434/32963/27521 36435/32964/27522 36424/32953/27511</w:t>
        <w:br/>
        <w:t>f 36423/32952/27510 36434/32963/27521 36424/32953/27511</w:t>
        <w:br/>
        <w:t>f 36437/32965/27523 36436/32966/27524 36425/32955/27513</w:t>
        <w:br/>
        <w:t>f 36426/32954/27512 36437/32965/27523 36425/32955/27513</w:t>
        <w:br/>
        <w:t>f 36425/32955/27513 36436/32966/27524 36438/32967/27525</w:t>
        <w:br/>
        <w:t>f 36427/32956/27514 36425/32955/27513 36438/32967/27525</w:t>
        <w:br/>
        <w:t>f 36438/32967/27525 36439/32968/27526 36428/32957/27515</w:t>
        <w:br/>
        <w:t>f 36427/32956/27514 36438/32967/27525 36428/32957/27515</w:t>
        <w:br/>
        <w:t>f 36428/32957/27515 36439/32968/27526 36440/32969/27527</w:t>
        <w:br/>
        <w:t>f 36429/32958/27516 36428/32957/27515 36440/32969/27527</w:t>
        <w:br/>
        <w:t>f 36442/32970/27528 36441/32971/27529 36430/32960/27518</w:t>
        <w:br/>
        <w:t>f 36431/32959/27517 36442/32970/27528 36430/32960/27518</w:t>
        <w:br/>
        <w:t>f 36441/32971/27529 36443/32972/27530 36432/32961/27519</w:t>
        <w:br/>
        <w:t>f 36430/32960/27518 36441/32971/27529 36432/32961/27519</w:t>
        <w:br/>
        <w:t>f 36443/32972/27530 36444/32973/27531 36433/32962/27520</w:t>
        <w:br/>
        <w:t>f 36432/32961/27519 36443/32972/27530 36433/32962/27520</w:t>
        <w:br/>
        <w:t>f 36444/32973/27531 36445/32974/27532 36434/32963/27521</w:t>
        <w:br/>
        <w:t>f 36433/32962/27520 36444/32973/27531 36434/32963/27521</w:t>
        <w:br/>
        <w:t>f 36445/32974/27532 36446/32975/27533 36435/32964/27522</w:t>
        <w:br/>
        <w:t>f 36434/32963/27521 36445/32974/27532 36435/32964/27522</w:t>
        <w:br/>
        <w:t>f 36448/32976/27534 36447/32977/27535 36436/32966/27524</w:t>
        <w:br/>
        <w:t>f 36437/32965/27523 36448/32976/27534 36436/32966/27524</w:t>
        <w:br/>
        <w:t>f 36436/32966/27524 36447/32977/27535 36449/32978/27536</w:t>
        <w:br/>
        <w:t>f 36438/32967/27525 36436/32966/27524 36449/32978/27536</w:t>
        <w:br/>
        <w:t>f 36449/32978/27536 36450/32979/27537 36439/32968/27526</w:t>
        <w:br/>
        <w:t>f 36438/32967/27525 36449/32978/27536 36439/32968/27526</w:t>
        <w:br/>
        <w:t>f 36439/32968/27526 36450/32979/27537 36451/32980/27538</w:t>
        <w:br/>
        <w:t>f 36440/32969/27527 36439/32968/27526 36451/32980/27538</w:t>
        <w:br/>
        <w:t>f 36442/32970/27528 36453/32981/27539 36452/32982/27540</w:t>
        <w:br/>
        <w:t>f 36441/32971/27529 36442/32970/27528 36452/32982/27540</w:t>
        <w:br/>
        <w:t>f 36441/32971/27529 36452/32982/27540 36454/32983/27541</w:t>
        <w:br/>
        <w:t>f 36443/32972/27530 36441/32971/27529 36454/32983/27541</w:t>
        <w:br/>
        <w:t>f 36454/32983/27541 36455/32984/27542 36444/32973/27531</w:t>
        <w:br/>
        <w:t>f 36443/32972/27530 36454/32983/27541 36444/32973/27531</w:t>
        <w:br/>
        <w:t>f 36444/32973/27531 36455/32984/27542 36456/32985/27543</w:t>
        <w:br/>
        <w:t>f 36445/32974/27532 36444/32973/27531 36456/32985/27543</w:t>
        <w:br/>
        <w:t>f 36456/32985/27543 36457/32986/27544 36446/32975/27533</w:t>
        <w:br/>
        <w:t>f 36445/32974/27532 36456/32985/27543 36446/32975/27533</w:t>
        <w:br/>
        <w:t>f 36459/32987/27544 36458/32988/27545 36447/32977/27535</w:t>
        <w:br/>
        <w:t>f 36448/32976/27534 36459/32987/27544 36447/32977/27535</w:t>
        <w:br/>
        <w:t>f 36447/32977/27535 36458/32988/27545 36460/32989/27546</w:t>
        <w:br/>
        <w:t>f 36449/32978/27536 36447/32977/27535 36460/32989/27546</w:t>
        <w:br/>
        <w:t>f 36460/32989/27546 36461/32990/27547 36450/32979/27537</w:t>
        <w:br/>
        <w:t>f 36449/32978/27536 36460/32989/27546 36450/32979/27537</w:t>
        <w:br/>
        <w:t>f 36461/32990/27547 36462/32991/27548 36451/32980/27538</w:t>
        <w:br/>
        <w:t>f 36450/32979/27537 36461/32990/27547 36451/32980/27538</w:t>
        <w:br/>
        <w:t>f 36453/32981/27539 36464/32992/27549 36463/32993/27550</w:t>
        <w:br/>
        <w:t>f 36452/32982/27540 36453/32981/27539 36463/32993/27550</w:t>
        <w:br/>
        <w:t>f 36452/32982/27540 36463/32993/27550 36465/32994/27551</w:t>
        <w:br/>
        <w:t>f 36454/32983/27541 36452/32982/27540 36465/32994/27551</w:t>
        <w:br/>
        <w:t>f 36454/32983/27541 36465/32994/27551 36466/32995/27552</w:t>
        <w:br/>
        <w:t>f 36455/32984/27542 36454/32983/27541 36466/32995/27552</w:t>
        <w:br/>
        <w:t>f 36455/32984/27542 36466/32995/27552 36467/32996/27553</w:t>
        <w:br/>
        <w:t>f 36456/32985/27543 36455/32984/27542 36467/32996/27553</w:t>
        <w:br/>
        <w:t>f 36456/32985/27543 36467/32996/27553 36468/32997/27554</w:t>
        <w:br/>
        <w:t>f 36457/32986/27544 36456/32985/27543 36468/32997/27554</w:t>
        <w:br/>
        <w:t>f 36459/32987/27544 36470/32998/27554 36469/32999/27555</w:t>
        <w:br/>
        <w:t>f 36458/32988/27545 36459/32987/27544 36469/32999/27555</w:t>
        <w:br/>
        <w:t>f 36458/32988/27545 36469/32999/27555 36471/33000/27556</w:t>
        <w:br/>
        <w:t>f 36460/32989/27546 36458/32988/27545 36471/33000/27556</w:t>
        <w:br/>
        <w:t>f 36471/33000/27556 36472/33001/27557 36461/32990/27547</w:t>
        <w:br/>
        <w:t>f 36460/32989/27546 36471/33000/27556 36461/32990/27547</w:t>
        <w:br/>
        <w:t>f 36461/32990/27547 36472/33001/27557 36473/33002/27558</w:t>
        <w:br/>
        <w:t>f 36462/32991/27548 36461/32990/27547 36473/33002/27558</w:t>
        <w:br/>
        <w:t>f 36464/32992/27549 36475/33003/27559 36474/33004/27560</w:t>
        <w:br/>
        <w:t>f 36463/32993/27550 36464/32992/27549 36474/33004/27560</w:t>
        <w:br/>
        <w:t>f 36463/32993/27550 36474/33004/27560 36476/33005/27561</w:t>
        <w:br/>
        <w:t>f 36465/32994/27551 36463/32993/27550 36476/33005/27561</w:t>
        <w:br/>
        <w:t>f 36476/33005/27561 36477/33006/27562 36466/32995/27552</w:t>
        <w:br/>
        <w:t>f 36465/32994/27551 36476/33005/27561 36466/32995/27552</w:t>
        <w:br/>
        <w:t>f 36466/32995/27552 36477/33006/27562 36478/33007/27563</w:t>
        <w:br/>
        <w:t>f 36467/32996/27553 36466/32995/27552 36478/33007/27563</w:t>
        <w:br/>
        <w:t>f 36478/33007/27563 36479/33008/27564 36468/32997/27554</w:t>
        <w:br/>
        <w:t>f 36467/32996/27553 36478/33007/27563 36468/32997/27554</w:t>
        <w:br/>
        <w:t>f 36470/32998/27554 36481/33009/27564 36480/33010/27565</w:t>
        <w:br/>
        <w:t>f 36469/32999/27555 36470/32998/27554 36480/33010/27565</w:t>
        <w:br/>
        <w:t>f 36480/33010/27565 36482/33011/27566 36471/33000/27556</w:t>
        <w:br/>
        <w:t>f 36469/32999/27555 36480/33010/27565 36471/33000/27556</w:t>
        <w:br/>
        <w:t>f 36482/33011/27566 36483/33012/27567 36472/33001/27557</w:t>
        <w:br/>
        <w:t>f 36471/33000/27556 36482/33011/27566 36472/33001/27557</w:t>
        <w:br/>
        <w:t>f 36483/33012/27567 36484/33013/27568 36473/33002/27558</w:t>
        <w:br/>
        <w:t>f 36472/33001/27557 36483/33012/27567 36473/33002/27558</w:t>
        <w:br/>
        <w:t>f 36475/33003/27559 36486/33014/27569 36485/33015/27570</w:t>
        <w:br/>
        <w:t>f 36474/33004/27560 36475/33003/27559 36485/33015/27570</w:t>
        <w:br/>
        <w:t>f 36474/33004/27560 36485/33015/27570 36487/33016/27571</w:t>
        <w:br/>
        <w:t>f 36476/33005/27561 36474/33004/27560 36487/33016/27571</w:t>
        <w:br/>
        <w:t>f 36487/33016/27571 36488/33017/27572 36477/33006/27562</w:t>
        <w:br/>
        <w:t>f 36476/33005/27561 36487/33016/27571 36477/33006/27562</w:t>
        <w:br/>
        <w:t>f 36477/33006/27562 36488/33017/27572 36489/33018/27573</w:t>
        <w:br/>
        <w:t>f 36478/33007/27563 36477/33006/27562 36489/33018/27573</w:t>
        <w:br/>
        <w:t>f 36489/33018/27573 36490/33019/27574 36479/33008/27564</w:t>
        <w:br/>
        <w:t>f 36478/33007/27563 36489/33018/27573 36479/33008/27564</w:t>
        <w:br/>
        <w:t>f 36481/33009/27564 36492/33020/27575 36491/33021/27576</w:t>
        <w:br/>
        <w:t>f 36480/33010/27565 36481/33009/27564 36491/33021/27576</w:t>
        <w:br/>
        <w:t>f 36480/33010/27565 36491/33021/27576 36493/33022/27577</w:t>
        <w:br/>
        <w:t>f 36482/33011/27566 36480/33010/27565 36493/33022/27577</w:t>
        <w:br/>
        <w:t>f 36482/33011/27566 36493/33022/27577 36494/33023/27578</w:t>
        <w:br/>
        <w:t>f 36483/33012/27567 36482/33011/27566 36494/33023/27578</w:t>
        <w:br/>
        <w:t>f 36494/33023/27578 36495/33024/27579 36484/33013/27568</w:t>
        <w:br/>
        <w:t>f 36483/33012/27567 36494/33023/27578 36484/33013/27568</w:t>
        <w:br/>
        <w:t>f 36497/33025/27580 36496/33026/27581 36485/33015/27570</w:t>
        <w:br/>
        <w:t>f 36486/33014/27569 36497/33025/27580 36485/33015/27570</w:t>
        <w:br/>
        <w:t>f 36485/33015/27570 36496/33026/27581 36498/33027/27582</w:t>
        <w:br/>
        <w:t>f 36487/33016/27571 36485/33015/27570 36498/33027/27582</w:t>
        <w:br/>
        <w:t>f 36498/33027/27582 36499/33028/27583 36488/33017/27572</w:t>
        <w:br/>
        <w:t>f 36487/33016/27571 36498/33027/27582 36488/33017/27572</w:t>
        <w:br/>
        <w:t>f 36488/33017/27572 36499/33028/27583 36500/33029/27584</w:t>
        <w:br/>
        <w:t>f 36489/33018/27573 36488/33017/27572 36500/33029/27584</w:t>
        <w:br/>
        <w:t>f 36500/33029/27584 36501/33030/27585 36490/33019/27574</w:t>
        <w:br/>
        <w:t>f 36489/33018/27573 36500/33029/27584 36490/33019/27574</w:t>
        <w:br/>
        <w:t>f 36503/33031/27585 36502/33032/27586 36491/33021/27576</w:t>
        <w:br/>
        <w:t>f 36492/33020/27575 36503/33031/27585 36491/33021/27576</w:t>
        <w:br/>
        <w:t>f 36491/33021/27576 36502/33032/27586 36504/33033/27587</w:t>
        <w:br/>
        <w:t>f 36493/33022/27577 36491/33021/27576 36504/33033/27587</w:t>
        <w:br/>
        <w:t>f 36493/33022/27577 36504/33033/27587 36505/33034/27588</w:t>
        <w:br/>
        <w:t>f 36494/33023/27578 36493/33022/27577 36505/33034/27588</w:t>
        <w:br/>
        <w:t>f 36505/33034/27588 36506/33035/27580 36495/33024/27579</w:t>
        <w:br/>
        <w:t>f 36494/33023/27578 36505/33034/27588 36495/33024/27579</w:t>
        <w:br/>
        <w:t>f 36508/33036/27589 36507/33037/27590 36496/33026/27581</w:t>
        <w:br/>
        <w:t>f 36497/33025/27580 36508/33036/27589 36496/33026/27581</w:t>
        <w:br/>
        <w:t>f 36507/33037/27590 36509/33038/27591 36498/33027/27582</w:t>
        <w:br/>
        <w:t>f 36496/33026/27581 36507/33037/27590 36498/33027/27582</w:t>
        <w:br/>
        <w:t>f 36509/33038/27591 36510/33039/27470 36499/33028/27583</w:t>
        <w:br/>
        <w:t>f 36498/33027/27582 36509/33038/27591 36499/33028/27583</w:t>
        <w:br/>
        <w:t>f 36510/33039/27470 36511/33040/27592 36500/33029/27584</w:t>
        <w:br/>
        <w:t>f 36499/33028/27583 36510/33039/27470 36500/33029/27584</w:t>
        <w:br/>
        <w:t>f 36500/33029/27584 36511/33040/27592 36512/33041/27593</w:t>
        <w:br/>
        <w:t>f 36501/33030/27585 36500/33029/27584 36512/33041/27593</w:t>
        <w:br/>
        <w:t>f 36503/33031/27585 36514/33042/27594 36513/33043/27595</w:t>
        <w:br/>
        <w:t>f 36502/33032/27586 36503/33031/27585 36513/33043/27595</w:t>
        <w:br/>
        <w:t>f 36513/33043/27595 36515/33044/27596 36504/33033/27587</w:t>
        <w:br/>
        <w:t>f 36502/33032/27586 36513/33043/27595 36504/33033/27587</w:t>
        <w:br/>
        <w:t>f 36504/33033/27587 36515/33044/27596 36516/33045/27597</w:t>
        <w:br/>
        <w:t>f 36505/33034/27588 36504/33033/27587 36516/33045/27597</w:t>
        <w:br/>
        <w:t>f 36516/33045/27597 36517/33046/27598 36506/33035/27580</w:t>
        <w:br/>
        <w:t>f 36505/33034/27588 36516/33045/27597 36506/33035/27580</w:t>
        <w:br/>
        <w:t>f 36610/33047/27599 36609/33048/27600 36608/33049/27601</w:t>
        <w:br/>
        <w:t>f 36607/33050/27602 36610/33047/27599 36608/33049/27601</w:t>
        <w:br/>
        <w:t>f 36612/33051/27603 36611/33052/27604 36608/33049/27601</w:t>
        <w:br/>
        <w:t>f 36609/33048/27600 36612/33051/27603 36608/33049/27601</w:t>
        <w:br/>
        <w:t>f 36612/33051/27603 36614/33053/27605 36613/33054/27606</w:t>
        <w:br/>
        <w:t>f 36611/33052/27604 36612/33051/27603 36613/33054/27606</w:t>
        <w:br/>
        <w:t>f 36614/33053/27605 36616/33055/27607 36615/33056/27608</w:t>
        <w:br/>
        <w:t>f 36613/33054/27606 36614/33053/27605 36615/33056/27608</w:t>
        <w:br/>
        <w:t>f 36619/33057/27609 36618/33058/27610 36617/33059/27611</w:t>
        <w:br/>
        <w:t>f 36620/33060/27612 36619/33057/27609 36617/33059/27611</w:t>
        <w:br/>
        <w:t>f 36622/33061/27613 36621/33062/27614 36618/33058/27610</w:t>
        <w:br/>
        <w:t>f 36619/33057/27609 36622/33061/27613 36618/33058/27610</w:t>
        <w:br/>
        <w:t>f 36624/33063/27615 36623/33064/27616 36621/33062/27614</w:t>
        <w:br/>
        <w:t>f 36622/33061/27613 36624/33063/27615 36621/33062/27614</w:t>
        <w:br/>
        <w:t>f 36624/33063/27615 36626/33065/27617 36625/33066/27618</w:t>
        <w:br/>
        <w:t>f 36623/33064/27616 36624/33063/27615 36625/33066/27618</w:t>
        <w:br/>
        <w:t>f 36628/33067/27619 36627/33068/27620 36625/33066/27618</w:t>
        <w:br/>
        <w:t>f 36626/33065/27617 36628/33067/27619 36625/33066/27618</w:t>
        <w:br/>
        <w:t>f 36607/33050/27602 36608/33049/27601 36630/33069/27621</w:t>
        <w:br/>
        <w:t>f 36629/33070/27622 36607/33050/27602 36630/33069/27621</w:t>
        <w:br/>
        <w:t>f 36611/33052/27604 36631/33071/27623 36630/33069/27621</w:t>
        <w:br/>
        <w:t>f 36608/33049/27601 36611/33052/27604 36630/33069/27621</w:t>
        <w:br/>
        <w:t>f 36611/33052/27604 36613/33054/27606 36632/33072/27624</w:t>
        <w:br/>
        <w:t>f 36631/33071/27623 36611/33052/27604 36632/33072/27624</w:t>
        <w:br/>
        <w:t>f 36613/33054/27606 36615/33056/27608 36633/33073/27625</w:t>
        <w:br/>
        <w:t>f 36632/33072/27624 36613/33054/27606 36633/33073/27625</w:t>
        <w:br/>
        <w:t>f 36618/33058/27610 36635/33074/27626 36634/33075/27625</w:t>
        <w:br/>
        <w:t>f 36617/33059/27611 36618/33058/27610 36634/33075/27625</w:t>
        <w:br/>
        <w:t>f 36618/33058/27610 36621/33062/27614 36636/33076/27627</w:t>
        <w:br/>
        <w:t>f 36635/33074/27626 36618/33058/27610 36636/33076/27627</w:t>
        <w:br/>
        <w:t>f 36621/33062/27614 36623/33064/27616 36637/33077/27628</w:t>
        <w:br/>
        <w:t>f 36636/33076/27627 36621/33062/27614 36637/33077/27628</w:t>
        <w:br/>
        <w:t>f 36623/33064/27616 36625/33066/27618 36638/33078/27629</w:t>
        <w:br/>
        <w:t>f 36637/33077/27628 36623/33064/27616 36638/33078/27629</w:t>
        <w:br/>
        <w:t>f 36627/33068/27620 36639/33079/27630 36638/33078/27629</w:t>
        <w:br/>
        <w:t>f 36625/33066/27618 36627/33068/27620 36638/33078/27629</w:t>
        <w:br/>
        <w:t>f 36630/33069/27621 36641/33080/27631 36640/33081/27632</w:t>
        <w:br/>
        <w:t>f 36629/33070/27622 36630/33069/27621 36640/33081/27632</w:t>
        <w:br/>
        <w:t>f 36631/33071/27623 36642/33082/27633 36641/33080/27631</w:t>
        <w:br/>
        <w:t>f 36630/33069/27621 36631/33071/27623 36641/33080/27631</w:t>
        <w:br/>
        <w:t>f 36631/33071/27623 36632/33072/27624 36643/33083/27634</w:t>
        <w:br/>
        <w:t>f 36642/33082/27633 36631/33071/27623 36643/33083/27634</w:t>
        <w:br/>
        <w:t>f 36632/33072/27624 36633/33073/27625 36644/33084/27635</w:t>
        <w:br/>
        <w:t>f 36643/33083/27634 36632/33072/27624 36644/33084/27635</w:t>
        <w:br/>
        <w:t>f 36635/33074/27626 36646/33085/27636 36645/33086/27637</w:t>
        <w:br/>
        <w:t>f 36634/33075/27625 36635/33074/27626 36645/33086/27637</w:t>
        <w:br/>
        <w:t>f 36636/33076/27627 36647/33087/27638 36646/33085/27636</w:t>
        <w:br/>
        <w:t>f 36635/33074/27626 36636/33076/27627 36646/33085/27636</w:t>
        <w:br/>
        <w:t>f 36637/33077/27628 36648/33088/27639 36647/33087/27638</w:t>
        <w:br/>
        <w:t>f 36636/33076/27627 36637/33077/27628 36647/33087/27638</w:t>
        <w:br/>
        <w:t>f 36637/33077/27628 36638/33078/27629 36649/33089/27640</w:t>
        <w:br/>
        <w:t>f 36648/33088/27639 36637/33077/27628 36649/33089/27640</w:t>
        <w:br/>
        <w:t>f 36638/33078/27629 36639/33079/27630 36650/33090/27641</w:t>
        <w:br/>
        <w:t>f 36649/33089/27640 36638/33078/27629 36650/33090/27641</w:t>
        <w:br/>
        <w:t>f 36641/33080/27631 36652/33091/27642 36651/33092/27643</w:t>
        <w:br/>
        <w:t>f 36640/33081/27632 36641/33080/27631 36651/33092/27643</w:t>
        <w:br/>
        <w:t>f 36642/33082/27633 36653/33093/27644 36652/33091/27642</w:t>
        <w:br/>
        <w:t>f 36641/33080/27631 36642/33082/27633 36652/33091/27642</w:t>
        <w:br/>
        <w:t>f 36642/33082/27633 36643/33083/27634 36654/33094/27645</w:t>
        <w:br/>
        <w:t>f 36653/33093/27644 36642/33082/27633 36654/33094/27645</w:t>
        <w:br/>
        <w:t>f 36644/33084/27635 36655/33095/27646 36654/33094/27645</w:t>
        <w:br/>
        <w:t>f 36643/33083/27634 36644/33084/27635 36654/33094/27645</w:t>
        <w:br/>
        <w:t>f 36645/33086/27637 36646/33085/27636 36657/33096/27647</w:t>
        <w:br/>
        <w:t>f 36656/33097/27648 36645/33086/27637 36657/33096/27647</w:t>
        <w:br/>
        <w:t>f 36647/33087/27638 36658/33098/27649 36657/33096/27647</w:t>
        <w:br/>
        <w:t>f 36646/33085/27636 36647/33087/27638 36657/33096/27647</w:t>
        <w:br/>
        <w:t>f 36648/33088/27639 36659/33099/27650 36658/33098/27649</w:t>
        <w:br/>
        <w:t>f 36647/33087/27638 36648/33088/27639 36658/33098/27649</w:t>
        <w:br/>
        <w:t>f 36649/33089/27640 36660/33100/27651 36659/33099/27650</w:t>
        <w:br/>
        <w:t>f 36648/33088/27639 36649/33089/27640 36659/33099/27650</w:t>
        <w:br/>
        <w:t>f 36650/33090/27641 36661/33101/27652 36660/33100/27651</w:t>
        <w:br/>
        <w:t>f 36649/33089/27640 36650/33090/27641 36660/33100/27651</w:t>
        <w:br/>
        <w:t>f 36651/33092/27643 36652/33091/27642 36663/33102/27653</w:t>
        <w:br/>
        <w:t>f 36662/33103/27654 36651/33092/27643 36663/33102/27653</w:t>
        <w:br/>
        <w:t>f 36652/33091/27642 36653/33093/27644 36664/33104/27655</w:t>
        <w:br/>
        <w:t>f 36663/33102/27653 36652/33091/27642 36664/33104/27655</w:t>
        <w:br/>
        <w:t>f 36653/33093/27644 36654/33094/27645 36665/33105/27656</w:t>
        <w:br/>
        <w:t>f 36664/33104/27655 36653/33093/27644 36665/33105/27656</w:t>
        <w:br/>
        <w:t>f 36655/33095/27646 36666/33106/27657 36665/33105/27656</w:t>
        <w:br/>
        <w:t>f 36654/33094/27645 36655/33095/27646 36665/33105/27656</w:t>
        <w:br/>
        <w:t>f 36656/33097/27648 36657/33096/27647 36668/33107/27658</w:t>
        <w:br/>
        <w:t>f 36667/33108/27659 36656/33097/27648 36668/33107/27658</w:t>
        <w:br/>
        <w:t>f 36658/33098/27649 36669/33109/27660 36668/33107/27658</w:t>
        <w:br/>
        <w:t>f 36657/33096/27647 36658/33098/27649 36668/33107/27658</w:t>
        <w:br/>
        <w:t>f 36659/33099/27650 36670/33110/27661 36669/33109/27660</w:t>
        <w:br/>
        <w:t>f 36658/33098/27649 36659/33099/27650 36669/33109/27660</w:t>
        <w:br/>
        <w:t>f 36659/33099/27650 36660/33100/27651 36671/33111/27662</w:t>
        <w:br/>
        <w:t>f 36670/33110/27661 36659/33099/27650 36671/33111/27662</w:t>
        <w:br/>
        <w:t>f 36661/33101/27652 36672/33112/27663 36671/33111/27662</w:t>
        <w:br/>
        <w:t>f 36660/33100/27651 36661/33101/27652 36671/33111/27662</w:t>
        <w:br/>
        <w:t>f 36662/33103/27654 36663/33102/27653 36674/33113/27664</w:t>
        <w:br/>
        <w:t>f 36673/33114/27665 36662/33103/27654 36674/33113/27664</w:t>
        <w:br/>
        <w:t>f 36664/33104/27655 36675/33115/27666 36674/33113/27664</w:t>
        <w:br/>
        <w:t>f 36663/33102/27653 36664/33104/27655 36674/33113/27664</w:t>
        <w:br/>
        <w:t>f 36664/33104/27655 36665/33105/27656 36676/33116/27667</w:t>
        <w:br/>
        <w:t>f 36675/33115/27666 36664/33104/27655 36676/33116/27667</w:t>
        <w:br/>
        <w:t>f 36666/33106/27657 36677/33117/27668 36676/33116/27667</w:t>
        <w:br/>
        <w:t>f 36665/33105/27656 36666/33106/27657 36676/33116/27667</w:t>
        <w:br/>
        <w:t>f 36667/33108/27659 36668/33107/27658 36679/33118/27669</w:t>
        <w:br/>
        <w:t>f 36678/33119/27670 36667/33108/27659 36679/33118/27669</w:t>
        <w:br/>
        <w:t>f 36668/33107/27658 36669/33109/27660 36680/33120/27671</w:t>
        <w:br/>
        <w:t>f 36679/33118/27669 36668/33107/27658 36680/33120/27671</w:t>
        <w:br/>
        <w:t>f 36670/33110/27661 36681/33121/27672 36680/33120/27671</w:t>
        <w:br/>
        <w:t>f 36669/33109/27660 36670/33110/27661 36680/33120/27671</w:t>
        <w:br/>
        <w:t>f 36670/33110/27661 36671/33111/27662 36682/33122/27673</w:t>
        <w:br/>
        <w:t>f 36681/33121/27672 36670/33110/27661 36682/33122/27673</w:t>
        <w:br/>
        <w:t>f 36672/33112/27663 36683/33123/27674 36682/33122/27673</w:t>
        <w:br/>
        <w:t>f 36671/33111/27662 36672/33112/27663 36682/33122/27673</w:t>
        <w:br/>
        <w:t>f 36673/33114/27665 36674/33113/27664 36685/33124/27675</w:t>
        <w:br/>
        <w:t>f 36684/33125/27676 36673/33114/27665 36685/33124/27675</w:t>
        <w:br/>
        <w:t>f 36675/33115/27666 36686/33126/27677 36685/33124/27675</w:t>
        <w:br/>
        <w:t>f 36674/33113/27664 36675/33115/27666 36685/33124/27675</w:t>
        <w:br/>
        <w:t>f 36675/33115/27666 36676/33116/27667 36687/33127/27678</w:t>
        <w:br/>
        <w:t>f 36686/33126/27677 36675/33115/27666 36687/33127/27678</w:t>
        <w:br/>
        <w:t>f 36676/33116/27667 36677/33117/27668 36688/33128/27679</w:t>
        <w:br/>
        <w:t>f 36687/33127/27678 36676/33116/27667 36688/33128/27679</w:t>
        <w:br/>
        <w:t>f 36679/33118/27669 36690/33129/27680 36689/33130/27681</w:t>
        <w:br/>
        <w:t>f 36678/33119/27670 36679/33118/27669 36689/33130/27681</w:t>
        <w:br/>
        <w:t>f 36679/33118/27669 36680/33120/27671 36691/33131/27682</w:t>
        <w:br/>
        <w:t>f 36690/33129/27680 36679/33118/27669 36691/33131/27682</w:t>
        <w:br/>
        <w:t>f 36681/33121/27672 36692/33132/27683 36691/33131/27682</w:t>
        <w:br/>
        <w:t>f 36680/33120/27671 36681/33121/27672 36691/33131/27682</w:t>
        <w:br/>
        <w:t>f 36682/33122/27673 36693/33133/27684 36692/33132/27683</w:t>
        <w:br/>
        <w:t>f 36681/33121/27672 36682/33122/27673 36692/33132/27683</w:t>
        <w:br/>
        <w:t>f 36682/33122/27673 36683/33123/27674 36694/33134/27685</w:t>
        <w:br/>
        <w:t>f 36693/33133/27684 36682/33122/27673 36694/33134/27685</w:t>
        <w:br/>
        <w:t>f 36698/33135/27686 36697/33136/27675 36696/33137/27687</w:t>
        <w:br/>
        <w:t>f 36695/33138/27688 36698/33135/27686 36696/33137/27687</w:t>
        <w:br/>
        <w:t>f 36700/33139/27689 36699/33140/27690 36696/33137/27687</w:t>
        <w:br/>
        <w:t>f 36697/33136/27675 36700/33139/27689 36696/33137/27687</w:t>
        <w:br/>
        <w:t>f 36702/33141/27691 36701/33142/27692 36699/33140/27690</w:t>
        <w:br/>
        <w:t>f 36700/33139/27689 36702/33141/27691 36699/33140/27690</w:t>
        <w:br/>
        <w:t>f 36704/33143/27693 36703/33144/27694 36701/33142/27692</w:t>
        <w:br/>
        <w:t>f 36702/33141/27691 36704/33143/27693 36701/33142/27692</w:t>
        <w:br/>
        <w:t>f 36707/33145/27680 36706/33146/27695 36705/33147/27696</w:t>
        <w:br/>
        <w:t>f 36708/33148/27697 36707/33145/27680 36705/33147/27696</w:t>
        <w:br/>
        <w:t>f 36707/33145/27680 36710/33149/27698 36709/33150/27699</w:t>
        <w:br/>
        <w:t>f 36706/33146/27695 36707/33145/27680 36709/33150/27699</w:t>
        <w:br/>
        <w:t>f 36712/33151/27700 36711/33152/27701 36709/33150/27699</w:t>
        <w:br/>
        <w:t>f 36710/33149/27698 36712/33151/27700 36709/33150/27699</w:t>
        <w:br/>
        <w:t>f 36712/33151/27700 36714/33153/27702 36713/33154/27703</w:t>
        <w:br/>
        <w:t>f 36711/33152/27701 36712/33151/27700 36713/33154/27703</w:t>
        <w:br/>
        <w:t>f 36714/33153/27702 36716/33155/27704 36715/33156/27705</w:t>
        <w:br/>
        <w:t>f 36713/33154/27703 36714/33153/27702 36715/33156/27705</w:t>
        <w:br/>
        <w:t>f 36696/33137/27687 36718/33157/27706 36717/33158/27707</w:t>
        <w:br/>
        <w:t>f 36695/33138/27688 36696/33137/27687 36717/33158/27707</w:t>
        <w:br/>
        <w:t>f 36696/33137/27687 36699/33140/27690 36719/33159/27708</w:t>
        <w:br/>
        <w:t>f 36718/33157/27706 36696/33137/27687 36719/33159/27708</w:t>
        <w:br/>
        <w:t>f 36699/33140/27690 36701/33142/27692 36720/33160/27709</w:t>
        <w:br/>
        <w:t>f 36719/33159/27708 36699/33140/27690 36720/33160/27709</w:t>
        <w:br/>
        <w:t>f 36701/33142/27692 36703/33144/27694 36721/33161/27710</w:t>
        <w:br/>
        <w:t>f 36720/33160/27709 36701/33142/27692 36721/33161/27710</w:t>
        <w:br/>
        <w:t>f 36706/33146/27695 36723/33162/27711 36722/33163/27712</w:t>
        <w:br/>
        <w:t>f 36705/33147/27696 36706/33146/27695 36722/33163/27712</w:t>
        <w:br/>
        <w:t>f 36706/33146/27695 36709/33150/27699 36724/33164/27713</w:t>
        <w:br/>
        <w:t>f 36723/33162/27711 36706/33146/27695 36724/33164/27713</w:t>
        <w:br/>
        <w:t>f 36711/33152/27701 36725/33165/27714 36724/33164/27713</w:t>
        <w:br/>
        <w:t>f 36709/33150/27699 36711/33152/27701 36724/33164/27713</w:t>
        <w:br/>
        <w:t>f 36711/33152/27701 36713/33154/27703 36726/33166/27715</w:t>
        <w:br/>
        <w:t>f 36725/33165/27714 36711/33152/27701 36726/33166/27715</w:t>
        <w:br/>
        <w:t>f 36713/33154/27703 36715/33156/27705 36727/33167/27716</w:t>
        <w:br/>
        <w:t>f 36726/33166/27715 36713/33154/27703 36727/33167/27716</w:t>
        <w:br/>
        <w:t>f 36717/33158/27707 36718/33157/27706 36729/33168/27717</w:t>
        <w:br/>
        <w:t>f 36728/33169/27718 36717/33158/27707 36729/33168/27717</w:t>
        <w:br/>
        <w:t>f 36719/33159/27708 36730/33170/27719 36729/33168/27717</w:t>
        <w:br/>
        <w:t>f 36718/33157/27706 36719/33159/27708 36729/33168/27717</w:t>
        <w:br/>
        <w:t>f 36719/33159/27708 36720/33160/27709 36731/33171/27720</w:t>
        <w:br/>
        <w:t>f 36730/33170/27719 36719/33159/27708 36731/33171/27720</w:t>
        <w:br/>
        <w:t>f 36720/33160/27709 36721/33161/27710 36732/33172/27721</w:t>
        <w:br/>
        <w:t>f 36731/33171/27720 36720/33160/27709 36732/33172/27721</w:t>
        <w:br/>
        <w:t>f 36723/33162/27711 36734/33173/27722 36733/33174/27723</w:t>
        <w:br/>
        <w:t>f 36722/33163/27712 36723/33162/27711 36733/33174/27723</w:t>
        <w:br/>
        <w:t>f 36723/33162/27711 36724/33164/27713 36735/33175/27724</w:t>
        <w:br/>
        <w:t>f 36734/33173/27722 36723/33162/27711 36735/33175/27724</w:t>
        <w:br/>
        <w:t>f 36725/33165/27714 36736/33176/27725 36735/33175/27724</w:t>
        <w:br/>
        <w:t>f 36724/33164/27713 36725/33165/27714 36735/33175/27724</w:t>
        <w:br/>
        <w:t>f 36725/33165/27714 36726/33166/27715 36737/33177/27726</w:t>
        <w:br/>
        <w:t>f 36736/33176/27725 36725/33165/27714 36737/33177/27726</w:t>
        <w:br/>
        <w:t>f 36726/33166/27715 36727/33167/27716 36738/33178/27727</w:t>
        <w:br/>
        <w:t>f 36737/33177/27726 36726/33166/27715 36738/33178/27727</w:t>
        <w:br/>
        <w:t>f 36728/33169/27718 36729/33168/27717 36740/33179/27728</w:t>
        <w:br/>
        <w:t>f 36739/33180/27729 36728/33169/27718 36740/33179/27728</w:t>
        <w:br/>
        <w:t>f 36729/33168/27717 36730/33170/27719 36741/33181/27730</w:t>
        <w:br/>
        <w:t>f 36740/33179/27728 36729/33168/27717 36741/33181/27730</w:t>
        <w:br/>
        <w:t>f 36731/33171/27720 36742/33182/27731 36741/33181/27730</w:t>
        <w:br/>
        <w:t>f 36730/33170/27719 36731/33171/27720 36741/33181/27730</w:t>
        <w:br/>
        <w:t>f 36731/33171/27720 36732/33172/27721 36743/33183/27732</w:t>
        <w:br/>
        <w:t>f 36742/33182/27731 36731/33171/27720 36743/33183/27732</w:t>
        <w:br/>
        <w:t>f 36733/33174/27723 36734/33173/27722 36745/33184/27733</w:t>
        <w:br/>
        <w:t>f 36744/33185/27734 36733/33174/27723 36745/33184/27733</w:t>
        <w:br/>
        <w:t>f 36735/33175/27724 36746/33186/27735 36745/33184/27733</w:t>
        <w:br/>
        <w:t>f 36734/33173/27722 36735/33175/27724 36745/33184/27733</w:t>
        <w:br/>
        <w:t>f 36736/33176/27725 36747/33187/27736 36746/33186/27735</w:t>
        <w:br/>
        <w:t>f 36735/33175/27724 36736/33176/27725 36746/33186/27735</w:t>
        <w:br/>
        <w:t>f 36737/33177/27726 36748/33188/27737 36747/33187/27736</w:t>
        <w:br/>
        <w:t>f 36736/33176/27725 36737/33177/27726 36747/33187/27736</w:t>
        <w:br/>
        <w:t>f 36738/33178/27727 36749/33189/27738 36748/33188/27737</w:t>
        <w:br/>
        <w:t>f 36737/33177/27726 36738/33178/27727 36748/33188/27737</w:t>
        <w:br/>
        <w:t>f 36739/33180/27729 36740/33179/27728 36609/33048/27600</w:t>
        <w:br/>
        <w:t>f 36610/33047/27599 36739/33180/27729 36609/33048/27600</w:t>
        <w:br/>
        <w:t>f 36741/33181/27730 36612/33051/27603 36609/33048/27600</w:t>
        <w:br/>
        <w:t>f 36740/33179/27728 36741/33181/27730 36609/33048/27600</w:t>
        <w:br/>
        <w:t>f 36741/33181/27730 36742/33182/27731 36614/33053/27605</w:t>
        <w:br/>
        <w:t>f 36612/33051/27603 36741/33181/27730 36614/33053/27605</w:t>
        <w:br/>
        <w:t>f 36743/33183/27732 36616/33055/27607 36614/33053/27605</w:t>
        <w:br/>
        <w:t>f 36742/33182/27731 36743/33183/27732 36614/33053/27605</w:t>
        <w:br/>
        <w:t>f 36744/33185/27734 36745/33184/27733 36619/33057/27609</w:t>
        <w:br/>
        <w:t>f 36620/33060/27612 36744/33185/27734 36619/33057/27609</w:t>
        <w:br/>
        <w:t>f 36746/33186/27735 36622/33061/27613 36619/33057/27609</w:t>
        <w:br/>
        <w:t>f 36745/33184/27733 36746/33186/27735 36619/33057/27609</w:t>
        <w:br/>
        <w:t>f 36746/33186/27735 36747/33187/27736 36624/33063/27615</w:t>
        <w:br/>
        <w:t>f 36622/33061/27613 36746/33186/27735 36624/33063/27615</w:t>
        <w:br/>
        <w:t>f 36747/33187/27736 36748/33188/27737 36626/33065/27617</w:t>
        <w:br/>
        <w:t>f 36624/33063/27615 36747/33187/27736 36626/33065/27617</w:t>
        <w:br/>
        <w:t>f 36749/33189/27738 36628/33067/27619 36626/33065/27617</w:t>
        <w:br/>
        <w:t>f 36748/33188/27737 36749/33189/27738 36626/33065/27617</w:t>
        <w:br/>
        <w:t>f 36753/33190/27739 36752/33191/27740 36751/33192/27741</w:t>
        <w:br/>
        <w:t>f 36750/33193/27742 36753/33190/27739 36751/33192/27741</w:t>
        <w:br/>
        <w:t>f 36751/33192/27741 36755/33194/27743 36754/33195/27744</w:t>
        <w:br/>
        <w:t>f 36750/33193/27742 36751/33192/27741 36754/33195/27744</w:t>
        <w:br/>
        <w:t>f 36754/33195/27744 36755/33194/27743 36757/33196/27745</w:t>
        <w:br/>
        <w:t>f 36756/33197/27746 36754/33195/27744 36757/33196/27745</w:t>
        <w:br/>
        <w:t>f 36756/33197/27746 36757/33196/27745 36759/33198/27747</w:t>
        <w:br/>
        <w:t>f 36758/33199/27748 36756/33197/27746 36759/33198/27747</w:t>
        <w:br/>
        <w:t>f 36762/33200/27749 36761/33201/27750 36760/33202/27751</w:t>
        <w:br/>
        <w:t>f 36763/33203/27752 36762/33200/27749 36760/33202/27751</w:t>
        <w:br/>
        <w:t>f 36761/33201/27750 36765/33204/27753 36764/33205/27754</w:t>
        <w:br/>
        <w:t>f 36760/33202/27751 36761/33201/27750 36764/33205/27754</w:t>
        <w:br/>
        <w:t>f 36765/33204/27753 36767/33206/27755 36766/33207/27756</w:t>
        <w:br/>
        <w:t>f 36764/33205/27754 36765/33204/27753 36766/33207/27756</w:t>
        <w:br/>
        <w:t>f 36766/33207/27756 36767/33206/27755 36769/33208/27757</w:t>
        <w:br/>
        <w:t>f 36768/33209/27758 36766/33207/27756 36769/33208/27757</w:t>
        <w:br/>
        <w:t>f 36769/33208/27757 36771/33210/27740 36770/33211/27759</w:t>
        <w:br/>
        <w:t>f 36768/33209/27758 36769/33208/27757 36770/33211/27759</w:t>
        <w:br/>
        <w:t>f 36752/33191/27740 36773/33212/27760 36772/33213/27761</w:t>
        <w:br/>
        <w:t>f 36751/33192/27741 36752/33191/27740 36772/33213/27761</w:t>
        <w:br/>
        <w:t>f 36772/33213/27761 36774/33214/27762 36755/33194/27743</w:t>
        <w:br/>
        <w:t>f 36751/33192/27741 36772/33213/27761 36755/33194/27743</w:t>
        <w:br/>
        <w:t>f 36755/33194/27743 36774/33214/27762 36775/33215/27763</w:t>
        <w:br/>
        <w:t>f 36757/33196/27745 36755/33194/27743 36775/33215/27763</w:t>
        <w:br/>
        <w:t>f 36757/33196/27745 36775/33215/27763 36776/33216/27764</w:t>
        <w:br/>
        <w:t>f 36759/33198/27747 36757/33196/27745 36776/33216/27764</w:t>
        <w:br/>
        <w:t>f 36778/33217/27765 36777/33218/27766 36761/33201/27750</w:t>
        <w:br/>
        <w:t>f 36762/33200/27749 36778/33217/27765 36761/33201/27750</w:t>
        <w:br/>
        <w:t>f 36761/33201/27750 36777/33218/27766 36779/33219/27767</w:t>
        <w:br/>
        <w:t>f 36765/33204/27753 36761/33201/27750 36779/33219/27767</w:t>
        <w:br/>
        <w:t>f 36765/33204/27753 36779/33219/27767 36780/33220/27768</w:t>
        <w:br/>
        <w:t>f 36767/33206/27755 36765/33204/27753 36780/33220/27768</w:t>
        <w:br/>
        <w:t>f 36767/33206/27755 36780/33220/27768 36781/33221/27769</w:t>
        <w:br/>
        <w:t>f 36769/33208/27757 36767/33206/27755 36781/33221/27769</w:t>
        <w:br/>
        <w:t>f 36781/33221/27769 36782/33222/27770 36771/33210/27740</w:t>
        <w:br/>
        <w:t>f 36769/33208/27757 36781/33221/27769 36771/33210/27740</w:t>
        <w:br/>
        <w:t>f 36784/33223/27771 36783/33224/27772 36772/33213/27761</w:t>
        <w:br/>
        <w:t>f 36773/33212/27760 36784/33223/27771 36772/33213/27761</w:t>
        <w:br/>
        <w:t>f 36783/33224/27772 36785/33225/27773 36774/33214/27762</w:t>
        <w:br/>
        <w:t>f 36772/33213/27761 36783/33224/27772 36774/33214/27762</w:t>
        <w:br/>
        <w:t>f 36774/33214/27762 36785/33225/27773 36786/33226/27774</w:t>
        <w:br/>
        <w:t>f 36775/33215/27763 36774/33214/27762 36786/33226/27774</w:t>
        <w:br/>
        <w:t>f 36775/33215/27763 36786/33226/27774 36787/33227/27775</w:t>
        <w:br/>
        <w:t>f 36776/33216/27764 36775/33215/27763 36787/33227/27775</w:t>
        <w:br/>
        <w:t>f 36789/33228/27776 36788/33229/27777 36777/33218/27766</w:t>
        <w:br/>
        <w:t>f 36778/33217/27765 36789/33228/27776 36777/33218/27766</w:t>
        <w:br/>
        <w:t>f 36788/33229/27777 36790/33230/27778 36779/33219/27767</w:t>
        <w:br/>
        <w:t>f 36777/33218/27766 36788/33229/27777 36779/33219/27767</w:t>
        <w:br/>
        <w:t>f 36790/33230/27778 36791/33231/27779 36780/33220/27768</w:t>
        <w:br/>
        <w:t>f 36779/33219/27767 36790/33230/27778 36780/33220/27768</w:t>
        <w:br/>
        <w:t>f 36780/33220/27768 36791/33231/27779 36792/33232/27780</w:t>
        <w:br/>
        <w:t>f 36781/33221/27769 36780/33220/27768 36792/33232/27780</w:t>
        <w:br/>
        <w:t>f 36781/33221/27769 36792/33232/27780 36793/33233/27781</w:t>
        <w:br/>
        <w:t>f 36782/33222/27770 36781/33221/27769 36793/33233/27781</w:t>
        <w:br/>
        <w:t>f 36795/33234/27782 36794/33235/27783 36783/33224/27772</w:t>
        <w:br/>
        <w:t>f 36784/33223/27771 36795/33234/27782 36783/33224/27772</w:t>
        <w:br/>
        <w:t>f 36794/33235/27783 36796/33236/27784 36785/33225/27773</w:t>
        <w:br/>
        <w:t>f 36783/33224/27772 36794/33235/27783 36785/33225/27773</w:t>
        <w:br/>
        <w:t>f 36785/33225/27773 36796/33236/27784 36797/33237/27785</w:t>
        <w:br/>
        <w:t>f 36786/33226/27774 36785/33225/27773 36797/33237/27785</w:t>
        <w:br/>
        <w:t>f 36797/33237/27785 36798/33238/27786 36787/33227/27775</w:t>
        <w:br/>
        <w:t>f 36786/33226/27774 36797/33237/27785 36787/33227/27775</w:t>
        <w:br/>
        <w:t>f 36789/33228/27776 36800/33239/27787 36799/33240/27788</w:t>
        <w:br/>
        <w:t>f 36788/33229/27777 36789/33228/27776 36799/33240/27788</w:t>
        <w:br/>
        <w:t>f 36799/33240/27788 36801/33241/27789 36790/33230/27778</w:t>
        <w:br/>
        <w:t>f 36788/33229/27777 36799/33240/27788 36790/33230/27778</w:t>
        <w:br/>
        <w:t>f 36801/33241/27789 36802/33242/27790 36791/33231/27779</w:t>
        <w:br/>
        <w:t>f 36790/33230/27778 36801/33241/27789 36791/33231/27779</w:t>
        <w:br/>
        <w:t>f 36802/33242/27790 36803/33243/27791 36792/33232/27780</w:t>
        <w:br/>
        <w:t>f 36791/33231/27779 36802/33242/27790 36792/33232/27780</w:t>
        <w:br/>
        <w:t>f 36803/33243/27791 36804/33244/27792 36793/33233/27781</w:t>
        <w:br/>
        <w:t>f 36792/33232/27780 36803/33243/27791 36793/33233/27781</w:t>
        <w:br/>
        <w:t>f 36795/33234/27782 36806/33245/27793 36805/33246/27794</w:t>
        <w:br/>
        <w:t>f 36794/33235/27783 36795/33234/27782 36805/33246/27794</w:t>
        <w:br/>
        <w:t>f 36794/33235/27783 36805/33246/27794 36807/33247/27795</w:t>
        <w:br/>
        <w:t>f 36796/33236/27784 36794/33235/27783 36807/33247/27795</w:t>
        <w:br/>
        <w:t>f 36796/33236/27784 36807/33247/27795 36808/33248/27796</w:t>
        <w:br/>
        <w:t>f 36797/33237/27785 36796/33236/27784 36808/33248/27796</w:t>
        <w:br/>
        <w:t>f 36808/33248/27796 36809/33249/27797 36798/33238/27786</w:t>
        <w:br/>
        <w:t>f 36797/33237/27785 36808/33248/27796 36798/33238/27786</w:t>
        <w:br/>
        <w:t>f 36800/33239/27787 36811/33250/27798 36810/33251/27799</w:t>
        <w:br/>
        <w:t>f 36799/33240/27788 36800/33239/27787 36810/33251/27799</w:t>
        <w:br/>
        <w:t>f 36810/33251/27799 36812/33252/27800 36801/33241/27789</w:t>
        <w:br/>
        <w:t>f 36799/33240/27788 36810/33251/27799 36801/33241/27789</w:t>
        <w:br/>
        <w:t>f 36801/33241/27789 36812/33252/27800 36813/33253/27801</w:t>
        <w:br/>
        <w:t>f 36802/33242/27790 36801/33241/27789 36813/33253/27801</w:t>
        <w:br/>
        <w:t>f 36813/33253/27801 36814/33254/27802 36803/33243/27791</w:t>
        <w:br/>
        <w:t>f 36802/33242/27790 36813/33253/27801 36803/33243/27791</w:t>
        <w:br/>
        <w:t>f 36814/33254/27802 36815/33255/27803 36804/33244/27792</w:t>
        <w:br/>
        <w:t>f 36803/33243/27791 36814/33254/27802 36804/33244/27792</w:t>
        <w:br/>
        <w:t>f 36806/33245/27793 36817/33256/27804 36816/33257/27805</w:t>
        <w:br/>
        <w:t>f 36805/33246/27794 36806/33245/27793 36816/33257/27805</w:t>
        <w:br/>
        <w:t>f 36816/33257/27805 36818/33258/27806 36807/33247/27795</w:t>
        <w:br/>
        <w:t>f 36805/33246/27794 36816/33257/27805 36807/33247/27795</w:t>
        <w:br/>
        <w:t>f 36807/33247/27795 36818/33258/27806 36819/33259/27807</w:t>
        <w:br/>
        <w:t>f 36808/33248/27796 36807/33247/27795 36819/33259/27807</w:t>
        <w:br/>
        <w:t>f 36819/33259/27807 36820/33260/27808 36809/33249/27797</w:t>
        <w:br/>
        <w:t>f 36808/33248/27796 36819/33259/27807 36809/33249/27797</w:t>
        <w:br/>
        <w:t>f 36811/33250/27798 36822/33261/27809 36821/33262/27810</w:t>
        <w:br/>
        <w:t>f 36810/33251/27799 36811/33250/27798 36821/33262/27810</w:t>
        <w:br/>
        <w:t>f 36810/33251/27799 36821/33262/27810 36823/33263/27811</w:t>
        <w:br/>
        <w:t>f 36812/33252/27800 36810/33251/27799 36823/33263/27811</w:t>
        <w:br/>
        <w:t>f 36823/33263/27811 36824/33264/27812 36813/33253/27801</w:t>
        <w:br/>
        <w:t>f 36812/33252/27800 36823/33263/27811 36813/33253/27801</w:t>
        <w:br/>
        <w:t>f 36824/33264/27812 36825/33265/27813 36814/33254/27802</w:t>
        <w:br/>
        <w:t>f 36813/33253/27801 36824/33264/27812 36814/33254/27802</w:t>
        <w:br/>
        <w:t>f 36825/33265/27813 36826/33266/27804 36815/33255/27803</w:t>
        <w:br/>
        <w:t>f 36814/33254/27802 36825/33265/27813 36815/33255/27803</w:t>
        <w:br/>
        <w:t>f 36817/33256/27804 36828/33267/27814 36827/33268/27815</w:t>
        <w:br/>
        <w:t>f 36816/33257/27805 36817/33256/27804 36827/33268/27815</w:t>
        <w:br/>
        <w:t>f 36827/33268/27815 36829/33269/27816 36818/33258/27806</w:t>
        <w:br/>
        <w:t>f 36816/33257/27805 36827/33268/27815 36818/33258/27806</w:t>
        <w:br/>
        <w:t>f 36818/33258/27806 36829/33269/27816 36830/33270/27817</w:t>
        <w:br/>
        <w:t>f 36819/33259/27807 36818/33258/27806 36830/33270/27817</w:t>
        <w:br/>
        <w:t>f 36819/33259/27807 36830/33270/27817 36831/33271/27818</w:t>
        <w:br/>
        <w:t>f 36820/33260/27808 36819/33259/27807 36831/33271/27818</w:t>
        <w:br/>
        <w:t>f 36822/33261/27809 36833/33272/27819 36832/33273/27820</w:t>
        <w:br/>
        <w:t>f 36821/33262/27810 36822/33261/27809 36832/33273/27820</w:t>
        <w:br/>
        <w:t>f 36832/33273/27820 36834/33274/27821 36823/33263/27811</w:t>
        <w:br/>
        <w:t>f 36821/33262/27810 36832/33273/27820 36823/33263/27811</w:t>
        <w:br/>
        <w:t>f 36834/33274/27821 36835/33275/27822 36824/33264/27812</w:t>
        <w:br/>
        <w:t>f 36823/33263/27811 36834/33274/27821 36824/33264/27812</w:t>
        <w:br/>
        <w:t>f 36835/33275/27822 36836/33276/27823 36825/33265/27813</w:t>
        <w:br/>
        <w:t>f 36824/33264/27812 36835/33275/27822 36825/33265/27813</w:t>
        <w:br/>
        <w:t>f 36825/33265/27813 36836/33276/27823 36837/33277/27824</w:t>
        <w:br/>
        <w:t>f 36826/33266/27804 36825/33265/27813 36837/33277/27824</w:t>
        <w:br/>
        <w:t>f 36841/33278/27814 36840/33279/27825 36839/33280/27826</w:t>
        <w:br/>
        <w:t>f 36838/33281/27815 36841/33278/27814 36839/33280/27826</w:t>
        <w:br/>
        <w:t>f 36839/33280/27826 36843/33282/27827 36842/33283/27828</w:t>
        <w:br/>
        <w:t>f 36838/33281/27815 36839/33280/27826 36842/33283/27828</w:t>
        <w:br/>
        <w:t>f 36843/33282/27827 36845/33284/27829 36844/33285/27830</w:t>
        <w:br/>
        <w:t>f 36842/33283/27828 36843/33282/27827 36844/33285/27830</w:t>
        <w:br/>
        <w:t>f 36845/33284/27829 36847/33286/27831 36846/33287/27818</w:t>
        <w:br/>
        <w:t>f 36844/33285/27830 36845/33284/27829 36846/33287/27818</w:t>
        <w:br/>
        <w:t>f 36851/33288/27832 36850/33289/27833 36849/33290/27834</w:t>
        <w:br/>
        <w:t>f 36848/33291/27835 36851/33288/27832 36849/33290/27834</w:t>
        <w:br/>
        <w:t>f 36849/33290/27834 36853/33292/27836 36852/33293/27837</w:t>
        <w:br/>
        <w:t>f 36848/33291/27835 36849/33290/27834 36852/33293/27837</w:t>
        <w:br/>
        <w:t>f 36853/33292/27836 36855/33294/27838 36854/33295/27839</w:t>
        <w:br/>
        <w:t>f 36852/33293/27837 36853/33292/27836 36854/33295/27839</w:t>
        <w:br/>
        <w:t>f 36854/33295/27839 36855/33294/27838 36857/33296/27840</w:t>
        <w:br/>
        <w:t>f 36856/33297/27841 36854/33295/27839 36857/33296/27840</w:t>
        <w:br/>
        <w:t>f 36856/33297/27841 36857/33296/27840 36859/33298/27842</w:t>
        <w:br/>
        <w:t>f 36858/33299/27843 36856/33297/27841 36859/33298/27842</w:t>
        <w:br/>
        <w:t>f 36861/33300/27844 36860/33301/27845 36839/33280/27826</w:t>
        <w:br/>
        <w:t>f 36840/33279/27825 36861/33300/27844 36839/33280/27826</w:t>
        <w:br/>
        <w:t>f 36860/33301/27845 36862/33302/27846 36843/33282/27827</w:t>
        <w:br/>
        <w:t>f 36839/33280/27826 36860/33301/27845 36843/33282/27827</w:t>
        <w:br/>
        <w:t>f 36843/33282/27827 36862/33302/27846 36863/33303/27847</w:t>
        <w:br/>
        <w:t>f 36845/33284/27829 36843/33282/27827 36863/33303/27847</w:t>
        <w:br/>
        <w:t>f 36845/33284/27829 36863/33303/27847 36864/33304/27848</w:t>
        <w:br/>
        <w:t>f 36847/33286/27831 36845/33284/27829 36864/33304/27848</w:t>
        <w:br/>
        <w:t>f 36866/33305/27848 36865/33306/27849 36849/33290/27834</w:t>
        <w:br/>
        <w:t>f 36850/33289/27833 36866/33305/27848 36849/33290/27834</w:t>
        <w:br/>
        <w:t>f 36849/33290/27834 36865/33306/27849 36867/33307/27850</w:t>
        <w:br/>
        <w:t>f 36853/33292/27836 36849/33290/27834 36867/33307/27850</w:t>
        <w:br/>
        <w:t>f 36867/33307/27850 36868/33308/27851 36855/33294/27838</w:t>
        <w:br/>
        <w:t>f 36853/33292/27836 36867/33307/27850 36855/33294/27838</w:t>
        <w:br/>
        <w:t>f 36855/33294/27838 36868/33308/27851 36869/33309/27852</w:t>
        <w:br/>
        <w:t>f 36857/33296/27840 36855/33294/27838 36869/33309/27852</w:t>
        <w:br/>
        <w:t>f 36857/33296/27840 36869/33309/27852 36870/33310/27853</w:t>
        <w:br/>
        <w:t>f 36859/33298/27842 36857/33296/27840 36870/33310/27853</w:t>
        <w:br/>
        <w:t>f 36861/33300/27844 36872/33311/27854 36871/33312/27855</w:t>
        <w:br/>
        <w:t>f 36860/33301/27845 36861/33300/27844 36871/33312/27855</w:t>
        <w:br/>
        <w:t>f 36871/33312/27855 36873/33313/27856 36862/33302/27846</w:t>
        <w:br/>
        <w:t>f 36860/33301/27845 36871/33312/27855 36862/33302/27846</w:t>
        <w:br/>
        <w:t>f 36862/33302/27846 36873/33313/27856 36874/33314/27857</w:t>
        <w:br/>
        <w:t>f 36863/33303/27847 36862/33302/27846 36874/33314/27857</w:t>
        <w:br/>
        <w:t>f 36863/33303/27847 36874/33314/27857 36875/33315/27858</w:t>
        <w:br/>
        <w:t>f 36864/33304/27848 36863/33303/27847 36875/33315/27858</w:t>
        <w:br/>
        <w:t>f 36877/33316/27858 36876/33317/27859 36865/33306/27849</w:t>
        <w:br/>
        <w:t>f 36866/33305/27848 36877/33316/27858 36865/33306/27849</w:t>
        <w:br/>
        <w:t>f 36865/33306/27849 36876/33317/27859 36878/33318/27860</w:t>
        <w:br/>
        <w:t>f 36867/33307/27850 36865/33306/27849 36878/33318/27860</w:t>
        <w:br/>
        <w:t>f 36878/33318/27860 36879/33319/27861 36868/33308/27851</w:t>
        <w:br/>
        <w:t>f 36867/33307/27850 36878/33318/27860 36868/33308/27851</w:t>
        <w:br/>
        <w:t>f 36868/33308/27851 36879/33319/27861 36880/33320/27862</w:t>
        <w:br/>
        <w:t>f 36869/33309/27852 36868/33308/27851 36880/33320/27862</w:t>
        <w:br/>
        <w:t>f 36869/33309/27852 36880/33320/27862 36881/33321/27854</w:t>
        <w:br/>
        <w:t>f 36870/33310/27853 36869/33309/27852 36881/33321/27854</w:t>
        <w:br/>
        <w:t>f 36872/33311/27854 36883/33322/27863 36882/33323/27864</w:t>
        <w:br/>
        <w:t>f 36871/33312/27855 36872/33311/27854 36882/33323/27864</w:t>
        <w:br/>
        <w:t>f 36871/33312/27855 36882/33323/27864 36884/33324/27865</w:t>
        <w:br/>
        <w:t>f 36873/33313/27856 36871/33312/27855 36884/33324/27865</w:t>
        <w:br/>
        <w:t>f 36884/33324/27865 36885/33325/27866 36874/33314/27857</w:t>
        <w:br/>
        <w:t>f 36873/33313/27856 36884/33324/27865 36874/33314/27857</w:t>
        <w:br/>
        <w:t>f 36874/33314/27857 36885/33325/27866 36886/33326/27867</w:t>
        <w:br/>
        <w:t>f 36875/33315/27858 36874/33314/27857 36886/33326/27867</w:t>
        <w:br/>
        <w:t>f 36888/33327/27867 36887/33328/27868 36876/33317/27859</w:t>
        <w:br/>
        <w:t>f 36877/33316/27858 36888/33327/27867 36876/33317/27859</w:t>
        <w:br/>
        <w:t>f 36876/33317/27859 36887/33328/27868 36889/33329/27869</w:t>
        <w:br/>
        <w:t>f 36878/33318/27860 36876/33317/27859 36889/33329/27869</w:t>
        <w:br/>
        <w:t>f 36889/33329/27869 36890/33330/27870 36879/33319/27861</w:t>
        <w:br/>
        <w:t>f 36878/33318/27860 36889/33329/27869 36879/33319/27861</w:t>
        <w:br/>
        <w:t>f 36890/33330/27870 36891/33331/27871 36880/33320/27862</w:t>
        <w:br/>
        <w:t>f 36879/33319/27861 36890/33330/27870 36880/33320/27862</w:t>
        <w:br/>
        <w:t>f 36891/33331/27871 36892/33332/27872 36881/33321/27854</w:t>
        <w:br/>
        <w:t>f 36880/33320/27862 36891/33331/27871 36881/33321/27854</w:t>
        <w:br/>
        <w:t>f 36883/33322/27863 36753/33190/27739 36750/33193/27742</w:t>
        <w:br/>
        <w:t>f 36882/33323/27864 36883/33322/27863 36750/33193/27742</w:t>
        <w:br/>
        <w:t>f 36882/33323/27864 36750/33193/27742 36754/33195/27744</w:t>
        <w:br/>
        <w:t>f 36884/33324/27865 36882/33323/27864 36754/33195/27744</w:t>
        <w:br/>
        <w:t>f 36884/33324/27865 36754/33195/27744 36756/33197/27746</w:t>
        <w:br/>
        <w:t>f 36885/33325/27866 36884/33324/27865 36756/33197/27746</w:t>
        <w:br/>
        <w:t>f 36756/33197/27746 36758/33199/27748 36886/33326/27867</w:t>
        <w:br/>
        <w:t>f 36885/33325/27866 36756/33197/27746 36886/33326/27867</w:t>
        <w:br/>
        <w:t>f 36763/33203/27752 36760/33202/27751 36887/33328/27868</w:t>
        <w:br/>
        <w:t>f 36888/33327/27867 36763/33203/27752 36887/33328/27868</w:t>
        <w:br/>
        <w:t>f 36887/33328/27868 36760/33202/27751 36764/33205/27754</w:t>
        <w:br/>
        <w:t>f 36889/33329/27869 36887/33328/27868 36764/33205/27754</w:t>
        <w:br/>
        <w:t>f 36889/33329/27869 36764/33205/27754 36766/33207/27756</w:t>
        <w:br/>
        <w:t>f 36890/33330/27870 36889/33329/27869 36766/33207/27756</w:t>
        <w:br/>
        <w:t>f 36890/33330/27870 36766/33207/27756 36768/33209/27758</w:t>
        <w:br/>
        <w:t>f 36891/33331/27871 36890/33330/27870 36768/33209/27758</w:t>
        <w:br/>
        <w:t>f 36768/33209/27758 36770/33211/27759 36892/33332/27872</w:t>
        <w:br/>
        <w:t>f 36891/33331/27871 36768/33209/27758 36892/33332/27872</w:t>
        <w:br/>
        <w:t>f 35341/33333/27873 35340/33334/27874 35339/33335/27875</w:t>
        <w:br/>
        <w:t>f 35338/33336/27876 35341/33333/27873 35339/33335/27875</w:t>
        <w:br/>
        <w:t>f 35345/33337/27877 35344/33338/27878 35343/33339/27879</w:t>
        <w:br/>
        <w:t>f 35342/33340/27880 35345/33337/27877 35343/33339/27879</w:t>
        <w:br/>
        <w:t>f 35342/33340/27880 35343/33339/27879 35347/33341/27881</w:t>
        <w:br/>
        <w:t>f 35346/33342/27882 35342/33340/27880 35347/33341/27881</w:t>
        <w:br/>
        <w:t>f 35346/33342/27882 35347/33341/27881 35349/33343/27883</w:t>
        <w:br/>
        <w:t>f 35348/33344/27884 35346/33342/27882 35349/33343/27883</w:t>
        <w:br/>
        <w:t>f 35349/33343/27883 35351/33345/27885 35350/33346/27886</w:t>
        <w:br/>
        <w:t>f 35348/33344/27884 35349/33343/27883 35350/33346/27886</w:t>
        <w:br/>
        <w:t>f 35354/33347/27887 35353/33348/27888 35352/33349/27889</w:t>
        <w:br/>
        <w:t>f 35355/33350/27890 35354/33347/27887 35352/33349/27889</w:t>
        <w:br/>
        <w:t>f 35353/33348/27888 35357/33351/27891 35356/33352/27892</w:t>
        <w:br/>
        <w:t>f 35352/33349/27889 35353/33348/27888 35356/33352/27892</w:t>
        <w:br/>
        <w:t>f 35357/33351/27891 35359/33353/27893 35358/33354/27894</w:t>
        <w:br/>
        <w:t>f 35356/33352/27892 35357/33351/27891 35358/33354/27894</w:t>
        <w:br/>
        <w:t>f 35359/33353/27893 35340/33334/27874 35341/33333/27873</w:t>
        <w:br/>
        <w:t>f 35358/33354/27894 35359/33353/27893 35341/33333/27873</w:t>
        <w:br/>
        <w:t>f 35361/33355/27895 35360/33356/27896 35339/33335/27875</w:t>
        <w:br/>
        <w:t>f 35340/33334/27874 35361/33355/27895 35339/33335/27875</w:t>
        <w:br/>
        <w:t>f 35363/33357/27897 35362/33358/27898 35343/33339/27879</w:t>
        <w:br/>
        <w:t>f 35344/33338/27878 35363/33357/27897 35343/33339/27879</w:t>
        <w:br/>
        <w:t>f 35362/33358/27898 35364/33359/27899 35347/33341/27881</w:t>
        <w:br/>
        <w:t>f 35343/33339/27879 35362/33358/27898 35347/33341/27881</w:t>
        <w:br/>
        <w:t>f 35364/33359/27899 35365/33360/27900 35349/33343/27883</w:t>
        <w:br/>
        <w:t>f 35347/33341/27881 35364/33359/27899 35349/33343/27883</w:t>
        <w:br/>
        <w:t>f 35349/33343/27883 35365/33360/27900 35366/33361/27901</w:t>
        <w:br/>
        <w:t>f 35351/33345/27885 35349/33343/27883 35366/33361/27901</w:t>
        <w:br/>
        <w:t>f 35354/33347/27887 35368/33362/27901 35367/33363/27902</w:t>
        <w:br/>
        <w:t>f 35353/33348/27888 35354/33347/27887 35367/33363/27902</w:t>
        <w:br/>
        <w:t>f 35353/33348/27888 35367/33363/27902 35369/33364/27903</w:t>
        <w:br/>
        <w:t>f 35357/33351/27891 35353/33348/27888 35369/33364/27903</w:t>
        <w:br/>
        <w:t>f 35357/33351/27891 35369/33364/27903 35370/33365/27904</w:t>
        <w:br/>
        <w:t>f 35359/33353/27893 35357/33351/27891 35370/33365/27904</w:t>
        <w:br/>
        <w:t>f 35359/33353/27893 35370/33365/27904 35361/33355/27895</w:t>
        <w:br/>
        <w:t>f 35340/33334/27874 35359/33353/27893 35361/33355/27895</w:t>
        <w:br/>
        <w:t>f 35371/33366/27905 35360/33356/27896 35361/33355/27895</w:t>
        <w:br/>
        <w:t>f 35372/33367/27906 35371/33366/27905 35361/33355/27895</w:t>
        <w:br/>
        <w:t>f 35363/33357/27897 35374/33368/27907 35373/33369/27908</w:t>
        <w:br/>
        <w:t>f 35362/33358/27898 35363/33357/27897 35373/33369/27908</w:t>
        <w:br/>
        <w:t>f 35362/33358/27898 35373/33369/27908 35375/33370/27909</w:t>
        <w:br/>
        <w:t>f 35364/33359/27899 35362/33358/27898 35375/33370/27909</w:t>
        <w:br/>
        <w:t>f 35364/33359/27899 35375/33370/27909 35376/33371/27910</w:t>
        <w:br/>
        <w:t>f 35365/33360/27900 35364/33359/27899 35376/33371/27910</w:t>
        <w:br/>
        <w:t>f 35376/33371/27910 35377/33372/27911 35366/33361/27901</w:t>
        <w:br/>
        <w:t>f 35365/33360/27900 35376/33371/27910 35366/33361/27901</w:t>
        <w:br/>
        <w:t>f 35379/33373/27912 35378/33374/27913 35367/33363/27902</w:t>
        <w:br/>
        <w:t>f 35368/33362/27901 35379/33373/27912 35367/33363/27902</w:t>
        <w:br/>
        <w:t>f 35378/33374/27913 35380/33375/27914 35369/33364/27903</w:t>
        <w:br/>
        <w:t>f 35367/33363/27902 35378/33374/27913 35369/33364/27903</w:t>
        <w:br/>
        <w:t>f 35380/33375/27914 35381/33376/27915 35370/33365/27904</w:t>
        <w:br/>
        <w:t>f 35369/33364/27903 35380/33375/27914 35370/33365/27904</w:t>
        <w:br/>
        <w:t>f 35381/33376/27915 35372/33367/27906 35361/33355/27895</w:t>
        <w:br/>
        <w:t>f 35370/33365/27904 35381/33376/27915 35361/33355/27895</w:t>
        <w:br/>
        <w:t>f 35383/33377/27916 35382/33378/27917 35371/33366/27905</w:t>
        <w:br/>
        <w:t>f 35372/33367/27906 35383/33377/27916 35371/33366/27905</w:t>
        <w:br/>
        <w:t>f 35385/33379/27917 35384/33380/27918 35373/33369/27908</w:t>
        <w:br/>
        <w:t>f 35374/33368/27907 35385/33379/27917 35373/33369/27908</w:t>
        <w:br/>
        <w:t>f 35384/33380/27918 35386/33381/27919 35375/33370/27909</w:t>
        <w:br/>
        <w:t>f 35373/33369/27908 35384/33380/27918 35375/33370/27909</w:t>
        <w:br/>
        <w:t>f 35386/33381/27919 35387/33382/27920 35376/33371/27910</w:t>
        <w:br/>
        <w:t>f 35375/33370/27909 35386/33381/27919 35376/33371/27910</w:t>
        <w:br/>
        <w:t>f 35376/33371/27910 35387/33382/27920 35388/33383/27921</w:t>
        <w:br/>
        <w:t>f 35377/33372/27911 35376/33371/27910 35388/33383/27921</w:t>
        <w:br/>
        <w:t>f 35379/33373/27912 35390/33384/27921 35389/33385/27922</w:t>
        <w:br/>
        <w:t>f 35378/33374/27913 35379/33373/27912 35389/33385/27922</w:t>
        <w:br/>
        <w:t>f 35378/33374/27913 35389/33385/27922 35391/33386/27923</w:t>
        <w:br/>
        <w:t>f 35380/33375/27914 35378/33374/27913 35391/33386/27923</w:t>
        <w:br/>
        <w:t>f 35380/33375/27914 35391/33386/27923 35392/33387/27924</w:t>
        <w:br/>
        <w:t>f 35381/33376/27915 35380/33375/27914 35392/33387/27924</w:t>
        <w:br/>
        <w:t>f 35381/33376/27915 35392/33387/27924 35383/33377/27916</w:t>
        <w:br/>
        <w:t>f 35372/33367/27906 35381/33376/27915 35383/33377/27916</w:t>
        <w:br/>
        <w:t>f 35383/33377/27916 35394/33388/27925 35393/33389/27926</w:t>
        <w:br/>
        <w:t>f 35382/33378/27917 35383/33377/27916 35393/33389/27926</w:t>
        <w:br/>
        <w:t>f 35385/33379/27917 35396/33390/27927 35395/33391/27928</w:t>
        <w:br/>
        <w:t>f 35384/33380/27918 35385/33379/27917 35395/33391/27928</w:t>
        <w:br/>
        <w:t>f 35384/33380/27918 35395/33391/27928 35397/33392/27929</w:t>
        <w:br/>
        <w:t>f 35386/33381/27919 35384/33380/27918 35397/33392/27929</w:t>
        <w:br/>
        <w:t>f 35386/33381/27919 35397/33392/27929 35398/33393/27930</w:t>
        <w:br/>
        <w:t>f 35387/33382/27920 35386/33381/27919 35398/33393/27930</w:t>
        <w:br/>
        <w:t>f 35398/33393/27930 35399/33394/27931 35388/33383/27921</w:t>
        <w:br/>
        <w:t>f 35387/33382/27920 35398/33393/27930 35388/33383/27921</w:t>
        <w:br/>
        <w:t>f 35401/33395/27932 35400/33396/27933 35389/33385/27922</w:t>
        <w:br/>
        <w:t>f 35390/33384/27921 35401/33395/27932 35389/33385/27922</w:t>
        <w:br/>
        <w:t>f 35400/33396/27933 35402/33397/27934 35391/33386/27923</w:t>
        <w:br/>
        <w:t>f 35389/33385/27922 35400/33396/27933 35391/33386/27923</w:t>
        <w:br/>
        <w:t>f 35402/33397/27934 35403/33398/27935 35392/33387/27924</w:t>
        <w:br/>
        <w:t>f 35391/33386/27923 35402/33397/27934 35392/33387/27924</w:t>
        <w:br/>
        <w:t>f 35403/33398/27935 35394/33388/27925 35383/33377/27916</w:t>
        <w:br/>
        <w:t>f 35392/33387/27924 35403/33398/27935 35383/33377/27916</w:t>
        <w:br/>
        <w:t>f 35405/33399/27936 35404/33400/27937 35393/33389/27926</w:t>
        <w:br/>
        <w:t>f 35394/33388/27925 35405/33399/27936 35393/33389/27926</w:t>
        <w:br/>
        <w:t>f 35407/33401/27938 35406/33402/27939 35395/33391/27928</w:t>
        <w:br/>
        <w:t>f 35396/33390/27927 35407/33401/27938 35395/33391/27928</w:t>
        <w:br/>
        <w:t>f 35406/33402/27939 35408/33403/27940 35397/33392/27929</w:t>
        <w:br/>
        <w:t>f 35395/33391/27928 35406/33402/27939 35397/33392/27929</w:t>
        <w:br/>
        <w:t>f 35408/33403/27940 35409/33404/27941 35398/33393/27930</w:t>
        <w:br/>
        <w:t>f 35397/33392/27929 35408/33403/27940 35398/33393/27930</w:t>
        <w:br/>
        <w:t>f 35398/33393/27930 35409/33404/27941 35410/33405/27942</w:t>
        <w:br/>
        <w:t>f 35399/33394/27931 35398/33393/27930 35410/33405/27942</w:t>
        <w:br/>
        <w:t>f 35401/33395/27932 35412/33406/27943 35411/33407/27944</w:t>
        <w:br/>
        <w:t>f 35400/33396/27933 35401/33395/27932 35411/33407/27944</w:t>
        <w:br/>
        <w:t>f 35400/33396/27933 35411/33407/27944 35413/33408/27945</w:t>
        <w:br/>
        <w:t>f 35402/33397/27934 35400/33396/27933 35413/33408/27945</w:t>
        <w:br/>
        <w:t>f 35402/33397/27934 35413/33408/27945 35414/33409/27946</w:t>
        <w:br/>
        <w:t>f 35403/33398/27935 35402/33397/27934 35414/33409/27946</w:t>
        <w:br/>
        <w:t>f 35403/33398/27935 35414/33409/27946 35405/33399/27936</w:t>
        <w:br/>
        <w:t>f 35394/33388/27925 35403/33398/27935 35405/33399/27936</w:t>
        <w:br/>
        <w:t>f 35416/33410/27947 35415/33411/27948 35404/33400/27937</w:t>
        <w:br/>
        <w:t>f 35405/33399/27936 35416/33410/27947 35404/33400/27937</w:t>
        <w:br/>
        <w:t>f 35407/33401/27938 35418/33412/27949 35417/33413/27950</w:t>
        <w:br/>
        <w:t>f 35406/33402/27939 35407/33401/27938 35417/33413/27950</w:t>
        <w:br/>
        <w:t>f 35406/33402/27939 35417/33413/27950 35419/33414/27951</w:t>
        <w:br/>
        <w:t>f 35408/33403/27940 35406/33402/27939 35419/33414/27951</w:t>
        <w:br/>
        <w:t>f 35408/33403/27940 35419/33414/27951 35420/33415/27952</w:t>
        <w:br/>
        <w:t>f 35409/33404/27941 35408/33403/27940 35420/33415/27952</w:t>
        <w:br/>
        <w:t>f 35409/33404/27941 35420/33415/27952 35421/33416/27953</w:t>
        <w:br/>
        <w:t>f 35410/33405/27942 35409/33404/27941 35421/33416/27953</w:t>
        <w:br/>
        <w:t>f 35412/33406/27943 35423/33417/27954 35422/33418/27955</w:t>
        <w:br/>
        <w:t>f 35411/33407/27944 35412/33406/27943 35422/33418/27955</w:t>
        <w:br/>
        <w:t>f 35411/33407/27944 35422/33418/27955 35424/33419/27956</w:t>
        <w:br/>
        <w:t>f 35413/33408/27945 35411/33407/27944 35424/33419/27956</w:t>
        <w:br/>
        <w:t>f 35424/33419/27956 35425/33420/27957 35414/33409/27946</w:t>
        <w:br/>
        <w:t>f 35413/33408/27945 35424/33419/27956 35414/33409/27946</w:t>
        <w:br/>
        <w:t>f 35425/33420/27957 35416/33410/27947 35405/33399/27936</w:t>
        <w:br/>
        <w:t>f 35414/33409/27946 35425/33420/27957 35405/33399/27936</w:t>
        <w:br/>
        <w:t>f 35416/33410/27947 35427/33421/27958 35426/33422/27959</w:t>
        <w:br/>
        <w:t>f 35415/33411/27948 35416/33410/27947 35426/33422/27959</w:t>
        <w:br/>
        <w:t>f 35418/33412/27949 35429/33423/27960 35428/33424/27961</w:t>
        <w:br/>
        <w:t>f 35417/33413/27950 35418/33412/27949 35428/33424/27961</w:t>
        <w:br/>
        <w:t>f 35417/33413/27950 35428/33424/27961 35430/33425/27962</w:t>
        <w:br/>
        <w:t>f 35419/33414/27951 35417/33413/27950 35430/33425/27962</w:t>
        <w:br/>
        <w:t>f 35419/33414/27951 35430/33425/27962 35431/33426/27963</w:t>
        <w:br/>
        <w:t>f 35420/33415/27952 35419/33414/27951 35431/33426/27963</w:t>
        <w:br/>
        <w:t>f 35431/33426/27963 35432/33427/27964 35421/33416/27953</w:t>
        <w:br/>
        <w:t>f 35420/33415/27952 35431/33426/27963 35421/33416/27953</w:t>
        <w:br/>
        <w:t>f 35434/33428/27964 35433/33429/27965 35422/33418/27955</w:t>
        <w:br/>
        <w:t>f 35423/33417/27954 35434/33428/27964 35422/33418/27955</w:t>
        <w:br/>
        <w:t>f 35433/33429/27965 35435/33430/27966 35424/33419/27956</w:t>
        <w:br/>
        <w:t>f 35422/33418/27955 35433/33429/27965 35424/33419/27956</w:t>
        <w:br/>
        <w:t>f 35435/33430/27966 35436/33431/27967 35425/33420/27957</w:t>
        <w:br/>
        <w:t>f 35424/33419/27956 35435/33430/27966 35425/33420/27957</w:t>
        <w:br/>
        <w:t>f 35436/33431/27967 35427/33421/27958 35416/33410/27947</w:t>
        <w:br/>
        <w:t>f 35425/33420/27957 35436/33431/27967 35416/33410/27947</w:t>
        <w:br/>
        <w:t>f 35438/33432/27968 35437/33433/27969 35426/33422/27959</w:t>
        <w:br/>
        <w:t>f 35427/33421/27958 35438/33432/27968 35426/33422/27959</w:t>
        <w:br/>
        <w:t>f 35429/33423/27960 35440/33434/27970 35439/33435/27971</w:t>
        <w:br/>
        <w:t>f 35428/33424/27961 35429/33423/27960 35439/33435/27971</w:t>
        <w:br/>
        <w:t>f 35428/33424/27961 35439/33435/27971 35441/33436/27972</w:t>
        <w:br/>
        <w:t>f 35430/33425/27962 35428/33424/27961 35441/33436/27972</w:t>
        <w:br/>
        <w:t>f 35430/33425/27962 35441/33436/27972 35442/33437/27973</w:t>
        <w:br/>
        <w:t>f 35431/33426/27963 35430/33425/27962 35442/33437/27973</w:t>
        <w:br/>
        <w:t>f 35431/33426/27963 35442/33437/27973 35443/33438/27974</w:t>
        <w:br/>
        <w:t>f 35432/33427/27964 35431/33426/27963 35443/33438/27974</w:t>
        <w:br/>
        <w:t>f 35434/33428/27964 35445/33439/27975 35444/33440/27976</w:t>
        <w:br/>
        <w:t>f 35433/33429/27965 35434/33428/27964 35444/33440/27976</w:t>
        <w:br/>
        <w:t>f 35444/33440/27976 35446/33441/27977 35435/33430/27966</w:t>
        <w:br/>
        <w:t>f 35433/33429/27965 35444/33440/27976 35435/33430/27966</w:t>
        <w:br/>
        <w:t>f 35446/33441/27977 35447/33442/27978 35436/33431/27967</w:t>
        <w:br/>
        <w:t>f 35435/33430/27966 35446/33441/27977 35436/33431/27967</w:t>
        <w:br/>
        <w:t>f 35447/33442/27978 35438/33432/27968 35427/33421/27958</w:t>
        <w:br/>
        <w:t>f 35436/33431/27967 35447/33442/27978 35427/33421/27958</w:t>
        <w:br/>
        <w:t>f 35449/33443/27979 35448/33444/27980 35437/33433/27969</w:t>
        <w:br/>
        <w:t>f 35438/33432/27968 35449/33443/27979 35437/33433/27969</w:t>
        <w:br/>
        <w:t>f 35451/33445/27981 35450/33446/27982 35439/33435/27971</w:t>
        <w:br/>
        <w:t>f 35440/33434/27970 35451/33445/27981 35439/33435/27971</w:t>
        <w:br/>
        <w:t>f 35450/33446/27982 35452/33447/27983 35441/33436/27972</w:t>
        <w:br/>
        <w:t>f 35439/33435/27971 35450/33446/27982 35441/33436/27972</w:t>
        <w:br/>
        <w:t>f 35452/33447/27983 35453/33448/27984 35442/33437/27973</w:t>
        <w:br/>
        <w:t>f 35441/33436/27972 35452/33447/27983 35442/33437/27973</w:t>
        <w:br/>
        <w:t>f 35453/33448/27984 35454/33449/27985 35443/33438/27974</w:t>
        <w:br/>
        <w:t>f 35442/33437/27973 35453/33448/27984 35443/33438/27974</w:t>
        <w:br/>
        <w:t>f 35445/33439/27975 35456/33450/27986 35455/33451/27987</w:t>
        <w:br/>
        <w:t>f 35444/33440/27976 35445/33439/27975 35455/33451/27987</w:t>
        <w:br/>
        <w:t>f 35444/33440/27976 35455/33451/27987 35457/33452/27988</w:t>
        <w:br/>
        <w:t>f 35446/33441/27977 35444/33440/27976 35457/33452/27988</w:t>
        <w:br/>
        <w:t>f 35446/33441/27977 35457/33452/27988 35458/33453/27989</w:t>
        <w:br/>
        <w:t>f 35447/33442/27978 35446/33441/27977 35458/33453/27989</w:t>
        <w:br/>
        <w:t>f 35447/33442/27978 35458/33453/27989 35449/33443/27979</w:t>
        <w:br/>
        <w:t>f 35438/33432/27968 35447/33442/27978 35449/33443/27979</w:t>
        <w:br/>
        <w:t>f 35462/33454/27990 35461/33455/27991 35460/33456/27981</w:t>
        <w:br/>
        <w:t>f 35459/33457/27992 35462/33454/27990 35460/33456/27981</w:t>
        <w:br/>
        <w:t>f 35466/33458/27993 35465/33459/27994 35464/33460/27995</w:t>
        <w:br/>
        <w:t>f 35463/33461/27996 35466/33458/27993 35464/33460/27995</w:t>
        <w:br/>
        <w:t>f 35463/33461/27996 35464/33460/27995 35468/33462/27997</w:t>
        <w:br/>
        <w:t>f 35467/33463/27998 35463/33461/27996 35468/33462/27997</w:t>
        <w:br/>
        <w:t>f 35467/33463/27998 35468/33462/27997 35470/33464/27999</w:t>
        <w:br/>
        <w:t>f 35469/33465/28000 35467/33463/27998 35470/33464/27999</w:t>
        <w:br/>
        <w:t>f 35470/33464/27999 35472/33466/28001 35471/33467/28002</w:t>
        <w:br/>
        <w:t>f 35469/33465/28000 35470/33464/27999 35471/33467/28002</w:t>
        <w:br/>
        <w:t>f 35475/33468/28003 35474/33469/28004 35473/33470/28005</w:t>
        <w:br/>
        <w:t>f 35476/33471/27985 35475/33468/28003 35473/33470/28005</w:t>
        <w:br/>
        <w:t>f 35474/33469/28004 35478/33472/28006 35477/33473/28007</w:t>
        <w:br/>
        <w:t>f 35473/33470/28005 35474/33469/28004 35477/33473/28007</w:t>
        <w:br/>
        <w:t>f 35478/33472/28006 35480/33474/28008 35479/33475/28009</w:t>
        <w:br/>
        <w:t>f 35477/33473/28007 35478/33472/28006 35479/33475/28009</w:t>
        <w:br/>
        <w:t>f 35480/33474/28008 35462/33454/27990 35459/33457/27992</w:t>
        <w:br/>
        <w:t>f 35479/33475/28009 35480/33474/28008 35459/33457/27992</w:t>
        <w:br/>
        <w:t>f 35462/33454/27990 35482/33476/28010 35481/33477/28011</w:t>
        <w:br/>
        <w:t>f 35461/33455/27991 35462/33454/27990 35481/33477/28011</w:t>
        <w:br/>
        <w:t>f 35465/33459/27994 35484/33478/28012 35483/33479/28013</w:t>
        <w:br/>
        <w:t>f 35464/33460/27995 35465/33459/27994 35483/33479/28013</w:t>
        <w:br/>
        <w:t>f 35464/33460/27995 35483/33479/28013 35485/33480/28014</w:t>
        <w:br/>
        <w:t>f 35468/33462/27997 35464/33460/27995 35485/33480/28014</w:t>
        <w:br/>
        <w:t>f 35468/33462/27997 35485/33480/28014 35486/33481/28015</w:t>
        <w:br/>
        <w:t>f 35470/33464/27999 35468/33462/27997 35486/33481/28015</w:t>
        <w:br/>
        <w:t>f 35486/33481/28015 35487/33482/28016 35472/33466/28001</w:t>
        <w:br/>
        <w:t>f 35470/33464/27999 35486/33481/28015 35472/33466/28001</w:t>
        <w:br/>
        <w:t>f 35489/33483/28017 35488/33484/28018 35474/33469/28004</w:t>
        <w:br/>
        <w:t>f 35475/33468/28003 35489/33483/28017 35474/33469/28004</w:t>
        <w:br/>
        <w:t>f 35488/33484/28018 35490/33485/28019 35478/33472/28006</w:t>
        <w:br/>
        <w:t>f 35474/33469/28004 35488/33484/28018 35478/33472/28006</w:t>
        <w:br/>
        <w:t>f 35490/33485/28019 35491/33486/28020 35480/33474/28008</w:t>
        <w:br/>
        <w:t>f 35478/33472/28006 35490/33485/28019 35480/33474/28008</w:t>
        <w:br/>
        <w:t>f 35480/33474/28008 35491/33486/28020 35482/33476/28010</w:t>
        <w:br/>
        <w:t>f 35462/33454/27990 35480/33474/28008 35482/33476/28010</w:t>
        <w:br/>
        <w:t>f 35482/33476/28010 35493/33487/28021 35492/33488/28022</w:t>
        <w:br/>
        <w:t>f 35481/33477/28011 35482/33476/28010 35492/33488/28022</w:t>
        <w:br/>
        <w:t>f 35484/33478/28012 35495/33489/28023 35494/33490/28024</w:t>
        <w:br/>
        <w:t>f 35483/33479/28013 35484/33478/28012 35494/33490/28024</w:t>
        <w:br/>
        <w:t>f 35483/33479/28013 35494/33490/28024 35496/33491/28025</w:t>
        <w:br/>
        <w:t>f 35485/33480/28014 35483/33479/28013 35496/33491/28025</w:t>
        <w:br/>
        <w:t>f 35485/33480/28014 35496/33491/28025 35497/33492/28026</w:t>
        <w:br/>
        <w:t>f 35486/33481/28015 35485/33480/28014 35497/33492/28026</w:t>
        <w:br/>
        <w:t>f 35486/33481/28015 35497/33492/28026 35498/33493/28027</w:t>
        <w:br/>
        <w:t>f 35487/33482/28016 35486/33481/28015 35498/33493/28027</w:t>
        <w:br/>
        <w:t>f 35500/33494/28028 35499/33495/28029 35488/33484/28018</w:t>
        <w:br/>
        <w:t>f 35489/33483/28017 35500/33494/28028 35488/33484/28018</w:t>
        <w:br/>
        <w:t>f 35499/33495/28029 35501/33496/28030 35490/33485/28019</w:t>
        <w:br/>
        <w:t>f 35488/33484/28018 35499/33495/28029 35490/33485/28019</w:t>
        <w:br/>
        <w:t>f 35501/33496/28030 35502/33497/28031 35491/33486/28020</w:t>
        <w:br/>
        <w:t>f 35490/33485/28019 35501/33496/28030 35491/33486/28020</w:t>
        <w:br/>
        <w:t>f 35502/33497/28031 35493/33487/28021 35482/33476/28010</w:t>
        <w:br/>
        <w:t>f 35491/33486/28020 35502/33497/28031 35482/33476/28010</w:t>
        <w:br/>
        <w:t>f 35504/33498/28032 35503/33499/28033 35492/33488/28022</w:t>
        <w:br/>
        <w:t>f 35493/33487/28021 35504/33498/28032 35492/33488/28022</w:t>
        <w:br/>
        <w:t>f 35506/33500/28034 35505/33501/28035 35494/33490/28024</w:t>
        <w:br/>
        <w:t>f 35495/33489/28023 35506/33500/28034 35494/33490/28024</w:t>
        <w:br/>
        <w:t>f 35505/33501/28035 35507/33502/28036 35496/33491/28025</w:t>
        <w:br/>
        <w:t>f 35494/33490/28024 35505/33501/28035 35496/33491/28025</w:t>
        <w:br/>
        <w:t>f 35507/33502/28036 35508/33503/28037 35497/33492/28026</w:t>
        <w:br/>
        <w:t>f 35496/33491/28025 35507/33502/28036 35497/33492/28026</w:t>
        <w:br/>
        <w:t>f 35508/33503/28037 35509/33504/28038 35498/33493/28027</w:t>
        <w:br/>
        <w:t>f 35497/33492/28026 35508/33503/28037 35498/33493/28027</w:t>
        <w:br/>
        <w:t>f 35500/33494/28028 35511/33505/28039 35510/33506/28040</w:t>
        <w:br/>
        <w:t>f 35499/33495/28029 35500/33494/28028 35510/33506/28040</w:t>
        <w:br/>
        <w:t>f 35499/33495/28029 35510/33506/28040 35512/33507/28041</w:t>
        <w:br/>
        <w:t>f 35501/33496/28030 35499/33495/28029 35512/33507/28041</w:t>
        <w:br/>
        <w:t>f 35501/33496/28030 35512/33507/28041 35513/33508/28042</w:t>
        <w:br/>
        <w:t>f 35502/33497/28031 35501/33496/28030 35513/33508/28042</w:t>
        <w:br/>
        <w:t>f 35502/33497/28031 35513/33508/28042 35504/33498/28032</w:t>
        <w:br/>
        <w:t>f 35493/33487/28021 35502/33497/28031 35504/33498/28032</w:t>
        <w:br/>
        <w:t>f 35514/33509/28043 35503/33499/28033 35504/33498/28032</w:t>
        <w:br/>
        <w:t>f 35515/33510/28044 35514/33509/28043 35504/33498/28032</w:t>
        <w:br/>
        <w:t>f 35506/33500/28034 35517/33511/28045 35516/33512/28046</w:t>
        <w:br/>
        <w:t>f 35505/33501/28035 35506/33500/28034 35516/33512/28046</w:t>
        <w:br/>
        <w:t>f 35505/33501/28035 35516/33512/28046 35518/33513/28047</w:t>
        <w:br/>
        <w:t>f 35507/33502/28036 35505/33501/28035 35518/33513/28047</w:t>
        <w:br/>
        <w:t>f 35507/33502/28036 35518/33513/28047 35519/33514/28048</w:t>
        <w:br/>
        <w:t>f 35508/33503/28037 35507/33502/28036 35519/33514/28048</w:t>
        <w:br/>
        <w:t>f 35519/33514/28048 35520/33515/28049 35509/33504/28038</w:t>
        <w:br/>
        <w:t>f 35508/33503/28037 35519/33514/28048 35509/33504/28038</w:t>
        <w:br/>
        <w:t>f 35522/33516/28050 35521/33517/28051 35510/33506/28040</w:t>
        <w:br/>
        <w:t>f 35511/33505/28039 35522/33516/28050 35510/33506/28040</w:t>
        <w:br/>
        <w:t>f 35521/33517/28051 35523/33518/28052 35512/33507/28041</w:t>
        <w:br/>
        <w:t>f 35510/33506/28040 35521/33517/28051 35512/33507/28041</w:t>
        <w:br/>
        <w:t>f 35523/33518/28052 35524/33519/28053 35513/33508/28042</w:t>
        <w:br/>
        <w:t>f 35512/33507/28041 35523/33518/28052 35513/33508/28042</w:t>
        <w:br/>
        <w:t>f 35524/33519/28053 35515/33510/28044 35504/33498/28032</w:t>
        <w:br/>
        <w:t>f 35513/33508/28042 35524/33519/28053 35504/33498/28032</w:t>
        <w:br/>
        <w:t>f 35341/33333/27873 35338/33336/27876 35514/33509/28043</w:t>
        <w:br/>
        <w:t>f 35515/33510/28044 35341/33333/27873 35514/33509/28043</w:t>
        <w:br/>
        <w:t>f 35345/33337/27877 35342/33340/27880 35516/33512/28046</w:t>
        <w:br/>
        <w:t>f 35517/33511/28045 35345/33337/27877 35516/33512/28046</w:t>
        <w:br/>
        <w:t>f 35342/33340/27880 35346/33342/27882 35518/33513/28047</w:t>
        <w:br/>
        <w:t>f 35516/33512/28046 35342/33340/27880 35518/33513/28047</w:t>
        <w:br/>
        <w:t>f 35518/33513/28047 35346/33342/27882 35348/33344/27884</w:t>
        <w:br/>
        <w:t>f 35519/33514/28048 35518/33513/28047 35348/33344/27884</w:t>
        <w:br/>
        <w:t>f 35519/33514/28048 35348/33344/27884 35350/33346/27886</w:t>
        <w:br/>
        <w:t>f 35520/33515/28049 35519/33514/28048 35350/33346/27886</w:t>
        <w:br/>
        <w:t>f 35522/33516/28050 35355/33350/27890 35352/33349/27889</w:t>
        <w:br/>
        <w:t>f 35521/33517/28051 35522/33516/28050 35352/33349/27889</w:t>
        <w:br/>
        <w:t>f 35521/33517/28051 35352/33349/27889 35356/33352/27892</w:t>
        <w:br/>
        <w:t>f 35523/33518/28052 35521/33517/28051 35356/33352/27892</w:t>
        <w:br/>
        <w:t>f 35523/33518/28052 35356/33352/27892 35358/33354/27894</w:t>
        <w:br/>
        <w:t>f 35524/33519/28053 35523/33518/28052 35358/33354/27894</w:t>
        <w:br/>
        <w:t>f 35358/33354/27894 35341/33333/27873 35515/33510/28044</w:t>
        <w:br/>
        <w:t>f 35524/33519/28053 35358/33354/27894 35515/33510/28044</w:t>
        <w:br/>
        <w:t>f 35528/33520/28054 35527/33521/28055 35526/33522/28056</w:t>
        <w:br/>
        <w:t>f 35525/33523/28057 35528/33520/28054 35526/33522/28056</w:t>
        <w:br/>
        <w:t>f 35532/33524/28058 35531/33525/28059 35530/33526/28060</w:t>
        <w:br/>
        <w:t>f 35529/33527/28061 35532/33524/28058 35530/33526/28060</w:t>
        <w:br/>
        <w:t>f 35531/33525/28059 35534/33528/28062 35533/33529/28063</w:t>
        <w:br/>
        <w:t>f 35530/33526/28060 35531/33525/28059 35533/33529/28063</w:t>
        <w:br/>
        <w:t>f 35534/33528/28062 35536/33530/28064 35535/33531/28065</w:t>
        <w:br/>
        <w:t>f 35533/33529/28063 35534/33528/28062 35535/33531/28065</w:t>
        <w:br/>
        <w:t>f 35538/33532/28066 35537/33533/28067 35535/33531/28065</w:t>
        <w:br/>
        <w:t>f 35536/33530/28064 35538/33532/28066 35535/33531/28065</w:t>
        <w:br/>
        <w:t>f 35541/33534/28068 35540/33535/28069 35539/33536/28070</w:t>
        <w:br/>
        <w:t>f 35542/33537/28071 35541/33534/28068 35539/33536/28070</w:t>
        <w:br/>
        <w:t>f 35544/33538/28072 35543/33539/28073 35540/33535/28069</w:t>
        <w:br/>
        <w:t>f 35541/33534/28068 35544/33538/28072 35540/33535/28069</w:t>
        <w:br/>
        <w:t>f 35546/33540/28074 35545/33541/28075 35543/33539/28073</w:t>
        <w:br/>
        <w:t>f 35544/33538/28072 35546/33540/28074 35543/33539/28073</w:t>
        <w:br/>
        <w:t>f 35528/33520/28054 35525/33523/28057 35545/33541/28075</w:t>
        <w:br/>
        <w:t>f 35546/33540/28074 35528/33520/28054 35545/33541/28075</w:t>
        <w:br/>
        <w:t>f 35526/33522/28056 35548/33542/28076 35547/33543/28077</w:t>
        <w:br/>
        <w:t>f 35525/33523/28057 35526/33522/28056 35547/33543/28077</w:t>
        <w:br/>
        <w:t>f 35530/33526/28060 35550/33544/28078 35549/33545/28079</w:t>
        <w:br/>
        <w:t>f 35529/33527/28061 35530/33526/28060 35549/33545/28079</w:t>
        <w:br/>
        <w:t>f 35533/33529/28063 35551/33546/28080 35550/33544/28078</w:t>
        <w:br/>
        <w:t>f 35530/33526/28060 35533/33529/28063 35550/33544/28078</w:t>
        <w:br/>
        <w:t>f 35535/33531/28065 35552/33547/28081 35551/33546/28080</w:t>
        <w:br/>
        <w:t>f 35533/33529/28063 35535/33531/28065 35551/33546/28080</w:t>
        <w:br/>
        <w:t>f 35535/33531/28065 35537/33533/28067 35553/33548/28082</w:t>
        <w:br/>
        <w:t>f 35552/33547/28081 35535/33531/28065 35553/33548/28082</w:t>
        <w:br/>
        <w:t>f 35539/33536/28070 35540/33535/28069 35555/33549/28083</w:t>
        <w:br/>
        <w:t>f 35554/33550/28084 35539/33536/28070 35555/33549/28083</w:t>
        <w:br/>
        <w:t>f 35540/33535/28069 35543/33539/28073 35556/33551/28085</w:t>
        <w:br/>
        <w:t>f 35555/33549/28083 35540/33535/28069 35556/33551/28085</w:t>
        <w:br/>
        <w:t>f 35543/33539/28073 35545/33541/28075 35557/33552/28086</w:t>
        <w:br/>
        <w:t>f 35556/33551/28085 35543/33539/28073 35557/33552/28086</w:t>
        <w:br/>
        <w:t>f 35545/33541/28075 35525/33523/28057 35547/33543/28077</w:t>
        <w:br/>
        <w:t>f 35557/33552/28086 35545/33541/28075 35547/33543/28077</w:t>
        <w:br/>
        <w:t>f 35559/33553/28087 35558/33554/28088 35547/33543/28077</w:t>
        <w:br/>
        <w:t>f 35548/33542/28076 35559/33553/28087 35547/33543/28077</w:t>
        <w:br/>
        <w:t>f 35549/33545/28079 35550/33544/28078 35561/33555/28089</w:t>
        <w:br/>
        <w:t>f 35560/33556/28090 35549/33545/28079 35561/33555/28089</w:t>
        <w:br/>
        <w:t>f 35550/33544/28078 35551/33546/28080 35562/33557/28091</w:t>
        <w:br/>
        <w:t>f 35561/33555/28089 35550/33544/28078 35562/33557/28091</w:t>
        <w:br/>
        <w:t>f 35551/33546/28080 35552/33547/28081 35563/33558/28092</w:t>
        <w:br/>
        <w:t>f 35562/33557/28091 35551/33546/28080 35563/33558/28092</w:t>
        <w:br/>
        <w:t>f 35553/33548/28082 35564/33559/28093 35563/33558/28092</w:t>
        <w:br/>
        <w:t>f 35552/33547/28081 35553/33548/28082 35563/33558/28092</w:t>
        <w:br/>
        <w:t>f 35555/33549/28083 35566/33560/28094 35565/33561/28095</w:t>
        <w:br/>
        <w:t>f 35554/33550/28084 35555/33549/28083 35565/33561/28095</w:t>
        <w:br/>
        <w:t>f 35556/33551/28085 35567/33562/28096 35566/33560/28094</w:t>
        <w:br/>
        <w:t>f 35555/33549/28083 35556/33551/28085 35566/33560/28094</w:t>
        <w:br/>
        <w:t>f 35557/33552/28086 35568/33563/28097 35567/33562/28096</w:t>
        <w:br/>
        <w:t>f 35556/33551/28085 35557/33552/28086 35567/33562/28096</w:t>
        <w:br/>
        <w:t>f 35547/33543/28077 35558/33554/28088 35568/33563/28097</w:t>
        <w:br/>
        <w:t>f 35557/33552/28086 35547/33543/28077 35568/33563/28097</w:t>
        <w:br/>
        <w:t>f 35559/33553/28087 35570/33564/28098 35569/33565/28099</w:t>
        <w:br/>
        <w:t>f 35558/33554/28088 35559/33553/28087 35569/33565/28099</w:t>
        <w:br/>
        <w:t>f 35561/33555/28089 35572/33566/28100 35571/33567/28101</w:t>
        <w:br/>
        <w:t>f 35560/33556/28090 35561/33555/28089 35571/33567/28101</w:t>
        <w:br/>
        <w:t>f 35562/33557/28091 35573/33568/28102 35572/33566/28100</w:t>
        <w:br/>
        <w:t>f 35561/33555/28089 35562/33557/28091 35572/33566/28100</w:t>
        <w:br/>
        <w:t>f 35563/33558/28092 35574/33569/28103 35573/33568/28102</w:t>
        <w:br/>
        <w:t>f 35562/33557/28091 35563/33558/28092 35573/33568/28102</w:t>
        <w:br/>
        <w:t>f 35563/33558/28092 35564/33559/28093 35575/33570/28104</w:t>
        <w:br/>
        <w:t>f 35574/33569/28103 35563/33558/28092 35575/33570/28104</w:t>
        <w:br/>
        <w:t>f 35565/33561/28095 35566/33560/28094 35577/33571/28105</w:t>
        <w:br/>
        <w:t>f 35576/33572/28106 35565/33561/28095 35577/33571/28105</w:t>
        <w:br/>
        <w:t>f 35566/33560/28094 35567/33562/28096 35578/33573/28107</w:t>
        <w:br/>
        <w:t>f 35577/33571/28105 35566/33560/28094 35578/33573/28107</w:t>
        <w:br/>
        <w:t>f 35567/33562/28096 35568/33563/28097 35579/33574/28108</w:t>
        <w:br/>
        <w:t>f 35578/33573/28107 35567/33562/28096 35579/33574/28108</w:t>
        <w:br/>
        <w:t>f 35568/33563/28097 35558/33554/28088 35569/33565/28099</w:t>
        <w:br/>
        <w:t>f 35579/33574/28108 35568/33563/28097 35569/33565/28099</w:t>
        <w:br/>
        <w:t>f 35569/33565/28099 35570/33564/28098 35581/33575/28109</w:t>
        <w:br/>
        <w:t>f 35580/33576/28110 35569/33565/28099 35581/33575/28109</w:t>
        <w:br/>
        <w:t>f 35571/33567/28101 35572/33566/28100 35583/33577/28111</w:t>
        <w:br/>
        <w:t>f 35582/33578/28112 35571/33567/28101 35583/33577/28111</w:t>
        <w:br/>
        <w:t>f 35572/33566/28100 35573/33568/28102 35584/33579/28113</w:t>
        <w:br/>
        <w:t>f 35583/33577/28111 35572/33566/28100 35584/33579/28113</w:t>
        <w:br/>
        <w:t>f 35573/33568/28102 35574/33569/28103 35585/33580/28114</w:t>
        <w:br/>
        <w:t>f 35584/33579/28113 35573/33568/28102 35585/33580/28114</w:t>
        <w:br/>
        <w:t>f 35575/33570/28104 35586/33581/28115 35585/33580/28114</w:t>
        <w:br/>
        <w:t>f 35574/33569/28103 35575/33570/28104 35585/33580/28114</w:t>
        <w:br/>
        <w:t>f 35577/33571/28105 35588/33582/28116 35587/33583/28117</w:t>
        <w:br/>
        <w:t>f 35576/33572/28106 35577/33571/28105 35587/33583/28117</w:t>
        <w:br/>
        <w:t>f 35578/33573/28107 35589/33584/28118 35588/33582/28116</w:t>
        <w:br/>
        <w:t>f 35577/33571/28105 35578/33573/28107 35588/33582/28116</w:t>
        <w:br/>
        <w:t>f 35579/33574/28108 35590/33585/28119 35589/33584/28118</w:t>
        <w:br/>
        <w:t>f 35578/33573/28107 35579/33574/28108 35589/33584/28118</w:t>
        <w:br/>
        <w:t>f 35569/33565/28099 35580/33576/28110 35590/33585/28119</w:t>
        <w:br/>
        <w:t>f 35579/33574/28108 35569/33565/28099 35590/33585/28119</w:t>
        <w:br/>
        <w:t>f 35581/33575/28109 35592/33586/28120 35591/33587/28121</w:t>
        <w:br/>
        <w:t>f 35580/33576/28110 35581/33575/28109 35591/33587/28121</w:t>
        <w:br/>
        <w:t>f 35583/33577/28111 35594/33588/28122 35593/33589/28123</w:t>
        <w:br/>
        <w:t>f 35582/33578/28112 35583/33577/28111 35593/33589/28123</w:t>
        <w:br/>
        <w:t>f 35584/33579/28113 35595/33590/28124 35594/33588/28122</w:t>
        <w:br/>
        <w:t>f 35583/33577/28111 35584/33579/28113 35594/33588/28122</w:t>
        <w:br/>
        <w:t>f 35585/33580/28114 35596/33591/28125 35595/33590/28124</w:t>
        <w:br/>
        <w:t>f 35584/33579/28113 35585/33580/28114 35595/33590/28124</w:t>
        <w:br/>
        <w:t>f 35585/33580/28114 35586/33581/28115 35597/33592/28126</w:t>
        <w:br/>
        <w:t>f 35596/33591/28125 35585/33580/28114 35597/33592/28126</w:t>
        <w:br/>
        <w:t>f 35587/33583/28117 35588/33582/28116 35599/33593/28127</w:t>
        <w:br/>
        <w:t>f 35598/33594/28128 35587/33583/28117 35599/33593/28127</w:t>
        <w:br/>
        <w:t>f 35588/33582/28116 35589/33584/28118 35600/33595/28129</w:t>
        <w:br/>
        <w:t>f 35599/33593/28127 35588/33582/28116 35600/33595/28129</w:t>
        <w:br/>
        <w:t>f 35589/33584/28118 35590/33585/28119 35601/33596/28130</w:t>
        <w:br/>
        <w:t>f 35600/33595/28129 35589/33584/28118 35601/33596/28130</w:t>
        <w:br/>
        <w:t>f 35590/33585/28119 35580/33576/28110 35591/33587/28121</w:t>
        <w:br/>
        <w:t>f 35601/33596/28130 35590/33585/28119 35591/33587/28121</w:t>
        <w:br/>
        <w:t>f 35592/33586/28120 35603/33597/28131 35602/33598/28132</w:t>
        <w:br/>
        <w:t>f 35591/33587/28121 35592/33586/28120 35602/33598/28132</w:t>
        <w:br/>
        <w:t>f 35593/33589/28123 35594/33588/28122 35605/33599/28133</w:t>
        <w:br/>
        <w:t>f 35604/33600/28134 35593/33589/28123 35605/33599/28133</w:t>
        <w:br/>
        <w:t>f 35594/33588/28122 35595/33590/28124 35606/33601/28135</w:t>
        <w:br/>
        <w:t>f 35605/33599/28133 35594/33588/28122 35606/33601/28135</w:t>
        <w:br/>
        <w:t>f 35595/33590/28124 35596/33591/28125 35607/33602/28136</w:t>
        <w:br/>
        <w:t>f 35606/33601/28135 35595/33590/28124 35607/33602/28136</w:t>
        <w:br/>
        <w:t>f 35596/33591/28125 35597/33592/28126 35608/33603/28137</w:t>
        <w:br/>
        <w:t>f 35607/33602/28136 35596/33591/28125 35608/33603/28137</w:t>
        <w:br/>
        <w:t>f 35598/33594/28128 35599/33593/28127 35610/33604/28138</w:t>
        <w:br/>
        <w:t>f 35609/33605/28139 35598/33594/28128 35610/33604/28138</w:t>
        <w:br/>
        <w:t>f 35599/33593/28127 35600/33595/28129 35611/33606/28140</w:t>
        <w:br/>
        <w:t>f 35610/33604/28138 35599/33593/28127 35611/33606/28140</w:t>
        <w:br/>
        <w:t>f 35601/33596/28130 35612/33607/28141 35611/33606/28140</w:t>
        <w:br/>
        <w:t>f 35600/33595/28129 35601/33596/28130 35611/33606/28140</w:t>
        <w:br/>
        <w:t>f 35591/33587/28121 35602/33598/28132 35612/33607/28141</w:t>
        <w:br/>
        <w:t>f 35601/33596/28130 35591/33587/28121 35612/33607/28141</w:t>
        <w:br/>
        <w:t>f 35602/33598/28132 35603/33597/28131 35614/33608/28142</w:t>
        <w:br/>
        <w:t>f 35613/33609/28143 35602/33598/28132 35614/33608/28142</w:t>
        <w:br/>
        <w:t>f 35604/33600/28134 35605/33599/28133 35616/33610/28144</w:t>
        <w:br/>
        <w:t>f 35615/33611/28145 35604/33600/28134 35616/33610/28144</w:t>
        <w:br/>
        <w:t>f 35605/33599/28133 35606/33601/28135 35617/33612/28146</w:t>
        <w:br/>
        <w:t>f 35616/33610/28144 35605/33599/28133 35617/33612/28146</w:t>
        <w:br/>
        <w:t>f 35606/33601/28135 35607/33602/28136 35618/33613/28147</w:t>
        <w:br/>
        <w:t>f 35617/33612/28146 35606/33601/28135 35618/33613/28147</w:t>
        <w:br/>
        <w:t>f 35608/33603/28137 35619/33614/28148 35618/33613/28147</w:t>
        <w:br/>
        <w:t>f 35607/33602/28136 35608/33603/28137 35618/33613/28147</w:t>
        <w:br/>
        <w:t>f 35610/33604/28138 35621/33615/28149 35620/33616/28150</w:t>
        <w:br/>
        <w:t>f 35609/33605/28139 35610/33604/28138 35620/33616/28150</w:t>
        <w:br/>
        <w:t>f 35611/33606/28140 35622/33617/28151 35621/33615/28149</w:t>
        <w:br/>
        <w:t>f 35610/33604/28138 35611/33606/28140 35621/33615/28149</w:t>
        <w:br/>
        <w:t>f 35612/33607/28141 35623/33618/28152 35622/33617/28151</w:t>
        <w:br/>
        <w:t>f 35611/33606/28140 35612/33607/28141 35622/33617/28151</w:t>
        <w:br/>
        <w:t>f 35602/33598/28132 35613/33609/28143 35623/33618/28152</w:t>
        <w:br/>
        <w:t>f 35612/33607/28141 35602/33598/28132 35623/33618/28152</w:t>
        <w:br/>
        <w:t>f 35614/33608/28142 35625/33619/28153 35624/33620/28154</w:t>
        <w:br/>
        <w:t>f 35613/33609/28143 35614/33608/28142 35624/33620/28154</w:t>
        <w:br/>
        <w:t>f 35615/33611/28145 35616/33610/28144 35627/33621/28155</w:t>
        <w:br/>
        <w:t>f 35626/33622/28156 35615/33611/28145 35627/33621/28155</w:t>
        <w:br/>
        <w:t>f 35616/33610/28144 35617/33612/28146 35628/33623/28157</w:t>
        <w:br/>
        <w:t>f 35627/33621/28155 35616/33610/28144 35628/33623/28157</w:t>
        <w:br/>
        <w:t>f 35617/33612/28146 35618/33613/28147 35629/33624/28158</w:t>
        <w:br/>
        <w:t>f 35628/33623/28157 35617/33612/28146 35629/33624/28158</w:t>
        <w:br/>
        <w:t>f 35618/33613/28147 35619/33614/28148 35630/33625/28159</w:t>
        <w:br/>
        <w:t>f 35629/33624/28158 35618/33613/28147 35630/33625/28159</w:t>
        <w:br/>
        <w:t>f 35620/33616/28150 35621/33615/28149 35632/33626/28160</w:t>
        <w:br/>
        <w:t>f 35631/33627/28161 35620/33616/28150 35632/33626/28160</w:t>
        <w:br/>
        <w:t>f 35622/33617/28151 35633/33628/28162 35632/33626/28160</w:t>
        <w:br/>
        <w:t>f 35621/33615/28149 35622/33617/28151 35632/33626/28160</w:t>
        <w:br/>
        <w:t>f 35623/33618/28152 35634/33629/28163 35633/33628/28162</w:t>
        <w:br/>
        <w:t>f 35622/33617/28151 35623/33618/28152 35633/33628/28162</w:t>
        <w:br/>
        <w:t>f 35613/33609/28143 35624/33620/28154 35634/33629/28163</w:t>
        <w:br/>
        <w:t>f 35623/33618/28152 35613/33609/28143 35634/33629/28163</w:t>
        <w:br/>
        <w:t>f 35625/33619/28153 35636/33630/28164 35635/33631/28165</w:t>
        <w:br/>
        <w:t>f 35624/33620/28154 35625/33619/28153 35635/33631/28165</w:t>
        <w:br/>
        <w:t>f 35627/33621/28155 35638/33632/28166 35637/33633/28167</w:t>
        <w:br/>
        <w:t>f 35626/33622/28156 35627/33621/28155 35637/33633/28167</w:t>
        <w:br/>
        <w:t>f 35628/33623/28157 35639/33634/28168 35638/33632/28166</w:t>
        <w:br/>
        <w:t>f 35627/33621/28155 35628/33623/28157 35638/33632/28166</w:t>
        <w:br/>
        <w:t>f 35629/33624/28158 35640/33635/28169 35639/33634/28168</w:t>
        <w:br/>
        <w:t>f 35628/33623/28157 35629/33624/28158 35639/33634/28168</w:t>
        <w:br/>
        <w:t>f 35630/33625/28159 35641/33636/28170 35640/33635/28169</w:t>
        <w:br/>
        <w:t>f 35629/33624/28158 35630/33625/28159 35640/33635/28169</w:t>
        <w:br/>
        <w:t>f 35631/33627/28161 35632/33626/28160 35643/33637/28171</w:t>
        <w:br/>
        <w:t>f 35642/33638/28172 35631/33627/28161 35643/33637/28171</w:t>
        <w:br/>
        <w:t>f 35632/33626/28160 35633/33628/28162 35644/33639/28173</w:t>
        <w:br/>
        <w:t>f 35643/33637/28171 35632/33626/28160 35644/33639/28173</w:t>
        <w:br/>
        <w:t>f 35633/33628/28162 35634/33629/28163 35645/33640/28174</w:t>
        <w:br/>
        <w:t>f 35644/33639/28173 35633/33628/28162 35645/33640/28174</w:t>
        <w:br/>
        <w:t>f 35634/33629/28163 35624/33620/28154 35635/33631/28165</w:t>
        <w:br/>
        <w:t>f 35645/33640/28174 35634/33629/28163 35635/33631/28165</w:t>
        <w:br/>
        <w:t>f 35649/33641/28167 35648/33642/28175 35647/33643/28176</w:t>
        <w:br/>
        <w:t>f 35646/33644/28177 35649/33641/28167 35647/33643/28176</w:t>
        <w:br/>
        <w:t>f 35653/33645/28178 35652/33646/28179 35651/33647/28180</w:t>
        <w:br/>
        <w:t>f 35650/33648/28181 35653/33645/28178 35651/33647/28180</w:t>
        <w:br/>
        <w:t>f 35652/33646/28179 35655/33649/28182 35654/33650/28183</w:t>
        <w:br/>
        <w:t>f 35651/33647/28180 35652/33646/28179 35654/33650/28183</w:t>
        <w:br/>
        <w:t>f 35655/33649/28182 35657/33651/28184 35656/33652/28185</w:t>
        <w:br/>
        <w:t>f 35654/33650/28183 35655/33649/28182 35656/33652/28185</w:t>
        <w:br/>
        <w:t>f 35659/33653/28172 35658/33654/28186 35656/33652/28185</w:t>
        <w:br/>
        <w:t>f 35657/33651/28184 35659/33653/28172 35656/33652/28185</w:t>
        <w:br/>
        <w:t>f 35662/33655/28187 35661/33656/28188 35660/33657/28189</w:t>
        <w:br/>
        <w:t>f 35663/33658/28170 35662/33655/28187 35660/33657/28189</w:t>
        <w:br/>
        <w:t>f 35665/33659/28190 35664/33660/28191 35661/33656/28188</w:t>
        <w:br/>
        <w:t>f 35662/33655/28187 35665/33659/28190 35661/33656/28188</w:t>
        <w:br/>
        <w:t>f 35667/33661/28192 35666/33662/28193 35664/33660/28191</w:t>
        <w:br/>
        <w:t>f 35665/33659/28190 35667/33661/28192 35664/33660/28191</w:t>
        <w:br/>
        <w:t>f 35646/33644/28177 35647/33643/28176 35666/33662/28193</w:t>
        <w:br/>
        <w:t>f 35667/33661/28192 35646/33644/28177 35666/33662/28193</w:t>
        <w:br/>
        <w:t>f 35647/33643/28176 35648/33642/28175 35669/33663/28194</w:t>
        <w:br/>
        <w:t>f 35668/33664/28195 35647/33643/28176 35669/33663/28194</w:t>
        <w:br/>
        <w:t>f 35650/33648/28181 35651/33647/28180 35671/33665/28196</w:t>
        <w:br/>
        <w:t>f 35670/33666/28197 35650/33648/28181 35671/33665/28196</w:t>
        <w:br/>
        <w:t>f 35651/33647/28180 35654/33650/28183 35672/33667/28198</w:t>
        <w:br/>
        <w:t>f 35671/33665/28196 35651/33647/28180 35672/33667/28198</w:t>
        <w:br/>
        <w:t>f 35654/33650/28183 35656/33652/28185 35673/33668/28199</w:t>
        <w:br/>
        <w:t>f 35672/33667/28198 35654/33650/28183 35673/33668/28199</w:t>
        <w:br/>
        <w:t>f 35658/33654/28186 35674/33669/28200 35673/33668/28199</w:t>
        <w:br/>
        <w:t>f 35656/33652/28185 35658/33654/28186 35673/33668/28199</w:t>
        <w:br/>
        <w:t>f 35661/33656/28188 35676/33670/28201 35675/33671/28202</w:t>
        <w:br/>
        <w:t>f 35660/33657/28189 35661/33656/28188 35675/33671/28202</w:t>
        <w:br/>
        <w:t>f 35664/33660/28191 35677/33672/28203 35676/33670/28201</w:t>
        <w:br/>
        <w:t>f 35661/33656/28188 35664/33660/28191 35676/33670/28201</w:t>
        <w:br/>
        <w:t>f 35666/33662/28193 35678/33673/28204 35677/33672/28203</w:t>
        <w:br/>
        <w:t>f 35664/33660/28191 35666/33662/28193 35677/33672/28203</w:t>
        <w:br/>
        <w:t>f 35666/33662/28193 35647/33643/28176 35668/33664/28195</w:t>
        <w:br/>
        <w:t>f 35678/33673/28204 35666/33662/28193 35668/33664/28195</w:t>
        <w:br/>
        <w:t>f 35669/33663/28194 35680/33674/28205 35679/33675/28206</w:t>
        <w:br/>
        <w:t>f 35668/33664/28195 35669/33663/28194 35679/33675/28206</w:t>
        <w:br/>
        <w:t>f 35670/33666/28197 35671/33665/28196 35682/33676/28207</w:t>
        <w:br/>
        <w:t>f 35681/33677/28208 35670/33666/28197 35682/33676/28207</w:t>
        <w:br/>
        <w:t>f 35671/33665/28196 35672/33667/28198 35683/33678/28209</w:t>
        <w:br/>
        <w:t>f 35682/33676/28207 35671/33665/28196 35683/33678/28209</w:t>
        <w:br/>
        <w:t>f 35672/33667/28198 35673/33668/28199 35684/33679/28210</w:t>
        <w:br/>
        <w:t>f 35683/33678/28209 35672/33667/28198 35684/33679/28210</w:t>
        <w:br/>
        <w:t>f 35673/33668/28199 35674/33669/28200 35685/33680/28211</w:t>
        <w:br/>
        <w:t>f 35684/33679/28210 35673/33668/28199 35685/33680/28211</w:t>
        <w:br/>
        <w:t>f 35676/33670/28201 35687/33681/28212 35686/33682/28213</w:t>
        <w:br/>
        <w:t>f 35675/33671/28202 35676/33670/28201 35686/33682/28213</w:t>
        <w:br/>
        <w:t>f 35677/33672/28203 35688/33683/28214 35687/33681/28212</w:t>
        <w:br/>
        <w:t>f 35676/33670/28201 35677/33672/28203 35687/33681/28212</w:t>
        <w:br/>
        <w:t>f 35678/33673/28204 35689/33684/28215 35688/33683/28214</w:t>
        <w:br/>
        <w:t>f 35677/33672/28203 35678/33673/28204 35688/33683/28214</w:t>
        <w:br/>
        <w:t>f 35668/33664/28195 35679/33675/28206 35689/33684/28215</w:t>
        <w:br/>
        <w:t>f 35678/33673/28204 35668/33664/28195 35689/33684/28215</w:t>
        <w:br/>
        <w:t>f 35680/33674/28205 35691/33685/28216 35690/33686/28217</w:t>
        <w:br/>
        <w:t>f 35679/33675/28206 35680/33674/28205 35690/33686/28217</w:t>
        <w:br/>
        <w:t>f 35682/33676/28207 35693/33687/28218 35692/33688/28219</w:t>
        <w:br/>
        <w:t>f 35681/33677/28208 35682/33676/28207 35692/33688/28219</w:t>
        <w:br/>
        <w:t>f 35683/33678/28209 35694/33689/28220 35693/33687/28218</w:t>
        <w:br/>
        <w:t>f 35682/33676/28207 35683/33678/28209 35693/33687/28218</w:t>
        <w:br/>
        <w:t>f 35684/33679/28210 35695/33690/28221 35694/33689/28220</w:t>
        <w:br/>
        <w:t>f 35683/33678/28209 35684/33679/28210 35694/33689/28220</w:t>
        <w:br/>
        <w:t>f 35685/33680/28211 35696/33691/28222 35695/33690/28221</w:t>
        <w:br/>
        <w:t>f 35684/33679/28210 35685/33680/28211 35695/33690/28221</w:t>
        <w:br/>
        <w:t>f 35686/33682/28213 35687/33681/28212 35698/33692/28223</w:t>
        <w:br/>
        <w:t>f 35697/33693/28224 35686/33682/28213 35698/33692/28223</w:t>
        <w:br/>
        <w:t>f 35687/33681/28212 35688/33683/28214 35699/33694/28225</w:t>
        <w:br/>
        <w:t>f 35698/33692/28223 35687/33681/28212 35699/33694/28225</w:t>
        <w:br/>
        <w:t>f 35688/33683/28214 35689/33684/28215 35700/33695/28226</w:t>
        <w:br/>
        <w:t>f 35699/33694/28225 35688/33683/28214 35700/33695/28226</w:t>
        <w:br/>
        <w:t>f 35689/33684/28215 35679/33675/28206 35690/33686/28217</w:t>
        <w:br/>
        <w:t>f 35700/33695/28226 35689/33684/28215 35690/33686/28217</w:t>
        <w:br/>
        <w:t>f 35702/33696/28227 35701/33697/28228 35690/33686/28217</w:t>
        <w:br/>
        <w:t>f 35691/33685/28216 35702/33696/28227 35690/33686/28217</w:t>
        <w:br/>
        <w:t>f 35692/33688/28219 35693/33687/28218 35704/33698/28229</w:t>
        <w:br/>
        <w:t>f 35703/33699/28230 35692/33688/28219 35704/33698/28229</w:t>
        <w:br/>
        <w:t>f 35693/33687/28218 35694/33689/28220 35705/33700/28231</w:t>
        <w:br/>
        <w:t>f 35704/33698/28229 35693/33687/28218 35705/33700/28231</w:t>
        <w:br/>
        <w:t>f 35694/33689/28220 35695/33690/28221 35706/33701/28232</w:t>
        <w:br/>
        <w:t>f 35705/33700/28231 35694/33689/28220 35706/33701/28232</w:t>
        <w:br/>
        <w:t>f 35696/33691/28222 35707/33702/28233 35706/33701/28232</w:t>
        <w:br/>
        <w:t>f 35695/33690/28221 35696/33691/28222 35706/33701/28232</w:t>
        <w:br/>
        <w:t>f 35698/33692/28223 35709/33703/28234 35708/33704/28235</w:t>
        <w:br/>
        <w:t>f 35697/33693/28224 35698/33692/28223 35708/33704/28235</w:t>
        <w:br/>
        <w:t>f 35699/33694/28225 35710/33705/28236 35709/33703/28234</w:t>
        <w:br/>
        <w:t>f 35698/33692/28223 35699/33694/28225 35709/33703/28234</w:t>
        <w:br/>
        <w:t>f 35700/33695/28226 35711/33706/28237 35710/33705/28236</w:t>
        <w:br/>
        <w:t>f 35699/33694/28225 35700/33695/28226 35710/33705/28236</w:t>
        <w:br/>
        <w:t>f 35690/33686/28217 35701/33697/28228 35711/33706/28237</w:t>
        <w:br/>
        <w:t>f 35700/33695/28226 35690/33686/28217 35711/33706/28237</w:t>
        <w:br/>
        <w:t>f 35702/33696/28227 35527/33521/28055 35528/33520/28054</w:t>
        <w:br/>
        <w:t>f 35701/33697/28228 35702/33696/28227 35528/33520/28054</w:t>
        <w:br/>
        <w:t>f 35704/33698/28229 35531/33525/28059 35532/33524/28058</w:t>
        <w:br/>
        <w:t>f 35703/33699/28230 35704/33698/28229 35532/33524/28058</w:t>
        <w:br/>
        <w:t>f 35705/33700/28231 35534/33528/28062 35531/33525/28059</w:t>
        <w:br/>
        <w:t>f 35704/33698/28229 35705/33700/28231 35531/33525/28059</w:t>
        <w:br/>
        <w:t>f 35705/33700/28231 35706/33701/28232 35536/33530/28064</w:t>
        <w:br/>
        <w:t>f 35534/33528/28062 35705/33700/28231 35536/33530/28064</w:t>
        <w:br/>
        <w:t>f 35706/33701/28232 35707/33702/28233 35538/33532/28066</w:t>
        <w:br/>
        <w:t>f 35536/33530/28064 35706/33701/28232 35538/33532/28066</w:t>
        <w:br/>
        <w:t>f 35708/33704/28235 35709/33703/28234 35541/33534/28068</w:t>
        <w:br/>
        <w:t>f 35542/33537/28071 35708/33704/28235 35541/33534/28068</w:t>
        <w:br/>
        <w:t>f 35709/33703/28234 35710/33705/28236 35544/33538/28072</w:t>
        <w:br/>
        <w:t>f 35541/33534/28068 35709/33703/28234 35544/33538/28072</w:t>
        <w:br/>
        <w:t>f 35710/33705/28236 35711/33706/28237 35546/33540/28074</w:t>
        <w:br/>
        <w:t>f 35544/33538/28072 35710/33705/28236 35546/33540/28074</w:t>
        <w:br/>
        <w:t>f 35701/33697/28228 35528/33520/28054 35546/33540/28074</w:t>
        <w:br/>
        <w:t>f 35711/33706/28237 35701/33697/28228 35546/33540/28074</w:t>
        <w:br/>
        <w:t>f 31551/33707/28238 31550/33708/28239 31549/33709/28240</w:t>
        <w:br/>
        <w:t>f 31548/33710/28241 31551/33707/28238 31549/33709/28240</w:t>
        <w:br/>
        <w:t>f 31555/33711/28242 31554/33712/28243 31553/33713/28244</w:t>
        <w:br/>
        <w:t>f 31552/33714/28245 31555/33711/28242 31553/33713/28244</w:t>
        <w:br/>
        <w:t>f 31559/33715/28246 31558/33716/28247 31557/33717/28248</w:t>
        <w:br/>
        <w:t>f 31556/33718/28249 31559/33715/28246 31557/33717/28248</w:t>
        <w:br/>
        <w:t>f 31563/33719/28250 31562/33720/28251 31561/33721/28252</w:t>
        <w:br/>
        <w:t>f 31560/33722/28253 31563/33719/28250 31561/33721/28252</w:t>
        <w:br/>
        <w:t>f 31565/33723/28254 31564/33724/28255 31562/33720/28251</w:t>
        <w:br/>
        <w:t>f 31563/33719/28250 31565/33723/28254 31562/33720/28251</w:t>
        <w:br/>
        <w:t>f 31569/33725/28256 31568/33726/28257 31567/33727/28258</w:t>
        <w:br/>
        <w:t>f 31566/33728/28259 31569/33725/28256 31567/33727/28258</w:t>
        <w:br/>
        <w:t>f 31556/33718/28249 31557/33717/28248 31554/33712/28243</w:t>
        <w:br/>
        <w:t>f 31555/33711/28242 31556/33718/28249 31554/33712/28243</w:t>
        <w:br/>
        <w:t>f 31572/33729/28260 31571/33730/28261 31570/33731/28262</w:t>
        <w:br/>
        <w:t>f 31573/33732/28263 31572/33729/28260 31570/33731/28262</w:t>
        <w:br/>
        <w:t>f 31576/33733/28264 31575/33734/28265 31574/33735/28266</w:t>
        <w:br/>
        <w:t>f 31577/33736/28267 31576/33733/28264 31574/33735/28266</w:t>
        <w:br/>
        <w:t>f 31581/33737/28268 31580/33738/28269 31579/33739/28270</w:t>
        <w:br/>
        <w:t>f 31578/33740/28271 31581/33737/28268 31579/33739/28270</w:t>
        <w:br/>
        <w:t>f 31585/33741/28272 31584/33742/28273 31583/33743/28274</w:t>
        <w:br/>
        <w:t>f 31582/33744/28275 31585/33741/28272 31583/33743/28274</w:t>
        <w:br/>
        <w:t>f 31587/33745/28276 31586/33746/28277 31584/33742/28273</w:t>
        <w:br/>
        <w:t>f 31585/33741/28272 31587/33745/28276 31584/33742/28273</w:t>
        <w:br/>
        <w:t>f 31588/33747/28278 31577/33736/28267 31578/33740/28271</w:t>
        <w:br/>
        <w:t>f 31579/33739/28270 31588/33747/28278 31578/33740/28271</w:t>
        <w:br/>
        <w:t>f 31592/33748/28279 31591/33749/28280 31590/33750/28281</w:t>
        <w:br/>
        <w:t>f 31589/33751/28282 31592/33748/28279 31590/33750/28281</w:t>
        <w:br/>
        <w:t>f 31596/33752/28283 31595/33753/28284 31594/33754/28285</w:t>
        <w:br/>
        <w:t>f 31593/33755/28286 31596/33752/28283 31594/33754/28285</w:t>
        <w:br/>
        <w:t>f 31599/33756/28287 31598/33757/28288 31597/33758/28289</w:t>
        <w:br/>
        <w:t>f 31600/33759/28290 31599/33756/28287 31597/33758/28289</w:t>
        <w:br/>
        <w:t>f 31604/33760/28291 31603/33761/28292 31602/33762/28293</w:t>
        <w:br/>
        <w:t>f 31601/33763/28294 31604/33760/28291 31602/33762/28293</w:t>
        <w:br/>
        <w:t>f 31607/33764/28295 31606/33765/28296 31605/33766/28297</w:t>
        <w:br/>
        <w:t>f 31608/33767/28298 31607/33764/28295 31605/33766/28297</w:t>
        <w:br/>
        <w:t>f 31610/33768/28299 31551/33707/28238 31553/33713/28244</w:t>
        <w:br/>
        <w:t>f 31609/33769/28300 31610/33768/28299 31553/33713/28244</w:t>
        <w:br/>
        <w:t>f 31573/33732/28263 31570/33731/28262 31574/33735/28266</w:t>
        <w:br/>
        <w:t>f 31575/33734/28265 31573/33732/28263 31574/33735/28266</w:t>
        <w:br/>
        <w:t>f 31613/33770/28301 31612/33771/28302 31611/33772/28303</w:t>
        <w:br/>
        <w:t>f 31550/33708/28239 31613/33770/28301 31611/33772/28303</w:t>
        <w:br/>
        <w:t>f 31615/33773/28304 31614/33774/28305 31571/33730/28261</w:t>
        <w:br/>
        <w:t>f 31572/33729/28260 31615/33773/28304 31571/33730/28261</w:t>
        <w:br/>
        <w:t>f 31610/33768/28299 31613/33770/28301 31550/33708/28239</w:t>
        <w:br/>
        <w:t>f 31551/33707/28238 31610/33768/28299 31550/33708/28239</w:t>
        <w:br/>
        <w:t>f 31554/33712/28243 31616/33775/28306 31609/33769/28300</w:t>
        <w:br/>
        <w:t>f 31553/33713/28244 31554/33712/28243 31609/33769/28300</w:t>
        <w:br/>
        <w:t>f 31558/33716/28247 31618/33776/28307 31617/33777/28308</w:t>
        <w:br/>
        <w:t>f 31557/33717/28248 31558/33716/28247 31617/33777/28308</w:t>
        <w:br/>
        <w:t>f 31562/33720/28251 31620/33778/28309 31619/33779/28310</w:t>
        <w:br/>
        <w:t>f 31561/33721/28252 31562/33720/28251 31619/33779/28310</w:t>
        <w:br/>
        <w:t>f 31564/33724/28255 31621/33780/28311 31620/33778/28309</w:t>
        <w:br/>
        <w:t>f 31562/33720/28251 31564/33724/28255 31620/33778/28309</w:t>
        <w:br/>
        <w:t>f 31568/33726/28257 31623/33781/28312 31622/33782/28313</w:t>
        <w:br/>
        <w:t>f 31567/33727/28258 31568/33726/28257 31622/33782/28313</w:t>
        <w:br/>
        <w:t>f 31557/33717/28248 31617/33777/28308 31616/33775/28306</w:t>
        <w:br/>
        <w:t>f 31554/33712/28243 31557/33717/28248 31616/33775/28306</w:t>
        <w:br/>
        <w:t>f 31625/33783/28314 31624/33784/28315 31590/33750/28281</w:t>
        <w:br/>
        <w:t>f 31591/33749/28280 31625/33783/28314 31590/33750/28281</w:t>
        <w:br/>
        <w:t>f 31603/33761/28292 31627/33785/28316 31626/33786/28317</w:t>
        <w:br/>
        <w:t>f 31602/33762/28293 31603/33761/28292 31626/33786/28317</w:t>
        <w:br/>
        <w:t>f 31551/33707/28238 31628/33787/28318 31552/33714/28245</w:t>
        <w:br/>
        <w:t>f 31553/33713/28244 31551/33707/28238 31552/33714/28245</w:t>
        <w:br/>
        <w:t>f 31549/33709/28240 31550/33708/28239 31611/33772/28303</w:t>
        <w:br/>
        <w:t>f 31560/33722/28253 31561/33721/28252 31603/33761/28292</w:t>
        <w:br/>
        <w:t>f 31604/33760/28291 31560/33722/28253 31603/33761/28292</w:t>
        <w:br/>
        <w:t>f 31582/33744/28275 31583/33743/28274 31606/33765/28296</w:t>
        <w:br/>
        <w:t>f 31607/33764/28295 31582/33744/28275 31606/33765/28296</w:t>
        <w:br/>
        <w:t>f 31561/33721/28252 31619/33779/28310 31627/33785/28316</w:t>
        <w:br/>
        <w:t>f 31603/33761/28292 31561/33721/28252 31627/33785/28316</w:t>
        <w:br/>
        <w:t>f 31601/33763/28294 31602/33762/28293 31558/33716/28247</w:t>
        <w:br/>
        <w:t>f 31559/33715/28246 31601/33763/28294 31558/33716/28247</w:t>
        <w:br/>
        <w:t>f 31608/33767/28298 31605/33766/28297 31580/33738/28269</w:t>
        <w:br/>
        <w:t>f 31581/33737/28268 31608/33767/28298 31580/33738/28269</w:t>
        <w:br/>
        <w:t>f 31602/33762/28293 31626/33786/28317 31618/33776/28307</w:t>
        <w:br/>
        <w:t>f 31558/33716/28247 31602/33762/28293 31618/33776/28307</w:t>
        <w:br/>
        <w:t>f 31613/33770/28301 31610/33768/28299 31629/33788/28319</w:t>
        <w:br/>
        <w:t>f 31630/33789/28320 31613/33770/28301 31629/33788/28319</w:t>
        <w:br/>
        <w:t>f 31632/33790/28321 31609/33769/28300 31616/33775/28306</w:t>
        <w:br/>
        <w:t>f 31631/33791/28322 31632/33790/28321 31616/33775/28306</w:t>
        <w:br/>
        <w:t>f 31634/33792/28323 31617/33777/28308 31618/33776/28307</w:t>
        <w:br/>
        <w:t>f 31633/33793/28324 31634/33792/28323 31618/33776/28307</w:t>
        <w:br/>
        <w:t>f 31636/33794/28325 31619/33779/28310 31620/33778/28309</w:t>
        <w:br/>
        <w:t>f 31635/33795/28326 31636/33794/28325 31620/33778/28309</w:t>
        <w:br/>
        <w:t>f 31635/33795/28326 31620/33778/28309 31621/33780/28311</w:t>
        <w:br/>
        <w:t>f 31637/33796/28327 31635/33795/28326 31621/33780/28311</w:t>
        <w:br/>
        <w:t>f 31631/33791/28322 31616/33775/28306 31617/33777/28308</w:t>
        <w:br/>
        <w:t>f 31634/33792/28323 31631/33791/28322 31617/33777/28308</w:t>
        <w:br/>
        <w:t>f 31639/33797/28328 31622/33782/28313 31623/33781/28312</w:t>
        <w:br/>
        <w:t>f 31638/33798/28329 31639/33797/28328 31623/33781/28312</w:t>
        <w:br/>
        <w:t>f 31624/33784/28315 31625/33783/28314 31640/33799/28330</w:t>
        <w:br/>
        <w:t>f 31641/33800/28331 31624/33784/28315 31640/33799/28330</w:t>
        <w:br/>
        <w:t>f 31643/33801/28332 31607/33764/28295 31608/33767/28298</w:t>
        <w:br/>
        <w:t>f 31642/33802/28333 31643/33801/28332 31608/33767/28298</w:t>
        <w:br/>
        <w:t>f 31629/33788/28319 31610/33768/28299 31609/33769/28300</w:t>
        <w:br/>
        <w:t>f 31632/33790/28321 31629/33788/28319 31609/33769/28300</w:t>
        <w:br/>
        <w:t>f 31612/33771/28302 31613/33770/28301 31630/33789/28320</w:t>
        <w:br/>
        <w:t>f 31636/33794/28325 31582/33744/28275 31607/33764/28295</w:t>
        <w:br/>
        <w:t>f 31643/33801/28332 31636/33794/28325 31607/33764/28295</w:t>
        <w:br/>
        <w:t>f 31633/33793/28324 31618/33776/28307 31626/33786/28317</w:t>
        <w:br/>
        <w:t>f 31642/33802/28333 31633/33793/28324 31626/33786/28317</w:t>
        <w:br/>
        <w:t>f 31630/33789/28320 31629/33788/28319 31570/33731/28262</w:t>
        <w:br/>
        <w:t>f 31571/33730/28261 31630/33789/28320 31570/33731/28262</w:t>
        <w:br/>
        <w:t>f 31574/33735/28266 31632/33790/28321 31631/33791/28322</w:t>
        <w:br/>
        <w:t>f 31577/33736/28267 31574/33735/28266 31631/33791/28322</w:t>
        <w:br/>
        <w:t>f 31578/33740/28271 31634/33792/28323 31633/33793/28324</w:t>
        <w:br/>
        <w:t>f 31581/33737/28268 31578/33740/28271 31633/33793/28324</w:t>
        <w:br/>
        <w:t>f 31582/33744/28275 31636/33794/28325 31635/33795/28326</w:t>
        <w:br/>
        <w:t>f 31585/33741/28272 31582/33744/28275 31635/33795/28326</w:t>
        <w:br/>
        <w:t>f 31585/33741/28272 31635/33795/28326 31637/33796/28327</w:t>
        <w:br/>
        <w:t>f 31587/33745/28276 31585/33741/28272 31637/33796/28327</w:t>
        <w:br/>
        <w:t>f 31577/33736/28267 31631/33791/28322 31634/33792/28323</w:t>
        <w:br/>
        <w:t>f 31578/33740/28271 31577/33736/28267 31634/33792/28323</w:t>
        <w:br/>
        <w:t>f 31595/33753/28284 31639/33797/28328 31638/33798/28329</w:t>
        <w:br/>
        <w:t>f 31594/33754/28285 31595/33753/28284 31638/33798/28329</w:t>
        <w:br/>
        <w:t>f 31641/33800/28331 31640/33799/28330 31598/33757/28288</w:t>
        <w:br/>
        <w:t>f 31599/33756/28287 31641/33800/28331 31598/33757/28288</w:t>
        <w:br/>
        <w:t>f 31627/33785/28316 31643/33801/28332 31642/33802/28333</w:t>
        <w:br/>
        <w:t>f 31626/33786/28317 31627/33785/28316 31642/33802/28333</w:t>
        <w:br/>
        <w:t>f 31570/33731/28262 31629/33788/28319 31632/33790/28321</w:t>
        <w:br/>
        <w:t>f 31574/33735/28266 31570/33731/28262 31632/33790/28321</w:t>
        <w:br/>
        <w:t>f 31614/33774/28305 31612/33771/28302 31630/33789/28320</w:t>
        <w:br/>
        <w:t>f 31571/33730/28261 31614/33774/28305 31630/33789/28320</w:t>
        <w:br/>
        <w:t>f 31619/33779/28310 31636/33794/28325 31643/33801/28332</w:t>
        <w:br/>
        <w:t>f 31627/33785/28316 31619/33779/28310 31643/33801/28332</w:t>
        <w:br/>
        <w:t>f 31581/33737/28268 31633/33793/28324 31642/33802/28333</w:t>
        <w:br/>
        <w:t>f 31608/33767/28298 31581/33737/28268 31642/33802/28333</w:t>
        <w:br/>
        <w:t>f 31647/33803/28334 31646/33804/28335 31645/33805/28336</w:t>
        <w:br/>
        <w:t>f 31644/33806/28337 31647/33803/28334 31645/33805/28336</w:t>
        <w:br/>
        <w:t>f 31651/33807/28338 31650/33808/28339 31649/33809/28340</w:t>
        <w:br/>
        <w:t>f 31648/33810/28341 31651/33807/28338 31649/33809/28340</w:t>
        <w:br/>
        <w:t>f 31654/33811/28342 31653/33812/28343 31652/33813/28344</w:t>
        <w:br/>
        <w:t>f 31655/33814/28345 31654/33811/28342 31652/33813/28344</w:t>
        <w:br/>
        <w:t>f 31658/33815/28346 31657/33816/28347 31656/33817/28348</w:t>
        <w:br/>
        <w:t>f 31659/33818/28349 31658/33815/28346 31656/33817/28348</w:t>
        <w:br/>
        <w:t>f 31658/33815/28346 31661/33819/28350 31660/33820/28351</w:t>
        <w:br/>
        <w:t>f 31657/33816/28347 31658/33815/28346 31660/33820/28351</w:t>
        <w:br/>
        <w:t>f 31665/33821/28352 31664/33822/28353 31663/33823/28354</w:t>
        <w:br/>
        <w:t>f 31662/33824/28352 31665/33821/28352 31663/33823/28354</w:t>
        <w:br/>
        <w:t>f 31655/33814/28345 31652/33813/28344 31649/33809/28340</w:t>
        <w:br/>
        <w:t>f 31650/33808/28339 31655/33814/28345 31649/33809/28340</w:t>
        <w:br/>
        <w:t>f 31687/33825/28355 31686/33826/28355 31685/33827/28356</w:t>
        <w:br/>
        <w:t>f 31664/33822/28353 31687/33825/28355 31685/33827/28356</w:t>
        <w:br/>
        <w:t>f 31697/33828/28357 31696/33829/28358 31695/33830/28359</w:t>
        <w:br/>
        <w:t>f 31694/33831/28360 31697/33828/28357 31695/33830/28359</w:t>
        <w:br/>
        <w:t>f 31651/33807/28338 31645/33805/28336 31703/33832/28361</w:t>
        <w:br/>
        <w:t>f 31702/33833/28362 31651/33807/28338 31703/33832/28361</w:t>
        <w:br/>
        <w:t>f 31705/33834/28363 31704/33835/28364 31646/33804/28335</w:t>
        <w:br/>
        <w:t>f 31646/33804/28335 31704/33835/28364 31703/33832/28361</w:t>
        <w:br/>
        <w:t>f 31645/33805/28336 31646/33804/28335 31703/33832/28361</w:t>
        <w:br/>
        <w:t>f 31702/33833/28362 31708/33836/28365 31650/33808/28339</w:t>
        <w:br/>
        <w:t>f 31651/33807/28338 31702/33833/28362 31650/33808/28339</w:t>
        <w:br/>
        <w:t>f 31710/33837/28366 31709/33838/28367 31654/33811/28342</w:t>
        <w:br/>
        <w:t>f 31655/33814/28345 31710/33837/28366 31654/33811/28342</w:t>
        <w:br/>
        <w:t>f 31708/33836/28365 31710/33837/28366 31655/33814/28345</w:t>
        <w:br/>
        <w:t>f 31650/33808/28339 31708/33836/28365 31655/33814/28345</w:t>
        <w:br/>
        <w:t>f 31709/33838/28367 31659/33818/28349 31696/33829/28358</w:t>
        <w:br/>
        <w:t>f 31697/33828/28357 31709/33838/28367 31696/33829/28358</w:t>
        <w:br/>
        <w:t>f 31648/33810/28341 31711/33839/28368 31645/33805/28336</w:t>
        <w:br/>
        <w:t>f 31651/33807/28338 31648/33810/28341 31645/33805/28336</w:t>
        <w:br/>
        <w:t>f 31646/33804/28335 31647/33803/28334 31712/33840/28369</w:t>
        <w:br/>
        <w:t>f 31705/33834/28363 31646/33804/28335 31712/33840/28369</w:t>
        <w:br/>
        <w:t>f 31659/33818/28349 31656/33817/28348 31696/33829/28358</w:t>
        <w:br/>
        <w:t>f 31694/33831/28360 31653/33812/28343 31654/33811/28342</w:t>
        <w:br/>
        <w:t>f 31697/33828/28357 31694/33831/28360 31654/33811/28342</w:t>
        <w:br/>
        <w:t>f 31697/33828/28357 31654/33811/28342 31709/33838/28367</w:t>
        <w:br/>
        <w:t>f 31704/33835/28364 31714/33841/28370 31713/33842/28371</w:t>
        <w:br/>
        <w:t>f 31703/33832/28361 31704/33835/28364 31713/33842/28371</w:t>
        <w:br/>
        <w:t>f 31708/33836/28365 31702/33833/28362 31716/33843/28372</w:t>
        <w:br/>
        <w:t>f 31715/33844/28373 31708/33836/28365 31716/33843/28372</w:t>
        <w:br/>
        <w:t>f 31703/33832/28361 31713/33842/28371 31716/33843/28372</w:t>
        <w:br/>
        <w:t>f 31702/33833/28362 31703/33832/28361 31716/33843/28372</w:t>
        <w:br/>
        <w:t>f 31704/33835/28364 31705/33834/28363 31717/33845/28374</w:t>
        <w:br/>
        <w:t>f 31714/33841/28370 31704/33835/28364 31717/33845/28374</w:t>
        <w:br/>
        <w:t>f 31721/33846/28375 31720/33847/28375 31719/33848/28376</w:t>
        <w:br/>
        <w:t>f 31718/33849/28376 31721/33846/28375 31719/33848/28376</w:t>
        <w:br/>
        <w:t>f 31725/33850/28377 31724/33851/28377 31723/33852/28378</w:t>
        <w:br/>
        <w:t>f 31722/33853/28378 31725/33850/28377 31723/33852/28378</w:t>
        <w:br/>
        <w:t>f 31729/33854/28379 31728/33855/28379 31727/33856/28380</w:t>
        <w:br/>
        <w:t>f 31726/33857/28380 31729/33854/28379 31727/33856/28380</w:t>
        <w:br/>
        <w:t>f 31733/33858/28381 31732/33859/28382 31731/33860/28382</w:t>
        <w:br/>
        <w:t>f 31730/33861/28381 31733/33858/28381 31731/33860/28382</w:t>
        <w:br/>
        <w:t>f 31735/33862/28383 31733/33858/28381 31730/33861/28381</w:t>
        <w:br/>
        <w:t>f 31734/33863/28383 31735/33862/28383 31730/33861/28381</w:t>
        <w:br/>
        <w:t>f 31738/33864/28384 31737/33865/28385 31736/33866/28385</w:t>
        <w:br/>
        <w:t>f 31739/33867/28384 31738/33864/28384 31736/33866/28385</w:t>
        <w:br/>
        <w:t>f 31722/33853/28378 31723/33852/28378 31728/33855/28379</w:t>
        <w:br/>
        <w:t>f 31729/33854/28379 31722/33853/28378 31728/33855/28379</w:t>
        <w:br/>
        <w:t>f 31752/33868/28386 31751/33869/28387 31750/33870/28388</w:t>
        <w:br/>
        <w:t>f 31753/33871/28386 31752/33868/28386 31750/33870/28388</w:t>
        <w:br/>
        <w:t>f 31760/33872/28389 31759/33873/28390 31758/33874/28390</w:t>
        <w:br/>
        <w:t>f 31761/33875/28389 31760/33872/28389 31758/33874/28390</w:t>
        <w:br/>
        <w:t>f 31766/33876/28391 31765/33877/28392 31724/33851/28377</w:t>
        <w:br/>
        <w:t>f 31725/33850/28377 31766/33876/28391 31724/33851/28377</w:t>
        <w:br/>
        <w:t>f 31767/33878/28393 31720/33847/28375 31721/33846/28375</w:t>
        <w:br/>
        <w:t>f 31768/33879/28393 31767/33878/28393 31721/33846/28375</w:t>
        <w:br/>
        <w:t>f 31732/33859/28382 31758/33874/28390 31759/33873/28390</w:t>
        <w:br/>
        <w:t>f 31731/33860/28382 31732/33859/28382 31759/33873/28390</w:t>
        <w:br/>
        <w:t>f 31726/33857/28380 31727/33856/28380 31760/33872/28389</w:t>
        <w:br/>
        <w:t>f 31761/33875/28389 31726/33857/28380 31760/33872/28389</w:t>
        <w:br/>
        <w:t>f 31770/33880/28394 31769/33881/28395 31572/33729/28260</w:t>
        <w:br/>
        <w:t>f 31573/33732/28263 31770/33880/28394 31572/33729/28260</w:t>
        <w:br/>
        <w:t>f 31772/33882/28396 31771/33883/28397 31575/33734/28265</w:t>
        <w:br/>
        <w:t>f 31576/33733/28264 31772/33882/28396 31575/33734/28265</w:t>
        <w:br/>
        <w:t>f 31580/33738/28269 31774/33884/28398 31773/33885/28399</w:t>
        <w:br/>
        <w:t>f 31579/33739/28270 31580/33738/28269 31773/33885/28399</w:t>
        <w:br/>
        <w:t>f 31584/33742/28273 31776/33886/28400 31775/33887/28401</w:t>
        <w:br/>
        <w:t>f 31583/33743/28274 31584/33742/28273 31775/33887/28401</w:t>
        <w:br/>
        <w:t>f 31586/33746/28277 31777/33888/28402 31776/33886/28400</w:t>
        <w:br/>
        <w:t>f 31584/33742/28273 31586/33746/28277 31776/33886/28400</w:t>
        <w:br/>
        <w:t>f 31579/33739/28270 31773/33885/28399 31778/33889/28403</w:t>
        <w:br/>
        <w:t>f 31588/33747/28278 31579/33739/28270 31778/33889/28403</w:t>
        <w:br/>
        <w:t>f 31606/33765/28296 31788/33890/28404 31787/33891/28405</w:t>
        <w:br/>
        <w:t>f 31605/33766/28297 31606/33765/28296 31787/33891/28405</w:t>
        <w:br/>
        <w:t>f 31771/33883/28397 31770/33880/28394 31573/33732/28263</w:t>
        <w:br/>
        <w:t>f 31575/33734/28265 31771/33883/28397 31573/33732/28263</w:t>
        <w:br/>
        <w:t>f 31769/33881/28395 31789/33892/28406 31615/33773/28304</w:t>
        <w:br/>
        <w:t>f 31572/33729/28260 31769/33881/28395 31615/33773/28304</w:t>
        <w:br/>
        <w:t>f 31583/33743/28274 31775/33887/28401 31788/33890/28404</w:t>
        <w:br/>
        <w:t>f 31606/33765/28296 31583/33743/28274 31788/33890/28404</w:t>
        <w:br/>
        <w:t>f 31605/33766/28297 31787/33891/28405 31774/33884/28398</w:t>
        <w:br/>
        <w:t>f 31580/33738/28269 31605/33766/28297 31774/33884/28398</w:t>
        <w:br/>
        <w:t>f 31589/33751/28282 31590/33750/28281 31568/33726/28257</w:t>
        <w:br/>
        <w:t>f 31569/33725/28256 31589/33751/28282 31568/33726/28257</w:t>
        <w:br/>
        <w:t>f 31599/33756/28287 31600/33759/28290 31593/33755/28286</w:t>
        <w:br/>
        <w:t>f 31594/33754/28285 31599/33756/28287 31593/33755/28286</w:t>
        <w:br/>
        <w:t>f 31568/33726/28257 31590/33750/28281 31624/33784/28315</w:t>
        <w:br/>
        <w:t>f 31623/33781/28312 31568/33726/28257 31624/33784/28315</w:t>
        <w:br/>
        <w:t>f 31623/33781/28312 31624/33784/28315 31641/33800/28331</w:t>
        <w:br/>
        <w:t>f 31638/33798/28329 31623/33781/28312 31641/33800/28331</w:t>
        <w:br/>
        <w:t>f 31638/33798/28329 31641/33800/28331 31599/33756/28287</w:t>
        <w:br/>
        <w:t>f 31594/33754/28285 31638/33798/28329 31599/33756/28287</w:t>
        <w:br/>
        <w:t>f 31664/33822/28353 31685/33827/28356 31663/33823/28354</w:t>
        <w:br/>
        <w:t>f 31737/33865/28385 31752/33868/28386 31753/33871/28386</w:t>
        <w:br/>
        <w:t>f 31736/33866/28385 31737/33865/28385 31753/33871/28386</w:t>
        <w:br/>
        <w:t>f 31566/33728/28259 31567/33727/28258 31790/33893/28407</w:t>
        <w:br/>
        <w:t>f 31791/33894/28408 31566/33728/28259 31790/33893/28407</w:t>
        <w:br/>
        <w:t>f 31595/33753/28284 31596/33752/28283 31792/33895/28409</w:t>
        <w:br/>
        <w:t>f 31793/33896/28410 31595/33753/28284 31792/33895/28409</w:t>
        <w:br/>
        <w:t>f 31567/33727/28258 31622/33782/28313 31794/33897/28411</w:t>
        <w:br/>
        <w:t>f 31790/33893/28407 31567/33727/28258 31794/33897/28411</w:t>
        <w:br/>
        <w:t>f 31622/33782/28313 31639/33797/28328 31795/33898/28412</w:t>
        <w:br/>
        <w:t>f 31794/33897/28411 31622/33782/28313 31795/33898/28412</w:t>
        <w:br/>
        <w:t>f 31639/33797/28328 31595/33753/28284 31793/33896/28410</w:t>
        <w:br/>
        <w:t>f 31795/33898/28412 31639/33797/28328 31793/33896/28410</w:t>
        <w:br/>
        <w:t>f 31797/33899/28413 31665/33821/28352 31662/33824/28352</w:t>
        <w:br/>
        <w:t>f 31796/33900/28413 31797/33899/28413 31662/33824/28352</w:t>
        <w:br/>
        <w:t>f 31801/33901/28414 31738/33864/28384 31739/33867/28384</w:t>
        <w:br/>
        <w:t>f 31800/33902/28415 31801/33901/28414 31739/33867/28384</w:t>
        <w:br/>
        <w:t>f 31548/33710/28241 31804/33903/28416 31551/33707/28238</w:t>
        <w:br/>
        <w:t>f 31645/33805/28336 31805/33904/28417 31644/33806/28337</w:t>
        <w:br/>
        <w:t>f 31719/33848/28376 31807/33905/28418 31806/33906/28419</w:t>
        <w:br/>
        <w:t>f 31718/33849/28376 31719/33848/28376 31806/33906/28419</w:t>
        <w:br/>
        <w:t>f 31804/33903/28416 31628/33787/28318 31551/33707/28238</w:t>
        <w:br/>
        <w:t>f 31645/33805/28336 31711/33839/28368 31805/33904/28417</w:t>
        <w:br/>
        <w:t>f 31765/33877/28392 31766/33876/28391 31806/33906/28419</w:t>
        <w:br/>
        <w:t>f 31807/33905/28418 31765/33877/28392 31806/33906/28419</w:t>
        <w:br/>
        <w:t>f 31708/33836/28365 31715/33844/28373 31710/33837/28366</w:t>
        <w:br/>
        <w:t>f 31656/33817/28348 31695/33830/28359 31696/33829/28358</w:t>
        <w:br/>
        <w:t>f 31791/33894/28408 31790/33893/28407 31564/33724/28255</w:t>
        <w:br/>
        <w:t>f 31565/33723/28254 31791/33894/28408 31564/33724/28255</w:t>
        <w:br/>
        <w:t>f 31793/33896/28410 31792/33895/28409 31586/33746/28277</w:t>
        <w:br/>
        <w:t>f 31587/33745/28276 31793/33896/28410 31586/33746/28277</w:t>
        <w:br/>
        <w:t>f 31790/33893/28407 31794/33897/28411 31621/33780/28311</w:t>
        <w:br/>
        <w:t>f 31564/33724/28255 31790/33893/28407 31621/33780/28311</w:t>
        <w:br/>
        <w:t>f 31794/33897/28411 31795/33898/28412 31637/33796/28327</w:t>
        <w:br/>
        <w:t>f 31621/33780/28311 31794/33897/28411 31637/33796/28327</w:t>
        <w:br/>
        <w:t>f 31795/33898/28412 31793/33896/28410 31587/33745/28276</w:t>
        <w:br/>
        <w:t>f 31637/33796/28327 31795/33898/28412 31587/33745/28276</w:t>
        <w:br/>
        <w:t>f 31661/33819/28350 31797/33899/28413 31796/33900/28413</w:t>
        <w:br/>
        <w:t>f 31660/33820/28351 31661/33819/28350 31796/33900/28413</w:t>
        <w:br/>
        <w:t>f 31801/33901/28414 31800/33902/28415 31735/33862/28383</w:t>
        <w:br/>
        <w:t>f 31734/33863/28383 31801/33901/28414 31735/33862/28383</w:t>
        <w:br/>
        <w:t>f 31777/33888/28402 31586/33746/28277 31792/33895/28409</w:t>
        <w:br/>
        <w:t>f 31803/29600/28420 31777/33888/28402 31792/33895/28409</w:t>
        <w:br/>
        <w:t>f 31576/33733/28264 31577/33736/28267 31588/33747/28278</w:t>
        <w:br/>
        <w:t>f 31588/33747/28278 31778/33889/28403 31772/33882/28396</w:t>
        <w:br/>
        <w:t>f 31576/33733/28264 31588/33747/28278 31772/33882/28396</w:t>
        <w:br/>
        <w:t>f 33689/33907/28421 33688/33908/28422 33687/33909/28423</w:t>
        <w:br/>
        <w:t>f 33686/33910/28424 33689/33907/28421 33687/33909/28423</w:t>
        <w:br/>
        <w:t>f 33693/33911/28425 33692/33912/28426 33691/33913/28427</w:t>
        <w:br/>
        <w:t>f 33690/33914/28428 33693/33911/28425 33691/33913/28427</w:t>
        <w:br/>
        <w:t>f 33697/33915/28429 33696/33916/28430 33695/33917/28431</w:t>
        <w:br/>
        <w:t>f 33694/33918/28432 33697/33915/28429 33695/33917/28431</w:t>
        <w:br/>
        <w:t>f 33701/33919/28433 33700/33920/28434 33699/33921/28435</w:t>
        <w:br/>
        <w:t>f 33698/33922/28436 33701/33919/28433 33699/33921/28435</w:t>
        <w:br/>
        <w:t>f 33703/33923/28437 33701/33919/28433 33698/33922/28436</w:t>
        <w:br/>
        <w:t>f 33702/33924/28438 33703/33923/28437 33698/33922/28436</w:t>
        <w:br/>
        <w:t>f 33707/33925/28439 33706/33926/28440 33705/33927/28441</w:t>
        <w:br/>
        <w:t>f 33704/33928/28442 33707/33925/28439 33705/33927/28441</w:t>
        <w:br/>
        <w:t>f 33696/33916/28430 33693/33911/28425 33690/33914/28428</w:t>
        <w:br/>
        <w:t>f 33695/33917/28431 33696/33916/28430 33690/33914/28428</w:t>
        <w:br/>
        <w:t>f 33710/33929/28443 33709/33930/28444 33708/33931/28445</w:t>
        <w:br/>
        <w:t>f 33711/33932/28446 33710/33929/28443 33708/33931/28445</w:t>
        <w:br/>
        <w:t>f 33714/33933/28447 33713/33934/28448 33712/33935/28449</w:t>
        <w:br/>
        <w:t>f 33715/33936/28450 33714/33933/28447 33712/33935/28449</w:t>
        <w:br/>
        <w:t>f 33719/33937/28451 33718/33938/28452 33717/33939/28453</w:t>
        <w:br/>
        <w:t>f 33716/33940/28454 33719/33937/28451 33717/33939/28453</w:t>
        <w:br/>
        <w:t>f 33723/33941/28455 33722/33942/28456 33721/33943/28457</w:t>
        <w:br/>
        <w:t>f 33720/33944/28458 33723/33941/28455 33721/33943/28457</w:t>
        <w:br/>
        <w:t>f 33725/33945/28459 33723/33941/28455 33720/33944/28458</w:t>
        <w:br/>
        <w:t>f 33724/33946/28460 33725/33945/28459 33720/33944/28458</w:t>
        <w:br/>
        <w:t>f 33726/33947/28461 33717/33939/28453 33718/33938/28452</w:t>
        <w:br/>
        <w:t>f 33715/33936/28450 33726/33947/28461 33718/33938/28452</w:t>
        <w:br/>
        <w:t>f 31592/33748/28279 33728/33948/28462 33727/33949/28463</w:t>
        <w:br/>
        <w:t>f 31591/33749/28280 31592/33748/28279 33727/33949/28463</w:t>
        <w:br/>
        <w:t>f 33732/33950/28464 33731/33951/28465 33730/33952/28466</w:t>
        <w:br/>
        <w:t>f 33729/33953/28467 33732/33950/28464 33730/33952/28466</w:t>
        <w:br/>
        <w:t>f 31597/33758/28289 31598/33757/28288 33733/33954/28468</w:t>
        <w:br/>
        <w:t>f 33734/33955/28469 31597/33758/28289 33733/33954/28468</w:t>
        <w:br/>
        <w:t>f 33738/33956/28470 33737/33957/28471 33736/33958/28472</w:t>
        <w:br/>
        <w:t>f 33735/33959/28473 33738/33956/28470 33736/33958/28472</w:t>
        <w:br/>
        <w:t>f 33741/33960/28474 33740/33961/28475 33739/33962/28476</w:t>
        <w:br/>
        <w:t>f 33742/33963/28477 33741/33960/28474 33739/33962/28476</w:t>
        <w:br/>
        <w:t>f 33744/33964/28478 33743/33965/28479 33691/33913/28427</w:t>
        <w:br/>
        <w:t>f 33689/33907/28421 33744/33964/28478 33691/33913/28427</w:t>
        <w:br/>
        <w:t>f 33711/33932/28446 33713/33934/28448 33714/33933/28447</w:t>
        <w:br/>
        <w:t>f 33710/33929/28443 33711/33932/28446 33714/33933/28447</w:t>
        <w:br/>
        <w:t>f 33747/33966/28480 33686/33910/28424 33746/33967/28481</w:t>
        <w:br/>
        <w:t>f 33745/33968/28482 33747/33966/28480 33746/33967/28481</w:t>
        <w:br/>
        <w:t>f 33709/33930/28444 33749/33969/28483 33748/33970/28484</w:t>
        <w:br/>
        <w:t>f 33708/33931/28445 33709/33930/28444 33748/33970/28484</w:t>
        <w:br/>
        <w:t>f 33744/33964/28478 33689/33907/28421 33686/33910/28424</w:t>
        <w:br/>
        <w:t>f 33747/33966/28480 33744/33964/28478 33686/33910/28424</w:t>
        <w:br/>
        <w:t>f 33690/33914/28428 33691/33913/28427 33743/33965/28479</w:t>
        <w:br/>
        <w:t>f 33750/33971/28485 33690/33914/28428 33743/33965/28479</w:t>
        <w:br/>
        <w:t>f 33694/33918/28432 33695/33917/28431 33752/33972/28486</w:t>
        <w:br/>
        <w:t>f 33751/33973/28487 33694/33918/28432 33752/33972/28486</w:t>
        <w:br/>
        <w:t>f 33698/33922/28436 33699/33921/28435 33754/33974/28488</w:t>
        <w:br/>
        <w:t>f 33753/33975/28489 33698/33922/28436 33754/33974/28488</w:t>
        <w:br/>
        <w:t>f 33702/33924/28438 33698/33922/28436 33753/33975/28489</w:t>
        <w:br/>
        <w:t>f 33755/33976/28490 33702/33924/28438 33753/33975/28489</w:t>
        <w:br/>
        <w:t>f 33704/33928/28442 33705/33927/28441 33757/33977/28491</w:t>
        <w:br/>
        <w:t>f 33756/33978/28492 33704/33928/28442 33757/33977/28491</w:t>
        <w:br/>
        <w:t>f 33695/33917/28431 33690/33914/28428 33750/33971/28485</w:t>
        <w:br/>
        <w:t>f 33752/33972/28486 33695/33917/28431 33750/33971/28485</w:t>
        <w:br/>
        <w:t>f 33727/33949/28463 33758/33979/28493 31625/33783/28314</w:t>
        <w:br/>
        <w:t>f 31591/33749/28280 33727/33949/28463 31625/33783/28314</w:t>
        <w:br/>
        <w:t>f 33735/33959/28473 33736/33958/28472 33760/33980/28494</w:t>
        <w:br/>
        <w:t>f 33759/33981/28495 33735/33959/28473 33760/33980/28494</w:t>
        <w:br/>
        <w:t>f 33689/33907/28421 33691/33913/28427 33692/33912/28426</w:t>
        <w:br/>
        <w:t>f 33761/33982/28496 33689/33907/28421 33692/33912/28426</w:t>
        <w:br/>
        <w:t>f 33687/33909/28423 33746/33967/28481 33686/33910/28424</w:t>
        <w:br/>
        <w:t>f 33735/33959/28473 33699/33921/28435 33700/33920/28434</w:t>
        <w:br/>
        <w:t>f 33738/33956/28470 33735/33959/28473 33700/33920/28434</w:t>
        <w:br/>
        <w:t>f 33740/33961/28475 33721/33943/28457 33722/33942/28456</w:t>
        <w:br/>
        <w:t>f 33739/33962/28476 33740/33961/28475 33722/33942/28456</w:t>
        <w:br/>
        <w:t>f 33759/33981/28495 33754/33974/28488 33699/33921/28435</w:t>
        <w:br/>
        <w:t>f 33735/33959/28473 33759/33981/28495 33699/33921/28435</w:t>
        <w:br/>
        <w:t>f 33694/33918/28432 33736/33958/28472 33737/33957/28471</w:t>
        <w:br/>
        <w:t>f 33697/33915/28429 33694/33918/28432 33737/33957/28471</w:t>
        <w:br/>
        <w:t>f 33716/33940/28454 33741/33960/28474 33742/33963/28477</w:t>
        <w:br/>
        <w:t>f 33719/33937/28451 33716/33940/28454 33742/33963/28477</w:t>
        <w:br/>
        <w:t>f 33751/33973/28487 33760/33980/28494 33736/33958/28472</w:t>
        <w:br/>
        <w:t>f 33694/33918/28432 33751/33973/28487 33736/33958/28472</w:t>
        <w:br/>
        <w:t>f 33762/33983/28497 33744/33964/28478 33747/33966/28480</w:t>
        <w:br/>
        <w:t>f 33763/33984/28498 33762/33983/28497 33747/33966/28480</w:t>
        <w:br/>
        <w:t>f 33765/33985/28499 33764/33986/28500 33750/33971/28485</w:t>
        <w:br/>
        <w:t>f 33743/33965/28479 33765/33985/28499 33750/33971/28485</w:t>
        <w:br/>
        <w:t>f 33767/33987/28501 33766/33988/28502 33751/33973/28487</w:t>
        <w:br/>
        <w:t>f 33752/33972/28486 33767/33987/28501 33751/33973/28487</w:t>
        <w:br/>
        <w:t>f 33769/33989/28503 33768/33990/28504 33753/33975/28489</w:t>
        <w:br/>
        <w:t>f 33754/33974/28488 33769/33989/28503 33753/33975/28489</w:t>
        <w:br/>
        <w:t>f 33768/33990/28504 33770/33991/28505 33755/33976/28490</w:t>
        <w:br/>
        <w:t>f 33753/33975/28489 33768/33990/28504 33755/33976/28490</w:t>
        <w:br/>
        <w:t>f 33764/33986/28500 33767/33987/28501 33752/33972/28486</w:t>
        <w:br/>
        <w:t>f 33750/33971/28485 33764/33986/28500 33752/33972/28486</w:t>
        <w:br/>
        <w:t>f 33772/33992/28506 33771/33993/28507 33756/33978/28492</w:t>
        <w:br/>
        <w:t>f 33757/33977/28491 33772/33992/28506 33756/33978/28492</w:t>
        <w:br/>
        <w:t>f 31640/33799/28330 31625/33783/28314 33758/33979/28493</w:t>
        <w:br/>
        <w:t>f 33773/33994/28508 31640/33799/28330 33758/33979/28493</w:t>
        <w:br/>
        <w:t>f 33775/33995/28509 33774/33996/28510 33742/33963/28477</w:t>
        <w:br/>
        <w:t>f 33739/33962/28476 33775/33995/28509 33742/33963/28477</w:t>
        <w:br/>
        <w:t>f 33762/33983/28497 33765/33985/28499 33743/33965/28479</w:t>
        <w:br/>
        <w:t>f 33744/33964/28478 33762/33983/28497 33743/33965/28479</w:t>
        <w:br/>
        <w:t>f 33745/33968/28482 33763/33984/28498 33747/33966/28480</w:t>
        <w:br/>
        <w:t>f 33769/33989/28503 33775/33995/28509 33739/33962/28476</w:t>
        <w:br/>
        <w:t>f 33722/33942/28456 33769/33989/28503 33739/33962/28476</w:t>
        <w:br/>
        <w:t>f 33766/33988/28502 33774/33996/28510 33760/33980/28494</w:t>
        <w:br/>
        <w:t>f 33751/33973/28487 33766/33988/28502 33760/33980/28494</w:t>
        <w:br/>
        <w:t>f 33710/33929/28443 33762/33983/28497 33763/33984/28498</w:t>
        <w:br/>
        <w:t>f 33709/33930/28444 33710/33929/28443 33763/33984/28498</w:t>
        <w:br/>
        <w:t>f 33714/33933/28447 33715/33936/28450 33764/33986/28500</w:t>
        <w:br/>
        <w:t>f 33765/33985/28499 33714/33933/28447 33764/33986/28500</w:t>
        <w:br/>
        <w:t>f 33718/33938/28452 33719/33937/28451 33766/33988/28502</w:t>
        <w:br/>
        <w:t>f 33767/33987/28501 33718/33938/28452 33766/33988/28502</w:t>
        <w:br/>
        <w:t>f 33722/33942/28456 33723/33941/28455 33768/33990/28504</w:t>
        <w:br/>
        <w:t>f 33769/33989/28503 33722/33942/28456 33768/33990/28504</w:t>
        <w:br/>
        <w:t>f 33723/33941/28455 33725/33945/28459 33770/33991/28505</w:t>
        <w:br/>
        <w:t>f 33768/33990/28504 33723/33941/28455 33770/33991/28505</w:t>
        <w:br/>
        <w:t>f 33715/33936/28450 33718/33938/28452 33767/33987/28501</w:t>
        <w:br/>
        <w:t>f 33764/33986/28500 33715/33936/28450 33767/33987/28501</w:t>
        <w:br/>
        <w:t>f 33729/33953/28467 33730/33952/28466 33771/33993/28507</w:t>
        <w:br/>
        <w:t>f 33772/33992/28506 33729/33953/28467 33771/33993/28507</w:t>
        <w:br/>
        <w:t>f 31598/33757/28288 31640/33799/28330 33773/33994/28508</w:t>
        <w:br/>
        <w:t>f 33733/33954/28468 31598/33757/28288 33773/33994/28508</w:t>
        <w:br/>
        <w:t>f 33759/33981/28495 33760/33980/28494 33774/33996/28510</w:t>
        <w:br/>
        <w:t>f 33775/33995/28509 33759/33981/28495 33774/33996/28510</w:t>
        <w:br/>
        <w:t>f 33710/33929/28443 33714/33933/28447 33765/33985/28499</w:t>
        <w:br/>
        <w:t>f 33762/33983/28497 33710/33929/28443 33765/33985/28499</w:t>
        <w:br/>
        <w:t>f 33749/33969/28483 33709/33930/28444 33763/33984/28498</w:t>
        <w:br/>
        <w:t>f 33745/33968/28482 33749/33969/28483 33763/33984/28498</w:t>
        <w:br/>
        <w:t>f 33754/33974/28488 33759/33981/28495 33775/33995/28509</w:t>
        <w:br/>
        <w:t>f 33769/33989/28503 33754/33974/28488 33775/33995/28509</w:t>
        <w:br/>
        <w:t>f 33719/33937/28451 33742/33963/28477 33774/33996/28510</w:t>
        <w:br/>
        <w:t>f 33766/33988/28502 33719/33937/28451 33774/33996/28510</w:t>
        <w:br/>
        <w:t>f 33779/33997/28511 33778/33998/28512 33777/33999/28513</w:t>
        <w:br/>
        <w:t>f 33776/34000/28514 33779/33997/28511 33777/33999/28513</w:t>
        <w:br/>
        <w:t>f 33783/34001/28515 33782/34002/28516 33781/34003/28517</w:t>
        <w:br/>
        <w:t>f 33780/34004/28518 33783/34001/28515 33781/34003/28517</w:t>
        <w:br/>
        <w:t>f 33786/34005/28519 33785/34006/28520 33784/34007/28521</w:t>
        <w:br/>
        <w:t>f 33787/34008/28522 33786/34005/28519 33784/34007/28521</w:t>
        <w:br/>
        <w:t>f 33790/34009/28523 33789/34010/28524 33788/34011/28525</w:t>
        <w:br/>
        <w:t>f 33791/34012/28526 33790/34009/28523 33788/34011/28525</w:t>
        <w:br/>
        <w:t>f 33788/34011/28525 33789/34010/28524 33793/34013/28527</w:t>
        <w:br/>
        <w:t>f 33792/34014/28528 33788/34011/28525 33793/34013/28527</w:t>
        <w:br/>
        <w:t>f 33797/34015/28529 33796/34016/28529 33795/34017/28530</w:t>
        <w:br/>
        <w:t>f 33794/34018/28531 33797/34015/28529 33795/34017/28530</w:t>
        <w:br/>
        <w:t>f 33781/34003/28517 33786/34005/28519 33787/34008/28522</w:t>
        <w:br/>
        <w:t>f 33780/34004/28518 33781/34003/28517 33787/34008/28522</w:t>
        <w:br/>
        <w:t>f 33817/34019/28532 31686/33826/28355 31687/33825/28355</w:t>
        <w:br/>
        <w:t>f 33794/34018/28531 33817/34019/28532 31687/33825/28355</w:t>
        <w:br/>
        <w:t>f 33825/34020/28533 33824/34021/28534 33823/34022/28535</w:t>
        <w:br/>
        <w:t>f 33822/34023/28536 33825/34020/28533 33823/34022/28535</w:t>
        <w:br/>
        <w:t>f 33783/34001/28515 33831/34024/28537 33830/34025/28538</w:t>
        <w:br/>
        <w:t>f 33777/33999/28513 33783/34001/28515 33830/34025/28538</w:t>
        <w:br/>
        <w:t>f 33833/34026/28539 33776/34000/28514 33832/34027/28540</w:t>
        <w:br/>
        <w:t>f 33776/34000/28514 33777/33999/28513 33830/34025/28538</w:t>
        <w:br/>
        <w:t>f 33832/34027/28540 33776/34000/28514 33830/34025/28538</w:t>
        <w:br/>
        <w:t>f 33831/34024/28537 33783/34001/28515 33780/34004/28518</w:t>
        <w:br/>
        <w:t>f 33836/34028/28541 33831/34024/28537 33780/34004/28518</w:t>
        <w:br/>
        <w:t>f 33838/34029/28542 33787/34008/28522 33784/34007/28521</w:t>
        <w:br/>
        <w:t>f 33837/34030/28543 33838/34029/28542 33784/34007/28521</w:t>
        <w:br/>
        <w:t>f 33836/34028/28541 33780/34004/28518 33787/34008/28522</w:t>
        <w:br/>
        <w:t>f 33838/34029/28542 33836/34028/28541 33787/34008/28522</w:t>
        <w:br/>
        <w:t>f 33837/34030/28543 33825/34020/28533 33822/34023/28536</w:t>
        <w:br/>
        <w:t>f 33791/34012/28526 33837/34030/28543 33822/34023/28536</w:t>
        <w:br/>
        <w:t>f 33782/34002/28516 33783/34001/28515 33777/33999/28513</w:t>
        <w:br/>
        <w:t>f 33839/34031/28544 33782/34002/28516 33777/33999/28513</w:t>
        <w:br/>
        <w:t>f 33776/34000/28514 33833/34026/28539 33840/34032/28545</w:t>
        <w:br/>
        <w:t>f 33779/33997/28511 33776/34000/28514 33840/34032/28545</w:t>
        <w:br/>
        <w:t>f 33791/34012/28526 33822/34023/28536 33790/34009/28523</w:t>
        <w:br/>
        <w:t>f 33784/34007/28521 33785/34006/28520 33824/34021/28534</w:t>
        <w:br/>
        <w:t>f 33825/34020/28533 33784/34007/28521 33824/34021/28534</w:t>
        <w:br/>
        <w:t>f 33825/34020/28533 33837/34030/28543 33784/34007/28521</w:t>
        <w:br/>
        <w:t>f 33842/34033/28546 33841/34034/28547 33832/34027/28540</w:t>
        <w:br/>
        <w:t>f 33830/34025/28538 33842/34033/28546 33832/34027/28540</w:t>
        <w:br/>
        <w:t>f 33836/34028/28541 33844/34035/28548 33843/34036/28549</w:t>
        <w:br/>
        <w:t>f 33831/34024/28537 33836/34028/28541 33843/34036/28549</w:t>
        <w:br/>
        <w:t>f 33843/34036/28549 33842/34033/28546 33830/34025/28538</w:t>
        <w:br/>
        <w:t>f 33831/34024/28537 33843/34036/28549 33830/34025/28538</w:t>
        <w:br/>
        <w:t>f 33832/34027/28540 33841/34034/28547 33845/34037/28550</w:t>
        <w:br/>
        <w:t>f 33833/34026/28539 33832/34027/28540 33845/34037/28550</w:t>
        <w:br/>
        <w:t>f 33849/34038/28551 33848/34039/28552 33847/34040/28552</w:t>
        <w:br/>
        <w:t>f 33846/34041/28553 33849/34038/28551 33847/34040/28552</w:t>
        <w:br/>
        <w:t>f 33853/34042/28554 33852/34043/28555 33851/34044/28555</w:t>
        <w:br/>
        <w:t>f 33850/34045/28554 33853/34042/28554 33851/34044/28555</w:t>
        <w:br/>
        <w:t>f 33857/34046/28556 33856/34047/28557 33855/34048/28557</w:t>
        <w:br/>
        <w:t>f 33854/34049/28556 33857/34046/28556 33855/34048/28557</w:t>
        <w:br/>
        <w:t>f 33861/34050/28558 33860/34051/28558 33859/34052/28559</w:t>
        <w:br/>
        <w:t>f 33858/34053/28559 33861/34050/28558 33859/34052/28559</w:t>
        <w:br/>
        <w:t>f 33863/34054/28560 33862/34055/28560 33860/34051/28558</w:t>
        <w:br/>
        <w:t>f 33861/34050/28558 33863/34054/28560 33860/34051/28558</w:t>
        <w:br/>
        <w:t>f 33866/34056/28561 33865/34057/28561 33864/34058/28562</w:t>
        <w:br/>
        <w:t>f 33867/34059/28562 33866/34056/28561 33864/34058/28562</w:t>
        <w:br/>
        <w:t>f 33856/34047/28557 33853/34042/28554 33850/34045/28554</w:t>
        <w:br/>
        <w:t>f 33855/34048/28557 33856/34047/28557 33850/34045/28554</w:t>
        <w:br/>
        <w:t>f 33879/34060/28563 33878/34061/28563 31750/33870/28388</w:t>
        <w:br/>
        <w:t>f 31751/33869/28387 33879/34060/28563 31750/33870/28388</w:t>
        <w:br/>
        <w:t>f 33885/34062/28564 33884/34063/28564 33883/34064/28565</w:t>
        <w:br/>
        <w:t>f 33886/34065/28565 33885/34062/28564 33883/34064/28565</w:t>
        <w:br/>
        <w:t>f 33852/34043/28555 33891/34066/28566 33890/34067/28566</w:t>
        <w:br/>
        <w:t>f 33851/34044/28555 33852/34043/28555 33890/34067/28566</w:t>
        <w:br/>
        <w:t>f 33893/34068/28567 33892/34069/28567 33847/34040/28552</w:t>
        <w:br/>
        <w:t>f 33848/34039/28552 33893/34068/28567 33847/34040/28552</w:t>
        <w:br/>
        <w:t>f 33858/34053/28559 33859/34052/28559 33886/34065/28565</w:t>
        <w:br/>
        <w:t>f 33883/34064/28565 33858/34053/28559 33886/34065/28565</w:t>
        <w:br/>
        <w:t>f 33885/34062/28564 33857/34046/28556 33854/34049/28556</w:t>
        <w:br/>
        <w:t>f 33884/34063/28564 33885/34062/28564 33854/34049/28556</w:t>
        <w:br/>
        <w:t>f 33708/33931/28445 33895/34070/28568 33894/34071/28569</w:t>
        <w:br/>
        <w:t>f 33711/33932/28446 33708/33931/28445 33894/34071/28569</w:t>
        <w:br/>
        <w:t>f 33713/33934/28448 33897/34072/28570 33896/34073/28571</w:t>
        <w:br/>
        <w:t>f 33712/33935/28449 33713/33934/28448 33896/34073/28571</w:t>
        <w:br/>
        <w:t>f 33716/33940/28454 33717/33939/28453 33899/34074/28572</w:t>
        <w:br/>
        <w:t>f 33898/34075/28573 33716/33940/28454 33899/34074/28572</w:t>
        <w:br/>
        <w:t>f 33720/33944/28458 33721/33943/28457 33901/34076/28574</w:t>
        <w:br/>
        <w:t>f 33900/34077/28575 33720/33944/28458 33901/34076/28574</w:t>
        <w:br/>
        <w:t>f 33724/33946/28460 33720/33944/28458 33900/34077/28575</w:t>
        <w:br/>
        <w:t>f 33902/34078/28576 33724/33946/28460 33900/34077/28575</w:t>
        <w:br/>
        <w:t>f 33717/33939/28453 33726/33947/28461 33903/34079/28577</w:t>
        <w:br/>
        <w:t>f 33899/34074/28572 33717/33939/28453 33903/34079/28577</w:t>
        <w:br/>
        <w:t>f 33740/33961/28475 33741/33960/28474 33911/34080/28578</w:t>
        <w:br/>
        <w:t>f 33910/34081/28579 33740/33961/28475 33911/34080/28578</w:t>
        <w:br/>
        <w:t>f 33711/33932/28446 33894/34071/28569 33897/34072/28570</w:t>
        <w:br/>
        <w:t>f 33713/33934/28448 33711/33932/28446 33897/34072/28570</w:t>
        <w:br/>
        <w:t>f 33748/33970/28484 33912/34082/28580 33895/34070/28568</w:t>
        <w:br/>
        <w:t>f 33708/33931/28445 33748/33970/28484 33895/34070/28568</w:t>
        <w:br/>
        <w:t>f 33721/33943/28457 33740/33961/28475 33910/34081/28579</w:t>
        <w:br/>
        <w:t>f 33901/34076/28574 33721/33943/28457 33910/34081/28579</w:t>
        <w:br/>
        <w:t>f 33741/33960/28474 33716/33940/28454 33898/34075/28573</w:t>
        <w:br/>
        <w:t>f 33911/34080/28578 33741/33960/28474 33898/34075/28573</w:t>
        <w:br/>
        <w:t>f 33704/33928/28442 33727/33949/28463 33728/33948/28462</w:t>
        <w:br/>
        <w:t>f 33707/33925/28439 33704/33928/28442 33728/33948/28462</w:t>
        <w:br/>
        <w:t>f 33731/33951/28465 33734/33955/28469 33733/33954/28468</w:t>
        <w:br/>
        <w:t>f 33730/33952/28466 33731/33951/28465 33733/33954/28468</w:t>
        <w:br/>
        <w:t>f 33704/33928/28442 33756/33978/28492 33758/33979/28493</w:t>
        <w:br/>
        <w:t>f 33727/33949/28463 33704/33928/28442 33758/33979/28493</w:t>
        <w:br/>
        <w:t>f 33756/33978/28492 33771/33993/28507 33773/33994/28508</w:t>
        <w:br/>
        <w:t>f 33758/33979/28493 33756/33978/28492 33773/33994/28508</w:t>
        <w:br/>
        <w:t>f 33771/33993/28507 33730/33952/28466 33733/33954/28468</w:t>
        <w:br/>
        <w:t>f 33773/33994/28508 33771/33993/28507 33733/33954/28468</w:t>
        <w:br/>
        <w:t>f 33794/34018/28531 33795/34017/28530 33817/34019/28532</w:t>
        <w:br/>
        <w:t>f 33867/34059/28562 33864/34058/28562 33878/34061/28563</w:t>
        <w:br/>
        <w:t>f 33879/34060/28563 33867/34059/28562 33878/34061/28563</w:t>
        <w:br/>
        <w:t>f 33913/34083/28581 33705/33927/28441 33706/33926/28440</w:t>
        <w:br/>
        <w:t>f 33914/34084/28582 33913/34083/28581 33706/33926/28440</w:t>
        <w:br/>
        <w:t>f 33915/34085/28583 33732/33950/28464 33729/33953/28467</w:t>
        <w:br/>
        <w:t>f 33916/34086/28584 33915/34085/28583 33729/33953/28467</w:t>
        <w:br/>
        <w:t>f 33917/34087/28585 33757/33977/28491 33705/33927/28441</w:t>
        <w:br/>
        <w:t>f 33913/34083/28581 33917/34087/28585 33705/33927/28441</w:t>
        <w:br/>
        <w:t>f 33918/34088/28586 33772/33992/28506 33757/33977/28491</w:t>
        <w:br/>
        <w:t>f 33917/34087/28585 33918/34088/28586 33757/33977/28491</w:t>
        <w:br/>
        <w:t>f 33916/34086/28584 33729/33953/28467 33772/33992/28506</w:t>
        <w:br/>
        <w:t>f 33918/34088/28586 33916/34086/28584 33772/33992/28506</w:t>
        <w:br/>
        <w:t>f 33920/34089/28587 33919/34090/28587 33796/34016/28529</w:t>
        <w:br/>
        <w:t>f 33797/34015/28529 33920/34089/28587 33796/34016/28529</w:t>
        <w:br/>
        <w:t>f 33924/34091/28588 33923/34092/28589 33865/34057/28561</w:t>
        <w:br/>
        <w:t>f 33866/34056/28561 33924/34091/28588 33865/34057/28561</w:t>
        <w:br/>
        <w:t>f 33688/33908/28422 33689/33907/28421 33927/34093/28590</w:t>
        <w:br/>
        <w:t>f 33777/33999/28513 33778/33998/28512 33928/34094/28591</w:t>
        <w:br/>
        <w:t>f 33849/34038/28551 33846/34041/28553 33930/34095/28592</w:t>
        <w:br/>
        <w:t>f 33929/34096/28592 33849/34038/28551 33930/34095/28592</w:t>
        <w:br/>
        <w:t>f 33927/34093/28590 33689/33907/28421 33761/33982/28496</w:t>
        <w:br/>
        <w:t>f 33777/33999/28513 33928/34094/28591 33839/34031/28544</w:t>
        <w:br/>
        <w:t>f 33930/34095/28592 33890/34067/28566 33891/34066/28566</w:t>
        <w:br/>
        <w:t>f 33929/34096/28592 33930/34095/28592 33891/34066/28566</w:t>
        <w:br/>
        <w:t>f 33836/34028/28541 33838/34029/28542 33844/34035/28548</w:t>
        <w:br/>
        <w:t>f 33790/34009/28523 33822/34023/28536 33823/34022/28535</w:t>
        <w:br/>
        <w:t>f 33702/33924/28438 33913/34083/28581 33914/34084/28582</w:t>
        <w:br/>
        <w:t>f 33703/33923/28437 33702/33924/28438 33914/34084/28582</w:t>
        <w:br/>
        <w:t>f 33724/33946/28460 33915/34085/28583 33916/34086/28584</w:t>
        <w:br/>
        <w:t>f 33725/33945/28459 33724/33946/28460 33916/34086/28584</w:t>
        <w:br/>
        <w:t>f 33755/33976/28490 33917/34087/28585 33913/34083/28581</w:t>
        <w:br/>
        <w:t>f 33702/33924/28438 33755/33976/28490 33913/34083/28581</w:t>
        <w:br/>
        <w:t>f 33770/33991/28505 33918/34088/28586 33917/34087/28585</w:t>
        <w:br/>
        <w:t>f 33755/33976/28490 33770/33991/28505 33917/34087/28585</w:t>
        <w:br/>
        <w:t>f 33725/33945/28459 33916/34086/28584 33918/34088/28586</w:t>
        <w:br/>
        <w:t>f 33770/33991/28505 33725/33945/28459 33918/34088/28586</w:t>
        <w:br/>
        <w:t>f 33792/34014/28528 33793/34013/28527 33919/34090/28587</w:t>
        <w:br/>
        <w:t>f 33920/34089/28587 33792/34014/28528 33919/34090/28587</w:t>
        <w:br/>
        <w:t>f 33863/34054/28560 33923/34092/28589 33924/34091/28588</w:t>
        <w:br/>
        <w:t>f 33862/34055/28560 33863/34054/28560 33924/34091/28588</w:t>
        <w:br/>
        <w:t>f 33915/34085/28583 33724/33946/28460 33902/34078/28576</w:t>
        <w:br/>
        <w:t>f 33925/31177/28593 33915/34085/28583 33902/34078/28576</w:t>
        <w:br/>
        <w:t>f 33712/33935/28449 33726/33947/28461 33715/33936/28450</w:t>
        <w:br/>
        <w:t>f 33896/34073/28571 33903/34079/28577 33726/33947/28461</w:t>
        <w:br/>
        <w:t>f 33712/33935/28449 33896/34073/28571 33726/33947/28461</w:t>
        <w:br/>
        <w:t>usemtl MI_Audrey_Hair8</w:t>
        <w:br/>
        <w:t>f 4/34097/28594 3/34098/28595 2/34099/28596</w:t>
        <w:br/>
        <w:t>f 1/34100/28594 4/34097/28594 2/34099/28596</w:t>
        <w:br/>
        <w:t>f 8/34101/28597 7/34102/28598 6/34103/28599</w:t>
        <w:br/>
        <w:t>f 5/34104/28600 8/34101/28597 6/34103/28599</w:t>
        <w:br/>
        <w:t>f 12/34105/28601 11/34106/28602 10/34107/28603</w:t>
        <w:br/>
        <w:t>f 9/34108/28604 12/34105/28601 10/34107/28603</w:t>
        <w:br/>
        <w:t>f 16/34109/28605 15/34110/28606 14/34111/28606</w:t>
        <w:br/>
        <w:t>f 13/34112/28607 16/34109/28605 14/34111/28606</w:t>
        <w:br/>
        <w:t>f 10/34107/28603 18/34113/28608 17/34114/28609</w:t>
        <w:br/>
        <w:t>f 9/34108/28604 10/34107/28603 17/34114/28609</w:t>
        <w:br/>
        <w:t>f 21/34115/28610 20/34116/28611 19/34117/28612</w:t>
        <w:br/>
        <w:t>f 22/34118/28613 21/34115/28610 19/34117/28612</w:t>
        <w:br/>
        <w:t>f 21/34115/28610 23/34119/28614 20/34116/28611</w:t>
        <w:br/>
        <w:t>f 4/34097/28594 1/34100/28594 25/34120/28615</w:t>
        <w:br/>
        <w:t>f 24/34121/28616 4/34097/28594 25/34120/28615</w:t>
        <w:br/>
        <w:t>f 5/34104/28600 6/34103/28599 27/34122/28617</w:t>
        <w:br/>
        <w:t>f 26/34123/28618 5/34104/28600 27/34122/28617</w:t>
        <w:br/>
        <w:t>f 30/34124/28619 29/34125/28620 28/34126/28621</w:t>
        <w:br/>
        <w:t>f 12/34105/28601 9/34108/28604 31/34127/28622</w:t>
        <w:br/>
        <w:t>f 34/34128/28623 33/34129/28624 32/34130/28605</w:t>
        <w:br/>
        <w:t>f 36/34131/28625 16/34109/28605 13/34112/28607</w:t>
        <w:br/>
        <w:t>f 35/34132/28625 36/34131/28625 13/34112/28607</w:t>
        <w:br/>
        <w:t>f 37/34133/28626 30/34124/28619 28/34126/28621</w:t>
        <w:br/>
        <w:t>f 24/34121/28616 25/34120/28615 38/34134/28627</w:t>
        <w:br/>
        <w:t>f 42/34135/28628 41/34136/28629 40/34137/28630</w:t>
        <w:br/>
        <w:t>f 39/34138/28631 42/34135/28628 40/34137/28630</w:t>
        <w:br/>
        <w:t>f 45/34139/28609 44/34140/28632 43/34141/28633</w:t>
        <w:br/>
        <w:t>f 28/34126/28621 29/34125/28620 47/34142/28634</w:t>
        <w:br/>
        <w:t>f 46/34143/28635 28/34126/28621 47/34142/28634</w:t>
        <w:br/>
        <w:t>f 26/34123/28636 49/34144/28637 48/34145/28638</w:t>
        <w:br/>
        <w:t>f 51/34146/28639 32/34130/28605 50/34147/28640</w:t>
        <w:br/>
        <w:t>f 48/34145/28638 36/34131/28625 35/34132/28625</w:t>
        <w:br/>
        <w:t>f 43/34141/28633 44/34140/28632 53/34148/28641</w:t>
        <w:br/>
        <w:t>f 52/34149/28641 43/34141/28633 53/34148/28641</w:t>
        <w:br/>
        <w:t>f 56/34150/28642 55/34151/28643 54/34152/28644</w:t>
        <w:br/>
        <w:t>f 50/34147/28640 56/34150/28642 54/34152/28644</w:t>
        <w:br/>
        <w:t>f 28/34126/28621 58/34153/28645 57/34154/28646</w:t>
        <w:br/>
        <w:t>f 60/34155/28647 59/34156/28648 57/34154/28646</w:t>
        <w:br/>
        <w:t>f 58/34153/28645 60/34155/28647 57/34154/28646</w:t>
        <w:br/>
        <w:t>f 63/34157/28649 62/34158/28650 61/34159/28651</w:t>
        <w:br/>
        <w:t>f 62/34158/28650 64/34160/28652 61/34159/28651</w:t>
        <w:br/>
        <w:t>f 67/34161/28653 66/34162/28654 65/34163/28655</w:t>
        <w:br/>
        <w:t>f 70/34164/28656 69/34165/28657 68/34166/28657</w:t>
        <w:br/>
        <w:t>f 73/34167/28658 72/34168/28659 71/34169/28660</w:t>
        <w:br/>
        <w:t>f 71/34169/28660 72/34168/28659 74/34170/28661</w:t>
        <w:br/>
        <w:t>f 76/34171/28662 75/34172/28662 48/34145/28638</w:t>
        <w:br/>
        <w:t>f 49/34144/28637 76/34171/28662 48/34145/28638</w:t>
        <w:br/>
        <w:t>f 79/34173/28663 78/34174/28664 77/34175/28629</w:t>
        <w:br/>
        <w:t>f 80/34176/28628 79/34173/28663 77/34175/28629</w:t>
        <w:br/>
        <w:t>f 82/34177/28665 52/34149/28641 53/34148/28641</w:t>
        <w:br/>
        <w:t>f 81/34178/28666 82/34177/28665 53/34148/28641</w:t>
        <w:br/>
        <w:t>f 85/34179/28667 84/34180/28668 83/34181/28669</w:t>
        <w:br/>
        <w:t>f 86/34182/28670 54/34152/28644 55/34151/28643</w:t>
        <w:br/>
        <w:t>f 89/34183/28671 88/34184/28672 87/34185/28672</w:t>
        <w:br/>
        <w:t>f 92/34186/28673 91/34187/28673 90/34188/28674</w:t>
        <w:br/>
        <w:t>f 95/34189/28675 94/34190/28676 93/34191/28676</w:t>
        <w:br/>
        <w:t>f 86/34182/28670 55/34151/28643 96/34192/28677</w:t>
        <w:br/>
        <w:t>f 99/34193/28678 98/34194/28678 97/34195/28679</w:t>
        <w:br/>
        <w:t>f 76/34171/28662 101/34196/28680 100/34197/28680</w:t>
        <w:br/>
        <w:t>f 75/34172/28662 76/34171/28662 100/34197/28680</w:t>
        <w:br/>
        <w:t>f 60/34155/28647 102/34198/28681 59/34156/28648</w:t>
        <w:br/>
        <w:t>f 106/34199/28682 105/34200/28683 104/34201/28684</w:t>
        <w:br/>
        <w:t>f 103/34202/28684 106/34199/28682 104/34201/28684</w:t>
        <w:br/>
        <w:t>f 110/34203/28685 109/34204/28686 108/34205/28686</w:t>
        <w:br/>
        <w:t>f 107/34206/28687 110/34203/28685 108/34205/28686</w:t>
        <w:br/>
        <w:t>f 113/34207/28688 112/34208/28689 111/34209/28690</w:t>
        <w:br/>
        <w:t>f 116/34210/28691 115/34211/28692 114/34212/28693</w:t>
        <w:br/>
        <w:t>f 119/34213/28694 118/34214/28695 117/34215/28696</w:t>
        <w:br/>
        <w:t>f 123/34216/28697 122/34217/28698 121/34218/28699</w:t>
        <w:br/>
        <w:t>f 120/34219/28700 123/34216/28697 121/34218/28699</w:t>
        <w:br/>
        <w:t>f 124/34220/28701 110/34203/28685 107/34206/28687</w:t>
        <w:br/>
        <w:t>f 125/34221/28701 124/34220/28701 107/34206/28687</w:t>
        <w:br/>
        <w:t>f 127/34222/28702 82/34177/28665 81/34178/28666</w:t>
        <w:br/>
        <w:t>f 126/34223/28703 127/34222/28702 81/34178/28666</w:t>
        <w:br/>
        <w:t>f 79/34173/28663 128/34224/28704 78/34174/28664</w:t>
        <w:br/>
        <w:t>f 131/34225/28705 130/34226/28706 129/34227/28648</w:t>
        <w:br/>
        <w:t>f 132/34228/28707 131/34225/28705 129/34227/28648</w:t>
        <w:br/>
        <w:t>f 134/34229/28708 133/34230/28708 105/34200/28683</w:t>
        <w:br/>
        <w:t>f 106/34199/28682 134/34229/28708 105/34200/28683</w:t>
        <w:br/>
        <w:t>f 135/34231/28709 123/34216/28697 120/34219/28700</w:t>
        <w:br/>
        <w:t>f 139/34232/28710 138/34233/28711 137/34234/28711</w:t>
        <w:br/>
        <w:t>f 136/34235/28712 139/34232/28710 137/34234/28711</w:t>
        <w:br/>
        <w:t>f 143/34236/28713 142/34237/28714 141/34238/28715</w:t>
        <w:br/>
        <w:t>f 140/34239/28716 143/34236/28713 141/34238/28715</w:t>
        <w:br/>
        <w:t>f 136/34235/28712 145/34240/28717 144/34241/28718</w:t>
        <w:br/>
        <w:t>f 139/34232/28710 136/34235/28712 144/34241/28718</w:t>
        <w:br/>
        <w:t>f 118/34214/28695 119/34213/28694 146/34242/28719</w:t>
        <w:br/>
        <w:t>f 147/34243/28720 118/34214/28695 146/34242/28719</w:t>
        <w:br/>
        <w:t>f 150/34244/28721 149/34245/28722 148/34246/28723</w:t>
        <w:br/>
        <w:t>f 115/34211/28692 150/34244/28721 148/34246/28723</w:t>
        <w:br/>
        <w:t>f 152/34247/28724 135/34231/28709 151/34248/28725</w:t>
        <w:br/>
        <w:t>f 144/34241/28718 145/34240/28717 153/34249/28726</w:t>
        <w:br/>
        <w:t>f 155/34250/28727 154/34251/28728 124/34220/28701</w:t>
        <w:br/>
        <w:t>f 125/34221/28701 155/34250/28727 124/34220/28701</w:t>
        <w:br/>
        <w:t>f 158/34252/28729 157/34253/28730 156/34254/28730</w:t>
        <w:br/>
        <w:t>f 159/34255/28729 158/34252/28729 156/34254/28730</w:t>
        <w:br/>
        <w:t>f 162/34256/28731 161/34257/28732 160/34258/28731</w:t>
        <w:br/>
        <w:t>f 133/34230/28708 134/34229/28708 164/34259/28733</w:t>
        <w:br/>
        <w:t>f 163/34260/28734 133/34230/28708 164/34259/28733</w:t>
        <w:br/>
        <w:t>f 168/34261/28735 167/34262/28736 166/34263/28737</w:t>
        <w:br/>
        <w:t>f 165/34264/28738 168/34261/28735 166/34263/28737</w:t>
        <w:br/>
        <w:t>f 171/34265/28739 170/34266/28724 169/34267/28740</w:t>
        <w:br/>
        <w:t>f 171/34265/28739 169/34267/28740 173/34268/28741</w:t>
        <w:br/>
        <w:t>f 172/34269/28698 171/34265/28739 173/34268/28741</w:t>
        <w:br/>
        <w:t>f 161/34257/28742 175/34270/28743 174/34271/28744</w:t>
        <w:br/>
        <w:t>f 140/34239/28716 141/34238/28715 176/34272/28745</w:t>
        <w:br/>
        <w:t>f 170/34266/28724 174/34271/28744 169/34267/28740</w:t>
        <w:br/>
        <w:t>f 86/34182/28670 96/34192/28677 177/34273/28746</w:t>
        <w:br/>
        <w:t>f 178/34274/28747 154/34251/28728 155/34250/28727</w:t>
        <w:br/>
        <w:t>f 156/34254/28730 157/34253/28730 180/34275/28728</w:t>
        <w:br/>
        <w:t>f 179/34276/28748 156/34254/28730 180/34275/28728</w:t>
        <w:br/>
        <w:t>f 146/34242/28719 182/34277/28749 181/34278/28749</w:t>
        <w:br/>
        <w:t>f 147/34243/28720 146/34242/28719 181/34278/28749</w:t>
        <w:br/>
        <w:t>f 185/34279/28750 184/34280/28715 183/34281/28714</w:t>
        <w:br/>
        <w:t>f 186/34282/28751 185/34279/28750 183/34281/28714</w:t>
        <w:br/>
        <w:t>f 148/34246/28723 149/34245/28722 187/34283/28752</w:t>
        <w:br/>
        <w:t>f 101/34196/28680 188/34284/28753 100/34197/28680</w:t>
        <w:br/>
        <w:t>f 189/34285/28754 173/34268/28741 169/34267/28740</w:t>
        <w:br/>
        <w:t>f 174/34271/28744 189/34285/28754 169/34267/28740</w:t>
        <w:br/>
        <w:t>f 130/34226/28706 131/34225/28705 168/34261/28735</w:t>
        <w:br/>
        <w:t>f 113/34207/28688 190/34286/28755 112/34208/28689</w:t>
        <w:br/>
        <w:t>f 128/34224/28704 193/34287/28756 192/34288/28757</w:t>
        <w:br/>
        <w:t>f 191/34289/28758 128/34224/28704 192/34288/28757</w:t>
        <w:br/>
        <w:t>f 188/34284/28753 127/34222/28702 126/34223/28703</w:t>
        <w:br/>
        <w:t>f 197/34290/28759 196/34291/28760 195/34292/28761</w:t>
        <w:br/>
        <w:t>f 194/34293/28762 197/34290/28759 195/34292/28761</w:t>
        <w:br/>
        <w:t>f 132/34228/28707 198/34294/28763 131/34225/28705</w:t>
        <w:br/>
        <w:t>f 186/34282/28751 194/34293/28762 195/34292/28761</w:t>
        <w:br/>
        <w:t>f 185/34279/28750 186/34282/28751 195/34292/28761</w:t>
        <w:br/>
        <w:t>f 200/34295/28745 184/34280/28715 185/34279/28750</w:t>
        <w:br/>
        <w:t>f 199/34296/28764 200/34295/28745 185/34279/28750</w:t>
        <w:br/>
        <w:t>f 201/34297/28765 199/34296/28764 185/34279/28750</w:t>
        <w:br/>
        <w:t>f 195/34292/28761 201/34297/28765 185/34279/28750</w:t>
        <w:br/>
        <w:t>f 113/34207/28688 202/34298/28766 190/34286/28755</w:t>
        <w:br/>
        <w:t>f 201/34297/28765 195/34292/28761 196/34291/28760</w:t>
        <w:br/>
        <w:t>f 203/34299/28767 201/34297/28765 196/34291/28760</w:t>
        <w:br/>
        <w:t>f 167/34262/28736 204/34300/28768 166/34263/28737</w:t>
        <w:br/>
        <w:t>f 205/34301/28769 193/34287/28756 128/34224/28704</w:t>
        <w:br/>
        <w:t>f 202/34298/28766 207/34302/28770 206/34303/28771</w:t>
        <w:br/>
        <w:t>f 190/34286/28755 202/34298/28766 206/34303/28771</w:t>
        <w:br/>
        <w:t>f 167/34262/28736 209/34304/28772 208/34305/28773</w:t>
        <w:br/>
        <w:t>f 193/34287/28756 211/34306/28774 210/34307/28775</w:t>
        <w:br/>
        <w:t>f 192/34288/28757 193/34287/28756 210/34307/28775</w:t>
        <w:br/>
        <w:t>f 213/34308/28776 212/34309/28777 205/34301/28769</w:t>
        <w:br/>
        <w:t>f 216/34310/28778 215/34311/28779 214/34312/28780</w:t>
        <w:br/>
        <w:t>f 199/34296/28764 201/34297/28765 215/34311/28779</w:t>
        <w:br/>
        <w:t>f 205/34301/28769 217/34313/28781 211/34306/28774</w:t>
        <w:br/>
        <w:t>f 193/34287/28756 205/34301/28769 211/34306/28774</w:t>
        <w:br/>
        <w:t>f 208/34305/28773 218/34314/28782 204/34300/28768</w:t>
        <w:br/>
        <w:t>f 212/34309/28777 219/34315/28783 217/34313/28781</w:t>
        <w:br/>
        <w:t>f 205/34301/28769 212/34309/28777 217/34313/28781</w:t>
        <w:br/>
        <w:t>f 222/34316/28784 221/34317/28785 220/34318/28786</w:t>
        <w:br/>
        <w:t>f 209/34304/28772 224/34319/28787 223/34320/28788</w:t>
        <w:br/>
        <w:t>f 208/34305/28773 209/34304/28772 223/34320/28788</w:t>
        <w:br/>
        <w:t>f 207/34302/28770 226/34321/28789 225/34322/28790</w:t>
        <w:br/>
        <w:t>f 206/34303/28771 207/34302/28770 225/34322/28790</w:t>
        <w:br/>
        <w:t>f 228/34323/28791 210/34307/28775 211/34306/28774</w:t>
        <w:br/>
        <w:t>f 227/34324/28792 228/34323/28791 211/34306/28774</w:t>
        <w:br/>
        <w:t>f 217/34313/28781 229/34325/28793 227/34324/28792</w:t>
        <w:br/>
        <w:t>f 211/34306/28774 217/34313/28781 227/34324/28792</w:t>
        <w:br/>
        <w:t>f 223/34320/28788 231/34326/28794 230/34327/28795</w:t>
        <w:br/>
        <w:t>f 218/34314/28782 223/34320/28788 230/34327/28795</w:t>
        <w:br/>
        <w:t>f 219/34315/28783 232/34328/28796 229/34325/28793</w:t>
        <w:br/>
        <w:t>f 217/34313/28781 219/34315/28783 229/34325/28793</w:t>
        <w:br/>
        <w:t>f 224/34319/28787 233/34329/28797 231/34326/28794</w:t>
        <w:br/>
        <w:t>f 223/34320/28788 224/34319/28787 231/34326/28794</w:t>
        <w:br/>
        <w:t>f 235/34330/28798 228/34323/28791 227/34324/28792</w:t>
        <w:br/>
        <w:t>f 234/34331/28799 235/34330/28798 227/34324/28792</w:t>
        <w:br/>
        <w:t>f 226/34321/28789 237/34332/28800 236/34333/28800</w:t>
        <w:br/>
        <w:t>f 225/34322/28790 226/34321/28789 236/34333/28800</w:t>
        <w:br/>
        <w:t>f 229/34325/28793 238/34334/28801 234/34331/28799</w:t>
        <w:br/>
        <w:t>f 227/34324/28792 229/34325/28793 234/34331/28799</w:t>
        <w:br/>
        <w:t>f 234/34331/28799 240/34335/28802 239/34336/28802</w:t>
        <w:br/>
        <w:t>f 235/34330/28798 234/34331/28799 239/34336/28802</w:t>
        <w:br/>
        <w:t>f 231/34326/28794 242/34337/28803 241/34338/28804</w:t>
        <w:br/>
        <w:t>f 230/34327/28795 231/34326/28794 241/34338/28804</w:t>
        <w:br/>
        <w:t>f 232/34328/28796 243/34339/28805 238/34334/28801</w:t>
        <w:br/>
        <w:t>f 229/34325/28793 232/34328/28796 238/34334/28801</w:t>
        <w:br/>
        <w:t>f 238/34334/28801 245/34340/28806 244/34341/28807</w:t>
        <w:br/>
        <w:t>f 234/34331/28799 238/34334/28801 244/34341/28807</w:t>
        <w:br/>
        <w:t>f 247/34342/28808 246/34343/28808 239/34336/28802</w:t>
        <w:br/>
        <w:t>f 240/34335/28802 247/34342/28808 239/34336/28802</w:t>
        <w:br/>
        <w:t>f 249/34344/28809 236/34333/28800 237/34332/28800</w:t>
        <w:br/>
        <w:t>f 248/34345/28810 249/34344/28809 237/34332/28800</w:t>
        <w:br/>
        <w:t>f 233/34329/28797 250/34346/28811 242/34337/28803</w:t>
        <w:br/>
        <w:t>f 231/34326/28794 233/34329/28797 242/34337/28803</w:t>
        <w:br/>
        <w:t>f 243/34339/28805 251/34347/28812 245/34340/28806</w:t>
        <w:br/>
        <w:t>f 238/34334/28801 243/34339/28805 245/34340/28806</w:t>
        <w:br/>
        <w:t>f 246/34343/28808 247/34342/28808 252/34348/28813</w:t>
        <w:br/>
        <w:t>f 253/34349/28814 246/34343/28808 252/34348/28813</w:t>
        <w:br/>
        <w:t>f 245/34340/28806 255/34350/28815 254/34351/28816</w:t>
        <w:br/>
        <w:t>f 244/34341/28807 245/34340/28806 254/34351/28816</w:t>
        <w:br/>
        <w:t>f 252/34348/28813 257/34352/28817 256/34353/28818</w:t>
        <w:br/>
        <w:t>f 253/34349/28814 252/34348/28813 256/34353/28818</w:t>
        <w:br/>
        <w:t>f 248/34345/28810 259/34354/28819 258/34355/28820</w:t>
        <w:br/>
        <w:t>f 249/34344/28809 248/34345/28810 258/34355/28820</w:t>
        <w:br/>
        <w:t>f 242/34337/28803 261/34356/28821 260/34357/28822</w:t>
        <w:br/>
        <w:t>f 241/34338/28804 242/34337/28803 260/34357/28822</w:t>
        <w:br/>
        <w:t>f 251/34347/28812 262/34358/28823 255/34350/28815</w:t>
        <w:br/>
        <w:t>f 245/34340/28806 251/34347/28812 255/34350/28815</w:t>
        <w:br/>
        <w:t>f 264/34359/28824 258/34355/28820 259/34354/28819</w:t>
        <w:br/>
        <w:t>f 263/34360/28824 264/34359/28824 259/34354/28819</w:t>
        <w:br/>
        <w:t>f 250/34346/28811 265/34361/28825 261/34356/28821</w:t>
        <w:br/>
        <w:t>f 242/34337/28803 250/34346/28811 261/34356/28821</w:t>
        <w:br/>
        <w:t>f 261/34356/28821 267/34362/28826 266/34363/28827</w:t>
        <w:br/>
        <w:t>f 260/34357/28822 261/34356/28821 266/34363/28827</w:t>
        <w:br/>
        <w:t>f 255/34350/28815 269/34364/28828 268/34365/28829</w:t>
        <w:br/>
        <w:t>f 254/34351/28816 255/34350/28815 268/34365/28829</w:t>
        <w:br/>
        <w:t>f 255/34350/28815 262/34358/28823 270/34366/28830</w:t>
        <w:br/>
        <w:t>f 269/34364/28828 255/34350/28815 270/34366/28830</w:t>
        <w:br/>
        <w:t>f 269/34364/28828 270/34366/28830 271/34367/28831</w:t>
        <w:br/>
        <w:t>f 274/34368/28832 273/34369/28833 272/34370/28834</w:t>
        <w:br/>
        <w:t>f 275/34371/28835 267/34362/28826 261/34356/28821</w:t>
        <w:br/>
        <w:t>f 265/34361/28825 275/34371/28835 261/34356/28821</w:t>
        <w:br/>
        <w:t>f 263/34360/28824 273/34369/28833 274/34368/28832</w:t>
        <w:br/>
        <w:t>f 264/34359/28824 263/34360/28824 274/34368/28832</w:t>
        <w:br/>
        <w:t>f 279/34372/28836 278/34373/28837 277/34374/28838</w:t>
        <w:br/>
        <w:t>f 276/34375/28839 279/34372/28836 277/34374/28838</w:t>
        <w:br/>
        <w:t>f 278/34373/28837 279/34372/28836 267/34362/28826</w:t>
        <w:br/>
        <w:t>f 275/34371/28835 278/34373/28837 267/34362/28826</w:t>
        <w:br/>
        <w:t>f 205/34301/28769 128/34224/28704 213/34308/28776</w:t>
        <w:br/>
        <w:t>f 128/34224/28704 191/34289/28758 78/34174/28664</w:t>
        <w:br/>
        <w:t>f 213/34308/28776 128/34224/28704 280/34376/28840</w:t>
        <w:br/>
        <w:t>f 161/34257/28742 174/34271/28744 170/34266/28724</w:t>
        <w:br/>
        <w:t>f 283/34377/28841 282/34378/28842 281/34379/28843</w:t>
        <w:br/>
        <w:t>f 174/34271/28744 175/34270/28743 284/34380/28844</w:t>
        <w:br/>
        <w:t>f 189/34285/28754 174/34271/28744 284/34380/28844</w:t>
        <w:br/>
        <w:t>f 286/34381/28845 285/34382/28845 87/34185/28672</w:t>
        <w:br/>
        <w:t>f 88/34184/28672 286/34381/28845 87/34185/28672</w:t>
        <w:br/>
        <w:t>f 92/34186/28673 288/34383/28846 287/34384/28846</w:t>
        <w:br/>
        <w:t>f 91/34187/28673 92/34186/28673 287/34384/28846</w:t>
        <w:br/>
        <w:t>f 290/34385/28847 98/34194/28678 99/34193/28678</w:t>
        <w:br/>
        <w:t>f 289/34386/28848 290/34385/28847 99/34193/28678</w:t>
        <w:br/>
        <w:t>f 292/34387/28849 291/34388/28849 93/34191/28676</w:t>
        <w:br/>
        <w:t>f 94/34190/28676 292/34387/28849 93/34191/28676</w:t>
        <w:br/>
        <w:t>f 103/34202/28684 104/34201/28684 294/34389/28850</w:t>
        <w:br/>
        <w:t>f 293/34390/28850 103/34202/28684 294/34389/28850</w:t>
        <w:br/>
        <w:t>f 296/34391/28851 108/34205/28686 109/34204/28686</w:t>
        <w:br/>
        <w:t>f 295/34392/28852 296/34391/28851 109/34204/28686</w:t>
        <w:br/>
        <w:t>f 299/34393/28853 298/34394/28854 297/34395/28855</w:t>
        <w:br/>
        <w:t>f 116/34210/28691 114/34212/28693 301/34396/28856</w:t>
        <w:br/>
        <w:t>f 300/34397/28856 116/34210/28691 301/34396/28856</w:t>
        <w:br/>
        <w:t>f 299/34393/28853 290/34385/28847 298/34394/28854</w:t>
        <w:br/>
        <w:t>f 287/34384/28846 288/34383/28846 296/34391/28851</w:t>
        <w:br/>
        <w:t>f 295/34392/28852 287/34384/28846 296/34391/28851</w:t>
        <w:br/>
        <w:t>f 293/34390/28850 294/34389/28850 285/34382/28845</w:t>
        <w:br/>
        <w:t>f 286/34381/28845 293/34390/28850 285/34382/28845</w:t>
        <w:br/>
        <w:t>f 300/34397/28856 301/34396/28856 291/34388/28849</w:t>
        <w:br/>
        <w:t>f 292/34387/28849 300/34397/28856 291/34388/28849</w:t>
        <w:br/>
        <w:t>f 121/34218/28699 122/34217/28698 142/34237/28714</w:t>
        <w:br/>
        <w:t>f 143/34236/28713 121/34218/28699 142/34237/28714</w:t>
        <w:br/>
        <w:t>f 159/34255/28729 137/34234/28711 138/34233/28711</w:t>
        <w:br/>
        <w:t>f 158/34252/28729 159/34255/28729 138/34233/28711</w:t>
        <w:br/>
        <w:t>f 189/34285/28754 284/34380/28844 197/34290/28759</w:t>
        <w:br/>
        <w:t>f 194/34293/28762 189/34285/28754 197/34290/28759</w:t>
        <w:br/>
        <w:t>f 173/34268/28741 189/34285/28754 194/34293/28762</w:t>
        <w:br/>
        <w:t>f 186/34282/28751 173/34268/28741 194/34293/28762</w:t>
        <w:br/>
        <w:t>f 172/34269/28698 173/34268/28741 186/34282/28751</w:t>
        <w:br/>
        <w:t>f 183/34281/28714 172/34269/28698 186/34282/28751</w:t>
        <w:br/>
        <w:t>f 303/34398/28857 140/34239/28858 302/34399/28857</w:t>
        <w:br/>
        <w:t>f 304/34400/28859 179/34276/28748 180/34275/28728</w:t>
        <w:br/>
        <w:t>f 135/34231/28709 152/34247/28724 123/34216/28697</w:t>
        <w:br/>
        <w:t>f 148/34246/28723 200/34295/28745 305/34401/28860</w:t>
        <w:br/>
        <w:t>f 117/34215/28696 299/34393/28853 297/34395/28855</w:t>
        <w:br/>
        <w:t>f 119/34213/28694 117/34215/28696 297/34395/28855</w:t>
        <w:br/>
        <w:t>f 116/34210/28691 150/34244/28721 115/34211/28692</w:t>
        <w:br/>
        <w:t>f 290/34385/28847 289/34386/28848 298/34394/28854</w:t>
        <w:br/>
        <w:t>f 220/34318/28861 215/34311/28779 201/34297/28765</w:t>
        <w:br/>
        <w:t>f 220/34318/28861 201/34297/28765 203/34299/28767</w:t>
        <w:br/>
        <w:t>f 216/34310/28778 214/34312/28780 306/34402/28862</w:t>
        <w:br/>
        <w:t>f 222/34316/28784 214/34312/28780 215/34311/28779</w:t>
        <w:br/>
        <w:t>f 199/34296/28764 215/34311/28779 216/34310/28778</w:t>
        <w:br/>
        <w:t>f 40/34137/28630 21/34115/28610 22/34118/28613</w:t>
        <w:br/>
        <w:t>f 39/34138/28631 40/34137/28630 22/34118/28613</w:t>
        <w:br/>
        <w:t>f 59/34156/28648 37/34133/28626 57/34154/28646</w:t>
        <w:br/>
        <w:t>f 279/34372/28836 276/34375/28839 308/34403/28863</w:t>
        <w:br/>
        <w:t>f 307/34404/28864 279/34372/28836 308/34403/28863</w:t>
        <w:br/>
        <w:t>f 307/34404/28864 267/34362/28826 279/34372/28836</w:t>
        <w:br/>
        <w:t>f 308/34403/28863 276/34375/28839 309/34405/28865</w:t>
        <w:br/>
        <w:t>f 277/34374/28838 309/34405/28865 276/34375/28839</w:t>
        <w:br/>
        <w:t>f 252/34348/28813 271/34367/28831 257/34352/28817</w:t>
        <w:br/>
        <w:t>f 312/34406/28866 311/34407/28677 310/34408/28702</w:t>
        <w:br/>
        <w:t>f 310/34408/28702 314/34409/28753 313/34410/28867</w:t>
        <w:br/>
        <w:t>f 312/34406/28866 310/34408/28702 313/34410/28867</w:t>
        <w:br/>
        <w:t>f 313/34410/28867 314/34409/28753 316/34411/28868</w:t>
        <w:br/>
        <w:t>f 315/34412/28869 313/34410/28867 316/34411/28868</w:t>
        <w:br/>
        <w:t>f 318/34413/28870 214/34312/28780 317/34414/28871</w:t>
        <w:br/>
        <w:t>f 320/34415/28872 312/34406/28866 313/34410/28867</w:t>
        <w:br/>
        <w:t>f 319/34416/28873 320/34415/28872 313/34410/28867</w:t>
        <w:br/>
        <w:t>f 317/34414/28871 214/34312/28780 222/34316/28784</w:t>
        <w:br/>
        <w:t>f 321/34417/28874 317/34414/28871 222/34316/28784</w:t>
        <w:br/>
        <w:t>f 315/34412/28869 316/34411/28868 323/34418/28875</w:t>
        <w:br/>
        <w:t>f 322/34419/28876 315/34412/28869 323/34418/28875</w:t>
        <w:br/>
        <w:t>f 327/34420/28877 326/34421/28878 325/34422/28879</w:t>
        <w:br/>
        <w:t>f 324/34423/28880 327/34420/28877 325/34422/28879</w:t>
        <w:br/>
        <w:t>f 319/34416/28873 313/34410/28867 315/34412/28869</w:t>
        <w:br/>
        <w:t>f 328/34424/28881 319/34416/28873 315/34412/28869</w:t>
        <w:br/>
        <w:t>f 331/34425/28882 330/34426/28883 329/34427/28883</w:t>
        <w:br/>
        <w:t>f 334/34428/28884 333/34429/28885 332/34430/28886</w:t>
        <w:br/>
        <w:t>f 337/34431/28887 336/34432/28888 335/34433/28889</w:t>
        <w:br/>
        <w:t>f 340/34434/28887 339/34435/28890 338/34436/28891</w:t>
        <w:br/>
        <w:t>f 342/34437/28892 317/34414/28871 321/34417/28874</w:t>
        <w:br/>
        <w:t>f 341/34438/28893 342/34437/28892 321/34417/28874</w:t>
        <w:br/>
        <w:t>f 322/34419/28876 323/34418/28875 344/34439/28894</w:t>
        <w:br/>
        <w:t>f 343/34440/28895 322/34419/28876 344/34439/28894</w:t>
        <w:br/>
        <w:t>f 326/34421/28878 327/34420/28877 346/34441/28896</w:t>
        <w:br/>
        <w:t>f 345/34442/28897 326/34421/28878 346/34441/28896</w:t>
        <w:br/>
        <w:t>f 348/34443/28898 329/34427/28883 330/34426/28883</w:t>
        <w:br/>
        <w:t>f 347/34444/28898 348/34443/28898 330/34426/28883</w:t>
        <w:br/>
        <w:t>f 350/34445/28899 333/34429/28885 334/34428/28884</w:t>
        <w:br/>
        <w:t>f 349/34446/28900 350/34445/28899 334/34428/28884</w:t>
        <w:br/>
        <w:t>f 338/34436/28891 339/34435/28890 352/34447/28901</w:t>
        <w:br/>
        <w:t>f 351/34448/28902 338/34436/28891 352/34447/28901</w:t>
        <w:br/>
        <w:t>f 335/34433/28889 336/34432/28888 354/34449/28902</w:t>
        <w:br/>
        <w:t>f 353/34450/28903 335/34433/28889 354/34449/28902</w:t>
        <w:br/>
        <w:t>f 322/34419/28876 328/34424/28881 315/34412/28869</w:t>
        <w:br/>
        <w:t>f 358/34451/28904 357/34452/28905 356/34453/28905</w:t>
        <w:br/>
        <w:t>f 355/34454/28904 358/34451/28904 356/34453/28905</w:t>
        <w:br/>
        <w:t>f 362/34455/28906 361/34456/28907 360/34457/28908</w:t>
        <w:br/>
        <w:t>f 359/34458/28909 362/34455/28906 360/34457/28908</w:t>
        <w:br/>
        <w:t>f 366/34459/28910 365/34460/28910 364/34461/28911</w:t>
        <w:br/>
        <w:t>f 363/34462/28911 366/34459/28910 364/34461/28911</w:t>
        <w:br/>
        <w:t>f 343/34440/28895 344/34439/28894 368/34463/28912</w:t>
        <w:br/>
        <w:t>f 367/34464/28913 343/34440/28895 368/34463/28912</w:t>
        <w:br/>
        <w:t>f 370/34465/28914 325/34422/28879 326/34421/28878</w:t>
        <w:br/>
        <w:t>f 369/34466/28915 370/34465/28914 326/34421/28878</w:t>
        <w:br/>
        <w:t>f 372/34467/28916 341/34438/28893 371/34468/28917</w:t>
        <w:br/>
        <w:t>f 376/34469/28918 375/34470/28918 374/34471/28919</w:t>
        <w:br/>
        <w:t>f 373/34472/28919 376/34469/28918 374/34471/28919</w:t>
        <w:br/>
        <w:t>f 346/34441/28896 372/34467/28916 377/34473/28920</w:t>
        <w:br/>
        <w:t>f 345/34442/28897 346/34441/28896 377/34473/28920</w:t>
        <w:br/>
        <w:t>f 322/34419/28876 378/34474/28921 328/34424/28881</w:t>
        <w:br/>
        <w:t>f 359/34458/28909 360/34457/28908 380/34475/28922</w:t>
        <w:br/>
        <w:t>f 379/34476/28922 359/34458/28909 380/34475/28922</w:t>
        <w:br/>
        <w:t>f 383/34477/28825 370/34465/28914 382/34478/28923</w:t>
        <w:br/>
        <w:t>f 381/34479/28835 383/34477/28825 382/34478/28923</w:t>
        <w:br/>
        <w:t>f 385/34480/28924 358/34451/28904 355/34454/28904</w:t>
        <w:br/>
        <w:t>f 384/34481/28924 385/34480/28924 355/34454/28904</w:t>
        <w:br/>
        <w:t>f 363/34462/28911 364/34461/28911 387/34482/28925</w:t>
        <w:br/>
        <w:t>f 386/34483/28926 363/34462/28911 387/34482/28925</w:t>
        <w:br/>
        <w:t>f 322/34419/28876 343/34440/28895 388/34484/28927</w:t>
        <w:br/>
        <w:t>f 378/34474/28921 322/34419/28876 388/34484/28927</w:t>
        <w:br/>
        <w:t>f 390/34485/28928 373/34472/28919 374/34471/28919</w:t>
        <w:br/>
        <w:t>f 389/34486/28929 390/34485/28928 374/34471/28919</w:t>
        <w:br/>
        <w:t>f 382/34478/28923 370/34465/28914 369/34466/28915</w:t>
        <w:br/>
        <w:t>f 367/34464/28913 368/34463/28912 391/34487/28930</w:t>
        <w:br/>
        <w:t>f 369/34466/28915 326/34421/28878 345/34442/28897</w:t>
        <w:br/>
        <w:t>f 380/34475/28922 393/34488/28931 392/34489/28932</w:t>
        <w:br/>
        <w:t>f 379/34476/28922 380/34475/28922 392/34489/28932</w:t>
        <w:br/>
        <w:t>f 381/34479/28835 395/34490/28933 394/34491/28837</w:t>
        <w:br/>
        <w:t>f 397/34492/28934 385/34480/28924 384/34481/28924</w:t>
        <w:br/>
        <w:t>f 396/34493/28935 397/34492/28934 384/34481/28924</w:t>
        <w:br/>
        <w:t>f 401/34494/28936 400/34495/28937 399/34496/28938</w:t>
        <w:br/>
        <w:t>f 398/34497/28939 401/34494/28936 399/34496/28938</w:t>
        <w:br/>
        <w:t>f 405/34498/28940 404/34499/28939 403/34500/28938</w:t>
        <w:br/>
        <w:t>f 402/34501/28941 405/34498/28940 403/34500/28938</w:t>
        <w:br/>
        <w:t>f 371/34468/28917 406/34502/28942 377/34473/28920</w:t>
        <w:br/>
        <w:t>f 372/34467/28916 371/34468/28917 377/34473/28920</w:t>
        <w:br/>
        <w:t>f 408/34503/28943 407/34504/28944 400/34495/28937</w:t>
        <w:br/>
        <w:t>f 401/34494/28936 408/34503/28943 400/34495/28937</w:t>
        <w:br/>
        <w:t>f 401/34494/28936 398/34497/28939 410/34505/28945</w:t>
        <w:br/>
        <w:t>f 409/34506/28946 401/34494/28936 410/34505/28945</w:t>
        <w:br/>
        <w:t>f 414/34507/28947 413/34508/28948 412/34509/28949</w:t>
        <w:br/>
        <w:t>f 411/34510/28950 414/34507/28947 412/34509/28949</w:t>
        <w:br/>
        <w:t>f 367/34464/28913 391/34487/28930 416/34511/28951</w:t>
        <w:br/>
        <w:t>f 415/34512/28952 367/34464/28913 416/34511/28951</w:t>
        <w:br/>
        <w:t>f 408/34503/28943 401/34494/28936 409/34506/28946</w:t>
        <w:br/>
        <w:t>f 417/34513/28953 408/34503/28943 409/34506/28946</w:t>
        <w:br/>
        <w:t>f 420/34514/28954 419/34515/28955 418/34516/28956</w:t>
        <w:br/>
        <w:t>f 424/34517/28957 423/34518/28958 422/34519/28959</w:t>
        <w:br/>
        <w:t>f 421/34520/28957 424/34517/28957 422/34519/28959</w:t>
        <w:br/>
        <w:t>f 404/34499/28939 405/34498/28940 426/34521/28960</w:t>
        <w:br/>
        <w:t>f 425/34522/28945 404/34499/28939 426/34521/28960</w:t>
        <w:br/>
        <w:t>f 428/34523/28961 414/34507/28947 411/34510/28950</w:t>
        <w:br/>
        <w:t>f 427/34524/28962 428/34523/28961 411/34510/28950</w:t>
        <w:br/>
        <w:t>f 390/34485/28928 430/34525/28942 429/34526/28963</w:t>
        <w:br/>
        <w:t>f 431/34527/28964 395/34490/28933 382/34478/28923</w:t>
        <w:br/>
        <w:t>f 434/34528/28965 433/34529/28966 432/34530/28967</w:t>
        <w:br/>
        <w:t>f 386/34483/28926 387/34482/28925 436/34531/28968</w:t>
        <w:br/>
        <w:t>f 435/34532/28968 386/34483/28926 436/34531/28968</w:t>
        <w:br/>
        <w:t>f 440/34533/28969 439/34534/28970 438/34535/28971</w:t>
        <w:br/>
        <w:t>f 437/34536/28972 440/34533/28969 438/34535/28971</w:t>
        <w:br/>
        <w:t>f 431/34527/28964 442/34537/28973 441/34538/28974</w:t>
        <w:br/>
        <w:t>f 397/34492/28934 396/34493/28935 443/34539/28973</w:t>
        <w:br/>
        <w:t>f 418/34516/28956 445/34540/28975 444/34541/28976</w:t>
        <w:br/>
        <w:t>f 394/34491/28837 395/34490/28933 447/34542/28977</w:t>
        <w:br/>
        <w:t>f 446/34543/28838 394/34491/28837 447/34542/28977</w:t>
        <w:br/>
        <w:t>f 424/34517/28957 421/34520/28957 449/34544/28978</w:t>
        <w:br/>
        <w:t>f 448/34545/28978 424/34517/28957 449/34544/28978</w:t>
        <w:br/>
        <w:t>f 453/34546/28979 452/34547/28980 451/34548/28981</w:t>
        <w:br/>
        <w:t>f 450/34549/28971 453/34546/28979 451/34548/28981</w:t>
        <w:br/>
        <w:t>f 457/34550/28982 456/34551/28983 455/34552/28984</w:t>
        <w:br/>
        <w:t>f 454/34553/28985 457/34550/28982 455/34552/28984</w:t>
        <w:br/>
        <w:t>f 378/34474/28921 388/34484/28927 458/34554/28986</w:t>
        <w:br/>
        <w:t>f 460/34555/28987 432/34530/28967 433/34529/28966</w:t>
        <w:br/>
        <w:t>f 459/34556/28988 460/34555/28987 433/34529/28966</w:t>
        <w:br/>
        <w:t>f 388/34484/28927 343/34440/28895 461/34557/28989</w:t>
        <w:br/>
        <w:t>f 463/34558/28990 462/34559/28991 432/34530/28967</w:t>
        <w:br/>
        <w:t>f 460/34555/28987 463/34558/28990 432/34530/28967</w:t>
        <w:br/>
        <w:t>f 461/34557/28989 343/34440/28895 367/34464/28913</w:t>
        <w:br/>
        <w:t>f 464/34560/28992 461/34557/28989 367/34464/28913</w:t>
        <w:br/>
        <w:t>f 429/34526/28963 466/34561/28993 465/34562/28994</w:t>
        <w:br/>
        <w:t>f 467/34563/28995 415/34512/28952 416/34511/28951</w:t>
        <w:br/>
        <w:t>f 471/34564/28996 470/34565/28997 469/34566/28998</w:t>
        <w:br/>
        <w:t>f 468/34567/28999 471/34564/28996 469/34566/28998</w:t>
        <w:br/>
        <w:t>f 473/34568/29000 472/34569/29001 447/34542/28977</w:t>
        <w:br/>
        <w:t>f 476/34570/28984 475/34571/29002 474/34572/28985</w:t>
        <w:br/>
        <w:t>f 438/34535/28971 478/34573/29003 477/34574/29004</w:t>
        <w:br/>
        <w:t>f 437/34536/28972 438/34535/28971 477/34574/29004</w:t>
        <w:br/>
        <w:t>f 451/34548/28981 480/34575/29005 479/34576/29006</w:t>
        <w:br/>
        <w:t>f 450/34549/28971 451/34548/28981 479/34576/29006</w:t>
        <w:br/>
        <w:t>f 461/34557/28989 458/34554/28986 388/34484/28927</w:t>
        <w:br/>
        <w:t>f 473/34568/29000 441/34538/28974 481/34577/29007</w:t>
        <w:br/>
        <w:t>f 483/34578/29008 482/34579/29009 406/34502/28942</w:t>
        <w:br/>
        <w:t>f 485/34580/29010 447/34542/28977 484/34581/29011</w:t>
        <w:br/>
        <w:t>f 486/34582/29012 437/34536/28972 477/34574/29004</w:t>
        <w:br/>
        <w:t>f 443/34539/28973 465/34562/28994 487/34583/29013</w:t>
        <w:br/>
        <w:t>f 482/34579/29009 488/34584/28993 406/34502/28942</w:t>
        <w:br/>
        <w:t>f 256/34353/28818 257/34352/28817 489/34585/29014</w:t>
        <w:br/>
        <w:t>f 477/34574/29004 478/34573/29003 490/34586/29015</w:t>
        <w:br/>
        <w:t>f 465/34562/28994 466/34561/28993 487/34583/29013</w:t>
        <w:br/>
        <w:t>f 469/34566/28998 470/34565/28997 492/34587/29016</w:t>
        <w:br/>
        <w:t>f 491/34588/29017 469/34566/28998 492/34587/29016</w:t>
        <w:br/>
        <w:t>f 494/34589/29018 257/34352/28817 493/34590/29019</w:t>
        <w:br/>
        <w:t>f 496/34591/29020 479/34576/29006 480/34575/29005</w:t>
        <w:br/>
        <w:t>f 495/34592/29021 496/34591/29020 480/34575/29005</w:t>
        <w:br/>
        <w:t>f 480/34575/29005 497/34593/29022 495/34592/29021</w:t>
        <w:br/>
        <w:t>f 488/34584/28993 482/34579/29009 498/34594/29023</w:t>
        <w:br/>
        <w:t>f 441/34538/28974 488/34584/28993 498/34594/29023</w:t>
        <w:br/>
        <w:t>f 472/34569/29001 484/34581/29011 447/34542/28977</w:t>
        <w:br/>
        <w:t>f 472/34569/29001 473/34568/29000 481/34577/29007</w:t>
        <w:br/>
        <w:t>f 499/34595/29024 472/34569/29001 481/34577/29007</w:t>
        <w:br/>
        <w:t>f 503/34596/29025 502/34597/29026 501/34598/29027</w:t>
        <w:br/>
        <w:t>f 500/34599/29028 503/34596/29025 501/34598/29027</w:t>
        <w:br/>
        <w:t>f 464/34560/28992 367/34464/28913 415/34512/28952</w:t>
        <w:br/>
        <w:t>f 504/34600/29029 464/34560/28992 415/34512/28952</w:t>
        <w:br/>
        <w:t>f 481/34577/29007 441/34538/28974 498/34594/29023</w:t>
        <w:br/>
        <w:t>f 505/34601/29030 481/34577/29007 498/34594/29023</w:t>
        <w:br/>
        <w:t>f 507/34602/29031 496/34591/29020 495/34592/29021</w:t>
        <w:br/>
        <w:t>f 506/34603/29032 507/34602/29031 495/34592/29021</w:t>
        <w:br/>
        <w:t>f 508/34604/29033 415/34512/28952 467/34563/28995</w:t>
        <w:br/>
        <w:t>f 511/34605/29034 510/34606/29035 509/34607/29036</w:t>
        <w:br/>
        <w:t>f 475/34571/29002 511/34605/29034 509/34607/29036</w:t>
        <w:br/>
        <w:t>f 500/34599/29028 501/34598/29027 513/34608/29037</w:t>
        <w:br/>
        <w:t>f 512/34609/29038 500/34599/29028 513/34608/29037</w:t>
        <w:br/>
        <w:t>f 503/34596/29025 500/34599/29028 514/34610/29014</w:t>
        <w:br/>
        <w:t>f 516/34611/29039 515/34612/29040 499/34595/29024</w:t>
        <w:br/>
        <w:t>f 481/34577/29007 505/34601/29030 517/34613/29041</w:t>
        <w:br/>
        <w:t>f 499/34595/29024 481/34577/29007 517/34613/29041</w:t>
        <w:br/>
        <w:t>f 518/34614/29042 514/34610/29014 512/34609/29038</w:t>
        <w:br/>
        <w:t>f 520/34615/29043 519/34616/29044 507/34602/29031</w:t>
        <w:br/>
        <w:t>f 506/34603/29032 520/34615/29043 507/34602/29031</w:t>
        <w:br/>
        <w:t>f 522/34617/29045 491/34588/29017 492/34587/29016</w:t>
        <w:br/>
        <w:t>f 521/34618/29046 522/34617/29045 492/34587/29016</w:t>
        <w:br/>
        <w:t>f 510/34606/29035 523/34619/29047 509/34607/29036</w:t>
        <w:br/>
        <w:t>f 497/34593/29022 525/34620/29048 524/34621/29049</w:t>
        <w:br/>
        <w:t>f 512/34609/29038 513/34608/29037 526/34622/29050</w:t>
        <w:br/>
        <w:t>f 506/34603/29032 495/34592/29021 527/34623/29051</w:t>
        <w:br/>
        <w:t>f 499/34595/29024 517/34613/29041 516/34611/29039</w:t>
        <w:br/>
        <w:t>f 518/34614/29042 512/34609/29038 526/34622/29050</w:t>
        <w:br/>
        <w:t>f 529/34624/29052 528/34625/29053 519/34616/29044</w:t>
        <w:br/>
        <w:t>f 520/34615/29043 529/34624/29052 519/34616/29044</w:t>
        <w:br/>
        <w:t>f 532/34626/29054 531/34627/29055 530/34628/29042</w:t>
        <w:br/>
        <w:t>f 534/34629/29056 533/34630/29057 528/34625/29053</w:t>
        <w:br/>
        <w:t>f 529/34624/29052 534/34629/29056 528/34625/29053</w:t>
        <w:br/>
        <w:t>f 532/34626/29054 536/34631/29058 535/34632/29059</w:t>
        <w:br/>
        <w:t>f 531/34627/29055 532/34626/29054 535/34632/29059</w:t>
        <w:br/>
        <w:t>f 527/34623/29051 537/34633/29060 520/34615/29043</w:t>
        <w:br/>
        <w:t>f 506/34603/29032 527/34623/29051 520/34615/29043</w:t>
        <w:br/>
        <w:t>f 540/34634/29061 539/34635/29062 538/34636/29063</w:t>
        <w:br/>
        <w:t>f 543/34637/29029 542/34638/29064 541/34639/29065</w:t>
        <w:br/>
        <w:t>f 524/34621/29049 544/34640/29066 497/34593/29022</w:t>
        <w:br/>
        <w:t>f 545/34641/29067 539/34635/29062 531/34627/29055</w:t>
        <w:br/>
        <w:t>f 497/34593/29022 544/34640/29066 546/34642/29068</w:t>
        <w:br/>
        <w:t>f 527/34623/29051 497/34593/29022 546/34642/29068</w:t>
        <w:br/>
        <w:t>f 529/34624/29052 520/34615/29043 537/34633/29060</w:t>
        <w:br/>
        <w:t>f 547/34643/29069 529/34624/29052 537/34633/29060</w:t>
        <w:br/>
        <w:t>f 534/34629/29056 529/34624/29052 547/34643/29069</w:t>
        <w:br/>
        <w:t>f 548/34644/29070 534/34629/29056 547/34643/29069</w:t>
        <w:br/>
        <w:t>f 538/34636/29063 550/34645/29071 549/34646/29072</w:t>
        <w:br/>
        <w:t>f 527/34623/29051 546/34642/29068 551/34647/29073</w:t>
        <w:br/>
        <w:t>f 537/34633/29060 527/34623/29051 551/34647/29073</w:t>
        <w:br/>
        <w:t>f 551/34647/29073 552/34648/29074 547/34643/29069</w:t>
        <w:br/>
        <w:t>f 537/34633/29060 551/34647/29073 547/34643/29069</w:t>
        <w:br/>
        <w:t>f 555/34649/29075 554/34650/29076 553/34651/29077</w:t>
        <w:br/>
        <w:t>f 557/34652/29078 549/34646/29072 556/34653/29079</w:t>
        <w:br/>
        <w:t>f 548/34644/29070 552/34648/29074 558/34654/29080</w:t>
        <w:br/>
        <w:t>f 560/34655/29081 554/34650/29076 559/34656/29082</w:t>
        <w:br/>
        <w:t>f 562/34657/29083 561/34658/29084 554/34650/29076</w:t>
        <w:br/>
        <w:t>f 552/34648/29074 551/34647/29073 563/34659/29085</w:t>
        <w:br/>
        <w:t>f 564/34660/29086 558/34654/29080 560/34655/29081</w:t>
        <w:br/>
        <w:t>f 565/34661/29087 551/34647/29073 546/34642/29068</w:t>
        <w:br/>
        <w:t>f 552/34648/29074 563/34659/29085 566/34662/29088</w:t>
        <w:br/>
        <w:t>f 558/34654/29080 552/34648/29074 566/34662/29088</w:t>
        <w:br/>
        <w:t>f 567/34663/29089 563/34659/29085 551/34647/29073</w:t>
        <w:br/>
        <w:t>f 554/34650/29076 560/34655/29081 568/34664/29090</w:t>
        <w:br/>
        <w:t>f 562/34657/29083 554/34650/29076 568/34664/29090</w:t>
        <w:br/>
        <w:t>f 568/34664/29090 560/34655/29081 558/34654/29080</w:t>
        <w:br/>
        <w:t>f 566/34662/29088 568/34664/29090 558/34654/29080</w:t>
        <w:br/>
        <w:t>f 570/34665/29091 569/34666/29092 563/34659/29085</w:t>
        <w:br/>
        <w:t>f 571/34667/29093 569/34666/29092 570/34665/29091</w:t>
        <w:br/>
        <w:t>f 573/34668/29094 571/34667/29093 572/34669/29095</w:t>
        <w:br/>
        <w:t>f 576/34670/29096 575/34671/29097 574/34672/29098</w:t>
        <w:br/>
        <w:t>f 372/34467/28916 342/34437/28892 341/34438/28893</w:t>
        <w:br/>
        <w:t>f 460/34555/28987 578/34673/29099 577/34674/29100</w:t>
        <w:br/>
        <w:t>f 463/34558/28990 460/34555/28987 577/34674/29100</w:t>
        <w:br/>
        <w:t>f 476/34570/28984 462/34559/28991 463/34558/28990</w:t>
        <w:br/>
        <w:t>f 511/34605/29034 476/34570/28984 463/34558/28990</w:t>
        <w:br/>
        <w:t>f 428/34523/28961 427/34524/28962 455/34552/28984</w:t>
        <w:br/>
        <w:t>f 456/34551/28983 428/34523/28961 455/34552/28984</w:t>
        <w:br/>
        <w:t>f 580/34675/29101 579/34676/29101 523/34619/29047</w:t>
        <w:br/>
        <w:t>f 510/34606/29035 511/34605/29034 463/34558/28990</w:t>
        <w:br/>
        <w:t>f 577/34674/29100 510/34606/29035 463/34558/28990</w:t>
        <w:br/>
        <w:t>f 357/34452/28905 348/34443/28898 347/34444/28898</w:t>
        <w:br/>
        <w:t>f 356/34453/28905 357/34452/28905 347/34444/28898</w:t>
        <w:br/>
        <w:t>f 362/34455/28906 350/34445/28899 349/34446/28900</w:t>
        <w:br/>
        <w:t>f 361/34456/28907 362/34455/28906 349/34446/28900</w:t>
        <w:br/>
        <w:t>f 351/34448/28902 352/34447/28901 365/34460/28910</w:t>
        <w:br/>
        <w:t>f 366/34459/28910 351/34448/28902 365/34460/28910</w:t>
        <w:br/>
        <w:t>f 353/34450/28903 354/34449/28902 375/34470/28918</w:t>
        <w:br/>
        <w:t>f 376/34469/28918 353/34450/28903 375/34470/28918</w:t>
        <w:br/>
        <w:t>f 564/34660/29086 548/34644/29070 558/34654/29080</w:t>
        <w:br/>
        <w:t>f 443/34539/28973 396/34493/28935 465/34562/28994</w:t>
        <w:br/>
        <w:t>f 429/34526/28963 430/34525/28942 466/34561/28993</w:t>
        <w:br/>
        <w:t>f 431/34527/28964 369/34466/28915 442/34537/28973</w:t>
        <w:br/>
        <w:t>f 521/34618/29046 492/34587/29016 475/34571/29002</w:t>
        <w:br/>
        <w:t>f 509/34607/29036 521/34618/29046 475/34571/29002</w:t>
        <w:br/>
        <w:t>f 470/34565/28997 474/34572/28985 475/34571/29002</w:t>
        <w:br/>
        <w:t>f 492/34587/29016 470/34565/28997 475/34571/29002</w:t>
        <w:br/>
        <w:t>f 409/34506/28946 410/34505/28945 439/34534/28970</w:t>
        <w:br/>
        <w:t>f 440/34533/28969 409/34506/28946 439/34534/28970</w:t>
        <w:br/>
        <w:t>f 417/34513/28953 409/34506/28946 440/34533/28969</w:t>
        <w:br/>
        <w:t>f 448/34545/28978 449/34544/28978 581/34677/29102</w:t>
        <w:br/>
        <w:t>f 444/34541/28976 470/34565/28997 471/34564/28996</w:t>
        <w:br/>
        <w:t>f 425/34522/28945 426/34521/28960 452/34547/28980</w:t>
        <w:br/>
        <w:t>f 453/34546/28979 425/34522/28945 452/34547/28980</w:t>
        <w:br/>
        <w:t>f 457/34550/28982 454/34553/28985 582/34678/28997</w:t>
        <w:br/>
        <w:t>f 583/34679/29103 515/34612/29040 516/34611/29039</w:t>
        <w:br/>
        <w:t>f 585/34680/29104 584/34681/29105 533/34630/29057</w:t>
        <w:br/>
        <w:t>f 534/34629/29056 585/34680/29104 533/34630/29057</w:t>
        <w:br/>
        <w:t>f 585/34680/29104 534/34629/29056 548/34644/29070</w:t>
        <w:br/>
        <w:t>f 564/34660/29086 585/34680/29104 548/34644/29070</w:t>
        <w:br/>
        <w:t>f 484/34581/29011 501/34598/29027 502/34597/29026</w:t>
        <w:br/>
        <w:t>f 485/34580/29010 484/34581/29011 502/34597/29026</w:t>
        <w:br/>
        <w:t>f 515/34612/29040 501/34598/29027 484/34581/29011</w:t>
        <w:br/>
        <w:t>f 583/34679/29103 586/34682/29106 513/34608/29037</w:t>
        <w:br/>
        <w:t>f 515/34612/29040 583/34679/29103 513/34608/29037</w:t>
        <w:br/>
        <w:t>f 536/34631/29058 584/34681/29105 585/34680/29104</w:t>
        <w:br/>
        <w:t>f 535/34632/29059 536/34631/29058 585/34680/29104</w:t>
        <w:br/>
        <w:t>f 564/34660/29086 545/34641/29067 535/34632/29059</w:t>
        <w:br/>
        <w:t>f 585/34680/29104 564/34660/29086 535/34632/29059</w:t>
        <w:br/>
        <w:t>f 588/34683/29107 587/34684/28831 309/34405/29108</w:t>
        <w:br/>
        <w:t>f 513/34608/29037 501/34598/29027 515/34612/29040</w:t>
        <w:br/>
        <w:t>f 499/34595/29024 515/34612/29040 472/34569/29001</w:t>
        <w:br/>
        <w:t>f 572/34669/29095 589/34685/29109 573/34668/29094</w:t>
        <w:br/>
        <w:t>f 468/34567/28999 525/34620/29048 480/34575/29005</w:t>
        <w:br/>
        <w:t>f 524/34621/29049 525/34620/29048 469/34566/28998</w:t>
        <w:br/>
        <w:t>f 491/34588/29017 524/34621/29049 469/34566/28998</w:t>
        <w:br/>
        <w:t>f 590/34686/29110 524/34621/29049 491/34588/29017</w:t>
        <w:br/>
        <w:t>f 522/34617/29045 590/34686/29110 491/34588/29017</w:t>
        <w:br/>
        <w:t>f 594/34687/29111 593/34688/29112 592/34689/29112</w:t>
        <w:br/>
        <w:t>f 591/34690/29113 594/34687/29111 592/34689/29112</w:t>
        <w:br/>
        <w:t>f 598/34691/29114 597/34692/29115 596/34693/29116</w:t>
        <w:br/>
        <w:t>f 595/34694/29117 598/34691/29114 596/34693/29116</w:t>
        <w:br/>
        <w:t>f 591/34690/29113 600/34695/29118 599/34696/29119</w:t>
        <w:br/>
        <w:t>f 594/34687/29111 591/34690/29113 599/34696/29119</w:t>
        <w:br/>
        <w:t>f 597/34692/29115 601/34697/29120 600/34695/29118</w:t>
        <w:br/>
        <w:t>f 591/34690/29113 597/34692/29115 600/34695/29118</w:t>
        <w:br/>
        <w:t>f 605/34698/29121 604/34699/29121 603/34700/29122</w:t>
        <w:br/>
        <w:t>f 602/34701/29122 605/34698/29121 603/34700/29122</w:t>
        <w:br/>
        <w:t>f 593/34688/29112 607/34702/29123 606/34703/29123</w:t>
        <w:br/>
        <w:t>f 592/34689/29112 593/34688/29112 606/34703/29123</w:t>
        <w:br/>
        <w:t>f 609/34704/29124 608/34705/29124 604/34699/29121</w:t>
        <w:br/>
        <w:t>f 605/34698/29121 609/34704/29124 604/34699/29121</w:t>
        <w:br/>
        <w:t>f 610/34706/29125 597/34692/29115 598/34691/29114</w:t>
        <w:br/>
        <w:t>f 611/34707/29126 610/34706/29125 598/34691/29114</w:t>
        <w:br/>
        <w:t>f 595/34694/29117 613/34708/29127 612/34709/29128</w:t>
        <w:br/>
        <w:t>f 598/34691/29114 595/34694/29117 612/34709/29128</w:t>
        <w:br/>
        <w:t>f 610/34706/29125 614/34710/29129 601/34697/29120</w:t>
        <w:br/>
        <w:t>f 597/34692/29115 610/34706/29125 601/34697/29120</w:t>
        <w:br/>
        <w:t>f 618/34711/29130 617/34712/29131 616/34713/29132</w:t>
        <w:br/>
        <w:t>f 615/34714/29132 618/34711/29130 616/34713/29132</w:t>
        <w:br/>
        <w:t>f 600/34695/29118 620/34715/29133 619/34716/29134</w:t>
        <w:br/>
        <w:t>f 599/34696/29119 600/34695/29118 619/34716/29134</w:t>
        <w:br/>
        <w:t>f 622/34717/29135 621/34718/29135 615/34714/29132</w:t>
        <w:br/>
        <w:t>f 616/34713/29132 622/34717/29135 615/34714/29132</w:t>
        <w:br/>
        <w:t>f 623/34719/29136 602/34701/29122 603/34700/29122</w:t>
        <w:br/>
        <w:t>f 624/34720/29136 623/34719/29136 603/34700/29122</w:t>
        <w:br/>
        <w:t>f 612/34709/29128 625/34721/29137 611/34707/29126</w:t>
        <w:br/>
        <w:t>f 598/34691/29114 612/34709/29128 611/34707/29126</w:t>
        <w:br/>
        <w:t>f 601/34697/29120 626/34722/29138 620/34715/29133</w:t>
        <w:br/>
        <w:t>f 600/34695/29118 601/34697/29120 620/34715/29133</w:t>
        <w:br/>
        <w:t>f 628/34723/29139 627/34724/29139 617/34712/29131</w:t>
        <w:br/>
        <w:t>f 618/34711/29130 628/34723/29139 617/34712/29131</w:t>
        <w:br/>
        <w:t>f 630/34725/29140 629/34726/29140 608/34705/29124</w:t>
        <w:br/>
        <w:t>f 609/34704/29124 630/34725/29140 608/34705/29124</w:t>
        <w:br/>
        <w:t>f 633/34727/29141 632/34728/29142 631/34729/29143</w:t>
        <w:br/>
        <w:t>f 636/34730/29144 635/34731/29145 634/34732/29146</w:t>
        <w:br/>
        <w:t>f 640/34733/29147 639/34734/29148 638/34735/29149</w:t>
        <w:br/>
        <w:t>f 637/34736/29150 640/34733/29147 638/34735/29149</w:t>
        <w:br/>
        <w:t>f 614/34710/29129 641/34737/29151 626/34722/29138</w:t>
        <w:br/>
        <w:t>f 601/34697/29120 614/34710/29129 626/34722/29138</w:t>
        <w:br/>
        <w:t>f 607/34702/29123 643/34738/29152 642/34739/29152</w:t>
        <w:br/>
        <w:t>f 606/34703/29123 607/34702/29123 642/34739/29152</w:t>
        <w:br/>
        <w:t>f 646/34740/29153 645/34741/29154 644/34742/29155</w:t>
        <w:br/>
        <w:t>f 633/34727/29141 631/34729/29143 647/34743/29156</w:t>
        <w:br/>
        <w:t>f 647/34743/29157 639/34734/29148 640/34733/29147</w:t>
        <w:br/>
        <w:t>f 649/34744/29158 648/34745/29159 636/34730/29144</w:t>
        <w:br/>
        <w:t>f 651/34746/29160 650/34747/29161 631/34729/29143</w:t>
        <w:br/>
        <w:t>f 613/34708/29127 653/34748/29162 652/34749/29163</w:t>
        <w:br/>
        <w:t>f 612/34709/29128 613/34708/29127 652/34749/29163</w:t>
        <w:br/>
        <w:t>f 655/34750/29164 654/34751/29165 638/34735/29149</w:t>
        <w:br/>
        <w:t>f 646/34740/29153 657/34752/29166 656/34753/29161</w:t>
        <w:br/>
        <w:t>f 659/34754/29167 646/34740/29153 658/34755/29168</w:t>
        <w:br/>
        <w:t>f 635/34731/29145 661/34756/29169 660/34757/29169</w:t>
        <w:br/>
        <w:t>f 634/34732/29146 635/34731/29145 660/34757/29169</w:t>
        <w:br/>
        <w:t>f 663/34758/29170 662/34759/29171 621/34718/29135</w:t>
        <w:br/>
        <w:t>f 622/34717/29135 663/34758/29170 621/34718/29135</w:t>
        <w:br/>
        <w:t>f 667/34760/29172 666/34761/29173 665/34762/29174</w:t>
        <w:br/>
        <w:t>f 664/34763/29175 667/34760/29172 665/34762/29174</w:t>
        <w:br/>
        <w:t>f 637/34736/29150 668/34764/29176 632/34728/29142</w:t>
        <w:br/>
        <w:t>f 645/34741/29154 669/34765/29177 644/34742/29155</w:t>
        <w:br/>
        <w:t>f 632/34728/29142 670/34766/29178 651/34746/29160</w:t>
        <w:br/>
        <w:t>f 666/34761/29173 672/34767/29179 671/34768/29180</w:t>
        <w:br/>
        <w:t>f 665/34762/29174 666/34761/29173 671/34768/29180</w:t>
        <w:br/>
        <w:t>f 620/34715/29133 674/34769/29181 673/34770/29182</w:t>
        <w:br/>
        <w:t>f 619/34716/29134 620/34715/29133 673/34770/29182</w:t>
        <w:br/>
        <w:t>f 625/34721/29137 612/34709/29128 652/34749/29163</w:t>
        <w:br/>
        <w:t>f 675/34771/29183 625/34721/29137 652/34749/29163</w:t>
        <w:br/>
        <w:t>f 677/34772/29184 676/34773/29184 623/34719/29136</w:t>
        <w:br/>
        <w:t>f 624/34720/29136 677/34772/29184 623/34719/29136</w:t>
        <w:br/>
        <w:t>f 679/34774/29185 667/34760/29172 664/34763/29175</w:t>
        <w:br/>
        <w:t>f 678/34775/29186 679/34774/29185 664/34763/29175</w:t>
        <w:br/>
        <w:t>f 681/34776/29187 680/34777/29188 648/34745/29159</w:t>
        <w:br/>
        <w:t>f 626/34722/29138 682/34778/29189 674/34769/29181</w:t>
        <w:br/>
        <w:t>f 620/34715/29133 626/34722/29138 674/34769/29181</w:t>
        <w:br/>
        <w:t>f 685/34779/29190 684/34780/29191 683/34781/29192</w:t>
        <w:br/>
        <w:t>f 685/34779/29190 686/34782/29193 684/34780/29191</w:t>
        <w:br/>
        <w:t>f 688/34783/29194 687/34784/29195 627/34724/29139</w:t>
        <w:br/>
        <w:t>f 628/34723/29139 688/34783/29194 627/34724/29139</w:t>
        <w:br/>
        <w:t>f 690/34785/29196 689/34786/29196 629/34726/29140</w:t>
        <w:br/>
        <w:t>f 630/34725/29140 690/34785/29196 629/34726/29140</w:t>
        <w:br/>
        <w:t>f 692/34787/29197 691/34788/29198 655/34750/29164</w:t>
        <w:br/>
        <w:t>f 694/34789/29199 693/34790/29200 669/34765/29177</w:t>
        <w:br/>
        <w:t>f 668/34764/29176 695/34791/29201 670/34766/29178</w:t>
        <w:br/>
        <w:t>f 672/34767/29179 696/34792/29202 671/34768/29180</w:t>
        <w:br/>
        <w:t>f 654/34751/29165 697/34793/29203 668/34764/29176</w:t>
        <w:br/>
        <w:t>f 641/34737/29151 698/34794/29204 682/34778/29189</w:t>
        <w:br/>
        <w:t>f 626/34722/29138 641/34737/29151 682/34778/29189</w:t>
        <w:br/>
        <w:t>f 701/34795/29205 700/34796/29206 699/34797/29207</w:t>
        <w:br/>
        <w:t>f 661/34756/29169 703/34798/29208 702/34799/29208</w:t>
        <w:br/>
        <w:t>f 660/34757/29169 661/34756/29169 702/34799/29208</w:t>
        <w:br/>
        <w:t>f 705/34800/29209 704/34801/29210 679/34774/29185</w:t>
        <w:br/>
        <w:t>f 678/34775/29186 705/34800/29209 679/34774/29185</w:t>
        <w:br/>
        <w:t>f 708/34802/29211 707/34803/29212 667/34760/29172</w:t>
        <w:br/>
        <w:t>f 706/34804/29213 708/34802/29211 667/34760/29172</w:t>
        <w:br/>
        <w:t>f 683/34781/29192 710/34805/29214 709/34806/29215</w:t>
        <w:br/>
        <w:t>f 714/34807/29216 713/34808/29217 712/34809/29218</w:t>
        <w:br/>
        <w:t>f 711/34810/29219 714/34807/29216 712/34809/29218</w:t>
        <w:br/>
        <w:t>f 718/34811/29220 717/34812/29220 716/34813/29221</w:t>
        <w:br/>
        <w:t>f 715/34814/29222 718/34811/29220 716/34813/29221</w:t>
        <w:br/>
        <w:t>f 721/34815/29223 720/34816/29224 719/34817/29225</w:t>
        <w:br/>
        <w:t>f 680/34777/29188 721/34815/29223 719/34817/29225</w:t>
        <w:br/>
        <w:t>f 723/34818/29226 722/34819/29227 662/34759/29171</w:t>
        <w:br/>
        <w:t>f 663/34758/29170 723/34818/29226 662/34759/29171</w:t>
        <w:br/>
        <w:t>f 679/34774/29185 724/34820/29228 706/34804/29213</w:t>
        <w:br/>
        <w:t>f 667/34760/29172 679/34774/29185 706/34804/29213</w:t>
        <w:br/>
        <w:t>f 726/34821/29229 673/34770/29182 725/34822/29230</w:t>
        <w:br/>
        <w:t>f 666/34761/29231 708/34802/29232 728/34823/29233</w:t>
        <w:br/>
        <w:t>f 727/34824/29234 666/34761/29231 728/34823/29233</w:t>
        <w:br/>
        <w:t>f 732/34825/29235 731/34826/29236 730/34827/29236</w:t>
        <w:br/>
        <w:t>f 729/34828/29235 732/34825/29235 730/34827/29236</w:t>
        <w:br/>
        <w:t>f 734/34829/29237 733/34830/29238 717/34812/29220</w:t>
        <w:br/>
        <w:t>f 718/34811/29220 734/34829/29237 717/34812/29220</w:t>
        <w:br/>
        <w:t>f 736/34831/29239 735/34832/29240 713/34808/29217</w:t>
        <w:br/>
        <w:t>f 714/34807/29216 736/34831/29239 713/34808/29217</w:t>
        <w:br/>
        <w:t>f 738/34833/29241 737/34834/29242 693/34790/29200</w:t>
        <w:br/>
        <w:t>f 713/34808/29217 740/34835/29243 739/34836/29244</w:t>
        <w:br/>
        <w:t>f 712/34809/29218 713/34808/29217 739/34836/29244</w:t>
        <w:br/>
        <w:t>f 733/34830/29238 734/34829/29237 726/34821/29229</w:t>
        <w:br/>
        <w:t>f 725/34822/29230 733/34830/29238 726/34821/29229</w:t>
        <w:br/>
        <w:t>f 682/34778/29189 742/34837/29245 741/34838/29246</w:t>
        <w:br/>
        <w:t>f 674/34769/29181 682/34778/29189 741/34838/29246</w:t>
        <w:br/>
        <w:t>f 741/34838/29246 742/34837/29245 735/34832/29240</w:t>
        <w:br/>
        <w:t>f 736/34831/29239 741/34838/29246 735/34832/29240</w:t>
        <w:br/>
        <w:t>f 697/34793/29203 744/34839/29247 743/34840/29248</w:t>
        <w:br/>
        <w:t>f 695/34791/29201 697/34793/29203 743/34840/29248</w:t>
        <w:br/>
        <w:t>f 746/34841/29249 745/34842/29250 689/34786/29196</w:t>
        <w:br/>
        <w:t>f 690/34785/29196 746/34841/29249 689/34786/29196</w:t>
        <w:br/>
        <w:t>f 748/34843/29251 747/34844/29252 692/34787/29197</w:t>
        <w:br/>
        <w:t>f 731/34826/29236 750/34845/29253 749/34846/29254</w:t>
        <w:br/>
        <w:t>f 730/34827/29236 731/34826/29236 749/34846/29254</w:t>
        <w:br/>
        <w:t>f 752/34847/29255 751/34848/29256 701/34795/29205</w:t>
        <w:br/>
        <w:t>f 720/34816/29224 754/34849/29257 753/34850/29258</w:t>
        <w:br/>
        <w:t>f 719/34817/29225 720/34816/29224 753/34850/29258</w:t>
        <w:br/>
        <w:t>f 758/34851/29259 757/34852/29260 756/34853/29260</w:t>
        <w:br/>
        <w:t>f 755/34854/29259 758/34851/29259 756/34853/29260</w:t>
        <w:br/>
        <w:t>f 760/34855/29261 759/34856/29262 696/34792/29202</w:t>
        <w:br/>
        <w:t>f 728/34823/29233 761/34857/29263 760/34855/29261</w:t>
        <w:br/>
        <w:t>f 727/34824/29234 728/34823/29233 760/34855/29261</w:t>
        <w:br/>
        <w:t>f 749/34846/29254 745/34842/29250 746/34841/29249</w:t>
        <w:br/>
        <w:t>f 740/34835/29243 713/34808/29217 735/34832/29240</w:t>
        <w:br/>
        <w:t>f 762/34858/29264 740/34835/29243 735/34832/29240</w:t>
        <w:br/>
        <w:t>f 754/34849/29257 737/34834/29242 763/34859/29265</w:t>
        <w:br/>
        <w:t>f 753/34850/29258 754/34849/29257 763/34859/29265</w:t>
        <w:br/>
        <w:t>f 766/34860/29266 765/34861/29267 709/34806/29215</w:t>
        <w:br/>
        <w:t>f 764/34862/29268 766/34860/29266 709/34806/29215</w:t>
        <w:br/>
        <w:t>f 698/34794/29204 767/34863/29269 742/34837/29245</w:t>
        <w:br/>
        <w:t>f 682/34778/29189 698/34794/29204 742/34837/29245</w:t>
        <w:br/>
        <w:t>f 704/34801/29210 768/34864/29270 724/34820/29228</w:t>
        <w:br/>
        <w:t>f 679/34774/29185 704/34801/29210 724/34820/29228</w:t>
        <w:br/>
        <w:t>f 742/34837/29245 767/34863/29269 762/34858/29264</w:t>
        <w:br/>
        <w:t>f 735/34832/29240 742/34837/29245 762/34858/29264</w:t>
        <w:br/>
        <w:t>f 757/34852/29260 770/34865/29271 769/34866/29271</w:t>
        <w:br/>
        <w:t>f 756/34853/29260 757/34852/29260 769/34866/29271</w:t>
        <w:br/>
        <w:t>f 643/34738/29152 772/34867/29272 771/34868/29273</w:t>
        <w:br/>
        <w:t>f 642/34739/29152 643/34738/29152 771/34868/29273</w:t>
        <w:br/>
        <w:t>f 691/34788/29198 774/34869/29274 773/34870/29275</w:t>
        <w:br/>
        <w:t>f 776/34871/29276 775/34872/29277 652/34749/29163</w:t>
        <w:br/>
        <w:t>f 653/34748/29162 776/34871/29276 652/34749/29163</w:t>
        <w:br/>
        <w:t>f 778/34873/29278 777/34874/29279 722/34819/29227</w:t>
        <w:br/>
        <w:t>f 780/34875/29280 752/34847/29255 779/34876/29281</w:t>
        <w:br/>
        <w:t>f 744/34839/29247 780/34875/29280 779/34876/29281</w:t>
        <w:br/>
        <w:t>f 743/34840/29248 744/34839/29247 779/34876/29281</w:t>
        <w:br/>
        <w:t>f 703/34798/29208 782/34877/29282 781/34878/29283</w:t>
        <w:br/>
        <w:t>f 702/34799/29208 703/34798/29208 781/34878/29283</w:t>
        <w:br/>
        <w:t>f 784/34879/29284 783/34880/29285 704/34801/29210</w:t>
        <w:br/>
        <w:t>f 770/34865/29271 777/34874/29279 778/34873/29278</w:t>
        <w:br/>
        <w:t>f 769/34866/29271 770/34865/29271 778/34873/29278</w:t>
        <w:br/>
        <w:t>f 759/34856/29262 786/34881/29286 785/34882/29287</w:t>
        <w:br/>
        <w:t>f 787/34883/29288 748/34843/29251 785/34882/29287</w:t>
        <w:br/>
        <w:t>f 789/34884/29289 788/34885/29290 675/34771/29183</w:t>
        <w:br/>
        <w:t>f 652/34749/29163 789/34884/29289 675/34771/29183</w:t>
        <w:br/>
        <w:t>f 793/34886/29291 792/34887/29292 791/34888/29292</w:t>
        <w:br/>
        <w:t>f 790/34889/29291 793/34886/29291 791/34888/29292</w:t>
        <w:br/>
        <w:t>f 786/34881/29286 760/34855/29261 761/34857/29263</w:t>
        <w:br/>
        <w:t>f 794/34890/29293 786/34881/29286 761/34857/29263</w:t>
        <w:br/>
        <w:t>f 796/34891/29294 793/34886/29291 790/34889/29291</w:t>
        <w:br/>
        <w:t>f 795/34892/29295 796/34891/29294 790/34889/29291</w:t>
        <w:br/>
        <w:t>f 797/34893/29296 676/34773/29184 677/34772/29184</w:t>
        <w:br/>
        <w:t>f 798/34894/29296 797/34893/29296 677/34772/29184</w:t>
        <w:br/>
        <w:t>f 747/34844/29252 799/34895/29297 774/34869/29274</w:t>
        <w:br/>
        <w:t>f 688/34783/29194 800/34896/29298 687/34784/29195</w:t>
        <w:br/>
        <w:t>f 792/34887/29292 802/34897/29299 801/34898/29299</w:t>
        <w:br/>
        <w:t>f 791/34888/29292 792/34887/29292 801/34898/29299</w:t>
        <w:br/>
        <w:t>f 795/34892/29295 804/34899/29300 803/34900/29301</w:t>
        <w:br/>
        <w:t>f 796/34891/29294 795/34892/29295 803/34900/29301</w:t>
        <w:br/>
        <w:t>f 806/34901/29302 805/34902/29303 766/34860/29266</w:t>
        <w:br/>
        <w:t>f 807/34903/29304 786/34881/29286 794/34890/29293</w:t>
        <w:br/>
        <w:t>f 799/34895/29305 807/34903/29304 794/34890/29293</w:t>
        <w:br/>
        <w:t>f 766/34860/29266 808/34904/29306 765/34861/29267</w:t>
        <w:br/>
        <w:t>f 812/34905/29307 811/34906/29308 810/34907/29308</w:t>
        <w:br/>
        <w:t>f 809/34908/29307 812/34905/29307 810/34907/29308</w:t>
        <w:br/>
        <w:t>f 811/34906/29308 814/34909/29309 813/34910/29309</w:t>
        <w:br/>
        <w:t>f 810/34907/29308 811/34906/29308 813/34910/29309</w:t>
        <w:br/>
        <w:t>f 816/34911/29310 815/34912/29311 783/34880/29285</w:t>
        <w:br/>
        <w:t>f 782/34877/29282 818/34913/29312 817/34914/29313</w:t>
        <w:br/>
        <w:t>f 781/34878/29283 782/34877/29282 817/34914/29313</w:t>
        <w:br/>
        <w:t>f 804/34899/29300 820/34915/29314 819/34916/29314</w:t>
        <w:br/>
        <w:t>f 803/34900/29301 804/34899/29300 819/34916/29314</w:t>
        <w:br/>
        <w:t>f 824/34917/29315 823/34918/29315 822/34919/29316</w:t>
        <w:br/>
        <w:t>f 821/34920/29316 824/34917/29315 822/34919/29316</w:t>
        <w:br/>
        <w:t>f 826/34921/29317 825/34922/29317 812/34905/29307</w:t>
        <w:br/>
        <w:t>f 809/34908/29307 826/34921/29317 812/34905/29307</w:t>
        <w:br/>
        <w:t>f 828/34923/29318 827/34924/29318 819/34916/29314</w:t>
        <w:br/>
        <w:t>f 820/34915/29314 828/34923/29318 819/34916/29314</w:t>
        <w:br/>
        <w:t>f 814/34909/29309 830/34925/29319 829/34926/29319</w:t>
        <w:br/>
        <w:t>f 813/34910/29309 814/34909/29309 829/34926/29319</w:t>
        <w:br/>
        <w:t>f 832/34927/29320 831/34928/29320 823/34918/29315</w:t>
        <w:br/>
        <w:t>f 824/34917/29315 832/34927/29320 823/34918/29315</w:t>
        <w:br/>
        <w:t>f 836/34929/29321 835/34930/29322 834/34931/29323</w:t>
        <w:br/>
        <w:t>f 833/34932/29313 836/34929/29321 834/34931/29323</w:t>
        <w:br/>
        <w:t>f 821/34920/29316 822/34919/29316 838/34933/29324</w:t>
        <w:br/>
        <w:t>f 837/34934/29325 821/34920/29316 838/34933/29324</w:t>
        <w:br/>
        <w:t>f 805/34902/29303 839/34935/29326 808/34904/29306</w:t>
        <w:br/>
        <w:t>f 815/34912/29311 839/34935/29326 805/34902/29303</w:t>
        <w:br/>
        <w:t>f 830/34925/29319 841/34936/29327 840/34937/29328</w:t>
        <w:br/>
        <w:t>f 829/34926/29319 830/34925/29319 840/34937/29328</w:t>
        <w:br/>
        <w:t>f 832/34927/29320 843/34938/29329 842/34939/29330</w:t>
        <w:br/>
        <w:t>f 831/34928/29320 832/34927/29320 842/34939/29330</w:t>
        <w:br/>
        <w:t>f 835/34930/29322 836/34929/29321 827/34924/29318</w:t>
        <w:br/>
        <w:t>f 828/34923/29318 835/34930/29322 827/34924/29318</w:t>
        <w:br/>
        <w:t>f 802/34897/29299 845/34940/29331 844/34941/29332</w:t>
        <w:br/>
        <w:t>f 801/34898/29299 802/34897/29299 844/34941/29332</w:t>
        <w:br/>
        <w:t>f 847/34942/29333 841/34936/29327 846/34943/29334</w:t>
        <w:br/>
        <w:t>f 837/34934/29325 838/34933/29324 848/34944/29335</w:t>
        <w:br/>
        <w:t>f 850/34945/29336 848/34944/29335 849/34946/29337</w:t>
        <w:br/>
        <w:t>f 839/34935/29326 852/34947/29338 851/34948/29339</w:t>
        <w:br/>
        <w:t>f 854/34949/29340 850/34945/29336 853/34950/29341</w:t>
        <w:br/>
        <w:t>f 856/34951/29342 855/34952/29342 775/34872/29277</w:t>
        <w:br/>
        <w:t>f 771/34868/29343 856/34951/29342 775/34872/29277</w:t>
        <w:br/>
        <w:t>f 772/34867/29272 858/34953/29344 857/34954/29345</w:t>
        <w:br/>
        <w:t>f 771/34868/29273 772/34867/29272 857/34954/29345</w:t>
        <w:br/>
        <w:t>f 862/34955/29346 861/34956/29346 860/34957/29347</w:t>
        <w:br/>
        <w:t>f 859/34958/29348 862/34955/29346 860/34957/29347</w:t>
        <w:br/>
        <w:t>f 864/34959/29349 863/34960/29349 825/34922/29317</w:t>
        <w:br/>
        <w:t>f 826/34921/29317 864/34959/29349 825/34922/29317</w:t>
        <w:br/>
        <w:t>f 865/34961/29350 839/34935/29326 815/34912/29311</w:t>
        <w:br/>
        <w:t>f 867/34962/29351 866/34963/29352 788/34885/29290</w:t>
        <w:br/>
        <w:t>f 789/34884/29289 867/34962/29351 788/34885/29290</w:t>
        <w:br/>
        <w:t>f 869/34964/29353 868/34965/29354 859/34958/29348</w:t>
        <w:br/>
        <w:t>f 860/34957/29347 869/34964/29353 859/34958/29348</w:t>
        <w:br/>
        <w:t>f 871/34966/29355 870/34967/29355 861/34956/29346</w:t>
        <w:br/>
        <w:t>f 862/34955/29346 871/34966/29355 861/34956/29346</w:t>
        <w:br/>
        <w:t>f 873/34968/29356 872/34969/29357 797/34893/29296</w:t>
        <w:br/>
        <w:t>f 798/34894/29296 873/34968/29356 797/34893/29296</w:t>
        <w:br/>
        <w:t>f 843/34938/29329 875/34970/29358 874/34971/29359</w:t>
        <w:br/>
        <w:t>f 842/34939/29330 843/34938/29329 874/34971/29359</w:t>
        <w:br/>
        <w:t>f 877/34972/29360 876/34973/29361 868/34965/29354</w:t>
        <w:br/>
        <w:t>f 869/34964/29353 877/34972/29360 868/34965/29354</w:t>
        <w:br/>
        <w:t>f 878/34974/29362 852/34947/29338 865/34961/29350</w:t>
        <w:br/>
        <w:t>f 788/34885/29290 866/34963/29352 879/34975/29363</w:t>
        <w:br/>
        <w:t>f 800/34896/29298 788/34885/29290 879/34975/29363</w:t>
        <w:br/>
        <w:t>f 880/34976/29364 844/34941/29332 845/34940/29331</w:t>
        <w:br/>
        <w:t>f 883/34977/29365 882/34978/29366 881/34979/29367</w:t>
        <w:br/>
        <w:t>f 878/34974/29362 883/34977/29365 881/34979/29367</w:t>
        <w:br/>
        <w:t>f 876/34973/29361 877/34972/29360 882/34978/29366</w:t>
        <w:br/>
        <w:t>f 883/34977/29365 876/34973/29361 882/34978/29366</w:t>
        <w:br/>
        <w:t>f 884/34980/29368 844/34941/29332 880/34976/29364</w:t>
        <w:br/>
        <w:t>f 880/34976/29364 845/34940/29331 885/34981/29369</w:t>
        <w:br/>
        <w:t>f 856/34951/29342 887/34982/29370 886/34983/29371</w:t>
        <w:br/>
        <w:t>f 855/34952/29342 856/34951/29342 886/34983/29371</w:t>
        <w:br/>
        <w:t>f 858/34953/29344 889/34984/29372 888/34985/29373</w:t>
        <w:br/>
        <w:t>f 857/34954/29345 858/34953/29344 888/34985/29373</w:t>
        <w:br/>
        <w:t>f 884/34980/29368 890/34986/29374 863/34960/29349</w:t>
        <w:br/>
        <w:t>f 864/34959/29349 884/34980/29368 863/34960/29349</w:t>
        <w:br/>
        <w:t>f 867/34962/29351 891/34987/29375 866/34963/29352</w:t>
        <w:br/>
        <w:t>f 893/34988/29376 892/34989/29377 870/34967/29355</w:t>
        <w:br/>
        <w:t>f 871/34966/29355 893/34988/29376 870/34967/29355</w:t>
        <w:br/>
        <w:t>f 895/34990/29371 894/34991/29378 884/34980/29368</w:t>
        <w:br/>
        <w:t>f 880/34976/29364 895/34990/29371 884/34980/29368</w:t>
        <w:br/>
        <w:t>f 875/34970/29358 897/34992/29379 896/34993/29356</w:t>
        <w:br/>
        <w:t>f 899/34994/29380 898/34995/29380 872/34969/29357</w:t>
        <w:br/>
        <w:t>f 873/34968/29356 899/34994/29380 872/34969/29357</w:t>
        <w:br/>
        <w:t>f 894/34991/29378 900/34996/29381 890/34986/29374</w:t>
        <w:br/>
        <w:t>f 884/34980/29368 894/34991/29378 890/34986/29374</w:t>
        <w:br/>
        <w:t>f 887/34982/29370 901/34997/29382 886/34983/29371</w:t>
        <w:br/>
        <w:t>f 895/34990/29371 902/34998/29383 894/34991/29378</w:t>
        <w:br/>
        <w:t>f 879/34975/29363 904/34999/29384 903/35000/29384</w:t>
        <w:br/>
        <w:t>f 893/34988/29376 905/35001/29385 892/34989/29377</w:t>
        <w:br/>
        <w:t>f 906/35002/29386 888/34985/29373 889/34984/29372</w:t>
        <w:br/>
        <w:t>f 897/34992/29379 908/35003/29387 907/35004/29387</w:t>
        <w:br/>
        <w:t>f 896/34993/29356 897/34992/29379 907/35004/29387</w:t>
        <w:br/>
        <w:t>f 909/35005/29388 898/34995/29380 899/34994/29380</w:t>
        <w:br/>
        <w:t>f 904/34999/29384 911/35006/29389 910/35007/29389</w:t>
        <w:br/>
        <w:t>f 903/35000/29384 904/34999/29384 910/35007/29389</w:t>
        <w:br/>
        <w:t>f 913/35008/29390 912/35009/29391 907/35004/29387</w:t>
        <w:br/>
        <w:t>f 908/35003/29387 913/35008/29390 907/35004/29387</w:t>
        <w:br/>
        <w:t>f 915/35010/29392 905/35001/29385 914/35011/29393</w:t>
        <w:br/>
        <w:t>f 900/34996/29381 915/35010/29392 914/35011/29393</w:t>
        <w:br/>
        <w:t>f 917/35012/29394 915/35010/29392 900/34996/29381</w:t>
        <w:br/>
        <w:t>f 916/35013/29395 917/35012/29394 900/34996/29381</w:t>
        <w:br/>
        <w:t>f 909/35005/29396 920/35014/29397 919/35015/29398</w:t>
        <w:br/>
        <w:t>f 918/35016/29399 909/35005/29396 919/35015/29398</w:t>
        <w:br/>
        <w:t>f 923/35017/29382 922/35018/29400 921/35019/29401</w:t>
        <w:br/>
        <w:t>f 924/35020/29402 923/35017/29382 921/35019/29401</w:t>
        <w:br/>
        <w:t>f 926/35021/29403 910/35007/29389 911/35006/29389</w:t>
        <w:br/>
        <w:t>f 925/35022/29404 926/35021/29403 911/35006/29389</w:t>
        <w:br/>
        <w:t>f 929/35023/29405 928/35024/29406 927/35025/29407</w:t>
        <w:br/>
        <w:t>f 930/35026/29408 912/35009/29391 913/35008/29390</w:t>
        <w:br/>
        <w:t>f 933/35027/29409 932/35028/29410 931/35029/29410</w:t>
        <w:br/>
        <w:t>f 936/35030/29411 935/35031/29412 934/35032/29411</w:t>
        <w:br/>
        <w:t>f 939/35033/29413 938/35034/29414 937/35035/29414</w:t>
        <w:br/>
        <w:t>f 930/35026/29408 940/35036/29415 912/35009/29391</w:t>
        <w:br/>
        <w:t>f 943/35037/29416 942/35038/29417 941/35039/29416</w:t>
        <w:br/>
        <w:t>f 919/35015/29398 920/35014/29397 944/35040/29418</w:t>
        <w:br/>
        <w:t>f 917/35012/29394 916/35013/29395 945/35041/29419</w:t>
        <w:br/>
        <w:t>f 949/35042/29420 948/35043/29421 947/35044/29421</w:t>
        <w:br/>
        <w:t>f 946/35045/29422 949/35042/29420 947/35044/29421</w:t>
        <w:br/>
        <w:t>f 953/35046/29423 952/35047/29424 951/35048/29424</w:t>
        <w:br/>
        <w:t>f 950/35049/29423 953/35046/29423 951/35048/29424</w:t>
        <w:br/>
        <w:t>f 956/35050/29401 955/35051/29425 954/35052/29426</w:t>
        <w:br/>
        <w:t>f 959/35053/29427 958/35054/29428 957/35055/29429</w:t>
        <w:br/>
        <w:t>f 962/35056/29430 961/35057/29431 960/35058/29432</w:t>
        <w:br/>
        <w:t>f 966/35059/29433 965/35060/29434 964/35061/29435</w:t>
        <w:br/>
        <w:t>f 963/35062/29436 966/35059/29433 964/35061/29435</w:t>
        <w:br/>
        <w:t>f 952/35047/29424 968/35063/29437 967/35064/29437</w:t>
        <w:br/>
        <w:t>f 951/35048/29424 952/35047/29424 967/35064/29437</w:t>
        <w:br/>
        <w:t>f 970/35065/29438 926/35021/29403 969/35066/29439</w:t>
        <w:br/>
        <w:t>f 921/35019/29401 922/35018/29400 971/35067/29440</w:t>
        <w:br/>
        <w:t>f 975/35068/29441 974/35069/29395 973/35070/29442</w:t>
        <w:br/>
        <w:t>f 972/35071/29443 975/35068/29441 973/35070/29442</w:t>
        <w:br/>
        <w:t>f 977/35072/29444 949/35042/29420 946/35045/29422</w:t>
        <w:br/>
        <w:t>f 976/35073/29444 977/35072/29444 946/35045/29422</w:t>
        <w:br/>
        <w:t>f 978/35074/29445 963/35062/29436 964/35061/29435</w:t>
        <w:br/>
        <w:t>f 982/35075/29446 981/35076/29447 980/35077/29448</w:t>
        <w:br/>
        <w:t>f 979/35078/29448 982/35075/29446 980/35077/29448</w:t>
        <w:br/>
        <w:t>f 986/35079/29449 985/35080/29450 984/35081/29451</w:t>
        <w:br/>
        <w:t>f 983/35082/29452 986/35079/29449 984/35081/29451</w:t>
        <w:br/>
        <w:t>f 988/35083/29453 987/35084/29453 981/35076/29447</w:t>
        <w:br/>
        <w:t>f 982/35075/29446 988/35083/29453 981/35076/29447</w:t>
        <w:br/>
        <w:t>f 960/35058/29432 990/35085/29454 989/35086/29454</w:t>
        <w:br/>
        <w:t>f 962/35056/29430 960/35058/29432 989/35086/29454</w:t>
        <w:br/>
        <w:t>f 993/35087/29455 957/35055/29429 992/35088/29456</w:t>
        <w:br/>
        <w:t>f 991/35089/29457 993/35087/29455 992/35088/29456</w:t>
        <w:br/>
        <w:t>f 995/35090/29458 994/35091/29459 978/35074/29445</w:t>
        <w:br/>
        <w:t>f 988/35083/29453 996/35092/29460 987/35084/29453</w:t>
        <w:br/>
        <w:t>f 968/35063/29437 998/35093/29461 997/35094/29462</w:t>
        <w:br/>
        <w:t>f 967/35064/29437 968/35063/29437 997/35094/29462</w:t>
        <w:br/>
        <w:t>f 1001/35095/29463 1000/35096/29463 999/35097/29464</w:t>
        <w:br/>
        <w:t>f 1002/35098/29464 1001/35095/29463 999/35097/29464</w:t>
        <w:br/>
        <w:t>f 1005/35099/29465 1004/35100/29465 1003/35101/29466</w:t>
        <w:br/>
        <w:t>f 976/35073/29444 1007/35102/29467 1006/35103/29467</w:t>
        <w:br/>
        <w:t>f 977/35072/29444 976/35073/29444 1006/35103/29467</w:t>
        <w:br/>
        <w:t>f 1011/35104/29468 1010/35105/29469 1009/35106/29470</w:t>
        <w:br/>
        <w:t>f 1008/35107/29471 1011/35104/29468 1009/35106/29470</w:t>
        <w:br/>
        <w:t>f 1014/35108/29472 1013/35109/29473 1012/35110/29474</w:t>
        <w:br/>
        <w:t>f 1014/35108/29472 1016/35111/29475 1015/35112/29476</w:t>
        <w:br/>
        <w:t>f 1013/35109/29473 1014/35108/29472 1015/35112/29476</w:t>
        <w:br/>
        <w:t>f 1003/35101/29466 1018/35113/29477 1017/35114/29478</w:t>
        <w:br/>
        <w:t>f 985/35080/29450 1019/35115/29479 984/35081/29451</w:t>
        <w:br/>
        <w:t>f 1012/35110/29474 1013/35109/29473 1018/35113/29477</w:t>
        <w:br/>
        <w:t>f 930/35026/29408 1020/35116/29480 940/35036/29415</w:t>
        <w:br/>
        <w:t>f 1022/35117/29480 997/35094/29462 998/35093/29461</w:t>
        <w:br/>
        <w:t>f 1021/35118/29481 1022/35117/29480 998/35093/29461</w:t>
        <w:br/>
        <w:t>f 1024/35119/29461 1002/35098/29464 999/35097/29464</w:t>
        <w:br/>
        <w:t>f 1023/35120/29482 1024/35119/29461 999/35097/29464</w:t>
        <w:br/>
        <w:t>f 989/35086/29454 990/35085/29454 1026/35121/29483</w:t>
        <w:br/>
        <w:t>f 1025/35122/29483 989/35086/29454 1026/35121/29483</w:t>
        <w:br/>
        <w:t>f 1030/35123/29484 1029/35124/29452 1028/35125/29485</w:t>
        <w:br/>
        <w:t>f 1027/35126/29486 1030/35123/29484 1028/35125/29485</w:t>
        <w:br/>
        <w:t>f 992/35088/29456 1031/35127/29487 991/35089/29457</w:t>
        <w:br/>
        <w:t>f 944/35040/29418 1033/35128/29488 1032/35129/29489</w:t>
        <w:br/>
        <w:t>f 1034/35130/29490 1018/35113/29477 1013/35109/29473</w:t>
        <w:br/>
        <w:t>f 1015/35112/29476 1034/35130/29490 1013/35109/29473</w:t>
        <w:br/>
        <w:t>f 1035/35131/29491 1011/35104/29468 1008/35107/29471</w:t>
        <w:br/>
        <w:t>f 1037/35132/29492 956/35050/29401 1036/35133/29493</w:t>
        <w:br/>
        <w:t>f 971/35067/29494 1040/35134/29495 1039/35135/29496</w:t>
        <w:br/>
        <w:t>f 1038/35136/29497 971/35067/29494 1039/35135/29496</w:t>
        <w:br/>
        <w:t>f 1041/35137/29498 970/35065/29438 969/35066/29439</w:t>
        <w:br/>
        <w:t>f 1045/35138/29499 1044/35139/29500 1043/35140/29501</w:t>
        <w:br/>
        <w:t>f 1042/35141/29502 1045/35138/29499 1043/35140/29501</w:t>
        <w:br/>
        <w:t>f 975/35068/29441 972/35071/29443 1046/35142/29503</w:t>
        <w:br/>
        <w:t>f 1030/35123/29484 1027/35126/29486 1043/35140/29501</w:t>
        <w:br/>
        <w:t>f 1044/35139/29500 1030/35123/29484 1043/35140/29501</w:t>
        <w:br/>
        <w:t>f 1048/35143/29479 1047/35144/29504 1027/35126/29486</w:t>
        <w:br/>
        <w:t>f 1028/35125/29485 1048/35143/29479 1027/35126/29486</w:t>
        <w:br/>
        <w:t>f 574/34672/29098 575/34671/29097 1050/35145/29505</w:t>
        <w:br/>
        <w:t>f 1049/35146/29505 574/34672/29098 1050/35145/29505</w:t>
        <w:br/>
        <w:t>f 1053/35147/29404 1052/35148/29480 1051/35149/29506</w:t>
        <w:br/>
        <w:t>f 1051/35149/29506 1054/35150/29507 1053/35147/29404</w:t>
        <w:br/>
        <w:t>f 1055/35151/29508 1043/35140/29501 1027/35126/29486</w:t>
        <w:br/>
        <w:t>f 1047/35144/29504 1055/35151/29508 1027/35126/29486</w:t>
        <w:br/>
        <w:t>f 1037/35132/29492 1036/35133/29493 1056/35152/29509</w:t>
        <w:br/>
        <w:t>f 1055/35151/29508 1057/35153/29510 1042/35141/29502</w:t>
        <w:br/>
        <w:t>f 1043/35140/29501 1055/35151/29508 1042/35141/29502</w:t>
        <w:br/>
        <w:t>f 1008/35107/29471 1059/35154/29511 1058/35155/29512</w:t>
        <w:br/>
        <w:t>f 1060/35156/29513 971/35067/29494 1038/35136/29497</w:t>
        <w:br/>
        <w:t>f 1062/35157/29514 1061/35158/29514 1049/35146/29505</w:t>
        <w:br/>
        <w:t>f 1050/35145/29505 1062/35157/29514 1049/35146/29505</w:t>
        <w:br/>
        <w:t>f 1064/35159/29491 1063/35160/29515 1047/35144/29504</w:t>
        <w:br/>
        <w:t>f 1048/35143/29479 1064/35159/29491 1047/35144/29504</w:t>
        <w:br/>
        <w:t>f 1067/35161/29516 1066/35162/29517 1065/35163/29518</w:t>
        <w:br/>
        <w:t>f 1051/35149/29506 1069/35164/29519 1068/35165/29520</w:t>
        <w:br/>
        <w:t>f 1054/35150/29507 1051/35149/29506 1071/35166/29521</w:t>
        <w:br/>
        <w:t>f 1070/35167/29489 1054/35150/29507 1071/35166/29521</w:t>
        <w:br/>
        <w:t>f 1073/35168/29522 408/34503/28943 417/34513/28953</w:t>
        <w:br/>
        <w:t>f 1072/35169/29523 1073/35168/29522 417/34513/28953</w:t>
        <w:br/>
        <w:t>f 1056/35152/29509 1036/35133/29493 1075/35170/29524</w:t>
        <w:br/>
        <w:t>f 1074/35171/29525 1056/35152/29509 1075/35170/29524</w:t>
        <w:br/>
        <w:t>f 1035/35131/29491 1008/35107/29471 1076/35172/29526</w:t>
        <w:br/>
        <w:t>f 1038/35136/29497 1039/35135/29496 1078/35173/29527</w:t>
        <w:br/>
        <w:t>f 1077/35174/29528 1038/35136/29497 1078/35173/29527</w:t>
        <w:br/>
        <w:t>f 1081/35175/29529 1080/35176/29530 1079/35177/29531</w:t>
        <w:br/>
        <w:t>f 437/34536/28972 1083/35178/29532 1082/35179/29533</w:t>
        <w:br/>
        <w:t>f 440/34533/28969 437/34536/28972 1082/35179/29533</w:t>
        <w:br/>
        <w:t>f 1085/35180/29534 1060/35156/29513 1084/35181/29535</w:t>
        <w:br/>
        <w:t>f 1063/35160/29515 1087/35182/29536 1086/35183/29537</w:t>
        <w:br/>
        <w:t>f 1091/35184/29538 1090/35185/29538 1089/35186/29539</w:t>
        <w:br/>
        <w:t>f 1088/35187/29540 1091/35184/29538 1089/35186/29539</w:t>
        <w:br/>
        <w:t>f 1047/35144/29504 1086/35183/29537 1055/35151/29508</w:t>
        <w:br/>
        <w:t>f 1092/35188/29541 1081/35175/29529 1079/35177/29531</w:t>
        <w:br/>
        <w:t>f 1060/35156/29513 1038/35136/29497 1077/35174/29528</w:t>
        <w:br/>
        <w:t>f 1093/35189/29542 1060/35156/29513 1077/35174/29528</w:t>
        <w:br/>
        <w:t>f 1058/35155/29512 1059/35154/29511 1095/35190/29543</w:t>
        <w:br/>
        <w:t>f 1094/35191/29544 1058/35155/29512 1095/35190/29543</w:t>
        <w:br/>
        <w:t>f 1097/35192/29545 1071/35166/29521 1096/35193/29546</w:t>
        <w:br/>
        <w:t>f 1099/35194/29547 1092/35188/29541 1098/35195/29548</w:t>
        <w:br/>
        <w:t>f 1079/35177/29531 1101/35196/29549 1100/35197/29550</w:t>
        <w:br/>
        <w:t>f 1104/35198/29551 1103/35199/29552 1102/35200/29553</w:t>
        <w:br/>
        <w:t>f 1051/35149/29506 1105/35201/29554 1071/35166/29521</w:t>
        <w:br/>
        <w:t>f 1108/35202/29555 1107/35203/29556 1106/35204/29556</w:t>
        <w:br/>
        <w:t>f 1111/35205/29557 1110/35206/29558 1109/35207/29559</w:t>
        <w:br/>
        <w:t>f 1084/35181/29535 1060/35156/29513 1093/35189/29542</w:t>
        <w:br/>
        <w:t>f 1112/35208/29560 1084/35181/29535 1093/35189/29542</w:t>
        <w:br/>
        <w:t>f 1113/35209/29561 1066/35162/29517 1086/35183/29537</w:t>
        <w:br/>
        <w:t>f 1116/35210/29562 1115/35211/29563 1114/35212/29564</w:t>
        <w:br/>
        <w:t>f 1076/35172/29526 1058/35155/29512 1094/35191/29544</w:t>
        <w:br/>
        <w:t>f 1117/35213/29565 1076/35172/29526 1094/35191/29544</w:t>
        <w:br/>
        <w:t>f 1083/35178/29532 437/34536/28972 486/34582/29012</w:t>
        <w:br/>
        <w:t>f 1118/35214/29566 1083/35178/29532 486/34582/29012</w:t>
        <w:br/>
        <w:t>f 1074/35171/29525 1075/35170/29524 1120/35215/29567</w:t>
        <w:br/>
        <w:t>f 1119/35216/29568 1074/35171/29525 1120/35215/29567</w:t>
        <w:br/>
        <w:t>f 1124/35217/29569 1123/35218/29526 1122/35219/29565</w:t>
        <w:br/>
        <w:t>f 1121/35220/29570 1124/35217/29569 1122/35219/29565</w:t>
        <w:br/>
        <w:t>f 1077/35174/29528 1078/35173/29527 1126/35221/29571</w:t>
        <w:br/>
        <w:t>f 1125/35222/29572 1077/35174/29528 1126/35221/29571</w:t>
        <w:br/>
        <w:t>f 1130/35223/29573 1129/35224/29574 1128/35225/29575</w:t>
        <w:br/>
        <w:t>f 1127/35226/29576 1130/35223/29573 1128/35225/29575</w:t>
        <w:br/>
        <w:t>f 1118/35214/29566 486/34582/29012 1131/35227/29577</w:t>
        <w:br/>
        <w:t>f 1132/35228/29578 1097/35192/29545 1096/35193/29546</w:t>
        <w:br/>
        <w:t>f 1093/35189/29542 1125/35222/29572 1133/35229/29579</w:t>
        <w:br/>
        <w:t>f 1094/35191/29544 1095/35190/29543 1135/35230/29580</w:t>
        <w:br/>
        <w:t>f 1134/35231/29581 1094/35191/29544 1135/35230/29580</w:t>
        <w:br/>
        <w:t>f 1139/35232/29582 1138/35233/29583 1137/35234/29584</w:t>
        <w:br/>
        <w:t>f 1136/35235/29585 1139/35232/29582 1137/35234/29584</w:t>
        <w:br/>
        <w:t>f 509/34607/29036 1141/35236/29586 1140/35237/29587</w:t>
        <w:br/>
        <w:t>f 1096/35193/29546 1071/35166/29521 1143/35238/29588</w:t>
        <w:br/>
        <w:t>f 1142/35239/29589 1096/35193/29546 1143/35238/29588</w:t>
        <w:br/>
        <w:t>f 1146/35240/29590 1145/35241/29591 1144/35242/29592</w:t>
        <w:br/>
        <w:t>f 1150/35243/29593 1149/35244/29594 1148/35245/29594</w:t>
        <w:br/>
        <w:t>f 1147/35246/29595 1150/35243/29593 1148/35245/29594</w:t>
        <w:br/>
        <w:t>f 1141/35236/29586 1130/35223/29573 1127/35226/29576</w:t>
        <w:br/>
        <w:t>f 1112/35208/29560 1093/35189/29542 1151/35247/29596</w:t>
        <w:br/>
        <w:t>f 1117/35213/29565 1134/35231/29581 1152/35248/29597</w:t>
        <w:br/>
        <w:t>f 1155/35249/29598 1154/35250/29599 1153/35251/29600</w:t>
        <w:br/>
        <w:t>f 1125/35222/29572 1126/35221/29571 1157/35252/29601</w:t>
        <w:br/>
        <w:t>f 1156/35253/29602 1125/35222/29572 1157/35252/29601</w:t>
        <w:br/>
        <w:t>f 1131/35227/29577 1160/35254/28989 1159/35255/28992</w:t>
        <w:br/>
        <w:t>f 1158/35256/29603 1131/35227/29577 1159/35255/28992</w:t>
        <w:br/>
        <w:t>f 1163/35257/29604 1162/35258/29605 1161/35259/29606</w:t>
        <w:br/>
        <w:t>f 1166/35260/29607 1132/35228/29578 1165/35261/29608</w:t>
        <w:br/>
        <w:t>f 1164/35262/29609 1166/35260/29607 1165/35261/29608</w:t>
        <w:br/>
        <w:t>f 1119/35216/29568 1120/35215/29567 1168/35263/29610</w:t>
        <w:br/>
        <w:t>f 1167/35264/29611 1119/35216/29568 1168/35263/29610</w:t>
        <w:br/>
        <w:t>f 1169/35265/29612 1137/35234/29584 1138/35233/29583</w:t>
        <w:br/>
        <w:t>f 1172/35266/29613 1171/35267/29614 1170/35268/29615</w:t>
        <w:br/>
        <w:t>f 1133/35229/29579 1125/35222/29572 1156/35253/29602</w:t>
        <w:br/>
        <w:t>f 1173/35269/29616 1133/35229/29579 1156/35253/29602</w:t>
        <w:br/>
        <w:t>f 1177/35270/29617 1176/35271/29617 1175/35272/29618</w:t>
        <w:br/>
        <w:t>f 1174/35273/29619 1177/35270/29617 1175/35272/29618</w:t>
        <w:br/>
        <w:t>f 1165/35261/29608 1096/35193/29546 1142/35239/29589</w:t>
        <w:br/>
        <w:t>f 1178/35274/29620 1165/35261/29608 1142/35239/29589</w:t>
        <w:br/>
        <w:t>f 1159/35255/28992 543/34637/29029 541/34639/29065</w:t>
        <w:br/>
        <w:t>f 1158/35256/29603 1159/35255/28992 541/34639/29065</w:t>
        <w:br/>
        <w:t>f 1181/35275/29621 1180/35276/29622 1179/35277/29623</w:t>
        <w:br/>
        <w:t>f 1157/35252/29601 1182/35278/29624 1156/35253/29602</w:t>
        <w:br/>
        <w:t>f 1183/35279/29625 1166/35260/29607 1164/35262/29609</w:t>
        <w:br/>
        <w:t>f 1187/35280/29620 1186/35281/29589 1185/35282/29626</w:t>
        <w:br/>
        <w:t>f 1184/35283/29627 1187/35280/29620 1185/35282/29626</w:t>
        <w:br/>
        <w:t>f 1135/35230/29580 1188/35284/29628 1134/35231/29581</w:t>
        <w:br/>
        <w:t>f 1191/35285/29629 1190/35286/29630 1189/35287/29631</w:t>
        <w:br/>
        <w:t>f 1151/35247/29596 1133/35229/29579 1173/35269/29616</w:t>
        <w:br/>
        <w:t>f 1192/35288/29632 1151/35247/29596 1173/35269/29616</w:t>
        <w:br/>
        <w:t>f 1195/35289/29633 1194/35290/29634 1193/35291/29635</w:t>
        <w:br/>
        <w:t>f 1173/35269/29616 1156/35253/29602 1197/35292/29636</w:t>
        <w:br/>
        <w:t>f 1196/35293/29637 1173/35269/29616 1197/35292/29636</w:t>
        <w:br/>
        <w:t>f 590/34686/29110 1199/35294/29638 1198/35295/29639</w:t>
        <w:br/>
        <w:t>f 544/34640/29066 590/34686/29110 1198/35295/29639</w:t>
        <w:br/>
        <w:t>f 1201/35296/29640 1200/35297/29641 1182/35278/29624</w:t>
        <w:br/>
        <w:t>f 1203/35298/29642 1202/35299/29643 1170/35268/29615</w:t>
        <w:br/>
        <w:t>f 1206/35300/29644 1205/35301/29632 1204/35302/29645</w:t>
        <w:br/>
        <w:t>f 1167/35264/29611 1206/35300/29644 1204/35302/29645</w:t>
        <w:br/>
        <w:t>f 1152/35248/29597 1188/35284/29628 1207/35303/29646</w:t>
        <w:br/>
        <w:t>f 1180/35276/29622 1210/35304/29597 1209/35305/29647</w:t>
        <w:br/>
        <w:t>f 1208/35306/29648 1180/35276/29622 1209/35305/29647</w:t>
        <w:br/>
        <w:t>f 1214/35307/29599 1213/35308/29649 1212/35309/29650</w:t>
        <w:br/>
        <w:t>f 1211/35310/29650 1214/35307/29599 1212/35309/29650</w:t>
        <w:br/>
        <w:t>f 1217/35311/29651 1216/35312/29652 1215/35313/29653</w:t>
        <w:br/>
        <w:t>f 1164/35262/29609 1165/35261/29608 1178/35274/29620</w:t>
        <w:br/>
        <w:t>f 1218/35314/29654 1164/35262/29609 1178/35274/29620</w:t>
        <w:br/>
        <w:t>f 1192/35288/29632 1173/35269/29616 1196/35293/29637</w:t>
        <w:br/>
        <w:t>f 1219/35315/29655 1192/35288/29632 1196/35293/29637</w:t>
        <w:br/>
        <w:t>f 1221/35316/29656 1217/35311/29651 1215/35313/29653</w:t>
        <w:br/>
        <w:t>f 1220/35317/29657 1221/35316/29656 1215/35313/29653</w:t>
        <w:br/>
        <w:t>f 1223/35318/29658 1222/35319/29659 1200/35297/29641</w:t>
        <w:br/>
        <w:t>f 1224/35320/29660 1221/35316/29656 1220/35317/29657</w:t>
        <w:br/>
        <w:t>f 1226/35321/29661 1222/35319/29659 1225/35322/29662</w:t>
        <w:br/>
        <w:t>f 1227/35323/29661 1226/35321/29661 1225/35322/29662</w:t>
        <w:br/>
        <w:t>f 1196/35293/29637 1197/35292/29636 1229/35324/29663</w:t>
        <w:br/>
        <w:t>f 1228/35325/29664 1196/35293/29637 1229/35324/29663</w:t>
        <w:br/>
        <w:t>f 1231/35326/29665 1224/35320/29660 1220/35317/29657</w:t>
        <w:br/>
        <w:t>f 1230/35327/29065 1231/35326/29665 1220/35317/29657</w:t>
        <w:br/>
        <w:t>f 1234/35328/29666 1233/35329/29667 1232/35330/29668</w:t>
        <w:br/>
        <w:t>f 1235/35331/29669 546/34642/29068 544/34640/29066</w:t>
        <w:br/>
        <w:t>f 1198/35295/29639 1235/35331/29669 544/34640/29066</w:t>
        <w:br/>
        <w:t>f 1227/35323/29661 1234/35328/29666 1232/35330/29668</w:t>
        <w:br/>
        <w:t>f 1226/35321/29661 1227/35323/29661 1232/35330/29668</w:t>
        <w:br/>
        <w:t>f 1187/35280/29620 1184/35283/29627 1236/35332/29654</w:t>
        <w:br/>
        <w:t>f 1204/35302/29645 1205/35301/29632 1238/35333/29655</w:t>
        <w:br/>
        <w:t>f 1237/35334/29670 1204/35302/29645 1238/35333/29655</w:t>
        <w:br/>
        <w:t>f 1240/35335/29671 1239/35336/29078 1233/35329/29667</w:t>
        <w:br/>
        <w:t>f 1243/35337/29672 1242/35338/29673 1241/35339/29674</w:t>
        <w:br/>
        <w:t>f 1164/35262/29609 1245/35340/29675 1244/35341/29603</w:t>
        <w:br/>
        <w:t>f 1215/35313/29653 1164/35262/29609 1244/35341/29603</w:t>
        <w:br/>
        <w:t>f 1246/35342/29676 557/34652/29078 556/34653/29079</w:t>
        <w:br/>
        <w:t>f 1167/35264/29611 1247/35343/29677 1188/35284/29628</w:t>
        <w:br/>
        <w:t>f 1219/35315/29655 1196/35293/29637 1228/35325/29664</w:t>
        <w:br/>
        <w:t>f 1248/35344/29678 1219/35315/29655 1228/35325/29664</w:t>
        <w:br/>
        <w:t>f 1218/35314/29654 1249/35345/29577 1164/35262/29609</w:t>
        <w:br/>
        <w:t>f 1212/35309/29650 1250/35346/29679 1211/35310/29650</w:t>
        <w:br/>
        <w:t>f 1228/35325/29664 1229/35324/29663 1252/35347/29680</w:t>
        <w:br/>
        <w:t>f 1251/35348/29681 1228/35325/29664 1252/35347/29680</w:t>
        <w:br/>
        <w:t>f 1255/35349/29682 1243/35337/29672 1254/35350/29683</w:t>
        <w:br/>
        <w:t>f 1253/35351/29684 1255/35349/29682 1254/35350/29683</w:t>
        <w:br/>
        <w:t>f 1179/35277/29623 1208/35306/29648 1256/35352/29685</w:t>
        <w:br/>
        <w:t>f 1258/35353/29686 1239/35336/29078 1257/35354/29687</w:t>
        <w:br/>
        <w:t>f 1220/35317/29657 1215/35313/29653 1244/35341/29603</w:t>
        <w:br/>
        <w:t>f 1237/35334/29670 1238/35333/29655 1260/35355/29688</w:t>
        <w:br/>
        <w:t>f 1259/35356/29688 1237/35334/29670 1260/35355/29688</w:t>
        <w:br/>
        <w:t>f 1246/35342/29676 1261/35357/29689 557/34652/29078</w:t>
        <w:br/>
        <w:t>f 1262/35358/29690 1257/35354/29687 1239/35336/29078</w:t>
        <w:br/>
        <w:t>f 1241/35339/29674 1264/35359/29691 1263/35360/29692</w:t>
        <w:br/>
        <w:t>f 1243/35337/29672 1241/35339/29674 1263/35360/29692</w:t>
        <w:br/>
        <w:t>f 1188/35284/29628 1247/35343/29677 1265/35361/29693</w:t>
        <w:br/>
        <w:t>f 1207/35303/29646 1188/35284/29628 1265/35361/29693</w:t>
        <w:br/>
        <w:t>f 1198/35295/29639 1199/35294/29638 1266/35362/29694</w:t>
        <w:br/>
        <w:t>f 1204/35302/29645 1237/35334/29670 1267/35363/29695</w:t>
        <w:br/>
        <w:t>f 1247/35343/29677 1204/35302/29645 1267/35363/29695</w:t>
        <w:br/>
        <w:t>f 1208/35306/29648 1209/35305/29647 1269/35364/29693</w:t>
        <w:br/>
        <w:t>f 1268/35365/29696 1208/35306/29648 1269/35364/29693</w:t>
        <w:br/>
        <w:t>f 1271/35366/29697 1270/35367/29698 1251/35348/29681</w:t>
        <w:br/>
        <w:t>f 1252/35347/29680 1271/35366/29697 1251/35348/29681</w:t>
        <w:br/>
        <w:t>f 1273/35368/29699 1257/35354/29687 1272/35369/29700</w:t>
        <w:br/>
        <w:t>f 1202/35299/29643 1256/35352/29685 1264/35359/29691</w:t>
        <w:br/>
        <w:t>f 1262/35358/29690 1274/35370/29701 1272/35369/29700</w:t>
        <w:br/>
        <w:t>f 1257/35354/29687 1262/35358/29690 1272/35369/29700</w:t>
        <w:br/>
        <w:t>f 1272/35369/29700 1270/35367/29698 1271/35366/29697</w:t>
        <w:br/>
        <w:t>f 1273/35368/29699 1272/35369/29700 1271/35366/29697</w:t>
        <w:br/>
        <w:t>f 1251/35348/29681 1270/35367/29698 1276/35371/29702</w:t>
        <w:br/>
        <w:t>f 1275/35372/29703 1251/35348/29681 1276/35371/29702</w:t>
        <w:br/>
        <w:t>f 1277/35373/29704 1261/35357/29689 1246/35342/29676</w:t>
        <w:br/>
        <w:t>f 1278/35374/29705 589/34685/29109 572/34669/29095</w:t>
        <w:br/>
        <w:t>f 1280/35375/29706 1279/35376/29707 1246/35342/29676</w:t>
        <w:br/>
        <w:t>f 589/34685/29109 1280/35375/29706 1246/35342/29676</w:t>
        <w:br/>
        <w:t>f 1270/35367/29698 1272/35369/29700 1274/35370/29701</w:t>
        <w:br/>
        <w:t>f 1276/35371/29702 1270/35367/29698 1274/35370/29701</w:t>
        <w:br/>
        <w:t>f 1283/35377/29701 1282/35378/29708 1281/35379/29709</w:t>
        <w:br/>
        <w:t>f 1198/35295/29639 1284/35380/29710 1235/35331/29669</w:t>
        <w:br/>
        <w:t>f 1286/35381/29711 1283/35377/29701 1285/35382/29712</w:t>
        <w:br/>
        <w:t>f 1265/35361/29693 1247/35343/29677 1267/35363/29695</w:t>
        <w:br/>
        <w:t>f 1287/35383/29713 1265/35361/29693 1267/35363/29695</w:t>
        <w:br/>
        <w:t>f 1289/35384/29714 1282/35378/29708 1288/35385/29715</w:t>
        <w:br/>
        <w:t>f 1290/35386/29716 1261/35357/29689 1277/35373/29704</w:t>
        <w:br/>
        <w:t>f 568/34664/29717 570/34665/29091 1291/35387/29718</w:t>
        <w:br/>
        <w:t>f 572/34669/29095 568/34664/29717 1291/35387/29718</w:t>
        <w:br/>
        <w:t>f 1268/35365/29696 1269/35364/29693 1293/35388/29713</w:t>
        <w:br/>
        <w:t>f 1292/35389/29719 1268/35365/29696 1293/35388/29713</w:t>
        <w:br/>
        <w:t>f 1286/35381/29711 1285/35382/29712 1295/35390/29720</w:t>
        <w:br/>
        <w:t>f 1294/35391/29720 1286/35381/29711 1295/35390/29720</w:t>
        <w:br/>
        <w:t>f 1256/35352/29685 1268/35365/29696 1296/35392/29721</w:t>
        <w:br/>
        <w:t>f 1289/35384/29714 1288/35385/29715 1298/35393/29722</w:t>
        <w:br/>
        <w:t>f 1297/35394/29723 1289/35384/29714 1298/35393/29722</w:t>
        <w:br/>
        <w:t>f 1300/35395/29724 1299/35396/29725 1287/35383/29713</w:t>
        <w:br/>
        <w:t>f 1267/35363/29695 1300/35395/29724 1287/35383/29713</w:t>
        <w:br/>
        <w:t>f 1278/35374/29705 572/34669/29095 1291/35387/29718</w:t>
        <w:br/>
        <w:t>f 1301/35397/29726 1278/35374/29705 1291/35387/29718</w:t>
        <w:br/>
        <w:t>f 1302/35398/29727 1254/35350/29683 1243/35337/29672</w:t>
        <w:br/>
        <w:t>f 1263/35360/29692 1302/35398/29727 1243/35337/29672</w:t>
        <w:br/>
        <w:t>f 1297/35394/29723 1298/35393/29722 1304/35399/29728</w:t>
        <w:br/>
        <w:t>f 1303/35400/29729 1297/35394/29723 1304/35399/29728</w:t>
        <w:br/>
        <w:t>f 1280/35375/29706 1305/35401/29730 1279/35376/29707</w:t>
        <w:br/>
        <w:t>f 1280/35375/29706 1278/35374/29705 1301/35397/29726</w:t>
        <w:br/>
        <w:t>f 1306/35402/29731 1280/35375/29706 1301/35397/29726</w:t>
        <w:br/>
        <w:t>f 1303/35400/29729 1304/35399/29728 1299/35396/29725</w:t>
        <w:br/>
        <w:t>f 1300/35395/29724 1303/35400/29729 1299/35396/29725</w:t>
        <w:br/>
        <w:t>f 1292/35389/29719 1293/35388/29713 1308/35403/29725</w:t>
        <w:br/>
        <w:t>f 1307/35404/29732 1292/35389/29719 1308/35403/29725</w:t>
        <w:br/>
        <w:t>f 1264/35359/29691 1296/35392/29721 1263/35360/29692</w:t>
        <w:br/>
        <w:t>f 1310/35405/29733 1309/35406/29734 1290/35386/29716</w:t>
        <w:br/>
        <w:t>f 570/34665/29091 567/34663/29089 1311/35407/29735</w:t>
        <w:br/>
        <w:t>f 1291/35387/29718 570/34665/29091 1311/35407/29735</w:t>
        <w:br/>
        <w:t>f 565/34661/29087 1235/35331/29669 1312/35408/29736</w:t>
        <w:br/>
        <w:t>f 1313/35409/29737 1307/35404/29732 1308/35403/29725</w:t>
        <w:br/>
        <w:t>f 1313/35409/29737 1315/35410/29738 1314/35411/29739</w:t>
        <w:br/>
        <w:t>f 565/34661/29087 1311/35407/29735 567/34663/29089</w:t>
        <w:br/>
        <w:t>f 1317/35412/29740 1316/35413/29741 1254/35350/29683</w:t>
        <w:br/>
        <w:t>f 1302/35398/29727 1317/35412/29740 1254/35350/29683</w:t>
        <w:br/>
        <w:t>f 1284/35380/29710 1318/35414/29742 1312/35408/29736</w:t>
        <w:br/>
        <w:t>f 1296/35392/29721 1268/35365/29696 1292/35389/29719</w:t>
        <w:br/>
        <w:t>f 1319/35415/29743 1301/35397/29726 1291/35387/29718</w:t>
        <w:br/>
        <w:t>f 1301/35397/29726 1319/35415/29743 1320/35416/29744</w:t>
        <w:br/>
        <w:t>f 1306/35402/29731 1301/35397/29726 1320/35416/29744</w:t>
        <w:br/>
        <w:t>f 1321/35417/29745 1312/35408/29736 1317/35412/29740</w:t>
        <w:br/>
        <w:t>f 1306/35402/29731 1320/35416/29744 1314/35411/29739</w:t>
        <w:br/>
        <w:t>f 1305/35401/29730 1306/35402/29731 1314/35411/29739</w:t>
        <w:br/>
        <w:t>f 1319/35415/29743 1311/35407/29735 1312/35408/29736</w:t>
        <w:br/>
        <w:t>f 1321/35417/29745 1319/35415/29743 1312/35408/29736</w:t>
        <w:br/>
        <w:t>f 1263/35360/29692 1296/35392/29721 1322/35418/29746</w:t>
        <w:br/>
        <w:t>f 1302/35398/29727 1263/35360/29692 1322/35418/29746</w:t>
        <w:br/>
        <w:t>f 1322/35418/29746 1292/35389/29719 1307/35404/29732</w:t>
        <w:br/>
        <w:t>f 1323/35419/29747 1322/35418/29746 1307/35404/29732</w:t>
        <w:br/>
        <w:t>f 1317/35412/29740 1302/35398/29727 1323/35419/29747</w:t>
        <w:br/>
        <w:t>f 1313/35409/29737 1314/35411/29739 1320/35416/29744</w:t>
        <w:br/>
        <w:t>f 1324/35420/29748 1313/35409/29737 1320/35416/29744</w:t>
        <w:br/>
        <w:t>f 1323/35419/29747 1307/35404/29732 1324/35420/29748</w:t>
        <w:br/>
        <w:t>f 1320/35416/29744 1319/35415/29743 1321/35417/29745</w:t>
        <w:br/>
        <w:t>f 1321/35417/29745 1317/35412/29740 1324/35420/29748</w:t>
        <w:br/>
        <w:t>f 1060/35156/29513 1085/35180/29534 971/35067/29494</w:t>
        <w:br/>
        <w:t>f 1325/35421/29749 1154/35250/29599 1155/35249/29598</w:t>
        <w:br/>
        <w:t>f 1092/35188/29541 1326/35422/29750 1081/35175/29529</w:t>
        <w:br/>
        <w:t>f 1081/35175/29529 1326/35422/29750 1327/35423/29751</w:t>
        <w:br/>
        <w:t>f 1081/35175/29529 1327/35423/29751 1080/35176/29530</w:t>
        <w:br/>
        <w:t>f 408/34503/28943 1073/35168/29522 1061/35158/29514</w:t>
        <w:br/>
        <w:t>f 1062/35157/29514 408/34503/28943 1061/35158/29514</w:t>
        <w:br/>
        <w:t>f 1328/35424/29752 1100/35197/29550 1129/35224/29574</w:t>
        <w:br/>
        <w:t>f 1329/35425/29753 1328/35424/29752 1130/35223/29573</w:t>
        <w:br/>
        <w:t>f 1141/35236/29586 1329/35425/29753 1130/35223/29573</w:t>
        <w:br/>
        <w:t>f 1331/35426/29754 1329/35425/29753 1141/35236/29586</w:t>
        <w:br/>
        <w:t>f 1330/35427/29755 1331/35426/29754 1141/35236/29586</w:t>
        <w:br/>
        <w:t>f 1098/35195/29548 1079/35177/29531 1328/35424/29752</w:t>
        <w:br/>
        <w:t>f 1329/35425/29753 1098/35195/29548 1328/35424/29752</w:t>
        <w:br/>
        <w:t>f 1099/35194/29547 1098/35195/29548 1329/35425/29753</w:t>
        <w:br/>
        <w:t>f 1331/35426/29754 1099/35194/29547 1329/35425/29753</w:t>
        <w:br/>
        <w:t>f 1090/35185/29538 1091/35184/29538 579/34676/29101</w:t>
        <w:br/>
        <w:t>f 580/34675/29101 1090/35185/29538 579/34676/29101</w:t>
        <w:br/>
        <w:t>f 459/34556/28988 1332/35428/29756 578/34673/29099</w:t>
        <w:br/>
        <w:t>f 460/34555/28987 459/34556/28988 578/34673/29099</w:t>
        <w:br/>
        <w:t>f 971/35067/29494 1333/35429/29757 1040/35134/29495</w:t>
        <w:br/>
        <w:t>f 1085/35180/29534 1334/35430/29758 971/35067/29494</w:t>
        <w:br/>
        <w:t>f 589/34685/29109 1246/35342/29676 556/34653/29079</w:t>
        <w:br/>
        <w:t>f 1174/35273/29619 1175/35272/29618 1335/35431/29759</w:t>
        <w:br/>
        <w:t>f 1190/35286/29630 1174/35273/29619 1335/35431/29759</w:t>
        <w:br/>
        <w:t>f 1144/35242/29592 1145/35241/29591 1336/35432/29760</w:t>
        <w:br/>
        <w:t>f 1186/35281/29589 1150/35243/29593 1147/35246/29595</w:t>
        <w:br/>
        <w:t>f 1185/35282/29626 1186/35281/29589 1147/35246/29595</w:t>
        <w:br/>
        <w:t>f 1337/35433/29761 1194/35290/29634 1195/35289/29633</w:t>
        <w:br/>
        <w:t>f 1338/35434/29762 1194/35290/29634 1337/35433/29761</w:t>
        <w:br/>
        <w:t>f 1339/35435/29763 1194/35290/29634 1338/35434/29762</w:t>
        <w:br/>
        <w:t>f 1175/35272/29618 1193/35291/29635 1335/35431/29759</w:t>
        <w:br/>
        <w:t>f 1163/35257/29604 1194/35290/29634 1339/35435/29763</w:t>
        <w:br/>
        <w:t>f 1202/35299/29643 1179/35277/29623 1256/35352/29685</w:t>
        <w:br/>
        <w:t>f 1170/35268/29615 1202/35299/29643 1264/35359/29691</w:t>
        <w:br/>
        <w:t>f 1264/35359/29691 1256/35352/29685 1296/35392/29721</w:t>
        <w:br/>
        <w:t>f 1256/35352/29685 1208/35306/29648 1268/35365/29696</w:t>
        <w:br/>
        <w:t>f 1179/35277/29623 1180/35276/29622 1208/35306/29648</w:t>
        <w:br/>
        <w:t>f 1003/35101/29466 1012/35110/29474 1018/35113/29477</w:t>
        <w:br/>
        <w:t>f 1138/35233/29583 1139/35232/29582 1067/35161/29516</w:t>
        <w:br/>
        <w:t>f 1065/35163/29518 1138/35233/29583 1067/35161/29516</w:t>
        <w:br/>
        <w:t>f 1137/35234/29584 1203/35298/29642 1171/35267/29614</w:t>
        <w:br/>
        <w:t>f 1136/35235/29585 1137/35234/29584 1171/35267/29614</w:t>
        <w:br/>
        <w:t>f 1087/35182/29536 1181/35275/29621 1340/35436/29764</w:t>
        <w:br/>
        <w:t>f 1113/35209/29561 1087/35182/29536 1340/35436/29764</w:t>
        <w:br/>
        <w:t>f 1137/35234/29584 1169/35265/29612 1203/35298/29642</w:t>
        <w:br/>
        <w:t>f 1170/35268/29615 1171/35267/29614 1203/35298/29642</w:t>
        <w:br/>
        <w:t>f 1203/35298/29642 1169/35265/29612 1202/35299/29643</w:t>
        <w:br/>
        <w:t>f 1121/35220/29570 1122/35219/29565 1210/35304/29597</w:t>
        <w:br/>
        <w:t>f 1180/35276/29622 1121/35220/29570 1210/35304/29597</w:t>
        <w:br/>
        <w:t>f 1342/35437/29765 1006/35103/29467 1007/35102/29467</w:t>
        <w:br/>
        <w:t>f 1341/35438/29765 1342/35437/29765 1007/35102/29467</w:t>
        <w:br/>
        <w:t>f 1018/35113/29477 1034/35130/29490 1343/35439/29766</w:t>
        <w:br/>
        <w:t>f 1017/35114/29478 1018/35113/29477 1343/35439/29766</w:t>
        <w:br/>
        <w:t>f 417/34513/28953 440/34533/28969 1082/35179/29533</w:t>
        <w:br/>
        <w:t>f 1072/35169/29523 417/34513/28953 1082/35179/29533</w:t>
        <w:br/>
        <w:t>f 1128/35225/29575 1325/35421/29749 1127/35226/29576</w:t>
        <w:br/>
        <w:t>f 1345/35440/29767 1140/35237/29587 1344/35441/29768</w:t>
        <w:br/>
        <w:t>f 1345/35440/29767 521/34618/29046 509/34607/29036</w:t>
        <w:br/>
        <w:t>f 1140/35237/29587 1345/35440/29767 509/34607/29036</w:t>
        <w:br/>
        <w:t>f 1347/35442/29769 931/35029/29410 932/35028/29410</w:t>
        <w:br/>
        <w:t>f 1346/35443/29770 1347/35442/29769 932/35028/29410</w:t>
        <w:br/>
        <w:t>f 936/35030/29411 934/35032/29411 1349/35444/29771</w:t>
        <w:br/>
        <w:t>f 1348/35445/29771 936/35030/29411 1349/35444/29771</w:t>
        <w:br/>
        <w:t>f 1351/35446/29772 1350/35447/29773 943/35037/29416</w:t>
        <w:br/>
        <w:t>f 941/35039/29416 1351/35446/29772 943/35037/29416</w:t>
        <w:br/>
        <w:t>f 938/35034/29414 1353/35448/29774 1352/35449/29775</w:t>
        <w:br/>
        <w:t>f 937/35035/29414 938/35034/29414 1352/35449/29775</w:t>
        <w:br/>
        <w:t>f 948/35043/29421 1355/35450/29776 1354/35451/29777</w:t>
        <w:br/>
        <w:t>f 947/35044/29421 948/35043/29421 1354/35451/29777</w:t>
        <w:br/>
        <w:t>f 1357/35452/29778 1356/35453/29778 953/35046/29423</w:t>
        <w:br/>
        <w:t>f 950/35049/29423 1357/35452/29778 953/35046/29423</w:t>
        <w:br/>
        <w:t>f 1360/35454/29779 1359/35455/29780 1358/35456/29781</w:t>
        <w:br/>
        <w:t>f 1362/35457/29782 958/35054/29428 959/35053/29427</w:t>
        <w:br/>
        <w:t>f 1361/35458/29782 1362/35457/29782 959/35053/29427</w:t>
        <w:br/>
        <w:t>f 1360/35454/29779 1358/35456/29781 1351/35446/29772</w:t>
        <w:br/>
        <w:t>f 1357/35452/29778 1348/35445/29771 1349/35444/29771</w:t>
        <w:br/>
        <w:t>f 1356/35453/29778 1357/35452/29778 1349/35444/29771</w:t>
        <w:br/>
        <w:t>f 1355/35450/29776 1347/35442/29769 1346/35443/29770</w:t>
        <w:br/>
        <w:t>f 1354/35451/29777 1355/35450/29776 1346/35443/29770</w:t>
        <w:br/>
        <w:t>f 1353/35448/29774 1362/35457/29782 1361/35458/29782</w:t>
        <w:br/>
        <w:t>f 1352/35449/29775 1353/35448/29774 1361/35458/29782</w:t>
        <w:br/>
        <w:t>f 1181/35275/29621 1121/35220/29570 1180/35276/29622</w:t>
        <w:br/>
        <w:t>f 1087/35182/29536 1124/35217/29569 1121/35220/29570</w:t>
        <w:br/>
        <w:t>f 1181/35275/29621 1087/35182/29536 1121/35220/29570</w:t>
        <w:br/>
        <w:t>f 966/35059/29433 986/35079/29449 983/35082/29452</w:t>
        <w:br/>
        <w:t>f 965/35060/29434 966/35059/29433 983/35082/29452</w:t>
        <w:br/>
        <w:t>f 1000/35096/29463 1001/35095/29463 979/35078/29448</w:t>
        <w:br/>
        <w:t>f 980/35077/29448 1000/35096/29463 979/35078/29448</w:t>
        <w:br/>
        <w:t>f 1045/35138/29499 1343/35439/29766 1034/35130/29490</w:t>
        <w:br/>
        <w:t>f 1044/35139/29500 1045/35138/29499 1034/35130/29490</w:t>
        <w:br/>
        <w:t>f 1044/35139/29500 1034/35130/29490 1015/35112/29476</w:t>
        <w:br/>
        <w:t>f 1030/35123/29484 1044/35139/29500 1015/35112/29476</w:t>
        <w:br/>
        <w:t>f 1016/35111/29475 1029/35124/29452 1030/35123/29484</w:t>
        <w:br/>
        <w:t>f 1015/35112/29476 1016/35111/29475 1030/35123/29484</w:t>
        <w:br/>
        <w:t>f 1364/35459/29783 1363/35460/29783 985/35080/29450</w:t>
        <w:br/>
        <w:t>f 1365/35461/29481 1024/35119/29461 1023/35120/29482</w:t>
        <w:br/>
        <w:t>f 1266/35362/29694 1253/35351/29684 1318/35414/29742</w:t>
        <w:br/>
        <w:t>f 1284/35380/29710 1266/35362/29694 1318/35414/29742</w:t>
        <w:br/>
        <w:t>f 1366/35462/29784 1255/35349/29682 1253/35351/29684</w:t>
        <w:br/>
        <w:t>f 1266/35362/29694 1366/35462/29784 1253/35351/29684</w:t>
        <w:br/>
        <w:t>f 1369/35463/29491 1368/35464/29479 1367/35465/29785</w:t>
        <w:br/>
        <w:t>f 1316/35413/29741 1312/35408/29736 1318/35414/29742</w:t>
        <w:br/>
        <w:t>f 1316/35413/29741 1318/35414/29742 1253/35351/29684</w:t>
        <w:br/>
        <w:t>f 1254/35350/29683 1316/35413/29741 1253/35351/29684</w:t>
        <w:br/>
        <w:t>f 1290/35386/29716 1277/35373/29704 1310/35405/29733</w:t>
        <w:br/>
        <w:t>f 1314/35411/29739 1309/35406/29786 1305/35401/29730</w:t>
        <w:br/>
        <w:t>f 1314/35411/29739 1315/35410/29738 1309/35406/29786</w:t>
        <w:br/>
        <w:t>f 1280/35375/29706 589/34685/29109 1278/35374/29705</w:t>
        <w:br/>
        <w:t>f 1319/35415/29743 1291/35387/29718 1311/35407/29735</w:t>
        <w:br/>
        <w:t>f 1312/35408/29736 1235/35331/29669 1284/35380/29710</w:t>
        <w:br/>
        <w:t>f 1317/35412/29740 1312/35408/29736 1316/35413/29741</w:t>
        <w:br/>
        <w:t>f 1199/35294/29638 590/34686/29110 522/34617/29045</w:t>
        <w:br/>
        <w:t>f 1366/35462/29784 1371/35466/29787 1370/35467/29788</w:t>
        <w:br/>
        <w:t>f 1370/35467/29788 1372/35468/29789 1255/35349/29682</w:t>
        <w:br/>
        <w:t>f 1366/35462/29784 1370/35467/29788 1255/35349/29682</w:t>
        <w:br/>
        <w:t>f 1255/35349/29682 1189/35287/29631 1242/35338/29673</w:t>
        <w:br/>
        <w:t>f 1190/35286/29630 1335/35431/29759 1242/35338/29673</w:t>
        <w:br/>
        <w:t>f 1189/35287/29631 1190/35286/29630 1242/35338/29673</w:t>
        <w:br/>
        <w:t>f 1335/35431/29759 1163/35257/29790 1241/35339/29674</w:t>
        <w:br/>
        <w:t>f 1242/35338/29673 1335/35431/29759 1241/35339/29674</w:t>
        <w:br/>
        <w:t>f 1170/35268/29615 1264/35359/29691 1241/35339/29674</w:t>
        <w:br/>
        <w:t>f 978/35074/29445 964/35061/29435 995/35090/29458</w:t>
        <w:br/>
        <w:t>f 992/35088/29456 1367/35465/29785 1368/35464/29479</w:t>
        <w:br/>
        <w:t>f 961/35057/29431 1359/35455/29780 1360/35454/29779</w:t>
        <w:br/>
        <w:t>f 962/35056/29430 1359/35455/29780 961/35057/29431</w:t>
        <w:br/>
        <w:t>f 959/35053/29427 957/35055/29429 993/35087/29455</w:t>
        <w:br/>
        <w:t>f 1351/35446/29772 1358/35456/29781 1350/35447/29773</w:t>
        <w:br/>
        <w:t>f 1123/35218/29526 1124/35217/29569 1063/35160/29515</w:t>
        <w:br/>
        <w:t>f 1064/35159/29491 1123/35218/29526 1063/35160/29515</w:t>
        <w:br/>
        <w:t>f 1181/35275/29621 1179/35277/29623 1340/35436/29764</w:t>
        <w:br/>
        <w:t>f 1066/35162/29517 1055/35151/29508 1086/35183/29537</w:t>
        <w:br/>
        <w:t>f 1066/35162/29517 1057/35153/29510 1055/35151/29508</w:t>
        <w:br/>
        <w:t>f 1373/35469/29791 1057/35153/29510 1066/35162/29517</w:t>
        <w:br/>
        <w:t>f 1373/35469/29791 1066/35162/29517 1067/35161/29516</w:t>
        <w:br/>
        <w:t>f 1169/35265/29612 1179/35277/29623 1202/35299/29643</w:t>
        <w:br/>
        <w:t>f 1169/35265/29612 1138/35233/29583 1340/35436/29764</w:t>
        <w:br/>
        <w:t>f 1138/35233/29583 1374/35470/29792 1113/35209/29561</w:t>
        <w:br/>
        <w:t>f 1340/35436/29764 1138/35233/29583 1113/35209/29561</w:t>
        <w:br/>
        <w:t>f 1374/35470/29792 1375/35471/29793 1113/35209/29561</w:t>
        <w:br/>
        <w:t>f 1063/35160/29515 1124/35217/29569 1087/35182/29536</w:t>
        <w:br/>
        <w:t>f 1113/35209/29561 1086/35183/29537 1087/35182/29536</w:t>
        <w:br/>
        <w:t>f 1047/35144/29504 1063/35160/29515 1086/35183/29537</w:t>
        <w:br/>
        <w:t>f 916/35013/29395 900/34996/29381 894/34991/29378</w:t>
        <w:br/>
        <w:t>f 818/34913/29312 854/34949/29340 1376/35472/29794</w:t>
        <w:br/>
        <w:t>f 1380/35473/29306 1379/35474/29339 1378/35475/29795</w:t>
        <w:br/>
        <w:t>f 1377/35476/29796 1380/35473/29306 1378/35475/29795</w:t>
        <w:br/>
        <w:t>f 1381/35477/29797 1380/35473/29306 1377/35476/29796</w:t>
        <w:br/>
        <w:t>f 1384/35478/29798 1383/35479/29267 1381/35477/29797</w:t>
        <w:br/>
        <w:t>f 1382/35480/29799 1384/35478/29798 1381/35477/29797</w:t>
        <w:br/>
        <w:t>f 1386/35481/29800 1384/35478/29798 1382/35480/29799</w:t>
        <w:br/>
        <w:t>f 1385/35482/29801 1386/35481/29800 1382/35480/29799</w:t>
        <w:br/>
        <w:t>f 1388/35483/29802 1387/35484/29190 1386/35481/29800</w:t>
        <w:br/>
        <w:t>f 1385/35482/29801 1388/35483/29802 1386/35481/29800</w:t>
        <w:br/>
        <w:t>f 1390/35485/29803 1389/35486/29207 1387/35484/29190</w:t>
        <w:br/>
        <w:t>f 1388/35483/29802 1390/35485/29803 1387/35484/29190</w:t>
        <w:br/>
        <w:t>f 1390/35485/29803 1391/35487/29205 1389/35486/29207</w:t>
        <w:br/>
        <w:t>f 1393/35488/29804 1392/35489/29255 1391/35487/29205</w:t>
        <w:br/>
        <w:t>f 1395/35490/29805 1392/35489/29255 1394/35491/29806</w:t>
        <w:br/>
        <w:t>f 1397/35492/29807 1396/35493/29808 1395/35490/29805</w:t>
        <w:br/>
        <w:t>f 1399/35494/29201 1396/35493/29808 1398/35495/29809</w:t>
        <w:br/>
        <w:t>f 1401/35496/29810 1399/35494/29811 1400/35497/29812</w:t>
        <w:br/>
        <w:t>f 1403/35498/29160 1401/35496/29178 1402/35499/29813</w:t>
        <w:br/>
        <w:t>f 645/34741/29154 646/34740/29153 656/34753/29161</w:t>
        <w:br/>
        <w:t>f 1403/35498/29814 645/34741/29154 656/34753/29161</w:t>
        <w:br/>
        <w:t>f 854/34949/29340 853/34950/29341 1376/35472/29794</w:t>
        <w:br/>
        <w:t>f 1404/35500/29815 850/34945/29336 854/34949/29340</w:t>
        <w:br/>
        <w:t>f 650/34747/29161 1405/35501/29166 631/34729/29143</w:t>
        <w:br/>
        <w:t>f 1407/35502/29816 854/34949/29340 1406/35503/29817</w:t>
        <w:br/>
        <w:t>f 1407/35502/29816 1404/35500/29815 854/34949/29340</w:t>
        <w:br/>
        <w:t>f 817/34914/29313 818/34913/29312 1408/35504/29321</w:t>
        <w:br/>
        <w:t>f 639/34734/29148 1410/35505/29818 1409/35506/29819</w:t>
        <w:br/>
        <w:t>f 638/34735/29149 639/34734/29148 1409/35506/29819</w:t>
        <w:br/>
        <w:t>f 1409/35506/29819 655/34750/29164 638/34735/29149</w:t>
        <w:br/>
        <w:t>f 1411/35507/29820 692/34787/29197 655/34750/29164</w:t>
        <w:br/>
        <w:t>f 1412/35508/29821 748/34843/29251 692/34787/29197</w:t>
        <w:br/>
        <w:t>f 785/34882/29287 748/34843/29251 1413/35509/29822</w:t>
        <w:br/>
        <w:t>f 759/34856/29262 785/34882/29287 1415/35510/29823</w:t>
        <w:br/>
        <w:t>f 1414/35511/29824 759/34856/29262 1415/35510/29823</w:t>
        <w:br/>
        <w:t>f 696/34792/29202 759/34856/29262 1414/35511/29824</w:t>
        <w:br/>
        <w:t>f 1416/35512/29825 696/34792/29202 1414/35511/29824</w:t>
        <w:br/>
        <w:t>f 671/34768/29180 696/34792/29202 1416/35512/29825</w:t>
        <w:br/>
        <w:t>f 665/34762/29174 671/34768/29180 1418/35513/29826</w:t>
        <w:br/>
        <w:t>f 1417/35514/29158 665/34762/29174 1418/35513/29826</w:t>
        <w:br/>
        <w:t>f 664/34763/29175 665/34762/29174 1417/35514/29158</w:t>
        <w:br/>
        <w:t>f 1419/35515/29827 664/34763/29175 1417/35514/29158</w:t>
        <w:br/>
        <w:t>f 678/34775/29186 664/34763/29175 1419/35515/29827</w:t>
        <w:br/>
        <w:t>f 1422/35516/29828 678/34775/29186 1421/35517/29829</w:t>
        <w:br/>
        <w:t>f 1420/35518/29828 1422/35516/29828 1421/35517/29829</w:t>
        <w:br/>
        <w:t>f 1424/35519/29283 1423/35520/29830 1422/35516/29828</w:t>
        <w:br/>
        <w:t>f 1420/35518/29828 1424/35519/29283 1422/35516/29828</w:t>
        <w:br/>
        <w:t>f 833/34932/29313 834/34931/29323 1423/35520/29830</w:t>
        <w:br/>
        <w:t>f 1424/35519/29283 833/34932/29313 1423/35520/29830</w:t>
        <w:br/>
        <w:t>f 847/34942/29333 846/34943/29334 1425/35521/29831</w:t>
        <w:br/>
        <w:t>f 1425/35521/29831 865/34961/29350 815/34912/29311</w:t>
        <w:br/>
        <w:t>f 816/34911/29310 1425/35521/29831 815/34912/29311</w:t>
        <w:br/>
        <w:t>f 1281/35379/29709 1282/35378/29708 1289/35384/29714</w:t>
        <w:br/>
        <w:t>f 1426/35522/29832 1281/35379/29709 1289/35384/29714</w:t>
        <w:br/>
        <w:t>f 1297/35394/29723 1426/35522/29832 1289/35384/29714</w:t>
        <w:br/>
        <w:t>f 1427/35523/29833 1426/35522/29832 1297/35394/29723</w:t>
        <w:br/>
        <w:t>f 1303/35400/29729 1427/35523/29833 1297/35394/29723</w:t>
        <w:br/>
        <w:t>f 1237/35334/29670 1428/35524/29834 1300/35395/29724</w:t>
        <w:br/>
        <w:t>f 1267/35363/29695 1237/35334/29670 1300/35395/29724</w:t>
        <w:br/>
        <w:t>f 1313/35409/29737 1308/35403/29725 1315/35410/29738</w:t>
        <w:br/>
        <w:t>f 1430/35525/28747 1429/35526/28746 312/34406/28866</w:t>
        <w:br/>
        <w:t>f 320/34415/28872 1430/35525/28747 312/34406/28866</w:t>
        <w:br/>
        <w:t>f 311/34407/28677 312/34406/28866 1429/35526/28746</w:t>
        <w:br/>
        <w:t>f 1431/35527/29835 163/34260/28734 164/34259/28733</w:t>
        <w:br/>
        <w:t>f 1051/35149/29506 1432/35528/29836 1069/35164/29519</w:t>
        <w:br/>
        <w:t>f 1051/35149/29506 1052/35148/29480 1432/35528/29836</w:t>
        <w:br/>
        <w:t>f 1430/35525/28747 1433/35529/29837 1429/35526/28746</w:t>
        <w:br/>
        <w:t>f 318/34413/28870 306/34402/28862 214/34312/28780</w:t>
        <w:br/>
        <w:t>f 554/34650/29076 550/34645/29071 553/34651/29077</w:t>
        <w:br/>
        <w:t>f 561/34658/29084 562/34657/29083 1434/35530/29838</w:t>
        <w:br/>
        <w:t>f 556/34653/29079 573/34668/29094 589/34685/29109</w:t>
        <w:br/>
        <w:t>f 1285/35382/29712 1283/35377/29701 1281/35379/29709</w:t>
        <w:br/>
        <w:t>f 493/34590/29019 257/34352/28817 271/34367/28831</w:t>
        <w:br/>
        <w:t>f 472/34569/29001 515/34612/29040 484/34581/29011</w:t>
        <w:br/>
        <w:t>f 473/34568/29000 447/34542/28977 395/34490/28933</w:t>
        <w:br/>
        <w:t>f 473/34568/29000 431/34527/28964 441/34538/28974</w:t>
        <w:br/>
        <w:t>f 273/34369/29839 309/34405/29108 587/34684/28831</w:t>
        <w:br/>
        <w:t>f 269/34364/28828 271/34367/28831 268/34365/28829</w:t>
        <w:br/>
        <w:t>f 512/34609/29038 514/34610/29014 500/34599/29028</w:t>
        <w:br/>
        <w:t>f 560/34655/29081 545/34641/29067 564/34660/29086</w:t>
        <w:br/>
        <w:t>f 1410/35505/29818 639/34734/29148 1435/35531/29840</w:t>
        <w:br/>
        <w:t>f 655/34750/29164 691/34788/29198 654/34751/29165</w:t>
        <w:br/>
        <w:t>f 1411/35507/29820 655/34750/29164 1409/35506/29819</w:t>
        <w:br/>
        <w:t>f 1412/35508/29821 692/34787/29197 1411/35507/29820</w:t>
        <w:br/>
        <w:t>f 1413/35509/29822 748/34843/29251 1436/35532/29841</w:t>
        <w:br/>
        <w:t>f 1403/35498/29814 694/34789/29199 645/34741/29154</w:t>
        <w:br/>
        <w:t>f 1401/35496/29810 1400/35497/29812 694/34789/29842</w:t>
        <w:br/>
        <w:t>f 1399/35494/29201 1398/35495/29809 1437/35533/29843</w:t>
        <w:br/>
        <w:t>f 1398/35495/29809 1396/35493/29808 1397/35492/29807</w:t>
        <w:br/>
        <w:t>f 1395/35490/29805 1394/35491/29806 1397/35492/29807</w:t>
        <w:br/>
        <w:t>f 1394/35491/29806 1392/35489/29255 1393/35488/29804</w:t>
        <w:br/>
        <w:t>f 1393/35488/29804 1391/35487/29205 1390/35485/29803</w:t>
        <w:br/>
        <w:t>f 699/34797/29207 700/34796/29206 686/34782/29193</w:t>
        <w:br/>
        <w:t>f 701/34795/29205 751/34848/29256 700/34796/29206</w:t>
        <w:br/>
        <w:t>f 785/34882/29287 1438/35534/29844 1415/35510/29823</w:t>
        <w:br/>
        <w:t>f 785/34882/29287 786/34881/29286 787/34883/29288</w:t>
        <w:br/>
        <w:t>f 645/34741/29154 694/34789/29199 669/34765/29177</w:t>
        <w:br/>
        <w:t>f 738/34833/29241 693/34790/29200 694/34789/29199</w:t>
        <w:br/>
        <w:t>f 763/34859/29265 737/34834/29242 738/34833/29241</w:t>
        <w:br/>
        <w:t>f 681/34776/29187 721/34815/29223 680/34777/29188</w:t>
        <w:br/>
        <w:t>f 649/34744/29158 681/34776/29187 648/34745/29159</w:t>
        <w:br/>
        <w:t>f 636/34730/29144 634/34732/29146 649/34744/29158</w:t>
        <w:br/>
        <w:t>f 678/34775/29186 1419/35515/29827 1421/35517/29829</w:t>
        <w:br/>
        <w:t>f 780/34875/29280 751/34848/29256 752/34847/29255</w:t>
        <w:br/>
        <w:t>f 747/34844/29252 774/34869/29274 691/34788/29198</w:t>
        <w:br/>
        <w:t>f 787/34883/29288 799/34895/29297 747/34844/29252</w:t>
        <w:br/>
        <w:t>f 671/34768/29180 1416/35512/29825 1418/35513/29826</w:t>
        <w:br/>
        <w:t>f 672/34767/29179 760/34855/29261 696/34792/29202</w:t>
        <w:br/>
        <w:t>f 760/34855/29261 786/34881/29286 759/34856/29262</w:t>
        <w:br/>
        <w:t>f 646/34740/29153 644/34742/29155 658/34755/29168</w:t>
        <w:br/>
        <w:t>f 632/34728/29142 668/34764/29176 670/34766/29178</w:t>
        <w:br/>
        <w:t>f 668/34764/29176 697/34793/29203 695/34791/29201</w:t>
        <w:br/>
        <w:t>f 691/34788/29198 697/34793/29203 654/34751/29165</w:t>
        <w:br/>
        <w:t>f 654/34751/29165 668/34764/29176 637/34736/29150</w:t>
        <w:br/>
        <w:t>f 637/34736/29150 632/34728/29142 633/34727/29141</w:t>
        <w:br/>
        <w:t>f 651/34746/29160 631/34729/29143 632/34728/29142</w:t>
        <w:br/>
        <w:t>f 638/34735/29149 654/34751/29165 637/34736/29150</w:t>
        <w:br/>
        <w:t>f 692/34787/29197 747/34844/29252 691/34788/29198</w:t>
        <w:br/>
        <w:t>f 787/34883/29288 747/34844/29252 748/34843/29251</w:t>
        <w:br/>
        <w:t>f 766/34860/29266 805/34902/29303 808/34904/29306</w:t>
        <w:br/>
        <w:t>f 808/34904/29306 839/34935/29326 851/34948/29339</w:t>
        <w:br/>
        <w:t>f 815/34912/29311 805/34902/29303 783/34880/29285</w:t>
        <w:br/>
        <w:t>f 783/34880/29285 766/34860/29845 704/34801/29210</w:t>
        <w:br/>
        <w:t>f 784/34879/29284 704/34801/29210 705/34800/29209</w:t>
        <w:br/>
        <w:t>f 816/34911/29310 783/34880/29285 784/34879/29284</w:t>
        <w:br/>
        <w:t>f 865/34961/29350 852/34947/29338 839/34935/29326</w:t>
        <w:br/>
        <w:t>f 878/34974/29362 881/34979/29367 852/34947/29338</w:t>
        <w:br/>
        <w:t>f 1425/35521/29831 846/34943/29334 865/34961/29350</w:t>
        <w:br/>
        <w:t>f 840/34937/29328 841/34936/29327 847/34942/29333</w:t>
        <w:br/>
        <w:t>f 1442/35535/29846 1441/35536/29847 1440/35537/29848</w:t>
        <w:br/>
        <w:t>f 1439/35538/29849 1442/35535/29846 1440/35537/29848</w:t>
        <w:br/>
        <w:t>f 1445/35539/29850 1444/35540/29851 1443/35541/29851</w:t>
        <w:br/>
        <w:t>f 1446/35542/29850 1445/35539/29850 1443/35541/29851</w:t>
        <w:br/>
        <w:t>f 1450/35543/29852 1449/35544/29853 1448/35545/29854</w:t>
        <w:br/>
        <w:t>f 1447/35546/29854 1450/35543/29852 1448/35545/29854</w:t>
        <w:br/>
        <w:t>f 1454/35547/29855 1453/35548/29856 1452/35549/29857</w:t>
        <w:br/>
        <w:t>f 1451/35550/29858 1454/35547/29855 1452/35549/29857</w:t>
        <w:br/>
        <w:t>f 1439/35538/29849 1440/35537/29848 1456/35551/29859</w:t>
        <w:br/>
        <w:t>f 1455/35552/29860 1439/35538/29849 1456/35551/29859</w:t>
        <w:br/>
        <w:t>f 712/34809/29218 739/34836/29244 1442/35535/29846</w:t>
        <w:br/>
        <w:t>f 1439/35538/29849 712/34809/29218 1442/35535/29846</w:t>
        <w:br/>
        <w:t>f 1446/35542/29850 758/34851/29259 755/34854/29259</w:t>
        <w:br/>
        <w:t>f 1445/35539/29850 1446/35542/29850 755/34854/29259</w:t>
        <w:br/>
        <w:t>f 1448/35545/29854 732/34825/29235 729/34828/29235</w:t>
        <w:br/>
        <w:t>f 1447/35546/29854 1448/35545/29854 729/34828/29235</w:t>
        <w:br/>
        <w:t>f 1451/35550/29858 1452/35549/29857 715/34814/29222</w:t>
        <w:br/>
        <w:t>f 716/34813/29221 1451/35550/29858 715/34814/29222</w:t>
        <w:br/>
        <w:t>f 711/34810/29219 712/34809/29218 1439/35538/29849</w:t>
        <w:br/>
        <w:t>f 1455/35552/29860 711/34810/29219 1439/35538/29849</w:t>
        <w:br/>
        <w:t>f 1453/35548/29856 1454/35547/29855 1457/35553/29861</w:t>
        <w:br/>
        <w:t>f 1456/35551/29859 1440/35537/29848 1458/35554/29862</w:t>
        <w:br/>
        <w:t>f 1449/35544/29853 1450/35543/29852 1459/35555/29863</w:t>
        <w:br/>
        <w:t>f 1440/35537/29848 1441/35536/29847 1458/35554/29862</w:t>
        <w:br/>
        <w:t>f 1443/35541/29851 1444/35540/29851 1460/35556/29864</w:t>
        <w:br/>
        <w:t>f 216/34310/28778 1461/35557/29865 164/34259/28733</w:t>
        <w:br/>
        <w:t>f 199/34296/28764 305/34401/28860 200/34295/28745</w:t>
        <w:br/>
        <w:t>f 1462/35558/28772 1461/35557/29865 216/34310/28778</w:t>
        <w:br/>
        <w:t>f 306/34402/28862 1462/35558/28772 216/34310/28778</w:t>
        <w:br/>
        <w:t>f 1464/35559/29866 1463/35560/28787 318/34413/28870</w:t>
        <w:br/>
        <w:t>f 324/34423/28880 1464/35559/29866 318/34413/28870</w:t>
        <w:br/>
        <w:t>f 1465/35561/29867 1464/35559/29866 324/34423/28880</w:t>
        <w:br/>
        <w:t>f 325/34422/28879 1465/35561/29867 324/34423/28880</w:t>
        <w:br/>
        <w:t>f 325/34422/28879 370/34465/28914 383/34477/28825</w:t>
        <w:br/>
        <w:t>f 1465/35561/29867 325/34422/28879 383/34477/28825</w:t>
        <w:br/>
        <w:t>f 1463/35560/28787 1462/35558/28772 306/34402/28862</w:t>
        <w:br/>
        <w:t>f 318/34413/28870 1463/35560/28787 306/34402/28862</w:t>
        <w:br/>
        <w:t>f 446/34543/28838 447/34542/28977 485/34580/29010</w:t>
        <w:br/>
        <w:t>f 216/34310/28778 305/34401/28860 199/34296/28764</w:t>
        <w:br/>
        <w:t>f 1228/35325/29664 1251/35348/29681 1275/35372/29703</w:t>
        <w:br/>
        <w:t>f 1248/35344/29678 1228/35325/29664 1275/35372/29703</w:t>
        <w:br/>
        <w:t>f 1295/35390/29720 1259/35356/29688 1260/35355/29688</w:t>
        <w:br/>
        <w:t>f 1294/35391/29720 1295/35390/29720 1260/35355/29688</w:t>
        <w:br/>
        <w:t>f 1428/35524/29834 1427/35523/29833 1300/35395/29724</w:t>
        <w:br/>
        <w:t>f 1320/35416/29744 1321/35417/29745 1324/35420/29748</w:t>
        <w:br/>
        <w:t>f 1371/35466/29787 522/34617/29045 521/34618/29046</w:t>
        <w:br/>
        <w:t>f 1370/35467/29788 1371/35466/29787 1345/35440/29767</w:t>
        <w:br/>
        <w:t>f 1344/35441/29768 1370/35467/29788 1345/35440/29767</w:t>
        <w:br/>
        <w:t>f 1372/35468/29789 1370/35467/29788 1155/35249/29868</w:t>
        <w:br/>
        <w:t>f 1466/35562/29869 318/34413/28870 317/34414/28871</w:t>
        <w:br/>
        <w:t>f 342/34437/28892 1466/35562/29869 317/34414/28871</w:t>
        <w:br/>
        <w:t>f 324/34423/28880 318/34413/28870 1466/35562/29869</w:t>
        <w:br/>
        <w:t>f 327/34420/28877 324/34423/28880 1466/35562/29869</w:t>
        <w:br/>
        <w:t>f 327/34420/28877 1466/35562/29869 342/34437/28892</w:t>
        <w:br/>
        <w:t>f 346/34441/28896 327/34420/28877 342/34437/28892</w:t>
        <w:br/>
        <w:t>f 342/34437/28892 372/34467/28916 346/34441/28896</w:t>
        <w:br/>
        <w:t>f 1470/35563/29870 1469/35564/29871 1468/35565/29872</w:t>
        <w:br/>
        <w:t>f 1467/35566/29872 1470/35563/29870 1468/35565/29872</w:t>
        <w:br/>
        <w:t>f 1474/35567/29873 1473/35568/29874 1472/35569/29875</w:t>
        <w:br/>
        <w:t>f 1471/35570/29876 1474/35567/29873 1472/35569/29875</w:t>
        <w:br/>
        <w:t>f 1469/35564/29871 1470/35563/29870 1476/35571/29877</w:t>
        <w:br/>
        <w:t>f 1475/35572/29878 1469/35564/29871 1476/35571/29877</w:t>
        <w:br/>
        <w:t>f 1471/35570/29876 1479/35573/29879 1478/35574/29878</w:t>
        <w:br/>
        <w:t>f 1477/35575/29880 1471/35570/29876 1478/35574/29878</w:t>
        <w:br/>
        <w:t>f 1483/35576/29881 1482/35577/29882 1481/35578/29882</w:t>
        <w:br/>
        <w:t>f 1480/35579/29881 1483/35576/29881 1481/35578/29882</w:t>
        <w:br/>
        <w:t>f 1467/35566/29872 1468/35565/29872 1485/35580/29883</w:t>
        <w:br/>
        <w:t>f 1484/35581/29883 1467/35566/29872 1485/35580/29883</w:t>
        <w:br/>
        <w:t>f 1487/35582/29884 1483/35576/29881 1480/35579/29881</w:t>
        <w:br/>
        <w:t>f 1486/35583/29884 1487/35582/29884 1480/35579/29881</w:t>
        <w:br/>
        <w:t>f 1474/35567/29873 1471/35570/29876 1488/35584/29885</w:t>
        <w:br/>
        <w:t>f 1489/35585/29886 1474/35567/29873 1488/35584/29885</w:t>
        <w:br/>
        <w:t>f 1473/35568/29874 1474/35567/29873 1491/35586/29887</w:t>
        <w:br/>
        <w:t>f 1490/35587/29888 1473/35568/29874 1491/35586/29887</w:t>
        <w:br/>
        <w:t>f 1488/35584/29885 1471/35570/29876 1477/35575/29880</w:t>
        <w:br/>
        <w:t>f 1492/35588/29889 1488/35584/29885 1477/35575/29880</w:t>
        <w:br/>
        <w:t>f 1496/35589/29890 1495/35590/29891 1494/35591/29891</w:t>
        <w:br/>
        <w:t>f 1493/35592/29890 1496/35589/29890 1494/35591/29891</w:t>
        <w:br/>
        <w:t>f 1475/35572/29878 1476/35571/29877 1498/35593/29892</w:t>
        <w:br/>
        <w:t>f 1497/35594/29893 1475/35572/29878 1498/35593/29892</w:t>
        <w:br/>
        <w:t>f 1500/35595/29894 1494/35591/29891 1495/35590/29891</w:t>
        <w:br/>
        <w:t>f 1499/35596/29894 1500/35595/29894 1495/35590/29891</w:t>
        <w:br/>
        <w:t>f 1481/35578/29882 1482/35577/29882 1501/35597/29895</w:t>
        <w:br/>
        <w:t>f 1502/35598/29895 1481/35578/29882 1501/35597/29895</w:t>
        <w:br/>
        <w:t>f 1489/35585/29886 1503/35599/29896 1491/35586/29887</w:t>
        <w:br/>
        <w:t>f 1474/35567/29873 1489/35585/29886 1491/35586/29887</w:t>
        <w:br/>
        <w:t>f 1477/35575/29880 1478/35574/29878 1505/35600/29893</w:t>
        <w:br/>
        <w:t>f 1504/35601/29897 1477/35575/29880 1505/35600/29893</w:t>
        <w:br/>
        <w:t>f 1507/35602/29898 1496/35589/29890 1493/35592/29890</w:t>
        <w:br/>
        <w:t>f 1506/35603/29898 1507/35602/29898 1493/35592/29890</w:t>
        <w:br/>
        <w:t>f 1509/35604/29899 1487/35582/29884 1486/35583/29884</w:t>
        <w:br/>
        <w:t>f 1508/35605/29899 1509/35604/29899 1486/35583/29884</w:t>
        <w:br/>
        <w:t>f 1512/35606/29900 1511/35607/29901 1510/35608/29902</w:t>
        <w:br/>
        <w:t>f 1515/35609/29903 1514/35610/29904 1513/35611/29905</w:t>
        <w:br/>
        <w:t>f 1519/35612/29906 1518/35613/29907 1517/35614/29908</w:t>
        <w:br/>
        <w:t>f 1516/35615/29909 1519/35612/29906 1517/35614/29908</w:t>
        <w:br/>
        <w:t>f 1492/35588/29889 1477/35575/29880 1504/35601/29897</w:t>
        <w:br/>
        <w:t>f 1520/35616/29910 1492/35588/29889 1504/35601/29897</w:t>
        <w:br/>
        <w:t>f 1484/35581/29883 1485/35580/29883 1522/35617/29911</w:t>
        <w:br/>
        <w:t>f 1521/35618/29911 1484/35581/29883 1522/35617/29911</w:t>
        <w:br/>
        <w:t>f 1525/35619/29912 1524/35620/29913 1523/35621/29914</w:t>
        <w:br/>
        <w:t>f 1512/35606/29900 1526/35622/29915 1511/35607/29901</w:t>
        <w:br/>
        <w:t>f 1526/35622/29916 1519/35612/29906 1516/35615/29909</w:t>
        <w:br/>
        <w:t>f 1528/35623/29917 1515/35609/29903 1527/35624/29918</w:t>
        <w:br/>
        <w:t>f 1531/35625/29919 1530/35626/29901 1529/35627/29920</w:t>
        <w:br/>
        <w:t>f 1490/35587/29888 1491/35586/29887 1533/35628/29921</w:t>
        <w:br/>
        <w:t>f 1532/35629/29922 1490/35587/29888 1533/35628/29921</w:t>
        <w:br/>
        <w:t>f 1535/35630/29923 1517/35614/29908 1534/35631/29924</w:t>
        <w:br/>
        <w:t>f 1525/35619/29912 1529/35627/29920 1536/35632/29925</w:t>
        <w:br/>
        <w:t>f 1538/35633/29926 1537/35634/29927 1525/35619/29912</w:t>
        <w:br/>
        <w:t>f 1513/35611/29905 1540/35635/29928 1539/35636/29929</w:t>
        <w:br/>
        <w:t>f 1542/35637/29930 1500/35595/29894 1499/35596/29894</w:t>
        <w:br/>
        <w:t>f 1541/35638/29931 1542/35637/29930 1499/35596/29894</w:t>
        <w:br/>
        <w:t>f 1546/35639/29932 1545/35640/29933 1544/35641/29934</w:t>
        <w:br/>
        <w:t>f 1543/35642/29935 1546/35639/29932 1544/35641/29934</w:t>
        <w:br/>
        <w:t>f 1518/35613/29907 1510/35608/29902 1547/35643/29936</w:t>
        <w:br/>
        <w:t>f 1523/35621/29914 1524/35620/29913 1548/35644/29937</w:t>
        <w:br/>
        <w:t>f 1550/35645/29902 1531/35625/29919 1549/35646/29938</w:t>
        <w:br/>
        <w:t>f 1543/35642/29935 1544/35641/29934 1552/35647/29939</w:t>
        <w:br/>
        <w:t>f 1551/35648/29940 1543/35642/29935 1552/35647/29939</w:t>
        <w:br/>
        <w:t>f 1497/35594/29893 1498/35593/29892 1554/35649/29941</w:t>
        <w:br/>
        <w:t>f 1553/35650/29942 1497/35594/29893 1554/35649/29941</w:t>
        <w:br/>
        <w:t>f 1533/35628/29921 1491/35586/29887 1503/35599/29896</w:t>
        <w:br/>
        <w:t>f 1555/35651/29943 1533/35628/29921 1503/35599/29896</w:t>
        <w:br/>
        <w:t>f 1557/35652/29944 1502/35598/29895 1501/35597/29895</w:t>
        <w:br/>
        <w:t>f 1556/35653/29944 1557/35652/29944 1501/35597/29895</w:t>
        <w:br/>
        <w:t>f 1559/35654/29945 1558/35655/29946 1545/35640/29933</w:t>
        <w:br/>
        <w:t>f 1546/35639/29932 1559/35654/29945 1545/35640/29933</w:t>
        <w:br/>
        <w:t>f 1561/35656/29947 1527/35624/29918 1560/35657/29948</w:t>
        <w:br/>
        <w:t>f 1504/35601/29897 1505/35600/29893 1563/35658/29942</w:t>
        <w:br/>
        <w:t>f 1562/35659/29949 1504/35601/29897 1563/35658/29942</w:t>
        <w:br/>
        <w:t>f 1566/35660/29950 1565/35661/29951 1564/35662/29952</w:t>
        <w:br/>
        <w:t>f 1568/35663/29953 1566/35660/29950 1567/35664/29954</w:t>
        <w:br/>
        <w:t>f 1570/35665/29955 1507/35602/29898 1506/35603/29898</w:t>
        <w:br/>
        <w:t>f 1569/35666/29956 1570/35665/29955 1506/35603/29898</w:t>
        <w:br/>
        <w:t>f 1572/35667/29957 1509/35604/29899 1508/35605/29899</w:t>
        <w:br/>
        <w:t>f 1571/35668/29957 1572/35667/29957 1508/35605/29899</w:t>
        <w:br/>
        <w:t>f 1574/35669/29958 1535/35630/29923 1573/35670/29959</w:t>
        <w:br/>
        <w:t>f 1576/35671/29960 1548/35644/29937 1575/35672/29961</w:t>
        <w:br/>
        <w:t>f 1578/35673/29936 1549/35646/29938 1577/35674/29962</w:t>
        <w:br/>
        <w:t>f 1551/35648/29940 1552/35647/29939 1579/35675/29963</w:t>
        <w:br/>
        <w:t>f 1534/35631/29924 1547/35643/29936 1580/35676/29964</w:t>
        <w:br/>
        <w:t>f 1520/35616/29910 1504/35601/29897 1562/35659/29949</w:t>
        <w:br/>
        <w:t>f 1581/35677/29965 1520/35616/29910 1562/35659/29949</w:t>
        <w:br/>
        <w:t>f 1583/35678/29966 1568/35663/29953 1582/35679/29967</w:t>
        <w:br/>
        <w:t>f 1539/35636/29929 1585/35680/29968 1584/35681/29969</w:t>
        <w:br/>
        <w:t>f 1587/35682/29970 1558/35655/29946 1559/35654/29945</w:t>
        <w:br/>
        <w:t>f 1586/35683/29971 1587/35682/29970 1559/35654/29945</w:t>
        <w:br/>
        <w:t>f 1590/35684/29972 1589/35685/29973 1546/35639/29932</w:t>
        <w:br/>
        <w:t>f 1588/35686/29974 1590/35684/29972 1546/35639/29932</w:t>
        <w:br/>
        <w:t>f 1593/35687/29975 1592/35688/29976 1591/35689/29977</w:t>
        <w:br/>
        <w:t>f 1597/35690/29978 1596/35691/29979 1595/35692/29980</w:t>
        <w:br/>
        <w:t>f 1594/35693/29981 1597/35690/29978 1595/35692/29980</w:t>
        <w:br/>
        <w:t>f 1601/35694/29982 1600/35695/29983 1599/35696/29983</w:t>
        <w:br/>
        <w:t>f 1598/35697/29982 1601/35694/29982 1599/35696/29983</w:t>
        <w:br/>
        <w:t>f 1604/35698/29984 1560/35657/29948 1603/35699/29985</w:t>
        <w:br/>
        <w:t>f 1602/35700/29986 1604/35698/29984 1603/35699/29985</w:t>
        <w:br/>
        <w:t>f 1606/35701/29987 1542/35637/29930 1541/35638/29931</w:t>
        <w:br/>
        <w:t>f 1605/35702/29988 1606/35701/29987 1541/35638/29931</w:t>
        <w:br/>
        <w:t>f 1559/35654/29945 1546/35639/29932 1589/35685/29973</w:t>
        <w:br/>
        <w:t>f 1607/35703/29989 1559/35654/29945 1589/35685/29973</w:t>
        <w:br/>
        <w:t>f 1553/35650/29942 1554/35649/29941 1608/35704/29990</w:t>
        <w:br/>
        <w:t>f 1543/35642/29991 1610/35705/29992 1609/35706/29992</w:t>
        <w:br/>
        <w:t>f 1590/35684/29993 1543/35642/29991 1609/35706/29992</w:t>
        <w:br/>
        <w:t>f 1614/35707/29994 1613/35708/29994 1612/35709/29995</w:t>
        <w:br/>
        <w:t>f 1611/35710/29995 1614/35707/29994 1612/35709/29995</w:t>
        <w:br/>
        <w:t>f 1616/35711/29996 1601/35694/29982 1598/35697/29982</w:t>
        <w:br/>
        <w:t>f 1615/35712/29997 1616/35711/29996 1598/35697/29982</w:t>
        <w:br/>
        <w:t>f 1618/35713/29998 1597/35690/29978 1594/35693/29981</w:t>
        <w:br/>
        <w:t>f 1617/35714/29999 1618/35713/29998 1594/35693/29981</w:t>
        <w:br/>
        <w:t>f 1620/35715/30000 1575/35672/29961 1619/35716/30001</w:t>
        <w:br/>
        <w:t>f 1594/35693/29981 1595/35692/29980 1622/35717/30002</w:t>
        <w:br/>
        <w:t>f 1621/35718/30003 1594/35693/29981 1622/35717/30002</w:t>
        <w:br/>
        <w:t>f 1615/35712/29997 1608/35704/29990 1623/35719/30004</w:t>
        <w:br/>
        <w:t>f 1616/35711/29996 1615/35712/29997 1623/35719/30004</w:t>
        <w:br/>
        <w:t>f 1625/35720/30005 1624/35721/30006 1562/35659/29949</w:t>
        <w:br/>
        <w:t>f 1563/35658/29942 1625/35720/30005 1562/35659/29949</w:t>
        <w:br/>
        <w:t>f 1626/35722/29990 1618/35713/29998 1617/35714/29999</w:t>
        <w:br/>
        <w:t>f 1624/35721/30006 1626/35722/29990 1617/35714/29999</w:t>
        <w:br/>
        <w:t>f 1629/35723/30007 1577/35674/29962 1628/35724/30008</w:t>
        <w:br/>
        <w:t>f 1627/35725/30009 1629/35723/30007 1628/35724/30008</w:t>
        <w:br/>
        <w:t>f 1631/35726/30010 1572/35667/29957 1571/35668/29957</w:t>
        <w:br/>
        <w:t>f 1630/35727/30010 1631/35726/30010 1571/35668/29957</w:t>
        <w:br/>
        <w:t>f 1633/35728/30011 1574/35669/29958 1632/35729/30012</w:t>
        <w:br/>
        <w:t>f 1611/35710/29995 1612/35709/29995 1635/35730/30013</w:t>
        <w:br/>
        <w:t>f 1634/35731/30013 1611/35710/29995 1635/35730/30013</w:t>
        <w:br/>
        <w:t>f 1637/35732/30014 1583/35678/29966 1636/35733/30015</w:t>
        <w:br/>
        <w:t>f 1602/35700/29986 1603/35699/29985 1639/35734/30016</w:t>
        <w:br/>
        <w:t>f 1638/35735/30017 1602/35700/29986 1639/35734/30016</w:t>
        <w:br/>
        <w:t>f 1643/35736/30018 1642/35737/30018 1641/35738/30019</w:t>
        <w:br/>
        <w:t>f 1640/35739/30019 1643/35736/30018 1641/35738/30019</w:t>
        <w:br/>
        <w:t>f 1645/35740/30020 1579/35675/29963 1644/35741/30021</w:t>
        <w:br/>
        <w:t>f 1609/35706/29992 1610/35705/29992 1645/35740/30020</w:t>
        <w:br/>
        <w:t>f 1646/35742/30022 1609/35706/29992 1645/35740/30020</w:t>
        <w:br/>
        <w:t>f 1635/35730/30013 1631/35726/30010 1630/35727/30010</w:t>
        <w:br/>
        <w:t>f 1634/35731/30013 1635/35730/30013 1630/35727/30010</w:t>
        <w:br/>
        <w:t>f 1617/35714/29999 1594/35693/29981 1621/35718/30003</w:t>
        <w:br/>
        <w:t>f 1647/35743/30023 1617/35714/29999 1621/35718/30003</w:t>
        <w:br/>
        <w:t>f 1638/35735/30017 1639/35734/30016 1648/35744/30024</w:t>
        <w:br/>
        <w:t>f 1619/35716/30001 1638/35735/30017 1648/35744/30024</w:t>
        <w:br/>
        <w:t>f 1592/35688/29976 1650/35745/30025 1649/35746/30026</w:t>
        <w:br/>
        <w:t>f 1591/35689/29977 1592/35688/29976 1649/35746/30026</w:t>
        <w:br/>
        <w:t>f 1624/35721/30006 1651/35747/30027 1581/35677/29965</w:t>
        <w:br/>
        <w:t>f 1562/35659/29949 1624/35721/30006 1581/35677/29965</w:t>
        <w:br/>
        <w:t>f 1586/35683/29971 1559/35654/29945 1607/35703/29989</w:t>
        <w:br/>
        <w:t>f 1652/35748/30028 1586/35683/29971 1607/35703/29989</w:t>
        <w:br/>
        <w:t>f 1647/35743/30023 1651/35747/30027 1624/35721/30006</w:t>
        <w:br/>
        <w:t>f 1617/35714/29999 1647/35743/30023 1624/35721/30006</w:t>
        <w:br/>
        <w:t>f 1640/35739/30019 1641/35738/30019 1654/35749/30029</w:t>
        <w:br/>
        <w:t>f 1653/35750/30030 1640/35739/30019 1654/35749/30029</w:t>
        <w:br/>
        <w:t>f 1521/35618/29911 1522/35617/29911 1655/35751/30031</w:t>
        <w:br/>
        <w:t>f 8/34101/28597 1521/35618/29911 1655/35751/30031</w:t>
        <w:br/>
        <w:t>f 1573/35670/29959 1657/35752/30032 1656/35753/30033</w:t>
        <w:br/>
        <w:t>f 2/34099/28596 1532/35629/29922 1533/35628/29921</w:t>
        <w:br/>
        <w:t>f 1605/35702/29988 1658/35754/30034 1606/35701/29987</w:t>
        <w:br/>
        <w:t>f 1660/35755/30035 1659/35756/30036 1637/35732/30014</w:t>
        <w:br/>
        <w:t>f 1659/35756/30036 1660/35755/30035 1627/35725/30009</w:t>
        <w:br/>
        <w:t>f 1628/35724/30008 1659/35756/30036 1627/35725/30009</w:t>
        <w:br/>
        <w:t>f 1584/35681/29969 1585/35680/29968 1661/35757/30037</w:t>
        <w:br/>
        <w:t>f 1663/35758/30038 1586/35683/29971 1662/35759/30039</w:t>
        <w:br/>
        <w:t>f 1653/35750/30030 1654/35749/30029 1664/35760/30040</w:t>
        <w:br/>
        <w:t>f 1644/35741/30021 1666/35761/30041 1665/35762/30042</w:t>
        <w:br/>
        <w:t>f 1667/35763/30043 1666/35761/30041 1633/35728/30011</w:t>
        <w:br/>
        <w:t>f 11/34106/28602 1555/35651/30044 10/34107/28603</w:t>
        <w:br/>
        <w:t>f 1671/35764/30045 1670/35765/30045 1669/35766/30046</w:t>
        <w:br/>
        <w:t>f 1668/35767/30046 1671/35764/30045 1669/35766/30046</w:t>
        <w:br/>
        <w:t>f 1646/35742/30022 1645/35740/30020 1665/35762/30042</w:t>
        <w:br/>
        <w:t>f 1672/35768/30047 1646/35742/30022 1665/35762/30042</w:t>
        <w:br/>
        <w:t>f 1674/35769/30048 1673/35770/30048 1670/35765/30045</w:t>
        <w:br/>
        <w:t>f 1671/35764/30045 1674/35769/30048 1670/35765/30045</w:t>
        <w:br/>
        <w:t>f 1557/35652/29944 1556/35653/29944 14/34111/28606</w:t>
        <w:br/>
        <w:t>f 15/34110/28606 1557/35652/29944 14/34111/28606</w:t>
        <w:br/>
        <w:t>f 1632/35729/30012 1656/35753/30033 1675/35771/30049</w:t>
        <w:br/>
        <w:t>f 1570/35665/29955 1569/35666/29956 18/34113/28608</w:t>
        <w:br/>
        <w:t>f 1668/35767/30046 1669/35766/30046 1677/35772/30050</w:t>
        <w:br/>
        <w:t>f 1676/35773/30050 1668/35767/30046 1677/35772/30050</w:t>
        <w:br/>
        <w:t>f 1673/35770/30048 1674/35769/30048 1679/35774/30051</w:t>
        <w:br/>
        <w:t>f 1678/35775/30051 1673/35770/30048 1679/35774/30051</w:t>
        <w:br/>
        <w:t>f 1682/35776/30052 1681/35777/30053 1680/35778/30054</w:t>
        <w:br/>
        <w:t>f 1672/35768/30047 1665/35762/30042 1683/35779/30055</w:t>
        <w:br/>
        <w:t>f 1675/35771/30056 1672/35768/30047 1683/35779/30055</w:t>
        <w:br/>
        <w:t>f 1649/35746/30026 1650/35745/30025 1684/35780/30057</w:t>
        <w:br/>
        <w:t>f 1688/35781/30058 1687/35782/30058 1686/35783/30059</w:t>
        <w:br/>
        <w:t>f 1685/35784/30060 1688/35781/30058 1686/35783/30059</w:t>
        <w:br/>
        <w:t>f 1685/35784/30060 1686/35783/30059 1690/35785/30061</w:t>
        <w:br/>
        <w:t>f 1689/35786/30061 1685/35784/30060 1690/35785/30061</w:t>
        <w:br/>
        <w:t>f 1692/35787/30062 1662/35759/30039 1691/35788/30063</w:t>
        <w:br/>
        <w:t>f 1661/35757/30037 1695/35789/30064 1694/35790/30065</w:t>
        <w:br/>
        <w:t>f 1693/35791/30066 1661/35757/30037 1694/35790/30065</w:t>
        <w:br/>
        <w:t>f 1678/35775/30051 1679/35774/30051 1697/35792/30067</w:t>
        <w:br/>
        <w:t>f 1696/35793/30068 1678/35775/30051 1697/35792/30067</w:t>
        <w:br/>
        <w:t>f 1701/35794/30069 1700/35795/30070 1699/35796/30070</w:t>
        <w:br/>
        <w:t>f 1698/35797/30069 1701/35794/30069 1699/35796/30070</w:t>
        <w:br/>
        <w:t>f 1703/35798/30071 1687/35782/30058 1688/35781/30058</w:t>
        <w:br/>
        <w:t>f 1702/35799/30071 1703/35798/30071 1688/35781/30058</w:t>
        <w:br/>
        <w:t>f 1696/35793/30068 1697/35792/30067 1704/35800/30072</w:t>
        <w:br/>
        <w:t>f 1689/35786/30061 1690/35785/30061 1706/35801/30073</w:t>
        <w:br/>
        <w:t>f 1705/35802/30073 1689/35786/30061 1706/35801/30073</w:t>
        <w:br/>
        <w:t>f 1700/35795/30070 1708/35803/30074 1707/35804/30074</w:t>
        <w:br/>
        <w:t>f 1699/35796/30070 1700/35795/30070 1707/35804/30074</w:t>
        <w:br/>
        <w:t>f 1712/35805/30075 1711/35806/30065 1710/35807/30076</w:t>
        <w:br/>
        <w:t>f 1709/35808/30077 1712/35805/30075 1710/35807/30076</w:t>
        <w:br/>
        <w:t>f 1714/35809/30078 1701/35794/30069 1698/35797/30069</w:t>
        <w:br/>
        <w:t>f 1713/35810/30078 1714/35809/30078 1698/35797/30069</w:t>
        <w:br/>
        <w:t>f 1716/35811/30054 1684/35780/30057 1715/35812/30079</w:t>
        <w:br/>
        <w:t>f 1691/35788/30063 1680/35778/30054 1717/35813/30080</w:t>
        <w:br/>
        <w:t>f 1705/35802/30073 1706/35801/30073 1719/35814/30081</w:t>
        <w:br/>
        <w:t>f 1718/35815/30082 1705/35802/30073 1719/35814/30081</w:t>
        <w:br/>
        <w:t>f 1707/35804/30074 1708/35803/30074 1721/35816/30083</w:t>
        <w:br/>
        <w:t>f 1720/35817/30084 1707/35804/30074 1721/35816/30083</w:t>
        <w:br/>
        <w:t>f 1722/35818/30085 1709/35808/30077 1704/35800/30072</w:t>
        <w:br/>
        <w:t>f 1676/35773/30050 1677/35772/30050 19/34117/28612</w:t>
        <w:br/>
        <w:t>f 20/34116/28611 1676/35773/30050 19/34117/28612</w:t>
        <w:br/>
        <w:t>f 1724/35819/30086 1723/35820/30087 1718/35815/30082</w:t>
        <w:br/>
        <w:t>f 1726/35821/30088 1714/35809/30078 1713/35810/30078</w:t>
        <w:br/>
        <w:t>f 1725/35822/30089 1726/35821/30088 1713/35810/30078</w:t>
        <w:br/>
        <w:t>f 1727/35823/30090 1726/35821/30088 1725/35822/30089</w:t>
        <w:br/>
        <w:t>f 1728/35824/30091 1727/35823/30090 1725/35822/30089</w:t>
        <w:br/>
        <w:t>f 1715/35812/30079 1730/35825/30092 1729/35826/30093</w:t>
        <w:br/>
        <w:t>f 1731/35827/30094 1727/35823/30090 1728/35824/30091</w:t>
        <w:br/>
        <w:t>f 1735/35828/30095 1734/35829/30096 1733/35830/30097</w:t>
        <w:br/>
        <w:t>f 1732/35831/30095 1735/35828/30095 1733/35830/30097</w:t>
        <w:br/>
        <w:t>f 1736/35832/30098 1703/35798/30071 1702/35799/30071</w:t>
        <w:br/>
        <w:t>f 29/34125/28620 1736/35832/30098 1702/35799/30071</w:t>
        <w:br/>
        <w:t>f 1737/35833/30099 1691/35788/30063 1717/35813/30080</w:t>
        <w:br/>
        <w:t>f 1739/35834/30100 1733/35830/30097 1734/35829/30096</w:t>
        <w:br/>
        <w:t>f 1738/35835/30101 1739/35834/30100 1734/35829/30096</w:t>
        <w:br/>
        <w:t>f 1741/35836/30102 1735/35828/30095 1732/35831/30095</w:t>
        <w:br/>
        <w:t>f 1740/35837/30103 1741/35836/30102 1732/35831/30095</w:t>
        <w:br/>
        <w:t>f 1720/35817/30084 1721/35816/30083 33/34129/28624</w:t>
        <w:br/>
        <w:t>f 34/34128/28623 1720/35817/30084 33/34129/28624</w:t>
        <w:br/>
        <w:t>f 1743/35838/30104 1739/35834/30100 1738/35835/30101</w:t>
        <w:br/>
        <w:t>f 1742/35839/30105 1743/35838/30104 1738/35835/30101</w:t>
        <w:br/>
        <w:t>f 1745/35840/30106 1737/35833/30099 1744/35841/30093</w:t>
        <w:br/>
        <w:t>f 1748/35842/30107 1745/35840/30106 1747/35843/30108</w:t>
        <w:br/>
        <w:t>f 1746/35844/30107 1748/35842/30107 1747/35843/30108</w:t>
        <w:br/>
        <w:t>f 1742/35839/30105 1748/35842/30107 1746/35844/30107</w:t>
        <w:br/>
        <w:t>f 1743/35838/30104 1742/35839/30105 1746/35844/30107</w:t>
        <w:br/>
        <w:t>f 47/34142/28634 1741/35836/30102 1740/35837/30103</w:t>
        <w:br/>
        <w:t>f 1693/35791/30066 1749/35845/30109 1731/35827/30094</w:t>
        <w:br/>
        <w:t>f 1684/35780/30057 1751/35846/30110 1750/35847/30111</w:t>
        <w:br/>
        <w:t>f 1730/35825/30092 1684/35780/30057 1750/35847/30111</w:t>
        <w:br/>
        <w:t>f 1650/35745/30025 1752/35848/30112 1684/35780/30057</w:t>
        <w:br/>
        <w:t>f 1592/35688/29976 1753/35849/30113 1752/35848/30112</w:t>
        <w:br/>
        <w:t>f 1650/35745/30025 1592/35688/29976 1752/35848/30112</w:t>
        <w:br/>
        <w:t>f 1539/35636/30114 1565/35661/29951 1754/35850/30115</w:t>
        <w:br/>
        <w:t>f 1755/35851/30116 1754/35850/30115 1565/35661/29951</w:t>
        <w:br/>
        <w:t>f 1566/35660/29950 1755/35851/30116 1565/35661/29951</w:t>
        <w:br/>
        <w:t>f 1756/35852/30117 1755/35851/30116 1566/35660/29950</w:t>
        <w:br/>
        <w:t>f 1568/35663/29953 1756/35852/30117 1566/35660/29950</w:t>
        <w:br/>
        <w:t>f 1756/35852/30117 1568/35663/29953 1583/35678/29966</w:t>
        <w:br/>
        <w:t>f 1757/35853/30118 1583/35678/29966 1637/35732/30014</w:t>
        <w:br/>
        <w:t>f 1659/35756/30036 1758/35854/30119 1637/35732/30014</w:t>
        <w:br/>
        <w:t>f 1759/35855/30120 1659/35756/30036 1628/35724/30008</w:t>
        <w:br/>
        <w:t>f 1577/35674/29962 1760/35856/30121 1628/35724/30008</w:t>
        <w:br/>
        <w:t>f 1549/35646/29938 1761/35857/30122 1577/35674/29962</w:t>
        <w:br/>
        <w:t>f 1531/35625/29919 1762/35858/30123 1549/35646/29938</w:t>
        <w:br/>
        <w:t>f 1523/35621/29914 1531/35625/29919 1529/35627/29920</w:t>
        <w:br/>
        <w:t>f 1525/35619/29912 1523/35621/29914 1529/35627/29920</w:t>
        <w:br/>
        <w:t>f 1731/35827/30094 1749/35845/30109 1727/35823/30090</w:t>
        <w:br/>
        <w:t>f 1763/35859/30124 1731/35827/30094 1728/35824/30091</w:t>
        <w:br/>
        <w:t>f 1529/35627/29920 1530/35626/29901 1536/35632/29925</w:t>
        <w:br/>
        <w:t>f 1765/35860/30125 1764/35861/30126 1731/35827/30094</w:t>
        <w:br/>
        <w:t>f 1765/35860/30125 1731/35827/30094 1763/35859/30124</w:t>
        <w:br/>
        <w:t>f 1694/35790/30065 1766/35862/30075 1693/35791/30066</w:t>
        <w:br/>
        <w:t>f 1516/35615/29909 1517/35614/29908 1768/35863/30127</w:t>
        <w:br/>
        <w:t>f 1767/35864/30128 1516/35615/29909 1768/35863/30127</w:t>
        <w:br/>
        <w:t>f 1768/35863/30127 1517/35614/29908 1535/35630/29923</w:t>
        <w:br/>
        <w:t>f 1769/35865/30129 1535/35630/29923 1574/35669/29958</w:t>
        <w:br/>
        <w:t>f 1770/35866/30130 1574/35669/29958 1633/35728/30011</w:t>
        <w:br/>
        <w:t>f 1666/35761/30041 1771/35867/30131 1633/35728/30011</w:t>
        <w:br/>
        <w:t>f 1773/35868/30132 1644/35741/30021 1772/35869/30133</w:t>
        <w:br/>
        <w:t>f 1579/35675/29963 1772/35869/30133 1644/35741/30021</w:t>
        <w:br/>
        <w:t>f 1552/35647/29939 1774/35870/30134 1579/35675/29963</w:t>
        <w:br/>
        <w:t>f 1544/35641/29934 1775/35871/29947 1552/35647/29939</w:t>
        <w:br/>
        <w:t>f 1545/35640/29933 1777/35872/30135 1776/35873/29917</w:t>
        <w:br/>
        <w:t>f 1558/35655/29946 1777/35872/30135 1545/35640/29933</w:t>
        <w:br/>
        <w:t>f 1780/35874/30136 1558/35655/29946 1779/35875/30137</w:t>
        <w:br/>
        <w:t>f 1778/35876/30138 1780/35874/30136 1779/35875/30137</w:t>
        <w:br/>
        <w:t>f 1781/35877/30139 1778/35876/30138 1779/35875/30137</w:t>
        <w:br/>
        <w:t>f 1711/35806/30065 1781/35877/30139 1782/35878/30140</w:t>
        <w:br/>
        <w:t>f 1710/35807/30076 1711/35806/30065 1782/35878/30140</w:t>
        <w:br/>
        <w:t>f 1724/35819/30086 1783/35879/30141 1723/35820/30087</w:t>
        <w:br/>
        <w:t>f 1691/35788/30063 1737/35833/30099 1783/35879/30141</w:t>
        <w:br/>
        <w:t>f 1692/35787/30062 1691/35788/30063 1783/35879/30141</w:t>
        <w:br/>
        <w:t>f 1767/35864/30128 1784/35880/30142 1516/35615/29909</w:t>
        <w:br/>
        <w:t>f 1535/35630/29923 1534/35631/29924 1573/35670/29959</w:t>
        <w:br/>
        <w:t>f 1769/35865/30129 1768/35863/30127 1535/35630/29923</w:t>
        <w:br/>
        <w:t>f 1770/35866/30130 1769/35865/30129 1574/35669/29958</w:t>
        <w:br/>
        <w:t>f 1771/35867/30131 1785/35881/30143 1633/35728/30011</w:t>
        <w:br/>
        <w:t>f 1531/35625/29919 1523/35621/29914 1576/35671/29960</w:t>
        <w:br/>
        <w:t>f 1549/35646/29938 1576/35671/30144 1761/35857/30122</w:t>
        <w:br/>
        <w:t>f 1577/35674/29962 1786/35882/30145 1760/35856/30121</w:t>
        <w:br/>
        <w:t>f 1760/35856/30121 1759/35855/30120 1628/35724/30008</w:t>
        <w:br/>
        <w:t>f 1659/35756/30036 1759/35855/30120 1758/35854/30119</w:t>
        <w:br/>
        <w:t>f 1758/35854/30119 1757/35853/30118 1637/35732/30014</w:t>
        <w:br/>
        <w:t>f 1757/35853/30118 1756/35852/30117 1583/35678/29966</w:t>
        <w:br/>
        <w:t>f 1568/35663/29953 1567/35664/29954 1582/35679/29967</w:t>
        <w:br/>
        <w:t>f 1583/35678/29966 1582/35679/29967 1636/35733/30015</w:t>
        <w:br/>
        <w:t>f 1666/35761/30041 1773/35868/30132 1787/35883/30146</w:t>
        <w:br/>
        <w:t>f 1666/35761/30041 1667/35763/30043 1665/35762/30042</w:t>
        <w:br/>
        <w:t>f 1523/35621/29914 1548/35644/29937 1576/35671/29960</w:t>
        <w:br/>
        <w:t>f 1620/35715/30000 1576/35671/29960 1575/35672/29961</w:t>
        <w:br/>
        <w:t>f 1648/35744/30024 1620/35715/30000 1619/35716/30001</w:t>
        <w:br/>
        <w:t>f 1561/35656/29947 1560/35657/29948 1604/35698/29984</w:t>
        <w:br/>
        <w:t>f 1528/35623/29917 1527/35624/29918 1561/35656/29947</w:t>
        <w:br/>
        <w:t>f 1515/35609/29903 1528/35623/29917 1514/35610/29904</w:t>
        <w:br/>
        <w:t>f 1558/35655/29946 1780/35874/30136 1777/35872/30135</w:t>
        <w:br/>
        <w:t>f 1660/35755/30035 1637/35732/30014 1636/35733/30015</w:t>
        <w:br/>
        <w:t>f 1632/35729/30012 1573/35670/29959 1656/35753/30033</w:t>
        <w:br/>
        <w:t>f 1667/35763/30043 1632/35729/30012 1675/35771/30049</w:t>
        <w:br/>
        <w:t>f 1552/35647/29939 1775/35871/29947 1774/35870/30134</w:t>
        <w:br/>
        <w:t>f 1551/35648/29940 1579/35675/29963 1645/35740/30020</w:t>
        <w:br/>
        <w:t>f 1645/35740/30020 1644/35741/30021 1665/35762/30042</w:t>
        <w:br/>
        <w:t>f 1525/35619/29912 1537/35634/29927 1524/35620/29913</w:t>
        <w:br/>
        <w:t>f 1550/35645/29902 1549/35646/29938 1578/35673/29936</w:t>
        <w:br/>
        <w:t>f 1578/35673/29936 1577/35674/29962 1629/35723/30007</w:t>
        <w:br/>
        <w:t>f 1573/35670/29959 1534/35631/29924 1580/35676/29964</w:t>
        <w:br/>
        <w:t>f 1534/35631/29924 1518/35613/29907 1547/35643/29936</w:t>
        <w:br/>
        <w:t>f 1518/35613/29907 1512/35606/29900 1510/35608/29902</w:t>
        <w:br/>
        <w:t>f 1531/35625/29919 1550/35645/29902 1530/35626/29901</w:t>
        <w:br/>
        <w:t>f 1517/35614/29908 1518/35613/29907 1534/35631/29924</w:t>
        <w:br/>
        <w:t>f 1574/35669/29958 1573/35670/29959 1632/35729/30012</w:t>
        <w:br/>
        <w:t>f 1667/35763/30043 1633/35728/30011 1632/35729/30012</w:t>
        <w:br/>
        <w:t>f 1649/35746/30026 1684/35780/30057 1716/35811/30054</w:t>
        <w:br/>
        <w:t>f 1684/35780/30057 1730/35825/30092 1715/35812/30079</w:t>
        <w:br/>
        <w:t>f 1691/35788/30063 1662/35759/30039 1680/35778/30054</w:t>
        <w:br/>
        <w:t>f 1662/35759/30039 1586/35683/29971 1681/35777/30053</w:t>
        <w:br/>
        <w:t>f 1663/35758/30038 1587/35682/29970 1586/35683/29971</w:t>
        <w:br/>
        <w:t>f 1692/35787/30062 1663/35758/30038 1662/35759/30039</w:t>
        <w:br/>
        <w:t>f 1737/35833/30099 1717/35813/30080 1744/35841/30093</w:t>
        <w:br/>
        <w:t>f 1745/35840/30106 1744/35841/30093 1747/35843/30108</w:t>
        <w:br/>
        <w:t>f 1783/35879/30141 1737/35833/30099 1723/35820/30087</w:t>
        <w:br/>
        <w:t>f 1719/35814/30081 1724/35819/30086 1718/35815/30082</w:t>
        <w:br/>
        <w:t>f 1791/35884/30147 1790/35885/30148 1789/35886/30149</w:t>
        <w:br/>
        <w:t>f 1788/35887/30150 1791/35884/30147 1789/35886/30149</w:t>
        <w:br/>
        <w:t>f 1794/35888/30151 1793/35889/30152 1792/35890/30153</w:t>
        <w:br/>
        <w:t>f 1795/35891/30153 1794/35888/30151 1792/35890/30153</w:t>
        <w:br/>
        <w:t>f 1799/35892/30154 1798/35893/30155 1797/35894/30155</w:t>
        <w:br/>
        <w:t>f 1796/35895/30154 1799/35892/30154 1797/35894/30155</w:t>
        <w:br/>
        <w:t>f 1803/35896/30156 1802/35897/30157 1801/35898/30158</w:t>
        <w:br/>
        <w:t>f 1800/35899/30159 1803/35896/30156 1801/35898/30158</w:t>
        <w:br/>
        <w:t>f 1805/35900/30160 1791/35884/30147 1788/35887/30150</w:t>
        <w:br/>
        <w:t>f 1804/35901/30161 1805/35900/30160 1788/35887/30150</w:t>
        <w:br/>
        <w:t>f 1595/35692/29980 1788/35887/30150 1789/35886/30149</w:t>
        <w:br/>
        <w:t>f 1622/35717/30002 1595/35692/29980 1789/35886/30149</w:t>
        <w:br/>
        <w:t>f 1642/35737/30018 1643/35736/30018 1795/35891/30153</w:t>
        <w:br/>
        <w:t>f 1792/35890/30153 1642/35737/30018 1795/35891/30153</w:t>
        <w:br/>
        <w:t>f 1613/35708/29994 1614/35707/29994 1797/35894/30155</w:t>
        <w:br/>
        <w:t>f 1798/35893/30155 1613/35708/29994 1797/35894/30155</w:t>
        <w:br/>
        <w:t>f 1802/35897/30157 1599/35696/29983 1600/35695/29983</w:t>
        <w:br/>
        <w:t>f 1801/35898/30158 1802/35897/30157 1600/35695/29983</w:t>
        <w:br/>
        <w:t>f 1596/35691/29979 1804/35901/30161 1788/35887/30150</w:t>
        <w:br/>
        <w:t>f 1595/35692/29980 1596/35691/29979 1788/35887/30150</w:t>
        <w:br/>
        <w:t>f 1800/35899/30159 1806/35902/30162 1803/35896/30156</w:t>
        <w:br/>
        <w:t>f 1805/35900/30160 1807/35903/30163 1791/35884/30147</w:t>
        <w:br/>
        <w:t>f 1796/35895/30154 1808/35904/30164 1799/35892/30154</w:t>
        <w:br/>
        <w:t>f 1791/35884/30147 1807/35903/30163 1790/35885/30148</w:t>
        <w:br/>
        <w:t>f 1794/35888/30151 1809/35905/30165 1793/35889/30152</w:t>
        <w:br/>
        <w:t>f 894/34991/29378 902/34998/29383 916/35013/29395</w:t>
        <w:br/>
        <w:t>f 37/34133/28626 1811/35906/30166 1810/35907/30166</w:t>
        <w:br/>
        <w:t>f 1814/35908/30167 1813/35909/30168 1812/35910/30169</w:t>
        <w:br/>
        <w:t>f 1814/35908/30167 1812/35910/30169 1816/35911/30170</w:t>
        <w:br/>
        <w:t>f 1815/35912/30171 1814/35908/30167 1816/35911/30170</w:t>
        <w:br/>
        <w:t>f 1812/35910/30169 1813/35909/30168 1817/35913/30172</w:t>
        <w:br/>
        <w:t>f 1820/35914/30173 1819/35915/30174 1818/35916/30175</w:t>
        <w:br/>
        <w:t>f 1817/35913/30172 1821/35917/30176 1816/35911/30170</w:t>
        <w:br/>
        <w:t>f 1812/35910/30169 1817/35913/30172 1816/35911/30170</w:t>
        <w:br/>
        <w:t>f 1820/35914/30173 1818/35916/30175 1822/35918/30177</w:t>
        <w:br/>
        <w:t>f 1823/35919/30178 1820/35914/30173 1822/35918/30177</w:t>
        <w:br/>
        <w:t>f 1826/35920/30179 1825/35921/30180 1824/35922/30181</w:t>
        <w:br/>
        <w:t>f 1829/35923/30182 1828/35924/30183 1827/35925/30184</w:t>
        <w:br/>
        <w:t>f 1828/35924/30183 1830/35926/30185 1827/35925/30184</w:t>
        <w:br/>
        <w:t>f 1834/35927/30186 1833/35928/30187 1832/35929/30188</w:t>
        <w:br/>
        <w:t>f 1831/35930/30189 1834/35927/30186 1832/35929/30188</w:t>
        <w:br/>
        <w:t>f 1836/35931/30190 1828/35924/30183 1829/35923/30182</w:t>
        <w:br/>
        <w:t>f 1835/35932/30191 1836/35931/30190 1829/35923/30182</w:t>
        <w:br/>
        <w:t>f 1825/35921/30180 1838/35933/30192 1837/35934/30193</w:t>
        <w:br/>
        <w:t>f 1831/35930/30189 1832/35929/30188 1840/35935/30194</w:t>
        <w:br/>
        <w:t>f 1839/35936/30195 1831/35930/30189 1840/35935/30194</w:t>
        <w:br/>
        <w:t>f 1828/35924/30183 1836/35931/30190 1838/35933/30192</w:t>
        <w:br/>
        <w:t>f 1830/35926/30185 1828/35924/30183 1838/35933/30192</w:t>
        <w:br/>
        <w:t>f 1844/35937/30196 1843/35938/30197 1842/35939/30198</w:t>
        <w:br/>
        <w:t>f 1841/35940/30199 1844/35937/30196 1842/35939/30198</w:t>
        <w:br/>
        <w:t>f 1846/35941/30200 1843/35938/30197 1844/35937/30196</w:t>
        <w:br/>
        <w:t>f 1845/35942/30201 1846/35941/30200 1844/35937/30196</w:t>
        <w:br/>
        <w:t>f 1849/35943/30202 1848/35944/30203 1847/35945/30204</w:t>
        <w:br/>
        <w:t>f 1848/35944/30203 1846/35941/30200 1845/35942/30201</w:t>
        <w:br/>
        <w:t>f 1847/35945/30204 1848/35944/30203 1845/35942/30201</w:t>
        <w:br/>
        <w:t>f 1851/35946/30205 1834/35927/30186 1831/35930/30189</w:t>
        <w:br/>
        <w:t>f 1850/35947/30206 1851/35946/30205 1831/35930/30189</w:t>
        <w:br/>
        <w:t>f 1850/35947/30206 1831/35930/30189 1839/35936/30195</w:t>
        <w:br/>
        <w:t>f 1852/35948/30207 1850/35947/30206 1839/35936/30195</w:t>
        <w:br/>
        <w:t>f 1854/35949/30208 1844/35937/30196 1841/35940/30199</w:t>
        <w:br/>
        <w:t>f 1853/35950/30209 1854/35949/30208 1841/35940/30199</w:t>
        <w:br/>
        <w:t>f 1845/35942/30201 1844/35937/30196 1854/35949/30208</w:t>
        <w:br/>
        <w:t>f 1855/35951/30210 1845/35942/30201 1854/35949/30208</w:t>
        <w:br/>
        <w:t>f 1849/35943/30202 1847/35945/30204 1856/35952/30211</w:t>
        <w:br/>
        <w:t>f 1847/35945/30204 1845/35942/30201 1855/35951/30210</w:t>
        <w:br/>
        <w:t>f 1857/35953/30212 1847/35945/30204 1855/35951/30210</w:t>
        <w:br/>
        <w:t>f 1859/35954/30213 1851/35946/30205 1850/35947/30206</w:t>
        <w:br/>
        <w:t>f 1858/35955/30214 1859/35954/30213 1850/35947/30206</w:t>
        <w:br/>
        <w:t>f 1858/35955/30214 1850/35947/30206 1852/35948/30207</w:t>
        <w:br/>
        <w:t>f 1860/35956/30215 1858/35955/30214 1852/35948/30207</w:t>
        <w:br/>
        <w:t>f 1862/35957/30216 1854/35949/30208 1853/35950/30209</w:t>
        <w:br/>
        <w:t>f 1861/35958/30217 1862/35957/30216 1853/35950/30209</w:t>
        <w:br/>
        <w:t>f 1855/35951/30210 1854/35949/30208 1864/35959/30218</w:t>
        <w:br/>
        <w:t>f 1863/35960/30219 1855/35951/30210 1864/35959/30218</w:t>
        <w:br/>
        <w:t>f 1858/35955/30214 1866/35961/30220 1865/35962/30221</w:t>
        <w:br/>
        <w:t>f 1859/35954/30213 1858/35955/30214 1865/35962/30221</w:t>
        <w:br/>
        <w:t>f 1856/35952/30211 1857/35953/30212 1868/35963/30222</w:t>
        <w:br/>
        <w:t>f 1867/35964/30223 1856/35952/30211 1868/35963/30222</w:t>
        <w:br/>
        <w:t>f 1857/35953/30212 1855/35951/30210 1863/35960/30219</w:t>
        <w:br/>
        <w:t>f 1868/35963/30222 1857/35953/30212 1863/35960/30219</w:t>
        <w:br/>
        <w:t>f 1860/35956/30215 1869/35965/30224 1866/35961/30220</w:t>
        <w:br/>
        <w:t>f 1858/35955/30214 1860/35956/30215 1866/35961/30220</w:t>
        <w:br/>
        <w:t>f 1861/35958/30217 1871/35966/30225 1870/35967/30225</w:t>
        <w:br/>
        <w:t>f 1862/35957/30216 1861/35958/30217 1870/35967/30225</w:t>
        <w:br/>
        <w:t>f 929/35023/29405 1866/35961/30220 928/35024/29406</w:t>
        <w:br/>
        <w:t>f 1863/35960/30219 1864/35959/30218 1873/35968/30226</w:t>
        <w:br/>
        <w:t>f 1872/35969/30227 1863/35960/30219 1873/35968/30226</w:t>
        <w:br/>
        <w:t>f 1867/35964/30223 1868/35963/30222 1875/35970/30228</w:t>
        <w:br/>
        <w:t>f 1874/35971/30229 1867/35964/30223 1875/35970/30228</w:t>
        <w:br/>
        <w:t>f 1868/35963/30222 1863/35960/30219 1872/35969/30227</w:t>
        <w:br/>
        <w:t>f 1875/35970/30228 1868/35963/30222 1872/35969/30227</w:t>
        <w:br/>
        <w:t>f 955/35051/29425 1870/35967/30225 1871/35966/30225</w:t>
        <w:br/>
        <w:t>f 954/35052/29426 955/35051/29425 1871/35966/30225</w:t>
        <w:br/>
        <w:t>f 1872/35969/30227 1873/35968/30226 1010/35105/29469</w:t>
        <w:br/>
        <w:t>f 1011/35104/29468 1872/35969/30227 1010/35105/29469</w:t>
        <w:br/>
        <w:t>f 1875/35970/30228 973/35070/29442 974/35069/29395</w:t>
        <w:br/>
        <w:t>f 1874/35971/30229 1875/35970/30228 974/35069/29395</w:t>
        <w:br/>
        <w:t>f 973/35070/29442 1872/35969/30227 1011/35104/29468</w:t>
        <w:br/>
        <w:t>f 1838/35933/30192 1876/35972/30230 1837/35934/30193</w:t>
        <w:br/>
        <w:t>f 1832/35929/30188 1816/35911/30170 1821/35917/30176</w:t>
        <w:br/>
        <w:t>f 1840/35935/30194 1832/35929/30188 1821/35917/30176</w:t>
        <w:br/>
        <w:t>f 1815/35912/30171 1816/35911/30170 1832/35929/30188</w:t>
        <w:br/>
        <w:t>f 1833/35928/30187 1815/35912/30171 1832/35929/30188</w:t>
        <w:br/>
        <w:t>f 1822/35918/30177 1842/35939/30198 1843/35938/30197</w:t>
        <w:br/>
        <w:t>f 1823/35919/30178 1822/35918/30177 1843/35938/30197</w:t>
        <w:br/>
        <w:t>f 1836/35931/30190 1823/35919/30178 1843/35938/30197</w:t>
        <w:br/>
        <w:t>f 1846/35941/30200 1836/35931/30190 1843/35938/30197</w:t>
        <w:br/>
        <w:t>f 1838/35933/30192 1836/35931/30190 1846/35941/30200</w:t>
        <w:br/>
        <w:t>f 1848/35944/30203 1838/35933/30192 1846/35941/30200</w:t>
        <w:br/>
        <w:t>f 1869/35965/30224 1877/35973/30231 1866/35961/30220</w:t>
        <w:br/>
        <w:t>f 63/34157/28649 1879/35974/30232 1878/35975/30233</w:t>
        <w:br/>
        <w:t>f 62/34158/28650 63/34157/28649 1878/35975/30233</w:t>
        <w:br/>
        <w:t>f 64/34160/28652 62/34158/28650 1878/35975/30233</w:t>
        <w:br/>
        <w:t>f 1880/35976/30234 64/34160/28652 1878/35975/30233</w:t>
        <w:br/>
        <w:t>f 1881/35977/30235 66/34162/28654 67/34161/28653</w:t>
        <w:br/>
        <w:t>f 1882/35978/30236 1881/35977/30235 67/34161/28653</w:t>
        <w:br/>
        <w:t>f 1886/35979/30237 1885/35980/30238 1884/35981/30239</w:t>
        <w:br/>
        <w:t>f 1883/35982/30240 1886/35979/30237 1884/35981/30239</w:t>
        <w:br/>
        <w:t>f 1888/35983/30241 1887/35984/30242 73/34167/28658</w:t>
        <w:br/>
        <w:t>f 71/34169/28660 1888/35983/30241 73/34167/28658</w:t>
        <w:br/>
        <w:t>f 1890/35985/30243 1889/35986/30244 68/34166/28657</w:t>
        <w:br/>
        <w:t>f 69/34165/28657 1890/35985/30243 68/34166/28657</w:t>
        <w:br/>
        <w:t>f 1885/35980/30238 1892/35987/30245 1891/35988/30246</w:t>
        <w:br/>
        <w:t>f 1884/35981/30239 1885/35980/30238 1891/35988/30246</w:t>
        <w:br/>
        <w:t>f 1893/35989/30247 1888/35983/30241 71/34169/28660</w:t>
        <w:br/>
        <w:t>f 74/34170/28661 1893/35989/30247 71/34169/28660</w:t>
        <w:br/>
        <w:t>f 1897/35990/30248 1896/35991/30249 1895/35992/30250</w:t>
        <w:br/>
        <w:t>f 1894/35993/30251 1897/35990/30248 1895/35992/30250</w:t>
        <w:br/>
        <w:t>f 1899/35994/30252 1898/35995/30253 1897/35990/30248</w:t>
        <w:br/>
        <w:t>f 1894/35993/30251 1899/35994/30252 1897/35990/30248</w:t>
        <w:br/>
        <w:t>f 1903/35996/30254 1902/35997/30255 1901/35998/30256</w:t>
        <w:br/>
        <w:t>f 1900/35999/30257 1903/35996/30254 1901/35998/30256</w:t>
        <w:br/>
        <w:t>f 1901/35998/30256 1902/35997/30255 1898/35995/30253</w:t>
        <w:br/>
        <w:t>f 1899/35994/30252 1901/35998/30256 1898/35995/30253</w:t>
        <w:br/>
        <w:t>f 1905/36000/30258 1904/36001/30259 1885/35980/30238</w:t>
        <w:br/>
        <w:t>f 1886/35979/30237 1905/36000/30258 1885/35980/30238</w:t>
        <w:br/>
        <w:t>f 1904/36001/30259 1906/36002/30260 1892/35987/30245</w:t>
        <w:br/>
        <w:t>f 1885/35980/30238 1904/36001/30259 1892/35987/30245</w:t>
        <w:br/>
        <w:t>f 1908/36003/30261 1907/36004/30262 1896/35991/30249</w:t>
        <w:br/>
        <w:t>f 1898/35995/30253 1910/36005/30263 1909/36006/30264</w:t>
        <w:br/>
        <w:t>f 1897/35990/30248 1898/35995/30253 1909/36006/30264</w:t>
        <w:br/>
        <w:t>f 1912/36007/30265 1902/35997/30255 1903/35996/30254</w:t>
        <w:br/>
        <w:t>f 1911/36008/30266 1912/36007/30265 1903/35996/30254</w:t>
        <w:br/>
        <w:t>f 1902/35997/30255 1912/36007/30265 1910/36005/30263</w:t>
        <w:br/>
        <w:t>f 1898/35995/30253 1902/35997/30255 1910/36005/30263</w:t>
        <w:br/>
        <w:t>f 1914/36009/30267 1913/36010/30268 1904/36001/30259</w:t>
        <w:br/>
        <w:t>f 1905/36000/30258 1914/36009/30267 1904/36001/30259</w:t>
        <w:br/>
        <w:t>f 1913/36010/30268 1915/36011/30269 1906/36002/30260</w:t>
        <w:br/>
        <w:t>f 1904/36001/30259 1913/36010/30268 1906/36002/30260</w:t>
        <w:br/>
        <w:t>f 1917/36012/30270 1916/36013/30271 1907/36004/30262</w:t>
        <w:br/>
        <w:t>f 1910/36005/30263 1919/36014/30272 1918/36015/30273</w:t>
        <w:br/>
        <w:t>f 1909/36006/30264 1910/36005/30263 1918/36015/30273</w:t>
        <w:br/>
        <w:t>f 1911/36008/30266 1921/36016/30274 1920/36017/30275</w:t>
        <w:br/>
        <w:t>f 1912/36007/30265 1911/36008/30266 1920/36017/30275</w:t>
        <w:br/>
        <w:t>f 1912/36007/30265 1920/36017/30275 1919/36014/30272</w:t>
        <w:br/>
        <w:t>f 1910/36005/30263 1912/36007/30265 1919/36014/30272</w:t>
        <w:br/>
        <w:t>f 1923/36018/30276 1922/36019/30277 1915/36011/30269</w:t>
        <w:br/>
        <w:t>f 1913/36010/30268 1923/36018/30276 1915/36011/30269</w:t>
        <w:br/>
        <w:t>f 1925/36020/30278 1924/36021/30279 1916/36013/30271</w:t>
        <w:br/>
        <w:t>f 1917/36012/30270 1925/36020/30278 1916/36013/30271</w:t>
        <w:br/>
        <w:t>f 1919/36014/30272 1927/36022/30280 1926/36023/30281</w:t>
        <w:br/>
        <w:t>f 1918/36015/30273 1919/36014/30272 1926/36023/30281</w:t>
        <w:br/>
        <w:t>f 1929/36024/30282 1920/36017/30275 1921/36016/30274</w:t>
        <w:br/>
        <w:t>f 1928/36025/30283 1929/36024/30282 1921/36016/30274</w:t>
        <w:br/>
        <w:t>f 1920/36017/30275 1929/36024/30282 1927/36022/30280</w:t>
        <w:br/>
        <w:t>f 1919/36014/30272 1920/36017/30275 1927/36022/30280</w:t>
        <w:br/>
        <w:t>f 1900/35999/30257 1901/35998/30256 1889/35986/30244</w:t>
        <w:br/>
        <w:t>f 1890/35985/30243 1900/35999/30257 1889/35986/30244</w:t>
        <w:br/>
        <w:t>f 1884/35981/30239 1891/35988/30246 1880/35976/30234</w:t>
        <w:br/>
        <w:t>f 1878/35975/30233 1884/35981/30239 1880/35976/30234</w:t>
        <w:br/>
        <w:t>f 1879/35974/30232 1883/35982/30240 1884/35981/30239</w:t>
        <w:br/>
        <w:t>f 1878/35975/30233 1879/35974/30232 1884/35981/30239</w:t>
        <w:br/>
        <w:t>f 1894/35993/30251 1895/35992/30250 1881/35977/30235</w:t>
        <w:br/>
        <w:t>f 1882/35978/30236 1894/35993/30251 1881/35977/30235</w:t>
        <w:br/>
        <w:t>f 1894/35993/30251 1882/35978/30236 1888/35983/30241</w:t>
        <w:br/>
        <w:t>f 1899/35994/30252 1894/35993/30251 1888/35983/30241</w:t>
        <w:br/>
        <w:t>f 1893/35989/30247 1901/35998/30256 1899/35994/30252</w:t>
        <w:br/>
        <w:t>f 1888/35983/30241 1893/35989/30247 1899/35994/30252</w:t>
        <w:br/>
        <w:t>f 1930/36026/30284 1923/36018/30276 1913/36010/30268</w:t>
        <w:br/>
        <w:t>f 1914/36009/30267 1930/36026/30284 1913/36010/30268</w:t>
        <w:br/>
        <w:t>f 34/34128/28623 32/34130/28605 51/34146/28639</w:t>
        <w:br/>
        <w:t>f 875/34970/29358 896/34993/29356 874/34971/29359</w:t>
        <w:br/>
        <w:t>f 129/34227/28648 130/34226/28706 1929/36024/30282</w:t>
        <w:br/>
        <w:t>f 1928/36025/30283 129/34227/28648 1929/36024/30282</w:t>
        <w:br/>
        <w:t>f 1929/36024/30282 130/34226/28706 168/34261/28735</w:t>
        <w:br/>
        <w:t>f 1927/36022/30280 1929/36024/30282 168/34261/28735</w:t>
        <w:br/>
        <w:t>f 1927/36022/30280 168/34261/28735 165/34264/28738</w:t>
        <w:br/>
        <w:t>f 1926/36023/30281 1927/36022/30280 165/34264/28738</w:t>
        <w:br/>
        <w:t>f 111/34209/28690 1931/36027/30285 1924/36021/30279</w:t>
        <w:br/>
        <w:t>f 1925/36020/30278 111/34209/28690 1924/36021/30279</w:t>
        <w:br/>
        <w:t>f 85/34179/28667 1923/36018/30276 1930/36026/30284</w:t>
        <w:br/>
        <w:t>f 1932/36028/30286 1923/36018/30276 83/34181/28669</w:t>
        <w:br/>
        <w:t>f 85/34179/28667 83/34181/28669 1923/36018/30276</w:t>
        <w:br/>
        <w:t>f 929/35023/29405 1865/35962/30221 1866/35961/30220</w:t>
        <w:br/>
        <w:t>f 1922/36019/30277 1923/36018/30276 1932/36028/30286</w:t>
        <w:br/>
        <w:t>f 1866/35961/30220 1877/35973/30231 928/35024/29406</w:t>
        <w:br/>
        <w:t>f 1936/36029/30287 1935/36030/30288 1934/36031/30289</w:t>
        <w:br/>
        <w:t>f 1933/36032/30290 1936/36029/30287 1934/36031/30289</w:t>
        <w:br/>
        <w:t>f 1940/36033/30291 1939/36034/30292 1938/36035/30293</w:t>
        <w:br/>
        <w:t>f 1937/36036/30294 1940/36033/30291 1938/36035/30293</w:t>
        <w:br/>
        <w:t>f 1937/36036/30294 1938/36035/30293 1942/36037/30295</w:t>
        <w:br/>
        <w:t>f 1941/36038/30296 1937/36036/30294 1942/36037/30295</w:t>
        <w:br/>
        <w:t>f 1942/36037/30295 1944/36039/30297 1943/36040/30298</w:t>
        <w:br/>
        <w:t>f 1941/36038/30296 1942/36037/30295 1943/36040/30298</w:t>
        <w:br/>
        <w:t>f 1944/36039/30297 1946/36041/30299 1945/36042/30300</w:t>
        <w:br/>
        <w:t>f 1943/36040/30298 1944/36039/30297 1945/36042/30300</w:t>
        <w:br/>
        <w:t>f 1937/36036/30294 433/34529/28966 434/34528/28965</w:t>
        <w:br/>
        <w:t>f 1940/36033/30291 1937/36036/30294 434/34528/28965</w:t>
        <w:br/>
        <w:t>f 1947/36043/30301 1938/36035/30293 1939/36034/30292</w:t>
        <w:br/>
        <w:t>f 433/34529/28966 1937/36036/30294 1941/36038/30296</w:t>
        <w:br/>
        <w:t>f 459/34556/28988 433/34529/28966 1941/36038/30296</w:t>
        <w:br/>
        <w:t>f 1938/36035/30293 1947/36043/30301 1942/36037/30295</w:t>
        <w:br/>
        <w:t>f 1942/36037/30295 1947/36043/30301 1944/36039/30297</w:t>
        <w:br/>
        <w:t>f 1089/35186/29539 459/34556/28988 1941/36038/30296</w:t>
        <w:br/>
        <w:t>f 1943/36040/30298 1089/35186/29539 1941/36038/30296</w:t>
        <w:br/>
        <w:t>f 1948/36044/30302 1089/35186/29539 1943/36040/30298</w:t>
        <w:br/>
        <w:t>f 1945/36042/30300 1948/36044/30302 1943/36040/30298</w:t>
        <w:br/>
        <w:t>f 1949/36045/30303 1946/36041/30299 1944/36039/30297</w:t>
        <w:br/>
        <w:t>f 1951/36046/30304 1950/36047/30304 1935/36030/30288</w:t>
        <w:br/>
        <w:t>f 1936/36029/30287 1951/36046/30304 1935/36030/30288</w:t>
        <w:br/>
        <w:t>f 1952/36048/30305 1933/36032/30290 1934/36031/30289</w:t>
        <w:br/>
        <w:t>f 1956/36049/30306 1955/36050/30307 1954/36051/30308</w:t>
        <w:br/>
        <w:t>f 1953/36052/30309 1956/36049/30306 1954/36051/30308</w:t>
        <w:br/>
        <w:t>f 1960/36053/30310 1959/36054/30311 1958/36055/30312</w:t>
        <w:br/>
        <w:t>f 1957/36056/30310 1960/36053/30310 1958/36055/30312</w:t>
        <w:br/>
        <w:t>f 1964/36057/30313 1963/36058/30313 1962/36059/30314</w:t>
        <w:br/>
        <w:t>f 1961/36060/30314 1964/36057/30313 1962/36059/30314</w:t>
        <w:br/>
        <w:t>f 1960/36053/30310 1957/36056/30310 1965/36061/30315</w:t>
        <w:br/>
        <w:t>f 1961/36060/30314 1962/36059/30314 1966/36062/30316</w:t>
        <w:br/>
        <w:t>f 1953/36052/30309 1968/36063/30317 1967/36064/30318</w:t>
        <w:br/>
        <w:t>f 1956/36049/30306 1953/36052/30309 1967/36064/30318</w:t>
        <w:br/>
        <w:t>f 1958/36055/30312 1959/36054/30311 575/34671/29097</w:t>
        <w:br/>
        <w:t>f 576/34670/29096 1958/36055/30312 575/34671/29097</w:t>
        <w:br/>
        <w:t>f 1954/36051/30308 1955/36050/30307 1969/36065/30319</w:t>
        <w:br/>
        <w:t>f 1963/36058/30313 1964/36057/30313 1327/35423/29751</w:t>
        <w:br/>
        <w:t>f 1326/35422/29750 1963/36058/30313 1327/35423/29751</w:t>
        <w:br/>
        <w:t>f 1973/36066/30320 1972/36067/30321 1971/36068/30322</w:t>
        <w:br/>
        <w:t>f 1970/36069/30323 1973/36066/30320 1971/36068/30322</w:t>
        <w:br/>
        <w:t>f 1977/36070/30324 1976/36071/30325 1975/36072/30326</w:t>
        <w:br/>
        <w:t>f 1974/36073/30327 1977/36070/30324 1975/36072/30326</w:t>
        <w:br/>
        <w:t>f 1981/36074/30328 1980/36075/30329 1979/36076/30330</w:t>
        <w:br/>
        <w:t>f 1978/36077/30331 1981/36074/30328 1979/36076/30330</w:t>
        <w:br/>
        <w:t>f 1985/36078/30332 1984/36079/30333 1983/36080/30334</w:t>
        <w:br/>
        <w:t>f 1982/36081/30335 1985/36078/30332 1983/36080/30334</w:t>
        <w:br/>
        <w:t>f 1989/36082/30336 1988/36083/30337 1987/36084/30338</w:t>
        <w:br/>
        <w:t>f 1986/36085/30339 1989/36082/30336 1987/36084/30338</w:t>
        <w:br/>
        <w:t>f 1976/36071/30325 1990/36086/30340 1975/36072/30326</w:t>
        <w:br/>
        <w:t>f 1970/36069/30323 1991/36087/30341 1973/36066/30320</w:t>
        <w:br/>
        <w:t>f 403/34500/28938 1977/36070/30324 1974/36073/30327</w:t>
        <w:br/>
        <w:t>f 402/34501/28941 403/34500/28938 1974/36073/30327</w:t>
        <w:br/>
        <w:t>f 1981/36074/30328 1992/36088/30342 1980/36075/30329</w:t>
        <w:br/>
        <w:t>f 1982/36081/30335 1993/36089/30343 1985/36078/30332</w:t>
        <w:br/>
        <w:t>f 400/34495/28937 1971/36068/30322 1972/36067/30321</w:t>
        <w:br/>
        <w:t>f 399/34496/28938 400/34495/28937 1972/36067/30321</w:t>
        <w:br/>
        <w:t>f 1994/36090/30342 1988/36083/30337 1989/36082/30336</w:t>
        <w:br/>
        <w:t>f 407/34504/28944 1983/36080/30334 1984/36079/30333</w:t>
        <w:br/>
        <w:t>f 400/34495/28937 407/34504/28944 1984/36079/30333</w:t>
        <w:br/>
        <w:t>f 1978/36077/30331 1979/36076/30330 1995/36091/30344</w:t>
        <w:br/>
        <w:t>f 420/34514/28954 1978/36077/30331 1995/36091/30344</w:t>
        <w:br/>
        <w:t>f 1986/36085/30339 1987/36084/30338 422/34519/28959</w:t>
        <w:br/>
        <w:t>f 423/34518/28958 1986/36085/30339 422/34519/28959</w:t>
        <w:br/>
        <w:t>f 1999/36092/30345 1998/36093/30346 1997/36094/30347</w:t>
        <w:br/>
        <w:t>f 1996/36095/30348 1999/36092/30345 1997/36094/30347</w:t>
        <w:br/>
        <w:t>f 2003/36096/30349 2002/36097/30350 2001/36098/30350</w:t>
        <w:br/>
        <w:t>f 2000/36099/30351 2003/36096/30349 2001/36098/30350</w:t>
        <w:br/>
        <w:t>f 2007/36100/30352 2006/36101/30353 2005/36102/30353</w:t>
        <w:br/>
        <w:t>f 2004/36103/30352 2007/36100/30352 2005/36102/30353</w:t>
        <w:br/>
        <w:t>f 2011/36104/30354 2010/36105/30355 2009/36106/30356</w:t>
        <w:br/>
        <w:t>f 2008/36107/30357 2011/36104/30354 2009/36106/30356</w:t>
        <w:br/>
        <w:t>f 1102/35200/29553 1103/35199/29552 1996/36095/30348</w:t>
        <w:br/>
        <w:t>f 1997/36094/30347 1102/35200/29553 1996/36095/30348</w:t>
        <w:br/>
        <w:t>f 2004/36103/30352 1106/35204/29556 1107/35203/29556</w:t>
        <w:br/>
        <w:t>f 2007/36100/30352 2004/36103/30352 1107/35203/29556</w:t>
        <w:br/>
        <w:t>f 1116/35210/29562 1114/35212/29564 2008/36107/30357</w:t>
        <w:br/>
        <w:t>f 2009/36106/30356 1116/35210/29562 2008/36107/30357</w:t>
        <w:br/>
        <w:t>f 1110/35206/29558 2001/36098/30350 2002/36097/30350</w:t>
        <w:br/>
        <w:t>f 1109/35207/29559 1110/35206/29558 2002/36097/30350</w:t>
        <w:br/>
        <w:t>f 2000/36099/30351 1176/35271/29617 1177/35270/29617</w:t>
        <w:br/>
        <w:t>f 1999/36092/30358 2000/36099/30351 1177/35270/29617</w:t>
        <w:br/>
        <w:t>f 1998/36093/30346 1999/36092/30345 2012/36108/30359</w:t>
        <w:br/>
        <w:t>f 1146/35240/29590 1998/36093/30346 2012/36108/30359</w:t>
        <w:br/>
        <w:t>f 1149/35244/29594 2005/36102/30353 2006/36101/30353</w:t>
        <w:br/>
        <w:t>f 1148/35245/29594 1149/35244/29594 2006/36101/30353</w:t>
        <w:br/>
        <w:t>f 2010/36105/30355 2011/36104/30354 1338/35434/29762</w:t>
        <w:br/>
        <w:t>f 1337/35433/29761 2010/36105/30355 1338/35434/29762</w:t>
        <w:br/>
        <w:t>f 541/34639/29065 542/34638/29064 2013/36109/30360</w:t>
        <w:br/>
        <w:t>f 1230/35327/29065 2014/36110/30361 1231/35326/29665</w:t>
        <w:br/>
        <w:t>f 541/34639/29065 2013/36109/30360 2015/36111/30362</w:t>
        <w:br/>
        <w:t>f 549/34646/29072 550/34645/29071 1434/35530/30363</w:t>
        <w:br/>
        <w:t>f 550/34645/29071 538/34636/29063 553/34651/29077</w:t>
        <w:br/>
        <w:t>f 538/34636/29063 539/34635/29062 553/34651/29077</w:t>
        <w:br/>
        <w:t>f 531/34627/30364 2017/36112/30365 2016/36113/30365</w:t>
        <w:br/>
        <w:t>f 531/34627/29055 539/34635/29062 540/34634/29061</w:t>
        <w:br/>
        <w:t>f 489/34585/29014 257/34352/28817 494/34589/29018</w:t>
        <w:br/>
        <w:t>f 918/35016/29399 2018/36114/29372 909/35005/29396</w:t>
        <w:br/>
        <w:t>f 944/35040/29418 920/35014/29397 1033/35128/29488</w:t>
        <w:br/>
        <w:t>f 969/35066/29439 926/35021/29403 925/35022/29404</w:t>
        <w:br/>
        <w:t>f 1051/35149/29506 1068/35165/29520 1105/35201/29554</w:t>
        <w:br/>
        <w:t>f 1071/35166/29521 1105/35201/29554 1143/35238/29588</w:t>
        <w:br/>
        <w:t>f 50/34147/28640 32/34130/28605 56/34150/28642</w:t>
        <w:br/>
        <w:t>f 1684/35780/30057 1584/35681/30366 1751/35846/30110</w:t>
        <w:br/>
        <w:t>f 1567/35664/29954 1566/35660/29950 1564/35662/29952</w:t>
        <w:br/>
        <w:t>f 1564/35662/29952 1565/35661/29951 1593/35687/29975</w:t>
        <w:br/>
        <w:t>f 1565/35661/29951 1592/35688/29976 1593/35687/29975</w:t>
        <w:br/>
        <w:t>f 1539/35636/29929 1540/35635/29928 1585/35680/29968</w:t>
        <w:br/>
        <w:t>f 1513/35611/29905 1514/35610/29904 1540/35635/29928</w:t>
        <w:br/>
        <w:t>f 1781/35877/30139 1779/35875/30137 1782/35878/30140</w:t>
        <w:br/>
        <w:t>f 1661/35757/30037 1585/35680/29968 1695/35789/30064</w:t>
        <w:br/>
        <w:t>f 1773/35868/30132 1666/35761/30041 1644/35741/30021</w:t>
        <w:br/>
        <w:t>f 1579/35675/29963 1774/35870/30134 1772/35869/30133</w:t>
        <w:br/>
        <w:t>f 1330/35427/29755 1141/35236/29586 509/34607/29036</w:t>
        <w:br/>
        <w:t>f 1092/35188/29541 1079/35177/29531 1098/35195/29548</w:t>
        <w:br/>
        <w:t>f 511/34605/29034 475/34571/29002 476/34570/28984</w:t>
        <w:br/>
        <w:t>f 1255/35349/29682 1242/35338/29673 1243/35337/29672</w:t>
        <w:br/>
        <w:t>f 1266/35362/29694 1199/35294/29638 1366/35462/29784</w:t>
        <w:br/>
        <w:t>f 565/34661/29087 1312/35408/29736 1311/35407/29735</w:t>
        <w:br/>
        <w:t>f 570/34665/29091 563/34659/29085 567/34663/29089</w:t>
        <w:br/>
        <w:t>f 567/34663/29089 551/34647/29073 565/34661/29087</w:t>
        <w:br/>
        <w:t>f 527/34623/29051 495/34592/29021 497/34593/29022</w:t>
        <w:br/>
        <w:t>f 468/34567/28999 469/34566/28998 525/34620/29048</w:t>
        <w:br/>
        <w:t>f 525/34620/29048 497/34593/29022 480/34575/29005</w:t>
        <w:br/>
        <w:t>f 418/34516/28956 419/34515/28955 445/34540/28975</w:t>
        <w:br/>
        <w:t>f 420/34514/28954 1995/36091/30344 419/34515/28955</w:t>
        <w:br/>
        <w:t>f 444/34541/28976 445/34540/28975 470/34565/28997</w:t>
        <w:br/>
        <w:t>f 1371/35466/29787 521/34618/29046 1345/35440/29767</w:t>
        <w:br/>
        <w:t>f 1199/35294/29638 522/34617/29045 1371/35466/29787</w:t>
        <w:br/>
        <w:t>f 565/34661/29087 546/34642/29068 1235/35331/29669</w:t>
        <w:br/>
        <w:t>f 1199/35294/29638 1371/35466/29787 1366/35462/29784</w:t>
        <w:br/>
        <w:t>f 1198/35295/29639 1266/35362/29694 1284/35380/29710</w:t>
        <w:br/>
        <w:t>f 524/34621/29049 590/34686/29110 544/34640/29066</w:t>
        <w:br/>
        <w:t>f 1141/35236/29586 1127/35226/29576 1140/35237/29587</w:t>
        <w:br/>
        <w:t>f 1155/35249/29598 1140/35237/29587 1127/35226/29576</w:t>
        <w:br/>
        <w:t>f 1169/35265/29612 1340/35436/29764 1179/35277/29623</w:t>
        <w:br/>
        <w:t>f 1323/35419/29747 1302/35398/29727 1322/35418/29746</w:t>
        <w:br/>
        <w:t>f 1324/35420/29748 1317/35412/29740 1323/35419/29747</w:t>
        <w:br/>
        <w:t>f 1324/35420/29748 1307/35404/29732 1313/35409/29737</w:t>
        <w:br/>
        <w:t>f 1296/35392/29721 1292/35389/29719 1322/35418/29746</w:t>
        <w:br/>
        <w:t>f 1167/35264/29611 1204/35302/29645 1247/35343/29677</w:t>
        <w:br/>
        <w:t>f 1119/35216/29568 1167/35264/29611 1188/35284/29628</w:t>
        <w:br/>
        <w:t>f 1093/35189/29542 1077/35174/29528 1125/35222/29572</w:t>
        <w:br/>
        <w:t>f 914/35011/29393 905/35001/29385 893/34988/29376</w:t>
        <w:br/>
        <w:t>f 699/34797/29207 686/34782/29193 685/34779/29190</w:t>
        <w:br/>
        <w:t>f 683/34781/29192 684/34780/29191 710/34805/29214</w:t>
        <w:br/>
        <w:t>f 709/34806/29215 710/34805/29214 764/34862/29268</w:t>
        <w:br/>
        <w:t>f 1383/35479/29267 1380/35473/29306 1381/35477/29797</w:t>
        <w:br/>
        <w:t>f 850/34945/29336 849/34946/29337 853/34950/29341</w:t>
        <w:br/>
        <w:t>f 848/34944/29335 838/34933/29324 849/34946/29337</w:t>
        <w:br/>
        <w:t>f 895/34990/29371 2019/36115/30367 902/34998/29383</w:t>
        <w:br/>
        <w:t>f 1037/35132/29492 955/35051/29425 956/35050/29401</w:t>
        <w:br/>
        <w:t>f 973/35070/29442 1011/35104/29468 972/35071/29443</w:t>
        <w:br/>
        <w:t>f 1008/35107/29471 1009/35106/29470 1059/35154/29511</w:t>
        <w:br/>
        <w:t>f 1152/35248/29597 1134/35231/29581 1188/35284/29628</w:t>
        <w:br/>
        <w:t>f 1117/35213/29565 1094/35191/29544 1134/35231/29581</w:t>
        <w:br/>
        <w:t>f 555/34649/29075 545/34641/29067 554/34650/29076</w:t>
        <w:br/>
        <w:t>f 545/34641/29067 531/34627/29055 535/34632/29059</w:t>
        <w:br/>
        <w:t>f 2020/36116/30368 513/34608/29037 586/34682/29106</w:t>
        <w:br/>
        <w:t>f 548/34644/29070 547/34643/29069 552/34648/29074</w:t>
        <w:br/>
        <w:t>f 406/34502/28942 371/34468/28917 483/34578/29008</w:t>
        <w:br/>
        <w:t>f 389/34486/28929 430/34525/28942 390/34485/28928</w:t>
        <w:br/>
        <w:t>f 431/34527/28964 473/34568/29000 395/34490/28933</w:t>
        <w:br/>
        <w:t>f 369/34466/28915 345/34442/28897 442/34537/28973</w:t>
        <w:br/>
        <w:t>f 382/34478/28923 369/34466/28915 431/34527/28964</w:t>
        <w:br/>
        <w:t>f 381/34479/28835 382/34478/28923 395/34490/28933</w:t>
        <w:br/>
        <w:t>f 131/34225/28705 209/34304/28772 167/34262/28736</w:t>
        <w:br/>
        <w:t>f 167/34262/28736 208/34305/28773 204/34300/28768</w:t>
        <w:br/>
        <w:t>f 208/34305/28773 223/34320/28788 218/34314/28782</w:t>
        <w:br/>
        <w:t>f 307/34404/28864 266/34363/28827 267/34362/28826</w:t>
        <w:br/>
        <w:t>f 168/34261/28735 131/34225/28705 167/34262/28736</w:t>
        <w:br/>
        <w:t>f 111/34209/28690 112/34208/28689 1931/36027/30285</w:t>
        <w:br/>
        <w:t>f 26/34123/28618 27/34122/28617 2021/36117/28627</w:t>
        <w:br/>
        <w:t>f 30/34124/28619 1736/35832/30098 29/34125/28620</w:t>
        <w:br/>
        <w:t>f 37/34133/28626 28/34126/28621 57/34154/28646</w:t>
        <w:br/>
        <w:t>f 46/34143/28635 58/34153/28645 28/34126/28621</w:t>
        <w:br/>
        <w:t>f 29/34125/28620 1741/35836/30102 47/34142/28634</w:t>
        <w:br/>
        <w:t>f 1722/35818/30085 1712/35805/30075 1709/35808/30077</w:t>
        <w:br/>
        <w:t>f 1704/35800/30072 1697/35792/30067 1722/35818/30085</w:t>
        <w:br/>
        <w:t>f 1608/35704/29990 1554/35649/29941 1623/35719/30004</w:t>
        <w:br/>
        <w:t>f 1664/35760/30040 1654/35749/30029 1658/35754/30034</w:t>
        <w:br/>
        <w:t>f 1605/35702/29988 1664/35760/30040 1658/35754/30034</w:t>
        <w:br/>
        <w:t>f 1539/35636/30114 1592/35688/29976 1565/35661/29951</w:t>
        <w:br/>
        <w:t>f 1545/35640/29933 1776/35873/29917 1544/35641/29934</w:t>
        <w:br/>
        <w:t>f 1544/35641/29934 1776/35873/29917 1775/35871/29947</w:t>
        <w:br/>
        <w:t>f 1280/35375/29706 1306/35402/29731 1305/35401/29730</w:t>
        <w:br/>
        <w:t>f 1300/35395/29724 1427/35523/29833 1303/35400/29729</w:t>
        <w:br/>
        <w:t>f 1151/35247/29596 1093/35189/29542 1133/35229/29579</w:t>
        <w:br/>
        <w:t>f 1076/35172/29526 1008/35107/29471 1058/35155/29512</w:t>
        <w:br/>
        <w:t>f 1856/35952/30211 1847/35945/30204 1857/35953/30212</w:t>
        <w:br/>
        <w:t>f 1849/35943/30202 1876/35972/30230 1848/35944/30203</w:t>
        <w:br/>
        <w:t>f 1838/35933/30192 1848/35944/30203 1876/35972/30230</w:t>
        <w:br/>
        <w:t>f 1825/35921/30180 1837/35934/30193 1824/35922/30181</w:t>
        <w:br/>
        <w:t>f 1157/35252/29601 1201/35296/29640 1182/35278/29624</w:t>
        <w:br/>
        <w:t>f 1223/35318/29658 1225/35322/29662 1222/35319/29659</w:t>
        <w:br/>
        <w:t>f 1201/35296/29640 1223/35318/29658 1200/35297/29641</w:t>
        <w:br/>
        <w:t>f 1232/35330/29668 1258/35353/29686 1257/35354/29687</w:t>
        <w:br/>
        <w:t>f 1234/35328/29666 1240/35335/29671 1233/35329/29667</w:t>
        <w:br/>
        <w:t>f 1908/36003/30261 1896/35991/30249 1897/35990/30248</w:t>
        <w:br/>
        <w:t>f 1917/36012/30270 1907/36004/30262 1908/36003/30261</w:t>
        <w:br/>
        <w:t>f 1555/35651/30044 18/34113/28608 10/34107/28603</w:t>
        <w:br/>
        <w:t>f 2/34099/28596 1533/35628/29921 1555/35651/29943</w:t>
        <w:br/>
        <w:t>f 3/34098/28595 1532/35629/29922 2/34099/28596</w:t>
        <w:br/>
        <w:t>f 725/34822/29230 673/34770/29182 674/34769/29181</w:t>
        <w:br/>
        <w:t>f 778/34873/29278 722/34819/29227 723/34818/29226</w:t>
        <w:br/>
        <w:t>f 749/34846/29254 750/34845/29253 745/34842/29250</w:t>
        <w:br/>
        <w:t>f 1875/35970/30228 1872/35969/30227 973/35070/29442</w:t>
        <w:br/>
        <w:t>f 1097/35192/29545 1070/35167/29489 1071/35166/29521</w:t>
        <w:br/>
        <w:t>f 1132/35228/29578 1096/35193/29546 1165/35261/29608</w:t>
        <w:br/>
        <w:t>f 1164/35262/29609 1215/35313/29653 1216/35312/29652</w:t>
        <w:br/>
        <w:t>f 1183/35279/29625 1164/35262/29609 1216/35312/29652</w:t>
        <w:br/>
        <w:t>f 1220/35317/29657 1244/35341/29603 1230/35327/29065</w:t>
        <w:br/>
        <w:t>f 577/34674/29100 523/34619/29047 510/34606/29035</w:t>
        <w:br/>
        <w:t>f 1328/35424/29752 1129/35224/29574 1130/35223/29573</w:t>
        <w:br/>
        <w:t>f 1079/35177/29531 1100/35197/29550 1328/35424/29752</w:t>
        <w:br/>
        <w:t>f 1079/35177/29531 1080/35176/29530 1101/35196/29549</w:t>
        <w:br/>
        <w:t>f 1127/35226/29576 1325/35421/29749 1155/35249/29598</w:t>
        <w:br/>
        <w:t>f 2022/36118/30369 1213/35308/29649 1214/35307/29599</w:t>
        <w:br/>
        <w:t>f 1191/35285/29629 1336/35432/29760 1190/35286/29630</w:t>
        <w:br/>
        <w:t>f 1146/35240/29590 2012/36108/30359 1145/35241/29591</w:t>
        <w:br/>
        <w:t>f 1336/35432/29760 1145/35241/29591 1190/35286/29630</w:t>
        <w:br/>
        <w:t>f 504/34600/29029 415/34512/28952 508/34604/29033</w:t>
        <w:br/>
        <w:t>f 543/34637/29029 2023/36119/30370 542/34638/29064</w:t>
        <w:br/>
        <w:t>f 688/34783/29194 788/34885/29290 800/34896/29298</w:t>
        <w:br/>
        <w:t>f 2027/36120/30371 2026/36121/30372 2025/36122/30373</w:t>
        <w:br/>
        <w:t>f 2024/36123/30374 2027/36120/30371 2025/36122/30373</w:t>
        <w:br/>
        <w:t>f 2026/36121/30372 2027/36120/30371 2029/36124/30375</w:t>
        <w:br/>
        <w:t>f 2028/36125/30376 2026/36121/30372 2029/36124/30375</w:t>
        <w:br/>
        <w:t>f 2027/36120/30371 2024/36123/30374 2030/36126/30377</w:t>
        <w:br/>
        <w:t>f 2031/36127/30378 2027/36120/30371 2030/36126/30377</w:t>
        <w:br/>
        <w:t>f 2033/36128/30379 2025/36122/30373 2026/36121/30372</w:t>
        <w:br/>
        <w:t>f 2032/36129/30380 2033/36128/30379 2026/36121/30372</w:t>
        <w:br/>
        <w:t>f 2025/36122/30373 2035/36130/30381 2034/36131/30382</w:t>
        <w:br/>
        <w:t>f 2024/36123/30374 2025/36122/30373 2034/36131/30382</w:t>
        <w:br/>
        <w:t>f 2036/36132/30383 2029/36124/30375 2027/36120/30371</w:t>
        <w:br/>
        <w:t>f 2031/36127/30378 2036/36132/30383 2027/36120/30371</w:t>
        <w:br/>
        <w:t>f 2032/36129/30380 2026/36121/30372 2028/36125/30376</w:t>
        <w:br/>
        <w:t>f 2037/36133/30384 2032/36129/30380 2028/36125/30376</w:t>
        <w:br/>
        <w:t>f 2024/36123/30374 2038/36134/30385 2030/36126/30377</w:t>
        <w:br/>
        <w:t>f 2039/36135/30386 2035/36130/30381 2025/36122/30373</w:t>
        <w:br/>
        <w:t>f 2033/36128/30379 2039/36135/30386 2025/36122/30373</w:t>
        <w:br/>
        <w:t>f 2028/36125/30376 2041/36136/30387 2040/36137/30388</w:t>
        <w:br/>
        <w:t>f 2029/36124/30375 2042/36138/30389 2041/36136/30387</w:t>
        <w:br/>
        <w:t>f 2044/36139/30390 2031/36127/30378 2043/36140/30391</w:t>
        <w:br/>
        <w:t>f 2046/36141/30392 2034/36131/30382 2035/36130/30381</w:t>
        <w:br/>
        <w:t>f 2045/36142/30393 2046/36141/30392 2035/36130/30381</w:t>
        <w:br/>
        <w:t>f 2043/36140/30391 2031/36127/30378 2030/36126/30377</w:t>
        <w:br/>
        <w:t>f 2047/36143/30394 2038/36134/30385 2034/36131/30382</w:t>
        <w:br/>
        <w:t>f 2046/36141/30392 2047/36143/30394 2034/36131/30382</w:t>
        <w:br/>
        <w:t>f 2038/36134/30385 2048/36144/30395 2030/36126/30377</w:t>
        <w:br/>
        <w:t>f 2050/36145/30396 2033/36128/30379 2032/36129/30380</w:t>
        <w:br/>
        <w:t>f 2049/36146/30397 2050/36145/30396 2032/36129/30380</w:t>
        <w:br/>
        <w:t>f 2037/36133/30384 2028/36125/30376 2040/36137/30388</w:t>
        <w:br/>
        <w:t>f 2051/36147/30398 2037/36133/30384 2040/36137/30388</w:t>
        <w:br/>
        <w:t>f 2035/36130/30381 2039/36135/30386 2052/36148/30399</w:t>
        <w:br/>
        <w:t>f 2045/36142/30393 2035/36130/30381 2052/36148/30399</w:t>
        <w:br/>
        <w:t>f 2053/36149/30400 2042/36138/30389 2036/36132/30383</w:t>
        <w:br/>
        <w:t>f 2044/36139/30390 2053/36149/30400 2036/36132/30383</w:t>
        <w:br/>
        <w:t>f 2055/36150/30401 2046/36141/30392 2045/36142/30393</w:t>
        <w:br/>
        <w:t>f 2054/36151/30402 2055/36150/30401 2045/36142/30393</w:t>
        <w:br/>
        <w:t>f 2055/36150/30401 2056/36152/30403 2046/36141/30392</w:t>
        <w:br/>
        <w:t>f 2056/36152/30403 2057/36153/30404 2046/36141/30392</w:t>
        <w:br/>
        <w:t>f 2057/36153/30404 2058/36154/30405 2046/36141/30392</w:t>
        <w:br/>
        <w:t>f 2049/36146/30397 2032/36129/30380 2037/36133/30384</w:t>
        <w:br/>
        <w:t>f 2059/36155/30406 2049/36146/30397 2037/36133/30384</w:t>
        <w:br/>
        <w:t>f 2038/36134/30385 2060/36156/30407 2048/36144/30395</w:t>
        <w:br/>
        <w:t>f 2054/36151/30402 2045/36142/30393 2052/36148/30399</w:t>
        <w:br/>
        <w:t>f 2061/36157/30408 2054/36151/30402 2052/36148/30399</w:t>
        <w:br/>
        <w:t>f 2062/36158/30409 2039/36135/30386 2033/36128/30379</w:t>
        <w:br/>
        <w:t>f 2050/36145/30396 2062/36158/30409 2033/36128/30379</w:t>
        <w:br/>
        <w:t>f 2058/36154/30405 2047/36143/30394 2046/36141/30392</w:t>
        <w:br/>
        <w:t>f 2058/36154/30405 2063/36159/30410 2047/36143/30394</w:t>
        <w:br/>
        <w:t>f 2065/36160/30411 2048/36144/30395 2064/36161/30412</w:t>
        <w:br/>
        <w:t>f 2060/36156/30407 2047/36143/30394 2063/36159/30410</w:t>
        <w:br/>
        <w:t>f 2067/36162/30413 2044/36139/30390 2043/36140/30391</w:t>
        <w:br/>
        <w:t>f 2066/36163/30414 2067/36162/30413 2043/36140/30391</w:t>
        <w:br/>
        <w:t>f 2068/36164/30415 2052/36148/30399 2039/36135/30386</w:t>
        <w:br/>
        <w:t>f 2062/36158/30409 2068/36164/30415 2039/36135/30386</w:t>
        <w:br/>
        <w:t>f 2069/36165/30416 2053/36149/30400 2067/36162/30413</w:t>
        <w:br/>
        <w:t>f 2052/36148/30399 2068/36164/30415 2070/36166/30417</w:t>
        <w:br/>
        <w:t>f 2061/36157/30408 2052/36148/30399 2070/36166/30417</w:t>
        <w:br/>
        <w:t>f 2071/36167/30418 2041/36136/30387 2042/36138/30389</w:t>
        <w:br/>
        <w:t>f 2060/36156/30407 2072/36168/30419 2048/36144/30395</w:t>
        <w:br/>
        <w:t>f 2040/36137/30388 2071/36167/30418 2073/36169/30420</w:t>
        <w:br/>
        <w:t>f 2071/36167/30418 2042/36138/30389 2053/36149/30400</w:t>
        <w:br/>
        <w:t>f 2077/36170/30421 2076/36171/30422 2075/36172/30423</w:t>
        <w:br/>
        <w:t>f 2074/36173/30423 2077/36170/30421 2075/36172/30423</w:t>
        <w:br/>
        <w:t>f 2080/36174/30424 2079/36175/30425 2078/36176/30426</w:t>
        <w:br/>
        <w:t>f 2075/36172/30423 2079/36175/30425 2080/36174/30424</w:t>
        <w:br/>
        <w:t>f 2074/36173/30423 2075/36172/30423 2080/36174/30424</w:t>
        <w:br/>
        <w:t>f 2082/36177/30427 2060/36156/30407 2063/36159/30410</w:t>
        <w:br/>
        <w:t>f 2081/36178/30428 2082/36177/30427 2063/36159/30410</w:t>
        <w:br/>
        <w:t>f 2086/36179/30429 2085/36180/30430 2084/36181/30431</w:t>
        <w:br/>
        <w:t>f 2083/36182/30432 2086/36179/30429 2084/36181/30431</w:t>
        <w:br/>
        <w:t>f 2078/36176/30426 2088/36183/30433 2087/36184/30434</w:t>
        <w:br/>
        <w:t>f 2080/36174/30424 2078/36176/30426 2087/36184/30434</w:t>
        <w:br/>
        <w:t>f 2059/36155/30406 2037/36133/30384 2051/36147/30398</w:t>
        <w:br/>
        <w:t>f 2089/36185/30435 2059/36155/30406 2051/36147/30398</w:t>
        <w:br/>
        <w:t>f 2066/36163/30414 2065/36160/30411 2090/36186/30436</w:t>
        <w:br/>
        <w:t>f 2060/36156/30407 2082/36177/30427 2091/36187/30437</w:t>
        <w:br/>
        <w:t>f 2053/36149/30400 2092/36188/30438 2071/36167/30418</w:t>
        <w:br/>
        <w:t>f 2096/36189/30439 2095/36190/30439 2094/36191/30439</w:t>
        <w:br/>
        <w:t>f 2093/36192/30439 2096/36189/30439 2094/36191/30439</w:t>
        <w:br/>
        <w:t>f 2100/36193/30396 2099/36194/30397 2098/36195/30440</w:t>
        <w:br/>
        <w:t>f 2097/36196/30441 2100/36193/30396 2098/36195/30440</w:t>
        <w:br/>
        <w:t>f 2104/36197/30442 2103/36198/30443 2102/36199/30444</w:t>
        <w:br/>
        <w:t>f 2101/36200/30445 2104/36197/30442 2102/36199/30444</w:t>
        <w:br/>
        <w:t>f 2106/36201/30409 2100/36193/30396 2097/36196/30441</w:t>
        <w:br/>
        <w:t>f 2105/36202/30446 2106/36201/30409 2097/36196/30441</w:t>
        <w:br/>
        <w:t>f 2109/36203/30447 2088/36183/30433 2108/36204/30448</w:t>
        <w:br/>
        <w:t>f 2107/36205/30448 2109/36203/30447 2108/36204/30448</w:t>
        <w:br/>
        <w:t>f 2101/36200/30445 2102/36199/30444 2111/36206/30449</w:t>
        <w:br/>
        <w:t>f 2110/36207/30449 2101/36200/30445 2111/36206/30449</w:t>
        <w:br/>
        <w:t>f 2048/36144/30395 2072/36168/30419 2064/36161/30412</w:t>
        <w:br/>
        <w:t>f 2051/36147/30398 2040/36137/30388 2073/36169/30420</w:t>
        <w:br/>
        <w:t>f 2112/36208/30450 2051/36147/30398 2073/36169/30420</w:t>
        <w:br/>
        <w:t>f 2115/36209/30417 2114/36210/30415 2113/36211/30451</w:t>
        <w:br/>
        <w:t>f 2116/36212/30452 2115/36209/30417 2113/36211/30451</w:t>
        <w:br/>
        <w:t>f 2103/36198/30443 2104/36197/30442 2117/36213/30453</w:t>
        <w:br/>
        <w:t>f 2120/36214/30437 2119/36215/30454 2118/36216/30455</w:t>
        <w:br/>
        <w:t>f 2114/36210/30415 2106/36201/30409 2105/36202/30446</w:t>
        <w:br/>
        <w:t>f 2113/36211/30451 2114/36210/30415 2105/36202/30446</w:t>
        <w:br/>
        <w:t>f 2124/36217/30456 2123/36218/30457 2122/36219/30458</w:t>
        <w:br/>
        <w:t>f 2121/36220/30459 2124/36217/30456 2122/36219/30458</w:t>
        <w:br/>
        <w:t>f 2099/36194/30397 2126/36221/30406 2125/36222/30460</w:t>
        <w:br/>
        <w:t>f 2098/36195/30440 2099/36194/30397 2125/36222/30460</w:t>
        <w:br/>
        <w:t>f 2092/36188/30438 2122/36219/30458 2127/36223/30461</w:t>
        <w:br/>
        <w:t>f 2128/36224/30462 2122/36219/30458 2123/36218/30457</w:t>
        <w:br/>
        <w:t>f 2088/36183/30433 2109/36203/30447 2087/36184/30434</w:t>
        <w:br/>
        <w:t>f 2129/36225/30463 2123/36218/30457 2124/36217/30456</w:t>
        <w:br/>
        <w:t>f 2131/36226/30464 2130/36227/30465 2119/36215/30454</w:t>
        <w:br/>
        <w:t>f 2132/36228/30466 2127/36223/30461 2122/36219/30458</w:t>
        <w:br/>
        <w:t>f 2128/36224/30462 2132/36228/30466 2122/36219/30458</w:t>
        <w:br/>
        <w:t>f 2110/36207/30449 2111/36206/30449 2134/36229/30467</w:t>
        <w:br/>
        <w:t>f 2133/36230/30467 2110/36207/30449 2134/36229/30467</w:t>
        <w:br/>
        <w:t>f 2137/36231/30468 2136/36232/30469 2135/36233/30470</w:t>
        <w:br/>
        <w:t>f 2140/36234/30471 2139/36235/30472 2138/36236/30473</w:t>
        <w:br/>
        <w:t>f 2065/36160/30411 2064/36161/30412 2141/36237/30474</w:t>
        <w:br/>
        <w:t>f 2090/36186/30436 2065/36160/30411 2141/36237/30474</w:t>
        <w:br/>
        <w:t>f 2130/36227/30465 2144/36238/30475 2143/36239/30476</w:t>
        <w:br/>
        <w:t>f 2142/36240/30477 2130/36227/30465 2143/36239/30476</w:t>
        <w:br/>
        <w:t>f 2145/36241/30478 2071/36167/30418 2092/36188/30438</w:t>
        <w:br/>
        <w:t>f 2131/36226/30464 2146/36242/30479 2130/36227/30465</w:t>
        <w:br/>
        <w:t>f 2150/36243/30448 2149/36244/30480 2148/36245/30481</w:t>
        <w:br/>
        <w:t>f 2147/36246/30448 2150/36243/30448 2148/36245/30481</w:t>
        <w:br/>
        <w:t>f 2130/36227/30465 2146/36242/30479 2144/36238/30475</w:t>
        <w:br/>
        <w:t>f 2089/36185/30435 2051/36147/30398 2112/36208/30450</w:t>
        <w:br/>
        <w:t>f 2151/36247/30482 2089/36185/30435 2112/36208/30450</w:t>
        <w:br/>
        <w:t>f 2146/36242/30479 2152/36248/30483 2144/36238/30475</w:t>
        <w:br/>
        <w:t>f 2155/36249/30484 2154/36250/30485 2137/36231/30468</w:t>
        <w:br/>
        <w:t>f 2153/36251/30486 2155/36249/30484 2137/36231/30468</w:t>
        <w:br/>
        <w:t>f 2158/36252/30487 2157/36253/30488 2156/36254/30489</w:t>
        <w:br/>
        <w:t>f 2073/36169/30420 2160/36255/30490 2159/36256/30491</w:t>
        <w:br/>
        <w:t>f 2112/36208/30450 2073/36169/30420 2159/36256/30491</w:t>
        <w:br/>
        <w:t>f 2162/36257/30492 2143/36239/30476 2144/36238/30475</w:t>
        <w:br/>
        <w:t>f 2161/36258/30493 2162/36257/30492 2144/36238/30475</w:t>
        <w:br/>
        <w:t>f 2164/36259/30494 2154/36250/30485 2155/36249/30484</w:t>
        <w:br/>
        <w:t>f 2163/36260/30494 2164/36259/30494 2155/36249/30484</w:t>
        <w:br/>
        <w:t>f 2166/36261/30495 2064/36161/30412 2165/36262/30496</w:t>
        <w:br/>
        <w:t>f 2126/36221/30406 2168/36263/30435 2167/36264/30497</w:t>
        <w:br/>
        <w:t>f 2125/36222/30460 2126/36221/30406 2167/36264/30497</w:t>
        <w:br/>
        <w:t>f 2170/36265/30498 2116/36212/30452 2113/36211/30451</w:t>
        <w:br/>
        <w:t>f 2169/36266/30499 2170/36265/30498 2113/36211/30451</w:t>
        <w:br/>
        <w:t>f 2172/36267/30500 2161/36258/30493 2171/36268/30501</w:t>
        <w:br/>
        <w:t>f 2161/36258/30493 2144/36238/30475 2157/36253/30502</w:t>
        <w:br/>
        <w:t>f 2171/36268/30501 2161/36258/30493 2157/36253/30502</w:t>
        <w:br/>
        <w:t>f 2172/36267/30500 2173/36269/30503 2161/36258/30493</w:t>
        <w:br/>
        <w:t>f 2133/36230/30467 2134/36229/30467 2175/36270/30504</w:t>
        <w:br/>
        <w:t>f 2174/36271/30505 2133/36230/30467 2175/36270/30504</w:t>
        <w:br/>
        <w:t>f 2140/36234/30471 2176/36272/30506 2139/36235/30472</w:t>
        <w:br/>
        <w:t>f 2105/36202/30446 2097/36196/30441 2178/36273/30507</w:t>
        <w:br/>
        <w:t>f 2177/36274/30508 2105/36202/30446 2178/36273/30507</w:t>
        <w:br/>
        <w:t>f 2097/36196/30441 2098/36195/30440 2179/36275/30509</w:t>
        <w:br/>
        <w:t>f 2178/36273/30507 2097/36196/30441 2179/36275/30509</w:t>
        <w:br/>
        <w:t>f 2135/36233/30470 2136/36232/30469 2180/36276/30510</w:t>
        <w:br/>
        <w:t>f 2113/36211/30451 2105/36202/30446 2177/36274/30508</w:t>
        <w:br/>
        <w:t>f 2169/36266/30499 2113/36211/30451 2177/36274/30508</w:t>
        <w:br/>
        <w:t>f 2153/36251/30486 2137/36231/30468 2135/36233/30470</w:t>
        <w:br/>
        <w:t>f 2181/36277/30511 2153/36251/30486 2135/36233/30470</w:t>
        <w:br/>
        <w:t>f 2185/36278/30512 2184/36279/30513 2183/36280/30514</w:t>
        <w:br/>
        <w:t>f 2182/36281/30515 2185/36278/30512 2183/36280/30514</w:t>
        <w:br/>
        <w:t>f 2188/36282/30516 2155/36249/30484 2187/36283/30517</w:t>
        <w:br/>
        <w:t>f 2186/36284/30518 2188/36282/30516 2187/36283/30517</w:t>
        <w:br/>
        <w:t>f 2064/36161/30412 2166/36261/30495 2189/36285/30519</w:t>
        <w:br/>
        <w:t>f 2141/36237/30474 2064/36161/30412 2189/36285/30519</w:t>
        <w:br/>
        <w:t>f 2193/36286/30520 2192/36287/30521 2191/36288/30522</w:t>
        <w:br/>
        <w:t>f 2190/36289/30523 2193/36286/30520 2191/36288/30522</w:t>
        <w:br/>
        <w:t>f 2187/36283/30517 2155/36249/30484 2153/36251/30486</w:t>
        <w:br/>
        <w:t>f 2196/36290/30524 2149/36244/30480 2195/36291/30525</w:t>
        <w:br/>
        <w:t>f 2194/36292/30526 2196/36290/30524 2195/36291/30525</w:t>
        <w:br/>
        <w:t>f 2098/36195/30440 2125/36222/30460 2197/36293/30527</w:t>
        <w:br/>
        <w:t>f 2179/36275/30509 2098/36195/30440 2197/36293/30527</w:t>
        <w:br/>
        <w:t>f 2199/36294/30528 2161/36258/30493 2173/36269/30503</w:t>
        <w:br/>
        <w:t>f 2198/36295/30529 2199/36294/30528 2173/36269/30503</w:t>
        <w:br/>
        <w:t>f 2149/36244/30480 2196/36290/30524 2148/36245/30481</w:t>
        <w:br/>
        <w:t>f 2202/36296/30530 2193/36286/30520 2201/36297/30531</w:t>
        <w:br/>
        <w:t>f 2200/36298/30532 2202/36296/30530 2201/36297/30531</w:t>
        <w:br/>
        <w:t>f 2203/36299/30533 2162/36257/30492 2161/36258/30493</w:t>
        <w:br/>
        <w:t>f 2199/36294/30528 2203/36299/30533 2161/36258/30493</w:t>
        <w:br/>
        <w:t>f 2204/36300/30534 2187/36283/30517 2153/36251/30486</w:t>
        <w:br/>
        <w:t>f 2206/36301/30535 2180/36276/30510 2205/36302/30536</w:t>
        <w:br/>
        <w:t>f 2183/36280/30514 2208/36303/30537 2207/36304/30538</w:t>
        <w:br/>
        <w:t>f 2210/36305/30539 2170/36265/30498 2169/36266/30499</w:t>
        <w:br/>
        <w:t>f 2209/36306/30540 2210/36305/30539 2169/36266/30499</w:t>
        <w:br/>
        <w:t>f 2211/36307/30541 2174/36271/30505 2175/36270/30504</w:t>
        <w:br/>
        <w:t>f 2213/36308/30542 2167/36264/30497 2168/36263/30435</w:t>
        <w:br/>
        <w:t>f 2212/36309/30543 2213/36308/30542 2168/36263/30435</w:t>
        <w:br/>
        <w:t>f 2199/36294/30528 2198/36295/30529 2215/36310/30544</w:t>
        <w:br/>
        <w:t>f 2214/36311/30545 2199/36294/30528 2215/36310/30544</w:t>
        <w:br/>
        <w:t>f 2125/36222/30460 2167/36264/30497 2216/36312/30546</w:t>
        <w:br/>
        <w:t>f 2197/36293/30527 2125/36222/30460 2216/36312/30546</w:t>
        <w:br/>
        <w:t>f 2218/36313/30547 2217/36314/30548 2187/36283/30517</w:t>
        <w:br/>
        <w:t>f 2204/36300/30534 2218/36313/30547 2187/36283/30517</w:t>
        <w:br/>
        <w:t>f 2220/36315/30549 2207/36304/30538 2219/36316/30550</w:t>
        <w:br/>
        <w:t>f 2181/36277/30511 2135/36233/30470 2222/36317/30551</w:t>
        <w:br/>
        <w:t>f 2221/36318/30552 2181/36277/30511 2222/36317/30551</w:t>
        <w:br/>
        <w:t>f 2226/36319/30553 2225/36320/30554 2224/36321/30555</w:t>
        <w:br/>
        <w:t>f 2223/36322/30556 2226/36319/30553 2224/36321/30555</w:t>
        <w:br/>
        <w:t>f 2209/36306/30540 2169/36266/30499 2177/36274/30508</w:t>
        <w:br/>
        <w:t>f 2227/36323/30557 2209/36306/30540 2177/36274/30508</w:t>
        <w:br/>
        <w:t>f 2231/36324/30558 2230/36325/30559 2229/36326/30560</w:t>
        <w:br/>
        <w:t>f 2228/36327/30561 2231/36324/30558 2229/36326/30560</w:t>
        <w:br/>
        <w:t>f 2234/36328/30562 2233/36329/30563 2232/36330/30564</w:t>
        <w:br/>
        <w:t>f 2222/36317/30551 2180/36276/30510 2206/36301/30535</w:t>
        <w:br/>
        <w:t>f 2235/36331/30565 2222/36317/30551 2206/36301/30535</w:t>
        <w:br/>
        <w:t>f 2207/36304/30538 2208/36303/30537 2236/36332/30566</w:t>
        <w:br/>
        <w:t>f 2204/36300/30534 2238/36333/30567 2237/36334/30568</w:t>
        <w:br/>
        <w:t>f 2194/36292/30526 2195/36291/30525 2239/36335/30569</w:t>
        <w:br/>
        <w:t>f 2234/36328/30562 2220/36315/30549 2219/36316/30550</w:t>
        <w:br/>
        <w:t>f 2240/36336/30570 2214/36311/30545 2215/36310/30544</w:t>
        <w:br/>
        <w:t>f 2153/36251/30486 2242/36337/30571 2241/36338/30572</w:t>
        <w:br/>
        <w:t>f 2230/36325/30559 2243/36339/30573 2229/36326/30560</w:t>
        <w:br/>
        <w:t>f 2210/36305/30539 2209/36306/30540 2244/36340/30574</w:t>
        <w:br/>
        <w:t>f 2205/36302/30536 2189/36285/30575 2206/36301/30535</w:t>
        <w:br/>
        <w:t>f 2203/36299/30533 2199/36294/30528 2214/36311/30545</w:t>
        <w:br/>
        <w:t>f 2245/36341/30576 2203/36299/30533 2214/36311/30545</w:t>
        <w:br/>
        <w:t>f 2248/36342/30577 2247/36343/30578 2246/36344/30579</w:t>
        <w:br/>
        <w:t>f 2194/36292/30526 2239/36335/30569 2250/36345/30580</w:t>
        <w:br/>
        <w:t>f 2249/36346/30580 2194/36292/30526 2250/36345/30580</w:t>
        <w:br/>
        <w:t>f 2253/36347/30581 2252/36348/30582 2251/36349/30583</w:t>
        <w:br/>
        <w:t>f 2233/36329/30563 2253/36347/30581 2251/36349/30583</w:t>
        <w:br/>
        <w:t>f 2255/36350/30584 2254/36351/30585 2230/36325/30559</w:t>
        <w:br/>
        <w:t>f 2231/36324/30558 2255/36350/30584 2230/36325/30559</w:t>
        <w:br/>
        <w:t>f 2178/36273/30507 2256/36352/30586 2227/36323/30557</w:t>
        <w:br/>
        <w:t>f 2177/36274/30508 2178/36273/30507 2227/36323/30557</w:t>
        <w:br/>
        <w:t>f 2244/36340/30574 2209/36306/30540 2257/36353/30587</w:t>
        <w:br/>
        <w:t>f 2240/36336/30570 2258/36354/30588 2214/36311/30545</w:t>
        <w:br/>
        <w:t>f 2167/36264/30497 2213/36308/30542 2259/36355/30589</w:t>
        <w:br/>
        <w:t>f 2216/36312/30546 2167/36264/30497 2259/36355/30589</w:t>
        <w:br/>
        <w:t>f 2253/36347/30581 2261/36356/30590 2260/36357/30591</w:t>
        <w:br/>
        <w:t>f 2178/36273/30507 2179/36275/30509 2262/36358/30592</w:t>
        <w:br/>
        <w:t>f 2256/36352/30586 2178/36273/30507 2262/36358/30592</w:t>
        <w:br/>
        <w:t>f 2264/36359/30593 2251/36349/30583 2252/36348/30582</w:t>
        <w:br/>
        <w:t>f 2263/36360/30594 2264/36359/30593 2252/36348/30582</w:t>
        <w:br/>
        <w:t>f 2247/36343/30578 2266/36361/30595 2265/36362/30596</w:t>
        <w:br/>
        <w:t>f 2257/36353/30587 2209/36306/30540 2267/36363/30597</w:t>
        <w:br/>
        <w:t>f 2250/36345/30580 2269/36364/30598 2268/36365/30599</w:t>
        <w:br/>
        <w:t>f 2249/36346/30580 2250/36345/30580 2268/36365/30599</w:t>
        <w:br/>
        <w:t>f 2273/36366/30600 2272/36367/30601 2271/36368/30602</w:t>
        <w:br/>
        <w:t>f 2270/36369/30603 2273/36366/30600 2271/36368/30602</w:t>
        <w:br/>
        <w:t>f 2214/36311/30545 2258/36354/30588 2275/36370/30604</w:t>
        <w:br/>
        <w:t>f 2274/36371/30605 2214/36311/30545 2275/36370/30604</w:t>
        <w:br/>
        <w:t>f 2254/36351/30585 2277/36372/30606 2276/36373/30607</w:t>
        <w:br/>
        <w:t>f 2276/36373/30607 2278/36374/30608 2243/36339/30573</w:t>
        <w:br/>
        <w:t>f 2221/36318/30552 2222/36317/30551 2279/36375/30609</w:t>
        <w:br/>
        <w:t>f 2179/36275/30509 2197/36293/30527 2280/36376/30610</w:t>
        <w:br/>
        <w:t>f 2262/36358/30592 2179/36275/30509 2280/36376/30610</w:t>
        <w:br/>
        <w:t>f 2281/36377/30611 2242/36337/30571 2181/36277/30511</w:t>
        <w:br/>
        <w:t>f 2285/36378/30612 2284/36379/30613 2283/36380/30613</w:t>
        <w:br/>
        <w:t>f 2282/36381/30614 2285/36378/30612 2283/36380/30613</w:t>
        <w:br/>
        <w:t>f 2235/36331/30565 2206/36301/30535 2287/36382/30615</w:t>
        <w:br/>
        <w:t>f 2286/36383/30616 2235/36331/30565 2287/36382/30615</w:t>
        <w:br/>
        <w:t>f 2289/36384/30617 2209/36306/30540 2227/36323/30557</w:t>
        <w:br/>
        <w:t>f 2288/36385/30618 2289/36384/30617 2227/36323/30557</w:t>
        <w:br/>
        <w:t>f 2267/36363/30597 2209/36306/30540 2289/36384/30617</w:t>
        <w:br/>
        <w:t>f 2252/36348/30582 2253/36347/30581 2260/36357/30591</w:t>
        <w:br/>
        <w:t>f 2290/36386/30619 2252/36348/30582 2260/36357/30591</w:t>
        <w:br/>
        <w:t>f 2245/36341/30576 2214/36311/30545 2274/36371/30605</w:t>
        <w:br/>
        <w:t>f 2291/36387/30620 2245/36341/30576 2274/36371/30605</w:t>
        <w:br/>
        <w:t>f 2266/36361/30595 2293/36388/30621 2292/36389/30622</w:t>
        <w:br/>
        <w:t>f 2265/36362/30596 2266/36361/30595 2292/36389/30622</w:t>
        <w:br/>
        <w:t>f 2266/36361/30595 2294/36390/30623 2293/36388/30621</w:t>
        <w:br/>
        <w:t>f 2197/36293/30527 2216/36312/30546 2295/36391/30624</w:t>
        <w:br/>
        <w:t>f 2280/36376/30610 2197/36293/30527 2295/36391/30624</w:t>
        <w:br/>
        <w:t>f 2296/36392/30612 2274/36371/30605 2275/36370/30604</w:t>
        <w:br/>
        <w:t>f 2241/36338/30572 2242/36337/30571 2298/36393/30625</w:t>
        <w:br/>
        <w:t>f 2297/36394/30626 2241/36338/30572 2298/36393/30625</w:t>
        <w:br/>
        <w:t>f 2301/36395/30627 2300/36396/30628 2299/36397/30629</w:t>
        <w:br/>
        <w:t>f 2305/36398/30630 2304/36399/30630 2303/36400/30630</w:t>
        <w:br/>
        <w:t>f 2302/36401/30630 2305/36398/30630 2303/36400/30630</w:t>
        <w:br/>
        <w:t>f 2267/36363/30597 2289/36384/30617 2306/36402/30631</w:t>
        <w:br/>
        <w:t>f 2309/36403/30632 2308/36404/30633 2307/36405/30633</w:t>
        <w:br/>
        <w:t>f 2263/36360/30594 2252/36348/30582 2310/36406/30634</w:t>
        <w:br/>
        <w:t>f 2312/36407/30635 2311/36408/30636 2246/36344/30579</w:t>
        <w:br/>
        <w:t>f 2263/36360/30594 2313/36409/30637 2264/36359/30593</w:t>
        <w:br/>
        <w:t>f 2315/36410/30638 2301/36395/30627 2314/36411/30639</w:t>
        <w:br/>
        <w:t>f 2246/36344/30579 2317/36412/30640 2316/36413/30641</w:t>
        <w:br/>
        <w:t>f 2247/36343/30578 2265/36362/30596 2318/36414/30642</w:t>
        <w:br/>
        <w:t>f 2317/36412/30640 2247/36343/30578 2318/36414/30642</w:t>
        <w:br/>
        <w:t>f 2288/36385/30618 2256/36352/30586 2319/36415/30643</w:t>
        <w:br/>
        <w:t>f 2320/36416/30644 2294/36390/30623 2278/36374/30608</w:t>
        <w:br/>
        <w:t>f 2293/36388/30621 2323/36417/30645 2322/36418/30646</w:t>
        <w:br/>
        <w:t>f 2321/36419/30647 2293/36388/30621 2322/36418/30646</w:t>
        <w:br/>
        <w:t>f 2216/36312/30546 2259/36355/30589 2324/36420/30648</w:t>
        <w:br/>
        <w:t>f 2295/36391/30624 2216/36312/30546 2324/36420/30648</w:t>
        <w:br/>
        <w:t>f 2242/36337/30571 2281/36377/30611 2325/36421/30649</w:t>
        <w:br/>
        <w:t>f 2298/36393/30625 2242/36337/30571 2325/36421/30649</w:t>
        <w:br/>
        <w:t>f 2326/36422/30650 2281/36377/30611 2221/36318/30552</w:t>
        <w:br/>
        <w:t>f 2279/36375/30609 2326/36422/30650 2221/36318/30552</w:t>
        <w:br/>
        <w:t>f 2318/36414/30642 2265/36362/30596 2292/36389/30622</w:t>
        <w:br/>
        <w:t>f 2327/36423/30651 2318/36414/30642 2292/36389/30622</w:t>
        <w:br/>
        <w:t>f 2329/36424/30652 2315/36410/30638 2314/36411/30639</w:t>
        <w:br/>
        <w:t>f 2328/36425/30653 2329/36424/30652 2314/36411/30639</w:t>
        <w:br/>
        <w:t>f 2332/36426/30654 2331/36427/30655 2330/36428/30656</w:t>
        <w:br/>
        <w:t>f 2331/36427/30655 2274/36371/30605 2309/36403/30657</w:t>
        <w:br/>
        <w:t>f 2279/36375/30609 2235/36331/30565 2286/36383/30616</w:t>
        <w:br/>
        <w:t>f 2333/36429/30658 2279/36375/30609 2286/36383/30616</w:t>
        <w:br/>
        <w:t>f 2294/36390/30623 2323/36417/30645 2293/36388/30621</w:t>
        <w:br/>
        <w:t>f 2334/36430/30659 2306/36402/30631 2289/36384/30617</w:t>
        <w:br/>
        <w:t>f 2336/36431/30660 2335/36432/30661 2306/36402/30631</w:t>
        <w:br/>
        <w:t>f 2334/36430/30659 2336/36431/30660 2306/36402/30631</w:t>
        <w:br/>
        <w:t>f 2291/36387/30620 2274/36371/30605 2331/36427/30655</w:t>
        <w:br/>
        <w:t>f 2337/36433/30662 2291/36387/30620 2331/36427/30655</w:t>
        <w:br/>
        <w:t>f 2262/36358/30592 2338/36434/30663 2319/36415/30643</w:t>
        <w:br/>
        <w:t>f 2256/36352/30586 2262/36358/30592 2319/36415/30643</w:t>
        <w:br/>
        <w:t>f 2339/36435/30664 2329/36424/30652 2328/36425/30653</w:t>
        <w:br/>
        <w:t>f 2322/36418/30646 2341/36436/30665 2340/36437/30666</w:t>
        <w:br/>
        <w:t>f 2321/36419/30647 2322/36418/30646 2340/36437/30666</w:t>
        <w:br/>
        <w:t>f 2334/36430/30659 2288/36385/30618 2342/36438/30667</w:t>
        <w:br/>
        <w:t>f 2297/36394/30626 2298/36393/30625 2344/36439/30668</w:t>
        <w:br/>
        <w:t>f 2343/36440/30669 2297/36394/30626 2344/36439/30668</w:t>
        <w:br/>
        <w:t>f 2345/36441/30670 2263/36360/30594 2310/36406/30634</w:t>
        <w:br/>
        <w:t>f 2332/36426/30654 2346/36442/30671 2331/36427/30655</w:t>
        <w:br/>
        <w:t>f 2262/36358/30592 2280/36376/30610 2347/36443/30672</w:t>
        <w:br/>
        <w:t>f 2338/36434/30663 2262/36358/30592 2347/36443/30672</w:t>
        <w:br/>
        <w:t>f 2349/36444/30673 2294/36390/30623 2348/36445/30674</w:t>
        <w:br/>
        <w:t>f 2323/36417/30645 2350/36446/30675 2322/36418/30646</w:t>
        <w:br/>
        <w:t>f 2280/36376/30610 2295/36391/30624 2351/36447/30676</w:t>
        <w:br/>
        <w:t>f 2347/36443/30672 2280/36376/30610 2351/36447/30676</w:t>
        <w:br/>
        <w:t>f 2326/36422/30650 2279/36375/30609 2333/36429/30658</w:t>
        <w:br/>
        <w:t>f 2352/36448/30677 2326/36422/30650 2333/36429/30658</w:t>
        <w:br/>
        <w:t>f 2355/36449/30678 2354/36450/30679 2353/36451/30680</w:t>
        <w:br/>
        <w:t>f 2356/36452/30681 2355/36449/30678 2353/36451/30680</w:t>
        <w:br/>
        <w:t>f 2358/36453/30682 2357/36454/30683 2348/36445/30674</w:t>
        <w:br/>
        <w:t>f 2344/36439/30668 2298/36393/30625 2325/36421/30649</w:t>
        <w:br/>
        <w:t>f 2359/36455/30684 2344/36439/30668 2325/36421/30649</w:t>
        <w:br/>
        <w:t>f 2363/36456/30685 2362/36457/30686 2361/36458/30687</w:t>
        <w:br/>
        <w:t>f 2360/36459/30688 2363/36456/30685 2361/36458/30687</w:t>
        <w:br/>
        <w:t>f 2364/36460/30689 2325/36421/30649 2281/36377/30611</w:t>
        <w:br/>
        <w:t>f 2326/36422/30650 2364/36460/30689 2281/36377/30611</w:t>
        <w:br/>
        <w:t>f 2324/36420/30648 2351/36447/30676 2295/36391/30624</w:t>
        <w:br/>
        <w:t>f 2365/36461/30690 2341/36436/30665 2322/36418/30646</w:t>
        <w:br/>
        <w:t>f 2350/36446/30675 2365/36461/30690 2322/36418/30646</w:t>
        <w:br/>
        <w:t>f 2349/36444/30673 2366/36462/30691 2323/36417/30645</w:t>
        <w:br/>
        <w:t>f 2343/36440/30669 2344/36439/30668 2368/36463/30692</w:t>
        <w:br/>
        <w:t>f 2367/36464/30693 2343/36440/30669 2368/36463/30692</w:t>
        <w:br/>
        <w:t>f 2370/36465/30694 2353/36451/30680 2369/36466/30695</w:t>
        <w:br/>
        <w:t>f 2324/36420/30648 2371/36467/30696 2351/36447/30676</w:t>
        <w:br/>
        <w:t>f 2331/36427/30655 2346/36442/30671 2337/36433/30662</w:t>
        <w:br/>
        <w:t>f 2359/36455/30684 2325/36421/30649 2364/36460/30689</w:t>
        <w:br/>
        <w:t>f 2372/36468/30697 2359/36455/30684 2364/36460/30689</w:t>
        <w:br/>
        <w:t>f 2362/36457/30686 2374/36469/30698 2373/36470/30699</w:t>
        <w:br/>
        <w:t>f 2361/36458/30687 2362/36457/30686 2373/36470/30699</w:t>
        <w:br/>
        <w:t>f 2375/36471/30700 2368/36463/30692 2344/36439/30668</w:t>
        <w:br/>
        <w:t>f 2359/36455/30684 2375/36471/30700 2344/36439/30668</w:t>
        <w:br/>
        <w:t>f 2377/36472/30701 2345/36441/30670 2376/36473/30702</w:t>
        <w:br/>
        <w:t>f 2364/36460/30689 2326/36422/30650 2352/36448/30677</w:t>
        <w:br/>
        <w:t>f 2378/36474/30703 2364/36460/30689 2352/36448/30677</w:t>
        <w:br/>
        <w:t>f 2371/36467/30696 2324/36420/30648 2380/36475/30704</w:t>
        <w:br/>
        <w:t>f 2379/36476/30705 2371/36467/30696 2380/36475/30704</w:t>
        <w:br/>
        <w:t>f 2347/36443/30672 2351/36447/30676 2371/36467/30696</w:t>
        <w:br/>
        <w:t>f 2381/36477/30706 2347/36443/30672 2371/36467/30696</w:t>
        <w:br/>
        <w:t>f 2334/36430/30659 2382/36478/30707 2336/36431/30660</w:t>
        <w:br/>
        <w:t>f 2288/36385/30618 2319/36415/30643 2342/36438/30667</w:t>
        <w:br/>
        <w:t>f 2385/36479/30708 2384/36480/30709 2383/36481/30710</w:t>
        <w:br/>
        <w:t>f 2348/36445/30674 2385/36479/30708 2383/36481/30710</w:t>
        <w:br/>
        <w:t>f 2387/36482/30711 2365/36461/30690 2386/36483/30712</w:t>
        <w:br/>
        <w:t>f 2388/36484/30713 2349/36444/30673 2383/36481/30710</w:t>
        <w:br/>
        <w:t>f 2350/36446/30675 2389/36485/30714 2386/36483/30712</w:t>
        <w:br/>
        <w:t>f 2390/36486/30715 2375/36471/30700 2359/36455/30684</w:t>
        <w:br/>
        <w:t>f 2372/36468/30697 2390/36486/30715 2359/36455/30684</w:t>
        <w:br/>
        <w:t>f 2334/36430/30659 2342/36438/30667 2391/36487/30716</w:t>
        <w:br/>
        <w:t>f 2338/36434/30663 2347/36443/30672 2381/36477/30706</w:t>
        <w:br/>
        <w:t>f 2392/36488/30717 2338/36434/30663 2381/36477/30706</w:t>
        <w:br/>
        <w:t>f 2394/36489/30718 2370/36465/30694 2369/36466/30695</w:t>
        <w:br/>
        <w:t>f 2393/36490/30719 2394/36489/30718 2369/36466/30695</w:t>
        <w:br/>
        <w:t>f 2368/36463/30692 2396/36491/30720 2395/36492/30721</w:t>
        <w:br/>
        <w:t>f 2399/36493/30722 2377/36472/30701 2398/36494/30723</w:t>
        <w:br/>
        <w:t>f 2397/36495/30724 2399/36493/30722 2398/36494/30723</w:t>
        <w:br/>
        <w:t>f 2378/36474/30703 2372/36468/30697 2364/36460/30689</w:t>
        <w:br/>
        <w:t>f 2402/36496/30725 2401/36497/30726 2400/36498/30725</w:t>
        <w:br/>
        <w:t>f 2319/36415/30643 2392/36488/30717 2403/36499/30727</w:t>
        <w:br/>
        <w:t>f 2380/36475/30704 2405/36500/30728 2404/36501/30729</w:t>
        <w:br/>
        <w:t>f 2387/36482/30711 2407/36502/30730 2406/36503/30731</w:t>
        <w:br/>
        <w:t>f 2381/36477/30706 2371/36467/30696 2379/36476/30705</w:t>
        <w:br/>
        <w:t>f 2408/36504/30732 2381/36477/30706 2379/36476/30705</w:t>
        <w:br/>
        <w:t>f 2378/36474/30703 2390/36486/30715 2372/36468/30697</w:t>
        <w:br/>
        <w:t>f 2366/36462/30691 2409/36505/30733 2389/36485/30714</w:t>
        <w:br/>
        <w:t>f 2312/36407/30734 2316/36413/30641 2410/36506/30735</w:t>
        <w:br/>
        <w:t>f 2318/36414/30642 2327/36423/30651 2410/36506/30735</w:t>
        <w:br/>
        <w:t>f 2317/36412/30640 2318/36414/30642 2410/36506/30735</w:t>
        <w:br/>
        <w:t>f 2316/36413/30641 2317/36412/30640 2410/36506/30735</w:t>
        <w:br/>
        <w:t>f 2314/36411/30639 2299/36397/30629 2410/36506/30735</w:t>
        <w:br/>
        <w:t>f 2340/36437/30666 2341/36436/30665 2410/36506/30735</w:t>
        <w:br/>
        <w:t>f 2413/36507/30736 2412/36508/30737 2411/36509/30738</w:t>
        <w:br/>
        <w:t>f 2415/36510/30739 2382/36478/30707 2414/36511/30740</w:t>
        <w:br/>
        <w:t>f 2386/36483/30712 2416/36512/30741 2407/36502/30730</w:t>
        <w:br/>
        <w:t>f 2341/36436/30665 2365/36461/30690 2410/36506/30735</w:t>
        <w:br/>
        <w:t>f 2328/36425/30653 2314/36411/30639 2410/36506/30735</w:t>
        <w:br/>
        <w:t>f 2418/36513/30742 2399/36493/30722 2417/36514/30743</w:t>
        <w:br/>
        <w:t>f 2419/36515/30744 2328/36425/30653 2410/36506/30735</w:t>
        <w:br/>
        <w:t>f 2390/36486/30715 2420/36516/30745 2375/36471/30700</w:t>
        <w:br/>
        <w:t>f 2354/36450/30679 2355/36449/30678 2410/36506/30735</w:t>
        <w:br/>
        <w:t>f 2342/36438/30667 2403/36499/30727 2414/36511/30740</w:t>
        <w:br/>
        <w:t>f 2424/36517/30746 2423/36518/30747 2422/36519/30748</w:t>
        <w:br/>
        <w:t>f 2421/36520/30749 2424/36517/30746 2422/36519/30748</w:t>
        <w:br/>
        <w:t>f 2365/36461/30690 2387/36482/30711 2410/36506/30735</w:t>
        <w:br/>
        <w:t>f 2428/36521/30750 2427/36522/30751 2426/36523/30752</w:t>
        <w:br/>
        <w:t>f 2425/36524/30752 2428/36521/30750 2426/36523/30752</w:t>
        <w:br/>
        <w:t>f 2387/36482/30711 2406/36503/30731 2410/36506/30735</w:t>
        <w:br/>
        <w:t>f 2369/36466/30695 2354/36450/30679 2410/36506/30735</w:t>
        <w:br/>
        <w:t>f 2394/36489/30718 2393/36490/30719 2430/36525/30753</w:t>
        <w:br/>
        <w:t>f 2429/36526/30754 2394/36489/30718 2430/36525/30753</w:t>
        <w:br/>
        <w:t>f 2433/36527/30755 2432/36528/30756 2431/36529/30757</w:t>
        <w:br/>
        <w:t>f 2405/36500/30728 2433/36527/30755 2431/36529/30757</w:t>
        <w:br/>
        <w:t>f 2424/36517/30746 2421/36520/30749 2410/36506/30735</w:t>
        <w:br/>
        <w:t>f 2421/36520/30749 2434/36530/30758 2410/36506/30735</w:t>
        <w:br/>
        <w:t>f 2436/36531/30759 2402/36496/30725 2400/36498/30725</w:t>
        <w:br/>
        <w:t>f 2435/36532/30760 2436/36531/30759 2400/36498/30725</w:t>
        <w:br/>
        <w:t>f 2393/36490/30719 2369/36466/30695 2410/36506/30735</w:t>
        <w:br/>
        <w:t>f 2420/36516/30745 2390/36486/30715 2378/36474/30703</w:t>
        <w:br/>
        <w:t>f 2437/36533/30761 2420/36516/30745 2378/36474/30703</w:t>
        <w:br/>
        <w:t>f 2413/36507/30736 2411/36509/30738 2438/36534/30762</w:t>
        <w:br/>
        <w:t>f 2422/36519/30748 2423/36518/30747 2416/36512/30741</w:t>
        <w:br/>
        <w:t>f 2439/36535/30763 2422/36519/30748 2416/36512/30741</w:t>
        <w:br/>
        <w:t>f 2418/36513/30742 2442/36536/30764 2441/36537/30765</w:t>
        <w:br/>
        <w:t>f 2440/36538/30766 2418/36513/30742 2441/36537/30765</w:t>
        <w:br/>
        <w:t>f 2434/36530/30758 2443/36539/30767 2410/36506/30735</w:t>
        <w:br/>
        <w:t>f 2430/36525/30753 2393/36490/30719 2410/36506/30735</w:t>
        <w:br/>
        <w:t>f 2447/36540/30768 2446/36541/30769 2445/36542/30770</w:t>
        <w:br/>
        <w:t>f 2444/36543/30771 2447/36540/30768 2445/36542/30770</w:t>
        <w:br/>
        <w:t>f 2450/36544/30772 2449/36545/30773 2448/36546/30774</w:t>
        <w:br/>
        <w:t>f 2427/36522/30751 2428/36521/30750 2452/36547/30775</w:t>
        <w:br/>
        <w:t>f 2451/36548/30776 2427/36522/30751 2452/36547/30775</w:t>
        <w:br/>
        <w:t>f 2453/36549/30777 2450/36544/30772 2410/36506/30735</w:t>
        <w:br/>
        <w:t>f 2421/36520/30749 2422/36519/30748 2454/36550/30778</w:t>
        <w:br/>
        <w:t>f 2434/36530/30758 2421/36520/30749 2454/36550/30778</w:t>
        <w:br/>
        <w:t>f 2443/36539/30767 2455/36551/30779 2410/36506/30735</w:t>
        <w:br/>
        <w:t>f 2456/36552/30780 2404/36501/30729 2405/36500/30728</w:t>
        <w:br/>
        <w:t>f 2458/36553/30781 2457/36554/30782 2410/36506/30735</w:t>
        <w:br/>
        <w:t>f 2459/36555/30783 2453/36549/30777 2410/36506/30735</w:t>
        <w:br/>
        <w:t>f 2461/36556/30784 2460/36557/30785 2448/36546/30786</w:t>
        <w:br/>
        <w:t>f 2409/36505/30733 2388/36484/30713 2462/36558/30787</w:t>
        <w:br/>
        <w:t>f 2464/36559/30788 2463/36560/30789 2449/36545/30773</w:t>
        <w:br/>
        <w:t>f 2450/36544/30772 2464/36559/30788 2449/36545/30773</w:t>
        <w:br/>
        <w:t>f 2467/36561/30790 2466/36562/30790 2465/36563/30791</w:t>
        <w:br/>
        <w:t>f 2469/36564/30792 2468/36565/30793 2410/36506/30735</w:t>
        <w:br/>
        <w:t>f 2468/36565/30793 2470/36566/30794 2410/36506/30735</w:t>
        <w:br/>
        <w:t>f 2457/36554/30782 2471/36567/30795 2410/36506/30735</w:t>
        <w:br/>
        <w:t>f 2472/36568/30796 2469/36564/30792 2410/36506/30735</w:t>
        <w:br/>
        <w:t>f 2392/36488/30717 2381/36477/30706 2408/36504/30732</w:t>
        <w:br/>
        <w:t>f 2473/36569/30797 2392/36488/30717 2408/36504/30732</w:t>
        <w:br/>
        <w:t>f 2442/36536/30764 2418/36513/30742 2474/36570/30798</w:t>
        <w:br/>
        <w:t>f 2471/36567/30795 2475/36571/30799 2410/36506/30735</w:t>
        <w:br/>
        <w:t>f 2476/36572/30800 2472/36568/30796 2410/36506/30735</w:t>
        <w:br/>
        <w:t>f 2478/36573/30801 2395/36492/30721 2396/36491/30720</w:t>
        <w:br/>
        <w:t>f 2477/36574/30802 2478/36573/30801 2396/36491/30720</w:t>
        <w:br/>
        <w:t>f 2480/36575/30803 2441/36537/30765 2442/36536/30764</w:t>
        <w:br/>
        <w:t>f 2479/36576/30804 2480/36575/30803 2442/36536/30764</w:t>
        <w:br/>
        <w:t>f 2483/36577/30805 2482/36578/30806 2481/36579/30806</w:t>
        <w:br/>
        <w:t>f 2417/36514/30743 2484/36580/30807 2474/36570/30798</w:t>
        <w:br/>
        <w:t>f 2454/36550/30778 2422/36519/30748 2439/36535/30763</w:t>
        <w:br/>
        <w:t>f 2485/36581/30808 2454/36550/30778 2439/36535/30763</w:t>
        <w:br/>
        <w:t>f 2453/36549/30777 2464/36559/30788 2450/36544/30772</w:t>
        <w:br/>
        <w:t>f 2428/36521/30750 2483/36577/30809 2486/36582/30810</w:t>
        <w:br/>
        <w:t>f 2452/36547/30775 2428/36521/30750 2486/36582/30810</w:t>
        <w:br/>
        <w:t>f 2487/36583/30811 2415/36510/30739 2414/36511/30740</w:t>
        <w:br/>
        <w:t>f 2486/36582/30810 2489/36584/30812 2488/36585/30813</w:t>
        <w:br/>
        <w:t>f 2443/36539/30767 2434/36530/30758 2490/36586/30814</w:t>
        <w:br/>
        <w:t>f 2494/36587/30815 2493/36588/30816 2492/36589/30817</w:t>
        <w:br/>
        <w:t>f 2491/36590/30818 2494/36587/30815 2492/36589/30817</w:t>
        <w:br/>
        <w:t>f 2384/36480/30709 2385/36479/30708 2496/36591/30819</w:t>
        <w:br/>
        <w:t>f 2495/36592/30820 2384/36480/30709 2496/36591/30819</w:t>
        <w:br/>
        <w:t>f 2497/36593/30821 2405/36500/30728 2431/36529/30757</w:t>
        <w:br/>
        <w:t>f 2499/36594/30822 2436/36531/30759 2435/36532/30760</w:t>
        <w:br/>
        <w:t>f 2498/36595/30823 2499/36594/30822 2435/36532/30760</w:t>
        <w:br/>
        <w:t>f 2403/36499/30727 2392/36488/30717 2473/36569/30797</w:t>
        <w:br/>
        <w:t>f 2500/36596/30824 2403/36499/30727 2473/36569/30797</w:t>
        <w:br/>
        <w:t>f 2504/36597/30825 2503/36598/30826 2502/36599/30827</w:t>
        <w:br/>
        <w:t>f 2501/36600/30828 2504/36597/30825 2502/36599/30827</w:t>
        <w:br/>
        <w:t>f 2508/36601/30829 2507/36602/30829 2506/36603/30830</w:t>
        <w:br/>
        <w:t>f 2505/36604/30831 2508/36601/30829 2506/36603/30830</w:t>
        <w:br/>
        <w:t>f 2420/36516/30745 2509/36605/30832 2477/36574/30802</w:t>
        <w:br/>
        <w:t>f 2396/36491/30720 2420/36516/30745 2477/36574/30802</w:t>
        <w:br/>
        <w:t>f 2479/36576/30804 2442/36536/30764 2474/36570/30798</w:t>
        <w:br/>
        <w:t>f 2510/36606/30833 2479/36576/30804 2474/36570/30798</w:t>
        <w:br/>
        <w:t>f 2511/36607/30834 2484/36580/30807 2453/36549/30777</w:t>
        <w:br/>
        <w:t>f 2459/36555/30783 2511/36607/30834 2453/36549/30777</w:t>
        <w:br/>
        <w:t>f 2474/36570/30798 2511/36607/30834 2510/36606/30833</w:t>
        <w:br/>
        <w:t>f 2490/36586/30814 2454/36550/30778 2512/36608/30835</w:t>
        <w:br/>
        <w:t>f 2514/36609/30836 2409/36505/30733 2513/36610/30837</w:t>
        <w:br/>
        <w:t>f 2516/36611/30838 2451/36548/30776 2452/36547/30775</w:t>
        <w:br/>
        <w:t>f 2515/36612/30839 2516/36611/30838 2452/36547/30775</w:t>
        <w:br/>
        <w:t>f 2518/36613/30840 2487/36583/30811 2517/36614/30841</w:t>
        <w:br/>
        <w:t>f 2517/36614/30841 2414/36511/30740 2403/36499/30727</w:t>
        <w:br/>
        <w:t>f 2500/36596/30824 2517/36614/30841 2403/36499/30727</w:t>
        <w:br/>
        <w:t>f 2466/36562/30790 2467/36561/30790 2520/36615/30842</w:t>
        <w:br/>
        <w:t>f 2519/36616/30842 2466/36562/30790 2520/36615/30842</w:t>
        <w:br/>
        <w:t>f 2521/36617/30843 2455/36551/30779 2443/36539/30767</w:t>
        <w:br/>
        <w:t>f 2490/36586/30814 2521/36617/30843 2443/36539/30767</w:t>
        <w:br/>
        <w:t>f 2437/36533/30761 2522/36618/30844 2509/36605/30832</w:t>
        <w:br/>
        <w:t>f 2420/36516/30745 2437/36533/30761 2509/36605/30832</w:t>
        <w:br/>
        <w:t>f 2524/36619/30845 2523/36620/30846 2497/36593/30821</w:t>
        <w:br/>
        <w:t>f 2505/36604/30831 2479/36576/30804 2526/36621/30847</w:t>
        <w:br/>
        <w:t>f 2525/36622/30848 2505/36604/30831 2526/36621/30847</w:t>
        <w:br/>
        <w:t>f 2486/36582/30810 2527/36623/30849 2452/36547/30775</w:t>
        <w:br/>
        <w:t>f 2470/36566/30794 2468/36565/30793 2529/36624/30850</w:t>
        <w:br/>
        <w:t>f 2528/36625/30851 2470/36566/30794 2529/36624/30850</w:t>
        <w:br/>
        <w:t>f 2457/36554/30782 2531/36626/30852 2530/36627/30853</w:t>
        <w:br/>
        <w:t>f 2519/36616/30842 2520/36615/30842 2525/36622/30848</w:t>
        <w:br/>
        <w:t>f 2526/36621/30847 2519/36616/30842 2525/36622/30848</w:t>
        <w:br/>
        <w:t>f 2458/36553/30781 2461/36556/30784 2533/36628/30854</w:t>
        <w:br/>
        <w:t>f 2532/36629/30854 2458/36553/30781 2533/36628/30854</w:t>
        <w:br/>
        <w:t>f 2535/36630/30855 2499/36594/30822 2498/36595/30823</w:t>
        <w:br/>
        <w:t>f 2534/36631/30856 2535/36630/30855 2498/36595/30823</w:t>
        <w:br/>
        <w:t>f 2537/36632/30857 2478/36573/30801 2477/36574/30802</w:t>
        <w:br/>
        <w:t>f 2536/36633/30858 2537/36632/30857 2477/36574/30802</w:t>
        <w:br/>
        <w:t>f 2528/36625/30851 2529/36624/30850 2539/36634/30859</w:t>
        <w:br/>
        <w:t>f 2538/36635/30860 2528/36625/30851 2539/36634/30859</w:t>
        <w:br/>
        <w:t>f 2501/36600/30828 2502/36599/30827 2538/36635/30860</w:t>
        <w:br/>
        <w:t>f 2539/36634/30859 2501/36600/30828 2538/36635/30860</w:t>
        <w:br/>
        <w:t>f 2488/36585/30813 2515/36612/30839 2486/36582/30810</w:t>
        <w:br/>
        <w:t>f 2542/36636/30861 2541/36637/30862 2540/36638/30863</w:t>
        <w:br/>
        <w:t>f 2543/36639/30864 2529/36624/30850 2468/36565/30793</w:t>
        <w:br/>
        <w:t>f 2469/36564/30792 2543/36639/30864 2468/36565/30793</w:t>
        <w:br/>
        <w:t>f 2471/36567/30795 2457/36554/30782 2544/36640/30865</w:t>
        <w:br/>
        <w:t>f 2548/36641/30866 2547/36642/30867 2546/36643/30868</w:t>
        <w:br/>
        <w:t>f 2545/36644/30869 2548/36641/30866 2546/36643/30868</w:t>
        <w:br/>
        <w:t>f 2490/36586/30814 2549/36645/30870 2521/36617/30843</w:t>
        <w:br/>
        <w:t>f 2551/36646/30871 2535/36630/30855 2534/36631/30856</w:t>
        <w:br/>
        <w:t>f 2550/36647/30871 2551/36646/30871 2534/36631/30856</w:t>
        <w:br/>
        <w:t>f 2524/36619/30845 2516/36611/30838 2552/36648/30872</w:t>
        <w:br/>
        <w:t>f 2539/36634/30859 2543/36639/30864 2553/36649/30873</w:t>
        <w:br/>
        <w:t>f 2532/36629/30854 2533/36628/30854 2555/36650/30874</w:t>
        <w:br/>
        <w:t>f 2554/36651/30875 2532/36629/30854 2555/36650/30874</w:t>
        <w:br/>
        <w:t>f 2530/36627/30853 2557/36652/30876 2556/36653/30877</w:t>
        <w:br/>
        <w:t>f 2524/36619/30845 2558/36654/30878 2523/36620/30846</w:t>
        <w:br/>
        <w:t>f 2518/36613/30840 2551/36646/30871 2550/36647/30871</w:t>
        <w:br/>
        <w:t>f 2501/36600/30828 2560/36655/30879 2559/36656/30880</w:t>
        <w:br/>
        <w:t>f 2504/36597/30825 2501/36600/30828 2559/36656/30880</w:t>
        <w:br/>
        <w:t>f 2469/36564/30792 2472/36568/30796 2561/36657/30881</w:t>
        <w:br/>
        <w:t>f 2543/36639/30864 2469/36564/30792 2561/36657/30881</w:t>
        <w:br/>
        <w:t>f 2560/36655/30879 2501/36600/30828 2539/36634/30859</w:t>
        <w:br/>
        <w:t>f 2553/36649/30873 2560/36655/30879 2539/36634/30859</w:t>
        <w:br/>
        <w:t>f 2477/36574/30802 2509/36605/30832 2562/36658/30882</w:t>
        <w:br/>
        <w:t>f 2536/36633/30858 2477/36574/30802 2562/36658/30882</w:t>
        <w:br/>
        <w:t>f 2488/36585/30813 2564/36659/30883 2563/36660/30884</w:t>
        <w:br/>
        <w:t>f 2515/36612/30839 2488/36585/30813 2563/36660/30884</w:t>
        <w:br/>
        <w:t>f 2544/36640/30865 2565/36661/30885 2475/36571/30799</w:t>
        <w:br/>
        <w:t>f 2471/36567/30795 2544/36640/30865 2475/36571/30799</w:t>
        <w:br/>
        <w:t>f 2472/36568/30796 2476/36572/30800 2566/36662/30886</w:t>
        <w:br/>
        <w:t>f 2561/36657/30881 2472/36568/30796 2566/36662/30886</w:t>
        <w:br/>
        <w:t>f 2569/36663/30887 2568/36664/30888 2567/36665/30889</w:t>
        <w:br/>
        <w:t>f 2570/36666/30890 2518/36613/30840 2569/36663/30887</w:t>
        <w:br/>
        <w:t>f 2544/36640/30865 2572/36667/30891 2571/36668/30892</w:t>
        <w:br/>
        <w:t>f 2552/36648/30872 2516/36611/30838 2515/36612/30839</w:t>
        <w:br/>
        <w:t>f 2573/36669/30893 2552/36648/30872 2515/36612/30839</w:t>
        <w:br/>
        <w:t>f 2509/36605/30832 2522/36618/30844 2574/36670/30894</w:t>
        <w:br/>
        <w:t>f 2562/36658/30882 2509/36605/30832 2574/36670/30894</w:t>
        <w:br/>
        <w:t>f 2543/36639/30864 2561/36657/30881 2575/36671/30895</w:t>
        <w:br/>
        <w:t>f 2553/36649/30873 2543/36639/30864 2575/36671/30895</w:t>
        <w:br/>
        <w:t>f 2576/36672/30896 2542/36636/30861 2540/36638/30863</w:t>
        <w:br/>
        <w:t>f 2578/36673/30897 2537/36632/30857 2536/36633/30858</w:t>
        <w:br/>
        <w:t>f 2577/36674/30898 2578/36673/30897 2536/36633/30858</w:t>
        <w:br/>
        <w:t>f 2567/36665/30889 2524/36619/30845 2552/36648/30872</w:t>
        <w:br/>
        <w:t>f 2561/36657/30881 2566/36662/30886 2579/36675/30899</w:t>
        <w:br/>
        <w:t>f 2575/36671/30895 2561/36657/30881 2579/36675/30899</w:t>
        <w:br/>
        <w:t>f 2565/36661/30885 2544/36640/30865 2571/36668/30892</w:t>
        <w:br/>
        <w:t>f 2580/36676/30900 2565/36661/30885 2571/36668/30892</w:t>
        <w:br/>
        <w:t>f 2581/36677/30901 2560/36655/30879 2553/36649/30873</w:t>
        <w:br/>
        <w:t>f 2575/36671/30895 2581/36677/30901 2553/36649/30873</w:t>
        <w:br/>
        <w:t>f 2560/36655/30879 2582/36678/30902 2559/36656/30880</w:t>
        <w:br/>
        <w:t>f 2515/36612/30839 2583/36679/30903 2573/36669/30893</w:t>
        <w:br/>
        <w:t>f 2569/36663/30887 2567/36665/30889 2585/36680/30904</w:t>
        <w:br/>
        <w:t>f 2584/36681/30905 2569/36663/30887 2585/36680/30904</w:t>
        <w:br/>
        <w:t>f 2585/36680/30904 2552/36648/30872 2586/36682/30906</w:t>
        <w:br/>
        <w:t>f 2577/36674/30898 2536/36633/30858 2562/36658/30882</w:t>
        <w:br/>
        <w:t>f 2587/36683/30907 2577/36674/30898 2562/36658/30882</w:t>
        <w:br/>
        <w:t>f 2589/36684/30908 2576/36672/30896 2588/36685/30909</w:t>
        <w:br/>
        <w:t>f 2570/36666/30890 2569/36663/30887 2584/36681/30905</w:t>
        <w:br/>
        <w:t>f 2590/36686/30910 2570/36666/30890 2584/36681/30905</w:t>
        <w:br/>
        <w:t>f 2594/36687/30911 2593/36688/30912 2592/36689/30913</w:t>
        <w:br/>
        <w:t>f 2591/36690/30914 2594/36687/30911 2592/36689/30913</w:t>
        <w:br/>
        <w:t>f 2598/36691/30915 2597/36692/30916 2596/36693/30917</w:t>
        <w:br/>
        <w:t>f 2595/36694/30918 2598/36691/30915 2596/36693/30917</w:t>
        <w:br/>
        <w:t>f 2602/36695/30919 2601/36696/30920 2600/36697/30921</w:t>
        <w:br/>
        <w:t>f 2599/36698/30922 2602/36695/30919 2600/36697/30921</w:t>
        <w:br/>
        <w:t>f 2604/36699/30923 2603/36700/30924 2588/36685/30925</w:t>
        <w:br/>
        <w:t>f 2606/36701/30926 2578/36673/30897 2577/36674/30898</w:t>
        <w:br/>
        <w:t>f 2605/36702/30927 2606/36701/30926 2577/36674/30898</w:t>
        <w:br/>
        <w:t>f 2587/36683/30907 2562/36658/30882 2574/36670/30894</w:t>
        <w:br/>
        <w:t>f 2607/36703/30928 2587/36683/30907 2574/36670/30894</w:t>
        <w:br/>
        <w:t>f 2611/36704/30929 2610/36705/30930 2609/36706/30931</w:t>
        <w:br/>
        <w:t>f 2608/36707/30932 2611/36704/30929 2609/36706/30931</w:t>
        <w:br/>
        <w:t>f 2584/36681/30905 2585/36680/30904 2612/36708/30933</w:t>
        <w:br/>
        <w:t>f 2573/36669/30893 2613/36709/30934 2586/36682/30906</w:t>
        <w:br/>
        <w:t>f 2617/36710/30935 2616/36711/30936 2615/36712/30937</w:t>
        <w:br/>
        <w:t>f 2614/36713/30938 2617/36710/30935 2615/36712/30937</w:t>
        <w:br/>
        <w:t>f 2618/36714/30939 2598/36691/30915 2595/36694/30918</w:t>
        <w:br/>
        <w:t>f 2590/36686/30910 2584/36681/30905 2612/36708/30933</w:t>
        <w:br/>
        <w:t>f 2619/36715/30940 2590/36686/30910 2612/36708/30933</w:t>
        <w:br/>
        <w:t>f 2603/36700/30924 2594/36687/30911 2591/36690/30914</w:t>
        <w:br/>
        <w:t>f 2620/36716/30941 2603/36700/30924 2591/36690/30914</w:t>
        <w:br/>
        <w:t>f 2623/36717/30942 2622/36718/30943 2621/36719/30944</w:t>
        <w:br/>
        <w:t>f 2610/36705/30930 2624/36720/30945 2623/36717/30942</w:t>
        <w:br/>
        <w:t>f 2609/36706/30931 2610/36705/30930 2623/36717/30942</w:t>
        <w:br/>
        <w:t>f 2616/36711/30936 2626/36721/30946 2625/36722/30947</w:t>
        <w:br/>
        <w:t>f 2615/36712/30937 2616/36711/30936 2625/36722/30947</w:t>
        <w:br/>
        <w:t>f 2627/36723/30948 2621/36719/30944 2622/36718/30943</w:t>
        <w:br/>
        <w:t>f 2625/36722/30947 2626/36721/30946 2629/36724/30949</w:t>
        <w:br/>
        <w:t>f 2628/36725/30950 2625/36722/30947 2629/36724/30949</w:t>
        <w:br/>
        <w:t>f 2583/36679/30903 2614/36713/30938 2630/36726/30951</w:t>
        <w:br/>
        <w:t>f 2613/36709/30934 2583/36679/30903 2630/36726/30951</w:t>
        <w:br/>
        <w:t>f 2605/36702/30927 2577/36674/30898 2587/36683/30907</w:t>
        <w:br/>
        <w:t>f 2631/36727/30952 2605/36702/30927 2587/36683/30907</w:t>
        <w:br/>
        <w:t>f 2632/36728/30953 2612/36708/30933 2586/36682/30906</w:t>
        <w:br/>
        <w:t>f 2613/36709/30934 2632/36728/30953 2586/36682/30906</w:t>
        <w:br/>
        <w:t>f 2619/36715/30940 2612/36708/30933 2632/36728/30953</w:t>
        <w:br/>
        <w:t>f 2633/36729/30954 2619/36715/30940 2632/36728/30953</w:t>
        <w:br/>
        <w:t>f 2630/36726/30951 2614/36713/30938 2615/36712/30937</w:t>
        <w:br/>
        <w:t>f 2634/36730/30955 2630/36726/30951 2615/36712/30937</w:t>
        <w:br/>
        <w:t>f 2636/36731/30956 2635/36732/30957 2606/36701/30926</w:t>
        <w:br/>
        <w:t>f 2605/36702/30927 2636/36731/30956 2606/36701/30926</w:t>
        <w:br/>
        <w:t>f 2587/36683/30907 2607/36703/30928 2637/36733/30958</w:t>
        <w:br/>
        <w:t>f 2631/36727/30952 2587/36683/30907 2637/36733/30958</w:t>
        <w:br/>
        <w:t>f 2615/36712/30937 2625/36722/30947 2638/36734/30959</w:t>
        <w:br/>
        <w:t>f 2634/36730/30955 2615/36712/30937 2638/36734/30959</w:t>
        <w:br/>
        <w:t>f 2639/36735/30960 2632/36728/30953 2613/36709/30934</w:t>
        <w:br/>
        <w:t>f 2630/36726/30951 2639/36735/30960 2613/36709/30934</w:t>
        <w:br/>
        <w:t>f 2641/36736/30961 2640/36737/30962 2635/36732/30957</w:t>
        <w:br/>
        <w:t>f 2636/36731/30956 2641/36736/30961 2635/36732/30957</w:t>
        <w:br/>
        <w:t>f 2633/36729/30954 2632/36728/30953 2639/36735/30960</w:t>
        <w:br/>
        <w:t>f 2642/36738/30963 2633/36729/30954 2639/36735/30960</w:t>
        <w:br/>
        <w:t>f 2639/36735/30960 2630/36726/30951 2634/36730/30955</w:t>
        <w:br/>
        <w:t>f 2643/36739/30964 2639/36735/30960 2634/36730/30955</w:t>
        <w:br/>
        <w:t>f 2628/36725/30950 2644/36740/30965 2625/36722/30947</w:t>
        <w:br/>
        <w:t>f 2646/36741/30966 2645/36742/30967 2640/36737/30962</w:t>
        <w:br/>
        <w:t>f 2641/36736/30961 2646/36741/30966 2640/36737/30962</w:t>
        <w:br/>
        <w:t>f 2644/36740/30965 2628/36725/30950 2646/36741/30966</w:t>
        <w:br/>
        <w:t>f 2634/36730/30955 2638/36734/30959 2647/36743/30968</w:t>
        <w:br/>
        <w:t>f 2643/36739/30964 2634/36730/30955 2647/36743/30968</w:t>
        <w:br/>
        <w:t>f 2605/36702/30927 2631/36727/30952 2648/36744/30969</w:t>
        <w:br/>
        <w:t>f 2636/36731/30956 2605/36702/30927 2648/36744/30969</w:t>
        <w:br/>
        <w:t>f 2642/36738/30963 2639/36735/30960 2643/36739/30964</w:t>
        <w:br/>
        <w:t>f 2642/36738/30963 2643/36739/30964 2647/36743/30968</w:t>
        <w:br/>
        <w:t>f 2637/36733/30958 2649/36745/30970 2648/36744/30969</w:t>
        <w:br/>
        <w:t>f 2631/36727/30952 2637/36733/30958 2648/36744/30969</w:t>
        <w:br/>
        <w:t>f 2642/36738/30963 2647/36743/30968 2651/36746/30971</w:t>
        <w:br/>
        <w:t>f 2650/36747/30972 2642/36738/30963 2651/36746/30971</w:t>
        <w:br/>
        <w:t>f 2647/36743/30968 2638/36734/30959 2651/36746/30971</w:t>
        <w:br/>
        <w:t>f 2652/36748/30973 2641/36736/30961 2636/36731/30956</w:t>
        <w:br/>
        <w:t>f 2648/36744/30969 2652/36748/30973 2636/36731/30956</w:t>
        <w:br/>
        <w:t>f 2646/36741/30966 2641/36736/30961 2652/36748/30973</w:t>
        <w:br/>
        <w:t>f 2653/36749/30974 2646/36741/30966 2652/36748/30973</w:t>
        <w:br/>
        <w:t>f 2646/36741/30966 2653/36749/30974 2651/36746/30971</w:t>
        <w:br/>
        <w:t>f 2644/36740/30965 2646/36741/30966 2651/36746/30971</w:t>
        <w:br/>
        <w:t>f 2650/36747/30972 2651/36746/30971 2653/36749/30974</w:t>
        <w:br/>
        <w:t>f 2654/36750/30975 2650/36747/30972 2653/36749/30974</w:t>
        <w:br/>
        <w:t>f 2648/36744/30969 2649/36745/30970 2655/36751/30976</w:t>
        <w:br/>
        <w:t>f 2652/36748/30973 2648/36744/30969 2655/36751/30976</w:t>
        <w:br/>
        <w:t>f 2653/36749/30974 2652/36748/30973 2655/36751/30976</w:t>
        <w:br/>
        <w:t>f 2654/36750/30975 2653/36749/30974 2655/36751/30976</w:t>
        <w:br/>
        <w:t>f 2656/36752/30977 2188/36282/30516 2186/36284/30518</w:t>
        <w:br/>
        <w:t>f 2660/36753/30978 2659/36754/30979 2658/36755/30980</w:t>
        <w:br/>
        <w:t>f 2657/36756/30981 2660/36753/30978 2658/36755/30980</w:t>
        <w:br/>
        <w:t>f 2297/36394/30626 2662/36757/30982 2661/36758/30983</w:t>
        <w:br/>
        <w:t>f 2663/36759/30984 2324/36420/30648 2259/36355/30589</w:t>
        <w:br/>
        <w:t>f 2343/36440/30669 2664/36760/30985 2662/36757/30982</w:t>
        <w:br/>
        <w:t>f 2665/36761/30986 2380/36475/30704 2324/36420/30648</w:t>
        <w:br/>
        <w:t>f 2663/36759/30984 2665/36761/30986 2324/36420/30648</w:t>
        <w:br/>
        <w:t>f 2665/36761/30986 2433/36527/30755 2380/36475/30704</w:t>
        <w:br/>
        <w:t>f 2669/36762/30987 2668/36763/30988 2667/36764/30988</w:t>
        <w:br/>
        <w:t>f 2666/36765/30989 2669/36762/30987 2667/36764/30988</w:t>
        <w:br/>
        <w:t>f 2432/36528/30756 2433/36527/30755 2665/36761/30986</w:t>
        <w:br/>
        <w:t>f 2670/36766/30990 2432/36528/30756 2665/36761/30986</w:t>
        <w:br/>
        <w:t>f 2385/36479/30708 2667/36764/30988 2668/36763/30988</w:t>
        <w:br/>
        <w:t>f 2496/36591/30819 2385/36479/30708 2668/36763/30988</w:t>
        <w:br/>
        <w:t>f 2444/36543/30771 2672/36767/30991 2671/36768/30992</w:t>
        <w:br/>
        <w:t>f 2447/36540/30768 2444/36543/30771 2671/36768/30992</w:t>
        <w:br/>
        <w:t>f 2676/36769/30993 2675/36770/30994 2674/36771/30995</w:t>
        <w:br/>
        <w:t>f 2673/36772/30996 2676/36769/30993 2674/36771/30995</w:t>
        <w:br/>
        <w:t>f 2675/36770/30994 2678/36773/30997 2677/36774/30998</w:t>
        <w:br/>
        <w:t>f 2674/36771/30995 2675/36770/30994 2677/36774/30998</w:t>
        <w:br/>
        <w:t>f 2611/36704/30929 2680/36775/30999 2679/36776/31000</w:t>
        <w:br/>
        <w:t>f 2684/36777/31001 2683/36778/31002 2682/36779/31003</w:t>
        <w:br/>
        <w:t>f 2681/36780/31004 2684/36777/31001 2682/36779/31003</w:t>
        <w:br/>
        <w:t>f 2606/36701/30926 2635/36732/30957 2686/36781/31005</w:t>
        <w:br/>
        <w:t>f 2685/36782/31006 2606/36701/30926 2686/36781/31005</w:t>
        <w:br/>
        <w:t>f 2640/36737/30962 2687/36783/31007 2686/36781/31005</w:t>
        <w:br/>
        <w:t>f 2635/36732/30957 2640/36737/30962 2686/36781/31005</w:t>
        <w:br/>
        <w:t>f 2112/36208/30450 2159/36256/30491 2688/36784/31008</w:t>
        <w:br/>
        <w:t>f 2151/36247/30482 2112/36208/30450 2688/36784/31008</w:t>
        <w:br/>
        <w:t>f 2672/36767/30991 2689/36785/31009 2367/36464/30693</w:t>
        <w:br/>
        <w:t>f 2690/36786/31010 2373/36470/30699 2374/36469/30698</w:t>
        <w:br/>
        <w:t>f 2193/36286/30520 2190/36289/30523 2691/36787/31011</w:t>
        <w:br/>
        <w:t>f 2201/36297/30531 2193/36286/30520 2691/36787/31011</w:t>
        <w:br/>
        <w:t>f 2693/36788/31012 2259/36355/30589 2213/36308/30542</w:t>
        <w:br/>
        <w:t>f 2692/36789/31013 2693/36788/31012 2213/36308/30542</w:t>
        <w:br/>
        <w:t>f 2270/36369/30603 2694/36790/31014 2273/36366/30600</w:t>
        <w:br/>
        <w:t>f 2692/36789/31013 2213/36308/30542 2212/36309/30543</w:t>
        <w:br/>
        <w:t>f 2695/36791/31008 2692/36789/31013 2212/36309/30543</w:t>
        <w:br/>
        <w:t>f 2659/36754/30979 2271/36368/30602 2272/36367/30601</w:t>
        <w:br/>
        <w:t>f 2658/36755/30980 2659/36754/30979 2272/36367/30601</w:t>
        <w:br/>
        <w:t>f 2360/36459/30688 2694/36790/31014 2696/36792/31015</w:t>
        <w:br/>
        <w:t>f 2363/36456/30685 2360/36459/30688 2696/36792/31015</w:t>
        <w:br/>
        <w:t>f 2259/36355/30589 2693/36788/31012 2697/36793/31016</w:t>
        <w:br/>
        <w:t>f 2663/36759/30984 2259/36355/30589 2697/36793/31016</w:t>
        <w:br/>
        <w:t>f 2690/36786/31010 2699/36794/31017 2698/36795/31018</w:t>
        <w:br/>
        <w:t>f 2690/36786/31010 2374/36469/30698 2699/36794/31017</w:t>
        <w:br/>
        <w:t>f 2703/36796/31019 2702/36797/31020 2701/36798/31021</w:t>
        <w:br/>
        <w:t>f 2700/36799/31022 2703/36796/31019 2701/36798/31021</w:t>
        <w:br/>
        <w:t>f 2699/36794/31017 2700/36799/31022 2701/36798/31021</w:t>
        <w:br/>
        <w:t>f 2698/36795/31018 2699/36794/31017 2701/36798/31021</w:t>
        <w:br/>
        <w:t>f 2488/36585/30813 2704/36800/31023 2564/36659/30883</w:t>
        <w:br/>
        <w:t>f 2704/36800/31023 2705/36801/31024 2564/36659/30883</w:t>
        <w:br/>
        <w:t>f 2563/36660/30884 2617/36710/30935 2614/36713/30938</w:t>
        <w:br/>
        <w:t>f 2583/36679/30903 2563/36660/30884 2614/36713/30938</w:t>
        <w:br/>
        <w:t>f 2563/36660/30884 2705/36801/31024 2617/36710/30935</w:t>
        <w:br/>
        <w:t>f 2706/36802/31025 2616/36711/30936 2617/36710/30935</w:t>
        <w:br/>
        <w:t>f 2705/36801/31024 2706/36802/31025 2617/36710/30935</w:t>
        <w:br/>
        <w:t>f 2645/36742/30967 2628/36725/30950 2707/36803/31026</w:t>
        <w:br/>
        <w:t>f 2710/36804/31027 2709/36805/31028 2708/36806/31029</w:t>
        <w:br/>
        <w:t>f 2640/36737/30962 2645/36742/30967 2711/36807/31030</w:t>
        <w:br/>
        <w:t>f 2687/36783/31007 2640/36737/30962 2711/36807/31030</w:t>
        <w:br/>
        <w:t>f 2712/36808/31031 2603/36700/30924 2620/36716/30941</w:t>
        <w:br/>
        <w:t>f 2627/36723/30948 2712/36808/31031 2620/36716/30941</w:t>
        <w:br/>
        <w:t>f 2714/36809/31032 2686/36781/31005 2713/36810/31033</w:t>
        <w:br/>
        <w:t>f 2715/36811/31034 2708/36806/31029 2685/36782/31006</w:t>
        <w:br/>
        <w:t>f 2547/36642/30867 2384/36480/30709 2495/36592/30820</w:t>
        <w:br/>
        <w:t>f 2546/36643/30868 2547/36642/30867 2495/36592/30820</w:t>
        <w:br/>
        <w:t>f 2254/36351/30585 2255/36350/30584 2717/36812/31035</w:t>
        <w:br/>
        <w:t>f 2716/36813/31036 2254/36351/30585 2717/36812/31035</w:t>
        <w:br/>
        <w:t>f 2238/36333/30567 2661/36758/30983 2718/36814/31037</w:t>
        <w:br/>
        <w:t>f 2204/36300/30534 2153/36251/30486 2241/36338/30572</w:t>
        <w:br/>
        <w:t>f 2238/36333/30567 2204/36300/30534 2241/36338/30572</w:t>
        <w:br/>
        <w:t>f 2238/36333/30567 2297/36394/30626 2661/36758/30983</w:t>
        <w:br/>
        <w:t>f 2716/36813/31036 2719/36815/31038 2277/36372/30606</w:t>
        <w:br/>
        <w:t>f 2254/36351/30585 2716/36813/31036 2277/36372/30606</w:t>
        <w:br/>
        <w:t>f 2719/36815/31038 2669/36762/30987 2277/36372/30606</w:t>
        <w:br/>
        <w:t>f 2669/36762/30987 2666/36765/30989 2277/36372/30606</w:t>
        <w:br/>
        <w:t>f 2367/36464/30693 2671/36768/30992 2672/36767/30991</w:t>
        <w:br/>
        <w:t>f 2709/36805/31028 2446/36541/30769 2478/36573/30801</w:t>
        <w:br/>
        <w:t>f 2537/36632/30857 2709/36805/31028 2478/36573/30801</w:t>
        <w:br/>
        <w:t>f 2163/36260/30494 2721/36816/31039 2720/36817/31039</w:t>
        <w:br/>
        <w:t>f 2164/36259/30494 2163/36260/30494 2720/36817/31039</w:t>
        <w:br/>
        <w:t>f 2127/36223/30461 2132/36228/30466 2145/36241/30478</w:t>
        <w:br/>
        <w:t>f 2711/36807/31030 2707/36803/31026 2723/36818/31040</w:t>
        <w:br/>
        <w:t>f 2722/36819/31041 2711/36807/31030 2723/36818/31040</w:t>
        <w:br/>
        <w:t>f 2127/36223/30461 2145/36241/30478 2092/36188/30438</w:t>
        <w:br/>
        <w:t>f 2657/36756/30981 2192/36287/30521 2660/36753/30978</w:t>
        <w:br/>
        <w:t>f 2145/36241/30478 2160/36255/30490 2073/36169/30420</w:t>
        <w:br/>
        <w:t>f 2726/36820/31042 2725/36821/31043 2724/36822/31044</w:t>
        <w:br/>
        <w:t>f 2624/36720/30945 2595/36694/30918 2596/36693/30917</w:t>
        <w:br/>
        <w:t>f 2728/36823/31045 2626/36721/30946 2727/36824/31046</w:t>
        <w:br/>
        <w:t>f 2616/36711/30936 2730/36825/31047 2729/36826/31048</w:t>
        <w:br/>
        <w:t>f 2677/36774/30998 2678/36773/30997 2679/36776/31049</w:t>
        <w:br/>
        <w:t>f 2731/36827/31050 2677/36774/30998 2679/36776/31049</w:t>
        <w:br/>
        <w:t>f 2660/36753/30978 2192/36287/30521 2232/36330/30564</w:t>
        <w:br/>
        <w:t>f 2733/36828/31051 2732/36829/31052 2233/36329/30563</w:t>
        <w:br/>
        <w:t>f 2251/36349/30583 2733/36828/31051 2233/36329/30563</w:t>
        <w:br/>
        <w:t>f 2192/36287/30521 2185/36278/30512 2182/36281/30515</w:t>
        <w:br/>
        <w:t>f 2264/36359/30593 2270/36369/30603 2271/36368/30602</w:t>
        <w:br/>
        <w:t>f 2734/36830/31053 2313/36409/30637 2345/36441/30670</w:t>
        <w:br/>
        <w:t>f 2377/36472/30701 2734/36830/31053 2345/36441/30670</w:t>
        <w:br/>
        <w:t>f 2399/36493/30722 2734/36830/31053 2377/36472/30701</w:t>
        <w:br/>
        <w:t>f 2440/36538/30766 2735/36831/31054 2399/36493/30722</w:t>
        <w:br/>
        <w:t>f 2418/36513/30742 2440/36538/30766 2399/36493/30722</w:t>
        <w:br/>
        <w:t>f 2736/36832/30532 2186/36284/30518 2237/36334/31055</w:t>
        <w:br/>
        <w:t>f 2739/36833/31056 2276/36373/31057 2738/36834/31056</w:t>
        <w:br/>
        <w:t>f 2737/36835/31058 2739/36833/31056 2738/36834/31056</w:t>
        <w:br/>
        <w:t>f 2182/36281/30515 2207/36304/30538 2220/36315/30549</w:t>
        <w:br/>
        <w:t>f 2232/36330/30564 2182/36281/30515 2220/36315/30549</w:t>
        <w:br/>
        <w:t>f 2243/36339/30573 2278/36374/30608 2266/36361/30595</w:t>
        <w:br/>
        <w:t>f 2740/36836/31059 2243/36339/30573 2266/36361/30595</w:t>
        <w:br/>
        <w:t>f 2229/36326/30560 2740/36836/31059 2248/36342/30577</w:t>
        <w:br/>
        <w:t>f 2208/36303/31060 2248/36342/30577 2741/36837/31061</w:t>
        <w:br/>
        <w:t>f 2743/36838/31062 2618/36714/30939 2724/36822/31044</w:t>
        <w:br/>
        <w:t>f 2742/36839/31063 2743/36838/31062 2724/36822/31044</w:t>
        <w:br/>
        <w:t>f 2746/36840/31064 2745/36841/31065 2744/36842/31066</w:t>
        <w:br/>
        <w:t>f 2750/36843/31067 2749/36844/31068 2748/36845/31069</w:t>
        <w:br/>
        <w:t>f 2747/36846/31070 2750/36843/31067 2748/36845/31069</w:t>
        <w:br/>
        <w:t>f 2236/36332/30566 2751/36847/31071 2300/36396/30628</w:t>
        <w:br/>
        <w:t>f 2301/36395/30627 2236/36332/30566 2300/36396/30628</w:t>
        <w:br/>
        <w:t>f 2219/36316/30550 2236/36332/30566 2301/36395/30627</w:t>
        <w:br/>
        <w:t>f 2315/36410/30638 2219/36316/30550 2301/36395/30627</w:t>
        <w:br/>
        <w:t>f 2261/36356/30590 2219/36316/30550 2315/36410/30638</w:t>
        <w:br/>
        <w:t>f 2329/36424/30652 2261/36356/30590 2315/36410/30638</w:t>
        <w:br/>
        <w:t>f 2260/36357/30591 2329/36424/30652 2339/36435/30664</w:t>
        <w:br/>
        <w:t>f 2290/36386/30619 2260/36357/30591 2339/36435/30664</w:t>
        <w:br/>
        <w:t>f 2353/36451/30680 2290/36386/30619 2339/36435/30664</w:t>
        <w:br/>
        <w:t>f 2310/36406/30634 2290/36386/30619 2370/36465/30694</w:t>
        <w:br/>
        <w:t>f 2376/36473/30702 2370/36465/30694 2394/36489/30718</w:t>
        <w:br/>
        <w:t>f 2752/36848/31072 2394/36489/30718 2429/36526/30754</w:t>
        <w:br/>
        <w:t>f 2397/36495/30724 2398/36494/30723 2463/36560/30789</w:t>
        <w:br/>
        <w:t>f 2464/36559/30788 2397/36495/30724 2463/36560/30789</w:t>
        <w:br/>
        <w:t>f 2417/36514/30743 2397/36495/30724 2464/36559/30788</w:t>
        <w:br/>
        <w:t>f 2741/36837/31061 2246/36344/30579 2311/36408/30636</w:t>
        <w:br/>
        <w:t>f 2504/36597/30825 2753/36849/31073 2493/36588/30816</w:t>
        <w:br/>
        <w:t>f 2503/36598/30826 2504/36597/30825 2493/36588/30816</w:t>
        <w:br/>
        <w:t>f 2494/36587/30815 2503/36598/30826 2493/36588/30816</w:t>
        <w:br/>
        <w:t>f 2700/36799/31022 2507/36602/30829 2508/36601/30829</w:t>
        <w:br/>
        <w:t>f 2703/36796/31019 2700/36799/31022 2508/36601/30829</w:t>
        <w:br/>
        <w:t>f 2441/36537/30765 2480/36575/30803 2699/36794/31017</w:t>
        <w:br/>
        <w:t>f 2440/36538/30766 2699/36794/31017 2374/36469/30698</w:t>
        <w:br/>
        <w:t>f 2735/36831/31054 2440/36538/30766 2374/36469/30698</w:t>
        <w:br/>
        <w:t>f 2734/36830/31053 2735/36831/31054 2754/36850/31074</w:t>
        <w:br/>
        <w:t>f 2363/36456/30685 2734/36830/31053 2754/36850/31074</w:t>
        <w:br/>
        <w:t>f 2313/36409/30637 2734/36830/31053 2363/36456/30685</w:t>
        <w:br/>
        <w:t>f 2696/36792/31015 2313/36409/30637 2363/36456/30685</w:t>
        <w:br/>
        <w:t>f 2755/36851/31075 2183/36280/30514 2184/36279/30513</w:t>
        <w:br/>
        <w:t>f 2226/36319/31076 2755/36851/31075 2184/36279/30513</w:t>
        <w:br/>
        <w:t>f 2462/36558/30787 2383/36481/30710 2384/36480/30709</w:t>
        <w:br/>
        <w:t>f 2547/36642/30867 2462/36558/30787 2384/36480/30709</w:t>
        <w:br/>
        <w:t>f 2756/36852/31077 2547/36642/30867 2683/36778/31078</w:t>
        <w:br/>
        <w:t>f 2757/36853/31079 2683/36778/31002 2684/36777/31001</w:t>
        <w:br/>
        <w:t>f 2540/36638/30863 2758/36854/31080 2594/36687/30911</w:t>
        <w:br/>
        <w:t>f 2760/36855/31081 2603/36700/30924 2759/36856/31082</w:t>
        <w:br/>
        <w:t>f 2599/36698/30922 2600/36697/30921 2762/36857/31083</w:t>
        <w:br/>
        <w:t>f 2761/36858/31083 2599/36698/30922 2762/36857/31083</w:t>
        <w:br/>
        <w:t>f 2742/36839/31063 2724/36822/31044 2725/36821/31043</w:t>
        <w:br/>
        <w:t>f 2744/36842/31084 2764/36859/31085 2763/36860/31086</w:t>
        <w:br/>
        <w:t>f 2747/36846/31070 2679/36776/31049 2678/36773/30997</w:t>
        <w:br/>
        <w:t>f 2559/36656/30880 2678/36773/30997 2675/36770/30994</w:t>
        <w:br/>
        <w:t>f 2416/36512/30741 2389/36485/30714 2409/36505/30733</w:t>
        <w:br/>
        <w:t>f 2514/36609/30836 2416/36512/30741 2409/36505/30733</w:t>
        <w:br/>
        <w:t>f 2439/36535/30763 2416/36512/30741 2514/36609/30836</w:t>
        <w:br/>
        <w:t>f 2542/36636/30861 2439/36535/30763 2514/36609/30836</w:t>
        <w:br/>
        <w:t>f 2485/36581/30808 2542/36636/30861 2576/36672/30896</w:t>
        <w:br/>
        <w:t>f 2512/36608/30835 2485/36581/30808 2589/36684/30908</w:t>
        <w:br/>
        <w:t>f 2549/36645/30870 2512/36608/30835 2602/36695/30919</w:t>
        <w:br/>
        <w:t>f 2554/36651/30875 2555/36650/30874 2597/36692/30916</w:t>
        <w:br/>
        <w:t>f 2598/36691/30915 2554/36651/30875 2597/36692/30916</w:t>
        <w:br/>
        <w:t>f 2556/36653/30877 2598/36691/30915 2618/36714/30939</w:t>
        <w:br/>
        <w:t>f 2571/36668/30892 2556/36653/30877 2745/36841/31065</w:t>
        <w:br/>
        <w:t>f 2580/36676/30900 2571/36668/30892 2745/36841/31065</w:t>
        <w:br/>
        <w:t>f 2746/36840/31064 2580/36676/30900 2745/36841/31065</w:t>
        <w:br/>
        <w:t>f 2765/36861/31087 2579/36675/30899 2749/36844/31068</w:t>
        <w:br/>
        <w:t>f 2750/36843/31067 2765/36861/31087 2749/36844/31068</w:t>
        <w:br/>
        <w:t>f 2737/36835/31088 2358/36453/30682 2320/36416/30644</w:t>
        <w:br/>
        <w:t>f 2447/36540/30768 2478/36573/30801 2446/36541/30769</w:t>
        <w:br/>
        <w:t>f 2395/36492/30721 2447/36540/30768 2671/36768/30992</w:t>
        <w:br/>
        <w:t>f 2714/36809/31032 2715/36811/31034 2685/36782/31006</w:t>
        <w:br/>
        <w:t>f 2686/36781/31005 2714/36809/31032 2685/36782/31006</w:t>
        <w:br/>
        <w:t>f 2687/36783/31007 2766/36862/31089 2713/36810/31033</w:t>
        <w:br/>
        <w:t>f 2686/36781/31005 2687/36783/31007 2713/36810/31033</w:t>
        <w:br/>
        <w:t>f 2629/36724/30949 2728/36823/31045 2723/36818/31040</w:t>
        <w:br/>
        <w:t>f 2707/36803/31026 2629/36724/30949 2723/36818/31040</w:t>
        <w:br/>
        <w:t>f 2537/36632/30857 2708/36806/31029 2709/36805/31028</w:t>
        <w:br/>
        <w:t>f 2711/36807/31030 2722/36819/31041 2766/36862/31089</w:t>
        <w:br/>
        <w:t>f 2687/36783/31007 2711/36807/31030 2766/36862/31089</w:t>
        <w:br/>
        <w:t>f 2578/36673/30897 2606/36701/30926 2685/36782/31006</w:t>
        <w:br/>
        <w:t>f 2708/36806/31029 2578/36673/30897 2685/36782/31006</w:t>
        <w:br/>
        <w:t>f 2709/36805/31028 2767/36863/31090 2445/36542/30770</w:t>
        <w:br/>
        <w:t>f 2711/36807/31030 2645/36742/30967 2707/36803/31026</w:t>
        <w:br/>
        <w:t>f 2626/36721/30946 2728/36823/31045 2629/36724/30949</w:t>
        <w:br/>
        <w:t>f 2367/36464/30693 2395/36492/30721 2671/36768/30992</w:t>
        <w:br/>
        <w:t>f 2241/36338/30572 2297/36394/30626 2238/36333/30567</w:t>
        <w:br/>
        <w:t>f 2343/36440/30669 2367/36464/30693 2664/36760/30985</w:t>
        <w:br/>
        <w:t>f 2297/36394/30626 2343/36440/30669 2662/36757/30982</w:t>
        <w:br/>
        <w:t>f 2276/36373/30607 2320/36416/30644 2278/36374/30608</w:t>
        <w:br/>
        <w:t>f 2709/36805/31028 2445/36542/30770 2446/36541/30769</w:t>
        <w:br/>
        <w:t>f 2710/36804/31027 2767/36863/31090 2709/36805/31028</w:t>
        <w:br/>
        <w:t>f 2710/36804/31027 2708/36806/31029 2715/36811/31034</w:t>
        <w:br/>
        <w:t>f 2707/36803/31026 2628/36725/30950 2629/36724/30949</w:t>
        <w:br/>
        <w:t>f 2646/36741/30966 2628/36725/30950 2645/36742/30967</w:t>
        <w:br/>
        <w:t>f 2616/36711/30936 2727/36824/31046 2626/36721/30946</w:t>
        <w:br/>
        <w:t>f 2618/36714/30939 2595/36694/30918 2724/36822/31044</w:t>
        <w:br/>
        <w:t>f 2624/36720/30945 2724/36822/31044 2595/36694/30918</w:t>
        <w:br/>
        <w:t>f 2743/36838/31062 2556/36653/30877 2618/36714/30939</w:t>
        <w:br/>
        <w:t>f 2571/36668/30892 2530/36627/30853 2556/36653/30877</w:t>
        <w:br/>
        <w:t>f 2544/36640/30865 2457/36554/30782 2530/36627/30853</w:t>
        <w:br/>
        <w:t>f 2457/36554/30782 2458/36553/30781 2531/36626/30852</w:t>
        <w:br/>
        <w:t>f 2530/36627/30853 2531/36626/30852 2557/36652/30876</w:t>
        <w:br/>
        <w:t>f 2556/36653/30877 2554/36651/30875 2598/36691/30915</w:t>
        <w:br/>
        <w:t>f 2512/36608/30835 2454/36550/30778 2485/36581/30808</w:t>
        <w:br/>
        <w:t>f 2490/36586/30814 2434/36530/30758 2454/36550/30778</w:t>
        <w:br/>
        <w:t>f 2490/36586/30814 2512/36608/30835 2549/36645/30870</w:t>
        <w:br/>
        <w:t>f 2602/36695/30919 2512/36608/30835 2589/36684/30908</w:t>
        <w:br/>
        <w:t>f 2589/36684/30908 2588/36685/30909 2600/36697/31091</w:t>
        <w:br/>
        <w:t>f 2760/36855/31081 2588/36685/30925 2603/36700/30924</w:t>
        <w:br/>
        <w:t>f 2594/36687/30911 2588/36685/30909 2540/36638/30863</w:t>
        <w:br/>
        <w:t>f 2594/36687/30911 2758/36854/31080 2593/36688/30912</w:t>
        <w:br/>
        <w:t>f 2757/36853/31079 2513/36610/30837 2683/36778/31002</w:t>
        <w:br/>
        <w:t>f 2576/36672/30896 2540/36638/30863 2588/36685/30909</w:t>
        <w:br/>
        <w:t>f 2540/36638/30863 2541/36637/30862 2758/36854/31080</w:t>
        <w:br/>
        <w:t>f 2514/36609/30836 2513/36610/30837 2757/36853/31079</w:t>
        <w:br/>
        <w:t>f 2756/36852/31077 2462/36558/30787 2547/36642/30867</w:t>
        <w:br/>
        <w:t>f 2409/36505/30733 2462/36558/30787 2513/36610/30837</w:t>
        <w:br/>
        <w:t>f 2388/36484/30713 2409/36505/30733 2366/36462/30691</w:t>
        <w:br/>
        <w:t>f 2349/36444/30673 2388/36484/30713 2366/36462/30691</w:t>
        <w:br/>
        <w:t>f 2388/36484/30713 2383/36481/30710 2462/36558/30787</w:t>
        <w:br/>
        <w:t>f 2386/36483/30712 2389/36485/30714 2416/36512/30741</w:t>
        <w:br/>
        <w:t>f 2387/36482/30711 2386/36483/30712 2407/36502/30730</w:t>
        <w:br/>
        <w:t>f 2366/36462/30691 2389/36485/30714 2350/36446/30675</w:t>
        <w:br/>
        <w:t>f 2323/36417/30645 2366/36462/30691 2350/36446/30675</w:t>
        <w:br/>
        <w:t>f 2386/36483/30712 2365/36461/30690 2350/36446/30675</w:t>
        <w:br/>
        <w:t>f 2294/36390/30623 2349/36444/30673 2323/36417/30645</w:t>
        <w:br/>
        <w:t>f 2278/36374/30608 2294/36390/30623 2266/36361/30595</w:t>
        <w:br/>
        <w:t>f 2349/36444/30673 2348/36445/30674 2383/36481/30710</w:t>
        <w:br/>
        <w:t>f 2358/36453/30682 2348/36445/30674 2320/36416/30644</w:t>
        <w:br/>
        <w:t>f 2320/36416/30644 2348/36445/30674 2294/36390/30623</w:t>
        <w:br/>
        <w:t>f 2254/36351/30585 2276/36373/30607 2230/36325/30559</w:t>
        <w:br/>
        <w:t>f 2230/36325/30559 2276/36373/30607 2243/36339/30573</w:t>
        <w:br/>
        <w:t>f 2229/36326/30560 2243/36339/30573 2740/36836/31059</w:t>
        <w:br/>
        <w:t>f 2248/36342/30577 2740/36836/31059 2247/36343/30578</w:t>
        <w:br/>
        <w:t>f 2740/36836/31059 2266/36361/30595 2247/36343/30578</w:t>
        <w:br/>
        <w:t>f 2299/36397/31092 2246/36344/30579 2316/36413/30641</w:t>
        <w:br/>
        <w:t>f 2236/36332/30566 2208/36303/30537 2751/36847/31071</w:t>
        <w:br/>
        <w:t>f 2183/36280/30514 2755/36851/31075 2208/36303/30537</w:t>
        <w:br/>
        <w:t>f 2208/36303/31060 2229/36326/30560 2248/36342/30577</w:t>
        <w:br/>
        <w:t>f 2741/36837/31061 2248/36342/30577 2246/36344/30579</w:t>
        <w:br/>
        <w:t>f 2246/36344/30579 2247/36343/30578 2317/36412/30640</w:t>
        <w:br/>
        <w:t>f 2485/36581/30808 2439/36535/30763 2542/36636/30861</w:t>
        <w:br/>
        <w:t>f 2589/36684/30908 2485/36581/30808 2576/36672/30896</w:t>
        <w:br/>
        <w:t>f 2529/36624/30850 2543/36639/30864 2539/36634/30859</w:t>
        <w:br/>
        <w:t>f 2504/36597/30825 2559/36656/30880 2675/36770/30994</w:t>
        <w:br/>
        <w:t>f 2744/36842/31084 2743/36838/31062 2764/36859/31085</w:t>
        <w:br/>
        <w:t>f 2744/36842/31084 2763/36860/31086 2768/36864/31093</w:t>
        <w:br/>
        <w:t>f 2560/36655/30879 2581/36677/30901 2582/36678/30902</w:t>
        <w:br/>
        <w:t>f 2747/36846/31070 2748/36845/31069 2679/36776/31049</w:t>
        <w:br/>
        <w:t>f 2484/36580/30807 2464/36559/30788 2453/36549/30777</w:t>
        <w:br/>
        <w:t>f 2464/36559/30788 2484/36580/30807 2417/36514/30743</w:t>
        <w:br/>
        <w:t>f 2484/36580/30807 2511/36607/30834 2474/36570/30798</w:t>
        <w:br/>
        <w:t>f 2474/36570/30798 2418/36513/30742 2417/36514/30743</w:t>
        <w:br/>
        <w:t>f 2417/36514/30743 2399/36493/30722 2397/36495/30724</w:t>
        <w:br/>
        <w:t>f 2699/36794/31017 2480/36575/30803 2700/36799/31022</w:t>
        <w:br/>
        <w:t>f 2440/36538/30766 2441/36537/30765 2699/36794/31017</w:t>
        <w:br/>
        <w:t>f 2735/36831/31054 2374/36469/30698 2362/36457/30686</w:t>
        <w:br/>
        <w:t>f 2735/36831/31054 2734/36830/31053 2399/36493/30722</w:t>
        <w:br/>
        <w:t>f 2370/36465/30694 2290/36386/30619 2353/36451/30680</w:t>
        <w:br/>
        <w:t>f 2260/36357/30591 2261/36356/30590 2329/36424/30652</w:t>
        <w:br/>
        <w:t>f 2314/36411/30639 2301/36395/30627 2299/36397/30629</w:t>
        <w:br/>
        <w:t>f 2339/36435/30664 2328/36425/30653 2419/36515/30744</w:t>
        <w:br/>
        <w:t>f 2219/36316/30550 2207/36304/30538 2236/36332/30566</w:t>
        <w:br/>
        <w:t>f 2234/36328/30562 2219/36316/30550 2261/36356/30590</w:t>
        <w:br/>
        <w:t>f 2182/36281/30515 2183/36280/30514 2207/36304/30538</w:t>
        <w:br/>
        <w:t>f 2232/36330/30564 2220/36315/30549 2234/36328/30562</w:t>
        <w:br/>
        <w:t>f 2234/36328/30562 2253/36347/30581 2233/36329/30563</w:t>
        <w:br/>
        <w:t>f 2270/36369/30603 2313/36409/30637 2696/36792/31015</w:t>
        <w:br/>
        <w:t>f 2251/36349/30583 2271/36368/30602 2659/36754/30979</w:t>
        <w:br/>
        <w:t>f 2251/36349/30583 2264/36359/30593 2271/36368/30602</w:t>
        <w:br/>
        <w:t>f 2345/36441/30670 2310/36406/30634 2376/36473/30702</w:t>
        <w:br/>
        <w:t>f 2377/36472/30701 2376/36473/30702 2752/36848/31072</w:t>
        <w:br/>
        <w:t>f 2264/36359/30593 2313/36409/30637 2270/36369/30603</w:t>
        <w:br/>
        <w:t>f 2270/36369/30603 2696/36792/31015 2694/36790/31014</w:t>
        <w:br/>
        <w:t>f 2145/36241/30478 2073/36169/30420 2071/36167/30418</w:t>
        <w:br/>
        <w:t>f 2092/36188/30438 2121/36220/30459 2122/36219/30458</w:t>
        <w:br/>
        <w:t>f 2053/36149/30400 2069/36165/30416 2092/36188/30438</w:t>
        <w:br/>
        <w:t>f 2067/36162/30413 2053/36149/30400 2044/36139/30390</w:t>
        <w:br/>
        <w:t>f 2040/36137/30388 2041/36136/30387 2071/36167/30418</w:t>
        <w:br/>
        <w:t>f 2028/36125/30376 2029/36124/30375 2041/36136/30387</w:t>
        <w:br/>
        <w:t>f 2145/36241/30478 2132/36228/30466 2769/36865/31094</w:t>
        <w:br/>
        <w:t>f 2281/36377/30611 2181/36277/30511 2221/36318/30552</w:t>
        <w:br/>
        <w:t>f 2742/36839/31063 2725/36821/31043 2770/36866/31095</w:t>
        <w:br/>
        <w:t>f 2559/36656/30880 2582/36678/30902 2678/36773/30997</w:t>
        <w:br/>
        <w:t>f 2489/36584/30812 2704/36800/31023 2488/36585/30813</w:t>
        <w:br/>
        <w:t>f 2773/36867/31096 2772/36868/31096 2771/36869/30812</w:t>
        <w:br/>
        <w:t>f 2483/36577/30809 2489/36584/30812 2486/36582/30810</w:t>
        <w:br/>
        <w:t>f 2263/36360/30594 2345/36441/30670 2313/36409/30637</w:t>
        <w:br/>
        <w:t>f 2310/36406/30634 2252/36348/30582 2290/36386/30619</w:t>
        <w:br/>
        <w:t>f 2752/36848/31072 2376/36473/30702 2394/36489/30718</w:t>
        <w:br/>
        <w:t>f 2376/36473/30702 2310/36406/30634 2370/36465/30694</w:t>
        <w:br/>
        <w:t>f 2369/36466/30695 2353/36451/30680 2354/36450/30679</w:t>
        <w:br/>
        <w:t>f 2624/36720/30945 2596/36693/30917 2622/36718/30943</w:t>
        <w:br/>
        <w:t>f 2623/36717/30942 2624/36720/30945 2622/36718/30943</w:t>
        <w:br/>
        <w:t>f 2627/36723/30948 2622/36718/30943 2712/36808/31031</w:t>
        <w:br/>
        <w:t>f 2608/36707/30932 2680/36775/30999 2611/36704/30929</w:t>
        <w:br/>
        <w:t>f 2192/36287/30521 2182/36281/30515 2232/36330/30564</w:t>
        <w:br/>
        <w:t>f 2657/36756/30981 2191/36288/30522 2192/36287/30521</w:t>
        <w:br/>
        <w:t>f 2660/36753/30978 2232/36330/30564 2233/36329/30563</w:t>
        <w:br/>
        <w:t>f 2253/36347/30581 2234/36328/30562 2261/36356/30590</w:t>
        <w:br/>
        <w:t>f 2118/36216/30455 2119/36215/30454 2130/36227/30465</w:t>
        <w:br/>
        <w:t>f 2337/36433/30662 2346/36442/30671 2774/36870/30707</w:t>
        <w:br/>
        <w:t>f 2517/36614/30841 2487/36583/30811 2414/36511/30740</w:t>
        <w:br/>
        <w:t>f 2569/36663/30887 2518/36613/30840 2568/36664/30888</w:t>
        <w:br/>
        <w:t>f 2567/36665/30889 2568/36664/30888 2558/36654/30878</w:t>
        <w:br/>
        <w:t>f 2567/36665/30889 2558/36654/30878 2524/36619/30845</w:t>
        <w:br/>
        <w:t>f 2567/36665/30889 2552/36648/30872 2585/36680/30904</w:t>
        <w:br/>
        <w:t>f 2456/36552/30780 2405/36500/30728 2497/36593/30821</w:t>
        <w:br/>
        <w:t>f 2380/36475/30704 2433/36527/30755 2405/36500/30728</w:t>
        <w:br/>
        <w:t>f 2497/36593/30821 2431/36529/30757 2516/36611/30838</w:t>
        <w:br/>
        <w:t>f 2586/36682/30906 2552/36648/30872 2573/36669/30893</w:t>
        <w:br/>
        <w:t>f 2573/36669/30893 2583/36679/30903 2613/36709/30934</w:t>
        <w:br/>
        <w:t>f 2612/36708/30933 2585/36680/30904 2586/36682/30906</w:t>
        <w:br/>
        <w:t>f 2564/36659/30883 2705/36801/31024 2563/36660/30884</w:t>
        <w:br/>
        <w:t>f 2128/36224/30462 2123/36218/30457 2137/36231/30468</w:t>
        <w:br/>
        <w:t>f 2136/36232/30469 2775/36871/31097 2180/36276/30510</w:t>
        <w:br/>
        <w:t>f 2137/36231/30468 2123/36218/30457 2136/36232/30469</w:t>
        <w:br/>
        <w:t>f 2135/36233/30470 2180/36276/30510 2222/36317/30551</w:t>
        <w:br/>
        <w:t>f 2279/36375/30609 2222/36317/30551 2235/36331/30565</w:t>
        <w:br/>
        <w:t>f 2206/36301/30535 2189/36285/30575 2287/36382/30615</w:t>
        <w:br/>
        <w:t>f 2205/36302/30536 2180/36276/30510 2775/36871/31097</w:t>
        <w:br/>
        <w:t>f 2136/36232/30469 2129/36225/30463 2775/36871/31097</w:t>
        <w:br/>
        <w:t>f 2136/36232/30469 2123/36218/30457 2129/36225/30463</w:t>
        <w:br/>
        <w:t>f 2065/36160/30411 2030/36126/30377 2048/36144/30395</w:t>
        <w:br/>
        <w:t>f 2043/36140/30391 2030/36126/30377 2065/36160/30411</w:t>
        <w:br/>
        <w:t>f 2091/36187/30437 2165/36262/30496 2064/36161/30412</w:t>
        <w:br/>
        <w:t>f 2038/36134/30385 2047/36143/30394 2060/36156/30407</w:t>
        <w:br/>
        <w:t>f 2066/36163/30414 2043/36140/30391 2065/36160/30411</w:t>
        <w:br/>
        <w:t>f 2044/36139/30390 2036/36132/30383 2031/36127/30378</w:t>
        <w:br/>
        <w:t>f 2029/36124/30375 2036/36132/30383 2042/36138/30389</w:t>
        <w:br/>
        <w:t>f 2024/36123/30374 2034/36131/30382 2038/36134/30385</w:t>
        <w:br/>
        <w:t>f 2153/36251/30486 2181/36277/30511 2242/36337/30571</w:t>
        <w:br/>
        <w:t>f 2288/36385/30618 2227/36323/30557 2256/36352/30586</w:t>
        <w:br/>
        <w:t>f 2391/36487/30716 2342/36438/30667 2414/36511/30740</w:t>
        <w:br/>
        <w:t>f 2334/36430/30659 2289/36384/30617 2288/36385/30618</w:t>
        <w:br/>
        <w:t>f 2319/36415/30643 2338/36434/30663 2392/36488/30717</w:t>
        <w:br/>
        <w:t>f 2342/36438/30667 2319/36415/30643 2403/36499/30727</w:t>
        <w:br/>
        <w:t>f 2523/36620/30846 2456/36552/30780 2497/36593/30821</w:t>
        <w:br/>
        <w:t>f 2524/36619/30845 2497/36593/30821 2516/36611/30838</w:t>
        <w:br/>
        <w:t>f 2515/36612/30839 2563/36660/30884 2583/36679/30903</w:t>
        <w:br/>
        <w:t>f 2638/36734/30959 2644/36740/30965 2651/36746/30971</w:t>
        <w:br/>
        <w:t>f 2644/36740/30965 2638/36734/30959 2625/36722/30947</w:t>
        <w:br/>
        <w:t>f 2537/36632/30857 2578/36673/30897 2708/36806/31029</w:t>
        <w:br/>
        <w:t>f 2395/36492/30721 2478/36573/30801 2447/36540/30768</w:t>
        <w:br/>
        <w:t>f 2367/36464/30693 2368/36463/30692 2395/36492/30721</w:t>
        <w:br/>
        <w:t>f 2368/36463/30692 2375/36471/30700 2396/36491/30720</w:t>
        <w:br/>
        <w:t>f 2420/36516/30745 2396/36491/30720 2375/36471/30700</w:t>
        <w:br/>
        <w:t>f 2778/36872/31098 2777/36873/31099 2776/36874/31100</w:t>
        <w:br/>
        <w:t>f 2782/36875/31101 2781/36876/31102 2780/36877/31103</w:t>
        <w:br/>
        <w:t>f 2779/36878/31104 2782/36875/31101 2780/36877/31103</w:t>
        <w:br/>
        <w:t>f 2784/36879/31105 2783/36880/31106 2781/36876/31102</w:t>
        <w:br/>
        <w:t>f 2782/36875/31101 2784/36879/31105 2781/36876/31102</w:t>
        <w:br/>
        <w:t>f 2783/36880/31106 2784/36879/31105 2786/36881/31107</w:t>
        <w:br/>
        <w:t>f 2785/36882/31108 2783/36880/31106 2786/36881/31107</w:t>
        <w:br/>
        <w:t>f 2789/36883/31109 2788/36884/31109 2787/36885/31110</w:t>
        <w:br/>
        <w:t>f 2793/36886/31111 2792/36887/31112 2791/36888/31113</w:t>
        <w:br/>
        <w:t>f 2790/36889/31114 2793/36886/31111 2791/36888/31113</w:t>
        <w:br/>
        <w:t>f 2797/36890/31115 2796/36891/31116 2795/36892/31117</w:t>
        <w:br/>
        <w:t>f 2794/36893/31118 2797/36890/31115 2795/36892/31117</w:t>
        <w:br/>
        <w:t>f 2799/36894/31119 2791/36888/31113 2792/36887/31112</w:t>
        <w:br/>
        <w:t>f 2798/36895/31120 2799/36894/31119 2792/36887/31112</w:t>
        <w:br/>
        <w:t>f 2801/36896/31121 2799/36894/31119 2798/36895/31120</w:t>
        <w:br/>
        <w:t>f 2800/36897/31122 2801/36896/31121 2798/36895/31120</w:t>
        <w:br/>
        <w:t>f 2804/36898/31123 2803/36899/31124 2802/36900/31125</w:t>
        <w:br/>
        <w:t>f 2805/36901/31126 2804/36898/31123 2802/36900/31125</w:t>
        <w:br/>
        <w:t>f 2806/36902/31127 2791/36888/31113 2794/36893/31118</w:t>
        <w:br/>
        <w:t>f 2795/36892/31117 2806/36902/31127 2794/36893/31118</w:t>
        <w:br/>
        <w:t>f 2790/36889/31114 2791/36888/31113 2806/36902/31127</w:t>
        <w:br/>
        <w:t>f 2807/36903/31128 2790/36889/31114 2806/36902/31127</w:t>
        <w:br/>
        <w:t>f 2811/36904/31129 2810/36905/31130 2809/36906/31131</w:t>
        <w:br/>
        <w:t>f 2808/36907/31132 2811/36904/31129 2809/36906/31131</w:t>
        <w:br/>
        <w:t>f 2815/36908/31099 2814/36909/31133 2813/36910/31134</w:t>
        <w:br/>
        <w:t>f 2812/36911/31135 2815/36908/31099 2813/36910/31134</w:t>
        <w:br/>
        <w:t>f 2812/36911/31135 2813/36910/31134 2817/36912/31136</w:t>
        <w:br/>
        <w:t>f 2816/36913/31137 2812/36911/31135 2817/36912/31136</w:t>
        <w:br/>
        <w:t>f 2821/36914/31138 2820/36915/31139 2819/36916/31139</w:t>
        <w:br/>
        <w:t>f 2818/36917/31138 2821/36914/31138 2819/36916/31139</w:t>
        <w:br/>
        <w:t>f 2825/36918/31140 2824/36919/31141 2823/36920/31142</w:t>
        <w:br/>
        <w:t>f 2822/36921/31142 2825/36918/31140 2823/36920/31142</w:t>
        <w:br/>
        <w:t>f 2821/36914/31138 2818/36917/31138 2827/36922/31143</w:t>
        <w:br/>
        <w:t>f 2826/36923/31143 2821/36914/31138 2827/36922/31143</w:t>
        <w:br/>
        <w:t>f 2778/36872/31098 2776/36874/31100 2828/36924/31144</w:t>
        <w:br/>
        <w:t>f 2788/36884/31109 2789/36883/31109 2830/36925/31145</w:t>
        <w:br/>
        <w:t>f 2829/36926/31145 2788/36884/31109 2830/36925/31145</w:t>
        <w:br/>
        <w:t>f 2833/36927/31146 2832/36928/31147 2831/36929/31148</w:t>
        <w:br/>
        <w:t>f 2834/36930/31149 2833/36927/31146 2831/36929/31148</w:t>
        <w:br/>
        <w:t>f 2793/36886/31111 2790/36889/31114 2808/36907/31132</w:t>
        <w:br/>
        <w:t>f 2835/36931/31150 2793/36886/31111 2808/36907/31132</w:t>
        <w:br/>
        <w:t>f 2807/36903/31128 2811/36904/31129 2808/36907/31132</w:t>
        <w:br/>
        <w:t>f 2790/36889/31114 2807/36903/31128 2808/36907/31132</w:t>
        <w:br/>
        <w:t>f 2839/36932/31151 2838/36933/31133 2837/36934/31152</w:t>
        <w:br/>
        <w:t>f 2836/36935/31153 2839/36932/31151 2837/36934/31152</w:t>
        <w:br/>
        <w:t>f 2777/36873/31099 2840/36936/31154 2837/36934/31152</w:t>
        <w:br/>
        <w:t>f 2838/36933/31133 2777/36873/31099 2837/36934/31152</w:t>
        <w:br/>
        <w:t>f 2842/36937/31155 2801/36896/31121 2800/36897/31122</w:t>
        <w:br/>
        <w:t>f 2841/36938/31156 2842/36937/31155 2800/36897/31122</w:t>
        <w:br/>
        <w:t>f 2845/36939/31157 2844/36940/31158 2843/36941/31159</w:t>
        <w:br/>
        <w:t>f 2848/36942/31160 2847/36943/31161 2846/36944/31162</w:t>
        <w:br/>
        <w:t>f 2851/36945/31163 2850/36946/31164 2849/36947/31164</w:t>
        <w:br/>
        <w:t>f 2853/36948/31165 2852/36949/31166 2785/36882/31108</w:t>
        <w:br/>
        <w:t>f 2786/36881/31107 2853/36948/31165 2785/36882/31108</w:t>
        <w:br/>
        <w:t>f 2829/36926/31145 2830/36925/31145 2852/36949/31166</w:t>
        <w:br/>
        <w:t>f 2853/36948/31165 2829/36926/31145 2852/36949/31166</w:t>
        <w:br/>
        <w:t>f 2855/36950/31167 2796/36891/31116 2797/36890/31115</w:t>
        <w:br/>
        <w:t>f 2854/36951/31168 2855/36950/31167 2797/36890/31115</w:t>
        <w:br/>
        <w:t>f 2833/36927/31146 2855/36950/31167 2854/36951/31168</w:t>
        <w:br/>
        <w:t>f 2832/36928/31147 2833/36927/31146 2854/36951/31168</w:t>
        <w:br/>
        <w:t>f 2841/36938/31156 2805/36901/31126 2802/36900/31125</w:t>
        <w:br/>
        <w:t>f 2842/36937/31155 2841/36938/31156 2802/36900/31125</w:t>
        <w:br/>
        <w:t>f 2831/36929/31148 2856/36952/31169 2834/36930/31149</w:t>
        <w:br/>
        <w:t>f 2859/36953/31170 2858/36954/31171 2857/36955/31171</w:t>
        <w:br/>
        <w:t>f 2863/36956/31172 2862/36957/31173 2861/36958/31174</w:t>
        <w:br/>
        <w:t>f 2860/36959/31172 2863/36956/31172 2861/36958/31174</w:t>
        <w:br/>
        <w:t>f 2865/36960/31175 2864/36961/31176 2863/36956/31172</w:t>
        <w:br/>
        <w:t>f 2860/36959/31172 2865/36960/31175 2863/36956/31172</w:t>
        <w:br/>
        <w:t>f 2776/36874/31100 2780/36877/31103 2781/36876/31102</w:t>
        <w:br/>
        <w:t>f 2828/36924/31144 2776/36874/31100 2781/36876/31102</w:t>
        <w:br/>
        <w:t>f 2867/36962/31177 2828/36924/31144 2781/36876/31102</w:t>
        <w:br/>
        <w:t>f 2866/36963/31177 2867/36962/31177 2781/36876/31102</w:t>
        <w:br/>
        <w:t>f 2869/36964/31178 2868/36965/31179 2867/36962/31177</w:t>
        <w:br/>
        <w:t>f 2866/36963/31177 2869/36964/31178 2867/36962/31177</w:t>
        <w:br/>
        <w:t>f 2868/36965/31179 2869/36964/31178 2871/36966/31180</w:t>
        <w:br/>
        <w:t>f 2870/36967/31181 2868/36965/31179 2871/36966/31180</w:t>
        <w:br/>
        <w:t>f 2870/36967/31181 2871/36966/31180 2873/36968/31182</w:t>
        <w:br/>
        <w:t>f 2872/36969/31183 2870/36967/31181 2873/36968/31182</w:t>
        <w:br/>
        <w:t>f 2874/36970/31184 2872/36969/31183 2873/36968/31182</w:t>
        <w:br/>
        <w:t>f 2875/36971/31184 2874/36970/31184 2873/36968/31182</w:t>
        <w:br/>
        <w:t>f 2813/36910/31134 2814/36909/31133 2877/36972/31151</w:t>
        <w:br/>
        <w:t>f 2876/36973/31185 2813/36910/31134 2877/36972/31151</w:t>
        <w:br/>
        <w:t>f 2876/36973/31185 2878/36974/31186 2817/36912/31136</w:t>
        <w:br/>
        <w:t>f 2813/36910/31134 2876/36973/31185 2817/36912/31136</w:t>
        <w:br/>
        <w:t>f 2845/36939/31157 2843/36941/31159 2879/36975/31187</w:t>
        <w:br/>
        <w:t>f 2780/36877/31103 2839/36932/31151 2779/36878/31104</w:t>
        <w:br/>
        <w:t>f 2779/36878/31104 2839/36932/31151 2836/36935/31153</w:t>
        <w:br/>
        <w:t>f 2883/36976/31188 2882/36977/31188 2881/36978/31189</w:t>
        <w:br/>
        <w:t>f 2880/36979/31189 2883/36976/31188 2881/36978/31189</w:t>
        <w:br/>
        <w:t>f 2882/36977/31188 2883/36976/31188 2885/36980/31190</w:t>
        <w:br/>
        <w:t>f 2884/36981/31191 2882/36977/31188 2885/36980/31190</w:t>
        <w:br/>
        <w:t>f 2884/36981/31191 2885/36980/31190 2887/36982/31192</w:t>
        <w:br/>
        <w:t>f 2886/36983/31193 2884/36981/31191 2887/36982/31192</w:t>
        <w:br/>
        <w:t>f 2889/36984/31194 2888/36985/31194 2886/36983/31193</w:t>
        <w:br/>
        <w:t>f 2887/36982/31192 2889/36984/31194 2886/36983/31193</w:t>
        <w:br/>
        <w:t>f 2888/36985/31194 2889/36984/31194 2891/36986/31195</w:t>
        <w:br/>
        <w:t>f 2890/36987/31195 2888/36985/31194 2891/36986/31195</w:t>
        <w:br/>
        <w:t>f 2893/36988/31196 2890/36987/31195 2891/36986/31195</w:t>
        <w:br/>
        <w:t>f 2892/36989/31196 2893/36988/31196 2891/36986/31195</w:t>
        <w:br/>
        <w:t>f 2893/36988/31196 2892/36989/31196 2894/36990/31197</w:t>
        <w:br/>
        <w:t>f 2895/36991/31198 2893/36988/31196 2894/36990/31197</w:t>
        <w:br/>
        <w:t>f 2899/36992/31124 2898/36993/31199 2897/36994/31200</w:t>
        <w:br/>
        <w:t>f 2896/36995/31201 2899/36992/31124 2897/36994/31200</w:t>
        <w:br/>
        <w:t>f 2902/36996/31202 2901/36997/31125 2897/36994/31200</w:t>
        <w:br/>
        <w:t>f 2900/36998/31202 2902/36996/31202 2897/36994/31200</w:t>
        <w:br/>
        <w:t>f 2900/36998/31202 2904/36999/31203 2903/37000/31204</w:t>
        <w:br/>
        <w:t>f 2902/36996/31202 2900/36998/31202 2903/37000/31204</w:t>
        <w:br/>
        <w:t>f 2904/36999/31203 2906/37001/31205 2905/37002/31206</w:t>
        <w:br/>
        <w:t>f 2903/37000/31204 2904/36999/31203 2905/37002/31206</w:t>
        <w:br/>
        <w:t>f 2905/37002/31206 2906/37001/31205 2908/37003/31207</w:t>
        <w:br/>
        <w:t>f 2907/37004/31207 2905/37002/31206 2908/37003/31207</w:t>
        <w:br/>
        <w:t>f 2912/37005/31208 2911/37006/31209 2910/37007/31210</w:t>
        <w:br/>
        <w:t>f 2909/37008/31208 2912/37005/31208 2910/37007/31210</w:t>
        <w:br/>
        <w:t>f 2912/37005/31208 2909/37008/31208 2914/37009/31211</w:t>
        <w:br/>
        <w:t>f 2913/37010/31211 2912/37005/31208 2914/37009/31211</w:t>
        <w:br/>
        <w:t>f 2916/37011/31212 2915/37012/31212 2913/37010/31211</w:t>
        <w:br/>
        <w:t>f 2914/37009/31211 2916/37011/31212 2913/37010/31211</w:t>
        <w:br/>
        <w:t>f 2918/37013/31213 2915/37012/31212 2916/37011/31212</w:t>
        <w:br/>
        <w:t>f 2917/37014/31213 2918/37013/31213 2916/37011/31212</w:t>
        <w:br/>
        <w:t>f 2920/37015/31214 2918/37013/31213 2917/37014/31213</w:t>
        <w:br/>
        <w:t>f 2919/37016/31215 2920/37015/31214 2917/37014/31213</w:t>
        <w:br/>
        <w:t>f 2921/37017/31216 2920/37015/31214 2919/37016/31215</w:t>
        <w:br/>
        <w:t>f 2834/36930/31149 2856/36952/31169 2922/37018/31217</w:t>
        <w:br/>
        <w:t>f 2922/37018/31217 2923/37019/31218 2833/36927/31146</w:t>
        <w:br/>
        <w:t>f 2834/36930/31149 2922/37018/31217 2833/36927/31146</w:t>
        <w:br/>
        <w:t>f 2923/37019/31218 2924/37020/31219 2855/36950/31167</w:t>
        <w:br/>
        <w:t>f 2833/36927/31146 2923/37019/31218 2855/36950/31167</w:t>
        <w:br/>
        <w:t>f 2924/37020/31219 2925/37021/31220 2796/36891/31116</w:t>
        <w:br/>
        <w:t>f 2855/36950/31167 2924/37020/31219 2796/36891/31116</w:t>
        <w:br/>
        <w:t>f 2925/37021/31220 2926/37022/31221 2795/36892/31117</w:t>
        <w:br/>
        <w:t>f 2796/36891/31116 2925/37021/31220 2795/36892/31117</w:t>
        <w:br/>
        <w:t>f 2806/36902/31127 2795/36892/31117 2926/37022/31221</w:t>
        <w:br/>
        <w:t>f 2927/37023/31222 2806/36902/31127 2926/37022/31221</w:t>
        <w:br/>
        <w:t>f 2807/36903/31128 2806/36902/31127 2927/37023/31222</w:t>
        <w:br/>
        <w:t>f 2928/37024/31223 2807/36903/31128 2927/37023/31222</w:t>
        <w:br/>
        <w:t>f 2928/37024/31223 2929/37025/31224 2811/36904/31129</w:t>
        <w:br/>
        <w:t>f 2807/36903/31128 2928/37024/31223 2811/36904/31129</w:t>
        <w:br/>
        <w:t>f 2931/37026/31225 2930/37027/31225 2880/36979/31189</w:t>
        <w:br/>
        <w:t>f 2881/36978/31189 2931/37026/31225 2880/36979/31189</w:t>
        <w:br/>
        <w:t>f 2809/36906/31131 2932/37028/31226 2835/36931/31150</w:t>
        <w:br/>
        <w:t>f 2808/36907/31132 2809/36906/31131 2835/36931/31150</w:t>
        <w:br/>
        <w:t>f 2810/36905/31130 2811/36904/31129 2929/37025/31224</w:t>
        <w:br/>
        <w:t>f 2933/37029/31227 2810/36905/31130 2929/37025/31224</w:t>
        <w:br/>
        <w:t>f 2935/37030/31228 2836/36935/31153 2837/36934/31152</w:t>
        <w:br/>
        <w:t>f 2934/37031/31229 2935/37030/31228 2837/36934/31152</w:t>
        <w:br/>
        <w:t>f 2879/36975/31187 2843/36941/31159 2937/37032/31230</w:t>
        <w:br/>
        <w:t>f 2936/37033/31231 2879/36975/31187 2937/37032/31230</w:t>
        <w:br/>
        <w:t>f 2938/37034/31232 2937/37032/31230 2843/36941/31159</w:t>
        <w:br/>
        <w:t>f 2844/36940/31158 2938/37034/31232 2843/36941/31159</w:t>
        <w:br/>
        <w:t>f 2847/36943/31161 2940/37035/31233 2939/37036/31233</w:t>
        <w:br/>
        <w:t>f 2846/36944/31162 2847/36943/31161 2939/37036/31233</w:t>
        <w:br/>
        <w:t>f 2858/36954/31171 2942/37037/31234 2941/37038/31235</w:t>
        <w:br/>
        <w:t>f 2857/36955/31171 2858/36954/31171 2941/37038/31235</w:t>
        <w:br/>
        <w:t>f 2850/36946/31164 2944/37039/31236 2943/37040/31237</w:t>
        <w:br/>
        <w:t>f 2849/36947/31164 2850/36946/31164 2943/37040/31237</w:t>
        <w:br/>
        <w:t>f 2946/37041/31238 2945/37042/31238 2822/36921/31142</w:t>
        <w:br/>
        <w:t>f 2823/36920/31142 2946/37041/31238 2822/36921/31142</w:t>
        <w:br/>
        <w:t>f 2816/36913/31137 2817/36912/31136 2937/37032/31230</w:t>
        <w:br/>
        <w:t>f 2938/37034/31232 2816/36913/31137 2937/37032/31230</w:t>
        <w:br/>
        <w:t>f 2939/37036/31233 2940/37035/31233 2945/37042/31238</w:t>
        <w:br/>
        <w:t>f 2946/37041/31238 2939/37036/31233 2945/37042/31238</w:t>
        <w:br/>
        <w:t>f 2942/37037/31234 2861/36958/31174 2862/36957/31173</w:t>
        <w:br/>
        <w:t>f 2941/37038/31235 2942/37037/31234 2862/36957/31173</w:t>
        <w:br/>
        <w:t>f 2827/36922/31143 2943/37040/31237 2944/37039/31236</w:t>
        <w:br/>
        <w:t>f 2826/36923/31143 2827/36922/31143 2944/37039/31236</w:t>
        <w:br/>
        <w:t>f 2936/37033/31231 2937/37032/31230 2817/36912/31136</w:t>
        <w:br/>
        <w:t>f 2878/36974/31186 2936/37033/31231 2817/36912/31136</w:t>
        <w:br/>
        <w:t>f 2947/37043/31239 2803/36899/31124 2804/36898/31123</w:t>
        <w:br/>
        <w:t>f 2948/37044/31239 2898/36993/31199 2899/36992/31124</w:t>
        <w:br/>
        <w:t>f 2875/36971/31184 2949/37045/31240 2874/36970/31184</w:t>
        <w:br/>
        <w:t>f 2895/36991/31198 2894/36990/31197 2950/37046/31241</w:t>
        <w:br/>
        <w:t>f 2837/36934/31152 2840/36936/31154 2951/37047/31242</w:t>
        <w:br/>
        <w:t>f 2934/37031/31229 2837/36934/31152 2951/37047/31242</w:t>
        <w:br/>
        <w:t>f 2840/36936/31154 2777/36873/31099 2778/36872/31098</w:t>
        <w:br/>
        <w:t>f 2955/37048/31243 2954/37049/31244 2953/37050/31245</w:t>
        <w:br/>
        <w:t>f 2952/37051/31246 2955/37048/31243 2953/37050/31245</w:t>
        <w:br/>
        <w:t>f 2959/37052/31247 2958/37053/31248 2957/37054/31249</w:t>
        <w:br/>
        <w:t>f 2956/37055/31250 2959/37052/31247 2957/37054/31249</w:t>
        <w:br/>
        <w:t>f 2961/37056/31251 2957/37054/31249 2958/37053/31248</w:t>
        <w:br/>
        <w:t>f 2960/37057/31252 2961/37056/31251 2958/37053/31248</w:t>
        <w:br/>
        <w:t>f 2963/37058/31253 2961/37056/31251 2960/37057/31252</w:t>
        <w:br/>
        <w:t>f 2962/37059/31254 2963/37058/31253 2960/37057/31252</w:t>
        <w:br/>
        <w:t>f 2966/37060/31255 2965/37061/31256 2964/37062/31257</w:t>
        <w:br/>
        <w:t>f 2970/37063/31258 2969/37064/31258 2968/37065/31259</w:t>
        <w:br/>
        <w:t>f 2967/37066/31260 2970/37063/31258 2968/37065/31259</w:t>
        <w:br/>
        <w:t>f 2973/37067/31261 2972/37068/31261 2971/37069/31262</w:t>
        <w:br/>
        <w:t>f 2977/37070/31263 2976/37071/31264 2975/37072/31265</w:t>
        <w:br/>
        <w:t>f 2974/37073/31266 2977/37070/31263 2975/37072/31265</w:t>
        <w:br/>
        <w:t>f 2981/37074/31267 2980/37075/31267 2979/37076/31268</w:t>
        <w:br/>
        <w:t>f 2978/37077/31268 2981/37074/31267 2979/37076/31268</w:t>
        <w:br/>
        <w:t>f 2974/37073/31266 2975/37072/31265 2983/37078/31269</w:t>
        <w:br/>
        <w:t>f 2982/37079/31270 2974/37073/31266 2983/37078/31269</w:t>
        <w:br/>
        <w:t>f 2980/37075/31267 2981/37074/31267 2985/37080/31271</w:t>
        <w:br/>
        <w:t>f 2984/37081/31272 2980/37075/31267 2985/37080/31271</w:t>
        <w:br/>
        <w:t>f 2982/37079/31270 2983/37078/31269 2987/37082/31273</w:t>
        <w:br/>
        <w:t>f 2986/37083/31274 2982/37079/31270 2987/37082/31273</w:t>
        <w:br/>
        <w:t>f 2989/37084/31275 2988/37085/31275 2984/37081/31272</w:t>
        <w:br/>
        <w:t>f 2985/37080/31271 2989/37084/31275 2984/37081/31272</w:t>
        <w:br/>
        <w:t>f 2973/37067/31261 2991/37086/31276 2990/37087/31276</w:t>
        <w:br/>
        <w:t>f 2972/37068/31261 2973/37067/31261 2990/37087/31276</w:t>
        <w:br/>
        <w:t>f 2965/37061/31256 2994/37088/31277 2993/37089/31278</w:t>
        <w:br/>
        <w:t>f 2992/37090/31279 2965/37061/31256 2993/37089/31278</w:t>
        <w:br/>
        <w:t>f 2998/37091/31280 2997/37092/31281 2996/37093/31282</w:t>
        <w:br/>
        <w:t>f 2995/37094/31283 2998/37091/31280 2996/37093/31282</w:t>
        <w:br/>
        <w:t>f 2969/37064/31258 2970/37063/31258 2976/37071/31264</w:t>
        <w:br/>
        <w:t>f 2977/37070/31263 2969/37064/31258 2976/37071/31264</w:t>
        <w:br/>
        <w:t>f 2956/37055/31250 2955/37048/31243 2952/37051/31246</w:t>
        <w:br/>
        <w:t>f 2959/37052/31247 2956/37055/31250 2952/37051/31246</w:t>
        <w:br/>
        <w:t>f 2978/37077/31268 2979/37076/31268 3000/37095/31284</w:t>
        <w:br/>
        <w:t>f 2999/37096/31285 2978/37077/31268 3000/37095/31284</w:t>
        <w:br/>
        <w:t>f 2999/37096/31285 3000/37095/31284 3002/37097/31286</w:t>
        <w:br/>
        <w:t>f 3001/37098/31287 2999/37096/31285 3002/37097/31286</w:t>
        <w:br/>
        <w:t>f 2997/37092/31281 3003/37099/31288 2996/37093/31282</w:t>
        <w:br/>
        <w:t>f 2986/37083/31274 2987/37082/31273 3005/37100/31289</w:t>
        <w:br/>
        <w:t>f 3004/37101/31289 2986/37083/31274 3005/37100/31289</w:t>
        <w:br/>
        <w:t>f 3007/37102/31290 2963/37058/31253 2962/37059/31254</w:t>
        <w:br/>
        <w:t>f 3006/37103/31291 3007/37102/31290 2962/37059/31254</w:t>
        <w:br/>
        <w:t>f 3009/37104/31292 3008/37105/31292 2988/37085/31275</w:t>
        <w:br/>
        <w:t>f 2989/37084/31275 3009/37104/31292 2988/37085/31275</w:t>
        <w:br/>
        <w:t>f 3011/37106/31293 3010/37107/31293 3004/37101/31289</w:t>
        <w:br/>
        <w:t>f 3005/37100/31289 3011/37106/31293 3004/37101/31289</w:t>
        <w:br/>
        <w:t>f 3013/37108/31294 3007/37102/31290 3006/37103/31291</w:t>
        <w:br/>
        <w:t>f 3012/37109/31295 3013/37108/31294 3006/37103/31291</w:t>
        <w:br/>
        <w:t>f 3009/37104/31292 3015/37110/31296 3014/37111/31297</w:t>
        <w:br/>
        <w:t>f 3008/37105/31292 3009/37104/31292 3014/37111/31297</w:t>
        <w:br/>
        <w:t>f 2964/37062/31257 2965/37061/31256 2992/37090/31279</w:t>
        <w:br/>
        <w:t>f 3016/37112/31298 2964/37062/31257 2992/37090/31279</w:t>
        <w:br/>
        <w:t>f 3006/37103/31291 3018/37113/31299 3017/37114/31300</w:t>
        <w:br/>
        <w:t>f 3012/37109/31295 3006/37103/31291 3017/37114/31300</w:t>
        <w:br/>
        <w:t>f 3006/37103/31291 2962/37059/31254 3019/37115/31301</w:t>
        <w:br/>
        <w:t>f 3018/37113/31299 3006/37103/31291 3019/37115/31301</w:t>
        <w:br/>
        <w:t>f 2962/37059/31254 2960/37057/31252 3020/37116/31302</w:t>
        <w:br/>
        <w:t>f 3019/37115/31301 2962/37059/31254 3020/37116/31302</w:t>
        <w:br/>
        <w:t>f 2960/37057/31252 2958/37053/31248 3021/37117/31303</w:t>
        <w:br/>
        <w:t>f 3020/37116/31302 2960/37057/31252 3021/37117/31303</w:t>
        <w:br/>
        <w:t>f 3022/37118/31304 3021/37117/31303 2958/37053/31248</w:t>
        <w:br/>
        <w:t>f 2959/37052/31247 3022/37118/31304 2958/37053/31248</w:t>
        <w:br/>
        <w:t>f 2959/37052/31247 2952/37051/31246 3023/37119/31305</w:t>
        <w:br/>
        <w:t>f 3022/37118/31304 2959/37052/31247 3023/37119/31305</w:t>
        <w:br/>
        <w:t>f 2952/37051/31246 2953/37050/31245 3024/37120/31306</w:t>
        <w:br/>
        <w:t>f 3023/37119/31305 2952/37051/31246 3024/37120/31306</w:t>
        <w:br/>
        <w:t>f 2966/37060/31255 2994/37088/31277 2965/37061/31256</w:t>
        <w:br/>
        <w:t>f 3012/37109/31295 2992/37090/31279 2993/37089/31278</w:t>
        <w:br/>
        <w:t>f 3013/37108/31294 3012/37109/31295 2993/37089/31278</w:t>
        <w:br/>
        <w:t>f 3016/37112/31298 2992/37090/31279 3012/37109/31295</w:t>
        <w:br/>
        <w:t>f 3017/37114/31300 3016/37112/31298 3012/37109/31295</w:t>
        <w:br/>
        <w:t>f 2995/37094/31283 3014/37111/31297 3015/37110/31296</w:t>
        <w:br/>
        <w:t>f 2998/37091/31280 2995/37094/31283 3015/37110/31296</w:t>
        <w:br/>
        <w:t>f 3010/37107/31293 3011/37106/31293 2990/37087/31276</w:t>
        <w:br/>
        <w:t>f 2991/37086/31276 3010/37107/31293 2990/37087/31276</w:t>
        <w:br/>
        <w:t>f 3028/37121/31307 3027/37122/31308 3026/37123/31309</w:t>
        <w:br/>
        <w:t>f 3025/37124/31310 3028/37121/31307 3026/37123/31309</w:t>
        <w:br/>
        <w:t>f 3027/37122/31308 3028/37121/31307 3030/37125/31311</w:t>
        <w:br/>
        <w:t>f 3029/37126/31312 3027/37122/31308 3030/37125/31311</w:t>
        <w:br/>
        <w:t>f 3033/37127/31313 3032/37128/31314 3031/37129/31315</w:t>
        <w:br/>
        <w:t>f 3037/37130/31316 3036/37131/31317 3035/37132/31318</w:t>
        <w:br/>
        <w:t>f 3034/37133/31319 3037/37130/31316 3035/37132/31318</w:t>
        <w:br/>
        <w:t>f 3041/37134/31320 3040/37135/31321 3039/37136/31321</w:t>
        <w:br/>
        <w:t>f 3038/37137/31320 3041/37134/31320 3039/37136/31321</w:t>
        <w:br/>
        <w:t>f 3044/37138/31322 3043/37139/31323 3042/37140/31322</w:t>
        <w:br/>
        <w:t>f 3046/37141/31324 3039/37136/31321 3040/37135/31321</w:t>
        <w:br/>
        <w:t>f 3045/37142/31325 3046/37141/31324 3040/37135/31321</w:t>
        <w:br/>
        <w:t>f 3050/37143/31326 3049/37144/31326 3048/37145/31327</w:t>
        <w:br/>
        <w:t>f 3047/37146/31328 3050/37143/31326 3048/37145/31327</w:t>
        <w:br/>
        <w:t>f 3054/37147/31329 3053/37148/31330 3052/37149/31331</w:t>
        <w:br/>
        <w:t>f 3051/37150/31329 3054/37147/31329 3052/37149/31331</w:t>
        <w:br/>
        <w:t>f 3058/37151/31332 3057/37152/31332 3056/37153/31333</w:t>
        <w:br/>
        <w:t>f 3055/37154/31333 3058/37151/31332 3056/37153/31333</w:t>
        <w:br/>
        <w:t>f 3060/37155/31334 3059/37156/31335 3029/37126/31312</w:t>
        <w:br/>
        <w:t>f 3030/37125/31311 3060/37155/31334 3029/37126/31312</w:t>
        <w:br/>
        <w:t>f 3049/37144/31326 3050/37143/31326 3062/37157/31336</w:t>
        <w:br/>
        <w:t>f 3061/37158/31336 3049/37144/31326 3062/37157/31336</w:t>
        <w:br/>
        <w:t>f 3064/37159/31337 3046/37141/31324 3045/37142/31325</w:t>
        <w:br/>
        <w:t>f 3063/37160/31338 3064/37159/31337 3045/37142/31325</w:t>
        <w:br/>
        <w:t>f 3044/37138/31322 3042/37140/31322 3054/37147/31329</w:t>
        <w:br/>
        <w:t>f 3051/37150/31329 3044/37138/31322 3054/37147/31329</w:t>
        <w:br/>
        <w:t>f 3037/37130/31316 3065/37161/31339 3031/37129/31315</w:t>
        <w:br/>
        <w:t>f 3036/37131/31317 3037/37130/31316 3031/37129/31315</w:t>
        <w:br/>
        <w:t>f 3055/37154/31333 3056/37153/31333 3067/37162/31340</w:t>
        <w:br/>
        <w:t>f 3066/37163/31340 3055/37154/31333 3067/37162/31340</w:t>
        <w:br/>
        <w:t>f 3047/37146/31328 3048/37145/31327 3068/37164/31341</w:t>
        <w:br/>
        <w:t>f 3069/37165/31341 3047/37146/31328 3068/37164/31341</w:t>
        <w:br/>
        <w:t>f 3066/37163/31340 3067/37162/31340 3070/37166/31342</w:t>
        <w:br/>
        <w:t>f 3072/37167/31343 3064/37159/31337 3063/37160/31338</w:t>
        <w:br/>
        <w:t>f 3071/37168/31344 3072/37167/31343 3063/37160/31338</w:t>
        <w:br/>
        <w:t>f 3074/37169/31345 3073/37170/31346 3059/37156/31335</w:t>
        <w:br/>
        <w:t>f 3060/37155/31334 3074/37169/31345 3059/37156/31335</w:t>
        <w:br/>
        <w:t>f 3061/37158/31336 3062/37157/31336 3076/37171/31347</w:t>
        <w:br/>
        <w:t>f 3075/37172/31347 3061/37158/31336 3076/37171/31347</w:t>
        <w:br/>
        <w:t>f 3053/37148/31330 3072/37167/31343 3071/37168/31344</w:t>
        <w:br/>
        <w:t>f 3052/37149/31331 3053/37148/31330 3071/37168/31344</w:t>
        <w:br/>
        <w:t>f 3034/37133/31319 3035/37132/31318 3073/37170/31346</w:t>
        <w:br/>
        <w:t>f 3074/37169/31345 3034/37133/31319 3073/37170/31346</w:t>
        <w:br/>
        <w:t>f 3075/37172/31347 3076/37171/31347 3057/37152/31332</w:t>
        <w:br/>
        <w:t>f 3058/37151/31332 3075/37172/31347 3057/37152/31332</w:t>
        <w:br/>
        <w:t>f 3036/37131/31317 3031/37129/31315 3032/37128/31314</w:t>
        <w:br/>
        <w:t>f 3077/37173/31348 3036/37131/31317 3032/37128/31314</w:t>
        <w:br/>
        <w:t>f 3035/37132/31318 3036/37131/31317 3077/37173/31348</w:t>
        <w:br/>
        <w:t>f 3078/37174/31349 3035/37132/31318 3077/37173/31348</w:t>
        <w:br/>
        <w:t>f 3073/37170/31346 3035/37132/31318 3078/37174/31349</w:t>
        <w:br/>
        <w:t>f 3079/37175/31350 3073/37170/31346 3078/37174/31349</w:t>
        <w:br/>
        <w:t>f 3073/37170/31346 3079/37175/31350 3080/37176/31351</w:t>
        <w:br/>
        <w:t>f 3059/37156/31335 3073/37170/31346 3080/37176/31351</w:t>
        <w:br/>
        <w:t>f 3059/37156/31335 3080/37176/31351 3081/37177/31352</w:t>
        <w:br/>
        <w:t>f 3029/37126/31312 3059/37156/31335 3081/37177/31352</w:t>
        <w:br/>
        <w:t>f 3082/37178/31353 3027/37122/31308 3029/37126/31312</w:t>
        <w:br/>
        <w:t>f 3081/37177/31352 3082/37178/31353 3029/37126/31312</w:t>
        <w:br/>
        <w:t>f 3027/37122/31308 3082/37178/31353 3083/37179/31354</w:t>
        <w:br/>
        <w:t>f 3026/37123/31309 3027/37122/31308 3083/37179/31354</w:t>
        <w:br/>
        <w:t>f 3033/37127/31313 3031/37129/31315 3065/37161/31339</w:t>
        <w:br/>
        <w:t>f 4853/37180/31355 4852/37181/31356 4851/37182/31357</w:t>
        <w:br/>
        <w:t>f 4854/37183/31358 4853/37180/31355 4851/37182/31357</w:t>
        <w:br/>
        <w:t>f 4857/37184/31359 4856/37185/31360 4855/37186/31361</w:t>
        <w:br/>
        <w:t>f 4856/37185/31360 4859/37187/31362 4858/37188/31363</w:t>
        <w:br/>
        <w:t>f 4855/37186/31361 4856/37185/31360 4858/37188/31363</w:t>
        <w:br/>
        <w:t>f 4863/37189/31364 4862/37190/31364 4861/37191/31365</w:t>
        <w:br/>
        <w:t>f 4860/37192/31366 4863/37189/31364 4861/37191/31365</w:t>
        <w:br/>
        <w:t>f 4866/37193/31367 4865/37194/31368 4864/37195/31369</w:t>
        <w:br/>
        <w:t>f 4861/37191/31370 4866/37193/31367 4864/37195/31369</w:t>
        <w:br/>
        <w:t>f 4870/37196/31371 4869/37197/31358 4868/37198/31357</w:t>
        <w:br/>
        <w:t>f 4867/37199/31372 4870/37196/31371 4868/37198/31357</w:t>
        <w:br/>
        <w:t>f 4872/37200/31359 4871/37201/31361 4852/37181/31356</w:t>
        <w:br/>
        <w:t>f 4853/37180/31355 4872/37200/31359 4852/37181/31356</w:t>
        <w:br/>
        <w:t>f 4853/37180/31355 4874/37202/31373 4873/37203/31374</w:t>
        <w:br/>
        <w:t>f 4872/37200/31359 4853/37180/31355 4873/37203/31374</w:t>
        <w:br/>
        <w:t>f 4869/37197/31358 4870/37196/31371 4875/37204/31375</w:t>
        <w:br/>
        <w:t>f 4876/37205/31376 4869/37197/31358 4875/37204/31375</w:t>
        <w:br/>
        <w:t>f 4878/37206/31377 4866/37193/31367 4877/37207/31378</w:t>
        <w:br/>
        <w:t>f 4880/37208/31379 4879/37209/31380 4865/37194/31368</w:t>
        <w:br/>
        <w:t>f 4866/37193/31367 4880/37208/31379 4865/37194/31368</w:t>
        <w:br/>
        <w:t>f 4881/37210/31381 4856/37185/31360 4857/37184/31359</w:t>
        <w:br/>
        <w:t>f 4882/37211/31382 4881/37210/31381 4857/37184/31359</w:t>
        <w:br/>
        <w:t>f 4884/37212/31383 4883/37213/31384 4859/37187/31362</w:t>
        <w:br/>
        <w:t>f 4856/37185/31360 4884/37212/31383 4859/37187/31362</w:t>
        <w:br/>
        <w:t>f 4878/37206/31377 4885/37214/31385 4880/37208/31379</w:t>
        <w:br/>
        <w:t>f 4866/37193/31367 4878/37206/31377 4880/37208/31379</w:t>
        <w:br/>
        <w:t>f 4880/37208/31379 4885/37214/31385 4886/37215/31386</w:t>
        <w:br/>
        <w:t>f 4886/37215/31386 4887/37216/31387 4879/37209/31380</w:t>
        <w:br/>
        <w:t>f 4880/37208/31379 4886/37215/31386 4879/37209/31380</w:t>
        <w:br/>
        <w:t>f 4885/37214/31385 4888/37217/31388 4886/37215/31386</w:t>
        <w:br/>
        <w:t>f 4886/37215/31386 4890/37218/31389 4889/37219/31390</w:t>
        <w:br/>
        <w:t>f 4887/37216/31387 4886/37215/31386 4889/37219/31390</w:t>
        <w:br/>
        <w:t>f 4894/37220/31391 4893/37221/31392 4892/37222/31393</w:t>
        <w:br/>
        <w:t>f 4891/37223/31394 4894/37220/31391 4892/37222/31393</w:t>
        <w:br/>
        <w:t>f 4898/37224/31395 4897/37225/31396 4896/37226/31397</w:t>
        <w:br/>
        <w:t>f 4895/37227/31398 4898/37224/31395 4896/37226/31397</w:t>
        <w:br/>
        <w:t>f 4901/37228/31399 4900/37229/31399 4899/37230/31400</w:t>
        <w:br/>
        <w:t>f 4902/37231/31401 4901/37228/31399 4899/37230/31400</w:t>
        <w:br/>
        <w:t>f 4905/37232/31402 4904/37233/31403 4903/37234/31404</w:t>
        <w:br/>
        <w:t>f 4907/37235/31405 4891/37223/31394 4892/37222/31393</w:t>
        <w:br/>
        <w:t>f 4906/37236/31406 4907/37235/31405 4892/37222/31393</w:t>
        <w:br/>
        <w:t>f 4910/37237/31407 4909/37238/31408 4908/37239/31409</w:t>
        <w:br/>
        <w:t>f 4911/37240/31410 4910/37237/31407 4908/37239/31409</w:t>
        <w:br/>
        <w:t>f 4914/37241/31411 4913/37242/31412 4912/37243/31412</w:t>
        <w:br/>
        <w:t>f 4915/37244/31413 4914/37241/31411 4912/37243/31412</w:t>
        <w:br/>
        <w:t>f 4919/37245/31414 4918/37246/31415 4917/37247/31416</w:t>
        <w:br/>
        <w:t>f 4916/37248/31417 4919/37245/31414 4917/37247/31416</w:t>
        <w:br/>
        <w:t>f 4921/37249/31418 4920/37250/31419 4917/37247/31416</w:t>
        <w:br/>
        <w:t>f 4918/37246/31415 4921/37249/31418 4917/37247/31416</w:t>
        <w:br/>
        <w:t>f 4924/37251/31420 4923/37252/31421 4922/37253/31422</w:t>
        <w:br/>
        <w:t>f 4925/37254/31422 4876/37205/31376 4875/37204/31375</w:t>
        <w:br/>
        <w:t>f 4903/37234/31404 4925/37254/31422 4875/37204/31375</w:t>
        <w:br/>
        <w:t>f 4874/37202/31373 4927/37255/31423 4926/37256/31424</w:t>
        <w:br/>
        <w:t>f 4873/37203/31374 4874/37202/31373 4926/37256/31424</w:t>
        <w:br/>
        <w:t>f 4929/37257/31425 4928/37258/31426 4881/37210/31381</w:t>
        <w:br/>
        <w:t>f 4882/37211/31382 4929/37257/31425 4881/37210/31381</w:t>
        <w:br/>
        <w:t>f 4881/37210/31381 4884/37212/31383 4856/37185/31360</w:t>
        <w:br/>
        <w:t>f 4930/37259/31427 4862/37190/31364 4863/37189/31364</w:t>
        <w:br/>
        <w:t>f 4931/37260/31427 4930/37259/31427 4863/37189/31364</w:t>
        <w:br/>
        <w:t>f 4888/37217/31388 4885/37214/31385 4932/37261/31428</w:t>
        <w:br/>
        <w:t>f 4935/37262/31429 4934/37263/31430 4933/37264/31431</w:t>
        <w:br/>
        <w:t>f 4939/37265/31432 4938/37266/31433 4937/37267/31434</w:t>
        <w:br/>
        <w:t>f 4936/37268/31435 4939/37265/31432 4937/37267/31434</w:t>
        <w:br/>
        <w:t>f 4940/37269/31436 4909/37238/31408 4933/37264/31431</w:t>
        <w:br/>
        <w:t>f 4943/37270/31437 4942/37271/31438 4941/37272/31439</w:t>
        <w:br/>
        <w:t>f 4944/37273/31440 4943/37270/31437 4941/37272/31439</w:t>
        <w:br/>
        <w:t>f 4946/37274/31441 4945/37275/31442 4924/37251/31420</w:t>
        <w:br/>
        <w:t>f 4947/37276/31443 4946/37274/31441 4924/37251/31420</w:t>
        <w:br/>
        <w:t>f 4945/37275/31442 4923/37252/31421 4924/37251/31420</w:t>
        <w:br/>
        <w:t>f 4945/37275/31442 4946/37274/31441 4949/37277/31444</w:t>
        <w:br/>
        <w:t>f 4948/37278/31445 4945/37275/31442 4949/37277/31444</w:t>
        <w:br/>
        <w:t>f 4952/37279/31446 4951/37280/31447 4950/37281/31448</w:t>
        <w:br/>
        <w:t>f 4956/37282/31449 4955/37283/31450 4954/37284/31451</w:t>
        <w:br/>
        <w:t>f 4953/37285/31452 4956/37282/31449 4954/37284/31451</w:t>
        <w:br/>
        <w:t>f 4960/37286/31453 4959/37287/31454 4958/37288/31455</w:t>
        <w:br/>
        <w:t>f 4957/37289/31456 4960/37286/31453 4958/37288/31455</w:t>
        <w:br/>
        <w:t>f 4963/37290/31457 4953/37285/31452 4962/37291/31458</w:t>
        <w:br/>
        <w:t>f 4961/37292/31459 4963/37290/31457 4962/37291/31458</w:t>
        <w:br/>
        <w:t>f 4966/37293/31460 4965/37294/31461 4964/37295/31462</w:t>
        <w:br/>
        <w:t>f 4967/37296/31463 4966/37293/31460 4964/37295/31462</w:t>
        <w:br/>
        <w:t>f 4970/37297/31464 4969/37298/31465 4968/37299/31466</w:t>
        <w:br/>
        <w:t>f 4971/37300/31467 4970/37297/31464 4968/37299/31466</w:t>
        <w:br/>
        <w:t>f 4973/37301/31468 4972/37302/31469 4962/37291/31458</w:t>
        <w:br/>
        <w:t>f 4974/37303/31470 4973/37301/31468 4962/37291/31458</w:t>
        <w:br/>
        <w:t>f 4977/37304/31471 4976/37305/31472 4975/37306/31473</w:t>
        <w:br/>
        <w:t>f 4980/37307/31474 4979/37308/31475 4978/37309/31476</w:t>
        <w:br/>
        <w:t>f 4979/37308/31475 4982/37310/31477 4981/37311/31478</w:t>
        <w:br/>
        <w:t>f 4979/37308/31475 4983/37312/31479 4982/37310/31477</w:t>
        <w:br/>
        <w:t>f 4986/37313/31480 4985/37314/31481 4984/37315/31482</w:t>
        <w:br/>
        <w:t>f 4942/37271/31438 4943/37270/31437 4987/37316/31483</w:t>
        <w:br/>
        <w:t>f 4988/37317/31484 4942/37271/31438 4987/37316/31483</w:t>
        <w:br/>
        <w:t>f 4949/37277/31444 4990/37318/31485 4989/37319/31486</w:t>
        <w:br/>
        <w:t>f 4948/37278/31445 4949/37277/31444 4989/37319/31486</w:t>
        <w:br/>
        <w:t>f 4923/37252/31421 4945/37275/31442 4948/37278/31445</w:t>
        <w:br/>
        <w:t>f 4991/37320/31487 4873/37203/31374 4926/37256/31424</w:t>
        <w:br/>
        <w:t>f 4903/37234/31404 4904/37233/31403 4925/37254/31422</w:t>
        <w:br/>
        <w:t>f 4923/37252/31421 4993/37321/31488 4992/37322/31376</w:t>
        <w:br/>
        <w:t>f 4922/37253/31422 4923/37252/31421 4992/37322/31376</w:t>
        <w:br/>
        <w:t>f 4874/37202/31373 4853/37180/31355 4854/37183/31358</w:t>
        <w:br/>
        <w:t>f 4992/37322/31489 4874/37202/31373 4854/37183/31358</w:t>
        <w:br/>
        <w:t>f 4995/37323/31490 4994/37324/31491 4978/37309/31492</w:t>
        <w:br/>
        <w:t>f 4998/37325/31493 4997/37326/31494 4996/37327/31495</w:t>
        <w:br/>
        <w:t>f 5001/37328/31496 5000/37329/31497 4999/37330/31498</w:t>
        <w:br/>
        <w:t>f 5004/37331/31499 5003/37332/31500 5002/37333/31501</w:t>
        <w:br/>
        <w:t>f 5007/37334/31502 5006/37335/31503 5005/37336/31503</w:t>
        <w:br/>
        <w:t>f 5008/37337/31502 5007/37334/31502 5005/37336/31503</w:t>
        <w:br/>
        <w:t>f 5007/37334/31502 5008/37337/31502 5010/37338/31504</w:t>
        <w:br/>
        <w:t>f 5009/37339/31504 5007/37334/31502 5010/37338/31504</w:t>
        <w:br/>
        <w:t>f 5012/37340/31505 5011/37341/31506 5009/37339/31504</w:t>
        <w:br/>
        <w:t>f 5010/37338/31504 5012/37340/31505 5009/37339/31504</w:t>
        <w:br/>
        <w:t>f 5015/37342/31507 5014/37343/31508 5013/37344/31509</w:t>
        <w:br/>
        <w:t>f 4986/37313/31480 5017/37345/31510 5016/37346/31511</w:t>
        <w:br/>
        <w:t>f 4994/37324/31491 5019/37347/31512 5018/37348/31513</w:t>
        <w:br/>
        <w:t>f 5022/37349/31514 5021/37350/31515 5020/37351/31516</w:t>
        <w:br/>
        <w:t>f 5023/37352/31517 5022/37349/31514 5020/37351/31516</w:t>
        <w:br/>
        <w:t>f 5000/37329/31497 5025/37353/31518 5024/37354/31519</w:t>
        <w:br/>
        <w:t>f 5028/37355/31520 5027/37356/31521 5026/37357/31521</w:t>
        <w:br/>
        <w:t>f 5029/37358/31522 5028/37355/31520 5026/37357/31521</w:t>
        <w:br/>
        <w:t>f 5018/37348/31513 5019/37347/31512 5030/37359/31523</w:t>
        <w:br/>
        <w:t>f 5034/37360/31524 5033/37361/31525 5032/37362/31526</w:t>
        <w:br/>
        <w:t>f 5031/37363/31527 5034/37360/31524 5032/37362/31526</w:t>
        <w:br/>
        <w:t>f 5035/37364/31528 5034/37360/31524 5031/37363/31527</w:t>
        <w:br/>
        <w:t>f 5036/37365/31529 5034/37360/31524 5035/37364/31528</w:t>
        <w:br/>
        <w:t>f 5037/37366/31530 5036/37365/31529 5035/37364/31528</w:t>
        <w:br/>
        <w:t>f 5011/37341/31506 5012/37340/31505 5013/37344/31509</w:t>
        <w:br/>
        <w:t>f 5038/37367/31531 5034/37360/31524 5036/37365/31529</w:t>
        <w:br/>
        <w:t>f 5039/37368/31532 5038/37367/31531 5036/37365/31529</w:t>
        <w:br/>
        <w:t>f 5042/37369/31533 5041/37370/31534 5040/37371/31534</w:t>
        <w:br/>
        <w:t>f 5043/37372/31535 5042/37369/31533 5040/37371/31534</w:t>
        <w:br/>
        <w:t>f 5045/37373/31536 5044/37374/31536 5036/37365/31529</w:t>
        <w:br/>
        <w:t>f 5037/37366/31530 5045/37373/31536 5036/37365/31529</w:t>
        <w:br/>
        <w:t>f 5048/37375/31537 5047/37376/31538 5046/37377/31538</w:t>
        <w:br/>
        <w:t>f 5052/37378/31539 5051/37379/31540 5050/37380/31541</w:t>
        <w:br/>
        <w:t>f 5049/37381/31542 5052/37378/31539 5050/37380/31541</w:t>
        <w:br/>
        <w:t>f 5015/37342/31507 5054/37382/31543 5053/37383/31543</w:t>
        <w:br/>
        <w:t>f 5014/37343/31508 5015/37342/31507 5053/37383/31543</w:t>
        <w:br/>
        <w:t>f 5039/37368/31532 5036/37365/31529 5055/37384/31544</w:t>
        <w:br/>
        <w:t>f 5025/37353/31518 4997/37326/31494 5024/37354/31519</w:t>
        <w:br/>
        <w:t>f 5058/37385/31545 5057/37386/31546 5056/37387/31547</w:t>
        <w:br/>
        <w:t>f 5061/37388/31548 5060/37389/31549 5059/37390/31549</w:t>
        <w:br/>
        <w:t>f 5062/37391/31548 5061/37388/31548 5059/37390/31549</w:t>
        <w:br/>
        <w:t>f 5064/37392/31486 5063/37393/31550 4928/37258/31426</w:t>
        <w:br/>
        <w:t>f 4929/37257/31425 5064/37392/31486 4928/37258/31426</w:t>
        <w:br/>
        <w:t>f 5065/37394/31551 5063/37393/31550 5064/37392/31486</w:t>
        <w:br/>
        <w:t>f 5066/37395/31485 5065/37394/31551 5064/37392/31486</w:t>
        <w:br/>
        <w:t>f 5069/37396/31552 5068/37397/31553 5067/37398/31554</w:t>
        <w:br/>
        <w:t>f 5070/37399/31555 5069/37396/31552 5067/37398/31554</w:t>
        <w:br/>
        <w:t>f 5074/37400/31556 5073/37401/31557 5072/37402/31558</w:t>
        <w:br/>
        <w:t>f 5071/37403/31559 5074/37400/31556 5072/37402/31558</w:t>
        <w:br/>
        <w:t>f 5078/37404/31454 5077/37405/31453 5076/37406/31560</w:t>
        <w:br/>
        <w:t>f 5075/37407/31561 5078/37404/31454 5076/37406/31560</w:t>
        <w:br/>
        <w:t>f 5080/37408/31562 5079/37409/31563 5075/37407/31561</w:t>
        <w:br/>
        <w:t>f 5076/37406/31560 5080/37408/31562 5075/37407/31561</w:t>
        <w:br/>
        <w:t>f 5072/37402/31558 5073/37401/31557 5082/37410/31564</w:t>
        <w:br/>
        <w:t>f 5081/37411/31565 5072/37402/31558 5082/37410/31564</w:t>
        <w:br/>
        <w:t>f 5084/37412/31566 5083/37413/31567 5067/37398/31554</w:t>
        <w:br/>
        <w:t>f 5068/37397/31553 5084/37412/31566 5067/37398/31554</w:t>
        <w:br/>
        <w:t>f 5086/37414/31568 5085/37415/31569 5063/37393/31550</w:t>
        <w:br/>
        <w:t>f 5065/37394/31551 5086/37414/31568 5063/37393/31550</w:t>
        <w:br/>
        <w:t>f 5063/37393/31550 5085/37415/31569 4928/37258/31426</w:t>
        <w:br/>
        <w:t>f 4928/37258/31426 5085/37415/31569 4884/37212/31383</w:t>
        <w:br/>
        <w:t>f 4881/37210/31381 4928/37258/31426 4884/37212/31383</w:t>
        <w:br/>
        <w:t>f 5087/37416/31570 4883/37213/31384 5085/37415/31569</w:t>
        <w:br/>
        <w:t>f 5086/37414/31568 5087/37416/31570 5085/37415/31569</w:t>
        <w:br/>
        <w:t>f 5085/37415/31569 4883/37213/31384 4884/37212/31383</w:t>
        <w:br/>
        <w:t>f 5083/37413/31567 5084/37412/31566 5088/37417/31571</w:t>
        <w:br/>
        <w:t>f 5089/37418/31572 5083/37413/31567 5088/37417/31571</w:t>
        <w:br/>
        <w:t>f 5081/37411/31565 5082/37410/31564 5091/37419/31573</w:t>
        <w:br/>
        <w:t>f 5090/37420/31574 5081/37411/31565 5091/37419/31573</w:t>
        <w:br/>
        <w:t>f 5095/37421/31575 5094/37422/31576 5093/37423/31577</w:t>
        <w:br/>
        <w:t>f 5092/37424/31578 5095/37421/31575 5093/37423/31577</w:t>
        <w:br/>
        <w:t>f 5079/37409/31563 5080/37408/31562 5096/37425/31579</w:t>
        <w:br/>
        <w:t>f 5094/37422/31576 5098/37426/31580 5097/37427/31581</w:t>
        <w:br/>
        <w:t>f 5093/37423/31577 5094/37422/31576 5097/37427/31581</w:t>
        <w:br/>
        <w:t>f 5101/37428/31582 5100/37429/31583 5099/37430/31584</w:t>
        <w:br/>
        <w:t>f 5104/37431/31585 5103/37432/31586 5102/37433/31587</w:t>
        <w:br/>
        <w:t>f 5106/37434/31588 5105/37435/31589 5100/37429/31583</w:t>
        <w:br/>
        <w:t>f 5108/37436/31590 5107/37437/31591 5103/37432/31586</w:t>
        <w:br/>
        <w:t>f 5104/37431/31585 5108/37436/31590 5103/37432/31586</w:t>
        <w:br/>
        <w:t>f 5109/37438/31592 4986/37313/31480 5016/37346/31511</w:t>
        <w:br/>
        <w:t>f 5112/37439/31593 5111/37440/31594 5110/37441/31595</w:t>
        <w:br/>
        <w:t>f 4894/37220/31391 5114/37442/31596 5113/37443/31597</w:t>
        <w:br/>
        <w:t>f 4893/37221/31392 4894/37220/31391 5113/37443/31597</w:t>
        <w:br/>
        <w:t>f 4921/37249/31418 5116/37444/31598 5115/37445/31599</w:t>
        <w:br/>
        <w:t>f 4920/37250/31419 4921/37249/31418 5115/37445/31599</w:t>
        <w:br/>
        <w:t>f 5120/37446/31600 5119/37447/31601 5118/37448/31602</w:t>
        <w:br/>
        <w:t>f 5117/37449/31603 5120/37446/31600 5118/37448/31602</w:t>
        <w:br/>
        <w:t>f 5124/37450/31604 5123/37451/31604 5122/37452/31605</w:t>
        <w:br/>
        <w:t>f 5121/37453/31605 5124/37450/31604 5122/37452/31605</w:t>
        <w:br/>
        <w:t>f 5128/37454/31606 5127/37455/31607 5126/37456/31608</w:t>
        <w:br/>
        <w:t>f 5125/37457/31606 5128/37454/31606 5126/37456/31608</w:t>
        <w:br/>
        <w:t>f 5129/37458/31609 5105/37435/31589 5106/37434/31588</w:t>
        <w:br/>
        <w:t>f 5129/37458/31609 5109/37438/31592 5130/37459/31610</w:t>
        <w:br/>
        <w:t>f 5133/37460/31611 5132/37461/31612 5131/37462/31613</w:t>
        <w:br/>
        <w:t>f 5135/37463/31614 5134/37464/31615 5101/37428/31582</w:t>
        <w:br/>
        <w:t>f 5136/37465/31616 5079/37409/31563 5096/37425/31579</w:t>
        <w:br/>
        <w:t>f 5137/37466/31617 5112/37439/31593 5110/37441/31595</w:t>
        <w:br/>
        <w:t>f 5116/37444/31598 5139/37467/31618 5138/37468/31619</w:t>
        <w:br/>
        <w:t>f 5115/37445/31599 5116/37444/31598 5138/37468/31619</w:t>
        <w:br/>
        <w:t>f 5114/37442/31596 5141/37469/31620 5140/37470/31621</w:t>
        <w:br/>
        <w:t>f 5113/37443/31597 5114/37442/31596 5140/37470/31621</w:t>
        <w:br/>
        <w:t>f 5105/37435/31589 5143/37471/31622 5142/37472/31623</w:t>
        <w:br/>
        <w:t>f 5146/37473/31624 5145/37474/31625 5144/37475/31626</w:t>
        <w:br/>
        <w:t>f 5149/37476/31627 5148/37477/31627 5147/37478/31628</w:t>
        <w:br/>
        <w:t>f 5150/37479/31629 5149/37476/31627 5147/37478/31628</w:t>
        <w:br/>
        <w:t>f 5148/37477/31627 5149/37476/31627 5152/37480/31630</w:t>
        <w:br/>
        <w:t>f 5151/37481/31630 5148/37477/31627 5152/37480/31630</w:t>
        <w:br/>
        <w:t>f 5156/37482/31631 5155/37483/31632 5154/37484/31633</w:t>
        <w:br/>
        <w:t>f 5153/37485/31631 5156/37482/31631 5154/37484/31633</w:t>
        <w:br/>
        <w:t>f 5153/37485/31631 5158/37486/31634 5157/37487/31635</w:t>
        <w:br/>
        <w:t>f 5156/37482/31631 5153/37485/31631 5157/37487/31635</w:t>
        <w:br/>
        <w:t>f 5159/37488/31636 5142/37472/31623 5143/37471/31622</w:t>
        <w:br/>
        <w:t>f 5162/37489/31637 5161/37490/31638 5160/37491/31639</w:t>
        <w:br/>
        <w:t>f 4889/37219/31390 4905/37232/31443 4887/37216/31387</w:t>
        <w:br/>
        <w:t>f 5163/37492/31640 5093/37423/31577 5097/37427/31581</w:t>
        <w:br/>
        <w:t>f 5163/37492/31640 5165/37493/31641 5164/37494/31642</w:t>
        <w:br/>
        <w:t>f 5166/37495/31643 5163/37492/31640 5164/37494/31642</w:t>
        <w:br/>
        <w:t>f 5165/37493/31641 5167/37496/31644 5164/37494/31642</w:t>
        <w:br/>
        <w:t>f 5168/37497/31645 5143/37471/31622 5105/37435/31589</w:t>
        <w:br/>
        <w:t>f 5170/37498/31646 5169/37499/31647 5130/37459/31610</w:t>
        <w:br/>
        <w:t>f 5143/37471/31622 5168/37497/31645 5171/37500/31648</w:t>
        <w:br/>
        <w:t>f 5168/37497/31645 5173/37501/31649 5172/37502/31650</w:t>
        <w:br/>
        <w:t>f 5175/37503/31651 5174/37504/31652 5166/37495/31643</w:t>
        <w:br/>
        <w:t>f 5168/37497/31645 5172/37502/31650 5171/37500/31648</w:t>
        <w:br/>
        <w:t>f 5167/37496/31644 5177/37505/31653 5176/37506/31654</w:t>
        <w:br/>
        <w:t>f 5160/37491/31639 5179/37507/31655 5178/37508/31656</w:t>
        <w:br/>
        <w:t>f 5162/37489/31637 5160/37491/31639 5178/37508/31656</w:t>
        <w:br/>
        <w:t>f 5180/37509/31657 5179/37507/31658 5131/37462/31613</w:t>
        <w:br/>
        <w:t>f 5132/37461/31612 5180/37509/31657 5131/37462/31613</w:t>
        <w:br/>
        <w:t>f 5133/37460/31611 5182/37510/31659 5181/37511/31660</w:t>
        <w:br/>
        <w:t>f 5185/37512/31661 5184/37513/31662 5183/37514/31661</w:t>
        <w:br/>
        <w:t>f 5188/37515/31663 5187/37516/31664 5186/37517/31665</w:t>
        <w:br/>
        <w:t>f 5189/37518/31666 5188/37515/31663 5186/37517/31665</w:t>
        <w:br/>
        <w:t>f 5188/37515/31663 5177/37505/31653 5187/37516/31664</w:t>
        <w:br/>
        <w:t>f 5182/37510/31659 5133/37460/31611 5190/37519/31667</w:t>
        <w:br/>
        <w:t>f 5193/37520/31668 5192/37521/31669 5191/37522/31670</w:t>
        <w:br/>
        <w:t>f 5196/37523/31671 5195/37524/31672 5194/37525/31673</w:t>
        <w:br/>
        <w:t>f 5074/37400/31556 5078/37404/31454 5075/37407/31561</w:t>
        <w:br/>
        <w:t>f 5073/37401/31557 5074/37400/31556 5075/37407/31561</w:t>
        <w:br/>
        <w:t>f 5082/37410/31564 5079/37409/31563 5136/37465/31616</w:t>
        <w:br/>
        <w:t>f 5091/37419/31573 5082/37410/31564 5136/37465/31616</w:t>
        <w:br/>
        <w:t>f 5115/37445/31599 5138/37468/31619 5197/37526/31674</w:t>
        <w:br/>
        <w:t>f 4897/37225/31396 5115/37445/31599 5197/37526/31674</w:t>
        <w:br/>
        <w:t>f 4920/37250/31419 5115/37445/31599 4897/37225/31396</w:t>
        <w:br/>
        <w:t>f 4898/37224/31395 4920/37250/31419 4897/37225/31396</w:t>
        <w:br/>
        <w:t>f 4920/37250/31419 4898/37224/31395 4902/37231/31401</w:t>
        <w:br/>
        <w:t>f 4917/37247/31416 4920/37250/31419 4902/37231/31401</w:t>
        <w:br/>
        <w:t>f 4902/37231/31401 4899/37230/31400 4916/37248/31417</w:t>
        <w:br/>
        <w:t>f 4917/37247/31416 4902/37231/31401 4916/37248/31417</w:t>
        <w:br/>
        <w:t>f 4974/37303/31470 4962/37291/31458 4953/37285/31452</w:t>
        <w:br/>
        <w:t>f 4954/37284/31451 4974/37303/31470 4953/37285/31452</w:t>
        <w:br/>
        <w:t>f 5201/37527/31675 5200/37528/31556 5199/37529/31559</w:t>
        <w:br/>
        <w:t>f 5198/37530/31676 5201/37527/31675 5199/37529/31559</w:t>
        <w:br/>
        <w:t>f 5199/37529/31559 4951/37280/31447 4952/37279/31446</w:t>
        <w:br/>
        <w:t>f 5198/37530/31676 5199/37529/31559 4952/37279/31446</w:t>
        <w:br/>
        <w:t>f 5203/37531/31447 5202/37532/31677 5068/37397/31553</w:t>
        <w:br/>
        <w:t>f 5069/37396/31552 5203/37531/31447 5068/37397/31553</w:t>
        <w:br/>
        <w:t>f 5202/37532/31677 5072/37402/31558 5081/37411/31565</w:t>
        <w:br/>
        <w:t>f 5204/37533/31678 5202/37532/31677 5081/37411/31565</w:t>
        <w:br/>
        <w:t>f 5204/37533/31678 5081/37411/31565 5090/37420/31574</w:t>
        <w:br/>
        <w:t>f 5205/37534/31679 5204/37533/31678 5090/37420/31574</w:t>
        <w:br/>
        <w:t>f 5207/37535/31680 5206/37536/31681 5139/37467/31618</w:t>
        <w:br/>
        <w:t>f 5116/37444/31598 5207/37535/31680 5139/37467/31618</w:t>
        <w:br/>
        <w:t>f 4893/37221/31392 5113/37443/31597 5207/37535/31680</w:t>
        <w:br/>
        <w:t>f 5208/37537/31682 4893/37221/31392 5207/37535/31680</w:t>
        <w:br/>
        <w:t>f 5208/37537/31682 4921/37249/31418 4918/37246/31415</w:t>
        <w:br/>
        <w:t>f 5209/37538/31683 5208/37537/31682 4918/37246/31415</w:t>
        <w:br/>
        <w:t>f 5210/37539/31684 5209/37538/31683 4918/37246/31415</w:t>
        <w:br/>
        <w:t>f 4919/37245/31414 5210/37539/31684 4918/37246/31415</w:t>
        <w:br/>
        <w:t>f 5212/37540/31685 5211/37541/31686 4955/37283/31450</w:t>
        <w:br/>
        <w:t>f 4956/37282/31449 5212/37540/31685 4955/37283/31450</w:t>
        <w:br/>
        <w:t>f 4959/37287/31454 5200/37528/31556 5201/37527/31675</w:t>
        <w:br/>
        <w:t>f 4958/37288/31455 4959/37287/31454 5201/37527/31675</w:t>
        <w:br/>
        <w:t>f 5070/37399/31555 5067/37398/31554 5065/37394/31551</w:t>
        <w:br/>
        <w:t>f 5066/37395/31485 5070/37399/31555 5065/37394/31551</w:t>
        <w:br/>
        <w:t>f 5067/37398/31554 5083/37413/31567 5086/37414/31568</w:t>
        <w:br/>
        <w:t>f 5065/37394/31551 5067/37398/31554 5086/37414/31568</w:t>
        <w:br/>
        <w:t>f 5087/37416/31570 5086/37414/31568 5083/37413/31567</w:t>
        <w:br/>
        <w:t>f 5089/37418/31572 5087/37416/31570 5083/37413/31567</w:t>
        <w:br/>
        <w:t>f 5214/37542/31687 5213/37543/31687 5141/37469/31620</w:t>
        <w:br/>
        <w:t>f 5114/37442/31596 5214/37542/31687 5141/37469/31620</w:t>
        <w:br/>
        <w:t>f 4894/37220/31391 4888/37217/31388 4932/37261/31428</w:t>
        <w:br/>
        <w:t>f 5114/37442/31596 4894/37220/31391 4932/37261/31428</w:t>
        <w:br/>
        <w:t>f 4890/37218/31389 4894/37220/31391 4891/37223/31394</w:t>
        <w:br/>
        <w:t>f 4889/37219/31390 4890/37218/31389 4891/37223/31394</w:t>
        <w:br/>
        <w:t>f 4889/37219/31390 4891/37223/31394 4907/37235/31405</w:t>
        <w:br/>
        <w:t>f 4905/37232/31443 4889/37219/31390 4907/37235/31405</w:t>
        <w:br/>
        <w:t>f 4942/37271/31438 4946/37274/31441 4947/37276/31443</w:t>
        <w:br/>
        <w:t>f 4941/37272/31439 4942/37271/31438 4947/37276/31443</w:t>
        <w:br/>
        <w:t>f 5216/37544/31688 5215/37545/31689 4972/37302/31469</w:t>
        <w:br/>
        <w:t>f 4967/37296/31463 5216/37544/31688 4972/37302/31469</w:t>
        <w:br/>
        <w:t>f 4946/37274/31441 4942/37271/31438 4988/37317/31484</w:t>
        <w:br/>
        <w:t>f 4949/37277/31444 4946/37274/31441 4988/37317/31484</w:t>
        <w:br/>
        <w:t>f 5175/37503/31651 5166/37495/31643 5164/37494/31642</w:t>
        <w:br/>
        <w:t>f 5219/37546/31690 5218/37547/31691 5217/37548/31692</w:t>
        <w:br/>
        <w:t>f 5220/37549/31693 5176/37506/31654 5177/37505/31653</w:t>
        <w:br/>
        <w:t>f 5221/37550/31694 5015/37342/31507 5013/37344/31509</w:t>
        <w:br/>
        <w:t>f 5224/37551/31695 5223/37552/31696 5222/37553/31697</w:t>
        <w:br/>
        <w:t>f 5225/37554/31696 5224/37551/31695 5222/37553/31697</w:t>
        <w:br/>
        <w:t>f 5228/37555/31698 5227/37556/31699 5226/37557/31699</w:t>
        <w:br/>
        <w:t>f 5230/37558/31700 5224/37551/31701 5004/37331/31499</w:t>
        <w:br/>
        <w:t>f 5229/37559/31702 5230/37558/31700 5004/37331/31499</w:t>
        <w:br/>
        <w:t>f 5231/37560/31703 5001/37328/31496 5229/37559/31702</w:t>
        <w:br/>
        <w:t>f 5025/37353/31518 5001/37328/31496 5231/37560/31703</w:t>
        <w:br/>
        <w:t>f 4996/37327/31495 5025/37353/31518 5231/37560/31703</w:t>
        <w:br/>
        <w:t>f 5229/37559/31702 5004/37331/31499 5002/37333/31501</w:t>
        <w:br/>
        <w:t>f 5232/37561/31704 5229/37559/31702 5002/37333/31501</w:t>
        <w:br/>
        <w:t>f 5012/37340/31505 5221/37550/31694 5013/37344/31509</w:t>
        <w:br/>
        <w:t>f 5234/37562/31705 5052/37378/31539 5049/37381/31542</w:t>
        <w:br/>
        <w:t>f 5233/37563/31706 5234/37562/31705 5049/37381/31542</w:t>
        <w:br/>
        <w:t>f 4956/37282/31449 5236/37564/31707 5235/37565/31708</w:t>
        <w:br/>
        <w:t>f 5212/37540/31685 4956/37282/31449 5235/37565/31708</w:t>
        <w:br/>
        <w:t>f 4944/37273/31440 5211/37541/31686 5212/37540/31685</w:t>
        <w:br/>
        <w:t>f 4943/37270/31437 4944/37273/31440 5212/37540/31685</w:t>
        <w:br/>
        <w:t>f 4906/37236/31406 4892/37222/31393 5209/37538/31683</w:t>
        <w:br/>
        <w:t>f 5210/37539/31684 4906/37236/31406 5209/37538/31683</w:t>
        <w:br/>
        <w:t>f 4893/37221/31392 5208/37537/31682 5209/37538/31683</w:t>
        <w:br/>
        <w:t>f 4892/37222/31393 4893/37221/31392 5209/37538/31683</w:t>
        <w:br/>
        <w:t>f 5208/37537/31682 5207/37535/31680 5116/37444/31598</w:t>
        <w:br/>
        <w:t>f 4921/37249/31418 5208/37537/31682 5116/37444/31598</w:t>
        <w:br/>
        <w:t>f 5113/37443/31597 5140/37470/31621 5206/37536/31681</w:t>
        <w:br/>
        <w:t>f 5207/37535/31680 5113/37443/31597 5206/37536/31681</w:t>
        <w:br/>
        <w:t>f 5084/37412/31566 5204/37533/31678 5205/37534/31679</w:t>
        <w:br/>
        <w:t>f 5088/37417/31571 5084/37412/31566 5205/37534/31679</w:t>
        <w:br/>
        <w:t>f 5068/37397/31553 5202/37532/31677 5204/37533/31678</w:t>
        <w:br/>
        <w:t>f 5084/37412/31566 5068/37397/31553 5204/37533/31678</w:t>
        <w:br/>
        <w:t>f 5071/37403/31559 5072/37402/31558 5202/37532/31677</w:t>
        <w:br/>
        <w:t>f 5203/37531/31447 5071/37403/31559 5202/37532/31677</w:t>
        <w:br/>
        <w:t>f 5237/37566/31709 5104/37431/31585 5102/37433/31587</w:t>
        <w:br/>
        <w:t>f 5240/37567/31710 5239/37568/31711 5238/37569/31579</w:t>
        <w:br/>
        <w:t>f 5242/37570/31712 5137/37466/31617 5110/37441/31595</w:t>
        <w:br/>
        <w:t>f 5241/37571/31713 5242/37570/31712 5110/37441/31595</w:t>
        <w:br/>
        <w:t>f 5174/37504/31652 5092/37424/31578 5093/37423/31577</w:t>
        <w:br/>
        <w:t>f 5164/37494/31642 5176/37506/31654 5243/37572/31714</w:t>
        <w:br/>
        <w:t>f 5161/37490/31638 5245/37573/31715 5244/37574/31716</w:t>
        <w:br/>
        <w:t>f 4931/37260/31427 5213/37543/31687 5214/37542/31687</w:t>
        <w:br/>
        <w:t>f 4930/37259/31427 4931/37260/31427 5214/37542/31687</w:t>
        <w:br/>
        <w:t>f 5247/37575/31717 5144/37475/31626 5246/37576/31718</w:t>
        <w:br/>
        <w:t>f 5247/37575/31719 5248/37577/31720 5142/37472/31623</w:t>
        <w:br/>
        <w:t>f 5154/37484/31633 5159/37488/31636 5249/37578/31721</w:t>
        <w:br/>
        <w:t>f 5169/37499/31647 5168/37497/31645 5129/37458/31609</w:t>
        <w:br/>
        <w:t>f 5252/37579/31722 5251/37580/31723 5250/37581/31724</w:t>
        <w:br/>
        <w:t>f 5253/37582/31725 5252/37579/31722 5250/37581/31724</w:t>
        <w:br/>
        <w:t>f 5150/37479/31629 5147/37478/31628 5146/37473/31624</w:t>
        <w:br/>
        <w:t>f 5159/37488/31636 5143/37471/31622 5249/37578/31721</w:t>
        <w:br/>
        <w:t>f 5154/37484/31633 5155/37483/31632 5159/37488/31636</w:t>
        <w:br/>
        <w:t>f 5135/37463/31614 5101/37428/31582 5099/37430/31584</w:t>
        <w:br/>
        <w:t>f 5129/37458/31609 5168/37497/31645 5105/37435/31589</w:t>
        <w:br/>
        <w:t>f 5147/37478/31628 5145/37474/31625 5146/37473/31624</w:t>
        <w:br/>
        <w:t>f 5143/37471/31622 5171/37500/31648 5249/37578/31721</w:t>
        <w:br/>
        <w:t>f 5132/37461/31612 5133/37460/31611 5181/37511/31660</w:t>
        <w:br/>
        <w:t>f 5145/37474/31625 5246/37576/31718 5144/37475/31626</w:t>
        <w:br/>
        <w:t>f 5254/37583/31726 4934/37263/31430 4935/37262/31429</w:t>
        <w:br/>
        <w:t>f 4938/37266/31433 4909/37238/31408 4937/37267/31434</w:t>
        <w:br/>
        <w:t>f 5028/37355/31520 5029/37358/31522 5023/37352/31727</w:t>
        <w:br/>
        <w:t>f 5020/37351/31516 5021/37350/31515 5255/37584/31434</w:t>
        <w:br/>
        <w:t>f 5229/37559/31702 5001/37328/31496 4999/37330/31498</w:t>
        <w:br/>
        <w:t>f 5230/37558/31700 5229/37559/31702 4999/37330/31498</w:t>
        <w:br/>
        <w:t>f 5027/37356/31521 5034/37360/31524 5038/37367/31531</w:t>
        <w:br/>
        <w:t>f 5026/37357/31521 5027/37356/31521 5038/37367/31531</w:t>
        <w:br/>
        <w:t>f 5033/37361/31525 5030/37359/31523 5019/37347/31512</w:t>
        <w:br/>
        <w:t>f 5032/37362/31526 5033/37361/31525 5019/37347/31512</w:t>
        <w:br/>
        <w:t>f 5023/37352/31517 5256/37585/31497 5022/37349/31514</w:t>
        <w:br/>
        <w:t>f 4939/37265/31432 4936/37268/31435 4997/37326/31494</w:t>
        <w:br/>
        <w:t>f 4936/37268/31435 5257/37586/31728 4997/37326/31494</w:t>
        <w:br/>
        <w:t>f 4897/37225/31396 5197/37526/31674 5240/37567/31710</w:t>
        <w:br/>
        <w:t>f 4896/37226/31397 4897/37225/31396 5240/37567/31710</w:t>
        <w:br/>
        <w:t>f 4953/37285/31452 4963/37290/31457 5236/37564/31707</w:t>
        <w:br/>
        <w:t>f 4956/37282/31449 4953/37285/31452 5236/37564/31707</w:t>
        <w:br/>
        <w:t>f 5259/37587/31511 4975/37306/31473 5258/37588/31729</w:t>
        <w:br/>
        <w:t>f 4976/37305/31472 4977/37304/31471 5117/37449/31603</w:t>
        <w:br/>
        <w:t>f 4991/37320/31487 4926/37256/31424 4948/37278/31445</w:t>
        <w:br/>
        <w:t>f 4989/37319/31486 4991/37320/31487 4948/37278/31445</w:t>
        <w:br/>
        <w:t>f 5174/37504/31652 5093/37423/31577 5166/37495/31643</w:t>
        <w:br/>
        <w:t>f 5246/37576/31730 5099/37430/31584 5100/37429/31583</w:t>
        <w:br/>
        <w:t>f 5093/37423/31577 5163/37492/31640 5166/37495/31643</w:t>
        <w:br/>
        <w:t>f 5243/37572/31714 5175/37503/31651 5164/37494/31642</w:t>
        <w:br/>
        <w:t>f 5167/37496/31644 5176/37506/31654 5164/37494/31642</w:t>
        <w:br/>
        <w:t>f 5188/37515/31663 5220/37549/31693 5177/37505/31653</w:t>
        <w:br/>
        <w:t>f 5176/37506/31654 5133/37460/31611 5131/37462/31613</w:t>
        <w:br/>
        <w:t>f 4968/37299/31466 4912/37243/31412 4913/37242/31412</w:t>
        <w:br/>
        <w:t>f 4971/37300/31467 4968/37299/31466 4913/37242/31412</w:t>
        <w:br/>
        <w:t>f 4900/37229/31399 4901/37228/31399 5123/37451/31604</w:t>
        <w:br/>
        <w:t>f 5124/37450/31604 4900/37229/31399 5123/37451/31604</w:t>
        <w:br/>
        <w:t>f 4972/37302/31469 4973/37301/31468 4966/37293/31460</w:t>
        <w:br/>
        <w:t>f 4967/37296/31463 4972/37302/31469 4966/37293/31460</w:t>
        <w:br/>
        <w:t>f 4957/37289/31456 5253/37582/31725 5250/37581/31724</w:t>
        <w:br/>
        <w:t>f 4960/37286/31453 4957/37289/31456 5250/37581/31724</w:t>
        <w:br/>
        <w:t>f 5107/37437/31591 5108/37436/31590 5260/37589/31731</w:t>
        <w:br/>
        <w:t>f 5261/37590/31732 5107/37437/31591 5260/37589/31731</w:t>
        <w:br/>
        <w:t>f 5108/37436/31590 5076/37406/31560 5077/37405/31453</w:t>
        <w:br/>
        <w:t>f 5260/37589/31731 5108/37436/31590 5077/37405/31453</w:t>
        <w:br/>
        <w:t>f 5076/37406/31560 5108/37436/31590 5104/37431/31585</w:t>
        <w:br/>
        <w:t>f 5080/37408/31562 5076/37406/31560 5104/37431/31585</w:t>
        <w:br/>
        <w:t>f 5262/37591/31733 5096/37425/31579 5080/37408/31562</w:t>
        <w:br/>
        <w:t>f 5104/37431/31585 5262/37591/31733 5080/37408/31562</w:t>
        <w:br/>
        <w:t>f 4895/37227/31398 4896/37226/31397 5126/37456/31608</w:t>
        <w:br/>
        <w:t>f 5127/37455/31607 4895/37227/31398 5126/37456/31608</w:t>
        <w:br/>
        <w:t>f 5137/37466/31617 5126/37456/31608 4896/37226/31397</w:t>
        <w:br/>
        <w:t>f 5240/37567/31710 5137/37466/31617 4896/37226/31397</w:t>
        <w:br/>
        <w:t>f 5112/37439/31593 5137/37466/31617 5240/37567/31710</w:t>
        <w:br/>
        <w:t>f 5238/37569/31579 5112/37439/31593 5240/37567/31710</w:t>
        <w:br/>
        <w:t>f 5245/37573/31715 5264/37592/31734 5263/37593/31735</w:t>
        <w:br/>
        <w:t>f 5244/37574/31716 5245/37573/31715 5263/37593/31735</w:t>
        <w:br/>
        <w:t>f 5119/37447/31601 5266/37594/31736 5265/37595/31737</w:t>
        <w:br/>
        <w:t>f 5267/37596/31738 4994/37324/31491 5018/37348/31513</w:t>
        <w:br/>
        <w:t>f 4961/37292/31459 4962/37291/31458 4972/37302/31469</w:t>
        <w:br/>
        <w:t>f 5215/37545/31689 4961/37292/31459 4972/37302/31469</w:t>
        <w:br/>
        <w:t>f 4967/37296/31463 4964/37295/31462 5268/37597/31739</w:t>
        <w:br/>
        <w:t>f 5216/37544/31688 4967/37296/31463 5268/37597/31739</w:t>
        <w:br/>
        <w:t>f 4980/37307/31474 4983/37312/31479 4979/37308/31475</w:t>
        <w:br/>
        <w:t>f 5201/37527/31675 4963/37290/31457 4961/37292/31459</w:t>
        <w:br/>
        <w:t>f 4958/37288/31455 5201/37527/31675 4961/37292/31459</w:t>
        <w:br/>
        <w:t>f 4963/37290/31457 5201/37527/31675 5198/37530/31676</w:t>
        <w:br/>
        <w:t>f 5236/37564/31707 4963/37290/31457 5198/37530/31676</w:t>
        <w:br/>
        <w:t>f 5252/37579/31722 5253/37582/31725 5216/37544/31688</w:t>
        <w:br/>
        <w:t>f 5268/37597/31739 5252/37579/31722 5216/37544/31688</w:t>
        <w:br/>
        <w:t>f 5236/37564/31707 5198/37530/31676 4952/37279/31446</w:t>
        <w:br/>
        <w:t>f 5235/37565/31708 5236/37564/31707 4952/37279/31446</w:t>
        <w:br/>
        <w:t>f 4950/37281/31448 5269/37598/31555 4988/37317/31484</w:t>
        <w:br/>
        <w:t>f 4987/37316/31483 4950/37281/31448 4988/37317/31484</w:t>
        <w:br/>
        <w:t>f 4987/37316/31483 5235/37565/31708 4952/37279/31446</w:t>
        <w:br/>
        <w:t>f 4950/37281/31448 4987/37316/31483 4952/37279/31446</w:t>
        <w:br/>
        <w:t>f 4976/37305/31472 5118/37448/31602 4983/37312/31479</w:t>
        <w:br/>
        <w:t>f 5253/37582/31725 4957/37289/31456 5215/37545/31689</w:t>
        <w:br/>
        <w:t>f 5216/37544/31688 5253/37582/31725 5215/37545/31689</w:t>
        <w:br/>
        <w:t>f 4957/37289/31456 4958/37288/31455 4961/37292/31459</w:t>
        <w:br/>
        <w:t>f 5215/37545/31689 4957/37289/31456 4961/37292/31459</w:t>
        <w:br/>
        <w:t>f 5270/37599/31740 5119/37447/31601 4965/37294/31461</w:t>
        <w:br/>
        <w:t>f 4943/37270/31437 5212/37540/31685 5235/37565/31708</w:t>
        <w:br/>
        <w:t>f 4987/37316/31483 4943/37270/31437 5235/37565/31708</w:t>
        <w:br/>
        <w:t>f 5269/37598/31555 4990/37318/31485 4949/37277/31444</w:t>
        <w:br/>
        <w:t>f 4988/37317/31484 5269/37598/31555 4949/37277/31444</w:t>
        <w:br/>
        <w:t>f 4926/37256/31424 4923/37252/31421 4948/37278/31445</w:t>
        <w:br/>
        <w:t>f 4980/37307/31474 4978/37309/31476 5271/37600/31741</w:t>
        <w:br/>
        <w:t>f 5079/37409/31563 5082/37410/31564 5073/37401/31557</w:t>
        <w:br/>
        <w:t>f 5075/37407/31561 5079/37409/31563 5073/37401/31557</w:t>
        <w:br/>
        <w:t>f 5266/37594/31736 5119/37447/31601 5270/37599/31740</w:t>
        <w:br/>
        <w:t>f 4908/37239/31409 4909/37238/31408 4940/37269/31436</w:t>
        <w:br/>
        <w:t>f 5272/37601/31742 4908/37239/31409 4940/37269/31436</w:t>
        <w:br/>
        <w:t>f 5050/37380/31541 5273/37602/31743 5222/37553/31744</w:t>
        <w:br/>
        <w:t>f 5049/37381/31542 5050/37380/31541 5222/37553/31744</w:t>
        <w:br/>
        <w:t>f 5054/37382/31543 5059/37390/31549 5060/37389/31549</w:t>
        <w:br/>
        <w:t>f 5053/37383/31543 5054/37382/31543 5060/37389/31549</w:t>
        <w:br/>
        <w:t>f 5040/37371/31534 5041/37370/31534 5044/37374/31536</w:t>
        <w:br/>
        <w:t>f 5045/37373/31536 5040/37371/31534 5044/37374/31536</w:t>
        <w:br/>
        <w:t>f 5233/37563/31706 5049/37381/31542 5222/37553/31744</w:t>
        <w:br/>
        <w:t>f 5274/37603/31544 5233/37563/31706 5222/37553/31744</w:t>
        <w:br/>
        <w:t>f 5004/37331/31499 5222/37553/31744 5273/37602/31743</w:t>
        <w:br/>
        <w:t>f 5003/37332/31500 5004/37331/31499 5273/37602/31743</w:t>
        <w:br/>
        <w:t>f 5275/37604/31745 5042/37369/31533 5043/37372/31535</w:t>
        <w:br/>
        <w:t>f 5276/37605/31746 5275/37604/31745 5043/37372/31535</w:t>
        <w:br/>
        <w:t>f 5226/37557/31699 5227/37556/31699 5051/37379/31540</w:t>
        <w:br/>
        <w:t>f 5052/37378/31539 5226/37557/31699 5051/37379/31540</w:t>
        <w:br/>
        <w:t>f 5047/37376/31538 5061/37388/31548 5062/37391/31548</w:t>
        <w:br/>
        <w:t>f 5046/37377/31538 5047/37376/31538 5062/37391/31548</w:t>
        <w:br/>
        <w:t>f 5058/37385/31545 5056/37387/31547 5052/37378/31539</w:t>
        <w:br/>
        <w:t>f 5234/37562/31705 5058/37385/31545 5052/37378/31539</w:t>
        <w:br/>
        <w:t>f 5277/37606/31747 5275/37604/31745 5276/37605/31746</w:t>
        <w:br/>
        <w:t>f 5025/37353/31518 4996/37327/31495 4997/37326/31494</w:t>
        <w:br/>
        <w:t>f 5025/37353/31518 5000/37329/31497 5001/37328/31496</w:t>
        <w:br/>
        <w:t>f 5119/37447/31601 5265/37595/31737 5118/37448/31602</w:t>
        <w:br/>
        <w:t>f 4980/37307/31474 4976/37305/31472 4983/37312/31479</w:t>
        <w:br/>
        <w:t>f 5122/37452/31605 4908/37239/31409 5272/37601/31742</w:t>
        <w:br/>
        <w:t>f 5121/37453/31605 5122/37452/31605 5272/37601/31742</w:t>
        <w:br/>
        <w:t>f 4969/37298/31465 4970/37297/31464 4911/37240/31410</w:t>
        <w:br/>
        <w:t>f 4908/37239/31409 4969/37298/31465 4911/37240/31410</w:t>
        <w:br/>
        <w:t>f 5120/37446/31600 4964/37295/31462 4965/37294/31461</w:t>
        <w:br/>
        <w:t>f 5261/37590/31732 5016/37346/31511 5017/37345/31510</w:t>
        <w:br/>
        <w:t>f 5107/37437/31591 5261/37590/31732 5017/37345/31510</w:t>
        <w:br/>
        <w:t>f 4984/37315/31482 5103/37432/31586 5107/37437/31591</w:t>
        <w:br/>
        <w:t>f 5017/37345/31510 4984/37315/31482 5107/37437/31591</w:t>
        <w:br/>
        <w:t>f 5102/37433/31587 5103/37432/31586 4984/37315/31482</w:t>
        <w:br/>
        <w:t>f 5134/37464/31615 5102/37433/31587 4984/37315/31482</w:t>
        <w:br/>
        <w:t>f 5264/37592/31734 5128/37454/31606 5125/37457/31606</w:t>
        <w:br/>
        <w:t>f 5263/37593/31735 5264/37592/31734 5125/37457/31606</w:t>
        <w:br/>
        <w:t>f 5094/37422/31576 5095/37421/31575 5241/37571/31713</w:t>
        <w:br/>
        <w:t>f 5110/37441/31595 5094/37422/31576 5241/37571/31713</w:t>
        <w:br/>
        <w:t>f 5098/37426/31580 5094/37422/31576 5110/37441/31595</w:t>
        <w:br/>
        <w:t>f 5111/37440/31594 5098/37426/31580 5110/37441/31595</w:t>
        <w:br/>
        <w:t>f 5268/37597/31739 5117/37449/31603 4977/37304/31471</w:t>
        <w:br/>
        <w:t>f 5252/37579/31722 5268/37597/31739 4977/37304/31471</w:t>
        <w:br/>
        <w:t>f 4964/37295/31462 5120/37446/31600 5117/37449/31603</w:t>
        <w:br/>
        <w:t>f 5268/37597/31739 4964/37295/31462 5117/37449/31603</w:t>
        <w:br/>
        <w:t>f 4977/37304/31471 5259/37587/31511 5251/37580/31723</w:t>
        <w:br/>
        <w:t>f 5252/37579/31722 4977/37304/31471 5251/37580/31723</w:t>
        <w:br/>
        <w:t>f 5006/37335/31503 4979/37308/31475 4981/37311/31478</w:t>
        <w:br/>
        <w:t>f 5005/37336/31503 5006/37335/31503 4981/37311/31478</w:t>
        <w:br/>
        <w:t>f 5279/37607/31748 5182/37510/31659 5190/37519/31667</w:t>
        <w:br/>
        <w:t>f 5278/37608/31748 5279/37607/31748 5190/37519/31667</w:t>
        <w:br/>
        <w:t>f 5265/37595/31737 5266/37594/31736 4982/37310/31477</w:t>
        <w:br/>
        <w:t>f 4983/37312/31479 5265/37595/31737 4982/37310/31477</w:t>
        <w:br/>
        <w:t>f 5265/37595/31737 4983/37312/31479 5118/37448/31602</w:t>
        <w:br/>
        <w:t>f 4976/37305/31472 4980/37307/31474 4975/37306/31473</w:t>
        <w:br/>
        <w:t>f 5258/37588/31729 5271/37600/31741 5280/37609/31749</w:t>
        <w:br/>
        <w:t>f 5232/37561/31704 5231/37560/31703 5229/37559/31702</w:t>
        <w:br/>
        <w:t>f 5254/37583/31726 4998/37325/31493 4996/37327/31495</w:t>
        <w:br/>
        <w:t>f 4909/37238/31408 4935/37262/31429 4933/37264/31431</w:t>
        <w:br/>
        <w:t>f 4909/37238/31408 4910/37237/31407 4937/37267/31434</w:t>
        <w:br/>
        <w:t>f 5271/37600/31750 5020/37351/31516 5255/37584/31434</w:t>
        <w:br/>
        <w:t>f 5191/37522/31670 5157/37487/31635 5158/37486/31634</w:t>
        <w:br/>
        <w:t>f 5193/37520/31668 5191/37522/31670 5158/37486/31634</w:t>
        <w:br/>
        <w:t>f 5195/37524/31672 5196/37523/31671 5151/37481/31630</w:t>
        <w:br/>
        <w:t>f 5152/37480/31630 5195/37524/31672 5151/37481/31630</w:t>
        <w:br/>
        <w:t>f 5217/37548/31692 5218/37547/31691 5189/37518/31666</w:t>
        <w:br/>
        <w:t>f 5186/37517/31665 5217/37548/31692 5189/37518/31666</w:t>
        <w:br/>
        <w:t>f 5183/37514/31661 5282/37610/31751 5281/37611/31752</w:t>
        <w:br/>
        <w:t>f 5185/37512/31661 5183/37514/31661 5281/37611/31752</w:t>
        <w:br/>
        <w:t>f 5282/37610/31751 5279/37607/31748 5278/37608/31748</w:t>
        <w:br/>
        <w:t>f 5281/37611/31752 5282/37610/31751 5278/37608/31748</w:t>
        <w:br/>
        <w:t>f 4985/37314/31481 4986/37313/31480 5106/37434/31588</w:t>
        <w:br/>
        <w:t>f 4986/37313/31480 5129/37458/31609 5106/37434/31588</w:t>
        <w:br/>
        <w:t>f 4985/37314/31481 5106/37434/31588 5101/37428/31582</w:t>
        <w:br/>
        <w:t>f 5101/37428/31582 5106/37434/31588 5100/37429/31583</w:t>
        <w:br/>
        <w:t>f 4986/37313/31480 5109/37438/31592 5129/37458/31609</w:t>
        <w:br/>
        <w:t>f 5285/37612/31715 5284/37613/31753 5283/37614/31754</w:t>
        <w:br/>
        <w:t>f 4985/37314/31481 5101/37428/31582 5134/37464/31615</w:t>
        <w:br/>
        <w:t>f 4984/37315/31482 4985/37314/31481 5134/37464/31615</w:t>
        <w:br/>
        <w:t>f 5017/37345/31510 4986/37313/31480 4984/37315/31482</w:t>
        <w:br/>
        <w:t>f 5220/37549/31693 5286/37615/31755 5176/37506/31654</w:t>
        <w:br/>
        <w:t>f 5258/37588/31729 4975/37306/31473 5271/37600/31741</w:t>
        <w:br/>
        <w:t>f 4975/37306/31473 4980/37307/31474 5271/37600/31741</w:t>
        <w:br/>
        <w:t>f 5285/37612/31715 5170/37498/31646 5130/37459/31610</w:t>
        <w:br/>
        <w:t>f 5284/37613/31753 5285/37612/31715 5130/37459/31610</w:t>
        <w:br/>
        <w:t>f 5259/37587/31511 4977/37304/31471 4975/37306/31473</w:t>
        <w:br/>
        <w:t>f 5118/37448/31602 4976/37305/31472 5117/37449/31603</w:t>
        <w:br/>
        <w:t>f 5161/37490/31638 5244/37574/31716 5160/37491/31639</w:t>
        <w:br/>
        <w:t>f 4998/37325/31493 5254/37583/31726 4935/37262/31429</w:t>
        <w:br/>
        <w:t>f 5119/37447/31601 5120/37446/31600 4965/37294/31461</w:t>
        <w:br/>
        <w:t>f 5169/37499/31647 5129/37458/31609 5130/37459/31610</w:t>
        <w:br/>
        <w:t>f 3600/37616/31756 3599/37617/31757 3598/37618/31758</w:t>
        <w:br/>
        <w:t>f 3603/37619/31759 3602/37620/31760 3601/37621/31761</w:t>
        <w:br/>
        <w:t>f 3604/37622/31761 3603/37619/31759 3601/37621/31761</w:t>
        <w:br/>
        <w:t>f 3607/37623/31762 3606/37624/31763 3605/37625/31764</w:t>
        <w:br/>
        <w:t>f 3610/37626/31765 3609/37627/31766 3608/37628/31767</w:t>
        <w:br/>
        <w:t>f 3613/37629/31768 3612/37630/31769 3611/37631/31770</w:t>
        <w:br/>
        <w:t>f 3614/37632/31771 3613/37629/31768 3611/37631/31770</w:t>
        <w:br/>
        <w:t>f 3617/37633/31772 3616/37634/31773 3615/37635/31774</w:t>
        <w:br/>
        <w:t>f 3618/37636/31772 3617/37633/31772 3615/37635/31774</w:t>
        <w:br/>
        <w:t>f 3619/37637/31775 3607/37623/31762 3605/37625/31764</w:t>
        <w:br/>
        <w:t>f 3623/37638/31776 3622/37639/31777 3621/37640/31778</w:t>
        <w:br/>
        <w:t>f 3620/37641/31778 3623/37638/31776 3621/37640/31778</w:t>
        <w:br/>
        <w:t>f 3626/37642/31779 3625/37643/31780 3624/37644/31781</w:t>
        <w:br/>
        <w:t>f 3609/37627/31766 3613/37629/31768 3627/37645/31782</w:t>
        <w:br/>
        <w:t>f 3630/37646/31783 3629/37647/31784 3628/37648/31785</w:t>
        <w:br/>
        <w:t>f 3633/37649/31786 3632/37650/31787 3631/37651/31788</w:t>
        <w:br/>
        <w:t>f 3636/37652/31789 3635/37653/31790 3634/37654/31791</w:t>
        <w:br/>
        <w:t>f 3637/37655/31792 3636/37652/31789 3634/37654/31791</w:t>
        <w:br/>
        <w:t>f 3641/37656/31793 3640/37657/31794 3639/37658/31795</w:t>
        <w:br/>
        <w:t>f 3638/37659/31796 3641/37656/31793 3639/37658/31795</w:t>
        <w:br/>
        <w:t>f 3644/37660/31797 3643/37661/31798 3642/37662/31799</w:t>
        <w:br/>
        <w:t>f 3647/37663/31800 3646/37664/31801 3645/37665/31802</w:t>
        <w:br/>
        <w:t>f 3651/37666/31803 3650/37667/31804 3649/37668/31805</w:t>
        <w:br/>
        <w:t>f 3648/37669/31806 3651/37666/31803 3649/37668/31805</w:t>
        <w:br/>
        <w:t>f 3639/37658/31795 3636/37652/31789 3637/37655/31792</w:t>
        <w:br/>
        <w:t>f 3638/37659/31796 3639/37658/31795 3637/37655/31792</w:t>
        <w:br/>
        <w:t>f 3612/37630/31807 3653/37670/31808 3652/37671/31809</w:t>
        <w:br/>
        <w:t>f 3655/37672/31810 3654/37673/31811 3646/37664/31801</w:t>
        <w:br/>
        <w:t>f 3599/37617/31757 3600/37616/31756 3656/37674/31812</w:t>
        <w:br/>
        <w:t>f 3657/37675/31813 3599/37617/31757 3656/37674/31812</w:t>
        <w:br/>
        <w:t>f 3661/37676/31814 3660/37677/31815 3659/37678/31815</w:t>
        <w:br/>
        <w:t>f 3658/37679/31816 3661/37676/31814 3659/37678/31815</w:t>
        <w:br/>
        <w:t>f 3607/37623/31762 3663/37680/31817 3662/37681/31818</w:t>
        <w:br/>
        <w:t>f 3606/37624/31763 3607/37623/31762 3662/37681/31818</w:t>
        <w:br/>
        <w:t>f 3666/37682/31819 3665/37683/31820 3664/37684/31821</w:t>
        <w:br/>
        <w:t>f 3669/37685/31822 3668/37686/31822 3667/37687/31823</w:t>
        <w:br/>
        <w:t>f 3672/37688/31782 3671/37689/31824 3670/37690/31825</w:t>
        <w:br/>
        <w:t>f 3674/37691/31826 3645/37665/31802 3673/37692/31827</w:t>
        <w:br/>
        <w:t>f 3677/37693/31828 3676/37694/31829 3675/37695/31830</w:t>
        <w:br/>
        <w:t>f 3681/37696/31831 3680/37697/31832 3679/37698/31833</w:t>
        <w:br/>
        <w:t>f 3678/37699/31834 3681/37696/31831 3679/37698/31833</w:t>
        <w:br/>
        <w:t>f 3607/37623/31762 3599/37617/31757 3657/37675/31813</w:t>
        <w:br/>
        <w:t>f 3663/37680/31817 3607/37623/31762 3657/37675/31813</w:t>
        <w:br/>
        <w:t>f 3684/37700/31835 3683/37701/31836 3682/37702/31837</w:t>
        <w:br/>
        <w:t>f 3688/37703/31838 3687/37704/31839 3686/37705/31840</w:t>
        <w:br/>
        <w:t>f 3685/37706/31841 3688/37703/31838 3686/37705/31840</w:t>
        <w:br/>
        <w:t>f 3658/37679/31816 3689/37707/31842 3661/37676/31814</w:t>
        <w:br/>
        <w:t>f 3692/37708/31843 3691/37709/31844 3690/37710/31845</w:t>
        <w:br/>
        <w:t>f 3693/37711/31846 3692/37708/31843 3690/37710/31845</w:t>
        <w:br/>
        <w:t>f 3614/37632/31771 3695/37712/31847 3694/37713/31848</w:t>
        <w:br/>
        <w:t>f 3676/37694/31849 3697/37714/31850 3696/37715/31851</w:t>
        <w:br/>
        <w:t>f 3699/37716/31852 3698/37717/31853 3695/37712/31854</w:t>
        <w:br/>
        <w:t>f 3700/37718/31855 3675/37695/31830 3650/37667/31804</w:t>
        <w:br/>
        <w:t>f 3651/37666/31803 3700/37718/31855 3650/37667/31804</w:t>
        <w:br/>
        <w:t>f 3703/37719/31856 3702/37720/31857 3701/37721/31858</w:t>
        <w:br/>
        <w:t>f 3704/37722/31859 3703/37719/31856 3701/37721/31858</w:t>
        <w:br/>
        <w:t>f 3683/37701/31836 3706/37723/31860 3705/37724/31861</w:t>
        <w:br/>
        <w:t>f 3709/37725/31862 3708/37726/31863 3707/37727/31864</w:t>
        <w:br/>
        <w:t>f 3710/37728/31865 3709/37725/31862 3707/37727/31864</w:t>
        <w:br/>
        <w:t>f 3711/37729/31866 3654/37673/31811 3655/37672/31810</w:t>
        <w:br/>
        <w:t>f 3712/37730/31866 3711/37729/31866 3655/37672/31810</w:t>
        <w:br/>
        <w:t>f 3683/37701/31836 3714/37731/31867 3713/37732/31868</w:t>
        <w:br/>
        <w:t>f 3623/37638/31776 3716/37733/31869 3715/37734/31870</w:t>
        <w:br/>
        <w:t>f 3685/37706/31841 3686/37705/31840 3718/37735/31871</w:t>
        <w:br/>
        <w:t>f 3717/37736/31872 3685/37706/31841 3718/37735/31871</w:t>
        <w:br/>
        <w:t>f 3714/37731/31867 3705/37724/31861 3719/37737/31873</w:t>
        <w:br/>
        <w:t>f 3721/37738/31874 3720/37739/31875 3709/37725/31862</w:t>
        <w:br/>
        <w:t>f 3689/37707/31842 3723/37740/31876 3722/37741/31877</w:t>
        <w:br/>
        <w:t>f 3691/37709/31844 3692/37708/31843 3724/37742/31878</w:t>
        <w:br/>
        <w:t>f 3725/37743/31879 3691/37709/31844 3724/37742/31878</w:t>
        <w:br/>
        <w:t>f 3709/37725/31862 3726/37744/31880 3708/37726/31863</w:t>
        <w:br/>
        <w:t>f 3729/37745/31881 3728/37746/31882 3727/37747/31883</w:t>
        <w:br/>
        <w:t>f 3732/37748/31884 3731/37749/31885 3730/37750/31884</w:t>
        <w:br/>
        <w:t>f 3735/37751/31886 3734/37752/31886 3733/37753/31887</w:t>
        <w:br/>
        <w:t>f 3736/37754/31887 3735/37751/31886 3733/37753/31887</w:t>
        <w:br/>
        <w:t>f 3739/37755/31888 3738/37756/31889 3737/37757/31889</w:t>
        <w:br/>
        <w:t>f 3742/37758/31890 3741/37759/31891 3740/37760/31892</w:t>
        <w:br/>
        <w:t>f 3744/37761/31893 3667/37687/31894 3743/37762/31895</w:t>
        <w:br/>
        <w:t>f 3746/37763/31896 3745/37764/31897 3670/37690/31825</w:t>
        <w:br/>
        <w:t>f 3748/37765/31898 3747/37766/31899 3642/37662/31799</w:t>
        <w:br/>
        <w:t>f 3751/37767/31900 3750/37768/31901 3749/37769/31902</w:t>
        <w:br/>
        <w:t>f 3754/37770/31903 3753/37771/31904 3752/37772/31905</w:t>
        <w:br/>
        <w:t>f 3757/37773/31906 3756/37774/31907 3755/37775/31908</w:t>
        <w:br/>
        <w:t>f 3634/37654/31791 3759/37776/31909 3758/37777/31910</w:t>
        <w:br/>
        <w:t>f 3637/37655/31792 3634/37654/31791 3758/37777/31910</w:t>
        <w:br/>
        <w:t>f 3762/37778/31911 3761/37779/31775 3760/37780/31764</w:t>
        <w:br/>
        <w:t>f 3638/37659/31796 3637/37655/31792 3758/37777/31910</w:t>
        <w:br/>
        <w:t>f 3754/37770/31903 3764/37781/31912 3763/37782/31913</w:t>
        <w:br/>
        <w:t>f 3685/37706/31841 3766/37783/31914 3765/37784/31914</w:t>
        <w:br/>
        <w:t>f 3685/37706/31841 3717/37736/31872 3705/37724/31861</w:t>
        <w:br/>
        <w:t>f 3724/37742/31878 3692/37708/31843 3708/37726/31863</w:t>
        <w:br/>
        <w:t>f 3708/37726/31863 3692/37708/31843 3693/37711/31846</w:t>
        <w:br/>
        <w:t>f 3707/37727/31864 3708/37726/31863 3693/37711/31846</w:t>
        <w:br/>
        <w:t>f 3764/37781/31912 3767/37785/31915 3763/37782/31913</w:t>
        <w:br/>
        <w:t>f 3754/37770/31903 3752/37772/31905 3764/37781/31912</w:t>
        <w:br/>
        <w:t>f 3659/37678/31815 3660/37677/31815 3768/37786/31916</w:t>
        <w:br/>
        <w:t>f 3769/37787/31917 3659/37678/31815 3768/37786/31916</w:t>
        <w:br/>
        <w:t>f 3772/37788/31918 3771/37789/31919 3770/37790/31919</w:t>
        <w:br/>
        <w:t>f 3773/37791/31918 3772/37788/31918 3770/37790/31919</w:t>
        <w:br/>
        <w:t>f 3777/37792/31920 3776/37793/31921 3775/37794/31922</w:t>
        <w:br/>
        <w:t>f 3774/37795/31923 3777/37792/31920 3775/37794/31922</w:t>
        <w:br/>
        <w:t>f 3780/37796/31924 3779/37797/31925 3778/37798/31926</w:t>
        <w:br/>
        <w:t>f 3781/37799/31927 3780/37796/31924 3778/37798/31926</w:t>
        <w:br/>
        <w:t>f 3778/37798/31926 3775/37794/31922 3767/37785/31915</w:t>
        <w:br/>
        <w:t>f 3764/37781/31912 3778/37798/31926 3767/37785/31915</w:t>
        <w:br/>
        <w:t>f 3771/37789/31919 3624/37644/31781 3782/37800/31928</w:t>
        <w:br/>
        <w:t>f 3770/37790/31919 3771/37789/31919 3782/37800/31928</w:t>
        <w:br/>
        <w:t>f 3773/37791/31918 3604/37622/31761 3601/37621/31761</w:t>
        <w:br/>
        <w:t>f 3772/37788/31918 3773/37791/31918 3601/37621/31761</w:t>
        <w:br/>
        <w:t>f 3769/37787/31917 3768/37786/31916 3783/37801/31929</w:t>
        <w:br/>
        <w:t>f 3784/37802/31929 3769/37787/31917 3783/37801/31929</w:t>
        <w:br/>
        <w:t>f 3774/37795/31923 3693/37711/31846 3690/37710/31845</w:t>
        <w:br/>
        <w:t>f 3777/37792/31920 3774/37795/31923 3690/37710/31845</w:t>
        <w:br/>
        <w:t>f 3749/37769/31902 3776/37793/31921 3751/37767/31900</w:t>
        <w:br/>
        <w:t>f 3786/37803/31930 3784/37802/31929 3783/37801/31929</w:t>
        <w:br/>
        <w:t>f 3785/37804/31904 3786/37803/31930 3783/37801/31929</w:t>
        <w:br/>
        <w:t>f 3774/37795/31923 3779/37797/31925 3707/37727/31864</w:t>
        <w:br/>
        <w:t>f 3693/37711/31846 3774/37795/31923 3707/37727/31864</w:t>
        <w:br/>
        <w:t>f 3707/37727/31864 3780/37796/31924 3710/37728/31865</w:t>
        <w:br/>
        <w:t>f 3781/37799/31927 3778/37798/31926 3764/37781/31912</w:t>
        <w:br/>
        <w:t>f 3752/37772/31905 3781/37799/31927 3764/37781/31912</w:t>
        <w:br/>
        <w:t>f 3789/37805/31931 3788/37806/31932 3787/37807/31933</w:t>
        <w:br/>
        <w:t>f 3790/37808/31934 3789/37805/31931 3787/37807/31933</w:t>
        <w:br/>
        <w:t>f 3793/37809/31935 3792/37810/31936 3791/37811/31937</w:t>
        <w:br/>
        <w:t>f 3797/37812/31938 3796/37813/31939 3795/37814/31940</w:t>
        <w:br/>
        <w:t>f 3794/37815/31941 3797/37812/31938 3795/37814/31940</w:t>
        <w:br/>
        <w:t>f 3800/37816/31942 3799/37817/31943 3798/37818/31944</w:t>
        <w:br/>
        <w:t>f 3801/37819/31945 3793/37809/31935 3791/37811/31937</w:t>
        <w:br/>
        <w:t>f 3792/37810/31936 3744/37761/31946 3802/37820/31947</w:t>
        <w:br/>
        <w:t>f 3803/37821/31948 3800/37816/31942 3640/37657/31794</w:t>
        <w:br/>
        <w:t>f 3747/37766/31899 3798/37818/31944 3799/37817/31943</w:t>
        <w:br/>
        <w:t>f 3790/37808/31934 3606/37624/31763 3662/37681/31818</w:t>
        <w:br/>
        <w:t>f 3789/37805/31931 3790/37808/31934 3662/37681/31818</w:t>
        <w:br/>
        <w:t>f 3804/37822/31949 3794/37815/31941 3795/37814/31940</w:t>
        <w:br/>
        <w:t>f 3740/37760/31892 3787/37807/31933 3788/37806/31932</w:t>
        <w:br/>
        <w:t>f 3796/37813/31939 3797/37812/31938 3805/37823/31950</w:t>
        <w:br/>
        <w:t>f 3809/37824/31951 3808/37825/31952 3807/37826/31953</w:t>
        <w:br/>
        <w:t>f 3806/37827/31954 3809/37824/31951 3807/37826/31953</w:t>
        <w:br/>
        <w:t>f 3812/37828/31955 3811/37829/31956 3810/37830/31957</w:t>
        <w:br/>
        <w:t>f 3813/37831/31958 3753/37771/31904 3754/37770/31903</w:t>
        <w:br/>
        <w:t>f 3814/37832/31959 3813/37831/31958 3754/37770/31903</w:t>
        <w:br/>
        <w:t>f 3815/37833/31960 3814/37832/31959 3754/37770/31903</w:t>
        <w:br/>
        <w:t>f 3750/37768/31961 3815/37833/31960 3754/37770/31903</w:t>
        <w:br/>
        <w:t>f 3817/37834/31962 3807/37826/31953 3808/37825/31952</w:t>
        <w:br/>
        <w:t>f 3816/37835/31963 3817/37834/31962 3808/37825/31952</w:t>
        <w:br/>
        <w:t>f 3818/37836/31964 3600/37616/31756 3598/37618/31758</w:t>
        <w:br/>
        <w:t>f 3821/37837/31965 3820/37838/31966 3819/37839/31966</w:t>
        <w:br/>
        <w:t>f 3822/37840/31967 3821/37837/31965 3819/37839/31966</w:t>
        <w:br/>
        <w:t>f 3600/37616/31756 3819/37839/31966 3820/37838/31966</w:t>
        <w:br/>
        <w:t>f 3656/37674/31812 3600/37616/31756 3820/37838/31966</w:t>
        <w:br/>
        <w:t>f 3652/37671/31809 3653/37670/31808 3668/37686/31822</w:t>
        <w:br/>
        <w:t>f 3669/37685/31822 3652/37671/31809 3668/37686/31822</w:t>
        <w:br/>
        <w:t>f 3823/37841/31968 3811/37829/31956 3750/37768/31901</w:t>
        <w:br/>
        <w:t>f 3755/37775/31908 3756/37774/31907 3824/37842/31969</w:t>
        <w:br/>
        <w:t>f 3807/37826/31953 3817/37834/31962 3759/37776/31909</w:t>
        <w:br/>
        <w:t>f 3634/37654/31791 3807/37826/31953 3759/37776/31909</w:t>
        <w:br/>
        <w:t>f 3826/37843/31970 3825/37844/31971 3822/37840/31972</w:t>
        <w:br/>
        <w:t>f 3818/37836/31964 3826/37843/31970 3822/37840/31972</w:t>
        <w:br/>
        <w:t>f 3635/37653/31790 3807/37826/31953 3634/37654/31791</w:t>
        <w:br/>
        <w:t>f 3829/37845/31973 3828/37846/31973 3827/37847/31974</w:t>
        <w:br/>
        <w:t>f 3830/37848/31974 3829/37845/31973 3827/37847/31974</w:t>
        <w:br/>
        <w:t>f 3834/37849/31975 3833/37850/31976 3832/37851/31977</w:t>
        <w:br/>
        <w:t>f 3831/37852/31978 3834/37849/31975 3832/37851/31977</w:t>
        <w:br/>
        <w:t>f 3837/37853/31979 3836/37854/31980 3835/37855/31981</w:t>
        <w:br/>
        <w:t>f 3832/37851/31977 3833/37850/31976 3839/37856/31982</w:t>
        <w:br/>
        <w:t>f 3838/37857/31983 3832/37851/31977 3839/37856/31982</w:t>
        <w:br/>
        <w:t>f 3841/37858/31984 3840/37859/31985 3838/37857/31983</w:t>
        <w:br/>
        <w:t>f 3839/37856/31982 3841/37858/31984 3838/37857/31983</w:t>
        <w:br/>
        <w:t>f 3843/37860/31986 3830/37848/31974 3827/37847/31974</w:t>
        <w:br/>
        <w:t>f 3842/37861/31986 3843/37860/31986 3827/37847/31974</w:t>
        <w:br/>
        <w:t>f 3714/37731/31867 3834/37849/31975 3713/37732/31868</w:t>
        <w:br/>
        <w:t>f 3717/37736/31872 3837/37853/31979 3835/37855/31981</w:t>
        <w:br/>
        <w:t>f 3833/37850/31976 3714/37731/31867 3719/37737/31873</w:t>
        <w:br/>
        <w:t>f 3839/37856/31982 3833/37850/31976 3719/37737/31873</w:t>
        <w:br/>
        <w:t>f 3836/37854/31980 3725/37743/31879 3840/37859/31985</w:t>
        <w:br/>
        <w:t>f 3828/37846/31973 3829/37845/31973 3723/37740/31876</w:t>
        <w:br/>
        <w:t>f 3844/37862/31987 3828/37846/31973 3723/37740/31876</w:t>
        <w:br/>
        <w:t>f 3831/37852/31978 3832/37851/31977 3720/37739/31875</w:t>
        <w:br/>
        <w:t>f 3720/37739/31875 3832/37851/31977 3838/37857/31983</w:t>
        <w:br/>
        <w:t>f 3726/37744/31880 3720/37739/31875 3838/37857/31983</w:t>
        <w:br/>
        <w:t>f 3835/37855/31981 3839/37856/31982 3719/37737/31873</w:t>
        <w:br/>
        <w:t>f 3840/37859/31985 3724/37742/31878 3726/37744/31880</w:t>
        <w:br/>
        <w:t>f 3838/37857/31983 3840/37859/31985 3726/37744/31880</w:t>
        <w:br/>
        <w:t>f 3724/37742/31878 3708/37726/31863 3726/37744/31880</w:t>
        <w:br/>
        <w:t>f 3749/37769/31902 3775/37794/31922 3776/37793/31921</w:t>
        <w:br/>
        <w:t>f 3835/37855/31981 3719/37737/31873 3717/37736/31872</w:t>
        <w:br/>
        <w:t>f 3714/37731/31867 3683/37701/31836 3705/37724/31861</w:t>
        <w:br/>
        <w:t>f 3705/37724/31861 3717/37736/31872 3719/37737/31873</w:t>
        <w:br/>
        <w:t>f 3684/37700/31835 3682/37702/31837 3845/37863/31988</w:t>
        <w:br/>
        <w:t>f 3623/37638/31776 3715/37734/31870 3622/37639/31777</w:t>
        <w:br/>
        <w:t>f 3624/37644/31781 3625/37643/31780 3782/37800/31928</w:t>
        <w:br/>
        <w:t>f 3847/37864/31989 3824/37842/31969 3846/37865/31990</w:t>
        <w:br/>
        <w:t>f 3598/37618/31758 3599/37617/31757 3619/37637/31775</w:t>
        <w:br/>
        <w:t>f 3818/37836/31964 3598/37618/31758 3826/37843/31970</w:t>
        <w:br/>
        <w:t>f 3599/37617/31757 3607/37623/31762 3619/37637/31775</w:t>
        <w:br/>
        <w:t>f 3605/37625/31764 3606/37624/31763 3801/37819/31945</w:t>
        <w:br/>
        <w:t>f 3606/37624/31763 3793/37809/31935 3801/37819/31945</w:t>
        <w:br/>
        <w:t>f 3802/37820/31947 3744/37761/31946 3848/37866/31991</w:t>
        <w:br/>
        <w:t>f 3743/37762/31895 3667/37687/31894 3849/37867/31992</w:t>
        <w:br/>
        <w:t>f 3608/37628/31767 3609/37627/31766 3627/37645/31782</w:t>
        <w:br/>
        <w:t>f 3646/37664/31801 3850/37868/31993 3645/37665/31802</w:t>
        <w:br/>
        <w:t>f 3695/37712/31847 3629/37647/31784 3630/37646/31783</w:t>
        <w:br/>
        <w:t>f 3655/37672/31810 3646/37664/31801 3647/37663/31800</w:t>
        <w:br/>
        <w:t>f 3694/37713/31848 3695/37712/31847 3630/37646/31783</w:t>
        <w:br/>
        <w:t>f 3677/37693/31828 3644/37660/31797 3676/37694/31829</w:t>
        <w:br/>
        <w:t>f 3644/37660/31797 3642/37662/31799 3696/37715/31994</w:t>
        <w:br/>
        <w:t>f 3746/37763/31896 3670/37690/31825 3671/37689/31824</w:t>
        <w:br/>
        <w:t>f 3796/37813/31939 3805/37823/31950 3746/37763/31896</w:t>
        <w:br/>
        <w:t>f 3804/37822/31949 3664/37684/31821 3794/37815/31941</w:t>
        <w:br/>
        <w:t>f 3638/37659/31796 3664/37684/31821 3804/37822/31949</w:t>
        <w:br/>
        <w:t>f 3758/37777/31910 3665/37683/31820 3638/37659/31796</w:t>
        <w:br/>
        <w:t>f 3761/37779/31775 3762/37778/31911 3756/37774/31907</w:t>
        <w:br/>
        <w:t>f 3824/37842/31969 3756/37774/31907 3846/37865/31990</w:t>
        <w:br/>
        <w:t>f 3811/37829/31956 3823/37841/31968 3810/37830/31957</w:t>
        <w:br/>
        <w:t>f 3840/37859/31985 3725/37743/31879 3724/37742/31878</w:t>
        <w:br/>
        <w:t>f 3835/37855/31981 3836/37854/31980 3840/37859/31985</w:t>
        <w:br/>
        <w:t>f 3717/37736/31872 3718/37735/31871 3837/37853/31979</w:t>
        <w:br/>
        <w:t>f 3683/37701/31836 3851/37869/31995 3706/37723/31860</w:t>
        <w:br/>
        <w:t>f 3685/37706/31841 3706/37723/31996 3688/37703/31838</w:t>
        <w:br/>
        <w:t>f 3683/37701/31836 3713/37732/31868 3682/37702/31837</w:t>
        <w:br/>
        <w:t>f 3714/37731/31867 3833/37850/31976 3834/37849/31975</w:t>
        <w:br/>
        <w:t>f 3831/37852/31978 3720/37739/31875 3721/37738/31874</w:t>
        <w:br/>
        <w:t>f 3720/37739/31875 3726/37744/31880 3709/37725/31862</w:t>
        <w:br/>
        <w:t>f 3823/37841/31968 3750/37768/31901 3751/37767/31900</w:t>
        <w:br/>
        <w:t>f 3806/37827/31954 3807/37826/31953 3635/37653/31790</w:t>
        <w:br/>
        <w:t>f 3740/37760/31892 3741/37759/31891 3787/37807/31933</w:t>
        <w:br/>
        <w:t>f 3742/37758/31890 3852/37870/31997 3741/37759/31891</w:t>
        <w:br/>
        <w:t>f 3791/37811/31937 3792/37810/31936 3802/37820/31947</w:t>
        <w:br/>
        <w:t>f 3853/37871/31998 3852/37870/31997 3742/37758/31890</w:t>
        <w:br/>
        <w:t>f 3674/37691/31826 3673/37692/31827 3854/37872/31999</w:t>
        <w:br/>
        <w:t>f 3612/37630/31769 3613/37629/31768 3609/37627/31766</w:t>
        <w:br/>
        <w:t>f 3699/37716/31852 3856/37873/32000 3855/37874/32001</w:t>
        <w:br/>
        <w:t>f 3854/37872/31999 3857/37875/32002 3643/37661/32003</w:t>
        <w:br/>
        <w:t>f 3673/37692/31827 3857/37875/32002 3854/37872/31999</w:t>
        <w:br/>
        <w:t>f 3858/37876/31892 3642/37662/31799 3643/37661/31798</w:t>
        <w:br/>
        <w:t>f 3747/37766/31899 3858/37876/31892 3859/37877/31932</w:t>
        <w:br/>
        <w:t>f 3803/37821/31948 3799/37817/31943 3800/37816/31942</w:t>
        <w:br/>
        <w:t>f 3803/37821/31948 3640/37657/31794 3641/37656/31793</w:t>
        <w:br/>
        <w:t>f 3863/37878/32004 3862/37879/32004 3861/37880/32005</w:t>
        <w:br/>
        <w:t>f 3860/37881/32006 3863/37878/32004 3861/37880/32005</w:t>
        <w:br/>
        <w:t>f 3715/37734/31870 3716/37733/31869 3860/37881/32006</w:t>
        <w:br/>
        <w:t>f 3861/37880/32005 3715/37734/31870 3860/37881/32006</w:t>
        <w:br/>
        <w:t>f 3865/37882/32007 3864/37883/32007 3862/37879/32004</w:t>
        <w:br/>
        <w:t>f 3863/37878/32004 3865/37882/32007 3862/37879/32004</w:t>
        <w:br/>
        <w:t>f 3866/37884/32008 3843/37860/31986 3842/37861/31986</w:t>
        <w:br/>
        <w:t>f 3626/37642/31779 3864/37883/32007 3865/37882/32007</w:t>
        <w:br/>
        <w:t>f 3625/37643/31780 3626/37642/31779 3865/37882/32007</w:t>
        <w:br/>
        <w:t>f 3689/37707/31842 3722/37741/31877 3661/37676/31814</w:t>
        <w:br/>
        <w:t>f 3689/37707/31842 3844/37862/31987 3723/37740/31876</w:t>
        <w:br/>
        <w:t>f 3707/37727/31864 3779/37797/31925 3780/37796/31924</w:t>
        <w:br/>
        <w:t>f 3847/37864/31989 3812/37828/31955 3810/37830/31957</w:t>
        <w:br/>
        <w:t>f 3867/37885/32009 3821/37837/31965 3822/37840/31967</w:t>
        <w:br/>
        <w:t>f 3868/37886/32010 3867/37885/32009 3822/37840/31967</w:t>
        <w:br/>
        <w:t>f 3813/37831/31958 3814/37832/31959 3808/37825/31952</w:t>
        <w:br/>
        <w:t>f 3809/37824/31951 3813/37831/31958 3808/37825/31952</w:t>
        <w:br/>
        <w:t>f 3814/37832/31959 3815/37833/31960 3816/37835/31963</w:t>
        <w:br/>
        <w:t>f 3808/37825/31952 3814/37832/31959 3816/37835/31963</w:t>
        <w:br/>
        <w:t>f 3868/37886/32010 3786/37803/31930 3785/37804/31904</w:t>
        <w:br/>
        <w:t>f 3867/37885/32009 3868/37886/32010 3785/37804/31904</w:t>
        <w:br/>
        <w:t>f 3869/37887/32011 3853/37871/31998 3742/37758/31890</w:t>
        <w:br/>
        <w:t>f 3667/37687/31894 3610/37626/31765 3608/37628/31767</w:t>
        <w:br/>
        <w:t>f 3734/37752/31886 3735/37751/31886 3727/37747/31883</w:t>
        <w:br/>
        <w:t>f 3728/37746/31882 3734/37752/31886 3727/37747/31883</w:t>
        <w:br/>
        <w:t>f 3616/37634/31773 3633/37649/31786 3631/37651/31788</w:t>
        <w:br/>
        <w:t>f 3615/37635/31774 3616/37634/31773 3631/37651/31788</w:t>
        <w:br/>
        <w:t>f 3680/37697/31832 3681/37696/31831 3737/37757/31889</w:t>
        <w:br/>
        <w:t>f 3738/37756/31889 3680/37697/31832 3737/37757/31889</w:t>
        <w:br/>
        <w:t>f 3704/37722/31859 3732/37748/31884 3730/37750/31884</w:t>
        <w:br/>
        <w:t>f 3703/37719/31856 3704/37722/31859 3730/37750/31884</w:t>
        <w:br/>
        <w:t>f 3698/37717/31853 3699/37716/31852 3871/37888/32012</w:t>
        <w:br/>
        <w:t>f 3870/37889/32013 3698/37717/31853 3871/37888/32012</w:t>
        <w:br/>
        <w:t>f 3701/37721/31858 3702/37720/31857 3711/37729/31866</w:t>
        <w:br/>
        <w:t>f 3712/37730/31866 3701/37721/31858 3711/37729/31866</w:t>
        <w:br/>
        <w:t>f 3618/37636/31772 3870/37889/32013 3871/37888/32012</w:t>
        <w:br/>
        <w:t>f 3617/37633/31772 3618/37636/31772 3871/37888/32012</w:t>
        <w:br/>
        <w:t>f 3678/37699/31834 3679/37698/31833 3648/37669/31806</w:t>
        <w:br/>
        <w:t>f 3649/37668/31805 3678/37699/31834 3648/37669/31806</w:t>
        <w:br/>
        <w:t>f 3873/37890/32014 3872/37891/32014 3736/37754/31887</w:t>
        <w:br/>
        <w:t>f 3733/37753/31887 3873/37890/32014 3736/37754/31887</w:t>
        <w:br/>
        <w:t>f 3872/37891/32014 3873/37890/32014 3628/37648/31785</w:t>
        <w:br/>
        <w:t>f 3629/37647/31784 3872/37891/32014 3628/37648/31785</w:t>
        <w:br/>
        <w:t>f 3627/37645/31782 3613/37629/31768 3614/37632/31771</w:t>
        <w:br/>
        <w:t>f 3694/37713/31848 3627/37645/31782 3614/37632/31771</w:t>
        <w:br/>
        <w:t>f 3877/37892/31993 3876/37893/32015 3875/37894/32016</w:t>
        <w:br/>
        <w:t>f 3874/37895/32017 3877/37892/31993 3875/37894/32016</w:t>
        <w:br/>
        <w:t>f 3614/37632/31771 3611/37631/31770 3855/37874/32018</w:t>
        <w:br/>
        <w:t>f 3695/37712/31847 3614/37632/31771 3855/37874/32018</w:t>
        <w:br/>
        <w:t>f 3700/37718/31855 3677/37693/31828 3675/37695/31830</w:t>
        <w:br/>
        <w:t>f 3674/37691/31826 3647/37663/31800 3645/37665/31802</w:t>
        <w:br/>
        <w:t>f 3847/37864/31989 3846/37865/31990 3812/37828/31955</w:t>
        <w:br/>
        <w:t>f 3775/37794/31922 3778/37798/31926 3779/37797/31925</w:t>
        <w:br/>
        <w:t>f 3774/37795/31923 3775/37794/31922 3779/37797/31925</w:t>
        <w:br/>
        <w:t>f 3879/37896/32019 3602/37620/31760 3603/37619/31759</w:t>
        <w:br/>
        <w:t>f 3878/37897/32020 3879/37896/32019 3603/37619/31759</w:t>
        <w:br/>
        <w:t>f 3825/37844/31971 3879/37896/32019 3878/37897/32020</w:t>
        <w:br/>
        <w:t>f 3822/37840/31972 3825/37844/31971 3878/37897/32020</w:t>
        <w:br/>
        <w:t>f 3875/37894/32016 3612/37630/31807 3652/37671/31809</w:t>
        <w:br/>
        <w:t>f 4562/37898/32021 4561/37899/32022 4560/37900/32023</w:t>
        <w:br/>
        <w:t>f 4563/37901/32024 4562/37898/32021 4560/37900/32023</w:t>
        <w:br/>
        <w:t>f 4566/37902/32025 4565/37903/32026 4564/37904/32027</w:t>
        <w:br/>
        <w:t>f 4569/37905/32028 4568/37906/32029 4567/37907/32030</w:t>
        <w:br/>
        <w:t>f 4570/37908/32031 4569/37905/32028 4567/37907/32030</w:t>
        <w:br/>
        <w:t>f 4573/37909/32032 4572/37910/32033 4571/37911/32034</w:t>
        <w:br/>
        <w:t>f 4572/37910/32033 4575/37912/32035 4574/37913/32036</w:t>
        <w:br/>
        <w:t>f 4578/37914/32037 4577/37915/32038 4576/37916/32039</w:t>
        <w:br/>
        <w:t>f 4579/37917/32040 4578/37914/32037 4576/37916/32039</w:t>
        <w:br/>
        <w:t>f 4579/37917/32040 4576/37916/32039 4580/37918/32041</w:t>
        <w:br/>
        <w:t>f 4583/37919/32042 4582/37920/32043 4581/37921/32044</w:t>
        <w:br/>
        <w:t>f 4586/37922/32045 4585/37923/32046 4584/37924/32047</w:t>
        <w:br/>
        <w:t>f 4585/37923/32046 4588/37925/32048 4587/37926/32049</w:t>
        <w:br/>
        <w:t>f 4591/37927/32050 4590/37928/32051 4589/37929/32052</w:t>
        <w:br/>
        <w:t>f 4592/37930/32053 4591/37927/32050 4589/37929/32052</w:t>
        <w:br/>
        <w:t>f 4593/37931/32054 4589/37929/32052 4590/37928/32051</w:t>
        <w:br/>
        <w:t>f 4594/37932/32055 4593/37931/32054 4590/37928/32051</w:t>
        <w:br/>
        <w:t>f 4597/37933/32056 4596/37934/32057 4595/37935/32058</w:t>
        <w:br/>
        <w:t>f 4601/37936/32059 4600/37937/32060 4599/37938/32061</w:t>
        <w:br/>
        <w:t>f 4598/37939/32062 4601/37936/32059 4599/37938/32061</w:t>
        <w:br/>
        <w:t>f 4604/37940/32063 4603/37941/32064 4602/37942/32065</w:t>
        <w:br/>
        <w:t>f 4605/37943/32066 4604/37940/32063 4602/37942/32065</w:t>
        <w:br/>
        <w:t>f 4608/37944/32067 4607/37945/32068 4606/37946/32069</w:t>
        <w:br/>
        <w:t>f 4609/37947/32070 4585/37923/32046 4586/37922/32045</w:t>
        <w:br/>
        <w:t>f 4612/37948/32071 4611/37949/32072 4610/37950/32073</w:t>
        <w:br/>
        <w:t>f 4613/37951/32074 4588/37925/32048 4585/37923/32046</w:t>
        <w:br/>
        <w:t>f 4609/37947/32070 4613/37951/32074 4585/37923/32046</w:t>
        <w:br/>
        <w:t>f 4615/37952/32075 4614/37953/32076 4612/37948/32071</w:t>
        <w:br/>
        <w:t>f 4610/37950/32073 4615/37952/32075 4612/37948/32071</w:t>
        <w:br/>
        <w:t>f 4619/37954/32077 4618/37955/32078 4617/37956/32079</w:t>
        <w:br/>
        <w:t>f 4616/37957/32080 4619/37954/32077 4617/37956/32079</w:t>
        <w:br/>
        <w:t>f 4596/37934/32057 4621/37958/32081 4620/37959/32082</w:t>
        <w:br/>
        <w:t>f 4624/37960/32083 4623/37961/32083 4622/37962/32084</w:t>
        <w:br/>
        <w:t>f 4627/37963/32085 4626/37964/32086 4625/37965/32087</w:t>
        <w:br/>
        <w:t>f 4629/37966/32088 4621/37958/32081 4628/37967/32089</w:t>
        <w:br/>
        <w:t>f 4628/37967/32089 4630/37968/32090 4629/37966/32088</w:t>
        <w:br/>
        <w:t>f 4631/37969/32091 4625/37965/32087 4616/37957/32080</w:t>
        <w:br/>
        <w:t>f 4617/37956/32079 4631/37969/32091 4616/37957/32080</w:t>
        <w:br/>
        <w:t>f 4630/37968/32090 4634/37970/32092 4633/37971/32093</w:t>
        <w:br/>
        <w:t>f 4632/37972/32094 4630/37968/32090 4633/37971/32093</w:t>
        <w:br/>
        <w:t>f 4632/37972/32094 4633/37971/32093 4594/37932/32055</w:t>
        <w:br/>
        <w:t>f 4590/37928/32051 4632/37972/32094 4594/37932/32055</w:t>
        <w:br/>
        <w:t>f 4590/37928/32051 4591/37927/32050 4629/37966/32088</w:t>
        <w:br/>
        <w:t>f 4632/37972/32094 4590/37928/32051 4629/37966/32088</w:t>
        <w:br/>
        <w:t>f 4635/37973/32095 4584/37924/32047 4587/37926/32049</w:t>
        <w:br/>
        <w:t>f 4572/37910/32033 4637/37974/32096 4636/37975/32097</w:t>
        <w:br/>
        <w:t>f 4638/37976/32098 4637/37974/32096 4573/37909/32032</w:t>
        <w:br/>
        <w:t>f 4640/37977/32099 4569/37905/32028 4639/37978/32100</w:t>
        <w:br/>
        <w:t>f 4566/37902/32025 4642/37979/32101 4641/37980/32102</w:t>
        <w:br/>
        <w:t>f 4644/37981/32103 4643/37982/32104 4561/37899/32022</w:t>
        <w:br/>
        <w:t>f 4644/37981/32103 4578/37914/32037 4645/37983/32105</w:t>
        <w:br/>
        <w:t>f 4648/37984/32106 4647/37985/32107 4646/37986/32108</w:t>
        <w:br/>
        <w:t>f 4651/37987/32109 4650/37988/32110 4649/37989/32111</w:t>
        <w:br/>
        <w:t>f 4654/37990/32112 4653/37991/32113 4652/37992/32114</w:t>
        <w:br/>
        <w:t>f 4652/37992/32114 4656/37993/32115 4655/37994/32116</w:t>
        <w:br/>
        <w:t>f 4660/37995/32117 4659/37996/32116 4658/37997/32115</w:t>
        <w:br/>
        <w:t>f 4657/37998/32118 4660/37995/32117 4658/37997/32115</w:t>
        <w:br/>
        <w:t>f 4662/37999/32119 4661/38000/32120 4649/37989/32111</w:t>
        <w:br/>
        <w:t>f 4665/38001/32121 4664/38002/32122 4663/38003/32123</w:t>
        <w:br/>
        <w:t>f 4650/37988/32110 4666/38004/32124 4649/37989/32111</w:t>
        <w:br/>
        <w:t>f 4662/37999/32119 4649/37989/32111 4667/38005/32125</w:t>
        <w:br/>
        <w:t>f 4659/37996/32116 4660/37995/32117 4668/38006/32126</w:t>
        <w:br/>
        <w:t>f 4670/38007/32127 4669/38008/32128 4665/38001/32121</w:t>
        <w:br/>
        <w:t>f 4569/37905/32028 4570/37908/32031 4639/37978/32100</w:t>
        <w:br/>
        <w:t>f 4598/37939/32062 4599/37938/32061 4604/37940/32063</w:t>
        <w:br/>
        <w:t>f 4605/37943/32066 4598/37939/32062 4604/37940/32063</w:t>
        <w:br/>
        <w:t>f 4673/38009/32129 4672/38010/32130 4671/38011/32131</w:t>
        <w:br/>
        <w:t>f 4676/38012/32132 4675/38013/32133 4674/38014/32133</w:t>
        <w:br/>
        <w:t>f 4680/38015/32134 4679/38016/32135 4678/38017/32136</w:t>
        <w:br/>
        <w:t>f 4677/38018/32137 4680/38015/32134 4678/38017/32136</w:t>
        <w:br/>
        <w:t>f 4684/38019/32138 4683/38020/32139 4682/38021/32139</w:t>
        <w:br/>
        <w:t>f 4681/38022/32140 4684/38019/32138 4682/38021/32139</w:t>
        <w:br/>
        <w:t>f 4688/38023/32141 4687/38024/32141 4686/38025/32142</w:t>
        <w:br/>
        <w:t>f 4685/38026/32143 4688/38023/32141 4686/38025/32142</w:t>
        <w:br/>
        <w:t>f 4692/38027/32144 4691/38028/32144 4690/38029/32145</w:t>
        <w:br/>
        <w:t>f 4689/38030/32146 4692/38027/32144 4690/38029/32145</w:t>
        <w:br/>
        <w:t>f 4695/38031/32147 4575/37912/32035 4694/38032/32148</w:t>
        <w:br/>
        <w:t>f 4693/38033/32149 4695/38031/32147 4694/38032/32148</w:t>
        <w:br/>
        <w:t>f 4575/37912/32035 4636/37975/32097 4696/38034/32150</w:t>
        <w:br/>
        <w:t>f 4696/38034/32150 4698/38035/32151 4697/38036/32152</w:t>
        <w:br/>
        <w:t>f 4700/38037/32153 4588/37925/32048 4699/38038/32154</w:t>
        <w:br/>
        <w:t>f 4702/38039/32155 4701/38040/32156 4588/37925/32048</w:t>
        <w:br/>
        <w:t>f 4613/37951/32074 4702/38039/32155 4588/37925/32048</w:t>
        <w:br/>
        <w:t>f 4705/38041/32157 4704/38042/32158 4703/38043/32159</w:t>
        <w:br/>
        <w:t>f 4707/38044/32160 4699/38038/32154 4706/38045/32161</w:t>
        <w:br/>
        <w:t>f 4708/38046/32162 4707/38044/32160 4706/38045/32161</w:t>
        <w:br/>
        <w:t>f 4696/38034/32150 4697/38036/32152 4710/38047/32163</w:t>
        <w:br/>
        <w:t>f 4709/38048/32164 4696/38034/32150 4710/38047/32163</w:t>
        <w:br/>
        <w:t>f 4712/38049/32165 4711/38050/32166 4699/38038/32167</w:t>
        <w:br/>
        <w:t>f 4702/38039/32168 4712/38049/32165 4699/38038/32167</w:t>
        <w:br/>
        <w:t>f 4716/38051/32169 4715/38052/32170 4714/38053/32170</w:t>
        <w:br/>
        <w:t>f 4713/38054/32171 4716/38051/32169 4714/38053/32170</w:t>
        <w:br/>
        <w:t>f 4561/37899/32022 4562/37898/32021 4577/37915/32038</w:t>
        <w:br/>
        <w:t>f 4578/37914/32037 4561/37899/32022 4577/37915/32038</w:t>
        <w:br/>
        <w:t>f 4718/38055/32172 4717/38056/32173 4629/37966/32088</w:t>
        <w:br/>
        <w:t>f 4591/37927/32050 4718/38055/32172 4629/37966/32088</w:t>
        <w:br/>
        <w:t>f 4648/37984/32106 4645/37983/32105 4579/37917/32040</w:t>
        <w:br/>
        <w:t>f 4619/37954/32077 4719/38057/32174 4618/37955/32078</w:t>
        <w:br/>
        <w:t>f 4721/38058/32092 4646/37986/32108 4647/37985/32107</w:t>
        <w:br/>
        <w:t>f 4720/38059/32175 4721/38058/32092 4647/37985/32107</w:t>
        <w:br/>
        <w:t>f 4723/38060/32176 4580/37918/32041 4722/38061/32177</w:t>
        <w:br/>
        <w:t>f 4724/38062/32178 4723/38060/32176 4722/38061/32177</w:t>
        <w:br/>
        <w:t>f 4727/38063/32179 4726/38064/32177 4725/38065/32180</w:t>
        <w:br/>
        <w:t>f 4719/38057/32174 4727/38063/32179 4725/38065/32180</w:t>
        <w:br/>
        <w:t>f 4633/37971/32093 4729/38066/32181 4728/38067/32182</w:t>
        <w:br/>
        <w:t>f 4594/37932/32055 4633/37971/32093 4728/38067/32182</w:t>
        <w:br/>
        <w:t>f 4724/38062/32178 4722/38061/32177 4730/38068/32183</w:t>
        <w:br/>
        <w:t>f 4731/38069/32184 4724/38062/32178 4730/38068/32183</w:t>
        <w:br/>
        <w:t>f 4733/38070/32185 4732/38071/32185 4726/38064/32177</w:t>
        <w:br/>
        <w:t>f 4727/38063/32179 4733/38070/32185 4726/38064/32177</w:t>
        <w:br/>
        <w:t>f 4729/38066/32181 4633/37971/32093 4634/37970/32092</w:t>
        <w:br/>
        <w:t>f 4734/38072/32186 4729/38066/32181 4634/37970/32092</w:t>
        <w:br/>
        <w:t>f 4593/37931/32054 4594/37932/32055 4728/38067/32182</w:t>
        <w:br/>
        <w:t>f 4735/38073/32187 4593/37931/32054 4728/38067/32182</w:t>
        <w:br/>
        <w:t>f 4737/38074/32186 4721/38058/32092 4720/38059/32175</w:t>
        <w:br/>
        <w:t>f 4736/38075/32188 4737/38074/32186 4720/38059/32175</w:t>
        <w:br/>
        <w:t>f 4603/37941/32064 4739/38076/32189 4738/38077/32190</w:t>
        <w:br/>
        <w:t>f 4602/37942/32065 4603/37941/32064 4738/38077/32190</w:t>
        <w:br/>
        <w:t>f 4740/38078/32191 4567/37907/32030 4568/37906/32029</w:t>
        <w:br/>
        <w:t>f 4740/38078/32191 4568/37906/32029 4741/38079/32192</w:t>
        <w:br/>
        <w:t>f 4742/38080/32193 4740/38078/32191 4741/38079/32192</w:t>
        <w:br/>
        <w:t>f 4745/38081/32194 4744/38082/32195 4743/38083/32196</w:t>
        <w:br/>
        <w:t>f 4748/38084/32197 4747/38085/32198 4746/38086/32199</w:t>
        <w:br/>
        <w:t>f 4750/38087/32200 4746/38086/32199 4747/38085/32198</w:t>
        <w:br/>
        <w:t>f 4749/38088/32201 4750/38087/32200 4747/38085/32198</w:t>
        <w:br/>
        <w:t>f 4749/38088/32201 4752/38089/32202 4751/38090/32203</w:t>
        <w:br/>
        <w:t>f 4750/38087/32200 4749/38088/32201 4751/38090/32203</w:t>
        <w:br/>
        <w:t>f 4753/38091/32204 4751/38090/32203 4752/38089/32202</w:t>
        <w:br/>
        <w:t>f 4756/38092/32205 4755/38093/32206 4754/38094/32207</w:t>
        <w:br/>
        <w:t>f 4757/38095/32208 4756/38092/32205 4754/38094/32207</w:t>
        <w:br/>
        <w:t>f 4754/38094/32207 4755/38093/32206 4759/38096/32209</w:t>
        <w:br/>
        <w:t>f 4758/38097/32197 4754/38094/32207 4759/38096/32209</w:t>
        <w:br/>
        <w:t>f 4763/38098/32210 4762/38099/32211 4761/38100/32212</w:t>
        <w:br/>
        <w:t>f 4760/38101/32213 4763/38098/32210 4761/38100/32212</w:t>
        <w:br/>
        <w:t>f 4767/38102/32214 4766/38103/32215 4765/38104/32216</w:t>
        <w:br/>
        <w:t>f 4764/38105/32216 4767/38102/32214 4765/38104/32216</w:t>
        <w:br/>
        <w:t>f 4771/38106/32217 4770/38107/32218 4769/38108/32219</w:t>
        <w:br/>
        <w:t>f 4768/38109/32220 4771/38106/32217 4769/38108/32219</w:t>
        <w:br/>
        <w:t>f 4773/38110/32221 4771/38106/32217 4768/38109/32220</w:t>
        <w:br/>
        <w:t>f 4772/38111/32222 4773/38110/32221 4768/38109/32220</w:t>
        <w:br/>
        <w:t>f 4777/38112/32223 4776/38113/32224 4775/38114/32225</w:t>
        <w:br/>
        <w:t>f 4774/38115/32226 4777/38112/32223 4775/38114/32225</w:t>
        <w:br/>
        <w:t>f 4774/38115/32226 4775/38114/32225 4779/38116/32211</w:t>
        <w:br/>
        <w:t>f 4778/38117/32227 4774/38115/32226 4779/38116/32211</w:t>
        <w:br/>
        <w:t>f 4783/38118/32228 4782/38119/32229 4781/38120/32230</w:t>
        <w:br/>
        <w:t>f 4780/38121/32231 4783/38118/32228 4781/38120/32230</w:t>
        <w:br/>
        <w:t>f 4787/38122/32232 4786/38123/32233 4785/38124/32233</w:t>
        <w:br/>
        <w:t>f 4784/38125/32234 4787/38122/32232 4785/38124/32233</w:t>
        <w:br/>
        <w:t>f 4791/38126/32235 4790/38127/32236 4789/38128/32237</w:t>
        <w:br/>
        <w:t>f 4788/38129/32237 4791/38126/32235 4789/38128/32237</w:t>
        <w:br/>
        <w:t>f 4793/38130/32238 4792/38131/32239 4790/38127/32236</w:t>
        <w:br/>
        <w:t>f 4791/38126/32235 4793/38130/32238 4790/38127/32236</w:t>
        <w:br/>
        <w:t>f 4797/38132/32240 4796/38133/32241 4795/38134/32242</w:t>
        <w:br/>
        <w:t>f 4794/38135/32243 4797/38132/32240 4795/38134/32242</w:t>
        <w:br/>
        <w:t>f 4796/38133/32241 4783/38118/32228 4780/38121/32231</w:t>
        <w:br/>
        <w:t>f 4795/38134/32242 4796/38133/32241 4780/38121/32231</w:t>
        <w:br/>
        <w:t>f 4775/38114/32225 4791/38126/32235 4798/38136/32244</w:t>
        <w:br/>
        <w:t>f 4779/38116/32211 4775/38114/32225 4798/38136/32244</w:t>
        <w:br/>
        <w:t>f 4776/38113/32224 4793/38130/32238 4791/38126/32235</w:t>
        <w:br/>
        <w:t>f 4775/38114/32225 4776/38113/32224 4791/38126/32235</w:t>
        <w:br/>
        <w:t>f 4772/38111/32222 4768/38109/32220 4796/38133/32241</w:t>
        <w:br/>
        <w:t>f 4797/38132/32240 4772/38111/32222 4796/38133/32241</w:t>
        <w:br/>
        <w:t>f 4768/38109/32220 4769/38108/32219 4783/38118/32228</w:t>
        <w:br/>
        <w:t>f 4796/38133/32241 4768/38109/32220 4783/38118/32228</w:t>
        <w:br/>
        <w:t>f 4764/38105/32216 4765/38104/32216 4782/38119/32229</w:t>
        <w:br/>
        <w:t>f 4783/38118/32228 4764/38105/32216 4782/38119/32229</w:t>
        <w:br/>
        <w:t>f 4762/38099/32211 4787/38122/32232 4784/38125/32234</w:t>
        <w:br/>
        <w:t>f 4761/38100/32212 4762/38099/32211 4784/38125/32234</w:t>
        <w:br/>
        <w:t>f 4755/38093/32206 4774/38115/32226 4778/38117/32227</w:t>
        <w:br/>
        <w:t>f 4759/38096/32209 4755/38093/32206 4778/38117/32227</w:t>
        <w:br/>
        <w:t>f 4756/38092/32205 4777/38112/32223 4774/38115/32226</w:t>
        <w:br/>
        <w:t>f 4755/38093/32206 4756/38092/32205 4774/38115/32226</w:t>
        <w:br/>
        <w:t>f 4753/38091/32204 4752/38089/32202 4771/38106/32217</w:t>
        <w:br/>
        <w:t>f 4770/38107/32218 4771/38106/32217 4752/38089/32202</w:t>
        <w:br/>
        <w:t>f 4749/38088/32201 4770/38107/32218 4752/38089/32202</w:t>
        <w:br/>
        <w:t>f 4749/38088/32201 4747/38085/32198 4766/38103/32215</w:t>
        <w:br/>
        <w:t>f 4767/38102/32214 4749/38088/32201 4766/38103/32215</w:t>
        <w:br/>
        <w:t>f 4763/38098/32210 4760/38101/32213 4799/38137/32209</w:t>
        <w:br/>
        <w:t>f 4729/38066/32181 4734/38072/32186 4748/38084/32197</w:t>
        <w:br/>
        <w:t>f 4746/38086/32199 4729/38066/32181 4748/38084/32197</w:t>
        <w:br/>
        <w:t>f 4736/38075/32188 4754/38094/32207 4758/38097/32197</w:t>
        <w:br/>
        <w:t>f 4737/38074/32186 4736/38075/32188 4758/38097/32197</w:t>
        <w:br/>
        <w:t>f 4757/38095/32208 4754/38094/32207 4731/38069/32184</w:t>
        <w:br/>
        <w:t>f 4730/38068/32183 4757/38095/32208 4731/38069/32184</w:t>
        <w:br/>
        <w:t>f 4732/38071/32185 4733/38070/32185 4751/38090/32203</w:t>
        <w:br/>
        <w:t>f 4800/38138/32245 4732/38071/32185 4751/38090/32203</w:t>
        <w:br/>
        <w:t>f 4735/38073/32187 4728/38067/32182 4750/38087/32200</w:t>
        <w:br/>
        <w:t>f 4751/38090/32203 4735/38073/32187 4750/38087/32200</w:t>
        <w:br/>
        <w:t>f 4728/38067/32182 4729/38066/32181 4746/38086/32199</w:t>
        <w:br/>
        <w:t>f 4750/38087/32200 4728/38067/32182 4746/38086/32199</w:t>
        <w:br/>
        <w:t>f 4573/37909/32032 4571/37911/32034 4801/38139/32246</w:t>
        <w:br/>
        <w:t>f 4803/38140/32247 4802/38141/32248 4667/38005/32125</w:t>
        <w:br/>
        <w:t>f 4584/37924/32047 4804/38142/32249 4802/38141/32248</w:t>
        <w:br/>
        <w:t>f 4611/37949/32072 4806/38143/32250 4805/38144/32251</w:t>
        <w:br/>
        <w:t>f 4638/37976/32098 4573/37909/32032 4664/38002/32122</w:t>
        <w:br/>
        <w:t>f 4809/38145/32252 4808/38146/32253 4807/38147/32254</w:t>
        <w:br/>
        <w:t>f 4651/37987/32109 4738/38077/32190 4739/38076/32189</w:t>
        <w:br/>
        <w:t>f 4810/38148/32255 4651/37987/32109 4739/38076/32189</w:t>
        <w:br/>
        <w:t>f 4811/38149/32256 4743/38083/32196 4658/37997/32115</w:t>
        <w:br/>
        <w:t>f 4652/37992/32114 4740/38078/32191 4742/38080/32193</w:t>
        <w:br/>
        <w:t>f 4656/37993/32115 4652/37992/32114 4742/38080/32193</w:t>
        <w:br/>
        <w:t>f 4591/37927/32050 4592/37930/32053 4812/38150/32257</w:t>
        <w:br/>
        <w:t>f 4718/38055/32172 4591/37927/32050 4812/38150/32257</w:t>
        <w:br/>
        <w:t>f 4815/38151/32258 4814/38152/32259 4813/38153/32260</w:t>
        <w:br/>
        <w:t>f 4626/37964/32086 4813/38153/32260 4814/38152/32259</w:t>
        <w:br/>
        <w:t>f 4625/37965/32087 4626/37964/32086 4814/38152/32259</w:t>
        <w:br/>
        <w:t>f 4598/37939/32062 4817/38154/32261 4816/38155/32262</w:t>
        <w:br/>
        <w:t>f 4601/37936/32059 4598/37939/32062 4816/38155/32262</w:t>
        <w:br/>
        <w:t>f 4819/38156/32263 4818/38157/32264 4602/37942/32065</w:t>
        <w:br/>
        <w:t>f 4812/38150/32257 4592/37930/32053 4616/37957/32080</w:t>
        <w:br/>
        <w:t>f 4817/38154/32261 4605/37943/32066 4818/38157/32264</w:t>
        <w:br/>
        <w:t>f 4817/38154/32261 4818/38157/32264 4607/37945/32068</w:t>
        <w:br/>
        <w:t>f 4608/37944/32067 4817/38154/32261 4607/37945/32068</w:t>
        <w:br/>
        <w:t>f 4718/38055/32172 4812/38150/32257 4814/38152/32259</w:t>
        <w:br/>
        <w:t>f 4625/37965/32087 4814/38152/32259 4812/38150/32257</w:t>
        <w:br/>
        <w:t>f 4616/37957/32080 4625/37965/32087 4812/38150/32257</w:t>
        <w:br/>
        <w:t>f 4820/38158/32265 4819/38156/32263 4738/38077/32190</w:t>
        <w:br/>
        <w:t>f 4821/38159/32266 4820/38158/32265 4651/37987/32109</w:t>
        <w:br/>
        <w:t>f 4818/38157/32264 4605/37943/32066 4602/37942/32065</w:t>
        <w:br/>
        <w:t>f 4822/38160/32267 4673/38009/32129 4820/38158/32265</w:t>
        <w:br/>
        <w:t>f 4672/38010/32130 4673/38009/32129 4822/38160/32267</w:t>
        <w:br/>
        <w:t>f 4823/38161/32268 4672/38010/32130 4822/38160/32267</w:t>
        <w:br/>
        <w:t>f 4825/38162/32269 4815/38151/32258 4824/38163/32270</w:t>
        <w:br/>
        <w:t>f 4620/37959/32082 4825/38162/32269 4824/38163/32270</w:t>
        <w:br/>
        <w:t>f 4817/38154/32261 4608/37944/32067 4826/38164/32271</w:t>
        <w:br/>
        <w:t>f 4828/38165/32272 4827/38166/32273 4826/38164/32271</w:t>
        <w:br/>
        <w:t>f 4608/37944/32067 4828/38165/32272 4826/38164/32271</w:t>
        <w:br/>
        <w:t>f 4828/38165/32272 4608/37944/32067 4606/37946/32069</w:t>
        <w:br/>
        <w:t>f 4819/38156/32263 4673/38009/32129 4607/37945/32068</w:t>
        <w:br/>
        <w:t>f 4818/38157/32264 4819/38156/32263 4607/37945/32068</w:t>
        <w:br/>
        <w:t>f 4831/38167/32274 4830/38168/32275 4829/38169/32276</w:t>
        <w:br/>
        <w:t>f 4713/38054/32171 4831/38167/32274 4829/38169/32276</w:t>
        <w:br/>
        <w:t>f 4825/38162/32269 4620/37959/32082 4717/38056/32173</w:t>
        <w:br/>
        <w:t>f 4718/38055/32172 4825/38162/32269 4717/38056/32173</w:t>
        <w:br/>
        <w:t>f 4598/37939/32062 4605/37943/32066 4817/38154/32261</w:t>
        <w:br/>
        <w:t>f 4662/37999/32119 4834/38170/32277 4833/38171/32278</w:t>
        <w:br/>
        <w:t>f 4832/38172/32279 4662/37999/32119 4833/38171/32278</w:t>
        <w:br/>
        <w:t>f 4804/38142/32280 4835/38173/32281 4834/38170/32277</w:t>
        <w:br/>
        <w:t>f 4662/37999/32119 4804/38142/32280 4834/38170/32277</w:t>
        <w:br/>
        <w:t>f 4668/38006/32282 4804/38142/32249 4584/37924/32047</w:t>
        <w:br/>
        <w:t>f 4635/37973/32095 4668/38006/32282 4584/37924/32047</w:t>
        <w:br/>
        <w:t>f 4823/38161/32268 4822/38160/32267 4661/38000/32120</w:t>
        <w:br/>
        <w:t>f 4738/38077/32190 4651/37987/32109 4820/38158/32265</w:t>
        <w:br/>
        <w:t>f 4821/38159/32266 4661/38000/32120 4822/38160/32267</w:t>
        <w:br/>
        <w:t>f 4715/38052/32170 4597/37933/32056 4595/37935/32058</w:t>
        <w:br/>
        <w:t>f 4714/38053/32170 4715/38052/32170 4595/37935/32058</w:t>
        <w:br/>
        <w:t>f 4815/38151/32258 4826/38164/32271 4827/38166/32273</w:t>
        <w:br/>
        <w:t>f 4824/38163/32270 4815/38151/32258 4827/38166/32273</w:t>
        <w:br/>
        <w:t>f 4815/38151/32258 4813/38153/32260 4816/38155/32262</w:t>
        <w:br/>
        <w:t>f 4826/38164/32271 4815/38151/32258 4816/38155/32262</w:t>
        <w:br/>
        <w:t>f 4601/37936/32059 4816/38155/32262 4813/38153/32260</w:t>
        <w:br/>
        <w:t>f 4626/37964/32086 4601/37936/32059 4813/38153/32260</w:t>
        <w:br/>
        <w:t>f 4600/37937/32060 4601/37936/32059 4626/37964/32086</w:t>
        <w:br/>
        <w:t>f 4560/37900/32023 4566/37902/32025 4564/37904/32027</w:t>
        <w:br/>
        <w:t>f 4643/37982/32104 4642/37979/32101 4560/37900/32023</w:t>
        <w:br/>
        <w:t>f 4563/37901/32024 4560/37900/32023 4564/37904/32027</w:t>
        <w:br/>
        <w:t>f 4639/37978/32100 4565/37903/32026 4566/37902/32025</w:t>
        <w:br/>
        <w:t>f 4639/37978/32100 4570/37908/32031 4565/37903/32026</w:t>
        <w:br/>
        <w:t>f 4808/38146/32283 4567/37907/32030 4740/38078/32191</w:t>
        <w:br/>
        <w:t>f 4652/37992/32114 4808/38146/32283 4740/38078/32191</w:t>
        <w:br/>
        <w:t>f 4663/38003/32123 4809/38145/32252 4665/38001/32121</w:t>
        <w:br/>
        <w:t>f 4821/38159/32266 4651/37987/32109 4649/37989/32111</w:t>
        <w:br/>
        <w:t>f 4804/38142/32280 4662/37999/32119 4667/38005/32125</w:t>
        <w:br/>
        <w:t>f 4804/38142/32280 4667/38005/32125 4586/37922/32284</w:t>
        <w:br/>
        <w:t>f 4585/37923/32046 4587/37926/32049 4584/37924/32047</w:t>
        <w:br/>
        <w:t>f 4836/38174/32285 4609/37947/32070 4586/37922/32045</w:t>
        <w:br/>
        <w:t>f 4666/38004/32124 4803/38140/32247 4667/38005/32125</w:t>
        <w:br/>
        <w:t>f 4666/38004/32124 4667/38005/32125 4649/37989/32111</w:t>
        <w:br/>
        <w:t>f 4810/38148/32255 4650/37988/32110 4651/37987/32109</w:t>
        <w:br/>
        <w:t>f 4738/38077/32190 4819/38156/32263 4602/37942/32065</w:t>
        <w:br/>
        <w:t>f 4820/38158/32265 4673/38009/32129 4819/38156/32263</w:t>
        <w:br/>
        <w:t>f 4587/37926/32049 4838/38175/32286 4837/38176/32286</w:t>
        <w:br/>
        <w:t>f 4839/38177/32287 4700/38037/32153 4699/38038/32154</w:t>
        <w:br/>
        <w:t>f 4694/38032/32148 4575/37912/32035 4696/38034/32150</w:t>
        <w:br/>
        <w:t>f 4614/37953/32076 4615/37952/32075 4840/38178/32288</w:t>
        <w:br/>
        <w:t>f 4611/37949/32072 4805/38144/32251 4610/37950/32073</w:t>
        <w:br/>
        <w:t>f 4806/38143/32250 4668/38006/32126 4805/38144/32251</w:t>
        <w:br/>
        <w:t>f 4575/37912/32035 4695/38031/32147 4574/37913/32036</w:t>
        <w:br/>
        <w:t>f 4572/37910/32033 4574/37913/32036 4571/37911/32034</w:t>
        <w:br/>
        <w:t>f 4664/38002/32122 4573/37909/32032 4801/38139/32246</w:t>
        <w:br/>
        <w:t>f 4664/38002/32122 4801/38139/32246 4663/38003/32123</w:t>
        <w:br/>
        <w:t>f 4816/38155/32262 4817/38154/32261 4826/38164/32271</w:t>
        <w:br/>
        <w:t>f 4825/38162/32269 4814/38152/32259 4815/38151/32258</w:t>
        <w:br/>
        <w:t>f 4825/38162/32269 4718/38055/32172 4814/38152/32259</w:t>
        <w:br/>
        <w:t>f 4579/37917/32040 4645/37983/32105 4578/37914/32037</w:t>
        <w:br/>
        <w:t>f 4561/37899/32022 4578/37914/32037 4644/37981/32103</w:t>
        <w:br/>
        <w:t>f 4561/37899/32022 4643/37982/32104 4560/37900/32023</w:t>
        <w:br/>
        <w:t>f 4560/37900/32023 4642/37979/32101 4566/37902/32025</w:t>
        <w:br/>
        <w:t>f 4568/37906/32029 4569/37905/32028 4741/38079/32192</w:t>
        <w:br/>
        <w:t>f 4806/38143/32250 4659/37996/32116 4668/38006/32126</w:t>
        <w:br/>
        <w:t>f 4658/37997/32115 4743/38083/32196 4657/37998/32118</w:t>
        <w:br/>
        <w:t>f 4621/37958/32081 4717/38056/32173 4620/37959/32082</w:t>
        <w:br/>
        <w:t>f 4596/37934/32057 4620/37959/32082 4595/37935/32058</w:t>
        <w:br/>
        <w:t>f 4717/38056/32173 4621/37958/32081 4629/37966/32088</w:t>
        <w:br/>
        <w:t>f 4630/37968/32090 4632/37972/32094 4629/37966/32088</w:t>
        <w:br/>
        <w:t>f 4800/38138/32245 4751/38090/32203 4753/38091/32204</w:t>
        <w:br/>
        <w:t>f 4773/38110/32221 4753/38091/32204 4771/38106/32217</w:t>
        <w:br/>
        <w:t>f 4760/38101/32213 4747/38085/32198 4799/38137/32209</w:t>
        <w:br/>
        <w:t>f 4799/38137/32209 4747/38085/32198 4748/38084/32197</w:t>
        <w:br/>
        <w:t>f 4579/37917/32040 4647/37985/32107 4648/37984/32106</w:t>
        <w:br/>
        <w:t>f 4618/37955/32078 4719/38057/32174 4725/38065/32180</w:t>
        <w:br/>
        <w:t>f 4811/38149/32256 4841/38179/32289 4743/38083/32196</w:t>
        <w:br/>
        <w:t>f 4669/38008/32290 4664/38002/32122 4654/37990/32291</w:t>
        <w:br/>
        <w:t>f 4637/37974/32096 4572/37910/32033 4573/37909/32032</w:t>
        <w:br/>
        <w:t>f 4669/38008/32290 4638/37976/32098 4664/38002/32122</w:t>
        <w:br/>
        <w:t>f 4575/37912/32035 4572/37910/32033 4636/37975/32097</w:t>
        <w:br/>
        <w:t>f 4654/37990/32112 4652/37992/32114 4655/37994/32116</w:t>
        <w:br/>
        <w:t>f 4694/38032/32148 4843/38180/32292 4842/38181/32293</w:t>
        <w:br/>
        <w:t>f 4693/38033/32149 4694/38032/32148 4842/38181/32293</w:t>
        <w:br/>
        <w:t>f 4679/38016/32135 4680/38015/32134 4844/38182/32294</w:t>
        <w:br/>
        <w:t>f 4845/38183/32295 4679/38016/32135 4844/38182/32294</w:t>
        <w:br/>
        <w:t>f 4845/38183/32295 4842/38181/32293 4843/38180/32292</w:t>
        <w:br/>
        <w:t>f 4679/38016/32135 4845/38183/32295 4843/38180/32292</w:t>
        <w:br/>
        <w:t>f 4691/38028/32144 4692/38027/32144 4706/38045/32296</w:t>
        <w:br/>
        <w:t>f 4712/38049/32297 4691/38028/32144 4706/38045/32296</w:t>
        <w:br/>
        <w:t>f 4682/38021/32139 4683/38020/32139 4709/38048/32164</w:t>
        <w:br/>
        <w:t>f 4710/38047/32163 4682/38021/32139 4709/38048/32164</w:t>
        <w:br/>
        <w:t>f 4708/38046/32162 4706/38045/32161 4685/38026/32143</w:t>
        <w:br/>
        <w:t>f 4686/38025/32142 4708/38046/32162 4685/38026/32143</w:t>
        <w:br/>
        <w:t>f 4846/38184/32298 4678/38017/32136 4679/38016/32135</w:t>
        <w:br/>
        <w:t>f 4843/38180/32292 4846/38184/32298 4679/38016/32135</w:t>
        <w:br/>
        <w:t>f 4843/38180/32292 4694/38032/32148 4696/38034/32150</w:t>
        <w:br/>
        <w:t>f 4709/38048/32164 4843/38180/32292 4696/38034/32150</w:t>
        <w:br/>
        <w:t>f 4844/38182/32294 4680/38015/32134 4582/37920/32043</w:t>
        <w:br/>
        <w:t>f 4847/38185/32299 4844/38182/32294 4582/37920/32043</w:t>
        <w:br/>
        <w:t>f 4677/38018/32137 4581/37921/32044 4582/37920/32043</w:t>
        <w:br/>
        <w:t>f 4680/38015/32134 4677/38018/32137 4582/37920/32043</w:t>
        <w:br/>
        <w:t>f 4684/38019/32138 4681/38022/32140 4704/38042/32158</w:t>
        <w:br/>
        <w:t>f 4705/38041/32157 4684/38019/32138 4704/38042/32158</w:t>
        <w:br/>
        <w:t>f 4687/38024/32141 4688/38023/32141 4623/37961/32083</w:t>
        <w:br/>
        <w:t>f 4624/37960/32083 4687/38024/32141 4623/37961/32083</w:t>
        <w:br/>
        <w:t>f 4689/38030/32146 4690/38029/32145 4674/38014/32133</w:t>
        <w:br/>
        <w:t>f 4675/38013/32133 4689/38030/32146 4674/38014/32133</w:t>
        <w:br/>
        <w:t>f 4847/38185/32299 4582/37920/32043 4583/37919/32042</w:t>
        <w:br/>
        <w:t>f 4723/38060/32176 4579/37917/32040 4580/37918/32041</w:t>
        <w:br/>
        <w:t>f 4627/37963/32085 4600/37937/32060 4626/37964/32086</w:t>
        <w:br/>
        <w:t>f 4631/37969/32091 4627/37963/32085 4625/37965/32087</w:t>
        <w:br/>
        <w:t>f 4661/38000/32120 4821/38159/32266 4649/37989/32111</w:t>
        <w:br/>
        <w:t>f 4820/38158/32265 4821/38159/32266 4822/38160/32267</w:t>
        <w:br/>
        <w:t>f 4833/38171/32278 4823/38161/32268 4661/38000/32120</w:t>
        <w:br/>
        <w:t>f 4569/37905/32028 4848/38186/32300 4741/38079/32192</w:t>
        <w:br/>
        <w:t>f 4640/37977/32099 4848/38186/32300 4569/37905/32028</w:t>
        <w:br/>
        <w:t>f 4671/38011/32131 4606/37946/32069 4607/37945/32068</w:t>
        <w:br/>
        <w:t>f 4830/38168/32275 4831/38167/32274 4850/38187/32301</w:t>
        <w:br/>
        <w:t>f 4849/38188/32301 4830/38168/32275 4850/38187/32301</w:t>
        <w:br/>
        <w:t>f 4744/38082/32195 4841/38179/32192 4849/38188/32301</w:t>
        <w:br/>
        <w:t>f 4850/38187/32301 4744/38082/32195 4849/38188/32301</w:t>
        <w:br/>
        <w:t>f 4607/37945/32068 4673/38009/32129 4671/38011/32131</w:t>
        <w:br/>
        <w:t>f 4641/37980/32102 4640/37977/32099 4639/37978/32100</w:t>
        <w:br/>
        <w:t>f 4639/37978/32100 4566/37902/32025 4641/37980/32102</w:t>
        <w:br/>
        <w:t>f 3319/38189/32302 3318/38190/32303 3317/38191/32304</w:t>
        <w:br/>
        <w:t>f 3316/38192/32305 3319/38189/32302 3317/38191/32304</w:t>
        <w:br/>
        <w:t>f 3322/38193/32306 3321/38194/32307 3320/38195/32308</w:t>
        <w:br/>
        <w:t>f 3325/38196/32309 3324/38197/32310 3323/38198/32311</w:t>
        <w:br/>
        <w:t>f 3326/38199/32312 3325/38196/32309 3323/38198/32311</w:t>
        <w:br/>
        <w:t>f 3329/38200/32313 3328/38201/32314 3327/38202/32315</w:t>
        <w:br/>
        <w:t>f 3331/38203/32316 3330/38204/32317 3328/38201/32314</w:t>
        <w:br/>
        <w:t>f 3335/38205/32318 3334/38206/32319 3333/38207/32320</w:t>
        <w:br/>
        <w:t>f 3332/38208/32321 3335/38205/32318 3333/38207/32320</w:t>
        <w:br/>
        <w:t>f 3336/38209/32322 3334/38206/32319 3335/38205/32318</w:t>
        <w:br/>
        <w:t>f 3337/38210/32323 3336/38209/32322 3335/38205/32318</w:t>
        <w:br/>
        <w:t>f 3340/38211/32324 3339/38212/32325 3338/38213/32326</w:t>
        <w:br/>
        <w:t>f 3341/38214/32327 3340/38211/32324 3338/38213/32326</w:t>
        <w:br/>
        <w:t>f 3344/38215/32328 3343/38216/32329 3342/38217/32330</w:t>
        <w:br/>
        <w:t>f 3346/38218/32331 3345/38219/32332 3343/38216/32329</w:t>
        <w:br/>
        <w:t>f 3350/38220/32333 3349/38221/32334 3348/38222/32335</w:t>
        <w:br/>
        <w:t>f 3347/38223/32336 3350/38220/32333 3348/38222/32335</w:t>
        <w:br/>
        <w:t>f 3353/38224/32337 3352/38225/32338 3351/38226/32339</w:t>
        <w:br/>
        <w:t>f 3355/38227/32340 3348/38222/32335 3349/38221/32334</w:t>
        <w:br/>
        <w:t>f 3354/38228/32341 3355/38227/32340 3349/38221/32334</w:t>
        <w:br/>
        <w:t>f 3358/38229/32342 3357/38230/32343 3356/38231/32344</w:t>
        <w:br/>
        <w:t>f 3362/38232/32345 3361/38233/32346 3360/38234/32347</w:t>
        <w:br/>
        <w:t>f 3359/38235/32348 3362/38232/32345 3360/38234/32347</w:t>
        <w:br/>
        <w:t>f 3366/38236/32349 3365/38237/32350 3364/38238/32351</w:t>
        <w:br/>
        <w:t>f 3363/38239/32352 3366/38236/32349 3364/38238/32351</w:t>
        <w:br/>
        <w:t>f 3369/38240/32353 3368/38241/32354 3367/38242/32355</w:t>
        <w:br/>
        <w:t>f 3372/38243/32356 3371/38244/32357 3370/38245/32358</w:t>
        <w:br/>
        <w:t>f 3375/38246/32359 3374/38247/32360 3373/38248/32361</w:t>
        <w:br/>
        <w:t>f 3370/38245/32358 3371/38244/32357 3377/38249/32362</w:t>
        <w:br/>
        <w:t>f 3376/38250/32363 3370/38245/32358 3377/38249/32362</w:t>
        <w:br/>
        <w:t>f 3379/38251/32364 3375/38246/32359 3373/38248/32361</w:t>
        <w:br/>
        <w:t>f 3378/38252/32365 3379/38251/32364 3373/38248/32361</w:t>
        <w:br/>
        <w:t>f 3350/38220/32366 3382/38253/32367 3381/38254/32368</w:t>
        <w:br/>
        <w:t>f 3380/38255/32369 3350/38220/32366 3381/38254/32368</w:t>
        <w:br/>
        <w:t>f 3384/38256/32370 3383/38257/32371 3357/38230/32343</w:t>
        <w:br/>
        <w:t>f 3387/38258/32372 3386/38259/32373 3385/38260/32373</w:t>
        <w:br/>
        <w:t>f 3390/38261/32374 3389/38262/32375 3388/38263/32376</w:t>
        <w:br/>
        <w:t>f 3393/38264/32377 3392/38265/32378 3391/38266/32379</w:t>
        <w:br/>
        <w:t>f 3394/38267/32380 3393/38264/32377 3391/38266/32379</w:t>
        <w:br/>
        <w:t>f 3396/38268/32381 3383/38257/32371 3395/38269/32382</w:t>
        <w:br/>
        <w:t>f 3395/38269/32382 3397/38270/32383 3396/38268/32381</w:t>
        <w:br/>
        <w:t>f 3394/38267/32380 3381/38254/32368 3382/38253/32367</w:t>
        <w:br/>
        <w:t>f 3393/38264/32377 3394/38267/32380 3382/38253/32367</w:t>
        <w:br/>
        <w:t>f 3397/38270/32383 3400/38271/32384 3399/38272/32385</w:t>
        <w:br/>
        <w:t>f 3398/38273/32386 3397/38270/32383 3399/38272/32385</w:t>
        <w:br/>
        <w:t>f 3355/38227/32340 3402/38274/32387 3401/38275/32388</w:t>
        <w:br/>
        <w:t>f 3348/38222/32335 3355/38227/32340 3401/38275/32388</w:t>
        <w:br/>
        <w:t>f 3403/38276/32382 3347/38223/32336 3348/38222/32335</w:t>
        <w:br/>
        <w:t>f 3401/38275/32388 3403/38276/32382 3348/38222/32335</w:t>
        <w:br/>
        <w:t>f 3346/38218/32331 3344/38215/32328 3404/38277/32389</w:t>
        <w:br/>
        <w:t>f 3338/38213/32326 3388/38263/32376 3389/38262/32375</w:t>
        <w:br/>
        <w:t>f 3406/38278/32390 3405/38279/32391 3328/38201/32314</w:t>
        <w:br/>
        <w:t>f 3327/38202/32315 3405/38279/32391 3407/38280/32392</w:t>
        <w:br/>
        <w:t>f 3369/38240/32353 3367/38242/32355 3323/38198/32311</w:t>
        <w:br/>
        <w:t>f 3409/38281/32393 3408/38282/32394 3320/38195/32308</w:t>
        <w:br/>
        <w:t>f 3410/38283/32395 3409/38281/32393 3320/38195/32308</w:t>
        <w:br/>
        <w:t>f 3317/38191/32304 3356/38231/32344 3411/38284/32396</w:t>
        <w:br/>
        <w:t>f 3412/38285/32397 3332/38208/32321 3411/38284/32396</w:t>
        <w:br/>
        <w:t>f 3415/38286/32398 3414/38287/32398 3413/38288/32399</w:t>
        <w:br/>
        <w:t>f 3418/38289/32400 3417/38290/32401 3416/38291/32402</w:t>
        <w:br/>
        <w:t>f 3421/38292/32403 3420/38293/32404 3419/38294/32405</w:t>
        <w:br/>
        <w:t>f 3423/38295/32406 3422/38296/32407 3421/38292/32403</w:t>
        <w:br/>
        <w:t>f 3425/38297/32408 3424/38298/32409 3422/38296/32407</w:t>
        <w:br/>
        <w:t>f 3423/38295/32406 3425/38297/32408 3422/38296/32407</w:t>
        <w:br/>
        <w:t>f 3418/38289/32400 3427/38299/32410 3426/38300/32411</w:t>
        <w:br/>
        <w:t>f 3429/38301/32412 3428/38302/32413 3419/38294/32405</w:t>
        <w:br/>
        <w:t>f 3418/38289/32400 3430/38303/32414 3417/38290/32401</w:t>
        <w:br/>
        <w:t>f 3431/38304/32415 3418/38289/32400 3426/38300/32411</w:t>
        <w:br/>
        <w:t>f 3432/38305/32416 3425/38297/32408 3423/38295/32406</w:t>
        <w:br/>
        <w:t>f 3419/38294/32417 3434/38306/32418 3433/38307/32419</w:t>
        <w:br/>
        <w:t>f 3410/38283/32395 3326/38199/32312 3323/38198/32311</w:t>
        <w:br/>
        <w:t>f 3361/38233/32346 3366/38236/32349 3363/38239/32352</w:t>
        <w:br/>
        <w:t>f 3360/38234/32347 3361/38233/32346 3363/38239/32352</w:t>
        <w:br/>
        <w:t>f 3367/38242/32355 3368/38241/32354 3409/38281/32393</w:t>
        <w:br/>
        <w:t>f 3437/38308/32420 3436/38309/32421 3435/38310/32422</w:t>
        <w:br/>
        <w:t>f 3438/38311/32423 3436/38309/32421 3437/38308/32420</w:t>
        <w:br/>
        <w:t>f 3441/38312/32424 3440/38313/32425 3439/38314/32425</w:t>
        <w:br/>
        <w:t>f 3444/38315/32426 3443/38316/32427 3442/38317/32427</w:t>
        <w:br/>
        <w:t>f 3447/38318/32428 3446/38319/32429 3445/38320/32430</w:t>
        <w:br/>
        <w:t>f 3448/38321/32431 3338/38213/32326 3330/38204/32317</w:t>
        <w:br/>
        <w:t>f 3449/38322/32432 3448/38321/32431 3330/38204/32317</w:t>
        <w:br/>
        <w:t>f 3389/38262/32375 3406/38278/32390 3330/38204/32317</w:t>
        <w:br/>
        <w:t>f 3451/38323/32433 3378/38252/32365 3450/38324/32434</w:t>
        <w:br/>
        <w:t>f 3387/38258/32372 3345/38219/32332 3452/38325/32435</w:t>
        <w:br/>
        <w:t>f 3376/38250/32363 3377/38249/32362 3454/38326/32436</w:t>
        <w:br/>
        <w:t>f 3453/38327/32437 3376/38250/32363 3454/38326/32436</w:t>
        <w:br/>
        <w:t>f 3435/38310/32422 3436/38309/32421 3339/38212/32325</w:t>
        <w:br/>
        <w:t>f 3340/38211/32324 3435/38310/32422 3339/38212/32325</w:t>
        <w:br/>
        <w:t>f 3446/38319/32429 3447/38318/32428 3385/38260/32373</w:t>
        <w:br/>
        <w:t>f 3386/38259/32373 3446/38319/32429 3385/38260/32373</w:t>
        <w:br/>
        <w:t>f 3443/38316/32427 3351/38226/32339 3455/38328/32438</w:t>
        <w:br/>
        <w:t>f 3442/38317/32427 3443/38316/32427 3455/38328/32438</w:t>
        <w:br/>
        <w:t>f 3440/38313/32425 3390/38261/32374 3388/38263/32376</w:t>
        <w:br/>
        <w:t>f 3439/38314/32425 3440/38313/32425 3388/38263/32376</w:t>
        <w:br/>
        <w:t>f 3436/38309/32421 3438/38311/32423 3456/38329/32439</w:t>
        <w:br/>
        <w:t>f 3339/38212/32325 3436/38309/32421 3456/38329/32439</w:t>
        <w:br/>
        <w:t>f 3409/38281/32393 3458/38330/32440 3457/38331/32441</w:t>
        <w:br/>
        <w:t>f 3408/38282/32394 3409/38281/32393 3457/38331/32441</w:t>
        <w:br/>
        <w:t>f 3332/38208/32321 3333/38207/32320 3316/38192/32305</w:t>
        <w:br/>
        <w:t>f 3317/38191/32304 3332/38208/32321 3316/38192/32305</w:t>
        <w:br/>
        <w:t>f 3459/38332/32442 3347/38223/32336 3403/38276/32382</w:t>
        <w:br/>
        <w:t>f 3460/38333/32443 3412/38285/32397 3413/38288/32399</w:t>
        <w:br/>
        <w:t>f 3380/38255/32369 3461/38334/32444 3350/38220/32366</w:t>
        <w:br/>
        <w:t>f 3398/38273/32386 3462/38335/32445 3414/38287/32398</w:t>
        <w:br/>
        <w:t>f 3415/38286/32398 3398/38273/32386 3414/38287/32398</w:t>
        <w:br/>
        <w:t>f 3463/38336/32446 3336/38209/32322 3337/38210/32323</w:t>
        <w:br/>
        <w:t>f 3464/38337/32447 3463/38336/32446 3337/38210/32323</w:t>
        <w:br/>
        <w:t>f 3467/38338/32448 3461/38334/32449 3466/38339/32322</w:t>
        <w:br/>
        <w:t>f 3465/38340/32446 3467/38338/32448 3466/38339/32322</w:t>
        <w:br/>
        <w:t>f 3469/38341/32450 3468/38342/32451 3402/38274/32387</w:t>
        <w:br/>
        <w:t>f 3355/38227/32340 3469/38341/32450 3402/38274/32387</w:t>
        <w:br/>
        <w:t>f 3470/38343/32452 3463/38336/32446 3464/38337/32447</w:t>
        <w:br/>
        <w:t>f 3471/38344/32453 3470/38343/32452 3464/38337/32447</w:t>
        <w:br/>
        <w:t>f 3473/38345/32454 3467/38338/32448 3465/38340/32446</w:t>
        <w:br/>
        <w:t>f 3472/38346/32455 3473/38345/32454 3465/38340/32446</w:t>
        <w:br/>
        <w:t>f 3474/38347/32456 3398/38273/32386 3399/38272/32385</w:t>
        <w:br/>
        <w:t>f 3475/38348/32451 3474/38347/32456 3399/38272/32385</w:t>
        <w:br/>
        <w:t>f 3476/38349/32457 3469/38341/32450 3355/38227/32340</w:t>
        <w:br/>
        <w:t>f 3354/38228/32341 3476/38349/32457 3355/38227/32340</w:t>
        <w:br/>
        <w:t>f 3474/38347/32456 3477/38350/32458 3462/38335/32445</w:t>
        <w:br/>
        <w:t>f 3398/38273/32386 3474/38347/32456 3462/38335/32445</w:t>
        <w:br/>
        <w:t>f 3365/38237/32350 3479/38351/32459 3478/38352/32460</w:t>
        <w:br/>
        <w:t>f 3364/38238/32351 3365/38237/32350 3478/38352/32460</w:t>
        <w:br/>
        <w:t>f 3482/38353/32461 3481/38354/32462 3480/38355/32463</w:t>
        <w:br/>
        <w:t>f 3483/38356/32464 3482/38353/32461 3480/38355/32463</w:t>
        <w:br/>
        <w:t>f 3484/38357/32465 3483/38356/32464 3480/38355/32463</w:t>
        <w:br/>
        <w:t>f 3486/38358/32466 3485/38359/32467 3369/38240/32353</w:t>
        <w:br/>
        <w:t>f 3410/38283/32395 3367/38242/32355 3409/38281/32393</w:t>
        <w:br/>
        <w:t>f 3489/38360/32468 3488/38361/32469 3487/38362/32470</w:t>
        <w:br/>
        <w:t>f 3493/38363/32471 3492/38364/32472 3491/38365/32473</w:t>
        <w:br/>
        <w:t>f 3490/38366/32471 3493/38363/32471 3491/38365/32473</w:t>
        <w:br/>
        <w:t>f 3496/38367/32474 3495/38368/32475 3494/38369/32476</w:t>
        <w:br/>
        <w:t>f 3497/38370/32477 3496/38367/32474 3494/38369/32476</w:t>
        <w:br/>
        <w:t>f 3494/38369/32476 3495/38368/32475 3498/38371/32478</w:t>
        <w:br/>
        <w:t>f 3501/38372/32479 3500/38373/32480 3499/38374/32481</w:t>
        <w:br/>
        <w:t>f 3502/38375/32482 3501/38372/32479 3499/38374/32481</w:t>
        <w:br/>
        <w:t>f 3501/38372/32479 3487/38362/32470 3503/38376/32483</w:t>
        <w:br/>
        <w:t>f 3500/38373/32480 3501/38372/32479 3503/38376/32483</w:t>
        <w:br/>
        <w:t>f 3507/38377/32484 3506/38378/32485 3505/38379/32486</w:t>
        <w:br/>
        <w:t>f 3504/38380/32487 3507/38377/32484 3505/38379/32486</w:t>
        <w:br/>
        <w:t>f 3511/38381/32488 3510/38382/32489 3509/38383/32490</w:t>
        <w:br/>
        <w:t>f 3508/38384/32488 3511/38381/32488 3509/38383/32490</w:t>
        <w:br/>
        <w:t>f 3515/38385/32491 3514/38386/32492 3513/38387/32493</w:t>
        <w:br/>
        <w:t>f 3512/38388/32494 3515/38385/32491 3513/38387/32493</w:t>
        <w:br/>
        <w:t>f 3517/38389/32495 3516/38390/32496 3514/38386/32492</w:t>
        <w:br/>
        <w:t>f 3515/38385/32491 3517/38389/32495 3514/38386/32492</w:t>
        <w:br/>
        <w:t>f 3521/38391/32497 3520/38392/32498 3519/38393/32499</w:t>
        <w:br/>
        <w:t>f 3518/38394/32500 3521/38391/32497 3519/38393/32499</w:t>
        <w:br/>
        <w:t>f 3520/38392/32498 3507/38377/32484 3504/38380/32487</w:t>
        <w:br/>
        <w:t>f 3519/38393/32499 3520/38392/32498 3504/38380/32487</w:t>
        <w:br/>
        <w:t>f 3525/38395/32501 3524/38396/32502 3523/38397/32503</w:t>
        <w:br/>
        <w:t>f 3522/38398/32504 3525/38395/32501 3523/38397/32503</w:t>
        <w:br/>
        <w:t>f 3529/38399/32505 3528/38400/32506 3527/38401/32507</w:t>
        <w:br/>
        <w:t>f 3526/38402/32507 3529/38399/32505 3527/38401/32507</w:t>
        <w:br/>
        <w:t>f 3533/38403/32508 3532/38404/32509 3531/38405/32509</w:t>
        <w:br/>
        <w:t>f 3530/38406/32510 3533/38403/32508 3531/38405/32509</w:t>
        <w:br/>
        <w:t>f 3535/38407/32511 3533/38403/32508 3530/38406/32510</w:t>
        <w:br/>
        <w:t>f 3534/38408/32512 3535/38407/32511 3530/38406/32510</w:t>
        <w:br/>
        <w:t>f 3539/38409/32513 3538/38410/32514 3537/38411/32515</w:t>
        <w:br/>
        <w:t>f 3536/38412/32516 3539/38409/32513 3537/38411/32515</w:t>
        <w:br/>
        <w:t>f 3536/38412/32516 3537/38411/32515 3524/38396/32502</w:t>
        <w:br/>
        <w:t>f 3525/38395/32501 3536/38412/32516 3524/38396/32502</w:t>
        <w:br/>
        <w:t>f 3519/38393/32499 3504/38380/32487 3529/38399/32505</w:t>
        <w:br/>
        <w:t>f 3533/38403/32508 3519/38393/32499 3529/38399/32505</w:t>
        <w:br/>
        <w:t>f 3518/38394/32500 3519/38393/32499 3533/38403/32508</w:t>
        <w:br/>
        <w:t>f 3535/38407/32511 3518/38394/32500 3533/38403/32508</w:t>
        <w:br/>
        <w:t>f 3516/38390/32496 3539/38409/32513 3536/38412/32516</w:t>
        <w:br/>
        <w:t>f 3514/38386/32492 3516/38390/32496 3536/38412/32516</w:t>
        <w:br/>
        <w:t>f 3514/38386/32492 3536/38412/32516 3525/38395/32501</w:t>
        <w:br/>
        <w:t>f 3510/38382/32489 3514/38386/32492 3525/38395/32501</w:t>
        <w:br/>
        <w:t>f 3510/38382/32489 3525/38395/32501 3522/38398/32504</w:t>
        <w:br/>
        <w:t>f 3509/38383/32490 3510/38382/32489 3522/38398/32504</w:t>
        <w:br/>
        <w:t>f 3504/38380/32487 3505/38379/32486 3528/38400/32506</w:t>
        <w:br/>
        <w:t>f 3529/38399/32505 3504/38380/32487 3528/38400/32506</w:t>
        <w:br/>
        <w:t>f 3500/38373/32480 3503/38376/32483 3507/38377/32484</w:t>
        <w:br/>
        <w:t>f 3520/38392/32498 3500/38373/32480 3507/38377/32484</w:t>
        <w:br/>
        <w:t>f 3499/38374/32481 3500/38373/32480 3520/38392/32498</w:t>
        <w:br/>
        <w:t>f 3521/38391/32497 3499/38374/32481 3520/38392/32498</w:t>
        <w:br/>
        <w:t>f 3515/38385/32491 3494/38369/32476 3498/38371/32478</w:t>
        <w:br/>
        <w:t>f 3512/38388/32494 3497/38370/32477 3494/38369/32476</w:t>
        <w:br/>
        <w:t>f 3515/38385/32491 3512/38388/32494 3494/38369/32476</w:t>
        <w:br/>
        <w:t>f 3492/38364/32472 3511/38381/32488 3508/38384/32488</w:t>
        <w:br/>
        <w:t>f 3491/38365/32473 3492/38364/32472 3508/38384/32488</w:t>
        <w:br/>
        <w:t>f 3503/38376/32483 3506/38378/32485 3507/38377/32484</w:t>
        <w:br/>
        <w:t>f 3475/38348/32451 3489/38360/32468 3487/38362/32470</w:t>
        <w:br/>
        <w:t>f 3474/38347/32456 3475/38348/32451 3487/38362/32470</w:t>
        <w:br/>
        <w:t>f 3477/38350/32458 3474/38347/32456 3487/38362/32470</w:t>
        <w:br/>
        <w:t>f 3501/38372/32479 3477/38350/32458 3487/38362/32470</w:t>
        <w:br/>
        <w:t>f 3471/38344/32453 3501/38372/32479 3502/38375/32482</w:t>
        <w:br/>
        <w:t>f 3470/38343/32452 3471/38344/32453 3502/38375/32482</w:t>
        <w:br/>
        <w:t>f 3472/38346/32455 3540/38413/32517 3495/38368/32475</w:t>
        <w:br/>
        <w:t>f 3473/38345/32454 3472/38346/32455 3495/38368/32475</w:t>
        <w:br/>
        <w:t>f 3495/38368/32475 3496/38367/32474 3469/38341/32450</w:t>
        <w:br/>
        <w:t>f 3473/38345/32454 3495/38368/32475 3469/38341/32450</w:t>
        <w:br/>
        <w:t>f 3493/38363/32471 3490/38366/32471 3468/38342/32451</w:t>
        <w:br/>
        <w:t>f 3469/38341/32450 3493/38363/32471 3468/38342/32451</w:t>
        <w:br/>
        <w:t>f 3541/38414/32414 3329/38200/32313 3327/38202/32315</w:t>
        <w:br/>
        <w:t>f 3431/38304/32415 3543/38415/32518 3542/38416/32518</w:t>
        <w:br/>
        <w:t>f 3342/38217/32330 3544/38417/32519 3344/38215/32328</w:t>
        <w:br/>
        <w:t>f 3546/38418/32520 3545/38419/32521 3374/38247/32360</w:t>
        <w:br/>
        <w:t>f 3428/38302/32413 3327/38202/32315 3407/38280/32392</w:t>
        <w:br/>
        <w:t>f 3421/38292/32403 3547/38420/32522 3420/38293/32404</w:t>
        <w:br/>
        <w:t>f 3416/38291/32402 3548/38421/32523 3478/38352/32460</w:t>
        <w:br/>
        <w:t>f 3479/38351/32459 3416/38291/32402 3478/38352/32460</w:t>
        <w:br/>
        <w:t>f 3422/38296/32407 3486/38358/32466 3549/38422/32524</w:t>
        <w:br/>
        <w:t>f 3484/38357/32465 3480/38355/32463 3421/38292/32403</w:t>
        <w:br/>
        <w:t>f 3422/38296/32407 3484/38357/32465 3421/38292/32403</w:t>
        <w:br/>
        <w:t>f 3347/38223/32336 3459/38332/32442 3550/38423/32525</w:t>
        <w:br/>
        <w:t>f 3553/38424/32526 3552/38425/32527 3551/38426/32528</w:t>
        <w:br/>
        <w:t>f 3392/38265/32378 3393/38264/32377 3552/38425/32527</w:t>
        <w:br/>
        <w:t>f 3553/38424/32526 3392/38265/32378 3552/38425/32527</w:t>
        <w:br/>
        <w:t>f 3555/38427/32529 3554/38428/32530 3361/38233/32346</w:t>
        <w:br/>
        <w:t>f 3362/38232/32345 3555/38427/32529 3361/38233/32346</w:t>
        <w:br/>
        <w:t>f 3365/38237/32350 3557/38429/32531 3556/38430/32532</w:t>
        <w:br/>
        <w:t>f 3558/38431/32533 3350/38220/32333 3550/38423/32525</w:t>
        <w:br/>
        <w:t>f 3557/38429/32531 3366/38236/32349 3554/38428/32530</w:t>
        <w:br/>
        <w:t>f 3554/38428/32530 3560/38432/32534 3559/38433/32535</w:t>
        <w:br/>
        <w:t>f 3557/38429/32531 3554/38428/32530 3559/38433/32535</w:t>
        <w:br/>
        <w:t>f 3552/38425/32527 3550/38423/32525 3459/38332/32442</w:t>
        <w:br/>
        <w:t>f 3393/38264/32377 3382/38253/32367 3550/38423/32525</w:t>
        <w:br/>
        <w:t>f 3552/38425/32527 3393/38264/32377 3550/38423/32525</w:t>
        <w:br/>
        <w:t>f 3479/38351/32459 3562/38434/32536 3561/38435/32537</w:t>
        <w:br/>
        <w:t>f 3416/38291/32402 3561/38435/32537 3427/38299/32410</w:t>
        <w:br/>
        <w:t>f 3365/38237/32350 3366/38236/32349 3557/38429/32531</w:t>
        <w:br/>
        <w:t>f 3561/38435/32537 3564/38436/32538 3563/38437/32539</w:t>
        <w:br/>
        <w:t>f 3563/38437/32539 3564/38436/32538 3565/38438/32540</w:t>
        <w:br/>
        <w:t>f 3566/38439/32541 3563/38437/32539 3565/38438/32540</w:t>
        <w:br/>
        <w:t>f 3358/38229/32342 3568/38440/32528 3567/38441/32542</w:t>
        <w:br/>
        <w:t>f 3384/38256/32370 3358/38229/32342 3567/38441/32542</w:t>
        <w:br/>
        <w:t>f 3569/38442/32543 3560/38432/32534 3554/38428/32530</w:t>
        <w:br/>
        <w:t>f 3573/38443/32544 3572/38444/32534 3571/38445/32545</w:t>
        <w:br/>
        <w:t>f 3570/38446/32544 3573/38443/32544 3571/38445/32545</w:t>
        <w:br/>
        <w:t>f 3574/38447/32546 3572/38444/32534 3458/38330/32440</w:t>
        <w:br/>
        <w:t>f 3557/38429/32531 3559/38433/32535 3575/38448/32547</w:t>
        <w:br/>
        <w:t>f 3556/38430/32532 3557/38429/32531 3575/38448/32547</w:t>
        <w:br/>
        <w:t>f 3576/38449/32546 3564/38436/32538 3559/38433/32535</w:t>
        <w:br/>
        <w:t>f 3567/38441/32542 3578/38450/32442 3577/38451/32548</w:t>
        <w:br/>
        <w:t>f 3384/38256/32370 3567/38441/32542 3577/38451/32548</w:t>
        <w:br/>
        <w:t>f 3554/38428/32530 3366/38236/32349 3361/38233/32346</w:t>
        <w:br/>
        <w:t>f 3426/38300/32411 3427/38299/32410 3580/38452/32549</w:t>
        <w:br/>
        <w:t>f 3579/38453/32550 3426/38300/32411 3580/38452/32549</w:t>
        <w:br/>
        <w:t>f 3579/38453/32550 3581/38454/32551 3544/38417/32519</w:t>
        <w:br/>
        <w:t>f 3426/38300/32411 3579/38453/32550 3544/38417/32519</w:t>
        <w:br/>
        <w:t>f 3344/38215/32328 3544/38417/32519 3582/38455/32416</w:t>
        <w:br/>
        <w:t>f 3404/38277/32389 3344/38215/32328 3582/38455/32416</w:t>
        <w:br/>
        <w:t>f 3566/38439/32541 3580/38452/32549 3427/38299/32410</w:t>
        <w:br/>
        <w:t>f 3563/38437/32539 3566/38439/32541 3427/38299/32410</w:t>
        <w:br/>
        <w:t>f 3561/38435/32537 3416/38291/32402 3479/38351/32459</w:t>
        <w:br/>
        <w:t>f 3563/38437/32539 3427/38299/32410 3561/38435/32537</w:t>
        <w:br/>
        <w:t>f 3358/38229/32342 3356/38231/32344 3408/38282/32394</w:t>
        <w:br/>
        <w:t>f 3457/38331/32441 3358/38229/32342 3408/38282/32394</w:t>
        <w:br/>
        <w:t>f 3457/38331/32441 3571/38445/32543 3568/38440/32528</w:t>
        <w:br/>
        <w:t>f 3358/38229/32342 3457/38331/32441 3568/38440/32528</w:t>
        <w:br/>
        <w:t>f 3551/38426/32528 3569/38442/32543 3555/38427/32529</w:t>
        <w:br/>
        <w:t>f 3553/38424/32526 3551/38426/32528 3555/38427/32529</w:t>
        <w:br/>
        <w:t>f 3553/38424/32526 3555/38427/32529 3362/38232/32345</w:t>
        <w:br/>
        <w:t>f 3392/38265/32378 3553/38424/32526 3362/38232/32345</w:t>
        <w:br/>
        <w:t>f 3392/38265/32378 3362/38232/32345 3359/38235/32348</w:t>
        <w:br/>
        <w:t>f 3391/38266/32379 3392/38265/32378 3359/38235/32348</w:t>
        <w:br/>
        <w:t>f 3322/38193/32306 3320/38195/32308 3318/38190/32303</w:t>
        <w:br/>
        <w:t>f 3318/38190/32303 3408/38282/32394 3583/38456/32552</w:t>
        <w:br/>
        <w:t>f 3322/38193/32306 3318/38190/32303 3319/38189/32302</w:t>
        <w:br/>
        <w:t>f 3320/38195/32308 3321/38194/32307 3410/38283/32395</w:t>
        <w:br/>
        <w:t>f 3321/38194/32307 3326/38199/32312 3410/38283/32395</w:t>
        <w:br/>
        <w:t>f 3480/38355/32463 3325/38196/32553 3547/38420/32522</w:t>
        <w:br/>
        <w:t>f 3480/38355/32463 3547/38420/32522 3421/38292/32403</w:t>
        <w:br/>
        <w:t>f 3419/38294/32405 3420/38293/32404 3429/38301/32412</w:t>
        <w:br/>
        <w:t>f 3418/38289/32400 3416/38291/32402 3427/38299/32410</w:t>
        <w:br/>
        <w:t>f 3431/38304/32415 3426/38300/32411 3544/38417/32519</w:t>
        <w:br/>
        <w:t>f 3342/38217/32330 3584/38457/32554 3544/38417/32519</w:t>
        <w:br/>
        <w:t>f 3344/38215/32328 3346/38218/32331 3343/38216/32329</w:t>
        <w:br/>
        <w:t>f 3372/38243/32356 3370/38245/32358 3585/38458/32555</w:t>
        <w:br/>
        <w:t>f 3431/38304/32415 3586/38459/32556 3430/38303/32414</w:t>
        <w:br/>
        <w:t>f 3418/38289/32400 3431/38304/32415 3430/38303/32414</w:t>
        <w:br/>
        <w:t>f 3416/38291/32402 3417/38290/32401 3548/38421/32523</w:t>
        <w:br/>
        <w:t>f 3365/38237/32350 3556/38430/32532 3479/38351/32459</w:t>
        <w:br/>
        <w:t>f 3556/38430/32532 3564/38436/32538 3561/38435/32537</w:t>
        <w:br/>
        <w:t>f 3452/38325/32435 3345/38219/32332 3346/38218/32331</w:t>
        <w:br/>
        <w:t>f 3387/38258/32557 3588/38460/32364 3587/38461/32558</w:t>
        <w:br/>
        <w:t>f 3351/38226/32339 3352/38225/32338 3455/38328/32438</w:t>
        <w:br/>
        <w:t>f 3389/38262/32375 3330/38204/32317 3338/38213/32326</w:t>
        <w:br/>
        <w:t>f 3338/38213/32326 3339/38212/32325 3456/38329/32439</w:t>
        <w:br/>
        <w:t>f 3390/38261/32374 3589/38462/32559 3389/38262/32375</w:t>
        <w:br/>
        <w:t>f 3451/38323/32433 3379/38251/32364 3378/38252/32365</w:t>
        <w:br/>
        <w:t>f 3375/38246/32359 3546/38418/32520 3374/38247/32360</w:t>
        <w:br/>
        <w:t>f 3590/38463/32560 3432/38305/32416 3545/38419/32561</w:t>
        <w:br/>
        <w:t>f 3331/38203/32316 3449/38322/32432 3330/38204/32317</w:t>
        <w:br/>
        <w:t>f 3329/38200/32313 3331/38203/32316 3328/38201/32314</w:t>
        <w:br/>
        <w:t>f 3591/38464/32562 3327/38202/32315 3428/38302/32413</w:t>
        <w:br/>
        <w:t>f 3592/38465/32563 3541/38414/32414 3428/38302/32564</w:t>
        <w:br/>
        <w:t>f 3410/38283/32395 3323/38198/32311 3367/38242/32355</w:t>
        <w:br/>
        <w:t>f 3569/38442/32543 3554/38428/32530 3555/38427/32529</w:t>
        <w:br/>
        <w:t>f 3551/38426/32528 3552/38425/32527 3593/38466/32565</w:t>
        <w:br/>
        <w:t>f 3552/38425/32527 3459/38332/32442 3593/38466/32565</w:t>
        <w:br/>
        <w:t>f 3332/38208/32321 3412/38285/32397 3335/38205/32318</w:t>
        <w:br/>
        <w:t>f 3411/38284/32396 3332/38208/32321 3317/38191/32304</w:t>
        <w:br/>
        <w:t>f 3318/38190/32303 3356/38231/32344 3317/38191/32304</w:t>
        <w:br/>
        <w:t>f 3320/38195/32308 3408/38282/32394 3318/38190/32303</w:t>
        <w:br/>
        <w:t>f 3369/38240/32353 3323/38198/32311 3324/38197/32310</w:t>
        <w:br/>
        <w:t>f 3387/38258/32372 3594/38467/32566 3453/38327/32327</w:t>
        <w:br/>
        <w:t>f 3432/38305/32416 3423/38295/32406 3545/38419/32561</w:t>
        <w:br/>
        <w:t>f 3424/38298/32409 3486/38358/32466 3422/38296/32407</w:t>
        <w:br/>
        <w:t>f 3384/38256/32370 3577/38451/32548 3383/38257/32371</w:t>
        <w:br/>
        <w:t>f 3358/38229/32342 3384/38256/32370 3357/38230/32343</w:t>
        <w:br/>
        <w:t>f 3409/38281/32393 3368/38241/32354 3458/38330/32440</w:t>
        <w:br/>
        <w:t>f 3395/38269/32382 3383/38257/32371 3577/38451/32548</w:t>
        <w:br/>
        <w:t>f 3395/38269/32382 3400/38271/32384 3397/38270/32383</w:t>
        <w:br/>
        <w:t>f 3498/38371/32478 3495/38368/32475 3540/38413/32517</w:t>
        <w:br/>
        <w:t>f 3515/38385/32491 3498/38371/32478 3517/38389/32495</w:t>
        <w:br/>
        <w:t>f 3503/38376/32483 3488/38361/32469 3506/38378/32485</w:t>
        <w:br/>
        <w:t>f 3487/38362/32470 3488/38361/32469 3503/38376/32483</w:t>
        <w:br/>
        <w:t>f 3413/38288/32567 3337/38210/32323 3335/38205/32318</w:t>
        <w:br/>
        <w:t>f 3466/38339/32322 3461/38334/32449 3595/38468/32319</w:t>
        <w:br/>
        <w:t>f 3576/38449/32546 3559/38433/32535 3560/38432/32534</w:t>
        <w:br/>
        <w:t>f 3486/38358/32466 3369/38240/32353 3549/38422/32524</w:t>
        <w:br/>
        <w:t>f 3369/38240/32353 3485/38359/32467 3368/38241/32354</w:t>
        <w:br/>
        <w:t>f 3596/38469/32467 3564/38436/32538 3576/38449/32546</w:t>
        <w:br/>
        <w:t>f 3419/38294/32417 3597/38470/32568 3434/38306/32418</w:t>
        <w:br/>
        <w:t>f 3327/38202/32315 3328/38201/32314 3405/38279/32391</w:t>
        <w:br/>
        <w:t>f 3428/38302/32413 3407/38280/32392 3434/38306/32569</w:t>
        <w:br/>
        <w:t>f 3406/38278/32390 3328/38201/32314 3330/38204/32317</w:t>
        <w:br/>
        <w:t>f 3423/38295/32406 3421/38292/32403 3419/38294/32405</w:t>
        <w:br/>
        <w:t>f 3350/38220/32333 3347/38223/32336 3550/38423/32525</w:t>
        <w:br/>
        <w:t>f 3577/38451/32548 3578/38450/32442 3395/38269/32382</w:t>
        <w:br/>
        <w:t>f 4360/38471/32570 4359/38472/32571 4358/38473/32572</w:t>
        <w:br/>
        <w:t>f 4363/38474/32573 4362/38475/32574 4361/38476/32575</w:t>
        <w:br/>
        <w:t>f 4361/38476/32575 4364/38477/32576 4359/38472/32571</w:t>
        <w:br/>
        <w:t>f 4360/38471/32570 4361/38476/32575 4359/38472/32571</w:t>
        <w:br/>
        <w:t>f 4366/38478/32577 4365/38479/32578 4358/38473/32572</w:t>
        <w:br/>
        <w:t>f 4369/38480/32579 4368/38481/32580 4367/38482/32581</w:t>
        <w:br/>
        <w:t>f 4373/38483/32582 4372/38484/32583 4371/38485/32584</w:t>
        <w:br/>
        <w:t>f 4370/38486/32585 4373/38483/32582 4371/38485/32584</w:t>
        <w:br/>
        <w:t>f 4376/38487/32586 4375/38488/32587 4374/38489/32587</w:t>
        <w:br/>
        <w:t>f 4377/38490/32588 4376/38487/32586 4374/38489/32587</w:t>
        <w:br/>
        <w:t>f 4380/38491/32589 4379/38492/32590 4378/38493/32591</w:t>
        <w:br/>
        <w:t>f 4376/38487/32586 4380/38491/32589 4378/38493/32591</w:t>
        <w:br/>
        <w:t>f 4375/38488/32587 4382/38494/32592 4381/38495/32593</w:t>
        <w:br/>
        <w:t>f 4374/38489/32587 4375/38488/32587 4381/38495/32593</w:t>
        <w:br/>
        <w:t>f 4385/38496/32594 4384/38497/32595 4383/38498/32596</w:t>
        <w:br/>
        <w:t>f 4388/38499/32597 4387/38500/32598 4386/38501/32598</w:t>
        <w:br/>
        <w:t>f 4389/38502/32597 4388/38499/32597 4386/38501/32598</w:t>
        <w:br/>
        <w:t>f 4392/38503/32599 4391/38504/32600 4390/38505/32601</w:t>
        <w:br/>
        <w:t>f 4393/38506/32602 4392/38503/32599 4390/38505/32601</w:t>
        <w:br/>
        <w:t>f 4396/38507/32603 4395/38508/32604 4394/38509/32605</w:t>
        <w:br/>
        <w:t>f 4399/38510/32606 4398/38511/32607 4397/38512/32608</w:t>
        <w:br/>
        <w:t>f 4402/38513/32609 4401/38514/32609 4400/38515/32610</w:t>
        <w:br/>
        <w:t>f 4403/38516/32611 4402/38513/32609 4400/38515/32610</w:t>
        <w:br/>
        <w:t>f 4393/38506/32602 4399/38510/32606 4397/38512/32608</w:t>
        <w:br/>
        <w:t>f 4392/38503/32599 4393/38506/32602 4397/38512/32608</w:t>
        <w:br/>
        <w:t>f 4396/38507/32603 4394/38509/32605 4401/38514/32609</w:t>
        <w:br/>
        <w:t>f 4402/38513/32609 4396/38507/32603 4401/38514/32609</w:t>
        <w:br/>
        <w:t>f 4391/38504/32600 4405/38517/32612 4404/38518/32613</w:t>
        <w:br/>
        <w:t>f 4390/38505/32601 4391/38504/32600 4404/38518/32613</w:t>
        <w:br/>
        <w:t>f 4407/38519/32614 4406/38520/32615 4395/38508/32604</w:t>
        <w:br/>
        <w:t>f 4408/38521/32616 4407/38519/32614 4395/38508/32604</w:t>
        <w:br/>
        <w:t>f 4370/38486/32585 4371/38485/32584 4410/38522/32617</w:t>
        <w:br/>
        <w:t>f 4409/38523/32618 4370/38486/32585 4410/38522/32617</w:t>
        <w:br/>
        <w:t>f 4413/38524/32619 4412/38525/32620 4411/38526/32621</w:t>
        <w:br/>
        <w:t>f 4416/38527/32622 4415/38528/32623 4414/38529/32624</w:t>
        <w:br/>
        <w:t>f 4418/38530/32625 4417/38531/32626 4372/38484/32583</w:t>
        <w:br/>
        <w:t>f 4420/38532/32627 4383/38498/32596 4419/38533/32628</w:t>
        <w:br/>
        <w:t>f 4405/38517/32612 4391/38504/32600 4421/38534/32629</w:t>
        <w:br/>
        <w:t>f 4422/38535/32630 4405/38517/32612 4421/38534/32629</w:t>
        <w:br/>
        <w:t>f 4391/38504/32600 4392/38503/32599 4423/38536/32631</w:t>
        <w:br/>
        <w:t>f 4421/38534/32629 4391/38504/32600 4423/38536/32631</w:t>
        <w:br/>
        <w:t>f 4424/38537/32632 4423/38536/32631 4392/38503/32599</w:t>
        <w:br/>
        <w:t>f 4397/38512/32608 4424/38537/32632 4392/38503/32599</w:t>
        <w:br/>
        <w:t>f 4425/38538/32633 4397/38512/32608 4398/38511/32607</w:t>
        <w:br/>
        <w:t>f 4427/38539/32634 4426/38540/32635 4414/38529/32624</w:t>
        <w:br/>
        <w:t>f 4430/38541/32636 4429/38542/32637 4428/38543/32638</w:t>
        <w:br/>
        <w:t>f 4433/38544/32639 4432/38545/32640 4412/38525/32620</w:t>
        <w:br/>
        <w:t>f 4431/38546/32641 4433/38544/32639 4412/38525/32620</w:t>
        <w:br/>
        <w:t>f 4436/38547/32642 4435/38548/32643 4434/38549/32644</w:t>
        <w:br/>
        <w:t>f 4439/38550/32645 4438/38551/32646 4437/38552/32647</w:t>
        <w:br/>
        <w:t>f 4413/38524/32619 4441/38553/32648 4440/38554/32649</w:t>
        <w:br/>
        <w:t>f 4442/38555/32650 4420/38532/32627 4413/38524/32619</w:t>
        <w:br/>
        <w:t>f 4440/38554/32649 4442/38555/32650 4413/38524/32619</w:t>
        <w:br/>
        <w:t>f 4420/38532/32627 4442/38555/32650 4444/38556/32651</w:t>
        <w:br/>
        <w:t>f 4443/38557/32652 4420/38532/32627 4444/38556/32651</w:t>
        <w:br/>
        <w:t>f 4446/38558/32653 4445/38559/32654 4371/38485/32584</w:t>
        <w:br/>
        <w:t>f 4372/38484/32583 4446/38558/32653 4371/38485/32584</w:t>
        <w:br/>
        <w:t>f 4410/38522/32617 4448/38560/32655 4447/38561/32656</w:t>
        <w:br/>
        <w:t>f 4367/38482/32581 4450/38562/32657 4449/38563/32658</w:t>
        <w:br/>
        <w:t>f 4452/38564/32659 4451/38565/32660 4388/38499/32597</w:t>
        <w:br/>
        <w:t>f 4389/38502/32597 4452/38564/32659 4388/38499/32597</w:t>
        <w:br/>
        <w:t>f 4417/38531/32626 4453/38566/32661 4446/38558/32653</w:t>
        <w:br/>
        <w:t>f 4372/38484/32583 4417/38531/32626 4446/38558/32653</w:t>
        <w:br/>
        <w:t>f 4385/38496/32594 4383/38498/32596 4420/38532/32627</w:t>
        <w:br/>
        <w:t>f 4443/38557/32652 4385/38496/32594 4420/38532/32627</w:t>
        <w:br/>
        <w:t>f 4455/38567/32662 4430/38541/32636 4454/38568/32663</w:t>
        <w:br/>
        <w:t>f 4439/38550/32645 4455/38567/32662 4454/38568/32663</w:t>
        <w:br/>
        <w:t>f 4383/38498/32596 4456/38569/32664 4431/38546/32641</w:t>
        <w:br/>
        <w:t>f 4412/38525/32620 4383/38498/32596 4431/38546/32641</w:t>
        <w:br/>
        <w:t>f 4459/38570/32665 4458/38571/32666 4457/38572/32667</w:t>
        <w:br/>
        <w:t>f 4458/38571/32666 4460/38573/32668 4457/38572/32667</w:t>
        <w:br/>
        <w:t>f 4463/38574/32669 4462/38575/32670 4461/38576/32671</w:t>
        <w:br/>
        <w:t>f 4466/38577/32672 4465/38578/32673 4464/38579/32674</w:t>
        <w:br/>
        <w:t>f 4462/38575/32670 4467/38580/32675 4461/38576/32671</w:t>
        <w:br/>
        <w:t>f 4462/38575/32670 4463/38574/32669 4468/38581/32676</w:t>
        <w:br/>
        <w:t>f 4469/38582/32677 4462/38575/32670 4468/38581/32676</w:t>
        <w:br/>
        <w:t>f 4465/38578/32673 4466/38577/32672 4470/38583/32678</w:t>
        <w:br/>
        <w:t>f 4471/38584/32679 4465/38578/32673 4470/38583/32678</w:t>
        <w:br/>
        <w:t>f 4460/38573/32668 4458/38571/32666 4473/38585/32680</w:t>
        <w:br/>
        <w:t>f 4472/38586/32681 4460/38573/32668 4473/38585/32680</w:t>
        <w:br/>
        <w:t>f 4459/38570/32665 4474/38587/32682 4473/38585/32680</w:t>
        <w:br/>
        <w:t>f 4458/38571/32666 4459/38570/32665 4473/38585/32680</w:t>
        <w:br/>
        <w:t>f 4475/38588/32683 4467/38580/32675 4462/38575/32670</w:t>
        <w:br/>
        <w:t>f 4469/38582/32677 4475/38588/32683 4462/38575/32670</w:t>
        <w:br/>
        <w:t>f 4477/38589/32684 4476/38590/32685 4446/38558/32653</w:t>
        <w:br/>
        <w:t>f 4478/38591/32686 4477/38589/32684 4451/38565/32660</w:t>
        <w:br/>
        <w:t>f 4476/38590/32685 4479/38592/32687 4445/38559/32654</w:t>
        <w:br/>
        <w:t>f 4481/38593/32688 4480/38594/32689 4447/38561/32690</w:t>
        <w:br/>
        <w:t>f 4483/38595/32691 4482/38596/32692 4449/38563/32658</w:t>
        <w:br/>
        <w:t>f 4479/38592/32687 4476/38590/32685 4456/38569/32664</w:t>
        <w:br/>
        <w:t>f 4384/38497/32595 4479/38592/32687 4456/38569/32664</w:t>
        <w:br/>
        <w:t>f 4426/38540/32635 4480/38594/32693 4479/38592/32694</w:t>
        <w:br/>
        <w:t>f 4482/38596/32692 4483/38595/32691 4428/38543/32638</w:t>
        <w:br/>
        <w:t>f 4433/38544/32639 4477/38589/32684 4478/38591/32686</w:t>
        <w:br/>
        <w:t>f 4431/38546/32641 4476/38590/32685 4477/38589/32684</w:t>
        <w:br/>
        <w:t>f 4486/38597/32695 4485/38598/32696 4484/38599/32697</w:t>
        <w:br/>
        <w:t>f 4489/38600/32698 4488/38601/32699 4487/38602/32700</w:t>
        <w:br/>
        <w:t>f 4490/38603/32698 4489/38600/32698 4487/38602/32700</w:t>
        <w:br/>
        <w:t>f 4484/38599/32701 4493/38604/32702 4492/38605/32703</w:t>
        <w:br/>
        <w:t>f 4491/38606/32704 4484/38599/32701 4492/38605/32703</w:t>
        <w:br/>
        <w:t>f 4496/38607/32705 4495/38608/32706 4494/38609/32707</w:t>
        <w:br/>
        <w:t>f 4497/38610/32708 4496/38607/32705 4494/38609/32707</w:t>
        <w:br/>
        <w:t>f 4499/38611/32709 4495/38608/32706 4498/38612/32710</w:t>
        <w:br/>
        <w:t>f 4500/38613/32711 4468/38581/32676 4486/38597/32695</w:t>
        <w:br/>
        <w:t>f 4484/38599/32697 4500/38613/32711 4486/38597/32695</w:t>
        <w:br/>
        <w:t>f 4471/38584/32679 4470/38583/32678 4489/38600/32698</w:t>
        <w:br/>
        <w:t>f 4490/38603/32698 4471/38584/32679 4489/38600/32698</w:t>
        <w:br/>
        <w:t>f 4472/38586/32681 4473/38585/32680 4495/38608/32706</w:t>
        <w:br/>
        <w:t>f 4496/38607/32705 4472/38586/32681 4495/38608/32706</w:t>
        <w:br/>
        <w:t>f 4474/38587/32682 4498/38612/32710 4495/38608/32706</w:t>
        <w:br/>
        <w:t>f 4473/38585/32680 4474/38587/32682 4495/38608/32706</w:t>
        <w:br/>
        <w:t>f 4491/38606/32704 4475/38588/32683 4469/38582/32677</w:t>
        <w:br/>
        <w:t>f 4484/38599/32701 4491/38606/32704 4469/38582/32677</w:t>
        <w:br/>
        <w:t>f 4503/38614/32712 4502/38615/32713 4501/38616/32714</w:t>
        <w:br/>
        <w:t>f 4504/38617/32715 4503/38614/32712 4501/38616/32714</w:t>
        <w:br/>
        <w:t>f 4504/38617/32715 4506/38618/32716 4505/38619/32717</w:t>
        <w:br/>
        <w:t>f 4503/38614/32712 4504/38617/32715 4505/38619/32717</w:t>
        <w:br/>
        <w:t>f 4509/38620/32718 4508/38621/32719 4507/38622/32720</w:t>
        <w:br/>
        <w:t>f 4510/38623/32721 4509/38620/32718 4507/38622/32720</w:t>
        <w:br/>
        <w:t>f 4513/38624/32722 4512/38625/32723 4511/38626/32724</w:t>
        <w:br/>
        <w:t>f 4514/38627/32725 4513/38624/32722 4511/38626/32724</w:t>
        <w:br/>
        <w:t>f 4507/38622/32720 4508/38621/32719 4515/38628/32726</w:t>
        <w:br/>
        <w:t>f 4501/38616/32714 4425/38538/32633 4398/38511/32607</w:t>
        <w:br/>
        <w:t>f 4504/38617/32715 4501/38616/32714 4398/38511/32607</w:t>
        <w:br/>
        <w:t>f 4516/38629/32727 4504/38617/32715 4398/38511/32607</w:t>
        <w:br/>
        <w:t>f 4507/38622/32720 4515/38628/32726 4403/38516/32611</w:t>
        <w:br/>
        <w:t>f 4400/38515/32610 4507/38622/32720 4403/38516/32611</w:t>
        <w:br/>
        <w:t>f 4363/38474/32573 4513/38624/32722 4514/38627/32725</w:t>
        <w:br/>
        <w:t>f 4362/38475/32574 4363/38474/32573 4514/38627/32725</w:t>
        <w:br/>
        <w:t>f 4510/38623/32721 4507/38622/32720 4400/38515/32610</w:t>
        <w:br/>
        <w:t>f 4379/38492/32590 4510/38623/32721 4400/38515/32610</w:t>
        <w:br/>
        <w:t>f 4485/38598/32696 4508/38621/32728 4517/38630/32729</w:t>
        <w:br/>
        <w:t>f 4512/38625/32723 4487/38602/32700 4488/38601/32699</w:t>
        <w:br/>
        <w:t>f 4511/38626/32724 4512/38625/32723 4488/38601/32699</w:t>
        <w:br/>
        <w:t>f 4497/38610/32708 4494/38609/32707 4503/38614/32712</w:t>
        <w:br/>
        <w:t>f 4505/38619/32717 4497/38610/32708 4503/38614/32712</w:t>
        <w:br/>
        <w:t>f 4503/38614/32712 4494/38609/32707 4502/38615/32713</w:t>
        <w:br/>
        <w:t>f 4509/38620/32718 4492/38605/32703 4493/38604/32702</w:t>
        <w:br/>
        <w:t>f 4508/38621/32719 4509/38620/32718 4493/38604/32702</w:t>
        <w:br/>
        <w:t>f 4520/38631/32730 4519/38632/32731 4518/38633/32732</w:t>
        <w:br/>
        <w:t>f 4521/38634/32733 4520/38631/32730 4518/38633/32732</w:t>
        <w:br/>
        <w:t>f 4523/38635/32734 4522/38636/32735 4519/38632/32731</w:t>
        <w:br/>
        <w:t>f 4520/38631/32730 4523/38635/32734 4519/38632/32731</w:t>
        <w:br/>
        <w:t>f 4525/38637/32736 4524/38638/32737 4365/38479/32578</w:t>
        <w:br/>
        <w:t>f 4366/38478/32577 4525/38637/32736 4365/38479/32578</w:t>
        <w:br/>
        <w:t>f 4381/38495/32593 4518/38633/32732 4526/38639/32738</w:t>
        <w:br/>
        <w:t>f 4528/38640/32739 4404/38518/32613 4405/38517/32612</w:t>
        <w:br/>
        <w:t>f 4527/38641/32740 4528/38640/32739 4405/38517/32612</w:t>
        <w:br/>
        <w:t>f 4382/38494/32592 4407/38519/32741 4521/38634/32733</w:t>
        <w:br/>
        <w:t>f 4518/38633/32732 4382/38494/32592 4521/38634/32733</w:t>
        <w:br/>
        <w:t>f 4527/38641/32740 4405/38517/32612 4422/38535/32630</w:t>
        <w:br/>
        <w:t>f 4526/38639/32738 4527/38641/32740 4422/38535/32630</w:t>
        <w:br/>
        <w:t>f 4530/38642/32742 4529/38643/32742 4435/38548/32643</w:t>
        <w:br/>
        <w:t>f 4436/38547/32642 4530/38642/32742 4435/38548/32643</w:t>
        <w:br/>
        <w:t>f 4533/38644/32743 4532/38645/32744 4531/38646/32745</w:t>
        <w:br/>
        <w:t>f 4534/38647/32746 4533/38644/32743 4531/38646/32745</w:t>
        <w:br/>
        <w:t>f 4532/38645/32744 4533/38644/32743 4536/38648/32747</w:t>
        <w:br/>
        <w:t>f 4535/38649/32748 4532/38645/32744 4536/38648/32747</w:t>
        <w:br/>
        <w:t>f 4441/38553/32648 4537/38650/32749 4536/38648/32747</w:t>
        <w:br/>
        <w:t>f 4440/38554/32649 4441/38553/32648 4536/38648/32747</w:t>
        <w:br/>
        <w:t>f 4541/38651/32750 4540/38652/32751 4539/38653/32752</w:t>
        <w:br/>
        <w:t>f 4538/38654/32752 4541/38651/32750 4539/38653/32752</w:t>
        <w:br/>
        <w:t>f 4518/38633/32732 4519/38632/32731 4526/38639/32738</w:t>
        <w:br/>
        <w:t>f 4543/38655/32753 4542/38656/32754 4519/38632/32731</w:t>
        <w:br/>
        <w:t>f 4522/38636/32735 4543/38655/32753 4519/38632/32731</w:t>
        <w:br/>
        <w:t>f 4542/38656/32754 4544/38657/32755 4527/38641/32740</w:t>
        <w:br/>
        <w:t>f 4526/38639/32738 4542/38656/32754 4527/38641/32740</w:t>
        <w:br/>
        <w:t>f 4542/38656/32754 4543/38655/32753 4545/38658/32756</w:t>
        <w:br/>
        <w:t>f 4544/38657/32755 4542/38656/32754 4545/38658/32756</w:t>
        <w:br/>
        <w:t>f 4528/38640/32739 4544/38657/32755 4546/38659/32757</w:t>
        <w:br/>
        <w:t>f 4544/38657/32755 4545/38658/32756 4547/38660/32758</w:t>
        <w:br/>
        <w:t>f 4546/38659/32757 4544/38657/32755 4547/38660/32758</w:t>
        <w:br/>
        <w:t>f 4551/38661/32759 4550/38662/32759 4549/38663/32760</w:t>
        <w:br/>
        <w:t>f 4548/38664/32760 4551/38661/32759 4549/38663/32760</w:t>
        <w:br/>
        <w:t>f 4524/38638/32737 4525/38637/32736 4550/38662/32759</w:t>
        <w:br/>
        <w:t>f 4551/38661/32759 4524/38638/32737 4550/38662/32759</w:t>
        <w:br/>
        <w:t>f 4456/38569/32664 4476/38590/32685 4431/38546/32641</w:t>
        <w:br/>
        <w:t>f 4477/38589/32684 4446/38558/32653 4451/38565/32660</w:t>
        <w:br/>
        <w:t>f 4478/38591/32686 4451/38565/32660 4452/38564/32659</w:t>
        <w:br/>
        <w:t>f 4479/38592/32687 4447/38561/32656 4445/38559/32654</w:t>
        <w:br/>
        <w:t>f 4427/38539/32634 4480/38594/32693 4426/38540/32635</w:t>
        <w:br/>
        <w:t>f 4418/38530/32625 4372/38484/32583 4373/38483/32582</w:t>
        <w:br/>
        <w:t>f 4367/38482/32581 4368/38481/32580 4552/38665/32761</w:t>
        <w:br/>
        <w:t>f 4367/38482/32581 4552/38665/32761 4450/38562/32657</w:t>
        <w:br/>
        <w:t>f 4483/38595/32691 4449/38563/32658 4450/38562/32657</w:t>
        <w:br/>
        <w:t>f 4482/38596/32692 4428/38543/32638 4429/38542/32637</w:t>
        <w:br/>
        <w:t>f 4430/38541/32636 4455/38567/32662 4429/38542/32637</w:t>
        <w:br/>
        <w:t>f 4427/38539/32634 4414/38529/32624 4415/38528/32623</w:t>
        <w:br/>
        <w:t>f 4439/38550/32645 4454/38568/32663 4438/38551/32646</w:t>
        <w:br/>
        <w:t>f 4383/38498/32596 4384/38497/32595 4456/38569/32664</w:t>
        <w:br/>
        <w:t>f 4411/38526/32621 4441/38553/32648 4413/38524/32619</w:t>
        <w:br/>
        <w:t>f 4411/38526/32621 4412/38525/32620 4432/38545/32640</w:t>
        <w:br/>
        <w:t>f 4431/38546/32641 4477/38589/32684 4433/38544/32639</w:t>
        <w:br/>
        <w:t>f 4527/38641/32740 4544/38657/32755 4528/38640/32739</w:t>
        <w:br/>
        <w:t>f 4526/38639/32738 4519/38632/32731 4542/38656/32754</w:t>
        <w:br/>
        <w:t>f 4381/38495/32593 4382/38494/32592 4518/38633/32732</w:t>
        <w:br/>
        <w:t>f 4436/38547/32642 4434/38549/32644 4416/38527/32622</w:t>
        <w:br/>
        <w:t>f 4416/38527/32622 4434/38549/32644 4415/38528/32623</w:t>
        <w:br/>
        <w:t>f 4396/38507/32603 4408/38521/32616 4395/38508/32604</w:t>
        <w:br/>
        <w:t>f 4399/38510/32606 4516/38629/32727 4398/38511/32607</w:t>
        <w:br/>
        <w:t>f 4502/38615/32713 4494/38609/32707 4499/38611/32709</w:t>
        <w:br/>
        <w:t>f 4553/38666/32762 4508/38621/32728 4485/38598/32696</w:t>
        <w:br/>
        <w:t>f 4554/38667/32763 4508/38621/32728 4553/38666/32762</w:t>
        <w:br/>
        <w:t>f 4516/38629/32727 4506/38618/32716 4504/38617/32715</w:t>
        <w:br/>
        <w:t>f 4484/38599/32697 4485/38598/32696 4517/38630/32729</w:t>
        <w:br/>
        <w:t>f 4361/38476/32575 4362/38475/32574 4364/38477/32576</w:t>
        <w:br/>
        <w:t>f 4358/38473/32572 4359/38472/32571 4555/38668/32764</w:t>
        <w:br/>
        <w:t>f 4366/38478/32577 4358/38473/32572 4555/38668/32764</w:t>
        <w:br/>
        <w:t>f 4476/38590/32685 4445/38559/32654 4446/38558/32653</w:t>
        <w:br/>
        <w:t>f 4413/38524/32619 4383/38498/32596 4412/38525/32620</w:t>
        <w:br/>
        <w:t>f 4425/38538/32633 4424/38537/32632 4397/38512/32608</w:t>
        <w:br/>
        <w:t>f 4378/38493/32591 4379/38492/32590 4400/38515/32610</w:t>
        <w:br/>
        <w:t>f 4377/38490/32588 4380/38491/32589 4376/38487/32586</w:t>
        <w:br/>
        <w:t>f 4494/38609/32707 4495/38608/32706 4499/38611/32709</w:t>
        <w:br/>
        <w:t>f 4371/38485/32584 4445/38559/32654 4410/38522/32617</w:t>
        <w:br/>
        <w:t>f 4557/38669/32765 4556/38670/32765 4529/38643/32742</w:t>
        <w:br/>
        <w:t>f 4530/38642/32742 4557/38669/32765 4529/38643/32742</w:t>
        <w:br/>
        <w:t>f 4442/38555/32650 4533/38644/32743 4534/38647/32746</w:t>
        <w:br/>
        <w:t>f 4444/38556/32651 4442/38555/32650 4534/38647/32746</w:t>
        <w:br/>
        <w:t>f 4533/38644/32743 4442/38555/32650 4440/38554/32649</w:t>
        <w:br/>
        <w:t>f 4536/38648/32747 4533/38644/32743 4440/38554/32649</w:t>
        <w:br/>
        <w:t>f 4537/38650/32749 4559/38671/32766 4558/38672/32766</w:t>
        <w:br/>
        <w:t>f 4536/38648/32747 4537/38650/32749 4558/38672/32766</w:t>
        <w:br/>
        <w:t>f 4437/38552/32647 4438/38551/32646 4538/38654/32752</w:t>
        <w:br/>
        <w:t>f 4539/38653/32752 4437/38552/32647 4538/38654/32752</w:t>
        <w:br/>
        <w:t>f 4556/38670/32765 4557/38669/32765 4522/38636/32735</w:t>
        <w:br/>
        <w:t>f 4523/38635/32734 4556/38670/32765 4522/38636/32735</w:t>
        <w:br/>
        <w:t>f 4532/38645/32744 4543/38655/32753 4522/38636/32735</w:t>
        <w:br/>
        <w:t>f 4531/38646/32745 4532/38645/32744 4522/38636/32735</w:t>
        <w:br/>
        <w:t>f 4543/38655/32753 4532/38645/32744 4535/38649/32748</w:t>
        <w:br/>
        <w:t>f 4545/38658/32756 4543/38655/32753 4535/38649/32748</w:t>
        <w:br/>
        <w:t>f 4545/38658/32756 4558/38672/32766 4559/38671/32766</w:t>
        <w:br/>
        <w:t>f 4547/38660/32758 4545/38658/32756 4559/38671/32766</w:t>
        <w:br/>
        <w:t>f 4540/38652/32751 4541/38651/32750 4548/38664/32760</w:t>
        <w:br/>
        <w:t>f 4549/38663/32760 4540/38652/32751 4548/38664/32760</w:t>
        <w:br/>
        <w:t>f 3883/38673/32767 3882/38674/32768 3881/38675/32769</w:t>
        <w:br/>
        <w:t>f 3880/38676/32770 3883/38673/32767 3881/38675/32769</w:t>
        <w:br/>
        <w:t>f 3887/38677/32771 3886/38678/32772 3885/38679/32773</w:t>
        <w:br/>
        <w:t>f 3884/38680/32774 3887/38677/32771 3885/38679/32773</w:t>
        <w:br/>
        <w:t>f 3885/38679/32773 3886/38678/32772 3888/38681/32775</w:t>
        <w:br/>
        <w:t>f 3888/38681/32775 3889/38682/32776 3885/38679/32773</w:t>
        <w:br/>
        <w:t>f 3892/38683/32777 3891/38684/32778 3890/38685/32778</w:t>
        <w:br/>
        <w:t>f 3895/38686/32779 3894/38687/32780 3893/38688/32781</w:t>
        <w:br/>
        <w:t>f 3898/38689/32782 3897/38690/32783 3896/38691/32784</w:t>
        <w:br/>
        <w:t>f 3901/38692/32785 3900/38693/32786 3899/38694/32787</w:t>
        <w:br/>
        <w:t>f 3902/38695/32788 3901/38692/32785 3899/38694/32787</w:t>
        <w:br/>
        <w:t>f 3904/38696/32789 3903/38697/32790 3896/38691/32784</w:t>
        <w:br/>
        <w:t>f 3897/38690/32783 3904/38696/32789 3896/38691/32784</w:t>
        <w:br/>
        <w:t>f 3883/38673/32767 3906/38698/32791 3905/38699/32792</w:t>
        <w:br/>
        <w:t>f 3882/38674/32768 3883/38673/32767 3905/38699/32792</w:t>
        <w:br/>
        <w:t>f 3908/38700/32793 3890/38685/32778 3891/38684/32778</w:t>
        <w:br/>
        <w:t>f 3907/38701/32793 3908/38700/32793 3891/38684/32778</w:t>
        <w:br/>
        <w:t>f 3894/38687/32780 3910/38702/32794 3909/38703/32795</w:t>
        <w:br/>
        <w:t>f 3914/38704/32796 3913/38705/32797 3912/38706/32798</w:t>
        <w:br/>
        <w:t>f 3911/38707/32799 3914/38704/32796 3912/38706/32798</w:t>
        <w:br/>
        <w:t>f 3918/38708/32800 3917/38709/32801 3916/38710/32802</w:t>
        <w:br/>
        <w:t>f 3915/38711/32803 3918/38708/32800 3916/38710/32802</w:t>
        <w:br/>
        <w:t>f 3913/38705/32797 3914/38704/32796 3919/38712/32801</w:t>
        <w:br/>
        <w:t>f 3920/38713/32790 3910/38702/32794 3894/38687/32780</w:t>
        <w:br/>
        <w:t>f 3895/38686/32779 3920/38713/32790 3894/38687/32780</w:t>
        <w:br/>
        <w:t>f 3924/38714/32804 3923/38715/32805 3922/38716/32806</w:t>
        <w:br/>
        <w:t>f 3921/38717/32807 3924/38714/32804 3922/38716/32806</w:t>
        <w:br/>
        <w:t>f 3927/38718/32808 3926/38719/32809 3925/38720/32810</w:t>
        <w:br/>
        <w:t>f 3928/38721/32811 3927/38718/32808 3925/38720/32810</w:t>
        <w:br/>
        <w:t>f 3921/38717/32807 3930/38722/32812 3929/38723/32813</w:t>
        <w:br/>
        <w:t>f 3923/38715/32805 3924/38714/32804 3925/38720/32810</w:t>
        <w:br/>
        <w:t>f 3926/38719/32809 3923/38715/32805 3925/38720/32810</w:t>
        <w:br/>
        <w:t>f 3933/38724/32814 3932/38725/32815 3931/38726/32816</w:t>
        <w:br/>
        <w:t>f 3937/38727/32817 3936/38728/32818 3935/38729/32818</w:t>
        <w:br/>
        <w:t>f 3934/38730/32819 3937/38727/32817 3935/38729/32818</w:t>
        <w:br/>
        <w:t>f 3941/38731/32820 3940/38732/32821 3939/38733/32822</w:t>
        <w:br/>
        <w:t>f 3938/38734/32823 3941/38731/32820 3939/38733/32822</w:t>
        <w:br/>
        <w:t>f 3923/38715/32805 3926/38719/32809 3933/38724/32814</w:t>
        <w:br/>
        <w:t>f 3942/38735/32824 3923/38715/32805 3933/38724/32814</w:t>
        <w:br/>
        <w:t>f 3944/38736/32825 3930/38722/32812 3922/38716/32806</w:t>
        <w:br/>
        <w:t>f 3943/38737/32826 3944/38736/32825 3922/38716/32806</w:t>
        <w:br/>
        <w:t>f 3926/38719/32809 3932/38725/32815 3933/38724/32814</w:t>
        <w:br/>
        <w:t>f 3948/38738/32827 3947/38739/32828 3946/38740/32829</w:t>
        <w:br/>
        <w:t>f 3945/38741/32830 3948/38738/32827 3946/38740/32829</w:t>
        <w:br/>
        <w:t>f 3952/38742/32831 3951/38743/32832 3950/38744/32833</w:t>
        <w:br/>
        <w:t>f 3949/38745/32834 3952/38742/32831 3950/38744/32833</w:t>
        <w:br/>
        <w:t>f 3955/38746/32835 3954/38747/32836 3953/38748/32837</w:t>
        <w:br/>
        <w:t>f 3957/38749/32838 3955/38746/32835 3953/38748/32837</w:t>
        <w:br/>
        <w:t>f 3956/38750/32839 3957/38749/32838 3953/38748/32837</w:t>
        <w:br/>
        <w:t>f 3960/38751/32840 3959/38752/32841 3958/38753/32842</w:t>
        <w:br/>
        <w:t>f 3954/38747/32836 3960/38751/32840 3958/38753/32842</w:t>
        <w:br/>
        <w:t>f 3950/38744/32833 3962/38754/32843 3939/38733/32822</w:t>
        <w:br/>
        <w:t>f 3961/38755/32844 3950/38744/32833 3939/38733/32822</w:t>
        <w:br/>
        <w:t>f 3950/38744/32833 3935/38729/32818 3936/38728/32818</w:t>
        <w:br/>
        <w:t>f 3949/38745/32834 3950/38744/32833 3936/38728/32818</w:t>
        <w:br/>
        <w:t>f 3938/38734/32823 3939/38733/32822 3962/38754/32843</w:t>
        <w:br/>
        <w:t>f 3963/38756/32845 3938/38734/32823 3962/38754/32843</w:t>
        <w:br/>
        <w:t>f 3964/38757/32846 3940/38732/32821 3941/38731/32820</w:t>
        <w:br/>
        <w:t>f 3965/38758/32847 3964/38757/32846 3941/38731/32820</w:t>
        <w:br/>
        <w:t>f 3968/38759/32848 3967/38760/32849 3966/38761/32850</w:t>
        <w:br/>
        <w:t>f 3971/38762/32851 3970/38763/32852 3969/38764/32853</w:t>
        <w:br/>
        <w:t>f 3972/38765/32854 3967/38760/32849 3968/38759/32848</w:t>
        <w:br/>
        <w:t>f 3976/38766/32855 3975/38767/32856 3974/38768/32857</w:t>
        <w:br/>
        <w:t>f 3973/38769/32858 3976/38766/32855 3974/38768/32857</w:t>
        <w:br/>
        <w:t>f 3973/38769/32858 3974/38768/32857 3978/38770/32859</w:t>
        <w:br/>
        <w:t>f 3977/38771/32860 3973/38769/32858 3978/38770/32859</w:t>
        <w:br/>
        <w:t>f 3977/38771/32860 3980/38772/32861 3979/38773/32862</w:t>
        <w:br/>
        <w:t>f 3983/38774/32863 3982/38775/32864 3981/38776/32865</w:t>
        <w:br/>
        <w:t>f 3984/38777/32866 3983/38774/32863 3981/38776/32865</w:t>
        <w:br/>
        <w:t>f 3945/38741/32830 3946/38740/32829 3986/38778/32867</w:t>
        <w:br/>
        <w:t>f 3985/38779/32868 3945/38741/32830 3986/38778/32867</w:t>
        <w:br/>
        <w:t>f 3989/38780/32869 3988/38781/32870 3987/38782/32871</w:t>
        <w:br/>
        <w:t>f 3990/38783/32872 3989/38780/32869 3987/38782/32871</w:t>
        <w:br/>
        <w:t>f 3994/38784/32873 3993/38785/32874 3992/38786/32875</w:t>
        <w:br/>
        <w:t>f 3991/38787/32876 3994/38784/32873 3992/38786/32875</w:t>
        <w:br/>
        <w:t>f 3998/38788/32877 3997/38789/32878 3996/38790/32879</w:t>
        <w:br/>
        <w:t>f 3995/38791/32880 3998/38788/32877 3996/38790/32879</w:t>
        <w:br/>
        <w:t>f 3995/38791/32880 4000/38792/32881 3999/38793/32882</w:t>
        <w:br/>
        <w:t>f 4003/38794/32883 4002/38795/32884 4001/38796/32885</w:t>
        <w:br/>
        <w:t>f 4004/38797/32886 4003/38794/32883 4001/38796/32885</w:t>
        <w:br/>
        <w:t>f 4008/38798/32887 4007/38799/32888 4006/38800/32889</w:t>
        <w:br/>
        <w:t>f 4005/38801/32890 4008/38798/32887 4006/38800/32889</w:t>
        <w:br/>
        <w:t>f 4011/38802/32891 4010/38803/32892 4009/38804/32893</w:t>
        <w:br/>
        <w:t>f 4012/38805/32894 4011/38802/32891 4009/38804/32893</w:t>
        <w:br/>
        <w:t>f 4015/38806/32895 4014/38807/32896 4013/38808/32897</w:t>
        <w:br/>
        <w:t>f 4018/38809/32898 4017/38810/32899 4016/38811/32900</w:t>
        <w:br/>
        <w:t>f 4021/38812/32901 4020/38813/32902 4019/38814/32878</w:t>
        <w:br/>
        <w:t>f 4022/38815/32903 4021/38812/32901 4019/38814/32878</w:t>
        <w:br/>
        <w:t>f 3986/38778/32867 3946/38740/32829 4023/38816/32904</w:t>
        <w:br/>
        <w:t>f 4024/38817/32905 3986/38778/32867 4023/38816/32904</w:t>
        <w:br/>
        <w:t>f 4023/38816/32904 3946/38740/32829 3947/38739/32828</w:t>
        <w:br/>
        <w:t>f 4027/38818/32890 4026/38819/32889 4025/38820/32906</w:t>
        <w:br/>
        <w:t>f 4029/38821/32907 3980/38772/32861 3978/38770/32859</w:t>
        <w:br/>
        <w:t>f 4028/38822/32908 4029/38821/32907 3978/38770/32859</w:t>
        <w:br/>
        <w:t>f 4028/38822/32908 3978/38770/32859 3974/38768/32857</w:t>
        <w:br/>
        <w:t>f 4030/38823/32909 4028/38822/32908 3974/38768/32857</w:t>
        <w:br/>
        <w:t>f 3975/38767/32856 4031/38824/32910 4030/38823/32909</w:t>
        <w:br/>
        <w:t>f 3974/38768/32857 3975/38767/32856 4030/38823/32909</w:t>
        <w:br/>
        <w:t>f 4034/38825/32911 4033/38826/32912 4032/38827/32913</w:t>
        <w:br/>
        <w:t>f 4036/38828/32914 4035/38829/32915 4033/38826/32912</w:t>
        <w:br/>
        <w:t>f 4034/38825/32911 4036/38828/32914 4033/38826/32912</w:t>
        <w:br/>
        <w:t>f 4040/38830/32916 4039/38831/32917 4038/38832/32918</w:t>
        <w:br/>
        <w:t>f 4037/38833/32919 4040/38830/32916 4038/38832/32918</w:t>
        <w:br/>
        <w:t>f 4043/38834/32918 4042/38835/32920 4041/38836/32921</w:t>
        <w:br/>
        <w:t>f 4044/38837/32922 4041/38836/32921 4042/38835/32920</w:t>
        <w:br/>
        <w:t>f 4045/38838/32923 4044/38837/32922 4042/38835/32920</w:t>
        <w:br/>
        <w:t>f 4047/38839/32924 4046/38840/32925 4044/38837/32922</w:t>
        <w:br/>
        <w:t>f 4051/38841/32926 4050/38842/32927 4049/38843/32928</w:t>
        <w:br/>
        <w:t>f 4048/38844/32929 4051/38841/32926 4049/38843/32928</w:t>
        <w:br/>
        <w:t>f 4043/38834/32918 4041/38836/32921 4052/38845/32928</w:t>
        <w:br/>
        <w:t>f 4055/38846/32930 4054/38847/32931 4053/38848/32932</w:t>
        <w:br/>
        <w:t>f 4058/38849/32933 4057/38850/32934 4056/38851/32935</w:t>
        <w:br/>
        <w:t>f 4061/38852/32936 4060/38853/32937 4059/38854/32938</w:t>
        <w:br/>
        <w:t>f 4064/38855/32939 4063/38856/32940 4062/38857/32941</w:t>
        <w:br/>
        <w:t>f 4067/38858/32942 4066/38859/32943 4065/38860/32944</w:t>
        <w:br/>
        <w:t>f 4060/38853/32937 4067/38858/32942 4065/38860/32944</w:t>
        <w:br/>
        <w:t>f 4068/38861/32945 4062/38857/32941 4063/38856/32940</w:t>
        <w:br/>
        <w:t>f 4069/38862/32946 4044/38837/32922 4046/38840/32925</w:t>
        <w:br/>
        <w:t>f 4041/38836/32921 4044/38837/32922 4070/38863/32947</w:t>
        <w:br/>
        <w:t>f 4055/38846/32930 4041/38836/32921 4070/38863/32947</w:t>
        <w:br/>
        <w:t>f 4073/38864/32948 4072/38865/32949 4071/38866/32950</w:t>
        <w:br/>
        <w:t>f 4074/38867/32951 4073/38864/32948 4071/38866/32950</w:t>
        <w:br/>
        <w:t>f 4077/38868/32952 4076/38869/32953 4075/38870/32954</w:t>
        <w:br/>
        <w:t>f 4080/38871/32955 4079/38872/32956 4078/38873/32957</w:t>
        <w:br/>
        <w:t>f 4083/38874/32958 4082/38875/32959 4081/38876/32960</w:t>
        <w:br/>
        <w:t>f 4086/38877/32961 4085/38878/32962 4084/38879/32963</w:t>
        <w:br/>
        <w:t>f 4090/38880/32964 4089/38881/32929 4088/38882/32965</w:t>
        <w:br/>
        <w:t>f 4087/38883/32966 4090/38880/32964 4088/38882/32965</w:t>
        <w:br/>
        <w:t>f 4093/38884/32967 4092/38885/32968 4091/38886/32969</w:t>
        <w:br/>
        <w:t>f 4097/38887/32970 4096/38888/32971 4095/38889/32972</w:t>
        <w:br/>
        <w:t>f 4094/38890/32973 4097/38887/32970 4095/38889/32972</w:t>
        <w:br/>
        <w:t>f 4101/38891/32974 4100/38892/32975 4099/38893/32976</w:t>
        <w:br/>
        <w:t>f 4098/38894/32977 4101/38891/32974 4099/38893/32976</w:t>
        <w:br/>
        <w:t>f 4049/38843/32928 4050/38842/32927 4037/38833/32919</w:t>
        <w:br/>
        <w:t>f 4038/38832/32918 4049/38843/32928 4037/38833/32919</w:t>
        <w:br/>
        <w:t>f 4089/38881/32929 4052/38845/32928 4102/38895/32978</w:t>
        <w:br/>
        <w:t>f 4088/38882/32965 4089/38881/32929 4102/38895/32978</w:t>
        <w:br/>
        <w:t>f 4097/38887/32970 4094/38890/32973 4066/38859/32943</w:t>
        <w:br/>
        <w:t>f 4067/38858/32942 4097/38887/32970 4066/38859/32943</w:t>
        <w:br/>
        <w:t>f 4068/38861/32945 4103/38896/32943 4074/38867/32951</w:t>
        <w:br/>
        <w:t>f 4071/38866/32950 4068/38861/32945 4074/38867/32951</w:t>
        <w:br/>
        <w:t>f 4069/38862/32946 4104/38897/32979 4071/38866/32950</w:t>
        <w:br/>
        <w:t>f 4054/38847/32931 4069/38862/32946 4071/38866/32950</w:t>
        <w:br/>
        <w:t>f 4105/38898/32980 3937/38727/32817 3934/38730/32819</w:t>
        <w:br/>
        <w:t>f 3940/38732/32821 3964/38757/32846 4107/38899/32981</w:t>
        <w:br/>
        <w:t>f 4106/38900/32982 3940/38732/32821 4107/38899/32981</w:t>
        <w:br/>
        <w:t>f 3987/38782/32871 3988/38781/32870 3985/38779/32868</w:t>
        <w:br/>
        <w:t>f 3986/38778/32867 3987/38782/32871 3985/38779/32868</w:t>
        <w:br/>
        <w:t>f 4111/38901/32983 4110/38902/32984 4109/38903/32985</w:t>
        <w:br/>
        <w:t>f 4108/38904/32986 4111/38901/32983 4109/38903/32985</w:t>
        <w:br/>
        <w:t>f 3987/38782/32871 3986/38778/32867 4024/38817/32905</w:t>
        <w:br/>
        <w:t>f 4019/38814/32878 3987/38782/32871 4024/38817/32905</w:t>
        <w:br/>
        <w:t>f 3906/38698/32791 3883/38673/32767 4112/38905/32987</w:t>
        <w:br/>
        <w:t>f 4113/38906/32988 3906/38698/32791 4112/38905/32987</w:t>
        <w:br/>
        <w:t>f 3883/38673/32767 3880/38676/32770 4114/38907/32989</w:t>
        <w:br/>
        <w:t>f 4112/38905/32987 3883/38673/32767 4114/38907/32989</w:t>
        <w:br/>
        <w:t>f 3912/38706/32798 4116/38908/32990 4115/38909/32991</w:t>
        <w:br/>
        <w:t>f 4119/38910/32992 4118/38911/32993 4117/38912/32994</w:t>
        <w:br/>
        <w:t>f 4123/38913/32995 4122/38914/32996 4121/38915/32997</w:t>
        <w:br/>
        <w:t>f 4120/38916/32998 4123/38913/32995 4121/38915/32997</w:t>
        <w:br/>
        <w:t>f 4127/38917/32999 4126/38918/33000 4125/38919/33001</w:t>
        <w:br/>
        <w:t>f 4124/38920/33002 4127/38917/32999 4125/38919/33001</w:t>
        <w:br/>
        <w:t>f 4129/38921/33003 4125/38919/33001 4128/38922/33004</w:t>
        <w:br/>
        <w:t>f 4133/38923/33005 4132/38924/33005 4131/38925/33006</w:t>
        <w:br/>
        <w:t>f 4130/38926/33007 4133/38923/33005 4131/38925/33006</w:t>
        <w:br/>
        <w:t>f 4137/38927/33008 4136/38928/33009 4135/38929/32986</w:t>
        <w:br/>
        <w:t>f 4134/38930/32985 4137/38927/33008 4135/38929/32986</w:t>
        <w:br/>
        <w:t>f 4139/38931/33010 4138/38932/32903 3997/38789/32878</w:t>
        <w:br/>
        <w:t>f 4016/38811/32900 4017/38810/32899 4140/38933/33011</w:t>
        <w:br/>
        <w:t>f 4141/38934/33012 3994/38784/32873 3991/38787/32876</w:t>
        <w:br/>
        <w:t>f 4143/38935/33013 4142/38936/33014 3966/38761/32850</w:t>
        <w:br/>
        <w:t>f 4145/38937/33015 4144/38938/33015 3970/38763/32852</w:t>
        <w:br/>
        <w:t>f 3971/38762/32851 4145/38937/33015 3970/38763/32852</w:t>
        <w:br/>
        <w:t>f 4148/38939/33016 4147/38940/33017 3969/38764/32853</w:t>
        <w:br/>
        <w:t>f 4146/38941/33018 4148/38939/33016 3969/38764/32853</w:t>
        <w:br/>
        <w:t>f 4086/38877/32961 4150/38942/33019 4149/38943/33020</w:t>
        <w:br/>
        <w:t>f 4085/38878/32962 4086/38877/32961 4149/38943/33020</w:t>
        <w:br/>
        <w:t>f 4017/38810/32899 4152/38944/33021 4151/38945/33022</w:t>
        <w:br/>
        <w:t>f 4141/38934/33012 4154/38946/33023 4153/38947/33024</w:t>
        <w:br/>
        <w:t>f 4157/38948/33025 4156/38949/33026 4141/38934/33012</w:t>
        <w:br/>
        <w:t>f 4155/38950/33027 4157/38948/33025 4141/38934/33012</w:t>
        <w:br/>
        <w:t>f 3953/38748/32837 3954/38747/32836 4158/38951/33028</w:t>
        <w:br/>
        <w:t>f 3956/38750/32839 3953/38748/32837 4160/38952/33029</w:t>
        <w:br/>
        <w:t>f 4159/38953/33030 3956/38750/32839 4160/38952/33029</w:t>
        <w:br/>
        <w:t>f 3983/38774/32863 4025/38820/32906 3982/38775/32864</w:t>
        <w:br/>
        <w:t>f 4007/38799/32888 4002/38795/32884 4006/38800/32889</w:t>
        <w:br/>
        <w:t>f 3982/38775/32864 4161/38954/33031 3981/38776/32865</w:t>
        <w:br/>
        <w:t>f 4163/38955/33032 3968/38759/32848 4162/38956/33033</w:t>
        <w:br/>
        <w:t>f 4130/38926/33007 4131/38925/33006 4144/38938/33015</w:t>
        <w:br/>
        <w:t>f 4145/38937/33015 4130/38926/33007 4144/38938/33015</w:t>
        <w:br/>
        <w:t>f 4110/38902/32984 4084/38879/32963 4164/38957/33034</w:t>
        <w:br/>
        <w:t>f 4165/38958/33035 4134/38930/32985 4018/38809/32898</w:t>
        <w:br/>
        <w:t>f 4123/38913/32995 4120/38916/32998 3992/38786/32875</w:t>
        <w:br/>
        <w:t>f 3993/38785/32874 4123/38913/32995 3992/38786/32875</w:t>
        <w:br/>
        <w:t>f 4166/38959/33036 4126/38918/33000 4127/38917/32999</w:t>
        <w:br/>
        <w:t>f 3972/38765/32854 4166/38959/33036 4127/38917/32999</w:t>
        <w:br/>
        <w:t>f 4112/38905/32987 4114/38907/32989 4147/38940/33017</w:t>
        <w:br/>
        <w:t>f 4148/38939/33016 4112/38905/32987 4147/38940/33017</w:t>
        <w:br/>
        <w:t>f 4150/38942/33019 4115/38909/32991 4149/38943/33020</w:t>
        <w:br/>
        <w:t>f 4117/38912/32994 4118/38911/32993 4152/38944/33021</w:t>
        <w:br/>
        <w:t>f 4169/38960/33037 4118/38911/32993 4168/38961/33038</w:t>
        <w:br/>
        <w:t>f 4167/38962/33039 4169/38960/33037 4168/38961/33038</w:t>
        <w:br/>
        <w:t>f 4170/38963/33040 4157/38948/33025 4155/38950/33027</w:t>
        <w:br/>
        <w:t>f 4167/38962/33039 4170/38963/33040 4155/38950/33027</w:t>
        <w:br/>
        <w:t>f 4148/38939/33016 4172/38964/33041 4171/38965/33042</w:t>
        <w:br/>
        <w:t>f 3943/38737/32826 3922/38716/32806 3923/38715/32805</w:t>
        <w:br/>
        <w:t>f 3942/38735/32824 3943/38737/32826 3923/38715/32805</w:t>
        <w:br/>
        <w:t>f 4162/38956/33033 4174/38966/33043 4173/38967/33044</w:t>
        <w:br/>
        <w:t>f 4142/38936/33014 4143/38935/33013 4175/38968/33026</w:t>
        <w:br/>
        <w:t>f 4176/38969/33025 4142/38936/33014 4175/38968/33026</w:t>
        <w:br/>
        <w:t>f 4180/38970/33045 4179/38971/33046 4178/38972/33047</w:t>
        <w:br/>
        <w:t>f 4177/38973/33048 4180/38970/33045 4178/38972/33047</w:t>
        <w:br/>
        <w:t>f 4182/38974/33049 4177/38973/33048 4181/38975/33050</w:t>
        <w:br/>
        <w:t>f 3938/38734/32823 4184/38976/33051 4183/38977/32870</w:t>
        <w:br/>
        <w:t>f 3941/38731/32820 3938/38734/32823 4183/38977/32870</w:t>
        <w:br/>
        <w:t>f 4186/38978/33052 3963/38756/32845 4185/38979/33053</w:t>
        <w:br/>
        <w:t>f 4187/38980/33054 4186/38978/33052 4185/38979/33053</w:t>
        <w:br/>
        <w:t>f 4183/38977/32870 4188/38981/33055 3965/38758/32847</w:t>
        <w:br/>
        <w:t>f 3941/38731/32820 4183/38977/32870 3965/38758/32847</w:t>
        <w:br/>
        <w:t>f 3972/38765/32854 4190/38982/33056 4189/38983/33057</w:t>
        <w:br/>
        <w:t>f 4192/38984/33058 4180/38970/33045 4191/38985/33059</w:t>
        <w:br/>
        <w:t>f 4193/38986/33060 4192/38984/33058 4191/38985/33059</w:t>
        <w:br/>
        <w:t>f 4192/38984/33058 4179/38971/33046 4180/38970/33045</w:t>
        <w:br/>
        <w:t>f 4195/38987/32995 4124/38920/33002 4194/38988/32996</w:t>
        <w:br/>
        <w:t>f 4175/38968/33026 4143/38935/33013 4189/38983/33057</w:t>
        <w:br/>
        <w:t>f 3972/38765/32854 4195/38987/32995 4190/38982/33056</w:t>
        <w:br/>
        <w:t>f 4142/38936/33014 4179/38971/33061 4196/38989/33062</w:t>
        <w:br/>
        <w:t>f 3966/38761/32850 4142/38936/33014 4196/38989/33062</w:t>
        <w:br/>
        <w:t>f 4199/38990/33063 4198/38991/33064 3931/38726/32816</w:t>
        <w:br/>
        <w:t>f 4197/38992/33065 4199/38990/33063 3931/38726/32816</w:t>
        <w:br/>
        <w:t>f 4199/38990/33063 4200/38993/33066 4198/38991/33064</w:t>
        <w:br/>
        <w:t>f 4200/38993/33066 4202/38994/33067 4201/38995/33068</w:t>
        <w:br/>
        <w:t>f 3942/38735/32824 4198/38991/33064 4203/38996/33069</w:t>
        <w:br/>
        <w:t>f 3943/38737/32826 3942/38735/32824 4203/38996/33069</w:t>
        <w:br/>
        <w:t>f 3944/38736/32825 4203/38996/33069 4201/38995/33068</w:t>
        <w:br/>
        <w:t>f 3942/38735/32824 3933/38724/32814 4198/38991/33064</w:t>
        <w:br/>
        <w:t>f 4204/38997/33070 4197/38992/33065 3931/38726/32816</w:t>
        <w:br/>
        <w:t>f 4207/38998/33071 4010/38803/32892 4206/38999/33072</w:t>
        <w:br/>
        <w:t>f 4205/39000/33073 4207/38998/33071 4206/38999/33072</w:t>
        <w:br/>
        <w:t>f 4211/39001/33074 4210/39002/33075 4209/39003/33076</w:t>
        <w:br/>
        <w:t>f 4208/39004/33077 4211/39001/33074 4209/39003/33076</w:t>
        <w:br/>
        <w:t>f 4093/38884/32967 4208/39004/33077 4212/39005/33078</w:t>
        <w:br/>
        <w:t>f 4213/39006/33079 4092/38885/32968 4093/38884/32967</w:t>
        <w:br/>
        <w:t>f 4212/39005/33078 4213/39006/33079 4093/38884/32967</w:t>
        <w:br/>
        <w:t>f 4082/38875/32959 4213/39006/33079 4212/39005/33078</w:t>
        <w:br/>
        <w:t>f 4213/39006/33079 4215/39007/33080 4214/39008/33081</w:t>
        <w:br/>
        <w:t>f 4216/39009/33082 4213/39006/33079 4214/39008/33081</w:t>
        <w:br/>
        <w:t>f 4058/38849/32933 4099/38893/32976 4100/38892/32975</w:t>
        <w:br/>
        <w:t>f 4057/38850/32934 4058/38849/32933 4100/38892/32975</w:t>
        <w:br/>
        <w:t>f 4076/38869/32953 4077/38868/32952 4218/39010/33083</w:t>
        <w:br/>
        <w:t>f 4217/39011/33084 4076/38869/32953 4218/39010/33083</w:t>
        <w:br/>
        <w:t>f 4208/39004/33077 4209/39003/33076 4078/38873/32957</w:t>
        <w:br/>
        <w:t>f 4079/38872/32956 4208/39004/33077 4078/38873/32957</w:t>
        <w:br/>
        <w:t>f 4212/39005/33078 4208/39004/33077 4081/38876/32960</w:t>
        <w:br/>
        <w:t>f 4082/38875/32959 4212/39005/33078 4081/38876/32960</w:t>
        <w:br/>
        <w:t>f 4213/39006/33079 4216/39009/33082 4219/39012/33085</w:t>
        <w:br/>
        <w:t>f 4222/39013/33086 4221/39014/33087 4220/39015/33088</w:t>
        <w:br/>
        <w:t>f 4223/39016/33089 4222/39013/33086 4220/39015/33088</w:t>
        <w:br/>
        <w:t>f 4225/39017/33090 4224/39018/33091 4034/38825/32911</w:t>
        <w:br/>
        <w:t>f 4227/39019/33092 4101/38891/32974 4098/38894/32977</w:t>
        <w:br/>
        <w:t>f 4226/39020/33093 4227/39019/33092 4098/38894/32977</w:t>
        <w:br/>
        <w:t>f 4210/39002/33075 4211/39001/33074 4072/38865/32949</w:t>
        <w:br/>
        <w:t>f 4073/38864/32948 4210/39002/33075 4072/38865/32949</w:t>
        <w:br/>
        <w:t>f 4211/39001/33074 4093/38884/32967 4228/39021/33094</w:t>
        <w:br/>
        <w:t>f 4231/39022/33095 4230/39023/33096 4217/39011/33084</w:t>
        <w:br/>
        <w:t>f 4229/39024/33097 4231/39022/33095 4217/39011/33084</w:t>
        <w:br/>
        <w:t>f 4072/38865/32949 4228/39021/33094 4054/38847/32931</w:t>
        <w:br/>
        <w:t>f 4071/38866/32950 4072/38865/32949 4054/38847/32931</w:t>
        <w:br/>
        <w:t>f 4090/38880/32964 4233/39025/33098 4232/39026/33099</w:t>
        <w:br/>
        <w:t>f 4228/39021/33094 4091/38886/32969 4053/38848/32932</w:t>
        <w:br/>
        <w:t>f 4230/39023/33096 4231/39022/33095 4095/38889/32972</w:t>
        <w:br/>
        <w:t>f 4096/38888/32971 4230/39023/33096 4095/38889/32972</w:t>
        <w:br/>
        <w:t>f 4226/39020/33093 4051/38841/32926 4048/38844/32929</w:t>
        <w:br/>
        <w:t>f 4227/39019/33092 4226/39020/33093 4048/38844/32929</w:t>
        <w:br/>
        <w:t>f 4236/39027/33100 4235/39028/33101 4234/39029/33102</w:t>
        <w:br/>
        <w:t>f 4234/39029/33102 4235/39028/33101 4238/39030/33103</w:t>
        <w:br/>
        <w:t>f 4237/39031/33103 4234/39029/33102 4238/39030/33103</w:t>
        <w:br/>
        <w:t>f 4017/38810/32899 4237/39031/33103 4238/39030/33103</w:t>
        <w:br/>
        <w:t>f 4240/39032/33104 4239/39033/33105 4223/39016/33089</w:t>
        <w:br/>
        <w:t>f 4220/39015/33088 4240/39032/33104 4223/39016/33089</w:t>
        <w:br/>
        <w:t>f 4243/39034/33106 4242/39035/33107 4241/39036/33108</w:t>
        <w:br/>
        <w:t>f 4246/39037/33109 4245/39038/33110 4244/39039/33111</w:t>
        <w:br/>
        <w:t>f 4247/39040/33112 4246/39037/33109 4244/39039/33111</w:t>
        <w:br/>
        <w:t>f 4076/38869/32953 4217/39011/33084 4099/38893/32976</w:t>
        <w:br/>
        <w:t>f 4058/38849/32933 4076/38869/32953 4099/38893/32976</w:t>
        <w:br/>
        <w:t>f 4098/38894/32977 4099/38893/32976 4217/39011/33084</w:t>
        <w:br/>
        <w:t>f 4230/39023/33096 4098/38894/32977 4217/39011/33084</w:t>
        <w:br/>
        <w:t>f 4226/39020/33093 4098/38894/32977 4230/39023/33096</w:t>
        <w:br/>
        <w:t>f 4096/38888/32971 4226/39020/33093 4230/39023/33096</w:t>
        <w:br/>
        <w:t>f 4051/38841/32926 4226/39020/33093 4096/38888/32971</w:t>
        <w:br/>
        <w:t>f 4248/39041/33113 4051/38841/32926 4096/38888/32971</w:t>
        <w:br/>
        <w:t>f 4050/38842/32927 4051/38841/32926 4248/39041/33113</w:t>
        <w:br/>
        <w:t>f 4249/39042/33114 4050/38842/32927 4248/39041/33113</w:t>
        <w:br/>
        <w:t>f 4050/38842/32927 4249/39042/33114 4250/39043/33115</w:t>
        <w:br/>
        <w:t>f 4037/38833/32919 4050/38842/32927 4250/39043/33115</w:t>
        <w:br/>
        <w:t>f 4040/38830/32916 4250/39043/33115 4251/39044/33116</w:t>
        <w:br/>
        <w:t>f 4239/39033/33105 4247/39040/33112 4244/39039/33111</w:t>
        <w:br/>
        <w:t>f 4223/39016/33089 4239/39033/33105 4244/39039/33111</w:t>
        <w:br/>
        <w:t>f 4223/39016/33089 4244/39039/33111 4252/39045/33117</w:t>
        <w:br/>
        <w:t>f 4222/39013/33086 4223/39016/33089 4252/39045/33117</w:t>
        <w:br/>
        <w:t>f 4191/38985/33059 4180/38970/33045 4182/38974/33049</w:t>
        <w:br/>
        <w:t>f 4058/38849/32933 4056/38851/32935 4076/38869/32953</w:t>
        <w:br/>
        <w:t>f 4083/38874/32958 4215/39007/33080 4082/38875/32959</w:t>
        <w:br/>
        <w:t>f 4214/39008/33081 4215/39007/33080 4083/38874/32958</w:t>
        <w:br/>
        <w:t>f 4224/39018/33091 4168/38961/33038 4118/38911/32993</w:t>
        <w:br/>
        <w:t>f 4224/39018/33091 4225/39017/33090 4253/39046/33118</w:t>
        <w:br/>
        <w:t>f 4255/39047/33119 4036/38828/32914 4254/39048/33120</w:t>
        <w:br/>
        <w:t>f 4254/39048/33120 4036/38828/32914 4034/38825/32911</w:t>
        <w:br/>
        <w:t>f 4224/39018/33091 4254/39048/33120 4034/38825/32911</w:t>
        <w:br/>
        <w:t>f 4241/39036/33108 4242/39035/33107 4256/39049/33121</w:t>
        <w:br/>
        <w:t>f 4143/38935/33013 3972/38765/32854 4189/38983/33057</w:t>
        <w:br/>
        <w:t>f 4257/39050/33100 4252/39045/33117 4245/39038/33110</w:t>
        <w:br/>
        <w:t>f 4035/38829/32915 4036/38828/32914 4258/39051/33122</w:t>
        <w:br/>
        <w:t>f 4260/39052/33123 4033/38826/32912 4042/38835/32920</w:t>
        <w:br/>
        <w:t>f 4259/39053/33124 4260/39052/33123 4042/38835/32920</w:t>
        <w:br/>
        <w:t>f 4239/39033/33105 4240/39032/33104 4039/38831/32917</w:t>
        <w:br/>
        <w:t>f 4040/38830/32916 4239/39033/33105 4039/38831/32917</w:t>
        <w:br/>
        <w:t>f 4247/39040/33112 4239/39033/33105 4040/38830/32916</w:t>
        <w:br/>
        <w:t>f 4251/39044/33116 4247/39040/33112 4040/38830/32916</w:t>
        <w:br/>
        <w:t>f 4247/39040/33112 4061/38852/32936 4059/38854/32938</w:t>
        <w:br/>
        <w:t>f 4246/39037/33109 4247/39040/33112 4059/38854/32938</w:t>
        <w:br/>
        <w:t>f 4064/38855/32939 4261/39054/33125 4243/39034/33106</w:t>
        <w:br/>
        <w:t>f 4045/38838/32923 4035/38829/32915 4258/39051/33122</w:t>
        <w:br/>
        <w:t>f 4047/38839/32924 4045/38838/32923 4258/39051/33122</w:t>
        <w:br/>
        <w:t>f 4042/38835/32920 4033/38826/32912 4035/38829/32915</w:t>
        <w:br/>
        <w:t>f 4045/38838/32923 4042/38835/32920 4035/38829/32915</w:t>
        <w:br/>
        <w:t>f 4007/38799/32888 4008/38798/32887 4263/39055/33126</w:t>
        <w:br/>
        <w:t>f 4262/39056/33127 4007/38799/32888 4263/39055/33126</w:t>
        <w:br/>
        <w:t>f 4001/38796/32885 4007/38799/32888 4262/39056/33127</w:t>
        <w:br/>
        <w:t>f 4000/38792/32881 4264/39057/33128 4003/38794/32883</w:t>
        <w:br/>
        <w:t>f 3999/38793/32882 4000/38792/32881 4003/38794/32883</w:t>
        <w:br/>
        <w:t>f 4266/39058/33129 3999/38793/32882 4265/39059/33130</w:t>
        <w:br/>
        <w:t>f 3995/38791/32880 4266/39058/33129 4267/39060/33131</w:t>
        <w:br/>
        <w:t>f 3998/38788/32877 3995/38791/32880 4267/39060/33131</w:t>
        <w:br/>
        <w:t>f 3998/38788/32877 4267/39060/33131 4268/39061/33132</w:t>
        <w:br/>
        <w:t>f 4139/38931/33010 3998/38788/32877 4268/39061/33132</w:t>
        <w:br/>
        <w:t>f 4270/39062/33133 4110/38902/32984 4269/39063/33134</w:t>
        <w:br/>
        <w:t>f 4084/38879/32963 4110/38902/32984 4271/39064/33135</w:t>
        <w:br/>
        <w:t>f 4273/39065/33136 4084/38879/32963 4272/39066/33137</w:t>
        <w:br/>
        <w:t>f 4274/39067/33138 4273/39065/33136 4272/39066/33137</w:t>
        <w:br/>
        <w:t>f 4273/39065/33136 4274/39067/33138 4276/39068/33139</w:t>
        <w:br/>
        <w:t>f 4275/39069/33140 4273/39065/33136 4276/39068/33139</w:t>
        <w:br/>
        <w:t>f 4275/39069/33140 4276/39068/33139 4278/39070/33141</w:t>
        <w:br/>
        <w:t>f 4277/39071/33142 4275/39069/33140 4278/39070/33141</w:t>
        <w:br/>
        <w:t>f 3902/38695/32788 4278/39070/33141 3901/38692/32785</w:t>
        <w:br/>
        <w:t>f 3951/38743/32832 4279/39072/33143 3962/38754/32843</w:t>
        <w:br/>
        <w:t>f 3950/38744/32833 3951/38743/32832 3962/38754/32843</w:t>
        <w:br/>
        <w:t>f 3963/38756/32845 4280/39073/33144 4184/38976/33051</w:t>
        <w:br/>
        <w:t>f 3938/38734/32823 3963/38756/32845 4184/38976/33051</w:t>
        <w:br/>
        <w:t>f 4282/39074/33145 3958/38753/32842 3959/38752/32841</w:t>
        <w:br/>
        <w:t>f 4281/39075/33146 4282/39074/33145 3959/38752/32841</w:t>
        <w:br/>
        <w:t>f 3954/38747/32836 3958/38753/32842 4283/39076/33147</w:t>
        <w:br/>
        <w:t>f 4158/38951/33028 3954/38747/32836 4283/39076/33147</w:t>
        <w:br/>
        <w:t>f 4282/39074/33145 4283/39076/33147 3958/38753/32842</w:t>
        <w:br/>
        <w:t>f 4129/38921/33003 4284/39077/33148 4125/38919/33001</w:t>
        <w:br/>
        <w:t>f 4286/39078/33149 4285/39079/33149 4132/38924/33005</w:t>
        <w:br/>
        <w:t>f 4133/38923/33005 4286/39078/33149 4132/38924/33005</w:t>
        <w:br/>
        <w:t>f 4288/39080/33150 4111/38901/32983 4108/38904/32986</w:t>
        <w:br/>
        <w:t>f 4287/39081/33151 4288/39080/33150 4108/38904/32986</w:t>
        <w:br/>
        <w:t>f 4136/38928/33009 4290/39082/33152 4289/39083/33151</w:t>
        <w:br/>
        <w:t>f 4135/38929/32986 4136/38928/33009 4289/39083/33151</w:t>
        <w:br/>
        <w:t>f 4122/38914/32996 4292/39084/33153 4291/39085/33154</w:t>
        <w:br/>
        <w:t>f 4121/38915/32997 4122/38914/32996 4291/39085/33154</w:t>
        <w:br/>
        <w:t>f 4124/38920/33002 4125/38919/33001 4284/39077/33148</w:t>
        <w:br/>
        <w:t>f 4293/39086/33155 4124/38920/33002 4284/39077/33148</w:t>
        <w:br/>
        <w:t>f 4293/39086/33155 4294/39087/33153 4194/38988/32996</w:t>
        <w:br/>
        <w:t>f 4124/38920/33002 4293/39086/33155 4194/38988/32996</w:t>
        <w:br/>
        <w:t>f 4105/38898/32980 4295/39088/33156 4285/39079/33149</w:t>
        <w:br/>
        <w:t>f 4286/39078/33149 4105/38898/32980 4285/39079/33149</w:t>
        <w:br/>
        <w:t>f 4107/38899/32981 4284/39077/33148 4296/39089/33157</w:t>
        <w:br/>
        <w:t>f 4293/39086/33155 4284/39077/33148 3964/38757/32846</w:t>
        <w:br/>
        <w:t>f 3965/38758/32847 4293/39086/33155 3964/38757/32846</w:t>
        <w:br/>
        <w:t>f 4297/39090/33158 4294/39087/33153 4293/39086/33155</w:t>
        <w:br/>
        <w:t>f 3965/38758/32847 4297/39090/33158 4293/39086/33155</w:t>
        <w:br/>
        <w:t>f 4292/39084/33153 3989/38780/32869 3990/38783/32872</w:t>
        <w:br/>
        <w:t>f 4291/39085/33154 4292/39084/33153 3990/38783/32872</w:t>
        <w:br/>
        <w:t>f 4290/39082/33152 4021/38812/32901 4022/38815/32903</w:t>
        <w:br/>
        <w:t>f 4289/39083/33151 4290/39082/33152 4022/38815/32903</w:t>
        <w:br/>
        <w:t>f 4288/39080/33150 4287/39081/33151 4138/38932/32903</w:t>
        <w:br/>
        <w:t>f 4298/39091/33159 4288/39080/33150 4139/38931/33010</w:t>
        <w:br/>
        <w:t>f 4111/38901/32983 4298/39091/33159 4269/39063/33134</w:t>
        <w:br/>
        <w:t>f 4207/38998/33071 4299/39092/32907 4010/38803/32892</w:t>
        <w:br/>
        <w:t>f 4010/38803/32892 4299/39092/32907 4300/39093/32908</w:t>
        <w:br/>
        <w:t>f 4009/38804/32893 4010/38803/32892 4300/39093/32908</w:t>
        <w:br/>
        <w:t>f 4012/38805/32894 4009/38804/32893 4014/38807/32896</w:t>
        <w:br/>
        <w:t>f 4014/38807/32896 4009/38804/32893 4300/39093/32908</w:t>
        <w:br/>
        <w:t>f 4303/39094/33160 4302/39095/33161 4301/39096/33162</w:t>
        <w:br/>
        <w:t>f 4303/39094/33160 4305/39097/33163 4304/39098/33164</w:t>
        <w:br/>
        <w:t>f 4302/39095/33161 4303/39094/33160 4304/39098/33164</w:t>
        <w:br/>
        <w:t>f 4305/39097/33163 4307/39099/33165 4306/39100/33166</w:t>
        <w:br/>
        <w:t>f 4304/39098/33164 4305/39097/33163 4306/39100/33166</w:t>
        <w:br/>
        <w:t>f 4310/39101/33167 4309/39102/33168 4308/39103/33169</w:t>
        <w:br/>
        <w:t>f 4311/39104/33170 4310/39101/33167 4308/39103/33169</w:t>
        <w:br/>
        <w:t>f 4313/39105/33171 4306/39100/33166 4307/39099/33165</w:t>
        <w:br/>
        <w:t>f 4312/39106/33172 4313/39105/33171 4307/39099/33165</w:t>
        <w:br/>
        <w:t>f 4316/39107/33173 4315/39108/33174 4314/39109/33175</w:t>
        <w:br/>
        <w:t>f 4317/39110/33176 4316/39107/33173 4314/39109/33175</w:t>
        <w:br/>
        <w:t>f 4314/39109/33175 4315/39108/33174 4318/39111/33177</w:t>
        <w:br/>
        <w:t>f 4320/39112/33177 4319/39113/33178 4309/39102/33168</w:t>
        <w:br/>
        <w:t>f 4310/39101/33167 4320/39112/33177 4309/39102/33168</w:t>
        <w:br/>
        <w:t>f 4302/39095/33161 4304/39098/33164 3960/38751/32840</w:t>
        <w:br/>
        <w:t>f 3959/38752/32841 3960/38751/32840 4304/39098/33164</w:t>
        <w:br/>
        <w:t>f 4306/39100/33166 3959/38752/32841 4304/39098/33164</w:t>
        <w:br/>
        <w:t>f 4321/39114/33179 4314/39109/33175 4025/38820/32906</w:t>
        <w:br/>
        <w:t>f 4322/39115/33180 4302/39095/33161 3955/38746/32835</w:t>
        <w:br/>
        <w:t>f 3957/38749/32838 4322/39115/33180 3955/38746/32835</w:t>
        <w:br/>
        <w:t>f 4005/38801/32890 4320/39112/33177 4310/39101/33167</w:t>
        <w:br/>
        <w:t>f 4008/38798/32887 4005/38801/32890 4310/39101/33167</w:t>
        <w:br/>
        <w:t>f 4318/39111/33177 4027/38818/32890 4314/39109/33175</w:t>
        <w:br/>
        <w:t>f 4008/38798/32887 4310/39101/33167 4311/39104/33170</w:t>
        <w:br/>
        <w:t>f 4263/39055/33126 4008/38798/32887 4311/39104/33170</w:t>
        <w:br/>
        <w:t>f 4306/39100/33166 4313/39105/33171 4281/39075/33146</w:t>
        <w:br/>
        <w:t>f 3959/38752/32841 4306/39100/33166 4281/39075/33146</w:t>
        <w:br/>
        <w:t>f 4325/39116/33181 4324/39117/33182 4323/39118/33183</w:t>
        <w:br/>
        <w:t>f 4327/39119/33184 4325/39116/33181 4326/39120/33185</w:t>
        <w:br/>
        <w:t>f 4330/39121/33186 4329/39122/33187 4328/39123/33188</w:t>
        <w:br/>
        <w:t>f 4331/39124/33183 4330/39121/33186 4328/39123/33188</w:t>
        <w:br/>
        <w:t>f 4328/39123/33188 4329/39122/33187 4332/39125/33189</w:t>
        <w:br/>
        <w:t>f 4335/39126/33190 4334/39127/33191 4333/39128/33192</w:t>
        <w:br/>
        <w:t>f 4336/39129/33193 4335/39126/33190 4333/39128/33192</w:t>
        <w:br/>
        <w:t>f 4338/39130/33194 4337/39131/33195 4334/39127/33191</w:t>
        <w:br/>
        <w:t>f 4335/39126/33190 4338/39130/33194 4334/39127/33191</w:t>
        <w:br/>
        <w:t>f 4338/39130/33194 4340/39132/33196 4339/39133/33197</w:t>
        <w:br/>
        <w:t>f 4337/39131/33195 4338/39130/33194 4339/39133/33197</w:t>
        <w:br/>
        <w:t>f 4342/39134/33198 4341/39135/33199 4339/39133/33197</w:t>
        <w:br/>
        <w:t>f 4340/39132/33196 4342/39134/33198 4339/39133/33197</w:t>
        <w:br/>
        <w:t>f 4325/39116/33181 4323/39118/33183 4299/39092/32907</w:t>
        <w:br/>
        <w:t>f 4207/38998/33071 4325/39116/33181 4299/39092/32907</w:t>
        <w:br/>
        <w:t>f 4331/39124/33183 4328/39123/33188 3980/38772/32861</w:t>
        <w:br/>
        <w:t>f 4029/38821/32907 4331/39124/33183 3980/38772/32861</w:t>
        <w:br/>
        <w:t>f 3979/38773/32862 3980/38772/32861 4328/39123/33188</w:t>
        <w:br/>
        <w:t>f 4332/39125/33189 3979/38773/32862 4328/39123/33188</w:t>
        <w:br/>
        <w:t>f 4333/39128/33192 4197/38992/33065 4204/38997/33070</w:t>
        <w:br/>
        <w:t>f 4197/38992/33065 4334/39127/33191 4337/39131/33195</w:t>
        <w:br/>
        <w:t>f 4199/38990/33063 4197/38992/33065 4337/39131/33195</w:t>
        <w:br/>
        <w:t>f 4199/38990/33063 4337/39131/33195 4339/39133/33197</w:t>
        <w:br/>
        <w:t>f 4200/38993/33066 4199/38990/33063 4339/39133/33197</w:t>
        <w:br/>
        <w:t>f 4200/38993/33066 4339/39133/33197 4341/39135/33199</w:t>
        <w:br/>
        <w:t>f 4202/38994/33067 4200/38993/33066 4341/39135/33199</w:t>
        <w:br/>
        <w:t>f 4205/39000/33073 4343/39136/33200 4325/39116/33181</w:t>
        <w:br/>
        <w:t>f 4207/38998/33071 4205/39000/33073 4325/39116/33181</w:t>
        <w:br/>
        <w:t>f 4340/39132/33196 4338/39130/33194 4305/39097/33163</w:t>
        <w:br/>
        <w:t>f 4342/39134/33198 4340/39132/33196 4303/39094/33160</w:t>
        <w:br/>
        <w:t>f 4344/39137/33201 4329/39122/33187 4315/39108/33174</w:t>
        <w:br/>
        <w:t>f 4316/39107/33173 4344/39137/33201 4315/39108/33174</w:t>
        <w:br/>
        <w:t>f 4309/39102/33168 4319/39113/33178 4327/39119/33184</w:t>
        <w:br/>
        <w:t>f 4315/39108/33174 4329/39122/33187 4330/39121/33186</w:t>
        <w:br/>
        <w:t>f 4345/39138/33178 4315/39108/33174 4330/39121/33186</w:t>
        <w:br/>
        <w:t>f 4308/39103/33169 4309/39102/33168 4327/39119/33184</w:t>
        <w:br/>
        <w:t>f 4326/39120/33185 4308/39103/33169 4327/39119/33184</w:t>
        <w:br/>
        <w:t>f 4336/39129/33193 4312/39106/33172 4307/39099/33165</w:t>
        <w:br/>
        <w:t>f 4335/39126/33190 4336/39129/33193 4307/39099/33165</w:t>
        <w:br/>
        <w:t>f 4307/39099/33165 4338/39130/33194 4335/39126/33190</w:t>
        <w:br/>
        <w:t>f 3966/38761/32850 4174/38966/33043 3968/38759/32848</w:t>
        <w:br/>
        <w:t>f 4245/39038/33110 4252/39045/33117 4244/39039/33111</w:t>
        <w:br/>
        <w:t>f 4228/39021/33094 4053/38848/32932 4054/38847/32931</w:t>
        <w:br/>
        <w:t>f 4093/38884/32967 4091/38886/32969 4228/39021/33094</w:t>
        <w:br/>
        <w:t>f 4082/38875/32959 4215/39007/33080 4213/39006/33079</w:t>
        <w:br/>
        <w:t>f 4093/38884/32967 4211/39001/33074 4208/39004/33077</w:t>
        <w:br/>
        <w:t>f 4055/38846/32930 4070/38863/32947 4054/38847/32931</w:t>
        <w:br/>
        <w:t>f 4211/39001/33074 4228/39021/33094 4072/38865/32949</w:t>
        <w:br/>
        <w:t>f 4087/38883/32966 4233/39025/33098 4090/38880/32964</w:t>
        <w:br/>
        <w:t>f 4346/39139/33202 4232/39026/33099 4233/39025/33098</w:t>
        <w:br/>
        <w:t>f 4052/38845/32928 4041/38836/32921 4055/38846/32930</w:t>
        <w:br/>
        <w:t>f 4259/39053/33124 4042/38835/32920 4043/38834/32918</w:t>
        <w:br/>
        <w:t>f 4032/38827/32913 4033/38826/32912 4260/39052/33123</w:t>
        <w:br/>
        <w:t>f 3994/38784/32873 4141/38934/33012 4156/38949/33026</w:t>
        <w:br/>
        <w:t>f 4153/38947/33024 4154/38946/33023 4151/38945/33203</w:t>
        <w:br/>
        <w:t>f 4018/38809/32898 4016/38811/32900 4165/38958/33035</w:t>
        <w:br/>
        <w:t>f 4165/38958/33035 4137/38927/33008 4134/38930/32985</w:t>
        <w:br/>
        <w:t>f 4224/39018/33091 4118/38911/32993 4254/39048/33120</w:t>
        <w:br/>
        <w:t>f 4040/38830/32916 4037/38833/32919 4250/39043/33115</w:t>
        <w:br/>
        <w:t>f 4059/38854/32938 4060/38853/32937 4065/38860/32944</w:t>
        <w:br/>
        <w:t>f 4064/38855/32939 4062/38857/32941 4347/39140/33204</w:t>
        <w:br/>
        <w:t>f 4064/38855/32939 4347/39140/33204 4261/39054/33125</w:t>
        <w:br/>
        <w:t>f 4068/38861/32945 4063/38856/32940 4103/38896/32943</w:t>
        <w:br/>
        <w:t>f 4243/39034/33106 4261/39054/33125 4242/39035/33107</w:t>
        <w:br/>
        <w:t>f 4256/39049/33121 4235/39028/33101 4236/39027/33100</w:t>
        <w:br/>
        <w:t>f 4241/39036/33108 4256/39049/33121 4236/39027/33100</w:t>
        <w:br/>
        <w:t>f 4140/38933/33011 4017/38810/32899 4151/38945/33022</w:t>
        <w:br/>
        <w:t>f 4119/38910/32992 4254/39048/33120 4118/38911/32993</w:t>
        <w:br/>
        <w:t>f 4255/39047/33119 4254/39048/33120 4119/38910/32992</w:t>
        <w:br/>
        <w:t>f 4258/39051/33122 4036/38828/32914 4255/39047/33119</w:t>
        <w:br/>
        <w:t>f 4047/38839/32924 4044/38837/32922 4045/38838/32923</w:t>
        <w:br/>
        <w:t>f 4069/38862/32946 4046/38840/32925 4104/38897/32979</w:t>
        <w:br/>
        <w:t>f 4348/39141/33205 4168/38961/33038 4224/39018/33091</w:t>
        <w:br/>
        <w:t>f 3902/38695/32788 4277/39071/33142 4278/39070/33141</w:t>
        <w:br/>
        <w:t>f 3912/38706/32798 3913/38705/32797 4116/38908/32990</w:t>
        <w:br/>
        <w:t>f 4149/38943/33020 4115/38909/32991 4116/38908/32990</w:t>
        <w:br/>
        <w:t>f 4084/38879/32963 4085/38878/32962 4164/38957/33034</w:t>
        <w:br/>
        <w:t>f 4272/39066/33137 4084/38879/32963 4271/39064/33135</w:t>
        <w:br/>
        <w:t>f 4110/38902/32984 4164/38957/33034 4109/38903/32985</w:t>
        <w:br/>
        <w:t>f 4269/39063/33134 4110/38902/32984 4111/38901/32983</w:t>
        <w:br/>
        <w:t>f 4174/38966/33043 3966/38761/32850 4172/38964/33041</w:t>
        <w:br/>
        <w:t>f 4146/38941/33018 4174/38966/33043 4172/38964/33041</w:t>
        <w:br/>
        <w:t>f 3967/38760/32849 4143/38935/33013 3966/38761/32850</w:t>
        <w:br/>
        <w:t>f 3972/38765/32854 4143/38935/33013 3967/38760/32849</w:t>
        <w:br/>
        <w:t>f 3972/38765/32854 4127/38917/32999 4195/38987/32995</w:t>
        <w:br/>
        <w:t>f 4127/38917/32999 4124/38920/33002 4195/38987/32995</w:t>
        <w:br/>
        <w:t>f 4128/38922/33004 4125/38919/33001 4126/38918/33000</w:t>
        <w:br/>
        <w:t>f 4288/39080/33150 4298/39091/33159 4111/38901/32983</w:t>
        <w:br/>
        <w:t>f 4298/39091/33159 4139/38931/33010 4268/39061/33132</w:t>
        <w:br/>
        <w:t>f 4139/38931/33010 3997/38789/32878 3998/38788/32877</w:t>
        <w:br/>
        <w:t>f 4288/39080/33150 4138/38932/32903 4139/38931/33010</w:t>
        <w:br/>
        <w:t>f 4105/38898/32980 3934/38730/32819 4295/39088/33156</w:t>
        <w:br/>
        <w:t>f 3964/38757/32846 4284/39077/33148 4107/38899/32981</w:t>
        <w:br/>
        <w:t>f 3955/38746/32835 3960/38751/32840 3954/38747/32836</w:t>
        <w:br/>
        <w:t>f 3953/38748/32837 4158/38951/33028 4160/38952/33029</w:t>
        <w:br/>
        <w:t>f 4282/39074/33145 4349/39142/33206 4283/39076/33147</w:t>
        <w:br/>
        <w:t>f 4332/39125/33189 4329/39122/33187 4344/39137/33201</w:t>
        <w:br/>
        <w:t>f 4321/39114/33179 4317/39110/33176 4314/39109/33175</w:t>
        <w:br/>
        <w:t>f 3983/38774/32863 4321/39114/33179 4025/38820/32906</w:t>
        <w:br/>
        <w:t>f 4296/39089/33157 4284/39077/33148 4129/38921/33003</w:t>
        <w:br/>
        <w:t>f 4006/38800/32889 4002/38795/32884 4350/39143/33031</w:t>
        <w:br/>
        <w:t>f 4001/38796/32885 4002/38795/32884 4007/38799/32888</w:t>
        <w:br/>
        <w:t>f 3963/38756/32845 3962/38754/32843 4279/39072/33143</w:t>
        <w:br/>
        <w:t>f 4185/38979/33053 3963/38756/32845 4279/39072/33143</w:t>
        <w:br/>
        <w:t>f 4327/39119/33184 4319/39113/33178 4324/39117/33182</w:t>
        <w:br/>
        <w:t>f 4325/39116/33181 4327/39119/33184 4324/39117/33182</w:t>
        <w:br/>
        <w:t>f 4326/39120/33185 4325/39116/33181 4343/39136/33200</w:t>
        <w:br/>
        <w:t>f 4011/38802/32891 4206/38999/33072 4010/38803/32892</w:t>
        <w:br/>
        <w:t>f 4015/38806/32895 4012/38805/32894 4014/38807/32896</w:t>
        <w:br/>
        <w:t>f 3921/38717/32807 3922/38716/32806 3930/38722/32812</w:t>
        <w:br/>
        <w:t>f 3943/38737/32826 4203/38996/33069 3944/38736/32825</w:t>
        <w:br/>
        <w:t>f 4200/38993/33066 4201/38995/33068 4203/38996/33069</w:t>
        <w:br/>
        <w:t>f 4342/39134/33198 4303/39094/33160 4301/39096/33162</w:t>
        <w:br/>
        <w:t>f 4301/39096/33162 4302/39095/33161 4322/39115/33180</w:t>
        <w:br/>
        <w:t>f 4302/39095/33161 3960/38751/32840 3955/38746/32835</w:t>
        <w:br/>
        <w:t>f 4198/38991/33064 4200/38993/33066 4203/38996/33069</w:t>
        <w:br/>
        <w:t>f 4026/38819/32889 4161/38954/33031 3982/38775/32864</w:t>
        <w:br/>
        <w:t>f 4025/38820/32906 4026/38819/32889 3982/38775/32864</w:t>
        <w:br/>
        <w:t>f 4314/39109/33175 4027/38818/32890 4025/38820/32906</w:t>
        <w:br/>
        <w:t>f 4318/39111/33177 4315/39108/33174 4345/39138/33178</w:t>
        <w:br/>
        <w:t>f 3931/38726/32816 3932/38725/32815 4204/38997/33070</w:t>
        <w:br/>
        <w:t>f 3926/38719/32809 3927/38718/32808 3932/38725/32815</w:t>
        <w:br/>
        <w:t>f 4198/38991/33064 3933/38724/32814 3931/38726/32816</w:t>
        <w:br/>
        <w:t>f 3995/38791/32880 3996/38790/32879 4000/38792/32881</w:t>
        <w:br/>
        <w:t>f 4266/39058/33129 3995/38791/32880 3999/38793/32882</w:t>
        <w:br/>
        <w:t>f 4160/38952/33029 4158/38951/33028 4279/39072/33143</w:t>
        <w:br/>
        <w:t>f 3951/38743/32832 4160/38952/33029 4279/39072/33143</w:t>
        <w:br/>
        <w:t>f 3977/38771/32860 3978/38770/32859 3980/38772/32861</w:t>
        <w:br/>
        <w:t>f 4340/39132/33196 4305/39097/33163 4303/39094/33160</w:t>
        <w:br/>
        <w:t>f 4307/39099/33165 4305/39097/33163 4338/39130/33194</w:t>
        <w:br/>
        <w:t>f 4182/38974/33049 4181/38975/33050 4351/39144/33087</w:t>
        <w:br/>
        <w:t>f 4352/39145/33207 4182/38974/33049 4351/39144/33087</w:t>
        <w:br/>
        <w:t>f 4192/38984/33058 4172/38964/33041 4179/38971/33046</w:t>
        <w:br/>
        <w:t>f 4333/39128/33192 4334/39127/33191 4197/38992/33065</w:t>
        <w:br/>
        <w:t>f 4185/38979/33053 4279/39072/33143 4158/38951/33028</w:t>
        <w:br/>
        <w:t>f 4283/39076/33147 4185/38979/33053 4158/38951/33028</w:t>
        <w:br/>
        <w:t>f 4264/39057/33128 4350/39143/33031 4002/38795/32884</w:t>
        <w:br/>
        <w:t>f 4003/38794/32883 4264/39057/33128 4002/38795/32884</w:t>
        <w:br/>
        <w:t>f 4187/38980/33054 4185/38979/33053 4283/39076/33147</w:t>
        <w:br/>
        <w:t>f 4349/39142/33206 4187/38980/33054 4283/39076/33147</w:t>
        <w:br/>
        <w:t>f 4161/38954/33031 4353/39146/33128 3947/38739/32828</w:t>
        <w:br/>
        <w:t>f 3981/38776/32865 4161/38954/33031 3947/38739/32828</w:t>
        <w:br/>
        <w:t>f 3999/38793/32882 4003/38794/32883 4004/38797/32886</w:t>
        <w:br/>
        <w:t>f 4265/39059/33130 3999/38793/32882 4004/38797/32886</w:t>
        <w:br/>
        <w:t>f 4159/38953/33030 4160/38952/33029 3951/38743/32832</w:t>
        <w:br/>
        <w:t>f 3952/38742/32831 4159/38953/33030 3951/38743/32832</w:t>
        <w:br/>
        <w:t>f 3984/38777/32866 3981/38776/32865 3947/38739/32828</w:t>
        <w:br/>
        <w:t>f 3948/38738/32827 3984/38777/32866 3947/38739/32828</w:t>
        <w:br/>
        <w:t>f 4032/38827/32913 4225/39017/33090 4034/38825/32911</w:t>
        <w:br/>
        <w:t>f 4348/39141/33205 4224/39018/33091 4253/39046/33118</w:t>
        <w:br/>
        <w:t>f 4180/38970/33045 4177/38973/33048 4182/38974/33049</w:t>
        <w:br/>
        <w:t>f 4191/38985/33059 4182/38974/33049 4352/39145/33207</w:t>
        <w:br/>
        <w:t>f 4354/39147/33208 4191/38985/33059 4352/39145/33207</w:t>
        <w:br/>
        <w:t>f 4193/38986/33060 4191/38985/33059 3917/38709/32801</w:t>
        <w:br/>
        <w:t>f 3918/38708/32800 4193/38986/33060 3917/38709/32801</w:t>
        <w:br/>
        <w:t>f 4171/38965/33042 4113/38906/32988 4112/38905/32987</w:t>
        <w:br/>
        <w:t>f 4112/38905/32987 4148/38939/33016 4171/38965/33042</w:t>
        <w:br/>
        <w:t>f 4118/38911/32993 4151/38945/33022 4152/38944/33021</w:t>
        <w:br/>
        <w:t>f 4348/39141/33205 4170/38963/33040 4167/38962/33039</w:t>
        <w:br/>
        <w:t>f 4168/38961/33038 4348/39141/33205 4167/38962/33039</w:t>
        <w:br/>
        <w:t>f 4153/38947/33209 4169/38960/33037 4167/38962/33039</w:t>
        <w:br/>
        <w:t>f 4148/38939/33016 4146/38941/33018 4172/38964/33041</w:t>
        <w:br/>
        <w:t>f 3919/38712/32801 3914/38704/32796 4355/39148/33210</w:t>
        <w:br/>
        <w:t>f 4179/38971/33061 4142/38936/33014 4176/38969/33025</w:t>
        <w:br/>
        <w:t>f 4356/39149/33211 4179/38971/33061 4176/38969/33025</w:t>
        <w:br/>
        <w:t>f 3905/38699/32792 3887/38677/32771 3884/38680/32774</w:t>
        <w:br/>
        <w:t>f 3882/38674/32768 3905/38699/32792 3884/38680/32774</w:t>
        <w:br/>
        <w:t>f 3882/38674/32768 3884/38680/32774 4357/39150/33212</w:t>
        <w:br/>
        <w:t>f 3881/38675/32769 3882/38674/32768 4357/39150/33212</w:t>
        <w:br/>
        <w:t>f 3900/38693/32786 3908/38700/32793 3907/38701/32793</w:t>
        <w:br/>
        <w:t>f 3899/38694/32787 3900/38693/32786 3907/38701/32793</w:t>
        <w:br/>
        <w:t>f 3903/38697/32790 3904/38696/32789 3915/38711/32803</w:t>
        <w:br/>
        <w:t>f 3916/38710/32802 3903/38697/32790 3915/38711/32803</w:t>
        <w:br/>
        <w:t>f 3909/38703/32795 3910/38702/32794 3914/38704/32796</w:t>
        <w:br/>
        <w:t>f 3911/38707/32799 3909/38703/32795 3914/38704/32796</w:t>
        <w:br/>
        <w:t>f 4355/39148/33210 3914/38704/32796 3910/38702/32794</w:t>
        <w:br/>
        <w:t>f 3920/38713/32790 4355/39148/33210 3910/38702/32794</w:t>
        <w:br/>
        <w:t>f 3884/38680/32774 3885/38679/32773 3889/38682/32776</w:t>
        <w:br/>
        <w:t>f 4357/39150/33212 3884/38680/32774 3889/38682/32776</w:t>
        <w:br/>
        <w:t>f 4174/38966/33043 4162/38956/33033 3968/38759/32848</w:t>
        <w:br/>
        <w:t>f 4128/38922/33004 4126/38918/33000 4166/38959/33036</w:t>
        <w:br/>
        <w:t>f 3969/38764/32853 3970/38763/32852 4146/38941/33018</w:t>
        <w:br/>
        <w:t>f 4110/38902/32984 4270/39062/33133 4271/39064/33135</w:t>
        <w:br/>
        <w:t>f 3968/38759/32848 4166/38959/33036 3972/38765/32854</w:t>
        <w:br/>
        <w:t>f 4163/38955/33032 4128/38922/33004 4166/38959/33036</w:t>
        <w:br/>
        <w:t>f 3968/38759/32848 4163/38955/33032 4166/38959/33036</w:t>
        <w:br/>
        <w:t>f 4154/38946/33023 4141/38934/33012 3991/38787/32876</w:t>
        <w:br/>
        <w:t>f 3940/38732/32821 4106/38900/32982 3961/38755/32844</w:t>
        <w:br/>
        <w:t>f 3939/38733/32822 3940/38732/32821 3961/38755/32844</w:t>
        <w:br/>
        <w:t>f 4353/39146/33128 4023/38816/32904 3947/38739/32828</w:t>
        <w:br/>
        <w:t>f 5289/39151/33213 5288/39152/33214 5287/39153/33215</w:t>
        <w:br/>
        <w:t>f 5290/39154/33216 5289/39151/33213 5287/39153/33215</w:t>
        <w:br/>
        <w:t>f 5289/39151/33213 5292/39155/33217 5291/39156/33218</w:t>
        <w:br/>
        <w:t>f 5288/39152/33214 5289/39151/33213 5291/39156/33218</w:t>
        <w:br/>
        <w:t>f 5296/39157/33219 5295/39158/33220 5294/39159/33221</w:t>
        <w:br/>
        <w:t>f 5293/39160/33222 5296/39157/33219 5294/39159/33221</w:t>
        <w:br/>
        <w:t>f 5298/39161/33223 5297/39162/33224 5289/39151/33213</w:t>
        <w:br/>
        <w:t>f 5290/39154/33216 5298/39161/33223 5289/39151/33213</w:t>
        <w:br/>
        <w:t>f 5300/39163/33225 5299/39164/33226 5295/39158/33220</w:t>
        <w:br/>
        <w:t>f 5296/39157/33219 5300/39163/33225 5295/39158/33220</w:t>
        <w:br/>
        <w:t>f 5304/39165/33227 5303/39166/33228 5302/39167/33229</w:t>
        <w:br/>
        <w:t>f 5301/39168/33230 5304/39165/33227 5302/39167/33229</w:t>
        <w:br/>
        <w:t>f 5306/39169/33231 5305/39170/33232 5303/39166/33228</w:t>
        <w:br/>
        <w:t>f 5304/39165/33227 5306/39169/33231 5303/39166/33228</w:t>
        <w:br/>
        <w:t>f 5310/39171/33233 5309/39172/33234 5308/39173/33235</w:t>
        <w:br/>
        <w:t>f 5307/39174/33236 5310/39171/33233 5308/39173/33235</w:t>
        <w:br/>
        <w:t>f 5297/39162/33224 5311/39175/33237 5292/39155/33217</w:t>
        <w:br/>
        <w:t>f 5289/39151/33213 5297/39162/33224 5292/39155/33217</w:t>
        <w:br/>
        <w:t>f 5314/39176/33238 5313/39177/33239 5312/39178/33240</w:t>
        <w:br/>
        <w:t>f 5315/39179/33241 5314/39176/33238 5312/39178/33240</w:t>
        <w:br/>
        <w:t>f 5317/39180/33242 5316/39181/33243 5314/39176/33238</w:t>
        <w:br/>
        <w:t>f 5315/39179/33241 5317/39180/33242 5314/39176/33238</w:t>
        <w:br/>
        <w:t>f 5290/39154/33216 5287/39153/33215 5319/39182/33244</w:t>
        <w:br/>
        <w:t>f 5318/39183/33245 5290/39154/33216 5319/39182/33244</w:t>
        <w:br/>
        <w:t>f 5322/39184/33246 5321/39185/33247 5320/39186/33218</w:t>
        <w:br/>
        <w:t>f 5323/39187/33248 5322/39184/33246 5320/39186/33218</w:t>
        <w:br/>
        <w:t>f 5298/39161/33223 5290/39154/33216 5318/39183/33245</w:t>
        <w:br/>
        <w:t>f 5324/39188/33249 5298/39161/33223 5318/39183/33245</w:t>
        <w:br/>
        <w:t>f 5328/39189/33250 5327/39190/33251 5326/39191/33252</w:t>
        <w:br/>
        <w:t>f 5325/39192/33253 5328/39189/33250 5326/39191/33252</w:t>
        <w:br/>
        <w:t>f 5326/39191/33252 5327/39190/33251 5318/39183/33245</w:t>
        <w:br/>
        <w:t>f 5319/39182/33244 5326/39191/33252 5318/39183/33245</w:t>
        <w:br/>
        <w:t>f 5331/39193/33254 5330/39194/33255 5329/39195/33256</w:t>
        <w:br/>
        <w:t>f 5331/39193/33254 5334/39196/33257 5333/39197/33258</w:t>
        <w:br/>
        <w:t>f 5332/39198/33259 5331/39193/33254 5333/39197/33258</w:t>
        <w:br/>
        <w:t>f 5327/39190/33251 5335/39199/33260 5324/39188/33249</w:t>
        <w:br/>
        <w:t>f 5318/39183/33245 5327/39190/33251 5324/39188/33249</w:t>
        <w:br/>
        <w:t>f 5293/39160/33222 5294/39159/33221 5337/39200/33261</w:t>
        <w:br/>
        <w:t>f 5336/39201/33262 5293/39160/33222 5337/39200/33261</w:t>
        <w:br/>
        <w:t>f 5339/39202/33263 5338/39203/33264 5297/39162/33224</w:t>
        <w:br/>
        <w:t>f 5298/39161/33223 5339/39202/33263 5297/39162/33224</w:t>
        <w:br/>
        <w:t>f 5341/39204/33265 5340/39205/33266 5293/39160/33222</w:t>
        <w:br/>
        <w:t>f 5336/39201/33262 5341/39204/33265 5293/39160/33222</w:t>
        <w:br/>
        <w:t>f 5343/39206/33267 5335/39199/33260 5342/39207/33268</w:t>
        <w:br/>
        <w:t>f 5344/39208/33269 5343/39206/33267 5342/39207/33268</w:t>
        <w:br/>
        <w:t>f 5293/39160/33222 5340/39205/33266 5345/39209/33270</w:t>
        <w:br/>
        <w:t>f 5296/39157/33219 5293/39160/33222 5345/39209/33270</w:t>
        <w:br/>
        <w:t>f 5296/39157/33219 5345/39209/33270 5346/39210/33271</w:t>
        <w:br/>
        <w:t>f 5300/39163/33225 5296/39157/33219 5346/39210/33271</w:t>
        <w:br/>
        <w:t>f 5300/39163/33225 5348/39211/33272 5347/39212/33273</w:t>
        <w:br/>
        <w:t>f 5299/39164/33226 5300/39163/33225 5347/39212/33273</w:t>
        <w:br/>
        <w:t>f 5347/39212/33273 5350/39213/33274 5349/39214/33275</w:t>
        <w:br/>
        <w:t>f 5299/39164/33226 5347/39212/33273 5349/39214/33275</w:t>
        <w:br/>
        <w:t>f 5294/39159/33221 5295/39158/33220 5352/39215/33276</w:t>
        <w:br/>
        <w:t>f 5351/39216/33233 5294/39159/33221 5352/39215/33276</w:t>
        <w:br/>
        <w:t>f 5299/39164/33226 5349/39214/33275 5352/39215/33276</w:t>
        <w:br/>
        <w:t>f 5295/39158/33220 5299/39164/33226 5352/39215/33276</w:t>
        <w:br/>
        <w:t>f 5356/39217/33277 5355/39218/33278 5354/39219/33278</w:t>
        <w:br/>
        <w:t>f 5353/39220/33278 5356/39217/33277 5354/39219/33278</w:t>
        <w:br/>
        <w:t>f 5358/39221/33279 5346/39210/33271 5357/39222/33280</w:t>
        <w:br/>
        <w:t>f 5359/39223/33281 5358/39221/33279 5357/39222/33280</w:t>
        <w:br/>
        <w:t>f 5362/39224/33282 5361/39225/33283 5360/39226/33284</w:t>
        <w:br/>
        <w:t>f 5363/39227/33285 5362/39224/33282 5360/39226/33284</w:t>
        <w:br/>
        <w:t>f 5367/39228/33286 5366/39229/33287 5365/39230/33288</w:t>
        <w:br/>
        <w:t>f 5364/39231/33275 5367/39228/33286 5365/39230/33288</w:t>
        <w:br/>
        <w:t>f 5365/39230/33288 5366/39229/33287 5309/39172/33234</w:t>
        <w:br/>
        <w:t>f 5310/39171/33233 5365/39230/33288 5309/39172/33234</w:t>
        <w:br/>
        <w:t>f 5337/39200/33261 5294/39159/33221 5351/39216/33233</w:t>
        <w:br/>
        <w:t>f 5368/39232/33236 5337/39200/33261 5351/39216/33233</w:t>
        <w:br/>
        <w:t>f 5338/39203/33264 5369/39233/33289 5311/39175/33237</w:t>
        <w:br/>
        <w:t>f 5297/39162/33224 5338/39203/33264 5311/39175/33237</w:t>
        <w:br/>
        <w:t>f 5370/39234/33290 5322/39184/33246 5323/39187/33248</w:t>
        <w:br/>
        <w:t>f 5371/39235/33237 5370/39234/33290 5323/39187/33248</w:t>
        <w:br/>
        <w:t>f 5374/39236/33291 5373/39237/33292 5372/39238/33293</w:t>
        <w:br/>
        <w:t>f 5377/39239/33294 5373/39237/33292 5376/39240/33295</w:t>
        <w:br/>
        <w:t>f 5375/39241/33296 5377/39239/33294 5376/39240/33295</w:t>
        <w:br/>
        <w:t>f 5380/39242/33297 5379/39243/33298 5378/39244/33299</w:t>
        <w:br/>
        <w:t>f 5383/39245/33300 5313/39177/33239 5382/39246/33301</w:t>
        <w:br/>
        <w:t>f 5381/39247/33302 5383/39245/33300 5382/39246/33301</w:t>
        <w:br/>
        <w:t>f 5386/39248/33303 5385/39249/33304 5384/39250/33305</w:t>
        <w:br/>
        <w:t>f 5390/39251/33306 5389/39252/33307 5388/39253/33308</w:t>
        <w:br/>
        <w:t>f 5387/39254/33309 5390/39251/33306 5388/39253/33308</w:t>
        <w:br/>
        <w:t>f 5373/39237/33292 5377/39239/33294 5372/39238/33293</w:t>
        <w:br/>
        <w:t>f 5322/39184/33246 5370/39234/33290 5392/39255/33310</w:t>
        <w:br/>
        <w:t>f 5391/39256/33311 5322/39184/33246 5392/39255/33310</w:t>
        <w:br/>
        <w:t>f 5395/39257/33312 5394/39258/33313 5393/39259/33310</w:t>
        <w:br/>
        <w:t>f 5396/39260/33314 5395/39257/33312 5393/39259/33310</w:t>
        <w:br/>
        <w:t>f 5398/39261/33315 5397/39262/33314 5392/39255/33310</w:t>
        <w:br/>
        <w:t>f 5370/39234/33290 5398/39261/33315 5392/39255/33310</w:t>
        <w:br/>
        <w:t>f 5309/39172/33234 5366/39229/33287 5400/39263/33316</w:t>
        <w:br/>
        <w:t>f 5399/39264/33317 5309/39172/33234 5400/39263/33316</w:t>
        <w:br/>
        <w:t>f 5366/39229/33287 5367/39228/33286 5401/39265/33318</w:t>
        <w:br/>
        <w:t>f 5405/39266/33319 5404/39267/33320 5403/39268/33321</w:t>
        <w:br/>
        <w:t>f 5402/39269/33322 5405/39266/33319 5403/39268/33321</w:t>
        <w:br/>
        <w:t>f 5408/39270/33323 5407/39271/33324 5406/39272/33325</w:t>
        <w:br/>
        <w:t>f 5401/39265/33318 5408/39270/33323 5406/39272/33325</w:t>
        <w:br/>
        <w:t>f 5412/39273/33324 5411/39274/33326 5410/39275/33327</w:t>
        <w:br/>
        <w:t>f 5409/39276/33328 5412/39273/33324 5410/39275/33327</w:t>
        <w:br/>
        <w:t>f 5403/39268/33321 5404/39267/33320 5414/39277/33329</w:t>
        <w:br/>
        <w:t>f 5413/39278/33330 5403/39268/33321 5414/39277/33329</w:t>
        <w:br/>
        <w:t>f 5410/39275/33327 5416/39279/33331 5415/39280/33331</w:t>
        <w:br/>
        <w:t>f 5409/39276/33328 5410/39275/33327 5415/39280/33331</w:t>
        <w:br/>
        <w:t>f 5416/39279/33331 5418/39281/33332 5417/39282/33333</w:t>
        <w:br/>
        <w:t>f 5415/39280/33331 5416/39279/33331 5417/39282/33333</w:t>
        <w:br/>
        <w:t>f 5421/39283/33334 5418/39281/33332 5420/39284/33335</w:t>
        <w:br/>
        <w:t>f 5419/39285/33336 5421/39283/33334 5420/39284/33335</w:t>
        <w:br/>
        <w:t>f 5418/39281/33332 5421/39283/33334 5422/39286/33337</w:t>
        <w:br/>
        <w:t>f 5417/39282/33333 5418/39281/33332 5422/39286/33337</w:t>
        <w:br/>
        <w:t>f 5394/39258/33313 5424/39287/33338 5423/39288/33311</w:t>
        <w:br/>
        <w:t>f 5393/39259/33310 5394/39258/33313 5423/39288/33311</w:t>
        <w:br/>
        <w:t>f 5427/39289/33339 5426/39290/33340 5425/39291/33341</w:t>
        <w:br/>
        <w:t>f 5428/39292/33342 5427/39289/33339 5425/39291/33341</w:t>
        <w:br/>
        <w:t>f 5432/39293/33343 5431/39294/33344 5430/39295/33345</w:t>
        <w:br/>
        <w:t>f 5429/39296/33295 5432/39293/33343 5430/39295/33345</w:t>
        <w:br/>
        <w:t>f 5375/39241/33296 5434/39297/33346 5433/39298/33347</w:t>
        <w:br/>
        <w:t>f 5377/39239/33294 5375/39241/33296 5433/39298/33347</w:t>
        <w:br/>
        <w:t>f 5377/39239/33294 5433/39298/33347 5372/39238/33293</w:t>
        <w:br/>
        <w:t>f 5332/39198/33259 5330/39194/33255 5331/39193/33254</w:t>
        <w:br/>
        <w:t>f 5436/39299/33348 5383/39245/33300 5381/39247/33302</w:t>
        <w:br/>
        <w:t>f 5435/39300/33349 5436/39299/33348 5381/39247/33302</w:t>
        <w:br/>
        <w:t>f 5332/39198/33259 5437/39301/33350 5330/39194/33255</w:t>
        <w:br/>
        <w:t>f 5440/39302/33351 5439/39303/33352 5438/39304/33353</w:t>
        <w:br/>
        <w:t>f 5440/39302/33351 5442/39305/33354 5441/39306/33355</w:t>
        <w:br/>
        <w:t>f 5439/39303/33352 5440/39302/33351 5441/39306/33355</w:t>
        <w:br/>
        <w:t>f 5441/39306/33355 5442/39305/33354 5443/39307/33356</w:t>
        <w:br/>
        <w:t>f 5446/39308/33357 5445/39309/33357 5444/39310/33358</w:t>
        <w:br/>
        <w:t>f 5443/39307/33356 5446/39308/33357 5444/39310/33358</w:t>
        <w:br/>
        <w:t>f 5445/39309/33357 5446/39308/33357 5448/39311/33359</w:t>
        <w:br/>
        <w:t>f 5447/39312/33359 5445/39309/33357 5448/39311/33359</w:t>
        <w:br/>
        <w:t>f 5442/39305/33354 5440/39302/33351 5449/39313/33360</w:t>
        <w:br/>
        <w:t>f 5450/39314/33361 5449/39313/33360 5440/39302/33351</w:t>
        <w:br/>
        <w:t>f 5437/39301/33350 5333/39197/33258 5450/39314/33361</w:t>
        <w:br/>
        <w:t>f 5453/39315/33362 5452/39316/33363 5451/39317/33364</w:t>
        <w:br/>
        <w:t>f 5379/39243/33298 5454/39318/33365 5378/39244/33299</w:t>
        <w:br/>
        <w:t>f 5386/39248/33303 5456/39319/33366 5455/39320/33367</w:t>
        <w:br/>
        <w:t>f 5451/39317/33364 5386/39248/33303 5455/39320/33367</w:t>
        <w:br/>
        <w:t>f 5451/39317/33364 5452/39316/33363 5457/39321/33368</w:t>
        <w:br/>
        <w:t>f 5460/39322/33369 5459/39323/33370 5458/39324/33371</w:t>
        <w:br/>
        <w:t>f 5462/39325/33372 5461/39326/33373 5452/39316/33363</w:t>
        <w:br/>
        <w:t>f 5465/39327/33374 5464/39328/33375 5463/39329/33376</w:t>
        <w:br/>
        <w:t>f 5462/39325/33372 5466/39330/33377 5464/39328/33375</w:t>
        <w:br/>
        <w:t>f 5465/39327/33374 5462/39325/33372 5464/39328/33375</w:t>
        <w:br/>
        <w:t>f 5442/39305/33354 5462/39325/33372 5465/39327/33374</w:t>
        <w:br/>
        <w:t>f 5467/39331/33378 5442/39305/33354 5465/39327/33374</w:t>
        <w:br/>
        <w:t>f 5467/39331/33378 5465/39327/33374 5463/39329/33376</w:t>
        <w:br/>
        <w:t>f 5468/39332/33379 5467/39331/33378 5463/39329/33376</w:t>
        <w:br/>
        <w:t>f 5470/39333/33380 5469/39334/33381 5468/39332/33379</w:t>
        <w:br/>
        <w:t>f 5463/39329/33376 5470/39333/33380 5468/39332/33379</w:t>
        <w:br/>
        <w:t>f 5473/39335/33382 5472/39336/33383 5471/39337/33384</w:t>
        <w:br/>
        <w:t>f 5476/39338/33385 5475/39339/33386 5474/39340/33385</w:t>
        <w:br/>
        <w:t>f 5477/39341/33387 5367/39228/33286 5364/39231/33275</w:t>
        <w:br/>
        <w:t>f 5478/39342/33388 5477/39341/33387 5364/39231/33275</w:t>
        <w:br/>
        <w:t>f 5480/39343/33389 5479/39344/33390 5305/39170/33232</w:t>
        <w:br/>
        <w:t>f 5306/39169/33231 5480/39343/33389 5305/39170/33232</w:t>
        <w:br/>
        <w:t>f 5345/39209/33270 5481/39345/33391 5357/39222/33280</w:t>
        <w:br/>
        <w:t>f 5346/39210/33271 5345/39209/33270 5357/39222/33280</w:t>
        <w:br/>
        <w:t>f 5481/39345/33391 5345/39209/33270 5340/39205/33266</w:t>
        <w:br/>
        <w:t>f 5482/39346/33392 5481/39345/33391 5340/39205/33266</w:t>
        <w:br/>
        <w:t>f 5309/39172/33234 5399/39264/33317 5483/39347/33393</w:t>
        <w:br/>
        <w:t>f 5308/39173/33235 5309/39172/33234 5483/39347/33393</w:t>
        <w:br/>
        <w:t>f 5340/39205/33266 5341/39204/33265 5484/39348/33394</w:t>
        <w:br/>
        <w:t>f 5482/39346/33392 5340/39205/33266 5484/39348/33394</w:t>
        <w:br/>
        <w:t>f 5327/39190/33251 5328/39189/33250 5342/39207/33268</w:t>
        <w:br/>
        <w:t>f 5335/39199/33260 5327/39190/33251 5342/39207/33268</w:t>
        <w:br/>
        <w:t>f 5383/39245/33300 5436/39299/33348 5485/39349/33395</w:t>
        <w:br/>
        <w:t>f 5486/39350/33396 5383/39245/33300 5485/39349/33395</w:t>
        <w:br/>
        <w:t>f 5321/39185/33247 5322/39184/33246 5391/39256/33311</w:t>
        <w:br/>
        <w:t>f 5487/39351/33397 5321/39185/33247 5391/39256/33311</w:t>
        <w:br/>
        <w:t>f 5330/39194/33255 5489/39352/33398 5488/39353/33399</w:t>
        <w:br/>
        <w:t>f 5493/39354/33400 5492/39355/33401 5491/39356/33402</w:t>
        <w:br/>
        <w:t>f 5490/39357/33403 5493/39354/33400 5491/39356/33402</w:t>
        <w:br/>
        <w:t>f 5497/39358/33404 5496/39359/33405 5495/39360/33406</w:t>
        <w:br/>
        <w:t>f 5494/39361/33407 5497/39358/33404 5495/39360/33406</w:t>
        <w:br/>
        <w:t>f 5500/39362/33408 5499/39363/33409 5498/39364/33410</w:t>
        <w:br/>
        <w:t>f 5503/39365/33411 5502/39366/33412 5501/39367/33413</w:t>
        <w:br/>
        <w:t>f 5503/39365/33411 5505/39368/33414 5504/39369/33415</w:t>
        <w:br/>
        <w:t>f 5502/39366/33412 5503/39365/33411 5504/39369/33415</w:t>
        <w:br/>
        <w:t>f 5507/39370/33416 5506/39371/33417 5330/39194/33255</w:t>
        <w:br/>
        <w:t>f 5330/39194/33255 5506/39371/33417 5489/39352/33398</w:t>
        <w:br/>
        <w:t>f 5509/39372/33418 5493/39354/33400 5508/39373/33419</w:t>
        <w:br/>
        <w:t>f 5510/39374/33420 5509/39372/33418 5508/39373/33419</w:t>
        <w:br/>
        <w:t>f 5509/39372/33418 5511/39375/33421 5492/39355/33401</w:t>
        <w:br/>
        <w:t>f 5493/39354/33400 5509/39372/33418 5492/39355/33401</w:t>
        <w:br/>
        <w:t>f 5513/39376/33417 5505/39368/33414 5512/39377/33422</w:t>
        <w:br/>
        <w:t>f 5509/39372/33418 5513/39376/33417 5512/39377/33422</w:t>
        <w:br/>
        <w:t>f 5505/39368/33414 5503/39365/33411 5514/39378/33423</w:t>
        <w:br/>
        <w:t>f 5512/39377/33422 5505/39368/33414 5514/39378/33423</w:t>
        <w:br/>
        <w:t>f 5515/39379/33424 5440/39302/33351 5438/39304/33353</w:t>
        <w:br/>
        <w:t>f 5517/39380/33425 5499/39363/33409 5516/39381/33426</w:t>
        <w:br/>
        <w:t>f 5520/39382/33427 5519/39383/33428 5518/39384/33429</w:t>
        <w:br/>
        <w:t>f 5521/39385/33430 5520/39382/33427 5518/39384/33429</w:t>
        <w:br/>
        <w:t>f 5512/39377/33422 5522/39386/33431 5511/39375/33421</w:t>
        <w:br/>
        <w:t>f 5509/39372/33418 5512/39377/33422 5511/39375/33421</w:t>
        <w:br/>
        <w:t>f 5522/39386/33431 5512/39377/33422 5514/39378/33423</w:t>
        <w:br/>
        <w:t>f 5459/39323/33370 5522/39386/33431 5514/39378/33423</w:t>
        <w:br/>
        <w:t>f 5503/39365/33411 5498/39364/33410 5523/39387/33432</w:t>
        <w:br/>
        <w:t>f 5514/39378/33423 5503/39365/33411 5523/39387/33432</w:t>
        <w:br/>
        <w:t>f 5525/39388/33433 5524/39389/33434 5521/39385/33430</w:t>
        <w:br/>
        <w:t>f 5518/39384/33429 5525/39388/33433 5521/39385/33430</w:t>
        <w:br/>
        <w:t>f 5526/39390/33435 5515/39379/33424 5438/39304/33353</w:t>
        <w:br/>
        <w:t>f 5464/39328/33375 5466/39330/33377 5527/39391/33371</w:t>
        <w:br/>
        <w:t>f 5460/39322/33369 5528/39392/33436 5522/39386/33431</w:t>
        <w:br/>
        <w:t>f 5459/39323/33370 5460/39322/33369 5522/39386/33431</w:t>
        <w:br/>
        <w:t>f 5528/39392/33436 5530/39393/33437 5529/39394/33438</w:t>
        <w:br/>
        <w:t>f 5529/39394/33438 5531/39395/33439 5492/39355/33401</w:t>
        <w:br/>
        <w:t>f 5511/39375/33421 5529/39394/33438 5492/39355/33401</w:t>
        <w:br/>
        <w:t>f 5534/39396/33440 5533/39397/33441 5532/39398/33442</w:t>
        <w:br/>
        <w:t>f 5508/39373/33419 5493/39354/33400 5490/39357/33403</w:t>
        <w:br/>
        <w:t>f 5535/39399/33443 5508/39373/33419 5490/39357/33403</w:t>
        <w:br/>
        <w:t>f 5428/39292/33342 5537/39400/33444 5536/39401/33445</w:t>
        <w:br/>
        <w:t>f 5427/39289/33339 5428/39292/33342 5536/39401/33445</w:t>
        <w:br/>
        <w:t>f 5539/39402/33446 5428/39292/33342 5538/39403/33447</w:t>
        <w:br/>
        <w:t>f 5427/39289/33339 5541/39404/33448 5540/39405/33449</w:t>
        <w:br/>
        <w:t>f 5426/39290/33340 5427/39289/33339 5540/39405/33449</w:t>
        <w:br/>
        <w:t>f 5545/39406/33450 5544/39407/33451 5543/39408/33452</w:t>
        <w:br/>
        <w:t>f 5542/39409/33453 5545/39406/33450 5543/39408/33452</w:t>
        <w:br/>
        <w:t>f 5541/39404/33448 5548/39410/33454 5547/39411/33455</w:t>
        <w:br/>
        <w:t>f 5546/39412/33456 5541/39404/33448 5547/39411/33455</w:t>
        <w:br/>
        <w:t>f 5551/39413/33457 5550/39414/33391 5549/39415/33392</w:t>
        <w:br/>
        <w:t>f 5543/39408/33452 5551/39413/33457 5549/39415/33392</w:t>
        <w:br/>
        <w:t>f 5550/39414/33391 5551/39413/33457 5553/39416/33458</w:t>
        <w:br/>
        <w:t>f 5552/39417/33459 5550/39414/33391 5553/39416/33458</w:t>
        <w:br/>
        <w:t>f 5556/39418/33460 5555/39419/33461 5554/39420/33462</w:t>
        <w:br/>
        <w:t>f 5553/39416/33458 5556/39418/33460 5554/39420/33462</w:t>
        <w:br/>
        <w:t>f 5553/39416/33458 5554/39420/33462 5557/39421/33463</w:t>
        <w:br/>
        <w:t>f 5552/39417/33459 5553/39416/33458 5557/39421/33463</w:t>
        <w:br/>
        <w:t>f 5522/39386/33431 5528/39392/33436 5529/39394/33438</w:t>
        <w:br/>
        <w:t>f 5561/39422/33464 5560/39423/33465 5559/39424/33466</w:t>
        <w:br/>
        <w:t>f 5558/39425/33467 5561/39422/33464 5559/39424/33466</w:t>
        <w:br/>
        <w:t>f 5537/39400/33444 5428/39292/33342 5494/39361/33407</w:t>
        <w:br/>
        <w:t>f 5495/39360/33406 5537/39400/33444 5494/39361/33407</w:t>
        <w:br/>
        <w:t>f 5548/39410/33454 5541/39404/33448 5427/39289/33339</w:t>
        <w:br/>
        <w:t>f 5536/39401/33445 5548/39410/33454 5427/39289/33339</w:t>
        <w:br/>
        <w:t>f 5562/39426/33468 5543/39408/33452 5544/39407/33451</w:t>
        <w:br/>
        <w:t>f 5563/39427/33469 5562/39426/33468 5544/39407/33451</w:t>
        <w:br/>
        <w:t>f 5565/39428/33470 5562/39426/33468 5563/39427/33469</w:t>
        <w:br/>
        <w:t>f 5564/39429/33471 5565/39428/33470 5563/39427/33469</w:t>
        <w:br/>
        <w:t>f 5543/39408/33452 5562/39426/33468 5566/39430/33472</w:t>
        <w:br/>
        <w:t>f 5551/39413/33457 5543/39408/33452 5566/39430/33472</w:t>
        <w:br/>
        <w:t>f 5556/39418/33460 5553/39416/33458 5551/39413/33457</w:t>
        <w:br/>
        <w:t>f 5566/39430/33472 5556/39418/33460 5551/39413/33457</w:t>
        <w:br/>
        <w:t>f 5569/39431/33473 5568/39432/33474 5567/39433/33475</w:t>
        <w:br/>
        <w:t>f 5570/39434/33476 5569/39431/33473 5567/39433/33475</w:t>
        <w:br/>
        <w:t>f 5570/39434/33476 5572/39435/33477 5571/39436/33478</w:t>
        <w:br/>
        <w:t>f 5569/39431/33473 5570/39434/33476 5571/39436/33478</w:t>
        <w:br/>
        <w:t>f 5556/39418/33460 5574/39437/33479 5573/39438/33480</w:t>
        <w:br/>
        <w:t>f 5555/39419/33461 5556/39418/33460 5573/39438/33480</w:t>
        <w:br/>
        <w:t>f 5578/39439/33481 5577/39440/33482 5576/39441/33482</w:t>
        <w:br/>
        <w:t>f 5575/39442/33483 5578/39439/33481 5576/39441/33482</w:t>
        <w:br/>
        <w:t>f 5556/39418/33460 5566/39430/33472 5579/39443/33484</w:t>
        <w:br/>
        <w:t>f 5574/39437/33479 5556/39418/33460 5579/39443/33484</w:t>
        <w:br/>
        <w:t>f 5566/39430/33472 5562/39426/33468 5565/39428/33470</w:t>
        <w:br/>
        <w:t>f 5579/39443/33484 5566/39430/33472 5565/39428/33470</w:t>
        <w:br/>
        <w:t>f 5547/39411/33455 5548/39410/33454 5581/39444/33485</w:t>
        <w:br/>
        <w:t>f 5580/39445/33486 5547/39411/33455 5581/39444/33485</w:t>
        <w:br/>
        <w:t>f 5419/39285/33336 5420/39284/33335 5583/39446/33470</w:t>
        <w:br/>
        <w:t>f 5582/39447/33487 5419/39285/33336 5583/39446/33470</w:t>
        <w:br/>
        <w:t>f 5581/39444/33485 5548/39410/33454 5536/39401/33445</w:t>
        <w:br/>
        <w:t>f 5584/39448/33488 5581/39444/33485 5536/39401/33445</w:t>
        <w:br/>
        <w:t>f 5511/39375/33421 5522/39386/33431 5529/39394/33438</w:t>
        <w:br/>
        <w:t>f 5495/39360/33406 5586/39449/33489 5585/39450/33490</w:t>
        <w:br/>
        <w:t>f 5537/39400/33444 5495/39360/33406 5585/39450/33490</w:t>
        <w:br/>
        <w:t>f 5516/39381/33426 5588/39451/33491 5587/39452/33492</w:t>
        <w:br/>
        <w:t>f 5518/39384/33429 5516/39381/33426 5587/39452/33492</w:t>
        <w:br/>
        <w:t>f 5518/39384/33429 5587/39452/33492 5589/39453/33493</w:t>
        <w:br/>
        <w:t>f 5525/39388/33433 5518/39384/33429 5589/39453/33493</w:t>
        <w:br/>
        <w:t>f 5516/39381/33426 5591/39454/33494 5590/39455/33495</w:t>
        <w:br/>
        <w:t>f 5593/39456/33496 5592/39457/33497 5588/39451/33491</w:t>
        <w:br/>
        <w:t>f 5590/39455/33495 5593/39456/33496 5588/39451/33491</w:t>
        <w:br/>
        <w:t>f 5596/39458/33498 5595/39459/33499 5594/39460/33498</w:t>
        <w:br/>
        <w:t>f 5597/39461/33500 5587/39452/33492 5592/39457/33497</w:t>
        <w:br/>
        <w:t>f 5589/39453/33493 5587/39452/33492 5597/39461/33500</w:t>
        <w:br/>
        <w:t>f 5598/39462/33501 5589/39453/33493 5597/39461/33500</w:t>
        <w:br/>
        <w:t>f 5587/39452/33492 5588/39451/33491 5592/39457/33497</w:t>
        <w:br/>
        <w:t>f 5600/39463/33346 5430/39295/33345 5431/39294/33344</w:t>
        <w:br/>
        <w:t>f 5599/39464/33502 5600/39463/33346 5431/39294/33344</w:t>
        <w:br/>
        <w:t>f 5603/39465/33503 5602/39466/33479 5601/39467/33504</w:t>
        <w:br/>
        <w:t>f 5604/39468/33505 5603/39465/33503 5601/39467/33504</w:t>
        <w:br/>
        <w:t>f 5606/39469/33506 5601/39467/33504 5602/39466/33479</w:t>
        <w:br/>
        <w:t>f 5605/39470/33484 5606/39469/33506 5602/39466/33479</w:t>
        <w:br/>
        <w:t>f 5605/39470/33484 5583/39446/33470 5420/39284/33335</w:t>
        <w:br/>
        <w:t>f 5606/39469/33506 5605/39470/33484 5420/39284/33335</w:t>
        <w:br/>
        <w:t>f 5609/39471/33507 5608/39472/33485 5607/39473/33508</w:t>
        <w:br/>
        <w:t>f 5610/39474/33509 5609/39471/33507 5607/39473/33508</w:t>
        <w:br/>
        <w:t>f 5324/39188/33249 5611/39475/33510 5339/39202/33263</w:t>
        <w:br/>
        <w:t>f 5298/39161/33223 5324/39188/33249 5339/39202/33263</w:t>
        <w:br/>
        <w:t>f 5389/39252/33307 5607/39473/33508 5608/39472/33485</w:t>
        <w:br/>
        <w:t>f 5612/39476/33488 5389/39252/33307 5608/39472/33485</w:t>
        <w:br/>
        <w:t>f 5424/39287/33338 5614/39477/33511 5613/39478/33512</w:t>
        <w:br/>
        <w:t>f 5423/39288/33311 5424/39287/33338 5613/39478/33512</w:t>
        <w:br/>
        <w:t>f 5617/39479/33513 5616/39480/33514 5615/39481/33515</w:t>
        <w:br/>
        <w:t>f 5620/39482/33516 5619/39483/33517 5618/39484/33518</w:t>
        <w:br/>
        <w:t>f 5621/39485/33519 5620/39482/33516 5618/39484/33518</w:t>
        <w:br/>
        <w:t>f 5621/39485/33519 5623/39486/33520 5622/39487/33521</w:t>
        <w:br/>
        <w:t>f 5620/39482/33516 5621/39485/33519 5622/39487/33521</w:t>
        <w:br/>
        <w:t>f 5616/39480/33514 5624/39488/33522 5623/39486/33520</w:t>
        <w:br/>
        <w:t>f 5621/39485/33519 5616/39480/33514 5623/39486/33520</w:t>
        <w:br/>
        <w:t>f 5433/39298/33347 5434/39297/33346 5625/39489/33523</w:t>
        <w:br/>
        <w:t>f 5617/39479/33513 5433/39298/33347 5625/39489/33523</w:t>
        <w:br/>
        <w:t>f 5628/39490/33524 5627/39491/33525 5626/39492/33521</w:t>
        <w:br/>
        <w:t>f 5629/39493/33520 5628/39490/33524 5626/39492/33521</w:t>
        <w:br/>
        <w:t>f 5628/39490/33524 5629/39493/33520 5630/39494/33526</w:t>
        <w:br/>
        <w:t>f 5630/39494/33526 5632/39495/33523 5631/39496/33527</w:t>
        <w:br/>
        <w:t>f 5633/39497/33528 5600/39463/33346 5599/39464/33502</w:t>
        <w:br/>
        <w:t>f 5632/39495/33523 5600/39463/33346 5633/39497/33528</w:t>
        <w:br/>
        <w:t>f 5637/39498/33529 5636/39499/33530 5635/39500/33531</w:t>
        <w:br/>
        <w:t>f 5634/39501/33532 5637/39498/33529 5635/39500/33531</w:t>
        <w:br/>
        <w:t>f 5636/39499/33530 5639/39502/33533 5638/39503/33534</w:t>
        <w:br/>
        <w:t>f 5635/39500/33531 5636/39499/33530 5638/39503/33534</w:t>
        <w:br/>
        <w:t>f 5639/39502/33533 5641/39504/33535 5640/39505/33536</w:t>
        <w:br/>
        <w:t>f 5638/39503/33534 5639/39502/33533 5640/39505/33536</w:t>
        <w:br/>
        <w:t>f 5641/39504/33535 5643/39506/33537 5642/39507/33538</w:t>
        <w:br/>
        <w:t>f 5640/39505/33536 5641/39504/33535 5642/39507/33538</w:t>
        <w:br/>
        <w:t>f 5644/39508/33539 5642/39507/33538 5643/39506/33537</w:t>
        <w:br/>
        <w:t>f 5642/39507/33538 5644/39508/33539 5645/39509/33540</w:t>
        <w:br/>
        <w:t>f 5560/39423/33465 5642/39507/33538 5645/39509/33540</w:t>
        <w:br/>
        <w:t>f 5648/39510/33541 5647/39511/33542 5646/39512/33543</w:t>
        <w:br/>
        <w:t>f 5635/39500/33531 5638/39503/33534 5649/39513/33544</w:t>
        <w:br/>
        <w:t>f 5650/39514/33545 5635/39500/33531 5649/39513/33544</w:t>
        <w:br/>
        <w:t>f 5638/39503/33534 5640/39505/33536 5651/39515/33546</w:t>
        <w:br/>
        <w:t>f 5649/39513/33544 5638/39503/33534 5651/39515/33546</w:t>
        <w:br/>
        <w:t>f 5651/39515/33546 5640/39505/33536 5642/39507/33538</w:t>
        <w:br/>
        <w:t>f 5642/39507/33538 5560/39423/33465 5651/39515/33546</w:t>
        <w:br/>
        <w:t>f 5560/39423/33465 5561/39422/33464 5652/39516/33547</w:t>
        <w:br/>
        <w:t>f 5655/39517/33548 5654/39518/33549 5653/39519/33550</w:t>
        <w:br/>
        <w:t>f 5655/39517/33548 5656/39520/33551 5648/39510/33541</w:t>
        <w:br/>
        <w:t>f 5654/39518/33549 5655/39517/33548 5648/39510/33541</w:t>
        <w:br/>
        <w:t>f 5648/39510/33541 5656/39520/33551 5647/39511/33542</w:t>
        <w:br/>
        <w:t>f 5646/39512/33543 5647/39511/33542 5657/39521/33552</w:t>
        <w:br/>
        <w:t>f 5660/39522/33553 5659/39523/33554 5658/39524/33555</w:t>
        <w:br/>
        <w:t>f 5659/39523/33554 5661/39525/33556 5637/39498/33529</w:t>
        <w:br/>
        <w:t>f 5634/39501/33532 5659/39523/33554 5637/39498/33529</w:t>
        <w:br/>
        <w:t>f 5627/39491/33525 5663/39526/33557 5662/39527/33558</w:t>
        <w:br/>
        <w:t>f 5626/39492/33521 5627/39491/33525 5662/39527/33558</w:t>
        <w:br/>
        <w:t>f 5665/39528/33559 5664/39529/33560 5620/39482/33516</w:t>
        <w:br/>
        <w:t>f 5622/39487/33521 5665/39528/33559 5620/39482/33516</w:t>
        <w:br/>
        <w:t>f 5664/39529/33560 5666/39530/33561 5619/39483/33517</w:t>
        <w:br/>
        <w:t>f 5620/39482/33516 5664/39529/33560 5619/39483/33517</w:t>
        <w:br/>
        <w:t>f 5669/39531/33562 5668/39532/33563 5667/39533/33564</w:t>
        <w:br/>
        <w:t>f 5668/39532/33563 5671/39534/33565 5670/39535/33565</w:t>
        <w:br/>
        <w:t>f 5667/39533/33564 5668/39532/33563 5670/39535/33565</w:t>
        <w:br/>
        <w:t>f 5671/39534/33565 5673/39536/33566 5672/39537/33567</w:t>
        <w:br/>
        <w:t>f 5670/39535/33565 5671/39534/33565 5672/39537/33567</w:t>
        <w:br/>
        <w:t>f 5673/39536/33566 5675/39538/33568 5674/39539/33569</w:t>
        <w:br/>
        <w:t>f 5672/39537/33567 5673/39536/33566 5674/39539/33569</w:t>
        <w:br/>
        <w:t>f 5675/39538/33568 5678/39540/33570 5677/39541/33571</w:t>
        <w:br/>
        <w:t>f 5676/39542/33572 5675/39538/33568 5677/39541/33571</w:t>
        <w:br/>
        <w:t>f 5675/39538/33568 5680/39543/33573 5679/39544/33574</w:t>
        <w:br/>
        <w:t>f 5678/39540/33570 5675/39538/33568 5679/39544/33574</w:t>
        <w:br/>
        <w:t>f 5680/39543/33573 5675/39538/33568 5682/39545/33575</w:t>
        <w:br/>
        <w:t>f 5681/39546/33575 5680/39543/33573 5682/39545/33575</w:t>
        <w:br/>
        <w:t>f 5684/39547/33576 5683/39548/33577 5681/39546/33575</w:t>
        <w:br/>
        <w:t>f 5682/39545/33575 5684/39547/33576 5681/39546/33575</w:t>
        <w:br/>
        <w:t>f 5684/39547/33576 5686/39549/33578 5685/39550/33578</w:t>
        <w:br/>
        <w:t>f 5683/39548/33577 5684/39547/33576 5685/39550/33578</w:t>
        <w:br/>
        <w:t>f 5686/39549/33578 5687/39551/33579 5685/39550/33578</w:t>
        <w:br/>
        <w:t>f 5690/39552/33580 5689/39553/33581 5688/39554/33582</w:t>
        <w:br/>
        <w:t>f 5679/39544/33574 5690/39552/33580 5688/39554/33582</w:t>
        <w:br/>
        <w:t>f 5693/39555/33583 5692/39556/33584 5691/39557/33585</w:t>
        <w:br/>
        <w:t>f 5678/39540/33570 5679/39544/33574 5688/39554/33582</w:t>
        <w:br/>
        <w:t>f 5693/39555/33583 5695/39558/33586 5694/39559/33587</w:t>
        <w:br/>
        <w:t>f 5692/39556/33584 5693/39555/33583 5694/39559/33587</w:t>
        <w:br/>
        <w:t>f 5694/39559/33587 5695/39558/33586 5696/39560/33588</w:t>
        <w:br/>
        <w:t>f 5666/39530/33561 5664/39529/33560 5697/39561/33589</w:t>
        <w:br/>
        <w:t>f 5690/39552/33580 5699/39562/33590 5698/39563/33590</w:t>
        <w:br/>
        <w:t>f 5689/39553/33581 5690/39552/33580 5698/39563/33590</w:t>
        <w:br/>
        <w:t>f 5699/39562/33590 5701/39564/33591 5700/39565/33591</w:t>
        <w:br/>
        <w:t>f 5698/39563/33590 5699/39562/33590 5700/39565/33591</w:t>
        <w:br/>
        <w:t>f 5701/39564/33591 5703/39566/33592 5702/39567/33593</w:t>
        <w:br/>
        <w:t>f 5700/39565/33591 5701/39564/33591 5702/39567/33593</w:t>
        <w:br/>
        <w:t>f 5696/39560/33588 5697/39561/33589 5664/39529/33560</w:t>
        <w:br/>
        <w:t>f 5702/39567/33593 5703/39566/33592 5705/39568/33594</w:t>
        <w:br/>
        <w:t>f 5704/39569/33595 5702/39567/33593 5705/39568/33594</w:t>
        <w:br/>
        <w:t>f 5705/39568/33594 5706/39570/33552 5704/39569/33595</w:t>
        <w:br/>
        <w:t>f 5704/39569/33595 5706/39570/33552 5708/39571/33542</w:t>
        <w:br/>
        <w:t>f 5707/39572/33596 5704/39569/33595 5708/39571/33542</w:t>
        <w:br/>
        <w:t>f 5711/39573/33597 5710/39574/33598 5709/39575/33599</w:t>
        <w:br/>
        <w:t>f 5710/39574/33598 5711/39573/33597 5713/39576/33547</w:t>
        <w:br/>
        <w:t>f 5712/39577/33600 5710/39574/33598 5713/39576/33547</w:t>
        <w:br/>
        <w:t>f 5659/39523/33554 5660/39522/33553 5715/39578/33601</w:t>
        <w:br/>
        <w:t>f 5714/39579/33602 5659/39523/33554 5715/39578/33601</w:t>
        <w:br/>
        <w:t>f 5714/39579/33602 5661/39525/33556 5659/39523/33554</w:t>
        <w:br/>
        <w:t>f 5718/39580/33603 5717/39581/33604 5716/39582/33605</w:t>
        <w:br/>
        <w:t>f 5720/39583/33584 5717/39581/33604 5718/39580/33603</w:t>
        <w:br/>
        <w:t>f 5719/39584/33606 5720/39583/33584 5718/39580/33603</w:t>
        <w:br/>
        <w:t>f 5723/39585/33607 5722/39586/33608 5721/39587/33609</w:t>
        <w:br/>
        <w:t>f 5723/39585/33607 5725/39588/33610 5724/39589/33611</w:t>
        <w:br/>
        <w:t>f 5729/39590/33612 5728/39591/33613 5727/39592/33614</w:t>
        <w:br/>
        <w:t>f 5726/39593/33612 5729/39590/33612 5727/39592/33614</w:t>
        <w:br/>
        <w:t>f 5729/39590/33612 5726/39593/33612 5731/39594/33615</w:t>
        <w:br/>
        <w:t>f 5730/39595/33616 5729/39590/33612 5731/39594/33615</w:t>
        <w:br/>
        <w:t>f 5730/39595/33616 5731/39594/33615 5732/39596/33617</w:t>
        <w:br/>
        <w:t>f 5733/39597/33618 5730/39595/33616 5732/39596/33617</w:t>
        <w:br/>
        <w:t>f 5732/39596/33617 5734/39598/33619 5733/39597/33618</w:t>
        <w:br/>
        <w:t>f 5661/39525/33556 5714/39579/33602 5735/39599/33620</w:t>
        <w:br/>
        <w:t>f 5736/39600/33621 5661/39525/33556 5735/39599/33620</w:t>
        <w:br/>
        <w:t>f 5738/39601/33622 5737/39602/33623 5736/39600/33621</w:t>
        <w:br/>
        <w:t>f 5735/39599/33620 5738/39601/33622 5736/39600/33621</w:t>
        <w:br/>
        <w:t>f 5740/39603/33624 5725/39588/33610 5739/39604/33625</w:t>
        <w:br/>
        <w:t>f 5744/39605/33626 5743/39606/33627 5742/39607/33627</w:t>
        <w:br/>
        <w:t>f 5741/39608/33626 5744/39605/33626 5742/39607/33627</w:t>
        <w:br/>
        <w:t>f 5741/39608/33626 5745/39609/33628 5732/39596/33617</w:t>
        <w:br/>
        <w:t>f 5744/39605/33626 5741/39608/33626 5732/39596/33617</w:t>
        <w:br/>
        <w:t>f 5732/39596/33617 5745/39609/33628 5734/39598/33619</w:t>
        <w:br/>
        <w:t>f 5746/39610/33629 5742/39607/33627 5743/39606/33627</w:t>
        <w:br/>
        <w:t>f 5747/39611/33630 5746/39610/33629 5743/39606/33627</w:t>
        <w:br/>
        <w:t>f 5748/39612/33631 5660/39522/33553 5658/39524/33555</w:t>
        <w:br/>
        <w:t>f 5752/39613/33632 5751/39614/33632 5750/39615/33633</w:t>
        <w:br/>
        <w:t>f 5749/39616/33634 5752/39613/33632 5750/39615/33633</w:t>
        <w:br/>
        <w:t>f 5740/39603/33624 5750/39615/33635 5746/39610/33636</w:t>
        <w:br/>
        <w:t>f 5735/39599/33620 5753/39617/33637 5751/39614/33632</w:t>
        <w:br/>
        <w:t>f 5752/39613/33632 5735/39599/33620 5751/39614/33632</w:t>
        <w:br/>
        <w:t>f 5714/39579/33602 5715/39578/33601 5753/39617/33637</w:t>
        <w:br/>
        <w:t>f 5735/39599/33620 5714/39579/33602 5753/39617/33637</w:t>
        <w:br/>
        <w:t>f 5755/39618/33638 5314/39176/33238 5316/39181/33243</w:t>
        <w:br/>
        <w:t>f 5754/39619/33639 5755/39618/33638 5316/39181/33243</w:t>
        <w:br/>
        <w:t>f 5530/39393/33437 5756/39620/33640 5531/39395/33439</w:t>
        <w:br/>
        <w:t>f 5529/39394/33438 5530/39393/33437 5531/39395/33439</w:t>
        <w:br/>
        <w:t>f 5390/39251/33306 5757/39621/33641 5607/39473/33508</w:t>
        <w:br/>
        <w:t>f 5389/39252/33307 5390/39251/33306 5607/39473/33508</w:t>
        <w:br/>
        <w:t>f 5546/39412/33456 5758/39622/33642 5540/39405/33449</w:t>
        <w:br/>
        <w:t>f 5541/39404/33448 5546/39412/33456 5540/39405/33449</w:t>
        <w:br/>
        <w:t>f 5610/39474/33509 5607/39473/33508 5757/39621/33641</w:t>
        <w:br/>
        <w:t>f 5759/39623/33643 5610/39474/33509 5757/39621/33641</w:t>
        <w:br/>
        <w:t>f 5606/39469/33506 5420/39284/33335 5418/39281/33332</w:t>
        <w:br/>
        <w:t>f 5760/39624/33644 5606/39469/33506 5418/39281/33332</w:t>
        <w:br/>
        <w:t>f 5760/39624/33644 5761/39625/33645 5601/39467/33504</w:t>
        <w:br/>
        <w:t>f 5606/39469/33506 5760/39624/33644 5601/39467/33504</w:t>
        <w:br/>
        <w:t>f 5764/39626/33646 5763/39627/33647 5762/39628/33390</w:t>
        <w:br/>
        <w:t>f 5765/39629/33389 5764/39626/33646 5762/39628/33390</w:t>
        <w:br/>
        <w:t>f 5604/39468/33505 5601/39467/33504 5761/39625/33645</w:t>
        <w:br/>
        <w:t>f 5766/39630/33648 5604/39468/33505 5761/39625/33645</w:t>
        <w:br/>
        <w:t>f 5767/39631/33605 5696/39560/33588 5664/39529/33560</w:t>
        <w:br/>
        <w:t>f 5768/39632/33649 5711/39573/33548 5618/39484/33518</w:t>
        <w:br/>
        <w:t>f 5621/39485/33519 5618/39484/33518 5615/39481/33515</w:t>
        <w:br/>
        <w:t>f 5616/39480/33514 5621/39485/33519 5615/39481/33515</w:t>
        <w:br/>
        <w:t>f 5727/39592/33614 5725/39588/33610 5740/39603/33624</w:t>
        <w:br/>
        <w:t>f 5724/39589/33611 5725/39588/33610 5727/39592/33614</w:t>
        <w:br/>
        <w:t>f 5728/39591/33613 5724/39589/33611 5727/39592/33614</w:t>
        <w:br/>
        <w:t>f 5674/39539/33569 5675/39538/33568 5676/39542/33572</w:t>
        <w:br/>
        <w:t>f 5767/39631/33605 5694/39559/33587 5696/39560/33588</w:t>
        <w:br/>
        <w:t>f 5769/39633/33650 5691/39557/33651 5677/39541/33571</w:t>
        <w:br/>
        <w:t>f 5720/39583/33584 5719/39584/33606 5721/39587/33609</w:t>
        <w:br/>
        <w:t>f 5719/39584/33606 5723/39585/33607 5721/39587/33609</w:t>
        <w:br/>
        <w:t>f 5737/39602/33623 5738/39601/33622 5740/39603/33652</w:t>
        <w:br/>
        <w:t>f 5723/39585/33607 5737/39602/33623 5740/39603/33652</w:t>
        <w:br/>
        <w:t>f 5665/39528/33559 5767/39631/33605 5664/39529/33560</w:t>
        <w:br/>
        <w:t>f 5662/39527/33558 5663/39526/33557 5716/39582/33605</w:t>
        <w:br/>
        <w:t>f 5663/39526/33557 5718/39580/33603 5716/39582/33605</w:t>
        <w:br/>
        <w:t>f 5472/39336/33383 5770/39634/33653 5471/39337/33384</w:t>
        <w:br/>
        <w:t>f 5722/39586/33608 5723/39585/33607 5724/39589/33611</w:t>
        <w:br/>
        <w:t>f 5746/39610/33636 5727/39592/33614 5740/39603/33624</w:t>
        <w:br/>
        <w:t>f 5678/39540/33570 5688/39554/33582 5677/39541/33571</w:t>
        <w:br/>
        <w:t>f 5688/39554/33582 5693/39555/33583 5691/39557/33585</w:t>
        <w:br/>
        <w:t>f 5708/39571/33542 5768/39632/33649 5618/39484/33518</w:t>
        <w:br/>
        <w:t>f 5619/39483/33517 5708/39571/33542 5618/39484/33518</w:t>
        <w:br/>
        <w:t>f 5655/39517/33597 5651/39515/33546 5652/39516/33547</w:t>
        <w:br/>
        <w:t>f 5712/39577/33600 5713/39576/33547 5771/39635/33654</w:t>
        <w:br/>
        <w:t>f 5772/39636/33655 5712/39577/33600 5771/39635/33654</w:t>
        <w:br/>
        <w:t>f 5533/39397/33441 5774/39637/33656 5773/39638/33298</w:t>
        <w:br/>
        <w:t>f 5773/39638/33298 5775/39639/33657 5532/39398/33442</w:t>
        <w:br/>
        <w:t>f 5504/39369/33415 5505/39368/33414 5776/39640/33255</w:t>
        <w:br/>
        <w:t>f 5444/39310/33358 5441/39306/33355 5443/39307/33356</w:t>
        <w:br/>
        <w:t>f 5591/39454/33494 5516/39381/33426 5499/39363/33409</w:t>
        <w:br/>
        <w:t>f 5635/39500/33531 5650/39514/33545 5777/39641/33658</w:t>
        <w:br/>
        <w:t>f 5634/39501/33532 5635/39500/33531 5777/39641/33658</w:t>
        <w:br/>
        <w:t>f 5658/39524/33555 5659/39523/33554 5634/39501/33532</w:t>
        <w:br/>
        <w:t>f 5646/39512/33543 5657/39521/33552 5658/39524/33555</w:t>
        <w:br/>
        <w:t>f 5634/39501/33532 5646/39512/33543 5658/39524/33555</w:t>
        <w:br/>
        <w:t>f 5657/39521/33552 5748/39612/33631 5658/39524/33555</w:t>
        <w:br/>
        <w:t>f 5651/39515/33546 5560/39423/33465 5652/39516/33547</w:t>
        <w:br/>
        <w:t>f 5369/39233/33289 5338/39203/33264 5779/39642/33659</w:t>
        <w:br/>
        <w:t>f 5778/39643/33660 5369/39233/33289 5779/39642/33659</w:t>
        <w:br/>
        <w:t>f 5778/39643/33660 5779/39642/33659 5337/39200/33261</w:t>
        <w:br/>
        <w:t>f 5368/39232/33236 5778/39643/33660 5337/39200/33261</w:t>
        <w:br/>
        <w:t>f 5338/39203/33264 5339/39202/33263 5780/39644/33661</w:t>
        <w:br/>
        <w:t>f 5779/39642/33659 5338/39203/33264 5780/39644/33661</w:t>
        <w:br/>
        <w:t>f 5779/39642/33659 5780/39644/33661 5336/39201/33262</w:t>
        <w:br/>
        <w:t>f 5337/39200/33261 5779/39642/33659 5336/39201/33262</w:t>
        <w:br/>
        <w:t>f 5611/39475/33510 5781/39645/33662 5780/39644/33661</w:t>
        <w:br/>
        <w:t>f 5339/39202/33263 5611/39475/33510 5780/39644/33661</w:t>
        <w:br/>
        <w:t>f 5780/39644/33661 5781/39645/33662 5336/39201/33262</w:t>
        <w:br/>
        <w:t>f 5307/39174/33236 5308/39173/33235 5783/39646/33663</w:t>
        <w:br/>
        <w:t>f 5782/39647/33660 5307/39174/33236 5783/39646/33663</w:t>
        <w:br/>
        <w:t>f 5782/39647/33660 5783/39646/33663 5398/39261/33315</w:t>
        <w:br/>
        <w:t>f 5784/39648/33664 5782/39647/33660 5398/39261/33315</w:t>
        <w:br/>
        <w:t>f 5308/39173/33235 5483/39347/33393 5785/39649/33665</w:t>
        <w:br/>
        <w:t>f 5783/39646/33663 5308/39173/33235 5785/39649/33665</w:t>
        <w:br/>
        <w:t>f 5783/39646/33663 5785/39649/33665 5397/39262/33314</w:t>
        <w:br/>
        <w:t>f 5398/39261/33315 5783/39646/33663 5397/39262/33314</w:t>
        <w:br/>
        <w:t>f 5421/39283/33334 5787/39650/33666 5786/39651/33666</w:t>
        <w:br/>
        <w:t>f 5422/39286/33337 5421/39283/33334 5786/39651/33666</w:t>
        <w:br/>
        <w:t>f 5787/39650/33666 5395/39257/33312 5396/39260/33314</w:t>
        <w:br/>
        <w:t>f 5786/39651/33666 5787/39650/33666 5396/39260/33314</w:t>
        <w:br/>
        <w:t>f 5341/39204/33265 5789/39652/33667 5788/39653/33668</w:t>
        <w:br/>
        <w:t>f 5484/39348/33394 5341/39204/33265 5788/39653/33668</w:t>
        <w:br/>
        <w:t>f 5789/39652/33667 5343/39206/33267 5344/39208/33269</w:t>
        <w:br/>
        <w:t>f 5788/39653/33668 5789/39652/33667 5344/39208/33269</w:t>
        <w:br/>
        <w:t>f 5758/39622/33642 5546/39412/33456 5791/39654/33669</w:t>
        <w:br/>
        <w:t>f 5790/39655/33670 5758/39622/33642 5791/39654/33669</w:t>
        <w:br/>
        <w:t>f 5790/39655/33670 5791/39654/33669 5544/39407/33451</w:t>
        <w:br/>
        <w:t>f 5545/39406/33450 5790/39655/33670 5544/39407/33451</w:t>
        <w:br/>
        <w:t>f 5544/39407/33451 5791/39654/33669 5792/39656/33671</w:t>
        <w:br/>
        <w:t>f 5563/39427/33469 5544/39407/33451 5792/39656/33671</w:t>
        <w:br/>
        <w:t>f 5791/39654/33669 5546/39412/33456 5547/39411/33455</w:t>
        <w:br/>
        <w:t>f 5792/39656/33671 5791/39654/33669 5547/39411/33455</w:t>
        <w:br/>
        <w:t>f 5580/39445/33486 5793/39657/33672 5792/39656/33671</w:t>
        <w:br/>
        <w:t>f 5547/39411/33455 5580/39445/33486 5792/39656/33671</w:t>
        <w:br/>
        <w:t>f 5793/39657/33672 5564/39429/33471 5563/39427/33469</w:t>
        <w:br/>
        <w:t>f 5792/39656/33671 5793/39657/33672 5563/39427/33469</w:t>
        <w:br/>
        <w:t>f 5610/39474/33509 5759/39623/33643 5795/39658/33673</w:t>
        <w:br/>
        <w:t>f 5794/39659/33674 5610/39474/33509 5795/39658/33673</w:t>
        <w:br/>
        <w:t>f 5794/39659/33674 5795/39658/33673 5421/39283/33334</w:t>
        <w:br/>
        <w:t>f 5419/39285/33336 5794/39659/33674 5421/39283/33334</w:t>
        <w:br/>
        <w:t>f 5610/39474/33509 5794/39659/33674 5796/39660/33672</w:t>
        <w:br/>
        <w:t>f 5609/39471/33507 5610/39474/33509 5796/39660/33672</w:t>
        <w:br/>
        <w:t>f 5794/39659/33674 5419/39285/33336 5582/39447/33487</w:t>
        <w:br/>
        <w:t>f 5796/39660/33672 5794/39659/33674 5582/39447/33487</w:t>
        <w:br/>
        <w:t>f 5398/39261/33315 5370/39234/33290 5371/39235/33237</w:t>
        <w:br/>
        <w:t>f 5784/39648/33664 5398/39261/33315 5371/39235/33237</w:t>
        <w:br/>
        <w:t>f 5781/39645/33662 5611/39475/33510 5343/39206/33267</w:t>
        <w:br/>
        <w:t>f 5789/39652/33667 5781/39645/33662 5343/39206/33267</w:t>
        <w:br/>
        <w:t>f 5611/39475/33510 5324/39188/33249 5335/39199/33260</w:t>
        <w:br/>
        <w:t>f 5343/39206/33267 5611/39475/33510 5335/39199/33260</w:t>
        <w:br/>
        <w:t>f 5336/39201/33262 5781/39645/33662 5789/39652/33667</w:t>
        <w:br/>
        <w:t>f 5341/39204/33265 5336/39201/33262 5789/39652/33667</w:t>
        <w:br/>
        <w:t>f 5389/39252/33307 5612/39476/33488 5797/39661/33675</w:t>
        <w:br/>
        <w:t>f 5388/39253/33308 5389/39252/33307 5797/39661/33675</w:t>
        <w:br/>
        <w:t>f 5456/39319/33366 5386/39248/33303 5798/39662/33676</w:t>
        <w:br/>
        <w:t>f 5461/39326/33373 5457/39321/33368 5452/39316/33363</w:t>
        <w:br/>
        <w:t>f 5385/39249/33304 5386/39248/33303 5451/39317/33364</w:t>
        <w:br/>
        <w:t>f 5453/39315/33362 5466/39330/33377 5452/39316/33363</w:t>
        <w:br/>
        <w:t>f 5498/39364/33410 5499/39363/33409 5517/39380/33425</w:t>
        <w:br/>
        <w:t>f 5523/39387/33432 5498/39364/33410 5517/39380/33425</w:t>
        <w:br/>
        <w:t>f 5466/39330/33377 5453/39315/33362 5527/39391/33371</w:t>
        <w:br/>
        <w:t>f 5459/39323/33370 5799/39663/33677 5458/39324/33371</w:t>
        <w:br/>
        <w:t>f 5588/39451/33491 5516/39381/33426 5590/39455/33495</w:t>
        <w:br/>
        <w:t>f 5469/39334/33381 5470/39333/33380 5801/39664/33678</w:t>
        <w:br/>
        <w:t>f 5800/39665/33679 5469/39334/33381 5801/39664/33678</w:t>
        <w:br/>
        <w:t>f 5592/39457/33497 5593/39456/33496 5802/39666/33680</w:t>
        <w:br/>
        <w:t>f 5597/39461/33500 5592/39457/33497 5802/39666/33680</w:t>
        <w:br/>
        <w:t>f 5800/39665/33679 5801/39664/33678 5770/39634/33653</w:t>
        <w:br/>
        <w:t>f 5472/39336/33383 5800/39665/33679 5770/39634/33653</w:t>
        <w:br/>
        <w:t>f 5800/39665/33679 5472/39336/33383 5473/39335/33382</w:t>
        <w:br/>
        <w:t>f 5803/39667/33681 5800/39665/33679 5473/39335/33382</w:t>
        <w:br/>
        <w:t>f 5596/39458/33498 5594/39460/33498 5597/39461/33500</w:t>
        <w:br/>
        <w:t>f 5802/39666/33680 5596/39458/33498 5597/39461/33500</w:t>
        <w:br/>
        <w:t>f 5476/39338/33385 5474/39340/33385 5598/39462/33501</w:t>
        <w:br/>
        <w:t>f 5597/39461/33500 5476/39338/33385 5598/39462/33501</w:t>
        <w:br/>
        <w:t>f 5448/39311/33359 5800/39665/33679 5803/39667/33681</w:t>
        <w:br/>
        <w:t>f 5447/39312/33359 5448/39311/33359 5803/39667/33681</w:t>
        <w:br/>
        <w:t>f 5361/39225/33283 5362/39224/33282 5804/39668/33682</w:t>
        <w:br/>
        <w:t>f 5805/39669/33683 5361/39225/33283 5804/39668/33682</w:t>
        <w:br/>
        <w:t>f 5301/39168/33230 5347/39212/33273 5348/39211/33272</w:t>
        <w:br/>
        <w:t>f 5304/39165/33227 5301/39168/33230 5348/39211/33272</w:t>
        <w:br/>
        <w:t>f 5347/39212/33273 5301/39168/33230 5356/39217/33277</w:t>
        <w:br/>
        <w:t>f 5350/39213/33274 5347/39212/33273 5356/39217/33277</w:t>
        <w:br/>
        <w:t>f 5358/39221/33279 5306/39169/33231 5304/39165/33227</w:t>
        <w:br/>
        <w:t>f 5348/39211/33272 5358/39221/33279 5304/39165/33227</w:t>
        <w:br/>
        <w:t>f 5360/39226/33284 5361/39225/33283 5477/39341/33387</w:t>
        <w:br/>
        <w:t>f 5478/39342/33388 5360/39226/33284 5477/39341/33387</w:t>
        <w:br/>
        <w:t>f 5477/39341/33387 5361/39225/33283 5805/39669/33683</w:t>
        <w:br/>
        <w:t>f 5408/39270/33323 5477/39341/33387 5805/39669/33683</w:t>
        <w:br/>
        <w:t>f 5402/39269/33322 5403/39268/33321 5411/39274/33326</w:t>
        <w:br/>
        <w:t>f 5412/39273/33324 5402/39269/33322 5411/39274/33326</w:t>
        <w:br/>
        <w:t>f 5306/39169/33231 5358/39221/33279 5359/39223/33281</w:t>
        <w:br/>
        <w:t>f 5480/39343/33389 5306/39169/33231 5359/39223/33281</w:t>
        <w:br/>
        <w:t>f 5554/39420/33462 5567/39433/33475 5765/39629/33389</w:t>
        <w:br/>
        <w:t>f 5557/39421/33463 5554/39420/33462 5765/39629/33389</w:t>
        <w:br/>
        <w:t>f 5570/39434/33476 5567/39433/33475 5554/39420/33462</w:t>
        <w:br/>
        <w:t>f 5555/39419/33461 5570/39434/33476 5554/39420/33462</w:t>
        <w:br/>
        <w:t>f 5555/39419/33461 5573/39438/33480 5572/39435/33477</w:t>
        <w:br/>
        <w:t>f 5570/39434/33476 5555/39419/33461 5572/39435/33477</w:t>
        <w:br/>
        <w:t>f 5411/39274/33326 5403/39268/33321 5413/39278/33330</w:t>
        <w:br/>
        <w:t>f 5604/39468/33505 5411/39274/33326 5413/39278/33330</w:t>
        <w:br/>
        <w:t>f 5604/39468/33505 5413/39278/33330 5575/39442/33483</w:t>
        <w:br/>
        <w:t>f 5603/39465/33503 5604/39468/33505 5575/39442/33483</w:t>
        <w:br/>
        <w:t>f 5346/39210/33271 5358/39221/33279 5348/39211/33272</w:t>
        <w:br/>
        <w:t>f 5300/39163/33225 5346/39210/33271 5348/39211/33272</w:t>
        <w:br/>
        <w:t>f 5631/39496/33527 5632/39495/33523 5633/39497/33528</w:t>
        <w:br/>
        <w:t>f 5494/39361/33407 5807/39670/33684 5806/39671/33685</w:t>
        <w:br/>
        <w:t>f 5497/39358/33404 5494/39361/33407 5806/39671/33685</w:t>
        <w:br/>
        <w:t>f 5798/39662/33676 5378/39244/33299 5454/39318/33365</w:t>
        <w:br/>
        <w:t>f 5624/39488/33522 5616/39480/33514 5625/39489/33523</w:t>
        <w:br/>
        <w:t>f 5808/39672/33686 5628/39490/33524 5630/39494/33526</w:t>
        <w:br/>
        <w:t>f 5808/39672/33686 5630/39494/33526 5631/39496/33527</w:t>
        <w:br/>
        <w:t>f 5437/39301/33350 5809/39673/33687 5330/39194/33255</w:t>
        <w:br/>
        <w:t>f 5333/39197/33258 5437/39301/33350 5332/39198/33259</w:t>
        <w:br/>
        <w:t>f 5437/39301/33350 5515/39379/33424 5526/39390/33435</w:t>
        <w:br/>
        <w:t>f 5515/39379/33424 5437/39301/33350 5450/39314/33361</w:t>
        <w:br/>
        <w:t>f 5798/39662/33676 5386/39248/33303 5334/39196/33257</w:t>
        <w:br/>
        <w:t>f 5331/39193/33254 5329/39195/33256 5381/39247/33302</w:t>
        <w:br/>
        <w:t>f 5382/39246/33301 5331/39193/33254 5381/39247/33302</w:t>
        <w:br/>
        <w:t>f 5382/39246/33301 5755/39618/33638 5334/39196/33257</w:t>
        <w:br/>
        <w:t>f 5331/39193/33254 5382/39246/33301 5334/39196/33257</w:t>
        <w:br/>
        <w:t>f 5329/39195/33256 5488/39353/33399 5435/39300/33349</w:t>
        <w:br/>
        <w:t>f 5381/39247/33302 5329/39195/33256 5435/39300/33349</w:t>
        <w:br/>
        <w:t>f 5497/39358/33404 5806/39671/33685 5535/39399/33443</w:t>
        <w:br/>
        <w:t>f 5490/39357/33403 5497/39358/33404 5535/39399/33443</w:t>
        <w:br/>
        <w:t>f 5490/39357/33403 5491/39356/33402 5496/39359/33405</w:t>
        <w:br/>
        <w:t>f 5497/39358/33404 5490/39357/33403 5496/39359/33405</w:t>
        <w:br/>
        <w:t>f 5313/39177/33239 5314/39176/33238 5755/39618/33638</w:t>
        <w:br/>
        <w:t>f 5382/39246/33301 5313/39177/33239 5755/39618/33638</w:t>
        <w:br/>
        <w:t>f 5754/39619/33639 5798/39662/33676 5755/39618/33638</w:t>
        <w:br/>
        <w:t>f 5755/39618/33638 5798/39662/33676 5334/39196/33257</w:t>
        <w:br/>
        <w:t>f 5433/39298/33347 5810/39674/33688 5372/39238/33293</w:t>
        <w:br/>
        <w:t>f 5313/39177/33239 5383/39245/33300 5486/39350/33396</w:t>
        <w:br/>
        <w:t>f 5312/39178/33240 5313/39177/33239 5486/39350/33396</w:t>
        <w:br/>
        <w:t>f 5811/39675/33689 5380/39242/33297 5378/39244/33299</w:t>
        <w:br/>
        <w:t>f 5429/39296/33295 5613/39478/33512 5614/39477/33511</w:t>
        <w:br/>
        <w:t>f 5432/39293/33343 5429/39296/33295 5614/39477/33511</w:t>
        <w:br/>
        <w:t>f 5288/39152/33214 5317/39180/33242 5315/39179/33241</w:t>
        <w:br/>
        <w:t>f 5287/39153/33215 5288/39152/33214 5315/39179/33241</w:t>
        <w:br/>
        <w:t>f 5812/39676/33690 5288/39152/33214 5291/39156/33218</w:t>
        <w:br/>
        <w:t>f 5813/39677/33691 5812/39676/33690 5291/39156/33218</w:t>
        <w:br/>
        <w:t>f 5319/39182/33244 5287/39153/33215 5315/39179/33241</w:t>
        <w:br/>
        <w:t>f 5312/39178/33240 5319/39182/33244 5315/39179/33241</w:t>
        <w:br/>
        <w:t>f 5326/39191/33252 5319/39182/33244 5312/39178/33240</w:t>
        <w:br/>
        <w:t>f 5486/39350/33396 5326/39191/33252 5312/39178/33240</w:t>
        <w:br/>
        <w:t>f 5321/39185/33247 5373/39237/33292 5374/39236/33291</w:t>
        <w:br/>
        <w:t>f 5320/39186/33218 5321/39185/33247 5374/39236/33291</w:t>
        <w:br/>
        <w:t>f 5487/39351/33397 5376/39240/33295 5373/39237/33292</w:t>
        <w:br/>
        <w:t>f 5321/39185/33247 5487/39351/33397 5373/39237/33292</w:t>
        <w:br/>
        <w:t>f 5486/39350/33396 5485/39349/33395 5325/39192/33253</w:t>
        <w:br/>
        <w:t>f 5326/39191/33252 5486/39350/33396 5325/39192/33253</w:t>
        <w:br/>
        <w:t>f 5428/39292/33342 5425/39291/33341 5538/39403/33447</w:t>
        <w:br/>
        <w:t>f 5807/39670/33684 5494/39361/33407 5538/39403/33692</w:t>
        <w:br/>
        <w:t>f 5811/39675/33689 5812/39676/33690 5813/39677/33691</w:t>
        <w:br/>
        <w:t>f 5380/39242/33297 5811/39675/33689 5813/39677/33691</w:t>
        <w:br/>
        <w:t>f 5515/39379/33424 5450/39314/33361 5440/39302/33351</w:t>
        <w:br/>
        <w:t>f 5462/39325/33372 5442/39305/33354 5449/39313/33360</w:t>
        <w:br/>
        <w:t>f 5616/39480/33514 5617/39479/33513 5625/39489/33523</w:t>
        <w:br/>
        <w:t>f 5433/39298/33347 5617/39479/33513 5810/39674/33688</w:t>
        <w:br/>
        <w:t>f 5810/39674/33688 5617/39479/33513 5615/39481/33515</w:t>
        <w:br/>
        <w:t>f 5492/39355/33401 5531/39395/33439 5534/39396/33440</w:t>
        <w:br/>
        <w:t>f 5491/39356/33402 5492/39355/33401 5534/39396/33440</w:t>
        <w:br/>
        <w:t>f 5388/39253/33308 5797/39661/33675 5558/39425/33467</w:t>
        <w:br/>
        <w:t>f 5559/39424/33466 5388/39253/33308 5558/39425/33467</w:t>
        <w:br/>
        <w:t>f 5387/39254/33309 5388/39253/33308 5559/39424/33466</w:t>
        <w:br/>
        <w:t>f 5814/39678/33693 5387/39254/33309 5559/39424/33466</w:t>
        <w:br/>
        <w:t>f 5491/39356/33402 5534/39396/33440 5496/39359/33405</w:t>
        <w:br/>
        <w:t>f 5814/39678/33693 5559/39424/33466 5560/39423/33465</w:t>
        <w:br/>
        <w:t>f 5645/39509/33540 5814/39678/33693 5560/39423/33465</w:t>
        <w:br/>
        <w:t>f 5454/39318/33365 5456/39319/33366 5798/39662/33676</w:t>
        <w:br/>
        <w:t>f 5385/39249/33304 5451/39317/33364 5457/39321/33368</w:t>
        <w:br/>
        <w:t>f 5455/39320/33367 5453/39315/33362 5451/39317/33364</w:t>
        <w:br/>
        <w:t>f 5809/39673/33687 5437/39301/33350 5526/39390/33435</w:t>
        <w:br/>
        <w:t>f 5524/39389/33434 5458/39324/33371 5799/39663/33677</w:t>
        <w:br/>
        <w:t>f 5521/39385/33430 5524/39389/33434 5799/39663/33677</w:t>
        <w:br/>
        <w:t>f 5498/39364/33410 5503/39365/33411 5501/39367/33413</w:t>
        <w:br/>
        <w:t>f 5500/39362/33408 5498/39364/33410 5501/39367/33413</w:t>
        <w:br/>
        <w:t>f 5523/39387/33432 5520/39382/33427 5521/39385/33430</w:t>
        <w:br/>
        <w:t>f 5799/39663/33677 5523/39387/33432 5521/39385/33430</w:t>
        <w:br/>
        <w:t>f 5514/39378/33423 5523/39387/33432 5799/39663/33677</w:t>
        <w:br/>
        <w:t>f 5459/39323/33370 5514/39378/33423 5799/39663/33677</w:t>
        <w:br/>
        <w:t>f 5466/39330/33377 5462/39325/33372 5452/39316/33363</w:t>
        <w:br/>
        <w:t>f 5537/39400/33444 5585/39450/33490 5584/39448/33488</w:t>
        <w:br/>
        <w:t>f 5536/39401/33445 5537/39400/33444 5584/39448/33488</w:t>
        <w:br/>
        <w:t>f 5531/39395/33439 5756/39620/33640 5533/39397/33441</w:t>
        <w:br/>
        <w:t>f 5534/39396/33440 5531/39395/33439 5533/39397/33441</w:t>
        <w:br/>
        <w:t>f 5532/39398/33442 5533/39397/33441 5773/39638/33298</w:t>
        <w:br/>
        <w:t>f 5534/39396/33440 5532/39398/33442 5496/39359/33405</w:t>
        <w:br/>
        <w:t>f 5586/39449/33489 5495/39360/33406 5496/39359/33405</w:t>
        <w:br/>
        <w:t>f 5532/39398/33442 5586/39449/33489 5496/39359/33405</w:t>
        <w:br/>
        <w:t>f 5329/39195/33256 5330/39194/33255 5488/39353/33399</w:t>
        <w:br/>
        <w:t>f 5407/39271/33324 5408/39270/33323 5805/39669/33683</w:t>
        <w:br/>
        <w:t>f 5815/39679/33322 5407/39271/33324 5805/39669/33683</w:t>
        <w:br/>
        <w:t>f 5815/39679/33322 5805/39669/33683 5804/39668/33682</w:t>
        <w:br/>
        <w:t>f 5816/39680/33694 5815/39679/33322 5804/39668/33682</w:t>
        <w:br/>
        <w:t>f 5367/39228/33286 5477/39341/33387 5408/39270/33323</w:t>
        <w:br/>
        <w:t>f 5401/39265/33318 5367/39228/33286 5408/39270/33323</w:t>
        <w:br/>
        <w:t>f 5400/39263/33316 5366/39229/33287 5401/39265/33318</w:t>
        <w:br/>
        <w:t>f 5406/39272/33325 5400/39263/33316 5401/39265/33318</w:t>
        <w:br/>
        <w:t>f 3086/39681/33695 3085/39682/33696 3084/39683/33697</w:t>
        <w:br/>
        <w:t>f 3090/39684/33698 3089/39685/33699 3088/39686/33700</w:t>
        <w:br/>
        <w:t>f 3087/39687/33700 3090/39684/33698 3088/39686/33700</w:t>
        <w:br/>
        <w:t>f 3094/39688/33701 3093/39689/33702 3092/39690/33703</w:t>
        <w:br/>
        <w:t>f 3091/39691/33704 3094/39688/33701 3092/39690/33703</w:t>
        <w:br/>
        <w:t>f 3098/39692/33705 3097/39693/33706 3096/39694/33707</w:t>
        <w:br/>
        <w:t>f 3095/39695/33707 3098/39692/33705 3096/39694/33707</w:t>
        <w:br/>
        <w:t>f 3100/39696/33708 3091/39691/33704 3092/39690/33703</w:t>
        <w:br/>
        <w:t>f 3099/39697/33709 3100/39696/33708 3092/39690/33703</w:t>
        <w:br/>
        <w:t>f 3102/39698/33710 3101/39699/33711 3087/39687/33700</w:t>
        <w:br/>
        <w:t>f 3088/39686/33700 3102/39698/33710 3087/39687/33700</w:t>
        <w:br/>
        <w:t>f 3105/39700/33712 3104/39701/33713 3103/39702/33714</w:t>
        <w:br/>
        <w:t>f 3106/39703/33715 3095/39695/33707 3096/39694/33707</w:t>
        <w:br/>
        <w:t>f 3103/39702/33714 3106/39703/33715 3096/39694/33707</w:t>
        <w:br/>
        <w:t>f 3108/39704/33716 3097/39693/33706 3107/39705/33717</w:t>
        <w:br/>
        <w:t>f 3099/39697/33709 3110/39706/33718 3109/39707/33719</w:t>
        <w:br/>
        <w:t>f 3089/39685/33699 3090/39684/33698 3111/39708/33720</w:t>
        <w:br/>
        <w:t>f 3109/39707/33719 3089/39685/33699 3111/39708/33720</w:t>
        <w:br/>
        <w:t>f 3093/39689/33702 3094/39688/33701 3112/39709/33721</w:t>
        <w:br/>
        <w:t>f 3104/39701/33713 3093/39689/33702 3112/39709/33721</w:t>
        <w:br/>
        <w:t>f 3097/39693/33706 3098/39692/33705 3113/39710/33722</w:t>
        <w:br/>
        <w:t>f 3107/39705/33717 3097/39693/33706 3113/39710/33722</w:t>
        <w:br/>
        <w:t>f 3084/39683/33697 3102/39698/33710 3086/39681/33695</w:t>
        <w:br/>
        <w:t>f 3085/39682/33696 3115/39711/33723 3114/39712/33724</w:t>
        <w:br/>
        <w:t>f 3084/39683/33697 3085/39682/33696 3114/39712/33724</w:t>
        <w:br/>
        <w:t>f 3108/39704/33716 3107/39705/33717 3116/39713/33725</w:t>
        <w:br/>
        <w:t>f 3107/39705/33717 3113/39710/33722 3117/39714/33726</w:t>
        <w:br/>
        <w:t>f 3116/39713/33725 3107/39705/33717 3117/39714/33726</w:t>
        <w:br/>
        <w:t>f 3117/39714/33726 3119/39715/33727 3118/39716/33727</w:t>
        <w:br/>
        <w:t>f 3116/39713/33725 3117/39714/33726 3118/39716/33727</w:t>
        <w:br/>
        <w:t>f 3121/39717/33728 3120/39718/33729 3118/39716/33727</w:t>
        <w:br/>
        <w:t>f 3119/39715/33727 3121/39717/33728 3118/39716/33727</w:t>
        <w:br/>
        <w:t>f 3120/39718/33729 3121/39717/33728 3123/39719/33730</w:t>
        <w:br/>
        <w:t>f 3122/39720/33731 3120/39718/33729 3123/39719/33730</w:t>
        <w:br/>
        <w:t>f 3124/39721/33732 3120/39718/33729 3122/39720/33731</w:t>
        <w:br/>
        <w:t>f 3103/39702/33714 3104/39701/33713 3112/39709/33721</w:t>
        <w:br/>
        <w:t>f 3106/39703/33715 3103/39702/33714 3112/39709/33721</w:t>
        <w:br/>
        <w:t>f 3100/39696/33708 3099/39697/33709 3109/39707/33719</w:t>
        <w:br/>
        <w:t>f 3111/39708/33720 3100/39696/33708 3109/39707/33719</w:t>
        <w:br/>
        <w:t>f 3105/39700/33712 3093/39689/33702 3104/39701/33713</w:t>
        <w:br/>
        <w:t>f 3101/39699/33711 3102/39698/33710 3084/39683/33697</w:t>
        <w:br/>
        <w:t>f 3114/39712/33724 3101/39699/33711 3084/39683/33697</w:t>
        <w:br/>
        <w:t>f 3089/39685/33699 3109/39707/33719 3110/39706/33718</w:t>
        <w:br/>
        <w:t>f 3127/39722/33733 3126/39723/33734 3125/39724/33735</w:t>
        <w:br/>
        <w:t>f 3131/39725/33736 3130/39726/33737 3129/39727/33738</w:t>
        <w:br/>
        <w:t>f 3128/39728/33736 3131/39725/33736 3129/39727/33738</w:t>
        <w:br/>
        <w:t>f 3135/39729/33739 3134/39730/33740 3133/39731/33741</w:t>
        <w:br/>
        <w:t>f 3132/39732/33742 3135/39729/33739 3133/39731/33741</w:t>
        <w:br/>
        <w:t>f 3139/39733/33743 3138/39734/33744 3137/39735/33745</w:t>
        <w:br/>
        <w:t>f 3136/39736/33743 3139/39733/33743 3137/39735/33745</w:t>
        <w:br/>
        <w:t>f 3141/39737/33746 3140/39738/33747 3135/39729/33739</w:t>
        <w:br/>
        <w:t>f 3132/39732/33742 3141/39737/33746 3135/39729/33739</w:t>
        <w:br/>
        <w:t>f 3128/39728/33736 3143/39739/33748 3142/39740/33749</w:t>
        <w:br/>
        <w:t>f 3131/39725/33736 3128/39728/33736 3142/39740/33749</w:t>
        <w:br/>
        <w:t>f 3146/39741/33750 3145/39742/33751 3144/39743/33752</w:t>
        <w:br/>
        <w:t>f 3147/39744/33753 3145/39742/33751 3139/39733/33743</w:t>
        <w:br/>
        <w:t>f 3136/39736/33743 3147/39744/33753 3139/39733/33743</w:t>
        <w:br/>
        <w:t>f 3149/39745/33754 3148/39746/33755 3138/39734/33744</w:t>
        <w:br/>
        <w:t>f 3140/39738/33747 3151/39747/33756 3150/39748/33757</w:t>
        <w:br/>
        <w:t>f 3152/39749/33758 3129/39727/33738 3130/39726/33737</w:t>
        <w:br/>
        <w:t>f 3151/39747/33756 3152/39749/33758 3130/39726/33737</w:t>
        <w:br/>
        <w:t>f 3153/39750/33759 3133/39731/33741 3134/39730/33740</w:t>
        <w:br/>
        <w:t>f 3144/39743/33752 3153/39750/33759 3134/39730/33740</w:t>
        <w:br/>
        <w:t>f 3154/39751/33760 3137/39735/33745 3138/39734/33744</w:t>
        <w:br/>
        <w:t>f 3148/39746/33755 3154/39751/33760 3138/39734/33744</w:t>
        <w:br/>
        <w:t>f 3126/39723/33734 3127/39722/33733 3142/39740/33749</w:t>
        <w:br/>
        <w:t>f 3156/39752/33761 3155/39753/33762 3125/39724/33735</w:t>
        <w:br/>
        <w:t>f 3126/39723/33734 3156/39752/33761 3125/39724/33735</w:t>
        <w:br/>
        <w:t>f 3149/39745/33754 3157/39754/33763 3148/39746/33755</w:t>
        <w:br/>
        <w:t>f 3154/39751/33760 3148/39746/33755 3157/39754/33763</w:t>
        <w:br/>
        <w:t>f 3158/39755/33764 3154/39751/33760 3157/39754/33763</w:t>
        <w:br/>
        <w:t>f 3158/39755/33764 3157/39754/33763 3160/39756/33765</w:t>
        <w:br/>
        <w:t>f 3159/39757/33765 3158/39755/33764 3160/39756/33765</w:t>
        <w:br/>
        <w:t>f 3160/39756/33765 3162/39758/33766 3161/39759/33767</w:t>
        <w:br/>
        <w:t>f 3159/39757/33765 3160/39756/33765 3161/39759/33767</w:t>
        <w:br/>
        <w:t>f 3161/39759/33767 3162/39758/33766 3163/39760/33768</w:t>
        <w:br/>
        <w:t>f 3164/39761/33769 3161/39759/33767 3163/39760/33768</w:t>
        <w:br/>
        <w:t>f 3165/39762/33770 3163/39760/33768 3162/39758/33766</w:t>
        <w:br/>
        <w:t>f 3153/39750/33759 3144/39743/33752 3145/39742/33751</w:t>
        <w:br/>
        <w:t>f 3147/39744/33753 3153/39750/33759 3145/39742/33751</w:t>
        <w:br/>
        <w:t>f 3151/39747/33756 3140/39738/33747 3141/39737/33746</w:t>
        <w:br/>
        <w:t>f 3152/39749/33758 3151/39747/33756 3141/39737/33746</w:t>
        <w:br/>
        <w:t>f 3146/39741/33750 3144/39743/33752 3134/39730/33740</w:t>
        <w:br/>
        <w:t>f 3126/39723/33734 3142/39740/33749 3143/39739/33748</w:t>
        <w:br/>
        <w:t>f 3156/39752/33761 3126/39723/33734 3143/39739/33748</w:t>
        <w:br/>
        <w:t>f 3130/39726/33737 3150/39748/33757 3151/39747/33756</w:t>
        <w:br/>
        <w:t>f 3168/39763/33771 3167/39764/33771 3166/39765/33772</w:t>
        <w:br/>
        <w:t>f 3172/39766/33773 3171/39767/33774 3170/39768/33774</w:t>
        <w:br/>
        <w:t>f 3169/39769/33773 3172/39766/33773 3170/39768/33774</w:t>
        <w:br/>
        <w:t>f 3175/39770/33775 3174/39771/33775 3173/39772/33776</w:t>
        <w:br/>
        <w:t>f 3176/39773/33776 3175/39770/33775 3173/39772/33776</w:t>
        <w:br/>
        <w:t>f 3180/39774/33777 3179/39775/33778 3178/39776/33778</w:t>
        <w:br/>
        <w:t>f 3177/39777/33777 3180/39774/33777 3178/39776/33778</w:t>
        <w:br/>
        <w:t>f 3175/39770/33775 3182/39778/33779 3181/39779/33779</w:t>
        <w:br/>
        <w:t>f 3174/39771/33775 3175/39770/33775 3181/39779/33779</w:t>
        <w:br/>
        <w:t>f 3171/39767/33774 3184/39780/33780 3183/39781/33781</w:t>
        <w:br/>
        <w:t>f 3170/39768/33774 3171/39767/33774 3183/39781/33781</w:t>
        <w:br/>
        <w:t>f 3187/39782/33782 3186/39783/33783 3185/39784/33784</w:t>
        <w:br/>
        <w:t>f 3186/39783/33783 3178/39776/33778 3179/39775/33778</w:t>
        <w:br/>
        <w:t>f 3185/39784/33784 3186/39783/33783 3179/39775/33778</w:t>
        <w:br/>
        <w:t>f 3180/39774/33777 3177/39777/33777 3188/39785/33785</w:t>
        <w:br/>
        <w:t>f 3189/39786/33786 3181/39779/33779 3182/39778/33779</w:t>
        <w:br/>
        <w:t>f 3190/39787/33787 3183/39781/33781 3184/39780/33780</w:t>
        <w:br/>
        <w:t>f 3167/39764/33771 3168/39763/33771 3192/39788/33788</w:t>
        <w:br/>
        <w:t>f 3191/39789/33788 3167/39764/33771 3192/39788/33788</w:t>
        <w:br/>
        <w:t>f 3195/39790/33789 3194/39791/33790 3193/39792/33790</w:t>
        <w:br/>
        <w:t>f 3197/39793/33791 3193/39792/33790 3194/39791/33790</w:t>
        <w:br/>
        <w:t>f 3196/39794/33791 3197/39793/33791 3194/39791/33790</w:t>
        <w:br/>
        <w:t>f 3197/39793/33791 3196/39794/33791 3198/39795/33792</w:t>
        <w:br/>
        <w:t>f 3199/39796/33792 3197/39793/33791 3198/39795/33792</w:t>
        <w:br/>
        <w:t>f 3199/39796/33792 3198/39795/33792 3200/39797/33793</w:t>
        <w:br/>
        <w:t>f 3176/39773/33776 3173/39772/33776 3201/39798/33794</w:t>
        <w:br/>
        <w:t>f 3172/39766/33773 3169/39769/33773 3202/39799/33795</w:t>
        <w:br/>
        <w:t>f 3205/39800/33796 3204/39801/33797 3203/39802/33798</w:t>
        <w:br/>
        <w:t>f 3209/39803/33799 3208/39804/33800 3207/39805/33801</w:t>
        <w:br/>
        <w:t>f 3206/39806/33799 3209/39803/33799 3207/39805/33801</w:t>
        <w:br/>
        <w:t>f 3213/39807/33802 3212/39808/33803 3211/39809/33804</w:t>
        <w:br/>
        <w:t>f 3210/39810/33802 3213/39807/33802 3211/39809/33804</w:t>
        <w:br/>
        <w:t>f 3217/39811/33805 3216/39812/33806 3215/39813/33807</w:t>
        <w:br/>
        <w:t>f 3214/39814/33805 3217/39811/33805 3215/39813/33807</w:t>
        <w:br/>
        <w:t>f 3219/39815/33808 3218/39816/33809 3213/39807/33802</w:t>
        <w:br/>
        <w:t>f 3210/39810/33802 3219/39815/33808 3213/39807/33802</w:t>
        <w:br/>
        <w:t>f 3206/39806/33799 3221/39817/33810 3220/39818/33811</w:t>
        <w:br/>
        <w:t>f 3209/39803/33799 3206/39806/33799 3220/39818/33811</w:t>
        <w:br/>
        <w:t>f 3224/39819/33812 3223/39820/33813 3222/39821/33814</w:t>
        <w:br/>
        <w:t>f 3225/39822/33815 3223/39820/33813 3217/39811/33805</w:t>
        <w:br/>
        <w:t>f 3214/39814/33805 3225/39822/33815 3217/39811/33805</w:t>
        <w:br/>
        <w:t>f 3227/39823/33816 3226/39824/33817 3216/39812/33806</w:t>
        <w:br/>
        <w:t>f 3218/39816/33809 3229/39825/33818 3228/39826/33819</w:t>
        <w:br/>
        <w:t>f 3230/39827/33820 3207/39805/33801 3208/39804/33800</w:t>
        <w:br/>
        <w:t>f 3229/39825/33818 3230/39827/33820 3208/39804/33800</w:t>
        <w:br/>
        <w:t>f 3211/39809/33804 3212/39808/33803 3222/39821/33814</w:t>
        <w:br/>
        <w:t>f 3231/39828/33821 3211/39809/33804 3222/39821/33814</w:t>
        <w:br/>
        <w:t>f 3232/39829/33822 3215/39813/33807 3216/39812/33806</w:t>
        <w:br/>
        <w:t>f 3226/39824/33817 3232/39829/33822 3216/39812/33806</w:t>
        <w:br/>
        <w:t>f 3204/39801/33797 3205/39800/33796 3220/39818/33811</w:t>
        <w:br/>
        <w:t>f 3234/39830/33823 3233/39831/33824 3203/39802/33798</w:t>
        <w:br/>
        <w:t>f 3204/39801/33797 3234/39830/33823 3203/39802/33798</w:t>
        <w:br/>
        <w:t>f 3227/39823/33816 3235/39832/33825 3226/39824/33817</w:t>
        <w:br/>
        <w:t>f 3226/39824/33817 3235/39832/33825 3236/39833/33826</w:t>
        <w:br/>
        <w:t>f 3232/39829/33822 3226/39824/33817 3236/39833/33826</w:t>
        <w:br/>
        <w:t>f 3236/39833/33826 3235/39832/33825 3238/39834/33827</w:t>
        <w:br/>
        <w:t>f 3237/39835/33827 3236/39833/33826 3238/39834/33827</w:t>
        <w:br/>
        <w:t>f 3238/39834/33827 3240/39836/33828 3239/39837/33829</w:t>
        <w:br/>
        <w:t>f 3237/39835/33827 3238/39834/33827 3239/39837/33829</w:t>
        <w:br/>
        <w:t>f 3123/39719/33730 3239/39837/33829 3240/39836/33828</w:t>
        <w:br/>
        <w:t>f 3122/39720/33731 3123/39719/33730 3240/39836/33828</w:t>
        <w:br/>
        <w:t>f 3124/39721/33732 3122/39720/33731 3240/39836/33828</w:t>
        <w:br/>
        <w:t>f 3231/39828/33821 3222/39821/33814 3223/39820/33813</w:t>
        <w:br/>
        <w:t>f 3225/39822/33815 3231/39828/33821 3223/39820/33813</w:t>
        <w:br/>
        <w:t>f 3229/39825/33818 3218/39816/33809 3219/39815/33808</w:t>
        <w:br/>
        <w:t>f 3230/39827/33820 3229/39825/33818 3219/39815/33808</w:t>
        <w:br/>
        <w:t>f 3224/39819/33812 3222/39821/33814 3212/39808/33803</w:t>
        <w:br/>
        <w:t>f 3204/39801/33797 3220/39818/33811 3221/39817/33810</w:t>
        <w:br/>
        <w:t>f 3234/39830/33823 3204/39801/33797 3221/39817/33810</w:t>
        <w:br/>
        <w:t>f 3208/39804/33800 3228/39826/33819 3229/39825/33818</w:t>
        <w:br/>
        <w:t>f 3243/39838/33830 3242/39839/33831 3241/39840/33832</w:t>
        <w:br/>
        <w:t>f 3247/39841/33833 3246/39842/33834 3245/39843/33835</w:t>
        <w:br/>
        <w:t>f 3244/39844/33836 3247/39841/33833 3245/39843/33835</w:t>
        <w:br/>
        <w:t>f 3251/39845/33837 3250/39846/33838 3249/39847/33839</w:t>
        <w:br/>
        <w:t>f 3248/39848/33839 3251/39845/33837 3249/39847/33839</w:t>
        <w:br/>
        <w:t>f 3255/39849/33840 3254/39850/33841 3253/39851/33842</w:t>
        <w:br/>
        <w:t>f 3252/39852/33842 3255/39849/33840 3253/39851/33842</w:t>
        <w:br/>
        <w:t>f 3257/39853/33843 3248/39848/33839 3249/39847/33839</w:t>
        <w:br/>
        <w:t>f 3256/39854/33844 3257/39853/33843 3249/39847/33839</w:t>
        <w:br/>
        <w:t>f 3259/39855/33845 3258/39856/33846 3244/39844/33836</w:t>
        <w:br/>
        <w:t>f 3245/39843/33835 3259/39855/33845 3244/39844/33836</w:t>
        <w:br/>
        <w:t>f 3262/39857/33847 3261/39858/33848 3260/39859/33849</w:t>
        <w:br/>
        <w:t>f 3263/39860/33850 3252/39852/33842 3253/39851/33842</w:t>
        <w:br/>
        <w:t>f 3260/39859/33849 3263/39860/33850 3253/39851/33842</w:t>
        <w:br/>
        <w:t>f 3265/39861/33851 3254/39850/33841 3264/39862/33852</w:t>
        <w:br/>
        <w:t>f 3256/39854/33844 3267/39863/33853 3266/39864/33854</w:t>
        <w:br/>
        <w:t>f 3246/39842/33834 3247/39841/33833 3268/39865/33855</w:t>
        <w:br/>
        <w:t>f 3266/39864/33854 3246/39842/33834 3268/39865/33855</w:t>
        <w:br/>
        <w:t>f 3250/39846/33838 3251/39845/33837 3269/39866/33856</w:t>
        <w:br/>
        <w:t>f 3261/39858/33848 3250/39846/33838 3269/39866/33856</w:t>
        <w:br/>
        <w:t>f 3254/39850/33841 3255/39849/33840 3270/39867/33857</w:t>
        <w:br/>
        <w:t>f 3264/39862/33852 3254/39850/33841 3270/39867/33857</w:t>
        <w:br/>
        <w:t>f 3241/39840/33832 3259/39855/33845 3243/39838/33830</w:t>
        <w:br/>
        <w:t>f 3242/39839/33831 3272/39868/33858 3271/39869/33859</w:t>
        <w:br/>
        <w:t>f 3241/39840/33832 3242/39839/33831 3271/39869/33859</w:t>
        <w:br/>
        <w:t>f 3265/39861/33851 3264/39862/33852 3273/39870/33860</w:t>
        <w:br/>
        <w:t>f 3273/39870/33860 3264/39862/33852 3270/39867/33857</w:t>
        <w:br/>
        <w:t>f 3274/39871/33861 3273/39870/33860 3270/39867/33857</w:t>
        <w:br/>
        <w:t>f 3274/39871/33861 3276/39872/33862 3275/39873/33862</w:t>
        <w:br/>
        <w:t>f 3273/39870/33860 3274/39871/33861 3275/39873/33862</w:t>
        <w:br/>
        <w:t>f 3278/39874/33863 3277/39875/33864 3275/39873/33862</w:t>
        <w:br/>
        <w:t>f 3276/39872/33862 3278/39874/33863 3275/39873/33862</w:t>
        <w:br/>
        <w:t>f 3278/39874/33863 3164/39761/33769 3163/39760/33768</w:t>
        <w:br/>
        <w:t>f 3277/39875/33864 3278/39874/33863 3163/39760/33768</w:t>
        <w:br/>
        <w:t>f 3165/39762/33770 3277/39875/33864 3163/39760/33768</w:t>
        <w:br/>
        <w:t>f 3260/39859/33849 3261/39858/33848 3269/39866/33856</w:t>
        <w:br/>
        <w:t>f 3263/39860/33850 3260/39859/33849 3269/39866/33856</w:t>
        <w:br/>
        <w:t>f 3257/39853/33843 3256/39854/33844 3266/39864/33854</w:t>
        <w:br/>
        <w:t>f 3268/39865/33855 3257/39853/33843 3266/39864/33854</w:t>
        <w:br/>
        <w:t>f 3262/39857/33847 3250/39846/33838 3261/39858/33848</w:t>
        <w:br/>
        <w:t>f 3258/39856/33846 3259/39855/33845 3241/39840/33832</w:t>
        <w:br/>
        <w:t>f 3271/39869/33859 3258/39856/33846 3241/39840/33832</w:t>
        <w:br/>
        <w:t>f 3246/39842/33834 3266/39864/33854 3267/39863/33853</w:t>
        <w:br/>
        <w:t>f 3281/39876/33865 3280/39877/33866 3279/39878/33865</w:t>
        <w:br/>
        <w:t>f 3285/39879/33867 3284/39880/33867 3283/39881/33868</w:t>
        <w:br/>
        <w:t>f 3282/39882/33869 3285/39879/33867 3283/39881/33868</w:t>
        <w:br/>
        <w:t>f 3288/39883/33870 3287/39884/33871 3286/39885/33872</w:t>
        <w:br/>
        <w:t>f 3289/39886/33873 3288/39883/33870 3286/39885/33872</w:t>
        <w:br/>
        <w:t>f 3292/39887/33874 3291/39888/33875 3290/39889/33876</w:t>
        <w:br/>
        <w:t>f 3293/39890/33877 3292/39887/33874 3290/39889/33876</w:t>
        <w:br/>
        <w:t>f 3295/39891/33878 3294/39892/33878 3288/39883/33870</w:t>
        <w:br/>
        <w:t>f 3289/39886/33873 3295/39891/33878 3288/39883/33870</w:t>
        <w:br/>
        <w:t>f 3297/39893/33879 3296/39894/33879 3284/39880/33867</w:t>
        <w:br/>
        <w:t>f 3285/39879/33867 3297/39893/33879 3284/39880/33867</w:t>
        <w:br/>
        <w:t>f 3300/39895/33880 3299/39896/33881 3298/39897/33881</w:t>
        <w:br/>
        <w:t>f 3292/39887/33874 3293/39890/33877 3298/39897/33881</w:t>
        <w:br/>
        <w:t>f 3299/39896/33881 3292/39887/33874 3298/39897/33881</w:t>
        <w:br/>
        <w:t>f 3291/39888/33875 3301/39898/33882 3290/39889/33876</w:t>
        <w:br/>
        <w:t>f 3302/39899/33883 3294/39892/33878 3295/39891/33878</w:t>
        <w:br/>
        <w:t>f 3303/39900/33884 3296/39894/33879 3297/39893/33879</w:t>
        <w:br/>
        <w:t>f 3279/39878/33865 3305/39901/33885 3304/39902/33885</w:t>
        <w:br/>
        <w:t>f 3281/39876/33865 3279/39878/33865 3304/39902/33885</w:t>
        <w:br/>
        <w:t>f 3308/39903/33886 3307/39904/33887 3306/39905/33887</w:t>
        <w:br/>
        <w:t>f 3306/39905/33887 3307/39904/33887 3310/39906/33888</w:t>
        <w:br/>
        <w:t>f 3309/39907/33889 3306/39905/33887 3310/39906/33888</w:t>
        <w:br/>
        <w:t>f 3310/39906/33888 3312/39908/33890 3311/39909/33891</w:t>
        <w:br/>
        <w:t>f 3309/39907/33889 3310/39906/33888 3311/39909/33891</w:t>
        <w:br/>
        <w:t>f 3312/39908/33890 3313/39910/33892 3311/39909/33891</w:t>
        <w:br/>
        <w:t>f 3287/39884/33871 3314/39911/33893 3286/39885/33872</w:t>
        <w:br/>
        <w:t>f 3283/39881/33868 3315/39912/33894 3282/39882/33869</w:t>
        <w:br/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